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Misconceptions About Islam May 13, 2006</w:t>
      </w:r>
    </w:p>
    <w:p>
      <w:r>
        <w:t>https://youtu.be/EQ79CIexXHY</w:t>
      </w:r>
    </w:p>
    <w:p>
      <w:r>
        <w:rPr>
          <w:b/>
        </w:rPr>
        <w:t xml:space="preserve">[00:14] </w:t>
      </w:r>
      <w:r>
        <w:t>bismillah-ir-rehman-ir-rahim, wa-sallallahu 'ala-n-nabiyyi-l-karim. aaj kal islam ke bare mein bohat ziyada misconception ya misunderstanding pai jati hai.</w:t>
      </w:r>
    </w:p>
    <w:p>
      <w:pPr>
        <w:jc w:val="right"/>
      </w:pPr>
      <w:r>
        <w:t>بسم اللہ الرحمن الرحیم، وصلی اللہ علی النبی الکریم۔ آج کل اسلام کے بارے میں بہت زیادہ مس کنسیپشن یا مس انڈرسٹینڈنگ پائی جاتی ہے۔</w:t>
      </w:r>
    </w:p>
    <w:p>
      <w:r>
        <w:rPr>
          <w:b/>
        </w:rPr>
        <w:t xml:space="preserve">[00:34] </w:t>
      </w:r>
      <w:r>
        <w:t>ek kitab chhapi hai, is ka naam hi yahi hai, is ka title "islam: the most misunderstood religion".</w:t>
      </w:r>
    </w:p>
    <w:p>
      <w:pPr>
        <w:jc w:val="right"/>
      </w:pPr>
      <w:r>
        <w:t>ایک کتاب چھپی ہے، اس کا نام ہی یہی ہے، اس کا ٹائٹل "اسلام: دا موسٹ مس انڈرسٹڈ ریلیجن"۔</w:t>
      </w:r>
    </w:p>
    <w:p>
      <w:r>
        <w:rPr>
          <w:b/>
        </w:rPr>
        <w:t xml:space="preserve">[00:43] </w:t>
      </w:r>
      <w:r>
        <w:t>lekin is kitab mein clear nahin hota ke kyun aisa hai, why this misunderstanding. moti si kitab hai, lekin is mein unhon ne yeh nahin bata paye woh log ke kyun.</w:t>
      </w:r>
    </w:p>
    <w:p>
      <w:pPr>
        <w:jc w:val="right"/>
      </w:pPr>
      <w:r>
        <w:t>لیکن اس کتاب میں کلیئر نہیں ہوتا کہ کیوں ایسا ہے، وائی دس مس انڈرسٹینڈنگ۔ موٹی سی کتاب ہے، لیکن اس میں انہوں نے یہ نہیں بتا پائے وہ لوگ کہ کیوں۔</w:t>
      </w:r>
    </w:p>
    <w:p>
      <w:r>
        <w:rPr>
          <w:b/>
        </w:rPr>
        <w:t xml:space="preserve">[00:58] </w:t>
      </w:r>
      <w:r>
        <w:t>bohat se log samajhte hain ke islam mein bhi wahi sab kharabiyan hain jo doosre mazhabon mein hain, magar woh bhi samajh nahin paate. yaani these people fail to differentiate between text and interpretation.</w:t>
      </w:r>
    </w:p>
    <w:p>
      <w:pPr>
        <w:jc w:val="right"/>
      </w:pPr>
      <w:r>
        <w:t>بہت سے لوگ سمجھتے ہیں کہ اسلام میں بھی وہی سب خرابیاں ہیں جو دوسرے مذہبوں میں ہیں، مگر وہ بھی سمجھ نہیں پاتے۔ یعنی دیز پیپل فیل ٹو ڈیفرنشیٹ بٹوین ٹیکسٹ اینڈ انٹرپریٹیشن۔</w:t>
      </w:r>
    </w:p>
    <w:p>
      <w:r>
        <w:rPr>
          <w:b/>
        </w:rPr>
        <w:t xml:space="preserve">[01:14] </w:t>
      </w:r>
      <w:r>
        <w:t>jar yeh hai ke jo kharabiyan interpretation se aayi thin, us ko unhon ne attribute kar diya text ki taraf.</w:t>
      </w:r>
    </w:p>
    <w:p>
      <w:pPr>
        <w:jc w:val="right"/>
      </w:pPr>
      <w:r>
        <w:t>جڑ یہ ہے کہ جو خرابیاں انٹرپریٹیشن سے آئیں تھیں، اس کو انہوں نے ایٹریبیوٹ کر دیا ٹیکسٹ کی طرف۔</w:t>
      </w:r>
    </w:p>
    <w:p>
      <w:r>
        <w:rPr>
          <w:b/>
        </w:rPr>
        <w:t xml:space="preserve">[01:24] </w:t>
      </w:r>
      <w:r>
        <w:t>yeh hai sara raaz. to unhon ne moti si kitab likh dali, lekin is mein yeh nahin bata paye ke why this misunderstanding.</w:t>
      </w:r>
    </w:p>
    <w:p>
      <w:pPr>
        <w:jc w:val="right"/>
      </w:pPr>
      <w:r>
        <w:t>یہ ہے سارا راز۔ تو انہوں نے موٹی سی کتاب لکھ ڈالی، لیکن اس میں یہ نہیں بتا پائے کہ وائی دس مس انڈرسٹینڈنگ۔</w:t>
      </w:r>
    </w:p>
    <w:p>
      <w:r>
        <w:rPr>
          <w:b/>
        </w:rPr>
        <w:t xml:space="preserve">[01:34] </w:t>
      </w:r>
      <w:r>
        <w:t>main rishikesh gaya ek baar, to ek sahib ne wahan kaha ke dekhein sahib, islam mein aur hum logon mein koi difference to hai nahin.</w:t>
      </w:r>
    </w:p>
    <w:p>
      <w:pPr>
        <w:jc w:val="right"/>
      </w:pPr>
      <w:r>
        <w:t>میں رشی کیش گیا ایک بار، تو ایک صاحب نے وہاں کہا کہ دیکھیں صاحب، اسلام میں اور ہم لوگوں میں کوئی ڈیفرنس تو ہے نہیں۔</w:t>
      </w:r>
    </w:p>
    <w:p>
      <w:r>
        <w:rPr>
          <w:b/>
        </w:rPr>
        <w:t xml:space="preserve">[01:42] </w:t>
      </w:r>
      <w:r>
        <w:t>to unhon ne kaha ke dekhiye, aap log lita kar poochte hain, hum hum khara kar poochte hain. ab unhein yeh pata nahin ke khara kar pujna yeh un ke apne religion mein hai,</w:t>
      </w:r>
    </w:p>
    <w:p>
      <w:pPr>
        <w:jc w:val="right"/>
      </w:pPr>
      <w:r>
        <w:t>تو انہوں نے کہا کہ دیکھیے، آپ لوگ لٹا کر پوچھتے ہیں، ہم ہم کھڑا کر پوچھتے ہیں۔ اب انہیں یہ پتہ نہیں کہ کھڑا کر پوجنا یہ ان کے اپنے ریلیجن میں ہے،</w:t>
      </w:r>
    </w:p>
    <w:p>
      <w:r>
        <w:rPr>
          <w:b/>
        </w:rPr>
        <w:t xml:space="preserve">[01:56] </w:t>
      </w:r>
      <w:r>
        <w:t>aur jo log lita kar poochte hain, woh islam ka misinterpretation hai, woh islam se deviation hai. is farq ko nahin jaante, aur khud musabbaan nahin bata paye is farq ko,</w:t>
      </w:r>
    </w:p>
    <w:p>
      <w:pPr>
        <w:jc w:val="right"/>
      </w:pPr>
      <w:r>
        <w:t>اور جو لوگ لٹا کر پوچھتے ہیں، وہ اسلام کا مس انٹرپریٹیشن ہے، وہ اسلام سے ڈیوی ایشن ہے۔ اس فرق کو نہیں جانتے، اور خود مسبان نہیں بتا پائے اس فرق کو،</w:t>
      </w:r>
    </w:p>
    <w:p>
      <w:r>
        <w:rPr>
          <w:b/>
        </w:rPr>
        <w:t xml:space="preserve">[02:08] </w:t>
      </w:r>
      <w:r>
        <w:t>kyun ke musabbaan khud hi involve hain is mein. to apne ko condemn karna parega. jab tak aap yeh na keh sakein ke hum jo lita kar pooj rahe the, to woh galat tha, woh islam nahin tha, woh tab tak aap misunderstanding ko khatam nahin kar sakte.</w:t>
      </w:r>
    </w:p>
    <w:p>
      <w:pPr>
        <w:jc w:val="right"/>
      </w:pPr>
      <w:r>
        <w:t>کیونکہ مسبان خود ہی انوالو ہیں اس میں۔ تو اپنے کو کنڈم کرنا پڑے گا۔ جب تک آپ یہ نہ کہہ سکیں کہ ہم جو لٹا کر پوج رہے تھے، تو وہ غلط تھا، وہ اسلام نہیں تھا، وہ تب تک آپ مس انڈرسٹینڈنگ کو ختم نہیں کر سکتے۔</w:t>
      </w:r>
    </w:p>
    <w:p>
      <w:r>
        <w:rPr>
          <w:b/>
        </w:rPr>
        <w:t xml:space="preserve">[02:26] </w:t>
      </w:r>
      <w:r>
        <w:t>to bohat si kitabein likhi hain logon ne is par ke islam mein galat fehmiyan hain aur misunderstanding hai. bohat sari kitabein, sankron kitabein, urdu mein, arabic mein, persian mein, english mein,</w:t>
      </w:r>
    </w:p>
    <w:p>
      <w:pPr>
        <w:jc w:val="right"/>
      </w:pPr>
      <w:r>
        <w:t>تو بہت سی کتابیں لکھی ہیں لوگوں نے اس پر کہ اسلام میں غلط فہمیاں ہیں اور مس انڈرسٹینڈنگ ہے۔ بہت ساری کتابیں، سینکڑوں کتابیں، اردو میں، عربک میں، پرشین میں، انگلش میں،</w:t>
      </w:r>
    </w:p>
    <w:p>
      <w:r>
        <w:rPr>
          <w:b/>
        </w:rPr>
        <w:t xml:space="preserve">[02:37] </w:t>
      </w:r>
      <w:r>
        <w:t>koi bhi kitab clear nahin. har kitab ke baad bhi misconception baqi rehta hai, kyun ke unhein apne ko condemn karna parega.</w:t>
      </w:r>
    </w:p>
    <w:p>
      <w:pPr>
        <w:jc w:val="right"/>
      </w:pPr>
      <w:r>
        <w:t>کوئی بھی کتاب کلیئر نہیں۔ ہر کتاب کے بعد بھی مس کنفیوژن باقی رہتا ہے، کیونکہ انہیں اپنے کو کنڈم کرنا پڑے گا۔</w:t>
      </w:r>
    </w:p>
    <w:p>
      <w:r>
        <w:rPr>
          <w:b/>
        </w:rPr>
        <w:t xml:space="preserve">[02:47] </w:t>
      </w:r>
      <w:r>
        <w:t>yeh saare likhne wale aur saare bolne wale khud hi to kar rahe hain wahi kaam jis se misunderstanding phailti hai.</w:t>
      </w:r>
    </w:p>
    <w:p>
      <w:pPr>
        <w:jc w:val="right"/>
      </w:pPr>
      <w:r>
        <w:t>یہ سارے لکھنے والے اور سارے بولنے والے خود ہی تو کر رہے ہیں وہی کام جس سے مس انڈرسٹینڈنگ پھیلتی ہے۔</w:t>
      </w:r>
    </w:p>
    <w:p>
      <w:r>
        <w:rPr>
          <w:b/>
        </w:rPr>
        <w:t xml:space="preserve">[02:57] </w:t>
      </w:r>
      <w:r>
        <w:t>to asal cheez yeh hai ke you have to differentiate between text and interpretation, aur aap ko yeh zimmedari leni paregi ke misinterpretation jo hai,</w:t>
      </w:r>
    </w:p>
    <w:p>
      <w:pPr>
        <w:jc w:val="right"/>
      </w:pPr>
      <w:r>
        <w:t>تو اصل چیز یہ ہے کہ یو ہیو ٹو ڈیفرنشیٹ بٹوین ٹیکسٹ اینڈ انٹرپریٹیشن، اور آپ کو یہ ذمہ داری لینی پڑے گی کہ مس انٹرپریٹیشن جو ہے،</w:t>
      </w:r>
    </w:p>
    <w:p>
      <w:r>
        <w:rPr>
          <w:b/>
        </w:rPr>
        <w:t xml:space="preserve">[03:10] </w:t>
      </w:r>
      <w:r>
        <w:t>woh musalmanon ka creation hai, is ka islam se koi ta'alluq nahin hai. to main aap ko ek misaal deta hoon.</w:t>
      </w:r>
    </w:p>
    <w:p>
      <w:pPr>
        <w:jc w:val="right"/>
      </w:pPr>
      <w:r>
        <w:t>وہ مسلمانوں کا کریشن ہے، اس کا اسلام سے کوئی تعلق نہیں ہے۔ تو میں آپ کو ایک مثال دیتا ہوں۔</w:t>
      </w:r>
    </w:p>
    <w:p>
      <w:r>
        <w:rPr>
          <w:b/>
        </w:rPr>
        <w:t xml:space="preserve">[03:22] </w:t>
      </w:r>
      <w:r>
        <w:t>aap arab world mein jaen, kisi bhi aalim se milein, aap to kya kahega? woh islam deen shamil-o-kamil, bare fakhr ke sath kahega.</w:t>
      </w:r>
    </w:p>
    <w:p>
      <w:pPr>
        <w:jc w:val="right"/>
      </w:pPr>
      <w:r>
        <w:t>آپ عرب ورلڈ میں جائیں، کسی بھی عالم سے ملیں، آپ تو کیا کہے گا؟ وہ اسلام دین شامل و کامل، بڑے فخر کے ساتھ کہے گا۔</w:t>
      </w:r>
    </w:p>
    <w:p>
      <w:r>
        <w:rPr>
          <w:b/>
        </w:rPr>
        <w:t xml:space="preserve">[03:31] </w:t>
      </w:r>
      <w:r>
        <w:t>woh islam deen shamil-o-kamil ke islam complete religion hai. bohat fakhr ke sath kahega har aalim, har scholar ke islam complete religion hai.</w:t>
      </w:r>
    </w:p>
    <w:p>
      <w:pPr>
        <w:jc w:val="right"/>
      </w:pPr>
      <w:r>
        <w:t>وہ اسلام دین شامل و کامل کہ اسلام کمپلیٹ ریلیجن ہے۔ بہت فخر کے ساتھ کہے گا ہر عالم، ہر اسکالر کہ اسلام کمپلیٹ ریلیجن ہے۔</w:t>
      </w:r>
    </w:p>
    <w:p>
      <w:r>
        <w:rPr>
          <w:b/>
        </w:rPr>
        <w:t xml:space="preserve">[03:46] </w:t>
      </w:r>
      <w:r>
        <w:t>ab hum poochte hain, kahan likha hua hai bhai? kahan quran mein likha hua hai ke islam complete religion</w:t>
      </w:r>
    </w:p>
    <w:p>
      <w:pPr>
        <w:jc w:val="right"/>
      </w:pPr>
      <w:r>
        <w:t>اب ہم پوچھتے ہیں، کہاں لکھا ہوا ہے بھئی؟ کہاں قرآن میں لکھا ہوا ہے کہ اسلام کمپلیٹ ریلیجن</w:t>
      </w:r>
    </w:p>
    <w:p>
      <w:r>
        <w:rPr>
          <w:b/>
        </w:rPr>
        <w:t xml:space="preserve">[03:51] </w:t>
      </w:r>
      <w:r>
        <w:t>hai, aur doosre jo hain, incomplete hain? kahin bhi nahin likha hua. nahin, yeh hai misinterpretation. alyawma akmaltu lakum deenakum ek ayat hai quran majeed mein, us ko galat matlab nikaal kar ke nikala hai ke islam mukammal mazhab hai.</w:t>
      </w:r>
    </w:p>
    <w:p>
      <w:pPr>
        <w:jc w:val="right"/>
      </w:pPr>
      <w:r>
        <w:t>ہے، اور دوسرے جو ہیں، ان کمپلیٹ ہیں؟ کہیں بھی نہیں لکھا ہوا۔ نہیں، یہ ہے مس انٹرپریٹیشن۔ الیوم اکملتکم دینکم ایک آیت ہے قرآن مجید میں، اس کو غلط مطلب نکال کر کے نکالا ہے کہ اسلام مکمل مذہب ہے۔</w:t>
      </w:r>
    </w:p>
    <w:p>
      <w:r>
        <w:rPr>
          <w:b/>
        </w:rPr>
        <w:t xml:space="preserve">[04:05] </w:t>
      </w:r>
      <w:r>
        <w:t>yeh bilkul galat baat hai, baseless baat hai. is se kya hota hai? is se bohat bari kharabi paida hoti hai.</w:t>
      </w:r>
    </w:p>
    <w:p>
      <w:pPr>
        <w:jc w:val="right"/>
      </w:pPr>
      <w:r>
        <w:t>یہ بالکل غلط بات ہے، بیسلیس بات ہے۔ اس سے کیا ہوتا ہے؟ اس سے بہت بڑی خرابی پیدا ہوتی ہے۔</w:t>
      </w:r>
    </w:p>
    <w:p>
      <w:r>
        <w:rPr>
          <w:b/>
        </w:rPr>
        <w:t xml:space="preserve">[04:16] </w:t>
      </w:r>
      <w:r>
        <w:t>woh kharabi kya hai? isi se sab kharabiyan nikli hain.</w:t>
      </w:r>
    </w:p>
    <w:p>
      <w:pPr>
        <w:jc w:val="right"/>
      </w:pPr>
      <w:r>
        <w:t>وہ خرابی کیا ہے؟ اسی سے سب رائیاں نکلی ہیں۔</w:t>
      </w:r>
    </w:p>
    <w:p>
      <w:r>
        <w:rPr>
          <w:b/>
        </w:rPr>
        <w:t xml:space="preserve">[04:21] </w:t>
      </w:r>
      <w:r>
        <w:t>militant culture isi se nikla hai. kyun? jab aap yeh nazariya banayein ke islam ek mukammal mazhab hai, aur har cheez is ki juri hui hai, har cheez pe amal karna hai, to kya mind banta hai ke sirf namaz parhne se priority nahin milegi?</w:t>
      </w:r>
    </w:p>
    <w:p>
      <w:pPr>
        <w:jc w:val="right"/>
      </w:pPr>
      <w:r>
        <w:t>ملٹن کلچر اسی سے نکلا ہے۔ کیوں؟ جب آپ یہ نظریہ بنائیں کہ اسلام ایک مکمل مذہب ہے، اور ہر چیز اس کی جڑی ہوئی ہے، ہر چیز پہ عمل کرنا ہے، تو کیا مائنڈ بنتا ہے کہ صرف نماز پڑھنے سے پرائیورٹی نہیں ملے گی؟</w:t>
      </w:r>
    </w:p>
    <w:p>
      <w:r>
        <w:rPr>
          <w:b/>
        </w:rPr>
        <w:t xml:space="preserve">[04:37] </w:t>
      </w:r>
      <w:r>
        <w:t>sirf character acha banane se priority nahin milegi? zaroori hai ke islam ke saare hi principle ko establish kiya jaye, yaani state tak pahunchaya jaye.</w:t>
      </w:r>
    </w:p>
    <w:p>
      <w:pPr>
        <w:jc w:val="right"/>
      </w:pPr>
      <w:r>
        <w:t>صرف کریکٹر اچھا بنانے سے پرائیورٹی نہیں ملے گی؟ ضروری ہے کہ اسلام کے سارے ہی پرنسپل کو اسٹیبلش کیا جائے، یعنی اسٹیٹ تک پہنچایا جائے۔</w:t>
      </w:r>
    </w:p>
    <w:p>
      <w:r>
        <w:rPr>
          <w:b/>
        </w:rPr>
        <w:t xml:space="preserve">[04:48] </w:t>
      </w:r>
      <w:r>
        <w:t>from belief to state, jab islam ek mukammal mazhab hai, to aqeeday se le kar politics se jab tak aap is ko establish na karein, tab tak islam complete nahin hua.</w:t>
      </w:r>
    </w:p>
    <w:p>
      <w:pPr>
        <w:jc w:val="right"/>
      </w:pPr>
      <w:r>
        <w:t>فرام بیلیف ٹو اسٹیٹ، جب اسلام ایک مکمل مذہب ہے، تو عقیدے سے لے کر پولیٹکس سے جب تک آپ اس کو اسٹیبلش نہ کریں، تب تک اسلام کمپلیٹ نہیں ہوا۔</w:t>
      </w:r>
    </w:p>
    <w:p>
      <w:r>
        <w:rPr>
          <w:b/>
        </w:rPr>
        <w:t xml:space="preserve">[04:58] </w:t>
      </w:r>
      <w:r>
        <w:t>aap ka complete nahi hua to aap paradise bhi nahi milenge. aap ko yeh hai simple logic. is nazariye ne sari dunya mein militancy phaila rakhi hai, halanke nazariya bilkul jhoota nazariya hai, jhoot hai.</w:t>
      </w:r>
    </w:p>
    <w:p>
      <w:pPr>
        <w:jc w:val="right"/>
      </w:pPr>
      <w:r>
        <w:t>آپ کا کمپلیٹ نہیں ہوا تو آپ پیرائیڈائز بھی نہیں ملیں گے۔ آپ کو یہ ہے سمپل لاجک۔ اس نظریے نے ساری دنیا میں ملٹینسی پھیلا رکھی ہے، حالانکہ نظریہ بالکل جھوٹا نظریہ ہے، جھوٹ ہے۔</w:t>
      </w:r>
    </w:p>
    <w:p>
      <w:r>
        <w:rPr>
          <w:b/>
        </w:rPr>
        <w:t xml:space="preserve">[05:09] </w:t>
      </w:r>
      <w:r>
        <w:t>mujhe yeh kehne mein poora yaqeen hai ke jhoota nazariya hai. yeh kahin bhi Quran o Hadees mein likha hua nahi hai.</w:t>
      </w:r>
    </w:p>
    <w:p>
      <w:pPr>
        <w:jc w:val="right"/>
      </w:pPr>
      <w:r>
        <w:t>مجھے یہ کہنے میں پورا یقین ہے کہ جھوٹا نظریہ ہے۔ یہ کہیں بھی قرآن و حدیث میں لکھا ہوا نہیں ہے۔</w:t>
      </w:r>
    </w:p>
    <w:p>
      <w:r>
        <w:rPr>
          <w:b/>
        </w:rPr>
        <w:t xml:space="preserve">[05:18] </w:t>
      </w:r>
      <w:r>
        <w:t>alyawm akmaltu lakum deenakum jo ayat hai, is ka matlab yeh nahi ke Islam mukammal mazhab hai. is ka matlab hai ke yeh ayat utri thi Madine ke aakhri zamane mein.</w:t>
      </w:r>
    </w:p>
    <w:p>
      <w:pPr>
        <w:jc w:val="right"/>
      </w:pPr>
      <w:r>
        <w:t>الیوم اکملتکم دینکم جو آیت ہے، اس کا مطلب یہ نہیں کہ اسلام مکمل مذہب ہے۔ اس کا مطلب ہے کہ یہ آیت اتری تھی مدینے کے آخری زمانے میں۔</w:t>
      </w:r>
    </w:p>
    <w:p>
      <w:r>
        <w:rPr>
          <w:b/>
        </w:rPr>
        <w:t xml:space="preserve">[05:30] </w:t>
      </w:r>
      <w:r>
        <w:t>aap jante hain ke Rasool Allah ko bohat zyada mukhalifat hui Makka mein, phir Madine mein aaye to phir wahan bhi bohat se jhagde hue, ladaiyan hui.</w:t>
      </w:r>
    </w:p>
    <w:p>
      <w:pPr>
        <w:jc w:val="right"/>
      </w:pPr>
      <w:r>
        <w:t>آپ جانتے ہیں کہ رسول اللہ کو بہت زیادہ مخالفت ہوئی مکہ میں، پھر مدینے میں آئے تو پھر وہاں بھی بہت سے جھگڑے ہوئے، لڑائیاں ہوئیں۔</w:t>
      </w:r>
    </w:p>
    <w:p>
      <w:r>
        <w:rPr>
          <w:b/>
        </w:rPr>
        <w:t xml:space="preserve">[05:40] </w:t>
      </w:r>
      <w:r>
        <w:t>to Islam ka taqreeban Rasool Allah ke zamane ka taqreeban 20 saal jo hai, isi mein guzar gaya.</w:t>
      </w:r>
    </w:p>
    <w:p>
      <w:pPr>
        <w:jc w:val="right"/>
      </w:pPr>
      <w:r>
        <w:t>تو اسلام کا تقریباً رسول اللہ کے زمانے کا تقریباً 20 سال جو ہے، اسی میں گزر گیا۔</w:t>
      </w:r>
    </w:p>
    <w:p>
      <w:r>
        <w:rPr>
          <w:b/>
        </w:rPr>
        <w:t xml:space="preserve">[05:50] </w:t>
      </w:r>
      <w:r>
        <w:t>aap jante hain ke 23 saal mein aap ki wafaat hui hai. to aakhri zamane mein yeh Quran ki aakhri ayat utri thi, aakhri ayat.</w:t>
      </w:r>
    </w:p>
    <w:p>
      <w:pPr>
        <w:jc w:val="right"/>
      </w:pPr>
      <w:r>
        <w:t>آپ جانتے ہیں کہ 23 سال میں آپ کی وفات ہوئی ہے۔ تو آخری زمانے میں یہ قرآن کی آخری آیت اتری تھی، آخری آیت۔</w:t>
      </w:r>
    </w:p>
    <w:p>
      <w:r>
        <w:rPr>
          <w:b/>
        </w:rPr>
        <w:t xml:space="preserve">[06:00] </w:t>
      </w:r>
      <w:r>
        <w:t>is ka matlab yeh hai ke Quran mein jo taleemat, jo teaching utarne wali thi, jo verses, jo chapters utarne wale the, woh aaj poore ho gaye.</w:t>
      </w:r>
    </w:p>
    <w:p>
      <w:pPr>
        <w:jc w:val="right"/>
      </w:pPr>
      <w:r>
        <w:t>اس کا مطلب یہ ہے کہ قرآن میں جو تعلیمات، جو ٹیچنگ اترنے والی تھی، جو ورسز، جو چیپٹر اترنے والے تھے، وہ آج پورے ہو گئے۔</w:t>
      </w:r>
    </w:p>
    <w:p>
      <w:r>
        <w:rPr>
          <w:b/>
        </w:rPr>
        <w:t xml:space="preserve">[06:10] </w:t>
      </w:r>
      <w:r>
        <w:t>aaj hum ne poora kar diya tumhare tumhare deen ko. is ko le lete hain absolute sense mein, yaani is ka matlab le lete hain ke deen ko mukammal kiya, deen ko mukammal nahi kiya.</w:t>
      </w:r>
    </w:p>
    <w:p>
      <w:pPr>
        <w:jc w:val="right"/>
      </w:pPr>
      <w:r>
        <w:t>آج ہم نے پورا کر دیا تمہارے تمہارے دین کو۔ اس کو لے لیتے ہیں ایبسولیوٹ سینس میں، یعنی اس کا مطلب لے لیتے ہیں کہ دین کو مکمل کیا، دین کو مکمل نہیں کیا۔</w:t>
      </w:r>
    </w:p>
    <w:p>
      <w:r>
        <w:rPr>
          <w:b/>
        </w:rPr>
        <w:t xml:space="preserve">[06:24] </w:t>
      </w:r>
      <w:r>
        <w:t>Rasool Allah par jo Quran utarne wala tha, is ki aakhri verse utar gayi. is ka matlab sirf yeh hai</w:t>
      </w:r>
    </w:p>
    <w:p>
      <w:pPr>
        <w:jc w:val="right"/>
      </w:pPr>
      <w:r>
        <w:t>رسول اللہ پر جو قرآن اترنے والا تھا، اس کی آخری ورس اتر گئی۔ اس کا مطلب صرف یہ ہے</w:t>
      </w:r>
    </w:p>
    <w:p>
      <w:r>
        <w:rPr>
          <w:b/>
        </w:rPr>
        <w:t xml:space="preserve">[06:30] </w:t>
      </w:r>
      <w:r>
        <w:t>ke kitni bari fallacy yeh hai, kyunke yeh aqeeda hai ab mauqa ke poora Quran jo hai, utar chuka tha pehle lauh-e-mehfooz se, utara ja chuka tha.</w:t>
      </w:r>
    </w:p>
    <w:p>
      <w:pPr>
        <w:jc w:val="right"/>
      </w:pPr>
      <w:r>
        <w:t>کہ کتنی بڑی فیلسی یہ ہے، کیونکہ یہ عقیدہ ہے اب موقع کہ پورا قرآن جو ہے، اتر چکا تھا پہلے لوح محفوظ سے، اتارا جا چکا تھا۔</w:t>
      </w:r>
    </w:p>
    <w:p>
      <w:r>
        <w:rPr>
          <w:b/>
        </w:rPr>
        <w:t xml:space="preserve">[06:43] </w:t>
      </w:r>
      <w:r>
        <w:t>phir najman najman utra woh Rasool Allah par. yeh aqeeda hai, kitabon mein likha hua hai ke lailatul qadr mein poora poora Quran utar diya gaya, lekin Rasool Allah par thoda thoda karke utarta raha hua hai.</w:t>
      </w:r>
    </w:p>
    <w:p>
      <w:pPr>
        <w:jc w:val="right"/>
      </w:pPr>
      <w:r>
        <w:t>پھر نجماً نجماً اترا وہ رسول اللہ پر۔ یہ عقیدہ ہے، کتابوں میں لکھا ہوا ہے کہ لیلۃ القدر میں پورا پورا قرآن اتار دیا گیا، لیکن رسول اللہ پر تھوڑا تھوڑا کر کے اترتا رہا ہوا ہے۔</w:t>
      </w:r>
    </w:p>
    <w:p>
      <w:r>
        <w:rPr>
          <w:b/>
        </w:rPr>
        <w:t xml:space="preserve">[06:59] </w:t>
      </w:r>
      <w:r>
        <w:t>to jo Quran Allah ke nazdeek tay tha ke yeh hai Quran, 114 is ke chapters hain, aur saadey che hazar is ke verses hain, yeh jo tha Quran, is ki aakhri ayat utar gayi.</w:t>
      </w:r>
    </w:p>
    <w:p>
      <w:pPr>
        <w:jc w:val="right"/>
      </w:pPr>
      <w:r>
        <w:t>تو جو قرآن اللہ کے نزدیک طے تھا کہ یہ ہے قرآن، 114 اس کے چیپٹرز ہیں، اور ساڑھے چھ ہزار اس کے ورسز ہیں، یہ جو تھا قرآن، اس کی آخری آیت اتر گئی۔</w:t>
      </w:r>
    </w:p>
    <w:p>
      <w:r>
        <w:rPr>
          <w:b/>
        </w:rPr>
        <w:t xml:space="preserve">[07:14] </w:t>
      </w:r>
      <w:r>
        <w:t>yeh hai matlab is ka matlab kya nikal liya ke mukammal deen utar diya tumhare upar. ab kya hai ke lad lad lad lad karke mukammal deen ko establish karo, hukoomatein qaim karo.</w:t>
      </w:r>
    </w:p>
    <w:p>
      <w:pPr>
        <w:jc w:val="right"/>
      </w:pPr>
      <w:r>
        <w:t>یہ ہے مطلب اس کا مطلب کیا نکال لیا کہ مکمل دین اتار دیا تمہارے اوپر۔ اب کیا ہے کہ لڑ لڑ لڑ لڑ کر کے مکمل دین کو اسٹیبلش کرو، حکومتیں قائم کرو۔</w:t>
      </w:r>
    </w:p>
    <w:p>
      <w:r>
        <w:rPr>
          <w:b/>
        </w:rPr>
        <w:t xml:space="preserve">[07:29] </w:t>
      </w:r>
      <w:r>
        <w:t>isi ki wajah se aap dekh rahe hain ke har jagah Musalman ladai bhiraye hue hain, phanse hue hain. is is interpretation jo galat hai, is ki wajah se yeh 100 percent wrong interpretation hai.</w:t>
      </w:r>
    </w:p>
    <w:p>
      <w:pPr>
        <w:jc w:val="right"/>
      </w:pPr>
      <w:r>
        <w:t>اسی کی وجہ سے آپ دیکھ رہے ہیں کہ ہر جگہ مسلمان لڑائی بھڑائے ہوئے ہیں، پھنسے ہوئے ہیں۔ اس اس انٹرپریٹیشن جو غلط ہے، اس کی وجہ سے یہ 100 فیصد رونگ انٹرپریٹیشن ہے۔</w:t>
      </w:r>
    </w:p>
    <w:p>
      <w:r>
        <w:rPr>
          <w:b/>
        </w:rPr>
        <w:t xml:space="preserve">[07:43] </w:t>
      </w:r>
      <w:r>
        <w:t>ab is mein kya nikala hai inhon ne isi tarah se ke Rasool Allah ke liye kehte hain ke Rasool Allah ka jo hai, is waqt kamilah hai, mukammal namoona, complete example.</w:t>
      </w:r>
    </w:p>
    <w:p>
      <w:pPr>
        <w:jc w:val="right"/>
      </w:pPr>
      <w:r>
        <w:t>اب اس میں کیا نکالا ہے انہوں نے اسی طریقے سے کہ رسول اللہ کے لیے کہتے ہیں کہ رسول اللہ کا جو ہے، اس وقت کاملہ ہے، مکمل نمونہ، کمپلیٹ ایگزامپل۔</w:t>
      </w:r>
    </w:p>
    <w:p>
      <w:r>
        <w:rPr>
          <w:b/>
        </w:rPr>
        <w:t xml:space="preserve">[07:54] </w:t>
      </w:r>
      <w:r>
        <w:t>yeh bhi ek galat baat hai. dekhein kaise galti hui hai. yeh</w:t>
      </w:r>
    </w:p>
    <w:p>
      <w:pPr>
        <w:jc w:val="right"/>
      </w:pPr>
      <w:r>
        <w:t>یہ بھی ایک غلط بات ہے۔ دیکھیں کیسے غلطی ہوئی ہے۔ یہ</w:t>
      </w:r>
    </w:p>
    <w:p>
      <w:r>
        <w:rPr>
          <w:b/>
        </w:rPr>
        <w:t xml:space="preserve">[07:59] </w:t>
      </w:r>
      <w:r>
        <w:t>Quran mein hai ke laqad kana lakum fi rasool Allah hasanatun, yaani tumhare liye Rasool Allah ki zindagi mein good example hai. is waqt hasana means good example.</w:t>
      </w:r>
    </w:p>
    <w:p>
      <w:pPr>
        <w:jc w:val="right"/>
      </w:pPr>
      <w:r>
        <w:t>قرآن میں ہے کہ لقد کانکم فی رسول اللہ حسنہ، یعنی تمہارے لیے رسول اللہ کی زندگی میں گڈ ایگزامپل ہے۔ اس وقت حسنہ مینز گڈ ایگزامپل۔</w:t>
      </w:r>
    </w:p>
    <w:p>
      <w:r>
        <w:rPr>
          <w:b/>
        </w:rPr>
        <w:t xml:space="preserve">[08:10] </w:t>
      </w:r>
      <w:r>
        <w:t>is ko kya bana diya? complete example. Yaani kitni bari, kitna bara Quran mein jhoot shamil kiya kar diya gaya. laqad kana lakum fi rasool Allah, is waqt hasana hai, is waqt kamilah nahi hai.</w:t>
      </w:r>
    </w:p>
    <w:p>
      <w:pPr>
        <w:jc w:val="right"/>
      </w:pPr>
      <w:r>
        <w:t>اس کو کیا بنا دیا؟ کمپلیٹ ایگزامپل۔ یعنی کتنی بڑی، کتنا بڑا قرآن میں جھوٹ شامل کیا کر دیا گیا۔ لقد کانکم فی رسول اللہ، اس وقت حسنہ ہے، اس وقت کاملہ نہیں ہے۔</w:t>
      </w:r>
    </w:p>
    <w:p>
      <w:r>
        <w:rPr>
          <w:b/>
        </w:rPr>
        <w:t xml:space="preserve">[08:26] </w:t>
      </w:r>
      <w:r>
        <w:t>yeh farmaya ke Rasool Allah ki zindagi mein tumhare liye bohat acha namoona hai, good example hai, is ko follow karo. lekin is ko hasana ko badal kar kamilah bana diya.</w:t>
      </w:r>
    </w:p>
    <w:p>
      <w:pPr>
        <w:jc w:val="right"/>
      </w:pPr>
      <w:r>
        <w:t>یہ فرمایا کہ رسول اللہ کی زندگی میں تمہارے لیے بہت اچھا نمونہ ہے، گڈ ایگزامپل ہے، اس کو فالو کرو۔ لیکن اس کو حسنہ کو بدل کر کاملہ بنا دیا۔</w:t>
      </w:r>
    </w:p>
    <w:p>
      <w:r>
        <w:rPr>
          <w:b/>
        </w:rPr>
        <w:t xml:space="preserve">[08:36] </w:t>
      </w:r>
      <w:r>
        <w:t>kaha ke complete example hai. ab kya hai ke aap sab kuch karein. Rasool Allah ne agar ladai ki hai to aap ladai kijiye. Rasool Allah ne hukoomat qaim ki hai to hukoomat qaim kijiye.</w:t>
      </w:r>
    </w:p>
    <w:p>
      <w:pPr>
        <w:jc w:val="right"/>
      </w:pPr>
      <w:r>
        <w:t>کہا کہ کمپلیٹ ایگزامپل ہے۔ اب کیا ہے کہ آپ سب کچھ کریں۔ رسول اللہ نے اگر لڑائی کی ہے تو آپ لڑائی کیجئے۔ رسول اللہ نے حکومت قائم کی ہے تو حکومت قائم کیجئے۔</w:t>
      </w:r>
    </w:p>
    <w:p>
      <w:r>
        <w:rPr>
          <w:b/>
        </w:rPr>
        <w:t xml:space="preserve">[08:48] </w:t>
      </w:r>
      <w:r>
        <w:t>kyunke jab tak poora namoona aap na pakrein ge to aap ko jannat milegi nahi. yeh sab bilkul jhooti baatein hain.</w:t>
      </w:r>
    </w:p>
    <w:p>
      <w:pPr>
        <w:jc w:val="right"/>
      </w:pPr>
      <w:r>
        <w:t>کیونکہ جب تک پورا نمونہ آپ نہ پکڑیں گے تو آپ کو جنت ملے گی نہیں۔ یہ سب بالکل جھوٹی باتیں ہیں۔</w:t>
      </w:r>
    </w:p>
    <w:p>
      <w:r>
        <w:rPr>
          <w:b/>
        </w:rPr>
        <w:t xml:space="preserve">[08:57] </w:t>
      </w:r>
      <w:r>
        <w:t>yaad rakhiye, basic jo principle hai woh yeh hai Quran mein ke ittaqullah mastata'at, la yukallifullahu nafsan illa wus'aha.</w:t>
      </w:r>
    </w:p>
    <w:p>
      <w:pPr>
        <w:jc w:val="right"/>
      </w:pPr>
      <w:r>
        <w:t>یاد رکھیے، بیسک جو پرنسپل ہے وہ یہ ہے قرآن میں کہ اتق اللہ مستطاعت، لا کل اللہ نفسا الا اسا۔</w:t>
      </w:r>
    </w:p>
    <w:p>
      <w:r>
        <w:rPr>
          <w:b/>
        </w:rPr>
        <w:t xml:space="preserve">[09:10] </w:t>
      </w:r>
      <w:r>
        <w:t>is ka matlab yeh hai ke jis ki jitni capacity, utni responsibility. yaani responsibility account according to the capacity hota hai.</w:t>
      </w:r>
    </w:p>
    <w:p>
      <w:pPr>
        <w:jc w:val="right"/>
      </w:pPr>
      <w:r>
        <w:t>اس کا مطلب یہ ہے کہ جس کی جتنی کیپیسٹی، اتنی رسپانسبیلٹی۔ یعنی رسپانسبیلٹی اکاؤنٹ اکارڈنگ ٹو دی کیپیسٹی ہوتا ہے۔</w:t>
      </w:r>
    </w:p>
    <w:p>
      <w:r>
        <w:rPr>
          <w:b/>
        </w:rPr>
        <w:t xml:space="preserve">[09:22] </w:t>
      </w:r>
      <w:r>
        <w:t>yeh ek bohat hi clear hai Quran majeed mein. ittaqullah mastata'at aur la yukallifullahu nafsan illa wus'aha.</w:t>
      </w:r>
    </w:p>
    <w:p>
      <w:pPr>
        <w:jc w:val="right"/>
      </w:pPr>
      <w:r>
        <w:t>یہ ایک بہت ہی کلیئر ہے قرآن مجید میں۔ اتق اللہ مستطاعت اور لا یکلف اللہ نفسا الا اسا۔</w:t>
      </w:r>
    </w:p>
    <w:p>
      <w:r>
        <w:rPr>
          <w:b/>
        </w:rPr>
        <w:t xml:space="preserve">[09:33] </w:t>
      </w:r>
      <w:r>
        <w:t>to jis ki jitni bas hai, utna us par zimmedari hai. yeh nahi ke aap khwamkhwah hukoomat qaim karne ke liye jhanda uthayein aur bas mein nahi.</w:t>
      </w:r>
    </w:p>
    <w:p>
      <w:pPr>
        <w:jc w:val="right"/>
      </w:pPr>
      <w:r>
        <w:t>تو جس کی جتنی بسم ہے، اتنا اس پر ذمہ داری ہے۔ یہ نہیں کہ آپ خوامخواہ حکومت قائم کرنے کے لیے جھنڈا اٹھائیں اور بس میں ہے نہیں۔</w:t>
      </w:r>
    </w:p>
    <w:p>
      <w:r>
        <w:rPr>
          <w:b/>
        </w:rPr>
        <w:t xml:space="preserve">[09:43] </w:t>
      </w:r>
      <w:r>
        <w:t>aap ke liye jaise misaal tor par india hai. india mein aap apna tauheed ka aqeedah rakhein, namaz padhein, aap ka character acha ho, bas kafi hai paradise lene ke liye.</w:t>
      </w:r>
    </w:p>
    <w:p>
      <w:pPr>
        <w:jc w:val="right"/>
      </w:pPr>
      <w:r>
        <w:t>آپ کے لیے جیسے مثال طور پر انڈیا ہے۔ انڈیا میں آپ اپنا توحید کا عقیدہ رکھیں، نماز پڑھیں، آپ کا کریکٹر اچھا ہو، بس کافی ہے پیرائیڈائز لینے کے لیے۔</w:t>
      </w:r>
    </w:p>
    <w:p>
      <w:r>
        <w:rPr>
          <w:b/>
        </w:rPr>
        <w:t xml:space="preserve">[09:57] </w:t>
      </w:r>
      <w:r>
        <w:t>yeh intehai ki baat nahi. pakistan mein aur saudi arab mein bhi yahi islam hai.</w:t>
      </w:r>
    </w:p>
    <w:p>
      <w:pPr>
        <w:jc w:val="right"/>
      </w:pPr>
      <w:r>
        <w:t>یہ انتہائی کی بات نہیں۔ پاکستان میں اور سعودی عرب میں بھی یہی اسلام ہے۔</w:t>
      </w:r>
    </w:p>
    <w:p>
      <w:r>
        <w:rPr>
          <w:b/>
        </w:rPr>
        <w:t xml:space="preserve">[10:02] </w:t>
      </w:r>
      <w:r>
        <w:t>aap ki hargiz hargiz yeh responsibility nahi hai ke logon ke maar kaat kar ke aur rulers ko incite karein aur wahan par flogging kar ke hukoomat qaim karein.</w:t>
      </w:r>
    </w:p>
    <w:p>
      <w:pPr>
        <w:jc w:val="right"/>
      </w:pPr>
      <w:r>
        <w:t>آپ کی ہرگز ہرگز یہ رسپانسبیلٹی نہیں ہے کہ لوگوں کے مار کاٹ کر کے اور رولرز کو انسیٹ کریں اور وہاں پر فلاگنگ کر کے حکومت قائم کریں۔</w:t>
      </w:r>
    </w:p>
    <w:p>
      <w:r>
        <w:rPr>
          <w:b/>
        </w:rPr>
        <w:t xml:space="preserve">[10:10] </w:t>
      </w:r>
      <w:r>
        <w:t>islam ki yeh sab hargiz hargiz nahi hai. yeh sab islam nahi, yeh sab jhoota islam hai. islam sirf yeh hai ke aap khuda ko, khuda ko discover karein, us ki sari barhaiyon ke sath</w:t>
      </w:r>
    </w:p>
    <w:p>
      <w:pPr>
        <w:jc w:val="right"/>
      </w:pPr>
      <w:r>
        <w:t>اسلام کی یہ سب ہرگز ہرگز نہیں ہے۔ یہ سب اسلام نہیں، یہ سب جھوٹا اسلام ہے۔ اسلام صرف یہ ہے کہ آپ خدا کو، خدا کو ڈسکور کریں، اس کی ساری بڑائیوں کے ساتھ</w:t>
      </w:r>
    </w:p>
    <w:p>
      <w:r>
        <w:rPr>
          <w:b/>
        </w:rPr>
        <w:t xml:space="preserve">[10:24] </w:t>
      </w:r>
      <w:r>
        <w:t>. aap ke dil mein khuda ki barhai aaye, khuda ki glory aaye, aur aap ke andar modesty paida ho, aur aap ke andar khuda ki ibadat paida ho, aur aap ke andar divine character paida ho.</w:t>
      </w:r>
    </w:p>
    <w:p>
      <w:pPr>
        <w:jc w:val="right"/>
      </w:pPr>
      <w:r>
        <w:t>۔ آپ کے دل میں خدا کی بڑائی آئے، خدا کی گلوری آئے، اور آپ کے اندر ماڈیسٹی پیدا ہو، اور آپ کے اندر خدا کی عبادت پیدا ہو، اور آپ کے اندر ڈیوائن کریکٹر پیدا ہو۔</w:t>
      </w:r>
    </w:p>
    <w:p>
      <w:r>
        <w:rPr>
          <w:b/>
        </w:rPr>
        <w:t xml:space="preserve">[10:35] </w:t>
      </w:r>
      <w:r>
        <w:t>aap dunya mein aik achhe insaan ban kar rahein, aap paradise ke hareess hon, health se bachein, aur paradise ka shauq karein, waghera waghera.</w:t>
      </w:r>
    </w:p>
    <w:p>
      <w:pPr>
        <w:jc w:val="right"/>
      </w:pPr>
      <w:r>
        <w:t>آپ دنیا میں ایک اچھے انسان بن کر رہیں، آپ پیرائیڈائز کے حریص ہوں، ہیلتھ سے بچیں، اور پیرائیڈائز کا شوق کریں، وغیرہ وغیرہ۔</w:t>
      </w:r>
    </w:p>
    <w:p>
      <w:r>
        <w:rPr>
          <w:b/>
        </w:rPr>
        <w:t xml:space="preserve">[10:46] </w:t>
      </w:r>
      <w:r>
        <w:t>yani woh sari cheezein hain jis se sirf, jis mein ladai shamil nahi hai. dekhein, ladai bhadai yeh hai ke islam mein hai hi nahi.</w:t>
      </w:r>
    </w:p>
    <w:p>
      <w:pPr>
        <w:jc w:val="right"/>
      </w:pPr>
      <w:r>
        <w:t>یعنی وہ ساری چیزیں ہیں جس سے صرف، جس میں لڑائی شامل نہیں ہے۔ دیکھیں، لڑائی بھڑائی یہ ہے کہ اسلام میں ہے ہی نہیں۔</w:t>
      </w:r>
    </w:p>
    <w:p>
      <w:r>
        <w:rPr>
          <w:b/>
        </w:rPr>
        <w:t xml:space="preserve">[10:54] </w:t>
      </w:r>
      <w:r>
        <w:t>woh to hai defense ke tor par, yani state ke liye hai. woh aik state qaim hai to us ke border mein koi doosri country bhi hoga.</w:t>
      </w:r>
    </w:p>
    <w:p>
      <w:pPr>
        <w:jc w:val="right"/>
      </w:pPr>
      <w:r>
        <w:t>وہ تو ہے ڈیفنس کے طور پر، یعنی اسٹیٹ کے لیے ہے۔ وہ ایک اسٹیٹ قائم ہے تو اس کے بارڈر میں کوئی دوسری کنٹری بھی ہوگا۔</w:t>
      </w:r>
    </w:p>
    <w:p>
      <w:r>
        <w:rPr>
          <w:b/>
        </w:rPr>
        <w:t xml:space="preserve">[11:04] </w:t>
      </w:r>
      <w:r>
        <w:t>woh country attack karta hai to defense ke tor par woh state wahan ladegi ja kar ke. bas. aur har aadmi aik aik organization banaye aur jihad karna shuru kar de.</w:t>
      </w:r>
    </w:p>
    <w:p>
      <w:pPr>
        <w:jc w:val="right"/>
      </w:pPr>
      <w:r>
        <w:t>وہ کنٹری اٹیک کرتا ہے تو ڈیفنس کے طور پر وہ اسٹیٹ وہاں لڑے گی جا کر کے۔ بس۔ اور ہر آدمی ایک ایک ارگنائزیشن بنائے اور جہاد کرنا شروع کر دے۔</w:t>
      </w:r>
    </w:p>
    <w:p>
      <w:r>
        <w:rPr>
          <w:b/>
        </w:rPr>
        <w:t xml:space="preserve">[11:16] </w:t>
      </w:r>
      <w:r>
        <w:t>yeh to haram hai islam mein. is ka koi jagah hi nahi islam mein. is ki</w:t>
      </w:r>
    </w:p>
    <w:p>
      <w:pPr>
        <w:jc w:val="right"/>
      </w:pPr>
      <w:r>
        <w:t>یہ تو حرام ہے اسلام میں۔ اس کا کوئی جگہ ہی نہیں اسلام میں۔ اس کی</w:t>
      </w:r>
    </w:p>
    <w:p>
      <w:r>
        <w:rPr>
          <w:b/>
        </w:rPr>
        <w:t xml:space="preserve">[11:20] </w:t>
      </w:r>
      <w:r>
        <w:t>jo zimmedari hai woh yeh hai ke khuda ko maro, khuda se daro, khuda se mohabbat karo, khuda ke hukumon par chalo, apni family mein, apni society mein achhe insaan ban kar raho.</w:t>
      </w:r>
    </w:p>
    <w:p>
      <w:pPr>
        <w:jc w:val="right"/>
      </w:pPr>
      <w:r>
        <w:t>جو ذمہ داری ہے وہ یہ ہے کہ خدا کو مارو، خدا سے ڈرو، خدا سے محبت کرو، خدا کے حکموں پر چلو، اپنی فیملی میں، اپنی سوسائٹی میں اچھے انسان بن کر رہو۔</w:t>
      </w:r>
    </w:p>
    <w:p>
      <w:r>
        <w:rPr>
          <w:b/>
        </w:rPr>
        <w:t xml:space="preserve">[11:33] </w:t>
      </w:r>
      <w:r>
        <w:t>tumhara behavior insan friendly behavior ho. yeh hai islam. lekin ghalat interpretation ki wajah se ke is waqt hasna ko is waqt kamila bana diya.</w:t>
      </w:r>
    </w:p>
    <w:p>
      <w:pPr>
        <w:jc w:val="right"/>
      </w:pPr>
      <w:r>
        <w:t>تمہارا بیہیویئر انسان فرینڈلی بیہیویئر ہو۔ یہ ہے اسلام۔ لیکن غلط انٹرپریٹیشن کی وجہ سے کہ اس وقت حسنہ کو اس وقت کاملہ بنا دیا۔</w:t>
      </w:r>
    </w:p>
    <w:p>
      <w:r>
        <w:rPr>
          <w:b/>
        </w:rPr>
        <w:t xml:space="preserve">[11:43] </w:t>
      </w:r>
      <w:r>
        <w:t>alyawm akmaltu lakum deenakum ka matlab badal kar ke is ko kuch aur bana diya.</w:t>
      </w:r>
    </w:p>
    <w:p>
      <w:pPr>
        <w:jc w:val="right"/>
      </w:pPr>
      <w:r>
        <w:t>الیوم اکملتکم دینکم کا مطلب بدل کر کے اس کو کچھ اور بنا دیا۔</w:t>
      </w:r>
    </w:p>
    <w:p>
      <w:r>
        <w:rPr>
          <w:b/>
        </w:rPr>
        <w:t xml:space="preserve">[11:48] </w:t>
      </w:r>
      <w:r>
        <w:t>to sare masail jo paida hue hain woh paida hue hain wrong interpretation ki wajah se. is baat ko aap samjhiye taake yeh ghalat fehmiyan jo hain woh khatam hon.</w:t>
      </w:r>
    </w:p>
    <w:p>
      <w:pPr>
        <w:jc w:val="right"/>
      </w:pPr>
      <w:r>
        <w:t>تو سارے مسائل جو پیدا ہوئے ہیں وہ پیدا ہوئے ہیں رونگ انٹرپریٹیشن کی وجہ سے۔ اس بات کو آپ سمجھیے تاکہ یہ غلط فہمیاں جو ہیں وہ ختم ہوں۔</w:t>
      </w:r>
    </w:p>
    <w:p>
      <w:r>
        <w:rPr>
          <w:b/>
        </w:rPr>
        <w:t xml:space="preserve">[12:01] </w:t>
      </w:r>
      <w:r>
        <w:t>log ghalat fehmiyon ko khatam karne ke liye doston ko ghalat sabit karte hain. ghalat fehmiyon mein jo kuch likha jata hai, sab se zyada zor kis par hota hai ke media ne yeh sab phaila rakha hai.</w:t>
      </w:r>
    </w:p>
    <w:p>
      <w:pPr>
        <w:jc w:val="right"/>
      </w:pPr>
      <w:r>
        <w:t>لوگ غلط فہمیوں کو ختم کرنے کے لیے دوستوں کو غلط ثابت کرتے ہیں۔ غلط فہمیوں میں جو کچھ لکھا جاتا ہے، سب سے زیادہ زور کس پر ہوتا ہے کہ میڈیا نے یہ سب پھیلا رکھا ہے۔</w:t>
      </w:r>
    </w:p>
    <w:p>
      <w:r>
        <w:rPr>
          <w:b/>
        </w:rPr>
        <w:t xml:space="preserve">[12:12] </w:t>
      </w:r>
      <w:r>
        <w:t>ke yeh bhi aik jhoot hai.</w:t>
      </w:r>
    </w:p>
    <w:p>
      <w:pPr>
        <w:jc w:val="right"/>
      </w:pPr>
      <w:r>
        <w:t>کہ یہ بھی ایک جھوٹ ہے۔</w:t>
      </w:r>
    </w:p>
    <w:p>
      <w:r>
        <w:rPr>
          <w:b/>
        </w:rPr>
        <w:t xml:space="preserve">[12:15] </w:t>
      </w:r>
      <w:r>
        <w:t>media ka musalman jo karte hain woh media mein chupta hai, media mein aata hai. to media bechara kya kare? aap bomb marenge to kya media kahega?</w:t>
      </w:r>
    </w:p>
    <w:p>
      <w:pPr>
        <w:jc w:val="right"/>
      </w:pPr>
      <w:r>
        <w:t>میڈیا کا مسلمان جو کرتے ہیں وہ میڈیا میں چھپتا ہے، میڈیا میں آتا ہے۔ تو میڈیا بیچارہ کیا کرے؟ آپ بم ماریں گے تو کیا میڈیا کہے گا؟</w:t>
      </w:r>
    </w:p>
    <w:p>
      <w:r>
        <w:rPr>
          <w:b/>
        </w:rPr>
        <w:t xml:space="preserve">[12:24] </w:t>
      </w:r>
      <w:r>
        <w:t>haan, unhon ne phool phenk diya. kya karega media? aap ke bomb ko jab woh lega to phool bana kar ke pesh karega dunya ke samne. to khwamkhwah kehte hain ke media ne.</w:t>
      </w:r>
    </w:p>
    <w:p>
      <w:pPr>
        <w:jc w:val="right"/>
      </w:pPr>
      <w:r>
        <w:t>ہاں، انہوں نے پھول پھینک دیا۔ کیا کرے گا میڈیا؟ آپ کے بم کو جب وہ لے گا تو پھول بنا کر کے پیش کرے گا دنیا کے سامنے۔ تو خوامخواہ کہتے ہیں کہ میڈیا نے۔</w:t>
      </w:r>
    </w:p>
    <w:p>
      <w:r>
        <w:rPr>
          <w:b/>
        </w:rPr>
        <w:t xml:space="preserve">[12:37] </w:t>
      </w:r>
      <w:r>
        <w:t>media ko mein hargiz hargiz responsible nahi samajhta.</w:t>
      </w:r>
    </w:p>
    <w:p>
      <w:pPr>
        <w:jc w:val="right"/>
      </w:pPr>
      <w:r>
        <w:t>میڈیا کو میں ہرگز ہرگز رسپانسبل نہیں سمجھتا۔</w:t>
      </w:r>
    </w:p>
    <w:p>
      <w:r>
        <w:rPr>
          <w:b/>
        </w:rPr>
        <w:t xml:space="preserve">[12:41] </w:t>
      </w:r>
      <w:r>
        <w:t>media jo hai woh reporting ki industry hai. woh report to karega jo aap karenge. is ko report yahi wajah hai ke misunderstanding islam ke khilaf khatam nahi hoti.</w:t>
      </w:r>
    </w:p>
    <w:p>
      <w:pPr>
        <w:jc w:val="right"/>
      </w:pPr>
      <w:r>
        <w:t>میڈیا جو ہے وہ رپورٹنگ کی انڈسٹری ہے۔ وہ رپورٹ تو کرے گا جو آپ کریں گے۔ اس کو رپورٹ یہی وجہ ہے کہ مس انڈرسٹینڈنگ اسلام کے خلاف ختم نہیں ہوتی۔</w:t>
      </w:r>
    </w:p>
    <w:p>
      <w:r>
        <w:rPr>
          <w:b/>
        </w:rPr>
        <w:t xml:space="preserve">[12:52] </w:t>
      </w:r>
      <w:r>
        <w:t>khatam nahi hoti kyunke log yeh keh nahi paate ke yeh ghalat interpretation hai. yeh keh nahi paate ke ghalat musalmanon ne yahan kaam kiya hai. yeh keh nahi paate ke haan, islam ke naam par kuch aur kar dala hai unhon ne.</w:t>
      </w:r>
    </w:p>
    <w:p>
      <w:pPr>
        <w:jc w:val="right"/>
      </w:pPr>
      <w:r>
        <w:t>ختم نہیں ہوتی کیونکہ لوگ یہ کہہ نہیں پاتے کہ یہ غلط انٹرپریٹیشن ہے۔ یہ کہہ نہیں پاتے کہ غلط مسلمانوں نے یہاں کام کیا ہے۔ یہ کہہ نہیں پاتے کہ ہاں، اسلام کے نام پر کچھ اور کر ڈالا ہے انہوں نے۔</w:t>
      </w:r>
    </w:p>
    <w:p>
      <w:r>
        <w:rPr>
          <w:b/>
        </w:rPr>
        <w:t xml:space="preserve">[13:02] </w:t>
      </w:r>
      <w:r>
        <w:t>yeh keh nahi paate. yeh musalmanon ko condemn nahi kar paate.</w:t>
      </w:r>
    </w:p>
    <w:p>
      <w:pPr>
        <w:jc w:val="right"/>
      </w:pPr>
      <w:r>
        <w:t>یہ کہہ نہیں پاتے۔ یہ مسلمانوں کو کنڈم نہیں کر پاتے۔</w:t>
      </w:r>
    </w:p>
    <w:p>
      <w:r>
        <w:rPr>
          <w:b/>
        </w:rPr>
        <w:t xml:space="preserve">[13:08] </w:t>
      </w:r>
      <w:r>
        <w:t>yeh wajah se kya hua hai ke log jo hain musalmanon ke action hi ko islam samajh baithte hain. jab aap condemn na karein to yeh hoga jaise cartoon ke sawal par shahid hangama khara kar diya.</w:t>
      </w:r>
    </w:p>
    <w:p>
      <w:pPr>
        <w:jc w:val="right"/>
      </w:pPr>
      <w:r>
        <w:t>یہ وجہ سے کیا ہوا ہے کہ لوگ جو ہیں مسلمانوں کے ایکشن ہی کو اسلام سمجھ بیٹھتے ہیں۔ جب آپ کنڈم نہ کریں تو یہ ہوگا جیسے کارٹون کے سوال پر شاہد ہنگامہ کھڑا کر دیا۔</w:t>
      </w:r>
    </w:p>
    <w:p>
      <w:r>
        <w:rPr>
          <w:b/>
        </w:rPr>
        <w:t xml:space="preserve">[13:23] </w:t>
      </w:r>
      <w:r>
        <w:t>ab mere siwa koi aik insaan nahi tha jo is ko condemn kare. to log kya samjhenge? samjhenge yahi islam hai. yahi islam samjhega kisi ko halanke islam se is ka one percent bhi koi talluq nahi.</w:t>
      </w:r>
    </w:p>
    <w:p>
      <w:pPr>
        <w:jc w:val="right"/>
      </w:pPr>
      <w:r>
        <w:t>اب میرے سوا کوئی ایک انسان نہیں تھا جو اس کو کنڈم کرے۔ تو لوگ کیا سمجھیں گے؟ سمجھیں گے یہی اسلام ہے۔ یہی اسلام سمجھے گا کسی کو حالانکہ اسلام سے اس کا ون پرسنٹ بھی کوئی تعلق نہیں۔</w:t>
      </w:r>
    </w:p>
    <w:p>
      <w:r>
        <w:rPr>
          <w:b/>
        </w:rPr>
        <w:t xml:space="preserve">[13:39] </w:t>
      </w:r>
      <w:r>
        <w:t>yeh to jhooti leadership thi. jhooti leadership. bas is ka islam se koi talluq nahi. to behal mein yeh kehna chahta hoon ke you have to differentiate between text and interpretation.</w:t>
      </w:r>
    </w:p>
    <w:p>
      <w:pPr>
        <w:jc w:val="right"/>
      </w:pPr>
      <w:r>
        <w:t>یہ تو جھوٹی لیڈری تھی۔ جھوٹی لیڈری۔ بس اس کا اسلام سے کوئی تعلق نہیں۔ تو بہرحال میں یہ کہنا چاہتا ہوں کہ یو ہیو ٹو ڈیفرنشیٹ بٹوین ٹیکسٹ اینڈ انٹرپریٹیشن۔</w:t>
      </w:r>
    </w:p>
    <w:p>
      <w:r>
        <w:rPr>
          <w:b/>
        </w:rPr>
        <w:t xml:space="preserve">[13:53] </w:t>
      </w:r>
      <w:r>
        <w:t>interpretation made made hota hai. interpretation hamesha made made hota hai. insaan ne bana rakha hai. is ko samjhiye ga.</w:t>
      </w:r>
    </w:p>
    <w:p>
      <w:pPr>
        <w:jc w:val="right"/>
      </w:pPr>
      <w:r>
        <w:t>انٹرپریٹیشن میڈ میڈ ہوتا ہے۔ انٹرپریٹیشن ہمیشہ میڈ میڈ ہوتا ہے۔ انسان نے بنا رکھا ہے۔ اس کو سمجھئے گا۔</w:t>
      </w:r>
    </w:p>
    <w:p>
      <w:r>
        <w:rPr>
          <w:b/>
        </w:rPr>
        <w:t xml:space="preserve">[14:02] </w:t>
      </w:r>
      <w:r>
        <w:t>ab mein aik bohat hi zyada yaani jo logon ke zehn mein sawal rehta hai hamesha ke fiqah mein jhagray kyun? fiqah ka matlab hota hai woh ilm jis se hum seekhte hain ke kaise namaz parhein, kaise roza rakhein, kaise haj karein.</w:t>
      </w:r>
    </w:p>
    <w:p>
      <w:pPr>
        <w:jc w:val="right"/>
      </w:pPr>
      <w:r>
        <w:t>اب میں ایک بہت ہی زیادہ یعنی جو لوگوں کے ذہن میں سوال رہتا ہے ہمیشہ کہ فقہ میں جھگڑے کیوں؟ فقہ کا مطلب ہوتا ہے وہ علم جس سے ہم سیکھتے ہیں کہ کیسے نماز پڑھیں، کیسے روزہ رکھیں، کیسے حج کریں۔</w:t>
      </w:r>
    </w:p>
    <w:p>
      <w:r>
        <w:rPr>
          <w:b/>
        </w:rPr>
        <w:t xml:space="preserve">[14:19] </w:t>
      </w:r>
      <w:r>
        <w:t>is ko fiqah kehte hain. to aap jante hain ke bohat zyada differences hain. baray jhagray hotay hain. masjidain alag ban gayi hain aur yeh hota hai, woh hota hai.</w:t>
      </w:r>
    </w:p>
    <w:p>
      <w:pPr>
        <w:jc w:val="right"/>
      </w:pPr>
      <w:r>
        <w:t>اس کو فقہ کہتے ہیں۔ تو آپ جانتے ہیں کہ بہت زیادہ ڈیفرنسز ہیں۔ بڑے جھگڑے ہوتے ہیں۔ مسجدیں الگ بن گئی ہیں اور یہ ہوتا ہے، وہ ہوتا ہے۔</w:t>
      </w:r>
    </w:p>
    <w:p>
      <w:r>
        <w:rPr>
          <w:b/>
        </w:rPr>
        <w:t xml:space="preserve">[14:31] </w:t>
      </w:r>
      <w:r>
        <w:t>log generally yeh samajh nahi paate ke aisa kyun? aik hi Islam mein chaar fiqhi school kyun? chaar ka yaani baad ko abbas period mein jo school banay woh to 12 period school thay.</w:t>
      </w:r>
    </w:p>
    <w:p>
      <w:pPr>
        <w:jc w:val="right"/>
      </w:pPr>
      <w:r>
        <w:t>لوگ جنرلی یہ سمجھ نہیں پاتے کہ ایسا کیوں؟ ایک ہی اسلام میں چار فقہی اسکول کیوں؟ چار کا یعنی بعد کو عباس پیریڈ میں جو اسکول بنے وہ تو 12 پیریڈ اسکول تھے۔</w:t>
      </w:r>
    </w:p>
    <w:p>
      <w:r>
        <w:rPr>
          <w:b/>
        </w:rPr>
        <w:t xml:space="preserve">[14:45] </w:t>
      </w:r>
      <w:r>
        <w:t>bohat saray thay. abhi bhi chaar hi nahi hain. abhi bhi fiqah jafriya bhi hai. is ko le kar paanch bantay hain. is ko mein thora sa arz karna chahta hoon ke yeh kya qissa hai?</w:t>
      </w:r>
    </w:p>
    <w:p>
      <w:pPr>
        <w:jc w:val="right"/>
      </w:pPr>
      <w:r>
        <w:t>بہت سارے تھے۔ ابھی بھی چار ہی نہیں ہیں۔ ابھی بھی فقہ جعفریہ بھی ہے۔ اس کو لے کر پانچ بنتے ہیں۔ اس کو میں تھوڑا سا عرض کرنا چاہتا ہوں کہ یہ کیا قصہ ہے؟</w:t>
      </w:r>
    </w:p>
    <w:p>
      <w:r>
        <w:rPr>
          <w:b/>
        </w:rPr>
        <w:t xml:space="preserve">[14:57] </w:t>
      </w:r>
      <w:r>
        <w:t>yeh ke aik Islam mein paanch paanch Islam kaise ban gaye?</w:t>
      </w:r>
    </w:p>
    <w:p>
      <w:pPr>
        <w:jc w:val="right"/>
      </w:pPr>
      <w:r>
        <w:t>یہ کہ ایک اسلام میں پانچ پانچ اسلام کیسے بن گئے؟</w:t>
      </w:r>
    </w:p>
    <w:p>
      <w:r>
        <w:rPr>
          <w:b/>
        </w:rPr>
        <w:t xml:space="preserve">[15:02] </w:t>
      </w:r>
      <w:r>
        <w:t>aik Islam mein paanch deen kaise ban gaye? paanch mazhab kaise ban gaye? is ko mein thora sa explain karna chahta hoon. dekhiye, rasool Allah ke zamanay mein koi fiqhi school nahi tha.</w:t>
      </w:r>
    </w:p>
    <w:p>
      <w:pPr>
        <w:jc w:val="right"/>
      </w:pPr>
      <w:r>
        <w:t>ایک اسلام میں پانچ دین کیسے بن گئے؟ پانچ مذہب کیسے بن گئے؟ اس کو میں تھوڑا سا ایکسپلین کرنا چاہتا ہوں۔ دیکھیے، رسول اللہ کے زمانے میں کوئی فقہی اسکول نہیں تھا۔</w:t>
      </w:r>
    </w:p>
    <w:p>
      <w:r>
        <w:rPr>
          <w:b/>
        </w:rPr>
        <w:t xml:space="preserve">[15:16] </w:t>
      </w:r>
      <w:r>
        <w:t>na Maliki, na Wali, na Shafi, na Hanafi, koi bhi nahi tha. rasool Allah ke zamanay mein fiqhi school nahi thay. is ke baad jo zamanah hai companion ka, sahaba ka, tab bhi koi fiqhi school nahi tha.</w:t>
      </w:r>
    </w:p>
    <w:p>
      <w:pPr>
        <w:jc w:val="right"/>
      </w:pPr>
      <w:r>
        <w:t>نہ مالکی، نہ ولی، نہ شافعی، نہ حنفی، کوئی بھی نہیں تھا۔ رسول اللہ کے زمانے میں فقہی اسکول نہیں تھے۔ اس کے بعد جو زمانہ ہے کمپینین کا، صحابہ کا، تب بھی کوئی فقہی اسکول نہیں تھا۔</w:t>
      </w:r>
    </w:p>
    <w:p>
      <w:r>
        <w:rPr>
          <w:b/>
        </w:rPr>
        <w:t xml:space="preserve">[15:32] </w:t>
      </w:r>
      <w:r>
        <w:t>to rasool Allah ke zamanah, khilafat rashida ke zamanah aur banu umayyah ka zamanah, in teenon zamanay mein fiqhi school nahi thay.</w:t>
      </w:r>
    </w:p>
    <w:p>
      <w:pPr>
        <w:jc w:val="right"/>
      </w:pPr>
      <w:r>
        <w:t>تو رسول اللہ کے زمانہ، خلافت راشدہ کے زمانہ اور بنو امیہ کا زمانہ، ان تینوں زمانے میں فقہی اسکول نہیں تھے۔</w:t>
      </w:r>
    </w:p>
    <w:p>
      <w:r>
        <w:rPr>
          <w:b/>
        </w:rPr>
        <w:t xml:space="preserve">[15:42] </w:t>
      </w:r>
      <w:r>
        <w:t>yeh sab log jante hain. fiqhi school banay hain kab? abbas period mein. abbas period mein. aur yeh Iran mein banay hain.</w:t>
      </w:r>
    </w:p>
    <w:p>
      <w:pPr>
        <w:jc w:val="right"/>
      </w:pPr>
      <w:r>
        <w:t>یہ سب لوگ جانتے ہیں۔ فقہی اسکول بنے ہیں کب؟ عباس پیریڈ میں۔ عباس پیریڈ میں۔ اور یہ ایران میں بنے ہیں۔</w:t>
      </w:r>
    </w:p>
    <w:p>
      <w:r>
        <w:rPr>
          <w:b/>
        </w:rPr>
        <w:t xml:space="preserve">[15:52] </w:t>
      </w:r>
      <w:r>
        <w:t>woh kaise banay?</w:t>
      </w:r>
    </w:p>
    <w:p>
      <w:pPr>
        <w:jc w:val="right"/>
      </w:pPr>
      <w:r>
        <w:t>وہ کیسے بنے؟</w:t>
      </w:r>
    </w:p>
    <w:p>
      <w:r>
        <w:rPr>
          <w:b/>
        </w:rPr>
        <w:t xml:space="preserve">[15:55] </w:t>
      </w:r>
      <w:r>
        <w:t>is ki tareekh yeh hai. is ki history yeh hai ke abbas period hi mein hadithon ko compile kiya gaya.</w:t>
      </w:r>
    </w:p>
    <w:p>
      <w:pPr>
        <w:jc w:val="right"/>
      </w:pPr>
      <w:r>
        <w:t>اس کی تاریخ یہ ہے۔ اس کی ہسٹری یہ ہے کہ عباس پیریڈ ہی میں حدیثوں کو کمپائل کیا گیا۔</w:t>
      </w:r>
    </w:p>
    <w:p>
      <w:r>
        <w:rPr>
          <w:b/>
        </w:rPr>
        <w:t xml:space="preserve">[16:07] </w:t>
      </w:r>
      <w:r>
        <w:t>is se pehle hadithain jo theen woh phaili hui theen logon ke darmiyan. log un ka charcha karte thay. log un ko aik doosray ko sunatay thay.</w:t>
      </w:r>
    </w:p>
    <w:p>
      <w:pPr>
        <w:jc w:val="right"/>
      </w:pPr>
      <w:r>
        <w:t>اس سے پہلے حدیثیں جو تھیں وہ پھیلی ہوئی تھیں لوگوں کے درمیان۔ لوگ ان کا چرچہ کرتے تھے۔ لوگ ان کو ایک دوسرے کو سناتے تھے۔</w:t>
      </w:r>
    </w:p>
    <w:p>
      <w:r>
        <w:rPr>
          <w:b/>
        </w:rPr>
        <w:t xml:space="preserve">[16:17] </w:t>
      </w:r>
      <w:r>
        <w:t>aur alag alag likh bhi rakha tha logon ne. likhi hui halat mein bhi hadithain theen. to jagah</w:t>
      </w:r>
    </w:p>
    <w:p>
      <w:pPr>
        <w:jc w:val="right"/>
      </w:pPr>
      <w:r>
        <w:t>اور الگ الگ لکھ بھی رکھا تھا لوگوں نے۔ لکھی ہوئی حالت میں بھی حدیثیں تھیں۔ تو جگہ</w:t>
      </w:r>
    </w:p>
    <w:p>
      <w:r>
        <w:rPr>
          <w:b/>
        </w:rPr>
        <w:t xml:space="preserve">[16:22] </w:t>
      </w:r>
      <w:r>
        <w:t>jagah theen. lekin baray paimaanay par baqaydah tor par jis ko kehte hain tadween karna, us paimaanay par hadithain abbas period mein ikatha ki gayi.</w:t>
      </w:r>
    </w:p>
    <w:p>
      <w:pPr>
        <w:jc w:val="right"/>
      </w:pPr>
      <w:r>
        <w:t>جگہ تھیں۔ لیکن بڑے پیمانے پر باقاعدہ طور پر جس کو کہتے ہیں تدوین کرنا، اس پیمانے پر حدیثیں عباس پیریڈ میں اکٹھا کی گئی۔</w:t>
      </w:r>
    </w:p>
    <w:p>
      <w:r>
        <w:rPr>
          <w:b/>
        </w:rPr>
        <w:t xml:space="preserve">[16:35] </w:t>
      </w:r>
      <w:r>
        <w:t>yahan do baatein mein clear karna chahta hoon. woh yeh hai ke yeh hum maantay hain, sab log kehte hain ke hadithon mein bohat si mauzu hadithain hain, yaani banawati hadithain, khud se bana liya logon ne.</w:t>
      </w:r>
    </w:p>
    <w:p>
      <w:pPr>
        <w:jc w:val="right"/>
      </w:pPr>
      <w:r>
        <w:t>یہاں دو باتیں میں کلیئر کرنا چاہتا ہوں۔ وہ یہ ہے کہ یہ ہم مانتے ہیں، سب لوگ کہتے ہیں کہ حدیثوں میں بہت سی موضوع حدیثیں ہیں، یعنی بناوٹی حدیثیں، خود سے بنا لیا لوگوں نے۔</w:t>
      </w:r>
    </w:p>
    <w:p>
      <w:r>
        <w:rPr>
          <w:b/>
        </w:rPr>
        <w:t xml:space="preserve">[16:50] </w:t>
      </w:r>
      <w:r>
        <w:t>aisi hadith hai.</w:t>
      </w:r>
    </w:p>
    <w:p>
      <w:pPr>
        <w:jc w:val="right"/>
      </w:pPr>
      <w:r>
        <w:t>ایسی حدیث ہے۔</w:t>
      </w:r>
    </w:p>
    <w:p>
      <w:r>
        <w:rPr>
          <w:b/>
        </w:rPr>
        <w:t xml:space="preserve">[16:52] </w:t>
      </w:r>
      <w:r>
        <w:t>to yeh sawal logon ka andar hota hai ke kaise hum farq karein? kaise hum difference janain? to dekhiye, yeh koi difficult kaam nahi hai.</w:t>
      </w:r>
    </w:p>
    <w:p>
      <w:pPr>
        <w:jc w:val="right"/>
      </w:pPr>
      <w:r>
        <w:t>تو یہ سوال لوگوں کا اندر ہوتا ہے کہ کیسے ہم فرق کریں؟ کیسے ہم ڈیفرنس جانیں؟ تو دیکھیے، یہ کوئی ڈیفیکلٹ کام نہیں ہے۔</w:t>
      </w:r>
    </w:p>
    <w:p>
      <w:r>
        <w:rPr>
          <w:b/>
        </w:rPr>
        <w:t xml:space="preserve">[17:05] </w:t>
      </w:r>
      <w:r>
        <w:t>muhaddiseen ne 15 lakh aadmiyon ka data, jis ko kehte hain aap log, banaya hai. 15 lakh aadmiyon ki history ikatha ki hai.</w:t>
      </w:r>
    </w:p>
    <w:p>
      <w:pPr>
        <w:jc w:val="right"/>
      </w:pPr>
      <w:r>
        <w:t>محدثین نے 15 لاکھ آدمیوں کا ڈیٹا، جس کو کہتے ہیں آپ لوگ، بنایا ہے۔ 15 لاکھ آدمیوں کی ہسٹری اکٹھا کی ہے۔</w:t>
      </w:r>
    </w:p>
    <w:p>
      <w:r>
        <w:rPr>
          <w:b/>
        </w:rPr>
        <w:t xml:space="preserve">[17:15] </w:t>
      </w:r>
      <w:r>
        <w:t>jo kehte hain ilm-e-rijal</w:t>
      </w:r>
    </w:p>
    <w:p>
      <w:pPr>
        <w:jc w:val="right"/>
      </w:pPr>
      <w:r>
        <w:t>جو کہتے ہیں علم رجال</w:t>
      </w:r>
    </w:p>
    <w:p>
      <w:r>
        <w:rPr>
          <w:b/>
        </w:rPr>
        <w:t xml:space="preserve">[17:18] </w:t>
      </w:r>
      <w:r>
        <w:t>ilm-e-rijal aik discipline hai jis mein study ki jati hai un aadmiyon ke jo jinhon ne narrate kiya, jo narrator thay, hadithon ko jo bananay walay jo hain, unhein hadithon ko jo bayan karnay walay, un ko hum kehte hain rawi.</w:t>
      </w:r>
    </w:p>
    <w:p>
      <w:pPr>
        <w:jc w:val="right"/>
      </w:pPr>
      <w:r>
        <w:t>۔ علم رجال ایک ڈسپلن ہے جس میں اسٹڈی کی جاتی ہے ان آدمیوں کے جو جنہوں نے نیریٹ کیا، جو نیریٹر تھے، حدیثوں کو جو بنانے والے جو ہیں، انہیں حدیثوں کو جو بیان کرنے والے، ان کو ہم کہتے ہیں راوی۔</w:t>
      </w:r>
    </w:p>
    <w:p>
      <w:r>
        <w:rPr>
          <w:b/>
        </w:rPr>
        <w:t xml:space="preserve">[17:34] </w:t>
      </w:r>
      <w:r>
        <w:t>rawi yaani narrator. to aisay logon ki ginti 15 lakh tak pohanchti hai.</w:t>
      </w:r>
    </w:p>
    <w:p>
      <w:pPr>
        <w:jc w:val="right"/>
      </w:pPr>
      <w:r>
        <w:t>راوی یعنی نیریٹر۔ تو ایسے لوگوں کی گنتی 15 لاکھ تک پہنچتی ہے۔</w:t>
      </w:r>
    </w:p>
    <w:p>
      <w:r>
        <w:rPr>
          <w:b/>
        </w:rPr>
        <w:t xml:space="preserve">[17:41] </w:t>
      </w:r>
      <w:r>
        <w:t>logon ne bohat zabardast paimaanay par 15 lakh aadmiyon se contact kiya abbas period mein. aur is tarah kiya ke unhon ne yeh jo aaj kal yeh saray jhagray hotay hain har har mulk mein, is se poori tarah apnay ko detach rakha, alag rakha.</w:t>
      </w:r>
    </w:p>
    <w:p>
      <w:pPr>
        <w:jc w:val="right"/>
      </w:pPr>
      <w:r>
        <w:t>لوگوں نے بہت زبردست پیمانے پر 15 لاکھ آدمیوں سے کنٹیکٹ کیا عباس پیریڈ میں۔ اور اس طرح کیا کہ انہوں نے یہ جو آج کل یہ سارے جھگڑے ہوتے ہیں ہر ہر ملک میں، اس سے پوری طرح اپنے کو ڈیٹیچ رکھا، الگ رکھا۔</w:t>
      </w:r>
    </w:p>
    <w:p>
      <w:r>
        <w:rPr>
          <w:b/>
        </w:rPr>
        <w:t xml:space="preserve">[17:58] </w:t>
      </w:r>
      <w:r>
        <w:t>aap jante hain ke abbas period mein woh sari kharabiyan aa chuki theen politics mein, jis ko aaj le kar ke log larai kar rahay hain idhar udhar.</w:t>
      </w:r>
    </w:p>
    <w:p>
      <w:pPr>
        <w:jc w:val="right"/>
      </w:pPr>
      <w:r>
        <w:t>آپ جانتے ہیں کہ عباس پیریڈ میں وہ ساری خرابیاں آ چکی تھیں پولیٹکس میں، جس کو آج لے کر کے لوگ لڑائی کر رہے ہیں ادھر ادھر۔</w:t>
      </w:r>
    </w:p>
    <w:p>
      <w:r>
        <w:rPr>
          <w:b/>
        </w:rPr>
        <w:t xml:space="preserve">[18:07] </w:t>
      </w:r>
      <w:r>
        <w:t>lekin yeh muhaddiseen jo thay, yeh jo scholars thay, unhon ne apnay aap ko poori tarah is se alag rakha. yaani political jhagron se alag rakhnay hi ki wajah se yeh possible hua ke 15 lakh aadmiyon ke record tayar karein.</w:t>
      </w:r>
    </w:p>
    <w:p>
      <w:pPr>
        <w:jc w:val="right"/>
      </w:pPr>
      <w:r>
        <w:t>لیکن یہ محدثین جو تھے، یہ جو سکالرز تھے، انہوں نے اپنے آپ کو پوری طرح اس سے الگ رکھا۔ یعنی پولیٹیکل جھگڑوں سے الگ رکھنے ہی کی وجہ سے یہ پاسیبل ہوا کہ 15 لاکھ آدمیوں کے کا ریکارڈ تیار کریں۔</w:t>
      </w:r>
    </w:p>
    <w:p>
      <w:r>
        <w:rPr>
          <w:b/>
        </w:rPr>
        <w:t xml:space="preserve">[18:21] </w:t>
      </w:r>
      <w:r>
        <w:t>yeh bhi ek history hai ke political jhagron mein jo uljhe ga, woh koi kaam nahi kar sakta. Jisko koi constructive kaam karna hai to us ko pehla kaam yeh karna hoga ke political jhagron se apne ko door le jaye.</w:t>
      </w:r>
    </w:p>
    <w:p>
      <w:pPr>
        <w:jc w:val="right"/>
      </w:pPr>
      <w:r>
        <w:t>یہ بھی ایک ہسٹری ہے کہ پولیٹیکل جھگڑوں میں جو الجھے گا، وہ کوئی کام نہیں کر سکتا۔ جس کو کوئی کنسٹرکٹو کام کرنا ہے تو اس کو پہلا کام یہ کرنا ہوگا کہ پولیٹیکل جھگڑوں سے اپنے کو دور لے جائے۔</w:t>
      </w:r>
    </w:p>
    <w:p>
      <w:r>
        <w:rPr>
          <w:b/>
        </w:rPr>
        <w:t xml:space="preserve">[18:36] </w:t>
      </w:r>
      <w:r>
        <w:t>Aap ghor kijiye, mein aksar sochta hoon yeh muhaddiseen jin ke mind mein lakhon hadith'ein theen, kyunke is waqt memory, aap aap jante hain ke jab memory bohat use hoti thi is zamane mein to log memory bohat achhi hoti thi.</w:t>
      </w:r>
    </w:p>
    <w:p>
      <w:pPr>
        <w:jc w:val="right"/>
      </w:pPr>
      <w:r>
        <w:t>آپ غور کیجئے، میں اکثر سوچتا ہوں یہ محدثین جن کے مائنڈ میں لاکھوں حدیثیں تھیں، کیونکہ اس وقت میموری، آپ آپ جانتے ہیں کہ جب میموری بہت یوز ہوتی تھی اس زمانے میں تو لوگ میموری بہت اچھی ہوتی تھی۔</w:t>
      </w:r>
    </w:p>
    <w:p>
      <w:r>
        <w:rPr>
          <w:b/>
        </w:rPr>
        <w:t xml:space="preserve">[18:53] </w:t>
      </w:r>
      <w:r>
        <w:t>Photographic memory aaj to chand logon ki hoti hai. Is waqt har aadmi ki photographic memory thi. Ya aisi samajh lijiye, aisi hoti hai. Aaj kisi kisi ki photographic memory hoti hai.</w:t>
      </w:r>
    </w:p>
    <w:p>
      <w:pPr>
        <w:jc w:val="right"/>
      </w:pPr>
      <w:r>
        <w:t>فوٹوگرافک میموری آج تو چند لوگوں کی ہوتی ہے۔ اس وقت ہر آدمی کی فوٹوگرافک میموری تھی۔ یا ایسی سمجھ لیجئے، ایسی ہوتی ہے۔ آج کسی کسی کی فوٹوگرافک میموری ہوتی ہے۔</w:t>
      </w:r>
    </w:p>
    <w:p>
      <w:r>
        <w:rPr>
          <w:b/>
        </w:rPr>
        <w:t xml:space="preserve">[19:05] </w:t>
      </w:r>
      <w:r>
        <w:t>Is zamane mein har aadmi hi ki photographic memory thi, kyunke likhna hota nahi tha. Memory mein rakhte the baaton ko. To photographic memory hua is zamane mein hua karti thi logon ki.</w:t>
      </w:r>
    </w:p>
    <w:p>
      <w:pPr>
        <w:jc w:val="right"/>
      </w:pPr>
      <w:r>
        <w:t>اس زمانے میں ہر آدمی ہی کی فوٹوگرافک میموری تھی، کیونکہ لکھنا ہوتا نہیں تھا۔ میموری میں رکھتے تھے باتوں کو۔ تو فوٹوگرافک میموری ہوا اس زمانے میں ہوا کرتی تھی لوگوں کی۔</w:t>
      </w:r>
    </w:p>
    <w:p>
      <w:r>
        <w:rPr>
          <w:b/>
        </w:rPr>
        <w:t xml:space="preserve">[19:18] </w:t>
      </w:r>
      <w:r>
        <w:t>To aap sochiye ke jin logon ke mind mein yeh sari hadith'ein theen, agar woh ladne lagte rulers se, in excuses ko le kar, jaise le kar ke aaj ladaiyan karte hain log Muslim countries mein, to kya hota</w:t>
      </w:r>
    </w:p>
    <w:p>
      <w:pPr>
        <w:jc w:val="right"/>
      </w:pPr>
      <w:r>
        <w:t>تو آپ سوچیے کہ جن لوگوں کے مائنڈ میں یہ ساری حدیثیں تھیں، اگر وہ لڑنے لگتے رولرز سے، ان ایکسکیوزز کو لے کر، جیسے لے کر کے آج لڑائیاں کرتے ہیں لوگ مسلم کنٹریز میں، تو کیا ہوتا</w:t>
      </w:r>
    </w:p>
    <w:p>
      <w:r>
        <w:rPr>
          <w:b/>
        </w:rPr>
        <w:t xml:space="preserve">[19:34] </w:t>
      </w:r>
      <w:r>
        <w:t>? Yeh sare log qatal kar diye jate aur qabron pe chale jate. Aur hadith ka hamein kuch pata hi nahi hota. Hadith ka pata hi nahi hota hamein ke hadith kahan gayi.</w:t>
      </w:r>
    </w:p>
    <w:p>
      <w:pPr>
        <w:jc w:val="right"/>
      </w:pPr>
      <w:r>
        <w:t>؟ یہ سارے لوگ قتل کر دیے جاتے اور قبروں پہ چلے جاتے۔ اور حدیث کا ہمیں کچھ پتہ ہی نہیں ہوتا۔ حدیث کا پتہ ہی نہیں ہوتا ہمیں کہ حدیث کہاں گئی۔</w:t>
      </w:r>
    </w:p>
    <w:p>
      <w:r>
        <w:rPr>
          <w:b/>
        </w:rPr>
        <w:t xml:space="preserve">[19:47] </w:t>
      </w:r>
      <w:r>
        <w:t>Jin mind mein, jin logon ke memory mein hadith'ein theen, woh agar ladne lagte to yahi hota,</w:t>
      </w:r>
    </w:p>
    <w:p>
      <w:pPr>
        <w:jc w:val="right"/>
      </w:pPr>
      <w:r>
        <w:t>جن مائنڈ میں، جن لوگوں کے میموری میں حدیثیں تھیں، وہ اگر لڑنے لگتے تو یہی ہوتا،</w:t>
      </w:r>
    </w:p>
    <w:p>
      <w:r>
        <w:rPr>
          <w:b/>
        </w:rPr>
        <w:t xml:space="preserve">[19:56] </w:t>
      </w:r>
      <w:r>
        <w:t>Jaisa ke Bangladesh mein hua, jaisa ke Pakistan mein hua, jaisa ke jaisa ke Afghanistan mein hua. Har jagah kitne sare log lad lad ke qatal ho gaye aur qabron pe chale gaye.</w:t>
      </w:r>
    </w:p>
    <w:p>
      <w:pPr>
        <w:jc w:val="right"/>
      </w:pPr>
      <w:r>
        <w:t>جیسا کہ بنگلہ دیش میں ہوا، جیسا کہ پاکستان میں ہوا، جیسا کہ جیسا کہ افغانستان میں ہوا۔ ہر جگہ کتنے سارے لوگ لڑ لڑ کے قتل ہو گئے اور قبروں پہ چلے گئے۔</w:t>
      </w:r>
    </w:p>
    <w:p>
      <w:r>
        <w:rPr>
          <w:b/>
        </w:rPr>
        <w:t xml:space="preserve">[20:11] </w:t>
      </w:r>
      <w:r>
        <w:t>Abbas period mein aap ne kitabon mein parha hoga ke woh sari kharabiyan aa chuki theen, jisko le kar aaj Muslim countries mein so called Islamic yani jamaatein lad rahi hain apne apne rulers se.</w:t>
      </w:r>
    </w:p>
    <w:p>
      <w:pPr>
        <w:jc w:val="right"/>
      </w:pPr>
      <w:r>
        <w:t>عباس پیریڈ میں آپ نے کتابوں میں پڑھا ہوگا کہ وہ ساری خرابیاں آ چکی تھیں، جس کو لے کر آج مسلم کنٹریز میں سو کالڈ اسلامک یعنی جماعتیں لڑ رہی ہیں اپنے اپنے رولرز سے۔</w:t>
      </w:r>
    </w:p>
    <w:p>
      <w:r>
        <w:rPr>
          <w:b/>
        </w:rPr>
        <w:t xml:space="preserve">[20:27] </w:t>
      </w:r>
      <w:r>
        <w:t>Har jagah ladai chhi di hui hai, aap jante hain. Arab world mein Al-Ikhwan Al-Muslimeen jo hai, woh lad rahi hai. Aur Pakistan waghera mein Islami Jamaat Islami lad rahi hai.</w:t>
      </w:r>
    </w:p>
    <w:p>
      <w:pPr>
        <w:jc w:val="right"/>
      </w:pPr>
      <w:r>
        <w:t>ہر جگہ لڑائی چھڑی ہوئی ہے، آپ جانتے ہیں۔ عرب ورلڈ میں الاخوال المسلمون جو ہے، وہ لڑ رہی ہے۔ اور پاکستان وغیرہ میں اسلامی جماعت اسلامی لڑ رہی ہے۔</w:t>
      </w:r>
    </w:p>
    <w:p>
      <w:r>
        <w:rPr>
          <w:b/>
        </w:rPr>
        <w:t xml:space="preserve">[20:40] </w:t>
      </w:r>
      <w:r>
        <w:t>Har jagah yeh lad rahe hain log. Jin cheezon ko le kar ke yeh rulers se lad rahe hain, yeh sari kharabiyan Abbas period mein maujood theen.</w:t>
      </w:r>
    </w:p>
    <w:p>
      <w:pPr>
        <w:jc w:val="right"/>
      </w:pPr>
      <w:r>
        <w:t>ہر جگہ یہ لڑ رہے ہیں لوگ۔ جن چیزوں کو لے کر کے یہ رولرز سے لڑ رہے ہیں، یہ ساری خرابیاں عباس پیریڈ میں موجود تھیں۔</w:t>
      </w:r>
    </w:p>
    <w:p>
      <w:r>
        <w:rPr>
          <w:b/>
        </w:rPr>
        <w:t xml:space="preserve">[20:50] </w:t>
      </w:r>
      <w:r>
        <w:t>Agar aisa hota ke in in political kharabiyon ko le kar ladte yeh muhaddis, yeh scholars, ke yeh sab qabar pe chale jate, qaul hadithon ko jama karta, hamein hadithon ke bare mein kuch bhi pata na hota.</w:t>
      </w:r>
    </w:p>
    <w:p>
      <w:pPr>
        <w:jc w:val="right"/>
      </w:pPr>
      <w:r>
        <w:t>اگر ایسا ہوتا کہ ان ان پولیٹیکل خرابیوں کو لے کر لڑتے یہ محدث، یہ سکالرز، کہ یہ سب قبر پہ چلے جاتے، قول حدیثوں کو جمع کرتا، ہمیں حدیثوں کے بارے میں کچھ بھی پتہ نہ ہوتا۔</w:t>
      </w:r>
    </w:p>
    <w:p>
      <w:r>
        <w:rPr>
          <w:b/>
        </w:rPr>
        <w:t xml:space="preserve">[21:05] </w:t>
      </w:r>
      <w:r>
        <w:t>Phir is ke</w:t>
      </w:r>
    </w:p>
    <w:p>
      <w:pPr>
        <w:jc w:val="right"/>
      </w:pPr>
      <w:r>
        <w:t>پھر اس کے</w:t>
      </w:r>
    </w:p>
    <w:p>
      <w:r>
        <w:rPr>
          <w:b/>
        </w:rPr>
        <w:t xml:space="preserve">[21:07] </w:t>
      </w:r>
      <w:r>
        <w:t>Isi liye hadith mein bohat zyada Rasool Allah ne mana kiya tha ke rulers mein tum kharabiyan dekhoge, lekin un se revolt mat karna. Is ki yahi hikmat thi, is ke peeche yahi wisdom tha ke agar tum ladoge to jo kaam hona hai constructive, woh nahi hoga.</w:t>
      </w:r>
    </w:p>
    <w:p>
      <w:pPr>
        <w:jc w:val="right"/>
      </w:pPr>
      <w:r>
        <w:t>اسی لیے حدیث میں بہت زیادہ رسول اللہ نے منع کیا تھا کہ رولرز میں تم خرابیاں دیکھو گے، لیکن ان سے ریولٹ مت کرنا۔ اس کی یہی حکمت تھی، اس کے پیچھے یہی وزڈم تھا کہ اگر تم لڑو گے تو جو کام ہونا ہے کنسٹرکٹو، وہ نہیں ہوگا۔</w:t>
      </w:r>
    </w:p>
    <w:p>
      <w:r>
        <w:rPr>
          <w:b/>
        </w:rPr>
        <w:t xml:space="preserve">[21:23] </w:t>
      </w:r>
      <w:r>
        <w:t>Positive kaam nahi hoga. To sari Islamic learning jo hai, Abbas period mein is ki tadween hui hai.</w:t>
      </w:r>
    </w:p>
    <w:p>
      <w:pPr>
        <w:jc w:val="right"/>
      </w:pPr>
      <w:r>
        <w:t>پوزیٹیو کام نہیں ہوگا۔ تو ساری اسلامک لرننگ جو ہے، عباس پیریڈ میں اس کی تدوین ہوئی ہے۔</w:t>
      </w:r>
    </w:p>
    <w:p>
      <w:r>
        <w:rPr>
          <w:b/>
        </w:rPr>
        <w:t xml:space="preserve">[21:33] </w:t>
      </w:r>
      <w:r>
        <w:t>Ab bataiye ke log ladte agar to sab khatm ho jate? Phir Abdullah ibn Zubair khatm ho gaye aur Sayyid ibn Jubayr khatm ho gaye.</w:t>
      </w:r>
    </w:p>
    <w:p>
      <w:pPr>
        <w:jc w:val="right"/>
      </w:pPr>
      <w:r>
        <w:t>اب بتائیے کہ لوگ لڑتے اگر تو سب ختم ہو جاتے؟ پھر عبداللہ ابن زبیر ختم ہوگئے اور سید ابن جبر ختم ہوگئے۔</w:t>
      </w:r>
    </w:p>
    <w:p>
      <w:r>
        <w:rPr>
          <w:b/>
        </w:rPr>
        <w:t xml:space="preserve">[21:41] </w:t>
      </w:r>
      <w:r>
        <w:t>Bohat sare log khatm hue, mare gaye, woh log qatal kiye gaye. To yeh bohat badi hikmat thi, is ko samajh lijiye ke ek kaam ko karne ke liye doosre kaam ko chhodna padta hai.</w:t>
      </w:r>
    </w:p>
    <w:p>
      <w:pPr>
        <w:jc w:val="right"/>
      </w:pPr>
      <w:r>
        <w:t>بہت سارے لوگ ختم ہوئے، مارے گئے، وہ لوگ قتل کیے گئے۔ تو یہ بہت بڑی حکمت تھی، اس کو سمجھ لیجئے کہ ایک کام کو کرنے کے لیے دوسرے کام کو چھوڑنا پڑتا ہے۔</w:t>
      </w:r>
    </w:p>
    <w:p>
      <w:r>
        <w:rPr>
          <w:b/>
        </w:rPr>
        <w:t xml:space="preserve">[21:53] </w:t>
      </w:r>
      <w:r>
        <w:t>Aap ek chahte hain ke constructive kaam karein to ladai bhadai chhodni padegi, is ko avoid karna padega. To</w:t>
      </w:r>
    </w:p>
    <w:p>
      <w:pPr>
        <w:jc w:val="right"/>
      </w:pPr>
      <w:r>
        <w:t>آپ ایک چاہتے ہیں کہ کنسٹرکٹو کام کریں تو لڑائی بھڑائی چھوڑنی پڑے گی، اس کو اوائڈ کرنا پڑے گا۔ تو</w:t>
      </w:r>
    </w:p>
    <w:p>
      <w:r>
        <w:rPr>
          <w:b/>
        </w:rPr>
        <w:t xml:space="preserve">[22:01] </w:t>
      </w:r>
      <w:r>
        <w:t>In logon ne hadithon ko, mein yeh yeh bataunga aap ko ke yeh jo ilm-e-rijal banaya hai, logon ne kisi bhi hadith ko aap jaanch sakte hain ke woh sahi hai ke nahi sahi hai,</w:t>
      </w:r>
    </w:p>
    <w:p>
      <w:pPr>
        <w:jc w:val="right"/>
      </w:pPr>
      <w:r>
        <w:t>ان لوگوں نے حدیثوں کو، میں یہ یہ بتاؤں گا آپ کو کہ یہ جو علم رجال بنایا ہے، لوگوں نے کسی بھی حدیث کو آپ جانچ سکتے ہیں کہ وہ صحیح ہے کہ نہیں صحیح ہے،</w:t>
      </w:r>
    </w:p>
    <w:p>
      <w:r>
        <w:rPr>
          <w:b/>
        </w:rPr>
        <w:t xml:space="preserve">[22:16] </w:t>
      </w:r>
      <w:r>
        <w:t>Kyunke jo narrators hain, sab ke halaat maloom hain. Un ke halaat maloom kar kar ke aap jaan sakte hain. Agar aap chahein to direct taur par khud aap in kitabon ko parh</w:t>
      </w:r>
    </w:p>
    <w:p>
      <w:pPr>
        <w:jc w:val="right"/>
      </w:pPr>
      <w:r>
        <w:t>کیونکہ جو نیریٹرز ہیں، سب کے حالات معلوم ہیں۔ ان کے حالات معلوم کر کر کے آپ جان سکتے ہیں۔ اگر آپ چاہیں تو ڈائریکٹ طور پر خود آپ ان کتابوں کو پڑھ</w:t>
      </w:r>
    </w:p>
    <w:p>
      <w:r>
        <w:rPr>
          <w:b/>
        </w:rPr>
        <w:t xml:space="preserve">[22:27] </w:t>
      </w:r>
      <w:r>
        <w:t>ein. Agar aap ke paas time nahi hai to Allama Nasiruddin Al-Albani ne chha jildon mein kitab likhi, chha volume mein. Chha volume mein ek set ka naam hai "Al-Silsilah Al-Sahiha", doosre ka naam hai "Al-Silsilah Al-Da'ifa".</w:t>
      </w:r>
    </w:p>
    <w:p>
      <w:pPr>
        <w:jc w:val="right"/>
      </w:pPr>
      <w:r>
        <w:t>یں۔ اگر آپ کے پاس ٹائم نہیں ہے تو علامہ ناصر الدین الالبانی نے چھ جلدوں میں کتاب لکھی، چھ والیوم میں۔ چھ والیوم میں ایک سیٹ کا نام ہے "الاحادیث الصحیحہ"، دوسرے کا نام ہے "الاحادیث الضعیفہ"۔</w:t>
      </w:r>
    </w:p>
    <w:p>
      <w:r>
        <w:rPr>
          <w:b/>
        </w:rPr>
        <w:t xml:space="preserve">[22:44] </w:t>
      </w:r>
      <w:r>
        <w:t>Puri life khatm kar ke unhone hadithon ko chhanta aur jo hadith'ein authentic theen, un ko unhone "Al-Silsilah Al-Sahiha" mein ikattha kar diya.</w:t>
      </w:r>
    </w:p>
    <w:p>
      <w:pPr>
        <w:jc w:val="right"/>
      </w:pPr>
      <w:r>
        <w:t>پوری لائف ختم کر کے انہوں نے حدیثوں کو چھانٹا اور جو حدیثیں اتھینٹک تھیں، ان کو انہوں نے "الاحادیث الصحیحہ" میں اکٹھا کر دیا۔</w:t>
      </w:r>
    </w:p>
    <w:p>
      <w:r>
        <w:rPr>
          <w:b/>
        </w:rPr>
        <w:t xml:space="preserve">[22:53] </w:t>
      </w:r>
      <w:r>
        <w:t>Jo hadith'ein authentic nahi theen, un ko "Al-Silsilah Al-Da'ifa" mein ikattha kar diya. To aap agar chahein ke direct taur par ek ek hadith ko chhanen to ilm-e-rijal ki kitabon ko padhiye,</w:t>
      </w:r>
    </w:p>
    <w:p>
      <w:pPr>
        <w:jc w:val="right"/>
      </w:pPr>
      <w:r>
        <w:t>جو حدیثیں اتھینٹک نہیں تھیں، ان کو "الاحادیث الضعیفہ" میں اکٹھا کر دیا۔ تو آپ اگر چاہیں کہ ڈائریکٹ طور پر ایک ایک حدیث کو چھانیں تو فن رجال کی کتابوں کو پڑھیے،</w:t>
      </w:r>
    </w:p>
    <w:p>
      <w:r>
        <w:rPr>
          <w:b/>
        </w:rPr>
        <w:t xml:space="preserve">[23:08] </w:t>
      </w:r>
      <w:r>
        <w:t>Jis mein ek ek aadmi ke halaat likhe hue maujood hain. Agar aap ke paas itna time nahi hai to Albani sahib ki yeh kitab dekh lijiye, aap chhanat chhanat kar unhone alag kar diya.</w:t>
      </w:r>
    </w:p>
    <w:p>
      <w:pPr>
        <w:jc w:val="right"/>
      </w:pPr>
      <w:r>
        <w:t>جس میں ایک ایک آدمی کے حالات لکھے ہوئے موجود ہیں۔ اگر آپ کے پاس اتنا ٹائم نہیں ہے تو البانی صاحب کی یہ کتاب دیکھ لیجئے، آپ چھانٹ چھانٹ کر انہوں نے الگ کر دیا۔</w:t>
      </w:r>
    </w:p>
    <w:p>
      <w:r>
        <w:rPr>
          <w:b/>
        </w:rPr>
        <w:t xml:space="preserve">[23:21] </w:t>
      </w:r>
      <w:r>
        <w:t>"Al-Silsilah Al-Sahiha" mein authentic hadith'ein hain, "Al-Silsilah Al-Da'ifa" mein woh hadith'ein hain jo authentic nahi hain. Yeh koi mushkil kaam nahi ke hadithon ko chhanta jaye.</w:t>
      </w:r>
    </w:p>
    <w:p>
      <w:pPr>
        <w:jc w:val="right"/>
      </w:pPr>
      <w:r>
        <w:t>"الاحادیث الصحیحہ" میں اتھینٹک حدیثیں ہیں، "الاحادیث الضعیفہ" میں وہ حدیثیں ہیں جو اتھینٹک نہیں ہیں۔ یہ کوئی مشکل کام نہیں کہ حدیثوں کو چھانٹا جائے۔</w:t>
      </w:r>
    </w:p>
    <w:p>
      <w:r>
        <w:rPr>
          <w:b/>
        </w:rPr>
        <w:t xml:space="preserve">[23:35] </w:t>
      </w:r>
      <w:r>
        <w:t>to mein yeh keh raha tha ke jis zamane mein hadisain akatha ki gayin, us zamane mein aik problem samne aya.</w:t>
      </w:r>
    </w:p>
    <w:p>
      <w:pPr>
        <w:jc w:val="right"/>
      </w:pPr>
      <w:r>
        <w:t>تو میں یہ کہہ رہا تھا کہ جس زمانے میں حدیثیں اکٹھا کی گئیں، اس زمانے میں ایک پرابلم سامنے آیا۔</w:t>
      </w:r>
    </w:p>
    <w:p>
      <w:r>
        <w:rPr>
          <w:b/>
        </w:rPr>
        <w:t xml:space="preserve">[23:41] </w:t>
      </w:r>
      <w:r>
        <w:t>woh problem samne yeh aya ke yeh hadisain batati thin ke sahaba ne, rasool Allah companion ne, namaz kis tarah parhi.</w:t>
      </w:r>
    </w:p>
    <w:p>
      <w:pPr>
        <w:jc w:val="right"/>
      </w:pPr>
      <w:r>
        <w:t>وہ پرابلم سامنے یہ آیا کہ یہ حدیثیں بتاتی تھیں کہ صحابہ نے، رسول اللہ کمپینین نے، نماز کس طرح پڑھی۔</w:t>
      </w:r>
    </w:p>
    <w:p>
      <w:r>
        <w:rPr>
          <w:b/>
        </w:rPr>
        <w:t xml:space="preserve">[23:51] </w:t>
      </w:r>
      <w:r>
        <w:t>misal ke tor par, for example, sab se zyada jo differences paida hue, woh namaz kaise parhi jaye, is ke upar paida hue. to pata yeh chala ke in logon ne different tareeqe se namaz parhi hai.</w:t>
      </w:r>
    </w:p>
    <w:p>
      <w:pPr>
        <w:jc w:val="right"/>
      </w:pPr>
      <w:r>
        <w:t>مثال کے طور پر، فار ایگزامپل، سب سے زیادہ جو ڈیفرنسز پیدا ہوئے، وہ نماز کیسے پڑھی جائے، اس کے اوپر پیدا ہوئے۔ تو پتہ یہ چلا کہ ان لوگوں نے ڈفرنٹ طریقے سے نماز پڑھی ہے۔</w:t>
      </w:r>
    </w:p>
    <w:p>
      <w:r>
        <w:rPr>
          <w:b/>
        </w:rPr>
        <w:t xml:space="preserve">[24:03] </w:t>
      </w:r>
      <w:r>
        <w:t>to companion jo the, wohi to namuna the. al-qudwatuhum yeh samjha jata tha.</w:t>
      </w:r>
    </w:p>
    <w:p>
      <w:pPr>
        <w:jc w:val="right"/>
      </w:pPr>
      <w:r>
        <w:t>تو کمپینین جو تھے، وہی تو نمونہ تھے۔ القدوتہم یہ سمجھا جاتا تھا۔</w:t>
      </w:r>
    </w:p>
    <w:p>
      <w:r>
        <w:rPr>
          <w:b/>
        </w:rPr>
        <w:t xml:space="preserve">[24:10] </w:t>
      </w:r>
      <w:r>
        <w:t>rasool Allah ne kaha tha ke "ashabuk al-nujum", mere sahaba jo hain, woh woh sitaron ki tarah hain, un ki pairwi karo tum.</w:t>
      </w:r>
    </w:p>
    <w:p>
      <w:pPr>
        <w:jc w:val="right"/>
      </w:pPr>
      <w:r>
        <w:t>رسول اللہ نے کہا تھا کہ "اصحابک النجوم"، میرے صحابہ جو ہیں، وہ وہ ستاروں کی طرح ہیں، ان کی پیروی کرو تم۔</w:t>
      </w:r>
    </w:p>
    <w:p>
      <w:r>
        <w:rPr>
          <w:b/>
        </w:rPr>
        <w:t xml:space="preserve">[24:23] </w:t>
      </w:r>
      <w:r>
        <w:t>to ab jab sahaba se yeh sari hadisain sahaba se mili thin, hum ko rasool Allah se suna, sahaba unhein, sahaba ne bayan kiya doosron se.</w:t>
      </w:r>
    </w:p>
    <w:p>
      <w:pPr>
        <w:jc w:val="right"/>
      </w:pPr>
      <w:r>
        <w:t>تو اب جب صحابہ سے یہ ساری حدیثیں صحابہ سے ملی تھیں، ہم کو رسول اللہ سے سنا، صحابہ انہیں، صحابہ نے بیان کیا دوسروں سے۔</w:t>
      </w:r>
    </w:p>
    <w:p>
      <w:r>
        <w:rPr>
          <w:b/>
        </w:rPr>
        <w:t xml:space="preserve">[24:33] </w:t>
      </w:r>
      <w:r>
        <w:t>to ab jo hadisain ayin, is mein pata chala ke sahabi jo the, woh sab ke sab namaz aik jhang par nahi parhte the.</w:t>
      </w:r>
    </w:p>
    <w:p>
      <w:pPr>
        <w:jc w:val="right"/>
      </w:pPr>
      <w:r>
        <w:t>تو اب جو حدیثیں آئیں، اس میں پتہ چلا کہ صحابی جو تھے، وہ سب کے سب نماز ایک جھنگ پر نہیں پڑھتے تھے۔</w:t>
      </w:r>
    </w:p>
    <w:p>
      <w:r>
        <w:rPr>
          <w:b/>
        </w:rPr>
        <w:t xml:space="preserve">[24:41] </w:t>
      </w:r>
      <w:r>
        <w:t>misalan, kisi ne hath uthaya, "Allah o Akbar" kaha to hath yahan tak uthaya, kisi ne yahan tak uthaya, kisi ne hath bandha to yahan hath bandha, kisi ne yahan hath bandha, kisi ne "ameen" zor se keh diya, kisi ne "ameen" dheere se keh diya.</w:t>
      </w:r>
    </w:p>
    <w:p>
      <w:pPr>
        <w:jc w:val="right"/>
      </w:pPr>
      <w:r>
        <w:t>مثلاً، کسی نے ہاتھ اٹھایا، "اللہ اکبر" کہا تو ہاتھ یہاں تک اٹھایا، کسی نے یہاں تک اٹھایا، کسی نے ہاتھ باندھا تو یہاں ہاتھ باندھا، کسی نے یہاں ہاتھ باندھا، کسی نے "امین" زور سے کہہ دیا، کسی نے "امین" دھیرے سے کہہ دیا۔</w:t>
      </w:r>
    </w:p>
    <w:p>
      <w:r>
        <w:rPr>
          <w:b/>
        </w:rPr>
        <w:t xml:space="preserve">[24:58] </w:t>
      </w:r>
      <w:r>
        <w:t>yehi sab cheezen jo aaj jis par fiqhi school bane hue hain, to jis ko aap kehte hain "sihah sittah" yani hadis ki chhe kitaben,</w:t>
      </w:r>
    </w:p>
    <w:p>
      <w:pPr>
        <w:jc w:val="right"/>
      </w:pPr>
      <w:r>
        <w:t>یہی سب چیزیں جو آج جس پر فقہی اسکول بنے ہوئے ہیں، تو جس کو آپ کہتے ہیں "سیاستہ" یعنی حدیث کی چھ کتابیں،</w:t>
      </w:r>
    </w:p>
    <w:p>
      <w:r>
        <w:rPr>
          <w:b/>
        </w:rPr>
        <w:t xml:space="preserve">[25:08] </w:t>
      </w:r>
      <w:r>
        <w:t>agar aap parhein in ko to yeh sare differences isi mein aap ko milenge ke rasool Allah ke jo companion the, unhon ne namazein kai dhang se parhin, aik dhang se nahi parhin.</w:t>
      </w:r>
    </w:p>
    <w:p>
      <w:pPr>
        <w:jc w:val="right"/>
      </w:pPr>
      <w:r>
        <w:t>اگر آپ پڑھیں ان کو تو یہ سارے ڈیفرنسز اسی میں آپ کو ملیں گے کہ رسول اللہ کے جو کمپینین تھے، انہوں نے نمازیں کئی ڈھنگ سے پڑھیں، ایک ڈھنگ سے نہیں پڑھیں۔</w:t>
      </w:r>
    </w:p>
    <w:p>
      <w:r>
        <w:rPr>
          <w:b/>
        </w:rPr>
        <w:t xml:space="preserve">[25:21] </w:t>
      </w:r>
      <w:r>
        <w:t>ab sawal paida hua ke jab sahabi hi namuna hain, unhi se humein lena hai ke kaise namaz parhi jaye, aur wohi alag alag dhang se parh rahe hain, to hum kya karein?</w:t>
      </w:r>
    </w:p>
    <w:p>
      <w:pPr>
        <w:jc w:val="right"/>
      </w:pPr>
      <w:r>
        <w:t>اب سوال پیدا ہوا کہ جب صحابی ہی نمونہ ہیں، انہی سے ہمیں لینا ہے کہ کیسے نماز پڑھی جائے، اور وہی الگ الگ ڈھنگ سے پڑھ رہے ہیں، تو ہم کیا کریں؟</w:t>
      </w:r>
    </w:p>
    <w:p>
      <w:r>
        <w:rPr>
          <w:b/>
        </w:rPr>
        <w:t xml:space="preserve">[25:31] </w:t>
      </w:r>
      <w:r>
        <w:t>ab yahan par aik bohat bari bhool hui logon se. woh bhool yeh hui ke unhon ne keh diya ke "al-haq la ta'addud".</w:t>
      </w:r>
    </w:p>
    <w:p>
      <w:pPr>
        <w:jc w:val="right"/>
      </w:pPr>
      <w:r>
        <w:t>اب یہاں پر ایک بہت بڑی بھول ہوئی لوگوں سے۔ وہ بھول یہ ہوئی کہ انہوں نے کہہ دیا کہ "الحق لا تعدد"۔</w:t>
      </w:r>
    </w:p>
    <w:p>
      <w:r>
        <w:rPr>
          <w:b/>
        </w:rPr>
        <w:t xml:space="preserve">[25:42] </w:t>
      </w:r>
      <w:r>
        <w:t>yeh principle bilkul false par</w:t>
      </w:r>
    </w:p>
    <w:p>
      <w:pPr>
        <w:jc w:val="right"/>
      </w:pPr>
      <w:r>
        <w:t>یہ پرنسپل بالکل فالس پر</w:t>
      </w:r>
    </w:p>
    <w:p>
      <w:r>
        <w:rPr>
          <w:b/>
        </w:rPr>
        <w:t xml:space="preserve">[25:44] </w:t>
      </w:r>
      <w:r>
        <w:t>principle tha. yeh "al-haq la ta'addud" haq kai nahi ho sakta. "al-haq la ta'addud" mani hai haq kai nahi ho sakta.</w:t>
      </w:r>
    </w:p>
    <w:p>
      <w:pPr>
        <w:jc w:val="right"/>
      </w:pPr>
      <w:r>
        <w:t>نسپل تھا۔ یہ "الحق لا تعدد" حق کئی نہیں ہو سکتا۔ "الحق لا تعدد" معنی ہے حق کئی نہیں ہو سکتا۔</w:t>
      </w:r>
    </w:p>
    <w:p>
      <w:r>
        <w:rPr>
          <w:b/>
        </w:rPr>
        <w:t xml:space="preserve">[25:52] </w:t>
      </w:r>
      <w:r>
        <w:t>yani namaz ka aik hi tareeqa sahi hoga, doosra galat hoga. yani agar koi kisi ne keh diya "ameen" zor se aur doosre ne kaha ke dheere se, to dono mein se aik hi koi sahi hoga, doosra galat hoga.</w:t>
      </w:r>
    </w:p>
    <w:p>
      <w:pPr>
        <w:jc w:val="right"/>
      </w:pPr>
      <w:r>
        <w:t>یعنی نماز کا ایک ہی طریقہ صحیح ہوگا، دوسرا غلط ہوگا۔ یعنی اگر کوئی کسی نے کہہ دیا "امین" زور سے اور دوسرے نے کہا کہ دھیرے سے، تو دونوں میں سے ایک ہی کوئی صحیح ہوگا، دوسرا غلط ہوگا۔</w:t>
      </w:r>
    </w:p>
    <w:p>
      <w:r>
        <w:rPr>
          <w:b/>
        </w:rPr>
        <w:t xml:space="preserve">[26:06] </w:t>
      </w:r>
      <w:r>
        <w:t>kisi ne yahan agar niyat bandhi aur kisi ne yahan bandhi, dono mein se aik hi tareeqa sahi hoga, doosra galat hoga. ab poora jhagda is par khara hua.</w:t>
      </w:r>
    </w:p>
    <w:p>
      <w:pPr>
        <w:jc w:val="right"/>
      </w:pPr>
      <w:r>
        <w:t>کسی نے یہاں اگر نیت باندھی اور کسی نے یہاں باندھی، دونوں میں سے ایک ہی طریقہ صحیح ہوگا، دوسرا غلط ہوگا۔ اب پورا جھگڑا اس پر کھڑا ہوا۔</w:t>
      </w:r>
    </w:p>
    <w:p>
      <w:r>
        <w:rPr>
          <w:b/>
        </w:rPr>
        <w:t xml:space="preserve">[26:15] </w:t>
      </w:r>
      <w:r>
        <w:t>"al-haq la ta'addud" haq to aik hi hoga. yeh bohat hi bara bhool hui hai hamari history mein, jis ko aaj tak hum bhugat rahe hain ke Islam ke naam par bohat sare group bane hue hain.</w:t>
      </w:r>
    </w:p>
    <w:p>
      <w:pPr>
        <w:jc w:val="right"/>
      </w:pPr>
      <w:r>
        <w:t>"الحق لا تعدد" حق تو ایک ہی ہوگا۔ یہ بہت ہی بڑا بھول ہوئی ہے ہماری ہسٹری میں، جس کو آج تک ہم بھگت رہے ہیں کہ اسلام کے نام پر بہت سارے گروپ بنے ہوئے ہیں۔</w:t>
      </w:r>
    </w:p>
    <w:p>
      <w:r>
        <w:rPr>
          <w:b/>
        </w:rPr>
        <w:t xml:space="preserve">[26:30] </w:t>
      </w:r>
      <w:r>
        <w:t>aik admi doosri masjid mein namaz nahi parhta, aik admi doosre imam ke peechhe namaz nahi parhta. ab bohat jhagde agar aap jante hon to is ki wajah se paida hue hain.</w:t>
      </w:r>
    </w:p>
    <w:p>
      <w:pPr>
        <w:jc w:val="right"/>
      </w:pPr>
      <w:r>
        <w:t>ایک آدمی دوسری مسجد میں نماز نہیں پڑھتا، ایک آدمی دوسرے امام کے پیچھے نماز نہیں پڑھتا۔ اب بہت جھگڑے اگر آپ جانتے ہوں تو اس کی وجہ سے پیدا ہوئے ہیں۔</w:t>
      </w:r>
    </w:p>
    <w:p>
      <w:r>
        <w:rPr>
          <w:b/>
        </w:rPr>
        <w:t xml:space="preserve">[26:39] </w:t>
      </w:r>
      <w:r>
        <w:t>to unhon ne kya kaha ke hum phir kya karein ge?</w:t>
      </w:r>
    </w:p>
    <w:p>
      <w:pPr>
        <w:jc w:val="right"/>
      </w:pPr>
      <w:r>
        <w:t>تو انہوں نے کیا کہا کہ ہم پھر کیا کریں گے؟</w:t>
      </w:r>
    </w:p>
    <w:p>
      <w:r>
        <w:rPr>
          <w:b/>
        </w:rPr>
        <w:t xml:space="preserve">[26:43] </w:t>
      </w:r>
      <w:r>
        <w:t>hum is ko pata karein ge aur pata kar ke kuch ko kuch ko lein, kuch ko nahi lein ge. yani jis ko kehte hain tarjeeh, kisi ko ya to galat sabit karein ge ya us ko hum tarjeeh dein ge.</w:t>
      </w:r>
    </w:p>
    <w:p>
      <w:pPr>
        <w:jc w:val="right"/>
      </w:pPr>
      <w:r>
        <w:t>ہم اس کو پتہ کریں گے اور پتہ کر کے کچھ کو کچھ کو لیں، کچھ کو نہیں لیں گے۔ یعنی جس کو کہتے ہیں ترجیح، کسی کو یا تو غلط ثابت کریں گے یا اس کو ہم ترجیح دیں گے۔</w:t>
      </w:r>
    </w:p>
    <w:p>
      <w:r>
        <w:rPr>
          <w:b/>
        </w:rPr>
        <w:t xml:space="preserve">[26:57] </w:t>
      </w:r>
      <w:r>
        <w:t>yani aik ko chhod kar doosre ko afzal samjhein ge. ab aik poori woh kar ke logon ne kai set banaye,</w:t>
      </w:r>
    </w:p>
    <w:p>
      <w:pPr>
        <w:jc w:val="right"/>
      </w:pPr>
      <w:r>
        <w:t>یعنی ایک کو چھوڑ کر دوسرے کو افضل سمجھیں گے۔ اب ایک پوری وہ کر کے لوگوں نے کئی سیٹ بنائے،</w:t>
      </w:r>
    </w:p>
    <w:p>
      <w:r>
        <w:rPr>
          <w:b/>
        </w:rPr>
        <w:t xml:space="preserve">[27:07] </w:t>
      </w:r>
      <w:r>
        <w:t>jo kai fiqhi school hain, is mein yahi ke kuch ko chhod kar unhon ne kuch aur ko le kar ke aik set banaya apna, aik set pattern. to char yeh jo hai, ya panch jo hain, aaj kal jo zyada tar maujood hain, hamare haan panch set pattern hain yeh namaz parhne ke.</w:t>
      </w:r>
    </w:p>
    <w:p>
      <w:pPr>
        <w:jc w:val="right"/>
      </w:pPr>
      <w:r>
        <w:t>جو کئی فقہی اسکول ہیں، اس میں یہی کہ کچھ کو چھوڑ کر انہوں نے کچھ اور کو لے کر کے ایک سیٹ بنایا اپنا، ایک سیٹ پیٹرن۔ تو چار یہ جو ہے، یا پانچ جو ہیں، آج کل جو زیادہ تر موجود ہیں، ہمارے ہاں پانچ سیٹ پیٹرن ہیں یہ نماز پڑھنے کے۔</w:t>
      </w:r>
    </w:p>
    <w:p>
      <w:r>
        <w:rPr>
          <w:b/>
        </w:rPr>
        <w:t xml:space="preserve">[27:24] </w:t>
      </w:r>
      <w:r>
        <w:t>aur bhi doosri cheezen bhi hain. yeh sab bilkul aik bekar kaam hai. yeh kyun? dekhiye, is ki logic karni galat hai.</w:t>
      </w:r>
    </w:p>
    <w:p>
      <w:pPr>
        <w:jc w:val="right"/>
      </w:pPr>
      <w:r>
        <w:t>اور بھی دوسری چیزیں بھی ہیں۔ یہ سب بالکل ایک بیکار کام ہے۔ یہ کیوں؟ دیکھیے، اس کی لاجک کرنی غلط ہے۔</w:t>
      </w:r>
    </w:p>
    <w:p>
      <w:r>
        <w:rPr>
          <w:b/>
        </w:rPr>
        <w:t xml:space="preserve">[27:36] </w:t>
      </w:r>
      <w:r>
        <w:t>yeh logic is liye galat hai ke jab aik tareeqa aap ko mil raha hai sahabi se, doosra tareeqa bhi sahabi se mil raha hai aap ko, to aap ko yeh right hi nahi ke aik ko aik ko na manen, doosre ko manen.</w:t>
      </w:r>
    </w:p>
    <w:p>
      <w:pPr>
        <w:jc w:val="right"/>
      </w:pPr>
      <w:r>
        <w:t>یہ لاجک اس لیے غلط ہے کہ جب ایک طریقہ آپ کو مل رہا ہے صحابی سے، دوسرا طریقہ بھی صحابی سے مل رہا ہے آپ کو، تو آپ کو یہ رائٹ ہی نہیں کہ ایک کو ایک کو نہ مانیں، دوسرے کو مانیں۔</w:t>
      </w:r>
    </w:p>
    <w:p>
      <w:r>
        <w:rPr>
          <w:b/>
        </w:rPr>
        <w:t xml:space="preserve">[27:50] </w:t>
      </w:r>
      <w:r>
        <w:t>koi aap ke paas aisa aisa aap ke paas koi authority nahi hai. jab dono hi tareeqe sahabi se mil rahe hain, to kis ne aap ko right diya ke aap aik ko reject karein, doosre ko manen?</w:t>
      </w:r>
    </w:p>
    <w:p>
      <w:pPr>
        <w:jc w:val="right"/>
      </w:pPr>
      <w:r>
        <w:t>کوئی آپ کے پاس ایسا ایسا آپ کے پاس کوئی اتھارٹی نہیں ہے۔ جب دونوں ہی طریقے صحابی سے مل رہے ہیں، تو کس نے آپ کو رائٹ دیا کہ آپ ایک کو ریجیکٹ کریں، دوسرے کو مانیں؟</w:t>
      </w:r>
    </w:p>
    <w:p>
      <w:r>
        <w:rPr>
          <w:b/>
        </w:rPr>
        <w:t xml:space="preserve">[28:05] </w:t>
      </w:r>
      <w:r>
        <w:t>kitni galat logic hai yeh. aap par lazim hai ke dono ko manen, is ko bhi theek manen, is ko bhi theek manen, aur phir sochen ke dono hi kaise theek ho sakte hain.</w:t>
      </w:r>
    </w:p>
    <w:p>
      <w:pPr>
        <w:jc w:val="right"/>
      </w:pPr>
      <w:r>
        <w:t>کتنی غلط لاجک ہے یہ۔ آپ پر لازم ہے کہ دونوں کو مانیں، اس کو بھی ٹھیک مانیں، اس کو بھی ٹھیک مانیں، اور پھر سوچیں کہ دونوں ہی کیسے ٹھیک ہو سکتے ہیں۔</w:t>
      </w:r>
    </w:p>
    <w:p>
      <w:r>
        <w:rPr>
          <w:b/>
        </w:rPr>
        <w:t xml:space="preserve">[28:16] </w:t>
      </w:r>
      <w:r>
        <w:t>yani pehla qulo aap ko jab yeh milega ke dono hi jab theek hain, to mujhe sochna padega ke dono kaise theek ho sakte hain. agar is tarah sochte hain na, to masla hal ho jata hai.</w:t>
      </w:r>
    </w:p>
    <w:p>
      <w:pPr>
        <w:jc w:val="right"/>
      </w:pPr>
      <w:r>
        <w:t>یعنی پہلا قلو آپ کو جب یہ ملے گا کہ دونوں ہی جب ٹھیک ہیں، تو مجھے سوچنا پڑے گا کہ دونوں کیسے ٹھیک ہو سکتے ہیں۔ اگر اس طرح سوچتے ہیں نا، تو مسئلہ حل ہو جاتا ہے۔</w:t>
      </w:r>
    </w:p>
    <w:p>
      <w:r>
        <w:rPr>
          <w:b/>
        </w:rPr>
        <w:t xml:space="preserve">[28:28] </w:t>
      </w:r>
      <w:r>
        <w:t>woh kya? woh yeh ke aap dekhiye ke different sahabi jo hain, woh un ke yahan differences jo hain, woh do dhang ke hain.</w:t>
      </w:r>
    </w:p>
    <w:p>
      <w:pPr>
        <w:jc w:val="right"/>
      </w:pPr>
      <w:r>
        <w:t>وہ کیا؟ وہ یہ کہ آپ دیکھیے کہ ڈفرنٹ صحابی جو ہیں، وہ ان کے یہاں ڈیفرنسز جو ہیں، وہ دو ڈھنگ کے ہیں۔</w:t>
      </w:r>
    </w:p>
    <w:p>
      <w:r>
        <w:rPr>
          <w:b/>
        </w:rPr>
        <w:t xml:space="preserve">[28:41] </w:t>
      </w:r>
      <w:r>
        <w:t>yani jahan tak is baat ka taluq hai ke namaz ke jo basic principles hain, is mein koi bhi difference nahi hai. mislan sare sahabi kehte hain ke fajar ki namaz do rak'at, sare kehte hain ke zuhr ki namaz</w:t>
      </w:r>
    </w:p>
    <w:p>
      <w:pPr>
        <w:jc w:val="right"/>
      </w:pPr>
      <w:r>
        <w:t>یعنی جہاں تک اس بات کا تعلق ہے کہ نماز کے جو بیسک پرنسپلز ہیں، اس میں کوئی بھی ڈیفرنس نہیں ہے۔ مثلاً سارے صحابی کہتے ہیں کہ فجر کی نماز دو رکعت، سارے کہتے ہیں کہ ظہر کی نماز</w:t>
      </w:r>
    </w:p>
    <w:p>
      <w:r>
        <w:rPr>
          <w:b/>
        </w:rPr>
        <w:t xml:space="preserve">[28:56] </w:t>
      </w:r>
      <w:r>
        <w:t>char rak'at, sare kehte hain ke asr ki namaz char rak'at, sare kehte hain ke maghrib ki namaz teen rak'at, sare kehte hain ke isha ki namaz char rak'at. is mein koi bhi difference nahi hai, koi bhi difference nahi hai.</w:t>
      </w:r>
    </w:p>
    <w:p>
      <w:pPr>
        <w:jc w:val="right"/>
      </w:pPr>
      <w:r>
        <w:t>چار رکعت، سارے کہتے ہیں کہ عصر کی نماز چار رکعت، سارے کہتے ہیں کہ مغرب کی نماز تین رکعت، سارے کہتے ہیں کہ عشاء کی نماز چار رکعت۔ اس میں کوئی بھی ڈیفرنس نہیں ہے، کوئی بھی ڈیفرنس نہیں ہے۔</w:t>
      </w:r>
    </w:p>
    <w:p>
      <w:r>
        <w:rPr>
          <w:b/>
        </w:rPr>
        <w:t xml:space="preserve">[29:10] </w:t>
      </w:r>
      <w:r>
        <w:t>is tarah aur bhi kai chezen hain jin ko hum farayez kehte hain, koi difference is mein nahi hai. ab difference kis mein aata hai? wohi "ameen" zor se kahen ge, dheere se kahen dhore se kahen waghera mein.</w:t>
      </w:r>
    </w:p>
    <w:p>
      <w:pPr>
        <w:jc w:val="right"/>
      </w:pPr>
      <w:r>
        <w:t>اس طرح اور بھی کئی چیزیں ہیں جن کو ہم فرائض کہتے ہیں، کوئی ڈیفرنس اس میں نہیں ہے۔ اب ڈیفرنس کس میں آتا ہے؟ وہی "امین" زور سے کہیں گے، دھیرے سے کہیں وغیرہ میں۔</w:t>
      </w:r>
    </w:p>
    <w:p>
      <w:r>
        <w:rPr>
          <w:b/>
        </w:rPr>
        <w:t xml:space="preserve">[29:20] </w:t>
      </w:r>
      <w:r>
        <w:t>wuzu karen to wuzu mein ek hi bar dho len ya do bar dhoen ke teen bar dhoen.</w:t>
      </w:r>
    </w:p>
    <w:p>
      <w:pPr>
        <w:jc w:val="right"/>
      </w:pPr>
      <w:r>
        <w:t>وضو کریں تو وضو میں ایک ہی بار دھو لیں یا دو بار دھوئیں کہ تین بار دھوئیں۔</w:t>
      </w:r>
    </w:p>
    <w:p>
      <w:r>
        <w:rPr>
          <w:b/>
        </w:rPr>
        <w:t xml:space="preserve">[29:26] </w:t>
      </w:r>
      <w:r>
        <w:t>to dekhiye, yahan par aap ko janna chahiye tha ke basics mein difference nahi hai, non basics mein difference hai. har cheez mein kuch basics hote hain, kuch non basics hote hain.</w:t>
      </w:r>
    </w:p>
    <w:p>
      <w:pPr>
        <w:jc w:val="right"/>
      </w:pPr>
      <w:r>
        <w:t>تو دیکھیے، یہاں پر آپ کو جاننا چاہیے تھا کہ بیسکس میں ڈیفرنس نہیں ہے، نان بیسکس میں ڈیفرنس ہے۔ ہر چیز میں کچھ بیسکس ہوتے ہیں، کچھ نان بیسکس ہوتے ہیں۔</w:t>
      </w:r>
    </w:p>
    <w:p>
      <w:r>
        <w:rPr>
          <w:b/>
        </w:rPr>
        <w:t xml:space="preserve">[29:38] </w:t>
      </w:r>
      <w:r>
        <w:t>jaise is kamre mein dekhiye, itne sare log baithe hue hain. ek aadmi aata hai, woh ek statement deta hai ke is kamre mein 100 aadmi baithe hue hain.</w:t>
      </w:r>
    </w:p>
    <w:p>
      <w:pPr>
        <w:jc w:val="right"/>
      </w:pPr>
      <w:r>
        <w:t>جیسے اس کمرے میں دیکھیے، اتنے سارے لوگ بیٹھے ہوئے ہیں۔ ایک آدمی آتا ہے، وہ ایک سٹیٹمنٹ دیتا ہے کہ اس کمرے میں 100 آدمی بیٹھے ہوئے ہیں۔</w:t>
      </w:r>
    </w:p>
    <w:p>
      <w:r>
        <w:rPr>
          <w:b/>
        </w:rPr>
        <w:t xml:space="preserve">[29:48] </w:t>
      </w:r>
      <w:r>
        <w:t>suppose, ab kya sab ke baithne ka mood ek hi hai?</w:t>
      </w:r>
    </w:p>
    <w:p>
      <w:pPr>
        <w:jc w:val="right"/>
      </w:pPr>
      <w:r>
        <w:t>سپوز، اب کیا سب کے بیٹھنے کا موڈ ایک ہی ہے؟</w:t>
      </w:r>
    </w:p>
    <w:p>
      <w:r>
        <w:rPr>
          <w:b/>
        </w:rPr>
        <w:t xml:space="preserve">[29:54] </w:t>
      </w:r>
      <w:r>
        <w:t>ab dekhiye, baith is baat mein to koi farq nahi hai ke baithe hue hain, lekin alag alag mood se baithe hue hain, alag alag dhang se baithe hue hain.</w:t>
      </w:r>
    </w:p>
    <w:p>
      <w:pPr>
        <w:jc w:val="right"/>
      </w:pPr>
      <w:r>
        <w:t>اب دیکھیے، بیٹھ اس بات میں تو کوئی فرق نہیں ہے کہ بیٹھے ہوئے ہیں، لیکن الگ الگ موڈ سے بیٹھے ہوئے ہیں، الگ الگ ڈھنگ سے بیٹھے ہوئے ہیں۔</w:t>
      </w:r>
    </w:p>
    <w:p>
      <w:r>
        <w:rPr>
          <w:b/>
        </w:rPr>
        <w:t xml:space="preserve">[30:04] </w:t>
      </w:r>
      <w:r>
        <w:t>kisi ke pas phaila hua hai, kisi ke pas chimta hua hai, koi koi wall ko tek kar baitha hua hai, koi alag se baitha hua hai. to dekhiye, ek hai baithna, ek hai baithne ka tareeqa.</w:t>
      </w:r>
    </w:p>
    <w:p>
      <w:pPr>
        <w:jc w:val="right"/>
      </w:pPr>
      <w:r>
        <w:t>کسی کے پاس پھیلا ہوا ہے، کسی کے پاس چمٹا ہوا ہے، کوئی کوئی وال کو ٹیک کر بیٹھا ہوا ہے، کوئی الگ سے بیٹھا ہوا ہے۔ تو دیکھیے، ایک ہے بیٹھنا، ایک ہے بیٹھنے کا طریقہ۔</w:t>
      </w:r>
    </w:p>
    <w:p>
      <w:r>
        <w:rPr>
          <w:b/>
        </w:rPr>
        <w:t xml:space="preserve">[30:18] </w:t>
      </w:r>
      <w:r>
        <w:t>to baithne mein koi farq nahi hai, lekin is mein farq hai.</w:t>
      </w:r>
    </w:p>
    <w:p>
      <w:pPr>
        <w:jc w:val="right"/>
      </w:pPr>
      <w:r>
        <w:t>تو بیٹھنے میں کوئی فرق نہیں ہے، لیکن اس میں فرق ہے۔</w:t>
      </w:r>
    </w:p>
    <w:p>
      <w:r>
        <w:rPr>
          <w:b/>
        </w:rPr>
        <w:t xml:space="preserve">[30:22] </w:t>
      </w:r>
      <w:r>
        <w:t>to is namaz mein yeh tha ke jo basics the namaz ke, woh ek the, lekin jo non basics the, is mein difference tha.</w:t>
      </w:r>
    </w:p>
    <w:p>
      <w:pPr>
        <w:jc w:val="right"/>
      </w:pPr>
      <w:r>
        <w:t>تو اس نماز میں یہ تھا کہ جو بیسکس تھے نماز کے، وہ ایک تھے، لیکن جو نان بیسکس تھے، اس میں ڈیفرنس تھا۔</w:t>
      </w:r>
    </w:p>
    <w:p>
      <w:r>
        <w:rPr>
          <w:b/>
        </w:rPr>
        <w:t xml:space="preserve">[30:31] </w:t>
      </w:r>
      <w:r>
        <w:t>at that was but natural. kyun? dekhen, is is baat ko bhi samajhne mein bahut bhool log hui hai ke namaz koi set of rituals nahi hai, koi circus nahi hai.</w:t>
      </w:r>
    </w:p>
    <w:p>
      <w:pPr>
        <w:jc w:val="right"/>
      </w:pPr>
      <w:r>
        <w:t>ایٹ دیٹ واز بٹ نیچرل۔ کیوں؟ دیکھیں، اس اس بات کو بھی سمجھنے میں بہت بھول لوگ ہوئی ہے کہ نماز کوئی سیٹ آف ریچولز نہیں ہے، کوئی سرکس نہیں ہے۔</w:t>
      </w:r>
    </w:p>
    <w:p>
      <w:r>
        <w:rPr>
          <w:b/>
        </w:rPr>
        <w:t xml:space="preserve">[30:43] </w:t>
      </w:r>
      <w:r>
        <w:t>namaz circus nahi hai ke bilkul aise ek dam ek set pattern hai, us ko dohra do.</w:t>
      </w:r>
    </w:p>
    <w:p>
      <w:pPr>
        <w:jc w:val="right"/>
      </w:pPr>
      <w:r>
        <w:t>نماز سرکس نہیں ہے کہ بالکل ایسے ایک دم ایک سیٹ پیٹرن ہے، اس کو دہرا دو۔</w:t>
      </w:r>
    </w:p>
    <w:p>
      <w:r>
        <w:rPr>
          <w:b/>
        </w:rPr>
        <w:t xml:space="preserve">[30:50] </w:t>
      </w:r>
      <w:r>
        <w:t>namaz ek spirited kaam ka naam hai, ek spirit se namaz padhta hai aadmi. to difference to aayega is mein,</w:t>
      </w:r>
    </w:p>
    <w:p>
      <w:pPr>
        <w:jc w:val="right"/>
      </w:pPr>
      <w:r>
        <w:t>نماز ایک اسپریٹڈ کام کا نام ہے، ایک اسپرٹ سے نماز پڑھتا ہے آدمی۔ تو ڈیفرنس تو آئے گا اس میں،</w:t>
      </w:r>
    </w:p>
    <w:p>
      <w:r>
        <w:rPr>
          <w:b/>
        </w:rPr>
        <w:t xml:space="preserve">[31:02] </w:t>
      </w:r>
      <w:r>
        <w:t>ab difference to aayega. yani aap ki bahut zyada dosti kisi se hai, woh aap ka bahut zabardast friend hai, to kya yeh possible hai ke aap ek banayen, ek ek ek woh ek tareeqa banayen ke dost se milne ka tareeqa ek paper par likhen ke dost se milne ka ta</w:t>
      </w:r>
    </w:p>
    <w:p>
      <w:pPr>
        <w:jc w:val="right"/>
      </w:pPr>
      <w:r>
        <w:t>اب ڈیفرنس تو آئے گا۔ یعنی آپ کی بہت زیادہ دوستی کسی سے ہے، وہ آپ کا بہت زبردست فرینڈ ہے، تو کیا یہ پاسیبل ہے کہ آپ ایک بنائیں، ایک ایک ایک وہ ایک طریقہ بنائیں کہ دوست سے ملنے کا طریقہ ایک پیپر پر لکھیں کہ دوست سے ملنے کا ط</w:t>
      </w:r>
    </w:p>
    <w:p>
      <w:r>
        <w:rPr>
          <w:b/>
        </w:rPr>
        <w:t xml:space="preserve">[31:20] </w:t>
      </w:r>
      <w:r>
        <w:t>reeqa? ab yeh kahen ke jab mile to hath yun uthayen aur phir hath yun badhayen, phir ek qadam aage badhayen, ek qadam peechhe hatayen, phir us se poochhen ke chaye piyenge, pani piyenge?</w:t>
      </w:r>
    </w:p>
    <w:p>
      <w:pPr>
        <w:jc w:val="right"/>
      </w:pPr>
      <w:r>
        <w:t>ریقہ؟ اب یہ کہیں کہ جب ملے تو ہاتھ یوں اٹھاؤ اور پھر ہاتھ یوں بڑھاؤ، پھر ایک قدم آگے بڑھاؤ، ایک قدم پیچھے ہٹاؤ، پھر اس سے پوچھو کہ چائے پیو گے، پانی پیو گے؟</w:t>
      </w:r>
    </w:p>
    <w:p>
      <w:r>
        <w:rPr>
          <w:b/>
        </w:rPr>
        <w:t xml:space="preserve">[31:29] </w:t>
      </w:r>
      <w:r>
        <w:t>aisa kahen chal sakta hai? kya dost se milne ka aisa koi method chal sakta hai? dost se milna bilkul ek spirit ke tehat hota hai, is mein differences zaroor ayenge.</w:t>
      </w:r>
    </w:p>
    <w:p>
      <w:pPr>
        <w:jc w:val="right"/>
      </w:pPr>
      <w:r>
        <w:t>ایسا کہیں چل سکتا ہے؟ کیا دوست سے ملنے کا ایسا کوئی میتھڈ چل سکتا ہے؟ دوست سے ملنا بالکل ایک اسپرٹ کے تحت ہوتا ہے، اس میں ڈیفرنسز ضرور آئیں گے۔</w:t>
      </w:r>
    </w:p>
    <w:p>
      <w:r>
        <w:rPr>
          <w:b/>
        </w:rPr>
        <w:t xml:space="preserve">[31:41] </w:t>
      </w:r>
      <w:r>
        <w:t>ek bar alag jagah se milenge, doosri bar alag jagah se milenge. aap chunancha mein ek misal deta hoon aap ko.</w:t>
      </w:r>
    </w:p>
    <w:p>
      <w:pPr>
        <w:jc w:val="right"/>
      </w:pPr>
      <w:r>
        <w:t>ایک بار الگ جگہ سے ملیں گے، دوسری بار الگ جگہ سے ملیں گے۔ آپ چنانچہ میں ایک مثال دیتا ہوں آپ کو۔</w:t>
      </w:r>
    </w:p>
    <w:p>
      <w:r>
        <w:rPr>
          <w:b/>
        </w:rPr>
        <w:t xml:space="preserve">[31:48] </w:t>
      </w:r>
      <w:r>
        <w:t>rasool Allah ke zamane mein ek bar aisa hua ke aap namaz padha rahe the. to aap jante hain ke "rabbana lakal hamd" padha jata hai jab aadmi khada hota hai.</w:t>
      </w:r>
    </w:p>
    <w:p>
      <w:pPr>
        <w:jc w:val="right"/>
      </w:pPr>
      <w:r>
        <w:t>رسول اللہ کے زمانے میں ایک بار ایسا ہوا کہ آپ نماز پڑھا رہے تھے۔ تو آپ جانتے ہیں کہ "ربنا لک الحمد" پڑھا جاتا ہے جب آدمی کھڑا ہوتا ہے۔</w:t>
      </w:r>
    </w:p>
    <w:p>
      <w:r>
        <w:rPr>
          <w:b/>
        </w:rPr>
        <w:t xml:space="preserve">[31:59] </w:t>
      </w:r>
      <w:r>
        <w:t>ruku ke baad, ruku ke baad jab khada hota hai to kaha jata hai ke "rabbana lakal hamd". yeh sab log jante hain.</w:t>
      </w:r>
    </w:p>
    <w:p>
      <w:pPr>
        <w:jc w:val="right"/>
      </w:pPr>
      <w:r>
        <w:t>رکوع کے بعد، رکوع کے بعد جب کھڑا ہوتا ہے تو کہا جاتا ہے کہ "ربنا لک الحمد"۔ یہ سب لوگ جانتے ہیں۔</w:t>
      </w:r>
    </w:p>
    <w:p>
      <w:r>
        <w:rPr>
          <w:b/>
        </w:rPr>
        <w:t xml:space="preserve">[32:07] </w:t>
      </w:r>
      <w:r>
        <w:t>to wahan kya hua ke jab rasool Allah khade hue ruku ke baad to ek shakhs ki zuban se nikla "rabbana lakal hamd hamdan kasiran tayyiban mubarakan fee".</w:t>
      </w:r>
    </w:p>
    <w:p>
      <w:pPr>
        <w:jc w:val="right"/>
      </w:pPr>
      <w:r>
        <w:t>تو وہاں کیا ہوا کہ جب رسول اللہ کھڑے ہوئے رکوع کے بعد تو ایک شخص کی زبان سے نکلا "ربنا لک الحمد حمدا کثیرا طیبا مبارکا فی"۔</w:t>
      </w:r>
    </w:p>
    <w:p>
      <w:r>
        <w:rPr>
          <w:b/>
        </w:rPr>
        <w:t xml:space="preserve">[32:23] </w:t>
      </w:r>
      <w:r>
        <w:t>yani jo jo aam taur par padha jata tha, woh to tha "rabbana lakal hamd". woh keh pada ke "rabbana lakal hamd hamdan kasiran tayyiban mubarakan fee".</w:t>
      </w:r>
    </w:p>
    <w:p>
      <w:pPr>
        <w:jc w:val="right"/>
      </w:pPr>
      <w:r>
        <w:t>یعنی جو جو عام طور پر پڑھا جاتا تھا، وہ تو تھا "ربنا لک الحمد"۔ وہ کہہ پڑا کہ "ربنا لک الحمد حمدا کثیرا طیبا مبارکا فی"۔</w:t>
      </w:r>
    </w:p>
    <w:p>
      <w:r>
        <w:rPr>
          <w:b/>
        </w:rPr>
        <w:t xml:space="preserve">[32:35] </w:t>
      </w:r>
      <w:r>
        <w:t>ab kya hua</w:t>
      </w:r>
    </w:p>
    <w:p>
      <w:pPr>
        <w:jc w:val="right"/>
      </w:pPr>
      <w:r>
        <w:t>اب کیا ہوا</w:t>
      </w:r>
    </w:p>
    <w:p>
      <w:r>
        <w:rPr>
          <w:b/>
        </w:rPr>
        <w:t xml:space="preserve">[32:36] </w:t>
      </w:r>
      <w:r>
        <w:t>? namaz khatm jab hui to rasool Allah ne poocha ke kis ne aisa kaha tha? woh aadmi dar gaya ke shayad maine koi galati ki hai.</w:t>
      </w:r>
    </w:p>
    <w:p>
      <w:pPr>
        <w:jc w:val="right"/>
      </w:pPr>
      <w:r>
        <w:t>؟ نماز ختم جب ہوئی تو رسول اللہ نے پوچھا کہ کس نے ایسا کہا تھا؟ وہ آدمی ڈر گیا کہ شاید میں نے کوئی غلطی کی ہے۔</w:t>
      </w:r>
    </w:p>
    <w:p>
      <w:r>
        <w:rPr>
          <w:b/>
        </w:rPr>
        <w:t xml:space="preserve">[32:47] </w:t>
      </w:r>
      <w:r>
        <w:t>dar ki wajah se woh bol nahi raha tha. to aap ne farmaya ke darne ki koi baat nahi hai, batao. to ek aadmi khada hua, unhon ne kaha maine kaha tha aisa.</w:t>
      </w:r>
    </w:p>
    <w:p>
      <w:pPr>
        <w:jc w:val="right"/>
      </w:pPr>
      <w:r>
        <w:t>ڈر کی وجہ سے وہ بول نہیں رہا تھا۔ تو آپ نے فرمایا کہ ڈرنے کی کوئی بات نہیں ہے، بتاؤ۔ تو ایک آدمی کھڑا ہوا، انہوں نے کہا میں نے کہا تھا ایسا۔</w:t>
      </w:r>
    </w:p>
    <w:p>
      <w:r>
        <w:rPr>
          <w:b/>
        </w:rPr>
        <w:t xml:space="preserve">[33:01] </w:t>
      </w:r>
      <w:r>
        <w:t>to dekhen, yahan par agarche is ka different tareeqa tha,</w:t>
      </w:r>
    </w:p>
    <w:p>
      <w:pPr>
        <w:jc w:val="right"/>
      </w:pPr>
      <w:r>
        <w:t>تو دیکھیں، یہاں پر اگرچہ اس کا ڈفرنٹ طریقہ تھا،</w:t>
      </w:r>
    </w:p>
    <w:p>
      <w:r>
        <w:rPr>
          <w:b/>
        </w:rPr>
        <w:t xml:space="preserve">[33:05] </w:t>
      </w:r>
      <w:r>
        <w:t>seat pattern se alag tareeqa tha is ka, lekin kya hua? rasool Allah ne kya farmaya? aap ne farmaya ke jab tum ne aisa kaha to bohat se farishtay toot paray wahan us ko report karne ke liye ke kaun pehle is ko le aur le kar Khuda ka isi report pohanchaye.</w:t>
      </w:r>
    </w:p>
    <w:p>
      <w:pPr>
        <w:jc w:val="right"/>
      </w:pPr>
      <w:r>
        <w:t>سیٹ پیٹرن سے الگ طریقہ تھا اس کا، لیکن کیا ہوا؟ رسول اللہ نے کیا فرمایا؟ آپ نے فرمایا کہ جب تم نے ایسا کہا تو بہت سے فرشتے ٹوٹ پڑے وہاں اس کو رپورٹ کرنے کے لیے کہ کون پہلے اس کو لے اور لے کر خدا کا اسی رپورٹ پہنچائے۔</w:t>
      </w:r>
    </w:p>
    <w:p>
      <w:r>
        <w:rPr>
          <w:b/>
        </w:rPr>
        <w:t xml:space="preserve">[33:30] </w:t>
      </w:r>
      <w:r>
        <w:t>to chunke is ke jo kaha tha, is ke andar ek spirit jaagi thi,</w:t>
      </w:r>
    </w:p>
    <w:p>
      <w:pPr>
        <w:jc w:val="right"/>
      </w:pPr>
      <w:r>
        <w:t>تو چونکہ اس کے جو کہا تھا، اس کے اندر ایک اسپرٹ جاگی تھی،</w:t>
      </w:r>
    </w:p>
    <w:p>
      <w:r>
        <w:rPr>
          <w:b/>
        </w:rPr>
        <w:t xml:space="preserve">[33:34] </w:t>
      </w:r>
      <w:r>
        <w:t>Khuda se muhabbat ki, Khuda se khauf ki, Khuda se ta'alluq ki, Khuda ki yaad ki, ek star maya tha is ke andar. is ke tehat bol pada woh "Rabbana lakal hamdu hamdan kaseeran tayyiban mubarakan fee".</w:t>
      </w:r>
    </w:p>
    <w:p>
      <w:pPr>
        <w:jc w:val="right"/>
      </w:pPr>
      <w:r>
        <w:t>خدا سے محبت کی، خدا سے خوف کی، خدا سے تعلق کی، خدا کی یاد کی، ایک اسٹار مایا تھا اس کے اندر۔ اس کے تحت بول پڑا وہ "ربنا لک الحمد حمدا کثیرا طیبا مبارکا فی"۔</w:t>
      </w:r>
    </w:p>
    <w:p>
      <w:r>
        <w:rPr>
          <w:b/>
        </w:rPr>
        <w:t xml:space="preserve">[33:47] </w:t>
      </w:r>
      <w:r>
        <w:t>to Khuda kya? is ko dekha ke koi circus ka maamla yeh hai ke "Rabbana lakal hamdu" unhon ne kaha ke do lafz kaha hai, ke chaar lafz kaha hai, ke paanch lafz kaha hai. aisa koi ho sakta hai?</w:t>
      </w:r>
    </w:p>
    <w:p>
      <w:pPr>
        <w:jc w:val="right"/>
      </w:pPr>
      <w:r>
        <w:t>تو خدا کیا؟ اس کو دیکھا کہ کوئی سرکس کا معاملہ یہ ہے کہ "ربنا لک الحمد" انہوں نے کہا کہ دو لفظ کہا ہے، کہ چار لفظ کہا ہے، کہ پانچ لفظ کہا ہے۔ ایسا کوئی ہو سکتا ہے؟</w:t>
      </w:r>
    </w:p>
    <w:p>
      <w:r>
        <w:rPr>
          <w:b/>
        </w:rPr>
        <w:t xml:space="preserve">[33:58] </w:t>
      </w:r>
      <w:r>
        <w:t>Khuda spirit ko dekhta hai. hadith mein aata hai ke Khuda tumhare dilon ko dekhta hai.</w:t>
      </w:r>
    </w:p>
    <w:p>
      <w:pPr>
        <w:jc w:val="right"/>
      </w:pPr>
      <w:r>
        <w:t>خدا اسپرٹ کو دیکھتا ہے۔ حدیث میں آتا ہے کہ خدا تمہارے دلوں کو دیکھتا ہے۔</w:t>
      </w:r>
    </w:p>
    <w:p>
      <w:r>
        <w:rPr>
          <w:b/>
        </w:rPr>
        <w:t xml:space="preserve">[34:05] </w:t>
      </w:r>
      <w:r>
        <w:t>yeh kitni bari bhool yeh hai ke logon ne samajh liya ke namaz naam hai ek form ka, ek seat pattern ka, to is mein to farq ho nahi sakta.</w:t>
      </w:r>
    </w:p>
    <w:p>
      <w:pPr>
        <w:jc w:val="right"/>
      </w:pPr>
      <w:r>
        <w:t>یہ کتنی بڑی بھول یہ ہے کہ لوگوں نے سمجھ لیا کہ نماز نام ہے ایک فارم کا، ایک سیٹ پیٹرن کا، تو اس میں تو فرق ہو نہیں سکتا۔</w:t>
      </w:r>
    </w:p>
    <w:p>
      <w:r>
        <w:rPr>
          <w:b/>
        </w:rPr>
        <w:t xml:space="preserve">[34:16] </w:t>
      </w:r>
      <w:r>
        <w:t>ab is wajah se itne jhagray hue hain ke 12 fiqhi school ban gaye, jis mein se aaj kal paanch fiqhi school zinda hain. yeh saara mere nazdeek bhi galat kaam hua hai.</w:t>
      </w:r>
    </w:p>
    <w:p>
      <w:pPr>
        <w:jc w:val="right"/>
      </w:pPr>
      <w:r>
        <w:t>اب اس وجہ سے اتنے جھگڑے ہوئے ہیں کہ 12 فقہی اسکول بن گئے، جس میں سے آج کل پانچ فقہی اسکول زندہ ہیں۔ یہ سارا میرے نزدیک بھی غلط کام ہوا ہے۔</w:t>
      </w:r>
    </w:p>
    <w:p>
      <w:r>
        <w:rPr>
          <w:b/>
        </w:rPr>
        <w:t xml:space="preserve">[34:27] </w:t>
      </w:r>
      <w:r>
        <w:t>kisi ek fiqhi school ki zaroorat nahi, hadithon se lijiye. chunancha baad ko ek tehreek uthi, jis ko kehte hain tehreek Ahl-e-Hadith.</w:t>
      </w:r>
    </w:p>
    <w:p>
      <w:pPr>
        <w:jc w:val="right"/>
      </w:pPr>
      <w:r>
        <w:t>کسی ایک فقہی اسکول کی ضرورت نہیں، حدیثوں سے لیجئے۔ چنانچہ بعد کو ایک تحریک اٹھی، جس کو کہتے ہیں تحریک اہل حدیث۔</w:t>
      </w:r>
    </w:p>
    <w:p>
      <w:r>
        <w:rPr>
          <w:b/>
        </w:rPr>
        <w:t xml:space="preserve">[34:36] </w:t>
      </w:r>
      <w:r>
        <w:t>woh bohat minority mein hain. to tehreek Ahl-e-Hadith yahi hai ke fiqh ke baghair aap hadithon se aap di lijiye apna deen. fiqh ki zaroorat nahi hai.</w:t>
      </w:r>
    </w:p>
    <w:p>
      <w:pPr>
        <w:jc w:val="right"/>
      </w:pPr>
      <w:r>
        <w:t>وہ بہت مائنورٹی میں ہیں۔ تو تحریک اہل حدیث یہی ہے کہ فقہ کے بغیر آپ حدیثوں سے آپ دی لیجئے اپنا دین۔ فقہ کی ضرورت نہیں ہے۔</w:t>
      </w:r>
    </w:p>
    <w:p>
      <w:r>
        <w:rPr>
          <w:b/>
        </w:rPr>
        <w:t xml:space="preserve">[34:47] </w:t>
      </w:r>
      <w:r>
        <w:t>yeh chal rahi hai, Ibn Taymiyyah se chal rahi hai, lekin aaj tak yeh woh log minority mein hain. to baharhal yeh ek alag masla hai. main yeh keh raha hoon ke fiqh mein jo ikhtilafat hue, woh ikhtilafat bilkul baseless thay.</w:t>
      </w:r>
    </w:p>
    <w:p>
      <w:pPr>
        <w:jc w:val="right"/>
      </w:pPr>
      <w:r>
        <w:t>یہ چل رہی ہے، ابن تیمیہ سے چل رہی ہے، لیکن آج تک یہ وہ لوگ مائنورٹی میں ہیں۔ تو بہرحال یہ ایک الگ مسئلہ ہے۔ میں یہ کہہ رہا ہوں کہ فقہ میں جو اختلافات ہوئے، وہ اختلافات بالکل بیس لیس تھے۔</w:t>
      </w:r>
    </w:p>
    <w:p>
      <w:r>
        <w:rPr>
          <w:b/>
        </w:rPr>
        <w:t xml:space="preserve">[35:01] </w:t>
      </w:r>
      <w:r>
        <w:t>ab main is ko ek ek misaal se wazeh karta hoon.</w:t>
      </w:r>
    </w:p>
    <w:p>
      <w:pPr>
        <w:jc w:val="right"/>
      </w:pPr>
      <w:r>
        <w:t>اب میں اس کو ایک ایک مثال سے واضح کرتا ہوں۔</w:t>
      </w:r>
    </w:p>
    <w:p>
      <w:r>
        <w:rPr>
          <w:b/>
        </w:rPr>
        <w:t xml:space="preserve">[35:05] </w:t>
      </w:r>
      <w:r>
        <w:t>aap jante hain ke chaar jo imam hamare hain, un mein se ek hain Imam Shafi'i. un ki kitab hai "Kitab al-Umm", bohat mashhoor kitab hai, jo fiqh ki bohat hi authentic book samjhi jati hai.</w:t>
      </w:r>
    </w:p>
    <w:p>
      <w:pPr>
        <w:jc w:val="right"/>
      </w:pPr>
      <w:r>
        <w:t>آپ جانتے ہیں کہ چار جو امام ہمارے ہیں، ان میں سے ایک ہیں امام شافعی۔ ان کی کتاب ہے "کتاب الام"، بہت مشہور کتاب ہے، جو فقہ کی بہت ہی اتھینٹک بک سمجھی جاتی ہے۔</w:t>
      </w:r>
    </w:p>
    <w:p>
      <w:r>
        <w:rPr>
          <w:b/>
        </w:rPr>
        <w:t xml:space="preserve">[35:17] </w:t>
      </w:r>
      <w:r>
        <w:t>is ko discuss kiya unhon ne, aur woh kya kehte hain ke fiqh mein jo differences hain, to har difference kisi na kisi prophetic companion se mil raha hai.</w:t>
      </w:r>
    </w:p>
    <w:p>
      <w:pPr>
        <w:jc w:val="right"/>
      </w:pPr>
      <w:r>
        <w:t>اس کو ڈسکس کیا انہوں نے، اور وہ کیا کہتے ہیں کہ فقہ میں جو ڈیفرنسز ہیں، تو ہر ڈیفرنس کسی نہ کسی پرافٹک کمپینین سے مل رہا ہے۔</w:t>
      </w:r>
    </w:p>
    <w:p>
      <w:r>
        <w:rPr>
          <w:b/>
        </w:rPr>
        <w:t xml:space="preserve">[35:30] </w:t>
      </w:r>
      <w:r>
        <w:t>jo bhi difference hai, ke "ameen" zor se zor se kahin, tab bhi milta hai. dheere se kahin, tab bhi milta hai. yaani jitne bhi differences hain, woh kisi na kisi Sahabi se mil rahe hain, kisi na kisi companion se mil rahe hain.</w:t>
      </w:r>
    </w:p>
    <w:p>
      <w:pPr>
        <w:jc w:val="right"/>
      </w:pPr>
      <w:r>
        <w:t>جو بھی ڈیفرنس ہے، کہ "امین" زور سے زور سے کہیں، تب بھی ملتا ہے۔ دھیرے سے کہیں، تب بھی ملتا ہے۔ یعنی جتنے بھی ڈیفرنسز ہیں، وہ کسی کسی نہ کسی صحابی سے مل رہے ہیں، کسی نہ کسی کمپینین سے مل رہے ہیں۔</w:t>
      </w:r>
    </w:p>
    <w:p>
      <w:r>
        <w:rPr>
          <w:b/>
        </w:rPr>
        <w:t xml:space="preserve">[35:44] </w:t>
      </w:r>
      <w:r>
        <w:t>to woh yeh kehte hain ke jab ek difference aur doosra difference, ek tareeqa aur doosra tareeqa, sab mil rahe hain Sahabi se, to humein kya right hai ke hum kahein ke yeh galat hai, woh sahi hai?</w:t>
      </w:r>
    </w:p>
    <w:p>
      <w:pPr>
        <w:jc w:val="right"/>
      </w:pPr>
      <w:r>
        <w:t>تو وہ یہ کہتے ہیں کہ جب ایک ڈیفرنس اور دوسرا ڈیفرنس، ایک طریقہ اور دوسرا طریقہ، سب مل رہے ہیں صحابی سے، تو ہمیں کیا رائٹ ہے کہ ہم کہیں کہ یہ غلط ہے، وہ صحیح ہے؟</w:t>
      </w:r>
    </w:p>
    <w:p>
      <w:r>
        <w:rPr>
          <w:b/>
        </w:rPr>
        <w:t xml:space="preserve">[35:55] </w:t>
      </w:r>
      <w:r>
        <w:t>kaise hum keh sakte hain? h</w:t>
      </w:r>
    </w:p>
    <w:p>
      <w:pPr>
        <w:jc w:val="right"/>
      </w:pPr>
      <w:r>
        <w:t>کیسے ہم کہہ سکتے ہیں؟ ہ</w:t>
      </w:r>
    </w:p>
    <w:p>
      <w:r>
        <w:rPr>
          <w:b/>
        </w:rPr>
        <w:t xml:space="preserve">[35:59] </w:t>
      </w:r>
      <w:r>
        <w:t>ar har har Sahabi authentic hai. hum kaise? hamare paas koi authority nahi hai. hum kahein ke "yes, yeh yeh Sahabi galat tha, woh Sahabi sahi hai".</w:t>
      </w:r>
    </w:p>
    <w:p>
      <w:pPr>
        <w:jc w:val="right"/>
      </w:pPr>
      <w:r>
        <w:t>ر ہر ہر صحابی اتھینٹک ہے۔ ہم کیسے؟ ہمارے پاس کوئی اتھارٹی نہیں ہے۔ ہم کہیں کہ "یس، یہ یہ صحابی غلط تھا، وہ صحابی صحیح ہے"۔</w:t>
      </w:r>
    </w:p>
    <w:p>
      <w:r>
        <w:rPr>
          <w:b/>
        </w:rPr>
        <w:t xml:space="preserve">[36:09] </w:t>
      </w:r>
      <w:r>
        <w:t>hamare paas koi authority aisi nahi hai. bari bahas ki unhon ne. aakhir mein kya likhte hain? ab dekhen, kitni ridiculous baat yeh hai, kitni ridiculous baat yeh hai.</w:t>
      </w:r>
    </w:p>
    <w:p>
      <w:pPr>
        <w:jc w:val="right"/>
      </w:pPr>
      <w:r>
        <w:t>ہمارے پاس کوئی اتھارٹی ایسی نہیں ہے۔ بڑی بحث کی انہوں نے۔ آخر میں کیا لکھتے ہیں؟ اب دیکھیں، کتنی ریڈیکولس بات یہ ہے، کتنی ریڈیکولس بات یہ ہے۔</w:t>
      </w:r>
    </w:p>
    <w:p>
      <w:r>
        <w:rPr>
          <w:b/>
        </w:rPr>
        <w:t xml:space="preserve">[36:20] </w:t>
      </w:r>
      <w:r>
        <w:t>woh kehte hain ke is difference ko ya alag alag fiqhi school banane ko justify karte hain, yeh keh kar ke "Rai rai thawab yahtamil al-khata, wa rai wa ghairi khata yahtamil al-thawab".</w:t>
      </w:r>
    </w:p>
    <w:p>
      <w:pPr>
        <w:jc w:val="right"/>
      </w:pPr>
      <w:r>
        <w:t>وہ کہتے ہیں کہ اس ڈیفرنس کو یا الگ الگ فقہی اسکول بنانے کو جسٹیفائی کرتے ہیں، یہ کہہ کر کہ "رائی رائی ثواب یحتمل الخطا، ورائی وغیری خطا یحتمل الثواب"۔</w:t>
      </w:r>
    </w:p>
    <w:p>
      <w:r>
        <w:rPr>
          <w:b/>
        </w:rPr>
        <w:t xml:space="preserve">[36:36] </w:t>
      </w:r>
      <w:r>
        <w:t>dekhen, kitna ridiculous baat yeh hai. itna bara imam keh raha hai,</w:t>
      </w:r>
    </w:p>
    <w:p>
      <w:pPr>
        <w:jc w:val="right"/>
      </w:pPr>
      <w:r>
        <w:t>دیکھیں، کتنا ریڈیکولس بات یہ ہے۔ اتنا بڑا امام کہہ رہا ہے،</w:t>
      </w:r>
    </w:p>
    <w:p>
      <w:r>
        <w:rPr>
          <w:b/>
        </w:rPr>
        <w:t xml:space="preserve">[36:42] </w:t>
      </w:r>
      <w:r>
        <w:t>is ka yeh jo bolay, woh jo likha unhon ne "Kitab al-Umm" mein ke "Rai thawab yahtamil al-khata, wa rai wa ghairi khata yahtamil al-thawab".</w:t>
      </w:r>
    </w:p>
    <w:p>
      <w:pPr>
        <w:jc w:val="right"/>
      </w:pPr>
      <w:r>
        <w:t>اس کا یہ جو بولے، وہ جو لکھا انہوں نے "کتاب العم" میں کہ "رائی ثواب یحتمل الخطا، ورائی وغیری خطا یحتمل الثواب"۔</w:t>
      </w:r>
    </w:p>
    <w:p>
      <w:r>
        <w:rPr>
          <w:b/>
        </w:rPr>
        <w:t xml:space="preserve">[36:51] </w:t>
      </w:r>
      <w:r>
        <w:t>is ka matlab yeh hai ke meri rai durust hai, is is ehtimal ke sath ke shayad galat bhi ho, aur doosre ki rai galat hai, is ehtimal ke sath shayad sahih bhi ho.</w:t>
      </w:r>
    </w:p>
    <w:p>
      <w:pPr>
        <w:jc w:val="right"/>
      </w:pPr>
      <w:r>
        <w:t>اس کا مطلب یہ ہے کہ میری رائے درست ہے، اس اس احتمال کے ساتھ کہ شاید غلط بھی ہو، اور دوسرے کی رائے غلط ہے، اس احتمال کے ساتھ شاید صحیح بھی ہو۔</w:t>
      </w:r>
    </w:p>
    <w:p>
      <w:r>
        <w:rPr>
          <w:b/>
        </w:rPr>
        <w:t xml:space="preserve">[37:07] </w:t>
      </w:r>
      <w:r>
        <w:t>yeh yeh kitna ridiculous baat yeh hai.</w:t>
      </w:r>
    </w:p>
    <w:p>
      <w:pPr>
        <w:jc w:val="right"/>
      </w:pPr>
      <w:r>
        <w:t>یہ یہ کتنا ریڈیکولس بات یہ ہے۔</w:t>
      </w:r>
    </w:p>
    <w:p>
      <w:r>
        <w:rPr>
          <w:b/>
        </w:rPr>
        <w:t xml:space="preserve">[37:10] </w:t>
      </w:r>
      <w:r>
        <w:t>chunki doosra jo jo bata raha hai, woh woh bhi ek sahabi hai. yani imam shafi kisi sahabi ki baat le kar ke keh rahe hain ke aisa karna hai hamein, lekin jo doosra jo party hai, woh woh bhi kisi kisi sahabi ko le kar keh raha hai ke nahi, aisa karna hai.</w:t>
      </w:r>
    </w:p>
    <w:p>
      <w:pPr>
        <w:jc w:val="right"/>
      </w:pPr>
      <w:r>
        <w:t>چونکہ دوسرا جو جو بتا رہا ہے، وہ وہ بھی ایک صحابی ہے۔ یعنی امام شافعی کسی صحابی کی بات لے کر کے کہہ رہے ہیں کہ ایسا کرنا ہے ہمیں، لیکن جو دوسرا جو پارٹی ہے، وہ وہ بھی کسی کسی صحابی کو لے کر کہہ رہا ہے کہ نہیں، ایسا کرنا ہے۔</w:t>
      </w:r>
    </w:p>
    <w:p>
      <w:r>
        <w:rPr>
          <w:b/>
        </w:rPr>
        <w:t xml:space="preserve">[37:29] </w:t>
      </w:r>
      <w:r>
        <w:t>toh keh rahe hain ke main samajhta hoon ke mera maslak sahi hai, lekin shayad unka bhi sahi ho, kyunke woh bhi toh sahabi ke reference de rahe hain.</w:t>
      </w:r>
    </w:p>
    <w:p>
      <w:pPr>
        <w:jc w:val="right"/>
      </w:pPr>
      <w:r>
        <w:t>تو کہہ رہے ہیں کہ میں سمجھتا ہوں کہ میرا مسلک صحیح ہے، لیکن شاید ان کا بھی صحیح ہو، کیونکہ وہ بھی تو صحابی کے ریفرنس دے رہے ہیں۔</w:t>
      </w:r>
    </w:p>
    <w:p>
      <w:r>
        <w:rPr>
          <w:b/>
        </w:rPr>
        <w:t xml:space="preserve">[37:38] </w:t>
      </w:r>
      <w:r>
        <w:t>toh is ki zaroorat kya hai? ab yeh keh rahi hai ke yeh bhi sahi, woh bhi sahi. yeh seedhi si baat hai ke is sahabi ke tareeqe mein se is sahabi ke tareeqe mein bhi sahi.</w:t>
      </w:r>
    </w:p>
    <w:p>
      <w:pPr>
        <w:jc w:val="right"/>
      </w:pPr>
      <w:r>
        <w:t>تو اس کی ضرورت کیا ہے؟ اب یہ کہہ رہی ہے کہ یہ بھی صحیح، وہ بھی صحیح۔ یہ سیدھی سی بات ہے کہ اس صحابی کے طریقے میں سے اس صحابی کے طریقے میں بھی صحیح۔</w:t>
      </w:r>
    </w:p>
    <w:p>
      <w:r>
        <w:rPr>
          <w:b/>
        </w:rPr>
        <w:t xml:space="preserve">[37:48] </w:t>
      </w:r>
      <w:r>
        <w:t>yeh yeh jo hai, yeh jo nazariya nikala inhone, yeh bilkul ridiculous sahi hai. toh dekhiye, yahan par mamla kya tha ke "al-haq la ta'addud" ka nazariya bilkul galat banaya gaya.</w:t>
      </w:r>
    </w:p>
    <w:p>
      <w:pPr>
        <w:jc w:val="right"/>
      </w:pPr>
      <w:r>
        <w:t>یہ یہ جو ہے، یہ جو نظریہ نکالا انہوں نے، یہ بالکل ریڈیکولس صحیح ہے۔ تو دیکھیے، یہاں پر معاملہ کیا تھا کہ "الحق لا تعدد" کا نظریہ بالکل غلط بنایا گیا۔</w:t>
      </w:r>
    </w:p>
    <w:p>
      <w:r>
        <w:rPr>
          <w:b/>
        </w:rPr>
        <w:t xml:space="preserve">[38:02] </w:t>
      </w:r>
      <w:r>
        <w:t>haq bilashuba ek hota hai, lekin non-basics hamesha different hua karte hain. hamesha</w:t>
      </w:r>
    </w:p>
    <w:p>
      <w:pPr>
        <w:jc w:val="right"/>
      </w:pPr>
      <w:r>
        <w:t>حق بلاشبہ ایک ہوتا ہے، لیکن نان بیسکس ہمیشہ ڈفرنٹ ہوا کرتے ہیں۔ ہمیشہ</w:t>
      </w:r>
    </w:p>
    <w:p>
      <w:r>
        <w:rPr>
          <w:b/>
        </w:rPr>
        <w:t xml:space="preserve">[38:10] </w:t>
      </w:r>
      <w:r>
        <w:t>yani basics mein hamesha aap payenge unity, lekin non-basics mein hamesha payenge differences.</w:t>
      </w:r>
    </w:p>
    <w:p>
      <w:pPr>
        <w:jc w:val="right"/>
      </w:pPr>
      <w:r>
        <w:t>یعنی بیسکس میں ہمیشہ آپ پائیں گے یونٹی، لیکن نان بیسکس میں ہمیشہ پائیں گے ڈیفرنسز۔</w:t>
      </w:r>
    </w:p>
    <w:p>
      <w:r>
        <w:rPr>
          <w:b/>
        </w:rPr>
        <w:t xml:space="preserve">[38:21] </w:t>
      </w:r>
      <w:r>
        <w:t>is saada si baat ko na samajhne ki wajah se itne saare fiqhi school ban gaye.</w:t>
      </w:r>
    </w:p>
    <w:p>
      <w:pPr>
        <w:jc w:val="right"/>
      </w:pPr>
      <w:r>
        <w:t>اس سادہ سی بات کو نہ سمجھنے کی وجہ سے اتنے سارے فقہی اسکول بن گئے۔</w:t>
      </w:r>
    </w:p>
    <w:p>
      <w:r>
        <w:rPr>
          <w:b/>
        </w:rPr>
        <w:t xml:space="preserve">[38:28] </w:t>
      </w:r>
      <w:r>
        <w:t>toh</w:t>
      </w:r>
    </w:p>
    <w:p>
      <w:pPr>
        <w:jc w:val="right"/>
      </w:pPr>
      <w:r>
        <w:t>تو</w:t>
      </w:r>
    </w:p>
    <w:p>
      <w:r>
        <w:rPr>
          <w:b/>
        </w:rPr>
        <w:t xml:space="preserve">[38:34] </w:t>
      </w:r>
      <w:r>
        <w:t>yeh saare jo jhagde hain, woh khud text mein yeh jhagde nahi thay. yeh jhagde paida hue hain text ke bahar.</w:t>
      </w:r>
    </w:p>
    <w:p>
      <w:pPr>
        <w:jc w:val="right"/>
      </w:pPr>
      <w:r>
        <w:t>یہ سارے جو جھگڑے ہیں، وہ خود ٹیکسٹ میں یہ جھگڑے نہیں تھے۔ یہ جھگڑے پیدا ہوئے ہیں ٹیکسٹ کے باہر۔</w:t>
      </w:r>
    </w:p>
    <w:p>
      <w:r>
        <w:rPr>
          <w:b/>
        </w:rPr>
        <w:t xml:space="preserve">[38:45] </w:t>
      </w:r>
      <w:r>
        <w:t>logon ne apni taraf se jo commentary likhi, us ki jo sharah ki, us ka jo unhone petition diya, us se yeh saare jhagde paida hue hain.</w:t>
      </w:r>
    </w:p>
    <w:p>
      <w:pPr>
        <w:jc w:val="right"/>
      </w:pPr>
      <w:r>
        <w:t>لوگوں نے اپنی طرف سے جو کمنٹری لکھی، اس کی جو شرح کی، اس کا جو انہوں نے پٹیشن دیا، اس سے یہ سارے جھگڑے پیدا ہوئے ہیں۔</w:t>
      </w:r>
    </w:p>
    <w:p>
      <w:r>
        <w:rPr>
          <w:b/>
        </w:rPr>
        <w:t xml:space="preserve">[38:55] </w:t>
      </w:r>
      <w:r>
        <w:t>toh do option un ke liye</w:t>
      </w:r>
    </w:p>
    <w:p>
      <w:pPr>
        <w:jc w:val="right"/>
      </w:pPr>
      <w:r>
        <w:t>تو دو آپشن ان کے لیے</w:t>
      </w:r>
    </w:p>
    <w:p>
      <w:r>
        <w:rPr>
          <w:b/>
        </w:rPr>
        <w:t xml:space="preserve">[38:57] </w:t>
      </w:r>
      <w:r>
        <w:t>tha: ek yeh hai ke different jo tareeqe mil rahe thay sahaba se, ek ko sahi batayein, ek ko galat batayein. ek option yeh tha, doosra yeh tha ke woh kahein ke yeh bhi theek hai, woh bhi theek hai.</w:t>
      </w:r>
    </w:p>
    <w:p>
      <w:pPr>
        <w:jc w:val="right"/>
      </w:pPr>
      <w:r>
        <w:t>تھا: ایک یہ ہے کہ ڈفرنٹ جو طریقے مل رہے تھے صحابہ سے، ایک کو صحیح بتائیں، ایک کو غلط بتائیں۔ ایک آپشن یہ تھا، دوسرا یہ تھا کہ وہ کہیں کہ یہ بھی ٹھیک ہے، وہ بھی ٹھیک ہے۔</w:t>
      </w:r>
    </w:p>
    <w:p>
      <w:r>
        <w:rPr>
          <w:b/>
        </w:rPr>
        <w:t xml:space="preserve">[39:12] </w:t>
      </w:r>
      <w:r>
        <w:t>baya yeh muqtada tum chunancha yeh bhi ek ek ek nazariya yeh bhi tha. ek sahabi, ek ek tabai ne kaha ke ke dono theek hain, baya yeh muqtada tum woh bhi theek hai, woh bhi theek hai.</w:t>
      </w:r>
    </w:p>
    <w:p>
      <w:pPr>
        <w:jc w:val="right"/>
      </w:pPr>
      <w:r>
        <w:t>بیا یہ مقتضیٰ تم چنانچہ یہ بھی ایک ایک ایک نظریہ یہ بھی تھا۔ ایک صحابی، ایک ایک تابعی نے کہا کہ کہ دونوں ٹھیک ہیں، بیا یہ مقتضیٰ تم وہ بھی ٹھیک ہے، وہ بھی ٹھیک ہے۔</w:t>
      </w:r>
    </w:p>
    <w:p>
      <w:r>
        <w:rPr>
          <w:b/>
        </w:rPr>
        <w:t xml:space="preserve">[39:22] </w:t>
      </w:r>
      <w:r>
        <w:t>aisa karo, tab bhi namaz ho jayegi, waisa karo, tab bhi namaz ho jayegi.</w:t>
      </w:r>
    </w:p>
    <w:p>
      <w:pPr>
        <w:jc w:val="right"/>
      </w:pPr>
      <w:r>
        <w:t>ایسا کرو، تب بھی نماز ہو جائے گی، ویسا کرو، تب بھی نماز ہو جائے گی۔</w:t>
      </w:r>
    </w:p>
    <w:p>
      <w:r>
        <w:rPr>
          <w:b/>
        </w:rPr>
        <w:t xml:space="preserve">[39:29] </w:t>
      </w:r>
      <w:r>
        <w:t>ab itni itni minor cheezon pe jhagde hain. maslan aap agar masjid mein dekhein toh jab khade hote hain toh dono paon ek hath mila kar khada hona, ek hath dono door door kar ke khada hona.</w:t>
      </w:r>
    </w:p>
    <w:p>
      <w:pPr>
        <w:jc w:val="right"/>
      </w:pPr>
      <w:r>
        <w:t>اب اتنی اتنی مائنر چیزوں پہ جھگڑے ہیں۔ مثلاً آپ اگر مسجد میں دیکھیں تو جب کھڑے ہوتے ہیں تو دونوں پاؤں ایک ہاتھ ملا کر کھڑا ہونا، ایک ہاتھ دونوں دور دور کر کے کھڑا ہونا۔</w:t>
      </w:r>
    </w:p>
    <w:p>
      <w:r>
        <w:rPr>
          <w:b/>
        </w:rPr>
        <w:t xml:space="preserve">[39:41] </w:t>
      </w:r>
      <w:r>
        <w:t>yeh kya? yeh koi ikhtilaf hai? yeh koi difference yeh hai? arey bhai, mila ke khade ho, tab bhi theek hai, door door paon kar lo, tab bhi theek hai. is se namaz, is mein bhi namaz achhi hai, buri ho jati hai.</w:t>
      </w:r>
    </w:p>
    <w:p>
      <w:pPr>
        <w:jc w:val="right"/>
      </w:pPr>
      <w:r>
        <w:t>یہ کیا؟ یہ کوئی اختلاف ہے؟ یہ کوئی ڈیفرنس یہ ہے؟ ارے بھئی، ملا کے کھڑے ہو، تب بھی ٹھیک ہے، دور دور پاؤں کر لو، تب بھی ٹھیک ہے۔ اس سے نماز، اس میں بھی نماز اچھی ہے، بری ہو جاتی ہے۔</w:t>
      </w:r>
    </w:p>
    <w:p>
      <w:r>
        <w:rPr>
          <w:b/>
        </w:rPr>
        <w:t xml:space="preserve">[39:54] </w:t>
      </w:r>
      <w:r>
        <w:t>yeh bhi theek hai, woh bhi theek hai.</w:t>
      </w:r>
    </w:p>
    <w:p>
      <w:pPr>
        <w:jc w:val="right"/>
      </w:pPr>
      <w:r>
        <w:t>یہ بھی ٹھیک ہے، وہ بھی ٹھیک ہے۔</w:t>
      </w:r>
    </w:p>
    <w:p>
      <w:r>
        <w:rPr>
          <w:b/>
        </w:rPr>
        <w:t xml:space="preserve">[39:56] </w:t>
      </w:r>
      <w:r>
        <w:t>asal cheez hai spirit, asal cheez hai rooh, asal cheez hai Khuda ka khauf. Quran mein hai ke "qad aflaha al-mu'minun alladhina fi salatihim khashi'un".</w:t>
      </w:r>
    </w:p>
    <w:p>
      <w:pPr>
        <w:jc w:val="right"/>
      </w:pPr>
      <w:r>
        <w:t>اصل چیز ہے اسپرٹ، اصل چیز ہے روح، اصل چیز ہے خدا کا خوف۔ قرآن میں ہے کہ "قد افلا المومنون الذین فی صلاتہم خاشعون"۔</w:t>
      </w:r>
    </w:p>
    <w:p>
      <w:r>
        <w:rPr>
          <w:b/>
        </w:rPr>
        <w:t xml:space="preserve">[40:06] </w:t>
      </w:r>
      <w:r>
        <w:t>yani namaz ka criteria kya hai? is ke andar khushu ho. is ayat par gaur kijiye aap. hadith mein bhi aata hai ke "allah salata liman lam yatakhashsha".</w:t>
      </w:r>
    </w:p>
    <w:p>
      <w:pPr>
        <w:jc w:val="right"/>
      </w:pPr>
      <w:r>
        <w:t>یعنی نماز کا کرائٹیریا کیا ہے؟ اس کے اندر خشوع ہو۔ اس آیت پر غور کیجئے آپ۔ حدیث میں بھی آتا ہے کہ "اللہ صلاۃ لمن لم یتخش"۔</w:t>
      </w:r>
    </w:p>
    <w:p>
      <w:r>
        <w:rPr>
          <w:b/>
        </w:rPr>
        <w:t xml:space="preserve">[40:16] </w:t>
      </w:r>
      <w:r>
        <w:t>toh namaz hui ke nahi hui, is ka criteria hai khushu. lekin logon ne kya bana liya?</w:t>
      </w:r>
    </w:p>
    <w:p>
      <w:pPr>
        <w:jc w:val="right"/>
      </w:pPr>
      <w:r>
        <w:t>تو نماز ہوئی کہ نہیں ہوئی، اس کا کرائٹیریا ہے خشوع۔ لیکن لوگوں نے کیا بنا لیا؟</w:t>
      </w:r>
    </w:p>
    <w:p>
      <w:r>
        <w:rPr>
          <w:b/>
        </w:rPr>
        <w:t xml:space="preserve">[40:22] </w:t>
      </w:r>
      <w:r>
        <w:t>criteria ke form durust hua ke nahi durust hua? ek set pattern ke mutabiq padhi ke nahi padhi gayi? toh unhone criteria badal diya.</w:t>
      </w:r>
    </w:p>
    <w:p>
      <w:pPr>
        <w:jc w:val="right"/>
      </w:pPr>
      <w:r>
        <w:t>کرائٹیریا کہ فارم درست ہوا کہ نہیں درست ہوا؟ ایک سیٹ پیٹرن کے مطابق پڑھی کہ نہیں پڑھی گئی؟ تو انہوں نے کرائٹیریا بدل دیا۔</w:t>
      </w:r>
    </w:p>
    <w:p>
      <w:r>
        <w:rPr>
          <w:b/>
        </w:rPr>
        <w:t xml:space="preserve">[40:33] </w:t>
      </w:r>
      <w:r>
        <w:t>criteria tha spirit aur bana diya unhone form. is ki wajah se yeh jhagde hue hain, itne</w:t>
      </w:r>
    </w:p>
    <w:p>
      <w:pPr>
        <w:jc w:val="right"/>
      </w:pPr>
      <w:r>
        <w:t>کرائٹیریا تھا اسپرٹ اور بنا دیا انہوں نے فارم۔ اس کی وجہ سے یہ جھگڑے ہوئے ہیں، اتنے</w:t>
      </w:r>
    </w:p>
    <w:p>
      <w:r>
        <w:rPr>
          <w:b/>
        </w:rPr>
        <w:t xml:space="preserve">[40:40] </w:t>
      </w:r>
      <w:r>
        <w:t>Islam ke khilaf itni badgumaniyan, misunderstanding. toh khulasa yeh hai ke agar kisi ko yeh janna hai ke Islam sach much kya hai, us ko Quran ko padhna chahiye aur hadith ko padhna chahiye.</w:t>
      </w:r>
    </w:p>
    <w:p>
      <w:pPr>
        <w:jc w:val="right"/>
      </w:pPr>
      <w:r>
        <w:t>اسلام کے خلاف اتنی بدگمانیاں، مس انڈرسٹینڈنگ۔ تو خلاصہ یہ ہے کہ اگر کسی کو یہ جاننا ہے کہ اسلام سچ مچ کیا ہے، اس کو قرآن کو پڑھنا چاہیے اور حدیث کو پڑھنا چاہیے۔</w:t>
      </w:r>
    </w:p>
    <w:p>
      <w:r>
        <w:rPr>
          <w:b/>
        </w:rPr>
        <w:t xml:space="preserve">[40:59] </w:t>
      </w:r>
      <w:r>
        <w:t>doosri kitabein jo hain, jo baat ko likhi gayi hain, woh kitabein aap parh sakte hain, lekin yeh nahi karna chahiye aap ko yeh ghalati ke aap yeh samjhein ke jo darja quran aur hadith ka hai, wahi darja un kitabon ka hai.</w:t>
      </w:r>
    </w:p>
    <w:p>
      <w:pPr>
        <w:jc w:val="right"/>
      </w:pPr>
      <w:r>
        <w:t>دوسری کتابیں جو ہیں، جو بات کو لکھی گئی ہیں، وہ کتابیں آپ پڑھ سکتے ہیں، لیکن یہ نہیں کرنا چاہیے آپ کو یہ غلطی کہ آپ یہ سمجھیں کہ جو درجہ قرآن اور حدیث کا ہے، وہی درجہ ان کتابوں کا ہے۔</w:t>
      </w:r>
    </w:p>
    <w:p>
      <w:r>
        <w:rPr>
          <w:b/>
        </w:rPr>
        <w:t xml:space="preserve">[41:12] </w:t>
      </w:r>
      <w:r>
        <w:t>aap ko yeh kehne ki himmat honi chahiye ke quran o hadith ke baad jo kuch hai, woh is waqt hai jab ke quran o hadith ke mutabiq ho.</w:t>
      </w:r>
    </w:p>
    <w:p>
      <w:pPr>
        <w:jc w:val="right"/>
      </w:pPr>
      <w:r>
        <w:t>آپ کو یہ کہنے کی ہمت ہونی چاہیے کہ قرآن و حدیث کے بعد جو کچھ ہے، وہ اس وقت ہے جب کہ قرآن و حدیث کے مطابق ہو۔</w:t>
      </w:r>
    </w:p>
    <w:p>
      <w:r>
        <w:rPr>
          <w:b/>
        </w:rPr>
        <w:t xml:space="preserve">[41:20] </w:t>
      </w:r>
      <w:r>
        <w:t>nahi ho to woh sab hum use reject kar denge. yeh logon ki himmat nahi hai,</w:t>
      </w:r>
    </w:p>
    <w:p>
      <w:pPr>
        <w:jc w:val="right"/>
      </w:pPr>
      <w:r>
        <w:t>نہیں ہو تو وہ سب ہم اسے ریجیکٹ کر دیں گے۔ یہ لوگوں کی ہمت نہیں ہے،</w:t>
      </w:r>
    </w:p>
    <w:p>
      <w:r>
        <w:rPr>
          <w:b/>
        </w:rPr>
        <w:t xml:space="preserve">[41:28] </w:t>
      </w:r>
      <w:r>
        <w:t>isi liye confusion rehta hai, isi liye misunderstanding mein pade rehte hain. woh to sahi maslak yeh hai ke aap yeh kaise kahein? yeh himmat aap ke andar ho ke deen wahi hai jo quran mein aur hadith mein hai.</w:t>
      </w:r>
    </w:p>
    <w:p>
      <w:pPr>
        <w:jc w:val="right"/>
      </w:pPr>
      <w:r>
        <w:t>اسی لیے کنفیوژن رہتا ہے، اسی لیے مس انڈرسٹینڈنگ میں پڑے رہتے ہیں۔ وہ تو صحیح مسلک یہ ہے کہ آپ یہ کیسے کہیں؟ یہ ہمت آپ کے اندر ہو کہ دین وہی ہے جو قرآن میں اور حدیث میں ہے۔</w:t>
      </w:r>
    </w:p>
    <w:p>
      <w:r>
        <w:rPr>
          <w:b/>
        </w:rPr>
        <w:t xml:space="preserve">[41:40] </w:t>
      </w:r>
      <w:r>
        <w:t>baqi jo hai, woh interpretation hai. interpretation jo hai, ghalat bhi ho sakta hai, sahi bhi ho sakta hai. jahan interpretation aaya, wahan sahi ghalat dono aa gaya.</w:t>
      </w:r>
    </w:p>
    <w:p>
      <w:pPr>
        <w:jc w:val="right"/>
      </w:pPr>
      <w:r>
        <w:t>باقی جو ہے، وہ انٹرپریٹیشن ہے۔ انٹرپریٹیشن جو ہے، غلط بھی ہو سکتا ہے، صحیح بھی ہو سکتا ہے۔ جہاں انٹرپریٹیشن آیا، وہاں صحیح غلط دونوں آ گیا۔</w:t>
      </w:r>
    </w:p>
    <w:p>
      <w:r>
        <w:rPr>
          <w:b/>
        </w:rPr>
        <w:t xml:space="preserve">[41:50] </w:t>
      </w:r>
      <w:r>
        <w:t>seedhi si baat agar aap samajh lein ke jahan tak quran ka aur hadith ka ta'alluq hai, us ke text ka, us mein koi ikhtilaf nahi, koi shakk nahi.</w:t>
      </w:r>
    </w:p>
    <w:p>
      <w:pPr>
        <w:jc w:val="right"/>
      </w:pPr>
      <w:r>
        <w:t>سیدھی سی بات اگر آپ سمجھ لیں کہ جہاں تک قرآن کا اور حدیث کا تعلق ہے، اس کے ٹیکسٹ کا، اس میں کوئی اختلاف نہیں، کوئی شک نہیں۔</w:t>
      </w:r>
    </w:p>
    <w:p>
      <w:r>
        <w:rPr>
          <w:b/>
        </w:rPr>
        <w:t xml:space="preserve">[42:00] </w:t>
      </w:r>
      <w:r>
        <w:t>lekin jahan doosre insanon mein ki baatein jab hain, ke un ki sharah ho, un ka commentary ho, un ka interpretation ho, to woh sahi bhi ho sakta hai, ghalat bhi ho sakta hai.</w:t>
      </w:r>
    </w:p>
    <w:p>
      <w:pPr>
        <w:jc w:val="right"/>
      </w:pPr>
      <w:r>
        <w:t>لیکن جہاں دوسرے انسانوں میں کی باتیں جب ہیں، کہ ان کی شرح ہو، ان کا کمنٹری ہو، ان کا انٹرپریٹیشن ہو، تو وہ صحیح بھی ہو سکتا ہے، غلط بھی ہو سکتا ہے۔</w:t>
      </w:r>
    </w:p>
    <w:p>
      <w:r>
        <w:rPr>
          <w:b/>
        </w:rPr>
        <w:t xml:space="preserve">[42:11] </w:t>
      </w:r>
      <w:r>
        <w:t>jab</w:t>
      </w:r>
    </w:p>
    <w:p>
      <w:pPr>
        <w:jc w:val="right"/>
      </w:pPr>
      <w:r>
        <w:t>جب</w:t>
      </w:r>
    </w:p>
    <w:p>
      <w:r>
        <w:rPr>
          <w:b/>
        </w:rPr>
        <w:t xml:space="preserve">[42:12] </w:t>
      </w:r>
      <w:r>
        <w:t>tak yeh clear na ho mind mein, hamesha confusion rahega. aur jo yaqeen hona chahiye ke yeh deen haq hai, yeh khuda ka deen hai, yeh mehfooz deen hai, woh yaqeeni mehroom rahenge.</w:t>
      </w:r>
    </w:p>
    <w:p>
      <w:pPr>
        <w:jc w:val="right"/>
      </w:pPr>
      <w:r>
        <w:t>تک یہ کلیئر نہ ہو مائنڈ میں، ہمیشہ کنفیوژن رہے گا۔ اور جو یقین ہونا چاہیے کہ یہ دین حق ہے، یہ خدا کا دین ہے، یہ محفوظ دین ہے، وہ یقینی محروم رہیں گے۔</w:t>
      </w:r>
    </w:p>
    <w:p>
      <w:r>
        <w:rPr>
          <w:b/>
        </w:rPr>
        <w:t xml:space="preserve">[42:24] </w:t>
      </w:r>
      <w:r>
        <w:t>aap is yaqeen se mehroom rahenge. ghor kijiye ke kitni bari mehroomi hai ke aadmi ko yaqeen na ho apne khuda ke paigham par, khuda ke deen par yaqeen na ho.</w:t>
      </w:r>
    </w:p>
    <w:p>
      <w:pPr>
        <w:jc w:val="right"/>
      </w:pPr>
      <w:r>
        <w:t>آپ اس یقین سے محروم رہیں گے۔ غور کیجئے کہ کتنی بڑی محرومی ہے کہ آدمی کو یقین نہ ہو اپنے خدا کے پیغام پر، خدا کے دین پر یقین نہ ہو۔</w:t>
      </w:r>
    </w:p>
    <w:p>
      <w:r>
        <w:rPr>
          <w:b/>
        </w:rPr>
        <w:t xml:space="preserve">[42:36] </w:t>
      </w:r>
      <w:r>
        <w:t>sab se bari cheez hai conviction.</w:t>
      </w:r>
    </w:p>
    <w:p>
      <w:pPr>
        <w:jc w:val="right"/>
      </w:pPr>
      <w:r>
        <w:t>سب سے بڑی چیز ہے کنوکشن۔</w:t>
      </w:r>
    </w:p>
    <w:p>
      <w:r>
        <w:rPr>
          <w:b/>
        </w:rPr>
        <w:t xml:space="preserve">[42:39] </w:t>
      </w:r>
      <w:r>
        <w:t>conviction jab aayega? jab ke aap is usool ko maanein jo maine arz kiya aap ki khidmat mein. aqool qawli haza wastaghfirullaha li walakum ajmaeen</w:t>
      </w:r>
    </w:p>
    <w:p>
      <w:pPr>
        <w:jc w:val="right"/>
      </w:pPr>
      <w:r>
        <w:t>کنکشن جب آئے گا؟ جب کہ آپ اس اصول کو مانیں جو میں نے عرض کیا آپ کی خدمت میں۔ اقول قولیھذا واستغفراللہ لی ولكم اجمعین</w:t>
      </w:r>
    </w:p>
    <w:p>
      <w:r>
        <w:rPr>
          <w:b/>
        </w:rPr>
        <w:t xml:space="preserve">[43:01] </w:t>
      </w:r>
      <w:r>
        <w:t>ah ah das question is from mr aziz haider.</w:t>
      </w:r>
    </w:p>
    <w:p>
      <w:pPr>
        <w:jc w:val="right"/>
      </w:pPr>
      <w:r>
        <w:t>اہ اہ دس کوسچن از فرام مسٹر عزیز حیدر۔</w:t>
      </w:r>
    </w:p>
    <w:p>
      <w:r>
        <w:rPr>
          <w:b/>
        </w:rPr>
        <w:t xml:space="preserve">[43:06] </w:t>
      </w:r>
      <w:r>
        <w:t>is the formless absolute God so dependent on material with form things, that while it was so severely criticizing idols, that were so stone structures kept inside Kaaba.</w:t>
      </w:r>
    </w:p>
    <w:p>
      <w:pPr>
        <w:jc w:val="right"/>
      </w:pPr>
      <w:r>
        <w:t>از دی فارم لیس ایبسولیوٹ گاڈ سو ڈیپینڈنٹ ان مٹیریل ود فارم تھنگز، دیٹ وائل اٹ واز سو سیورلی کریٹیسائزنگ ائیڈلز، دیٹ وار سو سٹون سٹرکچرز کیپٹ انسائیڈ کعبہ۔</w:t>
      </w:r>
    </w:p>
    <w:p>
      <w:r>
        <w:rPr>
          <w:b/>
        </w:rPr>
        <w:t xml:space="preserve">[43:20] </w:t>
      </w:r>
      <w:r>
        <w:t>the same stone structures was given as status of sacredness in front of which the entire islamic world bowed. kindly explain</w:t>
      </w:r>
    </w:p>
    <w:p>
      <w:pPr>
        <w:jc w:val="right"/>
      </w:pPr>
      <w:r>
        <w:t>دا سیم سٹون سٹرکچرز واز گیون اس سٹیٹس اف سیکرڈنس ان فرنٹ اف وچ دی انٹائر اسلامک ورلڈ بوز۔ کائنڈلی ایکسپلین</w:t>
      </w:r>
    </w:p>
    <w:p>
      <w:r>
        <w:rPr>
          <w:b/>
        </w:rPr>
        <w:t xml:space="preserve">[43:31] </w:t>
      </w:r>
      <w:r>
        <w:t>bhai, to main ne kaha apne start mein ke yeh sab deviation hai. jitna bhi yeh dekh rahe hain, yeh aap sab deviation hai.</w:t>
      </w:r>
    </w:p>
    <w:p>
      <w:pPr>
        <w:jc w:val="right"/>
      </w:pPr>
      <w:r>
        <w:t>بھئی، تو میں نے کہا اپنے سٹارٹ میں کہ یہ سب ڈیوی ایشن ہے۔ جتنا بھی یہ دیکھ رہے ہیں، یہ آپ سب ڈیوی ایشن ہے۔</w:t>
      </w:r>
    </w:p>
    <w:p>
      <w:r>
        <w:rPr>
          <w:b/>
        </w:rPr>
        <w:t xml:space="preserve">[43:40] </w:t>
      </w:r>
      <w:r>
        <w:t>pichhle religion mein hua, ab bhi hamare haan bhi ho raha hai. islam naam hai spirit ka. jo bhi form banaya gaya, jis par itna zyada faisla diya jaye, woh samajh lijiye ke islam se deviation hai.</w:t>
      </w:r>
    </w:p>
    <w:p>
      <w:pPr>
        <w:jc w:val="right"/>
      </w:pPr>
      <w:r>
        <w:t>پچھلے ریلیجن میں ہوا، اب بھی ہمارے ہاں بھی ہو رہا ہے۔ اسلام نام ہے اسپرٹ کا۔ جو بھی فارم بنایا گیا، جس پر اتنا زیادہ فیصلہ دیا جائے، وہ سمجھ لیجئے کہ اسلام سے ڈیوی ایشن ہے۔</w:t>
      </w:r>
    </w:p>
    <w:p>
      <w:r>
        <w:rPr>
          <w:b/>
        </w:rPr>
        <w:t xml:space="preserve">[43:52] </w:t>
      </w:r>
      <w:r>
        <w:t>woh yeh isi baat pe bola hoon main aap ko.</w:t>
      </w:r>
    </w:p>
    <w:p>
      <w:pPr>
        <w:jc w:val="right"/>
      </w:pPr>
      <w:r>
        <w:t>وہ یہ اسی بات پہ بولا ہوں میں آپ کو۔</w:t>
      </w:r>
    </w:p>
    <w:p>
      <w:r>
        <w:rPr>
          <w:b/>
        </w:rPr>
        <w:t xml:space="preserve">[43:59] </w:t>
      </w:r>
      <w:r>
        <w:t>to islam mein form ki koi importance nahi hai. islam mein jo kuch importance hai, woh spirit ki hai.</w:t>
      </w:r>
    </w:p>
    <w:p>
      <w:pPr>
        <w:jc w:val="right"/>
      </w:pPr>
      <w:r>
        <w:t>تو اسلام میں فارم کی کوئی امپورٹنس نہیں ہے۔ اسلام میں جو کچھ امپورٹنس ہے، وہ اسپرٹ کی ہے۔</w:t>
      </w:r>
    </w:p>
    <w:p>
      <w:r>
        <w:rPr>
          <w:b/>
        </w:rPr>
        <w:t xml:space="preserve">[44:10] </w:t>
      </w:r>
      <w:r>
        <w:t>jahan tak god ka ta'alluq hai, to aap agar apni known term hi mein define karna chahein, to aap define nahi kar sakte god ko.</w:t>
      </w:r>
    </w:p>
    <w:p>
      <w:pPr>
        <w:jc w:val="right"/>
      </w:pPr>
      <w:r>
        <w:t>جہاں تک گاڈ کا تعلق ہے، تو آپ اگر اپنی نون ٹرم ہی میں ڈیفائن کرنا چاہیں، تو آپ ڈیفائن نہیں کر سکتے گاڈ کو۔</w:t>
      </w:r>
    </w:p>
    <w:p>
      <w:r>
        <w:rPr>
          <w:b/>
        </w:rPr>
        <w:t xml:space="preserve">[44:19] </w:t>
      </w:r>
      <w:r>
        <w:t>aap ke paas do word hain ke ek hai spirit, ek hai form. aap to yeh chahe janna chahein ke khuda spirit hai ke form hai, to yeh wrong tareeqa</w:t>
      </w:r>
    </w:p>
    <w:p>
      <w:pPr>
        <w:jc w:val="right"/>
      </w:pPr>
      <w:r>
        <w:t>آپ کے پاس دو ورڈ ہیں کہ ایک ہے اسپرٹ، ایک ہے فارم۔ آپ تو یہ چاہے جاننا چاہیں کہ خدا اسپرٹ ہے کہ فارم ہے، تو یہ رانگ طریقہ</w:t>
      </w:r>
    </w:p>
    <w:p>
      <w:r>
        <w:rPr>
          <w:b/>
        </w:rPr>
        <w:t xml:space="preserve">[44:28] </w:t>
      </w:r>
      <w:r>
        <w:t>hai. ab bataein ke aap khuda ke muqable mein ek zarre se bhi hazar guna, beshumar guna kam hain. yani yeh zameen jo hai, poori universe ke muqable mein itni choti hai ke agar ek ek yeh cent particle ko aap us ke ek billion hisse karein,</w:t>
      </w:r>
    </w:p>
    <w:p>
      <w:pPr>
        <w:jc w:val="right"/>
      </w:pPr>
      <w:r>
        <w:t>ہے۔ اب بتائیں کہ آپ خدا کے مقابلے میں ایک ذرے سے بھی ہزار گنا، بے شمار گنا کم ہیں۔ یعنی یہ زمین جو ہے، پوری یونیورس کے مقابلے میں اتنی چھوٹی ہے کہ اگر ایک ایک یہ سینٹ پارٹیکل کو آپ اس کے ایک بلین حصے کریں،</w:t>
      </w:r>
    </w:p>
    <w:p>
      <w:r>
        <w:rPr>
          <w:b/>
        </w:rPr>
        <w:t xml:space="preserve">[44:49] </w:t>
      </w:r>
      <w:r>
        <w:t>to us ka jo chota sa ek billion jo hoga, woh itni bari hamari zameen hai universe ke muqab</w:t>
      </w:r>
    </w:p>
    <w:p>
      <w:pPr>
        <w:jc w:val="right"/>
      </w:pPr>
      <w:r>
        <w:t>تو اس کا جو چھوٹا سا ایک بلین جو ہوگا، وہ اتنی بڑی ہماری زمین ہے یونیورس کے مقاب</w:t>
      </w:r>
    </w:p>
    <w:p>
      <w:r>
        <w:rPr>
          <w:b/>
        </w:rPr>
        <w:t xml:space="preserve">[44:55] </w:t>
      </w:r>
      <w:r>
        <w:t>le mein. jis khuda ne itni bari duniya ko banaya hai, us ko aap apne vocabulary mein chahein ke dhal lein, to yeh impossible hai. nahi ho sakta hai, kabhi bhi nahi ho sakta hai.</w:t>
      </w:r>
    </w:p>
    <w:p>
      <w:pPr>
        <w:jc w:val="right"/>
      </w:pPr>
      <w:r>
        <w:t>لے میں۔ جس خدا نے اتنی بڑی دنیا کو بنایا ہے، اس کو آپ اپنے وکیبلری میں چاہیں کہ ڈھال لیں، تو یہ امپاسیبل ہے۔ نہیں ہو سکتا ہے، کبھی بھی نہیں ہو سکتا ہے۔</w:t>
      </w:r>
    </w:p>
    <w:p>
      <w:r>
        <w:rPr>
          <w:b/>
        </w:rPr>
        <w:t xml:space="preserve">[45:06] </w:t>
      </w:r>
      <w:r>
        <w:t>to khuda ke bare mein is qism ke alfaaz bol kar ke hum khuda ko samajh nahi sakte. aur jahan tak musalmanon mein jo deviation aaye hain form ko lekar, woh sab mufti ghalat hai.</w:t>
      </w:r>
    </w:p>
    <w:p>
      <w:pPr>
        <w:jc w:val="right"/>
      </w:pPr>
      <w:r>
        <w:t>تو خدا کے بارے میں اس قسم کے الفاظ بول کر کے ہم خدا کو سمجھ نہیں سکتے۔ اور جہاں تک مسلمانوں میں جو ڈیوی ایشن آئے ہیں فارم کو لے کر، وہ سب محتی غلط ہے۔</w:t>
      </w:r>
    </w:p>
    <w:p>
      <w:r>
        <w:rPr>
          <w:b/>
        </w:rPr>
        <w:t xml:space="preserve">[45:18] </w:t>
      </w:r>
      <w:r>
        <w:t>beshak, ah das question is from muhammad hasan.</w:t>
      </w:r>
    </w:p>
    <w:p>
      <w:pPr>
        <w:jc w:val="right"/>
      </w:pPr>
      <w:r>
        <w:t>بے شک، اہ دس کوسچن از فرام محمد حسن۔</w:t>
      </w:r>
    </w:p>
    <w:p>
      <w:r>
        <w:rPr>
          <w:b/>
        </w:rPr>
        <w:t xml:space="preserve">[45:22] </w:t>
      </w:r>
      <w:r>
        <w:t>maulana, quran mein kaha gaya hai ke jo iman layega aur sahi kaam karega, to hum us ko dunya o akhirat mein kamyab karenge.</w:t>
      </w:r>
    </w:p>
    <w:p>
      <w:pPr>
        <w:jc w:val="right"/>
      </w:pPr>
      <w:r>
        <w:t>مولانا، قرآن میں کہا گیا ہے کہ جو ایمان لائے گا اور صحیح کام کرے گا، تو ہم اس کو دنیا و آخرت میں کامیاب کریں گے۔</w:t>
      </w:r>
    </w:p>
    <w:p>
      <w:r>
        <w:rPr>
          <w:b/>
        </w:rPr>
        <w:t xml:space="preserve">[45:31] </w:t>
      </w:r>
      <w:r>
        <w:t>is ke ilawa, agar kisi ne achhe kaam nahin kiye, un ko dunya o akhirat mein nuqsan uthana padega. dunya ke faide aur nuqsan ka kya matlab hai?</w:t>
      </w:r>
    </w:p>
    <w:p>
      <w:pPr>
        <w:jc w:val="right"/>
      </w:pPr>
      <w:r>
        <w:t>اس کے علاوہ، اگر کسی نے اچھے کام نہیں کیے، ان کو دنیا و آخرت میں نقصان اٹھانا پڑے گا۔ دنیا کے فائدے اور نقصان کا کیا مطلب ہے؟</w:t>
      </w:r>
    </w:p>
    <w:p>
      <w:r>
        <w:rPr>
          <w:b/>
        </w:rPr>
        <w:t xml:space="preserve">[45:41] </w:t>
      </w:r>
      <w:r>
        <w:t>wajahaat farmayen. dunya mein material faida is se murad nahin hai, is se murad nahin</w:t>
      </w:r>
    </w:p>
    <w:p>
      <w:pPr>
        <w:jc w:val="right"/>
      </w:pPr>
      <w:r>
        <w:t>وجاہت فرمائیں۔ دنیا میں مٹیریل فائدہ اس سے مراد نہیں ہے، اس سے مراد نہیں</w:t>
      </w:r>
    </w:p>
    <w:p>
      <w:r>
        <w:rPr>
          <w:b/>
        </w:rPr>
        <w:t xml:space="preserve">[45:51] </w:t>
      </w:r>
      <w:r>
        <w:t>. dunya mein aisi zindagi jo aap ke liye helpful ho, akhirat wali zindagi ke liye yeh matlab hai is ka. akhirat asal jo asal jo gain hai, woh to hoga akhirat mein prize ki shakal mein.</w:t>
      </w:r>
    </w:p>
    <w:p>
      <w:pPr>
        <w:jc w:val="right"/>
      </w:pPr>
      <w:r>
        <w:t>۔ دنیا میں ایسی زندگی جو آپ کے لیے ہیلپ فل ہو، آخرت والی زندگی کے لیے یہ مطلب ہے اس کا۔ آخرت اصل جو اصل جو گین ہے، وہ تو ہوگا آخرت میں پیرائیز کی شکل میں۔</w:t>
      </w:r>
    </w:p>
    <w:p>
      <w:r>
        <w:rPr>
          <w:b/>
        </w:rPr>
        <w:t xml:space="preserve">[46:06] </w:t>
      </w:r>
      <w:r>
        <w:t>lekin jab ek aadmi sachi zindagi ikhtiyar karta hai, to khuda us ko aisi zindagi deta hai jo us ke liye helpful ho ke woh sahi, ke woh private private ki taraf apna safar jari rakh sake.</w:t>
      </w:r>
    </w:p>
    <w:p>
      <w:pPr>
        <w:jc w:val="right"/>
      </w:pPr>
      <w:r>
        <w:t>لیکن جب ایک آدمی سچی زندگی اختیار کرتا ہے، تو خدا اس کو ایسی زندگی دیتا ہے جو اس کے لیے ہیلپ فل ہو کہ وہ صحیح، کہ وہ پرائیویٹ پرائیویٹ کی طرف اپنا سفر جاری رکھ سکے۔</w:t>
      </w:r>
    </w:p>
    <w:p>
      <w:r>
        <w:rPr>
          <w:b/>
        </w:rPr>
        <w:t xml:space="preserve">[46:20] </w:t>
      </w:r>
      <w:r>
        <w:t>bas yeh matlab hai is ka. ah das question is from ayaz ahmed. can we discuss our personal problems in mosque?</w:t>
      </w:r>
    </w:p>
    <w:p>
      <w:pPr>
        <w:jc w:val="right"/>
      </w:pPr>
      <w:r>
        <w:t>بس یہ مطلب ہے اس کا۔ اہ دس کوسچن از فرام ایاز احمد۔ کین وی ڈسکس ار پرسنل پرابلمز ان مسک؟</w:t>
      </w:r>
    </w:p>
    <w:p>
      <w:r>
        <w:rPr>
          <w:b/>
        </w:rPr>
        <w:t xml:space="preserve">[46:32] </w:t>
      </w:r>
      <w:r>
        <w:t>dekhen, ek hai personal problem, ek hai material problem.</w:t>
      </w:r>
    </w:p>
    <w:p>
      <w:pPr>
        <w:jc w:val="right"/>
      </w:pPr>
      <w:r>
        <w:t>دیکھیں، ایک ہے پرسنل پرابلم، ایک ہے مٹیریل پرابلم۔</w:t>
      </w:r>
    </w:p>
    <w:p>
      <w:r>
        <w:rPr>
          <w:b/>
        </w:rPr>
        <w:t xml:space="preserve">[46:35] </w:t>
      </w:r>
      <w:r>
        <w:t>to personal problem ko yani discuss karna mere nazdeek koi galat baat nahin hai, lekin wahan aap material problem discuss karen to yeh koi haram to nahin hai, lekin zahir hai ke yeh karne ke liye aap bahar kijiye.</w:t>
      </w:r>
    </w:p>
    <w:p>
      <w:pPr>
        <w:jc w:val="right"/>
      </w:pPr>
      <w:r>
        <w:t>تو پرسنل پرابلم کو یعنی ڈسکس کرنا میرے نزدیک کوئی غلط بات نہیں ہے، لیکن وہاں آپ مٹیریل پرابلم ڈسکس کریں تو یہ کوئی حرام تو نہیں ہے، لیکن ظاہر ہے کہ یہ کرنے کے لیے آپ باہر کیجیے۔</w:t>
      </w:r>
    </w:p>
    <w:p>
      <w:r>
        <w:rPr>
          <w:b/>
        </w:rPr>
        <w:t xml:space="preserve">[46:52] </w:t>
      </w:r>
      <w:r>
        <w:t>masjid hi kyun zaroori hai is ke liye? doosron ko kyun disturb karen aap?</w:t>
      </w:r>
    </w:p>
    <w:p>
      <w:pPr>
        <w:jc w:val="right"/>
      </w:pPr>
      <w:r>
        <w:t>مسجد ہی کیوں ضروری ہے اس کے لیے؟ دوسروں کو کیوں ڈسٹرب کریں آپ؟</w:t>
      </w:r>
    </w:p>
    <w:p>
      <w:r>
        <w:rPr>
          <w:b/>
        </w:rPr>
        <w:t xml:space="preserve">[46:57] </w:t>
      </w:r>
      <w:r>
        <w:t>to aisa problem discuss karna masjid mein yeh koi haram nahin hai, lekin koi proper place nahin hai masjid is ke liye.</w:t>
      </w:r>
    </w:p>
    <w:p>
      <w:pPr>
        <w:jc w:val="right"/>
      </w:pPr>
      <w:r>
        <w:t>تو ایسا پرابلم ڈسکس کرنا مسجد میں یہ کوئی حرام نہیں ہے، لیکن کوئی پراپر پلیس نہیں ہے مسجد اس کے لیے۔</w:t>
      </w:r>
    </w:p>
    <w:p>
      <w:r>
        <w:rPr>
          <w:b/>
        </w:rPr>
        <w:t xml:space="preserve">[47:09] </w:t>
      </w:r>
      <w:r>
        <w:t>ah das question is from naghma. who is going to take on the gigantic task of writing the wrongs of islamic misinterpretation?</w:t>
      </w:r>
    </w:p>
    <w:p>
      <w:pPr>
        <w:jc w:val="right"/>
      </w:pPr>
      <w:r>
        <w:t>اہ دس کوسچن از فرام نغمہ۔ ہو از گوئنگ ٹو ٹیک ان دی جائیگینٹک ٹاسک اف رائٹنگ دی رونگز اف اسلامک مس انٹرپریٹیشن؟</w:t>
      </w:r>
    </w:p>
    <w:p>
      <w:r>
        <w:rPr>
          <w:b/>
        </w:rPr>
        <w:t xml:space="preserve">[47:21] </w:t>
      </w:r>
      <w:r>
        <w:t>sawal karne wala khud hi kar sakta hai is kaam ko.</w:t>
      </w:r>
    </w:p>
    <w:p>
      <w:pPr>
        <w:jc w:val="right"/>
      </w:pPr>
      <w:r>
        <w:t>سوال کرنے والا خود ہی کر سکتا ہے اس کام کو۔</w:t>
      </w:r>
    </w:p>
    <w:p>
      <w:r>
        <w:rPr>
          <w:b/>
        </w:rPr>
        <w:t xml:space="preserve">[47:26] </w:t>
      </w:r>
      <w:r>
        <w:t>har aadmi ke andar khuda ne unlimited capacity rakhi hai. aap chahen to aap bhi kaat dalen. main yahan par hazrat masih ka ek qaul naqal karunga ke unhone kuch kaha ke aisa karna chahiye.</w:t>
      </w:r>
    </w:p>
    <w:p>
      <w:pPr>
        <w:jc w:val="right"/>
      </w:pPr>
      <w:r>
        <w:t>ہر آدمی کے اندر خدا نے ان لمیٹڈ کیپیسٹی رکھی ہے۔ آپ چاہیں تو آپ بھی کاٹ ڈالیں۔ میں یہاں پر حضرت مسیح کا ایک قول نقل کروں گا کہ انہوں نے کچھ کہا کہ ایسا کرنا چاہیے۔</w:t>
      </w:r>
    </w:p>
    <w:p>
      <w:r>
        <w:rPr>
          <w:b/>
        </w:rPr>
        <w:t xml:space="preserve">[47:40] </w:t>
      </w:r>
      <w:r>
        <w:t>to un ke ek disciple ne kaha: "yeh to bohat mushkil kaam hai, yeh kaise insan kar sakta hai aisa?" to unhone kaha ke "insan se to nahin ho sakta, lekin khuda se ho sakta hai." yeh khuda ki help se ho s</w:t>
      </w:r>
    </w:p>
    <w:p>
      <w:pPr>
        <w:jc w:val="right"/>
      </w:pPr>
      <w:r>
        <w:t>تو ان کے ایک ڈسائپل نے کہا: "یہ تو بہت مشکل کام ہے، یہ کیسے انسان کر سکتا ہے ایسا؟" تو انہوں نے کہا کہ "انسان سے تو نہیں ہو سکتا، لیکن خدا سے ہو سکتا ہے۔" یہ خدا کی ہیلپ سے ہو س</w:t>
      </w:r>
    </w:p>
    <w:p>
      <w:r>
        <w:rPr>
          <w:b/>
        </w:rPr>
        <w:t xml:space="preserve">[47:53] </w:t>
      </w:r>
      <w:r>
        <w:t>kata hai. to ek hi insan agar uth jaye kisi kaam ke liye khuda ke bharose par, to aap jante hain ke bare bare kaam kar sakta hai.</w:t>
      </w:r>
    </w:p>
    <w:p>
      <w:pPr>
        <w:jc w:val="right"/>
      </w:pPr>
      <w:r>
        <w:t>کتا ہے۔ تو ایک ہی انسان اگر اٹھ جائے کسی کام کے لیے خدا کے بھروسے پر، تو آپ جانتے ہیں کہ بڑے بڑے کام کر سکتا ہے۔</w:t>
      </w:r>
    </w:p>
    <w:p>
      <w:r>
        <w:rPr>
          <w:b/>
        </w:rPr>
        <w:t xml:space="preserve">[48:03] </w:t>
      </w:r>
      <w:r>
        <w:t>ek arab ka qaul hai ke rajul zuhamma yuhyi al-ummah rajul zuhamma yuhyi al-ummah yani ek hausle wala aadmi woh poori poori qaum ko zinda zindagi de deta hai.</w:t>
      </w:r>
    </w:p>
    <w:p>
      <w:pPr>
        <w:jc w:val="right"/>
      </w:pPr>
      <w:r>
        <w:t>ایک عرب کا قول ہے کہ رجل ذوھمہ یحیی الامہ رجل ذوھمہ یحیی الامہ یعنی ایک حوصلے والا آدمی وہ پوری پوری قوم کو زندہ زندگی دے دیتا ہے۔</w:t>
      </w:r>
    </w:p>
    <w:p>
      <w:r>
        <w:rPr>
          <w:b/>
        </w:rPr>
        <w:t xml:space="preserve">[48:22] </w:t>
      </w:r>
      <w:r>
        <w:t>ah das question is from doctor naseem siddiqui. husbands may also have a lady boss in the office, and bosses are always right.</w:t>
      </w:r>
    </w:p>
    <w:p>
      <w:pPr>
        <w:jc w:val="right"/>
      </w:pPr>
      <w:r>
        <w:t>اہ دس کوسچن از فرام ڈاکٹر نسیم صدیقی۔ ہسبینڈز میسو ہیو ا لیڈی باس ان دی افس، اینڈ باسز ار الویز رائٹ۔</w:t>
      </w:r>
    </w:p>
    <w:p>
      <w:r>
        <w:rPr>
          <w:b/>
        </w:rPr>
        <w:t xml:space="preserve">[48:31] </w:t>
      </w:r>
      <w:r>
        <w:t>should their husbands, should the husbands say to his wife: "you are my boss"? main batata hoon ke boss ka jo mamla hai, yeh ek relative cheez hai, koi absolute cheez nahin hai.</w:t>
      </w:r>
    </w:p>
    <w:p>
      <w:pPr>
        <w:jc w:val="right"/>
      </w:pPr>
      <w:r>
        <w:t>شوڈ دیر ہسبینڈز، شوڈ دی ہسبینڈز سے ٹو ہز وائف: "یو ار مائی باس"؟ میں بتاتا ہوں کہ باس کا جو معاملہ ہے، یہ ایک ریلیٹو چیز ہے، کوئی ایبسولیوٹ چیز نہیں ہے۔</w:t>
      </w:r>
    </w:p>
    <w:p>
      <w:r>
        <w:rPr>
          <w:b/>
        </w:rPr>
        <w:t xml:space="preserve">[48:45] </w:t>
      </w:r>
      <w:r>
        <w:t>parson ek sahab ne mujh se poocha ke "successful marriage ke liye main kya karoon?</w:t>
      </w:r>
    </w:p>
    <w:p>
      <w:pPr>
        <w:jc w:val="right"/>
      </w:pPr>
      <w:r>
        <w:t>پرسوں ایک صاحب نے مجھ سے پوچھا کہ "سکسیس فل میرج کے لیے میں کیا کروں؟</w:t>
      </w:r>
    </w:p>
    <w:p>
      <w:r>
        <w:rPr>
          <w:b/>
        </w:rPr>
        <w:t xml:space="preserve">[48:51] </w:t>
      </w:r>
      <w:r>
        <w:t>shadi ke baad kaise banaoon success?" to main ne kaha: "aap apni biwi ko apna boss bana lijiye." to auraton ko to main kehta hoon ke apne husband ko boss bana lo, aur mardon se kehta hoon ke apni biwi ko boss bana lo.</w:t>
      </w:r>
    </w:p>
    <w:p>
      <w:pPr>
        <w:jc w:val="right"/>
      </w:pPr>
      <w:r>
        <w:t>شادی کے بعد کیسے بناؤں سکسیس؟" تو میں نے کہا: "آپ اپنی بیوی کو اپنا باس بنا لیجئے۔" تو عورتوں کو تو میں کہتا ہوں کہ اپنے ہسبینڈ کو باس بنا لو، اور مردوں سے کہتا ہوں کہ اپنی بیوی کو باس بنا لو۔</w:t>
      </w:r>
    </w:p>
    <w:p>
      <w:r>
        <w:rPr>
          <w:b/>
        </w:rPr>
        <w:t xml:space="preserve">[49:04] </w:t>
      </w:r>
      <w:r>
        <w:t>matlab yeh yeh matter of adjustment hai, yeh absolute cheez nahin hai. main apne ghar mein kabhi yeh hukum nahin chalaata. mere ghar mein auraten hi boss hain.</w:t>
      </w:r>
    </w:p>
    <w:p>
      <w:pPr>
        <w:jc w:val="right"/>
      </w:pPr>
      <w:r>
        <w:t>مطلب یہ یہ میٹر اف ایڈجسٹمنٹ ہے، یہ ایبسولیوٹ چیز نہیں ہے۔ میں اپنے گھر میں کبھی یہ حکم نہیں چلاتا۔ میرے گھر میں عورتیں ہی باس ہیں۔</w:t>
      </w:r>
    </w:p>
    <w:p>
      <w:r>
        <w:rPr>
          <w:b/>
        </w:rPr>
        <w:t xml:space="preserve">[49:15] </w:t>
      </w:r>
      <w:r>
        <w:t>jo auraten chahti hain, wahi hota hai. yeh to responsibility lena hai.</w:t>
      </w:r>
    </w:p>
    <w:p>
      <w:pPr>
        <w:jc w:val="right"/>
      </w:pPr>
      <w:r>
        <w:t>جو عورتیں چاہتی ہیں، وہی ہوتا ہے۔ یہ تو ریسپانسبیلٹی لینا ہے۔</w:t>
      </w:r>
    </w:p>
    <w:p>
      <w:r>
        <w:rPr>
          <w:b/>
        </w:rPr>
        <w:t xml:space="preserve">[49:21] </w:t>
      </w:r>
      <w:r>
        <w:t>british period mein ek ek angrez yahan se india aaya, kuch din raha to wapas gaya london. to kisi ne poocha ke "india mein kya dekha?" to us ne bataya ke "main ne dekha india mein har ek har ghar mein ek stepped aadmi hota hai.</w:t>
      </w:r>
    </w:p>
    <w:p>
      <w:pPr>
        <w:jc w:val="right"/>
      </w:pPr>
      <w:r>
        <w:t>برٹش پیریڈ میں ایک ایک انگریز یہاں سے انڈیا آیا، کچھ دن رہا تو واپس گیا لندن۔ تو کسی نے پوچھا کہ "انڈیا میں کیا دیکھا؟" تو اس نے بتایا کہ "میں نے دیکھا انڈیا میں ہر ایک ہر گھر میں ایک اسٹیپڈ آدمی ہوتا ہے۔</w:t>
      </w:r>
    </w:p>
    <w:p>
      <w:r>
        <w:rPr>
          <w:b/>
        </w:rPr>
        <w:t xml:space="preserve">[49:39] </w:t>
      </w:r>
      <w:r>
        <w:t>india mein har ghar mein ek stepped aadmi hota hai." to woh kya? woh malik. ek malik hota hai, ab sari responsibility us ke upar hoti hai.</w:t>
      </w:r>
    </w:p>
    <w:p>
      <w:pPr>
        <w:jc w:val="right"/>
      </w:pPr>
      <w:r>
        <w:t>انڈیا میں ہر گھر میں ایک اسٹیپڈ آدمی ہوتا ہے۔" تو وہ کیا؟ وہ مالک۔ ایک مالک ہوتا ہے، اب ساری ریسپانسبیلٹی اس کے اوپر ہوتی ہے۔</w:t>
      </w:r>
    </w:p>
    <w:p>
      <w:r>
        <w:rPr>
          <w:b/>
        </w:rPr>
        <w:t xml:space="preserve">[49:48] </w:t>
      </w:r>
      <w:r>
        <w:t>to mein kehta hoon ke "khud boss banna ek achhi baat nahin hai.</w:t>
      </w:r>
    </w:p>
    <w:p>
      <w:pPr>
        <w:jc w:val="right"/>
      </w:pPr>
      <w:r>
        <w:t>تو میں کہتا ہوں کہ "خود باس بننا ایک اچھی بات نہیں ہے۔</w:t>
      </w:r>
    </w:p>
    <w:p>
      <w:r>
        <w:rPr>
          <w:b/>
        </w:rPr>
        <w:t xml:space="preserve">[49:52] </w:t>
      </w:r>
      <w:r>
        <w:t>mein khud apne ghar mein boss nahin hoon, kyunke boss means responsibility. to hum apne pe poori responsibility lein." to yeh matter of adjustment hai.</w:t>
      </w:r>
    </w:p>
    <w:p>
      <w:pPr>
        <w:jc w:val="right"/>
      </w:pPr>
      <w:r>
        <w:t>میں خود اپنے گھر میں باس نہیں ہوں، کیونکہ باس مینز ریسپانسبیلٹی۔ تو ہم اپنے پہ پوری ریسپانسبیلٹی لیں۔" تو یہ میٹر اف ایڈجسٹمنٹ ہے۔</w:t>
      </w:r>
    </w:p>
    <w:p>
      <w:r>
        <w:rPr>
          <w:b/>
        </w:rPr>
        <w:t xml:space="preserve">[50:02] </w:t>
      </w:r>
      <w:r>
        <w:t>jahan mauqa ho, aurat ko boss banane lage, apni ko aap boss bana lijiyye. zaroorat ho to aap mard ko boss samajh lijiyye. mein is ko koi absolute cheez nahin samajhta.</w:t>
      </w:r>
    </w:p>
    <w:p>
      <w:pPr>
        <w:jc w:val="right"/>
      </w:pPr>
      <w:r>
        <w:t>جہاں موقع ہو، عورت کو باس بنانے لگے، اپنی کو آپ باس بنا لیجئے۔ ضرورت ہو تو آپ مرد کو باس سمجھ لیجئے۔ میں اس کو کوئی ایبسولیوٹ چیز نہیں سمجھتا۔</w:t>
      </w:r>
    </w:p>
    <w:p>
      <w:r>
        <w:rPr>
          <w:b/>
        </w:rPr>
        <w:t xml:space="preserve">[50:13] </w:t>
      </w:r>
      <w:r>
        <w:t>iska talluq iska talluq halaat se hai.</w:t>
      </w:r>
    </w:p>
    <w:p>
      <w:pPr>
        <w:jc w:val="right"/>
      </w:pPr>
      <w:r>
        <w:t>اس کا تعلق اس کا تعلق حالات سے ہے۔</w:t>
      </w:r>
    </w:p>
    <w:p>
      <w:r>
        <w:rPr>
          <w:b/>
        </w:rPr>
        <w:t xml:space="preserve">[50:19] </w:t>
      </w:r>
      <w:r>
        <w:t>ah das question is from mohib</w:t>
      </w:r>
    </w:p>
    <w:p>
      <w:pPr>
        <w:jc w:val="right"/>
      </w:pPr>
      <w:r>
        <w:t>اہ دس کوسچن از فرام محب</w:t>
      </w:r>
    </w:p>
    <w:p>
      <w:r>
        <w:rPr>
          <w:b/>
        </w:rPr>
        <w:t xml:space="preserve">[50:21] </w:t>
      </w:r>
      <w:r>
        <w:t>ub. molana, you told that apart from six hadith books, there are many other hadith books which are authentic. which are those books?</w:t>
      </w:r>
    </w:p>
    <w:p>
      <w:pPr>
        <w:jc w:val="right"/>
      </w:pPr>
      <w:r>
        <w:t>وب۔ مولانا، یو ٹولڈ دیٹ اپارٹ فرام سکس حدیث بکس، دیر ار مینی ادر حدیث بکس وچ ار اتھینٹک۔ وچ ار دوز بکس؟</w:t>
      </w:r>
    </w:p>
    <w:p>
      <w:r>
        <w:rPr>
          <w:b/>
        </w:rPr>
        <w:t xml:space="preserve">[50:32] </w:t>
      </w:r>
      <w:r>
        <w:t>nahin, authentic sirf chhah nahin hain, aur bhi hadith hain jo authentic maani jaati hain. misaal par, moot moot bohat bohat authentic maani jaati hai.</w:t>
      </w:r>
    </w:p>
    <w:p>
      <w:pPr>
        <w:jc w:val="right"/>
      </w:pPr>
      <w:r>
        <w:t>نہیں، اتھینٹک صرف چھ نہیں ہیں، اور بھی حدیثیں ہیں جو اتھینٹک مانی جاتی ہیں۔ مثال پر، موت موت بہت بہت اتھینٹک مانی جاتی ہے۔</w:t>
      </w:r>
    </w:p>
    <w:p>
      <w:r>
        <w:rPr>
          <w:b/>
        </w:rPr>
        <w:t xml:space="preserve">[50:41] </w:t>
      </w:r>
      <w:r>
        <w:t>to bohat si hadith hain.</w:t>
      </w:r>
    </w:p>
    <w:p>
      <w:pPr>
        <w:jc w:val="right"/>
      </w:pPr>
      <w:r>
        <w:t>تو بہت سی حدیثیں ہیں۔</w:t>
      </w:r>
    </w:p>
    <w:p>
      <w:r>
        <w:rPr>
          <w:b/>
        </w:rPr>
        <w:t xml:space="preserve">[50:44] </w:t>
      </w:r>
      <w:r>
        <w:t>hadith ke koi pachas kitabein hain, chhah hi kitabein nahin hain. aur chhah hi aisa nahin ke chhah kitabon mein hi sahih hadith hai, baqi sahih hadith nahin hain.</w:t>
      </w:r>
    </w:p>
    <w:p>
      <w:pPr>
        <w:jc w:val="right"/>
      </w:pPr>
      <w:r>
        <w:t>حدیث کے کوئی پچاس کتابیں ہیں، چھ ہی کتابیں نہیں ہیں۔ اور چھ ہی ایسا نہیں کہ چھ کتابوں میں ہی صحیح حدیث ہے، باقی صحیح حدیثیں نہیں ہیں۔</w:t>
      </w:r>
    </w:p>
    <w:p>
      <w:r>
        <w:rPr>
          <w:b/>
        </w:rPr>
        <w:t xml:space="preserve">[50:53] </w:t>
      </w:r>
      <w:r>
        <w:t>yeh samajhna bhi ghalati hai. bohat si aisi bohat important hadith in chhah kitabon mein nahin hain. to is zamane mein yeh chhah kitabein mashhoor ho gayeen.</w:t>
      </w:r>
    </w:p>
    <w:p>
      <w:pPr>
        <w:jc w:val="right"/>
      </w:pPr>
      <w:r>
        <w:t>یہ سمجھنا بھی غلطی ہے۔ بہت سی ایسی بہت امپورٹنٹ حدیثیں ان چھ کتابوں میں نہیں ہیں۔ تو اس زمانے میں یہ چھ کتابیں مشہور ہو گئیں۔</w:t>
      </w:r>
    </w:p>
    <w:p>
      <w:r>
        <w:rPr>
          <w:b/>
        </w:rPr>
        <w:t xml:space="preserve">[51:04] </w:t>
      </w:r>
      <w:r>
        <w:t>to is liye shashda kaha jaata hai in ko. aur jo scholars hain, woh isi par yaani iktafa nahin karte. woh sab kitabon ko padhte hain.</w:t>
      </w:r>
    </w:p>
    <w:p>
      <w:pPr>
        <w:jc w:val="right"/>
      </w:pPr>
      <w:r>
        <w:t>تو اس لیے شاشدہ کہا جاتا ہے ان کو۔ اور جو اسکالرز ہیں، وہ اسی پر یعنی اکتفا نہیں کرتے۔ وہ سب کتابوں کو پڑھتے ہیں۔</w:t>
      </w:r>
    </w:p>
    <w:p>
      <w:r>
        <w:rPr>
          <w:b/>
        </w:rPr>
        <w:t xml:space="preserve">[51:14] </w:t>
      </w:r>
      <w:r>
        <w:t>ah das question is from naveed iqbal. there is a difference in the ways men and women offer namaz. is this difference authentic?</w:t>
      </w:r>
    </w:p>
    <w:p>
      <w:pPr>
        <w:jc w:val="right"/>
      </w:pPr>
      <w:r>
        <w:t>اہ دس کوسچن از فرام ناوید اقبال۔ دیر از ا ڈیفرنس ان دی ویز مین اینڈ وومن افر نماز۔ از دس ڈیفرنس اتھینٹک؟</w:t>
      </w:r>
    </w:p>
    <w:p>
      <w:r>
        <w:rPr>
          <w:b/>
        </w:rPr>
        <w:t xml:space="preserve">[51:24] </w:t>
      </w:r>
      <w:r>
        <w:t>nahin, nahin, koi difference nahin. yeh bhi bohat badi ghalatfehmi hai. aurat aur mard ki namaz mein koi difference nahin hai. sirf kuch baat aisi hai ke aasani ke liye, sahulat ke liye hai.</w:t>
      </w:r>
    </w:p>
    <w:p>
      <w:pPr>
        <w:jc w:val="right"/>
      </w:pPr>
      <w:r>
        <w:t>نہیں، نہیں، کوئی ڈیفرنس نہیں۔ یہ بھی بہت بڑی غلط فہمی ہے۔ عورت اور مرد کی نماز میں کوئی ڈیفرنس نہیں ہے۔ صرف کچھ بات ایسی ہے کہ اسانی کے لیے، سہولت کے لیے ہے۔</w:t>
      </w:r>
    </w:p>
    <w:p>
      <w:r>
        <w:rPr>
          <w:b/>
        </w:rPr>
        <w:t xml:space="preserve">[51:36] </w:t>
      </w:r>
      <w:r>
        <w:t>bas sahulat ke liye. maslan, aurtein kai baar baith kar namaz padhti hain.</w:t>
      </w:r>
    </w:p>
    <w:p>
      <w:pPr>
        <w:jc w:val="right"/>
      </w:pPr>
      <w:r>
        <w:t>بس سہولت کے لیے۔ مثلاً، عورتیں کئی بار بیٹھ کر نماز پڑھتی ہیں۔</w:t>
      </w:r>
    </w:p>
    <w:p>
      <w:r>
        <w:rPr>
          <w:b/>
        </w:rPr>
        <w:t xml:space="preserve">[51:42] </w:t>
      </w:r>
      <w:r>
        <w:t>to un ko kaha jaata hai ke theek hai. mardon ko haalanke kaha jaata hai ke khade ho kar namaz padho. to yeh sahulat aasani ke liye hai. warna jahan tak namaz ka talluq hai, jaisi namaz mardon ki, waisi namaz mardon ki.</w:t>
      </w:r>
    </w:p>
    <w:p>
      <w:pPr>
        <w:jc w:val="right"/>
      </w:pPr>
      <w:r>
        <w:t>تو ان کو کہا جاتا ہے کہ ٹھیک ہے۔ مردوں کو حالانکہ کہا جاتا ہے کہ کھڑے ہو کر نماز پڑھو۔ تو یہ سہولت اسانی کے لیے ہے۔ ورنہ جہاں تک نماز کا تعلق ہے، جیسی نماز مردوں کی، ویسی نماز مردوں کی۔</w:t>
      </w:r>
    </w:p>
    <w:p>
      <w:r>
        <w:rPr>
          <w:b/>
        </w:rPr>
        <w:t xml:space="preserve">[51:56] </w:t>
      </w:r>
      <w:r>
        <w:t>donon ki ek hi namaz hoti hai, koi farq nahin hai.</w:t>
      </w:r>
    </w:p>
    <w:p>
      <w:pPr>
        <w:jc w:val="right"/>
      </w:pPr>
      <w:r>
        <w:t>دونوں کی ایک ہی نماز ہوتی ہے، کوئی فرق نہیں ہے۔</w:t>
      </w:r>
    </w:p>
    <w:p>
      <w:r>
        <w:rPr>
          <w:b/>
        </w:rPr>
        <w:t xml:space="preserve">[52:03] </w:t>
      </w:r>
      <w:r>
        <w:t>ah das question is from raziya. is there any difference between belief and conviction?</w:t>
      </w:r>
    </w:p>
    <w:p>
      <w:pPr>
        <w:jc w:val="right"/>
      </w:pPr>
      <w:r>
        <w:t>اہ دس کوسچن از فرام راضیہ۔ از دیر اینی ڈیفرنس بٹوین بیلیف اینڈ کنوکشن؟</w:t>
      </w:r>
    </w:p>
    <w:p>
      <w:r>
        <w:rPr>
          <w:b/>
        </w:rPr>
        <w:t xml:space="preserve">[52:14] </w:t>
      </w:r>
      <w:r>
        <w:t>ab mein samajhta hoon ke is se chali there is no difference. bas generally yeh samjha jaata hai ke belief to bas yeh hai ke maan lena, kalma padh lena maslan. aur conviction yeh hai ke is par gehra yaqeen ho jaye.</w:t>
      </w:r>
    </w:p>
    <w:p>
      <w:pPr>
        <w:jc w:val="right"/>
      </w:pPr>
      <w:r>
        <w:t>اب میں سمجھتا ہوں کہ اس سے چلی دیر از نو ڈیفرنس۔ بس جنرلی یہ سمجھا جاتا ہے کہ بیلیف تو بس یہ ہے کہ مان لینا، کلمہ پڑھ لینا مثلاً۔ اور کنوکشن یہ ہے کہ اس پر گہرا یقین ہو جائے۔</w:t>
      </w:r>
    </w:p>
    <w:p>
      <w:r>
        <w:rPr>
          <w:b/>
        </w:rPr>
        <w:t xml:space="preserve">[52:24] </w:t>
      </w:r>
      <w:r>
        <w:t>lekin mein samajhta hoon kalma padhna khud kuch bhi nahin, koi haqeeqat is ki nahin hai. kalma padhna wohi hai yaani acceptable jis ke saath conviction juda hua ho.</w:t>
      </w:r>
    </w:p>
    <w:p>
      <w:pPr>
        <w:jc w:val="right"/>
      </w:pPr>
      <w:r>
        <w:t>لیکن میں سمجھتا ہوں کلمہ پڑھنا خود کچھ بھی نہیں، کوئی حقیقت اس کی نہیں ہے۔ کلمہ پڑھنا وہی ہے یعنی ایکسیپٹیبل جس کے ساتھ کنوکشن جڑا ہوا ہو۔</w:t>
      </w:r>
    </w:p>
    <w:p>
      <w:r>
        <w:rPr>
          <w:b/>
        </w:rPr>
        <w:t xml:space="preserve">[52:38] </w:t>
      </w:r>
      <w:r>
        <w:t>to conviction belief ka part hai.</w:t>
      </w:r>
    </w:p>
    <w:p>
      <w:pPr>
        <w:jc w:val="right"/>
      </w:pPr>
      <w:r>
        <w:t>تو کنوکشن بیلیف کا پارٹ ہے۔</w:t>
      </w:r>
    </w:p>
    <w:p>
      <w:r>
        <w:rPr>
          <w:b/>
        </w:rPr>
        <w:t xml:space="preserve">[52:44] </w:t>
      </w:r>
      <w:r>
        <w:t>conviction na ho to belief ki bhi koi value nahin hogi. to waise dikhaya to dono mein farq hai, difference hai ke belief ka matlab yeh hai ke aap maan liya kisi cheez ko aap ne.</w:t>
      </w:r>
    </w:p>
    <w:p>
      <w:pPr>
        <w:jc w:val="right"/>
      </w:pPr>
      <w:r>
        <w:t>کنوکشن نہ ہو تو بیلیف کی بھی کوئی ویلیو نہیں ہوگی۔ تو ویسے دکھایا تو دونوں میں فرق ہے، ڈیفرنس ہے کہ بیلیف کا مطلب یہ ہے کہ آپ مان لیا کسی چیز کو آپ نے۔</w:t>
      </w:r>
    </w:p>
    <w:p>
      <w:r>
        <w:rPr>
          <w:b/>
        </w:rPr>
        <w:t xml:space="preserve">[52:55] </w:t>
      </w:r>
      <w:r>
        <w:t>aur conviction yeh hai ke is par aap gehra yaqeen ho aap ko. lekin mein yeh samajhta hoon ke belief wohi sahih hai jis ke saath conviction juda hua ho. conviction na ho to woh belief koi value nahin hai.</w:t>
      </w:r>
    </w:p>
    <w:p>
      <w:pPr>
        <w:jc w:val="right"/>
      </w:pPr>
      <w:r>
        <w:t>اور کنوکشن یہ ہے کہ اس پر آپ گہرا یقین ہو آپ کو۔ لیکن میں یہ سمجھتا ہوں کہ بیلیف وہی صحیح ہے جس کے ساتھ کنوکشن جڑا ہوا ہو۔ کنوکشن نہ ہو تو وہ بیلیف کوئی ویلیو نہیں ہے۔</w:t>
      </w:r>
    </w:p>
    <w:p>
      <w:r>
        <w:rPr>
          <w:b/>
        </w:rPr>
        <w:t xml:space="preserve">[53:09] </w:t>
      </w:r>
      <w:r>
        <w:t>ah das question is from aziz haider.</w:t>
      </w:r>
    </w:p>
    <w:p>
      <w:pPr>
        <w:jc w:val="right"/>
      </w:pPr>
      <w:r>
        <w:t>اہ دس کوسچن از فرام عزیز حیدر۔</w:t>
      </w:r>
    </w:p>
    <w:p>
      <w:r>
        <w:rPr>
          <w:b/>
        </w:rPr>
        <w:t xml:space="preserve">[53:12] </w:t>
      </w:r>
      <w:r>
        <w:t>why is it that when the ayat yum akmaltu, which was the last revealed ayat of the quran, does not form the last line of quran?</w:t>
      </w:r>
    </w:p>
    <w:p>
      <w:pPr>
        <w:jc w:val="right"/>
      </w:pPr>
      <w:r>
        <w:t>وائی از اٹ دیٹ وین دی ایات یوم اکملتو، وچ واز دی لاسٹ ریویلڈ ایات اف دی قرآن، ڈز ناٹ فارم دی لاسٹ لائن اف قرآن؟</w:t>
      </w:r>
    </w:p>
    <w:p>
      <w:r>
        <w:rPr>
          <w:b/>
        </w:rPr>
        <w:t xml:space="preserve">[53:21] </w:t>
      </w:r>
      <w:r>
        <w:t>when we when we specifically know that most Quranic verses cannot be understood, cannot be understood without knowing the background in which they were revealed?</w:t>
      </w:r>
    </w:p>
    <w:p>
      <w:pPr>
        <w:jc w:val="right"/>
      </w:pPr>
      <w:r>
        <w:t>وین وی وین وی سپیسیفکلی نو دیٹ موسٹ قرآنک ورسز کین ناٹ بی انڈرسٹینڈ، کین ناٹ بی انڈرسٹڈ وداؤٹ نوئنگ دی بیک گراؤنڈ ان وچ دے وار ریویلڈ؟</w:t>
      </w:r>
    </w:p>
    <w:p>
      <w:r>
        <w:rPr>
          <w:b/>
        </w:rPr>
        <w:t xml:space="preserve">[53:34] </w:t>
      </w:r>
      <w:r>
        <w:t>daikhen, aisi aik aayat ki baat nahi hai. sara quran jo hai, is order mein nahi hai jis order mein utra tha. woh</w:t>
      </w:r>
    </w:p>
    <w:p>
      <w:pPr>
        <w:jc w:val="right"/>
      </w:pPr>
      <w:r>
        <w:t>دیکھیں، ایسی ایک ایت کی بات نہیں ہے۔ سارا قرآن جو ہے، اس ارڈر میں نہیں ہے جس ارڈر میں اترا تھا۔ وہ</w:t>
      </w:r>
    </w:p>
    <w:p>
      <w:r>
        <w:rPr>
          <w:b/>
        </w:rPr>
        <w:t xml:space="preserve">[53:42] </w:t>
      </w:r>
      <w:r>
        <w:t>yeh to well known baat hai ke utarne ka order kuch aur tha. lekin ab jo order is ka hai, jo compile kiya gaya, jis tarah tilawat ki jati hai, woh doosra order hai.</w:t>
      </w:r>
    </w:p>
    <w:p>
      <w:pPr>
        <w:jc w:val="right"/>
      </w:pPr>
      <w:r>
        <w:t>یہ تو ویل نون بات ہے کہ اترنے کا ارڈر کچھ اور تھا۔ لیکن اب جو ارڈر اس کا ہے، جو کمپائل کیا گیا، جس طرح تلاوت کی جاتی ہے، وہ دوسرا ارڈر ہے۔</w:t>
      </w:r>
    </w:p>
    <w:p>
      <w:r>
        <w:rPr>
          <w:b/>
        </w:rPr>
        <w:t xml:space="preserve">[53:55] </w:t>
      </w:r>
      <w:r>
        <w:t>to yeh koi baat nahi ke woh aayat aakhir mein kyun nahi thi.</w:t>
      </w:r>
    </w:p>
    <w:p>
      <w:pPr>
        <w:jc w:val="right"/>
      </w:pPr>
      <w:r>
        <w:t>تو یہ کوئی بات نہیں کہ وہ ایت آخر میں کیوں نہیں تھی۔</w:t>
      </w:r>
    </w:p>
    <w:p>
      <w:r>
        <w:rPr>
          <w:b/>
        </w:rPr>
        <w:t xml:space="preserve">[53:59] </w:t>
      </w:r>
      <w:r>
        <w:t>jo pehle utri thi, alhamdulillah rabbil alameen, pehle nahi utra tha. yeh sab se pehli aayat nahi hai utarne wali. woh shuru mein rakha hua hai. aur sab se pehle jo utra tha, iqra bismi rabbik alladhi, woh bilkul aakhir mein hai.</w:t>
      </w:r>
    </w:p>
    <w:p>
      <w:pPr>
        <w:jc w:val="right"/>
      </w:pPr>
      <w:r>
        <w:t>جو پہلے اتری تھی، الحمدللہ رب العالمین، پہلے نہیں اترا تھا۔ یہ سب سے پہلی ایت نہیں ہے اترنے والی۔ وہ شروع میں رکھا ہوا ہے۔ اور سب سے پہلے جو اترا تھا، اقراء بسم ربک الذی، وہ بالکل آخر میں ہے۔</w:t>
      </w:r>
    </w:p>
    <w:p>
      <w:r>
        <w:rPr>
          <w:b/>
        </w:rPr>
        <w:t xml:space="preserve">[54:11] </w:t>
      </w:r>
      <w:r>
        <w:t>to order dono ka alag alag hai. hum quran ke samajhne ke liye bohat si cheez ko kehte hain.</w:t>
      </w:r>
    </w:p>
    <w:p>
      <w:pPr>
        <w:jc w:val="right"/>
      </w:pPr>
      <w:r>
        <w:t>تو ارڈر دونوں کا الگ الگ ہے۔ ہم قرآن کے سمجھنے کے لیے بہت سی چیز کو کہتے ہیں۔</w:t>
      </w:r>
    </w:p>
    <w:p>
      <w:r>
        <w:rPr>
          <w:b/>
        </w:rPr>
        <w:t xml:space="preserve">[54:20] </w:t>
      </w:r>
      <w:r>
        <w:t>hum woh nuzool batane, asbab e nuzool, nuzool batane wali rawaiyat, is se maloom hota hai.</w:t>
      </w:r>
    </w:p>
    <w:p>
      <w:pPr>
        <w:jc w:val="right"/>
      </w:pPr>
      <w:r>
        <w:t>ہم وہ نزول بتانے، اسباب نزول، نزول بتانے والی روایات، اس سے معلوم ہوتا ہے۔</w:t>
      </w:r>
    </w:p>
    <w:p>
      <w:r>
        <w:rPr>
          <w:b/>
        </w:rPr>
        <w:t xml:space="preserve">[54:30] </w:t>
      </w:r>
      <w:r>
        <w:t>to bohat sari rawaiyaten hain jis se pata chalta hai ke kaun aayat kab utri, kaun si surah kab utri. yeh hai, is se maloom hota hai ke yeh aayat utri thi aakhir mein. to yeh janne ke liye ke ke start kar pas manzar kya hai, start kar background kya hai, woh aap ko is nuzool ki rawaiyaton se milega.</w:t>
      </w:r>
    </w:p>
    <w:p>
      <w:pPr>
        <w:jc w:val="right"/>
      </w:pPr>
      <w:r>
        <w:t>تو بہت ساری روایتیں ہیں جس سے پتہ چلتا ہے کہ کون ایت کب اتری، کون سی سورہ کب اتری۔ یہ ہے، اس سے معلوم ہوتا ہے کہ یہ ایت اتری تھی آخر میں۔ تو یہ جاننے کے لیے کہ کہ اسٹارٹ کر پس منظر کیا ہے، اسٹارٹ کر بیک گراؤنڈ کیا ہے، وہ آپ کو اس نزول کی روایتوں سے ملے گا۔</w:t>
      </w:r>
    </w:p>
    <w:p>
      <w:r>
        <w:rPr>
          <w:b/>
        </w:rPr>
        <w:t xml:space="preserve">[54:49] </w:t>
      </w:r>
      <w:r>
        <w:t>aur jahan tak order ka ta'alluq hai, to order ke mutalliq yeh ma'ana aata hai ke aayaten utri thin different order mein.</w:t>
      </w:r>
    </w:p>
    <w:p>
      <w:pPr>
        <w:jc w:val="right"/>
      </w:pPr>
      <w:r>
        <w:t>اور جہاں تک ارڈر کا تعلق ہے، تو ارڈر کے متعلق یہ معنی آتا ہے کہ ایتیں اتری تھیں ڈفرنٹ ارڈر میں۔</w:t>
      </w:r>
    </w:p>
    <w:p>
      <w:r>
        <w:rPr>
          <w:b/>
        </w:rPr>
        <w:t xml:space="preserve">[54:57] </w:t>
      </w:r>
      <w:r>
        <w:t>aakhir mein jab rasool ALLAH sallallahu alaihi wasallam ka zamana aakhir aaya to jibril aaye, unhon ne do baar aap ke samne is order mein quran ko parh ke sunaya.</w:t>
      </w:r>
    </w:p>
    <w:p>
      <w:pPr>
        <w:jc w:val="right"/>
      </w:pPr>
      <w:r>
        <w:t>آخر میں جب رسول اللہ صلی اللہ علیہ وسلم کا زمانہ آخر آیا تو جبرائیل آئے، انہوں نے دو بار آپ کے سامنے اس ارڈر میں قرآن کو پڑھ کے سنایا۔</w:t>
      </w:r>
    </w:p>
    <w:p>
      <w:r>
        <w:rPr>
          <w:b/>
        </w:rPr>
        <w:t xml:space="preserve">[55:06] </w:t>
      </w:r>
      <w:r>
        <w:t>yeh sab se pehle alhamdulillah, aakhir mein qul hu billah nas. halanke is order mein utra nahi tha quran. to is ko kehte hain urd awwali, urd akhira. yani jibril ne do baar aap ko isi tarteeb se sunaya, phir rasool ALLAH ne isi tarteeb se sahaba ko sunaya, phir isi tarteeb se likha gaya.</w:t>
      </w:r>
    </w:p>
    <w:p>
      <w:pPr>
        <w:jc w:val="right"/>
      </w:pPr>
      <w:r>
        <w:t>یہ سب سے پہلے الحمدللہ، آخر میں قلھو بالناس۔ حالانکہ اس ارڈر میں اترا نہیں تھا قرآن۔ تو اس کو کہتے ہیں ارد اولی، ارد اخیرہ۔ یعنی جبرائیل نے دو بار آپ کو اسی ترتیب سے سنایا، پھر رسول اللہ نے اسی ترتیب سے صحابہ کو سنایا، پھر اسی ترتیب سے لکھا گیا۔</w:t>
      </w:r>
    </w:p>
    <w:p>
      <w:r>
        <w:rPr>
          <w:b/>
        </w:rPr>
        <w:t xml:space="preserve">[55:23] </w:t>
      </w:r>
      <w:r>
        <w:t>yeh hai is ki history.</w:t>
      </w:r>
    </w:p>
    <w:p>
      <w:pPr>
        <w:jc w:val="right"/>
      </w:pPr>
      <w:r>
        <w:t>یہ ہے اس کی ہسٹری۔</w:t>
      </w:r>
    </w:p>
    <w:p>
      <w:r>
        <w:rPr>
          <w:b/>
        </w:rPr>
        <w:t xml:space="preserve">[55:28] </w:t>
      </w:r>
      <w:r>
        <w:t>ah das question is from anwar hussain. the communist scholars of india and the western scholars based in europe and america, who are reinterpreting the various books of muslim scholars, are doing a good job.</w:t>
      </w:r>
    </w:p>
    <w:p>
      <w:pPr>
        <w:jc w:val="right"/>
      </w:pPr>
      <w:r>
        <w:t>اہ دس کوسچن از فرام انور حسین۔ دی کمیونسٹ سکالرز اف انڈیا اینڈ دی ویسٹرن سکالرز بیسڈ ان یورپ اینڈ امریکہ، ہو آر ری انٹرپریٹنگ دا ویریس بکس اف مسلم سکالرز، آر ڈوئنگ ا گڈ جاب۔</w:t>
      </w:r>
    </w:p>
    <w:p>
      <w:r>
        <w:rPr>
          <w:b/>
        </w:rPr>
        <w:t xml:space="preserve">[55:42] </w:t>
      </w:r>
      <w:r>
        <w:t>should we accept their contention and interpretation if they are rational and appeals to modern mind? lots of them are authorities in their field, who are well versed in arabic language and islamic history.</w:t>
      </w:r>
    </w:p>
    <w:p>
      <w:pPr>
        <w:jc w:val="right"/>
      </w:pPr>
      <w:r>
        <w:t>شوڈ وی ایکسیپٹ دیر کنٹینشن اینڈ انٹرپریٹیشن اف دے آر ریشنل اینڈ اپیلز ٹو ماڈرن مائنڈ؟ لاٹس اف دیم آر اتھارٹیز ان دیر فیلڈ، ہو آر ویل ورسڈ ان عربک لینگویج اینڈ اسلامک ہسٹری۔</w:t>
      </w:r>
    </w:p>
    <w:p>
      <w:r>
        <w:rPr>
          <w:b/>
        </w:rPr>
        <w:t xml:space="preserve">[55:56] </w:t>
      </w:r>
      <w:r>
        <w:t>daikhen, re-interpret ka matlab yani koi bhi karne lage, re-interpretation is ke liye Islamic scholar hona zaroori hai. bohat si kitaben likhi hain aur interest logon ne aur doosre logon ne woh kuch ka kuch yani aur bhi zyada kuch ka kuch bana diya hai, is ko tamasha bana diya hai.</w:t>
      </w:r>
    </w:p>
    <w:p>
      <w:pPr>
        <w:jc w:val="right"/>
      </w:pPr>
      <w:r>
        <w:t>دیکھیں، ری انٹرپریٹ کا مطلب یعنی کوئی بھی کرنے لگے، ری انٹرپریٹیشن اس کے لیے اسلامک اسکالر ہونا ضروری ہے۔ بہت سی کتابیں لکھی ہیں اور انٹرسٹ لوگوں نے اور دوسرے لوگوں نے وہ کچھ کا کچھ یعنی اور بھی زیادہ کچھ کا کچھ بنا دیا ہے، اس کو تماشہ بنا دیا ہے۔</w:t>
      </w:r>
    </w:p>
    <w:p>
      <w:r>
        <w:rPr>
          <w:b/>
        </w:rPr>
        <w:t xml:space="preserve">[56:13] </w:t>
      </w:r>
      <w:r>
        <w:t>is ko to yeh zaroori hai ke aadmi belief rakhta ho is mein, yani is ka, is ko, is ko, is ka iman ho woh ho ke kitab ALLAH ki kitab hai,</w:t>
      </w:r>
    </w:p>
    <w:p>
      <w:pPr>
        <w:jc w:val="right"/>
      </w:pPr>
      <w:r>
        <w:t>اس کو تو یہ ضروری ہے کہ آدمی بیلیف رکھتا ہو اس میں، یعنی اس کا، اس کو، اس کو، اس کا ایمان ہو وہ ہو کہ کتاب خدا کی کتاب ہے،</w:t>
      </w:r>
    </w:p>
    <w:p>
      <w:r>
        <w:rPr>
          <w:b/>
        </w:rPr>
        <w:t xml:space="preserve">[56:24] </w:t>
      </w:r>
      <w:r>
        <w:t>ke arabi achi jaane woh aur woh honestly woh sach much janna chahe ke haqeeqat kya hai. is tarah se re interpretation sahi hoga. unhon ne mahaz re interpretation se matlab nahi hai ke woh jo likh diya, woh woh theek kaam kiya.</w:t>
      </w:r>
    </w:p>
    <w:p>
      <w:pPr>
        <w:jc w:val="right"/>
      </w:pPr>
      <w:r>
        <w:t>کہ عربی اچھی جانے وہ اور وہ اونسٹلی وہ سچ مچ جاننا چاہے کہ حقیقت کیا ہے۔ اس طرح سے ری انٹرپریشن صحیح ہوگا۔ انہوں نے محض ری انٹرپریشن سے مطلب نہیں ہے کہ وہ جو لکھ دیا، وہ وہ ٹھیک کام کیا۔</w:t>
      </w:r>
    </w:p>
    <w:p>
      <w:r>
        <w:rPr>
          <w:b/>
        </w:rPr>
        <w:t xml:space="preserve">[56:37] </w:t>
      </w:r>
      <w:r>
        <w:t>is ne yeh bohat mushkil kaam hai, yani re interpretation karna jo main ne kaha, woh bohat mushkil kaam hai, itna aasan kaam nahi hai. ah molana, i have a question.</w:t>
      </w:r>
    </w:p>
    <w:p>
      <w:pPr>
        <w:jc w:val="right"/>
      </w:pPr>
      <w:r>
        <w:t>اس نے یہ بہت مشکل کام ہے، یعنی ری انٹرپریشن کرنا جو میں نے کہا، وہ بہت مشکل کام ہے، اتنا آسان کام نہیں ہے۔ اہ مولانا، ائی ہیو ا کوسچن۔</w:t>
      </w:r>
    </w:p>
    <w:p>
      <w:r>
        <w:rPr>
          <w:b/>
        </w:rPr>
        <w:t xml:space="preserve">[56:49] </w:t>
      </w:r>
      <w:r>
        <w:t>ah you once said that husband and wife should take each other as intellectual companion, and this is the best relationship.</w:t>
      </w:r>
    </w:p>
    <w:p>
      <w:pPr>
        <w:jc w:val="right"/>
      </w:pPr>
      <w:r>
        <w:t>اہ یو ونس سیڈ دیٹ ہسبینڈ اینڈ وائف شوڈ ٹیک ایچ ادر ایز انٹلیکچول کمپینین، اینڈ دس از دا بیسٹ ریلیشن شپ۔</w:t>
      </w:r>
    </w:p>
    <w:p>
      <w:r>
        <w:rPr>
          <w:b/>
        </w:rPr>
        <w:t xml:space="preserve">[56:57] </w:t>
      </w:r>
      <w:r>
        <w:t>now, when we try to convey this to other, the response that you know sometimes we get is, ah, we have different interests.</w:t>
      </w:r>
    </w:p>
    <w:p>
      <w:pPr>
        <w:jc w:val="right"/>
      </w:pPr>
      <w:r>
        <w:t>ناؤ، وین وی ٹرائی ٹو کنوے دس ٹو ادر، دی رسپانس دیٹ یو نو سم ٹائمز وی گیٹ از، اہ وی ہیو ڈفرنٹ انٹرسٹ۔</w:t>
      </w:r>
    </w:p>
    <w:p>
      <w:r>
        <w:rPr>
          <w:b/>
        </w:rPr>
        <w:t xml:space="preserve">[57:06] </w:t>
      </w:r>
      <w:r>
        <w:t>for example, the wife could be spiritual and husband could not be spiritual. so, how should we address their mind? where will intellectual compatibility or intellectual companionship be conveyed to them?</w:t>
      </w:r>
    </w:p>
    <w:p>
      <w:pPr>
        <w:jc w:val="right"/>
      </w:pPr>
      <w:r>
        <w:t>فار ایگزامپل، دا وائف کڈ بی سپرچول اینڈ ہسبینڈ کڈ ناٹ بی سپرچول۔ سو، ہاؤ شوڈ وی ایڈریس دیر مائنڈ؟ ویئر ول انٹلیکچول کمپیٹیبلٹی اور انٹلیکچول کمپینین شپ بی کنوے ٹو دیم؟</w:t>
      </w:r>
    </w:p>
    <w:p>
      <w:r>
        <w:rPr>
          <w:b/>
        </w:rPr>
        <w:t xml:space="preserve">[57:19] </w:t>
      </w:r>
      <w:r>
        <w:t>kindly explain. yeh to bilkul absurd baat hai. intellectual jaise aik shosha nikal lete hain. main to aik rickshaw puller se exchange karta hoon, mujhe faida hota hai.</w:t>
      </w:r>
    </w:p>
    <w:p>
      <w:pPr>
        <w:jc w:val="right"/>
      </w:pPr>
      <w:r>
        <w:t>کائنڈلی ایکسپلین۔ یہ تو بالکل ایبسورٹ بات ہے۔ انٹلیکچول جیسے ایک شوشہ نکال لیتے ہیں۔ میں تو ایک رکشہ پلر سے ایکسچینج کرتا ہوں، مجھے فائدہ ہوتا ہے۔</w:t>
      </w:r>
    </w:p>
    <w:p>
      <w:r>
        <w:rPr>
          <w:b/>
        </w:rPr>
        <w:t xml:space="preserve">[57:32] </w:t>
      </w:r>
      <w:r>
        <w:t>taxi driver se exchange karta hoon, is se mujhe faida hota hai. koi bhi mujhe mil jaye, kisi bhi field ka, woh asal mein intellectual, intellectual, intellectual exchange kiya hai, woh jante hi nahi.</w:t>
      </w:r>
    </w:p>
    <w:p>
      <w:pPr>
        <w:jc w:val="right"/>
      </w:pPr>
      <w:r>
        <w:t>ٹیکسی ڈرائیور سے ایکسچینج کرتا ہوں، اس سے مجھے فائدہ ہوتا ہے۔ کوئی بھی مجھے مل جائے، کسی بھی فیلڈ کا، وہ اصل میں انٹلیکچول، انٹلیکچول، انٹلیکچول ایکسچینج کیا ہے، وہ جانتے ہی نہیں۔</w:t>
      </w:r>
    </w:p>
    <w:p>
      <w:r>
        <w:rPr>
          <w:b/>
        </w:rPr>
        <w:t xml:space="preserve">[57:43] </w:t>
      </w:r>
      <w:r>
        <w:t>yeh log yeh to khali zindagi ko enjoy karna jante hain. inhi logon ke sawalat hain,</w:t>
      </w:r>
    </w:p>
    <w:p>
      <w:pPr>
        <w:jc w:val="right"/>
      </w:pPr>
      <w:r>
        <w:t>یہ لوگ یہ تو خالی زندگی کو انجوائے کرنا جانتے ہیں۔ انہی لوگوں کے سوالات ہیں،</w:t>
      </w:r>
    </w:p>
    <w:p>
      <w:r>
        <w:rPr>
          <w:b/>
        </w:rPr>
        <w:t xml:space="preserve">[57:48] </w:t>
      </w:r>
      <w:r>
        <w:t>hawa karna aur partiyon mein jana, shopping karna, yeh jante hain woh log. unhein pata hi nahi ke intellectual exchange kya cheez hai.</w:t>
      </w:r>
    </w:p>
    <w:p>
      <w:pPr>
        <w:jc w:val="right"/>
      </w:pPr>
      <w:r>
        <w:t>ہوہا کرنا اور پارٹیوں میں جانا، شاپنگ کرنا، یہ جانتے ہیں وہ لوگ۔ انہیں پتہ ہی نہیں کہ انٹلیکچول ایکسچینج کیا چیز ہے۔</w:t>
      </w:r>
    </w:p>
    <w:p>
      <w:r>
        <w:rPr>
          <w:b/>
        </w:rPr>
        <w:t xml:space="preserve">[57:57] </w:t>
      </w:r>
      <w:r>
        <w:t>har aadmi ke paas aik baat hoti hai, har aadmi ke paas aik baat hoti hai, is se aap us ko seekh sakte hain. mujhe to grass cutter se bhi baatein milti hain, rickshaw puller se bhi baatein milti hain, taxi driver se bhi baatein milti hain.</w:t>
      </w:r>
    </w:p>
    <w:p>
      <w:pPr>
        <w:jc w:val="right"/>
      </w:pPr>
      <w:r>
        <w:t>ہر آدمی کے پاس ایک بات ہوتی ہے، ہر آدمی کے پاس ایک بات ہوتی ہے، اس سے آپ اس کو سیکھ سکتے ہیں۔ مجھے تو گراس کٹر سے بھی باتیں ملتی ہیں، رکشہ پلر سے بھی باتیں ملتی ہیں، ٹیکسی ڈرائیور سے بھی باتیں ملتی ہیں۔</w:t>
      </w:r>
    </w:p>
    <w:p>
      <w:r>
        <w:rPr>
          <w:b/>
        </w:rPr>
        <w:t xml:space="preserve">[58:12] </w:t>
      </w:r>
      <w:r>
        <w:t>koi bhi aadmi mujhe mil jaye to us se mein ek baat seekh leta hoon.</w:t>
      </w:r>
    </w:p>
    <w:p>
      <w:pPr>
        <w:jc w:val="right"/>
      </w:pPr>
      <w:r>
        <w:t>کوئی بھی آدمی مجھے مل جائے تو اس سے میں ایک بات سیکھ لیتا ہوں۔</w:t>
      </w:r>
    </w:p>
    <w:p>
      <w:r>
        <w:rPr>
          <w:b/>
        </w:rPr>
        <w:t xml:space="preserve">[58:15] </w:t>
      </w:r>
      <w:r>
        <w:t>aur yeh Hazrat Umar ka yeh muamla tha, un ke bare mein aata hai: "kaan yata'allamu min kulli ahad". "kaan yata'allamu min kulli ahad" woh har ek se koi na koi baat seekh lete thay.</w:t>
      </w:r>
    </w:p>
    <w:p>
      <w:pPr>
        <w:jc w:val="right"/>
      </w:pPr>
      <w:r>
        <w:t>اور یہ حضرت عمر کا یہ معاملہ تھا، ان کے بارے میں آتا ہے: "کان یتعلم من کل احد"۔ "کان یتعلم من کل احد" وہ ہر ایک سے کوئی نہ کوئی بات سیکھ لیتے تھے۔</w:t>
      </w:r>
    </w:p>
    <w:p>
      <w:r>
        <w:rPr>
          <w:b/>
        </w:rPr>
        <w:t xml:space="preserve">[58:28] </w:t>
      </w:r>
      <w:r>
        <w:t>jinhon ne aisa kaha, un ko pata hi nahi hai ke intellectual exchange ki value kya hai. woh to ho ha karna jante hain, is se ziyada kuch unhein khabar nahi zindagi ka, kuch pata hi nahi un ko zindagi kya cheez hai.</w:t>
      </w:r>
    </w:p>
    <w:p>
      <w:pPr>
        <w:jc w:val="right"/>
      </w:pPr>
      <w:r>
        <w:t>جنہوں نے ایسا کہا، ان کو پتہ ہی نہیں ہے کہ انٹلیکچول ایکسچینج کی ویلیو کیا ہے۔ وہ تو ہوہا کرنا جانتے ہیں، اس سے زیادہ کچھ انہیں خبر نہیں زندگی کا، کچھ پتہ ہی نہیں ان کو زندگی کیا چیز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