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to a Mediterranean Island November 23, 2008</w:t>
      </w:r>
    </w:p>
    <w:p>
      <w:r>
        <w:t>https://youtu.be/uoOiuhWeSIQ</w:t>
      </w:r>
    </w:p>
    <w:p>
      <w:r>
        <w:rPr>
          <w:b/>
        </w:rPr>
        <w:t xml:space="preserve">[00:13] </w:t>
      </w:r>
      <w:r>
        <w:t>bismillah-hir-rehman-nir-rahim, wa salla Allahu ala an-nabiyyil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[00:36] </w:t>
      </w:r>
      <w:r>
        <w:t>aaj ka topic</w:t>
      </w:r>
    </w:p>
    <w:p>
      <w:pPr>
        <w:jc w:val="right"/>
      </w:pPr>
      <w:r>
        <w:t>آج کا ٹاپک</w:t>
      </w:r>
    </w:p>
    <w:p>
      <w:r>
        <w:rPr>
          <w:b/>
        </w:rPr>
        <w:t xml:space="preserve">[00:40] </w:t>
      </w:r>
      <w:r>
        <w:t>ek safar ke bare mein hai.</w:t>
      </w:r>
    </w:p>
    <w:p>
      <w:pPr>
        <w:jc w:val="right"/>
      </w:pPr>
      <w:r>
        <w:t>ایک سفر کے بارے میں ہے۔</w:t>
      </w:r>
    </w:p>
    <w:p>
      <w:r>
        <w:rPr>
          <w:b/>
        </w:rPr>
        <w:t xml:space="preserve">[00:44] </w:t>
      </w:r>
      <w:r>
        <w:t>is ka title hai:</w:t>
      </w:r>
    </w:p>
    <w:p>
      <w:pPr>
        <w:jc w:val="right"/>
      </w:pPr>
      <w:r>
        <w:t>اس کا ٹائٹل ہے:</w:t>
      </w:r>
    </w:p>
    <w:p>
      <w:r>
        <w:rPr>
          <w:b/>
        </w:rPr>
        <w:t xml:space="preserve">[00:48] </w:t>
      </w:r>
      <w:r>
        <w:t>"journey to a mediterranean island".</w:t>
      </w:r>
    </w:p>
    <w:p>
      <w:pPr>
        <w:jc w:val="right"/>
      </w:pPr>
      <w:r>
        <w:t>"جرنی ٹو ا میڈیٹیرین آئی لینڈ"۔</w:t>
      </w:r>
    </w:p>
    <w:p>
      <w:r>
        <w:rPr>
          <w:b/>
        </w:rPr>
        <w:t xml:space="preserve">[00:55] </w:t>
      </w:r>
      <w:r>
        <w:t>journey to a mediterranean island.</w:t>
      </w:r>
    </w:p>
    <w:p>
      <w:pPr>
        <w:jc w:val="right"/>
      </w:pPr>
      <w:r>
        <w:t>جرنی ٹو ا میڈیٹیرین آئی لینڈ۔</w:t>
      </w:r>
    </w:p>
    <w:p>
      <w:r>
        <w:rPr>
          <w:b/>
        </w:rPr>
        <w:t xml:space="preserve">[01:02] </w:t>
      </w:r>
      <w:r>
        <w:t>meri murad hai Cyprus se, jis ko arabic mein Qubrus kehte hain.</w:t>
      </w:r>
    </w:p>
    <w:p>
      <w:pPr>
        <w:jc w:val="right"/>
      </w:pPr>
      <w:r>
        <w:t>میری مراد ہے سائپرس سے، جس کو عربک میں قبرص کہتے ہیں۔</w:t>
      </w:r>
    </w:p>
    <w:p>
      <w:r>
        <w:rPr>
          <w:b/>
        </w:rPr>
        <w:t xml:space="preserve">[01:10] </w:t>
      </w:r>
      <w:r>
        <w:t>yeh jazeera hai mediterranean mein,</w:t>
      </w:r>
    </w:p>
    <w:p>
      <w:pPr>
        <w:jc w:val="right"/>
      </w:pPr>
      <w:r>
        <w:t>یہ جزیرہ ہے میڈیٹیرین میں،</w:t>
      </w:r>
    </w:p>
    <w:p>
      <w:r>
        <w:rPr>
          <w:b/>
        </w:rPr>
        <w:t xml:space="preserve">[01:15] </w:t>
      </w:r>
      <w:r>
        <w:t>Turkey ke paas, Europe ka hai, yani Europe ke continent ka ek jazeera. to wahan par ek international conference hui.</w:t>
      </w:r>
    </w:p>
    <w:p>
      <w:pPr>
        <w:jc w:val="right"/>
      </w:pPr>
      <w:r>
        <w:t>ترکی کے پاس، یورپ کا ہے، یعنی یورپ کے کانٹیننٹ کا ایک جزیرہ۔ تو وہاں پر ایک انٹرنیشنل کانفرنس ہوئی۔</w:t>
      </w:r>
    </w:p>
    <w:p>
      <w:r>
        <w:rPr>
          <w:b/>
        </w:rPr>
        <w:t xml:space="preserve">[01:28] </w:t>
      </w:r>
      <w:r>
        <w:t>aamina hazir thay community of Sant'Egidio, jo Vatican ke sarparasti mein qaim hui hai, Rome mein.</w:t>
      </w:r>
    </w:p>
    <w:p>
      <w:pPr>
        <w:jc w:val="right"/>
      </w:pPr>
      <w:r>
        <w:t>آمنہ حاضر تھے کمیونٹی آف سینٹ ایجیڈیو، جو ویٹیکن کے سرپرستی میں قائم ہوئی ہے، روم میں۔</w:t>
      </w:r>
    </w:p>
    <w:p>
      <w:r>
        <w:rPr>
          <w:b/>
        </w:rPr>
        <w:t xml:space="preserve">[01:42] </w:t>
      </w:r>
      <w:r>
        <w:t>to jab un ka invitation mila, is mein likha tha ke conference hogi Larnaca mein.</w:t>
      </w:r>
    </w:p>
    <w:p>
      <w:pPr>
        <w:jc w:val="right"/>
      </w:pPr>
      <w:r>
        <w:t>تو جب ان کا انویٹیشن ملا، اس میں لکھا تھا کہ کانفرنس ہوگی لار ناکا میں۔</w:t>
      </w:r>
    </w:p>
    <w:p>
      <w:r>
        <w:rPr>
          <w:b/>
        </w:rPr>
        <w:t xml:space="preserve">[01:52] </w:t>
      </w:r>
      <w:r>
        <w:t>L A R N A C A. is waqt mein Larnaca se bilkul is se bekhabar tha.</w:t>
      </w:r>
    </w:p>
    <w:p>
      <w:pPr>
        <w:jc w:val="right"/>
      </w:pPr>
      <w:r>
        <w:t>ایل اے آر این اے سی اے۔ اس وقت میں لار ناکا کا بالکل اس سے بے خبر تھا۔</w:t>
      </w:r>
    </w:p>
    <w:p>
      <w:r>
        <w:rPr>
          <w:b/>
        </w:rPr>
        <w:t xml:space="preserve">[02:05] </w:t>
      </w:r>
      <w:r>
        <w:t>mein janta nahi tha ke Larnaca kahan hai, kya hai. yeh naam mere liye bilkul unknown tha.</w:t>
      </w:r>
    </w:p>
    <w:p>
      <w:pPr>
        <w:jc w:val="right"/>
      </w:pPr>
      <w:r>
        <w:t>میں جانتا نہیں تھا کہ لار ناکا کہاں ہے، کیا ہے۔ یہ نام میرے لیے بالکل ان نون تھا۔</w:t>
      </w:r>
    </w:p>
    <w:p>
      <w:r>
        <w:rPr>
          <w:b/>
        </w:rPr>
        <w:t xml:space="preserve">[02:13] </w:t>
      </w:r>
      <w:r>
        <w:t>to mein</w:t>
      </w:r>
    </w:p>
    <w:p>
      <w:pPr>
        <w:jc w:val="right"/>
      </w:pPr>
      <w:r>
        <w:t>تو میں</w:t>
      </w:r>
    </w:p>
    <w:p>
      <w:r>
        <w:rPr>
          <w:b/>
        </w:rPr>
        <w:t xml:space="preserve">[02:16] </w:t>
      </w:r>
      <w:r>
        <w:t>apne aap ko by nature bohat ziyada helpless samajhta hoon. helplessness meri nature mein interbon hai.</w:t>
      </w:r>
    </w:p>
    <w:p>
      <w:pPr>
        <w:jc w:val="right"/>
      </w:pPr>
      <w:r>
        <w:t>اپنے آپ کو بائی نیچر بہت زیادہ ہیلپ لیس سمجھتا ہوں۔ ہیلپ لیسنس میری نیچر میں انٹربون ہے۔</w:t>
      </w:r>
    </w:p>
    <w:p>
      <w:r>
        <w:rPr>
          <w:b/>
        </w:rPr>
        <w:t xml:space="preserve">[02:30] </w:t>
      </w:r>
      <w:r>
        <w:t>to ek aisi jagah jana jo mediterranean mein hai, jis ka naam bhi mujhe nahi pata, nayi jagah</w:t>
      </w:r>
    </w:p>
    <w:p>
      <w:pPr>
        <w:jc w:val="right"/>
      </w:pPr>
      <w:r>
        <w:t>تو ایک ایسی جگہ جانا جو میڈیٹیرین میں ہے، جس کا نام بھی مجھے نہیں پتا، نئی جگہ</w:t>
      </w:r>
    </w:p>
    <w:p>
      <w:r>
        <w:rPr>
          <w:b/>
        </w:rPr>
        <w:t xml:space="preserve">[02:40] </w:t>
      </w:r>
      <w:r>
        <w:t>. to mein I was reluctant to accept this invitation.</w:t>
      </w:r>
    </w:p>
    <w:p>
      <w:pPr>
        <w:jc w:val="right"/>
      </w:pPr>
      <w:r>
        <w:t>۔ تو میں آئی واز ریلیکٹنٹ ٹو ایکسیپٹ دس انویٹیشن۔</w:t>
      </w:r>
    </w:p>
    <w:p>
      <w:r>
        <w:rPr>
          <w:b/>
        </w:rPr>
        <w:t xml:space="preserve">[02:50] </w:t>
      </w:r>
      <w:r>
        <w:t>bilkul mere dil mein yahi tha ke mein yeh nahi jana hai. pata nahi kya wahan hoga, kya nahi hoga, koi jangla hai ke kya hai. bilkul at the last, jis ko kehte hain at the eleventh hour, kuch aisa hua ke mujhe is ko confirm karna pada.</w:t>
      </w:r>
    </w:p>
    <w:p>
      <w:pPr>
        <w:jc w:val="right"/>
      </w:pPr>
      <w:r>
        <w:t>بالکل میرے دل میں یہی تھا کہ میں یہ نہیں جانا ہے۔ پتہ نہیں کیا وہاں ہوگا، کیا نہیں ہوگا، کوئی جنگل ہے کہ کیا ہے۔ بالکل ایٹ دا لیٹ، جس کو کہتے ہیں ایٹ دا الیونتھ اور، کچھ ایسا ہوا کہ مجھے اس کو کنفرم کرنا پڑا۔</w:t>
      </w:r>
    </w:p>
    <w:p>
      <w:r>
        <w:rPr>
          <w:b/>
        </w:rPr>
        <w:t xml:space="preserve">[03:09] </w:t>
      </w:r>
      <w:r>
        <w:t>aur phir hum teen aadmi wahan gaye. mein tha, Maulana Zikwan Nadvi thay, Mr. Rajat Malhotra.</w:t>
      </w:r>
    </w:p>
    <w:p>
      <w:pPr>
        <w:jc w:val="right"/>
      </w:pPr>
      <w:r>
        <w:t>اور پھر ہم تین آدمی وہاں گئے۔ میں تھا، مولانا ذکوان ندوی تھے، مسٹر رجت الملھوترا۔</w:t>
      </w:r>
    </w:p>
    <w:p>
      <w:r>
        <w:rPr>
          <w:b/>
        </w:rPr>
        <w:t xml:space="preserve">[03:21] </w:t>
      </w:r>
      <w:r>
        <w:t>to</w:t>
      </w:r>
    </w:p>
    <w:p>
      <w:pPr>
        <w:jc w:val="right"/>
      </w:pPr>
      <w:r>
        <w:t>تو</w:t>
      </w:r>
    </w:p>
    <w:p>
      <w:r>
        <w:rPr>
          <w:b/>
        </w:rPr>
        <w:t xml:space="preserve">[03:25] </w:t>
      </w:r>
      <w:r>
        <w:t>aakhir mein jis cheez ne mujhe jane par tayyar kiya, woh tha ek riwayat jo hadith mein aayi hai.</w:t>
      </w:r>
    </w:p>
    <w:p>
      <w:pPr>
        <w:jc w:val="right"/>
      </w:pPr>
      <w:r>
        <w:t>آخر میں جس چیز نے مجھے جانے پر تیار کیا، وہ تھا ایک روایت جو حدیث میں آئی ہے۔</w:t>
      </w:r>
    </w:p>
    <w:p>
      <w:r>
        <w:rPr>
          <w:b/>
        </w:rPr>
        <w:t xml:space="preserve">[03:35] </w:t>
      </w:r>
      <w:r>
        <w:t>woh mein bataunga aap ko detail mein, inshallah. ke ek sahabi khatoon safar karengi is jazeere tak.</w:t>
      </w:r>
    </w:p>
    <w:p>
      <w:pPr>
        <w:jc w:val="right"/>
      </w:pPr>
      <w:r>
        <w:t>وہ میں بتاؤں گا آپ کو ڈیٹیل میں، انشاءاللہ۔ کہ ایک صحابی خاتون سفر کریں گی اس جزیرے تک۔</w:t>
      </w:r>
    </w:p>
    <w:p>
      <w:r>
        <w:rPr>
          <w:b/>
        </w:rPr>
        <w:t xml:space="preserve">[03:46] </w:t>
      </w:r>
      <w:r>
        <w:t>toh khwab dekha tha rasool Allah salallahu alaihi wasallam ne. toh ek baar dekha, do baar khwab dekha. pehli baar khwab dekha toh jab aap ne khwab bayan kiya toh sahabi khatoon ne kaha ke aap dua karein ke mein bhi is jamaat mein reh</w:t>
      </w:r>
    </w:p>
    <w:p>
      <w:pPr>
        <w:jc w:val="right"/>
      </w:pPr>
      <w:r>
        <w:t>تو خواب دیکھا تھا رسول اللہ صلی اللہ علیہ وسلم نے۔ تو ایک بار دیکھا، دو بار خواب دیکھا۔ پہلی بار خواب دیکھا تو جب آپ نے خواب بیان کیا تو صحابیہ خاتون نے کہا کہ آپ دعا کریں کہ میں بھی اس جماعت میں رہ</w:t>
      </w:r>
    </w:p>
    <w:p>
      <w:r>
        <w:rPr>
          <w:b/>
        </w:rPr>
        <w:t xml:space="preserve">[04:03] </w:t>
      </w:r>
      <w:r>
        <w:t>oon. toh aap ne kaha ke tum is jamaat mein ho. phir dobara khwab dekha aap ne. toh phir aap ne bataya toh unhone kaha ke aap dua kijiye ke mein is mein bhi reh</w:t>
      </w:r>
    </w:p>
    <w:p>
      <w:pPr>
        <w:jc w:val="right"/>
      </w:pPr>
      <w:r>
        <w:t>وں۔ تو آپ نے کہا کہ تم اس جماعت میں ہو۔ پھر دوبارہ خواب دیکھا آپ نے۔ تو پھر آپ نے بتایا تو انہوں نے کہا کہ آپ دعا کیجیے کہ میں اس میں بھی رہ</w:t>
      </w:r>
    </w:p>
    <w:p>
      <w:r>
        <w:rPr>
          <w:b/>
        </w:rPr>
        <w:t xml:space="preserve">[04:13] </w:t>
      </w:r>
      <w:r>
        <w:t>oon. toh aap ne kaha ke nahin. tum first group mein ho lekin second group mein tum nahin ho. aur is ke bare mein hadith mein aaya hai ke woh log jo jayenge wahan, kalamaluk ala sirrah,</w:t>
      </w:r>
    </w:p>
    <w:p>
      <w:pPr>
        <w:jc w:val="right"/>
      </w:pPr>
      <w:r>
        <w:t>وں۔ تو آپ نے کہا کہ نہیں۔ تم فرسٹ گروپ میں ہو لیکن سکٹ گروپ میں تم نہیں ہو۔ اور اس کے بارے میں حدیث میں آیا ہے کہ وہ لوگ جو جائیں گے وہاں، کلملوک علی السرہ،</w:t>
      </w:r>
    </w:p>
    <w:p>
      <w:r>
        <w:rPr>
          <w:b/>
        </w:rPr>
        <w:t xml:space="preserve">[04:28] </w:t>
      </w:r>
      <w:r>
        <w:t>kalamaluk ala sirrah. yaani like like the kings seated on thrones.</w:t>
      </w:r>
    </w:p>
    <w:p>
      <w:pPr>
        <w:jc w:val="right"/>
      </w:pPr>
      <w:r>
        <w:t>کلملوک علی السرہ۔ یعنی لائک لائک دا کنگز سیٹڈ ان تھرونز۔</w:t>
      </w:r>
    </w:p>
    <w:p>
      <w:r>
        <w:rPr>
          <w:b/>
        </w:rPr>
        <w:t xml:space="preserve">[04:42] </w:t>
      </w:r>
      <w:r>
        <w:t>takht par baithe hue badshahon ki tarah. toh jannat ka safar ek royal journey ke zariye yeh ek ajeeb ghareeb ek ek dream tha mere liye ke shayad yeh good tidings jo hai woh woh hamare group par bhi saadiq aa jaye.</w:t>
      </w:r>
    </w:p>
    <w:p>
      <w:pPr>
        <w:jc w:val="right"/>
      </w:pPr>
      <w:r>
        <w:t>تخت پر بیٹھے ہوئے بادشاہوں کی طرح۔ تو جنت کا سفر ایک رائل جرنی کے ذریعے یہ ایک عجیب غریب ایک ایک ڈریم تھا میرے لیے کہ شاید یہ گڈ ٹائڈنگ جو ہے وہ وہ ہمارے گروپ پر بھی صادق آ جائے۔</w:t>
      </w:r>
    </w:p>
    <w:p>
      <w:r>
        <w:rPr>
          <w:b/>
        </w:rPr>
        <w:t xml:space="preserve">[05:03] </w:t>
      </w:r>
      <w:r>
        <w:t>yaani is ek cheez ke siwa koi aur cheez hamare liye incentive nahin thi wahan jaane ke liye. kyunke bilkul lagta tha ke jangalon mein ja rahe hain, desert mein ja rahe hain, andhere mein chhalang laga rahe hain, kuch pata nahin tha.</w:t>
      </w:r>
    </w:p>
    <w:p>
      <w:pPr>
        <w:jc w:val="right"/>
      </w:pPr>
      <w:r>
        <w:t>یعنی اس ایک چیز کے سوا کوئی اور چیز ہمارے لیے انسنٹو نہیں تھی وہاں جانے کے لیے۔ کیونکہ بالکل لگتا تھا کہ جنگل میں جا رہے ہیں، ڈیزرٹ میں جا رہے ہیں، اندھیرے میں چھلانگ لگا رہے ہیں، کچھ پتہ نہیں تھا۔</w:t>
      </w:r>
    </w:p>
    <w:p>
      <w:r>
        <w:rPr>
          <w:b/>
        </w:rPr>
        <w:t xml:space="preserve">[05:16] </w:t>
      </w:r>
      <w:r>
        <w:t>lekin yeh jo hadith mein aaya hai ke woh kalamaluk ala sirrah honge aur woh jannat mein jayenge royal journey karte hue.</w:t>
      </w:r>
    </w:p>
    <w:p>
      <w:pPr>
        <w:jc w:val="right"/>
      </w:pPr>
      <w:r>
        <w:t>لیکن یہ جو حدیث میں آیا ہے کہ وہ کلملوک علی السرہ ہوں گے اور وہ جنت میں جائیں گے رائل جرنی کرتے ہوئے۔</w:t>
      </w:r>
    </w:p>
    <w:p>
      <w:r>
        <w:rPr>
          <w:b/>
        </w:rPr>
        <w:t xml:space="preserve">[05:27] </w:t>
      </w:r>
      <w:r>
        <w:t>toh jo hadith mein aaya hai ke ana inda zanni abdi bi falayazunni bi khairan.</w:t>
      </w:r>
    </w:p>
    <w:p>
      <w:pPr>
        <w:jc w:val="right"/>
      </w:pPr>
      <w:r>
        <w:t>تو جو حدیث میں آیا ہے کہ انا عند ذن عبدی بی فلیزن بی بی خیرا۔</w:t>
      </w:r>
    </w:p>
    <w:p>
      <w:r>
        <w:rPr>
          <w:b/>
        </w:rPr>
        <w:t xml:space="preserve">[05:38] </w:t>
      </w:r>
      <w:r>
        <w:t>ek aur riwayat mein hai ke ana inda zanni abdi bi falayazunni bi ma shaa. toh mein ne socha ke shayad mein Allah se guman karoon, woh guman poora bhi ho jaye.</w:t>
      </w:r>
    </w:p>
    <w:p>
      <w:pPr>
        <w:jc w:val="right"/>
      </w:pPr>
      <w:r>
        <w:t>ایک اور روایت میں ہے کہ انا عند ذن عبدی بی فلیزن بی ماشاء۔ تو میں نے سوچا کہ شاید میں اللہ سے گمان کروں، وہ گمان پورا بھی ہو جائے۔</w:t>
      </w:r>
    </w:p>
    <w:p>
      <w:r>
        <w:rPr>
          <w:b/>
        </w:rPr>
        <w:t xml:space="preserve">[05:51] </w:t>
      </w:r>
      <w:r>
        <w:t>is tarah se mein wahan safar ke liye raazi hua.</w:t>
      </w:r>
    </w:p>
    <w:p>
      <w:pPr>
        <w:jc w:val="right"/>
      </w:pPr>
      <w:r>
        <w:t>اس طرح سے میں وہاں سفر کے لیے راضی ہوا۔</w:t>
      </w:r>
    </w:p>
    <w:p>
      <w:r>
        <w:rPr>
          <w:b/>
        </w:rPr>
        <w:t xml:space="preserve">[05:56] </w:t>
      </w:r>
      <w:r>
        <w:t>jo dono sahaba mere saath gaye the, aap un se pooch sakte hain ke yeh hamare jo safar tha, sach much hi woh royal journey ban gaya.</w:t>
      </w:r>
    </w:p>
    <w:p>
      <w:pPr>
        <w:jc w:val="right"/>
      </w:pPr>
      <w:r>
        <w:t>جو دونوں صحابہ میرے ساتھ گئے تھے، آپ ان سے پوچھ سکتے ہیں کہ یہ ہمارے جو سفر تھا، سچ مچ ہی وہ رائل جرنی بن گیا۔</w:t>
      </w:r>
    </w:p>
    <w:p>
      <w:r>
        <w:rPr>
          <w:b/>
        </w:rPr>
        <w:t xml:space="preserve">[06:08] </w:t>
      </w:r>
      <w:r>
        <w:t>yahan se wahan tak jaana, wahan se lotna, bilkul ek itna royal safar tha yeh ke kabhi mein ne is se pehle aisa koi safar nahin kiya tha. bohat hi anokha safar tha yeh.</w:t>
      </w:r>
    </w:p>
    <w:p>
      <w:pPr>
        <w:jc w:val="right"/>
      </w:pPr>
      <w:r>
        <w:t>یہاں سے وہاں تک جانا، وہاں سے لوٹنا، بالکل ایک اتنا رائل سفر تھا یہ کہ کبھی میں نے اس سے پہلے ایسا کوئی سفر نہیں کیا تھا۔ بہت ہی انوکھا سفر تھا یہ۔</w:t>
      </w:r>
    </w:p>
    <w:p>
      <w:r>
        <w:rPr>
          <w:b/>
        </w:rPr>
        <w:t xml:space="preserve">[06:22] </w:t>
      </w:r>
      <w:r>
        <w:t>toh baharhal is safar ke kuch lessons, kuch experience mein batana chahunga aap ko, share karna chahunga. toh pehli cheez toh mein yahi kahunga ke lack of confidence jo hai, bohat hi zyada baseless cheez hoti hai.</w:t>
      </w:r>
    </w:p>
    <w:p>
      <w:pPr>
        <w:jc w:val="right"/>
      </w:pPr>
      <w:r>
        <w:t>تو بہرحال اس سفر کے کچھ لیسنز، کچھ ایکسپیرینس میں بتانا چاہوں گا آپ کو، شیئر کرنا چاہوں گا۔ تو پہلی چیز تو میں یہی کہوں گا کہ لیک آف کانفیڈنس جو ہے، بہت ہی زیادہ بیس لیس چیز ہوتی ہے۔</w:t>
      </w:r>
    </w:p>
    <w:p>
      <w:r>
        <w:rPr>
          <w:b/>
        </w:rPr>
        <w:t xml:space="preserve">[06:40] </w:t>
      </w:r>
      <w:r>
        <w:t>kyunke mein, mein ne aap se kaha ke mein helplessness mein jeeta hoon hamesha.</w:t>
      </w:r>
    </w:p>
    <w:p>
      <w:pPr>
        <w:jc w:val="right"/>
      </w:pPr>
      <w:r>
        <w:t>کیونکہ میں، میں نے آپ سے کہا کہ میں ہیلپ لیسنس میں جیتا ہوں ہمیشہ۔</w:t>
      </w:r>
    </w:p>
    <w:p>
      <w:r>
        <w:rPr>
          <w:b/>
        </w:rPr>
        <w:t xml:space="preserve">[06:46] </w:t>
      </w:r>
      <w:r>
        <w:t>mera nature hai helplessness par. mere nature mein help help helplessness interbon hai. toh hamesha mein apne ko samajhta hoon ke mein toh kuch nahin kar paunga.</w:t>
      </w:r>
    </w:p>
    <w:p>
      <w:pPr>
        <w:jc w:val="right"/>
      </w:pPr>
      <w:r>
        <w:t>میرا نیچر ہے ہیلپ لیسنس پر۔ میرے نیچر میں ہیلپ ہیلپ ہیلپ لیسنس انٹربون ہے۔ تو ہمیشہ میں اپنے کو سمجھتا ہوں کہ میں تو کچھ نہیں کر پاؤں گا۔</w:t>
      </w:r>
    </w:p>
    <w:p>
      <w:r>
        <w:rPr>
          <w:b/>
        </w:rPr>
        <w:t xml:space="preserve">[07:02] </w:t>
      </w:r>
      <w:r>
        <w:t>lekin jab koi lack of confidence mere andar bohat zyada hai, balkeh confidence toh hai hi nahin mere andar.</w:t>
      </w:r>
    </w:p>
    <w:p>
      <w:pPr>
        <w:jc w:val="right"/>
      </w:pPr>
      <w:r>
        <w:t>لیکن جب کوئی لیک آف کانفیڈنس میرے اندر بہت زیادہ ہے، بلکہ کانفیڈنس تو ہے ہی نہیں میرے اندر۔</w:t>
      </w:r>
    </w:p>
    <w:p>
      <w:r>
        <w:rPr>
          <w:b/>
        </w:rPr>
        <w:t xml:space="preserve">[07:12] </w:t>
      </w:r>
      <w:r>
        <w:t>lekin phir mujhe Hazrat Masih ka woh yaad aata hai ke ek shakhs ne un ki baat suni aur woh mutasir hua.</w:t>
      </w:r>
    </w:p>
    <w:p>
      <w:pPr>
        <w:jc w:val="right"/>
      </w:pPr>
      <w:r>
        <w:t>لیکن پھر مجھے حضرت مسیح کا وہ یاد آتا ہے کہ ایک شخص نے ان کی بات سنی اور وہ متاثر ہوا۔</w:t>
      </w:r>
    </w:p>
    <w:p>
      <w:r>
        <w:rPr>
          <w:b/>
        </w:rPr>
        <w:t xml:space="preserve">[07:24] </w:t>
      </w:r>
      <w:r>
        <w:t>us ne kaha ke mein bhi chahta hoon ke karoon woh kaam jis ki taraf aap bulate hain logon ko. lekin mein kaise karunga? mere paas toh kuch hai nahin.</w:t>
      </w:r>
    </w:p>
    <w:p>
      <w:pPr>
        <w:jc w:val="right"/>
      </w:pPr>
      <w:r>
        <w:t>اس نے کہا کہ میں بھی چاہتا ہوں کہ کروں وہ کام جس کی طرف آپ بلاتے ہیں لوگوں کو۔ لیکن میں کیسے کروں گا؟ میرے پاس تو کچھ ہے نہیں۔</w:t>
      </w:r>
    </w:p>
    <w:p>
      <w:r>
        <w:rPr>
          <w:b/>
        </w:rPr>
        <w:t xml:space="preserve">[07:35] </w:t>
      </w:r>
      <w:r>
        <w:t>mein toh ek source less aadmi hoon.</w:t>
      </w:r>
    </w:p>
    <w:p>
      <w:pPr>
        <w:jc w:val="right"/>
      </w:pPr>
      <w:r>
        <w:t>میں تو ایک سورس لیس آدمی ہوں۔</w:t>
      </w:r>
    </w:p>
    <w:p>
      <w:r>
        <w:rPr>
          <w:b/>
        </w:rPr>
        <w:t xml:space="preserve">[07:39] </w:t>
      </w:r>
      <w:r>
        <w:t>Hazrat Masih ne kaha ke kitna, yaani kitna zabardast, ek hi shabd mein, ek hi sentence mein kitni zabardast baat hai.</w:t>
      </w:r>
    </w:p>
    <w:p>
      <w:pPr>
        <w:jc w:val="right"/>
      </w:pPr>
      <w:r>
        <w:t>حضرت مسیح نے کہا کہ کتنا، یعنی کتنا زبردست، ایک ہی शब्द میں، ایک ہی سینٹنس میں کتنی زبردست بات ہے۔</w:t>
      </w:r>
    </w:p>
    <w:p>
      <w:r>
        <w:rPr>
          <w:b/>
        </w:rPr>
        <w:t xml:space="preserve">[07:50] </w:t>
      </w:r>
      <w:r>
        <w:t>unhone kaha ke insaan se nahin ho sakta, magar Khuda se ho sakta hai. man can not do, but God can. yeh hai formula is baat ka ke aap kehte hain confidence kaise aaye.</w:t>
      </w:r>
    </w:p>
    <w:p>
      <w:pPr>
        <w:jc w:val="right"/>
      </w:pPr>
      <w:r>
        <w:t>انہوں نے کہا کہ انسان سے نہیں ہو سکتا، مگر خدا سے ہو سکتا ہے۔ مین کین ناٹ ڈو، بٹ گاڈ کین۔ یہ ہے فارمولا اس بات کا کہ آپ کہتے ہیں کانفیڈنس کیسے آئے۔</w:t>
      </w:r>
    </w:p>
    <w:p>
      <w:r>
        <w:rPr>
          <w:b/>
        </w:rPr>
        <w:t xml:space="preserve">[08:08] </w:t>
      </w:r>
      <w:r>
        <w:t>toh mein keh sakta hoon ke duniya mein shayad mein woh insaan hoon ke jis ke andar confidence bilkul hi nahin hai. lack of confidence mere andar, yaani extreme sense jo hai, uska is had tak mere andar lack of confidence hai.</w:t>
      </w:r>
    </w:p>
    <w:p>
      <w:pPr>
        <w:jc w:val="right"/>
      </w:pPr>
      <w:r>
        <w:t>تو میں کہہ سکتا ہوں کہ دنیا میں شاید میں وہ انسان ہوں کہ جس کے اندر کانفیڈنس بالکل ہی نہیں ہے۔ لیک آف کانفیڈنس میرے اندر، یعنی ایکسٹریمس سینس جو ہے، اس کا اس حد تک میرے اندر لیک آف کانفیڈنس ہے۔</w:t>
      </w:r>
    </w:p>
    <w:p>
      <w:r>
        <w:rPr>
          <w:b/>
        </w:rPr>
        <w:t xml:space="preserve">[08:25] </w:t>
      </w:r>
      <w:r>
        <w:t>lekin Hazrat Masih ka yeh jumla jo hai, hamesha mujhe yaad aata hai. man can not do, but God can. ke mujh se toh nahin ho sakta, magar Khuda se ho sakta hai.</w:t>
      </w:r>
    </w:p>
    <w:p>
      <w:pPr>
        <w:jc w:val="right"/>
      </w:pPr>
      <w:r>
        <w:t>لیکن حضرت مسیح کا یہ جملہ جو ہے، ہمیشہ مجھے یاد آتا ہے۔ مین کین ناٹ ڈو، بٹ گاڈ کین۔ کہ مجھ سے تو نہیں ہو سکتا، مگر خدا سے ہو سکتا ہے۔</w:t>
      </w:r>
    </w:p>
    <w:p>
      <w:r>
        <w:rPr>
          <w:b/>
        </w:rPr>
        <w:t xml:space="preserve">[08:38] </w:t>
      </w:r>
      <w:r>
        <w:t>isi isi cheez ko le kar ke mein safar mein rawana ho gaya. lekin Delhi airport se le kar Cyprus tak aur Cyprus se wapsi Delhi tak itna zabardast hamara safar tha</w:t>
      </w:r>
    </w:p>
    <w:p>
      <w:pPr>
        <w:jc w:val="right"/>
      </w:pPr>
      <w:r>
        <w:t>اسی اسی چیز کو لے کر کے میں سفر میں روانہ ہو گیا۔ لیکن دلی ایئرپورٹ سے لے کر سائپرس تک اور سائپرس سے واپسی دلی تک اتنا زبردست ہمارا سفر تھا</w:t>
      </w:r>
    </w:p>
    <w:p>
      <w:r>
        <w:rPr>
          <w:b/>
        </w:rPr>
        <w:t xml:space="preserve">[08:58] </w:t>
      </w:r>
      <w:r>
        <w:t>keh sach much lagta tha keh aik royal safar yeh hai. aur main samajhta hoon keh main is safar mein, woh sab log saath thay meri team ke jo by intention mere shareek thay.</w:t>
      </w:r>
    </w:p>
    <w:p>
      <w:pPr>
        <w:jc w:val="right"/>
      </w:pPr>
      <w:r>
        <w:t>کہ سچ مچ لگتا تھا کہ ایک رائل سفر یہ ہے۔ اور میں سمجھتا ہوں کہ میں اس سفر میں، وہ سب لوگ ساتھ تھے میری ٹیم کے جو بائی انٹینشن میرے شریک تھے۔</w:t>
      </w:r>
    </w:p>
    <w:p>
      <w:r>
        <w:rPr>
          <w:b/>
        </w:rPr>
        <w:t xml:space="preserve">[09:12] </w:t>
      </w:r>
      <w:r>
        <w:t>hamari team mein bohat se log hain, woh sab main jaanta hoon keh woh dua kar rahay thay keh yeh safar kamyab ho. un ki dua ne un ko hamaray saath shamil kar diya.</w:t>
      </w:r>
    </w:p>
    <w:p>
      <w:pPr>
        <w:jc w:val="right"/>
      </w:pPr>
      <w:r>
        <w:t>ہماری ٹیم میں بہت سے لوگ ہیں، وہ سب میں جانتا ہوں کہ وہ دعا کر رہے تھے کہ یہ سفر کامیاب ہو۔ ان کی دعا نے ان کو ہمارے ساتھ شامل کر دیا۔</w:t>
      </w:r>
    </w:p>
    <w:p>
      <w:r>
        <w:rPr>
          <w:b/>
        </w:rPr>
        <w:t xml:space="preserve">[09:25] </w:t>
      </w:r>
      <w:r>
        <w:t>main samajhta hoon keh sirf main teen aadmi nahi, balkeh hamara poora group is mein shareek tha. aur hum sab ke liye Khuda ne wohi likh diya jo jis ki basharat hadees mein aayi hai, inshallah.</w:t>
      </w:r>
    </w:p>
    <w:p>
      <w:pPr>
        <w:jc w:val="right"/>
      </w:pPr>
      <w:r>
        <w:t>میں سمجھتا ہوں کہ صرف میں تین آدمی نہیں، بلکہ ہمارا پورا گروپ اس میں شریک تھا۔ اور ہم سب کے لیے خدا نے وہی لکھ دیا جو جس کی بشارت حدیث میں آئی ہے، انشاءاللہ۔</w:t>
      </w:r>
    </w:p>
    <w:p>
      <w:r>
        <w:rPr>
          <w:b/>
        </w:rPr>
        <w:t xml:space="preserve">[09:39] </w:t>
      </w:r>
      <w:r>
        <w:t>to pehla jo mujhe sabaq mila, woh yahi tha keh lack of confidence is nothing.</w:t>
      </w:r>
    </w:p>
    <w:p>
      <w:pPr>
        <w:jc w:val="right"/>
      </w:pPr>
      <w:r>
        <w:t>تو پہلا جو مجھے سبق ملا، وہ یہی تھا کہ لیک آف کانفیڈنس از نتھنگ۔</w:t>
      </w:r>
    </w:p>
    <w:p>
      <w:r>
        <w:rPr>
          <w:b/>
        </w:rPr>
        <w:t xml:space="preserve">[09:49] </w:t>
      </w:r>
      <w:r>
        <w:t>dekhen, hota yeh hai keh aadmi apnay oopar, apnay aap ko dekhta hai to apnay aap ko pata hai keh meray paas to kuch bhi, kuch bhi nahi hai. keh jaisay hi aap Khuda ko dekhnay lagen to lagta hai Khuda ke paas to sab kuch hai.</w:t>
      </w:r>
    </w:p>
    <w:p>
      <w:pPr>
        <w:jc w:val="right"/>
      </w:pPr>
      <w:r>
        <w:t>دیکھیں، ہوتا یہ ہے کہ آدمی اپنے اوپر، اپنے آپ کو دیکھتا ہے تو اپنے آپ کو پتہ ہے کہ میرے پاس تو کچھ بھی، کچھ بھی نہیں ہے۔ کہ جیسے ہی آپ خدا کو دیکھنے لگیں تو لگتا ہے خدا کے پاس تو سب کچھ ہے۔</w:t>
      </w:r>
    </w:p>
    <w:p>
      <w:r>
        <w:rPr>
          <w:b/>
        </w:rPr>
        <w:t xml:space="preserve">[10:04] </w:t>
      </w:r>
      <w:r>
        <w:t>God is everything. I am nothing, but God is everything.</w:t>
      </w:r>
    </w:p>
    <w:p>
      <w:pPr>
        <w:jc w:val="right"/>
      </w:pPr>
      <w:r>
        <w:t>گاڈ از ایوری تھنگ۔ آئی ایم نتھنگ، بٹ گاڈ از ایوری تھنگ۔</w:t>
      </w:r>
    </w:p>
    <w:p>
      <w:r>
        <w:rPr>
          <w:b/>
        </w:rPr>
        <w:t xml:space="preserve">[10:12] </w:t>
      </w:r>
      <w:r>
        <w:t>to zindagi mein main samajhta hoon keh sab se bara jo source of conviction hai, source of confidence hai, woh yeh yaqeen hai keh Khuda meray saath hai.</w:t>
      </w:r>
    </w:p>
    <w:p>
      <w:pPr>
        <w:jc w:val="right"/>
      </w:pPr>
      <w:r>
        <w:t>تو زندگی میں میں سمجھتا ہوں کہ سب سے بڑا جو سورس آف کنوکشن ہے، سورس آف کانفیڈنس ہے، وہ یہ یقین ہے کہ خدا میرے ساتھ ہے۔</w:t>
      </w:r>
    </w:p>
    <w:p>
      <w:r>
        <w:rPr>
          <w:b/>
        </w:rPr>
        <w:t xml:space="preserve">[10:25] </w:t>
      </w:r>
      <w:r>
        <w:t>aur Quran majeed mein hai keh jo</w:t>
      </w:r>
    </w:p>
    <w:p>
      <w:pPr>
        <w:jc w:val="right"/>
      </w:pPr>
      <w:r>
        <w:t>اور قرآن مجید میں ہے کہ جو</w:t>
      </w:r>
    </w:p>
    <w:p>
      <w:r>
        <w:rPr>
          <w:b/>
        </w:rPr>
        <w:t xml:space="preserve">[10:31] </w:t>
      </w:r>
      <w:r>
        <w:t>aadmi Khuda par bharosa kare to aisi aisi shakalon se us par Khuda ki madad aati hai jis ko us ne pehlay socha bhi nahi tha.</w:t>
      </w:r>
    </w:p>
    <w:p>
      <w:pPr>
        <w:jc w:val="right"/>
      </w:pPr>
      <w:r>
        <w:t>آدمی خدا پر بھروسہ کرے تو ایسی ایسی شکلوں سے اس پر خدا کی مدد آتی ہے جس کو اس نے پہلے سوچا بھی نہیں تھا۔</w:t>
      </w:r>
    </w:p>
    <w:p>
      <w:r>
        <w:rPr>
          <w:b/>
        </w:rPr>
        <w:t xml:space="preserve">[10:47] </w:t>
      </w:r>
      <w:r>
        <w:t>woh is safar mein hamaray saath hua</w:t>
      </w:r>
    </w:p>
    <w:p>
      <w:pPr>
        <w:jc w:val="right"/>
      </w:pPr>
      <w:r>
        <w:t>وہ اس سفر میں ہمارے ساتھ ہوا</w:t>
      </w:r>
    </w:p>
    <w:p>
      <w:r>
        <w:rPr>
          <w:b/>
        </w:rPr>
        <w:t xml:space="preserve">[10:53] </w:t>
      </w:r>
      <w:r>
        <w:t>keh zara bhi hum ko apnay baray mein confident nahi tha keh hum safar mein kamyabi ke saath ja saktay hain aur aa saktay hain. aur aisa hua keh qadam qadam par help, qadam qadam par madad aur bohat hi royal andaaz mein.</w:t>
      </w:r>
    </w:p>
    <w:p>
      <w:pPr>
        <w:jc w:val="right"/>
      </w:pPr>
      <w:r>
        <w:t>کہ ذرا بھی ہم کو اپنے بارے میں کانفیڈنٹ نہیں تھا کہ ہم سفر میں کامیابی کے ساتھ جا سکتے ہیں اور آ سکتے ہیں۔ اور ایسا ہوا کہ قدم قدم پر ہیلپ، قدم قدم پر مدد اور بہت ہی رائل انداز میں۔</w:t>
      </w:r>
    </w:p>
    <w:p>
      <w:r>
        <w:rPr>
          <w:b/>
        </w:rPr>
        <w:t xml:space="preserve">[11:10] </w:t>
      </w:r>
      <w:r>
        <w:t>main aksar jab jaata hoon kahin to main sochta hoon keh jahaz utray ga, wahan koi aagay peechay nahi hoga, kahan jaon ga main? kahan jaon ga?</w:t>
      </w:r>
    </w:p>
    <w:p>
      <w:pPr>
        <w:jc w:val="right"/>
      </w:pPr>
      <w:r>
        <w:t>میں اکثر جب جاتا ہوں کہیں تو میں سوچتا ہوں کہ جہاز اترے گا، وہاں کوئی آگے پیچھے نہیں ہوگا، کہاں جاؤں گا میں؟ کہاں جاؤں گا؟</w:t>
      </w:r>
    </w:p>
    <w:p>
      <w:r>
        <w:rPr>
          <w:b/>
        </w:rPr>
        <w:t xml:space="preserve">[11:20] </w:t>
      </w:r>
      <w:r>
        <w:t>kiske paas jaon ga?</w:t>
      </w:r>
    </w:p>
    <w:p>
      <w:pPr>
        <w:jc w:val="right"/>
      </w:pPr>
      <w:r>
        <w:t>کس کے پاس جاؤں گا؟</w:t>
      </w:r>
    </w:p>
    <w:p>
      <w:r>
        <w:rPr>
          <w:b/>
        </w:rPr>
        <w:t xml:space="preserve">[11:22] </w:t>
      </w:r>
      <w:r>
        <w:t>aksar meray dimagh mein yeh rehta hai. is baar jab jahaz ne land kiya wahan to do aadmi pehlay se wahan kharay hue thay, jahan jahaz ne land kiya tha, wahan par kharay hue thay.</w:t>
      </w:r>
    </w:p>
    <w:p>
      <w:pPr>
        <w:jc w:val="right"/>
      </w:pPr>
      <w:r>
        <w:t>اکثر میرے دماغ میں یہ رہتا ہے۔ اس بار جب جہاز نے لینڈ کیا وہاں تو دو آدمی پہلے سے وہاں کھڑے ہوئے تھے، جہاں جہاز نے لینڈ کیا تھا، وہاں پر کھڑے ہوئے تھے۔</w:t>
      </w:r>
    </w:p>
    <w:p>
      <w:r>
        <w:rPr>
          <w:b/>
        </w:rPr>
        <w:t xml:space="preserve">[11:35] </w:t>
      </w:r>
      <w:r>
        <w:t>aur phir hum un ke saath ho gaye. unhon ne sara kaam, unhon ne kiya, humein to lounge mein bitha diya. unhon ne yeh pooray safar mein hua.</w:t>
      </w:r>
    </w:p>
    <w:p>
      <w:pPr>
        <w:jc w:val="right"/>
      </w:pPr>
      <w:r>
        <w:t>اور پھر ہم ان کے ساتھ ہو گئے۔ انہوں نے سارا کام، انہوں نے کیا، ہمیں تو لاونج میں بٹھا دیا۔ انہوں نے یہ پورے سفر میں ہوا۔</w:t>
      </w:r>
    </w:p>
    <w:p>
      <w:r>
        <w:rPr>
          <w:b/>
        </w:rPr>
        <w:t xml:space="preserve">[11:44] </w:t>
      </w:r>
      <w:r>
        <w:t>to</w:t>
      </w:r>
    </w:p>
    <w:p>
      <w:pPr>
        <w:jc w:val="right"/>
      </w:pPr>
      <w:r>
        <w:t>تو</w:t>
      </w:r>
    </w:p>
    <w:p>
      <w:r>
        <w:rPr>
          <w:b/>
        </w:rPr>
        <w:t xml:space="preserve">[11:50] </w:t>
      </w:r>
      <w:r>
        <w:t>main aap ko yeh kahoon ga keh aap aur hum jis mission mein, jis mission ko le kar aagay barh rahay hain, is mein aap hamesha yaad rakhen keh main to sirf duty poora karne ke liye is mein lag gaya hoon.</w:t>
      </w:r>
    </w:p>
    <w:p>
      <w:pPr>
        <w:jc w:val="right"/>
      </w:pPr>
      <w:r>
        <w:t>میں آپ کو یہ کہوں گا کہ آپ اور ہم جس مشن میں، جس مشن کو لے کر آگے بڑھ رہے ہیں، اس میں آپ ہمیشہ یاد رکھیں کہ میں تو صرف ڈیوٹی پورا کرنے کے لیے اس میں لگ گیا ہوں۔</w:t>
      </w:r>
    </w:p>
    <w:p>
      <w:r>
        <w:rPr>
          <w:b/>
        </w:rPr>
        <w:t xml:space="preserve">[12:09] </w:t>
      </w:r>
      <w:r>
        <w:t>baqi jo kuch ho raha hai, woh to Khuda ki taraf se hona hai.</w:t>
      </w:r>
    </w:p>
    <w:p>
      <w:pPr>
        <w:jc w:val="right"/>
      </w:pPr>
      <w:r>
        <w:t>باقی جو کچھ ہو رہا ہے، وہ تو خدا کی طرف سے ہونا ہے۔</w:t>
      </w:r>
    </w:p>
    <w:p>
      <w:r>
        <w:rPr>
          <w:b/>
        </w:rPr>
        <w:t xml:space="preserve">[12:12] </w:t>
      </w:r>
      <w:r>
        <w:t>woh Khuda karay ga. aur inshallah jab bhi aadmi Khuda par bharosa karta hai to Khuda us ke bharose ko poora karta hai.</w:t>
      </w:r>
    </w:p>
    <w:p>
      <w:pPr>
        <w:jc w:val="right"/>
      </w:pPr>
      <w:r>
        <w:t>وہ خدا کرے گا۔ اور انشاءاللہ جب بھی آدمی خدا پر بھروسہ کرتا ہے تو خدا اس کے بھروسے کو پورا کرتا ہے۔</w:t>
      </w:r>
    </w:p>
    <w:p>
      <w:r>
        <w:rPr>
          <w:b/>
        </w:rPr>
        <w:t xml:space="preserve">[12:21] </w:t>
      </w:r>
      <w:r>
        <w:t>is mein koi shakk nahi hai. to aik baat yeh thi. doosri baat jo main kehna chahoon ga yeh keh jab main Cyprus pohancha to main samajhta tha keh wahan koi na Indian hoga, na koi Pakistani hoga, na koi nojawan hoga.</w:t>
      </w:r>
    </w:p>
    <w:p>
      <w:pPr>
        <w:jc w:val="right"/>
      </w:pPr>
      <w:r>
        <w:t>اس میں کوئی شک نہیں ہے۔ تو ایک بات یہ تھی۔ دوسری بات جو میں کہنا چاہوں گا یہ کہ جب میں سائپرس پہنچا تو میں سمجھتا تھا کہ وہاں کوئی نہ انڈین ہوگا، نہ کوئی پاکستانی ہوگا، نہ کوئی نوجوان ہوگا۔</w:t>
      </w:r>
    </w:p>
    <w:p>
      <w:r>
        <w:rPr>
          <w:b/>
        </w:rPr>
        <w:t xml:space="preserve">[12:41] </w:t>
      </w:r>
      <w:r>
        <w:t>aisi mind mein tha. bas</w:t>
      </w:r>
    </w:p>
    <w:p>
      <w:pPr>
        <w:jc w:val="right"/>
      </w:pPr>
      <w:r>
        <w:t>ایسی مائنڈ میں تھا۔ بس</w:t>
      </w:r>
    </w:p>
    <w:p>
      <w:r>
        <w:rPr>
          <w:b/>
        </w:rPr>
        <w:t xml:space="preserve">[12:45] </w:t>
      </w:r>
      <w:r>
        <w:t>aik masjid mein hum ne namaz parhi, bohat bari masjid thi. woh shayad wahan ki sab se bari masjid thi. bohat se Pakistani larkay wahan, nojawan log maujood thay.</w:t>
      </w:r>
    </w:p>
    <w:p>
      <w:pPr>
        <w:jc w:val="right"/>
      </w:pPr>
      <w:r>
        <w:t>ایک مسجد میں ہم نے نماز پڑھی، بہت بڑی مسجد تھی۔ وہ شاید وہاں کی سب سے بڑی مسجد تھی۔ بہت سے پاکستانی لڑکے وہاں، نوجوان لوگ موجود تھے۔</w:t>
      </w:r>
    </w:p>
    <w:p>
      <w:r>
        <w:rPr>
          <w:b/>
        </w:rPr>
        <w:t xml:space="preserve">[12:55] </w:t>
      </w:r>
      <w:r>
        <w:t>maloom hua keh wahan taqreeban aik lakh Pakistani hain. Cyprus mein</w:t>
      </w:r>
    </w:p>
    <w:p>
      <w:pPr>
        <w:jc w:val="right"/>
      </w:pPr>
      <w:r>
        <w:t>معلوم ہوا کہ وہاں تقریباً ایک لاکھ پاکستانی ہیں۔ سائپرس میں</w:t>
      </w:r>
    </w:p>
    <w:p>
      <w:r>
        <w:rPr>
          <w:b/>
        </w:rPr>
        <w:t xml:space="preserve">[13:03] </w:t>
      </w:r>
      <w:r>
        <w:t>aisi Indian hain, aisi African hain, bohat se wahan bharay bhi hain. sab</w:t>
      </w:r>
    </w:p>
    <w:p>
      <w:pPr>
        <w:jc w:val="right"/>
      </w:pPr>
      <w:r>
        <w:t>ایسی انڈین ہیں، ایسی افریکن ہیں، بہت سے وہاں بھرے بھی ہیں۔ سب</w:t>
      </w:r>
    </w:p>
    <w:p>
      <w:r>
        <w:rPr>
          <w:b/>
        </w:rPr>
        <w:t xml:space="preserve">[13:11] </w:t>
      </w:r>
      <w:r>
        <w:t>yeh dear Muslims in diaspora.</w:t>
      </w:r>
    </w:p>
    <w:p>
      <w:pPr>
        <w:jc w:val="right"/>
      </w:pPr>
      <w:r>
        <w:t>یہ دیر مسلمز ان ڈائسپورا۔</w:t>
      </w:r>
    </w:p>
    <w:p>
      <w:r>
        <w:rPr>
          <w:b/>
        </w:rPr>
        <w:t xml:space="preserve">[13:16] </w:t>
      </w:r>
      <w:r>
        <w:t>mein samajhta hoon ke sab se bara history mein, yaani meaningful diaspora tha sahaba ka. aap jante hain ke rasool Allah sal Allah alaihi wasallam ne kaha tha ke tum log phail jao dunya mein aur mere masjid ko phailao.</w:t>
      </w:r>
    </w:p>
    <w:p>
      <w:pPr>
        <w:jc w:val="right"/>
      </w:pPr>
      <w:r>
        <w:t>میں سمجھتا ہوں کہ سب سے بڑا ہسٹری میں، یعنی میننگ فل ڈائسپورا تھا صحابہ کا۔ آپ جانتے ہیں کہ رسول اللہ صلی اللہ علیہ وسلم نے کہا تھا کہ تم لوگ پھیل جاؤ دنیا میں اور میرے مسجد کو پھیلاؤ۔</w:t>
      </w:r>
    </w:p>
    <w:p>
      <w:r>
        <w:rPr>
          <w:b/>
        </w:rPr>
        <w:t xml:space="preserve">[13:32] </w:t>
      </w:r>
      <w:r>
        <w:t>in Allah</w:t>
      </w:r>
    </w:p>
    <w:p>
      <w:pPr>
        <w:jc w:val="right"/>
      </w:pPr>
      <w:r>
        <w:t>ان اللہ</w:t>
      </w:r>
    </w:p>
    <w:p>
      <w:r>
        <w:rPr>
          <w:b/>
        </w:rPr>
        <w:t xml:space="preserve">[13:37] </w:t>
      </w:r>
      <w:r>
        <w:t>to wohin se aadmi rawana ho gaya.</w:t>
      </w:r>
    </w:p>
    <w:p>
      <w:pPr>
        <w:jc w:val="right"/>
      </w:pPr>
      <w:r>
        <w:t>تو وہیں سے آدمی روانہ ہو گیا۔</w:t>
      </w:r>
    </w:p>
    <w:p>
      <w:r>
        <w:rPr>
          <w:b/>
        </w:rPr>
        <w:t xml:space="preserve">[13:40] </w:t>
      </w:r>
      <w:r>
        <w:t>kitabon mein aata hai ke jis ka ghoda jis taraf tha, usi taraf woh chal nikla. aap jante hain ke makka madina mein bohat hi kam qabrein hain sahaba ki. kyun?</w:t>
      </w:r>
    </w:p>
    <w:p>
      <w:pPr>
        <w:jc w:val="right"/>
      </w:pPr>
      <w:r>
        <w:t>کتابوں میں آتا ہے کہ جس کا گھوڑا جس طرف تھا، اسی طرف وہ چل نکلا۔ آپ جانتے ہیں کہ مکہ مدینہ میں بہت ہی کم قبریں ہیں صحابہ کی۔ کیوں؟</w:t>
      </w:r>
    </w:p>
    <w:p>
      <w:r>
        <w:rPr>
          <w:b/>
        </w:rPr>
        <w:t xml:space="preserve">[13:49] </w:t>
      </w:r>
      <w:r>
        <w:t>bahar chale gaye log. inhi mein se ek woh sahabi thi jinka naam rumaisa tha aur unki kuniyat umm e haraam thi.</w:t>
      </w:r>
    </w:p>
    <w:p>
      <w:pPr>
        <w:jc w:val="right"/>
      </w:pPr>
      <w:r>
        <w:t>باہر چلے گئے لوگ۔ انہی میں سے ایک وہ صحابیہ تھی جن کا نام رمیسہ تھا اور ان کی کنیت ام حرام تھی۔</w:t>
      </w:r>
    </w:p>
    <w:p>
      <w:r>
        <w:rPr>
          <w:b/>
        </w:rPr>
        <w:t xml:space="preserve">[13:59] </w:t>
      </w:r>
      <w:r>
        <w:t>woh gayin, wahan tak pahunch gayin, yaani cyprus tak.</w:t>
      </w:r>
    </w:p>
    <w:p>
      <w:pPr>
        <w:jc w:val="right"/>
      </w:pPr>
      <w:r>
        <w:t>وہ گئیں، وہاں تک پہنچ گئیں، یعنی قبرس تک۔</w:t>
      </w:r>
    </w:p>
    <w:p>
      <w:r>
        <w:rPr>
          <w:b/>
        </w:rPr>
        <w:t xml:space="preserve">[14:07] </w:t>
      </w:r>
      <w:r>
        <w:t>arabi kitabon mein un ke baray mein likha aata hai ke ladawa e islamiya, yaani she went to cyprus for islamic dawa.</w:t>
      </w:r>
    </w:p>
    <w:p>
      <w:pPr>
        <w:jc w:val="right"/>
      </w:pPr>
      <w:r>
        <w:t>عربی کتابوں میں ان کے بارے میں لکھا آتا ہے کہ لدعوی الاسلامیہ، یعنی شی وینٹ ٹو سائپرس فار فار اسلامک دعویٰ۔</w:t>
      </w:r>
    </w:p>
    <w:p>
      <w:r>
        <w:rPr>
          <w:b/>
        </w:rPr>
        <w:t xml:space="preserve">[14:20] </w:t>
      </w:r>
      <w:r>
        <w:t>bataiye ke woh makka mein paida huin, phir madina gayin, madina damishq gayin,</w:t>
      </w:r>
    </w:p>
    <w:p>
      <w:pPr>
        <w:jc w:val="right"/>
      </w:pPr>
      <w:r>
        <w:t>بتائیے کہ وہ مکہ میں پیدا ہوئیں، پھر مدینہ گئیں، مدینہ دمشق گئیں،</w:t>
      </w:r>
    </w:p>
    <w:p>
      <w:r>
        <w:rPr>
          <w:b/>
        </w:rPr>
        <w:t xml:space="preserve">[14:26] </w:t>
      </w:r>
      <w:r>
        <w:t>damishq hums pahunchi, hums materian ke sahil par kashti mein sawar huin aur hotay hotay pahunch gayin cyprus.</w:t>
      </w:r>
    </w:p>
    <w:p>
      <w:pPr>
        <w:jc w:val="right"/>
      </w:pPr>
      <w:r>
        <w:t>دمشق ہمس پہنچی، ہمس میٹیرین کے ساحل پر کشتی میں سوار ہوئیں اور ہوتے ہوتے پہنچ گئیں سائپرس۔</w:t>
      </w:r>
    </w:p>
    <w:p>
      <w:r>
        <w:rPr>
          <w:b/>
        </w:rPr>
        <w:t xml:space="preserve">[14:35] </w:t>
      </w:r>
      <w:r>
        <w:t>aur un ki qabar jo hai, woh is mein hai larnaca mein. yaani kaisa in logon ke andar josh tha jab ke koi saadhan nahi hota tha.</w:t>
      </w:r>
    </w:p>
    <w:p>
      <w:pPr>
        <w:jc w:val="right"/>
      </w:pPr>
      <w:r>
        <w:t>اور ان کی قبر جو ہے، وہ اس میں ہے لارناک میں۔ یعنی کیسا ان لوگوں کے اندر جوش تھا جبکہ کوئی سادن نہیں ہوتا تھا۔</w:t>
      </w:r>
    </w:p>
    <w:p>
      <w:r>
        <w:rPr>
          <w:b/>
        </w:rPr>
        <w:t xml:space="preserve">[14:45] </w:t>
      </w:r>
      <w:r>
        <w:t>aaj to saadhan hai. aaj to aap ke paas sari cheezein hain.</w:t>
      </w:r>
    </w:p>
    <w:p>
      <w:pPr>
        <w:jc w:val="right"/>
      </w:pPr>
      <w:r>
        <w:t>آج تو سادن ہے۔ آج تو آپ کے پاس ساری چیزیں ہیں۔</w:t>
      </w:r>
    </w:p>
    <w:p>
      <w:r>
        <w:rPr>
          <w:b/>
        </w:rPr>
        <w:t xml:space="preserve">[14:54] </w:t>
      </w:r>
      <w:r>
        <w:t>jab mein safar mein gaya to mujhe wahan par hotel mein mujhe ek baat yaad aayi ke aap jante hain aaj kal ke zamanay mein jo hotel hotay hain to wahan bistar bhi hota hai.</w:t>
      </w:r>
    </w:p>
    <w:p>
      <w:pPr>
        <w:jc w:val="right"/>
      </w:pPr>
      <w:r>
        <w:t>جب میں سفر میں گیا تو مجھے وہاں پر ہوٹل میں مجھے ایک بات یاد آئی کہ آپ جانتے ہیں آج کل کے زمانے میں جو ہوٹل ہوتے ہیں تو وہاں بستر بھی ہوتا ہے۔</w:t>
      </w:r>
    </w:p>
    <w:p>
      <w:r>
        <w:rPr>
          <w:b/>
        </w:rPr>
        <w:t xml:space="preserve">[15:04] </w:t>
      </w:r>
      <w:r>
        <w:t>aap ko saath kuch le lena jana parta. lekin mein apni naujawani ki umar mein jab tha to holdall lena parta tha. aap log shayad yeh lafz bhi na jante hon kyunke ab yeh lafz chalta nahi.</w:t>
      </w:r>
    </w:p>
    <w:p>
      <w:pPr>
        <w:jc w:val="right"/>
      </w:pPr>
      <w:r>
        <w:t>آپ کو ساتھ کچھ لے لینا جانا پڑتا۔ لیکن میں اپنی نوجوانی کی عمر میں جب تھا تو ہولڈال لینا پڑتا تھا۔ آپ لوگ شاید یہ لفظ بھی نہ جانتے ہوں کیونکہ اب یہ لفظ چلتا نہیں۔</w:t>
      </w:r>
    </w:p>
    <w:p>
      <w:r>
        <w:rPr>
          <w:b/>
        </w:rPr>
        <w:t xml:space="preserve">[15:16] </w:t>
      </w:r>
      <w:r>
        <w:t>aaj koi nahi janta ho ke holdall kya cheez hai.</w:t>
      </w:r>
    </w:p>
    <w:p>
      <w:pPr>
        <w:jc w:val="right"/>
      </w:pPr>
      <w:r>
        <w:t>آج کوئی نہیں جانتا ہو کہ ہولڈال کیا چیز ہے۔</w:t>
      </w:r>
    </w:p>
    <w:p>
      <w:r>
        <w:rPr>
          <w:b/>
        </w:rPr>
        <w:t xml:space="preserve">[15:19] </w:t>
      </w:r>
      <w:r>
        <w:t>hold all, holdall ek bara sa bag hota tha, is mein bistar rakhna parta tha. jaaray ke zamanay mein aap ko tosha aur razai rakhni parti thi aur is ko dhona parta tha.</w:t>
      </w:r>
    </w:p>
    <w:p>
      <w:pPr>
        <w:jc w:val="right"/>
      </w:pPr>
      <w:r>
        <w:t>ہولڈ ال، ہولڈال ایک بڑا سا بیگ ہوتا تھا، اس میں بستر رکھنا پڑتا تھا۔ جاڑے کے زمانے میں آپ کو توشہ اور رضائی رکھنی پڑتی تھی اور اس کو ڈھونا پڑتا تھا۔</w:t>
      </w:r>
    </w:p>
    <w:p>
      <w:r>
        <w:rPr>
          <w:b/>
        </w:rPr>
        <w:t xml:space="preserve">[15:33] </w:t>
      </w:r>
      <w:r>
        <w:t>ab koi holdall ki zaroorat nahi hai. aap jaiye wahan par aur sara samaan maujood hai. wahan toilet hai, wahan pani hai, wahan bed hai, wahan sab kuch hai.</w:t>
      </w:r>
    </w:p>
    <w:p>
      <w:pPr>
        <w:jc w:val="right"/>
      </w:pPr>
      <w:r>
        <w:t>اب کوئی ہولڈال کی ضرورت نہیں ہے۔ آپ جائیے وہاں پر اور سارا سامان موجود ہے۔ وہاں ٹوائلٹ ہے، وہاں پانی ہے، وہاں بیڈ ہے، وہاں سب کچھ ہے۔</w:t>
      </w:r>
    </w:p>
    <w:p>
      <w:r>
        <w:rPr>
          <w:b/>
        </w:rPr>
        <w:t xml:space="preserve">[15:43] </w:t>
      </w:r>
      <w:r>
        <w:t>hotel ke kamray mein us waqt pahunch chalna</w:t>
      </w:r>
    </w:p>
    <w:p>
      <w:pPr>
        <w:jc w:val="right"/>
      </w:pPr>
      <w:r>
        <w:t>ہوٹل کے کمرے میں اس وقت پہنچ چلنا</w:t>
      </w:r>
    </w:p>
    <w:p>
      <w:r>
        <w:rPr>
          <w:b/>
        </w:rPr>
        <w:t xml:space="preserve">[15:47] </w:t>
      </w:r>
      <w:r>
        <w:t>parta tha, oont par khachar par baithna parta tha. aaj aate hain aap car se, hawai jahaz se aur door ka safar bohat kam time mein ho jata hai.</w:t>
      </w:r>
    </w:p>
    <w:p>
      <w:pPr>
        <w:jc w:val="right"/>
      </w:pPr>
      <w:r>
        <w:t>پڑتا تھا، اونٹ پر خچر پر بیٹھنا پڑتا تھا۔ آج آتے ہیں آپ کار سے، ہوائی جہاز سے اور دور کا سفر بہت کم ٹائم میں ہو جاتا ہے۔</w:t>
      </w:r>
    </w:p>
    <w:p>
      <w:r>
        <w:rPr>
          <w:b/>
        </w:rPr>
        <w:t xml:space="preserve">[16:00] </w:t>
      </w:r>
      <w:r>
        <w:t>to yeh log jo muslims hain, diaspora sari dunya mein phailay hue hain.</w:t>
      </w:r>
    </w:p>
    <w:p>
      <w:pPr>
        <w:jc w:val="right"/>
      </w:pPr>
      <w:r>
        <w:t>تو یہ لوگ جو مسلمز ہیں، ڈائسپورا ساری دنیا میں پھیلے ہوئے ہیں۔</w:t>
      </w:r>
    </w:p>
    <w:p>
      <w:r>
        <w:rPr>
          <w:b/>
        </w:rPr>
        <w:t xml:space="preserve">[16:09] </w:t>
      </w:r>
      <w:r>
        <w:t>mein to mere andazay ke mutabiq kam az kam, yaani yeh log jo hain, yaani 20 million log jo hain, bahar ki dunya mein phailay hue hain.</w:t>
      </w:r>
    </w:p>
    <w:p>
      <w:pPr>
        <w:jc w:val="right"/>
      </w:pPr>
      <w:r>
        <w:t>میں تو میرے اندازے کے مطابق کم از کم، یعنی یہ لوگ جو ہیں، یعنی 20 ملین لوگ جو ہیں، باہر کی دنیا میں پھیلے ہوئے ہیں۔</w:t>
      </w:r>
    </w:p>
    <w:p>
      <w:r>
        <w:rPr>
          <w:b/>
        </w:rPr>
        <w:t xml:space="preserve">[16:21] </w:t>
      </w:r>
      <w:r>
        <w:t>kam az kam seven billion to sirf America mein hain.</w:t>
      </w:r>
    </w:p>
    <w:p>
      <w:pPr>
        <w:jc w:val="right"/>
      </w:pPr>
      <w:r>
        <w:t>کم از کم سیون بلین تو صرف امریکہ میں ہیں۔</w:t>
      </w:r>
    </w:p>
    <w:p>
      <w:r>
        <w:rPr>
          <w:b/>
        </w:rPr>
        <w:t xml:space="preserve">[16:28] </w:t>
      </w:r>
      <w:r>
        <w:t>to sahaba jo gaye thay, kis liye gaye thay? woh gaye thay dawa work ke liye. ab jo aate hain, jo log kis liye?</w:t>
      </w:r>
    </w:p>
    <w:p>
      <w:pPr>
        <w:jc w:val="right"/>
      </w:pPr>
      <w:r>
        <w:t>تو صحابہ جو گئے تھے، کس لیے گئے تھے؟ وہ گئے تھے دعویٰ ورک کے لیے۔ اب جو آتے ہیں، جو لوگ کس لیے؟</w:t>
      </w:r>
    </w:p>
    <w:p>
      <w:r>
        <w:rPr>
          <w:b/>
        </w:rPr>
        <w:t xml:space="preserve">[16:37] </w:t>
      </w:r>
      <w:r>
        <w:t>sirf money ke liye, job ke liye, paise ke liye. to un ke zamanay mein kya hua? sari dunya mein Islam ka dabdaba qaim ho gaya.</w:t>
      </w:r>
    </w:p>
    <w:p>
      <w:pPr>
        <w:jc w:val="right"/>
      </w:pPr>
      <w:r>
        <w:t>صرف منی کے لیے، جاب کے لیے، پیسے کے لیے۔ تو ان کے زمانے میں کیا ہوا؟ ساری دنیا میں اسلام کا دبدبہ قائم ہو گیا۔</w:t>
      </w:r>
    </w:p>
    <w:p>
      <w:r>
        <w:rPr>
          <w:b/>
        </w:rPr>
        <w:t xml:space="preserve">[16:48] </w:t>
      </w:r>
      <w:r>
        <w:t>aaj kuch bhi nahi ho raha hai. woh jatay thay denay ke liye, yeh log gaye hain lenay ke liye. and there is big difference between giver and taker.</w:t>
      </w:r>
    </w:p>
    <w:p>
      <w:pPr>
        <w:jc w:val="right"/>
      </w:pPr>
      <w:r>
        <w:t>آج کچھ بھی نہیں ہو رہا ہے۔ وہ جاتے تھے دینے کے لیے، یہ لوگ گئے ہیں لینے کے لیے۔ اینڈ دیر از بگ ڈفرنس بٹوین گیور اینڈ ٹیکر۔</w:t>
      </w:r>
    </w:p>
    <w:p>
      <w:r>
        <w:rPr>
          <w:b/>
        </w:rPr>
        <w:t xml:space="preserve">[17:03] </w:t>
      </w:r>
      <w:r>
        <w:t>woh jo thay, woh giver group ke tor par gaye thay. ab hum jatay hain taker group ke tor par.</w:t>
      </w:r>
    </w:p>
    <w:p>
      <w:pPr>
        <w:jc w:val="right"/>
      </w:pPr>
      <w:r>
        <w:t>وہ جو تھے، وہ گیور گروپ کے طور پر گئے تھے۔ اب ہم جاتے ہیں ٹیکر گروپ کے طور پر۔</w:t>
      </w:r>
    </w:p>
    <w:p>
      <w:r>
        <w:rPr>
          <w:b/>
        </w:rPr>
        <w:t xml:space="preserve">[17:13] </w:t>
      </w:r>
      <w:r>
        <w:t>phir aik cheez mujhe bohat bari baat mujhe samajh aai is tajrubay se. is zamane mein taqreeban sari dunya mein aik bohat bari cheez thi is ko ke jis se log be khabar rahe, un aware rahe.</w:t>
      </w:r>
    </w:p>
    <w:p>
      <w:pPr>
        <w:jc w:val="right"/>
      </w:pPr>
      <w:r>
        <w:t>پھر ایک چیز مجھے بہت بڑی بات مجھے سمجھ آئی اس تجربے سے۔ اس زمانے میں تقریباً ساری دنیا میں ایک بہت بڑی چیز تھی اس کو کہ جس سے لوگ بے خبر رہے، ان ایور رہے۔</w:t>
      </w:r>
    </w:p>
    <w:p>
      <w:r>
        <w:rPr>
          <w:b/>
        </w:rPr>
        <w:t xml:space="preserve">[17:31] </w:t>
      </w:r>
      <w:r>
        <w:t>woh kya? aik zamana aaya tha jis ko hum kehte hain global village ya globalization. mein jahan tak parha, tamam log globalization ko negative sense mein lete hain.</w:t>
      </w:r>
    </w:p>
    <w:p>
      <w:pPr>
        <w:jc w:val="right"/>
      </w:pPr>
      <w:r>
        <w:t>وہ کیا؟ ایک زمانہ آیا تھا جس کو ہم کہتے ہیں گلوبل ولیج یا گلوبلائزیشن۔ میں جہاں تک پڑھا، تمام لوگ گلوبلائزیشن کو نیگیٹیو سینس میں لیتے ہیں۔</w:t>
      </w:r>
    </w:p>
    <w:p>
      <w:r>
        <w:rPr>
          <w:b/>
        </w:rPr>
        <w:t xml:space="preserve">[17:49] </w:t>
      </w:r>
      <w:r>
        <w:t>dilli mein aik jamaat ka head quarter hai, is ne aik kitaab chhaap rakhi hai globalization ke khilaaf aur bohat hi buray andaaz mein globalization ke khilaaf is mein chhaapa hua hai.</w:t>
      </w:r>
    </w:p>
    <w:p>
      <w:pPr>
        <w:jc w:val="right"/>
      </w:pPr>
      <w:r>
        <w:t>دلی میں ایک جماعت کا ہیڈ کوارٹر ہے، اس نے ایک کتاب چھاپ رکھی ہے گلوبلائزیشن کے خلاف اور بہت ہی برے انداز میں گلوبلائزیشن کے خلاف اس میں چھپا ہوا ہے۔</w:t>
      </w:r>
    </w:p>
    <w:p>
      <w:r>
        <w:rPr>
          <w:b/>
        </w:rPr>
        <w:t xml:space="preserve">[18:00] </w:t>
      </w:r>
      <w:r>
        <w:t>aap kahein to mere paas aaiye, bata doon ga is ka baray mein. to globalization ko logon ne negative sense mein liya, yaani unhone samjha ke yeh new form of colonization,</w:t>
      </w:r>
    </w:p>
    <w:p>
      <w:pPr>
        <w:jc w:val="right"/>
      </w:pPr>
      <w:r>
        <w:t>آپ کہیں تو میرے پاس آئیے، بتا دوں گا اس کا بارے میں۔ تو گلوبلائزیشن کو لوگوں نے نیگیٹیو سینس میں لیا، یعنی انہوں نے سمجھا کہ یہ نیو فارم آف کلونائزیشن،</w:t>
      </w:r>
    </w:p>
    <w:p>
      <w:r>
        <w:rPr>
          <w:b/>
        </w:rPr>
        <w:t xml:space="preserve">[18:14] </w:t>
      </w:r>
      <w:r>
        <w:t>yaani maghribi qaumein dunya ko qabza karna chahti hain, is liye yeh globalization chala rahi hain. haan, yeh bilkul baseless baat hai, baseless baat, absurd baat hai.</w:t>
      </w:r>
    </w:p>
    <w:p>
      <w:pPr>
        <w:jc w:val="right"/>
      </w:pPr>
      <w:r>
        <w:t>یعنی مغربی قومیں دنیا کو قبضہ کرنا چاہتی ہیں، اس لیے یہ گلوبلائزیشن چلا رہی ہیں۔ ہاں، یہ بالکل بیس لیس بات ہے، بیس لیس بات، ایبسرٹ بات ہے۔</w:t>
      </w:r>
    </w:p>
    <w:p>
      <w:r>
        <w:rPr>
          <w:b/>
        </w:rPr>
        <w:t xml:space="preserve">[18:27] </w:t>
      </w:r>
      <w:r>
        <w:t>dekhein, what is globalization?</w:t>
      </w:r>
    </w:p>
    <w:p>
      <w:pPr>
        <w:jc w:val="right"/>
      </w:pPr>
      <w:r>
        <w:t>دیکھیں، واٹ از گلوبلائزیشن؟</w:t>
      </w:r>
    </w:p>
    <w:p>
      <w:r>
        <w:rPr>
          <w:b/>
        </w:rPr>
        <w:t xml:space="preserve">[18:31] </w:t>
      </w:r>
      <w:r>
        <w:t>is zamane mein jo nai cheezein paida huien, maslan communication. communication ne poori dunya ko aik aik global village bana diya.</w:t>
      </w:r>
    </w:p>
    <w:p>
      <w:pPr>
        <w:jc w:val="right"/>
      </w:pPr>
      <w:r>
        <w:t>اس زمانے میں جو نئی چیزیں پیدا ہوئیں، مثلاً کمیونیکیشن۔ کمیونیکیشن نے پوری دنیا کو ایک ایک گلوبل ولیج بنا دیا۔</w:t>
      </w:r>
    </w:p>
    <w:p>
      <w:r>
        <w:rPr>
          <w:b/>
        </w:rPr>
        <w:t xml:space="preserve">[18:41] </w:t>
      </w:r>
      <w:r>
        <w:t>is ka matlab kya hua? ke sari dunya se aap aik country mein hon, aik aik city mein hon, tabhi poori dunya se aap jurr gaye.</w:t>
      </w:r>
    </w:p>
    <w:p>
      <w:pPr>
        <w:jc w:val="right"/>
      </w:pPr>
      <w:r>
        <w:t>اس کا مطلب کیا ہوا؟ کہ ساری دنیا سے آپ ایک کنٹری میں ہوں، ایک ایک سٹی میں ہوں، تبھی پوری دنیا سے آپ جڑ گئے۔</w:t>
      </w:r>
    </w:p>
    <w:p>
      <w:r>
        <w:rPr>
          <w:b/>
        </w:rPr>
        <w:t xml:space="preserve">[18:50] </w:t>
      </w:r>
      <w:r>
        <w:t>aap poori dunya se aap jurr gaye. pehle jo tha, woh land based economy</w:t>
      </w:r>
    </w:p>
    <w:p>
      <w:pPr>
        <w:jc w:val="right"/>
      </w:pPr>
      <w:r>
        <w:t>آپ پوری دنیا سے آپ جڑ گئے۔ پہلے جو تھا، وہ لینڈ بیسڈ اکان</w:t>
      </w:r>
    </w:p>
    <w:p>
      <w:r>
        <w:rPr>
          <w:b/>
        </w:rPr>
        <w:t xml:space="preserve">[18:58] </w:t>
      </w:r>
      <w:r>
        <w:t>hoti thi, jahan land hai, wohin par rehte hain, wohin par kheti karte hain. ab woh dobara khatam ho gaya. ab aap dilli mein rahenge aur sari dunya se business karenge.</w:t>
      </w:r>
    </w:p>
    <w:p>
      <w:pPr>
        <w:jc w:val="right"/>
      </w:pPr>
      <w:r>
        <w:t>ومی ہوتی تھی، جہاں لینڈ ہے، وہیں پر رہتے ہیں، وہیں پر کھیتی کرتے ہیں۔ اب وہ دوبارہ ختم ہو گیا۔ اب آپ دلی میں رہیں گے اور ساری دنیا سے بزنس کریں گے۔</w:t>
      </w:r>
    </w:p>
    <w:p>
      <w:r>
        <w:rPr>
          <w:b/>
        </w:rPr>
        <w:t xml:space="preserve">[19:08] </w:t>
      </w:r>
      <w:r>
        <w:t>dilli mein rahenge, sari dunya par ja kar ke aap job mile ga. aap ko dilli mein rahenge aur communication ke zariye aap sari dunya se aap contract bana sakein ge.</w:t>
      </w:r>
    </w:p>
    <w:p>
      <w:pPr>
        <w:jc w:val="right"/>
      </w:pPr>
      <w:r>
        <w:t>دلی میں رہیں گے، ساری دنیا پر جا کر کے آپ جاب ملے گا۔ آپ کو دلی میں رہیں گے اور کمیونیکیشن کے ذریعے آپ ساری دنیا سے آپ کنٹریکٹ بنا سکیں گے۔</w:t>
      </w:r>
    </w:p>
    <w:p>
      <w:r>
        <w:rPr>
          <w:b/>
        </w:rPr>
        <w:t xml:space="preserve">[19:19] </w:t>
      </w:r>
      <w:r>
        <w:t>yeh sab cheezein to globalization ko negative sense mein lene ki wajah se kya hua? aik bohat bara nuqsaan hua, bohat bara.</w:t>
      </w:r>
    </w:p>
    <w:p>
      <w:pPr>
        <w:jc w:val="right"/>
      </w:pPr>
      <w:r>
        <w:t>یہ سب چیزیں تو گلوبلائزیشن کو نیگیٹیو سینس میں لینے کی وجہ سے کیا ہوا؟ ایک بہت بڑا نقصان ہوا، بہت بڑا۔</w:t>
      </w:r>
    </w:p>
    <w:p>
      <w:r>
        <w:rPr>
          <w:b/>
        </w:rPr>
        <w:t xml:space="preserve">[19:30] </w:t>
      </w:r>
      <w:r>
        <w:t>yeh jo aaj kal aap sunte honge ke developed world aur underdeveloped world, developed countries aur underdeveloped countries, yeh kya hai?</w:t>
      </w:r>
    </w:p>
    <w:p>
      <w:pPr>
        <w:jc w:val="right"/>
      </w:pPr>
      <w:r>
        <w:t>یہ جو آج کل آپ سنتے ہوں گے کہ ڈویلپڈ ورلڈ اور انڈر ڈویلپڈ ورلڈ، ڈویلپڈ کنٹریز اور انڈر ڈویلپڈ کنٹریز، یہ کیا ہے؟</w:t>
      </w:r>
    </w:p>
    <w:p>
      <w:r>
        <w:rPr>
          <w:b/>
        </w:rPr>
        <w:t xml:space="preserve">[19:39] </w:t>
      </w:r>
      <w:r>
        <w:t>aam taur par log samajhte hain ke jo developed countries hain, unhone conspiracy ke zariye hamein peechay dhakel rakha hai.</w:t>
      </w:r>
    </w:p>
    <w:p>
      <w:pPr>
        <w:jc w:val="right"/>
      </w:pPr>
      <w:r>
        <w:t>عام طور پر لوگ سمجھتے ہیں کہ جو ڈویلپڈ کنٹریز ہیں، انہوں نے کانسپریسی کے ذریعے ہمیں پیچھے دھکیل رکھا ہے۔</w:t>
      </w:r>
    </w:p>
    <w:p>
      <w:r>
        <w:rPr>
          <w:b/>
        </w:rPr>
        <w:t xml:space="preserve">[19:48] </w:t>
      </w:r>
      <w:r>
        <w:t>abhi mein radio mein sun raha tha, chand din pehle aik talk isi qism ki</w:t>
      </w:r>
    </w:p>
    <w:p>
      <w:pPr>
        <w:jc w:val="right"/>
      </w:pPr>
      <w:r>
        <w:t>ابھی میں ریڈیو میں سن رہا تھا، چند دن پہلے ایک ٹاک اسی قسم کی</w:t>
      </w:r>
    </w:p>
    <w:p>
      <w:r>
        <w:rPr>
          <w:b/>
        </w:rPr>
        <w:t xml:space="preserve">[19:54] </w:t>
      </w:r>
      <w:r>
        <w:t>ke dhani dhani dhesh jo hain, unhone saazish kar ke ghareeb dheshon ko ghareeb bana rakha hai. yeh sab bilkul baseless baatein hain.</w:t>
      </w:r>
    </w:p>
    <w:p>
      <w:pPr>
        <w:jc w:val="right"/>
      </w:pPr>
      <w:r>
        <w:t>کہ دھنی دھنی دیش جو ہیں، انہوں نے سازش کر کے غریب دیشوں کو غریب بنا رکھا ہے۔ یہ سب بالکل بیس لیس باتیں ہیں۔</w:t>
      </w:r>
    </w:p>
    <w:p>
      <w:r>
        <w:rPr>
          <w:b/>
        </w:rPr>
        <w:t xml:space="preserve">[20:05] </w:t>
      </w:r>
      <w:r>
        <w:t>asal cheez kya hai? ke in in country, Asia aur Africa ki jo countries hain, unhone spirit of the age ko samjha nahi, modern jo changes hain, un ko samjha nahi.</w:t>
      </w:r>
    </w:p>
    <w:p>
      <w:pPr>
        <w:jc w:val="right"/>
      </w:pPr>
      <w:r>
        <w:t>اصل چیز کیا ہے؟ کہ ان ان کنٹری، ایشیا اور افریقہ کی جو کنٹریز ہیں، انہوں نے اسپیٹ آف تیج کو سمجھا نہیں، ماڈرن جو چینجز ہیں، ان کو سمجھا نہیں۔</w:t>
      </w:r>
    </w:p>
    <w:p>
      <w:r>
        <w:rPr>
          <w:b/>
        </w:rPr>
        <w:t xml:space="preserve">[20:20] </w:t>
      </w:r>
      <w:r>
        <w:t>ke sab se bari cheez unhone samjha ke freedom, political freedom, sab se bari cheez hai. to har jagah political freedom ke naaray uth uth khare hue hain, har jagah.</w:t>
      </w:r>
    </w:p>
    <w:p>
      <w:pPr>
        <w:jc w:val="right"/>
      </w:pPr>
      <w:r>
        <w:t>کہ سب سے بڑی چیز انہوں نے سمجھا کہ فریڈم، پولیٹیکل فریڈم، سب سے بڑی چیز ہے۔ تو ہر جگہ پولیٹیکل فریڈم کے نعرے اٹھ اٹھ کھڑے ہوئے ہیں، ہر جگہ۔</w:t>
      </w:r>
    </w:p>
    <w:p>
      <w:r>
        <w:rPr>
          <w:b/>
        </w:rPr>
        <w:t xml:space="preserve">[20:32] </w:t>
      </w:r>
      <w:r>
        <w:t>aur apne country ko bachana western influences se, yeh bohat bari cheez ban gayi. yeh har country mein aap dekhenge, khud India mein dekhiye, azaadi ke baad yahan bohat baray paimaanay par kya chala?</w:t>
      </w:r>
    </w:p>
    <w:p>
      <w:pPr>
        <w:jc w:val="right"/>
      </w:pPr>
      <w:r>
        <w:t>اور اپنے کنٹری کو بچانا ویسٹرن انفلوئنسز سے، یہ بہت بڑی چیز بن گئی۔ یہ ہر کنٹری میں آپ دیکھیں گے، خود انڈیا میں دیکھیے، آزادی کے بعد یہاں بہت بڑے پیمانے پر کیا چلا؟</w:t>
      </w:r>
    </w:p>
    <w:p>
      <w:r>
        <w:rPr>
          <w:b/>
        </w:rPr>
        <w:t xml:space="preserve">[20:47] </w:t>
      </w:r>
      <w:r>
        <w:t>jo kehte thay protectionism,</w:t>
      </w:r>
    </w:p>
    <w:p>
      <w:pPr>
        <w:jc w:val="right"/>
      </w:pPr>
      <w:r>
        <w:t>جو کہتے تھے پروٹیکشنزم،</w:t>
      </w:r>
    </w:p>
    <w:p>
      <w:r>
        <w:rPr>
          <w:b/>
        </w:rPr>
        <w:t xml:space="preserve">[20:50] </w:t>
      </w:r>
      <w:r>
        <w:t>protectionism, yaani dunya se apne ko alag kar ke apne ko hum chaha ke hum progress karein. aur koi progress nahi hui, yahan tak ke productions ka nateeja khatam kar diya gaya.</w:t>
      </w:r>
    </w:p>
    <w:p>
      <w:pPr>
        <w:jc w:val="right"/>
      </w:pPr>
      <w:r>
        <w:t>پروٹیکشنزم، یعنی دنیا سے اپنے کو الگ کر کے اپنے کو ہم چاہا کہ ہم پروگریس کریں۔ اور کوئی پروگریس نہیں ہوئی، یہاں تک کہ پروڈکشنز کا نتیجہ ختم کر دیا گیا۔</w:t>
      </w:r>
    </w:p>
    <w:p>
      <w:r>
        <w:rPr>
          <w:b/>
        </w:rPr>
        <w:t xml:space="preserve">[21:03] </w:t>
      </w:r>
      <w:r>
        <w:t>aur aap jante hain, aap ke India mein multinationals raaj kar rahe hain, to kitni zyada taraqqi ho gayi hai. aise hi jo Pakistan bana, woh kya tha?</w:t>
      </w:r>
    </w:p>
    <w:p>
      <w:pPr>
        <w:jc w:val="right"/>
      </w:pPr>
      <w:r>
        <w:t>اور آپ جانتے ہیں، آپ کے انڈیا میں ملٹی نیشنلز راج کر رہے ہیں، تو کتنی زیادہ ترقی ہو گئی ہے۔ ایسے ہی جو پاکستان بنا، وہ کیا تھا؟</w:t>
      </w:r>
    </w:p>
    <w:p>
      <w:r>
        <w:rPr>
          <w:b/>
        </w:rPr>
        <w:t xml:space="preserve">[21:14] </w:t>
      </w:r>
      <w:r>
        <w:t>woh bhi aik Muslim pocket banana</w:t>
      </w:r>
    </w:p>
    <w:p>
      <w:pPr>
        <w:jc w:val="right"/>
      </w:pPr>
      <w:r>
        <w:t>وہ بھی ایک مسلم پاکٹ بنانا</w:t>
      </w:r>
    </w:p>
    <w:p>
      <w:r>
        <w:rPr>
          <w:b/>
        </w:rPr>
        <w:t xml:space="preserve">[21:17] </w:t>
      </w:r>
      <w:r>
        <w:t>ke non Muslim world se door ho kar ke hum aik pocket banayein, tab hum taraqqi karein ge. lekin jab Pakistan ban gaya to kya hua? wohi Pakistani bhaag bhaag ke doosre mulkon mein chale gaye.</w:t>
      </w:r>
    </w:p>
    <w:p>
      <w:pPr>
        <w:jc w:val="right"/>
      </w:pPr>
      <w:r>
        <w:t>کہ نان مسلم ورلڈ سے دور ہو کر کے ہم ایک پاکٹ بنائیں، تب ہم ترقی کریں گے۔ لیکن جب پاکستان بن گیا تو کیا ہوا؟ وہی پاکستانی بھاگ بھاگ کے دوسرے ملکوں میں چلے گئے۔</w:t>
      </w:r>
    </w:p>
    <w:p>
      <w:r>
        <w:rPr>
          <w:b/>
        </w:rPr>
        <w:t xml:space="preserve">[21:30] </w:t>
      </w:r>
      <w:r>
        <w:t>yeh nahi samjha logon ne ke pocket banane ka zamana hi nahi hai. ab to poori dunya aap ke paas hai, poori dunya mein aap chha sakte hain, poori dunya mein aap kaam kar sakte hain,</w:t>
      </w:r>
    </w:p>
    <w:p>
      <w:pPr>
        <w:jc w:val="right"/>
      </w:pPr>
      <w:r>
        <w:t>یہ نہیں سمجھا لوگوں نے کہ پاکٹ بنانے کا زمانہ ہی نہیں ہے۔ اب تو پوری دنیا آپ کے پاس ہے، پوری دنیا میں آپ چھا سکتے ہیں، پوری دنیا میں آپ کام کر سکتے ہیں،</w:t>
      </w:r>
    </w:p>
    <w:p>
      <w:r>
        <w:rPr>
          <w:b/>
        </w:rPr>
        <w:t xml:space="preserve">[21:49] </w:t>
      </w:r>
      <w:r>
        <w:t>puri dunya aap ke qadmon ke neeche hai. yahan tak ke khud israel jo hai, main samajhta hoon ke woh bhi isi ka victim hai.</w:t>
      </w:r>
    </w:p>
    <w:p>
      <w:pPr>
        <w:jc w:val="right"/>
      </w:pPr>
      <w:r>
        <w:t>پوری دنیا آپ کے قدموں کے نیچے ہے۔ یہاں تک کہ خود اسرائیل جو ہے، میں سمجھتا ہوں کہ وہ بھی اسی کا وکٹم ہے۔</w:t>
      </w:r>
    </w:p>
    <w:p>
      <w:r>
        <w:rPr>
          <w:b/>
        </w:rPr>
        <w:t xml:space="preserve">[21:59] </w:t>
      </w:r>
      <w:r>
        <w:t>jo zionist movement thi, woh kya thi? yahudiyon ne samjha ke ek hamara apna jab watan hoga, tab hi hum zyada taraqqi karenge. to israel ban gaya 1948 mein, lekin aaj israel chal raha hai kis ki badolat?</w:t>
      </w:r>
    </w:p>
    <w:p>
      <w:pPr>
        <w:jc w:val="right"/>
      </w:pPr>
      <w:r>
        <w:t>جو زائنس موومنٹ تھی، وہ کیا تھی؟ یہودیوں نے سمجھا کہ ایک ہمارا اپنا جب وطن ہوگا، تب ہی ہم زیادہ ترقی کریں گے۔ تو اسرائیل بن گیا 1948 میں، لیکن آج اسرائیل چل رہا ہے کس کی بدولت؟</w:t>
      </w:r>
    </w:p>
    <w:p>
      <w:r>
        <w:rPr>
          <w:b/>
        </w:rPr>
        <w:t xml:space="preserve">[22:13] </w:t>
      </w:r>
      <w:r>
        <w:t>americans ki badolat aur aur aur jewish diaspora jo hai, un ki badolat.</w:t>
      </w:r>
    </w:p>
    <w:p>
      <w:pPr>
        <w:jc w:val="right"/>
      </w:pPr>
      <w:r>
        <w:t>امریکنز کی بدولت اور اور اور جودی ڈائسپورا جو ہے، ان کی بدولت۔</w:t>
      </w:r>
    </w:p>
    <w:p>
      <w:r>
        <w:rPr>
          <w:b/>
        </w:rPr>
        <w:t xml:space="preserve">[22:19] </w:t>
      </w:r>
      <w:r>
        <w:t>jo yahudi bahir ke countries mein hain, baray baray business kar rahe hain, woh barabar woh paisa dete hain, america paisa deta hai. agar israel ko apne bal par rehna ho to woh reh nahi sakta, zinda nahi reh sakta.</w:t>
      </w:r>
    </w:p>
    <w:p>
      <w:pPr>
        <w:jc w:val="right"/>
      </w:pPr>
      <w:r>
        <w:t>جو یہودی باہر کے کنٹریز میں ہیں، بڑے بڑے بزنس کر رہے ہیں، وہ برابر وہ پیسہ دیتے ہیں، امریکہ پیسہ دیتا ہے۔ اگر اسرائیل کو اپنے بل پر رہنا ہو تو وہ رہ نہیں سکتا، زندہ نہیں رہ سکتا۔</w:t>
      </w:r>
    </w:p>
    <w:p>
      <w:r>
        <w:rPr>
          <w:b/>
        </w:rPr>
        <w:t xml:space="preserve">[22:30] </w:t>
      </w:r>
      <w:r>
        <w:t>woh</w:t>
      </w:r>
    </w:p>
    <w:p>
      <w:pPr>
        <w:jc w:val="right"/>
      </w:pPr>
      <w:r>
        <w:t>وہ</w:t>
      </w:r>
    </w:p>
    <w:p>
      <w:r>
        <w:rPr>
          <w:b/>
        </w:rPr>
        <w:t xml:space="preserve">[22:34] </w:t>
      </w:r>
      <w:r>
        <w:t>to protectionism jo tha india mein, woh bhi isi ka aik phenomenon tha. muslim land banane ka jo zehan tha pakistan mein, woh bhi isi ka phenomenon tha.</w:t>
      </w:r>
    </w:p>
    <w:p>
      <w:pPr>
        <w:jc w:val="right"/>
      </w:pPr>
      <w:r>
        <w:t>تو پروٹیکشنزم جو تھا انڈیا میں، وہ بھی اسی کا ایک فیناومینا تھا۔ مسلم لینڈ بنانے کا جو ذہن تھا پاکستان میں، وہ بھی اسی کا فیناومینا تھا۔</w:t>
      </w:r>
    </w:p>
    <w:p>
      <w:r>
        <w:rPr>
          <w:b/>
        </w:rPr>
        <w:t xml:space="preserve">[22:43] </w:t>
      </w:r>
      <w:r>
        <w:t>israel mein jo zionism hai, isi ka phenomenon</w:t>
      </w:r>
    </w:p>
    <w:p>
      <w:pPr>
        <w:jc w:val="right"/>
      </w:pPr>
      <w:r>
        <w:t>اسرائیل میں جو زائنزم ہے، اسی کا فیناومین</w:t>
      </w:r>
    </w:p>
    <w:p>
      <w:r>
        <w:rPr>
          <w:b/>
        </w:rPr>
        <w:t xml:space="preserve">[22:46] </w:t>
      </w:r>
      <w:r>
        <w:t>tha. yani puri dunya aap ke qadmon ke neeche thi modern communication ke zariye se, lekin har ek ne sweat kar ke apna aik alag pocket banana chaha.</w:t>
      </w:r>
    </w:p>
    <w:p>
      <w:pPr>
        <w:jc w:val="right"/>
      </w:pPr>
      <w:r>
        <w:t>ا تھا۔ یعنی پوری دنیا آپ کے قدموں کے نیچے تھی ماڈرن کمیونیکیشن کے ذریعے سے، لیکن ہر ایک نے سویٹ کر کے اپنا ایک الگ پاکٹ بنانا چاہا۔</w:t>
      </w:r>
    </w:p>
    <w:p>
      <w:r>
        <w:rPr>
          <w:b/>
        </w:rPr>
        <w:t xml:space="preserve">[23:01] </w:t>
      </w:r>
      <w:r>
        <w:t>yeh aik bohat bara is zamane mein aik aik bohat bara intellectual backwardness tha jo logon par chhaya raha.</w:t>
      </w:r>
    </w:p>
    <w:p>
      <w:pPr>
        <w:jc w:val="right"/>
      </w:pPr>
      <w:r>
        <w:t>یہ ایک بہت بڑا اس زمانے میں ایک ایک بہت بڑا انٹلیکچول بیکورڈنس تھا جو لوگوں پر چھایا رہا۔</w:t>
      </w:r>
    </w:p>
    <w:p>
      <w:r>
        <w:rPr>
          <w:b/>
        </w:rPr>
        <w:t xml:space="preserve">[23:12] </w:t>
      </w:r>
      <w:r>
        <w:t>phir aik aur cheez jo maine discover ki wahan, woh yeh hai ke wahan hum log le gaye the literature kafi tadad mein aur sab logon ko literature diya.</w:t>
      </w:r>
    </w:p>
    <w:p>
      <w:pPr>
        <w:jc w:val="right"/>
      </w:pPr>
      <w:r>
        <w:t>پھر ایک اور چیز جو میں نے ڈسکور کی وہاں، وہ یہ ہے کہ وہاں ہم لوگ لے گئے تھے لٹریچر کافی تعداد میں اور سب لوگوں کو لٹریچر دیا۔</w:t>
      </w:r>
    </w:p>
    <w:p>
      <w:r>
        <w:rPr>
          <w:b/>
        </w:rPr>
        <w:t xml:space="preserve">[23:23] </w:t>
      </w:r>
      <w:r>
        <w:t>bohat shauq se logon ne liya.</w:t>
      </w:r>
    </w:p>
    <w:p>
      <w:pPr>
        <w:jc w:val="right"/>
      </w:pPr>
      <w:r>
        <w:t>بہت شوق سے لوگوں نے لیا۔</w:t>
      </w:r>
    </w:p>
    <w:p>
      <w:r>
        <w:rPr>
          <w:b/>
        </w:rPr>
        <w:t xml:space="preserve">[23:26] </w:t>
      </w:r>
      <w:r>
        <w:t>aik cheez maine discover ki wahan par, woh yeh hai ke Allah taala ne aise, yani jo historical process hua baad ke zamane mein,</w:t>
      </w:r>
    </w:p>
    <w:p>
      <w:pPr>
        <w:jc w:val="right"/>
      </w:pPr>
      <w:r>
        <w:t>ایک چیز میں نے ڈسکور کی وہاں پر، وہ یہ ہے کہ اللہ تعالی نے ایسے، یعنی جو ہسٹوریکل پروسیس ہوا بعد کے زمانے میں،</w:t>
      </w:r>
    </w:p>
    <w:p>
      <w:r>
        <w:rPr>
          <w:b/>
        </w:rPr>
        <w:t xml:space="preserve">[23:39] </w:t>
      </w:r>
      <w:r>
        <w:t>to doosre jitne bhi religion hain, woh sab woh dis start ho gaye. koi bhi religion jo hai, apni original shape mein baqi nahi hai, siwaye Islam ke.</w:t>
      </w:r>
    </w:p>
    <w:p>
      <w:pPr>
        <w:jc w:val="right"/>
      </w:pPr>
      <w:r>
        <w:t>تو دوسرے جتنے بھی ریلیجن ہیں، وہ سب وہ ڈس سٹارٹ ہو گئے۔ کوئی بھی ریلیجن جو ہے، اپنی اوریجنل شیپ میں باقی نہیں ہے، سوائے اسلام کے۔</w:t>
      </w:r>
    </w:p>
    <w:p>
      <w:r>
        <w:rPr>
          <w:b/>
        </w:rPr>
        <w:t xml:space="preserve">[23:54] </w:t>
      </w:r>
      <w:r>
        <w:t>Islam is the only religion in its original form, like a preserved religion. to is ke maani kya hue?</w:t>
      </w:r>
    </w:p>
    <w:p>
      <w:pPr>
        <w:jc w:val="right"/>
      </w:pPr>
      <w:r>
        <w:t>اسلام از دا اونلی ریلیجن ان اٹس اوریجنل فارم، لائک ا پریزروڈ ریلیجن۔ تو اس کے معنی کیا ہوئے؟</w:t>
      </w:r>
    </w:p>
    <w:p>
      <w:r>
        <w:rPr>
          <w:b/>
        </w:rPr>
        <w:t xml:space="preserve">[24:05] </w:t>
      </w:r>
      <w:r>
        <w:t>is ke maani yeh hue ke ideology of religion agar kahin mil sakti hai aap ko sahi maanon mein, to woh sirf Islam mein milegi, sirf Quran mein milegi.</w:t>
      </w:r>
    </w:p>
    <w:p>
      <w:pPr>
        <w:jc w:val="right"/>
      </w:pPr>
      <w:r>
        <w:t>اس کے معنی یہ ہوئے کہ آئیڈیالوجی آف ریلیجن اگر کہیں مل سکتی ہے آپ کو صحیح معنوں میں، تو وہ صرف اسلام میں ملے گی، صرف قرآن میں ملے گی۔</w:t>
      </w:r>
    </w:p>
    <w:p>
      <w:r>
        <w:rPr>
          <w:b/>
        </w:rPr>
        <w:t xml:space="preserve">[24:16] </w:t>
      </w:r>
      <w:r>
        <w:t>jo Quran mein aaya hai ke la yattakhizil مؤمنون الكافرين أولياء من دون المؤمنين، aur ya lekin الدين كله لله، is ka matlab yahi hai, yani woh ideological sense mein hai, woh political sense mein nahi hai.</w:t>
      </w:r>
    </w:p>
    <w:p>
      <w:pPr>
        <w:jc w:val="right"/>
      </w:pPr>
      <w:r>
        <w:t>جو قرآن میں آیا ہے کہ لیز الدین کلی اور یا لیکن الدین کلہ للہ، اس کا مطلب یہی ہے، یعنی وہ آئیڈیالوجیکل سینس میں ہے، وہ پولیٹیکل سینس میں نہیں ہے۔</w:t>
      </w:r>
    </w:p>
    <w:p>
      <w:r>
        <w:rPr>
          <w:b/>
        </w:rPr>
        <w:t xml:space="preserve">[24:31] </w:t>
      </w:r>
      <w:r>
        <w:t>log is ko lete hain ke sari dunya mein Islam ki hukumat, woh bilkul baseless baat hai.</w:t>
      </w:r>
    </w:p>
    <w:p>
      <w:pPr>
        <w:jc w:val="right"/>
      </w:pPr>
      <w:r>
        <w:t>لوگ اس کو لیتے ہیں کہ ساری دنیا میں اسلام کی حکومت، وہ بالکل بیس لیس بات ہے۔</w:t>
      </w:r>
    </w:p>
    <w:p>
      <w:r>
        <w:rPr>
          <w:b/>
        </w:rPr>
        <w:t xml:space="preserve">[24:38] </w:t>
      </w:r>
      <w:r>
        <w:t>Islam ki ideological monopoly, is ka matlab hai ke ideological ideological level par koi aur stand na kar sake, siwaye Islam ke.</w:t>
      </w:r>
    </w:p>
    <w:p>
      <w:pPr>
        <w:jc w:val="right"/>
      </w:pPr>
      <w:r>
        <w:t>اسلام کی آئیڈیالوجیکل موناپولی، اس کا مطلب ہے کہ آئیڈیالوجک آئیڈیالوجک لیول پر کوئی اور اسٹینڈ نہ کر سکے، سوائے اسلام کے۔</w:t>
      </w:r>
    </w:p>
    <w:p>
      <w:r>
        <w:rPr>
          <w:b/>
        </w:rPr>
        <w:t xml:space="preserve">[24:51] </w:t>
      </w:r>
      <w:r>
        <w:t>yeh matlab hai is ka, aur woh aisa hua. isi liye aap dekhiye, wahan mein aik baat mujhe samajh mein aayi ke kyun aisa hai ke sare mazhabon mein log baat karte hain social work ki.</w:t>
      </w:r>
    </w:p>
    <w:p>
      <w:pPr>
        <w:jc w:val="right"/>
      </w:pPr>
      <w:r>
        <w:t>یہ مطلب ہے اس کا، اور وہ ایسا ہوا۔ اسی لیے آپ دیکھیے، وہاں میں ایک بات مجھے سمجھ میں آئی کہ کیوں ایسا ہے کہ سارے مذہبوں میں لوگ بات کرتے ہیں سوشل ورک کی۔</w:t>
      </w:r>
    </w:p>
    <w:p>
      <w:r>
        <w:rPr>
          <w:b/>
        </w:rPr>
        <w:t xml:space="preserve">[25:06] </w:t>
      </w:r>
      <w:r>
        <w:t>har mazhab mein social work, social work, social work. is ka wajah kya hai? jo ideological level par, woh un ka mind bol raha hota hai ke hum stand nahi kar sakte.</w:t>
      </w:r>
    </w:p>
    <w:p>
      <w:pPr>
        <w:jc w:val="right"/>
      </w:pPr>
      <w:r>
        <w:t>ہر مذہب میں سوشل ورک، سوشل ورک، سوشل ورک۔ اس کا وجہ کیا ہے؟ جو آئیڈیالوجک لیول پر، وہ ان کا مائنڈ بول رہا ہوتا ہے کہ ہم اسٹینڈ نہیں کر سکتے۔</w:t>
      </w:r>
    </w:p>
    <w:p>
      <w:r>
        <w:rPr>
          <w:b/>
        </w:rPr>
        <w:t xml:space="preserve">[25:21] </w:t>
      </w:r>
      <w:r>
        <w:t>ideology ke level par, woh apne aap ko samajhte hain ke hum to hum to bohat peechay hain. to unhon ne social level par apna aik aik jagah banane ki koshish karte hain.</w:t>
      </w:r>
    </w:p>
    <w:p>
      <w:pPr>
        <w:jc w:val="right"/>
      </w:pPr>
      <w:r>
        <w:t>آئیڈیالوجی کے لیول پر، وہ اپنے آپ کو سمجھتے ہیں کہ ہم تو ہم تو بہت پیچھے ہیں۔ تو انہوں نے سوشل لیول پر اپنا ایک ایک جگہ بنانے کی کوشش کرتے ہیں۔</w:t>
      </w:r>
    </w:p>
    <w:p>
      <w:r>
        <w:rPr>
          <w:b/>
        </w:rPr>
        <w:t xml:space="preserve">[25:33] </w:t>
      </w:r>
      <w:r>
        <w:t>woh log</w:t>
      </w:r>
    </w:p>
    <w:p>
      <w:pPr>
        <w:jc w:val="right"/>
      </w:pPr>
      <w:r>
        <w:t>وہ لوگ</w:t>
      </w:r>
    </w:p>
    <w:p>
      <w:r>
        <w:rPr>
          <w:b/>
        </w:rPr>
        <w:t xml:space="preserve">[25:34] </w:t>
      </w:r>
      <w:r>
        <w:t>ideology ke level par jo un ko base nahi mil rahi hai, scientific door mein, age of reason mein, koi bhi mazhab Islam ke siwa aisa nahi jo age of reason mein stand kar sake.</w:t>
      </w:r>
    </w:p>
    <w:p>
      <w:pPr>
        <w:jc w:val="right"/>
      </w:pPr>
      <w:r>
        <w:t>آئیڈیالوجی کے لیول پر جو ان کو بیس نہیں مل رہی ہے، سائنٹیفک دور میں، ایج آف ریزن میں، کوئی بھی مذہب اسلام کے سوا ایسا نہیں جو ایج آف ریزن میں اسٹینڈ کر سکے۔</w:t>
      </w:r>
    </w:p>
    <w:p>
      <w:r>
        <w:rPr>
          <w:b/>
        </w:rPr>
        <w:t xml:space="preserve">[25:48] </w:t>
      </w:r>
      <w:r>
        <w:t>yeh is zamane mein aadmi chahta hai ke scientific, scientific argument chahta hai, woh reason, reason based ideology chahta hai.</w:t>
      </w:r>
    </w:p>
    <w:p>
      <w:pPr>
        <w:jc w:val="right"/>
      </w:pPr>
      <w:r>
        <w:t>یہ اس زمانے میں آدمی چاہتا ہے کہ سائنٹیفک، سائنٹیفک ارگومنٹ چاہتا ہے، وہ ریزن، ریزن بیسڈ آئیڈیالوجی چاہتا ہے۔</w:t>
      </w:r>
    </w:p>
    <w:p>
      <w:r>
        <w:rPr>
          <w:b/>
        </w:rPr>
        <w:t xml:space="preserve">[26:02] </w:t>
      </w:r>
      <w:r>
        <w:t>woh kahin hai hi nahi.</w:t>
      </w:r>
    </w:p>
    <w:p>
      <w:pPr>
        <w:jc w:val="right"/>
      </w:pPr>
      <w:r>
        <w:t>وہ کہیں ہے ہی نہیں۔</w:t>
      </w:r>
    </w:p>
    <w:p>
      <w:r>
        <w:rPr>
          <w:b/>
        </w:rPr>
        <w:t xml:space="preserve">[26:04] </w:t>
      </w:r>
      <w:r>
        <w:t>to unhon ne ek aur level par apne liye talash kar liya hai, woh social work. aaj bohat hi baray paimane par social work sari dunya mein ho raha hai, aur musalman jo hain, khud itnay be khabar hain ke woh khud bhi isi mein dorna chahtay hain.</w:t>
      </w:r>
    </w:p>
    <w:p>
      <w:pPr>
        <w:jc w:val="right"/>
      </w:pPr>
      <w:r>
        <w:t>تو انہوں نے ایک اور لیول پر اپنے لیے تلاش کر لیا ہے، وہ سوشل ورک۔ آج بہت ہی بڑے پیمانے پر سوشل ورک ساری دنیا میں ہو رہا ہے، اور مسلمان جو ہیں، خود اتنے بے خبر ہیں کہ وہ خود بھی اسی میں دوڑنا چاہتے ہیں۔</w:t>
      </w:r>
    </w:p>
    <w:p>
      <w:r>
        <w:rPr>
          <w:b/>
        </w:rPr>
        <w:t xml:space="preserve">[26:24] </w:t>
      </w:r>
      <w:r>
        <w:t>jagah jagah musalmanon mein bhi social work ko bohat importance di jati hai. kyun? unhein khabar nahi ke Islam jo hai, is ko ideological sense mein monopoly mil chuki hai.</w:t>
      </w:r>
    </w:p>
    <w:p>
      <w:pPr>
        <w:jc w:val="right"/>
      </w:pPr>
      <w:r>
        <w:t>جگہ جگہ مسلمانوں میں بھی سوشل ورک کو بہت امپورٹنس دی جاتی ہے۔ کیوں؟ انہیں خبر نہیں کہ اسلام جو ہے، اس کو آئیڈیالوجیکل سینس میں موناپولی مل چکی ہے۔</w:t>
      </w:r>
    </w:p>
    <w:p>
      <w:r>
        <w:rPr>
          <w:b/>
        </w:rPr>
        <w:t xml:space="preserve">[26:33] </w:t>
      </w:r>
      <w:r>
        <w:t>is zamane mein</w:t>
      </w:r>
    </w:p>
    <w:p>
      <w:pPr>
        <w:jc w:val="right"/>
      </w:pPr>
      <w:r>
        <w:t>اس زمانے میں</w:t>
      </w:r>
    </w:p>
    <w:p>
      <w:r>
        <w:rPr>
          <w:b/>
        </w:rPr>
        <w:t xml:space="preserve">[26:35] </w:t>
      </w:r>
      <w:r>
        <w:t>yeh scientific criteria par sirf Islam hi poora utarta hai, reason ke criteria par sirf Islam hi poora utarta hai, historical criteria par sirf Islam hi poora utarta hai.</w:t>
      </w:r>
    </w:p>
    <w:p>
      <w:pPr>
        <w:jc w:val="right"/>
      </w:pPr>
      <w:r>
        <w:t>یہ سائنٹیفک کرائٹیریا پر صرف اسلام ہی پورا اترتا ہے، ریزن کے کرائٹیریا پر صرف اسلام ہی پورا اترتا ہے، ہسٹوریکل کرائٹیریا پر صرف اسلام ہی پورا اترتا ہے۔</w:t>
      </w:r>
    </w:p>
    <w:p>
      <w:r>
        <w:rPr>
          <w:b/>
        </w:rPr>
        <w:t xml:space="preserve">[26:44] </w:t>
      </w:r>
      <w:r>
        <w:t>yeh musalmanon ko khabar hi nahi, yeh khabar nahi musalmanon ko. to woh khud bhi social work ki taraf dor rahay hain.</w:t>
      </w:r>
    </w:p>
    <w:p>
      <w:pPr>
        <w:jc w:val="right"/>
      </w:pPr>
      <w:r>
        <w:t>یہ مسلمانوں کو خبر ہی نہیں، یہ خبر نہیں مسلمانوں کو۔ تو وہ خود بھی سوشل ورک کی طرف دوڑ رہے ہیں۔</w:t>
      </w:r>
    </w:p>
    <w:p>
      <w:r>
        <w:rPr>
          <w:b/>
        </w:rPr>
        <w:t xml:space="preserve">[26:58] </w:t>
      </w:r>
      <w:r>
        <w:t>yeh mein is safar mein mujhe abhi ek discovery hui ke kyun sari dunya mein social work, social work ki dhoom machi hui hai har mazhab mein. is liye ke ideology, ideology ke level par woh apnay ko kam paatay hain science ke muqablay mein, reason ke muqablay mein.</w:t>
      </w:r>
    </w:p>
    <w:p>
      <w:pPr>
        <w:jc w:val="right"/>
      </w:pPr>
      <w:r>
        <w:t>یہ میں اس سفر میں مجھے ابھی ایک ڈسکوری ہوئی کہ کیوں ساری دنیا میں سوشل ورک، سوشل ورک کی دھوم مچی ہوئی ہے ہر مذہب میں۔ اس لیے کہ آئیڈیالوجی، آئیڈیالوجی کے لیول پر وہ اپنے کو کم پاتے ہیں سائنس کے مقابلے میں، ریزن کے مقابلے میں۔</w:t>
      </w:r>
    </w:p>
    <w:p>
      <w:r>
        <w:rPr>
          <w:b/>
        </w:rPr>
        <w:t xml:space="preserve">[27:13] </w:t>
      </w:r>
      <w:r>
        <w:t>samajhtay hain ke hum stand nahi kar rahay hain, lekin musalman jo ke stand kar saktay thay, woh bhi apni be khabari mein, woh bhi isi taraf dor rahay hain.</w:t>
      </w:r>
    </w:p>
    <w:p>
      <w:pPr>
        <w:jc w:val="right"/>
      </w:pPr>
      <w:r>
        <w:t>سمجھتے ہیں کہ ہم اسٹینڈ نہیں کر رہے ہیں، لیکن مسلمان جو کہ اسٹینڈ کر سکتے تھے، وہ بھی اپنی بے خبری میں، وہ بھی اسی طرف دوڑ رہے ہیں۔</w:t>
      </w:r>
    </w:p>
    <w:p>
      <w:r>
        <w:rPr>
          <w:b/>
        </w:rPr>
        <w:t xml:space="preserve">[27:30] </w:t>
      </w:r>
      <w:r>
        <w:t>yeh baat pehle bhi, yaani mere mind mein thi kisi corner mein, lekin is safar mein mujhe yeh baat zyada clear ho kar samnay aayi.</w:t>
      </w:r>
    </w:p>
    <w:p>
      <w:pPr>
        <w:jc w:val="right"/>
      </w:pPr>
      <w:r>
        <w:t>یہ بات پہلے بھی، یعنی میرے مائنڈ میں تھی کسی کارنر میں، لیکن اس سفر میں مجھے یہ بات زیادہ کلیئر ہو کر سامنے آئی۔</w:t>
      </w:r>
    </w:p>
    <w:p>
      <w:r>
        <w:rPr>
          <w:b/>
        </w:rPr>
        <w:t xml:space="preserve">[27:47] </w:t>
      </w:r>
      <w:r>
        <w:t>is tarah se dekhiye,</w:t>
      </w:r>
    </w:p>
    <w:p>
      <w:pPr>
        <w:jc w:val="right"/>
      </w:pPr>
      <w:r>
        <w:t>اس طرح سے دیکھیے،</w:t>
      </w:r>
    </w:p>
    <w:p>
      <w:r>
        <w:rPr>
          <w:b/>
        </w:rPr>
        <w:t xml:space="preserve">[27:52] </w:t>
      </w:r>
      <w:r>
        <w:t>ab mein is ke baray mein arz karunga jo jo aaj se muhaddis tha, wahan janay ka. woh wahan jo ek tomb hai ya maqbara hai, us ke baray mein ek conference hui thi, to isi shehar mein hui thi jahan lal nake mein, jahan par is khatoon ki qabar hai.</w:t>
      </w:r>
    </w:p>
    <w:p>
      <w:pPr>
        <w:jc w:val="right"/>
      </w:pPr>
      <w:r>
        <w:t>اب میں اس کے بارے میں عرض کروں گا جو جو آج سے محدث تھا، وہاں جانے کا۔ وہ وہاں جو ایک ٹوم ہے یا مقبرہ ہے، اس کے بارے میں ایک کانفرنس ہوئی تھی، تو اسی شہر میں ہوئی تھی جہاں لال ناکہ میں، جہاں پر اس خاتون کی قبر ہے۔</w:t>
      </w:r>
    </w:p>
    <w:p>
      <w:r>
        <w:rPr>
          <w:b/>
        </w:rPr>
        <w:t xml:space="preserve">[28:12] </w:t>
      </w:r>
      <w:r>
        <w:t>to bohat bari conference thi, bohat bari conference thi, yaani international conference thi. is mein hamaray sathiyon ne khoob logon ko literature diya, Quran ka tarjuma bhi diya, literature bhi diya.</w:t>
      </w:r>
    </w:p>
    <w:p>
      <w:pPr>
        <w:jc w:val="right"/>
      </w:pPr>
      <w:r>
        <w:t>تو بہت بڑی کانفرنس تھی، بہت بڑی کانفرنس تھی، یعنی انٹرنیشنل کانفرنس تھی۔ اس میں ہمارے ساتھیوں نے خوب لوگوں کو لٹریچر دیا، قرآن کا ترجمہ بھی دیا، لٹریچر بھی دیا۔</w:t>
      </w:r>
    </w:p>
    <w:p>
      <w:r>
        <w:rPr>
          <w:b/>
        </w:rPr>
        <w:t xml:space="preserve">[28:28] </w:t>
      </w:r>
      <w:r>
        <w:t>bohat shauq se aik aik ne liya. aik Christian priest thay, unhon ne to jab un ko Quran diya jaye ga translation, to unhon ne kaha ke kya aur aap mein copy de saktay hain?</w:t>
      </w:r>
    </w:p>
    <w:p>
      <w:pPr>
        <w:jc w:val="right"/>
      </w:pPr>
      <w:r>
        <w:t>بہت شوق سے ایک ایک نے لیا۔ ایک کرسچن پریسٹ تھے، انہوں نے تو جب ان کو قرآن دیا جائے گا ٹرانسلیشن، تو انہوں نے کہا کہ کیا اور آپ میں کاپی دے سکتے ہیں؟</w:t>
      </w:r>
    </w:p>
    <w:p>
      <w:r>
        <w:rPr>
          <w:b/>
        </w:rPr>
        <w:t xml:space="preserve">[28:39] </w:t>
      </w:r>
      <w:r>
        <w:t>mujhe, mujhe falan ko dena hai, falan ko dena hai.</w:t>
      </w:r>
    </w:p>
    <w:p>
      <w:pPr>
        <w:jc w:val="right"/>
      </w:pPr>
      <w:r>
        <w:t>مجھے، مجھے فلاں کو دینا ہے، فلاں کو دینا ہے۔</w:t>
      </w:r>
    </w:p>
    <w:p>
      <w:r>
        <w:rPr>
          <w:b/>
        </w:rPr>
        <w:t xml:space="preserve">[28:42] </w:t>
      </w:r>
      <w:r>
        <w:t>to teen copy li unhon ne. logon mein phir dhoom ban gayi. samjhiye, hamaray kitaben, hamaray brochure, hamaray pamphlet aur Quran ka translation.</w:t>
      </w:r>
    </w:p>
    <w:p>
      <w:pPr>
        <w:jc w:val="right"/>
      </w:pPr>
      <w:r>
        <w:t>تو تین کاپی لی انہوں نے۔ لوگوں میں پھر دھوم بن گئی۔ سمجھیے، ہمارے کتابیں، ہمارے بروشر، ہمارے پمفلٹ اور قرآن کا ٹرانسلیشن۔</w:t>
      </w:r>
    </w:p>
    <w:p>
      <w:r>
        <w:rPr>
          <w:b/>
        </w:rPr>
        <w:t xml:space="preserve">[28:54] </w:t>
      </w:r>
      <w:r>
        <w:t>aik aik aadmi ko diya gaya hai, aik bal priest tha, woh woh Quran ka translation parh chuka tha pehle. to us ne kuch dekha to kaha yeh to samajh mein aa raha hai.</w:t>
      </w:r>
    </w:p>
    <w:p>
      <w:pPr>
        <w:jc w:val="right"/>
      </w:pPr>
      <w:r>
        <w:t>ایک ایک آدمی کو دیا گیا ہے، ایک بال پریسٹ تھا، وہ وہ قرآن کا ٹرانسلیشن پڑھ چکا تھا پہلے۔ تو اس نے کچھ دیکھا تو کہا یہ تو سمجھ میں آ رہا ہے۔</w:t>
      </w:r>
    </w:p>
    <w:p>
      <w:r>
        <w:rPr>
          <w:b/>
        </w:rPr>
        <w:t xml:space="preserve">[29:04] </w:t>
      </w:r>
      <w:r>
        <w:t>ab tak jo parha tha hum ne, to samajh mein nahi aata tha.</w:t>
      </w:r>
    </w:p>
    <w:p>
      <w:pPr>
        <w:jc w:val="right"/>
      </w:pPr>
      <w:r>
        <w:t>اب تک جو پڑھا تھا ہم نے، تو سمجھ میں نہیں آتا تھا۔</w:t>
      </w:r>
    </w:p>
    <w:p>
      <w:r>
        <w:rPr>
          <w:b/>
        </w:rPr>
        <w:t xml:space="preserve">[29:08] </w:t>
      </w:r>
      <w:r>
        <w:t>yaani anokhi baat us ne kahi ke ab tak jo hum ne parha translation, to hum samajhtay thay Quran aik mein confusion hai, kuch samajh mein anay wali baat nahi hai.</w:t>
      </w:r>
    </w:p>
    <w:p>
      <w:pPr>
        <w:jc w:val="right"/>
      </w:pPr>
      <w:r>
        <w:t>یعنی انوکھی بات اس نے کہی کہ اب تک جو ہم نے پڑھا ٹرانسلیشن، تو ہم سمجھتے تھے قرآن ایک میں کنفیوژن ہے، کچھ سمجھ میں آنے والی بات نہیں ہے۔</w:t>
      </w:r>
    </w:p>
    <w:p>
      <w:r>
        <w:rPr>
          <w:b/>
        </w:rPr>
        <w:t xml:space="preserve">[29:18] </w:t>
      </w:r>
      <w:r>
        <w:t>is mein us ko parhtay huay us ne kaha ke yeh to samajh mein aa raha hai. to baray anokhay tajurbay huay wahan par. to dekhiye, mein aap ko woh riwayat batana chahta hoon jo sari kahani ka asal hai.</w:t>
      </w:r>
    </w:p>
    <w:p>
      <w:pPr>
        <w:jc w:val="right"/>
      </w:pPr>
      <w:r>
        <w:t>اس میں اس کو پڑھتے ہوئے اس نے کہا کہ یہ تو سمجھ میں آ رہا ہے۔ تو بڑے انوکھے تجربے ہوئے وہاں پر۔ تو دیکھیے، میں آپ کو وہ روایت بتانا چاہتا ہوں جو ساری کہانی کا اصل ہے۔</w:t>
      </w:r>
    </w:p>
    <w:p>
      <w:r>
        <w:rPr>
          <w:b/>
        </w:rPr>
        <w:t xml:space="preserve">[29:35] </w:t>
      </w:r>
      <w:r>
        <w:t>yeh Madina ka waqia hai, Rasool Allah Sal Allahu Alaihi Wa Sallam ka.</w:t>
      </w:r>
    </w:p>
    <w:p>
      <w:pPr>
        <w:jc w:val="right"/>
      </w:pPr>
      <w:r>
        <w:t>یہ مدینہ کا واقعہ ہے، رسول اللہ صلی اللہ علیہ وسلم کا۔</w:t>
      </w:r>
    </w:p>
    <w:p>
      <w:r>
        <w:rPr>
          <w:b/>
        </w:rPr>
        <w:t xml:space="preserve">[29:39] </w:t>
      </w:r>
      <w:r>
        <w:t>Madina ka, yaani Rasool Allah Sal Allahu Alaihi Wa Sallam ka woh daur jo ke jis ko hum Madani daur kehtay hain. yaani hijrat kar ke aap Makka se Madina gaye to wahan ek khatoon theen, un ka naam tha Rumaisa.</w:t>
      </w:r>
    </w:p>
    <w:p>
      <w:pPr>
        <w:jc w:val="right"/>
      </w:pPr>
      <w:r>
        <w:t>مدینہ کا، یعنی رسول اللہ صلی اللہ علیہ وسلم کا وہ دور جو کہ جس کو ہم مدنی دور کہتے ہیں۔ یعنی ہجرت کر کے آپ مکہ سے مدینہ گئے تو وہاں ایک خاتون تھیں، ان کا نام تھا رمیسہ۔</w:t>
      </w:r>
    </w:p>
    <w:p>
      <w:r>
        <w:rPr>
          <w:b/>
        </w:rPr>
        <w:t xml:space="preserve">[29:54] </w:t>
      </w:r>
      <w:r>
        <w:t>Ray Meem, Yeh Ssad, Alif, Hamza. Rumaisa, un ka kuniyat thi, un ki Umm Haram. Rumaisa, Umm Haram bint Balhan,</w:t>
      </w:r>
    </w:p>
    <w:p>
      <w:pPr>
        <w:jc w:val="right"/>
      </w:pPr>
      <w:r>
        <w:t>رے میم، یہ صاد، الف، حمزہ۔ رمیسہ، ان کا کنیت تھی، ان کی ام حرام۔ رمیسہ، ام حرام بنت بلہان،</w:t>
      </w:r>
    </w:p>
    <w:p>
      <w:r>
        <w:rPr>
          <w:b/>
        </w:rPr>
        <w:t xml:space="preserve">[30:08] </w:t>
      </w:r>
      <w:r>
        <w:t>yeh yeh Madine mein rehti theen. to Rasool Allah Sal Allahu Alaihi Wa Sallam ki woh jo aap ki jo daya thi,</w:t>
      </w:r>
    </w:p>
    <w:p>
      <w:pPr>
        <w:jc w:val="right"/>
      </w:pPr>
      <w:r>
        <w:t>یہ یہ مدینے میں رہتی تھیں۔ تو رسول اللہ صلی اللہ علیہ وسلم کی وہ جو آپ کی جو دایا تھی،</w:t>
      </w:r>
    </w:p>
    <w:p>
      <w:r>
        <w:rPr>
          <w:b/>
        </w:rPr>
        <w:t xml:space="preserve">[30:21] </w:t>
      </w:r>
      <w:r>
        <w:t>yaani Halima Sadia, jo kaha jata tha Halima Sadia ki, woh behan thi. is lihaaz se Halima Sadia aap ki razai maa theen, aur yeh bhi aap ki razai maa jab ban gayi thi.</w:t>
      </w:r>
    </w:p>
    <w:p>
      <w:pPr>
        <w:jc w:val="right"/>
      </w:pPr>
      <w:r>
        <w:t>یعنی حلیمہ سعدیہ، جو کہا جاتا تھا حلیمہ سعدیہ کی، وہ بہن تھی۔ اس لحاظ سے حلیمہ سعدیہ آپ کی رضائی ماں تھیں، اور یہ بھی آپ کی رضائی ماں جب بن گئی تھی۔</w:t>
      </w:r>
    </w:p>
    <w:p>
      <w:r>
        <w:rPr>
          <w:b/>
        </w:rPr>
        <w:t xml:space="preserve">[30:35] </w:t>
      </w:r>
      <w:r>
        <w:t>is rishtay se aap un ke haan kabhi kabhi jatay thay. to ek din aap gaye un ke haan, yaani Umm Haram ke haan, jo Ubada bin Thabit Ansari ki biwi theen.</w:t>
      </w:r>
    </w:p>
    <w:p>
      <w:pPr>
        <w:jc w:val="right"/>
      </w:pPr>
      <w:r>
        <w:t>اس رشتے سے آپ ان کے ہاں کبھی کبھی جاتے تھے۔ تو ایک دن آپ گئے ان کے ہاں، یعنی ام حرام کے ہاں، جو عبادہ بن ثابت انصاری کی بیوی تھیں۔</w:t>
      </w:r>
    </w:p>
    <w:p>
      <w:r>
        <w:rPr>
          <w:b/>
        </w:rPr>
        <w:t xml:space="preserve">[30:49] </w:t>
      </w:r>
      <w:r>
        <w:t>woh Ubada bin Thabit Al Ansari. to wahan unhon ne kuch kuch khanay peenay ki cheez diya, baad mein khajoorain waghera ho gayi kuch.</w:t>
      </w:r>
    </w:p>
    <w:p>
      <w:pPr>
        <w:jc w:val="right"/>
      </w:pPr>
      <w:r>
        <w:t>وہ عبادہ بن ثابت الانصاری۔ تو وہاں انہوں نے کچھ کچھ کھانے پینے کی چیز دیا، بعد میں کھجوریں وغیرہ ہو گئی کچھ۔</w:t>
      </w:r>
    </w:p>
    <w:p>
      <w:r>
        <w:rPr>
          <w:b/>
        </w:rPr>
        <w:t xml:space="preserve">[31:01] </w:t>
      </w:r>
      <w:r>
        <w:t>to wahan aap so gaye, neend aa gayi aap ko un ke ghar par</w:t>
      </w:r>
    </w:p>
    <w:p>
      <w:pPr>
        <w:jc w:val="right"/>
      </w:pPr>
      <w:r>
        <w:t>تو وہاں آپ سو گئے، نیند آ گئی آپ کو ان کے گھر پر</w:t>
      </w:r>
    </w:p>
    <w:p>
      <w:r>
        <w:rPr>
          <w:b/>
        </w:rPr>
        <w:t xml:space="preserve">[31:06] </w:t>
      </w:r>
      <w:r>
        <w:t>jab aap uthe to aap muskura rahe the, rasool Allah sal Allah alaihi wasallam muskura rahe the. to umm e haraam ne poocha ke aey Allah ke rasool, aap kyun muskura rahe hain?</w:t>
      </w:r>
    </w:p>
    <w:p>
      <w:pPr>
        <w:jc w:val="right"/>
      </w:pPr>
      <w:r>
        <w:t>۔ جب آپ اٹھے تو آپ مسکرا رہے تھے، رسول اللہ صلی اللہ علیہ وسلم مسکرا رہے تھے۔ تو ام حرام نے پوچھا کہ اے خدا کے رسول، آپ کیوں مسکرا رہے ہیں؟</w:t>
      </w:r>
    </w:p>
    <w:p>
      <w:r>
        <w:rPr>
          <w:b/>
        </w:rPr>
        <w:t xml:space="preserve">[31:20] </w:t>
      </w:r>
      <w:r>
        <w:t>to aap ne farmaya ke mujhe aik group dikhaya gaya,</w:t>
      </w:r>
    </w:p>
    <w:p>
      <w:pPr>
        <w:jc w:val="right"/>
      </w:pPr>
      <w:r>
        <w:t>تو آپ نے فرمایا کہ مجھے ایک گروپ دکھایا گیا،</w:t>
      </w:r>
    </w:p>
    <w:p>
      <w:r>
        <w:rPr>
          <w:b/>
        </w:rPr>
        <w:t xml:space="preserve">[31:27] </w:t>
      </w:r>
      <w:r>
        <w:t>aik group dikhaya gaya, ahl e jannat ka group. woh samandar ka safar kar raha hai,</w:t>
      </w:r>
    </w:p>
    <w:p>
      <w:pPr>
        <w:jc w:val="right"/>
      </w:pPr>
      <w:r>
        <w:t>ایک گروپ دکھایا گیا، اہل جنت کا گروپ۔ وہ سمندر کا سفر کر رہا ہے،</w:t>
      </w:r>
    </w:p>
    <w:p>
      <w:r>
        <w:rPr>
          <w:b/>
        </w:rPr>
        <w:t xml:space="preserve">[31:34] </w:t>
      </w:r>
      <w:r>
        <w:t>samandar ka safar kar ke woh aik jazeeray mein pahunch raha hai, aur un ke baray mein aap kaha. aap ne farmaya ke kal muluk ala al-asr, badshahon ki tarah takhton par,</w:t>
      </w:r>
    </w:p>
    <w:p>
      <w:pPr>
        <w:jc w:val="right"/>
      </w:pPr>
      <w:r>
        <w:t>سمندر کا سفر کر کے وہ ایک جزیرے میں پہنچ رہا ہے، اور ان کے بارے میں آپ کہا۔ آپ نے فرمایا کہ کل ملوک علی الاسر، بادشاہوں کی طرح تختوں پر،</w:t>
      </w:r>
    </w:p>
    <w:p>
      <w:r>
        <w:rPr>
          <w:b/>
        </w:rPr>
        <w:t xml:space="preserve">[31:49] </w:t>
      </w:r>
      <w:r>
        <w:t>unlike, like kings in thrones.</w:t>
      </w:r>
    </w:p>
    <w:p>
      <w:pPr>
        <w:jc w:val="right"/>
      </w:pPr>
      <w:r>
        <w:t>ان لائک، لائک کنگز ان تھرونز۔</w:t>
      </w:r>
    </w:p>
    <w:p>
      <w:r>
        <w:rPr>
          <w:b/>
        </w:rPr>
        <w:t xml:space="preserve">[32:00] </w:t>
      </w:r>
      <w:r>
        <w:t>to</w:t>
      </w:r>
    </w:p>
    <w:p>
      <w:pPr>
        <w:jc w:val="right"/>
      </w:pPr>
      <w:r>
        <w:t>تو</w:t>
      </w:r>
    </w:p>
    <w:p>
      <w:r>
        <w:rPr>
          <w:b/>
        </w:rPr>
        <w:t xml:space="preserve">[32:03] </w:t>
      </w:r>
      <w:r>
        <w:t>hazrat umm e haraam ko bohat shauq hua, unhon ne kaha ke aap dua kijiye ke main bhi is jamaat mein, is group mein shamil ho jaon. to aap ne farmaya ke tum un mein se ho, tum un mein se ho.</w:t>
      </w:r>
    </w:p>
    <w:p>
      <w:pPr>
        <w:jc w:val="right"/>
      </w:pPr>
      <w:r>
        <w:t>حضرت ام حرام کو بہت شوق ہوا، انہوں نے کہا کہ آپ دعا کیجئے کہ میں بھی اس جماعت میں، اس گروپ میں شامل ہو جاؤں۔ تو آپ نے فرمایا کہ تم ان میں سے ہو، تم ان میں سے ہو۔</w:t>
      </w:r>
    </w:p>
    <w:p>
      <w:r>
        <w:rPr>
          <w:b/>
        </w:rPr>
        <w:t xml:space="preserve">[32:19] </w:t>
      </w:r>
      <w:r>
        <w:t>phir riwayat kehti hai ke phir aap ko dobara neend aa gayi, aur aap so gaye. aur dobara jab uthe aap to phir aap muskura rahe the.</w:t>
      </w:r>
    </w:p>
    <w:p>
      <w:pPr>
        <w:jc w:val="right"/>
      </w:pPr>
      <w:r>
        <w:t>پھر روایت کہتی ہے کہ پھر آپ کو دوبارہ نیند آ گئی، اور آپ سو گئے۔ اور دوبارہ جب اٹھے آپ تو پھر آپ مسکرا رہے تھے۔</w:t>
      </w:r>
    </w:p>
    <w:p>
      <w:r>
        <w:rPr>
          <w:b/>
        </w:rPr>
        <w:t xml:space="preserve">[32:30] </w:t>
      </w:r>
      <w:r>
        <w:t>to phir unhon ne poocha ke aap, aey Allah ke rasool, aap kyun muskura rahe hain? to aap ne phir wahi baat kahi ke dobara koi aap ne koi aik aik group dikhaya gaya, jannati group,</w:t>
      </w:r>
    </w:p>
    <w:p>
      <w:pPr>
        <w:jc w:val="right"/>
      </w:pPr>
      <w:r>
        <w:t>تو پھر انہوں نے پوچھا کہ آپ، اے خدا کے رسول، آپ کیوں مسکرا رہے ہیں؟ تو آپ نے پھر وہی بات کہی کہ دوبارہ کوئی آپ نے کوئی ایک ایک گروپ دکھایا گیا، جنتی گروپ،</w:t>
      </w:r>
    </w:p>
    <w:p>
      <w:r>
        <w:rPr>
          <w:b/>
        </w:rPr>
        <w:t xml:space="preserve">[32:44] </w:t>
      </w:r>
      <w:r>
        <w:t>jo samandaron ka safar kar ke usi same jazeeray mein ja raha hai. to phir unhon ne kaha ke aap dua kijiye ke main bhi is mein rahoon.</w:t>
      </w:r>
    </w:p>
    <w:p>
      <w:pPr>
        <w:jc w:val="right"/>
      </w:pPr>
      <w:r>
        <w:t>جو سمندروں کا سفر کر کے اسی سیم جزیرے میں جا رہا ہے۔ تو پھر انہوں نے کہا کہ آپ دعا کیجئے کہ میں بھی اس میں رہوں۔</w:t>
      </w:r>
    </w:p>
    <w:p>
      <w:r>
        <w:rPr>
          <w:b/>
        </w:rPr>
        <w:t xml:space="preserve">[32:53] </w:t>
      </w:r>
      <w:r>
        <w:t>to aap ne farmaya ke nahi, tum first group mein ho, lekin second group mein tum nahi ho.</w:t>
      </w:r>
    </w:p>
    <w:p>
      <w:pPr>
        <w:jc w:val="right"/>
      </w:pPr>
      <w:r>
        <w:t>تو آپ نے فرمایا کہ نہیں، تم فرسٹ گروپ میں ہو، لیکن سیکنڈ گروپ میں تم نہیں ہو۔</w:t>
      </w:r>
    </w:p>
    <w:p>
      <w:r>
        <w:rPr>
          <w:b/>
        </w:rPr>
        <w:t xml:space="preserve">[32:59] </w:t>
      </w:r>
      <w:r>
        <w:t>yeh hai hadees. ab yeh second group jo royal journey kar ke wahan pahunchega, yeh aik aik aik golden dream tha mere mind mein, mere sathiyon ke mind mein.</w:t>
      </w:r>
    </w:p>
    <w:p>
      <w:pPr>
        <w:jc w:val="right"/>
      </w:pPr>
      <w:r>
        <w:t>یہ ہے حدیث۔ اب یہ سیکنڈ گروپ جو رائل جرنی کر کے وہاں پہنچے گا، یہ ایک ایک ایک گولڈن ڈریم تھا میرے مائنڈ میں، میرے ساتھیوں کے مائنڈ میں۔</w:t>
      </w:r>
    </w:p>
    <w:p>
      <w:r>
        <w:rPr>
          <w:b/>
        </w:rPr>
        <w:t xml:space="preserve">[33:13] </w:t>
      </w:r>
      <w:r>
        <w:t>yahi le kar hamein wahan gaya ke shayad hua shumar is mein ho jaye.</w:t>
      </w:r>
    </w:p>
    <w:p>
      <w:pPr>
        <w:jc w:val="right"/>
      </w:pPr>
      <w:r>
        <w:t>یہی لے کر ہمیں وہاں گیا کہ شاید ہوا شمار اس میں ہو جائے۔</w:t>
      </w:r>
    </w:p>
    <w:p>
      <w:r>
        <w:rPr>
          <w:b/>
        </w:rPr>
        <w:t xml:space="preserve">[33:19] </w:t>
      </w:r>
      <w:r>
        <w:t>to aisa hua ke jab hamara jahaz wahan pahuncha, is ke upar, yani un un airport ke paas, to woh building bilkul airport ke paas hai,</w:t>
      </w:r>
    </w:p>
    <w:p>
      <w:pPr>
        <w:jc w:val="right"/>
      </w:pPr>
      <w:r>
        <w:t>تو ایسا ہوا کہ جب ہمارا جہاز وہاں پہنچا، اس کے اوپر، یعنی ان ان ایئرپورٹ کے پاس، تو وہ بلڈنگ بالکل ایئرپورٹ کے پاس ہے،</w:t>
      </w:r>
    </w:p>
    <w:p>
      <w:r>
        <w:rPr>
          <w:b/>
        </w:rPr>
        <w:t xml:space="preserve">[33:36] </w:t>
      </w:r>
      <w:r>
        <w:t>yani paanch minute ka walking distance hai is ka. to abhi hum log jahaz mein hi the ke woh dikhai pad gaya. woh</w:t>
      </w:r>
    </w:p>
    <w:p>
      <w:pPr>
        <w:jc w:val="right"/>
      </w:pPr>
      <w:r>
        <w:t>یعنی پانچ منٹ کا واکنگ ڈسٹنس ہے اس کا۔ تو ابھی ہم لوگ جہاز میں ہی تھے کہ وہ دکھائی پڑ گیا۔ وہ</w:t>
      </w:r>
    </w:p>
    <w:p>
      <w:r>
        <w:rPr>
          <w:b/>
        </w:rPr>
        <w:t xml:space="preserve">[33:46] </w:t>
      </w:r>
      <w:r>
        <w:t>phir yeh utar kar ke hum jab car se ja rahe the hotel ki taraf, tab bhi woh dikhai de raha tha. woh lekin hamare program mein jo tha, woh yeh tha ke hum wapsi mein wahan jayenge.</w:t>
      </w:r>
    </w:p>
    <w:p>
      <w:pPr>
        <w:jc w:val="right"/>
      </w:pPr>
      <w:r>
        <w:t>پھر یہ اتر کر کے ہم جب کار سے جا رہے تھے ہوٹل کی طرف، تب بھی وہ دکھائی دے رہا تھا۔ وہ لیکن ہمارے پروگرام میں جو تھا، وہ یہ تھا کہ ہم واپسی میں وہاں جائیں گے۔</w:t>
      </w:r>
    </w:p>
    <w:p>
      <w:r>
        <w:rPr>
          <w:b/>
        </w:rPr>
        <w:t xml:space="preserve">[33:58] </w:t>
      </w:r>
      <w:r>
        <w:t>to hum log gaye hotel mein, phire, conference mein shirkat ki, literature logon ko taqseem kiya. majmooi tor par hamara kul safar jo tha, woh yani paanchwein din hamein lotna tha.</w:t>
      </w:r>
    </w:p>
    <w:p>
      <w:pPr>
        <w:jc w:val="right"/>
      </w:pPr>
      <w:r>
        <w:t>تو ہم لوگ گئے ہوٹل میں، پھیرے، کانفرنس میں شرکت کی، لٹریچر لوگوں کو تقسیم کیا۔ مجموعی طور پر ہمارا کل سفر جو تھا، وہ یعنی پانچویں دن ہمیں لوٹنا تھا۔</w:t>
      </w:r>
    </w:p>
    <w:p>
      <w:r>
        <w:rPr>
          <w:b/>
        </w:rPr>
        <w:t xml:space="preserve">[34:12] </w:t>
      </w:r>
      <w:r>
        <w:t>to yeh program tha ke jab hum lotenge to airport jane se pehle hum pehle wahan jayenge, kuch der rahenge wahan, phir wahan se airport chale jayenge.</w:t>
      </w:r>
    </w:p>
    <w:p>
      <w:pPr>
        <w:jc w:val="right"/>
      </w:pPr>
      <w:r>
        <w:t>تو یہ پروگرام تھا کہ جب ہم لوٹیں گے تو ایئرپورٹ جانے سے پہلے ہم پہلے وہاں جائیں گے، کچھ دیر رہیں گے وہاں، پھر وہاں سے ایئرپورٹ چلے جائیں گے۔</w:t>
      </w:r>
    </w:p>
    <w:p>
      <w:r>
        <w:rPr>
          <w:b/>
        </w:rPr>
        <w:t xml:space="preserve">[34:23] </w:t>
      </w:r>
      <w:r>
        <w:t>aise hi kiya hum ne ke wapsi mein hum wahan gaye. to sahib, wahan jab pahunche to aik aik aik poori dunya thi wahan par.</w:t>
      </w:r>
    </w:p>
    <w:p>
      <w:pPr>
        <w:jc w:val="right"/>
      </w:pPr>
      <w:r>
        <w:t>ایسے ہی کیا ہم نے کہ واپسی میں ہم وہاں گئے۔ تو صاحب، وہاں جب پہنچے تو ایک ایک ایک پوری دنیا تھی وہاں پر۔</w:t>
      </w:r>
    </w:p>
    <w:p>
      <w:r>
        <w:rPr>
          <w:b/>
        </w:rPr>
        <w:t xml:space="preserve">[34:35] </w:t>
      </w:r>
      <w:r>
        <w:t>jaate hue maine yeh samjha tha ke aik tooti phooti qabr hogi,</w:t>
      </w:r>
    </w:p>
    <w:p>
      <w:pPr>
        <w:jc w:val="right"/>
      </w:pPr>
      <w:r>
        <w:t>جاتے ہوئے میں نے یہ سمجھا تھا کہ ایک ٹوٹی پھوٹی قبر ہوگی،</w:t>
      </w:r>
    </w:p>
    <w:p>
      <w:r>
        <w:rPr>
          <w:b/>
        </w:rPr>
        <w:t xml:space="preserve">[34:40] </w:t>
      </w:r>
      <w:r>
        <w:t>kyun ke sab se pehle maine padha tha aayat al-sahaba mein ke un ke baray mein, umm e haraam ke baray mein ke un ki qabr jo hai, qibra mein hai, aur upar likha hua hai qabr al-marah al-salihah.</w:t>
      </w:r>
    </w:p>
    <w:p>
      <w:pPr>
        <w:jc w:val="right"/>
      </w:pPr>
      <w:r>
        <w:t>کیونکہ سب سے پہلے میں نے پڑھا تھا ایت الصحابہ میں کہ ان کے بارے میں، ام حرام کے بارے میں کہ ان کی قبر جو ہے، قبرص میں ہے، اور اوپر لکھا ہوا ہے قبر المرۃ الصالحہ۔</w:t>
      </w:r>
    </w:p>
    <w:p>
      <w:r>
        <w:rPr>
          <w:b/>
        </w:rPr>
        <w:t xml:space="preserve">[34:54] </w:t>
      </w:r>
      <w:r>
        <w:t>pehla reference jo mujhe mila tha, woh yahi mila tha. itna hi, bas is se zyada kuch nahi. qabr al-marah al-salihah.</w:t>
      </w:r>
    </w:p>
    <w:p>
      <w:pPr>
        <w:jc w:val="right"/>
      </w:pPr>
      <w:r>
        <w:t>پہلا ریفرنس جو مجھے ملا تھا، وہ یہی ملا تھا۔ اتنا ہی، بس اس سے زیادہ کچھ نہیں۔ قبر المرۃ الصالحہ۔</w:t>
      </w:r>
    </w:p>
    <w:p>
      <w:r>
        <w:rPr>
          <w:b/>
        </w:rPr>
        <w:t xml:space="preserve">[35:03] </w:t>
      </w:r>
      <w:r>
        <w:t>phir is ke baad jo detail padhi to fath al-bari mein bohat tafseel se un ke baray mein likha hua hai, bohat detail mein.</w:t>
      </w:r>
    </w:p>
    <w:p>
      <w:pPr>
        <w:jc w:val="right"/>
      </w:pPr>
      <w:r>
        <w:t>پھر اس کے بعد جو ڈیٹیل پڑھی تو فتح الباری میں بہت تفصیل سے ان کے بارے میں لکھا ہوا ہے، بہت ڈیٹیل میں۔</w:t>
      </w:r>
    </w:p>
    <w:p>
      <w:r>
        <w:rPr>
          <w:b/>
        </w:rPr>
        <w:t xml:space="preserve">[35:12] </w:t>
      </w:r>
      <w:r>
        <w:t>fath al-bari mein phir internet par bohat detail mein sari maloomat mojood hain. hamare aik saathi peshawar mein rehte hain, un ko hum ne yahan se message diya, unhon ne bohat sara matter wahan se bheja.</w:t>
      </w:r>
    </w:p>
    <w:p>
      <w:pPr>
        <w:jc w:val="right"/>
      </w:pPr>
      <w:r>
        <w:t>فتح الباری میں پھر انٹرنیٹ پر بہت ڈیٹیل میں ساری معلومات موجود ہیں۔ ہمارے ایک ساتھی پشاور میں رہتے ہیں، ان کو ہم نے یہاں سے میسج دیا، انہوں نے بہت سارا میٹر وہاں سے بھیج دیا۔</w:t>
      </w:r>
    </w:p>
    <w:p>
      <w:r>
        <w:rPr>
          <w:b/>
        </w:rPr>
        <w:t xml:space="preserve">[35:27] </w:t>
      </w:r>
      <w:r>
        <w:t>ab jab wahan pohnche hum us ke samne to wo to ek taj mahal hai, samjhiye second taj mahal.</w:t>
      </w:r>
    </w:p>
    <w:p>
      <w:pPr>
        <w:jc w:val="right"/>
      </w:pPr>
      <w:r>
        <w:t>اب جب وہاں پہنچے ہم اس کے سامنے تو وہ تو ایک تاج محل ہے، سمجھیے سیکنڈ تاج محل۔</w:t>
      </w:r>
    </w:p>
    <w:p>
      <w:r>
        <w:rPr>
          <w:b/>
        </w:rPr>
        <w:t xml:space="preserve">[35:37] </w:t>
      </w:r>
      <w:r>
        <w:t>yani ek aap jante hain ke ek khatoon ki qabr hai wahan, jahan ke us ko hum kehte hain taj mahal. wahan bhi ek taj mahal hai, wo wo sang marmar ka to nahi hai, lekin bohat khoobsurat building hai,</w:t>
      </w:r>
    </w:p>
    <w:p>
      <w:pPr>
        <w:jc w:val="right"/>
      </w:pPr>
      <w:r>
        <w:t>یعنی ایک آپ جانتے ہیں کہ ایک خاتون کی قبر ہے وہاں، جہاں کہ اس کو ہم کہتے ہیں تاج محل۔ وہاں بھی ایک تاج محل ہے، وہ وہ سنگ مرمر کا تو نہیں ہے، لیکن بہت خوبصورت بلڈنگ ہے،</w:t>
      </w:r>
    </w:p>
    <w:p>
      <w:r>
        <w:rPr>
          <w:b/>
        </w:rPr>
        <w:t xml:space="preserve">[35:50] </w:t>
      </w:r>
      <w:r>
        <w:t>bohat hi yani bara is ka area hai, aur bilkul yani sea ke beatarian ke kinare hai.</w:t>
      </w:r>
    </w:p>
    <w:p>
      <w:pPr>
        <w:jc w:val="right"/>
      </w:pPr>
      <w:r>
        <w:t>بہت ہی یعنی بڑا اس کا ایریا ہے، اور بالکل یعنی سی کے بیٹیرین کے کنارے ہے۔</w:t>
      </w:r>
    </w:p>
    <w:p>
      <w:r>
        <w:rPr>
          <w:b/>
        </w:rPr>
        <w:t xml:space="preserve">[36:00] </w:t>
      </w:r>
      <w:r>
        <w:t>aur pehle us ko is mein ye hua ke jab ye hazrat umm e haraam wahan pohnchein to wapsi mein wo sawar huien khachchar par.</w:t>
      </w:r>
    </w:p>
    <w:p>
      <w:pPr>
        <w:jc w:val="right"/>
      </w:pPr>
      <w:r>
        <w:t>اور پہلے اس کو اس میں یہ ہوا کہ جب یہ حضرت ام حرام وہاں پہنچیں تو واپسی میں وہ سوار ہوئیں خچر پر۔</w:t>
      </w:r>
    </w:p>
    <w:p>
      <w:r>
        <w:rPr>
          <w:b/>
        </w:rPr>
        <w:t xml:space="preserve">[36:11] </w:t>
      </w:r>
      <w:r>
        <w:t>baghla aata hai hadith mein, khachchar par sawar huien to khachchar badka aur wo gir gaein.</w:t>
      </w:r>
    </w:p>
    <w:p>
      <w:pPr>
        <w:jc w:val="right"/>
      </w:pPr>
      <w:r>
        <w:t>بغلہ آتا ہے حدیث میں، خچر پر سوار ہوئیں تو خچر بدکا اور وہ گر گئیں۔</w:t>
      </w:r>
    </w:p>
    <w:p>
      <w:r>
        <w:rPr>
          <w:b/>
        </w:rPr>
        <w:t xml:space="preserve">[36:20] </w:t>
      </w:r>
      <w:r>
        <w:t>gir gaein to un ko sir mein ya gardan mein chot lagi aur wahan mar gaein. wo us waqt un ki umar jo hai 70 saal se zyada thi.</w:t>
      </w:r>
    </w:p>
    <w:p>
      <w:pPr>
        <w:jc w:val="right"/>
      </w:pPr>
      <w:r>
        <w:t>گر گئیں تو ان کو سر میں یا گردن میں چوٹ لگی اور وہاں مر گئیں۔ وہ اس وقت ان کی عمر جو ہے 70 سال سے زیادہ تھی۔</w:t>
      </w:r>
    </w:p>
    <w:p>
      <w:r>
        <w:rPr>
          <w:b/>
        </w:rPr>
        <w:t xml:space="preserve">[36:31] </w:t>
      </w:r>
      <w:r>
        <w:t>to logon ne un ko wahin dafan kar diya, kyunke islam ki taleem ye hai ke marne ke baad wahin dafan kar do jahan aadmi mara hai. aaj kal jo hua jahan se body le aate hain idhar udhar, ye islam ke khilaf hai.</w:t>
      </w:r>
    </w:p>
    <w:p>
      <w:pPr>
        <w:jc w:val="right"/>
      </w:pPr>
      <w:r>
        <w:t>تو لوگوں نے ان کو وہیں دفن کر دیا، کیونکہ اسلام کی تعلیم یہ ہے کہ مرنے کے بعد وہیں دفن کر دو جہاں آدمی مرا ہے۔ آج کل جو ہوا جہاں سے باڈی لے آتے ہیں ادھر ادھر، یہ اسلام کے خلاف ہے۔</w:t>
      </w:r>
    </w:p>
    <w:p>
      <w:r>
        <w:rPr>
          <w:b/>
        </w:rPr>
        <w:t xml:space="preserve">[36:43] </w:t>
      </w:r>
      <w:r>
        <w:t>ye islam ki taleem aise nahi hai. islam ki taleem hai ke jahan mara hai, wahin dafan kar do.</w:t>
      </w:r>
    </w:p>
    <w:p>
      <w:pPr>
        <w:jc w:val="right"/>
      </w:pPr>
      <w:r>
        <w:t>یہ اسلام کی تعلیم ایسے نہیں ہے۔ اسلام کی تعلیم ہے کہ جہاں مرا ہے، وہیں دفن کر دو۔</w:t>
      </w:r>
    </w:p>
    <w:p>
      <w:r>
        <w:rPr>
          <w:b/>
        </w:rPr>
        <w:t xml:space="preserve">[36:50] </w:t>
      </w:r>
      <w:r>
        <w:t>to sahaba the, us wo jamaat jo gayi thi, us mein sab sahaba log the. to wahan unhone un ko dafan kar diya. to shuru mein is ke un ke mamooli si qabr thi, shayad kachi qabr rahi hogi, kuch pathar pathar rakhe honge wahan par.</w:t>
      </w:r>
    </w:p>
    <w:p>
      <w:pPr>
        <w:jc w:val="right"/>
      </w:pPr>
      <w:r>
        <w:t>تو صحابہ تھے، اس وہ جماعت جو گئی تھی، اس میں سب صحابہ لوگ تھے۔ تو وہاں انہوں نے ان کو دفن کر دیا۔ تو شروع میں اس کے ان کے معمولی سی قبر تھی، شاید کچی قبر رہی ہوگی، کچھ پتھر پتھر رکھے ہوں گے وہاں پر۔</w:t>
      </w:r>
    </w:p>
    <w:p>
      <w:r>
        <w:rPr>
          <w:b/>
        </w:rPr>
        <w:t xml:space="preserve">[37:07] </w:t>
      </w:r>
      <w:r>
        <w:t>to ek sheikh hassan ka naam naam aata hai kitabon mein, wo wahan pohnche, wo wo cyprus ke bahar ke kahin se aaye the, wo</w:t>
      </w:r>
    </w:p>
    <w:p>
      <w:pPr>
        <w:jc w:val="right"/>
      </w:pPr>
      <w:r>
        <w:t>تو ایک شیخ حسان کا نام نام آتا ہے کتابوں میں، وہ وہاں پہنچے، وہ وہ قبرص کے باہر کے کہیں سے آئے تھے، وہ</w:t>
      </w:r>
    </w:p>
    <w:p>
      <w:r>
        <w:rPr>
          <w:b/>
        </w:rPr>
        <w:t xml:space="preserve">[37:17] </w:t>
      </w:r>
      <w:r>
        <w:t>unhone wahan par kuch aur banaya, yani ek pakki qabr ke andaz mein. phir turkon ke zamane mein wahan ek poora ek building banai gai, yani jis ko ek ek masjid banai gai.</w:t>
      </w:r>
    </w:p>
    <w:p>
      <w:pPr>
        <w:jc w:val="right"/>
      </w:pPr>
      <w:r>
        <w:t>انہوں نے وہاں پر کچھ اور بنایا، یعنی ایک پختہ قبر کے انداز میں۔ پھر ترکوں کے زمانے میں وہاں ایک پورا ایک بلڈنگ بنائی گئی، یعنی جس کو ایک ایک مسجد بنائی گئی۔</w:t>
      </w:r>
    </w:p>
    <w:p>
      <w:r>
        <w:rPr>
          <w:b/>
        </w:rPr>
        <w:t xml:space="preserve">[37:33] </w:t>
      </w:r>
      <w:r>
        <w:t>ek masjid banai gai wahan pe, aur isi masjid se mili hui un ki qabr hai. ab jo shakal hai, wo ye hai ke masjid alag hai, qabr alag hai, lekin qabr masjid se mili hui hai bilkul.</w:t>
      </w:r>
    </w:p>
    <w:p>
      <w:pPr>
        <w:jc w:val="right"/>
      </w:pPr>
      <w:r>
        <w:t>ایک مسجد بنائی گئی وہاں پہ، اور اسی مسجد سے ملی ہوئی ان کی قبر ہے۔ اب جو شکل ہے، وہ یہ ہے کہ مسجد الگ ہے، قبر الگ ہے، لیکن قبر مسجد سے ملی ہوئی ہے بالکل۔</w:t>
      </w:r>
    </w:p>
    <w:p>
      <w:r>
        <w:rPr>
          <w:b/>
        </w:rPr>
        <w:t xml:space="preserve">[37:44] </w:t>
      </w:r>
      <w:r>
        <w:t>jab hum jab is mein hum enter hue, hum to bohat bari si masjid thi, kafi bari carpet tha, is mein sab cheez thi. phir qibla ki taraf deewar se mila hua ek door tha, us door mein dakhil hue to wahan par qabr thi.</w:t>
      </w:r>
    </w:p>
    <w:p>
      <w:pPr>
        <w:jc w:val="right"/>
      </w:pPr>
      <w:r>
        <w:t>جب ہم جب اس میں ہم انٹر ہوئے، ہم تو بہت بڑی سی مسجد تھی، کافی بڑی کارپٹ تھا، اس میں سب چیز تھی۔ پھر قبلہ کی طرف دیوار سے ملا ہوا ایک ڈور تھا، اس ڈور میں داخل ہوئے تو وہاں پر قبر تھی۔</w:t>
      </w:r>
    </w:p>
    <w:p>
      <w:r>
        <w:rPr>
          <w:b/>
        </w:rPr>
        <w:t xml:space="preserve">[37:58] </w:t>
      </w:r>
      <w:r>
        <w:t>wahan par ye hai shakal wahan ki. to to turk turkon ke zamane mein wahan par kuch aur taameerat ki gaein.</w:t>
      </w:r>
    </w:p>
    <w:p>
      <w:pPr>
        <w:jc w:val="right"/>
      </w:pPr>
      <w:r>
        <w:t>وہاں پر یہ ہے شکل وہاں کی۔ تو تو ترک ترکوں کے زمانے میں وہاں پر کچھ اور تعمیرات کی گئیں۔</w:t>
      </w:r>
    </w:p>
    <w:p>
      <w:r>
        <w:rPr>
          <w:b/>
        </w:rPr>
        <w:t xml:space="preserve">[38:08] </w:t>
      </w:r>
      <w:r>
        <w:t>phir abhi haal mein aisa hua hai ke yusuf, jis ko yusuf kaha jata hai, USAID, yusuf jo international tanzeem hai,</w:t>
      </w:r>
    </w:p>
    <w:p>
      <w:pPr>
        <w:jc w:val="right"/>
      </w:pPr>
      <w:r>
        <w:t>پھر ابھی حال میں ایسا ہوا ہے کہ یوسف، جس کو یوسف کہا جاتا ہے، یو ایس اے آئی ڈی، یوسف جو انٹرنیشنل تنظیم ہے،</w:t>
      </w:r>
    </w:p>
    <w:p>
      <w:r>
        <w:rPr>
          <w:b/>
        </w:rPr>
        <w:t xml:space="preserve">[38:22] </w:t>
      </w:r>
      <w:r>
        <w:t>wo dunya ke ke mukhtalif maqamat par jo historical jo buildingen hain, us ko renovate karti hai.</w:t>
      </w:r>
    </w:p>
    <w:p>
      <w:pPr>
        <w:jc w:val="right"/>
      </w:pPr>
      <w:r>
        <w:t>وہ دنیا کے کے مختلف مقامات پر جو ہسٹوریکل جو بلڈنگیں ہیں، اس کو رینیویٹ کرتی ہے۔</w:t>
      </w:r>
    </w:p>
    <w:p>
      <w:r>
        <w:rPr>
          <w:b/>
        </w:rPr>
        <w:t xml:space="preserve">[38:31] </w:t>
      </w:r>
      <w:r>
        <w:t>wo to unhone kafi paisa laga ke us ko renovate kiya.</w:t>
      </w:r>
    </w:p>
    <w:p>
      <w:pPr>
        <w:jc w:val="right"/>
      </w:pPr>
      <w:r>
        <w:t>وہ تو انہوں نے کافی پیسہ لگا کے اس کو رینیویٹ کیا۔</w:t>
      </w:r>
    </w:p>
    <w:p>
      <w:r>
        <w:rPr>
          <w:b/>
        </w:rPr>
        <w:t xml:space="preserve">[38:35] </w:t>
      </w:r>
      <w:r>
        <w:t>ab jo shakal hai, wahan par bohat hi beautiful masjid bani hui hai, kai is mein kamre waghera bane hue hain rehne ke liye, aur toilet waghera bane hue hain, pani ka intezam hai wahan.</w:t>
      </w:r>
    </w:p>
    <w:p>
      <w:pPr>
        <w:jc w:val="right"/>
      </w:pPr>
      <w:r>
        <w:t>اب جو شکل ہے، وہاں پر بہت ہی بیوٹی فل مسجد بنی ہوئی ہے، کئی اس میں کمرے وغیرہ بنے ہوئے ہیں رہنے کے لیے، اور ٹوائلٹ وغیرہ بنے ہوئے ہیں، پانی کا انتظام ہے وہاں۔</w:t>
      </w:r>
    </w:p>
    <w:p>
      <w:r>
        <w:rPr>
          <w:b/>
        </w:rPr>
        <w:t xml:space="preserve">[38:49] </w:t>
      </w:r>
      <w:r>
        <w:t>ye ek poora ek complex hai, is ka bohat bara area hai. is ka us waqt jo hum ne dekha, us ko</w:t>
      </w:r>
    </w:p>
    <w:p>
      <w:pPr>
        <w:jc w:val="right"/>
      </w:pPr>
      <w:r>
        <w:t>یہ ایک پورا ایک کمپلیکس ہے، اس کا بہت بڑا ایریا ہے۔ اس کا اس وقت جو ہم نے دیکھا، اس کو</w:t>
      </w:r>
    </w:p>
    <w:p>
      <w:r>
        <w:rPr>
          <w:b/>
        </w:rPr>
        <w:t xml:space="preserve">[38:56] </w:t>
      </w:r>
      <w:r>
        <w:t>to khair wahan par hum ne masjid mein namaz parhi aur dua ki, khuda ya mujh ko aur hamare sab sathiyon ko to is second group mein shamil kar de.</w:t>
      </w:r>
    </w:p>
    <w:p>
      <w:pPr>
        <w:jc w:val="right"/>
      </w:pPr>
      <w:r>
        <w:t>تو خیر وہاں پر ہم نے مسجد میں نماز پڑھی اور دعا کی، خدایا مجھ کو اور ہمارے سب ساتھیوں کو تو اس سیکنڈ گروپ میں شامل کر دے۔</w:t>
      </w:r>
    </w:p>
    <w:p>
      <w:r>
        <w:rPr>
          <w:b/>
        </w:rPr>
        <w:t xml:space="preserve">[39:11] </w:t>
      </w:r>
      <w:r>
        <w:t>jis tarah main ne dua ki thi aqsa mein,</w:t>
      </w:r>
    </w:p>
    <w:p>
      <w:pPr>
        <w:jc w:val="right"/>
      </w:pPr>
      <w:r>
        <w:t>جس طرح میں نے دعا کی تھی اقصیٰ میں،</w:t>
      </w:r>
    </w:p>
    <w:p>
      <w:r>
        <w:rPr>
          <w:b/>
        </w:rPr>
        <w:t xml:space="preserve">[39:14] </w:t>
      </w:r>
      <w:r>
        <w:t>isi tarah main ne dua ki yahan par, main ne aur mere sathiyon ne ke khuda ya to hamare poore group ko, hamare sab sathiyon ko, jo bhi is mission mein hamare sathi hain, sab ko is second group mein shamil kar de.</w:t>
      </w:r>
    </w:p>
    <w:p>
      <w:pPr>
        <w:jc w:val="right"/>
      </w:pPr>
      <w:r>
        <w:t>اسی طرح میں نے دعا کی یہاں پر، میں نے اور میرے ساتھیوں نے کہ خدایا تو ہمارے پورے گروپ کو، ہمارے سب ساتھیوں کو، جو بھی اس مشن میں ہمارے ساتھی ہیں، سب کو اس سیکنڈ گروپ میں شامل کر دے۔</w:t>
      </w:r>
    </w:p>
    <w:p>
      <w:r>
        <w:rPr>
          <w:b/>
        </w:rPr>
        <w:t xml:space="preserve">[39:32] </w:t>
      </w:r>
      <w:r>
        <w:t>to wahan par hum ne</w:t>
      </w:r>
    </w:p>
    <w:p>
      <w:pPr>
        <w:jc w:val="right"/>
      </w:pPr>
      <w:r>
        <w:t>تو وہاں پر ہم نے</w:t>
      </w:r>
    </w:p>
    <w:p>
      <w:r>
        <w:rPr>
          <w:b/>
        </w:rPr>
        <w:t xml:space="preserve">[39:36] </w:t>
      </w:r>
      <w:r>
        <w:t>jo manzar dekha to us ki detail inshallah safarnama mein aayegi,</w:t>
      </w:r>
    </w:p>
    <w:p>
      <w:pPr>
        <w:jc w:val="right"/>
      </w:pPr>
      <w:r>
        <w:t>جو منظر دیکھا تو اس کی ڈیٹیل انشاءاللہ سفرنامے میں آئے گی،</w:t>
      </w:r>
    </w:p>
    <w:p>
      <w:r>
        <w:rPr>
          <w:b/>
        </w:rPr>
        <w:t xml:space="preserve">[39:43] </w:t>
      </w:r>
      <w:r>
        <w:t>aap risala jo hamara magazine hai, us mein. to wahan par jin logon se mulaqaten huien, wo indian bhi the, pakistani bhi the, arab bhi the, aur christian log the, different countries ke sab se mulaqaten huien.</w:t>
      </w:r>
    </w:p>
    <w:p>
      <w:pPr>
        <w:jc w:val="right"/>
      </w:pPr>
      <w:r>
        <w:t>آپ رسالہ جو ہمارا میگزین ہے، اس میں۔ تو وہاں پر جن لوگوں سے ملاقاتیں ہوئیں، وہ انڈین بھی تھے، پاکستانی بھی تھے، عرب بھی تھے، اور کرسچن لوگ تھے، ڈفرنٹ کنٹریز کے سب سے ملاقاتیں ہوئیں۔</w:t>
      </w:r>
    </w:p>
    <w:p>
      <w:r>
        <w:rPr>
          <w:b/>
        </w:rPr>
        <w:t xml:space="preserve">[40:02] </w:t>
      </w:r>
      <w:r>
        <w:t>aur bohat hi anokhi baat yeh thi ke qabrus ke baray mein jab hum ne parha to maloom hua ke wahan religious persecution bohat hota tha.</w:t>
      </w:r>
    </w:p>
    <w:p>
      <w:pPr>
        <w:jc w:val="right"/>
      </w:pPr>
      <w:r>
        <w:t>اور بہت ہی انوکھی بات یہ تھی کہ قبرص کے بارے میں جب ہم نے پڑھا تو معلوم ہوا کہ وہاں ریلیجس پرسیکیوشن بہت ہوتا تھا۔</w:t>
      </w:r>
    </w:p>
    <w:p>
      <w:r>
        <w:rPr>
          <w:b/>
        </w:rPr>
        <w:t xml:space="preserve">[40:12] </w:t>
      </w:r>
      <w:r>
        <w:t>Yahoodi isai ko marte the, isai yahoodi ko marte the. To pehle jo wahan ka jo mahaul tha, woh religious persecution ka mahaul tha.</w:t>
      </w:r>
    </w:p>
    <w:p>
      <w:pPr>
        <w:jc w:val="right"/>
      </w:pPr>
      <w:r>
        <w:t>یہودی عیسائی کو مارتے تھے، عیسائی یہودی کو مارتے تھے۔ تو پہلے جو وہاں کا جو ماحول تھا، وہ ریلیجس پرسیکیوشن کا ماحول تھا۔</w:t>
      </w:r>
    </w:p>
    <w:p>
      <w:r>
        <w:rPr>
          <w:b/>
        </w:rPr>
        <w:t xml:space="preserve">[40:24] </w:t>
      </w:r>
      <w:r>
        <w:t>Koi mazhab wahan par apni tablegh karne ka moqa nahi pata tha. Is se pehle aap parh sakte hain is ko kitabon mein, lekin hum jab wahan gaye to zamana bilkul badal chuka tha.</w:t>
      </w:r>
    </w:p>
    <w:p>
      <w:pPr>
        <w:jc w:val="right"/>
      </w:pPr>
      <w:r>
        <w:t>کوئی مذہب وہاں پر اپنی تبلیغ کرنے کا موقع نہیں پاتا تھا۔ اس سے پہلے آپ پڑھ سکتے ہیں اس کو کتابوں میں، لیکن ہم جب وہاں گئے تو زمانہ بالکل بدل چکا تھا۔</w:t>
      </w:r>
    </w:p>
    <w:p>
      <w:r>
        <w:rPr>
          <w:b/>
        </w:rPr>
        <w:t xml:space="preserve">[40:40] </w:t>
      </w:r>
      <w:r>
        <w:t>Yaani poora tha religious freedom ka zamana,</w:t>
      </w:r>
    </w:p>
    <w:p>
      <w:pPr>
        <w:jc w:val="right"/>
      </w:pPr>
      <w:r>
        <w:t>یعنی پورا تھا ریلیجس فریڈم کا زمانہ،</w:t>
      </w:r>
    </w:p>
    <w:p>
      <w:r>
        <w:rPr>
          <w:b/>
        </w:rPr>
        <w:t xml:space="preserve">[40:43] </w:t>
      </w:r>
      <w:r>
        <w:t>Yaani koi rok nahi, koi tok nahi. Wahan par khullam khulla hum logon ko kitabein de rahe the, quran de rahe the, literature de rahe the, aur khushi khushi log le rahe the.</w:t>
      </w:r>
    </w:p>
    <w:p>
      <w:pPr>
        <w:jc w:val="right"/>
      </w:pPr>
      <w:r>
        <w:t>یعنی کوئی روک نہیں، کوئی ٹوک نہیں۔ وہاں پر کھلم کھلا ہم لوگوں کو کتابیں دے رہے تھے، قرآن دے رہے تھے، لٹریچر دے رہے تھے، اور خوشی خوشی لوگ لے رہے تھے۔</w:t>
      </w:r>
    </w:p>
    <w:p>
      <w:r>
        <w:rPr>
          <w:b/>
        </w:rPr>
        <w:t xml:space="preserve">[40:57] </w:t>
      </w:r>
      <w:r>
        <w:t>To mein ne socha ke dekhein zamana kitna badal chuka hai. Logon ko pichli kahaniyan maloom hain, abhi tak mein samajhta hoon ke shoori taur par log discover nahi kar paye hain ke zamana badal chuka hai.</w:t>
      </w:r>
    </w:p>
    <w:p>
      <w:pPr>
        <w:jc w:val="right"/>
      </w:pPr>
      <w:r>
        <w:t>تو میں نے سوچا کہ دیکھیں زمانہ کتنا بدل چکا ہے۔ لوگوں کو پچھلی کہانیاں معلوم ہیں، ابھی تک میں سمجھتا ہوں کہ شعوری طور پر لوگ ڈسکور نہیں کر پائے ہیں کہ زمانہ بدل چکا ہے۔</w:t>
      </w:r>
    </w:p>
    <w:p>
      <w:r>
        <w:rPr>
          <w:b/>
        </w:rPr>
        <w:t xml:space="preserve">[41:11] </w:t>
      </w:r>
      <w:r>
        <w:t>Shoori taur par,</w:t>
      </w:r>
    </w:p>
    <w:p>
      <w:pPr>
        <w:jc w:val="right"/>
      </w:pPr>
      <w:r>
        <w:t>شعوری طور پر،</w:t>
      </w:r>
    </w:p>
    <w:p>
      <w:r>
        <w:rPr>
          <w:b/>
        </w:rPr>
        <w:t xml:space="preserve">[41:14] </w:t>
      </w:r>
      <w:r>
        <w:t>Yaani mein khud samajhta tha ke wahan rok tok hogi, kyunke conference kar rahe hain christian log, aur doosre to mazhab ke log wahan honge, to kahenge aap yeh kahan laye hain kitabein?</w:t>
      </w:r>
    </w:p>
    <w:p>
      <w:pPr>
        <w:jc w:val="right"/>
      </w:pPr>
      <w:r>
        <w:t>یعنی میں خود سمجھتا تھا کہ وہاں روک ٹوک ہوگی، کیونکہ کانفرنس کر رہے ہیں کرسچن لوگ، اور دوسرے تو مذہب کے لوگ وہاں ہوں گے، تو کہیں گے آپ یہ کہاں لائے ہیں کتابیں؟</w:t>
      </w:r>
    </w:p>
    <w:p>
      <w:r>
        <w:rPr>
          <w:b/>
        </w:rPr>
        <w:t xml:space="preserve">[41:25] </w:t>
      </w:r>
      <w:r>
        <w:t>Kahan laye hain? Aap par hamare conference mein aaye hain ke apni kitabein bantne ke liye aaye hain? Aap lekin aisa kuch bhi wahan nahi hua, aur sari kitabein khatam ho gayin.</w:t>
      </w:r>
    </w:p>
    <w:p>
      <w:pPr>
        <w:jc w:val="right"/>
      </w:pPr>
      <w:r>
        <w:t>کہاں لائے ہیں؟ آپ پر آپ ہمارے کانفرنس میں آئے ہیں کہ اپنی کتابیں بانٹنے کے لیے آئے ہیں؟ آپ لیکن ایسا کچھ بھی وہاں نہیں ہوا، اور ساری کتابیں ختم ہوگئیں۔</w:t>
      </w:r>
    </w:p>
    <w:p>
      <w:r>
        <w:rPr>
          <w:b/>
        </w:rPr>
        <w:t xml:space="preserve">[41:38] </w:t>
      </w:r>
      <w:r>
        <w:t>Mein aaj ja raha tha to logon se mein kehta tha, mere sathiyon se, sari kitabein le ja rahe hain to lotana parega wahan se. Kahan kis ko denge ab kitabein? Yeh mein bar bar kehta tha, kyun le aa jana hai itni kitabein?</w:t>
      </w:r>
    </w:p>
    <w:p>
      <w:pPr>
        <w:jc w:val="right"/>
      </w:pPr>
      <w:r>
        <w:t>میں آج جا رہا تھا تو لوگوں سے میں کہتا تھا، میرے ساتھیوں سے، ساری کتابیں لے جا رہے ہیں تو لوٹانا پڑے گا وہاں سے۔ کہاں کس کو دیں گے اب کتابیں؟ یہ میں بار بار کہتا تھا، کیوں لے آ جانا ہے اتنی کتابیں؟</w:t>
      </w:r>
    </w:p>
    <w:p>
      <w:r>
        <w:rPr>
          <w:b/>
        </w:rPr>
        <w:t xml:space="preserve">[41:49] </w:t>
      </w:r>
      <w:r>
        <w:t>To lota lota ke lana parega wapas, lekin koi kitab wahan lot kar nahi aayi.</w:t>
      </w:r>
    </w:p>
    <w:p>
      <w:pPr>
        <w:jc w:val="right"/>
      </w:pPr>
      <w:r>
        <w:t>تو لوٹا لوٹا کے لانا پڑے گا واپس، لیکن کوئی کتاب وہاں لوٹ کر نہیں آئی۔</w:t>
      </w:r>
    </w:p>
    <w:p>
      <w:r>
        <w:rPr>
          <w:b/>
        </w:rPr>
        <w:t xml:space="preserve">[41:58] </w:t>
      </w:r>
      <w:r>
        <w:t>Sab ke sab logon ne jise ek dafa de loot liya, us tareeqay se unhone le liya kitabon ko. To kya ke wahi maqam, aur sirf Cyprus ki baat nahi, sari duniya mein pehle religious persecution ka zamana tha.</w:t>
      </w:r>
    </w:p>
    <w:p>
      <w:pPr>
        <w:jc w:val="right"/>
      </w:pPr>
      <w:r>
        <w:t>سب کے سب لوگوں نے جسے ایک دفعہ دے لوٹ لیا، اس طریقے سے انہوں نے لے لیا کتابوں کو۔ تو کیا کہ وہی مقام، اور صرف سائپرس کی بات نہیں، ساری دنیا میں پہلے ریلیجس پرسیکیوشن کا زمانہ تھا۔</w:t>
      </w:r>
    </w:p>
    <w:p>
      <w:r>
        <w:rPr>
          <w:b/>
        </w:rPr>
        <w:t xml:space="preserve">[42:14] </w:t>
      </w:r>
      <w:r>
        <w:t>Har jagah, yaani ek mazhab wala jo wahan dominate kar raha ho, doosre mazhab wale ko woh ijazat nahi deta tha ke wahan par woh apni tablegh kare ya wahan par kuch kaam kare apne mazhab ke hawale se.</w:t>
      </w:r>
    </w:p>
    <w:p>
      <w:pPr>
        <w:jc w:val="right"/>
      </w:pPr>
      <w:r>
        <w:t>ہر جگہ، یعنی ایک مذہب والا جو وہاں ڈومینیٹ کر رہا ہو، دوسرے مذہب والے کو وہ اجازت نہیں دیتا تھا کہ وہاں پر وہ اپنی تبلیغ کرے یا وہاں پر کچھ کام کرے اپنے مذہب کے حوالے سے۔</w:t>
      </w:r>
    </w:p>
    <w:p>
      <w:r>
        <w:rPr>
          <w:b/>
        </w:rPr>
        <w:t xml:space="preserve">[42:29] </w:t>
      </w:r>
      <w:r>
        <w:t>Aaj wahan poori freedom hai, poori freedom, koi kisi ko rokne wala nahi. Har jagah hum ne kitabein aur quran majeed tarjume rakhwaye,</w:t>
      </w:r>
    </w:p>
    <w:p>
      <w:pPr>
        <w:jc w:val="right"/>
      </w:pPr>
      <w:r>
        <w:t>آج وہاں پوری فریڈم ہے، پوری فریڈم، کوئی کسی کو روکنے والا نہیں۔ ہر جگہ ہم نے کتابیں اور قرآن مجید ترجمے رکھوائے،</w:t>
      </w:r>
    </w:p>
    <w:p>
      <w:r>
        <w:rPr>
          <w:b/>
        </w:rPr>
        <w:t xml:space="preserve">[42:41] </w:t>
      </w:r>
      <w:r>
        <w:t>Jo idaray the, jo jo mukhtalif qism ke jo bhi moqa mila, wahan rakhwaye, logon ko diya, koi rok tok nahi. To yeh kitna bara shukar ki baat hai ke woh duniya jahan is se pehle religious persecution hua karta tha, us duniya mein Khuda ne har taraf religious freedom ka mahaul paida kar diya hai,</w:t>
      </w:r>
    </w:p>
    <w:p>
      <w:pPr>
        <w:jc w:val="right"/>
      </w:pPr>
      <w:r>
        <w:t>جو ادارے تھے، جو جو مختلف قسم کے جو بھی موقع ملا، وہاں رکھوائے، لوگوں کو دیا، کوئی روک ٹوک نہیں۔ تو یہ کتنا بڑا شکر کی بات ہے کہ وہ دنیا جہاں اس سے پہلے ریلیجس پرسیکیوشن ہوا کرتا تھا، اس دنیا میں خدا نے ہر طرف ریلیجس فریڈم کا ماحول پیدا کر دیا ہے،</w:t>
      </w:r>
    </w:p>
    <w:p>
      <w:r>
        <w:rPr>
          <w:b/>
        </w:rPr>
        <w:t xml:space="preserve">[43:03] </w:t>
      </w:r>
      <w:r>
        <w:t>Aur bila rok tok aap Islam ka paigham pohncha sakte hain. Kaisi anokhi baat hai yeh,</w:t>
      </w:r>
    </w:p>
    <w:p>
      <w:pPr>
        <w:jc w:val="right"/>
      </w:pPr>
      <w:r>
        <w:t>اور بلا روک ٹوک آپ اسلام کا پیغام پہنچا سکتے ہیں۔ کیسی انوکھی بات ہے یہ،</w:t>
      </w:r>
    </w:p>
    <w:p>
      <w:r>
        <w:rPr>
          <w:b/>
        </w:rPr>
        <w:t xml:space="preserve">[43:12] </w:t>
      </w:r>
      <w:r>
        <w:t>Kaisi anokhi baat hai! Lekin log sirf itna hi jante hain ke wahan par, yaani bohat se musalman wahan par hain, lekin woh itna hi jante hain ke wahan par falan job mil sakta hai, falan education mil sakti hai.</w:t>
      </w:r>
    </w:p>
    <w:p>
      <w:pPr>
        <w:jc w:val="right"/>
      </w:pPr>
      <w:r>
        <w:t>کیسی انوکھی بات ہے! لیکن لوگ صرف اتنا ہی جانتے ہیں کہ وہاں پر، یعنی بہت سے مسلمان وہاں پر ہیں، لیکن وہ اتنا ہی جانتے ہیں کہ وہاں پر فلاں جاب مل سکتا ہے، فلاں ایجوکیشن مل سکتی ہے۔</w:t>
      </w:r>
    </w:p>
    <w:p>
      <w:r>
        <w:rPr>
          <w:b/>
        </w:rPr>
        <w:t xml:space="preserve">[43:28] </w:t>
      </w:r>
      <w:r>
        <w:t>Yahi jante hain, aur kuch nahi jante. Maslan ek muslim naujawan mila, woh wahan par hotel management ka course kar raha tha. Doosre country se aaya, woh muslim naujawan is liye hotel management ka course karne ke liye,</w:t>
      </w:r>
    </w:p>
    <w:p>
      <w:pPr>
        <w:jc w:val="right"/>
      </w:pPr>
      <w:r>
        <w:t>یہی جانتے ہیں، اور کچھ نہیں جانتے۔ مثلاً ایک مسلم نوجوان ملا، وہ وہاں پر ہوٹل مینجمنٹ کا کورس کر رہا تھا۔ دوسرے کنٹری سے آیا، وہ مسلم نوجوان اس لیے ہوٹل مینجمنٹ کا کورس کرنے کے لیے،</w:t>
      </w:r>
    </w:p>
    <w:p>
      <w:r>
        <w:rPr>
          <w:b/>
        </w:rPr>
        <w:t xml:space="preserve">[43:42] </w:t>
      </w:r>
      <w:r>
        <w:t>Kyunke wahan kar lega to phir us ko koi hotel mein koi job mil jayegi, bohat aasani se. Dawat ka koi concept hi nahi, dawat ke opportunities ko avail karein, uska koi concept hi nahi hoga.</w:t>
      </w:r>
    </w:p>
    <w:p>
      <w:pPr>
        <w:jc w:val="right"/>
      </w:pPr>
      <w:r>
        <w:t>کیونکہ وہاں کر لے گا تو پھر اس کو کوئی ہوٹل میں کوئی جاب مل جائے گی، بہت آسانی سے۔ دعوت کا کوئی کانسیپٹ ہی نہیں، دعوت کے اپرچونیٹیز کو اویل کریں، اس کا کوئی کانسیپٹ ہی نہیں ہوگا۔</w:t>
      </w:r>
    </w:p>
    <w:p>
      <w:r>
        <w:rPr>
          <w:b/>
        </w:rPr>
        <w:t xml:space="preserve">[43:56] </w:t>
      </w:r>
      <w:r>
        <w:t>Kaisi anokhi baat hai! Yaani woh woh jagah jahan pe ek sahabi ka itna bara ek nishan</w:t>
      </w:r>
    </w:p>
    <w:p>
      <w:pPr>
        <w:jc w:val="right"/>
      </w:pPr>
      <w:r>
        <w:t>کیسی انوکھی بات ہے! یعنی وہ وہ جگہ جہاں پہ ایک صحابیہ کا اتنا بڑا ایک نشان</w:t>
      </w:r>
    </w:p>
    <w:p>
      <w:r>
        <w:rPr>
          <w:b/>
        </w:rPr>
        <w:t xml:space="preserve">[44:07] </w:t>
      </w:r>
      <w:r>
        <w:t>Qaim hai, woh qabar jo hai sahabi ki, jis ko wahan kaha jata hai, woh Halah Sultan, uska naam hai.</w:t>
      </w:r>
    </w:p>
    <w:p>
      <w:pPr>
        <w:jc w:val="right"/>
      </w:pPr>
      <w:r>
        <w:t>قائم ہے، وہ قبر جو ہے صحابیہ کی، جس کو وہاں کہا جاتا ہے، وہ حالہ سلطان، اس کا نام ہے۔</w:t>
      </w:r>
    </w:p>
    <w:p>
      <w:r>
        <w:rPr>
          <w:b/>
        </w:rPr>
        <w:t xml:space="preserve">[44:18] </w:t>
      </w:r>
      <w:r>
        <w:t>Halah Sultan, Halah Sultan, Tike Tike, ghaleban Takiya ka woh hai.</w:t>
      </w:r>
    </w:p>
    <w:p>
      <w:pPr>
        <w:jc w:val="right"/>
      </w:pPr>
      <w:r>
        <w:t>حالہ سلطان، حالہ سلطان، ٹکے ٹکے، غالباً تکیہ کا وہ ہے۔</w:t>
      </w:r>
    </w:p>
    <w:p>
      <w:r>
        <w:rPr>
          <w:b/>
        </w:rPr>
        <w:t xml:space="preserve">[44:28] </w:t>
      </w:r>
      <w:r>
        <w:t>Turkish form, Turkish mein Tike ka hai, T W K A,</w:t>
      </w:r>
    </w:p>
    <w:p>
      <w:pPr>
        <w:jc w:val="right"/>
      </w:pPr>
      <w:r>
        <w:t>ترکش فارم، ترکش میں ٹکے کا ہے، ٹی ڈبل کے اے،</w:t>
      </w:r>
    </w:p>
    <w:p>
      <w:r>
        <w:rPr>
          <w:b/>
        </w:rPr>
        <w:t xml:space="preserve">[44:34] </w:t>
      </w:r>
      <w:r>
        <w:t>Jo hamari zaban mein Takiya kehte hain, jis ko Takiya ka matlab hai dargah. To Halah Sultan, uska naam hai.</w:t>
      </w:r>
    </w:p>
    <w:p>
      <w:pPr>
        <w:jc w:val="right"/>
      </w:pPr>
      <w:r>
        <w:t>جو ہماری زبان میں تکیہ کہتے ہیں، جس کو تکیہ کا مطلب ہے درگاہ۔ تو حالہ سلطان، اس کا نام ہے۔</w:t>
      </w:r>
    </w:p>
    <w:p>
      <w:r>
        <w:rPr>
          <w:b/>
        </w:rPr>
        <w:t xml:space="preserve">[44:45] </w:t>
      </w:r>
      <w:r>
        <w:t>Dekhein, yeh mein arz karoon, Halah jo hai, Turkish language mein Kh H ban jata hai. Halah ka matlab khala, yaani Kh jo hai, badal ke H ban gaya hai.</w:t>
      </w:r>
    </w:p>
    <w:p>
      <w:pPr>
        <w:jc w:val="right"/>
      </w:pPr>
      <w:r>
        <w:t>دیکھیں، یہ میں عرض کروں، حالہ جو ہے، ترکش لینگویج میں خ ہ بن جاتا ہے۔ حالہ کا مطلب خالہ، یعنی خ جو ہے، بدل کے ہ بن گیا ہے۔</w:t>
      </w:r>
    </w:p>
    <w:p>
      <w:r>
        <w:rPr>
          <w:b/>
        </w:rPr>
        <w:t xml:space="preserve">[44:56] </w:t>
      </w:r>
      <w:r>
        <w:t>to Romeesa jo theen, woh Rasool Allah ki khala theen, razaai maa ki behen. to Sultan se muraad maine samjha ke Sultan al-Anbiya, Sultan al-Anbiya ki khala,</w:t>
      </w:r>
    </w:p>
    <w:p>
      <w:pPr>
        <w:jc w:val="right"/>
      </w:pPr>
      <w:r>
        <w:t>تو رومیسہ جو تھیں، وہ رسول اللہ کی خالہ تھیں، رضائی ماں کی بہن۔ تو سلطان سے مراد میں نے سمجھا کہ سلطان الانبیاء، سلطان الانبیاء کی خالہ،</w:t>
      </w:r>
    </w:p>
    <w:p>
      <w:r>
        <w:rPr>
          <w:b/>
        </w:rPr>
        <w:t xml:space="preserve">[45:14] </w:t>
      </w:r>
      <w:r>
        <w:t>yaani Sultan al-Anbiya ki khala,</w:t>
      </w:r>
    </w:p>
    <w:p>
      <w:pPr>
        <w:jc w:val="right"/>
      </w:pPr>
      <w:r>
        <w:t>یعنی سلطان الانبیاء کی خالہ،</w:t>
      </w:r>
    </w:p>
    <w:p>
      <w:r>
        <w:rPr>
          <w:b/>
        </w:rPr>
        <w:t xml:space="preserve">[45:18] </w:t>
      </w:r>
      <w:r>
        <w:t>kyunke woh, yaani Rasool Allah ki razaai maa theen, Haleemah, unki behen theen, Umm Haram, to woh Rasool Allah ki khala huin.</w:t>
      </w:r>
    </w:p>
    <w:p>
      <w:pPr>
        <w:jc w:val="right"/>
      </w:pPr>
      <w:r>
        <w:t>کیونکہ وہ، یعنی رسول اللہ کی رضائی ماں تھیں، حلیمہ، ان کی بہن تھیں، ام حرام، تو وہ رسول اللہ کی خالہ ہوئیں۔</w:t>
      </w:r>
    </w:p>
    <w:p>
      <w:r>
        <w:rPr>
          <w:b/>
        </w:rPr>
        <w:t xml:space="preserve">[45:30] </w:t>
      </w:r>
      <w:r>
        <w:t>is lihaaz se iska naam rakha, unhon ne Haalah Sultan, is ko kehte hain, aur saare is mein mashhoor hai. woh jagah bohat hi well known hai, woh jagah wahan par</w:t>
      </w:r>
    </w:p>
    <w:p>
      <w:pPr>
        <w:jc w:val="right"/>
      </w:pPr>
      <w:r>
        <w:t>اس لحاظ سے اس کا نام رکھا، انہوں نے حالہ سلطان، اس کو کہتے ہیں، اور سارے اس میں مشہور ہے۔ وہ جگہ بہت ہی ویل نون ہے، وہ جگہ وہاں پر</w:t>
      </w:r>
    </w:p>
    <w:p>
      <w:r>
        <w:rPr>
          <w:b/>
        </w:rPr>
        <w:t xml:space="preserve">[45:40] </w:t>
      </w:r>
      <w:r>
        <w:t>sab log is ko jaante hain, bilkul well known hai. sirf wahan par ek kami maine mehsoos ki ke itni bari jagah woh hai, lekin wahan koi kaam nahi ho raha hai.</w:t>
      </w:r>
    </w:p>
    <w:p>
      <w:pPr>
        <w:jc w:val="right"/>
      </w:pPr>
      <w:r>
        <w:t>سب لوگ اس کو جانتے ہیں، بالکل ویل نون ہے۔ صرف وہاں پر ایک کمی میں نے محسوس کی کہ اتنی بڑی جگہ وہ ہے، لیکن وہاں کوئی کام نہیں ہو رہا ہے۔</w:t>
      </w:r>
    </w:p>
    <w:p>
      <w:r>
        <w:rPr>
          <w:b/>
        </w:rPr>
        <w:t xml:space="preserve">[45:52] </w:t>
      </w:r>
      <w:r>
        <w:t>mislan koi wahan madrasah hota, wahan koi da'wati idarah hota, wahan koi, ah, koi is qism ki anjuman wahan hoti, iska markaz wahan hota.</w:t>
      </w:r>
    </w:p>
    <w:p>
      <w:pPr>
        <w:jc w:val="right"/>
      </w:pPr>
      <w:r>
        <w:t>مثلاً کوئی وہاں مدرسہ ہوتا، وہاں کوئی دعوتی ادارہ ہوتا، وہاں کوئی، اہ، کوئی اس قسم کی انجمن وہاں ہوتی، اس کا مرکز وہاں ہوتا۔</w:t>
      </w:r>
    </w:p>
    <w:p>
      <w:r>
        <w:rPr>
          <w:b/>
        </w:rPr>
        <w:t xml:space="preserve">[46:04] </w:t>
      </w:r>
      <w:r>
        <w:t>itna qareeb hai airport se woh ke bilkul paidal ki reach mein hai. woh</w:t>
      </w:r>
    </w:p>
    <w:p>
      <w:pPr>
        <w:jc w:val="right"/>
      </w:pPr>
      <w:r>
        <w:t>اتنا قریب ہے ایئرپورٹ سے وہ کہ بالکل پیدل کی ریچ میں ہے۔ وہ</w:t>
      </w:r>
    </w:p>
    <w:p>
      <w:r>
        <w:rPr>
          <w:b/>
        </w:rPr>
        <w:t xml:space="preserve">[46:10] </w:t>
      </w:r>
      <w:r>
        <w:t>idhar shehar hai, idhar airport hai, to wahan par ek bohat bara mere khayal se da'wah center ban sakta hai. lekin pata nahi kyun, abhi tak aisa wahan nahi hua, jabke wahan par kaafi Musalman rehte hain,</w:t>
      </w:r>
    </w:p>
    <w:p>
      <w:pPr>
        <w:jc w:val="right"/>
      </w:pPr>
      <w:r>
        <w:t>ادھر شہر ہے، ادھر ایئرپورٹ ہے، تو وہاں پر ایک بہت بڑا میرا خیال سے دعوت سینٹر بن سکتا ہے۔ لیکن پتہ نہیں کیوں، ابھی تک ایسا وہاں نہیں ہوا، جبکہ وہاں پر کافی مسلمان رہتے ہیں،</w:t>
      </w:r>
    </w:p>
    <w:p>
      <w:r>
        <w:rPr>
          <w:b/>
        </w:rPr>
        <w:t xml:space="preserve">[46:24] </w:t>
      </w:r>
      <w:r>
        <w:t>yaani wahan ke apne bhi aur bahar ke bhi. Turkoun ne kya kiya hai ke wahan par near about 40 percent area abhi bhi Turkoun ke paas hai, Cyprus ka, yaani Cyprus ka.</w:t>
      </w:r>
    </w:p>
    <w:p>
      <w:pPr>
        <w:jc w:val="right"/>
      </w:pPr>
      <w:r>
        <w:t>یعنی وہاں کے اپنے بھی اور باہر کے بھی۔ ترکوں نے کیا کیا ہے کہ وہاں پر نیئر اباؤٹ 40 پرسنٹ ایریا ابھی بھی ترکوں کے پاس ہے، قبرص کا، یعنی سائپرس کا۔</w:t>
      </w:r>
    </w:p>
    <w:p>
      <w:r>
        <w:rPr>
          <w:b/>
        </w:rPr>
        <w:t xml:space="preserve">[46:38] </w:t>
      </w:r>
      <w:r>
        <w:t>Cyprus is waqt do mein bata hua hai, yaani, yaani more or less 60 percent ek taraf, 40 percent ek taraf.</w:t>
      </w:r>
    </w:p>
    <w:p>
      <w:pPr>
        <w:jc w:val="right"/>
      </w:pPr>
      <w:r>
        <w:t>سائپرس اس وقت دو میں بٹا ہوا ہے، یعنی، یعنی مور اور لیس 60 پرسنٹ ایک طرف، 40 پرسنٹ ایک طرف۔</w:t>
      </w:r>
    </w:p>
    <w:p>
      <w:r>
        <w:rPr>
          <w:b/>
        </w:rPr>
        <w:t xml:space="preserve">[46:47] </w:t>
      </w:r>
      <w:r>
        <w:t>to 60 percent jo hai, woh Christian dominate karte hain wahan par, unka role wahan par hai. 60 percent mein 40 percent jo area hai, us mein Turk rule karte hain.</w:t>
      </w:r>
    </w:p>
    <w:p>
      <w:pPr>
        <w:jc w:val="right"/>
      </w:pPr>
      <w:r>
        <w:t>تو 60 پرسنٹ جو ہے، وہ کرسچن ڈومینیٹ کرتے ہیں وہاں پر، ان کا رول وہاں پر ہے۔ 60 پرسنٹ میں 40 پرسنٹ جو ایریا ہے، اس میں ترک رول کرتے ہیں۔</w:t>
      </w:r>
    </w:p>
    <w:p>
      <w:r>
        <w:rPr>
          <w:b/>
        </w:rPr>
        <w:t xml:space="preserve">[46:59] </w:t>
      </w:r>
      <w:r>
        <w:t>unka jhanda hum logon ne dekha tha, jhanda lehra raha hai un</w:t>
      </w:r>
    </w:p>
    <w:p>
      <w:pPr>
        <w:jc w:val="right"/>
      </w:pPr>
      <w:r>
        <w:t>ان کا جھنڈا ہم لوگوں نے دیکھا تھا، جھنڈا لہرا رہا ہے ان</w:t>
      </w:r>
    </w:p>
    <w:p>
      <w:r>
        <w:rPr>
          <w:b/>
        </w:rPr>
        <w:t xml:space="preserve">[47:03] </w:t>
      </w:r>
      <w:r>
        <w:t>ka, lekin jhanda to lehra raha hai unhon ne khoob, lekin wahan da'wati kaam nahi kiya. na pehle kiya, na ab kar rahe hain. koi da'wati kaam nahi kiya unhon ne.</w:t>
      </w:r>
    </w:p>
    <w:p>
      <w:pPr>
        <w:jc w:val="right"/>
      </w:pPr>
      <w:r>
        <w:t>کا، لیکن جھنڈا تو لہرا رہا ہے انہوں نے خوب، لیکن وہاں دعوتی کام نہیں کیا۔ نہ پہلے کیا، نہ اب کر رہے ہیں۔ کوئی دعوتی کام نہیں کیا انہوں نے۔</w:t>
      </w:r>
    </w:p>
    <w:p>
      <w:r>
        <w:rPr>
          <w:b/>
        </w:rPr>
        <w:t xml:space="preserve">[47:13] </w:t>
      </w:r>
      <w:r>
        <w:t>Islam apne aap phaila wahan par, lekin Turkoun ne koi da'wati kaam wahan par nahi kiya. aur Turkoun ka Musalman to India ke poochte hain Turkoun ko, lekin aap Araboun mein jaiye to Araboun mein unka koi acha image nahi hai Turkoun ki, jahan woh hukoomat karte rahe bohat dinon tak.</w:t>
      </w:r>
    </w:p>
    <w:p>
      <w:pPr>
        <w:jc w:val="right"/>
      </w:pPr>
      <w:r>
        <w:t>اسلام اپنے آپ پھیلا وہاں پر، لیکن ترکوں نے کوئی دعوتی کام وہاں پر نہیں کیا۔ اور ترکوں کا مسلمان تو انڈیا کے پوچھتے ہیں ترکوں کو، لیکن آپ عربوں میں جائیے تو عربوں میں ان کا کوئی اچھا امیج نہیں ہے ترکوں کی، جہاں وہ حکومت کرتے رہے بہت دنوں تک۔</w:t>
      </w:r>
    </w:p>
    <w:p>
      <w:r>
        <w:rPr>
          <w:b/>
        </w:rPr>
        <w:t xml:space="preserve">[47:30] </w:t>
      </w:r>
      <w:r>
        <w:t>aap sirf ek kitaab padh lijiye, unki kitaab jo hai "Tareekh al-Hadarat al-Arabiya", "Tareekh al-Hadarat al-Arabiya", "Qard Ali Shami".</w:t>
      </w:r>
    </w:p>
    <w:p>
      <w:pPr>
        <w:jc w:val="right"/>
      </w:pPr>
      <w:r>
        <w:t>آپ صرف ایک کتاب پڑھ لیجئے، ان کی کتاب جو ہے "تاریخ الحضارت العربیہ"، "تاریخ الحضارت العربیہ"، "کرد علی شامی"۔</w:t>
      </w:r>
    </w:p>
    <w:p>
      <w:r>
        <w:rPr>
          <w:b/>
        </w:rPr>
        <w:t xml:space="preserve">[47:43] </w:t>
      </w:r>
      <w:r>
        <w:t>"Qard Ali Shami" kitaab hai "Tareekh al-Hadarat al-Arabiya", jis mein unhon ne dikhaya hai ke Turkoun ne Araboun ko par hukoomat ki, lekin koi taraqqi nahi di un ko.</w:t>
      </w:r>
    </w:p>
    <w:p>
      <w:pPr>
        <w:jc w:val="right"/>
      </w:pPr>
      <w:r>
        <w:t>"کرد علی شامی" کتاب ہے "تاریخ الحضارت العربیہ"، جس میں انہوں نے دکھایا ہے کہ ترکوں نے عربوں کو پر حکومت کی، لیکن کوئی ترقی نہیں دی ان کو۔</w:t>
      </w:r>
    </w:p>
    <w:p>
      <w:r>
        <w:rPr>
          <w:b/>
        </w:rPr>
        <w:t xml:space="preserve">[47:55] </w:t>
      </w:r>
      <w:r>
        <w:t>Same happened to Cyprus ke wahan jhanda to gaade hue hain, lekin taraqqi ka koi kaam nahi. abhi bhi aap dekhiye to jo Christian part hai Cyprus ka, wahan development hai, aur jo Turkish part hai, wahan development nahi hai.</w:t>
      </w:r>
    </w:p>
    <w:p>
      <w:pPr>
        <w:jc w:val="right"/>
      </w:pPr>
      <w:r>
        <w:t>سیم ہیپنڈ ٹو سائپرس کہ وہاں جھنڈا تو گاڑے ہوئے ہیں، لیکن ترقی کا کوئی کام نہیں۔ ابھی بھی آپ دیکھیے تو جو کرسچن پارٹ ہے سائپرس کا، وہاں ڈیولپمنٹ ہے، اور جو ترکش پارٹ ہے، وہاں ڈیولپمنٹ نہیں ہے۔</w:t>
      </w:r>
    </w:p>
    <w:p>
      <w:r>
        <w:rPr>
          <w:b/>
        </w:rPr>
        <w:t xml:space="preserve">[48:12] </w:t>
      </w:r>
      <w:r>
        <w:t>to isi ka ek bohat chota sa namoonah yeh hai ke Haalah Sultan jo hai, woh jo center itna bara hai, koi iska istemaal nahi hai, haalanke zabardast da'wah center ban sakta hai.</w:t>
      </w:r>
    </w:p>
    <w:p>
      <w:pPr>
        <w:jc w:val="right"/>
      </w:pPr>
      <w:r>
        <w:t>تو اسی کا ایک بہت چھوٹا سا نمونہ یہ ہے کہ سالہ سلطان جو ہے، وہ جو سینٹر اتنا بڑا ہے، کوئی اس کا استعمال نہیں ہے، حالانکہ زبردست دعوت سینٹر بن سکتا ہے۔</w:t>
      </w:r>
    </w:p>
    <w:p>
      <w:r>
        <w:rPr>
          <w:b/>
        </w:rPr>
        <w:t xml:space="preserve">[48:24] </w:t>
      </w:r>
      <w:r>
        <w:t>woh</w:t>
      </w:r>
    </w:p>
    <w:p>
      <w:pPr>
        <w:jc w:val="right"/>
      </w:pPr>
      <w:r>
        <w:t>وہ</w:t>
      </w:r>
    </w:p>
    <w:p>
      <w:r>
        <w:rPr>
          <w:b/>
        </w:rPr>
        <w:t xml:space="preserve">[48:26] </w:t>
      </w:r>
      <w:r>
        <w:t>itni achi ta'meerath wahan par hain, itna acha, itna kaafi zameen unke paas hai, yaani bana banaya center hai. woh bana banaya</w:t>
      </w:r>
    </w:p>
    <w:p>
      <w:pPr>
        <w:jc w:val="right"/>
      </w:pPr>
      <w:r>
        <w:t>اتنی اچھی تعمیرات وہاں پر ہیں، اتنا اچھا، اتنا کافی زمین ان کے پاس ہے، یعنی بنا بنایا سینٹر ہے۔ وہ بنا بنایا</w:t>
      </w:r>
    </w:p>
    <w:p>
      <w:r>
        <w:rPr>
          <w:b/>
        </w:rPr>
        <w:t xml:space="preserve">[48:36] </w:t>
      </w:r>
      <w:r>
        <w:t>kuch karna nahi siwaye is ke ke aadmi wahan baith jaye aur kaam shuru kar de. to beharhaal hum log inshallah koshish kar rahe hain ke kuch wahan jo naujawan mile the, hum ko un ko raghib karein ke is ka ek da'wati istemaal woh shuru karein.</w:t>
      </w:r>
    </w:p>
    <w:p>
      <w:pPr>
        <w:jc w:val="right"/>
      </w:pPr>
      <w:r>
        <w:t>کچھ کرنا نہیں سوائے اس کے کہ آدمی وہاں بیٹھ جائے اور کام شروع کر دے۔ تو بہرحال ہم لوگ انشاءاللہ کوشش کر رہے ہیں کہ کچھ وہاں جو نوجوان ملے تھے، ہم کو ان کو راغب کریں کہ اس کا ایک دعوتی استعمال وہ شروع کریں۔</w:t>
      </w:r>
    </w:p>
    <w:p>
      <w:r>
        <w:rPr>
          <w:b/>
        </w:rPr>
        <w:t xml:space="preserve">[48:56] </w:t>
      </w:r>
      <w:r>
        <w:t>wahan par koi aisa ek qaim karein, aur wahan par yaani bohat kaafi wahan tourist aate hain, aur business ke liye aate hain,</w:t>
      </w:r>
    </w:p>
    <w:p>
      <w:pPr>
        <w:jc w:val="right"/>
      </w:pPr>
      <w:r>
        <w:t>وہاں پر کوئی ایسا ایک قائم کریں، اور وہاں پر یعنی بہت کافی وہاں ٹورسٹ آتے ہیں، اور بزنس کے لیے آتے ہیں،</w:t>
      </w:r>
    </w:p>
    <w:p>
      <w:r>
        <w:rPr>
          <w:b/>
        </w:rPr>
        <w:t xml:space="preserve">[49:13] </w:t>
      </w:r>
      <w:r>
        <w:t>education ke liye aate hain, to un ke darmiyan da'wah kiya ja sake. to kuch naujawan hamare contact mein wahan aaye,</w:t>
      </w:r>
    </w:p>
    <w:p>
      <w:pPr>
        <w:jc w:val="right"/>
      </w:pPr>
      <w:r>
        <w:t>ایجوکیشن کے لیے آتے ہیں، تو ان کے درمیان دعوت کیا جا سکے۔ تو کچھ نوجوان ہمارے کنٹیکٹ میں وہاں آئے،</w:t>
      </w:r>
    </w:p>
    <w:p>
      <w:r>
        <w:rPr>
          <w:b/>
        </w:rPr>
        <w:t xml:space="preserve">[49:22] </w:t>
      </w:r>
      <w:r>
        <w:t>un se inshallah humein umeed hai ke woh is kaam ko anjaam dein ge. ab main aap logon ko yeh kehna chahunga ke jo abhi maine kaha ke Khuda ne apne deen ko, yaani Islam ko,</w:t>
      </w:r>
    </w:p>
    <w:p>
      <w:pPr>
        <w:jc w:val="right"/>
      </w:pPr>
      <w:r>
        <w:t>ان سے انشاءاللہ ہمیں امید ہے کہ وہ اس کام کو انجام دیں گے۔ اب میں آپ لوگوں کو یہ کہنا چاہوں گا کہ جو ابھی میں نے کہا کہ خدا نے اپنے دین کو، یعنی اسلام کو،</w:t>
      </w:r>
    </w:p>
    <w:p>
      <w:r>
        <w:rPr>
          <w:b/>
        </w:rPr>
        <w:t xml:space="preserve">[49:42] </w:t>
      </w:r>
      <w:r>
        <w:t>ek lambe historical process ke baad is position mein pohanchaya hai ke saari reason, saara scientific argument is ke favor mein hai is waqt.</w:t>
      </w:r>
    </w:p>
    <w:p>
      <w:pPr>
        <w:jc w:val="right"/>
      </w:pPr>
      <w:r>
        <w:t>ایک لمبے ہسٹوریکل پروسیس کے بعد اس پوزیشن میں پہنچایا ہے کہ ساری ریزن، سارا سائنٹیفک ارگیومنٹ اس کے فیور میں ہے اس وقت۔</w:t>
      </w:r>
    </w:p>
    <w:p>
      <w:r>
        <w:rPr>
          <w:b/>
        </w:rPr>
        <w:t xml:space="preserve">[49:53] </w:t>
      </w:r>
      <w:r>
        <w:t>to gaya ke islam in opposed victory ki position mein hai ideological field mein, lekin lekin musalman kya kar rahe hain ke doosre se field mein, political field mein, social work ki field mein, kis field mein, kis field mein ja kar ke woh koshishein kar rahe hain apni dawah ki field mein kuch bhi nahi ho raha hai.</w:t>
      </w:r>
    </w:p>
    <w:p>
      <w:pPr>
        <w:jc w:val="right"/>
      </w:pPr>
      <w:r>
        <w:t>تو گیا کہ اسلام ان اپوزڈ وکٹری کی پوزیشن میں ہے آئیڈیالوجیکل فیلڈ میں، لیکن لیکن مسلمان کیا کر رہے ہیں کہ دوسرے سے فیلڈ میں، پولیٹیکل فیلڈ میں، سوشل ورک کی فیلڈ میں، کس فیلڈ میں، کس فیلڈ میں جا کر کے وہ کوششیں کر رہے ہیں اپنی دعویٰ کی فیلڈ میں کچھ بھی نہیں ہو رہا ہے۔</w:t>
      </w:r>
    </w:p>
    <w:p>
      <w:r>
        <w:rPr>
          <w:b/>
        </w:rPr>
        <w:t xml:space="preserve">[50:16] </w:t>
      </w:r>
      <w:r>
        <w:t>to ideological field mein jo opportunity hamare liye khuli hai, us ko koi avail karne wala nahi hai. to mein aap logon ko kahunga ke aap is mein is maidan mein zyada se zyada aage badhein.</w:t>
      </w:r>
    </w:p>
    <w:p>
      <w:pPr>
        <w:jc w:val="right"/>
      </w:pPr>
      <w:r>
        <w:t>تو آئیڈیالوجیکل فیلڈ میں جو اپرچونیٹی ہمارے لیے کھلی ہے، اس کو کوئی اویل کرنے والا نہیں ہے۔ تو میں آپ لوگوں کو کہوں گا کہ آپ اس میں اس میدان میں زیادہ سے زیادہ آگے بڑھیں۔</w:t>
      </w:r>
    </w:p>
    <w:p>
      <w:r>
        <w:rPr>
          <w:b/>
        </w:rPr>
        <w:t xml:space="preserve">[50:34] </w:t>
      </w:r>
      <w:r>
        <w:t>kal mere paas types of India ke ek sahib aaye the, to mere kaam ke bare mein un se baat hui. to</w:t>
      </w:r>
    </w:p>
    <w:p>
      <w:pPr>
        <w:jc w:val="right"/>
      </w:pPr>
      <w:r>
        <w:t>کل میرے پاس ٹائپس آف انڈیا کے ایک صاحب آئے تھے، تو میرے کام کے بارے میں ان سے بات ہوئی۔ تو</w:t>
      </w:r>
    </w:p>
    <w:p>
      <w:r>
        <w:rPr>
          <w:b/>
        </w:rPr>
        <w:t xml:space="preserve">[50:42] </w:t>
      </w:r>
      <w:r>
        <w:t>mein ne kaha ke dekhiye, Mahatma Gandhi jo hai, independence pehle bohat hi successful leader the, independence ke baad fail ho gaye, woh kuch nahi kar paye, woh first mare, woh unhone kaha ke ab meri kaun sune ga?</w:t>
      </w:r>
    </w:p>
    <w:p>
      <w:pPr>
        <w:jc w:val="right"/>
      </w:pPr>
      <w:r>
        <w:t>میں نے کہا کہ دیکھیے، مہاتما گاندھی جو ہے، انڈیپینڈنس پہلے بہت ہی سکسیس فل لیڈر تھے، انڈیپینڈنس کے بعد فیل ہو گئے، وہ کچھ نہیں کر پائے، وہ فرسٹ مرے، وہ انہوں نے کہا کہ اب میری کون سنے گا؟</w:t>
      </w:r>
    </w:p>
    <w:p>
      <w:r>
        <w:rPr>
          <w:b/>
        </w:rPr>
        <w:t xml:space="preserve">[50:58] </w:t>
      </w:r>
      <w:r>
        <w:t>kyun? unhone audience se pehle jo kaam kiya, woh British empire ko target kiya tha.</w:t>
      </w:r>
    </w:p>
    <w:p>
      <w:pPr>
        <w:jc w:val="right"/>
      </w:pPr>
      <w:r>
        <w:t>کیوں؟ انہوں نے آڈیسن سے پہلے جو کام کیا، وہ برٹش ایمپائر کو ٹارگٹ کیا تھا۔</w:t>
      </w:r>
    </w:p>
    <w:p>
      <w:r>
        <w:rPr>
          <w:b/>
        </w:rPr>
        <w:t xml:space="preserve">[51:08] </w:t>
      </w:r>
      <w:r>
        <w:t>unhone Brit</w:t>
      </w:r>
    </w:p>
    <w:p>
      <w:pPr>
        <w:jc w:val="right"/>
      </w:pPr>
      <w:r>
        <w:t>انہوں نے بر</w:t>
      </w:r>
    </w:p>
    <w:p>
      <w:r>
        <w:rPr>
          <w:b/>
        </w:rPr>
        <w:t xml:space="preserve">[51:11] </w:t>
      </w:r>
      <w:r>
        <w:t>ish, yani Quit India, to Quit India par unhone phir logon ko mobilize kiya, aur bohat bari bheed un ka aktha ho gayi.</w:t>
      </w:r>
    </w:p>
    <w:p>
      <w:pPr>
        <w:jc w:val="right"/>
      </w:pPr>
      <w:r>
        <w:t>ٹش، یعنی کوئٹ انڈیا، تو کوئٹ انڈیا پر انہوں نے پھر لوگوں کو موبیلائز کیا، اور بہت بڑی بھیڑ ان کا اکٹھا ہو گئی۔</w:t>
      </w:r>
    </w:p>
    <w:p>
      <w:r>
        <w:rPr>
          <w:b/>
        </w:rPr>
        <w:t xml:space="preserve">[51:21] </w:t>
      </w:r>
      <w:r>
        <w:t>to is ki taqat se angrezon ko jahan chhodna pada, lekin yani post independence India mein jo kaam karna tha, us ke liye team chahiye thi.</w:t>
      </w:r>
    </w:p>
    <w:p>
      <w:pPr>
        <w:jc w:val="right"/>
      </w:pPr>
      <w:r>
        <w:t>تو اس کی طاقت سے انگریزوں کو جہاں چھوڑنا پڑا، لیکن یعنی پوسٹ انڈیپینڈنس انڈیا میں جو کام کرنا تھا، اس کے لیے ٹیم چاہیے تھی۔</w:t>
      </w:r>
    </w:p>
    <w:p>
      <w:r>
        <w:rPr>
          <w:b/>
        </w:rPr>
        <w:t xml:space="preserve">[51:32] </w:t>
      </w:r>
      <w:r>
        <w:t>team, team thi nahi un ke paas, Gandhi</w:t>
      </w:r>
    </w:p>
    <w:p>
      <w:pPr>
        <w:jc w:val="right"/>
      </w:pPr>
      <w:r>
        <w:t>ٹیم، ٹیم تھی نہیں ان کے پاس، گاندھی</w:t>
      </w:r>
    </w:p>
    <w:p>
      <w:r>
        <w:rPr>
          <w:b/>
        </w:rPr>
        <w:t xml:space="preserve">[51:37] </w:t>
      </w:r>
      <w:r>
        <w:t>ke paas koi team nahi thi. Gandhi to awam ko mobilize karte rahe, bas sadkon par bari bari bheed aktha ho jaye, jalson par bari bari bheed aktha ho jaye, aur is is is bheed ko unhone ek ek ek taqat ki taraf istemal kiya British British ke khilaf, jis mein woh kamyab hue.</w:t>
      </w:r>
    </w:p>
    <w:p>
      <w:pPr>
        <w:jc w:val="right"/>
      </w:pPr>
      <w:r>
        <w:t>کے پاس کوئی ٹیم نہیں تھی۔ گاندھی تو عوام کو موبیلائز کرتے رہے، بس سڑکوں پر بڑی بڑی بھیڑ اکٹھا ہو جائے، جلسوں پر بڑی بڑی بھیڑ اکٹھا ہو جائے، اور اس اس اس بھیڑ کو انہوں نے ایک ایک ایک طاقت کی طرف استعمال کیا برٹش برٹش کے خلاف، جس میں وہ کامیاب ہوئے۔</w:t>
      </w:r>
    </w:p>
    <w:p>
      <w:r>
        <w:rPr>
          <w:b/>
        </w:rPr>
        <w:t xml:space="preserve">[51:56] </w:t>
      </w:r>
      <w:r>
        <w:t>lekin baad ka zamana jo tha, yahan to koi aisa nahi tha, koi jis se aap takkar karein.</w:t>
      </w:r>
    </w:p>
    <w:p>
      <w:pPr>
        <w:jc w:val="right"/>
      </w:pPr>
      <w:r>
        <w:t>لیکن بعد کا زمانہ جو تھا، یہاں تو کوئی ایسا نہیں تھا، کوئی جس کے سے آپ ٹکرائیں۔</w:t>
      </w:r>
    </w:p>
    <w:p>
      <w:r>
        <w:rPr>
          <w:b/>
        </w:rPr>
        <w:t xml:space="preserve">[52:06] </w:t>
      </w:r>
      <w:r>
        <w:t>ek takrao ki policy jo chalai thi Gandhi ne, woh azadi se pehle kaam kar sakti thi. ab to takrao kis se karenge? apne logon se takrao karenge aap, aur kuch log nadani mein kar rahe hain, to bhat band aur chakka jam karte hain, yeh strike karte hain, desh ko tabah kar rahe hain.</w:t>
      </w:r>
    </w:p>
    <w:p>
      <w:pPr>
        <w:jc w:val="right"/>
      </w:pPr>
      <w:r>
        <w:t>ایک ٹکراؤ کی پالیسی جو چلائی تھی گاندھی نے، وہ آزادی سے پہلے کام کر سکتی تھی۔ اب تو ٹکراؤ کس سے کریں گے؟ اپنے لوگوں سے ٹکراؤ کریں گے آپ، اور کچھ لوگ نادانی میں کر رہے ہیں، تو بھات بند اور چکا جام کرتے ہیں، یہ سٹرائیک کرتے ہیں، دیش کو تباہ کر رہے ہیں۔</w:t>
      </w:r>
    </w:p>
    <w:p>
      <w:r>
        <w:rPr>
          <w:b/>
        </w:rPr>
        <w:t xml:space="preserve">[52:23] </w:t>
      </w:r>
      <w:r>
        <w:t>to mein ne kaha ke dekhiye, Mahatma Gandhi ka kaam jahan, yani jahan khatam hua tha, wahan se hamara kaam shuru hua hai, yani hum team bana rahe hain.</w:t>
      </w:r>
    </w:p>
    <w:p>
      <w:pPr>
        <w:jc w:val="right"/>
      </w:pPr>
      <w:r>
        <w:t>تو میں نے کہا کہ دیکھیے، مہاتما گاندھی کا کام جہاں، یعنی جہاں ختم ہوا تھا، وہاں سے ہمارا کام شروع ہوا ہے، یعنی ہم ٹیم بنا رہے ہیں۔</w:t>
      </w:r>
    </w:p>
    <w:p>
      <w:r>
        <w:rPr>
          <w:b/>
        </w:rPr>
        <w:t xml:space="preserve">[52:33] </w:t>
      </w:r>
      <w:r>
        <w:t>team</w:t>
      </w:r>
    </w:p>
    <w:p>
      <w:pPr>
        <w:jc w:val="right"/>
      </w:pPr>
      <w:r>
        <w:t>ٹیم</w:t>
      </w:r>
    </w:p>
    <w:p>
      <w:r>
        <w:rPr>
          <w:b/>
        </w:rPr>
        <w:t xml:space="preserve">[52:35] </w:t>
      </w:r>
      <w:r>
        <w:t>jo Fabian Society ka mein ne hawala diya, jis se England mein kiya tha, unhone Fabian Society ne pehle team banai, unhone phir team ne aage badh kar kaam kiya. to yeh do phase mein kaam hua un ka.</w:t>
      </w:r>
    </w:p>
    <w:p>
      <w:pPr>
        <w:jc w:val="right"/>
      </w:pPr>
      <w:r>
        <w:t>جو فیبر سوسائٹی کا میں نے حوالہ دیا، جس سے انگلینڈ میں کیا تھا، انہوں نے فیبر سوسائٹی نے پہلے ٹیم بنائی، انہوں نے پھر ٹیم نے آگے بڑھ کر کام کیا۔ تو یہ دو فیز میں کام ہوا ان کا۔</w:t>
      </w:r>
    </w:p>
    <w:p>
      <w:r>
        <w:rPr>
          <w:b/>
        </w:rPr>
        <w:t xml:space="preserve">[52:48] </w:t>
      </w:r>
      <w:r>
        <w:t>to hum yeh jo yahan par hum karte hain, yahan par aur is tarah ki doosri activities jo hamari hain, to ek team banane ke liye aap log woh team hain.</w:t>
      </w:r>
    </w:p>
    <w:p>
      <w:pPr>
        <w:jc w:val="right"/>
      </w:pPr>
      <w:r>
        <w:t>تو ہم یہ جو یہاں پر ہم کرتے ہیں، یہاں پر اور اس طرح کی دوسری ایکٹیویٹیز جو ہماری ہیں، تو ایک ٹیم بنانے کے لیے آپ لوگ وہ ٹیم ہیں۔</w:t>
      </w:r>
    </w:p>
    <w:p>
      <w:r>
        <w:rPr>
          <w:b/>
        </w:rPr>
        <w:t xml:space="preserve">[53:00] </w:t>
      </w:r>
      <w:r>
        <w:t>to hamara pehla nishana yeh hai ke ek team ban jaye,</w:t>
      </w:r>
    </w:p>
    <w:p>
      <w:pPr>
        <w:jc w:val="right"/>
      </w:pPr>
      <w:r>
        <w:t>تو ہمارا پہلا نشانہ یہ ہے کہ ایک ٹیم بن جائے،</w:t>
      </w:r>
    </w:p>
    <w:p>
      <w:r>
        <w:rPr>
          <w:b/>
        </w:rPr>
        <w:t xml:space="preserve">[53:04] </w:t>
      </w:r>
      <w:r>
        <w:t>agla kaam jo hai woh yeh team anjam degi, jaisa ke Fabian Society ne kiya England mein. to aap ko consciously jaan na chahiye ke aap ka mission kya hai, aap ka role kya hai,</w:t>
      </w:r>
    </w:p>
    <w:p>
      <w:pPr>
        <w:jc w:val="right"/>
      </w:pPr>
      <w:r>
        <w:t>اگلا کام جو ہے وہ یہ ٹیم انجام دے گی، جیسا کہ فیبر سوسائٹی نے کیا انگلینڈ میں۔ تو آپ کو کانشیسلی جاننا چاہیے کہ آپ کا مشن کیا ہے، آپ کا رول کیا ہے،</w:t>
      </w:r>
    </w:p>
    <w:p>
      <w:r>
        <w:rPr>
          <w:b/>
        </w:rPr>
        <w:t xml:space="preserve">[53:17] </w:t>
      </w:r>
      <w:r>
        <w:t>aap ko is duniya mein karna kya hai. consciously jaan na chahiye, consciously.</w:t>
      </w:r>
    </w:p>
    <w:p>
      <w:pPr>
        <w:jc w:val="right"/>
      </w:pPr>
      <w:r>
        <w:t>آپ کو اس دنیا میں کرنا کیا ہے۔ کانشیسلی جاننا چاہیے، کانشیسلی۔</w:t>
      </w:r>
    </w:p>
    <w:p>
      <w:r>
        <w:rPr>
          <w:b/>
        </w:rPr>
        <w:t xml:space="preserve">[53:27] </w:t>
      </w:r>
      <w:r>
        <w:t>is waqt hamari sari jo phases hain, hamara zor jo hamara hai, woh hai team banane par.</w:t>
      </w:r>
    </w:p>
    <w:p>
      <w:pPr>
        <w:jc w:val="right"/>
      </w:pPr>
      <w:r>
        <w:t>اس وقت ہماری ساری جو فیسز ہیں، ہمارا زور جو ہمارا ہے، وہ ہے ٹیم بنانے پر۔</w:t>
      </w:r>
    </w:p>
    <w:p>
      <w:r>
        <w:rPr>
          <w:b/>
        </w:rPr>
        <w:t xml:space="preserve">[53:36] </w:t>
      </w:r>
      <w:r>
        <w:t>jab tak hum is mein, yani jitna hum is mein kamyab honge, yani team banane mein, utna hi hum agle marhale mein kamyabi hasil kar sakenge.</w:t>
      </w:r>
    </w:p>
    <w:p>
      <w:pPr>
        <w:jc w:val="right"/>
      </w:pPr>
      <w:r>
        <w:t>جب تک ہم اس میں، یعنی جتنا ہم اس میں کامیاب ہوں گے، یعنی ٹیم بنانے میں، اتنا ہی ہم اگلے مرحلے میں کامیابی حاصل کر سکیں گے۔</w:t>
      </w:r>
    </w:p>
    <w:p>
      <w:r>
        <w:rPr>
          <w:b/>
        </w:rPr>
        <w:t xml:space="preserve">[53:49] </w:t>
      </w:r>
      <w:r>
        <w:t>yeh Rasool Allah Sallallahu Alaihi Wasallam ka tareeqa yahi tha. Rasool Allah ne pehle team banai, phir us team ne, usi team ko hum Sahaba kehte hain, Sahaba naam hai usi team ka.</w:t>
      </w:r>
    </w:p>
    <w:p>
      <w:pPr>
        <w:jc w:val="right"/>
      </w:pPr>
      <w:r>
        <w:t>یہ رسول اللہ صلی اللہ علیہ وسلم کا طریقہ یہی تھا۔ رسول اللہ نے پہلے ٹیم بنائی، پھر اس ٹیم نے، اسی ٹیم کو ہم صحابہ کہتے ہیں، صحابہ نام ہے اسی ٹیم کا۔</w:t>
      </w:r>
    </w:p>
    <w:p>
      <w:r>
        <w:rPr>
          <w:b/>
        </w:rPr>
        <w:t xml:space="preserve">[54:00] </w:t>
      </w:r>
      <w:r>
        <w:t>is team ne phir aap ke message ko sari duniya mein phailaya. ab to aap jante hain ke hum internet ka zamana hai, communication ka zamana hai, printing press ka zamana hai.</w:t>
      </w:r>
    </w:p>
    <w:p>
      <w:pPr>
        <w:jc w:val="right"/>
      </w:pPr>
      <w:r>
        <w:t>اس ٹیم نے پھر آپ کے میسج کو ساری دنیا میں پھیلایا۔ اب تو آپ جانتے ہیں کہ ہم انٹرنیٹ کا زمانہ ہے، کمیونیکیشن کا زمانہ ہے، پرنٹنگ پریس کا زمانہ ہے۔</w:t>
      </w:r>
    </w:p>
    <w:p>
      <w:r>
        <w:rPr>
          <w:b/>
        </w:rPr>
        <w:t xml:space="preserve">[54:17] </w:t>
      </w:r>
      <w:r>
        <w:t>ab to bohat aasani ho chuki hai, bohat aasani ho chuki hai.</w:t>
      </w:r>
    </w:p>
    <w:p>
      <w:pPr>
        <w:jc w:val="right"/>
      </w:pPr>
      <w:r>
        <w:t>اب تو بہت آسانی ہو چکی ہے، بہت آسانی ہو چکی ہے۔</w:t>
      </w:r>
    </w:p>
    <w:p>
      <w:r>
        <w:rPr>
          <w:b/>
        </w:rPr>
        <w:t xml:space="preserve">[54:25] </w:t>
      </w:r>
      <w:r>
        <w:t>jab mein wahan dekha, mein ne wahan ka Umm Haram ka maqbara to mein ne socha ke is khatoon ko Madina se Cyprus pohnchne ke liye kai mahine lage the.</w:t>
      </w:r>
    </w:p>
    <w:p>
      <w:pPr>
        <w:jc w:val="right"/>
      </w:pPr>
      <w:r>
        <w:t>جب میں وہاں دیکھا، میں نے وہاں کا ام حرام کا مقبرہ تو میں نے سوچا کہ اس خاتون کو مدینہ سے سائپرس پہنچنے کے لیے کئی مہینے لگے تھے۔</w:t>
      </w:r>
    </w:p>
    <w:p>
      <w:r>
        <w:rPr>
          <w:b/>
        </w:rPr>
        <w:t xml:space="preserve">[54:37] </w:t>
      </w:r>
      <w:r>
        <w:t>kai mahine ke baad woh pahunchi thi wahan par. hum to chand ghanton mein pahunch gaye, chand ghanton mein. to kitna zyada, yaani dunya badal chuki hai,</w:t>
      </w:r>
    </w:p>
    <w:p>
      <w:pPr>
        <w:jc w:val="right"/>
      </w:pPr>
      <w:r>
        <w:t>کئی مہینے کے بعد وہ پہنچی تھی وہاں پر۔ ہم تو چند گھنٹوں میں پہنچ گئے، چند گھنٹوں میں۔ تو کتنا زیادہ، یعنی دنیا بدل چکی ہے،</w:t>
      </w:r>
    </w:p>
    <w:p>
      <w:r>
        <w:rPr>
          <w:b/>
        </w:rPr>
        <w:t xml:space="preserve">[54:52] </w:t>
      </w:r>
      <w:r>
        <w:t>kitna zyada badal chuki hai.</w:t>
      </w:r>
    </w:p>
    <w:p>
      <w:pPr>
        <w:jc w:val="right"/>
      </w:pPr>
      <w:r>
        <w:t>کتنا زیادہ بدل چکی ہے۔</w:t>
      </w:r>
    </w:p>
    <w:p>
      <w:r>
        <w:rPr>
          <w:b/>
        </w:rPr>
        <w:t xml:space="preserve">[54:56] </w:t>
      </w:r>
      <w:r>
        <w:t>to jo kaam pehle logon ne kiya tha, bohat zyada mashaqqat ke sath, woh aap ko karna hai aasaniyon ke sath. yeh jo quran majeed mein ayat hai: "rabbana alhamdolillah kama amalt min qablana", yeh dua mein goya ek basharat hai ke ummat ke baad ke giroh ko jo kaam karna hai,</w:t>
      </w:r>
    </w:p>
    <w:p>
      <w:pPr>
        <w:jc w:val="right"/>
      </w:pPr>
      <w:r>
        <w:t>تو جو کام پہلے لوگوں نے کیا تھا، بہت زیادہ مشقت کے ساتھ، وہ آپ کو کرنا ہے آسانیوں کے ساتھ۔ یہ جو قرآن مجید میں آیت ہے: "ربنا الحمدللہ کما عملت من قبلنا"، یہ دعا میں گویا ایک بشارت ہے کہ امت کے بعد کے گروہ کو جو کام کرنا ہے،</w:t>
      </w:r>
    </w:p>
    <w:p>
      <w:r>
        <w:rPr>
          <w:b/>
        </w:rPr>
        <w:t xml:space="preserve">[55:18] </w:t>
      </w:r>
      <w:r>
        <w:t>woh bohat aasaniyon mein kar</w:t>
      </w:r>
    </w:p>
    <w:p>
      <w:pPr>
        <w:jc w:val="right"/>
      </w:pPr>
      <w:r>
        <w:t>وہ بہت آسانیوں میں کر</w:t>
      </w:r>
    </w:p>
    <w:p>
      <w:r>
        <w:rPr>
          <w:b/>
        </w:rPr>
        <w:t xml:space="preserve">[55:20] </w:t>
      </w:r>
      <w:r>
        <w:t>sakenge, jabke pichle logon ne bohat si mushkilon, mushkilat ke marhale se guzar ke kaam kar paye the.</w:t>
      </w:r>
    </w:p>
    <w:p>
      <w:pPr>
        <w:jc w:val="right"/>
      </w:pPr>
      <w:r>
        <w:t>سکیں گے، جبکہ پچھلے لوگوں نے بہت سی مشکلوں، مشکلات کے مرحلے سے گزر کے کام کر پائے تھے۔</w:t>
      </w:r>
    </w:p>
    <w:p>
      <w:r>
        <w:rPr>
          <w:b/>
        </w:rPr>
        <w:t xml:space="preserve">[55:29] </w:t>
      </w:r>
      <w:r>
        <w:t>woh to phir bhi agar hum na karein is ke bawajood to hum kitne barhe mehroom hain. khuda ki nazar mein hamara hamara kya maqam hoga?</w:t>
      </w:r>
    </w:p>
    <w:p>
      <w:pPr>
        <w:jc w:val="right"/>
      </w:pPr>
      <w:r>
        <w:t>وہ تو پھر بھی اگر ہم نہ کریں اس کے باوجود تو ہم کتنے بڑے محروم ہیں۔ خدا کی نظر میں ہمارا ہمارا کیا مقام ہوگا؟</w:t>
      </w:r>
    </w:p>
    <w:p>
      <w:r>
        <w:rPr>
          <w:b/>
        </w:rPr>
        <w:t xml:space="preserve">[55:45] </w:t>
      </w:r>
      <w:r>
        <w:t>to mein yahi kahunga ke aap is zamane ko janiye, apne aap ko janiye, is mission ko janiye, aaj ke jo scope hain naye, un ko janiye, un ko bharpoor tor par avail kijiye,</w:t>
      </w:r>
    </w:p>
    <w:p>
      <w:pPr>
        <w:jc w:val="right"/>
      </w:pPr>
      <w:r>
        <w:t>تو میں یہی کہوں گا کہ آپ اس زمانے کو جانیے، اپنے آپ کو جانیے، اس مشن کو جانیے، آج کے جو سکوپ ہیں نئے، ان کو جانیے، ان کو بھرپور طور پر اویل کیجئے،</w:t>
      </w:r>
    </w:p>
    <w:p>
      <w:r>
        <w:rPr>
          <w:b/>
        </w:rPr>
        <w:t xml:space="preserve">[56:02] </w:t>
      </w:r>
      <w:r>
        <w:t>bharpoor tor par avail kijiye. is ke liye apne aap ko prepare kijiye. ab jo Allah ke fazl se hamara quran ka trust tayar ho gaya angrezi mein</w:t>
      </w:r>
    </w:p>
    <w:p>
      <w:pPr>
        <w:jc w:val="right"/>
      </w:pPr>
      <w:r>
        <w:t>بھرپور طور پر اویل کیجئے۔ اس کے لیے اپنے آپ کو پریپیئر کیجئے۔ اب جو اللہ کے فضل سے ہمارا قرآن کا ٹرسٹ تیار ہو گیا انگریزی میں</w:t>
      </w:r>
    </w:p>
    <w:p>
      <w:r>
        <w:rPr>
          <w:b/>
        </w:rPr>
        <w:t xml:space="preserve">[56:14] </w:t>
      </w:r>
      <w:r>
        <w:t>, woh ek hamare liye ek bohat bara hathiyar hai. jo bhi padhta hai, woh kehta hai ke bhai yeh to khud ko samajh mein aata hai quran. ab tak to jo quran hum padhte the, woh samajh mein nahi aata tha.</w:t>
      </w:r>
    </w:p>
    <w:p>
      <w:pPr>
        <w:jc w:val="right"/>
      </w:pPr>
      <w:r>
        <w:t>، وہ ایک ہمارے لیے ایک بہت بڑا ہتھیار ہے۔ جو بھی پڑھتا ہے، وہ کہتا ہے کہ بھئی یہ تو خود کو سمجھ میں آتا ہے قرآن۔ اب تک تو جو قرآن ہم پڑھتے تھے، وہ سمجھ میں نہیں آتا تھا۔</w:t>
      </w:r>
    </w:p>
    <w:p>
      <w:r>
        <w:rPr>
          <w:b/>
        </w:rPr>
        <w:t xml:space="preserve">[56:25] </w:t>
      </w:r>
      <w:r>
        <w:t>mein to translation english ke translation bohat sare chhpe hain, more than a dozen, but sab mein confusion hai, kisi mein clarity nahi hai.</w:t>
      </w:r>
    </w:p>
    <w:p>
      <w:pPr>
        <w:jc w:val="right"/>
      </w:pPr>
      <w:r>
        <w:t>میں تو ٹرانسلیشن انگلش کے ٹرانسلیشن بہت سارے چھپے ہیں، مور دین ا ڈزن، بٹ سب میں کنفیوژن ہے، کسی میں کلیرٹی نہیں ہے۔</w:t>
      </w:r>
    </w:p>
    <w:p>
      <w:r>
        <w:rPr>
          <w:b/>
        </w:rPr>
        <w:t xml:space="preserve">[56:35] </w:t>
      </w:r>
      <w:r>
        <w:t>clarity dekhiye, quran jo arabic quran hai, us mein clarity par excelsa hai.</w:t>
      </w:r>
    </w:p>
    <w:p>
      <w:pPr>
        <w:jc w:val="right"/>
      </w:pPr>
      <w:r>
        <w:t>کلیرٹی دیکھیے، قرآن جو عربک قرآن ہے، اس میں کلیرٹی پار اکسلا ہے۔</w:t>
      </w:r>
    </w:p>
    <w:p>
      <w:r>
        <w:rPr>
          <w:b/>
        </w:rPr>
        <w:t xml:space="preserve">[56:43] </w:t>
      </w:r>
      <w:r>
        <w:t>quran jo arabic quran hai, us mein clarity par excelsa hai, lekin jo translation kiye gaye hain english zaban mein, us mein clarity nahi hai. to aadmi padhta aur samajh nahi pata bharpoor tor par,</w:t>
      </w:r>
    </w:p>
    <w:p>
      <w:pPr>
        <w:jc w:val="right"/>
      </w:pPr>
      <w:r>
        <w:t>قرآن جو عربک قرآن ہے، اس میں کلیرٹی پار اکسلا ہے، لیکن جو ٹرانسلیشن کیے گئے ہیں انگلش زبان میں، اس میں کلیرٹی نہیں ہے۔ تو آدمی پڑھتا اور سمجھ نہیں پاتا بھرپور طور پر،</w:t>
      </w:r>
    </w:p>
    <w:p>
      <w:r>
        <w:rPr>
          <w:b/>
        </w:rPr>
        <w:t xml:space="preserve">[56:56] </w:t>
      </w:r>
      <w:r>
        <w:t>kyunke Allah ke fazl se jo dars hamara sipah hai, poora poora clarity us ke andar hai. padhte jaiye aur samajhte jaiye, is ko phailaiye, sari dunya</w:t>
      </w:r>
    </w:p>
    <w:p>
      <w:pPr>
        <w:jc w:val="right"/>
      </w:pPr>
      <w:r>
        <w:t>کیونکہ اللہ کے فضل سے جو درس ہمارا سپاہ ہے، پورا پورا کلیرٹی اس کے اندر ہے۔ پڑھتے جائیے اور سمجھتے جائیے، اس کو پھیلائیے، ساری دنیا</w:t>
      </w:r>
    </w:p>
    <w:p>
      <w:r>
        <w:rPr>
          <w:b/>
        </w:rPr>
        <w:t xml:space="preserve">[57:08] </w:t>
      </w:r>
      <w:r>
        <w:t>mein is ko phailaiye. mein to samajhta hoon ke jo hadith mein aaya hai ke "word of god" ghar ghar ghar pahunch jayega. ek zamana aayega ke jab "word of god" ghar ghar pahunch jayega, woh yahi hai,</w:t>
      </w:r>
    </w:p>
    <w:p>
      <w:pPr>
        <w:jc w:val="right"/>
      </w:pPr>
      <w:r>
        <w:t>میں اس کو پھیلائیے۔ میں تو سمجھتا ہوں کہ جو حدیث میں آیا ہے کہ "ورڈ آف گاڈ" گھر گھر گھر پہنچ جائے گا۔ ایک زمانہ آئے گا کہ جب "ورڈ آف گاڈ" گھر گھر پہنچ جائے گا، وہ یہی ہے،</w:t>
      </w:r>
    </w:p>
    <w:p>
      <w:r>
        <w:rPr>
          <w:b/>
        </w:rPr>
        <w:t xml:space="preserve">[57:21] </w:t>
      </w:r>
      <w:r>
        <w:t>yahi to "word of god" hai. logon ki understandable language mein poori clarity ke sath tayar ho gaya hai.</w:t>
      </w:r>
    </w:p>
    <w:p>
      <w:pPr>
        <w:jc w:val="right"/>
      </w:pPr>
      <w:r>
        <w:t>یہی تو "ورڈ آف گاڈ" ہے۔ لوگوں کی انڈرسٹینڈیبل لینگویج میں پوری کلیرٹی کے ساتھ تیار ہو گیا ہے۔</w:t>
      </w:r>
    </w:p>
    <w:p>
      <w:r>
        <w:rPr>
          <w:b/>
        </w:rPr>
        <w:t xml:space="preserve">[57:30] </w:t>
      </w:r>
      <w:r>
        <w:t>ek is ka version,</w:t>
      </w:r>
    </w:p>
    <w:p>
      <w:pPr>
        <w:jc w:val="right"/>
      </w:pPr>
      <w:r>
        <w:t>ایک اس کا ورژن،</w:t>
      </w:r>
    </w:p>
    <w:p>
      <w:r>
        <w:rPr>
          <w:b/>
        </w:rPr>
        <w:t xml:space="preserve">[57:33] </w:t>
      </w:r>
      <w:r>
        <w:t>is ko pahuncha ghar pahuncha dijiye internet ke zariye se aur doosre jo zariye hain, un ke zariye se pahuncha dijiye.</w:t>
      </w:r>
    </w:p>
    <w:p>
      <w:pPr>
        <w:jc w:val="right"/>
      </w:pPr>
      <w:r>
        <w:t>اس کو پہنچا گھر پہنچا دیجئے انٹرنیٹ کے ذریعے سے اور دوسرے جو ذریعے ہیں، ان کے ذریعے سے پہنچا دیجئے۔</w:t>
      </w:r>
    </w:p>
    <w:p>
      <w:r>
        <w:rPr>
          <w:b/>
        </w:rPr>
        <w:t xml:space="preserve">[57:42] </w:t>
      </w:r>
      <w:r>
        <w:t>aur woh credit aap ko milega, jo credit in logon ke liye likha hua hai, jo "word of god" ko har ghar mein pahuncha de. kaisa ajeeb anokha yeh hai!</w:t>
      </w:r>
    </w:p>
    <w:p>
      <w:pPr>
        <w:jc w:val="right"/>
      </w:pPr>
      <w:r>
        <w:t>اور وہ کریڈٹ آپ کو ملے گا، جو کریڈٹ ان لوگوں کے لیے لکھا ہوا ہے، جو "ورڈ آف گاڈ" کو ہر گھر میں پہنچا دے۔ کیسا عجیب انوکھا یہ ہے!</w:t>
      </w:r>
    </w:p>
    <w:p>
      <w:r>
        <w:rPr>
          <w:b/>
        </w:rPr>
        <w:t xml:space="preserve">[57:52] </w:t>
      </w:r>
      <w:r>
        <w:t>ek credit milne wala tha history mein ke "word of god" ko kuch log honge jo ghar ghar pahuncha dein.</w:t>
      </w:r>
    </w:p>
    <w:p>
      <w:pPr>
        <w:jc w:val="right"/>
      </w:pPr>
      <w:r>
        <w:t>ایک کریڈٹ ملنے والا تھا ہسٹری میں کہ "ورڈ آف گاڈ" کو کچھ لوگ ہوں گے جو گھر گھر پہنچا دیں۔</w:t>
      </w:r>
    </w:p>
    <w:p>
      <w:r>
        <w:rPr>
          <w:b/>
        </w:rPr>
        <w:t xml:space="preserve">[58:01] </w:t>
      </w:r>
      <w:r>
        <w:t>to ab zamana aap ko sath de raha hai, aur isi mission ko ke liye uthiye aur "word of god" ko ek ghar mein pahuncha dijiye.</w:t>
      </w:r>
    </w:p>
    <w:p>
      <w:pPr>
        <w:jc w:val="right"/>
      </w:pPr>
      <w:r>
        <w:t>تو اب زمانہ آپ کو ساتھ دے رہا ہے، اور اسی مشن کو کے لیے اٹھیے اور "ورڈ آف گاڈ" کو ایک گھر میں پہنچا دیجئے۔</w:t>
      </w:r>
    </w:p>
    <w:p>
      <w:r>
        <w:rPr>
          <w:b/>
        </w:rPr>
        <w:t xml:space="preserve">[58:12] </w:t>
      </w:r>
      <w:r>
        <w:t>Allah taala aap ko madadgar ho. aqool qawli haza wastaghfirullaha lakum ajmaeen.</w:t>
      </w:r>
    </w:p>
    <w:p>
      <w:pPr>
        <w:jc w:val="right"/>
      </w:pPr>
      <w:r>
        <w:t>اللہ تعالی آپ کو مددگار ہو۔ اقول قولیھذا واستغفراللہ لیلکم اجمعین۔</w:t>
      </w:r>
    </w:p>
    <w:p>
      <w:r>
        <w:rPr>
          <w:b/>
        </w:rPr>
        <w:t xml:space="preserve">[58:32] </w:t>
      </w:r>
      <w:r>
        <w:t>das question is from miss raziya: what is new gandhism? can our mission be associated with it?</w:t>
      </w:r>
    </w:p>
    <w:p>
      <w:pPr>
        <w:jc w:val="right"/>
      </w:pPr>
      <w:r>
        <w:t>دس کوئسچن از فرام مس راضیہ: واٹ از نیو گاندھینزم؟ کین اور مشن بی ایسوسیٹڈ ود اٹ؟</w:t>
      </w:r>
    </w:p>
    <w:p>
      <w:r>
        <w:rPr>
          <w:b/>
        </w:rPr>
        <w:t xml:space="preserve">[58:46] </w:t>
      </w:r>
      <w:r>
        <w:t>kal aaye the mister siddharth, ek types of india ke,</w:t>
      </w:r>
    </w:p>
    <w:p>
      <w:pPr>
        <w:jc w:val="right"/>
      </w:pPr>
      <w:r>
        <w:t>کل آئے تھے مسٹر سدھارتھ، ایک ٹائپس آف انڈیا کے،</w:t>
      </w:r>
    </w:p>
    <w:p>
      <w:r>
        <w:rPr>
          <w:b/>
        </w:rPr>
        <w:t xml:space="preserve">[58:50] </w:t>
      </w:r>
      <w:r>
        <w:t>un se mein ne baat karti hui kaha ke yeh lafz use kiya tha, mein ne new atheism. to bas bachta ho ke hamara jo mission hai, woh new atheism hai.</w:t>
      </w:r>
    </w:p>
    <w:p>
      <w:pPr>
        <w:jc w:val="right"/>
      </w:pPr>
      <w:r>
        <w:t>ان سے میں نے بات کرتی ہوئی کہا کہ یہ لفظ یوز کیا تھا، میں نے نیو گاتھیزم۔ تو بس بچتا ہو کہ ہمارا جو مشن ہے، وہ نیو گاتھیزم ہے۔</w:t>
      </w:r>
    </w:p>
    <w:p>
      <w:r>
        <w:rPr>
          <w:b/>
        </w:rPr>
        <w:t xml:space="preserve">[59:06] </w:t>
      </w:r>
      <w:r>
        <w:t>mein ne kai bar mahatma gandhi ko dream mein dekha.</w:t>
      </w:r>
    </w:p>
    <w:p>
      <w:pPr>
        <w:jc w:val="right"/>
      </w:pPr>
      <w:r>
        <w:t>میں نے کئی بار مہاتما گاندھی کو ڈریم میں دیکھا۔</w:t>
      </w:r>
    </w:p>
    <w:p>
      <w:r>
        <w:rPr>
          <w:b/>
        </w:rPr>
        <w:t xml:space="preserve">[59:13] </w:t>
      </w:r>
      <w:r>
        <w:t>mein ne ek baar dekha ke mein ek road hai, is pe walk kar raha hoon paidal. phir ek darakht hai, ek peir, is neeche mahatma gandhi akele baithe hue hain.</w:t>
      </w:r>
    </w:p>
    <w:p>
      <w:pPr>
        <w:jc w:val="right"/>
      </w:pPr>
      <w:r>
        <w:t>میں نے ایک بار دیکھا کہ میں ایک روڈ ہے، اس پہ واک کر رہا ہوں پیدل۔ پھر ایک درخت ہے، ایک پیڑ، اس نیچے مہاتما گاندھی اکیلے بیٹھے ہوئے ہیں۔</w:t>
      </w:r>
    </w:p>
    <w:p>
      <w:r>
        <w:rPr>
          <w:b/>
        </w:rPr>
        <w:t xml:space="preserve">[59:28] </w:t>
      </w:r>
      <w:r>
        <w:t>ek dam wahi haliya hai jo un ka hota tha, bohat hi sad.</w:t>
      </w:r>
    </w:p>
    <w:p>
      <w:pPr>
        <w:jc w:val="right"/>
      </w:pPr>
      <w:r>
        <w:t>ایک دم وہی حلیہ ہے جو ان کا ہوتا تھا، بہت ہی سیڈ۔</w:t>
      </w:r>
    </w:p>
    <w:p>
      <w:r>
        <w:rPr>
          <w:b/>
        </w:rPr>
        <w:t xml:space="preserve">[59:36] </w:t>
      </w:r>
      <w:r>
        <w:t>to mein un ke paas jata hoon, to mujh ko ek pen dete hain.</w:t>
      </w:r>
    </w:p>
    <w:p>
      <w:pPr>
        <w:jc w:val="right"/>
      </w:pPr>
      <w:r>
        <w:t>تو میں ان کے پاس جاتا ہوں، تو مجھ کو ایک پین دیتے ہیں۔</w:t>
      </w:r>
    </w:p>
    <w:p>
      <w:r>
        <w:rPr>
          <w:b/>
        </w:rPr>
        <w:t xml:space="preserve">[59:43] </w:t>
      </w:r>
      <w:r>
        <w:t>mahatma gandhi ek pen dete hain aur kehte hain ke maulana sahib, aap jo kar rahe hain, is ko karte rahey.</w:t>
      </w:r>
    </w:p>
    <w:p>
      <w:pPr>
        <w:jc w:val="right"/>
      </w:pPr>
      <w:r>
        <w:t>مہاتما گاندھی ایک پین دیتے ہیں اور کہتے ہیں کہ مولانا صاحب، آپ جو کر رہے ہیں، اس کو کرتے رہیے۔</w:t>
      </w:r>
    </w:p>
    <w:p>
      <w:r>
        <w:rPr>
          <w:b/>
        </w:rPr>
        <w:t xml:space="preserve">[59:57] </w:t>
      </w:r>
      <w:r>
        <w:t>bas itna hi bolay woh ke maulana sahib, aap jo kar rahe hain, is ko karte rahey. aur pen diya unhon ne. bas samajhta hoon ke mein mahatma gandhi ka reincarnation hoon,</w:t>
      </w:r>
    </w:p>
    <w:p>
      <w:pPr>
        <w:jc w:val="right"/>
      </w:pPr>
      <w:r>
        <w:t>بس اتنا ہی بولے وہ کہ مولانا صاحب، آپ جو کر رہے ہیں، اس کو کرتے رہیے۔ اور پین دیا انہوں نے۔ بس سمجھتا ہوں کہ میں مہاتما گاندھی کا ری انکارنیشن ہوں،</w:t>
      </w:r>
    </w:p>
    <w:p>
      <w:r>
        <w:rPr>
          <w:b/>
        </w:rPr>
        <w:t xml:space="preserve">[1:00:10] </w:t>
      </w:r>
      <w:r>
        <w:t>ya kam az kam yeh keh sakta hoon ke mahatma gandhi ke ideals jo hain, un ka mein embodiment hoon. aap yeh na dekhen ke mera term of reference kya hota hai, matlab mahatma gandhi ka term of reference geeta hota tha.</w:t>
      </w:r>
    </w:p>
    <w:p>
      <w:pPr>
        <w:jc w:val="right"/>
      </w:pPr>
      <w:r>
        <w:t>یا کم از کم یہ کہہ سکتا ہوں کہ مہاتما گاندھی کے آئیڈیلز جو ہیں، ان کا میں ایمبارڈیمنٹ ہوں۔ آپ یہ نہ دیکھیں کہ میرا ٹرم آف ریفرنس کیا ہوتا ہے، مطلب مہاتما گاندھی کا ٹرم آف ریفرنس گیتا ہوتا تھا۔</w:t>
      </w:r>
    </w:p>
    <w:p>
      <w:r>
        <w:rPr>
          <w:b/>
        </w:rPr>
        <w:t xml:space="preserve">[1:00:25] </w:t>
      </w:r>
      <w:r>
        <w:t>agar mera term of reference quran hai to is mein bhadkiye nahin. aap kaha mahatma gandhi khud kehte thay ke ram rahim ek hai.</w:t>
      </w:r>
    </w:p>
    <w:p>
      <w:pPr>
        <w:jc w:val="right"/>
      </w:pPr>
      <w:r>
        <w:t>اگر میرا ٹرم آف ریفرنس قرآن ہے تو اس میں بھڑکیے نہیں۔ آپ کہا مہاتما گاندھی خود کہتے تھے کہ رام رحیم ایک ہے۔</w:t>
      </w:r>
    </w:p>
    <w:p>
      <w:r>
        <w:rPr>
          <w:b/>
        </w:rPr>
        <w:t xml:space="preserve">[1:00:33] </w:t>
      </w:r>
      <w:r>
        <w:t>mahatma gandhi ke haan gaya jata tha gana baqayda, daily: ram rahim ek hai. to jo cheez unhein jo bolte thay, woh geeta ke reference mein, isi ko agar boloon quran ke reference mein to baat ek hi hui, do nahin hui.</w:t>
      </w:r>
    </w:p>
    <w:p>
      <w:pPr>
        <w:jc w:val="right"/>
      </w:pPr>
      <w:r>
        <w:t>مہاتما گاندھی کے ہاں گایا جاتا تھا گانا باقاعدہ، ڈیلی: رام رحیم ایک ہے۔ تو جو چیز انہیں جو بولتے تھے، وہ گیتا کے ریفرنس میں، اسی کو اگر بولوں قرآن کے ریفرنس میں تو بات ایک ہی ہوئی، دو نہیں ہوئی۔</w:t>
      </w:r>
    </w:p>
    <w:p>
      <w:r>
        <w:rPr>
          <w:b/>
        </w:rPr>
        <w:t xml:space="preserve">[1:00:50] </w:t>
      </w:r>
      <w:r>
        <w:t>woh</w:t>
      </w:r>
    </w:p>
    <w:p>
      <w:pPr>
        <w:jc w:val="right"/>
      </w:pPr>
      <w:r>
        <w:t>وہ</w:t>
      </w:r>
    </w:p>
    <w:p>
      <w:r>
        <w:rPr>
          <w:b/>
        </w:rPr>
        <w:t xml:space="preserve">[1:00:52] </w:t>
      </w:r>
      <w:r>
        <w:t>to mein to beharhaal yeh samajhta hoon ke mein mahatma gandhi ke ideals ka embodiment hoon. aur waqia hai ke is waqt india mein agar koi mahatma gandhi ko represent kar raha hai to mein akela hoon, koi doosra aadmi nahin hai.</w:t>
      </w:r>
    </w:p>
    <w:p>
      <w:pPr>
        <w:jc w:val="right"/>
      </w:pPr>
      <w:r>
        <w:t>تو میں تو بہرحال یہ سمجھتا ہوں کہ میں مہاتما گاندھی کے آئیڈیلز کا ایمبارڈیمنٹ ہوں۔ اور واقعہ ہے کہ اس وقت انڈیا میں اگر کوئی مہاتما گاندھی کو ریپریزنٹ کر رہا ہے تو میں اکیلا ہوں، کوئی دوسرا آدمی نہیں ہے۔</w:t>
      </w:r>
    </w:p>
    <w:p>
      <w:r>
        <w:rPr>
          <w:b/>
        </w:rPr>
        <w:t xml:space="preserve">[1:01:09] </w:t>
      </w:r>
      <w:r>
        <w:t>dekhiye, mahatma gandhi ke jo saathi thay, woh un ke successor nahin ban sake. sab ke sab un ke revolution ke political beneficiary thay,</w:t>
      </w:r>
    </w:p>
    <w:p>
      <w:pPr>
        <w:jc w:val="right"/>
      </w:pPr>
      <w:r>
        <w:t>دیکھیے، مہاتما گاندھی کے جو ساتھی تھے، وہ ان کے سکسیسر نہیں بن سکے۔ سب کے سب ان کے ریولوشن کے پولیٹیکل بینیفیشری تھے،</w:t>
      </w:r>
    </w:p>
    <w:p>
      <w:r>
        <w:rPr>
          <w:b/>
        </w:rPr>
        <w:t xml:space="preserve">[1:01:20] </w:t>
      </w:r>
      <w:r>
        <w:t>yani un ka jo revolution aaya, us se political faiday uthaye logon ne. mein ne koi faida nahin uthaya. mein bhi ek freedom fighter hoon, mein bhi bohat se faiday le sakta tha, mujhe offer bhi kai diye gaye, koi faida mein ne nahin liya.</w:t>
      </w:r>
    </w:p>
    <w:p>
      <w:pPr>
        <w:jc w:val="right"/>
      </w:pPr>
      <w:r>
        <w:t>یعنی ان کا جو ریولوشن آیا، اس سے پولیٹیکل فائدے اٹھائے لوگوں نے۔ میں نے کوئی فائدہ نہیں اٹھایا۔ میں بھی ایک فریڈم فائٹر ہوں، میں بھی بہت سے فائدے لے سکتا تھا، مجھے افر بھی کئی دیے گئے، کوئی فائدہ میں نے نہیں لیا۔</w:t>
      </w:r>
    </w:p>
    <w:p>
      <w:r>
        <w:rPr>
          <w:b/>
        </w:rPr>
        <w:t xml:space="preserve">[1:01:35] </w:t>
      </w:r>
      <w:r>
        <w:t>to mein apne aap ko mahatma gandhi ka true successor manta hoon. is se koi na bhadkaye ke woh agar geeta ka reference dete thay aur mein quran ka reference deta hoon to yeh to yeh to khud woh kehte thay: ram rahim ek hai.</w:t>
      </w:r>
    </w:p>
    <w:p>
      <w:pPr>
        <w:jc w:val="right"/>
      </w:pPr>
      <w:r>
        <w:t>تو میں اپنے آپ کو مہاتما گاندھی کا ٹرو سکسیسر مانتا ہوں۔ اس سے کوئی نہ بھڑکائے کہ وہ اگر گیتا کا ریفرنس دیتے تھے اور میں قرآن کا ریفرنس دیتا ہوں تو یہ تو یہ تو خود وہ کہتے تھے: رام رحیم ایک ہے۔</w:t>
      </w:r>
    </w:p>
    <w:p>
      <w:r>
        <w:rPr>
          <w:b/>
        </w:rPr>
        <w:t xml:space="preserve">[1:01:51] </w:t>
      </w:r>
      <w:r>
        <w:t>is ko le kar koi koi bhadakna nahin chahiye ke is ko. aur waqia yeh hai ke mahatma gandhi ke mission ko mein revive kar raha hoon ke mein ne mr. sudhar se kaha, aur jaate hue mein samajhta hoon ke unhon ne mana is cheez ko, is ke wazan ko, is ke weight ko unhon ne tasleem kiya.</w:t>
      </w:r>
    </w:p>
    <w:p>
      <w:pPr>
        <w:jc w:val="right"/>
      </w:pPr>
      <w:r>
        <w:t>اس کو لے کر کوئی کوئی بھڑکنا نہیں چاہیے کہ اس کو۔ اور واقعہ یہ ہے کہ مہاتما گاندھی کے مشن کو میں ریوائیو کر رہا ہوں کہ میں نے مسٹر سدھار سے کہا، اور جاتے ہوئے میں سمجھتا ہوں کہ انہوں نے مانا اس چیز کو، اس کے وزن کو، اس کے ویٹ کو انہوں نے تسلیم کیا۔</w:t>
      </w:r>
    </w:p>
    <w:p>
      <w:r>
        <w:rPr>
          <w:b/>
        </w:rPr>
        <w:t xml:space="preserve">[1:02:10] </w:t>
      </w:r>
      <w:r>
        <w:t>to new gauthi-ism jo hai, woh naam hai guardian philosophy ka naye situation mein reapplication.</w:t>
      </w:r>
    </w:p>
    <w:p>
      <w:pPr>
        <w:jc w:val="right"/>
      </w:pPr>
      <w:r>
        <w:t>تو نیو گاتھیزم جو ہے، وہ نام ہے گارڈین فلاسفی کا نئے سچویشن میں ری ایپلیکیشن۔</w:t>
      </w:r>
    </w:p>
    <w:p>
      <w:r>
        <w:rPr>
          <w:b/>
        </w:rPr>
        <w:t xml:space="preserve">[1:02:20] </w:t>
      </w:r>
      <w:r>
        <w:t>woh mein kar raha hoon, khuda ke fazal se.</w:t>
      </w:r>
    </w:p>
    <w:p>
      <w:pPr>
        <w:jc w:val="right"/>
      </w:pPr>
      <w:r>
        <w:t>وہ میں کر رہا ہوں، خدا کے فضل سے۔</w:t>
      </w:r>
    </w:p>
    <w:p>
      <w:r>
        <w:rPr>
          <w:b/>
        </w:rPr>
        <w:t xml:space="preserve">[1:02:26] </w:t>
      </w:r>
      <w:r>
        <w:t>logon ka mamla hai ke kuch kuch oopri cheezon ko le kar bhadakte hain, gehre gehre gehrai mein ja kar nahin dekhte. gehrai mein ja kar nahin dekhte.</w:t>
      </w:r>
    </w:p>
    <w:p>
      <w:pPr>
        <w:jc w:val="right"/>
      </w:pPr>
      <w:r>
        <w:t>لوگوں کا معاملہ ہے کہ کچھ کچھ اوپری چیزوں کو لے کر بھڑکتے ہیں، گہرے گہرے گہرائی میں جا کر نہیں دیکھتے۔ گہرائی میں جا کر نہیں دیکھتے۔</w:t>
      </w:r>
    </w:p>
    <w:p>
      <w:r>
        <w:rPr>
          <w:b/>
        </w:rPr>
        <w:t xml:space="preserve">[1:02:37] </w:t>
      </w:r>
      <w:r>
        <w:t>gehrai mein ja ke aap dekhen to lage ke waqai yeh aadmi revive kar raha hai guardian philosophy ko.</w:t>
      </w:r>
    </w:p>
    <w:p>
      <w:pPr>
        <w:jc w:val="right"/>
      </w:pPr>
      <w:r>
        <w:t>گہرائی میں جا کے آپ دیکھیں تو لگے کہ واقعی یہ آدمی ریوائیو کر رہا ہے گاردین فلاسفی کو۔</w:t>
      </w:r>
    </w:p>
    <w:p>
      <w:r>
        <w:rPr>
          <w:b/>
        </w:rPr>
        <w:t xml:space="preserve">[1:02:45] </w:t>
      </w:r>
      <w:r>
        <w:t>inshallah, mein is par ek ek poora ek lecture inshallah hum rakhen ge india international center mein, isi par: what is new gauthi-ism?</w:t>
      </w:r>
    </w:p>
    <w:p>
      <w:pPr>
        <w:jc w:val="right"/>
      </w:pPr>
      <w:r>
        <w:t>انشاءاللہ، میں اس پر ایک ایک پورا ایک لیکچر انشاءاللہ ہم رکھیں گے انڈیا انٹرنیشنل سینٹر میں، اسی پر: واٹ از نیو گاتھیزم؟</w:t>
      </w:r>
    </w:p>
    <w:p>
      <w:r>
        <w:rPr>
          <w:b/>
        </w:rPr>
        <w:t xml:space="preserve">[1:02:55] </w:t>
      </w:r>
      <w:r>
        <w:t>to is mein aap sun sakenge poori baat. this question is from mr. adin chandra ray: is there any conflict between teachings of quran and hadith?</w:t>
      </w:r>
    </w:p>
    <w:p>
      <w:pPr>
        <w:jc w:val="right"/>
      </w:pPr>
      <w:r>
        <w:t>تو اس میں آپ سن سکیں گے پوری بات۔ دس کوئسچن از فرام مسٹر ادین چندرا رائے: از دیر اینی کانفلکٹ بٹوین ٹیچنگز آف قرآن اینڈ حدیث؟</w:t>
      </w:r>
    </w:p>
    <w:p>
      <w:r>
        <w:rPr>
          <w:b/>
        </w:rPr>
        <w:t xml:space="preserve">[1:03:11] </w:t>
      </w:r>
      <w:r>
        <w:t>secondly, since the prophet was only a messenger and no divine being, why should hadith be an example to be followed?</w:t>
      </w:r>
    </w:p>
    <w:p>
      <w:pPr>
        <w:jc w:val="right"/>
      </w:pPr>
      <w:r>
        <w:t>سیکنڈلی، سنس دا پرافٹ واز اونلی ا میسنجر اینڈ نو ڈیوائن بینگ، وائی شوڈ حدیث بی این ایگزیمپل ٹو بی فالوڈ؟</w:t>
      </w:r>
    </w:p>
    <w:p>
      <w:r>
        <w:rPr>
          <w:b/>
        </w:rPr>
        <w:t xml:space="preserve">[1:03:24] </w:t>
      </w:r>
      <w:r>
        <w:t>mera khayal se yeh question bohat hi healthy question hai, aur mein is se bari had tak agree karta hoon.</w:t>
      </w:r>
    </w:p>
    <w:p>
      <w:pPr>
        <w:jc w:val="right"/>
      </w:pPr>
      <w:r>
        <w:t>میرا خیال سے یہ کوئسچن بہت ہی ہیلدی کوئسچن ہے، اور میں اس سے بڑی حد تک ایگری کرتا ہوں۔</w:t>
      </w:r>
    </w:p>
    <w:p>
      <w:r>
        <w:rPr>
          <w:b/>
        </w:rPr>
        <w:t xml:space="preserve">[1:03:38] </w:t>
      </w:r>
      <w:r>
        <w:t>thoda sa mein is ko explain karoon ga,</w:t>
      </w:r>
    </w:p>
    <w:p>
      <w:pPr>
        <w:jc w:val="right"/>
      </w:pPr>
      <w:r>
        <w:t>تھوڑا سا میں اس کو ایکسپلین کروں گا،</w:t>
      </w:r>
    </w:p>
    <w:p>
      <w:r>
        <w:rPr>
          <w:b/>
        </w:rPr>
        <w:t xml:space="preserve">[1:03:41] </w:t>
      </w:r>
      <w:r>
        <w:t>woh aap samajh lijie. dekhiye, quran aur hadith jo hai, quran wa hadith jo hai, woh yani</w:t>
      </w:r>
    </w:p>
    <w:p>
      <w:pPr>
        <w:jc w:val="right"/>
      </w:pPr>
      <w:r>
        <w:t>وہ آپ سمجھ لیجئے۔ دیکھیے، قرآن اور حدیث جو ہے، قرآن و حدیث جو ہے، وہ یعنی</w:t>
      </w:r>
    </w:p>
    <w:p>
      <w:r>
        <w:rPr>
          <w:b/>
        </w:rPr>
        <w:t xml:space="preserve">[1:03:54] </w:t>
      </w:r>
      <w:r>
        <w:t>jo jo difference mana jata hai, yani clergy jo difference manti hai, orthodoxy jo difference manti hai,</w:t>
      </w:r>
    </w:p>
    <w:p>
      <w:pPr>
        <w:jc w:val="right"/>
      </w:pPr>
      <w:r>
        <w:t>جو جو ڈیفرنس مانا جاتا ہے، یعنی کلرجی جو ڈیفرنس مانتی ہے، ارتھوڈوکسی جو ڈیفرنس مانتی ہے،</w:t>
      </w:r>
    </w:p>
    <w:p>
      <w:r>
        <w:rPr>
          <w:b/>
        </w:rPr>
        <w:t xml:space="preserve">[1:04:01] </w:t>
      </w:r>
      <w:r>
        <w:t>woh yeh hai ke quran jo hai, woh</w:t>
      </w:r>
    </w:p>
    <w:p>
      <w:pPr>
        <w:jc w:val="right"/>
      </w:pPr>
      <w:r>
        <w:t>وہ یہ ہے کہ قرآن جو ہے، وہ</w:t>
      </w:r>
    </w:p>
    <w:p>
      <w:r>
        <w:rPr>
          <w:b/>
        </w:rPr>
        <w:t xml:space="preserve">[1:04:08] </w:t>
      </w:r>
      <w:r>
        <w:t>wohi wohi language mein preserve hai jo is language mein woh aaya tha angel ke zariye se. aur hadith jo hai, woh rasool allah ki apni zuban mein hai, apni language mein hai.</w:t>
      </w:r>
    </w:p>
    <w:p>
      <w:pPr>
        <w:jc w:val="right"/>
      </w:pPr>
      <w:r>
        <w:t>وہی وہی لینگویج میں پریزرو ہے جو اس لینگویج میں وہ آیا تھا اینجل کے ذریعے سے۔ اور حدیث جو ہے، وہ رسول اللہ کی اپنی زبان میں ہے، اپنی لینگویج میں ہے۔</w:t>
      </w:r>
    </w:p>
    <w:p>
      <w:r>
        <w:rPr>
          <w:b/>
        </w:rPr>
        <w:t xml:space="preserve">[1:04:21] </w:t>
      </w:r>
      <w:r>
        <w:t>aur jo agar koi aadmi arabic language jaanta ho, achi, toh bohat aasani se samajh sakta hai is baat ko.</w:t>
      </w:r>
    </w:p>
    <w:p>
      <w:pPr>
        <w:jc w:val="right"/>
      </w:pPr>
      <w:r>
        <w:t>اور جو اگر کوئی آدمی عربک لینگویج جانتا ہو، اچھی، تو بہت آسانی سے سمجھ سکتا ہے اس بات کو۔</w:t>
      </w:r>
    </w:p>
    <w:p>
      <w:r>
        <w:rPr>
          <w:b/>
        </w:rPr>
        <w:t xml:space="preserve">[1:04:29] </w:t>
      </w:r>
      <w:r>
        <w:t>kyunke jab aap quran ko parhte hain aur hadith ko parhte hain toh bohat hi clear tor par dono ki language alag alag hoti hai,</w:t>
      </w:r>
    </w:p>
    <w:p>
      <w:pPr>
        <w:jc w:val="right"/>
      </w:pPr>
      <w:r>
        <w:t>کیونکہ جب آپ قرآن کو پڑھتے ہیں اور حدیث کو پڑھتے ہیں تو بہت ہی کلیئر طور پر دونوں کی لینگویج الگ الگ ہوتی ہے،</w:t>
      </w:r>
    </w:p>
    <w:p>
      <w:r>
        <w:rPr>
          <w:b/>
        </w:rPr>
        <w:t xml:space="preserve">[1:04:36] </w:t>
      </w:r>
      <w:r>
        <w:t>ek dum clear tor par. yeh yeh koi nahi keh sakta ke dono ek hi insan ka kalam hai. quran ki language ek dum alag hai aur hadith ki language bilkul alag hai, apne style ke aitbaar se.</w:t>
      </w:r>
    </w:p>
    <w:p>
      <w:pPr>
        <w:jc w:val="right"/>
      </w:pPr>
      <w:r>
        <w:t>ایک دم کلیئر طور پر۔ یہ یہ کوئی نہیں کہہ سکتا کہ دونوں ایک ہی انسان کا کلام ہے۔ قرآن کی لینگویج ایک دم الگ ہے اور حدیث کی لینگویج بالکل الگ ہے، اپنے اسٹائل کے اعتبار سے۔</w:t>
      </w:r>
    </w:p>
    <w:p>
      <w:r>
        <w:rPr>
          <w:b/>
        </w:rPr>
        <w:t xml:space="preserve">[1:04:51] </w:t>
      </w:r>
      <w:r>
        <w:t>style ke aitbaar se toh yeh ek haqeeqat hai ke quran jo hai, woh preserve hai unhi shabdon mein jin shabdon mein utra tha.</w:t>
      </w:r>
    </w:p>
    <w:p>
      <w:pPr>
        <w:jc w:val="right"/>
      </w:pPr>
      <w:r>
        <w:t>اسٹائل کے اعتبار سے تو یہ ایک حقیقت ہے کہ قرآن جو ہے، وہ پریزرو ہے انہی शब्दوں میں جن शब्दوں میں اترا تھا۔</w:t>
      </w:r>
    </w:p>
    <w:p>
      <w:r>
        <w:rPr>
          <w:b/>
        </w:rPr>
        <w:t xml:space="preserve">[1:05:03] </w:t>
      </w:r>
      <w:r>
        <w:t>woh</w:t>
      </w:r>
    </w:p>
    <w:p>
      <w:pPr>
        <w:jc w:val="right"/>
      </w:pPr>
      <w:r>
        <w:t>وہ</w:t>
      </w:r>
    </w:p>
    <w:p>
      <w:r>
        <w:rPr>
          <w:b/>
        </w:rPr>
        <w:t xml:space="preserve">[1:05:04] </w:t>
      </w:r>
      <w:r>
        <w:t>aur hadith jo hai, woh is tarah se preserve nahi hai, meaning mein toh preserve hai woh, lekin unke shabdon mein baharhaal farq aaya hai baat ko.</w:t>
      </w:r>
    </w:p>
    <w:p>
      <w:pPr>
        <w:jc w:val="right"/>
      </w:pPr>
      <w:r>
        <w:t>اور حدیث جو ہے، وہ اس طرح سے پریزرو نہیں ہے، میننگ میں تو پریزرو ہے وہ، لیکن ان کے शब्दوں میں بہرحال فرق آیا ہے بات کو۔</w:t>
      </w:r>
    </w:p>
    <w:p>
      <w:r>
        <w:rPr>
          <w:b/>
        </w:rPr>
        <w:t xml:space="preserve">[1:05:13] </w:t>
      </w:r>
      <w:r>
        <w:t>is wajah se iska darja secondary hai, primary darja quran ka hai. lekin quran quran mein sari baat nahi hai.</w:t>
      </w:r>
    </w:p>
    <w:p>
      <w:pPr>
        <w:jc w:val="right"/>
      </w:pPr>
      <w:r>
        <w:t>اس وجہ سے اس کا درجہ سیکنڈری ہے، پرائمری درجہ قرآن کا ہے۔ لیکن قرآن قرآن میں ساری بات نہیں ہے۔</w:t>
      </w:r>
    </w:p>
    <w:p>
      <w:r>
        <w:rPr>
          <w:b/>
        </w:rPr>
        <w:t xml:space="preserve">[1:05:26] </w:t>
      </w:r>
      <w:r>
        <w:t>quran mein dekhiye, basics hain, basics aur bohat sari detail jo hai, woh quran mein nahi hai.</w:t>
      </w:r>
    </w:p>
    <w:p>
      <w:pPr>
        <w:jc w:val="right"/>
      </w:pPr>
      <w:r>
        <w:t>قرآن میں دیکھیے، بیسکس ہیں، بیسکس اور بہت ساری ڈیٹیل جو ہے، وہ قرآن میں نہیں ہے۔</w:t>
      </w:r>
    </w:p>
    <w:p>
      <w:r>
        <w:rPr>
          <w:b/>
        </w:rPr>
        <w:t xml:space="preserve">[1:05:33] </w:t>
      </w:r>
      <w:r>
        <w:t>toh hadith ko hamein dekhna padta hai. yeh hai dono mein farq. aur ek question kiya tha? since the prophet was only a messenger and no divine being, why should hadith be an example to be followed?</w:t>
      </w:r>
    </w:p>
    <w:p>
      <w:pPr>
        <w:jc w:val="right"/>
      </w:pPr>
      <w:r>
        <w:t>تو حدیث کو ہمیں دیکھنا پڑتا ہے۔ یہ ہے دونوں میں فرق۔ اور ایک کوئسچن کیا تھا؟ سنس دا پرافٹ واز اونلی ا میسنجر اینڈ نو ڈیوائن بینگ، وائی شوڈ حدیث بی این ایگزیمپل ٹو بی فالوڈ؟</w:t>
      </w:r>
    </w:p>
    <w:p>
      <w:r>
        <w:rPr>
          <w:b/>
        </w:rPr>
        <w:t xml:space="preserve">[1:05:47] </w:t>
      </w:r>
      <w:r>
        <w:t>yeh aap ne bilkul sahi kaha ke prophet messenger the, messenger of god, woh divine being nahi the, bilkul nahi.</w:t>
      </w:r>
    </w:p>
    <w:p>
      <w:pPr>
        <w:jc w:val="right"/>
      </w:pPr>
      <w:r>
        <w:t>یہ آپ نے بالکل صحیح کہا کہ پرافٹ میسنجر تھے، میسنجر آف گاڈ، وہ ڈیوائن بینگ نہیں تھے، بالکل نہیں۔</w:t>
      </w:r>
    </w:p>
    <w:p>
      <w:r>
        <w:rPr>
          <w:b/>
        </w:rPr>
        <w:t xml:space="preserve">[1:05:57] </w:t>
      </w:r>
      <w:r>
        <w:t>koi agar manta ho toh galat manta hai. woh woh insan the, al</w:t>
      </w:r>
    </w:p>
    <w:p>
      <w:pPr>
        <w:jc w:val="right"/>
      </w:pPr>
      <w:r>
        <w:t>کوئی اگر مانتا ہو تو غلط مانتا ہے۔ وہ وہ انسان تھے، ال</w:t>
      </w:r>
    </w:p>
    <w:p>
      <w:r>
        <w:rPr>
          <w:b/>
        </w:rPr>
        <w:t xml:space="preserve">[1:06:02] </w:t>
      </w:r>
      <w:r>
        <w:t>kunt al bashar rasulahu, insan the aur messenger the. bas toh is wajah se main samajhta hoon ke jo scholars hain, woh yeh nahi mante hain ke dono ka darja ek hai.</w:t>
      </w:r>
    </w:p>
    <w:p>
      <w:pPr>
        <w:jc w:val="right"/>
      </w:pPr>
      <w:r>
        <w:t>کنت الا بشر رسولہ، انسان تھے اور میسنجر تھے۔ بس تو اس وجہ سے میں سمجھتا ہوں کہ جو اسکالرز ہیں، وہ یہ نہیں مانتے ہیں کہ دونوں کا درجہ ایک ہے۔</w:t>
      </w:r>
    </w:p>
    <w:p>
      <w:r>
        <w:rPr>
          <w:b/>
        </w:rPr>
        <w:t xml:space="preserve">[1:06:16] </w:t>
      </w:r>
      <w:r>
        <w:t>is ko secondary batate hain, yani quran ko primary batate hain aur is ko secondary batate hain. yani jo cheez quran se na nikle aur hadith se nikle, toh is ko nahi mana jayega.</w:t>
      </w:r>
    </w:p>
    <w:p>
      <w:pPr>
        <w:jc w:val="right"/>
      </w:pPr>
      <w:r>
        <w:t>اس کو سیکنڈری بتاتے ہیں، یعنی قرآن کو پرائمری بتاتے ہیں اور اس کو سیکنڈری بتاتے ہیں۔ یعنی جو چیز قرآن سے نہ نکلے اور حدیث سے نکلے، تو اس کو نہیں مانا جائے گا۔</w:t>
      </w:r>
    </w:p>
    <w:p>
      <w:r>
        <w:rPr>
          <w:b/>
        </w:rPr>
        <w:t xml:space="preserve">[1:06:27] </w:t>
      </w:r>
      <w:r>
        <w:t>is ko nahi mana jayega.</w:t>
      </w:r>
    </w:p>
    <w:p>
      <w:pPr>
        <w:jc w:val="right"/>
      </w:pPr>
      <w:r>
        <w:t>اس کو نہیں مانا جائے گا۔</w:t>
      </w:r>
    </w:p>
    <w:p>
      <w:r>
        <w:rPr>
          <w:b/>
        </w:rPr>
        <w:t xml:space="preserve">[1:06:29] </w:t>
      </w:r>
      <w:r>
        <w:t>jise main ek misaal, ek example deta hoon aap ko ke kuch log ek hadith sunate hain, main ne dekhi woh fabricated hai ke: "Al-salih lil-lah wa al-talih li"</w:t>
      </w:r>
    </w:p>
    <w:p>
      <w:pPr>
        <w:jc w:val="right"/>
      </w:pPr>
      <w:r>
        <w:t>جسے میں ایک مثال، ایک ایگزامپل دیتا ہوں آپ کو کہ کچھ لوگ ایک حدیث سناتے ہیں، میں نے دیکھی وہ فیبریکیٹڈ ہے کہ: "الصالح للہ والطالح لی"</w:t>
      </w:r>
    </w:p>
    <w:p>
      <w:r>
        <w:rPr>
          <w:b/>
        </w:rPr>
        <w:t xml:space="preserve">[1:06:46] </w:t>
      </w:r>
      <w:r>
        <w:t>yani bure log jo hain, unka main salvation ka zimmedar hoon, achhe log jo hain, unko khuda salvation dega. bilkul ek bilkul hi absurd baat</w:t>
      </w:r>
    </w:p>
    <w:p>
      <w:pPr>
        <w:jc w:val="right"/>
      </w:pPr>
      <w:r>
        <w:t>یعنی برے لوگ جو ہیں، ان کا میں سالویشن کا ذمہ دار ہوں، اچھے لوگ جو ہیں، ان کو خدا سالویشن دے گا۔ بالکل ایک بالکل ہی ایبسورٹ بات</w:t>
      </w:r>
    </w:p>
    <w:p>
      <w:r>
        <w:rPr>
          <w:b/>
        </w:rPr>
        <w:t xml:space="preserve">[1:06:56] </w:t>
      </w:r>
      <w:r>
        <w:t>hai yeh. iska na hadith se koi taluq hai, na quran se koi taluq hai. toh hum, main yeh kahunga ke jo achhe scholars hain, woh yeh mante hain ke hamesha judge kiya jayega quran se.</w:t>
      </w:r>
    </w:p>
    <w:p>
      <w:pPr>
        <w:jc w:val="right"/>
      </w:pPr>
      <w:r>
        <w:t>ہے یہ۔ اس کا نہ حدیث سے کوئی تعلق ہے، نہ قرآن سے کوئی تعلق ہے۔ تو ہم، میں یہ کہوں گا کہ جو اچھے اسکالرز ہیں، وہ یہ مانتے ہیں کہ ہمیشہ جج کیا جائے قرآن سے۔</w:t>
      </w:r>
    </w:p>
    <w:p>
      <w:r>
        <w:rPr>
          <w:b/>
        </w:rPr>
        <w:t xml:space="preserve">[1:07:11] </w:t>
      </w:r>
      <w:r>
        <w:t>dono ko equal darja nahi diya jayega. quran se judge kiya jayega. agar quran par poora utrega, tabhi hum manenge ke yeh yeh sahi hai.</w:t>
      </w:r>
    </w:p>
    <w:p>
      <w:pPr>
        <w:jc w:val="right"/>
      </w:pPr>
      <w:r>
        <w:t>دونوں کو ایکول درجہ نہیں دیا جائے گا۔ قرآن سے جج کیا جائے گا۔ اگر قرآن پر پورا اترے گا، تبھی ہم مانیں گے کہ یہ یہ صحیح ہے۔</w:t>
      </w:r>
    </w:p>
    <w:p>
      <w:r>
        <w:rPr>
          <w:b/>
        </w:rPr>
        <w:t xml:space="preserve">[1:07:21] </w:t>
      </w:r>
      <w:r>
        <w:t>nahi toh is ko is ko discard kar denge.</w:t>
      </w:r>
    </w:p>
    <w:p>
      <w:pPr>
        <w:jc w:val="right"/>
      </w:pPr>
      <w:r>
        <w:t>نہیں تو اس کو اس کو ڈسکارڈ کر دیں گے۔</w:t>
      </w:r>
    </w:p>
    <w:p>
      <w:r>
        <w:rPr>
          <w:b/>
        </w:rPr>
        <w:t xml:space="preserve">[1:07:24] </w:t>
      </w:r>
      <w:r>
        <w:t>toh aap ka question jo hai, main main samajhta hoon ke bilkul theek question hai aap ka, aur main is ko sirf main ne is ko thoda sa explain kiya hai.</w:t>
      </w:r>
    </w:p>
    <w:p>
      <w:pPr>
        <w:jc w:val="right"/>
      </w:pPr>
      <w:r>
        <w:t>تو آپ کا کوئسچن جو ہے، میں میں سمجھتا ہوں کہ بالکل ٹھیک کوئسچن ہے آپ کا، اور میں اس کو صرف میں نے اس کو تھوڑا سا ایکسپلین کیا ہے۔</w:t>
      </w:r>
    </w:p>
    <w:p>
      <w:r>
        <w:rPr>
          <w:b/>
        </w:rPr>
        <w:t xml:space="preserve">[1:07:33] </w:t>
      </w:r>
      <w:r>
        <w:t>aap ke question ko: this question is from miss najma siddiqui: Maulana, as you explained, that these days muslims go to developed countries for economic gains,</w:t>
      </w:r>
    </w:p>
    <w:p>
      <w:pPr>
        <w:jc w:val="right"/>
      </w:pPr>
      <w:r>
        <w:t>آپ کے کوئسچن کو: دس کوئسچن از فرام مس نجمہ صدیقی: مولانا، ایز یو ایکسپلینڈ، دیٹ دیز ڈیز مسلم گو ٹو ڈویلپڈ کنٹریز فار اکنامک گینز،</w:t>
      </w:r>
    </w:p>
    <w:p>
      <w:r>
        <w:rPr>
          <w:b/>
        </w:rPr>
        <w:t xml:space="preserve">[1:07:47] </w:t>
      </w:r>
      <w:r>
        <w:t>unlike before.</w:t>
      </w:r>
    </w:p>
    <w:p>
      <w:pPr>
        <w:jc w:val="right"/>
      </w:pPr>
      <w:r>
        <w:t>انلائک بیفور۔</w:t>
      </w:r>
    </w:p>
    <w:p>
      <w:r>
        <w:rPr>
          <w:b/>
        </w:rPr>
        <w:t xml:space="preserve">[1:07:49] </w:t>
      </w:r>
      <w:r>
        <w:t>although this is true, but now in almost every country, there are most where muslims from different countries come together, develop better understanding with each other, and also do dawah work.</w:t>
      </w:r>
    </w:p>
    <w:p>
      <w:pPr>
        <w:jc w:val="right"/>
      </w:pPr>
      <w:r>
        <w:t>الدو دس از ٹرو، بٹ ناؤ ان الموسٹ ایوری کنٹری، دیر ار موسٹ ویئر مسلمز فرام ڈفرنٹ کنٹریز کم ٹوگیدر، ڈویلپ بیٹر انڈرسٹینڈنگ ود ایچ ادر، اینڈ السو ڈو دعویٰ ورک۔</w:t>
      </w:r>
    </w:p>
    <w:p>
      <w:r>
        <w:rPr>
          <w:b/>
        </w:rPr>
        <w:t xml:space="preserve">[1:08:05] </w:t>
      </w:r>
      <w:r>
        <w:t>aai si das ez a positive point. please give your comments. dawah work kahin nahin kar raha hai, musalman job kar raha hai, paisa kama raha hai.</w:t>
      </w:r>
    </w:p>
    <w:p>
      <w:pPr>
        <w:jc w:val="right"/>
      </w:pPr>
      <w:r>
        <w:t>ائی سی دس ایز ا پوزیٹیو پوائنٹ۔ پلیز گیو یور کمنٹس۔ دعویٰ ورک کہیں نہیں کر رہا ہے، مسلمان جاب کر رہا ہے، پیسہ کما رہا ہے۔</w:t>
      </w:r>
    </w:p>
    <w:p>
      <w:r>
        <w:rPr>
          <w:b/>
        </w:rPr>
        <w:t xml:space="preserve">[1:08:15] </w:t>
      </w:r>
      <w:r>
        <w:t>bas mein to nahin janta kahin jahan dawah work kar raha ho.</w:t>
      </w:r>
    </w:p>
    <w:p>
      <w:pPr>
        <w:jc w:val="right"/>
      </w:pPr>
      <w:r>
        <w:t>بس میں تو نہیں جانتا کہیں جہاں دعویٰ ورک کر رہا ہو۔</w:t>
      </w:r>
    </w:p>
    <w:p>
      <w:r>
        <w:rPr>
          <w:b/>
        </w:rPr>
        <w:t xml:space="preserve">[1:08:19] </w:t>
      </w:r>
      <w:r>
        <w:t>kahin aisa hai ke dawah ke naam lete hain. waise mein america gaya, mein ek sahib hain, unhon ne mujh se kaha ke aap dawah dawah karte hain.</w:t>
      </w:r>
    </w:p>
    <w:p>
      <w:pPr>
        <w:jc w:val="right"/>
      </w:pPr>
      <w:r>
        <w:t>کہیں ایسا ہے کہ دعوت کے نام لیتے ہیں۔ ویسے میں امریکہ گیا، میں ایک صاحب ہیں، انہوں نے مجھ سے کہا کہ آپ دعوت دعوت کرتے ہیں۔</w:t>
      </w:r>
    </w:p>
    <w:p>
      <w:r>
        <w:rPr>
          <w:b/>
        </w:rPr>
        <w:t xml:space="preserve">[1:08:29] </w:t>
      </w:r>
      <w:r>
        <w:t>dawah ka matlab aap is ko mein kahunga, is ko bharkane ki zaroorat nahin hai. dawah ka matlab wahi hai, spiritual revolution. mein jab dawah ka lafz bolta hoon, to is ki murad meri yahi hoti hai, spiritual revolution.</w:t>
      </w:r>
    </w:p>
    <w:p>
      <w:pPr>
        <w:jc w:val="right"/>
      </w:pPr>
      <w:r>
        <w:t>دعوت کا مطلب آپ اس کو میں کہوں گا، اس کو بھڑکنے کی ضرورت نہیں ہے۔ دعوت کا مطلب وہی ہے، اسپیچول ریولوشن۔ میں جب دعوت کا لفظ بولتا ہوں، تو اس کی مراد میری یہی ہوتی ہے، اسپیچول ریولوشن۔</w:t>
      </w:r>
    </w:p>
    <w:p>
      <w:r>
        <w:rPr>
          <w:b/>
        </w:rPr>
        <w:t xml:space="preserve">[1:08:41] </w:t>
      </w:r>
      <w:r>
        <w:t>kyun ke is ko koi bhi word denge aap, to is ko is ka ek contribution dena parega aap ko.</w:t>
      </w:r>
    </w:p>
    <w:p>
      <w:pPr>
        <w:jc w:val="right"/>
      </w:pPr>
      <w:r>
        <w:t>کیونکہ اس کو کوئی بھی ورڈ دیں گے آپ، تو اس کو اس کا ایک کانٹریبیوشن دینا پڑے گا آپ کو۔</w:t>
      </w:r>
    </w:p>
    <w:p>
      <w:r>
        <w:rPr>
          <w:b/>
        </w:rPr>
        <w:t xml:space="preserve">[1:08:49] </w:t>
      </w:r>
      <w:r>
        <w:t>to mein ne is ka jo jo dawah word ka istemal karta hoon, to spiritual revolution ke sense mein istemal karta hoon. to khair, wahan mein gaya to mein ne unhon ne kaha ke aap dawah work karte hain.</w:t>
      </w:r>
    </w:p>
    <w:p>
      <w:pPr>
        <w:jc w:val="right"/>
      </w:pPr>
      <w:r>
        <w:t>تو میں نے اس کا جو جو دعویٰ ورڈ کا استعمال کرتا ہوں، تو اسپیچول ریولوشن کے سینس میں استعمال کرتا ہوں۔ تو خیر، وہاں میں گیا تو میں نے انہوں نے کہا کہ آپ دعویٰ ورک کرتے ہیں۔</w:t>
      </w:r>
    </w:p>
    <w:p>
      <w:r>
        <w:rPr>
          <w:b/>
        </w:rPr>
        <w:t xml:space="preserve">[1:09:00] </w:t>
      </w:r>
      <w:r>
        <w:t>yeh baat hum bhi dawah work karte hain, hum bhi kar rahe hain dawah work. to mein ne kaha woh kaise? to unhon ne kaha ke mein aap ko dikhaunga.</w:t>
      </w:r>
    </w:p>
    <w:p>
      <w:pPr>
        <w:jc w:val="right"/>
      </w:pPr>
      <w:r>
        <w:t>یہ بات ہم بھی دعویٰ ورک کرتے ہیں، ہم بھی کر رہے ہیں دعویٰ ورک۔ تو میں نے کہا وہ کیسے؟ تو انہوں نے کہا کہ میں آپ کو دکھاؤں گا۔</w:t>
      </w:r>
    </w:p>
    <w:p>
      <w:r>
        <w:rPr>
          <w:b/>
        </w:rPr>
        <w:t xml:space="preserve">[1:09:09] </w:t>
      </w:r>
      <w:r>
        <w:t>to agle din woh unhon ne apni gaadi par ek sahib mujhe bheja. ek building mein hum pahunche, wahan kuch log the jo un ko unhon ne rakha tha.</w:t>
      </w:r>
    </w:p>
    <w:p>
      <w:pPr>
        <w:jc w:val="right"/>
      </w:pPr>
      <w:r>
        <w:t>تو اگلے دن وہ انہوں نے اپنی گاڑی پر ایک صاحب مجھے بھیجا۔ ایک بلڈنگ میں ہم پہنچے، وہاں کچھ لوگ تھے جو ان کو انہوں نے رکھا تھا۔</w:t>
      </w:r>
    </w:p>
    <w:p>
      <w:r>
        <w:rPr>
          <w:b/>
        </w:rPr>
        <w:t xml:space="preserve">[1:09:19] </w:t>
      </w:r>
      <w:r>
        <w:t>wahan par woh kya kaam kar rahe the? yaani USA mein, USA ke schoolon mein jo books padhai jaati hain, us mein kahan kahan aisa hai reference jo musalmanon ke against mein hai.</w:t>
      </w:r>
    </w:p>
    <w:p>
      <w:pPr>
        <w:jc w:val="right"/>
      </w:pPr>
      <w:r>
        <w:t>وہاں پر وہ کیا کام کر رہے تھے؟ یعنی یو ایس اے میں، یو ایس اے کے اسکولوں میں جو بکس پڑھائی جاتی ہیں، اس میں کہاں کہاں ایسا وہ ہے ریفرنس جو مسلمانوں کے اگینسٹ میں ہے۔</w:t>
      </w:r>
    </w:p>
    <w:p>
      <w:r>
        <w:rPr>
          <w:b/>
        </w:rPr>
        <w:t xml:space="preserve">[1:09:32] </w:t>
      </w:r>
      <w:r>
        <w:t>yaani musalmanon ko keh diya ho ke musalman jo hain, woh violent hote hain, farz kijiye. to is ko nikalenge, woh</w:t>
      </w:r>
    </w:p>
    <w:p>
      <w:pPr>
        <w:jc w:val="right"/>
      </w:pPr>
      <w:r>
        <w:t>یعنی مسلمانوں کو کہہ دیا ہو کہ مسلمان جو ہیں، وہ وائلنٹ ہوتے ہیں، فرض کیجئے۔ تو اس کو نکالیں گے، وہ</w:t>
      </w:r>
    </w:p>
    <w:p>
      <w:r>
        <w:rPr>
          <w:b/>
        </w:rPr>
        <w:t xml:space="preserve">[1:09:39] </w:t>
      </w:r>
      <w:r>
        <w:t>koi aur baat jo jo musalmanon ke against mein ho, is ko nikalenge. woh jo is ko woh banayenge, ek presentation banayenge aur bhejenge department of education mein ke is ko theek karo.</w:t>
      </w:r>
    </w:p>
    <w:p>
      <w:pPr>
        <w:jc w:val="right"/>
      </w:pPr>
      <w:r>
        <w:t>کوئی اور بات جو جو مسلمانوں کے اگینسٹ میں ہو، اس کو نکالیں گے۔ وہ جو اس کو وہ بنائیں گے، ایک پریزنٹیشن بنائیں گے اور بھیجیں گے ڈیپارٹمنٹ آف ایجوکیشن میں کہ اس کو ٹھیک کرو۔</w:t>
      </w:r>
    </w:p>
    <w:p>
      <w:r>
        <w:rPr>
          <w:b/>
        </w:rPr>
        <w:t xml:space="preserve">[1:09:50] </w:t>
      </w:r>
      <w:r>
        <w:t>to mein ne kaha yeh dawah wa</w:t>
      </w:r>
    </w:p>
    <w:p>
      <w:pPr>
        <w:jc w:val="right"/>
      </w:pPr>
      <w:r>
        <w:t>تو میں نے کہا یہ دعویٰ و</w:t>
      </w:r>
    </w:p>
    <w:p>
      <w:r>
        <w:rPr>
          <w:b/>
        </w:rPr>
        <w:t xml:space="preserve">[1:09:51] </w:t>
      </w:r>
      <w:r>
        <w:t>rak kahan se hai? yeh to yeh to community work hai, community work hai. aur musalman violence to kar hi rahe hain. agar is ko hai to galat galat konsa hai?</w:t>
      </w:r>
    </w:p>
    <w:p>
      <w:pPr>
        <w:jc w:val="right"/>
      </w:pPr>
      <w:r>
        <w:t>رک کہاں سے ہے؟ یہ تو یہ تو کمیونٹی ورک ہے، کمیونٹی ورک ہے۔ اور مسلمان وائلنس تو کر ہی رہے ہیں۔ اگر اس کو ہے تو غلط غلط کونسا ہے؟</w:t>
      </w:r>
    </w:p>
    <w:p>
      <w:r>
        <w:rPr>
          <w:b/>
        </w:rPr>
        <w:t xml:space="preserve">[1:10:01] </w:t>
      </w:r>
      <w:r>
        <w:t>saara duniya musalman violence kar rahe hain. to agar kitaab mein likh jaye to us mein galti kya hai? to beharhaal yeh dawah work nahin hai. logon ko pata bhi nahin ke spirituality kya cheez hai.</w:t>
      </w:r>
    </w:p>
    <w:p>
      <w:pPr>
        <w:jc w:val="right"/>
      </w:pPr>
      <w:r>
        <w:t>سارا دنیا مسلمان وائلنس کر رہے ہیں۔ تو اگر کتاب میں لکھ جائے تو اس میں غلطی کیا ہے؟ تو بہرحال یہ دعویٰ ورک نہیں ہے۔ لوگوں کو پتہ بھی نہیں کہ سپرچولیٹی کیا چیز ہے۔</w:t>
      </w:r>
    </w:p>
    <w:p>
      <w:r>
        <w:rPr>
          <w:b/>
        </w:rPr>
        <w:t xml:space="preserve">[1:10:12] </w:t>
      </w:r>
      <w:r>
        <w:t>spirituality mein yeh bhi shamil hai ke aap community se oopar uth jayein.</w:t>
      </w:r>
    </w:p>
    <w:p>
      <w:pPr>
        <w:jc w:val="right"/>
      </w:pPr>
      <w:r>
        <w:t>سپرچولیٹی میں یہ بھی شامل ہے کہ آپ کمیونٹی سے اوپر اٹھ جائیں۔</w:t>
      </w:r>
    </w:p>
    <w:p>
      <w:r>
        <w:rPr>
          <w:b/>
        </w:rPr>
        <w:t xml:space="preserve">[1:10:17] </w:t>
      </w:r>
      <w:r>
        <w:t>my community right aur wrong mein jo log jeete hon, woh jante bhi nahin ABCD spirituality ki. saare musalman, saare musalman jo hain, un ka kya hai?</w:t>
      </w:r>
    </w:p>
    <w:p>
      <w:pPr>
        <w:jc w:val="right"/>
      </w:pPr>
      <w:r>
        <w:t>مائی کمیونٹی رائٹ اور رانگ میں جو لوگ جیتے ہوں، وہ جانتے بھی نہیں اے بی سی ڈی سپرچولیٹی کی۔ سارے مسلمان، سارے مسلمان جو ہیں، ان کا کیا ہے؟</w:t>
      </w:r>
    </w:p>
    <w:p>
      <w:r>
        <w:rPr>
          <w:b/>
        </w:rPr>
        <w:t xml:space="preserve">[1:10:27] </w:t>
      </w:r>
      <w:r>
        <w:t>my community right aur wrong. aise log kya jaane dawah ko, kya jaane spirituality ko. spirituality woh hai, spirituality mein aap ko sab cheez se oopar uthna parta hai.</w:t>
      </w:r>
    </w:p>
    <w:p>
      <w:pPr>
        <w:jc w:val="right"/>
      </w:pPr>
      <w:r>
        <w:t>مائی کمیونٹی رائٹ اور رانگ۔ ایسے لوگ کیا جانے دعوت کو، کیا جانے سپرچولیٹی کو۔ سپرچولیٹی وہ ہے، سپرچولیٹی میں آپ کو سب چیز سے اوپر اٹھنا پڑتا ہے۔</w:t>
      </w:r>
    </w:p>
    <w:p>
      <w:r>
        <w:rPr>
          <w:b/>
        </w:rPr>
        <w:t xml:space="preserve">[1:10:40] </w:t>
      </w:r>
      <w:r>
        <w:t>jo apni community mein jeeta ho, woh spirituality ka naam leta hai to galat naam leta hai.</w:t>
      </w:r>
    </w:p>
    <w:p>
      <w:pPr>
        <w:jc w:val="right"/>
      </w:pPr>
      <w:r>
        <w:t>جو اپنی کمیونٹی میں جیتا ہو، وہ سپرچولیٹی کا نام لیتا ہے تو غلط نام لیتا ہے۔</w:t>
      </w:r>
    </w:p>
    <w:p>
      <w:r>
        <w:rPr>
          <w:b/>
        </w:rPr>
        <w:t xml:space="preserve">[1:10:46] </w:t>
      </w:r>
      <w:r>
        <w:t>insan mein jeena parta hai. spirituality ka matlab hota hai insan mein jeena parta hai. jab insan ko apna concern banayein, aap saare insan aap ke ek ho jayein.</w:t>
      </w:r>
    </w:p>
    <w:p>
      <w:pPr>
        <w:jc w:val="right"/>
      </w:pPr>
      <w:r>
        <w:t>انسان میں جینا پڑتا ہے۔ سپرچولیٹی کا مطلب ہوتا ہے انسان میں جینا پڑتا ہے۔ جب انسان کو اپنا کنسرن بنائیں، آپ سارے انسان آپ کے ایک ہو جائیں۔</w:t>
      </w:r>
    </w:p>
    <w:p>
      <w:r>
        <w:rPr>
          <w:b/>
        </w:rPr>
        <w:t xml:space="preserve">[1:10:56] </w:t>
      </w:r>
      <w:r>
        <w:t>best jo hai spirituality ka jo principle, woh hai love your enemy. yaani love all including your enemy. mein samajhta hoon ke best formula spirituality ka yeh hai.</w:t>
      </w:r>
    </w:p>
    <w:p>
      <w:pPr>
        <w:jc w:val="right"/>
      </w:pPr>
      <w:r>
        <w:t>بیسٹ جو ہے سپرچولیٹی کا جو پرنسپل، وہ ہے لو یور اینمی۔ یعنی لو ال انکلوڈنگ یور اینمی۔ میں سمجھتا ہوں کہ بیسٹ فارمولا سپرچولیٹی کا یہ ہے۔</w:t>
      </w:r>
    </w:p>
    <w:p>
      <w:r>
        <w:rPr>
          <w:b/>
        </w:rPr>
        <w:t xml:space="preserve">[1:11:09] </w:t>
      </w:r>
      <w:r>
        <w:t>mahatma gandhi is ko bohat zyada mante the, is cheez ko bohat zyada mante the.</w:t>
      </w:r>
    </w:p>
    <w:p>
      <w:pPr>
        <w:jc w:val="right"/>
      </w:pPr>
      <w:r>
        <w:t>مہاتما گاندھی اس کو بہت زیادہ مانتے تھے، اس چیز کو بہت زیادہ مانتے تھے۔</w:t>
      </w:r>
    </w:p>
    <w:p>
      <w:r>
        <w:rPr>
          <w:b/>
        </w:rPr>
        <w:t xml:space="preserve">[1:11:14] </w:t>
      </w:r>
      <w:r>
        <w:t>to mein samajhta hoon ke spirituality jo hai, is ka expression love ki shakal mein hota hai. saare insanon se mohabbat. mein keh sakta hoon jo mere saath rehte hain, woh gawahi gawahi denge ke mere dil mein har ek ke liye pyar hai, har ek ke liye mohabbat hai.</w:t>
      </w:r>
    </w:p>
    <w:p>
      <w:pPr>
        <w:jc w:val="right"/>
      </w:pPr>
      <w:r>
        <w:t>تو میں سمجھتا ہوں کہ سپرچولیٹی جو ہے، اس کا ایکسپریشن لو کی شکل میں ہوتا ہے۔ سارے انسانوں سے محبت۔ میں کہہ سکتا ہوں جو میرے ساتھ رہتے ہیں، وہ گواہی گواہی دیں گے کہ میرے دل میں ہر ایک کے لیے پیار ہے، ہر ایک کے لیے محبت ہے۔</w:t>
      </w:r>
    </w:p>
    <w:p>
      <w:r>
        <w:rPr>
          <w:b/>
        </w:rPr>
        <w:t xml:space="preserve">[1:11:29] </w:t>
      </w:r>
      <w:r>
        <w:t>yeh nahin ke meri community ke liye to hai aur doosron ke liye nahin hai. mein sab ko ek sa manta hoon.</w:t>
      </w:r>
    </w:p>
    <w:p>
      <w:pPr>
        <w:jc w:val="right"/>
      </w:pPr>
      <w:r>
        <w:t>یہ نہیں کہ میری کمیونٹی کے لیے تو ہے اور دوسروں کے لیے نہیں ہے۔ میں سب کو ایک سا مانتا ہوں۔</w:t>
      </w:r>
    </w:p>
    <w:p>
      <w:r>
        <w:rPr>
          <w:b/>
        </w:rPr>
        <w:t xml:space="preserve">[1:11:36] </w:t>
      </w:r>
      <w:r>
        <w:t>aur yahi mein samajhta hoon spirituality ka jo hai essence hai. essence ke aap ko aap ke dil mein sab ke liye pyar aa jaye, kisi ke liye hate na ho, kisi ke liye vice na ho.</w:t>
      </w:r>
    </w:p>
    <w:p>
      <w:pPr>
        <w:jc w:val="right"/>
      </w:pPr>
      <w:r>
        <w:t>اور یہی میں سمجھتا ہوں سپرچولیٹی کا جو ہے ایسنس ہے۔ ایسنس کہ آپ کو آپ کے دل میں سب کے لیے پیار آ جائے، کسی کے لیے ہیٹ نہ ہو، کسی کے لیے وائس نہ ہو۔</w:t>
      </w:r>
    </w:p>
    <w:p>
      <w:r>
        <w:rPr>
          <w:b/>
        </w:rPr>
        <w:t xml:space="preserve">[1:11:49] </w:t>
      </w:r>
      <w:r>
        <w:t>to isi India ko aap banana chahte hain. isi India ko hamara matlab matlab yeh nahin ke log apna culture badlein, apna mazhab badlein, nahin, apna dil badlein.</w:t>
      </w:r>
    </w:p>
    <w:p>
      <w:pPr>
        <w:jc w:val="right"/>
      </w:pPr>
      <w:r>
        <w:t>تو اسی انڈیا کو آپ بنانا چاہتے ہیں۔ اسی انڈیا کو ہمارا مطلب مطلب یہ نہیں کہ لوگ اپنا کلچر بدلیں، اپنا مذہب بدلیں، نہیں، اپنا دل بدلیں۔</w:t>
      </w:r>
    </w:p>
    <w:p>
      <w:r>
        <w:rPr>
          <w:b/>
        </w:rPr>
        <w:t xml:space="preserve">[1:11:59] </w:t>
      </w:r>
      <w:r>
        <w:t>yeh mein saaf kar dena chahta hoon ke mera mission kisi culture ko badalna nahi hai, kisi ka naam ko badalna nahi hai, kisi ke mission ko badalna nahi hai, kisi ke mazhab ko badalna nahi.</w:t>
      </w:r>
    </w:p>
    <w:p>
      <w:pPr>
        <w:jc w:val="right"/>
      </w:pPr>
      <w:r>
        <w:t>یہ میں صاف کر دینا چاہتا ہوں کہ میرا مشن کسی کلچر کو بدلنا نہیں ہے، کسی کا نام کو بدلنا نہیں ہے، کسی کے مشن کو بدلنا نہیں ہے، کسی کے مذہب کو بدلنا نہیں۔</w:t>
      </w:r>
    </w:p>
    <w:p>
      <w:r>
        <w:rPr>
          <w:b/>
        </w:rPr>
        <w:t xml:space="preserve">[1:12:09] </w:t>
      </w:r>
      <w:r>
        <w:t>yeh mera mission hai hi nahi. mein kabhi kisi se nahi kehta ke tum apna mazhab badlo ya naam badlo. koi nahi keh sakta is duniya mein ke maine is se aisa kaha ho.</w:t>
      </w:r>
    </w:p>
    <w:p>
      <w:pPr>
        <w:jc w:val="right"/>
      </w:pPr>
      <w:r>
        <w:t>یہ میرا مشن ہے ہی نہیں۔ میں کبھی کسی سے نہیں کہتا کہ تم اپنا مذہب بدلو یا نام بدلو۔ کوئی نہیں کہہ سکتا اس دنیا میں کہ میں نے اس سے ایسا کہا ہو۔</w:t>
      </w:r>
    </w:p>
    <w:p>
      <w:r>
        <w:rPr>
          <w:b/>
        </w:rPr>
        <w:t xml:space="preserve">[1:12:20] </w:t>
      </w:r>
      <w:r>
        <w:t>mein dil badalne ki baat karta hoon. dil badalna kya hai? wahi hai love your enemy. saare insano ko ek samajhna, saare insano se pyar karna,</w:t>
      </w:r>
    </w:p>
    <w:p>
      <w:pPr>
        <w:jc w:val="right"/>
      </w:pPr>
      <w:r>
        <w:t>میں دل بدلنے کی بات کرتا ہوں۔ دل بدلنا کیا ہے؟ وہی ہے لو یور اینمی۔ سارے انسانوں کو ایک سمجھنا، سارے انسانوں سے پیار کرنا،</w:t>
      </w:r>
    </w:p>
    <w:p>
      <w:r>
        <w:rPr>
          <w:b/>
        </w:rPr>
        <w:t xml:space="preserve">[1:12:29] </w:t>
      </w:r>
      <w:r>
        <w:t>saare insano ke liye dil mein yaani positive thought aa jana. yeh mera mission hai. mera mission hargiz yeh nahi hai ke koi mazhab badle, koi naam badle, koi culture badle.</w:t>
      </w:r>
    </w:p>
    <w:p>
      <w:pPr>
        <w:jc w:val="right"/>
      </w:pPr>
      <w:r>
        <w:t>سارے انسانوں کے لیے دل میں یعنی پوزیٹیو تھاٹ آ جانا۔ یہ میرا مشن ہے۔ میرا مشن ہرگز یہ نہیں ہے کہ کوئی مذہب بدلے، کوئی نام بدلے، کوئی کلچر بدلے۔</w:t>
      </w:r>
    </w:p>
    <w:p>
      <w:r>
        <w:rPr>
          <w:b/>
        </w:rPr>
        <w:t xml:space="preserve">[1:12:40] </w:t>
      </w:r>
      <w:r>
        <w:t>kuch mere mujhe mujhe is se koi lena dena nahi hai. mera ek hi mission hai ke logon ke dil badal jayein. logon ki mein aap ko bataoon ke mujhe mein gaya tha is se pehle to zuri airport pe ek hindu lady mili,</w:t>
      </w:r>
    </w:p>
    <w:p>
      <w:pPr>
        <w:jc w:val="right"/>
      </w:pPr>
      <w:r>
        <w:t>کچھ میرے مجھے مجھے اس سے کوئی لینا دینا نہیں ہے۔ میرا ایک ہی مشن ہے کہ لوگوں کے دل بدل جائیں۔ لوگوں کی میں آپ کو بتاؤں کہ مجھے میں گیا تھا اس سے پہلے تو زوری ایئرپورٹ پہ ایک ہندو لیڈی ملی،</w:t>
      </w:r>
    </w:p>
    <w:p>
      <w:r>
        <w:rPr>
          <w:b/>
        </w:rPr>
        <w:t xml:space="preserve">[1:12:55] </w:t>
      </w:r>
      <w:r>
        <w:t>yaani dilli mein rehti hain. woh</w:t>
      </w:r>
    </w:p>
    <w:p>
      <w:pPr>
        <w:jc w:val="right"/>
      </w:pPr>
      <w:r>
        <w:t>یعنی دلی میں رہتی ہیں۔ وہ</w:t>
      </w:r>
    </w:p>
    <w:p>
      <w:r>
        <w:rPr>
          <w:b/>
        </w:rPr>
        <w:t xml:space="preserve">[1:12:57] </w:t>
      </w:r>
      <w:r>
        <w:t>to woh artist hain, woh gayi thi teen mahine ke liye. government switzerland, government ne un ko bulaya tha. to airport par lagi woh switzerland ki burai karne.</w:t>
      </w:r>
    </w:p>
    <w:p>
      <w:pPr>
        <w:jc w:val="right"/>
      </w:pPr>
      <w:r>
        <w:t>تو وہ آرٹسٹ ہیں، وہ گئی تھی تین مہینے کے لیے۔ گورنمنٹ سویٹزرلینڈ، گورنمنٹ نے ان کو بلایا تھا۔ تو ایئرپورٹ پر لگی وہ سویٹزرلینڈ کی برائی کرنے۔</w:t>
      </w:r>
    </w:p>
    <w:p>
      <w:r>
        <w:rPr>
          <w:b/>
        </w:rPr>
        <w:t xml:space="preserve">[1:13:11] </w:t>
      </w:r>
      <w:r>
        <w:t>meri soch kya hai? is is se aap samajh sakte hain meri soch kya hai. yeh bhi gawah hain, is waqt maujood the wahan par aur bhi kai log the.</w:t>
      </w:r>
    </w:p>
    <w:p>
      <w:pPr>
        <w:jc w:val="right"/>
      </w:pPr>
      <w:r>
        <w:t>میری سوچ کیا ہے؟ اس اس سے آپ سمجھ سکتے ہیں میری سوچ کیا ہے۔ یہ بھی گواہ ہیں، اس وقت موجود تھے وہاں پر اور بھی کئی لوگ تھے۔</w:t>
      </w:r>
    </w:p>
    <w:p>
      <w:r>
        <w:rPr>
          <w:b/>
        </w:rPr>
        <w:t xml:space="preserve">[1:13:20] </w:t>
      </w:r>
      <w:r>
        <w:t>to teen mahine ke liye government of switzerland ne bulaya, un ko apna mehman rakha, kharcha diya un ko aur burai kar rahe hain switzerland ki.</w:t>
      </w:r>
    </w:p>
    <w:p>
      <w:pPr>
        <w:jc w:val="right"/>
      </w:pPr>
      <w:r>
        <w:t>تو تین مہینے کے لیے گورنمنٹ آف سویٹزرلینڈ نے بلایا، ان کو اپنا مہمان رکھا، خرچہ دیا ان کو اور برائی کر رہے ہیں سویٹزرلینڈ کی۔</w:t>
      </w:r>
    </w:p>
    <w:p>
      <w:r>
        <w:rPr>
          <w:b/>
        </w:rPr>
        <w:t xml:space="preserve">[1:13:31] </w:t>
      </w:r>
      <w:r>
        <w:t>to maine kaha ke dekhiye, aap gaaye ko poochtii hain lekin gaaye ke culture ko nahi manti hain. aap ne kaha woh kaise? maine kaha what is cow?</w:t>
      </w:r>
    </w:p>
    <w:p>
      <w:pPr>
        <w:jc w:val="right"/>
      </w:pPr>
      <w:r>
        <w:t>تو میں نے کہا کہ دیکھیے، آپ گائے کو پوچھتی ہیں لیکن گائے کے کلچر کو نہیں مانتی ہیں۔ آپ نے کہا وہ کیسے؟ میں نے کہا واٹ از کاؤ؟</w:t>
      </w:r>
    </w:p>
    <w:p>
      <w:r>
        <w:rPr>
          <w:b/>
        </w:rPr>
        <w:t xml:space="preserve">[1:13:42] </w:t>
      </w:r>
      <w:r>
        <w:t>cow is an cow is a divine industry.</w:t>
      </w:r>
    </w:p>
    <w:p>
      <w:pPr>
        <w:jc w:val="right"/>
      </w:pPr>
      <w:r>
        <w:t>کاؤ از این کاؤ از ا ڈیوائن انڈسٹری۔</w:t>
      </w:r>
    </w:p>
    <w:p>
      <w:r>
        <w:rPr>
          <w:b/>
        </w:rPr>
        <w:t xml:space="preserve">[1:13:49] </w:t>
      </w:r>
      <w:r>
        <w:t>kaise hai ke cow jo hai non milk ko milk mein badalti hai. cow ko aap dete hain ghaas, aap ko dete hain doodh.</w:t>
      </w:r>
    </w:p>
    <w:p>
      <w:pPr>
        <w:jc w:val="right"/>
      </w:pPr>
      <w:r>
        <w:t>کیسے ہے کہ کاؤ جو ہے نان ملک کو ملک میں بدلتی ہے۔ کاؤ کو آپ دیتے ہیں گھاس، آپ کو دیتے ہیں دودھ۔</w:t>
      </w:r>
    </w:p>
    <w:p>
      <w:r>
        <w:rPr>
          <w:b/>
        </w:rPr>
        <w:t xml:space="preserve">[1:14:01] </w:t>
      </w:r>
      <w:r>
        <w:t>so cow is an industry. cow has the capacity to to convert non milk to milk.</w:t>
      </w:r>
    </w:p>
    <w:p>
      <w:pPr>
        <w:jc w:val="right"/>
      </w:pPr>
      <w:r>
        <w:t>سو کاؤ از این انڈسٹری۔ کاؤ ہیز دا کپیسٹی ٹو ٹو کنورٹ نان ملک ٹو ملک۔</w:t>
      </w:r>
    </w:p>
    <w:p>
      <w:r>
        <w:rPr>
          <w:b/>
        </w:rPr>
        <w:t xml:space="preserve">[1:14:10] </w:t>
      </w:r>
      <w:r>
        <w:t>to aap ko agar koi sad experience wahan hua ho to isi ko liye kyun baithi hain? aap ko is sad experience ko badliye positive experience mein.</w:t>
      </w:r>
    </w:p>
    <w:p>
      <w:pPr>
        <w:jc w:val="right"/>
      </w:pPr>
      <w:r>
        <w:t>تو آپ کو اگر کوئی سیڈ ایکسپیرینس وہاں ہوا ہو تو اسی کو لیے کیوں بیٹھی ہیں؟ آپ کو اس سیڈ ایکسپیرینس کو بدلیے پوزیٹیو ایکسپیرینس میں۔</w:t>
      </w:r>
    </w:p>
    <w:p>
      <w:r>
        <w:rPr>
          <w:b/>
        </w:rPr>
        <w:t xml:space="preserve">[1:14:19] </w:t>
      </w:r>
      <w:r>
        <w:t>agar aap sach mein cow ko manti hain to cow ko poojna hasil nahi hai, cow ke culture ko badal lena hasil hai ke aap cow ki tarah baniye.</w:t>
      </w:r>
    </w:p>
    <w:p>
      <w:pPr>
        <w:jc w:val="right"/>
      </w:pPr>
      <w:r>
        <w:t>اگر آپ سچ مچ کاؤ کو مانتی ہیں تو کاؤ کو پوجنا حاصل نہیں ہے، کاؤ کے کلچر کو بدل لینا حاصل ہے کہ آپ کاؤ کی طرح بنیے۔</w:t>
      </w:r>
    </w:p>
    <w:p>
      <w:r>
        <w:rPr>
          <w:b/>
        </w:rPr>
        <w:t xml:space="preserve">[1:14:29] </w:t>
      </w:r>
      <w:r>
        <w:t>negative thought ko positive thought mein convert kijiye. koi hate ka experience ho, tab bhi us ke pyar mein badliye aap. yaani non milk ko milk mein badliye, tab aap cow ko manne wale hon gi.</w:t>
      </w:r>
    </w:p>
    <w:p>
      <w:pPr>
        <w:jc w:val="right"/>
      </w:pPr>
      <w:r>
        <w:t>نیگیٹیو تھاٹ کو پوزیٹیو تھاٹ میں کنورٹ کیجئے۔ کوئی ہیٹ کا ایکسپیرینس ہو، تب بھی اس کے پیار میں بدلیے آپ۔ یعنی نان ملک کو ملک میں بدلیے، تب آپ کاؤ کو ماننے والے ہوں گی۔</w:t>
      </w:r>
    </w:p>
    <w:p>
      <w:r>
        <w:rPr>
          <w:b/>
        </w:rPr>
        <w:t xml:space="preserve">[1:14:42] </w:t>
      </w:r>
      <w:r>
        <w:t>woh bechari aurat bahut achhi thi, woh rone lagi. woh us ki aankhon se aansu tip tip tip girne laga.</w:t>
      </w:r>
    </w:p>
    <w:p>
      <w:pPr>
        <w:jc w:val="right"/>
      </w:pPr>
      <w:r>
        <w:t>وہ بیچاری عورت بہت اچھی تھی، وہ رونے لگی۔ وہ اس کی آنکھوں سے آنسو ٹپ ٹپ ٹپ گرنے لگا۔</w:t>
      </w:r>
    </w:p>
    <w:p>
      <w:r>
        <w:rPr>
          <w:b/>
        </w:rPr>
        <w:t xml:space="preserve">[1:14:49] </w:t>
      </w:r>
      <w:r>
        <w:t>to yeh hai mera mission ke log cow ko poochtay hain. mein kehta hoon cow culture ko apnao to</w:t>
      </w:r>
    </w:p>
    <w:p>
      <w:pPr>
        <w:jc w:val="right"/>
      </w:pPr>
      <w:r>
        <w:t>تو یہ ہے میرا مشن کہ لوگ کاؤ کو پوچھتے ہیں۔ میں کہتا ہوں کاؤ کلچر کو اپناؤ تو</w:t>
      </w:r>
    </w:p>
    <w:p>
      <w:r>
        <w:rPr>
          <w:b/>
        </w:rPr>
        <w:t xml:space="preserve">[1:14:59] </w:t>
      </w:r>
      <w:r>
        <w:t>matlab dil ko badlo, mind ko badlo, negativity ko khatam karo. yeh hai mera mission. mein samajhta hoon ke yahi wahan mahatma gandhi ka mission tha. is is ko ek lafz, ek shabd mein kahunga ke yeh spiritual revolution.</w:t>
      </w:r>
    </w:p>
    <w:p>
      <w:pPr>
        <w:jc w:val="right"/>
      </w:pPr>
      <w:r>
        <w:t>مطلب دل کو بدلو، مائنڈ کو بدلو، نیگیٹیوٹی کو ختم کرو۔ یہ ہے میرا مشن۔ میں سمجھتا ہوں کہ یہی وہاں مہاتما گاندھی کا مشن تھا۔ اس اس کو ایک لفظ، ایک शब्द میں کہوں گا کہ یہ اسپیچول ریولوشن۔</w:t>
      </w:r>
    </w:p>
    <w:p>
      <w:r>
        <w:rPr>
          <w:b/>
        </w:rPr>
        <w:t xml:space="preserve">[1:15:15] </w:t>
      </w:r>
      <w:r>
        <w:t>this question is from dr farida khanam:</w:t>
      </w:r>
    </w:p>
    <w:p>
      <w:pPr>
        <w:jc w:val="right"/>
      </w:pPr>
      <w:r>
        <w:t>دس کوئسچن از فرام ڈاکٹر فریدہ خانم:</w:t>
      </w:r>
    </w:p>
    <w:p>
      <w:r>
        <w:rPr>
          <w:b/>
        </w:rPr>
        <w:t xml:space="preserve">[1:15:19] </w:t>
      </w:r>
      <w:r>
        <w:t>the quran says wa yakuna deenu kullu lillah, which means let religion be holy for lord.</w:t>
      </w:r>
    </w:p>
    <w:p>
      <w:pPr>
        <w:jc w:val="right"/>
      </w:pPr>
      <w:r>
        <w:t>دی قرآن سیز و یکون دین کل للہ، وچ مینز لیٹ ریلیجن بی ہولی فار لارڈ۔</w:t>
      </w:r>
    </w:p>
    <w:p>
      <w:r>
        <w:rPr>
          <w:b/>
        </w:rPr>
        <w:t xml:space="preserve">[1:15:30] </w:t>
      </w:r>
      <w:r>
        <w:t>what does it mean? nahi, is ka matlab jo hai woh kya hai? is ko samjhiye ke is ka translation theek nahi hai.</w:t>
      </w:r>
    </w:p>
    <w:p>
      <w:pPr>
        <w:jc w:val="right"/>
      </w:pPr>
      <w:r>
        <w:t>واٹ ڈز اٹ مین؟ نہیں، اس کا مطلب جو ہے وہ کیا ہے؟ اس کو سمجھیے کہ اس کا ٹرانسلیشن ٹھیک نہیں ہے۔</w:t>
      </w:r>
    </w:p>
    <w:p>
      <w:r>
        <w:rPr>
          <w:b/>
        </w:rPr>
        <w:t xml:space="preserve">[1:15:41] </w:t>
      </w:r>
      <w:r>
        <w:t>is ka matlab yeh hai ke ke jo woh jo hai, yaani reason jo hai, reason woh sab ke sab sachai ke haq mein ho jaye.</w:t>
      </w:r>
    </w:p>
    <w:p>
      <w:pPr>
        <w:jc w:val="right"/>
      </w:pPr>
      <w:r>
        <w:t>اس کا مطلب یہ ہے کہ کہ جو وہ جو ہے، یعنی ریزن جو ہے، ریزن وہ سب کے سب سچائی کے حق میں ہو جائے۔</w:t>
      </w:r>
    </w:p>
    <w:p>
      <w:r>
        <w:rPr>
          <w:b/>
        </w:rPr>
        <w:t xml:space="preserve">[1:15:56] </w:t>
      </w:r>
      <w:r>
        <w:t>sachai ke haq mein saare reason chali jayein, kisi aur ki taraf woh reason na rahe. yaani yahan par, yaani political, is ka koi political matlab nahi hai.</w:t>
      </w:r>
    </w:p>
    <w:p>
      <w:pPr>
        <w:jc w:val="right"/>
      </w:pPr>
      <w:r>
        <w:t>سچائی کے حق میں سارے ریزن چلی جائیں، کسی اور کی طرف وہ ریزن نہ رہے۔ یعنی یہاں پر، یعنی پولیٹیکل، اس کا کوئی پولیٹیکل مطلب نہیں ہے۔</w:t>
      </w:r>
    </w:p>
    <w:p>
      <w:r>
        <w:rPr>
          <w:b/>
        </w:rPr>
        <w:t xml:space="preserve">[1:16:06] </w:t>
      </w:r>
      <w:r>
        <w:t>is is ayat ka woh aaj woh hua hai. mein samajhta hoon ke woh hua hai aaj.</w:t>
      </w:r>
    </w:p>
    <w:p>
      <w:pPr>
        <w:jc w:val="right"/>
      </w:pPr>
      <w:r>
        <w:t>اس اس آیت کا وہ آج وہ ہوا ہے۔ میں سمجھتا ہوں کہ وہ ہوا ہے آج۔</w:t>
      </w:r>
    </w:p>
    <w:p>
      <w:r>
        <w:rPr>
          <w:b/>
        </w:rPr>
        <w:t xml:space="preserve">[1:16:11] </w:t>
      </w:r>
      <w:r>
        <w:t>is se pehle dunya mein aap jante hain ke suppression tha, suppression tha. phir science aai, science ne suppression ko khatm kiya. main samajhta hoon ke is se murad scientific age hai.</w:t>
      </w:r>
    </w:p>
    <w:p>
      <w:pPr>
        <w:jc w:val="right"/>
      </w:pPr>
      <w:r>
        <w:t>اس سے پہلے دنیا میں آپ جانتے ہیں کہ سپریسیشن تھا، سپریسیشن تھا۔ پھر سائنس آئی، سائنس نے سپریسیشن کو ختم کیا۔ میں سمجھتا ہوں کہ اس سے مراد سائنٹیفک ایج ہے۔</w:t>
      </w:r>
    </w:p>
    <w:p>
      <w:r>
        <w:rPr>
          <w:b/>
        </w:rPr>
        <w:t xml:space="preserve">[1:16:25] </w:t>
      </w:r>
      <w:r>
        <w:t>scientific age pehli baar aisa hua hai ke dunya jo hai, reason reason ko le ke sochne lagi hai. har cheez ko reason out</w:t>
      </w:r>
    </w:p>
    <w:p>
      <w:pPr>
        <w:jc w:val="right"/>
      </w:pPr>
      <w:r>
        <w:t>سائنٹیفک ایج پہلی بار ایسا ہوا ہے کہ دنیا جو ہے، ریزن ریزن کو لے کے سوچنے لگی ہے۔ ہر چیز کو ریزن آؤٹ</w:t>
      </w:r>
    </w:p>
    <w:p>
      <w:r>
        <w:rPr>
          <w:b/>
        </w:rPr>
        <w:t xml:space="preserve">[1:16:34] </w:t>
      </w:r>
      <w:r>
        <w:t>kya jata hai, har cheez ko is par facts par judge judge kiya jata hai. aur jab aap facts par judge karein cheezon ko to sachai sabit ho gai, false fit apne aap khatm ho jayega.</w:t>
      </w:r>
    </w:p>
    <w:p>
      <w:pPr>
        <w:jc w:val="right"/>
      </w:pPr>
      <w:r>
        <w:t>کیا جاتا ہے، ہر چیز کو اس پر فیکٹس پر جج جج کیا جاتا ہے۔ اور جب آپ فیکٹس پر جج کریں چیزوں کو تو سچائی ثابت ہو گئی، فالس فٹ اپنے آپ ختم ہو جائے گا۔</w:t>
      </w:r>
    </w:p>
    <w:p>
      <w:r>
        <w:rPr>
          <w:b/>
        </w:rPr>
        <w:t xml:space="preserve">[1:16:47] </w:t>
      </w:r>
      <w:r>
        <w:t>jaise aap jante hain ke jab suppression ka zamana tha to log geo centric theory ko mante the, lekin science ke daur mein wo discard ho gaya.</w:t>
      </w:r>
    </w:p>
    <w:p>
      <w:pPr>
        <w:jc w:val="right"/>
      </w:pPr>
      <w:r>
        <w:t>جیسے آپ جانتے ہیں کہ جب سپریسیشن کا زمانہ تھا تو لوگ جیو سینٹرک تھیوری کو مانتے تھے، لیکن سائنس کے دور میں وہ ڈسکارڈ ہو گئی۔</w:t>
      </w:r>
    </w:p>
    <w:p>
      <w:r>
        <w:rPr>
          <w:b/>
        </w:rPr>
        <w:t xml:space="preserve">[1:16:56] </w:t>
      </w:r>
      <w:r>
        <w:t>ab helio centric theory ko mana jata hai.</w:t>
      </w:r>
    </w:p>
    <w:p>
      <w:pPr>
        <w:jc w:val="right"/>
      </w:pPr>
      <w:r>
        <w:t>اب ہیلو سینٹرک تھیوری کو مانا جاتا ہے۔</w:t>
      </w:r>
    </w:p>
    <w:p>
      <w:r>
        <w:rPr>
          <w:b/>
        </w:rPr>
        <w:t xml:space="preserve">[1:16:59] </w:t>
      </w:r>
      <w:r>
        <w:t>to suppression, suppression based thinking jo thi, wo is ka khatm ho jaye aur reason based thinking dunya mein aa jaye.</w:t>
      </w:r>
    </w:p>
    <w:p>
      <w:pPr>
        <w:jc w:val="right"/>
      </w:pPr>
      <w:r>
        <w:t>تو سپریسیشن، سپریسیشن بیس تھنکنگ جو تھی، وہ اس کا ختم ہو جائے اور ریزن بیس تھنکنگ دنیا میں آ جائے۔</w:t>
      </w:r>
    </w:p>
    <w:p>
      <w:r>
        <w:rPr>
          <w:b/>
        </w:rPr>
        <w:t xml:space="preserve">[1:17:07] </w:t>
      </w:r>
      <w:r>
        <w:t>yeh matlab hai is ayat ka. wo scientific daur mein ho chuka hai. har mamle par suppression chalta tha, har mamle mein.</w:t>
      </w:r>
    </w:p>
    <w:p>
      <w:pPr>
        <w:jc w:val="right"/>
      </w:pPr>
      <w:r>
        <w:t>یہ مطلب ہے اس آیت کا۔ وہ سائنٹیفک دور میں ہو چکا ہے۔ ہر معاملے پر سپریسیشن چلتا تھا، ہر معاملے میں۔</w:t>
      </w:r>
    </w:p>
    <w:p>
      <w:r>
        <w:rPr>
          <w:b/>
        </w:rPr>
        <w:t xml:space="preserve">[1:17:18] </w:t>
      </w:r>
      <w:r>
        <w:t>ab bajaye suppression ke, har cheez ko reason out kiya jata hai. ab jo cheez reason se prove hoti hai, usi ko man</w:t>
      </w:r>
    </w:p>
    <w:p>
      <w:pPr>
        <w:jc w:val="right"/>
      </w:pPr>
      <w:r>
        <w:t>اب بجائے سپریسیشن کے، ہر چیز کو ریزن آؤٹ کیا جاتا ہے۔ اب جو چیز ریزن سے پروف ہوتی ہے، اسی کو مان</w:t>
      </w:r>
    </w:p>
    <w:p>
      <w:r>
        <w:rPr>
          <w:b/>
        </w:rPr>
        <w:t xml:space="preserve">[1:17:25] </w:t>
      </w:r>
      <w:r>
        <w:t>a jata hai. yahi matlab hai is ayat ka. maine thi ke wo daur aa jaye jab sachai ko supreme hesiyat mil jaye, suppression ko ya kisi aur cheez ko supreme hesiyat khatm ho jaye.</w:t>
      </w:r>
    </w:p>
    <w:p>
      <w:pPr>
        <w:jc w:val="right"/>
      </w:pPr>
      <w:r>
        <w:t>ا جاتا ہے۔ یہی مطلب ہے اس آیت کا۔ میں نے تھی کہ وہ دور آ جائے جب سچائی کو سپریم حیثیت مل جائے، سپریسیشن کو یا کسی اور چیز کو سپریم حیثیت ختم ہو جائے۔</w:t>
      </w:r>
    </w:p>
    <w:p>
      <w:r>
        <w:rPr>
          <w:b/>
        </w:rPr>
        <w:t xml:space="preserve">[1:17:40] </w:t>
      </w:r>
      <w:r>
        <w:t>there is another question by doctor farida khanam: the basic requirement of dawah work is to interact with non muslims.</w:t>
      </w:r>
    </w:p>
    <w:p>
      <w:pPr>
        <w:jc w:val="right"/>
      </w:pPr>
      <w:r>
        <w:t>دیر از انادر کوئسچن بائے ڈاکٹر فریدہ خانم: دا بیسک ریکوائرمنٹ آف دعویٰ ورک از ٹو انٹریکٹ ود نان مسلمز۔</w:t>
      </w:r>
    </w:p>
    <w:p>
      <w:r>
        <w:rPr>
          <w:b/>
        </w:rPr>
        <w:t xml:space="preserve">[1:17:49] </w:t>
      </w:r>
      <w:r>
        <w:t>nowhere muslims interact with non muslims,</w:t>
      </w:r>
    </w:p>
    <w:p>
      <w:pPr>
        <w:jc w:val="right"/>
      </w:pPr>
      <w:r>
        <w:t>نو ویئر مسلمز انٹریکٹ ود نان مسلمز،</w:t>
      </w:r>
    </w:p>
    <w:p>
      <w:r>
        <w:rPr>
          <w:b/>
        </w:rPr>
        <w:t xml:space="preserve">[1:17:53] </w:t>
      </w:r>
      <w:r>
        <w:t>still they believe that they are performing dawah work. why is this so? dekhein, muslim aur non muslim ka jo yeh baat hai, yeh sahi nahi hai.</w:t>
      </w:r>
    </w:p>
    <w:p>
      <w:pPr>
        <w:jc w:val="right"/>
      </w:pPr>
      <w:r>
        <w:t>سٹل دے بیلیو دیٹ دے آر پرفارمنگ دعویٰ ورک۔ وائی از دس سو؟ دیکھیں، مسلم اور نان مسلم کا جو یہ بات ہے، یہ صحیح نہیں ہے۔</w:t>
      </w:r>
    </w:p>
    <w:p>
      <w:r>
        <w:rPr>
          <w:b/>
        </w:rPr>
        <w:t xml:space="preserve">[1:18:03] </w:t>
      </w:r>
      <w:r>
        <w:t>maine di yeh sahi nahi hai. yeh yeh samajhne ke liye bola jata hai, samajhne ke liye, lekin yeh sahi word nahi hai. sahi word kya hai?</w:t>
      </w:r>
    </w:p>
    <w:p>
      <w:pPr>
        <w:jc w:val="right"/>
      </w:pPr>
      <w:r>
        <w:t>میں نے دی یہ صحیح نہیں ہے۔ یہ یہ سمجھنے کے لیے بولا جاتا ہے، سمجھنے کے لیے، لیکن یہ صحیح ورڈ نہیں ہے۔ صحیح ورڈ کیا ہے؟</w:t>
      </w:r>
    </w:p>
    <w:p>
      <w:r>
        <w:rPr>
          <w:b/>
        </w:rPr>
        <w:t xml:space="preserve">[1:18:13] </w:t>
      </w:r>
      <w:r>
        <w:t>ek wo insan hai jo aware ho, ek wo insan jo aware na ho, ek insan jo bhool mein pada hua hai, ek insan jis ki aql jaag jaag uthi hai.</w:t>
      </w:r>
    </w:p>
    <w:p>
      <w:pPr>
        <w:jc w:val="right"/>
      </w:pPr>
      <w:r>
        <w:t>ایک وہ انسان ہے جو اویئر ہو، ایک وہ انسان جو اویئر نہ ہو، ایک انسان جو بھول میں پڑا ہوا ہے، ایک انسان جس کی عقل جاگ جاگ اٹھی ہے۔</w:t>
      </w:r>
    </w:p>
    <w:p>
      <w:r>
        <w:rPr>
          <w:b/>
        </w:rPr>
        <w:t xml:space="preserve">[1:18:23] </w:t>
      </w:r>
      <w:r>
        <w:t>to dawah work bhi spiritual work ke sense mein hai. dawah work koi spiritual cheez, wo koi mysterious cheez nahi hai. yeh bhi samajh lijiye, ek convenient word ke taur par main dawah work istemal karta hoon.</w:t>
      </w:r>
    </w:p>
    <w:p>
      <w:pPr>
        <w:jc w:val="right"/>
      </w:pPr>
      <w:r>
        <w:t>تو دعویٰ ورک بھی اسپیچول ورک کے سینس میں ہے۔ دعویٰ ورک کوئی اسپیچول چیز، وہ کوئی مسٹیریس چیز نہیں ہے۔ یہ بھی سمجھ لیجئے، ایک کنوینینٹ ورڈ کے طور پر میں دعویٰ ورک استعمال کرتا ہوں۔</w:t>
      </w:r>
    </w:p>
    <w:p>
      <w:r>
        <w:rPr>
          <w:b/>
        </w:rPr>
        <w:t xml:space="preserve">[1:18:35] </w:t>
      </w:r>
      <w:r>
        <w:t>ek convenient word, yani mera matlab kya kya hai? wahi hai ke yani intellectual awakening. dawah work ka matlab hai intellectual awakening, mind ko kholna.</w:t>
      </w:r>
    </w:p>
    <w:p>
      <w:pPr>
        <w:jc w:val="right"/>
      </w:pPr>
      <w:r>
        <w:t>ایک کنوینینٹ ورڈ، یعنی میرا مطلب کیا کیا ہے؟ وہی ہے کہ یعنی انٹلیکچول اویکننگ۔ دعویٰ ورک کا مطلب ہے انٹلیکچول اویکننگ، مائنڈ کو کھولنا۔</w:t>
      </w:r>
    </w:p>
    <w:p>
      <w:r>
        <w:rPr>
          <w:b/>
        </w:rPr>
        <w:t xml:space="preserve">[1:18:46] </w:t>
      </w:r>
      <w:r>
        <w:t>hamara manna kya hai? hamara manna yeh hai ke insan ke nature mein sab kuch hai,</w:t>
      </w:r>
    </w:p>
    <w:p>
      <w:pPr>
        <w:jc w:val="right"/>
      </w:pPr>
      <w:r>
        <w:t>ہمارا ماننا کیا ہے؟ ہمارا ماننا یہ ہے کہ انسان کے نیچر میں سب کچھ ہے،</w:t>
      </w:r>
    </w:p>
    <w:p>
      <w:r>
        <w:rPr>
          <w:b/>
        </w:rPr>
        <w:t xml:space="preserve">[1:18:52] </w:t>
      </w:r>
      <w:r>
        <w:t>sab kuch environment hai aap ke nature mein. lekin conditioning se aadmi bhool mein pad jata hai. conditioning ko decondition karna, jise koi hum kehte hain dawah work, wo koi mysterious cheez nahi hai.</w:t>
      </w:r>
    </w:p>
    <w:p>
      <w:pPr>
        <w:jc w:val="right"/>
      </w:pPr>
      <w:r>
        <w:t>سب کچھ انوائرمنٹ ہے آپ کے نیچر میں۔ لیکن کنڈیشننگ سے آدمی بھول میں پڑ جاتا ہے۔ کنڈیشننگ کو ڈی کنڈیشن کرنا، جسے کوئی ہم کہتے ہیں دعویٰ ورک، وہ کوئی مسٹیریس چیز نہیں ہے۔</w:t>
      </w:r>
    </w:p>
    <w:p>
      <w:r>
        <w:rPr>
          <w:b/>
        </w:rPr>
        <w:t xml:space="preserve">[1:19:06] </w:t>
      </w:r>
      <w:r>
        <w:t>conditioning ko todna, decondition kar ke insan ko mister nature banana. hum yeh mante hain ke har aadmi mister nature hi paida hota hai, har aadmi mister nature paida hota hai.</w:t>
      </w:r>
    </w:p>
    <w:p>
      <w:pPr>
        <w:jc w:val="right"/>
      </w:pPr>
      <w:r>
        <w:t>کنڈیشننگ کو توڑنا، ڈی کنڈیشن کر کے انسان کو مسٹر نیچر بنانا۔ ہم یہ مانتے ہیں کہ ہر آدمی مسٹر نیچر ہی پیدا ہوتا ہے، ہر آدمی مسٹر نیچر پیدا ہوتا ہے۔</w:t>
      </w:r>
    </w:p>
    <w:p>
      <w:r>
        <w:rPr>
          <w:b/>
        </w:rPr>
        <w:t xml:space="preserve">[1:19:20] </w:t>
      </w:r>
      <w:r>
        <w:t>main abhi ek ek gana aata hai radio par: bachche mann ke sachhe. main bohat pasand hai mujhe wo gana: bachche mann ke sachhe.</w:t>
      </w:r>
    </w:p>
    <w:p>
      <w:pPr>
        <w:jc w:val="right"/>
      </w:pPr>
      <w:r>
        <w:t>میں ابھی ایک ایک گانا آتا ہے ریڈیو پر: بچے من کے سچے۔ میں بہت پسند ہے مجھے وہ گانا: بچے من کے سچے۔</w:t>
      </w:r>
    </w:p>
    <w:p>
      <w:r>
        <w:rPr>
          <w:b/>
        </w:rPr>
        <w:t xml:space="preserve">[1:19:29] </w:t>
      </w:r>
      <w:r>
        <w:t>to maine socha ke yeh bachche ki baat nahi hai, yeh insan ki baat hai. har insan mann ka sachha hota hai, magar conditioning ki wajah se wo badal jata hai.</w:t>
      </w:r>
    </w:p>
    <w:p>
      <w:pPr>
        <w:jc w:val="right"/>
      </w:pPr>
      <w:r>
        <w:t>تو میں نے سوچا کہ یہ بچے کی بات نہیں ہے، یہ انسان کی بات ہے۔ ہر انسان من کا سچا ہوتا ہے، مگر کنڈیشننگ کی وجہ سے وہ بدل جاتا ہے۔</w:t>
      </w:r>
    </w:p>
    <w:p>
      <w:r>
        <w:rPr>
          <w:b/>
        </w:rPr>
        <w:t xml:space="preserve">[1:19:40] </w:t>
      </w:r>
      <w:r>
        <w:t>bachche mann ke sachhe jo hai, wo bachche ko keh rahe hain ke mann ke sachhe hote hain. bade bhi mann ke sachhe hain apni nature ke etbaar se</w:t>
      </w:r>
    </w:p>
    <w:p>
      <w:pPr>
        <w:jc w:val="right"/>
      </w:pPr>
      <w:r>
        <w:t>بچے من کے سچے جو ہے، وہ بچے کو کہہ رہے ہیں کہ من کے سچے ہوتے ہیں۔ بڑے بھی من کے سچے ہیں اپنی نیچر کے اعتبار سے</w:t>
      </w:r>
    </w:p>
    <w:p>
      <w:r>
        <w:rPr>
          <w:b/>
        </w:rPr>
        <w:t xml:space="preserve">[1:19:49] </w:t>
      </w:r>
      <w:r>
        <w:t>, lekin conditioning ne un ke un ko kuch se kuch bana diya hai. to hum bhi hamare mission sar pe to deconditioning ka mission hai.</w:t>
      </w:r>
    </w:p>
    <w:p>
      <w:pPr>
        <w:jc w:val="right"/>
      </w:pPr>
      <w:r>
        <w:t>، لیکن کنڈیشننگ نے ان کے ان کو کچھ سے کچھ بنا دیا ہے۔ تو ہم بھی ہمارے مشن سر پہ تو ڈی کنڈیشننگ کا مشن ہے۔</w:t>
      </w:r>
    </w:p>
    <w:p>
      <w:r>
        <w:rPr>
          <w:b/>
        </w:rPr>
        <w:t xml:space="preserve">[1:19:57] </w:t>
      </w:r>
      <w:r>
        <w:t>hum chahte hain ke decondition kar kar ke logon ko wahi banayein, wahi jahan jahan ke wo paida hue the, yani mister nature banayein. bachche mister nature hote hain, baad ka insan mister nature nahi baki rehta, due to conditioning.</w:t>
      </w:r>
    </w:p>
    <w:p>
      <w:pPr>
        <w:jc w:val="right"/>
      </w:pPr>
      <w:r>
        <w:t>ہم چاہتے ہیں کہ ڈی کنڈیشن کر کر کے لوگوں کو وہی بنائیں، وہی جہاں جہاں کے وہ پیدا ہوئے تھے، یعنی مسٹر نیچر بنائیں۔ بچے مسٹر نیچر ہوتے ہیں، بعد کا انسان مسٹر نیچر نہیں باقی رہتا، ڈیو ٹو کنڈیشننگ۔</w:t>
      </w:r>
    </w:p>
    <w:p>
      <w:r>
        <w:rPr>
          <w:b/>
        </w:rPr>
        <w:t xml:space="preserve">[1:20:13] </w:t>
      </w:r>
      <w:r>
        <w:t>to hum deconditioning kar ke is ko phir se chahte hain ke mister nature ban jaye. wo bas yahi hamara mission hai.</w:t>
      </w:r>
    </w:p>
    <w:p>
      <w:pPr>
        <w:jc w:val="right"/>
      </w:pPr>
      <w:r>
        <w:t>تو ہم ڈی کنڈیشننگ کر کے اس کو پھر سے چاہتے ہیں کہ مسٹر نیچر بن جائے۔ وہ بس یہی ہمارا مشن ہے۔</w:t>
      </w:r>
    </w:p>
    <w:p>
      <w:r>
        <w:rPr>
          <w:b/>
        </w:rPr>
        <w:t xml:space="preserve">[1:20:20] </w:t>
      </w:r>
      <w:r>
        <w:t>tu muslim nan muslim ka farq nahi hai, asal mein asal mein farq hai ke kon, yani yani oiken mind hai aur kon abhi is ke mind ki oikning nahi hui hai.</w:t>
      </w:r>
    </w:p>
    <w:p>
      <w:pPr>
        <w:jc w:val="right"/>
      </w:pPr>
      <w:r>
        <w:t>تو مسلم نان مسلم کا فرق نہیں ہے، اصل میں اصل میں فرق ہے کہ کون، یعنی یعنی اویکن مائنڈ ہے اور کون ابھی اس کے مائنڈ کی اویکننگ نہیں ہوئی ہے۔</w:t>
      </w:r>
    </w:p>
    <w:p>
      <w:r>
        <w:rPr>
          <w:b/>
        </w:rPr>
        <w:t xml:space="preserve">[1:20:32] </w:t>
      </w:r>
      <w:r>
        <w:t>is lihaz se ya ye do category hai insano ki.</w:t>
      </w:r>
    </w:p>
    <w:p>
      <w:pPr>
        <w:jc w:val="right"/>
      </w:pPr>
      <w:r>
        <w:t>اس لحاظ سے یا یہ دو کیٹگری ہے انسانوں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