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(English) January 17, 2007</w:t>
      </w:r>
    </w:p>
    <w:p>
      <w:r>
        <w:t>https://youtu.be/OsmlU1RTo7k</w:t>
      </w:r>
    </w:p>
    <w:p>
      <w:r>
        <w:rPr>
          <w:b/>
        </w:rPr>
        <w:t xml:space="preserve">[00:10] </w:t>
      </w:r>
      <w:r>
        <w:t>bismillah rahman rahim, wasalli allah ala nabiy al-karim. rab ishrah li sadri, wa yassir li amri,</w:t>
      </w:r>
    </w:p>
    <w:p>
      <w:pPr>
        <w:jc w:val="right"/>
      </w:pPr>
      <w:r>
        <w:t>بسم اللہ الرحمن الرحیم، وصلی اللہ علی النبی الکریم۔ رب اشرح لی صدری، ویسر لی امری،</w:t>
      </w:r>
    </w:p>
    <w:p>
      <w:r>
        <w:rPr>
          <w:b/>
        </w:rPr>
        <w:t xml:space="preserve">[00:23] </w:t>
      </w:r>
      <w:r>
        <w:t>wah al-uqdatan min lisani, yafqahu qawli. da topic for this day is islam and peace.</w:t>
      </w:r>
    </w:p>
    <w:p>
      <w:pPr>
        <w:jc w:val="right"/>
      </w:pPr>
      <w:r>
        <w:t>واحل العقدۃ من لسانی، یفقہ قولی۔ دا ٹاپک فار دس ڈے از اسلام اینڈ پیس۔</w:t>
      </w:r>
    </w:p>
    <w:p>
      <w:r>
        <w:rPr>
          <w:b/>
        </w:rPr>
        <w:t xml:space="preserve">[00:36] </w:t>
      </w:r>
      <w:r>
        <w:t>islam and peace.</w:t>
      </w:r>
    </w:p>
    <w:p>
      <w:pPr>
        <w:jc w:val="right"/>
      </w:pPr>
      <w:r>
        <w:t>اسلام اینڈ پیس۔</w:t>
      </w:r>
    </w:p>
    <w:p>
      <w:r>
        <w:rPr>
          <w:b/>
        </w:rPr>
        <w:t xml:space="preserve">[00:42] </w:t>
      </w:r>
      <w:r>
        <w:t>i have studied islam from its original sources, that is books compiled in arabic language.</w:t>
      </w:r>
    </w:p>
    <w:p>
      <w:pPr>
        <w:jc w:val="right"/>
      </w:pPr>
      <w:r>
        <w:t>ائی ہیو اسٹڈیڈ اسلام فرام اٹس اوریجنل سورسز، دیٹ از بکس کمپائلڈ ان عربک لینگویج۔</w:t>
      </w:r>
    </w:p>
    <w:p>
      <w:r>
        <w:rPr>
          <w:b/>
        </w:rPr>
        <w:t xml:space="preserve">[00:58] </w:t>
      </w:r>
      <w:r>
        <w:t>quran and hadith, and al-sirat al-nabawiyyah, sirah al-sahabah, etc.</w:t>
      </w:r>
    </w:p>
    <w:p>
      <w:pPr>
        <w:jc w:val="right"/>
      </w:pPr>
      <w:r>
        <w:t>قرآن اینڈ حدیث، اینڈ السیرت النبویہ، سیر الصحابہ، ایٹسٹر۔</w:t>
      </w:r>
    </w:p>
    <w:p>
      <w:r>
        <w:rPr>
          <w:b/>
        </w:rPr>
        <w:t xml:space="preserve">[01:12] </w:t>
      </w:r>
      <w:r>
        <w:t>these are the source books of the religion of islam.</w:t>
      </w:r>
    </w:p>
    <w:p>
      <w:pPr>
        <w:jc w:val="right"/>
      </w:pPr>
      <w:r>
        <w:t>دیز ار دا سورس بکس اف دی ریلیجن اف اسلام۔</w:t>
      </w:r>
    </w:p>
    <w:p>
      <w:r>
        <w:rPr>
          <w:b/>
        </w:rPr>
        <w:t xml:space="preserve">[01:21] </w:t>
      </w:r>
      <w:r>
        <w:t>all the source books of islamic religion are in arabic language. so i have studied islam from its original text.</w:t>
      </w:r>
    </w:p>
    <w:p>
      <w:pPr>
        <w:jc w:val="right"/>
      </w:pPr>
      <w:r>
        <w:t>ال دا سورس بکس اف اسلامک ریلیجن ار ان عربک لینگویج۔ سو ائی ہیو اسٹڈیڈ اسلام فرام اٹس اوریجنل ٹیکسٹ۔</w:t>
      </w:r>
    </w:p>
    <w:p>
      <w:r>
        <w:rPr>
          <w:b/>
        </w:rPr>
        <w:t xml:space="preserve">[01:38] </w:t>
      </w:r>
      <w:r>
        <w:t>i can say that i have spent whole of my life in study islam.</w:t>
      </w:r>
    </w:p>
    <w:p>
      <w:pPr>
        <w:jc w:val="right"/>
      </w:pPr>
      <w:r>
        <w:t>ائی کین سے دیٹ ائی ہیو سپینڈ ہول اف مائی لائف ان اسٹڈی اسلام۔</w:t>
      </w:r>
    </w:p>
    <w:p>
      <w:r>
        <w:rPr>
          <w:b/>
        </w:rPr>
        <w:t xml:space="preserve">[01:51] </w:t>
      </w:r>
      <w:r>
        <w:t>after this long and comprehensive study, i can say with conviction that islam is religion of peace in complete sense of the word.</w:t>
      </w:r>
    </w:p>
    <w:p>
      <w:pPr>
        <w:jc w:val="right"/>
      </w:pPr>
      <w:r>
        <w:t>افٹر دس لانگ اینڈ کمپرہنسیو اسٹڈی، ائی کین سے ود کنوکشن دیٹ اسلام از ریلیجن اف پیس ان کمپلیٹ سینس اف دا ورڈ۔</w:t>
      </w:r>
    </w:p>
    <w:p>
      <w:r>
        <w:rPr>
          <w:b/>
        </w:rPr>
        <w:t xml:space="preserve">[02:15] </w:t>
      </w:r>
      <w:r>
        <w:t>the very word islam has</w:t>
      </w:r>
    </w:p>
    <w:p>
      <w:pPr>
        <w:jc w:val="right"/>
      </w:pPr>
      <w:r>
        <w:t>دا ویری ورڈ اسلام ہیز</w:t>
      </w:r>
    </w:p>
    <w:p>
      <w:r>
        <w:rPr>
          <w:b/>
        </w:rPr>
        <w:t xml:space="preserve">[02:21] </w:t>
      </w:r>
      <w:r>
        <w:t>a connotation of peace. you know, the root word of islam is salm, s i l m,</w:t>
      </w:r>
    </w:p>
    <w:p>
      <w:pPr>
        <w:jc w:val="right"/>
      </w:pPr>
      <w:r>
        <w:t>ا کونیٹیشن اف پیس۔ یو نو، دا روٹ ورڈ اف اسلام از سلم، ایس ائی ایل ایم،</w:t>
      </w:r>
    </w:p>
    <w:p>
      <w:r>
        <w:rPr>
          <w:b/>
        </w:rPr>
        <w:t xml:space="preserve">[02:37] </w:t>
      </w:r>
      <w:r>
        <w:t>salm. in arabic language, salm means peace</w:t>
      </w:r>
    </w:p>
    <w:p>
      <w:pPr>
        <w:jc w:val="right"/>
      </w:pPr>
      <w:r>
        <w:t>سلم۔ ان عربک لینگویج، سلم مینز پیس</w:t>
      </w:r>
    </w:p>
    <w:p>
      <w:r>
        <w:rPr>
          <w:b/>
        </w:rPr>
        <w:t xml:space="preserve">[02:47] </w:t>
      </w:r>
      <w:r>
        <w:t>. so by the very name, islam means religion of peace.</w:t>
      </w:r>
    </w:p>
    <w:p>
      <w:pPr>
        <w:jc w:val="right"/>
      </w:pPr>
      <w:r>
        <w:t>۔ سو بائی دا ویری نیم، اسلام مینز ریلیجن اف پیس۔</w:t>
      </w:r>
    </w:p>
    <w:p>
      <w:r>
        <w:rPr>
          <w:b/>
        </w:rPr>
        <w:t xml:space="preserve">[03:02] </w:t>
      </w:r>
      <w:r>
        <w:t>religion of peaceful living.</w:t>
      </w:r>
    </w:p>
    <w:p>
      <w:pPr>
        <w:jc w:val="right"/>
      </w:pPr>
      <w:r>
        <w:t>ریلیجن اف پیس فل لیونگ۔</w:t>
      </w:r>
    </w:p>
    <w:p>
      <w:r>
        <w:rPr>
          <w:b/>
        </w:rPr>
        <w:t xml:space="preserve">[03:07] </w:t>
      </w:r>
      <w:r>
        <w:t>religion that emphasizes the values of peace</w:t>
      </w:r>
    </w:p>
    <w:p>
      <w:pPr>
        <w:jc w:val="right"/>
      </w:pPr>
      <w:r>
        <w:t>ریلیجن دیٹ ایمفیسائزز دا ویلیوز اف پیس</w:t>
      </w:r>
    </w:p>
    <w:p>
      <w:r>
        <w:rPr>
          <w:b/>
        </w:rPr>
        <w:t xml:space="preserve">[03:16] </w:t>
      </w:r>
      <w:r>
        <w:t>. so this is the religion of islam.</w:t>
      </w:r>
    </w:p>
    <w:p>
      <w:pPr>
        <w:jc w:val="right"/>
      </w:pPr>
      <w:r>
        <w:t>۔ سو دس از دا ریلیجن اف اسلام۔</w:t>
      </w:r>
    </w:p>
    <w:p>
      <w:r>
        <w:rPr>
          <w:b/>
        </w:rPr>
        <w:t xml:space="preserve">[03:23] </w:t>
      </w:r>
      <w:r>
        <w:t>although there are</w:t>
      </w:r>
    </w:p>
    <w:p>
      <w:pPr>
        <w:jc w:val="right"/>
      </w:pPr>
      <w:r>
        <w:t>الدو دیر ار</w:t>
      </w:r>
    </w:p>
    <w:p>
      <w:r>
        <w:rPr>
          <w:b/>
        </w:rPr>
        <w:t xml:space="preserve">[03:29] </w:t>
      </w:r>
      <w:r>
        <w:t>many material published in different papers and books</w:t>
      </w:r>
    </w:p>
    <w:p>
      <w:pPr>
        <w:jc w:val="right"/>
      </w:pPr>
      <w:r>
        <w:t>مینی مٹیریل پبلشڈ ان ڈفرنٹ پیپرز اینڈ بکس</w:t>
      </w:r>
    </w:p>
    <w:p>
      <w:r>
        <w:rPr>
          <w:b/>
        </w:rPr>
        <w:t xml:space="preserve">[03:40] </w:t>
      </w:r>
      <w:r>
        <w:t>that depict the picture of islam in another way.</w:t>
      </w:r>
    </w:p>
    <w:p>
      <w:pPr>
        <w:jc w:val="right"/>
      </w:pPr>
      <w:r>
        <w:t>دیٹ ڈیپکٹ دا پکچر اف اسلام ان انادر وے۔</w:t>
      </w:r>
    </w:p>
    <w:p>
      <w:r>
        <w:rPr>
          <w:b/>
        </w:rPr>
        <w:t xml:space="preserve">[03:48] </w:t>
      </w:r>
      <w:r>
        <w:t>for example, the london times published an article about islam. the caption of this article was "a religion that sanctions violence".</w:t>
      </w:r>
    </w:p>
    <w:p>
      <w:pPr>
        <w:jc w:val="right"/>
      </w:pPr>
      <w:r>
        <w:t>فار ایگزامپل، دا لندن ٹائمز پبلشڈ ان ارٹیکل اباؤٹ اسلام۔ دا کیپشن اف دس ارٹیکل واز "ا ریلیجن دیٹ سینکشنز وائلنس"۔</w:t>
      </w:r>
    </w:p>
    <w:p>
      <w:r>
        <w:rPr>
          <w:b/>
        </w:rPr>
        <w:t xml:space="preserve">[04:07] </w:t>
      </w:r>
      <w:r>
        <w:t>although the best title maybe "the religion that proposes peace".</w:t>
      </w:r>
    </w:p>
    <w:p>
      <w:pPr>
        <w:jc w:val="right"/>
      </w:pPr>
      <w:r>
        <w:t>الدو دا بیسٹ ٹائٹل می بی "دا ریلیجن دیٹ پروپوز پیس"۔</w:t>
      </w:r>
    </w:p>
    <w:p>
      <w:r>
        <w:rPr>
          <w:b/>
        </w:rPr>
        <w:t xml:space="preserve">[04:21] </w:t>
      </w:r>
      <w:r>
        <w:t>one orientalist</w:t>
      </w:r>
    </w:p>
    <w:p>
      <w:pPr>
        <w:jc w:val="right"/>
      </w:pPr>
      <w:r>
        <w:t>ون اورینٹلسٹ</w:t>
      </w:r>
    </w:p>
    <w:p>
      <w:r>
        <w:rPr>
          <w:b/>
        </w:rPr>
        <w:t xml:space="preserve">[04:27] </w:t>
      </w:r>
      <w:r>
        <w:t>refers an event from the early period of islam.</w:t>
      </w:r>
    </w:p>
    <w:p>
      <w:pPr>
        <w:jc w:val="right"/>
      </w:pPr>
      <w:r>
        <w:t>ریفرز این ایونٹ فرام دا ارلی پیریڈ اف اسلام۔</w:t>
      </w:r>
    </w:p>
    <w:p>
      <w:r>
        <w:rPr>
          <w:b/>
        </w:rPr>
        <w:t xml:space="preserve">[04:35] </w:t>
      </w:r>
      <w:r>
        <w:t>he says that when there was battle of badr. battle of badr.</w:t>
      </w:r>
    </w:p>
    <w:p>
      <w:pPr>
        <w:jc w:val="right"/>
      </w:pPr>
      <w:r>
        <w:t>ہی سیز دیٹ وین دیر واز بیٹل اف بدر۔ بیٹل اف بدر۔</w:t>
      </w:r>
    </w:p>
    <w:p>
      <w:r>
        <w:rPr>
          <w:b/>
        </w:rPr>
        <w:t xml:space="preserve">[04:46] </w:t>
      </w:r>
      <w:r>
        <w:t>you know, battle of badr was a defensive war from the prophet side.</w:t>
      </w:r>
    </w:p>
    <w:p>
      <w:pPr>
        <w:jc w:val="right"/>
      </w:pPr>
      <w:r>
        <w:t>یو نو، بیٹل اف بدر واز ا ڈیفنسو وار فرام دا پرافٹ سائیڈ۔</w:t>
      </w:r>
    </w:p>
    <w:p>
      <w:r>
        <w:rPr>
          <w:b/>
        </w:rPr>
        <w:t xml:space="preserve">[04:57] </w:t>
      </w:r>
      <w:r>
        <w:t>any pagan people who returned hostile against the islamic religion.</w:t>
      </w:r>
    </w:p>
    <w:p>
      <w:pPr>
        <w:jc w:val="right"/>
      </w:pPr>
      <w:r>
        <w:t>اینی میکن پیپل ہو ریٹرنڈ ہوسٹائل اگینسٹ دا اسلامک ریلیجن۔</w:t>
      </w:r>
    </w:p>
    <w:p>
      <w:r>
        <w:rPr>
          <w:b/>
        </w:rPr>
        <w:t xml:space="preserve">[05:07] </w:t>
      </w:r>
      <w:r>
        <w:t>they attacked madinah, where prophet was living with his companions. so prophet was compelled to go for defence</w:t>
      </w:r>
    </w:p>
    <w:p>
      <w:pPr>
        <w:jc w:val="right"/>
      </w:pPr>
      <w:r>
        <w:t>دے اٹیکڈ مدینہ، ویر پرافٹ واز لیونگ ود ہز کمپینینز۔ سو پرافٹ واز کمپیلڈ ٹو گو فار ڈیفنس</w:t>
      </w:r>
    </w:p>
    <w:p>
      <w:r>
        <w:rPr>
          <w:b/>
        </w:rPr>
        <w:t xml:space="preserve">[05:24] </w:t>
      </w:r>
      <w:r>
        <w:t>. so battle of badr was a defensive war.</w:t>
      </w:r>
    </w:p>
    <w:p>
      <w:pPr>
        <w:jc w:val="right"/>
      </w:pPr>
      <w:r>
        <w:t>۔ سو بیٹل اف بدر واز ا ڈیفنسو وار۔</w:t>
      </w:r>
    </w:p>
    <w:p>
      <w:r>
        <w:rPr>
          <w:b/>
        </w:rPr>
        <w:t xml:space="preserve">[05:31] </w:t>
      </w:r>
      <w:r>
        <w:t>at that time, in some traditions, is mentioned that the prophet himself was not involved in the battle</w:t>
      </w:r>
    </w:p>
    <w:p>
      <w:pPr>
        <w:jc w:val="right"/>
      </w:pPr>
      <w:r>
        <w:t>ایٹ دیٹ ٹائم، ان سم ٹریڈیشنز، از مینشن دیٹ دا پرافٹ ہم سیلف واز ناٹ انوالوڈ ان دا بیٹل</w:t>
      </w:r>
    </w:p>
    <w:p>
      <w:r>
        <w:rPr>
          <w:b/>
        </w:rPr>
        <w:t xml:space="preserve">[05:46] </w:t>
      </w:r>
      <w:r>
        <w:t>. he was sitting in</w:t>
      </w:r>
    </w:p>
    <w:p>
      <w:pPr>
        <w:jc w:val="right"/>
      </w:pPr>
      <w:r>
        <w:t>۔ ہی واز سٹنگ ان</w:t>
      </w:r>
    </w:p>
    <w:p>
      <w:r>
        <w:rPr>
          <w:b/>
        </w:rPr>
        <w:t xml:space="preserve">[05:53] </w:t>
      </w:r>
      <w:r>
        <w:t>an aloof place that is called in books "areesh". areesh means a temporary shelter.</w:t>
      </w:r>
    </w:p>
    <w:p>
      <w:pPr>
        <w:jc w:val="right"/>
      </w:pPr>
      <w:r>
        <w:t>این الوف پلیس دیٹ از کالڈ ان بکس "عریش"۔ عریش مینز ا ٹیمپرری شیلٹر۔</w:t>
      </w:r>
    </w:p>
    <w:p>
      <w:r>
        <w:rPr>
          <w:b/>
        </w:rPr>
        <w:t xml:space="preserve">[06:06] </w:t>
      </w:r>
      <w:r>
        <w:t>a temporary shelter. a makeshift shelter.</w:t>
      </w:r>
    </w:p>
    <w:p>
      <w:pPr>
        <w:jc w:val="right"/>
      </w:pPr>
      <w:r>
        <w:t>ا ٹیمپرری شیلٹر۔ ا میک شفٹ شیلٹر۔</w:t>
      </w:r>
    </w:p>
    <w:p>
      <w:r>
        <w:rPr>
          <w:b/>
        </w:rPr>
        <w:t xml:space="preserve">[06:13] </w:t>
      </w:r>
      <w:r>
        <w:t>areesh means makeshift shelter.</w:t>
      </w:r>
    </w:p>
    <w:p>
      <w:pPr>
        <w:jc w:val="right"/>
      </w:pPr>
      <w:r>
        <w:t>عریش مینز میک شفٹ شیلٹر۔</w:t>
      </w:r>
    </w:p>
    <w:p>
      <w:r>
        <w:rPr>
          <w:b/>
        </w:rPr>
        <w:t xml:space="preserve">[06:16] </w:t>
      </w:r>
      <w:r>
        <w:t>so the prophet was sitting under this areesh. and the battle ground was in front of him.</w:t>
      </w:r>
    </w:p>
    <w:p>
      <w:pPr>
        <w:jc w:val="right"/>
      </w:pPr>
      <w:r>
        <w:t>سو دا پرافٹ واز سٹنگ انڈر دس عریش۔ اینڈ دا بیٹل گراؤنڈ واز ان فرنٹ اف ہم۔</w:t>
      </w:r>
    </w:p>
    <w:p>
      <w:r>
        <w:rPr>
          <w:b/>
        </w:rPr>
        <w:t xml:space="preserve">[06:26] </w:t>
      </w:r>
      <w:r>
        <w:t>so the tradition says that at that time, when was prophet sitting under this areesh, he was</w:t>
      </w:r>
    </w:p>
    <w:p>
      <w:pPr>
        <w:jc w:val="right"/>
      </w:pPr>
      <w:r>
        <w:t>سو دا ٹریڈیشن سیز دیٹ ایٹ دیٹ ٹائم، وین واز پرافٹ سٹنگ انڈر دس عریش، ہی واز</w:t>
      </w:r>
    </w:p>
    <w:p>
      <w:r>
        <w:rPr>
          <w:b/>
        </w:rPr>
        <w:t xml:space="preserve">[06:44] </w:t>
      </w:r>
      <w:r>
        <w:t>making lines in this sand. in sand. making some lines.</w:t>
      </w:r>
    </w:p>
    <w:p>
      <w:pPr>
        <w:jc w:val="right"/>
      </w:pPr>
      <w:r>
        <w:t>میکنگ لائنز ان دس سینڈ۔ ان سینڈ۔ میکنگ سم لائنز۔</w:t>
      </w:r>
    </w:p>
    <w:p>
      <w:r>
        <w:rPr>
          <w:b/>
        </w:rPr>
        <w:t xml:space="preserve">[06:57] </w:t>
      </w:r>
      <w:r>
        <w:t>The report says nothing except this. Then an orientalist, a Western scholar taking this event, says that the leader of Islam was making his next war plan.</w:t>
      </w:r>
    </w:p>
    <w:p>
      <w:pPr>
        <w:jc w:val="right"/>
      </w:pPr>
      <w:r>
        <w:t>دا رپورٹ سیز نتھنگ ایکسیپٹ دس۔ دین این اورینٹلسٹ، ا ویسٹرن سکالر ٹیکنگ دس ایونٹ، سیز دیٹ دا لیڈر اف اسلام واز میکنگ ہز نیکسٹ وار پلان۔</w:t>
      </w:r>
    </w:p>
    <w:p>
      <w:r>
        <w:rPr>
          <w:b/>
        </w:rPr>
        <w:t xml:space="preserve">[07:25] </w:t>
      </w:r>
      <w:r>
        <w:t>the leader of Islam was making his next war plan. But it is quite wrong. Why you can say the famous book in Islamic history that is "Al-Bidaya wa al-Nihaya".</w:t>
      </w:r>
    </w:p>
    <w:p>
      <w:pPr>
        <w:jc w:val="right"/>
      </w:pPr>
      <w:r>
        <w:t>دا لیڈر اف اسلام واز میکنگ ہز نیکسٹ وار پلان۔ بٹ اٹ از کوائٹ رونگ۔ وائی یو کین سے دا فیمس بک ان اسلامک ہسٹری دیٹ از "البدایہ والنہایہ"۔</w:t>
      </w:r>
    </w:p>
    <w:p>
      <w:r>
        <w:rPr>
          <w:b/>
        </w:rPr>
        <w:t xml:space="preserve">[07:50] </w:t>
      </w:r>
      <w:r>
        <w:t>the author was ibn kathir.</w:t>
      </w:r>
    </w:p>
    <w:p>
      <w:pPr>
        <w:jc w:val="right"/>
      </w:pPr>
      <w:r>
        <w:t>دا اتھر واز ابن کثیر۔</w:t>
      </w:r>
    </w:p>
    <w:p>
      <w:r>
        <w:rPr>
          <w:b/>
        </w:rPr>
        <w:t xml:space="preserve">[07:53] </w:t>
      </w:r>
      <w:r>
        <w:t>it is a very authentic book in islamic history. so in this book, you can find that when prophet was seated under this areesh,</w:t>
      </w:r>
    </w:p>
    <w:p>
      <w:pPr>
        <w:jc w:val="right"/>
      </w:pPr>
      <w:r>
        <w:t>اٹ از ا ویری اتھینٹک بک ان اسلامک ہسٹری۔ سو ان دس بک، یو کین فائنڈ دیٹ وین پرافٹ واز سیٹڈ انڈر دس عریش،</w:t>
      </w:r>
    </w:p>
    <w:p>
      <w:r>
        <w:rPr>
          <w:b/>
        </w:rPr>
        <w:t xml:space="preserve">[08:11] </w:t>
      </w:r>
      <w:r>
        <w:t>an angel from god came to him.</w:t>
      </w:r>
    </w:p>
    <w:p>
      <w:pPr>
        <w:jc w:val="right"/>
      </w:pPr>
      <w:r>
        <w:t>این اینجل فرام گاڈ کیم ٹو ہم۔</w:t>
      </w:r>
    </w:p>
    <w:p>
      <w:r>
        <w:rPr>
          <w:b/>
        </w:rPr>
        <w:t xml:space="preserve">[08:19] </w:t>
      </w:r>
      <w:r>
        <w:t>an angel said, "o prophet, god has conveyed you salam".</w:t>
      </w:r>
    </w:p>
    <w:p>
      <w:pPr>
        <w:jc w:val="right"/>
      </w:pPr>
      <w:r>
        <w:t>این اینجل سیڈ، "او پرافٹ، گاڈ ہیز کنویڈ یو سلام"۔</w:t>
      </w:r>
    </w:p>
    <w:p>
      <w:r>
        <w:rPr>
          <w:b/>
        </w:rPr>
        <w:t xml:space="preserve">[08:31] </w:t>
      </w:r>
      <w:r>
        <w:t>salam means peace. so at that time, when prophet was</w:t>
      </w:r>
    </w:p>
    <w:p>
      <w:pPr>
        <w:jc w:val="right"/>
      </w:pPr>
      <w:r>
        <w:t>سلام مینز پیس۔ سو ایٹ دیٹ ٹائم، وین پرافٹ واز</w:t>
      </w:r>
    </w:p>
    <w:p>
      <w:r>
        <w:rPr>
          <w:b/>
        </w:rPr>
        <w:t xml:space="preserve">[08:40] </w:t>
      </w:r>
      <w:r>
        <w:t>sitting in areesh during the battle of badr, he received a message from god that was message of peace.</w:t>
      </w:r>
    </w:p>
    <w:p>
      <w:pPr>
        <w:jc w:val="right"/>
      </w:pPr>
      <w:r>
        <w:t>سٹنگ ان عریش ڈورنگ دا بیٹل اف بدر، ہی ریسیوڈ ا میسج فرام گاڈ دیٹ واز میسج اف پیس۔</w:t>
      </w:r>
    </w:p>
    <w:p>
      <w:r>
        <w:rPr>
          <w:b/>
        </w:rPr>
        <w:t xml:space="preserve">[08:55] </w:t>
      </w:r>
      <w:r>
        <w:t>then what happened?</w:t>
      </w:r>
    </w:p>
    <w:p>
      <w:pPr>
        <w:jc w:val="right"/>
      </w:pPr>
      <w:r>
        <w:t>دین واٹ ہیپنڈ؟</w:t>
      </w:r>
    </w:p>
    <w:p>
      <w:r>
        <w:rPr>
          <w:b/>
        </w:rPr>
        <w:t xml:space="preserve">[08:58] </w:t>
      </w:r>
      <w:r>
        <w:t>after receiving this message, prophet said</w:t>
      </w:r>
    </w:p>
    <w:p>
      <w:pPr>
        <w:jc w:val="right"/>
      </w:pPr>
      <w:r>
        <w:t>افٹر ریسیونگ دس میسج، پرافٹ سیڈ</w:t>
      </w:r>
    </w:p>
    <w:p>
      <w:r>
        <w:rPr>
          <w:b/>
        </w:rPr>
        <w:t xml:space="preserve">[09:06] </w:t>
      </w:r>
      <w:r>
        <w:t>this was a response of the prophet. allahumma anta al-salam wa minka al-salam wa ilayka yarji' al-salam rabbana ahya'na bil-salam wa adkhilna darak dar al-salam tabarak rabbana wa ta'ala ya dhal-jalali wal-ikram.</w:t>
      </w:r>
    </w:p>
    <w:p>
      <w:pPr>
        <w:jc w:val="right"/>
      </w:pPr>
      <w:r>
        <w:t>دس واز ا رسپانس اف دا پرافٹ۔ اللہم انت السلام ومنک السلام والیکیرجع السلام ربنا حینا بالسلام وادخلنا دارک دار السلام تبارک ربنا و تعالی یا ذوالجلال والاکرام۔</w:t>
      </w:r>
    </w:p>
    <w:p>
      <w:r>
        <w:rPr>
          <w:b/>
        </w:rPr>
        <w:t xml:space="preserve">[09:28] </w:t>
      </w:r>
      <w:r>
        <w:t>the translation of this saying or dua is "o god, you are peace".</w:t>
      </w:r>
    </w:p>
    <w:p>
      <w:pPr>
        <w:jc w:val="right"/>
      </w:pPr>
      <w:r>
        <w:t>دا ٹرانسلیشن اف دس سینگ اور دعا از "او گاڈ، یو ار پیس"۔</w:t>
      </w:r>
    </w:p>
    <w:p>
      <w:r>
        <w:rPr>
          <w:b/>
        </w:rPr>
        <w:t xml:space="preserve">[09:43] </w:t>
      </w:r>
      <w:r>
        <w:t>peace is from you. peace returns to you.</w:t>
      </w:r>
    </w:p>
    <w:p>
      <w:pPr>
        <w:jc w:val="right"/>
      </w:pPr>
      <w:r>
        <w:t>پیس از فرام یو۔ پیس ریٹرنز ٹو یو۔</w:t>
      </w:r>
    </w:p>
    <w:p>
      <w:r>
        <w:rPr>
          <w:b/>
        </w:rPr>
        <w:t xml:space="preserve">[09:53] </w:t>
      </w:r>
      <w:r>
        <w:t>o god, let us live in peace. o god,</w:t>
      </w:r>
    </w:p>
    <w:p>
      <w:pPr>
        <w:jc w:val="right"/>
      </w:pPr>
      <w:r>
        <w:t>او گاڈ، لیٹ اس لیو ان پیس۔ او گاڈ،</w:t>
      </w:r>
    </w:p>
    <w:p>
      <w:r>
        <w:rPr>
          <w:b/>
        </w:rPr>
        <w:t xml:space="preserve">[10:06] </w:t>
      </w:r>
      <w:r>
        <w:t>let us to enter into the home of peace that is paradise. o god, glory be for you.</w:t>
      </w:r>
    </w:p>
    <w:p>
      <w:pPr>
        <w:jc w:val="right"/>
      </w:pPr>
      <w:r>
        <w:t>لیٹ اس ٹو انٹر انٹو دا ہوم اف پیس دیٹ از پیراڈائز۔ او گاڈ، گلوری بی فار یو۔</w:t>
      </w:r>
    </w:p>
    <w:p>
      <w:r>
        <w:rPr>
          <w:b/>
        </w:rPr>
        <w:t xml:space="preserve">[10:24] </w:t>
      </w:r>
      <w:r>
        <w:t>you can see here the prophetic vision, prophetic sentiment. he is living in peace even at the time of war.</w:t>
      </w:r>
    </w:p>
    <w:p>
      <w:pPr>
        <w:jc w:val="right"/>
      </w:pPr>
      <w:r>
        <w:t>یو کین سی ہیر دا پرافٹک ویژن، پرافٹک سینٹیمنٹ۔ ہی از لیونگ ان پیس ایون ایٹ دا ٹائم اف وار۔</w:t>
      </w:r>
    </w:p>
    <w:p>
      <w:r>
        <w:rPr>
          <w:b/>
        </w:rPr>
        <w:t xml:space="preserve">[10:41] </w:t>
      </w:r>
      <w:r>
        <w:t>the exchange between prophet and god at that time was in term of peace.</w:t>
      </w:r>
    </w:p>
    <w:p>
      <w:pPr>
        <w:jc w:val="right"/>
      </w:pPr>
      <w:r>
        <w:t>دا ایکسچینج بٹوین پرافٹ اینڈ گاڈ ایٹ دیٹ ٹائم واز ان ٹرم اف پیس۔</w:t>
      </w:r>
    </w:p>
    <w:p>
      <w:r>
        <w:rPr>
          <w:b/>
        </w:rPr>
        <w:t xml:space="preserve">[10:50] </w:t>
      </w:r>
      <w:r>
        <w:t>god sends a message of peace. and the response of prophet was in term of peace.</w:t>
      </w:r>
    </w:p>
    <w:p>
      <w:pPr>
        <w:jc w:val="right"/>
      </w:pPr>
      <w:r>
        <w:t>گاڈ سینڈز ا میسج اف پیس۔ اینڈ دا رسپانس اف پرافٹ واز ان ٹرم اف پیس۔</w:t>
      </w:r>
    </w:p>
    <w:p>
      <w:r>
        <w:rPr>
          <w:b/>
        </w:rPr>
        <w:t xml:space="preserve">[10:59] </w:t>
      </w:r>
      <w:r>
        <w:t>so this is the true. this is the true spirit of islam. this is the true teaching of islam.</w:t>
      </w:r>
    </w:p>
    <w:p>
      <w:pPr>
        <w:jc w:val="right"/>
      </w:pPr>
      <w:r>
        <w:t>سو دس از دا ٹرو۔ دس از دا ٹرو اسپرٹ اف اسلام۔ دس از دا ٹرو ٹیچنگ اف اسلام۔</w:t>
      </w:r>
    </w:p>
    <w:p>
      <w:r>
        <w:rPr>
          <w:b/>
        </w:rPr>
        <w:t xml:space="preserve">[11:17] </w:t>
      </w:r>
      <w:r>
        <w:t>islam is a religion of peace</w:t>
      </w:r>
    </w:p>
    <w:p>
      <w:pPr>
        <w:jc w:val="right"/>
      </w:pPr>
      <w:r>
        <w:t>اسلام از ا ریلیجن اف پیس</w:t>
      </w:r>
    </w:p>
    <w:p>
      <w:r>
        <w:rPr>
          <w:b/>
        </w:rPr>
        <w:t xml:space="preserve">[11:23] </w:t>
      </w:r>
      <w:r>
        <w:t>and not a religion of war or violence. now,</w:t>
      </w:r>
    </w:p>
    <w:p>
      <w:pPr>
        <w:jc w:val="right"/>
      </w:pPr>
      <w:r>
        <w:t>اینڈ ناٹ ا ریلیجن اف وار اور وائلنس۔ ناو،</w:t>
      </w:r>
    </w:p>
    <w:p>
      <w:r>
        <w:rPr>
          <w:b/>
        </w:rPr>
        <w:t xml:space="preserve">[11:32] </w:t>
      </w:r>
      <w:r>
        <w:t>why islam gives so much emphasis in peace?</w:t>
      </w:r>
    </w:p>
    <w:p>
      <w:pPr>
        <w:jc w:val="right"/>
      </w:pPr>
      <w:r>
        <w:t>وائی اسلام گیوز سو مچ ایمفیسز ان پیس؟</w:t>
      </w:r>
    </w:p>
    <w:p>
      <w:r>
        <w:rPr>
          <w:b/>
        </w:rPr>
        <w:t xml:space="preserve">[11:42] </w:t>
      </w:r>
      <w:r>
        <w:t>what is pe</w:t>
      </w:r>
    </w:p>
    <w:p>
      <w:pPr>
        <w:jc w:val="right"/>
      </w:pPr>
      <w:r>
        <w:t>واٹ از پی</w:t>
      </w:r>
    </w:p>
    <w:p>
      <w:r>
        <w:rPr>
          <w:b/>
        </w:rPr>
        <w:t xml:space="preserve">[11:43] </w:t>
      </w:r>
      <w:r>
        <w:t>ace? you know, generally scholars define peace as absence of war.</w:t>
      </w:r>
    </w:p>
    <w:p>
      <w:pPr>
        <w:jc w:val="right"/>
      </w:pPr>
      <w:r>
        <w:t>س؟ یو نو، جنرلی سکالرز ڈیفائن پیس ایز ایبسنس اف وار۔</w:t>
      </w:r>
    </w:p>
    <w:p>
      <w:r>
        <w:rPr>
          <w:b/>
        </w:rPr>
        <w:t xml:space="preserve">[11:53] </w:t>
      </w:r>
      <w:r>
        <w:t>but this definition is a negative definition.</w:t>
      </w:r>
    </w:p>
    <w:p>
      <w:pPr>
        <w:jc w:val="right"/>
      </w:pPr>
      <w:r>
        <w:t>بٹ دس ڈیفینیشن از ا نیگیٹیو ڈیفینیشن۔</w:t>
      </w:r>
    </w:p>
    <w:p>
      <w:r>
        <w:rPr>
          <w:b/>
        </w:rPr>
        <w:t xml:space="preserve">[12:00] </w:t>
      </w:r>
      <w:r>
        <w:t>when you see that peace means absence of war, you are defining peace in negative term.</w:t>
      </w:r>
    </w:p>
    <w:p>
      <w:pPr>
        <w:jc w:val="right"/>
      </w:pPr>
      <w:r>
        <w:t>وین یو سی دیٹ پیس مینز ایبسنس اف وار، یو ار ڈیفائننگ پیس ان نیگیٹیو ٹرم۔</w:t>
      </w:r>
    </w:p>
    <w:p>
      <w:r>
        <w:rPr>
          <w:b/>
        </w:rPr>
        <w:t xml:space="preserve">[12:11] </w:t>
      </w:r>
      <w:r>
        <w:t>the best definition of peace according to the islamic spirit is that peace means availability of opportunities.</w:t>
      </w:r>
    </w:p>
    <w:p>
      <w:pPr>
        <w:jc w:val="right"/>
      </w:pPr>
      <w:r>
        <w:t>دا بیسٹ ڈیفینیشن اف پیس اکارڈنگ ٹو دا اسلامک اسپرٹ از دیٹ پیس مینز اویلیبلٹی اف اپرچونیٹیز۔</w:t>
      </w:r>
    </w:p>
    <w:p>
      <w:r>
        <w:rPr>
          <w:b/>
        </w:rPr>
        <w:t xml:space="preserve">[12:26] </w:t>
      </w:r>
      <w:r>
        <w:t>when there is peace, there are opportunities. and where there is war, there is no opportunity.</w:t>
      </w:r>
    </w:p>
    <w:p>
      <w:pPr>
        <w:jc w:val="right"/>
      </w:pPr>
      <w:r>
        <w:t>وین دیر از پیس، دیر ار اپرچونیٹیز۔ اینڈ ویر دیر از وار، دیر از نو اپرچونیٹی۔</w:t>
      </w:r>
    </w:p>
    <w:p>
      <w:r>
        <w:rPr>
          <w:b/>
        </w:rPr>
        <w:t xml:space="preserve">[12:38] </w:t>
      </w:r>
      <w:r>
        <w:t>so war means absence of opportunity. and peace means availability of opportunity.</w:t>
      </w:r>
    </w:p>
    <w:p>
      <w:pPr>
        <w:jc w:val="right"/>
      </w:pPr>
      <w:r>
        <w:t>سو وار مینز ایبسنس اف اپرچونیٹی۔ اینڈ پیس مینز اویلیبلٹی اف اپرچونیٹی۔</w:t>
      </w:r>
    </w:p>
    <w:p>
      <w:r>
        <w:rPr>
          <w:b/>
        </w:rPr>
        <w:t xml:space="preserve">[12:48] </w:t>
      </w:r>
      <w:r>
        <w:t>this is the true definition of peace and war in islam.</w:t>
      </w:r>
    </w:p>
    <w:p>
      <w:pPr>
        <w:jc w:val="right"/>
      </w:pPr>
      <w:r>
        <w:t>دس از دا ٹرو ڈیفینیشن اف پیس اینڈ وار ان اسلام۔</w:t>
      </w:r>
    </w:p>
    <w:p>
      <w:r>
        <w:rPr>
          <w:b/>
        </w:rPr>
        <w:t xml:space="preserve">[12:55] </w:t>
      </w:r>
      <w:r>
        <w:t>now, you can understand why</w:t>
      </w:r>
    </w:p>
    <w:p>
      <w:pPr>
        <w:jc w:val="right"/>
      </w:pPr>
      <w:r>
        <w:t>ناو، یو کین انڈرسٹینڈ وائی</w:t>
      </w:r>
    </w:p>
    <w:p>
      <w:r>
        <w:rPr>
          <w:b/>
        </w:rPr>
        <w:t xml:space="preserve">[13:03] </w:t>
      </w:r>
      <w:r>
        <w:t>islam gives so much emphasis in peace.</w:t>
      </w:r>
    </w:p>
    <w:p>
      <w:pPr>
        <w:jc w:val="right"/>
      </w:pPr>
      <w:r>
        <w:t>اسلام گیوز سو مچ ایمفیسز ان پیس۔</w:t>
      </w:r>
    </w:p>
    <w:p>
      <w:r>
        <w:rPr>
          <w:b/>
        </w:rPr>
        <w:t xml:space="preserve">[13:11] </w:t>
      </w:r>
      <w:r>
        <w:t>because the target of islam completely depends in peace.</w:t>
      </w:r>
    </w:p>
    <w:p>
      <w:pPr>
        <w:jc w:val="right"/>
      </w:pPr>
      <w:r>
        <w:t>بیکاز دا ٹارگٹ اف اسلام کمپلیٹلی ڈیپینڈز ان پیس۔</w:t>
      </w:r>
    </w:p>
    <w:p>
      <w:r>
        <w:rPr>
          <w:b/>
        </w:rPr>
        <w:t xml:space="preserve">[13:20] </w:t>
      </w:r>
      <w:r>
        <w:t>you know, the chapter fourteen of quran that is ibrahim.</w:t>
      </w:r>
    </w:p>
    <w:p>
      <w:pPr>
        <w:jc w:val="right"/>
      </w:pPr>
      <w:r>
        <w:t>یو نو، دا چیپٹر فورٹین اف قرآن دیٹ از ابراہیم۔</w:t>
      </w:r>
    </w:p>
    <w:p>
      <w:r>
        <w:rPr>
          <w:b/>
        </w:rPr>
        <w:t xml:space="preserve">[13:28] </w:t>
      </w:r>
      <w:r>
        <w:t>the very first verse of this chapter is "kitab anzalnahu ilaik</w:t>
      </w:r>
    </w:p>
    <w:p>
      <w:pPr>
        <w:jc w:val="right"/>
      </w:pPr>
      <w:r>
        <w:t>دا ویری فرسٹ ورس اف دس چیپٹر از "کتاب انزلنا الیک</w:t>
      </w:r>
    </w:p>
    <w:p>
      <w:r>
        <w:rPr>
          <w:b/>
        </w:rPr>
        <w:t xml:space="preserve">[13:40] </w:t>
      </w:r>
      <w:r>
        <w:t>kitab anzalnahu ilaik". this is the first verse of chapter fourteen of the quran.</w:t>
      </w:r>
    </w:p>
    <w:p>
      <w:pPr>
        <w:jc w:val="right"/>
      </w:pPr>
      <w:r>
        <w:t>کتاب انزلنا الیک"۔ دس از دا فرسٹ ورس اف چیپٹر فورٹین اف دا قرآن۔</w:t>
      </w:r>
    </w:p>
    <w:p>
      <w:r>
        <w:rPr>
          <w:b/>
        </w:rPr>
        <w:t xml:space="preserve">[13:54] </w:t>
      </w:r>
      <w:r>
        <w:t>the translation of this verse is "god says that we have send you the book quran so that you may bring people from darkness to light"</w:t>
      </w:r>
    </w:p>
    <w:p>
      <w:pPr>
        <w:jc w:val="right"/>
      </w:pPr>
      <w:r>
        <w:t>دا ٹرانسلیشن اف دس ورس از "گاڈ سیز دیٹ وی ہیو سینڈ یو دا بک القرآن سو دیٹ یو می برنگ پیپل فرام ڈارکنس ٹو لائٹ"</w:t>
      </w:r>
    </w:p>
    <w:p>
      <w:r>
        <w:rPr>
          <w:b/>
        </w:rPr>
        <w:t xml:space="preserve">[14:20] </w:t>
      </w:r>
      <w:r>
        <w:t>. This is the purpose of revelation. This is the purpose of prophet.</w:t>
      </w:r>
    </w:p>
    <w:p>
      <w:pPr>
        <w:jc w:val="right"/>
      </w:pPr>
      <w:r>
        <w:t>۔ دس از دا پرپس اف ریولیشن۔ دس از دا پرپس اف پرافٹ۔</w:t>
      </w:r>
    </w:p>
    <w:p>
      <w:r>
        <w:rPr>
          <w:b/>
        </w:rPr>
        <w:t xml:space="preserve">[14:29] </w:t>
      </w:r>
      <w:r>
        <w:t>This is the Prophet. This is the purpose of sending Quran.</w:t>
      </w:r>
    </w:p>
    <w:p>
      <w:pPr>
        <w:jc w:val="right"/>
      </w:pPr>
      <w:r>
        <w:t>دس از دا پرافٹ۔ دس از دا پرپس اف سینڈنگ قرآن۔</w:t>
      </w:r>
    </w:p>
    <w:p>
      <w:r>
        <w:rPr>
          <w:b/>
        </w:rPr>
        <w:t xml:space="preserve">[14:36] </w:t>
      </w:r>
      <w:r>
        <w:t>vi hv snd yu</w:t>
      </w:r>
    </w:p>
    <w:p>
      <w:pPr>
        <w:jc w:val="right"/>
      </w:pPr>
      <w:r>
        <w:t>وی ہیو سینڈ یو</w:t>
      </w:r>
    </w:p>
    <w:p>
      <w:r>
        <w:rPr>
          <w:b/>
        </w:rPr>
        <w:t xml:space="preserve">[14:40] </w:t>
      </w:r>
      <w:r>
        <w:t>"This book, that is Quran, so that you may bring people from darkness to light."</w:t>
      </w:r>
    </w:p>
    <w:p>
      <w:pPr>
        <w:jc w:val="right"/>
      </w:pPr>
      <w:r>
        <w:t>دس بک دیٹ از قرآن سو دیٹ یو می برنگ پیپل فرام ڈارکنس ٹو لائٹ"</w:t>
      </w:r>
    </w:p>
    <w:p>
      <w:r>
        <w:rPr>
          <w:b/>
        </w:rPr>
        <w:t xml:space="preserve">[14:50] </w:t>
      </w:r>
      <w:r>
        <w:t>. It means that Islam is completely an ideological campaign, an ideological mission.</w:t>
      </w:r>
    </w:p>
    <w:p>
      <w:pPr>
        <w:jc w:val="right"/>
      </w:pPr>
      <w:r>
        <w:t>۔ اٹ مینز دیٹ اسلام از کمپلیٹلی این ائیڈیالوجیکل کمپین، این ائیڈیالوجیکل مشن۔</w:t>
      </w:r>
    </w:p>
    <w:p>
      <w:r>
        <w:rPr>
          <w:b/>
        </w:rPr>
        <w:t xml:space="preserve">[14:59] </w:t>
      </w:r>
      <w:r>
        <w:t>those people who are living in darkness. Darkness means ideological darkness.</w:t>
      </w:r>
    </w:p>
    <w:p>
      <w:pPr>
        <w:jc w:val="right"/>
      </w:pPr>
      <w:r>
        <w:t>دوز پیپل ہو ار لیونگ ان ڈارکنس۔ ڈارکنس مینز ائیڈیالوجیکل ڈارکنس۔</w:t>
      </w:r>
    </w:p>
    <w:p>
      <w:r>
        <w:rPr>
          <w:b/>
        </w:rPr>
        <w:t xml:space="preserve">[15:08] </w:t>
      </w:r>
      <w:r>
        <w:t>hir darknes</w:t>
      </w:r>
    </w:p>
    <w:p>
      <w:pPr>
        <w:jc w:val="right"/>
      </w:pPr>
      <w:r>
        <w:t>ہیر ڈارکنس</w:t>
      </w:r>
    </w:p>
    <w:p>
      <w:r>
        <w:rPr>
          <w:b/>
        </w:rPr>
        <w:t xml:space="preserve">[15:12] </w:t>
      </w:r>
      <w:r>
        <w:t>means ideological darkness, critical darkness.</w:t>
      </w:r>
    </w:p>
    <w:p>
      <w:pPr>
        <w:jc w:val="right"/>
      </w:pPr>
      <w:r>
        <w:t>مینز ائیڈیالوجیکل ڈارکنس، کریٹیکل ڈارکنس۔</w:t>
      </w:r>
    </w:p>
    <w:p>
      <w:r>
        <w:rPr>
          <w:b/>
        </w:rPr>
        <w:t xml:space="preserve">[15:21] </w:t>
      </w:r>
      <w:r>
        <w:t>So the purpose of Quran, the purpose of prophet is to bring people from this ideological darkness</w:t>
      </w:r>
    </w:p>
    <w:p>
      <w:pPr>
        <w:jc w:val="right"/>
      </w:pPr>
      <w:r>
        <w:t>سو دا پرپس اف قرآن، دا پرپس اف پرافٹ از ٹو برنگ پیپل فرام دس ائیڈیالوجیکل ڈارکنس</w:t>
      </w:r>
    </w:p>
    <w:p>
      <w:r>
        <w:rPr>
          <w:b/>
        </w:rPr>
        <w:t xml:space="preserve">[15:37] </w:t>
      </w:r>
      <w:r>
        <w:t>"and make them to live in ideological light". Tawhid is</w:t>
      </w:r>
    </w:p>
    <w:p>
      <w:pPr>
        <w:jc w:val="right"/>
      </w:pPr>
      <w:r>
        <w:t>اینڈ میک دیم ٹو لیو ان ائیڈیالوجیکل لائٹ"۔ توحید از</w:t>
      </w:r>
    </w:p>
    <w:p>
      <w:r>
        <w:rPr>
          <w:b/>
        </w:rPr>
        <w:t xml:space="preserve">[15:49] </w:t>
      </w:r>
      <w:r>
        <w:t>an aidyoloji.</w:t>
      </w:r>
    </w:p>
    <w:p>
      <w:pPr>
        <w:jc w:val="right"/>
      </w:pPr>
      <w:r>
        <w:t>این ائیڈیالوجی۔</w:t>
      </w:r>
    </w:p>
    <w:p>
      <w:r>
        <w:rPr>
          <w:b/>
        </w:rPr>
        <w:t xml:space="preserve">[15:51] </w:t>
      </w:r>
      <w:r>
        <w:t>"and our tawhid is an ideology of light". So all those people who are living in other ideologies.</w:t>
      </w:r>
    </w:p>
    <w:p>
      <w:pPr>
        <w:jc w:val="right"/>
      </w:pPr>
      <w:r>
        <w:t>این ادر توحید از این ائیڈیالوجی اف لائٹ"۔ سو الدوز پیپل ہو ار لیونگ ان ادر ائیڈیالوجیز۔</w:t>
      </w:r>
    </w:p>
    <w:p>
      <w:r>
        <w:rPr>
          <w:b/>
        </w:rPr>
        <w:t xml:space="preserve">[16:06] </w:t>
      </w:r>
      <w:r>
        <w:t>so all these ideologies are darkness, ideology of darkness. so Quran want to bring this people from darkness to light".</w:t>
      </w:r>
    </w:p>
    <w:p>
      <w:pPr>
        <w:jc w:val="right"/>
      </w:pPr>
      <w:r>
        <w:t>سو الدوز ائیڈیالوجیز ار ڈارکنس، ائیڈیالوجی اف ڈارکنس۔ سو قرآن وانٹ ٹو برنگ دس پیپل فرام ڈارکنس ٹو لائٹ"۔</w:t>
      </w:r>
    </w:p>
    <w:p>
      <w:r>
        <w:rPr>
          <w:b/>
        </w:rPr>
        <w:t xml:space="preserve">[16:20] </w:t>
      </w:r>
      <w:r>
        <w:t>You can see this mission is completely an ideological mission.</w:t>
      </w:r>
    </w:p>
    <w:p>
      <w:pPr>
        <w:jc w:val="right"/>
      </w:pPr>
      <w:r>
        <w:t>یو کین سی دس مشن از کمپلیٹلی این ائیڈیالوجیکل مشن۔</w:t>
      </w:r>
    </w:p>
    <w:p>
      <w:r>
        <w:rPr>
          <w:b/>
        </w:rPr>
        <w:t xml:space="preserve">[16:33] </w:t>
      </w:r>
      <w:r>
        <w:t>"This mission can be achieved only through peace, not through sword and gun and war."</w:t>
      </w:r>
    </w:p>
    <w:p>
      <w:pPr>
        <w:jc w:val="right"/>
      </w:pPr>
      <w:r>
        <w:t>دس مشن کین بی اچیوڈ اونلی تھرو پیس، ناٹ تھرو سوڈ اینڈ گن اینڈ وار"۔</w:t>
      </w:r>
    </w:p>
    <w:p>
      <w:r>
        <w:rPr>
          <w:b/>
        </w:rPr>
        <w:t xml:space="preserve">[16:41] </w:t>
      </w:r>
      <w:r>
        <w:t>This mission is based completely on persuasion, on dialogue, on discussion, and intellectual awakening.</w:t>
      </w:r>
    </w:p>
    <w:p>
      <w:pPr>
        <w:jc w:val="right"/>
      </w:pPr>
      <w:r>
        <w:t>دس مشن از بیسڈ کمپلیٹلی ان پرسیویشن، ان ڈائیلاگ، ان ڈسکشن، ان انٹلیکچول اویکننگ۔</w:t>
      </w:r>
    </w:p>
    <w:p>
      <w:r>
        <w:rPr>
          <w:b/>
        </w:rPr>
        <w:t xml:space="preserve">[16:54] </w:t>
      </w:r>
      <w:r>
        <w:t>You can understand that this kind of an ideological mission cannot afford war, cannot afford violence.</w:t>
      </w:r>
    </w:p>
    <w:p>
      <w:pPr>
        <w:jc w:val="right"/>
      </w:pPr>
      <w:r>
        <w:t>یو کین انڈرسٹینڈ دیٹ دس کائنڈ اف این ائیڈیالوجیکل مشن کینٹ افورڈ وار، کینٹ افورڈ وائلنس۔</w:t>
      </w:r>
    </w:p>
    <w:p>
      <w:r>
        <w:rPr>
          <w:b/>
        </w:rPr>
        <w:t xml:space="preserve">[17:08] </w:t>
      </w:r>
      <w:r>
        <w:t>It is but natural that this kind of mission require peace every time, at any cost, at any price.</w:t>
      </w:r>
    </w:p>
    <w:p>
      <w:pPr>
        <w:jc w:val="right"/>
      </w:pPr>
      <w:r>
        <w:t>اٹ از بٹ نیچرل دیٹ دس کائنڈ اف مشن ریکوائر پیس ایوری ٹائم، ایٹ اینی کاسٹ، ایٹ اینی پرائس۔</w:t>
      </w:r>
    </w:p>
    <w:p>
      <w:r>
        <w:rPr>
          <w:b/>
        </w:rPr>
        <w:t xml:space="preserve">[17:18] </w:t>
      </w:r>
      <w:r>
        <w:t>because only in peaceful condition, only in peaceful situation, you can persuade people.</w:t>
      </w:r>
    </w:p>
    <w:p>
      <w:pPr>
        <w:jc w:val="right"/>
      </w:pPr>
      <w:r>
        <w:t>بیکاز اونلی ان پیس فل کنڈیشن، اونلی ان پیس فل سچویشن، یو کین پرسیویٹ پیپل۔</w:t>
      </w:r>
    </w:p>
    <w:p>
      <w:r>
        <w:rPr>
          <w:b/>
        </w:rPr>
        <w:t xml:space="preserve">[17:30] </w:t>
      </w:r>
      <w:r>
        <w:t>You can organize dialogue and discussions.</w:t>
      </w:r>
    </w:p>
    <w:p>
      <w:pPr>
        <w:jc w:val="right"/>
      </w:pPr>
      <w:r>
        <w:t>یو کین ارگنائز ڈائیلاگ اینڈ ڈسکشنز</w:t>
      </w:r>
    </w:p>
    <w:p>
      <w:r>
        <w:rPr>
          <w:b/>
        </w:rPr>
        <w:t xml:space="preserve">[17:37] </w:t>
      </w:r>
      <w:r>
        <w:t>Without peace, there is no dialogue. Without peace, there is no discussion. Without peace, there is no persuasion. Without peace, there is no ideological campaign.</w:t>
      </w:r>
    </w:p>
    <w:p>
      <w:pPr>
        <w:jc w:val="right"/>
      </w:pPr>
      <w:r>
        <w:t>۔ وداؤٹ پیس، دیر از نو ڈائیلاگ۔ وداؤٹ پیس، دیر از نو ڈسکشن۔ وداؤٹ پیس، دیر از نو پرسیویشن۔ وداؤٹ پیس، دیر از نو ائیڈیالوجیکل کمپین۔</w:t>
      </w:r>
    </w:p>
    <w:p>
      <w:r>
        <w:rPr>
          <w:b/>
        </w:rPr>
        <w:t xml:space="preserve">[17:54] </w:t>
      </w:r>
      <w:r>
        <w:t>So it is quite evident that war and violence are irrelevant in the scheme of Islam.</w:t>
      </w:r>
    </w:p>
    <w:p>
      <w:pPr>
        <w:jc w:val="right"/>
      </w:pPr>
      <w:r>
        <w:t>سو اٹ از کوائٹ ایویڈنٹ دیٹ وار اینڈ وائلنس ار اریلیونٹ ان دی اسکیم اف اسلام۔</w:t>
      </w:r>
    </w:p>
    <w:p>
      <w:r>
        <w:rPr>
          <w:b/>
        </w:rPr>
        <w:t xml:space="preserve">[18:09] </w:t>
      </w:r>
      <w:r>
        <w:t>The scheme of Islam given by the Quran, given by the Islam, require peace in complete sense of the word.</w:t>
      </w:r>
    </w:p>
    <w:p>
      <w:pPr>
        <w:jc w:val="right"/>
      </w:pPr>
      <w:r>
        <w:t>دی اسکیم اف اسلام گیون بائی دا قرآن، گیون بائی دی اسلام، ریکوائر پیس ان کمپلیٹ سینس اف دا ورڈ۔</w:t>
      </w:r>
    </w:p>
    <w:p>
      <w:r>
        <w:rPr>
          <w:b/>
        </w:rPr>
        <w:t xml:space="preserve">[18:21] </w:t>
      </w:r>
      <w:r>
        <w:t>war and violence and intolerance, all these things are irrelevant, invented in Islamic scheme, completely invented.</w:t>
      </w:r>
    </w:p>
    <w:p>
      <w:pPr>
        <w:jc w:val="right"/>
      </w:pPr>
      <w:r>
        <w:t>وار اینڈ وائلنس اینڈ انٹولرنس، الدیز تھنگز ار اریلیونٹ، ان وانٹڈ ان اسلامک اسکیم، کمپلیٹلی ان وانٹڈ۔</w:t>
      </w:r>
    </w:p>
    <w:p>
      <w:r>
        <w:rPr>
          <w:b/>
        </w:rPr>
        <w:t xml:space="preserve">[18:40] </w:t>
      </w:r>
      <w:r>
        <w:t>Because of this reason, Quran emphasis greatly in patience that is sabr.</w:t>
      </w:r>
    </w:p>
    <w:p>
      <w:pPr>
        <w:jc w:val="right"/>
      </w:pPr>
      <w:r>
        <w:t>بیکاز اف دس ریزن، قرآن ایمفیسائز گریٹلی ان پیشنس دیٹ از صبر۔</w:t>
      </w:r>
    </w:p>
    <w:p>
      <w:r>
        <w:rPr>
          <w:b/>
        </w:rPr>
        <w:t xml:space="preserve">[18:51] </w:t>
      </w:r>
      <w:r>
        <w:t>sabr, sabr is the most important teaching of Islam. You know, there is a very unusual verse in the Quran.</w:t>
      </w:r>
    </w:p>
    <w:p>
      <w:pPr>
        <w:jc w:val="right"/>
      </w:pPr>
      <w:r>
        <w:t>صبر، صبر از دا موسٹ امپورٹنٹ ٹیچنگ اف اسلام۔ یو نو، دیر از ا ویری ان یوزل ورس ان دا قرآن۔</w:t>
      </w:r>
    </w:p>
    <w:p>
      <w:r>
        <w:rPr>
          <w:b/>
        </w:rPr>
        <w:t xml:space="preserve">[19:05] </w:t>
      </w:r>
      <w:r>
        <w:t>inma yu sabirun ajruhum bighair hisab. inma yu sabirun ajruhum bighair has</w:t>
      </w:r>
    </w:p>
    <w:p>
      <w:pPr>
        <w:jc w:val="right"/>
      </w:pPr>
      <w:r>
        <w:t>انما یو صابرون اجرہم بغیر حساب۔ انما یو صابرون اجرہم بغیر حس</w:t>
      </w:r>
    </w:p>
    <w:p>
      <w:r>
        <w:rPr>
          <w:b/>
        </w:rPr>
        <w:t xml:space="preserve">[19:14] </w:t>
      </w:r>
      <w:r>
        <w:t>ab. very unusual verse</w:t>
      </w:r>
    </w:p>
    <w:p>
      <w:pPr>
        <w:jc w:val="right"/>
      </w:pPr>
      <w:r>
        <w:t>اب۔ ویری ان یوزل ورس</w:t>
      </w:r>
    </w:p>
    <w:p>
      <w:r>
        <w:rPr>
          <w:b/>
        </w:rPr>
        <w:t xml:space="preserve">[19:21] </w:t>
      </w:r>
      <w:r>
        <w:t>because it says that those people who are patient people, perform sabr, they will be given reward.</w:t>
      </w:r>
    </w:p>
    <w:p>
      <w:pPr>
        <w:jc w:val="right"/>
      </w:pPr>
      <w:r>
        <w:t>بیکاز اٹ سیز دیٹ دوز پیپل ہو ار پیشنٹ پیپل، پرفارم صبر، دے ول بی گیون ریوارڈ۔</w:t>
      </w:r>
    </w:p>
    <w:p>
      <w:r>
        <w:rPr>
          <w:b/>
        </w:rPr>
        <w:t xml:space="preserve">[19:37] </w:t>
      </w:r>
      <w:r>
        <w:t>they will be unaccounted reward.</w:t>
      </w:r>
    </w:p>
    <w:p>
      <w:pPr>
        <w:jc w:val="right"/>
      </w:pPr>
      <w:r>
        <w:t>دے ول بی ان اکاؤنٹڈ ریوارڈ۔</w:t>
      </w:r>
    </w:p>
    <w:p>
      <w:r>
        <w:rPr>
          <w:b/>
        </w:rPr>
        <w:t xml:space="preserve">[19:46] </w:t>
      </w:r>
      <w:r>
        <w:t>you can not find any other verse about any other teaching in the quran. this verse specifically for sabr.</w:t>
      </w:r>
    </w:p>
    <w:p>
      <w:pPr>
        <w:jc w:val="right"/>
      </w:pPr>
      <w:r>
        <w:t>یو کین ناٹ فائنڈ اینی ادر ورس اباؤٹ اینی ادر ٹیچنگ ان دا قرآن۔ دس ورس اسپیسیفیکلی فار صبر۔</w:t>
      </w:r>
    </w:p>
    <w:p>
      <w:r>
        <w:rPr>
          <w:b/>
        </w:rPr>
        <w:t xml:space="preserve">[20:00] </w:t>
      </w:r>
      <w:r>
        <w:t>sabr is so important.</w:t>
      </w:r>
    </w:p>
    <w:p>
      <w:pPr>
        <w:jc w:val="right"/>
      </w:pPr>
      <w:r>
        <w:t>صبر از سو امپورٹنٹ۔</w:t>
      </w:r>
    </w:p>
    <w:p>
      <w:r>
        <w:rPr>
          <w:b/>
        </w:rPr>
        <w:t xml:space="preserve">[20:05] </w:t>
      </w:r>
      <w:r>
        <w:t>why? what is sabr? sabr is not a passive attitude</w:t>
      </w:r>
    </w:p>
    <w:p>
      <w:pPr>
        <w:jc w:val="right"/>
      </w:pPr>
      <w:r>
        <w:t>وائی؟ واٹ از صبر؟ صبر از ناٹ ا پیسیو ایٹیٹیوڈ</w:t>
      </w:r>
    </w:p>
    <w:p>
      <w:r>
        <w:rPr>
          <w:b/>
        </w:rPr>
        <w:t xml:space="preserve">[20:17] </w:t>
      </w:r>
      <w:r>
        <w:t>. sabr is not cowardice. sabr is not a passive attitude. sabr is nothing but living in peace.</w:t>
      </w:r>
    </w:p>
    <w:p>
      <w:pPr>
        <w:jc w:val="right"/>
      </w:pPr>
      <w:r>
        <w:t>۔ صبر از ناٹ کاورڈیس۔ صبر از ناٹ ا پیسیو ایٹیٹیوڈ۔ صبر از نتھنگ بٹ لیونگ ان پیس۔</w:t>
      </w:r>
    </w:p>
    <w:p>
      <w:r>
        <w:rPr>
          <w:b/>
        </w:rPr>
        <w:t xml:space="preserve">[20:31] </w:t>
      </w:r>
      <w:r>
        <w:t>sabr means living in peace.</w:t>
      </w:r>
    </w:p>
    <w:p>
      <w:pPr>
        <w:jc w:val="right"/>
      </w:pPr>
      <w:r>
        <w:t>صبر مینز لیونگ ان پیس۔</w:t>
      </w:r>
    </w:p>
    <w:p>
      <w:r>
        <w:rPr>
          <w:b/>
        </w:rPr>
        <w:t xml:space="preserve">[20:38] </w:t>
      </w:r>
      <w:r>
        <w:t>i can see with conviction that this is the only definition of sabr.</w:t>
      </w:r>
    </w:p>
    <w:p>
      <w:pPr>
        <w:jc w:val="right"/>
      </w:pPr>
      <w:r>
        <w:t>ائی کین سی ود کنوکشن دیٹ دس از دا اونلی ڈیفینیشن اف صبر۔</w:t>
      </w:r>
    </w:p>
    <w:p>
      <w:r>
        <w:rPr>
          <w:b/>
        </w:rPr>
        <w:t xml:space="preserve">[20:44] </w:t>
      </w:r>
      <w:r>
        <w:t>sabr means patience. an islamic patience is not cowardice.</w:t>
      </w:r>
    </w:p>
    <w:p>
      <w:pPr>
        <w:jc w:val="right"/>
      </w:pPr>
      <w:r>
        <w:t>صبر مینز پیشنس۔ این اسلامک پیشنس از ناٹ کاورڈیس۔</w:t>
      </w:r>
    </w:p>
    <w:p>
      <w:r>
        <w:rPr>
          <w:b/>
        </w:rPr>
        <w:t xml:space="preserve">[20:54] </w:t>
      </w:r>
      <w:r>
        <w:t>islamic patience is living in peace. now, what is living in peace? you know, in this world is a world of test.</w:t>
      </w:r>
    </w:p>
    <w:p>
      <w:pPr>
        <w:jc w:val="right"/>
      </w:pPr>
      <w:r>
        <w:t>اسلامک پیشنس از لیونگ ان پیس۔ ناو، واٹ از لیونگ ان پیس؟ یو نو، ان دس ورلڈ از ا ورلڈ اف ٹیسٹ۔</w:t>
      </w:r>
    </w:p>
    <w:p>
      <w:r>
        <w:rPr>
          <w:b/>
        </w:rPr>
        <w:t xml:space="preserve">[21:09] </w:t>
      </w:r>
      <w:r>
        <w:t>we are here for test.</w:t>
      </w:r>
    </w:p>
    <w:p>
      <w:pPr>
        <w:jc w:val="right"/>
      </w:pPr>
      <w:r>
        <w:t>وی ار ہیر فار ٹیسٹ۔</w:t>
      </w:r>
    </w:p>
    <w:p>
      <w:r>
        <w:rPr>
          <w:b/>
        </w:rPr>
        <w:t xml:space="preserve">[21:16] </w:t>
      </w:r>
      <w:r>
        <w:t>pre death period, we are living in test. present world is testing ground.</w:t>
      </w:r>
    </w:p>
    <w:p>
      <w:pPr>
        <w:jc w:val="right"/>
      </w:pPr>
      <w:r>
        <w:t>پری ڈیتھ پیریڈ، وی ار لیونگ ان ٹیسٹ۔ پریزنٹ ورلڈ از ٹیسٹنگ گراؤنڈ۔</w:t>
      </w:r>
    </w:p>
    <w:p>
      <w:r>
        <w:rPr>
          <w:b/>
        </w:rPr>
        <w:t xml:space="preserve">[21:24] </w:t>
      </w:r>
      <w:r>
        <w:t>so because of this scheme, god has granted man complete freedom.</w:t>
      </w:r>
    </w:p>
    <w:p>
      <w:pPr>
        <w:jc w:val="right"/>
      </w:pPr>
      <w:r>
        <w:t>سو بیکاز اف دس اسکیم، گاڈ ہیز گرانٹڈ مین کمپلیٹ فریڈم۔</w:t>
      </w:r>
    </w:p>
    <w:p>
      <w:r>
        <w:rPr>
          <w:b/>
        </w:rPr>
        <w:t xml:space="preserve">[21:34] </w:t>
      </w:r>
      <w:r>
        <w:t>everyone, every man and woman has, every man and woman enjoy complete freedom given by god, by the creator himself.</w:t>
      </w:r>
    </w:p>
    <w:p>
      <w:pPr>
        <w:jc w:val="right"/>
      </w:pPr>
      <w:r>
        <w:t>ایوری ون، ایوری مین اینڈ وومن ہیز، ایوری مین اینڈ وومن انجوائے کمپلیٹ فریڈم گیون بائی گاڈ، بائی دا کریٹر ہم سیلف۔</w:t>
      </w:r>
    </w:p>
    <w:p>
      <w:r>
        <w:rPr>
          <w:b/>
        </w:rPr>
        <w:t xml:space="preserve">[21:46] </w:t>
      </w:r>
      <w:r>
        <w:t>so no one has right, no one has power to abolish this freedom.</w:t>
      </w:r>
    </w:p>
    <w:p>
      <w:pPr>
        <w:jc w:val="right"/>
      </w:pPr>
      <w:r>
        <w:t>سو نو ون ہیز رائٹ، نو ون ہیز پاور ٹو ابولش دس فریڈم۔</w:t>
      </w:r>
    </w:p>
    <w:p>
      <w:r>
        <w:rPr>
          <w:b/>
        </w:rPr>
        <w:t xml:space="preserve">[21:57] </w:t>
      </w:r>
      <w:r>
        <w:t>so</w:t>
      </w:r>
    </w:p>
    <w:p>
      <w:pPr>
        <w:jc w:val="right"/>
      </w:pPr>
      <w:r>
        <w:t>سو</w:t>
      </w:r>
    </w:p>
    <w:p>
      <w:r>
        <w:rPr>
          <w:b/>
        </w:rPr>
        <w:t xml:space="preserve">[22:01] </w:t>
      </w:r>
      <w:r>
        <w:t>when man enjoy complete freedom, so this but natural that they misuse this freedom.</w:t>
      </w:r>
    </w:p>
    <w:p>
      <w:pPr>
        <w:jc w:val="right"/>
      </w:pPr>
      <w:r>
        <w:t>وین مین انجوائے کمپلیٹ فریڈم، سو دس بٹ نیچرل دیٹ دے مس یوز دس فریڈم۔</w:t>
      </w:r>
    </w:p>
    <w:p>
      <w:r>
        <w:rPr>
          <w:b/>
        </w:rPr>
        <w:t xml:space="preserve">[22:13] </w:t>
      </w:r>
      <w:r>
        <w:t>a</w:t>
      </w:r>
    </w:p>
    <w:p>
      <w:pPr>
        <w:jc w:val="right"/>
      </w:pPr>
      <w:r>
        <w:t>ای</w:t>
      </w:r>
    </w:p>
    <w:p>
      <w:r>
        <w:rPr>
          <w:b/>
        </w:rPr>
        <w:t xml:space="preserve">[22:14] </w:t>
      </w:r>
      <w:r>
        <w:t>every where you can see this phenomena that people are misusing their freedom. now, when people misuse their freedom, then it means creating problem.</w:t>
      </w:r>
    </w:p>
    <w:p>
      <w:pPr>
        <w:jc w:val="right"/>
      </w:pPr>
      <w:r>
        <w:t>وری ویر یو کین سی دس فیناومینا دیٹ پیپل ار مس یوزنگ دیر فریڈم۔ ناو، وین پیپل مس یوز دیر فریڈم، دین اٹ مینز کریٹنگ پرابلم۔</w:t>
      </w:r>
    </w:p>
    <w:p>
      <w:r>
        <w:rPr>
          <w:b/>
        </w:rPr>
        <w:t xml:space="preserve">[22:34] </w:t>
      </w:r>
      <w:r>
        <w:t>when a man or woman misuses his freedom, it means he or she is creating problems, fathers.</w:t>
      </w:r>
    </w:p>
    <w:p>
      <w:pPr>
        <w:jc w:val="right"/>
      </w:pPr>
      <w:r>
        <w:t>وین ا مین اور وومن مس یوزز ہز فریڈم، اٹ مینز ہی اور شی از کریٹنگ پرابلمز، فادرز۔</w:t>
      </w:r>
    </w:p>
    <w:p>
      <w:r>
        <w:rPr>
          <w:b/>
        </w:rPr>
        <w:t xml:space="preserve">[22:48] </w:t>
      </w:r>
      <w:r>
        <w:t>so according to this scheme of god, according to this creation plan, every is a born problem person.</w:t>
      </w:r>
    </w:p>
    <w:p>
      <w:pPr>
        <w:jc w:val="right"/>
      </w:pPr>
      <w:r>
        <w:t>سو اکارڈنگ ٹو دس اسکیم اف گاڈ، اکارڈنگ ٹو دس کریچ پلان، ایوری از ا بورن پرابلم پرسن۔</w:t>
      </w:r>
    </w:p>
    <w:p>
      <w:r>
        <w:rPr>
          <w:b/>
        </w:rPr>
        <w:t xml:space="preserve">[22:59] </w:t>
      </w:r>
      <w:r>
        <w:t>everyone is a problem creator.</w:t>
      </w:r>
    </w:p>
    <w:p>
      <w:pPr>
        <w:jc w:val="right"/>
      </w:pPr>
      <w:r>
        <w:t>ایوری ون از ا پرابلم کریٹر۔</w:t>
      </w:r>
    </w:p>
    <w:p>
      <w:r>
        <w:rPr>
          <w:b/>
        </w:rPr>
        <w:t xml:space="preserve">[23:07] </w:t>
      </w:r>
      <w:r>
        <w:t>in such situation, it means that you are living in authority bushes.</w:t>
      </w:r>
    </w:p>
    <w:p>
      <w:pPr>
        <w:jc w:val="right"/>
      </w:pPr>
      <w:r>
        <w:t>ان سچ سچویشن، اٹ مینز دیٹ یو ار لیونگ ان اتھارنی بوشز۔</w:t>
      </w:r>
    </w:p>
    <w:p>
      <w:r>
        <w:rPr>
          <w:b/>
        </w:rPr>
        <w:t xml:space="preserve">[23:16] </w:t>
      </w:r>
      <w:r>
        <w:t>you are living in a society where everyone creates problem.</w:t>
      </w:r>
    </w:p>
    <w:p>
      <w:pPr>
        <w:jc w:val="right"/>
      </w:pPr>
      <w:r>
        <w:t>یو ار لیونگ ان ا سوسائٹی ویر ایوری ون کریٹس پرابلم۔</w:t>
      </w:r>
    </w:p>
    <w:p>
      <w:r>
        <w:rPr>
          <w:b/>
        </w:rPr>
        <w:t xml:space="preserve">[23:25] </w:t>
      </w:r>
      <w:r>
        <w:t>so in such situation, sabr means adopting peace unilaterally.</w:t>
      </w:r>
    </w:p>
    <w:p>
      <w:pPr>
        <w:jc w:val="right"/>
      </w:pPr>
      <w:r>
        <w:t>سو ان سچ سچویشن، صبر مینز اڈاپٹنگ پیس یونی لیٹرلی۔</w:t>
      </w:r>
    </w:p>
    <w:p>
      <w:r>
        <w:rPr>
          <w:b/>
        </w:rPr>
        <w:t xml:space="preserve">[23:40] </w:t>
      </w:r>
      <w:r>
        <w:t>when you adopt the principle of</w:t>
      </w:r>
    </w:p>
    <w:p>
      <w:pPr>
        <w:jc w:val="right"/>
      </w:pPr>
      <w:r>
        <w:t>وین یو اڈاپٹ دا پرنسپل اف</w:t>
      </w:r>
    </w:p>
    <w:p>
      <w:r>
        <w:rPr>
          <w:b/>
        </w:rPr>
        <w:t xml:space="preserve">[23:45] </w:t>
      </w:r>
      <w:r>
        <w:t>patience unilaterally, then it is sabr. then it is Islamic peace.</w:t>
      </w:r>
    </w:p>
    <w:p>
      <w:pPr>
        <w:jc w:val="right"/>
      </w:pPr>
      <w:r>
        <w:t>پیشنس یونی لیٹرلی، دین اٹ از صبر۔ دین اٹ از اسلامک پیس۔</w:t>
      </w:r>
    </w:p>
    <w:p>
      <w:r>
        <w:rPr>
          <w:b/>
        </w:rPr>
        <w:t xml:space="preserve">[23:55] </w:t>
      </w:r>
      <w:r>
        <w:t>so according to the creation plan of God, according to the scheme of life, sabr is a</w:t>
      </w:r>
    </w:p>
    <w:p>
      <w:pPr>
        <w:jc w:val="right"/>
      </w:pPr>
      <w:r>
        <w:t>سو اکارڈنگ ٹو دا کریشن پلان اف گاڈ، اکارڈنگ ٹو دا اسکیم اف لائف، صبر از ا</w:t>
      </w:r>
    </w:p>
    <w:p>
      <w:r>
        <w:rPr>
          <w:b/>
        </w:rPr>
        <w:t xml:space="preserve">[24:08] </w:t>
      </w:r>
      <w:r>
        <w:t>great virtue. sabr is a virtue. sabr is not an evil. sabr is the greatest virtue in the eyes of God.</w:t>
      </w:r>
    </w:p>
    <w:p>
      <w:pPr>
        <w:jc w:val="right"/>
      </w:pPr>
      <w:r>
        <w:t>گریٹ ورچو۔ صبر از ا ورچو۔ صبر از ناٹ این ایول۔ صبر از دا گریٹسٹ ورچو ان دا ائیز اف گاڈ۔</w:t>
      </w:r>
    </w:p>
    <w:p>
      <w:r>
        <w:rPr>
          <w:b/>
        </w:rPr>
        <w:t xml:space="preserve">[24:23] </w:t>
      </w:r>
      <w:r>
        <w:t>because without keeping sabr, you cannot follow the religion of Islam.</w:t>
      </w:r>
    </w:p>
    <w:p>
      <w:pPr>
        <w:jc w:val="right"/>
      </w:pPr>
      <w:r>
        <w:t>بیکاز وداؤٹ کیپنگ صبر، یو کین ناٹ فالو دا ریلیجن اف اسلام۔</w:t>
      </w:r>
    </w:p>
    <w:p>
      <w:r>
        <w:rPr>
          <w:b/>
        </w:rPr>
        <w:t xml:space="preserve">[24:40] </w:t>
      </w:r>
      <w:r>
        <w:t>without keeping patience or sabr, you cannot purify yourself</w:t>
      </w:r>
    </w:p>
    <w:p>
      <w:pPr>
        <w:jc w:val="right"/>
      </w:pPr>
      <w:r>
        <w:t>وداؤٹ کیپنگ پیشنس اور صبر، یو کین ناٹ پیوریفائی یور سیلف</w:t>
      </w:r>
    </w:p>
    <w:p>
      <w:r>
        <w:rPr>
          <w:b/>
        </w:rPr>
        <w:t xml:space="preserve">[24:49] </w:t>
      </w:r>
      <w:r>
        <w:t>. no, as Quran says,</w:t>
      </w:r>
    </w:p>
    <w:p>
      <w:pPr>
        <w:jc w:val="right"/>
      </w:pPr>
      <w:r>
        <w:t>۔ نو، ایز قرآن سیز،</w:t>
      </w:r>
    </w:p>
    <w:p>
      <w:r>
        <w:rPr>
          <w:b/>
        </w:rPr>
        <w:t xml:space="preserve">[24:58] </w:t>
      </w:r>
      <w:r>
        <w:t>who will be settled in paradise. zlik jaza mantzaka. those who have purified their soul.</w:t>
      </w:r>
    </w:p>
    <w:p>
      <w:pPr>
        <w:jc w:val="right"/>
      </w:pPr>
      <w:r>
        <w:t>ہو ول بی سیٹلڈ ان پیراڈائز۔ ذالک جزا منتزکا۔ دوز ہو ہیو پیوریفائیڈ دیر سول۔</w:t>
      </w:r>
    </w:p>
    <w:p>
      <w:r>
        <w:rPr>
          <w:b/>
        </w:rPr>
        <w:t xml:space="preserve">[25:10] </w:t>
      </w:r>
      <w:r>
        <w:t>so only purified souls can find entry into paradise.</w:t>
      </w:r>
    </w:p>
    <w:p>
      <w:pPr>
        <w:jc w:val="right"/>
      </w:pPr>
      <w:r>
        <w:t>سو اونلی پیوریفائیڈ سولز کین فائنڈ انٹری انٹو پیراڈائز۔</w:t>
      </w:r>
    </w:p>
    <w:p>
      <w:r>
        <w:rPr>
          <w:b/>
        </w:rPr>
        <w:t xml:space="preserve">[25:18] </w:t>
      </w:r>
      <w:r>
        <w:t>so this process, yani purifying your soul, it is a process, long long process. how you can maintain this process successfully?</w:t>
      </w:r>
    </w:p>
    <w:p>
      <w:pPr>
        <w:jc w:val="right"/>
      </w:pPr>
      <w:r>
        <w:t>سو دس پروسیس، یعنی پیوریفائنگ یور سول، اٹ از ا پروسیس، لانگ لانگ پروسیس۔ ہاؤ یو کین مینٹین دس پروسیس سکسیس فلی؟</w:t>
      </w:r>
    </w:p>
    <w:p>
      <w:r>
        <w:rPr>
          <w:b/>
        </w:rPr>
        <w:t xml:space="preserve">[25:36] </w:t>
      </w:r>
      <w:r>
        <w:t>only through sabr.</w:t>
      </w:r>
    </w:p>
    <w:p>
      <w:pPr>
        <w:jc w:val="right"/>
      </w:pPr>
      <w:r>
        <w:t>اونلی تھرو صبر۔</w:t>
      </w:r>
    </w:p>
    <w:p>
      <w:r>
        <w:rPr>
          <w:b/>
        </w:rPr>
        <w:t xml:space="preserve">[25:41] </w:t>
      </w:r>
      <w:r>
        <w:t>without sabr, you cannot maintain this process that will lead you to paradise.</w:t>
      </w:r>
    </w:p>
    <w:p>
      <w:pPr>
        <w:jc w:val="right"/>
      </w:pPr>
      <w:r>
        <w:t>وداؤٹ صبر، یو کین ناٹ مینٹین دس پروسیس دیٹ ول لیڈ یو ٹو پیراڈائز۔</w:t>
      </w:r>
    </w:p>
    <w:p>
      <w:r>
        <w:rPr>
          <w:b/>
        </w:rPr>
        <w:t xml:space="preserve">[25:50] </w:t>
      </w:r>
      <w:r>
        <w:t>so sabr is the most important teaching of Islam. and when sabr is most important teaching of Islam, then it means peace is most important teaching of Islam.</w:t>
      </w:r>
    </w:p>
    <w:p>
      <w:pPr>
        <w:jc w:val="right"/>
      </w:pPr>
      <w:r>
        <w:t>تو صبر از دا موسٹ امپورٹنٹ ٹیچنگ اف اسلام۔ اینڈ وین صبر از موسٹ امپورٹنٹ ٹیچنگ اف اسلام، دین اٹ مینز پیس از موسٹ امپورٹنٹ ٹیچنگ اف اسلام۔</w:t>
      </w:r>
    </w:p>
    <w:p>
      <w:r>
        <w:rPr>
          <w:b/>
        </w:rPr>
        <w:t xml:space="preserve">[26:06] </w:t>
      </w:r>
      <w:r>
        <w:t>and war and violence are most unwanted practice in Islam.</w:t>
      </w:r>
    </w:p>
    <w:p>
      <w:pPr>
        <w:jc w:val="right"/>
      </w:pPr>
      <w:r>
        <w:t>اینڈ وار اینڈ وائلنس ار موسٹ ان وانٹڈ پریکٹس ان اسلام۔</w:t>
      </w:r>
    </w:p>
    <w:p>
      <w:r>
        <w:rPr>
          <w:b/>
        </w:rPr>
        <w:t xml:space="preserve">[26:16] </w:t>
      </w:r>
      <w:r>
        <w:t>because war and violence and intolerance are permanent hindrance</w:t>
      </w:r>
    </w:p>
    <w:p>
      <w:pPr>
        <w:jc w:val="right"/>
      </w:pPr>
      <w:r>
        <w:t>بیکاز وار اینڈ وائلنس اینڈ انٹولرنس ار پرماننٹ ہنڈرنس</w:t>
      </w:r>
    </w:p>
    <w:p>
      <w:r>
        <w:rPr>
          <w:b/>
        </w:rPr>
        <w:t xml:space="preserve">[26:23] </w:t>
      </w:r>
      <w:r>
        <w:t>in maintaining that process that is leading to, leading you to paradise. so this is the position of peace in Islamic scheme.</w:t>
      </w:r>
    </w:p>
    <w:p>
      <w:pPr>
        <w:jc w:val="right"/>
      </w:pPr>
      <w:r>
        <w:t>ان مینٹیننگ دیٹ پروسیس دیٹ از لیڈنگ ٹو، لیڈنگ یو ٹو پیراڈائز۔ سو دس از دا پوزیشن اف پیس ان اسلامک اسکیم۔</w:t>
      </w:r>
    </w:p>
    <w:p>
      <w:r>
        <w:rPr>
          <w:b/>
        </w:rPr>
        <w:t xml:space="preserve">[26:43] </w:t>
      </w:r>
      <w:r>
        <w:t>then</w:t>
      </w:r>
    </w:p>
    <w:p>
      <w:pPr>
        <w:jc w:val="right"/>
      </w:pPr>
      <w:r>
        <w:t>دین</w:t>
      </w:r>
    </w:p>
    <w:p>
      <w:r>
        <w:rPr>
          <w:b/>
        </w:rPr>
        <w:t xml:space="preserve">[26:48] </w:t>
      </w:r>
      <w:r>
        <w:t>there are some very important teachings in the Quran. example, Quran says, in</w:t>
      </w:r>
    </w:p>
    <w:p>
      <w:pPr>
        <w:jc w:val="right"/>
      </w:pPr>
      <w:r>
        <w:t>دیر ار سم ویری امپورٹنٹ ٹیچنگز ان دا قرآن۔ ایگزیمپل، قرآن سیز، ان</w:t>
      </w:r>
    </w:p>
    <w:p>
      <w:r>
        <w:rPr>
          <w:b/>
        </w:rPr>
        <w:t xml:space="preserve">[27:04] </w:t>
      </w:r>
      <w:r>
        <w:t>these verses means that when the other party offers you peace, so accept it.</w:t>
      </w:r>
    </w:p>
    <w:p>
      <w:pPr>
        <w:jc w:val="right"/>
      </w:pPr>
      <w:r>
        <w:t>دیس ورسز مینز دیٹ وین دی ادر پارٹی افرز یو پیس، سو ایکسیپٹ اٹ۔</w:t>
      </w:r>
    </w:p>
    <w:p>
      <w:r>
        <w:rPr>
          <w:b/>
        </w:rPr>
        <w:t xml:space="preserve">[27:17] </w:t>
      </w:r>
      <w:r>
        <w:t>if the other party offers you</w:t>
      </w:r>
    </w:p>
    <w:p>
      <w:pPr>
        <w:jc w:val="right"/>
      </w:pPr>
      <w:r>
        <w:t>اف دی ادر پارٹی افرز یو</w:t>
      </w:r>
    </w:p>
    <w:p>
      <w:r>
        <w:rPr>
          <w:b/>
        </w:rPr>
        <w:t xml:space="preserve">[27:23] </w:t>
      </w:r>
      <w:r>
        <w:t>and says that, let us live in peace. so you have to accept it without delay.</w:t>
      </w:r>
    </w:p>
    <w:p>
      <w:pPr>
        <w:jc w:val="right"/>
      </w:pPr>
      <w:r>
        <w:t>اینڈ سیز دیٹ، لیٹ اس لیو ان پیس۔ سو یو ہیو ٹو ایکسیپٹ اٹ وداؤٹ ڈیلے۔</w:t>
      </w:r>
    </w:p>
    <w:p>
      <w:r>
        <w:rPr>
          <w:b/>
        </w:rPr>
        <w:t xml:space="preserve">[27:36] </w:t>
      </w:r>
      <w:r>
        <w:t>this is the Islamic teachings. and you know what is the, what is the situation in our age, in the present world?</w:t>
      </w:r>
    </w:p>
    <w:p>
      <w:pPr>
        <w:jc w:val="right"/>
      </w:pPr>
      <w:r>
        <w:t>دس از دا اسلامک ٹیچنگز۔ اینڈ یو نو واٹ از دا، واٹ از دا سچویشن ان اور ایج، ان دا پریزنٹ ورلڈ؟</w:t>
      </w:r>
    </w:p>
    <w:p>
      <w:r>
        <w:rPr>
          <w:b/>
        </w:rPr>
        <w:t xml:space="preserve">[27:49] </w:t>
      </w:r>
      <w:r>
        <w:t>you know, we are living in an age where there is nations.</w:t>
      </w:r>
    </w:p>
    <w:p>
      <w:pPr>
        <w:jc w:val="right"/>
      </w:pPr>
      <w:r>
        <w:t>یو نو، وی ار لیونگ ان این ایج ویر دیر از نیشنز۔</w:t>
      </w:r>
    </w:p>
    <w:p>
      <w:r>
        <w:rPr>
          <w:b/>
        </w:rPr>
        <w:t xml:space="preserve">[27:57] </w:t>
      </w:r>
      <w:r>
        <w:t>all the nations of the world are members of this organization.</w:t>
      </w:r>
    </w:p>
    <w:p>
      <w:pPr>
        <w:jc w:val="right"/>
      </w:pPr>
      <w:r>
        <w:t>ال دا نیشنز اف دا ورلڈ ار ممبرز اف دس ارگنائزیشن۔</w:t>
      </w:r>
    </w:p>
    <w:p>
      <w:r>
        <w:rPr>
          <w:b/>
        </w:rPr>
        <w:t xml:space="preserve">[28:05] </w:t>
      </w:r>
      <w:r>
        <w:t>all the countries, all the countries, all the nations are member of this world body.</w:t>
      </w:r>
    </w:p>
    <w:p>
      <w:pPr>
        <w:jc w:val="right"/>
      </w:pPr>
      <w:r>
        <w:t>ال دا کنٹریز، ال دا کنٹریز، ال دا نیشنز ار ممبر اف دس ورلڈ باڈی۔</w:t>
      </w:r>
    </w:p>
    <w:p>
      <w:r>
        <w:rPr>
          <w:b/>
        </w:rPr>
        <w:t xml:space="preserve">[28:16] </w:t>
      </w:r>
      <w:r>
        <w:t>there is UN O. and you know, under this universal organization, all the nations, all the countries have</w:t>
      </w:r>
    </w:p>
    <w:p>
      <w:pPr>
        <w:jc w:val="right"/>
      </w:pPr>
      <w:r>
        <w:t>دیر از یو این او۔ اینڈ یو نو، انڈر دس یونیورسل ارگنائزیشن، ال دا نیشنز، ال دا کنٹریز ہیو</w:t>
      </w:r>
    </w:p>
    <w:p>
      <w:r>
        <w:rPr>
          <w:b/>
        </w:rPr>
        <w:t xml:space="preserve">[28:32] </w:t>
      </w:r>
      <w:r>
        <w:t>assigned in a document</w:t>
      </w:r>
    </w:p>
    <w:p>
      <w:pPr>
        <w:jc w:val="right"/>
      </w:pPr>
      <w:r>
        <w:t>اسائنڈ ان ا ڈاکومنٹ</w:t>
      </w:r>
    </w:p>
    <w:p>
      <w:r>
        <w:rPr>
          <w:b/>
        </w:rPr>
        <w:t xml:space="preserve">[28:37] </w:t>
      </w:r>
      <w:r>
        <w:t>. this is called charter of united nations. that aggression is unlawful in international life.</w:t>
      </w:r>
    </w:p>
    <w:p>
      <w:pPr>
        <w:jc w:val="right"/>
      </w:pPr>
      <w:r>
        <w:t>۔ دس از کالڈ چارٹر اف یونائٹڈ نیشنز۔ دیٹ ایگریشن از ان لافل ان انٹرنیشنل لائف۔</w:t>
      </w:r>
    </w:p>
    <w:p>
      <w:r>
        <w:rPr>
          <w:b/>
        </w:rPr>
        <w:t xml:space="preserve">[28:49] </w:t>
      </w:r>
      <w:r>
        <w:t>in international aggression is taboo in international life. no nation has right to attack any other nation.</w:t>
      </w:r>
    </w:p>
    <w:p>
      <w:pPr>
        <w:jc w:val="right"/>
      </w:pPr>
      <w:r>
        <w:t>ان انٹرنیشنل ایگریشن از ٹیبو ان انٹرنیشنل لائف۔ نو نیشن ہیز رائٹ ٹو اٹیک اینی ادر نیشن۔</w:t>
      </w:r>
    </w:p>
    <w:p>
      <w:r>
        <w:rPr>
          <w:b/>
        </w:rPr>
        <w:t xml:space="preserve">[29:03] </w:t>
      </w:r>
      <w:r>
        <w:t>it means that in our present age, every nation is saying, let us live in peace.</w:t>
      </w:r>
    </w:p>
    <w:p>
      <w:pPr>
        <w:jc w:val="right"/>
      </w:pPr>
      <w:r>
        <w:t>اٹ مینز دیٹ ان اور پریزنٹ ایج، ایوری نیشن از سینگ، لیٹ اس لیو ان پیس۔</w:t>
      </w:r>
    </w:p>
    <w:p>
      <w:r>
        <w:rPr>
          <w:b/>
        </w:rPr>
        <w:t xml:space="preserve">[29:14] </w:t>
      </w:r>
      <w:r>
        <w:t>when sirf it the time, it was a maintain very limited sense.</w:t>
      </w:r>
    </w:p>
    <w:p>
      <w:pPr>
        <w:jc w:val="right"/>
      </w:pPr>
      <w:r>
        <w:t>وین صرف اٹ دا ٹائم، اٹ واز ا مینٹین ویری لمیٹڈ سینس۔</w:t>
      </w:r>
    </w:p>
    <w:p>
      <w:r>
        <w:rPr>
          <w:b/>
        </w:rPr>
        <w:t xml:space="preserve">[29:24] </w:t>
      </w:r>
      <w:r>
        <w:t>now, it has gain, it has gain international connotation.</w:t>
      </w:r>
    </w:p>
    <w:p>
      <w:pPr>
        <w:jc w:val="right"/>
      </w:pPr>
      <w:r>
        <w:t>ناو، اٹ ہیز گین، اٹ ہیز گین انٹرنیشنل کنوٹیشن۔</w:t>
      </w:r>
    </w:p>
    <w:p>
      <w:r>
        <w:rPr>
          <w:b/>
        </w:rPr>
        <w:t xml:space="preserve">[29:33] </w:t>
      </w:r>
      <w:r>
        <w:t>now, in the age of united nations, every nation is saying, let us live in peace.</w:t>
      </w:r>
    </w:p>
    <w:p>
      <w:pPr>
        <w:jc w:val="right"/>
      </w:pPr>
      <w:r>
        <w:t>ناو، ان دا ایج اف یونائٹڈ نیشنز، ایوری نیشن از سینگ، لیٹ اس لیو ان پیس۔</w:t>
      </w:r>
    </w:p>
    <w:p>
      <w:r>
        <w:rPr>
          <w:b/>
        </w:rPr>
        <w:t xml:space="preserve">[29:42] </w:t>
      </w:r>
      <w:r>
        <w:t>let us live in, let us adopt the formula of peaceful co existence.</w:t>
      </w:r>
    </w:p>
    <w:p>
      <w:pPr>
        <w:jc w:val="right"/>
      </w:pPr>
      <w:r>
        <w:t>لیٹ اس لیو ان، لیٹ اس اڈاپٹ دا فارمولا اف پیس فل کو ایگزسٹنس۔</w:t>
      </w:r>
    </w:p>
    <w:p>
      <w:r>
        <w:rPr>
          <w:b/>
        </w:rPr>
        <w:t xml:space="preserve">[29:51] </w:t>
      </w:r>
      <w:r>
        <w:t>so now, that principle is internationalized. the present age has internationalized that principle of Islam.</w:t>
      </w:r>
    </w:p>
    <w:p>
      <w:pPr>
        <w:jc w:val="right"/>
      </w:pPr>
      <w:r>
        <w:t>سو ناو، دیٹ پرنسپل از انٹرنیشنلائزڈ۔ دا پریزنٹ ایج ہیز انٹرنیشنلائزڈ دیٹ پرنسپل اف اسلام۔</w:t>
      </w:r>
    </w:p>
    <w:p>
      <w:r>
        <w:rPr>
          <w:b/>
        </w:rPr>
        <w:t xml:space="preserve">[30:02] </w:t>
      </w:r>
      <w:r>
        <w:t>in</w:t>
      </w:r>
    </w:p>
    <w:p>
      <w:pPr>
        <w:jc w:val="right"/>
      </w:pPr>
      <w:r>
        <w:t>ان</w:t>
      </w:r>
    </w:p>
    <w:p>
      <w:r>
        <w:rPr>
          <w:b/>
        </w:rPr>
        <w:t xml:space="preserve">[30:07] </w:t>
      </w:r>
      <w:r>
        <w:t>this principle of Islam has been internationalized in our age. so we have no option other than to accept this offer.</w:t>
      </w:r>
    </w:p>
    <w:p>
      <w:pPr>
        <w:jc w:val="right"/>
      </w:pPr>
      <w:r>
        <w:t>دس پرنسپل اف اسلام ہیز بین انٹرنیشنلائزڈ ان اور ایج۔ سو وی ہیو نو اپشن ادر دین ٹو ایکسیپٹ دس افر۔</w:t>
      </w:r>
    </w:p>
    <w:p>
      <w:r>
        <w:rPr>
          <w:b/>
        </w:rPr>
        <w:t xml:space="preserve">[30:21] </w:t>
      </w:r>
      <w:r>
        <w:t>every nation is saying, let us live in peace. let us live in peace.</w:t>
      </w:r>
    </w:p>
    <w:p>
      <w:pPr>
        <w:jc w:val="right"/>
      </w:pPr>
      <w:r>
        <w:t>ایوری نیشن از سینگ، لیٹ اس لیو ان پیس۔ لیٹ اس لیو ان پیس۔</w:t>
      </w:r>
    </w:p>
    <w:p>
      <w:r>
        <w:rPr>
          <w:b/>
        </w:rPr>
        <w:t xml:space="preserve">[30:28] </w:t>
      </w:r>
      <w:r>
        <w:t>so it is a very good news for you</w:t>
      </w:r>
    </w:p>
    <w:p>
      <w:pPr>
        <w:jc w:val="right"/>
      </w:pPr>
      <w:r>
        <w:t>سو اٹ از ا ویری گڈ نیوز فار یو</w:t>
      </w:r>
    </w:p>
    <w:p>
      <w:r>
        <w:rPr>
          <w:b/>
        </w:rPr>
        <w:t xml:space="preserve">[30:30] </w:t>
      </w:r>
      <w:r>
        <w:t>. it is very good news for us. that the very age, the very, that the international body itself is offering to all, to all the nations of the world.</w:t>
      </w:r>
    </w:p>
    <w:p>
      <w:pPr>
        <w:jc w:val="right"/>
      </w:pPr>
      <w:r>
        <w:t>۔ اٹ از ویری گڈ نیوز فار اس۔ دیٹ دا ویری ایج، دی ویری، دیٹ دا انٹرنیشنل باڈی اٹ سیلف از افرنگ ٹو ال، ٹو ال دا نیشنز اف دا ورلڈ۔</w:t>
      </w:r>
    </w:p>
    <w:p>
      <w:r>
        <w:rPr>
          <w:b/>
        </w:rPr>
        <w:t xml:space="preserve">[30:50] </w:t>
      </w:r>
      <w:r>
        <w:t>that live adopt the formula peaceful co existence.</w:t>
      </w:r>
    </w:p>
    <w:p>
      <w:pPr>
        <w:jc w:val="right"/>
      </w:pPr>
      <w:r>
        <w:t>دیٹ لیور اڈاپٹ دا فارمولا پیس فل کو ایگزسٹنس۔</w:t>
      </w:r>
    </w:p>
    <w:p>
      <w:r>
        <w:rPr>
          <w:b/>
        </w:rPr>
        <w:t xml:space="preserve">[31:00] </w:t>
      </w:r>
      <w:r>
        <w:t>so it is quite in favor of Islam.</w:t>
      </w:r>
    </w:p>
    <w:p>
      <w:pPr>
        <w:jc w:val="right"/>
      </w:pPr>
      <w:r>
        <w:t>سو اٹ از کوائٹ ان فیور اف اسلام۔</w:t>
      </w:r>
    </w:p>
    <w:p>
      <w:r>
        <w:rPr>
          <w:b/>
        </w:rPr>
        <w:t xml:space="preserve">[31:07] </w:t>
      </w:r>
      <w:r>
        <w:t>is quite in favor of Islam. so we have to welcome this modern trend, this modern international offer,</w:t>
      </w:r>
    </w:p>
    <w:p>
      <w:pPr>
        <w:jc w:val="right"/>
      </w:pPr>
      <w:r>
        <w:t>از کوائٹ ان فیور اف اسلام۔ سو وی ہیو ٹو ویلکم دس ماڈرن ٹرینڈ، دس ماڈرن انٹرنیشنل افر،</w:t>
      </w:r>
    </w:p>
    <w:p>
      <w:r>
        <w:rPr>
          <w:b/>
        </w:rPr>
        <w:t xml:space="preserve">[31:22] </w:t>
      </w:r>
      <w:r>
        <w:t>and accept it by her. then I can give a very relevant reference from the Quran in this regard.</w:t>
      </w:r>
    </w:p>
    <w:p>
      <w:pPr>
        <w:jc w:val="right"/>
      </w:pPr>
      <w:r>
        <w:t>اینڈ ایکسیپٹ اٹ بائی ہر۔ دین ائی کین گیو ا ویری ریلیونٹ ریفرنس فرام دا قرآن ان دس ریگارڈ۔</w:t>
      </w:r>
    </w:p>
    <w:p>
      <w:r>
        <w:rPr>
          <w:b/>
        </w:rPr>
        <w:t xml:space="preserve">[31:39] </w:t>
      </w:r>
      <w:r>
        <w:t>you know,</w:t>
      </w:r>
    </w:p>
    <w:p>
      <w:pPr>
        <w:jc w:val="right"/>
      </w:pPr>
      <w:r>
        <w:t>یو نو،</w:t>
      </w:r>
    </w:p>
    <w:p>
      <w:r>
        <w:rPr>
          <w:b/>
        </w:rPr>
        <w:t xml:space="preserve">[31:45] </w:t>
      </w:r>
      <w:r>
        <w:t>prophet was born in Mecca. he received his first revelation in 610 AD. so at that time, Mecca people were idol worshipers.</w:t>
      </w:r>
    </w:p>
    <w:p>
      <w:pPr>
        <w:jc w:val="right"/>
      </w:pPr>
      <w:r>
        <w:t>پرافٹ واز بورن ان مکہ۔ ہی ریسیوڈ ہز فرسٹ ریولیشن ان 610 اے ڈی۔ سو ایٹ دیٹ ٹائم، مکہ پیپل ویر ائیڈل ورسپرز۔</w:t>
      </w:r>
    </w:p>
    <w:p>
      <w:r>
        <w:rPr>
          <w:b/>
        </w:rPr>
        <w:t xml:space="preserve">[32:00] </w:t>
      </w:r>
      <w:r>
        <w:t>they were mushrik.</w:t>
      </w:r>
    </w:p>
    <w:p>
      <w:pPr>
        <w:jc w:val="right"/>
      </w:pPr>
      <w:r>
        <w:t>دے ویر مشرک۔</w:t>
      </w:r>
    </w:p>
    <w:p>
      <w:r>
        <w:rPr>
          <w:b/>
        </w:rPr>
        <w:t xml:space="preserve">[32:03] </w:t>
      </w:r>
      <w:r>
        <w:t>The mission of the prophet was based on tauheed. And the audience was mushrik. Makkah people were mushrik.</w:t>
      </w:r>
    </w:p>
    <w:p>
      <w:pPr>
        <w:jc w:val="right"/>
      </w:pPr>
      <w:r>
        <w:t>دا مشن اف دا پرافٹ واز بیسڈ ان توحید۔ اینڈ دا اڈینس واز مشرک۔ مکہ پیپل ویر مشرک۔</w:t>
      </w:r>
    </w:p>
    <w:p>
      <w:r>
        <w:rPr>
          <w:b/>
        </w:rPr>
        <w:t xml:space="preserve">[32:13] </w:t>
      </w:r>
      <w:r>
        <w:t>so they became, so they turn hostile. they became enemy.</w:t>
      </w:r>
    </w:p>
    <w:p>
      <w:pPr>
        <w:jc w:val="right"/>
      </w:pPr>
      <w:r>
        <w:t>سو دے بیکم، سو دے ٹرن ہاسٹائل۔ دے بیکم اینمی۔</w:t>
      </w:r>
    </w:p>
    <w:p>
      <w:r>
        <w:rPr>
          <w:b/>
        </w:rPr>
        <w:t xml:space="preserve">[32:24] </w:t>
      </w:r>
      <w:r>
        <w:t>so there was persecution against the prophet and his companions. then what happened?</w:t>
      </w:r>
    </w:p>
    <w:p>
      <w:pPr>
        <w:jc w:val="right"/>
      </w:pPr>
      <w:r>
        <w:t>سو دیر واز پرسیکیوشن اگینسٹ دا پرافٹ اینڈ ہز کمپینینز۔ دین واٹ ہیپن؟</w:t>
      </w:r>
    </w:p>
    <w:p>
      <w:r>
        <w:rPr>
          <w:b/>
        </w:rPr>
        <w:t xml:space="preserve">[32:35] </w:t>
      </w:r>
      <w:r>
        <w:t>after thirteen years of this sad experience, prophet decided to leave makkah.</w:t>
      </w:r>
    </w:p>
    <w:p>
      <w:pPr>
        <w:jc w:val="right"/>
      </w:pPr>
      <w:r>
        <w:t>افٹر تھرٹین ایئرز اف دس سیڈ ایکسپیرینس، پرافٹ ڈیسائیڈڈ ٹو لیو مکہ۔</w:t>
      </w:r>
    </w:p>
    <w:p>
      <w:r>
        <w:rPr>
          <w:b/>
        </w:rPr>
        <w:t xml:space="preserve">[32:44] </w:t>
      </w:r>
      <w:r>
        <w:t>he decided to migrate from makkah and settle in madinah. here is a very important point. what was the final word he gave makkah people at that time when he migrated to madinah?</w:t>
      </w:r>
    </w:p>
    <w:p>
      <w:pPr>
        <w:jc w:val="right"/>
      </w:pPr>
      <w:r>
        <w:t>ہی ڈیسائیڈڈ ٹو مائیگریٹ فرام مکہ اینڈ سیٹل ان مدینہ۔ ہیر از ا ویری امپورٹنٹ پوائنٹ۔ واٹ واز دا فائنل ورڈ ہی گیو مکہ پیپل ایٹ دیٹ ٹائم وین ہی مائیگریٹڈ ٹو مدینہ؟</w:t>
      </w:r>
    </w:p>
    <w:p>
      <w:r>
        <w:rPr>
          <w:b/>
        </w:rPr>
        <w:t xml:space="preserve">[33:02] </w:t>
      </w:r>
      <w:r>
        <w:t>he never said, "this day, are at war."</w:t>
      </w:r>
    </w:p>
    <w:p>
      <w:pPr>
        <w:jc w:val="right"/>
      </w:pPr>
      <w:r>
        <w:t>ہی نیور سیڈ، "دس ڈے، ار ایٹ وار۔"</w:t>
      </w:r>
    </w:p>
    <w:p>
      <w:r>
        <w:rPr>
          <w:b/>
        </w:rPr>
        <w:t xml:space="preserve">[33:12] </w:t>
      </w:r>
      <w:r>
        <w:t>yani when he decided to leave makkah, due to all those persecutions, all those atrocities, he was compelled to leave his hometown</w:t>
      </w:r>
    </w:p>
    <w:p>
      <w:pPr>
        <w:jc w:val="right"/>
      </w:pPr>
      <w:r>
        <w:t>یعنی وین ہی ڈیسائیڈڈ ٹو لیو مکہ، ڈیو ٹو ال دوز پرسیکیوشنز، ال دوز ایٹروسیٹیز، ہی واز کمپل ٹو لیو ہز ہوم ٹاؤن</w:t>
      </w:r>
    </w:p>
    <w:p>
      <w:r>
        <w:rPr>
          <w:b/>
        </w:rPr>
        <w:t xml:space="preserve">[33:26] </w:t>
      </w:r>
      <w:r>
        <w:t>. so at that time, the final word he gave to makkah people was not like this, "i and you are from this day, i and you are at war." no, not at all.</w:t>
      </w:r>
    </w:p>
    <w:p>
      <w:pPr>
        <w:jc w:val="right"/>
      </w:pPr>
      <w:r>
        <w:t>۔ سو ایٹ دیٹ ٹائم، دا فائنل ورڈ ہی گیو ٹو مکہ پیپل واز ناٹ لائک دس، "آئی اینڈ یو ار فرام دس ڈے، آئی اینڈ یو ار ایٹ وار۔" نو، ناٹ ایٹ آل۔</w:t>
      </w:r>
    </w:p>
    <w:p>
      <w:r>
        <w:rPr>
          <w:b/>
        </w:rPr>
        <w:t xml:space="preserve">[33:45] </w:t>
      </w:r>
      <w:r>
        <w:t>he said in chapter number 109 in the quran this final word.</w:t>
      </w:r>
    </w:p>
    <w:p>
      <w:pPr>
        <w:jc w:val="right"/>
      </w:pPr>
      <w:r>
        <w:t>ہی سیڈ ان چیپٹر نمبر 109 ان دا قرآن دس فائنل ورڈ۔</w:t>
      </w:r>
    </w:p>
    <w:p>
      <w:r>
        <w:rPr>
          <w:b/>
        </w:rPr>
        <w:t xml:space="preserve">[33:56] </w:t>
      </w:r>
      <w:r>
        <w:t>he said, "lakum deenukum walayadeen." he said this word and left Makkah.</w:t>
      </w:r>
    </w:p>
    <w:p>
      <w:pPr>
        <w:jc w:val="right"/>
      </w:pPr>
      <w:r>
        <w:t>ہی سیڈ، "لکم دینکم ولادین۔" ہی سیڈ دس ورڈ اینڈ لیفٹ مکہ۔</w:t>
      </w:r>
    </w:p>
    <w:p>
      <w:r>
        <w:rPr>
          <w:b/>
        </w:rPr>
        <w:t xml:space="preserve">[34:06] </w:t>
      </w:r>
      <w:r>
        <w:t>"lakum deenukum walayadeen." For you, your religion. For me, mine. This was the final word of the Prophet of Islam when he migrated from Makkah to Madinah.</w:t>
      </w:r>
    </w:p>
    <w:p>
      <w:pPr>
        <w:jc w:val="right"/>
      </w:pPr>
      <w:r>
        <w:t>"لکم دینکم ولادین۔" فار یو، یور ریلیجن۔ فار می، مائن۔ دس واز دا فائنل ورڈ اف دا پرافٹ اف اسلام وین ہی مائیگریٹڈ فرام مکہ ٹو مدینہ۔</w:t>
      </w:r>
    </w:p>
    <w:p>
      <w:r>
        <w:rPr>
          <w:b/>
        </w:rPr>
        <w:t xml:space="preserve">[34:25] </w:t>
      </w:r>
      <w:r>
        <w:t>"lakum deenukum walayadeen." For you, your religion. For me, mine.</w:t>
      </w:r>
    </w:p>
    <w:p>
      <w:pPr>
        <w:jc w:val="right"/>
      </w:pPr>
      <w:r>
        <w:t>"لکم دینکم ولادین۔" فار یو، یور ریلیجن۔ فار می، مائن۔</w:t>
      </w:r>
    </w:p>
    <w:p>
      <w:r>
        <w:rPr>
          <w:b/>
        </w:rPr>
        <w:t xml:space="preserve">[34:35] </w:t>
      </w:r>
      <w:r>
        <w:t>what it means? it means that from this day, it means that it was a difference management.</w:t>
      </w:r>
    </w:p>
    <w:p>
      <w:pPr>
        <w:jc w:val="right"/>
      </w:pPr>
      <w:r>
        <w:t>واٹ اٹ مینز؟ اٹ مینز دیٹ فرام دس ڈے، اٹ مینز دیٹ اٹ واز ا ڈیفرنس مینجمنٹ۔</w:t>
      </w:r>
    </w:p>
    <w:p>
      <w:r>
        <w:rPr>
          <w:b/>
        </w:rPr>
        <w:t xml:space="preserve">[34:45] </w:t>
      </w:r>
      <w:r>
        <w:t>it was a formula of difference management.</w:t>
      </w:r>
    </w:p>
    <w:p>
      <w:pPr>
        <w:jc w:val="right"/>
      </w:pPr>
      <w:r>
        <w:t>اٹ واز ا فارمولا اف ڈیفرنس مینجمنٹ۔</w:t>
      </w:r>
    </w:p>
    <w:p>
      <w:r>
        <w:rPr>
          <w:b/>
        </w:rPr>
        <w:t xml:space="preserve">[34:51] </w:t>
      </w:r>
      <w:r>
        <w:t>in other words, he said that from this day, we will adopt the formula of co existence. for you, your religion.</w:t>
      </w:r>
    </w:p>
    <w:p>
      <w:pPr>
        <w:jc w:val="right"/>
      </w:pPr>
      <w:r>
        <w:t>ان ادر ورڈز، ہی سیڈ دیٹ فرام دس ڈے، وی ول اڈاپٹ دا فارمولا اف کو ایگزسٹنس۔ فار یو، یور ریلیجن۔</w:t>
      </w:r>
    </w:p>
    <w:p>
      <w:r>
        <w:rPr>
          <w:b/>
        </w:rPr>
        <w:t xml:space="preserve">[34:59] </w:t>
      </w:r>
      <w:r>
        <w:t>for me, mine. he never said that from this day, we and you are at war. but he said that from this day, we will adopt the formula of peaceful co existence.</w:t>
      </w:r>
    </w:p>
    <w:p>
      <w:pPr>
        <w:jc w:val="right"/>
      </w:pPr>
      <w:r>
        <w:t>فار می، مائن۔ ہی نیور سیڈ دیٹ فرام دس ڈے، وی اینڈ یو ار ایٹ وار۔ بٹ ہی سیڈ دیٹ فرام دس ڈے، وی ول اڈاپٹ دا فارمولا اف پیس فل کو ایگزسٹنس۔</w:t>
      </w:r>
    </w:p>
    <w:p>
      <w:r>
        <w:rPr>
          <w:b/>
        </w:rPr>
        <w:t xml:space="preserve">[35:19] </w:t>
      </w:r>
      <w:r>
        <w:t>this was the formula of difference management adopted by the prophet of islam. very important.</w:t>
      </w:r>
    </w:p>
    <w:p>
      <w:pPr>
        <w:jc w:val="right"/>
      </w:pPr>
      <w:r>
        <w:t>دس واز دا فارمولا اف ڈیفرنس مینجمنٹ اڈاپٹڈ بائی دا پرافٹ اف اسلام۔ ویری امپورٹنٹ۔</w:t>
      </w:r>
    </w:p>
    <w:p>
      <w:r>
        <w:rPr>
          <w:b/>
        </w:rPr>
        <w:t xml:space="preserve">[35:29] </w:t>
      </w:r>
      <w:r>
        <w:t>the formula of co existence. prophet was the first to give this formula in the history.</w:t>
      </w:r>
    </w:p>
    <w:p>
      <w:pPr>
        <w:jc w:val="right"/>
      </w:pPr>
      <w:r>
        <w:t>دا فارمولا اف کو ایگزسٹنس۔ پرافٹ واز دا فرسٹ ٹو گیو دس فارمولا ان دا ہسٹری۔</w:t>
      </w:r>
    </w:p>
    <w:p>
      <w:r>
        <w:rPr>
          <w:b/>
        </w:rPr>
        <w:t xml:space="preserve">[35:41] </w:t>
      </w:r>
      <w:r>
        <w:t>the formula that is now adopted by the nations was adopted by the prophet.</w:t>
      </w:r>
    </w:p>
    <w:p>
      <w:pPr>
        <w:jc w:val="right"/>
      </w:pPr>
      <w:r>
        <w:t>دا فارمولا دیٹ از ناو اڈاپٹڈ بائی دی نیشنز واز اڈاپٹڈ بائی دا پرافٹ۔</w:t>
      </w:r>
    </w:p>
    <w:p>
      <w:r>
        <w:rPr>
          <w:b/>
        </w:rPr>
        <w:t xml:space="preserve">[35:51] </w:t>
      </w:r>
      <w:r>
        <w:t>the prophet was the first to adopt this formula in seventh century ad. so he said, "for you, your religion.</w:t>
      </w:r>
    </w:p>
    <w:p>
      <w:pPr>
        <w:jc w:val="right"/>
      </w:pPr>
      <w:r>
        <w:t>دا پرافٹ واز دا فرسٹ ٹو اڈاپٹ دس فارمولا ان سیون سینچری اے ڈی۔ سو ہی سیڈ، "فار یو، یور ریلیجن۔</w:t>
      </w:r>
    </w:p>
    <w:p>
      <w:r>
        <w:rPr>
          <w:b/>
        </w:rPr>
        <w:t xml:space="preserve">[36:04] </w:t>
      </w:r>
      <w:r>
        <w:t>for me, mine." this is the essence of principle of co existence.</w:t>
      </w:r>
    </w:p>
    <w:p>
      <w:pPr>
        <w:jc w:val="right"/>
      </w:pPr>
      <w:r>
        <w:t>فار می، مائن۔" دس از دا ایسنس اف پرنسپل اف کو ایگزسٹنس۔</w:t>
      </w:r>
    </w:p>
    <w:p>
      <w:r>
        <w:rPr>
          <w:b/>
        </w:rPr>
        <w:t xml:space="preserve">[36:14] </w:t>
      </w:r>
      <w:r>
        <w:t>by saying this, he said, "from this day, we will adopt the formula of peaceful co existence."</w:t>
      </w:r>
    </w:p>
    <w:p>
      <w:pPr>
        <w:jc w:val="right"/>
      </w:pPr>
      <w:r>
        <w:t>بائی سینگ دس، ہی سیڈ، "فرام دس ڈے، وی ول اڈاپٹ دا فارمولا اف پیس فل کو ایگزسٹنس۔"</w:t>
      </w:r>
    </w:p>
    <w:p>
      <w:r>
        <w:rPr>
          <w:b/>
        </w:rPr>
        <w:t xml:space="preserve">[36:26] </w:t>
      </w:r>
      <w:r>
        <w:t>and you know, peaceful co existence is the only way of existence in this world.</w:t>
      </w:r>
    </w:p>
    <w:p>
      <w:pPr>
        <w:jc w:val="right"/>
      </w:pPr>
      <w:r>
        <w:t>اینڈ یو نو، پیس فل کو ایگزسٹنس از دا اونلی وے اف ایگزسٹنس ان دس ورلڈ۔</w:t>
      </w:r>
    </w:p>
    <w:p>
      <w:r>
        <w:rPr>
          <w:b/>
        </w:rPr>
        <w:t xml:space="preserve">[36:38] </w:t>
      </w:r>
      <w:r>
        <w:t>so this unique formula, this is the unique formula of peace.</w:t>
      </w:r>
    </w:p>
    <w:p>
      <w:pPr>
        <w:jc w:val="right"/>
      </w:pPr>
      <w:r>
        <w:t>سو دس یونیک فارمولا، دس از دا یونیک فارمولا اف پیس۔</w:t>
      </w:r>
    </w:p>
    <w:p>
      <w:r>
        <w:rPr>
          <w:b/>
        </w:rPr>
        <w:t xml:space="preserve">[36:43] </w:t>
      </w:r>
      <w:r>
        <w:t>and prophet of islam was the first to give this formula in the history. so islam is religion of peace in complete sense of the word.</w:t>
      </w:r>
    </w:p>
    <w:p>
      <w:pPr>
        <w:jc w:val="right"/>
      </w:pPr>
      <w:r>
        <w:t>اینڈ پرافٹ اف اسلام واز دا فرسٹ ٹو گیو دس فارمولا ان دا ہسٹری۔ سو اسلام از ریلیجن اف پیس ان کمپلیٹ سینس اف دا ورڈ۔</w:t>
      </w:r>
    </w:p>
    <w:p>
      <w:r>
        <w:rPr>
          <w:b/>
        </w:rPr>
        <w:t xml:space="preserve">[36:59] </w:t>
      </w:r>
      <w:r>
        <w:t>The event at the time of Battle of Badr is narrated by</w:t>
      </w:r>
    </w:p>
    <w:p>
      <w:pPr>
        <w:jc w:val="right"/>
      </w:pPr>
      <w:r>
        <w:t>دا ایونٹ ایٹ دا ٹائم اف بیٹل اف بدر از نیریٹڈ بائی</w:t>
      </w:r>
    </w:p>
    <w:p>
      <w:r>
        <w:rPr>
          <w:b/>
        </w:rPr>
        <w:t xml:space="preserve">[37:11] </w:t>
      </w:r>
      <w:r>
        <w:t>al-bidaya wa al-nihaya.</w:t>
      </w:r>
    </w:p>
    <w:p>
      <w:pPr>
        <w:jc w:val="right"/>
      </w:pPr>
      <w:r>
        <w:t>البدایہ والنہایہ۔</w:t>
      </w:r>
    </w:p>
    <w:p>
      <w:r>
        <w:rPr>
          <w:b/>
        </w:rPr>
        <w:t xml:space="preserve">[37:16] </w:t>
      </w:r>
      <w:r>
        <w:t>this event is</w:t>
      </w:r>
    </w:p>
    <w:p>
      <w:pPr>
        <w:jc w:val="right"/>
      </w:pPr>
      <w:r>
        <w:t>دس ایونٹ از</w:t>
      </w:r>
    </w:p>
    <w:p>
      <w:r>
        <w:rPr>
          <w:b/>
        </w:rPr>
        <w:t xml:space="preserve">[37:20] </w:t>
      </w:r>
      <w:r>
        <w:t>a peaceful event.</w:t>
      </w:r>
    </w:p>
    <w:p>
      <w:pPr>
        <w:jc w:val="right"/>
      </w:pPr>
      <w:r>
        <w:t>ا پیس فل ایونٹ۔</w:t>
      </w:r>
    </w:p>
    <w:p>
      <w:r>
        <w:rPr>
          <w:b/>
        </w:rPr>
        <w:t xml:space="preserve">[37:25] </w:t>
      </w:r>
      <w:r>
        <w:t>it tells us what is the true spirit of Islam. there is spirit of peace.</w:t>
      </w:r>
    </w:p>
    <w:p>
      <w:pPr>
        <w:jc w:val="right"/>
      </w:pPr>
      <w:r>
        <w:t>اٹ ٹیلز اس واٹ از دا ٹرو سپرٹ اف اسلام۔ دیر از سپرٹ اف پیس۔</w:t>
      </w:r>
    </w:p>
    <w:p>
      <w:r>
        <w:rPr>
          <w:b/>
        </w:rPr>
        <w:t xml:space="preserve">[37:36] </w:t>
      </w:r>
      <w:r>
        <w:t>but some orientalists failed to understand it.</w:t>
      </w:r>
    </w:p>
    <w:p>
      <w:pPr>
        <w:jc w:val="right"/>
      </w:pPr>
      <w:r>
        <w:t>بٹ سم اورینٹلسٹ فیل ٹو انڈرسٹینڈ اٹ۔</w:t>
      </w:r>
    </w:p>
    <w:p>
      <w:r>
        <w:rPr>
          <w:b/>
        </w:rPr>
        <w:t xml:space="preserve">[37:49] </w:t>
      </w:r>
      <w:r>
        <w:t>perhaps they were confused, or due to confusion, they failed to understand the true spirit of this event.</w:t>
      </w:r>
    </w:p>
    <w:p>
      <w:pPr>
        <w:jc w:val="right"/>
      </w:pPr>
      <w:r>
        <w:t>پرہیب دے ویر کنفیوزڈ، اور ڈیو ٹو کنفیوژن، دے فیل ٹو انڈرسٹینڈ دا ٹرو سپرٹ اف دس ایونٹ۔</w:t>
      </w:r>
    </w:p>
    <w:p>
      <w:r>
        <w:rPr>
          <w:b/>
        </w:rPr>
        <w:t xml:space="preserve">[37:58] </w:t>
      </w:r>
      <w:r>
        <w:t>so they said that the leader of Islam was making his next war plan.</w:t>
      </w:r>
    </w:p>
    <w:p>
      <w:pPr>
        <w:jc w:val="right"/>
      </w:pPr>
      <w:r>
        <w:t>سو دے سیڈ دیٹ دا لیڈر اف اسلام واز میکنگ ہز نیکسٹ وار پلان۔</w:t>
      </w:r>
    </w:p>
    <w:p>
      <w:r>
        <w:rPr>
          <w:b/>
        </w:rPr>
        <w:t xml:space="preserve">[38:10] </w:t>
      </w:r>
      <w:r>
        <w:t>but if you see</w:t>
      </w:r>
    </w:p>
    <w:p>
      <w:pPr>
        <w:jc w:val="right"/>
      </w:pPr>
      <w:r>
        <w:t>بٹ اف یو سی</w:t>
      </w:r>
    </w:p>
    <w:p>
      <w:r>
        <w:rPr>
          <w:b/>
        </w:rPr>
        <w:t xml:space="preserve">[38:14] </w:t>
      </w:r>
      <w:r>
        <w:t>what, what the spirit of prophet at the time</w:t>
      </w:r>
    </w:p>
    <w:p>
      <w:pPr>
        <w:jc w:val="right"/>
      </w:pPr>
      <w:r>
        <w:t>واٹ، واٹ دا سپرٹ اف پرافٹ ایٹ دا ٹائم</w:t>
      </w:r>
    </w:p>
    <w:p>
      <w:r>
        <w:rPr>
          <w:b/>
        </w:rPr>
        <w:t xml:space="preserve">[38:21] </w:t>
      </w:r>
      <w:r>
        <w:t>? you know, i report says that at that crucial time, there was a exchange of message between prophet and god.</w:t>
      </w:r>
    </w:p>
    <w:p>
      <w:pPr>
        <w:jc w:val="right"/>
      </w:pPr>
      <w:r>
        <w:t>؟ یو نو، ائی رپورٹ سیز دیٹ ایٹ دیٹ کروشل ٹائم، دیر واز ا ایکسچینج اف میسج بٹوین پرافٹ اینڈ گاڈ۔</w:t>
      </w:r>
    </w:p>
    <w:p>
      <w:r>
        <w:rPr>
          <w:b/>
        </w:rPr>
        <w:t xml:space="preserve">[38:36] </w:t>
      </w:r>
      <w:r>
        <w:t>prophet send the message of peace, and god again responded it in terms of peace.</w:t>
      </w:r>
    </w:p>
    <w:p>
      <w:pPr>
        <w:jc w:val="right"/>
      </w:pPr>
      <w:r>
        <w:t>پرافٹ سینڈ دا میسج اف پیس، اینڈ گاڈ اگین ریسپانڈڈ اٹ ان ٹرم اف پیس۔</w:t>
      </w:r>
    </w:p>
    <w:p>
      <w:r>
        <w:rPr>
          <w:b/>
        </w:rPr>
        <w:t xml:space="preserve">[38:52] </w:t>
      </w:r>
      <w:r>
        <w:t>by taking this, you can say rightly that the prophet of Islam was making his next peace plan.</w:t>
      </w:r>
    </w:p>
    <w:p>
      <w:pPr>
        <w:jc w:val="right"/>
      </w:pPr>
      <w:r>
        <w:t>بائی ٹیکنگ دس، یو کین سے رائٹلی دیٹ دا پرافٹ اف اسلام واز میکنگ ہز نیکسٹ پیس پلان۔</w:t>
      </w:r>
    </w:p>
    <w:p>
      <w:r>
        <w:rPr>
          <w:b/>
        </w:rPr>
        <w:t xml:space="preserve">[39:05] </w:t>
      </w:r>
      <w:r>
        <w:t>and</w:t>
      </w:r>
    </w:p>
    <w:p>
      <w:pPr>
        <w:jc w:val="right"/>
      </w:pPr>
      <w:r>
        <w:t>اینڈ</w:t>
      </w:r>
    </w:p>
    <w:p>
      <w:r>
        <w:rPr>
          <w:b/>
        </w:rPr>
        <w:t xml:space="preserve">[39:08] </w:t>
      </w:r>
      <w:r>
        <w:t>the events and future events</w:t>
      </w:r>
    </w:p>
    <w:p>
      <w:pPr>
        <w:jc w:val="right"/>
      </w:pPr>
      <w:r>
        <w:t>دا ایونٹس اینڈ فیوچر ایونٹس</w:t>
      </w:r>
    </w:p>
    <w:p>
      <w:r>
        <w:rPr>
          <w:b/>
        </w:rPr>
        <w:t xml:space="preserve">[39:16] </w:t>
      </w:r>
      <w:r>
        <w:t>certify this, testify this</w:t>
      </w:r>
    </w:p>
    <w:p>
      <w:pPr>
        <w:jc w:val="right"/>
      </w:pPr>
      <w:r>
        <w:t>سرٹیفائی دس، ٹیسٹیفائی دس</w:t>
      </w:r>
    </w:p>
    <w:p>
      <w:r>
        <w:rPr>
          <w:b/>
        </w:rPr>
        <w:t xml:space="preserve">[39:20] </w:t>
      </w:r>
      <w:r>
        <w:t>. because after this battle, prophet engaged himself in establishing peace between the two parties.</w:t>
      </w:r>
    </w:p>
    <w:p>
      <w:pPr>
        <w:jc w:val="right"/>
      </w:pPr>
      <w:r>
        <w:t>۔ بیکاز افٹر دس بیٹل، پرافٹ انگیج ہم سیلف ان اسٹیبلشنگ پیس بٹوین دا ٹو پارٹی۔</w:t>
      </w:r>
    </w:p>
    <w:p>
      <w:r>
        <w:rPr>
          <w:b/>
        </w:rPr>
        <w:t xml:space="preserve">[39:35] </w:t>
      </w:r>
      <w:r>
        <w:t>and after some years, he was successful.</w:t>
      </w:r>
    </w:p>
    <w:p>
      <w:pPr>
        <w:jc w:val="right"/>
      </w:pPr>
      <w:r>
        <w:t>اینڈ افٹر سم ایئرز، ہی واز سکسیس فل۔</w:t>
      </w:r>
    </w:p>
    <w:p>
      <w:r>
        <w:rPr>
          <w:b/>
        </w:rPr>
        <w:t xml:space="preserve">[39:45] </w:t>
      </w:r>
      <w:r>
        <w:t>you know, in the early history of Islam, there was a historical, there was historical agreement between the prophet and his opponents.</w:t>
      </w:r>
    </w:p>
    <w:p>
      <w:pPr>
        <w:jc w:val="right"/>
      </w:pPr>
      <w:r>
        <w:t>یو نو، ان دا ارلی ہسٹری اف اسلام، دیر واز ا ہسٹوریکل، دیر واز ہسٹوریکل ایگریمنٹ بٹوین دا پرافٹ اینڈ ہز اپوننٹس۔</w:t>
      </w:r>
    </w:p>
    <w:p>
      <w:r>
        <w:rPr>
          <w:b/>
        </w:rPr>
        <w:t xml:space="preserve">[40:01] </w:t>
      </w:r>
      <w:r>
        <w:t>it is called in the history of Islam sulh al-hudaybiyyah. that is hudaybiyyah agreement</w:t>
      </w:r>
    </w:p>
    <w:p>
      <w:pPr>
        <w:jc w:val="right"/>
      </w:pPr>
      <w:r>
        <w:t>اٹ از کالڈ ان دا ہسٹری اف اسلام صلح الحدیبیہ۔ دیٹ از حدیبیہ ایگریمنٹ</w:t>
      </w:r>
    </w:p>
    <w:p>
      <w:r>
        <w:rPr>
          <w:b/>
        </w:rPr>
        <w:t xml:space="preserve">[40:13] </w:t>
      </w:r>
      <w:r>
        <w:t>. this agreement was in fact an agreement of peace.</w:t>
      </w:r>
    </w:p>
    <w:p>
      <w:pPr>
        <w:jc w:val="right"/>
      </w:pPr>
      <w:r>
        <w:t>۔ دس ایگریمنٹ واز ان فیکٹ این ایگریمنٹ اف پیس۔</w:t>
      </w:r>
    </w:p>
    <w:p>
      <w:r>
        <w:rPr>
          <w:b/>
        </w:rPr>
        <w:t xml:space="preserve">[40:23] </w:t>
      </w:r>
      <w:r>
        <w:t>in this agreement, it was mentioned, it was decided that up to ten years, there will be no war between the two parties.</w:t>
      </w:r>
    </w:p>
    <w:p>
      <w:pPr>
        <w:jc w:val="right"/>
      </w:pPr>
      <w:r>
        <w:t>ان دس ایگریمنٹ، اٹ واز مینشن، اٹ واز ڈیسائیڈڈ دیٹ اپ ٹو ٹین ایئرز، دیر ول بی نو وار بٹوین دا ٹو پارٹیز۔</w:t>
      </w:r>
    </w:p>
    <w:p>
      <w:r>
        <w:rPr>
          <w:b/>
        </w:rPr>
        <w:t xml:space="preserve">[40:44] </w:t>
      </w:r>
      <w:r>
        <w:t>although this agreement was a kind of unilateral agreement, one sided agreement.</w:t>
      </w:r>
    </w:p>
    <w:p>
      <w:pPr>
        <w:jc w:val="right"/>
      </w:pPr>
      <w:r>
        <w:t>الدو دس ایگریمنٹ واز ا کائنڈ اف یونی لیٹرل ایگریمنٹ، ون سائیڈڈ ایگریمنٹ۔</w:t>
      </w:r>
    </w:p>
    <w:p>
      <w:r>
        <w:rPr>
          <w:b/>
        </w:rPr>
        <w:t xml:space="preserve">[40:58] </w:t>
      </w:r>
      <w:r>
        <w:t>because other party rejected all the conditions of the prophet,</w:t>
      </w:r>
    </w:p>
    <w:p>
      <w:pPr>
        <w:jc w:val="right"/>
      </w:pPr>
      <w:r>
        <w:t>بیکاز ادر پارٹی ریجیکٹڈ ال دا کنڈیشنز اف دا پرافٹ،</w:t>
      </w:r>
    </w:p>
    <w:p>
      <w:r>
        <w:rPr>
          <w:b/>
        </w:rPr>
        <w:t xml:space="preserve">[41:08] </w:t>
      </w:r>
      <w:r>
        <w:t>and they compelled the prophet to accept their condition unilaterally.</w:t>
      </w:r>
    </w:p>
    <w:p>
      <w:pPr>
        <w:jc w:val="right"/>
      </w:pPr>
      <w:r>
        <w:t>اینڈ دے کمپلڈ دا پرافٹ ٹو ایکسیپٹ دیر کنڈیشن یونی لیٹرلی۔</w:t>
      </w:r>
    </w:p>
    <w:p>
      <w:r>
        <w:rPr>
          <w:b/>
        </w:rPr>
        <w:t xml:space="preserve">[41:15] </w:t>
      </w:r>
      <w:r>
        <w:t>so it was a one sided agreement. but the most important thing was that it was a ten years peace plan.</w:t>
      </w:r>
    </w:p>
    <w:p>
      <w:pPr>
        <w:jc w:val="right"/>
      </w:pPr>
      <w:r>
        <w:t>سو اٹ واز ا ون سائیڈڈ ایگریمنٹ۔ بٹ دا موسٹ امپورٹنٹ تھنگ واز دیٹ اٹ واز ا ٹین ایئرز پیس پلان۔</w:t>
      </w:r>
    </w:p>
    <w:p>
      <w:r>
        <w:rPr>
          <w:b/>
        </w:rPr>
        <w:t xml:space="preserve">[41:29] </w:t>
      </w:r>
      <w:r>
        <w:t>then what happened? when prophet finalized this peace treaty between the two parties?</w:t>
      </w:r>
    </w:p>
    <w:p>
      <w:pPr>
        <w:jc w:val="right"/>
      </w:pPr>
      <w:r>
        <w:t>دین واٹ ہیپن؟ وین پرافٹ فائنلائز دس پیس ٹریٹی بٹوین دا ٹو پارٹیز؟</w:t>
      </w:r>
    </w:p>
    <w:p>
      <w:r>
        <w:rPr>
          <w:b/>
        </w:rPr>
        <w:t xml:space="preserve">[41:41] </w:t>
      </w:r>
      <w:r>
        <w:t>although it was one sided agreement, but it was ten years no war pact. so at the time, prophet was received a revelation from god.</w:t>
      </w:r>
    </w:p>
    <w:p>
      <w:pPr>
        <w:jc w:val="right"/>
      </w:pPr>
      <w:r>
        <w:t>الدو اٹ واز ون سائیڈڈ ایگریمنٹ، بٹ اٹ واز ٹین ایئرز نو وار پیکٹ۔ سو ایٹ دا ٹائم، پرافٹ واز ریسیوڈ ا ریولیشن فرام گاڈ۔</w:t>
      </w:r>
    </w:p>
    <w:p>
      <w:r>
        <w:rPr>
          <w:b/>
        </w:rPr>
        <w:t xml:space="preserve">[42:01] </w:t>
      </w:r>
      <w:r>
        <w:t>it is chapter alfateh. chapter alfateh.</w:t>
      </w:r>
    </w:p>
    <w:p>
      <w:pPr>
        <w:jc w:val="right"/>
      </w:pPr>
      <w:r>
        <w:t>اٹ از چیپٹر الفتح۔ چیپٹر الفتح۔</w:t>
      </w:r>
    </w:p>
    <w:p>
      <w:r>
        <w:rPr>
          <w:b/>
        </w:rPr>
        <w:t xml:space="preserve">[42:10] </w:t>
      </w:r>
      <w:r>
        <w:t>the first verse of this chapter is "inna fatahna laka fat-han mubeena."</w:t>
      </w:r>
    </w:p>
    <w:p>
      <w:pPr>
        <w:jc w:val="right"/>
      </w:pPr>
      <w:r>
        <w:t>دا فرسٹ ورس اف دس چیپٹر از "انا فتحنا لک فتح مبینہ۔"</w:t>
      </w:r>
    </w:p>
    <w:p>
      <w:r>
        <w:rPr>
          <w:b/>
        </w:rPr>
        <w:t xml:space="preserve">[42:18] </w:t>
      </w:r>
      <w:r>
        <w:t>we gave you clear victory.</w:t>
      </w:r>
    </w:p>
    <w:p>
      <w:pPr>
        <w:jc w:val="right"/>
      </w:pPr>
      <w:r>
        <w:t>وی گیو یو کلیئر وکٹری۔</w:t>
      </w:r>
    </w:p>
    <w:p>
      <w:r>
        <w:rPr>
          <w:b/>
        </w:rPr>
        <w:t xml:space="preserve">[42:26] </w:t>
      </w:r>
      <w:r>
        <w:t>so hudaybiyyah agreement, although it was one sided agreement, but god declared that it is a clear victory.</w:t>
      </w:r>
    </w:p>
    <w:p>
      <w:pPr>
        <w:jc w:val="right"/>
      </w:pPr>
      <w:r>
        <w:t>سو حدیبیہ ایگریمنٹ، الدو اٹ واز ون سائیڈڈ ایگریمنٹ، بٹ گاڈ ڈیکلیئر دیٹ اٹ از ا کلیئر وکٹری۔</w:t>
      </w:r>
    </w:p>
    <w:p>
      <w:r>
        <w:rPr>
          <w:b/>
        </w:rPr>
        <w:t xml:space="preserve">[42:42] </w:t>
      </w:r>
      <w:r>
        <w:t>why? because although prophet was compelled to give so much price, but finally he was able to attain a no war pact.</w:t>
      </w:r>
    </w:p>
    <w:p>
      <w:pPr>
        <w:jc w:val="right"/>
      </w:pPr>
      <w:r>
        <w:t>وائی؟ بیکاز الدو پرافٹ واز کمپل ٹو گیو سو مچ پرائس، بٹ فائنلی ہی واز ایبل ٹو اٹین ا نو وار پیکٹ۔</w:t>
      </w:r>
    </w:p>
    <w:p>
      <w:r>
        <w:rPr>
          <w:b/>
        </w:rPr>
        <w:t xml:space="preserve">[43:00] </w:t>
      </w:r>
      <w:r>
        <w:t>no war pact means opening the opportunities</w:t>
      </w:r>
    </w:p>
    <w:p>
      <w:pPr>
        <w:jc w:val="right"/>
      </w:pPr>
      <w:r>
        <w:t>نو وار پیکٹ مینز اوپننگ دا اپرچونیٹیز</w:t>
      </w:r>
    </w:p>
    <w:p>
      <w:r>
        <w:rPr>
          <w:b/>
        </w:rPr>
        <w:t xml:space="preserve">[43:07] </w:t>
      </w:r>
      <w:r>
        <w:t>. so when quran says "inna fatahna laka fat-han mubeena," it means that this agreement</w:t>
      </w:r>
    </w:p>
    <w:p>
      <w:pPr>
        <w:jc w:val="right"/>
      </w:pPr>
      <w:r>
        <w:t>۔ سو وین قرآن سیز "انا فتحنا لک فتح مبینہ،" اٹ مینز دیٹ دس ایگریمنٹ</w:t>
      </w:r>
    </w:p>
    <w:p>
      <w:r>
        <w:rPr>
          <w:b/>
        </w:rPr>
        <w:t xml:space="preserve">[43:19] </w:t>
      </w:r>
      <w:r>
        <w:t>has opened all the doors of opportunities.</w:t>
      </w:r>
    </w:p>
    <w:p>
      <w:pPr>
        <w:jc w:val="right"/>
      </w:pPr>
      <w:r>
        <w:t>ہیز اوپنڈ ال دا ڈورز اف اپرچونیٹیز۔</w:t>
      </w:r>
    </w:p>
    <w:p>
      <w:r>
        <w:rPr>
          <w:b/>
        </w:rPr>
        <w:t xml:space="preserve">[43:26] </w:t>
      </w:r>
      <w:r>
        <w:t>here fat-h means not a political victory. here fat-h means opening the doors of opportunities.</w:t>
      </w:r>
    </w:p>
    <w:p>
      <w:pPr>
        <w:jc w:val="right"/>
      </w:pPr>
      <w:r>
        <w:t>ہیر فتح مینز ناٹ ا پولیٹیکل وکٹری۔ ہیر فتح مینز اوپننگ دا ڈورز اف اپرچونیٹیز۔</w:t>
      </w:r>
    </w:p>
    <w:p>
      <w:r>
        <w:rPr>
          <w:b/>
        </w:rPr>
        <w:t xml:space="preserve">[43:39] </w:t>
      </w:r>
      <w:r>
        <w:t>so according to the islam, war shuts all the doors of opportunities, and peace opens all the doors of opportunities.</w:t>
      </w:r>
    </w:p>
    <w:p>
      <w:pPr>
        <w:jc w:val="right"/>
      </w:pPr>
      <w:r>
        <w:t>سو اکارڈنگ ٹو دا اسلام، وار شرٹس ال دا ڈورز اف اپرچونیٹیز، اینڈ پیس اوپنز ال دا ڈورز اف اپرچونیٹیز۔</w:t>
      </w:r>
    </w:p>
    <w:p>
      <w:r>
        <w:rPr>
          <w:b/>
        </w:rPr>
        <w:t xml:space="preserve">[43:52] </w:t>
      </w:r>
      <w:r>
        <w:t>this happened at the time of hudaybiyyah agreement.</w:t>
      </w:r>
    </w:p>
    <w:p>
      <w:pPr>
        <w:jc w:val="right"/>
      </w:pPr>
      <w:r>
        <w:t>دس ہیپنڈ ایٹ دا ٹائم اف حدیبیہ ایگریمنٹ۔</w:t>
      </w:r>
    </w:p>
    <w:p>
      <w:r>
        <w:rPr>
          <w:b/>
        </w:rPr>
        <w:t xml:space="preserve">[43:58] </w:t>
      </w:r>
      <w:r>
        <w:t>so although it was not a victory in political terms.</w:t>
      </w:r>
    </w:p>
    <w:p>
      <w:pPr>
        <w:jc w:val="right"/>
      </w:pPr>
      <w:r>
        <w:t>سو الدو اٹ واز ناٹ ا وکٹری ان پولیٹیکل ٹرم۔</w:t>
      </w:r>
    </w:p>
    <w:p>
      <w:r>
        <w:rPr>
          <w:b/>
        </w:rPr>
        <w:t xml:space="preserve">[44:06] </w:t>
      </w:r>
      <w:r>
        <w:t>then why quran says "inna fatahna laka fat-han mubeena"? it is a clear victory for you. we gave you a clear victory.</w:t>
      </w:r>
    </w:p>
    <w:p>
      <w:pPr>
        <w:jc w:val="right"/>
      </w:pPr>
      <w:r>
        <w:t>دین وائی قرآن سیز "انا فتحنا لک فتح مبینہ"؟ اٹ از ا کلیئر وکٹری فار یو۔ وی گیو یو ا کلیئر وکٹری۔</w:t>
      </w:r>
    </w:p>
    <w:p>
      <w:r>
        <w:rPr>
          <w:b/>
        </w:rPr>
        <w:t xml:space="preserve">[44:16] </w:t>
      </w:r>
      <w:r>
        <w:t>so although it was not a victory in political terms. then why quran says that it is victory for you?</w:t>
      </w:r>
    </w:p>
    <w:p>
      <w:pPr>
        <w:jc w:val="right"/>
      </w:pPr>
      <w:r>
        <w:t>سو الدو اٹ واز ناٹ ا وکٹری ان پولیٹیکل ٹرم۔ دین وائی قرآن سیز دیٹ اٹ از وکٹری فار یو؟</w:t>
      </w:r>
    </w:p>
    <w:p>
      <w:r>
        <w:rPr>
          <w:b/>
        </w:rPr>
        <w:t xml:space="preserve">[44:25] </w:t>
      </w:r>
      <w:r>
        <w:t>the reason is only one, that is this agreement has opened all the doors of opportunity.</w:t>
      </w:r>
    </w:p>
    <w:p>
      <w:pPr>
        <w:jc w:val="right"/>
      </w:pPr>
      <w:r>
        <w:t>دا ریزن از اونلی ون، دیٹ از دس ایگریمنٹ ہیز اوپنڈ ال دا ڈورز اف اپرچونیٹی۔</w:t>
      </w:r>
    </w:p>
    <w:p>
      <w:r>
        <w:rPr>
          <w:b/>
        </w:rPr>
        <w:t xml:space="preserve">[44:35] </w:t>
      </w:r>
      <w:r>
        <w:t>opportunity of dawah work. so you know, after this agreement, the work began in a very large scale.</w:t>
      </w:r>
    </w:p>
    <w:p>
      <w:pPr>
        <w:jc w:val="right"/>
      </w:pPr>
      <w:r>
        <w:t>اپرچونیٹی اف داوا ورک۔ سو یو نو، افٹر دس ایگریمنٹ، دا ورک بیگن ان ا ویری لارج سکیل۔</w:t>
      </w:r>
    </w:p>
    <w:p>
      <w:r>
        <w:rPr>
          <w:b/>
        </w:rPr>
        <w:t xml:space="preserve">[44:50] </w:t>
      </w:r>
      <w:r>
        <w:t>people began embracing islam.</w:t>
      </w:r>
    </w:p>
    <w:p>
      <w:pPr>
        <w:jc w:val="right"/>
      </w:pPr>
      <w:r>
        <w:t>پیپل بیگن ایمبریسنگ اسلام۔</w:t>
      </w:r>
    </w:p>
    <w:p>
      <w:r>
        <w:rPr>
          <w:b/>
        </w:rPr>
        <w:t xml:space="preserve">[44:56] </w:t>
      </w:r>
      <w:r>
        <w:t>and you know, at the time of agreement, there were 114 companions with the prophet.</w:t>
      </w:r>
    </w:p>
    <w:p>
      <w:pPr>
        <w:jc w:val="right"/>
      </w:pPr>
      <w:r>
        <w:t>اینڈ یو نو، ایٹ دا ٹائم اف ایگریمنٹ، دیر وار 114 کمپینینز ود دا پرافٹ۔</w:t>
      </w:r>
    </w:p>
    <w:p>
      <w:r>
        <w:rPr>
          <w:b/>
        </w:rPr>
        <w:t xml:space="preserve">[45:04] </w:t>
      </w:r>
      <w:r>
        <w:t>but within two years, the number of prophet increased, and they became ten thousand in number</w:t>
      </w:r>
    </w:p>
    <w:p>
      <w:pPr>
        <w:jc w:val="right"/>
      </w:pPr>
      <w:r>
        <w:t>بٹ ود ان ٹو ایئرز، دا نمبر اف پرافٹ انکریز، اینڈ دے بیکم ٹین تھا ان نمبر</w:t>
      </w:r>
    </w:p>
    <w:p>
      <w:r>
        <w:rPr>
          <w:b/>
        </w:rPr>
        <w:t xml:space="preserve">[45:21] </w:t>
      </w:r>
      <w:r>
        <w:t>. at the time of agreement, they were simply 114. and after, and within two, within two years, their numbers increased up to ten thousand companions.</w:t>
      </w:r>
    </w:p>
    <w:p>
      <w:pPr>
        <w:jc w:val="right"/>
      </w:pPr>
      <w:r>
        <w:t>۔ ایٹ دا ٹائم اف ایگریمنٹ، دے ویر سمپلی 114۔ اینڈ افٹر، اینڈ ود ان ٹو، ود ان ٹو ایئرز، دیر نمبرز انکریز اپ ٹو ٹین تھا کمپینینز۔</w:t>
      </w:r>
    </w:p>
    <w:p>
      <w:r>
        <w:rPr>
          <w:b/>
        </w:rPr>
        <w:t xml:space="preserve">[45:41] </w:t>
      </w:r>
      <w:r>
        <w:t>this in this sense, it was victory, not in political terms. there was no political victory at all.</w:t>
      </w:r>
    </w:p>
    <w:p>
      <w:pPr>
        <w:jc w:val="right"/>
      </w:pPr>
      <w:r>
        <w:t>دس ان دس سینس، اٹ واز وکٹری، ناٹ ان پولیٹیکل ٹرم۔ دیر واز نو پولیٹیکل وکٹری ایٹ ال۔</w:t>
      </w:r>
    </w:p>
    <w:p>
      <w:r>
        <w:rPr>
          <w:b/>
        </w:rPr>
        <w:t xml:space="preserve">[45:51] </w:t>
      </w:r>
      <w:r>
        <w:t>you can see the books, you can see the history. at the time of hudaybiyyah agreement, there was no political victory.</w:t>
      </w:r>
    </w:p>
    <w:p>
      <w:pPr>
        <w:jc w:val="right"/>
      </w:pPr>
      <w:r>
        <w:t>یو کین سی دا بکس، یو کین سی دا ہسٹری۔ ایٹ دا ٹائم اف حدیبیہ ایگریمنٹ، دیر واز نو پولیٹیکل وکٹری۔</w:t>
      </w:r>
    </w:p>
    <w:p>
      <w:r>
        <w:rPr>
          <w:b/>
        </w:rPr>
        <w:t xml:space="preserve">[46:01] </w:t>
      </w:r>
      <w:r>
        <w:t>There was no military victory. There was no any kind of material victory.</w:t>
      </w:r>
    </w:p>
    <w:p>
      <w:pPr>
        <w:jc w:val="right"/>
      </w:pPr>
      <w:r>
        <w:t>دیر واز نو ملٹری وکٹری۔ دیر واز نو اینی کائنڈ اف مٹیریل وکٹری۔</w:t>
      </w:r>
    </w:p>
    <w:p>
      <w:r>
        <w:rPr>
          <w:b/>
        </w:rPr>
        <w:t xml:space="preserve">[46:10] </w:t>
      </w:r>
      <w:r>
        <w:t>The victory was in the sense that it opened the door of the work.</w:t>
      </w:r>
    </w:p>
    <w:p>
      <w:pPr>
        <w:jc w:val="right"/>
      </w:pPr>
      <w:r>
        <w:t>دا وکٹری واز ان دا سینس دیٹ اٹ اوپنڈ دا ڈور اف داوا ورک۔</w:t>
      </w:r>
    </w:p>
    <w:p>
      <w:r>
        <w:rPr>
          <w:b/>
        </w:rPr>
        <w:t xml:space="preserve">[46:19] </w:t>
      </w:r>
      <w:r>
        <w:t>So the work is the opening the door of the work was victory. Very very important point.</w:t>
      </w:r>
    </w:p>
    <w:p>
      <w:pPr>
        <w:jc w:val="right"/>
      </w:pPr>
      <w:r>
        <w:t>سو دا ورک از دا اوپننگ دا ڈور اف دا ورک واز وکٹری۔ ویری ویری امپورٹنٹ پوائنٹ۔</w:t>
      </w:r>
    </w:p>
    <w:p>
      <w:r>
        <w:rPr>
          <w:b/>
        </w:rPr>
        <w:t xml:space="preserve">[46:28] </w:t>
      </w:r>
      <w:r>
        <w:t>nowadays, people generally</w:t>
      </w:r>
    </w:p>
    <w:p>
      <w:pPr>
        <w:jc w:val="right"/>
      </w:pPr>
      <w:r>
        <w:t>ناو ڈیز، پیپل جنرلی</w:t>
      </w:r>
    </w:p>
    <w:p>
      <w:r>
        <w:rPr>
          <w:b/>
        </w:rPr>
        <w:t xml:space="preserve">[46:33] </w:t>
      </w:r>
      <w:r>
        <w:t>have categorized peace into terms. They say negative peace and positive peace. According to my analysis, is wrong.</w:t>
      </w:r>
    </w:p>
    <w:p>
      <w:pPr>
        <w:jc w:val="right"/>
      </w:pPr>
      <w:r>
        <w:t>ہیو کیٹگرائز پیس ان ٹو ٹرمز۔ دے سے نیگیٹیو پیس اینڈ پوزیٹیو پیس۔ اکارڈنگ ٹو مائی ایلسس، از رونگ۔</w:t>
      </w:r>
    </w:p>
    <w:p>
      <w:r>
        <w:rPr>
          <w:b/>
        </w:rPr>
        <w:t xml:space="preserve">[46:47] </w:t>
      </w:r>
      <w:r>
        <w:t>Why they have divided peace into these two terms? There's no negative peace. Every peace is positive peace.</w:t>
      </w:r>
    </w:p>
    <w:p>
      <w:pPr>
        <w:jc w:val="right"/>
      </w:pPr>
      <w:r>
        <w:t>وائی دے ہیو ڈیوائیڈڈ پیس انٹو دس ٹو ٹرمز؟ دیر نو نیگیٹیو پیس۔ ایوری پیس از پوزیٹیو پیس۔</w:t>
      </w:r>
    </w:p>
    <w:p>
      <w:r>
        <w:rPr>
          <w:b/>
        </w:rPr>
        <w:t xml:space="preserve">[46:59] </w:t>
      </w:r>
      <w:r>
        <w:t>This term is completely wrong. Why? It is due to a wrong obsession.</w:t>
      </w:r>
    </w:p>
    <w:p>
      <w:pPr>
        <w:jc w:val="right"/>
      </w:pPr>
      <w:r>
        <w:t>دس ٹرم از کمپلیٹلی رونگ۔ وائی؟ اٹ از ڈیو ٹو ا رونگ اوبسیشن۔</w:t>
      </w:r>
    </w:p>
    <w:p>
      <w:r>
        <w:rPr>
          <w:b/>
        </w:rPr>
        <w:t xml:space="preserve">[47:13] </w:t>
      </w:r>
      <w:r>
        <w:t>People generally say that we want peace, but peace with justice. Without justice, peace is nothing according to their thinking.</w:t>
      </w:r>
    </w:p>
    <w:p>
      <w:pPr>
        <w:jc w:val="right"/>
      </w:pPr>
      <w:r>
        <w:t>پیپل جنرلی سے دیٹ وی وانٹ پیس، بٹ پیس ود جسٹس۔ وداؤٹ جسٹس، پیس از نتھنگ اکارڈنگ ٹو دیر تھنکنگ۔</w:t>
      </w:r>
    </w:p>
    <w:p>
      <w:r>
        <w:rPr>
          <w:b/>
        </w:rPr>
        <w:t xml:space="preserve">[47:27] </w:t>
      </w:r>
      <w:r>
        <w:t>so they say that those people who are engaged in violence and war, they say as we want peace.</w:t>
      </w:r>
    </w:p>
    <w:p>
      <w:pPr>
        <w:jc w:val="right"/>
      </w:pPr>
      <w:r>
        <w:t>سو دے سے دیٹ دوز پیپل ہو ار انگیج ان وائلنس اینڈ وار، دے سے ایس وی وانٹ پیس۔</w:t>
      </w:r>
    </w:p>
    <w:p>
      <w:r>
        <w:rPr>
          <w:b/>
        </w:rPr>
        <w:t xml:space="preserve">[47:39] </w:t>
      </w:r>
      <w:r>
        <w:t>we want peace, but peace with justice.</w:t>
      </w:r>
    </w:p>
    <w:p>
      <w:pPr>
        <w:jc w:val="right"/>
      </w:pPr>
      <w:r>
        <w:t>وی وانٹ پیس، بٹ پیس ود جسٹس۔</w:t>
      </w:r>
    </w:p>
    <w:p>
      <w:r>
        <w:rPr>
          <w:b/>
        </w:rPr>
        <w:t xml:space="preserve">[47:44] </w:t>
      </w:r>
      <w:r>
        <w:t>you will give us justice, and we will give peace.</w:t>
      </w:r>
    </w:p>
    <w:p>
      <w:pPr>
        <w:jc w:val="right"/>
      </w:pPr>
      <w:r>
        <w:t>یو ول گیو اس جسٹس، اینڈ وی ول گیو پیس۔</w:t>
      </w:r>
    </w:p>
    <w:p>
      <w:r>
        <w:rPr>
          <w:b/>
        </w:rPr>
        <w:t xml:space="preserve">[47:51] </w:t>
      </w:r>
      <w:r>
        <w:t>wrong because justice is not a part of peace.</w:t>
      </w:r>
    </w:p>
    <w:p>
      <w:pPr>
        <w:jc w:val="right"/>
      </w:pPr>
      <w:r>
        <w:t>رونگ بیکاز جسٹس از ناٹ ا پارٹ اف پیس۔</w:t>
      </w:r>
    </w:p>
    <w:p>
      <w:r>
        <w:rPr>
          <w:b/>
        </w:rPr>
        <w:t xml:space="preserve">[47:59] </w:t>
      </w:r>
      <w:r>
        <w:t>no, justice is not a part of peace. peace cannot give you justice.</w:t>
      </w:r>
    </w:p>
    <w:p>
      <w:pPr>
        <w:jc w:val="right"/>
      </w:pPr>
      <w:r>
        <w:t>نو، جسٹس از ناٹ ا پارٹ اف پیس۔ پیس کناٹ گیو یو جسٹس۔</w:t>
      </w:r>
    </w:p>
    <w:p>
      <w:r>
        <w:rPr>
          <w:b/>
        </w:rPr>
        <w:t xml:space="preserve">[48:10] </w:t>
      </w:r>
      <w:r>
        <w:t>Peace only gives you opportunity.</w:t>
      </w:r>
    </w:p>
    <w:p>
      <w:pPr>
        <w:jc w:val="right"/>
      </w:pPr>
      <w:r>
        <w:t>پیس اونلی گیوز یو اپرچونیٹی۔</w:t>
      </w:r>
    </w:p>
    <w:p>
      <w:r>
        <w:rPr>
          <w:b/>
        </w:rPr>
        <w:t xml:space="preserve">[48:19] </w:t>
      </w:r>
      <w:r>
        <w:t>So peace with opportunity is correct. Peace with justice is not correct because peace has nothing to do with justice.</w:t>
      </w:r>
    </w:p>
    <w:p>
      <w:pPr>
        <w:jc w:val="right"/>
      </w:pPr>
      <w:r>
        <w:t>سو پیس ود اپرچونیٹی از کریکٹ۔ پیس ود جسٹس از ناٹ کریکٹ بیکاز پیس ہیز نتھنگ ٹو ڈو ود جسٹس۔</w:t>
      </w:r>
    </w:p>
    <w:p>
      <w:r>
        <w:rPr>
          <w:b/>
        </w:rPr>
        <w:t xml:space="preserve">[48:32] </w:t>
      </w:r>
      <w:r>
        <w:t>justice is result of your own effort, not the result of peace. any peace cannot give justice.</w:t>
      </w:r>
    </w:p>
    <w:p>
      <w:pPr>
        <w:jc w:val="right"/>
      </w:pPr>
      <w:r>
        <w:t>جسٹس از رزلٹ اف یور اون ایفرٹ، ناٹ دی رزلٹ اف پیس۔ اینی پیس کناٹ گیو جسٹس۔</w:t>
      </w:r>
    </w:p>
    <w:p>
      <w:r>
        <w:rPr>
          <w:b/>
        </w:rPr>
        <w:t xml:space="preserve">[48:43] </w:t>
      </w:r>
      <w:r>
        <w:t>no,</w:t>
      </w:r>
    </w:p>
    <w:p>
      <w:pPr>
        <w:jc w:val="right"/>
      </w:pPr>
      <w:r>
        <w:t>نو،</w:t>
      </w:r>
    </w:p>
    <w:p>
      <w:r>
        <w:rPr>
          <w:b/>
        </w:rPr>
        <w:t xml:space="preserve">[48:44] </w:t>
      </w:r>
      <w:r>
        <w:t>you can attain justice only through your own effort, through your own struggle. so justice is result of your own struggle.</w:t>
      </w:r>
    </w:p>
    <w:p>
      <w:pPr>
        <w:jc w:val="right"/>
      </w:pPr>
      <w:r>
        <w:t>یو کین اٹین جسٹس اونلی تھرو یور اون ایفرٹ، تھرو یور اون سٹرگل۔ سو جسٹس از رزلٹ اف یور اون سٹرگل۔</w:t>
      </w:r>
    </w:p>
    <w:p>
      <w:r>
        <w:rPr>
          <w:b/>
        </w:rPr>
        <w:t xml:space="preserve">[48:57] </w:t>
      </w:r>
      <w:r>
        <w:t>justice is not result of peace. peace gives you only opportunities. by availing those opportunities, you can attain justice.</w:t>
      </w:r>
    </w:p>
    <w:p>
      <w:pPr>
        <w:jc w:val="right"/>
      </w:pPr>
      <w:r>
        <w:t>جسٹس از ناٹ رزلٹ اف پیس۔ پیس گیوز یو اونلی اپرچونیٹیز۔ بائی اویلنگ دوز اپرچونیٹیز، یو کین اٹین جسٹس۔</w:t>
      </w:r>
    </w:p>
    <w:p>
      <w:r>
        <w:rPr>
          <w:b/>
        </w:rPr>
        <w:t xml:space="preserve">[49:13] </w:t>
      </w:r>
      <w:r>
        <w:t>This is the natural formula. So those people who say that who divide peace into two category: negative peace and positive peace.</w:t>
      </w:r>
    </w:p>
    <w:p>
      <w:pPr>
        <w:jc w:val="right"/>
      </w:pPr>
      <w:r>
        <w:t>دس از دا نیچرل فارمولا۔ سو دوز پیپل ہو سی دیٹ ہو ڈیوائیڈ پیس انٹو ٹو کیٹگری: نیگیٹیو پیس اینڈ پوزیٹیو پیس۔</w:t>
      </w:r>
    </w:p>
    <w:p>
      <w:r>
        <w:rPr>
          <w:b/>
        </w:rPr>
        <w:t xml:space="preserve">[49:26] </w:t>
      </w:r>
      <w:r>
        <w:t>wrong, completely wrong. there no such thing as negative peace. peace is always positive.</w:t>
      </w:r>
    </w:p>
    <w:p>
      <w:pPr>
        <w:jc w:val="right"/>
      </w:pPr>
      <w:r>
        <w:t>رونگ، کمپلیٹلی رونگ۔ دیر نو سچ تھنگ ایز نیگیٹیو پیس۔ پیس از الویز پوزیٹیو۔</w:t>
      </w:r>
    </w:p>
    <w:p>
      <w:r>
        <w:rPr>
          <w:b/>
        </w:rPr>
        <w:t xml:space="preserve">[49:37] </w:t>
      </w:r>
      <w:r>
        <w:t>peace is always positive,</w:t>
      </w:r>
    </w:p>
    <w:p>
      <w:pPr>
        <w:jc w:val="right"/>
      </w:pPr>
      <w:r>
        <w:t>پیس از الویز پوزیٹیو،</w:t>
      </w:r>
    </w:p>
    <w:p>
      <w:r>
        <w:rPr>
          <w:b/>
        </w:rPr>
        <w:t xml:space="preserve">[49:41] </w:t>
      </w:r>
      <w:r>
        <w:t>but you, but you wrongly bracket justice with peace. so you are facing this problem.</w:t>
      </w:r>
    </w:p>
    <w:p>
      <w:pPr>
        <w:jc w:val="right"/>
      </w:pPr>
      <w:r>
        <w:t>بٹ یو، بٹ یو رونگلی بریکٹ جسٹس ود پیس۔ سو یو ار فیسنگ دس پرابلم۔</w:t>
      </w:r>
    </w:p>
    <w:p>
      <w:r>
        <w:rPr>
          <w:b/>
        </w:rPr>
        <w:t xml:space="preserve">[49:52] </w:t>
      </w:r>
      <w:r>
        <w:t>This bracket is itself is wrong.</w:t>
      </w:r>
    </w:p>
    <w:p>
      <w:pPr>
        <w:jc w:val="right"/>
      </w:pPr>
      <w:r>
        <w:t>دس بریکٹ از اٹ سیلف از رونگ۔</w:t>
      </w:r>
    </w:p>
    <w:p>
      <w:r>
        <w:rPr>
          <w:b/>
        </w:rPr>
        <w:t xml:space="preserve">[49:58] </w:t>
      </w:r>
      <w:r>
        <w:t>So there is no negative peace. Peace is always positive. Why?</w:t>
      </w:r>
    </w:p>
    <w:p>
      <w:pPr>
        <w:jc w:val="right"/>
      </w:pPr>
      <w:r>
        <w:t>سو دیر از نو نیگیٹیو پیس۔ پیس از الویز پوزیٹیو۔ وائی؟</w:t>
      </w:r>
    </w:p>
    <w:p>
      <w:r>
        <w:rPr>
          <w:b/>
        </w:rPr>
        <w:t xml:space="preserve">[50:06] </w:t>
      </w:r>
      <w:r>
        <w:t>because peace cannot give you justice. Peace gives you only opportunity.</w:t>
      </w:r>
    </w:p>
    <w:p>
      <w:pPr>
        <w:jc w:val="right"/>
      </w:pPr>
      <w:r>
        <w:t>بیکاز پیس کناٹ گیو یو جسٹس۔ پیس گیوز یو اونلی اپرچونیٹی۔</w:t>
      </w:r>
    </w:p>
    <w:p>
      <w:r>
        <w:rPr>
          <w:b/>
        </w:rPr>
        <w:t xml:space="preserve">[50:20] </w:t>
      </w:r>
      <w:r>
        <w:t>You have to avail those opportunities, and after availing these opportunities, you can attain your, you can achieve your right, you can achieve justice, you can achieve everything.</w:t>
      </w:r>
    </w:p>
    <w:p>
      <w:pPr>
        <w:jc w:val="right"/>
      </w:pPr>
      <w:r>
        <w:t>یو ہیو ٹو اویل دوز اپرچونیٹی، اینڈ افٹر اویلنگ دس اپرچونیٹی، یو کین اٹین یور، یو کین اچیو یور رائٹ، یو کین اچیو جسٹس، یو کین اچیو ایوری تھنگ۔</w:t>
      </w:r>
    </w:p>
    <w:p>
      <w:r>
        <w:rPr>
          <w:b/>
        </w:rPr>
        <w:t xml:space="preserve">[50:38] </w:t>
      </w:r>
      <w:r>
        <w:t>So all other things are result of your own struggle, rather than part of peace. Very important.</w:t>
      </w:r>
    </w:p>
    <w:p>
      <w:pPr>
        <w:jc w:val="right"/>
      </w:pPr>
      <w:r>
        <w:t>سو ال ادر تھنگز ار رزلٹ اف یور اون سٹرگل، رادر دین پارٹ اف پیس۔ ویری امپورٹنٹ۔</w:t>
      </w:r>
    </w:p>
    <w:p>
      <w:r>
        <w:rPr>
          <w:b/>
        </w:rPr>
        <w:t xml:space="preserve">[50:51] </w:t>
      </w:r>
      <w:r>
        <w:t>By stating the life of the Prophet of Islam, I have</w:t>
      </w:r>
    </w:p>
    <w:p>
      <w:pPr>
        <w:jc w:val="right"/>
      </w:pPr>
      <w:r>
        <w:t>بائی سٹیٹنگ دا لائف اف دا پرافٹ اف اسلام، ائی ہیو</w:t>
      </w:r>
    </w:p>
    <w:p>
      <w:r>
        <w:rPr>
          <w:b/>
        </w:rPr>
        <w:t xml:space="preserve">[50:59] </w:t>
      </w:r>
      <w:r>
        <w:t>learned a very important formula.</w:t>
      </w:r>
    </w:p>
    <w:p>
      <w:pPr>
        <w:jc w:val="right"/>
      </w:pPr>
      <w:r>
        <w:t>لرنڈ ا ویری امپورٹنٹ فارمولا۔</w:t>
      </w:r>
    </w:p>
    <w:p>
      <w:r>
        <w:rPr>
          <w:b/>
        </w:rPr>
        <w:t xml:space="preserve">[51:05] </w:t>
      </w:r>
      <w:r>
        <w:t>In my verse, Prophet of Islam was</w:t>
      </w:r>
    </w:p>
    <w:p>
      <w:pPr>
        <w:jc w:val="right"/>
      </w:pPr>
      <w:r>
        <w:t>ان مائی ورس، پرافٹ اف اسلام واز</w:t>
      </w:r>
    </w:p>
    <w:p>
      <w:r>
        <w:rPr>
          <w:b/>
        </w:rPr>
        <w:t xml:space="preserve">[51:11] </w:t>
      </w:r>
      <w:r>
        <w:t>greatest status quo of the history, but his status quo was positive status quo.</w:t>
      </w:r>
    </w:p>
    <w:p>
      <w:pPr>
        <w:jc w:val="right"/>
      </w:pPr>
      <w:r>
        <w:t>گریٹسٹ اسٹیٹس کوئسٹ اف دا ہسٹری، بٹ ہز اسٹیٹس کوئسٹ واز پوزیٹیو اسٹیٹس کوئسٹ۔</w:t>
      </w:r>
    </w:p>
    <w:p>
      <w:r>
        <w:rPr>
          <w:b/>
        </w:rPr>
        <w:t xml:space="preserve">[51:24] </w:t>
      </w:r>
      <w:r>
        <w:t>He was not simply status quo. He was, his formula was positive status quo.</w:t>
      </w:r>
    </w:p>
    <w:p>
      <w:pPr>
        <w:jc w:val="right"/>
      </w:pPr>
      <w:r>
        <w:t>ہی واز ناٹ سمپلی اسٹیٹس کوئسٹ۔ ہی واز، ہز فارمولا واز پوزیٹیو اسٹیٹس کوئسٹ۔</w:t>
      </w:r>
    </w:p>
    <w:p>
      <w:r>
        <w:rPr>
          <w:b/>
        </w:rPr>
        <w:t xml:space="preserve">[51:34] </w:t>
      </w:r>
      <w:r>
        <w:t>What it means? It means that accept the status quo and avail the opportunities. This was his formula.</w:t>
      </w:r>
    </w:p>
    <w:p>
      <w:pPr>
        <w:jc w:val="right"/>
      </w:pPr>
      <w:r>
        <w:t>واٹ اٹ مینز؟ اٹ مینز دیٹ ایکسیپٹ دی اسٹیٹس کو اینڈ اویل دا اپرچونیٹیز۔ دس واز ہز فارمولا۔</w:t>
      </w:r>
    </w:p>
    <w:p>
      <w:r>
        <w:rPr>
          <w:b/>
        </w:rPr>
        <w:t xml:space="preserve">[51:45] </w:t>
      </w:r>
      <w:r>
        <w:t>In every situation, there are some problems, but at the same time, there are some opportunities. This is law of nature.</w:t>
      </w:r>
    </w:p>
    <w:p>
      <w:pPr>
        <w:jc w:val="right"/>
      </w:pPr>
      <w:r>
        <w:t>ان ایوری سچویشن، دیر ار سم پرابلم، بٹ ایٹ دا سیم ٹائم، دیر ار سم اپرچونیٹیز۔ دس از لاء اف نیچر۔</w:t>
      </w:r>
    </w:p>
    <w:p>
      <w:r>
        <w:rPr>
          <w:b/>
        </w:rPr>
        <w:t xml:space="preserve">[51:58] </w:t>
      </w:r>
      <w:r>
        <w:t>This is law of nature that in every situation, in every time, in every circumstances,</w:t>
      </w:r>
    </w:p>
    <w:p>
      <w:pPr>
        <w:jc w:val="right"/>
      </w:pPr>
      <w:r>
        <w:t>دس از لاء اف نیچر دیٹ ان ایوری سچویشن، ان ایوری ٹائم، ان ایوری سرکمسٹنسز،</w:t>
      </w:r>
    </w:p>
    <w:p>
      <w:r>
        <w:rPr>
          <w:b/>
        </w:rPr>
        <w:t xml:space="preserve">[52:08] </w:t>
      </w:r>
      <w:r>
        <w:t>if there are some problems, at the same time, there are opportunities. So you have to ignore the problems, and you have to avail the opportunities.</w:t>
      </w:r>
    </w:p>
    <w:p>
      <w:pPr>
        <w:jc w:val="right"/>
      </w:pPr>
      <w:r>
        <w:t>اف دیر ار سم پرابلمز، ایٹ دا سیم ٹائم، دیر ار اپرچونیٹیز۔ سو یو ہیو ٹو اگنور دا پرابلمز، اینڈ یو ہیو ٹو اویل دا اپرچونیٹیز۔</w:t>
      </w:r>
    </w:p>
    <w:p>
      <w:r>
        <w:rPr>
          <w:b/>
        </w:rPr>
        <w:t xml:space="preserve">[52:19] </w:t>
      </w:r>
      <w:r>
        <w:t>This is positive status quo.</w:t>
      </w:r>
    </w:p>
    <w:p>
      <w:pPr>
        <w:jc w:val="right"/>
      </w:pPr>
      <w:r>
        <w:t>دس از پوزیٹیو اسٹیٹس کوئسٹ۔</w:t>
      </w:r>
    </w:p>
    <w:p>
      <w:r>
        <w:rPr>
          <w:b/>
        </w:rPr>
        <w:t xml:space="preserve">[52:24] </w:t>
      </w:r>
      <w:r>
        <w:t>Accept the status quo. Ignoring the problems means accepting the status quo.</w:t>
      </w:r>
    </w:p>
    <w:p>
      <w:pPr>
        <w:jc w:val="right"/>
      </w:pPr>
      <w:r>
        <w:t>ایکسیپٹ دی اسٹیٹس کو۔ اگنورنگ دا پرابلم مینز ایکسیپٹنگ دی اسٹیٹس کو۔</w:t>
      </w:r>
    </w:p>
    <w:p>
      <w:r>
        <w:rPr>
          <w:b/>
        </w:rPr>
        <w:t xml:space="preserve">[52:36] </w:t>
      </w:r>
      <w:r>
        <w:t>So accept the status quo and avail the opportunities present in the same situation.</w:t>
      </w:r>
    </w:p>
    <w:p>
      <w:pPr>
        <w:jc w:val="right"/>
      </w:pPr>
      <w:r>
        <w:t>سو ایکسیپٹ دی اسٹیٹس کو اینڈ اویل دا اپرچونیٹیز پریزنٹ ان دا سیم سچویشن۔</w:t>
      </w:r>
    </w:p>
    <w:p>
      <w:r>
        <w:rPr>
          <w:b/>
        </w:rPr>
        <w:t xml:space="preserve">[52:45] </w:t>
      </w:r>
      <w:r>
        <w:t>This is the prophetic formula, and this is. You can give a term it as positive status quo.</w:t>
      </w:r>
    </w:p>
    <w:p>
      <w:pPr>
        <w:jc w:val="right"/>
      </w:pPr>
      <w:r>
        <w:t>دس از دا پرافٹک فارمولا، اینڈ دس از۔ یو کین گیو ا ٹرم اٹ ایز پوزیٹیو اسٹیٹس کوئسٹ۔</w:t>
      </w:r>
    </w:p>
    <w:p>
      <w:r>
        <w:rPr>
          <w:b/>
        </w:rPr>
        <w:t xml:space="preserve">[53:01] </w:t>
      </w:r>
      <w:r>
        <w:t>The Prophet adopted this formula everywhere in Mecca and Medina, both</w:t>
      </w:r>
    </w:p>
    <w:p>
      <w:pPr>
        <w:jc w:val="right"/>
      </w:pPr>
      <w:r>
        <w:t>دا پرافٹ اڈاپٹڈ دس فارمولا ایوری ویر ان مکہ اینڈ مدینہ، بوتھ</w:t>
      </w:r>
    </w:p>
    <w:p>
      <w:r>
        <w:rPr>
          <w:b/>
        </w:rPr>
        <w:t xml:space="preserve">[53:12] </w:t>
      </w:r>
      <w:r>
        <w:t>. For example, when he was in Mecca, there were 360 idols placed in Kaaba, in the premises of Kaaba.</w:t>
      </w:r>
    </w:p>
    <w:p>
      <w:pPr>
        <w:jc w:val="right"/>
      </w:pPr>
      <w:r>
        <w:t>۔ فار ایگزیمپل، وین ہی واز ان مکہ، دیر ویر 360 ائڈلز پلیسڈ ان کعبہ، ان دا پریمسز اف کعبہ۔</w:t>
      </w:r>
    </w:p>
    <w:p>
      <w:r>
        <w:rPr>
          <w:b/>
        </w:rPr>
        <w:t xml:space="preserve">[53:26] </w:t>
      </w:r>
      <w:r>
        <w:t>360. It was status quo.</w:t>
      </w:r>
    </w:p>
    <w:p>
      <w:pPr>
        <w:jc w:val="right"/>
      </w:pPr>
      <w:r>
        <w:t>360۔ اٹ واز اسٹیٹس کو۔</w:t>
      </w:r>
    </w:p>
    <w:p>
      <w:r>
        <w:rPr>
          <w:b/>
        </w:rPr>
        <w:t xml:space="preserve">[53:31] </w:t>
      </w:r>
      <w:r>
        <w:t>The status quo, the status quo was quite unpleasant because Kaaba was built for Tawheed, for worship, but at the time,</w:t>
      </w:r>
    </w:p>
    <w:p>
      <w:pPr>
        <w:jc w:val="right"/>
      </w:pPr>
      <w:r>
        <w:t>دی اسٹیٹس کو، دی اسٹیٹس کو واز کوائٹ ان پلیزنٹ بیکاز کعبہ واز بلٹ فار توحید، فار عبادت، بٹ ایٹ دا ٹائم،</w:t>
      </w:r>
    </w:p>
    <w:p>
      <w:r>
        <w:rPr>
          <w:b/>
        </w:rPr>
        <w:t xml:space="preserve">[53:51] </w:t>
      </w:r>
      <w:r>
        <w:t>it was place of idols.</w:t>
      </w:r>
    </w:p>
    <w:p>
      <w:pPr>
        <w:jc w:val="right"/>
      </w:pPr>
      <w:r>
        <w:t>اٹ واز پلیس اف ائڈلز۔</w:t>
      </w:r>
    </w:p>
    <w:p>
      <w:r>
        <w:rPr>
          <w:b/>
        </w:rPr>
        <w:t xml:space="preserve">[54:03] </w:t>
      </w:r>
      <w:r>
        <w:t>So, so Prophet accepted this status quo. He never tried to destroy all those idols, never, never.</w:t>
      </w:r>
    </w:p>
    <w:p>
      <w:pPr>
        <w:jc w:val="right"/>
      </w:pPr>
      <w:r>
        <w:t>سو، سو پرافٹ ایکسیپٹڈ دس اسٹیٹس کو۔ ہی نیور ٹرائی ٹو ڈسٹروئے ال دوز ائڈلز، نیور، نیور۔</w:t>
      </w:r>
    </w:p>
    <w:p>
      <w:r>
        <w:rPr>
          <w:b/>
        </w:rPr>
        <w:t xml:space="preserve">[54:17] </w:t>
      </w:r>
      <w:r>
        <w:t>But Prophet saw that there is an opportunity.</w:t>
      </w:r>
    </w:p>
    <w:p>
      <w:pPr>
        <w:jc w:val="right"/>
      </w:pPr>
      <w:r>
        <w:t>بٹ پرافٹ سا دیٹ دیر از این اپرچونیٹی۔</w:t>
      </w:r>
    </w:p>
    <w:p>
      <w:r>
        <w:rPr>
          <w:b/>
        </w:rPr>
        <w:t xml:space="preserve">[54:26] </w:t>
      </w:r>
      <w:r>
        <w:t>People visit Kaaba every day from different town, different part of the Arabia, to worship their idols, to present their offering to this idols.</w:t>
      </w:r>
    </w:p>
    <w:p>
      <w:pPr>
        <w:jc w:val="right"/>
      </w:pPr>
      <w:r>
        <w:t>پیپل وزٹ کعبہ ایوری ڈے فرام ڈفرنٹ ٹاؤن، ڈفرنٹ پارٹ اف دا عربیہ، ٹو ورشپ دیر ائڈلز، ٹو پریزنٹ دیر افرنگ ٹو دس ائڈلز۔</w:t>
      </w:r>
    </w:p>
    <w:p>
      <w:r>
        <w:rPr>
          <w:b/>
        </w:rPr>
        <w:t xml:space="preserve">[54:47] </w:t>
      </w:r>
      <w:r>
        <w:t>So, it was</w:t>
      </w:r>
    </w:p>
    <w:p>
      <w:pPr>
        <w:jc w:val="right"/>
      </w:pPr>
      <w:r>
        <w:t>سو، اٹ واز</w:t>
      </w:r>
    </w:p>
    <w:p>
      <w:r>
        <w:rPr>
          <w:b/>
        </w:rPr>
        <w:t xml:space="preserve">[54:51] </w:t>
      </w:r>
      <w:r>
        <w:t>in. so, everyday, people used to visit kaaba. so, there was a gathering. everyday, there was a gathering.</w:t>
      </w:r>
    </w:p>
    <w:p>
      <w:pPr>
        <w:jc w:val="right"/>
      </w:pPr>
      <w:r>
        <w:t>ان۔ سو، ایوری ڈے، پیپل یوز ٹو وزٹ کعبہ۔ سو، دیر واز ا گیدرنگ۔ ایوری ڈے، دیر واز ا گیدرنگ۔</w:t>
      </w:r>
    </w:p>
    <w:p>
      <w:r>
        <w:rPr>
          <w:b/>
        </w:rPr>
        <w:t xml:space="preserve">[55:01] </w:t>
      </w:r>
      <w:r>
        <w:t>to prophet ignored the presence of idols, and he tried to avail this gathering as an audience</w:t>
      </w:r>
    </w:p>
    <w:p>
      <w:pPr>
        <w:jc w:val="right"/>
      </w:pPr>
      <w:r>
        <w:t>تو پرافٹ اگنورڈ دا پریزنس اف ائڈلز، اینڈ ہی ٹرائی ٹو اویل دس گیدرنگ ایز این اڈینس</w:t>
      </w:r>
    </w:p>
    <w:p>
      <w:r>
        <w:rPr>
          <w:b/>
        </w:rPr>
        <w:t xml:space="preserve">[55:15] </w:t>
      </w:r>
      <w:r>
        <w:t>. this is the wisdom of the prophet. there were two, there were two phenomena.</w:t>
      </w:r>
    </w:p>
    <w:p>
      <w:pPr>
        <w:jc w:val="right"/>
      </w:pPr>
      <w:r>
        <w:t>۔ دس از دا وزڈم اف دا پرافٹ۔ دیر وار ٹو، دیر وار ٹو فیناومینا۔</w:t>
      </w:r>
    </w:p>
    <w:p>
      <w:r>
        <w:rPr>
          <w:b/>
        </w:rPr>
        <w:t xml:space="preserve">[55:25] </w:t>
      </w:r>
      <w:r>
        <w:t>one was presence of idols in the premises of kaaba. second was that there was a gathering in daily basis.</w:t>
      </w:r>
    </w:p>
    <w:p>
      <w:pPr>
        <w:jc w:val="right"/>
      </w:pPr>
      <w:r>
        <w:t>ون واز پریزنس اف ائڈلز ان دا پریمسز اف کعبہ۔ سیکنڈ واز دیٹ دیر واز ا گیدرنگ ان ڈیلی بیسس۔</w:t>
      </w:r>
    </w:p>
    <w:p>
      <w:r>
        <w:rPr>
          <w:b/>
        </w:rPr>
        <w:t xml:space="preserve">[55:37] </w:t>
      </w:r>
      <w:r>
        <w:t>so, prophet accepted the status</w:t>
      </w:r>
    </w:p>
    <w:p>
      <w:pPr>
        <w:jc w:val="right"/>
      </w:pPr>
      <w:r>
        <w:t>سو، پرافٹ ایکسیپٹڈ دی اسٹیٹس</w:t>
      </w:r>
    </w:p>
    <w:p>
      <w:r>
        <w:rPr>
          <w:b/>
        </w:rPr>
        <w:t xml:space="preserve">[55:41] </w:t>
      </w:r>
      <w:r>
        <w:t>ko. he never tried to destroy those idols, and at the same time, he availed that gathering as an audience.</w:t>
      </w:r>
    </w:p>
    <w:p>
      <w:pPr>
        <w:jc w:val="right"/>
      </w:pPr>
      <w:r>
        <w:t>کو۔ ہی نیور ٹرائی ٹو ڈسٹروئے دوز ائڈلز، اینڈ ایٹ دا سیم ٹائم، ہی اویلڈ دیٹ گیدرنگ ایز این اڈینس۔</w:t>
      </w:r>
    </w:p>
    <w:p>
      <w:r>
        <w:rPr>
          <w:b/>
        </w:rPr>
        <w:t xml:space="preserve">[55:57] </w:t>
      </w:r>
      <w:r>
        <w:t>he used to visit kaaba everyday, and say la ilaha ila used to recite quran.</w:t>
      </w:r>
    </w:p>
    <w:p>
      <w:pPr>
        <w:jc w:val="right"/>
      </w:pPr>
      <w:r>
        <w:t>ہی یوز ٹو وزٹ کعبہ ایوری ڈے، اینڈ سے لا الہ الا یوز ٹو ریسائیٹ القران۔</w:t>
      </w:r>
    </w:p>
    <w:p>
      <w:r>
        <w:rPr>
          <w:b/>
        </w:rPr>
        <w:t xml:space="preserve">[56:12] </w:t>
      </w:r>
      <w:r>
        <w:t>and gradually, people</w:t>
      </w:r>
    </w:p>
    <w:p>
      <w:pPr>
        <w:jc w:val="right"/>
      </w:pPr>
      <w:r>
        <w:t>اینڈ گریجولی، پیپل</w:t>
      </w:r>
    </w:p>
    <w:p>
      <w:r>
        <w:rPr>
          <w:b/>
        </w:rPr>
        <w:t xml:space="preserve">[56:19] </w:t>
      </w:r>
      <w:r>
        <w:t>accepted islam.</w:t>
      </w:r>
    </w:p>
    <w:p>
      <w:pPr>
        <w:jc w:val="right"/>
      </w:pPr>
      <w:r>
        <w:t>ایکسیپٹڈ اسلام۔</w:t>
      </w:r>
    </w:p>
    <w:p>
      <w:r>
        <w:rPr>
          <w:b/>
        </w:rPr>
        <w:t xml:space="preserve">[56:24] </w:t>
      </w:r>
      <w:r>
        <w:t>so, this was the prophetic wisdom. this was the prophetic method. in one word, you can say that positive status ko is the prophetic formula in such such situation.</w:t>
      </w:r>
    </w:p>
    <w:p>
      <w:pPr>
        <w:jc w:val="right"/>
      </w:pPr>
      <w:r>
        <w:t>سو، دس واز دا پرافٹک وزڈم۔ دس واز دا پرافٹک میتھڈ۔ ان ون ورڈ، یو کین سے دیٹ پوزیٹیو اسٹیٹس کو از دا پرافٹک فارمولا ان سچ سچویشن۔</w:t>
      </w:r>
    </w:p>
    <w:p>
      <w:r>
        <w:rPr>
          <w:b/>
        </w:rPr>
        <w:t xml:space="preserve">[56:43] </w:t>
      </w:r>
      <w:r>
        <w:t>then, when there were so much atrocities, so much persecutions, even people kill some of companions.</w:t>
      </w:r>
    </w:p>
    <w:p>
      <w:pPr>
        <w:jc w:val="right"/>
      </w:pPr>
      <w:r>
        <w:t>دین، وین دیر وار سو مچ اٹراسٹیز، سو مچ پرسیکیوشنز، ایون پیپل کل سم اف کمپینینز۔</w:t>
      </w:r>
    </w:p>
    <w:p>
      <w:r>
        <w:rPr>
          <w:b/>
        </w:rPr>
        <w:t xml:space="preserve">[56:58] </w:t>
      </w:r>
      <w:r>
        <w:t>so, there was a great problem, but he never</w:t>
      </w:r>
    </w:p>
    <w:p>
      <w:pPr>
        <w:jc w:val="right"/>
      </w:pPr>
      <w:r>
        <w:t>سو، دیر واز ا گریٹ پرابلم، بٹ ہی نیور</w:t>
      </w:r>
    </w:p>
    <w:p>
      <w:r>
        <w:rPr>
          <w:b/>
        </w:rPr>
        <w:t xml:space="preserve">[57:06] </w:t>
      </w:r>
      <w:r>
        <w:t>tried to go to war, never tried to fight</w:t>
      </w:r>
    </w:p>
    <w:p>
      <w:pPr>
        <w:jc w:val="right"/>
      </w:pPr>
      <w:r>
        <w:t>ٹرائیڈ ٹو گو ٹو وار، نیور ٹرائیڈ ٹو فائٹ</w:t>
      </w:r>
    </w:p>
    <w:p>
      <w:r>
        <w:rPr>
          <w:b/>
        </w:rPr>
        <w:t xml:space="preserve">[57:12] </w:t>
      </w:r>
      <w:r>
        <w:t>. simply, he migrated makkah and settled in madinah. why?</w:t>
      </w:r>
    </w:p>
    <w:p>
      <w:pPr>
        <w:jc w:val="right"/>
      </w:pPr>
      <w:r>
        <w:t>۔ سمپلی، ہی مائیگریٹڈ مکہ اینڈ سیٹل ان مدینہ۔ وائی؟</w:t>
      </w:r>
    </w:p>
    <w:p>
      <w:r>
        <w:rPr>
          <w:b/>
        </w:rPr>
        <w:t xml:space="preserve">[57:19] </w:t>
      </w:r>
      <w:r>
        <w:t>makkah at the time was a problem land for him, a problem town for him. makkah at the time was a problem town for him,</w:t>
      </w:r>
    </w:p>
    <w:p>
      <w:pPr>
        <w:jc w:val="right"/>
      </w:pPr>
      <w:r>
        <w:t>مکہ ایٹ دا ٹائم واز ا پرابلم لینڈ فار ہم، ا پرابلم ٹاؤن فار ہم۔ مکہ ایٹ دا ٹائم واز ا پرابلم ٹاؤن فار ہم،</w:t>
      </w:r>
    </w:p>
    <w:p>
      <w:r>
        <w:rPr>
          <w:b/>
        </w:rPr>
        <w:t xml:space="preserve">[57:35] </w:t>
      </w:r>
      <w:r>
        <w:t>b</w:t>
      </w:r>
    </w:p>
    <w:p>
      <w:pPr>
        <w:jc w:val="right"/>
      </w:pPr>
      <w:r>
        <w:t>ب</w:t>
      </w:r>
    </w:p>
    <w:p>
      <w:r>
        <w:rPr>
          <w:b/>
        </w:rPr>
        <w:t xml:space="preserve">[57:36] </w:t>
      </w:r>
      <w:r>
        <w:t>but at the same time, madinah was an opportunity town for him.</w:t>
      </w:r>
    </w:p>
    <w:p>
      <w:pPr>
        <w:jc w:val="right"/>
      </w:pPr>
      <w:r>
        <w:t>ٹ ایٹ دا سیم ٹائم، مدینہ واز این اپرچونیٹی ٹاؤن فار ہم۔</w:t>
      </w:r>
    </w:p>
    <w:p>
      <w:r>
        <w:rPr>
          <w:b/>
        </w:rPr>
        <w:t xml:space="preserve">[57:46] </w:t>
      </w:r>
      <w:r>
        <w:t>in madinah, madinah people were comparatively softer hearted people. makkah people were arrogant, they were stubborn, but madinah people were soft,</w:t>
      </w:r>
    </w:p>
    <w:p>
      <w:pPr>
        <w:jc w:val="right"/>
      </w:pPr>
      <w:r>
        <w:t>ان مدینہ، مدینہ پیپل ویر کمپیریٹیولی سافٹ ہارٹڈ پیپل۔ مکہ پیپل ویر ارگنٹ، دے ویر سٹبرڈ، بٹ مدینہ پیپل ویر سافٹ،</w:t>
      </w:r>
    </w:p>
    <w:p>
      <w:r>
        <w:rPr>
          <w:b/>
        </w:rPr>
        <w:t xml:space="preserve">[58:05] </w:t>
      </w:r>
      <w:r>
        <w:t>very very soft.</w:t>
      </w:r>
    </w:p>
    <w:p>
      <w:pPr>
        <w:jc w:val="right"/>
      </w:pPr>
      <w:r>
        <w:t>ویری ویری سافٹ۔</w:t>
      </w:r>
    </w:p>
    <w:p>
      <w:r>
        <w:rPr>
          <w:b/>
        </w:rPr>
        <w:t xml:space="preserve">[58:10] </w:t>
      </w:r>
      <w:r>
        <w:t>so, prophet,</w:t>
      </w:r>
    </w:p>
    <w:p>
      <w:pPr>
        <w:jc w:val="right"/>
      </w:pPr>
      <w:r>
        <w:t>سو، پرافٹ،</w:t>
      </w:r>
    </w:p>
    <w:p>
      <w:r>
        <w:rPr>
          <w:b/>
        </w:rPr>
        <w:t xml:space="preserve">[58:14] </w:t>
      </w:r>
      <w:r>
        <w:t>prophet saw an opportunity in madinah. for prophet, madinah was a town where there were opportunities.</w:t>
      </w:r>
    </w:p>
    <w:p>
      <w:pPr>
        <w:jc w:val="right"/>
      </w:pPr>
      <w:r>
        <w:t>پرافٹ سا این اپرچونیٹی ان مدینہ۔ فار پرافٹ، مدینہ واز ا ٹاؤن ویر دیر وار اپرچونیٹیز۔</w:t>
      </w:r>
    </w:p>
    <w:p>
      <w:r>
        <w:rPr>
          <w:b/>
        </w:rPr>
        <w:t xml:space="preserve">[58:24] </w:t>
      </w:r>
      <w:r>
        <w:t>it means that what is hijrah.</w:t>
      </w:r>
    </w:p>
    <w:p>
      <w:pPr>
        <w:jc w:val="right"/>
      </w:pPr>
      <w:r>
        <w:t>اٹ مینز دیٹ واٹ از ہجرت۔</w:t>
      </w:r>
    </w:p>
    <w:p>
      <w:r>
        <w:rPr>
          <w:b/>
        </w:rPr>
        <w:t xml:space="preserve">[58:30] </w:t>
      </w:r>
      <w:r>
        <w:t>this event in migration from makkah to madinah is called in islam hijrah. al-hijrah, hijrah means migration, but is not a simple migration.</w:t>
      </w:r>
    </w:p>
    <w:p>
      <w:pPr>
        <w:jc w:val="right"/>
      </w:pPr>
      <w:r>
        <w:t>دس ایونٹ ان مائیگریشن فرام مکہ ٹو مدینہ از کالڈ ان اسلام ہجرہ۔ الحجرہ، ہجرہ مینز مائیگریشن، بٹ از ناٹ ا سمپل مائیگریشن۔</w:t>
      </w:r>
    </w:p>
    <w:p>
      <w:r>
        <w:rPr>
          <w:b/>
        </w:rPr>
        <w:t xml:space="preserve">[58:42] </w:t>
      </w:r>
      <w:r>
        <w:t>it was leaving problem town and settling in opportunity town. it means that islamic thinking is not based on land,</w:t>
      </w:r>
    </w:p>
    <w:p>
      <w:pPr>
        <w:jc w:val="right"/>
      </w:pPr>
      <w:r>
        <w:t>اٹ واز لیونگ پرابلم ٹاؤن اینڈ سیٹلنگ ان اپرچونیٹی ٹاؤن۔ اٹ مینز دیٹ اسلامک تھنکنگ از ناٹ بیسڈ ان لینڈ،</w:t>
      </w:r>
    </w:p>
    <w:p>
      <w:r>
        <w:rPr>
          <w:b/>
        </w:rPr>
        <w:t xml:space="preserve">[58:57] </w:t>
      </w:r>
      <w:r>
        <w:t>based on opportunity.</w:t>
      </w:r>
    </w:p>
    <w:p>
      <w:pPr>
        <w:jc w:val="right"/>
      </w:pPr>
      <w:r>
        <w:t>بیسڈ ان اپرچونیٹی۔</w:t>
      </w:r>
    </w:p>
    <w:p>
      <w:r>
        <w:rPr>
          <w:b/>
        </w:rPr>
        <w:t xml:space="preserve">[59:03] </w:t>
      </w:r>
      <w:r>
        <w:t>islamic thinking, islamic way of thinking is not based on land, but it is based on opportunity.</w:t>
      </w:r>
    </w:p>
    <w:p>
      <w:pPr>
        <w:jc w:val="right"/>
      </w:pPr>
      <w:r>
        <w:t>اسلامک تھنکنگ، اسلامک وے اف تھنکنگ از ناٹ بیسڈ ان لینڈ، بٹ اٹ از بیسڈ ان اپرچونیٹی۔</w:t>
      </w:r>
    </w:p>
    <w:p>
      <w:r>
        <w:rPr>
          <w:b/>
        </w:rPr>
        <w:t xml:space="preserve">[59:13] </w:t>
      </w:r>
      <w:r>
        <w:t>so, you have to adopt this formula everywhere, everywhere. now, i would like to say a few words about war in islam, because there are some verses in the quran that deal about war.</w:t>
      </w:r>
    </w:p>
    <w:p>
      <w:pPr>
        <w:jc w:val="right"/>
      </w:pPr>
      <w:r>
        <w:t>سو، یو ہیو ٹو اڈاپٹ دس فارمولا ایوری ویر، ایوری ویر۔ ناو، ائی وڈ لائک ٹو سے ا فیورڈ اباؤٹ وار ان اسلام، بیکاز دیر ار سم ورسز ان دا قران دیٹ ڈیل اباؤٹ وار۔</w:t>
      </w:r>
    </w:p>
    <w:p>
      <w:r>
        <w:rPr>
          <w:b/>
        </w:rPr>
        <w:t xml:space="preserve">[59:33] </w:t>
      </w:r>
      <w:r>
        <w:t>maybe two dozen verses. now, all these verses are about defensive war.</w:t>
      </w:r>
    </w:p>
    <w:p>
      <w:pPr>
        <w:jc w:val="right"/>
      </w:pPr>
      <w:r>
        <w:t>می بی ٹو ڈزن ورسز۔ ناو، ال دس ورسز ار اباؤٹ ڈیفنسو وار۔</w:t>
      </w:r>
    </w:p>
    <w:p>
      <w:r>
        <w:rPr>
          <w:b/>
        </w:rPr>
        <w:t xml:space="preserve">[59:46] </w:t>
      </w:r>
      <w:r>
        <w:t>when makkah people attacked madinah, then prophet received some verses in the quran that deal about war, that is defensive war.</w:t>
      </w:r>
    </w:p>
    <w:p>
      <w:pPr>
        <w:jc w:val="right"/>
      </w:pPr>
      <w:r>
        <w:t>وین مکہ پیپل اٹیکڈ مدینہ، دین پرافٹ ریسیوڈ سم ورسز ان دا قران دیٹ ڈیل اباؤٹ وار، دیٹ از ڈیفنسو وار۔</w:t>
      </w:r>
    </w:p>
    <w:p>
      <w:r>
        <w:rPr>
          <w:b/>
        </w:rPr>
        <w:t xml:space="preserve">[1:00:06] </w:t>
      </w:r>
      <w:r>
        <w:t>fight those fighting you,</w:t>
      </w:r>
    </w:p>
    <w:p>
      <w:pPr>
        <w:jc w:val="right"/>
      </w:pPr>
      <w:r>
        <w:t>فائٹ دوز فائٹنگ یو،</w:t>
      </w:r>
    </w:p>
    <w:p>
      <w:r>
        <w:rPr>
          <w:b/>
        </w:rPr>
        <w:t xml:space="preserve">[1:00:12] </w:t>
      </w:r>
      <w:r>
        <w:t>all these verses. if you read these verses, these verses themselves say that it is defensive verses, defensive verses, not offensive verses.</w:t>
      </w:r>
    </w:p>
    <w:p>
      <w:pPr>
        <w:jc w:val="right"/>
      </w:pPr>
      <w:r>
        <w:t>ال دس ورسز۔ اف یو ریڈ دس ورسز، دس ورسز دیم سیلف سے دیٹ اٹ از ڈیفنسو ورسز، ڈیفنسو ورسز، ناٹ افینسو ورسز۔</w:t>
      </w:r>
    </w:p>
    <w:p>
      <w:r>
        <w:rPr>
          <w:b/>
        </w:rPr>
        <w:t xml:space="preserve">[1:00:29] </w:t>
      </w:r>
      <w:r>
        <w:t>so, you have to know that in islam,</w:t>
      </w:r>
    </w:p>
    <w:p>
      <w:pPr>
        <w:jc w:val="right"/>
      </w:pPr>
      <w:r>
        <w:t>سو، یو ہیو ٹو نو دیٹ ان اسلام،</w:t>
      </w:r>
    </w:p>
    <w:p>
      <w:r>
        <w:rPr>
          <w:b/>
        </w:rPr>
        <w:t xml:space="preserve">[1:00:38] </w:t>
      </w:r>
      <w:r>
        <w:t>peace is the rule and war is an exception.</w:t>
      </w:r>
    </w:p>
    <w:p>
      <w:pPr>
        <w:jc w:val="right"/>
      </w:pPr>
      <w:r>
        <w:t>پیس از دا رول اینڈ وار از این ایکسیپشن۔</w:t>
      </w:r>
    </w:p>
    <w:p>
      <w:r>
        <w:rPr>
          <w:b/>
        </w:rPr>
        <w:t xml:space="preserve">[1:00:43] </w:t>
      </w:r>
      <w:r>
        <w:t>peace is the rule and war is an exception. you know, quran contains 6500, near about 6500 verses.</w:t>
      </w:r>
    </w:p>
    <w:p>
      <w:pPr>
        <w:jc w:val="right"/>
      </w:pPr>
      <w:r>
        <w:t>پیس از دا رول اینڈ وار از این ایکسیپشن۔ یو نو، قران کنٹینز 6500، نیئر اباؤٹ 6500 ورسز۔</w:t>
      </w:r>
    </w:p>
    <w:p>
      <w:r>
        <w:rPr>
          <w:b/>
        </w:rPr>
        <w:t xml:space="preserve">[1:00:57] </w:t>
      </w:r>
      <w:r>
        <w:t>all these verses, more than 99 percent of these verses deal about peace and tolerance and justice and moral values.</w:t>
      </w:r>
    </w:p>
    <w:p>
      <w:pPr>
        <w:jc w:val="right"/>
      </w:pPr>
      <w:r>
        <w:t>ال دس ورسز، مور دین 99 پرسنٹ اف دس ورسز ڈیل اباؤٹ پیس اینڈ ٹالرنس اینڈ جسٹس اینڈ مورل ویلیوز۔</w:t>
      </w:r>
    </w:p>
    <w:p>
      <w:r>
        <w:rPr>
          <w:b/>
        </w:rPr>
        <w:t xml:space="preserve">[1:01:10] </w:t>
      </w:r>
      <w:r>
        <w:t>in less than one percent are those verses that deal about defensive war, defensive war.</w:t>
      </w:r>
    </w:p>
    <w:p>
      <w:pPr>
        <w:jc w:val="right"/>
      </w:pPr>
      <w:r>
        <w:t>ان لیس دین ون پرسنٹ ار دوز ورسز دیٹ ڈیل اباؤٹ ڈیفنسو وار، ڈیفنسو وار۔</w:t>
      </w:r>
    </w:p>
    <w:p>
      <w:r>
        <w:rPr>
          <w:b/>
        </w:rPr>
        <w:t xml:space="preserve">[1:01:20] </w:t>
      </w:r>
      <w:r>
        <w:t>then, so the first point that in islam, there is only defensive war, not aggressive war.</w:t>
      </w:r>
    </w:p>
    <w:p>
      <w:pPr>
        <w:jc w:val="right"/>
      </w:pPr>
      <w:r>
        <w:t>دین، سو دا فرسٹ پوائنٹ دیٹ ان اسلام، دیر از اونلی ڈیفنسو وار، ناٹ ایگریسو وار۔</w:t>
      </w:r>
    </w:p>
    <w:p>
      <w:r>
        <w:rPr>
          <w:b/>
        </w:rPr>
        <w:t xml:space="preserve">[1:01:32] </w:t>
      </w:r>
      <w:r>
        <w:t>aggressive war is not allowed in islam. then, there is another principle.</w:t>
      </w:r>
    </w:p>
    <w:p>
      <w:pPr>
        <w:jc w:val="right"/>
      </w:pPr>
      <w:r>
        <w:t>ایگریسو وار از ناٹ الاؤڈ ان اسلام۔ دین، دیر از انادر پرنسپل۔</w:t>
      </w:r>
    </w:p>
    <w:p>
      <w:r>
        <w:rPr>
          <w:b/>
        </w:rPr>
        <w:t xml:space="preserve">[1:01:41] </w:t>
      </w:r>
      <w:r>
        <w:t>there is a well known principle in islamic sharia that al-harbu lil-imam.</w:t>
      </w:r>
    </w:p>
    <w:p>
      <w:pPr>
        <w:jc w:val="right"/>
      </w:pPr>
      <w:r>
        <w:t>دیر از اے ویل نون پرنسپل ان اسلامک شریعہ دیٹ الرحیل للامام۔</w:t>
      </w:r>
    </w:p>
    <w:p>
      <w:r>
        <w:rPr>
          <w:b/>
        </w:rPr>
        <w:t xml:space="preserve">[1:01:52] </w:t>
      </w:r>
      <w:r>
        <w:t>it is well accepted principle in islamic sharia, al-harbu lil-imam. it means that to declare a war is a prerogative of islamic state.</w:t>
      </w:r>
    </w:p>
    <w:p>
      <w:pPr>
        <w:jc w:val="right"/>
      </w:pPr>
      <w:r>
        <w:t>اٹ از ویل ایکسیپٹڈ پرنسپل ان اسلامک شریعہ، الرحیل للامام۔ اٹ مینز دیٹ ٹو ڈیکلیئر ا وار از ا پیراگیٹیو اف اسلامک اسٹیٹ۔</w:t>
      </w:r>
    </w:p>
    <w:p>
      <w:r>
        <w:rPr>
          <w:b/>
        </w:rPr>
        <w:t xml:space="preserve">[1:02:13] </w:t>
      </w:r>
      <w:r>
        <w:t>al-harbu lil-imam, it means that war, although war is allowed in defensive situation, but even at that time, even in defensive situation, only state is allowed to go to war.</w:t>
      </w:r>
    </w:p>
    <w:p>
      <w:pPr>
        <w:jc w:val="right"/>
      </w:pPr>
      <w:r>
        <w:t>الرحیل للامام، اٹ مینز دیٹ وار، الدو وار از الاؤڈ ان ڈیفنسو سچویشن، بٹ ایون ایٹ دیٹ ٹائم، ایون ان ڈیفنسو سچویشن، اونلی اسٹیٹ از الاؤڈ ٹو گو ٹو وار۔</w:t>
      </w:r>
    </w:p>
    <w:p>
      <w:r>
        <w:rPr>
          <w:b/>
        </w:rPr>
        <w:t xml:space="preserve">[1:02:32] </w:t>
      </w:r>
      <w:r>
        <w:t>non-governmental are not allowed to go to war.</w:t>
      </w:r>
    </w:p>
    <w:p>
      <w:pPr>
        <w:jc w:val="right"/>
      </w:pPr>
      <w:r>
        <w:t>نان گورنمنٹل ار ناٹ الاؤڈ ٹو گو ٹو وار۔</w:t>
      </w:r>
    </w:p>
    <w:p>
      <w:r>
        <w:rPr>
          <w:b/>
        </w:rPr>
        <w:t xml:space="preserve">[1:02:44] </w:t>
      </w:r>
      <w:r>
        <w:t>so, even in defensive situation, only state is allowed to go to war.</w:t>
      </w:r>
    </w:p>
    <w:p>
      <w:pPr>
        <w:jc w:val="right"/>
      </w:pPr>
      <w:r>
        <w:t>سو، ایون ان ڈیفنسو سچویشن، اونلی اسٹیٹ از الاؤڈ ٹو گو ٹو وار۔</w:t>
      </w:r>
    </w:p>
    <w:p>
      <w:r>
        <w:rPr>
          <w:b/>
        </w:rPr>
        <w:t xml:space="preserve">[1:02:54] </w:t>
      </w:r>
      <w:r>
        <w:t>non-governmental agencies are not allowed. for them, it is haram.</w:t>
      </w:r>
    </w:p>
    <w:p>
      <w:pPr>
        <w:jc w:val="right"/>
      </w:pPr>
      <w:r>
        <w:t>نان گورنمنٹل ایجنسیز ار ناٹ الاؤڈ۔ فار دیم، اٹ از حرام۔</w:t>
      </w:r>
    </w:p>
    <w:p>
      <w:r>
        <w:rPr>
          <w:b/>
        </w:rPr>
        <w:t xml:space="preserve">[1:03:03] </w:t>
      </w:r>
      <w:r>
        <w:t>so, according to islam, the definition of terrorism, i will tell you what is the definition of terrorism in islam.</w:t>
      </w:r>
    </w:p>
    <w:p>
      <w:pPr>
        <w:jc w:val="right"/>
      </w:pPr>
      <w:r>
        <w:t>سو، اکارڈنگ ٹو اسلام، دا ڈیفینیشن اف ٹیررزم، ائی ویل ٹیل یو واٹ از دا ڈیفینیشن اف ٹیررزم ان اسلام۔</w:t>
      </w:r>
    </w:p>
    <w:p>
      <w:r>
        <w:rPr>
          <w:b/>
        </w:rPr>
        <w:t xml:space="preserve">[1:03:15] </w:t>
      </w:r>
      <w:r>
        <w:t>it is very, it is a very important question. what is the definition of terrorism?</w:t>
      </w:r>
    </w:p>
    <w:p>
      <w:pPr>
        <w:jc w:val="right"/>
      </w:pPr>
      <w:r>
        <w:t>اٹ از ویری، اٹ از اے ویری امپورٹنٹ کوسچن۔ واٹ از دا ڈیفینیشن اف ٹیررزم؟</w:t>
      </w:r>
    </w:p>
    <w:p>
      <w:r>
        <w:rPr>
          <w:b/>
        </w:rPr>
        <w:t xml:space="preserve">[1:03:25] </w:t>
      </w:r>
      <w:r>
        <w:t>so, according to islam, the definition of terrorism is use of arms by other than state,</w:t>
      </w:r>
    </w:p>
    <w:p>
      <w:pPr>
        <w:jc w:val="right"/>
      </w:pPr>
      <w:r>
        <w:t>سو، اکارڈنگ ٹو اسلام، دا ڈیفینیشن اف ٹیررزم از یوز اف ارم بائی ادر دین اسٹیٹ،</w:t>
      </w:r>
    </w:p>
    <w:p>
      <w:r>
        <w:rPr>
          <w:b/>
        </w:rPr>
        <w:t xml:space="preserve">[1:03:39] </w:t>
      </w:r>
      <w:r>
        <w:t>other than established state</w:t>
      </w:r>
    </w:p>
    <w:p>
      <w:pPr>
        <w:jc w:val="right"/>
      </w:pPr>
      <w:r>
        <w:t>ادر دین اسٹیبلش اسٹیٹ</w:t>
      </w:r>
    </w:p>
    <w:p>
      <w:r>
        <w:rPr>
          <w:b/>
        </w:rPr>
        <w:t xml:space="preserve">[1:03:41] </w:t>
      </w:r>
      <w:r>
        <w:t>. use of arms by other than established state. this is the definition of terrorism.</w:t>
      </w:r>
    </w:p>
    <w:p>
      <w:pPr>
        <w:jc w:val="right"/>
      </w:pPr>
      <w:r>
        <w:t>۔ یوز اف ارم بائی ادر دین اسٹیبلش اسٹیٹ۔ دس از دا ڈیفینیشن اف ٹیررزم۔</w:t>
      </w:r>
    </w:p>
    <w:p>
      <w:r>
        <w:rPr>
          <w:b/>
        </w:rPr>
        <w:t xml:space="preserve">[1:03:51] </w:t>
      </w:r>
      <w:r>
        <w:t>so, no private person, no organization</w:t>
      </w:r>
    </w:p>
    <w:p>
      <w:pPr>
        <w:jc w:val="right"/>
      </w:pPr>
      <w:r>
        <w:t>سو، نو پرائیویٹ پرسن، نو ارگنائزیشن</w:t>
      </w:r>
    </w:p>
    <w:p>
      <w:r>
        <w:rPr>
          <w:b/>
        </w:rPr>
        <w:t xml:space="preserve">[1:04:00] </w:t>
      </w:r>
      <w:r>
        <w:t>a deen government is allowed to go to war.</w:t>
      </w:r>
    </w:p>
    <w:p>
      <w:pPr>
        <w:jc w:val="right"/>
      </w:pPr>
      <w:r>
        <w:t>ادر دین گورنمنٹ از الاؤڈ ٹو گو ٹو وار۔</w:t>
      </w:r>
    </w:p>
    <w:p>
      <w:r>
        <w:rPr>
          <w:b/>
        </w:rPr>
        <w:t xml:space="preserve">[1:04:06] </w:t>
      </w:r>
      <w:r>
        <w:t>deen, there are some other conditions.</w:t>
      </w:r>
    </w:p>
    <w:p>
      <w:pPr>
        <w:jc w:val="right"/>
      </w:pPr>
      <w:r>
        <w:t>دین، دیر ار سم ادر کنڈیشنز۔</w:t>
      </w:r>
    </w:p>
    <w:p>
      <w:r>
        <w:rPr>
          <w:b/>
        </w:rPr>
        <w:t xml:space="preserve">[1:04:13] </w:t>
      </w:r>
      <w:r>
        <w:t>for example,</w:t>
      </w:r>
    </w:p>
    <w:p>
      <w:pPr>
        <w:jc w:val="right"/>
      </w:pPr>
      <w:r>
        <w:t>فار ایگزیمپل،</w:t>
      </w:r>
    </w:p>
    <w:p>
      <w:r>
        <w:rPr>
          <w:b/>
        </w:rPr>
        <w:t xml:space="preserve">[1:04:17] </w:t>
      </w:r>
      <w:r>
        <w:t>by taking this teaching, you can say that</w:t>
      </w:r>
    </w:p>
    <w:p>
      <w:pPr>
        <w:jc w:val="right"/>
      </w:pPr>
      <w:r>
        <w:t>بائی ٹیکنگ دس ٹیچنگ، یو کین سے دیٹ</w:t>
      </w:r>
    </w:p>
    <w:p>
      <w:r>
        <w:rPr>
          <w:b/>
        </w:rPr>
        <w:t xml:space="preserve">[1:04:25] </w:t>
      </w:r>
      <w:r>
        <w:t>you know, there are several kinds of wars. This are called as guerrilla war, proxy war, etc.</w:t>
      </w:r>
    </w:p>
    <w:p>
      <w:pPr>
        <w:jc w:val="right"/>
      </w:pPr>
      <w:r>
        <w:t>یو نو، دیر ار سورل کائنڈ اف وارز۔ دس ار کالڈ ایز گوریلا وار، پروکسی وار، ایٹسٹر۔</w:t>
      </w:r>
    </w:p>
    <w:p>
      <w:r>
        <w:rPr>
          <w:b/>
        </w:rPr>
        <w:t xml:space="preserve">[1:04:37] </w:t>
      </w:r>
      <w:r>
        <w:t>so, I can say that in Islam, there is no guerrilla war, no proxy war, no aggressive war, and also no undeclared war.</w:t>
      </w:r>
    </w:p>
    <w:p>
      <w:pPr>
        <w:jc w:val="right"/>
      </w:pPr>
      <w:r>
        <w:t>سو، ائی کین سے دیٹ ان اسلام، دیر از نو گوریلا وار، نو پروکسی وار، نو ایگریسو وار، اینڈ السو نو ان ڈیکلیئرڈ وار۔</w:t>
      </w:r>
    </w:p>
    <w:p>
      <w:r>
        <w:rPr>
          <w:b/>
        </w:rPr>
        <w:t xml:space="preserve">[1:04:51] </w:t>
      </w:r>
      <w:r>
        <w:t>Quran says, it means that if you want to go to war, even in defensive situation, you have to declare from this day, we and you are at war.</w:t>
      </w:r>
    </w:p>
    <w:p>
      <w:pPr>
        <w:jc w:val="right"/>
      </w:pPr>
      <w:r>
        <w:t>قران سیز، اٹ مینز دیٹ اف یو وانٹ ٹو گو ٹو وار، ایون ان ڈیفنسو سچویشن، یو ہیو ٹو ڈیکلیئر فرام دس ڈے، وی اینڈ یو ار ایٹ وار۔</w:t>
      </w:r>
    </w:p>
    <w:p>
      <w:r>
        <w:rPr>
          <w:b/>
        </w:rPr>
        <w:t xml:space="preserve">[1:05:09] </w:t>
      </w:r>
      <w:r>
        <w:t>compulsory. So, there is no undeclared war in Islam.</w:t>
      </w:r>
    </w:p>
    <w:p>
      <w:pPr>
        <w:jc w:val="right"/>
      </w:pPr>
      <w:r>
        <w:t>کمپلسری۔ سو، دیر از نو ان ڈیکلیئرڈ وار ان اسلام۔</w:t>
      </w:r>
    </w:p>
    <w:p>
      <w:r>
        <w:rPr>
          <w:b/>
        </w:rPr>
        <w:t xml:space="preserve">[1:05:18] </w:t>
      </w:r>
      <w:r>
        <w:t>so, guerrilla war, proxy war, secret war, undeclared war, aggressive war,</w:t>
      </w:r>
    </w:p>
    <w:p>
      <w:pPr>
        <w:jc w:val="right"/>
      </w:pPr>
      <w:r>
        <w:t>سو، گوریلا وار، پروکسی وار، سیکرٹ وار، ان ڈیکلیئرڈ وار، ایگریسو وار،</w:t>
      </w:r>
    </w:p>
    <w:p>
      <w:r>
        <w:rPr>
          <w:b/>
        </w:rPr>
        <w:t xml:space="preserve">[1:05:29] </w:t>
      </w:r>
      <w:r>
        <w:t>wars by other by agencies other than government, other than state.</w:t>
      </w:r>
    </w:p>
    <w:p>
      <w:pPr>
        <w:jc w:val="right"/>
      </w:pPr>
      <w:r>
        <w:t>وارز ف بائی ادر بائی ایجنسیز ادر دین گورنمنٹ، ادر دین اسٹیٹ۔</w:t>
      </w:r>
    </w:p>
    <w:p>
      <w:r>
        <w:rPr>
          <w:b/>
        </w:rPr>
        <w:t xml:space="preserve">[1:05:38] </w:t>
      </w:r>
      <w:r>
        <w:t>so, all these wars are haram in Islam.</w:t>
      </w:r>
    </w:p>
    <w:p>
      <w:pPr>
        <w:jc w:val="right"/>
      </w:pPr>
      <w:r>
        <w:t>سو، ال دس وارز ار حرام ان اسلام۔</w:t>
      </w:r>
    </w:p>
    <w:p>
      <w:r>
        <w:rPr>
          <w:b/>
        </w:rPr>
        <w:t xml:space="preserve">[1:05:44] </w:t>
      </w:r>
      <w:r>
        <w:t>only one kind of war is lawful in Islam, that is defensive war by an established government.</w:t>
      </w:r>
    </w:p>
    <w:p>
      <w:pPr>
        <w:jc w:val="right"/>
      </w:pPr>
      <w:r>
        <w:t>اونلی ون کائنڈ اف وار از لافل ان اسلام، دیٹ از ڈیفنسو وار ف بائی این اسٹیبلش گورنمنٹ۔</w:t>
      </w:r>
    </w:p>
    <w:p>
      <w:r>
        <w:rPr>
          <w:b/>
        </w:rPr>
        <w:t xml:space="preserve">[1:06:00] </w:t>
      </w:r>
      <w:r>
        <w:t>it is very very clear in Islam.</w:t>
      </w:r>
    </w:p>
    <w:p>
      <w:pPr>
        <w:jc w:val="right"/>
      </w:pPr>
      <w:r>
        <w:t>اٹ از ویری ویری کلیئر ان اسلام۔</w:t>
      </w:r>
    </w:p>
    <w:p>
      <w:r>
        <w:rPr>
          <w:b/>
        </w:rPr>
        <w:t xml:space="preserve">[1:06:09] </w:t>
      </w:r>
      <w:r>
        <w:t>it is very very clear in Islam.</w:t>
      </w:r>
    </w:p>
    <w:p>
      <w:pPr>
        <w:jc w:val="right"/>
      </w:pPr>
      <w:r>
        <w:t>اٹ از ویری ویری کلیئر ان اسلام۔</w:t>
      </w:r>
    </w:p>
    <w:p>
      <w:r>
        <w:rPr>
          <w:b/>
        </w:rPr>
        <w:t xml:space="preserve">[1:06:14] </w:t>
      </w:r>
      <w:r>
        <w:t>so, I can say that in Islam, peace is rule and war is a rare exception.</w:t>
      </w:r>
    </w:p>
    <w:p>
      <w:pPr>
        <w:jc w:val="right"/>
      </w:pPr>
      <w:r>
        <w:t>سو، ائی کین سے دیٹ ان اسلام، پیس از رول اینڈ وار از ا ریئر ایکسیپشن۔</w:t>
      </w:r>
    </w:p>
    <w:p>
      <w:r>
        <w:rPr>
          <w:b/>
        </w:rPr>
        <w:t xml:space="preserve">[1:06:30] </w:t>
      </w:r>
      <w:r>
        <w:t>peace is rule and war is a rare exception.</w:t>
      </w:r>
    </w:p>
    <w:p>
      <w:pPr>
        <w:jc w:val="right"/>
      </w:pPr>
      <w:r>
        <w:t>پیس از رول اینڈ وار از ا ریئر ایکسیپشن۔</w:t>
      </w:r>
    </w:p>
    <w:p>
      <w:r>
        <w:rPr>
          <w:b/>
        </w:rPr>
        <w:t xml:space="preserve">[1:06:40] </w:t>
      </w:r>
      <w:r>
        <w:t>deen,</w:t>
      </w:r>
    </w:p>
    <w:p>
      <w:pPr>
        <w:jc w:val="right"/>
      </w:pPr>
      <w:r>
        <w:t>دین،</w:t>
      </w:r>
    </w:p>
    <w:p>
      <w:r>
        <w:rPr>
          <w:b/>
        </w:rPr>
        <w:t xml:space="preserve">[1:06:44] </w:t>
      </w:r>
      <w:r>
        <w:t>if you see</w:t>
      </w:r>
    </w:p>
    <w:p>
      <w:pPr>
        <w:jc w:val="right"/>
      </w:pPr>
      <w:r>
        <w:t>اف یو سی</w:t>
      </w:r>
    </w:p>
    <w:p>
      <w:r>
        <w:rPr>
          <w:b/>
        </w:rPr>
        <w:t xml:space="preserve">[1:06:48] </w:t>
      </w:r>
      <w:r>
        <w:t>the Quranic injunctions are saying the prophet in hadith, you will know the true spirit of Islam.</w:t>
      </w:r>
    </w:p>
    <w:p>
      <w:pPr>
        <w:jc w:val="right"/>
      </w:pPr>
      <w:r>
        <w:t>دا قرانک انجنکشنز ار سینگ دا پرافٹ ان حدیث، یو ویل نو دا ٹرو اسپیٹ اف اسلام۔</w:t>
      </w:r>
    </w:p>
    <w:p>
      <w:r>
        <w:rPr>
          <w:b/>
        </w:rPr>
        <w:t xml:space="preserve">[1:07:01] </w:t>
      </w:r>
      <w:r>
        <w:t>for example, Quran says,</w:t>
      </w:r>
    </w:p>
    <w:p>
      <w:pPr>
        <w:jc w:val="right"/>
      </w:pPr>
      <w:r>
        <w:t>فار ایگزیمپل، قران سیز،</w:t>
      </w:r>
    </w:p>
    <w:p>
      <w:r>
        <w:rPr>
          <w:b/>
        </w:rPr>
        <w:t xml:space="preserve">[1:07:07] </w:t>
      </w:r>
      <w:r>
        <w:t>peace is the best.</w:t>
      </w:r>
    </w:p>
    <w:p>
      <w:pPr>
        <w:jc w:val="right"/>
      </w:pPr>
      <w:r>
        <w:t>پیس از دا بیسٹ۔</w:t>
      </w:r>
    </w:p>
    <w:p>
      <w:r>
        <w:rPr>
          <w:b/>
        </w:rPr>
        <w:t xml:space="preserve">[1:07:17] </w:t>
      </w:r>
      <w:r>
        <w:t>it means that at the time of confrontation, you have to adopt peaceful method rather than violent method.</w:t>
      </w:r>
    </w:p>
    <w:p>
      <w:pPr>
        <w:jc w:val="right"/>
      </w:pPr>
      <w:r>
        <w:t>اٹ مینز دیٹ ایٹ دا ٹائم اف کنفرنٹیشن، یو ہیو ٹو اڈاپٹ پیسلی میتھڈ رادر دین والنٹ میتھڈ۔</w:t>
      </w:r>
    </w:p>
    <w:p>
      <w:r>
        <w:rPr>
          <w:b/>
        </w:rPr>
        <w:t xml:space="preserve">[1:07:30] </w:t>
      </w:r>
      <w:r>
        <w:t>there is a hadith in sahih bukhari, narrated by Aisha, the wife of the prophet.</w:t>
      </w:r>
    </w:p>
    <w:p>
      <w:pPr>
        <w:jc w:val="right"/>
      </w:pPr>
      <w:r>
        <w:t>دیر از ا حدیث ان صحیح بخاری، نیٹڈ بائی عائشہ، دا وائف اف دا پرافٹ۔</w:t>
      </w:r>
    </w:p>
    <w:p>
      <w:r>
        <w:rPr>
          <w:b/>
        </w:rPr>
        <w:t xml:space="preserve">[1:07:35] </w:t>
      </w:r>
      <w:r>
        <w:t>she says, ma rasulullah sallallahu alaihi wasallam by namareen, illa</w:t>
      </w:r>
    </w:p>
    <w:p>
      <w:pPr>
        <w:jc w:val="right"/>
      </w:pPr>
      <w:r>
        <w:t>شی سیز، ما رسول اللہ صلی اللہ علیہ وسلم بائے نامرین، الا</w:t>
      </w:r>
    </w:p>
    <w:p>
      <w:r>
        <w:rPr>
          <w:b/>
        </w:rPr>
        <w:t xml:space="preserve">[1:07:52] </w:t>
      </w:r>
      <w:r>
        <w:t>whenever the prophet had to choose between the two, he always opted for easier option rather than harder option.</w:t>
      </w:r>
    </w:p>
    <w:p>
      <w:pPr>
        <w:jc w:val="right"/>
      </w:pPr>
      <w:r>
        <w:t>وین ایور دا پرافٹ ہیڈ ٹو چوز بٹوین دا ٹو، ہی الویز اپٹڈ فار ایزر اپشن رادر دین ہارڈر اپشن۔</w:t>
      </w:r>
    </w:p>
    <w:p>
      <w:r>
        <w:rPr>
          <w:b/>
        </w:rPr>
        <w:t xml:space="preserve">[1:08:08] </w:t>
      </w:r>
      <w:r>
        <w:t>nau, it is evident that peaceful method is either option and violent method is harder option.</w:t>
      </w:r>
    </w:p>
    <w:p>
      <w:pPr>
        <w:jc w:val="right"/>
      </w:pPr>
      <w:r>
        <w:t>ناو، اٹ از ایویڈنٹ دیٹ پیس فل میتھڈ از ایزر اپشن اینڈ والنٹ میتھڈ از ہارڈر اپشن۔</w:t>
      </w:r>
    </w:p>
    <w:p>
      <w:r>
        <w:rPr>
          <w:b/>
        </w:rPr>
        <w:t xml:space="preserve">[1:08:19] </w:t>
      </w:r>
      <w:r>
        <w:t>tu, prophet always adopted in every situation</w:t>
      </w:r>
    </w:p>
    <w:p>
      <w:pPr>
        <w:jc w:val="right"/>
      </w:pPr>
      <w:r>
        <w:t>تو، پرافٹ الویز اڈاپٹڈ ان ایوری سچویشن</w:t>
      </w:r>
    </w:p>
    <w:p>
      <w:r>
        <w:rPr>
          <w:b/>
        </w:rPr>
        <w:t xml:space="preserve">[1:08:27] </w:t>
      </w:r>
      <w:r>
        <w:t>the peaceful course of action rather than violent course of action.</w:t>
      </w:r>
    </w:p>
    <w:p>
      <w:pPr>
        <w:jc w:val="right"/>
      </w:pPr>
      <w:r>
        <w:t>دا پیس فل کورس اف ایکشن رادر دین وائلنٹ کورس اف ایکشن۔</w:t>
      </w:r>
    </w:p>
    <w:p>
      <w:r>
        <w:rPr>
          <w:b/>
        </w:rPr>
        <w:t xml:space="preserve">[1:08:34] </w:t>
      </w:r>
      <w:r>
        <w:t>dis is usool-e-khair. usool-e-khair,</w:t>
      </w:r>
    </w:p>
    <w:p>
      <w:pPr>
        <w:jc w:val="right"/>
      </w:pPr>
      <w:r>
        <w:t>دس از اصول خیر۔ اصول خیر،</w:t>
      </w:r>
    </w:p>
    <w:p>
      <w:r>
        <w:rPr>
          <w:b/>
        </w:rPr>
        <w:t xml:space="preserve">[1:08:43] </w:t>
      </w:r>
      <w:r>
        <w:t>da prophet said, Allah</w:t>
      </w:r>
    </w:p>
    <w:p>
      <w:pPr>
        <w:jc w:val="right"/>
      </w:pPr>
      <w:r>
        <w:t>دا پرافٹ سیڈ، اللہ</w:t>
      </w:r>
    </w:p>
    <w:p>
      <w:r>
        <w:rPr>
          <w:b/>
        </w:rPr>
        <w:t xml:space="preserve">[1:08:50] </w:t>
      </w:r>
      <w:r>
        <w:t>Allah!</w:t>
      </w:r>
    </w:p>
    <w:p>
      <w:pPr>
        <w:jc w:val="right"/>
      </w:pPr>
      <w:r>
        <w:t>اللہ!</w:t>
      </w:r>
    </w:p>
    <w:p>
      <w:r>
        <w:rPr>
          <w:b/>
        </w:rPr>
        <w:t xml:space="preserve">[1:08:58] </w:t>
      </w:r>
      <w:r>
        <w:t>don't wish confrontation with your enemy.</w:t>
      </w:r>
    </w:p>
    <w:p>
      <w:pPr>
        <w:jc w:val="right"/>
      </w:pPr>
      <w:r>
        <w:t>ڈونٹ وش کنفرنٹیشن ود یور اینمی۔</w:t>
      </w:r>
    </w:p>
    <w:p>
      <w:r>
        <w:rPr>
          <w:b/>
        </w:rPr>
        <w:t xml:space="preserve">[1:09:07] </w:t>
      </w:r>
      <w:r>
        <w:t>ask peace from God. ask always peace from God.</w:t>
      </w:r>
    </w:p>
    <w:p>
      <w:pPr>
        <w:jc w:val="right"/>
      </w:pPr>
      <w:r>
        <w:t>اسک پیس فرام گاڈ۔ اسک الویز پیس فرام گاڈ۔</w:t>
      </w:r>
    </w:p>
    <w:p>
      <w:r>
        <w:rPr>
          <w:b/>
        </w:rPr>
        <w:t xml:space="preserve">[1:09:16] </w:t>
      </w:r>
      <w:r>
        <w:t>this is the true spirit of Islam.</w:t>
      </w:r>
    </w:p>
    <w:p>
      <w:pPr>
        <w:jc w:val="right"/>
      </w:pPr>
      <w:r>
        <w:t>دس از دا ٹرو اسپیٹ اف اسلام۔</w:t>
      </w:r>
    </w:p>
    <w:p>
      <w:r>
        <w:rPr>
          <w:b/>
        </w:rPr>
        <w:t xml:space="preserve">[1:09:22] </w:t>
      </w:r>
      <w:r>
        <w:t>every momin is lover of peace rather than lover of war and violence.</w:t>
      </w:r>
    </w:p>
    <w:p>
      <w:pPr>
        <w:jc w:val="right"/>
      </w:pPr>
      <w:r>
        <w:t>ایوری مومن از لور اف پیس رادر دین لور اف وار اینڈ وائلنس۔</w:t>
      </w:r>
    </w:p>
    <w:p>
      <w:r>
        <w:rPr>
          <w:b/>
        </w:rPr>
        <w:t xml:space="preserve">[1:09:33] </w:t>
      </w:r>
      <w:r>
        <w:t>da prophet of Islam has said</w:t>
      </w:r>
    </w:p>
    <w:p>
      <w:pPr>
        <w:jc w:val="right"/>
      </w:pPr>
      <w:r>
        <w:t>دا پرافٹ اف اسلام ہیز سیڈ</w:t>
      </w:r>
    </w:p>
    <w:p>
      <w:r>
        <w:rPr>
          <w:b/>
        </w:rPr>
        <w:t xml:space="preserve">[1:09:38] </w:t>
      </w:r>
      <w:r>
        <w:t>a very relevant hadith, in Allah</w:t>
      </w:r>
    </w:p>
    <w:p>
      <w:pPr>
        <w:jc w:val="right"/>
      </w:pPr>
      <w:r>
        <w:t>ا ویری ریلیونٹ حدیث، ان اللہ</w:t>
      </w:r>
    </w:p>
    <w:p>
      <w:r>
        <w:rPr>
          <w:b/>
        </w:rPr>
        <w:t xml:space="preserve">[1:09:55] </w:t>
      </w:r>
      <w:r>
        <w:t>it means that</w:t>
      </w:r>
    </w:p>
    <w:p>
      <w:pPr>
        <w:jc w:val="right"/>
      </w:pPr>
      <w:r>
        <w:t>اٹ مینز دیٹ</w:t>
      </w:r>
    </w:p>
    <w:p>
      <w:r>
        <w:rPr>
          <w:b/>
        </w:rPr>
        <w:t xml:space="preserve">[1:09:59] </w:t>
      </w:r>
      <w:r>
        <w:t>God grants to non-violence</w:t>
      </w:r>
    </w:p>
    <w:p>
      <w:pPr>
        <w:jc w:val="right"/>
      </w:pPr>
      <w:r>
        <w:t>گاڈ گرانٹس ٹو نان وائلنس</w:t>
      </w:r>
    </w:p>
    <w:p>
      <w:r>
        <w:rPr>
          <w:b/>
        </w:rPr>
        <w:t xml:space="preserve">[1:10:05] </w:t>
      </w:r>
      <w:r>
        <w:t>what he does not grant to violence.</w:t>
      </w:r>
    </w:p>
    <w:p>
      <w:pPr>
        <w:jc w:val="right"/>
      </w:pPr>
      <w:r>
        <w:t>واٹ ہی ڈز ناٹ گرانٹ ٹو وائلنس۔</w:t>
      </w:r>
    </w:p>
    <w:p>
      <w:r>
        <w:rPr>
          <w:b/>
        </w:rPr>
        <w:t xml:space="preserve">[1:10:13] </w:t>
      </w:r>
      <w:r>
        <w:t>God grants to non-violence,</w:t>
      </w:r>
    </w:p>
    <w:p>
      <w:pPr>
        <w:jc w:val="right"/>
      </w:pPr>
      <w:r>
        <w:t>گاڈ گرانٹس ٹو نان وائلنس،</w:t>
      </w:r>
    </w:p>
    <w:p>
      <w:r>
        <w:rPr>
          <w:b/>
        </w:rPr>
        <w:t xml:space="preserve">[1:10:20] </w:t>
      </w:r>
      <w:r>
        <w:t>or you can say that God grants to peace what he does not grant to violence.</w:t>
      </w:r>
    </w:p>
    <w:p>
      <w:pPr>
        <w:jc w:val="right"/>
      </w:pPr>
      <w:r>
        <w:t>اور یو کین سے دیٹ گاڈ گرانٹس ٹو پیس واٹ ہی ڈز ناٹ گرانٹ ٹو وائلنس۔</w:t>
      </w:r>
    </w:p>
    <w:p>
      <w:r>
        <w:rPr>
          <w:b/>
        </w:rPr>
        <w:t xml:space="preserve">[1:10:30] </w:t>
      </w:r>
      <w:r>
        <w:t>here, you can see that what was the</w:t>
      </w:r>
    </w:p>
    <w:p>
      <w:pPr>
        <w:jc w:val="right"/>
      </w:pPr>
      <w:r>
        <w:t>ہیر، یو کین سی دیٹ واٹ واز دا</w:t>
      </w:r>
    </w:p>
    <w:p>
      <w:r>
        <w:rPr>
          <w:b/>
        </w:rPr>
        <w:t xml:space="preserve">[1:10:37] </w:t>
      </w:r>
      <w:r>
        <w:t>prophetic vision. what was the prophetic thinking?</w:t>
      </w:r>
    </w:p>
    <w:p>
      <w:pPr>
        <w:jc w:val="right"/>
      </w:pPr>
      <w:r>
        <w:t>پرافٹک ویژن۔ واٹ واز دا پرافٹک تھنکنگ؟</w:t>
      </w:r>
    </w:p>
    <w:p>
      <w:r>
        <w:rPr>
          <w:b/>
        </w:rPr>
        <w:t xml:space="preserve">[1:10:51] </w:t>
      </w:r>
      <w:r>
        <w:t>prophetic vision or prophetic thinking is that you have to see the power of peace</w:t>
      </w:r>
    </w:p>
    <w:p>
      <w:pPr>
        <w:jc w:val="right"/>
      </w:pPr>
      <w:r>
        <w:t>پرافٹک ویژن اور پرافٹک تھنکنگ از دیٹ یو ہیو ٹو سی دا پاور اف پیس</w:t>
      </w:r>
    </w:p>
    <w:p>
      <w:r>
        <w:rPr>
          <w:b/>
        </w:rPr>
        <w:t xml:space="preserve">[1:10:58] </w:t>
      </w:r>
      <w:r>
        <w:t>. if you fail to see the power of peace, then you are not a believer of Islam.</w:t>
      </w:r>
    </w:p>
    <w:p>
      <w:pPr>
        <w:jc w:val="right"/>
      </w:pPr>
      <w:r>
        <w:t>۔ اف یو فیل ٹو سی دا پاور اف پیس، دین یو ار ناٹ ا بلیور اف اسلام۔</w:t>
      </w:r>
    </w:p>
    <w:p>
      <w:r>
        <w:rPr>
          <w:b/>
        </w:rPr>
        <w:t xml:space="preserve">[1:11:07] </w:t>
      </w:r>
      <w:r>
        <w:t>if you believe God, if you believe that prophet was an eternal guide, so you have to see peace as a most powerful method.</w:t>
      </w:r>
    </w:p>
    <w:p>
      <w:pPr>
        <w:jc w:val="right"/>
      </w:pPr>
      <w:r>
        <w:t>اف یو بیلیو گاڈ، اف یو بیلیو دیٹ پرافٹ واز ان ایٹرنل گائیڈ، سو یو ہیو ٹو سی پیس ایز ا موسٹ پاور فل میتھڈ۔</w:t>
      </w:r>
    </w:p>
    <w:p>
      <w:r>
        <w:rPr>
          <w:b/>
        </w:rPr>
        <w:t xml:space="preserve">[1:11:31] </w:t>
      </w:r>
      <w:r>
        <w:t>peaceful method is far more effective than the violent method. this is law of nature.</w:t>
      </w:r>
    </w:p>
    <w:p>
      <w:pPr>
        <w:jc w:val="right"/>
      </w:pPr>
      <w:r>
        <w:t>پیس فل میتھڈ از فار مور ایفیکٹیو دین دی والنٹ میتھڈ۔ دس از لاء اف نیچر۔</w:t>
      </w:r>
    </w:p>
    <w:p>
      <w:r>
        <w:rPr>
          <w:b/>
        </w:rPr>
        <w:t xml:space="preserve">[1:11:43] </w:t>
      </w:r>
      <w:r>
        <w:t>this is not simply a saying, it is law of nature.</w:t>
      </w:r>
    </w:p>
    <w:p>
      <w:pPr>
        <w:jc w:val="right"/>
      </w:pPr>
      <w:r>
        <w:t>دس از ناٹ سمپلی ا سینگ، اٹ از لاء اف نیچر۔</w:t>
      </w:r>
    </w:p>
    <w:p>
      <w:r>
        <w:rPr>
          <w:b/>
        </w:rPr>
        <w:t xml:space="preserve">[1:11:50] </w:t>
      </w:r>
      <w:r>
        <w:t>it means that according to the law of nature,</w:t>
      </w:r>
    </w:p>
    <w:p>
      <w:pPr>
        <w:jc w:val="right"/>
      </w:pPr>
      <w:r>
        <w:t>اٹ مینز دیٹ اکارڈنگ ٹو دا لاء اف نیچر،</w:t>
      </w:r>
    </w:p>
    <w:p>
      <w:r>
        <w:rPr>
          <w:b/>
        </w:rPr>
        <w:t xml:space="preserve">[1:11:57] </w:t>
      </w:r>
      <w:r>
        <w:t>peace is peace ful method is far more effective than the violent method. this is law of nature.</w:t>
      </w:r>
    </w:p>
    <w:p>
      <w:pPr>
        <w:jc w:val="right"/>
      </w:pPr>
      <w:r>
        <w:t>پیس از پیس فل میتھڈ از فار مور ایفیکٹیو دین دی والنٹ میتھڈ۔ دس از لاء اف نیچر۔</w:t>
      </w:r>
    </w:p>
    <w:p>
      <w:r>
        <w:rPr>
          <w:b/>
        </w:rPr>
        <w:t xml:space="preserve">[1:12:06] </w:t>
      </w:r>
      <w:r>
        <w:t>you can not go against the law of nature. you have no, when comes the law of nature, you have no option.</w:t>
      </w:r>
    </w:p>
    <w:p>
      <w:pPr>
        <w:jc w:val="right"/>
      </w:pPr>
      <w:r>
        <w:t>یو کین ناٹ گو اگینسٹ دی لاء اف نیچر۔ یو ہیو نو، وین کمز دا لاء اف نیچر، یو ہیو نو اپشن۔</w:t>
      </w:r>
    </w:p>
    <w:p>
      <w:r>
        <w:rPr>
          <w:b/>
        </w:rPr>
        <w:t xml:space="preserve">[1:12:19] </w:t>
      </w:r>
      <w:r>
        <w:t>in this world, you are governed by the law of nature in every aspect of life.</w:t>
      </w:r>
    </w:p>
    <w:p>
      <w:pPr>
        <w:jc w:val="right"/>
      </w:pPr>
      <w:r>
        <w:t>ان دس ورلڈ، یو ار گورنڈ بائی دا لاء اف نیچر ان ایوری اسپیکٹ اف لائف۔</w:t>
      </w:r>
    </w:p>
    <w:p>
      <w:r>
        <w:rPr>
          <w:b/>
        </w:rPr>
        <w:t xml:space="preserve">[1:12:30] </w:t>
      </w:r>
      <w:r>
        <w:t>so, when comes the law of nature, we have no option other than to adopt it. so, according to the law of nature, peace ful method is far more effective than the violent method.</w:t>
      </w:r>
    </w:p>
    <w:p>
      <w:pPr>
        <w:jc w:val="right"/>
      </w:pPr>
      <w:r>
        <w:t>سو، وین کمز دا لاء اف نیچر، وی ہیو نو اپشن ادر دین ٹو اڈاپٹ اٹ۔ سو، اکارڈنگ ٹو دا لاء اف نیچر، پیس فل میتھڈ از فار مور ایفیکٹیو دین دی والنٹ میتھڈ۔</w:t>
      </w:r>
    </w:p>
    <w:p>
      <w:r>
        <w:rPr>
          <w:b/>
        </w:rPr>
        <w:t xml:space="preserve">[1:12:51] </w:t>
      </w:r>
      <w:r>
        <w:t>this is very clear. there is no ambiguity in this saying.</w:t>
      </w:r>
    </w:p>
    <w:p>
      <w:pPr>
        <w:jc w:val="right"/>
      </w:pPr>
      <w:r>
        <w:t>دس از ویری کلیئر۔ دیر از نو ایمبیگوٹی ان دس سینگ۔</w:t>
      </w:r>
    </w:p>
    <w:p>
      <w:r>
        <w:rPr>
          <w:b/>
        </w:rPr>
        <w:t xml:space="preserve">[1:12:59] </w:t>
      </w:r>
      <w:r>
        <w:t>this is no ambiguity.</w:t>
      </w:r>
    </w:p>
    <w:p>
      <w:pPr>
        <w:jc w:val="right"/>
      </w:pPr>
      <w:r>
        <w:t>دس از نو ایمبیگوٹی۔</w:t>
      </w:r>
    </w:p>
    <w:p>
      <w:r>
        <w:rPr>
          <w:b/>
        </w:rPr>
        <w:t xml:space="preserve">[1:13:04] </w:t>
      </w:r>
      <w:r>
        <w:t>so, all those people who are engaged in violence, in fighting, their in aware of this Islamic aspect.</w:t>
      </w:r>
    </w:p>
    <w:p>
      <w:pPr>
        <w:jc w:val="right"/>
      </w:pPr>
      <w:r>
        <w:t>سو، ال دوز پیپل ہو ار انگیج ان وائلنس، ان ان فائٹنگ، دیر ان اویر اف دس اسلامک اسپیٹ۔</w:t>
      </w:r>
    </w:p>
    <w:p>
      <w:r>
        <w:rPr>
          <w:b/>
        </w:rPr>
        <w:t xml:space="preserve">[1:13:17] </w:t>
      </w:r>
      <w:r>
        <w:t>they don't know what is Islam.</w:t>
      </w:r>
    </w:p>
    <w:p>
      <w:pPr>
        <w:jc w:val="right"/>
      </w:pPr>
      <w:r>
        <w:t>دے ڈونٹ نو واٹ از اسلام۔</w:t>
      </w:r>
    </w:p>
    <w:p>
      <w:r>
        <w:rPr>
          <w:b/>
        </w:rPr>
        <w:t xml:space="preserve">[1:13:19] </w:t>
      </w:r>
      <w:r>
        <w:t>they don't know what is the teachings of the prophet of Islam.</w:t>
      </w:r>
    </w:p>
    <w:p>
      <w:pPr>
        <w:jc w:val="right"/>
      </w:pPr>
      <w:r>
        <w:t>دے ڈونٹ نو واٹ از دا ٹیچنگز اف دا پرافٹ اف اسلام۔</w:t>
      </w:r>
    </w:p>
    <w:p>
      <w:r>
        <w:rPr>
          <w:b/>
        </w:rPr>
        <w:t xml:space="preserve">[1:13:27] </w:t>
      </w:r>
      <w:r>
        <w:t>so, I can say with conviction that peace is the only option for us.</w:t>
      </w:r>
    </w:p>
    <w:p>
      <w:pPr>
        <w:jc w:val="right"/>
      </w:pPr>
      <w:r>
        <w:t>سو، ائی کین سے ود کنوکشن دیٹ پیس از دا اونلی اپشن فار اس۔</w:t>
      </w:r>
    </w:p>
    <w:p>
      <w:r>
        <w:rPr>
          <w:b/>
        </w:rPr>
        <w:t xml:space="preserve">[1:13:39] </w:t>
      </w:r>
      <w:r>
        <w:t>if you are a true believer of Islam, we have no option other than peace.</w:t>
      </w:r>
    </w:p>
    <w:p>
      <w:pPr>
        <w:jc w:val="right"/>
      </w:pPr>
      <w:r>
        <w:t>اف یو ار ا ٹرو بلیور اف اسلام، وی ہیو نو اپشن ادر دین پیس۔</w:t>
      </w:r>
    </w:p>
    <w:p>
      <w:r>
        <w:rPr>
          <w:b/>
        </w:rPr>
        <w:t xml:space="preserve">[1:13:47] </w:t>
      </w:r>
      <w:r>
        <w:t>aqool qooli wa</w:t>
      </w:r>
    </w:p>
    <w:p>
      <w:pPr>
        <w:jc w:val="right"/>
      </w:pPr>
      <w:r>
        <w:t>اقول قولی 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