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Age of Consumerism January 6, 2013</w:t>
      </w:r>
    </w:p>
    <w:p>
      <w:r>
        <w:t>https://youtu.be/zJRZ1OKUhgA</w:t>
      </w:r>
    </w:p>
    <w:p>
      <w:r>
        <w:rPr>
          <w:b/>
        </w:rPr>
        <w:t xml:space="preserve">[00:14] </w:t>
      </w:r>
      <w:r>
        <w:t>bismillah rahman rahim, wasallallahu ala nabiyil karim.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wahal al uqdata min lisani, yafqahu qawli.</w:t>
      </w:r>
    </w:p>
    <w:p>
      <w:pPr>
        <w:jc w:val="right"/>
      </w:pPr>
      <w:r>
        <w:t>واحل العقدۃ من لسانی، یفقہ قولی۔</w:t>
      </w:r>
    </w:p>
    <w:p>
      <w:r>
        <w:rPr>
          <w:b/>
        </w:rPr>
        <w:t xml:space="preserve">[00:38] </w:t>
      </w:r>
      <w:r>
        <w:t>aaj january 2013 ki 6 tareekh hai.</w:t>
      </w:r>
    </w:p>
    <w:p>
      <w:pPr>
        <w:jc w:val="right"/>
      </w:pPr>
      <w:r>
        <w:t>آج جنوری 2013 کی 6 تاریخ ہے۔</w:t>
      </w:r>
    </w:p>
    <w:p>
      <w:r>
        <w:rPr>
          <w:b/>
        </w:rPr>
        <w:t xml:space="preserve">[00:51] </w:t>
      </w:r>
      <w:r>
        <w:t>aaj ki sunday class ke liye jo topic hai woh hai "age of consumerism".</w:t>
      </w:r>
    </w:p>
    <w:p>
      <w:pPr>
        <w:jc w:val="right"/>
      </w:pPr>
      <w:r>
        <w:t>آج کی سنڈے کلاس کے لیے جو ٹاپک ہے وہ ہے "ایج آف کنزیومرزم"۔</w:t>
      </w:r>
    </w:p>
    <w:p>
      <w:r>
        <w:rPr>
          <w:b/>
        </w:rPr>
        <w:t xml:space="preserve">[01:02] </w:t>
      </w:r>
      <w:r>
        <w:t>consumerism ka door.</w:t>
      </w:r>
    </w:p>
    <w:p>
      <w:pPr>
        <w:jc w:val="right"/>
      </w:pPr>
      <w:r>
        <w:t>کنزیومرزم کا دور۔</w:t>
      </w:r>
    </w:p>
    <w:p>
      <w:r>
        <w:rPr>
          <w:b/>
        </w:rPr>
        <w:t xml:space="preserve">[01:05] </w:t>
      </w:r>
      <w:r>
        <w:t>yeh topic mere zehan mein is tarah aaya ke yeh</w:t>
      </w:r>
    </w:p>
    <w:p>
      <w:pPr>
        <w:jc w:val="right"/>
      </w:pPr>
      <w:r>
        <w:t>یہ ٹاپک میرے ذہن میں اس طرح آیا کہ یہ</w:t>
      </w:r>
    </w:p>
    <w:p>
      <w:r>
        <w:rPr>
          <w:b/>
        </w:rPr>
        <w:t xml:space="preserve">[01:13] </w:t>
      </w:r>
      <w:r>
        <w:t>English paper mein ek item chapa hai, Thailand ke bare mein.</w:t>
      </w:r>
    </w:p>
    <w:p>
      <w:pPr>
        <w:jc w:val="right"/>
      </w:pPr>
      <w:r>
        <w:t>انگلش پیپر میں ایک آئٹم چھپا ہے، تھائی لینڈ کے بارے میں۔</w:t>
      </w:r>
    </w:p>
    <w:p>
      <w:r>
        <w:rPr>
          <w:b/>
        </w:rPr>
        <w:t xml:space="preserve">[01:23] </w:t>
      </w:r>
      <w:r>
        <w:t>is mein bataya unhon ne ke Thailand mein is waqt—aap jante hain ke Thailand Buddhist country samjha jata hai,</w:t>
      </w:r>
    </w:p>
    <w:p>
      <w:pPr>
        <w:jc w:val="right"/>
      </w:pPr>
      <w:r>
        <w:t>اس میں بتایا انہوں نے کہ تھائی لینڈ میں اس وقت—آپ جانتے ہیں کہ تھائی لینڈ بدھسٹ کنٹری سمجھا جاتا ہے،</w:t>
      </w:r>
    </w:p>
    <w:p>
      <w:r>
        <w:rPr>
          <w:b/>
        </w:rPr>
        <w:t xml:space="preserve">[01:34] </w:t>
      </w:r>
      <w:r>
        <w:t>wahan ke beshtar log Buddhist hain—to is report mein unhon ne bataya hai ke ab jo hai,</w:t>
      </w:r>
    </w:p>
    <w:p>
      <w:pPr>
        <w:jc w:val="right"/>
      </w:pPr>
      <w:r>
        <w:t>وہاں کے بیشتر لوگ بدھسٹ ہیں—تو اس رپورٹ میں انہوں نے بتایا ہے کہ اب جو ہے،</w:t>
      </w:r>
    </w:p>
    <w:p>
      <w:r>
        <w:rPr>
          <w:b/>
        </w:rPr>
        <w:t xml:space="preserve">[01:46] </w:t>
      </w:r>
      <w:r>
        <w:t>yani eitqadi tor par abhi bhi log Buddhist hain wahan, lekin practical tor par wahan jo cheez dominate kar rahi hai woh hai consumerism.</w:t>
      </w:r>
    </w:p>
    <w:p>
      <w:pPr>
        <w:jc w:val="right"/>
      </w:pPr>
      <w:r>
        <w:t>یعنی اعتقادی طور پر ابھی بھی لوگ بدھسٹ ہیں وہاں، لیکن پریکٹیکل طور پر وہاں جو چیز ڈومینیٹ کر رہی ہے وہ ہے کنزیومرزم۔</w:t>
      </w:r>
    </w:p>
    <w:p>
      <w:r>
        <w:rPr>
          <w:b/>
        </w:rPr>
        <w:t xml:space="preserve">[02:00] </w:t>
      </w:r>
      <w:r>
        <w:t>yani aaj Thailand ka religion Buddhism nahi hai balkeh consumerism hai. yeh is ka khulasa hai.</w:t>
      </w:r>
    </w:p>
    <w:p>
      <w:pPr>
        <w:jc w:val="right"/>
      </w:pPr>
      <w:r>
        <w:t>یعنی آج تھائی لینڈ کا ریلیجن بدھزم نہیں ہے بلکہ کنزیومرزم ہے۔ یہ اس کا خلاصہ ہے۔</w:t>
      </w:r>
    </w:p>
    <w:p>
      <w:r>
        <w:rPr>
          <w:b/>
        </w:rPr>
        <w:t xml:space="preserve">[02:12] </w:t>
      </w:r>
      <w:r>
        <w:t>to is ko parh kar mein ne socha yeh Thailand ka mamla nahi hai, yeh to ek global mamla hai.</w:t>
      </w:r>
    </w:p>
    <w:p>
      <w:pPr>
        <w:jc w:val="right"/>
      </w:pPr>
      <w:r>
        <w:t>تو اس کو پڑھ کر میں نے سوچا یہ تھائی لینڈ کا معاملہ نہیں ہے، یہ تو ایک گلوبل معاملہ ہے۔</w:t>
      </w:r>
    </w:p>
    <w:p>
      <w:r>
        <w:rPr>
          <w:b/>
        </w:rPr>
        <w:t xml:space="preserve">[02:26] </w:t>
      </w:r>
      <w:r>
        <w:t>sari duniya ka religion aaj practical tor par consumerism hi hai,</w:t>
      </w:r>
    </w:p>
    <w:p>
      <w:pPr>
        <w:jc w:val="right"/>
      </w:pPr>
      <w:r>
        <w:t>ساری دنیا کا ریلیجن آج پریکٹیکل طور پر کنزیومرزم ہی ہے،</w:t>
      </w:r>
    </w:p>
    <w:p>
      <w:r>
        <w:rPr>
          <w:b/>
        </w:rPr>
        <w:t xml:space="preserve">[02:35] </w:t>
      </w:r>
      <w:r>
        <w:t>chahe woh bazahir religious log hon ya secular log hon. logon ke gharon mein jaiye, logon ke sath baithiye, logon ki baaton ko suniye,</w:t>
      </w:r>
    </w:p>
    <w:p>
      <w:pPr>
        <w:jc w:val="right"/>
      </w:pPr>
      <w:r>
        <w:t>چاہے وہ بظاہر ریلیجیس لوگ ہوں یا سیکولر لوگ ہوں۔ لوگوں کے گھروں میں جائیے، لوگوں کے ساتھ بیٹھیے، لوگوں کی باتوں کو سنیے،</w:t>
      </w:r>
    </w:p>
    <w:p>
      <w:r>
        <w:rPr>
          <w:b/>
        </w:rPr>
        <w:t xml:space="preserve">[02:48] </w:t>
      </w:r>
      <w:r>
        <w:t>to sara charcha jo hota hai woh consumer goods ka hota hai.</w:t>
      </w:r>
    </w:p>
    <w:p>
      <w:pPr>
        <w:jc w:val="right"/>
      </w:pPr>
      <w:r>
        <w:t>تو سارا چرچہ جو ہوتا ہے وہ کنزیومر گڈز کا ہوتا ہے۔</w:t>
      </w:r>
    </w:p>
    <w:p>
      <w:r>
        <w:rPr>
          <w:b/>
        </w:rPr>
        <w:t xml:space="preserve">[02:54] </w:t>
      </w:r>
      <w:r>
        <w:t>har aadmi. ritual ke taur par woh kuch mazhabi kaam kar lega, mandir masjid mein chala jayega. lekin jo real life unki hai, real life kya hai?</w:t>
      </w:r>
    </w:p>
    <w:p>
      <w:pPr>
        <w:jc w:val="right"/>
      </w:pPr>
      <w:r>
        <w:t>ہر آدمی۔ ریچول کے طور پر وہ کچھ مذہبی کام کر لے گا، مندر مسجد میں چلا جائے گا۔ لیکن جو ریئل لائف ان کی ہے، ریئل لائف کیا ہے؟</w:t>
      </w:r>
    </w:p>
    <w:p>
      <w:r>
        <w:rPr>
          <w:b/>
        </w:rPr>
        <w:t xml:space="preserve">[03:08] </w:t>
      </w:r>
      <w:r>
        <w:t>paisa kamao aur shopping karo. paisa kamao aur naye tarz ka ghar banao, naye tarz ki car khareedo,</w:t>
      </w:r>
    </w:p>
    <w:p>
      <w:pPr>
        <w:jc w:val="right"/>
      </w:pPr>
      <w:r>
        <w:t>پیسہ کماؤ اور شاپنگ کرو۔ پیسہ کماؤ اور نئے طرز کا گھر بناؤ، نئے طرز کی کار خریدو،</w:t>
      </w:r>
    </w:p>
    <w:p>
      <w:r>
        <w:rPr>
          <w:b/>
        </w:rPr>
        <w:t xml:space="preserve">[03:20] </w:t>
      </w:r>
      <w:r>
        <w:t>ghar ko naye tarz ke samanon se bhar do. to aaj kisi ka mazhab doosra nahi hai, yahi hai.</w:t>
      </w:r>
    </w:p>
    <w:p>
      <w:pPr>
        <w:jc w:val="right"/>
      </w:pPr>
      <w:r>
        <w:t>گھر کو نئے طرز کے سامانوں سے بھر دو۔ تو آج کسی کا مذہب دوسرا نہیں ہے، یہی ہے۔</w:t>
      </w:r>
    </w:p>
    <w:p>
      <w:r>
        <w:rPr>
          <w:b/>
        </w:rPr>
        <w:t xml:space="preserve">[03:29] </w:t>
      </w:r>
      <w:r>
        <w:t>thailand ki baat nahi hai yeh.</w:t>
      </w:r>
    </w:p>
    <w:p>
      <w:pPr>
        <w:jc w:val="right"/>
      </w:pPr>
      <w:r>
        <w:t>تھائی لینڈ کی بات نہیں ہے یہ۔</w:t>
      </w:r>
    </w:p>
    <w:p>
      <w:r>
        <w:rPr>
          <w:b/>
        </w:rPr>
        <w:t xml:space="preserve">[03:34] </w:t>
      </w:r>
      <w:r>
        <w:t>jaise unhon ne likha hai ke thailand mein pehle yeh tha, unka haan ek rituals hai, ke jo buddhist hote hain, jo monk hote hain, woh pehle yeh tha ke woh ghar dari nahi karte thay.</w:t>
      </w:r>
    </w:p>
    <w:p>
      <w:pPr>
        <w:jc w:val="right"/>
      </w:pPr>
      <w:r>
        <w:t>جیسے انہوں نے لکھا ہے کہ تھائی لینڈ میں پہلے یہ تھا، ان کا ہاں ایک ریچولز ہے، کہ جو بدھسٹ ہوتے ہیں، جو منک ہوتے ہیں، وہ پہلے یہ تھا کہ وہ گھر داری نہیں کرتے تھے۔</w:t>
      </w:r>
    </w:p>
    <w:p>
      <w:r>
        <w:rPr>
          <w:b/>
        </w:rPr>
        <w:t xml:space="preserve">[03:55] </w:t>
      </w:r>
      <w:r>
        <w:t>unka kitchen nahi hota tha.</w:t>
      </w:r>
    </w:p>
    <w:p>
      <w:pPr>
        <w:jc w:val="right"/>
      </w:pPr>
      <w:r>
        <w:t>ان کا کچن نہیں ہوتا تھا۔</w:t>
      </w:r>
    </w:p>
    <w:p>
      <w:r>
        <w:rPr>
          <w:b/>
        </w:rPr>
        <w:t xml:space="preserve">[03:58] </w:t>
      </w:r>
      <w:r>
        <w:t>woh ek thala le ke niklte thay logon se, to log unhein khana de dete thay, khila kar khate thay. to likhte hain ke aaj kya hal hai?</w:t>
      </w:r>
    </w:p>
    <w:p>
      <w:pPr>
        <w:jc w:val="right"/>
      </w:pPr>
      <w:r>
        <w:t>وہ ایک تھلا لے کے نکلتے تھے لوگوں سے، تو لوگ انہیں کھانا دے دیتے تھے، کھلا کر کھاتے تھے۔ تو لکھتے ہیں کہ آج کیا حال ہے؟</w:t>
      </w:r>
    </w:p>
    <w:p>
      <w:r>
        <w:rPr>
          <w:b/>
        </w:rPr>
        <w:t xml:space="preserve">[04:11] </w:t>
      </w:r>
      <w:r>
        <w:t>aaj ka jo monk hai woh apne office mein telephone uthata hai</w:t>
      </w:r>
    </w:p>
    <w:p>
      <w:pPr>
        <w:jc w:val="right"/>
      </w:pPr>
      <w:r>
        <w:t>آج کا جو منک ہے وہ اپنے آفس میں ٹیلی فون اٹھاتا ہے</w:t>
      </w:r>
    </w:p>
    <w:p>
      <w:r>
        <w:rPr>
          <w:b/>
        </w:rPr>
        <w:t xml:space="preserve">[04:19] </w:t>
      </w:r>
      <w:r>
        <w:t>aur nearest restaurant ko telephone karta hai, aur thori der mein kya hota hai wahan par, wahan se khana aa jata hai.</w:t>
      </w:r>
    </w:p>
    <w:p>
      <w:pPr>
        <w:jc w:val="right"/>
      </w:pPr>
      <w:r>
        <w:t>اور نیرسٹ ریسٹورنٹ کو ٹیلی فون کرتا ہے، اور تھوڑی دیر میں کیا ہوتا ہے وہاں پر، وہاں سے کھانا آ جاتا ہے۔</w:t>
      </w:r>
    </w:p>
    <w:p>
      <w:r>
        <w:rPr>
          <w:b/>
        </w:rPr>
        <w:t xml:space="preserve">[04:35] </w:t>
      </w:r>
      <w:r>
        <w:t>ab woh tareeqa khatam ho gaya.</w:t>
      </w:r>
    </w:p>
    <w:p>
      <w:pPr>
        <w:jc w:val="right"/>
      </w:pPr>
      <w:r>
        <w:t>اب وہ طریقہ ختم ہو گیا۔</w:t>
      </w:r>
    </w:p>
    <w:p>
      <w:r>
        <w:rPr>
          <w:b/>
        </w:rPr>
        <w:t xml:space="preserve">[04:38] </w:t>
      </w:r>
      <w:r>
        <w:t>ab unka jo temple hai, temple mein us ne likha hai ke do aadmi dikhai dete hain, jabke pehle wahan bheer lagi rehti thi.</w:t>
      </w:r>
    </w:p>
    <w:p>
      <w:pPr>
        <w:jc w:val="right"/>
      </w:pPr>
      <w:r>
        <w:t>اب ان کا جو ٹیمپل ہے، ٹیمپل میں اس نے لکھا ہے کہ دو آدمی دکھائی دیتے ہیں، جبکہ پہلے وہاں بھیڑ لگی رہتی تھی۔</w:t>
      </w:r>
    </w:p>
    <w:p>
      <w:r>
        <w:rPr>
          <w:b/>
        </w:rPr>
        <w:t xml:space="preserve">[04:47] </w:t>
      </w:r>
      <w:r>
        <w:t>yeh to har jagah hai. yeh ek bohat hi zyada sochne wali baat hai, kyunke yaani is waqeye ko parh kar mujhe ek hadith yaad aayi. bohat ajeeb taur par ek hadith mein is modern phenomena ka zikr hai.</w:t>
      </w:r>
    </w:p>
    <w:p>
      <w:pPr>
        <w:jc w:val="right"/>
      </w:pPr>
      <w:r>
        <w:t>یہ تو ہر جگہ ہے۔ یہ ایک بہت ہی زیادہ سوچنے والی بات ہے، کیونکہ یعنی اس واقعے کو پڑھ کر مجھے ایک حدیث یاد آئی۔ بہت عجیب طور پر ایک حدیث میں اس ماڈرن فیناومینا کا ذکر ہے۔</w:t>
      </w:r>
    </w:p>
    <w:p>
      <w:r>
        <w:rPr>
          <w:b/>
        </w:rPr>
        <w:t xml:space="preserve">[05:05] </w:t>
      </w:r>
      <w:r>
        <w:t>bohat ajeeb taur par.</w:t>
      </w:r>
    </w:p>
    <w:p>
      <w:pPr>
        <w:jc w:val="right"/>
      </w:pPr>
      <w:r>
        <w:t>بہت عجیب طور پر۔</w:t>
      </w:r>
    </w:p>
    <w:p>
      <w:r>
        <w:rPr>
          <w:b/>
        </w:rPr>
        <w:t xml:space="preserve">[05:10] </w:t>
      </w:r>
      <w:r>
        <w:t>dekhein aaj jo shopping hai, aaj jo is ko maujooda zamanay ko kaha jata hai "consumer revolution".</w:t>
      </w:r>
    </w:p>
    <w:p>
      <w:pPr>
        <w:jc w:val="right"/>
      </w:pPr>
      <w:r>
        <w:t>دیکھیں آج جو شاپنگ ہے، آج جو اس کو موجودہ زمانے کو کہا جاتا ہے "کنزیومر ریولوشن"۔</w:t>
      </w:r>
    </w:p>
    <w:p>
      <w:r>
        <w:rPr>
          <w:b/>
        </w:rPr>
        <w:t xml:space="preserve">[05:20] </w:t>
      </w:r>
      <w:r>
        <w:t>consumer revolution. pehle zamanay mein bhi bazaar hote thay, consumer goods hote thay, lekin aaj mein aur pehle mein bohat zyada farq hai.</w:t>
      </w:r>
    </w:p>
    <w:p>
      <w:pPr>
        <w:jc w:val="right"/>
      </w:pPr>
      <w:r>
        <w:t>کنزیومر ریولوشن۔ پہلے زمانے میں بھی بازار ہوتے تھے، کنزیومر گڈز ہوتے تھے، لیکن آج میں اور پہلے میں بہت زیادہ فرق ہے۔</w:t>
      </w:r>
    </w:p>
    <w:p>
      <w:r>
        <w:rPr>
          <w:b/>
        </w:rPr>
        <w:t xml:space="preserve">[05:34] </w:t>
      </w:r>
      <w:r>
        <w:t>pehle market mein das panch item hote thay,</w:t>
      </w:r>
    </w:p>
    <w:p>
      <w:pPr>
        <w:jc w:val="right"/>
      </w:pPr>
      <w:r>
        <w:t>پہلے مارکیٹ میں دس پانچ آئٹم ہوتے تھے،</w:t>
      </w:r>
    </w:p>
    <w:p>
      <w:r>
        <w:rPr>
          <w:b/>
        </w:rPr>
        <w:t xml:space="preserve">[05:38] </w:t>
      </w:r>
      <w:r>
        <w:t>aaj to million item hai, million item hai.</w:t>
      </w:r>
    </w:p>
    <w:p>
      <w:pPr>
        <w:jc w:val="right"/>
      </w:pPr>
      <w:r>
        <w:t>آج تو ملین آئٹم ہے، ملین آئٹم ہے۔</w:t>
      </w:r>
    </w:p>
    <w:p>
      <w:r>
        <w:rPr>
          <w:b/>
        </w:rPr>
        <w:t xml:space="preserve">[05:44] </w:t>
      </w:r>
      <w:r>
        <w:t>dekhein meri umar taqreeban 90 saal ho rahi hai, aur main ne dekha hai bachpan mein apne gaon ki jo market hoti thi, us ko haat kehte thay.</w:t>
      </w:r>
    </w:p>
    <w:p>
      <w:pPr>
        <w:jc w:val="right"/>
      </w:pPr>
      <w:r>
        <w:t>دیکھیں میری عمر تقریباً 90 سال ہو رہی ہے، اور میں نے دیکھا ہے بچپن میں اپنے گاؤں کی جو مارکیٹ ہوتی تھی، اس کو ہارٹ کہتے تھے۔</w:t>
      </w:r>
    </w:p>
    <w:p>
      <w:r>
        <w:rPr>
          <w:b/>
        </w:rPr>
        <w:t xml:space="preserve">[05:57] </w:t>
      </w:r>
      <w:r>
        <w:t>haftay mein ek bar lagti thi hamare gaon ke pas haat. wahan main kabhi kabhi jata tha.</w:t>
      </w:r>
    </w:p>
    <w:p>
      <w:pPr>
        <w:jc w:val="right"/>
      </w:pPr>
      <w:r>
        <w:t>ہفتے میں ایک بار لگتی تھی ہمارے گاؤں کے پاس ہارٹ۔ وہاں میں کبھی کبھی جاتا تھا۔</w:t>
      </w:r>
    </w:p>
    <w:p>
      <w:r>
        <w:rPr>
          <w:b/>
        </w:rPr>
        <w:t xml:space="preserve">[06:08] </w:t>
      </w:r>
      <w:r>
        <w:t>wahan jo item hote thay woh bohat karot qism ke item thay. yaani lohar ne kuch chhuri bana liya, lohar ne kuch ghas kaatne wali kharbi bana liya, aur usi ke sath us zamanay mein jo kapra banta tha woh hath girgeh se banta tha.</w:t>
      </w:r>
    </w:p>
    <w:p>
      <w:pPr>
        <w:jc w:val="right"/>
      </w:pPr>
      <w:r>
        <w:t>وہاں جو آئٹم ہوتے تھے وہ بہت کروٹ قسم کے آئٹم تھے۔ یعنی لوہار نے کچھ چھری بنا لیا، لوہار نے کچھ گھاس کاٹنے والی کھربی بنا لیا، اور اسی کے ساتھ اس زمانے میں جو کپڑا بنتا تھا وہ ہاتھ گرگہ سے بنتا تھا۔</w:t>
      </w:r>
    </w:p>
    <w:p>
      <w:r>
        <w:rPr>
          <w:b/>
        </w:rPr>
        <w:t xml:space="preserve">[06:29] </w:t>
      </w:r>
      <w:r>
        <w:t>tab milon ke kapre nahi hote thay.</w:t>
      </w:r>
    </w:p>
    <w:p>
      <w:pPr>
        <w:jc w:val="right"/>
      </w:pPr>
      <w:r>
        <w:t>تب ملوں کے کپڑے نہیں ہوتے تھے۔</w:t>
      </w:r>
    </w:p>
    <w:p>
      <w:r>
        <w:rPr>
          <w:b/>
        </w:rPr>
        <w:t xml:space="preserve">[06:33] </w:t>
      </w:r>
      <w:r>
        <w:t>to hath ke banay hue kapre, hath girgeh se banay hue kapre wahan par latay thay, bazaar kehte thay in logon ko.</w:t>
      </w:r>
    </w:p>
    <w:p>
      <w:pPr>
        <w:jc w:val="right"/>
      </w:pPr>
      <w:r>
        <w:t>تو ہاتھ کے بنے ہوئے کپڑے، ہاتھ گرگہ سے بنے ہوئے کپڑے وہاں پر لاتے تھے، بازار کہتے تھے ان لوگوں کو۔</w:t>
      </w:r>
    </w:p>
    <w:p>
      <w:r>
        <w:rPr>
          <w:b/>
        </w:rPr>
        <w:t xml:space="preserve">[06:41] </w:t>
      </w:r>
      <w:r>
        <w:t>woh bechte thay, woh motay chotay kapre hotay thay. to to ek thori si choti si space hoti thi is mein, aise hi thore se item hotay thay.</w:t>
      </w:r>
    </w:p>
    <w:p>
      <w:pPr>
        <w:jc w:val="right"/>
      </w:pPr>
      <w:r>
        <w:t>وہ بیچتے تھے، وہ موٹے چھوٹے کپڑے ہوتے تھے۔ تو تو ایک تھوڑی سی چھوٹی سی سپیس ہوتی تھی اس میں، ایسے ہی تھوڑے سے آئٹم ہوتے تھے۔</w:t>
      </w:r>
    </w:p>
    <w:p>
      <w:r>
        <w:rPr>
          <w:b/>
        </w:rPr>
        <w:t xml:space="preserve">[06:54] </w:t>
      </w:r>
      <w:r>
        <w:t>yeh tha is zamane ka heart, ya shopping center aaj bola jata hai, shopping mall bola jata hai.</w:t>
      </w:r>
    </w:p>
    <w:p>
      <w:pPr>
        <w:jc w:val="right"/>
      </w:pPr>
      <w:r>
        <w:t>یہ تھا اس زمانے کا ہارٹ، یا شاپنگ سینٹر آج بولا جاتا ہے، شاپنگ مال بولا جاتا ہے۔</w:t>
      </w:r>
    </w:p>
    <w:p>
      <w:r>
        <w:rPr>
          <w:b/>
        </w:rPr>
        <w:t xml:space="preserve">[07:08] </w:t>
      </w:r>
      <w:r>
        <w:t>to yeh beesveen sadi mein yeh shopping malls aur shopping center ka phenomenon paida hua.</w:t>
      </w:r>
    </w:p>
    <w:p>
      <w:pPr>
        <w:jc w:val="right"/>
      </w:pPr>
      <w:r>
        <w:t>تو یہ بیسویں صدی میں یہ شاپنگ مالز اور شاپنگ سینٹر کا فیناومینا پیدا ہوا۔</w:t>
      </w:r>
    </w:p>
    <w:p>
      <w:r>
        <w:rPr>
          <w:b/>
        </w:rPr>
        <w:t xml:space="preserve">[07:17] </w:t>
      </w:r>
      <w:r>
        <w:t>to pehle kuch zaroorat ki cheezen hoti theen bazaar mein, bilkul zaroorat ki cheezen.</w:t>
      </w:r>
    </w:p>
    <w:p>
      <w:pPr>
        <w:jc w:val="right"/>
      </w:pPr>
      <w:r>
        <w:t>تو پہلے کچھ ضرورت کی چیزیں ہوتی تھیں بازار میں، بالکل ضرورت کی چیزیں۔</w:t>
      </w:r>
    </w:p>
    <w:p>
      <w:r>
        <w:rPr>
          <w:b/>
        </w:rPr>
        <w:t xml:space="preserve">[07:28] </w:t>
      </w:r>
      <w:r>
        <w:t>to wahan bheer bhi nahi hoti thi. kuch log jin ko zaroorat hoti thi woh aa kar unhon ne kuch chand item thay us ko khareed liya.</w:t>
      </w:r>
    </w:p>
    <w:p>
      <w:pPr>
        <w:jc w:val="right"/>
      </w:pPr>
      <w:r>
        <w:t>تو وہاں بھیڑ بھی نہیں ہوتی تھی۔ کچھ لوگ جن کو ضرورت ہوتی تھی وہ آ کر انہوں نے کچھ چند آئٹم تھے اس کو خرید لیا۔</w:t>
      </w:r>
    </w:p>
    <w:p>
      <w:r>
        <w:rPr>
          <w:b/>
        </w:rPr>
        <w:t xml:space="preserve">[07:38] </w:t>
      </w:r>
      <w:r>
        <w:t>ab jo hai million item hain. to pehle agar need based shopping hoti thi to ab kya hai?</w:t>
      </w:r>
    </w:p>
    <w:p>
      <w:pPr>
        <w:jc w:val="right"/>
      </w:pPr>
      <w:r>
        <w:t>اب جو ہے ملین آئٹم ہیں۔ تو پہلے اگر نیڈ بیسڈ شاپنگ ہوتی تھی تو اب کیا ہے؟</w:t>
      </w:r>
    </w:p>
    <w:p>
      <w:r>
        <w:rPr>
          <w:b/>
        </w:rPr>
        <w:t xml:space="preserve">[07:49] </w:t>
      </w:r>
      <w:r>
        <w:t>ab comfort ka zamana aya hai, phir luxury ka zamana aya hai, ab fashion ka zamana aa gaya hai. ab to shopping for the sake of shopping ho gayi.</w:t>
      </w:r>
    </w:p>
    <w:p>
      <w:pPr>
        <w:jc w:val="right"/>
      </w:pPr>
      <w:r>
        <w:t>اب کمفرٹ کا زمانہ آیا ہے، پھر لگژری کا زمانہ آیا ہے، اب فیشن کا زمانہ آ گیا ہے۔ اب تو شاپنگ فور دا سیک آف شاپنگ ہو گئی۔</w:t>
      </w:r>
    </w:p>
    <w:p>
      <w:r>
        <w:rPr>
          <w:b/>
        </w:rPr>
        <w:t xml:space="preserve">[08:02] </w:t>
      </w:r>
      <w:r>
        <w:t>shauq mein shopping karte hain log jin ke pas paisa hai.</w:t>
      </w:r>
    </w:p>
    <w:p>
      <w:pPr>
        <w:jc w:val="right"/>
      </w:pPr>
      <w:r>
        <w:t>شوق میں شاپنگ کرتے ہیں لوگ جن کے پاس پیسہ ہے۔</w:t>
      </w:r>
    </w:p>
    <w:p>
      <w:r>
        <w:rPr>
          <w:b/>
        </w:rPr>
        <w:t xml:space="preserve">[08:08] </w:t>
      </w:r>
      <w:r>
        <w:t>to aaj ka jo shopping center hai ya shopping malls hai ya shopping culture jo hai, us ko dekh kar woh hadith samajh mein aati hai.</w:t>
      </w:r>
    </w:p>
    <w:p>
      <w:pPr>
        <w:jc w:val="right"/>
      </w:pPr>
      <w:r>
        <w:t>تو آج کا جو شاپنگ سینٹر ہے یا شاپنگ مالز ہے یا شاپنگ کلچر جو ہے، اس کو دیکھ کر وہ حدیث سمجھ میں آتی ہے۔</w:t>
      </w:r>
    </w:p>
    <w:p>
      <w:r>
        <w:rPr>
          <w:b/>
        </w:rPr>
        <w:t xml:space="preserve">[08:21] </w:t>
      </w:r>
      <w:r>
        <w:t>pehlay yeh hadith samajh mein aati thi ke is ka matlab kya hoga. haqeeqat mein woh hadith rasool jo hai woh future ke aitbar se thi.</w:t>
      </w:r>
    </w:p>
    <w:p>
      <w:pPr>
        <w:jc w:val="right"/>
      </w:pPr>
      <w:r>
        <w:t>پہلے یہ حدیث سمجھ میں آتی تھی کہ اس کا مطلب کیا ہوگا۔ حقیقت میں وہ حدیث رسول جو ہے وہ فیوچر کے اعتبار سے تھی۔</w:t>
      </w:r>
    </w:p>
    <w:p>
      <w:r>
        <w:rPr>
          <w:b/>
        </w:rPr>
        <w:t xml:space="preserve">[08:34] </w:t>
      </w:r>
      <w:r>
        <w:t>seven century AD mein jab ke rasool Allah ne farmaya tha aisa, tab ke liye nahi thi. to mein chahta hoon ke aap log is hadith ko pehle arabi mein sunein, is ka jo aaj text hai, text,</w:t>
      </w:r>
    </w:p>
    <w:p>
      <w:pPr>
        <w:jc w:val="right"/>
      </w:pPr>
      <w:r>
        <w:t>سیون سینچری اے ڈی میں جب کہ رسول اللہ نے فرمایا تھا ایسا، تب کے لیے نہیں تھی۔ تو میں چاہتا ہوں کہ آپ لوگ اس حدیث کو پہلے عربی میں سنیں، اس کا جو آج ٹیکسٹ ہے، ٹیکسٹ،</w:t>
      </w:r>
    </w:p>
    <w:p>
      <w:r>
        <w:rPr>
          <w:b/>
        </w:rPr>
        <w:t xml:space="preserve">[08:49] </w:t>
      </w:r>
      <w:r>
        <w:t>phir mein is ke baray mein kuch arz karunga. to hamare saathi hain Maulana Zikwan Nadvi, woh aap ko is ka arabi text sunayenge.</w:t>
      </w:r>
    </w:p>
    <w:p>
      <w:pPr>
        <w:jc w:val="right"/>
      </w:pPr>
      <w:r>
        <w:t>پھر میں اس کے بارے میں کچھ عرض کروں گا۔ تو ہمارے ساتھی ہیں مولانا زکوان ندوی، وہ آپ کو اس کا عربی ٹیکسٹ سنائیں گے۔</w:t>
      </w:r>
    </w:p>
    <w:p>
      <w:r>
        <w:rPr>
          <w:b/>
        </w:rPr>
        <w:t xml:space="preserve">[08:58] </w:t>
      </w:r>
      <w:r>
        <w:t>is ko</w:t>
      </w:r>
    </w:p>
    <w:p>
      <w:pPr>
        <w:jc w:val="right"/>
      </w:pPr>
      <w:r>
        <w:t>اس کو</w:t>
      </w:r>
    </w:p>
    <w:p>
      <w:r>
        <w:rPr>
          <w:b/>
        </w:rPr>
        <w:t xml:space="preserve">[08:59] </w:t>
      </w:r>
      <w:r>
        <w:t>suniye. an abi imamah qala: "in hibrun min al-yahud saal al-nabi sallallahu alayhi wa sallam: ayy al-baqa' khayr?" fasakata anhu wa qala: "askut hatta yajee jabril."</w:t>
      </w:r>
    </w:p>
    <w:p>
      <w:pPr>
        <w:jc w:val="right"/>
      </w:pPr>
      <w:r>
        <w:t>سنیے۔ عن ابی امامہ قال: "إن حبرا من اليهود سال النبی صلی اللہ علیہ وسلم: ای البقاء خیر؟" فسکت عنہ وقال: "اسکت حتى یجی جبریل."</w:t>
      </w:r>
    </w:p>
    <w:p>
      <w:r>
        <w:rPr>
          <w:b/>
        </w:rPr>
        <w:t xml:space="preserve">[09:16] </w:t>
      </w:r>
      <w:r>
        <w:t>fasakata al-hibr, wa jaa jabril alayhi al-salam fa saal, fa qala jabril: "masool anha min al-sa'il?" walakin asal rabbi tabarak wa ta'ala.</w:t>
      </w:r>
    </w:p>
    <w:p>
      <w:pPr>
        <w:jc w:val="right"/>
      </w:pPr>
      <w:r>
        <w:t>فسکت الحبر، وجاء جبریل علیہ السلام فسال، فقال جبریل: "مسول عنہا من السائل؟" ولكن اسال ربی تبارک و تعالی.</w:t>
      </w:r>
    </w:p>
    <w:p>
      <w:r>
        <w:rPr>
          <w:b/>
        </w:rPr>
        <w:t xml:space="preserve">[09:32] </w:t>
      </w:r>
      <w:r>
        <w:t>thumma qala jabril: "ya Muhammad!</w:t>
      </w:r>
    </w:p>
    <w:p>
      <w:pPr>
        <w:jc w:val="right"/>
      </w:pPr>
      <w:r>
        <w:t>ثم قال جبریل: "یا محمد!</w:t>
      </w:r>
    </w:p>
    <w:p>
      <w:r>
        <w:rPr>
          <w:b/>
        </w:rPr>
        <w:t xml:space="preserve">[09:35] </w:t>
      </w:r>
      <w:r>
        <w:t>inni danawtu min Allah danuwan ma danawtu minhu qatt." qala: "wa kayfa kana ya jabril?" qala jabril: "kana bayni wa baynahu sab'una alf hijabin min nur." fa qala Allah tabarak wa ta'ala:</w:t>
      </w:r>
    </w:p>
    <w:p>
      <w:pPr>
        <w:jc w:val="right"/>
      </w:pPr>
      <w:r>
        <w:t>إنی دنوت من اللہ دنوا ما دنوت منہ قط." قال: "وکيف کان یا جبریل؟" قال جبریل: "کان بینی وبینہ سبعون الف حجاب من نور." فقال اللہ تبارک و تعالی:</w:t>
      </w:r>
    </w:p>
    <w:p>
      <w:r>
        <w:rPr>
          <w:b/>
        </w:rPr>
        <w:t xml:space="preserve">[09:54] </w:t>
      </w:r>
      <w:r>
        <w:t>"shar al-baqa' aswaquha, wa khayr al-baqa' masajiduha."</w:t>
      </w:r>
    </w:p>
    <w:p>
      <w:pPr>
        <w:jc w:val="right"/>
      </w:pPr>
      <w:r>
        <w:t>"شر البقاء اسواقها، وخیر البقاء مساجدها."</w:t>
      </w:r>
    </w:p>
    <w:p>
      <w:r>
        <w:rPr>
          <w:b/>
        </w:rPr>
        <w:t xml:space="preserve">[10:00] </w:t>
      </w:r>
      <w:r>
        <w:t>dekhein yeh hai hadith, yeh hadith ka arabi matn aap ne sun liya. bohat ajeeb hadith hai yeh.</w:t>
      </w:r>
    </w:p>
    <w:p>
      <w:pPr>
        <w:jc w:val="right"/>
      </w:pPr>
      <w:r>
        <w:t>دیکھیں یہ ہے حدیث، یہ حدیث کا عربی متن آپ نے سن لیا۔ بہت عجیب حدیث ہے یہ۔</w:t>
      </w:r>
    </w:p>
    <w:p>
      <w:r>
        <w:rPr>
          <w:b/>
        </w:rPr>
        <w:t xml:space="preserve">[10:11] </w:t>
      </w:r>
      <w:r>
        <w:t>is mein yeh hai ke ek shakhs ne rasool Allah sallallahu alayhi wa sallam se jab ke aap madina mein thay, aap se ek sawal kiya. aur sawal yeh tha ke zameen par sab se bura spot konsa hai, sab se acha spot konsa hai?</w:t>
      </w:r>
    </w:p>
    <w:p>
      <w:pPr>
        <w:jc w:val="right"/>
      </w:pPr>
      <w:r>
        <w:t>اس میں یہ ہے کہ ایک شخص نے رسول اللہ صلی اللہ علیہ وسلم سے جب کہ آپ مدینہ میں تھے، آپ سے ایک سوال کیا۔ اور سوال یہ تھا کہ زمین پر سب سے برا سپاٹ کونسا ہے، سب سے اچھا سپاٹ کونسا ہے؟</w:t>
      </w:r>
    </w:p>
    <w:p>
      <w:r>
        <w:rPr>
          <w:b/>
        </w:rPr>
        <w:t xml:space="preserve">[10:30] </w:t>
      </w:r>
      <w:r>
        <w:t>sab se achi jagah konsi hai, sab se buri jagah konsi hai?</w:t>
      </w:r>
    </w:p>
    <w:p>
      <w:pPr>
        <w:jc w:val="right"/>
      </w:pPr>
      <w:r>
        <w:t>سب سے اچھی جگہ کونسی ہے، سب سے بری جگہ کونسی ہے؟</w:t>
      </w:r>
    </w:p>
    <w:p>
      <w:r>
        <w:rPr>
          <w:b/>
        </w:rPr>
        <w:t xml:space="preserve">[10:36] </w:t>
      </w:r>
      <w:r>
        <w:t>to rasool Allah sallallahu alayhi wa sallam ne farmaya ke yeh mujhe nahi maloom. to aap ne farmaya ke jab jibril aayenge to mein un se pooch ke bataunga.</w:t>
      </w:r>
    </w:p>
    <w:p>
      <w:pPr>
        <w:jc w:val="right"/>
      </w:pPr>
      <w:r>
        <w:t>تو رسول اللہ صلی اللہ علیہ وسلم نے فرمایا کہ یہ مجھے نہیں معلوم۔ تو آپ نے فرمایا کہ جب جبرائیل آئیں گے تو میں ان سے پوچھ کے بتاؤں گا۔</w:t>
      </w:r>
    </w:p>
    <w:p>
      <w:r>
        <w:rPr>
          <w:b/>
        </w:rPr>
        <w:t xml:space="preserve">[10:48] </w:t>
      </w:r>
      <w:r>
        <w:t>to jibril farishta aap ke pas aya, us se aap ne poocha is sawal ke baray mein.</w:t>
      </w:r>
    </w:p>
    <w:p>
      <w:pPr>
        <w:jc w:val="right"/>
      </w:pPr>
      <w:r>
        <w:t>تو جبرائیل فرشتہ آپ کے پاس آیا، اس سے آپ نے پوچھا اس سوال کے بارے میں۔</w:t>
      </w:r>
    </w:p>
    <w:p>
      <w:r>
        <w:rPr>
          <w:b/>
        </w:rPr>
        <w:t xml:space="preserve">[10:58] </w:t>
      </w:r>
      <w:r>
        <w:t>to jibril ne kaha ke mujhe bhi is ke baray mein nahi maloom.</w:t>
      </w:r>
    </w:p>
    <w:p>
      <w:pPr>
        <w:jc w:val="right"/>
      </w:pPr>
      <w:r>
        <w:t>تو جبرائیل نے کہا کہ مجھے بھی اس کے بارے میں نہیں معلوم۔</w:t>
      </w:r>
    </w:p>
    <w:p>
      <w:r>
        <w:rPr>
          <w:b/>
        </w:rPr>
        <w:t xml:space="preserve">[11:07] </w:t>
      </w:r>
      <w:r>
        <w:t>to unhon ne kaha ke mein Allah rab al-alameen se poochta hoon, phir bataunga aap ko.</w:t>
      </w:r>
    </w:p>
    <w:p>
      <w:pPr>
        <w:jc w:val="right"/>
      </w:pPr>
      <w:r>
        <w:t>تو انہوں نے کہا کہ میں اللہ رب العالمین سے پوچھتا ہوں، پھر بتاؤں گا آپ کو۔</w:t>
      </w:r>
    </w:p>
    <w:p>
      <w:r>
        <w:rPr>
          <w:b/>
        </w:rPr>
        <w:t xml:space="preserve">[11:17] </w:t>
      </w:r>
      <w:r>
        <w:t>to</w:t>
      </w:r>
    </w:p>
    <w:p>
      <w:pPr>
        <w:jc w:val="right"/>
      </w:pPr>
      <w:r>
        <w:t>تو</w:t>
      </w:r>
    </w:p>
    <w:p>
      <w:r>
        <w:rPr>
          <w:b/>
        </w:rPr>
        <w:t xml:space="preserve">[11:18] </w:t>
      </w:r>
      <w:r>
        <w:t>hadith mein hai ke hazrat jibril</w:t>
      </w:r>
    </w:p>
    <w:p>
      <w:pPr>
        <w:jc w:val="right"/>
      </w:pPr>
      <w:r>
        <w:t>حدیث میں ہے کہ حضرت جبرائیل</w:t>
      </w:r>
    </w:p>
    <w:p>
      <w:r>
        <w:rPr>
          <w:b/>
        </w:rPr>
        <w:t xml:space="preserve">[11:23] </w:t>
      </w:r>
      <w:r>
        <w:t>ne parwaz kiya aur Allah ke qareeb pohanchay aur poocha.</w:t>
      </w:r>
    </w:p>
    <w:p>
      <w:pPr>
        <w:jc w:val="right"/>
      </w:pPr>
      <w:r>
        <w:t>نے پرواز کیا اور اللہ کے قریب پہنچے اور پوچھا۔</w:t>
      </w:r>
    </w:p>
    <w:p>
      <w:r>
        <w:rPr>
          <w:b/>
        </w:rPr>
        <w:t xml:space="preserve">[11:34] </w:t>
      </w:r>
      <w:r>
        <w:t>to woh batatay hain ke main itna itna ziyada qareeb hua ke mere aur Allah ke darmiyan 70 hazar noori parde waqe thay.</w:t>
      </w:r>
    </w:p>
    <w:p>
      <w:pPr>
        <w:jc w:val="right"/>
      </w:pPr>
      <w:r>
        <w:t>تو وہ بتاتے ہیں کہ میں اتنا اتنا زیادہ قریب ہوا کہ میرے اور اللہ کے درمیان 70 ہزار نوری پردے واقع تھے۔</w:t>
      </w:r>
    </w:p>
    <w:p>
      <w:r>
        <w:rPr>
          <w:b/>
        </w:rPr>
        <w:t xml:space="preserve">[11:43] </w:t>
      </w:r>
      <w:r>
        <w:t>yani aaj kal ki zaban mein aap keh sakte hain ke 70 hazar light years.</w:t>
      </w:r>
    </w:p>
    <w:p>
      <w:pPr>
        <w:jc w:val="right"/>
      </w:pPr>
      <w:r>
        <w:t>یعنی آج کل کی زبان میں آپ کہہ سکتے ہیں کہ 70 ہزار لائٹ ایئرز۔</w:t>
      </w:r>
    </w:p>
    <w:p>
      <w:r>
        <w:rPr>
          <w:b/>
        </w:rPr>
        <w:t xml:space="preserve">[11:57] </w:t>
      </w:r>
      <w:r>
        <w:t>to hazrat jibril ko jo jawab mila Allah taala ki taraf se, woh aa kar unhon ne rasool Allah ko bataya.</w:t>
      </w:r>
    </w:p>
    <w:p>
      <w:pPr>
        <w:jc w:val="right"/>
      </w:pPr>
      <w:r>
        <w:t>تو حضرت جبرائیل کو جو جواب ملا اللہ تعالی کی طرف سے، وہ آ کر انہوں نے رسول اللہ کو بتایا۔</w:t>
      </w:r>
    </w:p>
    <w:p>
      <w:r>
        <w:rPr>
          <w:b/>
        </w:rPr>
        <w:t xml:space="preserve">[12:05] </w:t>
      </w:r>
      <w:r>
        <w:t>to Allah taala ne farmaya ke "shar maqam aswaqah,</w:t>
      </w:r>
    </w:p>
    <w:p>
      <w:pPr>
        <w:jc w:val="right"/>
      </w:pPr>
      <w:r>
        <w:t>تو اللہ تعالی نے فرمایا کہ "شر مقام اسواقہ،</w:t>
      </w:r>
    </w:p>
    <w:p>
      <w:r>
        <w:rPr>
          <w:b/>
        </w:rPr>
        <w:t xml:space="preserve">[12:14] </w:t>
      </w:r>
      <w:r>
        <w:t>wa khair maqam masajidah"</w:t>
      </w:r>
    </w:p>
    <w:p>
      <w:pPr>
        <w:jc w:val="right"/>
      </w:pPr>
      <w:r>
        <w:t>وخیر مقام مساجدہ"</w:t>
      </w:r>
    </w:p>
    <w:p>
      <w:r>
        <w:rPr>
          <w:b/>
        </w:rPr>
        <w:t xml:space="preserve">[12:19] </w:t>
      </w:r>
      <w:r>
        <w:t>ke zameen ka sab se bura spot jo hai woh is ke bazaar hain. Zameen ka sab se acha spot jo hai woh is ke masjidain hain.</w:t>
      </w:r>
    </w:p>
    <w:p>
      <w:pPr>
        <w:jc w:val="right"/>
      </w:pPr>
      <w:r>
        <w:t>کہ زمین کا سب سے برا اسپاٹ جو ہے وہ اس کے بازار ہیں۔ زمین کا سب سے اچھا اسپاٹ جو ہے وہ اس کے مسجدیں ہیں۔</w:t>
      </w:r>
    </w:p>
    <w:p>
      <w:r>
        <w:rPr>
          <w:b/>
        </w:rPr>
        <w:t xml:space="preserve">[12:33] </w:t>
      </w:r>
      <w:r>
        <w:t>to us waqt jab ke yeh hadith bayan ki thi aap ne, us waqt koi samajh nahi pata tha ke kya matlab hai is ka.</w:t>
      </w:r>
    </w:p>
    <w:p>
      <w:pPr>
        <w:jc w:val="right"/>
      </w:pPr>
      <w:r>
        <w:t>تو اس وقت جب کہ یہ حدیث بیان کی تھی آپ نے، اس وقت کوئی سمجھ نہیں پاتا تھا کہ کیا مطلب ہے اس کا۔</w:t>
      </w:r>
    </w:p>
    <w:p>
      <w:r>
        <w:rPr>
          <w:b/>
        </w:rPr>
        <w:t xml:space="preserve">[12:43] </w:t>
      </w:r>
      <w:r>
        <w:t>aap is hadith ki sharhon mein kuch jawab nahi payen ge aap, kyun ke us waqt nahi samajh mein aata tha ke bazaar itni buri jagah kyun hain.</w:t>
      </w:r>
    </w:p>
    <w:p>
      <w:pPr>
        <w:jc w:val="right"/>
      </w:pPr>
      <w:r>
        <w:t>آپ اس حدیث کی شرحوں میں کچھ جواب نہیں پائیں گے آپ، کیونکہ اس وقت نہیں سمجھ میں آتا تھا کہ بازار اتنی بری جگہ کیوں ہیں۔</w:t>
      </w:r>
    </w:p>
    <w:p>
      <w:r>
        <w:rPr>
          <w:b/>
        </w:rPr>
        <w:t xml:space="preserve">[12:56] </w:t>
      </w:r>
      <w:r>
        <w:t>us waqt to bazaar mein sirf zaroorat ki cheezen bikti theen. Aadmi ghar mein hai, us ke masjid par mujhe ek sabzi kaatne ke liye chhuri chahiye, ja ke khareed laya.</w:t>
      </w:r>
    </w:p>
    <w:p>
      <w:pPr>
        <w:jc w:val="right"/>
      </w:pPr>
      <w:r>
        <w:t>اس وقت تو بازار میں صرف ضرورت کی چیزیں بکتی تھیں۔ آدمی گھر میں ہے، اس کے مسجد پر مجھے ایک سبزی کاٹنے کے لیے چھری چاہیے، جا کے خرید لایا۔</w:t>
      </w:r>
    </w:p>
    <w:p>
      <w:r>
        <w:rPr>
          <w:b/>
        </w:rPr>
        <w:t xml:space="preserve">[13:10] </w:t>
      </w:r>
      <w:r>
        <w:t>ghar mein hai, us ko masjid par mere kapray phat rahe hain, ab chal ke kapra khareed loon. To mota chhota kapra bikta tha, ja ke khareed liya. Aadmi ghar mein hai, sochta hai ke mere paas joota toot gaya hai,</w:t>
      </w:r>
    </w:p>
    <w:p>
      <w:pPr>
        <w:jc w:val="right"/>
      </w:pPr>
      <w:r>
        <w:t>گھر میں ہے، اس کو مسجد پر میرے کپڑے پھٹ رہے ہیں، اب چل کے کپڑا خرید لوں۔ تو موٹا چھوٹا کپڑا بکتا تھا، جا کے خرید لیا۔ آدمی گھر میں ہے، سوچتا ہے کہ میرے پاس جوتا ٹوٹ گیا ہے،</w:t>
      </w:r>
    </w:p>
    <w:p>
      <w:r>
        <w:rPr>
          <w:b/>
        </w:rPr>
        <w:t xml:space="preserve">[13:24] </w:t>
      </w:r>
      <w:r>
        <w:t>joota chahiye. To bohat hi bhadde qism ke joote bante thay, ja ke khareed liya.</w:t>
      </w:r>
    </w:p>
    <w:p>
      <w:pPr>
        <w:jc w:val="right"/>
      </w:pPr>
      <w:r>
        <w:t>جوتا چاہیے۔ تو بہت ہی بھدے قسم کے جوتے بنتے تھے، جا کے خرید لیا۔</w:t>
      </w:r>
    </w:p>
    <w:p>
      <w:r>
        <w:rPr>
          <w:b/>
        </w:rPr>
        <w:t xml:space="preserve">[13:32] </w:t>
      </w:r>
      <w:r>
        <w:t>aap jante hain is zamanay mein item itne kam thay khareedne ke liye ke log jin ke paas maal ziyada hota tha, woh zameen mein gaar dete thay,</w:t>
      </w:r>
    </w:p>
    <w:p>
      <w:pPr>
        <w:jc w:val="right"/>
      </w:pPr>
      <w:r>
        <w:t>آپ جانتے ہیں اس زمانے میں آئٹم اتنے کم تھے خریدنے کے لیے کہ لوگ جن کے پاس مال زیادہ ہوتا تھا، وہ زمین میں گاڑ دیتے تھے،</w:t>
      </w:r>
    </w:p>
    <w:p>
      <w:r>
        <w:rPr>
          <w:b/>
        </w:rPr>
        <w:t xml:space="preserve">[13:46] </w:t>
      </w:r>
      <w:r>
        <w:t>jis ko kehte hain dafeena. Ab kaun zameen mein gaarta hai? Aap qisson mein parhte honge ke zameen mein gaara hua dafeena mila, khodai mein sone chandi milay.</w:t>
      </w:r>
    </w:p>
    <w:p>
      <w:pPr>
        <w:jc w:val="right"/>
      </w:pPr>
      <w:r>
        <w:t>جس کو کہتے ہیں دفینہ۔ اب کون زمین میں گاڑتا ہے؟ آپ قصوں میں پڑھتے ہوں گے کہ زمین میں گاڑا ہوا دفینہ ملا، کھدائی میں سونے چاندی ملے۔</w:t>
      </w:r>
    </w:p>
    <w:p>
      <w:r>
        <w:rPr>
          <w:b/>
        </w:rPr>
        <w:t xml:space="preserve">[13:58] </w:t>
      </w:r>
      <w:r>
        <w:t>ab koi nahi gaarta. Ki</w:t>
      </w:r>
    </w:p>
    <w:p>
      <w:pPr>
        <w:jc w:val="right"/>
      </w:pPr>
      <w:r>
        <w:t>اب کوئی نہیں گاڑتا۔ کی</w:t>
      </w:r>
    </w:p>
    <w:p>
      <w:r>
        <w:rPr>
          <w:b/>
        </w:rPr>
        <w:t xml:space="preserve">[14:01] </w:t>
      </w:r>
      <w:r>
        <w:t>yon? Ab to item hai, bazaar mein ja ke khareediye, shandar ghar banaiye, shandar carain khareediye,</w:t>
      </w:r>
    </w:p>
    <w:p>
      <w:pPr>
        <w:jc w:val="right"/>
      </w:pPr>
      <w:r>
        <w:t>وں؟ اب تو آئٹم ہے، بازار میں جا کے خریدیے، شاندار گھر بنائیے، شاندار کاریں خریدیے،</w:t>
      </w:r>
    </w:p>
    <w:p>
      <w:r>
        <w:rPr>
          <w:b/>
        </w:rPr>
        <w:t xml:space="preserve">[14:11] </w:t>
      </w:r>
      <w:r>
        <w:t>hawa jahaz mein safar kijiye, apne ghar ko saman se bhar dijiye. Yeh future ka phenomena tha, present ka nahi tha.</w:t>
      </w:r>
    </w:p>
    <w:p>
      <w:pPr>
        <w:jc w:val="right"/>
      </w:pPr>
      <w:r>
        <w:t>ہوا جہاز میں سفر کیجئے، اپنے گھر کو سامان سے بھر دیجئے۔ یہ فیوچر کا فیناومینا تھا، پریزنٹ کا نہیں تھا۔</w:t>
      </w:r>
    </w:p>
    <w:p>
      <w:r>
        <w:rPr>
          <w:b/>
        </w:rPr>
        <w:t xml:space="preserve">[14:23] </w:t>
      </w:r>
      <w:r>
        <w:t>to yeh hadith jo hai saada baat nahi hai. Is mein yeh bhi sabit hota hai ke Muhammad sallallahu alaihi wasallam Allah ke rasool thay,</w:t>
      </w:r>
    </w:p>
    <w:p>
      <w:pPr>
        <w:jc w:val="right"/>
      </w:pPr>
      <w:r>
        <w:t>تو یہ حدیث جو ہے سادہ بات نہیں ہے۔ اس میں یہ بھی ثابت ہوتا ہے کہ محمد صلی اللہ علیہ وسلم اللہ کے رسول تھے،</w:t>
      </w:r>
    </w:p>
    <w:p>
      <w:r>
        <w:rPr>
          <w:b/>
        </w:rPr>
        <w:t xml:space="preserve">[14:35] </w:t>
      </w:r>
      <w:r>
        <w:t>kyun ke Allah alamul ghaib ke siwa koi nahi janta sakta tha. Seven century AD mein ke twenty century aaye, jab aaye gi twenty first century, jab aaye gi to ek naya phenomena duniya mein aa jayega,</w:t>
      </w:r>
    </w:p>
    <w:p>
      <w:pPr>
        <w:jc w:val="right"/>
      </w:pPr>
      <w:r>
        <w:t>کیونکہ اللہ عالم الغیب کے سوا کوئی نہیں جانتا سکتا تھا۔ سیون سینچری اے ڈی میں کہ ٹونٹی سینچری آئے، جب آئے گی ٹونٹی فرسٹ سینچری، جب آئے گی تو ایک نیا فیناومینا دنیا میں آ جائے گا،</w:t>
      </w:r>
    </w:p>
    <w:p>
      <w:r>
        <w:rPr>
          <w:b/>
        </w:rPr>
        <w:t xml:space="preserve">[14:51] </w:t>
      </w:r>
      <w:r>
        <w:t>jis ko kehte hain shopping malls, shopping center.</w:t>
      </w:r>
    </w:p>
    <w:p>
      <w:pPr>
        <w:jc w:val="right"/>
      </w:pPr>
      <w:r>
        <w:t>جس کو کہتے ہیں شاپنگ مالز، شاپنگ سینٹر۔</w:t>
      </w:r>
    </w:p>
    <w:p>
      <w:r>
        <w:rPr>
          <w:b/>
        </w:rPr>
        <w:t xml:space="preserve">[14:56] </w:t>
      </w:r>
      <w:r>
        <w:t>million million item naye naye honge, jo jo khareeden ge, khush ho ho kar ja kar ke. Kaun janta tha? Tab na technology thi, na industry thi.</w:t>
      </w:r>
    </w:p>
    <w:p>
      <w:pPr>
        <w:jc w:val="right"/>
      </w:pPr>
      <w:r>
        <w:t>ملین ملین آئٹم نئے نئے ہوں گے، جو جو خریدیں گے، خوش ہو ہو کر جا کر کے۔ کون جانتا تھا؟ تب نہ ٹیکنالوجی تھی، نہ انڈسٹری تھی۔</w:t>
      </w:r>
    </w:p>
    <w:p>
      <w:r>
        <w:rPr>
          <w:b/>
        </w:rPr>
        <w:t xml:space="preserve">[15:09] </w:t>
      </w:r>
      <w:r>
        <w:t>bohat hi crude life thi, agriculture based life thi. To yeh rasool Allah ke payamber Khuda hone ka ek saboot hai.</w:t>
      </w:r>
    </w:p>
    <w:p>
      <w:pPr>
        <w:jc w:val="right"/>
      </w:pPr>
      <w:r>
        <w:t>بہت ہی کروٹ لائف تھی، ایگریکلچر بیسڈ لائف تھی۔ تو یہ رسول اللہ کے پیغمبر خدا ہونے کا ایک ثبوت ہے۔</w:t>
      </w:r>
    </w:p>
    <w:p>
      <w:r>
        <w:rPr>
          <w:b/>
        </w:rPr>
        <w:t xml:space="preserve">[15:23] </w:t>
      </w:r>
      <w:r>
        <w:t>doosri baat yeh hai ke yeh yeh Allah ke nazdeek sab se ziyada yani shar maqam kyun kaha gaya?</w:t>
      </w:r>
    </w:p>
    <w:p>
      <w:pPr>
        <w:jc w:val="right"/>
      </w:pPr>
      <w:r>
        <w:t>دوسری بات یہ ہے کہ یہ یہ اللہ کے نزدیک سب سے زیادہ یعنی شر المقام کیوں کہا گیا؟</w:t>
      </w:r>
    </w:p>
    <w:p>
      <w:r>
        <w:rPr>
          <w:b/>
        </w:rPr>
        <w:t xml:space="preserve">[15:36] </w:t>
      </w:r>
      <w:r>
        <w:t>is ki wajah hai ke sab se ziyada source of distraction hai.</w:t>
      </w:r>
    </w:p>
    <w:p>
      <w:pPr>
        <w:jc w:val="right"/>
      </w:pPr>
      <w:r>
        <w:t>اس کی وجہ ہے کہ سب سے زیادہ سورس آف ڈسٹریکشن ہے۔</w:t>
      </w:r>
    </w:p>
    <w:p>
      <w:r>
        <w:rPr>
          <w:b/>
        </w:rPr>
        <w:t xml:space="preserve">[15:42] </w:t>
      </w:r>
      <w:r>
        <w:t>yeh consumer consumerism jo hai, yeh shopping malls jo hain, shopping center jo hain, ya modern saman ko hasil kar ke apne gharon ko bharna, yeh jo hai,</w:t>
      </w:r>
    </w:p>
    <w:p>
      <w:pPr>
        <w:jc w:val="right"/>
      </w:pPr>
      <w:r>
        <w:t>یہ کنزیومر کنزیومرزم جو ہے، یہ شاپنگ مالز جو ہیں، شاپنگ سینٹر جو ہیں، یا ماڈرن سامان کو حاصل کر کے اپنے گھروں کو بھرنا، یہ جو ہے،</w:t>
      </w:r>
    </w:p>
    <w:p>
      <w:r>
        <w:rPr>
          <w:b/>
        </w:rPr>
        <w:t xml:space="preserve">[15:57] </w:t>
      </w:r>
      <w:r>
        <w:t>yeh sab se bara distraction ka zariya hai. Aur distraction sab se bari evil hai.</w:t>
      </w:r>
    </w:p>
    <w:p>
      <w:pPr>
        <w:jc w:val="right"/>
      </w:pPr>
      <w:r>
        <w:t>یہ سب سے بڑا ڈسٹریکشن کا ذریعہ ہے۔ اور ڈسٹریکشن سب سے بڑی ایول ہے۔</w:t>
      </w:r>
    </w:p>
    <w:p>
      <w:r>
        <w:rPr>
          <w:b/>
        </w:rPr>
        <w:t xml:space="preserve">[16:06] </w:t>
      </w:r>
      <w:r>
        <w:t>Dekhein, maine ab se bohat pehle, yaani pachas saal se bhi pehle, ek mazmoon likha tha, woh meri is kitab mein hai "Quraan ka matloob insan".</w:t>
      </w:r>
    </w:p>
    <w:p>
      <w:pPr>
        <w:jc w:val="right"/>
      </w:pPr>
      <w:r>
        <w:t>دیکھیں، میں نے اب سے بہت پہلے، یعنی پچاس سال سے بھی پہلے، ایک مضمون لکھا تھا، وہ میری اس کتاب میں ہے "قرآن کا مطلوب انسان"۔</w:t>
      </w:r>
    </w:p>
    <w:p>
      <w:r>
        <w:rPr>
          <w:b/>
        </w:rPr>
        <w:t xml:space="preserve">[16:22] </w:t>
      </w:r>
      <w:r>
        <w:t>Is mein 1961 ka ek waqia likha hai maine,</w:t>
      </w:r>
    </w:p>
    <w:p>
      <w:pPr>
        <w:jc w:val="right"/>
      </w:pPr>
      <w:r>
        <w:t>اس میں 1961 کا ایک واقعہ لکھا ہے میں نے،</w:t>
      </w:r>
    </w:p>
    <w:p>
      <w:r>
        <w:rPr>
          <w:b/>
        </w:rPr>
        <w:t xml:space="preserve">[16:28] </w:t>
      </w:r>
      <w:r>
        <w:t>1961 jo chha tha Hindustan Times, 20 November 1961 mein.</w:t>
      </w:r>
    </w:p>
    <w:p>
      <w:pPr>
        <w:jc w:val="right"/>
      </w:pPr>
      <w:r>
        <w:t>1961 جو چھپا تھا ہندوستان ٹائمز، 20 نومبر 1961 میں۔</w:t>
      </w:r>
    </w:p>
    <w:p>
      <w:r>
        <w:rPr>
          <w:b/>
        </w:rPr>
        <w:t xml:space="preserve">[16:38] </w:t>
      </w:r>
      <w:r>
        <w:t>Usay le ke likha tha. Is mein bataya gaya hai ke Delhi mein ek exhibition hui, international exhibition.</w:t>
      </w:r>
    </w:p>
    <w:p>
      <w:pPr>
        <w:jc w:val="right"/>
      </w:pPr>
      <w:r>
        <w:t>اسے لے کے لکھا تھا۔ اس میں بتایا گیا ہے کہ دلی میں ایک ایگزیبیشن ہوئی، انٹرنیشنل ایگزیبیشن۔</w:t>
      </w:r>
    </w:p>
    <w:p>
      <w:r>
        <w:rPr>
          <w:b/>
        </w:rPr>
        <w:t xml:space="preserve">[16:51] </w:t>
      </w:r>
      <w:r>
        <w:t>Toh us waqt ek wahan exhibition mein ek anokha ek item tha, woh thi modern car.</w:t>
      </w:r>
    </w:p>
    <w:p>
      <w:pPr>
        <w:jc w:val="right"/>
      </w:pPr>
      <w:r>
        <w:t>تو اس وقت ایک وہاں ایگزیبیشن میں ایک انوکھا ایک آئٹم تھا، وہ تھی ماڈرن کار۔</w:t>
      </w:r>
    </w:p>
    <w:p>
      <w:r>
        <w:rPr>
          <w:b/>
        </w:rPr>
        <w:t xml:space="preserve">[16:59] </w:t>
      </w:r>
      <w:r>
        <w:t>Ab toh aap Delhi ki sarkon par modern carain dekhte hain, derti hui. Toh 1961 mein aisa nahi tha.</w:t>
      </w:r>
    </w:p>
    <w:p>
      <w:pPr>
        <w:jc w:val="right"/>
      </w:pPr>
      <w:r>
        <w:t>اب تو آپ دلی کی سڑکوں پر ماڈرن کاریں دیکھتے ہیں، دوڑتی ہوئی۔ تو 1961 میں ایسا نہیں تھا۔</w:t>
      </w:r>
    </w:p>
    <w:p>
      <w:r>
        <w:rPr>
          <w:b/>
        </w:rPr>
        <w:t xml:space="preserve">[17:09] </w:t>
      </w:r>
      <w:r>
        <w:t>Toh Hindustan Times mein likha tha, reporter ne. Wahan main gaya toh maine dekha ke ek ek sadhu, grave libas wala ek aadmi, chup chap baitha hua tha,</w:t>
      </w:r>
    </w:p>
    <w:p>
      <w:pPr>
        <w:jc w:val="right"/>
      </w:pPr>
      <w:r>
        <w:t>تو ہندوستان ٹائمز میں لکھا تھا، رپورٹر نے۔ وہاں میں گیا تو میں نے دیکھا کہ ایک ایک سادھو، گریوے لباس والا ایک آدمی، چپ چاپ بیٹھا ہوا تھا،</w:t>
      </w:r>
    </w:p>
    <w:p>
      <w:r>
        <w:rPr>
          <w:b/>
        </w:rPr>
        <w:t xml:space="preserve">[17:24] </w:t>
      </w:r>
      <w:r>
        <w:t>Soch mein para hua. Toh us ne poocha ke bhai kyun aap soch mein hain? Toh wahan par ek American car, jis ka naam tha "Car of the Future", us ko wahan dikhaya gaya tha.</w:t>
      </w:r>
    </w:p>
    <w:p>
      <w:pPr>
        <w:jc w:val="right"/>
      </w:pPr>
      <w:r>
        <w:t>سوچ میں پڑا ہوا۔ تو اس نے پوچھا کہ بھئی کیوں آپ سوچ میں ہیں؟ تو وہاں پر ایک امریکن کار، جس کا نام تھا "کار آف دا فیوچر"، اس کو وہاں دکھایا گیا تھا۔</w:t>
      </w:r>
    </w:p>
    <w:p>
      <w:r>
        <w:rPr>
          <w:b/>
        </w:rPr>
        <w:t xml:space="preserve">[17:36] </w:t>
      </w:r>
      <w:r>
        <w:t>Bohat hi shandar lagti thi us zamane mein.</w:t>
      </w:r>
    </w:p>
    <w:p>
      <w:pPr>
        <w:jc w:val="right"/>
      </w:pPr>
      <w:r>
        <w:t>بہت ہی شاندار لگتی تھی اس زمانے میں۔</w:t>
      </w:r>
    </w:p>
    <w:p>
      <w:r>
        <w:rPr>
          <w:b/>
        </w:rPr>
        <w:t xml:space="preserve">[17:40] </w:t>
      </w:r>
      <w:r>
        <w:t>61 mein woh carain aisi India mein nahi hua karti thin. Toh us ne kaha ke main us ko dekh kar ke main soch mein par gaya hoon ke kon si zindagi ko main ap karoon?</w:t>
      </w:r>
    </w:p>
    <w:p>
      <w:pPr>
        <w:jc w:val="right"/>
      </w:pPr>
      <w:r>
        <w:t>61 میں وہ کاریں ایسی انڈیا میں نہیں ہوا کرتی تھیں۔ تو اس نے کہا کہ میں اس کو دیکھ کر کہ میں سوچ میں پڑ گیا ہوں کہ کون سی زندگی کو میں اپ کروں؟</w:t>
      </w:r>
    </w:p>
    <w:p>
      <w:r>
        <w:rPr>
          <w:b/>
        </w:rPr>
        <w:t xml:space="preserve">[17:53] </w:t>
      </w:r>
      <w:r>
        <w:t>Tiyag wali zindagi ko, jo ab tak is mein tha, ya yeh modern zindagi ko? Kyun ke sari ronak toh yahan hai, sari chamak damak toh yahan hai, wahan tiyag wali zindagi mein toh kuch hai nahi.</w:t>
      </w:r>
    </w:p>
    <w:p>
      <w:pPr>
        <w:jc w:val="right"/>
      </w:pPr>
      <w:r>
        <w:t>تیاگ والی زندگی کو، جو اب تک اس میں تھا، یا یہ ماڈرن زندگی کو؟ کیونکہ ساری رونق تو یہاں ہے، ساری چمک دمک تو یہاں ہے، وہاں تیاگ والی زندگی میں تو کچھ ہے نہیں۔</w:t>
      </w:r>
    </w:p>
    <w:p>
      <w:r>
        <w:rPr>
          <w:b/>
        </w:rPr>
        <w:t xml:space="preserve">[18:10] </w:t>
      </w:r>
      <w:r>
        <w:t>Yeh waqia likha maine apni is kitab mein, jis ka naam hai "Quraan ka matloob insan". Toh modern jo consumerism hai, us ne sari dunya ko isi mubtala kar diya hai,</w:t>
      </w:r>
    </w:p>
    <w:p>
      <w:pPr>
        <w:jc w:val="right"/>
      </w:pPr>
      <w:r>
        <w:t>یہ واقعہ لکھا میں نے اپنی اس کتاب میں، جس کا نام ہے "قرآن کا مطلوب انسان"۔ تو ماڈرن جو کنزیومرزم ہے، اس نے ساری دنیا کو اسی مبتلا کر دیا ہے،</w:t>
      </w:r>
    </w:p>
    <w:p>
      <w:r>
        <w:rPr>
          <w:b/>
        </w:rPr>
        <w:t xml:space="preserve">[18:27] </w:t>
      </w:r>
      <w:r>
        <w:t>Yaani akhirat se hata kar dunya, dunya ki taraf, Khuda se hata kar insan ki taraf, rabbani culture se hata kar consumer culture ki taraf,</w:t>
      </w:r>
    </w:p>
    <w:p>
      <w:pPr>
        <w:jc w:val="right"/>
      </w:pPr>
      <w:r>
        <w:t>یعنی آخرت سے ہٹا کر دنیا، دنیا کی طرف، خدا سے ہٹا کر انسان کی طرف، ربانی کلچر سے ہٹا کر کنزیومر کلچر کی طرف،</w:t>
      </w:r>
    </w:p>
    <w:p>
      <w:r>
        <w:rPr>
          <w:b/>
        </w:rPr>
        <w:t xml:space="preserve">[18:45] </w:t>
      </w:r>
      <w:r>
        <w:t>High thinking se hata kar, yaani jo super first thinking ki taraf kar diya hai.</w:t>
      </w:r>
    </w:p>
    <w:p>
      <w:pPr>
        <w:jc w:val="right"/>
      </w:pPr>
      <w:r>
        <w:t>ہائی تھنکنگ سے ہٹا کر، یعنی جو سپر فرسٹ تھنکنگ کی طرف کر دیا ہے۔</w:t>
      </w:r>
    </w:p>
    <w:p>
      <w:r>
        <w:rPr>
          <w:b/>
        </w:rPr>
        <w:t xml:space="preserve">[18:55] </w:t>
      </w:r>
      <w:r>
        <w:t>Toh yeh bohat hi in terms of result, bohat bara nuqsan hai jo insaniyat ko ho raha hai. Dekhein, main apna ek qissa batata hoon, is se aap samjhein yeh baat illustrate hogi.</w:t>
      </w:r>
    </w:p>
    <w:p>
      <w:pPr>
        <w:jc w:val="right"/>
      </w:pPr>
      <w:r>
        <w:t>تو یہ بہت ہی ان ٹرمز آف رزلٹ، بہت بڑا نقصان ہے جو انسانیت کو ہو رہا ہے۔ دیکھیں، میں اپنا ایک قصہ بتاتا ہوں، اس سے آپ سمجھ یہ بات ایلسٹریٹ ہوگی۔</w:t>
      </w:r>
    </w:p>
    <w:p>
      <w:r>
        <w:rPr>
          <w:b/>
        </w:rPr>
        <w:t xml:space="preserve">[19:09] </w:t>
      </w:r>
      <w:r>
        <w:t>Ek mauqe par main Italy gaya. Italy aap jante hain, ek developed country hai. Wahan ek sahib mujh ko apne ghar le gaye.</w:t>
      </w:r>
    </w:p>
    <w:p>
      <w:pPr>
        <w:jc w:val="right"/>
      </w:pPr>
      <w:r>
        <w:t>ایک موقع پر میں اٹلی گیا۔ اٹلی آپ جانتے ہیں، ایک ڈیولپ کنٹری ہے۔ وہاں ایک صاحب مجھ کو اپنے گھر لے گئے۔</w:t>
      </w:r>
    </w:p>
    <w:p>
      <w:r>
        <w:rPr>
          <w:b/>
        </w:rPr>
        <w:t xml:space="preserve">[19:20] </w:t>
      </w:r>
      <w:r>
        <w:t>Ek bohat acha flat tha, is mein rehte the woh, bohat bara. Is mein maine dekha ke is mein aadmi toh koi tha hi tha nahi, saman se bhara hua tha woh,</w:t>
      </w:r>
    </w:p>
    <w:p>
      <w:pPr>
        <w:jc w:val="right"/>
      </w:pPr>
      <w:r>
        <w:t>ایک بہت اچھا فلیٹ تھا، اس میں رہتے تھے وہ، بہت بڑا۔ اس میں میں نے دیکھا کہ اس میں آدمی تو کوئی تھا ہی تھا نہیں، سامان سے بھرا ہوا تھا وہ،</w:t>
      </w:r>
    </w:p>
    <w:p>
      <w:r>
        <w:rPr>
          <w:b/>
        </w:rPr>
        <w:t xml:space="preserve">[19:33] </w:t>
      </w:r>
      <w:r>
        <w:t>Kyun ke un ki shadi hui, phir talaq ho gaya. Mard kahin, aurat kahin, bachay thay nahi. Poora ghar, ek departmental store dikhai deta tha.</w:t>
      </w:r>
    </w:p>
    <w:p>
      <w:pPr>
        <w:jc w:val="right"/>
      </w:pPr>
      <w:r>
        <w:t>کیونکہ ان کی شادی ہوئی، پھر طلاق ہو گیا۔ مرد کہیں، عورت کہیں، بچے تھے نہیں۔ پورا گھر جو ہے، ایک ڈیپارٹمنٹل اسٹور دکھائی دیتا تھا۔</w:t>
      </w:r>
    </w:p>
    <w:p>
      <w:r>
        <w:rPr>
          <w:b/>
        </w:rPr>
        <w:t xml:space="preserve">[19:45] </w:t>
      </w:r>
      <w:r>
        <w:t>Har taraf saman, har taraf saman, har taraf saman.</w:t>
      </w:r>
    </w:p>
    <w:p>
      <w:pPr>
        <w:jc w:val="right"/>
      </w:pPr>
      <w:r>
        <w:t>ہر طرف سامان، ہر طرف سامان، ہر طرف سامان۔</w:t>
      </w:r>
    </w:p>
    <w:p>
      <w:r>
        <w:rPr>
          <w:b/>
        </w:rPr>
        <w:t xml:space="preserve">[19:50] </w:t>
      </w:r>
      <w:r>
        <w:t>Toh hum log jab baithe baat karne ke liye, un se main ne baat karna chaha toh yaqeen kijiye, kisi bhi topic par woh kuch baat karne ki position mein nahi thay.</w:t>
      </w:r>
    </w:p>
    <w:p>
      <w:pPr>
        <w:jc w:val="right"/>
      </w:pPr>
      <w:r>
        <w:t>تو ہم لوگ جب بیٹھے بات کرنے کے لیے، ان سے میں نے بات کرنا چاہا تو یقین کیجئے، کسی بھی ٹاپک پر وہ کچھ بات کرنے کی پوشش میں نہیں تھے۔</w:t>
      </w:r>
    </w:p>
    <w:p>
      <w:r>
        <w:rPr>
          <w:b/>
        </w:rPr>
        <w:t xml:space="preserve">[20:05] </w:t>
      </w:r>
      <w:r>
        <w:t>Un ki soch jo thi, bilkul bohat thi, bohat hi yaani kamtar darje ki soch thi. Mujhe aisa laga ke intellectual development nahi hai un ke andar hua.</w:t>
      </w:r>
    </w:p>
    <w:p>
      <w:pPr>
        <w:jc w:val="right"/>
      </w:pPr>
      <w:r>
        <w:t>ان کی سوچ جو تھی، بالکل بہت تھی، بہت ہی یعنی کمتر درجے کی سوچ تھی۔ مجھے ایسا لگا کہ انٹلیکچول ڈیولپمنٹ نہیں ہے ان کے اندر ہوا۔</w:t>
      </w:r>
    </w:p>
    <w:p>
      <w:r>
        <w:rPr>
          <w:b/>
        </w:rPr>
        <w:t xml:space="preserve">[20:16] </w:t>
      </w:r>
      <w:r>
        <w:t>Kyun</w:t>
      </w:r>
    </w:p>
    <w:p>
      <w:pPr>
        <w:jc w:val="right"/>
      </w:pPr>
      <w:r>
        <w:t>کیوں</w:t>
      </w:r>
    </w:p>
    <w:p>
      <w:r>
        <w:rPr>
          <w:b/>
        </w:rPr>
        <w:t xml:space="preserve">[20:17] </w:t>
      </w:r>
      <w:r>
        <w:t>Jee te thay woh samanon mein. Aur yeh poora developed, jo jis ko kehte hain, so so called developed country, sab ka yeh haal hai.</w:t>
      </w:r>
    </w:p>
    <w:p>
      <w:pPr>
        <w:jc w:val="right"/>
      </w:pPr>
      <w:r>
        <w:t>؟ جیتے تھے وہ سامانوں میں۔ اور یہ پورا ڈیولپڈ، جو جس کو کہتے ہیں، سو سو کالڈ ڈیولپ کنٹری، سب کا یہ حال ہے۔</w:t>
      </w:r>
    </w:p>
    <w:p>
      <w:r>
        <w:rPr>
          <w:b/>
        </w:rPr>
        <w:t xml:space="preserve">[20:28] </w:t>
      </w:r>
      <w:r>
        <w:t>mein europe, america ke aksar mulkon mein gaya hoon, jo develop countries kahe jatay hain. jab bhi in se baat kare koi, to koi share nahi kar paate woh.</w:t>
      </w:r>
    </w:p>
    <w:p>
      <w:pPr>
        <w:jc w:val="right"/>
      </w:pPr>
      <w:r>
        <w:t>میں یورپ، امریکہ کے اکثر ملکوں میں گیا ہوں، جو ڈیولپ کنٹریز کہے جاتے ہیں۔ جب بھی ان سے بات کرے کوئی، تو کوئی شیئر نہیں کر پاتے وہ۔</w:t>
      </w:r>
    </w:p>
    <w:p>
      <w:r>
        <w:rPr>
          <w:b/>
        </w:rPr>
        <w:t xml:space="preserve">[20:42] </w:t>
      </w:r>
      <w:r>
        <w:t>in ke haan intellectualism jo hai, bohat hi past hai, bohat past hai.</w:t>
      </w:r>
    </w:p>
    <w:p>
      <w:pPr>
        <w:jc w:val="right"/>
      </w:pPr>
      <w:r>
        <w:t>ان کے ہاں انٹلیکچولزم جو ہے، بہت ہی پست ہے، بہت پست ہے۔</w:t>
      </w:r>
    </w:p>
    <w:p>
      <w:r>
        <w:rPr>
          <w:b/>
        </w:rPr>
        <w:t xml:space="preserve">[20:47] </w:t>
      </w:r>
      <w:r>
        <w:t>kyun? isi mein jeetay hain woh. paisa khoob pao aur khoob saman khareedo. shandar gharon mein raho, shandar carain khareedo, shandar saman ghar mein bharo, shandar sofa set mein baitho,</w:t>
      </w:r>
    </w:p>
    <w:p>
      <w:pPr>
        <w:jc w:val="right"/>
      </w:pPr>
      <w:r>
        <w:t>کیوں؟ اسی میں جیتے ہیں وہ۔ پیسہ خوب پاؤ اور خوب سامان خریدو۔ شاندار گھروں میں رہو، شاندار کاریں خریدو، شاندار سامان گھر میں بھرو، شاندار صوفہ سیٹ میں بیٹھو،</w:t>
      </w:r>
    </w:p>
    <w:p>
      <w:r>
        <w:rPr>
          <w:b/>
        </w:rPr>
        <w:t xml:space="preserve">[21:03] </w:t>
      </w:r>
      <w:r>
        <w:t>shandar bedroom mein raat guzaro, phir outing karo, yeh karo, woh karo.</w:t>
      </w:r>
    </w:p>
    <w:p>
      <w:pPr>
        <w:jc w:val="right"/>
      </w:pPr>
      <w:r>
        <w:t>شاندار بیڈ روم میں رات گزارو، پھر آؤٹنگ کرو، یہ کرو، وہ کرو۔</w:t>
      </w:r>
    </w:p>
    <w:p>
      <w:r>
        <w:rPr>
          <w:b/>
        </w:rPr>
        <w:t xml:space="preserve">[21:10] </w:t>
      </w:r>
      <w:r>
        <w:t>to shopping malls jo hain, woh aik symbol hain, aik alamat hain modern life ki.</w:t>
      </w:r>
    </w:p>
    <w:p>
      <w:pPr>
        <w:jc w:val="right"/>
      </w:pPr>
      <w:r>
        <w:t>تو شاپنگ مالز جو ہیں، وہ ایک سمبل ہیں، ایک علامت ہیں ماڈرن لائف کی۔</w:t>
      </w:r>
    </w:p>
    <w:p>
      <w:r>
        <w:rPr>
          <w:b/>
        </w:rPr>
        <w:t xml:space="preserve">[21:20] </w:t>
      </w:r>
      <w:r>
        <w:t>shopping malls jo hain, ya shopping center jo hain, woh aik alamat hain modern life ki. woh kya hai? cheezon mein jeena, shandar samanon mein jeena, material cheezon mein jeena.</w:t>
      </w:r>
    </w:p>
    <w:p>
      <w:pPr>
        <w:jc w:val="right"/>
      </w:pPr>
      <w:r>
        <w:t>شاپنگ مالز جو ہیں، یا شاپنگ سینٹر جو ہیں، وہ ایک علامت ہیں ماڈرن لائف کی۔ وہ کیا ہے؟ چیزوں میں جینا، شاندار سامانوں میں جینا، مٹیریل چیزوں میں جینا۔</w:t>
      </w:r>
    </w:p>
    <w:p>
      <w:r>
        <w:rPr>
          <w:b/>
        </w:rPr>
        <w:t xml:space="preserve">[21:35] </w:t>
      </w:r>
      <w:r>
        <w:t>to aaj ka insan jo dekhta hai,</w:t>
      </w:r>
    </w:p>
    <w:p>
      <w:pPr>
        <w:jc w:val="right"/>
      </w:pPr>
      <w:r>
        <w:t>تو آج کا انسان جو دیکھتا ہے،</w:t>
      </w:r>
    </w:p>
    <w:p>
      <w:r>
        <w:rPr>
          <w:b/>
        </w:rPr>
        <w:t xml:space="preserve">[21:39] </w:t>
      </w:r>
      <w:r>
        <w:t>aaj jadeed tarz ke banay hue shandar makaanat, jadeed tarz ki bani hui shandar carain, jadeed tarz ke banay hue shandar saman, use woh gum ho jata hai, jaise woh sadhu gum ho gaya.</w:t>
      </w:r>
    </w:p>
    <w:p>
      <w:pPr>
        <w:jc w:val="right"/>
      </w:pPr>
      <w:r>
        <w:t>آج جدید طرز کے بنے ہوئے شاندار مکانات، جدید طرز کی بنی ہوئی شاندار کاریں، جدید طرز کے بنے ہوئے شاندار سامان، اسے وہ گم ہو جاتا ہے، جیسے وہ سادھو گم ہو گیا۔</w:t>
      </w:r>
    </w:p>
    <w:p>
      <w:r>
        <w:rPr>
          <w:b/>
        </w:rPr>
        <w:t xml:space="preserve">[21:54] </w:t>
      </w:r>
      <w:r>
        <w:t>hamaray bachpan mein kisi bhi cheez mein shandar hi nahi hua karti thi. har cheez saada.</w:t>
      </w:r>
    </w:p>
    <w:p>
      <w:pPr>
        <w:jc w:val="right"/>
      </w:pPr>
      <w:r>
        <w:t>ہمارے بچپن میں کسی بھی چیز میں شاندار ہی نہیں ہوا کرتی تھی۔ ہر چیز سادہ۔</w:t>
      </w:r>
    </w:p>
    <w:p>
      <w:r>
        <w:rPr>
          <w:b/>
        </w:rPr>
        <w:t xml:space="preserve">[22:02] </w:t>
      </w:r>
      <w:r>
        <w:t>to dekhen, purana formula hai: simple living, high thinking.</w:t>
      </w:r>
    </w:p>
    <w:p>
      <w:pPr>
        <w:jc w:val="right"/>
      </w:pPr>
      <w:r>
        <w:t>تو دیکھیں، پرانا فارمولا ہے: سمپل لیونگ، ہائی تھنکنگ۔</w:t>
      </w:r>
    </w:p>
    <w:p>
      <w:r>
        <w:rPr>
          <w:b/>
        </w:rPr>
        <w:t xml:space="preserve">[22:07] </w:t>
      </w:r>
      <w:r>
        <w:t>yeh bohat bohat ziyada mein is ko appreciate karta hoon, is ko</w:t>
      </w:r>
    </w:p>
    <w:p>
      <w:pPr>
        <w:jc w:val="right"/>
      </w:pPr>
      <w:r>
        <w:t>یہ بہت بہت زیادہ میں اس کو اپریشیٹ کرتا ہوں، اس کو</w:t>
      </w:r>
    </w:p>
    <w:p>
      <w:r>
        <w:rPr>
          <w:b/>
        </w:rPr>
        <w:t xml:space="preserve">[22:14] </w:t>
      </w:r>
      <w:r>
        <w:t>kyun ke simple living aur high thinking dono interlinked hain. simple living hai, tab high thinking hai.</w:t>
      </w:r>
    </w:p>
    <w:p>
      <w:pPr>
        <w:jc w:val="right"/>
      </w:pPr>
      <w:r>
        <w:t>کیونکہ سمپل لیونگ اور ہائی تھنکنگ دونوں انٹر لنکڈ ہیں۔ سمپل لیونگ ہے، تب ہائی تھنکنگ ہے۔</w:t>
      </w:r>
    </w:p>
    <w:p>
      <w:r>
        <w:rPr>
          <w:b/>
        </w:rPr>
        <w:t xml:space="preserve">[22:23] </w:t>
      </w:r>
      <w:r>
        <w:t>simple living nahi to high thinking bhi nahi. to modern consumerism ne logon se simple living ko cheen liya.</w:t>
      </w:r>
    </w:p>
    <w:p>
      <w:pPr>
        <w:jc w:val="right"/>
      </w:pPr>
      <w:r>
        <w:t>سمپل لیونگ نہیں تو ہائی تھنکنگ بھی نہیں۔ تو ماڈرن کنزیومرزم نے لوگوں سے سمپل لیونگ کو چھین لیا۔</w:t>
      </w:r>
    </w:p>
    <w:p>
      <w:r>
        <w:rPr>
          <w:b/>
        </w:rPr>
        <w:t xml:space="preserve">[22:35] </w:t>
      </w:r>
      <w:r>
        <w:t>to natijay mein kya aaya? high thinking chheen gayi.</w:t>
      </w:r>
    </w:p>
    <w:p>
      <w:pPr>
        <w:jc w:val="right"/>
      </w:pPr>
      <w:r>
        <w:t>تو نتیجے میں کیا آیا؟ ہائی تھنکنگ چھن گئی۔</w:t>
      </w:r>
    </w:p>
    <w:p>
      <w:r>
        <w:rPr>
          <w:b/>
        </w:rPr>
        <w:t xml:space="preserve">[22:40] </w:t>
      </w:r>
      <w:r>
        <w:t>simple living aaya to high thinking chala gaya. jis se baat kijiye, mera tajurba yeh hai ke koi janta hi nahi ke wisdom kya cheez hai, baseerat kya cheez hai, hikmat kya cheez hai,</w:t>
      </w:r>
    </w:p>
    <w:p>
      <w:pPr>
        <w:jc w:val="right"/>
      </w:pPr>
      <w:r>
        <w:t>سمپل لیونگ آیا تو ہائی تھنکنگ چلا گیا۔ جس سے بات کیجئے، میرا تجربہ یہ ہے کہ کوئی جانتا ہی نہیں کہ وزڈم کیا چیز ہے، بصیرت کیا چیز ہے، حکمت کیا چیز ہے،</w:t>
      </w:r>
    </w:p>
    <w:p>
      <w:r>
        <w:rPr>
          <w:b/>
        </w:rPr>
        <w:t xml:space="preserve">[22:56] </w:t>
      </w:r>
      <w:r>
        <w:t>deep meaning kya cheez hai.</w:t>
      </w:r>
    </w:p>
    <w:p>
      <w:pPr>
        <w:jc w:val="right"/>
      </w:pPr>
      <w:r>
        <w:t>ڈیپ میننگ کیا چیز ہے۔</w:t>
      </w:r>
    </w:p>
    <w:p>
      <w:r>
        <w:rPr>
          <w:b/>
        </w:rPr>
        <w:t xml:space="preserve">[22:59] </w:t>
      </w:r>
      <w:r>
        <w:t>bas sathi qism ki cheezon ko log jantay hain,</w:t>
      </w:r>
    </w:p>
    <w:p>
      <w:pPr>
        <w:jc w:val="right"/>
      </w:pPr>
      <w:r>
        <w:t>بس سطحی قسم کی چیزوں کو لوگ جانتے ہیں،</w:t>
      </w:r>
    </w:p>
    <w:p>
      <w:r>
        <w:rPr>
          <w:b/>
        </w:rPr>
        <w:t xml:space="preserve">[23:06] </w:t>
      </w:r>
      <w:r>
        <w:t>aur is ka alamati jo jo alamati jo jo burai hai, woh hai shopping malls, shopping center.</w:t>
      </w:r>
    </w:p>
    <w:p>
      <w:pPr>
        <w:jc w:val="right"/>
      </w:pPr>
      <w:r>
        <w:t>اور اس کا علامتی جو جو علامتی جو جو برائی ہے، وہ ہے شاپنگ مالز، شاپنگ سینٹر۔</w:t>
      </w:r>
    </w:p>
    <w:p>
      <w:r>
        <w:rPr>
          <w:b/>
        </w:rPr>
        <w:t xml:space="preserve">[23:18] </w:t>
      </w:r>
      <w:r>
        <w:t>to</w:t>
      </w:r>
    </w:p>
    <w:p>
      <w:pPr>
        <w:jc w:val="right"/>
      </w:pPr>
      <w:r>
        <w:t>تو</w:t>
      </w:r>
    </w:p>
    <w:p>
      <w:r>
        <w:rPr>
          <w:b/>
        </w:rPr>
        <w:t xml:space="preserve">[23:19] </w:t>
      </w:r>
      <w:r>
        <w:t>yeh jo hadith hai, kaisi ajeeb baat hai ke ab se chouda so saal pehle aik shakhs paida hota hai arab mein.</w:t>
      </w:r>
    </w:p>
    <w:p>
      <w:pPr>
        <w:jc w:val="right"/>
      </w:pPr>
      <w:r>
        <w:t>یہ جو حدیث ہے، کیسی عجیب بات ہے کہ اب سے چودہ سو سال پہلے ایک شخص پیدا ہوتا ہے عرب میں۔</w:t>
      </w:r>
    </w:p>
    <w:p>
      <w:r>
        <w:rPr>
          <w:b/>
        </w:rPr>
        <w:t xml:space="preserve">[23:30] </w:t>
      </w:r>
      <w:r>
        <w:t>us zamanay ka arab aap jantay hain, aaj ka arab nahi tha. us zamanay ka arab jo tha, log mamooli qism ke chamray ke khaymon mein rehtay thay aur oont par chaltay thay.</w:t>
      </w:r>
    </w:p>
    <w:p>
      <w:pPr>
        <w:jc w:val="right"/>
      </w:pPr>
      <w:r>
        <w:t>اس زمانے کا عرب آپ جانتے ہیں، آج کا عرب نہیں تھا۔ اس زمانے کا عرب جو تھا، لوگ معمولی قسم کے چمڑے کے خیموں میں رہتے تھے اور اونٹ پر چلتے تھے۔</w:t>
      </w:r>
    </w:p>
    <w:p>
      <w:r>
        <w:rPr>
          <w:b/>
        </w:rPr>
        <w:t xml:space="preserve">[23:45] </w:t>
      </w:r>
      <w:r>
        <w:t>aaj aap jayen to wahan khoob saman aap ko dikhai paray gay, kyun ke woh bhi consumerism ka adda bana hua hai. aaj ka arab us waqt to kuch bhi nahi tha.</w:t>
      </w:r>
    </w:p>
    <w:p>
      <w:pPr>
        <w:jc w:val="right"/>
      </w:pPr>
      <w:r>
        <w:t>آج آپ جائیں تو وہاں خوب سامان آپ کو دکھائی پڑیں گے، کیونکہ وہ بھی کنزیومرزم کا اڈا بنا ہوا ہے۔ آج کا عرب اس وقت تو کچھ بھی نہیں تھا۔</w:t>
      </w:r>
    </w:p>
    <w:p>
      <w:r>
        <w:rPr>
          <w:b/>
        </w:rPr>
        <w:t xml:space="preserve">[23:58] </w:t>
      </w:r>
      <w:r>
        <w:t>us waqt wahan jo bazaar hotay hongay, woh wahan kya? woh koi chawal bech raha hai, koi daal bech raha hai, koi mamooli qism ka kapra bech raha hai.</w:t>
      </w:r>
    </w:p>
    <w:p>
      <w:pPr>
        <w:jc w:val="right"/>
      </w:pPr>
      <w:r>
        <w:t>اس وقت وہاں جو بازار ہوتے ہوں گے، وہ وہاں کیا؟ وہ کوئی چاول بیچ رہا ہے، کوئی دال بیچ رہا ہے، کوئی معمولی قسم کا کپڑا بیچ رہا ہے۔</w:t>
      </w:r>
    </w:p>
    <w:p>
      <w:r>
        <w:rPr>
          <w:b/>
        </w:rPr>
        <w:t xml:space="preserve">[24:08] </w:t>
      </w:r>
      <w:r>
        <w:t>is mein koi attraction nahi, kuch bhi nahi. woh shar al maqam kaise ho jaye ga?</w:t>
      </w:r>
    </w:p>
    <w:p>
      <w:pPr>
        <w:jc w:val="right"/>
      </w:pPr>
      <w:r>
        <w:t>اس میں کوئی اٹریکشن نہیں، کچھ بھی نہیں۔ وہ شر المقام کیسے ہو جائے گا؟</w:t>
      </w:r>
    </w:p>
    <w:p>
      <w:r>
        <w:rPr>
          <w:b/>
        </w:rPr>
        <w:t xml:space="preserve">[24:17] </w:t>
      </w:r>
      <w:r>
        <w:t>jab mein is hadith ko parhta hoon to mujhe woh woh scene nazar aata hai jo mein apnay gaon mein dekhta tha, yani weekly weekly jo bazaar lagta tha, haat.</w:t>
      </w:r>
    </w:p>
    <w:p>
      <w:pPr>
        <w:jc w:val="right"/>
      </w:pPr>
      <w:r>
        <w:t>جب میں اس حدیث کو پڑھتا ہوں تو مجھے وہ وہ سین نظر آتا ہے جو میں اپنے گاؤں میں دیکھتا تھا، یعنی ویکلی ویکلی جو بازار لگتا تھا، ہارٹ۔</w:t>
      </w:r>
    </w:p>
    <w:p>
      <w:r>
        <w:rPr>
          <w:b/>
        </w:rPr>
        <w:t xml:space="preserve">[24:27] </w:t>
      </w:r>
      <w:r>
        <w:t>to wahan to kuch bhi nahin, koi attraction nahin. bohat hi karot qism ki cheezein bikti theen wahan par. zaroorat ki to zaroorat ki chaub mein attract,</w:t>
      </w:r>
    </w:p>
    <w:p>
      <w:pPr>
        <w:jc w:val="right"/>
      </w:pPr>
      <w:r>
        <w:t>تو وہاں تو کچھ بھی نہیں، کوئی اٹریکشن نہیں۔ بہت ہی کروٹ قسم کی چیزیں بکتی تھیں وہاں پر۔ ضرورت کی تو ضرورت کی چوب میں اٹریکٹ،</w:t>
      </w:r>
    </w:p>
    <w:p>
      <w:r>
        <w:rPr>
          <w:b/>
        </w:rPr>
        <w:t xml:space="preserve">[24:41] </w:t>
      </w:r>
      <w:r>
        <w:t>zaroorat ke liye jaate thay, bas</w:t>
      </w:r>
    </w:p>
    <w:p>
      <w:pPr>
        <w:jc w:val="right"/>
      </w:pPr>
      <w:r>
        <w:t>ضرورت کے لیے جاتے تھے، بس</w:t>
      </w:r>
    </w:p>
    <w:p>
      <w:r>
        <w:rPr>
          <w:b/>
        </w:rPr>
        <w:t xml:space="preserve">[24:43] </w:t>
      </w:r>
      <w:r>
        <w:t>jaate thay. wahan na koi shauq tha, na wahan koi samaan tish tha, na koi raunaq wali baatein theen, na koi chamak damak wali cheezein theen.</w:t>
      </w:r>
    </w:p>
    <w:p>
      <w:pPr>
        <w:jc w:val="right"/>
      </w:pPr>
      <w:r>
        <w:t>جاتے تھے۔ وہاں نہ کوئی شوق تھا، نہ وہاں کوئی سامان تیش تھا، نہ کوئی رونق والی باتیں تھیں، نہ کوئی چمک دمک والی چیزیں تھیں۔</w:t>
      </w:r>
    </w:p>
    <w:p>
      <w:r>
        <w:rPr>
          <w:b/>
        </w:rPr>
        <w:t xml:space="preserve">[24:53] </w:t>
      </w:r>
      <w:r>
        <w:t>to is ab se chaudah so saal pehle ek insaan, jo Arab ke bilkul hi ek ek pasmanda mulk mein paida hua, jahan koi taraqqi nahin thi, woh aisa keh raha hai.</w:t>
      </w:r>
    </w:p>
    <w:p>
      <w:pPr>
        <w:jc w:val="right"/>
      </w:pPr>
      <w:r>
        <w:t>تو اس اب سے چودہ سو سال پہلے ایک انسان، جو عرب کے بالکل ہی ایک ایک پسماندہ ملک میں پیدا ہوا، جہاں کوئی ترقی نہیں تھی، وہ ایسا کہہ رہا ہے۔</w:t>
      </w:r>
    </w:p>
    <w:p>
      <w:r>
        <w:rPr>
          <w:b/>
        </w:rPr>
        <w:t xml:space="preserve">[25:08] </w:t>
      </w:r>
      <w:r>
        <w:t>to yaqeeni taur par is ko ek ko Allah taala ki taraf se yeh ilm aaya tha. woh Allah jo future ko dekh raha hai, woh Allah jis ko ke saatveen sadi ka ilm hai aur ikkeesveen sadi ka bhi ilm hai.</w:t>
      </w:r>
    </w:p>
    <w:p>
      <w:pPr>
        <w:jc w:val="right"/>
      </w:pPr>
      <w:r>
        <w:t>تو یقینی طور پر اس کو ایک کو اللہ تعالی کی طرف سے یہ علم آیا تھا۔ وہ اللہ جو فیوچر کو دیکھ رہا ہے، وہ اللہ جس کو کہ ساتویں صدی کا علم ہے اور اکیسویں صدی کا بھی علم ہے۔</w:t>
      </w:r>
    </w:p>
    <w:p>
      <w:r>
        <w:rPr>
          <w:b/>
        </w:rPr>
        <w:t xml:space="preserve">[25:25] </w:t>
      </w:r>
      <w:r>
        <w:t>to yeh hadees future ko le kar ke hai, future mustaqbil ko le kar ke hai.</w:t>
      </w:r>
    </w:p>
    <w:p>
      <w:pPr>
        <w:jc w:val="right"/>
      </w:pPr>
      <w:r>
        <w:t>تو یہ حدیث فیوچر کو لے کر کے ہے، فیوچر مستقبل کو لے کر کے ہے۔</w:t>
      </w:r>
    </w:p>
    <w:p>
      <w:r>
        <w:rPr>
          <w:b/>
        </w:rPr>
        <w:t xml:space="preserve">[25:36] </w:t>
      </w:r>
      <w:r>
        <w:t>to mera apna zaati tajruba bhi hai aur doosron ko maine jo dekha hai, main mislan ek tajruba mein aap ko arz karta hoon.</w:t>
      </w:r>
    </w:p>
    <w:p>
      <w:pPr>
        <w:jc w:val="right"/>
      </w:pPr>
      <w:r>
        <w:t>تو میرا اپنا ذاتی تجربہ بھی ہے اور دوسروں کو میں نے جو دیکھا ہے، میں مثلاً ایک تجربہ میں آپ کو عرض کرتا ہوں۔</w:t>
      </w:r>
    </w:p>
    <w:p>
      <w:r>
        <w:rPr>
          <w:b/>
        </w:rPr>
        <w:t xml:space="preserve">[25:51] </w:t>
      </w:r>
      <w:r>
        <w:t>ek baar main ek bohat hi develop country mein gaya, west western world ke haali develop country.</w:t>
      </w:r>
    </w:p>
    <w:p>
      <w:pPr>
        <w:jc w:val="right"/>
      </w:pPr>
      <w:r>
        <w:t>ایک بار میں ایک بہت ہی ڈیولپ کنٹری میں گیا، ویسٹ ویسٹرن ورلڈ کے ہالی ڈیولپ کنٹری۔</w:t>
      </w:r>
    </w:p>
    <w:p>
      <w:r>
        <w:rPr>
          <w:b/>
        </w:rPr>
        <w:t xml:space="preserve">[26:02] </w:t>
      </w:r>
      <w:r>
        <w:t>to kisi ne mujhe apna thehraya tha.</w:t>
      </w:r>
    </w:p>
    <w:p>
      <w:pPr>
        <w:jc w:val="right"/>
      </w:pPr>
      <w:r>
        <w:t>تو کسی نے مجھے اپنا ٹھہرایا تھا۔</w:t>
      </w:r>
    </w:p>
    <w:p>
      <w:r>
        <w:rPr>
          <w:b/>
        </w:rPr>
        <w:t xml:space="preserve">[26:06] </w:t>
      </w:r>
      <w:r>
        <w:t>to ek din unhon ne kaha ke chaliye hum chalte hain shopping mall, chalte hain. to mujhe kuch khareedna nahin tha, mujhe kuch bhi khareedna nahin tha, lekin un ke saath chala gaya.</w:t>
      </w:r>
    </w:p>
    <w:p>
      <w:pPr>
        <w:jc w:val="right"/>
      </w:pPr>
      <w:r>
        <w:t>تو ایک دن انہوں نے کہا کہ چلیے ہم چلتے ہیں شاپنگ مال، چلتے ہیں۔ تو مجھے کچھ خریدنا نہیں تھا، مجھے کچھ بھی خریدنا نہیں تھا، لیکن ان کے ساتھ چلا گیا۔</w:t>
      </w:r>
    </w:p>
    <w:p>
      <w:r>
        <w:rPr>
          <w:b/>
        </w:rPr>
        <w:t xml:space="preserve">[26:23] </w:t>
      </w:r>
      <w:r>
        <w:t>bas ab wahan par maine dekha ke woh log daud daud ke cheezein khareed rahe thay. woh sab paise wale log thay. woh mujh ko bar bar kehte thay ke aap bhi lije, aap bhi lije,</w:t>
      </w:r>
    </w:p>
    <w:p>
      <w:pPr>
        <w:jc w:val="right"/>
      </w:pPr>
      <w:r>
        <w:t>بس اب وہاں پر میں نے دیکھا کہ وہ لوگ دوڑ دوڑ کے چیزیں خرید رہے تھے۔ وہ سب پیسے والے لوگ تھے۔ وہ مجھ کو بار بار کہتے تھے کہ آپ بھی لیجئے، آپ بھی لیجئے،</w:t>
      </w:r>
    </w:p>
    <w:p>
      <w:r>
        <w:rPr>
          <w:b/>
        </w:rPr>
        <w:t xml:space="preserve">[26:35] </w:t>
      </w:r>
      <w:r>
        <w:t>yaani matlab paisa woh denge aur samaan mere liye hoga. main main idhar ek kinare khara kar ke upar dekh raha tha, aise hi yaani main dekh woh samanon ki taraf maine kuch bhi nahin dekha.</w:t>
      </w:r>
    </w:p>
    <w:p>
      <w:pPr>
        <w:jc w:val="right"/>
      </w:pPr>
      <w:r>
        <w:t>یعنی مطلب پیسہ وہ دیں گے اور سامان میرے لیے ہوگا۔ میں میں ادھر ایک کنارے کھڑا کر کے اوپر دیکھ رہا تھا، ایسے ہی یعنی میں دیکھ وہ سامانوں کی طرف میں نے کچھ بھی نہیں دیکھا۔</w:t>
      </w:r>
    </w:p>
    <w:p>
      <w:r>
        <w:rPr>
          <w:b/>
        </w:rPr>
        <w:t xml:space="preserve">[26:53] </w:t>
      </w:r>
      <w:r>
        <w:t>shandar tareeqe se samaan wahan sab rakhe hue thay, har qism ke. is ka kuch bhi mujhe koi dilchaspi is se nahin thi.</w:t>
      </w:r>
    </w:p>
    <w:p>
      <w:pPr>
        <w:jc w:val="right"/>
      </w:pPr>
      <w:r>
        <w:t>شاندار طریقے سے سامان وہاں سب رکھے ہوئے تھے، ہر قسم کے۔ اس کا کچھ بھی مجھے کوئی دلچسپی اس سے نہیں تھی۔</w:t>
      </w:r>
    </w:p>
    <w:p>
      <w:r>
        <w:rPr>
          <w:b/>
        </w:rPr>
        <w:t xml:space="preserve">[27:04] </w:t>
      </w:r>
      <w:r>
        <w:t>ab woh log jo thay ke daud daud ke samaan khareed rahe hain, maine wahan ek kuch bhi nahin liya, yahan tak ke unhon ne chocolate ka ek diba diya, ghar ki le jaiye bachon ke liye.</w:t>
      </w:r>
    </w:p>
    <w:p>
      <w:pPr>
        <w:jc w:val="right"/>
      </w:pPr>
      <w:r>
        <w:t>اب وہ لوگ جو تھے کہ دوڑ دوڑ کے سامان خرید رہے ہیں، میں نے وہاں ایک کچھ بھی نہیں لیا، یہاں تک کہ انہوں نے چاکلیٹ کا ایک ڈبہ دیا، گھر کی لے جائیے بچوں کے لیے۔</w:t>
      </w:r>
    </w:p>
    <w:p>
      <w:r>
        <w:rPr>
          <w:b/>
        </w:rPr>
        <w:t xml:space="preserve">[27:18] </w:t>
      </w:r>
      <w:r>
        <w:t>isi waqt maine lauta diya, maine kaha mujhe ghar chocolate nahin le jana hai. achha, is ke baad jahan hum log baithe, wapsi ke baad baat karne ke liye, maine chaha ke un se exchange karoon.</w:t>
      </w:r>
    </w:p>
    <w:p>
      <w:pPr>
        <w:jc w:val="right"/>
      </w:pPr>
      <w:r>
        <w:t>اسی وقت میں نے لوٹا دیا، میں نے کہا مجھے گھر چاکلیٹ نہیں لے جانا ہے۔ اچھا، اس کے بعد جہاں ہم لوگ بیٹھے، واپسی کے بعد بات کرنے کے لیے، میں نے چاہا کہ ان سے ایکسچینج کروں۔</w:t>
      </w:r>
    </w:p>
    <w:p>
      <w:r>
        <w:rPr>
          <w:b/>
        </w:rPr>
        <w:t xml:space="preserve">[27:35] </w:t>
      </w:r>
      <w:r>
        <w:t>to kisi bhi subject par woh exchange karne ki poshish mein nahin thi.</w:t>
      </w:r>
    </w:p>
    <w:p>
      <w:pPr>
        <w:jc w:val="right"/>
      </w:pPr>
      <w:r>
        <w:t>تو کسی بھی سبجیکٹ پر وہ ایکسچینج کرنے کی پوشش میں نہیں تھی۔</w:t>
      </w:r>
    </w:p>
    <w:p>
      <w:r>
        <w:rPr>
          <w:b/>
        </w:rPr>
        <w:t xml:space="preserve">[27:44] </w:t>
      </w:r>
      <w:r>
        <w:t>koi bari baat un ke zehen mein thi, koi wisdom nahin thi, koi baseerat nahin thi, koi hikmat nahin thi.</w:t>
      </w:r>
    </w:p>
    <w:p>
      <w:pPr>
        <w:jc w:val="right"/>
      </w:pPr>
      <w:r>
        <w:t>کوئی بڑی بات ان کے ذہن میں تھی، کوئی وزڈم نہیں تھی، کوئی بصیرت نہیں تھی، کوئی حکمت نہیں تھی۔</w:t>
      </w:r>
    </w:p>
    <w:p>
      <w:r>
        <w:rPr>
          <w:b/>
        </w:rPr>
        <w:t xml:space="preserve">[27:52] </w:t>
      </w:r>
      <w:r>
        <w:t>to is maani kya hua? price kya de raha hai aadmi? yaani modern consumerism mein jo log ab phanse hue hain, price kya de rahe hain?</w:t>
      </w:r>
    </w:p>
    <w:p>
      <w:pPr>
        <w:jc w:val="right"/>
      </w:pPr>
      <w:r>
        <w:t>تو اس معنی کیا ہوا؟ پرائس کیا دے رہا ہے آدمی؟ یعنی ماڈرن کنزیومرزم میں جو لوگ اب پھنسے ہوئے ہیں، پرائس کیا دے رہے ہیں؟</w:t>
      </w:r>
    </w:p>
    <w:p>
      <w:r>
        <w:rPr>
          <w:b/>
        </w:rPr>
        <w:t xml:space="preserve">[28:03] </w:t>
      </w:r>
      <w:r>
        <w:t>intellectual dwarfism.</w:t>
      </w:r>
    </w:p>
    <w:p>
      <w:pPr>
        <w:jc w:val="right"/>
      </w:pPr>
      <w:r>
        <w:t>انٹلیکچول ڈوارفزم۔</w:t>
      </w:r>
    </w:p>
    <w:p>
      <w:r>
        <w:rPr>
          <w:b/>
        </w:rPr>
        <w:t xml:space="preserve">[28:07] </w:t>
      </w:r>
      <w:r>
        <w:t>modern consumerism ka direct result kya hai? intellectual dwarfism. aur main yeh baat poore, yaani yaani bedahadi mein kehta hoon ke jo log bhi is mein phanse hue hain, mujh ko un se milaiye,</w:t>
      </w:r>
    </w:p>
    <w:p>
      <w:pPr>
        <w:jc w:val="right"/>
      </w:pPr>
      <w:r>
        <w:t>ماڈرن کنزیومرزم کا ڈائریکٹ رزلٹ کیا ہے؟ انٹلیکچول ڈوارفزم۔ اور میں یہ بات پورے، یعنی یعنی بے تحدی میں کہتا ہوں کہ جو لوگ بھی اس میں پھنسے ہوئے ہیں، مجھ کو ان سے ملائیے،</w:t>
      </w:r>
    </w:p>
    <w:p>
      <w:r>
        <w:rPr>
          <w:b/>
        </w:rPr>
        <w:t xml:space="preserve">[28:25] </w:t>
      </w:r>
      <w:r>
        <w:t>mujh ko milaiye un se. chand minute mein zahir ho jayega ke un ko un ke paas kuch bhi share karne ke liye nahin hai. is ki main ek misaal deta hoon.</w:t>
      </w:r>
    </w:p>
    <w:p>
      <w:pPr>
        <w:jc w:val="right"/>
      </w:pPr>
      <w:r>
        <w:t>مجھ کو ملائیے ان سے۔ چند منٹ میں ظاہر ہو جائے گا کہ ان کو ان کے پاس کچھ بھی شیئر کرنے کے لیے نہیں ہے۔ اس کی میں ایک مثال دیتا ہوں۔</w:t>
      </w:r>
    </w:p>
    <w:p>
      <w:r>
        <w:rPr>
          <w:b/>
        </w:rPr>
        <w:t xml:space="preserve">[28:38] </w:t>
      </w:r>
      <w:r>
        <w:t>abhi meri mulaqat hui chaar top ke logon se. woh log bohat hi well dressed thay, bohat tandrust thay aur achhe business waghera karte hain.</w:t>
      </w:r>
    </w:p>
    <w:p>
      <w:pPr>
        <w:jc w:val="right"/>
      </w:pPr>
      <w:r>
        <w:t>ابھی میری ملاقات ہوئی چار ٹاپ کے لوگوں سے۔ وہ لوگ بہت ہی ویل ڈریسڈ تھے، بہت تندرست تھے اور اچھے بزنس وغیرہ کرتے ہیں۔</w:t>
      </w:r>
    </w:p>
    <w:p>
      <w:r>
        <w:rPr>
          <w:b/>
        </w:rPr>
        <w:t xml:space="preserve">[28:51] </w:t>
      </w:r>
      <w:r>
        <w:t>aise log thay woh.</w:t>
      </w:r>
    </w:p>
    <w:p>
      <w:pPr>
        <w:jc w:val="right"/>
      </w:pPr>
      <w:r>
        <w:t>ایسے لوگ تھے وہ۔</w:t>
      </w:r>
    </w:p>
    <w:p>
      <w:r>
        <w:rPr>
          <w:b/>
        </w:rPr>
        <w:t xml:space="preserve">[28:55] </w:t>
      </w:r>
      <w:r>
        <w:t>mere paas woh bohat der tak rahe. bar bar main ek hi sawal karta raha hoon un se ke apna koi experience bataiye,</w:t>
      </w:r>
    </w:p>
    <w:p>
      <w:pPr>
        <w:jc w:val="right"/>
      </w:pPr>
      <w:r>
        <w:t>میرے پاس وہ بہت دیر تک رہے۔ بار بار میں ایک ہی سوال کرتا رہا ہوں ان سے کہ اپنا کوئی ایکسپیرینس بتائیے،</w:t>
      </w:r>
    </w:p>
    <w:p>
      <w:r>
        <w:rPr>
          <w:b/>
        </w:rPr>
        <w:t xml:space="preserve">[29:04] </w:t>
      </w:r>
      <w:r>
        <w:t>koi aisa experience jis ke andar wisdom ho, jis ke andar koi lesson ho. aap yaqeen kijiye ke ek bhi nahin bata sake woh log.</w:t>
      </w:r>
    </w:p>
    <w:p>
      <w:pPr>
        <w:jc w:val="right"/>
      </w:pPr>
      <w:r>
        <w:t>کوئی ایسا ایکسپیرینس جس کے اندر وزڈم ہو، جس کے اندر کوئی لیسن ہو۔ آپ یقین کیجئے کہ ایک بھی نہیں بتا سکے وہ لوگ۔</w:t>
      </w:r>
    </w:p>
    <w:p>
      <w:r>
        <w:rPr>
          <w:b/>
        </w:rPr>
        <w:t xml:space="preserve">[29:14] </w:t>
      </w:r>
      <w:r>
        <w:t>aur bhi kai saathi mere paas thay is waqt, woh gawah hain.</w:t>
      </w:r>
    </w:p>
    <w:p>
      <w:pPr>
        <w:jc w:val="right"/>
      </w:pPr>
      <w:r>
        <w:t>اور بھی کئی ساتھی میرے پاس تھے اس وقت، وہ گواہ ہیں۔</w:t>
      </w:r>
    </w:p>
    <w:p>
      <w:r>
        <w:rPr>
          <w:b/>
        </w:rPr>
        <w:t xml:space="preserve">[29:21] </w:t>
      </w:r>
      <w:r>
        <w:t>aise hi ek baar mein bahar gaya, ek top ke ek saahab thay, woh bhi bohat hi well known aadmi hain. ab un ka death ho chuki</w:t>
      </w:r>
    </w:p>
    <w:p>
      <w:pPr>
        <w:jc w:val="right"/>
      </w:pPr>
      <w:r>
        <w:t>ایسے ہی ایک بار میں باہر گیا، ایک ٹاپ کے ایک صاحب تھے، وہ بھی بہت ہی ویل نون آدمی ہیں۔ اب ان کا ڈیتھ ہو چکی</w:t>
      </w:r>
    </w:p>
    <w:p>
      <w:r>
        <w:rPr>
          <w:b/>
        </w:rPr>
        <w:t xml:space="preserve">[29:30] </w:t>
      </w:r>
      <w:r>
        <w:t>hai. mujhe maine yeh sawal kiya ke apni koi khaas finding bataiye, apni koi discovery bataiye. jab bar bar repeat kiya, woh nahi bata sake.</w:t>
      </w:r>
    </w:p>
    <w:p>
      <w:pPr>
        <w:jc w:val="right"/>
      </w:pPr>
      <w:r>
        <w:t>ہے۔ مجھے میں نے یہ سوال کیا کہ اپنی کوئی خاص فائنڈنگ بتائیے، اپنی کوئی ڈسکوری بتائیے۔ جب بار بار ریپیٹ کیا، وہ نہیں بتا سکے۔</w:t>
      </w:r>
    </w:p>
    <w:p>
      <w:r>
        <w:rPr>
          <w:b/>
        </w:rPr>
        <w:t xml:space="preserve">[29:41] </w:t>
      </w:r>
      <w:r>
        <w:t>aakhir mein kya hua? unhon ne jhijha kar kaha: "yeh sab hair splitting hai." hair splitting ka matlab hai baal ki khaal nikalna.</w:t>
      </w:r>
    </w:p>
    <w:p>
      <w:pPr>
        <w:jc w:val="right"/>
      </w:pPr>
      <w:r>
        <w:t>آخر میں کیا ہوا؟ انہوں نے جھجھا کر کہا: "یہ سب ہیئر اسپلٹنگ ہے۔" ہیئر اسپلٹنگ کا مطلب ہے بال کی کھال نکالنا۔</w:t>
      </w:r>
    </w:p>
    <w:p>
      <w:r>
        <w:rPr>
          <w:b/>
        </w:rPr>
        <w:t xml:space="preserve">[29:56] </w:t>
      </w:r>
      <w:r>
        <w:t>to yeh jo hadees hai, is ko saada mat samjhiye. direct to nahi hai, lekin indirect mein quran mein bhi yeh baat hai. dekhiye, bazaar ko arabi mein kehte hain souq, jis ka plural hai aswaaq.</w:t>
      </w:r>
    </w:p>
    <w:p>
      <w:pPr>
        <w:jc w:val="right"/>
      </w:pPr>
      <w:r>
        <w:t>تو یہ جو حدیث ہے، اس کو سادہ مت سمجھیے۔ ڈائریکٹ تو نہیں ہے، لیکن ان ڈائریکٹ میں قرآن میں بھی یہ بات ہے۔ دیکھیں، بازار کو عربی میں کہتے ہیں سوق، جس کا پلورل ہے اسواق۔</w:t>
      </w:r>
    </w:p>
    <w:p>
      <w:r>
        <w:rPr>
          <w:b/>
        </w:rPr>
        <w:t xml:space="preserve">[30:12] </w:t>
      </w:r>
      <w:r>
        <w:t>to quran mein aswaaq ka lafz aaya hai: "ma lihada ar rasool yaakul at ta'aama wa yamshi fil aswaaq"</w:t>
      </w:r>
    </w:p>
    <w:p>
      <w:pPr>
        <w:jc w:val="right"/>
      </w:pPr>
      <w:r>
        <w:t>تو قرآن میں اسواق کا لفظ آیا ہے: "ما لہذا الرسول یاكل الطعام ویمشي فی الاسواق"</w:t>
      </w:r>
    </w:p>
    <w:p>
      <w:r>
        <w:rPr>
          <w:b/>
        </w:rPr>
        <w:t xml:space="preserve">[30:21] </w:t>
      </w:r>
      <w:r>
        <w:t>. lekin woh wahi saada souq ke matlab mein wahan par hai, woh jis ko maine heart kaha. lekin jo modern jo shopping ka concept hai, us matlab mein nahi hai.</w:t>
      </w:r>
    </w:p>
    <w:p>
      <w:pPr>
        <w:jc w:val="right"/>
      </w:pPr>
      <w:r>
        <w:t>۔ لیکن وہ وہی سادہ سوق کے معنی میں وہاں پر ہے، وہ جس کو میں نے ہارٹ کہا۔ لیکن جو ماڈرن جو شاپنگ کا کانسیپٹ ہے، اس معنی میں نہیں ہے۔</w:t>
      </w:r>
    </w:p>
    <w:p>
      <w:r>
        <w:rPr>
          <w:b/>
        </w:rPr>
        <w:t xml:space="preserve">[30:35] </w:t>
      </w:r>
      <w:r>
        <w:t>woh lekin main samajhta hoon ke result ke aitbaar se quran mein is ka zikr maujood hai.</w:t>
      </w:r>
    </w:p>
    <w:p>
      <w:pPr>
        <w:jc w:val="right"/>
      </w:pPr>
      <w:r>
        <w:t>وہ لیکن میں سمجھتا ہوں کہ رزلٹ کے اعتبار سے قرآن میں اس کا ذکر موجود ہے۔</w:t>
      </w:r>
    </w:p>
    <w:p>
      <w:r>
        <w:rPr>
          <w:b/>
        </w:rPr>
        <w:t xml:space="preserve">[30:42] </w:t>
      </w:r>
      <w:r>
        <w:t>woh hai quran mein ek aayat hai ke: "wa la tubazzir tabzeeran innal mubazzireena kaano ikhwaan ash shayateen wa kaana ash shaytaanu li rabbi kafoodra".</w:t>
      </w:r>
    </w:p>
    <w:p>
      <w:pPr>
        <w:jc w:val="right"/>
      </w:pPr>
      <w:r>
        <w:t>وہ ہے قرآن میں ایک آیت ہے کہ: "ولا تبذر تبذیرا ان المبذرین کانوا اخوان الشیاطین وکان الشیطان لربی کفورا"۔</w:t>
      </w:r>
    </w:p>
    <w:p>
      <w:r>
        <w:rPr>
          <w:b/>
        </w:rPr>
        <w:t xml:space="preserve">[31:02] </w:t>
      </w:r>
      <w:r>
        <w:t>yeh aayat hai surah al isra mein.</w:t>
      </w:r>
    </w:p>
    <w:p>
      <w:pPr>
        <w:jc w:val="right"/>
      </w:pPr>
      <w:r>
        <w:t>یہ آیت ہے سورہ الاسراء میں۔</w:t>
      </w:r>
    </w:p>
    <w:p>
      <w:r>
        <w:rPr>
          <w:b/>
        </w:rPr>
        <w:t xml:space="preserve">[31:07] </w:t>
      </w:r>
      <w:r>
        <w:t>is ka tarjuma yeh hai ke tum yahan tabzeer ka lafz aaya hai. tabzeer ka matlab cheentna, bikhairna, yani paise ko waste karna.</w:t>
      </w:r>
    </w:p>
    <w:p>
      <w:pPr>
        <w:jc w:val="right"/>
      </w:pPr>
      <w:r>
        <w:t>اس کا ترجمہ یہ ہے کہ تم یہاں تبذیر کا لفظ آیا ہے۔ تبذیر کا معنی چھینٹنا، بکھیرنا، یعنی پیسے کو ویسٹ کرنا۔</w:t>
      </w:r>
    </w:p>
    <w:p>
      <w:r>
        <w:rPr>
          <w:b/>
        </w:rPr>
        <w:t xml:space="preserve">[31:20] </w:t>
      </w:r>
      <w:r>
        <w:t>paise ko waste karna. waste karne ka matlab kya hai? ke need ke siwa, need ke siwa jo item hai, us mein aap paisa kharch karein to woh Allah ki nazar mein tabzeer hai.</w:t>
      </w:r>
    </w:p>
    <w:p>
      <w:pPr>
        <w:jc w:val="right"/>
      </w:pPr>
      <w:r>
        <w:t>پیسے کو ویسٹ کرنا۔ ویسٹ کرنے کا مطلب کیا ہے؟ کہ نیڈ کے سوا، نیڈ کے سوا جو آئٹم ہے، اس میں آپ پیسہ خرچ کریں تو وہ اللہ کی نظر میں تبذیر ہے۔</w:t>
      </w:r>
    </w:p>
    <w:p>
      <w:r>
        <w:rPr>
          <w:b/>
        </w:rPr>
        <w:t xml:space="preserve">[31:33] </w:t>
      </w:r>
      <w:r>
        <w:t>jo aap ki necessity hai, jo aap ki need hai, jo aap ki zaroorat hai, us mein aap paisa lagayein to theek hai, lekin us se zyada jab aap apne paise ko kharch karte hain to Allah ki nazar mein tabzeer hai.</w:t>
      </w:r>
    </w:p>
    <w:p>
      <w:pPr>
        <w:jc w:val="right"/>
      </w:pPr>
      <w:r>
        <w:t>جو آپ کی نسیسٹی ہے، جو آپ کی نیڈ ہے، جو آپ کی ضرورت ہے، اس میں آپ پیسہ لگائیں تو ٹھیک ہے، لیکن اس سے زیادہ جب آپ اپنے پیسے کو خرچ کرتے ہیں تو اللہ کی نظر میں تبذیر ہے۔</w:t>
      </w:r>
    </w:p>
    <w:p>
      <w:r>
        <w:rPr>
          <w:b/>
        </w:rPr>
        <w:t xml:space="preserve">[31:48] </w:t>
      </w:r>
      <w:r>
        <w:t>paise ko cheentna hai, paise ko bikhairna hai, paise ko waste karna hai. to aise logon ko kaha gaya hai mubazzir.</w:t>
      </w:r>
    </w:p>
    <w:p>
      <w:pPr>
        <w:jc w:val="right"/>
      </w:pPr>
      <w:r>
        <w:t>پیسے کو چھینٹنا ہے، پیسے کو بکھیرنا ہے، پیسے کو ویسٹ کرنا ہے۔ تو ایسے لوگوں کو کہا گیا ہے مبذر۔</w:t>
      </w:r>
    </w:p>
    <w:p>
      <w:r>
        <w:rPr>
          <w:b/>
        </w:rPr>
        <w:t xml:space="preserve">[31:58] </w:t>
      </w:r>
      <w:r>
        <w:t>to mubazzir mat bano, yani paise ko waste karne wale na bano.</w:t>
      </w:r>
    </w:p>
    <w:p>
      <w:pPr>
        <w:jc w:val="right"/>
      </w:pPr>
      <w:r>
        <w:t>تو مبذر مت بنو، یعنی پیسے کو ویسٹ کرنے والے نہ بنو۔</w:t>
      </w:r>
    </w:p>
    <w:p>
      <w:r>
        <w:rPr>
          <w:b/>
        </w:rPr>
        <w:t xml:space="preserve">[32:04] </w:t>
      </w:r>
      <w:r>
        <w:t>kyun? is liye ke mubazzir jo hain, woh shaitan ke bhai hain aur shaitan bohat bada, yani nashukri karne wala hota hai.</w:t>
      </w:r>
    </w:p>
    <w:p>
      <w:pPr>
        <w:jc w:val="right"/>
      </w:pPr>
      <w:r>
        <w:t>کیوں؟ اس لیے کہ مبذر جو ہیں، وہ شیطان کے بھائی ہیں اور شیطان بہت بڑا، یعنی ناشکری کرنے والا ہوتا ہے۔</w:t>
      </w:r>
    </w:p>
    <w:p>
      <w:r>
        <w:rPr>
          <w:b/>
        </w:rPr>
        <w:t xml:space="preserve">[32:19] </w:t>
      </w:r>
      <w:r>
        <w:t>to tabzeer aap ko nashukri ki taraf le aati hai. yani paise ko waste karna jo hai, woh aap ko Allah se nashukri karne wala banata hai.</w:t>
      </w:r>
    </w:p>
    <w:p>
      <w:pPr>
        <w:jc w:val="right"/>
      </w:pPr>
      <w:r>
        <w:t>تو تبذیر آپ کو ناشکری کی طرف لے آتی ہے۔ یعنی پیسے کو ویسٹ کرنا جو ہے، وہ آپ کو اللہ سے ناشکری کرنے والا بناتا ہے۔</w:t>
      </w:r>
    </w:p>
    <w:p>
      <w:r>
        <w:rPr>
          <w:b/>
        </w:rPr>
        <w:t xml:space="preserve">[32:35] </w:t>
      </w:r>
      <w:r>
        <w:t>to waste kahan karte hain aap? ab maine socha ke yeh jo quran majeed mein hai ke paise ko waste karna, to pehle zamane mein waste kahan karta tha? pehle to zaroorat zaroorat ki cheezein khareeda, us ke baad zameen mein dafan kar diya.</w:t>
      </w:r>
    </w:p>
    <w:p>
      <w:pPr>
        <w:jc w:val="right"/>
      </w:pPr>
      <w:r>
        <w:t>تو ویسٹ کہاں کرتے ہیں آپ؟ اب میں نے سوچا کہ یہ جو قرآن مجید میں ہے کہ پیسے کو ویسٹ کرنا، تو پہلے زمانے میں ویسٹ کہاں کرتا تھا؟ پہلے تو ضرورت ضرورت کی چیزیں خریدا، اس کے بعد زمین میں دفن کر دیا۔</w:t>
      </w:r>
    </w:p>
    <w:p>
      <w:r>
        <w:rPr>
          <w:b/>
        </w:rPr>
        <w:t xml:space="preserve">[32:49] </w:t>
      </w:r>
      <w:r>
        <w:t>yeh waste karna jo hai paise ka, yeh to yeh shopping mall jab se aayi hai, tab se hua hai. yeh modern consumerism ne sach poochhein to pehli baar yeh duniya mein yeh culture paida kiya ke log paison ko waste karein.</w:t>
      </w:r>
    </w:p>
    <w:p>
      <w:pPr>
        <w:jc w:val="right"/>
      </w:pPr>
      <w:r>
        <w:t>یہ ویسٹ کرنا جو ہے پیسے کا، یہ تو یہ شاپنگ مال جب سے آئی ہے، تب سے ہوا ہے۔ یہ ماڈرن کنزیومرزم نے سچ پوچھیں تو پہلی بار یہ دنیا میں یہ کلچر پیدا کیا کہ لوگ پیسوں کو ویسٹ کریں۔</w:t>
      </w:r>
    </w:p>
    <w:p>
      <w:r>
        <w:rPr>
          <w:b/>
        </w:rPr>
        <w:t xml:space="preserve">[33:04] </w:t>
      </w:r>
      <w:r>
        <w:t>jaise aurtein itna kapda khareedti hain, itna kapda khareedti hain ke kisi bhi aurat ke paas itne kapde hote hain ke woh us ki beti, us ki poti, agar ek bhi kapda na khareeda to sab ke paane ke liye kaafi ho jaye.</w:t>
      </w:r>
    </w:p>
    <w:p>
      <w:pPr>
        <w:jc w:val="right"/>
      </w:pPr>
      <w:r>
        <w:t>جیسے عورتیں اتنا کپڑا خریدتی ہیں، اتنا کپڑا خریدتی ہیں کہ کسی بھی عورت کے پاس اتنے کپڑے ہوتے ہیں کہ وہ اس کی بیٹی، اس کی پوتی، اگر ایک بھی کپڑا نہ خریدا تو سب کے پانے کے لیے کافی ہو جائے۔</w:t>
      </w:r>
    </w:p>
    <w:p>
      <w:r>
        <w:rPr>
          <w:b/>
        </w:rPr>
        <w:t xml:space="preserve">[33:19] </w:t>
      </w:r>
      <w:r>
        <w:t>aksar aurton se main yeh kehta hoon ke tumhare paas jo kapde hain, us waqt agar tum na khareedo aindah kapda, tumhari beti na khareede, tumhari poti na khareede, tab bhi sab ke liye kaafi ho jayega.</w:t>
      </w:r>
    </w:p>
    <w:p>
      <w:pPr>
        <w:jc w:val="right"/>
      </w:pPr>
      <w:r>
        <w:t>اکثر عورتوں سے میں یہ کہتا ہوں کہ تمہارے پاس جو کپڑے ہیں، اس وقت اگر تم نہ خریدو آئندہ کپڑا، تمہاری بیٹی نہ خریدے، تمہاری پوتی نہ خریدے، تب بھی سب کے لیے کافی ہو جائے گا۔</w:t>
      </w:r>
    </w:p>
    <w:p>
      <w:r>
        <w:rPr>
          <w:b/>
        </w:rPr>
        <w:t xml:space="preserve">[33:30] </w:t>
      </w:r>
      <w:r>
        <w:t>to bas paana nahi hai, shauq ke liye khareedna hai.</w:t>
      </w:r>
    </w:p>
    <w:p>
      <w:pPr>
        <w:jc w:val="right"/>
      </w:pPr>
      <w:r>
        <w:t>تو بس پانا نہیں ہے، شوق کے لیے خریدنا ہے۔</w:t>
      </w:r>
    </w:p>
    <w:p>
      <w:r>
        <w:rPr>
          <w:b/>
        </w:rPr>
        <w:t xml:space="preserve">[33:36] </w:t>
      </w:r>
      <w:r>
        <w:t>to kapde ki khareedari, furniture ki khareedari, caron ki khareedari, jis ke paas jitna zyada paisa hai, utni zyada khareedari.</w:t>
      </w:r>
    </w:p>
    <w:p>
      <w:pPr>
        <w:jc w:val="right"/>
      </w:pPr>
      <w:r>
        <w:t>تو کپڑے کی خریداری، فرنیچر کی خریداری، کاروں کی خریداری، جس کے پاس جتنا زیادہ پیسہ ہے، اتنی زیادہ خریداری۔</w:t>
      </w:r>
    </w:p>
    <w:p>
      <w:r>
        <w:rPr>
          <w:b/>
        </w:rPr>
        <w:t xml:space="preserve">[33:47] </w:t>
      </w:r>
      <w:r>
        <w:t>yeh hai tabzeer. to tabzeer wala aadmi kyun shaitan ka bhai ho jata hai? us ko pata hai ke shaitan jo hai, khud bhi nashukri mein pada hua hai aur jo tabzeer kare, woh nashukri mein ho jata hai.</w:t>
      </w:r>
    </w:p>
    <w:p>
      <w:pPr>
        <w:jc w:val="right"/>
      </w:pPr>
      <w:r>
        <w:t>یہ ہے تبذیر۔ تو تبذیر والا آدمی کیوں شیطان کا بھائی ہو جاتا ہے؟ اس کو پتہ ہے کہ شیطان جو ہے، خود بھی ناشکری میں پڑا ہوا ہے اور جو تبذیر کرے، وہ ناشکری میں ہو جاتا ہے۔</w:t>
      </w:r>
    </w:p>
    <w:p>
      <w:r>
        <w:rPr>
          <w:b/>
        </w:rPr>
        <w:t xml:space="preserve">[34:04] </w:t>
      </w:r>
      <w:r>
        <w:t>nashukri ka matlab kya hai?</w:t>
      </w:r>
    </w:p>
    <w:p>
      <w:pPr>
        <w:jc w:val="right"/>
      </w:pPr>
      <w:r>
        <w:t>ناشکری کا مطلب کیا ہے؟</w:t>
      </w:r>
    </w:p>
    <w:p>
      <w:r>
        <w:rPr>
          <w:b/>
        </w:rPr>
        <w:t xml:space="preserve">[34:08] </w:t>
      </w:r>
      <w:r>
        <w:t>nashukri ka matlab hai Allah ki yaad se door ho jana,</w:t>
      </w:r>
    </w:p>
    <w:p>
      <w:pPr>
        <w:jc w:val="right"/>
      </w:pPr>
      <w:r>
        <w:t>ناشکری کا مطلب ہے اللہ کی یاد سے دور ہو جانا،</w:t>
      </w:r>
    </w:p>
    <w:p>
      <w:r>
        <w:rPr>
          <w:b/>
        </w:rPr>
        <w:t xml:space="preserve">[34:15] </w:t>
      </w:r>
      <w:r>
        <w:t>kisi aur yaad mein jeene lagna, kisi koi aur cheez aadmi concern ban jaye, kisi aur cheez is ka obsession ban jaye. Yahi to hai modern jo consumers mein, yahi to hai woh</w:t>
      </w:r>
    </w:p>
    <w:p>
      <w:pPr>
        <w:jc w:val="right"/>
      </w:pPr>
      <w:r>
        <w:t>کسی اور یاد میں جینے لگنا، کسی کوئی اور چیز آدمی کنسرن بن جائے، کسی اور چیز اس کا ابسیشن بن جائے۔ یہی تو ہے ماڈرن جو کنزیومرز میں، یہی تو ہے وہ</w:t>
      </w:r>
    </w:p>
    <w:p>
      <w:r>
        <w:rPr>
          <w:b/>
        </w:rPr>
        <w:t xml:space="preserve">[34:36] </w:t>
      </w:r>
      <w:r>
        <w:t>ke sari soch kis pe chalti hai? Aap ki jo soch chalni chahiye Allah par, yani God oriented thinking par, jo jo chalti thi, woh chal chal jati hai.</w:t>
      </w:r>
    </w:p>
    <w:p>
      <w:pPr>
        <w:jc w:val="right"/>
      </w:pPr>
      <w:r>
        <w:t>کہ ساری سوچ کس پہ چلتی ہے؟ آپ کی جو سوچ چلنی چاہیے اللہ پر، یعنی گاڈ اورینٹڈ تھنکنگ پر، جو جو چلتی تھی، وہ چل چل جاتی ہے۔</w:t>
      </w:r>
    </w:p>
    <w:p>
      <w:r>
        <w:rPr>
          <w:b/>
        </w:rPr>
        <w:t xml:space="preserve">[34:48] </w:t>
      </w:r>
      <w:r>
        <w:t>Money oriented thinking ban jati hai. Kyun?</w:t>
      </w:r>
    </w:p>
    <w:p>
      <w:pPr>
        <w:jc w:val="right"/>
      </w:pPr>
      <w:r>
        <w:t>منی اورینٹڈ تھنکنگ بن جاتی ہے۔ کیوں؟</w:t>
      </w:r>
    </w:p>
    <w:p>
      <w:r>
        <w:rPr>
          <w:b/>
        </w:rPr>
        <w:t xml:space="preserve">[34:51] </w:t>
      </w:r>
      <w:r>
        <w:t>Aur paisa, aur paisa taake aur saman khareedun, aur mein acha ghar banaun, aur mere paas achi car ho, aur mere paas sab saman ho, aur zyada shandar andaaz mein mein apni apni beti beti ki shadiyan karun.</w:t>
      </w:r>
    </w:p>
    <w:p>
      <w:pPr>
        <w:jc w:val="right"/>
      </w:pPr>
      <w:r>
        <w:t>اور پیسہ، اور پیسہ تاکہ اور سامان خریدوں، اور میں اچھا گھر بناؤں، اور میرے پاس اچھی کار ہو، اور میرے پاس سب سامان ہو، اور زیادہ شاندار انداز میں میں اپنی اپنی بیٹی بیٹی کی شادیاں کروں۔</w:t>
      </w:r>
    </w:p>
    <w:p>
      <w:r>
        <w:rPr>
          <w:b/>
        </w:rPr>
        <w:t xml:space="preserve">[35:08] </w:t>
      </w:r>
      <w:r>
        <w:t>Yeh sara jo hai, aakhir mein kya hai? Consumers, shopping centers, kyunke wahin ja ke aap saman lete hain.</w:t>
      </w:r>
    </w:p>
    <w:p>
      <w:pPr>
        <w:jc w:val="right"/>
      </w:pPr>
      <w:r>
        <w:t>یہ سارا جو ہے، آخر میں کیا ہے؟ کنزیومرز، شاپنگ سینٹرز، کیونکہ وہیں جا کے آپ سامان لیتے ہیں۔</w:t>
      </w:r>
    </w:p>
    <w:p>
      <w:r>
        <w:rPr>
          <w:b/>
        </w:rPr>
        <w:t xml:space="preserve">[35:21] </w:t>
      </w:r>
      <w:r>
        <w:t>To is hadith mein jo kaha gaya hai ke shar al maqam al aswaq ke sab se buri jagah shopping center hai. Kyun?</w:t>
      </w:r>
    </w:p>
    <w:p>
      <w:pPr>
        <w:jc w:val="right"/>
      </w:pPr>
      <w:r>
        <w:t>تو اس حدیث میں جو کہا گیا ہے کہ شر المقام اسواق کہ سب سے بری جگہ شاپنگ سینٹر ہے۔ کیوں؟</w:t>
      </w:r>
    </w:p>
    <w:p>
      <w:r>
        <w:rPr>
          <w:b/>
        </w:rPr>
        <w:t xml:space="preserve">[35:32] </w:t>
      </w:r>
      <w:r>
        <w:t>Woh aap ko divert kar deta hai, woh aap ko distract kar deta hai. Allah aap ki soch jo hai,</w:t>
      </w:r>
    </w:p>
    <w:p>
      <w:pPr>
        <w:jc w:val="right"/>
      </w:pPr>
      <w:r>
        <w:t>وہ آپ کو ڈائیورٹ کر دیتا ہے، وہ آپ کو ڈسٹریکٹ کر دیتا ہے۔ اللہ آپ کی سوچ جو ہے،</w:t>
      </w:r>
    </w:p>
    <w:p>
      <w:r>
        <w:rPr>
          <w:b/>
        </w:rPr>
        <w:t xml:space="preserve">[35:42] </w:t>
      </w:r>
      <w:r>
        <w:t>ghalat taraf chal parti hai.</w:t>
      </w:r>
    </w:p>
    <w:p>
      <w:pPr>
        <w:jc w:val="right"/>
      </w:pPr>
      <w:r>
        <w:t>غلط طرف چل پڑتی ہے۔</w:t>
      </w:r>
    </w:p>
    <w:p>
      <w:r>
        <w:rPr>
          <w:b/>
        </w:rPr>
        <w:t xml:space="preserve">[35:48] </w:t>
      </w:r>
      <w:r>
        <w:t>Jo soch aap ki chalni chahiye thi Allah ki taraf, aakhirat ki taraf, jannat ki taraf, woh chal parti hai sath saman ki taraf.</w:t>
      </w:r>
    </w:p>
    <w:p>
      <w:pPr>
        <w:jc w:val="right"/>
      </w:pPr>
      <w:r>
        <w:t>جو سوچ آپ کی چلنی چاہیے تھی اللہ کی طرف، آخرت کی طرف، جنت کی طرف، وہ چل پڑتی ہے ساتھ سامان کی طرف۔</w:t>
      </w:r>
    </w:p>
    <w:p>
      <w:r>
        <w:rPr>
          <w:b/>
        </w:rPr>
        <w:t xml:space="preserve">[36:00] </w:t>
      </w:r>
      <w:r>
        <w:t>Aur is liye kya hota hai? Is zamane mein jitne bhi developed countries hain, so called, sab ke bare mein mein without any exception keh sakta hoon ke sab intellectual dwarfs ke case bane hue hain.</w:t>
      </w:r>
    </w:p>
    <w:p>
      <w:pPr>
        <w:jc w:val="right"/>
      </w:pPr>
      <w:r>
        <w:t>اور اس لیے کیا ہوتا ہے؟ اس زمانے میں جتنے بھی ڈیولپ کنٹریز ہیں، سو کالڈ، سب کے بارے میں میں ودا آؤٹ اینی ایکسیپشن کہہ سکتا ہوں کہ سب انٹلیکچول ڈوارفز کے کیس بنے ہوئے ہیں۔</w:t>
      </w:r>
    </w:p>
    <w:p>
      <w:r>
        <w:rPr>
          <w:b/>
        </w:rPr>
        <w:t xml:space="preserve">[36:17] </w:t>
      </w:r>
      <w:r>
        <w:t>Dekhne mein in ke jism bohat shandar honge, kapre bare shandar honge, ghar jaiye to ghar mein khoob shandar cheezein hongi. Lekin baat kijiye to laga ke yeh to kuch jante nahi, yeh to kisi kisi bare topc par exchange nahi kar sakte, ho sakta hai in se woh kuch share nahi kar sakte.</w:t>
      </w:r>
    </w:p>
    <w:p>
      <w:pPr>
        <w:jc w:val="right"/>
      </w:pPr>
      <w:r>
        <w:t>دیکھنے میں ان کے جسم بہت شاندار ہوں گے، کپڑے بڑے شاندار ہوں گے، گھر جائیے تو گھر میں خوب شاندار چیزیں ہوں گی۔ لیکن بات کیجئے تو لگا کہ یہ تو کچھ جانتے نہیں، یہ تو کسی کسی بڑے ٹاپک پر ایکسچینج نہیں کر سکتے، ہو سکتا ہے ان سے وہ کچھ شیئر نہیں کر سکتے۔</w:t>
      </w:r>
    </w:p>
    <w:p>
      <w:r>
        <w:rPr>
          <w:b/>
        </w:rPr>
        <w:t xml:space="preserve">[36:39] </w:t>
      </w:r>
      <w:r>
        <w:t>Aur is ka mein bohat hi asan aap ko formula batata hoon, asan formula ke jo log bhi bohat hi high prized log hain, jo high fi zindagi guzarte hain, jin ki wajah se shopping malls mein ronakein hoti hain, in mein se kisi se aap bas yahi ek sawal kar lijiye ke apni koi finding bataiye,</w:t>
      </w:r>
    </w:p>
    <w:p>
      <w:pPr>
        <w:jc w:val="right"/>
      </w:pPr>
      <w:r>
        <w:t>اور اس کا میں بہت ہی آسان آپ کو فارمولا بتاتا ہوں، آسان فارمولا کہ جو لوگ بھی بہت ہی ہائی پریزڈ لوگ ہیں، جو ہائی فائی زندگی گزارتے ہیں، جن کی وجہ سے شاپنگ مالز میں رونقیں ہوتی ہیں، ان میں سے کسی سے آپ بس یہی ایک سوال کر لیجئے کہ اپنی کوئی فائنڈنگ بتائیے،</w:t>
      </w:r>
    </w:p>
    <w:p>
      <w:r>
        <w:rPr>
          <w:b/>
        </w:rPr>
        <w:t xml:space="preserve">[36:59] </w:t>
      </w:r>
      <w:r>
        <w:t>apni koi experience bataiye, apni koi discovery bataiye. Yeh ek sawal kar lijiye, bas aap ko pata chal jayega,</w:t>
      </w:r>
    </w:p>
    <w:p>
      <w:pPr>
        <w:jc w:val="right"/>
      </w:pPr>
      <w:r>
        <w:t>اپنی کوئی ایکسپیرینس بتائیے، اپنی کوئی ڈسکوری بتائیے۔ یہ ایک سوال کر لیجئے، بس آپ کو پتہ چل جائے گا،</w:t>
      </w:r>
    </w:p>
    <w:p>
      <w:r>
        <w:rPr>
          <w:b/>
        </w:rPr>
        <w:t xml:space="preserve">[37:08] </w:t>
      </w:r>
      <w:r>
        <w:t>aap jaan lenge ke haqeeqat kya hai in ki. To shopping jo culture hai is zamane mein, is ne sare logon ko intellectually dwarf bana diya hai.</w:t>
      </w:r>
    </w:p>
    <w:p>
      <w:pPr>
        <w:jc w:val="right"/>
      </w:pPr>
      <w:r>
        <w:t>آپ جان لیں گے کہ حقیقت کیا ہے ان کی۔ تو شاپنگ جو کلچر ہے اس زمانے میں، اس نے سارے لوگوں کو انٹلیکچولی ڈار بنا دیا ہے۔</w:t>
      </w:r>
    </w:p>
    <w:p>
      <w:r>
        <w:rPr>
          <w:b/>
        </w:rPr>
        <w:t xml:space="preserve">[37:24] </w:t>
      </w:r>
      <w:r>
        <w:t>Matlab shopping center ya shopping culture jo hai, is mein soul living khatam ho gayi. Jab soul living khatam ho gayi to high thinking khatam ho gayi.</w:t>
      </w:r>
    </w:p>
    <w:p>
      <w:pPr>
        <w:jc w:val="right"/>
      </w:pPr>
      <w:r>
        <w:t>مطلب شاپنگ سینٹر یا شاپنگ کلچر جو ہے، اس میں سول لیونگ ختم ہوگئی۔ جب سول لیونگ ختم ہوگئی تو ہائی تھنکنگ ختم ہوگئی۔</w:t>
      </w:r>
    </w:p>
    <w:p>
      <w:r>
        <w:rPr>
          <w:b/>
        </w:rPr>
        <w:t xml:space="preserve">[37:38] </w:t>
      </w:r>
      <w:r>
        <w:t>Ab bataiye, kitabon ka nuksan hai yeh? Yani marifat, marifat, marifat e rabb jo hai, bilkul bilkul hi maadoom ho gayi.</w:t>
      </w:r>
    </w:p>
    <w:p>
      <w:pPr>
        <w:jc w:val="right"/>
      </w:pPr>
      <w:r>
        <w:t>اب بتائیں، کتابوں کا نقصان ہے یہ؟ یعنی معرفت، معرفت، معرفت رب جو ہے، بالکل بالکل ہی معدوم ہو گئی۔</w:t>
      </w:r>
    </w:p>
    <w:p>
      <w:r>
        <w:rPr>
          <w:b/>
        </w:rPr>
        <w:t xml:space="preserve">[37:54] </w:t>
      </w:r>
      <w:r>
        <w:t>Abhi meri mulaqat hui ek sahib se jo Dubai mein rehte hain, ek musalman sahib, woh ache tajir hain aur Dubai mein un ka business hai.</w:t>
      </w:r>
    </w:p>
    <w:p>
      <w:pPr>
        <w:jc w:val="right"/>
      </w:pPr>
      <w:r>
        <w:t>ابھی میری ملاقات ہوئی ایک صاحب سے جو دبئی میں رہتے ہیں، ایک مسلمان صاحب، وہ اچھے تاجر ہیں اور دبئی میں ان کا بزنس ہے۔</w:t>
      </w:r>
    </w:p>
    <w:p>
      <w:r>
        <w:rPr>
          <w:b/>
        </w:rPr>
        <w:t xml:space="preserve">[38:05] </w:t>
      </w:r>
      <w:r>
        <w:t>Un se mulaqat hui</w:t>
      </w:r>
    </w:p>
    <w:p>
      <w:pPr>
        <w:jc w:val="right"/>
      </w:pPr>
      <w:r>
        <w:t>ان سے ملاقات ہوئی</w:t>
      </w:r>
    </w:p>
    <w:p>
      <w:r>
        <w:rPr>
          <w:b/>
        </w:rPr>
        <w:t xml:space="preserve">[38:08] </w:t>
      </w:r>
      <w:r>
        <w:t>To unhone kaha ke mera business is type ka hai ke mein bohat mujhe safar karna parta hai, aksar mulkon mein jata rehta hoon. To unhone kaha ke taqreeban sari duniya ke musalmanon ka mujhe tajurba hai kyunke mera business hai, sare ke paas jana parta hai.</w:t>
      </w:r>
    </w:p>
    <w:p>
      <w:pPr>
        <w:jc w:val="right"/>
      </w:pPr>
      <w:r>
        <w:t>تو انہوں نے کہا کہ میرا بزنس اس ٹائپ کا ہے کہ میں بہت مجھے سفر کرنا پڑتا ہے، اکثر ملکوں میں جاتا رہتا ہوں۔ تو انہوں نے کہا کہ تقریباً ساری دنیا کے مسلمانوں کا مجھے تجربہ ہے کیونکہ میرا بزنس ہے، سارے کے پاس جانا پڑتا ہے۔</w:t>
      </w:r>
    </w:p>
    <w:p>
      <w:r>
        <w:rPr>
          <w:b/>
        </w:rPr>
        <w:t xml:space="preserve">[38:26] </w:t>
      </w:r>
      <w:r>
        <w:t>To bohat ajib baat kahi unhone.</w:t>
      </w:r>
    </w:p>
    <w:p>
      <w:pPr>
        <w:jc w:val="right"/>
      </w:pPr>
      <w:r>
        <w:t>تو بہت عجیب بات کہی انہوں نے۔</w:t>
      </w:r>
    </w:p>
    <w:p>
      <w:r>
        <w:rPr>
          <w:b/>
        </w:rPr>
        <w:t xml:space="preserve">[38:31] </w:t>
      </w:r>
      <w:r>
        <w:t>Unhone kaha ke taqreeban sare musalmanon ka haal yeh hai is zamane ke ke un ke andar sirf do cheez mein ne payi, bilkul common:</w:t>
      </w:r>
    </w:p>
    <w:p>
      <w:pPr>
        <w:jc w:val="right"/>
      </w:pPr>
      <w:r>
        <w:t>انہوں نے کہا کہ تقریباً سارے مسلمانوں کا حال یہ ہے اس زمانے کے کہ ان کے اندر صرف دو چیز میں نے پائی، بالکل کامن:</w:t>
      </w:r>
    </w:p>
    <w:p>
      <w:r>
        <w:rPr>
          <w:b/>
        </w:rPr>
        <w:t xml:space="preserve">[38:43] </w:t>
      </w:r>
      <w:r>
        <w:t>Apne liye pride, doosre ke liye hate; apne liye fakhr, doosre ke liye nafrat. Yeh sare musalmanon ka ek common soch hai.</w:t>
      </w:r>
    </w:p>
    <w:p>
      <w:pPr>
        <w:jc w:val="right"/>
      </w:pPr>
      <w:r>
        <w:t>اپنے لیے پرائیڈ، دوسرے کے لیے ہیٹ؛ اپنے لیے فخر، دوسرے کے لیے نفرت۔ یہ سارے مسلمانوں کا ایک کامن سوچ ہے۔</w:t>
      </w:r>
    </w:p>
    <w:p>
      <w:r>
        <w:rPr>
          <w:b/>
        </w:rPr>
        <w:t xml:space="preserve">[38:57] </w:t>
      </w:r>
      <w:r>
        <w:t>Apne bare mein baat karenge, apni ummat e muslema ki aur apni tareekh ki to fakhr ki wali baatein karenge aur doosron ka zikr karenge to hamesha kya hoga?</w:t>
      </w:r>
    </w:p>
    <w:p>
      <w:pPr>
        <w:jc w:val="right"/>
      </w:pPr>
      <w:r>
        <w:t>اپنے بارے میں بات کریں گے، اپنی ملت مسلمہ کی اور اپنی تاریخ کی تو فخر کی والی باتیں کریں گے اور دوسروں کا ذکر کریں گے تو ہمیشہ کیا ہوگا؟</w:t>
      </w:r>
    </w:p>
    <w:p>
      <w:r>
        <w:rPr>
          <w:b/>
        </w:rPr>
        <w:t xml:space="preserve">[39:10] </w:t>
      </w:r>
      <w:r>
        <w:t>Nafrat, shikayat, aisi baatein karenge. Ab yeh thi, yeh kyun aisa hota hai? Yeh sab wahi hai, yeh in in intellectual dwarfism ka yeh phenomenon hai.</w:t>
      </w:r>
    </w:p>
    <w:p>
      <w:pPr>
        <w:jc w:val="right"/>
      </w:pPr>
      <w:r>
        <w:t>نفرت، شکایت، ایسی باتیں کریں گے۔ اب یہ تھی، یہ کیوں ایسا ہوتا ہے؟ یہ سب وہی ہے، یہ ان ان انٹلیکچول ڈورفزم کا یہ فیناومینا ہے۔</w:t>
      </w:r>
    </w:p>
    <w:p>
      <w:r>
        <w:rPr>
          <w:b/>
        </w:rPr>
        <w:t xml:space="preserve">[39:28] </w:t>
      </w:r>
      <w:r>
        <w:t>ab bataiye ke jo taraqqiyan, jin taraqqiyon mein musalman aaj kal jee raha hai, jo shandar ghar banata hai, woh jis shandar car mein safar karta hai, woh jis hawajat mein urta hai, woh jin samanon se apne ghar ko bhare hue hain, woh kin logon ne diya hai?</w:t>
      </w:r>
    </w:p>
    <w:p>
      <w:pPr>
        <w:jc w:val="right"/>
      </w:pPr>
      <w:r>
        <w:t>اب بتائیے کہ جو ترقیاں، جن ترقیوں میں مسلمان آج کل جی رہا ہے، جو شاندار گھر بناتا ہے، وہ جس شاندار کار میں سفر کرتا ہے، وہ جس حواجات میں اڑتا ہے، وہ جن سامانوں سے اپنے گھر کو بھرے ہوئے ہیں، وہ کن لوگوں نے دیا ہے؟</w:t>
      </w:r>
    </w:p>
    <w:p>
      <w:r>
        <w:rPr>
          <w:b/>
        </w:rPr>
        <w:t xml:space="preserve">[39:44] </w:t>
      </w:r>
      <w:r>
        <w:t>woh western nations ne diya hai.</w:t>
      </w:r>
    </w:p>
    <w:p>
      <w:pPr>
        <w:jc w:val="right"/>
      </w:pPr>
      <w:r>
        <w:t>وہ ویسٹرن نیشنز نے دیا ہے۔</w:t>
      </w:r>
    </w:p>
    <w:p>
      <w:r>
        <w:rPr>
          <w:b/>
        </w:rPr>
        <w:t xml:space="preserve">[39:46] </w:t>
      </w:r>
      <w:r>
        <w:t>europe, america ke logon ne is ko research kiya, is ko discover kiya aur is ko banaya, industries qaim kin aur inhin se aap heat karte hain.</w:t>
      </w:r>
    </w:p>
    <w:p>
      <w:pPr>
        <w:jc w:val="right"/>
      </w:pPr>
      <w:r>
        <w:t>یورپ، امریکہ کے لوگوں نے اس کو ریسرچ کیا، اس کو ڈسکور کیا اور اس کو بنایا، انڈسٹریز قائم کیں اور انہی سے آپ ہیٹ کرتے ہیں۔</w:t>
      </w:r>
    </w:p>
    <w:p>
      <w:r>
        <w:rPr>
          <w:b/>
        </w:rPr>
        <w:t xml:space="preserve">[40:00] </w:t>
      </w:r>
      <w:r>
        <w:t>sare musalman heat karte hain ahle maghrib se aur sare musalman ahle maghrib ki di hui cheezon mein jeete hain. yeh kya hai? yani intellectual dwarfism ka yeh yani badtareen misaal hai.</w:t>
      </w:r>
    </w:p>
    <w:p>
      <w:pPr>
        <w:jc w:val="right"/>
      </w:pPr>
      <w:r>
        <w:t>سارے مسلمان ہیٹ کرتے ہیں اہل مغرب سے اور سارے مسلمان اہل مغرب کی دی ہوئی چیزوں میں جیتے ہیں۔ یہ کیا ہے؟ یعنی انٹلیکچول ڈورفزم کا یہ یعنی بدترین مثال ہے۔</w:t>
      </w:r>
    </w:p>
    <w:p>
      <w:r>
        <w:rPr>
          <w:b/>
        </w:rPr>
        <w:t xml:space="preserve">[40:19] </w:t>
      </w:r>
      <w:r>
        <w:t>to hadith mein aata hai ke "man lam yashkur al-nas lam yashkur Allah". jo aadmi insaan ko acknowledge nahi karega, woh Allah ki bhi acknowledge nahi karega.</w:t>
      </w:r>
    </w:p>
    <w:p>
      <w:pPr>
        <w:jc w:val="right"/>
      </w:pPr>
      <w:r>
        <w:t>تو حدیث میں آتا ہے کہ "من لم یشکر الناس لم یشکر اللہ"۔ جو آدمی انسان کو اکنالج نہیں کرے گا، وہ اللہ کی بھی اکنالج نہیں کرے گا۔</w:t>
      </w:r>
    </w:p>
    <w:p>
      <w:r>
        <w:rPr>
          <w:b/>
        </w:rPr>
        <w:t xml:space="preserve">[40:32] </w:t>
      </w:r>
      <w:r>
        <w:t>to chuna ke yeh sare musalman apni aqli pasti ki wajah se, apni zehni pasti ki wajah se insaan ko acknowledge na kar sake, to Allah se bhi door hain.</w:t>
      </w:r>
    </w:p>
    <w:p>
      <w:pPr>
        <w:jc w:val="right"/>
      </w:pPr>
      <w:r>
        <w:t>تو چونکہ یہ سارے مسلمان اپنی عقلی پستی کی وجہ سے، اپنی ذہنی پستی کی وجہ سے انسان کو اکنالج نہ کر سکے، تو اللہ سے بھی دور ہیں۔</w:t>
      </w:r>
    </w:p>
    <w:p>
      <w:r>
        <w:rPr>
          <w:b/>
        </w:rPr>
        <w:t xml:space="preserve">[40:42] </w:t>
      </w:r>
      <w:r>
        <w:t>woh aaj in ke haan Allah ka zikr lip service ki taraf hota hai.</w:t>
      </w:r>
    </w:p>
    <w:p>
      <w:pPr>
        <w:jc w:val="right"/>
      </w:pPr>
      <w:r>
        <w:t>وہ آج ان کے ہاں اللہ کا ذکر لپ سروس کی طرف ہوتا ہے۔</w:t>
      </w:r>
    </w:p>
    <w:p>
      <w:r>
        <w:rPr>
          <w:b/>
        </w:rPr>
        <w:t xml:space="preserve">[40:48] </w:t>
      </w:r>
      <w:r>
        <w:t>bataur to kahenge "alhamdulillah" karenge, "subhanallah" karenge, lekin woh kahin lip service hota hai. woh is ki koi haqeeqat nahi hoti. hatta ke jo masjidain hain, bator bhari hoti hain, lekin woh in ke misdaq, in ke bare mein hadithon mein aaya hai ke baad ke zamanay mein aisa hoga ke "masajid ma'amra wa hi kharab min al-huda" ke un ki masjidain bhari hui hongi, lekin woh hidayat se khali hongi.</w:t>
      </w:r>
    </w:p>
    <w:p>
      <w:pPr>
        <w:jc w:val="right"/>
      </w:pPr>
      <w:r>
        <w:t>بظاہر تو کہیں گے "الحمدللہ" کریں گے، "سبحان اللہ" کریں گے، لیکن وہ کہیں لپ سروس ہوتا ہے۔ وہ اس کی کوئی حقیقت نہیں ہوتی۔ حتی کہ جو مسجدیں ہیں، بظاہر بھری ہوتی ہیں، لیکن وہ ان کے مصداق، ان کے بارے میں حدیثوں میں آیا ہے کہ بعد کے زمانے میں ایسا ہوگا کہ "مساجد معامرہ وحی خراب من الہدی" کہ ان کی مسجدیں بھری ہوئی ہوں گی، لیکن وہ ہدایت سے خالی ہوں گی۔</w:t>
      </w:r>
    </w:p>
    <w:p>
      <w:r>
        <w:rPr>
          <w:b/>
        </w:rPr>
        <w:t xml:space="preserve">[41:17] </w:t>
      </w:r>
      <w:r>
        <w:t>to aap kisi masjid mein jaiye, aap aur is ko wash kijiye ke hidayat se khali hone ka matlab kya hai. to aap kya paayenge?</w:t>
      </w:r>
    </w:p>
    <w:p>
      <w:pPr>
        <w:jc w:val="right"/>
      </w:pPr>
      <w:r>
        <w:t>تو آپ کسی مسجد میں جائیے، آپ اور اس کو واش کیجئے کہ ہدایت سے خالی ہونے کا مطلب کیا ہے۔ تو آپ کیا پائیں گے؟</w:t>
      </w:r>
    </w:p>
    <w:p>
      <w:r>
        <w:rPr>
          <w:b/>
        </w:rPr>
        <w:t xml:space="preserve">[41:27] </w:t>
      </w:r>
      <w:r>
        <w:t>har namazi ki jeb mein mobile hai, is ka zehn atka hua hai kahan? mobile mein.</w:t>
      </w:r>
    </w:p>
    <w:p>
      <w:pPr>
        <w:jc w:val="right"/>
      </w:pPr>
      <w:r>
        <w:t>ہر نمازی کی جیب میں موبائل ہے، اس کا ذہن اٹکا ہوا ہے کہاں؟ موبائل میں۔</w:t>
      </w:r>
    </w:p>
    <w:p>
      <w:r>
        <w:rPr>
          <w:b/>
        </w:rPr>
        <w:t xml:space="preserve">[41:38] </w:t>
      </w:r>
      <w:r>
        <w:t>masjid mein baat karega nahi to jaise hi namaz khatam hui, foran sab se pehle mobile ko attend karega. woh</w:t>
      </w:r>
    </w:p>
    <w:p>
      <w:pPr>
        <w:jc w:val="right"/>
      </w:pPr>
      <w:r>
        <w:t>مسجد میں بات کرے گا نہیں تو جیسے ہی نماز ختم ہوئی، فوراً سب سے پہلے موبائل کو اٹینڈ کرے گا۔ وہ</w:t>
      </w:r>
    </w:p>
    <w:p>
      <w:r>
        <w:rPr>
          <w:b/>
        </w:rPr>
        <w:t xml:space="preserve">[41:48] </w:t>
      </w:r>
      <w:r>
        <w:t>to in ki namaz bator namaz hoti hai form ke aitbar se, lekin apni soch ke aitbar se sara ka sara zehn atka rehta hai in ka mobile mein.</w:t>
      </w:r>
    </w:p>
    <w:p>
      <w:pPr>
        <w:jc w:val="right"/>
      </w:pPr>
      <w:r>
        <w:t>تو ان کی نماز بظاہر نماز ہوتی ہے فارم کے اعتبار سے، لیکن اپنی سوچ کے اعتبار سے سارا کا سارا ذہن اٹکا رہتا ہے ان کا موبائل میں۔</w:t>
      </w:r>
    </w:p>
    <w:p>
      <w:r>
        <w:rPr>
          <w:b/>
        </w:rPr>
        <w:t xml:space="preserve">[42:02] </w:t>
      </w:r>
      <w:r>
        <w:t>to ek farsi shayar ne kaha tha, bohat ajeeb comparison hai is zamanay mein, yani bohat pehle ke zamanay mein: "shab cho aqd-e-namaz bar bandam, che khurd bab-e-nad farzandam".</w:t>
      </w:r>
    </w:p>
    <w:p>
      <w:pPr>
        <w:jc w:val="right"/>
      </w:pPr>
      <w:r>
        <w:t>تو ایک فارسی شاعر نے کہا تھا، بہت عجیب کمپیریزن ہے اس زمانے میں، یعنی بہت پہلے کے زمانے میں: "شب چو عقد نماز بر بندم، چہ خرد باب ناد فرزندم"۔</w:t>
      </w:r>
    </w:p>
    <w:p>
      <w:r>
        <w:rPr>
          <w:b/>
        </w:rPr>
        <w:t xml:space="preserve">[42:21] </w:t>
      </w:r>
      <w:r>
        <w:t>"shab cho aqd-e-namaz bar bandam, che khurd bab-e-nad farzandam". yani raat ko jab mein namaz parhne ke liye khara hua to mind mein yeh sawal tha ke mere bachche kal kya khayenge?</w:t>
      </w:r>
    </w:p>
    <w:p>
      <w:pPr>
        <w:jc w:val="right"/>
      </w:pPr>
      <w:r>
        <w:t>"شب چو عقد نماز بر بندم، چہ خرد باب ناد فرزندم"۔ یعنی رات کو جب میں نماز پڑھنے کے لیے کھڑا ہوا تو مائنڈ میں یہ سوال تھا کہ میرے بچے کل کیا کھائیں گے؟</w:t>
      </w:r>
    </w:p>
    <w:p>
      <w:r>
        <w:rPr>
          <w:b/>
        </w:rPr>
        <w:t xml:space="preserve">[42:37] </w:t>
      </w:r>
      <w:r>
        <w:t>un ko roti kahan se milegi? to pehle ka insaan ka zehn atka hota tha roti mein, ab kahan atka hota hai? mobile mein.</w:t>
      </w:r>
    </w:p>
    <w:p>
      <w:pPr>
        <w:jc w:val="right"/>
      </w:pPr>
      <w:r>
        <w:t>ان کو روٹی کہاں سے ملے گی؟ تو پہلے کا انسان کا ذہن اٹکا ہوتا تھا روٹی میں، اب کہاں اٹکا ہوتا ہے؟ موبائل میں۔</w:t>
      </w:r>
    </w:p>
    <w:p>
      <w:r>
        <w:rPr>
          <w:b/>
        </w:rPr>
        <w:t xml:space="preserve">[42:48] </w:t>
      </w:r>
      <w:r>
        <w:t>aap kisi masjid mein chale jaiye,</w:t>
      </w:r>
    </w:p>
    <w:p>
      <w:pPr>
        <w:jc w:val="right"/>
      </w:pPr>
      <w:r>
        <w:t>آپ کسی مسجد میں چلے جائیے،</w:t>
      </w:r>
    </w:p>
    <w:p>
      <w:r>
        <w:rPr>
          <w:b/>
        </w:rPr>
        <w:t xml:space="preserve">[42:50] </w:t>
      </w:r>
      <w:r>
        <w:t>hatta ke ek sahab jo hajj kar ke aaye hain, unhone bataya ke tawaf karte hue mein ne dekha ke log baatein kar rahe hain apne rishtedaron se.</w:t>
      </w:r>
    </w:p>
    <w:p>
      <w:pPr>
        <w:jc w:val="right"/>
      </w:pPr>
      <w:r>
        <w:t>حتی کہ ایک صاحب جو حج کر کے آئے ہیں، انہوں نے بتایا کہ طواف کرتے ہوئے میں نے دیکھا کہ لوگ باتیں کر رہے ہیں اپنے رشتہ داروں سے۔</w:t>
      </w:r>
    </w:p>
    <w:p>
      <w:r>
        <w:rPr>
          <w:b/>
        </w:rPr>
        <w:t xml:space="preserve">[43:01] </w:t>
      </w:r>
      <w:r>
        <w:t>yani tawaf kar rahe hain aur baatein ho rahi hain mobile par rishtedaron se. mein ne ek baat janna chaha ke itna mobile kyun baatein karte hain?</w:t>
      </w:r>
    </w:p>
    <w:p>
      <w:pPr>
        <w:jc w:val="right"/>
      </w:pPr>
      <w:r>
        <w:t>یعنی طواف کر رہے ہیں اور باتیں ہو رہی ہیں موبائل پر رشتہ داروں سے۔ میں نے ایک بات جاننا چاہا کہ اتنا موبائل کیوں باتیں کرتے ہیں؟</w:t>
      </w:r>
    </w:p>
    <w:p>
      <w:r>
        <w:rPr>
          <w:b/>
        </w:rPr>
        <w:t xml:space="preserve">[43:11] </w:t>
      </w:r>
      <w:r>
        <w:t>conference mein jab jata hoon to jis ko dekhiye, mobile, jis ko dekhiye, mobile, hatta ke stage pe baithe hue hain aur mobile</w:t>
      </w:r>
    </w:p>
    <w:p>
      <w:pPr>
        <w:jc w:val="right"/>
      </w:pPr>
      <w:r>
        <w:t>کانفرنس میں جب جاتا ہوں تو جس کو دیکھیے، موبائل، جس کو دیکھیے، موبائل، حتی کہ اسٹیج پہ بیٹھے ہوئے ہیں اور موبائل</w:t>
      </w:r>
    </w:p>
    <w:p>
      <w:r>
        <w:rPr>
          <w:b/>
        </w:rPr>
        <w:t xml:space="preserve">[43:19] </w:t>
      </w:r>
      <w:r>
        <w:t>istemal kar rahe hain. stage pe baithe hue hain.</w:t>
      </w:r>
    </w:p>
    <w:p>
      <w:pPr>
        <w:jc w:val="right"/>
      </w:pPr>
      <w:r>
        <w:t>استعمال کر رہے ہیں۔ اسٹیج پہ بیٹھے ہوئے ہیں۔</w:t>
      </w:r>
    </w:p>
    <w:p>
      <w:r>
        <w:rPr>
          <w:b/>
        </w:rPr>
        <w:t xml:space="preserve">[43:24] </w:t>
      </w:r>
      <w:r>
        <w:t>to ek pata hai, mein gaya europe ke ek mulk mein, wahan par kai arab log aaye thay to mein ne dekha ke log bas mobile pe mashgool rehte hain.</w:t>
      </w:r>
    </w:p>
    <w:p>
      <w:pPr>
        <w:jc w:val="right"/>
      </w:pPr>
      <w:r>
        <w:t>تو ایک پتہ ہے، میں گیا یورپ کے ایک ملک میں، وہاں پر کئی عرب لوگ آئے تھے تو میں نے دیکھا کہ لوگ بس موبائل پہ مشغول رہتے ہیں۔</w:t>
      </w:r>
    </w:p>
    <w:p>
      <w:r>
        <w:rPr>
          <w:b/>
        </w:rPr>
        <w:t xml:space="preserve">[43:35] </w:t>
      </w:r>
      <w:r>
        <w:t>to ek arab mere paas ki seat par tha, to mein qareeb hua sunne ke liye ke aakhir kya baatein karta hai woh.</w:t>
      </w:r>
    </w:p>
    <w:p>
      <w:pPr>
        <w:jc w:val="right"/>
      </w:pPr>
      <w:r>
        <w:t>تو ایک عرب میرے پاس کی سیٹ پر تھا، تو میں قریب ہوا سننے کے لیے کہ آخر کیا باتیں کرتا ہے وہ۔</w:t>
      </w:r>
    </w:p>
    <w:p>
      <w:r>
        <w:rPr>
          <w:b/>
        </w:rPr>
        <w:t xml:space="preserve">[43:42] </w:t>
      </w:r>
      <w:r>
        <w:t>to mein mobile lagaya hua tha, apne kisi bachche se baat kar raha tha, yani poti nawasi koi hogi shayad.</w:t>
      </w:r>
    </w:p>
    <w:p>
      <w:pPr>
        <w:jc w:val="right"/>
      </w:pPr>
      <w:r>
        <w:t>تو میں موبائل لگایا ہوا تھا، اپنے کسی بچے سے بات کر رہا تھا، یعنی پوتی نواسی کوئی ہوگی شاید۔</w:t>
      </w:r>
    </w:p>
    <w:p>
      <w:r>
        <w:rPr>
          <w:b/>
        </w:rPr>
        <w:t xml:space="preserve">[43:52] </w:t>
      </w:r>
      <w:r>
        <w:t>is ka jumla woh jo mein ne suna: "hal abu ke maan ke?" "hal abu ke maan ke?" yani kya tumhara baap tumhare paas hai?</w:t>
      </w:r>
    </w:p>
    <w:p>
      <w:pPr>
        <w:jc w:val="right"/>
      </w:pPr>
      <w:r>
        <w:t>اس کا جملہ وہ جو میں نے سنا: "ہل ابو کے ماں کے؟" "ہل ابو کے ماں کے؟" یعنی کیا تمہارا باپ تمہارے پاس ہے؟</w:t>
      </w:r>
    </w:p>
    <w:p>
      <w:r>
        <w:rPr>
          <w:b/>
        </w:rPr>
        <w:t xml:space="preserve">[44:03] </w:t>
      </w:r>
      <w:r>
        <w:t>koi poti nawasi wahan hogi? yahan pooch raha hai: "hal abu ke maan ke?"</w:t>
      </w:r>
    </w:p>
    <w:p>
      <w:pPr>
        <w:jc w:val="right"/>
      </w:pPr>
      <w:r>
        <w:t>کوئی پوتی نواسی وہاں ہوگی؟ یہاں پوچھ رہا ہے: "ہل ابو کے ماں کے؟</w:t>
      </w:r>
    </w:p>
    <w:p>
      <w:r>
        <w:rPr>
          <w:b/>
        </w:rPr>
        <w:t xml:space="preserve">[44:09] </w:t>
      </w:r>
      <w:r>
        <w:t>to chahe aap namaz parh rahe hon, aap haj kar rahe hon ya kahin kahin doosri jagah par hon, bas aap ka mobile hai aur aap ke connections hain, un se aap baatein kar rahe hain.</w:t>
      </w:r>
    </w:p>
    <w:p>
      <w:pPr>
        <w:jc w:val="right"/>
      </w:pPr>
      <w:r>
        <w:t>" تو چاہے آپ نماز پڑھ رہے ہوں، آپ حج کر رہے ہوں یا کہیں کہیں دوسری جگہ پر ہوں، بس آپ کا موبائل ہے اور آپ کے کنیکشنز ہیں، ان سے آپ باتیں کر رہے ہیں۔</w:t>
      </w:r>
    </w:p>
    <w:p>
      <w:r>
        <w:rPr>
          <w:b/>
        </w:rPr>
        <w:t xml:space="preserve">[44:23] </w:t>
      </w:r>
      <w:r>
        <w:t>Allah se baatein nahi ho rahi hain.</w:t>
      </w:r>
    </w:p>
    <w:p>
      <w:pPr>
        <w:jc w:val="right"/>
      </w:pPr>
      <w:r>
        <w:t>اللہ سے باتیں نہیں ہو رہی ہیں۔</w:t>
      </w:r>
    </w:p>
    <w:p>
      <w:r>
        <w:rPr>
          <w:b/>
        </w:rPr>
        <w:t xml:space="preserve">[44:26] </w:t>
      </w:r>
      <w:r>
        <w:t>hadees mein aata hai ke momin ke bare mein "yunaji rabbah" "yunaji rabbah" ke iski "yunaji" ke maani hote hain whisper, sargoshi.</w:t>
      </w:r>
    </w:p>
    <w:p>
      <w:pPr>
        <w:jc w:val="right"/>
      </w:pPr>
      <w:r>
        <w:t>حدیث میں آتا ہے کہ مومن کے بارے میں "یوناجی ربہ" "یوناجی ربہ" کہ اس کی "یوناجی" کے معنی ہوتے ہیں وسپر، سرگوشی۔</w:t>
      </w:r>
    </w:p>
    <w:p>
      <w:r>
        <w:rPr>
          <w:b/>
        </w:rPr>
        <w:t xml:space="preserve">[44:42] </w:t>
      </w:r>
      <w:r>
        <w:t>kya Allah se iski sargoshian chalti rehti hain? mobile momin ki. ab kya hai? mobile le kar ke sargoshian chalti hain kis se? apne relatives se, apne friends se, apne janne walon se, apne business walon se.</w:t>
      </w:r>
    </w:p>
    <w:p>
      <w:pPr>
        <w:jc w:val="right"/>
      </w:pPr>
      <w:r>
        <w:t>کیا اللہ سے اس کی سرگوشیاں چلتی رہتی ہیں؟ موبائل مومن کی۔ اب کیا ہے؟ موبائل لے کر کے سرگوشیاں چلتی ہیں کس سے؟ اپنے ریلیٹو سے، اپنے فرینڈ سے، اپنے جاننے والوں سے، اپنے بزنس والوں سے۔</w:t>
      </w:r>
    </w:p>
    <w:p>
      <w:r>
        <w:rPr>
          <w:b/>
        </w:rPr>
        <w:t xml:space="preserve">[44:58] </w:t>
      </w:r>
      <w:r>
        <w:t>to</w:t>
      </w:r>
    </w:p>
    <w:p>
      <w:pPr>
        <w:jc w:val="right"/>
      </w:pPr>
      <w:r>
        <w:t>تو</w:t>
      </w:r>
    </w:p>
    <w:p>
      <w:r>
        <w:rPr>
          <w:b/>
        </w:rPr>
        <w:t xml:space="preserve">[44:59] </w:t>
      </w:r>
      <w:r>
        <w:t>mobile kya? woh bhi to ek qadubara item hai.</w:t>
      </w:r>
    </w:p>
    <w:p>
      <w:pPr>
        <w:jc w:val="right"/>
      </w:pPr>
      <w:r>
        <w:t>موبائل کیا؟ وہ بھی تو ایک قدوبرا آئٹم ہے۔</w:t>
      </w:r>
    </w:p>
    <w:p>
      <w:r>
        <w:rPr>
          <w:b/>
        </w:rPr>
        <w:t xml:space="preserve">[45:06] </w:t>
      </w:r>
      <w:r>
        <w:t>to mobile ne aap ko itna zyada hataya ke momin ki sifat yeh thi ke woh Allah se baatein karta rahe.</w:t>
      </w:r>
    </w:p>
    <w:p>
      <w:pPr>
        <w:jc w:val="right"/>
      </w:pPr>
      <w:r>
        <w:t>تو موبائل نے آپ کو اتنا زیادہ ہٹایا کہ مومن کی صفت یہ تھی کہ وہ اللہ سے باتیں کرتا رہے۔</w:t>
      </w:r>
    </w:p>
    <w:p>
      <w:r>
        <w:rPr>
          <w:b/>
        </w:rPr>
        <w:t xml:space="preserve">[45:17] </w:t>
      </w:r>
      <w:r>
        <w:t>ab aap mobile ke zariye se kya kar rahe hain? apne friends se baatein karte rehte hain, apne doston se, apne rishtedaron se, apne bachon se.</w:t>
      </w:r>
    </w:p>
    <w:p>
      <w:pPr>
        <w:jc w:val="right"/>
      </w:pPr>
      <w:r>
        <w:t>اب آپ موبائل کے ذریعے سے کیا کر رہے ہیں؟ اپنے فرینڈ سے باتیں کرتے رہتے ہیں، اپنے دوستوں سے، اپنے رشتہ داروں سے، اپنے بچوں سے۔</w:t>
      </w:r>
    </w:p>
    <w:p>
      <w:r>
        <w:rPr>
          <w:b/>
        </w:rPr>
        <w:t xml:space="preserve">[45:26] </w:t>
      </w:r>
      <w:r>
        <w:t>bas to isi maani mein yeh hadees mein aaya hai ke aswaaq jo hain, shopping centers jo hain, woh sab se zyada source hain distraction ka,</w:t>
      </w:r>
    </w:p>
    <w:p>
      <w:pPr>
        <w:jc w:val="right"/>
      </w:pPr>
      <w:r>
        <w:t>بس تو اسی معنی میں یہ حدیث میں آیا ہے کہ اسواق جو ہیں، شاپنگ سینٹرز جو ہیں، وہ سب سے زیادہ سورس ہیں ڈسٹریکشن کا،</w:t>
      </w:r>
    </w:p>
    <w:p>
      <w:r>
        <w:rPr>
          <w:b/>
        </w:rPr>
        <w:t xml:space="preserve">[45:43] </w:t>
      </w:r>
      <w:r>
        <w:t>Allah se hatane wale, aakhirat se hatane wale, fikr yani jannat ki fikr se hatane wale.</w:t>
      </w:r>
    </w:p>
    <w:p>
      <w:pPr>
        <w:jc w:val="right"/>
      </w:pPr>
      <w:r>
        <w:t>اللہ سے ہٹانے والے، آخرت سے ہٹانے والے، فکر یعنی جنت کی فکر سے ہٹانے والے۔</w:t>
      </w:r>
    </w:p>
    <w:p>
      <w:r>
        <w:rPr>
          <w:b/>
        </w:rPr>
        <w:t xml:space="preserve">[46:00] </w:t>
      </w:r>
      <w:r>
        <w:t>ek ek dil, ek bohat ajeeb si ek baat mujhe yaad aayi. hamare jo hamara jo magazine nikalta hai, Al-Risala, 1976 se nikal raha hai, woh monthly magazine hai, barabar bohat zaroorat ke taur par nikalta hai.</w:t>
      </w:r>
    </w:p>
    <w:p>
      <w:pPr>
        <w:jc w:val="right"/>
      </w:pPr>
      <w:r>
        <w:t>ایک ایک دل، ایک بہت عجیب سی ایک بات مجھے یاد آئی۔ ہمارے جو ہمارا جو میگزین نکلتا ہے، الرسالہ، 1976 سے نکل رہا ہے، وہ منتھلی میگزین ہے، برابر بہت ضرورت کے طور پر نکلتا ہے۔</w:t>
      </w:r>
    </w:p>
    <w:p>
      <w:r>
        <w:rPr>
          <w:b/>
        </w:rPr>
        <w:t xml:space="preserve">[46:17] </w:t>
      </w:r>
      <w:r>
        <w:t>woh to is mein bohat zyada baatein hoti hain aakhirat ke bare mein,</w:t>
      </w:r>
    </w:p>
    <w:p>
      <w:pPr>
        <w:jc w:val="right"/>
      </w:pPr>
      <w:r>
        <w:t>وہ تو اس میں بہت زیادہ باتیں ہوتی ہیں آخرت کے بارے میں،</w:t>
      </w:r>
    </w:p>
    <w:p>
      <w:r>
        <w:rPr>
          <w:b/>
        </w:rPr>
        <w:t xml:space="preserve">[46:25] </w:t>
      </w:r>
      <w:r>
        <w:t>aakhirat ke bare mein.</w:t>
      </w:r>
    </w:p>
    <w:p>
      <w:pPr>
        <w:jc w:val="right"/>
      </w:pPr>
      <w:r>
        <w:t>آخرت کے بارے میں۔</w:t>
      </w:r>
    </w:p>
    <w:p>
      <w:r>
        <w:rPr>
          <w:b/>
        </w:rPr>
        <w:t xml:space="preserve">[46:27] </w:t>
      </w:r>
      <w:r>
        <w:t>to ek sahab jo wohi yani yani consumer culture mein jeete hain, to unhon ne tabsarah kiya kya hamare magazine par ya meri writing jo hoti hai,</w:t>
      </w:r>
    </w:p>
    <w:p>
      <w:pPr>
        <w:jc w:val="right"/>
      </w:pPr>
      <w:r>
        <w:t>تو ایک صاحب جو وہی یعنی یعنی کنجوبر کلچر میں جیتے ہیں، تو انہوں نے تبصرہ کیا کیا ہمارے میگزین پر یا میری رائٹنگ جو ہوتی ہے،</w:t>
      </w:r>
    </w:p>
    <w:p>
      <w:r>
        <w:rPr>
          <w:b/>
        </w:rPr>
        <w:t xml:space="preserve">[46:41] </w:t>
      </w:r>
      <w:r>
        <w:t>meri writing par tabsarah kiya kya unhon ne ke woh to aakhirat nawesi karte hain. mere bare mein kaha ke aakhirat nawesi karte hain, yani bilkul ek tanz ka andaaz hai, tanz ka aakhirat nawesi.</w:t>
      </w:r>
    </w:p>
    <w:p>
      <w:pPr>
        <w:jc w:val="right"/>
      </w:pPr>
      <w:r>
        <w:t>میری رائٹنگ پر تبصرہ کیا کیا انہوں نے کہ وہ تو آخرت نویسی کرتے ہیں۔ میرے بارے میں کہا کہ آخرت نویسی کرتے ہیں، یعنی بالکل ایک طنز کا انداز ہے، طنز کا آخرت نویسی۔</w:t>
      </w:r>
    </w:p>
    <w:p>
      <w:r>
        <w:rPr>
          <w:b/>
        </w:rPr>
        <w:t xml:space="preserve">[46:58] </w:t>
      </w:r>
      <w:r>
        <w:t>un ke nazdeek agar ek aadmi writer hai ya speaker hai to doosri baatein hain jis ka zikr karna chahiye,</w:t>
      </w:r>
    </w:p>
    <w:p>
      <w:pPr>
        <w:jc w:val="right"/>
      </w:pPr>
      <w:r>
        <w:t>ان کے نزدیک اگر ایک آدمی رائٹر ہے یا اسپیکر ہے تو دوسری باتیں ہیں جس کا ذکر کرنا چاہیے،</w:t>
      </w:r>
    </w:p>
    <w:p>
      <w:r>
        <w:rPr>
          <w:b/>
        </w:rPr>
        <w:t xml:space="preserve">[47:09] </w:t>
      </w:r>
      <w:r>
        <w:t>yani material development ka, worldly affairs ka, jo duniya mein ke jo masail hain, un ka worldly problems ka, woh baat kar rahe hain aakhirat ke problems ki.</w:t>
      </w:r>
    </w:p>
    <w:p>
      <w:pPr>
        <w:jc w:val="right"/>
      </w:pPr>
      <w:r>
        <w:t>یعنی مٹیریل ڈیویلپمنٹ کا، ورلڈلی افیئرز کا، جو دنیا میں کے جو مسائل ہیں، ان کا ورلڈلی پرابلمز کا، وہ بات کر رہے ہیں آخرت کے پرابلم کی۔</w:t>
      </w:r>
    </w:p>
    <w:p>
      <w:r>
        <w:rPr>
          <w:b/>
        </w:rPr>
        <w:t xml:space="preserve">[47:21] </w:t>
      </w:r>
      <w:r>
        <w:t>to aakhirat nawesi karte hain.</w:t>
      </w:r>
    </w:p>
    <w:p>
      <w:pPr>
        <w:jc w:val="right"/>
      </w:pPr>
      <w:r>
        <w:t>تو آخرت نویسی کرتے ہیں۔</w:t>
      </w:r>
    </w:p>
    <w:p>
      <w:r>
        <w:rPr>
          <w:b/>
        </w:rPr>
        <w:t xml:space="preserve">[47:24] </w:t>
      </w:r>
      <w:r>
        <w:t>to modern jo con, yeh modern consumers jo hai, is ne logon ko itna hataya hai, itna hataya hai Khuda se, aakhirat se, har cheez se ke un ki samajh hi bhi nahi aati ke isi isi ne to yeh culture paida kiya hai jo kehte hain "right here right now" "right here right now".</w:t>
      </w:r>
    </w:p>
    <w:p>
      <w:pPr>
        <w:jc w:val="right"/>
      </w:pPr>
      <w:r>
        <w:t>تو ماڈرن جو کن، یہ ماڈرن کنزیومرز جو ہے، اس نے لوگوں کو اتنا ہٹایا ہے، اتنا ہٹایا ہے خدا سے، آخرت سے، ہر چیز سے کہ ان کی سمجھ ہی بھی نہیں آتی کہ اسی اسی نے تو یہ کلچر پیدا کیا ہے جو کہتے ہیں "رائٹ ہیر رائٹ ناو" "رائٹ ہیر رائٹ ناو"۔</w:t>
      </w:r>
    </w:p>
    <w:p>
      <w:r>
        <w:rPr>
          <w:b/>
        </w:rPr>
        <w:t xml:space="preserve">[47:47] </w:t>
      </w:r>
      <w:r>
        <w:t>isi isi isi ki isi ka paida kiya hua hai.</w:t>
      </w:r>
    </w:p>
    <w:p>
      <w:pPr>
        <w:jc w:val="right"/>
      </w:pPr>
      <w:r>
        <w:t>اس اسی اسی کی اسی کا پیدا کیا ہوا ہے۔</w:t>
      </w:r>
    </w:p>
    <w:p>
      <w:r>
        <w:rPr>
          <w:b/>
        </w:rPr>
        <w:t xml:space="preserve">[47:58] </w:t>
      </w:r>
      <w:r>
        <w:t>to kaisi ajeeb baat hai ke ek paighambar jo aap se chouda sau saal pehle aaya, us ne ek aisa statement diya jo apply ho raha tha beesween sadi ke halaat par, ikkeesween sadi ke halaat par.</w:t>
      </w:r>
    </w:p>
    <w:p>
      <w:pPr>
        <w:jc w:val="right"/>
      </w:pPr>
      <w:r>
        <w:t>تو کیسی عجیب بات ہے کہ ایک پیغمبر جو آپ سے چودہ سو سال پہلے آیا، اس نے ایک ایسا سٹیٹمنٹ دیا جو اپلائی ہو رہا تھا بیسویں صدی کے حالات پر، اکیسویں صدی کے حالات پر۔</w:t>
      </w:r>
    </w:p>
    <w:p>
      <w:r>
        <w:rPr>
          <w:b/>
        </w:rPr>
        <w:t xml:space="preserve">[48:17] </w:t>
      </w:r>
      <w:r>
        <w:t>us waqt ke halaat par is ka koi application hi nahi tha.</w:t>
      </w:r>
    </w:p>
    <w:p>
      <w:pPr>
        <w:jc w:val="right"/>
      </w:pPr>
      <w:r>
        <w:t>اس وقت کے حالات پر اس کا کوئی ایپلیکیشن ہی نہیں تھا۔</w:t>
      </w:r>
    </w:p>
    <w:p>
      <w:r>
        <w:rPr>
          <w:b/>
        </w:rPr>
        <w:t xml:space="preserve">[48:27] </w:t>
      </w:r>
      <w:r>
        <w:t>yeh kaise hua?</w:t>
      </w:r>
    </w:p>
    <w:p>
      <w:pPr>
        <w:jc w:val="right"/>
      </w:pPr>
      <w:r>
        <w:t>یہ کیسے ہوا؟</w:t>
      </w:r>
    </w:p>
    <w:p>
      <w:r>
        <w:rPr>
          <w:b/>
        </w:rPr>
        <w:t xml:space="preserve">[48:30] </w:t>
      </w:r>
      <w:r>
        <w:t>to jo hadees mein jo aap ne suna, woh literally sahi hai ke Jibrael Allah se qareeb hue. Allah se qareeb hone ka matlab yeh nahi ke ja ke takht pe baith gaye.</w:t>
      </w:r>
    </w:p>
    <w:p>
      <w:pPr>
        <w:jc w:val="right"/>
      </w:pPr>
      <w:r>
        <w:t>تو جو حدیث میں جو آپ نے سنا، وہ لٹرلی صحیح ہے کہ جبرائیل اللہ سے قریب ہوئے۔ اللہ سے قریب ہونے کا مطلب یہ نہیں کہ جا کے تخت پہ بیٹھ گئے۔</w:t>
      </w:r>
    </w:p>
    <w:p>
      <w:r>
        <w:rPr>
          <w:b/>
        </w:rPr>
        <w:t xml:space="preserve">[48:43] </w:t>
      </w:r>
      <w:r>
        <w:t>jis ne itni badi kainat banayi, itni badi kainat banayi, woh kya aisi woh Shah Jahan ki tarah ke ek takht pe baitha hoga?</w:t>
      </w:r>
    </w:p>
    <w:p>
      <w:pPr>
        <w:jc w:val="right"/>
      </w:pPr>
      <w:r>
        <w:t>جس نے اتنی بڑی کائنات بنائی، اتنی بڑی کائنات بنائی، وہ کیا ایسی وہ شاہجہاں کی طرح کے ایک تخت پہ بیٹھا ہوگا؟</w:t>
      </w:r>
    </w:p>
    <w:p>
      <w:r>
        <w:rPr>
          <w:b/>
        </w:rPr>
        <w:t xml:space="preserve">[48:57] </w:t>
      </w:r>
      <w:r>
        <w:t>yani aisi itni bari kainat ke aaj tak hamari jo itni powerful jo telescope hai, woh bhi nahi samajh sake ke itni bari kainat hai, intehai powerful telescope jo hai.</w:t>
      </w:r>
    </w:p>
    <w:p>
      <w:pPr>
        <w:jc w:val="right"/>
      </w:pPr>
      <w:r>
        <w:t>یعنی ایسی اتنی بڑی کائنات کہ آج تک ہماری جو اتنی پاور فل جو ٹیلیسکوپ ہے، وہ بھی نہیں سمجھ سکے کہ اتنی بڑی کائنات ہے، انتہائی پاور فل ٹیلیسکوپ جو ہے۔</w:t>
      </w:r>
    </w:p>
    <w:p>
      <w:r>
        <w:rPr>
          <w:b/>
        </w:rPr>
        <w:t xml:space="preserve">[49:13] </w:t>
      </w:r>
      <w:r>
        <w:t>to woh Khuda kya aap samajhte hain ke is takht takht e taus pe baitha hoga?</w:t>
      </w:r>
    </w:p>
    <w:p>
      <w:pPr>
        <w:jc w:val="right"/>
      </w:pPr>
      <w:r>
        <w:t>تو وہ خدا کیا آپ سمجھتے ہیں کہ اس تخت تخت طاؤس پہ بیٹھا ہوگا؟</w:t>
      </w:r>
    </w:p>
    <w:p>
      <w:r>
        <w:rPr>
          <w:b/>
        </w:rPr>
        <w:t xml:space="preserve">[49:21] </w:t>
      </w:r>
      <w:r>
        <w:t>to woh Khuda itni door tha ke saat hazar light years ke faasle par pahuncha Jibrael, us se aage nahi ja saka.</w:t>
      </w:r>
    </w:p>
    <w:p>
      <w:pPr>
        <w:jc w:val="right"/>
      </w:pPr>
      <w:r>
        <w:t>تو وہ خدا اتنی دور تھا کہ سات ہزار لائٹ ایئرز کے فاصلے پر پہنچا جبرائیل، اس سے آگے نہیں جا سکے۔</w:t>
      </w:r>
    </w:p>
    <w:p>
      <w:r>
        <w:rPr>
          <w:b/>
        </w:rPr>
        <w:t xml:space="preserve">[49:35] </w:t>
      </w:r>
      <w:r>
        <w:t>to woh poocha unhon ne, to wahan Allah taala ki taraf jawab mila. Yeh jawab future oriented hai, yani alam ul ghaib ka jo hai, yeh jawab hai, alam ul ghaib ka jawab hai.</w:t>
      </w:r>
    </w:p>
    <w:p>
      <w:pPr>
        <w:jc w:val="right"/>
      </w:pPr>
      <w:r>
        <w:t>تو وہ پوچھا انہوں نے، تو وہاں اللہ تعالیٰ کی طرف جواب ملا۔ یہ جواب فیوچر اورینٹڈ ہے، یعنی عالم الغیب کا جو ہے، یہ جواب ہے، عالم الغیب کا جواب ہے۔</w:t>
      </w:r>
    </w:p>
    <w:p>
      <w:r>
        <w:rPr>
          <w:b/>
        </w:rPr>
        <w:t xml:space="preserve">[49:51] </w:t>
      </w:r>
      <w:r>
        <w:t>is mein yeh cheez implicit hai ke tum dekhoge ek zamana jab ke shopping malls, shopping centers burai ka adda ban jayenge, burai sense mein ke aadmi ki thinking ko bilkul cheap bana denge.</w:t>
      </w:r>
    </w:p>
    <w:p>
      <w:pPr>
        <w:jc w:val="right"/>
      </w:pPr>
      <w:r>
        <w:t>اس میں یہ چیز ایمپلیسٹ ہے کہ تم دیکھو گے ایک زمانہ جب کہ شاپنگ مالز، شاپنگ سینٹر برائی کا اڈا بن جائیں گے، برائی سینس میں کہ آدمی کی تھنکنگ کو بالکل چیپ بنا دیں گے۔</w:t>
      </w:r>
    </w:p>
    <w:p>
      <w:r>
        <w:rPr>
          <w:b/>
        </w:rPr>
        <w:t xml:space="preserve">[50:10] </w:t>
      </w:r>
      <w:r>
        <w:t>cheap thinking aa jayegi is ke andar, bari bari baatein sochne ke liye is ke paas mind nahi hoga, to</w:t>
      </w:r>
    </w:p>
    <w:p>
      <w:pPr>
        <w:jc w:val="right"/>
      </w:pPr>
      <w:r>
        <w:t>چیپ تھنکنگ آ جائے گی اس کے اندر، بڑی بڑی باتیں سوچنے کے لیے اس کے پاس مائنڈ نہیں ہوگا، تو</w:t>
      </w:r>
    </w:p>
    <w:p>
      <w:r>
        <w:rPr>
          <w:b/>
        </w:rPr>
        <w:t xml:space="preserve">[50:19] </w:t>
      </w:r>
      <w:r>
        <w:t>wisdom khatam ho jayegi, baseerat khatam ho jayegi, hikmat khatam ho jayegi, high thinking khatam ho jayegi.</w:t>
      </w:r>
    </w:p>
    <w:p>
      <w:pPr>
        <w:jc w:val="right"/>
      </w:pPr>
      <w:r>
        <w:t>وزڈم ختم ہو جائے گی، بصیرت ختم ہو جائے گی، حکمت ختم ہو جائے گی، ہائی تھنکنگ ختم ہو جائے گی۔</w:t>
      </w:r>
    </w:p>
    <w:p>
      <w:r>
        <w:rPr>
          <w:b/>
        </w:rPr>
        <w:t xml:space="preserve">[50:30] </w:t>
      </w:r>
      <w:r>
        <w:t>to is ka khulasa kya hai? Is ka khulasa hai ke simple living par apne aap ko raazi karo taake tumhare andar high thinking baqi rahe.</w:t>
      </w:r>
    </w:p>
    <w:p>
      <w:pPr>
        <w:jc w:val="right"/>
      </w:pPr>
      <w:r>
        <w:t>تو اس کا خلاصہ کیا ہے؟ اس کا خلاصہ ہے کہ سمپل لیونگ پر اپنے آپ کو راضی کرو تاکہ تمہارے اندر ہائی تھنکنگ باقی رہے۔</w:t>
      </w:r>
    </w:p>
    <w:p>
      <w:r>
        <w:rPr>
          <w:b/>
        </w:rPr>
        <w:t xml:space="preserve">[50:41] </w:t>
      </w:r>
      <w:r>
        <w:t>yeh khulasa jo is ka hai ke apne aap ko simple living par raazi karo taake tumhare andar high thinking ka process chalta rahe.</w:t>
      </w:r>
    </w:p>
    <w:p>
      <w:pPr>
        <w:jc w:val="right"/>
      </w:pPr>
      <w:r>
        <w:t>یہ خلاصہ جو اس کا ہے کہ اپنے آپ کو سمپل لیونگ پر راضی کرو تاکہ تمہارے اندر ہائی تھنکنگ کا پروسیس چلتا رہے۔</w:t>
      </w:r>
    </w:p>
    <w:p>
      <w:r>
        <w:rPr>
          <w:b/>
        </w:rPr>
        <w:t xml:space="preserve">[50:52] </w:t>
      </w:r>
      <w:r>
        <w:t>aur jab high thinking ka process hoga to kya hoga? Phir Allah ki marifat hogi,</w:t>
      </w:r>
    </w:p>
    <w:p>
      <w:pPr>
        <w:jc w:val="right"/>
      </w:pPr>
      <w:r>
        <w:t>اور جب ہائی تھنکنگ کا پروسیس ہوگا تو کیا ہوگا؟ پھر اللہ کی معرفت ہوگی،</w:t>
      </w:r>
    </w:p>
    <w:p>
      <w:r>
        <w:rPr>
          <w:b/>
        </w:rPr>
        <w:t xml:space="preserve">[51:00] </w:t>
      </w:r>
      <w:r>
        <w:t>Allah ki discovery hogi, aakhirat ki jo baatein hain, us ko tum jaan pa</w:t>
      </w:r>
    </w:p>
    <w:p>
      <w:pPr>
        <w:jc w:val="right"/>
      </w:pPr>
      <w:r>
        <w:t>اللہ کی ڈسکوری ہوگی، آخرت کی جو باتیں ہیں، اس کو تم جان پا</w:t>
      </w:r>
    </w:p>
    <w:p>
      <w:r>
        <w:rPr>
          <w:b/>
        </w:rPr>
        <w:t xml:space="preserve">[51:08] </w:t>
      </w:r>
      <w:r>
        <w:t>oge. Ek bohat bhari price doge tum agar tum simple living ko chhod doge.</w:t>
      </w:r>
    </w:p>
    <w:p>
      <w:pPr>
        <w:jc w:val="right"/>
      </w:pPr>
      <w:r>
        <w:t>ؤ گے۔ ایک بہت بھاری پرائس دو گے تم اگر تم سمپل لیونگ کو چھوڑ دو گے۔</w:t>
      </w:r>
    </w:p>
    <w:p>
      <w:r>
        <w:rPr>
          <w:b/>
        </w:rPr>
        <w:t xml:space="preserve">[51:16] </w:t>
      </w:r>
      <w:r>
        <w:t>to aaj sari duniya mein simple living khatam, sari duniya mein simple living ka khatma. America mein ek bar mein ek sahib ke ghar thehra ek raat, to unhon ne jis kamre mein mujhe thehraya tha, wahan jo bed tha,</w:t>
      </w:r>
    </w:p>
    <w:p>
      <w:pPr>
        <w:jc w:val="right"/>
      </w:pPr>
      <w:r>
        <w:t>تو آج ساری دنیا میں سمپل لیونگ ختم، ساری دنیا میں سمپل لیونگ کا خاتمہ۔ امریکہ میں ایک بار میں ایک صاحب کے گھر ٹھہرا ایک رات، تو انہوں نے جس کمرے میں مجھے ٹھہرایا تھا، وہاں جو بیڈ تھا،</w:t>
      </w:r>
    </w:p>
    <w:p>
      <w:r>
        <w:rPr>
          <w:b/>
        </w:rPr>
        <w:t xml:space="preserve">[51:34] </w:t>
      </w:r>
      <w:r>
        <w:t>is bed pe main so nahi saka,</w:t>
      </w:r>
    </w:p>
    <w:p>
      <w:pPr>
        <w:jc w:val="right"/>
      </w:pPr>
      <w:r>
        <w:t>اس بیڈ پہ میں سو نہیں سکا،</w:t>
      </w:r>
    </w:p>
    <w:p>
      <w:r>
        <w:rPr>
          <w:b/>
        </w:rPr>
        <w:t xml:space="preserve">[51:38] </w:t>
      </w:r>
      <w:r>
        <w:t>neeche sona pada mujhe. Itna gadhe pe gadha, double gadha tha, ek triple gadha tha, itna naram tha. Is mein jab jab main leta tha, daldal ki tarah is mein dhans gaya.</w:t>
      </w:r>
    </w:p>
    <w:p>
      <w:pPr>
        <w:jc w:val="right"/>
      </w:pPr>
      <w:r>
        <w:t>نیچے سونا پڑا مجھے۔ اتنا گدھے پہ گدھا، ڈبل گدھا تھا، ایک ٹرپل گدھا تھا، اتنا نرم تھا۔ اس میں جب جب میں لیٹا تھا، دلدل کی طرح اس میں دھنس گیا۔</w:t>
      </w:r>
    </w:p>
    <w:p>
      <w:r>
        <w:rPr>
          <w:b/>
        </w:rPr>
        <w:t xml:space="preserve">[51:50] </w:t>
      </w:r>
      <w:r>
        <w:t>main main ne kaha: "Astaghfirullah, yeh koi..." Is ka naam tha "luxury bed". Main ne kaha: "Luxury bed kahein to evil bed hai, itne naram gadhe pe sone ki zaroorat hi kya hai?</w:t>
      </w:r>
    </w:p>
    <w:p>
      <w:pPr>
        <w:jc w:val="right"/>
      </w:pPr>
      <w:r>
        <w:t>میں میں نے کہا: "استغفراللہ، یہ کوئی..." اس کا نام تھا "لگزری بیڈ"۔ میں نے کہا: "لگزری بیڈ کہیں تو ایول بیڈ ہے، اتنے نرم گدھے پہ سونے کی ضرورت ہی کیا ہے؟</w:t>
      </w:r>
    </w:p>
    <w:p>
      <w:r>
        <w:rPr>
          <w:b/>
        </w:rPr>
        <w:t xml:space="preserve">[52:07] </w:t>
      </w:r>
      <w:r>
        <w:t>" To woh bistar mein is par nahi so saka. Main main neeche soya. Main is ko</w:t>
      </w:r>
    </w:p>
    <w:p>
      <w:pPr>
        <w:jc w:val="right"/>
      </w:pPr>
      <w:r>
        <w:t>" تو وہ بستر میں اس پر نہیں سو سکا۔ میں میں نیچے سویا۔ میں اس کو</w:t>
      </w:r>
    </w:p>
    <w:p>
      <w:r>
        <w:rPr>
          <w:b/>
        </w:rPr>
        <w:t xml:space="preserve">[52:13] </w:t>
      </w:r>
      <w:r>
        <w:t>to yeh sab kya hai? Yahi yahi to hai consumer item, yahi to milte hain aaj ke modern jo bazaar hain, aaj daur jadeed ke, yahi sab cheezein to milti hain wahan par.</w:t>
      </w:r>
    </w:p>
    <w:p>
      <w:pPr>
        <w:jc w:val="right"/>
      </w:pPr>
      <w:r>
        <w:t>تو یہ سب کیا ہے؟ یہی یہی تو ہے کنزیومر آئٹم، یہی تو ملتے ہیں آج کے ماڈرن جو بازار ہیں، آج دور جدید کے، یہی سب چیزیں تو ملتی ہیں وہاں پر۔</w:t>
      </w:r>
    </w:p>
    <w:p>
      <w:r>
        <w:rPr>
          <w:b/>
        </w:rPr>
        <w:t xml:space="preserve">[52:29] </w:t>
      </w:r>
      <w:r>
        <w:t>to yeh aadmi ki poori soch distract ho gayi hai.</w:t>
      </w:r>
    </w:p>
    <w:p>
      <w:pPr>
        <w:jc w:val="right"/>
      </w:pPr>
      <w:r>
        <w:t>تو یہ آدمی کی پوری سوچ ڈسٹریکٹ ہو گئی ہے۔</w:t>
      </w:r>
    </w:p>
    <w:p>
      <w:r>
        <w:rPr>
          <w:b/>
        </w:rPr>
        <w:t xml:space="preserve">[52:36] </w:t>
      </w:r>
      <w:r>
        <w:t>Allah taala ne aap ko mind diya tha, yeh mind jo hai, kis liye? Taake aap oonchi baaton ko sochein, oonchi baaton ko sochein</w:t>
      </w:r>
    </w:p>
    <w:p>
      <w:pPr>
        <w:jc w:val="right"/>
      </w:pPr>
      <w:r>
        <w:t>اللہ تعالیٰ نے آپ کو مائنڈ دیا تھا، یہ مائنڈ جو ہے، کس لیے؟ تاکہ آپ اونچی باتوں کو سوچیں، اونچی باتوں کو سوچیں</w:t>
      </w:r>
    </w:p>
    <w:p>
      <w:r>
        <w:rPr>
          <w:b/>
        </w:rPr>
        <w:t xml:space="preserve">[52:49] </w:t>
      </w:r>
      <w:r>
        <w:t>taake aap Allah ki marifat hasil karein, taake aap jannat jahannum ke bare mein waqifiyat hasil karein.</w:t>
      </w:r>
    </w:p>
    <w:p>
      <w:pPr>
        <w:jc w:val="right"/>
      </w:pPr>
      <w:r>
        <w:t>تاکہ آپ اللہ کی معرفت حاصل کریں، تاکہ آپ جنت جہنم کے بارے میں واقفیت حاصل کریں۔</w:t>
      </w:r>
    </w:p>
    <w:p>
      <w:r>
        <w:rPr>
          <w:b/>
        </w:rPr>
        <w:t xml:space="preserve">[53:00] </w:t>
      </w:r>
      <w:r>
        <w:t>jo bari bari wisdom ki baatein hain, jo bari bari baseerat ki baatein hain, jo bari bari hikmat ki baatein hain, wahan tak pahunchein.</w:t>
      </w:r>
    </w:p>
    <w:p>
      <w:pPr>
        <w:jc w:val="right"/>
      </w:pPr>
      <w:r>
        <w:t>جو بڑی بڑی وزڈم کی باتیں ہیں، جو بڑی بڑی بصیرت کی باتیں ہیں، جو بڑی بڑی حکمت کی باتیں ہیں، وہاں تک پہنچیں۔</w:t>
      </w:r>
    </w:p>
    <w:p>
      <w:r>
        <w:rPr>
          <w:b/>
        </w:rPr>
        <w:t xml:space="preserve">[53:08] </w:t>
      </w:r>
      <w:r>
        <w:t>to wahan tak pahunchne ke liye zaroori hai ke aap ke andar simple, simple, bilkul simple life ho,</w:t>
      </w:r>
    </w:p>
    <w:p>
      <w:pPr>
        <w:jc w:val="right"/>
      </w:pPr>
      <w:r>
        <w:t>تو وہاں تک پہنچنے کے لیے ضروری ہے کہ آپ کے اندر سمپل، سمپل، بالکل سمپل لائف ہو،</w:t>
      </w:r>
    </w:p>
    <w:p>
      <w:r>
        <w:rPr>
          <w:b/>
        </w:rPr>
        <w:t xml:space="preserve">[53:19] </w:t>
      </w:r>
      <w:r>
        <w:t>bilkul simple.</w:t>
      </w:r>
    </w:p>
    <w:p>
      <w:pPr>
        <w:jc w:val="right"/>
      </w:pPr>
      <w:r>
        <w:t>بالکل سمپل۔</w:t>
      </w:r>
    </w:p>
    <w:p>
      <w:r>
        <w:rPr>
          <w:b/>
        </w:rPr>
        <w:t xml:space="preserve">[53:25] </w:t>
      </w:r>
      <w:r>
        <w:t>Ek hadith hai ke ek hadith hai ke "man kan lahu bait yaskunhu wa khadim yakhdimuhu wa jilf al khubz wal ma' fakanama huwa dunya bi hadha fi".</w:t>
      </w:r>
    </w:p>
    <w:p>
      <w:pPr>
        <w:jc w:val="right"/>
      </w:pPr>
      <w:r>
        <w:t>ایک حدیث ہے کہ ایک حدیث ہے کہ "من کان لہ بیت یسکنہ وخادم یخدمہ وجلف الخبز والماء فکانما ہو دنیا بہذافی"۔</w:t>
      </w:r>
    </w:p>
    <w:p>
      <w:r>
        <w:rPr>
          <w:b/>
        </w:rPr>
        <w:t xml:space="preserve">[53:47] </w:t>
      </w:r>
      <w:r>
        <w:t>jis aadmi ke paas ek ghar ho, saada ghar rehne ke liye, bas ek khadim ho jis se apna kaam kar de, uska zaroori samaan,</w:t>
      </w:r>
    </w:p>
    <w:p>
      <w:pPr>
        <w:jc w:val="right"/>
      </w:pPr>
      <w:r>
        <w:t>جس آدمی کے پاس ایک گھر ہو، سادہ گھر رہنے کے لیے، بس ایک خادم ہو جس سے اپنا کام کر دے، اس کا ضروری سامان،</w:t>
      </w:r>
    </w:p>
    <w:p>
      <w:r>
        <w:rPr>
          <w:b/>
        </w:rPr>
        <w:t xml:space="preserve">[54:01] </w:t>
      </w:r>
      <w:r>
        <w:t>zaroori kaam kar de, aur roti ka ek tukra aur pani ho jis se woh pet bhar sake, toh goya ke uske liye sari hi duniya ka sara kuch uske liye de diya gaya.</w:t>
      </w:r>
    </w:p>
    <w:p>
      <w:pPr>
        <w:jc w:val="right"/>
      </w:pPr>
      <w:r>
        <w:t>ضروری کام کر دے، اور روٹی کا ایک ٹکڑا اور پانی ہو جس سے وہ پیٹ بھر سکے، تو گویا کہ اس کے لیے ساری ہی دنیا کا سارا کچھ اس کے لیے دے دیا گیا۔</w:t>
      </w:r>
    </w:p>
    <w:p>
      <w:r>
        <w:rPr>
          <w:b/>
        </w:rPr>
        <w:t xml:space="preserve">[54:18] </w:t>
      </w:r>
      <w:r>
        <w:t>usko maine bahut ghaur kiya ke iska matlab kya hai.</w:t>
      </w:r>
    </w:p>
    <w:p>
      <w:pPr>
        <w:jc w:val="right"/>
      </w:pPr>
      <w:r>
        <w:t>اس کو میں نے بہت غور کیا کہ اس کا مطلب کیا ہے۔</w:t>
      </w:r>
    </w:p>
    <w:p>
      <w:r>
        <w:rPr>
          <w:b/>
        </w:rPr>
        <w:t xml:space="preserve">[54:25] </w:t>
      </w:r>
      <w:r>
        <w:t>iska matlab kya hua ke agar aap apne aap ko simple life par raazi kar le toh aap, yaani marifat ki kainaat khul jaati hai aap ke liye.</w:t>
      </w:r>
    </w:p>
    <w:p>
      <w:pPr>
        <w:jc w:val="right"/>
      </w:pPr>
      <w:r>
        <w:t>اس کا مطلب کیا ہوا کہ اگر آپ اپنے آپ کو سمپل لائف پر راضی کر لیں تو آپ، یعنی معرفت کی کائنات کھل جاتی ہے آپ کے لیے۔</w:t>
      </w:r>
    </w:p>
    <w:p>
      <w:r>
        <w:rPr>
          <w:b/>
        </w:rPr>
        <w:t xml:space="preserve">[54:41] </w:t>
      </w:r>
      <w:r>
        <w:t>yaani one percent zindagi ke jo samaan hain, zindagi ki zarooraten hain, agar us mein one percent par raazi ho jayein aap toh 99 percent jo hai wisdom, uske darwaze khul jaate hain aap ke upar.</w:t>
      </w:r>
    </w:p>
    <w:p>
      <w:pPr>
        <w:jc w:val="right"/>
      </w:pPr>
      <w:r>
        <w:t>یعنی ون پرسنٹ زندگی کے جو سامان ہیں، زندگی کی ضرورتیں ہیں، اگر اس میں ون پرسنٹ پر راضی ہو جائیں آپ تو 99 پرسنٹ جو ہے وزڈم، اس کے دروازے کھل جاتے ہیں آپ کے اوپر۔</w:t>
      </w:r>
    </w:p>
    <w:p>
      <w:r>
        <w:rPr>
          <w:b/>
        </w:rPr>
        <w:t xml:space="preserve">[54:56] </w:t>
      </w:r>
      <w:r>
        <w:t>toh goya ke is is jo hadees mein hai ke goya ke sab kuch woh diya de diya gaya us ko. Toh sab kuch kya hai? Is sense mein nahi ke sab saare sone aur saare chandi de diye gaye us ko, nahi</w:t>
      </w:r>
    </w:p>
    <w:p>
      <w:pPr>
        <w:jc w:val="right"/>
      </w:pPr>
      <w:r>
        <w:t>تو گویا کہ اس اس جو حدیث میں ہے کہ گویا کہ سب کچھ وہ دیا دے دیا گیا اس کو۔ تو سب کچھ کیا ہے؟ اس سینس میں نہیں کہ سب سارے سونے اور سارے چاندی دے دیے گئے اس کو، نہیں</w:t>
      </w:r>
    </w:p>
    <w:p>
      <w:r>
        <w:rPr>
          <w:b/>
        </w:rPr>
        <w:t xml:space="preserve">[55:09] </w:t>
      </w:r>
      <w:r>
        <w:t>. Aur jo cheezein hain, woh sab kuch hain. Yaani saada zindagi, jisne saada zindagi pe jo raazi ho jayega, toh yahan jo jo ek universe of fact jo hai, universe of fact, uske darwaze uske liye khul jayenge, uske uske upar, kyunke woh distraction se bach jayega.</w:t>
      </w:r>
    </w:p>
    <w:p>
      <w:pPr>
        <w:jc w:val="right"/>
      </w:pPr>
      <w:r>
        <w:t>۔ اور جو چیزیں ہیں، وہ سب کچھ ہیں۔ یعنی سادہ زندگی، جس نے سادہ زندگی پہ جو راضی ہو جائے گا، تو یہاں جو جو ایک یونیورس اف فیکٹ جو ہے، یونیورس اف فیکٹ، اس کے دروازے اس کے لیے کھل جائیں گے، اس کے اس کے اوپر، کیونکہ وہ ڈسٹریکشن سے بچ جائے گا۔</w:t>
      </w:r>
    </w:p>
    <w:p>
      <w:r>
        <w:rPr>
          <w:b/>
        </w:rPr>
        <w:t xml:space="preserve">[55:34] </w:t>
      </w:r>
      <w:r>
        <w:t>dekhein, sara jo, yaani jo sab se bada jo evil hai, evil factor insaan ki zindagi mein, woh hai distraction.</w:t>
      </w:r>
    </w:p>
    <w:p>
      <w:pPr>
        <w:jc w:val="right"/>
      </w:pPr>
      <w:r>
        <w:t>دیکھیں، سارا جو، یعنی جو سب سے بڑا جو ایول ہے، ایول فیکٹر انسان کی زندگی میں، وہ ہے ڈسٹریکشن۔</w:t>
      </w:r>
    </w:p>
    <w:p>
      <w:r>
        <w:rPr>
          <w:b/>
        </w:rPr>
        <w:t xml:space="preserve">[55:46] </w:t>
      </w:r>
      <w:r>
        <w:t>jitna zyada aap apne ko distraction se bachayenge, utne zyada aap ke andar zehni ertaqa hoga, marifat badhegi, Allah ki qurbat hasil hogi,</w:t>
      </w:r>
    </w:p>
    <w:p>
      <w:pPr>
        <w:jc w:val="right"/>
      </w:pPr>
      <w:r>
        <w:t>جتنا زیادہ آپ اپنے کو ڈسٹریکشن سے بچائیں گے، اتنے زیادہ آپ کے اندر ذہنی ارتقاء ہوگا، معرفت بڑھے گی، اللہ کی قربت حاصل ہوگی،</w:t>
      </w:r>
    </w:p>
    <w:p>
      <w:r>
        <w:rPr>
          <w:b/>
        </w:rPr>
        <w:t xml:space="preserve">[56:01] </w:t>
      </w:r>
      <w:r>
        <w:t>jannat ka aap ko daryaft hogi. Yaani sari jo rabbani item hain, saare jo aala daryaften hain,</w:t>
      </w:r>
    </w:p>
    <w:p>
      <w:pPr>
        <w:jc w:val="right"/>
      </w:pPr>
      <w:r>
        <w:t>جنت کا آپ کو دریافت ہوگی۔ یعنی ساری جو ربانی آئٹم ہیں، سارے جو اعلیٰ دریافتیں ہیں،</w:t>
      </w:r>
    </w:p>
    <w:p>
      <w:r>
        <w:rPr>
          <w:b/>
        </w:rPr>
        <w:t xml:space="preserve">[56:14] </w:t>
      </w:r>
      <w:r>
        <w:t>woh sab us waqt hasil hongi jab ke aap ko distraction se bachayen apne aap ko.</w:t>
      </w:r>
    </w:p>
    <w:p>
      <w:pPr>
        <w:jc w:val="right"/>
      </w:pPr>
      <w:r>
        <w:t>وہ سب اس وقت حاصل ہوں گی جب کہ آپ کو ڈسٹریکشن سے بچائیں اپنے آپ کو۔</w:t>
      </w:r>
    </w:p>
    <w:p>
      <w:r>
        <w:rPr>
          <w:b/>
        </w:rPr>
        <w:t xml:space="preserve">[56:21] </w:t>
      </w:r>
      <w:r>
        <w:t>toh modern consumers jo hai, wahi sab se bada source of distraction hai is zamane mein,</w:t>
      </w:r>
    </w:p>
    <w:p>
      <w:pPr>
        <w:jc w:val="right"/>
      </w:pPr>
      <w:r>
        <w:t>تو ماڈرن کنزیومرز جو ہے، وہی سب سے بڑا سورس آف ڈسٹریکشن ہے اس زمانے میں،</w:t>
      </w:r>
    </w:p>
    <w:p>
      <w:r>
        <w:rPr>
          <w:b/>
        </w:rPr>
        <w:t xml:space="preserve">[56:31] </w:t>
      </w:r>
      <w:r>
        <w:t>sab se bada source of distraction.</w:t>
      </w:r>
    </w:p>
    <w:p>
      <w:pPr>
        <w:jc w:val="right"/>
      </w:pPr>
      <w:r>
        <w:t>سب سے بڑا سورس آف ڈسٹریکشن۔</w:t>
      </w:r>
    </w:p>
    <w:p>
      <w:r>
        <w:rPr>
          <w:b/>
        </w:rPr>
        <w:t xml:space="preserve">[56:37] </w:t>
      </w:r>
      <w:r>
        <w:t>abhi aaj mein ek sahib mutalliq mujhe khabar mili ke woh unka inteqal ho gaya, 75 saal ki umar mein.</w:t>
      </w:r>
    </w:p>
    <w:p>
      <w:pPr>
        <w:jc w:val="right"/>
      </w:pPr>
      <w:r>
        <w:t>ابھی آج میں ایک صاحب متعلق مجھے خبر ملی کہ وہ ان کا انتقال ہو گیا، 75 سال کی عمر میں۔</w:t>
      </w:r>
    </w:p>
    <w:p>
      <w:r>
        <w:rPr>
          <w:b/>
        </w:rPr>
        <w:t xml:space="preserve">[56:49] </w:t>
      </w:r>
      <w:r>
        <w:t>main mila toh nahi tha un se, lekin un ke bare mein jaanta tha ke ek ek bade shayar ke jo bahut hi zyada posh colony hai, us mein rehte the woh,</w:t>
      </w:r>
    </w:p>
    <w:p>
      <w:pPr>
        <w:jc w:val="right"/>
      </w:pPr>
      <w:r>
        <w:t>میں ملا تو نہیں تھا ان سے، لیکن ان کے بارے میں جانتا تھا کہ ایک ایک بڑے شاعر کے جو بہت ہی زیادہ پوش کالونی ہے، اس میں رہتے تھے وہ،</w:t>
      </w:r>
    </w:p>
    <w:p>
      <w:r>
        <w:rPr>
          <w:b/>
        </w:rPr>
        <w:t xml:space="preserve">[57:02] </w:t>
      </w:r>
      <w:r>
        <w:t>aur sara samaan jama kiya tha unhon ne, aur 75 saal mein mar gaye. Un ka maine video suna toh bilkul bewakoofi baatein kar rahe the, koi koi gehri baat nahi thi.</w:t>
      </w:r>
    </w:p>
    <w:p>
      <w:pPr>
        <w:jc w:val="right"/>
      </w:pPr>
      <w:r>
        <w:t>اور سارا سامان جمع کیا تھا انہوں نے، اور 75 سال میں مر گئے۔ ان کا میں نے ویڈیو سنا تو بالکل بیوقوفی باتیں کر رہے تھے، کوئی کوئی گہری بات نہیں تھی۔</w:t>
      </w:r>
    </w:p>
    <w:p>
      <w:r>
        <w:rPr>
          <w:b/>
        </w:rPr>
        <w:t xml:space="preserve">[57:18] </w:t>
      </w:r>
      <w:r>
        <w:t>aap bataiye ke 75 years mein jab mare honge toh kitna ajeeb haal un ka hoga ke sari duniya ko chhod kar main ja raha hoon,</w:t>
      </w:r>
    </w:p>
    <w:p>
      <w:pPr>
        <w:jc w:val="right"/>
      </w:pPr>
      <w:r>
        <w:t>آپ بتائیے کہ 75 ایئرز میں جب مرے ہوں گے تو کتنا عجیب حال ان کا ہوگا کہ ساری دنیا کو چھوڑ کر میں جا رہا ہوں،</w:t>
      </w:r>
    </w:p>
    <w:p>
      <w:r>
        <w:rPr>
          <w:b/>
        </w:rPr>
        <w:t xml:space="preserve">[57:28] </w:t>
      </w:r>
      <w:r>
        <w:t>ek sui bhi main yahan le ke nahi ja sakta. Sara, yaani shandaar ghar aur shandaar car aur bank balance aur sara samaan chhod kar ke main chala ja raha hoon.</w:t>
      </w:r>
    </w:p>
    <w:p>
      <w:pPr>
        <w:jc w:val="right"/>
      </w:pPr>
      <w:r>
        <w:t>ایک سوئی بھی میں یہاں لے کے نہیں جا سکتا۔ سارا، یعنی شاندار گھر اور شاندار کار اور بینک بیلنس اور سارا سامان چھوڑ کر کے میں چلا جا رہا ہوں۔</w:t>
      </w:r>
    </w:p>
    <w:p>
      <w:r>
        <w:rPr>
          <w:b/>
        </w:rPr>
        <w:t xml:space="preserve">[57:42] </w:t>
      </w:r>
      <w:r>
        <w:t>toh kaisi ajeeb maut hogi aise aise insaan ki,</w:t>
      </w:r>
    </w:p>
    <w:p>
      <w:pPr>
        <w:jc w:val="right"/>
      </w:pPr>
      <w:r>
        <w:t>تو کیسی عجیب موت ہوگی ایسے ایسے انسان کی،</w:t>
      </w:r>
    </w:p>
    <w:p>
      <w:r>
        <w:rPr>
          <w:b/>
        </w:rPr>
        <w:t xml:space="preserve">[57:49] </w:t>
      </w:r>
      <w:r>
        <w:t>is qadar ajeeb maut.</w:t>
      </w:r>
    </w:p>
    <w:p>
      <w:pPr>
        <w:jc w:val="right"/>
      </w:pPr>
      <w:r>
        <w:t>اس قدر عجیب موت۔</w:t>
      </w:r>
    </w:p>
    <w:p>
      <w:r>
        <w:rPr>
          <w:b/>
        </w:rPr>
        <w:t xml:space="preserve">[57:55] </w:t>
      </w:r>
      <w:r>
        <w:t>toh yeh is hadees mein yeh yeh sari baatein shamil hain. Ek marifat ka samjhiye ke khazana hai yeh hadees. Yeh hadees jo hai, yeh marifat ka khazana hai.</w:t>
      </w:r>
    </w:p>
    <w:p>
      <w:pPr>
        <w:jc w:val="right"/>
      </w:pPr>
      <w:r>
        <w:t>تو یہ اس حدیث میں یہ یہ ساری باتیں شامل ہیں۔ ایک معرفت کا سمجھیے کہ خزانہ ہے یہ حدیث۔ یہ حدیث جو ہے، یہ معرفت کا خزانہ ہے۔</w:t>
      </w:r>
    </w:p>
    <w:p>
      <w:r>
        <w:rPr>
          <w:b/>
        </w:rPr>
        <w:t xml:space="preserve">[58:09] </w:t>
      </w:r>
      <w:r>
        <w:t>toh is ka khulasa yahi hai, main kahunga ke simple living, high thinking, yaani apne aap ko saada zindagi par raazi karo taake tumhare andar high thinking aaye aur phir nateeja kya hoga ke tum ko marifat wali baatein daryaft hon,</w:t>
      </w:r>
    </w:p>
    <w:p>
      <w:pPr>
        <w:jc w:val="right"/>
      </w:pPr>
      <w:r>
        <w:t>تو اس کا خلاصہ یہی ہے، میں کہوں گا کہ سمپل لیونگ، ہائی تھنکنگ، یعنی اپنے آپ کو سادہ زندگی پر راضی کرو تاکہ تمہارے اندر ہائی تھنکنگ آئے اور پھر نتیجہ کیا ہوگا کہ تم کو معرفت والی باتیں دریافت ہوں،</w:t>
      </w:r>
    </w:p>
    <w:p>
      <w:r>
        <w:rPr>
          <w:b/>
        </w:rPr>
        <w:t xml:space="preserve">[58:26] </w:t>
      </w:r>
      <w:r>
        <w:t>Allah se qurbat hasil ho. Meri dua hai ke Allah taala mujh ko aur aap ko is ki tofeeq ata farmaye. Aqool qawli wa astaghfirullah li wa lakum ajmaeen.</w:t>
      </w:r>
    </w:p>
    <w:p>
      <w:pPr>
        <w:jc w:val="right"/>
      </w:pPr>
      <w:r>
        <w:t>اللہ سے قربت حاصل ہو۔ میری دعا ہے کہ اللہ تعالیٰ مجھ کو اور آپ کو اس کی توفیق عطا فرمائے۔ اقول قولی واستغفراللہ علی ویلکم اجمعین۔</w:t>
      </w:r>
    </w:p>
    <w:p>
      <w:r>
        <w:rPr>
          <w:b/>
        </w:rPr>
        <w:t xml:space="preserve">[58:50] </w:t>
      </w:r>
      <w:r>
        <w:t>Maulana, yeh sawal Kashmir se aaya hai, Aamir Jan Mori sahab ka. Unhon ne likha hai: "We are living in a country where people are having faith in different religions.</w:t>
      </w:r>
    </w:p>
    <w:p>
      <w:pPr>
        <w:jc w:val="right"/>
      </w:pPr>
      <w:r>
        <w:t>مولانا، یہ سوال کشمیر سے آیا ہے، عامر جن موری صاحب کا۔ انہوں نے لکھا ہے: "وی آر لیونگ ان ا کنٹری ویئر پیپل آر ہیونگ فیتھ ان ڈفرنٹ ریلیجنز۔</w:t>
      </w:r>
    </w:p>
    <w:p>
      <w:r>
        <w:rPr>
          <w:b/>
        </w:rPr>
        <w:t xml:space="preserve">[59:04] </w:t>
      </w:r>
      <w:r>
        <w:t>Every religion has got its own festival." Maulana sahab, my question is: "Is it permissible for a Muslim to celebrate other festivals like Holi and Diwali?"</w:t>
      </w:r>
    </w:p>
    <w:p>
      <w:pPr>
        <w:jc w:val="right"/>
      </w:pPr>
      <w:r>
        <w:t>ایوری ریلیجن ہیز گاٹ اٹس اون فیسٹیول۔" مولانا صاحب، مائی کوئسچن از: "از اٹ پرمسیبل فار ا مسلم ٹو سیلیبریٹ ادر فیسٹیولز لائک ہولی اینڈ دیوالی؟</w:t>
      </w:r>
    </w:p>
    <w:p>
      <w:r>
        <w:rPr>
          <w:b/>
        </w:rPr>
        <w:t xml:space="preserve">[59:18] </w:t>
      </w:r>
      <w:r>
        <w:t>waat is your advice for us?" dekhen, yeh koi sawal nahin hai.</w:t>
      </w:r>
    </w:p>
    <w:p>
      <w:pPr>
        <w:jc w:val="right"/>
      </w:pPr>
      <w:r>
        <w:t>واٹ از یور ایڈوائس فار اس؟" دیکھیں، یہ کوئی سوال نہیں ہے۔</w:t>
      </w:r>
    </w:p>
    <w:p>
      <w:r>
        <w:rPr>
          <w:b/>
        </w:rPr>
        <w:t xml:space="preserve">[59:27] </w:t>
      </w:r>
      <w:r>
        <w:t>asal sawal yeh hai ke aap yeh jannay ke aap ka purpose of life kya hai, goal kya hai aap ka.</w:t>
      </w:r>
    </w:p>
    <w:p>
      <w:pPr>
        <w:jc w:val="right"/>
      </w:pPr>
      <w:r>
        <w:t>اصل سوال یہ ہے کہ آپ یہ جانیں کہ آپ کا پرپس اف لائف کیا ہے، گول کیا ہے آپ کا۔</w:t>
      </w:r>
    </w:p>
    <w:p>
      <w:r>
        <w:rPr>
          <w:b/>
        </w:rPr>
        <w:t xml:space="preserve">[59:36] </w:t>
      </w:r>
      <w:r>
        <w:t>yeh sab to is ki koi ahmiyat nahin hai. aap yeh kyun nahin sochtay ke tarah tarah ke festival hotay hain to hum ko opportunity de rahe hain,</w:t>
      </w:r>
    </w:p>
    <w:p>
      <w:pPr>
        <w:jc w:val="right"/>
      </w:pPr>
      <w:r>
        <w:t>یہ سب تو اس کی کوئی اہمیت نہیں ہے۔ آپ یہ کیوں نہیں سوچتے کہ طرح طرح کے فیسٹیول ہوتے ہیں تو ہم کو اپرچونیٹی دے رہے ہیں،</w:t>
      </w:r>
    </w:p>
    <w:p>
      <w:r>
        <w:rPr>
          <w:b/>
        </w:rPr>
        <w:t xml:space="preserve">[59:48] </w:t>
      </w:r>
      <w:r>
        <w:t>wahan ja kar hum Islamic literature pohnchayen, logon se interact karen, logon se discussion karen, logon se dialogue karen? yani aik jagah aisay saaray log mil rahe hain.</w:t>
      </w:r>
    </w:p>
    <w:p>
      <w:pPr>
        <w:jc w:val="right"/>
      </w:pPr>
      <w:r>
        <w:t>وہاں جا کر ہم اسلامک لٹریچر پہنچائیں، لوگوں سے انٹریکٹ کریں، لوگوں سے ڈسکشن کریں، لوگوں سے ڈائیلاگ کریں؟ یعنی ایک جگہ ایسے سارے لوگ مل رہے ہیں۔</w:t>
      </w:r>
    </w:p>
    <w:p>
      <w:r>
        <w:rPr>
          <w:b/>
        </w:rPr>
        <w:t xml:space="preserve">[1:00:02] </w:t>
      </w:r>
      <w:r>
        <w:t>rasool Allah ke zamanay mein bhi aswaaq hua karte thay, souq yani wahan par aisay jashan manatay thay, log akhatta hotay thay wahan par.</w:t>
      </w:r>
    </w:p>
    <w:p>
      <w:pPr>
        <w:jc w:val="right"/>
      </w:pPr>
      <w:r>
        <w:t>رسول اللہ کے زمانے میں بھی اسواق ہوا کرتے تھے، سوق یعنی وہاں پر ایسے جشن مناتے تھے، لوگ اکٹھا ہوتے تھے وہاں پر۔</w:t>
      </w:r>
    </w:p>
    <w:p>
      <w:r>
        <w:rPr>
          <w:b/>
        </w:rPr>
        <w:t xml:space="preserve">[1:00:10] </w:t>
      </w:r>
      <w:r>
        <w:t>wahan aap jatay thay baqayda, aap parh lijiyay sahih kitabon mein.</w:t>
      </w:r>
    </w:p>
    <w:p>
      <w:pPr>
        <w:jc w:val="right"/>
      </w:pPr>
      <w:r>
        <w:t>وہاں آپ جاتے تھے باقاعدہ، آپ پڑھ لیجئے صحیح کتابوں میں۔</w:t>
      </w:r>
    </w:p>
    <w:p>
      <w:r>
        <w:rPr>
          <w:b/>
        </w:rPr>
        <w:t xml:space="preserve">[1:00:16] </w:t>
      </w:r>
      <w:r>
        <w:t>masla yeh nahin ke aap khud bhi jashan manayen, masla hai ke in ke jashan ko avail kijiyay. aap</w:t>
      </w:r>
    </w:p>
    <w:p>
      <w:pPr>
        <w:jc w:val="right"/>
      </w:pPr>
      <w:r>
        <w:t>مسئلہ یہ نہیں کہ آپ خود بھی جشن منائیں، مسئلہ ہے کہ ان کے جشن کو اویل کیجئے۔ آپ</w:t>
      </w:r>
    </w:p>
    <w:p>
      <w:r>
        <w:rPr>
          <w:b/>
        </w:rPr>
        <w:t xml:space="preserve">[1:00:25] </w:t>
      </w:r>
      <w:r>
        <w:t>take it as an opportunity, in se interaction kijiyay, in se discussion kijiyay, in se dialogue kijiyay, in ki kitaben dijiyay, in ko Quran ke tarjumay pohnchayiyay, yeh sab kijiyay.</w:t>
      </w:r>
    </w:p>
    <w:p>
      <w:pPr>
        <w:jc w:val="right"/>
      </w:pPr>
      <w:r>
        <w:t>ٹیک اٹ ایز این اپرچونیٹی، ان سے انٹریکشن کیجئے، ان سے ڈسکشن کیجئے، ان سے ڈائیلاگ کیجئے، ان کی کتابیں دیجئے، ان کو قرآن کے ترجمے پہنچائیے، یہ سب کیجئے۔</w:t>
      </w:r>
    </w:p>
    <w:p>
      <w:r>
        <w:rPr>
          <w:b/>
        </w:rPr>
        <w:t xml:space="preserve">[1:00:37] </w:t>
      </w:r>
      <w:r>
        <w:t>asal sochne ki cheez yeh hai, woh to koi sochne ki baat nahin hai.</w:t>
      </w:r>
    </w:p>
    <w:p>
      <w:pPr>
        <w:jc w:val="right"/>
      </w:pPr>
      <w:r>
        <w:t>اصل سوچنے کی چیز یہ ہے، وہ تو کوئی سوچنے کی بات نہیں ہے۔</w:t>
      </w:r>
    </w:p>
    <w:p>
      <w:r>
        <w:rPr>
          <w:b/>
        </w:rPr>
        <w:t xml:space="preserve">[1:00:46] </w:t>
      </w:r>
      <w:r>
        <w:t>maulana, agla sawal Delhi se hai, Shah Imran Hasan sahib ka. unhon ne aap se poocha hai: "hadith mein aaya hai ke kam paisay walay baray baray makan bananay lagen gay, is ka kya matlab hai?" hadith mein yeh lafz hai ke "ترل اورات الحفات تعول فی البنیان"</w:t>
      </w:r>
    </w:p>
    <w:p>
      <w:pPr>
        <w:jc w:val="right"/>
      </w:pPr>
      <w:r>
        <w:t>مولانا، اگلا سوال دلی سے ہے، شاہ عمران حسن صاحب کا۔ انہوں نے آپ سے پوچھا ہے: "حدیث میں آیا ہے کہ کم پیسے والے بڑے بڑے مکان بنانے لگیں گے، اس کا کیا مطلب ہے؟" حدیث میں یہ لفظ ہے کہ "ترل اورات الحفات تعول فی البنیان"</w:t>
      </w:r>
    </w:p>
    <w:p>
      <w:r>
        <w:rPr>
          <w:b/>
        </w:rPr>
        <w:t xml:space="preserve">[1:01:12] </w:t>
      </w:r>
      <w:r>
        <w:t>ke aik zamanay aye ga ke jab</w:t>
      </w:r>
    </w:p>
    <w:p>
      <w:pPr>
        <w:jc w:val="right"/>
      </w:pPr>
      <w:r>
        <w:t>کہ ایک زمانہ آئے گا کہ جب</w:t>
      </w:r>
    </w:p>
    <w:p>
      <w:r>
        <w:rPr>
          <w:b/>
        </w:rPr>
        <w:t xml:space="preserve">[1:01:18] </w:t>
      </w:r>
      <w:r>
        <w:t>yani aurat o huffaat kehtay hain nangay aur yani nangay badan aur nangay paon, bla joote aur bla kapray walay.</w:t>
      </w:r>
    </w:p>
    <w:p>
      <w:pPr>
        <w:jc w:val="right"/>
      </w:pPr>
      <w:r>
        <w:t>یعنی اورات و حفات کہتے ہیں ننگے اور یعنی ننگے بدن اور ننگے پاؤں، بلا جوتے اور بلا کپڑے والے۔</w:t>
      </w:r>
    </w:p>
    <w:p>
      <w:r>
        <w:rPr>
          <w:b/>
        </w:rPr>
        <w:t xml:space="preserve">[1:01:27] </w:t>
      </w:r>
      <w:r>
        <w:t>matlab yeh hai ke ghareeb log baray baray makan banayen gay. yani ghareeb log puray zamanay mein dekhiye, kamanay ka koi zariya nahin hua karta tha.</w:t>
      </w:r>
    </w:p>
    <w:p>
      <w:pPr>
        <w:jc w:val="right"/>
      </w:pPr>
      <w:r>
        <w:t>مطلب یہ ہے کہ غریب لوگ بڑے بڑے مکان بنائیں گے۔ یعنی غریب لوگ پرے زمانے میں دیکھیے، کمانے کا کوئی ذریعہ نہیں ہوا کرتا تھا۔</w:t>
      </w:r>
    </w:p>
    <w:p>
      <w:r>
        <w:rPr>
          <w:b/>
        </w:rPr>
        <w:t xml:space="preserve">[1:01:42] </w:t>
      </w:r>
      <w:r>
        <w:t>yeh yeh peshangoi hai ke agriculture ka daur khatam hoga, industry ka daur aye ga. maujooda zamanay ki jo industry hai, woh kya hai?</w:t>
      </w:r>
    </w:p>
    <w:p>
      <w:pPr>
        <w:jc w:val="right"/>
      </w:pPr>
      <w:r>
        <w:t>یہ یہ پیشنگوئی ہے کہ ایگریکلچر کا دور ختم ہوگا، انڈسٹری کا دور آئے گا۔ موجودہ زمانے کی جو انڈسٹری ہے، وہ کیا ہے؟</w:t>
      </w:r>
    </w:p>
    <w:p>
      <w:r>
        <w:rPr>
          <w:b/>
        </w:rPr>
        <w:t xml:space="preserve">[1:01:55] </w:t>
      </w:r>
      <w:r>
        <w:t>woh decentralization of economy hai. yani pehlay land based economy hua karti thi, jis ke pas zameen hai, usi ke pas paisa hai, baqi log ghareeb hain.</w:t>
      </w:r>
    </w:p>
    <w:p>
      <w:pPr>
        <w:jc w:val="right"/>
      </w:pPr>
      <w:r>
        <w:t>وہ ڈی سینٹرلائزیشن اف اکانومی ہے۔ یعنی پہلے لینڈ بیسڈ اکانومی ہوا کرتی تھی، جس کے پاس زمین ہے، اسی کے پاس پیسہ ہے، باقی لوگ غریب ہیں۔</w:t>
      </w:r>
    </w:p>
    <w:p>
      <w:r>
        <w:rPr>
          <w:b/>
        </w:rPr>
        <w:t xml:space="preserve">[1:02:07] </w:t>
      </w:r>
      <w:r>
        <w:t>ab jo hai, industry ne kya kiya ke har aadmi kuch na kuch kama sakta hai,</w:t>
      </w:r>
    </w:p>
    <w:p>
      <w:pPr>
        <w:jc w:val="right"/>
      </w:pPr>
      <w:r>
        <w:t>اب جو ہے، انڈسٹری نے کیا کیا کہ ہر آدمی کچھ نہ کچھ کما سکتا ہے،</w:t>
      </w:r>
    </w:p>
    <w:p>
      <w:r>
        <w:rPr>
          <w:b/>
        </w:rPr>
        <w:t xml:space="preserve">[1:02:12] </w:t>
      </w:r>
      <w:r>
        <w:t>har aadmi kuch na kuch. yeh dekhen, million billion item naye barh gaye, puray koi item nahin tha. pehlay zamanay mein</w:t>
      </w:r>
    </w:p>
    <w:p>
      <w:pPr>
        <w:jc w:val="right"/>
      </w:pPr>
      <w:r>
        <w:t>ہر آدمی کچھ نہ کچھ۔ یہ دیکھیں، ملین بلین آئٹم نئے بڑھ گئے، پرے کوئی آئٹم نہیں تھا۔ پہلے زمانے میں</w:t>
      </w:r>
    </w:p>
    <w:p>
      <w:r>
        <w:rPr>
          <w:b/>
        </w:rPr>
        <w:t xml:space="preserve">[1:02:22] </w:t>
      </w:r>
      <w:r>
        <w:t>koi item nahin hua karta tha. pehlay zamanay mein to</w:t>
      </w:r>
    </w:p>
    <w:p>
      <w:pPr>
        <w:jc w:val="right"/>
      </w:pPr>
      <w:r>
        <w:t>کوئی آئٹم نہیں ہوا کرتا تھا۔ پہلے زمانے میں تو</w:t>
      </w:r>
    </w:p>
    <w:p>
      <w:r>
        <w:rPr>
          <w:b/>
        </w:rPr>
        <w:t xml:space="preserve">[1:02:26] </w:t>
      </w:r>
      <w:r>
        <w:t>yeh yeh industrial growth ka is mein prediction hai ke aik zamanay aye ga ke jab industrial growth hoga, nayi nayi kamai ki sooraten banen gi, aur woh log jo maujooda zamanay mein, is zamanay mein, un ke pas koi source nahin hai,</w:t>
      </w:r>
    </w:p>
    <w:p>
      <w:pPr>
        <w:jc w:val="right"/>
      </w:pPr>
      <w:r>
        <w:t>یہ یہ انڈسٹریل گروتھ کا اس میں پریڈکشن ہے کہ ایک زمانہ آئے گا کہ جب انڈسٹریل گروتھ ہوگا، نئی نئی کمائی کی صورتیں بنیں گی، اور وہ لوگ جو موجودہ زمانے میں، اس زمانے میں، ان کے پاس کوئی سورس نہیں ہے،</w:t>
      </w:r>
    </w:p>
    <w:p>
      <w:r>
        <w:rPr>
          <w:b/>
        </w:rPr>
        <w:t xml:space="preserve">[1:02:48] </w:t>
      </w:r>
      <w:r>
        <w:t>to woh wohi source pa len gay. har aadmi kamaye ga, har aadmi kamaye ga.</w:t>
      </w:r>
    </w:p>
    <w:p>
      <w:pPr>
        <w:jc w:val="right"/>
      </w:pPr>
      <w:r>
        <w:t>تو وہ وہ وہی سورس پا لیں گے۔ ہر آدمی کمائے گا، ہر آدمی کمائے گا۔</w:t>
      </w:r>
    </w:p>
    <w:p>
      <w:r>
        <w:rPr>
          <w:b/>
        </w:rPr>
        <w:t xml:space="preserve">[1:02:54] </w:t>
      </w:r>
      <w:r>
        <w:t>jin ke baap dada nangay bhookay rehtay thay, woh baray baray ghar banayen gay. woh yeh peshangoi hai baad ke zamanay ke baray mein, aur jo aaj waqia ban chuki hai, is zamanay mein yeh cheez waqia ban chuki hai.</w:t>
      </w:r>
    </w:p>
    <w:p>
      <w:pPr>
        <w:jc w:val="right"/>
      </w:pPr>
      <w:r>
        <w:t>جن کے باپ دادا ننگے بھوکے رہتے تھے، وہ بڑے بڑے گھر بنائیں گے۔ وہ یہ پیشنگوئی ہے بعد کے زمانے کے بارے میں، اور جو آج واقعہ بن چکی ہے، اس زمانے میں یہ چیز واقعہ بن چکی ہے۔</w:t>
      </w:r>
    </w:p>
    <w:p>
      <w:r>
        <w:rPr>
          <w:b/>
        </w:rPr>
        <w:t xml:space="preserve">[1:03:13] </w:t>
      </w:r>
      <w:r>
        <w:t>maulana, agla sawal Kolkata se hai, Farooq sahib ka.</w:t>
      </w:r>
    </w:p>
    <w:p>
      <w:pPr>
        <w:jc w:val="right"/>
      </w:pPr>
      <w:r>
        <w:t>مولانا، اگلا سوال کلکتہ سے ہے، فاروق صاحب کا۔</w:t>
      </w:r>
    </w:p>
    <w:p>
      <w:r>
        <w:rPr>
          <w:b/>
        </w:rPr>
        <w:t xml:space="preserve">[1:03:17] </w:t>
      </w:r>
      <w:r>
        <w:t>unhon ne likha hai: "maulana, you mentioned in today's talk about asking from other people about their finding or their discovery." maulana sahib, I want to know what is your definition of finding or discovery.</w:t>
      </w:r>
    </w:p>
    <w:p>
      <w:pPr>
        <w:jc w:val="right"/>
      </w:pPr>
      <w:r>
        <w:t>انہوں نے لکھا ہے: "مولانا، یو مینشنڈ ان ٹوڈے ٹاک اباؤٹ اسکنگ فرام ادر پیپل اباؤٹ دیر فائنڈنگ اور دیر ڈسکوری۔" مولانا صاحب، آئی وانٹ ٹو نو واٹ از یور ڈیفینیشن اف فائنڈنگ اور ڈسکوری۔</w:t>
      </w:r>
    </w:p>
    <w:p>
      <w:r>
        <w:rPr>
          <w:b/>
        </w:rPr>
        <w:t xml:space="preserve">[1:03:33] </w:t>
      </w:r>
      <w:r>
        <w:t>I am asking this because when we ask people, they give us some answer which is of negative experience or complaint in nature.</w:t>
      </w:r>
    </w:p>
    <w:p>
      <w:pPr>
        <w:jc w:val="right"/>
      </w:pPr>
      <w:r>
        <w:t>آئی ایم اسکنگ دس بیکاز وین وی اسک پیپل، دے گیو اس سم انسر وچ از اف نیگیٹیو ایکسپیرینس اور کمپلینٹ ان نیچر۔</w:t>
      </w:r>
    </w:p>
    <w:p>
      <w:r>
        <w:rPr>
          <w:b/>
        </w:rPr>
        <w:t xml:space="preserve">[1:03:43] </w:t>
      </w:r>
      <w:r>
        <w:t>please tell me. woh woh discovery nahin kaha jaye ga,</w:t>
      </w:r>
    </w:p>
    <w:p>
      <w:pPr>
        <w:jc w:val="right"/>
      </w:pPr>
      <w:r>
        <w:t>پلیز ٹیل می۔ وہ وہ ڈسکوری نہیں کہا جائے گا،</w:t>
      </w:r>
    </w:p>
    <w:p>
      <w:r>
        <w:rPr>
          <w:b/>
        </w:rPr>
        <w:t xml:space="preserve">[1:03:47] </w:t>
      </w:r>
      <w:r>
        <w:t>discovery honi chahiye positive. agar koi positive finding nahi hai aap ke paas to discovery nahi hai, woh to reaction hai. there is difference between reaction and discovery.</w:t>
      </w:r>
    </w:p>
    <w:p>
      <w:pPr>
        <w:jc w:val="right"/>
      </w:pPr>
      <w:r>
        <w:t>ڈسکوری ہونی چاہیے پازیٹیو۔ اگر کوئی پازیٹیو فائنڈنگ نہیں ہے آپ کے پاس تو ڈسکوری نہیں ہے، وہ تو ری ایکشن ہے۔ دیر از ڈیفرنس بٹوین ری ایکشن اینڈ ڈسکوری۔</w:t>
      </w:r>
    </w:p>
    <w:p>
      <w:r>
        <w:rPr>
          <w:b/>
        </w:rPr>
        <w:t xml:space="preserve">[1:03:58] </w:t>
      </w:r>
      <w:r>
        <w:t>jo aadmi bataye ke dekho bhai, aasman aasman mein zulm ho raha hai, dekho bhai, israel mein aisa zulm hua, woh discovery nahi us ki kahi jayegi, woh to reaction kaha jayega.</w:t>
      </w:r>
    </w:p>
    <w:p>
      <w:pPr>
        <w:jc w:val="right"/>
      </w:pPr>
      <w:r>
        <w:t>جو آدمی بتائے کہ دیکھو بھئی، آسمان آسان میں ظلم ہو رہا ہے، دیکھو بھئی، اسرائیل میں ایسا ظلم ہوا، وہ ڈسکوری نہیں اس کی کہی جائے گی، وہ تو ری ایکشن کہا جائے گا۔</w:t>
      </w:r>
    </w:p>
    <w:p>
      <w:r>
        <w:rPr>
          <w:b/>
        </w:rPr>
        <w:t xml:space="preserve">[1:04:08] </w:t>
      </w:r>
      <w:r>
        <w:t>to there is difference between reaction and discovery</w:t>
      </w:r>
    </w:p>
    <w:p>
      <w:pPr>
        <w:jc w:val="right"/>
      </w:pPr>
      <w:r>
        <w:t>تو دیر از ڈیفرنس بٹوین ری ایکشن اینڈ ڈسکوری</w:t>
      </w:r>
    </w:p>
    <w:p>
      <w:r>
        <w:rPr>
          <w:b/>
        </w:rPr>
        <w:t xml:space="preserve">[1:04:11] </w:t>
      </w:r>
      <w:r>
        <w:t>. discovery ek creative word hai, ek positive word hai, ek wisdom se bhara hua word hai.</w:t>
      </w:r>
    </w:p>
    <w:p>
      <w:pPr>
        <w:jc w:val="right"/>
      </w:pPr>
      <w:r>
        <w:t>۔ ڈسکوری ایک کریٹیو ورڈ ہے، ایک پازیٹیو ورڈ ہے، ایک وزڈم سے بھرا ہوا ورڈ ہے۔</w:t>
      </w:r>
    </w:p>
    <w:p>
      <w:r>
        <w:rPr>
          <w:b/>
        </w:rPr>
        <w:t xml:space="preserve">[1:04:20] </w:t>
      </w:r>
      <w:r>
        <w:t>jo aadmi protest ki baatein kare, complaint ki baatein kare, woh to just like animal jee raha hai. woh animal ko danda mara hai to woh chalayega, woh discovery nahi hai.</w:t>
      </w:r>
    </w:p>
    <w:p>
      <w:pPr>
        <w:jc w:val="right"/>
      </w:pPr>
      <w:r>
        <w:t>جو آدمی پروٹیسٹ کی باتیں کرے، کمپلینٹ کی باتیں کرے، وہ تو جسٹ لائک اینیمل جی رہا ہے۔ وہ اینیمل کو ڈنڈا مارا ہے تو وہ چلائے گا، وہ ڈسکوری نہیں ہے۔</w:t>
      </w:r>
    </w:p>
    <w:p>
      <w:r>
        <w:rPr>
          <w:b/>
        </w:rPr>
        <w:t xml:space="preserve">[1:04:33] </w:t>
      </w:r>
      <w:r>
        <w:t>discovery woh hai ke jis jo koi wisdom ki baat daryaft kare, koi hikmat ki baat daryaft kare, koi positive baat daryaft kare, koi creative baat daryaft kare, to woh us se log khali hain.</w:t>
      </w:r>
    </w:p>
    <w:p>
      <w:pPr>
        <w:jc w:val="right"/>
      </w:pPr>
      <w:r>
        <w:t>ڈسکوری وہ ہے کہ جس جو کوئی وزڈم کی بات دریافت کرے، کوئی حکمت کی بات دریافت کرے، کوئی پازیٹیو بات دریافت کرے، کوئی کریٹیو بات دریافت کرے، تو وہ اس سے لوگ خالی ہیں۔</w:t>
      </w:r>
    </w:p>
    <w:p>
      <w:r>
        <w:rPr>
          <w:b/>
        </w:rPr>
        <w:t xml:space="preserve">[1:04:47] </w:t>
      </w:r>
      <w:r>
        <w:t>shikayatein karte hain, khali shikayatein karte hain. jaise ke maine arz kiya, ek sahab dunya bhar ghoome hain, unhone kaha ke sari dunya ke musalmanon mein do hi baatein hain: apne liye fakhr, doosre ki nafrat.</w:t>
      </w:r>
    </w:p>
    <w:p>
      <w:pPr>
        <w:jc w:val="right"/>
      </w:pPr>
      <w:r>
        <w:t>شکایتیں کرتے ہیں، خالی شکایتیں کرتے ہیں۔ جیسے کہ میں نے عرض کیا، ایک صاحب دنیا بھر گھومے ہیں، انہوں نے کہا کہ ساری دنیا کے مسلمانوں میں دو ہی باتیں ہیں: اپنے لیے فخر، دوسرے کی نفرت۔</w:t>
      </w:r>
    </w:p>
    <w:p>
      <w:r>
        <w:rPr>
          <w:b/>
        </w:rPr>
        <w:t xml:space="preserve">[1:04:59] </w:t>
      </w:r>
      <w:r>
        <w:t>yeh discovery nahi hai, yeh</w:t>
      </w:r>
    </w:p>
    <w:p>
      <w:pPr>
        <w:jc w:val="right"/>
      </w:pPr>
      <w:r>
        <w:t>یہ ڈسکوری نہیں ہے، یہ</w:t>
      </w:r>
    </w:p>
    <w:p>
      <w:r>
        <w:rPr>
          <w:b/>
        </w:rPr>
        <w:t xml:space="preserve">[1:05:01] </w:t>
      </w:r>
      <w:r>
        <w:t>yeh to bilkul animal behaviour hai, animal hai. is ko kuch bhi haqeeqat us ki nahi hai.</w:t>
      </w:r>
    </w:p>
    <w:p>
      <w:pPr>
        <w:jc w:val="right"/>
      </w:pPr>
      <w:r>
        <w:t>یہ تو بالکل اینیمل بیہیویئر ہے، اینیمل ہے۔ اس کو کچھ بھی حقیقت اس کی نہیں ہے۔</w:t>
      </w:r>
    </w:p>
    <w:p>
      <w:r>
        <w:rPr>
          <w:b/>
        </w:rPr>
        <w:t xml:space="preserve">[1:05:09] </w:t>
      </w:r>
      <w:r>
        <w:t>maulana, agla sawal saharanpur se hai, syed mohsin bilal sahab ka. unhone likha hai: "since four days, i have been in delhi.</w:t>
      </w:r>
    </w:p>
    <w:p>
      <w:pPr>
        <w:jc w:val="right"/>
      </w:pPr>
      <w:r>
        <w:t>مولانا، اگلا سوال سہارن پور سے ہے، سید محسن بلال صاحب کا۔ انہوں نے لکھا ہے: "سنس فور ڈیز، آئی ہیو بین ان دہلی۔</w:t>
      </w:r>
    </w:p>
    <w:p>
      <w:r>
        <w:rPr>
          <w:b/>
        </w:rPr>
        <w:t xml:space="preserve">[1:05:19] </w:t>
      </w:r>
      <w:r>
        <w:t>i am very sad to see the delhiites. they are totally trapped in consumer and entertaining culture.</w:t>
      </w:r>
    </w:p>
    <w:p>
      <w:pPr>
        <w:jc w:val="right"/>
      </w:pPr>
      <w:r>
        <w:t>آئی ایم ویری سیڈ ٹو سی دا دہلی ائٹس۔ دے آر ٹوٹلی ٹریپڈ ان کنزیومر اینڈ انٹرٹیننگ کلچر۔</w:t>
      </w:r>
    </w:p>
    <w:p>
      <w:r>
        <w:rPr>
          <w:b/>
        </w:rPr>
        <w:t xml:space="preserve">[1:05:27] </w:t>
      </w:r>
      <w:r>
        <w:t>they sleep late and they get up late at 12 in the morning. i try to do dawah work, but nobody is ready to listen.</w:t>
      </w:r>
    </w:p>
    <w:p>
      <w:pPr>
        <w:jc w:val="right"/>
      </w:pPr>
      <w:r>
        <w:t>دے سلیپ لیٹ اینڈ دے گیٹ اپ لیٹ ایٹ 12 ان دا مارننگ۔ آئی ٹرائی ٹو ڈو داوا ورک، بٹ نو بڈی از ریڈی ٹو لسن۔</w:t>
      </w:r>
    </w:p>
    <w:p>
      <w:r>
        <w:rPr>
          <w:b/>
        </w:rPr>
        <w:t xml:space="preserve">[1:05:37] </w:t>
      </w:r>
      <w:r>
        <w:t>they think they are intelligent. so how? how to give message to these kind of intelligent people?" dekhiye, aisa hundred percent nahi hai.</w:t>
      </w:r>
    </w:p>
    <w:p>
      <w:pPr>
        <w:jc w:val="right"/>
      </w:pPr>
      <w:r>
        <w:t>دے تھنک دے آر انٹیلیجنٹ۔ سو ہاؤ؟ ہاؤ ٹو گیو میسج ٹو دیز کائنڈ اف انٹیلیجنٹ پیپل؟" دیکھیے، ایسا ہنڈرڈ پرسنٹ نہیں ہے۔</w:t>
      </w:r>
    </w:p>
    <w:p>
      <w:r>
        <w:rPr>
          <w:b/>
        </w:rPr>
        <w:t xml:space="preserve">[1:05:48] </w:t>
      </w:r>
      <w:r>
        <w:t>aap seeker ko talash kijiye. seeker isi mein ek shakhs seeker hoga.</w:t>
      </w:r>
    </w:p>
    <w:p>
      <w:pPr>
        <w:jc w:val="right"/>
      </w:pPr>
      <w:r>
        <w:t>آپ سیکر کو تلاش کیجئے۔ سیکر اسی میں ایک شخص سیکر ہوگا۔</w:t>
      </w:r>
    </w:p>
    <w:p>
      <w:r>
        <w:rPr>
          <w:b/>
        </w:rPr>
        <w:t xml:space="preserve">[1:05:55] </w:t>
      </w:r>
      <w:r>
        <w:t>misalan mein bata doon aap ko aaj hi ka experience. aaj ka</w:t>
      </w:r>
    </w:p>
    <w:p>
      <w:pPr>
        <w:jc w:val="right"/>
      </w:pPr>
      <w:r>
        <w:t>مثلاً میں بتا دوں آپ کو آج ہی کا ایکسپیرینس۔ آج کا</w:t>
      </w:r>
    </w:p>
    <w:p>
      <w:r>
        <w:rPr>
          <w:b/>
        </w:rPr>
        <w:t xml:space="preserve">[1:06:01] </w:t>
      </w:r>
      <w:r>
        <w:t>hamare paas ek sahab aaye, jo senior professor hain, woh ab retire ho gaye hain. un ke yani woh eighties ke late eighties mein hain.</w:t>
      </w:r>
    </w:p>
    <w:p>
      <w:pPr>
        <w:jc w:val="right"/>
      </w:pPr>
      <w:r>
        <w:t>ہمارے پاس ایک صاحب آئے، جو سینئر پروفیسر ہیں، وہ اب ریٹائر ہو گئے ہیں۔ ان کے یعنی وہ ایٹیز کے لیٹ ایٹیز میں ہیں۔</w:t>
      </w:r>
    </w:p>
    <w:p>
      <w:r>
        <w:rPr>
          <w:b/>
        </w:rPr>
        <w:t xml:space="preserve">[1:06:15] </w:t>
      </w:r>
      <w:r>
        <w:t>woh is waqt to woh khud bhi english mein kitabein likhi hain. unhone</w:t>
      </w:r>
    </w:p>
    <w:p>
      <w:pPr>
        <w:jc w:val="right"/>
      </w:pPr>
      <w:r>
        <w:t>وہ اس وقت تو وہ خود بھی انگلش میں کتابیں لکھی ہیں۔ انہوں نے</w:t>
      </w:r>
    </w:p>
    <w:p>
      <w:r>
        <w:rPr>
          <w:b/>
        </w:rPr>
        <w:t xml:space="preserve">[1:06:23] </w:t>
      </w:r>
      <w:r>
        <w:t>to hamare paas aaye, ab taqreeban der tak rahe. woh hamare kai saathi bhi wahan maujood the.</w:t>
      </w:r>
    </w:p>
    <w:p>
      <w:pPr>
        <w:jc w:val="right"/>
      </w:pPr>
      <w:r>
        <w:t>تو ہمارے پاس آئے، اب تقریباً دیر تک رہے۔ وہ ہمارے کئی ساتھی بھی وہاں موجود تھے۔</w:t>
      </w:r>
    </w:p>
    <w:p>
      <w:r>
        <w:rPr>
          <w:b/>
        </w:rPr>
        <w:t xml:space="preserve">[1:06:33] </w:t>
      </w:r>
      <w:r>
        <w:t>to hamare haan kitabein un ko di gayeen aur baatein huin. ab aaj hi un ke message aaye. aaj hi bohat ajeeb o ghareeb message. aap bataiye, kya message hai?</w:t>
      </w:r>
    </w:p>
    <w:p>
      <w:pPr>
        <w:jc w:val="right"/>
      </w:pPr>
      <w:r>
        <w:t>تو ہمارے ہاں کتابیں ان کو دی گئیں اور باتیں ہوئیں۔ اب آج ہی ان کے میسج آئے۔ آج ہی بہت عجیب و غریب میسج۔ آپ بتائیے، کیا میسج ہے؟</w:t>
      </w:r>
    </w:p>
    <w:p>
      <w:r>
        <w:rPr>
          <w:b/>
        </w:rPr>
        <w:t xml:space="preserve">[1:06:44] </w:t>
      </w:r>
      <w:r>
        <w:t>ah, well, he gave a call in the morning and he said that i have been going through Maulana literature and i must say that its very rich and very comprehensive and daily i am getting you know something out of the literature.</w:t>
      </w:r>
    </w:p>
    <w:p>
      <w:pPr>
        <w:jc w:val="right"/>
      </w:pPr>
      <w:r>
        <w:t>اہ، ویل، ہی گیو ا کال ان دا مارننگ اینڈ ہی سیڈ دیٹ آئی بین گوئنگ تھرو مولانا لٹریچر اینڈ آئی مسٹ سے دیٹ اٹس ویری رچ اینڈ ویری کمپرینسو اینڈ ڈیلی آئی ایم گیٹنگ یو نو سمتھنگ آؤٹ اف دا لٹریچر۔</w:t>
      </w:r>
    </w:p>
    <w:p>
      <w:r>
        <w:rPr>
          <w:b/>
        </w:rPr>
        <w:t xml:space="preserve">[1:06:58] </w:t>
      </w:r>
      <w:r>
        <w:t>in fact, ah, he finished one book yesterday itself and he was saying that i will continue my study and when i reach back home because he is in this travel, i am going to write a letter to Maulana sahib.</w:t>
      </w:r>
    </w:p>
    <w:p>
      <w:pPr>
        <w:jc w:val="right"/>
      </w:pPr>
      <w:r>
        <w:t>ان فیکٹ، اہ، ہی فنشڈ ون بک یسٹرڈے اٹ سیلف اینڈ ہی واز سینگ دیٹ آئی ویل کنٹینیو مائی سٹڈی اینڈ وین آئی ریچ بیک ہوم بیکاز ہی از ان دس ٹریول، آئی ایم گوئنگ ٹو رائٹ ا لیٹر ٹو مولانا صاح</w:t>
      </w:r>
    </w:p>
    <w:p>
      <w:r>
        <w:rPr>
          <w:b/>
        </w:rPr>
        <w:t xml:space="preserve">[1:07:11] </w:t>
      </w:r>
      <w:r>
        <w:t>b. and one additional thing he said, what he said that i want to congratulate Maulana sahib because there are a lot of youngsters involved in this mission.</w:t>
      </w:r>
    </w:p>
    <w:p>
      <w:pPr>
        <w:jc w:val="right"/>
      </w:pPr>
      <w:r>
        <w:t>ب۔ اینڈ ون ایڈیشنل تھنگ ہی سیڈ، واٹ ہی سیڈ دیٹ آئی وانٹ ٹو کنگریچولیٹ مولانا صاحب بیکاز دیر آر لاٹ افینگسٹرز انوالوڈ ان دس مشن۔</w:t>
      </w:r>
    </w:p>
    <w:p>
      <w:r>
        <w:rPr>
          <w:b/>
        </w:rPr>
        <w:t xml:space="preserve">[1:07:19] </w:t>
      </w:r>
      <w:r>
        <w:t>so he was very happy and very moved by Maulana sahib literature. dekhiye, asal baat kya hai? aap bheed ko kyun dekhte hain?</w:t>
      </w:r>
    </w:p>
    <w:p>
      <w:pPr>
        <w:jc w:val="right"/>
      </w:pPr>
      <w:r>
        <w:t>سو ہی واز ویری ہیپی اینڈ ویری مووڈ بائے مولانا صاحب لٹریچر۔ دیکھیے، اصل بات کیا ہے؟ آپ بھیڑ کو کیوں دیکھتے ہیں؟</w:t>
      </w:r>
    </w:p>
    <w:p>
      <w:r>
        <w:rPr>
          <w:b/>
        </w:rPr>
        <w:t xml:space="preserve">[1:07:30] </w:t>
      </w:r>
      <w:r>
        <w:t>yani sab ko le kar kyun sochte hain? aap individual ko le kar sochiye. individual isi ko mein seeker keh raha hoon</w:t>
      </w:r>
    </w:p>
    <w:p>
      <w:pPr>
        <w:jc w:val="right"/>
      </w:pPr>
      <w:r>
        <w:t>یعنی سب کو لے کر کیوں سوچتے ہیں؟ آپ انڈیویجول کو لے کر سوچیے۔ انڈیویجول اسی کو میں سیکر کہہ رہا ہوں</w:t>
      </w:r>
    </w:p>
    <w:p>
      <w:r>
        <w:rPr>
          <w:b/>
        </w:rPr>
        <w:t xml:space="preserve">[1:07:37] </w:t>
      </w:r>
      <w:r>
        <w:t>. agar aap bheed ko le kar sochenge to hamesha aap ko mayoosi milegi, frustration.</w:t>
      </w:r>
    </w:p>
    <w:p>
      <w:pPr>
        <w:jc w:val="right"/>
      </w:pPr>
      <w:r>
        <w:t>۔ اگر آپ بھیڑ کو لے کر سوچیں گے تو ہمیشہ آپ کو مایوسی ملے گی، فرسٹریشن۔</w:t>
      </w:r>
    </w:p>
    <w:p>
      <w:r>
        <w:rPr>
          <w:b/>
        </w:rPr>
        <w:t xml:space="preserve">[1:07:45] </w:t>
      </w:r>
      <w:r>
        <w:t>lekin individual to hamesha maujood hote hain, un se kabhi dunya khali nahi hoti. to aap ka target individual hona chahiye, na ke bheed.</w:t>
      </w:r>
    </w:p>
    <w:p>
      <w:pPr>
        <w:jc w:val="right"/>
      </w:pPr>
      <w:r>
        <w:t>لیکن انڈیویجول تو ہمیشہ موجود ہوتے ہیں، ان سے کبھی دنیا خالی نہیں ہوتی۔ تو آپ کا ٹارگٹ انڈیویجول ہونا چاہیے، نہ کہ بھیڑ۔</w:t>
      </w:r>
    </w:p>
    <w:p>
      <w:r>
        <w:rPr>
          <w:b/>
        </w:rPr>
        <w:t xml:space="preserve">[1:07:56] </w:t>
      </w:r>
      <w:r>
        <w:t>tab aap aisi baat nahi farmayenge.</w:t>
      </w:r>
    </w:p>
    <w:p>
      <w:pPr>
        <w:jc w:val="right"/>
      </w:pPr>
      <w:r>
        <w:t>تب آپ ایسی بات نہیں فرمائیں گے۔</w:t>
      </w:r>
    </w:p>
    <w:p>
      <w:r>
        <w:rPr>
          <w:b/>
        </w:rPr>
        <w:t xml:space="preserve">[1:08:03] </w:t>
      </w:r>
      <w:r>
        <w:t>maulana, agla sawal bidar karnataka se hai, yunusuddin sahib ka. unhon ne likha hai: "maulana, aksar log aap ki tehreer par yeh aitraaz karte hain ke aap anbiya aur sahaba par alaihi assalam ya radiallahu anhu nahi lagate." maulana, mera sawal yeh hai ke un ki deeni aitbar se kya ahmiyat hai ya nahi hai?</w:t>
      </w:r>
    </w:p>
    <w:p>
      <w:pPr>
        <w:jc w:val="right"/>
      </w:pPr>
      <w:r>
        <w:t>مولانا، اگلا سوال بدر کرناٹکا سے ہے، یونس الدین صاحب کا۔ انہوں نے لکھا ہے: "مولانا، اکثر لوگ آپ کی تحریر پر یہ اعتراض کرتے ہیں کہ آپ انبیاء اور صحابہ پر علیہ السلام یا رضی اللہ عنہا نہیں لگاتے۔" مولانا، میرا سوال یہ ہے کہ ان کی دینی اعتبار سے کیا اہمیت ہے یا نہیں ہے؟</w:t>
      </w:r>
    </w:p>
    <w:p>
      <w:r>
        <w:rPr>
          <w:b/>
        </w:rPr>
        <w:t xml:space="preserve">[1:08:31] </w:t>
      </w:r>
      <w:r>
        <w:t>kuch bhi nahi hai.</w:t>
      </w:r>
    </w:p>
    <w:p>
      <w:pPr>
        <w:jc w:val="right"/>
      </w:pPr>
      <w:r>
        <w:t>کچھ بھی نہیں ہے۔</w:t>
      </w:r>
    </w:p>
    <w:p>
      <w:r>
        <w:rPr>
          <w:b/>
        </w:rPr>
        <w:t xml:space="preserve">[1:08:33] </w:t>
      </w:r>
      <w:r>
        <w:t>aap sahaba ki jo kitabein hain, us ko padhiye. yeh sab jhoote aitraaz hain, jhoote, jhoote se kam lafz nahi hai.</w:t>
      </w:r>
    </w:p>
    <w:p>
      <w:pPr>
        <w:jc w:val="right"/>
      </w:pPr>
      <w:r>
        <w:t>آپ صحابہ کی جو کتابیں ہیں، اس کو پڑھیے۔ یہ سب جھوٹے اعتراضات ہیں، جھوٹے، جھوٹے سے کم لفظ نہیں ہے۔</w:t>
      </w:r>
    </w:p>
    <w:p>
      <w:r>
        <w:rPr>
          <w:b/>
        </w:rPr>
        <w:t xml:space="preserve">[1:08:45] </w:t>
      </w:r>
      <w:r>
        <w:t>sahaba ke bare mein bohat si kitabein maujood hain, un ko padhiye. aap is qism ka aaj kal masnooi culture bana hua hai, aaj kal masnooi culture, banawati culture, aage peeche lagayenge ilqaab.</w:t>
      </w:r>
    </w:p>
    <w:p>
      <w:pPr>
        <w:jc w:val="right"/>
      </w:pPr>
      <w:r>
        <w:t>صحابہ کے بارے میں بہت سی کتابیں موجود ہیں، ان کو پڑھیے۔ آپ اس قسم کا آج کل مصنوعی کلچر بنا ہوا ہے، آج کل مصنوعی کلچر، بناوٹی کلچر، آگے پیچھے لگائیں گے القاب۔</w:t>
      </w:r>
    </w:p>
    <w:p>
      <w:r>
        <w:rPr>
          <w:b/>
        </w:rPr>
        <w:t xml:space="preserve">[1:08:58] </w:t>
      </w:r>
      <w:r>
        <w:t>woh aisa nahi kehte the.</w:t>
      </w:r>
    </w:p>
    <w:p>
      <w:pPr>
        <w:jc w:val="right"/>
      </w:pPr>
      <w:r>
        <w:t>وہ ایسا نہیں کہتے تھے۔</w:t>
      </w:r>
    </w:p>
    <w:p>
      <w:r>
        <w:rPr>
          <w:b/>
        </w:rPr>
        <w:t xml:space="preserve">[1:09:02] </w:t>
      </w:r>
      <w:r>
        <w:t>misalan, main aap ko ek waqia bataun: rasool Allah sallallahu alaihi wasallam ki wafat hui, yani poora mission poora kar ke aap ki wafat hui, aap ki madina mein.</w:t>
      </w:r>
    </w:p>
    <w:p>
      <w:pPr>
        <w:jc w:val="right"/>
      </w:pPr>
      <w:r>
        <w:t>مثلاً، میں آپ کو ایک واقعہ بتاؤں: رسول اللہ صلی اللہ علیہ وسلم کی وفات ہوئی، یعنی پورا مشن پورا کر کے آپ کی وفات ہوئی، آپ کی مدینہ میں۔</w:t>
      </w:r>
    </w:p>
    <w:p>
      <w:r>
        <w:rPr>
          <w:b/>
        </w:rPr>
        <w:t xml:space="preserve">[1:09:13] </w:t>
      </w:r>
      <w:r>
        <w:t>to us waqt wahan par kai log aise the jin ko ke bohat pareshani hui ke rasool Allah nahi rahe dunya mein, ab kya hoga? bohat pareshan the.</w:t>
      </w:r>
    </w:p>
    <w:p>
      <w:pPr>
        <w:jc w:val="right"/>
      </w:pPr>
      <w:r>
        <w:t>تو اس وقت وہاں پر کئی لوگ ایسے تھے جن کو کہ بہت پریشانی ہوئی کہ رسول اللہ نہیں رہے دنیا میں، اب کیا ہوگا؟ بہت پریشان تھے۔</w:t>
      </w:r>
    </w:p>
    <w:p>
      <w:r>
        <w:rPr>
          <w:b/>
        </w:rPr>
        <w:t xml:space="preserve">[1:09:23] </w:t>
      </w:r>
      <w:r>
        <w:t>to jo sab se zyada senior, most aadmi the, woh the abubakar siddiq. woh aaye,</w:t>
      </w:r>
    </w:p>
    <w:p>
      <w:pPr>
        <w:jc w:val="right"/>
      </w:pPr>
      <w:r>
        <w:t>تو جو سب سے زیادہ سینئر، موسٹ آدمی تھے، وہ تھے ابوبکر صدیق۔ وہ آئے،</w:t>
      </w:r>
    </w:p>
    <w:p>
      <w:r>
        <w:rPr>
          <w:b/>
        </w:rPr>
        <w:t xml:space="preserve">[1:09:31] </w:t>
      </w:r>
      <w:r>
        <w:t>woh us waqt madine se bahar the. jab khabar suni to aaye to rasool Allah ki jo yani jism tha, jo body tha aap ka, us par chadar logon ne phaila diya tha.</w:t>
      </w:r>
    </w:p>
    <w:p>
      <w:pPr>
        <w:jc w:val="right"/>
      </w:pPr>
      <w:r>
        <w:t>وہ اس وقت مدینے سے باہر تھے۔ جب خبر سنی تو آئے تو رسول اللہ کی جو یعنی جسم تھا، جو باڈی تھا آپ کا، اس پر چادر لوگوں نے پھیلا دیا تھا۔</w:t>
      </w:r>
    </w:p>
    <w:p>
      <w:r>
        <w:rPr>
          <w:b/>
        </w:rPr>
        <w:t xml:space="preserve">[1:09:45] </w:t>
      </w:r>
      <w:r>
        <w:t>to unhon ne chadar uthai, aap ke chehre ko dekha aur kaha: "man kan ya Muhammad fa in Muhammad qadamat, wa man kan ya Abdullah fa in Allah hayyullah ya'amud." yeh nahi ke Muhammad ke sath aage peeche bohat se lafz lagayein, woh bas saada taur par kaha unhon ne: "man kan ya Abdullah Muhammad fa in Muhammad qadamat." wahan aate the log, ya Muhammad, yeh sab bolte the.</w:t>
      </w:r>
    </w:p>
    <w:p>
      <w:pPr>
        <w:jc w:val="right"/>
      </w:pPr>
      <w:r>
        <w:t>تو انہوں نے چادر اٹھائی، آپ کے چہرے کو دیکھا اور کہا: "من کان یا محمد فان محمد قدمات، ومن کان یا عبداللہ فان اللہ حی اللہ یعمود۔" یہ نہیں کہ محمد کے ساتھ آگے پیچھے بہت سے لفظ لگائیں، وہ بس سادہ طور پر کہا انہوں نے: "من کان یا عبداللہ محمد فان محمد قدمات۔" وہاں آتے تھے لوگ، یا محمد، یہ سب بولتے تھے۔</w:t>
      </w:r>
    </w:p>
    <w:p>
      <w:r>
        <w:rPr>
          <w:b/>
        </w:rPr>
        <w:t xml:space="preserve">[1:10:15] </w:t>
      </w:r>
      <w:r>
        <w:t>dekhiye, Islam jo hai, nature par base karta hai. yeh banawati culture jo bataiye, zawal ke daur, yeh yeh musalman ke zamane mein zawal ke daur mein hai, zawal girawat ke daur mein.</w:t>
      </w:r>
    </w:p>
    <w:p>
      <w:pPr>
        <w:jc w:val="right"/>
      </w:pPr>
      <w:r>
        <w:t>دیکھیے، اسلام جو ہے، نیچر پر بیس کرتا ہے۔ یہ بناوٹی کلچر جو بتائیے، زوال کے دور، یہ یہ مسلمان کے زمانے میں زوال کے دور میں ہے، زوال گراوٹ کے دور میں۔</w:t>
      </w:r>
    </w:p>
    <w:p>
      <w:r>
        <w:rPr>
          <w:b/>
        </w:rPr>
        <w:t xml:space="preserve">[1:10:27] </w:t>
      </w:r>
      <w:r>
        <w:t>tab yeh sab banawati baatein bohat badh gayi hain. jab ummat zinda thi, tab yeh sab culture hi chalta tha, banawati culture.</w:t>
      </w:r>
    </w:p>
    <w:p>
      <w:pPr>
        <w:jc w:val="right"/>
      </w:pPr>
      <w:r>
        <w:t>تب یہ سب بناوٹی باتیں بہت بڑھ گئی ہیں۔ جب امت زندہ تھی، تب یہ سب کلچر ہی چلتا تھا، بناوٹی کلچر۔</w:t>
      </w:r>
    </w:p>
    <w:p>
      <w:r>
        <w:rPr>
          <w:b/>
        </w:rPr>
        <w:t xml:space="preserve">[1:10:39] </w:t>
      </w:r>
      <w:r>
        <w:t>to main yeh kahunga ke aaj kal ki jo zawal yafata log hain, un ko le kar mat rai qaim kijiye,</w:t>
      </w:r>
    </w:p>
    <w:p>
      <w:pPr>
        <w:jc w:val="right"/>
      </w:pPr>
      <w:r>
        <w:t>تو میں یہ کہوں گا کہ آج کل کی جو زوال یافتہ لوگ ہیں، ان کو لے کر مت رائے قائم کیجئے،</w:t>
      </w:r>
    </w:p>
    <w:p>
      <w:r>
        <w:rPr>
          <w:b/>
        </w:rPr>
        <w:t xml:space="preserve">[1:10:45] </w:t>
      </w:r>
      <w:r>
        <w:t>aap sahaba ko le kar rai qaim kijiye. sahaba ki zuban kya hoti thi?</w:t>
      </w:r>
    </w:p>
    <w:p>
      <w:pPr>
        <w:jc w:val="right"/>
      </w:pPr>
      <w:r>
        <w:t>آپ صحابہ کو لے کر رائے قائم کیجئے۔ صحابہ کی زبان کیا ہوتی تھی؟</w:t>
      </w:r>
    </w:p>
    <w:p>
      <w:r>
        <w:rPr>
          <w:b/>
        </w:rPr>
        <w:t xml:space="preserve">[1:10:54] </w:t>
      </w:r>
      <w:r>
        <w:t>aap sahaba ke bare mein kitabein padhiye, us mein aap khud hi jawab pa lenge ke wahan yeh sab banawati zuban chalti nahi thi. wahan par to main to sahaba ke ke ko model samajhta hoon, aaj kal logon ko model nahi samajhta.</w:t>
      </w:r>
    </w:p>
    <w:p>
      <w:pPr>
        <w:jc w:val="right"/>
      </w:pPr>
      <w:r>
        <w:t>آپ صحابہ کے بارے میں کتابیں پڑھیے، اس میں آپ خود ہی جواب پا لیں گے کہ وہاں یہ سب بناوٹی زبان چلتی نہیں تھی۔ وہاں پر تو میں تو صحابہ کے کے کو ماڈل سمجھتا ہوں، آج کل لوگوں کو ماڈل نہیں سمجھتا۔</w:t>
      </w:r>
    </w:p>
    <w:p>
      <w:r>
        <w:rPr>
          <w:b/>
        </w:rPr>
        <w:t xml:space="preserve">[1:11:08] </w:t>
      </w:r>
      <w:r>
        <w:t>main aaj kal ke log kya karte hain, woh mere model nahi hain. mere liye sahaba mere</w:t>
      </w:r>
    </w:p>
    <w:p>
      <w:pPr>
        <w:jc w:val="right"/>
      </w:pPr>
      <w:r>
        <w:t>میں آج کل کے لوگ کیا کرتے ہیں، وہ میرے ماڈل نہیں ہیں۔ میرے لیے صحابہ میرے</w:t>
      </w:r>
    </w:p>
    <w:p>
      <w:r>
        <w:rPr>
          <w:b/>
        </w:rPr>
        <w:t xml:space="preserve">[1:11:13] </w:t>
      </w:r>
      <w:r>
        <w:t>model hain. to aap pehle sahaba wali kitabein padhiye, phir yeh sawal kijiye.</w:t>
      </w:r>
    </w:p>
    <w:p>
      <w:pPr>
        <w:jc w:val="right"/>
      </w:pPr>
      <w:r>
        <w:t>ماڈل ہیں۔ تو آپ پہلے صحابہ والی کتابیں پڑھیے، پھر یہ سوال کیجئے۔</w:t>
      </w:r>
    </w:p>
    <w:p>
      <w:r>
        <w:rPr>
          <w:b/>
        </w:rPr>
        <w:t xml:space="preserve">[1:11:19] </w:t>
      </w:r>
      <w:r>
        <w:t>ah, maulana, agla sawal tamil nadu se hai, maulana iqbal umri ka. maulana, unhon ne talk sunne ke baad ek high high thinking ki, ah, apne understanding ke hisab se ek definition di hai.</w:t>
      </w:r>
    </w:p>
    <w:p>
      <w:pPr>
        <w:jc w:val="right"/>
      </w:pPr>
      <w:r>
        <w:t>اہ، مولانا، اگلا سوال تمل ناڈو سے ہے، مولانا اقبال عمری کا۔ مولانا، انہوں نے ٹاک سننے کے بعد ایک ہائی ہائی تھنکنگ کی، اہ، اپنے انڈرسٹینڈنگ کے حساب سے ایک ڈیفینیشن دی ہے۔</w:t>
      </w:r>
    </w:p>
    <w:p>
      <w:r>
        <w:rPr>
          <w:b/>
        </w:rPr>
        <w:t xml:space="preserve">[1:11:33] </w:t>
      </w:r>
      <w:r>
        <w:t>to woh yeh janna chahte hain ke yeh definition mein aur kya cheezein ho sak</w:t>
      </w:r>
    </w:p>
    <w:p>
      <w:pPr>
        <w:jc w:val="right"/>
      </w:pPr>
      <w:r>
        <w:t>تو وہ یہ جاننا چاہتے ہیں کہ یہ ڈیفینیشن میں اور کیا چیزیں ہو سک</w:t>
      </w:r>
    </w:p>
    <w:p>
      <w:r>
        <w:rPr>
          <w:b/>
        </w:rPr>
        <w:t xml:space="preserve">[1:11:37] </w:t>
      </w:r>
      <w:r>
        <w:t>ti hain. unhon ne likha hai: "high definition ki thinking convert material thinking into divine thinking, hate thinking into positive thinking, politic political thinking into da'wah thinking, luxury life into need based life." theek to hai?</w:t>
      </w:r>
    </w:p>
    <w:p>
      <w:pPr>
        <w:jc w:val="right"/>
      </w:pPr>
      <w:r>
        <w:t>تی ہیں۔ انہوں نے لکھا ہے: "ہائی ڈیفینیشن کی تھنکنگ کنورٹ مٹیریل تھنکنگ انٹو ڈیوائن تھنکنگ، ہیٹ تھنکنگ انٹو پازیٹیو تھنکنگ، پولیٹک پولیٹیکل تھنکنگ انٹو دعوی تھنکنگ، لگزری لائف انٹو نیڈ بیس لائف۔" ٹھیک تو ہے؟</w:t>
      </w:r>
    </w:p>
    <w:p>
      <w:r>
        <w:rPr>
          <w:b/>
        </w:rPr>
        <w:t xml:space="preserve">[1:11:55] </w:t>
      </w:r>
      <w:r>
        <w:t>ji, acha hai, mera khayal se acha hai. ji, theek hai sahib, ji bilkul theek hai. acha</w:t>
      </w:r>
    </w:p>
    <w:p>
      <w:pPr>
        <w:jc w:val="right"/>
      </w:pPr>
      <w:r>
        <w:t>جی، اچھا ہے، میرا خیال سے اچھا ہے۔ جی، ٹھیک ہے صاحب، جی بالکل ٹھیک ہے۔ اچھا</w:t>
      </w:r>
    </w:p>
    <w:p>
      <w:r>
        <w:rPr>
          <w:b/>
        </w:rPr>
        <w:t xml:space="preserve">[1:12:04] </w:t>
      </w:r>
      <w:r>
        <w:t>maulana, agla sawal delhi se hai, ah, miss s ahmad ka. unhon ne likha hai: "maulana, thanks a lot for explaining the modern consumerism and making us rethink the whole idea of shopping.</w:t>
      </w:r>
    </w:p>
    <w:p>
      <w:pPr>
        <w:jc w:val="right"/>
      </w:pPr>
      <w:r>
        <w:t>مولانا، اگلا سوال دلی سے ہے، اہ، مس ایس احمد کا۔ انہوں نے لکھا ہے: "مولانا، تھینکس ا لاٹ فار ایکسپلیننگ دا ماڈرن کنزیومرزم اینڈ میکنگ اس ری تھنک دا ہول ائیڈیا اف شاپنگ۔</w:t>
      </w:r>
    </w:p>
    <w:p>
      <w:r>
        <w:rPr>
          <w:b/>
        </w:rPr>
        <w:t xml:space="preserve">[1:12:21] </w:t>
      </w:r>
      <w:r>
        <w:t>however, i have a little doubt. my question is the fine line between need based consumerism and comfort based consumerism."</w:t>
      </w:r>
    </w:p>
    <w:p>
      <w:pPr>
        <w:jc w:val="right"/>
      </w:pPr>
      <w:r>
        <w:t>ہاؤ ایور، ائی ہیو ا لٹل ڈاؤٹ۔ مائی کوئسچن از دا فائن لائن بٹوین نیڈ بیس کنزیومرزم اینڈ کمفرٹ بیسڈ کنزیومرزم۔</w:t>
      </w:r>
    </w:p>
    <w:p>
      <w:r>
        <w:rPr>
          <w:b/>
        </w:rPr>
        <w:t xml:space="preserve">[1:12:33] </w:t>
      </w:r>
      <w:r>
        <w:t>it is disappearing so quickly that it is often, it often becomes difficult to define what is need and what is comfort, especially if parents provide the need full to children.</w:t>
      </w:r>
    </w:p>
    <w:p>
      <w:pPr>
        <w:jc w:val="right"/>
      </w:pPr>
      <w:r>
        <w:t>اٹ از ڈس اپیئرنگ سو کوئیکلی دیٹ اٹ از افن، اٹ افن بیکمز ڈیفیکلٹ ٹو ڈیفائن واٹ از نیڈ اینڈ واٹ از کمفرٹ، اسپیشلی اف پیرنٹس پرووائیڈ دا نیڈ فل ٹو چلڈرن۔</w:t>
      </w:r>
    </w:p>
    <w:p>
      <w:r>
        <w:rPr>
          <w:b/>
        </w:rPr>
        <w:t xml:space="preserve">[1:12:46] </w:t>
      </w:r>
      <w:r>
        <w:t>the children often demands or sometimes complain for extra comfort. so what should one do? how should a person plan a strategy for it?"</w:t>
      </w:r>
    </w:p>
    <w:p>
      <w:pPr>
        <w:jc w:val="right"/>
      </w:pPr>
      <w:r>
        <w:t>دا چلڈرن افن ڈیمانڈز اور سم ٹائمز کمپلین فار ایکسٹرا کمفرٹ۔ سو واٹ شوڈ ون ڈو؟ ہاؤ شوڈ ا پرسن پلان ا سٹریٹجی فار اٹ؟"</w:t>
      </w:r>
    </w:p>
    <w:p>
      <w:r>
        <w:rPr>
          <w:b/>
        </w:rPr>
        <w:t xml:space="preserve">[1:12:58] </w:t>
      </w:r>
      <w:r>
        <w:t>bhai, dekhiye, na bachche criterion hain, na parent criterion hain. jo log is mein phanse rahenge, to woh to isi mein phanse rahenge.</w:t>
      </w:r>
    </w:p>
    <w:p>
      <w:pPr>
        <w:jc w:val="right"/>
      </w:pPr>
      <w:r>
        <w:t>بھائی، دیکھیے، نہ بچے کرائٹیرین ہیں، نہ پیرنٹ کرائٹیرین ہیں۔ جو لوگ اس میں پھنسے رہیں گے، تو وہ تو اسی میں پھنسے رہیں گے۔</w:t>
      </w:r>
    </w:p>
    <w:p>
      <w:r>
        <w:rPr>
          <w:b/>
        </w:rPr>
        <w:t xml:space="preserve">[1:13:08] </w:t>
      </w:r>
      <w:r>
        <w:t>woh to kabhi in ko chhutti nahi milegi marne se pehle. main to logon se kehta hoon ke dekhiye, quran mein aaya hai ke</w:t>
      </w:r>
    </w:p>
    <w:p>
      <w:pPr>
        <w:jc w:val="right"/>
      </w:pPr>
      <w:r>
        <w:t>وہ تو کبھی ان کو چھٹی نہیں ملے گی مرنے سے پہلے۔ میں تو لوگوں سے کہتا ہوں کہ دیکھیے، قرآن میں آیا ہے کہ</w:t>
      </w:r>
    </w:p>
    <w:p>
      <w:r>
        <w:rPr>
          <w:b/>
        </w:rPr>
        <w:t xml:space="preserve">[1:13:20] </w:t>
      </w:r>
      <w:r>
        <w:t>do aayatein hain quran majeed ki. aaj kal saare log family mein phanse rehte hain. do aayatein hain, woh padhein. woh</w:t>
      </w:r>
    </w:p>
    <w:p>
      <w:pPr>
        <w:jc w:val="right"/>
      </w:pPr>
      <w:r>
        <w:t>دو آیتیں ہیں قرآن مجید کی۔ آج کل سارے لوگ فیملی میں پھنسے رہتے ہیں۔ دو آیتیں ہیں، وہ پڑھیں۔ وہ</w:t>
      </w:r>
    </w:p>
    <w:p>
      <w:r>
        <w:rPr>
          <w:b/>
        </w:rPr>
        <w:t xml:space="preserve">[1:13:27] </w:t>
      </w:r>
      <w:r>
        <w:t>ek aayat yeh hai ke jahannami log jo hain, un ke bare mein woh aayat hai: "kaan fi ahli masroorah" ke apne family mein khoob khush rehte thay.</w:t>
      </w:r>
    </w:p>
    <w:p>
      <w:pPr>
        <w:jc w:val="right"/>
      </w:pPr>
      <w:r>
        <w:t>ایک آیت یہ ہے کہ جہنمی لوگ جو ہیں، ان کے بارے میں وہ آیت ہے: "کان فی اہلی مسرورہ" کہ اپنے فیملی میں خوب خوش رہتے تھے۔</w:t>
      </w:r>
    </w:p>
    <w:p>
      <w:r>
        <w:rPr>
          <w:b/>
        </w:rPr>
        <w:t xml:space="preserve">[1:13:40] </w:t>
      </w:r>
      <w:r>
        <w:t>woh yaani family ki demand poori karna aur family ki ko khush rakhna, un ki company karna, un ke liye har item daala ke dena un ko.</w:t>
      </w:r>
    </w:p>
    <w:p>
      <w:pPr>
        <w:jc w:val="right"/>
      </w:pPr>
      <w:r>
        <w:t>وہ یعنی فیملی کی ڈیمانڈ پوری کرنا اور فیملی کی کو خوش رکھنا، ان کی کمپنی کرنا، ان کے لیے ہر آئٹم ڈالا کے دینا ان کو۔</w:t>
      </w:r>
    </w:p>
    <w:p>
      <w:r>
        <w:rPr>
          <w:b/>
        </w:rPr>
        <w:t xml:space="preserve">[1:13:51] </w:t>
      </w:r>
      <w:r>
        <w:t>to "kaan fi ahli masroorah"</w:t>
      </w:r>
    </w:p>
    <w:p>
      <w:pPr>
        <w:jc w:val="right"/>
      </w:pPr>
      <w:r>
        <w:t>تو "کان فی اہلی مسرورہ"</w:t>
      </w:r>
    </w:p>
    <w:p>
      <w:r>
        <w:rPr>
          <w:b/>
        </w:rPr>
        <w:t xml:space="preserve">[1:13:53] </w:t>
      </w:r>
      <w:r>
        <w:t>woh aadmi family mein jeeta tha, family ke mein khush kharam rehta tha. woh jahanum mein jayega, yeh jahanum ke liye hai.</w:t>
      </w:r>
    </w:p>
    <w:p>
      <w:pPr>
        <w:jc w:val="right"/>
      </w:pPr>
      <w:r>
        <w:t>وہ آدمی فیملی میں جیتا تھا، فیملی کے میں خوش خرم رہتا تھا۔ وہ جہنم میں جائے گا، یہ جہنم کے لیے ہے۔</w:t>
      </w:r>
    </w:p>
    <w:p>
      <w:r>
        <w:rPr>
          <w:b/>
        </w:rPr>
        <w:t xml:space="preserve">[1:14:03] </w:t>
      </w:r>
      <w:r>
        <w:t>aur jannat ke liye kya hai? "ana kina fi ahleena mashriqeen" mushrik maani khauf, dara hua ke jannat wale kahenge ke hum apne family mein, apne ghar mein khauf ban ke rehte thay, andesha naak ban ke rehte thay,</w:t>
      </w:r>
    </w:p>
    <w:p>
      <w:pPr>
        <w:jc w:val="right"/>
      </w:pPr>
      <w:r>
        <w:t>اور جنت کے لیے کیا ہے؟ "انا کنا فی اہلنا مشرقین" مشرک معنی خائف، ڈرا ہوا کہ جنت والے کہیں گے کہ ہم اپنے فیملی میں، اپنے گھر میں خائف بن کے رہتے تھے، اندیشہ ناک بن کے رہتے تھے،</w:t>
      </w:r>
    </w:p>
    <w:p>
      <w:r>
        <w:rPr>
          <w:b/>
        </w:rPr>
        <w:t xml:space="preserve">[1:14:23] </w:t>
      </w:r>
      <w:r>
        <w:t>allah ki pakad se dar, jahanum se dar, qayamat ki accountability se dar. is mein jeete thay hum. yeh do tasveerein hain, aap dekh lijiye.</w:t>
      </w:r>
    </w:p>
    <w:p>
      <w:pPr>
        <w:jc w:val="right"/>
      </w:pPr>
      <w:r>
        <w:t>اللہ کی پکڑ سے ڈر، جہنم سے ڈر، قیامت کی اکاؤنٹیبلٹی سے ڈر۔ اس میں جیتے تھے ہم۔ یہ دو تصویریں ہیں، آپ دیکھ لیجئے۔</w:t>
      </w:r>
    </w:p>
    <w:p>
      <w:r>
        <w:rPr>
          <w:b/>
        </w:rPr>
        <w:t xml:space="preserve">[1:14:32] </w:t>
      </w:r>
      <w:r>
        <w:t>yeh zamane ke musalmanon mein shayad hi koi ghar ho jo aap ko mile, woh is ka namoona. is sab wohi ab family mein khush hain, family ke liye saamaan la rahe hain, kama kama kar un ko de rahe hain taake woh bachche khush rahein,</w:t>
      </w:r>
    </w:p>
    <w:p>
      <w:pPr>
        <w:jc w:val="right"/>
      </w:pPr>
      <w:r>
        <w:t>یہ زمانے کے مسلمانوں میں شاید ہی کوئی گھر ہو جو آپ کو ملے، وہ اس کا نمونہ۔ اس سب وہی اب فیملی میں خوش ہیں، فیملی کے لیے سامان لا رہے ہیں، کما کما کر ان کو دے رہے ہیں تاکہ وہ بچے خوش رہیں،</w:t>
      </w:r>
    </w:p>
    <w:p>
      <w:r>
        <w:rPr>
          <w:b/>
        </w:rPr>
        <w:t xml:space="preserve">[1:14:49] </w:t>
      </w:r>
      <w:r>
        <w:t>ghar wale khush rahein, family wale khush rahein.</w:t>
      </w:r>
    </w:p>
    <w:p>
      <w:pPr>
        <w:jc w:val="right"/>
      </w:pPr>
      <w:r>
        <w:t>گھر والے خوش رہیں، فیملی والے خوش رہیں۔</w:t>
      </w:r>
    </w:p>
    <w:p>
      <w:r>
        <w:rPr>
          <w:b/>
        </w:rPr>
        <w:t xml:space="preserve">[1:14:53] </w:t>
      </w:r>
      <w:r>
        <w:t>to yeh to aap yeh rai, yaani yeh yeh mat sochein ke bachche kya kya chahte hain, parent kya chahte hain. aap dekhiye ke jannat walon ki tasveer quran mein kya hai aur jahanum walon ki tasveer quran majeed mein kya hai.</w:t>
      </w:r>
    </w:p>
    <w:p>
      <w:pPr>
        <w:jc w:val="right"/>
      </w:pPr>
      <w:r>
        <w:t>تو یہ تو آپ یہ رائے، یعنی یہ یہ مت سوچیں کہ بچے کیا کیا چاہتے ہیں، پیرنٹ کیا چاہتے ہیں۔ آپ دیکھیے کہ جنت والوں کی تصویر قرآن میں کیا ہے اور جہنم والوں کی تصویر قرآن مجید میں کیا ہے۔</w:t>
      </w:r>
    </w:p>
    <w:p>
      <w:r>
        <w:rPr>
          <w:b/>
        </w:rPr>
        <w:t xml:space="preserve">[1:15:05] </w:t>
      </w:r>
      <w:r>
        <w:t>is se faisla kijiye. maulana, un ka ek hissa question ka yeh bhi tha ke woh difference jaanna chah rahi thi ke butween fine line butween need based consumerism and comfort based consumers</w:t>
      </w:r>
    </w:p>
    <w:p>
      <w:pPr>
        <w:jc w:val="right"/>
      </w:pPr>
      <w:r>
        <w:t>اس سے فیصلہ کیجئے۔ مولانا، ان کا ایک حصہ کوئسچن کا یہ بھی تھا کہ وہ ڈیفرنس جاننا چاہ رہی تھی کہ بٹوین فائن لائن بٹوین نیڈ بیسڈ کنزیومرزم اینڈ کمفرٹ بیسڈ کنزیومرز</w:t>
      </w:r>
    </w:p>
    <w:p>
      <w:r>
        <w:rPr>
          <w:b/>
        </w:rPr>
        <w:t xml:space="preserve">[1:15:20] </w:t>
      </w:r>
      <w:r>
        <w:t>m. dekhiye, haan, is ka bahut aasaan hai. woh jo hadith sunai main ne aap ko, usi hadith samajh lijiye ke dunya mein zinda rehne ke liye jo zaroori ho, wohi need based hai.</w:t>
      </w:r>
    </w:p>
    <w:p>
      <w:pPr>
        <w:jc w:val="right"/>
      </w:pPr>
      <w:r>
        <w:t>م۔ دیکھیے، ہاں، اس کا بہت آسان ہے۔ وہ جو حدیث سنائی میں نے آپ کو، اسی حدیث سمجھ لیجئے کہ دنیا میں زندہ رہنے کے لیے جو ضروری ہو، وہی نیڈ بیسڈ ہے۔</w:t>
      </w:r>
    </w:p>
    <w:p>
      <w:r>
        <w:rPr>
          <w:b/>
        </w:rPr>
        <w:t xml:space="preserve">[1:15:35] </w:t>
      </w:r>
      <w:r>
        <w:t>aur jo jab aap aap jhoote hain, lazzat dhoondh rahe hain, aaram dhoondh rahe hain aur raunaq dhoondh rahe hain aur shandar dhoondh rahe hain, to wahan par woh consumers aa gaya,</w:t>
      </w:r>
    </w:p>
    <w:p>
      <w:pPr>
        <w:jc w:val="right"/>
      </w:pPr>
      <w:r>
        <w:t>اور جو جب آپ آپ جھوٹے ہیں، لذت ڈھونڈ رہے ہیں، آرام ڈھونڈ رہے ہیں اور رونق ڈھونڈ رہے ہیں اور شاندار ڈھونڈ رہے ہیں، تو وہاں پر وہ کنزیومرز آ گیا،</w:t>
      </w:r>
    </w:p>
    <w:p>
      <w:r>
        <w:rPr>
          <w:b/>
        </w:rPr>
        <w:t xml:space="preserve">[1:15:50] </w:t>
      </w:r>
      <w:r>
        <w:t>consumers aa gaya.</w:t>
      </w:r>
    </w:p>
    <w:p>
      <w:pPr>
        <w:jc w:val="right"/>
      </w:pPr>
      <w:r>
        <w:t>کنزیومرز آ گیا۔</w:t>
      </w:r>
    </w:p>
    <w:p>
      <w:r>
        <w:rPr>
          <w:b/>
        </w:rPr>
        <w:t xml:space="preserve">[1:15:53] </w:t>
      </w:r>
      <w:r>
        <w:t>bahut aasaan hai, bahut aasaan hai. main to dekhiye, yahan rehta hoon jahan 1983 se us waqt jo mera jo kursi thi ya jo furniture tha, wohi aaj bhi hai.</w:t>
      </w:r>
    </w:p>
    <w:p>
      <w:pPr>
        <w:jc w:val="right"/>
      </w:pPr>
      <w:r>
        <w:t>بہت آسان ہے، بہت آسان ہے۔ میں تو دیکھیے، یہاں رہتا ہوں جہاں 1983 سے اس وقت جو میرا جو کرسی تھی یا جو فرنیچر تھا، وہی آج بھی ہے۔</w:t>
      </w:r>
    </w:p>
    <w:p>
      <w:r>
        <w:rPr>
          <w:b/>
        </w:rPr>
        <w:t xml:space="preserve">[1:16:07] </w:t>
      </w:r>
      <w:r>
        <w:t>is beech mein aap colony mein ghoomiye, doosron ke haan kitni baar badal chuke honge. woh to badal zaroorat hi nahi badla. unhon ne market mein gaye, dekha ke naye qism ka sofa chataiya hai, naye qism ka kursiyan aayi hain, to woh khareed liya, pichla wala hata diya.</w:t>
      </w:r>
    </w:p>
    <w:p>
      <w:pPr>
        <w:jc w:val="right"/>
      </w:pPr>
      <w:r>
        <w:t>اس بیچ میں آپ کالونی میں گھومیے، دوسروں کے ہاں کتنی بار بدل چکے ہوں گے۔ وہ تو بدل ضرورت ہی نہیں بدلا۔ انہوں نے مارکیٹ میں گئے، دیکھا کہ نئے قسم کا صفا چٹایا ہے، نئے قسم کا کرسیاں آئی ہیں، تو وہ خرید لیا، پچھلا والا ہٹا دیا۔</w:t>
      </w:r>
    </w:p>
    <w:p>
      <w:r>
        <w:rPr>
          <w:b/>
        </w:rPr>
        <w:t xml:space="preserve">[1:16:23] </w:t>
      </w:r>
      <w:r>
        <w:t>to</w:t>
      </w:r>
    </w:p>
    <w:p>
      <w:pPr>
        <w:jc w:val="right"/>
      </w:pPr>
      <w:r>
        <w:t>تو</w:t>
      </w:r>
    </w:p>
    <w:p>
      <w:r>
        <w:rPr>
          <w:b/>
        </w:rPr>
        <w:t xml:space="preserve">[1:16:24] </w:t>
      </w:r>
      <w:r>
        <w:t>aadmi bahut aasani se samajh sakta hai ke dunya mein jeene ke liye waqai zaroorat meri kya hai, bas isi par raazi ho jaaoon.</w:t>
      </w:r>
    </w:p>
    <w:p>
      <w:pPr>
        <w:jc w:val="right"/>
      </w:pPr>
      <w:r>
        <w:t>آدمی بہت آسانی سے سمجھ سکتا ہے کہ دنیا میں جینے کے لیے واقعی ضرورت میری کیا ہے، بس اسی پر راضی ہو جاؤں۔</w:t>
      </w:r>
    </w:p>
    <w:p>
      <w:r>
        <w:rPr>
          <w:b/>
        </w:rPr>
        <w:t xml:space="preserve">[1:16:33] </w:t>
      </w:r>
      <w:r>
        <w:t>aur doosri ke shauq ke liye aur khwahish ke liye, lazzat ke liye, raunaq ke liye, logon ko khush karne ke liye</w:t>
      </w:r>
    </w:p>
    <w:p>
      <w:pPr>
        <w:jc w:val="right"/>
      </w:pPr>
      <w:r>
        <w:t>اور دوسری کہ شوق کے لیے اور خواہش کے لیے، لذت کے لیے، رونق کے لیے، لوگوں کو خوش کرنے کے لیے</w:t>
      </w:r>
    </w:p>
    <w:p>
      <w:r>
        <w:rPr>
          <w:b/>
        </w:rPr>
        <w:t xml:space="preserve">[1:16:45] </w:t>
      </w:r>
      <w:r>
        <w:t>zyadatar is liye hota hai. yeh yeh social status ka maamla hota hai ke log kya kahenge.</w:t>
      </w:r>
    </w:p>
    <w:p>
      <w:pPr>
        <w:jc w:val="right"/>
      </w:pPr>
      <w:r>
        <w:t>زیادہ تر اس لیے ہوتا ہے۔ یہ یہ سوشل اسٹیٹس کا معاملہ ہوتا ہے کہ لوگ کیا کہیں گے۔</w:t>
      </w:r>
    </w:p>
    <w:p>
      <w:r>
        <w:rPr>
          <w:b/>
        </w:rPr>
        <w:t xml:space="preserve">[1:16:51] </w:t>
      </w:r>
      <w:r>
        <w:t>social status ke aap aap chhoti gaadi mein baithte hain, doosra wala padosi badi gaadi mein baithta hai, to aap ko lagta hai ke mera darja ghat gaya.</w:t>
      </w:r>
    </w:p>
    <w:p>
      <w:pPr>
        <w:jc w:val="right"/>
      </w:pPr>
      <w:r>
        <w:t>سوشل اسٹیٹس کہ آپ آپ چھوٹی گاڑی میں بیٹھتے ہیں، دوسرا والا پڑوسی بڑی گاڑی میں بیٹھتا ہے، تو آپ کو لگتا ہے کہ میرا درجہ گھٹ گیا۔</w:t>
      </w:r>
    </w:p>
    <w:p>
      <w:r>
        <w:rPr>
          <w:b/>
        </w:rPr>
        <w:t xml:space="preserve">[1:17:01] </w:t>
      </w:r>
      <w:r>
        <w:t>aap flat mein rehte hain, doosra kothi mein rehta hai, to aap samajhte hain mera darja ghat gaya. aap ke kamre mein sirf mamooli kursiyan hain, us ke sofa set hai, to aap samajhte hain mera darja ghat gaya.</w:t>
      </w:r>
    </w:p>
    <w:p>
      <w:pPr>
        <w:jc w:val="right"/>
      </w:pPr>
      <w:r>
        <w:t>آپ فلیٹ میں رہتے ہیں، دوسرا کوٹھی میں رہتا ہے، تو آپ سمجھتے ہیں میرا درجہ گھٹ گیا۔ آپ کے کمرے میں صرف معمولی کرسیاں ہیں، اس کے صفا سیٹ ہے، تو آپ سمجھتے ہیں میرا درجہ گھٹ گیا۔</w:t>
      </w:r>
    </w:p>
    <w:p>
      <w:r>
        <w:rPr>
          <w:b/>
        </w:rPr>
        <w:t xml:space="preserve">[1:17:14] </w:t>
      </w:r>
      <w:r>
        <w:t>to social status jo hai, woh logon ke zehan mein basa hua rehta hai, bachon ke zehan mein aur parent ke zehan mein. yeh sab jahili soch hai, jahili.</w:t>
      </w:r>
    </w:p>
    <w:p>
      <w:pPr>
        <w:jc w:val="right"/>
      </w:pPr>
      <w:r>
        <w:t>تو سوشل اسٹیٹس جو ہے، وہ لوگوں کے ذہن میں بسا ہوا رہتا ہے، بچوں کے ذہن میں اور پیرنٹ کے ذہن میں۔ یہ سب جاہلی سوچ ہے، جاہلی۔</w:t>
      </w:r>
    </w:p>
    <w:p>
      <w:r>
        <w:rPr>
          <w:b/>
        </w:rPr>
        <w:t xml:space="preserve">[1:17:23] </w:t>
      </w:r>
      <w:r>
        <w:t>bas zindagi guzarne ke liye jo zaroori cheez hai, woh har aadmi samajh sakta hai bohat aasani se. bas isi par raazi ho jaiye.</w:t>
      </w:r>
    </w:p>
    <w:p>
      <w:pPr>
        <w:jc w:val="right"/>
      </w:pPr>
      <w:r>
        <w:t>بس زندگی گزارنے کے لیے جو ضروری چیز ہے، وہ ہر آدمی سمجھ سکتا ہے بہت آسانی سے۔ بس اسی پر راضی ہو جائیے۔</w:t>
      </w:r>
    </w:p>
    <w:p>
      <w:r>
        <w:rPr>
          <w:b/>
        </w:rPr>
        <w:t xml:space="preserve">[1:17:32] </w:t>
      </w:r>
      <w:r>
        <w:t>maulana, agla sawal dilli se hai, shail sahib ka. unhone sawal kiya hai: "what is wisdom and intellect?"</w:t>
      </w:r>
    </w:p>
    <w:p>
      <w:pPr>
        <w:jc w:val="right"/>
      </w:pPr>
      <w:r>
        <w:t>مولانا، اگلا سوال دلی سے ہے، شایل صاحب کا۔ انہوں نے سوال کیا ہے: "واٹ از وزڈم اینڈ انٹلیکٹ؟"</w:t>
      </w:r>
    </w:p>
    <w:p>
      <w:r>
        <w:rPr>
          <w:b/>
        </w:rPr>
        <w:t xml:space="preserve">[1:17:47] </w:t>
      </w:r>
      <w:r>
        <w:t>ab intellect ka matlab to hota hai zehanat, wisdom ka matlab hota hai hikmat.</w:t>
      </w:r>
    </w:p>
    <w:p>
      <w:pPr>
        <w:jc w:val="right"/>
      </w:pPr>
      <w:r>
        <w:t>اب انٹلیکٹ کا مطلب تو ہوتا ہے ذہانت، وزڈم کا مطلب ہوتا ہے حکمت۔</w:t>
      </w:r>
    </w:p>
    <w:p>
      <w:r>
        <w:rPr>
          <w:b/>
        </w:rPr>
        <w:t xml:space="preserve">[1:17:53] </w:t>
      </w:r>
      <w:r>
        <w:t>to wisdom to intellect se nikalti hai, yaani intellect jo hai, woh is is se wisdom haasil hoti hai.</w:t>
      </w:r>
    </w:p>
    <w:p>
      <w:pPr>
        <w:jc w:val="right"/>
      </w:pPr>
      <w:r>
        <w:t>تو وزڈم تو انٹلیکٹ سے نکلتی ہے، یعنی انٹلیکٹ جو ہے، وہ اس اس سے وزڈم حاصل ہوتی ہے۔</w:t>
      </w:r>
    </w:p>
    <w:p>
      <w:r>
        <w:rPr>
          <w:b/>
        </w:rPr>
        <w:t xml:space="preserve">[1:18:03] </w:t>
      </w:r>
      <w:r>
        <w:t>aur intellect to salahiyat ka naam hai. zehanat aap ka aap ke andar hai, to aap ke andar woh salahiyat maujood hai. to intellect jo hai, woh salahiyat ko bata rahi hai aur wisdom nateejay ko bata rahi hai.</w:t>
      </w:r>
    </w:p>
    <w:p>
      <w:pPr>
        <w:jc w:val="right"/>
      </w:pPr>
      <w:r>
        <w:t>اور انٹلیکٹ تو صلاحیت کا نام ہے۔ ذہانت آپ کا آپ کے اندر ہے، تو آپ کے اندر وہ صلاحیت موجود ہے۔ تو انٹلیکٹ جو ہے، وہ صلاحیت کو بتا رہی ہے اور وزڈم نتیجے کو بتا رہی ہے۔</w:t>
      </w:r>
    </w:p>
    <w:p>
      <w:r>
        <w:rPr>
          <w:b/>
        </w:rPr>
        <w:t xml:space="preserve">[1:18:17] </w:t>
      </w:r>
      <w:r>
        <w:t>yeh main samajhta hoon. phir ab theek hai ji.</w:t>
      </w:r>
    </w:p>
    <w:p>
      <w:pPr>
        <w:jc w:val="right"/>
      </w:pPr>
      <w:r>
        <w:t>یہ میں سمجھتا ہوں۔ پھر اب ٹھیک ہے جی۔</w:t>
      </w:r>
    </w:p>
    <w:p>
      <w:r>
        <w:rPr>
          <w:b/>
        </w:rPr>
        <w:t xml:space="preserve">[1:18:21] </w:t>
      </w:r>
      <w:r>
        <w:t>maulana, unka ek aur sawal hai. unhone likha hai: "i can see here in the hall lots of consumerism like apple laptop, desktop and android mobile phones, etcetera.</w:t>
      </w:r>
    </w:p>
    <w:p>
      <w:pPr>
        <w:jc w:val="right"/>
      </w:pPr>
      <w:r>
        <w:t>مولانا، ان کا ایک اور سوال ہے۔ انہوں نے لکھا ہے: "آئی کین سی ہیئر ان دا ہال لاٹس اف کنزیومرزم لائک ایپل لیپ ٹاپ، ڈیسک ٹاپ اینڈ اینڈرائیڈ موبائل فونز، ایٹسیٹرا۔</w:t>
      </w:r>
    </w:p>
    <w:p>
      <w:r>
        <w:rPr>
          <w:b/>
        </w:rPr>
        <w:t xml:space="preserve">[1:18:34] </w:t>
      </w:r>
      <w:r>
        <w:t>they all are in front of your eyes. what is your opinion?" is mani mein aap ne meri baat samjhi nahi, aap ne suna bhi nahi meri baat ko. shayad aap apne mani mein jee rahe the, aap yahan nahi the, yahan par yahan nahi the.</w:t>
      </w:r>
    </w:p>
    <w:p>
      <w:pPr>
        <w:jc w:val="right"/>
      </w:pPr>
      <w:r>
        <w:t>دے ال آر ان فرنٹ اف یور آئیز۔ واٹ از یور اوپینین؟" اس معنی میں آپ نے میری بات سمجھی نہیں، آپ نے سنا بھی نہیں میری بات کو۔ شاید آپ اپنے معنی میں جی رہے تھے، آپ یہاں نہیں تھے، یہاں پر یہاں نہیں تھے۔</w:t>
      </w:r>
    </w:p>
    <w:p>
      <w:r>
        <w:rPr>
          <w:b/>
        </w:rPr>
        <w:t xml:space="preserve">[1:18:48] </w:t>
      </w:r>
      <w:r>
        <w:t>aap aap</w:t>
      </w:r>
    </w:p>
    <w:p>
      <w:pPr>
        <w:jc w:val="right"/>
      </w:pPr>
      <w:r>
        <w:t>آپ آپ</w:t>
      </w:r>
    </w:p>
    <w:p>
      <w:r>
        <w:rPr>
          <w:b/>
        </w:rPr>
        <w:t xml:space="preserve">[1:18:50] </w:t>
      </w:r>
      <w:r>
        <w:t>is se pehle jahan the, wahin abhi bhi wahin the. aap dekhiye, hamein hum ek commission chala rahe hain, ek global mission, international mission.</w:t>
      </w:r>
    </w:p>
    <w:p>
      <w:pPr>
        <w:jc w:val="right"/>
      </w:pPr>
      <w:r>
        <w:t>اس سے پہلے جہاں تھے، وہیں ابھی بھی وہیں تھے۔ آپ دیکھیے، ہمیں ہم ایک کمیشن چلا رہے ہیں، ایک گلوبل مشن، انٹرنیشنل مشن۔</w:t>
      </w:r>
    </w:p>
    <w:p>
      <w:r>
        <w:rPr>
          <w:b/>
        </w:rPr>
        <w:t xml:space="preserve">[1:19:00] </w:t>
      </w:r>
      <w:r>
        <w:t>apni baat ko saare duniya mein pahunchana hai, to aap kaise pahunchayenge? yahan jitni cheezein aap dekhenge, sab zaroorat ki cheezein hain. yaani global modern communication jeete hain hum.</w:t>
      </w:r>
    </w:p>
    <w:p>
      <w:pPr>
        <w:jc w:val="right"/>
      </w:pPr>
      <w:r>
        <w:t>اپنی بات کو سارے دنیا میں پہنچانا ہے، تو آپ کیسے پہنچائیں گے؟ یہاں جتنی چیزیں آپ دیکھیں گے، سب ضرورت کی چیزیں ہیں۔ یعنی گلوبل ماڈرن کمیونیکیشن جیتے ہیں ہم۔</w:t>
      </w:r>
    </w:p>
    <w:p>
      <w:r>
        <w:rPr>
          <w:b/>
        </w:rPr>
        <w:t xml:space="preserve">[1:19:13] </w:t>
      </w:r>
      <w:r>
        <w:t>hamein ek global mission hum chala rahe hain, to kaise chalayenge? bataiye, is ke baghair chalayenge aap?</w:t>
      </w:r>
    </w:p>
    <w:p>
      <w:pPr>
        <w:jc w:val="right"/>
      </w:pPr>
      <w:r>
        <w:t>ہمیں ایک گلوبل مشن ہم چلا رہے ہیں، تو کیسے چلائیں گے؟ بتائیے، اس کے بغیر چلائیں گے آپ؟</w:t>
      </w:r>
    </w:p>
    <w:p>
      <w:r>
        <w:rPr>
          <w:b/>
        </w:rPr>
        <w:t xml:space="preserve">[1:19:19] </w:t>
      </w:r>
      <w:r>
        <w:t>to ek cheez hoti hai, yaani apni shauk ko poora karna, apni khwahish ko poora karna, apni shaan o shaukat ko poora karna, woh ek alag cheez hai.</w:t>
      </w:r>
    </w:p>
    <w:p>
      <w:pPr>
        <w:jc w:val="right"/>
      </w:pPr>
      <w:r>
        <w:t>تو ایک چیز ہوتی ہے، یعنی اپنی شوق کو پورا کرنا، اپنی خواہش کو پورا کرنا، اپنی شان و شوکت کو پورا کرنا، وہ ایک الگ چیز ہے۔</w:t>
      </w:r>
    </w:p>
    <w:p>
      <w:r>
        <w:rPr>
          <w:b/>
        </w:rPr>
        <w:t xml:space="preserve">[1:19:30] </w:t>
      </w:r>
      <w:r>
        <w:t>yeh to bilkul zaroorat ki cheezein hain. yeh mission ke aitbaar se dekhiye, is ko mission ke aitbaar se. mere khayal se aap yahan tashreef rakhte honge, lekin aap maujood nahi yahan par hain.</w:t>
      </w:r>
    </w:p>
    <w:p>
      <w:pPr>
        <w:jc w:val="right"/>
      </w:pPr>
      <w:r>
        <w:t>یہ تو بالکل ضرورت کی چیزیں ہیں۔ یہ مشن کے اعتبار سے دیکھیے، اس کو مشن کے اعتبار سے۔ میرے خیال سے آپ یہاں تشریف رکھتے ہوں گے، لیکن آپ موجود نہیں یہاں پر ہیں۔</w:t>
      </w:r>
    </w:p>
    <w:p>
      <w:r>
        <w:rPr>
          <w:b/>
        </w:rPr>
        <w:t xml:space="preserve">[1:19:44] </w:t>
      </w:r>
      <w:r>
        <w:t>meri baaton ko suna nahi aap ne.</w:t>
      </w:r>
    </w:p>
    <w:p>
      <w:pPr>
        <w:jc w:val="right"/>
      </w:pPr>
      <w:r>
        <w:t>میری باتوں کو سنا نہیں آپ نے۔</w:t>
      </w:r>
    </w:p>
    <w:p>
      <w:r>
        <w:rPr>
          <w:b/>
        </w:rPr>
        <w:t xml:space="preserve">[1:19:49] </w:t>
      </w:r>
      <w:r>
        <w:t>ek fard woh hai jo bas kahin kamre mein jee raha hai, uska maamla alag hai. lekin jo jo man of mission hai, uske maamlaat alag hote hain. man of mission ki zaroorat hai ke is waqt telephone ho, uske paas computer ho, uske paas laptop ho taake saari duniya mein apni baat ko pahuncha sake.</w:t>
      </w:r>
    </w:p>
    <w:p>
      <w:pPr>
        <w:jc w:val="right"/>
      </w:pPr>
      <w:r>
        <w:t>ایک فرد وہ ہے جو بس کہیں کمرے میں جی رہا ہے، اس کا معاملہ الگ ہے۔ لیکن جو جو مین اف مشن ہے، اس کے معاملات الگ ہوتے ہیں۔ مین اف مشن کی ضرورت ہے کہ اس وقت ٹیلی فون ہو، اس کے پاس کمپیوٹر ہو، اس کے پاس لیپ ٹاپ ہو تاکہ ساری دنیا میں اپنی بات کو پہنچا سکے۔</w:t>
      </w:r>
    </w:p>
    <w:p>
      <w:r>
        <w:rPr>
          <w:b/>
        </w:rPr>
        <w:t xml:space="preserve">[1:20:06] </w:t>
      </w:r>
      <w:r>
        <w:t>woh to aap aap is aitbaar se dekhiye ke meri personal life ko aap dekhiye, mere kamre mein ke main kaise rehta hoon.</w:t>
      </w:r>
    </w:p>
    <w:p>
      <w:pPr>
        <w:jc w:val="right"/>
      </w:pPr>
      <w:r>
        <w:t>وہ تو آپ آپ اس اعتبار سے دیکھیے کہ میری پرسنل لائف کو آپ دیکھیے، میرے کمرے میں کہ میں کیسے رہتا ہوں۔</w:t>
      </w:r>
    </w:p>
    <w:p>
      <w:r>
        <w:rPr>
          <w:b/>
        </w:rPr>
        <w:t xml:space="preserve">[1:20:17] </w:t>
      </w:r>
      <w:r>
        <w:t>mission ke aitbaar se main kya kar raha hoon, is ko is is se mat naapiye. aap meri jo personal life hai ke main kapda kaisa hai, meri kursi kaisi hai, mera khana kaisa hai, woh ek alag cheez hai.</w:t>
      </w:r>
    </w:p>
    <w:p>
      <w:pPr>
        <w:jc w:val="right"/>
      </w:pPr>
      <w:r>
        <w:t>مشن کے اعتبار سے میں کیا کر رہا ہوں، اس کو اس کو اسے مت ناپیے۔ آپ میری جو پرسنل لائف ہے کہ میں کپڑا کیسا ہے، میری کرسی کیسی ہے، میرا کھانا کیسا ہے، وہ ایک الگ چیز ہے۔</w:t>
      </w:r>
    </w:p>
    <w:p>
      <w:r>
        <w:rPr>
          <w:b/>
        </w:rPr>
        <w:t xml:space="preserve">[1:20:31] </w:t>
      </w:r>
      <w:r>
        <w:t>is ko alag kar ke dekhiye. aur doosri ke mission ko chalane ke liye main kya kar raha hoon, woh ek alag cheez hai. ya to mission ko aap band kar dein.</w:t>
      </w:r>
    </w:p>
    <w:p>
      <w:pPr>
        <w:jc w:val="right"/>
      </w:pPr>
      <w:r>
        <w:t>اس کو الگ کر کے دیکھیے۔ اور دوسری کہ مشن کو چلانے کے لیے میں کیا کر رہا ہوں، وہ ایک الگ چیز ہے۔ یا تو مشن کو آپ بند کر دیں۔</w:t>
      </w:r>
    </w:p>
    <w:p>
      <w:r>
        <w:rPr>
          <w:b/>
        </w:rPr>
        <w:t xml:space="preserve">[1:20:41] </w:t>
      </w:r>
      <w:r>
        <w:t>yeh age jo hai, yeh is mein is age mein hum ko apni baat ko saari duniya tak pahunchana hai, to kaise pahunchayen? bataiye, most modern technique jo hai, woh hum istemaal karenge is ko kyunke woh hamare man ambition ki zaroorat hai.</w:t>
      </w:r>
    </w:p>
    <w:p>
      <w:pPr>
        <w:jc w:val="right"/>
      </w:pPr>
      <w:r>
        <w:t>یہ ایج جو ہے، یہ اس میں اس ایج میں ہم کو اپنی بات کو ساری دنیا تک پہنچانا ہے، تو کیسے پہنچائیں؟ بتائیے، موسٹ ماڈرن ٹیکنیک جو ہے، وہ ہم استعمال کریں گے اس کو کیونکہ وہ ہمارے مین ایمبیشن کی ضرورت ہے۔</w:t>
      </w:r>
    </w:p>
    <w:p>
      <w:r>
        <w:rPr>
          <w:b/>
        </w:rPr>
        <w:t xml:space="preserve">[1:20:56] </w:t>
      </w:r>
      <w:r>
        <w:t>woh</w:t>
      </w:r>
    </w:p>
    <w:p>
      <w:pPr>
        <w:jc w:val="right"/>
      </w:pPr>
      <w:r>
        <w:t>وہ</w:t>
      </w:r>
    </w:p>
    <w:p>
      <w:r>
        <w:rPr>
          <w:b/>
        </w:rPr>
        <w:t xml:space="preserve">[1:20:59] </w:t>
      </w:r>
      <w:r>
        <w:t>aap ise phir se sochiye to aap yeh baat aap ko clear ho jayegi. maulana, agla sawal dilli se hai, miss naghma siddiqui ka</w:t>
      </w:r>
    </w:p>
    <w:p>
      <w:pPr>
        <w:jc w:val="right"/>
      </w:pPr>
      <w:r>
        <w:t>آپ اسے پھر سے سوچیے تو آپ یہ بات آپ کو کلیئر ہو جائے گی۔ مولانا، اگلا سوال دلی سے ہے، مس نغمہ صدیقی کا</w:t>
      </w:r>
    </w:p>
    <w:p>
      <w:r>
        <w:rPr>
          <w:b/>
        </w:rPr>
        <w:t xml:space="preserve">[1:21:10] </w:t>
      </w:r>
      <w:r>
        <w:t>. unhone aapse poocha hai: "contentment is the door to shukr. can you please elaborate on this?" sahi hai, contentment se aap destruction se bach jaate hain.</w:t>
      </w:r>
    </w:p>
    <w:p>
      <w:pPr>
        <w:jc w:val="right"/>
      </w:pPr>
      <w:r>
        <w:t>۔ انہوں نے آپ سے پوچھا ہے: "کنٹینٹمنٹ از دا ڈور ٹو شکر۔ کین یو پلیز ایلیبوریٹ ان دس؟" صحیح ہے، کنٹینٹمنٹ سے آپ ڈسٹرکشن سے بچ جاتے ہیں۔</w:t>
      </w:r>
    </w:p>
    <w:p>
      <w:r>
        <w:rPr>
          <w:b/>
        </w:rPr>
        <w:t xml:space="preserve">[1:21:25] </w:t>
      </w:r>
      <w:r>
        <w:t>besk baat hai distrakshan. distrakshan agar aap containment ka tareeqa na ikhtiyar karein to kya hoga?</w:t>
      </w:r>
    </w:p>
    <w:p>
      <w:pPr>
        <w:jc w:val="right"/>
      </w:pPr>
      <w:r>
        <w:t>بیسک بات ہے ڈسٹرکشن۔ ڈسٹرکشن اگر آپ کنٹینٹمنٹ کا طریقہ نہ اختیار کریں تو کیا ہوگا؟</w:t>
      </w:r>
    </w:p>
    <w:p>
      <w:r>
        <w:rPr>
          <w:b/>
        </w:rPr>
        <w:t xml:space="preserve">[1:21:36] </w:t>
      </w:r>
      <w:r>
        <w:t>shauq ke peeche daudeinge, khwahish ke peeche daudeinge, numaish ke peeche daudeinge, fashion ke peeche daudeinge. to kya hai?</w:t>
      </w:r>
    </w:p>
    <w:p>
      <w:pPr>
        <w:jc w:val="right"/>
      </w:pPr>
      <w:r>
        <w:t>شوق کے پیچھے دوڑیں گے، خواہش کے پیچھے دوڑیں گے، نمائش کے پیچھے دوڑیں گے، فیشن کے پیچھے دوڑیں گے۔ تو کیا ہے؟</w:t>
      </w:r>
    </w:p>
    <w:p>
      <w:r>
        <w:rPr>
          <w:b/>
        </w:rPr>
        <w:t xml:space="preserve">[1:21:46] </w:t>
      </w:r>
      <w:r>
        <w:t>distract hote rahenge. jab distract hote rahenge to Allah ke bare mein sochne ka sochne ka waqt hi aap ke paas nahi hoga. jab aap Allah ke liye sochenge, tab to shukr aayega.</w:t>
      </w:r>
    </w:p>
    <w:p>
      <w:pPr>
        <w:jc w:val="right"/>
      </w:pPr>
      <w:r>
        <w:t>ڈسٹرکٹ ہوتے رہیں گے۔ جب ڈسٹرکٹ ہوتے رہیں گے تو اللہ کے بارے میں سوچنے کا سوچنے کا وقت ہی آپ کے پاس نہیں ہوگا۔ جب آپ اللہ کے لیے سوچیں گے، تب تو شکر آئے گا۔</w:t>
      </w:r>
    </w:p>
    <w:p>
      <w:r>
        <w:rPr>
          <w:b/>
        </w:rPr>
        <w:t xml:space="preserve">[1:21:56] </w:t>
      </w:r>
      <w:r>
        <w:t>nahi to shukr aayega kaise? shukr jo hai, ek deep thinking se aata hai.</w:t>
      </w:r>
    </w:p>
    <w:p>
      <w:pPr>
        <w:jc w:val="right"/>
      </w:pPr>
      <w:r>
        <w:t>نہیں تو شکر آئے گا کیسے؟ شکر جو ہے، ایک ڈیپ تھنکنگ سے آتا ہے۔</w:t>
      </w:r>
    </w:p>
    <w:p>
      <w:r>
        <w:rPr>
          <w:b/>
        </w:rPr>
        <w:t xml:space="preserve">[1:22:02] </w:t>
      </w:r>
      <w:r>
        <w:t>shukr yeh nahi ke lip service karte hue kuch bol dein. aap Khuda tera shukr hai, yeh shukr nahi hai. shukr yeh hai ke aap deep thinking karein.</w:t>
      </w:r>
    </w:p>
    <w:p>
      <w:pPr>
        <w:jc w:val="right"/>
      </w:pPr>
      <w:r>
        <w:t>شکر یہ نہیں کہ لپ سروس کرتے ہوئے کچھ بول دیں۔ آپ خدا تیرا شکر ہے، یہ شکر نہیں ہے۔ شکر یہ ہے کہ آپ ڈیپ تھنکنگ کریں۔</w:t>
      </w:r>
    </w:p>
    <w:p>
      <w:r>
        <w:rPr>
          <w:b/>
        </w:rPr>
        <w:t xml:space="preserve">[1:22:11] </w:t>
      </w:r>
      <w:r>
        <w:t>aap ko ek discovery ho, us discovery aap ke munh se nikal pade. to us ke liye zaroori hai ke aap logon ko distraction se bachayein, warna warna shukr koi lip service hogi, haqeeqi shukr nahi hoga.</w:t>
      </w:r>
    </w:p>
    <w:p>
      <w:pPr>
        <w:jc w:val="right"/>
      </w:pPr>
      <w:r>
        <w:t>آپ کو ایک ڈسکوری ہو، اس ڈسکوری آپ کے منہ سے نکل پڑے۔ تو اس کے لیے ضروری ہے کہ آپ لوگوں کو ڈسٹرکشن سے بچائیں، ورنہ ورنہ شکر کوئی لپ سروس ہوگی، حقیقی شکر نہیں ہوگا۔</w:t>
      </w:r>
    </w:p>
    <w:p>
      <w:r>
        <w:rPr>
          <w:b/>
        </w:rPr>
        <w:t xml:space="preserve">[1:22:30] </w:t>
      </w:r>
      <w:r>
        <w:t>Maulana, agla sawal Delhi se hai, Kausar Ali Sahab ka. unhone likha hai: "Is Shaitan the only one. If he is the only one, then how he is controlling the whole human being?" is ke bare mein nahi hai.</w:t>
      </w:r>
    </w:p>
    <w:p>
      <w:pPr>
        <w:jc w:val="right"/>
      </w:pPr>
      <w:r>
        <w:t>مولانا، اگلا سوال دلی سے ہے، کوثر علی صاحب کا۔ انہوں نے لکھا ہے: "اس شیطان دی اونلی ون۔ اف ہی از دی اونلی ون، دین ہاؤ ہی از کنٹرولنگ دا ہول ہیومن بینگ؟" اس کے بارے میں نہیں ہے۔</w:t>
      </w:r>
    </w:p>
    <w:p>
      <w:r>
        <w:rPr>
          <w:b/>
        </w:rPr>
        <w:t xml:space="preserve">[1:22:45] </w:t>
      </w:r>
      <w:r>
        <w:t>Shaitan ek nahi hai. jis cheez ko hum Shaitan ya Iblees kehte hain, woh haqeeqat mein jinnaat hain. woh log woh log jinnaat se talluq rakhte hain, jin se.</w:t>
      </w:r>
    </w:p>
    <w:p>
      <w:pPr>
        <w:jc w:val="right"/>
      </w:pPr>
      <w:r>
        <w:t>شیطان ایک نہیں ہے۔ جس چیز کو ہم شیطان یا ابلیس کہتے ہیں، وہ حقیقت میں جنات ہیں۔ وہ لوگ وہ لوگ جنات سے تعلق رکھتے ہیں، جن سے۔</w:t>
      </w:r>
    </w:p>
    <w:p>
      <w:r>
        <w:rPr>
          <w:b/>
        </w:rPr>
        <w:t xml:space="preserve">[1:22:57] </w:t>
      </w:r>
      <w:r>
        <w:t>to jinno ke sardar tha Iblees.</w:t>
      </w:r>
    </w:p>
    <w:p>
      <w:pPr>
        <w:jc w:val="right"/>
      </w:pPr>
      <w:r>
        <w:t>تو جنوں کے سردار تھا ابلیس۔</w:t>
      </w:r>
    </w:p>
    <w:p>
      <w:r>
        <w:rPr>
          <w:b/>
        </w:rPr>
        <w:t xml:space="preserve">[1:23:00] </w:t>
      </w:r>
      <w:r>
        <w:t>aisa nahi ke bas ek hi insan hai, in ke to bohat sare log hain. jinnaat ki ek poori ek qaum hai. aur Iblees jo Quran majeed mein hai, woh to sirf is ka sardar tha, bas.</w:t>
      </w:r>
    </w:p>
    <w:p>
      <w:pPr>
        <w:jc w:val="right"/>
      </w:pPr>
      <w:r>
        <w:t>ایسا نہیں کہ بس ایک ہی انسان ہے، ان کے تو بہت سارے لوگ ہیں۔ جناتوں کی ایک پوری ایک قوم ہے۔ اور ابلیس جو قرآن مجید میں ہے، وہ تو صرف اس کا سردار تھا، بس۔</w:t>
      </w:r>
    </w:p>
    <w:p>
      <w:r>
        <w:rPr>
          <w:b/>
        </w:rPr>
        <w:t xml:space="preserve">[1:23:16] </w:t>
      </w:r>
      <w:r>
        <w:t>to aisa nahi hai.</w:t>
      </w:r>
    </w:p>
    <w:p>
      <w:pPr>
        <w:jc w:val="right"/>
      </w:pPr>
      <w:r>
        <w:t>تو ایسا نہیں ہے۔</w:t>
      </w:r>
    </w:p>
    <w:p>
      <w:r>
        <w:rPr>
          <w:b/>
        </w:rPr>
        <w:t xml:space="preserve">[1:23:22] </w:t>
      </w:r>
      <w:r>
        <w:t>Maulana, agla sawal Roorkee se hai, Sajid Anwar Sahab ka.</w:t>
      </w:r>
    </w:p>
    <w:p>
      <w:pPr>
        <w:jc w:val="right"/>
      </w:pPr>
      <w:r>
        <w:t>مولانا، اگلا سوال رڑکی سے ہے، ساجد انور صاحب کا۔</w:t>
      </w:r>
    </w:p>
    <w:p>
      <w:r>
        <w:rPr>
          <w:b/>
        </w:rPr>
        <w:t xml:space="preserve">[1:23:27] </w:t>
      </w:r>
      <w:r>
        <w:t>unhone likha hai: "Maulana, while doing dawah work with a person, sometimes we do not get a positive response.</w:t>
      </w:r>
    </w:p>
    <w:p>
      <w:pPr>
        <w:jc w:val="right"/>
      </w:pPr>
      <w:r>
        <w:t>انہوں نے لکھا ہے: "مولانا، وائل ڈوئنگ دعویٰ ورک ود ا پرسن، سم ٹائمز وی ڈو ناٹ گیٹ ا پوزیٹیو رسپانس۔</w:t>
      </w:r>
    </w:p>
    <w:p>
      <w:r>
        <w:rPr>
          <w:b/>
        </w:rPr>
        <w:t xml:space="preserve">[1:23:37] </w:t>
      </w:r>
      <w:r>
        <w:t>How do we know that the limit of dawah has reach to the end, and we stop doing dawah work on that person?" dekhiye, hamara two point formula hai.</w:t>
      </w:r>
    </w:p>
    <w:p>
      <w:pPr>
        <w:jc w:val="right"/>
      </w:pPr>
      <w:r>
        <w:t>ہاؤ ڈو وی نو دیٹ دا لمٹ اف دعویٰ ہیز ریچ ٹو دی اینڈ، اینڈ وی سٹاپ ڈوئنگ دعویٰ ورک ان دیٹ پرسن؟" دیکھیے، ہمارا ٹو پوائنٹ فارمولا ہے۔</w:t>
      </w:r>
    </w:p>
    <w:p>
      <w:r>
        <w:rPr>
          <w:b/>
        </w:rPr>
        <w:t xml:space="preserve">[1:23:50] </w:t>
      </w:r>
      <w:r>
        <w:t>ek hai pahunchana, pahunchana.</w:t>
      </w:r>
    </w:p>
    <w:p>
      <w:pPr>
        <w:jc w:val="right"/>
      </w:pPr>
      <w:r>
        <w:t>ایک ہے پہنچانا، پہنچانا۔</w:t>
      </w:r>
    </w:p>
    <w:p>
      <w:r>
        <w:rPr>
          <w:b/>
        </w:rPr>
        <w:t xml:space="preserve">[1:23:55] </w:t>
      </w:r>
      <w:r>
        <w:t>to pahunchana to sab tak hai. koi aadmi yeh na keh sake ke mujh ko nahi pahuncha. misaal ke taur par Quran ka jo translation hai, kisi ko aap ne de diya to aap ne pahuncha diya.</w:t>
      </w:r>
    </w:p>
    <w:p>
      <w:pPr>
        <w:jc w:val="right"/>
      </w:pPr>
      <w:r>
        <w:t>تو پہنچانا تو سب تک ہے۔ کوئی آدمی یہ نہ کہہ سکے کہ مجھ کو نہیں پہنچا۔ مثلاً قرآن کا جو ٹرانسلیشن ہے، کسی کو آپ نے دے دیا تو آپ نے پہنچا دیا۔</w:t>
      </w:r>
    </w:p>
    <w:p>
      <w:r>
        <w:rPr>
          <w:b/>
        </w:rPr>
        <w:t xml:space="preserve">[1:24:07] </w:t>
      </w:r>
      <w:r>
        <w:t>lekin jab kisi ko payein ke is ke andar seeking spirit hai, woh janna chahta hai, to is ko concentrate kijiye, is ke upar is ko aur kitabein dijiye, aur baat cheet kijiye, aur is se mulaqatein kijiye.</w:t>
      </w:r>
    </w:p>
    <w:p>
      <w:pPr>
        <w:jc w:val="right"/>
      </w:pPr>
      <w:r>
        <w:t>لیکن جب کسی کو پائیں کہ اس کے اندر سیکھنگ اسپرٹ ہے، وہ جاننا چاہتا ہے، تو اس کو کنسنٹریٹ کیجئے، اس کے اوپر اس کو اور کتابیں دیجئے، اور بات چیت کیجئے، اور اس سے ملاقاتیں کیجئے۔</w:t>
      </w:r>
    </w:p>
    <w:p>
      <w:r>
        <w:rPr>
          <w:b/>
        </w:rPr>
        <w:t xml:space="preserve">[1:24:22] </w:t>
      </w:r>
      <w:r>
        <w:t>to dawah ka kaam hamesha two forward rahega. aam logon ke liye, yani sirf pahunchana, aur jo seekhne wale qism ke log hain, un par mazeed mehnat karna, mazeed mehnat karna,</w:t>
      </w:r>
    </w:p>
    <w:p>
      <w:pPr>
        <w:jc w:val="right"/>
      </w:pPr>
      <w:r>
        <w:t>تو دعوت کا کام ہمیشہ ٹو فورڈ رہے گا۔ عام لوگوں کے لیے، یعنی صرف پہنچانا، اور جو سیکھر قسم کے لوگ ہیں، ان پر مزید محنت کرنا، مزید محنت کرنا،</w:t>
      </w:r>
    </w:p>
    <w:p>
      <w:r>
        <w:rPr>
          <w:b/>
        </w:rPr>
        <w:t xml:space="preserve">[1:24:36] </w:t>
      </w:r>
      <w:r>
        <w:t>yeh tareeqa hai.</w:t>
      </w:r>
    </w:p>
    <w:p>
      <w:pPr>
        <w:jc w:val="right"/>
      </w:pPr>
      <w:r>
        <w:t>یہی طریقہ ہے۔</w:t>
      </w:r>
    </w:p>
    <w:p>
      <w:r>
        <w:rPr>
          <w:b/>
        </w:rPr>
        <w:t xml:space="preserve">[1:24:41] </w:t>
      </w:r>
      <w:r>
        <w:t>Maulana, agla sawal Delhi se hai, Dr. Muslehmah Siddiqui ka</w:t>
      </w:r>
    </w:p>
    <w:p>
      <w:pPr>
        <w:jc w:val="right"/>
      </w:pPr>
      <w:r>
        <w:t>مولانا، اگلا سوال دلی سے ہے، ڈاکٹر مسلمہ صدیقی کا</w:t>
      </w:r>
    </w:p>
    <w:p>
      <w:r>
        <w:rPr>
          <w:b/>
        </w:rPr>
        <w:t xml:space="preserve">[1:24:46] </w:t>
      </w:r>
      <w:r>
        <w:t>. unhone likha hai: "Muslims do not follow the model set by the Prophet and his companions. They think adding titles to their names is sufficient.</w:t>
      </w:r>
    </w:p>
    <w:p>
      <w:pPr>
        <w:jc w:val="right"/>
      </w:pPr>
      <w:r>
        <w:t>۔ انہوں نے لکھا ہے: "مسلمز ڈو ناٹ فالو دا ماڈل سیٹ بائی دی پرافٹ اینڈ ہز کمپینینز۔ دے تھنک ایڈنگ ٹائٹلز ٹو دیر نیمز از سفیشنٹ۔</w:t>
      </w:r>
    </w:p>
    <w:p>
      <w:r>
        <w:rPr>
          <w:b/>
        </w:rPr>
        <w:t xml:space="preserve">[1:24:58] </w:t>
      </w:r>
      <w:r>
        <w:t>When we remind them of this fact, they fail to understand it. It is something, it is something alien to them that they are models.</w:t>
      </w:r>
    </w:p>
    <w:p>
      <w:pPr>
        <w:jc w:val="right"/>
      </w:pPr>
      <w:r>
        <w:t>وین وی ریمائنڈ دیم اف دس فیکٹ، دے فیل ٹو انڈرسٹینڈ اٹ۔ اٹ از سمٹھنگ، اٹ از سمٹھنگ ایلین ٹو دیم دیٹ دے ار ار ماڈلز۔</w:t>
      </w:r>
    </w:p>
    <w:p>
      <w:r>
        <w:rPr>
          <w:b/>
        </w:rPr>
        <w:t xml:space="preserve">[1:25:09] </w:t>
      </w:r>
      <w:r>
        <w:t>What is your opinion in this?"</w:t>
      </w:r>
    </w:p>
    <w:p>
      <w:pPr>
        <w:jc w:val="right"/>
      </w:pPr>
      <w:r>
        <w:t>واٹ از یور اوپینین ان دس؟"</w:t>
      </w:r>
    </w:p>
    <w:p>
      <w:r>
        <w:rPr>
          <w:b/>
        </w:rPr>
        <w:t xml:space="preserve">[1:25:12] </w:t>
      </w:r>
      <w:r>
        <w:t>asal mein yeh daur-e-zawaal ka phenomena hai. zawaal, degeneration.</w:t>
      </w:r>
    </w:p>
    <w:p>
      <w:pPr>
        <w:jc w:val="right"/>
      </w:pPr>
      <w:r>
        <w:t>اصل میں یہ دور زوال کا فیناومینا ہے۔ زوال، ڈی جنریشن۔</w:t>
      </w:r>
    </w:p>
    <w:p>
      <w:r>
        <w:rPr>
          <w:b/>
        </w:rPr>
        <w:t xml:space="preserve">[1:25:22] </w:t>
      </w:r>
      <w:r>
        <w:t>jab kisi qaum mein, kisi ummat mein zawaal aata hai, yani degeneration ka zamana aata hai, to kya hota hai? rituals ko nahi chhodte woh.</w:t>
      </w:r>
    </w:p>
    <w:p>
      <w:pPr>
        <w:jc w:val="right"/>
      </w:pPr>
      <w:r>
        <w:t>جب کسی قوم میں، کسی امت میں زوال آتا ہے، یعنی ڈی جنریشن کا زمانہ آتا ہے، تو کیا ہوتا ہے؟ ریچولز کو نہیں چھوڑتے وہ۔</w:t>
      </w:r>
    </w:p>
    <w:p>
      <w:r>
        <w:rPr>
          <w:b/>
        </w:rPr>
        <w:t xml:space="preserve">[1:25:33] </w:t>
      </w:r>
      <w:r>
        <w:t>woh rituals chhod dein to un ki un ka identity khatm ho jaye gi.</w:t>
      </w:r>
    </w:p>
    <w:p>
      <w:pPr>
        <w:jc w:val="right"/>
      </w:pPr>
      <w:r>
        <w:t>وہ ریچولز چھوڑ دیں تو ان کی ان کا آئیڈنٹٹی ختم ہو جائے گی۔</w:t>
      </w:r>
    </w:p>
    <w:p>
      <w:r>
        <w:rPr>
          <w:b/>
        </w:rPr>
        <w:t xml:space="preserve">[1:25:36] </w:t>
      </w:r>
      <w:r>
        <w:t>apni identity ko baqi rakhne ke liye kuch zahiri rituals, khoob ilqab o adab lagayen ge, woh bare bare alfaaz bolen ge, lekin spirit ke sense mein khatm ho chuke hotey hain.</w:t>
      </w:r>
    </w:p>
    <w:p>
      <w:pPr>
        <w:jc w:val="right"/>
      </w:pPr>
      <w:r>
        <w:t>اپنی آئیڈنٹٹی کو باقی رکھنے کے لیے کچھ ظاہری ریچولز، خوب القاب و اداب لگائیں گے، وہ بڑے بڑے الفاظ بولیں گے، لیکن اسپرٹ کے سینس میں ختم ہو چکے ہوتے ہیں۔</w:t>
      </w:r>
    </w:p>
    <w:p>
      <w:r>
        <w:rPr>
          <w:b/>
        </w:rPr>
        <w:t xml:space="preserve">[1:25:48] </w:t>
      </w:r>
      <w:r>
        <w:t>woh yeh hamesha dour-e-zawal mein yahi hota hai ke alfaaz barh jatay hain, rituals barh jatay hain, aur jo spirit wali baatein hain, woh ghayab ho jati hain.</w:t>
      </w:r>
    </w:p>
    <w:p>
      <w:pPr>
        <w:jc w:val="right"/>
      </w:pPr>
      <w:r>
        <w:t>وہ یہ ہمیشہ دور زوال میں یہی ہوتا ہے کہ الفاظ بڑھ جاتے ہیں، ریچولز بڑھ جاتے ہیں، اور جو اسپرٹ والی باتیں ہیں، وہ غائب ہو جاتی ہیں۔</w:t>
      </w:r>
    </w:p>
    <w:p>
      <w:r>
        <w:rPr>
          <w:b/>
        </w:rPr>
        <w:t xml:space="preserve">[1:26:02] </w:t>
      </w:r>
      <w:r>
        <w:t>hamesha yahi hua hai dour-e-zawal mein, aur ab bhi musalmanon mein ka yahi haal hai.</w:t>
      </w:r>
    </w:p>
    <w:p>
      <w:pPr>
        <w:jc w:val="right"/>
      </w:pPr>
      <w:r>
        <w:t>ہمیشہ یہی ہوا ہے دور زوال میں، اور اب بھی مسلمانوں میں کا یہی حال ہے۔</w:t>
      </w:r>
    </w:p>
    <w:p>
      <w:r>
        <w:rPr>
          <w:b/>
        </w:rPr>
        <w:t xml:space="preserve">[1:26:11] </w:t>
      </w:r>
      <w:r>
        <w:t>maulana, agla sawal dilli se hai, muhammad ans sahib ka. unhon ne likha hai: "tazkir-ul-quran parh kar yeh samajh mein aata hai ke asal ibadat Allah se darna aur mohabbat karna hai,</w:t>
      </w:r>
    </w:p>
    <w:p>
      <w:pPr>
        <w:jc w:val="right"/>
      </w:pPr>
      <w:r>
        <w:t>مولانا، اگلا سوال دلی سے ہے، محمد انس صاحب کا۔ انہوں نے لکھا ہے: "تذکیر القرآن پڑھ کر یہ سمجھ میں آتا ہے کہ اصل عبادت اللہ سے ڈرنا اور محبت کرنا ہے،</w:t>
      </w:r>
    </w:p>
    <w:p>
      <w:r>
        <w:rPr>
          <w:b/>
        </w:rPr>
        <w:t xml:space="preserve">[1:26:24] </w:t>
      </w:r>
      <w:r>
        <w:t>lekin mujhe aisa mehsoos hota hai ke hum to apne personal interest ke liye ibadat karte hain.</w:t>
      </w:r>
    </w:p>
    <w:p>
      <w:pPr>
        <w:jc w:val="right"/>
      </w:pPr>
      <w:r>
        <w:t>لیکن مجھے ایسا محسوس ہوتا ہے کہ ہم تو اپنے پرسنل انٹرسٹ کے لیے عبادت کرتے ہیں۔</w:t>
      </w:r>
    </w:p>
    <w:p>
      <w:r>
        <w:rPr>
          <w:b/>
        </w:rPr>
        <w:t xml:space="preserve">[1:26:32] </w:t>
      </w:r>
      <w:r>
        <w:t>maulana, jo log lalach ke taur par ibadat karte hain, kya yeh bhi ibadat hai? aur kaise hum Allah se darne wale aur mohabbat karne wale banen?</w:t>
      </w:r>
    </w:p>
    <w:p>
      <w:pPr>
        <w:jc w:val="right"/>
      </w:pPr>
      <w:r>
        <w:t>مولانا، جو لوگ لالچ کے طور پر عبادت کرتے ہیں، کیا یہ بھی عبادت ہے؟ اور کیسے ہم اللہ سے ڈرنے والے اور محبت کرنے والے بنیں؟</w:t>
      </w:r>
    </w:p>
    <w:p>
      <w:r>
        <w:rPr>
          <w:b/>
        </w:rPr>
        <w:t xml:space="preserve">[1:26:43] </w:t>
      </w:r>
      <w:r>
        <w:t>is ke baray mein batayen." yeh lalach waghera ka lafz jo hai, yeh to bekhabaron ke alfaaz hain. jantey nahin kuch. lalach mein to nahin janta ke lalach koi cheez hai.</w:t>
      </w:r>
    </w:p>
    <w:p>
      <w:pPr>
        <w:jc w:val="right"/>
      </w:pPr>
      <w:r>
        <w:t>اس کے بارے میں بتائیں۔" یہ لالچ وغیرہ کا لفظ جو ہے، یہ تو بے خبروں کے الفاظ ہیں۔ جانتے نہیں کچھ۔ لالچ میں تو نہیں جانتا کہ لالچ کوئی چیز ہے۔</w:t>
      </w:r>
    </w:p>
    <w:p>
      <w:r>
        <w:rPr>
          <w:b/>
        </w:rPr>
        <w:t xml:space="preserve">[1:26:53] </w:t>
      </w:r>
      <w:r>
        <w:t>is cheez se acknowledge karna, Allah ko acknowledge karna, lalach kya cheez hoti hai?</w:t>
      </w:r>
    </w:p>
    <w:p>
      <w:pPr>
        <w:jc w:val="right"/>
      </w:pPr>
      <w:r>
        <w:t>اس چیز سے اکنالج کرنا، اللہ کو اکنالج کرنا، لالچ کیا چیز ہوتی ہے؟</w:t>
      </w:r>
    </w:p>
    <w:p>
      <w:r>
        <w:rPr>
          <w:b/>
        </w:rPr>
        <w:t xml:space="preserve">[1:26:59] </w:t>
      </w:r>
      <w:r>
        <w:t>yeh sab, yeh sab yaani meaningless alfaaz hain jo in logon ko jo jo haqeeqat se bech na ho, naach na hotey hain. isi ko mein kehta hoon ke poori poori qaum intellectual dwarfism ka shikar hai.</w:t>
      </w:r>
    </w:p>
    <w:p>
      <w:pPr>
        <w:jc w:val="right"/>
      </w:pPr>
      <w:r>
        <w:t>یہ سب، یہ سب یعنی میننگ لیس الفاظ ہیں جو ان لوگوں کو جو جو حقیقت سے بیچ نہ ہو، ناچ نہ ہوتے ہیں۔ اسی کو میں کہتا ہوں کہ پوری پوری قوم انٹلیکچول ڈوارفزم کا شکار ہے۔</w:t>
      </w:r>
    </w:p>
    <w:p>
      <w:r>
        <w:rPr>
          <w:b/>
        </w:rPr>
        <w:t xml:space="preserve">[1:27:11] </w:t>
      </w:r>
      <w:r>
        <w:t>ise aise alfaaz bolte hain. that is phenomena of intellectual dwarfism. kuch samajhte nahin baaton ko, khwamkhwah ki baatein kar rahe hain.</w:t>
      </w:r>
    </w:p>
    <w:p>
      <w:pPr>
        <w:jc w:val="right"/>
      </w:pPr>
      <w:r>
        <w:t>اسے ایسے الفاظ بولتے ہیں۔ دیٹ از فیناومینا اف انٹلیکچول ڈوارفزم۔ کچھ سمجھتے نہیں باتوں کو، خوامخواہ کی باتیں کر رہے ہیں۔</w:t>
      </w:r>
    </w:p>
    <w:p>
      <w:r>
        <w:rPr>
          <w:b/>
        </w:rPr>
        <w:t xml:space="preserve">[1:27:20] </w:t>
      </w:r>
      <w:r>
        <w:t>hamari ibadat, hamara zikr, hamara shaoor kya hai? Allah rab-ul-alameen ko acknowledge karna. a</w:t>
      </w:r>
    </w:p>
    <w:p>
      <w:pPr>
        <w:jc w:val="right"/>
      </w:pPr>
      <w:r>
        <w:t>ہماری عبادت، ہمارا ذکر، ہمارا شعور کیا ہے؟ اللہ رب العالمین کو اکنالج کرنا۔ ا</w:t>
      </w:r>
    </w:p>
    <w:p>
      <w:r>
        <w:rPr>
          <w:b/>
        </w:rPr>
        <w:t xml:space="preserve">[1:27:27] </w:t>
      </w:r>
      <w:r>
        <w:t>cknowledge karna to bohat hi highest value hai. koi aadmi duniya mein aap ke sath kuch kare to aap us ko acknowledge karte hain. to Khuda ko acknowledge nahin karenge?</w:t>
      </w:r>
    </w:p>
    <w:p>
      <w:pPr>
        <w:jc w:val="right"/>
      </w:pPr>
      <w:r>
        <w:t>کنالج کرنا تو بہت ہی ہائیسٹ ویلیو ہے۔ کوئی آدمی دنیا میں آپ کے ساتھ کچھ کرے تو آپ اس کو اکنالج کرتے ہیں۔ تو خدا کو اکنالج نہیں کریں گے؟</w:t>
      </w:r>
    </w:p>
    <w:p>
      <w:r>
        <w:rPr>
          <w:b/>
        </w:rPr>
        <w:t xml:space="preserve">[1:27:37] </w:t>
      </w:r>
      <w:r>
        <w:t>jis ne aap ko create kiya, jis ne aap ko itni bari duniya di, jis ne life support system ka nizam rakha duniya mein, waghera waghera. yeh sab acknowledgement ke phenomena</w:t>
      </w:r>
    </w:p>
    <w:p>
      <w:pPr>
        <w:jc w:val="right"/>
      </w:pPr>
      <w:r>
        <w:t>جس نے آپ کو کریٹ کیا، جس نے آپ کو اتنی بڑی دنیا دی، جس نے لائف سپورٹ سسٹم کا نظام رکھا دنیا میں، وغیرہ وغیرہ۔ یہ سب اکنالجمنٹ کے فیناوم</w:t>
      </w:r>
    </w:p>
    <w:p>
      <w:r>
        <w:rPr>
          <w:b/>
        </w:rPr>
        <w:t xml:space="preserve">[1:27:49] </w:t>
      </w:r>
      <w:r>
        <w:t>hain. yeh lalach waghera ka lafz to is dimagh mein paida hotey hain jo intellectual dwarf hotey hain, jin ke andar koi aala thinking nahin hai.</w:t>
      </w:r>
    </w:p>
    <w:p>
      <w:pPr>
        <w:jc w:val="right"/>
      </w:pPr>
      <w:r>
        <w:t>ینا ہیں۔ یہ لالچ وغیرہ کا لفظ تو اس دماغ میں پیدا ہوتے ہیں جو انٹلیکچول ڈوارف ہوتے ہیں، جن کے اندر کوئی اعلیٰ تھنکنگ نہیں ہے۔</w:t>
      </w:r>
    </w:p>
    <w:p>
      <w:r>
        <w:rPr>
          <w:b/>
        </w:rPr>
        <w:t xml:space="preserve">[1:27:58] </w:t>
      </w:r>
      <w:r>
        <w:t>yeh to mein kehta hoon ke aala thinking ghayab ho gayi hai. isi liye third class ke alfaaz bolte hain log.</w:t>
      </w:r>
    </w:p>
    <w:p>
      <w:pPr>
        <w:jc w:val="right"/>
      </w:pPr>
      <w:r>
        <w:t>یہ تو میں کہتا ہوں کہ اعلیٰ تھنکنگ غائب ہو گئی ہے۔ اسی لیے تھرڈ کلاس کے الفاظ بولتے ہیں لوگ۔</w:t>
      </w:r>
    </w:p>
    <w:p>
      <w:r>
        <w:rPr>
          <w:b/>
        </w:rPr>
        <w:t xml:space="preserve">[1:28:07] </w:t>
      </w:r>
      <w:r>
        <w:t>maulana, agla sawal dilli se hai, miss raziya siddiqui ka</w:t>
      </w:r>
    </w:p>
    <w:p>
      <w:pPr>
        <w:jc w:val="right"/>
      </w:pPr>
      <w:r>
        <w:t>مولانا، اگلا سوال دلی سے ہے، مس راضیہ صدیقی کا</w:t>
      </w:r>
    </w:p>
    <w:p>
      <w:r>
        <w:rPr>
          <w:b/>
        </w:rPr>
        <w:t xml:space="preserve">[1:28:11] </w:t>
      </w:r>
      <w:r>
        <w:t>. unhon ne likha hai: "you mention that the present day muslims are a case of living in pride as far as they community is concerned and harboring hatred for all other.</w:t>
      </w:r>
    </w:p>
    <w:p>
      <w:pPr>
        <w:jc w:val="right"/>
      </w:pPr>
      <w:r>
        <w:t>۔ انہوں نے لکھا ہے: "یو مینشن دیٹ دا پریزنٹ ڈے مسلمز ار ا کیس اف لیونگ ان پرائیڈ ایز فار ایز دے کمیونٹی از کنسرن اینڈ ہاربرنگ ہیٹریڈ فار ال ادر۔</w:t>
      </w:r>
    </w:p>
    <w:p>
      <w:r>
        <w:rPr>
          <w:b/>
        </w:rPr>
        <w:t xml:space="preserve">[1:28:26] </w:t>
      </w:r>
      <w:r>
        <w:t>what is the cause of this behaviour of muslims?" yeh bhi wahi degeneration ya zawal ki wajah se hai.</w:t>
      </w:r>
    </w:p>
    <w:p>
      <w:pPr>
        <w:jc w:val="right"/>
      </w:pPr>
      <w:r>
        <w:t>واٹ از دا کاز اف دس بیہیویئر اف مسلمز؟" یہ بھی وہی ڈی جنریشن یا زوال کی وجہ سے ہے۔</w:t>
      </w:r>
    </w:p>
    <w:p>
      <w:r>
        <w:rPr>
          <w:b/>
        </w:rPr>
        <w:t xml:space="preserve">[1:28:35] </w:t>
      </w:r>
      <w:r>
        <w:t>hamesha aise hi hota hai. yeh yahood mein hua tha</w:t>
      </w:r>
    </w:p>
    <w:p>
      <w:pPr>
        <w:jc w:val="right"/>
      </w:pPr>
      <w:r>
        <w:t>ہمیشہ ایسے ہی ہوتا ہے۔ یہ یہود میں ہوا تھا</w:t>
      </w:r>
    </w:p>
    <w:p>
      <w:r>
        <w:rPr>
          <w:b/>
        </w:rPr>
        <w:t xml:space="preserve">[1:28:40] </w:t>
      </w:r>
      <w:r>
        <w:t>ke doosron ke liye nafrat, apney liye pride. yeh hamesha jo bhi qaum zawal ka shikar hoti hai, uska yeh anjam hota hai. yeh sab zawal ke phenomena hain.</w:t>
      </w:r>
    </w:p>
    <w:p>
      <w:pPr>
        <w:jc w:val="right"/>
      </w:pPr>
      <w:r>
        <w:t>کہ دوسروں کے لیے نفرت، اپنے لیے پرائیڈ۔ یہ ہمیشہ جو بھی قوم زوال کا شکار ہوتی ہے، اس کا یہ انجام ہوتا ہے۔ یہ سب زوال کے فیناومینا ہیں۔</w:t>
      </w:r>
    </w:p>
    <w:p>
      <w:r>
        <w:rPr>
          <w:b/>
        </w:rPr>
        <w:t xml:space="preserve">[1:28:52] </w:t>
      </w:r>
      <w:r>
        <w:t>zawal ka matlab hai degeneration.</w:t>
      </w:r>
    </w:p>
    <w:p>
      <w:pPr>
        <w:jc w:val="right"/>
      </w:pPr>
      <w:r>
        <w:t>زوال کا مطلب ہے ڈی جنریشن۔</w:t>
      </w:r>
    </w:p>
    <w:p>
      <w:r>
        <w:rPr>
          <w:b/>
        </w:rPr>
        <w:t xml:space="preserve">[1:28:58] </w:t>
      </w:r>
      <w:r>
        <w:t>to is zamane ke jo musalman jo hain, yeh un ka case yahi</w:t>
      </w:r>
    </w:p>
    <w:p>
      <w:pPr>
        <w:jc w:val="right"/>
      </w:pPr>
      <w:r>
        <w:t>تو اس زمانے کے جو مسلمان جو ہیں، یہ ان کا کیس یہی</w:t>
      </w:r>
    </w:p>
    <w:p>
      <w:r>
        <w:rPr>
          <w:b/>
        </w:rPr>
        <w:t xml:space="preserve">[1:29:03] </w:t>
      </w:r>
      <w:r>
        <w:t>hai. asal case jo hai, woh zawal ka case hai. is ka phenomena hai yeh nafrat aur fakhr. dono nafrat aur fakhr asal nahin hai.</w:t>
      </w:r>
    </w:p>
    <w:p>
      <w:pPr>
        <w:jc w:val="right"/>
      </w:pPr>
      <w:r>
        <w:t>ہے۔ اصل کیس جو ہے، وہ زوال کا کیس ہے۔ اس کا فیناومینا ہے یہ نفرت اور فخر۔ دونوں نفرت اور فخر اصل نہیں ہے۔</w:t>
      </w:r>
    </w:p>
    <w:p>
      <w:r>
        <w:rPr>
          <w:b/>
        </w:rPr>
        <w:t xml:space="preserve">[1:29:12] </w:t>
      </w:r>
      <w:r>
        <w:t>asal jo hai, woh to zawal hai.</w:t>
      </w:r>
    </w:p>
    <w:p>
      <w:pPr>
        <w:jc w:val="right"/>
      </w:pPr>
      <w:r>
        <w:t>اصل جو ہے، وہ تو زوال ہے۔</w:t>
      </w:r>
    </w:p>
    <w:p>
      <w:r>
        <w:rPr>
          <w:b/>
        </w:rPr>
        <w:t xml:space="preserve">[1:29:19] </w:t>
      </w:r>
      <w:r>
        <w:t>yeh to hone hi ho raha hai jab tak aap in ko dobara re generate na karein. phir in ke andar yani nai soch na layein,</w:t>
      </w:r>
    </w:p>
    <w:p>
      <w:pPr>
        <w:jc w:val="right"/>
      </w:pPr>
      <w:r>
        <w:t>یہ تو ہونے ہی ہو رہا ہے جب تک آپ ان کو دوبارہ ری جنریٹ نہ کریں۔ پھر ان کے اندر یعنی نئی سوچ نہ لائیں،</w:t>
      </w:r>
    </w:p>
    <w:p>
      <w:r>
        <w:rPr>
          <w:b/>
        </w:rPr>
        <w:t xml:space="preserve">[1:29:27] </w:t>
      </w:r>
      <w:r>
        <w:t>in ko phir se yani living region par khara na karein. tab tak aise hi rahega.</w:t>
      </w:r>
    </w:p>
    <w:p>
      <w:pPr>
        <w:jc w:val="right"/>
      </w:pPr>
      <w:r>
        <w:t>ان کو پھر سے یعنی لیونگ ریجن پر کھڑا نہ کریں۔ تب تک ایسے ہی رہے گا۔</w:t>
      </w:r>
    </w:p>
    <w:p>
      <w:r>
        <w:rPr>
          <w:b/>
        </w:rPr>
        <w:t xml:space="preserve">[1:29:36] </w:t>
      </w:r>
      <w:r>
        <w:t>maulana, agla sawal dilli se hai, maulana zikwan nadvi ka. unhon ne likha hai: "maulana sahib, in today talk, you narrated the hadith about the best and the worst place in earth.</w:t>
      </w:r>
    </w:p>
    <w:p>
      <w:pPr>
        <w:jc w:val="right"/>
      </w:pPr>
      <w:r>
        <w:t>مولانا، اگلا سوال دلی سے ہے، مولانا زکوان ندوی کا۔ انہوں نے لکھا ہے: "مولانا صاحب، ان ٹوڈے ٹاک، یو نیریٹڈ دی حدیث اباؤٹ دا بیسٹ اینڈ دا ورسٹ پلیس ان ارتھ۔</w:t>
      </w:r>
    </w:p>
    <w:p>
      <w:r>
        <w:rPr>
          <w:b/>
        </w:rPr>
        <w:t xml:space="preserve">[1:29:50] </w:t>
      </w:r>
      <w:r>
        <w:t>please explain the second part of the hadith, that is the masjid being the best place in earth."</w:t>
      </w:r>
    </w:p>
    <w:p>
      <w:pPr>
        <w:jc w:val="right"/>
      </w:pPr>
      <w:r>
        <w:t>پلیز ایکسپلین دا سیکنڈ پارٹ اف دا حدیث، دیٹ از دا مسجد بینگ دا بیسٹ پلیس ان ارتھ۔"</w:t>
      </w:r>
    </w:p>
    <w:p>
      <w:r>
        <w:rPr>
          <w:b/>
        </w:rPr>
        <w:t xml:space="preserve">[1:29:58] </w:t>
      </w:r>
      <w:r>
        <w:t>haan, dekhiye, masjid behtareen jagah ka matlab yeh nahi ke aaj kal jo masjidon ka haal hai,</w:t>
      </w:r>
    </w:p>
    <w:p>
      <w:pPr>
        <w:jc w:val="right"/>
      </w:pPr>
      <w:r>
        <w:t>ہاں، دیکھیے، مسجد بہترین جگہ کا معنی یہ نہیں کہ آج کل جو مسجدوں کا حال ہے،</w:t>
      </w:r>
    </w:p>
    <w:p>
      <w:r>
        <w:rPr>
          <w:b/>
        </w:rPr>
        <w:t xml:space="preserve">[1:30:06] </w:t>
      </w:r>
      <w:r>
        <w:t>woh woh matlab is hadith ka nahi hai.</w:t>
      </w:r>
    </w:p>
    <w:p>
      <w:pPr>
        <w:jc w:val="right"/>
      </w:pPr>
      <w:r>
        <w:t>وہ وہ مطلب اس حدیث کا نہیں ہے۔</w:t>
      </w:r>
    </w:p>
    <w:p>
      <w:r>
        <w:rPr>
          <w:b/>
        </w:rPr>
        <w:t xml:space="preserve">[1:30:10] </w:t>
      </w:r>
      <w:r>
        <w:t>masjid ka matlab yeh hai ke woh jagah jahan Allah ka zikr ho, Allah ki soch le kar baithe hain log, Allah ko acknowledge karne wale log wahan hon.</w:t>
      </w:r>
    </w:p>
    <w:p>
      <w:pPr>
        <w:jc w:val="right"/>
      </w:pPr>
      <w:r>
        <w:t>مسجد کا مطلب یہ ہے کہ وہ جگہ جہاں اللہ کا ذکر ہو، اللہ کی سوچ لے کر بیٹھے ہیں لوگ، اللہ کو اکنالج کرنے والے لوگ وہاں ہوں۔</w:t>
      </w:r>
    </w:p>
    <w:p>
      <w:r>
        <w:rPr>
          <w:b/>
        </w:rPr>
        <w:t xml:space="preserve">[1:30:19] </w:t>
      </w:r>
      <w:r>
        <w:t>to wahan jahan taqwa ho. to ek hadith hai ke "al masajid buyoot al muttaqeen" masjidain al taqwa ka markaz hain.</w:t>
      </w:r>
    </w:p>
    <w:p>
      <w:pPr>
        <w:jc w:val="right"/>
      </w:pPr>
      <w:r>
        <w:t>تو وہاں جہاں تقویٰ ہو۔ تو ایک حدیث ہے کہ "المساجد بیوت المتقین" مسجدیں ال تقویٰ کا مرکز ہیں۔</w:t>
      </w:r>
    </w:p>
    <w:p>
      <w:r>
        <w:rPr>
          <w:b/>
        </w:rPr>
        <w:t xml:space="preserve">[1:30:33] </w:t>
      </w:r>
      <w:r>
        <w:t>jo jab taqwa wahan hoga to woh masjidain hongi. lekin aaj kal taqwa wali masjidain</w:t>
      </w:r>
    </w:p>
    <w:p>
      <w:pPr>
        <w:jc w:val="right"/>
      </w:pPr>
      <w:r>
        <w:t>جو جب تقویٰ وہاں ہوگا تو وہ مسجدیں ہوں گی۔ لیکن آج کل تقویٰ والی مسجدیں</w:t>
      </w:r>
    </w:p>
    <w:p>
      <w:r>
        <w:rPr>
          <w:b/>
        </w:rPr>
        <w:t xml:space="preserve">[1:30:39] </w:t>
      </w:r>
      <w:r>
        <w:t>nahi hain. woh to wohi hain jo woh hadith maine sunai aap ko ke "masajid muammarah" masjidon mein bheed khoob dikhai deti hai, lekin hidayat se khali hain woh masjidain.</w:t>
      </w:r>
    </w:p>
    <w:p>
      <w:pPr>
        <w:jc w:val="right"/>
      </w:pPr>
      <w:r>
        <w:t>نہیں ہیں۔ وہ تو وہی ہیں جو وہ حدیث میں نے سنائی آپ کو کہ "مساجد معمرہ" مسجدوں میں بھیڑ خوب دکھائی دیتی ہے، لیکن ہدایت سے خالی ہیں وہ مسجدیں۔</w:t>
      </w:r>
    </w:p>
    <w:p>
      <w:r>
        <w:rPr>
          <w:b/>
        </w:rPr>
        <w:t xml:space="preserve">[1:30:50] </w:t>
      </w:r>
      <w:r>
        <w:t>to yahan jis jis cheez ka zikr hai, yani potential sense mein hai, actual sense mein hai,</w:t>
      </w:r>
    </w:p>
    <w:p>
      <w:pPr>
        <w:jc w:val="right"/>
      </w:pPr>
      <w:r>
        <w:t>تو یہاں جس جس چیز کا ذکر ہے، یعنی پوٹینشل سینس میں ہے، ایکچول سینس میں ہے،</w:t>
      </w:r>
    </w:p>
    <w:p>
      <w:r>
        <w:rPr>
          <w:b/>
        </w:rPr>
        <w:t xml:space="preserve">[1:30:58] </w:t>
      </w:r>
      <w:r>
        <w:t>yani haqeeqi masjid agar hai jo buyoot al muttaqeen ke matlab mein jahan hai, jahan Allah se darne wale, Allah se mohabbat karne wale, Allah ko acknowledge karne wale log ikattha hote hain, to waqai behtareen jagah is se behtar to koi jagah nahi hai.</w:t>
      </w:r>
    </w:p>
    <w:p>
      <w:pPr>
        <w:jc w:val="right"/>
      </w:pPr>
      <w:r>
        <w:t>یعنی حقیقی مسجد اگر ہے جو بیوت المتقین کے معنی میں جہاں ہے، جہاں اللہ سے ڈرنے والے، اللہ سے محبت کرنے والے، اللہ کو اکنالج کرنے والے لوگ اکٹھا ہوتے ہیں، تو واقعی بہترین جگہ اس سے بہتر تو کوئی جگہ نہیں ہے۔</w:t>
      </w:r>
    </w:p>
    <w:p>
      <w:r>
        <w:rPr>
          <w:b/>
        </w:rPr>
        <w:t xml:space="preserve">[1:31:16] </w:t>
      </w:r>
      <w:r>
        <w:t>to masjid hi ki baat nahi hai, aap kahin bhi ikattha hon, Allah ke haqeeqi matlab mein Allah ki yaad ke liye, to is ka darja wohi ho jayega.</w:t>
      </w:r>
    </w:p>
    <w:p>
      <w:pPr>
        <w:jc w:val="right"/>
      </w:pPr>
      <w:r>
        <w:t>تو مسجد ہی کی بات نہیں ہے، آپ کہیں بھی اکٹھا ہوں، اللہ کے حقیقی معنی میں اللہ کی یاد کے لیے، تو اس کا درجہ وہی ہو جائے گا۔</w:t>
      </w:r>
    </w:p>
    <w:p>
      <w:r>
        <w:rPr>
          <w:b/>
        </w:rPr>
        <w:t xml:space="preserve">[1:31:25] </w:t>
      </w:r>
      <w:r>
        <w:t>kyun ke hadith mein aata hai ke "mere liye sari zameen masjid bana di gayi." Islam mein poori poori zameen hi masjid hai.</w:t>
      </w:r>
    </w:p>
    <w:p>
      <w:pPr>
        <w:jc w:val="right"/>
      </w:pPr>
      <w:r>
        <w:t>کیونکہ حدیث میں آتا ہے کہ "میرے لیے ساری زمین مسجد بنا دی گئی۔" اسلام میں پوری پوری زمین ہی مسجد ہے۔</w:t>
      </w:r>
    </w:p>
    <w:p>
      <w:r>
        <w:rPr>
          <w:b/>
        </w:rPr>
        <w:t xml:space="preserve">[1:31:37] </w:t>
      </w:r>
      <w:r>
        <w:t>to asal cheez is mein hai ke woh is part jahan log jama hon, is liye ke woh Allah ka par tadabbur karein, tafakkur karein,</w:t>
      </w:r>
    </w:p>
    <w:p>
      <w:pPr>
        <w:jc w:val="right"/>
      </w:pPr>
      <w:r>
        <w:t>تو اصل چیز اس میں ہے کہ وہ اس پارٹ جہاں لوگ جمع ہوں، اس لیے کہ وہ اللہ کا پر تدبر کریں، تفکر کریں،</w:t>
      </w:r>
    </w:p>
    <w:p>
      <w:r>
        <w:rPr>
          <w:b/>
        </w:rPr>
        <w:t xml:space="preserve">[1:31:50] </w:t>
      </w:r>
      <w:r>
        <w:t>Allah ka charcha karein, aur haqeeqi maano mein zikr aur shukr karein. aur jahan taqwa ka mahol ho, woh jo maqam hai, woh bilashuba sab se acha maqam hai.</w:t>
      </w:r>
    </w:p>
    <w:p>
      <w:pPr>
        <w:jc w:val="right"/>
      </w:pPr>
      <w:r>
        <w:t>اللہ کا چرچہ کریں، اور حقیقی معنوں میں ذکر اور شکر کریں۔ اور جہاں تقویٰ کا ماحول ہو، وہ جو مقام ہے، وہ بلاشبہ سب سے اچھا مقام ہے۔</w:t>
      </w:r>
    </w:p>
    <w:p>
      <w:r>
        <w:rPr>
          <w:b/>
        </w:rPr>
        <w:t xml:space="preserve">[1:32:05] </w:t>
      </w:r>
      <w:r>
        <w:t>yeh matlab hai is ka.</w:t>
      </w:r>
    </w:p>
    <w:p>
      <w:pPr>
        <w:jc w:val="right"/>
      </w:pPr>
      <w:r>
        <w:t>یہ مطلب ہے اس کا۔</w:t>
      </w:r>
    </w:p>
    <w:p>
      <w:r>
        <w:rPr>
          <w:b/>
        </w:rPr>
        <w:t xml:space="preserve">[1:32:09] </w:t>
      </w:r>
      <w:r>
        <w:t>maulana, yeh sawal dilli se hai, shah imran hasan sahib ka. unhon ne likha hai: "ek bade aalim deen ki maine taqreer suni.</w:t>
      </w:r>
    </w:p>
    <w:p>
      <w:pPr>
        <w:jc w:val="right"/>
      </w:pPr>
      <w:r>
        <w:t>مولانا، یہ سوال دلی سے ہے، شاہ عمران حسن صاحب کا۔ انہوں نے لکھا ہے: "ایک بڑے عالم دین کی میں نے تقریر سنی۔</w:t>
      </w:r>
    </w:p>
    <w:p>
      <w:r>
        <w:rPr>
          <w:b/>
        </w:rPr>
        <w:t xml:space="preserve">[1:32:18] </w:t>
      </w:r>
      <w:r>
        <w:t>yeh taqreer muslim culture ke upar thi. aakhir mein unhon ne hazrat ibrahim ki yeh baat kahi ke 'ae meri qaum!</w:t>
      </w:r>
    </w:p>
    <w:p>
      <w:pPr>
        <w:jc w:val="right"/>
      </w:pPr>
      <w:r>
        <w:t>یہ تقریر مسلم کلچر کے اوپر تھی۔ آخر میں انہوں نے حضرت ابراہیم کی یہ بات کہی کہ 'اے میری قوم!</w:t>
      </w:r>
    </w:p>
    <w:p>
      <w:r>
        <w:rPr>
          <w:b/>
        </w:rPr>
        <w:t xml:space="preserve">[1:32:29] </w:t>
      </w:r>
      <w:r>
        <w:t>main tum se koi ajr nahi mangta, mera ajr to Allah ke paas hai.'</w:t>
      </w:r>
    </w:p>
    <w:p>
      <w:pPr>
        <w:jc w:val="right"/>
      </w:pPr>
      <w:r>
        <w:t>میں تم سے کوئی اجر نہیں مانگتا، میرا اجر تو اللہ کے پاس ہے۔'</w:t>
      </w:r>
    </w:p>
    <w:p>
      <w:r>
        <w:rPr>
          <w:b/>
        </w:rPr>
        <w:t xml:space="preserve">[1:32:36] </w:t>
      </w:r>
      <w:r>
        <w:t>" maulana sahib, mera sawal yeh hai ke is tarah ki cultural taqreer ke baad is ko quran se jodna kaisa hai?</w:t>
      </w:r>
    </w:p>
    <w:p>
      <w:pPr>
        <w:jc w:val="right"/>
      </w:pPr>
      <w:r>
        <w:t>" مولانا صاحب، میرا سوال یہ ہے کہ اس طرح کی کلچرل تقریر کے بعد اس کو قرآن سے جوڑنا کیسا ہے؟</w:t>
      </w:r>
    </w:p>
    <w:p>
      <w:r>
        <w:rPr>
          <w:b/>
        </w:rPr>
        <w:t xml:space="preserve">[1:32:51] </w:t>
      </w:r>
      <w:r>
        <w:t>cultural jo musalmanon ka zehan hai, cultural identity yani shanakht, woh to ek milli yani milli mamla hai, millat ka mamla hai.</w:t>
      </w:r>
    </w:p>
    <w:p>
      <w:pPr>
        <w:jc w:val="right"/>
      </w:pPr>
      <w:r>
        <w:t>کلچرل جو مسلمانوں کا ذہن ہے، کلچرل آئیڈینٹیٹی یعنی شناخت، وہ تو ایک ملی یعنی ملی معاملہ ہے، ملت کا معاملہ ہے۔</w:t>
      </w:r>
    </w:p>
    <w:p>
      <w:r>
        <w:rPr>
          <w:b/>
        </w:rPr>
        <w:t xml:space="preserve">[1:33:06] </w:t>
      </w:r>
      <w:r>
        <w:t>musalman is zamane mein bohat zyada baatein karte hain shanakht ki, identity ki. woh ek milli masla hai. woh hazrat ibrahim ka jo waqea hai ya doosre paighambaron ka, woh daai ka culture hai ke daai jin logon mein daryaaon mein kaam karta hai, un se un se chanda mangna, un se faida uthana, yeh is ka mizaj nahi hota hai.</w:t>
      </w:r>
    </w:p>
    <w:p>
      <w:pPr>
        <w:jc w:val="right"/>
      </w:pPr>
      <w:r>
        <w:t>مسلمان اس زمانے میں بہت زیادہ باتیں کرتے ہیں شناخت کی، آئیڈینٹیٹی کی۔ وہ ایک ملی مسئلہ ہے۔ وہ حضرت ابراہیم کا جو واقعہ ہے یا دوسرے پیغمبروں کا، وہ داعی کا کلچر ہے کہ داعی جن لوگوں میں دریاؤں میں کام کرتا ہے، ان سے ان سے چندہ مانگنا، ان سے فائدہ اٹھانا، یہ اس کا مزاج نہیں ہوتا ہے۔</w:t>
      </w:r>
    </w:p>
    <w:p>
      <w:r>
        <w:rPr>
          <w:b/>
        </w:rPr>
        <w:t xml:space="preserve">[1:33:30] </w:t>
      </w:r>
      <w:r>
        <w:t>woh woh to yak tarafah tor par apni baat tak pahunchane ki koshish karta hai. woh</w:t>
      </w:r>
    </w:p>
    <w:p>
      <w:pPr>
        <w:jc w:val="right"/>
      </w:pPr>
      <w:r>
        <w:t>وہ وہ تو یکطرفہ طور پر اپنی بات تک پہنچانے کی کوشش کرتا ہے۔ وہ</w:t>
      </w:r>
    </w:p>
    <w:p>
      <w:r>
        <w:rPr>
          <w:b/>
        </w:rPr>
        <w:t xml:space="preserve">[1:33:36] </w:t>
      </w:r>
      <w:r>
        <w:t>is ko jo is ko lena hai, woh Allah se umeed rakhta hai. is ke liye woh baqi jo madu log hain, un se is kisi maadi cheez ki umeed de kar nahi kaam karta.</w:t>
      </w:r>
    </w:p>
    <w:p>
      <w:pPr>
        <w:jc w:val="right"/>
      </w:pPr>
      <w:r>
        <w:t>اس کو جو اس کو لینا ہے، وہ اللہ سے امید رکھتا ہے۔ اس کے لیے وہ باقی جو مدعو لوگ ہیں، ان سے اس کسی مادی چیز کی امید دے کر نہیں کام کرتا۔</w:t>
      </w:r>
    </w:p>
    <w:p>
      <w:r>
        <w:rPr>
          <w:b/>
        </w:rPr>
        <w:t xml:space="preserve">[1:33:47] </w:t>
      </w:r>
      <w:r>
        <w:t>woh kuch nahi. to woh woh wahan par dawat culture ki baat hai, woh milli culture ki baat nahi hai.</w:t>
      </w:r>
    </w:p>
    <w:p>
      <w:pPr>
        <w:jc w:val="right"/>
      </w:pPr>
      <w:r>
        <w:t>وہ کچھ نہیں۔ تو وہ وہ وہاں پر دعوت کلچر کی بات ہے، وہ ملی کلچر کی بات نہیں ہے۔</w:t>
      </w:r>
    </w:p>
    <w:p>
      <w:r>
        <w:rPr>
          <w:b/>
        </w:rPr>
        <w:t xml:space="preserve">[1:33:55] </w:t>
      </w:r>
      <w:r>
        <w:t>donon alag cheezein hain. milli culture to ek qaumi cheez hai, qaumi. ab woh to ek dawti cheez hai, bohat oonchi oonchi baat hai. woh woh alag hai, woh alag hai.</w:t>
      </w:r>
    </w:p>
    <w:p>
      <w:pPr>
        <w:jc w:val="right"/>
      </w:pPr>
      <w:r>
        <w:t>دونوں الگ چیزیں ہیں۔ ملی کلچر تو ایک قومی چیز ہے، قومی۔ اب وہ تو ایک دعوتی چیز ہے، بہت اونچی اونچی بات ہے۔ وہ وہ الگ ہے، وہ الگ ہے۔</w:t>
      </w:r>
    </w:p>
    <w:p>
      <w:r>
        <w:rPr>
          <w:b/>
        </w:rPr>
        <w:t xml:space="preserve">[1:34:07] </w:t>
      </w:r>
      <w:r>
        <w:t>okay, we we'll end the session now. thank you.</w:t>
      </w:r>
    </w:p>
    <w:p>
      <w:pPr>
        <w:jc w:val="right"/>
      </w:pPr>
      <w:r>
        <w:t>اوکے، وی ویل اینڈ دی سیشن ناو۔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