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Message of Eid Al-Adha July 10, 2022</w:t>
      </w:r>
    </w:p>
    <w:p>
      <w:r>
        <w:t>https://www.youtube.com/watch?v=3UrMEgt8GYA</w:t>
      </w:r>
    </w:p>
    <w:p>
      <w:r>
        <w:rPr>
          <w:b/>
        </w:rPr>
        <w:t xml:space="preserve">[00:12] </w:t>
      </w:r>
      <w:r>
        <w:t>Rabb ishrah li sadri wa yassir li amri, wa hlul uqdatan min lisani yafqahu qawli. To aaj hum log eid ke mauqe par yahan Maulana sahib ke kamre mein jama hue hain, to aap sab logon ko eid ki mubarak ho, aur isi mauqe ki isi munasibat se hum kuch baatein aap ke saath share karenge.</w:t>
      </w:r>
    </w:p>
    <w:p>
      <w:pPr>
        <w:jc w:val="right"/>
      </w:pPr>
      <w:r>
        <w:t>رب اشرح لی صدری ویسر لی امری، واحل العقدۃ من لسانی یفقہ قولی۔ تو آج ہم لوگ عید کے موقع پر یہاں مولانا صاحب کے کمرے میں جمع ہوئے ہیں، تو آپ سب لوگوں کو عید کی مبارک ہو، اور اسی موقع کی اسی مناسبت سے ہم کچھ باتیں آپ کے ساتھ شیئر کریں گے۔</w:t>
      </w:r>
    </w:p>
    <w:p>
      <w:r>
        <w:rPr>
          <w:b/>
        </w:rPr>
        <w:t xml:space="preserve">[00:37] </w:t>
      </w:r>
      <w:r>
        <w:t>To tehwar jo hote hain woh asal mein, um, ek hum Islam mein jo tehwar hain woh ek mission ki yaad dahani hain, to lekin ab jo tehwar hain woh bilkul ek entertainment, um, culture ki shakl ikhtiyar kar gaye hain.</w:t>
      </w:r>
    </w:p>
    <w:p>
      <w:pPr>
        <w:jc w:val="right"/>
      </w:pPr>
      <w:r>
        <w:t>تو تہوار جو ہوتے ہیں وہ اصل میں، ام، ایک ہم اسلام میں جو تہوار ہیں وہ ایک مشن کی یاد دہانی ہیں، تو لیکن اب جو تہوار ہیں وہ بالکل ایک انٹرٹینمنٹ، ام، کلچر کی شکل اختیار کر گئے ہیں۔</w:t>
      </w:r>
    </w:p>
    <w:p>
      <w:r>
        <w:rPr>
          <w:b/>
        </w:rPr>
        <w:t xml:space="preserve">[00:56] </w:t>
      </w:r>
      <w:r>
        <w:t>To humein yeh karna hai ke humein is ki asal spirit ke saath dobara is ko revive karna hai,</w:t>
      </w:r>
    </w:p>
    <w:p>
      <w:pPr>
        <w:jc w:val="right"/>
      </w:pPr>
      <w:r>
        <w:t>تو ہمیں یہ کرنا ہے کہ ہمیں اس کی اصل سپرٹ کے ساتھ دوبارہ اس کو ریوائیو کرنا ہے،</w:t>
      </w:r>
    </w:p>
    <w:p>
      <w:r>
        <w:rPr>
          <w:b/>
        </w:rPr>
        <w:t xml:space="preserve">[01:03] </w:t>
      </w:r>
      <w:r>
        <w:t>Jo pehle tha tehwar Rasul Allah sallallahu alaihi wa sallam ke zamane mein, aur ummat period tak bhi is ki spirit ke saath tehwar manaya jata tha.</w:t>
      </w:r>
    </w:p>
    <w:p>
      <w:pPr>
        <w:jc w:val="right"/>
      </w:pPr>
      <w:r>
        <w:t>جو پہلے تھا تہوار رسول اللہ صلی اللہ علیہ وسلم کے زمانے میں، اور امیت پیریڈ تک بھی اس کی سپرٹ کے ساتھ تہوار منایا جاتا تھا۔</w:t>
      </w:r>
    </w:p>
    <w:p>
      <w:r>
        <w:rPr>
          <w:b/>
        </w:rPr>
        <w:t xml:space="preserve">[01:15] </w:t>
      </w:r>
      <w:r>
        <w:t>Lekin baad mein Abbasi daur mein jab Iran ka jo culture hai woh bahut zyada dominate karne laga to bahut dhoom dhaam se har kaam hone laga.</w:t>
      </w:r>
    </w:p>
    <w:p>
      <w:pPr>
        <w:jc w:val="right"/>
      </w:pPr>
      <w:r>
        <w:t>لیکن بعد میں عباسی دور میں جب ایران کا جو کلچر ہے وہ بہت زیادہ ڈومینیٹ کرنے لگا تو بہت دھوم دھام سے ہر کام ہونے لگا۔</w:t>
      </w:r>
    </w:p>
    <w:p>
      <w:r>
        <w:rPr>
          <w:b/>
        </w:rPr>
        <w:t xml:space="preserve">[01:27] </w:t>
      </w:r>
      <w:r>
        <w:t>Iran mein Nowroz ka tehwar bahut dhoom dhaam se manaya jata tha, to isi tareeqe se Eid Bakri Eid ka tehwar bhi dhoom dhaam se manaya jaane laga.</w:t>
      </w:r>
    </w:p>
    <w:p>
      <w:pPr>
        <w:jc w:val="right"/>
      </w:pPr>
      <w:r>
        <w:t>ایران میں نوروز کا تہوار بہت دھوم دھام سے منایا جاتا تھا، تو اسی طریقے سے عید بکری عید کا تہوار بھی دھوم دھام سے منایا جانے لگا۔</w:t>
      </w:r>
    </w:p>
    <w:p>
      <w:r>
        <w:rPr>
          <w:b/>
        </w:rPr>
        <w:t xml:space="preserve">[01:37] </w:t>
      </w:r>
      <w:r>
        <w:t>To hum logon ko dobara is ki spirit ko revive karna hai. Dekhiye, yeh tehwar jo hain yeh, yeh jo qurbani hai is mein misal ke taur par woh ek alamatii qurbani hoti hai.</w:t>
      </w:r>
    </w:p>
    <w:p>
      <w:pPr>
        <w:jc w:val="right"/>
      </w:pPr>
      <w:r>
        <w:t>تو ہم لوگوں کو دوبارہ اس کی سپرٹ کو ریوائیو کرنا ہے۔ دیکھیے، یہ تہوار جو ہیں یہ، یہ جو قربانی ہے اس میں مثال کے طور پر وہ ایک علامتی قربانی ہوتی ہے۔</w:t>
      </w:r>
    </w:p>
    <w:p>
      <w:r>
        <w:rPr>
          <w:b/>
        </w:rPr>
        <w:t xml:space="preserve">[01:52] </w:t>
      </w:r>
      <w:r>
        <w:t>Asal qurbani jo hai hamari apni qurbani hai, hamare, um, hamare time ki qurbani hai, hamare resources ki qurbani hai, hamare desires ki qurbani hai.</w:t>
      </w:r>
    </w:p>
    <w:p>
      <w:pPr>
        <w:jc w:val="right"/>
      </w:pPr>
      <w:r>
        <w:t>اصل قربانی جو ہے ہماری اپنی قربانی ہے، ہمارے، ام، ہمارے ٹائم کی قربانی ہے، ہمارے ریسورسز کی قربانی ہے، ہمارے ڈیزائرز کی قربانی ہے۔</w:t>
      </w:r>
    </w:p>
    <w:p>
      <w:r>
        <w:rPr>
          <w:b/>
        </w:rPr>
        <w:t xml:space="preserve">[02:04] </w:t>
      </w:r>
      <w:r>
        <w:t>To hum logon ko Allah Taala ke liye pure tareeqe se ek, ek ahd karna hai ke hum har tareeqe se Hazrat Ibrahim alaihis salam ke uswe par chalenge aur poori spirit ke saath is tehwar ko zinda rakhenge.</w:t>
      </w:r>
    </w:p>
    <w:p>
      <w:pPr>
        <w:jc w:val="right"/>
      </w:pPr>
      <w:r>
        <w:t>تو ہم لوگوں کو اللہ تعالی کے لیے پورے طریقے سے ایک، ایک عہد کرنا ہے کہ ہم ہر طریقے سے حضرت ابراہیم علیہ السلام کے اسوے پر چلیں گے اور پوری سپرٹ کے ساتھ اس تہوار کو زندہ رکھیں گے۔</w:t>
      </w:r>
    </w:p>
    <w:p>
      <w:r>
        <w:rPr>
          <w:b/>
        </w:rPr>
        <w:t xml:space="preserve">[02:25] </w:t>
      </w:r>
      <w:r>
        <w:t>To hum asal mein jo sab se badi jo, um, baat yaad rakhne ki hai woh yeh ke is duniya mein hum aaye hain to test ke liye aaye hain, hum, hum halat test mein hain.</w:t>
      </w:r>
    </w:p>
    <w:p>
      <w:pPr>
        <w:jc w:val="right"/>
      </w:pPr>
      <w:r>
        <w:t>تو ہم اصل میں جو سب سے بڑی جو، ام، بات یاد رکھنے کی ہے وہ یہ کہ اس دنیا میں ہم آئے ہیں تو ٹیسٹ کے لیے آئے ہیں، ہم، ہم حالت ٹیسٹ میں ہیں۔</w:t>
      </w:r>
    </w:p>
    <w:p>
      <w:r>
        <w:rPr>
          <w:b/>
        </w:rPr>
        <w:t xml:space="preserve">[02:39] </w:t>
      </w:r>
      <w:r>
        <w:t>To yahan har cheez test ke liye hai, yahan jo tehwar hain woh bhi test ke liye hain ke hum tehwar ko sirf in ki jo hai zahir ke taur par manate hain ya in ki spirit ke saath is ko manate hain.</w:t>
      </w:r>
    </w:p>
    <w:p>
      <w:pPr>
        <w:jc w:val="right"/>
      </w:pPr>
      <w:r>
        <w:t>تو یہاں ہر چیز ٹیسٹ کے لیے ہے، یہاں جو تہوار ہیں وہ بھی ٹیسٹ کے لیے ہیں کہ ہم تہوار کو صرف ان کی جو ہے ظاہر کے طور پر مناتے ہیں یا ان کی سپرٹ کے ساتھ اس کو مناتے ہیں۔</w:t>
      </w:r>
    </w:p>
    <w:p>
      <w:r>
        <w:rPr>
          <w:b/>
        </w:rPr>
        <w:t xml:space="preserve">[02:55] </w:t>
      </w:r>
      <w:r>
        <w:t>To is duniya mein hamari Maulana sahib ne kaha tha ke is duniya mein momin ki sirf zimmedariyan hain, jo kuch milna hai, um, jo hamare rights hain woh aakhirat mein milenge.</w:t>
      </w:r>
    </w:p>
    <w:p>
      <w:pPr>
        <w:jc w:val="right"/>
      </w:pPr>
      <w:r>
        <w:t>تو اس دنیا میں ہماری مولانا صاحب نے کہا تھا کہ اس دنیا میں مومن کی صرف ذمہ داریاں ہیں، جو کچھ ملنا ہے، ام، جو ہمارے رائٹس ہیں وہ آخرت میں ملیں گے۔</w:t>
      </w:r>
    </w:p>
    <w:p>
      <w:r>
        <w:rPr>
          <w:b/>
        </w:rPr>
        <w:t xml:space="preserve">[03:08] </w:t>
      </w:r>
      <w:r>
        <w:t>To lekin hum log isi duniya mein jo hai celebration mode mein ho jate hain, bahut jald bhool jate hain ke is duniya mein humein sirf apni zimmedariyon ko ada karna hai,</w:t>
      </w:r>
    </w:p>
    <w:p>
      <w:pPr>
        <w:jc w:val="right"/>
      </w:pPr>
      <w:r>
        <w:t>تو لیکن ہم لوگ اسی دنیا میں جو ہے سیلیبریشن موڈ میں ہو جاتے ہیں، بہت جلد بھول جاتے ہیں کہ اس دنیا میں ہمیں صرف اپنی ذمہ داریوں کو ادا کرنا ہے،</w:t>
      </w:r>
    </w:p>
    <w:p>
      <w:r>
        <w:rPr>
          <w:b/>
        </w:rPr>
        <w:t xml:space="preserve">[03:21] </w:t>
      </w:r>
      <w:r>
        <w:t>Aur jo kuch hai woh aakhirat mein is ke badle mein milega hum ko. Tamam jo wahan par jo reward milega to woh hota hai, woh is ko celebrate karna hai, wahan par celebration hoga.</w:t>
      </w:r>
    </w:p>
    <w:p>
      <w:pPr>
        <w:jc w:val="right"/>
      </w:pPr>
      <w:r>
        <w:t>اور جو کچھ ہے وہ آخرت میں اس کا بدلے میں ملے گا ہم کو۔ تمام جو وہاں پر جو ریوارڈ ملے گا تو وہ ہوتا ہے، وہ اس کو سیلیبریٹ کرنا ہے، وہاں پر سیلیبریشن ہوگا۔</w:t>
      </w:r>
    </w:p>
    <w:p>
      <w:r>
        <w:rPr>
          <w:b/>
        </w:rPr>
        <w:t xml:space="preserve">[03:36] </w:t>
      </w:r>
      <w:r>
        <w:t>Ek baar Maulana sahib ne khwab mein dekha tha ke tamam CPS ladies ek jagah, bahut achi jagah hai, bagh ki tarah, aur wahan par jama hain aur bilkul celebration mode mein</w:t>
      </w:r>
    </w:p>
    <w:p>
      <w:pPr>
        <w:jc w:val="right"/>
      </w:pPr>
      <w:r>
        <w:t>ایک بار مولانا صاحب نے خواب میں دیکھا تھا کہ تمام سی پی ایس لیڈیز ایک جگہ، بہت اچھی جگہ ہے، باغ کی طرح، اور وہاں پر جمع ہیں اور بالکل سیلیبریشن موڈ میں</w:t>
      </w:r>
    </w:p>
    <w:p>
      <w:r>
        <w:rPr>
          <w:b/>
        </w:rPr>
        <w:t xml:space="preserve">[03:48] </w:t>
      </w:r>
      <w:r>
        <w:t>hain. To celebration hamara wahan par hoga, is duniya mein to humein commitment karna hai ahd se, aur ahd karna hai ke hum har halat mein is spirit ko zinda karenge, Hazrat Ibrahim ki spirit ko, aur apne aap ko is mission ke aage surrender kar denge.</w:t>
      </w:r>
    </w:p>
    <w:p>
      <w:pPr>
        <w:jc w:val="right"/>
      </w:pPr>
      <w:r>
        <w:t>ہیں۔ تو سیلیبریشن ہمارا وہاں پر ہوگا، اس دنیا میں تو ہمیں کمٹمنٹ کرنا ہے عہد سے، اور عہد کرنا ہے کہ ہم ہر حالت میں اس سپرٹ کو زندہ کریں گے، حضرت ابراہیم کی سپرٹ کو، اور اپنے آپ کو اس مشن کے آگے سرینڈر کر دیں گے۔</w:t>
      </w:r>
    </w:p>
    <w:p>
      <w:r>
        <w:rPr>
          <w:b/>
        </w:rPr>
        <w:t xml:space="preserve">[04:08] </w:t>
      </w:r>
      <w:r>
        <w:t>To mujhe yaad aata hai ek baar Doctor Naghma Siddiqui ke ghar mein bahut zyada plant waghaira lage hue hain, to isi mein kuch busy thin woh</w:t>
      </w:r>
    </w:p>
    <w:p>
      <w:pPr>
        <w:jc w:val="right"/>
      </w:pPr>
      <w:r>
        <w:t>تو مجھے یاد آتا ہے ایک بار ڈاکٹر نغمہ صدیقی کے گھر میں بہت زیادہ پلانٹ وغیرہ لگے ہوئے ہیں، تو اسی میں کچھ بزی تھیں وہ</w:t>
      </w:r>
    </w:p>
    <w:p>
      <w:r>
        <w:rPr>
          <w:b/>
        </w:rPr>
        <w:t xml:space="preserve">[04:17] </w:t>
      </w:r>
      <w:r>
        <w:t>To kehne lagi mujhe ek dam bahut tez aawaz aayi ke final call de do. Kehne lagi us waqt se phir maine ghar ki cheezon mein dilchaspi lena khatam kar diya, to full time woh mission mein lag gayin.</w:t>
      </w:r>
    </w:p>
    <w:p>
      <w:pPr>
        <w:jc w:val="right"/>
      </w:pPr>
      <w:r>
        <w:t>۔ تو کہنے لگی مجھے ایک دم بہت تیز آواز آئی کہ فائنل کال دے دو۔ کہنے لگی اس وقت سے پھر میں نے گھر کی چیزوں میں دلچسپی لینا ختم کر دیا، تو فل ٹائم وہ مشن میں لگ گئیں۔</w:t>
      </w:r>
    </w:p>
    <w:p>
      <w:r>
        <w:rPr>
          <w:b/>
        </w:rPr>
        <w:t xml:space="preserve">[04:31] </w:t>
      </w:r>
      <w:r>
        <w:t>To yeh waqt hai hamare liye ke final call hai aur aakhri zamana hai, Allah Taala ne tamam opportunities hamare liye khol di hain, to</w:t>
      </w:r>
    </w:p>
    <w:p>
      <w:pPr>
        <w:jc w:val="right"/>
      </w:pPr>
      <w:r>
        <w:t>تو یہ وقت ہے ہمارے لیے کہ فائنل کال ہے اور آخری زمانہ ہے، اللہ تعالی نے تمام اپرچونیٹیز ہمارے لیے کھول دی ہیں، تو</w:t>
      </w:r>
    </w:p>
    <w:p>
      <w:r>
        <w:rPr>
          <w:b/>
        </w:rPr>
        <w:t xml:space="preserve">[04:43] </w:t>
      </w:r>
      <w:r>
        <w:t>humein is ko le kar ke in opportunities ko avail kar ke apne aap ko poori tareeqe se, um, is mein apne aap ko poori tareeqe se surrender kar dena hai is mission mein, aur bilkul commitment pura dena hai humein taake hum poori tareeqe se,</w:t>
      </w:r>
    </w:p>
    <w:p>
      <w:pPr>
        <w:jc w:val="right"/>
      </w:pPr>
      <w:r>
        <w:t>ہمیں اس کو لے کر کے ان اپرچونیٹیز کو اویل کر کے اپنے آپ کو پوری طریقے سے، ام، اس میں اپنے آپ کو پوری طریقے سے سرینڈر کر دینا ہے اس مشن میں، اور بالکل کمٹمنٹ پورا دینا ہے ہمیں تاکہ ہم پورے طریقے سے،</w:t>
      </w:r>
    </w:p>
    <w:p>
      <w:r>
        <w:rPr>
          <w:b/>
        </w:rPr>
        <w:t xml:space="preserve">[05:02] </w:t>
      </w:r>
      <w:r>
        <w:t>um, apne, apni har cheez jo humein Allah Taala ne diya hai, jis ke andar jo salahiyat hai, woh is ko poori tareeqe se mission mein laga den.</w:t>
      </w:r>
    </w:p>
    <w:p>
      <w:pPr>
        <w:jc w:val="right"/>
      </w:pPr>
      <w:r>
        <w:t>ام، اپنے، اپنی ہر چیز جو ہمیں اللہ تعالی نے دیا ہے، جس کے اندر جو صلاحیت ہے، وہ اس کو پورے طریقے سے مشن میں لگا دیں۔</w:t>
      </w:r>
    </w:p>
    <w:p>
      <w:r>
        <w:rPr>
          <w:b/>
        </w:rPr>
        <w:t xml:space="preserve">[05:12] </w:t>
      </w:r>
      <w:r>
        <w:t>Aaj humein kuch karna nahi hai, hamare paas powerful literature hai, modern edition mein hamare paas Quran ke chalis se zyada tarjume hain, tamam jo badi zabanen hain,</w:t>
      </w:r>
    </w:p>
    <w:p>
      <w:pPr>
        <w:jc w:val="right"/>
      </w:pPr>
      <w:r>
        <w:t>آج ہمیں کچھ کرنا نہیں ہے، ہمارے پاس پاورفل لٹریچر ہے، ماڈرن ایڈیم میں ہمارے پاس قرآن کے چالیس سے زیادہ ترجمے ہیں، تمام جو بڑی زبانیں ہیں،</w:t>
      </w:r>
    </w:p>
    <w:p>
      <w:r>
        <w:rPr>
          <w:b/>
        </w:rPr>
        <w:t xml:space="preserve">[05:26] </w:t>
      </w:r>
      <w:r>
        <w:t>um, duniya ki is mein tarjume ho chuke hain. To hum duniya ke kisi bhi hisse mein hon, hum yeh kaam kar sakte hain kyunki yeh dekhiye Khuda ka message pahunchana aaj hamari zimmedari hai.</w:t>
      </w:r>
    </w:p>
    <w:p>
      <w:pPr>
        <w:jc w:val="right"/>
      </w:pPr>
      <w:r>
        <w:t>ام، دنیا کی اس میں ترجمے ہو چکے ہیں۔ تو ہم دنیا کے کسی بھی حصے میں ہوں، ہم یہ کام کر سکتے ہیں کیونکہ یہ دیکھیے خدا کا میسج پہنچانا آج ہماری ذمہ داری ہے۔</w:t>
      </w:r>
    </w:p>
    <w:p>
      <w:r>
        <w:rPr>
          <w:b/>
        </w:rPr>
        <w:t xml:space="preserve">[05:39] </w:t>
      </w:r>
      <w:r>
        <w:t>Aaj</w:t>
      </w:r>
    </w:p>
    <w:p>
      <w:pPr>
        <w:jc w:val="right"/>
      </w:pPr>
      <w:r>
        <w:t>آج</w:t>
      </w:r>
    </w:p>
    <w:p>
      <w:r>
        <w:rPr>
          <w:b/>
        </w:rPr>
        <w:t xml:space="preserve">[05:40] </w:t>
      </w:r>
      <w:r>
        <w:t>koi naya prophet nahi aayega, to yeh aaj hamari zimmedari hai ke hum tamam duniya ko Khuda ka paigham pahuncha den, aur isi par aakhirat mein hamari nijaat ka faisla hoga.</w:t>
      </w:r>
    </w:p>
    <w:p>
      <w:pPr>
        <w:jc w:val="right"/>
      </w:pPr>
      <w:r>
        <w:t>کوئی نیا پرافٹ نہیں آئے گا، تو یہ آج ہماری ذمہ داری ہے کہ ہم تمام دنیا کو خدا کا پیغام پہنچا دیں، اور اسی پر آخرت میں ہماری نجات کا فیصلہ ہوگا۔</w:t>
      </w:r>
    </w:p>
    <w:p>
      <w:r>
        <w:rPr>
          <w:b/>
        </w:rPr>
        <w:t xml:space="preserve">[05:51] </w:t>
      </w:r>
      <w:r>
        <w:t>to is liye maulana kehte the ke allah ta'ala ne poori duniya badal diya, to jo saari technology aayi hai woh hamare liye bohat zyada, um, bohat zyada hamare liye favorable hai da'wa ka kaam karne ke liye.</w:t>
      </w:r>
    </w:p>
    <w:p>
      <w:pPr>
        <w:jc w:val="right"/>
      </w:pPr>
      <w:r>
        <w:t>تو اسی لیے مولانا کہتے تھے کہ اللہ تعالی نے پوری دنیا بدل دیا، تو جو ساری ٹیکنالوجی آئی ہے وہ ہمارے لیے بہت زیادہ، ام، بہت زیادہ ہمارے لیے فیوریبل ہے دعویٰ کا کام کرنے کے لیے۔</w:t>
      </w:r>
    </w:p>
    <w:p>
      <w:r>
        <w:rPr>
          <w:b/>
        </w:rPr>
        <w:t xml:space="preserve">[06:08] </w:t>
      </w:r>
      <w:r>
        <w:t>hamari website bhi develop ho gayi hai, aur har tarah se hum log tayyar hain kaam karne ke liye. ab sirf humein apne aap ko is mein laga dena hai, full time laga dena hai, aur is mein allah ta'ala ki poori madad humein milegi.</w:t>
      </w:r>
    </w:p>
    <w:p>
      <w:pPr>
        <w:jc w:val="right"/>
      </w:pPr>
      <w:r>
        <w:t>ہماری ویب سائٹ بھی ڈیولپ ہو گئی ہے، اور ہر طرح سے ہم لوگ تیار ہیں کام کرنے کے لیے۔ اب صرف ہمیں اپنے آپ کو اس میں لگا دینا ہے، فل ٹائم لگا دینا ہے، اور اس میں اللہ تعالی کی پوری مدد ہمیں ملے گی۔</w:t>
      </w:r>
    </w:p>
    <w:p>
      <w:r>
        <w:rPr>
          <w:b/>
        </w:rPr>
        <w:t xml:space="preserve">[06:26] </w:t>
      </w:r>
      <w:r>
        <w:t>aur jahan dekhte hain hum koi kaam humein mushkil padh raha hai, to allah ta'ala ki madad aa jaati hai, aur woh kaam hamare liye aasan kar diya jaata hai.</w:t>
      </w:r>
    </w:p>
    <w:p>
      <w:pPr>
        <w:jc w:val="right"/>
      </w:pPr>
      <w:r>
        <w:t>اور جہاں دیکھتے ہیں ہم کوئی کام ہمیں مشکل پڑ رہا ہے، تو اللہ تعالی کی مدد آ جاتی ہے، اور وہ کام ہمارے لیے آسان کر دیا جاتا ہے۔</w:t>
      </w:r>
    </w:p>
    <w:p>
      <w:r>
        <w:rPr>
          <w:b/>
        </w:rPr>
        <w:t xml:space="preserve">[06:35] </w:t>
      </w:r>
      <w:r>
        <w:t>to ab, ab humein jo jis cheez ki zaroorat hai woh hai ke saare log mil kar kaam karein, ittehad ke saath kaam karein. koi bhi kisi ke, koi bhi kisi ko, koi kisi se shikayat ho jaye to mission ke liye us ko bilkul dafn kar dein ke humein allah ke mission ke liye sab kuch qurban kar dena hai, apni raye ko bhi qurban kar dena hai.</w:t>
      </w:r>
    </w:p>
    <w:p>
      <w:pPr>
        <w:jc w:val="right"/>
      </w:pPr>
      <w:r>
        <w:t>تو اب، اب ہمیں جو جس چیز کی ضرورت ہے وہ ہے کہ سارے لوگ مل کر کام کریں، اتحاد کے ساتھ کام کریں۔ کوئی بھی کسی کے، کوئی بھی کسی کو، کوئی کسی سے شکایت ہو جائے تو مشن کے لیے اس کو بالکل دفن کر دیں کہ ہمیں اللہ کے مشن کے لیے سب کچھ قربان کر دینا ہے، اپنی رائے کو بھی قربان کر دینا ہے۔</w:t>
      </w:r>
    </w:p>
    <w:p>
      <w:r>
        <w:rPr>
          <w:b/>
        </w:rPr>
        <w:t xml:space="preserve">[06:56] </w:t>
      </w:r>
      <w:r>
        <w:t>to</w:t>
      </w:r>
    </w:p>
    <w:p>
      <w:pPr>
        <w:jc w:val="right"/>
      </w:pPr>
      <w:r>
        <w:t>تو</w:t>
      </w:r>
    </w:p>
    <w:p>
      <w:r>
        <w:rPr>
          <w:b/>
        </w:rPr>
        <w:t xml:space="preserve">[06:57] </w:t>
      </w:r>
      <w:r>
        <w:t>is tareeqe se hum jab qurbani denge, tabhi allah ta'ala ke haan yeh hamari jo kaam hai woh allah ta'ala ke haan qubool kiya jayega.</w:t>
      </w:r>
    </w:p>
    <w:p>
      <w:pPr>
        <w:jc w:val="right"/>
      </w:pPr>
      <w:r>
        <w:t>اس طریقے سے ہم جب قربانی دیں گے، تبھی اللہ تعالی کے ہاں یہ ہماری جو کام ہے وہ اللہ تعالی کے ہاں قبول کیا جائے گا۔</w:t>
      </w:r>
    </w:p>
    <w:p>
      <w:r>
        <w:rPr>
          <w:b/>
        </w:rPr>
        <w:t xml:space="preserve">[07:09] </w:t>
      </w:r>
      <w:r>
        <w:t>to main kal ek article padh rahi thi, is mein, um, jo madine mein jab musalman gaye the to rasool allah sallallahu alaihi wasallam ne ek makki aur ek madani ko,</w:t>
      </w:r>
    </w:p>
    <w:p>
      <w:pPr>
        <w:jc w:val="right"/>
      </w:pPr>
      <w:r>
        <w:t>تو میں کل ایک آرٹیکل پڑھ رہی تھی، اس میں، ام، جو مدینے میں جب مسلمان گئے تھے تو رسول اللہ صلی اللہ علیہ وسلم نے ایک مکی اور ایک مدنی کو،</w:t>
      </w:r>
    </w:p>
    <w:p>
      <w:r>
        <w:rPr>
          <w:b/>
        </w:rPr>
        <w:t xml:space="preserve">[07:22] </w:t>
      </w:r>
      <w:r>
        <w:t>um, muakhaat karai thi, yani brotherhood qayam ki thi, kyunke woh log bohat saare ikatthe wahan chale gaye the. to abhi woh settle karne ke liye, unko establish karne ke liye, unhon ne rasool allah sallallahu alaihi wasallam ne bhai bhai banaya tha, ek makki aur ek mad</w:t>
      </w:r>
    </w:p>
    <w:p>
      <w:pPr>
        <w:jc w:val="right"/>
      </w:pPr>
      <w:r>
        <w:t>ام، مواخات کرائی تھی، یعنی برادرہڈ قائم کی تھی، کیونکہ وہ لوگ بہت سارے اکٹھے وہاں چلے گئے تھے۔ تو ابھی وہ سیٹل کرنے کے لیے، ان کو اسٹیبلش کرنے کے لیے، انہوں نے رسول اللہ صلی اللہ علیہ وسلم نے بھائی بھائی بنایا تھا، ایک مکی اور ایک مد</w:t>
      </w:r>
    </w:p>
    <w:p>
      <w:r>
        <w:rPr>
          <w:b/>
        </w:rPr>
        <w:t xml:space="preserve">[07:39] </w:t>
      </w:r>
      <w:r>
        <w:t>ni. to woh jo muakhaat thi, jo brotherhood thi, woh itni strong thi ke woh apne jo blood relationship the, un se bhi zyada strong thi.</w:t>
      </w:r>
    </w:p>
    <w:p>
      <w:pPr>
        <w:jc w:val="right"/>
      </w:pPr>
      <w:r>
        <w:t>نی۔ تو وہ جو مواخات تھی، جو برادرہڈ تھی، وہ اتنی سٹرانگ تھی کہ وہ اپنے جو بلڈ ریلیشن شپ تھے، ان سے بھی زیادہ سٹرانگ تھی۔</w:t>
      </w:r>
    </w:p>
    <w:p>
      <w:r>
        <w:rPr>
          <w:b/>
        </w:rPr>
        <w:t xml:space="preserve">[07:49] </w:t>
      </w:r>
      <w:r>
        <w:t>to logon ne sab adhi adhi cheezein sab apne bhai ko de dein, makki bhai</w:t>
      </w:r>
    </w:p>
    <w:p>
      <w:pPr>
        <w:jc w:val="right"/>
      </w:pPr>
      <w:r>
        <w:t>تو لوگوں نے سب ادھی ادھی چیزیں سب اپنے بھائی کو دے دیں، مکی بھائی</w:t>
      </w:r>
    </w:p>
    <w:p>
      <w:r>
        <w:rPr>
          <w:b/>
        </w:rPr>
        <w:t xml:space="preserve">[07:54] </w:t>
      </w:r>
      <w:r>
        <w:t>ko. to main yeh soch rahi thi ke humein bhi isi tareeqe se bilkul jo c.p.s. ke log hain, woh bilkul hamare bhai bahan hone chahiye, bilkul jo blood relationship se bhi woh zyada important hain, kyunke ek hamari, woh hamare liye eternally hamare saath rahenge, aakhirat mein insha allah ta'ala.</w:t>
      </w:r>
    </w:p>
    <w:p>
      <w:pPr>
        <w:jc w:val="right"/>
      </w:pPr>
      <w:r>
        <w:t>کو۔ تو میں یہ سوچ رہی تھی کہ ہمیں بھی اسی طریقے سے بالکل جو سی پی ایس کے لوگ ہیں، وہ بالکل ہمارے بھائی بہن ہونے چاہیے، بالکل جو بلڈ ریلیشن شپ سے بھی وہ زیادہ امپورٹنٹ ہیں، کیونکہ ایک ہماری، وہ ہمارے لیے ایٹرنلی ہمارے ساتھ رہیں گے، آخرت میں انشاء اللہ تعالی۔</w:t>
      </w:r>
    </w:p>
    <w:p>
      <w:r>
        <w:rPr>
          <w:b/>
        </w:rPr>
        <w:t xml:space="preserve">[08:14] </w:t>
      </w:r>
      <w:r>
        <w:t>to yeh hamara eternal relationship hai, to is ko humein aur maz</w:t>
      </w:r>
    </w:p>
    <w:p>
      <w:pPr>
        <w:jc w:val="right"/>
      </w:pPr>
      <w:r>
        <w:t>تو یہ ہمارا ایٹرنل ریلیشن شپ ہے، تو اس کو ہمیں اور مض</w:t>
      </w:r>
    </w:p>
    <w:p>
      <w:r>
        <w:rPr>
          <w:b/>
        </w:rPr>
        <w:t xml:space="preserve">[08:19] </w:t>
      </w:r>
      <w:r>
        <w:t>boot karna hai, humein apni tamam excuses ko khatam kar dena hai, aur wohi log hamare duniya mein bhi hamare saathi hain, aur aakhirat mein bhi hamare saathi honge.</w:t>
      </w:r>
    </w:p>
    <w:p>
      <w:pPr>
        <w:jc w:val="right"/>
      </w:pPr>
      <w:r>
        <w:t>بوط کرنا ہے، ہمیں اپنی تمام ایکسکیوزز کو ختم کر دینا ہے، اور وہی لوگ ہمارے دنیا میں بھی ہمارے ساتھی ہیں، اور آخرت میں بھی ہمارے ساتھی ہوں گے۔</w:t>
      </w:r>
    </w:p>
    <w:p>
      <w:r>
        <w:rPr>
          <w:b/>
        </w:rPr>
        <w:t xml:space="preserve">[08:31] </w:t>
      </w:r>
      <w:r>
        <w:t>to humein wohi baar baar mein wohi kahungi ke haj ko humein is ki spirit ke saath revive karna hai, kyunke haj mabroor, jis ko yani haj jis ko allah ta'ala accept karein, woh wohi haj hai jo jo spirit ke saath kiya jaye.</w:t>
      </w:r>
    </w:p>
    <w:p>
      <w:pPr>
        <w:jc w:val="right"/>
      </w:pPr>
      <w:r>
        <w:t>تو ہمیں وہی بار بار میں وہی کہوں گی کہ حج کو ہمیں اس کی سپرٹ کے ساتھ ریوائیو کرنا ہے، کیونکہ حج مبرور، جس کو یعنی حج جس کو اللہ تعالی ایکسیپٹ کریں، وہ وہی حج ہے جو جو سپرٹ کے ساتھ کیا جائے۔</w:t>
      </w:r>
    </w:p>
    <w:p>
      <w:r>
        <w:rPr>
          <w:b/>
        </w:rPr>
        <w:t xml:space="preserve">[08:47] </w:t>
      </w:r>
      <w:r>
        <w:t>to hum tamam ibaadaat ke liye wohi hai ke haj ibaadaat ko spirit ke saath jab kiya jaata hai, tabhi allah ta'ala us ko qubool farmate hain.</w:t>
      </w:r>
    </w:p>
    <w:p>
      <w:pPr>
        <w:jc w:val="right"/>
      </w:pPr>
      <w:r>
        <w:t>تو ہم تمام عبادات کے لیے وہی ہے کہ حج عبادات کو سپرٹ کے ساتھ جب کیا جاتا ہے، تبھی اللہ تعالی اس کو قبول فرماتے ہیں۔</w:t>
      </w:r>
    </w:p>
    <w:p>
      <w:r>
        <w:rPr>
          <w:b/>
        </w:rPr>
        <w:t xml:space="preserve">[08:56] </w:t>
      </w:r>
      <w:r>
        <w:t>to isi tareeqe se haj bhi hai, aaj log sirf samajhte hain ke qurbani kar di aur haj</w:t>
      </w:r>
    </w:p>
    <w:p>
      <w:pPr>
        <w:jc w:val="right"/>
      </w:pPr>
      <w:r>
        <w:t>تو اسی طریقے سے حج بھی ہے، آج لوگ صرف سمجھتے ہیں کہ قربانی کر دی اور حج</w:t>
      </w:r>
    </w:p>
    <w:p>
      <w:r>
        <w:rPr>
          <w:b/>
        </w:rPr>
        <w:t xml:space="preserve">[09:03] </w:t>
      </w:r>
      <w:r>
        <w:t>ho gaya, aisa nahi hai, balke hum ko is ki spirit ke saath is ko lena padega. aur tamam jo hazrat ibrahim alaihis salam ki zindagi mein jo stages aaye the, woh sab is aaj ke din hum is ko yaad karein, jab hum log jama hon to is ki baat karein, is ko yaad karein, aur ahd karein ke hum isi tareeqe se apni zindagi ko khuda ke liye surrender kar denge, khuda ke liye waqf kar denge, aur yahi paighaam hai.</w:t>
      </w:r>
    </w:p>
    <w:p>
      <w:pPr>
        <w:jc w:val="right"/>
      </w:pPr>
      <w:r>
        <w:t>ہو گیا، ایسا نہیں ہے، بلکہ ہم کو اس کی سپرٹ کے ساتھ اس کو لینا پڑے گا۔ اور تمام جو حضرت ابراہیم علیہ السلام کی زندگی میں جو سٹیجز آئے تھے، وہ سب اس آج کے دن ہم اس کو یاد کریں، جب ہم لوگ جمع ہوں تو اس کی بات کریں، اس کو یاد کریں، اور عہد کریں کہ ہم اسی طریقے سے اپنی زندگی کو خدا کے لیے سرینڈر کر دیں گے، خدا کے لیے وقف کر دیں گے، اور یہی پیغام ہے۔</w:t>
      </w:r>
    </w:p>
    <w:p>
      <w:r>
        <w:rPr>
          <w:b/>
        </w:rPr>
        <w:t xml:space="preserve">[09:32] </w:t>
      </w:r>
      <w:r>
        <w:t>to isi paighaam ko humein khud bhi, um, samajhna hai, logon ko batana hai, aur isi paighaam ko dusron tak pahunchana hai.</w:t>
      </w:r>
    </w:p>
    <w:p>
      <w:pPr>
        <w:jc w:val="right"/>
      </w:pPr>
      <w:r>
        <w:t>تو اسی پیغام کو ہمیں خود بھی، ام، سمجھنا ہے، لوگوں کو بتانا ہے، اور اسی پیغام کو دوسروں تک پہنچانا ہے۔</w:t>
      </w:r>
    </w:p>
    <w:p>
      <w:r>
        <w:rPr>
          <w:b/>
        </w:rPr>
        <w:t xml:space="preserve">[09:43] </w:t>
      </w:r>
      <w:r>
        <w:t>to yahan main ek dream ke saath khatam karungi ke hamara ek whatsapp group hai, jis ko mis fahmeeda khan is ki admin hain, is ko chala rahi hain bohat mehnat se, bohat saare log is mein jude hue hain.</w:t>
      </w:r>
    </w:p>
    <w:p>
      <w:pPr>
        <w:jc w:val="right"/>
      </w:pPr>
      <w:r>
        <w:t>تو یہاں میں ایک ڈریم کے ساتھ ختم کروں گی کہ ہمارا ایک واٹس ایپ گروپ ہے، جس کو مس فہمیدہ خان اس کی ایڈمن ہیں، اس کو چلا رہی ہیں بہت محنت سے، بہت سارے لوگ اس میں جڑے ہوئے ہیں۔</w:t>
      </w:r>
    </w:p>
    <w:p>
      <w:r>
        <w:rPr>
          <w:b/>
        </w:rPr>
        <w:t xml:space="preserve">[09:57] </w:t>
      </w:r>
      <w:r>
        <w:t>to is mein ek hain aisha yusra,</w:t>
      </w:r>
    </w:p>
    <w:p>
      <w:pPr>
        <w:jc w:val="right"/>
      </w:pPr>
      <w:r>
        <w:t>تو اس میں ایک ہیں عائشہ یسرا،</w:t>
      </w:r>
    </w:p>
    <w:p>
      <w:r>
        <w:rPr>
          <w:b/>
        </w:rPr>
        <w:t xml:space="preserve">[10:00] </w:t>
      </w:r>
      <w:r>
        <w:t>to unhon ne khwab mein dekha, um, abhi do din pehle ki baat hai, khwab mein dekha ke bohat hi achhi jagah par hai, aur bohat hi achhi jagah hai, bilkul jaise jannati jagah, aur wahan par bohat healthy log hain, bohat saare achhe kapde pahne hue, bohat hi healthy, bohat hi har cheez bohat khubsurat hai, aur bohat saare gentlemen bohat saare hain, aur chal rahe hain, kahin</w:t>
      </w:r>
    </w:p>
    <w:p>
      <w:pPr>
        <w:jc w:val="right"/>
      </w:pPr>
      <w:r>
        <w:t>تو انہوں نے خواب میں دیکھا، ام، ابھی دو دن پہلے کی بات ہے، خواب میں دیکھا کہ بہت ہی اچھی جگہ پر ہے، اور بہت ہی اچھی جگہ ہے، بالکل جیسے جنتی جگہ، اور وہاں پر بہت ہیینگ لوگ ہیں، بہت سارے اچھے کپڑے پہنے ہوئے، بہت ہی ہیلدی، بہت ہی ہر چیز بہت خوبصورت ہے، اور بہت سارے جینٹس بہت سارے ہیں، اور چل رہے ہیں، کہیں</w:t>
      </w:r>
    </w:p>
    <w:p>
      <w:r>
        <w:rPr>
          <w:b/>
        </w:rPr>
        <w:t xml:space="preserve">[10:27] </w:t>
      </w:r>
      <w:r>
        <w:t>ja rahe hain. ab woh dekhti hain ke ladies kahan hain, to un ko ladies dikhayi nahi detin, to bohat mushkil se un ko chand ladies dikhayi dein, to woh bohat pareshan ho gayin.</w:t>
      </w:r>
    </w:p>
    <w:p>
      <w:pPr>
        <w:jc w:val="right"/>
      </w:pPr>
      <w:r>
        <w:t>جا رہے ہیں۔ اب وہ دیکھتی ہیں کہ لیڈیز کہاں ہیں، تو ان کو لیڈیز دکھائی نہیں دیتیں، تو بہت مشکل سے ان کو چند لیڈیز دکھائی دیں، تو وہ بہت پریشان ہو گئیں۔</w:t>
      </w:r>
    </w:p>
    <w:p>
      <w:r>
        <w:rPr>
          <w:b/>
        </w:rPr>
        <w:t xml:space="preserve">[10:38] </w:t>
      </w:r>
      <w:r>
        <w:t>khwab mein unhon ne mujhe bataya ke aisa kyun hai ke ladies nahi dikhayi de rahi hain, gentlemen to bohat saare hain. to main ne kaha, um, aisa nahi hai ke ladies jannat mein nahi jayengi, balke jannat ke bohat saare darje hain.</w:t>
      </w:r>
    </w:p>
    <w:p>
      <w:pPr>
        <w:jc w:val="right"/>
      </w:pPr>
      <w:r>
        <w:t>خواب میں انہوں نے مجھے بتایا کہ ایسا کیوں ہے کہ لیڈیز نہیں دکھائی دے رہی ہیں، جینٹس تو بہت سارے ہیں۔ تو میں نے کہا، ام، ایسا نہیں ہے کہ لیڈیز جنت میں نہیں جائیں گی، بلکہ جنت کے بہت سارے درجے ہیں۔</w:t>
      </w:r>
    </w:p>
    <w:p>
      <w:r>
        <w:rPr>
          <w:b/>
        </w:rPr>
        <w:t xml:space="preserve">[10:52] </w:t>
      </w:r>
      <w:r>
        <w:t>to ladies jo hain, woh namaz roza karte hain, achhe kaam karte hain, to insha allah ta'ala jannat mein un ko jagah milegi, lekin jo oonchi jannat hai, woh unhi logon ko milegi jo allah ta'ala ko discover</w:t>
      </w:r>
    </w:p>
    <w:p>
      <w:pPr>
        <w:jc w:val="right"/>
      </w:pPr>
      <w:r>
        <w:t>تو لیڈیز جو ہیں، وہ نماز روزہ کرتے ہیں، اچھے کام کرتے ہیں، تو انشاء اللہ تعالی جنت میں ان کو جگہ ملے گی، لیکن جو اونچی جنت ہے، وہ انہی لوگوں کو ملے گی جو اللہ تعالی کو ڈسکور</w:t>
      </w:r>
    </w:p>
    <w:p>
      <w:r>
        <w:rPr>
          <w:b/>
        </w:rPr>
        <w:t xml:space="preserve">[11:07] </w:t>
      </w:r>
      <w:r>
        <w:t>discovery ke darje mein payein, jo allah ta'ala ki marifat hasil karein. to ladies ko yeh mauqa kam milta tha, pehli baar maulana ke zariye se ladies ko yeh mauqa mila hai ke poore tareeqe se apne aap ko mission mein involve karein, aur poore tareeqe se marifat hasil karein, aur marifat wale deen ko dusron tak pahunchayein</w:t>
      </w:r>
    </w:p>
    <w:p>
      <w:pPr>
        <w:jc w:val="right"/>
      </w:pPr>
      <w:r>
        <w:t>، ڈسکوری کے درجے میں پائیں، جو اللہ تعالی کی معرفت حاصل کریں۔ تو لیڈیز کو یہ موقع کم ملتا تھا، پہلی بار مولانا کے ذریعے سے لیڈیز کو یہ موقع ملا ہے کہ پورے طریقے سے اپنے آپ کو مشن میں انوالو کریں، اور پورے طریقے سے معرفت حاصل کریں، اور معرفت والے دین کو دوسروں تک پہنچ</w:t>
      </w:r>
    </w:p>
    <w:p>
      <w:r>
        <w:rPr>
          <w:b/>
        </w:rPr>
        <w:t xml:space="preserve">[11:30] </w:t>
      </w:r>
      <w:r>
        <w:t>aain. to insha allah taa'la jab hum ye karenge to humein bhi jannat ke a'ala maqamaat mein hissa milega, kyunki agar jannat mein a'ala maqam mein hissa nahi mila to humein khuda se mulaqaat nahi hogi.</w:t>
      </w:r>
    </w:p>
    <w:p>
      <w:pPr>
        <w:jc w:val="right"/>
      </w:pPr>
      <w:r>
        <w:t>ائیں۔ تو انشاء اللہ تعالی جب ہم یہ کریں گے تو ہمیں بھی جنت کے اعلی مقامات میں حصہ ملے گا، کیونکہ اگر جنت میں اعلی مقام میں حصہ نہیں ملا تو ہمیں خدا سے ملاقات نہیں ہوگی۔</w:t>
      </w:r>
    </w:p>
    <w:p>
      <w:r>
        <w:rPr>
          <w:b/>
        </w:rPr>
        <w:t xml:space="preserve">[11:45] </w:t>
      </w:r>
      <w:r>
        <w:t>phir aap socheye ke woh jannat kaisi hogi jahan sirf khana peena hoga, aur jo tamam duniya, tamam kaainaat ka creator hai, jannat ka creator hai, insaan ka creator hai, usi se humari mulaqaat nahi ho</w:t>
      </w:r>
    </w:p>
    <w:p>
      <w:pPr>
        <w:jc w:val="right"/>
      </w:pPr>
      <w:r>
        <w:t>پھر آپ سوچیے کہ وہ جنت کیسی ہوگی جہاں صرف کھانا پینا ہوگا، اور جو تمام دنیا، تمام کائنات کا کریٹر ہے، جنت کا کریٹر ہے، انسان کا کریٹر ہے، اسی سے ہماری ملاقات نہیں ہو</w:t>
      </w:r>
    </w:p>
    <w:p>
      <w:r>
        <w:rPr>
          <w:b/>
        </w:rPr>
        <w:t xml:space="preserve">[11:59] </w:t>
      </w:r>
      <w:r>
        <w:t>gi. to aap socheye woh jannat kaisi hogi jahan hum ko eternally, eternally is duniya mein, ek aisi duniya mein rehna hai jahan duniya ke banane wale ki humein khabar nahi hogi.</w:t>
      </w:r>
    </w:p>
    <w:p>
      <w:pPr>
        <w:jc w:val="right"/>
      </w:pPr>
      <w:r>
        <w:t>گی۔ تو آپ سوچیے وہ جنت کیسی ہوگی جہاں ہم کو ایٹرنلی، ایٹرنلی اس دنیا میں، ایک ایسی دنیا میں رہنا ہے جہاں دنیا کے بنانے والے کی ہمیں خبر نہیں ہوگی۔</w:t>
      </w:r>
    </w:p>
    <w:p>
      <w:r>
        <w:rPr>
          <w:b/>
        </w:rPr>
        <w:t xml:space="preserve">[12:11] </w:t>
      </w:r>
      <w:r>
        <w:t>to humein apni poori taqat laga deni hai ke allah taa'la ko discover, discovery ke level par hum, hum us ko ma'rifat haasil karein, aur jannat mein a'ala maqamaat haasil karein.</w:t>
      </w:r>
    </w:p>
    <w:p>
      <w:pPr>
        <w:jc w:val="right"/>
      </w:pPr>
      <w:r>
        <w:t>تو ہمیں اپنی پوری طاقت لگا دینی ہے کہ اللہ تعالی کو ڈسکور، ڈسکوری کے لیول پر ہم، ہم اس کو معرفت حاصل کریں، اور جنت میں اعلی مقامات حاصل کریں۔</w:t>
      </w:r>
    </w:p>
    <w:p>
      <w:r>
        <w:rPr>
          <w:b/>
        </w:rPr>
        <w:t xml:space="preserve">[12:26] </w:t>
      </w:r>
      <w:r>
        <w:t>insha allah taa'la, allah taa'la aap logon ki madad farmaaye.</w:t>
      </w:r>
    </w:p>
    <w:p>
      <w:pPr>
        <w:jc w:val="right"/>
      </w:pPr>
      <w:r>
        <w:t>انشاء اللہ تعالی، اللہ تعالی آپ لوگوں کی مدد فرمائے۔</w:t>
      </w:r>
    </w:p>
    <w:p>
      <w:r>
        <w:rPr>
          <w:b/>
        </w:rPr>
        <w:t xml:space="preserve">[12:30] </w:t>
      </w:r>
      <w:r>
        <w:t>bismillah al-rahman al-rahim rabb ishrah li sadri wa yassir li amri wa ahlul uqdatan min lisani yafqahu qawli</w:t>
      </w:r>
    </w:p>
    <w:p>
      <w:pPr>
        <w:jc w:val="right"/>
      </w:pPr>
      <w:r>
        <w:t>بسم اللہ الرحمن الرحیم رب اشفع لی صدری ویسر لی امری واحل العقدۃ من لسانی یفقہ قولی</w:t>
      </w:r>
    </w:p>
    <w:p>
      <w:r>
        <w:rPr>
          <w:b/>
        </w:rPr>
        <w:t xml:space="preserve">[12:41] </w:t>
      </w:r>
      <w:r>
        <w:t>sab se pehle mein aap sab ko eid ki bahut bahut mubarakbaad pesh karta hoon, aur abhi recently mein ne kitaab parhi maulana ki "haqeeqat hajj" to us mein ek chapter jo mujhe bahut pasand aaya us ka unwaan tha "hajj ki dawaati ahmiyat".</w:t>
      </w:r>
    </w:p>
    <w:p>
      <w:pPr>
        <w:jc w:val="right"/>
      </w:pPr>
      <w:r>
        <w:t>سب سے پہلے میں آپ سب کو عید کی بہت بہت مبارکباد پیش کرتا ہوں، اور ابھی ریسنٹلی میں نے کتاب پڑھی مولانا کی "حقیقت حج" تو اس میں ایک چیپٹر جو مجھے بہت پسند آیا اس کا عنوان تھا "حج کی دعوتی اہمیت"۔</w:t>
      </w:r>
    </w:p>
    <w:p>
      <w:r>
        <w:rPr>
          <w:b/>
        </w:rPr>
        <w:t xml:space="preserve">[13:03] </w:t>
      </w:r>
      <w:r>
        <w:t>to us chapter mein maulana ne hajj ka maqsad ye bataya hai ke apne andar dawaati spirit ko jagaana.</w:t>
      </w:r>
    </w:p>
    <w:p>
      <w:pPr>
        <w:jc w:val="right"/>
      </w:pPr>
      <w:r>
        <w:t>تو اس چیپٹر میں مولانا نے حج کا مقصد یہ بتایا ہے کہ اپنے اندر دعوتی سپرٹ کو جگانا۔</w:t>
      </w:r>
    </w:p>
    <w:p>
      <w:r>
        <w:rPr>
          <w:b/>
        </w:rPr>
        <w:t xml:space="preserve">[13:15] </w:t>
      </w:r>
      <w:r>
        <w:t>choonke hajj darasal hazrat ibrahim alaihis salam ke jo dawaati, un ke kaam the, is ka ek tareeqe se rehearsal hai.</w:t>
      </w:r>
    </w:p>
    <w:p>
      <w:pPr>
        <w:jc w:val="right"/>
      </w:pPr>
      <w:r>
        <w:t>چونکہ حج دراصل حضرت ابراہیم علیہ السلام کے جو دعوتی، ان کے کام تھے، اس کا ایک طریقے سے ریہرسل ہے۔</w:t>
      </w:r>
    </w:p>
    <w:p>
      <w:r>
        <w:rPr>
          <w:b/>
        </w:rPr>
        <w:t xml:space="preserve">[13:28] </w:t>
      </w:r>
      <w:r>
        <w:t>yani hazrat ibrahim alaihis salam ne jo dawaati kaam apni zindagi mein kiye, jo unhon ne kai maqamaat par gaye, woh isi ko haaji wahan ja ke, um, repeat karta hai aur apne andar dawaati mizaj paida karta hai.</w:t>
      </w:r>
    </w:p>
    <w:p>
      <w:pPr>
        <w:jc w:val="right"/>
      </w:pPr>
      <w:r>
        <w:t>یعنی حضرت ابراہیم علیہ السلام نے جو دعوتی کام اپنی زندگی میں کیے، جو انہوں نے کئی مقامات پہ گئے، وہ اسی کو حاجی وہاں جا کے، ام، ریپیٹ کرتا ہے اور اپنے اندر دعوتی مزاج پیدا کرتا ہے۔</w:t>
      </w:r>
    </w:p>
    <w:p>
      <w:r>
        <w:rPr>
          <w:b/>
        </w:rPr>
        <w:t xml:space="preserve">[13:47] </w:t>
      </w:r>
      <w:r>
        <w:t>um, yani hajj is a rehearsal of dawa work.</w:t>
      </w:r>
    </w:p>
    <w:p>
      <w:pPr>
        <w:jc w:val="right"/>
      </w:pPr>
      <w:r>
        <w:t>ام، یعنی حج از اے ریہرسل اف دعویٰ ورک۔</w:t>
      </w:r>
    </w:p>
    <w:p>
      <w:r>
        <w:rPr>
          <w:b/>
        </w:rPr>
        <w:t xml:space="preserve">[13:52] </w:t>
      </w:r>
      <w:r>
        <w:t>to jaise, um, makkah ke is paas, makkah aur is ke is paas kuch maqamaat hain jahan haaji jaate hain aur kuch rites, kuch rituals karte hain.</w:t>
      </w:r>
    </w:p>
    <w:p>
      <w:pPr>
        <w:jc w:val="right"/>
      </w:pPr>
      <w:r>
        <w:t>تو جیسے، ام، مکہ کے اس پاس، مکہ اور اس کے اس پاس کچھ مقامات ہیں جہاں حاجی جاتے ہیں اور کچھ رائٹس، کچھ ریچولز کرتے ہیں۔</w:t>
      </w:r>
    </w:p>
    <w:p>
      <w:r>
        <w:rPr>
          <w:b/>
        </w:rPr>
        <w:t xml:space="preserve">[14:05] </w:t>
      </w:r>
      <w:r>
        <w:t>misal ke taur par kaaba ka tawaaf karna, aur um, is ka maqsad ye hai ke haaji kaaba ke saath chakkar lagata hai.</w:t>
      </w:r>
    </w:p>
    <w:p>
      <w:pPr>
        <w:jc w:val="right"/>
      </w:pPr>
      <w:r>
        <w:t>مثال کے طور پر کعبہ کا طواف کرنا، اور ام، اس کا مقصد یہ ہے کہ حاجی کعبہ کے ساتھ چکر لگاتا ہے۔</w:t>
      </w:r>
    </w:p>
    <w:p>
      <w:r>
        <w:rPr>
          <w:b/>
        </w:rPr>
        <w:t xml:space="preserve">[14:19] </w:t>
      </w:r>
      <w:r>
        <w:t>to maulana ne ye explain kiya hai ke is ka matlab hai ke woh apne andar khuda rukh zindagi, um, paida karta hai. yani god oriented life.</w:t>
      </w:r>
    </w:p>
    <w:p>
      <w:pPr>
        <w:jc w:val="right"/>
      </w:pPr>
      <w:r>
        <w:t>تو مولانا نے یہ ایکسپلین کیا ہے کہ اس کا مطلب ہے کہ وہ اپنے اندر خدا رخی زندگی، ام، پیدا کرتا ہے۔ یعنی گاڈ اورینٹڈ لائف۔</w:t>
      </w:r>
    </w:p>
    <w:p>
      <w:r>
        <w:rPr>
          <w:b/>
        </w:rPr>
        <w:t xml:space="preserve">[14:30] </w:t>
      </w:r>
      <w:r>
        <w:t>maulana ne bataya hai ke ek to self oriented life ho sakti hai, khud rukh zindagi, aur doosri ho sakti hai khuda rukh zindagi.</w:t>
      </w:r>
    </w:p>
    <w:p>
      <w:pPr>
        <w:jc w:val="right"/>
      </w:pPr>
      <w:r>
        <w:t>مولانا نے بتایا ہے کہ ایک تو سیلف اورینٹڈ لائف ہو سکتی ہے، خود رخی زندگی، اور دوسری ہو سکتی ہے خدا رخی زندگی۔</w:t>
      </w:r>
    </w:p>
    <w:p>
      <w:r>
        <w:rPr>
          <w:b/>
        </w:rPr>
        <w:t xml:space="preserve">[14:38] </w:t>
      </w:r>
      <w:r>
        <w:t>to ye jo tawaaf hai, ye ek symbolic way mein batata hai ke humein, um, khuda rukh zindagi apne andar paida kar</w:t>
      </w:r>
    </w:p>
    <w:p>
      <w:pPr>
        <w:jc w:val="right"/>
      </w:pPr>
      <w:r>
        <w:t>تو یہ جو طواف ہے، یہ ایک سمبلک وے میں بتاتا ہے کہ ہمیں، ام، خدا رخی زندگی اپنے اندر پیدا کر</w:t>
      </w:r>
    </w:p>
    <w:p>
      <w:r>
        <w:rPr>
          <w:b/>
        </w:rPr>
        <w:t xml:space="preserve">[14:49] </w:t>
      </w:r>
      <w:r>
        <w:t>ni hai. aise hi jo safa aur marwah, jo do chhoti pahadiyan hain, is ke beech mein jo daudna hai aur chakkar lagana hai aur chalna hai, woh bhi isi cheez ka hai ke woh dawaati kaam ke liye sargarm rahega aur daud dhoop kar</w:t>
      </w:r>
    </w:p>
    <w:p>
      <w:pPr>
        <w:jc w:val="right"/>
      </w:pPr>
      <w:r>
        <w:t>نی ہے۔ ایسے ہی جو صفا اور مروہ، جو دو چھوٹی پہاڑیاں ہیں، اس کے بیچ میں جو دوڑنا ہے اور چکر لگانا ہے اور چلنا ہے، وہ بھی اسی چیز کا ہے کہ وہ دعوتی کام کے لیے سرگرم رہے گا اور دوڑ دھوپ کر</w:t>
      </w:r>
    </w:p>
    <w:p>
      <w:r>
        <w:rPr>
          <w:b/>
        </w:rPr>
        <w:t xml:space="preserve">[15:08] </w:t>
      </w:r>
      <w:r>
        <w:t>e ga. to aur bhi saare jo, um, rites hain aur rituals hain, woh isi andaaz ke hain ke dawaati spirit paida ho.</w:t>
      </w:r>
    </w:p>
    <w:p>
      <w:pPr>
        <w:jc w:val="right"/>
      </w:pPr>
      <w:r>
        <w:t>ے گا۔ تو اور بھی سارے جو، ام، رائٹس ہیں اور ریچولز ہیں، وہ اسی انداز کے ہیں کہ دعوتی سپرٹ پیدا ہو۔</w:t>
      </w:r>
    </w:p>
    <w:p>
      <w:r>
        <w:rPr>
          <w:b/>
        </w:rPr>
        <w:t xml:space="preserve">[15:16] </w:t>
      </w:r>
      <w:r>
        <w:t>jaise mina mein shaitan ko alamaati taur par kankariyaan maarna, woh bhi yahi hai ke jab haaji ko shaitan, um, dawaati kaam se hataane ki koshish karega to woh use, um, symbolically kankari maar ke bhagaayega.</w:t>
      </w:r>
    </w:p>
    <w:p>
      <w:pPr>
        <w:jc w:val="right"/>
      </w:pPr>
      <w:r>
        <w:t>جیسے منی میں شیطان کو علامتی طور پر کنکریاں مارنا، وہ بھی یہی ہے کہ جب حاجی کو شیطان، ام، دعوتی کام سے ہٹانے کی کوشش کرے گا تو وہ اسے، ام، سمبلیکلی کنکری مار کے بھگائے گا۔</w:t>
      </w:r>
    </w:p>
    <w:p>
      <w:r>
        <w:rPr>
          <w:b/>
        </w:rPr>
        <w:t xml:space="preserve">[15:36] </w:t>
      </w:r>
      <w:r>
        <w:t>aise hi qurbani hai.</w:t>
      </w:r>
    </w:p>
    <w:p>
      <w:pPr>
        <w:jc w:val="right"/>
      </w:pPr>
      <w:r>
        <w:t>ایسے ہی قربانی ہے۔</w:t>
      </w:r>
    </w:p>
    <w:p>
      <w:r>
        <w:rPr>
          <w:b/>
        </w:rPr>
        <w:t xml:space="preserve">[15:39] </w:t>
      </w:r>
      <w:r>
        <w:t>qurbani bhi darasal is ka matlab ye hai ke apne aap ko dedicate karna, dawaati kaam ke liye apne aap ko dedicate karna.</w:t>
      </w:r>
    </w:p>
    <w:p>
      <w:pPr>
        <w:jc w:val="right"/>
      </w:pPr>
      <w:r>
        <w:t>قربانی بھی دراصل اس کا مطلب یہ ہے کہ اپنے آپ کو ڈیڈیکیٹ کرنا، دعوتی کام کے لیے اپنے آپ کو ڈیڈیکیٹ کرنا۔</w:t>
      </w:r>
    </w:p>
    <w:p>
      <w:r>
        <w:rPr>
          <w:b/>
        </w:rPr>
        <w:t xml:space="preserve">[15:48] </w:t>
      </w:r>
      <w:r>
        <w:t>jaise hazrat ibrahim alaihis salam ne khwab dekha ke woh apne bete ismail ko sacrifice kar rahe hain, aur woh teen baar khwab dekha</w:t>
      </w:r>
    </w:p>
    <w:p>
      <w:pPr>
        <w:jc w:val="right"/>
      </w:pPr>
      <w:r>
        <w:t>جیسے حضرت ابراہیم علیہ السلام نے خواب دیکھا کہ وہ اپنے بیٹے اسماعیل کو سیکریفائس کر رہے ہیں، اور وہ تین بار خواب دیکھا</w:t>
      </w:r>
    </w:p>
    <w:p>
      <w:r>
        <w:rPr>
          <w:b/>
        </w:rPr>
        <w:t xml:space="preserve">[16:01] </w:t>
      </w:r>
      <w:r>
        <w:t>to unhon ne is ko literal liya aur apne bete ko bulaaya, ismail alaihis salam ko, jo us waqt pandrah bees saal ke rahe honge, ke bete, maine khwab mein dekha hai ke mein tumhe sacrifice kar raha hoon,</w:t>
      </w:r>
    </w:p>
    <w:p>
      <w:pPr>
        <w:jc w:val="right"/>
      </w:pPr>
      <w:r>
        <w:t>تو انہوں نے اس کو لٹرل لیا اور اپنے بیٹے کو بلایا، اسماعیل علیہ السلام کو، جو اس وقت پندرہ بیس سال کے رہے ہوں گے، کہ بیٹے، میں نے خواب میں دیکھا ہے کہ میں تمہیں سیکریفائس کر رہا ہوں،</w:t>
      </w:r>
    </w:p>
    <w:p>
      <w:r>
        <w:rPr>
          <w:b/>
        </w:rPr>
        <w:t xml:space="preserve">[16:16] </w:t>
      </w:r>
      <w:r>
        <w:t>to tumhari kya raye hai? to woh bhi paighambar the, yani future ke paighambar the.</w:t>
      </w:r>
    </w:p>
    <w:p>
      <w:pPr>
        <w:jc w:val="right"/>
      </w:pPr>
      <w:r>
        <w:t>تو تمہاری کیا رائے ہے؟ تو وہ بھی پیغمبر تھے، یعنی فیوچر کے پیغمبر تھے۔</w:t>
      </w:r>
    </w:p>
    <w:p>
      <w:r>
        <w:rPr>
          <w:b/>
        </w:rPr>
        <w:t xml:space="preserve">[16:23] </w:t>
      </w:r>
      <w:r>
        <w:t>to unhon ne kaha ke qaala ya abati af'al maa tu'mar ke aye mere baap, jo bhi aap ko hukm mil raha hai, woh kar daaliye.</w:t>
      </w:r>
    </w:p>
    <w:p>
      <w:pPr>
        <w:jc w:val="right"/>
      </w:pPr>
      <w:r>
        <w:t>تو انہوں نے کہا کہ قال یا ابتی افعل ما تمر کہ اے میرے باپ، جو بھی آپ کو حکم مل رہا ہے، وہ کر ڈالیے۔</w:t>
      </w:r>
    </w:p>
    <w:p>
      <w:r>
        <w:rPr>
          <w:b/>
        </w:rPr>
        <w:t xml:space="preserve">[16:36] </w:t>
      </w:r>
      <w:r>
        <w:t>satjad tajidni insha allah min al-sabirin ke aap mujhe sabr karne walon mein se payenge.</w:t>
      </w:r>
    </w:p>
    <w:p>
      <w:pPr>
        <w:jc w:val="right"/>
      </w:pPr>
      <w:r>
        <w:t>ستجد تجدنی انشاء اللہ من الصابرین کہ آپ مجھے صبر کرنے والوں میں سے پائیں گے۔</w:t>
      </w:r>
    </w:p>
    <w:p>
      <w:r>
        <w:rPr>
          <w:b/>
        </w:rPr>
        <w:t xml:space="preserve">[16:47] </w:t>
      </w:r>
      <w:r>
        <w:t>to hazrat ibrahim alaihis salam ne ismail ko liya aur mina ki taraf chale gaye aur qurbani ki tayari ki aur patti bandh li apni aankhon pe.</w:t>
      </w:r>
    </w:p>
    <w:p>
      <w:pPr>
        <w:jc w:val="right"/>
      </w:pPr>
      <w:r>
        <w:t>تو حضرت ابراہیم علیہ السلام نے اسماعیل کو لیا اور منی کی طرف چلے گئے اور قربانی کی تیاری کی اور پٹی باندھ لی اپنے آنکھوں پہ۔</w:t>
      </w:r>
    </w:p>
    <w:p>
      <w:r>
        <w:rPr>
          <w:b/>
        </w:rPr>
        <w:t xml:space="preserve">[17:00] </w:t>
      </w:r>
      <w:r>
        <w:t>tab tak allah ta'ala ne jibrail ko bhej diya. jibrail aaye aur ek, um, ek janwar bhi un ke saath tha, dambha.</w:t>
      </w:r>
    </w:p>
    <w:p>
      <w:pPr>
        <w:jc w:val="right"/>
      </w:pPr>
      <w:r>
        <w:t>تب تک اللہ تعالی نے جبرائیل کو بھیج دیا۔ جبرائیل آئے اور ایک، ام، ایک جانور بھی ان کے ساتھ تھا، دنبہ۔</w:t>
      </w:r>
    </w:p>
    <w:p>
      <w:r>
        <w:rPr>
          <w:b/>
        </w:rPr>
        <w:t xml:space="preserve">[17:09] </w:t>
      </w:r>
      <w:r>
        <w:t>kaha ke ismail ki qurbani mat karo, balke us janwar ki qurbani karo.</w:t>
      </w:r>
    </w:p>
    <w:p>
      <w:pPr>
        <w:jc w:val="right"/>
      </w:pPr>
      <w:r>
        <w:t>کہا کہ اسماعیل کی قربانی مت کرو، بلکہ اس جانور کی قربانی کرو۔</w:t>
      </w:r>
    </w:p>
    <w:p>
      <w:r>
        <w:rPr>
          <w:b/>
        </w:rPr>
        <w:t xml:space="preserve">[17:16] </w:t>
      </w:r>
      <w:r>
        <w:t>to allah ta'ala ki taraf se ye baat aayi quran mein qad sadaqtal ru'ya ke aye ibrahim, tum ne khwab ko sach kar ke dikha diya.</w:t>
      </w:r>
    </w:p>
    <w:p>
      <w:pPr>
        <w:jc w:val="right"/>
      </w:pPr>
      <w:r>
        <w:t>تو اللہ تعالی کی طرف سے یہ بات آئی قرآن میں قد صدقت الرؤیا کہ اے ابراہیم، تم نے خواب کو سچ کر کے دکھا دیا۔</w:t>
      </w:r>
    </w:p>
    <w:p>
      <w:r>
        <w:rPr>
          <w:b/>
        </w:rPr>
        <w:t xml:space="preserve">[17:27] </w:t>
      </w:r>
      <w:r>
        <w:t>aur phir aage aata hai ke wafadaina bizabhin azeem ke hum ne ismail ko bacha liya ek badi qurbani ke iwaz mein.</w:t>
      </w:r>
    </w:p>
    <w:p>
      <w:pPr>
        <w:jc w:val="right"/>
      </w:pPr>
      <w:r>
        <w:t>اور پھر آگے آتا ہے کہ وفدینا بذبح عظیم کہ ہم نے اسماعیل کو بچا لیا ایک بڑی قربانی کے عوض میں۔</w:t>
      </w:r>
    </w:p>
    <w:p>
      <w:r>
        <w:rPr>
          <w:b/>
        </w:rPr>
        <w:t xml:space="preserve">[17:41] </w:t>
      </w:r>
      <w:r>
        <w:t>to maulana ne is ko is explain kiya hai ke jo, um, agar badi qurbani ka zikr hai yahan to ek chhoti qurbani bhi hai.</w:t>
      </w:r>
    </w:p>
    <w:p>
      <w:pPr>
        <w:jc w:val="right"/>
      </w:pPr>
      <w:r>
        <w:t>تو مولانا نے اس کو اس ایکسپلین کیا ہے کہ جو، ام، اگر بڑی قربانی کا ذکر ہے یہاں تو ایک چھوٹی قربانی بھی ہے۔</w:t>
      </w:r>
    </w:p>
    <w:p>
      <w:r>
        <w:rPr>
          <w:b/>
        </w:rPr>
        <w:t xml:space="preserve">[17:51] </w:t>
      </w:r>
      <w:r>
        <w:t>to badi qurbani to ye hai ke apne aap ko dedicate karna, jaise hazrat ibrahim alaihis salam ne apni family ko wahan la ke sahara mein basa diya tha taake ek, ek team tayyar ho.</w:t>
      </w:r>
    </w:p>
    <w:p>
      <w:pPr>
        <w:jc w:val="right"/>
      </w:pPr>
      <w:r>
        <w:t>تو بڑی قربانی تو یہ ہے کہ اپنے آپ کو ڈیڈیکیٹ کرنا، جیسے حضرت ابراہیم علیہ السلام نے اپنی فیملی کو وہاں لا کے صحرا میں بسا دیا تھا تاکہ ایک، ایک ٹیم تیار ہو۔</w:t>
      </w:r>
    </w:p>
    <w:p>
      <w:r>
        <w:rPr>
          <w:b/>
        </w:rPr>
        <w:t xml:space="preserve">[18:05] </w:t>
      </w:r>
      <w:r>
        <w:t>aur jo chhoti qurbani hai, wo janwar ki qurbani hai.</w:t>
      </w:r>
    </w:p>
    <w:p>
      <w:pPr>
        <w:jc w:val="right"/>
      </w:pPr>
      <w:r>
        <w:t>اور جو چھوٹی قربانی ہے، وہ جانور کی قربانی ہے۔</w:t>
      </w:r>
    </w:p>
    <w:p>
      <w:r>
        <w:rPr>
          <w:b/>
        </w:rPr>
        <w:t xml:space="preserve">[18:10] </w:t>
      </w:r>
      <w:r>
        <w:t>to maqsad yahi hai ke apne andar qurbani ki spirit paida ki jaye. to jo haji qurbani karta hai, to us ka matlab yahi hai ke wo apne aap ko dedicate karta hai, apne time ko, apni energy ko, apne paise ko, apne resources ko allah ki rah mein, um, lagata hai.</w:t>
      </w:r>
    </w:p>
    <w:p>
      <w:pPr>
        <w:jc w:val="right"/>
      </w:pPr>
      <w:r>
        <w:t>تو مقصد یہی ہے کہ اپنے اندر قربانی کی سپرٹ پیدا کی جائے۔ تو جو حاجی قربانی کرتا ہے، تو اس کا مطلب یہی ہے کہ وہ اپنے آپ کو ڈیڈیکیٹ کرتا ہے، اپنے ٹائم کو، اپنی انرجی کو، اپنے پیسے کو، اپنے ریسورسز کو اللہ کی راہ میں، ام، لگاتا ہے۔</w:t>
      </w:r>
    </w:p>
    <w:p>
      <w:r>
        <w:rPr>
          <w:b/>
        </w:rPr>
        <w:t xml:space="preserve">[18:31] </w:t>
      </w:r>
      <w:r>
        <w:t>to ye, um, um, maulana ne kaha hai ke hajj darasal islam ke da'iyon ka ek aalmi ijtimah hai, yani ek salana dawatii conference hai.</w:t>
      </w:r>
    </w:p>
    <w:p>
      <w:pPr>
        <w:jc w:val="right"/>
      </w:pPr>
      <w:r>
        <w:t>تو یہ، ام، ام، مولانا نے کہا ہے کہ حج دراصل اسلام کے داعیوں کا ایک عالمی اجتماع ہے، یعنی ایک سالانہ دعوتی کانفرنس ہے۔</w:t>
      </w:r>
    </w:p>
    <w:p>
      <w:r>
        <w:rPr>
          <w:b/>
        </w:rPr>
        <w:t xml:space="preserve">[18:46] </w:t>
      </w:r>
      <w:r>
        <w:t>aur rasool allah sallallahu alaihi wasallam ne, prophet muhammad sallallahu alaihi wasallam ne, apne aakhri khutbe mein, um, kaha tha ke jo log maujood hain, wo ghair maujood logon ko mera paigham pahuncha dein.</w:t>
      </w:r>
    </w:p>
    <w:p>
      <w:pPr>
        <w:jc w:val="right"/>
      </w:pPr>
      <w:r>
        <w:t>اور رسول اللہ صلی اللہ علیہ وسلم نے، پرافٹ محمد صلی اللہ علیہ وسلم نے، اپنے آخری خطبے میں، ام، کہا تھا کہ جو لوگ موجود ہیں، وہ غیر موجود لوگوں کو میرا پیغام پہنچا دیں۔</w:t>
      </w:r>
    </w:p>
    <w:p>
      <w:r>
        <w:rPr>
          <w:b/>
        </w:rPr>
        <w:t xml:space="preserve">[18:58] </w:t>
      </w:r>
      <w:r>
        <w:t>aur phir kaha sahaba se ke tum se mere baare mein poocha jayega to tum kya jawab do g</w:t>
      </w:r>
    </w:p>
    <w:p>
      <w:pPr>
        <w:jc w:val="right"/>
      </w:pPr>
      <w:r>
        <w:t>اور پھر کہا صحابہ سے کہ تم سے میرے بارے میں پوچھا جائے گا تو تم کیا جواب دو گ</w:t>
      </w:r>
    </w:p>
    <w:p>
      <w:r>
        <w:rPr>
          <w:b/>
        </w:rPr>
        <w:t xml:space="preserve">[19:05] </w:t>
      </w:r>
      <w:r>
        <w:t>e? yani allah tum se poochega ke maine kya tumhein paigham pahuncha diya? to sahaba ne kaha ke aap ne humein paigham pahuncha diya, bahut achhi tarah se aur khair khwahi ke saath aur bahut hi, um, amanat ke saath paigham ko pahuncha diya.</w:t>
      </w:r>
    </w:p>
    <w:p>
      <w:pPr>
        <w:jc w:val="right"/>
      </w:pPr>
      <w:r>
        <w:t>ے؟ یعنی اللہ تم سے پوچھے گا کہ میں نے کیا تمہیں پیغام پہنچا دیا؟ تو صحابہ نے کہا کہ آپ نے ہمیں پیغام پہنچا دیا، بہت اچھی طرح سے اور خیر خواہی کے ساتھ اور بہت ہی، ام، امانت کے ساتھ پیغام کو پہنچا دیا۔</w:t>
      </w:r>
    </w:p>
    <w:p>
      <w:r>
        <w:rPr>
          <w:b/>
        </w:rPr>
        <w:t xml:space="preserve">[19:22] </w:t>
      </w:r>
      <w:r>
        <w:t>to rasool allah sallallahu alaihi wasallam ne haath aasman ki taraf uthaya, phir sahaba ki taraf kiya aur kaha ke ke aye allah, tu gawah hai, aye allah, tu gawah hai.</w:t>
      </w:r>
    </w:p>
    <w:p>
      <w:pPr>
        <w:jc w:val="right"/>
      </w:pPr>
      <w:r>
        <w:t>تو رسول اللہ صلی اللہ علیہ وسلم نے ہاتھ آسمان کی طرف اٹھایا، پھر صحابہ کی طرف کیا اور کہا کہ کہ اے اللہ، تو گواہ ہے، اے اللہ، تو گواہ ہے۔</w:t>
      </w:r>
    </w:p>
    <w:p>
      <w:r>
        <w:rPr>
          <w:b/>
        </w:rPr>
        <w:t xml:space="preserve">[19:34] </w:t>
      </w:r>
      <w:r>
        <w:t>to is tareeqe se jab rasool allah sallallahu alaihi wasallam ne khutba diya to itna asar hua sahaba ke upar ke wo usi waqt nikal gaye aur saari jo, um, aabad duniya thi, wahan ja ke islam ka paigham pahunchaya.</w:t>
      </w:r>
    </w:p>
    <w:p>
      <w:pPr>
        <w:jc w:val="right"/>
      </w:pPr>
      <w:r>
        <w:t>تو اس طریقے سے جب رسول اللہ صلی اللہ علیہ وسلم نے خطبہ دیا تو اتنا اثر ہوا صحابہ کے اوپر کہ وہ اسی وقت نکل گئے اور ساری جو، ام، آباد دنیا تھی، وہاں جا کے اسلام کا پیغام پہنچایا۔</w:t>
      </w:r>
    </w:p>
    <w:p>
      <w:r>
        <w:rPr>
          <w:b/>
        </w:rPr>
        <w:t xml:space="preserve">[19:50] </w:t>
      </w:r>
      <w:r>
        <w:t>aur aaj hum dekhte hain ke saari duniya mein jo islam ke log hain, wo isi, um, dawatii shauq se, isi dawatii, um, kaam se, sahaba ke, ke dawatii mission se, in logon tak ye baat pahunchi.</w:t>
      </w:r>
    </w:p>
    <w:p>
      <w:pPr>
        <w:jc w:val="right"/>
      </w:pPr>
      <w:r>
        <w:t>اور آج ہم دیکھتے ہیں کہ ساری دنیا میں جو اسلام کے لوگ ہیں، وہ اسی، ام، دعوتی شوق سے، اسی دعوتی، ام، کام سے، صحابہ کے، کے دعوتی مشن سے، ان لوگوں تک یہ بات پہنچی۔</w:t>
      </w:r>
    </w:p>
    <w:p>
      <w:r>
        <w:rPr>
          <w:b/>
        </w:rPr>
        <w:t xml:space="preserve">[20:10] </w:t>
      </w:r>
      <w:r>
        <w:t>aaj halaanke bahut bade paimaane pe hajj hota hai, tab to sirf ek lakh pachis hazaar log the jab sahaba gaye the, ab to do million, do million se zyada bhi kabhi ho jate hain.</w:t>
      </w:r>
    </w:p>
    <w:p>
      <w:pPr>
        <w:jc w:val="right"/>
      </w:pPr>
      <w:r>
        <w:t>آج حالانکہ بہت بڑے پیمانے پہ حج ہوتا ہے، تب تو صرف ایک لاکھ پچیس ہزار لوگ تھے جب صحابہ گئے تھے، اب تو دو ملین، دو ملین سے زیادہ بھی کبھی ہو جاتے ہیں۔</w:t>
      </w:r>
    </w:p>
    <w:p>
      <w:r>
        <w:rPr>
          <w:b/>
        </w:rPr>
        <w:t xml:space="preserve">[20:22] </w:t>
      </w:r>
      <w:r>
        <w:t>lekin abhi wo spirit chunke nahi hai, to is liye koi, koi khaas dawatii jazba nahi bed</w:t>
      </w:r>
    </w:p>
    <w:p>
      <w:pPr>
        <w:jc w:val="right"/>
      </w:pPr>
      <w:r>
        <w:t>لیکن ابھی وہ سپرٹ چونکہ نہیں ہے، تو اس لیے کوئی، کوئی خاص دعوتی جذبہ نہیں بید</w:t>
      </w:r>
    </w:p>
    <w:p>
      <w:r>
        <w:rPr>
          <w:b/>
        </w:rPr>
        <w:t xml:space="preserve">[20:28] </w:t>
      </w:r>
      <w:r>
        <w:t>aar hota. maulana ne likha hai ke jab tak dawatii spirit ko jagaya na jaye to musalmanon mein dawat ka gehra shaoor na, um, jab tak dawat ka gehra shaoor paida na kiya jaye, tab tak hajj ek be-asr, um, ibadat ke taur par baqi rahega.</w:t>
      </w:r>
    </w:p>
    <w:p>
      <w:pPr>
        <w:jc w:val="right"/>
      </w:pPr>
      <w:r>
        <w:t>ار ہوتا۔ مولانا نے لکھا ہے کہ جب تک دعوتی سپرٹ کو جگایا نہ جائے تو مسلمانوں میں دعوت کا گہرا شعور نہ، ام، جب تک دعوت کا گہرا شعور پیدا نہ کیا جائے، تب تک حج ایک بے اثر، ام، عبادت کے طور پر باقی رہے گا۔</w:t>
      </w:r>
    </w:p>
    <w:p>
      <w:r>
        <w:rPr>
          <w:b/>
        </w:rPr>
        <w:t xml:space="preserve">[20:45] </w:t>
      </w:r>
      <w:r>
        <w:t>aur maulana ne ek misaal di hai ke jaise ek bandook hai, wo kharab ho gayi hai to aap us ki, us ke trigger ko dabayenge to wo fire nahi karegi.</w:t>
      </w:r>
    </w:p>
    <w:p>
      <w:pPr>
        <w:jc w:val="right"/>
      </w:pPr>
      <w:r>
        <w:t>اور مولانا نے ایک مثال دی ہے کہ جیسے ایک بندوق ہے، وہ خراب ہو گئی ہے تو آپ اس کی، اس کے ٹریگر کو دبائیں گے تو وہ فائر نہیں کرے گی۔</w:t>
      </w:r>
    </w:p>
    <w:p>
      <w:r>
        <w:rPr>
          <w:b/>
        </w:rPr>
        <w:t xml:space="preserve">[20:57] </w:t>
      </w:r>
      <w:r>
        <w:t>to yahi haal ho gaya hai is waqt ke spirit na hone ki wajah se dawatii zauq paida nahi ho raha hai. bas ek rasam ke taur par hajj log ada kar lete hain.</w:t>
      </w:r>
    </w:p>
    <w:p>
      <w:pPr>
        <w:jc w:val="right"/>
      </w:pPr>
      <w:r>
        <w:t>تو یہی حال ہو گیا ہے اس وقت کہ سپرٹ نہ ہونے کی وجہ سے دعوتی ذوق پیدا نہیں ہو رہا ہے۔ بس ایک رسم کے طور پر حج لوگ ادا کر لیتے ہیں۔</w:t>
      </w:r>
    </w:p>
    <w:p>
      <w:r>
        <w:rPr>
          <w:b/>
        </w:rPr>
        <w:t xml:space="preserve">[21:08] </w:t>
      </w:r>
      <w:r>
        <w:t>to allah ta'ala se dua hai ke hum sab ko hazrat ibrahim alaihis salam, hazrat ibrahim alaihis salam ke naqsh-e-qadam par chalne ki taufiq ata farmaye taake hum, um, qurbani ke satah par dawat ka kaam kar saken.</w:t>
      </w:r>
    </w:p>
    <w:p>
      <w:pPr>
        <w:jc w:val="right"/>
      </w:pPr>
      <w:r>
        <w:t>تو اللہ تعالی سے دعا ہے کہ ہم سب کو حضرت ابراہیم علیہ السلام، حضرت ابراہیم علیہ السلام کے نقش قدم پر چلنے کی توفیق عطا فرمائے تاکہ ہم، ام، قربانی کے سطح پر دعوت کا کام کر سکیں۔</w:t>
      </w:r>
    </w:p>
    <w:p>
      <w:r>
        <w:rPr>
          <w:b/>
        </w:rPr>
        <w:t xml:space="preserve">[21:25] </w:t>
      </w:r>
      <w:r>
        <w:t>aur, um, hum aur allah ta'ala se dua hai ke jo daur aakhir mein, um, dawat ka kaam muqaddar hai, us mein hum sab ko shamil far</w:t>
      </w:r>
    </w:p>
    <w:p>
      <w:pPr>
        <w:jc w:val="right"/>
      </w:pPr>
      <w:r>
        <w:t>اور، ام، ہم اور اللہ تعالی سے دعا ہے کہ جو دور آخر میں، ام، دعوت کا کام مقدر ہے، اس میں ہم سب کو شامل فر</w:t>
      </w:r>
    </w:p>
    <w:p>
      <w:r>
        <w:rPr>
          <w:b/>
        </w:rPr>
        <w:t xml:space="preserve">[21:36] </w:t>
      </w:r>
      <w:r>
        <w:t>ma. wa aakhiru da'wana anil hamdu lillahi rabbil aalameen ab maulana, um, yaqoob sahab dua farmayenge.</w:t>
      </w:r>
    </w:p>
    <w:p>
      <w:pPr>
        <w:jc w:val="right"/>
      </w:pPr>
      <w:r>
        <w:t>ما۔ واخر دعوانا ان الحمدللہ رب العالمین اب مولانا، ام، یعقوب صاحب دعا فرمائیں گے۔</w:t>
      </w:r>
    </w:p>
    <w:p>
      <w:r>
        <w:rPr>
          <w:b/>
        </w:rPr>
        <w:t xml:space="preserve">[21:52] </w:t>
      </w:r>
      <w:r>
        <w:t>Bismillah Al-Rahman Al-Raheem</w:t>
      </w:r>
    </w:p>
    <w:p>
      <w:pPr>
        <w:jc w:val="right"/>
      </w:pPr>
      <w:r>
        <w:t>بسم اللہ الرحمن الرحیم</w:t>
      </w:r>
    </w:p>
    <w:p>
      <w:r>
        <w:rPr>
          <w:b/>
        </w:rPr>
        <w:t xml:space="preserve">[21:59] </w:t>
      </w:r>
      <w:r>
        <w:t>Jab baat dua ki aai to maine kuch ghaur kiya aur Maulana Farhan sahib se bhi discuss kiya to yeh baat samajh mein aai keh</w:t>
      </w:r>
    </w:p>
    <w:p>
      <w:pPr>
        <w:jc w:val="right"/>
      </w:pPr>
      <w:r>
        <w:t>جب بات دعا کی آئی تو میں نے کچھ غور کیا اور مولانا فرحان صاحب سے بھی ڈسکس کیا تو یہ بات سمجھ میں آئی کہ</w:t>
      </w:r>
    </w:p>
    <w:p>
      <w:r>
        <w:rPr>
          <w:b/>
        </w:rPr>
        <w:t xml:space="preserve">[22:20] </w:t>
      </w:r>
      <w:r>
        <w:t>Yeh Hajj ka Islam ke arkaan mein se ek ahem rukun Hajj hai aur iska ek ahem hissa qurbani hai jo hum aaj Eid al-Adha ke naam par mana rahe hain.</w:t>
      </w:r>
    </w:p>
    <w:p>
      <w:pPr>
        <w:jc w:val="right"/>
      </w:pPr>
      <w:r>
        <w:t>یہ حج کا اسلام کے ارکان میں سے ایک اہم رکن حج ہے اور اس کا ایک اہم حصہ قربانی ہے جو ہم آج عید الاضحی کے نام پر منا رہے ہیں۔</w:t>
      </w:r>
    </w:p>
    <w:p>
      <w:r>
        <w:rPr>
          <w:b/>
        </w:rPr>
        <w:t xml:space="preserve">[22:35] </w:t>
      </w:r>
      <w:r>
        <w:t>Yeh sara ka sara Hazrat Ibrahim Alaihis Salam ki zindagi se taalluq rakhne wale, rakhne wala mamla hai.</w:t>
      </w:r>
    </w:p>
    <w:p>
      <w:pPr>
        <w:jc w:val="right"/>
      </w:pPr>
      <w:r>
        <w:t>یہ سارا کا سارا حضرت ابراہیم علیہ السلام کی زندگی سے تعلق رکھنے والے، رکھنے والا معاملہ ہے۔</w:t>
      </w:r>
    </w:p>
    <w:p>
      <w:r>
        <w:rPr>
          <w:b/>
        </w:rPr>
        <w:t xml:space="preserve">[22:46] </w:t>
      </w:r>
      <w:r>
        <w:t>To yeh sochte hue keh aakhir yeh kya baat hai keh Hazrat Ibrahim Alaihis Salat Was Salam ki zindagi ki itni badi importance kyun hai? To isi se mutaalliq abhi aap ne, um, Doctor Fareeda Khanum sahiba se aur Doctor Sani Hasnain sahib se bhi suna.</w:t>
      </w:r>
    </w:p>
    <w:p>
      <w:pPr>
        <w:jc w:val="right"/>
      </w:pPr>
      <w:r>
        <w:t>تو یہ سوچتے ہوئے کہ آخر یہ کیا بات ہے کہ حضرت ابراہیم علیہ الصلوۃ والسلام کی زندگی کی اتنی بڑی امپورٹنس کیوں ہے؟ تو اسی سے متعلق ابھی آپ نے، ام، ڈاکٹر فریدہ خانم صاحبہ سے اور ڈاکٹر ثانی حسنین صاحب سے بھی سنا۔</w:t>
      </w:r>
    </w:p>
    <w:p>
      <w:r>
        <w:rPr>
          <w:b/>
        </w:rPr>
        <w:t xml:space="preserve">[23:05] </w:t>
      </w:r>
      <w:r>
        <w:t>To isi ke madde nazar mujhe ghaur karte hue yeh baat samajh mein aai keh waqai Hazrat Ibrahim Alaihis Salam ki duaen bhi bohat hi, um, unique hain.</w:t>
      </w:r>
    </w:p>
    <w:p>
      <w:pPr>
        <w:jc w:val="right"/>
      </w:pPr>
      <w:r>
        <w:t>تو اسی کے مدنظر مجھے غور کرتے ہوئے یہ بات سمجھ میں آئی کہ واقعی حضرت ابراہیم علیہ السلام کی دعائیں بھی بہت ہی، ام، یونیک ہیں۔</w:t>
      </w:r>
    </w:p>
    <w:p>
      <w:r>
        <w:rPr>
          <w:b/>
        </w:rPr>
        <w:t xml:space="preserve">[23:14] </w:t>
      </w:r>
      <w:r>
        <w:t>Jo un ki duaen Quran mein naql ki gai hain, bohat zyada hain. Aur un ki duaon ke andar yeh chhalakta hai keh un ki spirit kya thi, un ki planning kya thi, aur un ke,</w:t>
      </w:r>
    </w:p>
    <w:p>
      <w:pPr>
        <w:jc w:val="right"/>
      </w:pPr>
      <w:r>
        <w:t>جو ان کی دعائیں قرآن میں نقل کی گئی ہیں، بہت زیادہ ہیں۔ اور ان کی دعاؤں کے اندر یہ چھلکتا ہے کہ ان کی سپرٹ کیا تھی، ان کی پلاننگ کیا تھی، اور ان کے،</w:t>
      </w:r>
    </w:p>
    <w:p>
      <w:r>
        <w:rPr>
          <w:b/>
        </w:rPr>
        <w:t xml:space="preserve">[23:30] </w:t>
      </w:r>
      <w:r>
        <w:t>Um, un, un ke spirit ka level kya tha. Yeh sari cheezein is ke andar dikhai deti hain.</w:t>
      </w:r>
    </w:p>
    <w:p>
      <w:pPr>
        <w:jc w:val="right"/>
      </w:pPr>
      <w:r>
        <w:t>ام، ان، ان کے سپرٹ کا لیول کیا تھا۔ یہ ساری چیزیں اس کے اندر دکھائی دیتی ہیں۔</w:t>
      </w:r>
    </w:p>
    <w:p>
      <w:r>
        <w:rPr>
          <w:b/>
        </w:rPr>
        <w:t xml:space="preserve">[23:35] </w:t>
      </w:r>
      <w:r>
        <w:t>To maine Quran ki, um, ek ayat Surah Baqarah ki 128ween ayat jis mein Hazrat Ibrahim Alaihis Salam ki dua hai, jab is ko nikala to mujhe laga keh, um, yeh duaen Hazrat Ibrahim Alaihis Salam ki aaj ke din sabhi logon ko Quran se nikaal kar parhna chahiye.</w:t>
      </w:r>
    </w:p>
    <w:p>
      <w:pPr>
        <w:jc w:val="right"/>
      </w:pPr>
      <w:r>
        <w:t>تو میں نے قرآن کی، ام، ایک آیت سورہ بقرہ کی 128ویں آیت جس میں حضرت ابراہیم علیہ السلام کی دعا ہے، جب اس کو نکالا تو مجھے لگا کہ، ام، یہ دعائیں حضرت ابراہیم علیہ السلام کی آج کے دن سبھی لوگوں کو قرآن سے نکال کر پڑھنا چاہیے۔</w:t>
      </w:r>
    </w:p>
    <w:p>
      <w:r>
        <w:rPr>
          <w:b/>
        </w:rPr>
        <w:t xml:space="preserve">[23:54] </w:t>
      </w:r>
      <w:r>
        <w:t>Aur phir isi ki roshni mein humein apni duaen creative way mein karna chahiye Khuda se.</w:t>
      </w:r>
    </w:p>
    <w:p>
      <w:pPr>
        <w:jc w:val="right"/>
      </w:pPr>
      <w:r>
        <w:t>اور پھر اسی کی روشنی میں ہمیں اپنی دعائیں کریٹیو وے میں کرنا چاہیے خدا سے۔</w:t>
      </w:r>
    </w:p>
    <w:p>
      <w:r>
        <w:rPr>
          <w:b/>
        </w:rPr>
        <w:t xml:space="preserve">[24:00] </w:t>
      </w:r>
      <w:r>
        <w:t>toh jaise hazrat ibrahim alaihissalam ki dua yahan par naqal ki gayi hai rabbana waj alna muslimeen lak</w:t>
      </w:r>
    </w:p>
    <w:p>
      <w:pPr>
        <w:jc w:val="right"/>
      </w:pPr>
      <w:r>
        <w:t>تو جیسے حضرت ابراہیم علیہ السلام کی دعا یہاں پر نقل کی گئی ہے ربنا وجعلنا مسلمین لک</w:t>
      </w:r>
    </w:p>
    <w:p>
      <w:r>
        <w:rPr>
          <w:b/>
        </w:rPr>
        <w:t xml:space="preserve">[24:05] </w:t>
      </w:r>
      <w:r>
        <w:t>wa min dhurriyyatina ummatan muslimatan lak warina manasikana wa tub alayna innaka ant at tawwab ur rahim rabbana wab aath fihim rasulan minhum yattlu</w:t>
      </w:r>
    </w:p>
    <w:p>
      <w:pPr>
        <w:jc w:val="right"/>
      </w:pPr>
      <w:r>
        <w:t>ومن ذریتنا امت مسلمۃ لک وارنا مناسکنا وتب علینا انک انت التواب الرحیم ربنا وابعث فیہم رسولا منہمیتلو</w:t>
      </w:r>
    </w:p>
    <w:p>
      <w:r>
        <w:rPr>
          <w:b/>
        </w:rPr>
        <w:t xml:space="preserve">[24:16] </w:t>
      </w:r>
      <w:r>
        <w:t>alayhim ayatik wa yu allimuhum al kitaba wal hikmata wa yuzakkihim innaka ant al aziz ul hakim</w:t>
      </w:r>
    </w:p>
    <w:p>
      <w:pPr>
        <w:jc w:val="right"/>
      </w:pPr>
      <w:r>
        <w:t>علیہم ایاتک ويعلمہم الکتاب والحکمہ ویزکیہم انک انت العزیز الحکیم</w:t>
      </w:r>
    </w:p>
    <w:p>
      <w:r>
        <w:rPr>
          <w:b/>
        </w:rPr>
        <w:t xml:space="preserve">[24:24] </w:t>
      </w:r>
      <w:r>
        <w:t>iska tarjuma is tarah hai ke</w:t>
      </w:r>
    </w:p>
    <w:p>
      <w:pPr>
        <w:jc w:val="right"/>
      </w:pPr>
      <w:r>
        <w:t>اس کا ترجمہ اس طرح ہے کہ</w:t>
      </w:r>
    </w:p>
    <w:p>
      <w:r>
        <w:rPr>
          <w:b/>
        </w:rPr>
        <w:t xml:space="preserve">[24:30] </w:t>
      </w:r>
      <w:r>
        <w:t>ae hamare rab,</w:t>
      </w:r>
    </w:p>
    <w:p>
      <w:pPr>
        <w:jc w:val="right"/>
      </w:pPr>
      <w:r>
        <w:t>اے ہمارے رب،</w:t>
      </w:r>
    </w:p>
    <w:p>
      <w:r>
        <w:rPr>
          <w:b/>
        </w:rPr>
        <w:t xml:space="preserve">[24:32] </w:t>
      </w:r>
      <w:r>
        <w:t>To humein tera farmanbardar banda bana</w:t>
      </w:r>
    </w:p>
    <w:p>
      <w:pPr>
        <w:jc w:val="right"/>
      </w:pPr>
      <w:r>
        <w:t>تو ہمیں تیرا فرمانبردار بندہ بنا</w:t>
      </w:r>
    </w:p>
    <w:p>
      <w:r>
        <w:rPr>
          <w:b/>
        </w:rPr>
        <w:t xml:space="preserve">[24:38] </w:t>
      </w:r>
      <w:r>
        <w:t>Aur hamari aulad mein se ek mutee aur farmanbardar ummat paida farma aur hum ko hamare manasik bata de aur tu hamari maghfirat farma.</w:t>
      </w:r>
    </w:p>
    <w:p>
      <w:pPr>
        <w:jc w:val="right"/>
      </w:pPr>
      <w:r>
        <w:t>اور ہماری اولاد میں سے ایک مطیع اور فرمانبردار امت پیدا فرما اور ہم کو ہمارے مناسک بتا دے اور تو ہماری مغفرت فرما۔</w:t>
      </w:r>
    </w:p>
    <w:p>
      <w:r>
        <w:rPr>
          <w:b/>
        </w:rPr>
        <w:t xml:space="preserve">[24:53] </w:t>
      </w:r>
      <w:r>
        <w:t>Be shak tu maaf karne wala hai, reham karne wala hai.</w:t>
      </w:r>
    </w:p>
    <w:p>
      <w:pPr>
        <w:jc w:val="right"/>
      </w:pPr>
      <w:r>
        <w:t>بے شک تو معاف کرنے والا ہے، رحم کرنے والا ہے۔</w:t>
      </w:r>
    </w:p>
    <w:p>
      <w:r>
        <w:rPr>
          <w:b/>
        </w:rPr>
        <w:t xml:space="preserve">[24:58] </w:t>
      </w:r>
      <w:r>
        <w:t>Aye hamare Rabb, un ke andar ek rasool bhej jo un ke darmiyaan teri aayaton ki tilawat karta rahe aur un ko kitab o hikmat sikhata rahe aur un ka tazkiya karta rahe.</w:t>
      </w:r>
    </w:p>
    <w:p>
      <w:pPr>
        <w:jc w:val="right"/>
      </w:pPr>
      <w:r>
        <w:t>اے ہمارے رب، ان کے اندر ایک رسول بھیج جو ان کے درمیان تیری آیتوں کی تلاوت کرتا رہے اور ان کو کتاب و حکمت سکھاتا رہے اور ان کا تزکیہ کرتا رہے۔</w:t>
      </w:r>
    </w:p>
    <w:p>
      <w:r>
        <w:rPr>
          <w:b/>
        </w:rPr>
        <w:t xml:space="preserve">[25:19] </w:t>
      </w:r>
      <w:r>
        <w:t>Be shak tu aziz aur hakeem hai, zabardast aur hikmat wala hai.</w:t>
      </w:r>
    </w:p>
    <w:p>
      <w:pPr>
        <w:jc w:val="right"/>
      </w:pPr>
      <w:r>
        <w:t>بے شک تو عزیز اور حکیم ہے، زبردست اور حکمت والا ہے۔</w:t>
      </w:r>
    </w:p>
    <w:p>
      <w:r>
        <w:rPr>
          <w:b/>
        </w:rPr>
        <w:t xml:space="preserve">[25:25] </w:t>
      </w:r>
      <w:r>
        <w:t>To un aayaton mein agar hum dekhte hain to isi ki roshni mein mere zehen se, mere zehen mein bhi yahi duaen nikalne lagin keh hum yeh dua karein keh Khudaya, humein zindagi bhar tere mission par qaim aur daim rakh jo Hazrat Ibrahim Alaihis Salat Was Salam ne apni zindagi mein,</w:t>
      </w:r>
    </w:p>
    <w:p>
      <w:pPr>
        <w:jc w:val="right"/>
      </w:pPr>
      <w:r>
        <w:t>تو ان آیتوں میں اگر ہم دیکھتے ہیں تو اسی کی روشنی میں میرے ذہن سے، میرے ذہن میں بھی یہی دعائیں نکلنے لگیں کہ ہم یہ دعا کریں کہ خدایا، ہمیں زندگی بھر تیرے مشن پر قائم اور دائم رکھ جو حضرت ابراہیم علیہ الصلوۃ والسلام نے اپنی زندگی میں،</w:t>
      </w:r>
    </w:p>
    <w:p>
      <w:r>
        <w:rPr>
          <w:b/>
        </w:rPr>
        <w:t xml:space="preserve">[25:45] </w:t>
      </w:r>
      <w:r>
        <w:t>Um, jis ka namuna pesh kiya hai. Aur tere raste par qaim rakh aur teri marifat hum par khol de.</w:t>
      </w:r>
    </w:p>
    <w:p>
      <w:pPr>
        <w:jc w:val="right"/>
      </w:pPr>
      <w:r>
        <w:t>ام، جس کا نمونہ پیش کیا ہے۔ اور تیرے راستے پر قائم رکھ اور تیری معرفت ہم پر کھول دے۔</w:t>
      </w:r>
    </w:p>
    <w:p>
      <w:r>
        <w:rPr>
          <w:b/>
        </w:rPr>
        <w:t xml:space="preserve">[25:59] </w:t>
      </w:r>
      <w:r>
        <w:t>Aur jo Hazrat Ibrahim Alaihis Salam ne jis rasool ki baat kahi, us rasool ki, jis rasool ki dua ki hai, us rasool ke hum waris</w:t>
      </w:r>
    </w:p>
    <w:p>
      <w:pPr>
        <w:jc w:val="right"/>
      </w:pPr>
      <w:r>
        <w:t>اور جو حضرت ابراہیم علیہ السلام نے جس رسول کی بات کہی، اس رسول کی، جس رسول کی دعا کی ہے، اس رسول کے ہم وارث</w:t>
      </w:r>
    </w:p>
    <w:p>
      <w:r>
        <w:rPr>
          <w:b/>
        </w:rPr>
        <w:t xml:space="preserve">[26:09] </w:t>
      </w:r>
      <w:r>
        <w:t>Hain. To khudaya, tu mujhe un ki dua ke nateeje mein, um, mujhe ek sacha da'ee bana jo main apni zindagi ko is mission ke liye, is dawaati mission aur cause ke liye</w:t>
      </w:r>
    </w:p>
    <w:p>
      <w:pPr>
        <w:jc w:val="right"/>
      </w:pPr>
      <w:r>
        <w:t>ہیں۔ تو خدایا، تو مجھے ان کی دعا کے نتیجے میں، ام، مجھے ایک سچا داعی بنا جو میں اپنی زندگی کو اس مشن کے لیے، اس دعوتی مشن اور کاز کے لیے</w:t>
      </w:r>
    </w:p>
    <w:p>
      <w:r>
        <w:rPr>
          <w:b/>
        </w:rPr>
        <w:t xml:space="preserve">[26:24] </w:t>
      </w:r>
      <w:r>
        <w:t>Nichawar kar sakoon, qurban kar sakoon, sacrifice kar sakoon. Aur teri marifat mujhe ata farma. Is tarah duaen mere zehen se nikalne lagin</w:t>
      </w:r>
    </w:p>
    <w:p>
      <w:pPr>
        <w:jc w:val="right"/>
      </w:pPr>
      <w:r>
        <w:t>نچھاور کر سکوں، قربان کر سکوں، سیکریفائس کر سکوں۔ اور تیری معرفت مجھے عطا فرما۔ اس طرح دعائیں میرے ذہن سے نکلنے لگیں</w:t>
      </w:r>
    </w:p>
    <w:p>
      <w:r>
        <w:rPr>
          <w:b/>
        </w:rPr>
        <w:t xml:space="preserve">[26:37] </w:t>
      </w:r>
      <w:r>
        <w:t>To main chahta hoon keh hum sab bhi isi tareeqe se Hazrat Ibrahim Alaihis Salam ki duaon ko parhen aur phir is ke baad apni creative duaen bhi hum karte rahen.</w:t>
      </w:r>
    </w:p>
    <w:p>
      <w:pPr>
        <w:jc w:val="right"/>
      </w:pPr>
      <w:r>
        <w:t>تو میں چاہتا ہوں کہ ہم سب بھی اسی طریقے سے حضرت ابراہیم علیہ السلام کی دعاؤں کو پڑھیں اور پھر اس کے بعد اپنی کریٹیو دعائیں بھی ہم کرتے رہیں۔</w:t>
      </w:r>
    </w:p>
    <w:p>
      <w:r>
        <w:rPr>
          <w:b/>
        </w:rPr>
        <w:t xml:space="preserve">[26:47] </w:t>
      </w:r>
      <w:r>
        <w:t>Yeh bohat hi, um, motivational duaen hain, spiritually.</w:t>
      </w:r>
    </w:p>
    <w:p>
      <w:pPr>
        <w:jc w:val="right"/>
      </w:pPr>
      <w:r>
        <w:t>یہ بہت ہی، ام، موٹیویشنل دعائیں ہیں، سپریچولی۔</w:t>
      </w:r>
    </w:p>
    <w:p>
      <w:r>
        <w:rPr>
          <w:b/>
        </w:rPr>
        <w:t xml:space="preserve">[26:52] </w:t>
      </w:r>
      <w:r>
        <w:t>To bas Allah Ta'ala se dua hai keh Allah Ta'ala humein ek sache maani mein Khuda ke deen ka da'ee aur ek missionary insan banaye jo hum apne saare energies ko aur apne saare, apne saare resources ko Khuda ke mission ke liye hum qurban kar saken aur apni life ko ek God-oriented life bana saken.</w:t>
      </w:r>
    </w:p>
    <w:p>
      <w:pPr>
        <w:jc w:val="right"/>
      </w:pPr>
      <w:r>
        <w:t>تو بس اللہ تعالی سے دعا ہے کہ اللہ تعالی ہمیں ایک سچے معنی میں خدا کے دین کا داعی اور ایک مشنری انسان بنائے جو ہم اپنے سارے انرجیز کو اور اپنے سارے، اپنے سارے ریسورسز کو خدا کے مشن کے لیے ہم قربان کر سکیں اور اپنی لائف کو ایک گاڈ اورینٹڈ لائف بنا سکیں۔</w:t>
      </w:r>
    </w:p>
    <w:p>
      <w:r>
        <w:rPr>
          <w:b/>
        </w:rPr>
        <w:t xml:space="preserve">[27:15] </w:t>
      </w:r>
      <w:r>
        <w:t>Ameen wa aakhiru da'wana anil hamdu lillahi Rabbil Alamin.</w:t>
      </w:r>
    </w:p>
    <w:p>
      <w:pPr>
        <w:jc w:val="right"/>
      </w:pPr>
      <w:r>
        <w:t>آمین واخر دعوانا ان الحمدللہ رب العالمین.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