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Daily Life December 26, 2010</w:t>
      </w:r>
    </w:p>
    <w:p>
      <w:r>
        <w:t>https://youtu.be/H0VYpUX3q3Q</w:t>
      </w:r>
    </w:p>
    <w:p>
      <w:r>
        <w:rPr>
          <w:b/>
        </w:rPr>
        <w:t xml:space="preserve">[00:14] </w:t>
      </w:r>
      <w:r>
        <w:t>bismillah rahman rahim, wa sallallahu ala nabiyyil karim. rab ishrah li sadri, wa yassir li amri,</w:t>
      </w:r>
    </w:p>
    <w:p>
      <w:pPr>
        <w:jc w:val="right"/>
      </w:pPr>
      <w:r>
        <w:t>بسم اللہ الرحمن الرحیم، وصلیاللہ علی النبی الکریم۔ رب اشرحلی صدری، و یسر لی امری،</w:t>
      </w:r>
    </w:p>
    <w:p>
      <w:r>
        <w:rPr>
          <w:b/>
        </w:rPr>
        <w:t xml:space="preserve">[00:29] </w:t>
      </w:r>
      <w:r>
        <w:t>wahl uqdatan min lisani, yafqahu qawli.</w:t>
      </w:r>
    </w:p>
    <w:p>
      <w:pPr>
        <w:jc w:val="right"/>
      </w:pPr>
      <w:r>
        <w:t>واحل العقدۃ منلسانی ،یفقہ قولی۔</w:t>
      </w:r>
    </w:p>
    <w:p>
      <w:r>
        <w:rPr>
          <w:b/>
        </w:rPr>
        <w:t xml:space="preserve">[00:38] </w:t>
      </w:r>
      <w:r>
        <w:t>aaj ka topic hai: islam in daily life.</w:t>
      </w:r>
    </w:p>
    <w:p>
      <w:pPr>
        <w:jc w:val="right"/>
      </w:pPr>
      <w:r>
        <w:t>آج کا ٹاپکہے: اسلام ان ڈیلی لائف۔</w:t>
      </w:r>
    </w:p>
    <w:p>
      <w:r>
        <w:rPr>
          <w:b/>
        </w:rPr>
        <w:t xml:space="preserve">[00:46] </w:t>
      </w:r>
      <w:r>
        <w:t>islam roz marra ki zindagi mein, yani subah aur shaam, raat aur din, hum islam ke sath kis tarah rahein?</w:t>
      </w:r>
    </w:p>
    <w:p>
      <w:pPr>
        <w:jc w:val="right"/>
      </w:pPr>
      <w:r>
        <w:t>اسلام روز مرہکیزندگی میں، یعنیصبحاور شام ،راتاوردن، ہم اسلام کےساتھ کسطرح رہیں؟</w:t>
      </w:r>
    </w:p>
    <w:p>
      <w:r>
        <w:rPr>
          <w:b/>
        </w:rPr>
        <w:t xml:space="preserve">[01:08] </w:t>
      </w:r>
      <w:r>
        <w:t>ghar pe hoon ya safar mein hoon, islam ko kis tarah follow karein,</w:t>
      </w:r>
    </w:p>
    <w:p>
      <w:pPr>
        <w:jc w:val="right"/>
      </w:pPr>
      <w:r>
        <w:t>گھر پہہوںیاسفرمیںہوں، اسلام کوکسطرح فالوکریں،</w:t>
      </w:r>
    </w:p>
    <w:p>
      <w:r>
        <w:rPr>
          <w:b/>
        </w:rPr>
        <w:t xml:space="preserve">[01:16] </w:t>
      </w:r>
      <w:r>
        <w:t>iske bare mein is waqt mein kuch kehna chahta hoon.</w:t>
      </w:r>
    </w:p>
    <w:p>
      <w:pPr>
        <w:jc w:val="right"/>
      </w:pPr>
      <w:r>
        <w:t>اسکےبارےمیں اس وقتمیںکچھکہناچاہتاہوں۔</w:t>
      </w:r>
    </w:p>
    <w:p>
      <w:r>
        <w:rPr>
          <w:b/>
        </w:rPr>
        <w:t xml:space="preserve">[01:22] </w:t>
      </w:r>
      <w:r>
        <w:t>iska main aaghaz karunga apne do tajurbe se.</w:t>
      </w:r>
    </w:p>
    <w:p>
      <w:pPr>
        <w:jc w:val="right"/>
      </w:pPr>
      <w:r>
        <w:t>اسکا میں آغاز کروںگااپنے دو تجربےسے۔</w:t>
      </w:r>
    </w:p>
    <w:p>
      <w:r>
        <w:rPr>
          <w:b/>
        </w:rPr>
        <w:t xml:space="preserve">[01:30] </w:t>
      </w:r>
      <w:r>
        <w:t>ek bar, kai saal pehle ki baat hai,</w:t>
      </w:r>
    </w:p>
    <w:p>
      <w:pPr>
        <w:jc w:val="right"/>
      </w:pPr>
      <w:r>
        <w:t>ایکبار، کئیسال پہلے کیباتہے،</w:t>
      </w:r>
    </w:p>
    <w:p>
      <w:r>
        <w:rPr>
          <w:b/>
        </w:rPr>
        <w:t xml:space="preserve">[01:36] </w:t>
      </w:r>
      <w:r>
        <w:t>hyderabad mein ek</w:t>
      </w:r>
    </w:p>
    <w:p>
      <w:pPr>
        <w:jc w:val="right"/>
      </w:pPr>
      <w:r>
        <w:t>حیدرآبادمیں ایک</w:t>
      </w:r>
    </w:p>
    <w:p>
      <w:r>
        <w:rPr>
          <w:b/>
        </w:rPr>
        <w:t xml:space="preserve">[01:42] </w:t>
      </w:r>
      <w:r>
        <w:t>hindu muslim dialogue khagaya.</w:t>
      </w:r>
    </w:p>
    <w:p>
      <w:pPr>
        <w:jc w:val="right"/>
      </w:pPr>
      <w:r>
        <w:t>ہندو مسلم ڈائیلاگرکھاگیا۔</w:t>
      </w:r>
    </w:p>
    <w:p>
      <w:r>
        <w:rPr>
          <w:b/>
        </w:rPr>
        <w:t xml:space="preserve">[01:46] </w:t>
      </w:r>
      <w:r>
        <w:t>hindu ki numaindagi kar rahe the mr arun shori, jo baad ko minister bane. islam ki numaindagi mein kar raha tha.</w:t>
      </w:r>
    </w:p>
    <w:p>
      <w:pPr>
        <w:jc w:val="right"/>
      </w:pPr>
      <w:r>
        <w:t>ہندو کی نمائندگیکررہےتھے مسٹرارونشوری، جو بعد کو منسٹربنے۔ اسلام کینمائندگی میںکررہاتھا۔</w:t>
      </w:r>
    </w:p>
    <w:p>
      <w:r>
        <w:rPr>
          <w:b/>
        </w:rPr>
        <w:t xml:space="preserve">[02:01] </w:t>
      </w:r>
      <w:r>
        <w:t>to iska jo topic khagaya tha, woh tha: "Living with Islam in India ".</w:t>
      </w:r>
    </w:p>
    <w:p>
      <w:pPr>
        <w:jc w:val="right"/>
      </w:pPr>
      <w:r>
        <w:t>تو اسکا جو ٹاپکرکھاگیاتھا، وہتھا: "Livingwith Islam inIndia "۔</w:t>
      </w:r>
    </w:p>
    <w:p>
      <w:r>
        <w:rPr>
          <w:b/>
        </w:rPr>
        <w:t xml:space="preserve">[02:14] </w:t>
      </w:r>
      <w:r>
        <w:t>"Living with Islam in India ".</w:t>
      </w:r>
    </w:p>
    <w:p>
      <w:pPr>
        <w:jc w:val="right"/>
      </w:pPr>
      <w:r>
        <w:t>"Living with Islam inIndia "۔</w:t>
      </w:r>
    </w:p>
    <w:p>
      <w:r>
        <w:rPr>
          <w:b/>
        </w:rPr>
        <w:t xml:space="preserve">[02:20] </w:t>
      </w:r>
      <w:r>
        <w:t>to arun shori sahib ne jo baatein kahi, woh aisi thi jaise ke "Living with problem Islam in India".</w:t>
      </w:r>
    </w:p>
    <w:p>
      <w:pPr>
        <w:jc w:val="right"/>
      </w:pPr>
      <w:r>
        <w:t>تو ارونشوریصاحبنے جوباتیںکہیں،وہ ایسیتھیںجیسےکہ"L ivingwith problem Islam inIndia"۔</w:t>
      </w:r>
    </w:p>
    <w:p>
      <w:r>
        <w:rPr>
          <w:b/>
        </w:rPr>
        <w:t xml:space="preserve">[02:32] </w:t>
      </w:r>
      <w:r>
        <w:t>yani ek aisa mazhab jo problem hai, uske sath kaise india mein rahein?</w:t>
      </w:r>
    </w:p>
    <w:p>
      <w:pPr>
        <w:jc w:val="right"/>
      </w:pPr>
      <w:r>
        <w:t>یعنیایکایسامذہبجوپرابلمہے، اسکےساتھ کیسےانڈیامیںرہیں؟</w:t>
      </w:r>
    </w:p>
    <w:p>
      <w:r>
        <w:rPr>
          <w:b/>
        </w:rPr>
        <w:t xml:space="preserve">[02:42] </w:t>
      </w:r>
      <w:r>
        <w:t>to maine kaha ke dekhein, yeh jo hai, musalmanon ke kuch baaton ko lekar yeh mujhe bani hai ke islam ek problem religion hai.</w:t>
      </w:r>
    </w:p>
    <w:p>
      <w:pPr>
        <w:jc w:val="right"/>
      </w:pPr>
      <w:r>
        <w:t>تومیںنےکہاکہدیکھیں، یہجوہے، مس لمان وںکے کچھ باتوں کولےکر یہ مجھےبنیہےکہاسلام ایک پرابلم ریلیجنہے۔</w:t>
      </w:r>
    </w:p>
    <w:p>
      <w:r>
        <w:rPr>
          <w:b/>
        </w:rPr>
        <w:t xml:space="preserve">[02:54] </w:t>
      </w:r>
      <w:r>
        <w:t>theek hai? ek musalmanon ko alag kar ke dekhein aap, to islam jo hai, woh no problem religion hai.</w:t>
      </w:r>
    </w:p>
    <w:p>
      <w:pPr>
        <w:jc w:val="right"/>
      </w:pPr>
      <w:r>
        <w:t>ٹھیکہے؟ایکمسلمانوںکوالگکرکےدیکھیںآپ ، تواسلام جوہے، وہ نوپرابلمریلیجنہے۔</w:t>
      </w:r>
    </w:p>
    <w:p>
      <w:r>
        <w:rPr>
          <w:b/>
        </w:rPr>
        <w:t xml:space="preserve">[03:05] </w:t>
      </w:r>
      <w:r>
        <w:t>yani ulta hai. so we have to differentiate between islam and muslims.</w:t>
      </w:r>
    </w:p>
    <w:p>
      <w:pPr>
        <w:jc w:val="right"/>
      </w:pPr>
      <w:r>
        <w:t>یعنیالٹاہے۔ سو یوہیوٹوڈیفرنشیٹبٹویناسلام اینڈمسلمز۔</w:t>
      </w:r>
    </w:p>
    <w:p>
      <w:r>
        <w:rPr>
          <w:b/>
        </w:rPr>
        <w:t xml:space="preserve">[03:12] </w:t>
      </w:r>
      <w:r>
        <w:t>yuhaiyutojjmusilmaz and the light of Islam teachings, and not to us or sa.</w:t>
      </w:r>
    </w:p>
    <w:p>
      <w:pPr>
        <w:jc w:val="right"/>
      </w:pPr>
      <w:r>
        <w:t>یوہیوٹوججمسلمز اندالائٹآفاسلام کٹیچنگز، اینڈناٹوائسورسا۔</w:t>
      </w:r>
    </w:p>
    <w:p>
      <w:r>
        <w:rPr>
          <w:b/>
        </w:rPr>
        <w:t xml:space="preserve">[03:20] </w:t>
      </w:r>
      <w:r>
        <w:t>tumainnebtaya keh "Living with Islam inIndia" ek negitiv tonmeinheyeh topic.</w:t>
      </w:r>
    </w:p>
    <w:p>
      <w:pPr>
        <w:jc w:val="right"/>
      </w:pPr>
      <w:r>
        <w:t>تومیںنےبتایا کہ "Living with Islam inIndia" ایک نیگیٹیو ٹونمیںہےیہ ٹاپک ۔</w:t>
      </w:r>
    </w:p>
    <w:p>
      <w:r>
        <w:rPr>
          <w:b/>
        </w:rPr>
        <w:t xml:space="preserve">[03:29] </w:t>
      </w:r>
      <w:r>
        <w:t>lekin sahihbatiyeh hai keh islam ke saat rehna</w:t>
      </w:r>
    </w:p>
    <w:p>
      <w:pPr>
        <w:jc w:val="right"/>
      </w:pPr>
      <w:r>
        <w:t>لیکن صحیحباتیہہےکہ اسلام کےساتھ رہنا</w:t>
      </w:r>
    </w:p>
    <w:p>
      <w:r>
        <w:rPr>
          <w:b/>
        </w:rPr>
        <w:t xml:space="preserve">[03:37] </w:t>
      </w:r>
      <w:r>
        <w:t>,peace ke saat rehna hai, tolerance ke saat rehna hai, compassion ke saat rehna hai.</w:t>
      </w:r>
    </w:p>
    <w:p>
      <w:pPr>
        <w:jc w:val="right"/>
      </w:pPr>
      <w:r>
        <w:t>،پیسکےساتھ رہناہے، ٹالرنسکےساتھرہناہے، کمپیشنکےساتھ رہناہے۔</w:t>
      </w:r>
    </w:p>
    <w:p>
      <w:r>
        <w:rPr>
          <w:b/>
        </w:rPr>
        <w:t xml:space="preserve">[03:45] </w:t>
      </w:r>
      <w:r>
        <w:t>tumainneapni baat ka, abislam kesprt ko lete huwe, mainnebaat shuru ki tumainnekeh keh dekhen, yeh koi debatenahi hai.</w:t>
      </w:r>
    </w:p>
    <w:p>
      <w:pPr>
        <w:jc w:val="right"/>
      </w:pPr>
      <w:r>
        <w:t>تومیںنےاپنی بات کا ،اباسلام کیسپرٹکو لیتےہوئے، میں نے باتشروع کیتومیںنےکہاکہ دیکھیں،یہکوئیڈیبیٹنہیںہے۔</w:t>
      </w:r>
    </w:p>
    <w:p>
      <w:r>
        <w:rPr>
          <w:b/>
        </w:rPr>
        <w:t xml:space="preserve">[03:59] </w:t>
      </w:r>
      <w:r>
        <w:t>yeh piyar ka, piyar ke saat exchange hai. mainnekeh keh mister aron shure ke paas bhi piyar ki baaten hongi to woh kahein.</w:t>
      </w:r>
    </w:p>
    <w:p>
      <w:pPr>
        <w:jc w:val="right"/>
      </w:pPr>
      <w:r>
        <w:t>یہ پیارکا،پیارکےساتھ ایکسچینجہے۔ میںنےکہاکہمسٹرارونشوریکےپاسبھیپیارکیباتیںہوںگیتووہکہیں۔</w:t>
      </w:r>
    </w:p>
    <w:p>
      <w:r>
        <w:rPr>
          <w:b/>
        </w:rPr>
        <w:t xml:space="preserve">[04:08] </w:t>
      </w:r>
      <w:r>
        <w:t>main islam ko lekar piyar ki baaten kahunga. to yeh piyar ke saat, yani zindagi jo hai poori, woh piyar ke saat rehne ka name hai.</w:t>
      </w:r>
    </w:p>
    <w:p>
      <w:pPr>
        <w:jc w:val="right"/>
      </w:pPr>
      <w:r>
        <w:t>میں اسلام کولےکرپیارکیباتیںکہوںگا۔ تو یہ پیار کے ساتھ، یعنیزندگی جوہے پوری، وہ پیارکےساتھ رہنےکانامہے۔</w:t>
      </w:r>
    </w:p>
    <w:p>
      <w:r>
        <w:rPr>
          <w:b/>
        </w:rPr>
        <w:t xml:space="preserve">[04:20] </w:t>
      </w:r>
      <w:r>
        <w:t>yeh i slam hai.</w:t>
      </w:r>
    </w:p>
    <w:p>
      <w:pPr>
        <w:jc w:val="right"/>
      </w:pPr>
      <w:r>
        <w:t>یہیاسلام ہے۔</w:t>
      </w:r>
    </w:p>
    <w:p>
      <w:r>
        <w:rPr>
          <w:b/>
        </w:rPr>
        <w:t xml:space="preserve">[04:26] </w:t>
      </w:r>
      <w:r>
        <w:t>toloogon ko bahut taajjub hua.</w:t>
      </w:r>
    </w:p>
    <w:p>
      <w:pPr>
        <w:jc w:val="right"/>
      </w:pPr>
      <w:r>
        <w:t>تولوگوںکوبہت تعجبہوا۔</w:t>
      </w:r>
    </w:p>
    <w:p>
      <w:r>
        <w:rPr>
          <w:b/>
        </w:rPr>
        <w:t xml:space="preserve">[04:29] </w:t>
      </w:r>
      <w:r>
        <w:t>woh hindu logon ne warnizekya tha isko. unhon ne aur bhi kuch program rakhe. yani is ek program ke ilawa bhi unhon ne kuch program rakhe.</w:t>
      </w:r>
    </w:p>
    <w:p>
      <w:pPr>
        <w:jc w:val="right"/>
      </w:pPr>
      <w:r>
        <w:t>وہ ہندو لوگوںنے وارنائزکیاتھااسکو ۔ انہوںنے اور بھیکچھپروگرامرکھے۔ یعنیاس ایک پروگرامکےعلاوہبھیانہوںنےکچھپروگرامرکھے۔</w:t>
      </w:r>
    </w:p>
    <w:p>
      <w:r>
        <w:rPr>
          <w:b/>
        </w:rPr>
        <w:t xml:space="preserve">[04:40] </w:t>
      </w:r>
      <w:r>
        <w:t>kyunkeh islam ki yeh image jo hai, woh dil ko choti hai. woh nature ko address karti hai. islam ke kaj o asal tasveer hai, woh insaan ke mind ko appeal karta hai.</w:t>
      </w:r>
    </w:p>
    <w:p>
      <w:pPr>
        <w:jc w:val="right"/>
      </w:pPr>
      <w:r>
        <w:t>کیونکہ اسلام کییہ امیججوہے، وہ دل کوچھوتیہے۔ وہ نیچرکوایڈریسکرتیہے۔ اسلام کے کاجواصل تصویرہے، وہ انسان کے مائنڈکواپیلکرتاہے۔</w:t>
      </w:r>
    </w:p>
    <w:p>
      <w:r>
        <w:rPr>
          <w:b/>
        </w:rPr>
        <w:t xml:space="preserve">[04:58] </w:t>
      </w:r>
      <w:r>
        <w:t>to woh log bahut khush hue.</w:t>
      </w:r>
    </w:p>
    <w:p>
      <w:pPr>
        <w:jc w:val="right"/>
      </w:pPr>
      <w:r>
        <w:t>تووہلوگبہت خوشہوئے۔</w:t>
      </w:r>
    </w:p>
    <w:p>
      <w:r>
        <w:rPr>
          <w:b/>
        </w:rPr>
        <w:t xml:space="preserve">[05:05] </w:t>
      </w:r>
      <w:r>
        <w:t>iske baad doosra experience main jo kehna chahta hoon, main gaya wahan</w:t>
      </w:r>
    </w:p>
    <w:p>
      <w:pPr>
        <w:jc w:val="right"/>
      </w:pPr>
      <w:r>
        <w:t>اسکےبعد دوسرا ایکسپیرینسمیںجوکہناچاہتاہوں، میں گیا وہاں</w:t>
      </w:r>
    </w:p>
    <w:p>
      <w:r>
        <w:rPr>
          <w:b/>
        </w:rPr>
        <w:t xml:space="preserve">[05:14] </w:t>
      </w:r>
      <w:r>
        <w:t>rishikesh. rishikesh mein bhi ek conference thi jo hindu logon ne ki thi. to wahan mujhe bulaya gaya tha.</w:t>
      </w:r>
    </w:p>
    <w:p>
      <w:pPr>
        <w:jc w:val="right"/>
      </w:pPr>
      <w:r>
        <w:t>رشی کیش ۔ رشیکیشمیں بھیایککانفرنستھی جوہندو لوگوںنےکیاتھا۔ تووہاںمجھےبلایاگیاتھا۔</w:t>
      </w:r>
    </w:p>
    <w:p>
      <w:r>
        <w:rPr>
          <w:b/>
        </w:rPr>
        <w:t xml:space="preserve">[05:27] </w:t>
      </w:r>
      <w:r>
        <w:t>wahan bhi mujhe islam par batana tha.</w:t>
      </w:r>
    </w:p>
    <w:p>
      <w:pPr>
        <w:jc w:val="right"/>
      </w:pPr>
      <w:r>
        <w:t>وہاںبھیمجھےاسلام پربت اناتھا۔</w:t>
      </w:r>
    </w:p>
    <w:p>
      <w:r>
        <w:rPr>
          <w:b/>
        </w:rPr>
        <w:t xml:space="preserve">[05:32] </w:t>
      </w:r>
      <w:r>
        <w:t>to mainne kuch waqe at ya kuch hadith batain wahan par</w:t>
      </w:r>
    </w:p>
    <w:p>
      <w:pPr>
        <w:jc w:val="right"/>
      </w:pPr>
      <w:r>
        <w:t>تومیںنےکچھ واقع ات یا کچھحدیثیںبتائیںوہاںپر</w:t>
      </w:r>
    </w:p>
    <w:p>
      <w:r>
        <w:rPr>
          <w:b/>
        </w:rPr>
        <w:t xml:space="preserve">[05:39] </w:t>
      </w:r>
      <w:r>
        <w:t>. maslan yeh bataya mainne keh profit of islam ne kaha keh:</w:t>
      </w:r>
    </w:p>
    <w:p>
      <w:pPr>
        <w:jc w:val="right"/>
      </w:pPr>
      <w:r>
        <w:t>۔ مثلاًیہ بت ایامیںنےکہ پرافٹآف اسلام نےکہاکہ:</w:t>
      </w:r>
    </w:p>
    <w:p>
      <w:r>
        <w:rPr>
          <w:b/>
        </w:rPr>
        <w:t xml:space="preserve">[05:48] </w:t>
      </w:r>
      <w:r>
        <w:t>"المسلم منسلم الناس بال لسان و يديه".</w:t>
      </w:r>
    </w:p>
    <w:p>
      <w:pPr>
        <w:jc w:val="right"/>
      </w:pPr>
      <w:r>
        <w:t>"المسلم منسلم الناس بال لسان و يديه"۔</w:t>
      </w:r>
    </w:p>
    <w:p>
      <w:r>
        <w:rPr>
          <w:b/>
        </w:rPr>
        <w:t xml:space="preserve">[05:55] </w:t>
      </w:r>
      <w:r>
        <w:t>"AtrueMuslimisone by whose handsandtonguepeople are safe."</w:t>
      </w:r>
    </w:p>
    <w:p>
      <w:pPr>
        <w:jc w:val="right"/>
      </w:pPr>
      <w:r>
        <w:t>"AtrueMuslimisone by whose handsandtonguepeople are safe."</w:t>
      </w:r>
    </w:p>
    <w:p>
      <w:r>
        <w:rPr>
          <w:b/>
        </w:rPr>
        <w:t xml:space="preserve">[06:01] </w:t>
      </w:r>
      <w:r>
        <w:t>yani sachaa momin woh hai jo is tarah rahe society mein keh logon ko is se takleef na pahunche, na is ke haath se, na is ki zabaan se.</w:t>
      </w:r>
    </w:p>
    <w:p>
      <w:pPr>
        <w:jc w:val="right"/>
      </w:pPr>
      <w:r>
        <w:t>یعنیسچامومنوہہے جو اسطرحرہے سوسائٹیمیں کہلوگوںکواسسےتکلیفنہپہنچے، نہاسکےہاتھسے،نہاسکیزبان سے۔</w:t>
      </w:r>
    </w:p>
    <w:p>
      <w:r>
        <w:rPr>
          <w:b/>
        </w:rPr>
        <w:t xml:space="preserve">[06:16] </w:t>
      </w:r>
      <w:r>
        <w:t>ya no problem person par kar rahe hain.</w:t>
      </w:r>
    </w:p>
    <w:p>
      <w:pPr>
        <w:jc w:val="right"/>
      </w:pPr>
      <w:r>
        <w:t>یا نوپرابلمپرسنپرکررہےہیں۔</w:t>
      </w:r>
    </w:p>
    <w:p>
      <w:r>
        <w:rPr>
          <w:b/>
        </w:rPr>
        <w:t xml:space="preserve">[06:20] </w:t>
      </w:r>
      <w:r>
        <w:t>phir ek aur hadith hai, ab mainne lekar bataya keh dekhen, islam mein sirf do tareeqe jo hain, woh accepted hain.</w:t>
      </w:r>
    </w:p>
    <w:p>
      <w:pPr>
        <w:jc w:val="right"/>
      </w:pPr>
      <w:r>
        <w:t>پھرایکاورحدیثہے، ابمیںنے لےکربتایاکہدیکھیں، اسلام میں صرف دو طریقےجوہیں، وہ ایکسیپٹڈہیں۔</w:t>
      </w:r>
    </w:p>
    <w:p>
      <w:r>
        <w:rPr>
          <w:b/>
        </w:rPr>
        <w:t xml:space="preserve">[06:33] </w:t>
      </w:r>
      <w:r>
        <w:t>baqi jo hai, woh galat hai.</w:t>
      </w:r>
    </w:p>
    <w:p>
      <w:pPr>
        <w:jc w:val="right"/>
      </w:pPr>
      <w:r>
        <w:t>باقیجوہے،وہغلطہے۔</w:t>
      </w:r>
    </w:p>
    <w:p>
      <w:r>
        <w:rPr>
          <w:b/>
        </w:rPr>
        <w:t xml:space="preserve">[06:37] </w:t>
      </w:r>
      <w:r>
        <w:t>ek yeh hai keh aap society mein giver person bankar rahen.</w:t>
      </w:r>
    </w:p>
    <w:p>
      <w:pPr>
        <w:jc w:val="right"/>
      </w:pPr>
      <w:r>
        <w:t>ایک یہہےکہآپ سوسائٹیمیں گیور پرسنبنکررہیں۔</w:t>
      </w:r>
    </w:p>
    <w:p>
      <w:r>
        <w:rPr>
          <w:b/>
        </w:rPr>
        <w:t xml:space="preserve">[06:46] </w:t>
      </w:r>
      <w:r>
        <w:t>"إ نلم تن فعوا فلاتضرو ا".</w:t>
      </w:r>
    </w:p>
    <w:p>
      <w:pPr>
        <w:jc w:val="right"/>
      </w:pPr>
      <w:r>
        <w:t>"إ نلم تن فعوا فلاتضرو ا"۔</w:t>
      </w:r>
    </w:p>
    <w:p>
      <w:r>
        <w:rPr>
          <w:b/>
        </w:rPr>
        <w:t xml:space="preserve">[06:51] </w:t>
      </w:r>
      <w:r>
        <w:t>yani agar tum logon ko faida na pohanch sako to kam se kam nuqsan na pohanchao. yeh do darjay hain. yani ya to aap give a person bankar raho, ya kam se kam no problem person bankar raho.</w:t>
      </w:r>
    </w:p>
    <w:p>
      <w:pPr>
        <w:jc w:val="right"/>
      </w:pPr>
      <w:r>
        <w:t>یعنیاگرتم لوگوںکو فائدہنہپہنچاسکو تو کمسےکمنقصاننہپہنچاؤ۔ یہدو درجےہیں۔ یعنییاتوآپ گیورپرسنبنکررہیں، یا کمسےکم نو پرابلمپرسن بنکررہیں۔</w:t>
      </w:r>
    </w:p>
    <w:p>
      <w:r>
        <w:rPr>
          <w:b/>
        </w:rPr>
        <w:t xml:space="preserve">[07:09] </w:t>
      </w:r>
      <w:r>
        <w:t>kisi ajeeb taleem hai. "in lam tanfa'oo fala tadarru". agar tum doosron ko faida na pohanch sako to kam se kam nuqsan to na pohanchao.</w:t>
      </w:r>
    </w:p>
    <w:p>
      <w:pPr>
        <w:jc w:val="right"/>
      </w:pPr>
      <w:r>
        <w:t>کیسیعجیب تعلیم ہے۔ "إنلم تنفعوافلاتض روا"۔ اگر تم دوسروںکو فائدہنہپہنچاسکو تو کمسےکمنقصانتونہپہنچاؤ۔</w:t>
      </w:r>
    </w:p>
    <w:p>
      <w:r>
        <w:rPr>
          <w:b/>
        </w:rPr>
        <w:t xml:space="preserve">[07:20] </w:t>
      </w:r>
      <w:r>
        <w:t>iska matlab yeh hua ke tum samajh ke andar ya to give a person bankar raho, ya no problem person bankar raho.</w:t>
      </w:r>
    </w:p>
    <w:p>
      <w:pPr>
        <w:jc w:val="right"/>
      </w:pPr>
      <w:r>
        <w:t>اسکامطلبیہہوا کہتم سماجکےاندر یا تو گیورپرسنبنکررہو، یا نو پرابلمپرسن بنکررہو۔</w:t>
      </w:r>
    </w:p>
    <w:p>
      <w:r>
        <w:rPr>
          <w:b/>
        </w:rPr>
        <w:t xml:space="preserve">[07:35] </w:t>
      </w:r>
      <w:r>
        <w:t>yeh baatein unko bari ajeeb lagti thin. woh to samajhte hain ke islam naam hai larai jhagde ka.</w:t>
      </w:r>
    </w:p>
    <w:p>
      <w:pPr>
        <w:jc w:val="right"/>
      </w:pPr>
      <w:r>
        <w:t>یہباتیںانکوبڑی عجیب لگتیتھیں۔ وہتوسمجھتےہیںکہاسلام نام ہے لڑائیجھگڑےکا ۔</w:t>
      </w:r>
    </w:p>
    <w:p>
      <w:r>
        <w:rPr>
          <w:b/>
        </w:rPr>
        <w:t xml:space="preserve">[07:45] </w:t>
      </w:r>
      <w:r>
        <w:t>aisi hi maine ek hadith sunai ke hazrat usman jo teesre caliph the, teesre khaleefa the islam ke, usman bin affan radiallahu anhu</w:t>
      </w:r>
    </w:p>
    <w:p>
      <w:pPr>
        <w:jc w:val="right"/>
      </w:pPr>
      <w:r>
        <w:t>ایسیہیمیںنے ایک حدیثسنائیکہ حضرتعثمانجو تیسرے کیلف تھے، تیسرےخلیفہتھےاسلام کے، عثمان بنعفانرضیاللہعنہ</w:t>
      </w:r>
    </w:p>
    <w:p>
      <w:r>
        <w:rPr>
          <w:b/>
        </w:rPr>
        <w:t xml:space="preserve">[07:58] </w:t>
      </w:r>
      <w:r>
        <w:t>, to unka jo khadim tha, woh kehte hain: "kan yaghtasil kullu yawm marratayn".</w:t>
      </w:r>
    </w:p>
    <w:p>
      <w:pPr>
        <w:jc w:val="right"/>
      </w:pPr>
      <w:r>
        <w:t>،توانکاجو خادمتھے، وہ کہتےہیں: "كان يغتسل كل يوم مرت ين" ۔</w:t>
      </w:r>
    </w:p>
    <w:p>
      <w:r>
        <w:rPr>
          <w:b/>
        </w:rPr>
        <w:t xml:space="preserve">[08:09] </w:t>
      </w:r>
      <w:r>
        <w:t>yani woh rozana ek baar ya do baar nahate the.</w:t>
      </w:r>
    </w:p>
    <w:p>
      <w:pPr>
        <w:jc w:val="right"/>
      </w:pPr>
      <w:r>
        <w:t>یعنی وہ روز انہ ایک بار یادوبار نہ اتےتھے۔</w:t>
      </w:r>
    </w:p>
    <w:p>
      <w:r>
        <w:rPr>
          <w:b/>
        </w:rPr>
        <w:t xml:space="preserve">[08:17] </w:t>
      </w:r>
      <w:r>
        <w:t>"kan yaghtasil kullu yawm marratayn". woh rozana ek baar ya do baar nahate the. to unko bohat ta'ajjub hua.</w:t>
      </w:r>
    </w:p>
    <w:p>
      <w:pPr>
        <w:jc w:val="right"/>
      </w:pPr>
      <w:r>
        <w:t>"كان يغتسل كل يوم مرت ين"۔ وہروزانہایکباریادوبار نہاتےتھے۔ توانکوبہت تعجبہوا۔</w:t>
      </w:r>
    </w:p>
    <w:p>
      <w:r>
        <w:rPr>
          <w:b/>
        </w:rPr>
        <w:t xml:space="preserve">[08:26] </w:t>
      </w:r>
      <w:r>
        <w:t>kyun ke aap to samajhte the ke musalman sirf juma juma nahata hai. itni safai islam mein hai. is tarah ki baatein huin.</w:t>
      </w:r>
    </w:p>
    <w:p>
      <w:pPr>
        <w:jc w:val="right"/>
      </w:pPr>
      <w:r>
        <w:t>کیوںکہآپتوسمجھتےتھےکہمسلمانصرفجمعہجمعہنہاتاہے۔ اتنیصفائی اسلام میںہے۔ اسطرح کیباتیں کئیہوئیں۔</w:t>
      </w:r>
    </w:p>
    <w:p>
      <w:r>
        <w:rPr>
          <w:b/>
        </w:rPr>
        <w:t xml:space="preserve">[08:37] </w:t>
      </w:r>
      <w:r>
        <w:t>to swami dayanand jo wahan ke yani chairman hain, bohat bara trust hai rishikesh mein, unhon ne kaha ke dekhein, aap hamein ek kitab likh kar dijiye.</w:t>
      </w:r>
    </w:p>
    <w:p>
      <w:pPr>
        <w:jc w:val="right"/>
      </w:pPr>
      <w:r>
        <w:t>تو سوامیچیدارنندجووہاںکے یعنیچیئرمین ہیں، بہت بڑا ٹرسٹہے رشیکیشمیں، انہوں نےکہاکہدیکھیں، آپ ہمیںایککتاب لکھ کردیجیے۔</w:t>
      </w:r>
    </w:p>
    <w:p>
      <w:r>
        <w:rPr>
          <w:b/>
        </w:rPr>
        <w:t xml:space="preserve">[08:52] </w:t>
      </w:r>
      <w:r>
        <w:t>iska title unhon ne bataya yahi: "Islam on the life". yeh unka title tha. aur usko hum das zubanon mein chhaap kar dunya bhar mein phailayenge.</w:t>
      </w:r>
    </w:p>
    <w:p>
      <w:pPr>
        <w:jc w:val="right"/>
      </w:pPr>
      <w:r>
        <w:t>اسکا ٹائٹلانہوںنےبتایا یہی: "اسلام انڈیلیلائف"۔ یہانہیکاٹائٹلتھا۔ اوراسکوہم دسزبان وںمیں چھاپکردنیا بھرمیںپھیلائیںگے۔</w:t>
      </w:r>
    </w:p>
    <w:p>
      <w:r>
        <w:rPr>
          <w:b/>
        </w:rPr>
        <w:t xml:space="preserve">[09:06] </w:t>
      </w:r>
      <w:r>
        <w:t>yeh swami dayanand jo ek yani ek hindu idare ke chairman hain, aur poora unko vishwas hai,</w:t>
      </w:r>
    </w:p>
    <w:p>
      <w:pPr>
        <w:jc w:val="right"/>
      </w:pPr>
      <w:r>
        <w:t>یہشامیچیدارنندجوایک یعنی ایک ہندو ادارےکےچیئرمینہیں، اور پوراانکو విశ్వاس ہے،</w:t>
      </w:r>
    </w:p>
    <w:p>
      <w:r>
        <w:rPr>
          <w:b/>
        </w:rPr>
        <w:t xml:space="preserve">[09:20] </w:t>
      </w:r>
      <w:r>
        <w:t>, unhon ne pehli baar ansari pdf hindooism chhapi hai. bohat kafi ismein investment hua hai.</w:t>
      </w:r>
    </w:p>
    <w:p>
      <w:pPr>
        <w:jc w:val="right"/>
      </w:pPr>
      <w:r>
        <w:t>انہوں نے پہلیبار انصاری پیڈیایفہندوازمچھاپیہے۔ بہت کافی اسمیں انویسٹمنٹہواہے۔</w:t>
      </w:r>
    </w:p>
    <w:p>
      <w:r>
        <w:rPr>
          <w:b/>
        </w:rPr>
        <w:t xml:space="preserve">[09:32] </w:t>
      </w:r>
      <w:r>
        <w:t>ansari pdf hindooism. woh aadmi kehta hai</w:t>
      </w:r>
    </w:p>
    <w:p>
      <w:pPr>
        <w:jc w:val="right"/>
      </w:pPr>
      <w:r>
        <w:t>انصاری پیڈیایف ہند وازم۔ وہ آدمیکہتاہے</w:t>
      </w:r>
    </w:p>
    <w:p>
      <w:r>
        <w:rPr>
          <w:b/>
        </w:rPr>
        <w:t xml:space="preserve">[09:39] </w:t>
      </w:r>
      <w:r>
        <w:t>ke aap ek kitab tayyar kijiye, hum unko dijiye tayyar kar ke.</w:t>
      </w:r>
    </w:p>
    <w:p>
      <w:pPr>
        <w:jc w:val="right"/>
      </w:pPr>
      <w:r>
        <w:t>کہآپ ایککتاب تیار کیجیے، ہم انکودیجیےتیار کرکے۔</w:t>
      </w:r>
    </w:p>
    <w:p>
      <w:r>
        <w:rPr>
          <w:b/>
        </w:rPr>
        <w:t xml:space="preserve">[09:45] </w:t>
      </w:r>
      <w:r>
        <w:t>"Islam on the life". usko hum das zubanon mein chhaap kar dunya bhar mein phailayenge.</w:t>
      </w:r>
    </w:p>
    <w:p>
      <w:pPr>
        <w:jc w:val="right"/>
      </w:pPr>
      <w:r>
        <w:t>"اسلام انڈیلیلائف"۔ اسکوہم دسزبان وںمیںچھاپکردنیا بھرمیںپھیلائیںگے۔</w:t>
      </w:r>
    </w:p>
    <w:p>
      <w:r>
        <w:rPr>
          <w:b/>
        </w:rPr>
        <w:t xml:space="preserve">[09:55] </w:t>
      </w:r>
      <w:r>
        <w:t>dekhein, yahan par jo cheez sabak ki hai, wohi hai</w:t>
      </w:r>
    </w:p>
    <w:p>
      <w:pPr>
        <w:jc w:val="right"/>
      </w:pPr>
      <w:r>
        <w:t>دیکھیں،یہاںپر جو چیز سبقکیہے،وہیہہے</w:t>
      </w:r>
    </w:p>
    <w:p>
      <w:r>
        <w:rPr>
          <w:b/>
        </w:rPr>
        <w:t xml:space="preserve">[10:03] </w:t>
      </w:r>
      <w:r>
        <w:t>ke masla ek mazhab doosre mazhab ka nahin hai. mazhab kabhi culture ban jata hai.</w:t>
      </w:r>
    </w:p>
    <w:p>
      <w:pPr>
        <w:jc w:val="right"/>
      </w:pPr>
      <w:r>
        <w:t>کہ مسئلہ ایک مذہبدوسرےمذہبکانہیںہے۔ مذہب کبھیکلچربنجاتا ہے۔</w:t>
      </w:r>
    </w:p>
    <w:p>
      <w:r>
        <w:rPr>
          <w:b/>
        </w:rPr>
        <w:t xml:space="preserve">[10:13] </w:t>
      </w:r>
      <w:r>
        <w:t>asal cheez hai insaan ka nature, insaan ki fitrat.</w:t>
      </w:r>
    </w:p>
    <w:p>
      <w:pPr>
        <w:jc w:val="right"/>
      </w:pPr>
      <w:r>
        <w:t>اصلچیزہےانسان کا نیچر ،انسان کی فطرت ۔</w:t>
      </w:r>
    </w:p>
    <w:p>
      <w:r>
        <w:rPr>
          <w:b/>
        </w:rPr>
        <w:t xml:space="preserve">[10:20] </w:t>
      </w:r>
      <w:r>
        <w:t>insaan ki fitrat wahi meri hai, wahi aapki hai, wahi muslim ki hai, wahi hindu ki hai.</w:t>
      </w:r>
    </w:p>
    <w:p>
      <w:pPr>
        <w:jc w:val="right"/>
      </w:pPr>
      <w:r>
        <w:t>انسان کیفطرت وہی میریہے،وہیآپکیہے، وہیمسلمکیہے،وہیہندو کیہے۔</w:t>
      </w:r>
    </w:p>
    <w:p>
      <w:r>
        <w:rPr>
          <w:b/>
        </w:rPr>
        <w:t xml:space="preserve">[10:29] </w:t>
      </w:r>
      <w:r>
        <w:t>har insaan ko allah ta'ala ne ek hi fitrat mein paida kiya hai. "fitrat allahi allati fatara alnnasa alayha la tabdeela li khalqi allahi".</w:t>
      </w:r>
    </w:p>
    <w:p>
      <w:pPr>
        <w:jc w:val="right"/>
      </w:pPr>
      <w:r>
        <w:t>ہر انسان کو اللہ تعالیٰنے ایکہیفطرتمیںپیدا کیا ہے۔ "فطرة لاال َّتِيفَطْرَالنَّاسَعَلَيْهَا لا تَبْدِيلَلِخَلْقِاللَّهِ"۔</w:t>
      </w:r>
    </w:p>
    <w:p>
      <w:r>
        <w:rPr>
          <w:b/>
        </w:rPr>
        <w:t xml:space="preserve">[10:39] </w:t>
      </w:r>
      <w:r>
        <w:t>ek hi fitrat, ek hi nature har insaan ka hai, har aurat ka, har mard ka. aur woh ismein koi badlao nahin aata. to woh woh address ho jata hai.</w:t>
      </w:r>
    </w:p>
    <w:p>
      <w:pPr>
        <w:jc w:val="right"/>
      </w:pPr>
      <w:r>
        <w:t>ایکہیفطرت ،ایکہی نیچر ہرانسانکا ہے، ہرعورتکا،ہرمرد کا۔ اوروہ اسمیںکوئیبدلاؤنہیںآتا۔ تو وہ وہ ایڈریسہوجاتا ہے۔</w:t>
      </w:r>
    </w:p>
    <w:p>
      <w:r>
        <w:rPr>
          <w:b/>
        </w:rPr>
        <w:t xml:space="preserve">[10:51] </w:t>
      </w:r>
      <w:r>
        <w:t>agar aap universal truth bolein, sachai ki baat karein, human values ki baat karein, to har insaan ka mind address ho jata</w:t>
      </w:r>
    </w:p>
    <w:p>
      <w:pPr>
        <w:jc w:val="right"/>
      </w:pPr>
      <w:r>
        <w:t>اگر آپیونیورسل ٹروتھ بولیں، سچائیکیباتکریں، ہیومنویلیوزکیباتکریں، تو ہرانسان کا مائنڈایڈریسہوجاتا</w:t>
      </w:r>
    </w:p>
    <w:p>
      <w:r>
        <w:rPr>
          <w:b/>
        </w:rPr>
        <w:t xml:space="preserve">[11:06] </w:t>
      </w:r>
      <w:r>
        <w:t>hai. har insaan ka nature woh hai, usko lagta hai ke yeh to meri baat hai. to aap bataein, ek swami dayanand ne offer diya ke aap "Islam on the life" par kitab likhein.</w:t>
      </w:r>
    </w:p>
    <w:p>
      <w:pPr>
        <w:jc w:val="right"/>
      </w:pPr>
      <w:r>
        <w:t>ہے۔ ہرانسان کانیچرجوہے، اسکولگتاہےکہیہتومیریباتہے۔ توآپبتائیں، ایک سو امیچیدارنندنے آفردیا کہآپ "اسلامانڈیلیلائف"پرکتاب لکھیں۔</w:t>
      </w:r>
    </w:p>
    <w:p>
      <w:r>
        <w:rPr>
          <w:b/>
        </w:rPr>
        <w:t xml:space="preserve">[11:23] </w:t>
      </w:r>
      <w:r>
        <w:t>woh hum chhaapenge das zubanon mein. dunya bhar mein phailayenge.</w:t>
      </w:r>
    </w:p>
    <w:p>
      <w:pPr>
        <w:jc w:val="right"/>
      </w:pPr>
      <w:r>
        <w:t>وہہمچھاپیںگےدسزبان وںمیں۔ دنیا بھرمیںپھیلائیں</w:t>
      </w:r>
    </w:p>
    <w:p>
      <w:r>
        <w:rPr>
          <w:b/>
        </w:rPr>
        <w:t xml:space="preserve">[11:27] </w:t>
      </w:r>
      <w:r>
        <w:t>gaye. isse aap samajh sakte hain ke islam ka jo positive yani face hai, wohi face, asal face hai.</w:t>
      </w:r>
    </w:p>
    <w:p>
      <w:pPr>
        <w:jc w:val="right"/>
      </w:pPr>
      <w:r>
        <w:t>گے۔ اسسےآپسمجھسکتےہیںکہ اسلام کاجو پازیٹیو یعنی فیسہے، وہوہیفیس،اصلفیسہے۔</w:t>
      </w:r>
    </w:p>
    <w:p>
      <w:r>
        <w:rPr>
          <w:b/>
        </w:rPr>
        <w:t xml:space="preserve">[11:38] </w:t>
      </w:r>
      <w:r>
        <w:t>kitna iske andar appeal hai. woh face, asal face nahi hai jo millitant log duniya ko dikha rahe hain. gun chalana, bomb barana, nafrat karna, shikayat karna, complaint aur protest karna,</w:t>
      </w:r>
    </w:p>
    <w:p>
      <w:pPr>
        <w:jc w:val="right"/>
      </w:pPr>
      <w:r>
        <w:t>کتنیاسکےاندراپیلہے۔ وہ فیس،اصلفیسنہیںہےجو مل ٹنٹلوگ دنیا کودکھارہےہیں۔ گن چلانا،بم بار نا، نفرتکرنا ، شک ایت یں،کمپلینٹاورپروٹیسٹکرنا،</w:t>
      </w:r>
    </w:p>
    <w:p>
      <w:r>
        <w:rPr>
          <w:b/>
        </w:rPr>
        <w:t xml:space="preserve">[11:56] </w:t>
      </w:r>
      <w:r>
        <w:t>yeh sab islam ka true face nahi hai. aur is par kisi ke liye appeal nahi ho sakti hai. to yeh mere mind mein tha yeh. aur main yeh kitab likh nahi de saka inko.</w:t>
      </w:r>
    </w:p>
    <w:p>
      <w:pPr>
        <w:jc w:val="right"/>
      </w:pPr>
      <w:r>
        <w:t>یہسب اسلام کاٹروفیسنہیںہے۔ اوراسپرکسیکےلئےاپیلنہیںہوسکتیہے۔ تو یہ میرےمائنڈمیںتھا یہ ۔اورمیں یہکتاب لکھ نہیںدےسکاانکو ۔</w:t>
      </w:r>
    </w:p>
    <w:p>
      <w:r>
        <w:rPr>
          <w:b/>
        </w:rPr>
        <w:t xml:space="preserve">[12:09] </w:t>
      </w:r>
      <w:r>
        <w:t>lekin iska main bana nahi paya tha iska. yaani iska naqsha, iska khaka nahi bana paya tha. kis tarah likha jaye. aaj mujhe samajh mein aaya ke is tarah likhna chahiye.</w:t>
      </w:r>
    </w:p>
    <w:p>
      <w:pPr>
        <w:jc w:val="right"/>
      </w:pPr>
      <w:r>
        <w:t>لیکن اسکا میںبنانہیںپایاتھااسکا ۔یعنی اسکا نقش ہ،اسکاخاکہنہیںبناپایاتھا۔ کسطرحلکھاجائے۔ آجمجھے سمجھمیںآیاکہاسطرحلکھناچاہیے۔</w:t>
      </w:r>
    </w:p>
    <w:p>
      <w:r>
        <w:rPr>
          <w:b/>
        </w:rPr>
        <w:t xml:space="preserve">[12:21] </w:t>
      </w:r>
      <w:r>
        <w:t>woh mein apna share karna chahta hoon apna tajruba aapko.</w:t>
      </w:r>
    </w:p>
    <w:p>
      <w:pPr>
        <w:jc w:val="right"/>
      </w:pPr>
      <w:r>
        <w:t>وہمیںاپنا شیئرکرناچاہتاہوںاپنا تجربہآپکو ۔</w:t>
      </w:r>
    </w:p>
    <w:p>
      <w:r>
        <w:rPr>
          <w:b/>
        </w:rPr>
        <w:t xml:space="preserve">[12:26] </w:t>
      </w:r>
      <w:r>
        <w:t>to "islam in daily life" ka matlab dekhein yeh nahi hai ke aap kuch routine bata dein. routine bata dein to woh "islam in daily life" nahi hua.</w:t>
      </w:r>
    </w:p>
    <w:p>
      <w:pPr>
        <w:jc w:val="right"/>
      </w:pPr>
      <w:r>
        <w:t>تو"اسلام انڈیلیلائف"کامطلبدیکھیںیہنہیںہےکہآپکچھروٹینبتادیں۔ روٹینبتادیںتووہ "اسلام انڈیلیلائف"نہیںہوا۔</w:t>
      </w:r>
    </w:p>
    <w:p>
      <w:r>
        <w:rPr>
          <w:b/>
        </w:rPr>
        <w:t xml:space="preserve">[12:37] </w:t>
      </w:r>
      <w:r>
        <w:t>real life mein jod kar ke aap bataein. hamari jo real life hai, real life, ismein islam kaise jodta hai, woh batane ki zaroorat hai.</w:t>
      </w:r>
    </w:p>
    <w:p>
      <w:pPr>
        <w:jc w:val="right"/>
      </w:pPr>
      <w:r>
        <w:t>ریئللائفمیں جوڑکرکےآپبتائیں۔ ہماریجو ریئللائفہے،ریئللائف، اسمیں اسلام کیسے جوڑتاہے، وہبت انےکیضرورتہے۔</w:t>
      </w:r>
    </w:p>
    <w:p>
      <w:r>
        <w:rPr>
          <w:b/>
        </w:rPr>
        <w:t xml:space="preserve">[12:52] </w:t>
      </w:r>
      <w:r>
        <w:t>to aaj mujhe kuch tajruba hua aur maine samjha ke is tarah kitab likhna chahiye.</w:t>
      </w:r>
    </w:p>
    <w:p>
      <w:pPr>
        <w:jc w:val="right"/>
      </w:pPr>
      <w:r>
        <w:t>تو آجمجھےکچھتجربہہوا اورمیںنےسمجھاکہاسطرحکتاب لکھناچاہیے۔</w:t>
      </w:r>
    </w:p>
    <w:p>
      <w:r>
        <w:rPr>
          <w:b/>
        </w:rPr>
        <w:t xml:space="preserve">[13:00] </w:t>
      </w:r>
      <w:r>
        <w:t>ab dekhein aaj kya hua.</w:t>
      </w:r>
    </w:p>
    <w:p>
      <w:pPr>
        <w:jc w:val="right"/>
      </w:pPr>
      <w:r>
        <w:t>ابدیکھیںآجکیاہوا ۔</w:t>
      </w:r>
    </w:p>
    <w:p>
      <w:r>
        <w:rPr>
          <w:b/>
        </w:rPr>
        <w:t xml:space="preserve">[13:05] </w:t>
      </w:r>
      <w:r>
        <w:t>aaj subah mein utha, fajar ki namaz padhi. to ek hadith yaad aayi.</w:t>
      </w:r>
    </w:p>
    <w:p>
      <w:pPr>
        <w:jc w:val="right"/>
      </w:pPr>
      <w:r>
        <w:t>آجصبحمیںاٹھا، فجرکینمازپڑھی ۔ توایکحدیثیادآئی۔</w:t>
      </w:r>
    </w:p>
    <w:p>
      <w:r>
        <w:rPr>
          <w:b/>
        </w:rPr>
        <w:t xml:space="preserve">[13:15] </w:t>
      </w:r>
      <w:r>
        <w:t>yeh hadith bukhari mein bhi hai, muslim mein bhi hai.</w:t>
      </w:r>
    </w:p>
    <w:p>
      <w:pPr>
        <w:jc w:val="right"/>
      </w:pPr>
      <w:r>
        <w:t>یہ حدیث البخاریمیںبھیہے، مسلممیںبھیہے۔</w:t>
      </w:r>
    </w:p>
    <w:p>
      <w:r>
        <w:rPr>
          <w:b/>
        </w:rPr>
        <w:t xml:space="preserve">[13:22] </w:t>
      </w:r>
      <w:r>
        <w:t>jo ke most authentic book samjhi jati hain hadith mein. inko sahihain kaha jata hai. sahihain.</w:t>
      </w:r>
    </w:p>
    <w:p>
      <w:pPr>
        <w:jc w:val="right"/>
      </w:pPr>
      <w:r>
        <w:t>جو کہ موسٹ آتھینٹک بک سمجھیجاتیہیں حدیثمیں ۔ انکوصحیحین کہاجاتاہے۔ صحیحین ۔</w:t>
      </w:r>
    </w:p>
    <w:p>
      <w:r>
        <w:rPr>
          <w:b/>
        </w:rPr>
        <w:t xml:space="preserve">[13:33] </w:t>
      </w:r>
      <w:r>
        <w:t>yaani do sahi kitab hain. to woh hadith is tarah se hai: "man salal bardain dakhala al jannah".</w:t>
      </w:r>
    </w:p>
    <w:p>
      <w:pPr>
        <w:jc w:val="right"/>
      </w:pPr>
      <w:r>
        <w:t>یعنیدو صحیحکتاب یں۔ تو وہ حدیث اسطرحسےہے: " من سل البردین دخل الج نة"۔</w:t>
      </w:r>
    </w:p>
    <w:p>
      <w:r>
        <w:rPr>
          <w:b/>
        </w:rPr>
        <w:t xml:space="preserve">[13:49] </w:t>
      </w:r>
      <w:r>
        <w:t>"man salal bardain dakhala al jannah". bard ke maani hote hain thandak. yaani do thandak waqt ki namaz jisne padhi, woh jannat mein jayega.</w:t>
      </w:r>
    </w:p>
    <w:p>
      <w:pPr>
        <w:jc w:val="right"/>
      </w:pPr>
      <w:r>
        <w:t>"من سل البردین دخل الج نة"۔ بردکےمعنیہوتےہیںٹھنڈک ۔ یعنی دوٹھنڈےوقتوںکینمازجسنےپڑھی، وہ جنتمیںجائےگا۔</w:t>
      </w:r>
    </w:p>
    <w:p>
      <w:r>
        <w:rPr>
          <w:b/>
        </w:rPr>
        <w:t xml:space="preserve">[14:05] </w:t>
      </w:r>
      <w:r>
        <w:t>do thandak waqt ki namaz jisne padhi, woh jannat mein jayega. yeh hadith bukhari mein bhi hai, muslim mein bhi hai.</w:t>
      </w:r>
    </w:p>
    <w:p>
      <w:pPr>
        <w:jc w:val="right"/>
      </w:pPr>
      <w:r>
        <w:t>دوٹھنڈےوقتوںکینمازجسنےپڑھی، وہجنتمیںجائےگا۔ یہحدیث بخاریمیںبھیہے،مسلممیںبھیہے۔</w:t>
      </w:r>
    </w:p>
    <w:p>
      <w:r>
        <w:rPr>
          <w:b/>
        </w:rPr>
        <w:t xml:space="preserve">[14:16] </w:t>
      </w:r>
      <w:r>
        <w:t>lekin iska matlab mujhe</w:t>
      </w:r>
    </w:p>
    <w:p>
      <w:pPr>
        <w:jc w:val="right"/>
      </w:pPr>
      <w:r>
        <w:t>لیکن اسکامطلبمجھے</w:t>
      </w:r>
    </w:p>
    <w:p>
      <w:r>
        <w:rPr>
          <w:b/>
        </w:rPr>
        <w:t xml:space="preserve">[14:18] </w:t>
      </w:r>
      <w:r>
        <w:t>aaj samajh mein aaya. dekhein, thandak waqt mein namaz padhne ka matlab kya hai? mu'tadil halat mein namaz padhna. normal mind ke sath namaz padhna.</w:t>
      </w:r>
    </w:p>
    <w:p>
      <w:pPr>
        <w:jc w:val="right"/>
      </w:pPr>
      <w:r>
        <w:t>آجسمجھمیںآیا۔دیکھیں،ٹھنڈےوقت میںنمازپڑھنےکامطلبکیاہے؟ معتدلحالتمیںنمازپڑھنا۔ نارمل مائنڈکےساتھنمازپڑھنا۔</w:t>
      </w:r>
    </w:p>
    <w:p>
      <w:r>
        <w:rPr>
          <w:b/>
        </w:rPr>
        <w:t xml:space="preserve">[14:29] </w:t>
      </w:r>
      <w:r>
        <w:t>yeh kahein ke aap garmi ho rahi hai, paseena beh raha hai. us waqt aap namaz padhein to aap ka mind do taraf rahega.</w:t>
      </w:r>
    </w:p>
    <w:p>
      <w:pPr>
        <w:jc w:val="right"/>
      </w:pPr>
      <w:r>
        <w:t>یہکہیںکہآپ گرمیہورہیہے، پسینہبہہرہاہے۔ اسوقتآپنمازپڑھیں توآپ کامائنڈدوطرف رہےگا۔</w:t>
      </w:r>
    </w:p>
    <w:p>
      <w:r>
        <w:rPr>
          <w:b/>
        </w:rPr>
        <w:t xml:space="preserve">[14:40] </w:t>
      </w:r>
      <w:r>
        <w:t>idhar garmi ki taraf, idhar namaz ki taraf</w:t>
      </w:r>
    </w:p>
    <w:p>
      <w:pPr>
        <w:jc w:val="right"/>
      </w:pPr>
      <w:r>
        <w:t>ادھرگرمیکیطرف ،ادھرنمازکیطرف</w:t>
      </w:r>
    </w:p>
    <w:p>
      <w:r>
        <w:rPr>
          <w:b/>
        </w:rPr>
        <w:t xml:space="preserve">[14:44] </w:t>
      </w:r>
      <w:r>
        <w:t>.lekin do subah ka jo waqt hota hai, woh mu'tadil waqt hota hai. ismein murad hai ek subah ki fajar ki namaz, ek asar ki namaz.</w:t>
      </w:r>
    </w:p>
    <w:p>
      <w:pPr>
        <w:jc w:val="right"/>
      </w:pPr>
      <w:r>
        <w:t>۔لیکن دو صبحکاجووقت ہوتاہے، وہ معتدلوقتہوتاہے۔ اسمیں مرادہے ایک صبح کی فجرکینماز،ایکعصرکینماز۔</w:t>
      </w:r>
    </w:p>
    <w:p>
      <w:r>
        <w:rPr>
          <w:b/>
        </w:rPr>
        <w:t xml:space="preserve">[14:57] </w:t>
      </w:r>
      <w:r>
        <w:t>yeh dono namaz jo kaha gaya hai ismein. ek subah ki namaz, ek asar ki namaz.</w:t>
      </w:r>
    </w:p>
    <w:p>
      <w:pPr>
        <w:jc w:val="right"/>
      </w:pPr>
      <w:r>
        <w:t>یہدونمازجوکہاگیاہےاسمیں۔ ایک صبحکینماز،ایک عصرکینماز۔</w:t>
      </w:r>
    </w:p>
    <w:p>
      <w:r>
        <w:rPr>
          <w:b/>
        </w:rPr>
        <w:t xml:space="preserve">[15:05] </w:t>
      </w:r>
      <w:r>
        <w:t>to iska matlab kya hai ke yeh namazein hoti hain jab waqt bohat hi mu'tadil hota hai. bohat hi suhana hota hai.</w:t>
      </w:r>
    </w:p>
    <w:p>
      <w:pPr>
        <w:jc w:val="right"/>
      </w:pPr>
      <w:r>
        <w:t>تو اسکامطلبکیاہےکہ یہ نمازیں ہوتیہیں جب وقت بہت ہیمعتدلہوتاہے۔ بہت ہی سہاناہوتاہے۔</w:t>
      </w:r>
    </w:p>
    <w:p>
      <w:r>
        <w:rPr>
          <w:b/>
        </w:rPr>
        <w:t xml:space="preserve">[15:16] </w:t>
      </w:r>
      <w:r>
        <w:t>bohat hi yaani munasib hota hai. us waqt jab aadmi namaz padhta hai to koi cheez distraction nahi karti usko.</w:t>
      </w:r>
    </w:p>
    <w:p>
      <w:pPr>
        <w:jc w:val="right"/>
      </w:pPr>
      <w:r>
        <w:t>بہت ہی یعنی مناسبہوتاہے۔ اسوقتجبآدمینمازپڑھتاہےتوکوئیچیزڈسٹریکٹنہیںکرتیاسکو۔</w:t>
      </w:r>
    </w:p>
    <w:p>
      <w:r>
        <w:rPr>
          <w:b/>
        </w:rPr>
        <w:t xml:space="preserve">[15:28] </w:t>
      </w:r>
      <w:r>
        <w:t>to distraction se bach kar ke aur mind ko zyada concentrate kar ke padh sakte hain aap yeh dono namazein. ab bataein ke aapne iska matlab, hadith ka matlab kya hua?</w:t>
      </w:r>
    </w:p>
    <w:p>
      <w:pPr>
        <w:jc w:val="right"/>
      </w:pPr>
      <w:r>
        <w:t>تو ڈسٹریکشنسےبچکرکے اورمائنڈکو زیادہ کنسنٹریٹکرکے پڑھسکتےہیںآپیہدونوںنمازیں۔ اببتائیںکہآپنے اسکامطلب،حدیثکامطلبکیاہوا ؟</w:t>
      </w:r>
    </w:p>
    <w:p>
      <w:r>
        <w:rPr>
          <w:b/>
        </w:rPr>
        <w:t xml:space="preserve">[15:42] </w:t>
      </w:r>
      <w:r>
        <w:t>ke jo aadmi subah ki namaz sahi dhang se padhega to kya hoga? uska asar shamat karega.</w:t>
      </w:r>
    </w:p>
    <w:p>
      <w:pPr>
        <w:jc w:val="right"/>
      </w:pPr>
      <w:r>
        <w:t>کہجو آدمی صبحکینماز صحیحڈھنگسےپڑھےگا توکیاہوگا؟ اسکا اثر شامتکرہےگا۔</w:t>
      </w:r>
    </w:p>
    <w:p>
      <w:r>
        <w:rPr>
          <w:b/>
        </w:rPr>
        <w:t xml:space="preserve">[15:52] </w:t>
      </w:r>
      <w:r>
        <w:t>kamse kam . yani nim nim yeh hai ke sham tak rahega iska asar . achha</w:t>
      </w:r>
    </w:p>
    <w:p>
      <w:pPr>
        <w:jc w:val="right"/>
      </w:pPr>
      <w:r>
        <w:t>کمسےکم ۔ یعنیمنیممیہہےکہشامتک رہےگااسکااثر۔ اچھ</w:t>
      </w:r>
    </w:p>
    <w:p>
      <w:r>
        <w:rPr>
          <w:b/>
        </w:rPr>
        <w:t xml:space="preserve">[15:58] </w:t>
      </w:r>
      <w:r>
        <w:t>a, sham ki namaz padh li aapne isi tarah se to iska asar subah tak karega . is tarah 24 ghante ko ho jayega .</w:t>
      </w:r>
    </w:p>
    <w:p>
      <w:pPr>
        <w:jc w:val="right"/>
      </w:pPr>
      <w:r>
        <w:t>ا،شامکینمازپڑھلیآپنےاسیطرحسے تواسکااثرصبحتکرہےگا۔ اس طرحچوبیسگھنٹےکورہوجائےگا۔</w:t>
      </w:r>
    </w:p>
    <w:p>
      <w:r>
        <w:rPr>
          <w:b/>
        </w:rPr>
        <w:t xml:space="preserve">[16:09] </w:t>
      </w:r>
      <w:r>
        <w:t>to woh admi jannat mein kaise jayega ? is par sochiye . yeh do namazein jo mu'atadil waqt mein padh li to woh jannat mein chala jayega . kyon ? aisa kya baat hai iske andar ?</w:t>
      </w:r>
    </w:p>
    <w:p>
      <w:pPr>
        <w:jc w:val="right"/>
      </w:pPr>
      <w:r>
        <w:t>تو وہآدمیجنتمیںکیسےجائےگا؟ اسپرسوچیے۔ یہدونمازیںجو معتدلوقت میںپڑھلیاتووہجنتمیں چلاجائےگا۔کیوں ؟ایساکیا باتہےاسکےاندر؟</w:t>
      </w:r>
    </w:p>
    <w:p>
      <w:r>
        <w:rPr>
          <w:b/>
        </w:rPr>
        <w:t xml:space="preserve">[16:25] </w:t>
      </w:r>
      <w:r>
        <w:t>dekhiye, yeh rak'aton ki baat nahi hai . yeh form ki baat nahi hai . namaz ko jo ek form hai, isko dohra liya aapne ek time mein to bas ho gaya .</w:t>
      </w:r>
    </w:p>
    <w:p>
      <w:pPr>
        <w:jc w:val="right"/>
      </w:pPr>
      <w:r>
        <w:t>دیکھیں،یہ رکعتوںکیباتنہیںہے۔ یہ فارمکیباتنہیں ہے۔ نمازکوجو ایکفارمہے، اسکو دہرالیاآپنےایک ٹائممیںتوبسہوگیا۔</w:t>
      </w:r>
    </w:p>
    <w:p>
      <w:r>
        <w:rPr>
          <w:b/>
        </w:rPr>
        <w:t xml:space="preserve">[16:36] </w:t>
      </w:r>
      <w:r>
        <w:t>yeh matlab nahi hai iska . hargiz nahi hai .</w:t>
      </w:r>
    </w:p>
    <w:p>
      <w:pPr>
        <w:jc w:val="right"/>
      </w:pPr>
      <w:r>
        <w:t>یہمطلبنہیںہےاسکا ۔ ہرگزنہیںہے۔</w:t>
      </w:r>
    </w:p>
    <w:p>
      <w:r>
        <w:rPr>
          <w:b/>
        </w:rPr>
        <w:t xml:space="preserve">[16:43] </w:t>
      </w:r>
      <w:r>
        <w:t>quran mein hai ke "qad aflaha al mu'minun alladhina hum fi salatihim khashi'un" . yani un logon ko fala milegi namaz se jin ki namaz mein khushu ho .</w:t>
      </w:r>
    </w:p>
    <w:p>
      <w:pPr>
        <w:jc w:val="right"/>
      </w:pPr>
      <w:r>
        <w:t>قرآنمیںہےکہ "قد أفلح المؤمنون الذينهمفيصلاتهمخاشعون"۔ یعنی انلوگوںکو فلاحملےگی نمازسے جن کینمازمیںخشوعہو۔</w:t>
      </w:r>
    </w:p>
    <w:p>
      <w:r>
        <w:rPr>
          <w:b/>
        </w:rPr>
        <w:t xml:space="preserve">[16:56] </w:t>
      </w:r>
      <w:r>
        <w:t>yani is spirit wali namaz .</w:t>
      </w:r>
    </w:p>
    <w:p>
      <w:pPr>
        <w:jc w:val="right"/>
      </w:pPr>
      <w:r>
        <w:t>یعنی اسپرٹوالی نماز ۔</w:t>
      </w:r>
    </w:p>
    <w:p>
      <w:r>
        <w:rPr>
          <w:b/>
        </w:rPr>
        <w:t xml:space="preserve">[17:01] </w:t>
      </w:r>
      <w:r>
        <w:t>to is spirit wali namaz aapne padhi subah ko . is spirit wali namaz padhi aap sham ko . to kya hoga ? spirit kya hai ?</w:t>
      </w:r>
    </w:p>
    <w:p>
      <w:pPr>
        <w:jc w:val="right"/>
      </w:pPr>
      <w:r>
        <w:t>تو اسپرٹوالی نمازآپنےپڑھی صبحکو ۔ اسپرٹوالی نمازپڑھیآپشامکو ۔ توکیاہوگا؟ اسپرٹکیاہے؟</w:t>
      </w:r>
    </w:p>
    <w:p>
      <w:r>
        <w:rPr>
          <w:b/>
        </w:rPr>
        <w:t xml:space="preserve">[17:13] </w:t>
      </w:r>
      <w:r>
        <w:t>subah uthe aap ya sham ko uthe namaz padhne ke liye, pehla kaam kya karte hain aap ? wuzu karte hain . wuzu kya hai ?</w:t>
      </w:r>
    </w:p>
    <w:p>
      <w:pPr>
        <w:jc w:val="right"/>
      </w:pPr>
      <w:r>
        <w:t>صبحاٹھےآپ یا شامکو اٹھےنمازپڑھنےکےلئے ،پہلاکامکیا کرتےہیںآپ ؟ وضوکرتےہیں۔ وضوکیاہے ؟</w:t>
      </w:r>
    </w:p>
    <w:p>
      <w:r>
        <w:rPr>
          <w:b/>
        </w:rPr>
        <w:t xml:space="preserve">[17:25] </w:t>
      </w:r>
      <w:r>
        <w:t>sambhal kar is mein yeh apne andar ehsas jagana ke mujhe pak saaf rehna hai . purified soul ke sath rehna hai .</w:t>
      </w:r>
    </w:p>
    <w:p>
      <w:pPr>
        <w:jc w:val="right"/>
      </w:pPr>
      <w:r>
        <w:t>سمبال ک وےمیں یہ اپنےاندر احساسجگانا کہمجھے پاک صافرہناہے۔ پیوریفائیڈسولکےساتھرہناہے۔</w:t>
      </w:r>
    </w:p>
    <w:p>
      <w:r>
        <w:rPr>
          <w:b/>
        </w:rPr>
        <w:t xml:space="preserve">[17:35] </w:t>
      </w:r>
      <w:r>
        <w:t>positive mind ke sath rehna hai .</w:t>
      </w:r>
    </w:p>
    <w:p>
      <w:pPr>
        <w:jc w:val="right"/>
      </w:pPr>
      <w:r>
        <w:t>پازیٹیومائنڈکےساتھرہناہے۔</w:t>
      </w:r>
    </w:p>
    <w:p>
      <w:r>
        <w:rPr>
          <w:b/>
        </w:rPr>
        <w:t xml:space="preserve">[17:41] </w:t>
      </w:r>
      <w:r>
        <w:t>kaisi ajib cheez hai .</w:t>
      </w:r>
    </w:p>
    <w:p>
      <w:pPr>
        <w:jc w:val="right"/>
      </w:pPr>
      <w:r>
        <w:t>کیسیعجیبچیزہے۔</w:t>
      </w:r>
    </w:p>
    <w:p>
      <w:r>
        <w:rPr>
          <w:b/>
        </w:rPr>
        <w:t xml:space="preserve">[17:43] </w:t>
      </w:r>
      <w:r>
        <w:t>wuzu reminder hai . sambhal kar reminder . wuzu koi reason nahi hai keh hath paon dho liya, bas sawab mil gaya .</w:t>
      </w:r>
    </w:p>
    <w:p>
      <w:pPr>
        <w:jc w:val="right"/>
      </w:pPr>
      <w:r>
        <w:t>وضو ریمائنڈرہے۔ سمبال کریمائنڈر۔ وضوکوئیرسمنہیںہے کہہاتھپاؤںدھولیا،بسثوابملگیا۔</w:t>
      </w:r>
    </w:p>
    <w:p>
      <w:r>
        <w:rPr>
          <w:b/>
        </w:rPr>
        <w:t xml:space="preserve">[17:53] </w:t>
      </w:r>
      <w:r>
        <w:t>yeh baat nahi hai . wuzu ko as a reminder lena, yeh asal cheez hai . ab bataiye ke jab wuzu kiya aapne aur iske baad dua padhi aapne "Allahumma aj'alni min at tawwabina waj'alni min al mutahhirin" .</w:t>
      </w:r>
    </w:p>
    <w:p>
      <w:pPr>
        <w:jc w:val="right"/>
      </w:pPr>
      <w:r>
        <w:t>یہباتنہیںہے۔ وضوکو ایزاےریمائنڈرلینا، یہ اصلچیزہے۔ اب بتائیےکہجبوضوکیا آپنے اور اسکےبعددعاپڑھیآپنے "اللهم اجعلنيمنالتو ابينواجعلنيمن المطہرين"۔</w:t>
      </w:r>
    </w:p>
    <w:p>
      <w:r>
        <w:rPr>
          <w:b/>
        </w:rPr>
        <w:t xml:space="preserve">[18:14] </w:t>
      </w:r>
      <w:r>
        <w:t>to iska matlab kya hua ? ke khuda ya jis tarah se is pani ne mere body ko saaf pak kiya hai, aise hi to apni rehmat se meri rooh ko pak saaf karde . mere mind ko pak saaf karde .</w:t>
      </w:r>
    </w:p>
    <w:p>
      <w:pPr>
        <w:jc w:val="right"/>
      </w:pPr>
      <w:r>
        <w:t>تو اسکامطلبکیاہوا ؟ کہ خدایاجسطرح سےاسپانینے میرےباڈیکو صافپاک کیاہے، ایسےہیتو اپنی رحمتسے میریروحکو پاک صافکردے۔میرےمائنڈکوپاکصافکردے۔</w:t>
      </w:r>
    </w:p>
    <w:p>
      <w:r>
        <w:rPr>
          <w:b/>
        </w:rPr>
        <w:t xml:space="preserve">[18:32] </w:t>
      </w:r>
      <w:r>
        <w:t>mere dil ko pak saaf karde . aap ghaur kijiye ke is spirit ke sath wuzu karenge aap to woh kam se kam sham tak baqi rahega woh .</w:t>
      </w:r>
    </w:p>
    <w:p>
      <w:pPr>
        <w:jc w:val="right"/>
      </w:pPr>
      <w:r>
        <w:t>میرےدلکوپاک صافکردے۔ آپغورکیجیےکہاساسپرٹکےساتھوضوکریںگےآپ تووہکمسےکمشامتکتوباقیرہےگاوہ ۔</w:t>
      </w:r>
    </w:p>
    <w:p>
      <w:r>
        <w:rPr>
          <w:b/>
        </w:rPr>
        <w:t xml:space="preserve">[18:46] </w:t>
      </w:r>
      <w:r>
        <w:t>aap ko yeh lag raha hai ehsas, dua niklegi aapki zuban se ke khuda ya mere bas mein tha apne body ko saaf karna, baqi to tere bas mein hai .</w:t>
      </w:r>
    </w:p>
    <w:p>
      <w:pPr>
        <w:jc w:val="right"/>
      </w:pPr>
      <w:r>
        <w:t>آپ کویہلگارہےگااحساس ،دعانکلےگیآپکیزبان سے کہخدایامیرےبسمیںتھااپنے باڈیکوصافکرنا، باقیتوتیرےبسمیںہے۔</w:t>
      </w:r>
    </w:p>
    <w:p>
      <w:r>
        <w:rPr>
          <w:b/>
        </w:rPr>
        <w:t xml:space="preserve">[18:59] </w:t>
      </w:r>
      <w:r>
        <w:t>mind ko pak saaf karna, dil ko pak saaf karna, rooh ko pak saaf karna, woh to tu hi kar sakta hai . in duaon ke sath, in ehsasat ke sath aap dangozarenge .</w:t>
      </w:r>
    </w:p>
    <w:p>
      <w:pPr>
        <w:jc w:val="right"/>
      </w:pPr>
      <w:r>
        <w:t>مائنڈکو پاک صافکرنا ،دلکو پاک صافکرنا ،روحکوپاک صافکرنا، وہتو توہی کرسکتاہے۔ اندعاؤںکےساتھ ،ان احساسات کے ساتھ آپ دنگزاریںگے۔</w:t>
      </w:r>
    </w:p>
    <w:p>
      <w:r>
        <w:rPr>
          <w:b/>
        </w:rPr>
        <w:t xml:space="preserve">[19:14] </w:t>
      </w:r>
      <w:r>
        <w:t>ab dekhiye kaisa ajib din hoga woh .</w:t>
      </w:r>
    </w:p>
    <w:p>
      <w:pPr>
        <w:jc w:val="right"/>
      </w:pPr>
      <w:r>
        <w:t>ابدیکھیںکیساعجیبدنہوگاوہ۔</w:t>
      </w:r>
    </w:p>
    <w:p>
      <w:r>
        <w:rPr>
          <w:b/>
        </w:rPr>
        <w:t xml:space="preserve">[19:17] </w:t>
      </w:r>
      <w:r>
        <w:t>yeh sab jannat mein dakhle ki kunji hai . phir aap dekhiye, aap namaz ke liye khade hote hain .</w:t>
      </w:r>
    </w:p>
    <w:p>
      <w:pPr>
        <w:jc w:val="right"/>
      </w:pPr>
      <w:r>
        <w:t>یہیسبجنتمیں داخلےکی کنجیہے۔ پھرآپ دیکھیے، آپ نمازکےلئےکھڑےہوتےہیں۔</w:t>
      </w:r>
    </w:p>
    <w:p>
      <w:r>
        <w:rPr>
          <w:b/>
        </w:rPr>
        <w:t xml:space="preserve">[19:30] </w:t>
      </w:r>
      <w:r>
        <w:t>to azan mein, namaz mein sabza ka chidhai jate hai : "Allahu Akbar" . main samajhta hoon kam se kam 250 bar rozana "Allahu Akbar" aap bolte hain ya sunte hain .</w:t>
      </w:r>
    </w:p>
    <w:p>
      <w:pPr>
        <w:jc w:val="right"/>
      </w:pPr>
      <w:r>
        <w:t>تو اذانمیں،نمازمیں سبزہکاچیدہرائیجاتیہے: "اللہ اکبر"۔ میںسمجھتاہوںکمسےکم ڈھائی سو بار روزانہ"اللہاکبر" آپبول تےہیںیا سنتےہیں۔</w:t>
      </w:r>
    </w:p>
    <w:p>
      <w:r>
        <w:rPr>
          <w:b/>
        </w:rPr>
        <w:t xml:space="preserve">[19:49] </w:t>
      </w:r>
      <w:r>
        <w:t>"Allahu Akbar" ka matlab kya hai ? iska tarjuma to yeh hai ke Allah bada hai . lekin Allah bada hai, yeh ek comparative word hai .</w:t>
      </w:r>
    </w:p>
    <w:p>
      <w:pPr>
        <w:jc w:val="right"/>
      </w:pPr>
      <w:r>
        <w:t>"اللہاکبر"کامطلبکیاہے؟ اسکاترجمہتویہہےکہاللہ بڑاہے۔ لیکن اللہ بڑاہے،یہ ایک کمپیریٹیوورڈہے۔</w:t>
      </w:r>
    </w:p>
    <w:p>
      <w:r>
        <w:rPr>
          <w:b/>
        </w:rPr>
        <w:t xml:space="preserve">[20:00] </w:t>
      </w:r>
      <w:r>
        <w:t>matlab kisi kisi chote ke muqable mein Allah bada hai .</w:t>
      </w:r>
    </w:p>
    <w:p>
      <w:pPr>
        <w:jc w:val="right"/>
      </w:pPr>
      <w:r>
        <w:t>مطلبکوئیکسیچھوٹےکے مقابلےمیںاللہبڑاہے۔</w:t>
      </w:r>
    </w:p>
    <w:p>
      <w:r>
        <w:rPr>
          <w:b/>
        </w:rPr>
        <w:t xml:space="preserve">[20:06] </w:t>
      </w:r>
      <w:r>
        <w:t>ya aap kahein ke yeh yeh black hai to kisi aur se aap compare karke batate hain ek ke is safed ke muqable mein yeh black hai .</w:t>
      </w:r>
    </w:p>
    <w:p>
      <w:pPr>
        <w:jc w:val="right"/>
      </w:pPr>
      <w:r>
        <w:t>یاآپکہیںکہیہ یہبلیکہے توکسی اور سے آپ کمپیئرکرکےبتاتےہیںایک کہ اس سفیدکےمقابلےمیںیہبلیکہے۔</w:t>
      </w:r>
    </w:p>
    <w:p>
      <w:r>
        <w:rPr>
          <w:b/>
        </w:rPr>
        <w:t xml:space="preserve">[20:16] </w:t>
      </w:r>
      <w:r>
        <w:t>yeh ek comparative word hai yeh . taqabli lafz hai yeh . to jab aapne kaha ke Allah bada hai to iska matlab kya hua ?</w:t>
      </w:r>
    </w:p>
    <w:p>
      <w:pPr>
        <w:jc w:val="right"/>
      </w:pPr>
      <w:r>
        <w:t>یہایککمپیریٹیوورڈہےیہ۔ تقابلیلفظہےیہ۔ توجبآپنےکہاکہ اللہ بڑاہے تواسکامطلبکیاہوا ؟</w:t>
      </w:r>
    </w:p>
    <w:p>
      <w:r>
        <w:rPr>
          <w:b/>
        </w:rPr>
        <w:t xml:space="preserve">[20:26] </w:t>
      </w:r>
      <w:r>
        <w:t>insan chhota hai. "allah o akbar wal insaan asghar".</w:t>
      </w:r>
    </w:p>
    <w:p>
      <w:pPr>
        <w:jc w:val="right"/>
      </w:pPr>
      <w:r>
        <w:t>انسان چھوٹاہے۔ "اللہ اکبر والإنسان أصغر"۔</w:t>
      </w:r>
    </w:p>
    <w:p>
      <w:r>
        <w:rPr>
          <w:b/>
        </w:rPr>
        <w:t xml:space="preserve">[20:35] </w:t>
      </w:r>
      <w:r>
        <w:t>ab kehti hain ajib baat hai yeh. ke "allah o akbar" ka matlab hai modesty. modesty.</w:t>
      </w:r>
    </w:p>
    <w:p>
      <w:pPr>
        <w:jc w:val="right"/>
      </w:pPr>
      <w:r>
        <w:t>ابکہتیہیںعجیبباتہےیہ ۔ کہ"اللہاکبر"کامطلبہے مودیسٹی۔ مودیسٹی۔</w:t>
      </w:r>
    </w:p>
    <w:p>
      <w:r>
        <w:rPr>
          <w:b/>
        </w:rPr>
        <w:t xml:space="preserve">[20:45] </w:t>
      </w:r>
      <w:r>
        <w:t>modesty is a key of key to all kinds of success. sab sari sab se bari value, sab se bari sifat</w:t>
      </w:r>
    </w:p>
    <w:p>
      <w:pPr>
        <w:jc w:val="right"/>
      </w:pPr>
      <w:r>
        <w:t>مودیسٹی isakeyof keytoallkindsof success ۔ سب ساری سبسے بڑی ویلیو، سبسےبڑی صفت</w:t>
      </w:r>
    </w:p>
    <w:p>
      <w:r>
        <w:rPr>
          <w:b/>
        </w:rPr>
        <w:t xml:space="preserve">[21:01] </w:t>
      </w:r>
      <w:r>
        <w:t>modesty yeh hai. yaani tawazu. hadees mein aata hai ke "man tawazu rafa Allah". jiske andar tawazu aa gayi to Allah usko bara darja deta hai.</w:t>
      </w:r>
    </w:p>
    <w:p>
      <w:pPr>
        <w:jc w:val="right"/>
      </w:pPr>
      <w:r>
        <w:t>مودیسٹیہے۔ یعنیتواضع۔ حدیثمیںآتاہےکہ"منتواضع رفع اللہ"۔ جسکےاندرتواضعآگئی تواللہ اسکوبڑادرج ہدیتاہے۔</w:t>
      </w:r>
    </w:p>
    <w:p>
      <w:r>
        <w:rPr>
          <w:b/>
        </w:rPr>
        <w:t xml:space="preserve">[21:14] </w:t>
      </w:r>
      <w:r>
        <w:t>ab aap dekhiye ke namaz mein jo kalma sab se zyada dohrata hai, woh kya sikhata hai? tawazu, modesty, humility.</w:t>
      </w:r>
    </w:p>
    <w:p>
      <w:pPr>
        <w:jc w:val="right"/>
      </w:pPr>
      <w:r>
        <w:t>ابآپدیکھیےکہ نمازمیں جو کلمہ سبسےزیادہدہرایاجاتا ہے، وہکیاسکھاتاہے ؟ تواضع ، مودیسٹی، ہمیلٹی۔</w:t>
      </w:r>
    </w:p>
    <w:p>
      <w:r>
        <w:rPr>
          <w:b/>
        </w:rPr>
        <w:t xml:space="preserve">[21:25] </w:t>
      </w:r>
      <w:r>
        <w:t>apne aap mein woh bohat bari khoobi hai.</w:t>
      </w:r>
    </w:p>
    <w:p>
      <w:pPr>
        <w:jc w:val="right"/>
      </w:pPr>
      <w:r>
        <w:t>اپنےآپ میںوہبہت بڑیخوبیہے۔</w:t>
      </w:r>
    </w:p>
    <w:p>
      <w:r>
        <w:rPr>
          <w:b/>
        </w:rPr>
        <w:t xml:space="preserve">[21:29] </w:t>
      </w:r>
      <w:r>
        <w:t>modesty hai to saare achhaiyon ke darwaze aapke liye khul gaye.</w:t>
      </w:r>
    </w:p>
    <w:p>
      <w:pPr>
        <w:jc w:val="right"/>
      </w:pPr>
      <w:r>
        <w:t>مودیسٹیہے تو سارے اچھ ائیوںکےدروازےآپکےلئےکھلگئے۔</w:t>
      </w:r>
    </w:p>
    <w:p>
      <w:r>
        <w:rPr>
          <w:b/>
        </w:rPr>
        <w:t xml:space="preserve">[21:39] </w:t>
      </w:r>
      <w:r>
        <w:t>yaani Khuda ka inspiration bhi aapko milega. kyun ke modest aadmi ke paas Khuda ka inspiration aata hai. insano ke beech mein aap achhe tareeqe se reh paayenge.</w:t>
      </w:r>
    </w:p>
    <w:p>
      <w:pPr>
        <w:jc w:val="right"/>
      </w:pPr>
      <w:r>
        <w:t>یعنی خدا کا انسپیریشنبھیآپکوملےگا۔ کیوںکہ مودیسٹآدمیکےپاسخداکا انسپیریشنآتاہے۔ انسانوںکےبیچمیںآپ اچھےطریقےسےرہپائیںگے۔</w:t>
      </w:r>
    </w:p>
    <w:p>
      <w:r>
        <w:rPr>
          <w:b/>
        </w:rPr>
        <w:t xml:space="preserve">[21:50] </w:t>
      </w:r>
      <w:r>
        <w:t>kyun ke modest aadmi ko har aadmi pasand karta hai.</w:t>
      </w:r>
    </w:p>
    <w:p>
      <w:pPr>
        <w:jc w:val="right"/>
      </w:pPr>
      <w:r>
        <w:t>کیوںکہ مودیسٹآدمیکوہرآدمیپسندکرتاہے۔</w:t>
      </w:r>
    </w:p>
    <w:p>
      <w:r>
        <w:rPr>
          <w:b/>
        </w:rPr>
        <w:t xml:space="preserve">[21:54] </w:t>
      </w:r>
      <w:r>
        <w:t>aap job mein, business mein, family mein jahan bhi rahenge, aap modesty ke saath hain, har jagah aapke mamlaat durust rahenge. sab aapse khush rahenge.</w:t>
      </w:r>
    </w:p>
    <w:p>
      <w:pPr>
        <w:jc w:val="right"/>
      </w:pPr>
      <w:r>
        <w:t>آپ جابمیں ،بزنس میں ،فیملیمیںجہاںبھیرہیںگے، آپ مودیسٹیکےساتھ ہیں، ہرجگہآپکےمعاملاتدرسترہیںگے۔سب آپسےخوشرہیںگے۔</w:t>
      </w:r>
    </w:p>
    <w:p>
      <w:r>
        <w:rPr>
          <w:b/>
        </w:rPr>
        <w:t xml:space="preserve">[22:06] </w:t>
      </w:r>
      <w:r>
        <w:t>yaani ke saare din ka yeh sabak ho gaya.</w:t>
      </w:r>
    </w:p>
    <w:p>
      <w:pPr>
        <w:jc w:val="right"/>
      </w:pPr>
      <w:r>
        <w:t>یعنیکہسارےدنکا یہسبقہوگیا۔</w:t>
      </w:r>
    </w:p>
    <w:p>
      <w:r>
        <w:rPr>
          <w:b/>
        </w:rPr>
        <w:t xml:space="preserve">[22:12] </w:t>
      </w:r>
      <w:r>
        <w:t>"because he was a modest person". ab kitni bari baat hai yeh. kitni bari baat hai yeh.</w:t>
      </w:r>
    </w:p>
    <w:p>
      <w:pPr>
        <w:jc w:val="right"/>
      </w:pPr>
      <w:r>
        <w:t>"because hewasamod estperson "۔ ابکتنیبڑیباتہےیہ۔ کتنیبڑیباتہےیہ ۔</w:t>
      </w:r>
    </w:p>
    <w:p>
      <w:r>
        <w:rPr>
          <w:b/>
        </w:rPr>
        <w:t xml:space="preserve">[22:24] </w:t>
      </w:r>
      <w:r>
        <w:t>kitni bari baat hai yeh. phir aap namaz mein dekhiye, bar bar padhte hain Surah Fatiha. "Alhamdulillah Rabbil Alameen".</w:t>
      </w:r>
    </w:p>
    <w:p>
      <w:pPr>
        <w:jc w:val="right"/>
      </w:pPr>
      <w:r>
        <w:t>کتنیبڑیباتہے یہ۔ پھرآپ نمازمیںدیکھیے، باربارپڑھتےہیں سورہفاتحہ ۔"الحمدللہ رب العالم ین"۔</w:t>
      </w:r>
    </w:p>
    <w:p>
      <w:r>
        <w:rPr>
          <w:b/>
        </w:rPr>
        <w:t xml:space="preserve">[22:35] </w:t>
      </w:r>
      <w:r>
        <w:t>bar bar padhte hain.</w:t>
      </w:r>
    </w:p>
    <w:p>
      <w:pPr>
        <w:jc w:val="right"/>
      </w:pPr>
      <w:r>
        <w:t>باربار پڑھتےہیں۔</w:t>
      </w:r>
    </w:p>
    <w:p>
      <w:r>
        <w:rPr>
          <w:b/>
        </w:rPr>
        <w:t xml:space="preserve">[22:40] </w:t>
      </w:r>
      <w:r>
        <w:t>yaani Khuda ya tera hi hamd hai. Khuda ya tera hi shukr hai. Khuda ya main to acknowledge karta hoon teri baraai ko.</w:t>
      </w:r>
    </w:p>
    <w:p>
      <w:pPr>
        <w:jc w:val="right"/>
      </w:pPr>
      <w:r>
        <w:t>یعنیخدایا تیراہیحمدہے۔ خدایاتیراہیشکر ہے۔ خدایا میںتوشکراکنالجکرتاہوںتیریبڑائیکو ۔</w:t>
      </w:r>
    </w:p>
    <w:p>
      <w:r>
        <w:rPr>
          <w:b/>
        </w:rPr>
        <w:t xml:space="preserve">[22:50] </w:t>
      </w:r>
      <w:r>
        <w:t>ab yeh jo hai, yeh kitni bari baat hai. kitni bari baat hai.</w:t>
      </w:r>
    </w:p>
    <w:p>
      <w:pPr>
        <w:jc w:val="right"/>
      </w:pPr>
      <w:r>
        <w:t>ابیہجوہے، یہ کتنیبڑیباتہے۔ کتنیبڑیباتہے۔</w:t>
      </w:r>
    </w:p>
    <w:p>
      <w:r>
        <w:rPr>
          <w:b/>
        </w:rPr>
        <w:t xml:space="preserve">[23:01] </w:t>
      </w:r>
      <w:r>
        <w:t>jisne aapko paida kiya. jisne aapko yeh zameen di. yeh suraj diya. life support system diya.</w:t>
      </w:r>
    </w:p>
    <w:p>
      <w:pPr>
        <w:jc w:val="right"/>
      </w:pPr>
      <w:r>
        <w:t>جسنےآپکو پیدا کیا۔ جسنےآپکو یہزمین دی ۔ یہ سورجدیا۔ لائفسپورٹسسٹمدیا۔</w:t>
      </w:r>
    </w:p>
    <w:p>
      <w:r>
        <w:rPr>
          <w:b/>
        </w:rPr>
        <w:t xml:space="preserve">[23:11] </w:t>
      </w:r>
      <w:r>
        <w:t>family diya. kuch bhi jo aapko mila hua hai, chahe ek baal ho ya koi bari cheez ho, woh Khuda ki di hui hai.</w:t>
      </w:r>
    </w:p>
    <w:p>
      <w:pPr>
        <w:jc w:val="right"/>
      </w:pPr>
      <w:r>
        <w:t>فیملیدیا۔ کچھبھیجوآپکوملاہواہے، چاہےایک بال ہو یا کوئیبڑیچیزہو ، وہ خداکی دیہوئیہے۔</w:t>
      </w:r>
    </w:p>
    <w:p>
      <w:r>
        <w:rPr>
          <w:b/>
        </w:rPr>
        <w:t xml:space="preserve">[23:24] </w:t>
      </w:r>
      <w:r>
        <w:t>to usko acknowledge kiya aapne.</w:t>
      </w:r>
    </w:p>
    <w:p>
      <w:pPr>
        <w:jc w:val="right"/>
      </w:pPr>
      <w:r>
        <w:t>تو اسکواکنالجکیاآپنے۔</w:t>
      </w:r>
    </w:p>
    <w:p>
      <w:r>
        <w:rPr>
          <w:b/>
        </w:rPr>
        <w:t xml:space="preserve">[23:28] </w:t>
      </w:r>
      <w:r>
        <w:t>apne andar aapne ek ek aisi yaani zehniyat banai, aisi soch banai. acknowledge karne wali soch.</w:t>
      </w:r>
    </w:p>
    <w:p>
      <w:pPr>
        <w:jc w:val="right"/>
      </w:pPr>
      <w:r>
        <w:t>اپنے اندرآپنے ایک ایک ایسی یعنیذہنیتبنائی،ایسی سوچبنائی۔ اکنالجکرنے والی سوچ ۔</w:t>
      </w:r>
    </w:p>
    <w:p>
      <w:r>
        <w:rPr>
          <w:b/>
        </w:rPr>
        <w:t xml:space="preserve">[23:37] </w:t>
      </w:r>
      <w:r>
        <w:t>yaad rakhein sab se bara, acknowledge ka matlab hai itraaf karna. sab se bari valuable cheez zindagi mein kya hai?</w:t>
      </w:r>
    </w:p>
    <w:p>
      <w:pPr>
        <w:jc w:val="right"/>
      </w:pPr>
      <w:r>
        <w:t>یادرکھیںسب سے بڑا، اکنالجکامطلب ہےاعتراف کرنا۔ سب سے بڑی ویلیوایبلچیززندگی میںکیاہے؟</w:t>
      </w:r>
    </w:p>
    <w:p>
      <w:r>
        <w:rPr>
          <w:b/>
        </w:rPr>
        <w:t xml:space="preserve">[23:46] </w:t>
      </w:r>
      <w:r>
        <w:t>itraaf. acknowledge karna. bohat bari cheez hai.</w:t>
      </w:r>
    </w:p>
    <w:p>
      <w:pPr>
        <w:jc w:val="right"/>
      </w:pPr>
      <w:r>
        <w:t>اعتراف ۔اکنالجکرنا۔ بہت بڑیچیز ہے۔</w:t>
      </w:r>
    </w:p>
    <w:p>
      <w:r>
        <w:rPr>
          <w:b/>
        </w:rPr>
        <w:t xml:space="preserve">[23:54] </w:t>
      </w:r>
      <w:r>
        <w:t>to "man lam yashkurun naasa lam yashkurullah". ek itraaf hai insaan ke liye, liye ek Khuda ke liye. to itraaf wali spirit paida hogi aapki. to aesa nahi hoga ke aap Khuda ke liye to kahein "Alhamdulillah, Alhamdulillah" aur insaan ke liye aap ulte ban jayein.</w:t>
      </w:r>
    </w:p>
    <w:p>
      <w:pPr>
        <w:jc w:val="right"/>
      </w:pPr>
      <w:r>
        <w:t>تو "مَنْلَمْيَشْكُرُالنَّاسَلَمْيَشْكُرُاللَّهَ" ۔ایک اعترافہے انسان کےلئے، لئے ایک خداکےلئے۔ تو اعت راف والی اسپرٹپیداہوگیآپکی۔توایسانہیںہوگاکہآپ خداکےلئےتوکہیں "الحمدللہ،الحمدللہ" اورانسانکےلئےآپ الٹےبنجائیں۔</w:t>
      </w:r>
    </w:p>
    <w:p>
      <w:r>
        <w:rPr>
          <w:b/>
        </w:rPr>
        <w:t xml:space="preserve">[24:14] </w:t>
      </w:r>
      <w:r>
        <w:t>insaan ke liye aap sarkash ban jayein. yaani Khuda ke liye shukr, insaan ke liye sarkash. aesa nahi ho sakta hai."</w:t>
      </w:r>
    </w:p>
    <w:p>
      <w:pPr>
        <w:jc w:val="right"/>
      </w:pPr>
      <w:r>
        <w:t>انسان کےلئےآپ سرکشبنجائیں۔ یعنیخداکےلئےشاکر ،انسان کےلئےسرکش۔ ایسا نہیںہوسکتاہے۔ "</w:t>
      </w:r>
    </w:p>
    <w:p>
      <w:r>
        <w:rPr>
          <w:b/>
        </w:rPr>
        <w:t xml:space="preserve">[24:28] </w:t>
      </w:r>
      <w:r>
        <w:t>ma ja'alallahu li rajulim min qalbayni fi jawfihi". ek hi seene mein do dil nahin. to ek hi personality, ek hi shakhsiyat, do manifestations ka ho,</w:t>
      </w:r>
    </w:p>
    <w:p>
      <w:pPr>
        <w:jc w:val="right"/>
      </w:pPr>
      <w:r>
        <w:t>ماجعل الله لذيالجرممنقلبين فيجوفه" ۔ایکہیسینےمیںدودلنہیں۔ تو ایکہی پرسنیلٹی، ایکہیشخص یت ، دو مینیفیسشنزکاہو ،</w:t>
      </w:r>
    </w:p>
    <w:p>
      <w:r>
        <w:rPr>
          <w:b/>
        </w:rPr>
        <w:t xml:space="preserve">[24:43] </w:t>
      </w:r>
      <w:r>
        <w:t>aik taraf woh sarkash nahowa hai, aik taraf shakir banwahwa hai. to aisa nahi ho sakta.</w:t>
      </w:r>
    </w:p>
    <w:p>
      <w:pPr>
        <w:jc w:val="right"/>
      </w:pPr>
      <w:r>
        <w:t>ایکطرف وہ سرکشبناہواہے،ایکطرف شاکربناہواہے۔ تو ایسانہیںہوسکتا۔</w:t>
      </w:r>
    </w:p>
    <w:p>
      <w:r>
        <w:rPr>
          <w:b/>
        </w:rPr>
        <w:t xml:space="preserve">[24:51] </w:t>
      </w:r>
      <w:r>
        <w:t>to agar sachmuch aap honge eteraaf karne wale to aap khuda ka bhi karenge, insaan ka bhi karenge. aur jo aadmi eteraaf karne wala ban jaye, woh toh usko samjhiye ke sone ke paare se zyada badi cheez mil gayi.</w:t>
      </w:r>
    </w:p>
    <w:p>
      <w:pPr>
        <w:jc w:val="right"/>
      </w:pPr>
      <w:r>
        <w:t>تواگر سچمچآپ ہوںگے اعترافکرنے والے توآپخداکابھیکریںگے،انسانکابھیکریںگے۔ اورجوآدمی اعتراف کرنے والابنجائے، وہتواسکوسمجھیےکہ سونےکےپارسے زیادہ بڑیچیزملگئی ۔</w:t>
      </w:r>
    </w:p>
    <w:p>
      <w:r>
        <w:rPr>
          <w:b/>
        </w:rPr>
        <w:t xml:space="preserve">[25:09] </w:t>
      </w:r>
      <w:r>
        <w:t>eteraaf se positive personality banti hai.</w:t>
      </w:r>
    </w:p>
    <w:p>
      <w:pPr>
        <w:jc w:val="right"/>
      </w:pPr>
      <w:r>
        <w:t>اعتراف سے پازیٹیوپرسنیلٹیبنتیہے۔</w:t>
      </w:r>
    </w:p>
    <w:p>
      <w:r>
        <w:rPr>
          <w:b/>
        </w:rPr>
        <w:t xml:space="preserve">[25:14] </w:t>
      </w:r>
      <w:r>
        <w:t>eteraaf se aap complex free insaan bante hain. kyunke dekhiye eteraaf na karein toh kya hoga</w:t>
      </w:r>
    </w:p>
    <w:p>
      <w:pPr>
        <w:jc w:val="right"/>
      </w:pPr>
      <w:r>
        <w:t>اعترافسےآپ کمپلیکسفریانسانبنتےہیں۔ کیوںکہدیکھیےاعتراف نہکریںتوکیاہوگا</w:t>
      </w:r>
    </w:p>
    <w:p>
      <w:r>
        <w:rPr>
          <w:b/>
        </w:rPr>
        <w:t xml:space="preserve">[25:20] </w:t>
      </w:r>
      <w:r>
        <w:t>? andar toh ehsaas rahega aapko aur zubaan se bolenge nahin. eteraaf na karna saada baat nahin hai.</w:t>
      </w:r>
    </w:p>
    <w:p>
      <w:pPr>
        <w:jc w:val="right"/>
      </w:pPr>
      <w:r>
        <w:t>؟ اندرتواحساسرہےگاآپکو اورزبان سےبولیںگےنہیں۔ اعتراف نہکرنا سادہباتنہیںہے۔</w:t>
      </w:r>
    </w:p>
    <w:p>
      <w:r>
        <w:rPr>
          <w:b/>
        </w:rPr>
        <w:t xml:space="preserve">[25:32] </w:t>
      </w:r>
      <w:r>
        <w:t>saada baat nahin hai.</w:t>
      </w:r>
    </w:p>
    <w:p>
      <w:pPr>
        <w:jc w:val="right"/>
      </w:pPr>
      <w:r>
        <w:t>سادہباتنہیںہے۔</w:t>
      </w:r>
    </w:p>
    <w:p>
      <w:r>
        <w:rPr>
          <w:b/>
        </w:rPr>
        <w:t xml:space="preserve">[25:36] </w:t>
      </w:r>
      <w:r>
        <w:t>jab bhi koi aapke saath koi sulook kare, jab bhi koi aapke saath achha koi maamla kare toh zaroor aap usko jaan lete hain.</w:t>
      </w:r>
    </w:p>
    <w:p>
      <w:pPr>
        <w:jc w:val="right"/>
      </w:pPr>
      <w:r>
        <w:t>جب بھیکوئیآپکےساتھ کوئیسلوککرے، جببھیکوئیآپکےساتھ اچھاکوئی معاملہکرے تو ضرورآپاسکوجانلیتےہیں۔</w:t>
      </w:r>
    </w:p>
    <w:p>
      <w:r>
        <w:rPr>
          <w:b/>
        </w:rPr>
        <w:t xml:space="preserve">[25:48] </w:t>
      </w:r>
      <w:r>
        <w:t>ek baat jaan li aapne lekin aapne acknowledge nahin kiya, aapne eteraaf nahin kiya. toh kya hoga? dil mein hai, zubaan par nahin.</w:t>
      </w:r>
    </w:p>
    <w:p>
      <w:pPr>
        <w:jc w:val="right"/>
      </w:pPr>
      <w:r>
        <w:t>ایکباتجانلی آپنے لیکن آپ نےاکنالجنہیںکیا ، آپ نےاعترافنہیںکیا۔ توکیا ہوگا؟ دل میںہے، زبان پرنہیں ۔</w:t>
      </w:r>
    </w:p>
    <w:p>
      <w:r>
        <w:rPr>
          <w:b/>
        </w:rPr>
        <w:t xml:space="preserve">[25:58] </w:t>
      </w:r>
      <w:r>
        <w:t>yeh toh hai complex. aap ko complex mein jeena padega. dual life mein jeena padega.</w:t>
      </w:r>
    </w:p>
    <w:p>
      <w:pPr>
        <w:jc w:val="right"/>
      </w:pPr>
      <w:r>
        <w:t>یہتوہےکمپلیکس۔ آپ کو کمپلیکسمیںجیناپڑےگا۔ ڈوئلٹیمیںجیناپڑےگا۔</w:t>
      </w:r>
    </w:p>
    <w:p>
      <w:r>
        <w:rPr>
          <w:b/>
        </w:rPr>
        <w:t xml:space="preserve">[26:09] </w:t>
      </w:r>
      <w:r>
        <w:t>toh iska nateeja kya hoga? tension. peaceful mind aapse chhin jayega.</w:t>
      </w:r>
    </w:p>
    <w:p>
      <w:pPr>
        <w:jc w:val="right"/>
      </w:pPr>
      <w:r>
        <w:t>تواسکانتیجہکیاہوگا؟ٹینشن۔ پیسفل مائنڈآپسے چھنجائےگا۔</w:t>
      </w:r>
    </w:p>
    <w:p>
      <w:r>
        <w:rPr>
          <w:b/>
        </w:rPr>
        <w:t xml:space="preserve">[26:19] </w:t>
      </w:r>
      <w:r>
        <w:t>is tarah se itni saari baatein hain namaz mein. phir jab aap khatm karte hain toh aap jaante hain ke salaam idhar phera jata hai, munh idhar phera jata hai.</w:t>
      </w:r>
    </w:p>
    <w:p>
      <w:pPr>
        <w:jc w:val="right"/>
      </w:pPr>
      <w:r>
        <w:t>اسطرحسے اتنیساریباتیںہیںنمازمیں۔ پھرجبآپختمکرتے ہیں تو آپ جانتےہیںکہ سلام ادھر پھیرایاجاتاہے،منہادھرپ ھیرایاجاتاہے۔</w:t>
      </w:r>
    </w:p>
    <w:p>
      <w:r>
        <w:rPr>
          <w:b/>
        </w:rPr>
        <w:t xml:space="preserve">[26:30] </w:t>
      </w:r>
      <w:r>
        <w:t>kaha jata hai "Assalamu Alaikum wa Rahmatullah". iska matlab kya hai? saare insaanon ko aap address karte hain.</w:t>
      </w:r>
    </w:p>
    <w:p>
      <w:pPr>
        <w:jc w:val="right"/>
      </w:pPr>
      <w:r>
        <w:t>کہاجاتاہے"السلامعلیکمورحمة الله"۔ اسکامطلبکیاہے ؟ سارےانسانوںکوآپ ایڈریسکرتے ہیں۔</w:t>
      </w:r>
    </w:p>
    <w:p>
      <w:r>
        <w:rPr>
          <w:b/>
        </w:rPr>
        <w:t xml:space="preserve">[26:41] </w:t>
      </w:r>
      <w:r>
        <w:t>a</w:t>
      </w:r>
    </w:p>
    <w:p>
      <w:pPr>
        <w:jc w:val="right"/>
      </w:pPr>
      <w:r>
        <w:t>ا ے</w:t>
      </w:r>
    </w:p>
    <w:p>
      <w:r>
        <w:rPr>
          <w:b/>
        </w:rPr>
        <w:t xml:space="preserve">[26:42] </w:t>
      </w:r>
      <w:r>
        <w:t>east mein basne wale insaanon, a west mein basne wale insaanon, a south mein basne wale insaanon, a north mein basne wale insaanon, tum sabko meri taraf se peace ka message.</w:t>
      </w:r>
    </w:p>
    <w:p>
      <w:pPr>
        <w:jc w:val="right"/>
      </w:pPr>
      <w:r>
        <w:t>ایسٹمیںبسنےوالےانسان وں، اےویسٹمیںبسنےوالےانسان وں، اےساؤتھمیںبسنےوالےانسانوں ، اےنارتھمیںبسنےوالے انسانوں، تم سبکو میریطرف سے پیسکامیسج۔</w:t>
      </w:r>
    </w:p>
    <w:p>
      <w:r>
        <w:rPr>
          <w:b/>
        </w:rPr>
        <w:t xml:space="preserve">[26:57] </w:t>
      </w:r>
      <w:r>
        <w:t>"Peace be upon you, peace be upon you". ab bataiye ke yeh yeh train le kar jab aap bahar aate hain, ek training hui, ek sabak hua, ek lesson hua.</w:t>
      </w:r>
    </w:p>
    <w:p>
      <w:pPr>
        <w:jc w:val="right"/>
      </w:pPr>
      <w:r>
        <w:t>"Peacebe upon you,peacebeuponyou"۔ اببتائیںکہیہ یہ ٹرینلےکرجبآپباہرآتےہیں، ایکٹریننگہوئی ،ایک سبقہوا،ایکلیسنہوا ۔</w:t>
      </w:r>
    </w:p>
    <w:p>
      <w:r>
        <w:rPr>
          <w:b/>
        </w:rPr>
        <w:t xml:space="preserve">[27:09] </w:t>
      </w:r>
      <w:r>
        <w:t>aap bahar aaye toh chahe aap family mein hon, chahe aap society mein hon, chahe kisi institution mein hon, chahe apne workplace mein hon, kahin bhi hon toh uska uska izhaar toh hoga.</w:t>
      </w:r>
    </w:p>
    <w:p>
      <w:pPr>
        <w:jc w:val="right"/>
      </w:pPr>
      <w:r>
        <w:t>آپباہرآئے تو چاہےآپفیملیمیںہوں، چاہےآپسوسائٹیمیںہوں، چاہے کسی انسٹیٹیوشنمیںہوں،چاہےاپنے ورکپلیسمیںہوں، کہیںبھیہوں تواسکا اسکا اظہارتوہوگا۔</w:t>
      </w:r>
    </w:p>
    <w:p>
      <w:r>
        <w:rPr>
          <w:b/>
        </w:rPr>
        <w:t xml:space="preserve">[27:25] </w:t>
      </w:r>
      <w:r>
        <w:t>wo manifest karega woh. yeh spirit jo aapne seekhi namaz mein. toh har ek ke liye aapke dil mein kya hoga?</w:t>
      </w:r>
    </w:p>
    <w:p>
      <w:pPr>
        <w:jc w:val="right"/>
      </w:pPr>
      <w:r>
        <w:t>وہمینیفیسٹکرےگاوہ ۔ یہ اسپرٹجوآپنےسیکھی نمازمیں۔ توہرایککےلئےآپکےدلمیں کیا ہوگا؟</w:t>
      </w:r>
    </w:p>
    <w:p>
      <w:r>
        <w:rPr>
          <w:b/>
        </w:rPr>
        <w:t xml:space="preserve">[27:35] </w:t>
      </w:r>
      <w:r>
        <w:t>peace hoga. well wishing hogi. khair khwahi hogi. yaani aap human friendly ban jayenge.</w:t>
      </w:r>
    </w:p>
    <w:p>
      <w:pPr>
        <w:jc w:val="right"/>
      </w:pPr>
      <w:r>
        <w:t>پیسہوگا۔ ویلوشنگہوگی۔ خیرخواہیہوگی۔ یعنی آپ ہیومنفرینڈلیبنجائیںگے۔</w:t>
      </w:r>
    </w:p>
    <w:p>
      <w:r>
        <w:rPr>
          <w:b/>
        </w:rPr>
        <w:t xml:space="preserve">[27:47] </w:t>
      </w:r>
      <w:r>
        <w:t>human friendly. insaan dost. ab bataiye ke kaisi ajeeb cheez hai. jo aadmi human friendly ban jaye toh bilkul hi hai ke mohabbat fateh-e-alam.</w:t>
      </w:r>
    </w:p>
    <w:p>
      <w:pPr>
        <w:jc w:val="right"/>
      </w:pPr>
      <w:r>
        <w:t>ہیومنفرینڈلی۔ انسان دوست ۔اببتائیںکہکیسیعجیبچیزہے۔ جوآدمیہیومنفرینڈلیبنجائے تو بالکلوہیہےکہمحبت فاتح عالم ۔</w:t>
      </w:r>
    </w:p>
    <w:p>
      <w:r>
        <w:rPr>
          <w:b/>
        </w:rPr>
        <w:t xml:space="preserve">[28:04] </w:t>
      </w:r>
      <w:r>
        <w:t>mohabbat saari duniya ko fateh kar leti hai. yeh toh yaani maskhar karne wali cheez hai. logon ko capture karne wali cheez hai. yeh hai "Man Salla al-Barda'ain fa dakhala al-Jannah".</w:t>
      </w:r>
    </w:p>
    <w:p>
      <w:pPr>
        <w:jc w:val="right"/>
      </w:pPr>
      <w:r>
        <w:t>محبت ساریدنیا کوفتحکرلیتیہے۔ یہتو یعنی مسخرکرنےوالی چیزہے۔ لوگوںکو کیپچرکرنے والیچیزہے۔ یہہے "من صلى البرداء ف دخل الج نة"۔</w:t>
      </w:r>
    </w:p>
    <w:p>
      <w:r>
        <w:rPr>
          <w:b/>
        </w:rPr>
        <w:t xml:space="preserve">[28:21] </w:t>
      </w:r>
      <w:r>
        <w:t>jisne namaz padh li subah ki aur shaam ki, woh jannat mein jayega. yaani uske andar jannati shakhsiyat banegi.</w:t>
      </w:r>
    </w:p>
    <w:p>
      <w:pPr>
        <w:jc w:val="right"/>
      </w:pPr>
      <w:r>
        <w:t>جسنے نمازپڑھلی صبحکیاورشامکی ،وہ جنتمیںجائےگا۔ یعنی اسکےاندرجن تیشخص یتبنےگی۔</w:t>
      </w:r>
    </w:p>
    <w:p>
      <w:r>
        <w:rPr>
          <w:b/>
        </w:rPr>
        <w:t xml:space="preserve">[28:31] </w:t>
      </w:r>
      <w:r>
        <w:t>uske andar woh personality banegi jisko jannat mein entry mile. dekhiye jannat kiske liye hai?</w:t>
      </w:r>
    </w:p>
    <w:p>
      <w:pPr>
        <w:jc w:val="right"/>
      </w:pPr>
      <w:r>
        <w:t>اسکے اندر وہ پرسنیلٹیبنےگی جسکو جن تیجنتمیںانٹریملے۔ دیکھیےجنت کسکےلئےہے ؟</w:t>
      </w:r>
    </w:p>
    <w:p>
      <w:r>
        <w:rPr>
          <w:b/>
        </w:rPr>
        <w:t xml:space="preserve">[28:41] </w:t>
      </w:r>
      <w:r>
        <w:t>woh jannat hai un logon ke liye jinka andar jannat wali personality hai. aisa nahin ke bakra zabah kar diya, ab jannat mil gayi.</w:t>
      </w:r>
    </w:p>
    <w:p>
      <w:pPr>
        <w:jc w:val="right"/>
      </w:pPr>
      <w:r>
        <w:t>وہ جنت ہے انلوگوںکےلئےجنکااندرجنتوالی پرسنیلٹیہے۔ ایسانہیںکہ بکراذبحکردیا،ابجنتملگئی ۔</w:t>
      </w:r>
    </w:p>
    <w:p>
      <w:r>
        <w:rPr>
          <w:b/>
        </w:rPr>
        <w:t xml:space="preserve">[28:51] </w:t>
      </w:r>
      <w:r>
        <w:t>ek hazar baar woh lafz padh diya, ab jannat mil gayi. yeh sab kuch nahin hai.</w:t>
      </w:r>
    </w:p>
    <w:p>
      <w:pPr>
        <w:jc w:val="right"/>
      </w:pPr>
      <w:r>
        <w:t>ایکہزار بار وہ لفظپڑھدیا،ابجنتملگئی ۔ یہسبکچھنہیںہے۔</w:t>
      </w:r>
    </w:p>
    <w:p>
      <w:r>
        <w:rPr>
          <w:b/>
        </w:rPr>
        <w:t xml:space="preserve">[28:58] </w:t>
      </w:r>
      <w:r>
        <w:t>das baar haj kar liya, ab jannat mil gayi. aisa kuch nahin. yeh hai ek course of personality development. namaz jo hai, there is a course of personality development. ek shakhsiyat banana, ek personality banana, ek insaan banana, insaan.</w:t>
      </w:r>
    </w:p>
    <w:p>
      <w:pPr>
        <w:jc w:val="right"/>
      </w:pPr>
      <w:r>
        <w:t>دسبار حجکرلیا،ابجنتملگئی ۔ ایساکچھنہیں۔ یہہے ایک کورس آف پرسنیلٹیڈویلپمنٹ ۔نمازجوہے، thereisacourseof personal itydevelop ment ۔ایکشخص یتبن انا، ایک پرسنیلٹیبنانا، ایک انسان بن انا،انسان ۔</w:t>
      </w:r>
    </w:p>
    <w:p>
      <w:r>
        <w:rPr>
          <w:b/>
        </w:rPr>
        <w:t xml:space="preserve">[29:19] </w:t>
      </w:r>
      <w:r>
        <w:t>woh insaan jiske andar modesty ho . woh insaan jiske andar logon ko acknowledge karne ka mizaj ho . woh insaan jiske dil mein paisa ho , khairkhwahi ho .</w:t>
      </w:r>
    </w:p>
    <w:p>
      <w:pPr>
        <w:jc w:val="right"/>
      </w:pPr>
      <w:r>
        <w:t>وہ انسان جسکےاندرمودیسٹیہو ۔ وہانسان جسکےاندر لوگوںکو اکنالجکرنےکامزاجہو۔ وہ انسان جسکےدلمیں پیسہو، خیرخواہیہو ۔</w:t>
      </w:r>
    </w:p>
    <w:p>
      <w:r>
        <w:rPr>
          <w:b/>
        </w:rPr>
        <w:t xml:space="preserve">[29:35] </w:t>
      </w:r>
      <w:r>
        <w:t>phir aap sajda karte hain , woh kya hai ? submission . kitni badi cheez hai submission . toh sajda aapko submission ke saath rehna sikhata hai .</w:t>
      </w:r>
    </w:p>
    <w:p>
      <w:pPr>
        <w:jc w:val="right"/>
      </w:pPr>
      <w:r>
        <w:t>پھرآپسجدہکرتےہیں ، وہکیاہے؟ سبمیشن ۔ کتنیبڑیچیزہےسبمیشن۔ تو سجدہآپکوسبمیشنکے ساتھرہناسکھاتاہے۔</w:t>
      </w:r>
    </w:p>
    <w:p>
      <w:r>
        <w:rPr>
          <w:b/>
        </w:rPr>
        <w:t xml:space="preserve">[29:49] </w:t>
      </w:r>
      <w:r>
        <w:t>yeh saari sifatein ek personality banati hain . wohi koi aisee ko toh jannat hai ? aise logon ki jannat banayi gayi hai .</w:t>
      </w:r>
    </w:p>
    <w:p>
      <w:pPr>
        <w:jc w:val="right"/>
      </w:pPr>
      <w:r>
        <w:t>یہ ساری صفتیںایک پرسنیلٹیبناتیہیں۔ وہیکوئیاسیکوتوجنتہے؟ ایسےلوگوںکیجنتبنائیگئیہے۔</w:t>
      </w:r>
    </w:p>
    <w:p>
      <w:r>
        <w:rPr>
          <w:b/>
        </w:rPr>
        <w:t xml:space="preserve">[30:00] </w:t>
      </w:r>
      <w:r>
        <w:t>toh aap subah ki namaz mein aap ne yeh sab seekha toh kam az kam din bhar toh asar rahega iska . phir shaam ki namaz mein yeh sab seekha aap ne toh iska subah tak toh asar rahega .</w:t>
      </w:r>
    </w:p>
    <w:p>
      <w:pPr>
        <w:jc w:val="right"/>
      </w:pPr>
      <w:r>
        <w:t>توآپ صبحکینمازمیں آپ نےیہسبسیکھا توکمازکمدنبھرتواثررہےگااسکا ۔ پھرشامکینمازمیںیہسبسیکھاآپنے تواسکا صبحتکتواثررہےگا۔</w:t>
      </w:r>
    </w:p>
    <w:p>
      <w:r>
        <w:rPr>
          <w:b/>
        </w:rPr>
        <w:t xml:space="preserve">[30:12] </w:t>
      </w:r>
      <w:r>
        <w:t>toh chaubis ghante ko ho gaya . chaubis ghante .</w:t>
      </w:r>
    </w:p>
    <w:p>
      <w:pPr>
        <w:jc w:val="right"/>
      </w:pPr>
      <w:r>
        <w:t>تو چوبیسگھنٹےکورہوگیا۔ چوبیسگھنٹے۔</w:t>
      </w:r>
    </w:p>
    <w:p>
      <w:r>
        <w:rPr>
          <w:b/>
        </w:rPr>
        <w:t xml:space="preserve">[30:21] </w:t>
      </w:r>
      <w:r>
        <w:t>yeh woh insaan hai jo Allah taala ko matloob hai . aur jannat aise insaanon ke liye banayi gayi hai . yaad rahe jannat aisi nahi ke kisi ke sawaris se mil jaye .</w:t>
      </w:r>
    </w:p>
    <w:p>
      <w:pPr>
        <w:jc w:val="right"/>
      </w:pPr>
      <w:r>
        <w:t>یہیوہ انسان ہے جو اللہ تعالیٰکومطلوبہے۔ اور جنت ایسےانسانوںکےلئےبنائیگئیہے۔ یادرہےجنت ایسانہیںکہکسی کیسواریسےملجائے۔</w:t>
      </w:r>
    </w:p>
    <w:p>
      <w:r>
        <w:rPr>
          <w:b/>
        </w:rPr>
        <w:t xml:space="preserve">[30:36] </w:t>
      </w:r>
      <w:r>
        <w:t>koi salat al tasbeeh parhne se mil jaye . bohat baar haj aur umrah karne se mil jaye . yeh sab bilkul baseless baatein hain .</w:t>
      </w:r>
    </w:p>
    <w:p>
      <w:pPr>
        <w:jc w:val="right"/>
      </w:pPr>
      <w:r>
        <w:t>کوئیصلاۃ التسبیحپڑھنےسےملجائے۔ بہت بار حجاورعمرہکرنے سےملجائے۔یہسببالکل بیسلیسباتیںہیں۔</w:t>
      </w:r>
    </w:p>
    <w:p>
      <w:r>
        <w:rPr>
          <w:b/>
        </w:rPr>
        <w:t xml:space="preserve">[30:46] </w:t>
      </w:r>
      <w:r>
        <w:t>falan tareekh ko yeh kar do , falan tareekh ko woh kar do toh jannat mil jaye .</w:t>
      </w:r>
    </w:p>
    <w:p>
      <w:pPr>
        <w:jc w:val="right"/>
      </w:pPr>
      <w:r>
        <w:t>فلاںتاریخ کو یہکردو،فلاںتاریخ کووہکردوتوجنتملجائے۔</w:t>
      </w:r>
    </w:p>
    <w:p>
      <w:r>
        <w:rPr>
          <w:b/>
        </w:rPr>
        <w:t xml:space="preserve">[30:51] </w:t>
      </w:r>
      <w:r>
        <w:t>yeh sab kuch bhi nahi hai . sab baseless baatein hain . quran majeed mein hai ke "dhalika jaza'u man tazakka" . jannat mein jayenge purified soul .</w:t>
      </w:r>
    </w:p>
    <w:p>
      <w:pPr>
        <w:jc w:val="right"/>
      </w:pPr>
      <w:r>
        <w:t>یہسبکچھبھینہیں ہے۔ سب بیسلیسباتیںہیں۔قرآنمجیدمیںہےکہ "ذٰلِكَجَزَاءُمَنْتَزَكَّى" ۔جنتمیں جائیںگے پیوریفائیڈ سول۔</w:t>
      </w:r>
    </w:p>
    <w:p>
      <w:r>
        <w:rPr>
          <w:b/>
        </w:rPr>
        <w:t xml:space="preserve">[31:03] </w:t>
      </w:r>
      <w:r>
        <w:t>yeh woh hai purified soul . jannat mein jayenge woh log jinhone apne andar purified soul banayi hai .</w:t>
      </w:r>
    </w:p>
    <w:p>
      <w:pPr>
        <w:jc w:val="right"/>
      </w:pPr>
      <w:r>
        <w:t>یہیتوہےپیوریفائیڈسول۔ جنتمیں جائیںگےوہلوگ جنہوںنےاپنےاندرپیوریفائیڈسول بن ائیہے۔</w:t>
      </w:r>
    </w:p>
    <w:p>
      <w:r>
        <w:rPr>
          <w:b/>
        </w:rPr>
        <w:t xml:space="preserve">[31:15] </w:t>
      </w:r>
      <w:r>
        <w:t>toh namaz jo hai purified soul ke liye training course hai .</w:t>
      </w:r>
    </w:p>
    <w:p>
      <w:pPr>
        <w:jc w:val="right"/>
      </w:pPr>
      <w:r>
        <w:t>تو نمازجوہے پیوریفائیڈسولکےلئے ٹریننگکورسہے۔</w:t>
      </w:r>
    </w:p>
    <w:p>
      <w:r>
        <w:rPr>
          <w:b/>
        </w:rPr>
        <w:t xml:space="preserve">[31:22] </w:t>
      </w:r>
      <w:r>
        <w:t>aur purified soul kya hai ? aap namaz ko soch kar ke samajh sakte hain . purified soul wohi hai jiske andar apne ko pak karne ka jazba ho .</w:t>
      </w:r>
    </w:p>
    <w:p>
      <w:pPr>
        <w:jc w:val="right"/>
      </w:pPr>
      <w:r>
        <w:t>اورپیوریفائیڈسولکیاہے؟ آپ نماز کو سوچکرکےسمجھسکتےہیں۔ پیوریفائیڈسولوہیہے جسکےاندر اپنے کو پاک کرنے کاجذبہہو ۔</w:t>
      </w:r>
    </w:p>
    <w:p>
      <w:r>
        <w:rPr>
          <w:b/>
        </w:rPr>
        <w:t xml:space="preserve">[31:35] </w:t>
      </w:r>
      <w:r>
        <w:t>jiske andar modesty ho . jiske andar iqraar ho . jiske andar submission ho . jiske andar paisa ho .</w:t>
      </w:r>
    </w:p>
    <w:p>
      <w:pPr>
        <w:jc w:val="right"/>
      </w:pPr>
      <w:r>
        <w:t>جسکےاندر مودیسٹیہو۔ جسکےاندر اعتراف ہو ۔ جسکےاندر سبمیشنہو ۔ جسکےاندر پیسہو۔</w:t>
      </w:r>
    </w:p>
    <w:p>
      <w:r>
        <w:rPr>
          <w:b/>
        </w:rPr>
        <w:t xml:space="preserve">[31:46] </w:t>
      </w:r>
      <w:r>
        <w:t>phir jab namaz padhte hain aap jamaat mein , ek imam khada hai aage . aur peeche saare log , sab baandh liya hai logon ne . iska matlab kya hua ?</w:t>
      </w:r>
    </w:p>
    <w:p>
      <w:pPr>
        <w:jc w:val="right"/>
      </w:pPr>
      <w:r>
        <w:t>پھرجبنمازپڑھتےہیںآپ جماعتمیں، ایک امامکھڑاہےآگے۔ اورپیچھےسارےلوگ،سب باندھلیاہےلوگوںنے۔اسکامعنیکیاہوا ؟</w:t>
      </w:r>
    </w:p>
    <w:p>
      <w:r>
        <w:rPr>
          <w:b/>
        </w:rPr>
        <w:t xml:space="preserve">[31:57] </w:t>
      </w:r>
      <w:r>
        <w:t>ek ko aage karke sab back seat pe chale jao . kaisi ajeeb baat hai .</w:t>
      </w:r>
    </w:p>
    <w:p>
      <w:pPr>
        <w:jc w:val="right"/>
      </w:pPr>
      <w:r>
        <w:t>ایک کوآگےکرکے سب بیکسیٹپہچلےجاؤ۔ کیسیعجیببات ہے۔</w:t>
      </w:r>
    </w:p>
    <w:p>
      <w:r>
        <w:rPr>
          <w:b/>
        </w:rPr>
        <w:t xml:space="preserve">[32:05] </w:t>
      </w:r>
      <w:r>
        <w:t>ek ko aage karke sab back seat pe chale jao . yeh spirit paida ho , jhagda saara khatm . jhagde hote hain kis liye ?</w:t>
      </w:r>
    </w:p>
    <w:p>
      <w:pPr>
        <w:jc w:val="right"/>
      </w:pPr>
      <w:r>
        <w:t>ایک کوآگےکرکےسببیکسیٹپہچلےجاؤ۔ یہ اسپرٹپیدا ہو،جھگڑاساراختم ۔ جھگڑےہوتےہیںکسلئے؟</w:t>
      </w:r>
    </w:p>
    <w:p>
      <w:r>
        <w:rPr>
          <w:b/>
        </w:rPr>
        <w:t xml:space="preserve">[32:13] </w:t>
      </w:r>
      <w:r>
        <w:t>koi sadr banna chahta hai , koi secretary banna chahta hai , koi chairman banna chahta hai . yeh toh jhagde hote hain . is par aap raazi ho jayen ke ek sadr hai , baqi sab uske follower hain .</w:t>
      </w:r>
    </w:p>
    <w:p>
      <w:pPr>
        <w:jc w:val="right"/>
      </w:pPr>
      <w:r>
        <w:t>کوئیصدربنناچاہتاہے، کوئیسیکرٹریبنناچاہتاہے،کوئیچیئرمینبنناچاہتاہے۔ یہتوجھگڑےہوتےہیں۔ اسپرآپراضیہوجائیں کہ ایک صدرہے، باقی سب اسکےفالوورہیں۔</w:t>
      </w:r>
    </w:p>
    <w:p>
      <w:r>
        <w:rPr>
          <w:b/>
        </w:rPr>
        <w:t xml:space="preserve">[32:36] </w:t>
      </w:r>
      <w:r>
        <w:t>jab Japan par ek baar mein ek research ki kitab likhi hai , "the Japanese society"</w:t>
      </w:r>
    </w:p>
    <w:p>
      <w:pPr>
        <w:jc w:val="right"/>
      </w:pPr>
      <w:r>
        <w:t>ج اپانپر ایک بار میںایکر یسرچکیکتاب لکھیہے، "دیجاپنیسوسائٹی"</w:t>
      </w:r>
    </w:p>
    <w:p>
      <w:r>
        <w:rPr>
          <w:b/>
        </w:rPr>
        <w:t xml:space="preserve">[32:42] </w:t>
      </w:r>
      <w:r>
        <w:t>. ismein likha hai ke japaniyon ki mizaj kya hota hai . ek lafz mein isne bataya . "I am under someone" . main kisi ke mahtahat hoon .</w:t>
      </w:r>
    </w:p>
    <w:p>
      <w:pPr>
        <w:jc w:val="right"/>
      </w:pPr>
      <w:r>
        <w:t>۔اسمیںلکھاہےکہ جاپانیوںکی مزاجکیاہوتاہے۔ ایک لفظمیںاسنےبتایا۔ "I am under someone" ۔میں کسی کےماتحت ہوں۔</w:t>
      </w:r>
    </w:p>
    <w:p>
      <w:r>
        <w:rPr>
          <w:b/>
        </w:rPr>
        <w:t xml:space="preserve">[32:55] </w:t>
      </w:r>
      <w:r>
        <w:t>yeh mizaj hai japaniyon ka .</w:t>
      </w:r>
    </w:p>
    <w:p>
      <w:pPr>
        <w:jc w:val="right"/>
      </w:pPr>
      <w:r>
        <w:t>یہمزاجہے جاپانیوںکا ۔</w:t>
      </w:r>
    </w:p>
    <w:p>
      <w:r>
        <w:rPr>
          <w:b/>
        </w:rPr>
        <w:t xml:space="preserve">[33:00] </w:t>
      </w:r>
      <w:r>
        <w:t>toh woh mizaj jo hai fitrat ka mizaj hai . woh islam bhi chahta hai . toh islam kya chahta hai ?</w:t>
      </w:r>
    </w:p>
    <w:p>
      <w:pPr>
        <w:jc w:val="right"/>
      </w:pPr>
      <w:r>
        <w:t>تو وہ مزاججوہےفطرتکامزاجہے۔ وہ اسلام بھیچاہتاہے۔ تو اسلام کیاچاہتاہے ؟</w:t>
      </w:r>
    </w:p>
    <w:p>
      <w:r>
        <w:rPr>
          <w:b/>
        </w:rPr>
        <w:t xml:space="preserve">[33:08] </w:t>
      </w:r>
      <w:r>
        <w:t>namaz padhi aap ne , ek imam aage khada tha , peeche aap usko follow karte rahe . iska matlab kya hua ? toh "I am under my imam" . yeh matlab woh hua .</w:t>
      </w:r>
    </w:p>
    <w:p>
      <w:pPr>
        <w:jc w:val="right"/>
      </w:pPr>
      <w:r>
        <w:t>نمازپڑھیآپنے، ایک امام آگےکھڑاتھا،پیچھےآپ اسکو فالوکرتے رہے۔اسکامطلبکیاہوا ؟ تو "Iamunder my imam" ۔یہمطلبتوہوا ۔</w:t>
      </w:r>
    </w:p>
    <w:p>
      <w:r>
        <w:rPr>
          <w:b/>
        </w:rPr>
        <w:t xml:space="preserve">[33:23] </w:t>
      </w:r>
      <w:r>
        <w:t>"I am under my imam" . kaisi ajeeb baat hai .</w:t>
      </w:r>
    </w:p>
    <w:p>
      <w:pPr>
        <w:jc w:val="right"/>
      </w:pPr>
      <w:r>
        <w:t>"Iamunder my imam" ۔ کیسیعجیبباتہے۔</w:t>
      </w:r>
    </w:p>
    <w:p>
      <w:r>
        <w:rPr>
          <w:b/>
        </w:rPr>
        <w:t xml:space="preserve">[33:30] </w:t>
      </w:r>
      <w:r>
        <w:t>agar logon ke andar yeh spirit aa jaye ke ek shakhs jisko imam bana diya gaya toh bas theek hai , hum uske peeche chalna hai humko . toh saara jhagda khatm , nafratein khatm , violence khatm .</w:t>
      </w:r>
    </w:p>
    <w:p>
      <w:pPr>
        <w:jc w:val="right"/>
      </w:pPr>
      <w:r>
        <w:t>اگر لوگ وں کےاندریہ اسپرٹآجائے کہ ایک شخص جسکوامامبنادیاگیا تو بس ٹھیکہے، ہم اسکےپیچھےچلناہےہمکو ۔تو ساراجھگڑاختم ،نفرتیںختم ، وائیلنسختم ۔</w:t>
      </w:r>
    </w:p>
    <w:p>
      <w:r>
        <w:rPr>
          <w:b/>
        </w:rPr>
        <w:t xml:space="preserve">[33:50] </w:t>
      </w:r>
      <w:r>
        <w:t>badnazmi khatm . indiscipline khatm .</w:t>
      </w:r>
    </w:p>
    <w:p>
      <w:pPr>
        <w:jc w:val="right"/>
      </w:pPr>
      <w:r>
        <w:t>بدنظ میختم ۔ انڈسپلنختم ۔</w:t>
      </w:r>
    </w:p>
    <w:p>
      <w:r>
        <w:rPr>
          <w:b/>
        </w:rPr>
        <w:t xml:space="preserve">[33:57] </w:t>
      </w:r>
      <w:r>
        <w:t>yeh hai woh namaz jiske upar kaha gaya ke "man salla al-barada dakhala al-jannah".</w:t>
      </w:r>
    </w:p>
    <w:p>
      <w:pPr>
        <w:jc w:val="right"/>
      </w:pPr>
      <w:r>
        <w:t>یہہے وہ نمازجسکےاوپرکہاگیا کہ"منصلى البرداء دخل الج نة"۔</w:t>
      </w:r>
    </w:p>
    <w:p>
      <w:r>
        <w:rPr>
          <w:b/>
        </w:rPr>
        <w:t xml:space="preserve">[34:08] </w:t>
      </w:r>
      <w:r>
        <w:t>jisne subah ki namaz aur sham ki namaz padh li uske is spirit ke sath to uske andar aisi personality banegi jiske liye jannat hi jannat hai.</w:t>
      </w:r>
    </w:p>
    <w:p>
      <w:pPr>
        <w:jc w:val="right"/>
      </w:pPr>
      <w:r>
        <w:t>جسنے صبحکینمازاورشامکینمازپڑھلی اسکیاسپرٹکےساتھ تو اسکےاندرایسی پرسنیلٹیبنےگی جسکےلئےجنتہیجنتہے۔</w:t>
      </w:r>
    </w:p>
    <w:p>
      <w:r>
        <w:rPr>
          <w:b/>
        </w:rPr>
        <w:t xml:space="preserve">[34:23] </w:t>
      </w:r>
      <w:r>
        <w:t>yani jannat ke liye woh deserving candidate ban gaya.</w:t>
      </w:r>
    </w:p>
    <w:p>
      <w:pPr>
        <w:jc w:val="right"/>
      </w:pPr>
      <w:r>
        <w:t>یعنیجنتکےلئےوہڈیزرونگکینڈیڈیٹبنگیا۔</w:t>
      </w:r>
    </w:p>
    <w:p>
      <w:r>
        <w:rPr>
          <w:b/>
        </w:rPr>
        <w:t xml:space="preserve">[34:27] </w:t>
      </w:r>
      <w:r>
        <w:t>iska matlab yeh hoga ke jisne is spirit ke sath yeh namazein padh li to goya ke woh jannat ke liye ek deserving candidate ban gaya.</w:t>
      </w:r>
    </w:p>
    <w:p>
      <w:pPr>
        <w:jc w:val="right"/>
      </w:pPr>
      <w:r>
        <w:t>اسکامطلبیہہوگا کہ جسنے اسپرٹکےساتھ یہنمازیںپڑھلیں تو گویاکہوہجنتکےلئےایک ڈیزرونگکینڈیڈیٹبنگیا۔</w:t>
      </w:r>
    </w:p>
    <w:p>
      <w:r>
        <w:rPr>
          <w:b/>
        </w:rPr>
        <w:t xml:space="preserve">[34:43] </w:t>
      </w:r>
      <w:r>
        <w:t>to maut ke baad farishte aayenge aur usko khushkhabri denge. khushkhabri denge. ke aao aaj tumhare liye jannat ke darwaze khol diye gaye hain.</w:t>
      </w:r>
    </w:p>
    <w:p>
      <w:pPr>
        <w:jc w:val="right"/>
      </w:pPr>
      <w:r>
        <w:t>تو موتکےبعد فرشتے آئیںگے اوراسکو خوشخبریدیںگے۔ خوشخبریدیںگے۔ کہآؤآجتمہارےلیےجنتکےدروازےکھولدیئےگئےہیں۔</w:t>
      </w:r>
    </w:p>
    <w:p>
      <w:r>
        <w:rPr>
          <w:b/>
        </w:rPr>
        <w:t xml:space="preserve">[34:59] </w:t>
      </w:r>
      <w:r>
        <w:t>ab aap dekhiye kuch aur main experience aapke sath share karna chahta hoon.</w:t>
      </w:r>
    </w:p>
    <w:p>
      <w:pPr>
        <w:jc w:val="right"/>
      </w:pPr>
      <w:r>
        <w:t>ابآپدیکھیے کچھاور میں ایکسپیرئینسآپکےساتھشیئرکرناچاہتاہوں۔</w:t>
      </w:r>
    </w:p>
    <w:p>
      <w:r>
        <w:rPr>
          <w:b/>
        </w:rPr>
        <w:t xml:space="preserve">[35:07] </w:t>
      </w:r>
      <w:r>
        <w:t>ke aaj subah maine arz kiya ke subah utha main to namaz padhi to yeh hadith yaad aayi. subah jo hai fajar ki namaz padhi to yeh hadith yaad aayi.</w:t>
      </w:r>
    </w:p>
    <w:p>
      <w:pPr>
        <w:jc w:val="right"/>
      </w:pPr>
      <w:r>
        <w:t>کہ آجصبحمیںنےعرضکیاکہصبحاٹھامیںتونمازپڑھی تویہحدیثیادآئی۔ صبحجوہے فجرکینمازپڑھی تویہحدیثی ادآئی۔</w:t>
      </w:r>
    </w:p>
    <w:p>
      <w:r>
        <w:rPr>
          <w:b/>
        </w:rPr>
        <w:t xml:space="preserve">[35:19] </w:t>
      </w:r>
      <w:r>
        <w:t>aur phir namaz ke yeh sare pehlu samajh mein aaye. ab phir dekhiye subah ko mujhe nahana tha.</w:t>
      </w:r>
    </w:p>
    <w:p>
      <w:pPr>
        <w:jc w:val="right"/>
      </w:pPr>
      <w:r>
        <w:t>اورپھرنمازکےیہسارےپہلوسمجھمیںآئے۔ ابپھردیکھیے صبحکومجھے نہ اناتھا۔</w:t>
      </w:r>
    </w:p>
    <w:p>
      <w:r>
        <w:rPr>
          <w:b/>
        </w:rPr>
        <w:t xml:space="preserve">[35:30] </w:t>
      </w:r>
      <w:r>
        <w:t>aaj main rozana subah ko radio sunta hoon. chhe baje pehla news aati hai. subah ko chhe baje pehla news aati hai radio par.</w:t>
      </w:r>
    </w:p>
    <w:p>
      <w:pPr>
        <w:jc w:val="right"/>
      </w:pPr>
      <w:r>
        <w:t>آج میں روز انہصبحکو ریڈیوسنتاہوں۔ چھ بجے پہلینیوزآتیہے۔ صبحکو چھ بجے پہلینیوزآتیہےریڈیوپر ۔</w:t>
      </w:r>
    </w:p>
    <w:p>
      <w:r>
        <w:rPr>
          <w:b/>
        </w:rPr>
        <w:t xml:space="preserve">[35:40] </w:t>
      </w:r>
      <w:r>
        <w:t>sunta hoon. to unhone khabar kya di? ke aaj Dilli mein fog hai, aaj mausam bahut thanda rahega.</w:t>
      </w:r>
    </w:p>
    <w:p>
      <w:pPr>
        <w:jc w:val="right"/>
      </w:pPr>
      <w:r>
        <w:t>سن تاہوں۔ توانہوںنےخبرکیا دی؟ کہآج دلیمیں فاگہے، آج موسم بہتٹھنڈارہےگا۔</w:t>
      </w:r>
    </w:p>
    <w:p>
      <w:r>
        <w:rPr>
          <w:b/>
        </w:rPr>
        <w:t xml:space="preserve">[35:51] </w:t>
      </w:r>
      <w:r>
        <w:t>yeh bataya unhone.</w:t>
      </w:r>
    </w:p>
    <w:p>
      <w:pPr>
        <w:jc w:val="right"/>
      </w:pPr>
      <w:r>
        <w:t>یہ بتایاانہوںنے۔</w:t>
      </w:r>
    </w:p>
    <w:p>
      <w:r>
        <w:rPr>
          <w:b/>
        </w:rPr>
        <w:t xml:space="preserve">[35:57] </w:t>
      </w:r>
      <w:r>
        <w:t>ab maine socha ke mujhe toh nahana tha, ab kya karoon?</w:t>
      </w:r>
    </w:p>
    <w:p>
      <w:pPr>
        <w:jc w:val="right"/>
      </w:pPr>
      <w:r>
        <w:t>ابمیںنےسمجھاکہمجھےتونہاناتھا، ابکیاکروں؟</w:t>
      </w:r>
    </w:p>
    <w:p>
      <w:r>
        <w:rPr>
          <w:b/>
        </w:rPr>
        <w:t xml:space="preserve">[36:03] </w:t>
      </w:r>
      <w:r>
        <w:t>to phir yaad aaya ke mere bathroom mein geyser hai. to ja kar geyser maine on kar diya. yeh hi subah Islami deen life, yeh usi ka naam hai.</w:t>
      </w:r>
    </w:p>
    <w:p>
      <w:pPr>
        <w:jc w:val="right"/>
      </w:pPr>
      <w:r>
        <w:t>توپھریادآیاکہمیرے باتھروم میں گیزرہے۔ تو جاکرگیزر میںنےآنکردیا۔ یہیسبہےاسلامی ڈیلیلائف،یہاسیکانامہے۔</w:t>
      </w:r>
    </w:p>
    <w:p>
      <w:r>
        <w:rPr>
          <w:b/>
        </w:rPr>
        <w:t xml:space="preserve">[36:16] </w:t>
      </w:r>
      <w:r>
        <w:t>Islami deen life kisi chup mantra ka naam nahi. kisi mysterious cheez ka naam nahi. kisi hawaai cheez ka naam nahi.</w:t>
      </w:r>
    </w:p>
    <w:p>
      <w:pPr>
        <w:jc w:val="right"/>
      </w:pPr>
      <w:r>
        <w:t>اسلامی ڈیلیلائفکسی چھپمنتراکانامنہیں ۔ کسی مسٹیریسچیزکانامنہیں ۔ کسی ہوائیچیزکانامنہیں ۔</w:t>
      </w:r>
    </w:p>
    <w:p>
      <w:r>
        <w:rPr>
          <w:b/>
        </w:rPr>
        <w:t xml:space="preserve">[36:28] </w:t>
      </w:r>
      <w:r>
        <w:t>usi ka naam hai Islami deen life. to maine geyser on kar diya. basement tak on raha, uske baad main ja kar nahaya.</w:t>
      </w:r>
    </w:p>
    <w:p>
      <w:pPr>
        <w:jc w:val="right"/>
      </w:pPr>
      <w:r>
        <w:t>اسیکانامہے اسلامی ڈیلیلائف۔ تو میںنےگیزرآنکردیا۔ بیسمنٹتک آنرہا،اسکےبعد میں جاکرنہایا۔</w:t>
      </w:r>
    </w:p>
    <w:p>
      <w:r>
        <w:rPr>
          <w:b/>
        </w:rPr>
        <w:t xml:space="preserve">[36:38] </w:t>
      </w:r>
      <w:r>
        <w:t>to khoob garam pani tha usmein, bahut aaram se nahaya main. to mujhe yaad aaya woh zamana jab main gaon mein hota tha, UK mein.</w:t>
      </w:r>
    </w:p>
    <w:p>
      <w:pPr>
        <w:jc w:val="right"/>
      </w:pPr>
      <w:r>
        <w:t>تو خوب گرمپانی تھا اسمیں،بہت آرامسےنہالیامیں۔ تومجھےیاد آیا وہ زمان ہجبمیںگاؤںمیںہوتاتھا،یوکےمیں۔</w:t>
      </w:r>
    </w:p>
    <w:p>
      <w:r>
        <w:rPr>
          <w:b/>
        </w:rPr>
        <w:t xml:space="preserve">[36:49] </w:t>
      </w:r>
      <w:r>
        <w:t>ab se bahut pehle, aazadi se bhi pehle.</w:t>
      </w:r>
    </w:p>
    <w:p>
      <w:pPr>
        <w:jc w:val="right"/>
      </w:pPr>
      <w:r>
        <w:t>ابسےبہت پہلے ، آزادیسےبھیپہلے۔</w:t>
      </w:r>
    </w:p>
    <w:p>
      <w:r>
        <w:rPr>
          <w:b/>
        </w:rPr>
        <w:t xml:space="preserve">[36:54] </w:t>
      </w:r>
      <w:r>
        <w:t>to thanda jab mausam aata tha jaade ka to kai kai din main nahata hi nahi tha. kyun ke ek baar maine thande mausam mein pani, thande pani se nahaya.</w:t>
      </w:r>
    </w:p>
    <w:p>
      <w:pPr>
        <w:jc w:val="right"/>
      </w:pPr>
      <w:r>
        <w:t>تو ٹھنڈاجبموسمآتاتھا جاڑےکا تو کئیکئیدنمیںنہاتاہینہیںتھا۔ کیوںکہایکبار میںنےٹھنڈےموسممیں پانی،ٹھنڈےپانیسےنہالیا۔</w:t>
      </w:r>
    </w:p>
    <w:p>
      <w:r>
        <w:rPr>
          <w:b/>
        </w:rPr>
        <w:t xml:space="preserve">[37:07] </w:t>
      </w:r>
      <w:r>
        <w:t>to ek mahine tak main bimar raha. zukaam aur bukhar. kyun ke wahan ispar, us waqt hum jante bhi nahi the ke geyser koi cheez hai.</w:t>
      </w:r>
    </w:p>
    <w:p>
      <w:pPr>
        <w:jc w:val="right"/>
      </w:pPr>
      <w:r>
        <w:t>تو ایک مہینےتکمیں بیماررہا۔ زکاماوربخار ۔ کیوںکہوہاںاسپر، اسوقتہمجانتےبھینہیںتھےکہگیزرکوئیچیزہے۔</w:t>
      </w:r>
    </w:p>
    <w:p>
      <w:r>
        <w:rPr>
          <w:b/>
        </w:rPr>
        <w:t xml:space="preserve">[37:18] </w:t>
      </w:r>
      <w:r>
        <w:t>queen naam bhi nahi suna tha humne. bahut pehle ki baat hai.</w:t>
      </w:r>
    </w:p>
    <w:p>
      <w:pPr>
        <w:jc w:val="right"/>
      </w:pPr>
      <w:r>
        <w:t>کوئینامبھینہیںسناتھاہمنے۔ بہت پہلے کیباتہے۔</w:t>
      </w:r>
    </w:p>
    <w:p>
      <w:r>
        <w:rPr>
          <w:b/>
        </w:rPr>
        <w:t xml:space="preserve">[37:26] </w:t>
      </w:r>
      <w:r>
        <w:t>to jab main nahata tha to mujhe woh jo waqai yaad aaya ke gaon mein maine thande mausam mein nahaya aur mahine bhar bimar raha.</w:t>
      </w:r>
    </w:p>
    <w:p>
      <w:pPr>
        <w:jc w:val="right"/>
      </w:pPr>
      <w:r>
        <w:t>توجب میں نہارہاتھا تو مجھےوہجوواقع ہیادآیاکہ گاؤںمیںمیںنے ٹھنڈےموسممیںنہالیااور مہینےبھربیماررہا۔</w:t>
      </w:r>
    </w:p>
    <w:p>
      <w:r>
        <w:rPr>
          <w:b/>
        </w:rPr>
        <w:t xml:space="preserve">[37:36] </w:t>
      </w:r>
      <w:r>
        <w:t>aaj main itne aaram se nahara hoon.</w:t>
      </w:r>
    </w:p>
    <w:p>
      <w:pPr>
        <w:jc w:val="right"/>
      </w:pPr>
      <w:r>
        <w:t>آجمیںاتنےآرامسےنہارہاہوں۔</w:t>
      </w:r>
    </w:p>
    <w:p>
      <w:r>
        <w:rPr>
          <w:b/>
        </w:rPr>
        <w:t xml:space="preserve">[37:41] </w:t>
      </w:r>
      <w:r>
        <w:t>to maine kaha Khudaaya! tamam zabaanon mein jitni dictionaries hain, un sab mein jitne alfaaz hain shukr ke, un sab ko main yaad kar daaloon.</w:t>
      </w:r>
    </w:p>
    <w:p>
      <w:pPr>
        <w:jc w:val="right"/>
      </w:pPr>
      <w:r>
        <w:t>تو میںنےکہاخدایا! تمام زبان وںمیں جتنیڈکشنریاںہیں، انسبمیںجتنےالفاظہیںشکرکے، انسبکو میںیادکرڈالوں۔</w:t>
      </w:r>
    </w:p>
    <w:p>
      <w:r>
        <w:rPr>
          <w:b/>
        </w:rPr>
        <w:t xml:space="preserve">[37:54] </w:t>
      </w:r>
      <w:r>
        <w:t>aur sab ko main repeat karoon, billion trillion baar repeat karta rahoon. tab bhi tera shukr ada nahi hoga. yeh pani jo tune, yeh pani jo tune paida kiya.</w:t>
      </w:r>
    </w:p>
    <w:p>
      <w:pPr>
        <w:jc w:val="right"/>
      </w:pPr>
      <w:r>
        <w:t>اور سب کومیں ریپیٹکروں ، بل ینٹریلین بار ریپیٹکرتارہوں۔ تب بھی تیراشکرادانہیںہوگا۔ یہ پانیجوتونے،یہ پانیجوتونےپیدا کیا۔</w:t>
      </w:r>
    </w:p>
    <w:p>
      <w:r>
        <w:rPr>
          <w:b/>
        </w:rPr>
        <w:t xml:space="preserve">[38:08] </w:t>
      </w:r>
      <w:r>
        <w:t>yeh jo geyser diya ke pani garam ho gaya. thande mausam mein main garam pani se nahara hoon. thande mausam mein garam pani se nahara hoon.</w:t>
      </w:r>
    </w:p>
    <w:p>
      <w:pPr>
        <w:jc w:val="right"/>
      </w:pPr>
      <w:r>
        <w:t>یہ جو گیزردیا کہپانی گرمہوگیا۔ ٹھنڈےموسممیںمیںگرمپانیسےنہارہاہوں۔ ٹھنڈےموسممیںگرمپانیسےنہارہاہوں۔</w:t>
      </w:r>
    </w:p>
    <w:p>
      <w:r>
        <w:rPr>
          <w:b/>
        </w:rPr>
        <w:t xml:space="preserve">[38:23] </w:t>
      </w:r>
      <w:r>
        <w:t>kaisa? to bil trillion bar agar mein hamd aur shukr ke alfaaz bolun to haq ada nahi hoga.</w:t>
      </w:r>
    </w:p>
    <w:p>
      <w:pPr>
        <w:jc w:val="right"/>
      </w:pPr>
      <w:r>
        <w:t>کیسا ؟تو بل ین ٹریلینباراگرمیں حمد اورشکر کےالفاظبول وں تو حق ادانہیںہوگا۔</w:t>
      </w:r>
    </w:p>
    <w:p>
      <w:r>
        <w:rPr>
          <w:b/>
        </w:rPr>
        <w:t xml:space="preserve">[38:36] </w:t>
      </w:r>
      <w:r>
        <w:t>ab phir mein bathroom se nikal kar bahar aaya kapre badalne. to heater garam tha. ab heater mein baith kar itne aaram se kapre badal liye.</w:t>
      </w:r>
    </w:p>
    <w:p>
      <w:pPr>
        <w:jc w:val="right"/>
      </w:pPr>
      <w:r>
        <w:t>ابپھرمیں باتھرومسے نکلکرباہرآیا کپڑابدلنے۔ تو ہیٹر گرمتھا۔ ابہیٹرمیںبیٹھکراتنےآرامسےکپڑابدللیا۔</w:t>
      </w:r>
    </w:p>
    <w:p>
      <w:r>
        <w:rPr>
          <w:b/>
        </w:rPr>
        <w:t xml:space="preserve">[38:48] </w:t>
      </w:r>
      <w:r>
        <w:t>yeh gaon mein mumkin nahi hota tha. kanpte hue kapre pehente thay hum.</w:t>
      </w:r>
    </w:p>
    <w:p>
      <w:pPr>
        <w:jc w:val="right"/>
      </w:pPr>
      <w:r>
        <w:t>یہگاؤںمیںممکننہیںہوتاتھا۔ کانپتےہوئےکپڑاپہنتےتھےہم۔</w:t>
      </w:r>
    </w:p>
    <w:p>
      <w:r>
        <w:rPr>
          <w:b/>
        </w:rPr>
        <w:t xml:space="preserve">[38:54] </w:t>
      </w:r>
      <w:r>
        <w:t>gaon mein jab thay hum bohat pehle, british zamanay mein. to nahaane ke baad tharthar tharthar kanpte hue hum kapre pehente thay.</w:t>
      </w:r>
    </w:p>
    <w:p>
      <w:pPr>
        <w:jc w:val="right"/>
      </w:pPr>
      <w:r>
        <w:t>گاؤںمیںجبہمتھے بہت پہلے ، برٹش زمان ےمیں۔ تو نہ انےکےبعد تھرتھرتھرکانپتےہوئے ہم کپڑاپہنتےتھے۔</w:t>
      </w:r>
    </w:p>
    <w:p>
      <w:r>
        <w:rPr>
          <w:b/>
        </w:rPr>
        <w:t xml:space="preserve">[39:07] </w:t>
      </w:r>
      <w:r>
        <w:t>ab kya hua? ke heater se, mere chair ke paas heater laga hua tha. aur us mein baith kar maine kapre badal liye.</w:t>
      </w:r>
    </w:p>
    <w:p>
      <w:pPr>
        <w:jc w:val="right"/>
      </w:pPr>
      <w:r>
        <w:t>ابکیاہوا ؟ کہ ہیٹر سے، میریکرسیکےپاسہیٹرلگاہواتھا۔ اوراسمیں بیٹھکر میںنےکپڑابدللیا۔</w:t>
      </w:r>
    </w:p>
    <w:p>
      <w:r>
        <w:rPr>
          <w:b/>
        </w:rPr>
        <w:t xml:space="preserve">[39:19] </w:t>
      </w:r>
      <w:r>
        <w:t>phir maine socha khudaaya! kaisa ajab tar ahsaana hai.</w:t>
      </w:r>
    </w:p>
    <w:p>
      <w:pPr>
        <w:jc w:val="right"/>
      </w:pPr>
      <w:r>
        <w:t>پھرمیںنےسوچاخدایا!کیساعجیبتراح سانہے۔</w:t>
      </w:r>
    </w:p>
    <w:p>
      <w:r>
        <w:rPr>
          <w:b/>
        </w:rPr>
        <w:t xml:space="preserve">[39:25] </w:t>
      </w:r>
      <w:r>
        <w:t>wo zamanay humein yaad aaye. dekhiye comparison that we understand. baghair comparison ke aap baaton ko samajh nahi sakte.</w:t>
      </w:r>
    </w:p>
    <w:p>
      <w:pPr>
        <w:jc w:val="right"/>
      </w:pPr>
      <w:r>
        <w:t>وہ زمان ہمجھےیادآیا۔ دیکھیے incomp ar isonthat weunder stand بغیرکمپیریزنکےآپباتوںکوسمجھنہیںسکتے۔</w:t>
      </w:r>
    </w:p>
    <w:p>
      <w:r>
        <w:rPr>
          <w:b/>
        </w:rPr>
        <w:t xml:space="preserve">[39:37] </w:t>
      </w:r>
      <w:r>
        <w:t>phir dekhiye ab baal nahane ke baad aap jaante hain ke baal jo hai bheega rehta hai. bachpan mein bara problem hota tha hamara ke baal bheega ho to kya karein isko.</w:t>
      </w:r>
    </w:p>
    <w:p>
      <w:pPr>
        <w:jc w:val="right"/>
      </w:pPr>
      <w:r>
        <w:t>پھردیکھیے اب بال نہانےکےبعدآپجانتےہیںکہبال جوہےبھیگارہتاہے۔ بچپنمیںبڑاپرابلمہوتاتھا ہمارا کہبال بھیگاہوتوکیاکریںاسکو ۔</w:t>
      </w:r>
    </w:p>
    <w:p>
      <w:r>
        <w:rPr>
          <w:b/>
        </w:rPr>
        <w:t xml:space="preserve">[39:54] </w:t>
      </w:r>
      <w:r>
        <w:t>to</w:t>
      </w:r>
    </w:p>
    <w:p>
      <w:pPr>
        <w:jc w:val="right"/>
      </w:pPr>
      <w:r>
        <w:t>تو</w:t>
      </w:r>
    </w:p>
    <w:p>
      <w:r>
        <w:rPr>
          <w:b/>
        </w:rPr>
        <w:t xml:space="preserve">[39:55] </w:t>
      </w:r>
      <w:r>
        <w:t>is zamane mein aap dekhiye ke hair dryer bana hua hai.</w:t>
      </w:r>
    </w:p>
    <w:p>
      <w:pPr>
        <w:jc w:val="right"/>
      </w:pPr>
      <w:r>
        <w:t>اسزمانےمیںآپدیکھیےکہہیئرڈرائربناہواہے۔</w:t>
      </w:r>
    </w:p>
    <w:p>
      <w:r>
        <w:rPr>
          <w:b/>
        </w:rPr>
        <w:t xml:space="preserve">[40:01] </w:t>
      </w:r>
      <w:r>
        <w:t>hair dryer, meri beti ne wohi unhone ne hair dryer la kar ke wahan rakh diya tha. aur sirf ek switch dabana tha aur uske andar se garam hawa nikalne lagi.</w:t>
      </w:r>
    </w:p>
    <w:p>
      <w:pPr>
        <w:jc w:val="right"/>
      </w:pPr>
      <w:r>
        <w:t>ہیئرڈرائر ،میریبیٹیجوہیںانہوںنےہیئرڈرائرلاکرکے وہاں رکھدیاتھا۔ اور صرفایک سوئچدباناتھا اور اسکےاندرسے گرمہوا نکلنےلگی۔</w:t>
      </w:r>
    </w:p>
    <w:p>
      <w:r>
        <w:rPr>
          <w:b/>
        </w:rPr>
        <w:t xml:space="preserve">[40:14] </w:t>
      </w:r>
      <w:r>
        <w:t>aur mera baal sookh gaya.</w:t>
      </w:r>
    </w:p>
    <w:p>
      <w:pPr>
        <w:jc w:val="right"/>
      </w:pPr>
      <w:r>
        <w:t>اورمیرابال سوکھگیا۔</w:t>
      </w:r>
    </w:p>
    <w:p>
      <w:r>
        <w:rPr>
          <w:b/>
        </w:rPr>
        <w:t xml:space="preserve">[40:18] </w:t>
      </w:r>
      <w:r>
        <w:t>to maine socha khudaaya! jab mein gaon mein tha to mein hair dryer ke naam se bhi nahi jaanta tha.</w:t>
      </w:r>
    </w:p>
    <w:p>
      <w:pPr>
        <w:jc w:val="right"/>
      </w:pPr>
      <w:r>
        <w:t>تومیںنےسوچاخدایا!جبمیںگاؤںمیںتھا تومیں ہیئرڈرائرکےنامبھینہیںجانتاتھا۔</w:t>
      </w:r>
    </w:p>
    <w:p>
      <w:r>
        <w:rPr>
          <w:b/>
        </w:rPr>
        <w:t xml:space="preserve">[40:24] </w:t>
      </w:r>
      <w:r>
        <w:t>mujhe nahi maloom tha ke hair dryer bhi koi cheez hoti hai. kya aasani se baal sookh gaya.</w:t>
      </w:r>
    </w:p>
    <w:p>
      <w:pPr>
        <w:jc w:val="right"/>
      </w:pPr>
      <w:r>
        <w:t>مجھےنہیںمعلومتھاکہہیئرڈرائربھیکوئیچیزہوتیہے۔ کیا آسانیسے بال سوکھگیا۔</w:t>
      </w:r>
    </w:p>
    <w:p>
      <w:r>
        <w:rPr>
          <w:b/>
        </w:rPr>
        <w:t xml:space="preserve">[40:34] </w:t>
      </w:r>
      <w:r>
        <w:t>to shukr ka ek chashma jari ho gaya. ke khuda! mein kaise tera shukr karun?</w:t>
      </w:r>
    </w:p>
    <w:p>
      <w:pPr>
        <w:jc w:val="right"/>
      </w:pPr>
      <w:r>
        <w:t>تو شکرکاایکچشمہجاریہوگیا۔ کہخدا!میںکیسےتیراشکرکروں؟</w:t>
      </w:r>
    </w:p>
    <w:p>
      <w:r>
        <w:rPr>
          <w:b/>
        </w:rPr>
        <w:t xml:space="preserve">[40:43] </w:t>
      </w:r>
      <w:r>
        <w:t>kahan se woh alfaaz laaun?</w:t>
      </w:r>
    </w:p>
    <w:p>
      <w:pPr>
        <w:jc w:val="right"/>
      </w:pPr>
      <w:r>
        <w:t>کہاںسےوہالفاظلاؤں؟</w:t>
      </w:r>
    </w:p>
    <w:p>
      <w:r>
        <w:rPr>
          <w:b/>
        </w:rPr>
        <w:t xml:space="preserve">[40:51] </w:t>
      </w:r>
      <w:r>
        <w:t>phir ghar walon ne woh de diya, hot water bottle. mera paon thanda ho raha tha to paon ke neeche hot water bottle rakh liya.</w:t>
      </w:r>
    </w:p>
    <w:p>
      <w:pPr>
        <w:jc w:val="right"/>
      </w:pPr>
      <w:r>
        <w:t>پھر گھروالوںنے وہ دےدیا ،ہاٹواٹربوتل ۔میراپاؤںٹھنڈاہورہاتھا تو پاؤںکےنیچےہاٹواٹربوتلرکھلیا۔</w:t>
      </w:r>
    </w:p>
    <w:p>
      <w:r>
        <w:rPr>
          <w:b/>
        </w:rPr>
        <w:t xml:space="preserve">[41:03] </w:t>
      </w:r>
      <w:r>
        <w:t>ab khoob garam ho gaya paon.</w:t>
      </w:r>
    </w:p>
    <w:p>
      <w:pPr>
        <w:jc w:val="right"/>
      </w:pPr>
      <w:r>
        <w:t>ابخوبگرمہوگیا پاؤں۔</w:t>
      </w:r>
    </w:p>
    <w:p>
      <w:r>
        <w:rPr>
          <w:b/>
        </w:rPr>
        <w:t xml:space="preserve">[41:10] </w:t>
      </w:r>
      <w:r>
        <w:t>ab yeh saari cheezein soch kar ke yeh geyser, yeh heater, yeh hair dryer, hot water bottle.</w:t>
      </w:r>
    </w:p>
    <w:p>
      <w:pPr>
        <w:jc w:val="right"/>
      </w:pPr>
      <w:r>
        <w:t>ابیہ ساریچیزیں سوچکرکے کہیہگیزر ،یہہیٹر ،یہہیئرڈرائر ،ہاٹواٹربوتل۔</w:t>
      </w:r>
    </w:p>
    <w:p>
      <w:r>
        <w:rPr>
          <w:b/>
        </w:rPr>
        <w:t xml:space="preserve">[41:22] </w:t>
      </w:r>
      <w:r>
        <w:t>yeh sab kisne diye? maine to banaye nahi. yeh to Allah taala ki dein hai.</w:t>
      </w:r>
    </w:p>
    <w:p>
      <w:pPr>
        <w:jc w:val="right"/>
      </w:pPr>
      <w:r>
        <w:t>یہسبکسنےدیے؟میںنےتوبنائےنہیں ۔ یہتواللہتعالیٰکی دینہے۔</w:t>
      </w:r>
    </w:p>
    <w:p>
      <w:r>
        <w:rPr>
          <w:b/>
        </w:rPr>
        <w:t xml:space="preserve">[41:33] </w:t>
      </w:r>
      <w:r>
        <w:t>to maine socha khudaaya! mein kaise shukr tera karun? kahan se woh alfaaz laaun?</w:t>
      </w:r>
    </w:p>
    <w:p>
      <w:pPr>
        <w:jc w:val="right"/>
      </w:pPr>
      <w:r>
        <w:t>تو میںنےسوچاخدایا!میں کیسےشکرتیراکروں؟ کہاںسےوہالفاظلاؤں؟</w:t>
      </w:r>
    </w:p>
    <w:p>
      <w:r>
        <w:rPr>
          <w:b/>
        </w:rPr>
        <w:t xml:space="preserve">[41:43] </w:t>
      </w:r>
      <w:r>
        <w:t>dekhiye is tarah ek shakhs banti hai. is tarah jab bohat hi gehrai ke saath aap mehsoos karein baaton ko tab personality banti hai.</w:t>
      </w:r>
    </w:p>
    <w:p>
      <w:pPr>
        <w:jc w:val="right"/>
      </w:pPr>
      <w:r>
        <w:t>دیکھیےاسطرحایکشخص یتبنتیہے۔ اسطرحجب بہت ہی گہرائیکےساتھآپمحسوسکریںباتوںکو تب پرسنیلٹیبنتیہے۔</w:t>
      </w:r>
    </w:p>
    <w:p>
      <w:r>
        <w:rPr>
          <w:b/>
        </w:rPr>
        <w:t xml:space="preserve">[41:55] </w:t>
      </w:r>
      <w:r>
        <w:t>to mind mein hundred percent positive mind ban jaata hai. aap negative bhaag, negativity bhaag jaati hai. nafrat bhaag jaati hai.</w:t>
      </w:r>
    </w:p>
    <w:p>
      <w:pPr>
        <w:jc w:val="right"/>
      </w:pPr>
      <w:r>
        <w:t>تو مائنڈمیں ہنڈرڈفیصدپازیٹیومائنڈبنجاتاہے۔آپنیگیٹیو بھاگ،نیگیٹیوٹیبھاگجاتیہے۔ نفرتبھاگجاتیہے۔</w:t>
      </w:r>
    </w:p>
    <w:p>
      <w:r>
        <w:rPr>
          <w:b/>
        </w:rPr>
        <w:t xml:space="preserve">[42:05] </w:t>
      </w:r>
      <w:r>
        <w:t>hate bhaag jaati hai.</w:t>
      </w:r>
    </w:p>
    <w:p>
      <w:pPr>
        <w:jc w:val="right"/>
      </w:pPr>
      <w:r>
        <w:t>ہیٹبھاگجاتیہے۔</w:t>
      </w:r>
    </w:p>
    <w:p>
      <w:r>
        <w:rPr>
          <w:b/>
        </w:rPr>
        <w:t xml:space="preserve">[42:09] </w:t>
      </w:r>
      <w:r>
        <w:t>koi dushman nahi nazar aata aap ko.</w:t>
      </w:r>
    </w:p>
    <w:p>
      <w:pPr>
        <w:jc w:val="right"/>
      </w:pPr>
      <w:r>
        <w:t>کوئیدشمننہیںنظر آتاآپکو ۔</w:t>
      </w:r>
    </w:p>
    <w:p>
      <w:r>
        <w:rPr>
          <w:b/>
        </w:rPr>
        <w:t xml:space="preserve">[42:15] </w:t>
      </w:r>
      <w:r>
        <w:t>tu is tarah ke subah ko yeh sab tajrubaat guzre. phir maine socha ke dekhiye</w:t>
      </w:r>
    </w:p>
    <w:p>
      <w:pPr>
        <w:jc w:val="right"/>
      </w:pPr>
      <w:r>
        <w:t>تواسطرح کے صبحکویہسبتجرباتگزرے۔ پھرمیںنےسوچاکہدیکھیے</w:t>
      </w:r>
    </w:p>
    <w:p>
      <w:r>
        <w:rPr>
          <w:b/>
        </w:rPr>
        <w:t xml:space="preserve">[42:26] </w:t>
      </w:r>
      <w:r>
        <w:t>yeh sab jo hai cheezein nature mein maujood theen.</w:t>
      </w:r>
    </w:p>
    <w:p>
      <w:pPr>
        <w:jc w:val="right"/>
      </w:pPr>
      <w:r>
        <w:t>یہسب جوہے چیزیں نیچرمیںموجود تھیں۔</w:t>
      </w:r>
    </w:p>
    <w:p>
      <w:r>
        <w:rPr>
          <w:b/>
        </w:rPr>
        <w:t xml:space="preserve">[42:33] </w:t>
      </w:r>
      <w:r>
        <w:t>yaani yeh bijli, yeh sab samaan jo aaj hum industry ke zariye ban ban kar hamare paas aa rahi hain.</w:t>
      </w:r>
    </w:p>
    <w:p>
      <w:pPr>
        <w:jc w:val="right"/>
      </w:pPr>
      <w:r>
        <w:t>یعنییہ بجلی ،یہسب سامان جوآجہم انڈسٹریکےذریعےبن بنکرہمارےپاسآرہیہیں۔</w:t>
      </w:r>
    </w:p>
    <w:p>
      <w:r>
        <w:rPr>
          <w:b/>
        </w:rPr>
        <w:t xml:space="preserve">[42:43] </w:t>
      </w:r>
      <w:r>
        <w:t>sab nature mein maujood theen.</w:t>
      </w:r>
    </w:p>
    <w:p>
      <w:pPr>
        <w:jc w:val="right"/>
      </w:pPr>
      <w:r>
        <w:t>سب نیچرمیںموجود تھیں۔</w:t>
      </w:r>
    </w:p>
    <w:p>
      <w:r>
        <w:rPr>
          <w:b/>
        </w:rPr>
        <w:t xml:space="preserve">[42:45] </w:t>
      </w:r>
      <w:r>
        <w:t>nature ko convert karke unhone banaya. yaani geyser kya hai? nature conversion.</w:t>
      </w:r>
    </w:p>
    <w:p>
      <w:pPr>
        <w:jc w:val="right"/>
      </w:pPr>
      <w:r>
        <w:t>نیچرکو کنورٹکرکےانہوںنے بنایا۔ یعنی گیزرکیاہے؟نیچر کنورژنہے۔</w:t>
      </w:r>
    </w:p>
    <w:p>
      <w:r>
        <w:rPr>
          <w:b/>
        </w:rPr>
        <w:t xml:space="preserve">[42:56] </w:t>
      </w:r>
      <w:r>
        <w:t>hair dryer kya hai? nature conversion. heater kya hai? nature conversion. nature kisne banaya? Allah taala ne banaya.</w:t>
      </w:r>
    </w:p>
    <w:p>
      <w:pPr>
        <w:jc w:val="right"/>
      </w:pPr>
      <w:r>
        <w:t>ہیئرڈرائرکیاہے؟ نیچر کنورژنہے۔ ہیٹرکیاہے؟نیچر کنورژنہے۔ نیچرکسنےبنایا؟اللہ تعالیٰنےبنایا۔</w:t>
      </w:r>
    </w:p>
    <w:p>
      <w:r>
        <w:rPr>
          <w:b/>
        </w:rPr>
        <w:t xml:space="preserve">[43:06] </w:t>
      </w:r>
      <w:r>
        <w:t>to Quran mein hai ke wa ataa kum min kulli ma sa altumoo</w:t>
      </w:r>
    </w:p>
    <w:p>
      <w:pPr>
        <w:jc w:val="right"/>
      </w:pPr>
      <w:r>
        <w:t>تو قرآنمیںہےکہوَأَعْطٰيكُمْمِنْكُلِّمَاسَأَلْتَمُوْا</w:t>
      </w:r>
    </w:p>
    <w:p>
      <w:r>
        <w:rPr>
          <w:b/>
        </w:rPr>
        <w:t xml:space="preserve">[43:12] </w:t>
      </w:r>
      <w:r>
        <w:t>. jo kuch tumne manga woh sab humne de diya.</w:t>
      </w:r>
    </w:p>
    <w:p>
      <w:pPr>
        <w:jc w:val="right"/>
      </w:pPr>
      <w:r>
        <w:t>۔جوکچھتمنےمانگاوہ سب ہمنےدےدیا۔</w:t>
      </w:r>
    </w:p>
    <w:p>
      <w:r>
        <w:rPr>
          <w:b/>
        </w:rPr>
        <w:t xml:space="preserve">[43:17] </w:t>
      </w:r>
      <w:r>
        <w:t>to maine socha ke humne manga kab tha? hamare paida hone se pehle hi cheezein maujood theen duniya mein.</w:t>
      </w:r>
    </w:p>
    <w:p>
      <w:pPr>
        <w:jc w:val="right"/>
      </w:pPr>
      <w:r>
        <w:t>تومیںنےسوچاکہہمنےمانگاکبتھا ؟ ہمارے پیدا ہونےسےپہلےہیچیزیںموجود تھیںدنیا میں ۔</w:t>
      </w:r>
    </w:p>
    <w:p>
      <w:r>
        <w:rPr>
          <w:b/>
        </w:rPr>
        <w:t xml:space="preserve">[43:26] </w:t>
      </w:r>
      <w:r>
        <w:t>yeh sab cheezein hum paida nahi hue the aur duniya mein maujood theen yeh sab cheezein.</w:t>
      </w:r>
    </w:p>
    <w:p>
      <w:pPr>
        <w:jc w:val="right"/>
      </w:pPr>
      <w:r>
        <w:t>یہسبچیزیں ہمپیدا نہیںہوئےتھےاوردنیامیںموجود تھیںیہسبچیزیں۔</w:t>
      </w:r>
    </w:p>
    <w:p>
      <w:r>
        <w:rPr>
          <w:b/>
        </w:rPr>
        <w:t xml:space="preserve">[43:33] </w:t>
      </w:r>
      <w:r>
        <w:t>to mangne ka matlab yeh hai ke Khuda ne khud apne aap yeh samjha ke insaan ko kya kya cheezein chahiye.</w:t>
      </w:r>
    </w:p>
    <w:p>
      <w:pPr>
        <w:jc w:val="right"/>
      </w:pPr>
      <w:r>
        <w:t>تو مانگنےکامطلبیہہے کہخدانےخود اپنے آپ یہسمجھا کہانسانکوکیا کیاچیزیںچاہییں۔</w:t>
      </w:r>
    </w:p>
    <w:p>
      <w:r>
        <w:rPr>
          <w:b/>
        </w:rPr>
        <w:t xml:space="preserve">[43:45] </w:t>
      </w:r>
      <w:r>
        <w:t>iski iska fitrat, iska nature kya chahta hai. kayi cheezein iske liye,</w:t>
      </w:r>
    </w:p>
    <w:p>
      <w:pPr>
        <w:jc w:val="right"/>
      </w:pPr>
      <w:r>
        <w:t>اسکی اسکا فطرت ،اسکانیچرکیاچاہتاہے۔ کئیچیزیںاسکےلئے،</w:t>
      </w:r>
    </w:p>
    <w:p>
      <w:r>
        <w:rPr>
          <w:b/>
        </w:rPr>
        <w:t xml:space="preserve">[43:55] </w:t>
      </w:r>
      <w:r>
        <w:t>iske problem ko solve karne wali hain. iski need ko poora karne wali hain. yaani khud se andaaza karke woh sab cheezein zameen mein bhar dein.</w:t>
      </w:r>
    </w:p>
    <w:p>
      <w:pPr>
        <w:jc w:val="right"/>
      </w:pPr>
      <w:r>
        <w:t>اسکے پرابلمکوسالوکرنے والی ہیں۔ اسکینیڈکوپوراکرنے والیہیں۔ یعنیخود سے اندازہکرکےوہسبچیزیں زمین میںبھردیں۔</w:t>
      </w:r>
    </w:p>
    <w:p>
      <w:r>
        <w:rPr>
          <w:b/>
        </w:rPr>
        <w:t xml:space="preserve">[44:04] </w:t>
      </w:r>
      <w:r>
        <w:t>ab isko discover karke aap bhaap bana rahe hain, electricity bana rahe hain. industrial product bana rahe hain.</w:t>
      </w:r>
    </w:p>
    <w:p>
      <w:pPr>
        <w:jc w:val="right"/>
      </w:pPr>
      <w:r>
        <w:t>اباسکوڈسکورکرکےآپ بھاپبنارہےہیں،الیکٹریسٹیبنارہےہیں۔ انڈ سٹریلپروڈکٹبنارہےہیں۔</w:t>
      </w:r>
    </w:p>
    <w:p>
      <w:r>
        <w:rPr>
          <w:b/>
        </w:rPr>
        <w:t xml:space="preserve">[44:14] </w:t>
      </w:r>
      <w:r>
        <w:t>kaisa ajeeb Allah taala ka yeh blessing hai. baghair kahe hue isne sab kuch de diya. ek yeh hai ke aap kisi se maangein aur woh de de aapko. yahan to hum paida bhi nahi hue the aur Khuda ne peshgi ke taur par yahan par yeh sab cheezein rakh dein.</w:t>
      </w:r>
    </w:p>
    <w:p>
      <w:pPr>
        <w:jc w:val="right"/>
      </w:pPr>
      <w:r>
        <w:t>کیساعجیباللہ تعالیٰکایہ بلیسنگہے۔ بغیر کہےہوئے اسنےسبکچھدےدیا۔ ایک یہہےکہآپکسی سےمانگیں اوروہدےدےآپکو ۔یہاںتوہمپیدا بھینہیںہوئےتھےاورخدانے پیش گیطورپریہاںپر یہسبچیزیںرکھ دیں۔</w:t>
      </w:r>
    </w:p>
    <w:p>
      <w:r>
        <w:rPr>
          <w:b/>
        </w:rPr>
        <w:t xml:space="preserve">[44:33] </w:t>
      </w:r>
      <w:r>
        <w:t>maange baghair.</w:t>
      </w:r>
    </w:p>
    <w:p>
      <w:pPr>
        <w:jc w:val="right"/>
      </w:pPr>
      <w:r>
        <w:t>مانگےبغیر۔</w:t>
      </w:r>
    </w:p>
    <w:p>
      <w:r>
        <w:rPr>
          <w:b/>
        </w:rPr>
        <w:t xml:space="preserve">[44:36] </w:t>
      </w:r>
      <w:r>
        <w:t>aap gaur kijiye ke yeh aap soch kar Allah taala ki rehmat se kitna zyada samandar jaisa ehsaas hota hai.</w:t>
      </w:r>
    </w:p>
    <w:p>
      <w:pPr>
        <w:jc w:val="right"/>
      </w:pPr>
      <w:r>
        <w:t>آپ غورکیجیےکہیہآپسوچکرکے اللہ تعالیٰکیرحمت سے کتنازیادہ سمندر جیسااحساسہوتاہے۔</w:t>
      </w:r>
    </w:p>
    <w:p>
      <w:r>
        <w:rPr>
          <w:b/>
        </w:rPr>
        <w:t xml:space="preserve">[44:46] </w:t>
      </w:r>
      <w:r>
        <w:t>samandar, samandar. kaisa ajeeb ehsanat hain Allah taala ke insaan ke upar. ab jis tarah aap sochein aap to phir bhi aap sarkash nahi banenge.</w:t>
      </w:r>
    </w:p>
    <w:p>
      <w:pPr>
        <w:jc w:val="right"/>
      </w:pPr>
      <w:r>
        <w:t>سمندر،سم ندر ۔ کیسا عجیب احساناتہیںاللہ تعالیٰکےانسان کےاوپر ۔ ابجسطرح آپسوچیںآپ توآپپھربھیآپسرکشبنیںگے۔</w:t>
      </w:r>
    </w:p>
    <w:p>
      <w:r>
        <w:rPr>
          <w:b/>
        </w:rPr>
        <w:t xml:space="preserve">[45:00] </w:t>
      </w:r>
      <w:r>
        <w:t>phir bhi aapke dil mein negativity aayegi. phir bhi aap kisi se nafrat karenge aap.</w:t>
      </w:r>
    </w:p>
    <w:p>
      <w:pPr>
        <w:jc w:val="right"/>
      </w:pPr>
      <w:r>
        <w:t>پھربھیآپکےدلمیںنیگیٹیوٹیآئےگی۔ پھربھی آپکسیسےنفرتکریںگےآپ ۔</w:t>
      </w:r>
    </w:p>
    <w:p>
      <w:r>
        <w:rPr>
          <w:b/>
        </w:rPr>
        <w:t xml:space="preserve">[45:06] </w:t>
      </w:r>
      <w:r>
        <w:t>phir bhi kisi se tashaddud karenge aap.</w:t>
      </w:r>
    </w:p>
    <w:p>
      <w:pPr>
        <w:jc w:val="right"/>
      </w:pPr>
      <w:r>
        <w:t>پھربھیکسی سےتشددکریںگےآپ۔</w:t>
      </w:r>
    </w:p>
    <w:p>
      <w:r>
        <w:rPr>
          <w:b/>
        </w:rPr>
        <w:t xml:space="preserve">[45:11] </w:t>
      </w:r>
      <w:r>
        <w:t>namumkin, impossible. hundred percent aap positive ban jayenge. hundred percent positive.</w:t>
      </w:r>
    </w:p>
    <w:p>
      <w:pPr>
        <w:jc w:val="right"/>
      </w:pPr>
      <w:r>
        <w:t>نام مکن ، امپاسیبل ۔ہنڈرڈپرسنٹآپپازیٹیوبنجائیںگے۔ ہنڈرڈپرسنٹپازیٹیو۔</w:t>
      </w:r>
    </w:p>
    <w:p>
      <w:r>
        <w:rPr>
          <w:b/>
        </w:rPr>
        <w:t xml:space="preserve">[45:20] </w:t>
      </w:r>
      <w:r>
        <w:t>aap ki rooh mein, aap ke dil mein, aap ke dimagh mein positive ke siwa kuch bhi nahi rahega. kuch bhi nahi rahega, kuch bhi nahi rahega. positive ka chashma jaari ho jayega aapke dil mein.</w:t>
      </w:r>
    </w:p>
    <w:p>
      <w:pPr>
        <w:jc w:val="right"/>
      </w:pPr>
      <w:r>
        <w:t>آپ کیروحمیں،آپ کےدلمیں ،آپ کےدماغمیں پازیٹیوٹیکےسواکچھبھینہیںرہےگا۔کچھبھینہیںرہےگا،کچھبھینہیںرہےگا۔ پازیٹیوٹیکاچشمہجاریہوجائےگاآپکےدلمیں۔</w:t>
      </w:r>
    </w:p>
    <w:p>
      <w:r>
        <w:rPr>
          <w:b/>
        </w:rPr>
        <w:t xml:space="preserve">[45:37] </w:t>
      </w:r>
      <w:r>
        <w:t>yeh to Khuda ki taraf se baat hai. lekin phir maine socha</w:t>
      </w:r>
    </w:p>
    <w:p>
      <w:pPr>
        <w:jc w:val="right"/>
      </w:pPr>
      <w:r>
        <w:t>یہتو خداکیطرفسےباتہے۔ لیکن پھر میںنےسوچا</w:t>
      </w:r>
    </w:p>
    <w:p>
      <w:r>
        <w:rPr>
          <w:b/>
        </w:rPr>
        <w:t xml:space="preserve">[45:45] </w:t>
      </w:r>
      <w:r>
        <w:t>yeh sab nature mein tha lekin is potential ko actual kisne banaya?</w:t>
      </w:r>
    </w:p>
    <w:p>
      <w:pPr>
        <w:jc w:val="right"/>
      </w:pPr>
      <w:r>
        <w:t>یہ سب نیچرمیںتھا لیکن اس پوٹینشلکوایکچولکسنےبنایا ؟</w:t>
      </w:r>
    </w:p>
    <w:p>
      <w:r>
        <w:rPr>
          <w:b/>
        </w:rPr>
        <w:t xml:space="preserve">[45:53] </w:t>
      </w:r>
      <w:r>
        <w:t>yaani potential ke taur par is din mein bijli bhi thi.</w:t>
      </w:r>
    </w:p>
    <w:p>
      <w:pPr>
        <w:jc w:val="right"/>
      </w:pPr>
      <w:r>
        <w:t>یعنی پوٹینشل کے طور پر اسدنیا میں بجلیبھیتھی۔</w:t>
      </w:r>
    </w:p>
    <w:p>
      <w:r>
        <w:rPr>
          <w:b/>
        </w:rPr>
        <w:t xml:space="preserve">[46:00] </w:t>
      </w:r>
      <w:r>
        <w:t>potential ke taur par is dunya mein mobile bhi tha. potential ke taur par is dunya mein camera bhi tha. potential ke taur par is dunya mein sari cheezein thin jisko hum istemal karte hain rozana.</w:t>
      </w:r>
    </w:p>
    <w:p>
      <w:pPr>
        <w:jc w:val="right"/>
      </w:pPr>
      <w:r>
        <w:t>پوٹینشلکےطورپراسدنیا میں موبائلبھیتھا۔ پوٹینشلکےطورپراسدنیا میں کیمرہبھیتھا۔ پوٹینشلکےطورپراسدنیا میں ساریچیزیںتھیںجسکوہماستعمال کرتےہیںروز انہ ۔</w:t>
      </w:r>
    </w:p>
    <w:p>
      <w:r>
        <w:rPr>
          <w:b/>
        </w:rPr>
        <w:t xml:space="preserve">[46:15] </w:t>
      </w:r>
      <w:r>
        <w:t>aur is potential ko actual kisne banaya?</w:t>
      </w:r>
    </w:p>
    <w:p>
      <w:pPr>
        <w:jc w:val="right"/>
      </w:pPr>
      <w:r>
        <w:t>اوراسپوٹینشلکوایکچولکسنےبنایا؟</w:t>
      </w:r>
    </w:p>
    <w:p>
      <w:r>
        <w:rPr>
          <w:b/>
        </w:rPr>
        <w:t xml:space="preserve">[46:20] </w:t>
      </w:r>
      <w:r>
        <w:t>to maine socha ke sab ka sab kaam western nations ne kiya hai. west ne kiya hai. hamara is mein koi hissa nahi hai.</w:t>
      </w:r>
    </w:p>
    <w:p>
      <w:pPr>
        <w:jc w:val="right"/>
      </w:pPr>
      <w:r>
        <w:t>تومیںنےسوچاکہسب کاسب کام ویسٹرننیشنزنےکیاہے۔ ویسٹنےکیاہے۔ ہمارااسمیںکوئیحصہنہیںہے۔</w:t>
      </w:r>
    </w:p>
    <w:p>
      <w:r>
        <w:rPr>
          <w:b/>
        </w:rPr>
        <w:t xml:space="preserve">[46:29] </w:t>
      </w:r>
      <w:r>
        <w:t>yahan hum sirf tekkra hain, tekkra hain, tekkra hain.</w:t>
      </w:r>
    </w:p>
    <w:p>
      <w:pPr>
        <w:jc w:val="right"/>
      </w:pPr>
      <w:r>
        <w:t>یہاںہمصرفٹیکرہیں،ٹیکرہیں،ٹیکرہیں۔</w:t>
      </w:r>
    </w:p>
    <w:p>
      <w:r>
        <w:rPr>
          <w:b/>
        </w:rPr>
        <w:t xml:space="preserve">[46:36] </w:t>
      </w:r>
      <w:r>
        <w:t>to maine socha ke yeh western nations jo hain yeh to hamari benefactors hain, hamari muhsin hain.</w:t>
      </w:r>
    </w:p>
    <w:p>
      <w:pPr>
        <w:jc w:val="right"/>
      </w:pPr>
      <w:r>
        <w:t>تو میںنےسوچاکہ یہ ویسٹرننیشنزجوہیں یہتوہماریبینیفیکٹرہیں،ہماریمح سنہیں۔</w:t>
      </w:r>
    </w:p>
    <w:p>
      <w:r>
        <w:rPr>
          <w:b/>
        </w:rPr>
        <w:t xml:space="preserve">[46:44] </w:t>
      </w:r>
      <w:r>
        <w:t>jo cheez khuda ne is dunya mein mere liye rakhi thi mere liye main usko daryaft nahi kar pata tha. main usko istemal nahi kar sakta tha.</w:t>
      </w:r>
    </w:p>
    <w:p>
      <w:pPr>
        <w:jc w:val="right"/>
      </w:pPr>
      <w:r>
        <w:t>جو چیزخدانے اسدنیا میںمیرےلگدیتھیمیرےلئے میںاسکو دریافتنہیںکرپاتاتھا۔ میںاسکواستعمالنہیںکرسکاتھا۔</w:t>
      </w:r>
    </w:p>
    <w:p>
      <w:r>
        <w:rPr>
          <w:b/>
        </w:rPr>
        <w:t xml:space="preserve">[46:55] </w:t>
      </w:r>
      <w:r>
        <w:t>west ke log the unhone daryaft karke humein diya ke bhai tumhare khuda ne yeh diya hai tum ko.</w:t>
      </w:r>
    </w:p>
    <w:p>
      <w:pPr>
        <w:jc w:val="right"/>
      </w:pPr>
      <w:r>
        <w:t>ویسٹکےلوگتھےانہوںنےدریافتکرکےہمیںدیا کہدوبھئیتمہارےخدانےیہ دیا ہےتم کو۔</w:t>
      </w:r>
    </w:p>
    <w:p>
      <w:r>
        <w:rPr>
          <w:b/>
        </w:rPr>
        <w:t xml:space="preserve">[47:05] </w:t>
      </w:r>
      <w:r>
        <w:t>yeh tumhare khuda ne tum ko diya hai. tum ko rail di hai. tum ko motor gaadi di hai. tum ko hawai jahaz diya hai. tum ko electricity di hai.</w:t>
      </w:r>
    </w:p>
    <w:p>
      <w:pPr>
        <w:jc w:val="right"/>
      </w:pPr>
      <w:r>
        <w:t>یہتمہارےخدانےتمکودیاہے۔تمکوریلدیہے۔ تم کو موٹرگاڑدیاہے۔تمکوہوا جہازدیاہے۔ تمکو الیکٹریسٹیدیہے۔</w:t>
      </w:r>
    </w:p>
    <w:p>
      <w:r>
        <w:rPr>
          <w:b/>
        </w:rPr>
        <w:t xml:space="preserve">[47:16] </w:t>
      </w:r>
      <w:r>
        <w:t>to khuda ki di hui cheezon ko unhone discover kiya. industrial lagai. product nikale aur phir humein pahuncha diya.</w:t>
      </w:r>
    </w:p>
    <w:p>
      <w:pPr>
        <w:jc w:val="right"/>
      </w:pPr>
      <w:r>
        <w:t>تو خداکی دیہوئیچیزوںکوانہوںنےڈسکورکیا۔ انڈسٹریلگائی۔ پروڈکٹنکالے اورپھرہمیںپہنچادیا۔</w:t>
      </w:r>
    </w:p>
    <w:p>
      <w:r>
        <w:rPr>
          <w:b/>
        </w:rPr>
        <w:t xml:space="preserve">[47:27] </w:t>
      </w:r>
      <w:r>
        <w:t>ab mere dil mein western nations ke liye mohabbat ka ek darya jari ho gaya.</w:t>
      </w:r>
    </w:p>
    <w:p>
      <w:pPr>
        <w:jc w:val="right"/>
      </w:pPr>
      <w:r>
        <w:t>ابمیرےدلمیں انویسٹرننیشنزکےلئے محبتکاایکدریا جاریہوگیا۔</w:t>
      </w:r>
    </w:p>
    <w:p>
      <w:r>
        <w:rPr>
          <w:b/>
        </w:rPr>
        <w:t xml:space="preserve">[47:37] </w:t>
      </w:r>
      <w:r>
        <w:t>mohabbat ka darya. kitne achhe hain yeh log.</w:t>
      </w:r>
    </w:p>
    <w:p>
      <w:pPr>
        <w:jc w:val="right"/>
      </w:pPr>
      <w:r>
        <w:t>محبتکادریا ۔ کتنےاچھےہیںیہلوگ ۔</w:t>
      </w:r>
    </w:p>
    <w:p>
      <w:r>
        <w:rPr>
          <w:b/>
        </w:rPr>
        <w:t xml:space="preserve">[47:45] </w:t>
      </w:r>
      <w:r>
        <w:t>phir maine socha ke kitne zyada andhe hain hum musalman jo nafrat karte hain western qomon se. Europe aur America se. kis qadar andhe hain woh log.</w:t>
      </w:r>
    </w:p>
    <w:p>
      <w:pPr>
        <w:jc w:val="right"/>
      </w:pPr>
      <w:r>
        <w:t>پھرمیںنےسوچاکہکتنے زیادہ اندھےہیںوہمس لمانجو نفرتکرتے ہیں ویسٹرن قوموںسے ۔ یورپاورامریک ہسے ۔کسقدر اندھےہیںوہ لوگ ۔</w:t>
      </w:r>
    </w:p>
    <w:p>
      <w:r>
        <w:rPr>
          <w:b/>
        </w:rPr>
        <w:t xml:space="preserve">[48:00] </w:t>
      </w:r>
      <w:r>
        <w:t>quran mein ek ayat hai man kana fi hadhi dunya ama fa huwa fi al-akhirati ama.</w:t>
      </w:r>
    </w:p>
    <w:p>
      <w:pPr>
        <w:jc w:val="right"/>
      </w:pPr>
      <w:r>
        <w:t>قرآنمیںایکآیتہے مَنْكَانَفِيعَذِيعَامَةٍفَهُوَفِيالْا ٰخِرَةِ عَام َةٍ۔</w:t>
      </w:r>
    </w:p>
    <w:p>
      <w:r>
        <w:rPr>
          <w:b/>
        </w:rPr>
        <w:t xml:space="preserve">[48:12] </w:t>
      </w:r>
      <w:r>
        <w:t>jo is dunya mein andha raha wahan bhi andha uthaya jayega.</w:t>
      </w:r>
    </w:p>
    <w:p>
      <w:pPr>
        <w:jc w:val="right"/>
      </w:pPr>
      <w:r>
        <w:t>جواسدنیامیںاندھارہا وہاںبھیاندھااٹھایاجائےگا۔</w:t>
      </w:r>
    </w:p>
    <w:p>
      <w:r>
        <w:rPr>
          <w:b/>
        </w:rPr>
        <w:t xml:space="preserve">[48:20] </w:t>
      </w:r>
      <w:r>
        <w:t>ab ghaur kijiye in waqiat mein andha pan ko hum kya samajhte hain? hum samajhte hain ke hamare jeb mein paisa tha to hum ja ke ghezr khareed liya</w:t>
      </w:r>
    </w:p>
    <w:p>
      <w:pPr>
        <w:jc w:val="right"/>
      </w:pPr>
      <w:r>
        <w:t>ابغورکیجیےانواقعاتمیں اندھاپنکو ہمکیا سمجھتےہیں ؟ ہمسمجھتےہیںکہہمارے جیبمیںپیسہتھا توہمجاکےگیزرخریدلیا</w:t>
      </w:r>
    </w:p>
    <w:p>
      <w:r>
        <w:rPr>
          <w:b/>
        </w:rPr>
        <w:t xml:space="preserve">[48:30] </w:t>
      </w:r>
      <w:r>
        <w:t>. hamare jeb mein paisa tha to hum ja ke heater khareed liya. hamare jeb mein paisa tha to hum ja ke motor car khareed liya. to yeh andhe log hain, andhe log hain yeh.</w:t>
      </w:r>
    </w:p>
    <w:p>
      <w:pPr>
        <w:jc w:val="right"/>
      </w:pPr>
      <w:r>
        <w:t>۔ ہمارےجیبمیںپیسہتھاتوہمجاکےہیٹرخریدلیا۔ ہمارےجیبمیںپیسہتھاتوہمجاکےموٹرکارخریدلیا۔ تویہاندھےلوگہیں،اندھےلوگہیںیہ۔</w:t>
      </w:r>
    </w:p>
    <w:p>
      <w:r>
        <w:rPr>
          <w:b/>
        </w:rPr>
        <w:t xml:space="preserve">[48:43] </w:t>
      </w:r>
      <w:r>
        <w:t>hamare paise se kai cheezein mil sakti hain. yeh to khuda ki di hui maujood hain pehle se. hamare chand paise uski qeemat nahi hai uski.</w:t>
      </w:r>
    </w:p>
    <w:p>
      <w:pPr>
        <w:jc w:val="right"/>
      </w:pPr>
      <w:r>
        <w:t>ہمارےپیسےسےکئیچیزیںملسکتیہیں۔ یہتو خداکی دی ہوئی موجود ہیں پہلے سے ۔ہمارےچند پیسے اسکیقیمتنہیں ہےاسکی۔</w:t>
      </w:r>
    </w:p>
    <w:p>
      <w:r>
        <w:rPr>
          <w:b/>
        </w:rPr>
        <w:t xml:space="preserve">[48:55] </w:t>
      </w:r>
      <w:r>
        <w:t>to woh log andhe log hain jo chand paison ko samajhte hain ke humne uska haq ada kar diya.</w:t>
      </w:r>
    </w:p>
    <w:p>
      <w:pPr>
        <w:jc w:val="right"/>
      </w:pPr>
      <w:r>
        <w:t>تووہلوگ اندھےلوگہیںجو چند پیسوںکوسمجھتےہیںکہہمنے اسکا حقاداکردیا۔</w:t>
      </w:r>
    </w:p>
    <w:p>
      <w:r>
        <w:rPr>
          <w:b/>
        </w:rPr>
        <w:t xml:space="preserve">[49:05] </w:t>
      </w:r>
      <w:r>
        <w:t>kuchh bhi nahi. to is mani hai ke Allah ki nematton se jo haqeeqi shukr, jiske dil mein haqeeqi shukr ka chashma nahi jari hua woh andha tha, andha tha, andha tha.</w:t>
      </w:r>
    </w:p>
    <w:p>
      <w:pPr>
        <w:jc w:val="right"/>
      </w:pPr>
      <w:r>
        <w:t>کچھبھینہیں ۔ تواسمعنیٰہےکہاللہ کینعمتوںسے جو حقیقیشکر ،جسکےدلمیںحقیقیشکرکاچشمہنہیںجاریہوا وہ اندھاتھا،اندھاتھا،اندھاتھا۔</w:t>
      </w:r>
    </w:p>
    <w:p>
      <w:r>
        <w:rPr>
          <w:b/>
        </w:rPr>
        <w:t xml:space="preserve">[49:21] </w:t>
      </w:r>
      <w:r>
        <w:t>yeh jo log cheezon ko for granted liye hue hain ya samajhte hain ke hamare paise hain yeh sab cheezein hain woh sab andhe log hain.</w:t>
      </w:r>
    </w:p>
    <w:p>
      <w:pPr>
        <w:jc w:val="right"/>
      </w:pPr>
      <w:r>
        <w:t>یہجولوگ چیزوںکو فار گارڈنلیےہوئےہیں یاسمجھتےہیںکہہمارےپیسےہیںیہسبچیزیںہیں وہ سب اندھےلوگہیں۔</w:t>
      </w:r>
    </w:p>
    <w:p>
      <w:r>
        <w:rPr>
          <w:b/>
        </w:rPr>
        <w:t xml:space="preserve">[49:33] </w:t>
      </w:r>
      <w:r>
        <w:t>kyun ke woh itni qeemti, itni qeemti, itni qeemti hai ke hamara koi bank balance uski qeemat ada nahi kar sakta hai. phir aap dekhiye jo log western nations se nafrat karte hain kya woh andhe nahi hain woh?</w:t>
      </w:r>
    </w:p>
    <w:p>
      <w:pPr>
        <w:jc w:val="right"/>
      </w:pPr>
      <w:r>
        <w:t>کیوںکہوہاتنیقیمتی،اتنیقیمتی،اتنیقیمتیہےکہہماراکوئی بینکبیلنس اسکیقیمتادانہیںکرسکتاہے۔ پھرآپدیکھیے جولوگ ویسٹرننیشنزسےنفرتکرتے ہیں کیا وہاندھےنہیںہیںوہ ؟</w:t>
      </w:r>
    </w:p>
    <w:p>
      <w:r>
        <w:rPr>
          <w:b/>
        </w:rPr>
        <w:t xml:space="preserve">[49:52] </w:t>
      </w:r>
      <w:r>
        <w:t>jin qomon ne woh kaam kiya jo humein karna tha. yani humein yeh karna tha ke hum khuda ki nematton ko daryaft karen. nature mein jo khuda ne rakh diya tha potentialy usko daryaft karke usko actual banayein.</w:t>
      </w:r>
    </w:p>
    <w:p>
      <w:pPr>
        <w:jc w:val="right"/>
      </w:pPr>
      <w:r>
        <w:t>جن قوموںنےوہ کامکیا جوہمیںکرناتھا۔ یعنیہمیںیہکرناتھاکہہمخداکینعمتوںکودریا فتکریں۔ نیچرمیںجو خدانےرکھدیاتھا پوٹینشلی اسکودریا فتکرکےاسکوایکچولبنائیں۔</w:t>
      </w:r>
    </w:p>
    <w:p>
      <w:r>
        <w:rPr>
          <w:b/>
        </w:rPr>
        <w:t xml:space="preserve">[50:09] </w:t>
      </w:r>
      <w:r>
        <w:t>quran mein hai dekhiye sakhkhar lakum ma fi al-thawabat wa al-ladhli. ke sari kainat tum ko de di hai. makhkhar kar diya hai.</w:t>
      </w:r>
    </w:p>
    <w:p>
      <w:pPr>
        <w:jc w:val="right"/>
      </w:pPr>
      <w:r>
        <w:t>قرآنمیںہےدیکھیے سَخَّرَلَكُمْمَعْفِيالْثَّوَابَاتِوَالْلَّذْلِ ۔کہساری کائناتتمکودےدیہے۔ مس خرکردیاہے۔</w:t>
      </w:r>
    </w:p>
    <w:p>
      <w:r>
        <w:rPr>
          <w:b/>
        </w:rPr>
        <w:t xml:space="preserve">[50:21] </w:t>
      </w:r>
      <w:r>
        <w:t>matlab potential ke taur par usko actual banao.</w:t>
      </w:r>
    </w:p>
    <w:p>
      <w:pPr>
        <w:jc w:val="right"/>
      </w:pPr>
      <w:r>
        <w:t>مطلبپوٹینشل کےطور پر اسکوایکچولبناؤ ۔</w:t>
      </w:r>
    </w:p>
    <w:p>
      <w:r>
        <w:rPr>
          <w:b/>
        </w:rPr>
        <w:t xml:space="preserve">[50:29] </w:t>
      </w:r>
      <w:r>
        <w:t>yani potential ke taur par tum ko hawai jahaz de diya. potential ke taur par tum ko motor car de di. potential ke taur par tum ko bijli de di. potential ke taur par sara jisko hum kehte hain industrial product woh sab de diya.</w:t>
      </w:r>
    </w:p>
    <w:p>
      <w:pPr>
        <w:jc w:val="right"/>
      </w:pPr>
      <w:r>
        <w:t>یعنیپوٹینشلکےطورپرتمکوہوا جہازدےدیا ۔ پوٹینشلکےطورپرتمکوموٹرکاردےدی ۔ پوٹینشلکےطورپرتمکوبجلیدےدی۔ پوٹینشلکےطورپر ساراجسکوہمکہتےہیں انڈ سٹریلپروڈکٹ وہسبدےدیا۔</w:t>
      </w:r>
    </w:p>
    <w:p>
      <w:r>
        <w:rPr>
          <w:b/>
        </w:rPr>
        <w:t xml:space="preserve">[50:43] </w:t>
      </w:r>
      <w:r>
        <w:t>ab kya matlab hai tum isko ekchual banao. kyunke musalman to kuch bhi nahi kar sake.</w:t>
      </w:r>
    </w:p>
    <w:p>
      <w:pPr>
        <w:jc w:val="right"/>
      </w:pPr>
      <w:r>
        <w:t>ابکیا مطلبہے تم اسکوایکچولبناؤ ۔ کیوںکہمسلمانتوکچھبھینہیںکرسکے۔</w:t>
      </w:r>
    </w:p>
    <w:p>
      <w:r>
        <w:rPr>
          <w:b/>
        </w:rPr>
        <w:t xml:space="preserve">[50:52] </w:t>
      </w:r>
      <w:r>
        <w:t>saara A se Z tak sab kuch jo kiya hai woh western nations ne kiya hai. ek aadmi ne likha hai ke mujhe surgery karwani thi. to mein jab operation theatre mein dakhil kiya gaya.</w:t>
      </w:r>
    </w:p>
    <w:p>
      <w:pPr>
        <w:jc w:val="right"/>
      </w:pPr>
      <w:r>
        <w:t>سارا اےسے زیڈتکسبکچھجوکیاہے وہ ویسٹرننیشنزنےکیاہے۔ ایکآدمینےلکھاہےکہمج ھےسرجری کروانیتھیکسی ۔تومیںجب آپریشن تھی ٹرمیں داخلکیاگیا۔</w:t>
      </w:r>
    </w:p>
    <w:p>
      <w:r>
        <w:rPr>
          <w:b/>
        </w:rPr>
        <w:t xml:space="preserve">[51:11] </w:t>
      </w:r>
      <w:r>
        <w:t>operation theatre mein maine dekha ke wahan jitni cheezein hain sab western nations ki bani hui hain. hamara is mein koi hissa nahi hai.</w:t>
      </w:r>
    </w:p>
    <w:p>
      <w:pPr>
        <w:jc w:val="right"/>
      </w:pPr>
      <w:r>
        <w:t>آپریشنتھی ٹرمیںمیںنےدیکھاکہوہاںجتنیچیزیںہیںسب کیچیزیںہیںسب ویسٹرننیشنزکیبنائیہوئیہیں۔ ہمارااسمیںکوئیحصہنہیںہے۔</w:t>
      </w:r>
    </w:p>
    <w:p>
      <w:r>
        <w:rPr>
          <w:b/>
        </w:rPr>
        <w:t xml:space="preserve">[51:22] </w:t>
      </w:r>
      <w:r>
        <w:t>yani anesthesia se le kar ke nashtar tak sab inhone logon ne banaya hai. mein to is se faida utha raha hoon.</w:t>
      </w:r>
    </w:p>
    <w:p>
      <w:pPr>
        <w:jc w:val="right"/>
      </w:pPr>
      <w:r>
        <w:t>یعنیان یس ٹیشیاسےلےکرکے نشترتک سب انہیلوگوںنے بن ایاہے۔ میںتواسسےفائدہاٹھارہاہوں۔</w:t>
      </w:r>
    </w:p>
    <w:p>
      <w:r>
        <w:rPr>
          <w:b/>
        </w:rPr>
        <w:t xml:space="preserve">[51:34] </w:t>
      </w:r>
      <w:r>
        <w:t>to sirf operation theatre ki baat nahi hai. yeh poora jo west jo civilization hai poori civilization ki unhone banai. western nations ne.</w:t>
      </w:r>
    </w:p>
    <w:p>
      <w:pPr>
        <w:jc w:val="right"/>
      </w:pPr>
      <w:r>
        <w:t>تو صرف آپریشنتھیٹرکیباتنہیںہے۔ یہ پوراجو ویسٹ جو سویلائزیشنہے پوریسویلائزیشنکیانہوں نےبنائی۔ ویسٹرننیشنزنے۔</w:t>
      </w:r>
    </w:p>
    <w:p>
      <w:r>
        <w:rPr>
          <w:b/>
        </w:rPr>
        <w:t xml:space="preserve">[51:44] </w:t>
      </w:r>
      <w:r>
        <w:t>Europe aur America walon ne.</w:t>
      </w:r>
    </w:p>
    <w:p>
      <w:pPr>
        <w:jc w:val="right"/>
      </w:pPr>
      <w:r>
        <w:t>یورپاورامریکہوالوںنے ۔</w:t>
      </w:r>
    </w:p>
    <w:p>
      <w:r>
        <w:rPr>
          <w:b/>
        </w:rPr>
        <w:t xml:space="preserve">[51:48] </w:t>
      </w:r>
      <w:r>
        <w:t>to hamein shukr karna chahiye inka shukr. ke Khuda ki nematon, Khuda ki nematein jo potential ke roop mein thi us ko unhone actual banaya.</w:t>
      </w:r>
    </w:p>
    <w:p>
      <w:pPr>
        <w:jc w:val="right"/>
      </w:pPr>
      <w:r>
        <w:t>توہمیںشکرکرناچاہیےانکاشکر ۔ کہ خداکینعمتوں، خداکینعمتیں جوپوٹینشلکےروپمیںتھیں اسکو انہوں نے ایکچولبنایا۔</w:t>
      </w:r>
    </w:p>
    <w:p>
      <w:r>
        <w:rPr>
          <w:b/>
        </w:rPr>
        <w:t xml:space="preserve">[51:58] </w:t>
      </w:r>
      <w:r>
        <w:t>to hamein to shukr karna chahiye inka. lekin hum nafrat karte hain. choti choti baaton ko le kar ke. choti choti baaton ko le kar ke.</w:t>
      </w:r>
    </w:p>
    <w:p>
      <w:pPr>
        <w:jc w:val="right"/>
      </w:pPr>
      <w:r>
        <w:t>توہمیںتوشکر کرناچاہیےانکا۔ لیکنہمنفرتکرتے ہیں۔ چھوٹیچھوٹیباتوںکولےکرکے۔ چھوٹیچھوٹیباتوںکولےکرکے۔</w:t>
      </w:r>
    </w:p>
    <w:p>
      <w:r>
        <w:rPr>
          <w:b/>
        </w:rPr>
        <w:t xml:space="preserve">[52:09] </w:t>
      </w:r>
      <w:r>
        <w:t>inka bomb marte hain, inki goli marte hain. inke khilaf mazameen likhte hain, inke khilaf taqreer karte hain.</w:t>
      </w:r>
    </w:p>
    <w:p>
      <w:pPr>
        <w:jc w:val="right"/>
      </w:pPr>
      <w:r>
        <w:t>انکا بم مارتےہیں،انکیگولیمارتےہیں۔ انکےخلاف مضامینلکھتےہیں،انکےخلاف تت نےکرتےہیں۔</w:t>
      </w:r>
    </w:p>
    <w:p>
      <w:r>
        <w:rPr>
          <w:b/>
        </w:rPr>
        <w:t xml:space="preserve">[52:15] </w:t>
      </w:r>
      <w:r>
        <w:t>is mein bilashuba yeh log andhe hain, andhe hain, andhe hain. isi isi anjam ko face karein ge yeh log. man kana fi'a aammatan fahuwa fil aakhirati aammatan. tum wahan andhe the yahan bhi andhe raho.</w:t>
      </w:r>
    </w:p>
    <w:p>
      <w:pPr>
        <w:jc w:val="right"/>
      </w:pPr>
      <w:r>
        <w:t>اسمیں بلاشبہیہلوگاندھےہیں،اندھےہیں،اندھےہیں۔ اسی اسیانجام کو فیسکریںگےیہلوگ۔ م َنْكَانَفِيعَذِيعَامَةٍفَهُوَفِيالْ اٰخِرَةِ عَامَةٍ۔تموہاںاندھےتھےیہاںبھیاندھےرہو۔</w:t>
      </w:r>
    </w:p>
    <w:p>
      <w:r>
        <w:rPr>
          <w:b/>
        </w:rPr>
        <w:t xml:space="preserve">[52:33] </w:t>
      </w:r>
      <w:r>
        <w:t>mein yaqeen kijiye ke kai baar aisa sochta hoon ke aakhir tum mein mein andha uth jaoon to kya hoga? idhar jaoon ga to koi dhakka de ga.</w:t>
      </w:r>
    </w:p>
    <w:p>
      <w:pPr>
        <w:jc w:val="right"/>
      </w:pPr>
      <w:r>
        <w:t>میں یقینکیجیےکہ کئیبارایساسوچتاہوں کہ آخرتمیںمیںاندھااٹھاجاؤں توکیاہوگا؟ ادھرجاؤںگاتوکوئیدھکادےگا۔</w:t>
      </w:r>
    </w:p>
    <w:p>
      <w:r>
        <w:rPr>
          <w:b/>
        </w:rPr>
        <w:t xml:space="preserve">[52:43] </w:t>
      </w:r>
      <w:r>
        <w:t>ek aur aa gaya bhaag</w:t>
      </w:r>
    </w:p>
    <w:p>
      <w:pPr>
        <w:jc w:val="right"/>
      </w:pPr>
      <w:r>
        <w:t>ایکاورآگیابھاگ</w:t>
      </w:r>
    </w:p>
    <w:p>
      <w:r>
        <w:rPr>
          <w:b/>
        </w:rPr>
        <w:t xml:space="preserve">[52:44] </w:t>
      </w:r>
      <w:r>
        <w:t>gaye idhar jaoon woh dhakka koi de ga. aisa guzra hai mere upar. ek baar to mein hotel mein dakhil hua to woh mujhe ghushi aa gayi thi kisi wajah se.</w:t>
      </w:r>
    </w:p>
    <w:p>
      <w:pPr>
        <w:jc w:val="right"/>
      </w:pPr>
      <w:r>
        <w:t>گئےاد ھرجاؤںوہدھکا کوئیدےگا۔ ایساگزراہےمیرےاوپر ۔ ایکبار تومیںہوٹلمیں داخلہوا تو وہ مجھے غشیآگئیتھیکسی وجہ سے۔</w:t>
      </w:r>
    </w:p>
    <w:p>
      <w:r>
        <w:rPr>
          <w:b/>
        </w:rPr>
        <w:t xml:space="preserve">[52:57] </w:t>
      </w:r>
      <w:r>
        <w:t>kuch dikhai nahi de raha tha.</w:t>
      </w:r>
    </w:p>
    <w:p>
      <w:pPr>
        <w:jc w:val="right"/>
      </w:pPr>
      <w:r>
        <w:t>کچھدکھائینہیںدیتاتھا۔</w:t>
      </w:r>
    </w:p>
    <w:p>
      <w:r>
        <w:rPr>
          <w:b/>
        </w:rPr>
        <w:t xml:space="preserve">[53:02] </w:t>
      </w:r>
      <w:r>
        <w:t>to wahan table the aur kursiyaan thi. ghushi ki wajah se mujhe kuch dikhai nahi de raha tha. to jahan jata tha woh aadmi dhakka de deta tha mujh ko.</w:t>
      </w:r>
    </w:p>
    <w:p>
      <w:pPr>
        <w:jc w:val="right"/>
      </w:pPr>
      <w:r>
        <w:t>تو وہاں ٹیبل تھےاورکرسیاںتھیں۔ غشیکیوجہسےمجھےکچھدکھائینہیںدیتاتھا۔توجہاںجاتا تھاوہآدمیڈھکےدیتاتھامجھکو۔</w:t>
      </w:r>
    </w:p>
    <w:p>
      <w:r>
        <w:rPr>
          <w:b/>
        </w:rPr>
        <w:t xml:space="preserve">[53:13] </w:t>
      </w:r>
      <w:r>
        <w:t>to mein sochta hoon ke aakhir tum mein agar mujhe andha uthaya jaye to har aadmi mujhe dhakka de ga mujh ko. idhar kahan aa gaye bhago.</w:t>
      </w:r>
    </w:p>
    <w:p>
      <w:pPr>
        <w:jc w:val="right"/>
      </w:pPr>
      <w:r>
        <w:t>تومیں سوچتاہوںکہآخرتمیںاگرمجھےاندھااٹھایاجائے توہرآدمیمجھےڈھکےلےگامجھے۔ ادھرکہاںآگئےبھ اگو ۔</w:t>
      </w:r>
    </w:p>
    <w:p>
      <w:r>
        <w:rPr>
          <w:b/>
        </w:rPr>
        <w:t xml:space="preserve">[53:24] </w:t>
      </w:r>
      <w:r>
        <w:t>aap ghor kijiye ke beshahare log kahin hon wahan ek andha aa jaye idhar jaye ga to idhar dhakka lag jaye ga idhar jaye ga to idhar dhakka lag jaye ga.</w:t>
      </w:r>
    </w:p>
    <w:p>
      <w:pPr>
        <w:jc w:val="right"/>
      </w:pPr>
      <w:r>
        <w:t>آپ غورکیجیےکہبہتسارےلوگکہیںہوں وہاںایکاندھاآجائے ادھرجائےگاتوادھرڈھکلاجائےگاادھرجائےگاادھرڈھکلاجائےگا۔</w:t>
      </w:r>
    </w:p>
    <w:p>
      <w:r>
        <w:rPr>
          <w:b/>
        </w:rPr>
        <w:t xml:space="preserve">[53:34] </w:t>
      </w:r>
      <w:r>
        <w:t>to kitna bada sikha mil raha hai kitna bada sikha mil raha hai aap.</w:t>
      </w:r>
    </w:p>
    <w:p>
      <w:pPr>
        <w:jc w:val="right"/>
      </w:pPr>
      <w:r>
        <w:t>توکتنا بڑارسکہملےرہےہیںکتنابڑارسکلےرہےہیںآپ ۔</w:t>
      </w:r>
    </w:p>
    <w:p>
      <w:r>
        <w:rPr>
          <w:b/>
        </w:rPr>
        <w:t xml:space="preserve">[53:42] </w:t>
      </w:r>
      <w:r>
        <w:t>kitna bada sikha mil raha hai aap. do taraf hi be-etrafi hai do taraf hi be-etrafi. double be-etrafi hai.</w:t>
      </w:r>
    </w:p>
    <w:p>
      <w:pPr>
        <w:jc w:val="right"/>
      </w:pPr>
      <w:r>
        <w:t>کتنابڑارسکلےرہےہیںآپ ۔ دو طرف ہ بےاعترافیہے دوطرف ہبےاعترافی۔ ڈبل بےاعترافیہے۔</w:t>
      </w:r>
    </w:p>
    <w:p>
      <w:r>
        <w:rPr>
          <w:b/>
        </w:rPr>
        <w:t xml:space="preserve">[53:53] </w:t>
      </w:r>
      <w:r>
        <w:t>na kisi ko haqeeqi ma'ano mein mein shukr karne wala pata hoon. na kisi haqeeqi ma'ano mein insaan ka aitraf karne wala pata hoon. Khuda ke muqable mein sarakshi hai insaan ke muqable mein nashukri hai.</w:t>
      </w:r>
    </w:p>
    <w:p>
      <w:pPr>
        <w:jc w:val="right"/>
      </w:pPr>
      <w:r>
        <w:t>نہکسی کو حقیقیمعنوںمیںمیںشکرکرنے والاپاتاہوں ۔نہکسی حقیقیمعنوںمیںانسان کااعترافکرنےوالاپاتاہوں۔ خداکےمقابلےمیںسرکشیہے انسان کے مقابلےمیں ناشکریہے۔</w:t>
      </w:r>
    </w:p>
    <w:p>
      <w:r>
        <w:rPr>
          <w:b/>
        </w:rPr>
        <w:t xml:space="preserve">[54:08] </w:t>
      </w:r>
      <w:r>
        <w:t>yeh andha pan hai double andha pan hai yeh.</w:t>
      </w:r>
    </w:p>
    <w:p>
      <w:pPr>
        <w:jc w:val="right"/>
      </w:pPr>
      <w:r>
        <w:t>یہاندھاپنہےڈبلاندھاپنہےیہ۔</w:t>
      </w:r>
    </w:p>
    <w:p>
      <w:r>
        <w:rPr>
          <w:b/>
        </w:rPr>
        <w:t xml:space="preserve">[54:11] </w:t>
      </w:r>
      <w:r>
        <w:t>double andha pan hai.</w:t>
      </w:r>
    </w:p>
    <w:p>
      <w:pPr>
        <w:jc w:val="right"/>
      </w:pPr>
      <w:r>
        <w:t>ڈبلاندھاپنہے۔</w:t>
      </w:r>
    </w:p>
    <w:p>
      <w:r>
        <w:rPr>
          <w:b/>
        </w:rPr>
        <w:t xml:space="preserve">[54:15] </w:t>
      </w:r>
      <w:r>
        <w:t>yeh double andha pan hai.</w:t>
      </w:r>
    </w:p>
    <w:p>
      <w:pPr>
        <w:jc w:val="right"/>
      </w:pPr>
      <w:r>
        <w:t>یہڈبلاندھاپنہے۔</w:t>
      </w:r>
    </w:p>
    <w:p>
      <w:r>
        <w:rPr>
          <w:b/>
        </w:rPr>
        <w:t xml:space="preserve">[54:23] </w:t>
      </w:r>
      <w:r>
        <w:t>ek baar to mein ek sahib ke haan gaya to unka itna bada bachha tha ghar ke andar se nikla bohat acha khoobsurat tandrust tha woh ab dekh ho rahe hain ho rahe hain ho rahe hain.</w:t>
      </w:r>
    </w:p>
    <w:p>
      <w:pPr>
        <w:jc w:val="right"/>
      </w:pPr>
      <w:r>
        <w:t>ایکبارتو میںایکصاحبکےہاںگیا توانکا اتنابڑابچہتھا گھرکےاندرسےنکلا بہت اچھاخوبصورتتندرستتھاوہ ابدیکھخوشہورہےہیںخوشہورہےہیںخوشہورہےہیں۔</w:t>
      </w:r>
    </w:p>
    <w:p>
      <w:r>
        <w:rPr>
          <w:b/>
        </w:rPr>
        <w:t xml:space="preserve">[54:37] </w:t>
      </w:r>
      <w:r>
        <w:t>woh keh mein rone laga</w:t>
      </w:r>
    </w:p>
    <w:p>
      <w:pPr>
        <w:jc w:val="right"/>
      </w:pPr>
      <w:r>
        <w:t>وہکہ میں رونےلگا</w:t>
      </w:r>
    </w:p>
    <w:p>
      <w:r>
        <w:rPr>
          <w:b/>
        </w:rPr>
        <w:t xml:space="preserve">[54:40] </w:t>
      </w:r>
      <w:r>
        <w:t>yeh insaan kaisa insaan hai woh woh beta tu woh kisne diya hai tum ne paida kiya hai beta tu aapas sochte ho ke tum ne shadi ki ho ek khatoon se aur beta paida ho gaya woh khuda uska khaliq hai is bachay ka khaliq khuda hai</w:t>
      </w:r>
    </w:p>
    <w:p>
      <w:pPr>
        <w:jc w:val="right"/>
      </w:pPr>
      <w:r>
        <w:t>یہانسان کیسا انسانہے وہوہبیٹاتووہکسنےدیاہے تم نےپیدا کیاہےبیٹا توآپسوچتےہوکہتمنےشادیکیہو ایکخاتونسےاور بیٹاپیداہوگیا وہخدااسکاخالقہے اسبچےکاخالقخداہے</w:t>
      </w:r>
    </w:p>
    <w:p>
      <w:r>
        <w:rPr>
          <w:b/>
        </w:rPr>
        <w:t xml:space="preserve">[55:02] </w:t>
      </w:r>
      <w:r>
        <w:t>koi shukar nahi is insaan ki zuban mein koi shukar nahi ke khuda ya tu kitna azeem hai ki sa beta mujhe de diya bas khud</w:t>
      </w:r>
    </w:p>
    <w:p>
      <w:pPr>
        <w:jc w:val="right"/>
      </w:pPr>
      <w:r>
        <w:t>کوئیشکرنہیں اس انسانکی زبان میںکوئیشکرنہیں کہخدایاتو کتناعظیمہے کی سابیٹامجھےدےدیا بسخود</w:t>
      </w:r>
    </w:p>
    <w:p>
      <w:r>
        <w:rPr>
          <w:b/>
        </w:rPr>
        <w:t xml:space="preserve">[55:15] </w:t>
      </w:r>
      <w:r>
        <w:t>betay ko dekh dekh khush ho rahe hain ke mera beta itna acha hai yeh sab andha pan hai yaqeen kijiye andha pan hai yeh ke jo cheez di hai khuda ne usko tum apni apna kamal samajhte ho</w:t>
      </w:r>
    </w:p>
    <w:p>
      <w:pPr>
        <w:jc w:val="right"/>
      </w:pPr>
      <w:r>
        <w:t>بیٹےکودیکھدیکھخوشہورہےہیںکہمیرابیٹااتنااچھاہے یہسباندھاپنہےیقینکیجیےاندھاپنہےیہ کہجو چیز دیہےخدانے اسکو تم اپنی اپناکمالسمجھتےہو</w:t>
      </w:r>
    </w:p>
    <w:p>
      <w:r>
        <w:rPr>
          <w:b/>
        </w:rPr>
        <w:t xml:space="preserve">[55:27] </w:t>
      </w:r>
      <w:r>
        <w:t>mera beta</w:t>
      </w:r>
    </w:p>
    <w:p>
      <w:pPr>
        <w:jc w:val="right"/>
      </w:pPr>
      <w:r>
        <w:t>میرابیٹا</w:t>
      </w:r>
    </w:p>
    <w:p>
      <w:r>
        <w:rPr>
          <w:b/>
        </w:rPr>
        <w:t xml:space="preserve">[55:33] </w:t>
      </w:r>
      <w:r>
        <w:t>tu yeh sab ka haal hai chahe beta ho chahe ghar ho chahe bank balance ho chahe job ho chahe business ho kahin bhi aap jaiye koi khuda ko acknowledge karne wala nahi milega</w:t>
      </w:r>
    </w:p>
    <w:p>
      <w:pPr>
        <w:jc w:val="right"/>
      </w:pPr>
      <w:r>
        <w:t>تو یہ سب کاحالہے چاہے بیٹاہو چاہےگھرہو چاہے بینکبیلنسہوچاہےجابہوچاہےبزنسہو کہیںبھیآپجائیے کوئی خدا کواکنالجکرنے والانہیںملےگا</w:t>
      </w:r>
    </w:p>
    <w:p>
      <w:r>
        <w:rPr>
          <w:b/>
        </w:rPr>
        <w:t xml:space="preserve">[55:51] </w:t>
      </w:r>
      <w:r>
        <w:t>lift service ke taur par kuch kar dete hain hum kuch log</w:t>
      </w:r>
    </w:p>
    <w:p>
      <w:pPr>
        <w:jc w:val="right"/>
      </w:pPr>
      <w:r>
        <w:t>لفٹسروسکےطورپرکچھکردیتےہیںہمکچھلوگ</w:t>
      </w:r>
    </w:p>
    <w:p>
      <w:r>
        <w:rPr>
          <w:b/>
        </w:rPr>
        <w:t xml:space="preserve">[55:54] </w:t>
      </w:r>
      <w:r>
        <w:t>lekin kisi ke andar mein tu kam az kam nahi dekhta ke shukar khuda ka yani khuda ke shukar ka darya beh raha ho uske seene mein khuda ke shukar ke chashme jari ho gaye hon uske seene mein khuda ke shukar ka samandar uske dil seene mein mojan maar raha ho mein tu nahi dekhta</w:t>
      </w:r>
    </w:p>
    <w:p>
      <w:pPr>
        <w:jc w:val="right"/>
      </w:pPr>
      <w:r>
        <w:t>لیکن کسی کےاندر میں تو کمازکمنہیںدیکھتا کہشکر خدا کا یعنیخداکےشکرکا دریا بہہرہاہواسکےسینےمیں خداکےشکرکےچشمےجاریہوگئےہواسکےسینےمیں خداکےشکرکا سمندراسکےدل سینےمیںموجاںماررہاہو میںتونہیںدیکھتا</w:t>
      </w:r>
    </w:p>
    <w:p>
      <w:r>
        <w:rPr>
          <w:b/>
        </w:rPr>
        <w:t xml:space="preserve">[56:19] </w:t>
      </w:r>
      <w:r>
        <w:t>tu kya hi andhe hain yeh log</w:t>
      </w:r>
    </w:p>
    <w:p>
      <w:pPr>
        <w:jc w:val="right"/>
      </w:pPr>
      <w:r>
        <w:t>توکیاہیاندھےہیںیہلوگ</w:t>
      </w:r>
    </w:p>
    <w:p>
      <w:r>
        <w:rPr>
          <w:b/>
        </w:rPr>
        <w:t xml:space="preserve">[56:26] </w:t>
      </w:r>
      <w:r>
        <w:t>tu mein apne us din ko yaad karta hoon jab mein hotel mein dakhil hua mujhe ghushi aa gayi thi aur har aadmi mujhe dhakailta tha</w:t>
      </w:r>
    </w:p>
    <w:p>
      <w:pPr>
        <w:jc w:val="right"/>
      </w:pPr>
      <w:r>
        <w:t>تومیںاپنےاسدنکویادکرتاہوںجبمیںہوٹلمیںداخلہوا مجھےغشیآگئیتھی اور ہرآدمیمجھے ڈھکیلتاتھا</w:t>
      </w:r>
    </w:p>
    <w:p>
      <w:r>
        <w:rPr>
          <w:b/>
        </w:rPr>
        <w:t xml:space="preserve">[56:40] </w:t>
      </w:r>
      <w:r>
        <w:t>kyun ke aap jab dikhai na de raha ho idhar jayenge tab kisi se takrayenge idhar jayenge tu kisi se takrayenge</w:t>
      </w:r>
    </w:p>
    <w:p>
      <w:pPr>
        <w:jc w:val="right"/>
      </w:pPr>
      <w:r>
        <w:t>کیونکہآپجب دکھائینہدےرہاہو ادھرجائیںگےتبکسیسےٹکرائیںگے ادھرجائیںگےتوکسیسےٹکرائیںگے</w:t>
      </w:r>
    </w:p>
    <w:p>
      <w:r>
        <w:rPr>
          <w:b/>
        </w:rPr>
        <w:t xml:space="preserve">[56:49] </w:t>
      </w:r>
      <w:r>
        <w:t>ek jagah kuch bartan gir gaya woh hotel wala laga gussa hone ke kaha kaha andha aadmi aa gaya</w:t>
      </w:r>
    </w:p>
    <w:p>
      <w:pPr>
        <w:jc w:val="right"/>
      </w:pPr>
      <w:r>
        <w:t>ایکجگہکچھبرتنگرگیا وہ ہوٹلوالالگاغصہہونےکےکہاکہاکہااندھاآدمیآگیا</w:t>
      </w:r>
    </w:p>
    <w:p>
      <w:r>
        <w:rPr>
          <w:b/>
        </w:rPr>
        <w:t xml:space="preserve">[56:57] </w:t>
      </w:r>
      <w:r>
        <w:t>tu woh woh lamha mujhe yaad aata hai ke akhir tum mein mujhe andha uthaya jaye tu kya hoga</w:t>
      </w:r>
    </w:p>
    <w:p>
      <w:pPr>
        <w:jc w:val="right"/>
      </w:pPr>
      <w:r>
        <w:t>تو وہ وہ لمحہمجھےیادآتاہے کہآخرتمیںمجھےاندھااٹھایاجائے توکیاہوگا</w:t>
      </w:r>
    </w:p>
    <w:p>
      <w:r>
        <w:rPr>
          <w:b/>
        </w:rPr>
        <w:t xml:space="preserve">[57:07] </w:t>
      </w:r>
      <w:r>
        <w:t>aur sare log mujhe andhe nazar aate hain</w:t>
      </w:r>
    </w:p>
    <w:p>
      <w:pPr>
        <w:jc w:val="right"/>
      </w:pPr>
      <w:r>
        <w:t>اور سارےلوگ مجھےاندھےنظرآتےہیں</w:t>
      </w:r>
    </w:p>
    <w:p>
      <w:r>
        <w:rPr>
          <w:b/>
        </w:rPr>
        <w:t xml:space="preserve">[57:17] </w:t>
      </w:r>
      <w:r>
        <w:t>tu yeh hai islam and life ka matlab islam and life yaad rakhein koi ritual mein jeene ka naam nahi hai</w:t>
      </w:r>
    </w:p>
    <w:p>
      <w:pPr>
        <w:jc w:val="right"/>
      </w:pPr>
      <w:r>
        <w:t>تویہہے اسلام انڈےلائفکامطلب اسلام انڈےلائفیادرکھیںکوئیریچولمیںجینےکانامنہیںہے</w:t>
      </w:r>
    </w:p>
    <w:p>
      <w:r>
        <w:rPr>
          <w:b/>
        </w:rPr>
        <w:t xml:space="preserve">[57:27] </w:t>
      </w:r>
      <w:r>
        <w:t>kuch rituals nahi hain ke subah kar lo sham kar lo rituals nahi shukar ke samandar mein ghota lagane ka naam hai</w:t>
      </w:r>
    </w:p>
    <w:p>
      <w:pPr>
        <w:jc w:val="right"/>
      </w:pPr>
      <w:r>
        <w:t>کچھ ریچولزنہیںہیںکہصبحکرلو شامکرلوریچولز نہیں شکر کےسم ندرمیںغوطہلگانےکانام ہے</w:t>
      </w:r>
    </w:p>
    <w:p>
      <w:r>
        <w:rPr>
          <w:b/>
        </w:rPr>
        <w:t xml:space="preserve">[57:40] </w:t>
      </w:r>
      <w:r>
        <w:t>apne andar jin ti shaksiyat banane ka naam hai</w:t>
      </w:r>
    </w:p>
    <w:p>
      <w:pPr>
        <w:jc w:val="right"/>
      </w:pPr>
      <w:r>
        <w:t>اپنےاندر جن تی شخص یت بنانےکانامہے</w:t>
      </w:r>
    </w:p>
    <w:p>
      <w:r>
        <w:rPr>
          <w:b/>
        </w:rPr>
        <w:t xml:space="preserve">[57:47] </w:t>
      </w:r>
      <w:r>
        <w:t>apne aap ko woh insaan banane ka naam hai jo jannat ke liye deserve kare</w:t>
      </w:r>
    </w:p>
    <w:p>
      <w:pPr>
        <w:jc w:val="right"/>
      </w:pPr>
      <w:r>
        <w:t>اپنےآپ کووہانسانبنانےکانامہےجو جنتکےلیے ڈیزروکرے</w:t>
      </w:r>
    </w:p>
    <w:p>
      <w:r>
        <w:rPr>
          <w:b/>
        </w:rPr>
        <w:t xml:space="preserve">[57:53] </w:t>
      </w:r>
      <w:r>
        <w:t>rozana ke tajrubaat mein</w:t>
      </w:r>
    </w:p>
    <w:p>
      <w:pPr>
        <w:jc w:val="right"/>
      </w:pPr>
      <w:r>
        <w:t>روزانہکےتجرباتمیں</w:t>
      </w:r>
    </w:p>
    <w:p>
      <w:r>
        <w:rPr>
          <w:b/>
        </w:rPr>
        <w:t xml:space="preserve">[57:58] </w:t>
      </w:r>
      <w:r>
        <w:t>subah ek telephone aaya mere paas bombay se ek sahib ne kaha mujhe falan jagah jana tha lekin celebrities ke haan bohat paṛha lag gaya hai mein kaise jaon aur aaj bohat paṛha laga hua hai bombay mein celebrities ke haan tu mein ne kaha ke dekhiye agar mumkin hai tu dua work nahi mumkin hai tu dua work</w:t>
      </w:r>
    </w:p>
    <w:p>
      <w:pPr>
        <w:jc w:val="right"/>
      </w:pPr>
      <w:r>
        <w:t>صبحایکٹیلیفونآیامیرےپاسبمبئیسےایکصاحبنےکہاکہمجھےفلاںجگہجاناتھالیکن سیلیبریٹیز کےہاںبہت پڑھالگگیاہےمیںکیسےجاؤں اور آجبہت پڑھالگاہواہے بمبئیمیں سیلیبریٹیزکےہاں تومیںنےکہاکہدیکھیے اگر ممکنہے تو دعاورک نہیںممکنہےتو دعاورک</w:t>
      </w:r>
    </w:p>
    <w:p>
      <w:r>
        <w:rPr>
          <w:b/>
        </w:rPr>
        <w:t xml:space="preserve">[58:21] </w:t>
      </w:r>
      <w:r>
        <w:t>ja saken tu dua work kijiye nahi ja saken tu dua work kijiye dua bhi ek work hai yeh hai momin ka mizaj</w:t>
      </w:r>
    </w:p>
    <w:p>
      <w:pPr>
        <w:jc w:val="right"/>
      </w:pPr>
      <w:r>
        <w:t>جاسکیں تو دعاورککیجئے نہیںجاسکیںتودعاورککیجئے دعابھیایکورکہے یہہےمومنکا مزاج</w:t>
      </w:r>
    </w:p>
    <w:p>
      <w:r>
        <w:rPr>
          <w:b/>
        </w:rPr>
        <w:t xml:space="preserve">[58:33] </w:t>
      </w:r>
      <w:r>
        <w:t>tu mein Allah taala se dua karta hoon ke aap hum ko aur aap ko tofeeq de ke hum Allah ki marzi ke mutabiq duniya mein rahen aur jannat mein hamein hissa mile aqool qawlih hadha wastaghfirullah li walakum ajmaeen</w:t>
      </w:r>
    </w:p>
    <w:p>
      <w:pPr>
        <w:jc w:val="right"/>
      </w:pPr>
      <w:r>
        <w:t>تو میںاللہتعالیسےدعاکرتاہوںکہآپہمکواورآپکو توفیقدےکہہم اللہ کیمرضیکےمطابقدنیا میںرہیں اور جنتمیں ہمیںحصہملے أقول قوليهذا واستغفراللہ ليولكماجمعین</w:t>
      </w:r>
    </w:p>
    <w:p>
      <w:r>
        <w:rPr>
          <w:b/>
        </w:rPr>
        <w:t xml:space="preserve">[59:02] </w:t>
      </w:r>
      <w:r>
        <w:t>hazrat aqwanand vine ne new delhi se likha hai "Moulanakindlyexp lain these two Quranicvers es. Thefirst is inChap ter 13 ,versenumber 1 1 ,</w:t>
      </w:r>
    </w:p>
    <w:p>
      <w:pPr>
        <w:jc w:val="right"/>
      </w:pPr>
      <w:r>
        <w:t>حضرت عقوانندوینے نئیدلیسےلکھاہے "Moulanakindlyexp lain these two Quranicvers es. Thefirst is inChap ter 13 ,versenumber 1 1 ,</w:t>
      </w:r>
    </w:p>
    <w:p>
      <w:r>
        <w:rPr>
          <w:b/>
        </w:rPr>
        <w:t xml:space="preserve">[59:16] </w:t>
      </w:r>
      <w:r>
        <w:t>which says: 'Eachhas guardian ang els before him and behind him , who watchhim at God 'scomm and.'</w:t>
      </w:r>
    </w:p>
    <w:p>
      <w:pPr>
        <w:jc w:val="right"/>
      </w:pPr>
      <w:r>
        <w:t>which says: 'Eachhas guardian ang els before him and behind him , who watchhim at God 'scomm and.'</w:t>
      </w:r>
    </w:p>
    <w:p>
      <w:r>
        <w:rPr>
          <w:b/>
        </w:rPr>
        <w:t xml:space="preserve">[59:26] </w:t>
      </w:r>
      <w:r>
        <w:t>Thereisanother vers e inChap ter 7 2 ,versenumber 2 7 ,where itismentioned :'God sendsdown guardians who walk before them and behind them.' Moulanaصاحب,kindlyexplainthese twovers es.' dekhiye yeh do ayatein jo hain yeh daee ke bare mein hain</w:t>
      </w:r>
    </w:p>
    <w:p>
      <w:pPr>
        <w:jc w:val="right"/>
      </w:pPr>
      <w:r>
        <w:t>Thereisanother vers e inChap ter 7 2 ,versenumber 2 7 ,where itismentioned :'God sendsdown guardians who walk before them and behind them.' Moulanaصاحب,kindlyexplainthese twovers es.' دیکھیے یہ دوآیتیںجوہیں یہ داعیکےبارےمیں ہیں</w:t>
      </w:r>
    </w:p>
    <w:p>
      <w:r>
        <w:rPr>
          <w:b/>
        </w:rPr>
        <w:t xml:space="preserve">[59:53] </w:t>
      </w:r>
      <w:r>
        <w:t>rasool Allah ke bare mein hain tu rasool Allah ke baad jo dawat ka kaam kare woh is par bhi apply hoti hain is mein bataya gaya hai ke jo aadmi dawat ka kaam karta hai tu uske aage aur peechay farishte hote hain</w:t>
      </w:r>
    </w:p>
    <w:p>
      <w:pPr>
        <w:jc w:val="right"/>
      </w:pPr>
      <w:r>
        <w:t>رسولاللہکےبارےمیںہیں تو رسولاللہ کےبعد جو دعوتکاکامکرے وہ اسپربھی اپلائیہوتیہیں اسمیںبتایاگیاہےکہ جو آدمیدعوتکاکامکرتاہےتواسکے آگےاورپیچھے فرشتےہوتےہیں</w:t>
      </w:r>
    </w:p>
    <w:p>
      <w:r>
        <w:rPr>
          <w:b/>
        </w:rPr>
        <w:t xml:space="preserve">[1:00:14] </w:t>
      </w:r>
      <w:r>
        <w:t>iski safety ke liye</w:t>
      </w:r>
    </w:p>
    <w:p>
      <w:pPr>
        <w:jc w:val="right"/>
      </w:pPr>
      <w:r>
        <w:t>اسکی سیفٹیکےلیے</w:t>
      </w:r>
    </w:p>
    <w:p>
      <w:r>
        <w:rPr>
          <w:b/>
        </w:rPr>
        <w:t xml:space="preserve">[1:00:18] </w:t>
      </w:r>
      <w:r>
        <w:t>kaisi ajeeb ayat hai yeh</w:t>
      </w:r>
    </w:p>
    <w:p>
      <w:pPr>
        <w:jc w:val="right"/>
      </w:pPr>
      <w:r>
        <w:t>کیسیعجیبآیتہےیہ</w:t>
      </w:r>
    </w:p>
    <w:p>
      <w:r>
        <w:rPr>
          <w:b/>
        </w:rPr>
        <w:t xml:space="preserve">[1:00:21] </w:t>
      </w:r>
      <w:r>
        <w:t>dekhiye quran mein ek to yeh hai iz yatalaqqal mutalaqqi aani al yameeni wa aani al shamali qaydun ma yal fazu min qawlin illa ladaiy raqibun ateed yani har aadmi ke ek dayen aur ek bayen farishte hote hain do farishte har aadmi ke saath hote hain taake uski har baat ko woh record karein</w:t>
      </w:r>
    </w:p>
    <w:p>
      <w:pPr>
        <w:jc w:val="right"/>
      </w:pPr>
      <w:r>
        <w:t>دیکھیےقرآنمیں ایکتویہہے إِذْيَتَلَقَّىالْمُتَلَقِّىٰۤاعَنِالْيَمِينِوَعَنِالشَّبَالِقَيِّدٌ مَايَلْفَظَمِنْقَوْلٍإِلَّالَدَيهُرَقِيبٌعَتِيدٌ یعنی ہرآدمی کے ایک دائیںاورایک بائیں فرشتہہوتاہے دو فرشتےہرآدمیکےساتھ ہوتےہیں تاکہ اسکیہرباتکو وہ ریکارڈکریں</w:t>
      </w:r>
    </w:p>
    <w:p>
      <w:r>
        <w:rPr>
          <w:b/>
        </w:rPr>
        <w:t xml:space="preserve">[1:00:49] </w:t>
      </w:r>
      <w:r>
        <w:t>jo kuch bolay jo bhi woh koi kaam karay woh sab record kartay hain record kartay hain chobees ghantay woh</w:t>
      </w:r>
    </w:p>
    <w:p>
      <w:pPr>
        <w:jc w:val="right"/>
      </w:pPr>
      <w:r>
        <w:t>جو کچھبول ے جوبھی وہکوئی کام کرے وہسب ریکارڈکرتےہیںریکارڈکرتےہیںچوبیسگھنٹےوہ</w:t>
      </w:r>
    </w:p>
    <w:p>
      <w:r>
        <w:rPr>
          <w:b/>
        </w:rPr>
        <w:t xml:space="preserve">[1:00:56] </w:t>
      </w:r>
      <w:r>
        <w:t>saath hotay hain to yeh to doosray alag farishtay hain yeh</w:t>
      </w:r>
    </w:p>
    <w:p>
      <w:pPr>
        <w:jc w:val="right"/>
      </w:pPr>
      <w:r>
        <w:t>ساتھہوتےہیں تویہتو دوسرےالگفرشتےہیںیہ</w:t>
      </w:r>
    </w:p>
    <w:p>
      <w:r>
        <w:rPr>
          <w:b/>
        </w:rPr>
        <w:t xml:space="preserve">[1:01:03] </w:t>
      </w:r>
      <w:r>
        <w:t>woh momin woh believer non-believer sab kay saath hotay hain</w:t>
      </w:r>
    </w:p>
    <w:p>
      <w:pPr>
        <w:jc w:val="right"/>
      </w:pPr>
      <w:r>
        <w:t>وہ مومن وہ believernon-believerسبکےساتھہوتےہیں</w:t>
      </w:r>
    </w:p>
    <w:p>
      <w:r>
        <w:rPr>
          <w:b/>
        </w:rPr>
        <w:t xml:space="preserve">[1:01:08] </w:t>
      </w:r>
      <w:r>
        <w:t>yeh jo do ayatein hain yeh khaas tor par yeh bohat hi special arrangement ki baatein hain yeh</w:t>
      </w:r>
    </w:p>
    <w:p>
      <w:pPr>
        <w:jc w:val="right"/>
      </w:pPr>
      <w:r>
        <w:t>یہجودوآیتیںہیں یہ خاص طورپر یہبہتہی special arrangementکیباتیںہیںیہ</w:t>
      </w:r>
    </w:p>
    <w:p>
      <w:r>
        <w:rPr>
          <w:b/>
        </w:rPr>
        <w:t xml:space="preserve">[1:01:16] </w:t>
      </w:r>
      <w:r>
        <w:t>aur yeh hai kis kay liye daee kay liye</w:t>
      </w:r>
    </w:p>
    <w:p>
      <w:pPr>
        <w:jc w:val="right"/>
      </w:pPr>
      <w:r>
        <w:t>اوریہہےکسکےلیے داعیکےلیے</w:t>
      </w:r>
    </w:p>
    <w:p>
      <w:r>
        <w:rPr>
          <w:b/>
        </w:rPr>
        <w:t xml:space="preserve">[1:01:20] </w:t>
      </w:r>
      <w:r>
        <w:t>dekhein jab bhi koi aadmi dawat ke liye uthta hai sachhi dawat ke liye to woh uske saamne yeh sawal aata hai ke main mere wasail to bahut kam hain main kaise dawat ka kaam karunga insano ki taraf se mukhalifat hogi log mere host ile ho jayenge wagera wagera to kya hoga</w:t>
      </w:r>
    </w:p>
    <w:p>
      <w:pPr>
        <w:jc w:val="right"/>
      </w:pPr>
      <w:r>
        <w:t>دیکھیںجببھی کوئیآدمیدعوتکےلیےاٹھتاہے سچیدعوتکےلیے تو وہاسکے سامنے یہسوالآتاہےکہمیں میرے وسائلتوبہت کمہیں میںکیسے دعوتکاکامکروںگا انسانوںکیطرفسےمخالفتہوگی لوگ میرے host ileہوجائیںگے وغیرہوغیرہتوکیاہوگا</w:t>
      </w:r>
    </w:p>
    <w:p>
      <w:r>
        <w:rPr>
          <w:b/>
        </w:rPr>
        <w:t xml:space="preserve">[1:01:48] </w:t>
      </w:r>
      <w:r>
        <w:t>to yeh zaroor sawal aata hai uske zehan mein agar sachhi dawat ke liye uthta hai tab to yeh Allah taala ki taraf se yaqeenan dhyani hai ek assurance ki baat hai ke tum dawat ke liye utho woh hamara kaam hai yeh Allah taala ka kaam hai isko Allah ki nusrat kaha gaya hai quran majeed mein dawat ke kaam ko Allah taala ne khuda ki nusrat kaha hai</w:t>
      </w:r>
    </w:p>
    <w:p>
      <w:pPr>
        <w:jc w:val="right"/>
      </w:pPr>
      <w:r>
        <w:t>تویہضرورسوالآتاہےاسکےذہنمیںاگرسچیدعوتکےلیےاٹھتاہےتب تویہ اللہ تعالی کیطرف سےیقیندہانیہے ایکassurance کیباتہے کہتم دعوت کے لیےاٹھووہہماراکام ہےیہاللہتعالیکاکامہے اسکو اللہ کینصرتکہاگیاہےقرآنمجیدمیں دعوتکےکامکواللہ تعالینے خدا کی نصرتبت ایاہے</w:t>
      </w:r>
    </w:p>
    <w:p>
      <w:r>
        <w:rPr>
          <w:b/>
        </w:rPr>
        <w:t xml:space="preserve">[1:02:17] </w:t>
      </w:r>
      <w:r>
        <w:t>to jo aadmi khuda ki nusrat ke liye uthta hai to khuda ki taraf se yeh wada hai ke uske aage peeche dayen bayen farishte hote hain jo uske kaam banate rehte hain</w:t>
      </w:r>
    </w:p>
    <w:p>
      <w:pPr>
        <w:jc w:val="right"/>
      </w:pPr>
      <w:r>
        <w:t>تو جو آدمی خداکینصرتکےلیےاٹھتاہے توخداکیطرفسےیہوعدہہے کہاسکےآگےپیچھےدائیںبائیںفرشتےہوتےہیں جو اسکےکامبناتےرہتےہیں</w:t>
      </w:r>
    </w:p>
    <w:p>
      <w:r>
        <w:rPr>
          <w:b/>
        </w:rPr>
        <w:t xml:space="preserve">[1:02:32] </w:t>
      </w:r>
      <w:r>
        <w:t>hum log Allah ke fazl se dawat ka jo kaam kar rahe hain to hamein bar bar tajurba hota hai ke jahan hum helpless hote hain wahan kis tarike se koi aakar kaam bana deta hai woh farishte hota hai bar bar iska tajurba hota</w:t>
      </w:r>
    </w:p>
    <w:p>
      <w:pPr>
        <w:jc w:val="right"/>
      </w:pPr>
      <w:r>
        <w:t>ہملوگاللہ کےفضلسےدعوتکاجوکامکررہےہیں توہمیںباربار تجربہہوتاہے کہجہاںہمhelplessہوتےہیں وہاں کسطریقےسے کوئیآکرکامبنادیتاہے وہفرشتہہوتاہے باربار اسکاتجربہہوت</w:t>
      </w:r>
    </w:p>
    <w:p>
      <w:r>
        <w:rPr>
          <w:b/>
        </w:rPr>
        <w:t xml:space="preserve">[1:02:53] </w:t>
      </w:r>
      <w:r>
        <w:t>hai jitne hamare saathi hain woh batate rehte hain ke aisa hua aur hum samajhte the ke hum to bebas ho gaye ya to dawah work ho ga nahi achaanak aise halaat badle ke dawah work khoob khoob hua</w:t>
      </w:r>
    </w:p>
    <w:p>
      <w:pPr>
        <w:jc w:val="right"/>
      </w:pPr>
      <w:r>
        <w:t>اہےجتنےہمارےساتھیہیں وہ بتاتےرہتےہیں کہ ایسا ہوا اور ہم سمجھتےتھےکہہمتوبےبسہوگئےیاتودعویٰworkہوگانہیں اچانکایسےحالاتبدلےکہدعویٰwork خوبخوبہوا</w:t>
      </w:r>
    </w:p>
    <w:p>
      <w:r>
        <w:rPr>
          <w:b/>
        </w:rPr>
        <w:t xml:space="preserve">[1:03:12] </w:t>
      </w:r>
      <w:r>
        <w:t>is tarah ki khabrein hum bar bar log de rahe hain telephone par ya khat likh kar ke mulaqat ke waqt aur yeh saara duniya mein yeh tajurba ho raha hai</w:t>
      </w:r>
    </w:p>
    <w:p>
      <w:pPr>
        <w:jc w:val="right"/>
      </w:pPr>
      <w:r>
        <w:t>اسطرحکیخبریںہم بار بار لوگدےرہےہیںٹیلیفونپریاخطلکھکرکے ملاقاتکےوقت اور یہساریدنیا میںیہتجربہہورہاہے</w:t>
      </w:r>
    </w:p>
    <w:p>
      <w:r>
        <w:rPr>
          <w:b/>
        </w:rPr>
        <w:t xml:space="preserve">[1:03:24] </w:t>
      </w:r>
      <w:r>
        <w:t>to behal jo log dawat ke liye uthe unke liye bahut bada solace hai bahut bada itminan ki baat hai ke khuda mere saath hai khuda mere saath hai phir to main dawah work karunga yeh ehsaas ke main khuda ke kaam ke liye utha hoon khuda ke farishte mere saath hain main kaam koi bigadne nahi denge woh</w:t>
      </w:r>
    </w:p>
    <w:p>
      <w:pPr>
        <w:jc w:val="right"/>
      </w:pPr>
      <w:r>
        <w:t>تو بہرحال جو لوگ دعوتکےلیےاٹھے انکےلیے بہت بڑا solaceہے بہت بڑااطمینانکیباتہے کہخدامیرےساتھ ہے خدامیرےساتھ ہے پھرتومیںدعویٰworkکروںگا یہ احساس کہمیں خداکےکامکےلیےاٹھاہوں خدا کےفرشتےمیرےساتھ ہیں میں کامکو ئیبگڑنےنہیںدیںگےوہ</w:t>
      </w:r>
    </w:p>
    <w:p>
      <w:r>
        <w:rPr>
          <w:b/>
        </w:rPr>
        <w:t xml:space="preserve">[1:03:52] </w:t>
      </w:r>
      <w:r>
        <w:t>yeh ehsaas usko ek ek bepanah yaqeen conviction deta hai</w:t>
      </w:r>
    </w:p>
    <w:p>
      <w:pPr>
        <w:jc w:val="right"/>
      </w:pPr>
      <w:r>
        <w:t>یہ احساس اسکو ایک ایک بےپناہ یقین conv ictionدیتاہے</w:t>
      </w:r>
    </w:p>
    <w:p>
      <w:r>
        <w:rPr>
          <w:b/>
        </w:rPr>
        <w:t xml:space="preserve">[1:04:00] </w:t>
      </w:r>
      <w:r>
        <w:t>to yeh jo do ayatein quran majeed ki hain yeh bahut hi special arrangement daai ke liye jo hai Allah taala ki taraf se usko batati hain</w:t>
      </w:r>
    </w:p>
    <w:p>
      <w:pPr>
        <w:jc w:val="right"/>
      </w:pPr>
      <w:r>
        <w:t>تویہ جو دوآیتیںقرآنمجیدکیہیں یہ بہتہی special arr angement داعیکےلیےجوہے اللہ تعالیکیطرفسے اسکو بت اتیہیں</w:t>
      </w:r>
    </w:p>
    <w:p>
      <w:r>
        <w:rPr>
          <w:b/>
        </w:rPr>
        <w:t xml:space="preserve">[1:04:12] </w:t>
      </w:r>
      <w:r>
        <w:t>Moulana Masood Bashir aamir ne Pakistan se likha hai</w:t>
      </w:r>
    </w:p>
    <w:p>
      <w:pPr>
        <w:jc w:val="right"/>
      </w:pPr>
      <w:r>
        <w:t>مول انامس ز بش ریٰ عامرنے پاکستانسےلکھاہے</w:t>
      </w:r>
    </w:p>
    <w:p>
      <w:r>
        <w:rPr>
          <w:b/>
        </w:rPr>
        <w:t xml:space="preserve">[1:04:19] </w:t>
      </w:r>
      <w:r>
        <w:t>woh poochh rahi hain ke Maulana sahib humne aap ki kafi speeches sun li hain hum kya karein apni tabdeeli ka safar kahan se shuru karein Pakistan mein bahut sari mazhab ke naam par jamaatein hain hum apne aap ko bachakar har fitne se door rakhne ki koshish kar rahe hain har fasad aur har conspiracy se safe karne ki struggle bhi shuru kar chuke hain</w:t>
      </w:r>
    </w:p>
    <w:p>
      <w:pPr>
        <w:jc w:val="right"/>
      </w:pPr>
      <w:r>
        <w:t>وہپوچھرہیہیں کہ مول اناصاحب ہمنے آپ کی کافی spe echesسن لیہیں ہمکیا کریں اپنی تبدیلیکا سفر کہاںسےشروع کریں پاکستانمیں بہت ساری مذہبکےنام پر جماعتیںہیں ہم اپنے آپ کو بچاکر ہر فتنےسے دور رکھ نےکیکوش ش کررہےہیں ہر فساداور ہر con spira cyسے safeکرنے کی struggleبھیشروع کرچکےہیں</w:t>
      </w:r>
    </w:p>
    <w:p>
      <w:r>
        <w:rPr>
          <w:b/>
        </w:rPr>
        <w:t xml:space="preserve">[1:04:48] </w:t>
      </w:r>
      <w:r>
        <w:t>hum principle of avoidance ko realize karne ki koshish kar rahe hain please rehnumai farmayein tabdeeli kaise layein</w:t>
      </w:r>
    </w:p>
    <w:p>
      <w:pPr>
        <w:jc w:val="right"/>
      </w:pPr>
      <w:r>
        <w:t>ہم princip le of avoidance کو realiz eکرنےکیکوش ش کررہےہیں ple ase رہنمائیفرمائیں تبد یلیکیسےلائیں</w:t>
      </w:r>
    </w:p>
    <w:p>
      <w:r>
        <w:rPr>
          <w:b/>
        </w:rPr>
        <w:t xml:space="preserve">[1:05:02] </w:t>
      </w:r>
      <w:r>
        <w:t>jeeto aap yani jo sahib ne likha hai woh already woh kaam kar rahe hain mashallah hamein to badi khushi hai ke jo kaam kar rahe hain wohi karne ka kaam hai</w:t>
      </w:r>
    </w:p>
    <w:p>
      <w:pPr>
        <w:jc w:val="right"/>
      </w:pPr>
      <w:r>
        <w:t>جیتوآپ یعنی جو صاحبنےلکھاہےوہ already وہیکام کررہےہیںماشاءاللہہمیںتوبڑیخوشیہے کہجوکام کررہےہیںوہیتوکرنےکاکامہے</w:t>
      </w:r>
    </w:p>
    <w:p>
      <w:r>
        <w:rPr>
          <w:b/>
        </w:rPr>
        <w:t xml:space="preserve">[1:05:12] </w:t>
      </w:r>
      <w:r>
        <w:t>himmat dua kartay hain kay hankaa yeh kaam jo hai aur ziyada</w:t>
      </w:r>
    </w:p>
    <w:p>
      <w:pPr>
        <w:jc w:val="right"/>
      </w:pPr>
      <w:r>
        <w:t>ہمتودعاکرتے ہیںکہانکایہکامجوہے اور زیادہ</w:t>
      </w:r>
    </w:p>
    <w:p>
      <w:r>
        <w:rPr>
          <w:b/>
        </w:rPr>
        <w:t xml:space="preserve">[1:05:16] </w:t>
      </w:r>
      <w:r>
        <w:t>effective ho aur ziyada</w:t>
      </w:r>
    </w:p>
    <w:p>
      <w:pPr>
        <w:jc w:val="right"/>
      </w:pPr>
      <w:r>
        <w:t>eff ectiveہو اورزیادہ</w:t>
      </w:r>
    </w:p>
    <w:p>
      <w:r>
        <w:rPr>
          <w:b/>
        </w:rPr>
        <w:t xml:space="preserve">[1:05:20] </w:t>
      </w:r>
      <w:r>
        <w:t>muassir ho bilkul sahih qism mein woh kaam kar rahay hain</w:t>
      </w:r>
    </w:p>
    <w:p>
      <w:pPr>
        <w:jc w:val="right"/>
      </w:pPr>
      <w:r>
        <w:t>مؤثرہو بالکل صحیحسمتمیںوہکامکررہےہیں</w:t>
      </w:r>
    </w:p>
    <w:p>
      <w:r>
        <w:rPr>
          <w:b/>
        </w:rPr>
        <w:t xml:space="preserve">[1:05:26] </w:t>
      </w:r>
      <w:r>
        <w:t>mein yahan yeh add karoon ga kay is zamanay mein musalmanon ka aik</w:t>
      </w:r>
    </w:p>
    <w:p>
      <w:pPr>
        <w:jc w:val="right"/>
      </w:pPr>
      <w:r>
        <w:t>میںیہاںیہaddکروںگاکہاسزمان ےمیں مسلمانوںکاایک</w:t>
      </w:r>
    </w:p>
    <w:p>
      <w:r>
        <w:rPr>
          <w:b/>
        </w:rPr>
        <w:t xml:space="preserve">[1:05:31] </w:t>
      </w:r>
      <w:r>
        <w:t>universal jo masla hai universal jo hota hai woh negativity hai</w:t>
      </w:r>
    </w:p>
    <w:p>
      <w:pPr>
        <w:jc w:val="right"/>
      </w:pPr>
      <w:r>
        <w:t>universalجومسئلہہے universalجو ہوتاہےوہnegativ ityہے</w:t>
      </w:r>
    </w:p>
    <w:p>
      <w:r>
        <w:rPr>
          <w:b/>
        </w:rPr>
        <w:t xml:space="preserve">[1:05:36] </w:t>
      </w:r>
      <w:r>
        <w:t>negativity har aadmi negative bana hua hai</w:t>
      </w:r>
    </w:p>
    <w:p>
      <w:pPr>
        <w:jc w:val="right"/>
      </w:pPr>
      <w:r>
        <w:t>neg ativ ity ہرآدمیnegative بناہواہے</w:t>
      </w:r>
    </w:p>
    <w:p>
      <w:r>
        <w:rPr>
          <w:b/>
        </w:rPr>
        <w:t xml:space="preserve">[1:05:42] </w:t>
      </w:r>
      <w:r>
        <w:t>kal maine kisi se kaha ke negativity jo hai woh koi saada baat nahi hai kisi ne masjid tod di to aap usse negative ho gaye kisi ne koi land par qabza kar li to wahan aap negative ho gaye kisi ne koi maadi nuksan pahunchaya to aap negative ho gaye to yeh to hota hi hota hai duniya mein</w:t>
      </w:r>
    </w:p>
    <w:p>
      <w:pPr>
        <w:jc w:val="right"/>
      </w:pPr>
      <w:r>
        <w:t>کل میںنےکسیسےکہاکہneg ativ ityجوہے وہ کوئیسادہباتنہیں ہے کسی نےمسجدتوڑدی توآپ اسسے neg ativeہوگئے کسی نےکوئیland پرقبضہکرلیاتووہاںآپnegativeہوگئے کسی نےکوئی مادینقصانپہنچایاتوآپnegativeہوگئے تو یہتوہوتاہیہوتاہےدنیا میں</w:t>
      </w:r>
    </w:p>
    <w:p>
      <w:r>
        <w:rPr>
          <w:b/>
        </w:rPr>
        <w:t xml:space="preserve">[1:06:05] </w:t>
      </w:r>
      <w:r>
        <w:t>Adam se le kar aaj tak yeh jaari raha hai kabhi khatm nahi hoga to iska matlab hai ke aap ko negativity mein jeena padega aap ko woh yeh hai musalmano ka haal saare hi musalman shayad without any exception siwaye hamari jo CPS ki team hai woh yeh Allah ke fazl se bachi hui hai isse sab jeete hain manfi soch mein negativity mein</w:t>
      </w:r>
    </w:p>
    <w:p>
      <w:pPr>
        <w:jc w:val="right"/>
      </w:pPr>
      <w:r>
        <w:t>آدمسےلےکرآجتک یہ جاریرہاہےکبھیختمنہیںہوگاتواسمع نیہےکہآپ کوnegativ ityمیںجیناپڑےگاآپکو وہیہے مسلمانوںکاحال سارےہی مس لمان شاید without any ex ception سوائےہماریجو سیپیایسکیٹیم ہے وہ یہاللہکےفضلسےبچیہوئیہےاسسے سب جیتےہیں منفی سوچمیں negativ ityمیں</w:t>
      </w:r>
    </w:p>
    <w:p>
      <w:r>
        <w:rPr>
          <w:b/>
        </w:rPr>
        <w:t xml:space="preserve">[1:06:32] </w:t>
      </w:r>
      <w:r>
        <w:t>shikayat nafrat ghussa inteqam protest is mein jeete hain dekhiye yeh saada baat nahi hai yeh saada baat nahi hai iske matlab yeh hain ke aap ne Khuda ke siwa kisi aur ko concern bana liya yeh saada baat nahi hai</w:t>
      </w:r>
    </w:p>
    <w:p>
      <w:pPr>
        <w:jc w:val="right"/>
      </w:pPr>
      <w:r>
        <w:t>شک ایت نفرت غصہ انتقام protest اسیمیںجیتےہیں دیکھیےیہسادہباتنہیںہے یہسادہباتنہیںہے اسکےمعنییہہیںکہآپنے خداکےسواکسی اورکو concernبنالیا یہسادہباتنہیںہے</w:t>
      </w:r>
    </w:p>
    <w:p>
      <w:r>
        <w:rPr>
          <w:b/>
        </w:rPr>
        <w:t xml:space="preserve">[1:07:01] </w:t>
      </w:r>
      <w:r>
        <w:t>yani making one's concern something else other than God</w:t>
      </w:r>
    </w:p>
    <w:p>
      <w:pPr>
        <w:jc w:val="right"/>
      </w:pPr>
      <w:r>
        <w:t>یعنی mak ing one 'sconcern somethingelseother than God</w:t>
      </w:r>
    </w:p>
    <w:p>
      <w:r>
        <w:rPr>
          <w:b/>
        </w:rPr>
        <w:t xml:space="preserve">[1:07:08] </w:t>
      </w:r>
      <w:r>
        <w:t>aap dekhiye kitni badi misaal qaim ki hai Abu Bakr ne ke Rasool Allah ki wafat ho gayi ab sab log pareshan hain us waqt woh aate hain woh aap ka body yani wafat ke baad aap ka body wahan pada hua hai aur log pareshan hain</w:t>
      </w:r>
    </w:p>
    <w:p>
      <w:pPr>
        <w:jc w:val="right"/>
      </w:pPr>
      <w:r>
        <w:t>آپدیکھیے کتنیبڑیمثالقائمکیہےابوبکر نے کہرسولاللہکیوفاتہوگئی ابسب لوگپریشانہیں اسوقت وہآتےہیںوہ آپ کاباڈی یعنی وفاتکےبعد آپکاباڈیوہاںپڑاہواہے اور لوگ پریشانہیں</w:t>
      </w:r>
    </w:p>
    <w:p>
      <w:r>
        <w:rPr>
          <w:b/>
        </w:rPr>
        <w:t xml:space="preserve">[1:07:31] </w:t>
      </w:r>
      <w:r>
        <w:t>woh kehte hain ke man kana ya abda Muhammad fa inna Muhammad qad mat wa man kana ya abda Allah fa inna Allaha hayyun la yamut iska literal translation yeh hai ke jo shakhs Muhammad ko poochhta tha to Muhammad mar gaye yahan tarjuma mar gaye kiya ja raha hai kyunke maat hai maat aap yeh nahi keh sakte ke woh wasal ho gaya aur shaheed ho gaye aalam e baala ko pahunch gaye yahan nahi keh sakte aap</w:t>
      </w:r>
    </w:p>
    <w:p>
      <w:pPr>
        <w:jc w:val="right"/>
      </w:pPr>
      <w:r>
        <w:t>وہکہتےہیںکہمن کان یاعبد محمد فإنمحمد قد مات ومنکان یاعبد اللہ فإنالله حي لايم وت اسکا liter altransl ationیہہے کہجو شخص محمد کوپوچھتاتھا تو محمد مرگئے یہاںترجمہمرگئےکیاجارہاہے کیونکہماتہےمات آپیہنہیںکہہسکتےکہوہ وصالہوگیا اور شہیدہوگئے عالم بالاکوپہنچگئےیہاںنہیںکہہسکتےآپ</w:t>
      </w:r>
    </w:p>
    <w:p>
      <w:r>
        <w:rPr>
          <w:b/>
        </w:rPr>
        <w:t xml:space="preserve">[1:08:00] </w:t>
      </w:r>
      <w:r>
        <w:t>tarjuma lafzi karna padega aap ko</w:t>
      </w:r>
    </w:p>
    <w:p>
      <w:pPr>
        <w:jc w:val="right"/>
      </w:pPr>
      <w:r>
        <w:t>ترجمہلفظیکرناپڑےگاآپکو</w:t>
      </w:r>
    </w:p>
    <w:p>
      <w:r>
        <w:rPr>
          <w:b/>
        </w:rPr>
        <w:t xml:space="preserve">[1:08:05] </w:t>
      </w:r>
      <w:r>
        <w:t>man kan ya abd muhammad fa innama muhammad qad mat wa man kan ya abd allahi fa innallaha hayyun la yamut</w:t>
      </w:r>
    </w:p>
    <w:p>
      <w:pPr>
        <w:jc w:val="right"/>
      </w:pPr>
      <w:r>
        <w:t>من کان یاعبد محمد فإنمحمد قد مات ومن کان یاعبداللہ فإناللهحيلايموت</w:t>
      </w:r>
    </w:p>
    <w:p>
      <w:r>
        <w:rPr>
          <w:b/>
        </w:rPr>
        <w:t xml:space="preserve">[1:08:15] </w:t>
      </w:r>
      <w:r>
        <w:t>jo muhammad ko poochhta tha to muhammad mar gaye jo khuda ko poochhta tha to khuda zinda hai is par kabhi maut aane wali nahi hai</w:t>
      </w:r>
    </w:p>
    <w:p>
      <w:pPr>
        <w:jc w:val="right"/>
      </w:pPr>
      <w:r>
        <w:t>جو محمد کوپوچھتاتھا تو محمد مرگئے جوخداکوپوچھتاتھاتوخدازندہہے اسپرکبھیموتآنےوالی نہیں ہے</w:t>
      </w:r>
    </w:p>
    <w:p>
      <w:r>
        <w:rPr>
          <w:b/>
        </w:rPr>
        <w:t xml:space="preserve">[1:08:26] </w:t>
      </w:r>
      <w:r>
        <w:t>to musalman ka jazba yeh hona chahiye ke tum ne meri masjid tod di to tod do mere khuda ko to tod nahi sakte tum tum ne meri ek land chheen li to chheen lo tum mujh se khuda ko chheen nahi sakte</w:t>
      </w:r>
    </w:p>
    <w:p>
      <w:pPr>
        <w:jc w:val="right"/>
      </w:pPr>
      <w:r>
        <w:t>تو مسلمان کا جذبہیہہوناچاہیے کہتم نےمیریمسجدتوڑدیتوتوڑدو میرےخداکوتو توڑنہیںسکتےتم تمنےمیریایکland چھینلیتوچھینلو تم مجھسےخداکوچھیننہیںسکتے</w:t>
      </w:r>
    </w:p>
    <w:p>
      <w:r>
        <w:rPr>
          <w:b/>
        </w:rPr>
        <w:t xml:space="preserve">[1:08:42] </w:t>
      </w:r>
      <w:r>
        <w:t>tum ne falan nuqsan pahuncha diya to pahuncha do khuda ko tum nuqsan nahi pahuncha sakte to khuda mera zinda maujood hai mujh ko dekh raha hai mujhe sambhale hue hai woh qayyum hai to</w:t>
      </w:r>
    </w:p>
    <w:p>
      <w:pPr>
        <w:jc w:val="right"/>
      </w:pPr>
      <w:r>
        <w:t>تم نے فلاںنقصانپہنچادیاتوپہنچادو خداکوتم نقصاننہیںپہنچاسکتے توخدا میرا زندہ موجود ہے مجھکودیکھرہاہےمجھےسنبھالےہوئےہے وہقیومہے تو</w:t>
      </w:r>
    </w:p>
    <w:p>
      <w:r>
        <w:rPr>
          <w:b/>
        </w:rPr>
        <w:t xml:space="preserve">[1:08:55] </w:t>
      </w:r>
      <w:r>
        <w:t>khuda mein jeena</w:t>
      </w:r>
    </w:p>
    <w:p>
      <w:pPr>
        <w:jc w:val="right"/>
      </w:pPr>
      <w:r>
        <w:t>خدامیںجینا</w:t>
      </w:r>
    </w:p>
    <w:p>
      <w:r>
        <w:rPr>
          <w:b/>
        </w:rPr>
        <w:t xml:space="preserve">[1:09:00] </w:t>
      </w:r>
      <w:r>
        <w:t>is se pehle main bata aya tha aap ko ek kitab chhapi america se is mein hai ke the greatest concern of islam is allah to allah ko concern banane ka matlab yeh hai har doosri cheez aap ke liye kuch na rahe agar hai kuch to woh woh woh woh sab shirk ki qism ki cheez hai woh</w:t>
      </w:r>
    </w:p>
    <w:p>
      <w:pPr>
        <w:jc w:val="right"/>
      </w:pPr>
      <w:r>
        <w:t>اسسےپہلے میںبت ایاتھاآپکوایککتاب چھپیامریکہسے اسمیںہےکہ thegreatestconcern ofIslam is اللہ تو اللہ کو concernبنانےکامطلبیہہے ہر دوسریچیزآپکےلیے کچھنہرہے اگر ہےکچھ تو وہ وہ وہ وہ سب شرککیقسم کیچیزہےوہ</w:t>
      </w:r>
    </w:p>
    <w:p>
      <w:r>
        <w:rPr>
          <w:b/>
        </w:rPr>
        <w:t xml:space="preserve">[1:09:25] </w:t>
      </w:r>
      <w:r>
        <w:t>ulama ne likha hai ke shirk khafi hota hai ek shirk jali hota hai yeh sara shirk ki khafi hai yeh</w:t>
      </w:r>
    </w:p>
    <w:p>
      <w:pPr>
        <w:jc w:val="right"/>
      </w:pPr>
      <w:r>
        <w:t>علماءنےلکھاہےکہشرکخفیہوتاہےایکشرکجلیہوتاہے یہساراشرککیخفیہےیہ</w:t>
      </w:r>
    </w:p>
    <w:p>
      <w:r>
        <w:rPr>
          <w:b/>
        </w:rPr>
        <w:t xml:space="preserve">[1:09:33] </w:t>
      </w:r>
      <w:r>
        <w:t>kyun aap nafrat karte hain nafrat ka matlab aap ko shikayat hai ke falan ne mujhe nuqsan pahuncha diya</w:t>
      </w:r>
    </w:p>
    <w:p>
      <w:pPr>
        <w:jc w:val="right"/>
      </w:pPr>
      <w:r>
        <w:t>کیوں آپنفرتکرتے ہیں نفرتکامعنیآپکوشکایتہےکہفلاںنےمجھےنقصانپہنچادیا</w:t>
      </w:r>
    </w:p>
    <w:p>
      <w:r>
        <w:rPr>
          <w:b/>
        </w:rPr>
        <w:t xml:space="preserve">[1:09:41] </w:t>
      </w:r>
      <w:r>
        <w:t>is se oopar uth jaiye is se oopar uth jaiye is se oopar uth jaiye jisay hazrat abu bakr ne kaha tha ke muhammad par maut waqe ho gayi ho gayi allah to zinda hai</w:t>
      </w:r>
    </w:p>
    <w:p>
      <w:pPr>
        <w:jc w:val="right"/>
      </w:pPr>
      <w:r>
        <w:t>اسسےاوپراٹھجائیےاسسےاوپراٹھجائیےاسسےاوپراٹھجائیے جسےحضرتابوبکرنےکہاتھا کہ محمد پرموت واقع ہوئیتوہوگئی اللہ تو زندہہے</w:t>
      </w:r>
    </w:p>
    <w:p>
      <w:r>
        <w:rPr>
          <w:b/>
        </w:rPr>
        <w:t xml:space="preserve">[1:09:52] </w:t>
      </w:r>
      <w:r>
        <w:t>to yeh jazba aap ke andar ho to to to ne meri masjid tod di tod do land chheen li to chheen lo</w:t>
      </w:r>
    </w:p>
    <w:p>
      <w:pPr>
        <w:jc w:val="right"/>
      </w:pPr>
      <w:r>
        <w:t>تویہجذبہآپکےاندرہو تو توتونےمیریمسجدتوڑدی توڑدو land چھینلیاتوچھینلو</w:t>
      </w:r>
    </w:p>
    <w:p>
      <w:r>
        <w:rPr>
          <w:b/>
        </w:rPr>
        <w:t xml:space="preserve">[1:10:02] </w:t>
      </w:r>
      <w:r>
        <w:t>tum ne mere khilaf falan article chhaap diya to chhaap do tum ne meri mere quran ki ya nabee ki woh heenkardee to kardo khuda to zinda hai woh hayyul amwat hai jo</w:t>
      </w:r>
    </w:p>
    <w:p>
      <w:pPr>
        <w:jc w:val="right"/>
      </w:pPr>
      <w:r>
        <w:t>تمنےمیرےخلاف فلاںآرٹیکلچھاپدیاتوچھاپدو تم نےمیری میرے قرآن کییا نبیکیتوہینکردیتوکردو خداتوزندہہے وہحی لا اموتہے جو</w:t>
      </w:r>
    </w:p>
    <w:p>
      <w:r>
        <w:rPr>
          <w:b/>
        </w:rPr>
        <w:t xml:space="preserve">[1:10:20] </w:t>
      </w:r>
      <w:r>
        <w:t>is darje mein na jeera ho yaqeen kijiye koi shirk ka koi nah koee darja is ke andar hai</w:t>
      </w:r>
    </w:p>
    <w:p>
      <w:pPr>
        <w:jc w:val="right"/>
      </w:pPr>
      <w:r>
        <w:t>اس درجےمیںنہجیرہاہویقینکیجئےکوئیشرککاکوئینہکوئیدرجہاسکےاندرہے</w:t>
      </w:r>
    </w:p>
    <w:p>
      <w:r>
        <w:rPr>
          <w:b/>
        </w:rPr>
        <w:t xml:space="preserve">[1:10:28] </w:t>
      </w:r>
      <w:r>
        <w:t>to yeh jo cheez hai yeh jo hate hai jo nafrat hai woh hai yeh saada baat nahi hai</w:t>
      </w:r>
    </w:p>
    <w:p>
      <w:pPr>
        <w:jc w:val="right"/>
      </w:pPr>
      <w:r>
        <w:t>تو یہجوچیزہے یہجوhateہےجونفرتجوہے یہسادہباتنہیںہے</w:t>
      </w:r>
    </w:p>
    <w:p>
      <w:r>
        <w:rPr>
          <w:b/>
        </w:rPr>
        <w:t xml:space="preserve">[1:10:38] </w:t>
      </w:r>
      <w:r>
        <w:t>yeh wohi hai ke making one's concern something else other than god hai yani kisi aur cheez ko concern banana khuda ke siwa yeh to shirk hai</w:t>
      </w:r>
    </w:p>
    <w:p>
      <w:pPr>
        <w:jc w:val="right"/>
      </w:pPr>
      <w:r>
        <w:t>یہوہیہےکہ mak ing one's concern somethingelse other than God ہے یعنیکسی اور چیزکو concernبن انا خداکےسوا یہیتوشرکہے</w:t>
      </w:r>
    </w:p>
    <w:p>
      <w:r>
        <w:rPr>
          <w:b/>
        </w:rPr>
        <w:t xml:space="preserve">[1:10:52] </w:t>
      </w:r>
      <w:r>
        <w:t>to main yeh hi kahunga ke chahe hum india mein rehte hon pakistan mein rehte hon kahin bhi rehte hon humein nafrat se apne dilon ko pak karna hai na america se nafrat na yahood se nafrat na hindu hindu se nafrat kisi se nafrat nahi</w:t>
      </w:r>
    </w:p>
    <w:p>
      <w:pPr>
        <w:jc w:val="right"/>
      </w:pPr>
      <w:r>
        <w:t>تومیںیہیکہوںگاکہ چاہےہمانڈیامیںرہتےہوںپاکستان میںرہتےہوںکہیںبھیرہتےہوں ہمیںنفرتسے اپنے دلوںکو پاک کرناہے نہامریکہسےنفرت نہیہودیسےنفرت نہہندو ہندو سےنفرت کسیسےنفرتنہیں</w:t>
      </w:r>
    </w:p>
    <w:p>
      <w:r>
        <w:rPr>
          <w:b/>
        </w:rPr>
        <w:t xml:space="preserve">[1:11:11] </w:t>
      </w:r>
      <w:r>
        <w:t>tab ja kar allah se mohabbat aap ke dilon mein aaye gi tab ja kar allah ki rehmaten aap ko utren gi</w:t>
      </w:r>
    </w:p>
    <w:p>
      <w:pPr>
        <w:jc w:val="right"/>
      </w:pPr>
      <w:r>
        <w:t>تب جاکر اللہ سےمحبتآپکےدلوںمیںآئےگی تب جاکراللہ کی ر حمتیںآپکواتریںگی</w:t>
      </w:r>
    </w:p>
    <w:p>
      <w:r>
        <w:rPr>
          <w:b/>
        </w:rPr>
        <w:t xml:space="preserve">[1:11:19] </w:t>
      </w:r>
      <w:r>
        <w:t>main batata hoon ke yeh jadd hai jadd yani positivity thinking mukammal paun jab aap ke andar aa jati hai tab tab hi ibadat sahi maano mein hoti hai tab hi dawat sahi maano mein hoti hai tab hi sahi behavior aap se zahir hota hai sab kuch ki jadd jadd woh hai kya hai mukammal taur par negativity se pak hona mukammal taur par positivity mein jeena</w:t>
      </w:r>
    </w:p>
    <w:p>
      <w:pPr>
        <w:jc w:val="right"/>
      </w:pPr>
      <w:r>
        <w:t>میںبتاتاہوںکہیہجڑہےجڑ یعنی pos itivethinking مک مل پاؤںجبآپکےاندرآجاتیہےتب تب ھیعبادت صحیحمعنوںمیںہوتیہےتبھیدعوت صحیحمعنوںمیںہوتیہے تبھی صحیح behaviorآپسے ظاہرہوتاہے سب کچھ کیجڑجوہےکیاہے مک ملطور پر neg ativ ityسےپاک ہونا مک ملطورپر pos itivityمیںجینا</w:t>
      </w:r>
    </w:p>
    <w:p>
      <w:r>
        <w:rPr>
          <w:b/>
        </w:rPr>
        <w:t xml:space="preserve">[1:11:48] </w:t>
      </w:r>
      <w:r>
        <w:t>yeh hi naseehat main karunga in sahib ko aur har ek ko</w:t>
      </w:r>
    </w:p>
    <w:p>
      <w:pPr>
        <w:jc w:val="right"/>
      </w:pPr>
      <w:r>
        <w:t>یہینصیحتمیںکروںگا ان صاحبکو اورہ رایککو</w:t>
      </w:r>
    </w:p>
    <w:p>
      <w:r>
        <w:rPr>
          <w:b/>
        </w:rPr>
        <w:t xml:space="preserve">[1:11:55] </w:t>
      </w:r>
      <w:r>
        <w:t>dr. muhammad qutubuddin ne new delhi se likha hai "sir, it was said, 'man sal al bur den dakhlal jannah.' what is the specific reason of using the word 'al burden' instead of 'fajr salat' and 'asr salat?"</w:t>
      </w:r>
    </w:p>
    <w:p>
      <w:pPr>
        <w:jc w:val="right"/>
      </w:pPr>
      <w:r>
        <w:t>Dr. Muhamm ad Qutubuddinنے نئیدہلیسےلکھاہے "Sir,it was said, 'Man sal al bur den dakhlaljannah.' Whatisthespeci fic reason of usingtheword 'alburden ' insteadof 'fajrsal at' and'asrsalat?</w:t>
      </w:r>
    </w:p>
    <w:p>
      <w:r>
        <w:rPr>
          <w:b/>
        </w:rPr>
        <w:t xml:space="preserve">[1:12:15] </w:t>
      </w:r>
      <w:r>
        <w:t>kindly explain."</w:t>
      </w:r>
    </w:p>
    <w:p>
      <w:pPr>
        <w:jc w:val="right"/>
      </w:pPr>
      <w:r>
        <w:t>Kindlyexplain."</w:t>
      </w:r>
    </w:p>
    <w:p>
      <w:r>
        <w:rPr>
          <w:b/>
        </w:rPr>
        <w:t xml:space="preserve">[1:12:17] </w:t>
      </w:r>
      <w:r>
        <w:t>main ne arz kiya ke yeh is ki taraf ishara hai is waqt jo khushgawar mausam woh mu'addal halaat hote hain subah ko bohat hi achha waqt hota hai</w:t>
      </w:r>
    </w:p>
    <w:p>
      <w:pPr>
        <w:jc w:val="right"/>
      </w:pPr>
      <w:r>
        <w:t>میںنےعرضکیاکہیہ اسکیطرف اشار ہہے اسوقت جو خوشگوار موسم وہ معدلحالاتہوتےہیں۔ صبحکوبہتہیاچھاوقتہوتاہے۔</w:t>
      </w:r>
    </w:p>
    <w:p>
      <w:r>
        <w:rPr>
          <w:b/>
        </w:rPr>
        <w:t xml:space="preserve">[1:12:30] </w:t>
      </w:r>
      <w:r>
        <w:t>shaam ko bohat achha waqt hota hai</w:t>
      </w:r>
    </w:p>
    <w:p>
      <w:pPr>
        <w:jc w:val="right"/>
      </w:pPr>
      <w:r>
        <w:t>شامکوبہتاچھاوقتہوتاہے۔</w:t>
      </w:r>
    </w:p>
    <w:p>
      <w:r>
        <w:rPr>
          <w:b/>
        </w:rPr>
        <w:t xml:space="preserve">[1:12:33] </w:t>
      </w:r>
      <w:r>
        <w:t>to namaz to humein panch waqt ki padhna hai panch waqt ki namaz padhna hai humein lekin yeh ek kisi cheez ki taraf khusoosan ahmiyat dene ke liye is tarah ke alfaaz bole jaate hain</w:t>
      </w:r>
    </w:p>
    <w:p>
      <w:pPr>
        <w:jc w:val="right"/>
      </w:pPr>
      <w:r>
        <w:t>تو نمازتوہمیںپانچوقتکیپڑھناہے۔ پانچوقتکینمازپڑھناہےہمیں۔لیکن یہ ایک کسیچیزکیطرف خصوصیاہمیتدینےکےلیے اسطرحکےالفاظبولےجاتےہیں۔</w:t>
      </w:r>
    </w:p>
    <w:p>
      <w:r>
        <w:rPr>
          <w:b/>
        </w:rPr>
        <w:t xml:space="preserve">[1:12:47] </w:t>
      </w:r>
      <w:r>
        <w:t>ke waqt keh raha hai ke tum mu'addal namaz padh sakte ho to us waqt bharpoor taur par is speed wali namaz padho aur namaz ke jo faide hain us ko hasil karo</w:t>
      </w:r>
    </w:p>
    <w:p>
      <w:pPr>
        <w:jc w:val="right"/>
      </w:pPr>
      <w:r>
        <w:t>کہ وقت کہہرہاہےکہتم معدلنمازپڑھسکتےہو ۔ تواسوقت بھرپورطور پراسپیڈوالی نمازپڑھو۔ اور نمازکےجوفائدےہیں اسکوحاصل کرو ۔</w:t>
      </w:r>
    </w:p>
    <w:p>
      <w:r>
        <w:rPr>
          <w:b/>
        </w:rPr>
        <w:t xml:space="preserve">[1:13:02] </w:t>
      </w:r>
      <w:r>
        <w:t>is mein koi mystery ki baat nahi hai yeh sirf ek convenience ki baat hai</w:t>
      </w:r>
    </w:p>
    <w:p>
      <w:pPr>
        <w:jc w:val="right"/>
      </w:pPr>
      <w:r>
        <w:t>اسمیںکوئی mysteryکیباتنہیںہے۔ یہصرف ایک convenience کیباتہے۔</w:t>
      </w:r>
    </w:p>
    <w:p>
      <w:r>
        <w:rPr>
          <w:b/>
        </w:rPr>
        <w:t xml:space="preserve">[1:13:12] </w:t>
      </w:r>
      <w:r>
        <w:t>Mr. Muhammad Wajhiuddin ne Mumbai se likha hai "Is it true that performing Hajj and Umrah was his way the sins of past and future? I am asking this because a lot of Muslims go for Hajj and Umrah several times in a lifetime.</w:t>
      </w:r>
    </w:p>
    <w:p>
      <w:pPr>
        <w:jc w:val="right"/>
      </w:pPr>
      <w:r>
        <w:t>Mr. Muhamm ad Wajhiuddinنے ممبئیسےلکھاہے "Isittruethat perform ing Hajjand Um rah was hes away thesinsof past andfut ure ?I'masking this because alotof Muslims gofor Hajjand Umrah several timesinalifetime.</w:t>
      </w:r>
    </w:p>
    <w:p>
      <w:r>
        <w:rPr>
          <w:b/>
        </w:rPr>
        <w:t xml:space="preserve">[1:13:31] </w:t>
      </w:r>
      <w:r>
        <w:t>You said performing Hajj will not lead you to Jannah. Please clarify." Dekhein ek cheez hai ritual ke taur par Hajj ada karna.</w:t>
      </w:r>
    </w:p>
    <w:p>
      <w:pPr>
        <w:jc w:val="right"/>
      </w:pPr>
      <w:r>
        <w:t>You said perform ingHajj will not lead youto Jannah. Pleaseclarify." دیکھیںایکچیزہے ritualکےطور پرHajjادا کرنا ۔</w:t>
      </w:r>
    </w:p>
    <w:p>
      <w:r>
        <w:rPr>
          <w:b/>
        </w:rPr>
        <w:t xml:space="preserve">[1:13:44] </w:t>
      </w:r>
      <w:r>
        <w:t>Ek spirit ke saath karna. To yeh Hajj ki baat nahin hai namaz ki baat hai har cheez ki baat hai. Yeh ek haqeeqat hai ke Hajj agar koi shakhs kare iski spirit ke saath to bilashuba woh jannat iske liye likh di jayegi.</w:t>
      </w:r>
    </w:p>
    <w:p>
      <w:pPr>
        <w:jc w:val="right"/>
      </w:pPr>
      <w:r>
        <w:t>ایک spiritکےساتھکرنا ۔ تویہHajjکیباتنہیںہےنماز کیباتہے ہرچیزکیباتہے۔ یہایکحقیقتہےکہHajjاگر کوئیشخصکرے اسکی spiritکےساتھ تو بلاشبہوہجنت اسکےلیے لکھدیجائےگی۔</w:t>
      </w:r>
    </w:p>
    <w:p>
      <w:r>
        <w:rPr>
          <w:b/>
        </w:rPr>
        <w:t xml:space="preserve">[1:14:01] </w:t>
      </w:r>
      <w:r>
        <w:t>Lekin aajkal Hajj kiya hota hai? Spirit bilkul ghayab hai. Main ne khud jab Hajj kiya to main ne dekha ke koi wahan baatein nahin karta tha Khuda ke khauf ki.</w:t>
      </w:r>
    </w:p>
    <w:p>
      <w:pPr>
        <w:jc w:val="right"/>
      </w:pPr>
      <w:r>
        <w:t>لیکن آجکلHajjکیاہوتاہے ؟ Spirit بالکل غائبہے۔ میںنےخود جبHajjکیا تومیںنےدیکھاکہکوئیوہاںباتیںنہیںکرتاتھا خداکےخوف کی۔</w:t>
      </w:r>
    </w:p>
    <w:p>
      <w:r>
        <w:rPr>
          <w:b/>
        </w:rPr>
        <w:t xml:space="preserve">[1:14:12] </w:t>
      </w:r>
      <w:r>
        <w:t>Bas bazaar ki baatein karte the idhar udhar khane peene ki baatein karte the.</w:t>
      </w:r>
    </w:p>
    <w:p>
      <w:pPr>
        <w:jc w:val="right"/>
      </w:pPr>
      <w:r>
        <w:t>بس بازارکیباتیںکرتے تھے ادھرادھرکھانےپینےکیباتیںکرتے تھے۔</w:t>
      </w:r>
    </w:p>
    <w:p>
      <w:r>
        <w:rPr>
          <w:b/>
        </w:rPr>
        <w:t xml:space="preserve">[1:14:19] </w:t>
      </w:r>
      <w:r>
        <w:t>Kuch baat nahin wahan thi ke Allah se darna aur jannat aur jahannum aur Khuda ka khauf Khuda ki mohabbat Khuda ki blessing yeh sab kuch baat nahin hai. Bas wohi ke us waqt kiya khana hai us waqt kiya khana hai bazaar mein kiya mil raha hai mos</w:t>
      </w:r>
    </w:p>
    <w:p>
      <w:pPr>
        <w:jc w:val="right"/>
      </w:pPr>
      <w:r>
        <w:t>کچھباتہینہیںوہاںتھی کہ اللہ سےڈرنا اور جن تاورجہنم اورخداکاخوف خداکیمحبتخداکیblessingیہسبکچھباتہینہیں۔ بسوہیکہ اسوقتکیاکھاناہےاسوقتکیاکھاناہے بازارمیںکیاملرہاہے موس</w:t>
      </w:r>
    </w:p>
    <w:p>
      <w:r>
        <w:rPr>
          <w:b/>
        </w:rPr>
        <w:t xml:space="preserve">[1:14:34] </w:t>
      </w:r>
      <w:r>
        <w:t>Maza hai to ritual ke taur par Hajj kar liya. Aur spirit ghayab. To spirit less Hajj jo hai uska koi value nahin hai.</w:t>
      </w:r>
    </w:p>
    <w:p>
      <w:pPr>
        <w:jc w:val="right"/>
      </w:pPr>
      <w:r>
        <w:t>مکیساہے تو ritualکےطورپرHajjکرلیا۔ اور spiritغائب۔ تو spirit lessHajjجوہے اسکاکوئیvalueنہیںہے۔</w:t>
      </w:r>
    </w:p>
    <w:p>
      <w:r>
        <w:rPr>
          <w:b/>
        </w:rPr>
        <w:t xml:space="preserve">[1:14:46] </w:t>
      </w:r>
      <w:r>
        <w:t>Jo Hajj sirf ritual ke taur par kiya jaye uska koi value nahin hai. Aur jis Hajj ke saath spirit jama ho jaye. Misal ke taur par dekhein aap ehram pehente hain ehram kiya hai ritual hai ehram ke maani hain simple life ki woh koi symbolize kar raha hai woh.</w:t>
      </w:r>
    </w:p>
    <w:p>
      <w:pPr>
        <w:jc w:val="right"/>
      </w:pPr>
      <w:r>
        <w:t>جو Hajjصرفritualکےطورپرکیاجائےاسکیکوئیvalueنہیںہے۔ اورجس Hajjکےساتھ spiritجمع ہوجائے۔ مثالکےطورپردیکھیں آپ احرامپہنتےہیںاحرامکیاہےritualہے احرامکےمعنیہیں simp lelife کیوہ کوئیsymbol izeکررہاہےوہ ۔</w:t>
      </w:r>
    </w:p>
    <w:p>
      <w:r>
        <w:rPr>
          <w:b/>
        </w:rPr>
        <w:t xml:space="preserve">[1:15:06] </w:t>
      </w:r>
      <w:r>
        <w:t>Yaani Hajj mein ja kar aap yeh wada yeh yeh ahad karte hain Allah Ta'ala se ke meri zindagi simple zindagi hogi aur lotte hi sari luxury ki taraf daudne lagte hain aap.</w:t>
      </w:r>
    </w:p>
    <w:p>
      <w:pPr>
        <w:jc w:val="right"/>
      </w:pPr>
      <w:r>
        <w:t>یعنیHajjمیںجاکرآپیہوعدہ یہ یہ عہدکرتےہیںاللہتعالیٰسےکہمیریزندگی simpleزندگی ہوگیاور لوٹتےہیساریluxuryکیطرفدوڑنےلگتےہیںآپ ۔</w:t>
      </w:r>
    </w:p>
    <w:p>
      <w:r>
        <w:rPr>
          <w:b/>
        </w:rPr>
        <w:t xml:space="preserve">[1:15:19] </w:t>
      </w:r>
      <w:r>
        <w:t>Yahi tarah se jo tawaf karte hain Ka'aba ka woh kiya hai? Tawaf is baat ka ahad hai ke Khuda mere zindagi tere gird ghoomegi.</w:t>
      </w:r>
    </w:p>
    <w:p>
      <w:pPr>
        <w:jc w:val="right"/>
      </w:pPr>
      <w:r>
        <w:t>یہیطرح سےجوطوافکرتے ہیں کعبہکا وہکیاہے ؟ طواف اسباتکا عہدہےکہخدایامیریزندگی تیرےگرد گھومےگی۔</w:t>
      </w:r>
    </w:p>
    <w:p>
      <w:r>
        <w:rPr>
          <w:b/>
        </w:rPr>
        <w:t xml:space="preserve">[1:15:27] </w:t>
      </w:r>
      <w:r>
        <w:t>To wohi meri zindagi ka markaz hoga. Kya woh lootne ke baad phir kiya hota hai? Ek dum kuch nahin iska asar</w:t>
      </w:r>
    </w:p>
    <w:p>
      <w:pPr>
        <w:jc w:val="right"/>
      </w:pPr>
      <w:r>
        <w:t>توہیمیریزندگی کامرکزہوگا۔ کیا وہلوٹنےکےبعد پھرکیاہوتاہے ؟ ایکدمکچھنہیں اسکااثر</w:t>
      </w:r>
    </w:p>
    <w:p>
      <w:r>
        <w:rPr>
          <w:b/>
        </w:rPr>
        <w:t xml:space="preserve">[1:15:35] </w:t>
      </w:r>
      <w:r>
        <w:t>Hota? Zindagi ka markaz kiya hota hai? Money, family, job, business, fame to tawaf kiya hai? Woh toh ek rasam ho gayi.</w:t>
      </w:r>
    </w:p>
    <w:p>
      <w:pPr>
        <w:jc w:val="right"/>
      </w:pPr>
      <w:r>
        <w:t>ہوتا ؟ زندگی کامرکزکیاہوتاہے؟money ،family ، job ،business ، fame تو طوافکیاہے؟وہتوایکرسمہوگئی ۔</w:t>
      </w:r>
    </w:p>
    <w:p>
      <w:r>
        <w:rPr>
          <w:b/>
        </w:rPr>
        <w:t xml:space="preserve">[1:15:49] </w:t>
      </w:r>
      <w:r>
        <w:t>To rasam ho gayi woh. Jo wahan par jo qurbaniyan di jati hain to qurbani kiya hai? Apne ko dedicate karna.</w:t>
      </w:r>
    </w:p>
    <w:p>
      <w:pPr>
        <w:jc w:val="right"/>
      </w:pPr>
      <w:r>
        <w:t>تورسمہوگئی وہ ۔ جو وہاںپرجوقربانیاںدیجاتیہیںتوقربانیکیاہے؟ اپنےکو dedic ateکرنا۔</w:t>
      </w:r>
    </w:p>
    <w:p>
      <w:r>
        <w:rPr>
          <w:b/>
        </w:rPr>
        <w:t xml:space="preserve">[1:15:59] </w:t>
      </w:r>
      <w:r>
        <w:t>Hazrat Ismail ki rasam Hazrat Ismail ke waqe ko symbolize karta hai qurbani ko jo ki jati hai wahan. To Hazrat Ismail kiya tha woh? Woh sirf janwar zabah karna tha woh.</w:t>
      </w:r>
    </w:p>
    <w:p>
      <w:pPr>
        <w:jc w:val="right"/>
      </w:pPr>
      <w:r>
        <w:t>حض رتاسماعیلکیرسم حضرتاسماعیلکےواقع ےکو symbol izeکرتاہے قربانیکو جو کیجاتیہےوہاں۔توحضرتاسماعیلکیاتھاوہ ؟ وہصرف جانورذبحکرناتھاوہ ۔</w:t>
      </w:r>
    </w:p>
    <w:p>
      <w:r>
        <w:rPr>
          <w:b/>
        </w:rPr>
        <w:t xml:space="preserve">[1:16:11] </w:t>
      </w:r>
      <w:r>
        <w:t>Hazrat Ibrahim ne apne bete ko sehra mein daal diya. Woh dedication ki aakhri shakal thi.</w:t>
      </w:r>
    </w:p>
    <w:p>
      <w:pPr>
        <w:jc w:val="right"/>
      </w:pPr>
      <w:r>
        <w:t>حضرتابراہیم نے اپنےبیٹےکوصحرامیںڈالدیا۔ وہ dedic ationکی آخریشکلتھی۔</w:t>
      </w:r>
    </w:p>
    <w:p>
      <w:r>
        <w:rPr>
          <w:b/>
        </w:rPr>
        <w:t xml:space="preserve">[1:16:19] </w:t>
      </w:r>
      <w:r>
        <w:t>To wahan se jo lotte hain log yaani padha jata hai zabah karte hue ke إِنَّالصَّلَاةَوَالنُّسْكِ وَمَحَيَى وَمَوَاتِيلِلَّهِرَبِّالْعَالَمِ ينَ matlab mein woh dedication ki alamat hota hai woh zibah.</w:t>
      </w:r>
    </w:p>
    <w:p>
      <w:pPr>
        <w:jc w:val="right"/>
      </w:pPr>
      <w:r>
        <w:t>تو وہاںسے جولوٹتےہیںلوگ یعنیپڑھاجاتاہے ذبحکرتےہوئے کہإِنَّالصَّلَاةَوَالنُّسْكِ وَمَحَيَى وَمَوَاتِيلِلَّهِرَبِّالْعَالَمِ ينَ مطلب میں وہ dedic ationکیعلامتہوتاہےوہ ذ بیحہ۔</w:t>
      </w:r>
    </w:p>
    <w:p>
      <w:r>
        <w:rPr>
          <w:b/>
        </w:rPr>
        <w:t xml:space="preserve">[1:16:37] </w:t>
      </w:r>
      <w:r>
        <w:t>Wapas aaye to kuch nahin. Shayad zindagi ka orientation doosra hai.</w:t>
      </w:r>
    </w:p>
    <w:p>
      <w:pPr>
        <w:jc w:val="right"/>
      </w:pPr>
      <w:r>
        <w:t>واپسآئےتوکچھبھینہیں ۔ شاید زندگی کا orient ationدوسراہے۔</w:t>
      </w:r>
    </w:p>
    <w:p>
      <w:r>
        <w:rPr>
          <w:b/>
        </w:rPr>
        <w:t xml:space="preserve">[1:16:45] </w:t>
      </w:r>
      <w:r>
        <w:t>Aise hi jab aap wahan par reham jannat karte hain shaitan ko kankri marte hain woh bhi kiya hai? Ke shaitan ke waswaso se main asar nahin lunga.</w:t>
      </w:r>
    </w:p>
    <w:p>
      <w:pPr>
        <w:jc w:val="right"/>
      </w:pPr>
      <w:r>
        <w:t>ایسےہیجبآپوہاںپر رحمجنمرکھ کرتے ہیں شیطان کو کنکریمارتےہیں وہبھیکیاہے؟ کہ شیطان کے وسوسوںسے میںاثرنہیںلوںگا۔</w:t>
      </w:r>
    </w:p>
    <w:p>
      <w:r>
        <w:rPr>
          <w:b/>
        </w:rPr>
        <w:t xml:space="preserve">[1:16:56] </w:t>
      </w:r>
      <w:r>
        <w:t>Shaitan bhagaye ga to main bhagoonga nahin. Shaitan ko bhagaoonga apne aap se. To subah shaam shaitani mein jeete hain woh lootne ke baad.</w:t>
      </w:r>
    </w:p>
    <w:p>
      <w:pPr>
        <w:jc w:val="right"/>
      </w:pPr>
      <w:r>
        <w:t>شیطان بھاگائےگاتومیںبھاگوںگانہیں ۔ شیطان کوبھگاؤںگااپنےآپسے ۔ توصبح شامشیطانیمیںجیتےہیں وہلوٹنےکےبعد ۔</w:t>
      </w:r>
    </w:p>
    <w:p>
      <w:r>
        <w:rPr>
          <w:b/>
        </w:rPr>
        <w:t xml:space="preserve">[1:17:07] </w:t>
      </w:r>
      <w:r>
        <w:t>Kaun shaitan ko bhagata hai?</w:t>
      </w:r>
    </w:p>
    <w:p>
      <w:pPr>
        <w:jc w:val="right"/>
      </w:pPr>
      <w:r>
        <w:t>کونشیطانکوبھگاتاہے؟</w:t>
      </w:r>
    </w:p>
    <w:p>
      <w:r>
        <w:rPr>
          <w:b/>
        </w:rPr>
        <w:t xml:space="preserve">[1:17:11] </w:t>
      </w:r>
      <w:r>
        <w:t>To jis aitbaar se bhid dekhein abhi jo Hajj hai us zamane mein woh ritual bankar reh gaya hai. Iska spirit se koi ta'alluq nahin hai.</w:t>
      </w:r>
    </w:p>
    <w:p>
      <w:pPr>
        <w:jc w:val="right"/>
      </w:pPr>
      <w:r>
        <w:t>توجس اعت بارسےبھیدیکھیں ابھیجوHajjہےاسزمانےمیںوہ ritualبنکررہگیاہے۔ اسکا spiritسےکوئیتعلقنہیںہے۔</w:t>
      </w:r>
    </w:p>
    <w:p>
      <w:r>
        <w:rPr>
          <w:b/>
        </w:rPr>
        <w:t xml:space="preserve">[1:17:20] </w:t>
      </w:r>
      <w:r>
        <w:t>Koi agar karta ho to woh exception hoga. Aam halat to yahi hai. Main ne khud Umrah bhi kiya hai Hajj bhi kiya hai aur main ne yeh dekha hai wahan par.</w:t>
      </w:r>
    </w:p>
    <w:p>
      <w:pPr>
        <w:jc w:val="right"/>
      </w:pPr>
      <w:r>
        <w:t>کوئیاگر کرتاہوتووہex ceptionہوگا۔ عام حالتتویہیہے۔ میںنےخود عمرہبھیکیاہےHajjبھیکیاہے اورمیںنےیہدیکھاہےوہاںپر ۔</w:t>
      </w:r>
    </w:p>
    <w:p>
      <w:r>
        <w:rPr>
          <w:b/>
        </w:rPr>
        <w:t xml:space="preserve">[1:17:30] </w:t>
      </w:r>
      <w:r>
        <w:t>Ek sahib bhi Hajj karke aaye to main ne kaha Hajj se kiya seekh kar aaye bataiye. To kiya kehte hain woh?</w:t>
      </w:r>
    </w:p>
    <w:p>
      <w:pPr>
        <w:jc w:val="right"/>
      </w:pPr>
      <w:r>
        <w:t>ایکصاحببھیHajjکرکےآئے تومیںنےکہاHajjسےکیاسیکھکرآیابتائیے۔ توکیاکہتےہیںوہ ؟</w:t>
      </w:r>
    </w:p>
    <w:p>
      <w:r>
        <w:rPr>
          <w:b/>
        </w:rPr>
        <w:t xml:space="preserve">[1:17:37] </w:t>
      </w:r>
      <w:r>
        <w:t>Sahib wahan to kiya hai wahan to Haram ki buildingen hain sab fully air condition hai aur khajoor hai aur dam dam yeh sab baatein bata rahe hain aap.</w:t>
      </w:r>
    </w:p>
    <w:p>
      <w:pPr>
        <w:jc w:val="right"/>
      </w:pPr>
      <w:r>
        <w:t>صاحبوہاںتوکیاہےوہاںتو حرمکیبلڈنگیںہیں سب fullyair condition ہے اور کھجورہےاوردمدمیہسبباتیںبتارہےہیںآپ۔</w:t>
      </w:r>
    </w:p>
    <w:p>
      <w:r>
        <w:rPr>
          <w:b/>
        </w:rPr>
        <w:t xml:space="preserve">[1:17:47] </w:t>
      </w:r>
      <w:r>
        <w:t>Na koi Khauf Khuda ki baat na mohabbat Khuda ki baat kuch nahin.</w:t>
      </w:r>
    </w:p>
    <w:p>
      <w:pPr>
        <w:jc w:val="right"/>
      </w:pPr>
      <w:r>
        <w:t>نہکوئیخوف خداکیبات نہ محبت خداکیبات کچھبھینہیں ۔</w:t>
      </w:r>
    </w:p>
    <w:p>
      <w:r>
        <w:rPr>
          <w:b/>
        </w:rPr>
        <w:t xml:space="preserve">[1:17:55] </w:t>
      </w:r>
      <w:r>
        <w:t>aap koshak ho to aap kisi bhi haji se pooch lijiye ke wahan se kia spirit le kar aaye ho .</w:t>
      </w:r>
    </w:p>
    <w:p>
      <w:pPr>
        <w:jc w:val="right"/>
      </w:pPr>
      <w:r>
        <w:t>آپکوشک ہوتوآپکسی بھیحاجیسےپوچھلیجیے کہوہاںسےکیا spiritلےکرآئےہو ۔</w:t>
      </w:r>
    </w:p>
    <w:p>
      <w:r>
        <w:rPr>
          <w:b/>
        </w:rPr>
        <w:t xml:space="preserve">[1:18:03] </w:t>
      </w:r>
      <w:r>
        <w:t>to behal Hajj ka bilashuba wohi faida hai jo aap ne farmaya lekin is Hajj ka yeh faida hai jo spirit ke sath kiya jaye .</w:t>
      </w:r>
    </w:p>
    <w:p>
      <w:pPr>
        <w:jc w:val="right"/>
      </w:pPr>
      <w:r>
        <w:t>تو بہرحال Hajjکا بلاشبہوہیفائدہہےجوآپنےفرمایا لیکن اس Hajjکایہفائدہہےجوspiritکےساتھکیاجائے۔</w:t>
      </w:r>
    </w:p>
    <w:p>
      <w:r>
        <w:rPr>
          <w:b/>
        </w:rPr>
        <w:t xml:space="preserve">[1:18:12] </w:t>
      </w:r>
      <w:r>
        <w:t>jo mazhab ritual ke taur par kiya jaye is Hajj ka koi value nahi hai .</w:t>
      </w:r>
    </w:p>
    <w:p>
      <w:pPr>
        <w:jc w:val="right"/>
      </w:pPr>
      <w:r>
        <w:t>جو مذہبritualکےطورپرکیاجائے اس Hajjکیکوئیvalueنہیںہے۔</w:t>
      </w:r>
    </w:p>
    <w:p>
      <w:r>
        <w:rPr>
          <w:b/>
        </w:rPr>
        <w:t xml:space="preserve">[1:18:18] </w:t>
      </w:r>
      <w:r>
        <w:t>aamolaana doctor abdul mateen shaikh aanay Pakistan Sindh se likha hai .</w:t>
      </w:r>
    </w:p>
    <w:p>
      <w:pPr>
        <w:jc w:val="right"/>
      </w:pPr>
      <w:r>
        <w:t>آمول اناڈاکٹر عبد الم تین شیخ آنے پاکستان سندھسےلکھاہے۔</w:t>
      </w:r>
    </w:p>
    <w:p>
      <w:r>
        <w:rPr>
          <w:b/>
        </w:rPr>
        <w:t xml:space="preserve">[1:18:25] </w:t>
      </w:r>
      <w:r>
        <w:t>Maulana sahib, I am a pharmacist, twenty-seven years old, doing a job in a multinational company in Pakistan, Sindh. I have studied the Islamic literature of Barelvi Maslaq, Deobandi, Ahl-e-Hadith, etc.</w:t>
      </w:r>
    </w:p>
    <w:p>
      <w:pPr>
        <w:jc w:val="right"/>
      </w:pPr>
      <w:r>
        <w:t>مول اناصاحب Iama pharmacist, twenty-sevenyears old , doingajob inamult inational company in Pakistan,Sindh. Ihave stud ied theIslam ic liter ature of Bar elviMaslaq, Deob andi, Ahl-e-Hadith,etc.</w:t>
      </w:r>
    </w:p>
    <w:p>
      <w:r>
        <w:rPr>
          <w:b/>
        </w:rPr>
        <w:t xml:space="preserve">[1:18:42] </w:t>
      </w:r>
      <w:r>
        <w:t>Since long, I have been studying just Maulana Maududi and you. I think in this current situation, your school of thought is very helpful to youth as well as for all age groups.</w:t>
      </w:r>
    </w:p>
    <w:p>
      <w:pPr>
        <w:jc w:val="right"/>
      </w:pPr>
      <w:r>
        <w:t>Since long ,Ihavebeen studying just Maulana Maud udi and you. Ithinkinthis current situ ation, your school of thoughtis veryhelpful to youth aswellas for all age group s.</w:t>
      </w:r>
    </w:p>
    <w:p>
      <w:r>
        <w:rPr>
          <w:b/>
        </w:rPr>
        <w:t xml:space="preserve">[1:18:55] </w:t>
      </w:r>
      <w:r>
        <w:t>I don't have any interest in Maslaq, Firka, Fiqah, etc. I just see what is real Islam, what Quran says, what Hadith guides.</w:t>
      </w:r>
    </w:p>
    <w:p>
      <w:pPr>
        <w:jc w:val="right"/>
      </w:pPr>
      <w:r>
        <w:t>Idon'thave any inter estin Mas laq,Firka, Fiqah,etc. Ijust seewhatis real Islam , whatQ uransays, whatHad ithguides.</w:t>
      </w:r>
    </w:p>
    <w:p>
      <w:r>
        <w:rPr>
          <w:b/>
        </w:rPr>
        <w:t xml:space="preserve">[1:19:07] </w:t>
      </w:r>
      <w:r>
        <w:t>In short, I don't belong to any specified Firqa or Jamaat. This is my unfortune that I am not in Delhi with you, but I feel very lucky that Allah gave me a source to make contact with you.</w:t>
      </w:r>
    </w:p>
    <w:p>
      <w:pPr>
        <w:jc w:val="right"/>
      </w:pPr>
      <w:r>
        <w:t>Inshort , Idon't belongto any speci fied Fir qaor Jamaat. Thisismy un fortune that Iamnot inDelhiwithyou, butI feelveryluc kythat Allahgaveme a s ource to make conta ctwith you.</w:t>
      </w:r>
    </w:p>
    <w:p>
      <w:r>
        <w:rPr>
          <w:b/>
        </w:rPr>
        <w:t xml:space="preserve">[1:19:22] </w:t>
      </w:r>
      <w:r>
        <w:t>Inshallah, I will be there in future.</w:t>
      </w:r>
    </w:p>
    <w:p>
      <w:pPr>
        <w:jc w:val="right"/>
      </w:pPr>
      <w:r>
        <w:t>Inshallah,Iwillbethere infuture .</w:t>
      </w:r>
    </w:p>
    <w:p>
      <w:r>
        <w:rPr>
          <w:b/>
        </w:rPr>
        <w:t xml:space="preserve">[1:19:25] </w:t>
      </w:r>
      <w:r>
        <w:t>I love your writings, especially your scientific presentation of Islam. Today, I want to ask about your work and your thoughts about Imam Mehdi (علیہ السلام). What do you say about Mehdi?</w:t>
      </w:r>
    </w:p>
    <w:p>
      <w:pPr>
        <w:jc w:val="right"/>
      </w:pPr>
      <w:r>
        <w:t>I loveyourwrit ings, especiallyyour scient ific present ationof Islam . Today,Iwantto ask about your work andyourthoughtsabout ImamMeh di (علیہالسلام ).Whatdoyousayabout Meh di?</w:t>
      </w:r>
    </w:p>
    <w:p>
      <w:r>
        <w:rPr>
          <w:b/>
        </w:rPr>
        <w:t xml:space="preserve">[1:19:40] </w:t>
      </w:r>
      <w:r>
        <w:t>What is your opinion regarding his Zuhur? As a Muslim, what are one's duties to support him? How can we reach to him?</w:t>
      </w:r>
    </w:p>
    <w:p>
      <w:pPr>
        <w:jc w:val="right"/>
      </w:pPr>
      <w:r>
        <w:t>Whatisyour opin ion regarding his Zuhur ? AsaMuslim,whatare one'sdu ties to support him ? How can wereach tohim ?</w:t>
      </w:r>
    </w:p>
    <w:p>
      <w:r>
        <w:rPr>
          <w:b/>
        </w:rPr>
        <w:t xml:space="preserve">[1:19:51] </w:t>
      </w:r>
      <w:r>
        <w:t>I strongly want to be a close companion of him.</w:t>
      </w:r>
    </w:p>
    <w:p>
      <w:pPr>
        <w:jc w:val="right"/>
      </w:pPr>
      <w:r>
        <w:t>I stronglywanttobeaclose companionofhim .</w:t>
      </w:r>
    </w:p>
    <w:p>
      <w:r>
        <w:rPr>
          <w:b/>
        </w:rPr>
        <w:t xml:space="preserve">[1:19:54] </w:t>
      </w:r>
      <w:r>
        <w:t>Ineeda rightwaytotraveltowardshim . Kindly consider myques tionsas important and commenton them. dekhiye, mehdi ke bare mein mein likh chuka hoon risale mein bohat tafseel ke sath .</w:t>
      </w:r>
    </w:p>
    <w:p>
      <w:pPr>
        <w:jc w:val="right"/>
      </w:pPr>
      <w:r>
        <w:t>Ineeda rightwaytotraveltowardshim . Kindly consider myques tionsas important and commenton them. دیکھیے، مہدی کےبارےمیںمیں لکھچکاہوںرسالےمیںبہتتفصیلکےساتھ ۔</w:t>
      </w:r>
    </w:p>
    <w:p>
      <w:r>
        <w:rPr>
          <w:b/>
        </w:rPr>
        <w:t xml:space="preserve">[1:20:08] </w:t>
      </w:r>
      <w:r>
        <w:t>yahan mujhe is bare mein kuch nahi kehna hai . mein sirf yeh kahoon ke aap Al-Risala mahina war koi regular padhiye . jo chapa hua bhi milta hai aur internet par bhi hota hai .</w:t>
      </w:r>
    </w:p>
    <w:p>
      <w:pPr>
        <w:jc w:val="right"/>
      </w:pPr>
      <w:r>
        <w:t>یہاںمجھےاسبارےمیںکچھنہیںکہناہے۔ میں صرفیہکہوںکہآپ الرسالہمنتھلیکوئیریگولرپڑھیے۔ جو چھپاہوابھیملتاہےاور انٹرنیٹپربھیہوتاہے۔</w:t>
      </w:r>
    </w:p>
    <w:p>
      <w:r>
        <w:rPr>
          <w:b/>
        </w:rPr>
        <w:t xml:space="preserve">[1:20:20] </w:t>
      </w:r>
      <w:r>
        <w:t>samajh lijiye ke hamari jo tafseer hai Tazkir-ul-Quran is ko bohat baqaida padhiye . hamari kitab hai Seerat par, Bator-e-Seerat is ko padhiye .</w:t>
      </w:r>
    </w:p>
    <w:p>
      <w:pPr>
        <w:jc w:val="right"/>
      </w:pPr>
      <w:r>
        <w:t>سمجھلیجیےکہہماریجو تفسیرہےتذکرالقرآن اسکو بہت باقاعدہپڑھیے۔ ہماریکتاب ہے سیرتپر بطور سیرتاسکوپڑھیے۔</w:t>
      </w:r>
    </w:p>
    <w:p>
      <w:r>
        <w:rPr>
          <w:b/>
        </w:rPr>
        <w:t xml:space="preserve">[1:20:31] </w:t>
      </w:r>
      <w:r>
        <w:t>mera manna hai ke jitne bhi is zamane mein likhne wale musalman writer hain woh</w:t>
      </w:r>
    </w:p>
    <w:p>
      <w:pPr>
        <w:jc w:val="right"/>
      </w:pPr>
      <w:r>
        <w:t>میرامانناہےکہجتنےبھیاسزمانےمیںلکھنےوالے مسلمانرائٹرہیںوہ</w:t>
      </w:r>
    </w:p>
    <w:p>
      <w:r>
        <w:rPr>
          <w:b/>
        </w:rPr>
        <w:t xml:space="preserve">[1:20:34] </w:t>
      </w:r>
      <w:r>
        <w:t>sab reaction mein jeete hain . reaction ke taur par unhon ne kitaben likhi hain . mujhe koi bhi nahi maloom, ek bhi nahi maloom jis ki kitabon mein reaction na ho .</w:t>
      </w:r>
    </w:p>
    <w:p>
      <w:pPr>
        <w:jc w:val="right"/>
      </w:pPr>
      <w:r>
        <w:t>سب ریایکشنمیںجیتےہیں۔ ریایکشنکےطور پرانہوںنےکتاب یںلکھیہیں۔ مجھےکوئیبھی نہیںمعلوم،ایکبھینہیںمعلوم جسکیکتاب وںمیںریایکشن نہہو ۔</w:t>
      </w:r>
    </w:p>
    <w:p>
      <w:r>
        <w:rPr>
          <w:b/>
        </w:rPr>
        <w:t xml:space="preserve">[1:20:46] </w:t>
      </w:r>
      <w:r>
        <w:t>is wajah se mein kisi ko mashwara nahi doonga aap ko . meri kitaben padhiye . Al-Risala regular padhiye har mahine . Tazkir-ul-Quran padhiye .</w:t>
      </w:r>
    </w:p>
    <w:p>
      <w:pPr>
        <w:jc w:val="right"/>
      </w:pPr>
      <w:r>
        <w:t>اسوجہسےمیںکسی کومشورہنہیںدوںگاآپکو ۔ میریکتاب یںپڑھیے۔ الرسالہ ریگولرپڑھیےہرمہینے۔ تذکر القرآنپڑھیے۔</w:t>
      </w:r>
    </w:p>
    <w:p>
      <w:r>
        <w:rPr>
          <w:b/>
        </w:rPr>
        <w:t xml:space="preserve">[1:20:56] </w:t>
      </w:r>
      <w:r>
        <w:t>bator-e-Seerat padhiye . aur bar bar padhiye, bar bar padhiye .</w:t>
      </w:r>
    </w:p>
    <w:p>
      <w:pPr>
        <w:jc w:val="right"/>
      </w:pPr>
      <w:r>
        <w:t>بطور سیرتپڑھیے۔ اورباربار پڑھیے،باربارپڑھیے۔</w:t>
      </w:r>
    </w:p>
    <w:p>
      <w:r>
        <w:rPr>
          <w:b/>
        </w:rPr>
        <w:t xml:space="preserve">[1:21:01] </w:t>
      </w:r>
      <w:r>
        <w:t>doosri kitaben jo hain aap azadi hai aap ko jo chahen padhen . lekin doosri tamam kitabon mein kia hai ? reaction hai .</w:t>
      </w:r>
    </w:p>
    <w:p>
      <w:pPr>
        <w:jc w:val="right"/>
      </w:pPr>
      <w:r>
        <w:t>دوس ریکتاب یںجوہیں آپ آز ادیہےآپکوجوچاہیںپڑھیں۔ لیکن دوسریتمام کتاب وں میںکیاہے؟ ریایکشن ہے۔</w:t>
      </w:r>
    </w:p>
    <w:p>
      <w:r>
        <w:rPr>
          <w:b/>
        </w:rPr>
        <w:t xml:space="preserve">[1:21:10] </w:t>
      </w:r>
      <w:r>
        <w:t>politics hai . doosron se nafrat hai . aur takrao ki baaten hain . yeh cheezen na to Islam mein hain na chalne wali hain .</w:t>
      </w:r>
    </w:p>
    <w:p>
      <w:pPr>
        <w:jc w:val="right"/>
      </w:pPr>
      <w:r>
        <w:t>پولیٹکس ہے۔ دوسروںسےنفرتہے۔ اور ٹکراؤکیباتیںہیں۔ یہچیزیں نہتواسلام میںہیںنہچلنےوالی ہیں۔</w:t>
      </w:r>
    </w:p>
    <w:p>
      <w:r>
        <w:rPr>
          <w:b/>
        </w:rPr>
        <w:t xml:space="preserve">[1:21:20] </w:t>
      </w:r>
      <w:r>
        <w:t>double nuksan hai is mein . yeh waade Quran o Hadees mein nahi hain aur aaj ke zamane mein woh chalne wali bhi nahi hain . to mein in kitabon ka mashwara nahi de sakta aap ko .</w:t>
      </w:r>
    </w:p>
    <w:p>
      <w:pPr>
        <w:jc w:val="right"/>
      </w:pPr>
      <w:r>
        <w:t>ڈبلنقصانہےاسمیں۔ یہوعدےقرآنوحدیثمیںنہیںہیں اورآجکےزمانےمیںوہچلنےوالیبھینہیںہیں۔ تومیں انکتاب وںکامشورہنہیںدےسکتاآپکو۔</w:t>
      </w:r>
    </w:p>
    <w:p>
      <w:r>
        <w:rPr>
          <w:b/>
        </w:rPr>
        <w:t xml:space="preserve">[1:21:31] </w:t>
      </w:r>
      <w:r>
        <w:t>aur jahan tak mehdi ki baat hai, dekhiye mehdi ka matlab yeh nahi ke koi is ki bohat lambi sangeen hogi . laqad hamare paas jaisa hoga . woh hamare aap se zyada insaan nahi hoga .</w:t>
      </w:r>
    </w:p>
    <w:p>
      <w:pPr>
        <w:jc w:val="right"/>
      </w:pPr>
      <w:r>
        <w:t>اورجہاںتک مہدیکیباتہے، دیکھیے مہدی کامطلبیہنہیںکہکوئیاسکیبہت لمبیسینگہوگی۔ لقد ہمارے پاڑجیساہوگا۔ وہہمارےآپ سے زیادہانسانہوگا۔</w:t>
      </w:r>
    </w:p>
    <w:p>
      <w:r>
        <w:rPr>
          <w:b/>
        </w:rPr>
        <w:t xml:space="preserve">[1:21:42] </w:t>
      </w:r>
      <w:r>
        <w:t>jab rasool bashar the to mehdi bashar nahi hoga . yeh bhi samajh lijiye . yeh sare log jo mehdi ka intezar kar rahe hain, mehdi ka inkar karne wale ban jayenge Allah ta'ala ke yahan .</w:t>
      </w:r>
    </w:p>
    <w:p>
      <w:pPr>
        <w:jc w:val="right"/>
      </w:pPr>
      <w:r>
        <w:t>جب رسول بشرتھےتو مہدیبشرنہیںہوگا۔ یہبھیسمجھلیجیے۔ یہ سارےلوگ جومہدیکاانتظارکررہےہیں ،مہدیکاانکارکرنے والےبنجائیںگےاللہتعالیٰکےہاں۔</w:t>
      </w:r>
    </w:p>
    <w:p>
      <w:r>
        <w:rPr>
          <w:b/>
        </w:rPr>
        <w:t xml:space="preserve">[1:21:54] </w:t>
      </w:r>
      <w:r>
        <w:t>yaad rakhiye . kyun ? woh samajhte hain ke mehdi hoga, koi hamare paas hoga woh</w:t>
      </w:r>
    </w:p>
    <w:p>
      <w:pPr>
        <w:jc w:val="right"/>
      </w:pPr>
      <w:r>
        <w:t>یادرکھیے۔ کیوں؟وہسمجھتےہیںکہمہدیہوگا،کوئیہمارے پاڑہوگاوہ</w:t>
      </w:r>
    </w:p>
    <w:p>
      <w:r>
        <w:rPr>
          <w:b/>
        </w:rPr>
        <w:t xml:space="preserve">[1:22:00] </w:t>
      </w:r>
      <w:r>
        <w:t>yeh wahi intezar kar rahe the rasool Allah ka aur jab rasool Allah aaye to unkar kar diya. kyon? woh samajhte hain ke woh rasool aayega to woh koi hamare paas hoga.</w:t>
      </w:r>
    </w:p>
    <w:p>
      <w:pPr>
        <w:jc w:val="right"/>
      </w:pPr>
      <w:r>
        <w:t>۔یہ ودی انتظارکررہےتھےرسولاللہ کا اورجب رسولاللہ آئےتوانکارکردیا۔ کیوں ؟ وہسمجھتےہیںکہوہرسولآئےگاتووہکوئیہمارےپاڑہوگا۔</w:t>
      </w:r>
    </w:p>
    <w:p>
      <w:r>
        <w:rPr>
          <w:b/>
        </w:rPr>
        <w:t xml:space="preserve">[1:22:11] </w:t>
      </w:r>
      <w:r>
        <w:t>woh to ek bashar the bas. to mehdi bashar nahi hoga woh. rasool to bashar tha aur mehdi ji woh hai hamare paas hoga.</w:t>
      </w:r>
    </w:p>
    <w:p>
      <w:pPr>
        <w:jc w:val="right"/>
      </w:pPr>
      <w:r>
        <w:t>وہتوایکبشرتھےبس۔ تو مہدیبشرنہیںہوگاوہ۔ رسولتوبشرتھااورمہدیجوہےہمارےپاڑہوگا۔</w:t>
      </w:r>
    </w:p>
    <w:p>
      <w:r>
        <w:rPr>
          <w:b/>
        </w:rPr>
        <w:t xml:space="preserve">[1:22:21] </w:t>
      </w:r>
      <w:r>
        <w:t>to yaad rakhiye bashar ki satah par jo log jinke andar yeh salahiyat ho, yeh nigah ho ya zehan ho ke bashar ki satah par kisi ko pehchan saken, wohi pehchanenge, warna munkir bankar reh jayenge woh.</w:t>
      </w:r>
    </w:p>
    <w:p>
      <w:pPr>
        <w:jc w:val="right"/>
      </w:pPr>
      <w:r>
        <w:t>تو یادرکھیے بشر کیسطح پر جو لوگ جنکےاندریہ صلاحیتہو،یہنگاہہویا ذہنہو کہبشرکیسطحپرکسیکوپہچانسکیں،وہیپہچانیںگے ،ورنہمنکربنکررہجائیںگےوہ ۔</w:t>
      </w:r>
    </w:p>
    <w:p>
      <w:r>
        <w:rPr>
          <w:b/>
        </w:rPr>
        <w:t xml:space="preserve">[1:22:38] </w:t>
      </w:r>
      <w:r>
        <w:t>isme koi shakk nahi hai. main jahan tak samjha wohi yeh hai.</w:t>
      </w:r>
    </w:p>
    <w:p>
      <w:pPr>
        <w:jc w:val="right"/>
      </w:pPr>
      <w:r>
        <w:t>اسمیںکوئیشکنہیں ہے۔ میں جہاںتکسمجھاہےوہیہیہے۔</w:t>
      </w:r>
    </w:p>
    <w:p>
      <w:r>
        <w:rPr>
          <w:b/>
        </w:rPr>
        <w:t xml:space="preserve">[1:22:44] </w:t>
      </w:r>
      <w:r>
        <w:t>maulana, i would also like to tell doctor mateen that he can read Al-Risala online ah from CPS website and Al-Risala website and you should particularly read the edition of Al-Risala in 2010.</w:t>
      </w:r>
    </w:p>
    <w:p>
      <w:pPr>
        <w:jc w:val="right"/>
      </w:pPr>
      <w:r>
        <w:t>مولانا،آئیووڈآلسولائکٹوٹیلڈاکٹرمت یندیٹہیکین ریڈ الرسالہآن لائن آہفر امسیپیایسویبسائٹاور الرسالہویبسائٹاین ڈیوشوڈپرٹیکولرلیریڈدا می ایڈیشنآف الرسالہان2 0 10۔</w:t>
      </w:r>
    </w:p>
    <w:p>
      <w:r>
        <w:rPr>
          <w:b/>
        </w:rPr>
        <w:t xml:space="preserve">[1:22:57] </w:t>
      </w:r>
      <w:r>
        <w:t>i would also send Hamd-un-Nukfar similarly. ah, a last question Maulana kya hai Mr Arshad Jamal ne New Delhi se. unhone likha hai "How to bring Khushu in Namaaz ?Please explain.</w:t>
      </w:r>
    </w:p>
    <w:p>
      <w:pPr>
        <w:jc w:val="right"/>
      </w:pPr>
      <w:r>
        <w:t>آئیووڈآلسوسینڈہمدالنکفارداسیم۔ آہاگلاسوال مول اناکیاہے مسٹر ارشدجمالنے نئیدلیسے ۔ انہوںنےلکھاہے "Howto bring Khushu in Namaaz ?Pleaseexpla in.</w:t>
      </w:r>
    </w:p>
    <w:p>
      <w:r>
        <w:rPr>
          <w:b/>
        </w:rPr>
        <w:t xml:space="preserve">[1:23:12] </w:t>
      </w:r>
      <w:r>
        <w:t>It has been a case with me for years that when I start Namaz, a lot of other thoughts capture my mind.</w:t>
      </w:r>
    </w:p>
    <w:p>
      <w:pPr>
        <w:jc w:val="right"/>
      </w:pPr>
      <w:r>
        <w:t>Ithas been acasewith me for years that when I start Namaaz , alot of other thoughts cap turemymind .</w:t>
      </w:r>
    </w:p>
    <w:p>
      <w:r>
        <w:rPr>
          <w:b/>
        </w:rPr>
        <w:t xml:space="preserve">[1:23:21] </w:t>
      </w:r>
      <w:r>
        <w:t>Pleaseexplainhowto main tain the intention towards Allah during Namaaz." dekhiye namaz ke saath ek pre-Namaaz hai.</w:t>
      </w:r>
    </w:p>
    <w:p>
      <w:pPr>
        <w:jc w:val="right"/>
      </w:pPr>
      <w:r>
        <w:t>Pleaseexplainhowto main tain the intention towards Allah during Namaaz." دیکھیے نمازکےساتھ ایک pre -Namaazہے۔</w:t>
      </w:r>
    </w:p>
    <w:p>
      <w:r>
        <w:rPr>
          <w:b/>
        </w:rPr>
        <w:t xml:space="preserve">[1:23:33] </w:t>
      </w:r>
      <w:r>
        <w:t>yani salat ke saath ek pre-Salat hai. woh kya hai</w:t>
      </w:r>
    </w:p>
    <w:p>
      <w:pPr>
        <w:jc w:val="right"/>
      </w:pPr>
      <w:r>
        <w:t>یعنیصلاۃکےساتھایک pre -Salat ہے۔ وہکیا ہے</w:t>
      </w:r>
    </w:p>
    <w:p>
      <w:r>
        <w:rPr>
          <w:b/>
        </w:rPr>
        <w:t xml:space="preserve">[1:23:36] </w:t>
      </w:r>
      <w:r>
        <w:t>? apne ko tayyar karna. Preparation. woh kya hai? Study. mutala.</w:t>
      </w:r>
    </w:p>
    <w:p>
      <w:pPr>
        <w:jc w:val="right"/>
      </w:pPr>
      <w:r>
        <w:t>؟ اپنےکوتیار کرنا ۔ Prepar ation ۔وہکیاہے ؟ Stud y۔ مطالعہ۔</w:t>
      </w:r>
    </w:p>
    <w:p>
      <w:r>
        <w:rPr>
          <w:b/>
        </w:rPr>
        <w:t xml:space="preserve">[1:23:47] </w:t>
      </w:r>
      <w:r>
        <w:t>quran ka mutala, hadith ka mutala. aisi kitabon ka mutala jo jisme islam ki spirit ko bataya gaya ho.</w:t>
      </w:r>
    </w:p>
    <w:p>
      <w:pPr>
        <w:jc w:val="right"/>
      </w:pPr>
      <w:r>
        <w:t>قرآنکامطالعہ،حدیثکامطالعہ۔ ایسیکتابوںکامطالعہجو جسمیں اسلام کیspiritکوبتایاگیاہو ۔</w:t>
      </w:r>
    </w:p>
    <w:p>
      <w:r>
        <w:rPr>
          <w:b/>
        </w:rPr>
        <w:t xml:space="preserve">[1:23:56] </w:t>
      </w:r>
      <w:r>
        <w:t>aur daily routine mein shamil karna mutale ko.</w:t>
      </w:r>
    </w:p>
    <w:p>
      <w:pPr>
        <w:jc w:val="right"/>
      </w:pPr>
      <w:r>
        <w:t>اور da ily routineمیںشامل کرنامطالعےکو۔</w:t>
      </w:r>
    </w:p>
    <w:p>
      <w:r>
        <w:rPr>
          <w:b/>
        </w:rPr>
        <w:t xml:space="preserve">[1:24:02] </w:t>
      </w:r>
      <w:r>
        <w:t>to isme jab aap is tarah se honge ke daily routine mein aap kitabon ko shamil kar lenge, aisi kitabon ko jo aapko spirit batati hain.</w:t>
      </w:r>
    </w:p>
    <w:p>
      <w:pPr>
        <w:jc w:val="right"/>
      </w:pPr>
      <w:r>
        <w:t>تو اسمیں جب آپ اسطرحسے ہوگاکہ dailyroutineمیںآپکتاب وںکوشاملکرلیںگے،ایسیکتاب وںکو جوآپکو spiritبت اتیہیں۔</w:t>
      </w:r>
    </w:p>
    <w:p>
      <w:r>
        <w:rPr>
          <w:b/>
        </w:rPr>
        <w:t xml:space="preserve">[1:24:11] </w:t>
      </w:r>
      <w:r>
        <w:t>to dheere dheere woh woh shakhsiyat banegi. distraction se door ho jayenge aap. jab distraction se door ho jayenge to phir namaz mein bilashuba aapko khushu paida ho jayega.</w:t>
      </w:r>
    </w:p>
    <w:p>
      <w:pPr>
        <w:jc w:val="right"/>
      </w:pPr>
      <w:r>
        <w:t>تو دھیرےدھیرےوہ وہشخص یتبنےگی۔ ڈسٹریشنسےدورہوجائیںگےآپ ۔ جب ڈسٹریشنسےدورہوجائیںگےتوپھرنمازمیں بلاشبہآپکو خشوعپیداہوجائےگا۔</w:t>
      </w:r>
    </w:p>
    <w:p>
      <w:r>
        <w:rPr>
          <w:b/>
        </w:rPr>
        <w:t xml:space="preserve">[1:24:24] </w:t>
      </w:r>
      <w:r>
        <w:t>to har cheez preparation chahti hai. Preparation.</w:t>
      </w:r>
    </w:p>
    <w:p>
      <w:pPr>
        <w:jc w:val="right"/>
      </w:pPr>
      <w:r>
        <w:t>توہرچیز preparationچاہتیہے۔Prepar ation۔</w:t>
      </w:r>
    </w:p>
    <w:p>
      <w:r>
        <w:rPr>
          <w:b/>
        </w:rPr>
        <w:t xml:space="preserve">[1:24:27] </w:t>
      </w:r>
      <w:r>
        <w:t>to woh main kahunga ke salat ke saath, salat se pehle ek salat hai. woh hai preparation. yani study. mera tajruba yahi hai.</w:t>
      </w:r>
    </w:p>
    <w:p>
      <w:pPr>
        <w:jc w:val="right"/>
      </w:pPr>
      <w:r>
        <w:t>تووہیمیںکہوںگاکہ صلاۃکےساتھ ،صلاۃسےپہلے ایکصلاۃہے۔ وہہے prepar ation۔ یعنی stud y۔ میراتجربہیہیہے۔</w:t>
      </w:r>
    </w:p>
    <w:p>
      <w:r>
        <w:rPr>
          <w:b/>
        </w:rPr>
        <w:t xml:space="preserve">[1:24:41] </w:t>
      </w:r>
      <w:r>
        <w:t>Maulana Shariq Hussain ne Delhi se likha hai: "Maulana Maghrib ne hamein communication, printing press, mazhabi azadi aur woh tamam cheezen dein jo dawat ke liye madadgar thin.</w:t>
      </w:r>
    </w:p>
    <w:p>
      <w:pPr>
        <w:jc w:val="right"/>
      </w:pPr>
      <w:r>
        <w:t>مول انا شارقحسیننے دلیسےلکھاہے: "مول انا مغ رب نے ہمیں commun ic ation, printing press ،مذہبی آز ادی اور وہ تمام چیزیں دیں جو دعوتکےلیے مددگارتھیں۔</w:t>
      </w:r>
    </w:p>
    <w:p>
      <w:r>
        <w:rPr>
          <w:b/>
        </w:rPr>
        <w:t xml:space="preserve">[1:24:57] </w:t>
      </w:r>
      <w:r>
        <w:t>jab ke Muslim sultanon ne aisa kuch nahi diya jis se dawat ke liye madad mile. Maulana phir bhi Musalman faqir mein kyun jeete hain</w:t>
      </w:r>
    </w:p>
    <w:p>
      <w:pPr>
        <w:jc w:val="right"/>
      </w:pPr>
      <w:r>
        <w:t>جب کہ مسلم سلاطیننے ایسا کچھنہیں دیا جسسے دعوتکےلیے مد دملے۔ مول انا پھربھی مس لمان فقرمیںکیوں جیتےہیں</w:t>
      </w:r>
    </w:p>
    <w:p>
      <w:r>
        <w:rPr>
          <w:b/>
        </w:rPr>
        <w:t xml:space="preserve">[1:25:08] </w:t>
      </w:r>
      <w:r>
        <w:t>? woh Ahl-e-Maghrib ko acknowledge kyun nahi karte? iske bare mein bataein." Itisdue topoliticalconditioning.</w:t>
      </w:r>
    </w:p>
    <w:p>
      <w:pPr>
        <w:jc w:val="right"/>
      </w:pPr>
      <w:r>
        <w:t>؟ وہ اہل ِمغربکو acknowledge کیوںنہیں کرتے ؟ اسکےبارےمیںبت ائیں۔" Itisdue to polit ical cond itioning.</w:t>
      </w:r>
    </w:p>
    <w:p>
      <w:r>
        <w:rPr>
          <w:b/>
        </w:rPr>
        <w:t xml:space="preserve">[1:25:21] </w:t>
      </w:r>
      <w:r>
        <w:t>Musalman wohi, aaj ke jo Musalman nahi woh political conditioning mein jeete hain. dekhiye Islam, Hazrat Rasool Allah ke zamane mein koi political power nahi bana tha.</w:t>
      </w:r>
    </w:p>
    <w:p>
      <w:pPr>
        <w:jc w:val="right"/>
      </w:pPr>
      <w:r>
        <w:t>مس لمانجوہیں،آجکےجومسلمانہیںوہpolit icalconditioningمیںجیتےہیں۔ دیکھیے اسلام ، حضرترسولاللہکےزمانےمیں کوئی polit icalpowerنہیںبناتھا۔</w:t>
      </w:r>
    </w:p>
    <w:p>
      <w:r>
        <w:rPr>
          <w:b/>
        </w:rPr>
        <w:t xml:space="preserve">[1:25:34] </w:t>
      </w:r>
      <w:r>
        <w:t>Political power baqayda bana hai Hazrat Umar ke zamane mein.</w:t>
      </w:r>
    </w:p>
    <w:p>
      <w:pPr>
        <w:jc w:val="right"/>
      </w:pPr>
      <w:r>
        <w:t>Polit icalpowerباقاعدہبناہے حضرتعمرکےزمان ےمیں۔</w:t>
      </w:r>
    </w:p>
    <w:p>
      <w:r>
        <w:rPr>
          <w:b/>
        </w:rPr>
        <w:t xml:space="preserve">[1:25:38] </w:t>
      </w:r>
      <w:r>
        <w:t>iske baad woh kamaz kam aath sau saal tak yani full swing par raha Musalmanon ko political power. taqreeban hazar saal tak keh sakte hain aap.</w:t>
      </w:r>
    </w:p>
    <w:p>
      <w:pPr>
        <w:jc w:val="right"/>
      </w:pPr>
      <w:r>
        <w:t>اسکےبعد وہ کمازکمآٹھسوسال تک یعنی full swingپررہامسلمانوںکوpolit icalpower۔ تقریباًہزار سالتک کہہسکتےہیںآپ ۔</w:t>
      </w:r>
    </w:p>
    <w:p>
      <w:r>
        <w:rPr>
          <w:b/>
        </w:rPr>
        <w:t xml:space="preserve">[1:25:50] </w:t>
      </w:r>
      <w:r>
        <w:t>to ismein Musalman conditioned ho gaye.</w:t>
      </w:r>
    </w:p>
    <w:p>
      <w:pPr>
        <w:jc w:val="right"/>
      </w:pPr>
      <w:r>
        <w:t>تو اسیمیںمسلمان conditionedہوگئے۔</w:t>
      </w:r>
    </w:p>
    <w:p>
      <w:r>
        <w:rPr>
          <w:b/>
        </w:rPr>
        <w:t xml:space="preserve">[1:25:55] </w:t>
      </w:r>
      <w:r>
        <w:t>yani nasal dar nasal ismein jab paida hui hai woh. Political rawaiyat mein, political tradition mein, political power mein. har nasal isi kahaniyan sun rahi hai, isi ka charcha sun rahi hai.</w:t>
      </w:r>
    </w:p>
    <w:p>
      <w:pPr>
        <w:jc w:val="right"/>
      </w:pPr>
      <w:r>
        <w:t>یعنی نسل درنسلاسیمیںجبپیدا ہوئیہےوہ ۔ Polit icalروایاتمیں ،polit icaltrad itionمیں ،polit icalpowerمیں ۔ ہرنسل اسیکہانیاں سن رہیہے،اسیکاچرچاسنرہیہے۔</w:t>
      </w:r>
    </w:p>
    <w:p>
      <w:r>
        <w:rPr>
          <w:b/>
        </w:rPr>
        <w:t xml:space="preserve">[1:26:06] </w:t>
      </w:r>
      <w:r>
        <w:t>isi ke mahaul mein paida ho rahi hai. to saare Musalmanon ka case ban gaya political conditioning ka case. isi wajah se woh nafrat karte hain logon se.</w:t>
      </w:r>
    </w:p>
    <w:p>
      <w:pPr>
        <w:jc w:val="right"/>
      </w:pPr>
      <w:r>
        <w:t>اسیکےماحولمیںپیداہورہیہے۔ تو سارے مس لمانوںکاcaseبنگیا polit icalcond itioningکاcase۔ اسیکیوجہسےوہنفرتکرتےہیںلوگوںسے ۔</w:t>
      </w:r>
    </w:p>
    <w:p>
      <w:r>
        <w:rPr>
          <w:b/>
        </w:rPr>
        <w:t xml:space="preserve">[1:26:16] </w:t>
      </w:r>
      <w:r>
        <w:t>achhaab ab woh empire rehna nahi hai muslim empire.</w:t>
      </w:r>
    </w:p>
    <w:p>
      <w:pPr>
        <w:jc w:val="right"/>
      </w:pPr>
      <w:r>
        <w:t>اچھااب ابوہ emp ireرہانہیںمسلمemp ire ۔</w:t>
      </w:r>
    </w:p>
    <w:p>
      <w:r>
        <w:rPr>
          <w:b/>
        </w:rPr>
        <w:t xml:space="preserve">[1:26:23] </w:t>
      </w:r>
      <w:r>
        <w:t>to muslim empire se conditioned hain yeh log, saare ke saare log. to samajhte hain ke har aadmi hum se kam hai. hum ko acknowledge karna chahiye is ko.</w:t>
      </w:r>
    </w:p>
    <w:p>
      <w:pPr>
        <w:jc w:val="right"/>
      </w:pPr>
      <w:r>
        <w:t>تو مسلم emp ire سے cond itionedہیں یہلوگ،سارےکےسارےلوگ ۔ توسمجھتےہیںکہہرآدمیہمسےکمہے۔ ہمکو acknowledgeکرناچاہیےاسکو۔</w:t>
      </w:r>
    </w:p>
    <w:p>
      <w:r>
        <w:rPr>
          <w:b/>
        </w:rPr>
        <w:t xml:space="preserve">[1:26:33] </w:t>
      </w:r>
      <w:r>
        <w:t>woh nahi karta hai to woh ghussa karte hain aur nafrat karte hain is cheez ko. yaani ek zaman hi tha ke jab khilafat-e-abbasi qaim thi baghdad mein uska itna dabdaba tha.</w:t>
      </w:r>
    </w:p>
    <w:p>
      <w:pPr>
        <w:jc w:val="right"/>
      </w:pPr>
      <w:r>
        <w:t>وہنہیںکرتاہےتووہغصہکرتےہیںاورنفرتکرتےہیںاسسے۔ یعنیایکزمان ہیہتھا کہجب خلافتعب اسیقائمتھی بغدادمیںاسکااتنادبدبہتھا۔</w:t>
      </w:r>
    </w:p>
    <w:p>
      <w:r>
        <w:rPr>
          <w:b/>
        </w:rPr>
        <w:t xml:space="preserve">[1:26:45] </w:t>
      </w:r>
      <w:r>
        <w:t>bahut zabardast dabdaba tha is ka.</w:t>
      </w:r>
    </w:p>
    <w:p>
      <w:pPr>
        <w:jc w:val="right"/>
      </w:pPr>
      <w:r>
        <w:t>بہت زبردستدبدبہتھااسکا ۔</w:t>
      </w:r>
    </w:p>
    <w:p>
      <w:r>
        <w:rPr>
          <w:b/>
        </w:rPr>
        <w:t xml:space="preserve">[1:26:47] </w:t>
      </w:r>
      <w:r>
        <w:t>to ek ilaaqe mein jo is ke under mein thi, jis ko aaj raja aur nawab hua karte hain, aisa ek ilaaqa tha.</w:t>
      </w:r>
    </w:p>
    <w:p>
      <w:pPr>
        <w:jc w:val="right"/>
      </w:pPr>
      <w:r>
        <w:t>تو ایک علاق ےمیں جو اسکےunder میںتھی، جسکوآج راجہاورنوابہواکرتےہیں، ایساایک علاق ہتھا۔</w:t>
      </w:r>
    </w:p>
    <w:p>
      <w:r>
        <w:rPr>
          <w:b/>
        </w:rPr>
        <w:t xml:space="preserve">[1:26:57] </w:t>
      </w:r>
      <w:r>
        <w:t>to wahan ka jo ruler tha, aaj kal ke islam mein raja keh sakte hain, khabar suni ke woh baghavat karna chahta hai.</w:t>
      </w:r>
    </w:p>
    <w:p>
      <w:pPr>
        <w:jc w:val="right"/>
      </w:pPr>
      <w:r>
        <w:t>تو وہاںکاجوrulerتھا، آجکل کےاسلام میںراجہکہہسکتےہیں، خبرسنیکہوہ بغاوتکرناچاہتاہے۔</w:t>
      </w:r>
    </w:p>
    <w:p>
      <w:r>
        <w:rPr>
          <w:b/>
        </w:rPr>
        <w:t xml:space="preserve">[1:27:07] </w:t>
      </w:r>
      <w:r>
        <w:t>to badshah, woh khalifa jo tha, us ke darbar mein pesh kiya masla ke falan se khabar aayi hai ke woh woh baghavat karna chahta hai, woh ruler.</w:t>
      </w:r>
    </w:p>
    <w:p>
      <w:pPr>
        <w:jc w:val="right"/>
      </w:pPr>
      <w:r>
        <w:t>تو بادشاہ، وہخلیفہجوتھا،اسکےدربارمیںپیشکیا مسئلہ کہ فلاں سےخبرآئیہےکہوہ وہ بغاوتکرناچاہتاہے،وہ ruler۔</w:t>
      </w:r>
    </w:p>
    <w:p>
      <w:r>
        <w:rPr>
          <w:b/>
        </w:rPr>
        <w:t xml:space="preserve">[1:27:18] </w:t>
      </w:r>
      <w:r>
        <w:t>yaani woh regional ruler tha, regional. isi ke mahtahat tha. to khalifa ne raaye di ke wahan fauj bheji jaaye.</w:t>
      </w:r>
    </w:p>
    <w:p>
      <w:pPr>
        <w:jc w:val="right"/>
      </w:pPr>
      <w:r>
        <w:t>یعنی وہ regional rulerتھا،regional ۔ اسیکےماتحتتھا۔ تو خلیفہرجحانتھاکہوہاں فوج بھیجیجائے۔</w:t>
      </w:r>
    </w:p>
    <w:p>
      <w:r>
        <w:rPr>
          <w:b/>
        </w:rPr>
        <w:t xml:space="preserve">[1:27:29] </w:t>
      </w:r>
      <w:r>
        <w:t>to ek bahut samajhdaar qism ka durbari tha, us ne un ko kaha ke hazrat fauj bhejne ki zaroorat nahi hai. aap ek khat bhej dijiye. woh kaafi ho jaaye ga.</w:t>
      </w:r>
    </w:p>
    <w:p>
      <w:pPr>
        <w:jc w:val="right"/>
      </w:pPr>
      <w:r>
        <w:t>تو ایک بہت سمجھدار قسم کادرباریتھا،اسنےانکوکہاکہ حضرت فوجبھیجنےکیضرورتنہیںہے۔ آپایکخطبھیجدیجیے۔ وہ کافیہوجائےگا۔</w:t>
      </w:r>
    </w:p>
    <w:p>
      <w:r>
        <w:rPr>
          <w:b/>
        </w:rPr>
        <w:t xml:space="preserve">[1:27:39] </w:t>
      </w:r>
      <w:r>
        <w:t>aur us ne ek khat bheja, dhamki ka khat. kaha agar tum ne baghavat ki to hum tum ko halaak kar den ge. baaz auqaat chup ka chup baith gaya woh.</w:t>
      </w:r>
    </w:p>
    <w:p>
      <w:pPr>
        <w:jc w:val="right"/>
      </w:pPr>
      <w:r>
        <w:t>اوراسنےایکخطبھیجا،دھمکیکاخط ۔ کہاگرتمنےبغاوتکیتوہم تحسنہسکردیںگےتمکو ۔ بعضاوقاتچپکابیٹھگیا وہ۔</w:t>
      </w:r>
    </w:p>
    <w:p>
      <w:r>
        <w:rPr>
          <w:b/>
        </w:rPr>
        <w:t xml:space="preserve">[1:27:51] </w:t>
      </w:r>
      <w:r>
        <w:t>isi par shayar ne shair kaha tha ke اذا ما ارسل العمراء جيشا الا الاعداء ارسلن الکتاب</w:t>
      </w:r>
    </w:p>
    <w:p>
      <w:pPr>
        <w:jc w:val="right"/>
      </w:pPr>
      <w:r>
        <w:t>اسیپرشاعرنےشعرکہاتھاکہ اذا ما ارسل العمراء جيشا الا الاعداءارسلن الکتاب</w:t>
      </w:r>
    </w:p>
    <w:p>
      <w:r>
        <w:rPr>
          <w:b/>
        </w:rPr>
        <w:t xml:space="preserve">[1:28:00] </w:t>
      </w:r>
      <w:r>
        <w:t>agar jab ameer log fauj bhejte hain apne dushmanon ki taraf to hum ek khat bhej dete hain. yani jab log fauj bhejte hain apne dushmanon ki taraf to hum ek khat bhej dete hain.</w:t>
      </w:r>
    </w:p>
    <w:p>
      <w:pPr>
        <w:jc w:val="right"/>
      </w:pPr>
      <w:r>
        <w:t>اذا ماارسل العمراء جيشا الا الاعداء ارسلنالکتاب یعنی جب لوگ فوج بھیجتےہیں اپنےدشمنوںکیطرف توہمایکخطبھیجدیتےہیں۔</w:t>
      </w:r>
    </w:p>
    <w:p>
      <w:r>
        <w:rPr>
          <w:b/>
        </w:rPr>
        <w:t xml:space="preserve">[1:28:11] </w:t>
      </w:r>
      <w:r>
        <w:t>us ke dabdabe se wahan par khatma ho jaata hai mamla. yeh manzar maine dekha is zamaan e mein jab roos ne cuba mein apna military base banana banana chahta chahta tha.</w:t>
      </w:r>
    </w:p>
    <w:p>
      <w:pPr>
        <w:jc w:val="right"/>
      </w:pPr>
      <w:r>
        <w:t>اسکےدبدبےسےوہاںپرختمہوجاتاہےمعاملہ۔ یہ منظرمیںنےدیکھا اسزمان ےمیں جب روسنے کیوبامیں اپنا ملٹریبیسبنانا بن انا چاہتا چاہاتھا۔</w:t>
      </w:r>
    </w:p>
    <w:p>
      <w:r>
        <w:rPr>
          <w:b/>
        </w:rPr>
        <w:t xml:space="preserve">[1:28:27] </w:t>
      </w:r>
      <w:r>
        <w:t>wahan saara equipment aa chuka tha, wahan samandar mein.</w:t>
      </w:r>
    </w:p>
    <w:p>
      <w:pPr>
        <w:jc w:val="right"/>
      </w:pPr>
      <w:r>
        <w:t>وہاں ساراequip mentآچکاتھا،وہاںسمندرمیں ۔</w:t>
      </w:r>
    </w:p>
    <w:p>
      <w:r>
        <w:rPr>
          <w:b/>
        </w:rPr>
        <w:t xml:space="preserve">[1:28:31] </w:t>
      </w:r>
      <w:r>
        <w:t>woh canadian zabaan mein tha. Canadian ne ek warning diya ke sab wapas le jao yahan se. sab jab destroy kar den ge. sab bhaag gaye woh.</w:t>
      </w:r>
    </w:p>
    <w:p>
      <w:pPr>
        <w:jc w:val="right"/>
      </w:pPr>
      <w:r>
        <w:t>وہ کینیڈینزبان میںتھا۔ کینیڈیننےایک war ningدیا کہسبواپسلےجاؤیہاںسے۔ سب جب destroyکردیںگے۔ سب بھاگگئےوہ ۔</w:t>
      </w:r>
    </w:p>
    <w:p>
      <w:r>
        <w:rPr>
          <w:b/>
        </w:rPr>
        <w:t xml:space="preserve">[1:28:41] </w:t>
      </w:r>
      <w:r>
        <w:t>to yeh ek dabdabe ki baat hoti hai. isi dabdabe mein musalman jeete rahe saikron saal tak. isi mein conditioning un ki ho gayi. ab woh dabdaba hai nahi.</w:t>
      </w:r>
    </w:p>
    <w:p>
      <w:pPr>
        <w:jc w:val="right"/>
      </w:pPr>
      <w:r>
        <w:t>تویہایکدبدبےکیباتہوتیہے۔ اسی دبدبےمیںمسلمانجیتےرہےسیکڑوںسالتک ۔ اسیمیںconditioningانکیہوگئی ۔ ابوہدبدبہہےنہیں۔</w:t>
      </w:r>
    </w:p>
    <w:p>
      <w:r>
        <w:rPr>
          <w:b/>
        </w:rPr>
        <w:t xml:space="preserve">[1:28:51] </w:t>
      </w:r>
      <w:r>
        <w:t>to insaan se nafrat karte hain. padar maslat-e-putar ki nafsiyat mein jeete hain woh.</w:t>
      </w:r>
    </w:p>
    <w:p>
      <w:pPr>
        <w:jc w:val="right"/>
      </w:pPr>
      <w:r>
        <w:t>توانسان سےنفرتکرتےہیں۔ پدرمسلطان پوتکینفسیاتمیںجیتےہیںوہ ۔</w:t>
      </w:r>
    </w:p>
    <w:p>
      <w:r>
        <w:rPr>
          <w:b/>
        </w:rPr>
        <w:t xml:space="preserve">[1:28:57] </w:t>
      </w:r>
      <w:r>
        <w:t>main samajhta hoon ke musalmanon ka koi naya jo starting point hai woh deconditioning hai. political deconditioning. yahin se start milta hai. nahi to nahi to kabhi musalmanon ki islaah nahi hogi.</w:t>
      </w:r>
    </w:p>
    <w:p>
      <w:pPr>
        <w:jc w:val="right"/>
      </w:pPr>
      <w:r>
        <w:t>میں سمجھتاہوںکہمسلمانوں کا کوئی نیاجو start ingpoint ہےوہdec onditioningہے۔ Polit icaldec onditioning۔ یہیںسےstart ملتاہے۔نہیںتونہیںتوکبھی مسلماناصلاحنہیںہوگی۔</w:t>
      </w:r>
    </w:p>
    <w:p>
      <w:r>
        <w:rPr>
          <w:b/>
        </w:rPr>
        <w:t xml:space="preserve">[1:29:09] </w:t>
      </w:r>
      <w:r>
        <w:t>qayamat tak islaah nahi ho gi. yahin ke kaise hum maren ge woh. un ki political conditioning ko decondition kiya jaaye.</w:t>
      </w:r>
    </w:p>
    <w:p>
      <w:pPr>
        <w:jc w:val="right"/>
      </w:pPr>
      <w:r>
        <w:t>قیامتتکاصلاح نہیںہو گی۔یہیںکےسےہیمریںگےوہ۔ ان کیpolit icalcond itioningکو dec onditionکیاجائے۔</w:t>
      </w:r>
    </w:p>
    <w:p>
      <w:r>
        <w:rPr>
          <w:b/>
        </w:rPr>
        <w:t xml:space="preserve">[1:29:18] </w:t>
      </w:r>
      <w:r>
        <w:t>tab woh realist banen ge. tab haqaaq haqaaq ko nazar mein aayen ge. tab woh modern education len ge.</w:t>
      </w:r>
    </w:p>
    <w:p>
      <w:pPr>
        <w:jc w:val="right"/>
      </w:pPr>
      <w:r>
        <w:t>تب وہre alistبنیںگے۔ تب حقائق حقائقکو نظر میںآئیںگے۔ تب وہ modern educ ationلیںگے۔</w:t>
      </w:r>
    </w:p>
    <w:p>
      <w:r>
        <w:rPr>
          <w:b/>
        </w:rPr>
        <w:t xml:space="preserve">[1:29:29] </w:t>
      </w:r>
      <w:r>
        <w:t>aur yahan par main ek baat aur add karoon ga ke yeh yahudiyon ne ka case wahi hua lekin yahudiyon ka case musalmanon se achha saabit hua.</w:t>
      </w:r>
    </w:p>
    <w:p>
      <w:pPr>
        <w:jc w:val="right"/>
      </w:pPr>
      <w:r>
        <w:t>اوریہاںپرمیںایکباتاور addکروںگا کہیہ ودیوں نے کا caseوہیہوا لیکن یہودیوں کاcaseمسلمانوںسےاچھاثابتہوا۔</w:t>
      </w:r>
    </w:p>
    <w:p>
      <w:r>
        <w:rPr>
          <w:b/>
        </w:rPr>
        <w:t xml:space="preserve">[1:29:41] </w:t>
      </w:r>
      <w:r>
        <w:t>dekhiye hindu yahudi jab diaspora mein gaye to har jagah un nan ke saath yani kamtar sulook kiya jaayega. jis ko kehte hain ghetto. jahan yeh gaye shehar mein jab basne ki ijazat nahi mili in ko to woh alag raho. yaani har jagah basne ke taur par raho.</w:t>
      </w:r>
    </w:p>
    <w:p>
      <w:pPr>
        <w:jc w:val="right"/>
      </w:pPr>
      <w:r>
        <w:t>دیکھیے ہندو یہودی جبdi asporaمیںگئے تو ہرجگہانانکےساتھ یعنی کمترسلوککیاجائےگا۔ جسکوکہتےہیں گھیٹو۔جہاںیہگئے شہر میںجببسنےکیاجازتنہیںملی انکو تووہالگرہو۔یعنیہرجگہبستیکےطورپررہو۔</w:t>
      </w:r>
    </w:p>
    <w:p>
      <w:r>
        <w:rPr>
          <w:b/>
        </w:rPr>
        <w:t xml:space="preserve">[1:29:57] </w:t>
      </w:r>
      <w:r>
        <w:t>use kaha jaata hai ghetto. to har jagah in ko zulm hua. chhe sau million aadmi maar daale gaye hitler ke zaman e mein.</w:t>
      </w:r>
    </w:p>
    <w:p>
      <w:pPr>
        <w:jc w:val="right"/>
      </w:pPr>
      <w:r>
        <w:t>اسے کہاجاتاہےگھیٹو۔ توہرجگہانکوظلمہوا۔ چھسو ملینآدمیمارڈالےگئے ہٹلرکےزمانےمیں۔</w:t>
      </w:r>
    </w:p>
    <w:p>
      <w:r>
        <w:rPr>
          <w:b/>
        </w:rPr>
        <w:t xml:space="preserve">[1:30:06] </w:t>
      </w:r>
      <w:r>
        <w:t>is se un ke andar introspection aaya. Reassessment kiya unho ne. Revise kiya apne aap ko. aur phir unho ne kiya kya? yeh modern education li.</w:t>
      </w:r>
    </w:p>
    <w:p>
      <w:pPr>
        <w:jc w:val="right"/>
      </w:pPr>
      <w:r>
        <w:t>اسسے انکےاندر introsp ectionآیا۔ Reassessmentکیاانہوںنے۔Reviseکیااپنےآپکو ۔ اورپھرانہوںنےکیا کیا؟یہmodern educ ationلی۔</w:t>
      </w:r>
    </w:p>
    <w:p>
      <w:r>
        <w:rPr>
          <w:b/>
        </w:rPr>
        <w:t xml:space="preserve">[1:30:16] </w:t>
      </w:r>
      <w:r>
        <w:t>aaj duniya mein sab se zyada learned community agar koi hai to yeh wohi hain. achha musalmanon ke saath bhi yahi ho raha hai. musalman jis zulm kehte hain na zulm woh kya hai? khuda ki warning hai woh.</w:t>
      </w:r>
    </w:p>
    <w:p>
      <w:pPr>
        <w:jc w:val="right"/>
      </w:pPr>
      <w:r>
        <w:t>آجدنیا میں سبسےزیادہ learnedcommun ityاگرکوئیتو یہ ودیہیں۔ اچھامسلمانوںکےساتھبھییہیہورہاہے۔ مسلمان جس ظلم کہتےہیںناظلم وہکیاہے؟خداکیwar ningہےوہ ۔</w:t>
      </w:r>
    </w:p>
    <w:p>
      <w:r>
        <w:rPr>
          <w:b/>
        </w:rPr>
        <w:t xml:space="preserve">[1:30:30] </w:t>
      </w:r>
      <w:r>
        <w:t>yeh political condition ko torney ke liye khuda ki warning hai woh</w:t>
      </w:r>
    </w:p>
    <w:p>
      <w:pPr>
        <w:jc w:val="right"/>
      </w:pPr>
      <w:r>
        <w:t>یہpolit icalcond itionکو توڑنےکےلیےخداکیwar ningہےوہ</w:t>
      </w:r>
    </w:p>
    <w:p>
      <w:r>
        <w:rPr>
          <w:b/>
        </w:rPr>
        <w:t xml:space="preserve">[1:30:34] </w:t>
      </w:r>
      <w:r>
        <w:t>har jagah musalmanon ke sath jo sulook ho raha hai. jo kehte hain zulm hai aur ziyadati hai aur discrimination hai. kuch bhi nahi hai. yeh khuda ki taraf se in ki deconditioning ki ja rahi hai.</w:t>
      </w:r>
    </w:p>
    <w:p>
      <w:pPr>
        <w:jc w:val="right"/>
      </w:pPr>
      <w:r>
        <w:t>۔ ہرجگہمسلمانوںکےساتھجوسلوکہورہاہے۔ جوکہتےہیںظلمہےاورزیادتیہےاورdiscriminationہے۔ کچھبھینہیں ہے۔ یہ خداکیطرف سے انکی decond itioningکیجارہیہے۔</w:t>
      </w:r>
    </w:p>
    <w:p>
      <w:r>
        <w:rPr>
          <w:b/>
        </w:rPr>
        <w:t xml:space="preserve">[1:30:46] </w:t>
      </w:r>
      <w:r>
        <w:t>lekin hamare jo log hain jo leader hain darhi wale bete rishbar shadon dono kiya kar rahe hain? is ko zulm bata rahe hain.</w:t>
      </w:r>
    </w:p>
    <w:p>
      <w:pPr>
        <w:jc w:val="right"/>
      </w:pPr>
      <w:r>
        <w:t>لیکن ہمارےجو لوگ ہیں جو le aderہیں داڑھیوالے بیٹےریشبارشدونوں کیا کررہےہیں؟اسکوظلمبتارہےہیں۔</w:t>
      </w:r>
    </w:p>
    <w:p>
      <w:r>
        <w:rPr>
          <w:b/>
        </w:rPr>
        <w:t xml:space="preserve">[1:30:54] </w:t>
      </w:r>
      <w:r>
        <w:t>zulm nahi batao. kaho ke khuda ki warning hai. tumhari deconditioning ke liye.</w:t>
      </w:r>
    </w:p>
    <w:p>
      <w:pPr>
        <w:jc w:val="right"/>
      </w:pPr>
      <w:r>
        <w:t>ظلمنہیںبتاؤ۔کہوکہخداکیwarningہے۔ تمہاریdecond itioningکےلیے۔</w:t>
      </w:r>
    </w:p>
    <w:p>
      <w:r>
        <w:rPr>
          <w:b/>
        </w:rPr>
        <w:t xml:space="preserve">[1:31:00] </w:t>
      </w:r>
      <w:r>
        <w:t>yeh wehiyon ne deconditioning kar li apni. aur musalman ne. kyunke jitne bhi yahan akhbar wale, stage wale, kitab wale sab kiya kar rahe hain?</w:t>
      </w:r>
    </w:p>
    <w:p>
      <w:pPr>
        <w:jc w:val="right"/>
      </w:pPr>
      <w:r>
        <w:t>یہ ودیوںنے deconditioningکرلی اپنی ۔ اورمسلماننے ۔کیونکہجتنےبھی یہاں اخبار والے ،stageوالے،کتاب والے سب کیاکررہےہیں؟</w:t>
      </w:r>
    </w:p>
    <w:p>
      <w:r>
        <w:rPr>
          <w:b/>
        </w:rPr>
        <w:t xml:space="preserve">[1:31:11] </w:t>
      </w:r>
      <w:r>
        <w:t>sazish hai, zulm hai aur yeh hai woh hai. aur in ko goli chalao, in ko bomb maro. main samajhta hoon ke starting point musalmanon ka yeh hai ke in ko bataya jaye yeh sab jo ho raha hai yeh tumhari deconditioning ke liye ho raha hai.</w:t>
      </w:r>
    </w:p>
    <w:p>
      <w:pPr>
        <w:jc w:val="right"/>
      </w:pPr>
      <w:r>
        <w:t>ساز شہے،ظلمہے اور یہہے وہہے۔ اور انکوگن چلاؤ،انکوبم مارو۔ میںسمجھتاہوںکہstart ingpoint مسلمانوںکایہہےکہانکوبتایاجائے یہسبجوہورہاہےیہتمہاریdeconditioningکےلیےہورہاہے۔</w:t>
      </w:r>
    </w:p>
    <w:p>
      <w:r>
        <w:rPr>
          <w:b/>
        </w:rPr>
        <w:t xml:space="preserve">[1:31:26] </w:t>
      </w:r>
      <w:r>
        <w:t>bahar aao apne is mazi ki condition se bahar aao. religious ko jano. modern education lo. waqt ki haqiqaton ko samjho.</w:t>
      </w:r>
    </w:p>
    <w:p>
      <w:pPr>
        <w:jc w:val="right"/>
      </w:pPr>
      <w:r>
        <w:t>باہرآؤاپنے اس ماضیکیcond itionسےباہرآؤ۔ Relig iousکوجان و۔ Modern educ ationلو۔ وقتکیحقیقتوںکوسمجھو۔</w:t>
      </w:r>
    </w:p>
    <w:p>
      <w:r>
        <w:rPr>
          <w:b/>
        </w:rPr>
        <w:t xml:space="preserve">[1:31:37] </w:t>
      </w:r>
      <w:r>
        <w:t>yeh jano tum kahan khare ho? aaj muslim empire nahi duniya mein hai. to tum khare ho aisi jagah jahan ke tum power chhin chuka hai aur aur jeete ho pidar sultan put ki nafsiyat tumhein.</w:t>
      </w:r>
    </w:p>
    <w:p>
      <w:pPr>
        <w:jc w:val="right"/>
      </w:pPr>
      <w:r>
        <w:t>یہجانوتمکہاںکھڑےہو ؟ آجمسلم empireنہیںدنیامیںہے۔ تو تم کھڑےہو ایسیجگہجہاںکہتم powerچھنچکاہےاور اور جیتےہوپدرمسلطانپوتکینفسیاتمیں۔</w:t>
      </w:r>
    </w:p>
    <w:p>
      <w:r>
        <w:rPr>
          <w:b/>
        </w:rPr>
        <w:t xml:space="preserve">[1:31:50] </w:t>
      </w:r>
      <w:r>
        <w:t>ise khatam karo.</w:t>
      </w:r>
    </w:p>
    <w:p>
      <w:pPr>
        <w:jc w:val="right"/>
      </w:pPr>
      <w:r>
        <w:t>اسےختمکرو۔</w:t>
      </w:r>
    </w:p>
    <w:p>
      <w:r>
        <w:rPr>
          <w:b/>
        </w:rPr>
        <w:t xml:space="preserve">[1:31:54] </w:t>
      </w:r>
      <w:r>
        <w:t>to yahan musalman jo hai yehudiyon se peeche ho gaye. yani yahudiyon ne limited sense mein apni deconditioning kar dali. aur modern world mein unhone apni jagah bana li.</w:t>
      </w:r>
    </w:p>
    <w:p>
      <w:pPr>
        <w:jc w:val="right"/>
      </w:pPr>
      <w:r>
        <w:t>تویہاں مس لمان جوہےیہودیسےپیچھےہوگئے۔ یعنییہودیوںنے limited senseمیںاپنیdecond itioningکرڈالی۔ اورmodern worldمیںانہوںنےاپنیجگہبنالی۔</w:t>
      </w:r>
    </w:p>
    <w:p>
      <w:r>
        <w:rPr>
          <w:b/>
        </w:rPr>
        <w:t xml:space="preserve">[1:32:05] </w:t>
      </w:r>
      <w:r>
        <w:t>musalmaniya bhi nahi kar raha hai. musalmanon se nafrat ki wajah se daawa barg bhi chhoot gaya. musalman jo nafratein karte</w:t>
      </w:r>
    </w:p>
    <w:p>
      <w:pPr>
        <w:jc w:val="right"/>
      </w:pPr>
      <w:r>
        <w:t>مس لمانیہبھینہیںکررہے۔ مسلمانوںسے نفرتکیوجہسےدعویٰبرگبھیچھوٹگیا۔ مسلمانجونفرتیںکرتے</w:t>
      </w:r>
    </w:p>
    <w:p>
      <w:r>
        <w:rPr>
          <w:b/>
        </w:rPr>
        <w:t xml:space="preserve">[1:32:13] </w:t>
      </w:r>
      <w:r>
        <w:t>hain kis se karte hain? mad'u wohi hai. mad'u se nafrat. to daawa barg khatam. aur pidar sultan put ki nafsiyat ke natije mein kiya hua?</w:t>
      </w:r>
    </w:p>
    <w:p>
      <w:pPr>
        <w:jc w:val="right"/>
      </w:pPr>
      <w:r>
        <w:t>ہیںکسسےکرتےہیں؟مدعوہیںوہ ۔ مدعوسےنفرت ۔تو دعویٰبرگختم ۔ اور پدرمسلطان پوتکینفسیاتکےنتیجےمیںکیاہوا؟</w:t>
      </w:r>
    </w:p>
    <w:p>
      <w:r>
        <w:rPr>
          <w:b/>
        </w:rPr>
        <w:t xml:space="preserve">[1:32:24] </w:t>
      </w:r>
      <w:r>
        <w:t>modern education nahi li unhone. har jagah woh misfit ho rahe hain. to musalmanon ki jo woh hai mujhe ek safar mein ek arab sheikh ne poocha ke min ayna nabda'?</w:t>
      </w:r>
    </w:p>
    <w:p>
      <w:pPr>
        <w:jc w:val="right"/>
      </w:pPr>
      <w:r>
        <w:t>Modern educ ationنہیںلیانہوںنے۔ ہرجگہوہ misfitہورہےہیں۔ تو مس لمانوںکی جو وہہے مجھےایکسفرمیںایکعربشیخنےپوچھاکہ من أيننبدأ؟</w:t>
      </w:r>
    </w:p>
    <w:p>
      <w:r>
        <w:rPr>
          <w:b/>
        </w:rPr>
        <w:t xml:space="preserve">[1:32:40] </w:t>
      </w:r>
      <w:r>
        <w:t>From wheretobegin?</w:t>
      </w:r>
    </w:p>
    <w:p>
      <w:pPr>
        <w:jc w:val="right"/>
      </w:pPr>
      <w:r>
        <w:t>From wheretobegin ?</w:t>
      </w:r>
    </w:p>
    <w:p>
      <w:r>
        <w:rPr>
          <w:b/>
        </w:rPr>
        <w:t xml:space="preserve">[1:32:43] </w:t>
      </w:r>
      <w:r>
        <w:t>to maine yeh hi kaha tha ke deconditioning se begin karna hai. to woh jante hain nahi deconditioning concept, woh log samjhe nahi is baat ko. behal samajhta hoon ke starting point hai musalmanon ki deconditioning.</w:t>
      </w:r>
    </w:p>
    <w:p>
      <w:pPr>
        <w:jc w:val="right"/>
      </w:pPr>
      <w:r>
        <w:t>تومیںنےیہیکہاکہdeconditioningسےbegin کرناہے۔ تو وہجانتےہیںنہیںdeconditioningconcept ،وہلوگسمجھےنہیںاسباتکو ۔ بہرحال سمجھتاہوںکہstart ingpoint ہےمسلمانوںکیdeconditioning۔</w:t>
      </w:r>
    </w:p>
    <w:p>
      <w:r>
        <w:rPr>
          <w:b/>
        </w:rPr>
        <w:t xml:space="preserve">[1:32:57] </w:t>
      </w:r>
      <w:r>
        <w:t>kyunke lambi political history ne unhein condition kar diya hai. chhote fakhar mein yeh false pride kiya hai? false pride yeh hi woh hai. in ko false pride se nikalna hai.</w:t>
      </w:r>
    </w:p>
    <w:p>
      <w:pPr>
        <w:jc w:val="right"/>
      </w:pPr>
      <w:r>
        <w:t>کیونکہلمبیpolit ical historyنےانہیں cond itionکردیاہے۔ چھوٹےفخرمیں یہfalseprideکیاہے؟ Falseprideیہیتوہے۔ انکوfalseprideسےنکالناہے۔</w:t>
      </w:r>
    </w:p>
    <w:p>
      <w:r>
        <w:rPr>
          <w:b/>
        </w:rPr>
        <w:t xml:space="preserve">[1:33:10] </w:t>
      </w:r>
      <w:r>
        <w:t>main yeh is mein mujhe is mein zara bhi shakk nahi ke musalman jo wohi political conditioning ki wajah se sari kharabiyan un ke andar aayi hain. aur is ko humein decondition karna padega.</w:t>
      </w:r>
    </w:p>
    <w:p>
      <w:pPr>
        <w:jc w:val="right"/>
      </w:pPr>
      <w:r>
        <w:t>میں یہاسمیںمجھےاسمیںذرابھیشکنہیںکہمسلمانجوہیں polit icalcond itioningکیوجہسے ساریخرابیاںانکےاندرآئیہیں۔ اوراسکوہمیں decond itionکرناپڑےگا۔</w:t>
      </w:r>
    </w:p>
    <w:p>
      <w:r>
        <w:rPr>
          <w:b/>
        </w:rPr>
        <w:t xml:space="preserve">[1:33:21] </w:t>
      </w:r>
      <w:r>
        <w:t>tab ja kar idhar koi sahi ma'non mein islaah hogi. aah doctor farida khanam ne new delhi se likha hai "Once Rabia Bas ri was asked by someone, 'Do you hate Saturn</w:t>
      </w:r>
    </w:p>
    <w:p>
      <w:pPr>
        <w:jc w:val="right"/>
      </w:pPr>
      <w:r>
        <w:t>تبجاکر اد ھرکوئی صحیحمعنوںمیںاصلاحہوگی۔ آہڈاکٹرفریدہخانمنے نئیدلیسےلکھاہے "Once RabiaBas riwas askedby someon e,'Doyouhate Saturn</w:t>
      </w:r>
    </w:p>
    <w:p>
      <w:r>
        <w:rPr>
          <w:b/>
        </w:rPr>
        <w:t xml:space="preserve">[1:33:36] </w:t>
      </w:r>
      <w:r>
        <w:t>?' Shereplied, 'Ilove God, I have no time to hate Saturn. Please comment on this.' " quran mein likha hai ke shaitan tumhara dushman hai.</w:t>
      </w:r>
    </w:p>
    <w:p>
      <w:pPr>
        <w:jc w:val="right"/>
      </w:pPr>
      <w:r>
        <w:t>?'Shereplied, 'Ilove God ,Ihave no time to hateSaturn. Pleasecommentonth is.' "قرآنمیںلکھاہےکہ شیطانتمہارادشمنہے۔</w:t>
      </w:r>
    </w:p>
    <w:p>
      <w:r>
        <w:rPr>
          <w:b/>
        </w:rPr>
        <w:t xml:space="preserve">[1:33:47] </w:t>
      </w:r>
      <w:r>
        <w:t>to humein dushman to samajhna padega shaitan ko. hum dost nahi samajh sakte shaitan ko apna. to behal yeh baat behta achhi hai.</w:t>
      </w:r>
    </w:p>
    <w:p>
      <w:pPr>
        <w:jc w:val="right"/>
      </w:pPr>
      <w:r>
        <w:t>توہمیںدشمنتوسمجھناپڑےگاشیطانکو ۔ ہمدوستنہیںسمجھسکتےشیطانکواپنا ۔ تو بہرحالیہبات بہتاچھیہے۔</w:t>
      </w:r>
    </w:p>
    <w:p>
      <w:r>
        <w:rPr>
          <w:b/>
        </w:rPr>
        <w:t xml:space="preserve">[1:33:56] </w:t>
      </w:r>
      <w:r>
        <w:t>lekin quran ki jo spirit hai wohi hai ke shaitan ko apna dushman banao tum.</w:t>
      </w:r>
    </w:p>
    <w:p>
      <w:pPr>
        <w:jc w:val="right"/>
      </w:pPr>
      <w:r>
        <w:t>لیکن قرآن کیجوspiritہےوہیہہےکہشیطانکواپنادشمنبناؤتم ۔</w:t>
      </w:r>
    </w:p>
    <w:p>
      <w:r>
        <w:rPr>
          <w:b/>
        </w:rPr>
        <w:t xml:space="preserve">[1:34:03] </w:t>
      </w:r>
      <w:r>
        <w:t>agar hum dushman nahi samjhenge to shaitan ke waswasay mein aa jayenge. behkaye mein aa jayenge.</w:t>
      </w:r>
    </w:p>
    <w:p>
      <w:pPr>
        <w:jc w:val="right"/>
      </w:pPr>
      <w:r>
        <w:t>اگرہمدشمننہیںسمجھیںگےتوشیطان کے وس وسےمیںآجائیںگے۔ بہکائےمیںآجائیںگے۔</w:t>
      </w:r>
    </w:p>
    <w:p>
      <w:r>
        <w:rPr>
          <w:b/>
        </w:rPr>
        <w:t xml:space="preserve">[1:34:11] </w:t>
      </w:r>
      <w:r>
        <w:t>wazeh taur par quran mein hai ke shaitan tumhara dushman hai. is se bacho. to Rabia Basri ki baat waise achhi hai.</w:t>
      </w:r>
    </w:p>
    <w:p>
      <w:pPr>
        <w:jc w:val="right"/>
      </w:pPr>
      <w:r>
        <w:t>واضحطورپرقرآنمیںہےکہشیطانتمہارادشمنہے۔ اسسےبچو۔ تو رابعہبصریکیبات ویسےاچھیہے۔</w:t>
      </w:r>
    </w:p>
    <w:p>
      <w:r>
        <w:rPr>
          <w:b/>
        </w:rPr>
        <w:t xml:space="preserve">[1:34:20] </w:t>
      </w:r>
      <w:r>
        <w:t>lekin is ko bhoolna nahi chahiye ke shaitan hamara dushman hai. insaan se humein nahi, insaan se humein adawat nahi karna hai.</w:t>
      </w:r>
    </w:p>
    <w:p>
      <w:pPr>
        <w:jc w:val="right"/>
      </w:pPr>
      <w:r>
        <w:t>لیکن اسکو بھولنانہیںچاہیےکہ شیطانہمارادشمنہے۔ انسانسے ہمیںنہیں ،انسانسےہمیںعداوتنہیںکرناہے۔</w:t>
      </w:r>
    </w:p>
    <w:p>
      <w:r>
        <w:rPr>
          <w:b/>
        </w:rPr>
        <w:t xml:space="preserve">[1:34:29] </w:t>
      </w:r>
      <w:r>
        <w:t>insaan se nahi adawat karni. insaan ko humein insaan samajhna hai. insaan ko humein insaan samajhna hai. lekin shaitan ko dushman hi samajhna padega jo quran mein likha hua hai.</w:t>
      </w:r>
    </w:p>
    <w:p>
      <w:pPr>
        <w:jc w:val="right"/>
      </w:pPr>
      <w:r>
        <w:t>انسانسےنہیںعداوتکرنی۔انسانکوہمیں انسان سمجھناہے۔ انسانکوہمیںانسانسمجھناہے۔ لیکن شیطانکو دشمنہیسمجھناپڑےگاجوقرآنمیںلکھاہواہے۔</w:t>
      </w:r>
    </w:p>
    <w:p>
      <w:r>
        <w:rPr>
          <w:b/>
        </w:rPr>
        <w:t xml:space="preserve">[1:34:43] </w:t>
      </w:r>
      <w:r>
        <w:t>aahms naghma sadi qainay gurgaon say likha hai "The biggest problem that I have is how to remain patient while facing the day-to-day problems of life."</w:t>
      </w:r>
    </w:p>
    <w:p>
      <w:pPr>
        <w:jc w:val="right"/>
      </w:pPr>
      <w:r>
        <w:t>آہمس نغمہصدی قینے گڑگاؤںسےلکھاہے "Thebig gest problem that I have is how toremain patient while fac ingtheday-to-dayproblem soflife.</w:t>
      </w:r>
    </w:p>
    <w:p>
      <w:r>
        <w:rPr>
          <w:b/>
        </w:rPr>
        <w:t xml:space="preserve">[1:34:55] </w:t>
      </w:r>
      <w:r>
        <w:t>Kindly advice."</w:t>
      </w:r>
    </w:p>
    <w:p>
      <w:pPr>
        <w:jc w:val="right"/>
      </w:pPr>
      <w:r>
        <w:t>Kindlyadv ice."</w:t>
      </w:r>
    </w:p>
    <w:p>
      <w:r>
        <w:rPr>
          <w:b/>
        </w:rPr>
        <w:t xml:space="preserve">[1:34:58] </w:t>
      </w:r>
      <w:r>
        <w:t>dekhiye mein is ko apnay lihaaz say arz karunga. ke har aisay moqay per mujhe quran ki aik ayat yaad aati hai.</w:t>
      </w:r>
    </w:p>
    <w:p>
      <w:pPr>
        <w:jc w:val="right"/>
      </w:pPr>
      <w:r>
        <w:t>دیکھیےمیں اسکو اپنے لحاظسے عرضکروںگا۔ کہ ہرایسےموقعپرمجھےقرآنکیایکآیتیادآتیہے۔</w:t>
      </w:r>
    </w:p>
    <w:p>
      <w:r>
        <w:rPr>
          <w:b/>
        </w:rPr>
        <w:t xml:space="preserve">[1:35:11] </w:t>
      </w:r>
      <w:r>
        <w:t>"Innama yuwaffa as sabiroona ajrahum bighayri hisab."</w:t>
      </w:r>
    </w:p>
    <w:p>
      <w:pPr>
        <w:jc w:val="right"/>
      </w:pPr>
      <w:r>
        <w:t>"إن ما يوف ىالصابرونأجرهمبغير حس اب."</w:t>
      </w:r>
    </w:p>
    <w:p>
      <w:r>
        <w:rPr>
          <w:b/>
        </w:rPr>
        <w:t xml:space="preserve">[1:35:17] </w:t>
      </w:r>
      <w:r>
        <w:t>yani is mein hai ke patience jo hai aisi cheez hai jis per sab say ziyada sawab milega. patience per sab say ziyada sawab milega.</w:t>
      </w:r>
    </w:p>
    <w:p>
      <w:pPr>
        <w:jc w:val="right"/>
      </w:pPr>
      <w:r>
        <w:t>یعنی اسمیںہےکہ patience جوہے ایسیچیزہےجسپرسبسےزیادہ ثوابملےگا۔ patience پر سبسےزیادہثوابملےگا۔</w:t>
      </w:r>
    </w:p>
    <w:p>
      <w:r>
        <w:rPr>
          <w:b/>
        </w:rPr>
        <w:t xml:space="preserve">[1:35:27] </w:t>
      </w:r>
      <w:r>
        <w:t>jab koi aisa mamla aata hai ke mein impatient ho jata hoon. mujhe ghussa aata hai. to us waqt mein sochta hoon ke yeh to woh moqa aa gaya jab ke mein ziyada bara sawab hasil karoon.</w:t>
      </w:r>
    </w:p>
    <w:p>
      <w:pPr>
        <w:jc w:val="right"/>
      </w:pPr>
      <w:r>
        <w:t>جبکوئیایسامعاملہآتاہے کہمیںimp atientہوجاتاہوں۔مجھےغصہآجاتاہے۔ تواسوقتمیںسوچتاہوںکہیہتووہموقعآگیاجبکہمیں زیادہ بڑاثوابحاصلکروں۔</w:t>
      </w:r>
    </w:p>
    <w:p>
      <w:r>
        <w:rPr>
          <w:b/>
        </w:rPr>
        <w:t xml:space="preserve">[1:35:38] </w:t>
      </w:r>
      <w:r>
        <w:t>ya baray sawab ki azan de di gayi.</w:t>
      </w:r>
    </w:p>
    <w:p>
      <w:pPr>
        <w:jc w:val="right"/>
      </w:pPr>
      <w:r>
        <w:t>یا بڑےثوابکیاذاندےدیگئی ۔</w:t>
      </w:r>
    </w:p>
    <w:p>
      <w:r>
        <w:rPr>
          <w:b/>
        </w:rPr>
        <w:t xml:space="preserve">[1:35:43] </w:t>
      </w:r>
      <w:r>
        <w:t>yeh cheez mujhe pacify kar deti hai.</w:t>
      </w:r>
    </w:p>
    <w:p>
      <w:pPr>
        <w:jc w:val="right"/>
      </w:pPr>
      <w:r>
        <w:t>یہچیزمجھے pacifyکردیتیہے۔</w:t>
      </w:r>
    </w:p>
    <w:p>
      <w:r>
        <w:rPr>
          <w:b/>
        </w:rPr>
        <w:t xml:space="preserve">[1:35:47] </w:t>
      </w:r>
      <w:r>
        <w:t>yani is waqayay ko, kisi ki baat mujhe buri lagi. kisi ke khilaaf mujhe ghussa aa gaya. ke mein impatient ho gaya. us ko mein is sense mein leta hoon.</w:t>
      </w:r>
    </w:p>
    <w:p>
      <w:pPr>
        <w:jc w:val="right"/>
      </w:pPr>
      <w:r>
        <w:t>یعنیاسواقع ےکو ،کسی کیباتمجھےبریلگی۔ کسی کےخلاف مجھےغصہآگیا۔ کہمیںimpatientہوگیا۔ اسکومیںاسsenseمیںلیتاہوں۔</w:t>
      </w:r>
    </w:p>
    <w:p>
      <w:r>
        <w:rPr>
          <w:b/>
        </w:rPr>
        <w:t xml:space="preserve">[1:35:57] </w:t>
      </w:r>
      <w:r>
        <w:t>ke yeh hi to woh moqa hai jab mein sabr ka saboot doon. patience ka saboot doon. aur phir Allah ka reward mujhe mile.</w:t>
      </w:r>
    </w:p>
    <w:p>
      <w:pPr>
        <w:jc w:val="right"/>
      </w:pPr>
      <w:r>
        <w:t>کہیہیتووہموقعہےجبمیں صبرکاثبوتدوں ۔ patienceکاثبوتدوں۔ اور پھر اللہ کاrewardمجھےملے۔</w:t>
      </w:r>
    </w:p>
    <w:p>
      <w:r>
        <w:rPr>
          <w:b/>
        </w:rPr>
        <w:t xml:space="preserve">[1:36:07] </w:t>
      </w:r>
      <w:r>
        <w:t>to yeh hi aik cheez hai ke is waqt yeh sochiye. quran ki us ayat ko le kar ke. ke ab to waqt aa gaya bara reward lene ka.</w:t>
      </w:r>
    </w:p>
    <w:p>
      <w:pPr>
        <w:jc w:val="right"/>
      </w:pPr>
      <w:r>
        <w:t>تویہیایکچیزہےکہ اس وقت یہسو چیے۔ قرآنکیاسآیتکولےکرکے۔ کہابتو وقت آگیا بڑا reward لینےکا۔</w:t>
      </w:r>
    </w:p>
    <w:p>
      <w:r>
        <w:rPr>
          <w:b/>
        </w:rPr>
        <w:t xml:space="preserve">[1:36:19] </w:t>
      </w:r>
      <w:r>
        <w:t>bara sawab lene ka. jaise ke misaal ke taur per aik aadmi namazi hai. azan ki awaz aayi masjid say. to daurta hai masjid ki taraf.</w:t>
      </w:r>
    </w:p>
    <w:p>
      <w:pPr>
        <w:jc w:val="right"/>
      </w:pPr>
      <w:r>
        <w:t>بڑا ثوابلینےکا ۔ جیسےکہمثالکےطورپرایکآدمینماز نمازی ہے۔ اذانکیآواز آئیمسجدسے۔تودوڑتاہےمسجدکیطرف ۔</w:t>
      </w:r>
    </w:p>
    <w:p>
      <w:r>
        <w:rPr>
          <w:b/>
        </w:rPr>
        <w:t xml:space="preserve">[1:36:30] </w:t>
      </w:r>
      <w:r>
        <w:t>ke dekh lo bhai azan ho gayi hai ab namaz ka waqt aa gaya</w:t>
      </w:r>
    </w:p>
    <w:p>
      <w:pPr>
        <w:jc w:val="right"/>
      </w:pPr>
      <w:r>
        <w:t>کہدیکھوبھئیاذان ہوگئیہےابنمازکاوقت آگیا</w:t>
      </w:r>
    </w:p>
    <w:p>
      <w:r>
        <w:rPr>
          <w:b/>
        </w:rPr>
        <w:t xml:space="preserve">[1:36:33] </w:t>
      </w:r>
      <w:r>
        <w:t>. aise hi jab kisi ko koi aap ko provoke kare. koi aap ko hurt kare. to samjhein ke woh azan ho gayi. baray sawab ki. us ki pukaar aa gayi.</w:t>
      </w:r>
    </w:p>
    <w:p>
      <w:pPr>
        <w:jc w:val="right"/>
      </w:pPr>
      <w:r>
        <w:t>۔ ایسےہیجب کسی کوئیآپکوprov okeکرے۔ کوئیآپکو hurtکرے۔توسمجھیںکہوہاذانہوگئی ۔ بڑےثوابکی۔ اسکیپکارآگئی۔</w:t>
      </w:r>
    </w:p>
    <w:p>
      <w:r>
        <w:rPr>
          <w:b/>
        </w:rPr>
        <w:t xml:space="preserve">[1:36:44] </w:t>
      </w:r>
      <w:r>
        <w:t>to us ko is sense mein lijiye. mein samajhta hoon ke yeh hi is ka hal hai aur koi hal nahi hai. doctor musleh ne sawal kiya hai delhi say</w:t>
      </w:r>
    </w:p>
    <w:p>
      <w:pPr>
        <w:jc w:val="right"/>
      </w:pPr>
      <w:r>
        <w:t>تو اسکو اسsenseمیںلیجیے۔ میںسمجھتاہوںکہیہیاسکا حلہےاورکوئیحلنہیںہے۔ ڈاکٹرمسلمہنے سوال کیاہے دلیسے</w:t>
      </w:r>
    </w:p>
    <w:p>
      <w:r>
        <w:rPr>
          <w:b/>
        </w:rPr>
        <w:t xml:space="preserve">[1:36:56] </w:t>
      </w:r>
      <w:r>
        <w:t>. unhon ne likha hai: "aik discovery sochte sochte mujhe yeh hui ke khuda se mohabbat insan ki aqal barhati hai.</w:t>
      </w:r>
    </w:p>
    <w:p>
      <w:pPr>
        <w:jc w:val="right"/>
      </w:pPr>
      <w:r>
        <w:t>۔انہوںنےلکھاہے: "ایک disc overy سوچتے سوچتےمجھےیہ ہوئی کہ خ داسے مح بت انسان کی عقل بڑھاتیہے۔</w:t>
      </w:r>
    </w:p>
    <w:p>
      <w:r>
        <w:rPr>
          <w:b/>
        </w:rPr>
        <w:t xml:space="preserve">[1:37:06] </w:t>
      </w:r>
      <w:r>
        <w:t>aur us ko buland deti hai. jab ke material cheezon se mohabbat insan ko past deti hai aur aqal kam karti hai."</w:t>
      </w:r>
    </w:p>
    <w:p>
      <w:pPr>
        <w:jc w:val="right"/>
      </w:pPr>
      <w:r>
        <w:t>اور اسکو بل ندیدیتیہے۔ جبکہ material چیزوںسے مح بت انسان کو پ ستیدیتیہے اور عقل کم کرتیہے۔</w:t>
      </w:r>
    </w:p>
    <w:p>
      <w:r>
        <w:rPr>
          <w:b/>
        </w:rPr>
        <w:t xml:space="preserve">[1:37:16] </w:t>
      </w:r>
      <w:r>
        <w:t>" is ke baray mein aap kya kahenge? yeh to aik discovery hai ke aik raab-e-basri yahan hi maujood hain.</w:t>
      </w:r>
    </w:p>
    <w:p>
      <w:pPr>
        <w:jc w:val="right"/>
      </w:pPr>
      <w:r>
        <w:t>" اسکےبارےمیں آپ کیا کہیںگے؟ یہ توایک discoveryہےکہایکرابعہبصرییہاںہیموجود ہیں۔</w:t>
      </w:r>
    </w:p>
    <w:p>
      <w:r>
        <w:rPr>
          <w:b/>
        </w:rPr>
        <w:t xml:space="preserve">[1:37:26] </w:t>
      </w:r>
      <w:r>
        <w:t>yeh aik question nahi hai, yeh hamaray liye aik discovery hai ke aik raab-e-basri Allah ke fazal se hamari majlis mein maujood hain. to mein to dua karta hoon ke hum sab aise hi ban jayen.</w:t>
      </w:r>
    </w:p>
    <w:p>
      <w:pPr>
        <w:jc w:val="right"/>
      </w:pPr>
      <w:r>
        <w:t>یہ ایکquestionنہیںہے، یہہمارےلیےایکdiscoveryہےکہایکرابعہبصریاللہکےفضلسےہماری مجلس میںموجود ہیں۔ تومیںتودعاکرتاہوںکہہمسب ایسےہیبنجائیں۔</w:t>
      </w:r>
    </w:p>
    <w:p>
      <w:r>
        <w:rPr>
          <w:b/>
        </w:rPr>
        <w:t xml:space="preserve">[1:37:35] </w:t>
      </w:r>
      <w:r>
        <w:t>bohat achhi baat hai. mard aurat dono aise hi ban jayen. Allah ki mohabbat ke zariye se sari yani rehmaton ko hasil karen.</w:t>
      </w:r>
    </w:p>
    <w:p>
      <w:pPr>
        <w:jc w:val="right"/>
      </w:pPr>
      <w:r>
        <w:t>بہتاچھیباتہے۔ مرد عورتدونوںایسےہیبنجائیں۔ اللہ کیمحبت کےذریعےسے ساری یعنی رحمتوںکوحاصل کریں۔</w:t>
      </w:r>
    </w:p>
    <w:p>
      <w:r>
        <w:rPr>
          <w:b/>
        </w:rPr>
        <w:t xml:space="preserve">[1:37:50] </w:t>
      </w:r>
      <w:r>
        <w:t>bohat achhi baat hai.</w:t>
      </w:r>
    </w:p>
    <w:p>
      <w:pPr>
        <w:jc w:val="right"/>
      </w:pPr>
      <w:r>
        <w:t>بہتاچھیباتہے۔</w:t>
      </w:r>
    </w:p>
    <w:p>
      <w:r>
        <w:rPr>
          <w:b/>
        </w:rPr>
        <w:t xml:space="preserve">[1:37:53] </w:t>
      </w:r>
      <w:r>
        <w:t>maulana abdul basit omar ne doha, qatar se likha hai: "maulana, kyun khuda insan ka supreme concern hai ?</w:t>
      </w:r>
    </w:p>
    <w:p>
      <w:pPr>
        <w:jc w:val="right"/>
      </w:pPr>
      <w:r>
        <w:t>مول اناعبدالب اسطعمرینےدوحہ،قطرسےلکھاہے: "مول انا، کیوں خدا انسان کا supreme concern ہے ؟</w:t>
      </w:r>
    </w:p>
    <w:p>
      <w:r>
        <w:rPr>
          <w:b/>
        </w:rPr>
        <w:t xml:space="preserve">[1:38:02] </w:t>
      </w:r>
      <w:r>
        <w:t>" is ke baray mein bataein. bhai woh khaliq hai hamara. hum to hamara, hum hum wajood nahi thay hamara.</w:t>
      </w:r>
    </w:p>
    <w:p>
      <w:pPr>
        <w:jc w:val="right"/>
      </w:pPr>
      <w:r>
        <w:t>"اسکےبارےمیںبت ائیں۔ بھئیوہ خالقہےہمارا۔ ہمتو ہمارا، ہم ہم وجود نہیںتھاہمارا۔</w:t>
      </w:r>
    </w:p>
    <w:p>
      <w:r>
        <w:rPr>
          <w:b/>
        </w:rPr>
        <w:t xml:space="preserve">[1:38:14] </w:t>
      </w:r>
      <w:r>
        <w:t>aur khuda ne hamein wajood diya. aur insan banaya. hamein pathar nahi banaya, haiwan nahi banaya.</w:t>
      </w:r>
    </w:p>
    <w:p>
      <w:pPr>
        <w:jc w:val="right"/>
      </w:pPr>
      <w:r>
        <w:t>اور خدانےہمیںوجود دیا ۔ اور انسان بن ایا ۔ ہمیںپتھرنہیںبنایا، حیواننہیںبنایا۔</w:t>
      </w:r>
    </w:p>
    <w:p>
      <w:r>
        <w:rPr>
          <w:b/>
        </w:rPr>
        <w:t xml:space="preserve">[1:38:22] </w:t>
      </w:r>
      <w:r>
        <w:t>phir duniya mein aate hi hum dekhte hain ke hamaray paas family hai, life support system hai, solar system hai. yani billion trillion se ziyada sari cheezain hain jisko hum, jiske zariye se hum duniya mein zinda rehte hain."</w:t>
      </w:r>
    </w:p>
    <w:p>
      <w:pPr>
        <w:jc w:val="right"/>
      </w:pPr>
      <w:r>
        <w:t>پھردنیا میںآتےہیہمدیکھتےہیںکہہمارےپاس family ہے، life support system ہے، solarsystem ہے۔ یعنی billiontrillionسےزیادہ ساریچیزیںہیںجسکوہم ،جسکےذریعےسےہمدنیامیںزندہرہتےہیں۔</w:t>
      </w:r>
    </w:p>
    <w:p>
      <w:r>
        <w:rPr>
          <w:b/>
        </w:rPr>
        <w:t xml:space="preserve">[1:38:38] </w:t>
      </w:r>
      <w:r>
        <w:t>to wo sab se bara super giver hai hamara. wo khalique bhi hai aur super giver bhi hai.</w:t>
      </w:r>
    </w:p>
    <w:p>
      <w:pPr>
        <w:jc w:val="right"/>
      </w:pPr>
      <w:r>
        <w:t>تووہ سبسےبڑا super giverہےہمارا۔ وہ خالقبھیہےاورsuper giverبھیہے۔</w:t>
      </w:r>
    </w:p>
    <w:p>
      <w:r>
        <w:rPr>
          <w:b/>
        </w:rPr>
        <w:t xml:space="preserve">[1:38:45] </w:t>
      </w:r>
      <w:r>
        <w:t>to zahir hai ke jab yeh aisa hai to hum Allah ke liye hamare andar sare behtareen jazbat Allah ke liye hone chahiye.</w:t>
      </w:r>
    </w:p>
    <w:p>
      <w:pPr>
        <w:jc w:val="right"/>
      </w:pPr>
      <w:r>
        <w:t>تو ظاہرہےکہ جب یہ ایساہےتوہم اللہ کےلیےہمارےاندر سارےبہترینجذباتاللہکےلیےہونےچاہئیں۔</w:t>
      </w:r>
    </w:p>
    <w:p>
      <w:r>
        <w:rPr>
          <w:b/>
        </w:rPr>
        <w:t xml:space="preserve">[1:38:58] </w:t>
      </w:r>
      <w:r>
        <w:t>mister arshad jamal ne new delhi se likha hai: "One should advocate Islam or he should advocate Muslims.</w:t>
      </w:r>
    </w:p>
    <w:p>
      <w:pPr>
        <w:jc w:val="right"/>
      </w:pPr>
      <w:r>
        <w:t>مسٹر ارشدجمالنےنئیدلیسے لکھاہے: "Oneshould adv ocate Islam اور heshouldadv ocate Muslim s.</w:t>
      </w:r>
    </w:p>
    <w:p>
      <w:r>
        <w:rPr>
          <w:b/>
        </w:rPr>
        <w:t xml:space="preserve">[1:39:09] </w:t>
      </w:r>
      <w:r>
        <w:t>Kindly comment ." Muslim ka adv ocacy to koi cheez nahi</w:t>
      </w:r>
    </w:p>
    <w:p>
      <w:pPr>
        <w:jc w:val="right"/>
      </w:pPr>
      <w:r>
        <w:t>Kindly comment ." مسلم کاadv ocacyتوکوئیچیزنہیں</w:t>
      </w:r>
    </w:p>
    <w:p>
      <w:r>
        <w:rPr>
          <w:b/>
        </w:rPr>
        <w:t xml:space="preserve">[1:39:14] </w:t>
      </w:r>
      <w:r>
        <w:t>hai. wo to ek qoumi kaam hai. iska koi faida aakhir mein nahi hai. aakhir mein jo cheez faida dene wali hai wo to Islam ki, Islam ka message le kar uthna.</w:t>
      </w:r>
    </w:p>
    <w:p>
      <w:pPr>
        <w:jc w:val="right"/>
      </w:pPr>
      <w:r>
        <w:t>ہے۔ وہتوایکقومیکام ہے۔ اسکا کوئیفائدہ آخرتمیںنہیںہے۔ آخرتمیںجوچیزفائدہدینےوالی ہےوہتو اسلام کی ،اسلام کا messageلےکراٹھنا۔</w:t>
      </w:r>
    </w:p>
    <w:p>
      <w:r>
        <w:rPr>
          <w:b/>
        </w:rPr>
        <w:t xml:space="preserve">[1:39:31] </w:t>
      </w:r>
      <w:r>
        <w:t>Islam ka message bhi baghair milawat ke. jaisa Quran mein hai, jaisa ke Rasool Allah ke zariye se maloom hota hai. zara milawat ki to wo dawat nahi rahe gi wo .</w:t>
      </w:r>
    </w:p>
    <w:p>
      <w:pPr>
        <w:jc w:val="right"/>
      </w:pPr>
      <w:r>
        <w:t>اسلام کاmessageبھی بغیرملاوٹکے۔ جیساقرآنمیںہے، جیساکہرسولاللہکےذریعےسےمعلومہوتاہے۔ ذراہیملاوٹکیا تو وہ دعوتنہیںرہےگیوہ ۔</w:t>
      </w:r>
    </w:p>
    <w:p>
      <w:r>
        <w:rPr>
          <w:b/>
        </w:rPr>
        <w:t xml:space="preserve">[1:39:43] </w:t>
      </w:r>
      <w:r>
        <w:t>misalan pride shamil kar diya is mein aap ne. aap ne samjha ke Islam jo hai supreme mazhab hai. apni supremacy ko establish karna hai to is liye dawat de rahe hain aap.</w:t>
      </w:r>
    </w:p>
    <w:p>
      <w:pPr>
        <w:jc w:val="right"/>
      </w:pPr>
      <w:r>
        <w:t>مثلاًprideشامل کردیا اسمیںآپنے ۔آپنےسمجھاکہاسلام جوہے supremeمذہبہے۔ اپنی supremacyکوestabl ishکرناہےتواسلیےدعوتدےرہےہیںآپ۔</w:t>
      </w:r>
    </w:p>
    <w:p>
      <w:r>
        <w:rPr>
          <w:b/>
        </w:rPr>
        <w:t xml:space="preserve">[1:39:52] </w:t>
      </w:r>
      <w:r>
        <w:t>to wo dawat nahi hai. koi bhi cheez jo apni taraf se shamil ki jaye gi is mein wo dawat ko dawat yani kahin se khatam kar de gi.</w:t>
      </w:r>
    </w:p>
    <w:p>
      <w:pPr>
        <w:jc w:val="right"/>
      </w:pPr>
      <w:r>
        <w:t>تووہدعوتنہیںہے۔ کوئی بھی چیز جو اپنیطرفسےشامل کیجائےگیاسمیں وہ دعوتکودعوت یعنی کہیںسےختمکردےگی۔</w:t>
      </w:r>
    </w:p>
    <w:p>
      <w:r>
        <w:rPr>
          <w:b/>
        </w:rPr>
        <w:t xml:space="preserve">[1:40:08] </w:t>
      </w:r>
      <w:r>
        <w:t>Quran mein hai ke "إِنِّيلُكُمْنَاسُعٌعَمِينٌ" . do lafz aaya hai peghambar ki zuban se .</w:t>
      </w:r>
    </w:p>
    <w:p>
      <w:pPr>
        <w:jc w:val="right"/>
      </w:pPr>
      <w:r>
        <w:t>قرآنمیںہےکہ"إِنِّيلُكُمْنَاسُعٌعَمِينٌ"۔دولفظآیاہےپیغمبرکیزبان سے ۔</w:t>
      </w:r>
    </w:p>
    <w:p>
      <w:r>
        <w:rPr>
          <w:b/>
        </w:rPr>
        <w:t xml:space="preserve">[1:40:12] </w:t>
      </w:r>
      <w:r>
        <w:t>mein naasi' hoon aur ameen hoon. yeh do lafz batate hain ke da'i kaisa hona chahiye. da'i ke andar ek sifat honi chahiye ke insaan ka well wisher ho wo.</w:t>
      </w:r>
    </w:p>
    <w:p>
      <w:pPr>
        <w:jc w:val="right"/>
      </w:pPr>
      <w:r>
        <w:t>میں ناسعہوںاورامینہوں۔ یہ دو لفظجوبت اتےہیں کہ داعی کیساہوناچاہیے۔ داعیکےاندرایکصفتہونیچاہیے کہانسان کا well wisherہووہ۔</w:t>
      </w:r>
    </w:p>
    <w:p>
      <w:r>
        <w:rPr>
          <w:b/>
        </w:rPr>
        <w:t xml:space="preserve">[1:40:26] </w:t>
      </w:r>
      <w:r>
        <w:t>dosra yeh hona chahiye ke wo ameen samjhe Allah, jo Allah ne jo diya theek wohi baat pesh kare. koi milawat nahi .</w:t>
      </w:r>
    </w:p>
    <w:p>
      <w:pPr>
        <w:jc w:val="right"/>
      </w:pPr>
      <w:r>
        <w:t>دوسرایہہوناچاہیےکہوہ امینسمجھے اللہ ، جواللہنےجودیا ٹھیکوہیباتپیش کرے۔کوئیملاوٹنہیں ۔</w:t>
      </w:r>
    </w:p>
    <w:p>
      <w:r>
        <w:rPr>
          <w:b/>
        </w:rPr>
        <w:t xml:space="preserve">[1:40:36] </w:t>
      </w:r>
      <w:r>
        <w:t>kisi ke na apne qoumi interest milaye, na kahapna pride milaye. kuch bhi nahi . to wo dawat hai. baqi Musalmanon ka jo kaam hai wo, wo wo qoumi kaam hai.</w:t>
      </w:r>
    </w:p>
    <w:p>
      <w:pPr>
        <w:jc w:val="right"/>
      </w:pPr>
      <w:r>
        <w:t>کسی کےنہاپنے قومی interestملائے، نہکہاپناprideملائے۔ کچھبھینہیں ۔ تووہدعوتہے۔ باقی مسلمانوںکاجوکامہے وہ ،وہ وہ قومیکامہے۔</w:t>
      </w:r>
    </w:p>
    <w:p>
      <w:r>
        <w:rPr>
          <w:b/>
        </w:rPr>
        <w:t xml:space="preserve">[1:40:50] </w:t>
      </w:r>
      <w:r>
        <w:t>jisko qoumi kaam dilchaspi hai to wo kar sakta hai. lekin isko dawat ka credit, dawat ka inaam isko nahi mile ga. aa Maulana inka ek aur sawal hai, unhone likha hai "What is the meaning of the verse</w:t>
      </w:r>
    </w:p>
    <w:p>
      <w:pPr>
        <w:jc w:val="right"/>
      </w:pPr>
      <w:r>
        <w:t>جسکوقومیکام دلچسپیہوتووہکرسکتاہے۔ لیکن اسکودعوتکا credit،دعوتکاانعاماسکونہیںملےگا۔ آہمولاناانکاایکاورسوال ہے،انہوںنےلکھاہے "Whatisthemeaningof thevers e</w:t>
      </w:r>
    </w:p>
    <w:p>
      <w:r>
        <w:rPr>
          <w:b/>
        </w:rPr>
        <w:t xml:space="preserve">[1:41:04] </w:t>
      </w:r>
      <w:r>
        <w:t>'Be steadfast in prayer and do not be one of those who associate partners with God'? Aki mus -salaw ala tak unu minal-mushrikin.</w:t>
      </w:r>
    </w:p>
    <w:p>
      <w:pPr>
        <w:jc w:val="right"/>
      </w:pPr>
      <w:r>
        <w:t>' Besteadfast in pra yer and do notbe oneof those who associ ate part nerswith God '? Aki mus -salaw ala tak unu minal-mushrikin.</w:t>
      </w:r>
    </w:p>
    <w:p>
      <w:r>
        <w:rPr>
          <w:b/>
        </w:rPr>
        <w:t xml:space="preserve">[1:41:16] </w:t>
      </w:r>
      <w:r>
        <w:t>Doesitmeanthat if wearenot steadfast in prayer, wewillbeoneof those who associ atepart nerswith God ? Kindlycomment ." yeh do baatein hain.</w:t>
      </w:r>
    </w:p>
    <w:p>
      <w:pPr>
        <w:jc w:val="right"/>
      </w:pPr>
      <w:r>
        <w:t>Doesitmeanthat if wearenot steadfast in prayer, wewillbeoneof those who associ atepart nerswith God ? Kindlycomment ." یہدوباتیںہیں۔</w:t>
      </w:r>
    </w:p>
    <w:p>
      <w:r>
        <w:rPr>
          <w:b/>
        </w:rPr>
        <w:t xml:space="preserve">[1:41:30] </w:t>
      </w:r>
      <w:r>
        <w:t>yani do taqaze hain.</w:t>
      </w:r>
    </w:p>
    <w:p>
      <w:pPr>
        <w:jc w:val="right"/>
      </w:pPr>
      <w:r>
        <w:t>یعنی دوتقاضےہیں۔</w:t>
      </w:r>
    </w:p>
    <w:p>
      <w:r>
        <w:rPr>
          <w:b/>
        </w:rPr>
        <w:t xml:space="preserve">[1:41:37] </w:t>
      </w:r>
      <w:r>
        <w:t>mushrik na hone ka matlab hai ke aap aqeeda durust ho. Khalis tauheed ko mante hon aap. ek Allah ko mante hon. tauheed ke aitbar se aap ne koi milawat na ki ho .</w:t>
      </w:r>
    </w:p>
    <w:p>
      <w:pPr>
        <w:jc w:val="right"/>
      </w:pPr>
      <w:r>
        <w:t>مشرکنہہونے کامطلبہےکہآپ عقیدہدرستہو ۔ خ الص توحید کو مانتےہوںآپ۔ایکاللہ کومانتےہوں۔ توحیدکےاعتبارسےآپنےکوئی ملاوٹنہکیہو ۔</w:t>
      </w:r>
    </w:p>
    <w:p>
      <w:r>
        <w:rPr>
          <w:b/>
        </w:rPr>
        <w:t xml:space="preserve">[1:41:50] </w:t>
      </w:r>
      <w:r>
        <w:t>aur namaz ka matlab yeh hai ke aap sirf Allah ki ibadat karte hon. aur ibadat guzari aap ki is mein koi aur shirk na ho. to ek hai aqeede ki baat .</w:t>
      </w:r>
    </w:p>
    <w:p>
      <w:pPr>
        <w:jc w:val="right"/>
      </w:pPr>
      <w:r>
        <w:t>اور نمازکامطلبیہہےکہآپصرفاللہ کیعبادتکرتے ہوں۔ اور عب ادتگزاریآپکی اسمیںکوئیاورشریکنہہو ۔ تو ایکہےعقیدےکیبات ۔</w:t>
      </w:r>
    </w:p>
    <w:p>
      <w:r>
        <w:rPr>
          <w:b/>
        </w:rPr>
        <w:t xml:space="preserve">[1:42:01] </w:t>
      </w:r>
      <w:r>
        <w:t>ek hai ibadat ki baat.</w:t>
      </w:r>
    </w:p>
    <w:p>
      <w:pPr>
        <w:jc w:val="right"/>
      </w:pPr>
      <w:r>
        <w:t>ایکہےعبادتکیبات۔</w:t>
      </w:r>
    </w:p>
    <w:p>
      <w:r>
        <w:rPr>
          <w:b/>
        </w:rPr>
        <w:t xml:space="preserve">[1:42:03] </w:t>
      </w:r>
      <w:r>
        <w:t>donon aitbar se hamein yani bohat ziyada ehtimam karna chahiye. aur donon aitbar se hamein Allah ke jo mayar hain us mayar par poora utarna chahiye.</w:t>
      </w:r>
    </w:p>
    <w:p>
      <w:pPr>
        <w:jc w:val="right"/>
      </w:pPr>
      <w:r>
        <w:t>دونوںاعتبارسے ہمیں یعنی بہتزیادہ اہتمامکرناچاہیے۔ اوردونوں اعتبارسےہمیں اللہ کے جو معیارہیںاسمعیارپرپورااترناچاہیے۔</w:t>
      </w:r>
    </w:p>
    <w:p>
      <w:r>
        <w:rPr>
          <w:b/>
        </w:rPr>
        <w:t xml:space="preserve">[1:42:21] </w:t>
      </w:r>
      <w:r>
        <w:t>doctor safina ne new delhi se likha hai: "Maulana, aap ne kaha ke patience ko sab se zyada sawab mile ga.</w:t>
      </w:r>
    </w:p>
    <w:p>
      <w:pPr>
        <w:jc w:val="right"/>
      </w:pPr>
      <w:r>
        <w:t>ڈاکٹر صفینہنے نئیدلیسےلکھاہے: "مول انا،آپ نے کہا کہ patience کو سبسےزیادہ ثوابملےگا۔</w:t>
      </w:r>
    </w:p>
    <w:p>
      <w:r>
        <w:rPr>
          <w:b/>
        </w:rPr>
        <w:t xml:space="preserve">[1:42:30] </w:t>
      </w:r>
      <w:r>
        <w:t>aisa kyun hai ?"</w:t>
      </w:r>
    </w:p>
    <w:p>
      <w:pPr>
        <w:jc w:val="right"/>
      </w:pPr>
      <w:r>
        <w:t>ایساکیوںہے ؟"</w:t>
      </w:r>
    </w:p>
    <w:p>
      <w:r>
        <w:rPr>
          <w:b/>
        </w:rPr>
        <w:t xml:space="preserve">[1:42:35] </w:t>
      </w:r>
      <w:r>
        <w:t>dekhiye, ek hai normal halaat mein koi amal karna. ek hai abnormal halaat mein amal karna.</w:t>
      </w:r>
    </w:p>
    <w:p>
      <w:pPr>
        <w:jc w:val="right"/>
      </w:pPr>
      <w:r>
        <w:t>دیکھیے، ایک ہے norm al حالات میںکوئیعمل کرنا ۔ ایک ہےabnormalحالاتمیںعملکرنا۔</w:t>
      </w:r>
    </w:p>
    <w:p>
      <w:r>
        <w:rPr>
          <w:b/>
        </w:rPr>
        <w:t xml:space="preserve">[1:42:45] </w:t>
      </w:r>
      <w:r>
        <w:t>misalan ek aadmi needy hai. isko zaroorat hai kisi cheez ki. isne hath phaila kar manga ke sarkaar mujhe kuch de do .</w:t>
      </w:r>
    </w:p>
    <w:p>
      <w:pPr>
        <w:jc w:val="right"/>
      </w:pPr>
      <w:r>
        <w:t>مثلاًایکآدمی needyہے۔ اسکوضرورتہےکسی چیز کی۔ اسنےہاتھ پھیلاکرمانگاکہ سرکارمجھےکچھدےدو ۔</w:t>
      </w:r>
    </w:p>
    <w:p>
      <w:r>
        <w:rPr>
          <w:b/>
        </w:rPr>
        <w:t xml:space="preserve">[1:42:55] </w:t>
      </w:r>
      <w:r>
        <w:t>to aap ne isko de diya.</w:t>
      </w:r>
    </w:p>
    <w:p>
      <w:pPr>
        <w:jc w:val="right"/>
      </w:pPr>
      <w:r>
        <w:t>توآپنےاسکودےدیا۔</w:t>
      </w:r>
    </w:p>
    <w:p>
      <w:r>
        <w:rPr>
          <w:b/>
        </w:rPr>
        <w:t xml:space="preserve">[1:42:58] </w:t>
      </w:r>
      <w:r>
        <w:t>ekiya hai ke woh humko prov oke karde ke tumhare paas itna sa paisa hai, tumhare paas itna sa saaman hai, mujhe kyun nahi dete kuch? to aap ghussa ho jayen.</w:t>
      </w:r>
    </w:p>
    <w:p>
      <w:pPr>
        <w:jc w:val="right"/>
      </w:pPr>
      <w:r>
        <w:t>ایکیہہےکہ وہہمکو prov okeکردے کہتمہارےپاساتناساپیسہہے،تمہارےپاساتناساسامانہے،مجھےکیوںنہیںدیتےکچھ؟ توآپغصہہوجائیں۔</w:t>
      </w:r>
    </w:p>
    <w:p>
      <w:r>
        <w:rPr>
          <w:b/>
        </w:rPr>
        <w:t xml:space="preserve">[1:43:10] </w:t>
      </w:r>
      <w:r>
        <w:t>to goya in spite of all that anger, aap jab dete hain to double amal ho jata hai aapka. dehra amal ho jata hai.</w:t>
      </w:r>
    </w:p>
    <w:p>
      <w:pPr>
        <w:jc w:val="right"/>
      </w:pPr>
      <w:r>
        <w:t>تو گویا in spite of all that ang er ،آپجبدیتےہیںتو double عمل ہوجاتا ہےآپکا۔دہراعمل ہوجاتاہے۔</w:t>
      </w:r>
    </w:p>
    <w:p>
      <w:r>
        <w:rPr>
          <w:b/>
        </w:rPr>
        <w:t xml:space="preserve">[1:43:20] </w:t>
      </w:r>
      <w:r>
        <w:t>normal course mein to aap isko aapko provoke nahi kiya.</w:t>
      </w:r>
    </w:p>
    <w:p>
      <w:pPr>
        <w:jc w:val="right"/>
      </w:pPr>
      <w:r>
        <w:t>norm alcourseمیںتوآپ اسکو آپکو provokeنہیںکیا۔</w:t>
      </w:r>
    </w:p>
    <w:p>
      <w:r>
        <w:rPr>
          <w:b/>
        </w:rPr>
        <w:t xml:space="preserve">[1:43:24] </w:t>
      </w:r>
      <w:r>
        <w:t>aap ka balkeh maana aapka badhai. phir aapne de diya. to yeh normal course mein amal karna hai. ekiya hai ke aap apne jazbat ke khilaf karen.</w:t>
      </w:r>
    </w:p>
    <w:p>
      <w:pPr>
        <w:jc w:val="right"/>
      </w:pPr>
      <w:r>
        <w:t>آپ کا بلکہ ماناآپکا بڑھائی۔ پھرآپنےدےدیا۔ تویہ normalcourseمیں عمل کرناہے۔ ایکیہہےکہآپ اپنے جذباتکےخلاف کریں۔</w:t>
      </w:r>
    </w:p>
    <w:p>
      <w:r>
        <w:rPr>
          <w:b/>
        </w:rPr>
        <w:t xml:space="preserve">[1:43:37] </w:t>
      </w:r>
      <w:r>
        <w:t>apne sentiment ke khilaf karen. to ismein zahir hai ke woh uska yaani inaam badh jayega.</w:t>
      </w:r>
    </w:p>
    <w:p>
      <w:pPr>
        <w:jc w:val="right"/>
      </w:pPr>
      <w:r>
        <w:t>اپنے sent imentکےخلاف کریں۔ تو اسمیں ظاہرہےکہوہ اسکا یعنی انعامبڑھجائےگا۔</w:t>
      </w:r>
    </w:p>
    <w:p>
      <w:r>
        <w:rPr>
          <w:b/>
        </w:rPr>
        <w:t xml:space="preserve">[1:43:48] </w:t>
      </w:r>
      <w:r>
        <w:t>In spite of all that negative sentiments. aap woh sab kaam karte hain.</w:t>
      </w:r>
    </w:p>
    <w:p>
      <w:pPr>
        <w:jc w:val="right"/>
      </w:pPr>
      <w:r>
        <w:t>In spiteof all that neg ative sent iments ۔آپوہسب کامکرتے ہیں۔</w:t>
      </w:r>
    </w:p>
    <w:p>
      <w:r>
        <w:rPr>
          <w:b/>
        </w:rPr>
        <w:t xml:space="preserve">[1:43:54] </w:t>
      </w:r>
      <w:r>
        <w:t>to yeh to zahir hai ek qurbani ki satah par karna ho gaya. to ek hai bila qurbani ke koi amal karna. ek hai qurbani ki satah par jaakar amal karna. qurbani mein dekhiye sentiment ki qurbani, jazbat ki qurbani, ego ki qurbani.</w:t>
      </w:r>
    </w:p>
    <w:p>
      <w:pPr>
        <w:jc w:val="right"/>
      </w:pPr>
      <w:r>
        <w:t>تو یہتو ظاہرہےایکقربانیکیسطح پرکرناہوگیا۔ توایکہےبلاقربانیکےکوئیعمل کرنا ۔ایک ہےقربانیکیسطح پرجاکرعمل کرنا۔قربانیمیںدیکھیے sent imentکیقربانی،جذباتکیقربانی ، egoکیقربانی ۔</w:t>
      </w:r>
    </w:p>
    <w:p>
      <w:r>
        <w:rPr>
          <w:b/>
        </w:rPr>
        <w:t xml:space="preserve">[1:44:09] </w:t>
      </w:r>
      <w:r>
        <w:t>sab ismein shamil hai. to zahir hai ke iska darja to badhega.</w:t>
      </w:r>
    </w:p>
    <w:p>
      <w:pPr>
        <w:jc w:val="right"/>
      </w:pPr>
      <w:r>
        <w:t>سباسمیںشامل ہے۔ توظاہرہےکہاسکادرجہتوبڑھےگا۔</w:t>
      </w:r>
    </w:p>
    <w:p>
      <w:r>
        <w:rPr>
          <w:b/>
        </w:rPr>
        <w:t xml:space="preserve">[1:44:16] </w:t>
      </w:r>
      <w:r>
        <w:t>Mr Khaldan Ansari ne nai dilli se likha hai: "On one hand, Muslims have to discover God and develop the culture of thankfulness. But on the other, Islamic scholars also have accountability and responsibility for guiding the believers in the right direction.</w:t>
      </w:r>
    </w:p>
    <w:p>
      <w:pPr>
        <w:jc w:val="right"/>
      </w:pPr>
      <w:r>
        <w:t>مسٹرخالدانصارینے نئیدلیسے لکھاہے: "Onone hand ,Muslimshave to discover God and develop the cul ture of thankful ness .But ontheother, Islam ic scholars also have accountabil ity and respons ibil ityfor guidingthe believers inthe right dire ction .</w:t>
      </w:r>
    </w:p>
    <w:p>
      <w:r>
        <w:rPr>
          <w:b/>
        </w:rPr>
        <w:t xml:space="preserve">[1:44:40] </w:t>
      </w:r>
      <w:r>
        <w:t>Will the guides also face the dire consequences for not providing the right guidance for the people of their age ?</w:t>
      </w:r>
    </w:p>
    <w:p>
      <w:pPr>
        <w:jc w:val="right"/>
      </w:pPr>
      <w:r>
        <w:t>Will theguides also face the dire conse qu ences for not prov iding the rightguidance for thepeople of their age ?</w:t>
      </w:r>
    </w:p>
    <w:p>
      <w:r>
        <w:rPr>
          <w:b/>
        </w:rPr>
        <w:t xml:space="preserve">[1:44:50] </w:t>
      </w:r>
      <w:r>
        <w:t>Is there any Quranic reference or Hadith in this regard?" ji haan, Quran mein hai. inko double saza milegi.</w:t>
      </w:r>
    </w:p>
    <w:p>
      <w:pPr>
        <w:jc w:val="right"/>
      </w:pPr>
      <w:r>
        <w:t>Isthere any Quranic refer ence or Hadith in thisreg ard?" جیہاں،قرآنمیںہے۔ انکوdouble سزاملےگی۔</w:t>
      </w:r>
    </w:p>
    <w:p>
      <w:r>
        <w:rPr>
          <w:b/>
        </w:rPr>
        <w:t xml:space="preserve">[1:45:02] </w:t>
      </w:r>
      <w:r>
        <w:t>jin logon ne guide ki position li aur unhone sahi guide nahi kiya.</w:t>
      </w:r>
    </w:p>
    <w:p>
      <w:pPr>
        <w:jc w:val="right"/>
      </w:pPr>
      <w:r>
        <w:t>جنلوگوںنے guideکیposition کوئیملی اورانہوںنےصحیحguideنہیںکیا۔</w:t>
      </w:r>
    </w:p>
    <w:p>
      <w:r>
        <w:rPr>
          <w:b/>
        </w:rPr>
        <w:t xml:space="preserve">[1:45:08] </w:t>
      </w:r>
      <w:r>
        <w:t>to ek hain aam log, ek hain khaas log.</w:t>
      </w:r>
    </w:p>
    <w:p>
      <w:pPr>
        <w:jc w:val="right"/>
      </w:pPr>
      <w:r>
        <w:t>توایکہیں عام لوگ،ایکہیںخاص لوگ ۔</w:t>
      </w:r>
    </w:p>
    <w:p>
      <w:r>
        <w:rPr>
          <w:b/>
        </w:rPr>
        <w:t xml:space="preserve">[1:45:16] </w:t>
      </w:r>
      <w:r>
        <w:t>to Quran majeed mein ek jagah hai ke aam log jin ko yaani wahan par chuki pakad ho gayi to woh kahenge ke dekhein unhone hamein bataya tha.</w:t>
      </w:r>
    </w:p>
    <w:p>
      <w:pPr>
        <w:jc w:val="right"/>
      </w:pPr>
      <w:r>
        <w:t>تو قرآنمجیدمیںایکجگہہےکہ عام لوگ جن کو یعنیوہاںپر چونکہپکڑہوگئی تووہکہیںگےکہدیکھیںانہوںنےہمیںبت ایاتھا۔</w:t>
      </w:r>
    </w:p>
    <w:p>
      <w:r>
        <w:rPr>
          <w:b/>
        </w:rPr>
        <w:t xml:space="preserve">[1:45:27] </w:t>
      </w:r>
      <w:r>
        <w:t>to inko yaani humse zyada inko saza di jaye. to Quran mein hai ke inhein already double saza di ja rahi hai. zifeen. zifeen maani double.</w:t>
      </w:r>
    </w:p>
    <w:p>
      <w:pPr>
        <w:jc w:val="right"/>
      </w:pPr>
      <w:r>
        <w:t>توانکو یعنیہمسےزیادہ انکو سزادیجائے۔ تو قرآنمیںہےکہانہیں alreadydo ubleسزادیجارہیہے۔ زیفین۔زیفینمعنیdouble ۔</w:t>
      </w:r>
    </w:p>
    <w:p>
      <w:r>
        <w:rPr>
          <w:b/>
        </w:rPr>
        <w:t xml:space="preserve">[1:45:40] </w:t>
      </w:r>
      <w:r>
        <w:t>aam logon ki jo zimmedari hai us se zyada zimmedari hoti hai khaas logon ki. yaani matlab jin ke andar salahiyat hai.</w:t>
      </w:r>
    </w:p>
    <w:p>
      <w:pPr>
        <w:jc w:val="right"/>
      </w:pPr>
      <w:r>
        <w:t>عام لوگوںکیجو ذمہداریہےاسسےزیادہ ذمہداریہوتیہےخاص لوگوںکی۔ یعنیمطلبجن کےاندرصلاحیتہے۔</w:t>
      </w:r>
    </w:p>
    <w:p>
      <w:r>
        <w:rPr>
          <w:b/>
        </w:rPr>
        <w:t xml:space="preserve">[1:45:46] </w:t>
      </w:r>
      <w:r>
        <w:t>yaani jo intellectuals hain. jo jin ko leadership ki salahiyat jin ke andar hai. jo baaton ko zyada gehrai se samajhte hain.</w:t>
      </w:r>
    </w:p>
    <w:p>
      <w:pPr>
        <w:jc w:val="right"/>
      </w:pPr>
      <w:r>
        <w:t>یعنیجو intellectualsہیں۔ جو جنکوleadership کی صلاحیتجنکےاندرہے۔ جو باتوںکوزیادہ گہرائیسےسمجھتےہیں۔</w:t>
      </w:r>
    </w:p>
    <w:p>
      <w:r>
        <w:rPr>
          <w:b/>
        </w:rPr>
        <w:t xml:space="preserve">[1:45:59] </w:t>
      </w:r>
      <w:r>
        <w:t>unki zyada pakad hai. unko zyada Allah taala ke haan unko poocha jayega unse. yeh to yeh to maujood hai Quran majeed mein.</w:t>
      </w:r>
    </w:p>
    <w:p>
      <w:pPr>
        <w:jc w:val="right"/>
      </w:pPr>
      <w:r>
        <w:t>انکیزیادہ پکڑہے۔انکوزیادہ اللہتعالیٰکےہاںانکو پوچھاجائےگاانسے۔ یہتو یہتو موجود ہےقرآنمجیدمیں۔</w:t>
      </w:r>
    </w:p>
    <w:p>
      <w:r>
        <w:rPr>
          <w:b/>
        </w:rPr>
        <w:t xml:space="preserve">[1:46:10] </w:t>
      </w:r>
      <w:r>
        <w:t>Mr Adres ne Raipur se likha hai: "Before Hajj, a series of lunch and dinners are organized by relatives of prospective Hajji.</w:t>
      </w:r>
    </w:p>
    <w:p>
      <w:pPr>
        <w:jc w:val="right"/>
      </w:pPr>
      <w:r>
        <w:t>مسٹراد ریسنے رائےپورسے لکھاہے: "Before Hajj, aseries of lunch and dinners are organiz edby relatives of pr ospectiveHajji.</w:t>
      </w:r>
    </w:p>
    <w:p>
      <w:r>
        <w:rPr>
          <w:b/>
        </w:rPr>
        <w:t xml:space="preserve">[1:46:22] </w:t>
      </w:r>
      <w:r>
        <w:t>On return, also before Hajji got to their own home, they are taken to the houses of relatives. They say it is for blessings and barakah.</w:t>
      </w:r>
    </w:p>
    <w:p>
      <w:pPr>
        <w:jc w:val="right"/>
      </w:pPr>
      <w:r>
        <w:t>On return, also before Hajji gototheir own hom e,theyaretakentotheho usesof relatives. They sayitisfor blessings and bar akah.</w:t>
      </w:r>
    </w:p>
    <w:p>
      <w:r>
        <w:rPr>
          <w:b/>
        </w:rPr>
        <w:t xml:space="preserve">[1:46:35] </w:t>
      </w:r>
      <w:r>
        <w:t>They also give money to people departing for Hajj, and on arrival, Hajji distribute gifts for people. Then there are other things like people making huge crowds and going to the last possible point to see off and receive Hajji,</w:t>
      </w:r>
    </w:p>
    <w:p>
      <w:pPr>
        <w:jc w:val="right"/>
      </w:pPr>
      <w:r>
        <w:t>They also give moneyto people depart ingfor Hajj, and on arrival,Hajji distribu te gifts for people . Thenthereareother thingslikepeople making huge crowds and goingtothe last poss ible point to seeoff and rece ive Hajji,</w:t>
      </w:r>
    </w:p>
    <w:p>
      <w:r>
        <w:rPr>
          <w:b/>
        </w:rPr>
        <w:t xml:space="preserve">[1:46:52] </w:t>
      </w:r>
      <w:r>
        <w:t>like airport terminal or railway station. These crowds cause inconvenience to other travelers. Maulana, it is said that these traditions are taken from the time of Prophet.</w:t>
      </w:r>
    </w:p>
    <w:p>
      <w:pPr>
        <w:jc w:val="right"/>
      </w:pPr>
      <w:r>
        <w:t>like airport termin alor railway st ation. Thesecrowds cause inconveniencetoother trav elers. مولانا،itissaidthat these trad itions aretaken from the time of Prophet.</w:t>
      </w:r>
    </w:p>
    <w:p>
      <w:r>
        <w:rPr>
          <w:b/>
        </w:rPr>
        <w:t xml:space="preserve">[1:47:05] </w:t>
      </w:r>
      <w:r>
        <w:t>Is this true? Is it right to continue such practices? They cause distraction and inconvenience for people as well as for Hajji." kind likhment.</w:t>
      </w:r>
    </w:p>
    <w:p>
      <w:pPr>
        <w:jc w:val="right"/>
      </w:pPr>
      <w:r>
        <w:t>Is this true ?Isit rightto contin ue such pract ices? They cause distrac tion and inconveniencefor people as wellas for Hajji." کائنڈلیکمنٹ۔</w:t>
      </w:r>
    </w:p>
    <w:p>
      <w:r>
        <w:rPr>
          <w:b/>
        </w:rPr>
        <w:t xml:space="preserve">[1:47:17] </w:t>
      </w:r>
      <w:r>
        <w:t>yeh sab bilashubah bidat hai. iska taalluq sahaba ke zamane mein hai, nasrullah ke zamane se hai. wahan to Hajji bhen nahi kaha jata tha kisi ko. ab jo alhajj aur Hajji kaha jata hai, us zamane mein yeh sab nahi kaha jata tha.</w:t>
      </w:r>
    </w:p>
    <w:p>
      <w:pPr>
        <w:jc w:val="right"/>
      </w:pPr>
      <w:r>
        <w:t>یہسببلاشبہبدعتہے۔ اسکا تعلقصحابہکےزمان ےمیںہے،نصراللہکےزمانےسے۔ وہاںتوHajjiبھینہیںکہاجاتاتھاکسیکو۔اب جو الحاجاورHajjiکہاجاتاہے،اسزمانےمیںیہسبنہیںکہاجاتا تھا۔</w:t>
      </w:r>
    </w:p>
    <w:p>
      <w:r>
        <w:rPr>
          <w:b/>
        </w:rPr>
        <w:t xml:space="preserve">[1:47:31] </w:t>
      </w:r>
      <w:r>
        <w:t>ab yeh sab hai. yeh sari cheezein bidat hain.</w:t>
      </w:r>
    </w:p>
    <w:p>
      <w:pPr>
        <w:jc w:val="right"/>
      </w:pPr>
      <w:r>
        <w:t>ابیہسبہے۔ یہ ساریچیزیں بدعتہیں۔</w:t>
      </w:r>
    </w:p>
    <w:p>
      <w:r>
        <w:rPr>
          <w:b/>
        </w:rPr>
        <w:t xml:space="preserve">[1:47:35] </w:t>
      </w:r>
      <w:r>
        <w:t>aslamain cheez kya hai, dekhiye. logon ka criteria badal gaya hai. mayar . ya restrict badal gaya hai.</w:t>
      </w:r>
    </w:p>
    <w:p>
      <w:pPr>
        <w:jc w:val="right"/>
      </w:pPr>
      <w:r>
        <w:t>اصلمیںچیزکیاہے،دیکھیے۔ لوگوںکا crit eriaبدلگیاہے۔ معیار ۔ یا rest rict بدلگیاہے۔</w:t>
      </w:r>
    </w:p>
    <w:p>
      <w:r>
        <w:rPr>
          <w:b/>
        </w:rPr>
        <w:t xml:space="preserve">[1:47:45] </w:t>
      </w:r>
      <w:r>
        <w:t>cheezon ko janchne ke liye sahi mayar kya hai ? aap yeh dekhiye, rasool Allah ne kya kiya ? sahaba ne kya kiya ? bas yehi wohi mayar. rasool aur ashaab rasool .</w:t>
      </w:r>
    </w:p>
    <w:p>
      <w:pPr>
        <w:jc w:val="right"/>
      </w:pPr>
      <w:r>
        <w:t>چیزوںکو جانچنےکےلیےصحیحمعیارکیاہے ؟ آپ یہدیکھیں،رسولاللہنےکیاکیا ؟صحابہنےکیاکیا؟بسیہیدوہیں معیار۔ رسول اور اصحابرسول ۔</w:t>
      </w:r>
    </w:p>
    <w:p>
      <w:r>
        <w:rPr>
          <w:b/>
        </w:rPr>
        <w:t xml:space="preserve">[1:47:57] </w:t>
      </w:r>
      <w:r>
        <w:t>hadith mein aata hai: "tarqaf qamalthaqal ain kitab Allah wa sunnati."</w:t>
      </w:r>
    </w:p>
    <w:p>
      <w:pPr>
        <w:jc w:val="right"/>
      </w:pPr>
      <w:r>
        <w:t>حدیثمیںآتاہے:"ترقواف قمالثقل ین کتاب اللہ وسن تی ۔"</w:t>
      </w:r>
    </w:p>
    <w:p>
      <w:r>
        <w:rPr>
          <w:b/>
        </w:rPr>
        <w:t xml:space="preserve">[1:48:03] </w:t>
      </w:r>
      <w:r>
        <w:t>to logon ne is mayar ko kho diya hai. ab mayar kya hai? riwaj . khandan wale ki kahein ge? log kya kahein ge?</w:t>
      </w:r>
    </w:p>
    <w:p>
      <w:pPr>
        <w:jc w:val="right"/>
      </w:pPr>
      <w:r>
        <w:t>تو لوگ وں نے اس معیارکوکھودیاہے۔ ابمعیارکیاہے؟ رواج ۔خان دانوالے کیاکہیںگے؟لوگکیا کہیںگے؟</w:t>
      </w:r>
    </w:p>
    <w:p>
      <w:r>
        <w:rPr>
          <w:b/>
        </w:rPr>
        <w:t xml:space="preserve">[1:48:11] </w:t>
      </w:r>
      <w:r>
        <w:t>yeh mayar hi badal gaya hai yeh. to log riwaj pe chalte hain. khandan walay rivayat pe chalte hain. koi nahi yani koshish karta hai jaane ke rasool Allah ka tareeqa kya tha ? sahaba ka tareeqa kya tha?</w:t>
      </w:r>
    </w:p>
    <w:p>
      <w:pPr>
        <w:jc w:val="right"/>
      </w:pPr>
      <w:r>
        <w:t>یہمعیارہیبدلگیاہےیہ۔ تولوگ رواج پہچلتےہیں۔ خاندانیروایت وںپہچلتےہیں۔ کوئی نہیں یعنی کوششکرتاہے جانےکہرسولاللہ کاطریقہکیاتھا ؟صحابہکاطریقہکیاتھا؟</w:t>
      </w:r>
    </w:p>
    <w:p>
      <w:r>
        <w:rPr>
          <w:b/>
        </w:rPr>
        <w:t xml:space="preserve">[1:48:28] </w:t>
      </w:r>
      <w:r>
        <w:t>kuch nahi . bas ba riwaj par chal raha hai har aadmi. yeh sab bidat hai, is mein koi shuk nahi. koi sawab is ka nahi. kuch bhi sawab nahi hai is ka.</w:t>
      </w:r>
    </w:p>
    <w:p>
      <w:pPr>
        <w:jc w:val="right"/>
      </w:pPr>
      <w:r>
        <w:t>کچھنہیں ۔بس بسرواج پر چلرہاہےہرآدمی۔ یہسببدعتہے،اسمیںکوئیشکنہیں۔ کوئی ثواباسکانہیں۔کچھبھیثوابنہیںہےاسکا۔</w:t>
      </w:r>
    </w:p>
    <w:p>
      <w:r>
        <w:rPr>
          <w:b/>
        </w:rPr>
        <w:t xml:space="preserve">[1:48:38] </w:t>
      </w:r>
      <w:r>
        <w:t>doctor Fareeda Khanam ne nai dilli se likha hai: "Once a professor of Islamic studies remarked that we are right in regarding Islam to be a superior religion.</w:t>
      </w:r>
    </w:p>
    <w:p>
      <w:pPr>
        <w:jc w:val="right"/>
      </w:pPr>
      <w:r>
        <w:t>ڈاکٹرفریدہخانمنےنئیدلیسےلکھاہے: "Onceaprofessor of Islam ic stud ies remark ed that weare right in regarding Islam tobeasup erior relig ion.</w:t>
      </w:r>
    </w:p>
    <w:p>
      <w:r>
        <w:rPr>
          <w:b/>
        </w:rPr>
        <w:t xml:space="preserve">[1:48:50] </w:t>
      </w:r>
      <w:r>
        <w:t>If we do not accept its superiority, how can we follow Islam ? Please give your comments."</w:t>
      </w:r>
    </w:p>
    <w:p>
      <w:pPr>
        <w:jc w:val="right"/>
      </w:pPr>
      <w:r>
        <w:t>Ifwedo not accept its sup erior ity, how canwe follow Islam ? Pleasegiveyourcomment s."</w:t>
      </w:r>
    </w:p>
    <w:p>
      <w:r>
        <w:rPr>
          <w:b/>
        </w:rPr>
        <w:t xml:space="preserve">[1:48:58] </w:t>
      </w:r>
      <w:r>
        <w:t>yeh galat ilzaam hai bilkul . Superiority se koi talluq nahi hai yeh follow karne ka . Conviction se talluq hai. "The difference between conviction and superiority.</w:t>
      </w:r>
    </w:p>
    <w:p>
      <w:pPr>
        <w:jc w:val="right"/>
      </w:pPr>
      <w:r>
        <w:t>یہ غلطلاجکہےبالکل ۔ Sup erior ityسےکوئیتعلقنہیںہےیہfollow کرنے کا ۔ Con victionسےتعلقہے۔ "Thediffer encebetween conv ictionandsup erior ity۔</w:t>
      </w:r>
    </w:p>
    <w:p>
      <w:r>
        <w:rPr>
          <w:b/>
        </w:rPr>
        <w:t xml:space="preserve">[1:49:10] </w:t>
      </w:r>
      <w:r>
        <w:t>" Islam superior religion nahi hai, har giz nahi hai. jo aisa kehta hai woh bilkul kuch bhi nahi jaanta hai. Islam preserved religion hai, preserved.</w:t>
      </w:r>
    </w:p>
    <w:p>
      <w:pPr>
        <w:jc w:val="right"/>
      </w:pPr>
      <w:r>
        <w:t>" اسلام superiorreligionنہیںہے،ہرگزنہیںہے۔ جو ایساکہتاہےوہبالکل کچھبھینہیںجانتاہے۔ اسلام preservedrelig ionہے،preserved۔</w:t>
      </w:r>
    </w:p>
    <w:p>
      <w:r>
        <w:rPr>
          <w:b/>
        </w:rPr>
        <w:t xml:space="preserve">[1:49:21] </w:t>
      </w:r>
      <w:r>
        <w:t>yani Islam ki jo distinction hai wohi nahi ke woh superior hai. woh preserved hai. Quran mein khud hai: "Lan nufarriqu baina ahadin min rusulihi".</w:t>
      </w:r>
    </w:p>
    <w:p>
      <w:pPr>
        <w:jc w:val="right"/>
      </w:pPr>
      <w:r>
        <w:t>یعنیاسلام کیجو dist inctionہےوہیہنہیںکہوہ sup erior ہے۔ وہ preservedہے۔ قرآنمیںخودہے:"لانفر قبينعهد بالرس ل"۔</w:t>
      </w:r>
    </w:p>
    <w:p>
      <w:r>
        <w:rPr>
          <w:b/>
        </w:rPr>
        <w:t xml:space="preserve">[1:49:34] </w:t>
      </w:r>
      <w:r>
        <w:t>to follow karna jo hai woh aata hai conviction se . Superiority se nahi . Superiority se pride aayega. Superiority se pride aata hai, follow karna nahi aata hai.</w:t>
      </w:r>
    </w:p>
    <w:p>
      <w:pPr>
        <w:jc w:val="right"/>
      </w:pPr>
      <w:r>
        <w:t>تو follow کرناجوہےوہآتاہے conv ictionسے ۔ Sup eriorityسےنہیں ۔ Superiorityسےprideآئےگا۔ Superiorityسےprideآتاہے، follow کرنانہیںآتاہے۔</w:t>
      </w:r>
    </w:p>
    <w:p>
      <w:r>
        <w:rPr>
          <w:b/>
        </w:rPr>
        <w:t xml:space="preserve">[1:49:46] </w:t>
      </w:r>
      <w:r>
        <w:t>aap ko conviction ho ke yeh Allah taala ka hukum hai. aur Allah taala ki hidayat hai. kisi milawat ke baghair mujh tak pahunchi hai.</w:t>
      </w:r>
    </w:p>
    <w:p>
      <w:pPr>
        <w:jc w:val="right"/>
      </w:pPr>
      <w:r>
        <w:t>آپکوconv ictionہوکہیہاللہ تعالیٰکا حکمہے۔ اوراللہ تعالیٰکیہدایتہے۔ کسی ملاوٹکےبغیرمجھتکپہنچیہے۔</w:t>
      </w:r>
    </w:p>
    <w:p>
      <w:r>
        <w:rPr>
          <w:b/>
        </w:rPr>
        <w:t xml:space="preserve">[1:49:58] </w:t>
      </w:r>
      <w:r>
        <w:t>is conviction se aata hai pervi ya follow karna . Superiority se to pride aayega. aur pride jo hai bohat hi ziyada buri cheez Islam mein hai.</w:t>
      </w:r>
    </w:p>
    <w:p>
      <w:pPr>
        <w:jc w:val="right"/>
      </w:pPr>
      <w:r>
        <w:t>اسconv ictionسے آتاہے پیروی یاfollow کرنا ۔ Superiorityسےتو pri deآئےگا۔ اورprideجوہےبہتہیزیادہ بریچیزاسلام میںہے۔</w:t>
      </w:r>
    </w:p>
    <w:p>
      <w:r>
        <w:rPr>
          <w:b/>
        </w:rPr>
        <w:t xml:space="preserve">[1:50:08] </w:t>
      </w:r>
      <w:r>
        <w:t>Pride to bohat buri cheez hai.</w:t>
      </w:r>
    </w:p>
    <w:p>
      <w:pPr>
        <w:jc w:val="right"/>
      </w:pPr>
      <w:r>
        <w:t>Prideتوبہتبریچیزہے۔</w:t>
      </w:r>
    </w:p>
    <w:p>
      <w:r>
        <w:rPr>
          <w:b/>
        </w:rPr>
        <w:t xml:space="preserve">[1:50:13] </w:t>
      </w:r>
      <w:r>
        <w:t>to yeh yeh yeh ilzaam hi galat hai.</w:t>
      </w:r>
    </w:p>
    <w:p>
      <w:pPr>
        <w:jc w:val="right"/>
      </w:pPr>
      <w:r>
        <w:t>تویہ یہ یہ لاجکہیغلطہے۔</w:t>
      </w:r>
    </w:p>
    <w:p>
      <w:r>
        <w:rPr>
          <w:b/>
        </w:rPr>
        <w:t xml:space="preserve">[1:50:19] </w:t>
      </w:r>
      <w:r>
        <w:t>Superiority se jo aayegi woh pride aayega. woh follow karna nahi aayega. follow karna aayega conviction se . jab aap ko yaqeen ho sach much . yehi sacha mazhab hai, yehi Allah taala ka deen hai.</w:t>
      </w:r>
    </w:p>
    <w:p>
      <w:pPr>
        <w:jc w:val="right"/>
      </w:pPr>
      <w:r>
        <w:t>Sup eriorityسےجو آئےگیوہ prideآئےگا۔ وہfollow کرنانہیںآئےگا۔ Followکرناآئےگاconv ictionسے ۔جبآپکو یقینہو س چمچ ۔یہیسچامذہبہے،یہیاللہتعالیٰکادینہے۔</w:t>
      </w:r>
    </w:p>
    <w:p>
      <w:r>
        <w:rPr>
          <w:b/>
        </w:rPr>
        <w:t xml:space="preserve">[1:50:32] </w:t>
      </w:r>
      <w:r>
        <w:t>to conviction us ki sachai par alag cheez hai aur woh superiority alag cheez hai. Superiority ka tasawwur hi bilkul baseless hai.</w:t>
      </w:r>
    </w:p>
    <w:p>
      <w:pPr>
        <w:jc w:val="right"/>
      </w:pPr>
      <w:r>
        <w:t>تو conv iction اسکیسچائیپرالگچیزہے اور وہ superiorityالگچیزہے۔ Sup eriorityکاتص ورہیبالکل baselessہے۔</w:t>
      </w:r>
    </w:p>
    <w:p>
      <w:r>
        <w:rPr>
          <w:b/>
        </w:rPr>
        <w:t xml:space="preserve">[1:50:43] </w:t>
      </w:r>
      <w:r>
        <w:t>Quran mein saaf saaf hai ke wohi deen sab ko diya gaya.</w:t>
      </w:r>
    </w:p>
    <w:p>
      <w:pPr>
        <w:jc w:val="right"/>
      </w:pPr>
      <w:r>
        <w:t>قرآنمیںصافصافہےکہوہیدینسبکودیا گیا۔</w:t>
      </w:r>
    </w:p>
    <w:p>
      <w:r>
        <w:rPr>
          <w:b/>
        </w:rPr>
        <w:t xml:space="preserve">[1:50:46] </w:t>
      </w:r>
      <w:r>
        <w:t>Inferior deen kisi ko, superior deen kisi ko diya gaya. yeh to bilkul batil hai. koi yani koi is ka koi asal nahi hai Quran o hadith mein . kitni ayatain hain jo saaf saaf hain.</w:t>
      </w:r>
    </w:p>
    <w:p>
      <w:pPr>
        <w:jc w:val="right"/>
      </w:pPr>
      <w:r>
        <w:t>Inf erior دینکسی کو،sup eriorدینکسیکودیاگیا۔یہتوبالکلباطلہے۔ کوئی یعنی کوئی اسکاکوئی اصلنہیںہےقرآنوحدیثمیں ۔ کتنیآیتیںہیںجوصافصافہیں۔</w:t>
      </w:r>
    </w:p>
    <w:p>
      <w:r>
        <w:rPr>
          <w:b/>
        </w:rPr>
        <w:t xml:space="preserve">[1:50:59] </w:t>
      </w:r>
      <w:r>
        <w:t>yahan ek ayat to yeh is qism ki hai ke ek maqam par kai nabiyon ka zikr hai. kai nabiyon ka . pehle wale nabi jo aaye thay.</w:t>
      </w:r>
    </w:p>
    <w:p>
      <w:pPr>
        <w:jc w:val="right"/>
      </w:pPr>
      <w:r>
        <w:t>یہ اں ایکآیتتویہاسقسم کیہے کہ ایکمقام پر کئی نبیوںکاذکر ہے۔ کئینبیوںکا ۔ پہلے والےنبیجوآئےتھے۔</w:t>
      </w:r>
    </w:p>
    <w:p>
      <w:r>
        <w:rPr>
          <w:b/>
        </w:rPr>
        <w:t xml:space="preserve">[1:51:08] </w:t>
      </w:r>
      <w:r>
        <w:t>phir rasool Allah se farmate hain: "Qul haa'ukum alladheen hadaa Allahu fa-huwa hudaahum muqtada"</w:t>
      </w:r>
    </w:p>
    <w:p>
      <w:pPr>
        <w:jc w:val="right"/>
      </w:pPr>
      <w:r>
        <w:t>پھررسولاللہسےفرماتےہیں: "قُلْهَاكُمْالَّذِينَهَدَىاللَّهَفَوَهُدَاهُمْمُقْتَدِى"</w:t>
      </w:r>
    </w:p>
    <w:p>
      <w:r>
        <w:rPr>
          <w:b/>
        </w:rPr>
        <w:t xml:space="preserve">[1:51:15] </w:t>
      </w:r>
      <w:r>
        <w:t>. Yeh woh log hain jin ko Allah ne hidayat ki. to tum bhi un ki hidayat ki pervi karo. rasool Allah se kaha ja raha hai. to kahan hai woh concept superiority ka ?</w:t>
      </w:r>
    </w:p>
    <w:p>
      <w:pPr>
        <w:jc w:val="right"/>
      </w:pPr>
      <w:r>
        <w:t>۔یہ وہلوگ ہیںجنکواللہ نےہدایتکی۔ توتمبھیانکیہدایتکیپیرویکرو۔ رسولاللہ سےکہاجارہاہے۔ توکہاںہےوہcon cept superior ityکا ؟</w:t>
      </w:r>
    </w:p>
    <w:p>
      <w:r>
        <w:rPr>
          <w:b/>
        </w:rPr>
        <w:t xml:space="preserve">[1:51:28] </w:t>
      </w:r>
      <w:r>
        <w:t>Superiority , superior religion aur aur inferior religion ka concept bilkul baseless hai. is ki koi haqeeqat nahi hai.</w:t>
      </w:r>
    </w:p>
    <w:p>
      <w:pPr>
        <w:jc w:val="right"/>
      </w:pPr>
      <w:r>
        <w:t>Sup erior ity ،sup erior religion اور اور inf eriorreligionکاconceptبالکل baselessہے۔ اسکیکوئیحقیقتنہیںہے۔</w:t>
      </w:r>
    </w:p>
    <w:p>
      <w:r>
        <w:rPr>
          <w:b/>
        </w:rPr>
        <w:t xml:space="preserve">[1:51:38] </w:t>
      </w:r>
      <w:r>
        <w:t>asal cheez yeh hai ke deen to ek hi tha Allah taala ka . Preserve hai woh Quran ki shakal mein. aur jagah woh preserve nahi raha . yani badlav aa gaya is ke andar.</w:t>
      </w:r>
    </w:p>
    <w:p>
      <w:pPr>
        <w:jc w:val="right"/>
      </w:pPr>
      <w:r>
        <w:t>اصلچیزیہہےکہدینتوایکہیتھااللہتعالیٰکا ۔ Pres erveہےوہ قرآنکیشکلمیں۔اورجگہوہpreserveنہیںرہا۔ یعنیبدلاؤآگیااسکےاندر۔</w:t>
      </w:r>
    </w:p>
    <w:p>
      <w:r>
        <w:rPr>
          <w:b/>
        </w:rPr>
        <w:t xml:space="preserve">[1:51:47] </w:t>
      </w:r>
      <w:r>
        <w:t>bisyahai mamla. yeh hai farq.</w:t>
      </w:r>
    </w:p>
    <w:p>
      <w:pPr>
        <w:jc w:val="right"/>
      </w:pPr>
      <w:r>
        <w:t>بسیہہےمعاملہ۔ یہ ہےفرق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