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Modesty and Arrogance January 31, 2008</w:t>
      </w:r>
    </w:p>
    <w:p>
      <w:r>
        <w:t>https://youtu.be/8EHBmsIAF_Q</w:t>
      </w:r>
    </w:p>
    <w:p>
      <w:r>
        <w:rPr>
          <w:b/>
        </w:rPr>
        <w:t xml:space="preserve">[00:13] </w:t>
      </w:r>
      <w:r>
        <w:t>bismillah ir rehman ir rahim, wa salla Allahu ala an nabiyyil karim. Rabb ishrah li sadri, wa yassir li amri, wa hlul uqdatan min lisani,</w:t>
      </w:r>
    </w:p>
    <w:p>
      <w:pPr>
        <w:jc w:val="right"/>
      </w:pPr>
      <w:r>
        <w:t>بسم اللہ الرحمن الرحیم، وصلی اللہ علی النبی الکریم۔ رب اشرح لی صدری، ویسر لی امری، واحل العقدۃ من لسانی،</w:t>
      </w:r>
    </w:p>
    <w:p>
      <w:r>
        <w:rPr>
          <w:b/>
        </w:rPr>
        <w:t xml:space="preserve">[00:30] </w:t>
      </w:r>
      <w:r>
        <w:t>yaf qahu qawli.</w:t>
      </w:r>
    </w:p>
    <w:p>
      <w:pPr>
        <w:jc w:val="right"/>
      </w:pPr>
      <w:r>
        <w:t>یفقہ قولی۔</w:t>
      </w:r>
    </w:p>
    <w:p>
      <w:r>
        <w:rPr>
          <w:b/>
        </w:rPr>
        <w:t xml:space="preserve">[00:35] </w:t>
      </w:r>
      <w:r>
        <w:t>aaj ka topic hai</w:t>
      </w:r>
    </w:p>
    <w:p>
      <w:pPr>
        <w:jc w:val="right"/>
      </w:pPr>
      <w:r>
        <w:t>آج کا ٹاپک ہے</w:t>
      </w:r>
    </w:p>
    <w:p>
      <w:r>
        <w:rPr>
          <w:b/>
        </w:rPr>
        <w:t xml:space="preserve">[00:40] </w:t>
      </w:r>
      <w:r>
        <w:t>modesty and arrogance.</w:t>
      </w:r>
    </w:p>
    <w:p>
      <w:pPr>
        <w:jc w:val="right"/>
      </w:pPr>
      <w:r>
        <w:t>مادسٹی اینڈ اروگنس۔</w:t>
      </w:r>
    </w:p>
    <w:p>
      <w:r>
        <w:rPr>
          <w:b/>
        </w:rPr>
        <w:t xml:space="preserve">[00:46] </w:t>
      </w:r>
      <w:r>
        <w:t>modesty and arrogance, yani tawazu aur ghamand.</w:t>
      </w:r>
    </w:p>
    <w:p>
      <w:pPr>
        <w:jc w:val="right"/>
      </w:pPr>
      <w:r>
        <w:t>مادسٹی اینڈ اروگنس، یعنی تواضع اور گھمنڈ۔</w:t>
      </w:r>
    </w:p>
    <w:p>
      <w:r>
        <w:rPr>
          <w:b/>
        </w:rPr>
        <w:t xml:space="preserve">[00:56] </w:t>
      </w:r>
      <w:r>
        <w:t>dekhiye, insan ke liye baat agar ho pathar ki ya animal ki to us ke liye tawazu aur ghamand ke shabz arelevant hain.</w:t>
      </w:r>
    </w:p>
    <w:p>
      <w:pPr>
        <w:jc w:val="right"/>
      </w:pPr>
      <w:r>
        <w:t>دیکھیے، انسان کے لیے بات اگر ہو پتھر کی یا اینیمل کی تو اس کے لیے تواضع اور گھمنڈ کے शब्द اریلیونٹ ہیں۔</w:t>
      </w:r>
    </w:p>
    <w:p>
      <w:r>
        <w:rPr>
          <w:b/>
        </w:rPr>
        <w:t xml:space="preserve">[01:13] </w:t>
      </w:r>
      <w:r>
        <w:t>aap kisi pathar ko ya kisi animal ko</w:t>
      </w:r>
    </w:p>
    <w:p>
      <w:pPr>
        <w:jc w:val="right"/>
      </w:pPr>
      <w:r>
        <w:t>آپ کسی پتھر کو یا کسی اینیمل کو</w:t>
      </w:r>
    </w:p>
    <w:p>
      <w:r>
        <w:rPr>
          <w:b/>
        </w:rPr>
        <w:t xml:space="preserve">[01:19] </w:t>
      </w:r>
      <w:r>
        <w:t>modesty ya arrogance ke criterion se judge nahin</w:t>
      </w:r>
    </w:p>
    <w:p>
      <w:pPr>
        <w:jc w:val="right"/>
      </w:pPr>
      <w:r>
        <w:t>مادسٹی یا اروگنس کے کرائٹیرین سے جج نہیں</w:t>
      </w:r>
    </w:p>
    <w:p>
      <w:r>
        <w:rPr>
          <w:b/>
        </w:rPr>
        <w:t xml:space="preserve">[01:24] </w:t>
      </w:r>
      <w:r>
        <w:t>kar sakte. Un ka criterion doosra hai.</w:t>
      </w:r>
    </w:p>
    <w:p>
      <w:pPr>
        <w:jc w:val="right"/>
      </w:pPr>
      <w:r>
        <w:t>کر سکتے۔ ان کا کرائٹیرین دوسرا ہے۔</w:t>
      </w:r>
    </w:p>
    <w:p>
      <w:r>
        <w:rPr>
          <w:b/>
        </w:rPr>
        <w:t xml:space="preserve">[01:29] </w:t>
      </w:r>
      <w:r>
        <w:t>magar insan ke liye jo criterion hai woh yahi hai: modesty aur arrogance. Agar aadmi ke andar modesty hai to woh sacha insan hai,</w:t>
      </w:r>
    </w:p>
    <w:p>
      <w:pPr>
        <w:jc w:val="right"/>
      </w:pPr>
      <w:r>
        <w:t>مگر انسان کے لیے جو کرائٹیرین ہے وہ یہی ہے: مادسٹی اور اروگنس۔ اگر آدمی کے اندر مادسٹی ہے تو وہ سچا انسان ہے،</w:t>
      </w:r>
    </w:p>
    <w:p>
      <w:r>
        <w:rPr>
          <w:b/>
        </w:rPr>
        <w:t xml:space="preserve">[01:44] </w:t>
      </w:r>
      <w:r>
        <w:t>aur agar us ke andar arrogance hai to woh jhoota insan hai.</w:t>
      </w:r>
    </w:p>
    <w:p>
      <w:pPr>
        <w:jc w:val="right"/>
      </w:pPr>
      <w:r>
        <w:t>اور اگر اس کے اندر اروگنس ہے تو وہ جھوٹا انسان ہے۔</w:t>
      </w:r>
    </w:p>
    <w:p>
      <w:r>
        <w:rPr>
          <w:b/>
        </w:rPr>
        <w:t xml:space="preserve">[01:51] </w:t>
      </w:r>
      <w:r>
        <w:t>yahi criterion hai sachay insan aur jhoote insan ko janchne ka. dekhiye, jab insan ko khuda ne banaya usi waqt yeh dono cheezein bata dein insan ko.</w:t>
      </w:r>
    </w:p>
    <w:p>
      <w:pPr>
        <w:jc w:val="right"/>
      </w:pPr>
      <w:r>
        <w:t>یہی کرائٹیرین ہے سچے انسان اور جھوٹے انسان کو جانچنے کا۔ دیکھیے، جب انسان کو خدا نے بنایا اسی وقت یہ دونوں چیزیں بتا دیں انسان کو۔</w:t>
      </w:r>
    </w:p>
    <w:p>
      <w:r>
        <w:rPr>
          <w:b/>
        </w:rPr>
        <w:t xml:space="preserve">[02:14] </w:t>
      </w:r>
      <w:r>
        <w:t>woh is tarah ke khuda ne kaha ke dekhein, jab insan ko banaya gaya tha us waqt do aur makhlooq maujood theen: ek angel, doosre iblis.</w:t>
      </w:r>
    </w:p>
    <w:p>
      <w:pPr>
        <w:jc w:val="right"/>
      </w:pPr>
      <w:r>
        <w:t>وہ اس طرح کہ خدا نے کہا کہ دیکھیں، جب انسان کو بنایا گیا تھا اس وقت دو اور مخلوق موجود تھیں: ایک اینجل، دوسرے ابلیس۔</w:t>
      </w:r>
    </w:p>
    <w:p>
      <w:r>
        <w:rPr>
          <w:b/>
        </w:rPr>
        <w:t xml:space="preserve">[02:28] </w:t>
      </w:r>
      <w:r>
        <w:t>ibliss jo tha woh jinnaaton ka sardar tha,</w:t>
      </w:r>
    </w:p>
    <w:p>
      <w:pPr>
        <w:jc w:val="right"/>
      </w:pPr>
      <w:r>
        <w:t>ابلیس جو تھا وہ جناتوں کا سردار تھا،</w:t>
      </w:r>
    </w:p>
    <w:p>
      <w:r>
        <w:rPr>
          <w:b/>
        </w:rPr>
        <w:t xml:space="preserve">[02:34] </w:t>
      </w:r>
      <w:r>
        <w:t>jinnaaton ka head tha.</w:t>
      </w:r>
    </w:p>
    <w:p>
      <w:pPr>
        <w:jc w:val="right"/>
      </w:pPr>
      <w:r>
        <w:t>جناتوں کا ہیڈ تھا۔</w:t>
      </w:r>
    </w:p>
    <w:p>
      <w:r>
        <w:rPr>
          <w:b/>
        </w:rPr>
        <w:t xml:space="preserve">[02:37] </w:t>
      </w:r>
      <w:r>
        <w:t>to khuda ne kaha angel se aur iblis se, jo ke jinnaat ka sardar tha, ke tum log insan ke saamne jhuk jao.</w:t>
      </w:r>
    </w:p>
    <w:p>
      <w:pPr>
        <w:jc w:val="right"/>
      </w:pPr>
      <w:r>
        <w:t>تو خدا نے کہا اینجل سے اور ابلیس سے، جو کہ جنات کا سردار تھا، کہ تم لوگ انسان کے سامنے جھک جاؤ۔</w:t>
      </w:r>
    </w:p>
    <w:p>
      <w:r>
        <w:rPr>
          <w:b/>
        </w:rPr>
        <w:t xml:space="preserve">[02:55] </w:t>
      </w:r>
      <w:r>
        <w:t>dekhiye, bazahir jhukna insan ke saamne tha lekin woh khuda ke</w:t>
      </w:r>
    </w:p>
    <w:p>
      <w:pPr>
        <w:jc w:val="right"/>
      </w:pPr>
      <w:r>
        <w:t>دیکھیے، بظاہر جھکنا انسان کے سامنے تھا لیکن وہ خدا کے</w:t>
      </w:r>
    </w:p>
    <w:p>
      <w:r>
        <w:rPr>
          <w:b/>
        </w:rPr>
        <w:t xml:space="preserve">[03:04] </w:t>
      </w:r>
      <w:r>
        <w:t>khuda ke order ke saamne jhukna tha. insan to wahan sirf ek nishani ke taur par tha.</w:t>
      </w:r>
    </w:p>
    <w:p>
      <w:pPr>
        <w:jc w:val="right"/>
      </w:pPr>
      <w:r>
        <w:t>خدا کے آرڈر کے سامنے جھکنا تھا۔ انسان تو وہاں صرف ایک علامت کے طور پر تھا۔</w:t>
      </w:r>
    </w:p>
    <w:p>
      <w:r>
        <w:rPr>
          <w:b/>
        </w:rPr>
        <w:t xml:space="preserve">[03:15] </w:t>
      </w:r>
      <w:r>
        <w:t>asal baat jo thi woh yeh thi ke kaun hai jo khuda ka jo order hai, khuda ka jo hukum hai, us ke aage jhukta hai aur kaun jhukta nahi hai.</w:t>
      </w:r>
    </w:p>
    <w:p>
      <w:pPr>
        <w:jc w:val="right"/>
      </w:pPr>
      <w:r>
        <w:t>اصل بات جو تھی وہ یہ تھی کہ کون ہے جو خدا کا جو آرڈر ہے، خدا کا جو حکم ہے، اس کے آگے جھکتا ہے اور کون جھکتا نہیں ہے۔</w:t>
      </w:r>
    </w:p>
    <w:p>
      <w:r>
        <w:rPr>
          <w:b/>
        </w:rPr>
        <w:t xml:space="preserve">[03:28] </w:t>
      </w:r>
      <w:r>
        <w:t>is baat ko samajh lein achhe tareeqe se ke khuda ne kaha to yeh ke insan ke aage jhuk jao. lekin yeh jhukna kyun tha?</w:t>
      </w:r>
    </w:p>
    <w:p>
      <w:pPr>
        <w:jc w:val="right"/>
      </w:pPr>
      <w:r>
        <w:t>اس بات کو سمجھ لیں اچھے طریقے سے کہ خدا نے کہا تو یہ کہ انسان کے آگے جھک جاؤ۔ لیکن یہ جھکنا کیوں تھا؟</w:t>
      </w:r>
    </w:p>
    <w:p>
      <w:r>
        <w:rPr>
          <w:b/>
        </w:rPr>
        <w:t xml:space="preserve">[03:40] </w:t>
      </w:r>
      <w:r>
        <w:t>khuda ke kehne ki wajah se tha. to asal baat to khuda ka kehna hua.</w:t>
      </w:r>
    </w:p>
    <w:p>
      <w:pPr>
        <w:jc w:val="right"/>
      </w:pPr>
      <w:r>
        <w:t>خدا کے کہنے کی وجہ سے تھا۔ تو اصل بات تو خدا کا کہنا ہوا۔</w:t>
      </w:r>
    </w:p>
    <w:p>
      <w:r>
        <w:rPr>
          <w:b/>
        </w:rPr>
        <w:t xml:space="preserve">[03:47] </w:t>
      </w:r>
      <w:r>
        <w:t>to yeh asal mein yeh tha ke khuda ke aage aadmi jhukta hai ya nahi jhukta hai. to kya hua? jo engines the woh jhuk gaye.</w:t>
      </w:r>
    </w:p>
    <w:p>
      <w:pPr>
        <w:jc w:val="right"/>
      </w:pPr>
      <w:r>
        <w:t>تو یہ اصل میں یہ تھا کہ خدا کے آگے آدمی جھکتا ہے یا نہیں جھکتا ہے۔ تو کیا ہوا؟ جو اینجنز تھے وہ جھک گئے۔</w:t>
      </w:r>
    </w:p>
    <w:p>
      <w:r>
        <w:rPr>
          <w:b/>
        </w:rPr>
        <w:t xml:space="preserve">[04:04] </w:t>
      </w:r>
      <w:r>
        <w:t>they bowed before adam, the first man. but iblis refused.</w:t>
      </w:r>
    </w:p>
    <w:p>
      <w:pPr>
        <w:jc w:val="right"/>
      </w:pPr>
      <w:r>
        <w:t>دے باؤڈ بیفور آدم، دا فرسٹ مین۔ لیکن بٹ ابلیس ریفیوزڈ۔</w:t>
      </w:r>
    </w:p>
    <w:p>
      <w:r>
        <w:rPr>
          <w:b/>
        </w:rPr>
        <w:t xml:space="preserve">[04:16] </w:t>
      </w:r>
      <w:r>
        <w:t>ibliss ne kya kaha? ke main is se behtar hoon, ana khairummin. main kyun jhukoon is ke aage?</w:t>
      </w:r>
    </w:p>
    <w:p>
      <w:pPr>
        <w:jc w:val="right"/>
      </w:pPr>
      <w:r>
        <w:t>ابلیس نے کیا کہا؟ کہ میں اس سے بہتر ہوں، انا خیر منہ۔ میں کیوں جھکوں اس کے آگے؟</w:t>
      </w:r>
    </w:p>
    <w:p>
      <w:r>
        <w:rPr>
          <w:b/>
        </w:rPr>
        <w:t xml:space="preserve">[04:27] </w:t>
      </w:r>
      <w:r>
        <w:t>to dekhiye, iblis ne is is ek ek wrong angle se dekha maamle ko. wrong angle ke us ke apni soch ke lehaz se kaun superior hai, kaun inferior hai.</w:t>
      </w:r>
    </w:p>
    <w:p>
      <w:pPr>
        <w:jc w:val="right"/>
      </w:pPr>
      <w:r>
        <w:t>تو دیکھیے، ابلیس نے اس اس ایک ایک رانگ اینگل سے دیکھا معاملے کو۔ رانگ اینگل کہ اس کے اپنی سوچ کے لحاظ سے کون سپیریر ہے، کون انفیریر ہے۔</w:t>
      </w:r>
    </w:p>
    <w:p>
      <w:r>
        <w:rPr>
          <w:b/>
        </w:rPr>
        <w:t xml:space="preserve">[04:43] </w:t>
      </w:r>
      <w:r>
        <w:t>superior aur inferior ka us ka apna hi yeh khayal tha. us ke apne mind se bahar us ka koi existence nahi tha.</w:t>
      </w:r>
    </w:p>
    <w:p>
      <w:pPr>
        <w:jc w:val="right"/>
      </w:pPr>
      <w:r>
        <w:t>سپیریر اور انفیریر کا اس کا اپنا ہی یہ خیال تھا۔ اس کے اپنے مائنڈ سے باہر اس کا کوئی ایگزسٹنس نہیں تھا۔</w:t>
      </w:r>
    </w:p>
    <w:p>
      <w:r>
        <w:rPr>
          <w:b/>
        </w:rPr>
        <w:t xml:space="preserve">[04:53] </w:t>
      </w:r>
      <w:r>
        <w:t>lekin angel ne kya kiya? angel ne yeh nahi socha. unhon ne kaha ke khuda ka hukum hai, is liye hamein jhukna hai. to angel ko khuda ne accept kiya aur iblis ko khuda ne reject kar diya.</w:t>
      </w:r>
    </w:p>
    <w:p>
      <w:pPr>
        <w:jc w:val="right"/>
      </w:pPr>
      <w:r>
        <w:t>لیکن اینجل نے کیا کیا؟ اینجل نے یہ نہیں سوچا۔ انہوں نے کہا کہ خدا کا حکم ہے، اس لیے ہمیں جھکنا ہے۔ تو اینجل کو خدا نے ایکسیپٹ کیا اور ابلیس کو خدا نے ریجیکٹ کر دیا۔</w:t>
      </w:r>
    </w:p>
    <w:p>
      <w:r>
        <w:rPr>
          <w:b/>
        </w:rPr>
        <w:t xml:space="preserve">[05:10] </w:t>
      </w:r>
      <w:r>
        <w:t>yeh pehle din gaya at the out at the out set of human history. this was established that greatest good for man is modesty and the greatest evil for man is arrogance.</w:t>
      </w:r>
    </w:p>
    <w:p>
      <w:pPr>
        <w:jc w:val="right"/>
      </w:pPr>
      <w:r>
        <w:t>یہ پہلے دن گیا ایٹ دا اؤٹ ایٹ دا اؤٹ سیٹ آف ہیومن ہسٹری۔ دس واز اسٹیبلشڈ دیٹ گریٹسٹ گڈ فار مین از مادسٹی اینڈ دا گریٹسٹ ایول فار مین از اروگنس۔</w:t>
      </w:r>
    </w:p>
    <w:p>
      <w:r>
        <w:rPr>
          <w:b/>
        </w:rPr>
        <w:t xml:space="preserve">[05:34] </w:t>
      </w:r>
      <w:r>
        <w:t>yeh pehle din establish ho gaya ke insan ke liye sab se achhi cheez hai tawazu aur insan ke liye sab se buri cheez hai ghamand.</w:t>
      </w:r>
    </w:p>
    <w:p>
      <w:pPr>
        <w:jc w:val="right"/>
      </w:pPr>
      <w:r>
        <w:t>یہ پہلے دن اسٹیبلش ہو گیا کہ انسان کے لیے سب سے اچھی چیز ہے تواضع اور انسان کے لیے سب سے بری چیز ہے گھمنڈ۔</w:t>
      </w:r>
    </w:p>
    <w:p>
      <w:r>
        <w:rPr>
          <w:b/>
        </w:rPr>
        <w:t xml:space="preserve">[05:47] </w:t>
      </w:r>
      <w:r>
        <w:t>isi par aap poori history ko dekh sakte hain.</w:t>
      </w:r>
    </w:p>
    <w:p>
      <w:pPr>
        <w:jc w:val="right"/>
      </w:pPr>
      <w:r>
        <w:t>اسی پر آپ پوری ہسٹری کو دیکھ سکتے ہیں۔</w:t>
      </w:r>
    </w:p>
    <w:p>
      <w:r>
        <w:rPr>
          <w:b/>
        </w:rPr>
        <w:t xml:space="preserve">[05:53] </w:t>
      </w:r>
      <w:r>
        <w:t>poori history ko sach poochhein to history mein isi baat ka test diya ja raha hai. different situation create hoti hai,</w:t>
      </w:r>
    </w:p>
    <w:p>
      <w:pPr>
        <w:jc w:val="right"/>
      </w:pPr>
      <w:r>
        <w:t>پوری ہسٹری کو سچ پوچھیں تو ہسٹری میں اسی بات کا ٹیسٹ دیا جا رہا ہے۔ ڈفرنٹ سچویشن کریٹ ہوتی ہے،</w:t>
      </w:r>
    </w:p>
    <w:p>
      <w:r>
        <w:rPr>
          <w:b/>
        </w:rPr>
        <w:t xml:space="preserve">[06:03] </w:t>
      </w:r>
      <w:r>
        <w:t>different haalaat saamne aate hain. kabhi aadmi ke ko provoke karne wale hote hain ke woh us ke andar negative thought laane wale hote hain.</w:t>
      </w:r>
    </w:p>
    <w:p>
      <w:pPr>
        <w:jc w:val="right"/>
      </w:pPr>
      <w:r>
        <w:t>ڈفرنٹ حالات سامنے آتے ہیں۔ کبھی آدمی کے کو پرووک کرنے والے ہوتے ہیں کہ وہ اس کے اندر نیگیٹیو تھاٹ لانے والے ہوتے ہیں۔</w:t>
      </w:r>
    </w:p>
    <w:p>
      <w:r>
        <w:rPr>
          <w:b/>
        </w:rPr>
        <w:t xml:space="preserve">[06:16] </w:t>
      </w:r>
      <w:r>
        <w:t>to different situation mein insan ko rehna padta hai. is situation mein aadmi kya response deta hai?</w:t>
      </w:r>
    </w:p>
    <w:p>
      <w:pPr>
        <w:jc w:val="right"/>
      </w:pPr>
      <w:r>
        <w:t>تو ڈفرنٹ سچویشن میں انسان کو رہنا پڑتا ہے۔ اس سچویشن میں آدمی کیا رسپانس دیتا ہے؟</w:t>
      </w:r>
    </w:p>
    <w:p>
      <w:r>
        <w:rPr>
          <w:b/>
        </w:rPr>
        <w:t xml:space="preserve">[06:25] </w:t>
      </w:r>
      <w:r>
        <w:t>wohi asal mein dekha ja raha hai.</w:t>
      </w:r>
    </w:p>
    <w:p>
      <w:pPr>
        <w:jc w:val="right"/>
      </w:pPr>
      <w:r>
        <w:t>وہی اصل میں دیکھا جا رہا ہے۔</w:t>
      </w:r>
    </w:p>
    <w:p>
      <w:r>
        <w:rPr>
          <w:b/>
        </w:rPr>
        <w:t xml:space="preserve">[06:29] </w:t>
      </w:r>
      <w:r>
        <w:t>to ek response hai modesty ka response, ek response hai arrogance ka response. arrogance ke response ko hum keh sakte hain negative response aur modesty ke response ko hum keh sakte hain positive response.</w:t>
      </w:r>
    </w:p>
    <w:p>
      <w:pPr>
        <w:jc w:val="right"/>
      </w:pPr>
      <w:r>
        <w:t>تو ایک رسپانس ہے مادسٹی کا رسپانس، ایک رسپانس ہے اروگنس کا رسپانس۔ اروگنس کے رسپانس کو ہم کہہ سکتے ہیں نیگیٹیو رسپانس اور مادسٹی کے رسپانس کو ہم کہہ سکتے ہیں پوزیٹیو رسپانس۔</w:t>
      </w:r>
    </w:p>
    <w:p>
      <w:r>
        <w:rPr>
          <w:b/>
        </w:rPr>
        <w:t xml:space="preserve">[06:50] </w:t>
      </w:r>
      <w:r>
        <w:t>to yahi response jo hai aadmi ke future ko batata hai.</w:t>
      </w:r>
    </w:p>
    <w:p>
      <w:pPr>
        <w:jc w:val="right"/>
      </w:pPr>
      <w:r>
        <w:t>تو یہی رسپانس جو ہے آدمی کے فیوچر کو بتاتا ہے۔</w:t>
      </w:r>
    </w:p>
    <w:p>
      <w:r>
        <w:rPr>
          <w:b/>
        </w:rPr>
        <w:t xml:space="preserve">[07:01] </w:t>
      </w:r>
      <w:r>
        <w:t>jaisa response de ga aadmi, usi ke mutabiq is ka future yani world hereafter jo hai, wahan par is ka jo future banne wala hai, wahan par banega.</w:t>
      </w:r>
    </w:p>
    <w:p>
      <w:pPr>
        <w:jc w:val="right"/>
      </w:pPr>
      <w:r>
        <w:t>جیسا رسپانس دے گا آدمی، اسی کے مطابق اس کا فیوچر یعنی ورلڈ ہیر افٹر جو ہے، وہاں پر اس کا جو فیوچر بننے والا ہے، وہاں پر بنے گا۔</w:t>
      </w:r>
    </w:p>
    <w:p>
      <w:r>
        <w:rPr>
          <w:b/>
        </w:rPr>
        <w:t xml:space="preserve">[07:16] </w:t>
      </w:r>
      <w:r>
        <w:t>aap dekhiye ke kyun itni importance hai arrogance ki aur aur modesty ki?</w:t>
      </w:r>
    </w:p>
    <w:p>
      <w:pPr>
        <w:jc w:val="right"/>
      </w:pPr>
      <w:r>
        <w:t>آپ دیکھیے کہ کیوں اتنی امپورٹنس ہے اروگنس کی اور اور مادسٹی کی؟</w:t>
      </w:r>
    </w:p>
    <w:p>
      <w:r>
        <w:rPr>
          <w:b/>
        </w:rPr>
        <w:t xml:space="preserve">[07:29] </w:t>
      </w:r>
      <w:r>
        <w:t>kyun itni importance hai?</w:t>
      </w:r>
    </w:p>
    <w:p>
      <w:pPr>
        <w:jc w:val="right"/>
      </w:pPr>
      <w:r>
        <w:t>کیوں اتنی امپورٹنس ہے؟</w:t>
      </w:r>
    </w:p>
    <w:p>
      <w:r>
        <w:rPr>
          <w:b/>
        </w:rPr>
        <w:t xml:space="preserve">[07:32] </w:t>
      </w:r>
      <w:r>
        <w:t>is liye ke isi hi mein insaan ka sara development rakha hua hai. insaan ki jo spiritual progress hai, jo intellectual progress hai, wo sab isi mein hai.</w:t>
      </w:r>
    </w:p>
    <w:p>
      <w:pPr>
        <w:jc w:val="right"/>
      </w:pPr>
      <w:r>
        <w:t>اس لیے کہ اسی ہی میں انسان کا سارا ڈیویلپمنٹ رکھا ہوا ہے۔ انسان کی جو سپریچول پروگریس ہے، جو انٹلیکچول پروگریس ہے، وہ سب اسی میں ہے۔</w:t>
      </w:r>
    </w:p>
    <w:p>
      <w:r>
        <w:rPr>
          <w:b/>
        </w:rPr>
        <w:t xml:space="preserve">[07:48] </w:t>
      </w:r>
      <w:r>
        <w:t>mein aap ko ek example deta hoon.</w:t>
      </w:r>
    </w:p>
    <w:p>
      <w:pPr>
        <w:jc w:val="right"/>
      </w:pPr>
      <w:r>
        <w:t>میں آپ کو ایک ایگزامپل دیتا ہوں۔</w:t>
      </w:r>
    </w:p>
    <w:p>
      <w:r>
        <w:rPr>
          <w:b/>
        </w:rPr>
        <w:t xml:space="preserve">[07:54] </w:t>
      </w:r>
      <w:r>
        <w:t>hadees mein bataya gaya hai ke Khuda ki taraf se raat din inspiration aa raha hai.</w:t>
      </w:r>
    </w:p>
    <w:p>
      <w:pPr>
        <w:jc w:val="right"/>
      </w:pPr>
      <w:r>
        <w:t>حدیث میں بتایا گیا ہے کہ خدا کی طرف سے رات دن انسپیریشن آ رہا ہے۔</w:t>
      </w:r>
    </w:p>
    <w:p>
      <w:r>
        <w:rPr>
          <w:b/>
        </w:rPr>
        <w:t xml:space="preserve">[08:02] </w:t>
      </w:r>
      <w:r>
        <w:t>raat din Khuda ki taraf inspiration aa raha hai ke koi recipient hai jo is ko le.</w:t>
      </w:r>
    </w:p>
    <w:p>
      <w:pPr>
        <w:jc w:val="right"/>
      </w:pPr>
      <w:r>
        <w:t>رات دن خدا کی طرف انسپیریشن آ رہا ہے کہ کوئی ریسیپینٹ ہے جو اس کو لے۔</w:t>
      </w:r>
    </w:p>
    <w:p>
      <w:r>
        <w:rPr>
          <w:b/>
        </w:rPr>
        <w:t xml:space="preserve">[08:10] </w:t>
      </w:r>
      <w:r>
        <w:t>yeh hadees mein hai. prophet ne farmaya ke raat din Khuda ki taraf se inspiration aa raha hai, blessing aa rahi hai aur pukarne wala pukarta hai ke koi hai jo is ko le.</w:t>
      </w:r>
    </w:p>
    <w:p>
      <w:pPr>
        <w:jc w:val="right"/>
      </w:pPr>
      <w:r>
        <w:t>یہ حدیث میں ہے۔ پرافٹ نے فرمایا کہ رات دن خدا کی طرف سے انسپیریشن آ رہا ہے، بلیسنگ آ رہی ہے اور پکارنے والا پکارتا ہے کہ کوئی ہے جو اس کو لے۔</w:t>
      </w:r>
    </w:p>
    <w:p>
      <w:r>
        <w:rPr>
          <w:b/>
        </w:rPr>
        <w:t xml:space="preserve">[08:27] </w:t>
      </w:r>
      <w:r>
        <w:t>yeh samajh lijiye ke agar kahin farz kijiye ke fresh milk bat raha hai,</w:t>
      </w:r>
    </w:p>
    <w:p>
      <w:pPr>
        <w:jc w:val="right"/>
      </w:pPr>
      <w:r>
        <w:t>یہ سمجھ لیجئے کہ اگر کہیں فرض کیجئے کہ فریش ملک بٹ رہا ہے،</w:t>
      </w:r>
    </w:p>
    <w:p>
      <w:r>
        <w:rPr>
          <w:b/>
        </w:rPr>
        <w:t xml:space="preserve">[08:33] </w:t>
      </w:r>
      <w:r>
        <w:t>fresh milk bat raha hai aur aap ek glass le kar jaate hain wahan lene ke liye to aap glass ko agar yun ulta kar dein to dene wala de ga aur aap ko mile ga nahin.</w:t>
      </w:r>
    </w:p>
    <w:p>
      <w:pPr>
        <w:jc w:val="right"/>
      </w:pPr>
      <w:r>
        <w:t>فریش ملک بٹ رہا ہے اور آپ ایک گلاس لے کر جاتے ہیں وہاں لینے کے لیے تو آپ گلاس کو اگر یوں الٹا کر دیں تو دینے والا دے گا اور آپ کو ملے گا نہیں۔</w:t>
      </w:r>
    </w:p>
    <w:p>
      <w:r>
        <w:rPr>
          <w:b/>
        </w:rPr>
        <w:t xml:space="preserve">[08:48] </w:t>
      </w:r>
      <w:r>
        <w:t>agar aap ne container ko ulta kiye hue hain to dene wala de ga aur wo upar se nikal jaye ga, aap ko nahin mile ga.</w:t>
      </w:r>
    </w:p>
    <w:p>
      <w:pPr>
        <w:jc w:val="right"/>
      </w:pPr>
      <w:r>
        <w:t>اگر آپ نے کنٹینر کو الٹا کیے ہوئے ہیں تو دینے والا دے گا اور وہ اوپر سے نکل جائے گا، آپ کو نہیں ملے گا۔</w:t>
      </w:r>
    </w:p>
    <w:p>
      <w:r>
        <w:rPr>
          <w:b/>
        </w:rPr>
        <w:t xml:space="preserve">[08:58] </w:t>
      </w:r>
      <w:r>
        <w:t>to apne glass ko ya apne container ko seedha rakhna parta hai. tab jo dene wala de ga, is mein bill aye ga, aap ko nahin to nahin aye ga.</w:t>
      </w:r>
    </w:p>
    <w:p>
      <w:pPr>
        <w:jc w:val="right"/>
      </w:pPr>
      <w:r>
        <w:t>تو اپنے گلاس کو یا اپنے کنٹینر کو سیدھا رکھنا پڑتا ہے۔ تب جو دینے والا دے گا، اس میں بل آئے گا، آپ کو نہیں تو نہیں آئے گا۔</w:t>
      </w:r>
    </w:p>
    <w:p>
      <w:r>
        <w:rPr>
          <w:b/>
        </w:rPr>
        <w:t xml:space="preserve">[09:10] </w:t>
      </w:r>
      <w:r>
        <w:t>yeh ek simple sa, yeh ek simple si misaal hai jis se aap samajh sakte hain ke yeh mamla kya mamla hai.</w:t>
      </w:r>
    </w:p>
    <w:p>
      <w:pPr>
        <w:jc w:val="right"/>
      </w:pPr>
      <w:r>
        <w:t>یہ ایک سمپل سا، یہ ایک سمپل سی مثال ہے جس سے آپ سمجھ سکتے ہیں کہ یہ معاملہ کیا معاملہ ہے۔</w:t>
      </w:r>
    </w:p>
    <w:p>
      <w:r>
        <w:rPr>
          <w:b/>
        </w:rPr>
        <w:t xml:space="preserve">[09:22] </w:t>
      </w:r>
      <w:r>
        <w:t>aur yeh jo maine misaal di aap ko, yeh misaal mujhe mili Gautam Budh ke haan.</w:t>
      </w:r>
    </w:p>
    <w:p>
      <w:pPr>
        <w:jc w:val="right"/>
      </w:pPr>
      <w:r>
        <w:t>اور یہ جو میں نے مثال دی آپ کو، یہ مثال مجھے ملی گوتم بدھ کے ہاں۔</w:t>
      </w:r>
    </w:p>
    <w:p>
      <w:r>
        <w:rPr>
          <w:b/>
        </w:rPr>
        <w:t xml:space="preserve">[09:30] </w:t>
      </w:r>
      <w:r>
        <w:t>Gautam Budh ka ek disciple tha, us ke haan doodh ka karobar hota tha. us ke haan gaaen pali hui theen aur wo doodh ka karobar karta tha.</w:t>
      </w:r>
    </w:p>
    <w:p>
      <w:pPr>
        <w:jc w:val="right"/>
      </w:pPr>
      <w:r>
        <w:t>گوتم بدھ کا ایک ڈسائپل تھا، اس کے ہاں دودھ کا کاروبار ہوتا تھا۔ اس کے ہاں گائیں پلی ہوئی تھیں اور وہ دودھ کا کاروبار کرتا تھا۔</w:t>
      </w:r>
    </w:p>
    <w:p>
      <w:r>
        <w:rPr>
          <w:b/>
        </w:rPr>
        <w:t xml:space="preserve">[09:44] </w:t>
      </w:r>
      <w:r>
        <w:t>wo ek milkman tha. to us ne invite kiya Gautam Budh ko ke aap hamare haan aaiye aur hum aap ko fresh milk dein ge aur aap se hum gyan len ge.</w:t>
      </w:r>
    </w:p>
    <w:p>
      <w:pPr>
        <w:jc w:val="right"/>
      </w:pPr>
      <w:r>
        <w:t>وہ ایک ملک مین تھا۔ تو اس نے انوائٹ کیا گوتم بدھ کو کہ آپ ہمارے ہاں آئیے اور ہم آپ کو فریش ملک دیں گے اور آپ سے ہم گیان لیں گے۔</w:t>
      </w:r>
    </w:p>
    <w:p>
      <w:r>
        <w:rPr>
          <w:b/>
        </w:rPr>
        <w:t xml:space="preserve">[10:00] </w:t>
      </w:r>
      <w:r>
        <w:t>humein aap gyan dijiye aur hum aap ko</w:t>
      </w:r>
    </w:p>
    <w:p>
      <w:pPr>
        <w:jc w:val="right"/>
      </w:pPr>
      <w:r>
        <w:t>ہمیں آپ گیان دیجئے اور ہم آپ کو</w:t>
      </w:r>
    </w:p>
    <w:p>
      <w:r>
        <w:rPr>
          <w:b/>
        </w:rPr>
        <w:t xml:space="preserve">[10:06] </w:t>
      </w:r>
      <w:r>
        <w:t>jo hamare paas hai, fresh milk wo dein ge aur aap ka aashirwad humein mile ga. to Gautam Budh gaye to un ke paas ek bartan tha.</w:t>
      </w:r>
    </w:p>
    <w:p>
      <w:pPr>
        <w:jc w:val="right"/>
      </w:pPr>
      <w:r>
        <w:t>جو ہمارے پاس ہے، فریش ملک وہ دیں گے اور آپ کا آشیراد ہمیں ملے گا۔ تو گوتم بدھ گئے تو ان کے پاس ایک برتن تھا۔</w:t>
      </w:r>
    </w:p>
    <w:p>
      <w:r>
        <w:rPr>
          <w:b/>
        </w:rPr>
        <w:t xml:space="preserve">[10:20] </w:t>
      </w:r>
      <w:r>
        <w:t>us bartan mein unhon ne jaan boojh kar andar kuch mitti mitti daal liya. mitti</w:t>
      </w:r>
    </w:p>
    <w:p>
      <w:pPr>
        <w:jc w:val="right"/>
      </w:pPr>
      <w:r>
        <w:t>اس برتن میں انہوں نے جان بوجھ کر اندر کچھ مٹی مٹی ڈال لیا۔ مٹی</w:t>
      </w:r>
    </w:p>
    <w:p>
      <w:r>
        <w:rPr>
          <w:b/>
        </w:rPr>
        <w:t xml:space="preserve">[10:26] </w:t>
      </w:r>
      <w:r>
        <w:t>to gaye wahan to le aa kar diya us ko. us ne dekha to us ke andar mitti thi, saaf nahin tha. wo to us ko le gaya, pehle khoob saaf kiya, achhe tareeqe se dhoya.</w:t>
      </w:r>
    </w:p>
    <w:p>
      <w:pPr>
        <w:jc w:val="right"/>
      </w:pPr>
      <w:r>
        <w:t>تو گئے وہاں تو لے آ کر دیا اس کو۔ اس نے دیکھا تو اس کے اندر مٹی تھی، صاف نہیں تھا۔ وہ تو اس کو لے گیا، پہلے خوب صاف کیا، اچھے طریقے سے دھویا۔</w:t>
      </w:r>
    </w:p>
    <w:p>
      <w:r>
        <w:rPr>
          <w:b/>
        </w:rPr>
        <w:t xml:space="preserve">[10:42] </w:t>
      </w:r>
      <w:r>
        <w:t>phir jab saaf ho gaya, tab us ne us ke andar fresh milk rakha aur la kar ke Gautam Budh ko present kiya.</w:t>
      </w:r>
    </w:p>
    <w:p>
      <w:pPr>
        <w:jc w:val="right"/>
      </w:pPr>
      <w:r>
        <w:t>پھر جب صاف ہو گیا، تب اس نے اس کے اندر فریش ملک رکھا اور لا کر کے گوتم بدھ کو پریزنٹ کیا۔</w:t>
      </w:r>
    </w:p>
    <w:p>
      <w:r>
        <w:rPr>
          <w:b/>
        </w:rPr>
        <w:t xml:space="preserve">[10:52] </w:t>
      </w:r>
      <w:r>
        <w:t>to jab us ne fresh milk de diya to wo bartan uthaya unhon ne aur jaane lage. jaane lage to wo jo milkman tha,</w:t>
      </w:r>
    </w:p>
    <w:p>
      <w:pPr>
        <w:jc w:val="right"/>
      </w:pPr>
      <w:r>
        <w:t>تو جب اس نے فریش ملک دے دیا تو وہ برتن اٹھایا انہوں نے اور جانے لگے۔ جانے لگے تو وہ جو ملک مین تھا،</w:t>
      </w:r>
    </w:p>
    <w:p>
      <w:r>
        <w:rPr>
          <w:b/>
        </w:rPr>
        <w:t xml:space="preserve">[11:07] </w:t>
      </w:r>
      <w:r>
        <w:t>us ne kaha ke aap aap to chale ja rahe hain, abhi gyan to aap ne diya nahin. hum ne jo bulaya tha aap ko to gyan ke liye bulaya tha, khali doodh ke liye to nahin bulaya tha.</w:t>
      </w:r>
    </w:p>
    <w:p>
      <w:pPr>
        <w:jc w:val="right"/>
      </w:pPr>
      <w:r>
        <w:t>اس نے کہا کہ آپ آپ تو چلے جا رہے ہیں، ابھی گیان تو آپ نے دیا نہیں۔ ہم نے جو بلایا تھا آپ کو تو گیان کے لیے بلایا تھا، خالی دودھ کے لیے تو نہیں بلایا تھا۔</w:t>
      </w:r>
    </w:p>
    <w:p>
      <w:r>
        <w:rPr>
          <w:b/>
        </w:rPr>
        <w:t xml:space="preserve">[11:21] </w:t>
      </w:r>
      <w:r>
        <w:t>to Gautam Budh ne kaha ke maine tum ko gyan de diya. to us ne kaha ke wo kaise? unhon ne kaha ke dekho, yeh bartan jo hai, jab saaf nahin tha to tum ne is mein milk nahin rakha kyun ke tum ko pata tha ke is mein milk dalen ge to kharab ho jaye ga.</w:t>
      </w:r>
    </w:p>
    <w:p>
      <w:pPr>
        <w:jc w:val="right"/>
      </w:pPr>
      <w:r>
        <w:t>تو گوتم بدھ نے کہا کہ میں نے تم کو گیان دے دیا۔ تو اس نے کہا کہ وہ کیسے؟ انہوں نے کہا کہ دیکھو، یہ برتن جو ہے، جب صاف نہیں تھا تو تم نے اس میں ملک نہیں رکھا کیونکہ تم کو پتہ تھا کہ اس میں ملک ڈالیں گے تو خراب ہو جائے گا۔</w:t>
      </w:r>
    </w:p>
    <w:p>
      <w:r>
        <w:rPr>
          <w:b/>
        </w:rPr>
        <w:t xml:space="preserve">[11:48] </w:t>
      </w:r>
      <w:r>
        <w:t>kharab ho jaye ga, is qabil nahin rahe ga ke aadmi is ko istemal kare. to pehle tum ne bartan ko khoob saaf kiya, jab saaf ho gaya, tab tum ne is ke andar milk rakha.</w:t>
      </w:r>
    </w:p>
    <w:p>
      <w:pPr>
        <w:jc w:val="right"/>
      </w:pPr>
      <w:r>
        <w:t>خراب ہو جائے گا، اس قابل نہیں رہے گا کہ آدمی اس کو استعمال کرے۔ تو پہلے تم نے برتن کو خوب صاف کیا، جب صاف ہو گیا، تب تم نے اس کے اندر ملک رکھا۔</w:t>
      </w:r>
    </w:p>
    <w:p>
      <w:r>
        <w:rPr>
          <w:b/>
        </w:rPr>
        <w:t xml:space="preserve">[12:02] </w:t>
      </w:r>
      <w:r>
        <w:t>to dekho, tumhara jo mun hai, tumhara jo container hai, woh to saaf hai nahin. andar ka jo tumhara container hai, andar ka jo mun hai, woh to saaf hai nahin.</w:t>
      </w:r>
    </w:p>
    <w:p>
      <w:pPr>
        <w:jc w:val="right"/>
      </w:pPr>
      <w:r>
        <w:t>تو دیکھو، تمہارا جو من ہے، تمہارا جو کنٹینر ہے، وہ تو صاف ہے نہیں۔ اندر کا جو تمہارا کنٹینر ہے، اندر کا جو من ہے، وہ تو صاف ہے نہیں۔</w:t>
      </w:r>
    </w:p>
    <w:p>
      <w:r>
        <w:rPr>
          <w:b/>
        </w:rPr>
        <w:t xml:space="preserve">[12:17] </w:t>
      </w:r>
      <w:r>
        <w:t>to to main gyan doon to kahan doon? yaani insaan ka jo dil hai, uska jo mind hai, uska jo andar container hai, uske andar receptivity honi chahiye.</w:t>
      </w:r>
    </w:p>
    <w:p>
      <w:pPr>
        <w:jc w:val="right"/>
      </w:pPr>
      <w:r>
        <w:t>تو تو میں گیان دوں تو کہاں دوں؟ یعنی انسان کا جو دل ہے، اس کا جو مائنڈ ہے، اس کا جو اندر کنٹینر ہے، اس کے اندر ریسیپٹیوٹی ہونی چاہیے۔</w:t>
      </w:r>
    </w:p>
    <w:p>
      <w:r>
        <w:rPr>
          <w:b/>
        </w:rPr>
        <w:t xml:space="preserve">[12:32] </w:t>
      </w:r>
      <w:r>
        <w:t>receptivity kya? sab se bari receptivity hai aur modesty.</w:t>
      </w:r>
    </w:p>
    <w:p>
      <w:pPr>
        <w:jc w:val="right"/>
      </w:pPr>
      <w:r>
        <w:t>ریسیپٹیوٹی کیا؟ سب سے بڑی ریسیپٹیوٹی ہے اور مادسٹی۔</w:t>
      </w:r>
    </w:p>
    <w:p>
      <w:r>
        <w:rPr>
          <w:b/>
        </w:rPr>
        <w:t xml:space="preserve">[12:41] </w:t>
      </w:r>
      <w:r>
        <w:t>modesty is the only modesty is the other name of receptivity.</w:t>
      </w:r>
    </w:p>
    <w:p>
      <w:pPr>
        <w:jc w:val="right"/>
      </w:pPr>
      <w:r>
        <w:t>مادسٹی از دا اونلی مادسٹی از دا ادر نیم اف ریسیپٹیوٹی۔</w:t>
      </w:r>
    </w:p>
    <w:p>
      <w:r>
        <w:rPr>
          <w:b/>
        </w:rPr>
        <w:t xml:space="preserve">[12:49] </w:t>
      </w:r>
      <w:r>
        <w:t>modesty is the other name of receptivity. jahan modesty hai, wahan receptivity hai. kyun?</w:t>
      </w:r>
    </w:p>
    <w:p>
      <w:pPr>
        <w:jc w:val="right"/>
      </w:pPr>
      <w:r>
        <w:t>مادسٹی از دا ادر نیم اف ریسیپٹیوٹی۔ جہاں مادسٹی ہے، وہاں ریسیپٹیوٹی ہے۔ کیوں؟</w:t>
      </w:r>
    </w:p>
    <w:p>
      <w:r>
        <w:rPr>
          <w:b/>
        </w:rPr>
        <w:t xml:space="preserve">[13:00] </w:t>
      </w:r>
      <w:r>
        <w:t>is liye ke agar aap ke andar arrogance hai to already aap ka container bhara hua hai.</w:t>
      </w:r>
    </w:p>
    <w:p>
      <w:pPr>
        <w:jc w:val="right"/>
      </w:pPr>
      <w:r>
        <w:t>اس لیے کہ اگر آپ کے اندر اروگنس ہے تو الریڈی آپ کا کنٹینر بھرا ہوا ہے۔</w:t>
      </w:r>
    </w:p>
    <w:p>
      <w:r>
        <w:rPr>
          <w:b/>
        </w:rPr>
        <w:t xml:space="preserve">[13:10] </w:t>
      </w:r>
      <w:r>
        <w:t>arrogance ka matlab kya hai? aur i know everything,</w:t>
      </w:r>
    </w:p>
    <w:p>
      <w:pPr>
        <w:jc w:val="right"/>
      </w:pPr>
      <w:r>
        <w:t>اروگنس کا مطلب کیا ہے؟ اور آئی نو ایوری تھنگ،</w:t>
      </w:r>
    </w:p>
    <w:p>
      <w:r>
        <w:rPr>
          <w:b/>
        </w:rPr>
        <w:t xml:space="preserve">[13:17] </w:t>
      </w:r>
      <w:r>
        <w:t>i am an all knowing person.</w:t>
      </w:r>
    </w:p>
    <w:p>
      <w:pPr>
        <w:jc w:val="right"/>
      </w:pPr>
      <w:r>
        <w:t>آئی ایم این ال نوئنگ پرسن۔</w:t>
      </w:r>
    </w:p>
    <w:p>
      <w:r>
        <w:rPr>
          <w:b/>
        </w:rPr>
        <w:t xml:space="preserve">[13:23] </w:t>
      </w:r>
      <w:r>
        <w:t>to yeh arrogance, arrogant aadmi jo hai, is ehsaas mein jeeta hai ke main to sab kuch jaanta hoon.</w:t>
      </w:r>
    </w:p>
    <w:p>
      <w:pPr>
        <w:jc w:val="right"/>
      </w:pPr>
      <w:r>
        <w:t>تو یہ اروگنس، اروگنٹ آدمی جو ہے، اس احساس میں جیتا ہے کہ میں تو سب کچھ جانتا ہوں۔</w:t>
      </w:r>
    </w:p>
    <w:p>
      <w:r>
        <w:rPr>
          <w:b/>
        </w:rPr>
        <w:t xml:space="preserve">[13:35] </w:t>
      </w:r>
      <w:r>
        <w:t>ek baar main ek sahib ek gaya, ek delhi ke bahar ek jagah thi, ek gaon mein.</w:t>
      </w:r>
    </w:p>
    <w:p>
      <w:pPr>
        <w:jc w:val="right"/>
      </w:pPr>
      <w:r>
        <w:t>ایک بار میں ایک صاحب ایک گیا، ایک دہلی کے باہر ایک جگہ تھی، ایک گاؤں میں۔</w:t>
      </w:r>
    </w:p>
    <w:p>
      <w:r>
        <w:rPr>
          <w:b/>
        </w:rPr>
        <w:t xml:space="preserve">[13:45] </w:t>
      </w:r>
      <w:r>
        <w:t>to wahan main gaya to wahan main raha ek adh din, lekin unke bachche, unke bachche mere paas aate the.</w:t>
      </w:r>
    </w:p>
    <w:p>
      <w:pPr>
        <w:jc w:val="right"/>
      </w:pPr>
      <w:r>
        <w:t>تو وہاں میں گیا تو وہاں میں رہا ایک ادھ دن، لیکن ان کے بچے، ان کے بچے میرے پاس آتے تھے۔</w:t>
      </w:r>
    </w:p>
    <w:p>
      <w:r>
        <w:rPr>
          <w:b/>
        </w:rPr>
        <w:t xml:space="preserve">[13:54] </w:t>
      </w:r>
      <w:r>
        <w:t>to unke bachchon ko main kuch sikha nahin saka, kuch bhi nahin. kyun? bachchon ke jo sarparast the, woh ajeeb o ghareeb aadmi the.</w:t>
      </w:r>
    </w:p>
    <w:p>
      <w:pPr>
        <w:jc w:val="right"/>
      </w:pPr>
      <w:r>
        <w:t>تو ان کے بچوں کو میں کچھ سکھا نہیں سکا، کچھ بھی نہیں۔ کیوں؟ بچوں کے جو سرپرست تھے، وہ عجیب و غریب آدمی تھے۔</w:t>
      </w:r>
    </w:p>
    <w:p>
      <w:r>
        <w:rPr>
          <w:b/>
        </w:rPr>
        <w:t xml:space="preserve">[14:09] </w:t>
      </w:r>
      <w:r>
        <w:t>apne bachchon ko sikhaya kya? unhon ne tha</w:t>
      </w:r>
    </w:p>
    <w:p>
      <w:pPr>
        <w:jc w:val="right"/>
      </w:pPr>
      <w:r>
        <w:t>اپنے بچوں کو سکھایا کیا؟ انہوں نے تھا</w:t>
      </w:r>
    </w:p>
    <w:p>
      <w:r>
        <w:rPr>
          <w:b/>
        </w:rPr>
        <w:t xml:space="preserve">[14:13] </w:t>
      </w:r>
      <w:r>
        <w:t>ke koi kuch kahe to kaho ke hum ko sab maloom hai. wahan aise bola jata tha, hum yaani hum ko, hum ko hum ko sab maloom hai, hum ko sab pata hai, hum sab jaante hain.</w:t>
      </w:r>
    </w:p>
    <w:p>
      <w:pPr>
        <w:jc w:val="right"/>
      </w:pPr>
      <w:r>
        <w:t>کہ کوئی کچھ کہے تو کہو کہ ہم کو سب معلوم ہے۔ وہاں ایسے بولا جاتا تھا، ہم یعنی ہم کو، ہم کو ہم کو سب معلوم ہے، ہم کو سب پتہ ہے، ہم سب جانتے ہیں۔</w:t>
      </w:r>
    </w:p>
    <w:p>
      <w:r>
        <w:rPr>
          <w:b/>
        </w:rPr>
        <w:t xml:space="preserve">[14:26] </w:t>
      </w:r>
      <w:r>
        <w:t>we know everything. kabhi yeh mat kehna ke hum to nahin jaante. to yeh unka ek anokha mind tha.</w:t>
      </w:r>
    </w:p>
    <w:p>
      <w:pPr>
        <w:jc w:val="right"/>
      </w:pPr>
      <w:r>
        <w:t>وی نو ایوری تھنگ۔ کبھی یہ مت کہنا کہ ہم تو نہیں جانتے۔ تو یہ ان کا ایک انوکھا مائنڈ تھا۔</w:t>
      </w:r>
    </w:p>
    <w:p>
      <w:r>
        <w:rPr>
          <w:b/>
        </w:rPr>
        <w:t xml:space="preserve">[14:36] </w:t>
      </w:r>
      <w:r>
        <w:t>apne bachchon ko yeh sikhate the ke kisi ke samne yeh show mat karna ke hum ko nahin pata hai.</w:t>
      </w:r>
    </w:p>
    <w:p>
      <w:pPr>
        <w:jc w:val="right"/>
      </w:pPr>
      <w:r>
        <w:t>اپنے بچوں کو یہ سکھاتے تھے کہ کسی کے سامنے یہ شو مت کرنا کہ ہم کو نہیں پتہ ہے۔</w:t>
      </w:r>
    </w:p>
    <w:p>
      <w:r>
        <w:rPr>
          <w:b/>
        </w:rPr>
        <w:t xml:space="preserve">[14:41] </w:t>
      </w:r>
      <w:r>
        <w:t>yeh show karna, hum to sab jaante hain. to jab main koi baat un se poochta tha to kehte the, hum ko sab maloom hai. nateeja kya hua?</w:t>
      </w:r>
    </w:p>
    <w:p>
      <w:pPr>
        <w:jc w:val="right"/>
      </w:pPr>
      <w:r>
        <w:t>یہ شو کرنا، ہم تو سب جانتے ہیں۔ تو جب میں کوئی بات ان سے پوچھتا تھا تو کہتے تھے، ہم کو سب معلوم ہے۔ نتیجہ کیا ہوا؟</w:t>
      </w:r>
    </w:p>
    <w:p>
      <w:r>
        <w:rPr>
          <w:b/>
        </w:rPr>
        <w:t xml:space="preserve">[14:52] </w:t>
      </w:r>
      <w:r>
        <w:t>ke main wahan raha aur main un ke bachchon ko kuch bhi bata nahin saka. kuch lene ki position mein nahin the.</w:t>
      </w:r>
    </w:p>
    <w:p>
      <w:pPr>
        <w:jc w:val="right"/>
      </w:pPr>
      <w:r>
        <w:t>کہ میں وہاں رہا اور میں ان کے بچوں کو کچھ بھی بتا نہیں سکا۔ کچھ لینے کی پوزیشن میں نہیں تھے۔</w:t>
      </w:r>
    </w:p>
    <w:p>
      <w:r>
        <w:rPr>
          <w:b/>
        </w:rPr>
        <w:t xml:space="preserve">[15:01] </w:t>
      </w:r>
      <w:r>
        <w:t>woh gaya ke unka container bhara hua tha, ab is mein kuch dalenge aap to idhar beh jayega, idhar beh jayega.</w:t>
      </w:r>
    </w:p>
    <w:p>
      <w:pPr>
        <w:jc w:val="right"/>
      </w:pPr>
      <w:r>
        <w:t>وہ گیا کہ ان کا کنٹینر بھرا ہوا تھا، اب اس میں کچھ ڈالیں گے آپ تو ادھر بہہ جائے گا، ادھر بہہ جائے گا۔</w:t>
      </w:r>
    </w:p>
    <w:p>
      <w:r>
        <w:rPr>
          <w:b/>
        </w:rPr>
        <w:t xml:space="preserve">[15:12] </w:t>
      </w:r>
      <w:r>
        <w:t>woh kaise? jab jab bhara hua bartan hai to aur is mein kaise koi cheez aa sakti hai? to dekhen, do qism ke aadmi hote hain: ek yeh ke hum ko sab maloom hai, ek yeh ke hum ko kuch nahin maloom hai.</w:t>
      </w:r>
    </w:p>
    <w:p>
      <w:pPr>
        <w:jc w:val="right"/>
      </w:pPr>
      <w:r>
        <w:t>وہ کیسے؟ جب جب بھرا ہوا برتن ہے تو اور اس میں کیسے کوئی چیز آ سکتی ہے؟ تو دیکھیں، دو قسم کے آدمی ہوتے ہیں: ایک یہ کہ ہم کو سب معلوم ہے، ایک یہ کہ ہم کو کچھ نہیں معلوم ہے۔</w:t>
      </w:r>
    </w:p>
    <w:p>
      <w:r>
        <w:rPr>
          <w:b/>
        </w:rPr>
        <w:t xml:space="preserve">[15:28] </w:t>
      </w:r>
      <w:r>
        <w:t>to jo is ehsaas mein jeeta ho ke hum seekher hain, hum ko jaanna hai, hamein abhi kuch pata nahin hai, to jo baat aaj us ko milegi, jaldi se us ko le lega.</w:t>
      </w:r>
    </w:p>
    <w:p>
      <w:pPr>
        <w:jc w:val="right"/>
      </w:pPr>
      <w:r>
        <w:t>تو جو اس احساس میں جیتا ہو کہ ہم سیکھر ہیں، ہم کو جاننا ہے، ہمیں ابھی کچھ پتہ نہیں ہے، تو جو بات آج اس کو ملے گی، جلدی سے اس کو لے لے گا۔</w:t>
      </w:r>
    </w:p>
    <w:p>
      <w:r>
        <w:rPr>
          <w:b/>
        </w:rPr>
        <w:t xml:space="preserve">[15:44] </w:t>
      </w:r>
      <w:r>
        <w:t>aur jis ko yeh ehsaas bhara hua hai is ke mind mein ke main to sab jaanta hi, jaanta hi hoon, to woh kuch bhi nahin nahin le payega.</w:t>
      </w:r>
    </w:p>
    <w:p>
      <w:pPr>
        <w:jc w:val="right"/>
      </w:pPr>
      <w:r>
        <w:t>اور جس کو یہ احساس بھرا ہوا ہے اس کے مائنڈ میں کہ میں تو سب جانتا ہی، جانتا ہی ہوں، تو وہ کچھ بھی نہیں نہیں لے پائے گا۔</w:t>
      </w:r>
    </w:p>
    <w:p>
      <w:r>
        <w:rPr>
          <w:b/>
        </w:rPr>
        <w:t xml:space="preserve">[15:51] </w:t>
      </w:r>
      <w:r>
        <w:t>is liye main yeh samjha hoon ke yeh kehna bilkul durust hoga ke arrogance sari buraiyon ki jar hai aur modesty sari achhaiyon ki jar hai.</w:t>
      </w:r>
    </w:p>
    <w:p>
      <w:pPr>
        <w:jc w:val="right"/>
      </w:pPr>
      <w:r>
        <w:t>اس لیے میں یہ سمجھا ہوں کہ یہ کہنا بالکل درست ہوگا کہ اروگنس ساری برائیوں کی جڑ ہے اور مادسٹی ساری اچھائیوں کی جڑ ہے۔</w:t>
      </w:r>
    </w:p>
    <w:p>
      <w:r>
        <w:rPr>
          <w:b/>
        </w:rPr>
        <w:t xml:space="preserve">[16:09] </w:t>
      </w:r>
      <w:r>
        <w:t>arrogance ka matlab hai ghamand, modesty ka matlab hai tawazu. main aap ko do hadith sunana chahunga.</w:t>
      </w:r>
    </w:p>
    <w:p>
      <w:pPr>
        <w:jc w:val="right"/>
      </w:pPr>
      <w:r>
        <w:t>اروگنس کا مطلب ہے گھمنڈ، مادسٹی کا مطلب ہے تواضع۔ میں آپ کو دو حدیث سنانا چاہوں گا۔</w:t>
      </w:r>
    </w:p>
    <w:p>
      <w:r>
        <w:rPr>
          <w:b/>
        </w:rPr>
        <w:t xml:space="preserve">[16:23] </w:t>
      </w:r>
      <w:r>
        <w:t>sab se pehle aap ghamand ya arrogance ke bare mein hadith suniye. paighambar e Islam صلی اللہ علیہ وسلم ne farmaya: "la yadkhulul jannata man kan fi qalbihi misqal habbat khardalin min kibr" yaani woh aadmi jannat mein nahin jayega.</w:t>
      </w:r>
    </w:p>
    <w:p>
      <w:pPr>
        <w:jc w:val="right"/>
      </w:pPr>
      <w:r>
        <w:t>سب سے پہلے آپ گھمنڈ یا اروگنس کے بارے میں حدیث سنیے۔ پیغمبر اسلام صلی اللہ علیہ وسلم نے فرمایا: "لایدخل الجنت من کان فی قلبہ مسقال حبت خرد من کبر" یعنی وہ آدمی جنت میں نہیں جائے گا۔</w:t>
      </w:r>
    </w:p>
    <w:p>
      <w:r>
        <w:rPr>
          <w:b/>
        </w:rPr>
        <w:t xml:space="preserve">[16:51] </w:t>
      </w:r>
      <w:r>
        <w:t>woh aadmi hargiz jannat mein nahin jaega jis ke dil ke andar aik zray ke barabar bhi ghamand ho.</w:t>
      </w:r>
    </w:p>
    <w:p>
      <w:pPr>
        <w:jc w:val="right"/>
      </w:pPr>
      <w:r>
        <w:t>وہ آدمی ہرگز جنت میں نہیں جائے گا جس کے دل کے اندر ایک ذرے کے برابر بھی گھمنڈ ہو۔</w:t>
      </w:r>
    </w:p>
    <w:p>
      <w:r>
        <w:rPr>
          <w:b/>
        </w:rPr>
        <w:t xml:space="preserve">[17:05] </w:t>
      </w:r>
      <w:r>
        <w:t>aik zray ke barabar bhi ghamand ho, aisa aadmi jannat mein nahin jaega. maine socha ke aisa kyun hai?</w:t>
      </w:r>
    </w:p>
    <w:p>
      <w:pPr>
        <w:jc w:val="right"/>
      </w:pPr>
      <w:r>
        <w:t>ایک ذرے کے برابر بھی گھمنڈ ہو، ایسا آدمی جنت میں نہیں جائے گا۔ میں نے سوچا کہ ایسا کیوں ہے؟</w:t>
      </w:r>
    </w:p>
    <w:p>
      <w:r>
        <w:rPr>
          <w:b/>
        </w:rPr>
        <w:t xml:space="preserve">[17:15] </w:t>
      </w:r>
      <w:r>
        <w:t>ke ghamand wala aadmi aisa kyun hai ke ghamand wala aadmi jannat mein nahin jaega?</w:t>
      </w:r>
    </w:p>
    <w:p>
      <w:pPr>
        <w:jc w:val="right"/>
      </w:pPr>
      <w:r>
        <w:t>کہ گھمنڈ والا آدمی ایسا کیوں ہے کہ گھمنڈ والا آدمی جنت میں نہیں جائے گا؟</w:t>
      </w:r>
    </w:p>
    <w:p>
      <w:r>
        <w:rPr>
          <w:b/>
        </w:rPr>
        <w:t xml:space="preserve">[17:22] </w:t>
      </w:r>
      <w:r>
        <w:t>is ki wajah meri samajh mein yeh aai ke jannat to khuda ka neighborhood hai, jannat to khuda ka paros hai. yaani paradise means living in the neighborhood of god.</w:t>
      </w:r>
    </w:p>
    <w:p>
      <w:pPr>
        <w:jc w:val="right"/>
      </w:pPr>
      <w:r>
        <w:t>اس کی وجہ میری سمجھ میں یہ آئی کہ جنت تو خدا کا نیبرہڈ ہے، جنت تو خدا کا پڑوس ہے۔ یعنی پارڈائز مینز لیونگ ان دا نیبرہڈ اف گاڈ۔</w:t>
      </w:r>
    </w:p>
    <w:p>
      <w:r>
        <w:rPr>
          <w:b/>
        </w:rPr>
        <w:t xml:space="preserve">[17:39] </w:t>
      </w:r>
      <w:r>
        <w:t>to khuda ke muqable mein hamari nisbat kya hai? hamari nisbat hai izzat ki nisbat hai, his helplessness.</w:t>
      </w:r>
    </w:p>
    <w:p>
      <w:pPr>
        <w:jc w:val="right"/>
      </w:pPr>
      <w:r>
        <w:t>تو خدا کے مقابلے میں ہماری نسبت کیا ہے؟ ہماری نسبت ہے عزت کی نسبت ہے، ہز ہیلپلیسنس۔</w:t>
      </w:r>
    </w:p>
    <w:p>
      <w:r>
        <w:rPr>
          <w:b/>
        </w:rPr>
        <w:t xml:space="preserve">[17:50] </w:t>
      </w:r>
      <w:r>
        <w:t>yaani khuda sab kuch janta hai, hum kuch nahin jante. khuda ke paas sara power hai, hamare paas koi power nahin. yaani god jo hai, woh all powerful hai aur hum all powerless hain.</w:t>
      </w:r>
    </w:p>
    <w:p>
      <w:pPr>
        <w:jc w:val="right"/>
      </w:pPr>
      <w:r>
        <w:t>یعنی خدا سب کچھ جانتا ہے، ہم کچھ نہیں جانتے۔ خدا کے پاس سارا پاور ہے، ہمارے پاس کوئی پاور نہیں۔ یعنی گاڈ جو ہے، وہ ال پاور فل ہے اور ہم ال پاورلیس ہیں۔</w:t>
      </w:r>
    </w:p>
    <w:p>
      <w:r>
        <w:rPr>
          <w:b/>
        </w:rPr>
        <w:t xml:space="preserve">[18:04] </w:t>
      </w:r>
      <w:r>
        <w:t>yeh nisbat hai, aisa nahin ke kuch taqat to khuda ke paas hai, kuch hamare paas bhi hai.</w:t>
      </w:r>
    </w:p>
    <w:p>
      <w:pPr>
        <w:jc w:val="right"/>
      </w:pPr>
      <w:r>
        <w:t>یہ نسبت ہے، ایسا نہیں کہ کچھ طاقت تو خدا کے پاس ہے، کچھ ہمارے پاس بھی ہے۔</w:t>
      </w:r>
    </w:p>
    <w:p>
      <w:r>
        <w:rPr>
          <w:b/>
        </w:rPr>
        <w:t xml:space="preserve">[18:12] </w:t>
      </w:r>
      <w:r>
        <w:t>hamare aur khuda ke beech mein jo nisbat hai, woh yeh nahin hai</w:t>
      </w:r>
    </w:p>
    <w:p>
      <w:pPr>
        <w:jc w:val="right"/>
      </w:pPr>
      <w:r>
        <w:t>ہمارے اور خدا کے بیچ میں جو نسبت ہے، وہ یہ نہیں ہے</w:t>
      </w:r>
    </w:p>
    <w:p>
      <w:r>
        <w:rPr>
          <w:b/>
        </w:rPr>
        <w:t xml:space="preserve">[18:19] </w:t>
      </w:r>
      <w:r>
        <w:t>ke is ke paas bhi taqat hai, hamare paas bhi taqat hai. nahin, khuda all powerful hai aur hum all powerless hain.</w:t>
      </w:r>
    </w:p>
    <w:p>
      <w:pPr>
        <w:jc w:val="right"/>
      </w:pPr>
      <w:r>
        <w:t>کہ اس کے پاس بھی طاقت ہے، ہمارے پاس بھی طاقت ہے۔ نہیں، خدا ال پاور فل ہے اور ہم ال پاورلیس ہیں۔</w:t>
      </w:r>
    </w:p>
    <w:p>
      <w:r>
        <w:rPr>
          <w:b/>
        </w:rPr>
        <w:t xml:space="preserve">[18:31] </w:t>
      </w:r>
      <w:r>
        <w:t>yaani jo reality hai, jo fact hai, jo real position hai, woh to yeh hai.</w:t>
      </w:r>
    </w:p>
    <w:p>
      <w:pPr>
        <w:jc w:val="right"/>
      </w:pPr>
      <w:r>
        <w:t>یعنی جو ریلیٹی ہے، جو فیکٹ ہے، جو ریئل پوزیشن ہے، وہ تو یہ ہے۔</w:t>
      </w:r>
    </w:p>
    <w:p>
      <w:r>
        <w:rPr>
          <w:b/>
        </w:rPr>
        <w:t xml:space="preserve">[18:39] </w:t>
      </w:r>
      <w:r>
        <w:t>ab wahan aik aadmi pahunch jata hai jo ehsas liye hue hain ke mere paas bhi kuch hai, to woh to wahan unfit ho jaega. woh to unfit ho jaega khuda ke neighborhood ke liye, unfit ho jaega.</w:t>
      </w:r>
    </w:p>
    <w:p>
      <w:pPr>
        <w:jc w:val="right"/>
      </w:pPr>
      <w:r>
        <w:t>اب وہاں ایک آدمی پہنچ جاتا ہے جو احساس لیے ہوئے ہیں کہ میرے پاس بھی کچھ ہے، تو وہ تو وہاں ان فٹ ہو جائے گا۔ وہ تو ان فٹ ہو جائے گا خدا کے نیبرہڈ کے لیے، ان فٹ ہو جائے گا۔</w:t>
      </w:r>
    </w:p>
    <w:p>
      <w:r>
        <w:rPr>
          <w:b/>
        </w:rPr>
        <w:t xml:space="preserve">[18:52] </w:t>
      </w:r>
      <w:r>
        <w:t>woh</w:t>
      </w:r>
    </w:p>
    <w:p>
      <w:pPr>
        <w:jc w:val="right"/>
      </w:pPr>
      <w:r>
        <w:t>وہ</w:t>
      </w:r>
    </w:p>
    <w:p>
      <w:r>
        <w:rPr>
          <w:b/>
        </w:rPr>
        <w:t xml:space="preserve">[18:56] </w:t>
      </w:r>
      <w:r>
        <w:t>woh colony jo khuda ke neighborhood mein bane, woh colony jo khuda ke paros mein bane, is mein isi ko jagah mil sakti hai jis ko sachi nisbat hasil ho</w:t>
      </w:r>
    </w:p>
    <w:p>
      <w:pPr>
        <w:jc w:val="right"/>
      </w:pPr>
      <w:r>
        <w:t>وہ کالونی جو خدا کے نیبرہڈ میں بنے، وہ کالونی جو خدا کے پڑوس میں بنے، اس میں اسی کو جگہ مل سکتی ہے جس کو سچی نسبت حاصل ہو</w:t>
      </w:r>
    </w:p>
    <w:p>
      <w:r>
        <w:rPr>
          <w:b/>
        </w:rPr>
        <w:t xml:space="preserve">[19:08] </w:t>
      </w:r>
      <w:r>
        <w:t>khuda se. yaani</w:t>
      </w:r>
    </w:p>
    <w:p>
      <w:pPr>
        <w:jc w:val="right"/>
      </w:pPr>
      <w:r>
        <w:t>خدا سے۔ یعنی</w:t>
      </w:r>
    </w:p>
    <w:p>
      <w:r>
        <w:rPr>
          <w:b/>
        </w:rPr>
        <w:t xml:space="preserve">[19:12] </w:t>
      </w:r>
      <w:r>
        <w:t>tuwazo ki nisbat, modesty ki nisbat, yeh nisbat nahin hai to phir unfit hai. woh wahan ke liye, wahan us ko reject kar diya jaega.</w:t>
      </w:r>
    </w:p>
    <w:p>
      <w:pPr>
        <w:jc w:val="right"/>
      </w:pPr>
      <w:r>
        <w:t>تواضع کی نسبت، مادسٹی کی نسبت، یہ نسبت نہیں ہے تو پھر ان فٹ ہے۔ وہ وہاں کے لیے، وہاں اس کو ریجیکٹ کر دیا جائے گا۔</w:t>
      </w:r>
    </w:p>
    <w:p>
      <w:r>
        <w:rPr>
          <w:b/>
        </w:rPr>
        <w:t xml:space="preserve">[19:26] </w:t>
      </w:r>
      <w:r>
        <w:t>is liye farmaya ke woh aadmi jannat mein nahin jaega</w:t>
      </w:r>
    </w:p>
    <w:p>
      <w:pPr>
        <w:jc w:val="right"/>
      </w:pPr>
      <w:r>
        <w:t>اس لیے فرمایا کہ وہ آدمی جنت میں نہیں جائے گا</w:t>
      </w:r>
    </w:p>
    <w:p>
      <w:r>
        <w:rPr>
          <w:b/>
        </w:rPr>
        <w:t xml:space="preserve">[19:33] </w:t>
      </w:r>
      <w:r>
        <w:t>jis ke andar, jis ke dil ke andar aik zray ke barabar bhi ghamand ho, arrogance ho.</w:t>
      </w:r>
    </w:p>
    <w:p>
      <w:pPr>
        <w:jc w:val="right"/>
      </w:pPr>
      <w:r>
        <w:t>جس کے اندر، جس کے دل کے اندر ایک ذرے کے برابر بھی گھمنڈ ہو، اروگنس ہو۔</w:t>
      </w:r>
    </w:p>
    <w:p>
      <w:r>
        <w:rPr>
          <w:b/>
        </w:rPr>
        <w:t xml:space="preserve">[19:45] </w:t>
      </w:r>
      <w:r>
        <w:t>dosri taraf aik aur hadith sunen.</w:t>
      </w:r>
    </w:p>
    <w:p>
      <w:pPr>
        <w:jc w:val="right"/>
      </w:pPr>
      <w:r>
        <w:t>دوسری طرف ایک اور حدیث سنیں۔</w:t>
      </w:r>
    </w:p>
    <w:p>
      <w:r>
        <w:rPr>
          <w:b/>
        </w:rPr>
        <w:t xml:space="preserve">[19:50] </w:t>
      </w:r>
      <w:r>
        <w:t>rasool allah ne farmaya: "man tuwazo rafaho allah". man tuwazo rafaho allah.</w:t>
      </w:r>
    </w:p>
    <w:p>
      <w:pPr>
        <w:jc w:val="right"/>
      </w:pPr>
      <w:r>
        <w:t>رسول اللہ نے فرمایا: "من تواضع رفاہ اللہ"۔ من تواضع رفاہ اللہ۔</w:t>
      </w:r>
    </w:p>
    <w:p>
      <w:r>
        <w:rPr>
          <w:b/>
        </w:rPr>
        <w:t xml:space="preserve">[20:02] </w:t>
      </w:r>
      <w:r>
        <w:t>jis ne tuwazo ikhtiyar ki, us ko khuda oopar uthata hai.</w:t>
      </w:r>
    </w:p>
    <w:p>
      <w:pPr>
        <w:jc w:val="right"/>
      </w:pPr>
      <w:r>
        <w:t>جس نے تواضع اختیار کی، اس کو خدا اوپر اٹھاتا ہے۔</w:t>
      </w:r>
    </w:p>
    <w:p>
      <w:r>
        <w:rPr>
          <w:b/>
        </w:rPr>
        <w:t xml:space="preserve">[20:08] </w:t>
      </w:r>
      <w:r>
        <w:t>yaani tuwazo ka matlab hai modesty. jis ne modesty ko apnaya,</w:t>
      </w:r>
    </w:p>
    <w:p>
      <w:pPr>
        <w:jc w:val="right"/>
      </w:pPr>
      <w:r>
        <w:t>یعنی تواضع کا مطلب ہے مادسٹی۔ جس نے مادسٹی کو اپنایا،</w:t>
      </w:r>
    </w:p>
    <w:p>
      <w:r>
        <w:rPr>
          <w:b/>
        </w:rPr>
        <w:t xml:space="preserve">[20:17] </w:t>
      </w:r>
      <w:r>
        <w:t>jis ne modesty ko apnaya to khuda us ko elevate karta hai, us ko uthata hai, us ko barhata hai. kyun ke us ko khuda ki nisbat hasil ho gai.</w:t>
      </w:r>
    </w:p>
    <w:p>
      <w:pPr>
        <w:jc w:val="right"/>
      </w:pPr>
      <w:r>
        <w:t>جس نے مادسٹی کو اپنایا تو خدا اس کو ایلیویٹ کرتا ہے، اس کو اٹھاتا ہے، اس کو بڑھاتا ہے۔ کیونکہ اس کو خدا کی نسبت حاصل ہو گئی۔</w:t>
      </w:r>
    </w:p>
    <w:p>
      <w:r>
        <w:rPr>
          <w:b/>
        </w:rPr>
        <w:t xml:space="preserve">[20:27] </w:t>
      </w:r>
      <w:r>
        <w:t>modesty hai to meri pehchan ban gai khuda ke haan. khuda ke haan pehchan banti hai is insan ki jis ke andar modesty ho, tuwazo ho.</w:t>
      </w:r>
    </w:p>
    <w:p>
      <w:pPr>
        <w:jc w:val="right"/>
      </w:pPr>
      <w:r>
        <w:t>مادسٹی ہے تو میری پہچان بن گئی خدا کے ہاں۔ خدا کے ہاں پہچان بنتی ہے اس انسان کی جس کے اندر مادسٹی ہو، تواضع ہو۔</w:t>
      </w:r>
    </w:p>
    <w:p>
      <w:r>
        <w:rPr>
          <w:b/>
        </w:rPr>
        <w:t xml:space="preserve">[20:43] </w:t>
      </w:r>
      <w:r>
        <w:t>to isi ko khuda uthata hai. yaani is par khuda ki blessing aati hai, us ko khuda ka inspiration milta hai, us ki marifat barhai jati hai, us ko angels ka support milta hai.</w:t>
      </w:r>
    </w:p>
    <w:p>
      <w:pPr>
        <w:jc w:val="right"/>
      </w:pPr>
      <w:r>
        <w:t>تو اسی کو خدا اٹھاتا ہے۔ یعنی اس پر خدا کی بلیسنگ آتی ہے، اس کو خدا کا انسپیریشن ملتا ہے، اس کی معرفت بڑھائی جاتی ہے، اس کو اینجلز کا سپورٹ ملتا ہے۔</w:t>
      </w:r>
    </w:p>
    <w:p>
      <w:r>
        <w:rPr>
          <w:b/>
        </w:rPr>
        <w:t xml:space="preserve">[20:57] </w:t>
      </w:r>
      <w:r>
        <w:t>kyun ke woh accepted list mein aa gaya.</w:t>
      </w:r>
    </w:p>
    <w:p>
      <w:pPr>
        <w:jc w:val="right"/>
      </w:pPr>
      <w:r>
        <w:t>کیونکہ وہ ایکسیپٹڈ لسٹ میں آ گیا۔</w:t>
      </w:r>
    </w:p>
    <w:p>
      <w:r>
        <w:rPr>
          <w:b/>
        </w:rPr>
        <w:t xml:space="preserve">[21:02] </w:t>
      </w:r>
      <w:r>
        <w:t>jis aadmi ke andar madesti ki sifat hai, tawazu ki sifat hai, to woh Khuda ki approved list mein aa gaya.</w:t>
      </w:r>
    </w:p>
    <w:p>
      <w:pPr>
        <w:jc w:val="right"/>
      </w:pPr>
      <w:r>
        <w:t>جس آدمی کے اندر مادسٹی کی صفت ہے، تواضع کی صفت ہے، تو وہ خدا کی اپرووڈ لسٹ میں آ گیا۔</w:t>
      </w:r>
    </w:p>
    <w:p>
      <w:r>
        <w:rPr>
          <w:b/>
        </w:rPr>
        <w:t xml:space="preserve">[21:13] </w:t>
      </w:r>
      <w:r>
        <w:t>is ka matlab kya hua? ke jis aadmi ke andar arrogance hai, woh Khuda ki approved list mein nahi aayega. aur jis aadmi ke andar tawazu aur madesti hai, woh Khuda ki approved list mein aa gaya.</w:t>
      </w:r>
    </w:p>
    <w:p>
      <w:pPr>
        <w:jc w:val="right"/>
      </w:pPr>
      <w:r>
        <w:t>اس کا مطلب کیا ہوا؟ کہ جس آدمی کے اندر اروگنس ہے، وہ خدا کی اپرووڈ لسٹ میں نہیں آئے گا۔ اور جس آدمی کے اندر تواضع اور مادسٹی ہے، وہ خدا کی اپرووڈ لسٹ میں آ گیا۔</w:t>
      </w:r>
    </w:p>
    <w:p>
      <w:r>
        <w:rPr>
          <w:b/>
        </w:rPr>
        <w:t xml:space="preserve">[21:29] </w:t>
      </w:r>
      <w:r>
        <w:t>kitna bara difference hai! dekhiye, bohat hi bara difference hai.</w:t>
      </w:r>
    </w:p>
    <w:p>
      <w:pPr>
        <w:jc w:val="right"/>
      </w:pPr>
      <w:r>
        <w:t>کتنا بڑا ڈیفرنس ہے! دیکھیے، بہت ہی بڑا ڈیفرنس ہے۔</w:t>
      </w:r>
    </w:p>
    <w:p>
      <w:r>
        <w:rPr>
          <w:b/>
        </w:rPr>
        <w:t xml:space="preserve">[21:38] </w:t>
      </w:r>
      <w:r>
        <w:t>phir dekhiye,</w:t>
      </w:r>
    </w:p>
    <w:p>
      <w:pPr>
        <w:jc w:val="right"/>
      </w:pPr>
      <w:r>
        <w:t>پھر دیکھیے،</w:t>
      </w:r>
    </w:p>
    <w:p>
      <w:r>
        <w:rPr>
          <w:b/>
        </w:rPr>
        <w:t xml:space="preserve">[21:42] </w:t>
      </w:r>
      <w:r>
        <w:t>is duniya mein hamein seekhna hai. sab se bari cheez jo is duniya se le kar hamein jana hai, woh hai intellectual development, personality development.</w:t>
      </w:r>
    </w:p>
    <w:p>
      <w:pPr>
        <w:jc w:val="right"/>
      </w:pPr>
      <w:r>
        <w:t>اس دنیا میں ہمیں سیکھنا ہے۔ سب سے بڑی چیز جو اس دنیا سے لے کر ہمیں جانا ہے، وہ ہے انٹلیکچول ڈیولپمنٹ، پرسنیلٹی ڈیولپمنٹ۔</w:t>
      </w:r>
    </w:p>
    <w:p>
      <w:r>
        <w:rPr>
          <w:b/>
        </w:rPr>
        <w:t xml:space="preserve">[21:54] </w:t>
      </w:r>
      <w:r>
        <w:t>is ke liye kya karna parta hai? learning process chalana parta hai. learning process, seekhne ka process.</w:t>
      </w:r>
    </w:p>
    <w:p>
      <w:pPr>
        <w:jc w:val="right"/>
      </w:pPr>
      <w:r>
        <w:t>اس کے لیے کیا کرنا پڑتا ہے؟ لرننگ پراسیس چلانا پڑتا ہے۔ لرننگ پراسیس، سیکھنے کا پراسیس۔</w:t>
      </w:r>
    </w:p>
    <w:p>
      <w:r>
        <w:rPr>
          <w:b/>
        </w:rPr>
        <w:t xml:space="preserve">[22:06] </w:t>
      </w:r>
      <w:r>
        <w:t>saare overall aap ko apne andar learning process chalana hai. tabhi aap ka intellectual development hoga, tabhi aap ka spiritual development hoga, tabhi doosron se seekhenge.</w:t>
      </w:r>
    </w:p>
    <w:p>
      <w:pPr>
        <w:jc w:val="right"/>
      </w:pPr>
      <w:r>
        <w:t>سارے اوور آل آپ کو اپنے اندر لرننگ پراسیس چلانا ہے۔ تبھی آپ کا انٹلیکچول ڈیولپمنٹ ہوگا، تبھی آپ کا اسپریچول ڈیولپمنٹ ہوگا، تبھی دوسروں سے سیکھیں گے۔</w:t>
      </w:r>
    </w:p>
    <w:p>
      <w:r>
        <w:rPr>
          <w:b/>
        </w:rPr>
        <w:t xml:space="preserve">[22:18] </w:t>
      </w:r>
      <w:r>
        <w:t>aap is paas, aap ke har taraf gyan hai. woh gyan milega kab?</w:t>
      </w:r>
    </w:p>
    <w:p>
      <w:pPr>
        <w:jc w:val="right"/>
      </w:pPr>
      <w:r>
        <w:t>آپ اس پاس، آپ کے ہر طرف گیان ہے۔ وہ گیان ملے گا کب؟</w:t>
      </w:r>
    </w:p>
    <w:p>
      <w:r>
        <w:rPr>
          <w:b/>
        </w:rPr>
        <w:t xml:space="preserve">[22:27] </w:t>
      </w:r>
      <w:r>
        <w:t>aap ko jab aap ke andar receptivity ho, yani madesti ho.</w:t>
      </w:r>
    </w:p>
    <w:p>
      <w:pPr>
        <w:jc w:val="right"/>
      </w:pPr>
      <w:r>
        <w:t>آپ کو جب آپ کے اندر ریسیپٹیوٹی ہو، یعنی مادسٹی ہو۔</w:t>
      </w:r>
    </w:p>
    <w:p>
      <w:r>
        <w:rPr>
          <w:b/>
        </w:rPr>
        <w:t xml:space="preserve">[22:34] </w:t>
      </w:r>
      <w:r>
        <w:t>main aap ko misaal deta hoon. Islam mein jo second Khalifa the, un ka naam tha Umar Farooq. bohat top ke aadmi maane gaye hain Islam mein.</w:t>
      </w:r>
    </w:p>
    <w:p>
      <w:pPr>
        <w:jc w:val="right"/>
      </w:pPr>
      <w:r>
        <w:t>میں آپ کو مثال دیتا ہوں۔ اسلام میں جو سیکنڈ خلیفہ تھے، ان کا نام تھا عمر فاروق۔ بہت ٹاپ کے آدمی مانے گئے ہیں اسلام میں۔</w:t>
      </w:r>
    </w:p>
    <w:p>
      <w:r>
        <w:rPr>
          <w:b/>
        </w:rPr>
        <w:t xml:space="preserve">[22:49] </w:t>
      </w:r>
      <w:r>
        <w:t>to un ke bare mein kaha jata hai ke "kaan yata'allamu min kulli ahad". woh har ek se kuch na kuch seekhte the.</w:t>
      </w:r>
    </w:p>
    <w:p>
      <w:pPr>
        <w:jc w:val="right"/>
      </w:pPr>
      <w:r>
        <w:t>تو ان کے بارے میں کہا جاتا ہے کہ "کان یتعلم من کل احد"۔ وہ ہر ایک سے کچھ نہ کچھ سیکھتے تھے۔</w:t>
      </w:r>
    </w:p>
    <w:p>
      <w:r>
        <w:rPr>
          <w:b/>
        </w:rPr>
        <w:t xml:space="preserve">[23:01] </w:t>
      </w:r>
      <w:r>
        <w:t>"kaan yata'allamu min kulli ahad". woh har ek se kuch na kuch seekhte the. yani un ka learning process non stop chalta rehta tha.</w:t>
      </w:r>
    </w:p>
    <w:p>
      <w:pPr>
        <w:jc w:val="right"/>
      </w:pPr>
      <w:r>
        <w:t>"کان یتعلم من کل احد"۔ وہ ہر ایک سے کچھ نہ کچھ سیکھتے تھے۔ یعنی ان کا لرننگ پراسیس نان اسٹاپ چلتا رہتا تھا۔</w:t>
      </w:r>
    </w:p>
    <w:p>
      <w:r>
        <w:rPr>
          <w:b/>
        </w:rPr>
        <w:t xml:space="preserve">[23:14] </w:t>
      </w:r>
      <w:r>
        <w:t>"kaan yata'allamu min kulli ahad" ka matlab hai ke Umar Farooq ka learning process non stop chalta rehta tha.</w:t>
      </w:r>
    </w:p>
    <w:p>
      <w:pPr>
        <w:jc w:val="right"/>
      </w:pPr>
      <w:r>
        <w:t>"کان یتعلم من کل احد" کا مطلب ہے کہ عمر فاروق کا لرننگ پراسیس نان اسٹاپ چلتا رہتا تھا۔</w:t>
      </w:r>
    </w:p>
    <w:p>
      <w:r>
        <w:rPr>
          <w:b/>
        </w:rPr>
        <w:t xml:space="preserve">[23:26] </w:t>
      </w:r>
      <w:r>
        <w:t>aisa kaise possible hota tha?</w:t>
      </w:r>
    </w:p>
    <w:p>
      <w:pPr>
        <w:jc w:val="right"/>
      </w:pPr>
      <w:r>
        <w:t>ایسا کیسے پاسیبل ہوتا تھا؟</w:t>
      </w:r>
    </w:p>
    <w:p>
      <w:r>
        <w:rPr>
          <w:b/>
        </w:rPr>
        <w:t xml:space="preserve">[23:28] </w:t>
      </w:r>
      <w:r>
        <w:t>isi liye ke un ka madesti un ke andar aakhri had tak thi, to the last extent. bohat madesti.</w:t>
      </w:r>
    </w:p>
    <w:p>
      <w:pPr>
        <w:jc w:val="right"/>
      </w:pPr>
      <w:r>
        <w:t>اسی لیے کہ ان کا مادسٹی ان کے اندر آخری حد تک تھی، ٹو دا لاسٹ ایکسٹینٹ۔ بہت مادسٹی۔</w:t>
      </w:r>
    </w:p>
    <w:p>
      <w:r>
        <w:rPr>
          <w:b/>
        </w:rPr>
        <w:t xml:space="preserve">[23:42] </w:t>
      </w:r>
      <w:r>
        <w:t>jaise ek main aap ko ek misaal deta hoon. woh Khalifa the is zamane mein. Musalmanon ka ek empire ban chuka tha.</w:t>
      </w:r>
    </w:p>
    <w:p>
      <w:pPr>
        <w:jc w:val="right"/>
      </w:pPr>
      <w:r>
        <w:t>جیسے ایک میں آپ کو ایک مثال دیتا ہوں۔ وہ خلیفہ تھے اس زمانے میں۔ مسلمانوں کا ایک ایمپائر بن چکا تھا۔</w:t>
      </w:r>
    </w:p>
    <w:p>
      <w:r>
        <w:rPr>
          <w:b/>
        </w:rPr>
        <w:t xml:space="preserve">[23:52] </w:t>
      </w:r>
      <w:r>
        <w:t>is ke woh Khalifa the.</w:t>
      </w:r>
    </w:p>
    <w:p>
      <w:pPr>
        <w:jc w:val="right"/>
      </w:pPr>
      <w:r>
        <w:t>اس کے وہ خلیفہ تھے۔</w:t>
      </w:r>
    </w:p>
    <w:p>
      <w:r>
        <w:rPr>
          <w:b/>
        </w:rPr>
        <w:t xml:space="preserve">[23:55] </w:t>
      </w:r>
      <w:r>
        <w:t>to is zamane mein bait ul maal hua karta tha. to bait ul maal ka ek oont gum ho gaya.</w:t>
      </w:r>
    </w:p>
    <w:p>
      <w:pPr>
        <w:jc w:val="right"/>
      </w:pPr>
      <w:r>
        <w:t>تو اس زمانے میں بیت المال ہوا کرتا تھا۔ تو بیت المال کا ایک اونٹ گم ہو گیا۔</w:t>
      </w:r>
    </w:p>
    <w:p>
      <w:r>
        <w:rPr>
          <w:b/>
        </w:rPr>
        <w:t xml:space="preserve">[24:05] </w:t>
      </w:r>
      <w:r>
        <w:t>rassi khul gayi, woh bhaag gaya</w:t>
      </w:r>
    </w:p>
    <w:p>
      <w:pPr>
        <w:jc w:val="right"/>
      </w:pPr>
      <w:r>
        <w:t>رسی کھل گئی، وہ بھاگ گیا</w:t>
      </w:r>
    </w:p>
    <w:p>
      <w:r>
        <w:rPr>
          <w:b/>
        </w:rPr>
        <w:t xml:space="preserve">[24:09] </w:t>
      </w:r>
      <w:r>
        <w:t>kahin desert mein, idhar udhar. yeh Madine ka waqia hai. to Umar Farooq, jo Khalifa the, nikle us ko talash karne ke liye.</w:t>
      </w:r>
    </w:p>
    <w:p>
      <w:pPr>
        <w:jc w:val="right"/>
      </w:pPr>
      <w:r>
        <w:t>کہیں ڈیزرٹ میں، ادھر ادھر۔ یہ مدینے کا واقعہ ہے۔ تو عمر فاروق، جو خلیفہ تھے، نکلے اس کو تلاش کرنے کے لیے۔</w:t>
      </w:r>
    </w:p>
    <w:p>
      <w:r>
        <w:rPr>
          <w:b/>
        </w:rPr>
        <w:t xml:space="preserve">[24:22] </w:t>
      </w:r>
      <w:r>
        <w:t>ab woh talash karne ke daud rahe hain, idhar se, idhar se, idhar.</w:t>
      </w:r>
    </w:p>
    <w:p>
      <w:pPr>
        <w:jc w:val="right"/>
      </w:pPr>
      <w:r>
        <w:t>اب وہ تلاش کرنے کے دوڑ رہے ہیں، ادھر سے، ادھر سے، ادھر۔</w:t>
      </w:r>
    </w:p>
    <w:p>
      <w:r>
        <w:rPr>
          <w:b/>
        </w:rPr>
        <w:t xml:space="preserve">[24:26] </w:t>
      </w:r>
      <w:r>
        <w:t>to isi waqt Shaam se, yani Syria se, kuch log un se milne ke liye aaye Khalifa se. to poocha ke kahan hain?</w:t>
      </w:r>
    </w:p>
    <w:p>
      <w:pPr>
        <w:jc w:val="right"/>
      </w:pPr>
      <w:r>
        <w:t>تو اسی وقت شام سے، یعنی سیریا سے، کچھ لوگ ان سے ملنے کے لیے آئے خلیفہ سے۔ تو پوچھا کہ کہاں ہیں؟</w:t>
      </w:r>
    </w:p>
    <w:p>
      <w:r>
        <w:rPr>
          <w:b/>
        </w:rPr>
        <w:t xml:space="preserve">[24:37] </w:t>
      </w:r>
      <w:r>
        <w:t>maloom hua ke woh idhar gaye hain. to idhar gaye un se milne ke liye. to unhon ne kaha ke aap yahan kya kar rahe hain? to unhon ne kaha ke bait ul maal ka ek oont gum ho gaya hai, main us ko talash kar raha hoon.</w:t>
      </w:r>
    </w:p>
    <w:p>
      <w:pPr>
        <w:jc w:val="right"/>
      </w:pPr>
      <w:r>
        <w:t>معلوم ہوا کہ وہ ادھر گئے ہیں۔ تو ادھر گئے ان سے ملنے کے لیے۔ تو انہوں نے کہا کہ آپ یہاں کیا کر رہے ہیں؟ تو انہوں نے کہا کہ بیت المال کا ایک اونٹ گم ہو گیا ہے، میں اس کو تلاش کر رہا ہوں۔</w:t>
      </w:r>
    </w:p>
    <w:p>
      <w:r>
        <w:rPr>
          <w:b/>
        </w:rPr>
        <w:t xml:space="preserve">[24:56] </w:t>
      </w:r>
      <w:r>
        <w:t>to unhon ne kaha ke aap ne kisi abd ko, kisi ghulam ko, kisi abd ko is kaam ke liye keh diya hota?</w:t>
      </w:r>
    </w:p>
    <w:p>
      <w:pPr>
        <w:jc w:val="right"/>
      </w:pPr>
      <w:r>
        <w:t>تو انہوں نے کہا کہ آپ نے کسی عبد کو، کسی غلام کو، کسی عبد کو اس کام کے لیے کہہ دیا ہوتا؟</w:t>
      </w:r>
    </w:p>
    <w:p>
      <w:r>
        <w:rPr>
          <w:b/>
        </w:rPr>
        <w:t xml:space="preserve">[25:04] </w:t>
      </w:r>
      <w:r>
        <w:t>koi abd jo hai, woh is kaam ko karta? to Hazrat Umar ne kaha: "Ay abd abd minni!"</w:t>
      </w:r>
    </w:p>
    <w:p>
      <w:pPr>
        <w:jc w:val="right"/>
      </w:pPr>
      <w:r>
        <w:t>کوئی عبد جو ہے، وہ اس کام کو کرتا؟ تو حضرت عمر نے کہا: "ای عبد عبد منی!</w:t>
      </w:r>
    </w:p>
    <w:p>
      <w:r>
        <w:rPr>
          <w:b/>
        </w:rPr>
        <w:t xml:space="preserve">[25:18] </w:t>
      </w:r>
      <w:r>
        <w:t>ae abd abd mani! mujh se zyada abd kaun hai? mujh se zyada ghulam kaun hai?</w:t>
      </w:r>
    </w:p>
    <w:p>
      <w:pPr>
        <w:jc w:val="right"/>
      </w:pPr>
      <w:r>
        <w:t>ای عبد عبد منی! مجھ سے زیادہ عبد کون ہے؟ مجھ سے زیادہ غلام کون ہے؟"</w:t>
      </w:r>
    </w:p>
    <w:p>
      <w:r>
        <w:rPr>
          <w:b/>
        </w:rPr>
        <w:t xml:space="preserve">[25:26] </w:t>
      </w:r>
      <w:r>
        <w:t>aap is ko zara sochiye ke woh keh rahe hain ke "ae abd abd mani!" is ke andar ek thrill aap payenge, jaise woh keh rahe hon to un ko thrill aata ho.</w:t>
      </w:r>
    </w:p>
    <w:p>
      <w:pPr>
        <w:jc w:val="right"/>
      </w:pPr>
      <w:r>
        <w:t>آپ اس کو ذرا سوچیے کہ وہ کہہ رہے ہیں کہ "ای عبد عبد منی!" اس کے اندر ایک تھرل آپ پائیں گے، جیسے وہ کہہ رہے ہوں تو ان کو تھرل آتا ہو۔</w:t>
      </w:r>
    </w:p>
    <w:p>
      <w:r>
        <w:rPr>
          <w:b/>
        </w:rPr>
        <w:t xml:space="preserve">[25:38] </w:t>
      </w:r>
      <w:r>
        <w:t>kyun ke apni sachi hesiyat ko is mein woh maan rahe the ke mein abd hoon, mein Khuda ka ghulam hoon. to unhon ne kaha ke "ae abd abd mani!</w:t>
      </w:r>
    </w:p>
    <w:p>
      <w:pPr>
        <w:jc w:val="right"/>
      </w:pPr>
      <w:r>
        <w:t>کیونکہ اپنی سچی حیثیت کو اس میں وہ مان رہے تھے کہ میں عبد ہوں، میں خدا کا غلام ہوں۔ تو انہوں نے کہا کہ "ای عبد عبد منی!</w:t>
      </w:r>
    </w:p>
    <w:p>
      <w:r>
        <w:rPr>
          <w:b/>
        </w:rPr>
        <w:t xml:space="preserve">[25:49] </w:t>
      </w:r>
      <w:r>
        <w:t>mujh se zyada abd kaun hai?" yeh thi un ki modesty.</w:t>
      </w:r>
    </w:p>
    <w:p>
      <w:pPr>
        <w:jc w:val="right"/>
      </w:pPr>
      <w:r>
        <w:t>مجھ سے زیادہ عبد کون ہے؟" یہ تھی ان کی مادسٹی۔</w:t>
      </w:r>
    </w:p>
    <w:p>
      <w:r>
        <w:rPr>
          <w:b/>
        </w:rPr>
        <w:t xml:space="preserve">[25:56] </w:t>
      </w:r>
      <w:r>
        <w:t>modesty mein aakhri had tak thi modesty un ki. isi liye woh yeh yeh possible hua ke woh har ek se seekhein.</w:t>
      </w:r>
    </w:p>
    <w:p>
      <w:pPr>
        <w:jc w:val="right"/>
      </w:pPr>
      <w:r>
        <w:t>مادسٹی میں آخری حد تک تھی مادسٹی ان کی۔ اسی لیے وہ یہ یہ پاسیبل ہوا کہ وہ ہر ایک سے سیکھیں۔</w:t>
      </w:r>
    </w:p>
    <w:p>
      <w:r>
        <w:rPr>
          <w:b/>
        </w:rPr>
        <w:t xml:space="preserve">[26:08] </w:t>
      </w:r>
      <w:r>
        <w:t>dekhein, non-stop learning process har ek chala sakta hai. kyun ke seekhne ke liye bohat hai duniya mein. yeh duniya mein seekhne ke liye bohat hai, bohat hai, bohat hai.</w:t>
      </w:r>
    </w:p>
    <w:p>
      <w:pPr>
        <w:jc w:val="right"/>
      </w:pPr>
      <w:r>
        <w:t>دیکھیں، نان اسٹاپ لرننگ پراسیس ہر ایک چلا سکتا ہے۔ کیونکہ سیکھنے کے لیے بہت ہے دنیا میں۔ یہ دنیا میں سیکھنے کے لیے بہت ہے، بہت ہے، بہت ہے۔</w:t>
      </w:r>
    </w:p>
    <w:p>
      <w:r>
        <w:rPr>
          <w:b/>
        </w:rPr>
        <w:t xml:space="preserve">[26:21] </w:t>
      </w:r>
      <w:r>
        <w:t>lekin wohi seekhega jis ka bartan bhara hua na ho, yaani jis ke andar modesty ho.</w:t>
      </w:r>
    </w:p>
    <w:p>
      <w:pPr>
        <w:jc w:val="right"/>
      </w:pPr>
      <w:r>
        <w:t>لیکن وہی سیکھے گا جس کا برتن بھرا ہوا نہ ہو، یعنی جس کے اندر مادسٹی ہو۔</w:t>
      </w:r>
    </w:p>
    <w:p>
      <w:r>
        <w:rPr>
          <w:b/>
        </w:rPr>
        <w:t xml:space="preserve">[26:32] </w:t>
      </w:r>
      <w:r>
        <w:t>aise log jin ke andar modesty na ho, arrogance hon, un se aap baat kijiye to lagega ke bilkul stepped hain. kuch un ke andar kahani aap ko batane ke liye nahi hai.</w:t>
      </w:r>
    </w:p>
    <w:p>
      <w:pPr>
        <w:jc w:val="right"/>
      </w:pPr>
      <w:r>
        <w:t>ایسے لوگ جن کے اندر مادسٹی نہ ہو، اروگنس ہوں، ان سے آپ بات کیجئے تو لگے گا کہ بالکل سٹیپڈ ہیں۔ کچھ ان کے اندر کہانی آپ کو بتانے کے لیے نہیں ہے۔</w:t>
      </w:r>
    </w:p>
    <w:p>
      <w:r>
        <w:rPr>
          <w:b/>
        </w:rPr>
        <w:t xml:space="preserve">[26:44] </w:t>
      </w:r>
      <w:r>
        <w:t>hawa karne ke liye bohat tez dikhai denge aap ko, lekin koi wisdom ki baat nahi keh payenge.</w:t>
      </w:r>
    </w:p>
    <w:p>
      <w:pPr>
        <w:jc w:val="right"/>
      </w:pPr>
      <w:r>
        <w:t>ہوا کرنے کے لیے بہت تیز دکھائی دیں گے آپ کو، لیکن کوئی وزڈم کی بات نہیں کہا پائیں گے۔</w:t>
      </w:r>
    </w:p>
    <w:p>
      <w:r>
        <w:rPr>
          <w:b/>
        </w:rPr>
        <w:t xml:space="preserve">[26:51] </w:t>
      </w:r>
      <w:r>
        <w:t>mera to yahi tajurba hai ke jo arrogant log hote hain, un ke paas koi wisdom ki baat kehne ke liye nahi hoti hai.</w:t>
      </w:r>
    </w:p>
    <w:p>
      <w:pPr>
        <w:jc w:val="right"/>
      </w:pPr>
      <w:r>
        <w:t>میرا تو یہی تجربہ ہے کہ جو ارگنٹ لوگ ہوتے ہیں، ان کے پاس کوئی وزڈم کی بات کہنے کے لیے نہیں ہوتی ہے۔</w:t>
      </w:r>
    </w:p>
    <w:p>
      <w:r>
        <w:rPr>
          <w:b/>
        </w:rPr>
        <w:t xml:space="preserve">[27:02] </w:t>
      </w:r>
      <w:r>
        <w:t>Umar Farooq ne itni bari bari wisdom ki baatein batai hain ke hairaani hoti hai.</w:t>
      </w:r>
    </w:p>
    <w:p>
      <w:pPr>
        <w:jc w:val="right"/>
      </w:pPr>
      <w:r>
        <w:t>عمر فاروق نے اتنی بڑی بڑی وزڈم کی باتیں بتائی ہیں کہ حیرانی ہوتی ہے۔</w:t>
      </w:r>
    </w:p>
    <w:p>
      <w:r>
        <w:rPr>
          <w:b/>
        </w:rPr>
        <w:t xml:space="preserve">[27:11] </w:t>
      </w:r>
      <w:r>
        <w:t>mislan un ka ek qoul hai: "laysal aaqil alladhi ya'riful khair min shar, walakinahu alladhi ya'rifu khairash shar"</w:t>
      </w:r>
    </w:p>
    <w:p>
      <w:pPr>
        <w:jc w:val="right"/>
      </w:pPr>
      <w:r>
        <w:t>مثلاً ان کا ایک قول ہے: "لیس العاقل الذی یعرف الخیر منشر، ولكنہ الذی یعرف خارش الرین"</w:t>
      </w:r>
    </w:p>
    <w:p>
      <w:r>
        <w:rPr>
          <w:b/>
        </w:rPr>
        <w:t xml:space="preserve">[27:28] </w:t>
      </w:r>
      <w:r>
        <w:t>. yaani wa'iz aadmi woh nahi hai jo</w:t>
      </w:r>
    </w:p>
    <w:p>
      <w:pPr>
        <w:jc w:val="right"/>
      </w:pPr>
      <w:r>
        <w:t>۔ یعنی واعظ آدمی وہ نہیں ہے جو</w:t>
      </w:r>
    </w:p>
    <w:p>
      <w:r>
        <w:rPr>
          <w:b/>
        </w:rPr>
        <w:t xml:space="preserve">[27:37] </w:t>
      </w:r>
      <w:r>
        <w:t>achhe aur bure ko jaane.</w:t>
      </w:r>
    </w:p>
    <w:p>
      <w:pPr>
        <w:jc w:val="right"/>
      </w:pPr>
      <w:r>
        <w:t>اچھے اور برے کو جانے۔</w:t>
      </w:r>
    </w:p>
    <w:p>
      <w:r>
        <w:rPr>
          <w:b/>
        </w:rPr>
        <w:t xml:space="preserve">[27:43] </w:t>
      </w:r>
      <w:r>
        <w:t>wa'iz aadmi woh hai jo yeh jaane ke</w:t>
      </w:r>
    </w:p>
    <w:p>
      <w:pPr>
        <w:jc w:val="right"/>
      </w:pPr>
      <w:r>
        <w:t>واعظ آدمی وہ ہے جو یہ جانے کہ</w:t>
      </w:r>
    </w:p>
    <w:p>
      <w:r>
        <w:rPr>
          <w:b/>
        </w:rPr>
        <w:t xml:space="preserve">[27:52] </w:t>
      </w:r>
      <w:r>
        <w:t>lesser evil kaunsa hai, aur greater evil kaunsa hai.</w:t>
      </w:r>
    </w:p>
    <w:p>
      <w:pPr>
        <w:jc w:val="right"/>
      </w:pPr>
      <w:r>
        <w:t>لیسر ایول کونسا ہے، اور گریٹر ایول کونسا ہے۔</w:t>
      </w:r>
    </w:p>
    <w:p>
      <w:r>
        <w:rPr>
          <w:b/>
        </w:rPr>
        <w:t xml:space="preserve">[27:57] </w:t>
      </w:r>
      <w:r>
        <w:t>yaani kisi cheez ke lesser evil ko jaane, aur greater evil ko jaane. is ka matlab kya hua? is ka matlab yeh hua ke duniya mein tum ko jo jo choice hai,</w:t>
      </w:r>
    </w:p>
    <w:p>
      <w:pPr>
        <w:jc w:val="right"/>
      </w:pPr>
      <w:r>
        <w:t>یعنی کسی چیز کے لیسر ایول کو جانے، اور گریٹر ایول کو جانے۔ اس کا مطلب کیا ہوا؟ اس کا مطلب یہ ہوا کہ دنیا میں تم کو جو جو چوائس ہے،</w:t>
      </w:r>
    </w:p>
    <w:p>
      <w:r>
        <w:rPr>
          <w:b/>
        </w:rPr>
        <w:t xml:space="preserve">[28:10] </w:t>
      </w:r>
      <w:r>
        <w:t>choice woh good aur bad ka nahi hai, all good aur all bad ka nahi hai ke tum all bad ko chodo, all good ko le lo.</w:t>
      </w:r>
    </w:p>
    <w:p>
      <w:pPr>
        <w:jc w:val="right"/>
      </w:pPr>
      <w:r>
        <w:t>چوائس وہ گڈ اور بیڈ کا نہیں ہے، ال گڈ اور ال بیڈ کا نہیں ہے کہ تم ال بیڈ کو چھوڑو، ال گڈ کو لے لو۔</w:t>
      </w:r>
    </w:p>
    <w:p>
      <w:r>
        <w:rPr>
          <w:b/>
        </w:rPr>
        <w:t xml:space="preserve">[28:22] </w:t>
      </w:r>
      <w:r>
        <w:t>yeh choice hai hi nahi.</w:t>
      </w:r>
    </w:p>
    <w:p>
      <w:pPr>
        <w:jc w:val="right"/>
      </w:pPr>
      <w:r>
        <w:t>یہ چوائس ہے ہی نہیں۔</w:t>
      </w:r>
    </w:p>
    <w:p>
      <w:r>
        <w:rPr>
          <w:b/>
        </w:rPr>
        <w:t xml:space="preserve">[28:26] </w:t>
      </w:r>
      <w:r>
        <w:t>yaani khair aur shar ka choice nahi hai.</w:t>
      </w:r>
    </w:p>
    <w:p>
      <w:pPr>
        <w:jc w:val="right"/>
      </w:pPr>
      <w:r>
        <w:t>یعنی خیر اور شر کا چوائس نہیں ہے۔</w:t>
      </w:r>
    </w:p>
    <w:p>
      <w:r>
        <w:rPr>
          <w:b/>
        </w:rPr>
        <w:t xml:space="preserve">[28:32] </w:t>
      </w:r>
      <w:r>
        <w:t>balkeh keh rahe hain ke behtar shar kaunsa hai? is ka choice hai. yeh kitni ajeeb baat hai yeh ke duniya mein jo choice hai tumhare liye, woh sirf yeh hai ke greater evil ko chodo, lesser evil ko le lo.</w:t>
      </w:r>
    </w:p>
    <w:p>
      <w:pPr>
        <w:jc w:val="right"/>
      </w:pPr>
      <w:r>
        <w:t>بلکہ کہہ رہے ہیں کہ بہتر شر کونسا ہے؟ اس کا چوائس ہے۔ یہ کتنی عجیب بات ہے یہ کہ دنیا میں جو چوائس ہے تمہارے لیے، وہ صرف یہ ہے کہ گریٹر ایول کو چھوڑو، لیسر ایول کو لے لو۔</w:t>
      </w:r>
    </w:p>
    <w:p>
      <w:r>
        <w:rPr>
          <w:b/>
        </w:rPr>
        <w:t xml:space="preserve">[28:52] </w:t>
      </w:r>
      <w:r>
        <w:t>all good aur all bad ka choice hai hi nahi.</w:t>
      </w:r>
    </w:p>
    <w:p>
      <w:pPr>
        <w:jc w:val="right"/>
      </w:pPr>
      <w:r>
        <w:t>ال گڈ اور ال بیڈ کا چوائس ہے ہی نہیں۔</w:t>
      </w:r>
    </w:p>
    <w:p>
      <w:r>
        <w:rPr>
          <w:b/>
        </w:rPr>
        <w:t xml:space="preserve">[28:57] </w:t>
      </w:r>
      <w:r>
        <w:t>ab aap dekhein to poori history mein jo bare bare log guzre hain, woh is baat ko nahi jaante the. poori poori history saare log jo hain, ideal state ke peeche daudte rahe,</w:t>
      </w:r>
    </w:p>
    <w:p>
      <w:pPr>
        <w:jc w:val="right"/>
      </w:pPr>
      <w:r>
        <w:t>اب آپ دیکھیں تو پوری ہسٹری میں جو بڑے بڑے لوگ گزرے ہیں، وہ اس بات کو نہیں جانتے تھے۔ پوری پوری ہسٹری سارے لوگ جو ہیں، اڈیل اسٹیٹ کے پیچھے دوڑتے رہے،</w:t>
      </w:r>
    </w:p>
    <w:p>
      <w:r>
        <w:rPr>
          <w:b/>
        </w:rPr>
        <w:t xml:space="preserve">[29:12] </w:t>
      </w:r>
      <w:r>
        <w:t>ideal samajh ke peeche daudte rahe, ideal nation ke peeche daudte rahe, ideal society ke peeche daudte rahe.</w:t>
      </w:r>
    </w:p>
    <w:p>
      <w:pPr>
        <w:jc w:val="right"/>
      </w:pPr>
      <w:r>
        <w:t>ائیڈیل سماج کے پیچھے دوڑتے رہے، ائیڈیل نیشن کے پیچھے دوڑتے رہے، ائیڈیل سوسائٹی کے پیچھے دوڑتے رہے۔</w:t>
      </w:r>
    </w:p>
    <w:p>
      <w:r>
        <w:rPr>
          <w:b/>
        </w:rPr>
        <w:t xml:space="preserve">[29:21] </w:t>
      </w:r>
      <w:r>
        <w:t>saare log, saare log, saare log ideal system ke peeche daudte rahe.</w:t>
      </w:r>
    </w:p>
    <w:p>
      <w:pPr>
        <w:jc w:val="right"/>
      </w:pPr>
      <w:r>
        <w:t>سارے لوگ، سارے لوگ، سارے لوگ ائیڈیل سسٹم کے پیچھے دوڑتے رہے۔</w:t>
      </w:r>
    </w:p>
    <w:p>
      <w:r>
        <w:rPr>
          <w:b/>
        </w:rPr>
        <w:t xml:space="preserve">[29:27] </w:t>
      </w:r>
      <w:r>
        <w:t>halankeh yeh choais un ke liye pasibal hi nahin tha. isi liye saare log fail. koi bhi aadmi, ek bhi aadmi nahin milega aap ko jo apne is qism ke goal ko paya ho, jis ne yaani is ne ideal state banaya ho,</w:t>
      </w:r>
    </w:p>
    <w:p>
      <w:pPr>
        <w:jc w:val="right"/>
      </w:pPr>
      <w:r>
        <w:t>حالانکہ یہ چوائس ان کے لیے پاسیبل ہی نہیں تھا۔ اسی لیے سارے لوگ فیل۔ کوئی بھی آدمی، ایک بھی آدمی نہیں ملے گا آپ کو جو اپنے اس قسم کے گول کو پایا ہو، جس نے یعنی اس نے ائیڈیل اسٹیٹ بنایا ہو،</w:t>
      </w:r>
    </w:p>
    <w:p>
      <w:r>
        <w:rPr>
          <w:b/>
        </w:rPr>
        <w:t xml:space="preserve">[29:47] </w:t>
      </w:r>
      <w:r>
        <w:t>ideal society banai ho, ideal system banaya ho, ideal family banai ho.</w:t>
      </w:r>
    </w:p>
    <w:p>
      <w:pPr>
        <w:jc w:val="right"/>
      </w:pPr>
      <w:r>
        <w:t>ائیڈیل سوسائٹی بنائی ہو، ائیڈیل سسٹم بنایا ہو، ائیڈیل فیملی بنائی ہو۔</w:t>
      </w:r>
    </w:p>
    <w:p>
      <w:r>
        <w:rPr>
          <w:b/>
        </w:rPr>
        <w:t xml:space="preserve">[30:00] </w:t>
      </w:r>
      <w:r>
        <w:t>kahin kahin bhi aap nahin dekhenge ideal nation banai ho. kyun? yeh duniya test ke liye hai. yeh duniya jannat nahin hai.</w:t>
      </w:r>
    </w:p>
    <w:p>
      <w:pPr>
        <w:jc w:val="right"/>
      </w:pPr>
      <w:r>
        <w:t>کہیں کہیں بھی آپ نہیں دیکھیں گے ائیڈیل نیشن بنائی ہو۔ کیوں؟ یہ دنیا ٹیسٹ کے لیے ہے۔ یہ دنیا جنت نہیں ہے۔</w:t>
      </w:r>
    </w:p>
    <w:p>
      <w:r>
        <w:rPr>
          <w:b/>
        </w:rPr>
        <w:t xml:space="preserve">[30:11] </w:t>
      </w:r>
      <w:r>
        <w:t>yehhan aap jannat nahin, jannat ka naam hai ideal place. idealism milega jannat mein. yeh duniya ke liye to yeh hai ke ideal cannot be achieved.</w:t>
      </w:r>
    </w:p>
    <w:p>
      <w:pPr>
        <w:jc w:val="right"/>
      </w:pPr>
      <w:r>
        <w:t>یہاں آپ جنت نہیں، جنت کا نام ہے ائیڈیل پلیس۔ ائیڈیلزم ملے گا جنت میں۔ یہ دنیا کے لیے تو یہ ہے کہ ائیڈیل کین ناٹ بی اچیوڈ۔</w:t>
      </w:r>
    </w:p>
    <w:p>
      <w:r>
        <w:rPr>
          <w:b/>
        </w:rPr>
        <w:t xml:space="preserve">[30:24] </w:t>
      </w:r>
      <w:r>
        <w:t>yeh duniya ka jo formula hai, woh yeh hai ke ideal cannot be achieved in this world.</w:t>
      </w:r>
    </w:p>
    <w:p>
      <w:pPr>
        <w:jc w:val="right"/>
      </w:pPr>
      <w:r>
        <w:t>یہ دنیا کا جو فارمولا ہے، وہ یہ ہے کہ ائیڈیل کین ناٹ بی اچیوڈ ان دس ورلڈ۔</w:t>
      </w:r>
    </w:p>
    <w:p>
      <w:r>
        <w:rPr>
          <w:b/>
        </w:rPr>
        <w:t xml:space="preserve">[30:32] </w:t>
      </w:r>
      <w:r>
        <w:t>ideal milega jannat mein, paradise mein. ab dekhen ke umar farooq ne kitni bari baat kahi jo poori poori history mein logon ko pata nahin thi ke aap ke liye jo choice hai, woh all good aur all bad ka choice nahin hai,</w:t>
      </w:r>
    </w:p>
    <w:p>
      <w:pPr>
        <w:jc w:val="right"/>
      </w:pPr>
      <w:r>
        <w:t>ائیڈیل ملے گا جنت میں، پیراڈائز میں۔ اب دیکھیں کہ عمر فاروق نے کتنی بڑی بات کہی جو پوری پوری ہسٹری میں لوگوں کو پتہ نہیں تھی کہ آپ کے لیے جو چوائس ہے، وہ ال گڈ اور ال بیڈ کا چوائس نہیں ہے،</w:t>
      </w:r>
    </w:p>
    <w:p>
      <w:r>
        <w:rPr>
          <w:b/>
        </w:rPr>
        <w:t xml:space="preserve">[30:48] </w:t>
      </w:r>
      <w:r>
        <w:t>balkeh lesser evil aur greater evil ka choice hai. is baat ko na janne ki wajah se logon ne apni poori poori zindagiyaan yaani west kar dein.</w:t>
      </w:r>
    </w:p>
    <w:p>
      <w:pPr>
        <w:jc w:val="right"/>
      </w:pPr>
      <w:r>
        <w:t>بلکہ لیسر ایول اور گریٹر ایول کا چوائس ہے۔ اس بات کو نہ جاننے کی وجہ سے لوگوں نے اپنی پوری پوری زندگیاں یعنی ویسٹ کر دیں۔</w:t>
      </w:r>
    </w:p>
    <w:p>
      <w:r>
        <w:rPr>
          <w:b/>
        </w:rPr>
        <w:t xml:space="preserve">[31:00] </w:t>
      </w:r>
      <w:r>
        <w:t>poori poori zindagi west kar diya, poori poori qaumon ko dauraya ek aise goal ki taraf jo achievable nahin tha.</w:t>
      </w:r>
    </w:p>
    <w:p>
      <w:pPr>
        <w:jc w:val="right"/>
      </w:pPr>
      <w:r>
        <w:t>پوری پوری زندگی ویسٹ کر دیا، پوری پوری قوموں کو دوڑایا ایک ایسے گول کی طرف جو اچیوبل نہیں تھا۔</w:t>
      </w:r>
    </w:p>
    <w:p>
      <w:r>
        <w:rPr>
          <w:b/>
        </w:rPr>
        <w:t xml:space="preserve">[31:09] </w:t>
      </w:r>
      <w:r>
        <w:t>poori history mein aise log milenge aap ko ke unhon ne apni qaum ko dauraya ek aise goal ki taraf jo achievable nahin tha. aakhir mein first name mare.</w:t>
      </w:r>
    </w:p>
    <w:p>
      <w:pPr>
        <w:jc w:val="right"/>
      </w:pPr>
      <w:r>
        <w:t>پوری ہسٹری میں ایسے لوگ ملیں گے آپ کو کہ انہوں نے اپنی قوم کو دوڑایا ایک ایسے گول کی طرف جو اچیوبل نہیں تھا۔ آخر میں فرسٹ نیم مرے۔</w:t>
      </w:r>
    </w:p>
    <w:p>
      <w:r>
        <w:rPr>
          <w:b/>
        </w:rPr>
        <w:t xml:space="preserve">[31:22] </w:t>
      </w:r>
      <w:r>
        <w:t>to yeh kaise pasibal hua ke umar farooq ke andar bohat ziyada modesty thi?</w:t>
      </w:r>
    </w:p>
    <w:p>
      <w:pPr>
        <w:jc w:val="right"/>
      </w:pPr>
      <w:r>
        <w:t>تو یہ کیسے پاسیبل ہوا کہ عمر فاروق کے اندر بہت زیادہ مادسٹی تھی؟</w:t>
      </w:r>
    </w:p>
    <w:p>
      <w:r>
        <w:rPr>
          <w:b/>
        </w:rPr>
        <w:t xml:space="preserve">[31:29] </w:t>
      </w:r>
      <w:r>
        <w:t>yaani par exla</w:t>
      </w:r>
    </w:p>
    <w:p>
      <w:pPr>
        <w:jc w:val="right"/>
      </w:pPr>
      <w:r>
        <w:t>یعنی پار ایکسلا</w:t>
      </w:r>
    </w:p>
    <w:p>
      <w:r>
        <w:rPr>
          <w:b/>
        </w:rPr>
        <w:t xml:space="preserve">[31:34] </w:t>
      </w:r>
      <w:r>
        <w:t>to the last extent. is wajah se un ka learning process non stop chalta rehta tha. dekhiye,</w:t>
      </w:r>
    </w:p>
    <w:p>
      <w:pPr>
        <w:jc w:val="right"/>
      </w:pPr>
      <w:r>
        <w:t>ٹو دا لاسٹ ایکسٹینٹ۔ اس وجہ سے ان کا لرننگ پراسیس نان اسٹاپ چلتا رہتا تھا۔ دیکھیے،</w:t>
      </w:r>
    </w:p>
    <w:p>
      <w:r>
        <w:rPr>
          <w:b/>
        </w:rPr>
        <w:t xml:space="preserve">[31:48] </w:t>
      </w:r>
      <w:r>
        <w:t>har aadmi aap ko kuch dene ki position mein hota hai, har situation mein kuch lesson aap ke liye hota hai.</w:t>
      </w:r>
    </w:p>
    <w:p>
      <w:pPr>
        <w:jc w:val="right"/>
      </w:pPr>
      <w:r>
        <w:t>ہر آدمی آپ کو کچھ دینے کی پوزیشن میں ہوتا ہے، ہر سچویشن میں کچھ لیسن آپ کے لیے ہوتا ہے۔</w:t>
      </w:r>
    </w:p>
    <w:p>
      <w:r>
        <w:rPr>
          <w:b/>
        </w:rPr>
        <w:t xml:space="preserve">[31:56] </w:t>
      </w:r>
      <w:r>
        <w:t>hamesha, har subah shaam. lekin kab aap is ko le paayenge?</w:t>
      </w:r>
    </w:p>
    <w:p>
      <w:pPr>
        <w:jc w:val="right"/>
      </w:pPr>
      <w:r>
        <w:t>ہمیشہ، ہر صبح شام۔ لیکن کب آپ اس کو لے پائیں گے؟</w:t>
      </w:r>
    </w:p>
    <w:p>
      <w:r>
        <w:rPr>
          <w:b/>
        </w:rPr>
        <w:t xml:space="preserve">[32:06] </w:t>
      </w:r>
      <w:r>
        <w:t>jab aap ke andar modesty ho. modesty nahin hogi to aap ka to door close rahega. aap ke mind ki khidkiyan band rahengi.</w:t>
      </w:r>
    </w:p>
    <w:p>
      <w:pPr>
        <w:jc w:val="right"/>
      </w:pPr>
      <w:r>
        <w:t>جب آپ کے اندر مادسٹی ہو۔ مادسٹی نہیں ہوگی تو آپ کا تو ڈور کلوز رہے گا۔ آپ کے مائنڈ کی کھڑکیاں بند رہیں گی۔</w:t>
      </w:r>
    </w:p>
    <w:p>
      <w:r>
        <w:rPr>
          <w:b/>
        </w:rPr>
        <w:t xml:space="preserve">[32:19] </w:t>
      </w:r>
      <w:r>
        <w:t>to arrogance mind ki khidkiyon ko band karta hai aur modesty mind ki khidkiyon ko khol deti hai. yeh hai sara maamla.</w:t>
      </w:r>
    </w:p>
    <w:p>
      <w:pPr>
        <w:jc w:val="right"/>
      </w:pPr>
      <w:r>
        <w:t>تو ارگنس مائنڈ کی کھڑکیوں کو بند کرتا ہے اور مادسٹی مائنڈ کی کھڑکیوں کو کھول دیتی ہے۔ یہ ہے سارا معاملہ۔</w:t>
      </w:r>
    </w:p>
    <w:p>
      <w:r>
        <w:rPr>
          <w:b/>
        </w:rPr>
        <w:t xml:space="preserve">[32:35] </w:t>
      </w:r>
      <w:r>
        <w:t>yeh baat jo mein keh raha hoon ke bohat sochne ki baat hai. khud meri zindagi ka jo experience hai, woh yahi hai.</w:t>
      </w:r>
    </w:p>
    <w:p>
      <w:pPr>
        <w:jc w:val="right"/>
      </w:pPr>
      <w:r>
        <w:t>یہ بات جو میں کہہ رہا ہوں کہ بہت سوچنے کی بات ہے۔ خود میری زندگی کا جو ایکسپیرینس ہے، وہ یہی ہے۔</w:t>
      </w:r>
    </w:p>
    <w:p>
      <w:r>
        <w:rPr>
          <w:b/>
        </w:rPr>
        <w:t xml:space="preserve">[32:45] </w:t>
      </w:r>
      <w:r>
        <w:t>is mein ek aur baat shamil kar di hai jo aaj ke zamane mein hamari samajh mein aayi hai, woh hai conditioning. conditioning yaani jis aadmi ko bachpan mein is ke maa baap kahein ke koi pooche to kaho ke hum aap ko sab maloom hai.</w:t>
      </w:r>
    </w:p>
    <w:p>
      <w:pPr>
        <w:jc w:val="right"/>
      </w:pPr>
      <w:r>
        <w:t>اس میں ایک اور بات شامل کر دی ہے جو آج کے زمانے میں ہماری سمجھ میں آئی ہے، وہ ہے کنڈیشننگ۔ کنڈیشننگ یعنی جس آدمی کو بچپن میں اس کے ماں باپ کہیں کہ کوئی پوچھے تو کہو کہ ہم آپ کو سب معلوم ہے۔</w:t>
      </w:r>
    </w:p>
    <w:p>
      <w:r>
        <w:rPr>
          <w:b/>
        </w:rPr>
        <w:t xml:space="preserve">[33:04] </w:t>
      </w:r>
      <w:r>
        <w:t>to kya un ki conditioning woh kar rahe hain kis mein? arrogance mein.</w:t>
      </w:r>
    </w:p>
    <w:p>
      <w:pPr>
        <w:jc w:val="right"/>
      </w:pPr>
      <w:r>
        <w:t>تو کیا ان کی کنڈیشننگ وہ کر رہے ہیں کس میں؟ ارگنز میں۔</w:t>
      </w:r>
    </w:p>
    <w:p>
      <w:r>
        <w:rPr>
          <w:b/>
        </w:rPr>
        <w:t xml:space="preserve">[33:11] </w:t>
      </w:r>
      <w:r>
        <w:t>aisi jo hawa culture hai, jo entertainment culture hai, enjoy culture hai, is mein bhi kya hota hai? koi kisi ko kuch kehta nahin, criticize nahin karta,</w:t>
      </w:r>
    </w:p>
    <w:p>
      <w:pPr>
        <w:jc w:val="right"/>
      </w:pPr>
      <w:r>
        <w:t>ایسی جو ہوا کلچر ہے، جو انٹرٹینمنٹ کلچر ہے، انجوائے کلچر ہے، اس میں بھی کیا ہوتا ہے؟ کوئی کسی کو کچھ کہتا نہیں، کریٹیسائز نہیں کرتا،</w:t>
      </w:r>
    </w:p>
    <w:p>
      <w:r>
        <w:rPr>
          <w:b/>
        </w:rPr>
        <w:t xml:space="preserve">[33:25] </w:t>
      </w:r>
      <w:r>
        <w:t>balkeh hawa kar ke sirf is ke yaani is ko har baat ko tamasha bana dete hain. is zamane mein criticism taboo bana hua hai.</w:t>
      </w:r>
    </w:p>
    <w:p>
      <w:pPr>
        <w:jc w:val="right"/>
      </w:pPr>
      <w:r>
        <w:t>بلکہ ہوا کر کے صرف اس کے یعنی اس کو ہر بات کو تماشہ بنا دیتے ہیں۔ اس زمانے میں کریٹیسزم ٹیبو بنا ہوا ہے۔</w:t>
      </w:r>
    </w:p>
    <w:p>
      <w:r>
        <w:rPr>
          <w:b/>
        </w:rPr>
        <w:t xml:space="preserve">[33:35] </w:t>
      </w:r>
      <w:r>
        <w:t>taboo</w:t>
      </w:r>
    </w:p>
    <w:p>
      <w:pPr>
        <w:jc w:val="right"/>
      </w:pPr>
      <w:r>
        <w:t>ٹیبو</w:t>
      </w:r>
    </w:p>
    <w:p>
      <w:r>
        <w:rPr>
          <w:b/>
        </w:rPr>
        <w:t xml:space="preserve">[33:38] </w:t>
      </w:r>
      <w:r>
        <w:t>is zamane mein criticism taboo bana hua hai.</w:t>
      </w:r>
    </w:p>
    <w:p>
      <w:pPr>
        <w:jc w:val="right"/>
      </w:pPr>
      <w:r>
        <w:t>اس زمانے میں کریٹیسزم ٹیبو بنا ہوا ہے۔</w:t>
      </w:r>
    </w:p>
    <w:p>
      <w:r>
        <w:rPr>
          <w:b/>
        </w:rPr>
        <w:t xml:space="preserve">[33:42] </w:t>
      </w:r>
      <w:r>
        <w:t>mein ne ek ek program suna radio par to bachche the kisi ghar mein, wahan koi aaya</w:t>
      </w:r>
    </w:p>
    <w:p>
      <w:pPr>
        <w:jc w:val="right"/>
      </w:pPr>
      <w:r>
        <w:t>میں نے ایک ایک پروگرام سنا ریڈیو پر تو بچے تھے کسی گھر میں، وہاں کوئی آیا</w:t>
      </w:r>
    </w:p>
    <w:p>
      <w:r>
        <w:rPr>
          <w:b/>
        </w:rPr>
        <w:t xml:space="preserve">[33:54] </w:t>
      </w:r>
      <w:r>
        <w:t>to is ne kuch toka kisi baat par. hai mere bachchon ko aisa mat kaho, yeh to aap mujh ko demoralize kar denge.</w:t>
      </w:r>
    </w:p>
    <w:p>
      <w:pPr>
        <w:jc w:val="right"/>
      </w:pPr>
      <w:r>
        <w:t>تو اس نے کچھ ٹوکا کسی بات پر۔ ہے میرے بچوں کو ایسا مت کہو، یہ تو آپ مجھ کو ڈی مورلائز کر دیں گے۔</w:t>
      </w:r>
    </w:p>
    <w:p>
      <w:r>
        <w:rPr>
          <w:b/>
        </w:rPr>
        <w:t xml:space="preserve">[34:05] </w:t>
      </w:r>
      <w:r>
        <w:t>mein khud apna aik tajruba batata hoon.</w:t>
      </w:r>
    </w:p>
    <w:p>
      <w:pPr>
        <w:jc w:val="right"/>
      </w:pPr>
      <w:r>
        <w:t>میں خود اپنا ایک تجربہ بتاتا ہوں۔</w:t>
      </w:r>
    </w:p>
    <w:p>
      <w:r>
        <w:rPr>
          <w:b/>
        </w:rPr>
        <w:t xml:space="preserve">[34:08] </w:t>
      </w:r>
      <w:r>
        <w:t>bohat din ki baat hai, mein aik sahib se milne ke liye gaya un ke ghar par. un ka aik beta tha, chhota tha abhi. to aik bartan mein kuch rakha hua tha,</w:t>
      </w:r>
    </w:p>
    <w:p>
      <w:pPr>
        <w:jc w:val="right"/>
      </w:pPr>
      <w:r>
        <w:t>بہت دن کی بات ہے، میں ایک صاحب سے ملنے کے لیے گیا ان کے گھر پر۔ ان کا ایک بیٹا تھا، چھوٹا تھا ابھی۔ تو ایک برتن میں کچھ رکھا ہوا تھا،</w:t>
      </w:r>
    </w:p>
    <w:p>
      <w:r>
        <w:rPr>
          <w:b/>
        </w:rPr>
        <w:t xml:space="preserve">[34:23] </w:t>
      </w:r>
      <w:r>
        <w:t>kuch woh khane peene ki cheez, sokhi galla waghera tha, koi aisa kuch. to bachcha aise hila hila kar ke us ko gira raha tha idhar udhar.</w:t>
      </w:r>
    </w:p>
    <w:p>
      <w:pPr>
        <w:jc w:val="right"/>
      </w:pPr>
      <w:r>
        <w:t>کچھ وہ کھانے پینے کی چیز، سوکھی گلہ وغیرہ تھا، کوئی ایسا کچھ۔ تو بچہ ایسے ہلا ہلا کر کے اس کو گرا رہا تھا ادھر ادھر۔</w:t>
      </w:r>
    </w:p>
    <w:p>
      <w:r>
        <w:rPr>
          <w:b/>
        </w:rPr>
        <w:t xml:space="preserve">[34:34] </w:t>
      </w:r>
      <w:r>
        <w:t>to maine us ko mana kiya ke bhai yeh yeh dana hai, aap daane ko gira rahe hain. to baap ne kaha nahi nahi, mere bachche ko mana mat kijiye, us se uska dil toot jayega,</w:t>
      </w:r>
    </w:p>
    <w:p>
      <w:pPr>
        <w:jc w:val="right"/>
      </w:pPr>
      <w:r>
        <w:t>تو میں نے اس کو منع کیا کہ بھئی یہ یہ دانہ ہے، آپ دانے کو گرا رہے ہیں۔ تو باپ نے کہا نہیں نہیں، میرے بچے کو منع مت کیجئے، اس سے اس کا دل ٹوٹ جائے گا،</w:t>
      </w:r>
    </w:p>
    <w:p>
      <w:r>
        <w:rPr>
          <w:b/>
        </w:rPr>
        <w:t xml:space="preserve">[34:50] </w:t>
      </w:r>
      <w:r>
        <w:t>us se woh de-moralize ho jayega. to aaj kal ke zamane mein mein dekhta hoon ke logon ne criticism ko taboo bana liya.</w:t>
      </w:r>
    </w:p>
    <w:p>
      <w:pPr>
        <w:jc w:val="right"/>
      </w:pPr>
      <w:r>
        <w:t>اس سے وہ ڈی مورلائز ہو جائے گا۔ تو آج کل کے زمانے میں میں دیکھتا ہوں کہ لوگوں نے کریٹیسزم کو ٹیبو بنا لیا۔</w:t>
      </w:r>
    </w:p>
    <w:p>
      <w:r>
        <w:rPr>
          <w:b/>
        </w:rPr>
        <w:t xml:space="preserve">[35:00] </w:t>
      </w:r>
      <w:r>
        <w:t>taboo</w:t>
      </w:r>
    </w:p>
    <w:p>
      <w:pPr>
        <w:jc w:val="right"/>
      </w:pPr>
      <w:r>
        <w:t>ٹیبو</w:t>
      </w:r>
    </w:p>
    <w:p>
      <w:r>
        <w:rPr>
          <w:b/>
        </w:rPr>
        <w:t xml:space="preserve">[35:02] </w:t>
      </w:r>
      <w:r>
        <w:t>woh chahte hain ke hum ko achhi achhi baatein sunne ko milein, praise sunne ko mile, aisi baat mile jis se hamare organs ko feed kar rahi ho.</w:t>
      </w:r>
    </w:p>
    <w:p>
      <w:pPr>
        <w:jc w:val="right"/>
      </w:pPr>
      <w:r>
        <w:t>وہ چاہتے ہیں کہ ہم کو اچھی اچھی باتیں سننے کو ملیں، پریز سننے کو ملے، ایسی بات ملے جس سے ہمارے ارگنز کو فیڈ کر رہی ہو۔</w:t>
      </w:r>
    </w:p>
    <w:p>
      <w:r>
        <w:rPr>
          <w:b/>
        </w:rPr>
        <w:t xml:space="preserve">[35:13] </w:t>
      </w:r>
      <w:r>
        <w:t>ab zahir hai ke aisi halat mein un ka learning process kahan se chalega? kuch bhi nahi seekh payenge woh.</w:t>
      </w:r>
    </w:p>
    <w:p>
      <w:pPr>
        <w:jc w:val="right"/>
      </w:pPr>
      <w:r>
        <w:t>اب ظاہر ہے کہ ایسی حالت میں ان کا لرننگ پراسیس کہاں سے چلے گا؟ کچھ بھی نہیں سیکھ پائیں گے وہ۔</w:t>
      </w:r>
    </w:p>
    <w:p>
      <w:r>
        <w:rPr>
          <w:b/>
        </w:rPr>
        <w:t xml:space="preserve">[35:23] </w:t>
      </w:r>
      <w:r>
        <w:t>institutes jeete hain, institutes marte hain. intellectual development in ka ruka rehta hai,</w:t>
      </w:r>
    </w:p>
    <w:p>
      <w:pPr>
        <w:jc w:val="right"/>
      </w:pPr>
      <w:r>
        <w:t>انسٹیٹیوٹ جیتے ہیں، انسٹیٹیوٹ مرتے ہیں۔ انٹلیکچول ڈیولپمنٹ ان کا رکا رہتا ہے،</w:t>
      </w:r>
    </w:p>
    <w:p>
      <w:r>
        <w:rPr>
          <w:b/>
        </w:rPr>
        <w:t xml:space="preserve">[35:33] </w:t>
      </w:r>
      <w:r>
        <w:t>in ka intellectual development ruka rehta hai.</w:t>
      </w:r>
    </w:p>
    <w:p>
      <w:pPr>
        <w:jc w:val="right"/>
      </w:pPr>
      <w:r>
        <w:t>ان کا انٹلیکچول ڈیولپمنٹ رکا رہتا ہے۔</w:t>
      </w:r>
    </w:p>
    <w:p>
      <w:r>
        <w:rPr>
          <w:b/>
        </w:rPr>
        <w:t xml:space="preserve">[35:39] </w:t>
      </w:r>
      <w:r>
        <w:t>to sahi maano mein dekhein to organ culture jo hai, woh koi culture nahi hai. jo culture hai sahi, woh hai modesty culture.</w:t>
      </w:r>
    </w:p>
    <w:p>
      <w:pPr>
        <w:jc w:val="right"/>
      </w:pPr>
      <w:r>
        <w:t>تو صحیح معنوں میں دیکھیں تو ارگنٹ کلچر جو ہے، وہ کوئی کلچر نہیں ہے۔ جو کلچر ہے صحیح، وہ ہے مادسٹی کلچر۔</w:t>
      </w:r>
    </w:p>
    <w:p>
      <w:r>
        <w:rPr>
          <w:b/>
        </w:rPr>
        <w:t xml:space="preserve">[35:53] </w:t>
      </w:r>
      <w:r>
        <w:t>modesty hai to sab kuch hai, modesty nahi hai to kuch bhi nahi hai.</w:t>
      </w:r>
    </w:p>
    <w:p>
      <w:pPr>
        <w:jc w:val="right"/>
      </w:pPr>
      <w:r>
        <w:t>مادسٹی ہے تو سب کچھ ہے، مادسٹی نہیں ہے تو کچھ بھی نہیں ہے۔</w:t>
      </w:r>
    </w:p>
    <w:p>
      <w:r>
        <w:rPr>
          <w:b/>
        </w:rPr>
        <w:t xml:space="preserve">[36:05] </w:t>
      </w:r>
      <w:r>
        <w:t>aaj kal mein dekhta hoon ke logon ke andar pride bohat hai. pride jis ko dekhiye apne history par, woh us ko pride hai.</w:t>
      </w:r>
    </w:p>
    <w:p>
      <w:pPr>
        <w:jc w:val="right"/>
      </w:pPr>
      <w:r>
        <w:t>آج کل میں دیکھتا ہوں کہ لوگوں کے اندر پرائیڈ بہت ہے۔ پرائیڈ جس کو دیکھیے اپنے ہسٹری پر، وہ اس کو پرائیڈ ہے۔</w:t>
      </w:r>
    </w:p>
    <w:p>
      <w:r>
        <w:rPr>
          <w:b/>
        </w:rPr>
        <w:t xml:space="preserve">[36:14] </w:t>
      </w:r>
      <w:r>
        <w:t>har ek mein dekhta hoon, har qaum mein, har nation mein, har group mein pride, apni family ko le kar pride, apni qaum ko le kar pride, apne desh ko le kar pride.</w:t>
      </w:r>
    </w:p>
    <w:p>
      <w:pPr>
        <w:jc w:val="right"/>
      </w:pPr>
      <w:r>
        <w:t>ہر ایک میں دیکھتا ہوں، ہر قوم میں، ہر نیشن میں، ہر گروپ میں پرائیڈ، اپنی فیملی کو لے کر پرائیڈ، اپنی قوم کو لے کر پرائیڈ، اپنے دیش کو لے کر پرائیڈ۔</w:t>
      </w:r>
    </w:p>
    <w:p>
      <w:r>
        <w:rPr>
          <w:b/>
        </w:rPr>
        <w:t xml:space="preserve">[36:28] </w:t>
      </w:r>
      <w:r>
        <w:t>pride, pride kya hai?</w:t>
      </w:r>
    </w:p>
    <w:p>
      <w:pPr>
        <w:jc w:val="right"/>
      </w:pPr>
      <w:r>
        <w:t>پرائیڈ، پرائیڈ کیا ہے؟</w:t>
      </w:r>
    </w:p>
    <w:p>
      <w:r>
        <w:rPr>
          <w:b/>
        </w:rPr>
        <w:t xml:space="preserve">[36:33] </w:t>
      </w:r>
      <w:r>
        <w:t>pride organs ka doosra naam hai.</w:t>
      </w:r>
    </w:p>
    <w:p>
      <w:pPr>
        <w:jc w:val="right"/>
      </w:pPr>
      <w:r>
        <w:t>پرائیڈ ارگنز کا دوسرا نام ہے۔</w:t>
      </w:r>
    </w:p>
    <w:p>
      <w:r>
        <w:rPr>
          <w:b/>
        </w:rPr>
        <w:t xml:space="preserve">[36:39] </w:t>
      </w:r>
      <w:r>
        <w:t>hum ko fakhr hai apni family par, hum ko fakhr hai apne apne apni qaum par, hum ko fakhr hai apne samaj par, hum ko fakhr hai apne leaders par, hum ko fakhr hai apne apne akabir par.</w:t>
      </w:r>
    </w:p>
    <w:p>
      <w:pPr>
        <w:jc w:val="right"/>
      </w:pPr>
      <w:r>
        <w:t>ہم کو فخر ہے اپنی فیملی پر، ہم کو فخر ہے اپنے اپنے اپنی قوم پر، ہم کو فخر ہے اپنے سماج پر، ہم کو فخر ہے اپنے لیڈروں پر، ہم کو فخر ہے اپنے اپنے اکابر پر۔</w:t>
      </w:r>
    </w:p>
    <w:p>
      <w:r>
        <w:rPr>
          <w:b/>
        </w:rPr>
        <w:t xml:space="preserve">[36:55] </w:t>
      </w:r>
      <w:r>
        <w:t>yeh kya hai? fakhr jo hai, sirf doosra naam hai organs ka.</w:t>
      </w:r>
    </w:p>
    <w:p>
      <w:pPr>
        <w:jc w:val="right"/>
      </w:pPr>
      <w:r>
        <w:t>یہ کیا ہے؟ فخر جو ہے، صرف دوسرا نام ہے ارگنز کا۔</w:t>
      </w:r>
    </w:p>
    <w:p>
      <w:r>
        <w:rPr>
          <w:b/>
        </w:rPr>
        <w:t xml:space="preserve">[37:02] </w:t>
      </w:r>
      <w:r>
        <w:t>log organs nahi bolte to fakhr bolte hain.</w:t>
      </w:r>
    </w:p>
    <w:p>
      <w:pPr>
        <w:jc w:val="right"/>
      </w:pPr>
      <w:r>
        <w:t>لوگ ارگنز نہیں بولتے تو فخر بولتے ہیں۔</w:t>
      </w:r>
    </w:p>
    <w:p>
      <w:r>
        <w:rPr>
          <w:b/>
        </w:rPr>
        <w:t xml:space="preserve">[37:09] </w:t>
      </w:r>
      <w:r>
        <w:t>organs na bol kar ke fakhr bolte hain.</w:t>
      </w:r>
    </w:p>
    <w:p>
      <w:pPr>
        <w:jc w:val="right"/>
      </w:pPr>
      <w:r>
        <w:t>ارگنز نہ بول کر کے فخر بولتے ہیں۔</w:t>
      </w:r>
    </w:p>
    <w:p>
      <w:r>
        <w:rPr>
          <w:b/>
        </w:rPr>
        <w:t xml:space="preserve">[37:17] </w:t>
      </w:r>
      <w:r>
        <w:t>phir kya hota hai ke is is psychology mein jo log jeete hain, is nafsiyat mein jo log jeete hain, un ke haan learning process r</w:t>
      </w:r>
    </w:p>
    <w:p>
      <w:pPr>
        <w:jc w:val="right"/>
      </w:pPr>
      <w:r>
        <w:t>پھر کیا ہوتا ہے کہ اس اس سائیکالوجی میں جو لوگ جیتے ہیں، اس نفسیات میں جو لوگ جیتے ہیں، ان کے ہاں لرننگ پراسیس ر</w:t>
      </w:r>
    </w:p>
    <w:p>
      <w:r>
        <w:rPr>
          <w:b/>
        </w:rPr>
        <w:t xml:space="preserve">[37:29] </w:t>
      </w:r>
      <w:r>
        <w:t>ruk jata hai. aik aur cheez dekhiye, mein samajhta hoon ke is duniya mein jo sab se bari moral value hai, moral value, human value, sab se bari jo human value ki baat hai,</w:t>
      </w:r>
    </w:p>
    <w:p>
      <w:pPr>
        <w:jc w:val="right"/>
      </w:pPr>
      <w:r>
        <w:t>ک جاتا ہے۔ ایک اور چیز دیکھیے، میں سمجھتا ہوں کہ اس دنیا میں جو سب سے بڑی مورل ویلیو ہے، مورل ویلیو، ہیومن ویلیو، سب سے بڑی جو ہیومن ویلیو کی بات ہے،</w:t>
      </w:r>
    </w:p>
    <w:p>
      <w:r>
        <w:rPr>
          <w:b/>
        </w:rPr>
        <w:t xml:space="preserve">[37:42] </w:t>
      </w:r>
      <w:r>
        <w:t>woh hai love, mohabbat. isi ko Christ ne kaha tha, Hazrat Masih ne ke "love your enemy" yani "love all including your enemy".</w:t>
      </w:r>
    </w:p>
    <w:p>
      <w:pPr>
        <w:jc w:val="right"/>
      </w:pPr>
      <w:r>
        <w:t>وہ ہے لو، محبت۔ اسی کو کرائسٹ نے کہا تھا، حضرت مسیح نے کہ "لو یور اینمی" یعنی "لو ال انکلوڈنگ یور اینمی"۔</w:t>
      </w:r>
    </w:p>
    <w:p>
      <w:r>
        <w:rPr>
          <w:b/>
        </w:rPr>
        <w:t xml:space="preserve">[37:58] </w:t>
      </w:r>
      <w:r>
        <w:t>sab se mohabbat karo. to love culture jo hai, wohi insani culture hai. love culture insani culture hai, lekin love culture kahan chalegi?</w:t>
      </w:r>
    </w:p>
    <w:p>
      <w:pPr>
        <w:jc w:val="right"/>
      </w:pPr>
      <w:r>
        <w:t>سب سے محبت کرو۔ تو گا لو کلچر جو ہے، وہی انسانی کلچر ہے۔ لو کلچر انسانی کلچر ہے، لیکن لو کلچر کہاں چلے گا؟</w:t>
      </w:r>
    </w:p>
    <w:p>
      <w:r>
        <w:rPr>
          <w:b/>
        </w:rPr>
        <w:t xml:space="preserve">[38:14] </w:t>
      </w:r>
      <w:r>
        <w:t>jahan log modest hon, jahan log organ hon, wahan love culture chalegi nahi. jis samaj mein yaad rakhiye,</w:t>
      </w:r>
    </w:p>
    <w:p>
      <w:pPr>
        <w:jc w:val="right"/>
      </w:pPr>
      <w:r>
        <w:t>جہاں لوگ مادسٹ ہوں، جہاں لوگ ارگنٹ ہوں، وہاں لو کلچر چلے گی نہیں۔ جس سماج میں یاد رکھیے،</w:t>
      </w:r>
    </w:p>
    <w:p>
      <w:r>
        <w:rPr>
          <w:b/>
        </w:rPr>
        <w:t xml:space="preserve">[38:26] </w:t>
      </w:r>
      <w:r>
        <w:t>jis samaj mein logon ke andar organs hon, wahan is ka kya dekhenge? aap wahan par hi hate dekhenge. har aadmi doosre ko hate karega, jaise anj, jaise satan tha, iblis.</w:t>
      </w:r>
    </w:p>
    <w:p>
      <w:pPr>
        <w:jc w:val="right"/>
      </w:pPr>
      <w:r>
        <w:t>جس سماج میں لوگوں کے اندر ارگنز ہوں، وہاں اس کا کیا دیکھیں گے؟ آپ وہاں پر ہیٹ دیکھیں گے۔ ہر آدمی دوسرے کو ہیٹ کرے گا، جیسے انج، جیسے سیٹن تھا، ابلیس۔</w:t>
      </w:r>
    </w:p>
    <w:p>
      <w:r>
        <w:rPr>
          <w:b/>
        </w:rPr>
        <w:t xml:space="preserve">[38:38] </w:t>
      </w:r>
      <w:r>
        <w:t>iblis ke mind mein organs tha, to us ne adam se hate kiya,</w:t>
      </w:r>
    </w:p>
    <w:p>
      <w:pPr>
        <w:jc w:val="right"/>
      </w:pPr>
      <w:r>
        <w:t>ابلیس کے مائنڈ میں ارگنز تھا، تو اس نے آدم سے ہیٹ کیا،</w:t>
      </w:r>
    </w:p>
    <w:p>
      <w:r>
        <w:rPr>
          <w:b/>
        </w:rPr>
        <w:t xml:space="preserve">[38:46] </w:t>
      </w:r>
      <w:r>
        <w:t>adam se hate kiya us ne, kyunke is mind mein organs bhara hua tha.</w:t>
      </w:r>
    </w:p>
    <w:p>
      <w:pPr>
        <w:jc w:val="right"/>
      </w:pPr>
      <w:r>
        <w:t>آدم سے ہیٹ کیا اس نے، کیونکہ اس مائنڈ میں ارگنز بھرا ہوا تھا۔</w:t>
      </w:r>
    </w:p>
    <w:p>
      <w:r>
        <w:rPr>
          <w:b/>
        </w:rPr>
        <w:t xml:space="preserve">[38:52] </w:t>
      </w:r>
      <w:r>
        <w:t>to dekhiye, aisa samaj jis mein log ek doosre se mohabbat karen, aisa samaj jis mein log ek doosre ke well-wisher hon, woh samaj kab banega?</w:t>
      </w:r>
    </w:p>
    <w:p>
      <w:pPr>
        <w:jc w:val="right"/>
      </w:pPr>
      <w:r>
        <w:t>تو دیکھیے، ایسا سماج جس میں لوگ ایک دوسرے سے محبت کریں، ایسا سماج جس میں لوگ ایک دوسرے کے ولویشر ہوں، وہ سماج کب بنے گا؟</w:t>
      </w:r>
    </w:p>
    <w:p>
      <w:r>
        <w:rPr>
          <w:b/>
        </w:rPr>
        <w:t xml:space="preserve">[39:06] </w:t>
      </w:r>
      <w:r>
        <w:t>jab samaj ke jo members hain, un ke andar modesty ho, organs na ho, nahin to banega nahin.</w:t>
      </w:r>
    </w:p>
    <w:p>
      <w:pPr>
        <w:jc w:val="right"/>
      </w:pPr>
      <w:r>
        <w:t>جب سماج کے جو ممبرز ہیں، ان کے اندر مادسٹی ہو، ارگنز نہ ہو، نہیں تو بنے گا نہیں۔</w:t>
      </w:r>
    </w:p>
    <w:p>
      <w:r>
        <w:rPr>
          <w:b/>
        </w:rPr>
        <w:t xml:space="preserve">[39:17] </w:t>
      </w:r>
      <w:r>
        <w:t>aur aaj kal wahi aap dekh rahe hain ke aaj kal ke samaj mein mohabbat kahan hai?</w:t>
      </w:r>
    </w:p>
    <w:p>
      <w:pPr>
        <w:jc w:val="right"/>
      </w:pPr>
      <w:r>
        <w:t>اور آج کل وہی آپ دیکھ رہے ہیں کہ آج کل کے سماج میں محبت کہاں ہے؟</w:t>
      </w:r>
    </w:p>
    <w:p>
      <w:r>
        <w:rPr>
          <w:b/>
        </w:rPr>
        <w:t xml:space="preserve">[39:22] </w:t>
      </w:r>
      <w:r>
        <w:t>har taraf hate bhari hui hai logon ke dilon mein.</w:t>
      </w:r>
    </w:p>
    <w:p>
      <w:pPr>
        <w:jc w:val="right"/>
      </w:pPr>
      <w:r>
        <w:t>ہر طرف ہیٹ بھری ہوئی ہے لوگوں کے دلوں میں۔</w:t>
      </w:r>
    </w:p>
    <w:p>
      <w:r>
        <w:rPr>
          <w:b/>
        </w:rPr>
        <w:t xml:space="preserve">[39:27] </w:t>
      </w:r>
      <w:r>
        <w:t>to aisa hota kyun hai? yaani modesty kyun wajah hai banti hai? yaani mohabbat wale samaj ki, aur organs kyun banta hai nafrat wale samaj ke zariye?</w:t>
      </w:r>
    </w:p>
    <w:p>
      <w:pPr>
        <w:jc w:val="right"/>
      </w:pPr>
      <w:r>
        <w:t>تو ایسا ہوتا کیوں ہے؟ یعنی مادسٹی کیوں وجہ ہے بنتی ہے؟ یعنی محبت والے سماج کی، اور ارگنز کیوں بنتا ہے نفرت والے سماج کے ذریعے؟</w:t>
      </w:r>
    </w:p>
    <w:p>
      <w:r>
        <w:rPr>
          <w:b/>
        </w:rPr>
        <w:t xml:space="preserve">[39:42] </w:t>
      </w:r>
      <w:r>
        <w:t>iska sabab dekhiye yeh hai ke jab aap logon ke sath jeet rehte hain, samaj ke andar rehte hain, to</w:t>
      </w:r>
    </w:p>
    <w:p>
      <w:pPr>
        <w:jc w:val="right"/>
      </w:pPr>
      <w:r>
        <w:t>اس کا سبب دیکھیے یہ ہے کہ جب آپ لوگوں کے ساتھ جیت رہتے ہیں، سماج کے اندر رہتے ہیں، تو</w:t>
      </w:r>
    </w:p>
    <w:p>
      <w:r>
        <w:rPr>
          <w:b/>
        </w:rPr>
        <w:t xml:space="preserve">[39:56] </w:t>
      </w:r>
      <w:r>
        <w:t>hamesha kuch na kuch ek doosre se shikayat ho jayegi. hamesha</w:t>
      </w:r>
    </w:p>
    <w:p>
      <w:pPr>
        <w:jc w:val="right"/>
      </w:pPr>
      <w:r>
        <w:t>ہمیشہ کچھ نہ کچھ ایک دوسرے سے شکایت ہو جائے گی۔ ہمیشہ</w:t>
      </w:r>
    </w:p>
    <w:p>
      <w:r>
        <w:rPr>
          <w:b/>
        </w:rPr>
        <w:t xml:space="preserve">[40:06] </w:t>
      </w:r>
      <w:r>
        <w:t>har aadmi ka test different hai,</w:t>
      </w:r>
    </w:p>
    <w:p>
      <w:pPr>
        <w:jc w:val="right"/>
      </w:pPr>
      <w:r>
        <w:t>ہر آدمی کا ٹیسٹ ڈفرنٹ ہے،</w:t>
      </w:r>
    </w:p>
    <w:p>
      <w:r>
        <w:rPr>
          <w:b/>
        </w:rPr>
        <w:t xml:space="preserve">[40:09] </w:t>
      </w:r>
      <w:r>
        <w:t>har aadmi ka mizaj different hai, har aadmi ko freedom bhi mili hui hai. in sab baaton ki wajah se bar bar aisa hota hai ke meri baat aap ko buri lag jati hai, aap ki baat mujh ko achhi nahin lagti.</w:t>
      </w:r>
    </w:p>
    <w:p>
      <w:pPr>
        <w:jc w:val="right"/>
      </w:pPr>
      <w:r>
        <w:t>ہر آدمی کا مزاج ڈفرنٹ ہے، ہر آدمی کو فریڈم بھی ملی ہوئی ہے۔ ان سب باتوں کی وجہ سے بار بار ایسا ہوتا ہے کہ میری بات آپ کو بری لگ جاتی ہے، آپ کی بات مجھ کو اچھی نہیں لگتی۔</w:t>
      </w:r>
    </w:p>
    <w:p>
      <w:r>
        <w:rPr>
          <w:b/>
        </w:rPr>
        <w:t xml:space="preserve">[40:25] </w:t>
      </w:r>
      <w:r>
        <w:t>yeh bar bar hota hai. to agar aap ke andar organs hain to foran is ko aap bohat hi شدت ke sath le lenge, aap bohat شدت se feel karenge is ko.</w:t>
      </w:r>
    </w:p>
    <w:p>
      <w:pPr>
        <w:jc w:val="right"/>
      </w:pPr>
      <w:r>
        <w:t>یہ بار بار ہوتا ہے۔ تو اگر آپ کے اندر ارگنز ہیں تو فوراً اس کو آپ بہت ہی شدت کے ساتھ لے لیں گے، آپ بہت شدت سے فیل کریں گے اس کو۔</w:t>
      </w:r>
    </w:p>
    <w:p>
      <w:r>
        <w:rPr>
          <w:b/>
        </w:rPr>
        <w:t xml:space="preserve">[40:40] </w:t>
      </w:r>
      <w:r>
        <w:t>mujh ko aisa keh diya, mujh ko aisa keh diya.</w:t>
      </w:r>
    </w:p>
    <w:p>
      <w:pPr>
        <w:jc w:val="right"/>
      </w:pPr>
      <w:r>
        <w:t>مجھ کو ایسا کہہ دیا، مجھ کو ایسا کہہ دیا۔</w:t>
      </w:r>
    </w:p>
    <w:p>
      <w:r>
        <w:rPr>
          <w:b/>
        </w:rPr>
        <w:t xml:space="preserve">[40:47] </w:t>
      </w:r>
      <w:r>
        <w:t>aur agar aap ke andar modesty ho to aap ignore karenge, ignore karenge. jaise aaj kal hum dekhte hain ke agar kisi mazhab ke khilaf, kisi ke mazhab ke khilaf koi remark de dein to bohat ghussa ho jate hain log.</w:t>
      </w:r>
    </w:p>
    <w:p>
      <w:pPr>
        <w:jc w:val="right"/>
      </w:pPr>
      <w:r>
        <w:t>اور اگر آپ کے اندر مادسٹی ہو تو آپ اگنور کریں گے، اگنور کریں گے۔ جیسے آج کل ہم دیکھتے ہیں کہ اگر کسی مذہب کے خلاف، کسی کے مذہب کے خلاف کوئی ریمارک دے دیں تو بہت غصہ ہو جاتے ہیں لوگ۔</w:t>
      </w:r>
    </w:p>
    <w:p>
      <w:r>
        <w:rPr>
          <w:b/>
        </w:rPr>
        <w:t xml:space="preserve">[41:06] </w:t>
      </w:r>
      <w:r>
        <w:t>kyun? sab log koi modesty mein nahin jee raha hai,</w:t>
      </w:r>
    </w:p>
    <w:p>
      <w:pPr>
        <w:jc w:val="right"/>
      </w:pPr>
      <w:r>
        <w:t>کیوں؟ سب لوگ کوئی مادسٹی میں نہیں جی رہا ہے،</w:t>
      </w:r>
    </w:p>
    <w:p>
      <w:r>
        <w:rPr>
          <w:b/>
        </w:rPr>
        <w:t xml:space="preserve">[41:10] </w:t>
      </w:r>
      <w:r>
        <w:t>sab organs mein jee rahe hain. kisi ke mazhab ke khilaf koi remark de dijiye, bas log bhadak uthenge, lagenge maarne kaatne.</w:t>
      </w:r>
    </w:p>
    <w:p>
      <w:pPr>
        <w:jc w:val="right"/>
      </w:pPr>
      <w:r>
        <w:t>سب ارگنز میں جی رہے ہیں۔ کسی کے مذہب کے خلاف کوئی ریمارک دے دیجئے، بس لوگ بھڑک اٹھیں گے، لگیں گے مارنے کاٹنے۔</w:t>
      </w:r>
    </w:p>
    <w:p>
      <w:r>
        <w:rPr>
          <w:b/>
        </w:rPr>
        <w:t xml:space="preserve">[41:22] </w:t>
      </w:r>
      <w:r>
        <w:t>yaani apne mazhab ke khilaf gustakhi ko sunne ko tayyar nahin hote. yaad rakhen, yeh yeh mohabbat, yeh mazhab se mohabbat ki wajah se nahin hai, yeh</w:t>
      </w:r>
    </w:p>
    <w:p>
      <w:pPr>
        <w:jc w:val="right"/>
      </w:pPr>
      <w:r>
        <w:t>یعنی اپنے مذہب کے خلاف گستاخی کو سننے کو تیار نہیں ہوتے۔ یاد رکھیں، یہ یہ محبت، یہ مذہب سے محبت کی وجہ سے نہیں ہے، یہ</w:t>
      </w:r>
    </w:p>
    <w:p>
      <w:r>
        <w:rPr>
          <w:b/>
        </w:rPr>
        <w:t xml:space="preserve">[41:33] </w:t>
      </w:r>
      <w:r>
        <w:t>apne organs ki wajah se hai. yeh ke aap ke organs ko touch kar diya us ne to aap bapharr uthe.</w:t>
      </w:r>
    </w:p>
    <w:p>
      <w:pPr>
        <w:jc w:val="right"/>
      </w:pPr>
      <w:r>
        <w:t>اپنے ارگنز کی وجہ سے ہے۔ یہ کہ آپ کے ارگنز کو ٹچ کر دیا اس نے تو آپ بپھر اٹھے۔</w:t>
      </w:r>
    </w:p>
    <w:p>
      <w:r>
        <w:rPr>
          <w:b/>
        </w:rPr>
        <w:t xml:space="preserve">[41:43] </w:t>
      </w:r>
      <w:r>
        <w:t>to jab bhi log mil jul kar rahen ge ek samaj ke andar to bar bar aisa hoga, kahin na kahin aisi baat ho jayegi jo aap ko buri lage, jo aap ke liye unpleasant ho, jis ke sath aap comfortable na hon.</w:t>
      </w:r>
    </w:p>
    <w:p>
      <w:pPr>
        <w:jc w:val="right"/>
      </w:pPr>
      <w:r>
        <w:t>تو جب بھی لوگ مل جل کر رہیں گے ایک سماج کے اندر تو بار بار ایسا ہوگا، کہیں نہ کہیں ایسی بات ہو جائے گی جو آپ کو بری لگے، جو آپ کے لیے ان ان پلیزنٹ ہو، جس کے ساتھ آپ کمفرٹیبل نہ ہوں۔</w:t>
      </w:r>
    </w:p>
    <w:p>
      <w:r>
        <w:rPr>
          <w:b/>
        </w:rPr>
        <w:t xml:space="preserve">[42:02] </w:t>
      </w:r>
      <w:r>
        <w:t>yeh har subah, har shaam hoga. yeh but natural.</w:t>
      </w:r>
    </w:p>
    <w:p>
      <w:pPr>
        <w:jc w:val="right"/>
      </w:pPr>
      <w:r>
        <w:t>یہ ہر صبح، ہر شام ہوگا۔ یہ بٹ نیچرل۔</w:t>
      </w:r>
    </w:p>
    <w:p>
      <w:r>
        <w:rPr>
          <w:b/>
        </w:rPr>
        <w:t xml:space="preserve">[42:11] </w:t>
      </w:r>
      <w:r>
        <w:t>to agar aap ke andar sahi maanon mein modesty hai to aap ignore karenge, aap tolerate karenge.</w:t>
      </w:r>
    </w:p>
    <w:p>
      <w:pPr>
        <w:jc w:val="right"/>
      </w:pPr>
      <w:r>
        <w:t>تو اگر آپ کے اندر صحیح معنوں میں مادسٹی ہے تو آپ اگنور کریں گے، آپ ٹولریٹ کریں گے۔</w:t>
      </w:r>
    </w:p>
    <w:p>
      <w:r>
        <w:rPr>
          <w:b/>
        </w:rPr>
        <w:t xml:space="preserve">[42:25] </w:t>
      </w:r>
      <w:r>
        <w:t>lekin agar aap ke andar modesty nahin hai, organs hain to har baat mein aap bhadak uthenge,</w:t>
      </w:r>
    </w:p>
    <w:p>
      <w:pPr>
        <w:jc w:val="right"/>
      </w:pPr>
      <w:r>
        <w:t>لیکن اگر آپ کے اندر مادسٹی نہیں ہے، ارگنز ہیں تو ہر بات میں آپ بھڑک اٹھیں گے،</w:t>
      </w:r>
    </w:p>
    <w:p>
      <w:r>
        <w:rPr>
          <w:b/>
        </w:rPr>
        <w:t xml:space="preserve">[42:32] </w:t>
      </w:r>
      <w:r>
        <w:t>har baat mein aap ghussa ho jayenge.</w:t>
      </w:r>
    </w:p>
    <w:p>
      <w:pPr>
        <w:jc w:val="right"/>
      </w:pPr>
      <w:r>
        <w:t>ہر بات میں آپ غصہ ہو جائیں گے۔</w:t>
      </w:r>
    </w:p>
    <w:p>
      <w:r>
        <w:rPr>
          <w:b/>
        </w:rPr>
        <w:t xml:space="preserve">[42:36] </w:t>
      </w:r>
      <w:r>
        <w:t>chhoti si baat bhi aap ko bust kar degi.</w:t>
      </w:r>
    </w:p>
    <w:p>
      <w:pPr>
        <w:jc w:val="right"/>
      </w:pPr>
      <w:r>
        <w:t>چھوٹی سی بات بھی آپ کو بسٹ کر دے گی۔</w:t>
      </w:r>
    </w:p>
    <w:p>
      <w:r>
        <w:rPr>
          <w:b/>
        </w:rPr>
        <w:t xml:space="preserve">[42:43] </w:t>
      </w:r>
      <w:r>
        <w:t>to dekhiye, main ne do baaten kahin. ek yeh ke madesty jo hai, madesty jo hai, woh source hai intellectual development ka.</w:t>
      </w:r>
    </w:p>
    <w:p>
      <w:pPr>
        <w:jc w:val="right"/>
      </w:pPr>
      <w:r>
        <w:t>تو دیکھیے، میں نے دو باتیں کہیں۔ ایک یہ کہ مادسٹی جو ہے، مادسٹی جو ہے، وہ سورس ہے انٹلیکچول ڈیولپمنٹ کا۔</w:t>
      </w:r>
    </w:p>
    <w:p>
      <w:r>
        <w:rPr>
          <w:b/>
        </w:rPr>
        <w:t xml:space="preserve">[42:57] </w:t>
      </w:r>
      <w:r>
        <w:t>kyun? madesty se learning process hota hai.</w:t>
      </w:r>
    </w:p>
    <w:p>
      <w:pPr>
        <w:jc w:val="right"/>
      </w:pPr>
      <w:r>
        <w:t>کیوں؟ مادسٹی سے لرننگ پراسیس ہوتا ہے۔</w:t>
      </w:r>
    </w:p>
    <w:p>
      <w:r>
        <w:rPr>
          <w:b/>
        </w:rPr>
        <w:t xml:space="preserve">[43:04] </w:t>
      </w:r>
      <w:r>
        <w:t>jahan madesty hai, wahan learning process hai. jahan learning process hai, wahan intellectual development hai.</w:t>
      </w:r>
    </w:p>
    <w:p>
      <w:pPr>
        <w:jc w:val="right"/>
      </w:pPr>
      <w:r>
        <w:t>جہاں مادسٹی ہے، وہاں لرننگ پراسیس ہے۔ جہاں لرننگ پراسیس ہے، وہاں انٹلیکچول ڈیولپمنٹ ہے۔</w:t>
      </w:r>
    </w:p>
    <w:p>
      <w:r>
        <w:rPr>
          <w:b/>
        </w:rPr>
        <w:t xml:space="preserve">[43:13] </w:t>
      </w:r>
      <w:r>
        <w:t>to ek baat main ne yeh kahi</w:t>
      </w:r>
    </w:p>
    <w:p>
      <w:pPr>
        <w:jc w:val="right"/>
      </w:pPr>
      <w:r>
        <w:t>تو ایک بات میں نے یہ کہی</w:t>
      </w:r>
    </w:p>
    <w:p>
      <w:r>
        <w:rPr>
          <w:b/>
        </w:rPr>
        <w:t xml:space="preserve">[43:17] </w:t>
      </w:r>
      <w:r>
        <w:t>ke intellectual development is the result of madesty. jahan madesty hogi to aap ke andar seekhne ka jazba hoga,</w:t>
      </w:r>
    </w:p>
    <w:p>
      <w:pPr>
        <w:jc w:val="right"/>
      </w:pPr>
      <w:r>
        <w:t>کہ انٹلیکچول ڈیولپمنٹ از دی رزلٹ اف مادسٹی۔ جہاں مادسٹی ہوگی تو آپ کے اندر سیکھنے کا جذبہ ہوگا،</w:t>
      </w:r>
    </w:p>
    <w:p>
      <w:r>
        <w:rPr>
          <w:b/>
        </w:rPr>
        <w:t xml:space="preserve">[43:27] </w:t>
      </w:r>
      <w:r>
        <w:t>to learning process chalega. jab learning process chalega to har ek se aap seekhenge, har ek se seekhenge. jab har ek se seekhenge, aap zahir hai ke is ka result niklega kis mein?</w:t>
      </w:r>
    </w:p>
    <w:p>
      <w:pPr>
        <w:jc w:val="right"/>
      </w:pPr>
      <w:r>
        <w:t>تو لرننگ پراسیس چلے گا۔ جب لرننگ پراسیس چلے گا تو ہر ایک سے آپ سیکھیں گے، ہر ایک سے سیکھیں گے۔ جب ہر ایک سے سیکھیں گے، آپ ظاہر ہے کہ اس کا رزلٹ نکلے گا کس میں؟</w:t>
      </w:r>
    </w:p>
    <w:p>
      <w:r>
        <w:rPr>
          <w:b/>
        </w:rPr>
        <w:t xml:space="preserve">[43:40] </w:t>
      </w:r>
      <w:r>
        <w:t>intellectual development mein. har din aap ki personality develop karegi. kyunke jo universal fact hai, woh to bohat hi bara hai.</w:t>
      </w:r>
    </w:p>
    <w:p>
      <w:pPr>
        <w:jc w:val="right"/>
      </w:pPr>
      <w:r>
        <w:t>انٹلیکچول ڈیولپمنٹ میں۔ ہر دن آپ کی پرسنیلٹی ڈیولپ کرے گی۔ کیونکہ جو یونیورسل فیکٹ ہے، وہ تو بہت ہی بڑا ہے۔</w:t>
      </w:r>
    </w:p>
    <w:p>
      <w:r>
        <w:rPr>
          <w:b/>
        </w:rPr>
        <w:t xml:space="preserve">[43:52] </w:t>
      </w:r>
      <w:r>
        <w:t>duniya mein chezen hain lene ki, woh to itni zyada hain ke aap hazar saal jiyen, tab bhi nahin le sakte in baaton ko.</w:t>
      </w:r>
    </w:p>
    <w:p>
      <w:pPr>
        <w:jc w:val="right"/>
      </w:pPr>
      <w:r>
        <w:t>دنیا میں چیزیں ہیں لینے کی، وہ تو اتنی زیادہ ہیں کہ آپ ہزار سال جیئیں، تب بھی نہیں لے سکتے ان باتوں کو۔</w:t>
      </w:r>
    </w:p>
    <w:p>
      <w:r>
        <w:rPr>
          <w:b/>
        </w:rPr>
        <w:t xml:space="preserve">[44:03] </w:t>
      </w:r>
      <w:r>
        <w:t>to agar aap ke andar madesty hai to aap ke andar bilkul it is but natural ke aap ke andar learning process khoob khoob chalega.</w:t>
      </w:r>
    </w:p>
    <w:p>
      <w:pPr>
        <w:jc w:val="right"/>
      </w:pPr>
      <w:r>
        <w:t>تو اگر آپ کے اندر مادسٹی ہے تو آپ کے اندر بالکل اٹ از بٹ نیچرل کہ آپ کے اندر لرننگ پراسیس خوب خوب چلے گا۔</w:t>
      </w:r>
    </w:p>
    <w:p>
      <w:r>
        <w:rPr>
          <w:b/>
        </w:rPr>
        <w:t xml:space="preserve">[44:13] </w:t>
      </w:r>
      <w:r>
        <w:t>aur jab learning process chalega to aap ka intellectual development hota rahega,</w:t>
      </w:r>
    </w:p>
    <w:p>
      <w:pPr>
        <w:jc w:val="right"/>
      </w:pPr>
      <w:r>
        <w:t>اور جب لرننگ پراسیس چلے گا تو آپ کا انٹلیکچول ڈیولپمنٹ ہوتا رہے گا،</w:t>
      </w:r>
    </w:p>
    <w:p>
      <w:r>
        <w:rPr>
          <w:b/>
        </w:rPr>
        <w:t xml:space="preserve">[44:21] </w:t>
      </w:r>
      <w:r>
        <w:t>din badan hota rahega.</w:t>
      </w:r>
    </w:p>
    <w:p>
      <w:pPr>
        <w:jc w:val="right"/>
      </w:pPr>
      <w:r>
        <w:t>دن بدن ہوتا رہے گا۔</w:t>
      </w:r>
    </w:p>
    <w:p>
      <w:r>
        <w:rPr>
          <w:b/>
        </w:rPr>
        <w:t xml:space="preserve">[44:25] </w:t>
      </w:r>
      <w:r>
        <w:t>to ek faida aap ko yeh individual level pe milta hai ke aap ki personality jo hai, din badan develop karti rehti hai.</w:t>
      </w:r>
    </w:p>
    <w:p>
      <w:pPr>
        <w:jc w:val="right"/>
      </w:pPr>
      <w:r>
        <w:t>تو ایک فائدہ آپ کو یہ انڈیویجول لیول پہ ملتا ہے کہ آپ کی پرسنیلٹی جو ہے، دن بدن ڈیولپ کرتی رہتی ہے۔</w:t>
      </w:r>
    </w:p>
    <w:p>
      <w:r>
        <w:rPr>
          <w:b/>
        </w:rPr>
        <w:t xml:space="preserve">[44:36] </w:t>
      </w:r>
      <w:r>
        <w:t>aap ke andar intellectual development khoob khoob hota rehta hai.</w:t>
      </w:r>
    </w:p>
    <w:p>
      <w:pPr>
        <w:jc w:val="right"/>
      </w:pPr>
      <w:r>
        <w:t>آپ کے اندر انٹلیکچول ڈیولپمنٹ خوب خوب ہوتا رہتا ہے۔</w:t>
      </w:r>
    </w:p>
    <w:p>
      <w:r>
        <w:rPr>
          <w:b/>
        </w:rPr>
        <w:t xml:space="preserve">[44:41] </w:t>
      </w:r>
      <w:r>
        <w:t>aap ke andar wisdom aati hai, samajh aati hai, gyan aata hai. kyunke seekhne se gyan aata hai.</w:t>
      </w:r>
    </w:p>
    <w:p>
      <w:pPr>
        <w:jc w:val="right"/>
      </w:pPr>
      <w:r>
        <w:t>آپ کے اندر وزڈم آتی ہے، سمجھ آتی ہے، گیان آتا ہے۔ کیونکہ سیکھنے سے گیان آتا ہے۔</w:t>
      </w:r>
    </w:p>
    <w:p>
      <w:r>
        <w:rPr>
          <w:b/>
        </w:rPr>
        <w:t xml:space="preserve">[44:53] </w:t>
      </w:r>
      <w:r>
        <w:t>aadmi to dekhen, yani ek crot form mein paida hota hai, phir us ko chezen durust bahar se le le kar ke apne ko barhana parta hai.</w:t>
      </w:r>
    </w:p>
    <w:p>
      <w:pPr>
        <w:jc w:val="right"/>
      </w:pPr>
      <w:r>
        <w:t>آدمی تو دیکھیں، یعنی ایک کروٹ فارم میں پیدا ہوتا ہے، پھر اس کو چیزیں درست باہر سے لے لے کر کے اپنے کو بڑھانا پڑتا ہے۔</w:t>
      </w:r>
    </w:p>
    <w:p>
      <w:r>
        <w:rPr>
          <w:b/>
        </w:rPr>
        <w:t xml:space="preserve">[45:06] </w:t>
      </w:r>
      <w:r>
        <w:t>to bahar se wahi le pata hai jis ke andar madesty ho.</w:t>
      </w:r>
    </w:p>
    <w:p>
      <w:pPr>
        <w:jc w:val="right"/>
      </w:pPr>
      <w:r>
        <w:t>تو باہر سے وہی لے پاتا ہے جس کے اندر مادسٹی ہو۔</w:t>
      </w:r>
    </w:p>
    <w:p>
      <w:r>
        <w:rPr>
          <w:b/>
        </w:rPr>
        <w:t xml:space="preserve">[45:11] </w:t>
      </w:r>
      <w:r>
        <w:t>to ek faida madesty ka yeh main ne arz kiya ke aap ke andar learning process khoob rahega. jab learning process rahega to aap ke andar intellectual intellectual development bhi khoob hoga.</w:t>
      </w:r>
    </w:p>
    <w:p>
      <w:pPr>
        <w:jc w:val="right"/>
      </w:pPr>
      <w:r>
        <w:t>تو ایک فائدہ مادسٹی کا یہ میں نے عرض کیا کہ آپ کے اندر لرننگ پراسیس خوب رہے گا۔ جب لرننگ پراسیس رہے گا تو آپ کے اندر انٹلیکچول انٹلیکچول ڈیولپمنٹ بھی خوب ہوگا۔</w:t>
      </w:r>
    </w:p>
    <w:p>
      <w:r>
        <w:rPr>
          <w:b/>
        </w:rPr>
        <w:t xml:space="preserve">[45:26] </w:t>
      </w:r>
      <w:r>
        <w:t>ek faida yeh individual level pe milta hai aap ko.</w:t>
      </w:r>
    </w:p>
    <w:p>
      <w:pPr>
        <w:jc w:val="right"/>
      </w:pPr>
      <w:r>
        <w:t>ایک فائدہ یہ انڈیویجول لیول پہ ملتا ہے آپ کو۔</w:t>
      </w:r>
    </w:p>
    <w:p>
      <w:r>
        <w:rPr>
          <w:b/>
        </w:rPr>
        <w:t xml:space="preserve">[45:30] </w:t>
      </w:r>
      <w:r>
        <w:t>dusra faida jo main ne arz kiya woh yeh ke aap ke andar doosre insanon ke liye shafqat hogi, khair khwahi hogi, mohabbat hogi, compassion hoga doosron ke liye.</w:t>
      </w:r>
    </w:p>
    <w:p>
      <w:pPr>
        <w:jc w:val="right"/>
      </w:pPr>
      <w:r>
        <w:t>دوسرا فائدہ جو میں نے عرض کیا وہ یہ کہ آپ کے اندر دوسرے انسانوں کے لیے شفقت ہوگی، خیر خواہی ہوگی، محبت ہوگی، کمپیشن ہوگا دوسروں کے لیے۔</w:t>
      </w:r>
    </w:p>
    <w:p>
      <w:r>
        <w:rPr>
          <w:b/>
        </w:rPr>
        <w:t xml:space="preserve">[45:45] </w:t>
      </w:r>
      <w:r>
        <w:t>to kya hoga? aise log jis samaj mein hon, wahan par samaj kya hoga? acha samaj banega, mohabbat wala samaj banega, ek family ki jaisa samaj banega.</w:t>
      </w:r>
    </w:p>
    <w:p>
      <w:pPr>
        <w:jc w:val="right"/>
      </w:pPr>
      <w:r>
        <w:t>تو کیا ہوگا؟ ایسے لوگ جس سماج میں ہوں، وہاں پر سماج کیا ہوگا؟ اچھا سماج بنے گا، محبت والا سماج بنے گا، ایک فیملی کی جیسا سماج بنے گا۔</w:t>
      </w:r>
    </w:p>
    <w:p>
      <w:r>
        <w:rPr>
          <w:b/>
        </w:rPr>
        <w:t xml:space="preserve">[45:59] </w:t>
      </w:r>
      <w:r>
        <w:t>jaise rasool Allah ne farmaya ke "al khalq al" sare insan ek family jaise hain.</w:t>
      </w:r>
    </w:p>
    <w:p>
      <w:pPr>
        <w:jc w:val="right"/>
      </w:pPr>
      <w:r>
        <w:t>جیسے رسول اللہ نے فرمایا کہ "الخلق الہ" سارے انسان ایک فیملی جیسے ہیں۔</w:t>
      </w:r>
    </w:p>
    <w:p>
      <w:r>
        <w:rPr>
          <w:b/>
        </w:rPr>
        <w:t xml:space="preserve">[46:08] </w:t>
      </w:r>
      <w:r>
        <w:t>to ek family jaise kaise banenge? through madesty. jab madesty hai to aap har ek ke liye aap ke dil mein pyar hoga, mohabbat hogi, har ek ke liye shafqat hogi,</w:t>
      </w:r>
    </w:p>
    <w:p>
      <w:pPr>
        <w:jc w:val="right"/>
      </w:pPr>
      <w:r>
        <w:t>تو ایک فیملی جیسے کیسے بنیں گے؟ تھرو مادسٹی۔ جب مادسٹی ہے تو آپ ہر ایک کے لیے آپ کے دل میں پیار ہوگا، محبت ہوگی، ہر ایک کے لیے شفقت ہوگی،</w:t>
      </w:r>
    </w:p>
    <w:p>
      <w:r>
        <w:rPr>
          <w:b/>
        </w:rPr>
        <w:t xml:space="preserve">[46:25] </w:t>
      </w:r>
      <w:r>
        <w:t>har ek ke liye aap ke andar friendly behaviour hoga.</w:t>
      </w:r>
    </w:p>
    <w:p>
      <w:pPr>
        <w:jc w:val="right"/>
      </w:pPr>
      <w:r>
        <w:t>ہر ایک کے لیے آپ کے اندر فرینڈلی بیہیویئر ہوگا۔</w:t>
      </w:r>
    </w:p>
    <w:p>
      <w:r>
        <w:rPr>
          <w:b/>
        </w:rPr>
        <w:t xml:space="preserve">[46:30] </w:t>
      </w:r>
      <w:r>
        <w:t>har ek ke liye aap ke andar friendly behaviour hoga.</w:t>
      </w:r>
    </w:p>
    <w:p>
      <w:pPr>
        <w:jc w:val="right"/>
      </w:pPr>
      <w:r>
        <w:t>ہر ایک کے لیے آپ کے اندر فرینڈلی بیہیویئر ہوگا۔</w:t>
      </w:r>
    </w:p>
    <w:p>
      <w:r>
        <w:rPr>
          <w:b/>
        </w:rPr>
        <w:t xml:space="preserve">[46:36] </w:t>
      </w:r>
      <w:r>
        <w:t>jaise ke business man hai, business man ko sab se sab ko acha taluq banana parta hai.</w:t>
      </w:r>
    </w:p>
    <w:p>
      <w:pPr>
        <w:jc w:val="right"/>
      </w:pPr>
      <w:r>
        <w:t>جیسے کہ بزنس مین ہے، بزنس مین کو سب سے سب کو اچھا تعلق بنانا پڑتا ہے۔</w:t>
      </w:r>
    </w:p>
    <w:p>
      <w:r>
        <w:rPr>
          <w:b/>
        </w:rPr>
        <w:t xml:space="preserve">[46:47] </w:t>
      </w:r>
      <w:r>
        <w:t>kyunke har ek is ka customer hai, har ek se is ko faida lena hai. to sab se is ko acha taluq banana parta hai. sab ko woh apna customer samajhta hai.</w:t>
      </w:r>
    </w:p>
    <w:p>
      <w:pPr>
        <w:jc w:val="right"/>
      </w:pPr>
      <w:r>
        <w:t>کیونکہ ہر ایک اس کا کسٹمر ہے، ہر ایک سے اس کو فائدہ لینا ہے۔ تو سب سے اس کو اچھا تعلق بنانا پڑتا ہے۔ سب کو وہ اپنا کسٹمر سمجھتا ہے۔</w:t>
      </w:r>
    </w:p>
    <w:p>
      <w:r>
        <w:rPr>
          <w:b/>
        </w:rPr>
        <w:t xml:space="preserve">[46:59] </w:t>
      </w:r>
      <w:r>
        <w:t>to</w:t>
      </w:r>
    </w:p>
    <w:p>
      <w:pPr>
        <w:jc w:val="right"/>
      </w:pPr>
      <w:r>
        <w:t>تو</w:t>
      </w:r>
    </w:p>
    <w:p>
      <w:r>
        <w:rPr>
          <w:b/>
        </w:rPr>
        <w:t xml:space="preserve">[47:00] </w:t>
      </w:r>
      <w:r>
        <w:t>yeh jo soch hai businessman ke andar, is ki waja se is ke andar customer friendly behavior banta hai. customer friendly, har insan se pyar, har insan se mohabbat.</w:t>
      </w:r>
    </w:p>
    <w:p>
      <w:pPr>
        <w:jc w:val="right"/>
      </w:pPr>
      <w:r>
        <w:t>یہ جو سوچ ہے بزنس مین کے اندر، اس کی وجہ سے اس کے اندر کسٹمر فرینڈلی بیہیویئر بنتا ہے۔ کسٹمر فرینڈلی، ہر انسان سے پیار، ہر انسان سے محبت۔</w:t>
      </w:r>
    </w:p>
    <w:p>
      <w:r>
        <w:rPr>
          <w:b/>
        </w:rPr>
        <w:t xml:space="preserve">[47:15] </w:t>
      </w:r>
      <w:r>
        <w:t>kyunke agar aap se nahi karega to is ka business nahi chalega. to yahi baat zyada bare paimane par hoti hai is insan ke andar jo jis ke andar madasti ho.</w:t>
      </w:r>
    </w:p>
    <w:p>
      <w:pPr>
        <w:jc w:val="right"/>
      </w:pPr>
      <w:r>
        <w:t>کیونکہ اگر آپ سے نہیں کرے گا تو اس کا بزنس نہیں چلے گا۔ تو یہی بات زیادہ بڑے پیمانے پر ہوتی ہے اس انسان کے اندر جو جس کے اندر مادسٹی ہو۔</w:t>
      </w:r>
    </w:p>
    <w:p>
      <w:r>
        <w:rPr>
          <w:b/>
        </w:rPr>
        <w:t xml:space="preserve">[47:30] </w:t>
      </w:r>
      <w:r>
        <w:t>to jahan madasti wale log rehte hon, wahan acha samaj banega. aur jahan arrogance wale log rehte hon, wahan bura samaj banega.</w:t>
      </w:r>
    </w:p>
    <w:p>
      <w:pPr>
        <w:jc w:val="right"/>
      </w:pPr>
      <w:r>
        <w:t>تو جہاں مادسٹی والے لوگ رہتے ہوں، وہاں اچھا سماج بنے گا۔ اور جہاں ارگنز والے لوگ رہتے ہوں، وہاں برا سماج بنے گا۔</w:t>
      </w:r>
    </w:p>
    <w:p>
      <w:r>
        <w:rPr>
          <w:b/>
        </w:rPr>
        <w:t xml:space="preserve">[47:43] </w:t>
      </w:r>
      <w:r>
        <w:t>ab aap yahan dekh lijiye ke itna bara jo bataya gaya hai nuqsan hadith mein ke arrogance tum tum ko le jayega jahannum mein aur tawazu tum ko le jayegi jannat mein.</w:t>
      </w:r>
    </w:p>
    <w:p>
      <w:pPr>
        <w:jc w:val="right"/>
      </w:pPr>
      <w:r>
        <w:t>اب آپ یہاں دیکھ لیجئے کہ اتنا بڑا جو بتایا گیا ہے نقصان حدیث میں کہ ارگنز تم تم کو لے جائے گا جہنم میں اور تواضع تم کو لے جائے گی جنت میں۔</w:t>
      </w:r>
    </w:p>
    <w:p>
      <w:r>
        <w:rPr>
          <w:b/>
        </w:rPr>
        <w:t xml:space="preserve">[47:58] </w:t>
      </w:r>
      <w:r>
        <w:t>aap ghor kijiye, kitni bari baat hai yeh.</w:t>
      </w:r>
    </w:p>
    <w:p>
      <w:pPr>
        <w:jc w:val="right"/>
      </w:pPr>
      <w:r>
        <w:t>آپ غور کیجئے، کتنی بڑی بات ہے یہ۔</w:t>
      </w:r>
    </w:p>
    <w:p>
      <w:r>
        <w:rPr>
          <w:b/>
        </w:rPr>
        <w:t xml:space="preserve">[48:03] </w:t>
      </w:r>
      <w:r>
        <w:t>arrogance tum ko le jayega kahan? hell mein. aur madasti kaha jayegi tum ko paradise mein.</w:t>
      </w:r>
    </w:p>
    <w:p>
      <w:pPr>
        <w:jc w:val="right"/>
      </w:pPr>
      <w:r>
        <w:t>ارگنز تم کو لے جائے گا کہاں؟ ہیل میں۔ اور مادسٹی کہا جائے گی تم کو پیراڈائز میں۔</w:t>
      </w:r>
    </w:p>
    <w:p>
      <w:r>
        <w:rPr>
          <w:b/>
        </w:rPr>
        <w:t xml:space="preserve">[48:13] </w:t>
      </w:r>
      <w:r>
        <w:t>yeh koi mysterious baat nahi hai. to yeh jo baat hai ke arrogance hai to aise log jayenge hell mein.</w:t>
      </w:r>
    </w:p>
    <w:p>
      <w:pPr>
        <w:jc w:val="right"/>
      </w:pPr>
      <w:r>
        <w:t>یہ کوئی مسٹیریس بات نہیں ہے۔ تو یہ جو بات ہے کہ ارگنز ہے تو ایسے لوگ جائیں گے ہیل میں۔</w:t>
      </w:r>
    </w:p>
    <w:p>
      <w:r>
        <w:rPr>
          <w:b/>
        </w:rPr>
        <w:t xml:space="preserve">[48:23] </w:t>
      </w:r>
      <w:r>
        <w:t>madasti hai to aise log jayenge paradise mein.</w:t>
      </w:r>
    </w:p>
    <w:p>
      <w:pPr>
        <w:jc w:val="right"/>
      </w:pPr>
      <w:r>
        <w:t>مادسٹی ہے تو ایسے لوگ جائیں گے پیراڈائز میں۔</w:t>
      </w:r>
    </w:p>
    <w:p>
      <w:r>
        <w:rPr>
          <w:b/>
        </w:rPr>
        <w:t xml:space="preserve">[48:26] </w:t>
      </w:r>
      <w:r>
        <w:t>yeh koi koi mystery nahi hai, yeh pasraar cheez nahi hai. yeh aap soch kar is ko samajh sakte hain, soch kar is ko samajh sakte hain.</w:t>
      </w:r>
    </w:p>
    <w:p>
      <w:pPr>
        <w:jc w:val="right"/>
      </w:pPr>
      <w:r>
        <w:t>یہ کوئی کوئی مسٹری نہیں ہے، یہ پراسرار چیز نہیں ہے۔ یہ آپ سوچ کر اس کو سمجھ سکتے ہیں، سوچ کر اس کو سمجھ سکتے ہیں۔</w:t>
      </w:r>
    </w:p>
    <w:p>
      <w:r>
        <w:rPr>
          <w:b/>
        </w:rPr>
        <w:t xml:space="preserve">[48:42] </w:t>
      </w:r>
      <w:r>
        <w:t>to woh kaise? arrogance ne agar aap ke andar arrogance hain to aap har ek se hate karenge, har ek ko apne se kam samjhenge.</w:t>
      </w:r>
    </w:p>
    <w:p>
      <w:pPr>
        <w:jc w:val="right"/>
      </w:pPr>
      <w:r>
        <w:t>تو وہ کیسے؟ ارگنز نے اگر آپ کے اندر ارگنز ہیں تو آپ ہر ایک سے ہیٹ کریں گے، ہر ایک کو اپنے سے کم سمجھیں گے۔</w:t>
      </w:r>
    </w:p>
    <w:p>
      <w:r>
        <w:rPr>
          <w:b/>
        </w:rPr>
        <w:t xml:space="preserve">[48:50] </w:t>
      </w:r>
      <w:r>
        <w:t>jaise ke Iblees ne Adam ko apne se kam samjha.</w:t>
      </w:r>
    </w:p>
    <w:p>
      <w:pPr>
        <w:jc w:val="right"/>
      </w:pPr>
      <w:r>
        <w:t>جیسے کہ ابلیس نے آدم کو اپنے سے کم سمجھا۔</w:t>
      </w:r>
    </w:p>
    <w:p>
      <w:r>
        <w:rPr>
          <w:b/>
        </w:rPr>
        <w:t xml:space="preserve">[48:58] </w:t>
      </w:r>
      <w:r>
        <w:t>to Quran mein hai ke jab Adam ko ke samne nahi jhuka Iblees</w:t>
      </w:r>
    </w:p>
    <w:p>
      <w:pPr>
        <w:jc w:val="right"/>
      </w:pPr>
      <w:r>
        <w:t>تو قرآن میں ہے کہ جب آدم کو کے سامنے نہیں جھکا ابلیس</w:t>
      </w:r>
    </w:p>
    <w:p>
      <w:r>
        <w:rPr>
          <w:b/>
        </w:rPr>
        <w:t xml:space="preserve">[49:08] </w:t>
      </w:r>
      <w:r>
        <w:t>to Khuda ne is ko reject kar diya. is ko kaha ke nikal wahan se. jab use reject kar diya Khuda ne to is ne Khuda ko ek challenge diya. Khuda ne kaha ke Khuda se poocha ke mujhe mauqa dijiye, mujhe mauqa do.</w:t>
      </w:r>
    </w:p>
    <w:p>
      <w:pPr>
        <w:jc w:val="right"/>
      </w:pPr>
      <w:r>
        <w:t>تو خدا نے اس کو ریجیکٹ کر دیا۔ اس کو کہا کہ نکل وہاں سے۔ جب اسے ریجیکٹ کر دیا خدا نے تو اس نے خدا کو ایک چیلنج دیا۔ خدا نے کہا کہ خدا سے پوچھا کہ مجھے موقع دیجئے، مجھے موقع دو۔</w:t>
      </w:r>
    </w:p>
    <w:p>
      <w:r>
        <w:rPr>
          <w:b/>
        </w:rPr>
        <w:t xml:space="preserve">[49:23] </w:t>
      </w:r>
      <w:r>
        <w:t>to Khuda ne mauqa diya yani insanon ke darmiyan kaam karne ka. to Khuda ne jo mauqa diya to is ne kya kaha?</w:t>
      </w:r>
    </w:p>
    <w:p>
      <w:pPr>
        <w:jc w:val="right"/>
      </w:pPr>
      <w:r>
        <w:t>تو خدا نے موقع دیا یعنی انسانوں کے درمیان کام کرنے کا۔ تو خدا نے جو موقع دیا تو اس نے کیا کہا؟</w:t>
      </w:r>
    </w:p>
    <w:p>
      <w:r>
        <w:rPr>
          <w:b/>
        </w:rPr>
        <w:t xml:space="preserve">[49:35] </w:t>
      </w:r>
      <w:r>
        <w:t>Iblees ne. Iblees jo hai jinaton ka sardar tha, poori jinn community ki taraf se goya bola. woh is ne kaha ke ab main insanon ko behkaunga,</w:t>
      </w:r>
    </w:p>
    <w:p>
      <w:pPr>
        <w:jc w:val="right"/>
      </w:pPr>
      <w:r>
        <w:t>ابلیس نے۔ ابلیس جو ہے جناتوں کا سردار تھا، پوری جن کمیونٹی کی طرف سے گویا بولا۔ وہ اس نے کہا کہ اب میں انسانوں کو بہکاؤں گا،</w:t>
      </w:r>
    </w:p>
    <w:p>
      <w:r>
        <w:rPr>
          <w:b/>
        </w:rPr>
        <w:t xml:space="preserve">[49:47] </w:t>
      </w:r>
      <w:r>
        <w:t>insanon ko raste se bhatkaunga.</w:t>
      </w:r>
    </w:p>
    <w:p>
      <w:pPr>
        <w:jc w:val="right"/>
      </w:pPr>
      <w:r>
        <w:t>انسانوں کو راستے سے بھٹکاؤں گا۔</w:t>
      </w:r>
    </w:p>
    <w:p>
      <w:r>
        <w:rPr>
          <w:b/>
        </w:rPr>
        <w:t xml:space="preserve">[49:55] </w:t>
      </w:r>
      <w:r>
        <w:t>to wahan par dekhne ki baat yeh hai ke Allah taala ne kya farmaya? Allah taala ne kya farmaya? Allah taala ne farmaya ke jo tumhara rah, jo tumhare raste par chala,</w:t>
      </w:r>
    </w:p>
    <w:p>
      <w:pPr>
        <w:jc w:val="right"/>
      </w:pPr>
      <w:r>
        <w:t>تو وہاں پر دیکھنے کی بات یہ ہے کہ اللہ تعالی نے کیا فرمایا؟ اللہ تعالی نے کیا فرمایا؟ اللہ تعالی نے فرمایا کہ جو تمہارا راہ، جو تمہارے راستے پر چلا،</w:t>
      </w:r>
    </w:p>
    <w:p>
      <w:r>
        <w:rPr>
          <w:b/>
        </w:rPr>
        <w:t xml:space="preserve">[50:13] </w:t>
      </w:r>
      <w:r>
        <w:t>Allah taala ne us waqt Satan se ya Iblees se kaha tha ke jo tumhara rasta chalega,</w:t>
      </w:r>
    </w:p>
    <w:p>
      <w:pPr>
        <w:jc w:val="right"/>
      </w:pPr>
      <w:r>
        <w:t>اللہ تعالی نے اس وقت سیٹن سے یا ابلیس سے کہا تھا کہ جو تمہارا راستہ چلے گا،</w:t>
      </w:r>
    </w:p>
    <w:p>
      <w:r>
        <w:rPr>
          <w:b/>
        </w:rPr>
        <w:t xml:space="preserve">[50:28] </w:t>
      </w:r>
      <w:r>
        <w:t>us ko main aur tum ko sab ko hell mein daal dunga.</w:t>
      </w:r>
    </w:p>
    <w:p>
      <w:pPr>
        <w:jc w:val="right"/>
      </w:pPr>
      <w:r>
        <w:t>اس کو میں اور تم کو سب کو ہیل میں ڈال دوں گا۔</w:t>
      </w:r>
    </w:p>
    <w:p>
      <w:r>
        <w:rPr>
          <w:b/>
        </w:rPr>
        <w:t xml:space="preserve">[50:35] </w:t>
      </w:r>
      <w:r>
        <w:t>bari ajeeb baat hai yeh ke jo tumhara rasta chalega, us ko main sab ko, tum ko, us ko sab ko hell mein daal dunga.</w:t>
      </w:r>
    </w:p>
    <w:p>
      <w:pPr>
        <w:jc w:val="right"/>
      </w:pPr>
      <w:r>
        <w:t>بڑی عجیب بات ہے یہ کہ جو تمہارا راستہ چلے گا، اس کو میں سب کو، تم کو، اس کو سب کو ہیل میں ڈال دوں گا۔</w:t>
      </w:r>
    </w:p>
    <w:p>
      <w:r>
        <w:rPr>
          <w:b/>
        </w:rPr>
        <w:t xml:space="preserve">[50:47] </w:t>
      </w:r>
      <w:r>
        <w:t>man taba'a minhum, la malan min ka woh yani tum se aur un se sab ko se jahannum ko bhar dunga.</w:t>
      </w:r>
    </w:p>
    <w:p>
      <w:pPr>
        <w:jc w:val="right"/>
      </w:pPr>
      <w:r>
        <w:t>من تبع منہم، لام بلان من کا وہ یعنی تم سے اور ان سے سب کو سے جہنم کو بھر دوں گا۔</w:t>
      </w:r>
    </w:p>
    <w:p>
      <w:r>
        <w:rPr>
          <w:b/>
        </w:rPr>
        <w:t xml:space="preserve">[50:57] </w:t>
      </w:r>
      <w:r>
        <w:t>main faman taba'a minhum, jo tumhari tum ko follow karenge.</w:t>
      </w:r>
    </w:p>
    <w:p>
      <w:pPr>
        <w:jc w:val="right"/>
      </w:pPr>
      <w:r>
        <w:t>میں فمن تبع منہم، جو تمہاری تم کو فالو کریں گے۔</w:t>
      </w:r>
    </w:p>
    <w:p>
      <w:r>
        <w:rPr>
          <w:b/>
        </w:rPr>
        <w:t xml:space="preserve">[51:04] </w:t>
      </w:r>
      <w:r>
        <w:t>to follow karna kya hai? yahan par sochne ki baat yeh hai ke Satan ko follow karna kya hai?</w:t>
      </w:r>
    </w:p>
    <w:p>
      <w:pPr>
        <w:jc w:val="right"/>
      </w:pPr>
      <w:r>
        <w:t>تو فالو کرنا کیا ہے؟ یہاں پر سوچنے کی بات یہ ہے کہ سیٹن کو فالو کرنا کیا ہے؟</w:t>
      </w:r>
    </w:p>
    <w:p>
      <w:r>
        <w:rPr>
          <w:b/>
        </w:rPr>
        <w:t xml:space="preserve">[51:14] </w:t>
      </w:r>
      <w:r>
        <w:t>yeh jo farmaya Allah taala ne ke insano mein se jo tum ko follow karen ge,</w:t>
      </w:r>
    </w:p>
    <w:p>
      <w:pPr>
        <w:jc w:val="right"/>
      </w:pPr>
      <w:r>
        <w:t>یہ جو فرمایا اللہ تعالی نے کہ انسانوں میں سے جو تم کو فالو کریں گے،</w:t>
      </w:r>
    </w:p>
    <w:p>
      <w:r>
        <w:rPr>
          <w:b/>
        </w:rPr>
        <w:t xml:space="preserve">[51:22] </w:t>
      </w:r>
      <w:r>
        <w:t>to satan ko follow karna kya hai?</w:t>
      </w:r>
    </w:p>
    <w:p>
      <w:pPr>
        <w:jc w:val="right"/>
      </w:pPr>
      <w:r>
        <w:t>تو سیٹن کو فالو کرنا کیا ہے؟</w:t>
      </w:r>
    </w:p>
    <w:p>
      <w:r>
        <w:rPr>
          <w:b/>
        </w:rPr>
        <w:t xml:space="preserve">[51:26] </w:t>
      </w:r>
      <w:r>
        <w:t>satan ko follow karna hai ke is is psyche mein jeena, is ehsas mein jeena ke ana khairun minh.</w:t>
      </w:r>
    </w:p>
    <w:p>
      <w:pPr>
        <w:jc w:val="right"/>
      </w:pPr>
      <w:r>
        <w:t>سیٹن کو فالو کرنا ہے کہ اس اس سائیکی میں جینا، اس احساس میں جینا کہ انا خیر منہ۔</w:t>
      </w:r>
    </w:p>
    <w:p>
      <w:r>
        <w:rPr>
          <w:b/>
        </w:rPr>
        <w:t xml:space="preserve">[51:36] </w:t>
      </w:r>
      <w:r>
        <w:t>satan ne yahi to kaha tha ke main Adam se behtar hoon, main is se superior hoon, Adam mujh se inferior hai.</w:t>
      </w:r>
    </w:p>
    <w:p>
      <w:pPr>
        <w:jc w:val="right"/>
      </w:pPr>
      <w:r>
        <w:t>سیٹن نے یہی تو کہا تھا کہ میں آدم سے بہتر ہوں، میں اس سے سپیریر ہوں، آدم مجھ سے انفیریر ہے۔</w:t>
      </w:r>
    </w:p>
    <w:p>
      <w:r>
        <w:rPr>
          <w:b/>
        </w:rPr>
        <w:t xml:space="preserve">[51:48] </w:t>
      </w:r>
      <w:r>
        <w:t>to ghamand kya hai? ghamand ka matlab hai ke main superior hoon aur doosra aadmi inferior hai.</w:t>
      </w:r>
    </w:p>
    <w:p>
      <w:pPr>
        <w:jc w:val="right"/>
      </w:pPr>
      <w:r>
        <w:t>تو گھمنڈ کیا ہے؟ گھمنڈ کا مطلب ہے کہ میں سپیریر ہوں اور دوسرا آدمی انفیریر ہے۔</w:t>
      </w:r>
    </w:p>
    <w:p>
      <w:r>
        <w:rPr>
          <w:b/>
        </w:rPr>
        <w:t xml:space="preserve">[51:56] </w:t>
      </w:r>
      <w:r>
        <w:t>apne andar jab aap superior complex paida kar len to isi ka naam hai arrogance. Superiority complex apne andar aap daal len to isi ka naam hai arrogance.</w:t>
      </w:r>
    </w:p>
    <w:p>
      <w:pPr>
        <w:jc w:val="right"/>
      </w:pPr>
      <w:r>
        <w:t>اپنے اندر جب آپ سپیریر کمپلیکس پیدا کر لیں تو اسی کا نام ہے ارگنز۔ سپیریریٹی کمپلیکس اپنے اندر آپ ڈال لیں تو اسی کا نام ہے ارگنز۔</w:t>
      </w:r>
    </w:p>
    <w:p>
      <w:r>
        <w:rPr>
          <w:b/>
        </w:rPr>
        <w:t xml:space="preserve">[52:11] </w:t>
      </w:r>
      <w:r>
        <w:t>to aap parhiye in ayaton ko, is ka matlab kya nikla? ke satan jo hai hell mein jayega is liye ke is ne wahan par arrogance dikhaya.</w:t>
      </w:r>
    </w:p>
    <w:p>
      <w:pPr>
        <w:jc w:val="right"/>
      </w:pPr>
      <w:r>
        <w:t>تو آپ پڑھیے ان آیتوں کو، اس کا مطلب کیا نکلا؟ کہ سیٹن جو ہے ہیل میں جائے گا اس لیے کہ اس نے وہاں پر ارگنز دکھایا۔</w:t>
      </w:r>
    </w:p>
    <w:p>
      <w:r>
        <w:rPr>
          <w:b/>
        </w:rPr>
        <w:t xml:space="preserve">[52:24] </w:t>
      </w:r>
      <w:r>
        <w:t>main superior hoon, woh inferior hai. to duniya mein, yani is is is is duniya mein jahan hum test par hain, wahan par yeh is feeling ke sath jeena, is ehsas ke sath jeena ke main superior hoon, doosra inferior hai.</w:t>
      </w:r>
    </w:p>
    <w:p>
      <w:pPr>
        <w:jc w:val="right"/>
      </w:pPr>
      <w:r>
        <w:t>میں سپیریر ہوں، وہ انفیریر ہے۔ تو دنیا میں، یعنی اس اس اس اس دنیا میں جہاں ہم ٹیسٹ پر ہیں، وہاں پر یہ اس فیلنگ کے ساتھ جینا، اس احساس کے ساتھ جینا کہ میں سپیریر ہوں، دوسرا انفیریر ہے۔</w:t>
      </w:r>
    </w:p>
    <w:p>
      <w:r>
        <w:rPr>
          <w:b/>
        </w:rPr>
        <w:t xml:space="preserve">[52:46] </w:t>
      </w:r>
      <w:r>
        <w:t>isi ka expression hota hai pride, isi ka expression hota hai ghamand, isi ka expression hota hai arrogance.</w:t>
      </w:r>
    </w:p>
    <w:p>
      <w:pPr>
        <w:jc w:val="right"/>
      </w:pPr>
      <w:r>
        <w:t>اسی کا ایکسپریشن ہوتا ہے پرائیڈ، اسی کا ایکسپریشن ہوتا ہے گھمنڈ، اسی کا ایکسپریشن ہوتا ہے ارگنز۔</w:t>
      </w:r>
    </w:p>
    <w:p>
      <w:r>
        <w:rPr>
          <w:b/>
        </w:rPr>
        <w:t xml:space="preserve">[52:57] </w:t>
      </w:r>
      <w:r>
        <w:t>to kaha ke arrogance jo hai woh satan ka culture hai aur jo arrogance ko lega, woh wohin jayega jahan satan ko jana hai, yani hell mein.</w:t>
      </w:r>
    </w:p>
    <w:p>
      <w:pPr>
        <w:jc w:val="right"/>
      </w:pPr>
      <w:r>
        <w:t>تو کہا کہ ارگنز جو ہے وہ سیٹن کا کلچر ہے اور جو ارگنز کو لے گا، وہ وہیں جائے گا جہاں سیٹن کو جانا ہے، یعنی ہیل میں۔</w:t>
      </w:r>
    </w:p>
    <w:p>
      <w:r>
        <w:rPr>
          <w:b/>
        </w:rPr>
        <w:t xml:space="preserve">[53:13] </w:t>
      </w:r>
      <w:r>
        <w:t>aur farishton ka jo culture tha, woh modesty ka culture tha.</w:t>
      </w:r>
    </w:p>
    <w:p>
      <w:pPr>
        <w:jc w:val="right"/>
      </w:pPr>
      <w:r>
        <w:t>اور فرشتوں کا جو کلچر تھا، وہ مادسٹی کا کلچر تھا۔</w:t>
      </w:r>
    </w:p>
    <w:p>
      <w:r>
        <w:rPr>
          <w:b/>
        </w:rPr>
        <w:t xml:space="preserve">[53:17] </w:t>
      </w:r>
      <w:r>
        <w:t>to jo modesty ka culture pakdega, woh wahan jayega jahan angel hain, yani paradise.</w:t>
      </w:r>
    </w:p>
    <w:p>
      <w:pPr>
        <w:jc w:val="right"/>
      </w:pPr>
      <w:r>
        <w:t>تو جو مادسٹی کا کلچر پکڑے گا، وہ وہاں جائے گا جہاں اینجل ہیں، یعنی پیراڈائز۔</w:t>
      </w:r>
    </w:p>
    <w:p>
      <w:r>
        <w:rPr>
          <w:b/>
        </w:rPr>
        <w:t xml:space="preserve">[53:25] </w:t>
      </w:r>
      <w:r>
        <w:t>yeh kitni bari baat hai sochne ki,</w:t>
      </w:r>
    </w:p>
    <w:p>
      <w:pPr>
        <w:jc w:val="right"/>
      </w:pPr>
      <w:r>
        <w:t>یہ کتنی بڑی بات ہے سوچنے کی،</w:t>
      </w:r>
    </w:p>
    <w:p>
      <w:r>
        <w:rPr>
          <w:b/>
        </w:rPr>
        <w:t xml:space="preserve">[53:30] </w:t>
      </w:r>
      <w:r>
        <w:t>kitni bari baat hai sochne ki.</w:t>
      </w:r>
    </w:p>
    <w:p>
      <w:pPr>
        <w:jc w:val="right"/>
      </w:pPr>
      <w:r>
        <w:t>کتنی بڑی بات ہے سوچنے کی۔</w:t>
      </w:r>
    </w:p>
    <w:p>
      <w:r>
        <w:rPr>
          <w:b/>
        </w:rPr>
        <w:t xml:space="preserve">[53:34] </w:t>
      </w:r>
      <w:r>
        <w:t>yani yeh crux of the matter hai, yeh yeh sare mamle ka gist hai. yeh duniya mein</w:t>
      </w:r>
    </w:p>
    <w:p>
      <w:pPr>
        <w:jc w:val="right"/>
      </w:pPr>
      <w:r>
        <w:t>یعنی یہ کریکس اف دا بیٹر ہے، یہ یہ سارے معاملے کا جسٹ ہے۔ یہ دنیا میں</w:t>
      </w:r>
    </w:p>
    <w:p>
      <w:r>
        <w:rPr>
          <w:b/>
        </w:rPr>
        <w:t xml:space="preserve">[53:48] </w:t>
      </w:r>
      <w:r>
        <w:t>ke in duniya mein insan jo hai, jo test par dala gaya hai, to is liye dala gaya hai ke yeh dekhna hai ke duniya mein rehte hue insan angel wala behavior apnata hai ya satan wala behavior apnata hai.</w:t>
      </w:r>
    </w:p>
    <w:p>
      <w:pPr>
        <w:jc w:val="right"/>
      </w:pPr>
      <w:r>
        <w:t>کہ ان دنیا میں انسان جو ہے، جو ٹیسٹ پر ڈالا گیا ہے، تو اس لیے ڈالا گیا ہے کہ یہ دیکھنا ہے کہ دنیا میں رہتے ہوئے انسان اینجل والا بیہیویئر اپناتا ہے یا سیٹن والا بیہیویئر اپناتا ہے۔</w:t>
      </w:r>
    </w:p>
    <w:p>
      <w:r>
        <w:rPr>
          <w:b/>
        </w:rPr>
        <w:t xml:space="preserve">[54:10] </w:t>
      </w:r>
      <w:r>
        <w:t>yahi test hai.</w:t>
      </w:r>
    </w:p>
    <w:p>
      <w:pPr>
        <w:jc w:val="right"/>
      </w:pPr>
      <w:r>
        <w:t>یہی ٹیسٹ ہے۔</w:t>
      </w:r>
    </w:p>
    <w:p>
      <w:r>
        <w:rPr>
          <w:b/>
        </w:rPr>
        <w:t xml:space="preserve">[54:12] </w:t>
      </w:r>
      <w:r>
        <w:t>angel wala behavior jo hai, woh badshahi hai, woh surrender hai, woh submission hai, woh baat ko manna hai, woh acknowledge karna hai doosre ko.</w:t>
      </w:r>
    </w:p>
    <w:p>
      <w:pPr>
        <w:jc w:val="right"/>
      </w:pPr>
      <w:r>
        <w:t>اینجل والا بیہیویئر جو ہے، وہ بادشاہی ہے، وہ سرینڈر ہے، وہ سبمیشن ہے، وہ بات کو ماننا ہے، وہ اکنالج کرنا ہے دوسرے کو۔</w:t>
      </w:r>
    </w:p>
    <w:p>
      <w:r>
        <w:rPr>
          <w:b/>
        </w:rPr>
        <w:t xml:space="preserve">[54:25] </w:t>
      </w:r>
      <w:r>
        <w:t>yeh angel ka behavior hai aur satan ka behavior kya hai? arrogance hai, acknowledge na karna hai, doosre ko reject karna hai,</w:t>
      </w:r>
    </w:p>
    <w:p>
      <w:pPr>
        <w:jc w:val="right"/>
      </w:pPr>
      <w:r>
        <w:t>یہ اینجل کا بیہیویئر ہے اور سیٹن کا بیہیویئر کیا ہے؟ ارگنز ہے، اکنالج نہ کرنا ہے، دوسرے کو ریجیکٹ کرنا ہے،</w:t>
      </w:r>
    </w:p>
    <w:p>
      <w:r>
        <w:rPr>
          <w:b/>
        </w:rPr>
        <w:t xml:space="preserve">[54:38] </w:t>
      </w:r>
      <w:r>
        <w:t>doosre ko inferior samajhna hai.</w:t>
      </w:r>
    </w:p>
    <w:p>
      <w:pPr>
        <w:jc w:val="right"/>
      </w:pPr>
      <w:r>
        <w:t>دوسرے کو انفیریر سمجھنا ہے۔</w:t>
      </w:r>
    </w:p>
    <w:p>
      <w:r>
        <w:rPr>
          <w:b/>
        </w:rPr>
        <w:t xml:space="preserve">[54:41] </w:t>
      </w:r>
      <w:r>
        <w:t>yeh hai satan ka culture. to bohat hi different hai dono ek doosre se. kabhi bhi aap soch sakte hain ke satan wala culture kya hai aur angel wala culture kya hai?</w:t>
      </w:r>
    </w:p>
    <w:p>
      <w:pPr>
        <w:jc w:val="right"/>
      </w:pPr>
      <w:r>
        <w:t>یہ ہے سیٹن کا کلچر۔ تو بہت ہی ڈفرنٹ ہے دونوں ایک دوسرے سے۔ کبھی بھی آپ سوچ سکتے ہیں کہ سیٹن والا کلچر کیا ہے اور اینجل والا کلچر کیا ہے؟</w:t>
      </w:r>
    </w:p>
    <w:p>
      <w:r>
        <w:rPr>
          <w:b/>
        </w:rPr>
        <w:t xml:space="preserve">[54:58] </w:t>
      </w:r>
      <w:r>
        <w:t>without any doubt, without any ambiguity, aap dono ko samajh sakte hain. to yeh crucial baat hai yeh jo janna hai aap ko.</w:t>
      </w:r>
    </w:p>
    <w:p>
      <w:pPr>
        <w:jc w:val="right"/>
      </w:pPr>
      <w:r>
        <w:t>ودا آؤٹ اینی ڈاؤٹ، ودا آؤٹ اینی ایمبیگوئٹی، آپ دونوں کو سمجھ سکتے ہیں۔ تو یہ کروشل بات ہے یہ جو جاننا ہے آپ کو۔</w:t>
      </w:r>
    </w:p>
    <w:p>
      <w:r>
        <w:rPr>
          <w:b/>
        </w:rPr>
        <w:t xml:space="preserve">[55:10] </w:t>
      </w:r>
      <w:r>
        <w:t>har aadmi ko isi pe judge kiya jayega, har aadmi ko isi pe judge kiya jayega ke angel wala culture chal raha hai woh ya satan wala culture chal raha hai woh.</w:t>
      </w:r>
    </w:p>
    <w:p>
      <w:pPr>
        <w:jc w:val="right"/>
      </w:pPr>
      <w:r>
        <w:t>ہر آدمی کو اسی پہ جج کیا جائے گا، ہر آدمی کو اسی پہ جج کیا جائے گا کہ اینجل والا کلچر چل رہا ہے وہ یا سیٹن والا کلچر چل رہا ہے وہ۔</w:t>
      </w:r>
    </w:p>
    <w:p>
      <w:r>
        <w:rPr>
          <w:b/>
        </w:rPr>
        <w:t xml:space="preserve">[55:24] </w:t>
      </w:r>
      <w:r>
        <w:t>yahan par yeh baat samajh lijiye ke Islam ke matlab hote hain surrender,</w:t>
      </w:r>
    </w:p>
    <w:p>
      <w:pPr>
        <w:jc w:val="right"/>
      </w:pPr>
      <w:r>
        <w:t>یہاں پر یہ بات سمجھ لیجئے کہ اسلام کے معنی ہوتے ہیں سرینڈر،</w:t>
      </w:r>
    </w:p>
    <w:p>
      <w:r>
        <w:rPr>
          <w:b/>
        </w:rPr>
        <w:t xml:space="preserve">[55:34] </w:t>
      </w:r>
      <w:r>
        <w:t>surrender yani surrender to God, Khuda ke samne surrender karna.</w:t>
      </w:r>
    </w:p>
    <w:p>
      <w:pPr>
        <w:jc w:val="right"/>
      </w:pPr>
      <w:r>
        <w:t>سرینڈر یعنی سرینڈر ٹو گاڈ، خدا کے سامنے سرینڈر کرنا۔</w:t>
      </w:r>
    </w:p>
    <w:p>
      <w:r>
        <w:rPr>
          <w:b/>
        </w:rPr>
        <w:t xml:space="preserve">[55:42] </w:t>
      </w:r>
      <w:r>
        <w:t>lekin yaad rakhiye, surrender ka matlab kya hai? woh isi waqe se maloom hota hai. yaani agarchay surrender karna hai aap ko khuda ke samnay, lekin is ka test kahan liya ja raha hai?</w:t>
      </w:r>
    </w:p>
    <w:p>
      <w:pPr>
        <w:jc w:val="right"/>
      </w:pPr>
      <w:r>
        <w:t>لیکن یاد رکھیے، سرینڈر کا مطلب کیا ہے؟ وہ اسی واقعے سے معلوم ہوتا ہے۔ یعنی اگرچہ سرینڈر کرنا ہے آپ کو خدا کے سامنے، لیکن اس کا ٹیسٹ کہاں لیا جا رہا ہے؟</w:t>
      </w:r>
    </w:p>
    <w:p>
      <w:r>
        <w:rPr>
          <w:b/>
        </w:rPr>
        <w:t xml:space="preserve">[55:55] </w:t>
      </w:r>
      <w:r>
        <w:t>test, test insaan ke samnay liya liya ja raha hai.</w:t>
      </w:r>
    </w:p>
    <w:p>
      <w:pPr>
        <w:jc w:val="right"/>
      </w:pPr>
      <w:r>
        <w:t>ٹیسٹ، ٹیسٹ انسان کے سامنے لیا لیا جا رہا ہے۔</w:t>
      </w:r>
    </w:p>
    <w:p>
      <w:r>
        <w:rPr>
          <w:b/>
        </w:rPr>
        <w:t xml:space="preserve">[56:01] </w:t>
      </w:r>
      <w:r>
        <w:t>yeh bohat hi important point hai jis ko humein samajhna chahiye.</w:t>
      </w:r>
    </w:p>
    <w:p>
      <w:pPr>
        <w:jc w:val="right"/>
      </w:pPr>
      <w:r>
        <w:t>یہ بہت ہی امپورٹنٹ پوائنٹ ہے جس کو ہمیں سمجھنا چاہیے۔</w:t>
      </w:r>
    </w:p>
    <w:p>
      <w:r>
        <w:rPr>
          <w:b/>
        </w:rPr>
        <w:t xml:space="preserve">[56:07] </w:t>
      </w:r>
      <w:r>
        <w:t>agarchay insaan ko haqeeqat ke aitbaar se khuda ke agay surrender karna hai, lekin is ka test kahan liya ja raha hai?</w:t>
      </w:r>
    </w:p>
    <w:p>
      <w:pPr>
        <w:jc w:val="right"/>
      </w:pPr>
      <w:r>
        <w:t>اگرچہ انسان کو حقیقت کے اعتبار سے خدا کے آگے سرینڈر کرنا ہے، لیکن اس کا ٹیسٹ کہاں لیا جا رہا ہے؟</w:t>
      </w:r>
    </w:p>
    <w:p>
      <w:r>
        <w:rPr>
          <w:b/>
        </w:rPr>
        <w:t xml:space="preserve">[56:21] </w:t>
      </w:r>
      <w:r>
        <w:t>khuda ke darbar mein to nahi, kyunkay wahan to hamari pohnch nahi hai. aaj har aik hum khuda ke samnay khaday hue hain, khuda bhi samnay hamare hain. wahan par dekha ja raha hai ke is ne surrender kiya hai, nahi kiya.</w:t>
      </w:r>
    </w:p>
    <w:p>
      <w:pPr>
        <w:jc w:val="right"/>
      </w:pPr>
      <w:r>
        <w:t>خدا کے دربار میں تو نہیں، کیونکہ وہاں تو ہماری پہنچ نہیں ہے۔ آج ہر ایک ہم خدا کے سامنے کھڑے ہوئے ہیں، خدا بھی سامنے ہمارے ہیں۔ وہاں پر دیکھا جا رہا ہے کہ اس نے سرینڈر کیا ہے، نہیں کیا۔</w:t>
      </w:r>
    </w:p>
    <w:p>
      <w:r>
        <w:rPr>
          <w:b/>
        </w:rPr>
        <w:t xml:space="preserve">[56:36] </w:t>
      </w:r>
      <w:r>
        <w:t>yaani aik surrender to god ka jo test liya ja raha hai, insaanon ki duniya mein liya liya ja raha hai.</w:t>
      </w:r>
    </w:p>
    <w:p>
      <w:pPr>
        <w:jc w:val="right"/>
      </w:pPr>
      <w:r>
        <w:t>یعنی ایک سرینڈر ٹو گاڈ کا جو ٹیسٹ لیا جا رہا ہے، انسانوں کی دنیا میں لیا لیا جا رہا ہے۔</w:t>
      </w:r>
    </w:p>
    <w:p>
      <w:r>
        <w:rPr>
          <w:b/>
        </w:rPr>
        <w:t xml:space="preserve">[56:46] </w:t>
      </w:r>
      <w:r>
        <w:t>khuda ke agay surrender karne ka test jo hai, woh insaanon ki duniya mein liya ja raha hai. jaisay satan se jo test liya gaya, woh adam ke samnay liya gaya tha.</w:t>
      </w:r>
    </w:p>
    <w:p>
      <w:pPr>
        <w:jc w:val="right"/>
      </w:pPr>
      <w:r>
        <w:t>خدا کے آگے سرینڈر کرنے کا ٹیسٹ جو ہے، وہ انسانوں کی دنیا میں لیا جا رہا ہے۔ جیسے سیٹن سے جو ٹیسٹ لیا گیا، وہ آدم کے سامنے لیا گیا تھا۔</w:t>
      </w:r>
    </w:p>
    <w:p>
      <w:r>
        <w:rPr>
          <w:b/>
        </w:rPr>
        <w:t xml:space="preserve">[57:01] </w:t>
      </w:r>
      <w:r>
        <w:t>yeh baat bohat ziyada sochne ki hai</w:t>
      </w:r>
    </w:p>
    <w:p>
      <w:pPr>
        <w:jc w:val="right"/>
      </w:pPr>
      <w:r>
        <w:t>یہ بات بہت زیادہ سوچنے کی ہے</w:t>
      </w:r>
    </w:p>
    <w:p>
      <w:r>
        <w:rPr>
          <w:b/>
        </w:rPr>
        <w:t xml:space="preserve">[57:07] </w:t>
      </w:r>
      <w:r>
        <w:t>ke insaan ne surrender kiya hai, nahi kiya. yeh dekha ja raha hai, lekin kahan? insaanon ki duniya mein,</w:t>
      </w:r>
    </w:p>
    <w:p>
      <w:pPr>
        <w:jc w:val="right"/>
      </w:pPr>
      <w:r>
        <w:t>کہ انسان نے سرینڈر کیا ہے، نہیں کیا۔ یہ دیکھا جا رہا ہے، لیکن کہاں؟ انسانوں کی دنیا میں،</w:t>
      </w:r>
    </w:p>
    <w:p>
      <w:r>
        <w:rPr>
          <w:b/>
        </w:rPr>
        <w:t xml:space="preserve">[57:18] </w:t>
      </w:r>
      <w:r>
        <w:t>insaanon ki duniya mein. kyunkay woh duniya to maut ke baad aaye gi, woh to akhirat mein aaye gi.</w:t>
      </w:r>
    </w:p>
    <w:p>
      <w:pPr>
        <w:jc w:val="right"/>
      </w:pPr>
      <w:r>
        <w:t>انسانوں کی دنیا میں۔ کیونکہ وہ دنیا تو موت کے بعد آئے گی، وہ تو آخرت میں آئے گی۔</w:t>
      </w:r>
    </w:p>
    <w:p>
      <w:r>
        <w:rPr>
          <w:b/>
        </w:rPr>
        <w:t xml:space="preserve">[57:27] </w:t>
      </w:r>
      <w:r>
        <w:t>abhi to yahi duniya hai jahan humein insaanon ke sath rehna hai.</w:t>
      </w:r>
    </w:p>
    <w:p>
      <w:pPr>
        <w:jc w:val="right"/>
      </w:pPr>
      <w:r>
        <w:t>ابھی تو یہی دنیا ہے جہاں ہمیں انسانوں کے ساتھ رہنا ہے۔</w:t>
      </w:r>
    </w:p>
    <w:p>
      <w:r>
        <w:rPr>
          <w:b/>
        </w:rPr>
        <w:t xml:space="preserve">[57:35] </w:t>
      </w:r>
      <w:r>
        <w:t>to</w:t>
      </w:r>
    </w:p>
    <w:p>
      <w:pPr>
        <w:jc w:val="right"/>
      </w:pPr>
      <w:r>
        <w:t>تو</w:t>
      </w:r>
    </w:p>
    <w:p>
      <w:r>
        <w:rPr>
          <w:b/>
        </w:rPr>
        <w:t xml:space="preserve">[57:36] </w:t>
      </w:r>
      <w:r>
        <w:t>yaad rakhiye, arrogance aur modesty yeh dono cheezain hain jo bohat hi crucial hain insaan ke liye.</w:t>
      </w:r>
    </w:p>
    <w:p>
      <w:pPr>
        <w:jc w:val="right"/>
      </w:pPr>
      <w:r>
        <w:t>یاد رکھیے، ارگنز اور ماڈسٹی یہ دونوں چیزیں ہیں جو بہت ہی کروشل ہیں انسان کے لیے۔</w:t>
      </w:r>
    </w:p>
    <w:p>
      <w:r>
        <w:rPr>
          <w:b/>
        </w:rPr>
        <w:t xml:space="preserve">[57:48] </w:t>
      </w:r>
      <w:r>
        <w:t>insaan ko duniya mein modest ban kar rehna hai, kyunkay modesty ka jo test hota hai, woh insaanon hi ke samnay hota hai.</w:t>
      </w:r>
    </w:p>
    <w:p>
      <w:pPr>
        <w:jc w:val="right"/>
      </w:pPr>
      <w:r>
        <w:t>انسان کو دنیا میں ماڈسٹ بن کر رہنا ہے، کیونکہ ماڈسٹی کا جو ٹیسٹ ہوتا ہے، وہ انسانوں ہی کے سامنے ہوتا ہے۔</w:t>
      </w:r>
    </w:p>
    <w:p>
      <w:r>
        <w:rPr>
          <w:b/>
        </w:rPr>
        <w:t xml:space="preserve">[57:57] </w:t>
      </w:r>
      <w:r>
        <w:t>kyunkay khuda to samnay khada hua hai hi nahi.</w:t>
      </w:r>
    </w:p>
    <w:p>
      <w:pPr>
        <w:jc w:val="right"/>
      </w:pPr>
      <w:r>
        <w:t>کیونکہ خدا تو سامنے کھڑا ہوا ہے ہی نہیں۔</w:t>
      </w:r>
    </w:p>
    <w:p>
      <w:r>
        <w:rPr>
          <w:b/>
        </w:rPr>
        <w:t xml:space="preserve">[58:02] </w:t>
      </w:r>
      <w:r>
        <w:t>insaan ke samnay agar aap ne arrogance dikhaya to aap ne khuda ke samnay arrogance dikhaya, aur insaan ke samnay agar modest ban gaye aap to aap khuda ke samnay modest banay.</w:t>
      </w:r>
    </w:p>
    <w:p>
      <w:pPr>
        <w:jc w:val="right"/>
      </w:pPr>
      <w:r>
        <w:t>انسان کے سامنے اگر آپ نے ارگنز دکھایا تو آپ نے خدا کے سامنے ارگنز دکھایا، اور انسان کے سامنے اگر ماڈسٹ بن گئے آپ تو آپ خدا کے سامنے ماڈسٹ بنے۔</w:t>
      </w:r>
    </w:p>
    <w:p>
      <w:r>
        <w:rPr>
          <w:b/>
        </w:rPr>
        <w:t xml:space="preserve">[58:16] </w:t>
      </w:r>
      <w:r>
        <w:t>is ko achi tarah samajh lijiye.</w:t>
      </w:r>
    </w:p>
    <w:p>
      <w:pPr>
        <w:jc w:val="right"/>
      </w:pPr>
      <w:r>
        <w:t>اس کو اچھی طرح سمجھ لیجئے۔</w:t>
      </w:r>
    </w:p>
    <w:p>
      <w:r>
        <w:rPr>
          <w:b/>
        </w:rPr>
        <w:t xml:space="preserve">[58:20] </w:t>
      </w:r>
      <w:r>
        <w:t>agar aap is duniya mein rehtay hue logon ke beech mein insaan se jo mamlaat paṛa aap ka, to us waqt insaan ke samnay aap organ ban gaye,</w:t>
      </w:r>
    </w:p>
    <w:p>
      <w:pPr>
        <w:jc w:val="right"/>
      </w:pPr>
      <w:r>
        <w:t>اگر آپ اس دنیا میں رہتے ہوئے لوگوں کے بیچ میں انسان سے جو معاملات پڑا آپ کا، تو اس وقت انسان کے سامنے آپ ارگن بن گئے،</w:t>
      </w:r>
    </w:p>
    <w:p>
      <w:r>
        <w:rPr>
          <w:b/>
        </w:rPr>
        <w:t xml:space="preserve">[58:33] </w:t>
      </w:r>
      <w:r>
        <w:t>ghamand dikhanay lagay. to aap ne khuda ke samnay ghamand dikhaya, khuda ke samnay aap ne arrogance dikhaya. aur agar aap insaanon ke beech mein rehtay hue insaanon se modesty ki to aap ne khuda ke samnay modesty ki.</w:t>
      </w:r>
    </w:p>
    <w:p>
      <w:pPr>
        <w:jc w:val="right"/>
      </w:pPr>
      <w:r>
        <w:t>گھمنڈ دکھانے لگے۔ تو آپ نے خدا کے سامنے گھمنڈ دکھایا، خدا کے سامنے آپ نے ارگنز دکھایا۔ اور اگر آپ انسانوں کے بیچ میں رہتے ہوئے انسانوں سے ماڈسٹی کی تو آپ نے خدا کے سامنے ماڈسٹی کی۔</w:t>
      </w:r>
    </w:p>
    <w:p>
      <w:r>
        <w:rPr>
          <w:b/>
        </w:rPr>
        <w:t xml:space="preserve">[58:52] </w:t>
      </w:r>
      <w:r>
        <w:t>woh modesty khuda ke samnay modesty ke tor par likhi jaye gi. yeh hai sara mamla. aqool qawli haza</w:t>
      </w:r>
    </w:p>
    <w:p>
      <w:pPr>
        <w:jc w:val="right"/>
      </w:pPr>
      <w:r>
        <w:t>وہ ماڈسٹی خدا کے سامنے ماڈسٹی کے طور پر لکھی جائے گی۔ یہ ہے سارا معاملہ۔ اقول قولیھذا</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