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Historical Aspects of Hajj November 1, 2008</w:t>
      </w:r>
    </w:p>
    <w:p>
      <w:r>
        <w:t>https://youtu.be/-cHslxrgNeE</w:t>
      </w:r>
    </w:p>
    <w:p>
      <w:r>
        <w:rPr>
          <w:b/>
        </w:rPr>
        <w:t xml:space="preserve">[00:32] </w:t>
      </w:r>
      <w:r>
        <w:t>wali. aaj ka topic hai hajj ka tareekhi pehlu, yaani historical aspect of hajj.</w:t>
      </w:r>
    </w:p>
    <w:p>
      <w:pPr>
        <w:jc w:val="right"/>
      </w:pPr>
      <w:r>
        <w:t>ولی۔ آج کا ٹاپک ہے حج کا تاریخی پہلو، یعنی ہسٹاریکل اسپیکٹ آف حج۔</w:t>
      </w:r>
    </w:p>
    <w:p>
      <w:r>
        <w:rPr>
          <w:b/>
        </w:rPr>
        <w:t xml:space="preserve">[00:53] </w:t>
      </w:r>
      <w:r>
        <w:t>to yeh aik bohat lambi baat hai,</w:t>
      </w:r>
    </w:p>
    <w:p>
      <w:pPr>
        <w:jc w:val="right"/>
      </w:pPr>
      <w:r>
        <w:t>تو یہ ایک بہت لمبی بات ہے،</w:t>
      </w:r>
    </w:p>
    <w:p>
      <w:r>
        <w:rPr>
          <w:b/>
        </w:rPr>
        <w:t xml:space="preserve">[00:58] </w:t>
      </w:r>
      <w:r>
        <w:t>mein is ko mukhtasar tor par kuch kehne ki koshish karunga. dekhiye, hajj jo hai woh shuru karta hai hazrat ibrahim se.</w:t>
      </w:r>
    </w:p>
    <w:p>
      <w:pPr>
        <w:jc w:val="right"/>
      </w:pPr>
      <w:r>
        <w:t>میں اس کو مختصر طور پر کچھ کہنے کی کوشش کروں گا۔ دیکھیے، حج جو ہے وہ شروع کرتا ہے حضرت ابراہیم سے۔</w:t>
      </w:r>
    </w:p>
    <w:p>
      <w:r>
        <w:rPr>
          <w:b/>
        </w:rPr>
        <w:t xml:space="preserve">[01:10] </w:t>
      </w:r>
      <w:r>
        <w:t>quran se yeh sabit hai ke hajj ki ibadat hazrat ibrahim ne shuru ki. yeh saada baat nahi hai.</w:t>
      </w:r>
    </w:p>
    <w:p>
      <w:pPr>
        <w:jc w:val="right"/>
      </w:pPr>
      <w:r>
        <w:t>قرآن سے یہ ثابت ہے کہ حج کی عبادت حضرت ابراہیم نے شروع کی۔ یہ سادہ بات نہیں ہے۔</w:t>
      </w:r>
    </w:p>
    <w:p>
      <w:r>
        <w:rPr>
          <w:b/>
        </w:rPr>
        <w:t xml:space="preserve">[01:23] </w:t>
      </w:r>
      <w:r>
        <w:t>hazrat ibrahim ne kaba banaya makka mein.</w:t>
      </w:r>
    </w:p>
    <w:p>
      <w:pPr>
        <w:jc w:val="right"/>
      </w:pPr>
      <w:r>
        <w:t>حضرت ابراہیم نے کعبہ بنایا مکہ میں۔</w:t>
      </w:r>
    </w:p>
    <w:p>
      <w:r>
        <w:rPr>
          <w:b/>
        </w:rPr>
        <w:t xml:space="preserve">[01:33] </w:t>
      </w:r>
      <w:r>
        <w:t>kaba kia tha? kaba tha markaz-e-tauheed, yani tauheed ka center.</w:t>
      </w:r>
    </w:p>
    <w:p>
      <w:pPr>
        <w:jc w:val="right"/>
      </w:pPr>
      <w:r>
        <w:t>کعبہ کیا تھا؟ کعبہ تھا مرکز توحید، یعنی توحید کا سینٹر۔</w:t>
      </w:r>
    </w:p>
    <w:p>
      <w:r>
        <w:rPr>
          <w:b/>
        </w:rPr>
        <w:t xml:space="preserve">[01:44] </w:t>
      </w:r>
      <w:r>
        <w:t>to yeh saada baat nahi thi.</w:t>
      </w:r>
    </w:p>
    <w:p>
      <w:pPr>
        <w:jc w:val="right"/>
      </w:pPr>
      <w:r>
        <w:t>تو یہ سادہ بات نہیں تھی۔</w:t>
      </w:r>
    </w:p>
    <w:p>
      <w:r>
        <w:rPr>
          <w:b/>
        </w:rPr>
        <w:t xml:space="preserve">[01:47] </w:t>
      </w:r>
      <w:r>
        <w:t>dekhiye, history ko agar dekha jaye to do period mein bati hui hai. Hazrat Ibrahim se pehle ka jo zamana hai woh hai daur-e-shirk.</w:t>
      </w:r>
    </w:p>
    <w:p>
      <w:pPr>
        <w:jc w:val="right"/>
      </w:pPr>
      <w:r>
        <w:t>دیکھیے، ہسٹری کو اگر دیکھا جائے تو دو پیریڈ میں بٹی ہوئی ہے۔ حضرت ابراہیم سے پہلے کا جو زمانہ ہے وہ ہے دور شرک۔</w:t>
      </w:r>
    </w:p>
    <w:p>
      <w:r>
        <w:rPr>
          <w:b/>
        </w:rPr>
        <w:t xml:space="preserve">[02:03] </w:t>
      </w:r>
      <w:r>
        <w:t>Hazrat Ibrahim ke baad ka jo zamana hai woh hai daur-e-tauheed. Yani age of shirk hai Hazrat Ibrahim se pehle ka zamana, aur baad ka hai jo age of tauheed hai.</w:t>
      </w:r>
    </w:p>
    <w:p>
      <w:pPr>
        <w:jc w:val="right"/>
      </w:pPr>
      <w:r>
        <w:t>حضرت ابراہیم کے بعد کا جو زمانہ ہے وہ ہے دور توحید۔ یعنی ایج آف شرک ہے حضرت ابراہیم سے پہلے کا زمانہ، اور بعد کا ہے جو ایج آف توحید ہے۔</w:t>
      </w:r>
    </w:p>
    <w:p>
      <w:r>
        <w:rPr>
          <w:b/>
        </w:rPr>
        <w:t xml:space="preserve">[02:16] </w:t>
      </w:r>
      <w:r>
        <w:t>to Hazrat Ibrahim ne jo kaba banaya makka mein, aur wahan par hajj ka nizam qaim kiya, to yeh darasal</w:t>
      </w:r>
    </w:p>
    <w:p>
      <w:pPr>
        <w:jc w:val="right"/>
      </w:pPr>
      <w:r>
        <w:t>تو حضرت ابراہیم نے جو کعبہ بنایا مکہ میں، اور وہاں پر حج کا نظام قائم کیا، تو یہ دراصل</w:t>
      </w:r>
    </w:p>
    <w:p>
      <w:r>
        <w:rPr>
          <w:b/>
        </w:rPr>
        <w:t xml:space="preserve">[02:30] </w:t>
      </w:r>
      <w:r>
        <w:t>tauheed ke daur ka aghaz tha. Lekin yeh bhi samajh lijiye ke history mein koi aghaz achanak nahi hota,</w:t>
      </w:r>
    </w:p>
    <w:p>
      <w:pPr>
        <w:jc w:val="right"/>
      </w:pPr>
      <w:r>
        <w:t>توحید کے دور کا آغاز تھا۔ لیکن یہ بھی سمجھ لیجیے کہ ہسٹری میں کوئی آغاز اچانک نہیں ہوتا،</w:t>
      </w:r>
    </w:p>
    <w:p>
      <w:r>
        <w:rPr>
          <w:b/>
        </w:rPr>
        <w:t xml:space="preserve">[02:43] </w:t>
      </w:r>
      <w:r>
        <w:t>ek process ke roop mein hota hai.</w:t>
      </w:r>
    </w:p>
    <w:p>
      <w:pPr>
        <w:jc w:val="right"/>
      </w:pPr>
      <w:r>
        <w:t>ایک پراسیس کے روپ میں ہوتا ہے۔</w:t>
      </w:r>
    </w:p>
    <w:p>
      <w:r>
        <w:rPr>
          <w:b/>
        </w:rPr>
        <w:t xml:space="preserve">[02:46] </w:t>
      </w:r>
      <w:r>
        <w:t>koi bhi jo history mein bari tabdeeli aayi hai to woh process ke roop mein aayi hai. Aisa kabhi nahi hua hai ke achanak koi bari tabdeeli waqe ho jaye.</w:t>
      </w:r>
    </w:p>
    <w:p>
      <w:pPr>
        <w:jc w:val="right"/>
      </w:pPr>
      <w:r>
        <w:t>کوئی بھی جو ہسٹری میں بڑی تبدیلی آئی ہے تو وہ پراسیس کے روپ میں آئی ہے۔ ایسا کبھی نہیں ہوا ہے کہ اچانک کوئی بڑی تبدیلی واقع ہو جائے۔</w:t>
      </w:r>
    </w:p>
    <w:p>
      <w:r>
        <w:rPr>
          <w:b/>
        </w:rPr>
        <w:t xml:space="preserve">[03:02] </w:t>
      </w:r>
      <w:r>
        <w:t>to Hazrat Ibrahim se pehle ka jo zamana hai woh sari dunya mein insan shirk mein mubtala tha. Yani shirk kia hai?</w:t>
      </w:r>
    </w:p>
    <w:p>
      <w:pPr>
        <w:jc w:val="right"/>
      </w:pPr>
      <w:r>
        <w:t>تو حضرت ابراہیم سے پہلے کا جو زمانہ ہے وہ ساری دنیا میں انسان شرک میں مبتلا تھا۔ یعنی شرک کیا ہے؟</w:t>
      </w:r>
    </w:p>
    <w:p>
      <w:r>
        <w:rPr>
          <w:b/>
        </w:rPr>
        <w:t xml:space="preserve">[03:11] </w:t>
      </w:r>
      <w:r>
        <w:t>shirk hai nature worship.</w:t>
      </w:r>
    </w:p>
    <w:p>
      <w:pPr>
        <w:jc w:val="right"/>
      </w:pPr>
      <w:r>
        <w:t>شرک ہے نیچر ورشپ۔</w:t>
      </w:r>
    </w:p>
    <w:p>
      <w:r>
        <w:rPr>
          <w:b/>
        </w:rPr>
        <w:t xml:space="preserve">[03:14] </w:t>
      </w:r>
      <w:r>
        <w:t>sooraj ko poojna, chand ko poojna, sitaron ko poojna, samandar ko poojna, paharon ko poojna. Yeh hai nature worship.</w:t>
      </w:r>
    </w:p>
    <w:p>
      <w:pPr>
        <w:jc w:val="right"/>
      </w:pPr>
      <w:r>
        <w:t>سورج کو پوجنا، چاند کو پوجنا، ستاروں کو پوجنا، سمندر کو پوجنا، پہاڑوں کو پوجنا۔ یہ ہے نیچر ورشپ۔</w:t>
      </w:r>
    </w:p>
    <w:p>
      <w:r>
        <w:rPr>
          <w:b/>
        </w:rPr>
        <w:t xml:space="preserve">[03:25] </w:t>
      </w:r>
      <w:r>
        <w:t>history of thought mein is ko nature worship kaha jata hai. Mazhabi zuban mein is ka naam hai shirk.</w:t>
      </w:r>
    </w:p>
    <w:p>
      <w:pPr>
        <w:jc w:val="right"/>
      </w:pPr>
      <w:r>
        <w:t>ہسٹری آف تھاٹ میں اس کو نیچر ورشپ کہا جاتا ہے۔ مذہبی زبان میں اس کا نام ہے شرک۔</w:t>
      </w:r>
    </w:p>
    <w:p>
      <w:r>
        <w:rPr>
          <w:b/>
        </w:rPr>
        <w:t xml:space="preserve">[03:35] </w:t>
      </w:r>
      <w:r>
        <w:t>to Hazrat Ibrahim se pehle sari dunya nature worship mein mubtala thi.</w:t>
      </w:r>
    </w:p>
    <w:p>
      <w:pPr>
        <w:jc w:val="right"/>
      </w:pPr>
      <w:r>
        <w:t>تو حضرت ابراہیم سے پہلے ساری دنیا نیچر ورشپ میں مبتلا تھی۔</w:t>
      </w:r>
    </w:p>
    <w:p>
      <w:r>
        <w:rPr>
          <w:b/>
        </w:rPr>
        <w:t xml:space="preserve">[03:44] </w:t>
      </w:r>
      <w:r>
        <w:t>yani makhlooq ki parastish mein. Nature kia hai? Woh hai creation, Khuda ki makhlooq.</w:t>
      </w:r>
    </w:p>
    <w:p>
      <w:pPr>
        <w:jc w:val="right"/>
      </w:pPr>
      <w:r>
        <w:t>یعنی مخلوق کی پرستش میں۔ نیچر کیا ہے؟ وہ ہے کریشن، خدا کی مخلوق۔</w:t>
      </w:r>
    </w:p>
    <w:p>
      <w:r>
        <w:rPr>
          <w:b/>
        </w:rPr>
        <w:t xml:space="preserve">[03:55] </w:t>
      </w:r>
      <w:r>
        <w:t>Hazrat Ibrahim se pehle ka jo zamana hai insan khaliq ko bhoola hua tha, aur makhlooq ki parastish karta tha.</w:t>
      </w:r>
    </w:p>
    <w:p>
      <w:pPr>
        <w:jc w:val="right"/>
      </w:pPr>
      <w:r>
        <w:t>حضرت ابراہیم سے پہلے کا جو زمانہ ہے انسان خالق کو بھولا ہوا تھا، اور مخلوق کی پرستش کرتا تھا۔</w:t>
      </w:r>
    </w:p>
    <w:p>
      <w:r>
        <w:rPr>
          <w:b/>
        </w:rPr>
        <w:t xml:space="preserve">[04:06] </w:t>
      </w:r>
      <w:r>
        <w:t>is ko hum mazhab ki zuban mein kehte hain shirk. To Allah taala ne ek naya mansooba banaya.</w:t>
      </w:r>
    </w:p>
    <w:p>
      <w:pPr>
        <w:jc w:val="right"/>
      </w:pPr>
      <w:r>
        <w:t>اس کو ہم مذہب کی زبان میں کہتے ہیں شرک۔ تو اللہ تعالیٰ نے ایک نیا منصوبہ بنایا۔</w:t>
      </w:r>
    </w:p>
    <w:p>
      <w:r>
        <w:rPr>
          <w:b/>
        </w:rPr>
        <w:t xml:space="preserve">[04:14] </w:t>
      </w:r>
      <w:r>
        <w:t>aap jante hain ke is se pehle peghambar bohat sare aaye the Hazrat Ibrahim se pehle. Lekin kisi bhi peghambar ke zamane mein tauheed par mabni inqilab nahi aaya tha.</w:t>
      </w:r>
    </w:p>
    <w:p>
      <w:pPr>
        <w:jc w:val="right"/>
      </w:pPr>
      <w:r>
        <w:t>آپ جانتے ہیں کہ اس سے پہلے پیغمبر بہت سارے آئے تھے حضرت ابراہیم سے پہلے۔ لیکن کسی بھی پیغمبر کے زمانے میں توحید پر مبنی انقلاب نہیں آیا تھا۔</w:t>
      </w:r>
    </w:p>
    <w:p>
      <w:r>
        <w:rPr>
          <w:b/>
        </w:rPr>
        <w:t xml:space="preserve">[04:31] </w:t>
      </w:r>
      <w:r>
        <w:t>yani tauheed par mabni revolution nahi aaya tha. To tamam peghambaron ke zamane mein yeh hua ke woh tauheed ka mashhad to dete rahe,</w:t>
      </w:r>
    </w:p>
    <w:p>
      <w:pPr>
        <w:jc w:val="right"/>
      </w:pPr>
      <w:r>
        <w:t>یعنی توحید پر مبنی ریولوشن نہیں آیا تھا۔ تو تمام پیغمبروں کے زمانے میں یہ ہوا کہ وہ توحید کا مشہد تو دیتے رہے،</w:t>
      </w:r>
    </w:p>
    <w:p>
      <w:r>
        <w:rPr>
          <w:b/>
        </w:rPr>
        <w:t xml:space="preserve">[04:42] </w:t>
      </w:r>
      <w:r>
        <w:t>lekin tauheed ko le kar ek inqilab aa jaye aisa nahi hua tha. To Allah taala ko yeh matloob tha ke aise asbab paida kare ke tauheed ki buniyad par ek inqilab aaye, aam inqilab.</w:t>
      </w:r>
    </w:p>
    <w:p>
      <w:pPr>
        <w:jc w:val="right"/>
      </w:pPr>
      <w:r>
        <w:t>لیکن توحید کو لے کر ایک انقلاب آ جائے ایسا نہیں ہوا تھا۔ تو اللہ تعالیٰ کو یہ مطلوب تھا کہ ایسے اسباب پیدا کرے کہ توحید کی بنیاد پر ایک انقلاب آئے، عمومی انقلاب۔</w:t>
      </w:r>
    </w:p>
    <w:p>
      <w:r>
        <w:rPr>
          <w:b/>
        </w:rPr>
        <w:t xml:space="preserve">[04:58] </w:t>
      </w:r>
      <w:r>
        <w:t>ek revolution aaye, revolution. To yeh revolution process ke roop mein aa sakta tha, aur process ke roop hi mein aaya.</w:t>
      </w:r>
    </w:p>
    <w:p>
      <w:pPr>
        <w:jc w:val="right"/>
      </w:pPr>
      <w:r>
        <w:t>ایک ریولوشن آئے، ریولوشن۔ تو یہ ریولوشن پراسیس کے روپ میں آ سکتا تھا، اور پراسیس کے روپ ہی میں آیا۔</w:t>
      </w:r>
    </w:p>
    <w:p>
      <w:r>
        <w:rPr>
          <w:b/>
        </w:rPr>
        <w:t xml:space="preserve">[05:08] </w:t>
      </w:r>
      <w:r>
        <w:t>to is ka aghaz hua Hazrat Ibrahim se. Aur isi maqsad ke liye makka mein kaba banaya gaya tha jo tauheed ka markaz tha.</w:t>
      </w:r>
    </w:p>
    <w:p>
      <w:pPr>
        <w:jc w:val="right"/>
      </w:pPr>
      <w:r>
        <w:t>تو اس کا آغاز ہوا حضرت ابراہیم سے۔ اور اسی مقصد کے لیے مکہ میں کعبہ بنایا گیا تھا جو توحید کا مرکز تھا۔</w:t>
      </w:r>
    </w:p>
    <w:p>
      <w:r>
        <w:rPr>
          <w:b/>
        </w:rPr>
        <w:t xml:space="preserve">[05:20] </w:t>
      </w:r>
      <w:r>
        <w:t>is qism ka markaz history mein pehli bar bana. Yeh markaz aap jante hain ke jo civilized world thi us zamane ki, wahan ban nahi sakta tha.</w:t>
      </w:r>
    </w:p>
    <w:p>
      <w:pPr>
        <w:jc w:val="right"/>
      </w:pPr>
      <w:r>
        <w:t>اس قسم کا مرکز ہسٹری میں پہلی بار بنا۔ یہ مرکز آپ جانتے ہیں کہ جو سویلائز ورلڈ تھی اس زمانے کی، وہاں بن نہیں سکتا تھا۔</w:t>
      </w:r>
    </w:p>
    <w:p>
      <w:r>
        <w:rPr>
          <w:b/>
        </w:rPr>
        <w:t xml:space="preserve">[05:30] </w:t>
      </w:r>
      <w:r>
        <w:t>kyun ke wahan par to jo log rule karte the woh sab shirk ko patronize karte the.</w:t>
      </w:r>
    </w:p>
    <w:p>
      <w:pPr>
        <w:jc w:val="right"/>
      </w:pPr>
      <w:r>
        <w:t>کیونکہ وہاں پر تو جو لوگ رول کرتے تھے وہ سب شرک کو پیٹرنائز کرتے تھے۔</w:t>
      </w:r>
    </w:p>
    <w:p>
      <w:r>
        <w:rPr>
          <w:b/>
        </w:rPr>
        <w:t xml:space="preserve">[05:38] </w:t>
      </w:r>
      <w:r>
        <w:t>yeh baat aap samajh lein ke pichle zamane mein jab kingship hua karti thi, har king shirk ko patronize karta tha. Kyun ke shirk hi se woh apna mandate hasil karta tha.</w:t>
      </w:r>
    </w:p>
    <w:p>
      <w:pPr>
        <w:jc w:val="right"/>
      </w:pPr>
      <w:r>
        <w:t>یہ بات آپ سمجھ لیں کہ پچھلے زمانے میں جب کنگ شپ ہوا کرتی تھی، ہر کنگ شرک کو پیٹرنائز کرتا تھا۔ کیونکہ شرک ہی سے وہ اپنا مینڈیٹ حاصل کرتا تھا۔</w:t>
      </w:r>
    </w:p>
    <w:p>
      <w:r>
        <w:rPr>
          <w:b/>
        </w:rPr>
        <w:t xml:space="preserve">[05:51] </w:t>
      </w:r>
      <w:r>
        <w:t>aaj kal mandate hasil karte hain log vote se. Tab vote nahi hua karte the. To shirk hi se woh apna mandate hasil karta tha.</w:t>
      </w:r>
    </w:p>
    <w:p>
      <w:pPr>
        <w:jc w:val="right"/>
      </w:pPr>
      <w:r>
        <w:t>آج کل مینڈیٹ حاصل کرتے ہیں لوگ ووٹوں سے۔ تب ووٹ نہیں ہوا کرتے تھے۔ تو شرک ہی سے وہ اپنا مینڈیٹ حاصل کرتا تھا۔</w:t>
      </w:r>
    </w:p>
    <w:p>
      <w:r>
        <w:rPr>
          <w:b/>
        </w:rPr>
        <w:t xml:space="preserve">[06:02] </w:t>
      </w:r>
      <w:r>
        <w:t>yani right to rule. har badshah ko chahiye tha ke is paas aik right to rule ho.</w:t>
      </w:r>
    </w:p>
    <w:p>
      <w:pPr>
        <w:jc w:val="right"/>
      </w:pPr>
      <w:r>
        <w:t>یعنی رائٹ ٹو رول۔ ہر بادشاہ کو چاہیے تھا کہ اس پاس ایک رائٹ ٹو رول ہو۔</w:t>
      </w:r>
    </w:p>
    <w:p>
      <w:r>
        <w:rPr>
          <w:b/>
        </w:rPr>
        <w:t xml:space="preserve">[06:12] </w:t>
      </w:r>
      <w:r>
        <w:t>to wo milta tha un ko shirk se. to is liye wo log kabhi bhi aisa nahi hone diya unhon ne ke kisi civilized shehar mein, kisi mutabdil shehar mein koi markaz bane toheed ka.</w:t>
      </w:r>
    </w:p>
    <w:p>
      <w:pPr>
        <w:jc w:val="right"/>
      </w:pPr>
      <w:r>
        <w:t>تو وہ ملتا تھا ان کو شرک سے۔ تو اس لیے وہ لوگ کبھی بھی ایسا نہیں ہونے دیا انہوں نے کہ کسی سویلائز شہر میں، کسی متبدل شہر میں کوئی مرکز بنے توحید کا۔</w:t>
      </w:r>
    </w:p>
    <w:p>
      <w:r>
        <w:rPr>
          <w:b/>
        </w:rPr>
        <w:t xml:space="preserve">[06:31] </w:t>
      </w:r>
      <w:r>
        <w:t>to hazrat ibrahim ne khuda ke hukum se markaz banaya kahan? desert mein. jahan koi king nahi tha, wahan koi abadi nahi thi, wahan kisi ko koi interest nahi tha.</w:t>
      </w:r>
    </w:p>
    <w:p>
      <w:pPr>
        <w:jc w:val="right"/>
      </w:pPr>
      <w:r>
        <w:t>تو حضرت ابراہیم نے خدا کے حکم سے مرکز بنایا کہاں؟ ڈیزرٹ میں۔ جہاں کوئی کنگ نہیں تھا، وہاں کوئی آبادی نہیں تھی، وہاں کسی کو کوئی انٹرسٹ نہیں تھا۔</w:t>
      </w:r>
    </w:p>
    <w:p>
      <w:r>
        <w:rPr>
          <w:b/>
        </w:rPr>
        <w:t xml:space="preserve">[06:44] </w:t>
      </w:r>
      <w:r>
        <w:t>yani arab jo tha aik desert tha wahan par. kisi badshah ne wahan par koi attack nahi kiya. koi attack kar ke kya leta wahan par?</w:t>
      </w:r>
    </w:p>
    <w:p>
      <w:pPr>
        <w:jc w:val="right"/>
      </w:pPr>
      <w:r>
        <w:t>یعنی عرب جو تھا ایک ڈیزرٹ تھا وہاں پر۔ کسی بادشاہ نے وہاں پر کوئی اٹیک نہیں کیا۔ کوئی اٹیک کر کے کیا لیتا وہاں پر؟</w:t>
      </w:r>
    </w:p>
    <w:p>
      <w:r>
        <w:rPr>
          <w:b/>
        </w:rPr>
        <w:t xml:space="preserve">[06:55] </w:t>
      </w:r>
      <w:r>
        <w:t>beshak is zamane ki jo economy thi wo agriculture par base karti thi.</w:t>
      </w:r>
    </w:p>
    <w:p>
      <w:pPr>
        <w:jc w:val="right"/>
      </w:pPr>
      <w:r>
        <w:t>بے شک اس زمانے کی جو اکانومی تھی وہ ایگریکلچر پر بیس کرتی تھی۔</w:t>
      </w:r>
    </w:p>
    <w:p>
      <w:r>
        <w:rPr>
          <w:b/>
        </w:rPr>
        <w:t xml:space="preserve">[06:59] </w:t>
      </w:r>
      <w:r>
        <w:t>to jahan achi land hoti thi wahan attack kar ke is par qabza karte the wo. yahan desert mein kya karte wo? to hazrat ibrahim ne, hazrat ibrahim paida hue iraq mein, babal mein.</w:t>
      </w:r>
    </w:p>
    <w:p>
      <w:pPr>
        <w:jc w:val="right"/>
      </w:pPr>
      <w:r>
        <w:t>تو جہاں اچھی لینڈ ہوتی تھی وہاں اٹیک کر کے اس پر قبضہ کرتے تھے وہ۔ یہاں ڈیزرٹ میں کیا کرتے وہ؟ تو حضرت ابراہیم نے، حضرت ابراہیم پیدا ہوئے عراق میں، بابل میں۔</w:t>
      </w:r>
    </w:p>
    <w:p>
      <w:r>
        <w:rPr>
          <w:b/>
        </w:rPr>
        <w:t xml:space="preserve">[07:17] </w:t>
      </w:r>
      <w:r>
        <w:t>is zamane ki aik civilized state thi wo. wahan par wo center nahi bana sakte the to</w:t>
      </w:r>
    </w:p>
    <w:p>
      <w:pPr>
        <w:jc w:val="right"/>
      </w:pPr>
      <w:r>
        <w:t>اس زمانے کی ایک سویلائز اسٹیٹ تھی وہ۔ وہاں پر وہ سینٹر نہیں بنا سکتے تھے تو</w:t>
      </w:r>
    </w:p>
    <w:p>
      <w:r>
        <w:rPr>
          <w:b/>
        </w:rPr>
        <w:t xml:space="preserve">[07:25] </w:t>
      </w:r>
      <w:r>
        <w:t>heed ka. to desert mein aa ke banaya unhon ne. jahan koi rukawat nahi thi. to kya hua? is ke bare mein aap hadithon mein kafi tafseel aayi hai.</w:t>
      </w:r>
    </w:p>
    <w:p>
      <w:pPr>
        <w:jc w:val="right"/>
      </w:pPr>
      <w:r>
        <w:t>حید کا۔ تو ڈیزرٹ میں آ کے بنایا انہوں نے۔ جہاں کوئی رکاوٹ نہیں تھی۔ تو کیا ہوا؟ اس کے بارے میں آپ حدیثوں میں کافی تفصیل آئی ہے۔</w:t>
      </w:r>
    </w:p>
    <w:p>
      <w:r>
        <w:rPr>
          <w:b/>
        </w:rPr>
        <w:t xml:space="preserve">[07:38] </w:t>
      </w:r>
      <w:r>
        <w:t>quran mein mukhtasar tor par baatein kahi gayi hain is silsile mein. aur detail jo hai wo aap janna chahein to hadith mein dekh sakte hain aap.</w:t>
      </w:r>
    </w:p>
    <w:p>
      <w:pPr>
        <w:jc w:val="right"/>
      </w:pPr>
      <w:r>
        <w:t>قرآن میں مختصر طور پر باتیں کہی گئی ہیں اس سلسلے میں۔ اور ڈیٹیل جو ہے وہ آپ جاننا چاہیں تو حدیث میں دیکھ سکتے ہیں آپ۔</w:t>
      </w:r>
    </w:p>
    <w:p>
      <w:r>
        <w:rPr>
          <w:b/>
        </w:rPr>
        <w:t xml:space="preserve">[07:50] </w:t>
      </w:r>
      <w:r>
        <w:t>main is ko mukhtasar tor par bayan karne ki koshish karunga.</w:t>
      </w:r>
    </w:p>
    <w:p>
      <w:pPr>
        <w:jc w:val="right"/>
      </w:pPr>
      <w:r>
        <w:t>میں اس کو مختصر طور پر بیان کرنے کی کوشش کروں گا۔</w:t>
      </w:r>
    </w:p>
    <w:p>
      <w:r>
        <w:rPr>
          <w:b/>
        </w:rPr>
        <w:t xml:space="preserve">[07:54] </w:t>
      </w:r>
      <w:r>
        <w:t>to hadithon se maloom hota hai ke hazrat ibrahim the sham mein. yani sham ke is area mein jis ko qana kaha jata tha. yeh falasteen ka sham se mila hua ilaaqa tha.</w:t>
      </w:r>
    </w:p>
    <w:p>
      <w:pPr>
        <w:jc w:val="right"/>
      </w:pPr>
      <w:r>
        <w:t>تو حدیثوں سے معلوم ہوتا ہے کہ حضرت ابراہیم تھے شام میں۔ یعنی شام کے اس ایریا میں جس کو قنا کہا جاتا تھا۔ یہ فلسطین کا شام سے ملا ہوا علاقہ تھا۔</w:t>
      </w:r>
    </w:p>
    <w:p>
      <w:r>
        <w:rPr>
          <w:b/>
        </w:rPr>
        <w:t xml:space="preserve">[08:10] </w:t>
      </w:r>
      <w:r>
        <w:t>wahan par the wo.</w:t>
      </w:r>
    </w:p>
    <w:p>
      <w:pPr>
        <w:jc w:val="right"/>
      </w:pPr>
      <w:r>
        <w:t>وہاں پر تھے وہ۔</w:t>
      </w:r>
    </w:p>
    <w:p>
      <w:r>
        <w:rPr>
          <w:b/>
        </w:rPr>
        <w:t xml:space="preserve">[08:14] </w:t>
      </w:r>
      <w:r>
        <w:t>to aap paida to hue wo babal mein jis ko aaj kal ki zaban mein ur kaha jata hai. ur. ur</w:t>
      </w:r>
    </w:p>
    <w:p>
      <w:pPr>
        <w:jc w:val="right"/>
      </w:pPr>
      <w:r>
        <w:t>تو آپ پیدا تو ہوئے وہ بابل میں جس کو آج کل کی زبان میں عُر کہا جاتا ہے۔ یو آر۔ عُر</w:t>
      </w:r>
    </w:p>
    <w:p>
      <w:r>
        <w:rPr>
          <w:b/>
        </w:rPr>
        <w:t xml:space="preserve">[08:22] </w:t>
      </w:r>
      <w:r>
        <w:t>. hazrat ibrahim paida hue, ur aik shehar tha jis ko aam tor par babal mana jata hai lekin wo haqeeqat mein is ka naam ur hai.</w:t>
      </w:r>
    </w:p>
    <w:p>
      <w:pPr>
        <w:jc w:val="right"/>
      </w:pPr>
      <w:r>
        <w:t>۔ حضرت ابراہیم پیدا ہوئے، عُر ایک شہر تھا جس کو عام طور پر بابل مانا جاتا ہے لیکن وہ حقیقت میں اس کا نام عُر ہے۔</w:t>
      </w:r>
    </w:p>
    <w:p>
      <w:r>
        <w:rPr>
          <w:b/>
        </w:rPr>
        <w:t xml:space="preserve">[08:33] </w:t>
      </w:r>
      <w:r>
        <w:t>ur. ur. to wo excavation mein nikla hai, zameen mein daba hua tha. ab poora shehar ur jo hai wo wahan par tourist logon ka aik wo bana hua hai.</w:t>
      </w:r>
    </w:p>
    <w:p>
      <w:pPr>
        <w:jc w:val="right"/>
      </w:pPr>
      <w:r>
        <w:t>یو آر۔ عُر۔ تو وہ ایکسکیویشن میں نکلا ہے، زمین میں دبا ہوا تھا۔ اب پورا شہر عُر جو ہے وہ وہاں پر ٹورسٹ لوگوں کا ایک وہ بنا ہوا ہے۔</w:t>
      </w:r>
    </w:p>
    <w:p>
      <w:r>
        <w:rPr>
          <w:b/>
        </w:rPr>
        <w:t xml:space="preserve">[08:49] </w:t>
      </w:r>
      <w:r>
        <w:t>center. log jate hain dekhne ke liye.</w:t>
      </w:r>
    </w:p>
    <w:p>
      <w:pPr>
        <w:jc w:val="right"/>
      </w:pPr>
      <w:r>
        <w:t>سینٹر۔ لوگ جاتے ہیں دیکھنے کے لیے۔</w:t>
      </w:r>
    </w:p>
    <w:p>
      <w:r>
        <w:rPr>
          <w:b/>
        </w:rPr>
        <w:t xml:space="preserve">[08:52] </w:t>
      </w:r>
      <w:r>
        <w:t>to is area se nikle wo. aur hazrat jibril un ke sath the. to</w:t>
      </w:r>
    </w:p>
    <w:p>
      <w:pPr>
        <w:jc w:val="right"/>
      </w:pPr>
      <w:r>
        <w:t>تو اس ایریا سے نکلے وہ۔ اور حضرت جبرائیل ان کے ساتھ تھے۔ تو</w:t>
      </w:r>
    </w:p>
    <w:p>
      <w:r>
        <w:rPr>
          <w:b/>
        </w:rPr>
        <w:t xml:space="preserve">[09:05] </w:t>
      </w:r>
      <w:r>
        <w:t>hazrat jibril le ke chale ke aap ko khuda ke hukum se aik maqam par jana hai. to hadith mein aata hai ke jab koi basti aati to hazrat ibrahim kehte ke kya yeh maqam hai jahan hukum diya gaya hai</w:t>
      </w:r>
    </w:p>
    <w:p>
      <w:pPr>
        <w:jc w:val="right"/>
      </w:pPr>
      <w:r>
        <w:t>حضرت جبرائیل لے کے چلے کہ آپ کو خدا کے حکم سے ایک مقام پر جانا ہے۔ تو حدیث میں آتا ہے کہ جب کوئی بستی آتی تو حضرت ابراہیم کہتے کہ کیا یہ مقام ہے جہاں حکم دیا گیا ہے</w:t>
      </w:r>
    </w:p>
    <w:p>
      <w:r>
        <w:rPr>
          <w:b/>
        </w:rPr>
        <w:t xml:space="preserve">[09:23] </w:t>
      </w:r>
      <w:r>
        <w:t>rehne ka mujhe? to hazrat jibril kehte the nahi. to bar bar aisa hota tha ke koi basti aayi aur hazrat ibrahim ne poocha hua ke nahi aage chaliye.</w:t>
      </w:r>
    </w:p>
    <w:p>
      <w:pPr>
        <w:jc w:val="right"/>
      </w:pPr>
      <w:r>
        <w:t>رہنے کا مجھے؟ تو حضرت جبرائیل کہتے تھے نہیں۔ تو بار بار ایسا ہوتا تھا کہ کوئی بستی آئی اور حضرت ابراہیم نے پوچھا ہوا کہ نہیں آگے چلیے۔</w:t>
      </w:r>
    </w:p>
    <w:p>
      <w:r>
        <w:rPr>
          <w:b/>
        </w:rPr>
        <w:t xml:space="preserve">[09:34] </w:t>
      </w:r>
      <w:r>
        <w:t>hote hote wo aaye kahan? makkah ke paas. jo desert tha wahan. to hazrat ibrahim se kaha hazrat jibril ne ke yeh hai wo maqam jahan aap ko rehna hai.</w:t>
      </w:r>
    </w:p>
    <w:p>
      <w:pPr>
        <w:jc w:val="right"/>
      </w:pPr>
      <w:r>
        <w:t>ہوتے ہوتے وہ آئے کہاں؟ مکہ کے پاس۔ جو ڈیزرٹ تھا وہاں۔ تو حضرت ابراہیم سے کہا حضرت جبرائیل نے کہ یہ ہے وہ مقام جہاں آپ کو رہنا ہے۔</w:t>
      </w:r>
    </w:p>
    <w:p>
      <w:r>
        <w:rPr>
          <w:b/>
        </w:rPr>
        <w:t xml:space="preserve">[09:49] </w:t>
      </w:r>
      <w:r>
        <w:t>yeh maqam hai jahan rehna hai.</w:t>
      </w:r>
    </w:p>
    <w:p>
      <w:pPr>
        <w:jc w:val="right"/>
      </w:pPr>
      <w:r>
        <w:t>یہ مقام ہے جہاں رہنا ہے۔</w:t>
      </w:r>
    </w:p>
    <w:p>
      <w:r>
        <w:rPr>
          <w:b/>
        </w:rPr>
        <w:t xml:space="preserve">[09:51] </w:t>
      </w:r>
      <w:r>
        <w:t>to us waqt aap ke sath sirf aap ki ahliya hajra theen aur aap ke bete ismail the jo us waqt sirf do saal ke the.</w:t>
      </w:r>
    </w:p>
    <w:p>
      <w:pPr>
        <w:jc w:val="right"/>
      </w:pPr>
      <w:r>
        <w:t>تو اس وقت آپ کے ساتھ صرف آپ کی اہلیہ ہاجرہ تھیں اور آپ کے بیٹے اسماعیل تھے جو اس وقت صرف دو سال کے تھے۔</w:t>
      </w:r>
    </w:p>
    <w:p>
      <w:r>
        <w:rPr>
          <w:b/>
        </w:rPr>
        <w:t xml:space="preserve">[10:03] </w:t>
      </w:r>
      <w:r>
        <w:t>yani shair khwar bacha do saal ka. to unhon ne kaha hazrat jibril ne kaha ke yahan aap ko rehna hai.</w:t>
      </w:r>
    </w:p>
    <w:p>
      <w:pPr>
        <w:jc w:val="right"/>
      </w:pPr>
      <w:r>
        <w:t>یعنی شیر خوار بچہ دو سال کا۔ تو انہوں نے کہا حضرت جبرائیل نے کہا کہ یہاں آپ کو رہنا ہے۔</w:t>
      </w:r>
    </w:p>
    <w:p>
      <w:r>
        <w:rPr>
          <w:b/>
        </w:rPr>
        <w:t xml:space="preserve">[10:14] </w:t>
      </w:r>
      <w:r>
        <w:t>to wahan unhon ne apni biwi ko chora bachay ke sath aur khud jane lage wahan se.</w:t>
      </w:r>
    </w:p>
    <w:p>
      <w:pPr>
        <w:jc w:val="right"/>
      </w:pPr>
      <w:r>
        <w:t>تو وہاں انہوں نے اپنی بیوی کو چھوڑا بچے کے ساتھ اور خود جانے لگے وہاں سے۔</w:t>
      </w:r>
    </w:p>
    <w:p>
      <w:r>
        <w:rPr>
          <w:b/>
        </w:rPr>
        <w:t xml:space="preserve">[10:21] </w:t>
      </w:r>
      <w:r>
        <w:t>to hazrat hajra ne poocha ke aap hum ko wahan chhod kar kahan ja rahe hain? yeh to sab desert hai, pani bhi nahi hai, sabza bhi nahi hai, insan bhi nahi, koi basti bhi nahi hai yahan par.</w:t>
      </w:r>
    </w:p>
    <w:p>
      <w:pPr>
        <w:jc w:val="right"/>
      </w:pPr>
      <w:r>
        <w:t>تو حضرت ہاجرہ نے پوچھا کہ آپ ہم کو وہاں چھوڑ کر کہاں جا رہے ہیں؟ یہ تو سب ڈیزرٹ ہے، پانی بھی نہیں ہے، سبزہ بھی نہیں ہے، انسان بھی نہیں، کوئی بستی بھی نہیں ہے یہاں پر۔</w:t>
      </w:r>
    </w:p>
    <w:p>
      <w:r>
        <w:rPr>
          <w:b/>
        </w:rPr>
        <w:t xml:space="preserve">[10:34] </w:t>
      </w:r>
      <w:r>
        <w:t>to koi jawab nahi diya unhon ne. kai bar poocha hazrat hajra ne. koi jawab nahi de rahe the woh.</w:t>
      </w:r>
    </w:p>
    <w:p>
      <w:pPr>
        <w:jc w:val="right"/>
      </w:pPr>
      <w:r>
        <w:t>تو کوئی جواب نہیں دیا انہوں نے۔ کئی بار پوچھا حضرت ہاجرہ نے۔ کوئی جواب نہیں دے رہے تھے وہ۔</w:t>
      </w:r>
    </w:p>
    <w:p>
      <w:r>
        <w:rPr>
          <w:b/>
        </w:rPr>
        <w:t xml:space="preserve">[10:42] </w:t>
      </w:r>
      <w:r>
        <w:t>to phir hazrat hajra ne kaha ke kya khuda ne aap ko aisa karne ka hukum diya hai ke hum ko yahan la kar chhod dein?</w:t>
      </w:r>
    </w:p>
    <w:p>
      <w:pPr>
        <w:jc w:val="right"/>
      </w:pPr>
      <w:r>
        <w:t>تو پھر حضرت ہاجرہ نے کہا کہ کیا خدا نے آپ کو ایسا کرنے کا حکم دیا ہے کہ ہم کو یہاں لا کر چھوڑ دیں؟</w:t>
      </w:r>
    </w:p>
    <w:p>
      <w:r>
        <w:rPr>
          <w:b/>
        </w:rPr>
        <w:t xml:space="preserve">[10:51] </w:t>
      </w:r>
      <w:r>
        <w:t>desert mein? tab unhon ne kaha ke haan. is waqt hazrat hajra ne kaha ke phir khuda hum ko zaya nahi karega.</w:t>
      </w:r>
    </w:p>
    <w:p>
      <w:pPr>
        <w:jc w:val="right"/>
      </w:pPr>
      <w:r>
        <w:t>ڈیزرٹ میں؟ تب انہوں نے کہا کہ ہاں۔ اس وقت حضرت ہاجرہ نے کہا کہ پھر خدا ہم کو ضائع نہیں کرے گا۔</w:t>
      </w:r>
    </w:p>
    <w:p>
      <w:r>
        <w:rPr>
          <w:b/>
        </w:rPr>
        <w:t xml:space="preserve">[11:02] </w:t>
      </w:r>
      <w:r>
        <w:t>idhan la yuziyoon. hamari khuda hifazat karega.</w:t>
      </w:r>
    </w:p>
    <w:p>
      <w:pPr>
        <w:jc w:val="right"/>
      </w:pPr>
      <w:r>
        <w:t>اذن لا یزیون۔ ہماری خدا حفاظت کرے گا۔</w:t>
      </w:r>
    </w:p>
    <w:p>
      <w:r>
        <w:rPr>
          <w:b/>
        </w:rPr>
        <w:t xml:space="preserve">[11:09] </w:t>
      </w:r>
      <w:r>
        <w:t>is desert mein hum baith kar ke yahan keh rahe hain, dilli mein, yeh jumla. lekin is desert mein jahan koi aage tha na koi peeche tha, na pani tha na koi khane ki cheez thi.</w:t>
      </w:r>
    </w:p>
    <w:p>
      <w:pPr>
        <w:jc w:val="right"/>
      </w:pPr>
      <w:r>
        <w:t>اس ڈیزرٹ میں ہم بیٹھ کر کے یہاں کہہ رہے ہیں، دلی میں، یہ جملہ۔ لیکن اس ڈیزرٹ میں جہاں کوئی آگے تھا نہ کوئی پیچھے تھا، نہ پانی تھا نہ کوئی کھانے کی چیز تھی۔</w:t>
      </w:r>
    </w:p>
    <w:p>
      <w:r>
        <w:rPr>
          <w:b/>
        </w:rPr>
        <w:t xml:space="preserve">[11:24] </w:t>
      </w:r>
      <w:r>
        <w:t>is desert mein akele ek chhote bache ko le kar, do saal ke bache ko le kar, ek khatoon jab yeh keh rahi thi to main samajhta hoon ke yeh to bada, itna bada kalma tha ke aisa kalma tareekh mein kabhi nahi bola gaya.</w:t>
      </w:r>
    </w:p>
    <w:p>
      <w:pPr>
        <w:jc w:val="right"/>
      </w:pPr>
      <w:r>
        <w:t>اس ڈیزرٹ میں اکیلے ایک چھوٹے بچے کو لے کر، دو سال کے بچے کو لے کر، ایک خاتون جب یہ کہہ رہی تھی تو میں سمجھتا ہوں کہ یہ تو بڑا، اتنا بڑا کلمہ تھا کہ ایسا کلمہ تاریخ میں کبھی نہیں بولا گیا۔</w:t>
      </w:r>
    </w:p>
    <w:p>
      <w:r>
        <w:rPr>
          <w:b/>
        </w:rPr>
        <w:t xml:space="preserve">[11:40] </w:t>
      </w:r>
      <w:r>
        <w:t>na hajra se pehle aur na hajra ke baad. to jab is khatoon ne itni badi, itna bada conviction dikhaya Allah taala par to Allah taala ne us ki madad farmayi.</w:t>
      </w:r>
    </w:p>
    <w:p>
      <w:pPr>
        <w:jc w:val="right"/>
      </w:pPr>
      <w:r>
        <w:t>نہ ہاجرہ سے پہلے اور نہ ہاجرہ کے بعد۔ تو جب اس خاتون نے اتنی بڑی، اتنا بڑا کنوکشن دکھایا اللہ تعالیٰ پر تو اللہ تعالیٰ نے اس کی مدد فرمائی۔</w:t>
      </w:r>
    </w:p>
    <w:p>
      <w:r>
        <w:rPr>
          <w:b/>
        </w:rPr>
        <w:t xml:space="preserve">[12:00] </w:t>
      </w:r>
      <w:r>
        <w:t>ab madad ka aaghaz yahan se hota hai ke hazrat ibrahim ek mashk pani wahan par chhod ke chale gaye the. mashk pani.</w:t>
      </w:r>
    </w:p>
    <w:p>
      <w:pPr>
        <w:jc w:val="right"/>
      </w:pPr>
      <w:r>
        <w:t>اب مدد کا آغاز یہاں سے ہوتا ہے کہ حضرت ابراہیم ایک مشق پانی وہاں پر چھوڑ کے چلے گئے تھے۔ مشق پانی۔</w:t>
      </w:r>
    </w:p>
    <w:p>
      <w:r>
        <w:rPr>
          <w:b/>
        </w:rPr>
        <w:t xml:space="preserve">[12:15] </w:t>
      </w:r>
      <w:r>
        <w:t>to jab pyas lagti thi to woh woh pani pi leti thi us mein se aur ismail ko pilati thi.</w:t>
      </w:r>
    </w:p>
    <w:p>
      <w:pPr>
        <w:jc w:val="right"/>
      </w:pPr>
      <w:r>
        <w:t>تو جب پیاس لگتی تھی تو وہ وہ پانی پی لیتی تھی اس میں سے اور اسماعیل کو پلاتی تھی۔</w:t>
      </w:r>
    </w:p>
    <w:p>
      <w:r>
        <w:rPr>
          <w:b/>
        </w:rPr>
        <w:t xml:space="preserve">[12:23] </w:t>
      </w:r>
      <w:r>
        <w:t>aur kuch shayad kuch aur cheezein rahi hon, kuch khajoor waghera type ki kuch cheezein mukhtasar tor par</w:t>
      </w:r>
    </w:p>
    <w:p>
      <w:pPr>
        <w:jc w:val="right"/>
      </w:pPr>
      <w:r>
        <w:t>اور کچھ شاید کچھ اور چیزیں رہی ہوں، کچھ کھجور وغیرہ ٹائپ کی کچھ چیزیں مختصر طور پر</w:t>
      </w:r>
    </w:p>
    <w:p>
      <w:r>
        <w:rPr>
          <w:b/>
        </w:rPr>
        <w:t xml:space="preserve">[12:30] </w:t>
      </w:r>
      <w:r>
        <w:t>. yahan tak ke pani khatam ho gaya.</w:t>
      </w:r>
    </w:p>
    <w:p>
      <w:pPr>
        <w:jc w:val="right"/>
      </w:pPr>
      <w:r>
        <w:t>۔ یہاں تک کہ پانی ختم ہو گیا۔</w:t>
      </w:r>
    </w:p>
    <w:p>
      <w:r>
        <w:rPr>
          <w:b/>
        </w:rPr>
        <w:t xml:space="preserve">[12:36] </w:t>
      </w:r>
      <w:r>
        <w:t>ab bachcha ro raha hai pani ke liye. to yeh niklein pani ki talash mein.</w:t>
      </w:r>
    </w:p>
    <w:p>
      <w:pPr>
        <w:jc w:val="right"/>
      </w:pPr>
      <w:r>
        <w:t>اب بچہ رو رہا ہے پانی کے لیے۔ تو یہ نکلیں پانی کی تلاش میں۔</w:t>
      </w:r>
    </w:p>
    <w:p>
      <w:r>
        <w:rPr>
          <w:b/>
        </w:rPr>
        <w:t xml:space="preserve">[12:44] </w:t>
      </w:r>
      <w:r>
        <w:t>to wahan par do pahadiyan thin jo aaj bhi is ke nishanat maujood hain. ek ka naam tha safa doosre ka naam tha marwa.</w:t>
      </w:r>
    </w:p>
    <w:p>
      <w:pPr>
        <w:jc w:val="right"/>
      </w:pPr>
      <w:r>
        <w:t>تو وہاں پر دو پہاڑیاں تھیں جو آج بھی اس کے نشانات موجود ہیں۔ ایک کا نام تھا صفا دوسرے کا نام تھا مروہ۔</w:t>
      </w:r>
    </w:p>
    <w:p>
      <w:r>
        <w:rPr>
          <w:b/>
        </w:rPr>
        <w:t xml:space="preserve">[12:54] </w:t>
      </w:r>
      <w:r>
        <w:t>safa aur marwa.</w:t>
      </w:r>
    </w:p>
    <w:p>
      <w:pPr>
        <w:jc w:val="right"/>
      </w:pPr>
      <w:r>
        <w:t>صفا اور مروہ۔</w:t>
      </w:r>
    </w:p>
    <w:p>
      <w:r>
        <w:rPr>
          <w:b/>
        </w:rPr>
        <w:t xml:space="preserve">[12:57] </w:t>
      </w:r>
      <w:r>
        <w:t>donon ke beech mein taqreeban saat furlang ka fasla hai. yani paanch sau qadam.</w:t>
      </w:r>
    </w:p>
    <w:p>
      <w:pPr>
        <w:jc w:val="right"/>
      </w:pPr>
      <w:r>
        <w:t>دونوں کے بیچ میں تقریباً سات فرلانگ کا فاصلہ ہے۔ یعنی پانچ سو قدم۔</w:t>
      </w:r>
    </w:p>
    <w:p>
      <w:r>
        <w:rPr>
          <w:b/>
        </w:rPr>
        <w:t xml:space="preserve">[13:08] </w:t>
      </w:r>
      <w:r>
        <w:t>to woh woh woh woh woh teela tha, rock tha woh, koi pahad nahi tha woh. to is par aadmi chadh sakta tha.</w:t>
      </w:r>
    </w:p>
    <w:p>
      <w:pPr>
        <w:jc w:val="right"/>
      </w:pPr>
      <w:r>
        <w:t>تو وہ وہ وہ وہ وہ ٹیلہ تھا، راک تھا وہ، کوئی پہاڑ نہیں تھا وہ۔ تو اس پر آدمی چڑھ سکتا تھا۔</w:t>
      </w:r>
    </w:p>
    <w:p>
      <w:r>
        <w:rPr>
          <w:b/>
        </w:rPr>
        <w:t xml:space="preserve">[13:18] </w:t>
      </w:r>
      <w:r>
        <w:t>to chadhein woh safa par. kis liye? ke shayad aas paas kahin koi insaan dikhai de. koi qafila dikhai de. to us se pani ke liye poochein.</w:t>
      </w:r>
    </w:p>
    <w:p>
      <w:pPr>
        <w:jc w:val="right"/>
      </w:pPr>
      <w:r>
        <w:t>تو چڑھیں وہ صفا پر۔ کس لیے؟ کہ شاید آس پاس کہیں کوئی انسان دکھائی دے۔ کوئی قافلہ دکھائی دے۔ تو اس سے پانی کے لیے پوچھیں۔</w:t>
      </w:r>
    </w:p>
    <w:p>
      <w:r>
        <w:rPr>
          <w:b/>
        </w:rPr>
        <w:t xml:space="preserve">[13:30] </w:t>
      </w:r>
      <w:r>
        <w:t>to koi nahi dikhai diya utar kar phir gayin wahan agla jo chattan thi marwa wahan gayin. wahan se bhi idhar udhar dekha to kuch dikhai nahi diya.</w:t>
      </w:r>
    </w:p>
    <w:p>
      <w:pPr>
        <w:jc w:val="right"/>
      </w:pPr>
      <w:r>
        <w:t>تو کوئی نہیں دکھائی دیا۔ اتر کر پھر گئیں وہاں اگلا جو چٹان تھی مروہ وہاں گئیں۔ وہاں سے بھی ادھر ادھر دیکھا تو کچھ دکھائی نہیں دیا۔</w:t>
      </w:r>
    </w:p>
    <w:p>
      <w:r>
        <w:rPr>
          <w:b/>
        </w:rPr>
        <w:t xml:space="preserve">[13:41] </w:t>
      </w:r>
      <w:r>
        <w:t>is tarah woh saat bar safa se marwa, marwa se safa chalti rahin.</w:t>
      </w:r>
    </w:p>
    <w:p>
      <w:pPr>
        <w:jc w:val="right"/>
      </w:pPr>
      <w:r>
        <w:t>اس طرح وہ سات بار صفا سے مروہ، مروہ سے صفا چلتی رہیں۔</w:t>
      </w:r>
    </w:p>
    <w:p>
      <w:r>
        <w:rPr>
          <w:b/>
        </w:rPr>
        <w:t xml:space="preserve">[13:49] </w:t>
      </w:r>
      <w:r>
        <w:t>aakhri bar yeh hua, yani saatveen bar, yeh hadees mein aaya hai ke wahan par dekha unhon ne ke ek farishta khada hua hai jahan bache ko chhod ke chali gayi thi woh.</w:t>
      </w:r>
    </w:p>
    <w:p>
      <w:pPr>
        <w:jc w:val="right"/>
      </w:pPr>
      <w:r>
        <w:t>آخری بار یہ ہوا، یعنی ساتویں بار، یہ حدیث میں آیا ہے کہ وہاں پر دیکھا انہوں نے کہ ایک فرشتہ کھڑا ہوا ہے جہاں بچے کو چھوڑ کے چلی گئی تھی وہ۔</w:t>
      </w:r>
    </w:p>
    <w:p>
      <w:r>
        <w:rPr>
          <w:b/>
        </w:rPr>
        <w:t xml:space="preserve">[14:04] </w:t>
      </w:r>
      <w:r>
        <w:t>yani bachcha god mein nahi liye the, wohin chhod diya tha.</w:t>
      </w:r>
    </w:p>
    <w:p>
      <w:pPr>
        <w:jc w:val="right"/>
      </w:pPr>
      <w:r>
        <w:t>یعنی بچہ گود میں نہیں لیے تھے، وہیں چھوڑ دیا تھا۔</w:t>
      </w:r>
    </w:p>
    <w:p>
      <w:r>
        <w:rPr>
          <w:b/>
        </w:rPr>
        <w:t xml:space="preserve">[14:10] </w:t>
      </w:r>
      <w:r>
        <w:t>to woh farishta jo hai aaya tha aap ko pani dene ke liye. woh ghaliban hazrat jibril the.</w:t>
      </w:r>
    </w:p>
    <w:p>
      <w:pPr>
        <w:jc w:val="right"/>
      </w:pPr>
      <w:r>
        <w:t>تو وہ فرشتہ جو ہے آیا تھا آپ کو پانی دینے کے لیے۔ وہ غالباً حضرت جبرائیل تھے۔</w:t>
      </w:r>
    </w:p>
    <w:p>
      <w:r>
        <w:rPr>
          <w:b/>
        </w:rPr>
        <w:t xml:space="preserve">[14:18] </w:t>
      </w:r>
      <w:r>
        <w:t>to zameen par unhon ne paon se mara. jab paon se mara to wahan chashma nikal pada. pani ka chashma.</w:t>
      </w:r>
    </w:p>
    <w:p>
      <w:pPr>
        <w:jc w:val="right"/>
      </w:pPr>
      <w:r>
        <w:t>تو زمین پر انہوں نے پاؤں سے مارا۔ جب پاؤں سے مارا تو وہاں چشمہ نکل پڑا۔ پانی کا چشمہ۔</w:t>
      </w:r>
    </w:p>
    <w:p>
      <w:r>
        <w:rPr>
          <w:b/>
        </w:rPr>
        <w:t xml:space="preserve">[14:28] </w:t>
      </w:r>
      <w:r>
        <w:t>pani behne laga. yeh baat hai chaar hazar saal pehle ki. yani hazrat hazrat ibrahim ka jo zamana hai woh chaar hazar pehle, chaar hazar saal pehle ka zamana hai.</w:t>
      </w:r>
    </w:p>
    <w:p>
      <w:pPr>
        <w:jc w:val="right"/>
      </w:pPr>
      <w:r>
        <w:t>پانی بہنے لگا۔ یہ بات ہے چار ہزار سال پہلے کی۔ یعنی حضرت حضرت ابراہیم کا جو زمانہ ہے وہ چار ہزار پہلے، چار ہزار سال پہلے کا زمانہ ہے۔</w:t>
      </w:r>
    </w:p>
    <w:p>
      <w:r>
        <w:rPr>
          <w:b/>
        </w:rPr>
        <w:t xml:space="preserve">[14:42] </w:t>
      </w:r>
      <w:r>
        <w:t>yeh pani jo jari hua isi ko hum kehte hain zamzam.</w:t>
      </w:r>
    </w:p>
    <w:p>
      <w:pPr>
        <w:jc w:val="right"/>
      </w:pPr>
      <w:r>
        <w:t>یہ پانی جو جاری ہوا اسی کو ہم کہتے ہیں زم زم۔</w:t>
      </w:r>
    </w:p>
    <w:p>
      <w:r>
        <w:rPr>
          <w:b/>
        </w:rPr>
        <w:t xml:space="preserve">[14:48] </w:t>
      </w:r>
      <w:r>
        <w:t>is waqt se aaj tak yeh pani isi tarah se jari hai.</w:t>
      </w:r>
    </w:p>
    <w:p>
      <w:pPr>
        <w:jc w:val="right"/>
      </w:pPr>
      <w:r>
        <w:t>اس وقت سے آج تک یہ پانی اسی طرح سے جاری ہے۔</w:t>
      </w:r>
    </w:p>
    <w:p>
      <w:r>
        <w:rPr>
          <w:b/>
        </w:rPr>
        <w:t xml:space="preserve">[14:55] </w:t>
      </w:r>
      <w:r>
        <w:t>lakhon lakh log wahan jate hain pani peete hain, bhar bhar ke late hain, isi se sara kaam karte hain. aur woh pani aaj tak khatam nahi ho raha.</w:t>
      </w:r>
    </w:p>
    <w:p>
      <w:pPr>
        <w:jc w:val="right"/>
      </w:pPr>
      <w:r>
        <w:t>لاکھوں لاکھ لوگ وہاں جاتے ہیں پانی پیتے ہیں، بھر بھر کے لاتے ہیں، اسی سے سارا کام کرتے ہیں۔ اور وہ پانی آج تک ختم نہیں ہو رہا۔</w:t>
      </w:r>
    </w:p>
    <w:p>
      <w:r>
        <w:rPr>
          <w:b/>
        </w:rPr>
        <w:t xml:space="preserve">[15:04] </w:t>
      </w:r>
      <w:r>
        <w:t>kam bhi nahi hua. wahan mein ne dekha hai ab machine se pani nikala jata hai wahan par. pehle apna aap natural tor par behta tha woh.</w:t>
      </w:r>
    </w:p>
    <w:p>
      <w:pPr>
        <w:jc w:val="right"/>
      </w:pPr>
      <w:r>
        <w:t>کم بھی نہیں ہوا۔ وہاں میں نے دیکھا ہے اب مشینوں سے پانی نکالا جاتا ہے وہاں پر۔ پہلے اپنا آپ نیچرل طور پر بہتا تھا وہ۔</w:t>
      </w:r>
    </w:p>
    <w:p>
      <w:r>
        <w:rPr>
          <w:b/>
        </w:rPr>
        <w:t xml:space="preserve">[15:16] </w:t>
      </w:r>
      <w:r>
        <w:t>ab wahan par baqayda machine lagi hui hain. pumping machinein. pump kar ke nikalte hain aur phir us ko supply karte hain. bohat bare peymane par har jagah is ke tap lage hue hain wahan se aap pani le lijiye.</w:t>
      </w:r>
    </w:p>
    <w:p>
      <w:pPr>
        <w:jc w:val="right"/>
      </w:pPr>
      <w:r>
        <w:t>اب وہاں پر باقاعدہ مشینیں لگی ہوئی ہیں۔ پمپنگ مشینیں۔ پمپ کر کے نکالتے ہیں اور پھر اس کو سپلائی کرتے ہیں۔ بہت بڑے پیمانے پر ہر جگہ اس کے ٹیپ لگے ہوئے ہیں وہاں سے آپ پانی لے لیجیے۔</w:t>
      </w:r>
    </w:p>
    <w:p>
      <w:r>
        <w:rPr>
          <w:b/>
        </w:rPr>
        <w:t xml:space="preserve">[15:31] </w:t>
      </w:r>
      <w:r>
        <w:t>to yeh tha Allah taala ka, yani jo Hajra ne jo bharosa kiya tha Allah taala par,</w:t>
      </w:r>
    </w:p>
    <w:p>
      <w:pPr>
        <w:jc w:val="right"/>
      </w:pPr>
      <w:r>
        <w:t>تو یہ تھا اللہ تعالیٰ کا، یعنی جو ہاجرہ نے جو بھروسہ کیا تھا اللہ تعالیٰ پر،</w:t>
      </w:r>
    </w:p>
    <w:p>
      <w:r>
        <w:rPr>
          <w:b/>
        </w:rPr>
        <w:t xml:space="preserve">[15:39] </w:t>
      </w:r>
      <w:r>
        <w:t>is bharose ka yeh karishma Allah taala ne dikhaya ke wahan se pani ka chashma nikal aya. aap jante hain ke zameen ke andar pani ke bare bare daryain hain.</w:t>
      </w:r>
    </w:p>
    <w:p>
      <w:pPr>
        <w:jc w:val="right"/>
      </w:pPr>
      <w:r>
        <w:t>اس بھروسے کا یہ کرشمہ اللہ تعالیٰ نے دکھایا کہ وہاں سے پانی کا چشمہ نکل آیا۔ آپ جانتے ہیں کہ زمین کے اندر پانی کے بڑے بڑے دریائیں ہیں۔</w:t>
      </w:r>
    </w:p>
    <w:p>
      <w:r>
        <w:rPr>
          <w:b/>
        </w:rPr>
        <w:t xml:space="preserve">[15:51] </w:t>
      </w:r>
      <w:r>
        <w:t>upar khushki hai, neeche daryain beh rahi hain pani ki. bare bare store hain pani ke zameen ke neeche.</w:t>
      </w:r>
    </w:p>
    <w:p>
      <w:pPr>
        <w:jc w:val="right"/>
      </w:pPr>
      <w:r>
        <w:t>اوپر خشکی ہے، نیچے دریائیں بہہ رہی ہیں پانی کی۔ بڑے بڑے اسٹور ہیں پانی کے زمین کے نیچے۔</w:t>
      </w:r>
    </w:p>
    <w:p>
      <w:r>
        <w:rPr>
          <w:b/>
        </w:rPr>
        <w:t xml:space="preserve">[16:02] </w:t>
      </w:r>
      <w:r>
        <w:t>to wahan par Allah taala ne pani ka koi bohat bara store shayad raha ho aur woh upar aane laga ho, overflow kar ke chashma ban gaya ho.</w:t>
      </w:r>
    </w:p>
    <w:p>
      <w:pPr>
        <w:jc w:val="right"/>
      </w:pPr>
      <w:r>
        <w:t>تو وہاں پر اللہ تعالیٰ نے پانی کا کوئی بہت بڑا اسٹور شاید رہا ہو اور وہ اوپر آنے لگا ہو، اوور فلو کر کے چشمہ بن گیا ہو۔</w:t>
      </w:r>
    </w:p>
    <w:p>
      <w:r>
        <w:rPr>
          <w:b/>
        </w:rPr>
        <w:t xml:space="preserve">[16:13] </w:t>
      </w:r>
      <w:r>
        <w:t>ya Allah taala ne koi ek naya wahan par pani ka ek reservoir paida kar diya ho. par jo bhi ho lekin char hazar saal se aaj tak pani is ka khatam nahi hua.</w:t>
      </w:r>
    </w:p>
    <w:p>
      <w:pPr>
        <w:jc w:val="right"/>
      </w:pPr>
      <w:r>
        <w:t>یا اللہ تعالیٰ نے کوئی ایک نیا وہاں پر پانی کا ایک ریزروائر پیدا کر دیا ہو۔ پر جو بھی ہو لیکن چار ہزار سال سے آج تک پانی اس کا ختم نہیں ہوا۔</w:t>
      </w:r>
    </w:p>
    <w:p>
      <w:r>
        <w:rPr>
          <w:b/>
        </w:rPr>
        <w:t xml:space="preserve">[16:31] </w:t>
      </w:r>
      <w:r>
        <w:t>to is ke baad kya hua? yeh hadithon mein bataya gaya hai ke ek qabila tha, yani tribe, is ka naam tha Jurhum.</w:t>
      </w:r>
    </w:p>
    <w:p>
      <w:pPr>
        <w:jc w:val="right"/>
      </w:pPr>
      <w:r>
        <w:t>تو اس کے بعد کیا ہوا؟ یہ حدیثوں میں بتایا گیا ہے کہ ایک قبیلہ تھا، یعنی ٹرائب، اس کا نام تھا جرہم۔</w:t>
      </w:r>
    </w:p>
    <w:p>
      <w:r>
        <w:rPr>
          <w:b/>
        </w:rPr>
        <w:t xml:space="preserve">[16:44] </w:t>
      </w:r>
      <w:r>
        <w:t>to qabile chalte rehte the is zamane mein. aap jante hain ke sahraon mein in ke qafle chalte the. to ek qabila Jurhum kahin idhar se udhar ja raha tha.</w:t>
      </w:r>
    </w:p>
    <w:p>
      <w:pPr>
        <w:jc w:val="right"/>
      </w:pPr>
      <w:r>
        <w:t>تو قبیلے چلتے رہتے تھے اس زمانے میں۔ آپ جانتے ہیں کہ صحراؤں میں ان کے قافلے چلتے تھے۔ تو ایک قبیلہ جرہم کہیں ادھر سے ادھر جا رہا تھا۔</w:t>
      </w:r>
    </w:p>
    <w:p>
      <w:r>
        <w:rPr>
          <w:b/>
        </w:rPr>
        <w:t xml:space="preserve">[16:57] </w:t>
      </w:r>
      <w:r>
        <w:t>to is ne dekha ke yahan par fiza mein chidiya ur rahi hain. kuch chidiya ko urte hue dekha unhon ne. to guess kiya unhon ne, is se infer kiya ke zaroor yahan kahin aas pas pani hai.</w:t>
      </w:r>
    </w:p>
    <w:p>
      <w:pPr>
        <w:jc w:val="right"/>
      </w:pPr>
      <w:r>
        <w:t>تو اس نے دیکھا کہ یہاں پر فضا میں چڑیا اڑ رہی ہیں۔ کچھ چڑیا کو اڑتے ہوئے دیکھا انہوں نے۔ تو گیس کیا انہوں نے، اس سے انفر کیا کہ ضرور یہاں کہیں آس پاس پانی ہے۔</w:t>
      </w:r>
    </w:p>
    <w:p>
      <w:r>
        <w:rPr>
          <w:b/>
        </w:rPr>
        <w:t xml:space="preserve">[17:12] </w:t>
      </w:r>
      <w:r>
        <w:t>kyun ke jahan pani hota hai wahan chidiya aati hain. pani na ho to chidiya kabhi bhi nahi aayengi wahan par. to apne aadmiyon ko bheja unhon ne ke ja kar pata karo ke aas pas kahin pani hai.</w:t>
      </w:r>
    </w:p>
    <w:p>
      <w:pPr>
        <w:jc w:val="right"/>
      </w:pPr>
      <w:r>
        <w:t>کیونکہ جہاں پانی ہوتا ہے وہاں چڑیا آتی ہیں۔ پانی نہ ہو تو چڑیا کبھی بھی نہیں آئیں گی وہاں پر۔ تو اپنے آدمیوں کو بھیجا انہوں نے کہ جا کر پتہ کرو کہ آس پاس کہیں پانی ہے۔</w:t>
      </w:r>
    </w:p>
    <w:p>
      <w:r>
        <w:rPr>
          <w:b/>
        </w:rPr>
        <w:t xml:space="preserve">[17:27] </w:t>
      </w:r>
      <w:r>
        <w:t>to jab aaya to maloom hua ke waqai pani yahan par hai. to woh log wahan par aaye. is zamane mein qabile jo hote the pani ke aas pas baste the.</w:t>
      </w:r>
    </w:p>
    <w:p>
      <w:pPr>
        <w:jc w:val="right"/>
      </w:pPr>
      <w:r>
        <w:t>تو جب آیا تو معلوم ہوا کہ واقعی پانی یہاں پر ہے۔ تو وہ لوگ وہاں پر آئے۔ اس زمانے میں قبیلے جو ہوتے تھے پانی کے آس پاس بستے تھے۔</w:t>
      </w:r>
    </w:p>
    <w:p>
      <w:r>
        <w:rPr>
          <w:b/>
        </w:rPr>
        <w:t xml:space="preserve">[17:38] </w:t>
      </w:r>
      <w:r>
        <w:t>yeh thi yeh desert culture yeh tha.</w:t>
      </w:r>
    </w:p>
    <w:p>
      <w:pPr>
        <w:jc w:val="right"/>
      </w:pPr>
      <w:r>
        <w:t>یہ تھی یہ ڈیزرٹ کلچر یہ تھا۔</w:t>
      </w:r>
    </w:p>
    <w:p>
      <w:r>
        <w:rPr>
          <w:b/>
        </w:rPr>
        <w:t xml:space="preserve">[17:43] </w:t>
      </w:r>
      <w:r>
        <w:t>jo desert ke areas the jahan jahan to kahin kahin pani hota tha. har jagah pani nahi hota tha. ab to aap kahin bhi pani nikal lete hain boring kar ke.</w:t>
      </w:r>
    </w:p>
    <w:p>
      <w:pPr>
        <w:jc w:val="right"/>
      </w:pPr>
      <w:r>
        <w:t>جو ڈیزرٹ کے ایریاز تھے جہاں جہاں تو کہیں کہیں پانی ہوتا تھا۔ ہر جگہ پانی نہیں ہوتا تھا۔ اب تو آپ کہیں بھی پانی نکال لیتے ہیں بورنگ کر کے۔</w:t>
      </w:r>
    </w:p>
    <w:p>
      <w:r>
        <w:rPr>
          <w:b/>
        </w:rPr>
        <w:t xml:space="preserve">[17:54] </w:t>
      </w:r>
      <w:r>
        <w:t>to wahan aisa nahi hota tha. to jab unhon ne dekha ke yahan par pani hai to unhon ne chaha ke hum bhi yahan basen. to unhon ne Hajra se kaha ke hum bhi basna chahte hain.</w:t>
      </w:r>
    </w:p>
    <w:p>
      <w:pPr>
        <w:jc w:val="right"/>
      </w:pPr>
      <w:r>
        <w:t>تو وہاں ایسا نہیں ہوتا تھا۔ تو جب انہوں نے دیکھا کہ یہاں پر پانی ہے تو انہوں نے چاہا کہ ہم بھی یہاں بسیں۔ تو انہوں نے ہاجرہ سے کہا کہ ہم بھی بسنا چاہتے ہیں۔</w:t>
      </w:r>
    </w:p>
    <w:p>
      <w:r>
        <w:rPr>
          <w:b/>
        </w:rPr>
        <w:t xml:space="preserve">[18:06] </w:t>
      </w:r>
      <w:r>
        <w:t>kya hum ko ijazat do gi yahan basne ki?</w:t>
      </w:r>
    </w:p>
    <w:p>
      <w:pPr>
        <w:jc w:val="right"/>
      </w:pPr>
      <w:r>
        <w:t>کیا ہم کو اجازت دو گی یہاں بسنے کی؟</w:t>
      </w:r>
    </w:p>
    <w:p>
      <w:r>
        <w:rPr>
          <w:b/>
        </w:rPr>
        <w:t xml:space="preserve">[18:11] </w:t>
      </w:r>
      <w:r>
        <w:t>to unhon ne kaha ke mein aik shart pe ijazat de sakti hoon yani pani par qabza hamara rahe ga. tumhara nahi ho ga.</w:t>
      </w:r>
    </w:p>
    <w:p>
      <w:pPr>
        <w:jc w:val="right"/>
      </w:pPr>
      <w:r>
        <w:t>تو انہوں نے کہا کہ میں ایک شرط پہ اجازت دے سکتی ہوں یعنی پانی پر قبضہ ہمارا رہے گا۔ تمہارا نہیں ہوگا۔</w:t>
      </w:r>
    </w:p>
    <w:p>
      <w:r>
        <w:rPr>
          <w:b/>
        </w:rPr>
        <w:t xml:space="preserve">[18:20] </w:t>
      </w:r>
      <w:r>
        <w:t>pani ko hum jis tarah chahenge apna qabza rakhenge is ke upar tum sirf istemal kar sakte ho is ko. unhon ne manzoor kar liya aur wahan par woh bas gaye.</w:t>
      </w:r>
    </w:p>
    <w:p>
      <w:pPr>
        <w:jc w:val="right"/>
      </w:pPr>
      <w:r>
        <w:t>پانی کو ہم جس طرح چاہیں گے اپنا قبضہ رکھیں گے اس کے اوپر تم صرف استعمال کر سکتے ہو اس کو۔ انہوں نے منظور کر لیا اور وہاں پر وہ بس گئے۔</w:t>
      </w:r>
    </w:p>
    <w:p>
      <w:r>
        <w:rPr>
          <w:b/>
        </w:rPr>
        <w:t xml:space="preserve">[18:32] </w:t>
      </w:r>
      <w:r>
        <w:t>to dheere dheere Ismail jawan ho gaye. aur log khana kya tha</w:t>
      </w:r>
    </w:p>
    <w:p>
      <w:pPr>
        <w:jc w:val="right"/>
      </w:pPr>
      <w:r>
        <w:t>تو دھیرے دھیرے اسماعیل جوان ہو گئے۔ اور لوگ کھانا کیا تھا</w:t>
      </w:r>
    </w:p>
    <w:p>
      <w:r>
        <w:rPr>
          <w:b/>
        </w:rPr>
        <w:t xml:space="preserve">[18:38] </w:t>
      </w:r>
      <w:r>
        <w:t>? wahan par koi sabzi nahi thi. koi phal nahi tha. sirf kuch janwar hua karte hain jaise khargosh, jin ko rabbit kehte hain is ko.</w:t>
      </w:r>
    </w:p>
    <w:p>
      <w:pPr>
        <w:jc w:val="right"/>
      </w:pPr>
      <w:r>
        <w:t>؟ وہاں پر کوئی سبزی نہیں تھی۔ کوئی پھل نہیں تھا۔ صرف کچھ جانور ہوا کرتے ہیں جیسے خرگوش، جن کو رائبٹ کہتے ہیں اس کو۔</w:t>
      </w:r>
    </w:p>
    <w:p>
      <w:r>
        <w:rPr>
          <w:b/>
        </w:rPr>
        <w:t xml:space="preserve">[18:48] </w:t>
      </w:r>
      <w:r>
        <w:t>to woh teer kaman se is ka shikar karte the Ismail.</w:t>
      </w:r>
    </w:p>
    <w:p>
      <w:pPr>
        <w:jc w:val="right"/>
      </w:pPr>
      <w:r>
        <w:t>تو وہ تیر کمان سے اس کا شکار کرتے تھے اسماعیل۔</w:t>
      </w:r>
    </w:p>
    <w:p>
      <w:r>
        <w:rPr>
          <w:b/>
        </w:rPr>
        <w:t xml:space="preserve">[18:53] </w:t>
      </w:r>
      <w:r>
        <w:t>jate the idhar udhar idhar udhar. ab koi ek mil gaya koi is qism ka koi janwar rabbit type ka.</w:t>
      </w:r>
    </w:p>
    <w:p>
      <w:pPr>
        <w:jc w:val="right"/>
      </w:pPr>
      <w:r>
        <w:t>جاتے تھے ادھر ادھر ادھر ادھر۔ اب کوئی ایک مل گیا کوئی اس قسم کا کوئی جانور رائبٹ ٹائپ کا۔</w:t>
      </w:r>
    </w:p>
    <w:p>
      <w:r>
        <w:rPr>
          <w:b/>
        </w:rPr>
        <w:t xml:space="preserve">[19:03] </w:t>
      </w:r>
      <w:r>
        <w:t>is ko unhon ne pakra. is ko shikar kiya le aaye. to aisi aag par bhun kar ke kha lete the.</w:t>
      </w:r>
    </w:p>
    <w:p>
      <w:pPr>
        <w:jc w:val="right"/>
      </w:pPr>
      <w:r>
        <w:t>اس کو انہوں نے پکڑا۔ اس کو شکار کیا لے آئے۔ تو ایسی آگ پر بھون کر کے کھا لیتے تھے۔</w:t>
      </w:r>
    </w:p>
    <w:p>
      <w:r>
        <w:rPr>
          <w:b/>
        </w:rPr>
        <w:t xml:space="preserve">[19:12] </w:t>
      </w:r>
      <w:r>
        <w:t>nah wahan koi tail tha nah masaleh tha. aaj kal jo hum ko sooraten mili hui hain woh sooraten wahan par maujood nahin theen.</w:t>
      </w:r>
    </w:p>
    <w:p>
      <w:pPr>
        <w:jc w:val="right"/>
      </w:pPr>
      <w:r>
        <w:t>نہ وہاں کوئی تیل تھا نہ مصالحہ تھا۔ آج کل جو ہم کو صورتیں ملی ہوئی ہیں وہ صورتیں وہاں پر موجود نہیں تھیں۔</w:t>
      </w:r>
    </w:p>
    <w:p>
      <w:r>
        <w:rPr>
          <w:b/>
        </w:rPr>
        <w:t xml:space="preserve">[19:20] </w:t>
      </w:r>
      <w:r>
        <w:t>aise bhun kar ke kha liya. aur pani pi liya. yahi khana in ka hua karta tha is zamane mein. aaj to afraat hai.</w:t>
      </w:r>
    </w:p>
    <w:p>
      <w:pPr>
        <w:jc w:val="right"/>
      </w:pPr>
      <w:r>
        <w:t>ایسے بھون کر کے کھا لیا۔ اور پانی پی لیا۔ یہی کھانا ان کا ہوا کرتا تھا اس زمانے میں۔ آج تو افراط ہے۔</w:t>
      </w:r>
    </w:p>
    <w:p>
      <w:r>
        <w:rPr>
          <w:b/>
        </w:rPr>
        <w:t xml:space="preserve">[19:30] </w:t>
      </w:r>
      <w:r>
        <w:t>aaj aap jaen makka madina to wahan aap dekhen ke khane ki sari dunya ki cheezen wahan par maujood hain. to hazrat ibrahim ne dua ki thi us waqt ke aye khuda in logon ke liye to rizq ke darwaze khol de.</w:t>
      </w:r>
    </w:p>
    <w:p>
      <w:pPr>
        <w:jc w:val="right"/>
      </w:pPr>
      <w:r>
        <w:t>آج آپ جائیں مکہ مدینہ تو وہاں آپ دیکھیں کہ کھانے کی ساری دنیا کی چیزیں وہاں پر موجود ہیں۔ تو حضرت ابراہیم نے دعا کی تھی اس وقت کہ اے خدا ان لوگوں کے لیے تو رزق کے دروازے کھول دے۔</w:t>
      </w:r>
    </w:p>
    <w:p>
      <w:r>
        <w:rPr>
          <w:b/>
        </w:rPr>
        <w:t xml:space="preserve">[19:47] </w:t>
      </w:r>
      <w:r>
        <w:t>to waqai aise hi hua.</w:t>
      </w:r>
    </w:p>
    <w:p>
      <w:pPr>
        <w:jc w:val="right"/>
      </w:pPr>
      <w:r>
        <w:t>تو واقعی ایسے ہی ہوا۔</w:t>
      </w:r>
    </w:p>
    <w:p>
      <w:r>
        <w:rPr>
          <w:b/>
        </w:rPr>
        <w:t xml:space="preserve">[19:50] </w:t>
      </w:r>
      <w:r>
        <w:t>woh log jo us waqt wahan base thay ke pani bhi nahin tha to phir un ko pani allah ta'ala ne diya. aur pani aur bhuna hua gosht baghair mirch, baghair masaleh, baghair tail.</w:t>
      </w:r>
    </w:p>
    <w:p>
      <w:pPr>
        <w:jc w:val="right"/>
      </w:pPr>
      <w:r>
        <w:t>وہ لوگ جو اس وقت وہاں بسے تھے کہ پانی بھی نہیں تھا تو پھر ان کو پانی اللہ تعالیٰ نے دیا۔ اور پانی اور بھنا ہوا گوشت بغیر مرچہ، بغیر مصالحہ، بغیر تیل۔</w:t>
      </w:r>
    </w:p>
    <w:p>
      <w:r>
        <w:rPr>
          <w:b/>
        </w:rPr>
        <w:t xml:space="preserve">[20:06] </w:t>
      </w:r>
      <w:r>
        <w:t>lekin aaj wahan par jab se petro dollar nikla hai to wahan har cheez ka ek bhandar aap dekhenge.</w:t>
      </w:r>
    </w:p>
    <w:p>
      <w:pPr>
        <w:jc w:val="right"/>
      </w:pPr>
      <w:r>
        <w:t>لیکن آج وہاں پر جب سے پیٹرو ڈالر نکلا ہے تو وہاں ہر چیز کا ایک بھنڈار آپ دیکھیں گے۔</w:t>
      </w:r>
    </w:p>
    <w:p>
      <w:r>
        <w:rPr>
          <w:b/>
        </w:rPr>
        <w:t xml:space="preserve">[20:15] </w:t>
      </w:r>
      <w:r>
        <w:t>wahan ke market bhari hui hain khane ki cheezon se. phir kya hua?</w:t>
      </w:r>
    </w:p>
    <w:p>
      <w:pPr>
        <w:jc w:val="right"/>
      </w:pPr>
      <w:r>
        <w:t>وہاں کے مارکیٹ بھری ہوئی ہیں کھانے کی چیزوں سے۔ پھر کیا ہوا؟</w:t>
      </w:r>
    </w:p>
    <w:p>
      <w:r>
        <w:rPr>
          <w:b/>
        </w:rPr>
        <w:t xml:space="preserve">[20:20] </w:t>
      </w:r>
      <w:r>
        <w:t>hazrat ismail jo hai woh jawan ho gaye. to unhon ne jarham ki ek ladki se shadi ki. to hazrat ibrahim jo thay woh ghore par aya karte thay wahan.</w:t>
      </w:r>
    </w:p>
    <w:p>
      <w:pPr>
        <w:jc w:val="right"/>
      </w:pPr>
      <w:r>
        <w:t>حضرت اسماعیل جو ہے وہ جوان ہو گئے۔ تو انہوں نے جرہم کی ایک لڑکی سے شادی کی۔ تو حضرت ابراہیم جو تھے وہ گھوڑے پر آیا کرتے تھے وہاں۔</w:t>
      </w:r>
    </w:p>
    <w:p>
      <w:r>
        <w:rPr>
          <w:b/>
        </w:rPr>
        <w:t xml:space="preserve">[20:34] </w:t>
      </w:r>
      <w:r>
        <w:t>dekhne ke liye. kyunke jo mansoobah ilahi tha. mansoobah ilahi tha ke yahan ek ek team banai jaye. is desert mein ek team banai jaye.</w:t>
      </w:r>
    </w:p>
    <w:p>
      <w:pPr>
        <w:jc w:val="right"/>
      </w:pPr>
      <w:r>
        <w:t>دیکھنے کے لیے۔ کیونکہ جو منصوبہ الہی تھا۔ منصوبہ الہی تھا کہ یہاں ایک ایک ٹیم بنائی جائے۔ اس ڈیزرٹ میں ایک ٹیم بنائی جائے۔</w:t>
      </w:r>
    </w:p>
    <w:p>
      <w:r>
        <w:rPr>
          <w:b/>
        </w:rPr>
        <w:t xml:space="preserve">[20:44] </w:t>
      </w:r>
      <w:r>
        <w:t>aisi team jo har qism ki conditioning se pak ho.</w:t>
      </w:r>
    </w:p>
    <w:p>
      <w:pPr>
        <w:jc w:val="right"/>
      </w:pPr>
      <w:r>
        <w:t>ایسی ٹیم جو ہر قسم کی کنڈیشننگ سے پاک ہو۔</w:t>
      </w:r>
    </w:p>
    <w:p>
      <w:r>
        <w:rPr>
          <w:b/>
        </w:rPr>
        <w:t xml:space="preserve">[20:50] </w:t>
      </w:r>
      <w:r>
        <w:t>yani shirk ki conditioning se pak ho. aisi ek team banai jaye. phir woh team jo hai dunya mein inqilab laye. to woh ghore par aaye to ek khatoon wahan par theen.</w:t>
      </w:r>
    </w:p>
    <w:p>
      <w:pPr>
        <w:jc w:val="right"/>
      </w:pPr>
      <w:r>
        <w:t>یعنی شرک کی کنڈیشننگ سے پاک ہو۔ ایسی ایک ٹیم بنائی جائے۔ پھر وہ ٹیم جو ہے دنیا میں انقلاب لائے۔ تو وہ گھوڑے پر آئے تو ایک خاتون وہاں پر تھیں۔</w:t>
      </w:r>
    </w:p>
    <w:p>
      <w:r>
        <w:rPr>
          <w:b/>
        </w:rPr>
        <w:t xml:space="preserve">[21:02] </w:t>
      </w:r>
      <w:r>
        <w:t>un ki biwi. aur ismail chale gaye thay shikar ke liye. to biwi se poocha ke tum logon ka guzar kaise hota hai? to unhon ne shikayat ki boli boli ke bari museebat hai kuch khane peene ko nahin.</w:t>
      </w:r>
    </w:p>
    <w:p>
      <w:pPr>
        <w:jc w:val="right"/>
      </w:pPr>
      <w:r>
        <w:t>ان کی بیوی۔ اور اسماعیل چلے گئے تھے شکار کے لیے۔ تو بیوی سے پوچھا کہ تم لوگوں کا گزر کیسے ہوتا ہے؟ تو انہوں نے شکایت کی بولی بولی کہ بڑی مصیبت ہے کچھ کھانے پینے کو نہیں۔</w:t>
      </w:r>
    </w:p>
    <w:p>
      <w:r>
        <w:rPr>
          <w:b/>
        </w:rPr>
        <w:t xml:space="preserve">[21:17] </w:t>
      </w:r>
      <w:r>
        <w:t>ek jhonpdi mein hum reh rahe hain hum log.</w:t>
      </w:r>
    </w:p>
    <w:p>
      <w:pPr>
        <w:jc w:val="right"/>
      </w:pPr>
      <w:r>
        <w:t>ایک جھونپڑی میں ہم رہ رہے ہیں ہم لوگ۔</w:t>
      </w:r>
    </w:p>
    <w:p>
      <w:r>
        <w:rPr>
          <w:b/>
        </w:rPr>
        <w:t xml:space="preserve">[21:21] </w:t>
      </w:r>
      <w:r>
        <w:t>kyunke ek jhonpdi bana li thi unhon ne us mein rehti theen woh log. to hazrat ismail, hazrat ibrahim ne kaha ke theek hai tumhare aadmi jab aayenge to un se kehna ke apne</w:t>
      </w:r>
    </w:p>
    <w:p>
      <w:pPr>
        <w:jc w:val="right"/>
      </w:pPr>
      <w:r>
        <w:t>کیونکہ ایک جھونپڑی بنا لی تھی انہوں نے اس میں رہتی تھیں وہ لوگ۔ تو حضرت اسماعیل، حضرت ابراہیم نے کہا کہ ٹھیک ہے تمہارے آدمی جب آئیں گے تو ان سے کہنا کہ اپنے</w:t>
      </w:r>
    </w:p>
    <w:p>
      <w:r>
        <w:rPr>
          <w:b/>
        </w:rPr>
        <w:t xml:space="preserve">[21:36] </w:t>
      </w:r>
      <w:r>
        <w:t>chokhat ko badal do. apne ghar ki chokhat ko badal do. to sham ko aaye jab ismail to unhein andaza hua ke yahan koi aaya tha.</w:t>
      </w:r>
    </w:p>
    <w:p>
      <w:pPr>
        <w:jc w:val="right"/>
      </w:pPr>
      <w:r>
        <w:t>چوکھٹ کو بدل دو۔ اپنے گھر کی چوکھٹ کو بدل دو۔ تو شام کو آئے جب اسماعیل تو انہیں اندازہ ہوا کہ یہاں کوئی آیا تھا۔</w:t>
      </w:r>
    </w:p>
    <w:p>
      <w:r>
        <w:rPr>
          <w:b/>
        </w:rPr>
        <w:t xml:space="preserve">[21:46] </w:t>
      </w:r>
      <w:r>
        <w:t>to unhon ne poocha to unhon ne kaha kahan ek bare miyan aaye thay aur poocha haal chaal hamara? to main ne shikayati boli shikayat ki ke ab aaj museebat yahan par hai.</w:t>
      </w:r>
    </w:p>
    <w:p>
      <w:pPr>
        <w:jc w:val="right"/>
      </w:pPr>
      <w:r>
        <w:t>تو انہوں نے پوچھا تو انہوں نے کہا کہاں ایک بڑے میاں آئے تھے اور پوچھا حال چال ہمارا؟ تو میں نے شکایتی بول شکایت کی کہ اب آج مصیبت یہاں پر ہے۔</w:t>
      </w:r>
    </w:p>
    <w:p>
      <w:r>
        <w:rPr>
          <w:b/>
        </w:rPr>
        <w:t xml:space="preserve">[21:58] </w:t>
      </w:r>
      <w:r>
        <w:t>to unhon ne kaha ke yeh message tum de dena ismail ko. to unhon ne kaha ke woh bhi mere baap thay woh.</w:t>
      </w:r>
    </w:p>
    <w:p>
      <w:pPr>
        <w:jc w:val="right"/>
      </w:pPr>
      <w:r>
        <w:t>تو انہوں نے کہا کہ یہ میسج تم دے دینا اسماعیل کو۔ تو انہوں نے کہا کہ وہ بھی میرے باپ تھے وہ۔</w:t>
      </w:r>
    </w:p>
    <w:p>
      <w:r>
        <w:rPr>
          <w:b/>
        </w:rPr>
        <w:t xml:space="preserve">[22:09] </w:t>
      </w:r>
      <w:r>
        <w:t>aur yeh jo kaha unhon ne ke ghar ke chokhat ko badal do to chokhat se matlab murad tum ho.</w:t>
      </w:r>
    </w:p>
    <w:p>
      <w:pPr>
        <w:jc w:val="right"/>
      </w:pPr>
      <w:r>
        <w:t>اور یہ جو کہا انہوں نے کہ گھر کے چوکھٹ کو بدل دو تو چوکھٹ سے مطلب مراد تم ہو۔</w:t>
      </w:r>
    </w:p>
    <w:p>
      <w:r>
        <w:rPr>
          <w:b/>
        </w:rPr>
        <w:t xml:space="preserve">[22:18] </w:t>
      </w:r>
      <w:r>
        <w:t>chunancha unhon ne un ko talak de diya. aur un ko rokhsat kar diya ke tum apne ghar chali jao. tab koi aulad nahin hui thi un se.</w:t>
      </w:r>
    </w:p>
    <w:p>
      <w:pPr>
        <w:jc w:val="right"/>
      </w:pPr>
      <w:r>
        <w:t>چنانچہ انہوں نے ان کو طلاق دے دیا۔ اور ان کو رخصت کر دیا کہ تم اپنے گھر چلی جاؤ۔ تب کوئی اولاد نہیں ہوئی تھی ان سے۔</w:t>
      </w:r>
    </w:p>
    <w:p>
      <w:r>
        <w:rPr>
          <w:b/>
        </w:rPr>
        <w:t xml:space="preserve">[22:29] </w:t>
      </w:r>
      <w:r>
        <w:t>aur phir unhon ne ek aur ladki se shadi ki. isi qabile ki. yani jarham ke qabile ki. woh log arabi bolte thay. unhi se unhon ne arabi bhi seekhi.</w:t>
      </w:r>
    </w:p>
    <w:p>
      <w:pPr>
        <w:jc w:val="right"/>
      </w:pPr>
      <w:r>
        <w:t>اور پھر انہوں نے ایک اور لڑکی سے شادی کی۔ اسی قبیلے کی۔ یعنی جرہم کے قبیلے کی۔ وہ لوگ عربی بولتے تھے۔ انہی سے انہوں نے عربی بھی سیکھی۔</w:t>
      </w:r>
    </w:p>
    <w:p>
      <w:r>
        <w:rPr>
          <w:b/>
        </w:rPr>
        <w:t xml:space="preserve">[22:41] </w:t>
      </w:r>
      <w:r>
        <w:t>to kuch dinon ke baad phir dobara hazrat ibrahim aaye.</w:t>
      </w:r>
    </w:p>
    <w:p>
      <w:pPr>
        <w:jc w:val="right"/>
      </w:pPr>
      <w:r>
        <w:t>تو کچھ دنوں کے بعد پھر دوبارہ حضرت ابراہیم آئے۔</w:t>
      </w:r>
    </w:p>
    <w:p>
      <w:r>
        <w:rPr>
          <w:b/>
        </w:rPr>
        <w:t xml:space="preserve">[22:46] </w:t>
      </w:r>
      <w:r>
        <w:t>to isi ne ab jo biwi nayi biwi thi us se poocha to us ne kaha ke bohat shukr ki baat hai. bohat acha hai. koi takleef nahin hai.</w:t>
      </w:r>
    </w:p>
    <w:p>
      <w:pPr>
        <w:jc w:val="right"/>
      </w:pPr>
      <w:r>
        <w:t>تو اسی نے اب جو بیوی نئی بیوی تھی اس سے پوچھا تو اس نے کہا کہ بہت شکر کی بات ہے۔ بہت اچھا ہے۔ کوئی تکلیف نہیں ہے۔</w:t>
      </w:r>
    </w:p>
    <w:p>
      <w:r>
        <w:rPr>
          <w:b/>
        </w:rPr>
        <w:t xml:space="preserve">[22:55] </w:t>
      </w:r>
      <w:r>
        <w:t>allah ka shukr hai. to unhon ne kaha ke theek hai tumhare aadmi jab aayenge to un ko keh dena ke yani apne ghar ke chokhat ko baqi rakho.</w:t>
      </w:r>
    </w:p>
    <w:p>
      <w:pPr>
        <w:jc w:val="right"/>
      </w:pPr>
      <w:r>
        <w:t>اللہ کا شکر ہے۔ تو انہوں نے کہا کہ ٹھیک ہے تمہارے آدمی جب آئیں گے تو ان کو کہہ دینا کہ یعنی اپنے گھر کے چوکھٹ کو باقی رکھو۔</w:t>
      </w:r>
    </w:p>
    <w:p>
      <w:r>
        <w:rPr>
          <w:b/>
        </w:rPr>
        <w:t xml:space="preserve">[23:10] </w:t>
      </w:r>
      <w:r>
        <w:t>to wahi hua ke sham ko jab aaye woh to unhon ne yeh baat kahi.</w:t>
      </w:r>
    </w:p>
    <w:p>
      <w:pPr>
        <w:jc w:val="right"/>
      </w:pPr>
      <w:r>
        <w:t>تو وہی ہوا کہ شام کو جب آئے وہ تو انہوں نے یہ بات کہی۔</w:t>
      </w:r>
    </w:p>
    <w:p>
      <w:r>
        <w:rPr>
          <w:b/>
        </w:rPr>
        <w:t xml:space="preserve">[23:14] </w:t>
      </w:r>
      <w:r>
        <w:t>to unhon ne kaha ke yeh mere baap thay. aur yeh message de gaye hain ke tum ek durust khatoon ho aur tum ko main apni biwi ke taur par baqi rakhoon.</w:t>
      </w:r>
    </w:p>
    <w:p>
      <w:pPr>
        <w:jc w:val="right"/>
      </w:pPr>
      <w:r>
        <w:t>تو انہوں نے کہا کہ یہ میرے باپ تھے۔ اور یہ میسج دے گئے ہیں کہ تم ایک درست خاتون ہو اور تم کو میں اپنی بیوی کے طور پر باقی رکھوں۔</w:t>
      </w:r>
    </w:p>
    <w:p>
      <w:r>
        <w:rPr>
          <w:b/>
        </w:rPr>
        <w:t xml:space="preserve">[23:24] </w:t>
      </w:r>
      <w:r>
        <w:t>is tarah se ek nai nasl bani wahan par.</w:t>
      </w:r>
    </w:p>
    <w:p>
      <w:pPr>
        <w:jc w:val="right"/>
      </w:pPr>
      <w:r>
        <w:t>اس طرح سے ایک نئی نسل بنی وہاں پر۔</w:t>
      </w:r>
    </w:p>
    <w:p>
      <w:r>
        <w:rPr>
          <w:b/>
        </w:rPr>
        <w:t xml:space="preserve">[23:30] </w:t>
      </w:r>
      <w:r>
        <w:t>badhti rahi badhti rahi badhti rahi woh nasl yahan tak ke isi mein se Rasool Allah nikle isi mein Sahaba nikle isi mein se woh team nikli jis ne dunya mein tauheed ka inqilab barpa kiya.</w:t>
      </w:r>
    </w:p>
    <w:p>
      <w:pPr>
        <w:jc w:val="right"/>
      </w:pPr>
      <w:r>
        <w:t>بڑھتی رہی بڑھتی رہی بڑھتی رہی وہ نسل یہاں تک کہ اسی میں سے رسول اللہ نکلے اسی میں صحابہ نکلے اسی میں سے وہ ٹیم نکلی جس نے دنیا میں توحید کا انقلاب برپا کیا۔</w:t>
      </w:r>
    </w:p>
    <w:p>
      <w:r>
        <w:rPr>
          <w:b/>
        </w:rPr>
        <w:t xml:space="preserve">[23:41] </w:t>
      </w:r>
      <w:r>
        <w:t>to ab dekhen hajj ki kahani kahan shuru hoti hai.</w:t>
      </w:r>
    </w:p>
    <w:p>
      <w:pPr>
        <w:jc w:val="right"/>
      </w:pPr>
      <w:r>
        <w:t>تو اب دیکھیں حج کی کہانی کہاں شروع ہوتی ہے۔</w:t>
      </w:r>
    </w:p>
    <w:p>
      <w:r>
        <w:rPr>
          <w:b/>
        </w:rPr>
        <w:t xml:space="preserve">[23:45] </w:t>
      </w:r>
      <w:r>
        <w:t>jab Hazrat Ismail bade ho gaye to phir Hazrat Ibrahim aaye. unhone kaha ke dekho mujhe Khuda ne hukum diya hai</w:t>
      </w:r>
    </w:p>
    <w:p>
      <w:pPr>
        <w:jc w:val="right"/>
      </w:pPr>
      <w:r>
        <w:t>جب حضرت اسماعیل بڑے ہو گئے تو پھر حضرت ابراہیم آئے۔ انہوں نے کہا کہ دیکھو مجھے خدا نے حکم دیا ہے</w:t>
      </w:r>
    </w:p>
    <w:p>
      <w:r>
        <w:rPr>
          <w:b/>
        </w:rPr>
        <w:t xml:space="preserve">[23:57] </w:t>
      </w:r>
      <w:r>
        <w:t>ke main yahan par ek ghar banaoon. ghar mani ibadatgah. to tum meri madad karo. madad mani kya the? aas paas se pahadon se pathar lana.</w:t>
      </w:r>
    </w:p>
    <w:p>
      <w:pPr>
        <w:jc w:val="right"/>
      </w:pPr>
      <w:r>
        <w:t>کہ میں یہاں پر ایک گھر بناؤں۔ گھر معنی عبادت گاہ۔ تو تم میری مدد کرو۔ مدد معنی کیا تھے؟ آس پاس سے پہاڑوں سے پتھر لانا۔</w:t>
      </w:r>
    </w:p>
    <w:p>
      <w:r>
        <w:rPr>
          <w:b/>
        </w:rPr>
        <w:t xml:space="preserve">[24:08] </w:t>
      </w:r>
      <w:r>
        <w:t>kyunke wahan eent the nahin. koi patharon se ghar banana tha.</w:t>
      </w:r>
    </w:p>
    <w:p>
      <w:pPr>
        <w:jc w:val="right"/>
      </w:pPr>
      <w:r>
        <w:t>کیونکہ وہاں اینٹ تھے نہیں۔ کوئی پتھروں سے گھر بنانا تھا۔</w:t>
      </w:r>
    </w:p>
    <w:p>
      <w:r>
        <w:rPr>
          <w:b/>
        </w:rPr>
        <w:t xml:space="preserve">[24:15] </w:t>
      </w:r>
      <w:r>
        <w:t>yani pathar koi tarashe hue nahin the. to Hazrat Ismail jo the woh idhar udhar se dhoond dhoond ke pathar late the.</w:t>
      </w:r>
    </w:p>
    <w:p>
      <w:pPr>
        <w:jc w:val="right"/>
      </w:pPr>
      <w:r>
        <w:t>یعنی پتھر کوئی تراشے ہوئے نہیں تھے۔ تو حضرت اسماعیل جو تھے وہ ادھر ادھر سے ڈھونڈ ڈھونڈ کے پتھر لاتے تھے۔</w:t>
      </w:r>
    </w:p>
    <w:p>
      <w:r>
        <w:rPr>
          <w:b/>
        </w:rPr>
        <w:t xml:space="preserve">[24:25] </w:t>
      </w:r>
      <w:r>
        <w:t>aur Hazrat Ibrahim us ko chun chun ke deewar banate the.</w:t>
      </w:r>
    </w:p>
    <w:p>
      <w:pPr>
        <w:jc w:val="right"/>
      </w:pPr>
      <w:r>
        <w:t>اور حضرت ابراہیم اس کو چن چن کے دیوار بناتے تھے۔</w:t>
      </w:r>
    </w:p>
    <w:p>
      <w:r>
        <w:rPr>
          <w:b/>
        </w:rPr>
        <w:t xml:space="preserve">[24:38] </w:t>
      </w:r>
      <w:r>
        <w:t>to dono ne mil kar ke woh imarat banai jis ko hum kehte hain Ka'bah.</w:t>
      </w:r>
    </w:p>
    <w:p>
      <w:pPr>
        <w:jc w:val="right"/>
      </w:pPr>
      <w:r>
        <w:t>تو دونوں نے مل کر کے وہ عمارت بنائی جس کو ہم کہتے ہیں کعبہ۔</w:t>
      </w:r>
    </w:p>
    <w:p>
      <w:r>
        <w:rPr>
          <w:b/>
        </w:rPr>
        <w:t xml:space="preserve">[24:50] </w:t>
      </w:r>
      <w:r>
        <w:t>un to Hazrat Ibrahim ne aur Hazrat Ismail ne mil kar ke kaha pehli masjid banai. par is sense mein pehli is is sense mein ke jo jo daur tauheed aaya tha dunya mein.</w:t>
      </w:r>
    </w:p>
    <w:p>
      <w:pPr>
        <w:jc w:val="right"/>
      </w:pPr>
      <w:r>
        <w:t>ان تو حضرت ابراہیم نے اور حضرت اسماعیل نے مل کر کے کہا پہلی مسجد بنائی۔ پر اس سینس میں پہلی اس اس سینس میں کہ جو جو دور توحید آیا تھا دنیا میں۔</w:t>
      </w:r>
    </w:p>
    <w:p>
      <w:r>
        <w:rPr>
          <w:b/>
        </w:rPr>
        <w:t xml:space="preserve">[25:03] </w:t>
      </w:r>
      <w:r>
        <w:t>daur tauheed ke aaghaz ki pehli masjid. is se pehle log gharon mein namaz padh lete the kahin chhup kar namaz padh lete the.</w:t>
      </w:r>
    </w:p>
    <w:p>
      <w:pPr>
        <w:jc w:val="right"/>
      </w:pPr>
      <w:r>
        <w:t>دور توحید کے آغاز کی پہلی مسجد۔ اس سے پہلے لوگ گھروں میں نماز پڑھ لیتے تھے کہیں چھپ کر نماز پڑھ لیتے تھے۔</w:t>
      </w:r>
    </w:p>
    <w:p>
      <w:r>
        <w:rPr>
          <w:b/>
        </w:rPr>
        <w:t xml:space="preserve">[25:12] </w:t>
      </w:r>
      <w:r>
        <w:t>to phir is masjid ko yani panj waqtah namaz ke ilawa is masjid mein ek to tha panj waqtah namaz. doosra wahan par hajj ka nizam banaya gaya hai.</w:t>
      </w:r>
    </w:p>
    <w:p>
      <w:pPr>
        <w:jc w:val="right"/>
      </w:pPr>
      <w:r>
        <w:t>تو پھر اس مسجد کو یعنی پنج وقتہ نماز کے علاوہ اس مسجد میں ایک تو تھا پنج وقتہ نماز۔ دوسرا وہاں پر حج کا نظام بنایا گیا ہے۔</w:t>
      </w:r>
    </w:p>
    <w:p>
      <w:r>
        <w:rPr>
          <w:b/>
        </w:rPr>
        <w:t xml:space="preserve">[25:23] </w:t>
      </w:r>
      <w:r>
        <w:t>yani aalami ibadat. dunya bhar ke log wahan aayen. aalami ittehad qaim ho. aalami masla bandi ki jaye.</w:t>
      </w:r>
    </w:p>
    <w:p>
      <w:pPr>
        <w:jc w:val="right"/>
      </w:pPr>
      <w:r>
        <w:t>یعنی عالمی عبادت۔ دنیا بھر کے لوگ وہاں آئیں۔ عالمی اتحاد قائم ہو۔ عالمی مسئلہ بندی کی جائے۔</w:t>
      </w:r>
    </w:p>
    <w:p>
      <w:r>
        <w:rPr>
          <w:b/>
        </w:rPr>
        <w:t xml:space="preserve">[25:33] </w:t>
      </w:r>
      <w:r>
        <w:t>aalami dawat phailai jaye. tauheed ke mission ko aalami satah par farogh diya jaye.</w:t>
      </w:r>
    </w:p>
    <w:p>
      <w:pPr>
        <w:jc w:val="right"/>
      </w:pPr>
      <w:r>
        <w:t>عالمی دعوت پھیلائی جائے۔ توحید کے مشن کو عالمی سطح پر فروغ دیا جائے۔</w:t>
      </w:r>
    </w:p>
    <w:p>
      <w:r>
        <w:rPr>
          <w:b/>
        </w:rPr>
        <w:t xml:space="preserve">[25:40] </w:t>
      </w:r>
      <w:r>
        <w:t>in sab ke liye woh markaz bana. ab jo hajj ke haji wahan ja kar jo hajj karta hai. to woh hajj kya hai?</w:t>
      </w:r>
    </w:p>
    <w:p>
      <w:pPr>
        <w:jc w:val="right"/>
      </w:pPr>
      <w:r>
        <w:t>ان سب کے لیے وہ مرکز بنا۔ اب جو حج کے حاجی وہاں جا کر جو حج کرتا ہے۔ تو وہ حج کیا ہے؟</w:t>
      </w:r>
    </w:p>
    <w:p>
      <w:r>
        <w:rPr>
          <w:b/>
        </w:rPr>
        <w:t xml:space="preserve">[25:51] </w:t>
      </w:r>
      <w:r>
        <w:t>yani matlab munasib jo hajj ke hain manasik jo kehte hain. woh Hazrat Ibrahim ki zindagi ki pairwi hai.</w:t>
      </w:r>
    </w:p>
    <w:p>
      <w:pPr>
        <w:jc w:val="right"/>
      </w:pPr>
      <w:r>
        <w:t>یعنی مطلب مناسب جو حج کے ہیں مناسک جو کہتے ہیں۔ وہ حضرت ابراہیم کی زندگی کی پیروی ہے۔</w:t>
      </w:r>
    </w:p>
    <w:p>
      <w:r>
        <w:rPr>
          <w:b/>
        </w:rPr>
        <w:t xml:space="preserve">[26:01] </w:t>
      </w:r>
      <w:r>
        <w:t>sab kuch.</w:t>
      </w:r>
    </w:p>
    <w:p>
      <w:pPr>
        <w:jc w:val="right"/>
      </w:pPr>
      <w:r>
        <w:t>سب کچھ۔</w:t>
      </w:r>
    </w:p>
    <w:p>
      <w:r>
        <w:rPr>
          <w:b/>
        </w:rPr>
        <w:t xml:space="preserve">[26:06] </w:t>
      </w:r>
      <w:r>
        <w:t>hadees mein aata hai ke sunnat Ibrahim. to wohi manasik jo are na are na manasik na Hazrat Ibrahim ne dua ki thi.</w:t>
      </w:r>
    </w:p>
    <w:p>
      <w:pPr>
        <w:jc w:val="right"/>
      </w:pPr>
      <w:r>
        <w:t>حدیث میں آتا ہے کہ سنت ابراہیم۔ تو وہی مناسک جو ارے نہ ارے نہ مناسک نہ حضرت ابراہیم نے دعا کی تھی۔</w:t>
      </w:r>
    </w:p>
    <w:p>
      <w:r>
        <w:rPr>
          <w:b/>
        </w:rPr>
        <w:t xml:space="preserve">[26:17] </w:t>
      </w:r>
      <w:r>
        <w:t>to Hazrat Jibrael ne manasik sikhaye the. woh manasik hajj jo jis ko aaj dohrate hain haji wahan ja kar ke. woh manasik hajj.</w:t>
      </w:r>
    </w:p>
    <w:p>
      <w:pPr>
        <w:jc w:val="right"/>
      </w:pPr>
      <w:r>
        <w:t>تو حضرت جبرائیل نے مناسک سکھائے تھے۔ وہ مناسک حج جو جس کو آج دہراتے ہیں حاجی وہاں جا کر کے۔ وہ مناسک حج۔</w:t>
      </w:r>
    </w:p>
    <w:p>
      <w:r>
        <w:rPr>
          <w:b/>
        </w:rPr>
        <w:t xml:space="preserve">[26:27] </w:t>
      </w:r>
      <w:r>
        <w:t>Hazrat Ibrahim ko farishta Jibrael ne sikhaya. is tarah hajj kijiye.</w:t>
      </w:r>
    </w:p>
    <w:p>
      <w:pPr>
        <w:jc w:val="right"/>
      </w:pPr>
      <w:r>
        <w:t>حضرت ابراہیم کو فرشتہ جبرائیل نے سکھایا۔ اس طرح حج کیجیے۔</w:t>
      </w:r>
    </w:p>
    <w:p>
      <w:r>
        <w:rPr>
          <w:b/>
        </w:rPr>
        <w:t xml:space="preserve">[26:35] </w:t>
      </w:r>
      <w:r>
        <w:t>to is tarah se hajj Hazrat Ibrahim ne kiya jab tak aap zinda the. lekin baad ke zamane mein jab Hazrat Ismail bhi dunya mein nahin rahe.</w:t>
      </w:r>
    </w:p>
    <w:p>
      <w:pPr>
        <w:jc w:val="right"/>
      </w:pPr>
      <w:r>
        <w:t>تو اس طرح سے حج حضرت ابراہیم نے کیا جب تک آپ زندہ تھے۔ لیکن بعد کے زمانے میں جب حضرت اسماعیل بھی دنیا میں نہیں رہے۔</w:t>
      </w:r>
    </w:p>
    <w:p>
      <w:r>
        <w:rPr>
          <w:b/>
        </w:rPr>
        <w:t xml:space="preserve">[26:44] </w:t>
      </w:r>
      <w:r>
        <w:t>Hazrat Hazrat Ibrahim bhi nahin rahe wahan par mushrik logon ka ghalba ho gaya. to hajj to tab bhi jaari raha. dekhen ya yeh baat yaad rakhiye ke Hazrat Ibrahim ke zamane se aaj tak kabhi hajj mauqoof nahin hua.</w:t>
      </w:r>
    </w:p>
    <w:p>
      <w:pPr>
        <w:jc w:val="right"/>
      </w:pPr>
      <w:r>
        <w:t>حضرت حضرت ابراہیم بھی نہیں رہے۔ وہاں پر مشرک لوگوں کا غلبہ ہو گیا۔ تو حج تو تب بھی جاری رہا۔ دیکھیں یا یہ بات یاد رکھیے کہ حضرت ابراہیم کے زمانے سے آج تک کبھی حج موقوف نہیں ہوا۔</w:t>
      </w:r>
    </w:p>
    <w:p>
      <w:r>
        <w:rPr>
          <w:b/>
        </w:rPr>
        <w:t xml:space="preserve">[27:00] </w:t>
      </w:r>
      <w:r>
        <w:t>lekin farq yeh hua ke Hazrat Ibrahim ke baad jo zamana aaya us mein mushrik log paida ho gaye dobara wahan par. is ki ek kahani hai.</w:t>
      </w:r>
    </w:p>
    <w:p>
      <w:pPr>
        <w:jc w:val="right"/>
      </w:pPr>
      <w:r>
        <w:t>لیکن فرق یہ ہوا کہ حضرت ابراہیم کے بعد جو زمانہ آیا اس میں مشرک لوگ پیدا ہو گئے دوبارہ وہاں پر۔ اس کی ایک کہانی ہے۔</w:t>
      </w:r>
    </w:p>
    <w:p>
      <w:r>
        <w:rPr>
          <w:b/>
        </w:rPr>
        <w:t xml:space="preserve">[27:10] </w:t>
      </w:r>
      <w:r>
        <w:t>un logon ne hajj tarah tarah ki bid'aten kar dalin. maslan Safa aur Marwah jo chattanen thin. dono jagah par unhone but rakh diye.</w:t>
      </w:r>
    </w:p>
    <w:p>
      <w:pPr>
        <w:jc w:val="right"/>
      </w:pPr>
      <w:r>
        <w:t>ان لوگوں نے حج میں طرح طرح کی بدعتیں کر ڈالیں۔ مثلاً صفا اور مروہ جو چٹانیں تھیں۔ دونوں جگہ پر انہوں نے بت رکھ دیے۔</w:t>
      </w:r>
    </w:p>
    <w:p>
      <w:r>
        <w:rPr>
          <w:b/>
        </w:rPr>
        <w:t xml:space="preserve">[27:18] </w:t>
      </w:r>
      <w:r>
        <w:t>ek but wahan ek but wahan. to kaha yeh dikhaya ke buton ko hum saaye karte hain. ek but se doosre but ki taraf. halanke yeh galat tha yeh.</w:t>
      </w:r>
    </w:p>
    <w:p>
      <w:pPr>
        <w:jc w:val="right"/>
      </w:pPr>
      <w:r>
        <w:t>ایک بت وہاں ایک بت وہاں۔ تو کہا یہ دکھایا کہ بتوں کو ہم سائے کرتے ہیں۔ ایک بت سے دوسرے بت کی طرف۔ حالانکہ یہ غلط تھا یہ۔</w:t>
      </w:r>
    </w:p>
    <w:p>
      <w:r>
        <w:rPr>
          <w:b/>
        </w:rPr>
        <w:t xml:space="preserve">[27:30] </w:t>
      </w:r>
      <w:r>
        <w:t>is tarah se unhon ne hajj ko hazrat ibrahim ne qaim kiya tha qamri calendar par yani lunar calendar par. unhon ne is ko shamsi calendar par qaim kar diya.</w:t>
      </w:r>
    </w:p>
    <w:p>
      <w:pPr>
        <w:jc w:val="right"/>
      </w:pPr>
      <w:r>
        <w:t>اس طرح سے انہوں نے حج کو حضرت ابراہیم نے قائم کیا تھا قمری کیلنڈر پر یعنی لیونر کیلنڈر پر۔ انہوں نے اس کو شمسی کیلنڈر پر قائم کر دیا۔</w:t>
      </w:r>
    </w:p>
    <w:p>
      <w:r>
        <w:rPr>
          <w:b/>
        </w:rPr>
        <w:t xml:space="preserve">[27:42] </w:t>
      </w:r>
      <w:r>
        <w:t>yani solar calendar par. hazrat ibrahim ne aisa nahi kiya tha jibril ne aisa nahi un ko bataya tha. baad ke mushrikon ne aisa kar diya ke bajaye hijri calendar ke is ko shamsi calendar par qaim kar diya.</w:t>
      </w:r>
    </w:p>
    <w:p>
      <w:pPr>
        <w:jc w:val="right"/>
      </w:pPr>
      <w:r>
        <w:t>یعنی سولر کیلنڈر پر۔ حضرت ابراہیم نے ایسا نہیں کیا تھا جبرائیل نے ایسا نہیں ان کو بتایا تھا۔ بعد کے مشرکوں نے ایسا کر دیا کہ بجائے ہجری کیلنڈر کے اس کو شمسی کیلنڈر پر قائم کر دیا۔</w:t>
      </w:r>
    </w:p>
    <w:p>
      <w:r>
        <w:rPr>
          <w:b/>
        </w:rPr>
        <w:t xml:space="preserve">[27:59] </w:t>
      </w:r>
      <w:r>
        <w:t>to apne tijarti maqsad ke liye.</w:t>
      </w:r>
    </w:p>
    <w:p>
      <w:pPr>
        <w:jc w:val="right"/>
      </w:pPr>
      <w:r>
        <w:t>تو اپنے تجارتی مقصد کے لیے۔</w:t>
      </w:r>
    </w:p>
    <w:p>
      <w:r>
        <w:rPr>
          <w:b/>
        </w:rPr>
        <w:t xml:space="preserve">[28:04] </w:t>
      </w:r>
      <w:r>
        <w:t>is tarah ki kai tabdiliyan unhon ne keen. kuch inteha pasand log nangay hajj bhi karte thay.</w:t>
      </w:r>
    </w:p>
    <w:p>
      <w:pPr>
        <w:jc w:val="right"/>
      </w:pPr>
      <w:r>
        <w:t>اس طرح کی کئی تبدیلیاں انہوں نے کیں۔ کچھ انتہا پسند لوگ ننگے حج بھی کرتے تھے۔</w:t>
      </w:r>
    </w:p>
    <w:p>
      <w:r>
        <w:rPr>
          <w:b/>
        </w:rPr>
        <w:t xml:space="preserve">[28:12] </w:t>
      </w:r>
      <w:r>
        <w:t>to hazrat ibrahim hazrat rasool ALLAH صلی اللہ علیہ وسلم ne jab makkah fateh hua to aap ne saaray munasib khatam kar diye. aur shamsi calendar ki waja hajj ko hijri calendar par dobara qaim kiya.</w:t>
      </w:r>
    </w:p>
    <w:p>
      <w:pPr>
        <w:jc w:val="right"/>
      </w:pPr>
      <w:r>
        <w:t>تو حضرت ابراہیم حضرت رسول اللہ صلی اللہ علیہ وسلم نے جب مکہ فتح ہوا تو آپ نے سارے مناسب ختم کر دیے۔ اور شمسی کیلنڈر کی وجہ حج کو ہجری کیلنڈر پر دوبارہ قائم کیا۔</w:t>
      </w:r>
    </w:p>
    <w:p>
      <w:r>
        <w:rPr>
          <w:b/>
        </w:rPr>
        <w:t xml:space="preserve">[28:26] </w:t>
      </w:r>
      <w:r>
        <w:t>aur wohi hajj ka pattern jo hazrat ibrahim ke zamanay tha wohi hajj ka pattern dobara qaim ho gaya. aur ab tak wohi chala ja raha hai.</w:t>
      </w:r>
    </w:p>
    <w:p>
      <w:pPr>
        <w:jc w:val="right"/>
      </w:pPr>
      <w:r>
        <w:t>اور وہی حج کا پیٹرن جو حضرت ابراہیم کے زمانے تھا وہی حج کا پیٹرن دوبارہ قائم ہو گیا۔ اور اب تک وہی چلا جا رہا ہے۔</w:t>
      </w:r>
    </w:p>
    <w:p>
      <w:r>
        <w:rPr>
          <w:b/>
        </w:rPr>
        <w:t xml:space="preserve">[28:36] </w:t>
      </w:r>
      <w:r>
        <w:t>yahan par aik cheez yeh hai ke yeh jo aam taur par sab log jantay hain ke hazrat ibrahim ne apne bete ko zibah karna chaha tha.</w:t>
      </w:r>
    </w:p>
    <w:p>
      <w:pPr>
        <w:jc w:val="right"/>
      </w:pPr>
      <w:r>
        <w:t>یہاں پر ایک چیز یہ ہے کہ یہ جو عام طور پر سب لوگ جانتے ہیں کہ حضرت ابراہیم نے اپنے بیٹے کو ذبح کرنا چاہا تھا۔</w:t>
      </w:r>
    </w:p>
    <w:p>
      <w:r>
        <w:rPr>
          <w:b/>
        </w:rPr>
        <w:t xml:space="preserve">[28:48] </w:t>
      </w:r>
      <w:r>
        <w:t>is ka matlab kya hai? hazrat ibrahim ne khwab dekha ke main apne bete ko chhuri se zibah kar raha hoon.</w:t>
      </w:r>
    </w:p>
    <w:p>
      <w:pPr>
        <w:jc w:val="right"/>
      </w:pPr>
      <w:r>
        <w:t>اس کا مطلب کیا ہے؟ حضرت ابراہیم نے خواب دیکھا کہ میں اپنے بیٹے کو چھری سے ذبح کر رہا ہوں۔</w:t>
      </w:r>
    </w:p>
    <w:p>
      <w:r>
        <w:rPr>
          <w:b/>
        </w:rPr>
        <w:t xml:space="preserve">[28:58] </w:t>
      </w:r>
      <w:r>
        <w:t>to is ka zikr quran majeed mein bhi hai. aur hadith mein bhi hai.</w:t>
      </w:r>
    </w:p>
    <w:p>
      <w:pPr>
        <w:jc w:val="right"/>
      </w:pPr>
      <w:r>
        <w:t>تو اس کا ذکر قرآن مجید میں بھی ہے۔ اور حدیث میں بھی ہے۔</w:t>
      </w:r>
    </w:p>
    <w:p>
      <w:r>
        <w:rPr>
          <w:b/>
        </w:rPr>
        <w:t xml:space="preserve">[29:04] </w:t>
      </w:r>
      <w:r>
        <w:t>to unhon ne apne bete yani ismail se kaha jo us waqt ghaliban teen age mein thay woh teen age mein ke main tum ko zibah kar raha hoon.</w:t>
      </w:r>
    </w:p>
    <w:p>
      <w:pPr>
        <w:jc w:val="right"/>
      </w:pPr>
      <w:r>
        <w:t>تو انہوں نے اپنے بیٹے یعنی اسماعیل سے کہا جو اس وقت غالباً ٹین ایج میں تھے وہ ٹین ایج میں کہ میں تم کو ذبح کر رہا ہوں۔</w:t>
      </w:r>
    </w:p>
    <w:p>
      <w:r>
        <w:rPr>
          <w:b/>
        </w:rPr>
        <w:t xml:space="preserve">[29:17] </w:t>
      </w:r>
      <w:r>
        <w:t>to tumhari kya rai hai?</w:t>
      </w:r>
    </w:p>
    <w:p>
      <w:pPr>
        <w:jc w:val="right"/>
      </w:pPr>
      <w:r>
        <w:t>تو تمہاری کیا رائے ہے؟</w:t>
      </w:r>
    </w:p>
    <w:p>
      <w:r>
        <w:rPr>
          <w:b/>
        </w:rPr>
        <w:t xml:space="preserve">[29:19] </w:t>
      </w:r>
      <w:r>
        <w:t>to unhon ne kaha ke</w:t>
      </w:r>
    </w:p>
    <w:p>
      <w:pPr>
        <w:jc w:val="right"/>
      </w:pPr>
      <w:r>
        <w:t>تو انہوں نے کہا کہ</w:t>
      </w:r>
    </w:p>
    <w:p>
      <w:r>
        <w:rPr>
          <w:b/>
        </w:rPr>
        <w:t xml:space="preserve">[29:24] </w:t>
      </w:r>
      <w:r>
        <w:t>ya inshallah aye mere baap jo hukum diya hai khuda ne us ko kar daliye aap.</w:t>
      </w:r>
    </w:p>
    <w:p>
      <w:pPr>
        <w:jc w:val="right"/>
      </w:pPr>
      <w:r>
        <w:t>یا انشاءاللہ اے میرے باپ جو حکم دیا ہے خدا نے اس کو کر ڈالیے آپ۔</w:t>
      </w:r>
    </w:p>
    <w:p>
      <w:r>
        <w:rPr>
          <w:b/>
        </w:rPr>
        <w:t xml:space="preserve">[29:37] </w:t>
      </w:r>
      <w:r>
        <w:t>main is par razi hoon.</w:t>
      </w:r>
    </w:p>
    <w:p>
      <w:pPr>
        <w:jc w:val="right"/>
      </w:pPr>
      <w:r>
        <w:t>میں اس پر راضی ہوں۔</w:t>
      </w:r>
    </w:p>
    <w:p>
      <w:r>
        <w:rPr>
          <w:b/>
        </w:rPr>
        <w:t xml:space="preserve">[29:45] </w:t>
      </w:r>
      <w:r>
        <w:t>to amalan hazrat ibrahim ne aisa kiya ke bete ko litaya chhuri liya. lekin awaz aayi ke aye ibrahim tum ne is khwab ko poora kar diya.</w:t>
      </w:r>
    </w:p>
    <w:p>
      <w:pPr>
        <w:jc w:val="right"/>
      </w:pPr>
      <w:r>
        <w:t>تو عملاً حضرت ابراہیم نے ایسا کیا کہ بیٹے کو لٹایا چھری لیا۔ لیکن آواز آئی کہ اے ابراہیم تم نے اس خواب کو پورا کر دیا۔</w:t>
      </w:r>
    </w:p>
    <w:p>
      <w:r>
        <w:rPr>
          <w:b/>
        </w:rPr>
        <w:t xml:space="preserve">[29:57] </w:t>
      </w:r>
      <w:r>
        <w:t>itna hi tak bas is se aagay nahi.</w:t>
      </w:r>
    </w:p>
    <w:p>
      <w:pPr>
        <w:jc w:val="right"/>
      </w:pPr>
      <w:r>
        <w:t>اتنا ہی تک بس اس سے آگے نہیں۔</w:t>
      </w:r>
    </w:p>
    <w:p>
      <w:r>
        <w:rPr>
          <w:b/>
        </w:rPr>
        <w:t xml:space="preserve">[30:01] </w:t>
      </w:r>
      <w:r>
        <w:t>is ka matlab kya tha? dekhen is khwab jo dikhaya gaya tha woh tamseeli khwab tha haqeeqi khwab nahi tha woh.</w:t>
      </w:r>
    </w:p>
    <w:p>
      <w:pPr>
        <w:jc w:val="right"/>
      </w:pPr>
      <w:r>
        <w:t>اس کا مطلب کیا تھا؟ دیکھیں اس خواب جو دکھایا گیا تھا وہ تمثیلی خواب تھا۔ حقیقی خواب نہیں تھا وہ۔</w:t>
      </w:r>
    </w:p>
    <w:p>
      <w:r>
        <w:rPr>
          <w:b/>
        </w:rPr>
        <w:t xml:space="preserve">[30:11] </w:t>
      </w:r>
      <w:r>
        <w:t>yani matlab yeh nahi tha ke sach poochi gardan kaat do is ki.</w:t>
      </w:r>
    </w:p>
    <w:p>
      <w:pPr>
        <w:jc w:val="right"/>
      </w:pPr>
      <w:r>
        <w:t>یعنی مطلب یہ نہیں تھا کہ سچ پوچی گردن کاٹ دو اس کی۔</w:t>
      </w:r>
    </w:p>
    <w:p>
      <w:r>
        <w:rPr>
          <w:b/>
        </w:rPr>
        <w:t xml:space="preserve">[30:15] </w:t>
      </w:r>
      <w:r>
        <w:t>matlab yeh nahi tha. matlab yeh tha ke jo mission tha toheed ka mission jis mein unhein apne aap ko dedicate karna tha. to us ko dikhaya gaya tamseel ke roop mein ke is mission ke liye aik aisay area mein kaam karna hai jahan desert hi desert hai.</w:t>
      </w:r>
    </w:p>
    <w:p>
      <w:pPr>
        <w:jc w:val="right"/>
      </w:pPr>
      <w:r>
        <w:t>مطلب یہ نہیں تھا۔ مطلب یہ تھا کہ جو مشن تھا توحید کا مشن جس میں انہیں اپنے آپ کو ڈیڈیکیٹ کرنا تھا۔ تو اس کو دکھایا گیا تمثیل کے روپ میں کہ اس مشن کے لیے ایک ایسے ایریا میں کام کرنا ہے جہاں ڈیزرٹ ہی ڈیزرٹ ہے۔</w:t>
      </w:r>
    </w:p>
    <w:p>
      <w:r>
        <w:rPr>
          <w:b/>
        </w:rPr>
        <w:t xml:space="preserve">[30:33] </w:t>
      </w:r>
      <w:r>
        <w:t>jahan zindagi ke saman nahi. aur insan ko chun chun kar nikalna hai.</w:t>
      </w:r>
    </w:p>
    <w:p>
      <w:pPr>
        <w:jc w:val="right"/>
      </w:pPr>
      <w:r>
        <w:t>جہاں زندگی کے سامان نہیں۔ اور انسان کو چن چن کر نکالنا ہے۔</w:t>
      </w:r>
    </w:p>
    <w:p>
      <w:r>
        <w:rPr>
          <w:b/>
        </w:rPr>
        <w:t xml:space="preserve">[30:42] </w:t>
      </w:r>
      <w:r>
        <w:t>insanon se aik team banana hai.</w:t>
      </w:r>
    </w:p>
    <w:p>
      <w:pPr>
        <w:jc w:val="right"/>
      </w:pPr>
      <w:r>
        <w:t>انسانوں سے ایک ٹیم بنانا ہے۔</w:t>
      </w:r>
    </w:p>
    <w:p>
      <w:r>
        <w:rPr>
          <w:b/>
        </w:rPr>
        <w:t xml:space="preserve">[30:45] </w:t>
      </w:r>
      <w:r>
        <w:t>yeh bohat hi mushkil kaam. to us ke liye desert mein basaya gaya tha kyunke jo us zamanay ke jo mutamaddin shehar thay civilized wahan pe yeh kaam ho nahi sakta tha wahan.</w:t>
      </w:r>
    </w:p>
    <w:p>
      <w:pPr>
        <w:jc w:val="right"/>
      </w:pPr>
      <w:r>
        <w:t>یہ بہت ہی مشکل کام۔ تو اس کے لیے ڈیزرٹ میں بسایا گیا تھا کیونکہ جو اس زمانے کے جو متمدن شہر تھے سویلائزڈ وہاں پہ یہ کام ہو نہیں سکتا تھا وہاں۔</w:t>
      </w:r>
    </w:p>
    <w:p>
      <w:r>
        <w:rPr>
          <w:b/>
        </w:rPr>
        <w:t xml:space="preserve">[31:00] </w:t>
      </w:r>
      <w:r>
        <w:t>to itnay aap ghor kijiye ke desert mein rehna yeh to yeh to zibah se se bhi ziyada sakht hai. to desert mein rehne ki tamseel thi zibah.</w:t>
      </w:r>
    </w:p>
    <w:p>
      <w:pPr>
        <w:jc w:val="right"/>
      </w:pPr>
      <w:r>
        <w:t>تو اتنے آپ غور کیجیے کہ ڈیزرٹ میں رہنا یہ تو یہ تو ذبح سے سے بھی زیادہ سخت ہے۔ تو ڈیزرٹ میں رہنے کی تمثیل تھی ذبح۔</w:t>
      </w:r>
    </w:p>
    <w:p>
      <w:r>
        <w:rPr>
          <w:b/>
        </w:rPr>
        <w:t xml:space="preserve">[31:15] </w:t>
      </w:r>
      <w:r>
        <w:t>yeh matlab hai is ka. yani haqeeqi zibah murad nahi tha balkay tamseeli zibah murad tha. aur woh hazrat ibrahim ne kiya hazrat ismail ne kiya.</w:t>
      </w:r>
    </w:p>
    <w:p>
      <w:pPr>
        <w:jc w:val="right"/>
      </w:pPr>
      <w:r>
        <w:t>یہ مطلب ہے اس کا۔ یعنی حقیقی ذبح مراد نہیں تھا بلکہ تمثیلی ذبح مراد تھا۔ اور وہ حضرت ابراہیم نے کیا حضرت اسماعیل نے کیا۔</w:t>
      </w:r>
    </w:p>
    <w:p>
      <w:r>
        <w:rPr>
          <w:b/>
        </w:rPr>
        <w:t xml:space="preserve">[31:24] </w:t>
      </w:r>
      <w:r>
        <w:t>aur isi ke zibhi isi isi isi isi qurbani ke nateejay mein yeh hua ke phir toheed ka inqilab barpa hua. process ke roop mein.</w:t>
      </w:r>
    </w:p>
    <w:p>
      <w:pPr>
        <w:jc w:val="right"/>
      </w:pPr>
      <w:r>
        <w:t>اور اسی کے ذبحی اسی اسی اسی اسی قربانی کے نتیجے میں یہ ہوا کہ پھر توحید کا انقلاب برپا ہوا۔ پراسیس کے روپ میں۔</w:t>
      </w:r>
    </w:p>
    <w:p>
      <w:r>
        <w:rPr>
          <w:b/>
        </w:rPr>
        <w:t xml:space="preserve">[31:37] </w:t>
      </w:r>
      <w:r>
        <w:t>to is tarah se wahan ek nasal banna shuru hui.</w:t>
      </w:r>
    </w:p>
    <w:p>
      <w:pPr>
        <w:jc w:val="right"/>
      </w:pPr>
      <w:r>
        <w:t>تو اس طرح سے وہاں ایک نسل بننا شروع ہوئی۔</w:t>
      </w:r>
    </w:p>
    <w:p>
      <w:r>
        <w:rPr>
          <w:b/>
        </w:rPr>
        <w:t xml:space="preserve">[31:44] </w:t>
      </w:r>
      <w:r>
        <w:t>to yeh jo hajj mein haaji karta hai is sara isi ki isi ki woh hai. Yani isi ki pairwi hai.</w:t>
      </w:r>
    </w:p>
    <w:p>
      <w:pPr>
        <w:jc w:val="right"/>
      </w:pPr>
      <w:r>
        <w:t>تو یہ جو حج میں حاجی کرتا ہے اس سارا اسی کی اسی کی وہ ہے۔ یعنی اسی کی پیروی ہے۔</w:t>
      </w:r>
    </w:p>
    <w:p>
      <w:r>
        <w:rPr>
          <w:b/>
        </w:rPr>
        <w:t xml:space="preserve">[31:54] </w:t>
      </w:r>
      <w:r>
        <w:t>ke aap jante hain ke ehraam bandha jata hai.</w:t>
      </w:r>
    </w:p>
    <w:p>
      <w:pPr>
        <w:jc w:val="right"/>
      </w:pPr>
      <w:r>
        <w:t>کہ آپ جانتے ہیں کہ احرام باندھا جاتا ہے۔</w:t>
      </w:r>
    </w:p>
    <w:p>
      <w:r>
        <w:rPr>
          <w:b/>
        </w:rPr>
        <w:t xml:space="preserve">[32:01] </w:t>
      </w:r>
      <w:r>
        <w:t>hazrat ibrahim ki zindagi bohat saada zindagi thi. Bilkul saada zindagi. To is saada zindagi ko hum dohrate hain is tarah se ke hum do bana sile kapde pehan lete hain.</w:t>
      </w:r>
    </w:p>
    <w:p>
      <w:pPr>
        <w:jc w:val="right"/>
      </w:pPr>
      <w:r>
        <w:t>حضرت ابراہیم کی زندگی بہت سادہ زندگی تھی۔ بالکل سادہ زندگی۔ تو اس سادہ زندگی کو ہم دہراتے ہیں اس طرح سے کہ ہم دو بنا سلے کپڑے پہن لیتے ہیں۔</w:t>
      </w:r>
    </w:p>
    <w:p>
      <w:r>
        <w:rPr>
          <w:b/>
        </w:rPr>
        <w:t xml:space="preserve">[32:13] </w:t>
      </w:r>
      <w:r>
        <w:t>is ko kehte hain ehraam ehraam. Aise hi dekhiye tawaf kiya hazrat ibrahim ne tawaf kiya tha banane ke baad</w:t>
      </w:r>
    </w:p>
    <w:p>
      <w:pPr>
        <w:jc w:val="right"/>
      </w:pPr>
      <w:r>
        <w:t>اس کو کہتے ہیں احرام احرام۔ ایسے ہی دیکھیے طواف کیا حضرت ابراہیم نے طواف کیا تھا بنانے کے بعد</w:t>
      </w:r>
    </w:p>
    <w:p>
      <w:r>
        <w:rPr>
          <w:b/>
        </w:rPr>
        <w:t xml:space="preserve">[32:21] </w:t>
      </w:r>
      <w:r>
        <w:t>. Tawaf kiya tha? Yeh ek ek ehad tha ke khudaaya hamari zindagi tere gird waqf rahe gi. Kahin bhatke gi nahin.</w:t>
      </w:r>
    </w:p>
    <w:p>
      <w:pPr>
        <w:jc w:val="right"/>
      </w:pPr>
      <w:r>
        <w:t>۔ طواف کیا تھا؟ یہ ایک ایک عہد تھا کہ خدایا ہماری زندگی تیرے گرد وقف رہے گی۔ کہیں بھٹکے گی نہیں۔</w:t>
      </w:r>
    </w:p>
    <w:p>
      <w:r>
        <w:rPr>
          <w:b/>
        </w:rPr>
        <w:t xml:space="preserve">[32:32] </w:t>
      </w:r>
      <w:r>
        <w:t>hum kahin deviate nahin karenge. Kisi distractions ka shikar nahin honge. Is ka ek ek tamseeli roop mein tawaf kiya aap ne saat baar.</w:t>
      </w:r>
    </w:p>
    <w:p>
      <w:pPr>
        <w:jc w:val="right"/>
      </w:pPr>
      <w:r>
        <w:t>ہم کہیں ڈیویٹ نہیں کریں گے۔ کسی ڈسٹریکشنز کا شکار نہیں ہوں گے۔ اس کا ایک ایک تمثیلی روپ میں طواف کیا آپ نے سات بار۔</w:t>
      </w:r>
    </w:p>
    <w:p>
      <w:r>
        <w:rPr>
          <w:b/>
        </w:rPr>
        <w:t xml:space="preserve">[32:43] </w:t>
      </w:r>
      <w:r>
        <w:t>to wohi haaji karta hai. Safa o marwa ke darmiyan jo hissa hai</w:t>
      </w:r>
    </w:p>
    <w:p>
      <w:pPr>
        <w:jc w:val="right"/>
      </w:pPr>
      <w:r>
        <w:t>تو وہی حاجی کرتا ہے۔ صفا و مروہ کے درمیان جو حصہ ہے</w:t>
      </w:r>
    </w:p>
    <w:p>
      <w:r>
        <w:rPr>
          <w:b/>
        </w:rPr>
        <w:t xml:space="preserve">[32:49] </w:t>
      </w:r>
      <w:r>
        <w:t>woh hajra jo is team ka woh bhi ek fard thi. Yeh teen insaanon ki ek team thi. Yani ismail aur ibrahim aur hajra.</w:t>
      </w:r>
    </w:p>
    <w:p>
      <w:pPr>
        <w:jc w:val="right"/>
      </w:pPr>
      <w:r>
        <w:t>وہ ہاجرہ جو اس ٹیم کا وہ بھی ایک فرد تھی۔ یہ تین انسانوں کی ایک ٹیم تھی۔ یعنی اسماعیل اور ابراہیم اور ہاجرہ۔</w:t>
      </w:r>
    </w:p>
    <w:p>
      <w:r>
        <w:rPr>
          <w:b/>
        </w:rPr>
        <w:t xml:space="preserve">[33:02] </w:t>
      </w:r>
      <w:r>
        <w:t>teen insaanon ki is team ne wahan par woh buniyad rakhi thi jis se ke tauheed ke inqilab ka aaghaz hua. To haaji jo daudta hai safa o marwa ke darmiyan woh wohi isi ki isi ki pairwi hai.</w:t>
      </w:r>
    </w:p>
    <w:p>
      <w:pPr>
        <w:jc w:val="right"/>
      </w:pPr>
      <w:r>
        <w:t>تین انسانوں کی اس ٹیم نے وہاں پر وہ بنیاد رکھی تھی جس سے کہ توحید کے انقلاب کا آغاز ہوا۔ تو حاجی جو دوڑتا ہے صفا و مروہ کے درمیان وہ وہی اسی کے اسی کی پیروی ہے۔</w:t>
      </w:r>
    </w:p>
    <w:p>
      <w:r>
        <w:rPr>
          <w:b/>
        </w:rPr>
        <w:t xml:space="preserve">[33:18] </w:t>
      </w:r>
      <w:r>
        <w:t>jo hazrat hajra jo daudi thi. Yani hajra ke naqsh qadam par chalta hai har har haaji. Yeh bhi bari ajeeb baat hai.</w:t>
      </w:r>
    </w:p>
    <w:p>
      <w:pPr>
        <w:jc w:val="right"/>
      </w:pPr>
      <w:r>
        <w:t>جو حضرت ہاجرہ جو دوڑی تھی۔ یعنی ہاجرہ کے نقش قدم پر چلتا ہے ہر ہر حاجی۔ یہ بھی بڑی عجیب بات ہے۔</w:t>
      </w:r>
    </w:p>
    <w:p>
      <w:r>
        <w:rPr>
          <w:b/>
        </w:rPr>
        <w:t xml:space="preserve">[33:28] </w:t>
      </w:r>
      <w:r>
        <w:t>yani aurat ko kitna ooncha maqam diya gaya islam ne. Ke aurat ke photo step par saare mard chalte hain.</w:t>
      </w:r>
    </w:p>
    <w:p>
      <w:pPr>
        <w:jc w:val="right"/>
      </w:pPr>
      <w:r>
        <w:t>یعنی عورت کو کتنا اونچا مقام دیا گیا اسلام نے۔ کہ عورت کے فوٹو سٹیپ پر سارے مرد چلتے ہیں۔</w:t>
      </w:r>
    </w:p>
    <w:p>
      <w:r>
        <w:rPr>
          <w:b/>
        </w:rPr>
        <w:t xml:space="preserve">[33:38] </w:t>
      </w:r>
      <w:r>
        <w:t>wahan haaji ko thoda daudna parta hai. Yani halki halki daud bohat halki daud. Yani brisk walk keh sakte hain is ko aap</w:t>
      </w:r>
    </w:p>
    <w:p>
      <w:pPr>
        <w:jc w:val="right"/>
      </w:pPr>
      <w:r>
        <w:t>وہاں حاجی کو تھوڑا دوڑنا پڑتا ہے۔ یعنی ہلکی ہلکی دوڑ بہت ہلکی دوڑ۔ یعنی برسک واک کہہ سکتے ہیں اس کو آپ</w:t>
      </w:r>
    </w:p>
    <w:p>
      <w:r>
        <w:rPr>
          <w:b/>
        </w:rPr>
        <w:t xml:space="preserve">[33:48] </w:t>
      </w:r>
      <w:r>
        <w:t>. To jo ke pani ki talash mein thi woh to bohat aasani se walk nahin kar sakti thi woh thoda daudna parta pare ga aadmi ko.</w:t>
      </w:r>
    </w:p>
    <w:p>
      <w:pPr>
        <w:jc w:val="right"/>
      </w:pPr>
      <w:r>
        <w:t>۔ تو جو کہ پانی کی تلاش میں تھی وہ تو بہت آسانی سے واک نہیں کر سکتی تھی وہ تھوڑا دوڑنا پڑتا پڑے گا آدمی کو۔</w:t>
      </w:r>
    </w:p>
    <w:p>
      <w:r>
        <w:rPr>
          <w:b/>
        </w:rPr>
        <w:t xml:space="preserve">[33:59] </w:t>
      </w:r>
      <w:r>
        <w:t>nafsiyaati aitbar se. To thoda woh halka daudi thi. To haaji bhi isi ke naqsh qadam par halka daudta hai. To ek aurat ke photo step par saare insaan ko chalna parta hai.</w:t>
      </w:r>
    </w:p>
    <w:p>
      <w:pPr>
        <w:jc w:val="right"/>
      </w:pPr>
      <w:r>
        <w:t>نفسیاتی اعتبار سے۔ تو تھوڑا وہ ہلکا دوڑی تھی۔ تو حاجی بھی اسی کے نقش قدم پر ہلکا دوڑتا ہے۔ تو ایک عورت کے فوٹو سٹیپ پر سارے انسان کو چلنا پڑتا ہے۔</w:t>
      </w:r>
    </w:p>
    <w:p>
      <w:r>
        <w:rPr>
          <w:b/>
        </w:rPr>
        <w:t xml:space="preserve">[34:12] </w:t>
      </w:r>
      <w:r>
        <w:t>kyun? Is aurat ne jo qurbani di thi woh qurbani ki koi nazeer poori history mein nahin hai.</w:t>
      </w:r>
    </w:p>
    <w:p>
      <w:pPr>
        <w:jc w:val="right"/>
      </w:pPr>
      <w:r>
        <w:t>کیوں؟ اس عورت نے جو قربانی دی تھی وہ قربانی کی کوئی نظیر پوری ہسٹری میں نہیں ہے۔</w:t>
      </w:r>
    </w:p>
    <w:p>
      <w:r>
        <w:rPr>
          <w:b/>
        </w:rPr>
        <w:t xml:space="preserve">[34:22] </w:t>
      </w:r>
      <w:r>
        <w:t>ke desert mein ja kar ke ek chote bachche ke sath reh jana jahan pani bhi nahin jahan sabza bhi nahin jahan koi khane ki cheez bhi nahin koi ghar bhi nahin kaisi ajeeb qurbani thi jab wahan par hajja hajra ne kaha tha ke khuda hum ko zaya nahin kare ga</w:t>
      </w:r>
    </w:p>
    <w:p>
      <w:pPr>
        <w:jc w:val="right"/>
      </w:pPr>
      <w:r>
        <w:t>کہ ڈیزرٹ میں جا کر کے ایک چھوٹے بچے کے ساتھ رہ جانا جہاں پانی بھی نہیں جہاں سبزہ بھی نہیں جہاں کوئی کھانے کی چیز بھی نہیں کوئی گھر بھی نہیں کیسی عجیب قربانی تھی جب وہاں پر حاجہ ہاجرہ نے کہا تھا کہ خدا ہم کو ضائع نہیں کرے گ</w:t>
      </w:r>
    </w:p>
    <w:p>
      <w:r>
        <w:rPr>
          <w:b/>
        </w:rPr>
        <w:t xml:space="preserve">[34:40] </w:t>
      </w:r>
      <w:r>
        <w:t>ya shayad zameen o aasman mein sannata chha gaya hoga</w:t>
      </w:r>
    </w:p>
    <w:p>
      <w:pPr>
        <w:jc w:val="right"/>
      </w:pPr>
      <w:r>
        <w:t>ا شاید زمین و آسمانوں میں سناٹا چھا گیا ہوگا</w:t>
      </w:r>
    </w:p>
    <w:p>
      <w:r>
        <w:rPr>
          <w:b/>
        </w:rPr>
        <w:t xml:space="preserve">[34:46] </w:t>
      </w:r>
      <w:r>
        <w:t>kese dil o dimagh ki aurat hai jo desert mein khari ho kar aisa bol rahi hai to allah taala ko yeh pasand aaya to us ko hajj ke manasik mein shamil kar diya hajj ke manasik mein ehraam hai jo hazrat ibrahim ki saada zindagi ko batata hai</w:t>
      </w:r>
    </w:p>
    <w:p>
      <w:pPr>
        <w:jc w:val="right"/>
      </w:pPr>
      <w:r>
        <w:t>کیسے دل و دماغ کی عورت ہے جو ڈیزرٹ میں کھڑی ہو کر ایسا بول رہی ہے تو اللہ تعالی کو یہ پسند آیا تو اس کو حج کے مناسک میں شامل کر دیا حج کے مناسک میں احرام ہے جو حضرت ابراہیم کی سادہ زندگی کو بتاتا ہے</w:t>
      </w:r>
    </w:p>
    <w:p>
      <w:r>
        <w:rPr>
          <w:b/>
        </w:rPr>
        <w:t xml:space="preserve">[35:07] </w:t>
      </w:r>
      <w:r>
        <w:t>hajj ke manasik mein kaba ka tawaf hai jo hazrat ibrahim ne aur hazrat ismail ne tawaf kiya tha tawaf kar ke yeh ehad kiya tha ke hum apni zindagi ko khuda ke liye waqf karenge god oriented life batayenge khuda rakhi zindagi woh har haaji ja kar ke wahan us peyman ko taza karta hai us ko revive karta hai</w:t>
      </w:r>
    </w:p>
    <w:p>
      <w:pPr>
        <w:jc w:val="right"/>
      </w:pPr>
      <w:r>
        <w:t>حج کے مناسک میں کعبہ کا طواف ہے جو حضرت ابراہیم نے اور حضرت اسماعیل نے طواف کیا تھا طواف کر کے یہ عہد کیا تھا کہ ہم اپنی زندگی کو خدا کے لیے وقف کریں گے گاڈ اوریٹڈ لائف بتائیں گے خدا رخی زندگی وہ ہر حاجی جا کر کے وہاں اس پیمان کو تازہ کرتا ہے اس کو ریوائیو کرتا ہے</w:t>
      </w:r>
    </w:p>
    <w:p>
      <w:r>
        <w:rPr>
          <w:b/>
        </w:rPr>
        <w:t xml:space="preserve">[35:30] </w:t>
      </w:r>
      <w:r>
        <w:t>phir woh jo safa o marwa ke darmiyan jo daudta hai haaji to is is cheez ko yaad karta hai ke agar waqt aaye to main bhi isi qism ka yaqeen khuda par zahir karunga ke mushkilat mein bhi khuda ko yaad karna desert mein bhi khuda par bharosa rakhna</w:t>
      </w:r>
    </w:p>
    <w:p>
      <w:pPr>
        <w:jc w:val="right"/>
      </w:pPr>
      <w:r>
        <w:t>پھر وہ جو صفا و مروہ کے درمیان جو دوڑتا ہے حاجی تو اس اس چیز کو یاد کرتا ہے کہ اگر وقت آئے تو میں بھی اسی قسم کا یقین خدا پر ظاہر کروں گا کہ مشکلات میں بھی خدا کو یاد کرنا ڈیزرٹ میں بھی خدا پر بھروسہ رکھنا</w:t>
      </w:r>
    </w:p>
    <w:p>
      <w:r>
        <w:rPr>
          <w:b/>
        </w:rPr>
        <w:t xml:space="preserve">[35:54] </w:t>
      </w:r>
      <w:r>
        <w:t>to woh jab aadmi daudta hai safa o marwa ke darmiyan to us waqt woh hajra ki us misaal ko apni zindagi mein utarne ka ehad karta hai aise hi jab mina mein woh qurbani deta hai is qurbani ko yaad karta hai jo hazrat ismail ki shakal mein di thi hazrat ibrahim ne ke apne bete ko waqf kar diya bete ko desert mein ja kar chhod ke chale gaye wahan se</w:t>
      </w:r>
    </w:p>
    <w:p>
      <w:pPr>
        <w:jc w:val="right"/>
      </w:pPr>
      <w:r>
        <w:t>تو وہ جب آدمی دوڑتا ہے صفا و مروہ کے درمیان تو اس وقت وہ ہاجرہ کی اس مثال کو اپنی زندگی میں اتارنے کا عہد کرتا ہے ایسے ہی جب منی میں وہ قربانی دیتا ہے اس قربانی کو یاد کرتا ہے جو حضرت اسماعیل کی شکل میں دی تھی حضرت ابراہیم نے کہ اپنے بیٹے کو وقف کر دیا بیٹے کو ڈیزرٹ میں جا کر چھوڑ کے چلے گئے وہاں سے</w:t>
      </w:r>
    </w:p>
    <w:p>
      <w:r>
        <w:rPr>
          <w:b/>
        </w:rPr>
        <w:t xml:space="preserve">[36:22] </w:t>
      </w:r>
      <w:r>
        <w:t>ab zara ghor kijiye kon baap aisa kare ga apne bete ko ek sehra mein chhod ke chale gaye to qurbani jo karta hai mina mein aadmi woh isi waqeye ki tajdeed hai isi waqeye ki ko taza karna hai isi ko apni zindagi mein revive karna yeh yeh ehad ke liye hota hai woh</w:t>
      </w:r>
    </w:p>
    <w:p>
      <w:pPr>
        <w:jc w:val="right"/>
      </w:pPr>
      <w:r>
        <w:t>اب ذرا غور کیجیے کون باپ ایسا کرے گا اپنے بیٹے کو ایک صحرا میں چھوڑ کے چلے گئے تو قربانی جو کرتا ہے منی میں آدمی وہ اسی واقعے کی تجدید ہے اسی واقعے کی کو تازہ کرنا ہے اسی کو اپنی زندگی میں ریوائیو کرنا یہ یہ عہد کے لیے ہوتا ہے وہ</w:t>
      </w:r>
    </w:p>
    <w:p>
      <w:r>
        <w:rPr>
          <w:b/>
        </w:rPr>
        <w:t xml:space="preserve">[36:44] </w:t>
      </w:r>
      <w:r>
        <w:t>ke khudaaya waqt aaye to main bhi isi tarah se apne aulad ko apne bachchon ko teri rah mein waqf kar doon ga</w:t>
      </w:r>
    </w:p>
    <w:p>
      <w:pPr>
        <w:jc w:val="right"/>
      </w:pPr>
      <w:r>
        <w:t>کہ خدایا وقت آئے تو میں بھی اسی طرح سے اپنے اولاد کو اپنے بچوں کو تیری راہ میں وقف کر دوں گا</w:t>
      </w:r>
    </w:p>
    <w:p>
      <w:r>
        <w:rPr>
          <w:b/>
        </w:rPr>
        <w:t xml:space="preserve">[36:55] </w:t>
      </w:r>
      <w:r>
        <w:t>is tarah dekhiye jo kankri hum marte hain to ahadees mein aata hai ke jab hazrat ibrahim le ke ja rahe the hazrat ismail ko zibah ke liye</w:t>
      </w:r>
    </w:p>
    <w:p>
      <w:pPr>
        <w:jc w:val="right"/>
      </w:pPr>
      <w:r>
        <w:t>اس طرح دیکھیے جو کنکری ہم مارتے ہیں تو احادیث میں آتا ہے کہ جب حضرت ابراہیم لے کے جا رہے تھے حضرت اسماعیل کو ذبح کے لیے</w:t>
      </w:r>
    </w:p>
    <w:p>
      <w:r>
        <w:rPr>
          <w:b/>
        </w:rPr>
        <w:t xml:space="preserve">[37:10] </w:t>
      </w:r>
      <w:r>
        <w:t>is waqt shaitan ne behkaya</w:t>
      </w:r>
    </w:p>
    <w:p>
      <w:pPr>
        <w:jc w:val="right"/>
      </w:pPr>
      <w:r>
        <w:t>اس وقت شیطان نے بہکایا</w:t>
      </w:r>
    </w:p>
    <w:p>
      <w:r>
        <w:rPr>
          <w:b/>
        </w:rPr>
        <w:t xml:space="preserve">[37:16] </w:t>
      </w:r>
      <w:r>
        <w:t>hazrat ismail ko to hazrat ismail ne is ko bhagaya</w:t>
      </w:r>
    </w:p>
    <w:p>
      <w:pPr>
        <w:jc w:val="right"/>
      </w:pPr>
      <w:r>
        <w:t>حضرت اسماعیل کو تو حضرت اسماعیل نے اس کو بھگایا</w:t>
      </w:r>
    </w:p>
    <w:p>
      <w:r>
        <w:rPr>
          <w:b/>
        </w:rPr>
        <w:t xml:space="preserve">[37:23] </w:t>
      </w:r>
      <w:r>
        <w:t>shayad kankri phenki ho kisi ya aoozu billahi minash shaitan nir rajeem parha ho to aaj jo haji wahan par ja kar kankri phenkta hai to isi isi ko taza karta hai wo is aaj jo hai wo symbolic stoning hoti hai lekin symbolic is stoning jo hoti hai wahan par is ko real stoning apni apni zindagi banana aya hamein</w:t>
      </w:r>
    </w:p>
    <w:p>
      <w:pPr>
        <w:jc w:val="right"/>
      </w:pPr>
      <w:r>
        <w:t>شاید کنکری پھینکی ہو کسی یا اعوذ باللہ من الشیطان الرجیم پڑھا ہو تو آج جو حاجی وہاں پر جا کر کنکری پھینکتا ہے تو اسی اسی کو تازہ کرتا ہے وہ اس آج جو ہے وہ سمبولک اسٹوننگ ہوتی ہے لیکن سمبولک اس اسٹوننگ جو ہوتی ہے وہاں پر اس کو ریئل اسٹوننگ اپنی اپنی زندگی بنانا آیا ہمیں</w:t>
      </w:r>
    </w:p>
    <w:p>
      <w:r>
        <w:rPr>
          <w:b/>
        </w:rPr>
        <w:t xml:space="preserve">[37:48] </w:t>
      </w:r>
      <w:r>
        <w:t>hamein jab shaitan behkaye hamare andar shaitan jo yani ultay khayalat dalay tab shaitan ko bhagayein</w:t>
      </w:r>
    </w:p>
    <w:p>
      <w:pPr>
        <w:jc w:val="right"/>
      </w:pPr>
      <w:r>
        <w:t>ہمیں جب شیطان بہکائے ہمارے اندر شیطان جو یعنی الٹے خیالات ڈالے تب شیطان کو بھگائیں</w:t>
      </w:r>
    </w:p>
    <w:p>
      <w:r>
        <w:rPr>
          <w:b/>
        </w:rPr>
        <w:t xml:space="preserve">[37:59] </w:t>
      </w:r>
      <w:r>
        <w:t>shaitan ko nikalein nikalne ka tareeqa yeh hai ke aap is ka yani is ka analysis kar ke jaane ke kahan shaitan ghusa hua hai aur Allah taala madad mangein yeh jo aap kehte hain ke Allah minash shaitan nir rajeem Allah taala se madad mangna hai</w:t>
      </w:r>
    </w:p>
    <w:p>
      <w:pPr>
        <w:jc w:val="right"/>
      </w:pPr>
      <w:r>
        <w:t>شیطان کو نکالیں نکالنے کا طریقہ یہ ہے کہ آپ اس کا یعنی اس کا انالیسز کر کے جانے کہ کہاں شیطان گھسا ہوا ہے اور اللہ تعالی مدد مانگیں یہ جو آپ کہتے ہیں کہ اللہ من الشیطان الرجیم اللہ تعالی سے مدد مانگنا ہے</w:t>
      </w:r>
    </w:p>
    <w:p>
      <w:r>
        <w:rPr>
          <w:b/>
        </w:rPr>
        <w:t xml:space="preserve">[38:17] </w:t>
      </w:r>
      <w:r>
        <w:t>to is symbolic stoning ko apni zindagi mein real stoning banana hai yeh hota hai mini mein haji yeh ahad karta hai</w:t>
      </w:r>
    </w:p>
    <w:p>
      <w:pPr>
        <w:jc w:val="right"/>
      </w:pPr>
      <w:r>
        <w:t>تو اس سمبولک اسٹوننگ کو اپنی زندگی میں ریئل اسٹوننگ بنانا ہے یہ ہوتا ہے منی میں حاجی یہ عہد کرتا ہے</w:t>
      </w:r>
    </w:p>
    <w:p>
      <w:r>
        <w:rPr>
          <w:b/>
        </w:rPr>
        <w:t xml:space="preserve">[38:31] </w:t>
      </w:r>
      <w:r>
        <w:t>wo jumaaraat mein jab kankri phenkta hai to yeh haji is is ahad ko apni zindagi mein shamil karta hai</w:t>
      </w:r>
    </w:p>
    <w:p>
      <w:pPr>
        <w:jc w:val="right"/>
      </w:pPr>
      <w:r>
        <w:t>وہ جمعرات میں جب کنکری پھینکتا ہے تو یہ حاجی اس اس عہد کو اپنی زندگی میں شامل کرتا ہے</w:t>
      </w:r>
    </w:p>
    <w:p>
      <w:r>
        <w:rPr>
          <w:b/>
        </w:rPr>
        <w:t xml:space="preserve">[38:39] </w:t>
      </w:r>
      <w:r>
        <w:t>is tarah poora jo hajj ke manasik hain wo sab yahi jo teen afraad ki jo family thi ibrahim aur ismail aur hajra jo un par guzra tha wahan jo unhone kiya tha jis tarah ibadat unhone anjam di thi wahan par isi ko har haji symbolic way mein apni zindagi mein utarta hai kyun ke wahan par yani maqamat hajj par to wo symbolic way mein is ko dohrata hai</w:t>
      </w:r>
    </w:p>
    <w:p>
      <w:pPr>
        <w:jc w:val="right"/>
      </w:pPr>
      <w:r>
        <w:t>اس طرح پورا جو حج کے مناسک ہیں وہ سب یہی جو تین افراد کی جو فیملی تھی ابراہیم اور اسماعیل اور ہاجرہ جو ان پر گزرا تھا وہاں جو انہوں نے کیا تھا جس طرح عبادت انہوں نے انجام دی تھی وہاں پر اسی کو ہر حاجی سمبولک وے میں اپنی زندگی میں اتارتا ہے کیوں کہ وہاں پر یعنی مقامات حج پر تو وہ سمبولک وے میں اس کو دہراتا ہے</w:t>
      </w:r>
    </w:p>
    <w:p>
      <w:r>
        <w:rPr>
          <w:b/>
        </w:rPr>
        <w:t xml:space="preserve">[39:08] </w:t>
      </w:r>
      <w:r>
        <w:t>kyun ke lot kar jab is ko ghar mein ana hai to is ko real tareeqay par dohrana hai real tareeqay par yeh bhi yaad rakhiye ke maqamat hajj jo hain jo makkah ke ilaqay mein waqe hain wahan par jo hum karte hain yeh sab baatein manasik hajj to wo wahan tamseeli roop mein hum karte hain kyun wapas aa kar ke hamein is ko real roop mein dohrana hai</w:t>
      </w:r>
    </w:p>
    <w:p>
      <w:pPr>
        <w:jc w:val="right"/>
      </w:pPr>
      <w:r>
        <w:t>کیونکہ لوٹ کر جب اس کو گھر میں انا ہے تو اس کو ریئل طریقے پر دہرانا ہے ریئل طریقے پر یہ بھی یاد رکھیے کہ مقامات حج جو ہیں جو مکہ کے علاقے میں واقع ہیں وہاں پر جو ہم کرتے ہیں یہ سب باتیں مناسک حج تو وہ وہاں تمثیلی روپ میں ہم کرتے ہیں کیوں واپس ا کر کے ہمیں اس کو ریئل روپ میں دہرانا ہے</w:t>
      </w:r>
    </w:p>
    <w:p>
      <w:r>
        <w:rPr>
          <w:b/>
        </w:rPr>
        <w:t xml:space="preserve">[39:36] </w:t>
      </w:r>
      <w:r>
        <w:t>misalan wahan par aap ehram bantay hain to wahan par to aik aik aik rasam ke tor par hota hai wapas aa kar apni zindagi mein jahan pohanchte hain apne watan to aap ko is saada zindagi ki shakal mein isi ko real life mein shamil karna hai yani is ehram bandhne ko jab wapas aaye to real life mein shamil karna hai</w:t>
      </w:r>
    </w:p>
    <w:p>
      <w:pPr>
        <w:jc w:val="right"/>
      </w:pPr>
      <w:r>
        <w:t>مثلا وہاں پر آپ احرام بانٹتے ہیں تو وہاں پر تو ایک ایک ایک رسم کے طور پر ہوتا ہے واپس ا کر اپنی زندگی میں جہاں پہنچتے ہیں اپنے وطن تو آپ کو اس سادہ زندگی کی شکل میں اسی کو ریئل لائف میں شامل کرنا ہے یعنی اس احرام باندھنے کو جب واپس آئے تو ریئل لائف میں شامل کرنا ہے</w:t>
      </w:r>
    </w:p>
    <w:p>
      <w:r>
        <w:rPr>
          <w:b/>
        </w:rPr>
        <w:t xml:space="preserve">[40:03] </w:t>
      </w:r>
      <w:r>
        <w:t>saada zindagi ki shakal mein sab kuch saada rozmarra ki zindagi saada shadi byah saada taqreebat saada har cheez mein sadgi yeh hai real life mein is ko dohrana aisi jo tawaaf hai wahan aap karte hain symbolic way mein tawaaf wapas jab aate hain aap to aap ki dorr dhoop khuda ke liye ho jaye aap ki activities khuda ke liye ho jayein</w:t>
      </w:r>
    </w:p>
    <w:p>
      <w:pPr>
        <w:jc w:val="right"/>
      </w:pPr>
      <w:r>
        <w:t>سادہ زندگی کی شکل میں سب کچھ سادہ روزمرہ کی زندگی سادہ شادی بیاہ سادہ تقریبات سادہ ہر چیز میں سادگی یہ ہے ریئل لائف میں اس کو دہرانا ایسی جو طواف ہے وہاں آپ کرتے ہیں سمبولک وے میں طواف واپس جب آتے ہیں آپ تو آپ کی دوڑ دھوپ خدا کے لیے ہو جائے آپ کی ایکٹیویٹیز خدا کے لیے ہو جائیں</w:t>
      </w:r>
    </w:p>
    <w:p>
      <w:r>
        <w:rPr>
          <w:b/>
        </w:rPr>
        <w:t xml:space="preserve">[40:32] </w:t>
      </w:r>
      <w:r>
        <w:t>یہ ہے real life میں اس کو دہرانا اس symbolic طواف کو real life میں دہرانا یہ ہے</w:t>
      </w:r>
    </w:p>
    <w:p>
      <w:pPr>
        <w:jc w:val="right"/>
      </w:pPr>
      <w:r>
        <w:t>یہ ہے ریئل لائف میں اس کو دہرانا اس سمبولک طواف کو ریئل لائف میں دہرانا یہ ہے</w:t>
      </w:r>
    </w:p>
    <w:p>
      <w:r>
        <w:rPr>
          <w:b/>
        </w:rPr>
        <w:t xml:space="preserve">[40:39] </w:t>
      </w:r>
      <w:r>
        <w:t>ki jab wapas akar haqeeqi zindagi mein aap pahunchen</w:t>
      </w:r>
    </w:p>
    <w:p>
      <w:pPr>
        <w:jc w:val="right"/>
      </w:pPr>
      <w:r>
        <w:t>کہ جب واپس ا کر حقیقی زندگی میں آپ پہنچیں</w:t>
      </w:r>
    </w:p>
    <w:p>
      <w:r>
        <w:rPr>
          <w:b/>
        </w:rPr>
        <w:t xml:space="preserve">[40:43] </w:t>
      </w:r>
      <w:r>
        <w:t>jab job aap ka hai jahan business aap ki hai jahan family aap ki hai jab wahan pahunchen</w:t>
      </w:r>
    </w:p>
    <w:p>
      <w:pPr>
        <w:jc w:val="right"/>
      </w:pPr>
      <w:r>
        <w:t>جب جاب آپ کا ہے جہاں بزنس آپ کی ہے جہاں فیملی آپ کی ہے جب وہاں پہنچیں</w:t>
      </w:r>
    </w:p>
    <w:p>
      <w:r>
        <w:rPr>
          <w:b/>
        </w:rPr>
        <w:t xml:space="preserve">[40:47] </w:t>
      </w:r>
      <w:r>
        <w:t>aap to wahan par aap is taraf ho jayen ki sari activities aap ki jo hain woh God</w:t>
      </w:r>
    </w:p>
    <w:p>
      <w:pPr>
        <w:jc w:val="right"/>
      </w:pPr>
      <w:r>
        <w:t>آپ تو وہاں پر آپ اس طرف ہو جائیں کہ ساری ایکٹیویٹیز آپ کی جو ہیں وہ گاڈ</w:t>
      </w:r>
    </w:p>
    <w:p>
      <w:r>
        <w:rPr>
          <w:b/>
        </w:rPr>
        <w:t xml:space="preserve">[40:55] </w:t>
      </w:r>
      <w:r>
        <w:t>rukhhi ho jayen</w:t>
      </w:r>
    </w:p>
    <w:p>
      <w:pPr>
        <w:jc w:val="right"/>
      </w:pPr>
      <w:r>
        <w:t>رخی ہو جائیں</w:t>
      </w:r>
    </w:p>
    <w:p>
      <w:r>
        <w:rPr>
          <w:b/>
        </w:rPr>
        <w:t xml:space="preserve">[40:57] </w:t>
      </w:r>
      <w:r>
        <w:t>yani ek lafz mein God oriented life ban jaye aap ki</w:t>
      </w:r>
    </w:p>
    <w:p>
      <w:pPr>
        <w:jc w:val="right"/>
      </w:pPr>
      <w:r>
        <w:t>یعنی ایک لفظ میں گاڈ اورینٹڈ لائف بن جائے آپ کی</w:t>
      </w:r>
    </w:p>
    <w:p>
      <w:r>
        <w:rPr>
          <w:b/>
        </w:rPr>
        <w:t xml:space="preserve">[41:03] </w:t>
      </w:r>
      <w:r>
        <w:t>aise hi jo aap safa o marwa ke darmiyan aap saaye karte hain wo bhi wahan par saaye hoti hai yani symbolic way mein wo saaye symbolic way mein hoti hai is saaye ko phir jab aap wapas aayein apne watan mein to isi ko real life mein dohrana hai aap ko real life mein dohrana hai</w:t>
      </w:r>
    </w:p>
    <w:p>
      <w:pPr>
        <w:jc w:val="right"/>
      </w:pPr>
      <w:r>
        <w:t>ایسے ہی جو آپ صفا و مروہ کے درمیان آپ سائے کرتے ہیں وہ بھی وہاں پر سائے ہوتی ہے یعنی سمبولک وے میں وہ سائے سمبولک وے میں ہوتی ہے اس سائے کو پھر جب آپ واپس آئیں اپنے وطن میں تو اسی کو ریئل لائف میں دہرانا ہے آپ کو ریئل لائف میں دہرانا ہے</w:t>
      </w:r>
    </w:p>
    <w:p>
      <w:r>
        <w:rPr>
          <w:b/>
        </w:rPr>
        <w:t xml:space="preserve">[41:32] </w:t>
      </w:r>
      <w:r>
        <w:t>yani khuda par bharosa yani wo jo hajra dori thi safa o marwa ke darmiyan to khuda par aakhri yaqeen</w:t>
      </w:r>
    </w:p>
    <w:p>
      <w:pPr>
        <w:jc w:val="right"/>
      </w:pPr>
      <w:r>
        <w:t>یعنی خدا پر بھروسہ یعنی وہ جو ہاجرہ دوڑی تھی صفا و مروہ کے درمیان تو خدا پر آخری یقین</w:t>
      </w:r>
    </w:p>
    <w:p>
      <w:r>
        <w:rPr>
          <w:b/>
        </w:rPr>
        <w:t xml:space="preserve">[41:45] </w:t>
      </w:r>
      <w:r>
        <w:t>ke aik aik misal thi wo aise hi jab aap wahan par jo qurbani dete hain to wahan par aap symbolic way mein qurbani dete hain</w:t>
      </w:r>
    </w:p>
    <w:p>
      <w:pPr>
        <w:jc w:val="right"/>
      </w:pPr>
      <w:r>
        <w:t>کہ ایک ایک مثال تھی وہ ایسے ہی جب آپ وہاں پر جو قربانی دیتے ہیں تو وہاں پر آپ سمبولک وے میں قربانی دیتے ہیں</w:t>
      </w:r>
    </w:p>
    <w:p>
      <w:r>
        <w:rPr>
          <w:b/>
        </w:rPr>
        <w:t xml:space="preserve">[41:56] </w:t>
      </w:r>
      <w:r>
        <w:t>real life mein qurbani yeh hai ke jab wapas aayein to aap apne aap ko dedicate karein Allah ke liye apni aulad ko dedicate karein Allah ke liye apne aap ko apni family ko apni aulad ko khuda ke rastay mein dedicate kar dein waqf kar dein isi mein yeh hai real life mein is ko apnana aise hi jo kankri martay hain aap shaitan ko wahan wo to wahan symbolic stoning hoti hai</w:t>
      </w:r>
    </w:p>
    <w:p>
      <w:pPr>
        <w:jc w:val="right"/>
      </w:pPr>
      <w:r>
        <w:t>ریئل لائف میں قربانی یہ ہے کہ جب واپس آئیں تو آپ اپنے آپ کو ڈیڈیکیٹ کریں اللہ کے لیے اپنی اولاد کو ڈیڈیکیٹ کریں اللہ کے لیے اپنے آپ کو اپنی فیملی کو اپنی اولاد کو خدا کے راستے میں ڈیڈیکیٹ کر دیں وقف کر دیں اسی میں یہ ہے ریئل لائف میں اس کو اپنانا ایسے ہی جو کنکری مارتے ہیں آپ شیطان کو وہاں وہ تو وہاں سمبولک اسٹوننگ ہوتی ہے</w:t>
      </w:r>
    </w:p>
    <w:p>
      <w:r>
        <w:rPr>
          <w:b/>
        </w:rPr>
        <w:t xml:space="preserve">[42:22] </w:t>
      </w:r>
      <w:r>
        <w:t>jab wapas aap ayen</w:t>
      </w:r>
    </w:p>
    <w:p>
      <w:pPr>
        <w:jc w:val="right"/>
      </w:pPr>
      <w:r>
        <w:t>جب واپس آپ آئیں</w:t>
      </w:r>
    </w:p>
    <w:p>
      <w:r>
        <w:rPr>
          <w:b/>
        </w:rPr>
        <w:t xml:space="preserve">[42:26] </w:t>
      </w:r>
      <w:r>
        <w:t>to phir shaitan ki ko reyal stoning karne ke maqam par aa gaye aap kyunke dekhiye yeh bataya gaya</w:t>
      </w:r>
    </w:p>
    <w:p>
      <w:pPr>
        <w:jc w:val="right"/>
      </w:pPr>
      <w:r>
        <w:t>تو پھر شیطان کی کو ریئل اسٹوننگ کرنے کے مقام پر اگئے آپ کیونکہ دیکھیے یہ بتایا گیا</w:t>
      </w:r>
    </w:p>
    <w:p>
      <w:r>
        <w:rPr>
          <w:b/>
        </w:rPr>
        <w:t xml:space="preserve">[42:33] </w:t>
      </w:r>
      <w:r>
        <w:t>hai ke shaitan har waqt insaan ke sath rehta hai behkane ke liye is ko</w:t>
      </w:r>
    </w:p>
    <w:p>
      <w:pPr>
        <w:jc w:val="right"/>
      </w:pPr>
      <w:r>
        <w:t>ہے کہ شیطان ہر وقت انسان کے ساتھ رہتا ہے بہکانے کے لیے اس کو</w:t>
      </w:r>
    </w:p>
    <w:p>
      <w:r>
        <w:rPr>
          <w:b/>
        </w:rPr>
        <w:t xml:space="preserve">[42:40] </w:t>
      </w:r>
      <w:r>
        <w:t>raat din raat din raat din woh behkata hai kaise andar dakhil ho kar ke aap ki nafsiyat</w:t>
      </w:r>
    </w:p>
    <w:p>
      <w:pPr>
        <w:jc w:val="right"/>
      </w:pPr>
      <w:r>
        <w:t>رات دن رات دن رات دن وہ بہکاتا ہے کیسے اندر داخل ہو کر کے آپ کی نفسیات</w:t>
      </w:r>
    </w:p>
    <w:p>
      <w:r>
        <w:rPr>
          <w:b/>
        </w:rPr>
        <w:t xml:space="preserve">[42:46] </w:t>
      </w:r>
      <w:r>
        <w:t>mein dakhil ho kar ke aap ki soch mein dakhil ho kar ke aap ki chahat mein dakhil</w:t>
      </w:r>
    </w:p>
    <w:p>
      <w:pPr>
        <w:jc w:val="right"/>
      </w:pPr>
      <w:r>
        <w:t>میں داخل ہو کر کے آپ کی سوچ میں داخل ہو کر کے آپ کی چاہت میں داخل</w:t>
      </w:r>
    </w:p>
    <w:p>
      <w:r>
        <w:rPr>
          <w:b/>
        </w:rPr>
        <w:t xml:space="preserve">[42:50] </w:t>
      </w:r>
      <w:r>
        <w:t>ho kar ke</w:t>
      </w:r>
    </w:p>
    <w:p>
      <w:pPr>
        <w:jc w:val="right"/>
      </w:pPr>
      <w:r>
        <w:t>ہو کر کے</w:t>
      </w:r>
    </w:p>
    <w:p>
      <w:r>
        <w:rPr>
          <w:b/>
        </w:rPr>
        <w:t xml:space="preserve">[42:53] </w:t>
      </w:r>
      <w:r>
        <w:t>to wahan par aap ko bohat alert rehna hai alert jahan shaitan ne koi aap ke mind mein ulti baat dali foran aap ko pata chal jaye ke shaitan yahan par mujhe aisa karne ko keh raha hai</w:t>
      </w:r>
    </w:p>
    <w:p>
      <w:pPr>
        <w:jc w:val="right"/>
      </w:pPr>
      <w:r>
        <w:t>تو وہاں پر آپ کو بہت الرٹ رہنا ہے الرٹ جہاں شیطان نے کوئی آپ کے مائنڈ میں الٹی بات ڈالی فورا آپ کو پتہ چل جائے کہ شیطان یہاں پر مجھے ایسا کرنے کو کہہ رہا ہے</w:t>
      </w:r>
    </w:p>
    <w:p>
      <w:r>
        <w:rPr>
          <w:b/>
        </w:rPr>
        <w:t xml:space="preserve">[43:07] </w:t>
      </w:r>
      <w:r>
        <w:t>misal ke tor par aap ko kisi par ghussa aaya to shaitan yahan kya karega ke revenge le lo is se wahan sikhaye ga aap ko kaha ke revenge le liya is se to aur aur harkatein karega wo aaj to diya salai ki divya tum se ne liya hai kal tumhara ghar hi tum se cheen le ga</w:t>
      </w:r>
    </w:p>
    <w:p>
      <w:pPr>
        <w:jc w:val="right"/>
      </w:pPr>
      <w:r>
        <w:t>مثال کے طور پر آپ کو کسی پر غصہ آیا تو شیطان یہاں کیا کرے گا کہ ریونج لے لو اس سے وہاں سکھائے گا آپ کو کہا کہ ریونج لے لیا اس سے تو اور اور حرکتیں کرے گا وہ آج تو دیا سلائی کی ڈیویا تم سے نے لیا ہے کل تمہارا گھر ہی تم سے چھین لے گا</w:t>
      </w:r>
    </w:p>
    <w:p>
      <w:r>
        <w:rPr>
          <w:b/>
        </w:rPr>
        <w:t xml:space="preserve">[43:23] </w:t>
      </w:r>
      <w:r>
        <w:t>yeh hai shaitan ka to jab aap ko is tarah ke tajrubaat hote hain misalan ghussa jab agaya hai to shaitan aap ko behka kar ke aap ko revenge ki taraf le aata hai inteqam ki taraf le aata hai wahan par aap pakad lein jaldi se ke dekho yeh shaitan agaya yani wahan par farishta yeh chahega ke aap bhool jayein maaf kar dein ghazab hum yaghfiroon ghussa aaya to maaf kar dein</w:t>
      </w:r>
    </w:p>
    <w:p>
      <w:pPr>
        <w:jc w:val="right"/>
      </w:pPr>
      <w:r>
        <w:t>یہ ہے شیطان کا تو جب آپ کو اس طرح کے تجربات ہوتے ہیں مثلا غصہ جب اگیا ہے تو شیطان آپ کو بہکا کر کے آپ کو ریونج کی طرف لے اتا ہے انتقام کی طرف لے اتا ہے وہاں پر آپ پکڑ لیں جلدی سے کہ دیکھو یہ شیطان اگیا یعنی وہاں پر فرشتہ یہ چاہے گا کہ آپ بھول جائیں معاف کر دیں غضبہم یغفرون غصہ آیا تو معاف کر دیں</w:t>
      </w:r>
    </w:p>
    <w:p>
      <w:r>
        <w:rPr>
          <w:b/>
        </w:rPr>
        <w:t xml:space="preserve">[43:53] </w:t>
      </w:r>
      <w:r>
        <w:t>to yaad rahe ke har waqt insan do taqaton ke darmiyan mein hai farishta aur shaitan farishta aur shaitan to jab aap ko ghussa aata hai kisi ki baat par jab koi aap ko provoke kar deta hai koi aap ko bharka deta hai aur ghussa aa jata hai to kya hota hai aik taraf farishta kehta hai ke bhala do maaf kar do jo shaitan keh raha hai ke nahi phir is se inteqam lena hai nahi to yeh to aur sher ho jaye g</w:t>
      </w:r>
    </w:p>
    <w:p>
      <w:pPr>
        <w:jc w:val="right"/>
      </w:pPr>
      <w:r>
        <w:t>تو یاد رہے کہ ہر وقت انسان دو طاقتوں کے درمیان میں ہے فرشتہ اور شیطان فرشتہ اور شیطان تو جب آپ کو غصہ آتا ہے کسی کی بات پر جب کوئی آپ کو پرووک کر دیتا ہے کوئی آپ کو بھڑکا دیتا ہے اور غصہ آ جاتا ہے تو کیا ہوتا ہے ایک طرف فرشتہ کہتا ہے کہ بھلا دو معاف کر دو جو شیطان کہہ رہا ہے کہ نہیں پھر اس سے انتقام لینا ہے نہیں تو یہ تو اور شیر ہو جائے گ</w:t>
      </w:r>
    </w:p>
    <w:p>
      <w:r>
        <w:rPr>
          <w:b/>
        </w:rPr>
        <w:t xml:space="preserve">[44:21] </w:t>
      </w:r>
      <w:r>
        <w:t>a aur pareshan karega to wahan par kankri marna hai shaitan ko kankri marne ki mani yeh hai ke is ki behkawe ko pakad lena is ko detect kar lena is ke ba khabar ho jana ise chaukna ho jana yeh hai is ko stoning is ki is ko pathar marna</w:t>
      </w:r>
    </w:p>
    <w:p>
      <w:pPr>
        <w:jc w:val="right"/>
      </w:pPr>
      <w:r>
        <w:t>ا اور پریشان کرے گا تو وہاں پر کنکری مارنا ہے شیطان کو کنکری مارنے کی معنی یہ ہے کہ اس کی بہکاوے کو پکڑ لینا اس کو ڈیٹیکٹ کر لینا اس کے باخبر ہو جانا اسے چوکنا ہو جانا یہ ہے اس کو اسٹوننگ اس کی اس کو پتھر مارنا</w:t>
      </w:r>
    </w:p>
    <w:p>
      <w:r>
        <w:rPr>
          <w:b/>
        </w:rPr>
        <w:t xml:space="preserve">[44:45] </w:t>
      </w:r>
      <w:r>
        <w:t>to wahan par jo kiya tha aap ne kankar mare thay wo is symbolic stoning thi jab aap real life mein wapas aaye to aap ko real stoning karni hai aur wo real stoning subah sham hogi aik bar nahi aik bar nahi wo subah sham karni parti hai aap ko ke har waqt shaitan behkawe mein dalta rehta hai aap ko</w:t>
      </w:r>
    </w:p>
    <w:p>
      <w:pPr>
        <w:jc w:val="right"/>
      </w:pPr>
      <w:r>
        <w:t>تو وہاں پر جو کیا تھا آپ نے کنکر مارے تھے وہ اس سمبولک اسٹوننگ تھی جب آپ ریئل لائف میں واپس آئے تو آپ کو ریئل اسٹوننگ کرنی ہے اور وہ ریئل اسٹوننگ صبح شام ہوگی ایک بار نہیں ایک بار نہیں وہ صبح شام کرنی پڑتی ہے آپ کو کہ ہر وقت شیطان بہکاوے میں ڈالتا رہتا ہے آپ کو</w:t>
      </w:r>
    </w:p>
    <w:p>
      <w:r>
        <w:rPr>
          <w:b/>
        </w:rPr>
        <w:t xml:space="preserve">[45:11] </w:t>
      </w:r>
      <w:r>
        <w:t>to is waqt yeh detect karna ke yeh farishtay ka ki seekh hai aur yeh shaitan ki seekh hai yeh farishta mujhe bata raha hai wo aur shaitan mujhe bata raha hai to shaitan ki baat ko pakad lena aur farishtay ki baat ko pakad lena to farishtay ki baat par follow karna aur shaitan ko stoning kar ke bhaga dena yahan par stoning jo hogi wo hai ke</w:t>
      </w:r>
    </w:p>
    <w:p>
      <w:pPr>
        <w:jc w:val="right"/>
      </w:pPr>
      <w:r>
        <w:t>تو اس وقت یہ ڈیٹیکٹ کرنا کہ یہ فرشتے کا کی سیکھ ہے اور یہ شیطان کی سیکھ ہے یہ فرشتہ مجھے بتا رہا ہے وہ اور شیطان مجھے بتا رہا ہے تو شیطان کی بات کو پکڑ لینا اور فرشتے کی بات کو پکڑ لینا تو فرشتے کی بات پر فالو کرنا اور شیطان کو اسٹون کر کے بھگا دینا یہاں پر اسٹوننگ جو ہوگی وہ ہے کہ</w:t>
      </w:r>
    </w:p>
    <w:p>
      <w:r>
        <w:rPr>
          <w:b/>
        </w:rPr>
        <w:t xml:space="preserve">[45:38] </w:t>
      </w:r>
      <w:r>
        <w:t>aap apni soch ko is tarah activate karein ke shaitan ki baat aap ke dimagh se nikal jaye revenge ki aur inteqam ki baat aap ke dimagh se nikal jaye aur maaf maafi ki baat jo hai wo aap ka dimagh pakad le</w:t>
      </w:r>
    </w:p>
    <w:p>
      <w:pPr>
        <w:jc w:val="right"/>
      </w:pPr>
      <w:r>
        <w:t>آپ اپنی سوچ کو اس طرح ایکٹیویٹ کریں کہ شیطان کی بات آپ کے دماغ سے نکل جائے ریونج کی اور انتقام کی بات آپ کے دماغ سے نکل جائے اور معاف معافی کی بات جو ہے وہ آپ کا دماغ پکڑ لے</w:t>
      </w:r>
    </w:p>
    <w:p>
      <w:r>
        <w:rPr>
          <w:b/>
        </w:rPr>
        <w:t xml:space="preserve">[45:56] </w:t>
      </w:r>
      <w:r>
        <w:t>is tarah se poora hazrat ibrahim ki jo zindagi thi</w:t>
      </w:r>
    </w:p>
    <w:p>
      <w:pPr>
        <w:jc w:val="right"/>
      </w:pPr>
      <w:r>
        <w:t>اس طرح سے پورا حضرت ابراہیم کی جو زندگی تھی</w:t>
      </w:r>
    </w:p>
    <w:p>
      <w:r>
        <w:rPr>
          <w:b/>
        </w:rPr>
        <w:t xml:space="preserve">[46:01] </w:t>
      </w:r>
      <w:r>
        <w:t>hazrat ibrahim ki jo zindagi thi hazrat ismail ki jo zindagi thi hazrat hajra ki jo zindagi thi is ko symbolic way mein wahan aadmi dohrata hai</w:t>
      </w:r>
    </w:p>
    <w:p>
      <w:pPr>
        <w:jc w:val="right"/>
      </w:pPr>
      <w:r>
        <w:t>حضرت ابراہیم کی جو زندگی تھی حضرت اسماعیل کی جو زندگی تھی حضرت ہاجرہ کی جو زندگی تھی اس کو سمبولک وے میں وہاں ادمی دہراتا ہے</w:t>
      </w:r>
    </w:p>
    <w:p>
      <w:r>
        <w:rPr>
          <w:b/>
        </w:rPr>
        <w:t xml:space="preserve">[46:16] </w:t>
      </w:r>
      <w:r>
        <w:t>yani in do nabi aur aik nabi ki ahliya yeh teen aadmi thay jinho ne ke wahan tareekh banai</w:t>
      </w:r>
    </w:p>
    <w:p>
      <w:pPr>
        <w:jc w:val="right"/>
      </w:pPr>
      <w:r>
        <w:t>یعنی ان دو نبی اور ایک نبی کی اہلیہ یہ تین ادمی تھے جنہوں نے کہ وہاں تاریخ بنائی</w:t>
      </w:r>
    </w:p>
    <w:p>
      <w:r>
        <w:rPr>
          <w:b/>
        </w:rPr>
        <w:t xml:space="preserve">[46:25] </w:t>
      </w:r>
      <w:r>
        <w:t>yani history ka aaghaz hota hai in teen afraad ki is team se</w:t>
      </w:r>
    </w:p>
    <w:p>
      <w:pPr>
        <w:jc w:val="right"/>
      </w:pPr>
      <w:r>
        <w:t>یعنی ہسٹری کا اغاز ہوتا ہے ان تین افراد کی اس ٹیم سے</w:t>
      </w:r>
    </w:p>
    <w:p>
      <w:r>
        <w:rPr>
          <w:b/>
        </w:rPr>
        <w:t xml:space="preserve">[46:31] </w:t>
      </w:r>
      <w:r>
        <w:t>to un ki zindagi mein jo beeta tha jo kuch</w:t>
      </w:r>
    </w:p>
    <w:p>
      <w:pPr>
        <w:jc w:val="right"/>
      </w:pPr>
      <w:r>
        <w:t>تو ان کی زندگی میں جو بیتا تھا جو کچھ</w:t>
      </w:r>
    </w:p>
    <w:p>
      <w:r>
        <w:rPr>
          <w:b/>
        </w:rPr>
        <w:t xml:space="preserve">[46:35] </w:t>
      </w:r>
      <w:r>
        <w:t>unhon ne jis tareeqe se</w:t>
      </w:r>
    </w:p>
    <w:p>
      <w:pPr>
        <w:jc w:val="right"/>
      </w:pPr>
      <w:r>
        <w:t>انہوں نے جس طریقے سے</w:t>
      </w:r>
    </w:p>
    <w:p>
      <w:r>
        <w:rPr>
          <w:b/>
        </w:rPr>
        <w:t xml:space="preserve">[46:38] </w:t>
      </w:r>
      <w:r>
        <w:t>zindagi ka apna karobar chalaya tha jis tarah Khuda ki ki parastish ki thi jis tarah Khuda ki</w:t>
      </w:r>
    </w:p>
    <w:p>
      <w:pPr>
        <w:jc w:val="right"/>
      </w:pPr>
      <w:r>
        <w:t>زندگی کا اپنا کاروبار چلایا تھا جس طرح خدا کی کی پرستش کی تھی جس طرح خدا کی</w:t>
      </w:r>
    </w:p>
    <w:p>
      <w:r>
        <w:rPr>
          <w:b/>
        </w:rPr>
        <w:t xml:space="preserve">[46:48] </w:t>
      </w:r>
      <w:r>
        <w:t>ke deen ki khidmat ki thi to woh un ki zindagi ke kuch bohat numayan pehlu</w:t>
      </w:r>
    </w:p>
    <w:p>
      <w:pPr>
        <w:jc w:val="right"/>
      </w:pPr>
      <w:r>
        <w:t>کے دین کی خدمت کی تھی تو وہ ان کی زندگی کے کچھ بہت نمایاں پہلو</w:t>
      </w:r>
    </w:p>
    <w:p>
      <w:r>
        <w:rPr>
          <w:b/>
        </w:rPr>
        <w:t xml:space="preserve">[46:57] </w:t>
      </w:r>
      <w:r>
        <w:t>ya numainda pehlu</w:t>
      </w:r>
    </w:p>
    <w:p>
      <w:pPr>
        <w:jc w:val="right"/>
      </w:pPr>
      <w:r>
        <w:t>یا نمائندہ پہلو</w:t>
      </w:r>
    </w:p>
    <w:p>
      <w:r>
        <w:rPr>
          <w:b/>
        </w:rPr>
        <w:t xml:space="preserve">[47:01] </w:t>
      </w:r>
      <w:r>
        <w:t>yeh jo manasik jo kaha jata hai manasik yeh</w:t>
      </w:r>
    </w:p>
    <w:p>
      <w:pPr>
        <w:jc w:val="right"/>
      </w:pPr>
      <w:r>
        <w:t>یہ جو مناسک جو کہا جاتا ہے مناسک یہ</w:t>
      </w:r>
    </w:p>
    <w:p>
      <w:r>
        <w:rPr>
          <w:b/>
        </w:rPr>
        <w:t xml:space="preserve">[47:05] </w:t>
      </w:r>
      <w:r>
        <w:t>un logon ki zindagi ke kuch numayan pehlu hain</w:t>
      </w:r>
    </w:p>
    <w:p>
      <w:pPr>
        <w:jc w:val="right"/>
      </w:pPr>
      <w:r>
        <w:t>ان لوگوں کی زندگی کے کچھ نمایاں پہلو ہیں</w:t>
      </w:r>
    </w:p>
    <w:p>
      <w:r>
        <w:rPr>
          <w:b/>
        </w:rPr>
        <w:t xml:space="preserve">[47:09] </w:t>
      </w:r>
      <w:r>
        <w:t>yani ehram baandhna</w:t>
      </w:r>
    </w:p>
    <w:p>
      <w:pPr>
        <w:jc w:val="right"/>
      </w:pPr>
      <w:r>
        <w:t>یعنی احرام باندھنا</w:t>
      </w:r>
    </w:p>
    <w:p>
      <w:r>
        <w:rPr>
          <w:b/>
        </w:rPr>
        <w:t xml:space="preserve">[47:12] </w:t>
      </w:r>
      <w:r>
        <w:t>tawaf karna sa'ee karna stoning karna shaitan ki qurbani dena</w:t>
      </w:r>
    </w:p>
    <w:p>
      <w:pPr>
        <w:jc w:val="right"/>
      </w:pPr>
      <w:r>
        <w:t>طواف کرنا سائے کرنا اسٹوننگ کرنا شیطان کی قربانی دینا</w:t>
      </w:r>
    </w:p>
    <w:p>
      <w:r>
        <w:rPr>
          <w:b/>
        </w:rPr>
        <w:t xml:space="preserve">[47:20] </w:t>
      </w:r>
      <w:r>
        <w:t>aur Arafat ke maidan mein qiyam karna to is tarah ke kuch un ki zindagi ke kuch numayan</w:t>
      </w:r>
    </w:p>
    <w:p>
      <w:pPr>
        <w:jc w:val="right"/>
      </w:pPr>
      <w:r>
        <w:t>اور عرفات کے میدان میں قیام کرنا تو اس طرح کے کچھ ان کی زندگی کے کچھ نمایاں</w:t>
      </w:r>
    </w:p>
    <w:p>
      <w:r>
        <w:rPr>
          <w:b/>
        </w:rPr>
        <w:t xml:space="preserve">[47:26] </w:t>
      </w:r>
      <w:r>
        <w:t>waqiyat hain jo un ki poori zindagi ko batate hain</w:t>
      </w:r>
    </w:p>
    <w:p>
      <w:pPr>
        <w:jc w:val="right"/>
      </w:pPr>
      <w:r>
        <w:t>واقعات ہیں جو ان کی پوری زندگی کو بتاتے ہیں</w:t>
      </w:r>
    </w:p>
    <w:p>
      <w:r>
        <w:rPr>
          <w:b/>
        </w:rPr>
        <w:t xml:space="preserve">[47:31] </w:t>
      </w:r>
      <w:r>
        <w:t>to</w:t>
      </w:r>
    </w:p>
    <w:p>
      <w:pPr>
        <w:jc w:val="right"/>
      </w:pPr>
      <w:r>
        <w:t>تو</w:t>
      </w:r>
    </w:p>
    <w:p>
      <w:r>
        <w:rPr>
          <w:b/>
        </w:rPr>
        <w:t xml:space="preserve">[47:32] </w:t>
      </w:r>
      <w:r>
        <w:t>un ki zindagi ke kuch numayan waqiat ko haji wahan ja kar ke symbolic way mein dohrata hai kyun dohrata hai ke isi ko haqeeqi taur par dohrae apni zindagi mein wahan par symbolic way mein dohrana aur wapas aa kar haqeeqi taur par dohrana</w:t>
      </w:r>
    </w:p>
    <w:p>
      <w:pPr>
        <w:jc w:val="right"/>
      </w:pPr>
      <w:r>
        <w:t>ان کی زندگی کے کچھ نمایاں واقعات کو حاجی وہاں جا کر کے سمبولک وے میں دہراتا ہے کیوں دہراتا ہے کہ اسی کو حقیقی طور پر دہرائے اپنی زندگی میں وہاں پر سمبولک وے میں دہرانا اور واپس ا کر حقیقی طور پر دہرانا</w:t>
      </w:r>
    </w:p>
    <w:p>
      <w:r>
        <w:rPr>
          <w:b/>
        </w:rPr>
        <w:t xml:space="preserve">[47:58] </w:t>
      </w:r>
      <w:r>
        <w:t>yeh hai hajj aur hajj ki tareekh</w:t>
      </w:r>
    </w:p>
    <w:p>
      <w:pPr>
        <w:jc w:val="right"/>
      </w:pPr>
      <w:r>
        <w:t>یہ ہے حج اور حج کی تاریخ</w:t>
      </w:r>
    </w:p>
    <w:p>
      <w:r>
        <w:rPr>
          <w:b/>
        </w:rPr>
        <w:t xml:space="preserve">[48:02] </w:t>
      </w:r>
      <w:r>
        <w:t>jab tak aap yeh sab baatein na janen</w:t>
      </w:r>
    </w:p>
    <w:p>
      <w:pPr>
        <w:jc w:val="right"/>
      </w:pPr>
      <w:r>
        <w:t>جب تک آپ یہ سب باتیں نہ جانیں</w:t>
      </w:r>
    </w:p>
    <w:p>
      <w:r>
        <w:rPr>
          <w:b/>
        </w:rPr>
        <w:t xml:space="preserve">[48:05] </w:t>
      </w:r>
      <w:r>
        <w:t>jab tak is tarah ke</w:t>
      </w:r>
    </w:p>
    <w:p>
      <w:pPr>
        <w:jc w:val="right"/>
      </w:pPr>
      <w:r>
        <w:t>جب تک اس طرح کے</w:t>
      </w:r>
    </w:p>
    <w:p>
      <w:r>
        <w:rPr>
          <w:b/>
        </w:rPr>
        <w:t xml:space="preserve">[48:09] </w:t>
      </w:r>
      <w:r>
        <w:t>ka mind apna na banayen tab tak aap sacha haj nahi kar sakte</w:t>
      </w:r>
    </w:p>
    <w:p>
      <w:pPr>
        <w:jc w:val="right"/>
      </w:pPr>
      <w:r>
        <w:t>کا مائنڈ اپنا نہ بنائیں تب تک آپ سچا حج نہیں کر سکتے</w:t>
      </w:r>
    </w:p>
    <w:p>
      <w:r>
        <w:rPr>
          <w:b/>
        </w:rPr>
        <w:t xml:space="preserve">[48:14] </w:t>
      </w:r>
      <w:r>
        <w:t>yeh mat samjhiye ke wahan chale gaye aur wahan ja kar ke kuch rasam ada kar ke loot</w:t>
      </w:r>
    </w:p>
    <w:p>
      <w:pPr>
        <w:jc w:val="right"/>
      </w:pPr>
      <w:r>
        <w:t>یہ مت سمجھیے کہ وہاں چلے گئے اور وہاں جا کر کے کچھ رسم ادا کر کے لوٹ</w:t>
      </w:r>
    </w:p>
    <w:p>
      <w:r>
        <w:rPr>
          <w:b/>
        </w:rPr>
        <w:t xml:space="preserve">[48:19] </w:t>
      </w:r>
      <w:r>
        <w:t>aaye to haj ho gaya</w:t>
      </w:r>
    </w:p>
    <w:p>
      <w:pPr>
        <w:jc w:val="right"/>
      </w:pPr>
      <w:r>
        <w:t>ائے تو حج ہو گیا</w:t>
      </w:r>
    </w:p>
    <w:p>
      <w:r>
        <w:rPr>
          <w:b/>
        </w:rPr>
        <w:t xml:space="preserve">[48:22] </w:t>
      </w:r>
      <w:r>
        <w:t>isi liye haj mabroor ko haj kaha gaya hai</w:t>
      </w:r>
    </w:p>
    <w:p>
      <w:pPr>
        <w:jc w:val="right"/>
      </w:pPr>
      <w:r>
        <w:t>اسی لیے حج مبرور کو حج کہا گیا ہے</w:t>
      </w:r>
    </w:p>
    <w:p>
      <w:r>
        <w:rPr>
          <w:b/>
        </w:rPr>
        <w:t xml:space="preserve">[48:26] </w:t>
      </w:r>
      <w:r>
        <w:t>haj mabroor jab tak na ho woh haj nahi hai woh to sirf aik yatra hai aik outing</w:t>
      </w:r>
    </w:p>
    <w:p>
      <w:pPr>
        <w:jc w:val="right"/>
      </w:pPr>
      <w:r>
        <w:t>حج مبرور جب تک نہ ہو وہ حج نہیں ہے وہ تو صرف ایک یاترا ہے ایک اؤٹنگ</w:t>
      </w:r>
    </w:p>
    <w:p>
      <w:r>
        <w:rPr>
          <w:b/>
        </w:rPr>
        <w:t xml:space="preserve">[48:31] </w:t>
      </w:r>
      <w:r>
        <w:t>hai</w:t>
      </w:r>
    </w:p>
    <w:p>
      <w:pPr>
        <w:jc w:val="right"/>
      </w:pPr>
      <w:r>
        <w:t>ہے</w:t>
      </w:r>
    </w:p>
    <w:p>
      <w:r>
        <w:rPr>
          <w:b/>
        </w:rPr>
        <w:t xml:space="preserve">[48:35] </w:t>
      </w:r>
      <w:r>
        <w:t>aur hadith mein aata hai yeh baat ke aik zamana aaye ga jab log outing ke taur par hajj karenge yatra ke taur par hajj karenge yeh hadith mein maujood hai</w:t>
      </w:r>
    </w:p>
    <w:p>
      <w:pPr>
        <w:jc w:val="right"/>
      </w:pPr>
      <w:r>
        <w:t>اور حدیث میں اتا ہے یہ بات کہ ایک زمانہ ائے گا جب لوگ اؤٹنگ کے طور پر حج کریں گے یاترا کے طور پر حج کریں گے یہ حدیث میں موجود ہے</w:t>
      </w:r>
    </w:p>
    <w:p>
      <w:r>
        <w:rPr>
          <w:b/>
        </w:rPr>
        <w:t xml:space="preserve">[48:49] </w:t>
      </w:r>
      <w:r>
        <w:t>to yaad rakhiye sirf aisa ke yeh zulhijjah ka mahina aaya aur aap ne hawa jahaz ka ticket liya aur wahan chale gaye aik muallim le liya aur muallim ne jaise jaise kaha waise dohra diya in manasik ko to bas hajj ho gaya</w:t>
      </w:r>
    </w:p>
    <w:p>
      <w:pPr>
        <w:jc w:val="right"/>
      </w:pPr>
      <w:r>
        <w:t>تو یاد رکھیے صرف ایسا کہ یہ ذوالحجہ کا مہینہ ایا اور آپ نے ہوا جہاز کا ٹکٹ لیا اور وہاں چلے گئے ایک معلم لے لیا اور معلم نے جیسے جیسے کہا ویسے دہرا دیا ان مناسک کو تو بس حج ہو گیا</w:t>
      </w:r>
    </w:p>
    <w:p>
      <w:r>
        <w:rPr>
          <w:b/>
        </w:rPr>
        <w:t xml:space="preserve">[49:12] </w:t>
      </w:r>
      <w:r>
        <w:t>yeh hajj mabroor nahi hai yeh</w:t>
      </w:r>
    </w:p>
    <w:p>
      <w:pPr>
        <w:jc w:val="right"/>
      </w:pPr>
      <w:r>
        <w:t>یہ حج مبرور نہیں ہے یہ</w:t>
      </w:r>
    </w:p>
    <w:p>
      <w:r>
        <w:rPr>
          <w:b/>
        </w:rPr>
        <w:t xml:space="preserve">[49:15] </w:t>
      </w:r>
      <w:r>
        <w:t>matloob jab hajj mabroor hai yani hajj mabroor ka matlab hajj maqbool hajj maqbool ka matlab kya hai woh hajj jo khuda ko accept ho jo khuda ko manzoor ho to dekhen do qism ka hajj hua aik woh hajj jo khuda ko yahan maqbool nahi hua aik woh hajj hai jo khuda ke haan maqbool ho gaya</w:t>
      </w:r>
    </w:p>
    <w:p>
      <w:pPr>
        <w:jc w:val="right"/>
      </w:pPr>
      <w:r>
        <w:t>مطلوب جب حج مبرور ہے یعنی حج مبرور کا مطلب حج مقبول حج مقبول کا مطلب کیا ہے وہ حج جو خدا کو ایکسیپٹ ہو جو خدا کو منظور ہو تو دیکھیں دو قسم کا حج ہوا ایک وہ حج جو خدا کو یہاں مقبول نہیں ہوا ایک وہ حج ہے جو خدا کے ہاں مقبول ہو گیا</w:t>
      </w:r>
    </w:p>
    <w:p>
      <w:r>
        <w:rPr>
          <w:b/>
        </w:rPr>
        <w:t xml:space="preserve">[49:43] </w:t>
      </w:r>
      <w:r>
        <w:t>is ko samajhna chahiye bohat achhe tareeqe se ke hajj ki do shakalain hain</w:t>
      </w:r>
    </w:p>
    <w:p>
      <w:pPr>
        <w:jc w:val="right"/>
      </w:pPr>
      <w:r>
        <w:t>اس کو سمجھنا چاہیے بہت اچھے طریقے سے کہ حج کی دو شکلیں ہیں</w:t>
      </w:r>
    </w:p>
    <w:p>
      <w:r>
        <w:rPr>
          <w:b/>
        </w:rPr>
        <w:t xml:space="preserve">[49:49] </w:t>
      </w:r>
      <w:r>
        <w:t>aik hajj maqbool aur aik hajj ghair maqbool to hajj ghair maqbool kya hai woh yahi hai ke mahina aaya zulhijjah ka to aap ne hawa jahaz ka ticket liya aur wahan pahunch gaye</w:t>
      </w:r>
    </w:p>
    <w:p>
      <w:pPr>
        <w:jc w:val="right"/>
      </w:pPr>
      <w:r>
        <w:t>ایک حج مقبول اور ایک حج غیر مقبول تو حج حج غیر مقبول کیا ہے وہ یہی ہے کہ مہینہ ایا ذوالحجہ کا تو آپ نے ہوا جہاز کا ٹکٹ لیا اور وہاں پہنچ گئے</w:t>
      </w:r>
    </w:p>
    <w:p>
      <w:r>
        <w:rPr>
          <w:b/>
        </w:rPr>
        <w:t xml:space="preserve">[50:07] </w:t>
      </w:r>
      <w:r>
        <w:t>wahan kisi kiraye le kar kahin theher gaye aur woh saare manasik ada kar diye muallim ki rehnumai mein bas us ne na to is ki spirit aap ke andar wahan thi na spirit lootne ke baad thi to jo log hajj ko aik rasam ke taur par karen us ke form ko dohraen</w:t>
      </w:r>
    </w:p>
    <w:p>
      <w:pPr>
        <w:jc w:val="right"/>
      </w:pPr>
      <w:r>
        <w:t>وہاں کسی کرائے لے کر کہیں ٹھہر گئے اور وہ سارے مناسب ادا کر دیے معلم کی رہنمائی میں بس اس نے نہ تو اس کی سپرٹ آپ کے اندر وہاں تھی نہ سپرٹ لوٹنے کے بعد تھی تو جو لوگ حج کو ایک رسم کے طور پر کریں اس کے فارم کو دہرائیں</w:t>
      </w:r>
    </w:p>
    <w:p>
      <w:r>
        <w:rPr>
          <w:b/>
        </w:rPr>
        <w:t xml:space="preserve">[50:36] </w:t>
      </w:r>
      <w:r>
        <w:t>woh un ka hajj hajj ghair maqbool qarar paye ga aur doosre woh log hain jo hajj ko wahan par karen yeh samajh kar ke hum symbolic way mein hazrat ibrahim ki hazrat ismail ki hazrat hajra ki zindagi ko dohra rahe hain aur isi ko hum real life mein ja kar ke dohrana hai hamein to is maane hai ke jo log symbolic way mein hajj kar ke isi ko samjhen ke bas hajj ho gaya bas yahin par mukammal ho gaya hajj woh hajj ghair maqbool hai</w:t>
      </w:r>
    </w:p>
    <w:p>
      <w:pPr>
        <w:jc w:val="right"/>
      </w:pPr>
      <w:r>
        <w:t>وہ ان کا حج حج غیر مقبول قرار پائے گا اور دوسرے وہ لوگ ہیں جو حج کو وہاں پر کریں یہ سمجھ کر کہ ہم سمبولک وے میں حضرت ابراہیم کی حضرت اسماعیل کی حضرت ہاجرہ کی زندگی کو دہرا رہے ہیں اور اسی کو ہم ریئل لائف میں جا کر کے دہرانا ہے ہمیں تو اس معنی ہے کہ جو لوگ سمبولک وے میں حج کر کے اسی کو سمجھیں کہ بس حج ہو گیا بس یہیں پر مکمل ہو گیا حج وہ حج غیر مقبول ہے</w:t>
      </w:r>
    </w:p>
    <w:p>
      <w:r>
        <w:rPr>
          <w:b/>
        </w:rPr>
        <w:t xml:space="preserve">[51:06] </w:t>
      </w:r>
      <w:r>
        <w:t>aur jo log aisa karen ke wahan jo kuch kiya tha unho ne samjhen ke yeh to symbolic way mein tha yeh to alamaati taur par tha yeh asal jo hajj hamein karna hai woh to loot kar karna hai yani is is symbolic hajj ko hamein real life mein utarna hai</w:t>
      </w:r>
    </w:p>
    <w:p>
      <w:pPr>
        <w:jc w:val="right"/>
      </w:pPr>
      <w:r>
        <w:t>اور جو لوگ ایسا کریں کہ وہاں جو کچھ کیا تھا انہوں نے سمجھیں کہ یہ تو سمبولک وے میں تھا یہ تو علامتی طور پر تھا یہ اصل جو حج ہمیں کرنا ہے وہ تو لوٹ کر کرنا ہے یعنی اس اس سمبولک حج کو ہمیں ریئل لائف میں اتارنا ہے</w:t>
      </w:r>
    </w:p>
    <w:p>
      <w:r>
        <w:rPr>
          <w:b/>
        </w:rPr>
        <w:t xml:space="preserve">[51:31] </w:t>
      </w:r>
      <w:r>
        <w:t>real life mein hamein ja kar ke sada zindagi ikhtiyar karna hai</w:t>
      </w:r>
    </w:p>
    <w:p>
      <w:pPr>
        <w:jc w:val="right"/>
      </w:pPr>
      <w:r>
        <w:t>ریئل لائف میں ہمیں جا کر کے سادہ زندگی اختیار کرنا ہے</w:t>
      </w:r>
    </w:p>
    <w:p>
      <w:r>
        <w:rPr>
          <w:b/>
        </w:rPr>
        <w:t xml:space="preserve">[51:36] </w:t>
      </w:r>
      <w:r>
        <w:t>god oriented life hamein banana hai apne andar hamein hajra ke nuqte par chalna hai qurbani ke maamle mein</w:t>
      </w:r>
    </w:p>
    <w:p>
      <w:pPr>
        <w:jc w:val="right"/>
      </w:pPr>
      <w:r>
        <w:t>گاڈ اورینٹڈ لائف ہمیں بنانا ہے اپنے اندر ہمیں ہاجرہ کے نقطہ پر چلنا ہے قربانی کے معاملے میں</w:t>
      </w:r>
    </w:p>
    <w:p>
      <w:r>
        <w:rPr>
          <w:b/>
        </w:rPr>
        <w:t xml:space="preserve">[51:48] </w:t>
      </w:r>
      <w:r>
        <w:t>apne aap ko apne aur apne aulad ko dedicate dedicate karna hai khuda ke liye</w:t>
      </w:r>
    </w:p>
    <w:p>
      <w:pPr>
        <w:jc w:val="right"/>
      </w:pPr>
      <w:r>
        <w:t>اپنے اپ کو اپنے اور اپنے اولاد کو ڈیڈیکیٹ ڈیڈیکیٹ کرنا ہے خدا کے لیے</w:t>
      </w:r>
    </w:p>
    <w:p>
      <w:r>
        <w:rPr>
          <w:b/>
        </w:rPr>
        <w:t xml:space="preserve">[51:56] </w:t>
      </w:r>
      <w:r>
        <w:t>aur har lamha tayyar rehna hai shaitan ko shaitan ko bhagane ke liye</w:t>
      </w:r>
    </w:p>
    <w:p>
      <w:pPr>
        <w:jc w:val="right"/>
      </w:pPr>
      <w:r>
        <w:t>اور ہر لمحہ تیار رہنا ہے شیطان کو شیطان کو بھگانے کے لیے</w:t>
      </w:r>
    </w:p>
    <w:p>
      <w:r>
        <w:rPr>
          <w:b/>
        </w:rPr>
        <w:t xml:space="preserve">[52:03] </w:t>
      </w:r>
      <w:r>
        <w:t>to yaad rakhiye aik hajj maqbool aik hajj hajj ghair maqbool yani hajj mabroor aur hajj ghair mabroor to hajj maqbool aur hajj ghair maqbool ka farq yeh hai ke hajj ghair maqbool woh hai jis mein aadmi alamaati rasmon ko to dohrae haqeeqi zindagi mein us ko na utare</w:t>
      </w:r>
    </w:p>
    <w:p>
      <w:pPr>
        <w:jc w:val="right"/>
      </w:pPr>
      <w:r>
        <w:t>تو یاد رکھیے ایک حج مقبول ایک حج حج غیر مقبول یعنی حج مبرور اور حج غیر مبرور تو حج مقبول اور حج غیر مقبول کا فرق یہ ہے کہ حج غیر مقبول وہ ہے جس میں ادمی علامتی رسموں کو تو دہرائے حقیقی زندگی میں اس کو نہ اتارے</w:t>
      </w:r>
    </w:p>
    <w:p>
      <w:r>
        <w:rPr>
          <w:b/>
        </w:rPr>
        <w:t xml:space="preserve">[52:30] </w:t>
      </w:r>
      <w:r>
        <w:t>wahan ja kar ke chand dinon mein alamaati taur par hajj ki rasmon ko hajj ke manasik ko dohra de aur us ke baad us ki zindagi mein us ka koi hissa na ho to woh hajj ghair maqbool hai woh hajj maqbool woh hai ke wahan jo kuch aap ne alamaati taur par kiya tha manasik hajj ki soorat mein isi ko wapsi ke baad apni real life mein istemal karen</w:t>
      </w:r>
    </w:p>
    <w:p>
      <w:pPr>
        <w:jc w:val="right"/>
      </w:pPr>
      <w:r>
        <w:t>وہاں جا کر کے چند دنوں میں علامتی طور پر حج کی رسموں کو حج کے مناسک کو دہرا دے اور اس کے بعد اس کی زندگی میں اس کا کوئی حصہ نہ ہو تو وہ حج غیر مقبول ہے وہ حج مقبول وہ ہے کہ وہاں جو کچھ اپ نے علامتی طور پر کیا تھا مناسک حج کی صورت میں اسی کو واپسی کے بعد اپنی ریئل لائف میں استعمال کریں</w:t>
      </w:r>
    </w:p>
    <w:p>
      <w:r>
        <w:rPr>
          <w:b/>
        </w:rPr>
        <w:t xml:space="preserve">[53:00] </w:t>
      </w:r>
      <w:r>
        <w:t>misal ke taur par dekhiye quran majeed mein hai ke jab tum hajj mein niklo to fala rafas wala fusooqa wala jidala fil hajj to ladai jhagda na karo yeh baat kyun kahi gayi kyunke hajj mein bohat se log jate hain pehle to itna zyada nahi hota ab to 30 30 lakh hote hain wahan par haji to jab bohat se log ekatha honge to zaroor kuch na kuch ikhtilaf hoga shikayatein hongi</w:t>
      </w:r>
    </w:p>
    <w:p>
      <w:pPr>
        <w:jc w:val="right"/>
      </w:pPr>
      <w:r>
        <w:t>مثال کے طور پر دیکھیے قران مجید میں ہے کہ جب تم حج میں نکلو تو فلا رفس ولا فسوق ولا جدال فی الحج تو لڑائی جھگڑا نہ کرو یہ بات کیوں کہی گئی کیونکہ حج میں بہت سے لوگ جاتے ہیں پہلے تو اتنا زیادہ نہیں ہوتا اب تو 30 30 لاکھ ہوتے ہیں وہاں پر حاجی تو جب بہت سے لوگ اکٹھا ہوں گے تو ضرور کچھ نہ کچھ اختلاف ہوگا شکایتیں ہوں گی</w:t>
      </w:r>
    </w:p>
    <w:p>
      <w:r>
        <w:rPr>
          <w:b/>
        </w:rPr>
        <w:t xml:space="preserve">[53:28] </w:t>
      </w:r>
      <w:r>
        <w:t>kisi ko kisi se nuqsan pahunch jayega aur is mein kya hoga log bahasen karenge lad jhagdenge bura bhala kahenge aik doosre ko to wahan kaha gaya hai ke agar aisa karoge to hajj batil ho jayega is ke matlab kya hua ke shikayat ke bawajood khamosh rehna hai nuqsan ho jaye tab bhi bardasht karna hai</w:t>
      </w:r>
    </w:p>
    <w:p>
      <w:pPr>
        <w:jc w:val="right"/>
      </w:pPr>
      <w:r>
        <w:t>کسی کو کسی سے نقصان پہنچ جائے گا اور اس میں کیا ہوگا لوگ بحثیں کریں گے لڑے جھگڑیں گے برا بھلا کہیں گے ایک دوسرے کو تو وہاں کہا گیا ہے کہ اگر ایسا کرو گے تو حج باطل ہو جائے گا اس کے مطلب کیا ہوا کہ شکایت کے باوجود خاموش رہنا ہے نقصان ہو جائے تب بھی برداشت کرنا ہے</w:t>
      </w:r>
    </w:p>
    <w:p>
      <w:r>
        <w:rPr>
          <w:b/>
        </w:rPr>
        <w:t xml:space="preserve">[53:55] </w:t>
      </w:r>
      <w:r>
        <w:t>koi ishtial dilaye tab bhi mushtael nahi hona hai koi negative experience ho tab bhi apne aap ko positive banaye rakhna hai yeh hai filarufsi walafusooqi walajidali filhajj kyunke jab itne saare log hue to kuch na kuch to baat paida hogi</w:t>
      </w:r>
    </w:p>
    <w:p>
      <w:pPr>
        <w:jc w:val="right"/>
      </w:pPr>
      <w:r>
        <w:t>کوئی اشتعال دلائے تب بھی مشتعل نہیں ہونا ہے کوئی نیگیٹیو ایکسپیرینس ہو تب بھی اپنے اپ کو پازیٹیو بنائے رکھنا ہے یہ ہے فلا رفس ولا فسوق ولا جدال فی الحج کیونکہ جب اتنے سارے لوگ ہوئے تو کچھ نہ کچھ تو بات پیدا ہوگی</w:t>
      </w:r>
    </w:p>
    <w:p>
      <w:r>
        <w:rPr>
          <w:b/>
        </w:rPr>
        <w:t xml:space="preserve">[54:18] </w:t>
      </w:r>
      <w:r>
        <w:t>yeh namumkin hai ke itne saare log ekhatta hon aur wahan par koi koi batil aisi pesh laye yeh to namumkin baat hai to iska matlab hai ke agarchay wahan aise asbab paida hon jis se log ladne jhagadne lagte hain agarchay aise asbab wahan paida hon jis se log mushtael ho jate hain</w:t>
      </w:r>
    </w:p>
    <w:p>
      <w:pPr>
        <w:jc w:val="right"/>
      </w:pPr>
      <w:r>
        <w:t>یہ ناممکن ہے کہ اتنے سارے لوگ اکٹھا ہوں اور وہاں پر کوئی کوئی باطل ایسی پیش لائے یہ تو ناممکن بات ہے تو اس کا مطلب ہے کہ اگرچہ وہاں ایسے اسباب پیدا ہوں جس سے لوگ لڑنے جھگڑنے لگتے ہیں اگرچہ ایسے اسباب وہاں پیدا ہوں جس سے لوگ مشتعل ہو جاتے ہیں</w:t>
      </w:r>
    </w:p>
    <w:p>
      <w:r>
        <w:rPr>
          <w:b/>
        </w:rPr>
        <w:t xml:space="preserve">[54:42] </w:t>
      </w:r>
      <w:r>
        <w:t>agarchay aise asbab paida hon jis se log ghusse mein aa jate hain tab bhi tumhein apne aap ko in cheezon se bachana hai warna hajj batil ho jayega to hajj ke chand dinon mein agar aap ne iska ahtimam kiya aur wapas aaye to woh ahtimam khatam phir wahi ladna jhagadna wahi ghussa karna wahi intiqam leen</w:t>
      </w:r>
    </w:p>
    <w:p>
      <w:pPr>
        <w:jc w:val="right"/>
      </w:pPr>
      <w:r>
        <w:t>اگرچہ ایسے اسباب پیدا ہوں جس سے لوگ غصے میں ا جاتے ہیں تب بھی تمہیں اپنے اپ کو ان چیزوں سے بچانا ہے ورنہ حج باطل ہو جائے گا تو حج کے چند دنوں میں اگر اپ نے اس کا اہتمام کیا اور واپس ائے تو وہ اہتمام ختم پھر وہی لڑنا جھگڑنا وہی غصہ کرنا وہی انتقام لین</w:t>
      </w:r>
    </w:p>
    <w:p>
      <w:r>
        <w:rPr>
          <w:b/>
        </w:rPr>
        <w:t xml:space="preserve">[55:06] </w:t>
      </w:r>
      <w:r>
        <w:t>a to iske mani kya hue ke aap ne alamati taur par to hajj ada kiya haqeeqi taur par jahan waqt hajj ada karne ka wahan aap fail ho gaye yeh farq hai hajj mabroor aur hajj ghair maqbool ka yani hajj maqbool aur hajj ghair maqbool ka</w:t>
      </w:r>
    </w:p>
    <w:p>
      <w:pPr>
        <w:jc w:val="right"/>
      </w:pPr>
      <w:r>
        <w:t>ا تو اس کے معنی کیا ہوئے کہ اپ نے علامتی طور پر تو حج ادا کیا حقیقی طور پر جہاں وقت حج ادا کرنے کا وہاں اپ فیل ہو گئے یہ فرق ہے حج مبرور اور حج غیر مقبول کا یعنی حج مقبول اور حج غیر مقبول کا</w:t>
      </w:r>
    </w:p>
    <w:p>
      <w:r>
        <w:rPr>
          <w:b/>
        </w:rPr>
        <w:t xml:space="preserve">[55:29] </w:t>
      </w:r>
      <w:r>
        <w:t>is farq ko samajhna bahut zyada zaroori hai</w:t>
      </w:r>
    </w:p>
    <w:p>
      <w:pPr>
        <w:jc w:val="right"/>
      </w:pPr>
      <w:r>
        <w:t>اس فرق کو سمجھنا بہت زیادہ ضروری ہے</w:t>
      </w:r>
    </w:p>
    <w:p>
      <w:r>
        <w:rPr>
          <w:b/>
        </w:rPr>
        <w:t xml:space="preserve">[55:34] </w:t>
      </w:r>
      <w:r>
        <w:t>is farq ko samajhna bahut zyada zaroori hai ke hajj ki do qismein hain</w:t>
      </w:r>
    </w:p>
    <w:p>
      <w:pPr>
        <w:jc w:val="right"/>
      </w:pPr>
      <w:r>
        <w:t>اس فرق کو سمجھنا بہت زیادہ ضروری ہے کہ حج کی دو قسمیں ہیں</w:t>
      </w:r>
    </w:p>
    <w:p>
      <w:r>
        <w:rPr>
          <w:b/>
        </w:rPr>
        <w:t xml:space="preserve">[55:44] </w:t>
      </w:r>
      <w:r>
        <w:t>yani ek hajj woh hai jo haqeeqi hajj hai ke hazrat ibrahim ki zindagi ko hazrat ibrahim ne aur aap hazrat hajra ne hazrat ismail ne jo jo namoona qaim kiya namoona usko apni zindagi mein dhalna</w:t>
      </w:r>
    </w:p>
    <w:p>
      <w:pPr>
        <w:jc w:val="right"/>
      </w:pPr>
      <w:r>
        <w:t>یعنی ایک حج وہ ہے جو حقیقی حج ہے کہ حضرت ابراہیم کی زندگی کو حضرت ابراہیم نے اور اپ حضرت ہاجرہ نے حضرت اسماعیل نے جو جو نمونہ قائم کیا نمونہ اس کو اپنی زندگی میں ڈھالنا</w:t>
      </w:r>
    </w:p>
    <w:p>
      <w:r>
        <w:rPr>
          <w:b/>
        </w:rPr>
        <w:t xml:space="preserve">[55:59] </w:t>
      </w:r>
      <w:r>
        <w:t>apni zindagi mein apni family ki zindagi mein kyunke hazrat ibrahim apni family ke sath us wahan shamil the yani family ko is mein shamil kiye hue the aap ki biwi shamil thi aap ka beta shamil tha is mani ke apni poori family ke sath aap ko unki pervi karna hai akele nahi</w:t>
      </w:r>
    </w:p>
    <w:p>
      <w:pPr>
        <w:jc w:val="right"/>
      </w:pPr>
      <w:r>
        <w:t>اپنی زندگی میں اپنی فیملی کی زندگی میں کیونکہ حضرت ابراہیم اپنی فیملی کے ساتھ اس وہاں شامل تھے یعنی فیملی کو اس میں شامل کیے ہوئے تھے اپ کی بیوی شامل تھی اپ کا بیٹا شامل تھا اس معنی کہ اپنی پوری فیملی کے ساتھ اپ کو ان کی پیروی کرنا ہے اکیلے نہیں</w:t>
      </w:r>
    </w:p>
    <w:p>
      <w:r>
        <w:rPr>
          <w:b/>
        </w:rPr>
        <w:t xml:space="preserve">[56:24] </w:t>
      </w:r>
      <w:r>
        <w:t>to yeh mabroor hajj yeh hai mabroor hajj ke aadmi hajj kar ke lote to is is yani is is azm ke sath lote is determination ke sath lote ke mujhe apne aap ko apni family ko isi pattern par lana hai jo pattern hazrat ibrahim ka aur unki family ka tha woh pattern woh divine pattern</w:t>
      </w:r>
    </w:p>
    <w:p>
      <w:pPr>
        <w:jc w:val="right"/>
      </w:pPr>
      <w:r>
        <w:t>تو یہ مبرور حج یہ ہے مبرور حج کہ ادمی حج کر کے لوٹے تو اس اس یعنی اس اس عزم کے ساتھ لوٹے اس ڈیٹرمینیشن کے ساتھ لوٹے کہ مجھے اپنے اپ کو اپنی فیملی کو اسی پیٹرن پر لانا ہے جو پیٹرن حضرت ابراہیم کا اور ان کی فیملی کا تھا وہ پیٹرن وہ ڈیوائن پیٹرن</w:t>
      </w:r>
    </w:p>
    <w:p>
      <w:r>
        <w:rPr>
          <w:b/>
        </w:rPr>
        <w:t xml:space="preserve">[56:53] </w:t>
      </w:r>
      <w:r>
        <w:t>to is divine pattern ko wahan symbolic way mein isne dohrana tha jo manasik hajj hain woh kya hain manasik hajj yahi hain hazrat ibrahim aur aap ki family ka jo divine pattern tha usko symbolic way mein dohrana wahan lekin loot loot kar jo hai jab aap watan aate hain tab koi real taur par is pattern ko apni zindagi mein utarna hai</w:t>
      </w:r>
    </w:p>
    <w:p>
      <w:pPr>
        <w:jc w:val="right"/>
      </w:pPr>
      <w:r>
        <w:t>تو اس ڈیوائن پیٹرن کو وہاں سمبولک وے میں اس نے دہرایا تھا جو مناسک حج ہیں وہ کیا ہیں مناسک حج یہی ہیں حضرت ابراہیم اور اپ کی فیملی کا جو ڈیوائن پیٹرن تھا اس کو سمبولک وے میں دہرایا وہاں لیکن لوٹ لوٹ کر جو ہے جب اپ وطن اتے ہیں تب کوئی ریئل طور پر اس پیٹرن کو اپنی زندگی میں اتارنا ہے</w:t>
      </w:r>
    </w:p>
    <w:p>
      <w:r>
        <w:rPr>
          <w:b/>
        </w:rPr>
        <w:t xml:space="preserve">[57:22] </w:t>
      </w:r>
      <w:r>
        <w:t>to jo log real life mein</w:t>
      </w:r>
    </w:p>
    <w:p>
      <w:pPr>
        <w:jc w:val="right"/>
      </w:pPr>
      <w:r>
        <w:t>تو جو لوگ ریئل لائف میں</w:t>
      </w:r>
    </w:p>
    <w:p>
      <w:r>
        <w:rPr>
          <w:b/>
        </w:rPr>
        <w:t xml:space="preserve">[57:26] </w:t>
      </w:r>
      <w:r>
        <w:t>is pattern ko ikhtiyar karein un ka hajj hajj mabroor hai aur jo log sirf alamati tor par</w:t>
      </w:r>
    </w:p>
    <w:p>
      <w:pPr>
        <w:jc w:val="right"/>
      </w:pPr>
      <w:r>
        <w:t>اس پیٹرن کو اختیار کریں ان کا حج حج مبرور ہے اور جو لوگ صرف علامتی طور پر</w:t>
      </w:r>
    </w:p>
    <w:p>
      <w:r>
        <w:rPr>
          <w:b/>
        </w:rPr>
        <w:t xml:space="preserve">[57:33] </w:t>
      </w:r>
      <w:r>
        <w:t>dohra kar ke aur samjhein ke bas khatam ho gayi baat aur is ke age kuch bhi nahi</w:t>
      </w:r>
    </w:p>
    <w:p>
      <w:pPr>
        <w:jc w:val="right"/>
      </w:pPr>
      <w:r>
        <w:t>دہرا کر کے اور سمجھیں کہ بس ختم ہو گئی بات اور اس کے اگے کچھ بھی نہیں</w:t>
      </w:r>
    </w:p>
    <w:p>
      <w:r>
        <w:rPr>
          <w:b/>
        </w:rPr>
        <w:t xml:space="preserve">[57:37] </w:t>
      </w:r>
      <w:r>
        <w:t>hai to un ka hajj hajj ghair maqbool hai</w:t>
      </w:r>
    </w:p>
    <w:p>
      <w:pPr>
        <w:jc w:val="right"/>
      </w:pPr>
      <w:r>
        <w:t>ہے تو ان کا حج حج غیر مقبول ہے</w:t>
      </w:r>
    </w:p>
    <w:p>
      <w:r>
        <w:rPr>
          <w:b/>
        </w:rPr>
        <w:t xml:space="preserve">[57:43] </w:t>
      </w:r>
      <w:r>
        <w:t>is ko samajhna bohat zyada zaroori hai</w:t>
      </w:r>
    </w:p>
    <w:p>
      <w:pPr>
        <w:jc w:val="right"/>
      </w:pPr>
      <w:r>
        <w:t>اس کو سمجھنا بہت زیادہ ضروری ہے</w:t>
      </w:r>
    </w:p>
    <w:p>
      <w:r>
        <w:rPr>
          <w:b/>
        </w:rPr>
        <w:t xml:space="preserve">[57:48] </w:t>
      </w:r>
      <w:r>
        <w:t>bohat zyada zaroori hai</w:t>
      </w:r>
    </w:p>
    <w:p>
      <w:pPr>
        <w:jc w:val="right"/>
      </w:pPr>
      <w:r>
        <w:t>بہت زیادہ ضروری ہے</w:t>
      </w:r>
    </w:p>
    <w:p>
      <w:r>
        <w:rPr>
          <w:b/>
        </w:rPr>
        <w:t xml:space="preserve">[57:52] </w:t>
      </w:r>
      <w:r>
        <w:t>to</w:t>
      </w:r>
    </w:p>
    <w:p>
      <w:pPr>
        <w:jc w:val="right"/>
      </w:pPr>
      <w:r>
        <w:t>تو</w:t>
      </w:r>
    </w:p>
    <w:p>
      <w:r>
        <w:rPr>
          <w:b/>
        </w:rPr>
        <w:t xml:space="preserve">[57:53] </w:t>
      </w:r>
      <w:r>
        <w:t>yeh hai hajj ki tareekh jis ke peeche chaar hazar saal ka zamana hai yani chaar hazar saal pehle hazrat ibrahim ne apni family ko le kar ke ek tareekh ka aghaz kiya tha door toheed ka aghaz</w:t>
      </w:r>
    </w:p>
    <w:p>
      <w:pPr>
        <w:jc w:val="right"/>
      </w:pPr>
      <w:r>
        <w:t>یہ ہے حج کی تاریخ جس کے پیچھے چار ہزار سال کا زمانہ ہے یعنی چار ہزار سال پہلے حضرت ابراہیم نے اپنی فیملی کو لے کر کے ایک تاریخ کا اغاز کیا تھا دور توحید کا اغاز</w:t>
      </w:r>
    </w:p>
    <w:p>
      <w:r>
        <w:rPr>
          <w:b/>
        </w:rPr>
        <w:t xml:space="preserve">[58:15] </w:t>
      </w:r>
      <w:r>
        <w:t>phir woh tareekh chalti rahi</w:t>
      </w:r>
    </w:p>
    <w:p>
      <w:pPr>
        <w:jc w:val="right"/>
      </w:pPr>
      <w:r>
        <w:t>پھر وہ تاریخ چلتی رہی</w:t>
      </w:r>
    </w:p>
    <w:p>
      <w:r>
        <w:rPr>
          <w:b/>
        </w:rPr>
        <w:t xml:space="preserve">[58:21] </w:t>
      </w:r>
      <w:r>
        <w:t>generation of generation</w:t>
      </w:r>
    </w:p>
    <w:p>
      <w:pPr>
        <w:jc w:val="right"/>
      </w:pPr>
      <w:r>
        <w:t>جنریشن اف جنریشن</w:t>
      </w:r>
    </w:p>
    <w:p>
      <w:r>
        <w:rPr>
          <w:b/>
        </w:rPr>
        <w:t xml:space="preserve">[58:25] </w:t>
      </w:r>
      <w:r>
        <w:t>log paida hue tulad aur tanasul jis ko kaha jata hai</w:t>
      </w:r>
    </w:p>
    <w:p>
      <w:pPr>
        <w:jc w:val="right"/>
      </w:pPr>
      <w:r>
        <w:t>لوگ پیدا ہوئے تولد اور تناسل جس کو کہا جاتا ہے</w:t>
      </w:r>
    </w:p>
    <w:p>
      <w:r>
        <w:rPr>
          <w:b/>
        </w:rPr>
        <w:t xml:space="preserve">[58:33] </w:t>
      </w:r>
      <w:r>
        <w:t>to us waqt sirf do aadmi the hajra aur ismail sirf do aadmi do aadmi is pe lakhon insaan bane dheere dheere dheere dheere tulad aur tanasul ke zariye se</w:t>
      </w:r>
    </w:p>
    <w:p>
      <w:pPr>
        <w:jc w:val="right"/>
      </w:pPr>
      <w:r>
        <w:t>تو اس وقت صرف دو ادمی تھے ہاجرہ اور اسماعیل صرف دو ادمی دو ادمی اس پہ لاکھوں انسان بنے دھیرے دھیرے دھیرے دھیرے تولد اور تناسل کے ذریعے سے</w:t>
      </w:r>
    </w:p>
    <w:p>
      <w:r>
        <w:rPr>
          <w:b/>
        </w:rPr>
        <w:t xml:space="preserve">[58:48] </w:t>
      </w:r>
      <w:r>
        <w:t>jab lakhon insaan ban gaye to us waqt aisa hua ke 570 eesvi mein 570 ad mein rasool Allah paida hue isi family mein wahi family al ibrahim jo thi wahi jo family badhte badhte lakhon insaan ban chuke the is mein woh log hijaz ke area mein rehte the isi wajah se rasool Allah paida hue</w:t>
      </w:r>
    </w:p>
    <w:p>
      <w:pPr>
        <w:jc w:val="right"/>
      </w:pPr>
      <w:r>
        <w:t>جب لاکھوں انسان بن گئے تو اس وقت ایسا ہوا کہ 570 عیسوی میں 570 اے ڈی میں رسول اللہ پیدا ہوئے اسی فیملی میں وہی فیملی ال ابراہیم جو تھی وہی جو فیملی بڑھتے بڑھتے لاکھوں انسان بن چکے تھے اس میں وہ لوگ حجاز کے ایریا میں رہتے تھے اسی وجہ سے رسول اللہ پیدا ہوئے</w:t>
      </w:r>
    </w:p>
    <w:p>
      <w:r>
        <w:rPr>
          <w:b/>
        </w:rPr>
        <w:t xml:space="preserve">[59:17] </w:t>
      </w:r>
      <w:r>
        <w:t>phir isi wajah se rasool Allah ke ke ne ek mission chalaya is mission ke zariye se ashab ashab rasool nikle aur phir woh ek lakh se zyada woh hue woh log phir ek team bani yeh hai ek poori tareekh isi ko hamein apni zindagi mein dohrana hai agar hum real life mein nahi dohraenge to sirf wahan jaane se hajj ada nahi ho sakta na hajj ka sawab milega aqool qawli haza wastagh</w:t>
      </w:r>
    </w:p>
    <w:p>
      <w:pPr>
        <w:jc w:val="right"/>
      </w:pPr>
      <w:r>
        <w:t>پھر اسی وجہ سے رسول اللہ کے کے نے ایک مشن چلایا اس مشن کے ذریعے سے اصحاب اصحاب رسول نکلے اور پھر وہ ایک لاکھ سے زیادہ وہ ہوئے وہ لوگ پھر ایک ٹیم بنی یہ ہے ایک پوری تاریخ اسی کو ہمیں اپنی زندگی میں دہرانا ہے اگر ہم ریئل لائف میں نہیں دہرائیں گے تو صرف وہاں جانے سے حج ادا نہیں ہو سکتا نہ حج کا ثواب ملے گا اقول قولیھذا واستغ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