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Realisation of God January 19, 2014</w:t>
      </w:r>
    </w:p>
    <w:p>
      <w:r>
        <w:t>https://youtu.be/uIn3AfDkk6Y</w:t>
      </w:r>
    </w:p>
    <w:p>
      <w:r>
        <w:rPr>
          <w:b/>
        </w:rPr>
        <w:t xml:space="preserve">[00:14] </w:t>
      </w:r>
      <w:r>
        <w:t>bismillah rahman rahim wasalli Allahu ala nabiyil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 qadatan min lisani yafqahu qawli</w:t>
      </w:r>
    </w:p>
    <w:p>
      <w:pPr>
        <w:jc w:val="right"/>
      </w:pPr>
      <w:r>
        <w:t>واحل العقدۃ من لسانی، یفقہ قولی۔</w:t>
      </w:r>
    </w:p>
    <w:p>
      <w:r>
        <w:rPr>
          <w:b/>
        </w:rPr>
        <w:t xml:space="preserve">[00:36] </w:t>
      </w:r>
      <w:r>
        <w:t>aaj january 2014 ki 19 tareekh hai</w:t>
      </w:r>
    </w:p>
    <w:p>
      <w:pPr>
        <w:jc w:val="right"/>
      </w:pPr>
      <w:r>
        <w:t>آج جنوری 2014 کی 19 تاریخ ہے۔</w:t>
      </w:r>
    </w:p>
    <w:p>
      <w:r>
        <w:rPr>
          <w:b/>
        </w:rPr>
        <w:t xml:space="preserve">[00:48] </w:t>
      </w:r>
      <w:r>
        <w:t>aaj ka topic hai</w:t>
      </w:r>
    </w:p>
    <w:p>
      <w:pPr>
        <w:jc w:val="right"/>
      </w:pPr>
      <w:r>
        <w:t>آج کا ٹاپک ہے</w:t>
      </w:r>
    </w:p>
    <w:p>
      <w:r>
        <w:rPr>
          <w:b/>
        </w:rPr>
        <w:t xml:space="preserve">[00:52] </w:t>
      </w:r>
      <w:r>
        <w:t>realization of god yani marifat khuda</w:t>
      </w:r>
    </w:p>
    <w:p>
      <w:pPr>
        <w:jc w:val="right"/>
      </w:pPr>
      <w:r>
        <w:t>"ریئلائزیشن آف گاڈ"، یعنی معرفت خدا۔</w:t>
      </w:r>
    </w:p>
    <w:p>
      <w:r>
        <w:rPr>
          <w:b/>
        </w:rPr>
        <w:t xml:space="preserve">[01:02] </w:t>
      </w:r>
      <w:r>
        <w:t>mein is par soch raha tha to mere dimagh mein yeh baat aayi ke is poori kainat ka sab se bada waqea bilashuba Allah rab alameen hai.</w:t>
      </w:r>
    </w:p>
    <w:p>
      <w:pPr>
        <w:jc w:val="right"/>
      </w:pPr>
      <w:r>
        <w:t>میں اس پر سوچ رہا تھا تو میرے دماغ میں یہ بات آئی کہ اس پوری کائنات کا سب سے بڑا واقعہ بلاشبہ اللہ رب العالمین ہے۔</w:t>
      </w:r>
    </w:p>
    <w:p>
      <w:r>
        <w:rPr>
          <w:b/>
        </w:rPr>
        <w:t xml:space="preserve">[01:24] </w:t>
      </w:r>
      <w:r>
        <w:t>jab kuch nahi tha tab Allah rab ul alameen tha. jab</w:t>
      </w:r>
    </w:p>
    <w:p>
      <w:pPr>
        <w:jc w:val="right"/>
      </w:pPr>
      <w:r>
        <w:t>جب کچھ نہیں تھا تب اللہ رب العالمین تھا۔ جب</w:t>
      </w:r>
    </w:p>
    <w:p>
      <w:r>
        <w:rPr>
          <w:b/>
        </w:rPr>
        <w:t xml:space="preserve">[01:31] </w:t>
      </w:r>
      <w:r>
        <w:t>sab kuch hai tab bhi Allah rab ul alameen hi is ka sustainer hai. jo kuch kisi insan ko mil raha hai woh Allah ki taraf se mil raha hai.</w:t>
      </w:r>
    </w:p>
    <w:p>
      <w:pPr>
        <w:jc w:val="right"/>
      </w:pPr>
      <w:r>
        <w:t>سب کچھ ہے تب بھی اللہ رب العالمین ہی اس کا سسٹینر ہے۔ جو کچھ کسی انسان کو مل رہا ہے وہ اللہ کی طرف سے مل رہا ہے۔</w:t>
      </w:r>
    </w:p>
    <w:p>
      <w:r>
        <w:rPr>
          <w:b/>
        </w:rPr>
        <w:t xml:space="preserve">[01:43] </w:t>
      </w:r>
      <w:r>
        <w:t>lekin sab se ajeeb baat shayad tareekh ki yeh hai ke poori history mein Khuda ki hesiyat missing link bani hui hai.</w:t>
      </w:r>
    </w:p>
    <w:p>
      <w:pPr>
        <w:jc w:val="right"/>
      </w:pPr>
      <w:r>
        <w:t>لیکن سب سے عجیب بات شاید تاریخ کی یہ ہے کہ پوری ہسٹری میں خدا کی حیثیت مسنگ لنک بنی ہوئی ہے۔</w:t>
      </w:r>
    </w:p>
    <w:p>
      <w:r>
        <w:rPr>
          <w:b/>
        </w:rPr>
        <w:t xml:space="preserve">[01:56] </w:t>
      </w:r>
      <w:r>
        <w:t>mere ilm ke mutabiq sari tareekh mein kabhi koi kitaab Allah rab ul alameen par haqeeqi maano mein likhi nahi gayi.</w:t>
      </w:r>
    </w:p>
    <w:p>
      <w:pPr>
        <w:jc w:val="right"/>
      </w:pPr>
      <w:r>
        <w:t>میرے علم کے مطابق ساری تاریخ میں کبھی کوئی کتاب اللہ رب العالمین پر حقیقی معنوں میں لکھی نہیں گئی۔</w:t>
      </w:r>
    </w:p>
    <w:p>
      <w:r>
        <w:rPr>
          <w:b/>
        </w:rPr>
        <w:t xml:space="preserve">[02:09] </w:t>
      </w:r>
      <w:r>
        <w:t>poori poori tareekh, Islam se pehle bhi, Islam ke baad bhi, kaisi ajeeb baat hai.</w:t>
      </w:r>
    </w:p>
    <w:p>
      <w:pPr>
        <w:jc w:val="right"/>
      </w:pPr>
      <w:r>
        <w:t>پوری پوری تاریخ، اسلام سے پہلے بھی، اسلام کے بعد بھی، کیسی عجیب بات ہے۔</w:t>
      </w:r>
    </w:p>
    <w:p>
      <w:r>
        <w:rPr>
          <w:b/>
        </w:rPr>
        <w:t xml:space="preserve">[02:19] </w:t>
      </w:r>
      <w:r>
        <w:t>Rasool Allah Sal Allah o Alaihe Wasallam ke zamane mein ek mehdood muddat ke liye, yaani qurun mashhood laha bil khair jo kaha jata hai, us ke zamane mein Allah ki azmat ka charcha hua.</w:t>
      </w:r>
    </w:p>
    <w:p>
      <w:pPr>
        <w:jc w:val="right"/>
      </w:pPr>
      <w:r>
        <w:t>رسول اللہ صلی اللہ علیہ وسلم کے زمانے میں ایک محدود مدت کے لیے، یعنی قرون مرشود لہا بالخیر جو کہا جاتا ہے، اس کے زمانے میں اللہ کی عظمت کا چرچا ہوا۔</w:t>
      </w:r>
    </w:p>
    <w:p>
      <w:r>
        <w:rPr>
          <w:b/>
        </w:rPr>
        <w:t xml:space="preserve">[02:34] </w:t>
      </w:r>
      <w:r>
        <w:t>lekin us ke baad dobara usi tareekh laut aayi. yaani history repeats itself ka sab se ajeeb namoona yeh hai.</w:t>
      </w:r>
    </w:p>
    <w:p>
      <w:pPr>
        <w:jc w:val="right"/>
      </w:pPr>
      <w:r>
        <w:t>لیکن اس کے بعد دوبارہ اسی تاریخ لوٹ آئی۔ یعنی ہسٹری ریپیٹس انسیل کا سب سے عجیب نمونہ یہ ہے۔</w:t>
      </w:r>
    </w:p>
    <w:p>
      <w:r>
        <w:rPr>
          <w:b/>
        </w:rPr>
        <w:t xml:space="preserve">[02:49] </w:t>
      </w:r>
      <w:r>
        <w:t>to kyon aisa hua? aap dekhein, koi bhi cheez aap sochte hain to sochne se pehle aap ke dimagh mein is ka ek model hota hai.</w:t>
      </w:r>
    </w:p>
    <w:p>
      <w:pPr>
        <w:jc w:val="right"/>
      </w:pPr>
      <w:r>
        <w:t>تو کیوں ایسا ہوا؟ آپ دیکھیں، کوئی بھی چیز آپ سوچتے ہیں تو سوچنے سے پہلے آپ کے دماغ میں اس کا ایک ماڈل ہوتا ہے۔</w:t>
      </w:r>
    </w:p>
    <w:p>
      <w:r>
        <w:rPr>
          <w:b/>
        </w:rPr>
        <w:t xml:space="preserve">[03:03] </w:t>
      </w:r>
      <w:r>
        <w:t>model ke baghair aap soch nahi sakte. misaal ke taur par aap sochte hain car, to car ka model aap ke zehan mein maujood hai.</w:t>
      </w:r>
    </w:p>
    <w:p>
      <w:pPr>
        <w:jc w:val="right"/>
      </w:pPr>
      <w:r>
        <w:t>ماڈل کے بغیر آپ سوچ نہیں سکتے۔ مثلاً آپ سوچتے ہیں کار، تو کار کا ماڈل آپ کے ذہن میں موجود ہے۔</w:t>
      </w:r>
    </w:p>
    <w:p>
      <w:r>
        <w:rPr>
          <w:b/>
        </w:rPr>
        <w:t xml:space="preserve">[03:16] </w:t>
      </w:r>
      <w:r>
        <w:t>aap sochte hain Apple, to Apple ka model aap ke zehan mein pehle se maujood hai. aap sochte hain ghar, to ghar ka model aap ke zehan mein pehle se maujood hai.</w:t>
      </w:r>
    </w:p>
    <w:p>
      <w:pPr>
        <w:jc w:val="right"/>
      </w:pPr>
      <w:r>
        <w:t>آپ سوچتے ہیں ایپل، تو ایپل کا ماڈل آپ کے ذہن میں پہلے سے موجود ہے۔ آپ سوچتے ہیں گھر، تو گھر کا ماڈل آپ کے ذہن میں پہلے سے موجود ہے۔</w:t>
      </w:r>
    </w:p>
    <w:p>
      <w:r>
        <w:rPr>
          <w:b/>
        </w:rPr>
        <w:t xml:space="preserve">[03:30] </w:t>
      </w:r>
      <w:r>
        <w:t>jab model maujood ho aap ke zehan mein tabhi aap us ko soch paate hain. vacuum mein aap soch nahi sakte.</w:t>
      </w:r>
    </w:p>
    <w:p>
      <w:pPr>
        <w:jc w:val="right"/>
      </w:pPr>
      <w:r>
        <w:t>جب ماڈل موجود ہو آپ کے ذہن میں تبھی آپ اس کو سوچ پاتے ہیں۔ ویکیوم میں آپ سوچ نہیں سکتے۔</w:t>
      </w:r>
    </w:p>
    <w:p>
      <w:r>
        <w:rPr>
          <w:b/>
        </w:rPr>
        <w:t xml:space="preserve">[03:41] </w:t>
      </w:r>
      <w:r>
        <w:t>yeh insan ki limitations hain ke woh vacuum mein soch nahi pata.</w:t>
      </w:r>
    </w:p>
    <w:p>
      <w:pPr>
        <w:jc w:val="right"/>
      </w:pPr>
      <w:r>
        <w:t>یہ انسان کی لیمیٹیشنز ہیں کہ وہ ویکیوم میں سوچ نہیں پاتا۔</w:t>
      </w:r>
    </w:p>
    <w:p>
      <w:r>
        <w:rPr>
          <w:b/>
        </w:rPr>
        <w:t xml:space="preserve">[03:48] </w:t>
      </w:r>
      <w:r>
        <w:t>to qadeem zamane mein</w:t>
      </w:r>
    </w:p>
    <w:p>
      <w:pPr>
        <w:jc w:val="right"/>
      </w:pPr>
      <w:r>
        <w:t>تو قدیم زمانے میں</w:t>
      </w:r>
    </w:p>
    <w:p>
      <w:r>
        <w:rPr>
          <w:b/>
        </w:rPr>
        <w:t xml:space="preserve">[03:53] </w:t>
      </w:r>
      <w:r>
        <w:t>Allah rab ul alameen ko samajhne ke liye koi model maujood nahi tha.</w:t>
      </w:r>
    </w:p>
    <w:p>
      <w:pPr>
        <w:jc w:val="right"/>
      </w:pPr>
      <w:r>
        <w:t>اللہ رب العالمین کو سمجھنے کے لیے کوئی ماڈل موجود نہیں تھا۔</w:t>
      </w:r>
    </w:p>
    <w:p>
      <w:r>
        <w:rPr>
          <w:b/>
        </w:rPr>
        <w:t xml:space="preserve">[04:02] </w:t>
      </w:r>
      <w:r>
        <w:t>yaani peghambaron ke siwa jo duniya thi us mein, us ka zikr mein kar raha hoon, un ke paas sirf superstition model tha. tohamati model.</w:t>
      </w:r>
    </w:p>
    <w:p>
      <w:pPr>
        <w:jc w:val="right"/>
      </w:pPr>
      <w:r>
        <w:t>یعنی پیغمبروں کے سوا جو دنیا تھی اس میں، اس کا ذکر میں کر رہا ہوں، ان کے پاس صرف سپریسیشن ماڈل تھا۔ توہماتی ماڈل۔</w:t>
      </w:r>
    </w:p>
    <w:p>
      <w:r>
        <w:rPr>
          <w:b/>
        </w:rPr>
        <w:t xml:space="preserve">[04:13] </w:t>
      </w:r>
      <w:r>
        <w:t>superstition model.</w:t>
      </w:r>
    </w:p>
    <w:p>
      <w:pPr>
        <w:jc w:val="right"/>
      </w:pPr>
      <w:r>
        <w:t>سپریسیشن ماڈل۔</w:t>
      </w:r>
    </w:p>
    <w:p>
      <w:r>
        <w:rPr>
          <w:b/>
        </w:rPr>
        <w:t xml:space="preserve">[04:16] </w:t>
      </w:r>
      <w:r>
        <w:t>is ke tehat unhone shirk ka aqeedah bana liya.</w:t>
      </w:r>
    </w:p>
    <w:p>
      <w:pPr>
        <w:jc w:val="right"/>
      </w:pPr>
      <w:r>
        <w:t>اس کے تحت انہوں نے شرک کا عقیدہ بنا لیا۔</w:t>
      </w:r>
    </w:p>
    <w:p>
      <w:r>
        <w:rPr>
          <w:b/>
        </w:rPr>
        <w:t xml:space="preserve">[04:22] </w:t>
      </w:r>
      <w:r>
        <w:t>unhone dekha ke suraj bohat bara hai to samajh liya ke yeh Khuda hoga. chand bohat bara hai to samajh liya ke yeh Khuda hoga.</w:t>
      </w:r>
    </w:p>
    <w:p>
      <w:pPr>
        <w:jc w:val="right"/>
      </w:pPr>
      <w:r>
        <w:t>انہوں نے دیکھا کہ سورج بہت بڑا ہے تو سمجھ لیا کہ یہ خدا ہوگا۔ چاند بہت بڑا ہے تو سمجھ لیا کہ یہ خدا ہوگا۔</w:t>
      </w:r>
    </w:p>
    <w:p>
      <w:r>
        <w:rPr>
          <w:b/>
        </w:rPr>
        <w:t xml:space="preserve">[04:34] </w:t>
      </w:r>
      <w:r>
        <w:t>pahaad ko bohat bara dekha to usi ko samajh liya. samundar ko bohat bara dekha to usi ko samajh liya. that was a super superstition model of God.</w:t>
      </w:r>
    </w:p>
    <w:p>
      <w:pPr>
        <w:jc w:val="right"/>
      </w:pPr>
      <w:r>
        <w:t>پہاڑ کو بہت بڑا دیکھا تو اسی کو سمجھ لیا۔ سمندر کو بہت بڑا دیکھا تو اسی کو سمجھ لیا۔ دیٹ واز ا سپر سپریسیشن ماڈل آف گاڈ۔</w:t>
      </w:r>
    </w:p>
    <w:p>
      <w:r>
        <w:rPr>
          <w:b/>
        </w:rPr>
        <w:t xml:space="preserve">[04:46] </w:t>
      </w:r>
      <w:r>
        <w:t>Allah ka tohamati model. to qadeem tareekh poori ki poori isi toham mein jeeti rahi.</w:t>
      </w:r>
    </w:p>
    <w:p>
      <w:pPr>
        <w:jc w:val="right"/>
      </w:pPr>
      <w:r>
        <w:t>اللہ کا توہماتی ماڈل۔ تو قدیم تاریخ پوری کی پوری اسی توہم میں جیتی رہی۔</w:t>
      </w:r>
    </w:p>
    <w:p>
      <w:r>
        <w:rPr>
          <w:b/>
        </w:rPr>
        <w:t xml:space="preserve">[04:56] </w:t>
      </w:r>
      <w:r>
        <w:t>isi liye qadeem tareekh mein, poori tareekh mein shirk chhaya hua hai. is ke baad zamana aata hai philosophy ka, jo zyada tar Yunan mein paida hua.</w:t>
      </w:r>
    </w:p>
    <w:p>
      <w:pPr>
        <w:jc w:val="right"/>
      </w:pPr>
      <w:r>
        <w:t>اسی لیے قدیم تاریخ میں، پوری تاریخ میں شرک چھایا ہوا ہے۔ اس کے بعد زمانہ آتا ہے فلسفے کا، جو زیادہ تر یونان میں پیدا ہوا۔</w:t>
      </w:r>
    </w:p>
    <w:p>
      <w:r>
        <w:rPr>
          <w:b/>
        </w:rPr>
        <w:t xml:space="preserve">[05:10] </w:t>
      </w:r>
      <w:r>
        <w:t>to philosophical thinking aayi duniya mein. lekin philosophers ke paas dobara koi model maujood nahi tha, siwaye guesswork ke.</w:t>
      </w:r>
    </w:p>
    <w:p>
      <w:pPr>
        <w:jc w:val="right"/>
      </w:pPr>
      <w:r>
        <w:t>تو فلسفیانہ تھنکنگ آئی دنیا میں۔ لیکن فلاسفرز کے پاس دوبارہ کوئی ماڈل موجود نہیں تھا، سوائے گیس ورک کے۔</w:t>
      </w:r>
    </w:p>
    <w:p>
      <w:r>
        <w:rPr>
          <w:b/>
        </w:rPr>
        <w:t xml:space="preserve">[05:22] </w:t>
      </w:r>
      <w:r>
        <w:t>un ka apna guesswork tha, wohi sab kuch un ke paas tha. to sirf guesswork se aap kisi cheez ko samajh nahi sakte.</w:t>
      </w:r>
    </w:p>
    <w:p>
      <w:pPr>
        <w:jc w:val="right"/>
      </w:pPr>
      <w:r>
        <w:t>ان کا اپنا گیس ورک تھا، وہی سب کچھ ان کے پاس تھا۔ تو صرف گیس ورک سے آپ کسی چیز کو سمجھ نہیں سکتے۔</w:t>
      </w:r>
    </w:p>
    <w:p>
      <w:r>
        <w:rPr>
          <w:b/>
        </w:rPr>
        <w:t xml:space="preserve">[05:33] </w:t>
      </w:r>
      <w:r>
        <w:t>aap ke paas model chahiye. misaal ke taur par hawai jahaz ka model aap ke paas na ho,</w:t>
      </w:r>
    </w:p>
    <w:p>
      <w:pPr>
        <w:jc w:val="right"/>
      </w:pPr>
      <w:r>
        <w:t>آپ کے پاس ماڈل چاہیے۔ مثلاً ہوائی جہاز کا ماڈل آپ کے پاس نہ ہو،</w:t>
      </w:r>
    </w:p>
    <w:p>
      <w:r>
        <w:rPr>
          <w:b/>
        </w:rPr>
        <w:t xml:space="preserve">[05:40] </w:t>
      </w:r>
      <w:r>
        <w:t>aap ne hawai jahaz ko na dekha ho, na suna ho, na parha ho, to guess kar ke aap nahi samajh sakte ke hawai jahaz kya hai. to philosophy bilashuba yeh sochti rahi ke aakhir sachai kya hai,</w:t>
      </w:r>
    </w:p>
    <w:p>
      <w:pPr>
        <w:jc w:val="right"/>
      </w:pPr>
      <w:r>
        <w:t>آپ نے ہوائی جہاز کو نہ دیکھا ہو، نہ سنا ہو، نہ پڑھا ہو، تو گیس کر کے آپ نہیں سمجھ سکتے کہ ہوائی جہاز کیا ہے۔ تو فلاسفی بلاشبہ یہ سوچتی رہی کہ آخر سچائی کیا ہے،</w:t>
      </w:r>
    </w:p>
    <w:p>
      <w:r>
        <w:rPr>
          <w:b/>
        </w:rPr>
        <w:t xml:space="preserve">[05:55] </w:t>
      </w:r>
      <w:r>
        <w:t>lekin baghair model ke sochti rahi woh. to philosophyon ne confusion ke siwa kuch aur insan ko nahi diya. halankeh philosophy ki tareekh kam az kam chaar hazar saal hai,</w:t>
      </w:r>
    </w:p>
    <w:p>
      <w:pPr>
        <w:jc w:val="right"/>
      </w:pPr>
      <w:r>
        <w:t>لیکن بغیر ماڈل کے سوچتی رہی وہ۔ تو فلاسفیوں نے کنفیوژن کے سوا کچھ اور انسان کو نہیں دیا۔ حالانکہ فلاسفی کی تاریخ کم از کم چار ہزار سال ہے،</w:t>
      </w:r>
    </w:p>
    <w:p>
      <w:r>
        <w:rPr>
          <w:b/>
        </w:rPr>
        <w:t xml:space="preserve">[06:11] </w:t>
      </w:r>
      <w:r>
        <w:t>balkeh is se zyada. kyunkeh philosophy ke, philosophers ke paas kya tha? thinking without model.</w:t>
      </w:r>
    </w:p>
    <w:p>
      <w:pPr>
        <w:jc w:val="right"/>
      </w:pPr>
      <w:r>
        <w:t>بلکہ اس سے زیادہ۔ کیونکہ فلاسفی کے، فلاسفرز کے پاس کیا تھا؟ تھنکنگ ودا آؤٹ ماڈل۔</w:t>
      </w:r>
    </w:p>
    <w:p>
      <w:r>
        <w:rPr>
          <w:b/>
        </w:rPr>
        <w:t xml:space="preserve">[06:25] </w:t>
      </w:r>
      <w:r>
        <w:t>to woh na de sakte the, na unhon ne kuch kiya. aap kisi bhi philosopher ko parhiye, uska aap ko milega kya?</w:t>
      </w:r>
    </w:p>
    <w:p>
      <w:pPr>
        <w:jc w:val="right"/>
      </w:pPr>
      <w:r>
        <w:t>تو وہ نہ دے سکتے تھے، نہ انہوں نے کچھ کیا۔ آپ کسی بھی فلاسفر کو پڑھیے، اس کا آپ کو ملے گا کیا؟</w:t>
      </w:r>
    </w:p>
    <w:p>
      <w:r>
        <w:rPr>
          <w:b/>
        </w:rPr>
        <w:t xml:space="preserve">[06:35] </w:t>
      </w:r>
      <w:r>
        <w:t>confusion, confusion, confusion.</w:t>
      </w:r>
    </w:p>
    <w:p>
      <w:pPr>
        <w:jc w:val="right"/>
      </w:pPr>
      <w:r>
        <w:t>کنفیوژن، کنفیوژن، کنفیوژن۔</w:t>
      </w:r>
    </w:p>
    <w:p>
      <w:r>
        <w:rPr>
          <w:b/>
        </w:rPr>
        <w:t xml:space="preserve">[06:39] </w:t>
      </w:r>
      <w:r>
        <w:t>quran mein pehli baar Allah Rabb-ul-Alameen ka model diya gaya. is ko main aaj kal ki zaban mein kahunga scientific model.</w:t>
      </w:r>
    </w:p>
    <w:p>
      <w:pPr>
        <w:jc w:val="right"/>
      </w:pPr>
      <w:r>
        <w:t>قرآن میں پہلی بار اللہ رب العالمین کا ماڈل دیا گیا۔ اس کو میں آج کل کی زبان میں کہوں گا سائنٹیفک ماڈل۔</w:t>
      </w:r>
    </w:p>
    <w:p>
      <w:r>
        <w:rPr>
          <w:b/>
        </w:rPr>
        <w:t xml:space="preserve">[06:50] </w:t>
      </w:r>
      <w:r>
        <w:t>scientific model. lekin khud science maujood nahi thi. yeh ek ajeeb baat hai keh quran mein diya gaya scientific model, lekin woh tha pre-scientific era mein.</w:t>
      </w:r>
    </w:p>
    <w:p>
      <w:pPr>
        <w:jc w:val="right"/>
      </w:pPr>
      <w:r>
        <w:t>سائنٹیفک ماڈل۔ لیکن خود سائنس موجود نہیں تھی۔ یہ ایک عجیب بات ہے کہ قرآن میں دیا گیا سائنٹیفک ماڈل، لیکن وہ تھا پری سائنٹیفک ایرا میں۔</w:t>
      </w:r>
    </w:p>
    <w:p>
      <w:r>
        <w:rPr>
          <w:b/>
        </w:rPr>
        <w:t xml:space="preserve">[07:06] </w:t>
      </w:r>
      <w:r>
        <w:t>abhi science wajood mein nahi aayi thi, lekin quran mein diya gaya model. to waqti taur par ashaab-e-rasool, jo rasool Allah ke sohbat se baaton ko jante the, un ko yeh baat samajh mein aayi.</w:t>
      </w:r>
    </w:p>
    <w:p>
      <w:pPr>
        <w:jc w:val="right"/>
      </w:pPr>
      <w:r>
        <w:t>ابھی سائنس وجود میں نہیں آئی تھی، لیکن قرآن میں دیا گیا ماڈل۔ تو وقتی طور پر اصحاب رسول، جو رسول اللہ کے صحبت سے باتوں کو جانتے تھے، ان کو یہ بات سمجھ میں آئی۔</w:t>
      </w:r>
    </w:p>
    <w:p>
      <w:r>
        <w:rPr>
          <w:b/>
        </w:rPr>
        <w:t xml:space="preserve">[07:23] </w:t>
      </w:r>
      <w:r>
        <w:t>to ek mehdood muddat ke liye Allah Rabb-ul-Alameen ka izhaar hua kuch logon ke darmiyan.</w:t>
      </w:r>
    </w:p>
    <w:p>
      <w:pPr>
        <w:jc w:val="right"/>
      </w:pPr>
      <w:r>
        <w:t>تو ایک محدود مدت کے لیے اللہ رب العالمین کا اظہار ہوا کچھ لوگوں کے درمیان۔</w:t>
      </w:r>
    </w:p>
    <w:p>
      <w:r>
        <w:rPr>
          <w:b/>
        </w:rPr>
        <w:t xml:space="preserve">[07:30] </w:t>
      </w:r>
      <w:r>
        <w:t>lekin hadith ke mutabiq sirf teen naslon ke baad, yaani qurun-e-salasa ke baad dobara pichla daur wapas aa gaya.</w:t>
      </w:r>
    </w:p>
    <w:p>
      <w:pPr>
        <w:jc w:val="right"/>
      </w:pPr>
      <w:r>
        <w:t>لیکن حدیث کے مطابق صرف تین نسلوں کے بعد، یعنی قرون ثلاثہ کے بعد دوبارہ پچھلا دور واپس آ گیا۔</w:t>
      </w:r>
    </w:p>
    <w:p>
      <w:r>
        <w:rPr>
          <w:b/>
        </w:rPr>
        <w:t xml:space="preserve">[07:43] </w:t>
      </w:r>
      <w:r>
        <w:t>logon ke paas koi dobara koi model nahi raha. wohi pichle khayalat, pichle oham dunya par chha gaye. Islam ne jitni bhi islahat ki thin, woh sab model na hone ki wajah se dobara loot aayin.</w:t>
      </w:r>
    </w:p>
    <w:p>
      <w:pPr>
        <w:jc w:val="right"/>
      </w:pPr>
      <w:r>
        <w:t>لوگوں کے پاس کوئی دوبارہ کوئی ماڈل نہیں رہا۔ وہی پچھلے خیالات، پچھلے اوہام دنیا پر چھا گئے۔ اسلام نے جتنی بھی اصلاحات کی تھیں، وہ سب ماڈل نہ ہونے کی وجہ سے دوبارہ لوٹ آئیں۔</w:t>
      </w:r>
    </w:p>
    <w:p>
      <w:r>
        <w:rPr>
          <w:b/>
        </w:rPr>
        <w:t xml:space="preserve">[08:01] </w:t>
      </w:r>
      <w:r>
        <w:t>misalan khilafat qaim kiya tha Islam ne shura ki buniyad par, lekin aap jante hain keh baad ko dynasty aa gayi. khilafat mamooli bar khandan ki hukumat qaim hui.</w:t>
      </w:r>
    </w:p>
    <w:p>
      <w:pPr>
        <w:jc w:val="right"/>
      </w:pPr>
      <w:r>
        <w:t>مثلاً خلافت قائم کیا تھا اسلام نے شوریٰ کی بنیاد پر، لیکن آپ جانتے ہیں کہ بعد کو ڈائنسٹی آ گئی۔ خلافت معمولی بر خاندانی حکومت قائم ہوئی۔</w:t>
      </w:r>
    </w:p>
    <w:p>
      <w:r>
        <w:rPr>
          <w:b/>
        </w:rPr>
        <w:t xml:space="preserve">[08:14] </w:t>
      </w:r>
      <w:r>
        <w:t>yeh kya tha? pichla daur wapas aa gaya.</w:t>
      </w:r>
    </w:p>
    <w:p>
      <w:pPr>
        <w:jc w:val="right"/>
      </w:pPr>
      <w:r>
        <w:t>یہ کیا تھا؟ پچھلا دور واپس آ گیا۔</w:t>
      </w:r>
    </w:p>
    <w:p>
      <w:r>
        <w:rPr>
          <w:b/>
        </w:rPr>
        <w:t xml:space="preserve">[08:18] </w:t>
      </w:r>
      <w:r>
        <w:t>is liye pichle hazar saal ke daur mein, hazar saal se zyada ki muddat mein musalmanon mein beshumar kitabein likhi gayin.</w:t>
      </w:r>
    </w:p>
    <w:p>
      <w:pPr>
        <w:jc w:val="right"/>
      </w:pPr>
      <w:r>
        <w:t>اس لیے پچھلے ہزار سال کے دور میں، ہزار سال سے زیادہ کی مدت میں مسلمانوں میں بے شمار کتابیں لکھی گئیں۔</w:t>
      </w:r>
    </w:p>
    <w:p>
      <w:r>
        <w:rPr>
          <w:b/>
        </w:rPr>
        <w:t xml:space="preserve">[08:28] </w:t>
      </w:r>
      <w:r>
        <w:t>pehlay hasil the, ab chhapi hui kitabein bazaar mein maujood hain. lekin mere ilm ke mutabiq koi ek bhi kitab sahi maano mein Allah Rabb-ul-Alameen par nahi likhi gayi.</w:t>
      </w:r>
    </w:p>
    <w:p>
      <w:pPr>
        <w:jc w:val="right"/>
      </w:pPr>
      <w:r>
        <w:t>پہلے حاصل تھے، اب چھپی ہوئی کتابیں بازار میں موجود ہیں۔ لیکن میرے علم کے مطابق کوئی ایک بھی کتاب صحیح معنوں میں اللہ رب العالمین پر نہیں لکھی گئی۔</w:t>
      </w:r>
    </w:p>
    <w:p>
      <w:r>
        <w:rPr>
          <w:b/>
        </w:rPr>
        <w:t xml:space="preserve">[08:42] </w:t>
      </w:r>
      <w:r>
        <w:t>agar koi is par shak kare to use bataya kaun si kitab hai woh.</w:t>
      </w:r>
    </w:p>
    <w:p>
      <w:pPr>
        <w:jc w:val="right"/>
      </w:pPr>
      <w:r>
        <w:t>اگر کوئی اس پر شک کرے تو اسے بتایا کون سی کتاب ہے وہ۔</w:t>
      </w:r>
    </w:p>
    <w:p>
      <w:r>
        <w:rPr>
          <w:b/>
        </w:rPr>
        <w:t xml:space="preserve">[08:48] </w:t>
      </w:r>
      <w:r>
        <w:t>main apne bayan ko wapas le loonga.</w:t>
      </w:r>
    </w:p>
    <w:p>
      <w:pPr>
        <w:jc w:val="right"/>
      </w:pPr>
      <w:r>
        <w:t>میں اپنے بیان کو واپس لے لوں گا۔</w:t>
      </w:r>
    </w:p>
    <w:p>
      <w:r>
        <w:rPr>
          <w:b/>
        </w:rPr>
        <w:t xml:space="preserve">[08:52] </w:t>
      </w:r>
      <w:r>
        <w:t>dekhein, main aap ko chand misalein deta hoon. Muslim kutub khane mein bohat bari kitab mani jati hai Al-Ghazali ki, "Ihya Uloom-ud-Din".</w:t>
      </w:r>
    </w:p>
    <w:p>
      <w:pPr>
        <w:jc w:val="right"/>
      </w:pPr>
      <w:r>
        <w:t>دیکھیں، میں آپ کو چند مثالیں دیتا ہوں۔ مسلم کتب خانے میں بہت بڑی کتاب مانی جاتی ہے الغزالی کی، "اے یا علوم تین"۔</w:t>
      </w:r>
    </w:p>
    <w:p>
      <w:r>
        <w:rPr>
          <w:b/>
        </w:rPr>
        <w:t xml:space="preserve">[09:05] </w:t>
      </w:r>
      <w:r>
        <w:t>lekin aap is mein talash kijiye, ilm-e-Ilahi ka is ke andar koi bab nahi.</w:t>
      </w:r>
    </w:p>
    <w:p>
      <w:pPr>
        <w:jc w:val="right"/>
      </w:pPr>
      <w:r>
        <w:t>لیکن آپ اس میں تلاش کیجیے، علم الہی کا اس کے اندر کوئی باب نہیں۔</w:t>
      </w:r>
    </w:p>
    <w:p>
      <w:r>
        <w:rPr>
          <w:b/>
        </w:rPr>
        <w:t xml:space="preserve">[09:13] </w:t>
      </w:r>
      <w:r>
        <w:t>yaani Allah Rabb-ul-Alameen par is mein koi bab nahi.</w:t>
      </w:r>
    </w:p>
    <w:p>
      <w:pPr>
        <w:jc w:val="right"/>
      </w:pPr>
      <w:r>
        <w:t>یعنی اللہ رب العالمین پر اس میں کوئی باب نہیں</w:t>
      </w:r>
    </w:p>
    <w:p>
      <w:r>
        <w:rPr>
          <w:b/>
        </w:rPr>
        <w:t xml:space="preserve">[09:16] </w:t>
      </w:r>
      <w:r>
        <w:t>abwab hain to doosre hain. aisi hi dekhein, fiqh mein itni sari kitabein likhi gayin, lekin fiqh ki kitabon mein Allah Rabb-ul-Alameen ka koi bab nahi.</w:t>
      </w:r>
    </w:p>
    <w:p>
      <w:pPr>
        <w:jc w:val="right"/>
      </w:pPr>
      <w:r>
        <w:t>۔ اباب ہیں تو دوسرے ہیں۔ ایسے ہی دیکھیں، فقہ میں اتنی ساری کتابیں لکھی گئیں، لیکن فقہ کی کتابوں میں اللہ رب العالمین کا کوئی باب نہیں۔</w:t>
      </w:r>
    </w:p>
    <w:p>
      <w:r>
        <w:rPr>
          <w:b/>
        </w:rPr>
        <w:t xml:space="preserve">[09:32] </w:t>
      </w:r>
      <w:r>
        <w:t>aisi hi aap dekhein, bohat hi mashhoor kitab hai "Hujjat Allah Al-Baligha" Shah Waliullah ki. is mein bhi naam mein to "Hujjat Allah" hai, lekin kitab ke andar "Hujjat Allah" mein koi bab nahi.</w:t>
      </w:r>
    </w:p>
    <w:p>
      <w:pPr>
        <w:jc w:val="right"/>
      </w:pPr>
      <w:r>
        <w:t>ایسے ہی آپ دیکھیں، بہت ہی مشہور کتاب ہے "حجت اللہ البالغہ" شاہ عبداللہ کی۔ اس میں بھی نام میں تو "حجت اللہ" ہے، لیکن کتاب کے اندر "حجت اللہ" میں کوئی باب نہیں۔</w:t>
      </w:r>
    </w:p>
    <w:p>
      <w:r>
        <w:rPr>
          <w:b/>
        </w:rPr>
        <w:t xml:space="preserve">[09:45] </w:t>
      </w:r>
      <w:r>
        <w:t>yaani dalail-e-khudawandi par koi bab nahi. sirf ek kitab mere ilm mein hai jis mein Allah ka bab qaim kiya gaya hai, woh hai Iqbal ki kitab hai "The Reconstruction of Religious Thought in Islam".</w:t>
      </w:r>
    </w:p>
    <w:p>
      <w:pPr>
        <w:jc w:val="right"/>
      </w:pPr>
      <w:r>
        <w:t>یعنی دلائل خداوندی پر کوئی باب نہیں۔ صرف ایک کتاب میرے علم میں ہے جس میں اللہ کا باب قائم کیا گیا ہے، وہ ہے اقبال کی کتاب ہے "ری کانسٹنسنٹ آف ریلیجس تھاٹ ان اسلام"۔</w:t>
      </w:r>
    </w:p>
    <w:p>
      <w:r>
        <w:rPr>
          <w:b/>
        </w:rPr>
        <w:t xml:space="preserve">[10:01] </w:t>
      </w:r>
      <w:r>
        <w:t>angrezi zaban mein.</w:t>
      </w:r>
    </w:p>
    <w:p>
      <w:pPr>
        <w:jc w:val="right"/>
      </w:pPr>
      <w:r>
        <w:t>انگریزی زبان میں۔</w:t>
      </w:r>
    </w:p>
    <w:p>
      <w:r>
        <w:rPr>
          <w:b/>
        </w:rPr>
        <w:t xml:space="preserve">[10:03] </w:t>
      </w:r>
      <w:r>
        <w:t>is mein ek chapter hai God ke upar, lekin woh confusion ka jangal hai. aap parhiye is chapter ko, das baar parhiye kam az kam, aur mujhe bataiye keh kya aap ne kuch paya is mein?</w:t>
      </w:r>
    </w:p>
    <w:p>
      <w:pPr>
        <w:jc w:val="right"/>
      </w:pPr>
      <w:r>
        <w:t>اس میں ایک چیپٹر ہے گاڈ کے اوپر، لیکن اس وہ کنفیوژن کا جنگل ہے۔ آپ پڑھیے اس چیپٹر کو، دس بار پڑھیے کم از کم، اور مجھے بتائیے کہ کیا آپ نے کچھ پایا اس میں؟</w:t>
      </w:r>
    </w:p>
    <w:p>
      <w:r>
        <w:rPr>
          <w:b/>
        </w:rPr>
        <w:t xml:space="preserve">[10:18] </w:t>
      </w:r>
      <w:r>
        <w:t>poora bab confusion ka jangal hai. is ka matlab kya hai? is ka matlab yeh hai keh poori tareekh mein kisi ne Allah ko daryaft hi nahi kiya.</w:t>
      </w:r>
    </w:p>
    <w:p>
      <w:pPr>
        <w:jc w:val="right"/>
      </w:pPr>
      <w:r>
        <w:t>پورا باب کنفیوژن کا جنگل ہے۔ اس کا معنی کیا ہے؟ اس کا معنی یہ ہے کہ پوری تاریخ میں کسی نے اللہ کو دریافت ہی نہیں کیا۔</w:t>
      </w:r>
    </w:p>
    <w:p>
      <w:r>
        <w:rPr>
          <w:b/>
        </w:rPr>
        <w:t xml:space="preserve">[10:28] </w:t>
      </w:r>
      <w:r>
        <w:t>yeh saada baat nahi hai.</w:t>
      </w:r>
    </w:p>
    <w:p>
      <w:pPr>
        <w:jc w:val="right"/>
      </w:pPr>
      <w:r>
        <w:t>یہ سادہ بات نہیں ہے۔</w:t>
      </w:r>
    </w:p>
    <w:p>
      <w:r>
        <w:rPr>
          <w:b/>
        </w:rPr>
        <w:t xml:space="preserve">[10:30] </w:t>
      </w:r>
      <w:r>
        <w:t>kisi ko shaq ho to mujhe bataye ke woh kaun kitaab hai, kaun chapter hai, kaun sa bukhara hai. is mein saabit hota hai ke logon ne Allah rab ul alameen ko haqeeqi maano mein daryaft kiya.</w:t>
      </w:r>
    </w:p>
    <w:p>
      <w:pPr>
        <w:jc w:val="right"/>
      </w:pPr>
      <w:r>
        <w:t>کسی کو شک ہو تو مجھے بتائیں کہ وہ کون کتاب ہے، کون چیپٹر ہے، کون سا بخارا ہے۔ اس میں ثابت ہوتا ہے کہ لوگوں نے اللہ رب العالمین کو حقیقی معنوں میں دریافت کیا۔</w:t>
      </w:r>
    </w:p>
    <w:p>
      <w:r>
        <w:rPr>
          <w:b/>
        </w:rPr>
        <w:t xml:space="preserve">[10:41] </w:t>
      </w:r>
      <w:r>
        <w:t>is bare mein, is maani mein sahaba ne daryaft kiya tha. sahaba ne daryaft kiya kya peghambar e khuda ki sohbat mein, jin ko barah e raast Allah ne apna ilm diya tha.</w:t>
      </w:r>
    </w:p>
    <w:p>
      <w:pPr>
        <w:jc w:val="right"/>
      </w:pPr>
      <w:r>
        <w:t>اس بارے میں، اس معنی میں صحابہ نے دریافت کیا تھا۔ صحابہ نے دریافت کیا کیا پیغمبر خدا کی صحبت میں، جن کو براہ راست اللہ نے اپنا علم دیا تھا۔</w:t>
      </w:r>
    </w:p>
    <w:p>
      <w:r>
        <w:rPr>
          <w:b/>
        </w:rPr>
        <w:t xml:space="preserve">[10:54] </w:t>
      </w:r>
      <w:r>
        <w:t>peghambar ko Allah ne barah e raast apna ilm diya tha.</w:t>
      </w:r>
    </w:p>
    <w:p>
      <w:pPr>
        <w:jc w:val="right"/>
      </w:pPr>
      <w:r>
        <w:t>پیغمبر کو اللہ نے براہ راست اپنا علم دیا تھا۔</w:t>
      </w:r>
    </w:p>
    <w:p>
      <w:r>
        <w:rPr>
          <w:b/>
        </w:rPr>
        <w:t xml:space="preserve">[11:00] </w:t>
      </w:r>
      <w:r>
        <w:t>to ise mila sahaba e kiram ko. woh ek istithna hai. baqi yahan se wahan tak sab missing link ki bani hui hai.</w:t>
      </w:r>
    </w:p>
    <w:p>
      <w:pPr>
        <w:jc w:val="right"/>
      </w:pPr>
      <w:r>
        <w:t>تو اسے ملا صحابہ کرام کو۔ وہ ایک استثنیٰ ہے۔ باقی یہاں سے وہاں تک سب مسنگ لنک کی بنی ہوئی ہے۔</w:t>
      </w:r>
    </w:p>
    <w:p>
      <w:r>
        <w:rPr>
          <w:b/>
        </w:rPr>
        <w:t xml:space="preserve">[11:10] </w:t>
      </w:r>
      <w:r>
        <w:t>kyun</w:t>
      </w:r>
    </w:p>
    <w:p>
      <w:pPr>
        <w:jc w:val="right"/>
      </w:pPr>
      <w:r>
        <w:t>کیوں</w:t>
      </w:r>
    </w:p>
    <w:p>
      <w:r>
        <w:rPr>
          <w:b/>
        </w:rPr>
        <w:t xml:space="preserve">[11:11] </w:t>
      </w:r>
      <w:r>
        <w:t>? is ki wajah yeh hai ke model nahi maujood tha. main un ki niyaton par shaq nahi karta. un ki niyaton pe koi shaq nahi hai. un ke paas model hi nahi tha.</w:t>
      </w:r>
    </w:p>
    <w:p>
      <w:pPr>
        <w:jc w:val="right"/>
      </w:pPr>
      <w:r>
        <w:t>؟ اس کی وجہ یہ ہے کہ ماڈل نہیں موجود تھا۔ میں ان کی نیتوں پر شک نہیں کرتا۔ ان کی نیتوں پہ کوئی شک نہیں ہے۔ ان کے پاس ماڈل ہی نہیں تھا۔</w:t>
      </w:r>
    </w:p>
    <w:p>
      <w:r>
        <w:rPr>
          <w:b/>
        </w:rPr>
        <w:t xml:space="preserve">[11:22] </w:t>
      </w:r>
      <w:r>
        <w:t>aap ek remote village mein jayein jinho ne kabhi naam na suna ho car ka, hawai jahaz ka, us se aap baat karein car ke, hawai jahaz ki to samajh nahi aayegi.</w:t>
      </w:r>
    </w:p>
    <w:p>
      <w:pPr>
        <w:jc w:val="right"/>
      </w:pPr>
      <w:r>
        <w:t>آپ ایک ریموٹ ولیج میں جائیں جنہوں نے کبھی نام نہ سنا ہو کار کا، ہوائی جہاز کا، اس سے آپ بات کریں کار کے، ہوائی جہاز کی تو سمجھ نہیں آئے گا۔</w:t>
      </w:r>
    </w:p>
    <w:p>
      <w:r>
        <w:rPr>
          <w:b/>
        </w:rPr>
        <w:t xml:space="preserve">[11:30] </w:t>
      </w:r>
      <w:r>
        <w:t>un ki samajh kuch nahi samajh mein aayegi. ke kya puzzle lagaye ga? puzzle. kyunke model nahi hai un ke paas.</w:t>
      </w:r>
    </w:p>
    <w:p>
      <w:pPr>
        <w:jc w:val="right"/>
      </w:pPr>
      <w:r>
        <w:t>ان کی سمجھ کچھ نہیں سمجھ میں آئے گی۔ کہ کیا پزل لگائے گا؟ پزل۔ کیونکہ ماڈل نہیں ہے ان کے پاس۔</w:t>
      </w:r>
    </w:p>
    <w:p>
      <w:r>
        <w:rPr>
          <w:b/>
        </w:rPr>
        <w:t xml:space="preserve">[11:41] </w:t>
      </w:r>
      <w:r>
        <w:t>to un logon ki niyaton par koi shaq nahi hai, lekin un ke paas model maujood nahi tha. model pehli baar Allah taala ne science ke zariye dunya mein paida kiya.</w:t>
      </w:r>
    </w:p>
    <w:p>
      <w:pPr>
        <w:jc w:val="right"/>
      </w:pPr>
      <w:r>
        <w:t>تو ان لوگوں کی نیتوں پر کوئی شک نہیں ہے، لیکن ان کے پاس ماڈل موجود نہیں تھا۔ ماڈل پہلی بار اللہ تعالیٰ نے سائنس کے ذریعے دنیا میں پیدا کیا۔</w:t>
      </w:r>
    </w:p>
    <w:p>
      <w:r>
        <w:rPr>
          <w:b/>
        </w:rPr>
        <w:t xml:space="preserve">[11:55] </w:t>
      </w:r>
      <w:r>
        <w:t>model ka matlab hai framework, jis ki jo, jis ko le kar ke, yaani intellectual base, jis ko le kar aap samajh sakte hain kisi haqeeqat ko.</w:t>
      </w:r>
    </w:p>
    <w:p>
      <w:pPr>
        <w:jc w:val="right"/>
      </w:pPr>
      <w:r>
        <w:t>ماڈل کا مطلب ہے فریم ورک، جس کی جو، جس کو لے کر کے، یعنی انٹلیکچول بیس، جس کو لے کر آپ سمجھ سکتے ہیں کسی حقیقت کو۔</w:t>
      </w:r>
    </w:p>
    <w:p>
      <w:r>
        <w:rPr>
          <w:b/>
        </w:rPr>
        <w:t xml:space="preserve">[12:05] </w:t>
      </w:r>
      <w:r>
        <w:t>to model science jo hai, jis ko hum western science bhi kehte hain, is ne pehli baar woh model diya, woh framework diya, woh intellectual base diya, jis ko le kar hum Allah rab ul alameen ki haqeeqat ko samajh sakte hain.</w:t>
      </w:r>
    </w:p>
    <w:p>
      <w:pPr>
        <w:jc w:val="right"/>
      </w:pPr>
      <w:r>
        <w:t>تو ماڈل سائنس جو ہے، جس کو ہم ویسٹرن سائنس بھی کہتے ہیں، اس نے پہلی بار وہ ماڈل دیا، وہ فریم ورک دیا، وہ انٹلیکچول بیس دیا، جس کو لے کر ہم اللہ رب العالمین کی حقیقت کو سمجھ سکتے ہیں۔</w:t>
      </w:r>
    </w:p>
    <w:p>
      <w:r>
        <w:rPr>
          <w:b/>
        </w:rPr>
        <w:t xml:space="preserve">[12:21] </w:t>
      </w:r>
      <w:r>
        <w:t>mera matlab yeh nahi ke science khud, science ka mozu khuda hai. yeh matlab nahi hai. science ka mozu khuda nahi hai. science ka mozu khaliq nahi hai, magar takhleeq to hai.</w:t>
      </w:r>
    </w:p>
    <w:p>
      <w:pPr>
        <w:jc w:val="right"/>
      </w:pPr>
      <w:r>
        <w:t>میرا مطلب یہ نہیں کہ سائنس خود، سائنس کا موضوع خدا ہے۔ یہ مطلب نہیں ہے۔ سائنس کا موضوع خدا نہیں ہے۔ سائنس کا موضوع خالق نہیں ہے، مگر تخلیق تو ہے۔</w:t>
      </w:r>
    </w:p>
    <w:p>
      <w:r>
        <w:rPr>
          <w:b/>
        </w:rPr>
        <w:t xml:space="preserve">[12:33] </w:t>
      </w:r>
      <w:r>
        <w:t>science ka mozu creator nahi hai, magar creation to hai. is ne creation ko disclose kiya, is ko explore kiya.</w:t>
      </w:r>
    </w:p>
    <w:p>
      <w:pPr>
        <w:jc w:val="right"/>
      </w:pPr>
      <w:r>
        <w:t>سائنس کا موضوع کریٹر نہیں ہے، مگر کریشن تو ہے۔ اس نے کریشن کو ڈسکلوز کیا، اس کو ایکسپلور کیا۔</w:t>
      </w:r>
    </w:p>
    <w:p>
      <w:r>
        <w:rPr>
          <w:b/>
        </w:rPr>
        <w:t xml:space="preserve">[12:43] </w:t>
      </w:r>
      <w:r>
        <w:t>is ki wajah se yeh mumkin hoga ke aap khaliq ko samajh sakein.</w:t>
      </w:r>
    </w:p>
    <w:p>
      <w:pPr>
        <w:jc w:val="right"/>
      </w:pPr>
      <w:r>
        <w:t>اس کی وجہ سے یہ ممکن ہوگا کہ آپ خالق کو سمجھ سکیں۔</w:t>
      </w:r>
    </w:p>
    <w:p>
      <w:r>
        <w:rPr>
          <w:b/>
        </w:rPr>
        <w:t xml:space="preserve">[12:47] </w:t>
      </w:r>
      <w:r>
        <w:t>aap ko khaliq ko samajhne ke liye ek framework mil gaya. takhleeq ko samajhne, samajhne ki bina par khaliq ke bare mein ek framework mil gaya.</w:t>
      </w:r>
    </w:p>
    <w:p>
      <w:pPr>
        <w:jc w:val="right"/>
      </w:pPr>
      <w:r>
        <w:t>آپ کو خالق کو سمجھنے کے لیے ایک فریم ورک مل گیا۔ تخلیق کو سمجھنے، سمجھنے کی بنا پر خالق کے بارے میں ایک فریم ورک مل گیا۔</w:t>
      </w:r>
    </w:p>
    <w:p>
      <w:r>
        <w:rPr>
          <w:b/>
        </w:rPr>
        <w:t xml:space="preserve">[13:01] </w:t>
      </w:r>
      <w:r>
        <w:t>to bohat hi ajeeb baat hai ke musalmanon ne is zamane mein ek aisa kaam kiya jo bohat hi zyada dhyan ghalati thi.</w:t>
      </w:r>
    </w:p>
    <w:p>
      <w:pPr>
        <w:jc w:val="right"/>
      </w:pPr>
      <w:r>
        <w:t>تو بہت ہی عجیب بات ہے کہ مسلمانوں نے اس زمانے میں ایک ایسا کام کیا جو بہت ہی زیادہ دھیان غلطی تھی۔</w:t>
      </w:r>
    </w:p>
    <w:p>
      <w:r>
        <w:rPr>
          <w:b/>
        </w:rPr>
        <w:t xml:space="preserve">[13:10] </w:t>
      </w:r>
      <w:r>
        <w:t>dhyan ghalati. yaani al maghrib ki dushmani, al maghrib ko mukhalif samajh lena. yaani taqreeban wohi mamlaat paish aaye jo qadeem zamane mein Allah taala ne anbiya bheje.</w:t>
      </w:r>
    </w:p>
    <w:p>
      <w:pPr>
        <w:jc w:val="right"/>
      </w:pPr>
      <w:r>
        <w:t>دھیان غلطی۔ یعنی ال مغرب کی دشمنی، ال مغرب کو مخالف سمجھ لینا۔ یعنی تقریباً وہی معاملات پیش آئے جو قدیم زمانے میں اللہ تعالیٰ نے انبیاء بھیجے۔</w:t>
      </w:r>
    </w:p>
    <w:p>
      <w:r>
        <w:rPr>
          <w:b/>
        </w:rPr>
        <w:t xml:space="preserve">[13:24] </w:t>
      </w:r>
      <w:r>
        <w:t>anbiya ke zariye se Allah ne chaha ke un ko daryaft e khuda wandi ho, woh Allah ko pehchanein. lekin pichle zamane mein</w:t>
      </w:r>
    </w:p>
    <w:p>
      <w:pPr>
        <w:jc w:val="right"/>
      </w:pPr>
      <w:r>
        <w:t>انبیاء کے ذریعے سے اللہ نے چاہا کہ ان کو دریافت خداوندی ہو، وہ اللہ کو پہچانیں۔ لیکن پچھلے زمانے میں</w:t>
      </w:r>
    </w:p>
    <w:p>
      <w:r>
        <w:rPr>
          <w:b/>
        </w:rPr>
        <w:t xml:space="preserve">[13:33] </w:t>
      </w:r>
      <w:r>
        <w:t>mushrikeen jo the, sab mukhalif ho gaye peghambaron ke. ya hasrat allabad, maati rasool illa kano bi ustadoon.</w:t>
      </w:r>
    </w:p>
    <w:p>
      <w:pPr>
        <w:jc w:val="right"/>
      </w:pPr>
      <w:r>
        <w:t>مشرکین جو تھے، سب مخالف ہو گئے پیغمبروں کے۔ یا حسرت اللباد، مایتی رسول الا کانو بی استادون۔</w:t>
      </w:r>
    </w:p>
    <w:p>
      <w:r>
        <w:rPr>
          <w:b/>
        </w:rPr>
        <w:t xml:space="preserve">[13:45] </w:t>
      </w:r>
      <w:r>
        <w:t>to unhone mauqa hi nahi diya anbiya ko ke jo hidayat woh le kar aaye the Allah ki taraf se, us ko logon mein aam karein.</w:t>
      </w:r>
    </w:p>
    <w:p>
      <w:pPr>
        <w:jc w:val="right"/>
      </w:pPr>
      <w:r>
        <w:t>تو انہوں نے موقع ہی نہیں دیا انبیاء کو کہ جو ہدایت وہ لے کر آئے تھے اللہ کی طرف سے، اس کو لوگوں میں عام کریں۔</w:t>
      </w:r>
    </w:p>
    <w:p>
      <w:r>
        <w:rPr>
          <w:b/>
        </w:rPr>
        <w:t xml:space="preserve">[13:55] </w:t>
      </w:r>
      <w:r>
        <w:t>ek taraf se sara mushrikeen ka qabeela, sare jo log is zamane ke halaat par qabiz the, hatta ke jo badshah the, woh sab mukhalif ban gaye.</w:t>
      </w:r>
    </w:p>
    <w:p>
      <w:pPr>
        <w:jc w:val="right"/>
      </w:pPr>
      <w:r>
        <w:t>ایک طرف سے سارا مشرکین کا قبیلہ، سارے جو لوگ اس زمانے کے حالات پر قابض تھے، حتیٰ کہ جو بادشاہ تھے، وہ سب مخالف بن گئے۔</w:t>
      </w:r>
    </w:p>
    <w:p>
      <w:r>
        <w:rPr>
          <w:b/>
        </w:rPr>
        <w:t xml:space="preserve">[14:09] </w:t>
      </w:r>
      <w:r>
        <w:t>itne zyada mukhalif bane ke unhone anbiya ko recorded history se nikaal diya. aap jante hain ke rasool Allah sallallahu alaihi wasallam ke siwa koi peghambar recorded history mein maujood nahi.</w:t>
      </w:r>
    </w:p>
    <w:p>
      <w:pPr>
        <w:jc w:val="right"/>
      </w:pPr>
      <w:r>
        <w:t>اتنے زیادہ مخالف بنے کہ انہوں نے انبیاء کو ریکارڈڈ ہسٹری سے نکال دیا۔ آپ جانتے ہیں کہ رسول اللہ صلی اللہ علیہ وسلم کے سوا کوئی پیغمبر ریکارڈڈ ہسٹری میں موجود نہیں۔</w:t>
      </w:r>
    </w:p>
    <w:p>
      <w:r>
        <w:rPr>
          <w:b/>
        </w:rPr>
        <w:t xml:space="preserve">[14:23] </w:t>
      </w:r>
      <w:r>
        <w:t>bohat ajeeb baat hai.</w:t>
      </w:r>
    </w:p>
    <w:p>
      <w:pPr>
        <w:jc w:val="right"/>
      </w:pPr>
      <w:r>
        <w:t>بہت عجیب بات ہے۔</w:t>
      </w:r>
    </w:p>
    <w:p>
      <w:r>
        <w:rPr>
          <w:b/>
        </w:rPr>
        <w:t xml:space="preserve">[14:25] </w:t>
      </w:r>
      <w:r>
        <w:t>wohi kaam is zamane mein musalmanon ne kiya, ek aur andaaz mein. yaani al maghrib ne maghribi science ke zariye se pehli baar woh framework kiya tha, woh intellectual base diya tha,</w:t>
      </w:r>
    </w:p>
    <w:p>
      <w:pPr>
        <w:jc w:val="right"/>
      </w:pPr>
      <w:r>
        <w:t>وہی کام اس زمانے میں مسلمانوں نے کیا، ایک اور انداز میں۔ یعنی ال مغرب نے مغربی سائنس کے ذریعے سے پہلی بار وہ فریم ورک کیا تھا، وہ انٹلیکچول بیس دیا تھا،</w:t>
      </w:r>
    </w:p>
    <w:p>
      <w:r>
        <w:rPr>
          <w:b/>
        </w:rPr>
        <w:t xml:space="preserve">[14:40] </w:t>
      </w:r>
      <w:r>
        <w:t>jis se hum hamare liye understandable ho sake Allah rabb ul alameen ke mamle mein. kya aqeeda? yeh Allah ki madad se hua tha.</w:t>
      </w:r>
    </w:p>
    <w:p>
      <w:pPr>
        <w:jc w:val="right"/>
      </w:pPr>
      <w:r>
        <w:t>جس سے ہم ہمارے لیے انڈرسٹینڈ ایبل ہو سکے اللہ رب العالمین کے معاملے میں۔ کیا عقیدہ؟ یہ اللہ کی مدد سے ہوا تھا۔</w:t>
      </w:r>
    </w:p>
    <w:p>
      <w:r>
        <w:rPr>
          <w:b/>
        </w:rPr>
        <w:t xml:space="preserve">[14:50] </w:t>
      </w:r>
      <w:r>
        <w:t>kisi insan ke paas koi taqat nahi hai. dekhiye, yeh bohat hi halka sa ek cover hai. mere hathon mein taqat nahi ke main is ko utha sakoon.</w:t>
      </w:r>
    </w:p>
    <w:p>
      <w:pPr>
        <w:jc w:val="right"/>
      </w:pPr>
      <w:r>
        <w:t>کسی انسان کے پاس کوئی طاقت نہیں ہے۔ دیکھیے، یہ بہت ہی ہلکا سا ایک کور ہے۔ میرے ہاتھوں میں طاقت نہیں کہ میں اس کو اٹھا سکوں۔</w:t>
      </w:r>
    </w:p>
    <w:p>
      <w:r>
        <w:rPr>
          <w:b/>
        </w:rPr>
        <w:t xml:space="preserve">[15:03] </w:t>
      </w:r>
      <w:r>
        <w:t>yeh Allah ki taqat hai jis ki wajah se main is ko utha pata hoon. to kisi scientist ko yeh taqat nahi ke woh discover kare, woh explore kare, haqaiq ko daryaft kare.</w:t>
      </w:r>
    </w:p>
    <w:p>
      <w:pPr>
        <w:jc w:val="right"/>
      </w:pPr>
      <w:r>
        <w:t>یہ اللہ کی طاقت ہے جس کی وجہ سے میں اس کو اٹھا پاتا ہوں۔ تو کسی سائنس دان کو یہ طاقت نہیں کہ وہ ڈسکور کرے، وہ ایکسپلور کرے، حقائق کو دریافت کرے۔</w:t>
      </w:r>
    </w:p>
    <w:p>
      <w:r>
        <w:rPr>
          <w:b/>
        </w:rPr>
        <w:t xml:space="preserve">[15:16] </w:t>
      </w:r>
      <w:r>
        <w:t>Allah jo is ke dimagh mein dalta hai, farishton ke zariye se, is ke kaan mein, is ki aankh mein, farishton ke zariye se ilm dalta hai. yeh to Quran mein aata hai shehad ki makkhi ke bare mein.</w:t>
      </w:r>
    </w:p>
    <w:p>
      <w:pPr>
        <w:jc w:val="right"/>
      </w:pPr>
      <w:r>
        <w:t>اللہ جو اس کے دماغ میں ڈالتا ہے، فرشتوں کے ذریعے سے، اس کے کان میں، اس کی آنکھ میں، فرشتوں کے ذریعے سے علم ڈالتا ہے۔ یہ تو قرآن میں آتا ہے شہد کی مکھی کے بارے میں۔</w:t>
      </w:r>
    </w:p>
    <w:p>
      <w:r>
        <w:rPr>
          <w:b/>
        </w:rPr>
        <w:t xml:space="preserve">[15:33] </w:t>
      </w:r>
      <w:r>
        <w:t>shehad ki makkhi ajeeb o ghareeb karname anjam deti hai. kaisi ajeeb o ghareeb cheez hai shehad, jis ko shehad ki makkhi nikal kar ke chhaton par jama karti hai.</w:t>
      </w:r>
    </w:p>
    <w:p>
      <w:pPr>
        <w:jc w:val="right"/>
      </w:pPr>
      <w:r>
        <w:t>شہد کی مکھی عجیب و غریب کارنامہ انجام دیتی ہے۔ کیسی عجیب و غریب چیز ہے شہد، جس کو شہد کی مکھی نکال کر کے چھتوں پر جمع کرتی ہے۔</w:t>
      </w:r>
    </w:p>
    <w:p>
      <w:r>
        <w:rPr>
          <w:b/>
        </w:rPr>
        <w:t xml:space="preserve">[15:43] </w:t>
      </w:r>
      <w:r>
        <w:t>is par bohat si kitaben likhi gayi hain. ek bohat hi na qabil e fahm qism ki pecheeda industry hai, jis ko shehad ki makkhi wajood mein lati hai.</w:t>
      </w:r>
    </w:p>
    <w:p>
      <w:pPr>
        <w:jc w:val="right"/>
      </w:pPr>
      <w:r>
        <w:t>اس پر بہت سی کتابیں لکھی گئی ہیں۔ ایک بہت ہی ناقابل فہم قسم کی پیچیدہ انڈسٹری ہے، جس کو شہد کی مکھی وجود میں لاتی ہے۔</w:t>
      </w:r>
    </w:p>
    <w:p>
      <w:r>
        <w:rPr>
          <w:b/>
        </w:rPr>
        <w:t xml:space="preserve">[15:55] </w:t>
      </w:r>
      <w:r>
        <w:t>to kis ne is ko bataya?</w:t>
      </w:r>
    </w:p>
    <w:p>
      <w:pPr>
        <w:jc w:val="right"/>
      </w:pPr>
      <w:r>
        <w:t>تو کس نے اس کو بتایا؟</w:t>
      </w:r>
    </w:p>
    <w:p>
      <w:r>
        <w:rPr>
          <w:b/>
        </w:rPr>
        <w:t xml:space="preserve">[15:57] </w:t>
      </w:r>
      <w:r>
        <w:t>to Quran mein hai ke Allah ne bataya, Allah ne wahi ki shehad ki makkhi ko.</w:t>
      </w:r>
    </w:p>
    <w:p>
      <w:pPr>
        <w:jc w:val="right"/>
      </w:pPr>
      <w:r>
        <w:t>تو قرآن میں ہے کہ اللہ نے بتایا، اللہ نے وحی کی شہد کی مکھی کو۔</w:t>
      </w:r>
    </w:p>
    <w:p>
      <w:r>
        <w:rPr>
          <w:b/>
        </w:rPr>
        <w:t xml:space="preserve">[16:06] </w:t>
      </w:r>
      <w:r>
        <w:t>aise hi Hazrat Noah (AS) jo qadeem zamane mein jab shehad kashtiyan nahi hoti thi, kashti banai to kaise banai?</w:t>
      </w:r>
    </w:p>
    <w:p>
      <w:pPr>
        <w:jc w:val="right"/>
      </w:pPr>
      <w:r>
        <w:t>ایسے ہی حضرت نوح علیہ السلام جو قدیم زمانے میں جب شہد کشتیاں نہیں ہوتی تھیں، کشتی بنائی تو کیسے بنائی؟</w:t>
      </w:r>
    </w:p>
    <w:p>
      <w:r>
        <w:rPr>
          <w:b/>
        </w:rPr>
        <w:t xml:space="preserve">[16:16] </w:t>
      </w:r>
      <w:r>
        <w:t>unhone Quran mein hai ke first lail fil ka yani kashti banao hamari nigahon ke samne, hamari rehnumai mein.</w:t>
      </w:r>
    </w:p>
    <w:p>
      <w:pPr>
        <w:jc w:val="right"/>
      </w:pPr>
      <w:r>
        <w:t>انہوں نے قرآن میں ہے کہ فرسٹ لیل فل کا یعنی کشتی بناؤ ہماری نگاہوں کے سامنے، ہماری رہنمائی میں۔</w:t>
      </w:r>
    </w:p>
    <w:p>
      <w:r>
        <w:rPr>
          <w:b/>
        </w:rPr>
        <w:t xml:space="preserve">[16:30] </w:t>
      </w:r>
      <w:r>
        <w:t>kaha farishton ki rehnumai mein Hazrat Noah ne woh kashti banai thi. yahi mamla is zamane mein hua. yani maghrib ke jo scientists hain, un ka zaati karname nahi hai.</w:t>
      </w:r>
    </w:p>
    <w:p>
      <w:pPr>
        <w:jc w:val="right"/>
      </w:pPr>
      <w:r>
        <w:t>کہا فرشتوں کی رہنمائی میں حضرت نوح نے وہ کشتی بنائی تھی۔ یہی معاملہ اس زمانے میں ہوا۔ یعنی مغرب کے جو سائنس دان ہیں، ان کا ذاتی کارنامہ نہیں ہے۔</w:t>
      </w:r>
    </w:p>
    <w:p>
      <w:r>
        <w:rPr>
          <w:b/>
        </w:rPr>
        <w:t xml:space="preserve">[16:45] </w:t>
      </w:r>
      <w:r>
        <w:t>yeh Allah ne apne farishton ke zariye se unhein rehnumai di taake woh is science ko wajood mein layein, jis mein Allah rabb ul alameen ki marifat ka framework maujood tha.</w:t>
      </w:r>
    </w:p>
    <w:p>
      <w:pPr>
        <w:jc w:val="right"/>
      </w:pPr>
      <w:r>
        <w:t>یہ اللہ نے اپنے فرشتوں کے ذریعے سے انہیں رہنمائی دی تاکہ وہ اس سائنس کو وجود میں لائیں، جس میں اللہ رب العالمین کی معرفت کا فریم ورک موجود تھا۔</w:t>
      </w:r>
    </w:p>
    <w:p>
      <w:r>
        <w:rPr>
          <w:b/>
        </w:rPr>
        <w:t xml:space="preserve">[17:01] </w:t>
      </w:r>
      <w:r>
        <w:t>Allah rabb ul alameen ki marifat ka intellectual base maujood tha.</w:t>
      </w:r>
    </w:p>
    <w:p>
      <w:pPr>
        <w:jc w:val="right"/>
      </w:pPr>
      <w:r>
        <w:t>اللہ رب العالمین کی معرفت کا انٹلیکچول بیس موجود تھی۔</w:t>
      </w:r>
    </w:p>
    <w:p>
      <w:r>
        <w:rPr>
          <w:b/>
        </w:rPr>
        <w:t xml:space="preserve">[17:07] </w:t>
      </w:r>
      <w:r>
        <w:t>lekin jab woh wajood mein laye to sari dunya ke musalman ko dushman ban gaye. mujhe ek musalman nahi maloom hai jo al maghrib ko dushman na samajhta ho.</w:t>
      </w:r>
    </w:p>
    <w:p>
      <w:pPr>
        <w:jc w:val="right"/>
      </w:pPr>
      <w:r>
        <w:t>لیکن جب وہ وجود میں لائے تو ساری دنیا کے مسلمان کو دشمن بن گئے۔ مجھے ایک مسلمان نہیں معلوم ہے جو ال مغرب کو دشمن نہ سمجھتا ہو۔</w:t>
      </w:r>
    </w:p>
    <w:p>
      <w:r>
        <w:rPr>
          <w:b/>
        </w:rPr>
        <w:t xml:space="preserve">[17:21] </w:t>
      </w:r>
      <w:r>
        <w:t>yani mislan America ke bare mein sari Arab kya kehte hain? America adu al Islam raqm wahid. sari Angrez musalman kya kehte</w:t>
      </w:r>
    </w:p>
    <w:p>
      <w:pPr>
        <w:jc w:val="right"/>
      </w:pPr>
      <w:r>
        <w:t>یعنی مثلاً امریکہ کے بارے میں سارے عرب کیا کہتے ہیں؟ امریکہ عدو الاسلام رقم واحد۔ سارے انگریز مسلمان کیا کہتے</w:t>
      </w:r>
    </w:p>
    <w:p>
      <w:r>
        <w:rPr>
          <w:b/>
        </w:rPr>
        <w:t xml:space="preserve">[17:32] </w:t>
      </w:r>
      <w:r>
        <w:t>hain? America is enemy number one of Islam. sari Urdu dan kya kehte hain? America musalmanon ka dushman number ek hai.</w:t>
      </w:r>
    </w:p>
    <w:p>
      <w:pPr>
        <w:jc w:val="right"/>
      </w:pPr>
      <w:r>
        <w:t>ہیں؟ امریکہ از اینمی نمبر ون آف اسلام۔ سارے اردو دان کیا کہتے ہیں؟ امریکہ مسلمانوں کا دشمن نمبر ایک ہے۔</w:t>
      </w:r>
    </w:p>
    <w:p>
      <w:r>
        <w:rPr>
          <w:b/>
        </w:rPr>
        <w:t xml:space="preserve">[17:43] </w:t>
      </w:r>
      <w:r>
        <w:t>halanke isi America ke zariye sari technology mili hai aap ko, sari communication jis ko aap istemal karte hain, mila hai aap ko. to sari Arab aur non Arab, sari musalman, chahe mashriq mein ho ya maghrib mein, al maghrib ko dushman ban gaye.</w:t>
      </w:r>
    </w:p>
    <w:p>
      <w:pPr>
        <w:jc w:val="right"/>
      </w:pPr>
      <w:r>
        <w:t>حالانکہ اسی امریکہ کے ذریعے ساری ٹیکنالوجی ملی ہے آپ کو، ساری کمیونیکیشن جس کو آپ استعمال کرتے ہیں، ملا ہے آپ کو۔ تو سارے عرب اور نان عرب، سارے مسلمان، چاہے مشرق میں ہو یا مغرب میں، ال مغرب کو دشمن بن گئے۔</w:t>
      </w:r>
    </w:p>
    <w:p>
      <w:r>
        <w:rPr>
          <w:b/>
        </w:rPr>
        <w:t xml:space="preserve">[18:00] </w:t>
      </w:r>
      <w:r>
        <w:t>main samajhta hoon ke apni nauiyat ke aitbar se waise hi burai hai jaise qadeem zamane mein mushrikin ne ki thi ke sare mushrik jo giroh tha, woh nabiyon ka dushman ban gaya.</w:t>
      </w:r>
    </w:p>
    <w:p>
      <w:pPr>
        <w:jc w:val="right"/>
      </w:pPr>
      <w:r>
        <w:t>میں سمجھتا ہوں کہ اپنی نوعیت کے اعتبار سے ویسے ہی برائی ہے جیسے قدیم زمانے میں مشکلوں نے کی تھی کہ سارے مشرک جو گروہ تھا، وہ نبیوں کا دشمن بن گیا۔</w:t>
      </w:r>
    </w:p>
    <w:p>
      <w:r>
        <w:rPr>
          <w:b/>
        </w:rPr>
        <w:t xml:space="preserve">[18:13] </w:t>
      </w:r>
      <w:r>
        <w:t>aise hi is zamane mein musalman, sari dunya ke musalman,</w:t>
      </w:r>
    </w:p>
    <w:p>
      <w:pPr>
        <w:jc w:val="right"/>
      </w:pPr>
      <w:r>
        <w:t>ایسے ہی اس زمانے میں مسلمان، ساری دنیا کے مسلمان،</w:t>
      </w:r>
    </w:p>
    <w:p>
      <w:r>
        <w:rPr>
          <w:b/>
        </w:rPr>
        <w:t xml:space="preserve">[18:17] </w:t>
      </w:r>
      <w:r>
        <w:t>Arab aur non Arab dono mil kar al maghrib ko dushman ban gaye. un ko bomb maar rahe hain, un ki is sarait bombing kar rahe hain. nine eleven ka waqia isi mein se ek hai.</w:t>
      </w:r>
    </w:p>
    <w:p>
      <w:pPr>
        <w:jc w:val="right"/>
      </w:pPr>
      <w:r>
        <w:t>عرب اور نان عرب دونوں مل کر ال مغرب کو دشمن بن گئے۔ ان کو بم مار رہے ہیں، ان کی اس سرائٹ بمبنگ کر رہے ہیں۔ نائن الیون کا واقعہ اسی میں سے ایک ہے۔</w:t>
      </w:r>
    </w:p>
    <w:p>
      <w:r>
        <w:rPr>
          <w:b/>
        </w:rPr>
        <w:t xml:space="preserve">[18:34] </w:t>
      </w:r>
      <w:r>
        <w:t>kaisi ajeeb baat hai! kisi ne yeh socha nahi ke al maghrib ke paas kya taqat thi ke itni ajeeb o ghareeb qism ke technology daryaft kare.</w:t>
      </w:r>
    </w:p>
    <w:p>
      <w:pPr>
        <w:jc w:val="right"/>
      </w:pPr>
      <w:r>
        <w:t>کیسی عجیب بات ہے! کسی نے یہ سوچا نہیں کہ ال مغرب کے پاس کیا طاقت تھی کہ اتنی عجیب و غریب قسم کے ٹیکنالوجی دریافت کرے۔</w:t>
      </w:r>
    </w:p>
    <w:p>
      <w:r>
        <w:rPr>
          <w:b/>
        </w:rPr>
        <w:t xml:space="preserve">[18:46] </w:t>
      </w:r>
      <w:r>
        <w:t>jab main hawai jahajat mein safar karta hoon to ajeeb, ek ajeeb baat maloom hoti hai ke sainkaron insan ek machine mein baithe hue hain, woh uri uri chali ja rahi hai, daryaon ke upar, samundaron ke upar, pahadon ke upar, jangalon ke upar, shaharron ke upar.</w:t>
      </w:r>
    </w:p>
    <w:p>
      <w:pPr>
        <w:jc w:val="right"/>
      </w:pPr>
      <w:r>
        <w:t>جب میں حوائجات میں سفر کرتا ہوں تو عجیب، ایک عجیب بات معلوم ہوتی ہے کہ سینکڑوں انسان ایک مشین میں بیٹھے ہوئے ہیں، وہ اڑی اڑی چلی جا رہی ہے، دریاؤں کے اوپر، سمندروں کے اوپر، پہاڑوں کے اوپر، جنگلوں کے اوپر، شہروں کے اوپر۔</w:t>
      </w:r>
    </w:p>
    <w:p>
      <w:r>
        <w:rPr>
          <w:b/>
        </w:rPr>
        <w:t xml:space="preserve">[19:01] </w:t>
      </w:r>
      <w:r>
        <w:t>yeh kya kiya hai? ek insan ka mazhab hai yeh. yeh Allah ne apne farishton ke zariye un ke dimagh mein dala is technology ko daryaft karo jo nature mein maujood thi.</w:t>
      </w:r>
    </w:p>
    <w:p>
      <w:pPr>
        <w:jc w:val="right"/>
      </w:pPr>
      <w:r>
        <w:t>یہ کیا کیا ہے؟ ایک انسان کا مذہب ہے یہ۔ یہ اللہ نے اپنے فرشتوں کے ذریعے ان کے دماغ میں ڈالا اس ٹیکنالوجی کو دریافت کرو جو نیچر میں موجود تھی۔</w:t>
      </w:r>
    </w:p>
    <w:p>
      <w:r>
        <w:rPr>
          <w:b/>
        </w:rPr>
        <w:t xml:space="preserve">[19:12] </w:t>
      </w:r>
      <w:r>
        <w:t>hamesha se sab kuch nature mein tha,</w:t>
      </w:r>
    </w:p>
    <w:p>
      <w:pPr>
        <w:jc w:val="right"/>
      </w:pPr>
      <w:r>
        <w:t>ہمیشہ سے سب کچھ نیچر میں تھا،</w:t>
      </w:r>
    </w:p>
    <w:p>
      <w:r>
        <w:rPr>
          <w:b/>
        </w:rPr>
        <w:t xml:space="preserve">[19:16] </w:t>
      </w:r>
      <w:r>
        <w:t>jis ko hum kehte hain modern technology. woh kahan thi? woh nature mein thi. is nature ko explore kiya unhone, aur phir us ke baad car banaye, hawai jahajat banaye, technology banai, computer banaya, camera banaya, yeh sab kiya taake Allah ki marifat zahir ho,</w:t>
      </w:r>
    </w:p>
    <w:p>
      <w:pPr>
        <w:jc w:val="right"/>
      </w:pPr>
      <w:r>
        <w:t>جس کو ہم کہتے ہیں ماڈرن ٹیکنالوجی۔ وہ کہاں تھی؟ وہ نیچر میں تھی۔ اس نیچر کو ایکسپلور کیا انہوں نے، اور پھر اس کے بعد کار بنائے، ہوا جات بنائے، ٹیکنالوجی بنائی، کمپیوٹر بنایا، کیمرہ بنایا، یہ سب کیا تاکہ اللہ کی معرفت ظاہر ہو،</w:t>
      </w:r>
    </w:p>
    <w:p>
      <w:r>
        <w:rPr>
          <w:b/>
        </w:rPr>
        <w:t xml:space="preserve">[19:36] </w:t>
      </w:r>
      <w:r>
        <w:t>taake insaan ko Allah ke Rab ul Izzat ki marifat ke liye framework maloom ho. lekin yeh qatl hai, bada shaitan ka dhoka hai.</w:t>
      </w:r>
    </w:p>
    <w:p>
      <w:pPr>
        <w:jc w:val="right"/>
      </w:pPr>
      <w:r>
        <w:t>تاکہ انسان کو اللہ کے رب العزت کی معرفت کے لیے فریم ورک معلوم ہو۔ لیکن یہ قتل ہے، بڑا شیطان کا دھوکا ہے۔</w:t>
      </w:r>
    </w:p>
    <w:p>
      <w:r>
        <w:rPr>
          <w:b/>
        </w:rPr>
        <w:t xml:space="preserve">[19:45] </w:t>
      </w:r>
      <w:r>
        <w:t>yeh</w:t>
      </w:r>
    </w:p>
    <w:p>
      <w:pPr>
        <w:jc w:val="right"/>
      </w:pPr>
      <w:r>
        <w:t>یہ</w:t>
      </w:r>
    </w:p>
    <w:p>
      <w:r>
        <w:rPr>
          <w:b/>
        </w:rPr>
        <w:t xml:space="preserve">[19:48] </w:t>
      </w:r>
      <w:r>
        <w:t>dekhein, yeh sab se pehla yeh jurm shaitan ne kiya tha, Iblees ne.</w:t>
      </w:r>
    </w:p>
    <w:p>
      <w:pPr>
        <w:jc w:val="right"/>
      </w:pPr>
      <w:r>
        <w:t>دیکھیں، یہ سب سے پہلا یہ جرم شیطان نے کیا تھا، ابلیس نے۔</w:t>
      </w:r>
    </w:p>
    <w:p>
      <w:r>
        <w:rPr>
          <w:b/>
        </w:rPr>
        <w:t xml:space="preserve">[19:56] </w:t>
      </w:r>
      <w:r>
        <w:t>kya hua tha? aap jante hain, Quran mein padha ke Allah taala ne hukum diya ke farishton ko sab ko ke Adam ke aage jhuk jao.</w:t>
      </w:r>
    </w:p>
    <w:p>
      <w:pPr>
        <w:jc w:val="right"/>
      </w:pPr>
      <w:r>
        <w:t>کیا ہوا تھا؟ آپ جانتے ہیں، قرآن میں پڑھیا کہ اللہ تعالیٰ نے حکم دیا کہ فرشتوں کو سب کو کہ آدم کے آگے جھک جاؤ۔</w:t>
      </w:r>
    </w:p>
    <w:p>
      <w:r>
        <w:rPr>
          <w:b/>
        </w:rPr>
        <w:t xml:space="preserve">[20:07] </w:t>
      </w:r>
      <w:r>
        <w:t>toh shaitan ne nahi jhuka, yaani us ne Allah Rab ul Alameen ki baṛai ka eteraaf nahi kiya.</w:t>
      </w:r>
    </w:p>
    <w:p>
      <w:pPr>
        <w:jc w:val="right"/>
      </w:pPr>
      <w:r>
        <w:t>تو شیطان نے نہیں جھکا، یعنی اس نے اللہ رب العالمین کی بڑائی کا اعتراف نہیں کیا۔</w:t>
      </w:r>
    </w:p>
    <w:p>
      <w:r>
        <w:rPr>
          <w:b/>
        </w:rPr>
        <w:t xml:space="preserve">[20:15] </w:t>
      </w:r>
      <w:r>
        <w:t>yaani woh yeh nahi keh saka ke khudaaya tu malik hai, main tera banda hoon. jhukne ka matlab kya hai? jab aap jhukte hain Allah ke aage toh aap kehte hain ke khudaaya tu mera khaliq hai, main tera makhlooq hoon.</w:t>
      </w:r>
    </w:p>
    <w:p>
      <w:pPr>
        <w:jc w:val="right"/>
      </w:pPr>
      <w:r>
        <w:t>یعنی وہ یہ نہیں کہہ سکا کہ خدایا تو مالک ہے، میں تیرا بندہ ہوں۔ جھکنے کا معنی کیا ہے؟ جب آپ جھکتے ہیں اللہ کے آگے تو آپ کہتے ہیں کہ خدایا تو میرا خالق ہے، میں تیرا مخلوق ہوں۔</w:t>
      </w:r>
    </w:p>
    <w:p>
      <w:r>
        <w:rPr>
          <w:b/>
        </w:rPr>
        <w:t xml:space="preserve">[20:30] </w:t>
      </w:r>
      <w:r>
        <w:t>khudaaya tu mera malik hai, main tera banda hoon. khudaaya tu bada hai, main chhota hoon. khudaaya tu akbar hai, main asghar hoon. yeh shaitan na kar saka.</w:t>
      </w:r>
    </w:p>
    <w:p>
      <w:pPr>
        <w:jc w:val="right"/>
      </w:pPr>
      <w:r>
        <w:t>خدایا تو میرا مالک ہے، میں تیرا بندہ ہوں۔ خدایا تو بڑا ہے، میں چھوٹا ہوں۔ خدایا تو اکبر ہے، میں اصغر ہوں۔ یہ شیطان نہ کر سکا۔</w:t>
      </w:r>
    </w:p>
    <w:p>
      <w:r>
        <w:rPr>
          <w:b/>
        </w:rPr>
        <w:t xml:space="preserve">[20:42] </w:t>
      </w:r>
      <w:r>
        <w:t>yeh poori tareekh mein yahi ho raha hai. amal dekhiye, Allah Rab ul Alameen ki koi kitaab bhi likhi gayi thi, amal yeh ho raha hai.</w:t>
      </w:r>
    </w:p>
    <w:p>
      <w:pPr>
        <w:jc w:val="right"/>
      </w:pPr>
      <w:r>
        <w:t>یہ پوری تاریخ میں یہی ہو رہا ہے۔ عملہ دیکھیے، اللہ رب العالمین کی کوئی کتاب بھی لکھی گئی تھی، عملہ یہ ہو رہا ہے۔</w:t>
      </w:r>
    </w:p>
    <w:p>
      <w:r>
        <w:rPr>
          <w:b/>
        </w:rPr>
        <w:t xml:space="preserve">[20:54] </w:t>
      </w:r>
      <w:r>
        <w:t>aur pehli baar Allah Rab ul Alameen ne Al Maghrib ko yeh tofeeq di ke woh uloom ko daryaft karein jin uloom mein yeh chupa hua tha, jis ko main keh raha hoon intellectual base framework.</w:t>
      </w:r>
    </w:p>
    <w:p>
      <w:pPr>
        <w:jc w:val="right"/>
      </w:pPr>
      <w:r>
        <w:t>اور پہلی بار اللہ رب العالمین نے ال مغرب کو یہ توفیق دی کہ وہ علوم کو دریافت کریں جن علوم میں یہ چھپا ہوا تھا، جس کو میں کہہ رہا ہوں انٹلیکچول بیس فریم ورک۔</w:t>
      </w:r>
    </w:p>
    <w:p>
      <w:r>
        <w:rPr>
          <w:b/>
        </w:rPr>
        <w:t xml:space="preserve">[21:11] </w:t>
      </w:r>
      <w:r>
        <w:t>isko jab unhon ne daryaft kar ke logon ke samne rakha toh us waqt dushman ban gaye apne kuch political asbab se, apne qaumi asbab se, political asbab se.</w:t>
      </w:r>
    </w:p>
    <w:p>
      <w:pPr>
        <w:jc w:val="right"/>
      </w:pPr>
      <w:r>
        <w:t>اس کو جب انہوں نے دریافت کر کے لوگوں کے سامنے رکھا تو اس وقت دشمن بن گئے اپنے کچھ پولیٹیکل اسباب سے، اپنے قومی اسباب سے، پولیٹیکل اسباب سے۔</w:t>
      </w:r>
    </w:p>
    <w:p>
      <w:r>
        <w:rPr>
          <w:b/>
        </w:rPr>
        <w:t xml:space="preserve">[21:22] </w:t>
      </w:r>
      <w:r>
        <w:t>main kehta hoon ke musalmanon ke qaumi asbab mein koi haqeeqat nahi hai. musalmanon ke political asbab mein koi haqeeqat nahi hai. agar Al Maghrib ne musalmanon ke empire ko toda tha toh koi haqeeqat nahi hai.</w:t>
      </w:r>
    </w:p>
    <w:p>
      <w:pPr>
        <w:jc w:val="right"/>
      </w:pPr>
      <w:r>
        <w:t>میں کہتا ہوں کہ مسلمانوں کے قومی اسباب میں کوئی حقیقت نہیں ہے۔ مسلمانوں کے پولیٹیکل اسباب میں کوئی حقیقت نہیں ہے۔ اگر ال مغرب نے مسلمانوں کے ایمپائر کو توڑا تھا تو کوئی حقیقت نہیں ہے۔</w:t>
      </w:r>
    </w:p>
    <w:p>
      <w:r>
        <w:rPr>
          <w:b/>
        </w:rPr>
        <w:t xml:space="preserve">[21:37] </w:t>
      </w:r>
      <w:r>
        <w:t>main saaf kehta hoon, jis aasman ke neeche aur zameen ke upar sari kainat sun le yeh baat ke agar Al Maghrib ne musalmanon ke empire ko toda tha, musalmanon ki hukumat par apna ghalba qaim kiya</w:t>
      </w:r>
    </w:p>
    <w:p>
      <w:pPr>
        <w:jc w:val="right"/>
      </w:pPr>
      <w:r>
        <w:t>میں صاف کہتا ہوں، جس آسمان کے نیچے اور زمین کے اوپر ساری کائنات سن لے یہ بات کہ اگر ال مغرب نے مسلمانوں کے ایمپائر کو توڑا تھا، مسلمانوں کی حکومت پر اپنا غلبہ قائم کیا</w:t>
      </w:r>
    </w:p>
    <w:p>
      <w:r>
        <w:rPr>
          <w:b/>
        </w:rPr>
        <w:t xml:space="preserve">[21:51] </w:t>
      </w:r>
      <w:r>
        <w:t>tha toh koi haqeeqat nahi hai in cheezon ki. ek lamha bhi aap ko is ko yaad rakhein toh yeh behad ek haq nahi aap ko yaad rakhein kyunke un ka jo doosra karname hai, us ko yaad kijiye.</w:t>
      </w:r>
    </w:p>
    <w:p>
      <w:pPr>
        <w:jc w:val="right"/>
      </w:pPr>
      <w:r>
        <w:t>تھا تو کوئی حقیقت نہیں ہے ان چیزوں کی۔ ایک لمحہ بھی آپ کو اس کو یاد رکھیں تو یہ بے حد ایک حق نہیں آپ کو یاد رکھیں کیونکہ ان کا جو دوسرا کارنامہ ہے، اس کو یاد کیجیے۔</w:t>
      </w:r>
    </w:p>
    <w:p>
      <w:r>
        <w:rPr>
          <w:b/>
        </w:rPr>
        <w:t xml:space="preserve">[22:08] </w:t>
      </w:r>
      <w:r>
        <w:t>is is is is is is is nigri thought ki wajah se, is nafrat ki wajah se, Al Maghrib ko dushman samajhne ki wajah se unhon ne science ke ko samjha hi nahi.</w:t>
      </w:r>
    </w:p>
    <w:p>
      <w:pPr>
        <w:jc w:val="right"/>
      </w:pPr>
      <w:r>
        <w:t>اس اس اس اس اس اس اس نگری تھاٹ کی وجہ سے، اس نفرت کی وجہ سے، ال مغرب کو دشمن سمجھنے کی وجہ سے انہوں نے سائنس کے کو سمجھا ہی نہیں۔</w:t>
      </w:r>
    </w:p>
    <w:p>
      <w:r>
        <w:rPr>
          <w:b/>
        </w:rPr>
        <w:t xml:space="preserve">[22:21] </w:t>
      </w:r>
      <w:r>
        <w:t>koi ek bhi musalman nahi jis ne science ko is hesiyat se padha ho. job lene ke liye padhte hain log. jo musalman science ko padhta hai, woh job lene ke liye, dollar kamane ke liye, apni industry lagane ke liye.</w:t>
      </w:r>
    </w:p>
    <w:p>
      <w:pPr>
        <w:jc w:val="right"/>
      </w:pPr>
      <w:r>
        <w:t>کوئی ایک بھی مسلمان نہیں جس نے سائنس کو اس حیثیت سے پڑھا ہو۔ جاب لینے کے لیے پڑھتے ہیں لوگ۔ جو مسلمان سائنس کو پڑھتا ہے، وہ جاب لینے کے لیے، ڈالر کمانے کے لیے، اپنی انڈسٹری لگانے کے لیے۔</w:t>
      </w:r>
    </w:p>
    <w:p>
      <w:r>
        <w:rPr>
          <w:b/>
        </w:rPr>
        <w:t xml:space="preserve">[22:35] </w:t>
      </w:r>
      <w:r>
        <w:t>koi musalman nahi padhta science ko is liye ke is mein Allah ki marifat ke raaz daryaft kare. koi ek bhi musalman aisa nahi, mere ilm mein nahi. is moamle par kuch kuch gyan kaam kiya toh Christian ne kiya.</w:t>
      </w:r>
    </w:p>
    <w:p>
      <w:pPr>
        <w:jc w:val="right"/>
      </w:pPr>
      <w:r>
        <w:t>کوئی مسلمان نہیں پڑھتا سائنس کو اس لیے کہ اس میں اللہ کی معرفت کے راز دریافت کرے۔ کوئی ایک بھی مسلمان ایسا نہیں، میرے علم میں نہیں۔ اس معاملے پر کچھ کچھ گیان کام کیا تو کرسچن نے کیا۔</w:t>
      </w:r>
    </w:p>
    <w:p>
      <w:r>
        <w:rPr>
          <w:b/>
        </w:rPr>
        <w:t xml:space="preserve">[22:48] </w:t>
      </w:r>
      <w:r>
        <w:t>Christian ne</w:t>
      </w:r>
    </w:p>
    <w:p>
      <w:pPr>
        <w:jc w:val="right"/>
      </w:pPr>
      <w:r>
        <w:t>کرسچن نے</w:t>
      </w:r>
    </w:p>
    <w:p>
      <w:r>
        <w:rPr>
          <w:b/>
        </w:rPr>
        <w:t xml:space="preserve">[22:51] </w:t>
      </w:r>
      <w:r>
        <w:t>kuch kitabein zaroor likhi gayi hain, woh sab Christian ne likhi hain. dekhiye, ek bahut hi zabardast kitaab hai jis mein 50 Christian science danon ke mazameen hain.</w:t>
      </w:r>
    </w:p>
    <w:p>
      <w:pPr>
        <w:jc w:val="right"/>
      </w:pPr>
      <w:r>
        <w:t>کچھ کتابیں ضرور لکھی گئی ہیں، وہ سب کرسچن نے لکھی ہیں۔ دیکھیے، ایک بہت ہی زبردست کتاب ہے جس میں 50 کرسچن سائنس دانوں کے مضامین ہیں۔</w:t>
      </w:r>
    </w:p>
    <w:p>
      <w:r>
        <w:rPr>
          <w:b/>
        </w:rPr>
        <w:t xml:space="preserve">[23:04] </w:t>
      </w:r>
      <w:r>
        <w:t>is is ka naam hai "Evidence of God in an Expanding Universe".</w:t>
      </w:r>
    </w:p>
    <w:p>
      <w:pPr>
        <w:jc w:val="right"/>
      </w:pPr>
      <w:r>
        <w:t>اس اس کا نام ہے "ایویڈنس آف گاڈ ان اینڈ ایکسپینڈنگ یونیورس"۔</w:t>
      </w:r>
    </w:p>
    <w:p>
      <w:r>
        <w:rPr>
          <w:b/>
        </w:rPr>
        <w:t xml:space="preserve">[23:10] </w:t>
      </w:r>
      <w:r>
        <w:t>yeh kitaab pehle chhapi thi French mein, phir woh chhapi English mein. is ka English title yeh hai "Evidence of God in an Expanding Universe".</w:t>
      </w:r>
    </w:p>
    <w:p>
      <w:pPr>
        <w:jc w:val="right"/>
      </w:pPr>
      <w:r>
        <w:t>یہ کتاب پہلے چھپی تھی فرنچ میں، پھر وہ چھپی انگلش میں۔ اس کا انگلش ٹائٹل یہ ہے "ایویڈنس آف گاڈ ان اینڈ ایکسپینڈنگ یونیورس"۔</w:t>
      </w:r>
    </w:p>
    <w:p>
      <w:r>
        <w:rPr>
          <w:b/>
        </w:rPr>
        <w:t xml:space="preserve">[23:20] </w:t>
      </w:r>
      <w:r>
        <w:t>phir ek Christian ne kitaab likhi, Dr. Chris Morrison ne ek kitaab, is ka title hai "Man Does Not Stand Alone".</w:t>
      </w:r>
    </w:p>
    <w:p>
      <w:pPr>
        <w:jc w:val="right"/>
      </w:pPr>
      <w:r>
        <w:t>پھر ایک کرسچن نے کتاب لکھی، ڈاکٹر کرس موریسن نے ایک کتاب، اس کا ٹائٹل ہے "مین ڈز ناٹ اسٹینڈ الون"۔</w:t>
      </w:r>
    </w:p>
    <w:p>
      <w:r>
        <w:rPr>
          <w:b/>
        </w:rPr>
        <w:t xml:space="preserve">[23:35] </w:t>
      </w:r>
      <w:r>
        <w:t>toh is kitaab mein agarchay title mein Khuda ka lafz nahi hai, lekin sari kitaab Khudai ke upar hai. "Man Does Not Stand Alone".</w:t>
      </w:r>
    </w:p>
    <w:p>
      <w:pPr>
        <w:jc w:val="right"/>
      </w:pPr>
      <w:r>
        <w:t>تو اس کتاب میں اگرچہ ٹائٹل میں خدا کا لفظ نہیں ہے، لیکن ساری کتاب خدائی کے اوپر ہے۔ "مین ڈز ناٹ اسٹینڈ الون"۔</w:t>
      </w:r>
    </w:p>
    <w:p>
      <w:r>
        <w:rPr>
          <w:b/>
        </w:rPr>
        <w:t xml:space="preserve">[23:44] </w:t>
      </w:r>
      <w:r>
        <w:t>is kitaab ka Arabi tarjuma hua hai. Arabi tarjume mein unhon ne Allah ka lafz shamil kar diya hai. Arabi tarjume ka title hai "Allah Yatajalla fi Asr al Ilm".</w:t>
      </w:r>
    </w:p>
    <w:p>
      <w:pPr>
        <w:jc w:val="right"/>
      </w:pPr>
      <w:r>
        <w:t>اس کتاب کا عربی ترجمہ ہوا ہے۔ عربی ترجمے میں انہوں نے اللہ کا لفظ شامل کر دیا ہے۔ عربی ترجمے کا ٹائٹل ہے "اللہ یتجلی فی عصر العلم"۔</w:t>
      </w:r>
    </w:p>
    <w:p>
      <w:r>
        <w:rPr>
          <w:b/>
        </w:rPr>
        <w:t xml:space="preserve">[23:56] </w:t>
      </w:r>
      <w:r>
        <w:t>yeh kisi musalman ki kitaab nahi hai, yeh Christian ki kitaab ka tarjuma hai.</w:t>
      </w:r>
    </w:p>
    <w:p>
      <w:pPr>
        <w:jc w:val="right"/>
      </w:pPr>
      <w:r>
        <w:t>یہ کسی مسلمان کی کتاب نہیں ہے، یہ کرسچن کی کتاب کا ترجمہ ہے۔</w:t>
      </w:r>
    </w:p>
    <w:p>
      <w:r>
        <w:rPr>
          <w:b/>
        </w:rPr>
        <w:t xml:space="preserve">[24:01] </w:t>
      </w:r>
      <w:r>
        <w:t>"Allah Yatajalla fi Asr al Ilm". is tarah se Christian logon ne ek aur kitaab chhapi hai jis ka naam hai "Nature and Science Speak About God".</w:t>
      </w:r>
    </w:p>
    <w:p>
      <w:pPr>
        <w:jc w:val="right"/>
      </w:pPr>
      <w:r>
        <w:t>"اللہ یتجلی فی عصر العلم"۔ اس طرح سے کرسچن لوگوں نے ایک اور کتاب چھاپی ہے جس کا نام ہے "نیچر اینڈ سائنس اسپیک اباؤٹ گاڈ"۔</w:t>
      </w:r>
    </w:p>
    <w:p>
      <w:r>
        <w:rPr>
          <w:b/>
        </w:rPr>
        <w:t xml:space="preserve">[24:13] </w:t>
      </w:r>
      <w:r>
        <w:t>"nature and science speak about god" aur ek bohat hi mashhoor kitaab jo woh bhi ek christian likhi hai, jo jisme hai ke "bible, quran and science".</w:t>
      </w:r>
    </w:p>
    <w:p>
      <w:pPr>
        <w:jc w:val="right"/>
      </w:pPr>
      <w:r>
        <w:t>"نیچر اینڈ سائنس اسپیک اباؤٹ گاڈ"۔ اور ایک بہت ہی مشہور کتاب جو وہ بھی ایک کرسچن لکھی ہے، جو جس میں ہے کہ "بائبل، قرآن اینڈ سائنس"۔</w:t>
      </w:r>
    </w:p>
    <w:p>
      <w:r>
        <w:rPr>
          <w:b/>
        </w:rPr>
        <w:t xml:space="preserve">[24:28] </w:t>
      </w:r>
      <w:r>
        <w:t>woh bhi isi mozu par hai. lekin is kitaabon ko yeh likhne wale sab christian hain. musalmanon ne koi is kitaab nahi likhi kyunke woh toh dushman thay.</w:t>
      </w:r>
    </w:p>
    <w:p>
      <w:pPr>
        <w:jc w:val="right"/>
      </w:pPr>
      <w:r>
        <w:t>وہ بھی اسی موضوع پر ہے۔ لیکن اس کتابیں کو یہ لکھنے والے سب کرسچن ہیں۔ مسلمانوں نے کوئی اس کتاب نہیں لکھی کیونکہ وہ تو دشمن تھے۔</w:t>
      </w:r>
    </w:p>
    <w:p>
      <w:r>
        <w:rPr>
          <w:b/>
        </w:rPr>
        <w:t xml:space="preserve">[24:38] </w:t>
      </w:r>
      <w:r>
        <w:t>yaani yeh uloom jahan se mil sakte thay, al maghrib ke haan se, woh toh dushman ban gaye, unse nafrat karne lage, unko society bombing karne lage.</w:t>
      </w:r>
    </w:p>
    <w:p>
      <w:pPr>
        <w:jc w:val="right"/>
      </w:pPr>
      <w:r>
        <w:t>یعنی یہ علوم جہاں سے مل سکتے تھے، ال مغرب کے ہاں سے، وہ تو دشمن بن گئے، ان سے نفرت کرنے لگے، ان کو سوسائٹی بمبنگ کرنے لگے۔</w:t>
      </w:r>
    </w:p>
    <w:p>
      <w:r>
        <w:rPr>
          <w:b/>
        </w:rPr>
        <w:t xml:space="preserve">[24:48] </w:t>
      </w:r>
      <w:r>
        <w:t>ab mein aap ko chand misalein deta hoon ke kis tarah se in logon ne, yaani maghribi science ne, woh framework diya, woh intellectual base di jis ki roshni mein aap Allah rab ul alameen ko samajh sakein,</w:t>
      </w:r>
    </w:p>
    <w:p>
      <w:pPr>
        <w:jc w:val="right"/>
      </w:pPr>
      <w:r>
        <w:t>اب میں آپ کو چند مثالیں دیتا ہوں کہ کس طرح سے ان لوگوں نے، یعنی مغربی سائنس نے، وہ فریم ورک دیا، وہ انٹلیکچول بیس دی جس کی روشنی میں آپ اللہ رب العالمین کو سمجھ سکیں،</w:t>
      </w:r>
    </w:p>
    <w:p>
      <w:r>
        <w:rPr>
          <w:b/>
        </w:rPr>
        <w:t xml:space="preserve">[25:02] </w:t>
      </w:r>
      <w:r>
        <w:t>marifat hasil kar sakein. yaani Allah rab ul alameen ko is se pehle se ba taur aqeedah baandh dete hain, lekin jadeed science ne is ko ek ek maslak mohabbat bana diya, maslak mohabbat ka.</w:t>
      </w:r>
    </w:p>
    <w:p>
      <w:pPr>
        <w:jc w:val="right"/>
      </w:pPr>
      <w:r>
        <w:t>معرفت حاصل کر سکیں۔ یعنی اللہ رب العالمین کو اس سے پہلے سے بطور عقیدہ باندھ دیتے ہیں، لیکن جدید سائنس نے اس کو ایک ایک مسلک محبت بنا دیا، مسلک محبت کا۔</w:t>
      </w:r>
    </w:p>
    <w:p>
      <w:r>
        <w:rPr>
          <w:b/>
        </w:rPr>
        <w:t xml:space="preserve">[25:22] </w:t>
      </w:r>
      <w:r>
        <w:t>is tarah ke bohat sare references hain is mein jo meri kitaab jo hai "al islam wa ittehad" ya "god arises", is mein aap dekh sakte hain.</w:t>
      </w:r>
    </w:p>
    <w:p>
      <w:pPr>
        <w:jc w:val="right"/>
      </w:pPr>
      <w:r>
        <w:t>اس طرح کے بہت سارے ریفرنسز ہیں اس میں جو میری کتاب جو ہے "الاسلام و اتحاد" یا "گاڈ ارائزز"، اس میں آپ دیکھ سکتے ہیں۔</w:t>
      </w:r>
    </w:p>
    <w:p>
      <w:r>
        <w:rPr>
          <w:b/>
        </w:rPr>
        <w:t xml:space="preserve">[25:30] </w:t>
      </w:r>
      <w:r>
        <w:t>is mein maine is mozu par bohat se shawahid ikattha kiye hain. english mein is ka naam hai "god arises", arabi mein is ka naam hai "al islam wa ittehad", urdu mein is ka naam hai "mazhab aur mazhab aur jadeed challenge".</w:t>
      </w:r>
    </w:p>
    <w:p>
      <w:pPr>
        <w:jc w:val="right"/>
      </w:pPr>
      <w:r>
        <w:t>اس میں میں نے اس موضوع پر بہت سے شواہد اکٹھا کیے ہیں۔ انگلش میں اس کا نام ہے "گاڈ ارائزز"، عربی میں اس کا نام ہے "الاسلام و اتحاد"، اردو میں اس کا نام ہے "مذہب اور مذہب اور جدید چیلنج"۔</w:t>
      </w:r>
    </w:p>
    <w:p>
      <w:r>
        <w:rPr>
          <w:b/>
        </w:rPr>
        <w:t xml:space="preserve">[25:45] </w:t>
      </w:r>
      <w:r>
        <w:t>aap is mein tafseel de sakte hain. yahan mein sirf samajhne ke liye chand ek misalein deta hoon.</w:t>
      </w:r>
    </w:p>
    <w:p>
      <w:pPr>
        <w:jc w:val="right"/>
      </w:pPr>
      <w:r>
        <w:t>آپ اس میں تفصیل دے سکتے ہیں۔ یہاں میں صرف سمجھنے کے لیے چند ایک مثال دیتا ہوں۔</w:t>
      </w:r>
    </w:p>
    <w:p>
      <w:r>
        <w:rPr>
          <w:b/>
        </w:rPr>
        <w:t xml:space="preserve">[25:53] </w:t>
      </w:r>
      <w:r>
        <w:t>dekhiye, sab se bada waqea jo hai, jo Allah rab ul alameen ki gawah hai, yeh kainat hai. yeh kaise kainat wajood mein aa gayi?</w:t>
      </w:r>
    </w:p>
    <w:p>
      <w:pPr>
        <w:jc w:val="right"/>
      </w:pPr>
      <w:r>
        <w:t>دیکھیے، سب سے بڑا واقعہ جو ہے، جو اللہ رب العالمین کی گواہ ہے، یہ کائنات ہے۔ یہ کیسے کائنات وجود میں آ گئی؟</w:t>
      </w:r>
    </w:p>
    <w:p>
      <w:r>
        <w:rPr>
          <w:b/>
        </w:rPr>
        <w:t xml:space="preserve">[26:03] </w:t>
      </w:r>
      <w:r>
        <w:t>itni badi universe, beshumar galaxies, itne bade system, itne zyada planet aur stars kaise wajood mein aa gayi?</w:t>
      </w:r>
    </w:p>
    <w:p>
      <w:pPr>
        <w:jc w:val="right"/>
      </w:pPr>
      <w:r>
        <w:t>اتنی بڑی یونیورس، بے شمار گلیکسیز، اتنے بڑے سسٹم، اتنے زیادہ پلینٹ اور سٹارز کیسے وجود میں آ گئی؟</w:t>
      </w:r>
    </w:p>
    <w:p>
      <w:r>
        <w:rPr>
          <w:b/>
        </w:rPr>
        <w:t xml:space="preserve">[26:16] </w:t>
      </w:r>
      <w:r>
        <w:t>yaani kaise woh, yaani kaise woh wajood mein aa gayi?</w:t>
      </w:r>
    </w:p>
    <w:p>
      <w:pPr>
        <w:jc w:val="right"/>
      </w:pPr>
      <w:r>
        <w:t>یعنی کیسے وہ، یعنی کیسے وہ وجود میں آ گئی؟</w:t>
      </w:r>
    </w:p>
    <w:p>
      <w:r>
        <w:rPr>
          <w:b/>
        </w:rPr>
        <w:t xml:space="preserve">[26:27] </w:t>
      </w:r>
      <w:r>
        <w:t>kitna bada sawal yeh hai.</w:t>
      </w:r>
    </w:p>
    <w:p>
      <w:pPr>
        <w:jc w:val="right"/>
      </w:pPr>
      <w:r>
        <w:t>کتنا بڑا سوال یہ ہے۔</w:t>
      </w:r>
    </w:p>
    <w:p>
      <w:r>
        <w:rPr>
          <w:b/>
        </w:rPr>
        <w:t xml:space="preserve">[26:32] </w:t>
      </w:r>
      <w:r>
        <w:t>toh is ka sawal, is sawal ka jawab indirect way mein science ne daryaft kiya kyunke maine arz kiya ke science ka mozu khuda nahi hai, science ka mozu khaliq nahi hai, balke takhleeq hai.</w:t>
      </w:r>
    </w:p>
    <w:p>
      <w:pPr>
        <w:jc w:val="right"/>
      </w:pPr>
      <w:r>
        <w:t>تو اس کا سوال، اس سوال کا جواب ان ڈائریکٹ وے میں سائنس نے دریافت کیا کیونکہ میں نے عرض کیا کہ سائنس کا موضوع خدا نہیں ہے، سائنس کا موضوع خالق نہیں ہے، بلکہ تخلیق ہے۔</w:t>
      </w:r>
    </w:p>
    <w:p>
      <w:r>
        <w:rPr>
          <w:b/>
        </w:rPr>
        <w:t xml:space="preserve">[26:47] </w:t>
      </w:r>
      <w:r>
        <w:t>toh beesveen sadi mein lambi jab unhone durbin daryaft ki, jab durbin daryaft ki toh space ka ya universe ka mutalia zyada bade pemane par shuru hua aur bohat se uloom daryaft hue.</w:t>
      </w:r>
    </w:p>
    <w:p>
      <w:pPr>
        <w:jc w:val="right"/>
      </w:pPr>
      <w:r>
        <w:t>تو بیسویں صدی میں لمبی جب انہوں نے دوربین دریافت کی، جب دوربین دریافت کی تو اسپیس کا یا یونیورس کا مطالعہ زیادہ بڑے پیمانے پر شروع ہوا اور بہت سے علوم دریافت ہوئے۔</w:t>
      </w:r>
    </w:p>
    <w:p>
      <w:r>
        <w:rPr>
          <w:b/>
        </w:rPr>
        <w:t xml:space="preserve">[27:11] </w:t>
      </w:r>
      <w:r>
        <w:t>is ke baad unhone daryaft kiya jo kehte hain "big bang theory".</w:t>
      </w:r>
    </w:p>
    <w:p>
      <w:pPr>
        <w:jc w:val="right"/>
      </w:pPr>
      <w:r>
        <w:t>اس کے بعد انہوں نے دریافت کیا جو کہتے ہیں "بگ بینگ تھیوری"۔</w:t>
      </w:r>
    </w:p>
    <w:p>
      <w:r>
        <w:rPr>
          <w:b/>
        </w:rPr>
        <w:t xml:space="preserve">[27:18] </w:t>
      </w:r>
      <w:r>
        <w:t>ab se taqreeban 13, yaani yeh yeh daryaft hua ke ab se taqreeban 13 billion saal pehle kainat ek ball, ek bohat bade ball ki shakal mein thi, yaani khala mein ek ball zahir hua,</w:t>
      </w:r>
    </w:p>
    <w:p>
      <w:pPr>
        <w:jc w:val="right"/>
      </w:pPr>
      <w:r>
        <w:t>اب سے تقریباً 13، یعنی یہ یہ دریافت ہوا کہ اب سے تقریباً 13 بلین سال پہلے کائنات ایک بال، ایک بہت بڑے بال کی شکل میں تھی، یعنی خلا میں ایک بال ظاہر ہوا،</w:t>
      </w:r>
    </w:p>
    <w:p>
      <w:r>
        <w:rPr>
          <w:b/>
        </w:rPr>
        <w:t xml:space="preserve">[27:34] </w:t>
      </w:r>
      <w:r>
        <w:t>bohat hi wasee khala jis ka koi tha nahi. is mein ek bohat hi bada super ball zahir hua aur moaj e universe ke sare particles maujood thay.</w:t>
      </w:r>
    </w:p>
    <w:p>
      <w:pPr>
        <w:jc w:val="right"/>
      </w:pPr>
      <w:r>
        <w:t>بہت ہی وسیع خلا جس کا کوئی تھا نہیں۔ اس میں ایک بہت ہی بڑا سپر بال ظاہر ہوا اور موجہ یونیورس کے سارے پارٹیکلز موجود تھے۔</w:t>
      </w:r>
    </w:p>
    <w:p>
      <w:r>
        <w:rPr>
          <w:b/>
        </w:rPr>
        <w:t xml:space="preserve">[27:45] </w:t>
      </w:r>
      <w:r>
        <w:t>moaj e universe jo inganat particle ka majmooa hai, is ke sare compact halat mein thay. phir is mein explosion hua.</w:t>
      </w:r>
    </w:p>
    <w:p>
      <w:pPr>
        <w:jc w:val="right"/>
      </w:pPr>
      <w:r>
        <w:t>موجہ یونیورس جو ان گنت پارٹیکل کا مجموعہ ہے، اس کے سارے کمپیکٹ حالت میں تھے۔ پھر اس میں ایکسپلوژن ہوا۔</w:t>
      </w:r>
    </w:p>
    <w:p>
      <w:r>
        <w:rPr>
          <w:b/>
        </w:rPr>
        <w:t xml:space="preserve">[27:55] </w:t>
      </w:r>
      <w:r>
        <w:t>explosion hone ke baad yeh particle mukhtalif shakalon mein jama hue yahan tak ke galaxy bani, solar system bana, star bane, planet bane, hamari zameen bani waghera waghera.</w:t>
      </w:r>
    </w:p>
    <w:p>
      <w:pPr>
        <w:jc w:val="right"/>
      </w:pPr>
      <w:r>
        <w:t>ایکسپلوژن ہونے کے بعد یہ پارٹیکل مختلف شکلوں میں جمع ہوئے یہاں تک کہ گلیکسی بنی، سولر سسٹم بنا، اسٹار بنے، پلینٹ بنے، ہماری زمین بنی وغیرہ وغیرہ۔</w:t>
      </w:r>
    </w:p>
    <w:p>
      <w:r>
        <w:rPr>
          <w:b/>
        </w:rPr>
        <w:t xml:space="preserve">[28:11] </w:t>
      </w:r>
      <w:r>
        <w:t>toh is par mera ek mazmoon hai, misalein parh chhap ka, aap is ko parhiye aap. toh yeh ek bohat hi bada sawal hai ke jab woh, woh ek ek quran mein,</w:t>
      </w:r>
    </w:p>
    <w:p>
      <w:pPr>
        <w:jc w:val="right"/>
      </w:pPr>
      <w:r>
        <w:t>تو اس پر میرا ایک مضمون ہے، مثالیں پڑھ چھپ کا، آپ اس کو پڑھیے آپ۔ تو یہ ایک بہت ہی بڑا سوال ہے کہ جب وہ، وہ ایک ایک قرآن میں،</w:t>
      </w:r>
    </w:p>
    <w:p>
      <w:r>
        <w:rPr>
          <w:b/>
        </w:rPr>
        <w:t xml:space="preserve">[28:26] </w:t>
      </w:r>
      <w:r>
        <w:t>woh bada sawal hai ke yeh, yeh, yeh jo cosmic ball tha, woh is pe explosion kaise hua? phir explosion ke baad dobara kaise cheezein, particle dobara mukhtalif shakalon mein jama kaise hui?</w:t>
      </w:r>
    </w:p>
    <w:p>
      <w:pPr>
        <w:jc w:val="right"/>
      </w:pPr>
      <w:r>
        <w:t>وہ بڑا سوال ہے کہ یہ، یہ، یہ جو کاسمک بال تھا، وہ اس پہ ایکسپلوژن کیسے ہوا؟ پھر ایکسپلوژن کے بعد دوبارہ کیسے چیزیں، پارٹیکل دوبارہ مختلف شکلوں میں جمع کیسے ہوئی؟</w:t>
      </w:r>
    </w:p>
    <w:p>
      <w:r>
        <w:rPr>
          <w:b/>
        </w:rPr>
        <w:t xml:space="preserve">[28:40] </w:t>
      </w:r>
      <w:r>
        <w:t>yeh do waqeat bohat ajeeb hain. yaani khud ek toh cosmic ball ka wajood mein aana, phir is mein explosion, explosion ke baad phir dobara in ka ikattha hona sitaron, sayaron ki shakal mein, yeh kaise hua?</w:t>
      </w:r>
    </w:p>
    <w:p>
      <w:pPr>
        <w:jc w:val="right"/>
      </w:pPr>
      <w:r>
        <w:t>یہ دو واقعات بہت عجیب ہیں۔ یعنی خود ایک تو کاسمک بال کا وجود میں آنا، پھر اس میں ایکسپلوژن، ایکسپلوژن کے بعد پھر دوبارہ ان کا اکٹھا ہونا ستاروں، سیاروں کی شکل میں، یہ کیسے ہوا؟</w:t>
      </w:r>
    </w:p>
    <w:p>
      <w:r>
        <w:rPr>
          <w:b/>
        </w:rPr>
        <w:t xml:space="preserve">[28:56] </w:t>
      </w:r>
      <w:r>
        <w:t>yeh wazeh taur par is baat ka saboot hai ke is mein kisi ne intervene kiya, ek wahan ek intervener tha, yaani khula hua saboot is baat ka hai.</w:t>
      </w:r>
    </w:p>
    <w:p>
      <w:pPr>
        <w:jc w:val="right"/>
      </w:pPr>
      <w:r>
        <w:t>یہ واضح طور پر اس بات کا ثبوت ہے کہ اس میں کسی نے انٹروین کیا، ایک وہاں ایک انٹروینر تھا، یعنی کھلا ہوا ثبوت اس بات کا ہے۔</w:t>
      </w:r>
    </w:p>
    <w:p>
      <w:r>
        <w:rPr>
          <w:b/>
        </w:rPr>
        <w:t xml:space="preserve">[29:07] </w:t>
      </w:r>
      <w:r>
        <w:t>toh science ka mozu khuda nahi hai, lekin is ne yeh sabit kiya ke ke wahan pe ek intervention ka waqea hua,</w:t>
      </w:r>
    </w:p>
    <w:p>
      <w:pPr>
        <w:jc w:val="right"/>
      </w:pPr>
      <w:r>
        <w:t>تو سائنس کا موضوع خدا نہیں ہے، لیکن اس نے یہ ثابت کیا کہ کہ وہاں پہ ایک انٹروینشن کا واقعہ ہوا،</w:t>
      </w:r>
    </w:p>
    <w:p>
      <w:r>
        <w:rPr>
          <w:b/>
        </w:rPr>
        <w:t xml:space="preserve">[29:16] </w:t>
      </w:r>
      <w:r>
        <w:t>space mein ek intervention ka waqea hua. toh phir yeh kainat bani. yeh baat quran mein maujood thi ke "inna samawati" ka radd khalf fatna.</w:t>
      </w:r>
    </w:p>
    <w:p>
      <w:pPr>
        <w:jc w:val="right"/>
      </w:pPr>
      <w:r>
        <w:t>اسپیس میں ایک انٹروینشن کا واقعہ ہوا۔ تو پھر یہ کائنات بنی۔ یہ بات قرآن میں موجود تھی کہ "ان السماوات" کا رد خلف فتحنا۔</w:t>
      </w:r>
    </w:p>
    <w:p>
      <w:r>
        <w:rPr>
          <w:b/>
        </w:rPr>
        <w:t xml:space="preserve">[29:29] </w:t>
      </w:r>
      <w:r>
        <w:t>yani yeh, yeh, yeh jo, yeh jo, jo mein keh raha hoon, yeh jo, yeh jo intellectual base hai, yeh maujood thi Quran majeed mein.</w:t>
      </w:r>
    </w:p>
    <w:p>
      <w:pPr>
        <w:jc w:val="right"/>
      </w:pPr>
      <w:r>
        <w:t>یعنی یہ، یہ، یہ جو، یہ جو، جو میں کہہ رہا ہوں، یہ جو، یہ جو انٹلیکچول بیس ہے، یہ موجود تھی قرآن مجید میں۔</w:t>
      </w:r>
    </w:p>
    <w:p>
      <w:r>
        <w:rPr>
          <w:b/>
        </w:rPr>
        <w:t xml:space="preserve">[29:41] </w:t>
      </w:r>
      <w:r>
        <w:t>yeh framework maujood tha Quran majeed mein is ayat ke andar.</w:t>
      </w:r>
    </w:p>
    <w:p>
      <w:pPr>
        <w:jc w:val="right"/>
      </w:pPr>
      <w:r>
        <w:t>یہ فریم ورک موجود تھا قرآن مجید میں اس آیت کے اندر۔</w:t>
      </w:r>
    </w:p>
    <w:p>
      <w:r>
        <w:rPr>
          <w:b/>
        </w:rPr>
        <w:t xml:space="preserve">[29:47] </w:t>
      </w:r>
      <w:r>
        <w:t>in al samawat, in al samawat,</w:t>
      </w:r>
    </w:p>
    <w:p>
      <w:pPr>
        <w:jc w:val="right"/>
      </w:pPr>
      <w:r>
        <w:t>ان السماوات، ان السماوات،</w:t>
      </w:r>
    </w:p>
    <w:p>
      <w:r>
        <w:rPr>
          <w:b/>
        </w:rPr>
        <w:t xml:space="preserve">[29:54] </w:t>
      </w:r>
      <w:r>
        <w:t>lekin is ayat ko samajhne ke liye maloomat nahi thi. Is liye ek tafseer mein aap parhein, is ayat se kuch bhi nahi milega. Aap mufassireen kaise samajh sakte the jab unko maloom hi nahi tha ke aisa waqea kabhi hua hai?</w:t>
      </w:r>
    </w:p>
    <w:p>
      <w:pPr>
        <w:jc w:val="right"/>
      </w:pPr>
      <w:r>
        <w:t>لیکن اس آیت کو سمجھنے کے لیے معلومات نہیں تھی۔ اس لیے ایک تفسیر میں آپ پڑھیں، اس آیت سے کچھ بھی نہیں ملے گا۔ آپ مفسرین کیسے سمجھ سکتے تھے جب ان کو معلوم ہی نہیں تھا کہ ایسا واقعہ کبھی ہوا ہے؟</w:t>
      </w:r>
    </w:p>
    <w:p>
      <w:r>
        <w:rPr>
          <w:b/>
        </w:rPr>
        <w:t xml:space="preserve">[30:09] </w:t>
      </w:r>
      <w:r>
        <w:t>Yeh to twenty century mein jab science ne daryaft kiya, tab maloom hua ke is kainat mein radd aur fateh ka mamla hua.</w:t>
      </w:r>
    </w:p>
    <w:p>
      <w:pPr>
        <w:jc w:val="right"/>
      </w:pPr>
      <w:r>
        <w:t>یہ تو ٹونٹی سینچری میں جب سائنس نے دریافت کیا، تب معلوم ہوا کہ اس کائنات میں رد اور فتح کا معاملہ ہوا۔</w:t>
      </w:r>
    </w:p>
    <w:p>
      <w:r>
        <w:rPr>
          <w:b/>
        </w:rPr>
        <w:t xml:space="preserve">[30:18] </w:t>
      </w:r>
      <w:r>
        <w:t>To kya ke Allah Rabbul Alameen ka jo, ka jo, jo takhleeqi mamla hai, is ko samajhne ke liye jo, jo framework darkar tha, woh framework ka zikr Quran mein maujood tha, lekin is ki tafseel maujood nahi thi.</w:t>
      </w:r>
    </w:p>
    <w:p>
      <w:pPr>
        <w:jc w:val="right"/>
      </w:pPr>
      <w:r>
        <w:t>تو کیا کہ اللہ رب العالمین کا جو، کا جو، جو تخلیقی معاملہ ہے، اس کو سمجھنے کے لیے جو، جو فریم ورک درکار تھا، وہ فریم ورک کا ذکر قرآن میں موجود تھا، لیکن اس کی تفصیل موجود نہیں تھی۔</w:t>
      </w:r>
    </w:p>
    <w:p>
      <w:r>
        <w:rPr>
          <w:b/>
        </w:rPr>
        <w:t xml:space="preserve">[30:35] </w:t>
      </w:r>
      <w:r>
        <w:t>Is ki tafseel science ne daryaft ki, tab ja kar yeh ayat qabil-e-fehm bani ke kitna bara waqea yeh hai, kitna bara waqea yeh hai.</w:t>
      </w:r>
    </w:p>
    <w:p>
      <w:pPr>
        <w:jc w:val="right"/>
      </w:pPr>
      <w:r>
        <w:t>اس کی تفصیل سائنس نے دریافت کی، تب جا کر یہ آیت قابل فہم بنی کہ کتنا بڑا واقعہ یہ ہے، کتنا بڑا واقعہ یہ ہے۔</w:t>
      </w:r>
    </w:p>
    <w:p>
      <w:r>
        <w:rPr>
          <w:b/>
        </w:rPr>
        <w:t xml:space="preserve">[30:46] </w:t>
      </w:r>
      <w:r>
        <w:t>lekin</w:t>
      </w:r>
    </w:p>
    <w:p>
      <w:pPr>
        <w:jc w:val="right"/>
      </w:pPr>
      <w:r>
        <w:t>لیکن</w:t>
      </w:r>
    </w:p>
    <w:p>
      <w:r>
        <w:rPr>
          <w:b/>
        </w:rPr>
        <w:t xml:space="preserve">[30:47] </w:t>
      </w:r>
      <w:r>
        <w:t>chunki log dushman ban gaye maghrib ke, to aap jab, jab aap nafrat mein mubtala ho jayein kisi ke bare mein to aap ko is ki khoobiyan samajh mein nazar nahi ayengi.</w:t>
      </w:r>
    </w:p>
    <w:p>
      <w:pPr>
        <w:jc w:val="right"/>
      </w:pPr>
      <w:r>
        <w:t>چونکہ لوگ دشمن بن گئے مغرب کے، تو آپ جب، جب آپ نفرت میں مبتلا ہو جائیں کسی کے بارے میں تو آپ کو اس کی خوبیاں سمجھ میں نظر نہیں آئیں گی۔</w:t>
      </w:r>
    </w:p>
    <w:p>
      <w:r>
        <w:rPr>
          <w:b/>
        </w:rPr>
        <w:t xml:space="preserve">[31:02] </w:t>
      </w:r>
      <w:r>
        <w:t>To sare Muslim dunya nafrat ko doob gaye, al maghrib ki to kuch samajh mein nahi aya koi ke in ka koi positive role bhi ho sakta hai.</w:t>
      </w:r>
    </w:p>
    <w:p>
      <w:pPr>
        <w:jc w:val="right"/>
      </w:pPr>
      <w:r>
        <w:t>تو سارے مسلم دنیا نفرت کو ڈوب گئے، ال مغرب کی تو کچھ سمجھ میں نہیں آیا کوئی کہ ان کا کوئی پازیٹیو رول بھی ہو سکتا ہے۔</w:t>
      </w:r>
    </w:p>
    <w:p>
      <w:r>
        <w:rPr>
          <w:b/>
        </w:rPr>
        <w:t xml:space="preserve">[31:11] </w:t>
      </w:r>
      <w:r>
        <w:t>Woh daryaft nahi kar sake ke al maghrib ka koi positive role hai.</w:t>
      </w:r>
    </w:p>
    <w:p>
      <w:pPr>
        <w:jc w:val="right"/>
      </w:pPr>
      <w:r>
        <w:t>وہ دریافتی نہیں کر سکے کہ ال مغرب کا کوئی پازیٹیو رول ہے۔</w:t>
      </w:r>
    </w:p>
    <w:p>
      <w:r>
        <w:rPr>
          <w:b/>
        </w:rPr>
        <w:t xml:space="preserve">[31:17] </w:t>
      </w:r>
      <w:r>
        <w:t>Bas nafrat, nafrat, nafrat. Society bombing karte hain aur kis chahte hain, kis tarah in ko halak karein.</w:t>
      </w:r>
    </w:p>
    <w:p>
      <w:pPr>
        <w:jc w:val="right"/>
      </w:pPr>
      <w:r>
        <w:t>بس نفرت، نفرت، نفرت۔ سوشائٹی بمبنگ کرتے ہیں اور کس چاہتے ہیں، کس طرح ان کو ہلاک کریں۔</w:t>
      </w:r>
    </w:p>
    <w:p>
      <w:r>
        <w:rPr>
          <w:b/>
        </w:rPr>
        <w:t xml:space="preserve">[31:26] </w:t>
      </w:r>
      <w:r>
        <w:t>Bas yahi, yeh, yahi karname anjam de rahe hain Musalman. Aisi ek misaal dekhiye, ek bohat hi anokhi misaal hai jo maujooda daur mein ek bohat bari science mein ek bohat bara ek nazariya tasleem kar liya gaya hai, jis ko kehte hain quantum theory.</w:t>
      </w:r>
    </w:p>
    <w:p>
      <w:pPr>
        <w:jc w:val="right"/>
      </w:pPr>
      <w:r>
        <w:t>بس یہی، یہ، یہی کارنامہ انجام دے رہے ہیں مسلمان۔ ایسی ایک مثال دیکھیے، ایک بہت ہی انوکھی مثال ہے جو موجودہ دور میں ایک بہت بڑی سائنس میں ایک بہت بڑا ایک نظریہ تسلیم کر لیا گیا ہے، جس کو کہتے ہیں کوانٹم تھیوری۔</w:t>
      </w:r>
    </w:p>
    <w:p>
      <w:r>
        <w:rPr>
          <w:b/>
        </w:rPr>
        <w:t xml:space="preserve">[31:46] </w:t>
      </w:r>
      <w:r>
        <w:t>Bohat se science danon ne kaam kiya hai is mein, Max Planck waghera ne, bohat se science danon ne kaam kiya, yahan tak ke ab woh ek established theory mani jati hai, quantum theory.</w:t>
      </w:r>
    </w:p>
    <w:p>
      <w:pPr>
        <w:jc w:val="right"/>
      </w:pPr>
      <w:r>
        <w:t>بہت سے سائنس دانوں نے کام کیا ہے اس میں، میکس پلانک وغیرہ نے، بہت سے سائنس دانوں نے کام کیا، یہاں تک کہ اب وہ ایک اسٹیبلش تھیوری مانی جاتی ہے، کوانٹم تھیوری۔</w:t>
      </w:r>
    </w:p>
    <w:p>
      <w:r>
        <w:rPr>
          <w:b/>
        </w:rPr>
        <w:t xml:space="preserve">[31:59] </w:t>
      </w:r>
      <w:r>
        <w:t>To quantum theory aakhri theory hai jo kainat ko explain karne ke liye science danon ke darmiyan tasleem shuda hai. Is ka ek bohat hi ajeeb ghareeb pehlu hai, bohat hi ajeeb ghareeb pehlu.</w:t>
      </w:r>
    </w:p>
    <w:p>
      <w:pPr>
        <w:jc w:val="right"/>
      </w:pPr>
      <w:r>
        <w:t>تو کوانٹم تھیوری آخری تھیوری ہے جو کائنات کو ایکسپلین کرنے کے لیے سائنس دانوں کے درمیان تسلیم شدہ ہے۔ اس کا ایک بہت ہی عجیب غریب پہلو ہے، بہت ہی عجیب غریب پہلو۔</w:t>
      </w:r>
    </w:p>
    <w:p>
      <w:r>
        <w:rPr>
          <w:b/>
        </w:rPr>
        <w:t xml:space="preserve">[32:11] </w:t>
      </w:r>
      <w:r>
        <w:t>Woh pehlu yeh hai jo kehte hain principle of internicity. Principle of inter</w:t>
      </w:r>
    </w:p>
    <w:p>
      <w:pPr>
        <w:jc w:val="right"/>
      </w:pPr>
      <w:r>
        <w:t>وہ پہلو یہ ہے جو کہتے ہیں پرنسپل آف انٹرنیسی۔ پرنسپل آف انٹر</w:t>
      </w:r>
    </w:p>
    <w:p>
      <w:r>
        <w:rPr>
          <w:b/>
        </w:rPr>
        <w:t xml:space="preserve">[32:20] </w:t>
      </w:r>
      <w:r>
        <w:t>nicity, is ka matlab yeh hai ke nature jo hai, nature, yeh log jis ko hum lafz kainat bolte hain, yeh sara jo kuch hai, is ko nature kehte hain.</w:t>
      </w:r>
    </w:p>
    <w:p>
      <w:pPr>
        <w:jc w:val="right"/>
      </w:pPr>
      <w:r>
        <w:t>نیسی، اس کا مطلب یہ ہے کہ نیچر جو ہے، نیچر، یہ لوگ جس کو ہم لفظ کائنات بولتے ہیں، یہ سارا جو کچھ ہے، اس کو نیچر کہتے ہیں۔</w:t>
      </w:r>
    </w:p>
    <w:p>
      <w:r>
        <w:rPr>
          <w:b/>
        </w:rPr>
        <w:t xml:space="preserve">[32:30] </w:t>
      </w:r>
      <w:r>
        <w:t>Woh jis ko hum takhleeq kehte hain ya kainat kehte hain, kaun kehte hain? To yeh nature hai. Yeh sab kuch jo hai, woh sab nature hai. To nature mein continuity nahi hai.</w:t>
      </w:r>
    </w:p>
    <w:p>
      <w:pPr>
        <w:jc w:val="right"/>
      </w:pPr>
      <w:r>
        <w:t>وہ جس کو ہم تخلیق کہتے ہیں یا کائنات کہتے ہیں، کون کہتے ہیں؟ تو یہ نیچر ہے۔ یہ سب کچھ جو ہے، وہ سب نیچر ہے۔ تو نیچر میں کنٹینیوٹی نہیں ہے۔</w:t>
      </w:r>
    </w:p>
    <w:p>
      <w:r>
        <w:rPr>
          <w:b/>
        </w:rPr>
        <w:t xml:space="preserve">[32:47] </w:t>
      </w:r>
      <w:r>
        <w:t>Microscopic, microscopic level par jab aap is ko mushahida kar sakein to wahan par discontinuity hai.</w:t>
      </w:r>
    </w:p>
    <w:p>
      <w:pPr>
        <w:jc w:val="right"/>
      </w:pPr>
      <w:r>
        <w:t>مائیکروسکوپک، مائیکروسکوپک لیول پر جب آپ اس کو مشاہدہ کر سکیں تو وہاں پر ڈس کنٹینیوٹی ہے۔</w:t>
      </w:r>
    </w:p>
    <w:p>
      <w:r>
        <w:rPr>
          <w:b/>
        </w:rPr>
        <w:t xml:space="preserve">[32:54] </w:t>
      </w:r>
      <w:r>
        <w:t>Kaisi ajeeb baat hai! Yani is ki ek, ek, ek rough, ek rough example yeh hai. Zyada misaal jab aap TV dekhte hain to TV mein aap ko woh waqeat nazar aate hain.</w:t>
      </w:r>
    </w:p>
    <w:p>
      <w:pPr>
        <w:jc w:val="right"/>
      </w:pPr>
      <w:r>
        <w:t>کیسی عجیب بات ہے! یعنی اس کی ایک، ایک، ایک رف، ایک رف ایگزیمپل یہ ہے۔ زیادہ مثال جب آپ ٹی وی دیکھتے ہیں تو ٹی وی میں آپ کو وہ واقعات نظر آتے ہیں۔</w:t>
      </w:r>
    </w:p>
    <w:p>
      <w:r>
        <w:rPr>
          <w:b/>
        </w:rPr>
        <w:t xml:space="preserve">[33:08] </w:t>
      </w:r>
      <w:r>
        <w:t>Ek aadmi utha, chala, phir aya, phir bola, phir stage par aa kar zahir hua. Ek, ek musalsal waqea hai. Lekin aap ko shayad yeh maloom hoga ke yeh musalsal waqea nahi hota.</w:t>
      </w:r>
    </w:p>
    <w:p>
      <w:pPr>
        <w:jc w:val="right"/>
      </w:pPr>
      <w:r>
        <w:t>ایک آدمی اٹھا، چلا، پھر آیا، پھر بولا، پھر سٹیج پر آ کر ظاہر ہوا۔ ایک، ایک مسلسل واقعہ ہے۔ لیکن آپ کو شاید یہ معلوم ہوگا کہ یہ مسلسل واقعہ نہیں ہوتا۔</w:t>
      </w:r>
    </w:p>
    <w:p>
      <w:r>
        <w:rPr>
          <w:b/>
        </w:rPr>
        <w:t xml:space="preserve">[33:18] </w:t>
      </w:r>
      <w:r>
        <w:t>Yeh beshumar tasveeron ka majmooa hota hai, beech mein, beech mein, beech mein gaps hote hain, beshumar gaps hote hain. Woh gaps aap ko nazar nahi aate, is wajah se aap samajhte hain ke musalsal waqea ho raha hai.</w:t>
      </w:r>
    </w:p>
    <w:p>
      <w:pPr>
        <w:jc w:val="right"/>
      </w:pPr>
      <w:r>
        <w:t>یہ بے شمار تصویروں کا مجموعہ ہوتا ہے، بیچ میں، بیچ میں، بیچ میں گیپ ہوتے ہیں، بے شمار گیپ ہوتے ہیں۔ وہ گیپ آپ کو نظر نہیں آتے، اس وجہ سے آپ سمجھتے ہیں کہ مسلسل واقعہ ہو رہا ہے۔</w:t>
      </w:r>
    </w:p>
    <w:p>
      <w:r>
        <w:rPr>
          <w:b/>
        </w:rPr>
        <w:t xml:space="preserve">[33:33] </w:t>
      </w:r>
      <w:r>
        <w:t>Ek, ek, ek, ek saada sa, ek saada si misaal se aap samajh sakte hain ke nature mein kya ho raha hai. Nature mein jo nature travel kar rahi hai, woh woh tasalsul ke tareeqe se nahi kar rahi hai, balke adam tasalsul ke tareeqe se kar rahi hai.</w:t>
      </w:r>
    </w:p>
    <w:p>
      <w:pPr>
        <w:jc w:val="right"/>
      </w:pPr>
      <w:r>
        <w:t>ایک، ایک، ایک، ایک سادہ سا، ایک سادہ سی مثال سے آپ سمجھ سکتے ہیں کہ نیچر میں کیا ہو رہا ہے۔ نیچر میں جو نیچر ٹریول کر رہی ہے، وہ وہ تسلسل کے طریقے سے نہیں کر رہی ہے، بلکہ عدم تسلسل کے طریقے سے کر رہی ہے۔</w:t>
      </w:r>
    </w:p>
    <w:p>
      <w:r>
        <w:rPr>
          <w:b/>
        </w:rPr>
        <w:t xml:space="preserve">[33:52] </w:t>
      </w:r>
      <w:r>
        <w:t>Yani continuity nahi hai, nature mein discontinuity hai. Nature mein to yahan par dekhiye, yeh ajeeb baat hai ke yeh cheez Quran mein maujood thi.</w:t>
      </w:r>
    </w:p>
    <w:p>
      <w:pPr>
        <w:jc w:val="right"/>
      </w:pPr>
      <w:r>
        <w:t>یعنی کنٹینیوٹی نہیں ہے، نیچر میں ڈس کنٹینیوٹی ہے۔ نیچر میں تو یہاں پر دیکھیے، یہ عجیب بات ہے کہ یہ چیز قرآن میں موجود تھی۔</w:t>
      </w:r>
    </w:p>
    <w:p>
      <w:r>
        <w:rPr>
          <w:b/>
        </w:rPr>
        <w:t xml:space="preserve">[34:02] </w:t>
      </w:r>
      <w:r>
        <w:t>Isharay ki zaban mein woh "kullu yawmin huwa fi sha'n". Quran majeed mein Allah Ta'ala ke bare mein farmaya: "kullu yawmin huwa fi sha'n".</w:t>
      </w:r>
    </w:p>
    <w:p>
      <w:pPr>
        <w:jc w:val="right"/>
      </w:pPr>
      <w:r>
        <w:t>اشارے کی زبان میں وہ کل یوم ہوا فی شان۔ قرآن مجید میں اللہ تعالی کے بارے میں فرمایا: "کل یوم ہوا فی شان"۔</w:t>
      </w:r>
    </w:p>
    <w:p>
      <w:r>
        <w:rPr>
          <w:b/>
        </w:rPr>
        <w:t xml:space="preserve">[34:13] </w:t>
      </w:r>
      <w:r>
        <w:t>har din woh ek halat mein hota hai, yaani har, har lamha, har moment woh kainat ko control kar raha hai. har lamha kal yom hua fi shan.</w:t>
      </w:r>
    </w:p>
    <w:p>
      <w:pPr>
        <w:jc w:val="right"/>
      </w:pPr>
      <w:r>
        <w:t>ہر دن وہ ایک حالت میں ہوتا ہے، یعنی ہر، ہر لمحہ، ہر مومنٹ وہ کائنات کو کنٹرول کر رہا ہے۔ ہر لمحہ کل یوم ہوا فی شان۔</w:t>
      </w:r>
    </w:p>
    <w:p>
      <w:r>
        <w:rPr>
          <w:b/>
        </w:rPr>
        <w:t xml:space="preserve">[34:23] </w:t>
      </w:r>
      <w:r>
        <w:t>yaani har lamha ko kainat, kainat mein discontinuity aati hai aur woh is ko continue karta hai. kaisi ajeeb baat hai!</w:t>
      </w:r>
    </w:p>
    <w:p>
      <w:pPr>
        <w:jc w:val="right"/>
      </w:pPr>
      <w:r>
        <w:t>یعنی ہر لمحہ کو کائنات، کائنات میں ڈس کنٹینیوٹی آتی ہے اور وہ اس کو کنٹینیو کرتا ہے۔ کیسی عجیب بات ہے!</w:t>
      </w:r>
    </w:p>
    <w:p>
      <w:r>
        <w:rPr>
          <w:b/>
        </w:rPr>
        <w:t xml:space="preserve">[34:33] </w:t>
      </w:r>
      <w:r>
        <w:t>yaani nature mein jo discontinuity aati hai, phir bhi woh continue kar rahi hai, bohat hi, bohat hi trustan ke sath.</w:t>
      </w:r>
    </w:p>
    <w:p>
      <w:pPr>
        <w:jc w:val="right"/>
      </w:pPr>
      <w:r>
        <w:t>یعنی نیچر میں جو ڈس کنٹینیوٹی آتی ہے، پھر بھی وہ کنٹینیو کر رہی ہے، بہت ہی، بہت ہی ٹرسٹن کے ساتھ۔</w:t>
      </w:r>
    </w:p>
    <w:p>
      <w:r>
        <w:rPr>
          <w:b/>
        </w:rPr>
        <w:t xml:space="preserve">[34:42] </w:t>
      </w:r>
      <w:r>
        <w:t>yeh kaun kar raha hai? kaisi ajeeb baat hai ke kainat mein jo kainat mein jo, jo travel kar rahi hai, nature jo travel kar rahi hai, woh is mein hum tasalsul paate hain,</w:t>
      </w:r>
    </w:p>
    <w:p>
      <w:pPr>
        <w:jc w:val="right"/>
      </w:pPr>
      <w:r>
        <w:t>یہ کون کر رہا ہے؟ کیسی عجیب بات ہے کہ کائنات میں جو کائنات میں جو، جو ٹریول کر رہی ہے، نیچر جو ٹریول کر رہی ہے، وہ اس میں ہم تسلسل پاتے ہیں،</w:t>
      </w:r>
    </w:p>
    <w:p>
      <w:r>
        <w:rPr>
          <w:b/>
        </w:rPr>
        <w:t xml:space="preserve">[34:57] </w:t>
      </w:r>
      <w:r>
        <w:t>continuity paate hain, lekin haqeeqat mein continuity nahi hai. microscopic level par jo waqea hai, woh yeh hai ke wahan discontinuity hai. toh kaun hai jo is tasalsul ko jaari rakhe hue hai?</w:t>
      </w:r>
    </w:p>
    <w:p>
      <w:pPr>
        <w:jc w:val="right"/>
      </w:pPr>
      <w:r>
        <w:t>کنٹینیوٹی پاتے ہیں، لیکن حقیقت میں کنٹینیوٹی نہیں ہے۔ مائیکروسکوپک لیول پر جو واقعہ ہے، وہ یہ ہے کہ وہاں ڈس کنٹینیوٹی ہے۔ تو کون ہے جو اس تسلسل کو جاری رکھے ہوئے ہے؟</w:t>
      </w:r>
    </w:p>
    <w:p>
      <w:r>
        <w:rPr>
          <w:b/>
        </w:rPr>
        <w:t xml:space="preserve">[35:08] </w:t>
      </w:r>
      <w:r>
        <w:t>itne precise manner, itne precise way mein za</w:t>
      </w:r>
    </w:p>
    <w:p>
      <w:pPr>
        <w:jc w:val="right"/>
      </w:pPr>
      <w:r>
        <w:t>اتنے پریسائز مینر، اتنے پریسائز وے میں ظ</w:t>
      </w:r>
    </w:p>
    <w:p>
      <w:r>
        <w:rPr>
          <w:b/>
        </w:rPr>
        <w:t xml:space="preserve">[35:14] </w:t>
      </w:r>
      <w:r>
        <w:t>aher hai ke bohat bari taqat darkar hai. koi insaan aisa nahi kar sakta, woh sirf Allah Rabb ul Alameen kar raha hai. toh is tarah se science ne ek poora framework maujood kar diya jis ko dekh kar hum samajh sakein Allah Rabb ul Alameen ki aur us ki marifat hasil kar sakein.</w:t>
      </w:r>
    </w:p>
    <w:p>
      <w:pPr>
        <w:jc w:val="right"/>
      </w:pPr>
      <w:r>
        <w:t>اہر ہے کہ بہت بڑی طاقت درکار ہے۔ کوئی انسان ایسا نہیں کر سکتا، وہ صرف اللہ رب العالمین کر رہا ہے۔ تو اس طرح سے سائنس نے ایک پورا فریم ورک موجود کر دیا جس کو دیکھ کر ہم سمجھ سکیں اللہ رب العالمین کی اور اس کی معرفت حاصل کر سکیں۔</w:t>
      </w:r>
    </w:p>
    <w:p>
      <w:r>
        <w:rPr>
          <w:b/>
        </w:rPr>
        <w:t xml:space="preserve">[35:33] </w:t>
      </w:r>
      <w:r>
        <w:t>yaani intellectual, jis ko aap intellectual base kahiye ya framework kahiye, yeh science ke zariye aaya.</w:t>
      </w:r>
    </w:p>
    <w:p>
      <w:pPr>
        <w:jc w:val="right"/>
      </w:pPr>
      <w:r>
        <w:t>یعنی انٹلیکچول، جس کو آپ انٹلیکچول بیس کہیے یا فریم ورک کہیے، یہ سائنس کے ذریعے آیا۔</w:t>
      </w:r>
    </w:p>
    <w:p>
      <w:r>
        <w:rPr>
          <w:b/>
        </w:rPr>
        <w:t xml:space="preserve">[35:42] </w:t>
      </w:r>
      <w:r>
        <w:t>toh pehli baar yeh mumkin hua ke Allah Rabb ul Alameen aap ke liye ek understandable haqeeqat ban jaye aur phir marifat ka safar shuru kar sakein.</w:t>
      </w:r>
    </w:p>
    <w:p>
      <w:pPr>
        <w:jc w:val="right"/>
      </w:pPr>
      <w:r>
        <w:t>تو پہلی بار یہ ممکن ہوا کہ اللہ رب العالمین آپ کے لیے ایک انڈرسٹینڈیبل حقیقت بن جائے اور پھر معرفت کا سفر شروع کر سکیں۔</w:t>
      </w:r>
    </w:p>
    <w:p>
      <w:r>
        <w:rPr>
          <w:b/>
        </w:rPr>
        <w:t xml:space="preserve">[35:52] </w:t>
      </w:r>
      <w:r>
        <w:t>aap jab tak Allah Rabb ul Alameen ko aap discover na karein ek haqeeqat ke taur par, us waqt tak aap marifat ka safar hi shuru nahi hoga.</w:t>
      </w:r>
    </w:p>
    <w:p>
      <w:pPr>
        <w:jc w:val="right"/>
      </w:pPr>
      <w:r>
        <w:t>آپ جب تک اللہ رب العالمین کو آپ ڈسکور نہ کریں ایک حقیقت کے طور پر، اس وقت تک آپ معرفت کا سفر ہی شروع نہیں ہوگا۔</w:t>
      </w:r>
    </w:p>
    <w:p>
      <w:r>
        <w:rPr>
          <w:b/>
        </w:rPr>
        <w:t xml:space="preserve">[36:05] </w:t>
      </w:r>
      <w:r>
        <w:t>isi liye marifat ka safar pichle logon mein shuru bhi nahi hua, shuru bhi nahi hua. aise hi dekhiye, Quran Majeed mein kai alfaaz aaye hain jaise qalb, fuad, aql,</w:t>
      </w:r>
    </w:p>
    <w:p>
      <w:pPr>
        <w:jc w:val="right"/>
      </w:pPr>
      <w:r>
        <w:t>اسی لیے معرفت کا سفر پچھلے لوگوں میں شروع بھی نہیں ہوا، شروع بھی نہیں ہوا۔ ایسے ہی دیکھیے، قرآن مجید میں کئی الفاظ آئے ہیں جیسے قلب، فواد، عقل،</w:t>
      </w:r>
    </w:p>
    <w:p>
      <w:r>
        <w:rPr>
          <w:b/>
        </w:rPr>
        <w:t xml:space="preserve">[36:21] </w:t>
      </w:r>
      <w:r>
        <w:t>hujr, nuhah. is tarah ke alfaaz aaye hain jo sab ke sab aql ke maani mein hain, qalb bhi aql ke maani mein hai. lekin pehle zamane mein log samajhte the ke ke rohaniyat ya spirituality jo hai, uska markaz dil hai,</w:t>
      </w:r>
    </w:p>
    <w:p>
      <w:pPr>
        <w:jc w:val="right"/>
      </w:pPr>
      <w:r>
        <w:t>ہجر، نوحہ۔ اس طرح کے الفاظ آئے ہیں جو سب کے سب عقل کے معنی میں ہیں، قلب بھی عقل کے معنی میں ہے۔ لیکن پہلے زمانے میں لوگ سمجھتے تھے کہ کہ روحانیت یا سپرچویلیٹی جو ہے، اس کا مرکز دل ہے،</w:t>
      </w:r>
    </w:p>
    <w:p>
      <w:r>
        <w:rPr>
          <w:b/>
        </w:rPr>
        <w:t xml:space="preserve">[36:39] </w:t>
      </w:r>
      <w:r>
        <w:t>heart. heart. toh sari tareekh mein log dil par tawajjuh dete rahe, jis ko kehte hain muraqba ya meditation.</w:t>
      </w:r>
    </w:p>
    <w:p>
      <w:pPr>
        <w:jc w:val="right"/>
      </w:pPr>
      <w:r>
        <w:t>ہارٹ۔ ایچ ای اے آر ٹی ہارٹ۔ تو ساری تاریخ میں لوگ دل پر توجہ دیتے رہے، جس کو کہتے ہیں مراقبہ یا میڈیٹیشن۔</w:t>
      </w:r>
    </w:p>
    <w:p>
      <w:r>
        <w:rPr>
          <w:b/>
        </w:rPr>
        <w:t xml:space="preserve">[36:50] </w:t>
      </w:r>
      <w:r>
        <w:t>poori tareekh mein insaan meditation mein phansa raha, muraqbe mein phansa raha. jadeed science ne pehli baar yeh bataya ke dil toh kuch bhi nahi hai, woh toh circulation of blood ka zariya hai.</w:t>
      </w:r>
    </w:p>
    <w:p>
      <w:pPr>
        <w:jc w:val="right"/>
      </w:pPr>
      <w:r>
        <w:t>پوری تاریخ میں انسان میڈیٹیشن میں پھنسا رہا، مراقبے میں پھنسا رہا۔ جدید سائنس نے پہلی بار یہ بتایا کہ دل تو کچھ بھی نہیں ہے، وہ تو سرکولیشن آف بلڈ کا ذریعہ ہے۔</w:t>
      </w:r>
    </w:p>
    <w:p>
      <w:r>
        <w:rPr>
          <w:b/>
        </w:rPr>
        <w:t xml:space="preserve">[37:03] </w:t>
      </w:r>
      <w:r>
        <w:t>jahan tum dhoondh rahe ho marifat, wahan marifat maujood hi nahi hai. maujooda zamane mein dekhiye, medical science mein itni taraqqi hui hai ke unhon ne artificial heart bana liya.</w:t>
      </w:r>
    </w:p>
    <w:p>
      <w:pPr>
        <w:jc w:val="right"/>
      </w:pPr>
      <w:r>
        <w:t>جہاں تم ڈھونڈ رہے ہو معرفت، وہاں معرفت موجود ہی نہیں ہے۔ موجودہ زمانے میں دیکھیے، میڈیکل سائنس میں اتنی ترقی ہوئی ہے کہ انہوں نے آرٹیفیشل ہارٹ بنا لیا۔</w:t>
      </w:r>
    </w:p>
    <w:p>
      <w:r>
        <w:rPr>
          <w:b/>
        </w:rPr>
        <w:t xml:space="preserve">[37:18] </w:t>
      </w:r>
      <w:r>
        <w:t>kai baar aisa hota hai ke kisi koi mareez ka ka jo dil hota hai, woh is mein itna zyada, yaani woh bimariyon ki wajah se aisa hota hai ke woh adden hota hai ke non functional ho jaye,</w:t>
      </w:r>
    </w:p>
    <w:p>
      <w:pPr>
        <w:jc w:val="right"/>
      </w:pPr>
      <w:r>
        <w:t>کئی بار ایسا ہوتا ہے کہ کسی کوئی مریض کا کا جو دل ہوتا ہے، وہ اس میں اتنا زیادہ، یعنی وہ بیماریوں کی وجہ سے ایسا ہوتا ہے کہ وہ ایڈن ہوتا ہے کہ نان فنکشنل ہو جائے،</w:t>
      </w:r>
    </w:p>
    <w:p>
      <w:r>
        <w:rPr>
          <w:b/>
        </w:rPr>
        <w:t xml:space="preserve">[37:34] </w:t>
      </w:r>
      <w:r>
        <w:t>non functional. toh wahan par woh kya karte hain ke artificial heart nasb kar dete hain.</w:t>
      </w:r>
    </w:p>
    <w:p>
      <w:pPr>
        <w:jc w:val="right"/>
      </w:pPr>
      <w:r>
        <w:t>نان فنکشنل۔ تو وہاں پر وہ کیا کرتے ہیں کہ آرٹیفیشل ہارٹ نصب کر دیتے ہیں۔</w:t>
      </w:r>
    </w:p>
    <w:p>
      <w:r>
        <w:rPr>
          <w:b/>
        </w:rPr>
        <w:t xml:space="preserve">[37:41] </w:t>
      </w:r>
      <w:r>
        <w:t>toh insaan zinda rehta hai, uska blood circulation jaari rehta hai, lekin artificial heart ke dil se hota hai, natural heart ke dil se nahi hota hai.</w:t>
      </w:r>
    </w:p>
    <w:p>
      <w:pPr>
        <w:jc w:val="right"/>
      </w:pPr>
      <w:r>
        <w:t>تو انسان زندہ رہتا ہے، اس کا بلڈ سرکولیشن جاری رہتا ہے، لیکن آرٹیفیشل ہارٹ کے دل سے ہوتا ہے، نیچرل ہارٹ کے دل سے نہیں ہوتا ہے۔</w:t>
      </w:r>
    </w:p>
    <w:p>
      <w:r>
        <w:rPr>
          <w:b/>
        </w:rPr>
        <w:t xml:space="preserve">[37:51] </w:t>
      </w:r>
      <w:r>
        <w:t>iske bawajood uski soch mein koi farq nahi hota. yaani insaan ke andar jo dil hai, woh ek artificial dil hai, us soch waise hi hai, uski memory waise hi hai, uska mind intact hai.</w:t>
      </w:r>
    </w:p>
    <w:p>
      <w:pPr>
        <w:jc w:val="right"/>
      </w:pPr>
      <w:r>
        <w:t>اس کے باوجود اس کی سوچ میں کوئی فرق نہیں ہوتا۔ یعنی انسان کے اندر جو دل ہے، وہ ایک آرٹیفیشل دل ہے، اس سوچ ویسے ہی ہے، اس کی میموری ویسے ہی ہے، اس کا مائنڈ انٹیکٹ ہے۔</w:t>
      </w:r>
    </w:p>
    <w:p>
      <w:r>
        <w:rPr>
          <w:b/>
        </w:rPr>
        <w:t xml:space="preserve">[38:03] </w:t>
      </w:r>
      <w:r>
        <w:t>toh kaise aisa hua? iske maani yeh hain ke jo jo pehle zamane ka tasawwur tha thinking heart ka, woh bilkul galat tha</w:t>
      </w:r>
    </w:p>
    <w:p>
      <w:pPr>
        <w:jc w:val="right"/>
      </w:pPr>
      <w:r>
        <w:t>تو کیسے ایسا ہوا؟ اس کے معنی یہ ہیں کہ جو جو پہلے زمانے کا تصور تھا تھنکنگ ہارٹ کا، وہ بالکل غلط تھا</w:t>
      </w:r>
    </w:p>
    <w:p>
      <w:r>
        <w:rPr>
          <w:b/>
        </w:rPr>
        <w:t xml:space="preserve">[38:10] </w:t>
      </w:r>
      <w:r>
        <w:t>, baseless tha. woh aadmi ke body mein sirf ek hi cheez hai, woh hai thinking mind. thinking heart koi cheez nahi. is tarah science ne pehli baar woh framework diya jis se Quran ka jo jo marifat ka tasawwur hai, woh waqea ban sake.</w:t>
      </w:r>
    </w:p>
    <w:p>
      <w:pPr>
        <w:jc w:val="right"/>
      </w:pPr>
      <w:r>
        <w:t>، بیسلیس تھا۔ وہ آدمی کے باڈی میں صرف ایک ہی چیز ہے، وہ ہے تھنکنگ مائنڈ۔ تھنکنگ ہارٹ کوئی چیز نہیں۔ اس طرح سائنس نے پہلی بار وہ فریم ورک دیا جس سے قرآن کا جو جو معرفت کا تصور ہے، وہ واقعہ بن سکے۔</w:t>
      </w:r>
    </w:p>
    <w:p>
      <w:r>
        <w:rPr>
          <w:b/>
        </w:rPr>
        <w:t xml:space="preserve">[38:30] </w:t>
      </w:r>
      <w:r>
        <w:t>Quran mein marifat ko mabni par qalb nahi, balkeh yaani yaani mabni par dil nahi, balkeh mabni par mind banaya gaya tha.</w:t>
      </w:r>
    </w:p>
    <w:p>
      <w:pPr>
        <w:jc w:val="right"/>
      </w:pPr>
      <w:r>
        <w:t>قرآن میں معرفت کو مبنی پر قلب نہیں، بلکہ یعنی یعنی مبنی پر دل نہیں، بلکہ مبنی پر مائنڈ بنایا گیا تھا۔</w:t>
      </w:r>
    </w:p>
    <w:p>
      <w:r>
        <w:rPr>
          <w:b/>
        </w:rPr>
        <w:t xml:space="preserve">[38:40] </w:t>
      </w:r>
      <w:r>
        <w:t>saare Quran mein yeh cheez phaili hui hai.</w:t>
      </w:r>
    </w:p>
    <w:p>
      <w:pPr>
        <w:jc w:val="right"/>
      </w:pPr>
      <w:r>
        <w:t>سارے قرآن میں یہ چیز پھیلی ہوئی ہے۔</w:t>
      </w:r>
    </w:p>
    <w:p>
      <w:r>
        <w:rPr>
          <w:b/>
        </w:rPr>
        <w:t xml:space="preserve">[38:45] </w:t>
      </w:r>
      <w:r>
        <w:t>jaise misaal ke taur par is ko Al Rahman ki aakhri ayat hai, aap padhiye: "Inna fi khalqi samawati wal lail wal nahar la ayat ul ulul albab".</w:t>
      </w:r>
    </w:p>
    <w:p>
      <w:pPr>
        <w:jc w:val="right"/>
      </w:pPr>
      <w:r>
        <w:t>جیسے مثال کے طور پر اس کو آل الرحمن کی آخری آیت ہے، آپ پڑھیے: "إن في خلق السماوات وقت لا فی الليل والنهار لا آیات اللباب"۔</w:t>
      </w:r>
    </w:p>
    <w:p>
      <w:r>
        <w:rPr>
          <w:b/>
        </w:rPr>
        <w:t xml:space="preserve">[38:55] </w:t>
      </w:r>
      <w:r>
        <w:t>lub maani aql, aey aql walon ke liye nishaniyan hain. yaani Quran mein mabni par mind marifat ki baat kahi gayi hai, mabni par dil ki baat nahi kahi gayi hai.</w:t>
      </w:r>
    </w:p>
    <w:p>
      <w:pPr>
        <w:jc w:val="right"/>
      </w:pPr>
      <w:r>
        <w:t>لب معنی عقل، اے عقل والوں کے لیے نشانیاں ہیں۔ یعنی قرآن میں مبنی پر مائنڈ معرفت کی بات کہی گئی ہے، مبنی پر دل کی بات نہیں کہی گئی ہے۔</w:t>
      </w:r>
    </w:p>
    <w:p>
      <w:r>
        <w:rPr>
          <w:b/>
        </w:rPr>
        <w:t xml:space="preserve">[39:11] </w:t>
      </w:r>
      <w:r>
        <w:t>dil marifat ka khazana hai, yeh nahi bataya gaya quran mein. mind khazana hai marifat ka. to rasool ke zamane mein aur sahaba ke zamane mein yahi tha ke woh sochte thay, soch kar ke woh marifat tak pounchate thay.</w:t>
      </w:r>
    </w:p>
    <w:p>
      <w:pPr>
        <w:jc w:val="right"/>
      </w:pPr>
      <w:r>
        <w:t>دل معرفت کا خزانہ ہے، یہ نہیں بتایا گیا قرآن میں۔ مائنڈ خزانہ ہے معرفت کا۔ تو رسول کے زمانے میں اور صحابہ کے زمانے میں یہی تھا کہ وہ سوچتے تھے، سوچ کر کے وہ معرفت تک پہنچتے تھے۔</w:t>
      </w:r>
    </w:p>
    <w:p>
      <w:r>
        <w:rPr>
          <w:b/>
        </w:rPr>
        <w:t xml:space="preserve">[39:26] </w:t>
      </w:r>
      <w:r>
        <w:t>yani tafakkur, tadabbur, yeh sab alfaaz un ke darmiyan raaij thay. lekin baad ke zamane mein wahi dour wapas aa gaye, log muraqba karne lage, meditation karne lage, aur dil mein dhoondne lage mar</w:t>
      </w:r>
    </w:p>
    <w:p>
      <w:pPr>
        <w:jc w:val="right"/>
      </w:pPr>
      <w:r>
        <w:t>یعنی تفکر، تدبر، یہ سب الفاظ ان کے درمیان رائج تھے۔ لیکن بعد کے زمانے میں وہی دور واپس آ گئے، لوگ مراقبہ کرنے لگے، میڈیٹیشن کرنے لگے، اور دل میں ڈھونڈنے لگے معر</w:t>
      </w:r>
    </w:p>
    <w:p>
      <w:r>
        <w:rPr>
          <w:b/>
        </w:rPr>
        <w:t xml:space="preserve">[39:39] </w:t>
      </w:r>
      <w:r>
        <w:t>fat. aur dil mein marifat thi hi nahi. to pehli baar medical science, jo aaj ki maghrib ne jo medical science jo develop ki hai, us ke zariye yeh cheez discipline hui, yeh with discipline hui ke dil mein kuch hai jo kuch aap dimagh mein hai.</w:t>
      </w:r>
    </w:p>
    <w:p>
      <w:pPr>
        <w:jc w:val="right"/>
      </w:pPr>
      <w:r>
        <w:t>فت۔ اور دل میں معرفت تھی ہی نہیں۔ تو پہلی بار میڈیکل سائنس، جو آج کی مغرب نے جو میڈیکل سائنس جو ڈیولپ کی ہے، اس کے ذریعے یہ چیز ڈسپل ہوئی، یہ ود ڈسپل ہوئی کہ دل میں کچھ ہے جو کچھ آپ دماغ میں ہے۔</w:t>
      </w:r>
    </w:p>
    <w:p>
      <w:r>
        <w:rPr>
          <w:b/>
        </w:rPr>
        <w:t xml:space="preserve">[39:58] </w:t>
      </w:r>
      <w:r>
        <w:t>yeh hai correction, yani marifat ke method ka correction. to kitni bari cheez di hai yeh modern science ne ke hum hum ko marifat,</w:t>
      </w:r>
    </w:p>
    <w:p>
      <w:pPr>
        <w:jc w:val="right"/>
      </w:pPr>
      <w:r>
        <w:t>یہ ہے کریکشن، یعنی معرفت کے میتھڈ کا کریکشن۔ تو کتنی بڑی چیز دی ہے یہ ماڈرن سائنس نے کہ ہم ہم کو معرفت،</w:t>
      </w:r>
    </w:p>
    <w:p>
      <w:r>
        <w:rPr>
          <w:b/>
        </w:rPr>
        <w:t xml:space="preserve">[40:11] </w:t>
      </w:r>
      <w:r>
        <w:t>Allah ki marifat sab se bari cheez thi hamare liye, lekin is ke source ke baray mein hum bekhabar thay ke source kahan hai. is ka dil mein dhoond rahe thay, woh thi dimagh mein.</w:t>
      </w:r>
    </w:p>
    <w:p>
      <w:pPr>
        <w:jc w:val="right"/>
      </w:pPr>
      <w:r>
        <w:t>اللہ کی معرفت سب سے بڑی چیز تھی ہمارے لیے، لیکن اس کے سورس کے بارے میں ہم بے خبر تھے کہ سورس کہاں ہے۔ اس کا دل میں ڈھونڈ رہے تھے، وہ تھی دماغ میں۔</w:t>
      </w:r>
    </w:p>
    <w:p>
      <w:r>
        <w:rPr>
          <w:b/>
        </w:rPr>
        <w:t xml:space="preserve">[40:23] </w:t>
      </w:r>
      <w:r>
        <w:t>to quran mein bataya gaya tha yeh, yeh, yeh wazeh tor par ke tadabbur karo, tafakkur karo, apni aql mein talash karo.</w:t>
      </w:r>
    </w:p>
    <w:p>
      <w:pPr>
        <w:jc w:val="right"/>
      </w:pPr>
      <w:r>
        <w:t>تو قرآن میں بتایا گیا تھا یہ، یہ، یہ واضح طور پر کہ تدبر کرو، تفکر کرو، اپنی عقل میں تلاش کرو۔</w:t>
      </w:r>
    </w:p>
    <w:p>
      <w:r>
        <w:rPr>
          <w:b/>
        </w:rPr>
        <w:t xml:space="preserve">[40:34] </w:t>
      </w:r>
      <w:r>
        <w:t>kul albab ko mukhatib kar ke kaha gaya ke yahan hai tumhare liye sarchashma marifat. lekin chunke is ka framework maujood nahi tha, chunke is ki intellectual base maujood nahi thi, is liye log dobara dil mein dhiyan ghar lagane lage aur marifat se mehroom rahay.</w:t>
      </w:r>
    </w:p>
    <w:p>
      <w:pPr>
        <w:jc w:val="right"/>
      </w:pPr>
      <w:r>
        <w:t>کل الباب کو مخاطب کر کے کہا گیا کہ یہاں ہے تمہارے لیے سرچشمہ معرفت۔ لیکن چونکہ اس کا فریم ورک موجود نہیں تھا، چونکہ اس کی انٹلیکچول بیس موجود نہیں تھی، اس لیے لوگ دوبارہ دل میں دھیان گھر لگانے لگے اور معرفت سے محروم رہے۔</w:t>
      </w:r>
    </w:p>
    <w:p>
      <w:r>
        <w:rPr>
          <w:b/>
        </w:rPr>
        <w:t xml:space="preserve">[40:54] </w:t>
      </w:r>
      <w:r>
        <w:t>is zamane mein pehli baar maghribi science ne hamein, yani ya bataya, correction kiya ke marifat ki talash karna dil mat talash karo, balkeh mind ko activate karo, tadabbur ke zariye se, tafakkur ke zariye se, ta'aqul ke zariye se.</w:t>
      </w:r>
    </w:p>
    <w:p>
      <w:pPr>
        <w:jc w:val="right"/>
      </w:pPr>
      <w:r>
        <w:t>اس زمانے میں پہلی بار مغربی سائنس نے ہمیں، یعنی یا بتایا، کریکشن کیا کہ معرفت کی تلاش کرنا دل مت تلاش کرو، بلکہ مائنڈ کو ایکٹیویٹ کرو، تدبر کے ذریعے سے، تفکر کے ذریعے سے، تعقل کے ذریعے سے۔</w:t>
      </w:r>
    </w:p>
    <w:p>
      <w:r>
        <w:rPr>
          <w:b/>
        </w:rPr>
        <w:t xml:space="preserve">[41:16] </w:t>
      </w:r>
      <w:r>
        <w:t>to yeh, yeh chand misalon se aap samajh sakte hain ke ke quran mein Allah taala ne marifat e khwadandi ka jo ilm diya tha,</w:t>
      </w:r>
    </w:p>
    <w:p>
      <w:pPr>
        <w:jc w:val="right"/>
      </w:pPr>
      <w:r>
        <w:t>تو یہ، یہ چند مثالیں سے آپ سمجھ سکتے ہیں کہ کہ قرآن میں اللہ تعالی نے معرفت خداوندی کا جو علم دیا تھا،</w:t>
      </w:r>
    </w:p>
    <w:p>
      <w:r>
        <w:rPr>
          <w:b/>
        </w:rPr>
        <w:t xml:space="preserve">[41:32] </w:t>
      </w:r>
      <w:r>
        <w:t>is ilm ke liye qadeem zamane mein intellectual base maujood nahi thi, framework maujood nahi tha.</w:t>
      </w:r>
    </w:p>
    <w:p>
      <w:pPr>
        <w:jc w:val="right"/>
      </w:pPr>
      <w:r>
        <w:t>اس علم کے لیے قدیم زمانے میں انٹلیکچول بیس موجود نہیں تھی، فریم ورک موجود نہیں تھا۔</w:t>
      </w:r>
    </w:p>
    <w:p>
      <w:r>
        <w:rPr>
          <w:b/>
        </w:rPr>
        <w:t xml:space="preserve">[41:41] </w:t>
      </w:r>
      <w:r>
        <w:t>is wajah se woh poori tarah waqea na ban saka siwa thori muddat ke, yani rasool aur sahaba rasool ke zamane mein. kyunke is zamane mein rasool Allah ke shobay se sab baat log mil jaya karti thi.</w:t>
      </w:r>
    </w:p>
    <w:p>
      <w:pPr>
        <w:jc w:val="right"/>
      </w:pPr>
      <w:r>
        <w:t>اس وجہ سے وہ پوری طرح واقعہ نہ بن سکا سوا تھوڑی مدت کے، یعنی رسول اور صحابہ رسول کے زمانے میں۔ کیونکہ اس زمانے میں رسول اللہ کے شعبے سے سب بات لوگ مل جایا کرتی تھی۔</w:t>
      </w:r>
    </w:p>
    <w:p>
      <w:r>
        <w:rPr>
          <w:b/>
        </w:rPr>
        <w:t xml:space="preserve">[41:56] </w:t>
      </w:r>
      <w:r>
        <w:t>is ke baad aik gap par gaya. is ke baad Allah taala ki tofeeq se aal maghrib mein</w:t>
      </w:r>
    </w:p>
    <w:p>
      <w:pPr>
        <w:jc w:val="right"/>
      </w:pPr>
      <w:r>
        <w:t>اس کے بعد ایک گیپ پڑ گیا۔ اس کے بعد اللہ تعالی کی توفیق سے آل مغرب میں</w:t>
      </w:r>
    </w:p>
    <w:p>
      <w:r>
        <w:rPr>
          <w:b/>
        </w:rPr>
        <w:t xml:space="preserve">[42:03] </w:t>
      </w:r>
      <w:r>
        <w:t>yeh bhi Allah taala ki tofeeq thi. jis tarah se irshad ke makkhi, Allah ki tofeeq se irshad ka aik industry qaim karti hai, isi tarah aal maghrib ne Allah ki tofeeq se</w:t>
      </w:r>
    </w:p>
    <w:p>
      <w:pPr>
        <w:jc w:val="right"/>
      </w:pPr>
      <w:r>
        <w:t>یہ بھی اللہ تعالی کی توفیق تھی۔ جس طرح سے ارشاد کے مکھی، اللہ کی توفیق سے ارشاد کا ایک انڈسٹری قائم کرتی ہے، اسی طرح آل مغرب نے اللہ کی توفیق سے</w:t>
      </w:r>
    </w:p>
    <w:p>
      <w:r>
        <w:rPr>
          <w:b/>
        </w:rPr>
        <w:t xml:space="preserve">[42:17] </w:t>
      </w:r>
      <w:r>
        <w:t>nature mein chhupe hue uloom ko daryaft kiya aur daryaft kar ke unhon ne woh framework diya jis se hum quran ke bayaniyat ko samajh sake, quran ke ilm e kalam ko samajh sake, quran ka jo marifat ka jo marifat ke baray mein jo quran mein bataya gaya tha, us ko samajh sake.</w:t>
      </w:r>
    </w:p>
    <w:p>
      <w:pPr>
        <w:jc w:val="right"/>
      </w:pPr>
      <w:r>
        <w:t>نیچر میں چھپے ہوئے علوم کو دریافت کیا اور دریافت کر کے انہوں نے وہ فریم ورک دیا جس سے ہم قرآن کے بیانیات کو سمجھ سکے، قرآن کے علم کلام کو سمجھ سکے، قرآن کا جو معرفت کا جو معرفت کے بارے میں جو قرآن میں بتایا گیا تھا، اس کو سمجھ سکے۔</w:t>
      </w:r>
    </w:p>
    <w:p>
      <w:r>
        <w:rPr>
          <w:b/>
        </w:rPr>
        <w:t xml:space="preserve">[42:39] </w:t>
      </w:r>
      <w:r>
        <w:t>yani quran ke marifat ki scheme ko maghribi science understandable banati hai.</w:t>
      </w:r>
    </w:p>
    <w:p>
      <w:pPr>
        <w:jc w:val="right"/>
      </w:pPr>
      <w:r>
        <w:t>یعنی قرآن کے معرفت کی اسکیم کو مغربی سائنس انڈرسٹینڈیبل بناتی ہے۔</w:t>
      </w:r>
    </w:p>
    <w:p>
      <w:r>
        <w:rPr>
          <w:b/>
        </w:rPr>
        <w:t xml:space="preserve">[42:47] </w:t>
      </w:r>
      <w:r>
        <w:t>yeh main kahunga, quran mein scheme thi jo marifat ki, Allah rab ul alameen ki pehchan ki, Allah ke baray mein yaqeen paida karne ke liye,</w:t>
      </w:r>
    </w:p>
    <w:p>
      <w:pPr>
        <w:jc w:val="right"/>
      </w:pPr>
      <w:r>
        <w:t>یہ میں کہوں گا، قرآن میں اسکیم تھی جو معرفت کی، اللہ رب العالمین کی پہچان کی، اللہ کے بارے میں یقین پیدا کرنے کے لیے،</w:t>
      </w:r>
    </w:p>
    <w:p>
      <w:r>
        <w:rPr>
          <w:b/>
        </w:rPr>
        <w:t xml:space="preserve">[42:59] </w:t>
      </w:r>
      <w:r>
        <w:t>Allah par iman mein izafay ki. yeh jo, yeh jo rizq tha, is mein maujood yeh jo saman maujood tha, is mein us ko ilmi tor par aur ilmi tor par understandable, understandable banane ka kaam science ne kiya hai.</w:t>
      </w:r>
    </w:p>
    <w:p>
      <w:pPr>
        <w:jc w:val="right"/>
      </w:pPr>
      <w:r>
        <w:t>اللہ پر ایمان میں اضافے کی۔ یہ جو، یہ جو رزق تھا، اس میں موجود یہ جو سامان موجود تھا، اس میں اس کو علمی طور پر اور علمی طور پر انڈرسٹینڈیبل، انڈرسٹینڈیبل بنانے کا کام سائنس نے کیا ہے۔</w:t>
      </w:r>
    </w:p>
    <w:p>
      <w:r>
        <w:rPr>
          <w:b/>
        </w:rPr>
        <w:t xml:space="preserve">[43:21] </w:t>
      </w:r>
      <w:r>
        <w:t>lekin chunke maghribi qomon se musalmanon ko kuch political shikayatein huien, kuch madi shikayatein huien, kuch qaumi shikayatein huien, isi shikayaton mein woh gum ho gaye aur un ko dushman samajh kar un ko maarne pitne lagay.</w:t>
      </w:r>
    </w:p>
    <w:p>
      <w:pPr>
        <w:jc w:val="right"/>
      </w:pPr>
      <w:r>
        <w:t>لیکن چونکہ مغربی قوموں سے مسلمانوں کو کچھ پولیٹیکل شکایتیں ہوئیں، کچھ مادی شکایتیں ہوئیں، کچھ قومی شکایتیں ہوئیں، اسی شکایتوں میں وہ گم ہو گئے اور ان کو دشمن سمجھ کر ان کو مارنے پٹنے لگے۔</w:t>
      </w:r>
    </w:p>
    <w:p>
      <w:r>
        <w:rPr>
          <w:b/>
        </w:rPr>
        <w:t xml:space="preserve">[43:38] </w:t>
      </w:r>
      <w:r>
        <w:t>maar peet ke kuch nahi, un ka bigaad sakte, society bickering karne lagay.</w:t>
      </w:r>
    </w:p>
    <w:p>
      <w:pPr>
        <w:jc w:val="right"/>
      </w:pPr>
      <w:r>
        <w:t>مار پیٹ کے کچھ نہیں، ان کا بگاڑ سکتے، سوسائٹی بابنگ کرنے لگے۔</w:t>
      </w:r>
    </w:p>
    <w:p>
      <w:r>
        <w:rPr>
          <w:b/>
        </w:rPr>
        <w:t xml:space="preserve">[43:44] </w:t>
      </w:r>
      <w:r>
        <w:t>is is baat jo hai, woh side mein chali gayi.</w:t>
      </w:r>
    </w:p>
    <w:p>
      <w:pPr>
        <w:jc w:val="right"/>
      </w:pPr>
      <w:r>
        <w:t>اس اس بات جو ہے، وہ سائیڈ میں چلی گئی۔</w:t>
      </w:r>
    </w:p>
    <w:p>
      <w:r>
        <w:rPr>
          <w:b/>
        </w:rPr>
        <w:t xml:space="preserve">[43:48] </w:t>
      </w:r>
      <w:r>
        <w:t>to ab hamara jo mission hai, hum mission dawat e Allah ke mission hain, lekin dawat e Allah ke mission ke bhi aik base hai. woh base isi maghribi science mein hai, is se bahar koi base nahi hai.</w:t>
      </w:r>
    </w:p>
    <w:p>
      <w:pPr>
        <w:jc w:val="right"/>
      </w:pPr>
      <w:r>
        <w:t>تو اب ہمارا جو مشن ہے، ہم مشن دعوت اللہ کے مشن ہیں، لیکن دعوت اللہ کے مشن کے بھی ایک بیس ہے۔ وہ بیس اسی مغربی سائنس میں ہے، اس سے باہر کوئی بیس نہیں ہے۔</w:t>
      </w:r>
    </w:p>
    <w:p>
      <w:r>
        <w:rPr>
          <w:b/>
        </w:rPr>
        <w:t xml:space="preserve">[44:08] </w:t>
      </w:r>
      <w:r>
        <w:t>to hamara mission jo hai, is ka aik, is, is ko, is ko ka zinda karne ka mission hai.</w:t>
      </w:r>
    </w:p>
    <w:p>
      <w:pPr>
        <w:jc w:val="right"/>
      </w:pPr>
      <w:r>
        <w:t>تو ہمارا مشن جو ہے، اس کا ایک، اس، اس کو، اس کو کا زندہ کرنے کا مشن ہے۔</w:t>
      </w:r>
    </w:p>
    <w:p>
      <w:r>
        <w:rPr>
          <w:b/>
        </w:rPr>
        <w:t xml:space="preserve">[44:16] </w:t>
      </w:r>
      <w:r>
        <w:t>is ko zinda karne ka, yani jo Allah taala ne jo</w:t>
      </w:r>
    </w:p>
    <w:p>
      <w:pPr>
        <w:jc w:val="right"/>
      </w:pPr>
      <w:r>
        <w:t>اس کو زندہ کرنے کا، یعنی جو اللہ تعالی نے جو</w:t>
      </w:r>
    </w:p>
    <w:p>
      <w:r>
        <w:rPr>
          <w:b/>
        </w:rPr>
        <w:t xml:space="preserve">[44:24] </w:t>
      </w:r>
      <w:r>
        <w:t>jo saman marifat ka, yani marifat ka faraham kiya tha, modern science ke zariye se, us ko hum ja rahe hain, us ko hawal kar rahe hain.</w:t>
      </w:r>
    </w:p>
    <w:p>
      <w:pPr>
        <w:jc w:val="right"/>
      </w:pPr>
      <w:r>
        <w:t>جو سامان معرفت کا، یعنی معرفت کا فراہم کیا تھا، ماڈرن سائنس کے ذریعے سے، اس کو ہم جا رہے ہیں، اس کو حویل کر رہے ہیں۔</w:t>
      </w:r>
    </w:p>
    <w:p>
      <w:r>
        <w:rPr>
          <w:b/>
        </w:rPr>
        <w:t xml:space="preserve">[44:36] </w:t>
      </w:r>
      <w:r>
        <w:t>to meri dua hai ke Allah taala mujh ko aur aap ko tofeeq de ke hum aap Allah ki scheme ko samjhein, Allah ke mansoobay ko samjhein aur is se hidayat hasil karein.</w:t>
      </w:r>
    </w:p>
    <w:p>
      <w:pPr>
        <w:jc w:val="right"/>
      </w:pPr>
      <w:r>
        <w:t>تو میری دعا ہے کہ اللہ تعالی مجھ کو اور آپ کو توفیق دے کہ ہم آپ اللہ کی اسکیم کو سمجھیں، اللہ کے منصوبے کو سمجھیں اور اس سے ہدایت حاصل کریں۔</w:t>
      </w:r>
    </w:p>
    <w:p>
      <w:r>
        <w:rPr>
          <w:b/>
        </w:rPr>
        <w:t xml:space="preserve">[44:51] </w:t>
      </w:r>
      <w:r>
        <w:t>is ki shart yeh hai ke hum nafrat se mukammal taur par khali hon, manfi soch se mukammal taur par khali hon. kisi ko dushman samajhne ko bilkul haram samjhein, haram!</w:t>
      </w:r>
    </w:p>
    <w:p>
      <w:pPr>
        <w:jc w:val="right"/>
      </w:pPr>
      <w:r>
        <w:t>اس کی شرط یہ ہے کہ ہم نفرت سے مکمل طور پر خالی ہوں، منفی سوچ سے مکمل طور پر خالی ہوں۔ کسی کو دشمن سمجھنے کو بالکل حرام سمجھیں، حرام!</w:t>
      </w:r>
    </w:p>
    <w:p>
      <w:r>
        <w:rPr>
          <w:b/>
        </w:rPr>
        <w:t xml:space="preserve">[45:02] </w:t>
      </w:r>
      <w:r>
        <w:t>koi hamara dushman nahi hai. jab yeh positive thinking aye gi, tab hum apne andar yeh marifat ka sarchashma ka darwaza khol sakenge.</w:t>
      </w:r>
    </w:p>
    <w:p>
      <w:pPr>
        <w:jc w:val="right"/>
      </w:pPr>
      <w:r>
        <w:t>کوئی ہمارا دشمن نہیں ہے۔ جب یہ پازیٹیو تھنکنگ آئے گی، تب ہم اپنے اندر یہ معرفت کا سرچشمہ کا دروازہ کھول سکیں گے۔</w:t>
      </w:r>
    </w:p>
    <w:p>
      <w:r>
        <w:rPr>
          <w:b/>
        </w:rPr>
        <w:t xml:space="preserve">[45:17] </w:t>
      </w:r>
      <w:r>
        <w:t>aqool qawlahu hadha wa astaghfirullaha li walakum ajmaeen.</w:t>
      </w:r>
    </w:p>
    <w:p>
      <w:pPr>
        <w:jc w:val="right"/>
      </w:pPr>
      <w:r>
        <w:t>اقول قولھذا واستغفراللہ لی ولکم اجمعین۔</w:t>
      </w:r>
    </w:p>
    <w:p>
      <w:r>
        <w:rPr>
          <w:b/>
        </w:rPr>
        <w:t xml:space="preserve">[45:33] </w:t>
      </w:r>
      <w:r>
        <w:t>agla question lene se pehle ek comment parhna chahenge jo ambor se aya hai VM Khalil ur Rehman sahib ka.</w:t>
      </w:r>
    </w:p>
    <w:p>
      <w:pPr>
        <w:jc w:val="right"/>
      </w:pPr>
      <w:r>
        <w:t>اگلا کوئسچن لینے سے پہلے ایک کمنٹ پڑھنا چاہیں گے جو امبور سے آیا ہے وی ایم خلیل الرحمن صاحب کا۔</w:t>
      </w:r>
    </w:p>
    <w:p>
      <w:r>
        <w:rPr>
          <w:b/>
        </w:rPr>
        <w:t xml:space="preserve">[45:42] </w:t>
      </w:r>
      <w:r>
        <w:t>unhon ne likha hai: "respected Maulana sahib, i see your sunday programs regularly and it is very inspiring.</w:t>
      </w:r>
    </w:p>
    <w:p>
      <w:pPr>
        <w:jc w:val="right"/>
      </w:pPr>
      <w:r>
        <w:t>انہوں نے لکھا ہے: "رسپیکٹڈ مولانا صاحب، آئی سی یور سنڈے پروگرامز ریگولرلی اینڈ اٹ از ویری انسپائرنگ۔</w:t>
      </w:r>
    </w:p>
    <w:p>
      <w:r>
        <w:rPr>
          <w:b/>
        </w:rPr>
        <w:t xml:space="preserve">[45:54] </w:t>
      </w:r>
      <w:r>
        <w:t>your thought provoking lectures give us the right direction in spiritual as well as temporal matters.</w:t>
      </w:r>
    </w:p>
    <w:p>
      <w:pPr>
        <w:jc w:val="right"/>
      </w:pPr>
      <w:r>
        <w:t>یور تھاٹ پرووکنگ لیکچرز گیو اس دا رائٹ ڈائریکشن ان سپرچول ایز ویل ایز ٹیمپورل میٹرز۔</w:t>
      </w:r>
    </w:p>
    <w:p>
      <w:r>
        <w:rPr>
          <w:b/>
        </w:rPr>
        <w:t xml:space="preserve">[46:01] </w:t>
      </w:r>
      <w:r>
        <w:t>i am happy to say that i am also impressed by your magazines Al-Risala and Spirit of Islam. recently i handed over a copy of the Spirit of Islam to a friend.</w:t>
      </w:r>
    </w:p>
    <w:p>
      <w:pPr>
        <w:jc w:val="right"/>
      </w:pPr>
      <w:r>
        <w:t>آئی ایم ہیپی ٹو سے دیٹ آئی ایم السو امپریس بائے یور میگزینز الرسالہ اینڈ سپرٹ آف اسلام۔ ریسنٹلی آئی ہینڈڈ اوور ا کاپی آف دا سپرٹ آف اسلام ٹو ا فرینڈ۔</w:t>
      </w:r>
    </w:p>
    <w:p>
      <w:r>
        <w:rPr>
          <w:b/>
        </w:rPr>
        <w:t xml:space="preserve">[46:14] </w:t>
      </w:r>
      <w:r>
        <w:t>he liked it very much and says that he finished it in one go. we are very much thankful to the Maulana for giving right Islamic guidance to us and all."</w:t>
      </w:r>
    </w:p>
    <w:p>
      <w:pPr>
        <w:jc w:val="right"/>
      </w:pPr>
      <w:r>
        <w:t>ہی لائکڈ اٹ ویری مچ اینڈ سیز دیٹ ہی فنشڈ اٹ ان ون گو۔ وی آر ویری مچ تھینک فل ٹو دا مولانا فار گیونگ رائٹ اسلامک گائیڈنس ٹو اس اینڈ آل۔"</w:t>
      </w:r>
    </w:p>
    <w:p>
      <w:r>
        <w:rPr>
          <w:b/>
        </w:rPr>
        <w:t xml:space="preserve">[46:26] </w:t>
      </w:r>
      <w:r>
        <w:t>Maulana agla sawal Ajmer se aya hai Dr. Safina Tabassum ka. unhon ne likha hai: "Maulana, why did the Muslims lose their intellectual base even after they had Quranic guidance?"</w:t>
      </w:r>
    </w:p>
    <w:p>
      <w:pPr>
        <w:jc w:val="right"/>
      </w:pPr>
      <w:r>
        <w:t>مولانا اگلا سوال اجمیر سے آیا ہے ڈاکٹر صفینہ تبسم کا۔ انہوں نے لکھا ہے: "مولانا، وائی ڈیڈ دا مسلمز لوز دیر انٹلیکچول بیس ایون افٹر دے ہیڈ قرآنک گائیڈنس؟"</w:t>
      </w:r>
    </w:p>
    <w:p>
      <w:r>
        <w:rPr>
          <w:b/>
        </w:rPr>
        <w:t xml:space="preserve">[46:45] </w:t>
      </w:r>
      <w:r>
        <w:t>dekhein, hadith mein aya hai ke "hubbuka al-shay' yu'mi wa yusimm"</w:t>
      </w:r>
    </w:p>
    <w:p>
      <w:pPr>
        <w:jc w:val="right"/>
      </w:pPr>
      <w:r>
        <w:t>دیکھیں، حدیث میں آیا ہے کہ "حبک الشیء یومی ویسم"</w:t>
      </w:r>
    </w:p>
    <w:p>
      <w:r>
        <w:rPr>
          <w:b/>
        </w:rPr>
        <w:t xml:space="preserve">[46:55] </w:t>
      </w:r>
      <w:r>
        <w:t>yani kisi cheez ki dushmani, kisi cheez ki mohabbat tum ko</w:t>
      </w:r>
    </w:p>
    <w:p>
      <w:pPr>
        <w:jc w:val="right"/>
      </w:pPr>
      <w:r>
        <w:t>یعنی کسی چیز کی دشمنی، کسی چیز کی محبت تم کو</w:t>
      </w:r>
    </w:p>
    <w:p>
      <w:r>
        <w:rPr>
          <w:b/>
        </w:rPr>
        <w:t xml:space="preserve">[47:02] </w:t>
      </w:r>
      <w:r>
        <w:t>andha behra bana deti hai. "hubbuka al-shay' yu'mi wa yusimm" har cheez ki mohabbat tum ko andha behra bana deti hai.</w:t>
      </w:r>
    </w:p>
    <w:p>
      <w:pPr>
        <w:jc w:val="right"/>
      </w:pPr>
      <w:r>
        <w:t>اندھا بہرا بنا دیتی ہے۔ "حبک الشیء یومی ویسم" ہر چیز کی محبت تم کو اندھا بہرا بنا دیتی ہے۔</w:t>
      </w:r>
    </w:p>
    <w:p>
      <w:r>
        <w:rPr>
          <w:b/>
        </w:rPr>
        <w:t xml:space="preserve">[47:12] </w:t>
      </w:r>
      <w:r>
        <w:t>to yeh qaidah hai, balaghat ka usool hai ke is ka aise jumlon mein is ka bar'aks hi is mein mazfoof hota hai.</w:t>
      </w:r>
    </w:p>
    <w:p>
      <w:pPr>
        <w:jc w:val="right"/>
      </w:pPr>
      <w:r>
        <w:t>تو یہ قاعدہ ہے، بلاغت کا اصول ہے کہ اس کا ایسے جملوں میں اس کا برعکس ہی اس میں معذوف ہوتا ہے۔</w:t>
      </w:r>
    </w:p>
    <w:p>
      <w:r>
        <w:rPr>
          <w:b/>
        </w:rPr>
        <w:t xml:space="preserve">[47:23] </w:t>
      </w:r>
      <w:r>
        <w:t>matlab is mein yeh baat shamil hai ke "bughdhuka al-shay' yu'mi wa yusimm" yani kisi se aap ko nafrat ho jaye to aap us ke baray mein andhe bure ho jayenge.</w:t>
      </w:r>
    </w:p>
    <w:p>
      <w:pPr>
        <w:jc w:val="right"/>
      </w:pPr>
      <w:r>
        <w:t>مطلب اس میں یہ بات شامل ہے کہ "بغضک الشیء یومی ویسم" یعنی کسی سے آپ کو نفرت ہو جائے تو آپ اس کے بارے میں اندھے برے ہو جائیں گے۔</w:t>
      </w:r>
    </w:p>
    <w:p>
      <w:r>
        <w:rPr>
          <w:b/>
        </w:rPr>
        <w:t xml:space="preserve">[47:35] </w:t>
      </w:r>
      <w:r>
        <w:t>to Musalmanon ko kuch qoumi shikayatein huin, kuch siyasat shikayatein huin. main dekhta hoon yeh shikayatein bilkul be mani hain, baseless hain. jo Musalmanon ko kuch qoumi shikayatein aur sari shikayatein hain, woh mere nazdeek is qabil hain ke un ko khandaq mein daal diya jaye.</w:t>
      </w:r>
    </w:p>
    <w:p>
      <w:pPr>
        <w:jc w:val="right"/>
      </w:pPr>
      <w:r>
        <w:t>تو مسلمانوں کو کچھ قومی شکایتیں ہوئیں، کچھ سیاسی شکایتیں ہوئیں۔ میں دیکھتا ہوں یہ شکایتیں بالکل بے معنی ہیں، بیسلیس ہیں۔ جو مسلمانوں کو کچھ قومی شکایتیں اور ساری شکایتیں ہیں، وہ میرے نزدیک اس قابل ہیں کہ ان کو خندق میں ڈال دیا جائے۔</w:t>
      </w:r>
    </w:p>
    <w:p>
      <w:r>
        <w:rPr>
          <w:b/>
        </w:rPr>
        <w:t xml:space="preserve">[47:50] </w:t>
      </w:r>
      <w:r>
        <w:t>kya shikayat kis baat ki?</w:t>
      </w:r>
    </w:p>
    <w:p>
      <w:pPr>
        <w:jc w:val="right"/>
      </w:pPr>
      <w:r>
        <w:t>کیا شکایت کس بات کی؟</w:t>
      </w:r>
    </w:p>
    <w:p>
      <w:r>
        <w:rPr>
          <w:b/>
        </w:rPr>
        <w:t xml:space="preserve">[47:52] </w:t>
      </w:r>
      <w:r>
        <w:t>lekin beharhal Musalmanon ko shikayat hui, siyasat shikayat, qoumi shikayat, madi shikayat. isi ki wajah se itna zyada manfi ho gaye ke dushman samajh liya, andhe bure ho gaye.</w:t>
      </w:r>
    </w:p>
    <w:p>
      <w:pPr>
        <w:jc w:val="right"/>
      </w:pPr>
      <w:r>
        <w:t>لیکن بہرحال مسلمانوں کو شکایت ہوئی، سیاسی شکایت، قومی شکایت، مادی شکایت۔ اسی کی وجہ سے اتنا زیادہ منفی ہو گئے کہ دشمن سمجھ لیا، اندھے برے ہو گئے۔</w:t>
      </w:r>
    </w:p>
    <w:p>
      <w:r>
        <w:rPr>
          <w:b/>
        </w:rPr>
        <w:t xml:space="preserve">[48:09] </w:t>
      </w:r>
      <w:r>
        <w:t>woh al-maghrib ke contribution</w:t>
      </w:r>
    </w:p>
    <w:p>
      <w:pPr>
        <w:jc w:val="right"/>
      </w:pPr>
      <w:r>
        <w:t>وہ آل مغرب کے کنٹریبیو</w:t>
      </w:r>
    </w:p>
    <w:p>
      <w:r>
        <w:rPr>
          <w:b/>
        </w:rPr>
        <w:t xml:space="preserve">[48:11] </w:t>
      </w:r>
      <w:r>
        <w:t>ke baray mein, yani bughdh, bughdh maghrib ki wajah se woh maghrib ke contribution ke baray mein andhe bure ho gaye. aur bughdh kyun hua?</w:t>
      </w:r>
    </w:p>
    <w:p>
      <w:pPr>
        <w:jc w:val="right"/>
      </w:pPr>
      <w:r>
        <w:t>شن کے بارے میں، یعنی بغض، بغض مغرب کی وجہ سے وہ مغرب کے کنٹریبیوشن کے بارے میں اندھے برے ہو گئے۔ اور بغض کیوں ہوا؟</w:t>
      </w:r>
    </w:p>
    <w:p>
      <w:r>
        <w:rPr>
          <w:b/>
        </w:rPr>
        <w:t xml:space="preserve">[48:22] </w:t>
      </w:r>
      <w:r>
        <w:t>qoumi buniyad par, siyasat buniyad par. jo mere nazdeek deathing tha. to main is mein saaf yeh baat kahunga, chahe kisi ko achi lage ya buri lage, kyunke mere nazdeek bohat bari haqeeqat hai jis ka elan hona chahiye.</w:t>
      </w:r>
    </w:p>
    <w:p>
      <w:pPr>
        <w:jc w:val="right"/>
      </w:pPr>
      <w:r>
        <w:t>قومی بنیاد پر، سیاسی بنیاد پر۔ جو میرے نزدیک ڈتھنگ تھا۔ تو میں اس میں صاف یہ بات کہوں گا، چاہے کسی کو اچھی لگے یا بری لگے، کیونکہ میرے نزدیک بہت بڑی حقیقت ہے جس کا اعلان ہونا چاہیے۔</w:t>
      </w:r>
    </w:p>
    <w:p>
      <w:r>
        <w:rPr>
          <w:b/>
        </w:rPr>
        <w:t xml:space="preserve">[48:38] </w:t>
      </w:r>
      <w:r>
        <w:t>agar is ka elan na kiya jaye to qayamat hi ruki rahe gi. saada baat nahi hai.</w:t>
      </w:r>
    </w:p>
    <w:p>
      <w:pPr>
        <w:jc w:val="right"/>
      </w:pPr>
      <w:r>
        <w:t>اگر اس کا اعلان نہ کیا جائے تو قیامت ہی رکی رہے گی۔ سادہ بات نہیں ہے۔</w:t>
      </w:r>
    </w:p>
    <w:p>
      <w:r>
        <w:rPr>
          <w:b/>
        </w:rPr>
        <w:t xml:space="preserve">[48:46] </w:t>
      </w:r>
      <w:r>
        <w:t>agar aap is ka elan na karein to qayamat aye gi nahi.</w:t>
      </w:r>
    </w:p>
    <w:p>
      <w:pPr>
        <w:jc w:val="right"/>
      </w:pPr>
      <w:r>
        <w:t>اگر آپ اس کا اعلان نہ کریں تو قیامت آئے گی نہیں۔</w:t>
      </w:r>
    </w:p>
    <w:p>
      <w:r>
        <w:rPr>
          <w:b/>
        </w:rPr>
        <w:t xml:space="preserve">[48:54] </w:t>
      </w:r>
      <w:r>
        <w:t>main bohat hi serious is mamle mein hoon. to Musalmanon ko apna bughdh bilkul khatam karna pare ga, apne manfi soch ko khatam karna pare ga.</w:t>
      </w:r>
    </w:p>
    <w:p>
      <w:pPr>
        <w:jc w:val="right"/>
      </w:pPr>
      <w:r>
        <w:t>میں بہت ہی سیریس اس معاملے میں ہوں۔ تو مسلمانوں کو اپنا بغض بالکل کل کرنا پڑے گا، اپنے منفی سوچ کو ختم کرنا پڑے گا۔</w:t>
      </w:r>
    </w:p>
    <w:p>
      <w:r>
        <w:rPr>
          <w:b/>
        </w:rPr>
        <w:t xml:space="preserve">[49:05] </w:t>
      </w:r>
      <w:r>
        <w:t>yeh yeh dushman hai, woh</w:t>
      </w:r>
    </w:p>
    <w:p>
      <w:pPr>
        <w:jc w:val="right"/>
      </w:pPr>
      <w:r>
        <w:t>یہ یہ دشمن ہے، وہ</w:t>
      </w:r>
    </w:p>
    <w:p>
      <w:r>
        <w:rPr>
          <w:b/>
        </w:rPr>
        <w:t xml:space="preserve">[49:08] </w:t>
      </w:r>
      <w:r>
        <w:t>dushman hai. is nazariye ko bilkul hi mita dena pare ga taake Allah ke woh bande jinhon ne apni beshumar mehnatain keen, unhon ne apne aap ko qurban kiya, beshumar log is mein apne aap ko qurban kiya, unhon ne tab yeh cheezein daryaft huin.</w:t>
      </w:r>
    </w:p>
    <w:p>
      <w:pPr>
        <w:jc w:val="right"/>
      </w:pPr>
      <w:r>
        <w:t>دشمن ہے۔ اس نظریے کو بالکل ہی مٹا دینا پڑے گا تاکہ اللہ کے وہ بندے جنہوں نے اپنی بے شمار محنتیں کیں، انہوں نے اپنے آپ کو قربان کیا، بے شمار لوگ اس میں اپنے آپ کو قربان کیا، انہوں نے تب یہ چیزیں دریافت ہوئیں۔</w:t>
      </w:r>
    </w:p>
    <w:p>
      <w:r>
        <w:rPr>
          <w:b/>
        </w:rPr>
        <w:t xml:space="preserve">[49:28] </w:t>
      </w:r>
      <w:r>
        <w:t>to aap agar un ki daryaft ka etraaf na karein to yeh yeh shaitani kaam hoga.</w:t>
      </w:r>
    </w:p>
    <w:p>
      <w:pPr>
        <w:jc w:val="right"/>
      </w:pPr>
      <w:r>
        <w:t>تو آپ اگر ان کی دریافت کا اعتراف نہ کریں تو یہ یہ شیطانی کام ہوگا۔</w:t>
      </w:r>
    </w:p>
    <w:p>
      <w:r>
        <w:rPr>
          <w:b/>
        </w:rPr>
        <w:t xml:space="preserve">[49:34] </w:t>
      </w:r>
      <w:r>
        <w:t>shaitan para shakhs hai jis ne is sunnat ko qaim kiya ke mein etraaf nahi karta. to be etraafi ki sunnat shaitani sunnat hai.</w:t>
      </w:r>
    </w:p>
    <w:p>
      <w:pPr>
        <w:jc w:val="right"/>
      </w:pPr>
      <w:r>
        <w:t>شیطان پرا شخص ہے جس نے اس سنت کو قائم کیا کہ میں اعتراف نہیں کرتا۔ تو بے اعترافی کی سنت شیطانی سنت ہے۔</w:t>
      </w:r>
    </w:p>
    <w:p>
      <w:r>
        <w:rPr>
          <w:b/>
        </w:rPr>
        <w:t xml:space="preserve">[49:45] </w:t>
      </w:r>
      <w:r>
        <w:t>musalman is ghar mein phanse hue hain, un ko is se bahar aana chahiye. be etraafi ki sunnat se jab is se bahar aayenge to un ka aage khulega.</w:t>
      </w:r>
    </w:p>
    <w:p>
      <w:pPr>
        <w:jc w:val="right"/>
      </w:pPr>
      <w:r>
        <w:t>مسلمان اس غار میں پھنسے ہوئے ہیں، ان کو اس سے باہر آنا چاہیے۔ بے اعترافی کی سنت سے جب اس سے باہر آئیں گے تو ان کا آگے کھلے گی۔</w:t>
      </w:r>
    </w:p>
    <w:p>
      <w:r>
        <w:rPr>
          <w:b/>
        </w:rPr>
        <w:t xml:space="preserve">[49:54] </w:t>
      </w:r>
      <w:r>
        <w:t>phir woh dekhein ke aal maghrib ka contribution bohat zyada hai, bohat zyada hai, bohat zyada hai.</w:t>
      </w:r>
    </w:p>
    <w:p>
      <w:pPr>
        <w:jc w:val="right"/>
      </w:pPr>
      <w:r>
        <w:t>پھر وہ دیکھیں کہ آل مغرب کا کنٹریبیوشن بہت زیادہ ہے، بہت زیادہ ہے، بہت زیادہ ہے۔</w:t>
      </w:r>
    </w:p>
    <w:p>
      <w:r>
        <w:rPr>
          <w:b/>
        </w:rPr>
        <w:t xml:space="preserve">[50:00] </w:t>
      </w:r>
      <w:r>
        <w:t>unhone balwasta andaaz mein woh wohi kaam kiya jis ko hadith mein taeed-ud-deen kaha gaya hai. taeed-ud-deen: "in allaha layu'ayyid-ud-deena bir-rajulil-fajir." maulana, agla sawal dilli se hai asrar ahmed sahab ka.</w:t>
      </w:r>
    </w:p>
    <w:p>
      <w:pPr>
        <w:jc w:val="right"/>
      </w:pPr>
      <w:r>
        <w:t>انہوں نے بالواسطہ انداز میں وہ وہی کام کیا جس کو حدیث میں تائید الدین کہا گیا ہے۔ تائید الدین: "إن الله ليؤيده الدين بالرجل الفاجر۔" مولانا، اگلا سوال دلی سے ہے اسرار احمد صاحب کا۔</w:t>
      </w:r>
    </w:p>
    <w:p>
      <w:r>
        <w:rPr>
          <w:b/>
        </w:rPr>
        <w:t xml:space="preserve">[50:18] </w:t>
      </w:r>
      <w:r>
        <w:t>unhone likha hai: "Kindly explain what is the importance of reason according to the Quran?"</w:t>
      </w:r>
    </w:p>
    <w:p>
      <w:pPr>
        <w:jc w:val="right"/>
      </w:pPr>
      <w:r>
        <w:t>انہوں نے لکھا ہے: "کائنڈلی ایکسپلین واٹ از دی امپورٹنس آف ریزن اکارڈنگ ٹو دا قرآن؟"</w:t>
      </w:r>
    </w:p>
    <w:p>
      <w:r>
        <w:rPr>
          <w:b/>
        </w:rPr>
        <w:t xml:space="preserve">[50:29] </w:t>
      </w:r>
      <w:r>
        <w:t>dekhein, bohat yeh tafseela sawal nahi hai, yeh bohat hi bada sawal hai. is par hum ne poori kitaab likhi hai, taqreeban 800 safhe ki, woh chhap rahi hai.</w:t>
      </w:r>
    </w:p>
    <w:p>
      <w:pPr>
        <w:jc w:val="right"/>
      </w:pPr>
      <w:r>
        <w:t>دیکھیں، بہت یہ تفصیلہ سوال نہیں ہے، یہ بہت ہی بڑا سوال ہے۔ اس پر ہم نے پوری کتاب لکھی ہے، تقریباً 800 صفحے کی، وہ چھپ رہی ہے۔</w:t>
      </w:r>
    </w:p>
    <w:p>
      <w:r>
        <w:rPr>
          <w:b/>
        </w:rPr>
        <w:t xml:space="preserve">[50:38] </w:t>
      </w:r>
      <w:r>
        <w:t>iska naam hai "izhaar-e-deen". is ko aap padhiye. is ka naam is ka "izhaar-e-deen" hai. mauzu yahi hai: "is ka rational interpretation of islam".</w:t>
      </w:r>
    </w:p>
    <w:p>
      <w:pPr>
        <w:jc w:val="right"/>
      </w:pPr>
      <w:r>
        <w:t>اس کا نام ہے "اظہار دین"۔ اس کو آپ پڑھیے۔ اس کا نام اس کا "اظہار دین" ہے۔ موضوع یہی ہے: "اس کا ریشنل انٹرپریٹیشن آف اسلام"۔</w:t>
      </w:r>
    </w:p>
    <w:p>
      <w:r>
        <w:rPr>
          <w:b/>
        </w:rPr>
        <w:t xml:space="preserve">[50:49] </w:t>
      </w:r>
      <w:r>
        <w:t>iska yahi mauzu hai: "rational interpretation of islam". is kitaab ko aap padhiye,</w:t>
      </w:r>
    </w:p>
    <w:p>
      <w:pPr>
        <w:jc w:val="right"/>
      </w:pPr>
      <w:r>
        <w:t>اس کا یہی موضوع ہے: "ریشنل انٹرپریٹیشن آف اسلام"۔ اس کتاب کو آپ پڑھیے،</w:t>
      </w:r>
    </w:p>
    <w:p>
      <w:r>
        <w:rPr>
          <w:b/>
        </w:rPr>
        <w:t xml:space="preserve">[50:55] </w:t>
      </w:r>
      <w:r>
        <w:t>is mein aap poori baat ka jawab mil jayega aap ko.</w:t>
      </w:r>
    </w:p>
    <w:p>
      <w:pPr>
        <w:jc w:val="right"/>
      </w:pPr>
      <w:r>
        <w:t>اس میں آپ پوری بات کا جواب مل جائے گا آپ کو۔</w:t>
      </w:r>
    </w:p>
    <w:p>
      <w:r>
        <w:rPr>
          <w:b/>
        </w:rPr>
        <w:t xml:space="preserve">[51:08] </w:t>
      </w:r>
      <w:r>
        <w:t>maulana, agla sawal hyderabad se aaya hai ejaz adil sahab ka. unhone likha hai: "kya khuda insaan se yeh chahta hai ke woh is ki marifat hasil kare?</w:t>
      </w:r>
    </w:p>
    <w:p>
      <w:pPr>
        <w:jc w:val="right"/>
      </w:pPr>
      <w:r>
        <w:t>مولانا، اگلا سوال حیدرآباد سے آیا ہے اعجاز عادل صاحب کا۔ انہوں نے لکھا ہے: "کیا خدا انسان سے یہ چاہتا ہے کہ وہ اس کی معرفت حاصل کرے؟</w:t>
      </w:r>
    </w:p>
    <w:p>
      <w:r>
        <w:rPr>
          <w:b/>
        </w:rPr>
        <w:t xml:space="preserve">[51:22] </w:t>
      </w:r>
      <w:r>
        <w:t>please quran aur hadith ki roshni mein koi specific hawale se bataein kyunke khuda unlimited hai jabke insaan limited hai."</w:t>
      </w:r>
    </w:p>
    <w:p>
      <w:pPr>
        <w:jc w:val="right"/>
      </w:pPr>
      <w:r>
        <w:t>پلیز قرآن اور حدیث کی روشنی میں کوئی سپیسیفک حوالے سے بتائیں کیونکہ خدا ان لمیٹڈ ہے جبکہ انسان لمیٹڈ ہے۔"</w:t>
      </w:r>
    </w:p>
    <w:p>
      <w:r>
        <w:rPr>
          <w:b/>
        </w:rPr>
        <w:t xml:space="preserve">[51:35] </w:t>
      </w:r>
      <w:r>
        <w:t>nahi, yeh logic wahan apply nahi hoti. mein saada taur par kahunga ke quran mein ayat hai ke "wa ma khalaqtal jinna wal insa illa li ya'budun".</w:t>
      </w:r>
    </w:p>
    <w:p>
      <w:pPr>
        <w:jc w:val="right"/>
      </w:pPr>
      <w:r>
        <w:t>نہیں، یہ لاجک وہاں اپلائی نہیں ہوتی۔ میں سادہ طور پر کہوں گا کہ قرآن میں آیت ہے کہ "وما خلق الجن والإنس إلا ليعبدون"۔</w:t>
      </w:r>
    </w:p>
    <w:p>
      <w:r>
        <w:rPr>
          <w:b/>
        </w:rPr>
        <w:t xml:space="preserve">[51:45] </w:t>
      </w:r>
      <w:r>
        <w:t>to abdullah abbas, jo sab se bade mufassir bane hote hain quran ke, unhone kaha hai ke "la ya'budun" ka matlab hai "la ya'rifun". is waqt mein itna hi jawab de sakta hoon.</w:t>
      </w:r>
    </w:p>
    <w:p>
      <w:pPr>
        <w:jc w:val="right"/>
      </w:pPr>
      <w:r>
        <w:t>تو عبداللہ عباس، جو سب سے بڑے مفسر بنے ہوتے ہیں قرآن کے، انہوں نے کہا ہے کہ "لاعبدون" کا مطلب ہے "لاعرفون"۔ اس وقت میں اتنا ہی جواب دے سکتا ہوں۔</w:t>
      </w:r>
    </w:p>
    <w:p>
      <w:r>
        <w:rPr>
          <w:b/>
        </w:rPr>
        <w:t xml:space="preserve">[51:56] </w:t>
      </w:r>
      <w:r>
        <w:t>iski tafseel ke liye aap isi kitaab ko padhiye jo mein ne kaha. "izhaar-e-deen" ki jo kitaab hai, us mein iski tafseel aap ko mil jayegi.</w:t>
      </w:r>
    </w:p>
    <w:p>
      <w:pPr>
        <w:jc w:val="right"/>
      </w:pPr>
      <w:r>
        <w:t>اس کی تفصیل کے لیے آپ اسی کتاب کو پڑھیے جو میں نے کہا۔ "اظہار دین" کی جو کتاب ہے، اس میں اس کی تفصیل آپ کو مل جائے گی۔</w:t>
      </w:r>
    </w:p>
    <w:p>
      <w:r>
        <w:rPr>
          <w:b/>
        </w:rPr>
        <w:t xml:space="preserve">[52:06] </w:t>
      </w:r>
      <w:r>
        <w:t>maulana, agla sawal dhampur se hai mehtab sahab ka. mehtab ahmed sahab ka. unhone likha hai: "maulana, please tell us about sang-e-aswad.</w:t>
      </w:r>
    </w:p>
    <w:p>
      <w:pPr>
        <w:jc w:val="right"/>
      </w:pPr>
      <w:r>
        <w:t>مولانا، اگلا سوال دھامپور سے ہے مہتاب صاحب کا۔ مہتاب احمد صاحب کا۔ انہوں نے لکھا ہے: "مولانا، پلیز ٹیل اس اباؤٹ سنجے اسود۔</w:t>
      </w:r>
    </w:p>
    <w:p>
      <w:r>
        <w:rPr>
          <w:b/>
        </w:rPr>
        <w:t xml:space="preserve">[52:17] </w:t>
      </w:r>
      <w:r>
        <w:t>what is its history and importance?" sang-e-aswad, hajar-e-aswad.</w:t>
      </w:r>
    </w:p>
    <w:p>
      <w:pPr>
        <w:jc w:val="right"/>
      </w:pPr>
      <w:r>
        <w:t>واٹ از اٹس ہسٹری اینڈ امپورٹنس؟" سنجے اسود، حجر اسود۔</w:t>
      </w:r>
    </w:p>
    <w:p>
      <w:r>
        <w:rPr>
          <w:b/>
        </w:rPr>
        <w:t xml:space="preserve">[52:24] </w:t>
      </w:r>
      <w:r>
        <w:t>bhai, is mein jo bani tehqeeq hai, woh yeh hai ke ajeeb ghareeb qism ke afsaane is ke bare mein hain. mislan kehte hain ke aaya tha aasman se to safed tha aur insaanon ke gunah se kala ho gaya.</w:t>
      </w:r>
    </w:p>
    <w:p>
      <w:pPr>
        <w:jc w:val="right"/>
      </w:pPr>
      <w:r>
        <w:t>بھئی، اس میں میں جو بنی تحقیق ہے، وہ یہ ہے کہ عجیب غریب قسم کے افسانے اس کے بارے میں ہیں۔ مثلاً کہتے ہیں کہ آیا تھا آسمان سے تو سفید تھا اور انسانوں کے گناہ سے کالا ہو گیا۔</w:t>
      </w:r>
    </w:p>
    <w:p>
      <w:r>
        <w:rPr>
          <w:b/>
        </w:rPr>
        <w:t xml:space="preserve">[52:37] </w:t>
      </w:r>
      <w:r>
        <w:t>yeh bilkul afsaana hai, is ki koi haqeeqat nahi hai. to sang hajar-e-aswad ke bare mein jitne bhi hain, woh sab afsaane hain.</w:t>
      </w:r>
    </w:p>
    <w:p>
      <w:pPr>
        <w:jc w:val="right"/>
      </w:pPr>
      <w:r>
        <w:t>یہ بالکل افسانہ ہے، اس کی کوئی حقیقت نہیں ہے۔ تو سنگ حجر اسود کے بارے میں جتنے بھی ہیں، وہ سب افسانے ہیں۔</w:t>
      </w:r>
    </w:p>
    <w:p>
      <w:r>
        <w:rPr>
          <w:b/>
        </w:rPr>
        <w:t xml:space="preserve">[52:46] </w:t>
      </w:r>
      <w:r>
        <w:t>mere nazdeek is ki qissa sirf itni hai ke woh ek jab hazrat ibrahim ne kaaba banaya to hazrat ismail ne kaha chunke is mein tawaf karna tha,</w:t>
      </w:r>
    </w:p>
    <w:p>
      <w:pPr>
        <w:jc w:val="right"/>
      </w:pPr>
      <w:r>
        <w:t>میرے نزدیک اس کی قصہ صرف اتنی ہے کہ وہ ایک جب حضرت ابراہیم نے کعبہ بنایا تو حضرت اسماعیل نے کہا چونکہ اس میں طواف کرنا تھا،</w:t>
      </w:r>
    </w:p>
    <w:p>
      <w:r>
        <w:rPr>
          <w:b/>
        </w:rPr>
        <w:t xml:space="preserve">[53:01] </w:t>
      </w:r>
      <w:r>
        <w:t>tawaf karne ke liye ek point chahiye jahan se aap shuru karein. saat saat ginti ko shuru karein, ek point chahiye tha, ek different colour ka patthar chahiye tha un ko.</w:t>
      </w:r>
    </w:p>
    <w:p>
      <w:pPr>
        <w:jc w:val="right"/>
      </w:pPr>
      <w:r>
        <w:t>طواف کرنے کے لیے ایک پوائنٹ چاہیے جہاں سے آپ شوار کریں۔ سات سات گنتی کو شوار کریں، ایک پوائنٹ چاہیے تھا، ایک ڈفرنٹ کلر کا پتھر چاہیے تھا ان کو۔</w:t>
      </w:r>
    </w:p>
    <w:p>
      <w:r>
        <w:rPr>
          <w:b/>
        </w:rPr>
        <w:t xml:space="preserve">[53:13] </w:t>
      </w:r>
      <w:r>
        <w:t>d</w:t>
      </w:r>
    </w:p>
    <w:p>
      <w:pPr>
        <w:jc w:val="right"/>
      </w:pPr>
      <w:r>
        <w:t>ڈ</w:t>
      </w:r>
    </w:p>
    <w:p>
      <w:r>
        <w:rPr>
          <w:b/>
        </w:rPr>
        <w:t xml:space="preserve">[53:14] </w:t>
      </w:r>
      <w:r>
        <w:t>ifferent colour ka patthar to unhone dhoond kar ke ek kaale rang ka patthar laye aur chipkaye, woh is ko daal daal diya. to bas woh different colour ka patthar hai, bas aur kuch nahi hai.</w:t>
      </w:r>
    </w:p>
    <w:p>
      <w:pPr>
        <w:jc w:val="right"/>
      </w:pPr>
      <w:r>
        <w:t>فرنٹ کلر کا پتھر تو انہوں نے ڈھونڈ کر کے ایک کالے رنگ کا پتھر لائے اور چپکائے، وہ اس کو ڈال ڈال دیا۔ تو بس وہ ڈفرنٹ کلر کا پتھر ہے، بس اور کچھ نہیں ہے۔</w:t>
      </w:r>
    </w:p>
    <w:p>
      <w:r>
        <w:rPr>
          <w:b/>
        </w:rPr>
        <w:t xml:space="preserve">[53:23] </w:t>
      </w:r>
      <w:r>
        <w:t>jitne afsaane hain, woh sab bhi baseless hain, un ko koi asal nahi hai.</w:t>
      </w:r>
    </w:p>
    <w:p>
      <w:pPr>
        <w:jc w:val="right"/>
      </w:pPr>
      <w:r>
        <w:t>جتنے افسانے ہیں، وہ سب بھی بیسلیس ہیں، ان کو کوئی اصل نہیں ہے۔</w:t>
      </w:r>
    </w:p>
    <w:p>
      <w:r>
        <w:rPr>
          <w:b/>
        </w:rPr>
        <w:t xml:space="preserve">[53:32] </w:t>
      </w:r>
      <w:r>
        <w:t>maulana, un ka ek aur sawal hai. unhone aap se poocha hai ke "my people use the word allah and some people use the word khuda for god."</w:t>
      </w:r>
    </w:p>
    <w:p>
      <w:pPr>
        <w:jc w:val="right"/>
      </w:pPr>
      <w:r>
        <w:t>مولانا، ان کا ایک اور سوال ہے۔ انہوں نے آپ سے پوچھا ہے کہ "میری پیپل یوز دا ورڈ اللہ اینڈ سم پیپل یوز دا ورڈ خدا فار گاڈ۔</w:t>
      </w:r>
    </w:p>
    <w:p>
      <w:r>
        <w:rPr>
          <w:b/>
        </w:rPr>
        <w:t xml:space="preserve">[53:42] </w:t>
      </w:r>
      <w:r>
        <w:t>waat is your comment on this?</w:t>
      </w:r>
    </w:p>
    <w:p>
      <w:pPr>
        <w:jc w:val="right"/>
      </w:pPr>
      <w:r>
        <w:t>واٹ از یور کمنٹ ان دس؟"</w:t>
      </w:r>
    </w:p>
    <w:p>
      <w:r>
        <w:rPr>
          <w:b/>
        </w:rPr>
        <w:t xml:space="preserve">[53:45] </w:t>
      </w:r>
      <w:r>
        <w:t>daikhen, yeh aik yeh bhi aik fitna nikala hai kuch logon ne ke kehte hain ke Allah is mein zaat hai aur Khuda ya koi aur lafz is ne nahi kiya ja sakta.</w:t>
      </w:r>
    </w:p>
    <w:p>
      <w:pPr>
        <w:jc w:val="right"/>
      </w:pPr>
      <w:r>
        <w:t>دیکھیں، یہ ایک یہ بھی ایک فتنہ نکالا ہے کچھ لوگوں نے کہ کہتے ہیں کہ اللہ اس میں ذات ہے اور خدا یا کوئی اور لفظ اس نے نہیں کیا جا سکتا۔</w:t>
      </w:r>
    </w:p>
    <w:p>
      <w:r>
        <w:rPr>
          <w:b/>
        </w:rPr>
        <w:t xml:space="preserve">[53:55] </w:t>
      </w:r>
      <w:r>
        <w:t>yeh bilkul baseless baaten hain. khud Quran se sabit hai ke mushrikeen lafz Allah boltay thay. "la man khalaq la yaqoon illa Allah" zaroor kahengay ke Allah ne mushrikeen ke baray mein aaya hai to khud Quran keh raha hai ke mushrikeen lafz Allah boltay thay.</w:t>
      </w:r>
    </w:p>
    <w:p>
      <w:pPr>
        <w:jc w:val="right"/>
      </w:pPr>
      <w:r>
        <w:t>یہ بالکل بیسلیس باتیں ہیں۔ خود قرآن سے ثابت ہے کہ مشرکین لفظ اللہ بولتے تھے۔ "لا من خلق لا یقون الا اللہ" ضرور کہیں گے کہ اللہ نے مشرکین کے بارے میں آیا ہے تو خود قرآن کہہ رہا ہے کہ مشرکین لفظ اللہ بولتے تھے۔</w:t>
      </w:r>
    </w:p>
    <w:p>
      <w:r>
        <w:rPr>
          <w:b/>
        </w:rPr>
        <w:t xml:space="preserve">[54:12] </w:t>
      </w:r>
      <w:r>
        <w:t>yeh kahan se nikale logon ne? yeh sirf moj zamanay ki bid'aten hain, yeh bhi aik bid'at hai. ab bid'at kahan se aayi hai?</w:t>
      </w:r>
    </w:p>
    <w:p>
      <w:pPr>
        <w:jc w:val="right"/>
      </w:pPr>
      <w:r>
        <w:t>یہ کہاں سے نکالے لوگوں نے؟ یہ صرف موج زمانے کی بدعتیں ہیں، یہ بھی ایک بدعت ہے۔ اب بدعت کہاں سے آئی ہے؟</w:t>
      </w:r>
    </w:p>
    <w:p>
      <w:r>
        <w:rPr>
          <w:b/>
        </w:rPr>
        <w:t xml:space="preserve">[54:20] </w:t>
      </w:r>
      <w:r>
        <w:t>musalmanon mein is zamanay mein aaya hai ke jis ko kehte hain shanakht, identity. sab se bari cheez samajhte hain hum pehchan, shanakht, identity.</w:t>
      </w:r>
    </w:p>
    <w:p>
      <w:pPr>
        <w:jc w:val="right"/>
      </w:pPr>
      <w:r>
        <w:t>مسلمانوں میں اس زمانے میں آیا ہے کہ جس کو کہتے ہیں شناخت، آئیڈینٹیٹی۔ سب سے بڑی چیز سمجھتے ہیں ہم پہچان، شناخت، آئیڈینٹیٹی۔</w:t>
      </w:r>
    </w:p>
    <w:p>
      <w:r>
        <w:rPr>
          <w:b/>
        </w:rPr>
        <w:t xml:space="preserve">[54:29] </w:t>
      </w:r>
      <w:r>
        <w:t>halankay Islam mein koi haqeeqat nahi shanakht ki. identity Islam ke musalmanon ki identity jo hai, woh character hai, yeh sab alfaaz nahi hain.</w:t>
      </w:r>
    </w:p>
    <w:p>
      <w:pPr>
        <w:jc w:val="right"/>
      </w:pPr>
      <w:r>
        <w:t>حالانکہ اسلام میں کوئی حقیقت نہیں شناخت کی۔ آئیڈینٹیٹی اسلام کے مسلمانوں کی آئیڈینٹیٹی جو ہے، وہ کریکٹر ہے، یہ سب الفاظ نہیں ہیں۔</w:t>
      </w:r>
    </w:p>
    <w:p>
      <w:r>
        <w:rPr>
          <w:b/>
        </w:rPr>
        <w:t xml:space="preserve">[54:41] </w:t>
      </w:r>
      <w:r>
        <w:t>to yeh jo nikala hai logon ne, yeh bilkul bid'at hai ke lafz Allah jo hai, woh Allah ki ism zaat hai aur koi doosra haq nahi</w:t>
      </w:r>
    </w:p>
    <w:p>
      <w:pPr>
        <w:jc w:val="right"/>
      </w:pPr>
      <w:r>
        <w:t>تو یہ جو نکالا ہے لوگوں نے، یہ بالکل بدعت ہے کہ لفظ اللہ جو ہے، وہ اللہ کی اسم ذات ہے اور کوئی دوسرا حق نہیں</w:t>
      </w:r>
    </w:p>
    <w:p>
      <w:r>
        <w:rPr>
          <w:b/>
        </w:rPr>
        <w:t xml:space="preserve">[54:50] </w:t>
      </w:r>
      <w:r>
        <w:t>rakhti. yahan tak ke aap suna hoga aap ne aik aik Muslim country mein baqayda is pe muqadma kiya gaya aur doosron ko mehroom kiya gaya.</w:t>
      </w:r>
    </w:p>
    <w:p>
      <w:pPr>
        <w:jc w:val="right"/>
      </w:pPr>
      <w:r>
        <w:t>رکھتی۔ یہاں تک کہ آپ سنا ہوگا آپ نے ایک ایک مسلم کنٹری میں باقاعدہ اس پہ مقدمہ کیا گیا اور دوسروں کو محرم کیا گیا۔</w:t>
      </w:r>
    </w:p>
    <w:p>
      <w:r>
        <w:rPr>
          <w:b/>
        </w:rPr>
        <w:t xml:space="preserve">[55:00] </w:t>
      </w:r>
      <w:r>
        <w:t>doosra lafz Allah bol nahi sakte, sirf musalman hi bol sakte hain. is halat mein yeh sab bilkul bid'aten hain. lafz khud Quran mein yeh baat maujood hai ke mushrikeen lafz Allah boltay thay.</w:t>
      </w:r>
    </w:p>
    <w:p>
      <w:pPr>
        <w:jc w:val="right"/>
      </w:pPr>
      <w:r>
        <w:t>دوسرا لفظ اللہ بول نہیں سکتے، صرف مسلمان ہی بول سکتے ہیں۔ اس حالت میں یہ سب بالکل بدعتیں ہیں۔ لفظ خود قرآن میں یہ بات موجود ہے کہ مشرکین لفظ اللہ بولتے تھے۔</w:t>
      </w:r>
    </w:p>
    <w:p>
      <w:r>
        <w:rPr>
          <w:b/>
        </w:rPr>
        <w:t xml:space="preserve">[55:11] </w:t>
      </w:r>
      <w:r>
        <w:t>to kaisay aap kehte hain ke Allah hamari monopoly hai? Allah aap ki monopoly kaisay ho jaye gi?</w:t>
      </w:r>
    </w:p>
    <w:p>
      <w:pPr>
        <w:jc w:val="right"/>
      </w:pPr>
      <w:r>
        <w:t>تو کیسے آپ کہتے ہیں کہ اللہ ہماری موناپولی ہے؟ اللہ آپ کی موناپولی کیسے ہو جائے گی؟</w:t>
      </w:r>
    </w:p>
    <w:p>
      <w:r>
        <w:rPr>
          <w:b/>
        </w:rPr>
        <w:t xml:space="preserve">[55:19] </w:t>
      </w:r>
      <w:r>
        <w:t>mere nazdeek yeh sab kuch bhi nahi, bilkul be-haqeeqat baaten hain. aur lafz Allah durust hai, Khuda bhi durust hai, God bhi durust hai.</w:t>
      </w:r>
    </w:p>
    <w:p>
      <w:pPr>
        <w:jc w:val="right"/>
      </w:pPr>
      <w:r>
        <w:t>میرے نزدیک یہ سب کچھ بھی نہیں، بالکل بے حقیقت باتیں ہیں۔ اور لفظ اللہ درست ہے، خدا بھی درست ہے، گاڈ بھی درست ہے۔</w:t>
      </w:r>
    </w:p>
    <w:p>
      <w:r>
        <w:rPr>
          <w:b/>
        </w:rPr>
        <w:t xml:space="preserve">[55:29] </w:t>
      </w:r>
      <w:r>
        <w:t>is mein koi Islami o ghair Islami ki baat nahi hai. yeh is ka taluq dekhiye riwaj aam se hai. kuch cheezen riwaj aam mein nahi aayi hain to woh woh nahi istemal karna sahi hoga.</w:t>
      </w:r>
    </w:p>
    <w:p>
      <w:pPr>
        <w:jc w:val="right"/>
      </w:pPr>
      <w:r>
        <w:t>اس میں کوئی اسلامی و غیر اسلامی کی بات نہیں ہے۔ یہ اس کا تعلق دیکھیے رواج عام سے ہے۔ کچھ چیزیں رواج عام میں نہیں آئیں ہیں تو وہ وہ نہیں استعمال کرنا صحیح ہوگا۔</w:t>
      </w:r>
    </w:p>
    <w:p>
      <w:r>
        <w:rPr>
          <w:b/>
        </w:rPr>
        <w:t xml:space="preserve">[55:42] </w:t>
      </w:r>
      <w:r>
        <w:t>jo cheez riwaj aam mein aa jaye,</w:t>
      </w:r>
    </w:p>
    <w:p>
      <w:pPr>
        <w:jc w:val="right"/>
      </w:pPr>
      <w:r>
        <w:t>جو چیز رواج عام میں آ جائے،</w:t>
      </w:r>
    </w:p>
    <w:p>
      <w:r>
        <w:rPr>
          <w:b/>
        </w:rPr>
        <w:t xml:space="preserve">[55:45] </w:t>
      </w:r>
      <w:r>
        <w:t>Arabi mein kaha jata hai ke "al-ghalath al-aam fashih". al-ghalath al-aam fashih yani koi cheez jo aam ho jaye, riwaj pa jaye to wahi fashih hai, wahi sahi hai.</w:t>
      </w:r>
    </w:p>
    <w:p>
      <w:pPr>
        <w:jc w:val="right"/>
      </w:pPr>
      <w:r>
        <w:t>عربی میں کہا جاتا ہے کہ "الغلط العام فصیح"۔ الغلط العام فصیح یعنی کوئی چیز جو عام ہو جائے، رواج پا جائے تو وہی فصیح ہے، وہی صحیح ہے۔</w:t>
      </w:r>
    </w:p>
    <w:p>
      <w:r>
        <w:rPr>
          <w:b/>
        </w:rPr>
        <w:t xml:space="preserve">[55:59] </w:t>
      </w:r>
      <w:r>
        <w:t>to Khuda aam ho chuka hai aur God aam ho chuka hai, to bilkul durust hai. woh is mein koi harj nahi hai.</w:t>
      </w:r>
    </w:p>
    <w:p>
      <w:pPr>
        <w:jc w:val="right"/>
      </w:pPr>
      <w:r>
        <w:t>تو خدا عام ہو چکا ہے اور گاڈ عام ہو چکا ہے، تو بالکل درست ہے۔ وہ اس میں کوئی حرج نہیں ہے۔</w:t>
      </w:r>
    </w:p>
    <w:p>
      <w:r>
        <w:rPr>
          <w:b/>
        </w:rPr>
        <w:t xml:space="preserve">[56:08] </w:t>
      </w:r>
      <w:r>
        <w:t>lekin kalma jo hai, mislan is mein lafz Allah hi bola jayega.</w:t>
      </w:r>
    </w:p>
    <w:p>
      <w:pPr>
        <w:jc w:val="right"/>
      </w:pPr>
      <w:r>
        <w:t>لیکن کلمہ جو ہے، مثلاً اس میں لفظ اللہ ہی بولا جائے گا۔</w:t>
      </w:r>
    </w:p>
    <w:p>
      <w:r>
        <w:rPr>
          <w:b/>
        </w:rPr>
        <w:t xml:space="preserve">[56:14] </w:t>
      </w:r>
      <w:r>
        <w:t>"la ilaha illallah" mein Allah hi rahega, wahan aap God nahi shamil karenge. jo jo Quran hai, asal matan matan mein wahi rahega jo hai.</w:t>
      </w:r>
    </w:p>
    <w:p>
      <w:pPr>
        <w:jc w:val="right"/>
      </w:pPr>
      <w:r>
        <w:t>"لا الہ الا اللہ" میں اللہ ہی رہے گا، وہاں آپ گاڈ نہیں شامل کریں گے۔ جو جو قرآن ہے، اصل متن متن میں وہی رہے گا جو ہے۔</w:t>
      </w:r>
    </w:p>
    <w:p>
      <w:r>
        <w:rPr>
          <w:b/>
        </w:rPr>
        <w:t xml:space="preserve">[56:25] </w:t>
      </w:r>
      <w:r>
        <w:t>matan mein aap tabdeeli nahi kar sakte, lekin tarjmay mein tabdeeli kar sakte hain. aap koi harj is mein nahi hai.</w:t>
      </w:r>
    </w:p>
    <w:p>
      <w:pPr>
        <w:jc w:val="right"/>
      </w:pPr>
      <w:r>
        <w:t>متن میں آپ تبدیلی نہیں کر سکتے، لیکن ترجمے میں تبدیلی کر سکتے ہیں۔ آپ کوئی حرج اس میں نہیں ہے۔</w:t>
      </w:r>
    </w:p>
    <w:p>
      <w:r>
        <w:rPr>
          <w:b/>
        </w:rPr>
        <w:t xml:space="preserve">[56:34] </w:t>
      </w:r>
      <w:r>
        <w:t>Maulana, agla sawal lene se pehle aik comment parhna chahenge jo Miss Toti Malhotra ne Delhi se likha hai.</w:t>
      </w:r>
    </w:p>
    <w:p>
      <w:pPr>
        <w:jc w:val="right"/>
      </w:pPr>
      <w:r>
        <w:t>مولانا، اگلا سوال لینے سے پہلے ایک کمنٹ پڑھنا چاہیں گے جو مس طوطی مہلوترا نے دلی سے لکھا ہے۔</w:t>
      </w:r>
    </w:p>
    <w:p>
      <w:r>
        <w:rPr>
          <w:b/>
        </w:rPr>
        <w:t xml:space="preserve">[56:42] </w:t>
      </w:r>
      <w:r>
        <w:t>unhon ne likha hai: "Maulana, thank you for showing the right path and making all of us realize the missing link between God and us." Maulana, agla sawal Delhi se hai Jameel Akhtar Khan sahab ka.</w:t>
      </w:r>
    </w:p>
    <w:p>
      <w:pPr>
        <w:jc w:val="right"/>
      </w:pPr>
      <w:r>
        <w:t>انہوں نے لکھا ہے: "مولانا، تھینک یو فار شوئنگ دا رائٹ پاتھ اینڈ میکنگ ال اف اس ریلائز دا مسنگ لنک بٹوین گاڈ اینڈ اس۔" مولانا، اگلا سوال دلی سے ہے جمیل اختر خان صاحب کا۔</w:t>
      </w:r>
    </w:p>
    <w:p>
      <w:r>
        <w:rPr>
          <w:b/>
        </w:rPr>
        <w:t xml:space="preserve">[56:56] </w:t>
      </w:r>
      <w:r>
        <w:t>unhon ne likha hai: "Quran ki ayat ka aik zahir hai, aik batin hai. is ki wazahat karen kyunke Islam mein aik firqa paida hua, batini batiniyat.</w:t>
      </w:r>
    </w:p>
    <w:p>
      <w:pPr>
        <w:jc w:val="right"/>
      </w:pPr>
      <w:r>
        <w:t>انہوں نے لکھا ہے: "قرآن کی آیت کا ایک ظاہر ہے، ایک باطن ہے۔ اس کی وضاحت کریں کیونکہ اسلام میں ایک فرقہ پیدا ہوا، باطنی باطنیت۔</w:t>
      </w:r>
    </w:p>
    <w:p>
      <w:r>
        <w:rPr>
          <w:b/>
        </w:rPr>
        <w:t xml:space="preserve">[57:09] </w:t>
      </w:r>
      <w:r>
        <w:t>aaj bhi is ayat ki ajeeb o ghareeb taweel ki jati hai." daikhiye, isi ayat ki baat nahi hai. har cheez ki ajeeb o ghareeb taweel hua karti hai.</w:t>
      </w:r>
    </w:p>
    <w:p>
      <w:pPr>
        <w:jc w:val="right"/>
      </w:pPr>
      <w:r>
        <w:t>آج بھی اس آیت کے عجیب و غریب تاویل کی جاتی ہے۔" دیکھیے، اسی آیت کی بات نہیں ہے۔ ہر چیز کی عجیب و غریب تاویل ہوا کرتی ہے۔</w:t>
      </w:r>
    </w:p>
    <w:p>
      <w:r>
        <w:rPr>
          <w:b/>
        </w:rPr>
        <w:t xml:space="preserve">[57:21] </w:t>
      </w:r>
      <w:r>
        <w:t>sooraj ki ajeeb o ghareeb taweel thi ke sooraj jo hai, Khuda hai. to insan ko Allah ne azadi di hai, us ki azadi ko aap chheen nahi sakte. to ajeeb o ghareeb taweel ko bhi chheen nahi sakte aap.</w:t>
      </w:r>
    </w:p>
    <w:p>
      <w:pPr>
        <w:jc w:val="right"/>
      </w:pPr>
      <w:r>
        <w:t>سورج کی عجیب و غریب تاویل تھی کہ سورج جو ہے، خدا ہے۔ تو انسان کو اللہ نے آزادی دی ہے، اس کی آزادی کو آپ چھین نہیں سکتے۔ تو عجیب و غریب تاویل کو بھی چھین نہیں سکتے آپ۔</w:t>
      </w:r>
    </w:p>
    <w:p>
      <w:r>
        <w:rPr>
          <w:b/>
        </w:rPr>
        <w:t xml:space="preserve">[57:32] </w:t>
      </w:r>
      <w:r>
        <w:t>woh to karta rahega har cheez ki ajeeb o ghareeb taweel. kya karenge aap?</w:t>
      </w:r>
    </w:p>
    <w:p>
      <w:pPr>
        <w:jc w:val="right"/>
      </w:pPr>
      <w:r>
        <w:t>وہ تو کرتا رہے گا ہر چیز کی عجیب و غریب تاویل۔ کیا کریں گے آپ؟</w:t>
      </w:r>
    </w:p>
    <w:p>
      <w:r>
        <w:rPr>
          <w:b/>
        </w:rPr>
        <w:t xml:space="preserve">[57:39] </w:t>
      </w:r>
      <w:r>
        <w:t>ajeeb o ghareeb taweel aik aisi cheez hai jo insan ke apni azadi ko misuse karne ki bina par hoti hai. yeh kisi lafz se mutaliq nahi hai.</w:t>
      </w:r>
    </w:p>
    <w:p>
      <w:pPr>
        <w:jc w:val="right"/>
      </w:pPr>
      <w:r>
        <w:t>عجیب و غریب تاویل ایک ایسی چیز ہے جو انسان کے اپنی آزادی کو مس یوز کرنے کی بنا پر ہوتی ہے۔ یہ کسی لفظ سے متعلق نہیں ہے۔</w:t>
      </w:r>
    </w:p>
    <w:p>
      <w:r>
        <w:rPr>
          <w:b/>
        </w:rPr>
        <w:t xml:space="preserve">[57:48] </w:t>
      </w:r>
      <w:r>
        <w:t>woh aur jahan tak is ka talluq hai, is pe bar bar mein risale mein likh chuka hoon. is par yeh yeh jo hadith hai: "lekin ayat muna zahir o batin" to yeh bar bar likh chuka hoon.</w:t>
      </w:r>
    </w:p>
    <w:p>
      <w:pPr>
        <w:jc w:val="right"/>
      </w:pPr>
      <w:r>
        <w:t>وہ اور جہاں تک اس کا تعلق ہے، اس پہ بار بار میں رسالے میں لکھ چکا ہوں۔ اس پر یہ یہ جو حدیث ہے: "لیکن آیت منا ظاہر و باطن" تو یہ بار بار لکھ چکا ہوں۔</w:t>
      </w:r>
    </w:p>
    <w:p>
      <w:r>
        <w:rPr>
          <w:b/>
        </w:rPr>
        <w:t xml:space="preserve">[58:00] </w:t>
      </w:r>
      <w:r>
        <w:t>yahan bhi bar bar lecture mein yeh baat aa chuki hai. aap is ko parh lijeye.</w:t>
      </w:r>
    </w:p>
    <w:p>
      <w:pPr>
        <w:jc w:val="right"/>
      </w:pPr>
      <w:r>
        <w:t>یہاں بھی بار بار لیکچر میں یہ بات آ چکی ہے۔ آپ اس کو پڑھ لیجئے۔</w:t>
      </w:r>
    </w:p>
    <w:p>
      <w:r>
        <w:rPr>
          <w:b/>
        </w:rPr>
        <w:t xml:space="preserve">[58:08] </w:t>
      </w:r>
      <w:r>
        <w:t>molana, in ka aik aur sawal hai. unhon ne likha hai: "islam ki lambi tareekh mein meditation ka tareeqa jari raha, mind base spirituality ka tareeqa nahin.</w:t>
      </w:r>
    </w:p>
    <w:p>
      <w:pPr>
        <w:jc w:val="right"/>
      </w:pPr>
      <w:r>
        <w:t>مولانا، ان کا ایک اور سوال ہے۔ انہوں نے لکھا ہے: "اسلام کی لمبی تاریخ میں میڈیٹیشن کا طریقہ جاری رہا، مائنڈ بیس سپرچویلٹی کا طریقہ نہیں۔</w:t>
      </w:r>
    </w:p>
    <w:p>
      <w:r>
        <w:rPr>
          <w:b/>
        </w:rPr>
        <w:t xml:space="preserve">[58:20] </w:t>
      </w:r>
      <w:r>
        <w:t>to kya pichle logon ne quran ki is ayat ko samjha hi nahin?" mein yeh kahoon ga ke dekhiye, saada sawal nahin hai. aap meri is kitab ka inkar kijiye jo aaj hi tayyar hui hai, is ko aap parhiye.</w:t>
      </w:r>
    </w:p>
    <w:p>
      <w:pPr>
        <w:jc w:val="right"/>
      </w:pPr>
      <w:r>
        <w:t>تو کیا پچھلے لوگوں نے قرآن کی اس آیت کو سمجھا ہی نہیں؟" میں یہ کہوں گا کہ دیکھیے، سادہ سوال نہیں ہے۔ آپ میری اس کتاب کا انکار کیجئے جو آج ہی تیار ہوئی ہے، اس کو آپ پڑھیے۔</w:t>
      </w:r>
    </w:p>
    <w:p>
      <w:r>
        <w:rPr>
          <w:b/>
        </w:rPr>
        <w:t xml:space="preserve">[58:34] </w:t>
      </w:r>
      <w:r>
        <w:t>is ko parhne ke baad sawal kijiye.</w:t>
      </w:r>
    </w:p>
    <w:p>
      <w:pPr>
        <w:jc w:val="right"/>
      </w:pPr>
      <w:r>
        <w:t>اس کو پڑھنے کے بعد سوال کیجئے۔</w:t>
      </w:r>
    </w:p>
    <w:p>
      <w:r>
        <w:rPr>
          <w:b/>
        </w:rPr>
        <w:t xml:space="preserve">[58:36] </w:t>
      </w:r>
      <w:r>
        <w:t>mera tareeqa yeh hai, mein ne bar bar kaha hai ke jis baat ko mein tafseel se likh chuka hota hoon to mein chahta hoon ke log parhein is ko, phir sawal karein.</w:t>
      </w:r>
    </w:p>
    <w:p>
      <w:pPr>
        <w:jc w:val="right"/>
      </w:pPr>
      <w:r>
        <w:t>میرا طریقہ یہ ہے، میں نے بار بار کہا ہے کہ جس بات کو میں تفصیل سے لکھ چکا ہوتا ہوں تو میں چاہتا ہوں کہ لوگ پڑھیں اس کو، پھر سوال کریں۔</w:t>
      </w:r>
    </w:p>
    <w:p>
      <w:r>
        <w:rPr>
          <w:b/>
        </w:rPr>
        <w:t xml:space="preserve">[58:46] </w:t>
      </w:r>
      <w:r>
        <w:t>baghair parhe sawal karna yeh art of questioning ke khilaf hai. to agar aap jante hain, is janna chahte hain is masle ko to meri kitab ko parhiye.</w:t>
      </w:r>
    </w:p>
    <w:p>
      <w:pPr>
        <w:jc w:val="right"/>
      </w:pPr>
      <w:r>
        <w:t>بغیر پڑھے سوال کرنا یہ آرٹ آف کوئسچننگ کے خلاف ہے۔ تو اگر آپ جانتے ہیں، اس جاننا چاہتے ہیں اس مسئلے کو تو میری کتاب کو پڑھیے۔</w:t>
      </w:r>
    </w:p>
    <w:p>
      <w:r>
        <w:rPr>
          <w:b/>
        </w:rPr>
        <w:t xml:space="preserve">[58:55] </w:t>
      </w:r>
      <w:r>
        <w:t>is ka naam hai "izhar-e-deen". phir sawal kijiye to mein inshallah is ka jawab doon ga.</w:t>
      </w:r>
    </w:p>
    <w:p>
      <w:pPr>
        <w:jc w:val="right"/>
      </w:pPr>
      <w:r>
        <w:t>اس کا نام ہے "اظہار دین"۔ پھر سوال کیجئے تو میں انشاءاللہ اس کا جواب دوں گا۔</w:t>
      </w:r>
    </w:p>
    <w:p>
      <w:r>
        <w:rPr>
          <w:b/>
        </w:rPr>
        <w:t xml:space="preserve">[59:03] </w:t>
      </w:r>
      <w:r>
        <w:t>in mubhas par bohat hi tafseeli guftagu is kitab mein</w:t>
      </w:r>
    </w:p>
    <w:p>
      <w:pPr>
        <w:jc w:val="right"/>
      </w:pPr>
      <w:r>
        <w:t>ان مباحث پر بہت ہی تفصیلی گفتگو اس کتاب میں</w:t>
      </w:r>
    </w:p>
    <w:p>
      <w:r>
        <w:rPr>
          <w:b/>
        </w:rPr>
        <w:t xml:space="preserve">[59:06] </w:t>
      </w:r>
      <w:r>
        <w:t>hai. molana, agla sawal chennai se hai molana iqbal umri ka. unhon ne likha hai: "molana, tafakkur ka practical data ahl-e-maghrib ke paas hai.</w:t>
      </w:r>
    </w:p>
    <w:p>
      <w:pPr>
        <w:jc w:val="right"/>
      </w:pPr>
      <w:r>
        <w:t>ہے۔ مولانا، اگلا سوال چنئی سے ہے مولانا اقبال عمری کا۔ انہوں نے لکھا ہے: "مولانا، تفکر کا پریکٹیکل ڈیٹا اہل مغرب کے پاس ہے۔</w:t>
      </w:r>
    </w:p>
    <w:p>
      <w:r>
        <w:rPr>
          <w:b/>
        </w:rPr>
        <w:t xml:space="preserve">[59:18] </w:t>
      </w:r>
      <w:r>
        <w:t>unhon ne aql ko use karne ki wajah se explore kiya hai. molana, tafakkur aur murakabe ka farq wazeh karein." yeh sab cheezein mein tafseel se is kitab mein likh chuka hoon.</w:t>
      </w:r>
    </w:p>
    <w:p>
      <w:pPr>
        <w:jc w:val="right"/>
      </w:pPr>
      <w:r>
        <w:t>انہوں نے عقل کو یوز کرنے کی وجہ سے ایکسپلور کیا ہے۔ مولانا، تفکر اور مراقبے کا فرق واضح کریں۔" یہ سب چیزیں میں تفصیل سے اس کتاب میں لکھ چکا ہوں۔</w:t>
      </w:r>
    </w:p>
    <w:p>
      <w:r>
        <w:rPr>
          <w:b/>
        </w:rPr>
        <w:t xml:space="preserve">[59:30] </w:t>
      </w:r>
      <w:r>
        <w:t>yeh sab baatein to hum bar bar likh chuke hain. kitab "barfraj" jo mot si kitab hai, us mein bhi tafseel se maujood hai yeh baat</w:t>
      </w:r>
    </w:p>
    <w:p>
      <w:pPr>
        <w:jc w:val="right"/>
      </w:pPr>
      <w:r>
        <w:t>یہ سب باتیں تو ہم بار بار لکھ چکے ہیں۔ کتاب "بارفرج" جو موٹ سی کتاب ہے، اس میں بھی تفصیل سے موجود ہے یہ بات</w:t>
      </w:r>
    </w:p>
    <w:p>
      <w:r>
        <w:rPr>
          <w:b/>
        </w:rPr>
        <w:t xml:space="preserve">[59:37] </w:t>
      </w:r>
      <w:r>
        <w:t>. to mein arz karoon ga ke is in baaton ko parh kar sawal kiya jaye taake koi naya pehlu khule jahan aap parhein, parh kar sawal karein ge to koi naya pehlu nikalen ge.</w:t>
      </w:r>
    </w:p>
    <w:p>
      <w:pPr>
        <w:jc w:val="right"/>
      </w:pPr>
      <w:r>
        <w:t>۔ تو میں عرض کروں گا کہ اس ان باتوں کو پڑھ کر سوال کیا جائے تاکہ کوئی نیا پہلو کھلے جہاں آپ پڑھیں، پڑھ کر سوال کریں گے تو کوئی نیا پہلو نکالیں گے۔</w:t>
      </w:r>
    </w:p>
    <w:p>
      <w:r>
        <w:rPr>
          <w:b/>
        </w:rPr>
        <w:t xml:space="preserve">[59:50] </w:t>
      </w:r>
      <w:r>
        <w:t>aap is naye pehlu se inshallah is ki wazahat ki jaye gi. to mein yahi kahoon ga ke kitab "marifat" mein hum ne jo is ki wazahat ki hai, us ko parhiye.</w:t>
      </w:r>
    </w:p>
    <w:p>
      <w:pPr>
        <w:jc w:val="right"/>
      </w:pPr>
      <w:r>
        <w:t>آپ اس نئے پہلو سے انشاءاللہ اس کی وضاحت کی جائے گی۔ تو میں یہی کہوں گا کہ کتاب "معرفت" میں ہم نے جو اس کی وضاحت کی ہے، اس کو پڑھیے۔</w:t>
      </w:r>
    </w:p>
    <w:p>
      <w:r>
        <w:rPr>
          <w:b/>
        </w:rPr>
        <w:t xml:space="preserve">[59:59] </w:t>
      </w:r>
      <w:r>
        <w:t>phir agle yani agle sunday ko aap sawal kar sakte hain.</w:t>
      </w:r>
    </w:p>
    <w:p>
      <w:pPr>
        <w:jc w:val="right"/>
      </w:pPr>
      <w:r>
        <w:t>پھر اگلے یعنی اگلے سنڈے کو آپ سوال کر سکتے ہیں۔</w:t>
      </w:r>
    </w:p>
    <w:p>
      <w:r>
        <w:rPr>
          <w:b/>
        </w:rPr>
        <w:t xml:space="preserve">[1:00:11] </w:t>
      </w:r>
      <w:r>
        <w:t>molana, agla sawal dilli se hai muhammad ans sahib ka. unhon ne likha hai: "molana sahib, mein ne aik hadith parhi hai jo is tarah hai: hikmat momin ka khoya hua سرمایہ hai.</w:t>
      </w:r>
    </w:p>
    <w:p>
      <w:pPr>
        <w:jc w:val="right"/>
      </w:pPr>
      <w:r>
        <w:t>مولانا، اگلا سوال دلی سے ہے محمد انس صاحب کا۔ انہوں نے لکھا ہے: "مولانا صاحب، میں نے ایک حدیث پڑھی ہے جو اس طرح ہے: حکمت مومن کا کھویا ہوا سرمایہ ہے۔</w:t>
      </w:r>
    </w:p>
    <w:p>
      <w:r>
        <w:rPr>
          <w:b/>
        </w:rPr>
        <w:t xml:space="preserve">[1:00:25] </w:t>
      </w:r>
      <w:r>
        <w:t>woh is ko jahan paye, use le lein." molana, is ki wazahat karein.</w:t>
      </w:r>
    </w:p>
    <w:p>
      <w:pPr>
        <w:jc w:val="right"/>
      </w:pPr>
      <w:r>
        <w:t>وہ اس کو جہاں پائے، اسے لے لیں۔" مولانا، اس کی وضاحت کریں۔</w:t>
      </w:r>
    </w:p>
    <w:p>
      <w:r>
        <w:rPr>
          <w:b/>
        </w:rPr>
        <w:t xml:space="preserve">[1:00:33] </w:t>
      </w:r>
      <w:r>
        <w:t>is ke alfaaz hain: "al hikmat al momin</w:t>
      </w:r>
    </w:p>
    <w:p>
      <w:pPr>
        <w:jc w:val="right"/>
      </w:pPr>
      <w:r>
        <w:t>اس کے الفاظ ہیں: "الحکمت المومن</w:t>
      </w:r>
    </w:p>
    <w:p>
      <w:r>
        <w:rPr>
          <w:b/>
        </w:rPr>
        <w:t xml:space="preserve">[1:00:40] </w:t>
      </w:r>
      <w:r>
        <w:t>muhaddiseen is ki sanad par woh sawal karte hain kyunke mein is ko sahi samajhta hoon." yani muhaddiseen ke haan yeh hadith jo hai, is pe bohat se sawalat kiye gaye hain.</w:t>
      </w:r>
    </w:p>
    <w:p>
      <w:pPr>
        <w:jc w:val="right"/>
      </w:pPr>
      <w:r>
        <w:t>محدثین اس کی سند پر وہ سوال کرتے ہیں کیونکہ میں اس کو صحیح سمجھتا ہوں۔" یعنی محدثین کے ہاں یہ حدیث جو ہے، اس پہ بہت سے سوالات کیے گئے ہیں۔</w:t>
      </w:r>
    </w:p>
    <w:p>
      <w:r>
        <w:rPr>
          <w:b/>
        </w:rPr>
        <w:t xml:space="preserve">[1:00:52] </w:t>
      </w:r>
      <w:r>
        <w:t>mein is ko sahi samajhta hoon aur is par bhi mein likh chuka hoon.</w:t>
      </w:r>
    </w:p>
    <w:p>
      <w:pPr>
        <w:jc w:val="right"/>
      </w:pPr>
      <w:r>
        <w:t>میں اس کو صحیح سمجھتا ہوں اور اس پر بھی میں لکھ چکا ہوں۔</w:t>
      </w:r>
    </w:p>
    <w:p>
      <w:r>
        <w:rPr>
          <w:b/>
        </w:rPr>
        <w:t xml:space="preserve">[1:00:57] </w:t>
      </w:r>
      <w:r>
        <w:t>aap parhiye, aap hamare yani al risala jo hamara nikalta hai, maani yeh sab baatein bar bar is mein aati rehti hain.</w:t>
      </w:r>
    </w:p>
    <w:p>
      <w:pPr>
        <w:jc w:val="right"/>
      </w:pPr>
      <w:r>
        <w:t>آپ پڑھیے، آپ ہمارے یعنی الرسالہ جو ہمارا نکلتا ہے، معنی یہ سب باتیں بار بار اس میں آتی رہتی ہیں۔</w:t>
      </w:r>
    </w:p>
    <w:p>
      <w:r>
        <w:rPr>
          <w:b/>
        </w:rPr>
        <w:t xml:space="preserve">[1:01:08] </w:t>
      </w:r>
      <w:r>
        <w:t>to behtar hai ke in mazameen ko parh kar sawal kiya jaye. phir zyada acha sawal hoga, zyada acha jawab hoga.</w:t>
      </w:r>
    </w:p>
    <w:p>
      <w:pPr>
        <w:jc w:val="right"/>
      </w:pPr>
      <w:r>
        <w:t>تو بہتر ہے کہ ان مضامین کو پڑھ کر سوال کیا جائے۔ پھر زیادہ اچھا سوال ہوگا، زیادہ اچھا جواب ہوگا۔</w:t>
      </w:r>
    </w:p>
    <w:p>
      <w:r>
        <w:rPr>
          <w:b/>
        </w:rPr>
        <w:t xml:space="preserve">[1:01:21] </w:t>
      </w:r>
      <w:r>
        <w:t>molana, yeh sawal zuhaib sahib ne kiya hai mumbai se.</w:t>
      </w:r>
    </w:p>
    <w:p>
      <w:pPr>
        <w:jc w:val="right"/>
      </w:pPr>
      <w:r>
        <w:t>مولانا، یہ سوال زوہیب صاحب نے کیا ہے ممبئی سے۔</w:t>
      </w:r>
    </w:p>
    <w:p>
      <w:r>
        <w:rPr>
          <w:b/>
        </w:rPr>
        <w:t xml:space="preserve">[1:01:25] </w:t>
      </w:r>
      <w:r>
        <w:t>unhon ne likha hai: "molana, how can we find marifat in this negative world? please tell us what is the practical formula for it?" bhai, yahi to yahi to hum lecture mein kehte hain har har hafte aur kitabon mein risala mein yeh baatein kehte hain.</w:t>
      </w:r>
    </w:p>
    <w:p>
      <w:pPr>
        <w:jc w:val="right"/>
      </w:pPr>
      <w:r>
        <w:t>انہوں نے لکھا ہے: "مولانا، ہاؤ کین وی فائنڈ معرفت ان دس نیگیٹیو ورلڈ؟ پلیز ٹیل اس واٹ از دا پریکٹیکل فارمولا فار اٹ؟" بھئی، یہی تو یہی تو ہم لیکچر میں کہتے ہیں ہر ہر ہفتے اور کتابوں میں رسالہ میں یہ باتیں کہتے ہیں۔</w:t>
      </w:r>
    </w:p>
    <w:p>
      <w:r>
        <w:rPr>
          <w:b/>
        </w:rPr>
        <w:t xml:space="preserve">[1:01:41] </w:t>
      </w:r>
      <w:r>
        <w:t>mein phir kahoon ga ke aap log kya parh kar hi sawal nahin karte? yeh to hamara mustaqil mozu hai. tazkir-ul-quran mein hai, hamari kitabon mein hai, al risala mein hai, is lecture mein hota hai.</w:t>
      </w:r>
    </w:p>
    <w:p>
      <w:pPr>
        <w:jc w:val="right"/>
      </w:pPr>
      <w:r>
        <w:t>میں پھر کہوں گا کہ آپ لوگ کیا پڑھ کر ہی سوال نہیں کرتے؟ یہ تو ہمارا مستقل موضوع ہے۔ تذکر القرآن میں ہے، ہماری کتابوں میں ہے، الرسالہ میں ہے، اس لیکچر میں ہوتا ہے۔</w:t>
      </w:r>
    </w:p>
    <w:p>
      <w:r>
        <w:rPr>
          <w:b/>
        </w:rPr>
        <w:t xml:space="preserve">[1:01:55] </w:t>
      </w:r>
      <w:r>
        <w:t>to abstract sawal mat kijiye, balkay yeh sawal yeh sawal kar sakte hain aap kay falan falan baat jo aap nay kahi, us mein yeh kami hai, yeh khala hai, is ki nishandahi kijiye.</w:t>
      </w:r>
    </w:p>
    <w:p>
      <w:pPr>
        <w:jc w:val="right"/>
      </w:pPr>
      <w:r>
        <w:t>تو ابسٹریکٹ سوال مت کیجئے، بلکہ یہ سوال یہ سوال کر سکتے ہیں آپ کہ فلاں فلاں بات جو آپ نے کہی، اس میں یہ کمی ہے، یہ خلا ہے، اس کی نشاندہی کیجئے۔</w:t>
      </w:r>
    </w:p>
    <w:p>
      <w:r>
        <w:rPr>
          <w:b/>
        </w:rPr>
        <w:t xml:space="preserve">[1:02:07] </w:t>
      </w:r>
      <w:r>
        <w:t>phir mein us ko mazeed wazahat karunga. yeh to mera bohat hi mehboob yani top topic hai, is pe bolta bhi hoon, likhta bhi hoon. is par hamari kitabon mein se bhara hua hai, is yahi sab baatein bhari hui hain.</w:t>
      </w:r>
    </w:p>
    <w:p>
      <w:pPr>
        <w:jc w:val="right"/>
      </w:pPr>
      <w:r>
        <w:t>پھر میں اس کو مزید وضاحت کروں گا۔ یہ تو میرا بہت ہی محبوب یعنی ٹاپک ہے، اس پہ بولتا بھی ہوں، لکھتا بھی ہوں۔ اس پر ہماری کتابوں میں سے بھرا ہوا ہے، اس یہی سب باتیں بھری ہوئی ہیں۔</w:t>
      </w:r>
    </w:p>
    <w:p>
      <w:r>
        <w:rPr>
          <w:b/>
        </w:rPr>
        <w:t xml:space="preserve">[1:02:21] </w:t>
      </w:r>
      <w:r>
        <w:t>to parh kar kay is mein jo aap kay nazdeek kami baqi hai, woh us ko us ko point out kijiye aur phir woh us par sawal banaiye aap. Maulana, agla sawal Roorkee se hai Sajid Anwar sahib</w:t>
      </w:r>
    </w:p>
    <w:p>
      <w:pPr>
        <w:jc w:val="right"/>
      </w:pPr>
      <w:r>
        <w:t>تو پڑھ کر کے اس میں جو آپ کے نزدیک کمی باقی ہے، وہ اس کو اس کو پوائنٹ آؤٹ کیجئے اور پھر وہ اس پر سوال بنائیے آپ۔ مولانا، اگلا سوال روڑکی سے ہے ساجد انور صاحب</w:t>
      </w:r>
    </w:p>
    <w:p>
      <w:r>
        <w:rPr>
          <w:b/>
        </w:rPr>
        <w:t xml:space="preserve">[1:02:33] </w:t>
      </w:r>
      <w:r>
        <w:t>ka. unhon nay likha hai: "one of the Islamic teachings is to accept everything happened. everything happened as a will of God, while in the other hand Islam also inspire us to do introspection.</w:t>
      </w:r>
    </w:p>
    <w:p>
      <w:pPr>
        <w:jc w:val="right"/>
      </w:pPr>
      <w:r>
        <w:t>کا۔ انہوں نے لکھا ہے: "ون اف دا اسلامک ٹیچنگز از ٹو ایکسیپٹ ایوری تھنگ ہیپنڈ۔ ایوری تھنگ ہیپنڈ ایز ا ول اف گاڈ، وائل ان دی ادر ہینڈ اسلام السو انسپائر اس ٹو ڈو انٹروسپیکشن۔</w:t>
      </w:r>
    </w:p>
    <w:p>
      <w:r>
        <w:rPr>
          <w:b/>
        </w:rPr>
        <w:t xml:space="preserve">[1:02:48] </w:t>
      </w:r>
      <w:r>
        <w:t>that is to analyze what is happened and do replanning. Maulana, please explain how to understand apparently these two contradictory teachings." to is par bhi aap likh chukay hain.</w:t>
      </w:r>
    </w:p>
    <w:p>
      <w:pPr>
        <w:jc w:val="right"/>
      </w:pPr>
      <w:r>
        <w:t>دیٹ از ٹو اینالائز واٹ از ہیپنڈ اینڈ ڈو ری پلاننگ۔ مولانا، پلیز ایکسپلین ہاؤ ٹو انڈرسٹینڈ اپیرنٹلی دیز ٹو کانٹراڈکٹری ٹیچنگز۔" تو اس پر بھی آپ لکھ چکے ہیں۔</w:t>
      </w:r>
    </w:p>
    <w:p>
      <w:r>
        <w:rPr>
          <w:b/>
        </w:rPr>
        <w:t xml:space="preserve">[1:03:01] </w:t>
      </w:r>
      <w:r>
        <w:t>case sahib, is par bhi bohat likha hai. jabr o qadar ke maslay par bohat likha hai, us ko bhi parhein. dekhiye, janab jo Al-Risala hai</w:t>
      </w:r>
    </w:p>
    <w:p>
      <w:pPr>
        <w:jc w:val="right"/>
      </w:pPr>
      <w:r>
        <w:t>کیس صاحب، اس پر بھی بہت لکھا ہے۔ جبر القدر کے مسئلے پر بہت لکھا ہے، اس کو بھی پڑھیں۔ دیکھیں، جناب جو الرسالہ ہے</w:t>
      </w:r>
    </w:p>
    <w:p>
      <w:r>
        <w:rPr>
          <w:b/>
        </w:rPr>
        <w:t xml:space="preserve">[1:03:12] </w:t>
      </w:r>
      <w:r>
        <w:t>January 2014 ka, us mein yeh baat maujood hai, us ko parhiye. January 2014, phir sawal kijiye, tab sawal zyada acha hoga, jawab bhi inshallah zyada behtar hoga.</w:t>
      </w:r>
    </w:p>
    <w:p>
      <w:pPr>
        <w:jc w:val="right"/>
      </w:pPr>
      <w:r>
        <w:t>جنوری 2014 کا، اس میں یہ بات موجود ہے، اس کو پڑھیے۔ جنوری 2014، پھر سوال کیجئے، تب سوال زیادہ اچھا ہوگا، جواب بھی انشاءاللہ زیادہ بہتر ہوگا۔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