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June 25, 2007</w:t>
      </w:r>
    </w:p>
    <w:p>
      <w:r>
        <w:t>https://youtu.be/nrgQNgSemyo</w:t>
      </w:r>
    </w:p>
    <w:p>
      <w:r>
        <w:rPr>
          <w:b/>
        </w:rPr>
        <w:t xml:space="preserve">[00:15] </w:t>
      </w:r>
      <w:r>
        <w:t>. Rab ishrah li sadri, wa yassir li amri, wah-ul-uqdatan min lisani, yafqahu qawli.</w:t>
      </w:r>
    </w:p>
    <w:p>
      <w:pPr>
        <w:jc w:val="right"/>
      </w:pPr>
      <w:r>
        <w:t>۔ رب اشرح لی صدری، ویسر لی امری، واحل العقدۃ من لسانی، یفقہ قولی۔</w:t>
      </w:r>
    </w:p>
    <w:p>
      <w:r>
        <w:rPr>
          <w:b/>
        </w:rPr>
        <w:t xml:space="preserve">[00:31] </w:t>
      </w:r>
      <w:r>
        <w:t>yeh dars-e-quran ka silsila hai.</w:t>
      </w:r>
    </w:p>
    <w:p>
      <w:pPr>
        <w:jc w:val="right"/>
      </w:pPr>
      <w:r>
        <w:t>یہ درس قرآن کا سلسلہ ہے۔</w:t>
      </w:r>
    </w:p>
    <w:p>
      <w:r>
        <w:rPr>
          <w:b/>
        </w:rPr>
        <w:t xml:space="preserve">[00:36] </w:t>
      </w:r>
      <w:r>
        <w:t>aaj hum Surah Al-Baqarah, yani chapter number 2 Quran ka, us ki kuch ayaton ko le kar hum us ki tashreeh karenge.</w:t>
      </w:r>
    </w:p>
    <w:p>
      <w:pPr>
        <w:jc w:val="right"/>
      </w:pPr>
      <w:r>
        <w:t>آج ہم سورہ البقرہ، یعنی چیپٹر نمبر 2 قرآن کا، اس کی کچھ آیتوں کو لے کر ہم اس کی تشریح کریں گے۔</w:t>
      </w:r>
    </w:p>
    <w:p>
      <w:r>
        <w:rPr>
          <w:b/>
        </w:rPr>
        <w:t xml:space="preserve">[00:56] </w:t>
      </w:r>
      <w:r>
        <w:t>dekhiye, Surah Al-Baqarah ki ayat, yani verse number 110 mein kaha gaya hai kay aqim-us-salata wa atuz-zakata</w:t>
      </w:r>
    </w:p>
    <w:p>
      <w:pPr>
        <w:jc w:val="right"/>
      </w:pPr>
      <w:r>
        <w:t>دیکھیے، سورہ البقرہ کی آیت، یعنی ورس نمبر 110 میں کہا گیا ہے کہ أقيموا الصلاة بعوت الزكاة</w:t>
      </w:r>
    </w:p>
    <w:p>
      <w:r>
        <w:rPr>
          <w:b/>
        </w:rPr>
        <w:t xml:space="preserve">[01:21] </w:t>
      </w:r>
      <w:r>
        <w:t>aqim-us-salata wa atuz-zakata</w:t>
      </w:r>
    </w:p>
    <w:p>
      <w:pPr>
        <w:jc w:val="right"/>
      </w:pPr>
      <w:r>
        <w:t>أقيموا الصلاة وآتوا الزكاة</w:t>
      </w:r>
    </w:p>
    <w:p>
      <w:r>
        <w:rPr>
          <w:b/>
        </w:rPr>
        <w:t xml:space="preserve">[01:27] </w:t>
      </w:r>
      <w:r>
        <w:t>aqim-us-salata wa atuz-zakata yani namaz qaim karo aur zakat ada karo.</w:t>
      </w:r>
    </w:p>
    <w:p>
      <w:pPr>
        <w:jc w:val="right"/>
      </w:pPr>
      <w:r>
        <w:t>أقيموا الصلاة وآتوا الزكاة یعنی نماز قائم کرو اور زکوٰۃ ادا کرو۔</w:t>
      </w:r>
    </w:p>
    <w:p>
      <w:r>
        <w:rPr>
          <w:b/>
        </w:rPr>
        <w:t xml:space="preserve">[01:41] </w:t>
      </w:r>
      <w:r>
        <w:t>yeh do cheezein aik sath is ayat mein batai gayeen.</w:t>
      </w:r>
    </w:p>
    <w:p>
      <w:pPr>
        <w:jc w:val="right"/>
      </w:pPr>
      <w:r>
        <w:t>یہ دو چیزیں ایک ساتھ اس آیت میں بتائی گئیں۔</w:t>
      </w:r>
    </w:p>
    <w:p>
      <w:r>
        <w:rPr>
          <w:b/>
        </w:rPr>
        <w:t xml:space="preserve">[01:51] </w:t>
      </w:r>
      <w:r>
        <w:t>donon mein bohat gehra ta'alluq hai. dekhiye, namaz ya salat kya hai?</w:t>
      </w:r>
    </w:p>
    <w:p>
      <w:pPr>
        <w:jc w:val="right"/>
      </w:pPr>
      <w:r>
        <w:t>دونوں میں بہت گہرا تعلق ہے۔ دیکھیے، نماز یا صلاة کیا ہے؟</w:t>
      </w:r>
    </w:p>
    <w:p>
      <w:r>
        <w:rPr>
          <w:b/>
        </w:rPr>
        <w:t xml:space="preserve">[02:03] </w:t>
      </w:r>
      <w:r>
        <w:t>rozana panch time</w:t>
      </w:r>
    </w:p>
    <w:p>
      <w:pPr>
        <w:jc w:val="right"/>
      </w:pPr>
      <w:r>
        <w:t>روزانہ پانچ ٹائم</w:t>
      </w:r>
    </w:p>
    <w:p>
      <w:r>
        <w:rPr>
          <w:b/>
        </w:rPr>
        <w:t xml:space="preserve">[02:09] </w:t>
      </w:r>
      <w:r>
        <w:t>Khuda ki ibadat karna, 24 ghante mein panch waqt. to goya kay yeh</w:t>
      </w:r>
    </w:p>
    <w:p>
      <w:pPr>
        <w:jc w:val="right"/>
      </w:pPr>
      <w:r>
        <w:t>خدا کی عبادت کرنا، 24 گھنٹے میں پانچ وقت۔ تو گویا کہ یہ</w:t>
      </w:r>
    </w:p>
    <w:p>
      <w:r>
        <w:rPr>
          <w:b/>
        </w:rPr>
        <w:t xml:space="preserve">[02:24] </w:t>
      </w:r>
      <w:r>
        <w:t>aik aitbar se</w:t>
      </w:r>
    </w:p>
    <w:p>
      <w:pPr>
        <w:jc w:val="right"/>
      </w:pPr>
      <w:r>
        <w:t>ایک اعتبار سے</w:t>
      </w:r>
    </w:p>
    <w:p>
      <w:r>
        <w:rPr>
          <w:b/>
        </w:rPr>
        <w:t xml:space="preserve">[02:28] </w:t>
      </w:r>
      <w:r>
        <w:t>art of time management ka lesson hai.</w:t>
      </w:r>
    </w:p>
    <w:p>
      <w:pPr>
        <w:jc w:val="right"/>
      </w:pPr>
      <w:r>
        <w:t>آرٹ آف ٹائم مینجمنٹ کا لیسن ہے۔</w:t>
      </w:r>
    </w:p>
    <w:p>
      <w:r>
        <w:rPr>
          <w:b/>
        </w:rPr>
        <w:t xml:space="preserve">[02:34] </w:t>
      </w:r>
      <w:r>
        <w:t>time management, yani panch waqt ki namaz</w:t>
      </w:r>
    </w:p>
    <w:p>
      <w:pPr>
        <w:jc w:val="right"/>
      </w:pPr>
      <w:r>
        <w:t>ٹائم مینجمنٹ، یعنی پانچ وقت کی نماز</w:t>
      </w:r>
    </w:p>
    <w:p>
      <w:r>
        <w:rPr>
          <w:b/>
        </w:rPr>
        <w:t xml:space="preserve">[02:44] </w:t>
      </w:r>
      <w:r>
        <w:t>na sirf ibadat hai balkay woh yeh bhi batati hai kay apnay 24 ghante kay waqt ko tum kis tarah manage karo.</w:t>
      </w:r>
    </w:p>
    <w:p>
      <w:pPr>
        <w:jc w:val="right"/>
      </w:pPr>
      <w:r>
        <w:t>نہ صرف عبادت ہے بلکہ وہ یہ بھی بتاتی ہے کہ اپنے 24 گھنٹے کے وقت کو تم کس طرح مینج کرو۔</w:t>
      </w:r>
    </w:p>
    <w:p>
      <w:r>
        <w:rPr>
          <w:b/>
        </w:rPr>
        <w:t xml:space="preserve">[02:59] </w:t>
      </w:r>
      <w:r>
        <w:t>to us ko panch hissay mein manage karne ka principle diya gaya.</w:t>
      </w:r>
    </w:p>
    <w:p>
      <w:pPr>
        <w:jc w:val="right"/>
      </w:pPr>
      <w:r>
        <w:t>تو اس کو پانچ حصے میں مینج کرنے کا پرنسپل دیا گیا۔</w:t>
      </w:r>
    </w:p>
    <w:p>
      <w:r>
        <w:rPr>
          <w:b/>
        </w:rPr>
        <w:t xml:space="preserve">[03:09] </w:t>
      </w:r>
      <w:r>
        <w:t>mein samajhta hoon kay yeh art of time management ko ibadat kay sath joar diya gaya hai.</w:t>
      </w:r>
    </w:p>
    <w:p>
      <w:pPr>
        <w:jc w:val="right"/>
      </w:pPr>
      <w:r>
        <w:t>میں سمجھتا ہوں کہ یہ آرٹ آف ٹائم مینجمنٹ کو عبادت کے ساتھ جوڑ دیا گیا ہے۔</w:t>
      </w:r>
    </w:p>
    <w:p>
      <w:r>
        <w:rPr>
          <w:b/>
        </w:rPr>
        <w:t xml:space="preserve">[03:19] </w:t>
      </w:r>
      <w:r>
        <w:t>subah suraj nikalne se pehle Fajr ki namaz parhi jati hai. to yahan se din shuru hua.</w:t>
      </w:r>
    </w:p>
    <w:p>
      <w:pPr>
        <w:jc w:val="right"/>
      </w:pPr>
      <w:r>
        <w:t>صبح سورج نکلنے سے پہلے فجر کی نماز پڑھی جاتی ہے۔ تو یہاں سے دن شروع ہوا۔</w:t>
      </w:r>
    </w:p>
    <w:p>
      <w:r>
        <w:rPr>
          <w:b/>
        </w:rPr>
        <w:t xml:space="preserve">[03:30] </w:t>
      </w:r>
      <w:r>
        <w:t>phir yeh din chalega dopahar dhalne kay baad Zuhr tak. to aik unit yeh hua.</w:t>
      </w:r>
    </w:p>
    <w:p>
      <w:pPr>
        <w:jc w:val="right"/>
      </w:pPr>
      <w:r>
        <w:t>پھر یہ دن چلے گا دوپہر ڈھلنے کے بعد ظہر تک۔ تو ایک یونٹ یہ ہوا۔</w:t>
      </w:r>
    </w:p>
    <w:p>
      <w:r>
        <w:rPr>
          <w:b/>
        </w:rPr>
        <w:t xml:space="preserve">[03:42] </w:t>
      </w:r>
      <w:r>
        <w:t>phir chalaiga aur suraj doobne se pehle asar ki namaz padhi jati hai. to yeh hua doosra unit.</w:t>
      </w:r>
    </w:p>
    <w:p>
      <w:pPr>
        <w:jc w:val="right"/>
      </w:pPr>
      <w:r>
        <w:t>پھر چلے گا اور سورج ڈوبنے سے پہلے عصر کی نماز پڑھی جاتی ہے۔ تو یہ ہوا دوسرا یونٹ۔</w:t>
      </w:r>
    </w:p>
    <w:p>
      <w:r>
        <w:rPr>
          <w:b/>
        </w:rPr>
        <w:t xml:space="preserve">[03:54] </w:t>
      </w:r>
      <w:r>
        <w:t>phir asar se le kar ke suraj doobne ke foran baad namaz padhi jati hai maghrib ki. yeh hua teesra unit.</w:t>
      </w:r>
    </w:p>
    <w:p>
      <w:pPr>
        <w:jc w:val="right"/>
      </w:pPr>
      <w:r>
        <w:t>پھر عصر سے لے کر کے سورج ڈوبنے کے فوراً بعد نماز پڑھی جاتی ہے مغرب کی۔ یہ ہوا تیسرا یونٹ۔</w:t>
      </w:r>
    </w:p>
    <w:p>
      <w:r>
        <w:rPr>
          <w:b/>
        </w:rPr>
        <w:t xml:space="preserve">[04:05] </w:t>
      </w:r>
      <w:r>
        <w:t>phir maghrib se, maghrib ke baad</w:t>
      </w:r>
    </w:p>
    <w:p>
      <w:pPr>
        <w:jc w:val="right"/>
      </w:pPr>
      <w:r>
        <w:t>پھر مغرب سے، مغرب کے بعد</w:t>
      </w:r>
    </w:p>
    <w:p>
      <w:r>
        <w:rPr>
          <w:b/>
        </w:rPr>
        <w:t xml:space="preserve">[04:12] </w:t>
      </w:r>
      <w:r>
        <w:t>shafaq ke khatm hone ke baad isha ki namaz padhi jati hai.</w:t>
      </w:r>
    </w:p>
    <w:p>
      <w:pPr>
        <w:jc w:val="right"/>
      </w:pPr>
      <w:r>
        <w:t>شفق کے ختم ہونے کے بعد عشاء کی نماز پڑھی جاتی ہے۔</w:t>
      </w:r>
    </w:p>
    <w:p>
      <w:r>
        <w:rPr>
          <w:b/>
        </w:rPr>
        <w:t xml:space="preserve">[04:19] </w:t>
      </w:r>
      <w:r>
        <w:t>sone se pehle. to yeh hua chautha unit. phir is ke baad raat aati hai, aadmi sota hai fajr tak.</w:t>
      </w:r>
    </w:p>
    <w:p>
      <w:pPr>
        <w:jc w:val="right"/>
      </w:pPr>
      <w:r>
        <w:t>سونے سے پہلے۔ تو یہ ہوا چوتھا یونٹ۔ پھر اس کے بعد رات آتی ہے، آدمی سوتا ہے فجر تک۔</w:t>
      </w:r>
    </w:p>
    <w:p>
      <w:r>
        <w:rPr>
          <w:b/>
        </w:rPr>
        <w:t xml:space="preserve">[04:29] </w:t>
      </w:r>
      <w:r>
        <w:t>to yeh hua panchwan unit. to 24 ghante ko yeh ibadat jo hai panch unit mein baant ti hai.</w:t>
      </w:r>
    </w:p>
    <w:p>
      <w:pPr>
        <w:jc w:val="right"/>
      </w:pPr>
      <w:r>
        <w:t>تو یہ ہوا پانچواں یونٹ۔ تو 24 گھنٹے کو یہ عبادت جو ہے پانچ یونٹ میں بانٹتی ہے۔</w:t>
      </w:r>
    </w:p>
    <w:p>
      <w:r>
        <w:rPr>
          <w:b/>
        </w:rPr>
        <w:t xml:space="preserve">[04:42] </w:t>
      </w:r>
      <w:r>
        <w:t>to bohat simple tareeqa hai apne time ko manage karne ka.</w:t>
      </w:r>
    </w:p>
    <w:p>
      <w:pPr>
        <w:jc w:val="right"/>
      </w:pPr>
      <w:r>
        <w:t>تو بہت سمپل طریقہ ہے اپنے ٹائم کو مینج کرنے کا۔</w:t>
      </w:r>
    </w:p>
    <w:p>
      <w:r>
        <w:rPr>
          <w:b/>
        </w:rPr>
        <w:t xml:space="preserve">[04:47] </w:t>
      </w:r>
      <w:r>
        <w:t>apni activities ko organize karne ka.</w:t>
      </w:r>
    </w:p>
    <w:p>
      <w:pPr>
        <w:jc w:val="right"/>
      </w:pPr>
      <w:r>
        <w:t>اپنی ایکٹیویٹیز کو آرگنائز کرنے کا۔</w:t>
      </w:r>
    </w:p>
    <w:p>
      <w:r>
        <w:rPr>
          <w:b/>
        </w:rPr>
        <w:t xml:space="preserve">[04:56] </w:t>
      </w:r>
      <w:r>
        <w:t>is ka ek bohat hi disciplined way mein ek routine banane ka. to yeh hai panch waqt ki ibadat.</w:t>
      </w:r>
    </w:p>
    <w:p>
      <w:pPr>
        <w:jc w:val="right"/>
      </w:pPr>
      <w:r>
        <w:t>اس کا ایک بہت ہی ڈسپلنڈ وے میں ایک روٹین بنانے کا۔ تو یہ ہے پانچ وقت کی عبادت۔</w:t>
      </w:r>
    </w:p>
    <w:p>
      <w:r>
        <w:rPr>
          <w:b/>
        </w:rPr>
        <w:t xml:space="preserve">[05:10] </w:t>
      </w:r>
      <w:r>
        <w:t>is mein aap apne time ko bachate hain. apne aap ko distraction se bachate hain.</w:t>
      </w:r>
    </w:p>
    <w:p>
      <w:pPr>
        <w:jc w:val="right"/>
      </w:pPr>
      <w:r>
        <w:t>اس میں آپ اپنے ٹائم کو بچاتے ہیں۔ اپنے آپ کو ڈسٹریکشن سے بچاتے ہیں۔</w:t>
      </w:r>
    </w:p>
    <w:p>
      <w:r>
        <w:rPr>
          <w:b/>
        </w:rPr>
        <w:t xml:space="preserve">[05:22] </w:t>
      </w:r>
      <w:r>
        <w:t>zindagi mein hamare paas sab se zyada jo precious cheez hai, sab se zyada qeemti, woh hai time.</w:t>
      </w:r>
    </w:p>
    <w:p>
      <w:pPr>
        <w:jc w:val="right"/>
      </w:pPr>
      <w:r>
        <w:t>زندگی میں ہمارے پاس سب سے زیادہ جو پریشیس چیز ہے، سب سے زیادہ قیمتی، وہ ہے ٹائم۔</w:t>
      </w:r>
    </w:p>
    <w:p>
      <w:r>
        <w:rPr>
          <w:b/>
        </w:rPr>
        <w:t xml:space="preserve">[05:35] </w:t>
      </w:r>
      <w:r>
        <w:t>to time ko manage karna yeh hai secret of success. aur time ko waste karna jo hai yahi hai nakami.</w:t>
      </w:r>
    </w:p>
    <w:p>
      <w:pPr>
        <w:jc w:val="right"/>
      </w:pPr>
      <w:r>
        <w:t>تو ٹائم کو مینج کرنا یہ ہے سیکرٹ آف سکسیس۔ اور ٹائم کو ویسٹ کرنا جو ہے یہی ہے ناکامی۔</w:t>
      </w:r>
    </w:p>
    <w:p>
      <w:r>
        <w:rPr>
          <w:b/>
        </w:rPr>
        <w:t xml:space="preserve">[05:52] </w:t>
      </w:r>
      <w:r>
        <w:t>sab se bari cheez jo hamare paas hai woh hai time. to namaz yeh sikhati hai ke apne time ko panch unit mein banto.</w:t>
      </w:r>
    </w:p>
    <w:p>
      <w:pPr>
        <w:jc w:val="right"/>
      </w:pPr>
      <w:r>
        <w:t>سب سے بڑی چیز جو ہمارے پاس ہے وہ ہے ٹائم۔ تو نماز یہ سکھاتی ہے کہ اپنے ٹائم کو پانچ یونٹ میں بانٹو۔</w:t>
      </w:r>
    </w:p>
    <w:p>
      <w:r>
        <w:rPr>
          <w:b/>
        </w:rPr>
        <w:t xml:space="preserve">[06:05] </w:t>
      </w:r>
      <w:r>
        <w:t>24 ghante ka jo period hai is ko panch unit mein banto.</w:t>
      </w:r>
    </w:p>
    <w:p>
      <w:pPr>
        <w:jc w:val="right"/>
      </w:pPr>
      <w:r>
        <w:t>24 گھنٹے کا جو پیریڈ ہے اس کو پانچ یونٹ میں بانٹو۔</w:t>
      </w:r>
    </w:p>
    <w:p>
      <w:r>
        <w:rPr>
          <w:b/>
        </w:rPr>
        <w:t xml:space="preserve">[06:16] </w:t>
      </w:r>
      <w:r>
        <w:t>is tarah se waqt ka bharpoor istemal tum kar sako ge.</w:t>
      </w:r>
    </w:p>
    <w:p>
      <w:pPr>
        <w:jc w:val="right"/>
      </w:pPr>
      <w:r>
        <w:t>اس طرح سے وقت کا بھرپور استعمال تم کر سکو گے۔</w:t>
      </w:r>
    </w:p>
    <w:p>
      <w:r>
        <w:rPr>
          <w:b/>
        </w:rPr>
        <w:t xml:space="preserve">[06:23] </w:t>
      </w:r>
      <w:r>
        <w:t>yeh panch baar hum Khuda ki ibadat karte hain, Khuda ko yaad karte hain.</w:t>
      </w:r>
    </w:p>
    <w:p>
      <w:pPr>
        <w:jc w:val="right"/>
      </w:pPr>
      <w:r>
        <w:t>یہ پانچ بار ہم خدا کی عبادت کرتے ہیں، خدا کو یاد کرتے ہیں۔</w:t>
      </w:r>
    </w:p>
    <w:p>
      <w:r>
        <w:rPr>
          <w:b/>
        </w:rPr>
        <w:t xml:space="preserve">[06:29] </w:t>
      </w:r>
      <w:r>
        <w:t>to is mein yeh bhi lesson hai ke apni zindagi ki activities ko anjaam dete hue rozana panch baar</w:t>
      </w:r>
    </w:p>
    <w:p>
      <w:pPr>
        <w:jc w:val="right"/>
      </w:pPr>
      <w:r>
        <w:t>تو اس میں یہ بھی لیسن ہے کہ اپنی زندگی کی ایکٹیویٹیز کو انجام دیتے ہوئے روزانہ پانچ بار</w:t>
      </w:r>
    </w:p>
    <w:p>
      <w:r>
        <w:rPr>
          <w:b/>
        </w:rPr>
        <w:t xml:space="preserve">[06:44] </w:t>
      </w:r>
      <w:r>
        <w:t>Khuda ko yaad karo. woh Khuda jo tumhara creator hai, jis ne woh sab kuch diya hai jis ko le kar tum dunya mein zindagi guzarte ho.</w:t>
      </w:r>
    </w:p>
    <w:p>
      <w:pPr>
        <w:jc w:val="right"/>
      </w:pPr>
      <w:r>
        <w:t>خدا کو یاد کرو۔ وہ خدا جو تمہارا کریٹر ہے، جس نے وہ سب کچھ دیا ہے جس کو لے کر تم دنیا میں زندگی گزارتے ہو۔</w:t>
      </w:r>
    </w:p>
    <w:p>
      <w:r>
        <w:rPr>
          <w:b/>
        </w:rPr>
        <w:t xml:space="preserve">[06:56] </w:t>
      </w:r>
      <w:r>
        <w:t>to goya ke Khuda ko acknowledge karte hue ibadat kiya hai? ibadat ka matlab hai Khuda ko acknowledge karna.</w:t>
      </w:r>
    </w:p>
    <w:p>
      <w:pPr>
        <w:jc w:val="right"/>
      </w:pPr>
      <w:r>
        <w:t>تو گویا کہ خدا کو اکنالش کرتے ہوئے عبادت کیا ہے؟ عبادت کا مطلب ہے خدا کو اکنالش کرنا۔</w:t>
      </w:r>
    </w:p>
    <w:p>
      <w:r>
        <w:rPr>
          <w:b/>
        </w:rPr>
        <w:t xml:space="preserve">[07:09] </w:t>
      </w:r>
      <w:r>
        <w:t>to yeh jo art of time management jis ko maine kaha aur panch unit mein baantne ki baat jo maine kahi, to is mein do cheezein hain.</w:t>
      </w:r>
    </w:p>
    <w:p>
      <w:pPr>
        <w:jc w:val="right"/>
      </w:pPr>
      <w:r>
        <w:t>تو یہ جو آرٹ آف ٹائم مینجمنٹ جس کو میں نے کہا اور پانچ یونٹ میں بانٹنے کی بات جو میں نے کہی، تو اس میں دو چیزیں ہیں۔</w:t>
      </w:r>
    </w:p>
    <w:p>
      <w:r>
        <w:rPr>
          <w:b/>
        </w:rPr>
        <w:t xml:space="preserve">[07:23] </w:t>
      </w:r>
      <w:r>
        <w:t>ek to yeh ke rozana kam se kam panch baar apne aap ko apni activities se alag karo Khuda ko yaad karne ke liye.</w:t>
      </w:r>
    </w:p>
    <w:p>
      <w:pPr>
        <w:jc w:val="right"/>
      </w:pPr>
      <w:r>
        <w:t>ایک تو یہ کہ روزانہ کم سے کم پانچ بار اپنے آپ کو اپنی ایکٹیویٹیز سے الگ کرو خدا کو یاد کرنے کے لیے۔</w:t>
      </w:r>
    </w:p>
    <w:p>
      <w:r>
        <w:rPr>
          <w:b/>
        </w:rPr>
        <w:t xml:space="preserve">[07:38] </w:t>
      </w:r>
      <w:r>
        <w:t>waise to aadmi har waqt Khuda ko yaad kare. har waqt Khuda ko acknowledge kare.</w:t>
      </w:r>
    </w:p>
    <w:p>
      <w:pPr>
        <w:jc w:val="right"/>
      </w:pPr>
      <w:r>
        <w:t>ویسے تو آدمی ہر وقت خدا کو یاد کرے۔ ہر وقت خدا کو اکنالش کرے۔</w:t>
      </w:r>
    </w:p>
    <w:p>
      <w:r>
        <w:rPr>
          <w:b/>
        </w:rPr>
        <w:t xml:space="preserve">[07:43] </w:t>
      </w:r>
      <w:r>
        <w:t>sab se achi baat hai. sab se achi baat hai. lekin yeh minimum yeh hai, minimum ke panch waqt Khuda ko yaad karna hai, Khuda ko acknowledge karna hai.</w:t>
      </w:r>
    </w:p>
    <w:p>
      <w:pPr>
        <w:jc w:val="right"/>
      </w:pPr>
      <w:r>
        <w:t>سب سے اچھی بات ہے۔ سب سے اچھی بات ہے۔ لیکن یہ منیمم یہ ہے، منیمم کہ پانچ وقت خدا کو یاد کرنا ہے، خدا کو اکنالش کرنا ہے۔</w:t>
      </w:r>
    </w:p>
    <w:p>
      <w:r>
        <w:rPr>
          <w:b/>
        </w:rPr>
        <w:t xml:space="preserve">[07:59] </w:t>
      </w:r>
      <w:r>
        <w:t>to maximum yeh hai ke aap 24 ghante Khuda ki yaad mein aap ki zindagi basar hoti ho. aur minimum yeh hai ke kam se kam panch waqt aap apni activities se alag ho kar, apni business se, apne job se, apni family se alag ho kar Khuda ko yaad karte rahen.</w:t>
      </w:r>
    </w:p>
    <w:p>
      <w:pPr>
        <w:jc w:val="right"/>
      </w:pPr>
      <w:r>
        <w:t>تو میکسیمم یہ ہے کہ آپ 24 گھنٹے خدا کی یاد میں آپ کی زندگی بسر ہوتی ہو۔ اور منیمم یہ ہے کہ کم سے کم پانچ وقت آپ اپنی ایکٹیویٹیز سے الگ ہو کر، اپنی بزنس سے، اپنے جاب سے، اپنی فیملی سے الگ ہو کر خدا کو یاد کرتے رہیں۔</w:t>
      </w:r>
    </w:p>
    <w:p>
      <w:r>
        <w:rPr>
          <w:b/>
        </w:rPr>
        <w:t xml:space="preserve">[08:27] </w:t>
      </w:r>
      <w:r>
        <w:t>to yeh hai namaz ka tareeqa jo panch waqt ke liye muqarrar kiya gaya.</w:t>
      </w:r>
    </w:p>
    <w:p>
      <w:pPr>
        <w:jc w:val="right"/>
      </w:pPr>
      <w:r>
        <w:t>تو یہ ہے نماز کا طریقہ جو پانچ وقت کے لیے مقرر کیا گیا۔</w:t>
      </w:r>
    </w:p>
    <w:p>
      <w:r>
        <w:rPr>
          <w:b/>
        </w:rPr>
        <w:t xml:space="preserve">[08:39] </w:t>
      </w:r>
      <w:r>
        <w:t>doosri cheez jo hai woh zakat. zakat ka matlab kya hai? apni income mein se ek hissa doosron ko dena.</w:t>
      </w:r>
    </w:p>
    <w:p>
      <w:pPr>
        <w:jc w:val="right"/>
      </w:pPr>
      <w:r>
        <w:t>دوسری چیز جو ہے وہ زکوٰۃ۔ زکوٰۃ کا مطلب کیا ہے؟ اپنی انکم میں سے ایک حصہ دوسروں کو دینا۔</w:t>
      </w:r>
    </w:p>
    <w:p>
      <w:r>
        <w:rPr>
          <w:b/>
        </w:rPr>
        <w:t xml:space="preserve">[08:52] </w:t>
      </w:r>
      <w:r>
        <w:t>to yeh doosron ko acknowledge karna hai. is liye ke aap kuch bhi jab yeh duniya mein jab kuch bhi haasil karte hain to aap ki akeli ke efforts se nahi hota hai.</w:t>
      </w:r>
    </w:p>
    <w:p>
      <w:pPr>
        <w:jc w:val="right"/>
      </w:pPr>
      <w:r>
        <w:t>تو یہ دوسروں کو اکنالش کرنا ہے۔ اس لیے کہ آپ کچھ بھی جب یہ دنیا میں جب کچھ بھی حاصل کرتے ہیں تو آپ کی اکیلی کے ایفرٹس سے نہیں ہوتا ہے۔</w:t>
      </w:r>
    </w:p>
    <w:p>
      <w:r>
        <w:rPr>
          <w:b/>
        </w:rPr>
        <w:t xml:space="preserve">[09:07] </w:t>
      </w:r>
      <w:r>
        <w:t>poori poori humanity ke efforts se hota hai. jaise aap farz karein business kar rahe hain. to business aise nahi karte aap ke khud hi khud kar daalein.</w:t>
      </w:r>
    </w:p>
    <w:p>
      <w:pPr>
        <w:jc w:val="right"/>
      </w:pPr>
      <w:r>
        <w:t>پوری پوری ہیومینٹی کے ایفرٹس سے ہوتا ہے۔ جیسے آپ فرض کریں بزنس کر رہے ہیں۔ تو بزنس ایسے نہیں کرتے آپ کہ خود ہی خود کر ڈالیں۔</w:t>
      </w:r>
    </w:p>
    <w:p>
      <w:r>
        <w:rPr>
          <w:b/>
        </w:rPr>
        <w:t xml:space="preserve">[09:19] </w:t>
      </w:r>
      <w:r>
        <w:t>is ke liye aap ko transport chahiye. is ke liye aap ko communication chahiye. is ke liye aap ko ek poora system chahiye.</w:t>
      </w:r>
    </w:p>
    <w:p>
      <w:pPr>
        <w:jc w:val="right"/>
      </w:pPr>
      <w:r>
        <w:t>اس کے لیے آپ کو ٹرانسپورٹ چاہیے۔ اس کے لیے آپ کو کمیونیکیشن چاہیے۔ اس کے لیے آپ کو ایک پورا سسٹم چاہیے۔</w:t>
      </w:r>
    </w:p>
    <w:p>
      <w:r>
        <w:rPr>
          <w:b/>
        </w:rPr>
        <w:t xml:space="preserve">[09:32] </w:t>
      </w:r>
      <w:r>
        <w:t>bohat si cheezein chahiye.</w:t>
      </w:r>
    </w:p>
    <w:p>
      <w:pPr>
        <w:jc w:val="right"/>
      </w:pPr>
      <w:r>
        <w:t>بہت سی چیزیں چاہیے۔</w:t>
      </w:r>
    </w:p>
    <w:p>
      <w:r>
        <w:rPr>
          <w:b/>
        </w:rPr>
        <w:t xml:space="preserve">[09:37] </w:t>
      </w:r>
      <w:r>
        <w:t>to bohat si cheezon ki help le kar aap business karte hain.</w:t>
      </w:r>
    </w:p>
    <w:p>
      <w:pPr>
        <w:jc w:val="right"/>
      </w:pPr>
      <w:r>
        <w:t>تو بہت سی چیزوں کی ہیلپ لے کر آپ بزنس کرتے ہیں۔</w:t>
      </w:r>
    </w:p>
    <w:p>
      <w:r>
        <w:rPr>
          <w:b/>
        </w:rPr>
        <w:t xml:space="preserve">[09:46] </w:t>
      </w:r>
      <w:r>
        <w:t>poori poori humanity, poori poori civilization involve hoti hai. tab aap ek kaam kar paate hain.</w:t>
      </w:r>
    </w:p>
    <w:p>
      <w:pPr>
        <w:jc w:val="right"/>
      </w:pPr>
      <w:r>
        <w:t>پوری پوری ہیومینٹی، پوری پوری سویلائزیشن انوالو ہوتی ہے۔ تب آپ ایک کام کر پاتے ہیں۔</w:t>
      </w:r>
    </w:p>
    <w:p>
      <w:r>
        <w:rPr>
          <w:b/>
        </w:rPr>
        <w:t xml:space="preserve">[09:56] </w:t>
      </w:r>
      <w:r>
        <w:t>to namaz ka matlab hai Khuda ko acknowledge karna. aur zakat ka matlab hai insaan ko acknowledge karna.</w:t>
      </w:r>
    </w:p>
    <w:p>
      <w:pPr>
        <w:jc w:val="right"/>
      </w:pPr>
      <w:r>
        <w:t>تو نماز کا مطلب ہے خدا کو اکنالش کرنا۔ اور زکوٰۃ کا مطلب ہے انسان کو اکنالش کرنا۔</w:t>
      </w:r>
    </w:p>
    <w:p>
      <w:r>
        <w:rPr>
          <w:b/>
        </w:rPr>
        <w:t xml:space="preserve">[10:05] </w:t>
      </w:r>
      <w:r>
        <w:t>insaan in do ke beech mein jeeta hai. ek taraf Khuda hai</w:t>
      </w:r>
    </w:p>
    <w:p>
      <w:pPr>
        <w:jc w:val="right"/>
      </w:pPr>
      <w:r>
        <w:t>انسان ان دو کے بیچ میں جیتا ہے۔ ایک طرف خدا ہے</w:t>
      </w:r>
    </w:p>
    <w:p>
      <w:r>
        <w:rPr>
          <w:b/>
        </w:rPr>
        <w:t xml:space="preserve">[10:13] </w:t>
      </w:r>
      <w:r>
        <w:t>aur doosri taraf insaan hai.</w:t>
      </w:r>
    </w:p>
    <w:p>
      <w:pPr>
        <w:jc w:val="right"/>
      </w:pPr>
      <w:r>
        <w:t>اور دوسری طرف انسان ہے۔</w:t>
      </w:r>
    </w:p>
    <w:p>
      <w:r>
        <w:rPr>
          <w:b/>
        </w:rPr>
        <w:t xml:space="preserve">[10:19] </w:t>
      </w:r>
      <w:r>
        <w:t>Khuda ne aap ko life support system diya hai. yeh zameen di hai, suraj diya hai, hawa diya hai, pani diya hai.</w:t>
      </w:r>
    </w:p>
    <w:p>
      <w:pPr>
        <w:jc w:val="right"/>
      </w:pPr>
      <w:r>
        <w:t>خدا نے آپ کو لائف سپورٹ سسٹم دیا ہے۔ یہ زمین دی ہے، سورج دیا ہے، ہوا دیا ہے، پانی دیا ہے۔</w:t>
      </w:r>
    </w:p>
    <w:p>
      <w:r>
        <w:rPr>
          <w:b/>
        </w:rPr>
        <w:t xml:space="preserve">[10:29] </w:t>
      </w:r>
      <w:r>
        <w:t>aur sab kuch diya hai. to Khuda ko acknowledge karte hain aap namaz ki ibadat ki soorat mein.</w:t>
      </w:r>
    </w:p>
    <w:p>
      <w:pPr>
        <w:jc w:val="right"/>
      </w:pPr>
      <w:r>
        <w:t>اور سب کچھ دیا ہے۔ تو خدا کو اکنالش کرتے ہیں آپ نماز کی عبادت کی صورت میں۔</w:t>
      </w:r>
    </w:p>
    <w:p>
      <w:r>
        <w:rPr>
          <w:b/>
        </w:rPr>
        <w:t xml:space="preserve">[10:40] </w:t>
      </w:r>
      <w:r>
        <w:t>aur insaan ne ek poori civilization khadi ki.</w:t>
      </w:r>
    </w:p>
    <w:p>
      <w:pPr>
        <w:jc w:val="right"/>
      </w:pPr>
      <w:r>
        <w:t>اور انسان نے ایک پوری سویلائزیشن کھڑی کی۔</w:t>
      </w:r>
    </w:p>
    <w:p>
      <w:r>
        <w:rPr>
          <w:b/>
        </w:rPr>
        <w:t xml:space="preserve">[10:46] </w:t>
      </w:r>
      <w:r>
        <w:t>insaan ne tarqqiyan keen, development kiya. in sab ko avail karte hue aap apna business karte hain, apna job karte hain.</w:t>
      </w:r>
    </w:p>
    <w:p>
      <w:pPr>
        <w:jc w:val="right"/>
      </w:pPr>
      <w:r>
        <w:t>انسان نے ترقیاں کیں، ڈویلپمنٹ کیا۔ ان سب کو اویل کرتے ہوئے آپ اپنا بزنس کرتے ہیں، اپنا جاب کرتے ہیں۔</w:t>
      </w:r>
    </w:p>
    <w:p>
      <w:r>
        <w:rPr>
          <w:b/>
        </w:rPr>
        <w:t xml:space="preserve">[10:57] </w:t>
      </w:r>
      <w:r>
        <w:t>to insaan ko bhi acknowledge karna hai. to apni income mein se ek hissa</w:t>
      </w:r>
    </w:p>
    <w:p>
      <w:pPr>
        <w:jc w:val="right"/>
      </w:pPr>
      <w:r>
        <w:t>تو انسان کو بھی اکنالش کرنا ہے۔ تو اپنی انکم میں سے ایک حصہ</w:t>
      </w:r>
    </w:p>
    <w:p>
      <w:r>
        <w:rPr>
          <w:b/>
        </w:rPr>
        <w:t xml:space="preserve">[11:07] </w:t>
      </w:r>
      <w:r>
        <w:t>doosron ko dena is ka naam hai zakat.</w:t>
      </w:r>
    </w:p>
    <w:p>
      <w:pPr>
        <w:jc w:val="right"/>
      </w:pPr>
      <w:r>
        <w:t>دوسروں کو دینا اس کا نام ہے زکوٰۃ۔</w:t>
      </w:r>
    </w:p>
    <w:p>
      <w:r>
        <w:rPr>
          <w:b/>
        </w:rPr>
        <w:t xml:space="preserve">[11:16] </w:t>
      </w:r>
      <w:r>
        <w:t>is ka bhi ek minimum hai, ek maximum hai. minimum to yeh hai ke aap dhai feesad dein. aur maximum yeh hai ke need ke siwa sab kuch de dein Khuda ke raaste mein.</w:t>
      </w:r>
    </w:p>
    <w:p>
      <w:pPr>
        <w:jc w:val="right"/>
      </w:pPr>
      <w:r>
        <w:t>اس کا بھی ایک منیمم ہے، ایک میکسیمم ہے۔ منیمم تو یہ ہے کہ آپ ڈھائی فیصد دیں۔ اور میکسیمم یہ ہے کہ نیڈ کے سوا سب کچھ دے دیں خدا کے راستے میں۔</w:t>
      </w:r>
    </w:p>
    <w:p>
      <w:r>
        <w:rPr>
          <w:b/>
        </w:rPr>
        <w:t xml:space="preserve">[11:35] </w:t>
      </w:r>
      <w:r>
        <w:t>to beharhaal</w:t>
      </w:r>
    </w:p>
    <w:p>
      <w:pPr>
        <w:jc w:val="right"/>
      </w:pPr>
      <w:r>
        <w:t>تو بہرحال</w:t>
      </w:r>
    </w:p>
    <w:p>
      <w:r>
        <w:rPr>
          <w:b/>
        </w:rPr>
        <w:t xml:space="preserve">[11:39] </w:t>
      </w:r>
      <w:r>
        <w:t>zakat ko mein yeh keh sakta hoon ke woh art of money management sikhati hai aap ko.</w:t>
      </w:r>
    </w:p>
    <w:p>
      <w:pPr>
        <w:jc w:val="right"/>
      </w:pPr>
      <w:r>
        <w:t>زکوٰۃ کو میں یہ کہہ سکتا ہوں کہ وہ آرٹ آف منی مینجمنٹ سکھاتی ہے آپ کو۔</w:t>
      </w:r>
    </w:p>
    <w:p>
      <w:r>
        <w:rPr>
          <w:b/>
        </w:rPr>
        <w:t xml:space="preserve">[11:46] </w:t>
      </w:r>
      <w:r>
        <w:t>art of money management. yaani apni kamai ko aap kaise manage karein. to is ka tareeqa yeh hai ke kuch hissa aap apne paas rakhein aur is ka kuch hissa Khuda ke raaste mein dein.</w:t>
      </w:r>
    </w:p>
    <w:p>
      <w:pPr>
        <w:jc w:val="right"/>
      </w:pPr>
      <w:r>
        <w:t>آرٹ آف منی مینجمنٹ۔ یعنی اپنی کمائی کو آپ کیسے مینج کریں۔ تو اس کا طریقہ یہ ہے کہ کچھ حصہ آپ اپنے پاس رکھیں اور اس کا کچھ حصہ خدا کے راستے میں دیں۔</w:t>
      </w:r>
    </w:p>
    <w:p>
      <w:r>
        <w:rPr>
          <w:b/>
        </w:rPr>
        <w:t xml:space="preserve">[12:05] </w:t>
      </w:r>
      <w:r>
        <w:t>insanon ki madad karein. doosron ke liye is ka, doosron ka hissa lagayein is mein.</w:t>
      </w:r>
    </w:p>
    <w:p>
      <w:pPr>
        <w:jc w:val="right"/>
      </w:pPr>
      <w:r>
        <w:t>انسانوں کی مدد کریں۔ دوسروں کے لیے اس کا، دوسروں کا حصہ لگائیں اس میں۔</w:t>
      </w:r>
    </w:p>
    <w:p>
      <w:r>
        <w:rPr>
          <w:b/>
        </w:rPr>
        <w:t xml:space="preserve">[12:18] </w:t>
      </w:r>
      <w:r>
        <w:t>to namaz agar art of time management hai to zakat art of money management hai.</w:t>
      </w:r>
    </w:p>
    <w:p>
      <w:pPr>
        <w:jc w:val="right"/>
      </w:pPr>
      <w:r>
        <w:t>تو نماز اگر آرٹ آف ٹائم مینجمنٹ ہے تو زکوٰۃ آرٹ آف منی مینجمنٹ ہے۔</w:t>
      </w:r>
    </w:p>
    <w:p>
      <w:r>
        <w:rPr>
          <w:b/>
        </w:rPr>
        <w:t xml:space="preserve">[12:27] </w:t>
      </w:r>
      <w:r>
        <w:t>agar yeh do, yeh do teaching jo Quran ki hain, yeh dono bharpoor taur par</w:t>
      </w:r>
    </w:p>
    <w:p>
      <w:pPr>
        <w:jc w:val="right"/>
      </w:pPr>
      <w:r>
        <w:t>اگر یہ دو، یہ دو ٹیچنگ جو قرآن کی ہیں، یہ دونوں بھرپور طور پر</w:t>
      </w:r>
    </w:p>
    <w:p>
      <w:r>
        <w:rPr>
          <w:b/>
        </w:rPr>
        <w:t xml:space="preserve">[12:39] </w:t>
      </w:r>
      <w:r>
        <w:t>aa jayein hamari zindagi mein to yahi hamari kamyabi ke liye, successful life ke liye poori tarah kaafi hain.</w:t>
      </w:r>
    </w:p>
    <w:p>
      <w:pPr>
        <w:jc w:val="right"/>
      </w:pPr>
      <w:r>
        <w:t>آ جائیں ہماری زندگیوں میں تو یہی ہماری کامیابی کے لیے، سکسیس فل لائف کے لیے پوری طرح کافی ہیں۔</w:t>
      </w:r>
    </w:p>
    <w:p>
      <w:r>
        <w:rPr>
          <w:b/>
        </w:rPr>
        <w:t xml:space="preserve">[12:54] </w:t>
      </w:r>
      <w:r>
        <w:t>poori tarah kaafi hain.</w:t>
      </w:r>
    </w:p>
    <w:p>
      <w:pPr>
        <w:jc w:val="right"/>
      </w:pPr>
      <w:r>
        <w:t>پوری طرح کافی ہیں۔</w:t>
      </w:r>
    </w:p>
    <w:p>
      <w:r>
        <w:rPr>
          <w:b/>
        </w:rPr>
        <w:t xml:space="preserve">[12:58] </w:t>
      </w:r>
      <w:r>
        <w:t>in do cheezon mein zindagi ki,</w:t>
      </w:r>
    </w:p>
    <w:p>
      <w:pPr>
        <w:jc w:val="right"/>
      </w:pPr>
      <w:r>
        <w:t>ان دو چیزوں میں زندگی کی،</w:t>
      </w:r>
    </w:p>
    <w:p>
      <w:r>
        <w:rPr>
          <w:b/>
        </w:rPr>
        <w:t xml:space="preserve">[13:07] </w:t>
      </w:r>
      <w:r>
        <w:t>zindagi ke saare mamlaat aa gaye. yeh do cheezein agar durust ho jayen, yaani time ko manage karna aur money ko manage karna,</w:t>
      </w:r>
    </w:p>
    <w:p>
      <w:pPr>
        <w:jc w:val="right"/>
      </w:pPr>
      <w:r>
        <w:t>زندگی کے سارے معاملات آ گئے۔ یہ دو چیزیں اگر درست ہو جائیں، یعنی ٹائم کو مینج کرنا اور منی کو مینج کرنا،</w:t>
      </w:r>
    </w:p>
    <w:p>
      <w:r>
        <w:rPr>
          <w:b/>
        </w:rPr>
        <w:t xml:space="preserve">[13:19] </w:t>
      </w:r>
      <w:r>
        <w:t>yeh do cheezein agar hamari zindagi mein aa jayen to poori zindagi hamari durust ho jayegi.</w:t>
      </w:r>
    </w:p>
    <w:p>
      <w:pPr>
        <w:jc w:val="right"/>
      </w:pPr>
      <w:r>
        <w:t>یہ دو چیزیں اگر ہماری زندگی میں آ جائیں تو پوری زندگی ہماری درست ہو جائے گی۔</w:t>
      </w:r>
    </w:p>
    <w:p>
      <w:r>
        <w:rPr>
          <w:b/>
        </w:rPr>
        <w:t xml:space="preserve">[13:30] </w:t>
      </w:r>
      <w:r>
        <w:t>yahood kehte thay, ab bhi unka yahi aqeeda hai ke,</w:t>
      </w:r>
    </w:p>
    <w:p>
      <w:pPr>
        <w:jc w:val="right"/>
      </w:pPr>
      <w:r>
        <w:t>یہود کہتے تھے، اب بھی ان کا یہی عقیدہ ہے کہ،</w:t>
      </w:r>
    </w:p>
    <w:p>
      <w:r>
        <w:rPr>
          <w:b/>
        </w:rPr>
        <w:t xml:space="preserve">[13:38] </w:t>
      </w:r>
      <w:r>
        <w:t>ke</w:t>
      </w:r>
    </w:p>
    <w:p>
      <w:pPr>
        <w:jc w:val="right"/>
      </w:pPr>
      <w:r>
        <w:t>کہ</w:t>
      </w:r>
    </w:p>
    <w:p>
      <w:r>
        <w:rPr>
          <w:b/>
        </w:rPr>
        <w:t xml:space="preserve">[13:42] </w:t>
      </w:r>
      <w:r>
        <w:t>wo samajhte thay ke yahoodi jo giroh hai, yahoodi jo nasal hai, nijaat is ke liye hai. to</w:t>
      </w:r>
    </w:p>
    <w:p>
      <w:pPr>
        <w:jc w:val="right"/>
      </w:pPr>
      <w:r>
        <w:t>وہ سمجھتے تھے کہ یہودی جو گروہ ہے، یہودی جو نسل ہے، نجات اس کے لیے ہے۔ تو</w:t>
      </w:r>
    </w:p>
    <w:p>
      <w:r>
        <w:rPr>
          <w:b/>
        </w:rPr>
        <w:t xml:space="preserve">[13:49] </w:t>
      </w:r>
      <w:r>
        <w:t>wo kehte thay ke lan yadkhulil jannata illa man kana hudan wa nasara yeh surah baqarah ki ayat number 111 lan yadkhulil jannata illa man kana hudan wa nasara</w:t>
      </w:r>
    </w:p>
    <w:p>
      <w:pPr>
        <w:jc w:val="right"/>
      </w:pPr>
      <w:r>
        <w:t>وہ کہتے تھے کہ لَنْ يَدْخُلِ الجَنَّةَ إِلَّا مَنْ كَانَ هُدًى وَنَصَارًا یہ سورہ بقرہ کی آیت نمبر 111 لَنْ يَدْخُلِ الجَنَّةَ إِلَّا مَنْ كَانَ هُدًى وَنَصَارًا</w:t>
      </w:r>
    </w:p>
    <w:p>
      <w:r>
        <w:rPr>
          <w:b/>
        </w:rPr>
        <w:t xml:space="preserve">[14:07] </w:t>
      </w:r>
      <w:r>
        <w:t>jannat mein dakhil nahi hoga magar woh jo yahoodi ho ya nasrani ho, yaani yahoodi group se talluq rakhta ho, maseehi group se talluq rakhta ho.</w:t>
      </w:r>
    </w:p>
    <w:p>
      <w:pPr>
        <w:jc w:val="right"/>
      </w:pPr>
      <w:r>
        <w:t>جنت میں داخل نہیں ہوگا مگر وہ جو یہودی ہو یا نصرانی ہو، یعنی یہودی گروپ سے تعلق رکھتا ہو، مسیحی گروپ سے تعلق رکھتا ہو۔</w:t>
      </w:r>
    </w:p>
    <w:p>
      <w:r>
        <w:rPr>
          <w:b/>
        </w:rPr>
        <w:t xml:space="preserve">[14:23] </w:t>
      </w:r>
      <w:r>
        <w:t>kya to yeh yeh aqeeda ke group wise par salvation hai, yeh unke liye agar galat hai to hamare liye bhi galat hai.</w:t>
      </w:r>
    </w:p>
    <w:p>
      <w:pPr>
        <w:jc w:val="right"/>
      </w:pPr>
      <w:r>
        <w:t>کیا تو یہ یہ عقیدہ کہ گروپ وائز پر سالویشن ہے، یہ ان کے لیے اگر غلط ہے تو ہمارے لیے بھی غلط ہے۔</w:t>
      </w:r>
    </w:p>
    <w:p>
      <w:r>
        <w:rPr>
          <w:b/>
        </w:rPr>
        <w:t xml:space="preserve">[14:34] </w:t>
      </w:r>
      <w:r>
        <w:t>aisa agar musalman yeh samajh lein ke jo musalmanon ki qaum mein shamil hai, bas is ke liye nijaat hai, to yeh bhi itni hi badi galati hai jitni badi galati yahudiyon ne ki aur nasraniyon ne ki.</w:t>
      </w:r>
    </w:p>
    <w:p>
      <w:pPr>
        <w:jc w:val="right"/>
      </w:pPr>
      <w:r>
        <w:t>ایسا اگر مسلمان یہ سمجھ لیں کہ جو مسلمانوں کی قوم میں شامل ہے، بس اس کے لیے نجات ہے، تو یہ بھی اتنی ہی بڑی غلطی ہے جتنی بڑی غلطی یہودیوں نے کی اور نصرانیوں نے کی۔</w:t>
      </w:r>
    </w:p>
    <w:p>
      <w:r>
        <w:rPr>
          <w:b/>
        </w:rPr>
        <w:t xml:space="preserve">[14:49] </w:t>
      </w:r>
      <w:r>
        <w:t>kyun?</w:t>
      </w:r>
    </w:p>
    <w:p>
      <w:pPr>
        <w:jc w:val="right"/>
      </w:pPr>
      <w:r>
        <w:t>کیوں؟</w:t>
      </w:r>
    </w:p>
    <w:p>
      <w:r>
        <w:rPr>
          <w:b/>
        </w:rPr>
        <w:t xml:space="preserve">[14:53] </w:t>
      </w:r>
      <w:r>
        <w:t>nijaat ka talluq kisi group se, kisi nasal se, kisi qaum se nahi hai.</w:t>
      </w:r>
    </w:p>
    <w:p>
      <w:pPr>
        <w:jc w:val="right"/>
      </w:pPr>
      <w:r>
        <w:t>نجات کا تعلق کسی گروپ سے، کسی نسل سے، کسی قوم سے نہیں ہے۔</w:t>
      </w:r>
    </w:p>
    <w:p>
      <w:r>
        <w:rPr>
          <w:b/>
        </w:rPr>
        <w:t xml:space="preserve">[15:02] </w:t>
      </w:r>
      <w:r>
        <w:t>nijaat ka talluq individual se hai, fard se hai.</w:t>
      </w:r>
    </w:p>
    <w:p>
      <w:pPr>
        <w:jc w:val="right"/>
      </w:pPr>
      <w:r>
        <w:t>نجات کا تعلق انڈیویجول سے ہے، فرد سے ہے۔</w:t>
      </w:r>
    </w:p>
    <w:p>
      <w:r>
        <w:rPr>
          <w:b/>
        </w:rPr>
        <w:t xml:space="preserve">[15:10] </w:t>
      </w:r>
      <w:r>
        <w:t>ek ek insaan ko alag alag Khuda ke haan pesh kiya jayega.</w:t>
      </w:r>
    </w:p>
    <w:p>
      <w:pPr>
        <w:jc w:val="right"/>
      </w:pPr>
      <w:r>
        <w:t>ایک ایک انسان کو الگ الگ خدا کے ہاں پیش کیا جائے گا۔</w:t>
      </w:r>
    </w:p>
    <w:p>
      <w:r>
        <w:rPr>
          <w:b/>
        </w:rPr>
        <w:t xml:space="preserve">[15:19] </w:t>
      </w:r>
      <w:r>
        <w:t>ek ek insaan ke is ke apne jo personal record hai, uska is ki base par faisla kiya jayega ke woh punishment ke qabil hai ya reward ke qabil hai.</w:t>
      </w:r>
    </w:p>
    <w:p>
      <w:pPr>
        <w:jc w:val="right"/>
      </w:pPr>
      <w:r>
        <w:t>ایک ایک انسان کے اس کے اپنے جو پرسنل ریکارڈ ہے، اس کا اس کی بیس پر فیصلہ کیا جائے گا کہ وہ پنشمنٹ کے قابل ہے یا ریوارڈ کے قابل ہے۔</w:t>
      </w:r>
    </w:p>
    <w:p>
      <w:r>
        <w:rPr>
          <w:b/>
        </w:rPr>
        <w:t xml:space="preserve">[15:36] </w:t>
      </w:r>
      <w:r>
        <w:t>bilkul yeh batil hai, yeh aqeeda baseless hai, baseless ke kisi group ke liye paradise hai, kisi qaum ke liye jannat hai ya salvation hai.</w:t>
      </w:r>
    </w:p>
    <w:p>
      <w:pPr>
        <w:jc w:val="right"/>
      </w:pPr>
      <w:r>
        <w:t>بالکل یہ باطل ہے، یہ عقیدہ بیس لیس ہے، بیس لیس کہ کسی گروپ کے لیے پیراڈائز ہے، کسی قوم کے لیے جنت ہے یا سالویشن ہے۔</w:t>
      </w:r>
    </w:p>
    <w:p>
      <w:r>
        <w:rPr>
          <w:b/>
        </w:rPr>
        <w:t xml:space="preserve">[15:50] </w:t>
      </w:r>
      <w:r>
        <w:t>salvation har aadmi ke apne individual record par milegi, na ke kisi community, kisi qaum, kisi group se talluq rakhne ki wajah se.</w:t>
      </w:r>
    </w:p>
    <w:p>
      <w:pPr>
        <w:jc w:val="right"/>
      </w:pPr>
      <w:r>
        <w:t>سالویشن ہر آدمی کے اپنے انڈیویجول ریکارڈ پر ملے گی، نہ کہ کسی کمیونٹی، کسی قوم، کسی گروپ سے تعلق رکھنے کی وجہ سے۔</w:t>
      </w:r>
    </w:p>
    <w:p>
      <w:r>
        <w:rPr>
          <w:b/>
        </w:rPr>
        <w:t xml:space="preserve">[16:05] </w:t>
      </w:r>
      <w:r>
        <w:t>yeh bohat zyada clear hai Quran majeed mein. to woh kehte thay ke nijaat jo hai, salvation, woh yahudiyon aur nasraniyon ke liye hai.</w:t>
      </w:r>
    </w:p>
    <w:p>
      <w:pPr>
        <w:jc w:val="right"/>
      </w:pPr>
      <w:r>
        <w:t>یہ بہت زیادہ کلیئر ہے قرآن مجید میں۔ تو وہ کہتے تھے کہ نجات جو ہے، سالویشن، وہ یہودیوں اور نصرانیوں کے لیے ہے۔</w:t>
      </w:r>
    </w:p>
    <w:p>
      <w:r>
        <w:rPr>
          <w:b/>
        </w:rPr>
        <w:t xml:space="preserve">[16:19] </w:t>
      </w:r>
      <w:r>
        <w:t>to yahan par yeh jo is ka reference diya gaya, is liye diya gaya hai ke musalmanon ko bataya gaya ke tumhara mamla bhi yahi hai.</w:t>
      </w:r>
    </w:p>
    <w:p>
      <w:pPr>
        <w:jc w:val="right"/>
      </w:pPr>
      <w:r>
        <w:t>تو یہاں پر یہ جو اس کا ریفرنس دیا گیا، اس لیے دیا گیا ہے کہ مسلمانوں کو بتایا گیا کہ تمہارا معاملہ بھی یہی ہے۔</w:t>
      </w:r>
    </w:p>
    <w:p>
      <w:r>
        <w:rPr>
          <w:b/>
        </w:rPr>
        <w:t xml:space="preserve">[16:30] </w:t>
      </w:r>
      <w:r>
        <w:t>wo agar aisa aqeeda bana lein to unke liye bhi yeh aqeeda baseless hai, aur tum bana lo to tumhare liye bhi yeh aqeeda baseless hai.</w:t>
      </w:r>
    </w:p>
    <w:p>
      <w:pPr>
        <w:jc w:val="right"/>
      </w:pPr>
      <w:r>
        <w:t>وہ اگر ایسا عقیدہ بنا لیں تو ان کے لیے بھی یہ عقیدہ بیس لیس ہے، اور تم بنا لو تو تمہارے لیے بھی یہ عقیدہ بیس لیس ہے۔</w:t>
      </w:r>
    </w:p>
    <w:p>
      <w:r>
        <w:rPr>
          <w:b/>
        </w:rPr>
        <w:t xml:space="preserve">[16:41] </w:t>
      </w:r>
      <w:r>
        <w:t>kyun? asal cheez yeh hai ke aadmi ka apna zaati record kya hai. khud aadmi ka jo angel, jo har waqt hamare saath hain,</w:t>
      </w:r>
    </w:p>
    <w:p>
      <w:pPr>
        <w:jc w:val="right"/>
      </w:pPr>
      <w:r>
        <w:t>کیوں؟ اصل چیز یہ ہے کہ آدمی کا اپنا ذاتی ریکارڈ کیا ہے۔ خود آدمی کا جو اینجل، جو ہر وقت ہمارے ساتھ ہیں،</w:t>
      </w:r>
    </w:p>
    <w:p>
      <w:r>
        <w:rPr>
          <w:b/>
        </w:rPr>
        <w:t xml:space="preserve">[16:55] </w:t>
      </w:r>
      <w:r>
        <w:t>wo jo record bana rahe hain, ek ek aadmi ke saath do do angel hain.</w:t>
      </w:r>
    </w:p>
    <w:p>
      <w:pPr>
        <w:jc w:val="right"/>
      </w:pPr>
      <w:r>
        <w:t>وہ جو ریکارڈ بنا رہے ہیں، ایک ایک آدمی کے ساتھ دو دو اینجل ہیں۔</w:t>
      </w:r>
    </w:p>
    <w:p>
      <w:r>
        <w:rPr>
          <w:b/>
        </w:rPr>
        <w:t xml:space="preserve">[17:01] </w:t>
      </w:r>
      <w:r>
        <w:t>Quran mein bataya gaya hai ke har aadmi ke saath, ek ek individual ke saath, Khuda ke do farishtay rehte hain jo us ki har baat ka record tayyar kar rahe hain.</w:t>
      </w:r>
    </w:p>
    <w:p>
      <w:pPr>
        <w:jc w:val="right"/>
      </w:pPr>
      <w:r>
        <w:t>قرآن میں بتایا گیا ہے کہ ہر آدمی کے ساتھ، ایک ایک انڈیویجول کے ساتھ، خدا کے دو فرشتے رہتے ہیں جو اس کی ہر بات کا ریکارڈ تیار کر رہے ہیں۔</w:t>
      </w:r>
    </w:p>
    <w:p>
      <w:r>
        <w:rPr>
          <w:b/>
        </w:rPr>
        <w:t xml:space="preserve">[17:16] </w:t>
      </w:r>
      <w:r>
        <w:t>yaani aap ki intention kya hai, yaani aap ne dil mein kya socha, is ka bhi record tayyar karte hain. woh munh se kya bole, is ka bhi record tayyar karte hain.</w:t>
      </w:r>
    </w:p>
    <w:p>
      <w:pPr>
        <w:jc w:val="right"/>
      </w:pPr>
      <w:r>
        <w:t>یعنی آپ کی انٹینشن کیا ہے، یعنی آپ نے دل میں کیا سوچا، اس کا بھی ریکارڈ تیار کرتے ہیں۔ وہ منہ سے کیا بولے، اس کا بھی ریکارڈ تیار کرتے ہیں۔</w:t>
      </w:r>
    </w:p>
    <w:p>
      <w:r>
        <w:rPr>
          <w:b/>
        </w:rPr>
        <w:t xml:space="preserve">[17:28] </w:t>
      </w:r>
      <w:r>
        <w:t>wo</w:t>
      </w:r>
    </w:p>
    <w:p>
      <w:pPr>
        <w:jc w:val="right"/>
      </w:pPr>
      <w:r>
        <w:t>وہ</w:t>
      </w:r>
    </w:p>
    <w:p>
      <w:r>
        <w:rPr>
          <w:b/>
        </w:rPr>
        <w:t xml:space="preserve">[17:30] </w:t>
      </w:r>
      <w:r>
        <w:t>isi tareeqay say aap ki dealing, aap ki activities, logon kay sath aap ka behavior, aap ka character, yeh sari cheez angel aik aadmi kay alag alag record kar rahay hain.</w:t>
      </w:r>
    </w:p>
    <w:p>
      <w:pPr>
        <w:jc w:val="right"/>
      </w:pPr>
      <w:r>
        <w:t>اسی طریقے سے آپ کی ڈیلنگ، آپ کی ایکٹیویٹیز، لوگوں کے ساتھ آپ کا بیہیویئر، آپ کا کریکٹر، یہ ساری چیز اینجل ایک آدمی کے الگ الگ ریکارڈ کر رہے ہیں۔</w:t>
      </w:r>
    </w:p>
    <w:p>
      <w:r>
        <w:rPr>
          <w:b/>
        </w:rPr>
        <w:t xml:space="preserve">[17:51] </w:t>
      </w:r>
      <w:r>
        <w:t>aur yahi jo record hai, personal record, isi par wahan faisla hoga.</w:t>
      </w:r>
    </w:p>
    <w:p>
      <w:pPr>
        <w:jc w:val="right"/>
      </w:pPr>
      <w:r>
        <w:t>اور یہی جو ریکارڈ ہے، پرسنل ریکارڈ، اسی پر وہاں فیصلہ ہوگا۔</w:t>
      </w:r>
    </w:p>
    <w:p>
      <w:r>
        <w:rPr>
          <w:b/>
        </w:rPr>
        <w:t xml:space="preserve">[18:00] </w:t>
      </w:r>
      <w:r>
        <w:t>kisi group say wabasta honay ki wajah say ya kisi jamaat say wabasta honay ki wajah say, koi kisi jamaat ka member hai ya kisi qaum mein paida ho gaya hai, to koi bhi jamaat ya koi bhi qaum Khuda kay nazdeek salvation is kay liye nahi likhi gayi hai.</w:t>
      </w:r>
    </w:p>
    <w:p>
      <w:pPr>
        <w:jc w:val="right"/>
      </w:pPr>
      <w:r>
        <w:t>کسی گروپ سے وابستہ ہونے کی وجہ سے یا کسی جماعت سے وابستہ ہونے کی وجہ سے، کوئی کسی جماعت کا ممبر ہے یا کسی قوم میں پیدا ہو گیا ہے، تو کوئی بھی جماعت یا کوئی بھی قوم خدا کے نزدیک سالویشن اس کے لیے نہیں لکھی گئی ہے۔</w:t>
      </w:r>
    </w:p>
    <w:p>
      <w:r>
        <w:rPr>
          <w:b/>
        </w:rPr>
        <w:t xml:space="preserve">[18:22] </w:t>
      </w:r>
      <w:r>
        <w:t>salvation jo hai, woh hai</w:t>
      </w:r>
    </w:p>
    <w:p>
      <w:pPr>
        <w:jc w:val="right"/>
      </w:pPr>
      <w:r>
        <w:t>سالویشن جو ہے، وہ ہے</w:t>
      </w:r>
    </w:p>
    <w:p>
      <w:r>
        <w:rPr>
          <w:b/>
        </w:rPr>
        <w:t xml:space="preserve">[18:27] </w:t>
      </w:r>
      <w:r>
        <w:t>alag alag aik aadmi kay kay record ko dekh kar uska faisla kiya jayega.</w:t>
      </w:r>
    </w:p>
    <w:p>
      <w:pPr>
        <w:jc w:val="right"/>
      </w:pPr>
      <w:r>
        <w:t>الگ الگ ایک آدمی کے کے ریکارڈ کو دیکھ کر اس کا فیصلہ کیا جائے گا۔</w:t>
      </w:r>
    </w:p>
    <w:p>
      <w:r>
        <w:rPr>
          <w:b/>
        </w:rPr>
        <w:t xml:space="preserve">[18:35] </w:t>
      </w:r>
      <w:r>
        <w:t>yeh bohat hi important baat hai jis ko aadmi ko samajhna ch</w:t>
      </w:r>
    </w:p>
    <w:p>
      <w:pPr>
        <w:jc w:val="right"/>
      </w:pPr>
      <w:r>
        <w:t>یہ بہت ہی امپورٹنٹ بات ہے جس کو آدمی کو سمجھنا چ</w:t>
      </w:r>
    </w:p>
    <w:p>
      <w:r>
        <w:rPr>
          <w:b/>
        </w:rPr>
        <w:t xml:space="preserve">[18:39] </w:t>
      </w:r>
      <w:r>
        <w:t>ahiye. Quran majeed mein dekhen, surah baqarah mein 122 mein yahood kay baray mein kaha kay inni fazaltukum ala al-alameen mein nay tum ko fazilat di, yani yahood ko sari dunya walon par.</w:t>
      </w:r>
    </w:p>
    <w:p>
      <w:pPr>
        <w:jc w:val="right"/>
      </w:pPr>
      <w:r>
        <w:t>اہیے۔ قرآن مجید میں دیکھیں، سورہ بقرہ میں 122 میں یہود کے بارے میں کہا کہ إِنِّي فَزَّلْتَكُمْ عَلَى الْعَالَمِينَ میں نے تم کو فضیلت دی، یعنی یہود کو ساری دنیا والوں پر۔</w:t>
      </w:r>
    </w:p>
    <w:p>
      <w:r>
        <w:rPr>
          <w:b/>
        </w:rPr>
        <w:t xml:space="preserve">[18:59] </w:t>
      </w:r>
      <w:r>
        <w:t>yeh waisay hi baat hai jaisay kay Quran mein ahle iman kay liye farmaya kay kuntum khair ummah</w:t>
      </w:r>
    </w:p>
    <w:p>
      <w:pPr>
        <w:jc w:val="right"/>
      </w:pPr>
      <w:r>
        <w:t>یہ ویسے ہی بات ہے جیسے کہ قرآن میں اہل ایمان کے لیے فرمایا کہ كُنْتُمْ خَيْرُ أُمَّةٍ</w:t>
      </w:r>
    </w:p>
    <w:p>
      <w:r>
        <w:rPr>
          <w:b/>
        </w:rPr>
        <w:t xml:space="preserve">[19:07] </w:t>
      </w:r>
      <w:r>
        <w:t>yani musalmanon kay liye, ahle iman kay liye bataya kay tum khair ummah ho. Isi tarah say yahood kay liye kaha gaya tha kay tum ko sari dunya par fazilat di gayi thi.</w:t>
      </w:r>
    </w:p>
    <w:p>
      <w:pPr>
        <w:jc w:val="right"/>
      </w:pPr>
      <w:r>
        <w:t>یعنی مسلمانوں کے لیے، اہل ایمان کے لیے بتایا کہ تم خیر امت ہو۔ اسی طرح سے یہود کے لیے کہا گیا تھا کہ تم کو ساری دنیا پر فضیلت دی گئی۔</w:t>
      </w:r>
    </w:p>
    <w:p>
      <w:r>
        <w:rPr>
          <w:b/>
        </w:rPr>
        <w:t xml:space="preserve">[19:19] </w:t>
      </w:r>
      <w:r>
        <w:t>is ka matlab kya hai? Dekhen, chahay khair ummah ka mamla ho ya fazilat ka mamla ho, woh bhi grohi base par nahi hota.</w:t>
      </w:r>
    </w:p>
    <w:p>
      <w:pPr>
        <w:jc w:val="right"/>
      </w:pPr>
      <w:r>
        <w:t>اس کا مطلب کیا ہے؟ دیکھیں، چاہے خیر امت کا معاملہ ہو یا فضیلت کا معاملہ ہو، وہ بھی گروہی بیس پر نہیں ہوتا۔</w:t>
      </w:r>
    </w:p>
    <w:p>
      <w:r>
        <w:rPr>
          <w:b/>
        </w:rPr>
        <w:t xml:space="preserve">[19:35] </w:t>
      </w:r>
      <w:r>
        <w:t>koi group nahi hai jis ko fazilat de di gayi ho, koi qaum nahi hai jis ko kay khair ummah bana diya gaya ho. Yahan bhi har aadmi ka apna amal jo hai, uska apna jo record hai,</w:t>
      </w:r>
    </w:p>
    <w:p>
      <w:pPr>
        <w:jc w:val="right"/>
      </w:pPr>
      <w:r>
        <w:t>کوئی گروپ نہیں ہے جس کو فضیلت دے دی گئی ہو، کوئی قوم نہیں ہے جس کو کہ خیر امت بنا دیا گیا ہو۔ یہاں بھی ہر آدمی کا اپنا عمل جو ہے، اس کا اپنا جو ریکارڈ ہے،</w:t>
      </w:r>
    </w:p>
    <w:p>
      <w:r>
        <w:rPr>
          <w:b/>
        </w:rPr>
        <w:t xml:space="preserve">[19:51] </w:t>
      </w:r>
      <w:r>
        <w:t>isi say yeh cheez</w:t>
      </w:r>
    </w:p>
    <w:p>
      <w:pPr>
        <w:jc w:val="right"/>
      </w:pPr>
      <w:r>
        <w:t>اسی سے یہ چیز</w:t>
      </w:r>
    </w:p>
    <w:p>
      <w:r>
        <w:rPr>
          <w:b/>
        </w:rPr>
        <w:t xml:space="preserve">[19:58] </w:t>
      </w:r>
      <w:r>
        <w:t>decide ki jayegi Khuda kay haan kay woh khair ummah mein shamil karnay kay qabil tha ya nahi tha.</w:t>
      </w:r>
    </w:p>
    <w:p>
      <w:pPr>
        <w:jc w:val="right"/>
      </w:pPr>
      <w:r>
        <w:t>ڈیسائیڈ کی جائے گی خدا کے ہاں کہ وہ خیر امت میں شامل کرنے کے قابل تھا یا نہیں تھا۔</w:t>
      </w:r>
    </w:p>
    <w:p>
      <w:r>
        <w:rPr>
          <w:b/>
        </w:rPr>
        <w:t xml:space="preserve">[20:08] </w:t>
      </w:r>
      <w:r>
        <w:t>yani jo aadmi apnay iman kay aitbar say, apnay amal kay aitbar say, apnay behavior kay aitbar say, apnay character kay aitbar say is criterion par poora utray, jo khair ummah ka criterion hai,</w:t>
      </w:r>
    </w:p>
    <w:p>
      <w:pPr>
        <w:jc w:val="right"/>
      </w:pPr>
      <w:r>
        <w:t>یعنی جو آدمی اپنے ایمان کے اعتبار سے، اپنے عمل کے اعتبار سے، اپنے بیہیویئر کے اعتبار سے، اپنے کریکٹر کے اعتبار سے اس کرائٹیرین پر پورا اترے، جو خیر امت کا کرائٹیرین ہے،</w:t>
      </w:r>
    </w:p>
    <w:p>
      <w:r>
        <w:rPr>
          <w:b/>
        </w:rPr>
        <w:t xml:space="preserve">[20:23] </w:t>
      </w:r>
      <w:r>
        <w:t>to us ko jagah milegi khair ummah mein. Isi tarah yahood kay liye tha, un kay liye bhi aik criterion tha.</w:t>
      </w:r>
    </w:p>
    <w:p>
      <w:pPr>
        <w:jc w:val="right"/>
      </w:pPr>
      <w:r>
        <w:t>تو اس کو جگہ ملے گی خیر امت میں۔ اسی طرح یہود کے لیے تھا، ان کے لیے بھی ایک کرائٹیرین تھا۔</w:t>
      </w:r>
    </w:p>
    <w:p>
      <w:r>
        <w:rPr>
          <w:b/>
        </w:rPr>
        <w:t xml:space="preserve">[20:33] </w:t>
      </w:r>
      <w:r>
        <w:t>to jo is criterion par poora utray, us kay liye tha kay fazaltukum ala al-alameen yeh na koi title hai aur na koi nasli ya qaumi ya grohi aezaz hai.</w:t>
      </w:r>
    </w:p>
    <w:p>
      <w:pPr>
        <w:jc w:val="right"/>
      </w:pPr>
      <w:r>
        <w:t>تو جو اس کرائٹیرین پر پورا اترے، اس کے لیے تھا کہ فَزَّلْتَكُمْ عَلَى الْعَالَمِينَ یہ نہ کوئی ٹائٹل ہے اور نہ کوئی نسلی یا قومی یا گروہی اعزاز ہے۔</w:t>
      </w:r>
    </w:p>
    <w:p>
      <w:r>
        <w:rPr>
          <w:b/>
        </w:rPr>
        <w:t xml:space="preserve">[20:54] </w:t>
      </w:r>
      <w:r>
        <w:t>yeh hai jo zimmedariyan hain, jo responsibilities hain, jo Khuda kay ahkam hain, us ko poora karnay kay baad Khuda ki taraf say dunya mein bhi nahi, dunya mein koi claim nahi kar sakta kay mein khair ummah hoon, mein khair ummah hoon ya mein fazaltukum ala al-alameen ka misdaq hoon.</w:t>
      </w:r>
    </w:p>
    <w:p>
      <w:pPr>
        <w:jc w:val="right"/>
      </w:pPr>
      <w:r>
        <w:t>یہ ہے جو ذمہ داریاں ہیں، جو ریسپانسبیلٹیز ہیں، جو خدا کے احکام ہیں، اس کو پورا کرنے کے بعد خدا کی طرف سے دنیا میں بھی نہیں، دنیا میں کوئی کلیم نہیں کر سکتا کہ میں خیر امت ہوں، میں خیر امت ہوں یا میں فَزَّلْتَكُمْ عَلَى الْعَالَمِينَ کا مصداق ہوں۔</w:t>
      </w:r>
    </w:p>
    <w:p>
      <w:r>
        <w:rPr>
          <w:b/>
        </w:rPr>
        <w:t xml:space="preserve">[21:23] </w:t>
      </w:r>
      <w:r>
        <w:t>aaj ki dunya mein koi claim nahi kar sakta. Dekhen, yeh claim karnay ki baat nahi hai, yeh Khuda kay haan decide kiye janay ki baat hai.</w:t>
      </w:r>
    </w:p>
    <w:p>
      <w:pPr>
        <w:jc w:val="right"/>
      </w:pPr>
      <w:r>
        <w:t>آج کی دنیا میں کوئی کلیم نہیں کر سکتا۔ دیکھیں، یہ کلیم کرنے کی بات نہیں ہے، یہ خدا کے ہاں ڈیسائیڈ کیے جانے کی بات ہے۔</w:t>
      </w:r>
    </w:p>
    <w:p>
      <w:r>
        <w:rPr>
          <w:b/>
        </w:rPr>
        <w:t xml:space="preserve">[21:37] </w:t>
      </w:r>
      <w:r>
        <w:t>to dunya kay record ko lay kar Khuda akhirat mein yeh declare karega.</w:t>
      </w:r>
    </w:p>
    <w:p>
      <w:pPr>
        <w:jc w:val="right"/>
      </w:pPr>
      <w:r>
        <w:t>تو دنیا کے ریکارڈ کو لے کر خدا آخرت میں یہ ڈیکلیئر کرے گا۔</w:t>
      </w:r>
    </w:p>
    <w:p>
      <w:r>
        <w:rPr>
          <w:b/>
        </w:rPr>
        <w:t xml:space="preserve">[21:45] </w:t>
      </w:r>
      <w:r>
        <w:t>humain haq nahi hai, humain yeh right nahi hai kay hum khud hi khud yeh samajh lain kay hum khair ummah hain ya hum ko fazilat hasil hai saray alam par.</w:t>
      </w:r>
    </w:p>
    <w:p>
      <w:pPr>
        <w:jc w:val="right"/>
      </w:pPr>
      <w:r>
        <w:t>ہمیں حق نہیں ہے، ہمیں یہ رائٹ نہیں ہے کہ ہم خود ہی خود یہ سمجھ لیں کہ ہم خیر امت ہیں یا ہم کو فضیلت حاصل ہے سارے عالم پر۔</w:t>
      </w:r>
    </w:p>
    <w:p>
      <w:r>
        <w:rPr>
          <w:b/>
        </w:rPr>
        <w:t xml:space="preserve">[21:58] </w:t>
      </w:r>
      <w:r>
        <w:t>Maulana Altaf Hussain Hali ki jo kitab hai, Masjid Thali, us mein woh kehtay hain kay woh ummah laqab jis ka khair al-umum tha, yeh bilkul galat baat hai.</w:t>
      </w:r>
    </w:p>
    <w:p>
      <w:pPr>
        <w:jc w:val="right"/>
      </w:pPr>
      <w:r>
        <w:t>مولانا الطاف حسن نعالی کی جو کتاب ہے، مسجد ثالی، اس میں وہ کہتے ہیں کہ وہ امت لقب جس کا خیر العموم تھا، یہ بالکل غلط بات ہے۔</w:t>
      </w:r>
    </w:p>
    <w:p>
      <w:r>
        <w:rPr>
          <w:b/>
        </w:rPr>
        <w:t xml:space="preserve">[22:09] </w:t>
      </w:r>
      <w:r>
        <w:t>laqab nahi hai, yeh</w:t>
      </w:r>
    </w:p>
    <w:p>
      <w:pPr>
        <w:jc w:val="right"/>
      </w:pPr>
      <w:r>
        <w:t>لقب نہیں ہے، یہ</w:t>
      </w:r>
    </w:p>
    <w:p>
      <w:r>
        <w:rPr>
          <w:b/>
        </w:rPr>
        <w:t xml:space="preserve">[22:13] </w:t>
      </w:r>
      <w:r>
        <w:t>khair ummah, yeh laqab nahi hai. Yeh to is baat ka aelan hai kay agar tum is meyar par poore utray to akhirat mein Khuda tum ko</w:t>
      </w:r>
    </w:p>
    <w:p>
      <w:pPr>
        <w:jc w:val="right"/>
      </w:pPr>
      <w:r>
        <w:t>خیر امت، یہ لقب نہیں ہے۔ یہ تو اس بات کا اعلان ہے کہ اگر تم اس معیار پر پورے اترے تو آخرت میں خدا تم کو</w:t>
      </w:r>
    </w:p>
    <w:p>
      <w:r>
        <w:rPr>
          <w:b/>
        </w:rPr>
        <w:t xml:space="preserve">[22:31] </w:t>
      </w:r>
      <w:r>
        <w:t>yeh inam dega kay khair ummah qarar de kar kay tum ko jannat mein dakhil karay.</w:t>
      </w:r>
    </w:p>
    <w:p>
      <w:pPr>
        <w:jc w:val="right"/>
      </w:pPr>
      <w:r>
        <w:t>یہ انعام دے گا کہ خیر امت قرار دے کر کے تم کو جنت میں داخل کرے۔</w:t>
      </w:r>
    </w:p>
    <w:p>
      <w:r>
        <w:rPr>
          <w:b/>
        </w:rPr>
        <w:t xml:space="preserve">[22:37] </w:t>
      </w:r>
      <w:r>
        <w:t>yahi baat pehlay yahudiyon kay liye thi. To yaad rakhiye, Khuda kay haan koi bhi cheez bator laqab nahi hoti hai, bator aezaz nahi hoti hai.</w:t>
      </w:r>
    </w:p>
    <w:p>
      <w:pPr>
        <w:jc w:val="right"/>
      </w:pPr>
      <w:r>
        <w:t>یہی بات پہلے یہودیوں کے لیے تھی۔ تو یاد رکھیے، خدا کے ہاں کوئی بھی چیز بطور لقب نہیں ہوتی ہے، بطور اعزاز نہیں ہوتی ہے۔</w:t>
      </w:r>
    </w:p>
    <w:p>
      <w:r>
        <w:rPr>
          <w:b/>
        </w:rPr>
        <w:t xml:space="preserve">[22:50] </w:t>
      </w:r>
      <w:r>
        <w:t>yeh yeh concept hi bilkul base less hai.</w:t>
      </w:r>
    </w:p>
    <w:p>
      <w:pPr>
        <w:jc w:val="right"/>
      </w:pPr>
      <w:r>
        <w:t>یہ یہ کانسیپٹ ہی بالکل بیس لیس ہے۔</w:t>
      </w:r>
    </w:p>
    <w:p>
      <w:r>
        <w:rPr>
          <w:b/>
        </w:rPr>
        <w:t xml:space="preserve">[22:57] </w:t>
      </w:r>
      <w:r>
        <w:t>yeh concept hi bilkul base less hai.</w:t>
      </w:r>
    </w:p>
    <w:p>
      <w:pPr>
        <w:jc w:val="right"/>
      </w:pPr>
      <w:r>
        <w:t>یہ کانسیپٹ ہی بالکل بیس لیس ہے۔</w:t>
      </w:r>
    </w:p>
    <w:p>
      <w:r>
        <w:rPr>
          <w:b/>
        </w:rPr>
        <w:t xml:space="preserve">[23:02] </w:t>
      </w:r>
      <w:r>
        <w:t>hadees mein aata hai ke innalaha laa yanzuru ilaa ajsaamikum wa laa kun yanzuru ilaa quloobikum khuda tumhare jismon ko nahin dekhta,</w:t>
      </w:r>
    </w:p>
    <w:p>
      <w:pPr>
        <w:jc w:val="right"/>
      </w:pPr>
      <w:r>
        <w:t>حدیث میں آتا ہے کہ إِنَّ اللَّهَ لَا يَنْظِرُ إِلَى أَجْسَامِكُمْ وَلَا كُنْ يَنْظِرُ إِلَى قُلُوبِكُمْ خدا تمہارے جسموں کو نہیں دیکھتا،</w:t>
      </w:r>
    </w:p>
    <w:p>
      <w:r>
        <w:rPr>
          <w:b/>
        </w:rPr>
        <w:t xml:space="preserve">[23:15] </w:t>
      </w:r>
      <w:r>
        <w:t>khuda tumhare dilon ko dekhta hai. is ka matlab kya hua?</w:t>
      </w:r>
    </w:p>
    <w:p>
      <w:pPr>
        <w:jc w:val="right"/>
      </w:pPr>
      <w:r>
        <w:t>خدا تمہارے دلوں کو دیکھتا ہے۔ اس کا مطلب کیا ہوا؟</w:t>
      </w:r>
    </w:p>
    <w:p>
      <w:r>
        <w:rPr>
          <w:b/>
        </w:rPr>
        <w:t xml:space="preserve">[23:21] </w:t>
      </w:r>
      <w:r>
        <w:t>ke zahiri cheezein,</w:t>
      </w:r>
    </w:p>
    <w:p>
      <w:pPr>
        <w:jc w:val="right"/>
      </w:pPr>
      <w:r>
        <w:t>کہ ظاہری چیزیں،</w:t>
      </w:r>
    </w:p>
    <w:p>
      <w:r>
        <w:rPr>
          <w:b/>
        </w:rPr>
        <w:t xml:space="preserve">[23:25] </w:t>
      </w:r>
      <w:r>
        <w:t>is is ki buniyad par khuda ke haan faisla nahin hota hai, balke aadmi ki personality kya hai, is ka is ki soch kya hai, is ki activities kya hain,</w:t>
      </w:r>
    </w:p>
    <w:p>
      <w:pPr>
        <w:jc w:val="right"/>
      </w:pPr>
      <w:r>
        <w:t>اس اس کی بنیاد پر خدا کے ہاں فیصلہ نہیں ہوتا ہے، بلکہ آدمی کی پرسنیلٹی کیا ہے، اس کا اس کی سوچ کیا ہے، اس کی ایکٹیویٹیز کیا ہیں،</w:t>
      </w:r>
    </w:p>
    <w:p>
      <w:r>
        <w:rPr>
          <w:b/>
        </w:rPr>
        <w:t xml:space="preserve">[23:40] </w:t>
      </w:r>
      <w:r>
        <w:t>is ka behaviour kya hai, yaani real personality kya hai aadmi ki,</w:t>
      </w:r>
    </w:p>
    <w:p>
      <w:pPr>
        <w:jc w:val="right"/>
      </w:pPr>
      <w:r>
        <w:t>اس کا بیہیویئر کیا ہے، یعنی ریئل پرسنیلٹی کیا ہے آدمی کی،</w:t>
      </w:r>
    </w:p>
    <w:p>
      <w:r>
        <w:rPr>
          <w:b/>
        </w:rPr>
        <w:t xml:space="preserve">[23:47] </w:t>
      </w:r>
      <w:r>
        <w:t>is ko dekh kar khuda ke haan faisla kiya jata hai. dekhiye, aage ayat number 124, verse number 124 mein hazrat ibrahim ke bare mein bataya ke wa iz ibtala rabbahu bi kalimaatin fa atammahunna</w:t>
      </w:r>
    </w:p>
    <w:p>
      <w:pPr>
        <w:jc w:val="right"/>
      </w:pPr>
      <w:r>
        <w:t>اس کو دیکھ کر خدا کے ہاں فیصلہ کیا جاتا ہے۔ دیکھیے، آگے آیت نمبر 124، ورس نمبر 124 میں حضرت ابراہیم کے بارے میں بتایا کہ وَاِذِ ابْتَلَىٰ إِبْرَاهِيمَ رَبُّهُ بِكَلَمَاتٍ فَأَطَمَّهُنَّ</w:t>
      </w:r>
    </w:p>
    <w:p>
      <w:r>
        <w:rPr>
          <w:b/>
        </w:rPr>
        <w:t xml:space="preserve">[24:15] </w:t>
      </w:r>
      <w:r>
        <w:t>hazrat ibrahim paighambar the to farmaya ke jab hum ne ibrahim ko jaancha, un ka test liya, wa iz ibtala, ibtala ke maani hote hain jaanchana, test lena,</w:t>
      </w:r>
    </w:p>
    <w:p>
      <w:pPr>
        <w:jc w:val="right"/>
      </w:pPr>
      <w:r>
        <w:t>حضرت ابراہیم پیغمبر تھے تو فرمایا کہ جب ہم نے ابراہیم کو جانچا، ان کا ٹیسٹ لیا، وَاِذِ ابْتَلَىٰ، ابتلا کے معنی ہوتے ہیں جانچنا، ٹیسٹ لینا،</w:t>
      </w:r>
    </w:p>
    <w:p>
      <w:r>
        <w:rPr>
          <w:b/>
        </w:rPr>
        <w:t xml:space="preserve">[24:30] </w:t>
      </w:r>
      <w:r>
        <w:t>aazmaish karna kuch cheezon mein. phir jab woh is par poore utre, tab khuda ne un ko kaha ke ab tumhein hum ne imam banaya.</w:t>
      </w:r>
    </w:p>
    <w:p>
      <w:pPr>
        <w:jc w:val="right"/>
      </w:pPr>
      <w:r>
        <w:t>آزمائش کرنا کچھ چیزوں میں۔ پھر جب وہ اس پر پورے اترے، تب خدا نے ان کو کہا کہ اب تمہیں ہم نے امام بنایا۔</w:t>
      </w:r>
    </w:p>
    <w:p>
      <w:r>
        <w:rPr>
          <w:b/>
        </w:rPr>
        <w:t xml:space="preserve">[24:46] </w:t>
      </w:r>
      <w:r>
        <w:t>yaani paighambar ko bhi ibtala mein dala jata hai, paighambar ka bhi test hai, paighambar ki bhi jaanch hai. yeh kitni bari baat hai!</w:t>
      </w:r>
    </w:p>
    <w:p>
      <w:pPr>
        <w:jc w:val="right"/>
      </w:pPr>
      <w:r>
        <w:t>یعنی پیغمبر کو بھی ابتلا میں ڈالا جاتا ہے، پیغمبر کا بھی ٹیسٹ ہے، پیغمبر کی بھی جانچ ہے۔ یہ کتنی بڑی بات ہے!</w:t>
      </w:r>
    </w:p>
    <w:p>
      <w:r>
        <w:rPr>
          <w:b/>
        </w:rPr>
        <w:t xml:space="preserve">[25:02] </w:t>
      </w:r>
      <w:r>
        <w:t>yeh khuda ka aik eternal principle hai ke baghair jaanch mein poora utre, khuda ke register mein kisi ka indraaj nahin hota hai.</w:t>
      </w:r>
    </w:p>
    <w:p>
      <w:pPr>
        <w:jc w:val="right"/>
      </w:pPr>
      <w:r>
        <w:t>یہ خدا کا ایک ایٹرنل پرنسپل ہے کہ بغیر جانچ میں پورا اترے، خدا کے رجسٹر میں کسی کا اندراج نہیں ہوتا ہے۔</w:t>
      </w:r>
    </w:p>
    <w:p>
      <w:r>
        <w:rPr>
          <w:b/>
        </w:rPr>
        <w:t xml:space="preserve">[25:18] </w:t>
      </w:r>
      <w:r>
        <w:t>quran mein yeh baat jagah jagah kahi gayi hai ke khuda zaroor jaanchega, yaani lip service kar ke koi kalma padh de to kabhi bhi woh kaafi nahin hai.</w:t>
      </w:r>
    </w:p>
    <w:p>
      <w:pPr>
        <w:jc w:val="right"/>
      </w:pPr>
      <w:r>
        <w:t>قرآن میں یہ بات جگہ جگہ کہی گئی ہے کہ خدا ضرور جانچے گا، یعنی لپ سروس کر کے کوئی کلمہ پڑھ دے تو کبھی بھی وہ کافی نہیں ہے۔</w:t>
      </w:r>
    </w:p>
    <w:p>
      <w:r>
        <w:rPr>
          <w:b/>
        </w:rPr>
        <w:t xml:space="preserve">[25:32] </w:t>
      </w:r>
      <w:r>
        <w:t>is ke baad zaroor khuda jaanchega, aur jaanchana kya hai?</w:t>
      </w:r>
    </w:p>
    <w:p>
      <w:pPr>
        <w:jc w:val="right"/>
      </w:pPr>
      <w:r>
        <w:t>اس کے بعد ضرور خدا جانچے گا، اور جانچنا کیا ہے؟</w:t>
      </w:r>
    </w:p>
    <w:p>
      <w:r>
        <w:rPr>
          <w:b/>
        </w:rPr>
        <w:t xml:space="preserve">[25:37] </w:t>
      </w:r>
      <w:r>
        <w:t>jaanchana yeh hai ke aap ko aisi situation mein dala jaye jahan aap ke andar ghussa aaye,</w:t>
      </w:r>
    </w:p>
    <w:p>
      <w:pPr>
        <w:jc w:val="right"/>
      </w:pPr>
      <w:r>
        <w:t>جانچنا یہ ہے کہ آپ کو ایسی سچویشن میں ڈالا جائے جہاں آپ کے اندر غصہ آئے،</w:t>
      </w:r>
    </w:p>
    <w:p>
      <w:r>
        <w:rPr>
          <w:b/>
        </w:rPr>
        <w:t xml:space="preserve">[25:51] </w:t>
      </w:r>
      <w:r>
        <w:t>jahan aap bhadak uthein, jahan aap ko idhar negative thought aane lage, jahan aap ki ego hit ho.</w:t>
      </w:r>
    </w:p>
    <w:p>
      <w:pPr>
        <w:jc w:val="right"/>
      </w:pPr>
      <w:r>
        <w:t>جہاں آپ بھڑک اٹھیں، جہاں آپ کو ادھر نیگیٹیو تھاٹ آنے لگے، جہاں آپ کی ایگو ہٹ ہو۔</w:t>
      </w:r>
    </w:p>
    <w:p>
      <w:r>
        <w:rPr>
          <w:b/>
        </w:rPr>
        <w:t xml:space="preserve">[26:04] </w:t>
      </w:r>
      <w:r>
        <w:t>yaani woh saari cheezein jis ko jab aadmi face karta hai to bhadak uthta hai, aur negative thought is ke andar aa jati hain.</w:t>
      </w:r>
    </w:p>
    <w:p>
      <w:pPr>
        <w:jc w:val="right"/>
      </w:pPr>
      <w:r>
        <w:t>یعنی وہ ساری چیزیں جس کو جب آدمی فیس کرتا ہے تو بھڑک اٹھتا ہے، اور نیگیٹیو تھاٹ اس کے اندر آ جاتی ہیں۔</w:t>
      </w:r>
    </w:p>
    <w:p>
      <w:r>
        <w:rPr>
          <w:b/>
        </w:rPr>
        <w:t xml:space="preserve">[26:14] </w:t>
      </w:r>
      <w:r>
        <w:t>yeh sab test ki baatein hoti hain, is ko hum excuse bana lete hain.</w:t>
      </w:r>
    </w:p>
    <w:p>
      <w:pPr>
        <w:jc w:val="right"/>
      </w:pPr>
      <w:r>
        <w:t>یہ سب ٹیسٹ کی باتیں ہوتی ہیں، اس کو ہم ایکسکیوز بنا لیتے ہیں۔</w:t>
      </w:r>
    </w:p>
    <w:p>
      <w:r>
        <w:rPr>
          <w:b/>
        </w:rPr>
        <w:t xml:space="preserve">[26:21] </w:t>
      </w:r>
      <w:r>
        <w:t>yaani kisi ne agar provoke kiya aur hum ghussa ho gaye to hum kehte hain ke is ne aisa kiya tha, is liye humein ghussa aaya. yaani hum ne is ko excuse bana liya,</w:t>
      </w:r>
    </w:p>
    <w:p>
      <w:pPr>
        <w:jc w:val="right"/>
      </w:pPr>
      <w:r>
        <w:t>یعنی کسی نے اگر پرووک کیا اور ہم غصہ ہو گئے تو ہم کہتے ہیں کہ اس نے ایسا کیا تھا، اس لیے ہمیں غصہ آیا۔ یعنی ہم نے اس کو ایکسکیوز بنا لیا،</w:t>
      </w:r>
    </w:p>
    <w:p>
      <w:r>
        <w:rPr>
          <w:b/>
        </w:rPr>
        <w:t xml:space="preserve">[26:34] </w:t>
      </w:r>
      <w:r>
        <w:t>halanke woh hota hai test ke liye. to asal cheez yeh hai ke wahan par hum test mein poore utre, na ke is ke excuse bana lein.</w:t>
      </w:r>
    </w:p>
    <w:p>
      <w:pPr>
        <w:jc w:val="right"/>
      </w:pPr>
      <w:r>
        <w:t>حالانکہ وہ ہوتا ہے ٹیسٹ کے لیے۔ تو اصل چیز یہ ہے کہ وہاں پر ہم ٹیسٹ میں پورے اترے، نہ کہ اس کے ایکسکیوز بنا لیں۔</w:t>
      </w:r>
    </w:p>
    <w:p>
      <w:r>
        <w:rPr>
          <w:b/>
        </w:rPr>
        <w:t xml:space="preserve">[26:49] </w:t>
      </w:r>
      <w:r>
        <w:t>kal mere paas aik sahib ka telephone aaya,</w:t>
      </w:r>
    </w:p>
    <w:p>
      <w:pPr>
        <w:jc w:val="right"/>
      </w:pPr>
      <w:r>
        <w:t>کل میرے پاس ایک صاحب کا ٹیلی فون آیا،</w:t>
      </w:r>
    </w:p>
    <w:p>
      <w:r>
        <w:rPr>
          <w:b/>
        </w:rPr>
        <w:t xml:space="preserve">[26:52] </w:t>
      </w:r>
      <w:r>
        <w:t>unhone kaha ke mere bhai ke sath falan falan sahib ne bohat bura sulook kiya hai, to main chahta hoon ke un ko sabak sikhaoon, kuch lesson doon un ko.</w:t>
      </w:r>
    </w:p>
    <w:p>
      <w:pPr>
        <w:jc w:val="right"/>
      </w:pPr>
      <w:r>
        <w:t>انہوں نے کہا کہ میرے بھائی کے ساتھ فلاں فلاں صاحب نے بہت برا سلوک کیا ہے، تو میں چاہتا ہوں کہ ان کو سبق سکھاؤں، کچھ لیسن دوں ان کو۔</w:t>
      </w:r>
    </w:p>
    <w:p>
      <w:r>
        <w:rPr>
          <w:b/>
        </w:rPr>
        <w:t xml:space="preserve">[27:07] </w:t>
      </w:r>
      <w:r>
        <w:t>to main ne kaha ke dekhiye, aap namaz roze karne wale aadmi hain, lekin aap jo baat farma rahe hain, woh namaz roza wali baat nahin hai.</w:t>
      </w:r>
    </w:p>
    <w:p>
      <w:pPr>
        <w:jc w:val="right"/>
      </w:pPr>
      <w:r>
        <w:t>تو میں نے کہا کہ دیکھیے، آپ نماز روزہ کرنے والے آدمی ہیں، لیکن آپ جو بات فرما رہے ہیں، وہ نماز روزہ والی بات نہیں ہے۔</w:t>
      </w:r>
    </w:p>
    <w:p>
      <w:r>
        <w:rPr>
          <w:b/>
        </w:rPr>
        <w:t xml:space="preserve">[27:18] </w:t>
      </w:r>
      <w:r>
        <w:t>yeh</w:t>
      </w:r>
    </w:p>
    <w:p>
      <w:pPr>
        <w:jc w:val="right"/>
      </w:pPr>
      <w:r>
        <w:t>یہ</w:t>
      </w:r>
    </w:p>
    <w:p>
      <w:r>
        <w:rPr>
          <w:b/>
        </w:rPr>
        <w:t xml:space="preserve">[27:21] </w:t>
      </w:r>
      <w:r>
        <w:t>innas salata tanhaa anil fashaa'i wal munkar namaz rokti hai aadmi ko burai se aur fash baatun se.</w:t>
      </w:r>
    </w:p>
    <w:p>
      <w:pPr>
        <w:jc w:val="right"/>
      </w:pPr>
      <w:r>
        <w:t>إِنَّ الصَّلَاةَ تَنْهَى عَنِ الْفَيْشَاءِ وَالْمُنْكَرِ نماز روکتی ہے آدمی کو برائی سے اور فحش باتوں سے۔</w:t>
      </w:r>
    </w:p>
    <w:p>
      <w:r>
        <w:rPr>
          <w:b/>
        </w:rPr>
        <w:t xml:space="preserve">[27:32] </w:t>
      </w:r>
      <w:r>
        <w:t>yahi to hai, agar is ne bura kiya hai to aap ko acha karna hai, agar is ne ghussa dilaya hai to aap ko maaf karna hai, agar is ne aap ko koi takleef di hai to aap ko sabar karna hai.</w:t>
      </w:r>
    </w:p>
    <w:p>
      <w:pPr>
        <w:jc w:val="right"/>
      </w:pPr>
      <w:r>
        <w:t>یہی تو ہے، اگر اس نے برا کیا ہے تو آپ کو اچھا کرنا ہے، اگر اس نے غصہ دلایا ہے تو آپ کو معاف کرنا ہے، اگر اس نے آپ کو کوئی تکلیف دی ہے تو آپ کو صبر کرنا ہے۔</w:t>
      </w:r>
    </w:p>
    <w:p>
      <w:r>
        <w:rPr>
          <w:b/>
        </w:rPr>
        <w:t xml:space="preserve">[27:52] </w:t>
      </w:r>
      <w:r>
        <w:t>sabak sikhana aur lesson sikhana, ye to, ye to, ye to jahili baatein hain, nadanon ki baatein hain.</w:t>
      </w:r>
    </w:p>
    <w:p>
      <w:pPr>
        <w:jc w:val="right"/>
      </w:pPr>
      <w:r>
        <w:t>سبق سکھانا اور لیسن سکھانا، یہ تو، یہ تو، یہ تو جاہلی باتیں ہیں، نادانوں کی باتیں ہیں۔</w:t>
      </w:r>
    </w:p>
    <w:p>
      <w:r>
        <w:rPr>
          <w:b/>
        </w:rPr>
        <w:t xml:space="preserve">[28:08] </w:t>
      </w:r>
      <w:r>
        <w:t>to jo cheezein hoti hain test ke liye, us ko banaya jata hai aadmi ex</w:t>
      </w:r>
    </w:p>
    <w:p>
      <w:pPr>
        <w:jc w:val="right"/>
      </w:pPr>
      <w:r>
        <w:t>تو جو چیزیں ہوتی ہیں ٹیسٹ کے لیے، اس کو بنایا جاتا ہے آدمی ایکس</w:t>
      </w:r>
    </w:p>
    <w:p>
      <w:r>
        <w:rPr>
          <w:b/>
        </w:rPr>
        <w:t xml:space="preserve">[28:12] </w:t>
      </w:r>
      <w:r>
        <w:t>cuses. to yaad rakhiye,</w:t>
      </w:r>
    </w:p>
    <w:p>
      <w:pPr>
        <w:jc w:val="right"/>
      </w:pPr>
      <w:r>
        <w:t>کیوز۔ تو یاد رکھیے،</w:t>
      </w:r>
    </w:p>
    <w:p>
      <w:r>
        <w:rPr>
          <w:b/>
        </w:rPr>
        <w:t xml:space="preserve">[28:17] </w:t>
      </w:r>
      <w:r>
        <w:t>koi bhi aadmi is dunya mein aisa nahi hai, including prophet, jis ko test ki soorat pesh na aaye.</w:t>
      </w:r>
    </w:p>
    <w:p>
      <w:pPr>
        <w:jc w:val="right"/>
      </w:pPr>
      <w:r>
        <w:t>کوئی بھی آدمی اس دنیا میں ایسا نہیں ہے، انکلوڈنگ پرافٹ، جس کو ٹیسٹ کی صورت پیش نہ آئے۔</w:t>
      </w:r>
    </w:p>
    <w:p>
      <w:r>
        <w:rPr>
          <w:b/>
        </w:rPr>
        <w:t xml:space="preserve">[28:31] </w:t>
      </w:r>
      <w:r>
        <w:t>balkay sachi baat ye hai ke Khuda ne ye dunya banai hi is tareeqay se hai ke bar bar yahan par aisi situation create ho jab aadmi test par aa jaye, kare.</w:t>
      </w:r>
    </w:p>
    <w:p>
      <w:pPr>
        <w:jc w:val="right"/>
      </w:pPr>
      <w:r>
        <w:t>بلکہ سچی بات یہ ہے کہ خدا نے یہ دنیا بنائی ہی اس طریقے سے ہے کہ بار بار یہاں پر ایسی سچویشن کریٹ ہو جب آدمی ٹیسٹ پر آ جائے، کرے۔</w:t>
      </w:r>
    </w:p>
    <w:p>
      <w:r>
        <w:rPr>
          <w:b/>
        </w:rPr>
        <w:t xml:space="preserve">[28:47] </w:t>
      </w:r>
      <w:r>
        <w:t>aisi is andaaz se dunya banai kyunke dunya testing ground hai, dunya banai gayi hai aish karne ke liye nahi, test ke liye banai gayi hai dunya.</w:t>
      </w:r>
    </w:p>
    <w:p>
      <w:pPr>
        <w:jc w:val="right"/>
      </w:pPr>
      <w:r>
        <w:t>ایسی اس انداز سے دنیا بنائی کیونکہ دنیا ٹیسٹنگ گراؤنڈ ہے، دنیا بنائی گئی ہے عیش کرنے کے لیے نہیں، ٹیسٹ کے لیے بنائی گئی ہے دنیا۔</w:t>
      </w:r>
    </w:p>
    <w:p>
      <w:r>
        <w:rPr>
          <w:b/>
        </w:rPr>
        <w:t xml:space="preserve">[28:58] </w:t>
      </w:r>
      <w:r>
        <w:t>to bar bar aisi situation yahan create hoti hai, khud law of nature ke mutabiq, khud creation plan of God ke mutabiq ke aap ke jazbaat bharkte hain, aap ke andar anger aa jata hai,</w:t>
      </w:r>
    </w:p>
    <w:p>
      <w:pPr>
        <w:jc w:val="right"/>
      </w:pPr>
      <w:r>
        <w:t>تو بار بار ایسی سچویشن یہاں کریٹ ہوتی ہے، خود لاء آف نیچر کے مطابق، خود کریشن پلان آف گاڈ کے مطابق کہ آپ کے جذبات بھڑکتے ہیں، آپ کے اندر آرگینس آ جاتا ہے،</w:t>
      </w:r>
    </w:p>
    <w:p>
      <w:r>
        <w:rPr>
          <w:b/>
        </w:rPr>
        <w:t xml:space="preserve">[29:15] </w:t>
      </w:r>
      <w:r>
        <w:t>aap ka ego bhark uthta hai, aap ke andar revenge ka jazba jaag uthta hai.</w:t>
      </w:r>
    </w:p>
    <w:p>
      <w:pPr>
        <w:jc w:val="right"/>
      </w:pPr>
      <w:r>
        <w:t>آپ کا ایگو بھڑک اٹھتا ہے، آپ کے اندر ریونج کا جذبہ جاگ اٹھتا ہے۔</w:t>
      </w:r>
    </w:p>
    <w:p>
      <w:r>
        <w:rPr>
          <w:b/>
        </w:rPr>
        <w:t xml:space="preserve">[29:26] </w:t>
      </w:r>
      <w:r>
        <w:t>ye sab kya hai</w:t>
      </w:r>
    </w:p>
    <w:p>
      <w:pPr>
        <w:jc w:val="right"/>
      </w:pPr>
      <w:r>
        <w:t>یہ سب کیا ہے</w:t>
      </w:r>
    </w:p>
    <w:p>
      <w:r>
        <w:rPr>
          <w:b/>
        </w:rPr>
        <w:t xml:space="preserve">[29:27] </w:t>
      </w:r>
      <w:r>
        <w:t>? ye test hai. yani aise aisi situation mein jab aap apne ko payein to us waqt us ko excuse na banaiye, ye sochiye ke ye to test ka mauqa hai,</w:t>
      </w:r>
    </w:p>
    <w:p>
      <w:pPr>
        <w:jc w:val="right"/>
      </w:pPr>
      <w:r>
        <w:t>؟ یہ ٹیسٹ ہے۔ یعنی ایسے ایسی سچویشن میں جب آپ اپنے کو پائیں تو اس وقت اس کو ایکسکیوز نہ بنائیے، یہ سوچیے کہ یہ تو ٹیسٹ کا موقع ہے،</w:t>
      </w:r>
    </w:p>
    <w:p>
      <w:r>
        <w:rPr>
          <w:b/>
        </w:rPr>
        <w:t xml:space="preserve">[29:46] </w:t>
      </w:r>
      <w:r>
        <w:t>mujhe sabar ka response dena hai,</w:t>
      </w:r>
    </w:p>
    <w:p>
      <w:pPr>
        <w:jc w:val="right"/>
      </w:pPr>
      <w:r>
        <w:t>مجھے صبر کا رسپانس دینا ہے،</w:t>
      </w:r>
    </w:p>
    <w:p>
      <w:r>
        <w:rPr>
          <w:b/>
        </w:rPr>
        <w:t xml:space="preserve">[29:52] </w:t>
      </w:r>
      <w:r>
        <w:t>sabar ka, patience ka, tolerance ka response dena hai mujhe. to jo musbat response de, yani negative situation create hui,</w:t>
      </w:r>
    </w:p>
    <w:p>
      <w:pPr>
        <w:jc w:val="right"/>
      </w:pPr>
      <w:r>
        <w:t>صبر کا، پیشنس کا، ٹولرنس کا رسپانس دینا ہے مجھے۔ تو جو مثبت رسپانس دے، یعنی نیگیٹیو سچویشن کریٹ ہوئی،</w:t>
      </w:r>
    </w:p>
    <w:p>
      <w:r>
        <w:rPr>
          <w:b/>
        </w:rPr>
        <w:t xml:space="preserve">[30:07] </w:t>
      </w:r>
      <w:r>
        <w:t>aur jis ne negative response diya, wo fail ho gaya test mein. aur jis ka haal ye tha ke negative situation create hui to us ne musbat response diya,</w:t>
      </w:r>
    </w:p>
    <w:p>
      <w:pPr>
        <w:jc w:val="right"/>
      </w:pPr>
      <w:r>
        <w:t>اور جس نے نیگیٹیو رسپانس دیا، وہ فیل ہو گیا ٹیسٹ میں۔ اور جس کا حال یہ تھا کہ نیگیٹیو سچویشن کریٹ ہوئی تو اس نے مثبت رسپانس دیا،</w:t>
      </w:r>
    </w:p>
    <w:p>
      <w:r>
        <w:rPr>
          <w:b/>
        </w:rPr>
        <w:t xml:space="preserve">[30:22] </w:t>
      </w:r>
      <w:r>
        <w:t>wahi test mein kamyab hua</w:t>
      </w:r>
    </w:p>
    <w:p>
      <w:pPr>
        <w:jc w:val="right"/>
      </w:pPr>
      <w:r>
        <w:t>وہی ٹیسٹ میں کامیاب ہوا</w:t>
      </w:r>
    </w:p>
    <w:p>
      <w:r>
        <w:rPr>
          <w:b/>
        </w:rPr>
        <w:t xml:space="preserve">[30:24] </w:t>
      </w:r>
      <w:r>
        <w:t>. ab dekhiye, Quran mein ek se ziyada bar ye bataya gaya hai ke peghambar ka</w:t>
      </w:r>
    </w:p>
    <w:p>
      <w:pPr>
        <w:jc w:val="right"/>
      </w:pPr>
      <w:r>
        <w:t>۔ اب دیکھیے، قرآن میں ایک سے زیادہ بار یہ بتایا گیا ہے کہ پیغمبر کا</w:t>
      </w:r>
    </w:p>
    <w:p>
      <w:r>
        <w:rPr>
          <w:b/>
        </w:rPr>
        <w:t xml:space="preserve">[30:34] </w:t>
      </w:r>
      <w:r>
        <w:t>jo mission hai, peghambar ka jo maqsad hai, wo kya hai. to teen, to to char cheezein batayi gayi hain</w:t>
      </w:r>
    </w:p>
    <w:p>
      <w:pPr>
        <w:jc w:val="right"/>
      </w:pPr>
      <w:r>
        <w:t>جو مشن ہے، پیغمبر کا جو مقصد ہے، وہ کیا ہے۔ تو تین، تو تو چار چیزیں بتائی گئی ہیں</w:t>
      </w:r>
    </w:p>
    <w:p>
      <w:r>
        <w:rPr>
          <w:b/>
        </w:rPr>
        <w:t xml:space="preserve">[30:48] </w:t>
      </w:r>
      <w:r>
        <w:t>yatlu alayhim ayatihi wa yuzakkihim wa yu'allimuhum al-kitaba wal-hikmata yatlu alayhim ayatihi wa yuzakkihim wa yu'allimuhum al-kitaba wal-hikmata ye char cheezein huin.</w:t>
      </w:r>
    </w:p>
    <w:p>
      <w:pPr>
        <w:jc w:val="right"/>
      </w:pPr>
      <w:r>
        <w:t>يتلو علیہم آیاتہ ویدقیہم ويعلمہم الکتاب والحکمہ يتلو علیہم آیاتہ ویدقیہم ويعلمہم الکتاب والحکمہ یہ چار چیزیں ہوئیں۔</w:t>
      </w:r>
    </w:p>
    <w:p>
      <w:r>
        <w:rPr>
          <w:b/>
        </w:rPr>
        <w:t xml:space="preserve">[31:03] </w:t>
      </w:r>
      <w:r>
        <w:t>ye hai ayat number 129,</w:t>
      </w:r>
    </w:p>
    <w:p>
      <w:pPr>
        <w:jc w:val="right"/>
      </w:pPr>
      <w:r>
        <w:t>یہ ہے آیت نمبر 129،</w:t>
      </w:r>
    </w:p>
    <w:p>
      <w:r>
        <w:rPr>
          <w:b/>
        </w:rPr>
        <w:t xml:space="preserve">[31:10] </w:t>
      </w:r>
      <w:r>
        <w:t>Surah Al-Baqarah ki ayat number 129. to pehli kitaab hai, to pehli cheez hai tilawat-e-ayat, yani Khuda ki taraf se wahi aayi, jis ko hum revelation kehte hain.</w:t>
      </w:r>
    </w:p>
    <w:p>
      <w:pPr>
        <w:jc w:val="right"/>
      </w:pPr>
      <w:r>
        <w:t>سورہ البقرہ کی آیت نمبر 129۔ تو پہلی کتاب ہے، تو پہلی چیز ہے تلاوت آیات، یعنی خدا کی طرف سے وحی آئی، جس کو ہم ریولیشن کہتے ہیں۔</w:t>
      </w:r>
    </w:p>
    <w:p>
      <w:r>
        <w:rPr>
          <w:b/>
        </w:rPr>
        <w:t xml:space="preserve">[31:31] </w:t>
      </w:r>
      <w:r>
        <w:t>to is wahi ko Khuda se le kar ke insanon tak pahunchana,</w:t>
      </w:r>
    </w:p>
    <w:p>
      <w:pPr>
        <w:jc w:val="right"/>
      </w:pPr>
      <w:r>
        <w:t>تو اس وحی کو خدا سے لے کر کے انسانوں تک پہنچانا،</w:t>
      </w:r>
    </w:p>
    <w:p>
      <w:r>
        <w:rPr>
          <w:b/>
        </w:rPr>
        <w:t xml:space="preserve">[31:37] </w:t>
      </w:r>
      <w:r>
        <w:t>ye saada baat nahi hai. kyunke jab</w:t>
      </w:r>
    </w:p>
    <w:p>
      <w:pPr>
        <w:jc w:val="right"/>
      </w:pPr>
      <w:r>
        <w:t>یہ سادہ بات نہیں ہے۔ کیونکہ جب</w:t>
      </w:r>
    </w:p>
    <w:p>
      <w:r>
        <w:rPr>
          <w:b/>
        </w:rPr>
        <w:t xml:space="preserve">[31:43] </w:t>
      </w:r>
      <w:r>
        <w:t>Khuda ki taraf se aayi hui wahi ko insanon tak pahunchaya jayega to kya hoga? aisi baatein is mein hongi jo un ki khwahishon se takrati hongi, aisi baatein hongi jo un ke abao ajdad ki tradition se khilaf hongi,</w:t>
      </w:r>
    </w:p>
    <w:p>
      <w:pPr>
        <w:jc w:val="right"/>
      </w:pPr>
      <w:r>
        <w:t>خدا کی طرف سے آئی ہوئی وحی کو انسانوں تک پہنچایا جائے گا تو کیا ہوگا؟ ایسی باتیں اس میں ہوں گی جو ان کی خواہشوں سے ٹکراتی ہوں گی، ایسی باتیں ہوں گی جو ان کے اباؤ اجداد کی ٹریڈیشن سے خلاف ہوں گی،</w:t>
      </w:r>
    </w:p>
    <w:p>
      <w:r>
        <w:rPr>
          <w:b/>
        </w:rPr>
        <w:t xml:space="preserve">[32:00] </w:t>
      </w:r>
      <w:r>
        <w:t>aisi baatein hongi jo un ka jo pattern ban gaya hai, us pattern ke se mutabiqat nahi karti hongi.</w:t>
      </w:r>
    </w:p>
    <w:p>
      <w:pPr>
        <w:jc w:val="right"/>
      </w:pPr>
      <w:r>
        <w:t>ایسی باتیں ہوں گی جو ان کا جو پیٹرن بن گیا ہے، اس پیٹرن کے سے مطابقت نہیں کرتی ہوں گی۔</w:t>
      </w:r>
    </w:p>
    <w:p>
      <w:r>
        <w:rPr>
          <w:b/>
        </w:rPr>
        <w:t xml:space="preserve">[32:11] </w:t>
      </w:r>
      <w:r>
        <w:t>ye simple baat nahi hai, nahi hai. tilawat-e-ayat,</w:t>
      </w:r>
    </w:p>
    <w:p>
      <w:pPr>
        <w:jc w:val="right"/>
      </w:pPr>
      <w:r>
        <w:t>یہ سمپل بات نہیں ہے، نہیں ہے۔ تلاوت آیات،</w:t>
      </w:r>
    </w:p>
    <w:p>
      <w:r>
        <w:rPr>
          <w:b/>
        </w:rPr>
        <w:t xml:space="preserve">[32:14] </w:t>
      </w:r>
      <w:r>
        <w:t>yani khuda ki taraf se aai hui baaton ko pahunchana, yeh koi simple baat nahi hai. yeh rasool Allah ke sath dekhiye, wahan par hua ke aap ne sirf yeh itna hi to kiya tha ke jo aap ko jibril se mila,</w:t>
      </w:r>
    </w:p>
    <w:p>
      <w:pPr>
        <w:jc w:val="right"/>
      </w:pPr>
      <w:r>
        <w:t>یعنی خدا کی طرف سے آئی ہوئی باتوں کو پہنچانا، یہ کوئی سمپل بات نہیں ہے۔ یہ رسول اللہ کے ساتھ دیکھیے، وہاں پر ہوا کہ آپ نے صرف یہ اتنا ہی تو کیا تھا کہ جو آپ کو جبرائیل سے ملا،</w:t>
      </w:r>
    </w:p>
    <w:p>
      <w:r>
        <w:rPr>
          <w:b/>
        </w:rPr>
        <w:t xml:space="preserve">[32:37] </w:t>
      </w:r>
      <w:r>
        <w:t>is ko ja kar ke wahan aap parh kar sunate the.</w:t>
      </w:r>
    </w:p>
    <w:p>
      <w:pPr>
        <w:jc w:val="right"/>
      </w:pPr>
      <w:r>
        <w:t>اس کو جا کر کے وہاں آپ پڑھ کر سناتے تھے۔</w:t>
      </w:r>
    </w:p>
    <w:p>
      <w:r>
        <w:rPr>
          <w:b/>
        </w:rPr>
        <w:t xml:space="preserve">[32:40] </w:t>
      </w:r>
      <w:r>
        <w:t>wo log kaaba ka jo sahn tha, khuli jagah thi, wahan par is mein ikatha hote the, wahan assembly hoti thi in ki.</w:t>
      </w:r>
    </w:p>
    <w:p>
      <w:pPr>
        <w:jc w:val="right"/>
      </w:pPr>
      <w:r>
        <w:t>وہ لوگ کعبہ کا جو صحن تھا، کھلی جگہ تھی، وہاں پر اس میں اکٹھا ہوتے تھے، وہاں اسمبلی ہوتی تھی ان کی۔</w:t>
      </w:r>
    </w:p>
    <w:p>
      <w:r>
        <w:rPr>
          <w:b/>
        </w:rPr>
        <w:t xml:space="preserve">[32:50] </w:t>
      </w:r>
      <w:r>
        <w:t>to aap ja kar wahan par quran ki utri hui aayaton ko parh kar sunate the. wo ghussa hone lage, aap ke khilaf ho gaye.</w:t>
      </w:r>
    </w:p>
    <w:p>
      <w:pPr>
        <w:jc w:val="right"/>
      </w:pPr>
      <w:r>
        <w:t>تو آپ جا کر وہاں پر قرآن کی اتری ہوئی آیتوں کو پڑھ کر سناتے تھے۔ وہ غصہ ہونے لگے، آپ کے خلاف ہو گئے۔</w:t>
      </w:r>
    </w:p>
    <w:p>
      <w:r>
        <w:rPr>
          <w:b/>
        </w:rPr>
        <w:t xml:space="preserve">[33:03] </w:t>
      </w:r>
      <w:r>
        <w:t>to simple baat nahi hai. tilawat-e-ayat,</w:t>
      </w:r>
    </w:p>
    <w:p>
      <w:pPr>
        <w:jc w:val="right"/>
      </w:pPr>
      <w:r>
        <w:t>تو سمپل بات نہیں ہے۔ تلاوت آیات،</w:t>
      </w:r>
    </w:p>
    <w:p>
      <w:r>
        <w:rPr>
          <w:b/>
        </w:rPr>
        <w:t xml:space="preserve">[33:07] </w:t>
      </w:r>
      <w:r>
        <w:t>tilawat-e-ayat mein yeh shamil hai ke sabr ke sath tilawat karna, react na karte hue tilawat karna.</w:t>
      </w:r>
    </w:p>
    <w:p>
      <w:pPr>
        <w:jc w:val="right"/>
      </w:pPr>
      <w:r>
        <w:t>تلاوت آیات میں یہ شامل ہے کہ صبر کے ساتھ تلاوت کرنا، ری ایکٹ نہ کرتے ہوئے تلاوت کرنا۔</w:t>
      </w:r>
    </w:p>
    <w:p>
      <w:r>
        <w:rPr>
          <w:b/>
        </w:rPr>
        <w:t xml:space="preserve">[33:16] </w:t>
      </w:r>
      <w:r>
        <w:t>kyun ke paighambar agar reactor hain, paighambar agar khud bhi ghussa hone lage, un ke ghusse par</w:t>
      </w:r>
    </w:p>
    <w:p>
      <w:pPr>
        <w:jc w:val="right"/>
      </w:pPr>
      <w:r>
        <w:t>کیونکہ پیغمبر اگر ری ایکٹر ہیں، پیغمبر اگر خود بھی غصہ ہونے لگے، ان کے غصے پر</w:t>
      </w:r>
    </w:p>
    <w:p>
      <w:r>
        <w:rPr>
          <w:b/>
        </w:rPr>
        <w:t xml:space="preserve">[33:26] </w:t>
      </w:r>
      <w:r>
        <w:t>wo reaction mein par jaye to kya hoga? wo mahaul khatam hoga, ho jayega jo dawat ka mahaul hai.</w:t>
      </w:r>
    </w:p>
    <w:p>
      <w:pPr>
        <w:jc w:val="right"/>
      </w:pPr>
      <w:r>
        <w:t>وہ ری ایکشن میں پڑ جائے تو کیا ہوگا؟ وہ ماحول ختم ہوگا، ہو جائے گا جو دعوت کا ماحول ہے۔</w:t>
      </w:r>
    </w:p>
    <w:p>
      <w:r>
        <w:rPr>
          <w:b/>
        </w:rPr>
        <w:t xml:space="preserve">[33:36] </w:t>
      </w:r>
      <w:r>
        <w:t>to paighambar ki hesiyat thi daai ki, un ki hesiyat thi madu ki, yani addresser aur addressee.</w:t>
      </w:r>
    </w:p>
    <w:p>
      <w:pPr>
        <w:jc w:val="right"/>
      </w:pPr>
      <w:r>
        <w:t>تو پیغمبر کی حیثیت تھی داعی کی، ان کی حیثیت تھی مدعو کی، یعنی ایڈریسر اور ایڈریسی۔</w:t>
      </w:r>
    </w:p>
    <w:p>
      <w:r>
        <w:rPr>
          <w:b/>
        </w:rPr>
        <w:t xml:space="preserve">[33:46] </w:t>
      </w:r>
      <w:r>
        <w:t>daai ka matlab hai addresser, madu ka matlab hai addressee.</w:t>
      </w:r>
    </w:p>
    <w:p>
      <w:pPr>
        <w:jc w:val="right"/>
      </w:pPr>
      <w:r>
        <w:t>داعی کا مطلب ہے ایڈریسر، مدعو کا مطلب ہے ایڈریسی۔</w:t>
      </w:r>
    </w:p>
    <w:p>
      <w:r>
        <w:rPr>
          <w:b/>
        </w:rPr>
        <w:t xml:space="preserve">[33:53] </w:t>
      </w:r>
      <w:r>
        <w:t>to dono ke beech mein zaroori hai ke normal</w:t>
      </w:r>
    </w:p>
    <w:p>
      <w:pPr>
        <w:jc w:val="right"/>
      </w:pPr>
      <w:r>
        <w:t>تو دونوں کے بیچ میں ضروری ہے کہ نارمل</w:t>
      </w:r>
    </w:p>
    <w:p>
      <w:r>
        <w:rPr>
          <w:b/>
        </w:rPr>
        <w:t xml:space="preserve">[34:01] </w:t>
      </w:r>
      <w:r>
        <w:t>system, dono ke beech mein normal halaat maujood hon, bilkul normal situation maujood ho.</w:t>
      </w:r>
    </w:p>
    <w:p>
      <w:pPr>
        <w:jc w:val="right"/>
      </w:pPr>
      <w:r>
        <w:t>سسٹم، دونوں کے بیچ میں نارمل حالات موجود ہوں، بالکل نارمل سچویشن موجود ہو۔</w:t>
      </w:r>
    </w:p>
    <w:p>
      <w:r>
        <w:rPr>
          <w:b/>
        </w:rPr>
        <w:t xml:space="preserve">[34:14] </w:t>
      </w:r>
      <w:r>
        <w:t>to situation ko normal halat par baqi rakhna padta hai daai ko,</w:t>
      </w:r>
    </w:p>
    <w:p>
      <w:pPr>
        <w:jc w:val="right"/>
      </w:pPr>
      <w:r>
        <w:t>تو سچویشن کو نارمل حالت پر باقی رکھنا پڑتا ہے داعی کو،</w:t>
      </w:r>
    </w:p>
    <w:p>
      <w:r>
        <w:rPr>
          <w:b/>
        </w:rPr>
        <w:t xml:space="preserve">[34:22] </w:t>
      </w:r>
      <w:r>
        <w:t>warna dawat kaam hi nahi hoga. to rasool Allah ko jab hukum diya gaya ke quran mein utri hui aayaton ko logon ko ja kar sunao, unhein batao, to is mein apne aap ke pas shamil thi, playlist thi ke tumhein sabr karna hoga,</w:t>
      </w:r>
    </w:p>
    <w:p>
      <w:pPr>
        <w:jc w:val="right"/>
      </w:pPr>
      <w:r>
        <w:t>ورنہ دعوت کام ہی نہیں ہوگا۔ تو رسول اللہ کو جب حکم دیا گیا کہ قرآن میں اتری ہوئی آیتوں کو لوگوں کو جا کر سناؤ، انہیں بتاؤ، تو اس میں اپنے آپ کے پاس شامل تھی، پلیسٹ تھی کہ تمہیں صبر کرنا ہوگا،</w:t>
      </w:r>
    </w:p>
    <w:p>
      <w:r>
        <w:rPr>
          <w:b/>
        </w:rPr>
        <w:t xml:space="preserve">[34:40] </w:t>
      </w:r>
      <w:r>
        <w:t>tumhein tolerate karna hoga,</w:t>
      </w:r>
    </w:p>
    <w:p>
      <w:pPr>
        <w:jc w:val="right"/>
      </w:pPr>
      <w:r>
        <w:t>تمہیں ٹولریٹ کرنا ہوگا،</w:t>
      </w:r>
    </w:p>
    <w:p>
      <w:r>
        <w:rPr>
          <w:b/>
        </w:rPr>
        <w:t xml:space="preserve">[34:46] </w:t>
      </w:r>
      <w:r>
        <w:t>tumhein yani literal taur par un ki baaton se asar nahi lena hoga.</w:t>
      </w:r>
    </w:p>
    <w:p>
      <w:pPr>
        <w:jc w:val="right"/>
      </w:pPr>
      <w:r>
        <w:t>تمہیں یعنی لیٹرل طور پر ان کی باتوں سے اثر نہیں لینا ہوگا۔</w:t>
      </w:r>
    </w:p>
    <w:p>
      <w:r>
        <w:rPr>
          <w:b/>
        </w:rPr>
        <w:t xml:space="preserve">[34:51] </w:t>
      </w:r>
      <w:r>
        <w:t>wo provoke karenge, magar tum ko provocation se bachna padega taake tilawat-e-kitab ya quran mein utri hui baaton ko un tak pahunchana normal tareeqe se hota rahe.</w:t>
      </w:r>
    </w:p>
    <w:p>
      <w:pPr>
        <w:jc w:val="right"/>
      </w:pPr>
      <w:r>
        <w:t>وہ پرووک کریں گے، مگر تم کو پرووکیشن سے بچنا پڑے گا تاکہ تلاوت کتاب یا قرآن میں اتری ہوئی باتوں کو ان تک پہنچانا نارمل طریقے سے ہوتا رہے۔</w:t>
      </w:r>
    </w:p>
    <w:p>
      <w:r>
        <w:rPr>
          <w:b/>
        </w:rPr>
        <w:t xml:space="preserve">[35:10] </w:t>
      </w:r>
      <w:r>
        <w:t>to pehli cheez hai tilawat-e-ayat. doosri baat farmayi ke tazkiya,</w:t>
      </w:r>
    </w:p>
    <w:p>
      <w:pPr>
        <w:jc w:val="right"/>
      </w:pPr>
      <w:r>
        <w:t>تو پہلی چیز ہے تلاوت آیات۔ دوسری بات فرمائی کہ تزکیہ،</w:t>
      </w:r>
    </w:p>
    <w:p>
      <w:r>
        <w:rPr>
          <w:b/>
        </w:rPr>
        <w:t xml:space="preserve">[35:19] </w:t>
      </w:r>
      <w:r>
        <w:t>wa yuzakkihim. tazkiya kya hai? tazkiya ke maani hain purification, literal meaning hai tazkiya ki, purification.</w:t>
      </w:r>
    </w:p>
    <w:p>
      <w:pPr>
        <w:jc w:val="right"/>
      </w:pPr>
      <w:r>
        <w:t>ویدقیہم۔ تزکیہ کیا ہے؟ تزکیہ کے معنی ہیں پیوریفیکیشن، لیٹرل میننگ ہے تزکیہ کی، پیوریفیکیشن۔</w:t>
      </w:r>
    </w:p>
    <w:p>
      <w:r>
        <w:rPr>
          <w:b/>
        </w:rPr>
        <w:t xml:space="preserve">[35:32] </w:t>
      </w:r>
      <w:r>
        <w:t>to ek hota hai ideology, yani islam ki ideology. ek hai, ek ek individual ka kya?</w:t>
      </w:r>
    </w:p>
    <w:p>
      <w:pPr>
        <w:jc w:val="right"/>
      </w:pPr>
      <w:r>
        <w:t>تو ایک ہوتا ہے آئیڈیالوجی، یعنی اسلام کی آئیڈیالوجی۔ ایک ہے، ایک ایک انڈیویجول کا کیا؟</w:t>
      </w:r>
    </w:p>
    <w:p>
      <w:r>
        <w:rPr>
          <w:b/>
        </w:rPr>
        <w:t xml:space="preserve">[35:44] </w:t>
      </w:r>
      <w:r>
        <w:t>purification, purified soul banana, is ko purified mind banana, is ko purified heart banana, is ko.</w:t>
      </w:r>
    </w:p>
    <w:p>
      <w:pPr>
        <w:jc w:val="right"/>
      </w:pPr>
      <w:r>
        <w:t>پیوریفیکیشن، پیوریفائیڈ سول بنانا، اس کو پیوریفائیڈ مائنڈ بنانا، اس کو پیوریفائیڈ ہارٹ بنانا، اس کو۔</w:t>
      </w:r>
    </w:p>
    <w:p>
      <w:r>
        <w:rPr>
          <w:b/>
        </w:rPr>
        <w:t xml:space="preserve">[35:54] </w:t>
      </w:r>
      <w:r>
        <w:t>to yun keh sakte hain aap ke ek hai ideology, ek hai is ka application. to jab is ko apply karne ki koshish ki jati hai to isi ka naam tazkiya hota hai, aur yeh bohat hi mushkil kaam hai.</w:t>
      </w:r>
    </w:p>
    <w:p>
      <w:pPr>
        <w:jc w:val="right"/>
      </w:pPr>
      <w:r>
        <w:t>تو یوں کہہ سکتے ہیں آپ کہ ایک ہے آئیڈیالوجی، ایک ہے اس کا ایپلیکیشن۔ تو جب اس کو اپلائی کرنے کی کوشش کی جاتی ہے تو اسی کا نام تزکیہ ہوتا ہے، اور یہ بہت ہی مشکل کام ہے۔</w:t>
      </w:r>
    </w:p>
    <w:p>
      <w:r>
        <w:rPr>
          <w:b/>
        </w:rPr>
        <w:t xml:space="preserve">[36:07] </w:t>
      </w:r>
      <w:r>
        <w:t>phir</w:t>
      </w:r>
    </w:p>
    <w:p>
      <w:pPr>
        <w:jc w:val="right"/>
      </w:pPr>
      <w:r>
        <w:t>پھر</w:t>
      </w:r>
    </w:p>
    <w:p>
      <w:r>
        <w:rPr>
          <w:b/>
        </w:rPr>
        <w:t xml:space="preserve">[36:09] </w:t>
      </w:r>
      <w:r>
        <w:t>kyun? har aadmi conditioned ho chuka hota hai apne mahaul se. tazkiya ka kaam deconditioning se shuru hota hai,</w:t>
      </w:r>
    </w:p>
    <w:p>
      <w:pPr>
        <w:jc w:val="right"/>
      </w:pPr>
      <w:r>
        <w:t>کیوں؟ ہر آدمی کنڈیشنڈ ہو چکا ہوتا ہے اپنے ماحول سے۔ تزکیہ کا کام ڈی کنڈیشننگ سے شروع ہوتا ہے،</w:t>
      </w:r>
    </w:p>
    <w:p>
      <w:r>
        <w:rPr>
          <w:b/>
        </w:rPr>
        <w:t xml:space="preserve">[36:23] </w:t>
      </w:r>
      <w:r>
        <w:t>is liye bohat hi mushkil kaam hai. aap jante hain ke aadmi jis cheez mein is ki conditioning ho gayi ho to us ke ilawa wo kuch aur soch nahi pata.</w:t>
      </w:r>
    </w:p>
    <w:p>
      <w:pPr>
        <w:jc w:val="right"/>
      </w:pPr>
      <w:r>
        <w:t>اس لیے بہت ہی مشکل کام ہے۔ آپ جانتے ہیں کہ آدمی جس چیز میں اس کی کنڈیشننگ ہو گئی ہو تو اس کے علاوہ وہ کچھ اور سوچ نہیں پاتا۔</w:t>
      </w:r>
    </w:p>
    <w:p>
      <w:r>
        <w:rPr>
          <w:b/>
        </w:rPr>
        <w:t xml:space="preserve">[36:41] </w:t>
      </w:r>
      <w:r>
        <w:t>jab kisi aadmi ki conditioning ho jaye kisi cheez mein to us ke khilaaf kuch soch nahi pata. woh</w:t>
      </w:r>
    </w:p>
    <w:p>
      <w:pPr>
        <w:jc w:val="right"/>
      </w:pPr>
      <w:r>
        <w:t>جب کسی آدمی کی کنڈیشننگ ہو جائے کسی چیز میں تو اس کے خلاف کچھ سوچ نہیں پاتا۔ وہ</w:t>
      </w:r>
    </w:p>
    <w:p>
      <w:r>
        <w:rPr>
          <w:b/>
        </w:rPr>
        <w:t xml:space="preserve">[36:50] </w:t>
      </w:r>
      <w:r>
        <w:t>to kitna sabr chahiye ke aadmi ko raazi kiya jaye ke woh apna introspection kare, apne khilaaf soche.</w:t>
      </w:r>
    </w:p>
    <w:p>
      <w:pPr>
        <w:jc w:val="right"/>
      </w:pPr>
      <w:r>
        <w:t>تو کتنا صبر چاہیے کہ آدمی کو راضی کیا جائے کہ وہ اپنا انٹروسپیکشن کرے، اپنے خلاف سوچے۔</w:t>
      </w:r>
    </w:p>
    <w:p>
      <w:r>
        <w:rPr>
          <w:b/>
        </w:rPr>
        <w:t xml:space="preserve">[37:05] </w:t>
      </w:r>
      <w:r>
        <w:t>kyunke deconditioning ka process jo hai, apne khilaaf sochne par base karta hai.</w:t>
      </w:r>
    </w:p>
    <w:p>
      <w:pPr>
        <w:jc w:val="right"/>
      </w:pPr>
      <w:r>
        <w:t>کیونکہ ڈی کنڈیشننگ کا پروسیس جو ہے، اپنے خلاف سوچنے پر بیس کرتا ہے۔</w:t>
      </w:r>
    </w:p>
    <w:p>
      <w:r>
        <w:rPr>
          <w:b/>
        </w:rPr>
        <w:t xml:space="preserve">[37:12] </w:t>
      </w:r>
      <w:r>
        <w:t>to tazkiya ke maani kya hain? ke logon se yeh kehna ke tum apne apne aap ko sudharo, apni islaah karo, apni deconditioning karo.</w:t>
      </w:r>
    </w:p>
    <w:p>
      <w:pPr>
        <w:jc w:val="right"/>
      </w:pPr>
      <w:r>
        <w:t>تو تزکیہ کے معنی کیا ہیں؟ کہ لوگوں سے یہ کہنا کہ تم اپنے اپنے آپ کو سدھارو، اپنی اصلاح کرو، اپنی ڈی کنڈیشننگ کرو۔</w:t>
      </w:r>
    </w:p>
    <w:p>
      <w:r>
        <w:rPr>
          <w:b/>
        </w:rPr>
        <w:t xml:space="preserve">[37:25] </w:t>
      </w:r>
      <w:r>
        <w:t>to paighambar ka doosra kaam yeh tazkiya jo hai, yeh bhi bohat hi mushkil kaam hai.</w:t>
      </w:r>
    </w:p>
    <w:p>
      <w:pPr>
        <w:jc w:val="right"/>
      </w:pPr>
      <w:r>
        <w:t>تو پیغمبر کا دوسرا کام یہ تزکیہ جو ہے، یہ بھی بہت ہی مشکل کام ہے۔</w:t>
      </w:r>
    </w:p>
    <w:p>
      <w:r>
        <w:rPr>
          <w:b/>
        </w:rPr>
        <w:t xml:space="preserve">[37:38] </w:t>
      </w:r>
      <w:r>
        <w:t>teesri cheez jo hai, woh hai taleem-e-kitaab. yahan taleem-e-kitaab se muraad hota hai taleem-e-ahkaam, yaani ek hai ideology, uska theoretical aspect, ek hai Islam ka theoretical aspect, ek hai uska practical aspect.</w:t>
      </w:r>
    </w:p>
    <w:p>
      <w:pPr>
        <w:jc w:val="right"/>
      </w:pPr>
      <w:r>
        <w:t>تیسری چیز جو ہے، وہ ہے تعلیم کتاب۔ یہاں تعلیم کتاب سے مراد ہوتا ہے تعلیم احکام، یعنی ایک ہے آئیڈیالوجی، اس کا تھریٹیکل اسپیکٹ، ایک ہے اسلام کا تھریٹیکل اسپیکٹ، ایک ہے اس کا پریکٹیکل اسپیکٹ۔</w:t>
      </w:r>
    </w:p>
    <w:p>
      <w:r>
        <w:rPr>
          <w:b/>
        </w:rPr>
        <w:t xml:space="preserve">[38:02] </w:t>
      </w:r>
      <w:r>
        <w:t>to tilawat-e-quran se muraad hai uska theoretical aspect, aur taleem-e-kitaab se muraad hai uska practical aspect.</w:t>
      </w:r>
    </w:p>
    <w:p>
      <w:pPr>
        <w:jc w:val="right"/>
      </w:pPr>
      <w:r>
        <w:t>تو تلاوت قرآن سے مراد ہے اس کا تھریٹیکل اسپیکٹ، اور تعلیم کتاب سے مراد ہے اس کا پریکٹیکل اسپیکٹ۔</w:t>
      </w:r>
    </w:p>
    <w:p>
      <w:r>
        <w:rPr>
          <w:b/>
        </w:rPr>
        <w:t xml:space="preserve">[38:11] </w:t>
      </w:r>
      <w:r>
        <w:t>to ek taraf paighambar jo ideology hai, usko pesh karta hai unke saamne, convince, convince, unko convince karta hai uski sachai par, aur saath saath unki zindagi ko</w:t>
      </w:r>
    </w:p>
    <w:p>
      <w:pPr>
        <w:jc w:val="right"/>
      </w:pPr>
      <w:r>
        <w:t>تو ایک طرف پیغمبر جو آئیڈیالوجی ہے، اس کو پیش کرتا ہے ان کے سامنے، کنونس، کنونس، ان کو کنونس کرتا ہے اس کی سچائی پر، اور ساتھ ساتھ ان کی زندگی کو</w:t>
      </w:r>
    </w:p>
    <w:p>
      <w:r>
        <w:rPr>
          <w:b/>
        </w:rPr>
        <w:t xml:space="preserve">[38:31] </w:t>
      </w:r>
      <w:r>
        <w:t>sudhaarne ke liye jo Khuda ke jo ahkaam hain, woh unko batata hai,</w:t>
      </w:r>
    </w:p>
    <w:p>
      <w:pPr>
        <w:jc w:val="right"/>
      </w:pPr>
      <w:r>
        <w:t>سدھارنے کے لیے جو خدا کے جو احکام ہیں، وہ ان کو بتاتا ہے،</w:t>
      </w:r>
    </w:p>
    <w:p>
      <w:r>
        <w:rPr>
          <w:b/>
        </w:rPr>
        <w:t xml:space="preserve">[38:38] </w:t>
      </w:r>
      <w:r>
        <w:t>yaani moral values batata hai, ibaadat kaisi ki jaye, woh batata hai, dealing kaisi ki jaye, woh batata hai.</w:t>
      </w:r>
    </w:p>
    <w:p>
      <w:pPr>
        <w:jc w:val="right"/>
      </w:pPr>
      <w:r>
        <w:t>یعنی مورل ویلیوز بتاتا ہے، عبادت کیسی کی جائے، وہ بتاتا ہے، ڈیلنگ کیسی کی جائے، وہ بتاتا ہے۔</w:t>
      </w:r>
    </w:p>
    <w:p>
      <w:r>
        <w:rPr>
          <w:b/>
        </w:rPr>
        <w:t xml:space="preserve">[38:48] </w:t>
      </w:r>
      <w:r>
        <w:t>to yeh hai taleem-e-kitaab.</w:t>
      </w:r>
    </w:p>
    <w:p>
      <w:pPr>
        <w:jc w:val="right"/>
      </w:pPr>
      <w:r>
        <w:t>تو یہ ہے تعلیم کتاب۔</w:t>
      </w:r>
    </w:p>
    <w:p>
      <w:r>
        <w:rPr>
          <w:b/>
        </w:rPr>
        <w:t xml:space="preserve">[38:52] </w:t>
      </w:r>
      <w:r>
        <w:t>aur chauthi cheez hai hikmat, wal hikmah. hikmat ke maani hote hain wisdom, baseerat.</w:t>
      </w:r>
    </w:p>
    <w:p>
      <w:pPr>
        <w:jc w:val="right"/>
      </w:pPr>
      <w:r>
        <w:t>اور چوتھی چیز ہے حکمت، والحکمہ۔ حکمت کے معنی ہوتے ہیں وزڈم، بصیرت۔</w:t>
      </w:r>
    </w:p>
    <w:p>
      <w:r>
        <w:rPr>
          <w:b/>
        </w:rPr>
        <w:t xml:space="preserve">[39:06] </w:t>
      </w:r>
      <w:r>
        <w:t>to theory aur practical ahkaam ko chhod kar ek aur cheez hai, aur woh hai wisdom.</w:t>
      </w:r>
    </w:p>
    <w:p>
      <w:pPr>
        <w:jc w:val="right"/>
      </w:pPr>
      <w:r>
        <w:t>تو تھیوری اور پریکٹیکل احکام کو چھوڑ کر ایک اور چیز ہے، اور وہ ہے وزڈم۔</w:t>
      </w:r>
    </w:p>
    <w:p>
      <w:r>
        <w:rPr>
          <w:b/>
        </w:rPr>
        <w:t xml:space="preserve">[39:14] </w:t>
      </w:r>
      <w:r>
        <w:t>wisdom misaal ke taur par ek ek hadees, ek ek hadees lijiye ke Rasool Allah ne farmaya ke man husn-e-Islam-il-mar'u tarqu ma la ya'ni</w:t>
      </w:r>
    </w:p>
    <w:p>
      <w:pPr>
        <w:jc w:val="right"/>
      </w:pPr>
      <w:r>
        <w:t>وزڈم مثال کے طور پر ایک ایک حدیث، ایک ایک حدیث لیجئے کہ رسول اللہ نے فرمایا کہ من حسن اسلام المرء ترکہ مالا یعنی</w:t>
      </w:r>
    </w:p>
    <w:p>
      <w:r>
        <w:rPr>
          <w:b/>
        </w:rPr>
        <w:t xml:space="preserve">[39:35] </w:t>
      </w:r>
      <w:r>
        <w:t>hai Islam ki khoobi yeh hai ke aadmi aisi baat ko chhod de jis mein koi faida na ho.</w:t>
      </w:r>
    </w:p>
    <w:p>
      <w:pPr>
        <w:jc w:val="right"/>
      </w:pPr>
      <w:r>
        <w:t>ہے اسلام کی خوبی یہ ہے کہ آدمی ایسی بات کو چھوڑ دے جس میں کوئی فائدہ نہ ہو۔</w:t>
      </w:r>
    </w:p>
    <w:p>
      <w:r>
        <w:rPr>
          <w:b/>
        </w:rPr>
        <w:t xml:space="preserve">[39:48] </w:t>
      </w:r>
      <w:r>
        <w:t>iske maani kya hua? ke aap ka action result oriented action hona chahiye. yeh wisdom ki baat hai,</w:t>
      </w:r>
    </w:p>
    <w:p>
      <w:pPr>
        <w:jc w:val="right"/>
      </w:pPr>
      <w:r>
        <w:t>اس کے معنی کیا ہوا؟ کہ آپ کا ایکشن رزلٹ اورینٹڈ ایکشن ہونا چاہیے۔ یہ وزڈم کی بات ہے،</w:t>
      </w:r>
    </w:p>
    <w:p>
      <w:r>
        <w:rPr>
          <w:b/>
        </w:rPr>
        <w:t xml:space="preserve">[40:00] </w:t>
      </w:r>
      <w:r>
        <w:t>yeh wisdom ki baat hai.</w:t>
      </w:r>
    </w:p>
    <w:p>
      <w:pPr>
        <w:jc w:val="right"/>
      </w:pPr>
      <w:r>
        <w:t>یہ وزڈم کی بات ہے۔</w:t>
      </w:r>
    </w:p>
    <w:p>
      <w:r>
        <w:rPr>
          <w:b/>
        </w:rPr>
        <w:t xml:space="preserve">[40:03] </w:t>
      </w:r>
      <w:r>
        <w:t>jaise ke aap se</w:t>
      </w:r>
    </w:p>
    <w:p>
      <w:pPr>
        <w:jc w:val="right"/>
      </w:pPr>
      <w:r>
        <w:t>جیسے کہ آپ سے</w:t>
      </w:r>
    </w:p>
    <w:p>
      <w:r>
        <w:rPr>
          <w:b/>
        </w:rPr>
        <w:t xml:space="preserve">[40:06] </w:t>
      </w:r>
      <w:r>
        <w:t>aap raasta chal rahe hain, raaste mein aap ko koi aadmi mil gaya, usne aap ka aap ka samaan chheen liya, aap ka bag chheen liya, suppose.</w:t>
      </w:r>
    </w:p>
    <w:p>
      <w:pPr>
        <w:jc w:val="right"/>
      </w:pPr>
      <w:r>
        <w:t>آپ راستہ چل رہے ہیں، راستے میں آپ کو کوئی آدمی مل گیا، اس نے آپ کا آپ کا سامان چھین لیا، آپ کا بیگ چھین لیا، سپوز۔</w:t>
      </w:r>
    </w:p>
    <w:p>
      <w:r>
        <w:rPr>
          <w:b/>
        </w:rPr>
        <w:t xml:space="preserve">[40:21] </w:t>
      </w:r>
      <w:r>
        <w:t>ab wahan par kya hai? aap ko poora right hai ke us bag se use wapas lein, poora right hai,</w:t>
      </w:r>
    </w:p>
    <w:p>
      <w:pPr>
        <w:jc w:val="right"/>
      </w:pPr>
      <w:r>
        <w:t>اب وہاں پر کیا ہے؟ آپ کو پورا رائٹ ہے کہ اس بیگ سے اسے واپس لیں، پورا رائٹ ہے،</w:t>
      </w:r>
    </w:p>
    <w:p>
      <w:r>
        <w:rPr>
          <w:b/>
        </w:rPr>
        <w:t xml:space="preserve">[40:29] </w:t>
      </w:r>
      <w:r>
        <w:t>bilkul. yaani agar us se aap apne bag ko wapas lein to aap bilkul justice par honge. lekin suppose woh sab ek gang hai, woh gun liye hue hain, aur woh kya karenge?</w:t>
      </w:r>
    </w:p>
    <w:p>
      <w:pPr>
        <w:jc w:val="right"/>
      </w:pPr>
      <w:r>
        <w:t>بالکل۔ یعنی اگر اس سے آپ اپنے بیگ کو واپس لیں تو آپ بالکل جسٹس پر ہوں گے۔ لیکن سپوز وہ سب ایک گینگ ہے، وہ گن لیے ہوئے ہیں، اور وہ کیا کریں گے؟</w:t>
      </w:r>
    </w:p>
    <w:p>
      <w:r>
        <w:rPr>
          <w:b/>
        </w:rPr>
        <w:t xml:space="preserve">[40:44] </w:t>
      </w:r>
      <w:r>
        <w:t>ke aap ko goli maar denge. to iske maani kya hai? aap ki apne jaayez haq ko lene ke silsile mein kya hoga?</w:t>
      </w:r>
    </w:p>
    <w:p>
      <w:pPr>
        <w:jc w:val="right"/>
      </w:pPr>
      <w:r>
        <w:t>کہ آپ کو گولی مار دیں گے۔ تو اس کے معنی کیا ہے؟ آپ کی اپنے جائز حق کو لینے کے سلسلے میں کیا ہوگا؟</w:t>
      </w:r>
    </w:p>
    <w:p>
      <w:r>
        <w:rPr>
          <w:b/>
        </w:rPr>
        <w:t xml:space="preserve">[40:54] </w:t>
      </w:r>
      <w:r>
        <w:t>greater evil saamne aa jayega,</w:t>
      </w:r>
    </w:p>
    <w:p>
      <w:pPr>
        <w:jc w:val="right"/>
      </w:pPr>
      <w:r>
        <w:t>گریٹر ایول سامنے آ جائے گا،</w:t>
      </w:r>
    </w:p>
    <w:p>
      <w:r>
        <w:rPr>
          <w:b/>
        </w:rPr>
        <w:t xml:space="preserve">[40:57] </w:t>
      </w:r>
      <w:r>
        <w:t>yaani lesser evil tha pehle, ab jo hai woh greater evil saamne aa jayega. to aisi haalat mein aadmi ko greater evil se bachne ke liye lesser evil ko le lena chahiye.</w:t>
      </w:r>
    </w:p>
    <w:p>
      <w:pPr>
        <w:jc w:val="right"/>
      </w:pPr>
      <w:r>
        <w:t>یعنی لیسر ایول تھا پہلے، اب جو ہے وہ گریٹر ایول سامنے آ جائے گا۔ تو ایسی حالت میں آدمی کو گریٹر ایول سے بچنے کے لیے لیسر ایول کو لے لینا چاہیے۔</w:t>
      </w:r>
    </w:p>
    <w:p>
      <w:r>
        <w:rPr>
          <w:b/>
        </w:rPr>
        <w:t xml:space="preserve">[41:11] </w:t>
      </w:r>
      <w:r>
        <w:t>yeh hai result oriented action, yeh hai wisdom ki baat. wisdom</w:t>
      </w:r>
    </w:p>
    <w:p>
      <w:pPr>
        <w:jc w:val="right"/>
      </w:pPr>
      <w:r>
        <w:t>یہ ہے رزلٹ اورینٹڈ ایکشن، یہ ہے وزڈم کی بات۔ وزڈم</w:t>
      </w:r>
    </w:p>
    <w:p>
      <w:r>
        <w:rPr>
          <w:b/>
        </w:rPr>
        <w:t xml:space="preserve">[41:20] </w:t>
      </w:r>
      <w:r>
        <w:t>to rasool Allah sal Allah aleh wasalam admi ko sath ساتھ yeh bhi batate the ke wisdom kya hai? zindagi mein humein sirf sirf sirf haq aur nahak nahi janna hai, balkeh wisdom ko bhi janna hai.</w:t>
      </w:r>
    </w:p>
    <w:p>
      <w:pPr>
        <w:jc w:val="right"/>
      </w:pPr>
      <w:r>
        <w:t>تو رسول اللہ صلی اللہ علیہ وسلم آدمی کو ساتھ ساتھ یہ بھی بتاتے تھے کہ وزڈم کیا ہے؟ زندگی میں ہمیں صرف صرف صرف حق اور ناحق نہیں جاننا ہے، بلکہ وزڈم کو بھی جاننا ہے۔</w:t>
      </w:r>
    </w:p>
    <w:p>
      <w:r>
        <w:rPr>
          <w:b/>
        </w:rPr>
        <w:t xml:space="preserve">[41:38] </w:t>
      </w:r>
      <w:r>
        <w:t>to wa yallimul kitaba wal hikmah to aap un ko hikmat bhi sikha dete, wisdom bhi sikha dete.</w:t>
      </w:r>
    </w:p>
    <w:p>
      <w:pPr>
        <w:jc w:val="right"/>
      </w:pPr>
      <w:r>
        <w:t>تو ويعلموا الكتاب والحکمہ تو آپ ان کو حکمت بھی سکھا دیتے، وزڈم بھی سکھا دیتے۔</w:t>
      </w:r>
    </w:p>
    <w:p>
      <w:r>
        <w:rPr>
          <w:b/>
        </w:rPr>
        <w:t xml:space="preserve">[41:47] </w:t>
      </w:r>
      <w:r>
        <w:t>to yeh chaar cheezein jo peghambar ke bare mein batayi gayi hain: tilawat ayat, aur tazkiyah, aur taleem kitab, aur hikmat, yeh chaar cheezein hain.</w:t>
      </w:r>
    </w:p>
    <w:p>
      <w:pPr>
        <w:jc w:val="right"/>
      </w:pPr>
      <w:r>
        <w:t>تو یہ چار چیزیں جو پیغمبر کے بارے میں بتائی گئی ہیں: تلاوت آیات، اور تزکیہ، اور تعلیم کتاب، اور حکمت، یہ چار چیزیں ہیں۔</w:t>
      </w:r>
    </w:p>
    <w:p>
      <w:r>
        <w:rPr>
          <w:b/>
        </w:rPr>
        <w:t xml:space="preserve">[41:58] </w:t>
      </w:r>
      <w:r>
        <w:t>yeh sirf peghambar ki baat nahi hai, yahi baat ko sare reformers ko, sare yani jo dawat ka kaam karne ke liye uthe hain, un ko isi formula ko apnana hai.</w:t>
      </w:r>
    </w:p>
    <w:p>
      <w:pPr>
        <w:jc w:val="right"/>
      </w:pPr>
      <w:r>
        <w:t>یہ صرف پیغمبر کی بات نہیں ہے، یہی بات کو سارے ریفارمرز کو، سارے یعنی جو دعوت کا کام کرنے کے لیے اٹھے ہیں، ان کو اسی فارمولے کو اپنانا ہے۔</w:t>
      </w:r>
    </w:p>
    <w:p>
      <w:r>
        <w:rPr>
          <w:b/>
        </w:rPr>
        <w:t xml:space="preserve">[42:16] </w:t>
      </w:r>
      <w:r>
        <w:t>rasool Allah to dunya mein 63 saal tak the, 63 years tak, is ke baad aap chale gaye. lekin insan to paida ho rahe hain, insan paida ho rahe hain, insan paida ho rahe hain.</w:t>
      </w:r>
    </w:p>
    <w:p>
      <w:pPr>
        <w:jc w:val="right"/>
      </w:pPr>
      <w:r>
        <w:t>رسول اللہ تو دنیا میں 63 سال تک تھے، 63 ایئرز تک، اس کے بعد آپ چلے گئے۔ لیکن انسان تو پیدا ہو رہے ہیں، انسان پیدا ہو رہے ہیں، انسان پیدا ہو رہے ہیں۔</w:t>
      </w:r>
    </w:p>
    <w:p>
      <w:r>
        <w:rPr>
          <w:b/>
        </w:rPr>
        <w:t xml:space="preserve">[42:28] </w:t>
      </w:r>
      <w:r>
        <w:t>to ab bhi kaam baqi hai, yani peghambar khud agarche maujood nahi hai, lekin peghambar ka role baqi hai, peghambar ka kaam baqi hai.</w:t>
      </w:r>
    </w:p>
    <w:p>
      <w:pPr>
        <w:jc w:val="right"/>
      </w:pPr>
      <w:r>
        <w:t>تو اب بھی کام باقی ہے، یعنی پیغمبر خود اگرچہ موجود نہیں ہے، لیکن پیغمبر کا رول باقی ہے، پیغمبر کا کام باقی ہے۔</w:t>
      </w:r>
    </w:p>
    <w:p>
      <w:r>
        <w:rPr>
          <w:b/>
        </w:rPr>
        <w:t xml:space="preserve">[42:42] </w:t>
      </w:r>
      <w:r>
        <w:t>to jo log peghambar ke baad peghambar wale kaam ko karne ke liye uthe hain, un ke liye bhi yeh four point formula hai.</w:t>
      </w:r>
    </w:p>
    <w:p>
      <w:pPr>
        <w:jc w:val="right"/>
      </w:pPr>
      <w:r>
        <w:t>تو جو لوگ پیغمبر کے بعد پیغمبر والے کام کو کرنے کے لیے اٹھے ہیں، ان کے لیے بھی یہ فور پوائنٹ فارمولا ہے۔</w:t>
      </w:r>
    </w:p>
    <w:p>
      <w:r>
        <w:rPr>
          <w:b/>
        </w:rPr>
        <w:t xml:space="preserve">[42:53] </w:t>
      </w:r>
      <w:r>
        <w:t>four point formula yani pehla formula kya hai?</w:t>
      </w:r>
    </w:p>
    <w:p>
      <w:pPr>
        <w:jc w:val="right"/>
      </w:pPr>
      <w:r>
        <w:t>فور پوائنٹ فارمولا یعنی پہلا فارمولا کیا ہے؟</w:t>
      </w:r>
    </w:p>
    <w:p>
      <w:r>
        <w:rPr>
          <w:b/>
        </w:rPr>
        <w:t xml:space="preserve">[42:59] </w:t>
      </w:r>
      <w:r>
        <w:t>quran ko phailana,</w:t>
      </w:r>
    </w:p>
    <w:p>
      <w:pPr>
        <w:jc w:val="right"/>
      </w:pPr>
      <w:r>
        <w:t>قرآن کو پھیلانا،</w:t>
      </w:r>
    </w:p>
    <w:p>
      <w:r>
        <w:rPr>
          <w:b/>
        </w:rPr>
        <w:t xml:space="preserve">[43:03] </w:t>
      </w:r>
      <w:r>
        <w:t>quran ko phailana jo hai, tilawat ayat. doosra jo hai, tazkiyah yani jo log quran ki baat ko maan lein, phir un ka purification, un ki training, un ki islaah,</w:t>
      </w:r>
    </w:p>
    <w:p>
      <w:pPr>
        <w:jc w:val="right"/>
      </w:pPr>
      <w:r>
        <w:t>قرآن کو پھیلانا جو ہے، تلاوت آیات۔ دوسرا جو ہے، تزکیہ یعنی جو لوگ قرآن کی بات کو مان لیں، پھر ان کا پیوریفیکیشن، ان کی ٹریننگ، ان کی اصلاح،</w:t>
      </w:r>
    </w:p>
    <w:p>
      <w:r>
        <w:rPr>
          <w:b/>
        </w:rPr>
        <w:t xml:space="preserve">[43:21] </w:t>
      </w:r>
      <w:r>
        <w:t>aur is ke baad taleem kitab yani jo ahkaam hain, dos and don'ts jo hain, un ko batana.</w:t>
      </w:r>
    </w:p>
    <w:p>
      <w:pPr>
        <w:jc w:val="right"/>
      </w:pPr>
      <w:r>
        <w:t>اور اس کے بعد تعلیم کتاب یعنی جو احکام ہیں، ڈوز اینڈ ڈونٹس جو ہیں، ان کو بتانا۔</w:t>
      </w:r>
    </w:p>
    <w:p>
      <w:r>
        <w:rPr>
          <w:b/>
        </w:rPr>
        <w:t xml:space="preserve">[43:33] </w:t>
      </w:r>
      <w:r>
        <w:t>aur teesri aur chauthi cheez hai, chauthi cheez hai hikmat, wisdom.</w:t>
      </w:r>
    </w:p>
    <w:p>
      <w:pPr>
        <w:jc w:val="right"/>
      </w:pPr>
      <w:r>
        <w:t>اور تیسری اور چوتھی چیز ہے، چوتھی چیز ہے حکمت، وزڈم۔</w:t>
      </w:r>
    </w:p>
    <w:p>
      <w:r>
        <w:rPr>
          <w:b/>
        </w:rPr>
        <w:t xml:space="preserve">[43:39] </w:t>
      </w:r>
      <w:r>
        <w:t>to is dunya mein dekhiye, agar aap ko sirf yahi pata ho, nahi pata ho ke right aur wrong, to dunya mein aap kamyab zindagi nahi guzar sakte.</w:t>
      </w:r>
    </w:p>
    <w:p>
      <w:pPr>
        <w:jc w:val="right"/>
      </w:pPr>
      <w:r>
        <w:t>تو اس دنیا میں دیکھیے، اگر آپ کو صرف یہی پتہ ہو، نہیں پتہ ہو کہ رائٹ اور رونگ، تو دنیا میں آپ کامیاب زندگی نہیں گزار سکتے۔</w:t>
      </w:r>
    </w:p>
    <w:p>
      <w:r>
        <w:rPr>
          <w:b/>
        </w:rPr>
        <w:t xml:space="preserve">[43:49] </w:t>
      </w:r>
      <w:r>
        <w:t>sath sath aap ko wisdom bhi chahiye. jaise hum ne misaal di ke aap ka bag koi chheenta hai, aap sirf yahi jante hon ke meri cheez meri cheez hai, main right hoon ke apni cheez chheenoon doosre se.</w:t>
      </w:r>
    </w:p>
    <w:p>
      <w:pPr>
        <w:jc w:val="right"/>
      </w:pPr>
      <w:r>
        <w:t>ساتھ ساتھ آپ کو وزڈم بھی چاہیے۔ جیسے ہم نے مثال دی کہ آپ کا بیگ کوئی چھینتا ہے، آپ صرف یہی جانتے ہوں کہ میری چیز میری چیز ہے، میں رائٹ ہوں کہ اپنی چیز چھینوں دوسرے سے۔</w:t>
      </w:r>
    </w:p>
    <w:p>
      <w:r>
        <w:rPr>
          <w:b/>
        </w:rPr>
        <w:t xml:space="preserve">[44:04] </w:t>
      </w:r>
      <w:r>
        <w:t>to kya hoga?</w:t>
      </w:r>
    </w:p>
    <w:p>
      <w:pPr>
        <w:jc w:val="right"/>
      </w:pPr>
      <w:r>
        <w:t>تو کیا ہوگا؟</w:t>
      </w:r>
    </w:p>
    <w:p>
      <w:r>
        <w:rPr>
          <w:b/>
        </w:rPr>
        <w:t xml:space="preserve">[44:06] </w:t>
      </w:r>
      <w:r>
        <w:t>cheez ko chhod, cheez ko chheenne ki koshish mein aap apne aap ko bhi gawa denge.</w:t>
      </w:r>
    </w:p>
    <w:p>
      <w:pPr>
        <w:jc w:val="right"/>
      </w:pPr>
      <w:r>
        <w:t>چیز کو چھوڑ، چیز کو چھیننے کی کوشش میں آپ اپنے آپ کو بھی گوا دیں گے۔</w:t>
      </w:r>
    </w:p>
    <w:p>
      <w:r>
        <w:rPr>
          <w:b/>
        </w:rPr>
        <w:t xml:space="preserve">[44:14] </w:t>
      </w:r>
      <w:r>
        <w:t>to yeh is cheez ka talluq ek individual se bhi hai, aur ek poori nation se bhi hai,</w:t>
      </w:r>
    </w:p>
    <w:p>
      <w:pPr>
        <w:jc w:val="right"/>
      </w:pPr>
      <w:r>
        <w:t>تو یہ اس چیز کا تعلق ایک انڈیویجول سے بھی ہے، اور ایک پوری نیشن سے بھی ہے،</w:t>
      </w:r>
    </w:p>
    <w:p>
      <w:r>
        <w:rPr>
          <w:b/>
        </w:rPr>
        <w:t xml:space="preserve">[44:22] </w:t>
      </w:r>
      <w:r>
        <w:t>land ke maamle mein, aur har maamle mein yahi yeh principle rahega ke aap jab bhi apna plan banayein, apna action plan banayein, aap to aap ka action plan result oriented hona chahiye.</w:t>
      </w:r>
    </w:p>
    <w:p>
      <w:pPr>
        <w:jc w:val="right"/>
      </w:pPr>
      <w:r>
        <w:t>لینڈ کے معاملے میں، اور ہر معاملے میں یہی یہ پرنسپل رہے گا کہ آپ جب بھی اپنا پلان بنائیں، اپنا ایکشن پلان بنائیں، آپ تو آپ کا ایکشن پلان رزلٹ اورینٹڈ ہونا چاہیے۔</w:t>
      </w:r>
    </w:p>
    <w:p>
      <w:r>
        <w:rPr>
          <w:b/>
        </w:rPr>
        <w:t xml:space="preserve">[44:41] </w:t>
      </w:r>
      <w:r>
        <w:t>agar aisa ho ke</w:t>
      </w:r>
    </w:p>
    <w:p>
      <w:pPr>
        <w:jc w:val="right"/>
      </w:pPr>
      <w:r>
        <w:t>اگر ایسا ہو کہ</w:t>
      </w:r>
    </w:p>
    <w:p>
      <w:r>
        <w:rPr>
          <w:b/>
        </w:rPr>
        <w:t xml:space="preserve">[44:48] </w:t>
      </w:r>
      <w:r>
        <w:t>ek cheez ko wapas lene ki koshish mein sab kuch kho dein, aap</w:t>
      </w:r>
    </w:p>
    <w:p>
      <w:pPr>
        <w:jc w:val="right"/>
      </w:pPr>
      <w:r>
        <w:t>ایک چیز کو واپس لینے کی کوشش میں سب کچھ کھو دیں، آپ</w:t>
      </w:r>
    </w:p>
    <w:p>
      <w:r>
        <w:rPr>
          <w:b/>
        </w:rPr>
        <w:t xml:space="preserve">[44:56] </w:t>
      </w:r>
      <w:r>
        <w:t>to yeh koi plan plan nahi hai.</w:t>
      </w:r>
    </w:p>
    <w:p>
      <w:pPr>
        <w:jc w:val="right"/>
      </w:pPr>
      <w:r>
        <w:t>تو یہ کوئی پلان پلان نہیں ہے۔</w:t>
      </w:r>
    </w:p>
    <w:p>
      <w:r>
        <w:rPr>
          <w:b/>
        </w:rPr>
        <w:t xml:space="preserve">[45:01] </w:t>
      </w:r>
      <w:r>
        <w:t>jab bhi aap ko koi action plan banana hai to poore situation ko read kar ke samajhna hai ke main kya khoonga aur kya paoonga.</w:t>
      </w:r>
    </w:p>
    <w:p>
      <w:pPr>
        <w:jc w:val="right"/>
      </w:pPr>
      <w:r>
        <w:t>جب بھی آپ کو کوئی ایکشن پلان بنانا ہے تو پورے سچویشن کو ریڈ کر کے سمجھنا ہے کہ میں کیا کھوؤں گا اور کیا پاؤں گا۔</w:t>
      </w:r>
    </w:p>
    <w:p>
      <w:r>
        <w:rPr>
          <w:b/>
        </w:rPr>
        <w:t xml:space="preserve">[45:16] </w:t>
      </w:r>
      <w:r>
        <w:t>aisa to nahi hai ke mera action counter productive ban jaye. to is wisdom ko bhi samne lena hai.</w:t>
      </w:r>
    </w:p>
    <w:p>
      <w:pPr>
        <w:jc w:val="right"/>
      </w:pPr>
      <w:r>
        <w:t>ایسا تو نہیں ہے کہ میرا ایکشن کاؤنٹر پروڈکٹو بن جائے۔ تو اس وزڈم کو بھی سامنے لینا ہے۔</w:t>
      </w:r>
    </w:p>
    <w:p>
      <w:r>
        <w:rPr>
          <w:b/>
        </w:rPr>
        <w:t xml:space="preserve">[45:28] </w:t>
      </w:r>
      <w:r>
        <w:t>is wisdom ke baghair kabhi bhi koi kaam successful andaaz mein nahi ho sakta. dekhiye, quran mein aage surah baqarah mein aage 133 jo verse hai,</w:t>
      </w:r>
    </w:p>
    <w:p>
      <w:pPr>
        <w:jc w:val="right"/>
      </w:pPr>
      <w:r>
        <w:t>اس وزڈم کے بغیر کبھی بھی کوئی کام سکسیس فل انداز میں نہیں ہو سکتا۔ دیکھیے، قرآن میں آگے سورہ بقرہ میں آگے 133 جو ورس ہے،</w:t>
      </w:r>
    </w:p>
    <w:p>
      <w:r>
        <w:rPr>
          <w:b/>
        </w:rPr>
        <w:t xml:space="preserve">[45:46] </w:t>
      </w:r>
      <w:r>
        <w:t>133, is mein peghambar yaqoob ka zikr hai,</w:t>
      </w:r>
    </w:p>
    <w:p>
      <w:pPr>
        <w:jc w:val="right"/>
      </w:pPr>
      <w:r>
        <w:t>133، اس میں پیغمبر یعقوب کا ذکر ہے،</w:t>
      </w:r>
    </w:p>
    <w:p>
      <w:r>
        <w:rPr>
          <w:b/>
        </w:rPr>
        <w:t xml:space="preserve">[45:55] </w:t>
      </w:r>
      <w:r>
        <w:t>prophet yaqoob jin ko bible mein jacob kaha gaya hai. to prophet yaqoob ne aakhir waqt mein jab ke woh boodhe ho gaye thay, aur un ki maut ka waqt qareeb aa gaya tha,</w:t>
      </w:r>
    </w:p>
    <w:p>
      <w:pPr>
        <w:jc w:val="right"/>
      </w:pPr>
      <w:r>
        <w:t>پرافٹ یعقوب جن کو بائبل میں جیکب کہا گیا ہے۔ تو پرافٹ یعقوب نے آخر وقت میں جب کہ وہ بوڑھے ہو گئے تھے، اور ان کی موت کا وقت قریب آ گیا تھا،</w:t>
      </w:r>
    </w:p>
    <w:p>
      <w:r>
        <w:rPr>
          <w:b/>
        </w:rPr>
        <w:t xml:space="preserve">[46:12] </w:t>
      </w:r>
      <w:r>
        <w:t>to unhon ne apne bachon ko ikattha kiya,</w:t>
      </w:r>
    </w:p>
    <w:p>
      <w:pPr>
        <w:jc w:val="right"/>
      </w:pPr>
      <w:r>
        <w:t>تو انہوں نے اپنے بچوں کو اکٹھا کیا،</w:t>
      </w:r>
    </w:p>
    <w:p>
      <w:r>
        <w:rPr>
          <w:b/>
        </w:rPr>
        <w:t xml:space="preserve">[46:19] </w:t>
      </w:r>
      <w:r>
        <w:t>apni aulaad ko ikattha kiya. unhon ne</w:t>
      </w:r>
    </w:p>
    <w:p>
      <w:pPr>
        <w:jc w:val="right"/>
      </w:pPr>
      <w:r>
        <w:t>اپنی اولاد کو اکٹھا کیا۔ انہوں نے</w:t>
      </w:r>
    </w:p>
    <w:p>
      <w:r>
        <w:rPr>
          <w:b/>
        </w:rPr>
        <w:t xml:space="preserve">[46:22] </w:t>
      </w:r>
      <w:r>
        <w:t>to unhon ne kaha ke ma ta'budu min ba'di mere baad tum kis ki ibadat karoge?</w:t>
      </w:r>
    </w:p>
    <w:p>
      <w:pPr>
        <w:jc w:val="right"/>
      </w:pPr>
      <w:r>
        <w:t>تو انہوں نے کہا کہ ما تعبدون من بعدی میرے بعد تم کس کی عبادت کرو گے؟</w:t>
      </w:r>
    </w:p>
    <w:p>
      <w:r>
        <w:rPr>
          <w:b/>
        </w:rPr>
        <w:t xml:space="preserve">[46:35] </w:t>
      </w:r>
      <w:r>
        <w:t>yaani dunya se woh ja rahe hain,</w:t>
      </w:r>
    </w:p>
    <w:p>
      <w:pPr>
        <w:jc w:val="right"/>
      </w:pPr>
      <w:r>
        <w:t>یعنی دنیا سے وہ جا رہے ہیں،</w:t>
      </w:r>
    </w:p>
    <w:p>
      <w:r>
        <w:rPr>
          <w:b/>
        </w:rPr>
        <w:t xml:space="preserve">[46:41] </w:t>
      </w:r>
      <w:r>
        <w:t>aur un ko apne bachon ko naseehat karna hai. to poochte hain ke ke mere baad tum kis ki ibadat karoge?</w:t>
      </w:r>
    </w:p>
    <w:p>
      <w:pPr>
        <w:jc w:val="right"/>
      </w:pPr>
      <w:r>
        <w:t>اور ان کو اپنے بچوں کو نصیحت کرنا ہے۔ تو پوچھتے ہیں کہ کہ میرے بعد تم کس کی عبادت کرو گے؟</w:t>
      </w:r>
    </w:p>
    <w:p>
      <w:r>
        <w:rPr>
          <w:b/>
        </w:rPr>
        <w:t xml:space="preserve">[46:50] </w:t>
      </w:r>
      <w:r>
        <w:t>ma ta'budu min ba'di</w:t>
      </w:r>
    </w:p>
    <w:p>
      <w:pPr>
        <w:jc w:val="right"/>
      </w:pPr>
      <w:r>
        <w:t>ما تعبدون من بعدی</w:t>
      </w:r>
    </w:p>
    <w:p>
      <w:r>
        <w:rPr>
          <w:b/>
        </w:rPr>
        <w:t xml:space="preserve">[46:55] </w:t>
      </w:r>
      <w:r>
        <w:t>to unhon ne kaha ke hum usi ki ibadat karenge jis ki ibadat aap karte thay. is mein kya sabak mila ke peghambar ka tareeqa yeh hai ke apni aulaad ke baray mein sab se zyada is ka jo concern ho,</w:t>
      </w:r>
    </w:p>
    <w:p>
      <w:pPr>
        <w:jc w:val="right"/>
      </w:pPr>
      <w:r>
        <w:t>تو انہوں نے کہا کہ ہم اسی کی عبادت کریں گے جس کی عبادت آپ کرتے تھے۔ اس میں کیا سبق ملا کہ پیغمبر کا طریقہ یہ ہے کہ اپنی اولاد کے بارے میں سب سے زیادہ اس کا جو کنسرن ہو،</w:t>
      </w:r>
    </w:p>
    <w:p>
      <w:r>
        <w:rPr>
          <w:b/>
        </w:rPr>
        <w:t xml:space="preserve">[47:13] </w:t>
      </w:r>
      <w:r>
        <w:t>woh us ki deeni zindagi ke baray mein ho.</w:t>
      </w:r>
    </w:p>
    <w:p>
      <w:pPr>
        <w:jc w:val="right"/>
      </w:pPr>
      <w:r>
        <w:t>وہ اس کی دینی زندگی کے بارے میں ہو۔</w:t>
      </w:r>
    </w:p>
    <w:p>
      <w:r>
        <w:rPr>
          <w:b/>
        </w:rPr>
        <w:t xml:space="preserve">[47:18] </w:t>
      </w:r>
      <w:r>
        <w:t>yeh nahi ke mere baad mere bachon ke paas acha business ho, acha ghar ho, un ke paas acha bank balance ho, aur un ke paas achi property ho.</w:t>
      </w:r>
    </w:p>
    <w:p>
      <w:pPr>
        <w:jc w:val="right"/>
      </w:pPr>
      <w:r>
        <w:t>یہ نہیں کہ میرے بعد میرے بچوں کے پاس اچھا بزنس ہو، اچھا گھر ہو، ان کے پاس اچھا بینک بیلنس ہو، اور ان کے پاس اچھی پراپرٹی ہو۔</w:t>
      </w:r>
    </w:p>
    <w:p>
      <w:r>
        <w:rPr>
          <w:b/>
        </w:rPr>
        <w:t xml:space="preserve">[47:30] </w:t>
      </w:r>
      <w:r>
        <w:t>yeh agar concern hai to yeh concern peghambar wala concern nahi hai.</w:t>
      </w:r>
    </w:p>
    <w:p>
      <w:pPr>
        <w:jc w:val="right"/>
      </w:pPr>
      <w:r>
        <w:t>یہ اگر کنسرن ہے تو یہ کنسرن پیغمبر والا کنسرن نہیں ہے۔</w:t>
      </w:r>
    </w:p>
    <w:p>
      <w:r>
        <w:rPr>
          <w:b/>
        </w:rPr>
        <w:t xml:space="preserve">[47:37] </w:t>
      </w:r>
      <w:r>
        <w:t>aap dekhiye is misaal mein ke peghambar ka concern apne bachon ke future ke baray mein yeh nahi hai ke tum apni ma'ash ko mazboot kar lo,</w:t>
      </w:r>
    </w:p>
    <w:p>
      <w:pPr>
        <w:jc w:val="right"/>
      </w:pPr>
      <w:r>
        <w:t>آپ دیکھیے اس مثال میں کہ پیغمبر کا کنسرن اپنے بچوں کے فیوچر کے بارے میں یہ نہیں ہے کہ تم اپنی معاش کو مضبوط کر لو،</w:t>
      </w:r>
    </w:p>
    <w:p>
      <w:r>
        <w:rPr>
          <w:b/>
        </w:rPr>
        <w:t xml:space="preserve">[47:52] </w:t>
      </w:r>
      <w:r>
        <w:t>balkeh yeh hai ke tum khuda ki ibadat, khuda ka deen, khuda ka bataya hua tareeqa is par qaim rehna.</w:t>
      </w:r>
    </w:p>
    <w:p>
      <w:pPr>
        <w:jc w:val="right"/>
      </w:pPr>
      <w:r>
        <w:t>بلکہ یہ ہے کہ تم خدا کی عبادت، خدا کا دین، خدا کا بتایا ہوا طریقہ اس پر قائم رہنا۔</w:t>
      </w:r>
    </w:p>
    <w:p>
      <w:r>
        <w:rPr>
          <w:b/>
        </w:rPr>
        <w:t xml:space="preserve">[48:01] </w:t>
      </w:r>
      <w:r>
        <w:t>is ke liye unhon ne ahad liya un se.</w:t>
      </w:r>
    </w:p>
    <w:p>
      <w:pPr>
        <w:jc w:val="right"/>
      </w:pPr>
      <w:r>
        <w:t>اس کے لیے انہوں نے عہد لیا ان سے۔</w:t>
      </w:r>
    </w:p>
    <w:p>
      <w:r>
        <w:rPr>
          <w:b/>
        </w:rPr>
        <w:t xml:space="preserve">[48:05] </w:t>
      </w:r>
      <w:r>
        <w:t>yahan par yeh bohat bari aik misaal hai ke ke baap ka concern apni aulaad ke baray mein kya hona chahiye. yaani yahan peghambar apni aulaad se keh raha hai.</w:t>
      </w:r>
    </w:p>
    <w:p>
      <w:pPr>
        <w:jc w:val="right"/>
      </w:pPr>
      <w:r>
        <w:t>یہاں پر یہ بہت بڑی ایک مثال ہے کہ کہ باپ کا کنسرن اپنی اولاد کے بارے میں کیا ہونا چاہیے۔ یعنی یہاں پیغمبر اپنی اولاد سے کہہ رہا ہے۔</w:t>
      </w:r>
    </w:p>
    <w:p>
      <w:r>
        <w:rPr>
          <w:b/>
        </w:rPr>
        <w:t xml:space="preserve">[48:18] </w:t>
      </w:r>
      <w:r>
        <w:t>to aik example unhon ne diya hai ke baap ka concern apni aulaad ke baray mein kya hona chahiye. woh hona chahiye us ke deen ke baray mein.</w:t>
      </w:r>
    </w:p>
    <w:p>
      <w:pPr>
        <w:jc w:val="right"/>
      </w:pPr>
      <w:r>
        <w:t>تو ایک ایگزامپل انہوں نے دیا ہے کہ باپ کا کنسرن اپنی اولاد کے بارے میں کیا ہونا چاہیے۔ وہ ہونا چاہیے اس کے دین کے بارے میں۔</w:t>
      </w:r>
    </w:p>
    <w:p>
      <w:r>
        <w:rPr>
          <w:b/>
        </w:rPr>
        <w:t xml:space="preserve">[48:32] </w:t>
      </w:r>
      <w:r>
        <w:t>yaani jahan tak business ki baat hai, dunya ki baat hai, maal ki baat hai, woh to aadmi apne aap hi dorr dhoop kar karta hai. is ke liye kuch kehne ki zaroorat nahi hai.</w:t>
      </w:r>
    </w:p>
    <w:p>
      <w:pPr>
        <w:jc w:val="right"/>
      </w:pPr>
      <w:r>
        <w:t>یعنی جہاں تک بزنس کی بات ہے، دنیا کی بات ہے، مال کی بات ہے، وہ تو آدمی اپنے آپ ہی دوڑ دھوپ کر کرتا ہے۔ اس کے لیے کچھ کہنے کی ضرورت نہیں ہے۔</w:t>
      </w:r>
    </w:p>
    <w:p>
      <w:r>
        <w:rPr>
          <w:b/>
        </w:rPr>
        <w:t xml:space="preserve">[48:45] </w:t>
      </w:r>
      <w:r>
        <w:t>bachon se yeh kehne ki zaroorat nahi hai ke dekho achi business karna hai, tum woh to karenge, karenge.</w:t>
      </w:r>
    </w:p>
    <w:p>
      <w:pPr>
        <w:jc w:val="right"/>
      </w:pPr>
      <w:r>
        <w:t>بچوں سے یہ کہنے کی ضرورت نہیں ہے کہ دیکھو اچھی بزنس کرنا ہے، تم وہ تو کریں گے، کریں گے۔</w:t>
      </w:r>
    </w:p>
    <w:p>
      <w:r>
        <w:rPr>
          <w:b/>
        </w:rPr>
        <w:t xml:space="preserve">[48:54] </w:t>
      </w:r>
      <w:r>
        <w:t>to baap ka concern apni aulaad ke baray mein kya hona chahiye, is ke liye hamein yahan namoona mil raha hai ke Hazrat Yaqoob ne ab apne beton se kaha ke dekho tum ko bhi usi ki ibadat karna hai jis ki ibadat mein karta tha.</w:t>
      </w:r>
    </w:p>
    <w:p>
      <w:pPr>
        <w:jc w:val="right"/>
      </w:pPr>
      <w:r>
        <w:t>تو باپ کا کنسرن اپنی اولاد کے بارے میں کیا ہونا چاہیے، اس کے لیے ہمیں یہاں نمونہ مل رہا ہے کہ حضرت یعقوب نے اب اپنے بیٹوں سے کہا کہ دیکھو تم کو بھی اسی کی عبادت کرنا ہے جس کی عبادت میں کرتا تھا۔</w:t>
      </w:r>
    </w:p>
    <w:p>
      <w:r>
        <w:rPr>
          <w:b/>
        </w:rPr>
        <w:t xml:space="preserve">[49:13] </w:t>
      </w:r>
      <w:r>
        <w:t>tum ko bhi usi deen par qaim rehna hai jis ke jis deen par mein qaim tha.</w:t>
      </w:r>
    </w:p>
    <w:p>
      <w:pPr>
        <w:jc w:val="right"/>
      </w:pPr>
      <w:r>
        <w:t>تم کو بھی اسی دین پر قائم رہنا ہے جس کے جس دین پر میں قائم تھا۔</w:t>
      </w:r>
    </w:p>
    <w:p>
      <w:r>
        <w:rPr>
          <w:b/>
        </w:rPr>
        <w:t xml:space="preserve">[49:20] </w:t>
      </w:r>
      <w:r>
        <w:t>to kaha ke peghambar apni aulaad ke baray mein us ke deen ki fikr karta hai. yahi har baap ka tareeqa hona chahiye.</w:t>
      </w:r>
    </w:p>
    <w:p>
      <w:pPr>
        <w:jc w:val="right"/>
      </w:pPr>
      <w:r>
        <w:t>تو کہا کہ پیغمبر اپنی اولاد کے بارے میں اس کے دین کی فکر کرتا ہے۔ یہی ہر باپ کا طریقہ ہونا چاہیے۔</w:t>
      </w:r>
    </w:p>
    <w:p>
      <w:r>
        <w:rPr>
          <w:b/>
        </w:rPr>
        <w:t xml:space="preserve">[49:33] </w:t>
      </w:r>
      <w:r>
        <w:t>har baap ka tareeqa yahi hona chahiye.</w:t>
      </w:r>
    </w:p>
    <w:p>
      <w:pPr>
        <w:jc w:val="right"/>
      </w:pPr>
      <w:r>
        <w:t>ہر باپ کا طریقہ یہی ہونا چاہیے۔</w:t>
      </w:r>
    </w:p>
    <w:p>
      <w:r>
        <w:rPr>
          <w:b/>
        </w:rPr>
        <w:t xml:space="preserve">[49:38] </w:t>
      </w:r>
      <w:r>
        <w:t>yaani dunyaavi saaz o saman ki fikr yeh koi sahi tareeqa nahi hai.</w:t>
      </w:r>
    </w:p>
    <w:p>
      <w:pPr>
        <w:jc w:val="right"/>
      </w:pPr>
      <w:r>
        <w:t>یعنی دنیاوی ساز سامان کی فکر یہ کوئی صحیح طریقہ نہیں ہے۔</w:t>
      </w:r>
    </w:p>
    <w:p>
      <w:r>
        <w:rPr>
          <w:b/>
        </w:rPr>
        <w:t xml:space="preserve">[49:46] </w:t>
      </w:r>
      <w:r>
        <w:t>is mein aik baat yeh bhi samajh lijiye ke dunyaavi cheezein woh to ba-taur imtehan milti hain har aik ko. yaani baap agar baap yeh soche ke mujhe bachon ko property dena hai, bachon ko business dena hai,</w:t>
      </w:r>
    </w:p>
    <w:p>
      <w:pPr>
        <w:jc w:val="right"/>
      </w:pPr>
      <w:r>
        <w:t>اس میں ایک بات یہ بھی سمجھ لیجئے کہ دنیاوی چیزیں وہ تو بطور امتحان ملتی ہیں ہر ایک کو۔ یعنی باپ اگر باپ یہ سوچے کہ مجھے بچوں کو پراپرٹی دینا ہے، بچوں کو بزنس دینا ہے،</w:t>
      </w:r>
    </w:p>
    <w:p>
      <w:r>
        <w:rPr>
          <w:b/>
        </w:rPr>
        <w:t xml:space="preserve">[50:03] </w:t>
      </w:r>
      <w:r>
        <w:t>aur bachon ke sab cheez de kar marna hai, to yeh soch is ki goya khuda ke domain mein dakhil hone ke barabar hai.</w:t>
      </w:r>
    </w:p>
    <w:p>
      <w:pPr>
        <w:jc w:val="right"/>
      </w:pPr>
      <w:r>
        <w:t>اور بچوں کے سب چیز دے کر مرنا ہے، تو یہ سوچ اس کی گویا خدا کے ڈومین میں داخل ہونے کے برابر ہے۔</w:t>
      </w:r>
    </w:p>
    <w:p>
      <w:r>
        <w:rPr>
          <w:b/>
        </w:rPr>
        <w:t xml:space="preserve">[50:12] </w:t>
      </w:r>
      <w:r>
        <w:t>yeh to khuda ka domain hai.</w:t>
      </w:r>
    </w:p>
    <w:p>
      <w:pPr>
        <w:jc w:val="right"/>
      </w:pPr>
      <w:r>
        <w:t>یہ تو خدا کا ڈومین ہے۔</w:t>
      </w:r>
    </w:p>
    <w:p>
      <w:r>
        <w:rPr>
          <w:b/>
        </w:rPr>
        <w:t xml:space="preserve">[50:16] </w:t>
      </w:r>
      <w:r>
        <w:t>Aap apne bachchon ko kuch nahi de sakte kyunke jo cheez milni hai woh to bator yani test paper ki milni hai.</w:t>
      </w:r>
    </w:p>
    <w:p>
      <w:pPr>
        <w:jc w:val="right"/>
      </w:pPr>
      <w:r>
        <w:t>آپ اپنے بچوں کو کچھ نہیں دے سکتے کیونکہ جو چیز ملنی ہے وہ تو بطور یعنی ٹیسٹ پیپر کی ملنی ہے۔</w:t>
      </w:r>
    </w:p>
    <w:p>
      <w:r>
        <w:rPr>
          <w:b/>
        </w:rPr>
        <w:t xml:space="preserve">[50:28] </w:t>
      </w:r>
      <w:r>
        <w:t>Yaad rakhiye is duniya mein kisi ko political power mile ya maal mile ya kuch bhi mile to woh test paper hi hota hai.</w:t>
      </w:r>
    </w:p>
    <w:p>
      <w:pPr>
        <w:jc w:val="right"/>
      </w:pPr>
      <w:r>
        <w:t>یاد رکھیے اس دنیا میں کسی کو پولیٹیکل پاور ملے یا مال ملے یا کچھ بھی ملے تو وہ ٹیسٹ پیپر ہی ہوتا ہے۔</w:t>
      </w:r>
    </w:p>
    <w:p>
      <w:r>
        <w:rPr>
          <w:b/>
        </w:rPr>
        <w:t xml:space="preserve">[50:37] </w:t>
      </w:r>
      <w:r>
        <w:t>Yahan poverty bhi test paper hai aur daulat bhi test paper hai. Aur khuda ki taraf se woh decide ki jati hai.</w:t>
      </w:r>
    </w:p>
    <w:p>
      <w:pPr>
        <w:jc w:val="right"/>
      </w:pPr>
      <w:r>
        <w:t>یہاں پاورٹی بھی ٹیسٹ پیپر ہے اور دولت بھی ٹیسٹ پیپر ہے۔ اور خدا کی طرف سے وہ ڈیسائیڈ کی جاتی ہے۔</w:t>
      </w:r>
    </w:p>
    <w:p>
      <w:r>
        <w:rPr>
          <w:b/>
        </w:rPr>
        <w:t xml:space="preserve">[50:49] </w:t>
      </w:r>
      <w:r>
        <w:t>Kisi baap ki taraf se decide nahi hoti hai. Woh to to sahi baap kaun hai jo test paper ke mamle ko khuda par dale?</w:t>
      </w:r>
    </w:p>
    <w:p>
      <w:pPr>
        <w:jc w:val="right"/>
      </w:pPr>
      <w:r>
        <w:t>کسی باپ کی طرف سے ڈیسائیڈ نہیں ہوتی ہے۔ وہ تو تو صحیح باپ کون ہے جو ٹیسٹ پیپر کے معاملے کو خدا پر ڈالے؟</w:t>
      </w:r>
    </w:p>
    <w:p>
      <w:r>
        <w:rPr>
          <w:b/>
        </w:rPr>
        <w:t xml:space="preserve">[51:03] </w:t>
      </w:r>
      <w:r>
        <w:t>Test paper ke mamle mein ko khuda ke upar dale. Aur iski jo apni zimmedari hai woh yeh hai ke apne bachchon ke deen ki fikr kare, iske deeni future ki fikr kare, iski akhirat ki fikr kare</w:t>
      </w:r>
    </w:p>
    <w:p>
      <w:pPr>
        <w:jc w:val="right"/>
      </w:pPr>
      <w:r>
        <w:t>ٹیسٹ پیپر کے معاملے میں کو خدا کے اوپر ڈالے۔ اور اس کی جو اپنی ذمہ داری ہے وہ یہ ہے کہ اپنے بچوں کے دین کی فکر کرے، اس کے دینی فیوچر کی فکر کرے، اس کی آخرت کی فکر کرے</w:t>
      </w:r>
    </w:p>
    <w:p>
      <w:r>
        <w:rPr>
          <w:b/>
        </w:rPr>
        <w:t xml:space="preserve">[51:21] </w:t>
      </w:r>
      <w:r>
        <w:t>Jo ke eternal life hai. Aaj ki duniya mein kya hai? Das, bees saal, chaar saal, chalis saal, pachas saal aadmi rahega. Aur jo eternal life hai, jo hamesha wali jo hai, million, billion se bhi zyada,</w:t>
      </w:r>
    </w:p>
    <w:p>
      <w:pPr>
        <w:jc w:val="right"/>
      </w:pPr>
      <w:r>
        <w:t>جو کہ ایٹرنل لائف ہے۔ آج کی دنیا میں کیا ہے؟ دس، بیس سال، چار سال، چالیس سال، پچاس سال آدمی رہے گا۔ اور جو ایٹرنل لائف ہے، جو ہمیشہ والی جو ہے، ملین، بلین سے بھی زیادہ،</w:t>
      </w:r>
    </w:p>
    <w:p>
      <w:r>
        <w:rPr>
          <w:b/>
        </w:rPr>
        <w:t xml:space="preserve">[51:36] </w:t>
      </w:r>
      <w:r>
        <w:t>Woh to akhirat mein hai. To to baap ko apni aulad ke bare mein eternal life ki fikr karna hai.</w:t>
      </w:r>
    </w:p>
    <w:p>
      <w:pPr>
        <w:jc w:val="right"/>
      </w:pPr>
      <w:r>
        <w:t>وہ تو آخرت میں ہے۔ تو تو باپ کو اپنی اولاد کے بارے میں ایٹرنل لائف کی فکر کرنا ہے۔</w:t>
      </w:r>
    </w:p>
    <w:p>
      <w:r>
        <w:rPr>
          <w:b/>
        </w:rPr>
        <w:t xml:space="preserve">[51:49] </w:t>
      </w:r>
      <w:r>
        <w:t>Iske liye sochna hai ke mere bachche mere baad deen par qaim rahein, deen se hat kar unki zindagi ka naqsha na bane.</w:t>
      </w:r>
    </w:p>
    <w:p>
      <w:pPr>
        <w:jc w:val="right"/>
      </w:pPr>
      <w:r>
        <w:t>اس کے لیے سوچنا ہے کہ میرے بچے میرے بعد دین پر قائم رہیں، دین سے ہٹ کر ان کی زندگی کا نقشہ نہ بنے۔</w:t>
      </w:r>
    </w:p>
    <w:p>
      <w:r>
        <w:rPr>
          <w:b/>
        </w:rPr>
        <w:t xml:space="preserve">[52:04] </w:t>
      </w:r>
      <w:r>
        <w:t>Iske baad dekhiye Surah Baqarah ki ayat number 37, dekhiye verse number 37,</w:t>
      </w:r>
    </w:p>
    <w:p>
      <w:pPr>
        <w:jc w:val="right"/>
      </w:pPr>
      <w:r>
        <w:t>اس کے بعد دیکھیے سورہ بقرہ کی آیت نمبر 37، دیکھیے ورس نمبر 37،</w:t>
      </w:r>
    </w:p>
    <w:p>
      <w:r>
        <w:rPr>
          <w:b/>
        </w:rPr>
        <w:t xml:space="preserve">[52:15] </w:t>
      </w:r>
      <w:r>
        <w:t>Is mein farmaya ke yani ahle iman ko khitab karte hue ke fa in amanū bimathli mā āman tum bihi faqad ihtadū fa in amanū bimathli mā āman tum bihi faqad ihtadū yeh hai verse number 137, yeh bohat hi important verse hai.</w:t>
      </w:r>
    </w:p>
    <w:p>
      <w:pPr>
        <w:jc w:val="right"/>
      </w:pPr>
      <w:r>
        <w:t>اس میں فرمایا کہ یعنی اہل ایمان کو خطاب کرتے ہوئے کہ فإن آمنوا بمثل ما آمنتم به فقد اهتدوا فإن آمنوا بمثل ما آمنتم به فقد اهتدوا یہ ہے ورس نمبر 137، یہ بہت ہی امپورٹنٹ ورس ہے۔</w:t>
      </w:r>
    </w:p>
    <w:p>
      <w:r>
        <w:rPr>
          <w:b/>
        </w:rPr>
        <w:t xml:space="preserve">[52:45] </w:t>
      </w:r>
      <w:r>
        <w:t>Iska matlab yeh hai ke</w:t>
      </w:r>
    </w:p>
    <w:p>
      <w:pPr>
        <w:jc w:val="right"/>
      </w:pPr>
      <w:r>
        <w:t>اس کا مطلب یہ ہے کہ</w:t>
      </w:r>
    </w:p>
    <w:p>
      <w:r>
        <w:rPr>
          <w:b/>
        </w:rPr>
        <w:t xml:space="preserve">[52:49] </w:t>
      </w:r>
      <w:r>
        <w:t>Ke Sahaba yani companion jo the prophet ke, unko is mein criteria bataya gaya ke tumhari tarah se yani ab baad ko jo iman layein,</w:t>
      </w:r>
    </w:p>
    <w:p>
      <w:pPr>
        <w:jc w:val="right"/>
      </w:pPr>
      <w:r>
        <w:t>کہ صحابہ یعنی کمپینین جو تھے پرافٹ کے، ان کو اس میں کرائٹیریا بتایا گیا کہ تمہاری طرح سے یعنی اب بعد کو جو ایمان لائیں،</w:t>
      </w:r>
    </w:p>
    <w:p>
      <w:r>
        <w:rPr>
          <w:b/>
        </w:rPr>
        <w:t xml:space="preserve">[53:05] </w:t>
      </w:r>
      <w:r>
        <w:t>To agar woh isi tarah se iman layein, isi pattern ko apnayein jo pattern tumhara hai yani companion of the prophet ka, tab woh hidayat payein ge.</w:t>
      </w:r>
    </w:p>
    <w:p>
      <w:pPr>
        <w:jc w:val="right"/>
      </w:pPr>
      <w:r>
        <w:t>تو اگر وہ اسی طرح سے ایمان لائیں، اسی پیٹرن کو اپنائیں جو پیٹرن تمہارا ہے یعنی کمپینین آف دا پرافٹ کا، تب وہ ہدایت پائیں گے۔</w:t>
      </w:r>
    </w:p>
    <w:p>
      <w:r>
        <w:rPr>
          <w:b/>
        </w:rPr>
        <w:t xml:space="preserve">[53:16] </w:t>
      </w:r>
      <w:r>
        <w:t>Tab woh khuda ke haan hidayat paye hue maane jayenge.</w:t>
      </w:r>
    </w:p>
    <w:p>
      <w:pPr>
        <w:jc w:val="right"/>
      </w:pPr>
      <w:r>
        <w:t>تب وہ خدا کے ہاں ہدایت پائے ہوئے مانے جائیں گے۔</w:t>
      </w:r>
    </w:p>
    <w:p>
      <w:r>
        <w:rPr>
          <w:b/>
        </w:rPr>
        <w:t xml:space="preserve">[53:22] </w:t>
      </w:r>
      <w:r>
        <w:t>Fa in amanū bimathli mā āman tum bihi faqad ihtadū agar woh log iman layein is tarah jis tarah se Sahaba iman laye hain,</w:t>
      </w:r>
    </w:p>
    <w:p>
      <w:pPr>
        <w:jc w:val="right"/>
      </w:pPr>
      <w:r>
        <w:t>فإن آمنتم بمثل ما آمنتم به فقد اهتدوا اگر وہ لوگ ایمان لائیں اس طرح جس طرح سے صحابہ ایمان لائے ہیں،</w:t>
      </w:r>
    </w:p>
    <w:p>
      <w:r>
        <w:rPr>
          <w:b/>
        </w:rPr>
        <w:t xml:space="preserve">[53:35] </w:t>
      </w:r>
      <w:r>
        <w:t>Tab woh khuda ke nazdeek hidayat paye hue phirrein ge. Iska maani yeh hua ke criteria jo hai bata diya gaya.</w:t>
      </w:r>
    </w:p>
    <w:p>
      <w:pPr>
        <w:jc w:val="right"/>
      </w:pPr>
      <w:r>
        <w:t>تب وہ خدا کے نزدیک ہدایت پائے ہوئے پھریں گے۔ اس کا معنی یہ ہوا کہ کرائٹیرین جو ہے بتا دیا گیا۔</w:t>
      </w:r>
    </w:p>
    <w:p>
      <w:r>
        <w:rPr>
          <w:b/>
        </w:rPr>
        <w:t xml:space="preserve">[53:48] </w:t>
      </w:r>
      <w:r>
        <w:t>Criteria, criteria sirf companion of the prophets hai aur koi criteria nahi hai. Koi buzurg, koi aalim, koi bhi, koi bhi aisa nahi hai jiski hesiyat criteria ki ho,</w:t>
      </w:r>
    </w:p>
    <w:p>
      <w:pPr>
        <w:jc w:val="right"/>
      </w:pPr>
      <w:r>
        <w:t>کرائٹیرین، کرائٹیرین صرف کمپینین آف دا پرافٹس ہے اور کوئی کرائٹیرین نہیں ہے۔ کوئی بزرگ، کوئی عالم، کوئی بھی، کوئی بھی ایسا نہیں ہے جس کی حیثیت کرائٹیرین کی ہو،</w:t>
      </w:r>
    </w:p>
    <w:p>
      <w:r>
        <w:rPr>
          <w:b/>
        </w:rPr>
        <w:t xml:space="preserve">[54:08] </w:t>
      </w:r>
      <w:r>
        <w:t>Namune ki ho.</w:t>
      </w:r>
    </w:p>
    <w:p>
      <w:pPr>
        <w:jc w:val="right"/>
      </w:pPr>
      <w:r>
        <w:t>نمونے کی ہو۔</w:t>
      </w:r>
    </w:p>
    <w:p>
      <w:r>
        <w:rPr>
          <w:b/>
        </w:rPr>
        <w:t xml:space="preserve">[54:13] </w:t>
      </w:r>
      <w:r>
        <w:t>To yeh bohat hi important baat hai ke bator criteria hamein sirf Sahaba ko dekhna hai. Kisi aur ko agar hum refer karein to woh ek ek gumrahi ki baat hogi.</w:t>
      </w:r>
    </w:p>
    <w:p>
      <w:pPr>
        <w:jc w:val="right"/>
      </w:pPr>
      <w:r>
        <w:t>تو یہ بہت ہی امپورٹنٹ بات ہے کہ بطور کرائٹیرین ہمیں صرف صحابہ کو دیکھنا ہے۔ کسی اور کو اگر ہم ریفر کریں تو وہ ایک ایک گمراہی کی بات ہوگی۔</w:t>
      </w:r>
    </w:p>
    <w:p>
      <w:r>
        <w:rPr>
          <w:b/>
        </w:rPr>
        <w:t xml:space="preserve">[54:27] </w:t>
      </w:r>
      <w:r>
        <w:t>Hum sirf Sahaba hi ko refer kar sakte hain, kisi aur ko nahi namune ke liye. Ab dekhiye ke Sahaba kaise the, companion jo prophet ke the, woh kaise the.</w:t>
      </w:r>
    </w:p>
    <w:p>
      <w:pPr>
        <w:jc w:val="right"/>
      </w:pPr>
      <w:r>
        <w:t>ہم صرف صحابہ ہی کو ریفر کر سکتے ہیں، کسی اور کو نہیں نمونے کے لیے۔ اب دیکھیے کہ صحابہ کیسے تھے، کمپینین جو پرافٹ کے تھے، وہ کیسے تھے۔</w:t>
      </w:r>
    </w:p>
    <w:p>
      <w:r>
        <w:rPr>
          <w:b/>
        </w:rPr>
        <w:t xml:space="preserve">[54:45] </w:t>
      </w:r>
      <w:r>
        <w:t>Sabse pehli baat yeh hai</w:t>
      </w:r>
    </w:p>
    <w:p>
      <w:pPr>
        <w:jc w:val="right"/>
      </w:pPr>
      <w:r>
        <w:t>سب سے پہلی بات یہ ہے</w:t>
      </w:r>
    </w:p>
    <w:p>
      <w:r>
        <w:rPr>
          <w:b/>
        </w:rPr>
        <w:t xml:space="preserve">[54:50] </w:t>
      </w:r>
      <w:r>
        <w:t>Ke unhone yeh sab log pehle Islam mein nahi the, Islam ke bahar the. Phir woh Islam mein aaye yani Islam unke liye discovery tha.</w:t>
      </w:r>
    </w:p>
    <w:p>
      <w:pPr>
        <w:jc w:val="right"/>
      </w:pPr>
      <w:r>
        <w:t>کہ انہوں نے یہ سب لوگ پہلے اسلام میں نہیں تھے، اسلام کے باہر تھے۔ پھر وہ اسلام میں آئے یعنی اسلام ان کے لیے ڈسکوری تھا۔</w:t>
      </w:r>
    </w:p>
    <w:p>
      <w:r>
        <w:rPr>
          <w:b/>
        </w:rPr>
        <w:t xml:space="preserve">[55:08] </w:t>
      </w:r>
      <w:r>
        <w:t>Aap ghaur kijiye ke jitne bhi companion hain prophet ke, woh sab log Islam se bahar the.</w:t>
      </w:r>
    </w:p>
    <w:p>
      <w:pPr>
        <w:jc w:val="right"/>
      </w:pPr>
      <w:r>
        <w:t>آپ غور کیجئے کہ جتنے بھی کمپینین ہیں پرافٹ کے، وہ سب لوگ اسلام سے باہر تھے۔</w:t>
      </w:r>
    </w:p>
    <w:p>
      <w:r>
        <w:rPr>
          <w:b/>
        </w:rPr>
        <w:t xml:space="preserve">[55:17] </w:t>
      </w:r>
      <w:r>
        <w:t>Unka mazhab kuch aur tha, unka tareeqa kuch aur tha. Phir Rasool Allah ke zariye jab unko</w:t>
      </w:r>
    </w:p>
    <w:p>
      <w:pPr>
        <w:jc w:val="right"/>
      </w:pPr>
      <w:r>
        <w:t>ان کا مذہب کچھ اور تھا، ان کا طریقہ کچھ اور تھا۔ پھر رسول اللہ کے ذریعے جب ان کو</w:t>
      </w:r>
    </w:p>
    <w:p>
      <w:r>
        <w:rPr>
          <w:b/>
        </w:rPr>
        <w:t xml:space="preserve">[55:29] </w:t>
      </w:r>
      <w:r>
        <w:t>sachai ka paigham mila to unhon ne socha, aur soch kar ke un par sachai khuli to unhon ne islam ko ikhtiyar kar liya.</w:t>
      </w:r>
    </w:p>
    <w:p>
      <w:pPr>
        <w:jc w:val="right"/>
      </w:pPr>
      <w:r>
        <w:t>سچائی کا پیغام ملا تو انہوں نے سوچا، اور سوچ کر کے ان پر سچائی کھلی تو انہوں نے اسلام کو اختیار کر لیا۔</w:t>
      </w:r>
    </w:p>
    <w:p>
      <w:r>
        <w:rPr>
          <w:b/>
        </w:rPr>
        <w:t xml:space="preserve">[55:41] </w:t>
      </w:r>
      <w:r>
        <w:t>is ka matlab kya hua ke profit ka jo ye profit ke companion ka jo iman tha, wo discovery se shuru hua,</w:t>
      </w:r>
    </w:p>
    <w:p>
      <w:pPr>
        <w:jc w:val="right"/>
      </w:pPr>
      <w:r>
        <w:t>اس کا مطلب کیا ہوا کہ پرافٹ کا جو یہ پرافٹ کے کمپینین کا جو ایمان تھا، وہ ڈسکوری سے شروع ہوا،</w:t>
      </w:r>
    </w:p>
    <w:p>
      <w:r>
        <w:rPr>
          <w:b/>
        </w:rPr>
        <w:t xml:space="preserve">[55:53] </w:t>
      </w:r>
      <w:r>
        <w:t>realization se shuru hua. yani paidaishi taur par nahi shuru hua, paidaishi taur par nahi shuru hua, balke realization se shuru hua.</w:t>
      </w:r>
    </w:p>
    <w:p>
      <w:pPr>
        <w:jc w:val="right"/>
      </w:pPr>
      <w:r>
        <w:t>ریلائزیشن سے شروع ہوا۔ یعنی پیدائشی طور پر نہیں شروع ہوا، پیدائشی طور پر نہیں شروع ہوا، بلکہ ریلائزیشن سے شروع ہوا۔</w:t>
      </w:r>
    </w:p>
    <w:p>
      <w:r>
        <w:rPr>
          <w:b/>
        </w:rPr>
        <w:t xml:space="preserve">[56:04] </w:t>
      </w:r>
      <w:r>
        <w:t>unhon ne realize kiya sachai ko aur mana is ko. yahan se un ka iman shuru hua.</w:t>
      </w:r>
    </w:p>
    <w:p>
      <w:pPr>
        <w:jc w:val="right"/>
      </w:pPr>
      <w:r>
        <w:t>انہوں نے ریلائز کیا سچائی کو اور مانا اس کو۔ یہاں سے ان کا ایمان شروع ہوا۔</w:t>
      </w:r>
    </w:p>
    <w:p>
      <w:r>
        <w:rPr>
          <w:b/>
        </w:rPr>
        <w:t xml:space="preserve">[56:14] </w:t>
      </w:r>
      <w:r>
        <w:t>is ka matlab kya hua? sare sahaba ke liye iman aur islam un ki discovery tha.</w:t>
      </w:r>
    </w:p>
    <w:p>
      <w:pPr>
        <w:jc w:val="right"/>
      </w:pPr>
      <w:r>
        <w:t>اس کا مطلب کیا ہوا؟ سارے صحابہ کے لیے ایمان اور اسلام ان کی ڈسکوری تھا۔</w:t>
      </w:r>
    </w:p>
    <w:p>
      <w:r>
        <w:rPr>
          <w:b/>
        </w:rPr>
        <w:t xml:space="preserve">[56:24] </w:t>
      </w:r>
      <w:r>
        <w:t>yahi pattern baad ke logon ke liye bhi hai.</w:t>
      </w:r>
    </w:p>
    <w:p>
      <w:pPr>
        <w:jc w:val="right"/>
      </w:pPr>
      <w:r>
        <w:t>یہی پیٹرن بعد کے لوگوں کے لیے بھی ہے۔</w:t>
      </w:r>
    </w:p>
    <w:p>
      <w:r>
        <w:rPr>
          <w:b/>
        </w:rPr>
        <w:t xml:space="preserve">[56:31] </w:t>
      </w:r>
      <w:r>
        <w:t>paida hona yani ek aadmi muslim family mein paida ho gaya, ye kafi nahi hai.</w:t>
      </w:r>
    </w:p>
    <w:p>
      <w:pPr>
        <w:jc w:val="right"/>
      </w:pPr>
      <w:r>
        <w:t>پیدا ہونا یعنی ایک آدمی مسلم فیملی میں پیدا ہو گیا، یہ کافی نہیں ہے۔</w:t>
      </w:r>
    </w:p>
    <w:p>
      <w:r>
        <w:rPr>
          <w:b/>
        </w:rPr>
        <w:t xml:space="preserve">[56:39] </w:t>
      </w:r>
      <w:r>
        <w:t>is ko bhi discover karna hai, marifat ke darje mein, realization ke darje mein. to main ye kahunga ke</w:t>
      </w:r>
    </w:p>
    <w:p>
      <w:pPr>
        <w:jc w:val="right"/>
      </w:pPr>
      <w:r>
        <w:t>اس کو بھی ڈسکور کرنا ہے، معرفت کے درجے میں، ریلائزیشن کے درجے میں۔ تو میں یہ کہوں گا کہ</w:t>
      </w:r>
    </w:p>
    <w:p>
      <w:r>
        <w:rPr>
          <w:b/>
        </w:rPr>
        <w:t xml:space="preserve">[56:50] </w:t>
      </w:r>
      <w:r>
        <w:t>ke sahaba ke liye agar islam discovery tha to aaj ke musalmanon ke liye islam re discovery hoga.</w:t>
      </w:r>
    </w:p>
    <w:p>
      <w:pPr>
        <w:jc w:val="right"/>
      </w:pPr>
      <w:r>
        <w:t>کہ صحابہ کے لیے اگر اسلام ڈسکوری تھا تو آج کے مسلمانوں کے لیے اسلام ری ڈسکوری ہوگا۔</w:t>
      </w:r>
    </w:p>
    <w:p>
      <w:r>
        <w:rPr>
          <w:b/>
        </w:rPr>
        <w:t xml:space="preserve">[57:01] </w:t>
      </w:r>
      <w:r>
        <w:t>tab Allah taala ke haan qabool kiya jayega.</w:t>
      </w:r>
    </w:p>
    <w:p>
      <w:pPr>
        <w:jc w:val="right"/>
      </w:pPr>
      <w:r>
        <w:t>تب اللہ تعالیٰ کے ہاں قبول کیا جائے گا۔</w:t>
      </w:r>
    </w:p>
    <w:p>
      <w:r>
        <w:rPr>
          <w:b/>
        </w:rPr>
        <w:t xml:space="preserve">[57:05] </w:t>
      </w:r>
      <w:r>
        <w:t>aaj ke musalmanon ko</w:t>
      </w:r>
    </w:p>
    <w:p>
      <w:pPr>
        <w:jc w:val="right"/>
      </w:pPr>
      <w:r>
        <w:t>آج کے مسلمانوں کو</w:t>
      </w:r>
    </w:p>
    <w:p>
      <w:r>
        <w:rPr>
          <w:b/>
        </w:rPr>
        <w:t xml:space="preserve">[57:09] </w:t>
      </w:r>
      <w:r>
        <w:t>chahiye ke wo apne islam ko re discovery banayen. re discovery ka matlab ye hai ke phir se usi darje mein islam ko daryaft karen jis darje mein sahaba ne daryaft kiya tha.</w:t>
      </w:r>
    </w:p>
    <w:p>
      <w:pPr>
        <w:jc w:val="right"/>
      </w:pPr>
      <w:r>
        <w:t>چاہیے کہ وہ اپنے اسلام کو ری ڈسکوری بنائیں۔ ری ڈسکوری کا مطلب یہ ہے کہ پھر سے اسی درجے میں اسلام کو دریافت کریں جس درجے میں صحابہ نے دریافت کیا تھا۔</w:t>
      </w:r>
    </w:p>
    <w:p>
      <w:r>
        <w:rPr>
          <w:b/>
        </w:rPr>
        <w:t xml:space="preserve">[57:24] </w:t>
      </w:r>
      <w:r>
        <w:t>to sahaba ke liye islam discovery tha aur aaj ke musalmanon ke liye islam re discovery hoga. tab wo Allah taala ke haan qabool kiya jayega.</w:t>
      </w:r>
    </w:p>
    <w:p>
      <w:pPr>
        <w:jc w:val="right"/>
      </w:pPr>
      <w:r>
        <w:t>تو صحابہ کے لیے اسلام ڈسکوری تھا اور آج کے مسلمانوں کے لیے اسلام ری ڈسکوری ہوگا۔ تب وہ اللہ تعالیٰ کے ہاں قبول کیا جائے گا۔</w:t>
      </w:r>
    </w:p>
    <w:p>
      <w:r>
        <w:rPr>
          <w:b/>
        </w:rPr>
        <w:t xml:space="preserve">[57:37] </w:t>
      </w:r>
      <w:r>
        <w:t>aqool qawli hadha wastaghfirullah li walakum ajmaeen.</w:t>
      </w:r>
    </w:p>
    <w:p>
      <w:pPr>
        <w:jc w:val="right"/>
      </w:pPr>
      <w:r>
        <w:t>أقول قولي هذا واستغفر 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