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 -e-Quran 3 July 2007 Ch. 2 verses 219, 238, 249 &amp; 255</w:t>
      </w:r>
    </w:p>
    <w:p>
      <w:r>
        <w:t>https://youtu.be/R3NkkhEn-XA</w:t>
      </w:r>
    </w:p>
    <w:p>
      <w:r>
        <w:rPr>
          <w:b/>
        </w:rPr>
        <w:t xml:space="preserve">[00:11] </w:t>
      </w:r>
      <w:r>
        <w:t>wasallallahu ala nabiyil kareem. rab ishrah li sadri, wayassir li amri, wahluqdatan min lisani, yafqahu qawli.</w:t>
      </w:r>
    </w:p>
    <w:p>
      <w:pPr>
        <w:jc w:val="right"/>
      </w:pPr>
      <w:r>
        <w:t>وصلی اللہ علی النبی الکریم۔ رب اشرح لی صدری، ویسر لی امری، واحل العقدۃ من لسانی، یفقہ قولی۔</w:t>
      </w:r>
    </w:p>
    <w:p>
      <w:r>
        <w:rPr>
          <w:b/>
        </w:rPr>
        <w:t xml:space="preserve">[00:29] </w:t>
      </w:r>
      <w:r>
        <w:t>ye dars-e-quran hai.</w:t>
      </w:r>
    </w:p>
    <w:p>
      <w:pPr>
        <w:jc w:val="right"/>
      </w:pPr>
      <w:r>
        <w:t>یہ درس قرآن ہے۔</w:t>
      </w:r>
    </w:p>
    <w:p>
      <w:r>
        <w:rPr>
          <w:b/>
        </w:rPr>
        <w:t xml:space="preserve">[00:35] </w:t>
      </w:r>
      <w:r>
        <w:t>quran ke dars ka tareeqa ek ye hai ke poora quran silsila war liya jaye, ek ek surah ko aur ek ek hisse ko silsila war bayan kiya jaye.</w:t>
      </w:r>
    </w:p>
    <w:p>
      <w:pPr>
        <w:jc w:val="right"/>
      </w:pPr>
      <w:r>
        <w:t>قرآن کے درس کا طریقہ ایک یہ ہے کہ پورا قرآن سلسلہ وار لیا جائے، ایک ایک سورہ کو اور ایک ایک حصے کو سلسلہ وار بیان کیا جائے۔</w:t>
      </w:r>
    </w:p>
    <w:p>
      <w:r>
        <w:rPr>
          <w:b/>
        </w:rPr>
        <w:t xml:space="preserve">[00:54] </w:t>
      </w:r>
      <w:r>
        <w:t>dusra tareeqa ye hai ke</w:t>
      </w:r>
    </w:p>
    <w:p>
      <w:pPr>
        <w:jc w:val="right"/>
      </w:pPr>
      <w:r>
        <w:t>دوسرا طریقہ یہ ہے کہ</w:t>
      </w:r>
    </w:p>
    <w:p>
      <w:r>
        <w:rPr>
          <w:b/>
        </w:rPr>
        <w:t xml:space="preserve">[00:59] </w:t>
      </w:r>
      <w:r>
        <w:t>muntakhib andaaz mein is ke hisse liye jayen, yani selective verses ko le kar is ki tashreeh ki jaye.</w:t>
      </w:r>
    </w:p>
    <w:p>
      <w:pPr>
        <w:jc w:val="right"/>
      </w:pPr>
      <w:r>
        <w:t>منتخب انداز میں اس کے حصے لیے جائیں، یعنی سلیکٹیو ورسز کو لے کر اس کی تشریح کی جائے۔</w:t>
      </w:r>
    </w:p>
    <w:p>
      <w:r>
        <w:rPr>
          <w:b/>
        </w:rPr>
        <w:t xml:space="preserve">[01:11] </w:t>
      </w:r>
      <w:r>
        <w:t>dekhiye, rasool Allah sallallahu alaihi wasallam ke zamane mein jo tareeqa tha aur sahaba ke zamane mein jo tareeqa tha, wo yahi tha ke selective way mein kuch verses ko le kar dars diya jata tha.</w:t>
      </w:r>
    </w:p>
    <w:p>
      <w:pPr>
        <w:jc w:val="right"/>
      </w:pPr>
      <w:r>
        <w:t>دیکھیے، رسول اللہ صلی اللہ علیہ وسلم کے زمانے میں جو طریقہ تھا اور صحابہ کے زمانے میں جو طریقہ تھا، وہ یہی تھا کہ سلیکٹیو وے میں کچھ ورسز کو لے کر درس دیا جاتا تھا۔</w:t>
      </w:r>
    </w:p>
    <w:p>
      <w:r>
        <w:rPr>
          <w:b/>
        </w:rPr>
        <w:t xml:space="preserve">[01:26] </w:t>
      </w:r>
      <w:r>
        <w:t>silsila war dars ka tareeqa is zamane mein nahi tha, kyun ke quran utra nahi tha poora. quran jaisa ke maloom hai, fragmentary way mein 23 saal mein utra hai,</w:t>
      </w:r>
    </w:p>
    <w:p>
      <w:pPr>
        <w:jc w:val="right"/>
      </w:pPr>
      <w:r>
        <w:t>سلسلہ وار درس کا طریقہ اس زمانے میں نہیں تھا، کیونکہ قرآن اترا نہیں تھا پورا۔ قرآن جیسا کہ معلوم ہے، فریگمنٹری وے میں 23 سال میں اترا ہے،</w:t>
      </w:r>
    </w:p>
    <w:p>
      <w:r>
        <w:rPr>
          <w:b/>
        </w:rPr>
        <w:t xml:space="preserve">[01:42] </w:t>
      </w:r>
      <w:r>
        <w:t>23 years mein. aisa nahi hai ke ek kitab ki tarah ikatthe utar diya gaya ho.</w:t>
      </w:r>
    </w:p>
    <w:p>
      <w:pPr>
        <w:jc w:val="right"/>
      </w:pPr>
      <w:r>
        <w:t>23 ایئرز میں۔ ایسا نہیں ہے کہ ایک کتاب کی طرح اکٹھے اتار دیا گیا ہو۔</w:t>
      </w:r>
    </w:p>
    <w:p>
      <w:r>
        <w:rPr>
          <w:b/>
        </w:rPr>
        <w:t xml:space="preserve">[01:54] </w:t>
      </w:r>
      <w:r>
        <w:t>to 23 saal mein fragmentary way mein, fragmentary way mein is ki verses utari gayeen. un ko phir jod kar, compile kar ke wo quran banaya gaya jo aaj hamare paas hai.</w:t>
      </w:r>
    </w:p>
    <w:p>
      <w:pPr>
        <w:jc w:val="right"/>
      </w:pPr>
      <w:r>
        <w:t>تو 23 سال میں فریگمنٹری وے میں، فریگمنٹری وے میں اس کی ورسز اتاری گئیں۔ ان کو پھر جوڑ کر، کمپائل کر کے وہ قرآن بنایا گیا جو آج ہمارے پاس ہے۔</w:t>
      </w:r>
    </w:p>
    <w:p>
      <w:r>
        <w:rPr>
          <w:b/>
        </w:rPr>
        <w:t xml:space="preserve">[02:10] </w:t>
      </w:r>
      <w:r>
        <w:t>p</w:t>
      </w:r>
    </w:p>
    <w:p>
      <w:pPr>
        <w:jc w:val="right"/>
      </w:pPr>
      <w:r>
        <w:t>پ</w:t>
      </w:r>
    </w:p>
    <w:p>
      <w:r>
        <w:rPr>
          <w:b/>
        </w:rPr>
        <w:t xml:space="preserve">[02:11] </w:t>
      </w:r>
      <w:r>
        <w:t>har rasool Allah ke baad bhi quran ke likhe hue,</w:t>
      </w:r>
    </w:p>
    <w:p>
      <w:pPr>
        <w:jc w:val="right"/>
      </w:pPr>
      <w:r>
        <w:t>ھر رسول اللہ کے بعد بھی قرآن کے لکھے ہوئے،</w:t>
      </w:r>
    </w:p>
    <w:p>
      <w:r>
        <w:rPr>
          <w:b/>
        </w:rPr>
        <w:t xml:space="preserve">[02:20] </w:t>
      </w:r>
      <w:r>
        <w:t>quran likhi hui shakal mein</w:t>
      </w:r>
    </w:p>
    <w:p>
      <w:pPr>
        <w:jc w:val="right"/>
      </w:pPr>
      <w:r>
        <w:t>قرآن لکھی ہوئی شکل میں</w:t>
      </w:r>
    </w:p>
    <w:p>
      <w:r>
        <w:rPr>
          <w:b/>
        </w:rPr>
        <w:t xml:space="preserve">[02:24] </w:t>
      </w:r>
      <w:r>
        <w:t>bohat kam paya jata tha. yeh to ab printing press ke zamanay mein aisa hua hai ke lakhon lakh quran ki copies chhapi hui har jagah maujood hain.</w:t>
      </w:r>
    </w:p>
    <w:p>
      <w:pPr>
        <w:jc w:val="right"/>
      </w:pPr>
      <w:r>
        <w:t>بہت کم پایا جاتا تھا۔ یہ تو اب پرنٹنگ پریس کے زمانے میں ایسا ہوا ہے کہ لاکھوں لاکھ قرآن کی کاپیز چھپی ہوئی ہر جگہ موجود ہیں۔</w:t>
      </w:r>
    </w:p>
    <w:p>
      <w:r>
        <w:rPr>
          <w:b/>
        </w:rPr>
        <w:t xml:space="preserve">[02:40] </w:t>
      </w:r>
      <w:r>
        <w:t>pehlay aisa nahi tha. to kisi kisi kisi ke paas quran hath ka likha hua hota tha. zyada tar logon ko quran ka poora ya kuch hissa yaad rehta tha,</w:t>
      </w:r>
    </w:p>
    <w:p>
      <w:pPr>
        <w:jc w:val="right"/>
      </w:pPr>
      <w:r>
        <w:t>پہلے ایسا نہیں تھا۔ تو کسی کسی کسی کے پاس قرآن ہاتھ کا لکھا ہوا ہوتا تھا۔ زیادہ تر لوگوں کو قرآن کا پورا یا کچھ حصہ یاد رہتا تھا،</w:t>
      </w:r>
    </w:p>
    <w:p>
      <w:r>
        <w:rPr>
          <w:b/>
        </w:rPr>
        <w:t xml:space="preserve">[02:54] </w:t>
      </w:r>
      <w:r>
        <w:t>to isi ko woh charcha karte thay.</w:t>
      </w:r>
    </w:p>
    <w:p>
      <w:pPr>
        <w:jc w:val="right"/>
      </w:pPr>
      <w:r>
        <w:t>تو اسی کو وہ چرچا کرتے تھے۔</w:t>
      </w:r>
    </w:p>
    <w:p>
      <w:r>
        <w:rPr>
          <w:b/>
        </w:rPr>
        <w:t xml:space="preserve">[02:58] </w:t>
      </w:r>
      <w:r>
        <w:t>to aik tareeqa baharhal woh bhi hai ke silsila war quran ka dars diya jaye. lekin main samajhta hoon ke zyada mufeed tareeqa yeh hai ke selective way mein quran ke kuch verses lay kar bayan kiya jaye.</w:t>
      </w:r>
    </w:p>
    <w:p>
      <w:pPr>
        <w:jc w:val="right"/>
      </w:pPr>
      <w:r>
        <w:t>تو ایک طریقہ بہرحال وہ بھی ہے کہ سلسلہ وار قرآن کا درس دیا جائے۔ لیکن میں سمجھتا ہوں کہ زیادہ مفید طریقہ یہ ہے کہ سلیکٹیو وے میں قرآن کے کچھ ورسز لے کر بیان کیا جائے۔</w:t>
      </w:r>
    </w:p>
    <w:p>
      <w:r>
        <w:rPr>
          <w:b/>
        </w:rPr>
        <w:t xml:space="preserve">[03:17] </w:t>
      </w:r>
      <w:r>
        <w:t>yehi tareeqa sunnat ke mutabiq bhi hai aur yehi tareeqa zyada mufeed bhi hai.</w:t>
      </w:r>
    </w:p>
    <w:p>
      <w:pPr>
        <w:jc w:val="right"/>
      </w:pPr>
      <w:r>
        <w:t>یہی طریقہ سنت کے مطابق بھی ہے اور یہی طریقہ زیادہ مفید بھی ہے۔</w:t>
      </w:r>
    </w:p>
    <w:p>
      <w:r>
        <w:rPr>
          <w:b/>
        </w:rPr>
        <w:t xml:space="preserve">[03:27] </w:t>
      </w:r>
      <w:r>
        <w:t>is wajah se hum ne yeh tareeqa ikhtiyar kiya hai. yani hum is dars quran mein aisa nahi kar rahay hain ke silsila war quran ka dars dein.</w:t>
      </w:r>
    </w:p>
    <w:p>
      <w:pPr>
        <w:jc w:val="right"/>
      </w:pPr>
      <w:r>
        <w:t>اس وجہ سے ہم نے یہ طریقہ اختیار کیا ہے۔ یعنی ہم اس درس قرآن میں ایسا نہیں کر رہے ہیں کہ سلسلہ وار قرآن کا درس دیں۔</w:t>
      </w:r>
    </w:p>
    <w:p>
      <w:r>
        <w:rPr>
          <w:b/>
        </w:rPr>
        <w:t xml:space="preserve">[03:40] </w:t>
      </w:r>
      <w:r>
        <w:t>balkay selective verses ko lay kar hum quran ki taleemat ko, quran ki teachings ko bata rahay hain.</w:t>
      </w:r>
    </w:p>
    <w:p>
      <w:pPr>
        <w:jc w:val="right"/>
      </w:pPr>
      <w:r>
        <w:t>بلکہ سلیکٹیو ورسز کو لے کر ہم قرآن کی تعلیمات کو، قرآن کی ٹیچنگز کو بتا رہے ہیں۔</w:t>
      </w:r>
    </w:p>
    <w:p>
      <w:r>
        <w:rPr>
          <w:b/>
        </w:rPr>
        <w:t xml:space="preserve">[03:52] </w:t>
      </w:r>
      <w:r>
        <w:t>to ab jo chal rahi hai surah woh hai al-baqarah.</w:t>
      </w:r>
    </w:p>
    <w:p>
      <w:pPr>
        <w:jc w:val="right"/>
      </w:pPr>
      <w:r>
        <w:t>تو اب جو چل رہی ہے سورہ وہ ہے البقرہ۔</w:t>
      </w:r>
    </w:p>
    <w:p>
      <w:r>
        <w:rPr>
          <w:b/>
        </w:rPr>
        <w:t xml:space="preserve">[03:58] </w:t>
      </w:r>
      <w:r>
        <w:t>al-baqarah quran ki sab se bari surah hai. sab se bara chapter hai quran ka. quran ke kul 30 paray hain, 30 paray.</w:t>
      </w:r>
    </w:p>
    <w:p>
      <w:pPr>
        <w:jc w:val="right"/>
      </w:pPr>
      <w:r>
        <w:t>البقرہ قرآن کی سب سے بڑی سورہ ہے۔ سب سے بڑا چیپٹر ہے قرآن کا۔ قرآن کے کل 30 پارے ہیں، 30 پارے۔</w:t>
      </w:r>
    </w:p>
    <w:p>
      <w:r>
        <w:rPr>
          <w:b/>
        </w:rPr>
        <w:t xml:space="preserve">[04:10] </w:t>
      </w:r>
      <w:r>
        <w:t>aur surah al-baqarah jo hai woh dhai paray par phaili hui hai.</w:t>
      </w:r>
    </w:p>
    <w:p>
      <w:pPr>
        <w:jc w:val="right"/>
      </w:pPr>
      <w:r>
        <w:t>اور سورہ البقرہ جو ہے وہ ڈھائی پارے پر پھیلی ہوئی ہے۔</w:t>
      </w:r>
    </w:p>
    <w:p>
      <w:r>
        <w:rPr>
          <w:b/>
        </w:rPr>
        <w:t xml:space="preserve">[04:17] </w:t>
      </w:r>
      <w:r>
        <w:t>to yeh quran ki sab se bari surah hai. aur quran ke aksar mazameen, quran ki aksar baatein is surah mein aa gayi hain.</w:t>
      </w:r>
    </w:p>
    <w:p>
      <w:pPr>
        <w:jc w:val="right"/>
      </w:pPr>
      <w:r>
        <w:t>تو یہ قرآن کی سب سے بڑی سورہ ہے۔ اور قرآن کے اکثر مضامین، قرآن کی اکثر باتیں اس سورہ میں آ گئی ہیں۔</w:t>
      </w:r>
    </w:p>
    <w:p>
      <w:r>
        <w:rPr>
          <w:b/>
        </w:rPr>
        <w:t xml:space="preserve">[04:31] </w:t>
      </w:r>
      <w:r>
        <w:t>to baharhal is waqt hum surah baqarah ki kuch ayaton ko lay kar is ki</w:t>
      </w:r>
    </w:p>
    <w:p>
      <w:pPr>
        <w:jc w:val="right"/>
      </w:pPr>
      <w:r>
        <w:t>تو بہرحال اس وقت ہم سورہ بقرہ کی کچھ آیتوں کو لے کر اس کی</w:t>
      </w:r>
    </w:p>
    <w:p>
      <w:r>
        <w:rPr>
          <w:b/>
        </w:rPr>
        <w:t xml:space="preserve">[04:41] </w:t>
      </w:r>
      <w:r>
        <w:t>tashreeh karen gay.</w:t>
      </w:r>
    </w:p>
    <w:p>
      <w:pPr>
        <w:jc w:val="right"/>
      </w:pPr>
      <w:r>
        <w:t>تشریح کریں گے۔</w:t>
      </w:r>
    </w:p>
    <w:p>
      <w:r>
        <w:rPr>
          <w:b/>
        </w:rPr>
        <w:t xml:space="preserve">[04:45] </w:t>
      </w:r>
      <w:r>
        <w:t>is waqt dekhiye,</w:t>
      </w:r>
    </w:p>
    <w:p>
      <w:pPr>
        <w:jc w:val="right"/>
      </w:pPr>
      <w:r>
        <w:t>اس وقت دیکھیے،</w:t>
      </w:r>
    </w:p>
    <w:p>
      <w:r>
        <w:rPr>
          <w:b/>
        </w:rPr>
        <w:t xml:space="preserve">[04:49] </w:t>
      </w:r>
      <w:r>
        <w:t>surah al-baqarah ki ayat number 219, 219 ko main lay raha hoon sab se pehlay.</w:t>
      </w:r>
    </w:p>
    <w:p>
      <w:pPr>
        <w:jc w:val="right"/>
      </w:pPr>
      <w:r>
        <w:t>سورہ البقرہ کی آیت نمبر 219، 219 کو میں لے رہا ہوں سب سے پہلے۔</w:t>
      </w:r>
    </w:p>
    <w:p>
      <w:r>
        <w:rPr>
          <w:b/>
        </w:rPr>
        <w:t xml:space="preserve">[05:00] </w:t>
      </w:r>
      <w:r>
        <w:t>to surah al-baqarah ki ayat 219 mein sharab aur juay ko, sharab aur juay ka hukum bataya gaya hai.</w:t>
      </w:r>
    </w:p>
    <w:p>
      <w:pPr>
        <w:jc w:val="right"/>
      </w:pPr>
      <w:r>
        <w:t>تو سورہ البقرہ کی آیت 219 میں شراب اور جوئے کو، شراب اور جوئے کا حکم بتایا گیا ہے۔</w:t>
      </w:r>
    </w:p>
    <w:p>
      <w:r>
        <w:rPr>
          <w:b/>
        </w:rPr>
        <w:t xml:space="preserve">[05:13] </w:t>
      </w:r>
      <w:r>
        <w:t>aap jantay hain ke islam mein sharab aur juwa dono haram hain, unlawful hain.</w:t>
      </w:r>
    </w:p>
    <w:p>
      <w:pPr>
        <w:jc w:val="right"/>
      </w:pPr>
      <w:r>
        <w:t>آپ جانتے ہیں کہ اسلام میں شراب اور جوا دونوں حرام ہیں، ان لافل ہیں۔</w:t>
      </w:r>
    </w:p>
    <w:p>
      <w:r>
        <w:rPr>
          <w:b/>
        </w:rPr>
        <w:t xml:space="preserve">[05:22] </w:t>
      </w:r>
      <w:r>
        <w:t>sharab bhi islam mein haram hai aur juwa bhi islam mein haram hai. to inhi dono cheezon ke baray mein hukum batatay hue ayat mein yeh alfaz aaye hain ke "ismahum akbar min nafehima".</w:t>
      </w:r>
    </w:p>
    <w:p>
      <w:pPr>
        <w:jc w:val="right"/>
      </w:pPr>
      <w:r>
        <w:t>شراب بھی اسلام میں حرام ہے اور جوا بھی اسلام میں حرام ہے۔ تو انہی دونوں چیزوں کے بارے میں حکم بتاتے ہوئے آیت میں یہ الفاظ آئے ہیں کہ "اس مہم اکبر من نفہما"۔</w:t>
      </w:r>
    </w:p>
    <w:p>
      <w:r>
        <w:rPr>
          <w:b/>
        </w:rPr>
        <w:t xml:space="preserve">[05:43] </w:t>
      </w:r>
      <w:r>
        <w:t>jab hukum aaya quran mein sharab aur juay ka to logon ko aik aik logon ke mind mein aik sawal aaya.</w:t>
      </w:r>
    </w:p>
    <w:p>
      <w:pPr>
        <w:jc w:val="right"/>
      </w:pPr>
      <w:r>
        <w:t>جب حکم آیا قرآن میں شراب اور جوئے کا تو لوگوں کو ایک ایک لوگوں کے مائنڈ میں ایک سوال آیا۔</w:t>
      </w:r>
    </w:p>
    <w:p>
      <w:r>
        <w:rPr>
          <w:b/>
        </w:rPr>
        <w:t xml:space="preserve">[05:57] </w:t>
      </w:r>
      <w:r>
        <w:t>woh yeh ke woh samajhtay thay ke sharab mein aur juay mein dono mein faiday bhi hain, kyunke is ko haram kar diya gaya.</w:t>
      </w:r>
    </w:p>
    <w:p>
      <w:pPr>
        <w:jc w:val="right"/>
      </w:pPr>
      <w:r>
        <w:t>وہ یہ کہ وہ سمجھتے تھے کہ شراب میں اور جوئے میں دونوں میں فائدے بھی ہیں، کیونکہ اس کو حرام کر دیا گیا۔</w:t>
      </w:r>
    </w:p>
    <w:p>
      <w:r>
        <w:rPr>
          <w:b/>
        </w:rPr>
        <w:t xml:space="preserve">[06:07] </w:t>
      </w:r>
      <w:r>
        <w:t>misalan kuch logon ka yeh khayal tha ke sharab</w:t>
      </w:r>
    </w:p>
    <w:p>
      <w:pPr>
        <w:jc w:val="right"/>
      </w:pPr>
      <w:r>
        <w:t>مثلاً کچھ لوگوں کا یہ خیال تھا کہ شراب</w:t>
      </w:r>
    </w:p>
    <w:p>
      <w:r>
        <w:rPr>
          <w:b/>
        </w:rPr>
        <w:t xml:space="preserve">[06:13] </w:t>
      </w:r>
      <w:r>
        <w:t>se sehat banti hai. yani sharab jo hai woh kam miqdar mein istemal ki jaye, achi sharab ho logon ke kehne ke mutabiq to is se sehat banti hai.</w:t>
      </w:r>
    </w:p>
    <w:p>
      <w:pPr>
        <w:jc w:val="right"/>
      </w:pPr>
      <w:r>
        <w:t>سے صحت بنتی ہے۔ یعنی شراب جو ہے وہ کم مقدار میں استعمال کی جائے، اچھی شراب ہو لوگوں کے کہنے کے مطابق تو اس سے صحت بنتی ہے۔</w:t>
      </w:r>
    </w:p>
    <w:p>
      <w:r>
        <w:rPr>
          <w:b/>
        </w:rPr>
        <w:t xml:space="preserve">[06:29] </w:t>
      </w:r>
      <w:r>
        <w:t>ya kam az kam yeh hai ke is se aik waqti saroor milta hai,</w:t>
      </w:r>
    </w:p>
    <w:p>
      <w:pPr>
        <w:jc w:val="right"/>
      </w:pPr>
      <w:r>
        <w:t>یا کم از کم یہ ہے کہ اس سے ایک وقتی سرور ملتا ہے،</w:t>
      </w:r>
    </w:p>
    <w:p>
      <w:r>
        <w:rPr>
          <w:b/>
        </w:rPr>
        <w:t xml:space="preserve">[06:35] </w:t>
      </w:r>
      <w:r>
        <w:t>tension ko aur stress ko ghatanay ka zariya hai sharab. is waqt bhi yeh sab khayalat thay jo ke aaj hain. to woh samajhtay thay ke baharhal sharab mein kuch faida hai to haram kyun?</w:t>
      </w:r>
    </w:p>
    <w:p>
      <w:pPr>
        <w:jc w:val="right"/>
      </w:pPr>
      <w:r>
        <w:t>ٹینشن کو اور اسٹریس کو گھٹانے کا ذریعہ ہے شراب۔ اس وقت بھی یہ سب خیالات تھے جو کہ آج ہیں۔ تو وہ سمجھتے تھے کہ بہرحال شراب میں کچھ فائدہ ہے تو حرام کیوں؟</w:t>
      </w:r>
    </w:p>
    <w:p>
      <w:r>
        <w:rPr>
          <w:b/>
        </w:rPr>
        <w:t xml:space="preserve">[06:53] </w:t>
      </w:r>
      <w:r>
        <w:t>aise hi jue ke bare mein un ka khayal tha.</w:t>
      </w:r>
    </w:p>
    <w:p>
      <w:pPr>
        <w:jc w:val="right"/>
      </w:pPr>
      <w:r>
        <w:t>ایسے ہی جوئے کے بارے میں ان کا خیال تھا۔</w:t>
      </w:r>
    </w:p>
    <w:p>
      <w:r>
        <w:rPr>
          <w:b/>
        </w:rPr>
        <w:t xml:space="preserve">[06:57] </w:t>
      </w:r>
      <w:r>
        <w:t>wo kehte the ke jue mein jab koi aadmi paisa jeetta hai to wo paisa sab ka sab khud hi nahi le leta, wo ghareebon ko bhi deta hai, logon ko khana khilata hai khushi mein.</w:t>
      </w:r>
    </w:p>
    <w:p>
      <w:pPr>
        <w:jc w:val="right"/>
      </w:pPr>
      <w:r>
        <w:t>وہ کہتے تھے کہ جوئے میں جب کوئی آدمی پیسہ جیتتا ہے تو وہ پیسہ سب کا سب خود ہی نہیں لے لیتا، وہ غریبوں کو بھی دیتا ہے، لوگوں کو کھانا کھلاتا ہے خوشی میں۔</w:t>
      </w:r>
    </w:p>
    <w:p>
      <w:r>
        <w:rPr>
          <w:b/>
        </w:rPr>
        <w:t xml:space="preserve">[07:12] </w:t>
      </w:r>
      <w:r>
        <w:t>to ye bhi faida hai jue mein. yani jeet ki khushi mein logon ko khilata hai, pilata hai.</w:t>
      </w:r>
    </w:p>
    <w:p>
      <w:pPr>
        <w:jc w:val="right"/>
      </w:pPr>
      <w:r>
        <w:t>تو یہ بھی فائدہ ہے جوئے میں۔ یعنی جیت کی خوشی میں لوگوں کو کھلاتا ہے، پلاتا ہے۔</w:t>
      </w:r>
    </w:p>
    <w:p>
      <w:r>
        <w:rPr>
          <w:b/>
        </w:rPr>
        <w:t xml:space="preserve">[07:20] </w:t>
      </w:r>
      <w:r>
        <w:t>ye khayal tha ke sharab mein bhi kuch faida hai aur jue mein bhi kuch faida hai to is ko haram kyun kiya gaya? to farmaya ke "as mahan akbar min nafhema".</w:t>
      </w:r>
    </w:p>
    <w:p>
      <w:pPr>
        <w:jc w:val="right"/>
      </w:pPr>
      <w:r>
        <w:t>یہ خیال تھا کہ شراب میں بھی کچھ فائدہ ہے اور جوئے میں بھی کچھ فائدہ ہے تو اس کو حرام کیوں کیا گیا؟ تو فرمایا کہ "اس مہم اکبر من نفہما"۔</w:t>
      </w:r>
    </w:p>
    <w:p>
      <w:r>
        <w:rPr>
          <w:b/>
        </w:rPr>
        <w:t xml:space="preserve">[07:34] </w:t>
      </w:r>
      <w:r>
        <w:t>un dono ka nuqsan un ke faide se zyada hai.</w:t>
      </w:r>
    </w:p>
    <w:p>
      <w:pPr>
        <w:jc w:val="right"/>
      </w:pPr>
      <w:r>
        <w:t>ان دونوں کا نقصان ان کے فائدے سے زیادہ ہے۔</w:t>
      </w:r>
    </w:p>
    <w:p>
      <w:r>
        <w:rPr>
          <w:b/>
        </w:rPr>
        <w:t xml:space="preserve">[07:44] </w:t>
      </w:r>
      <w:r>
        <w:t>ye ek bohat bada principle bataya gaya hai Islam mein. wo kya hai?</w:t>
      </w:r>
    </w:p>
    <w:p>
      <w:pPr>
        <w:jc w:val="right"/>
      </w:pPr>
      <w:r>
        <w:t>یہ ایک بہت بڑا پرنسپل بتایا گیا ہے اسلام میں۔ وہ کیا ہے؟</w:t>
      </w:r>
    </w:p>
    <w:p>
      <w:r>
        <w:rPr>
          <w:b/>
        </w:rPr>
        <w:t xml:space="preserve">[07:51] </w:t>
      </w:r>
      <w:r>
        <w:t>dekhein, is duniya mein Khuda ne jo cheezein banai hain wo sab test ke liye hain. to is duniya mein koi bhi cheez aisi nahi hai jis mein kuch na kuch faida na ho.</w:t>
      </w:r>
    </w:p>
    <w:p>
      <w:pPr>
        <w:jc w:val="right"/>
      </w:pPr>
      <w:r>
        <w:t>دیکھیں، اس دنیا میں خدا نے جو چیزیں بنائی ہیں وہ سب ٹیسٹ کے لیے ہیں۔ تو اس دنیا میں کوئی بھی چیز ایسی نہیں ہے جس میں کچھ نہ کچھ فائدہ نہ ہو۔</w:t>
      </w:r>
    </w:p>
    <w:p>
      <w:r>
        <w:rPr>
          <w:b/>
        </w:rPr>
        <w:t xml:space="preserve">[08:05] </w:t>
      </w:r>
      <w:r>
        <w:t>saanp mein bhi faida hai,</w:t>
      </w:r>
    </w:p>
    <w:p>
      <w:pPr>
        <w:jc w:val="right"/>
      </w:pPr>
      <w:r>
        <w:t>سانپ میں بھی فائدہ ہے،</w:t>
      </w:r>
    </w:p>
    <w:p>
      <w:r>
        <w:rPr>
          <w:b/>
        </w:rPr>
        <w:t xml:space="preserve">[08:09] </w:t>
      </w:r>
      <w:r>
        <w:t>bhediye mein bhi faida hai. is duniya mein har cheez mein kuch na kuch faida bhi shamil hai.</w:t>
      </w:r>
    </w:p>
    <w:p>
      <w:pPr>
        <w:jc w:val="right"/>
      </w:pPr>
      <w:r>
        <w:t>بھیڑیے میں بھی فائدہ ہے۔ اس دنیا میں ہر چیز میں کچھ نہ کچھ فائدہ بھی شامل ہے۔</w:t>
      </w:r>
    </w:p>
    <w:p>
      <w:r>
        <w:rPr>
          <w:b/>
        </w:rPr>
        <w:t xml:space="preserve">[08:16] </w:t>
      </w:r>
      <w:r>
        <w:t>ye is ye ye principle hai, law of nature hai ye ke har cheez mein positive aspect hota hai, sath sath negative aspect bhi hota hai.</w:t>
      </w:r>
    </w:p>
    <w:p>
      <w:pPr>
        <w:jc w:val="right"/>
      </w:pPr>
      <w:r>
        <w:t>یہ اس یہ یہ پرنسپل ہے، لاء آف نیچر ہے یہ کہ ہر چیز میں پوزیٹیو اسپیکٹ ہوتا ہے، ساتھ ساتھ نیگیٹیو اسپیکٹ بھی ہوتا ہے۔</w:t>
      </w:r>
    </w:p>
    <w:p>
      <w:r>
        <w:rPr>
          <w:b/>
        </w:rPr>
        <w:t xml:space="preserve">[08:29] </w:t>
      </w:r>
      <w:r>
        <w:t>koi bhi cheez na to 100 percent negative hoti, na aur na 100 percent positive hoti. ye law of nature hai.</w:t>
      </w:r>
    </w:p>
    <w:p>
      <w:pPr>
        <w:jc w:val="right"/>
      </w:pPr>
      <w:r>
        <w:t>کوئی بھی چیز نہ تو 100 فیصد نیگیٹیو ہوتی، نہ اور نہ 100 فیصد پوزیٹیو ہوتی۔ یہ لاء آف نیچر ہے۔</w:t>
      </w:r>
    </w:p>
    <w:p>
      <w:r>
        <w:rPr>
          <w:b/>
        </w:rPr>
        <w:t xml:space="preserve">[08:41] </w:t>
      </w:r>
      <w:r>
        <w:t>to</w:t>
      </w:r>
    </w:p>
    <w:p>
      <w:pPr>
        <w:jc w:val="right"/>
      </w:pPr>
      <w:r>
        <w:t>تو</w:t>
      </w:r>
    </w:p>
    <w:p>
      <w:r>
        <w:rPr>
          <w:b/>
        </w:rPr>
        <w:t xml:space="preserve">[08:44] </w:t>
      </w:r>
      <w:r>
        <w:t>yahan par ye principle bataya</w:t>
      </w:r>
    </w:p>
    <w:p>
      <w:pPr>
        <w:jc w:val="right"/>
      </w:pPr>
      <w:r>
        <w:t>یہاں پر یہ پرنسپل بتایا</w:t>
      </w:r>
    </w:p>
    <w:p>
      <w:r>
        <w:rPr>
          <w:b/>
        </w:rPr>
        <w:t xml:space="preserve">[08:46] </w:t>
      </w:r>
      <w:r>
        <w:t>gaya, "as mahan akbar min nafhema". un ka nuqsan, un ka loss un ke faide se zyada hai.</w:t>
      </w:r>
    </w:p>
    <w:p>
      <w:pPr>
        <w:jc w:val="right"/>
      </w:pPr>
      <w:r>
        <w:t>گیا، "اس مہم اکبر من نفہما"۔ ان کا نقصان، ان کا لاس ان کے فائدے سے زیادہ ہے۔</w:t>
      </w:r>
    </w:p>
    <w:p>
      <w:r>
        <w:rPr>
          <w:b/>
        </w:rPr>
        <w:t xml:space="preserve">[08:58] </w:t>
      </w:r>
      <w:r>
        <w:t>ye ek principle hai, is ka taluq sirf sharab se aur jue se nahi hai.</w:t>
      </w:r>
    </w:p>
    <w:p>
      <w:pPr>
        <w:jc w:val="right"/>
      </w:pPr>
      <w:r>
        <w:t>یہ ایک پرنسپل ہے، اس کا تعلق صرف شراب سے اور جوئے سے نہیں ہے۔</w:t>
      </w:r>
    </w:p>
    <w:p>
      <w:r>
        <w:rPr>
          <w:b/>
        </w:rPr>
        <w:t xml:space="preserve">[09:02] </w:t>
      </w:r>
      <w:r>
        <w:t>ye ek general principle hai ke jab bhi aap kisi cheez ko lena chahein to aap ko dekhna hoga ke is ka faida zyada hai ya nuqsan zyada hai.</w:t>
      </w:r>
    </w:p>
    <w:p>
      <w:pPr>
        <w:jc w:val="right"/>
      </w:pPr>
      <w:r>
        <w:t>یہ ایک جنرل پرنسپل ہے کہ جب بھی آپ کسی چیز کو لینا چاہیں تو آپ کو دیکھنا ہوگا کہ اس کا فائدہ زیادہ ہے یا نقصان زیادہ ہے۔</w:t>
      </w:r>
    </w:p>
    <w:p>
      <w:r>
        <w:rPr>
          <w:b/>
        </w:rPr>
        <w:t xml:space="preserve">[09:21] </w:t>
      </w:r>
      <w:r>
        <w:t>to sharab mein suppose ye salahiyat hai ke wo aap ko sarur deti hai, wo tension free banati hai aap ko.</w:t>
      </w:r>
    </w:p>
    <w:p>
      <w:pPr>
        <w:jc w:val="right"/>
      </w:pPr>
      <w:r>
        <w:t>تو شراب میں سپوز یہ صلاحیت ہے کہ وہ آپ کو سرور دیتی ہے، وہ ٹینشن فری بناتی ہے آپ کو۔</w:t>
      </w:r>
    </w:p>
    <w:p>
      <w:r>
        <w:rPr>
          <w:b/>
        </w:rPr>
        <w:t xml:space="preserve">[09:31] </w:t>
      </w:r>
      <w:r>
        <w:t>to doosra nuqsan kya hai? ke sharab aap ko insensitive banati hai.</w:t>
      </w:r>
    </w:p>
    <w:p>
      <w:pPr>
        <w:jc w:val="right"/>
      </w:pPr>
      <w:r>
        <w:t>تو دوسرا نقصان کیا ہے؟ کہ شراب آپ کو ان سینسٹیو بنا دیتی ہے۔</w:t>
      </w:r>
    </w:p>
    <w:p>
      <w:r>
        <w:rPr>
          <w:b/>
        </w:rPr>
        <w:t xml:space="preserve">[09:39] </w:t>
      </w:r>
      <w:r>
        <w:t>aaj kal doctor log kehte hain ke sharab se</w:t>
      </w:r>
    </w:p>
    <w:p>
      <w:pPr>
        <w:jc w:val="right"/>
      </w:pPr>
      <w:r>
        <w:t>آج کل ڈاکٹر لوگ کہتے ہیں کہ شراب سے</w:t>
      </w:r>
    </w:p>
    <w:p>
      <w:r>
        <w:rPr>
          <w:b/>
        </w:rPr>
        <w:t xml:space="preserve">[09:44] </w:t>
      </w:r>
      <w:r>
        <w:t>bimariyan paida hoti hain. lekin in sab se barh kar main ye kahunga ke sharab aadmi ko insensitive banati hai. to values is ke nazdeek kuch bhi nahi rehti.</w:t>
      </w:r>
    </w:p>
    <w:p>
      <w:pPr>
        <w:jc w:val="right"/>
      </w:pPr>
      <w:r>
        <w:t>بیماریاں پیدا ہوتی ہیں۔ لیکن ان سب سے بڑھ کر میں یہ کہوں گا کہ شراب آدمی کو ان سینسٹیو بناتی ہے۔ تو ویلیوز اس کے نزدیک کچھ بھی نہیں رہتی۔</w:t>
      </w:r>
    </w:p>
    <w:p>
      <w:r>
        <w:rPr>
          <w:b/>
        </w:rPr>
        <w:t xml:space="preserve">[09:57] </w:t>
      </w:r>
      <w:r>
        <w:t>values ki is ke nazdeek koi ahmiyat nahi hoti. kyunke jitne bhi values hain, jitne bhi virtues hain, un ka taluq sensitivity se hai.</w:t>
      </w:r>
    </w:p>
    <w:p>
      <w:pPr>
        <w:jc w:val="right"/>
      </w:pPr>
      <w:r>
        <w:t>ویلیوز کی اس کے نزدیک کوئی اہمیت نہیں ہوتی۔ کیونکہ جتنے بھی ویلیوز ہیں، جتنے بھی ورچوز ہیں، ان کا تعلق سینسٹیوٹی سے ہے۔</w:t>
      </w:r>
    </w:p>
    <w:p>
      <w:r>
        <w:rPr>
          <w:b/>
        </w:rPr>
        <w:t xml:space="preserve">[10:09] </w:t>
      </w:r>
      <w:r>
        <w:t>agar aap sensitive na hon to kuch bhi aap ko sab theek hi lagega.</w:t>
      </w:r>
    </w:p>
    <w:p>
      <w:pPr>
        <w:jc w:val="right"/>
      </w:pPr>
      <w:r>
        <w:t>اگر آپ سینسٹیو نہ ہوں تو کچھ بھی آپ کو سب ٹھیک ہی لگے گا۔</w:t>
      </w:r>
    </w:p>
    <w:p>
      <w:r>
        <w:rPr>
          <w:b/>
        </w:rPr>
        <w:t xml:space="preserve">[10:17] </w:t>
      </w:r>
      <w:r>
        <w:t>jaise animal hain, animal ke haan moral values nahi hoti. animal mein moral sense nahi hota ke wo kuch bhi kar sakte hain.</w:t>
      </w:r>
    </w:p>
    <w:p>
      <w:pPr>
        <w:jc w:val="right"/>
      </w:pPr>
      <w:r>
        <w:t>جیسے اینیمل ہیں، اینیمل کے ہاں مورل ویلیوز نہیں ہوتی۔ اینیمل میں مورل سینس نہیں ہوتا کہ وہ کچھ بھی کر سکتے ہیں۔</w:t>
      </w:r>
    </w:p>
    <w:p>
      <w:r>
        <w:rPr>
          <w:b/>
        </w:rPr>
        <w:t xml:space="preserve">[10:29] </w:t>
      </w:r>
      <w:r>
        <w:t>un ke andar conscience nahi hai jo unhein roke. to insan ke andar ek check hai bhalay aur buray ka, wo hai conscience, wo hai moral sense.</w:t>
      </w:r>
    </w:p>
    <w:p>
      <w:pPr>
        <w:jc w:val="right"/>
      </w:pPr>
      <w:r>
        <w:t>ان کے اندر کانشیس نہیں ہے جو انہیں روکے۔ تو انسان کے اندر ایک چیک ہے بھلے اور برے کا، وہ ہے کانشیس، وہ ہے مورل سینس۔</w:t>
      </w:r>
    </w:p>
    <w:p>
      <w:r>
        <w:rPr>
          <w:b/>
        </w:rPr>
        <w:t xml:space="preserve">[10:45] </w:t>
      </w:r>
      <w:r>
        <w:t>to sharab ka ye nuqsan hai ke aadmi ko wo insensitive banati hai.</w:t>
      </w:r>
    </w:p>
    <w:p>
      <w:pPr>
        <w:jc w:val="right"/>
      </w:pPr>
      <w:r>
        <w:t>تو شراب کا یہ نقصان ہے کہ آدمی کو وہ ان سینسٹیو بناتی ہے۔</w:t>
      </w:r>
    </w:p>
    <w:p>
      <w:r>
        <w:rPr>
          <w:b/>
        </w:rPr>
        <w:t xml:space="preserve">[10:55] </w:t>
      </w:r>
      <w:r>
        <w:t>ab bataen ke agar temporary tor par is mein kuch server mil jaye to woh temporary server jo hai woh bohat choti cheez hai.</w:t>
      </w:r>
    </w:p>
    <w:p>
      <w:pPr>
        <w:jc w:val="right"/>
      </w:pPr>
      <w:r>
        <w:t>اب بتائیں کہ اگر ٹیمپرری طور پر اس میں کچھ سرور مل جائے تو وہ ٹیمپرری سرور جو ہے وہ بہت چھوٹی چیز ہے۔</w:t>
      </w:r>
    </w:p>
    <w:p>
      <w:r>
        <w:rPr>
          <w:b/>
        </w:rPr>
        <w:t xml:space="preserve">[11:07] </w:t>
      </w:r>
      <w:r>
        <w:t>ab moral sense aap ke andar chala jaye to aap phir to animal ban gaye, insan nahi rahe.</w:t>
      </w:r>
    </w:p>
    <w:p>
      <w:pPr>
        <w:jc w:val="right"/>
      </w:pPr>
      <w:r>
        <w:t>اب مورل سینس آپ کے اندر چلا جائے تو آپ پھر تو اینیمل بن گئے، انسان نہیں رہے۔</w:t>
      </w:r>
    </w:p>
    <w:p>
      <w:r>
        <w:rPr>
          <w:b/>
        </w:rPr>
        <w:t xml:space="preserve">[11:15] </w:t>
      </w:r>
      <w:r>
        <w:t>to yeh ek principle hai jo har cheez mein chalta hai. misaal ke tor par agar aap ko kisi ne nuqsan pohancha diya, farz kiye ke us ne aap ka hazar rupay ka nuqsan pohancha diya.</w:t>
      </w:r>
    </w:p>
    <w:p>
      <w:pPr>
        <w:jc w:val="right"/>
      </w:pPr>
      <w:r>
        <w:t>تو یہ ایک پرنسپل ہے جو ہر چیز میں چلتا ہے۔ مثال کے طور پر اگر آپ کو کسی نے نقصان پہنچا دیا، فرض کیے کہ اس نے آپ کا ہزار روپے کا نقصان پہنچا دیا۔</w:t>
      </w:r>
    </w:p>
    <w:p>
      <w:r>
        <w:rPr>
          <w:b/>
        </w:rPr>
        <w:t xml:space="preserve">[11:31] </w:t>
      </w:r>
      <w:r>
        <w:t>ab aap is se inteqam lena chahte hain, hazar rupay ko wapas lena chahte hain. to aap ko sochna chahiye ke jo mein action loon ga to woh action mera jo hai is ka result kya hoga?</w:t>
      </w:r>
    </w:p>
    <w:p>
      <w:pPr>
        <w:jc w:val="right"/>
      </w:pPr>
      <w:r>
        <w:t>اب آپ اس سے انتقام لینا چاہتے ہیں، ہزار روپے کو واپس لینا چاہتے ہیں۔ تو آپ کو سوچنا چاہیے کہ جو میں ایکشن لوں گا تو وہ ایکشن میرا جو ہے اس کا رزلٹ کیا ہوگا؟</w:t>
      </w:r>
    </w:p>
    <w:p>
      <w:r>
        <w:rPr>
          <w:b/>
        </w:rPr>
        <w:t xml:space="preserve">[11:47] </w:t>
      </w:r>
      <w:r>
        <w:t>agar das hazar rupay lene ke chakkar mein aap ka, agar agar ek hazar ek hazar rupay lene ke chakkar mein aap ka das hazar rupay aur bhi chala jaye to to wohi baat ho gayi ke nuqsan zyada aur faida kam.</w:t>
      </w:r>
    </w:p>
    <w:p>
      <w:pPr>
        <w:jc w:val="right"/>
      </w:pPr>
      <w:r>
        <w:t>اگر دس ہزار روپے لینے کے چکر میں آپ کا، اگر اگر ایک ہزار ایک ہزار روپے لینے کے چکر میں آپ کا دس ہزار روپے اور بھی چلا جائے تو تو وہی بات ہو گئی کہ نقصان زیادہ اور فائدہ کم۔</w:t>
      </w:r>
    </w:p>
    <w:p>
      <w:r>
        <w:rPr>
          <w:b/>
        </w:rPr>
        <w:t xml:space="preserve">[12:06] </w:t>
      </w:r>
      <w:r>
        <w:t>das hazar rupay kharch kar ke aap apna ek hazar wapas le saken to is se behtar hai ke us ko chhor diya jaye.</w:t>
      </w:r>
    </w:p>
    <w:p>
      <w:pPr>
        <w:jc w:val="right"/>
      </w:pPr>
      <w:r>
        <w:t>دس ہزار روپے خرچ کر کے آپ اپنا ایک ہزار واپس لے سکیں تو اس سے بہتر ہے کہ اس کو چھوڑ دیا جائے۔</w:t>
      </w:r>
    </w:p>
    <w:p>
      <w:r>
        <w:rPr>
          <w:b/>
        </w:rPr>
        <w:t xml:space="preserve">[12:20] </w:t>
      </w:r>
      <w:r>
        <w:t>jaise aksar hota hai ke jab kisi ko kisi se koi bohat hi bura tajurba hota hai to us ke andar revenge ka jazba rehta hai, inteqam ka jazba ubhar aata hai.</w:t>
      </w:r>
    </w:p>
    <w:p>
      <w:pPr>
        <w:jc w:val="right"/>
      </w:pPr>
      <w:r>
        <w:t>جیسے اکثر ہوتا ہے کہ جب کسی کو کسی سے کوئی بہت ہی برا تجربہ ہوتا ہے تو اس کے اندر ریونج کا جذبہ رہتا ہے، انتقام کا جذبہ ابھر آتا ہے۔</w:t>
      </w:r>
    </w:p>
    <w:p>
      <w:r>
        <w:rPr>
          <w:b/>
        </w:rPr>
        <w:t xml:space="preserve">[12:36] </w:t>
      </w:r>
      <w:r>
        <w:t>to woh inteqam lene ke liye khara ho jata hai. lekin kya hota hai? inteqam ka bhi inteqam liya jata hai.</w:t>
      </w:r>
    </w:p>
    <w:p>
      <w:pPr>
        <w:jc w:val="right"/>
      </w:pPr>
      <w:r>
        <w:t>تو وہ انتقام لینے کے لیے کھڑا ہو جاتا ہے۔ لیکن کیا ہوتا ہے؟ انتقام کا بھی انتقام لیا جاتا ہے۔</w:t>
      </w:r>
    </w:p>
    <w:p>
      <w:r>
        <w:rPr>
          <w:b/>
        </w:rPr>
        <w:t xml:space="preserve">[12:47] </w:t>
      </w:r>
      <w:r>
        <w:t>aap</w:t>
      </w:r>
    </w:p>
    <w:p>
      <w:pPr>
        <w:jc w:val="right"/>
      </w:pPr>
      <w:r>
        <w:t>آپ</w:t>
      </w:r>
    </w:p>
    <w:p>
      <w:r>
        <w:rPr>
          <w:b/>
        </w:rPr>
        <w:t xml:space="preserve">[12:48] </w:t>
      </w:r>
      <w:r>
        <w:t>ne kisi aadmi ko inteqam ke josh mein maar dala to ab phir kya hoga? us ke bete phir aap ko maren ge. har inteqam ka dobara inteqam liya jata hai.</w:t>
      </w:r>
    </w:p>
    <w:p>
      <w:pPr>
        <w:jc w:val="right"/>
      </w:pPr>
      <w:r>
        <w:t>نے کسی آدمی کو انتقام کے جوش میں مار ڈالا تو اب پھر کیا ہوگا؟ اس کے بیٹے پھر آپ کو ماریں گے۔ ہر انتقام کا دوبارہ انتقام لیا جاتا ہے۔</w:t>
      </w:r>
    </w:p>
    <w:p>
      <w:r>
        <w:rPr>
          <w:b/>
        </w:rPr>
        <w:t xml:space="preserve">[13:02] </w:t>
      </w:r>
      <w:r>
        <w:t>inteqam ya revenge wohin par khatam nahi hota. har revenge ke baad doosra revenge jata hai, teesra revenge jata hai.</w:t>
      </w:r>
    </w:p>
    <w:p>
      <w:pPr>
        <w:jc w:val="right"/>
      </w:pPr>
      <w:r>
        <w:t>انتقام یا ریونج وہیں پر ختم نہیں ہوتا۔ ہر ریونج کے بعد دوسرا ریونج جاتا ہے، تیسرا ریونج جاتا ہے۔</w:t>
      </w:r>
    </w:p>
    <w:p>
      <w:r>
        <w:rPr>
          <w:b/>
        </w:rPr>
        <w:t xml:space="preserve">[13:13] </w:t>
      </w:r>
      <w:r>
        <w:t>to agar aap hisab lagayen to yahan bhi nuqsan zyada hai, faida kam hai. to yeh ek usool hai zindagi ka, har mamle ke liye.</w:t>
      </w:r>
    </w:p>
    <w:p>
      <w:pPr>
        <w:jc w:val="right"/>
      </w:pPr>
      <w:r>
        <w:t>تو اگر آپ حساب لگائیں تو یہاں بھی نقصان زیادہ ہے، فائدہ کم ہے۔ تو یہ ایک اصول ہے زندگی کا، ہر معاملے کے لیے۔</w:t>
      </w:r>
    </w:p>
    <w:p>
      <w:r>
        <w:rPr>
          <w:b/>
        </w:rPr>
        <w:t xml:space="preserve">[13:26] </w:t>
      </w:r>
      <w:r>
        <w:t>ek general principle hai ke koi bhi kaam aap karna chahen to pehle yeh sochein ke is ka result kya hai.</w:t>
      </w:r>
    </w:p>
    <w:p>
      <w:pPr>
        <w:jc w:val="right"/>
      </w:pPr>
      <w:r>
        <w:t>ایک جنرل پرنسپل ہے کہ کوئی بھی کام آپ کرنا چاہیں تو پہلے یہ سوچیے کہ اس کا رزلٹ کیا ہے۔</w:t>
      </w:r>
    </w:p>
    <w:p>
      <w:r>
        <w:rPr>
          <w:b/>
        </w:rPr>
        <w:t xml:space="preserve">[13:38] </w:t>
      </w:r>
      <w:r>
        <w:t>kuch faida agar is mein hai aur kuch faide ko le kar aap jump kar ke pohanch jayen,</w:t>
      </w:r>
    </w:p>
    <w:p>
      <w:pPr>
        <w:jc w:val="right"/>
      </w:pPr>
      <w:r>
        <w:t>کچھ فائدہ اگر اس میں ہے اور کچھ فائدے کو لے کر آپ جمپ کر کے پہنچ جائیں،</w:t>
      </w:r>
    </w:p>
    <w:p>
      <w:r>
        <w:rPr>
          <w:b/>
        </w:rPr>
        <w:t xml:space="preserve">[13:50] </w:t>
      </w:r>
      <w:r>
        <w:t>ek kaam shuru kar dein, yeh sahi nahi hoga.</w:t>
      </w:r>
    </w:p>
    <w:p>
      <w:pPr>
        <w:jc w:val="right"/>
      </w:pPr>
      <w:r>
        <w:t>ایک کام شروع کر دیں، یہ صحیح نہیں ہوگا۔</w:t>
      </w:r>
    </w:p>
    <w:p>
      <w:r>
        <w:rPr>
          <w:b/>
        </w:rPr>
        <w:t xml:space="preserve">[13:54] </w:t>
      </w:r>
      <w:r>
        <w:t>kuch faide ki wajah se aap shuru kar dein ek kaam aur phir baat ko pata chale ke is mein faida thora tha aur nuqsan zyada tha.</w:t>
      </w:r>
    </w:p>
    <w:p>
      <w:pPr>
        <w:jc w:val="right"/>
      </w:pPr>
      <w:r>
        <w:t>کچھ فائدے کی وجہ سے آپ شروع کر دیں ایک کام اور پھر بات کو پتہ چلے کہ اس میں فائدہ تھوڑا تھا اور نقصان زیادہ تھا۔</w:t>
      </w:r>
    </w:p>
    <w:p>
      <w:r>
        <w:rPr>
          <w:b/>
        </w:rPr>
        <w:t xml:space="preserve">[14:11] </w:t>
      </w:r>
      <w:r>
        <w:t>yeh bhi Islam mein is ko bhi mana kiya gaya hai.</w:t>
      </w:r>
    </w:p>
    <w:p>
      <w:pPr>
        <w:jc w:val="right"/>
      </w:pPr>
      <w:r>
        <w:t>یہ بھی اسلام میں اس کو بھی منع کیا گیا ہے۔</w:t>
      </w:r>
    </w:p>
    <w:p>
      <w:r>
        <w:rPr>
          <w:b/>
        </w:rPr>
        <w:t xml:space="preserve">[14:19] </w:t>
      </w:r>
      <w:r>
        <w:t>nuqsan kam ho, faida zyada ho, tab to aap ko woh kaam karna chahiye.</w:t>
      </w:r>
    </w:p>
    <w:p>
      <w:pPr>
        <w:jc w:val="right"/>
      </w:pPr>
      <w:r>
        <w:t>نقصان کم ہو، فائدہ زیادہ ہو، تب تو آپ کو وہ کام کرنا چاہیے۔</w:t>
      </w:r>
    </w:p>
    <w:p>
      <w:r>
        <w:rPr>
          <w:b/>
        </w:rPr>
        <w:t xml:space="preserve">[14:28] </w:t>
      </w:r>
      <w:r>
        <w:t>baaz kaam aise hote hain jis mein faida hi faida ho, woh dobara karna chahiye. kuch kaam aise hote hain jis mein nuqsan kam ho aur faida zyada ho, woh bhi aap ko karna chahiye.</w:t>
      </w:r>
    </w:p>
    <w:p>
      <w:pPr>
        <w:jc w:val="right"/>
      </w:pPr>
      <w:r>
        <w:t>بعض کام ایسے ہوتے ہیں جس میں فائدہ ہی فائدہ ہو، وہ دوبارہ کرنا چاہیے۔ کچھ کام ایسے ہوتے ہیں جس میں نقصان کم ہو اور فائدہ زیادہ ہو، وہ بھی آپ کو کرنا چاہیے۔</w:t>
      </w:r>
    </w:p>
    <w:p>
      <w:r>
        <w:rPr>
          <w:b/>
        </w:rPr>
        <w:t xml:space="preserve">[14:40] </w:t>
      </w:r>
      <w:r>
        <w:t>lekin</w:t>
      </w:r>
    </w:p>
    <w:p>
      <w:pPr>
        <w:jc w:val="right"/>
      </w:pPr>
      <w:r>
        <w:t>لیکن</w:t>
      </w:r>
    </w:p>
    <w:p>
      <w:r>
        <w:rPr>
          <w:b/>
        </w:rPr>
        <w:t xml:space="preserve">[14:42] </w:t>
      </w:r>
      <w:r>
        <w:t>aisa har kaam jis mein nuqsan zyada ho aur faida kam ho to us ko isi tarah chhor dena chahiye jis tarah aap ek haram cheez ko chhor dete hain.</w:t>
      </w:r>
    </w:p>
    <w:p>
      <w:pPr>
        <w:jc w:val="right"/>
      </w:pPr>
      <w:r>
        <w:t>ایسا ہر کام جس میں نقصان زیادہ ہو اور فائدہ کم ہو تو اس کو اسی طرح چھوڑ دینا چاہیے جس طرح آپ ایک حرام چیز کو چھوڑ دیتے ہیں۔</w:t>
      </w:r>
    </w:p>
    <w:p>
      <w:r>
        <w:rPr>
          <w:b/>
        </w:rPr>
        <w:t xml:space="preserve">[14:55] </w:t>
      </w:r>
      <w:r>
        <w:t>to yeh hai usool "yashaloonaka ma yafqoon"</w:t>
      </w:r>
    </w:p>
    <w:p>
      <w:pPr>
        <w:jc w:val="right"/>
      </w:pPr>
      <w:r>
        <w:t>تو یہ ہے اصول "اس مہم اکبر من نفہما"</w:t>
      </w:r>
    </w:p>
    <w:p>
      <w:r>
        <w:rPr>
          <w:b/>
        </w:rPr>
        <w:t xml:space="preserve">[15:01] </w:t>
      </w:r>
      <w:r>
        <w:t>jo al-Baqarah ki ayat number 219 mein bataya gaya ke sharab aur jue ka jo faida tum batate ho to us se zyada is ke andar nuqsan hai.</w:t>
      </w:r>
    </w:p>
    <w:p>
      <w:pPr>
        <w:jc w:val="right"/>
      </w:pPr>
      <w:r>
        <w:t>جو البقرہ کی آیت نمبر 219 میں بتایا گیا کہ شراب اور جوئے کا جو فائدہ تم بتاتے ہو تو اس سے زیادہ اس کے اندر نقصان ہے۔</w:t>
      </w:r>
    </w:p>
    <w:p>
      <w:r>
        <w:rPr>
          <w:b/>
        </w:rPr>
        <w:t xml:space="preserve">[15:14] </w:t>
      </w:r>
      <w:r>
        <w:t>aur jab nuqsan zyada hai to woh is qabil hai ke tum use chhor do, tum us ko haram samjho apne liye.</w:t>
      </w:r>
    </w:p>
    <w:p>
      <w:pPr>
        <w:jc w:val="right"/>
      </w:pPr>
      <w:r>
        <w:t>اور جب نقصان زیادہ ہے تو وہ اس قابل ہے کہ تم اسے چھوڑ دو، تم اس کو حرام سمجھو اپنے لیے۔</w:t>
      </w:r>
    </w:p>
    <w:p>
      <w:r>
        <w:rPr>
          <w:b/>
        </w:rPr>
        <w:t xml:space="preserve">[15:23] </w:t>
      </w:r>
      <w:r>
        <w:t>is ke baad hai "yasaloonaka ma yafqoon".</w:t>
      </w:r>
    </w:p>
    <w:p>
      <w:pPr>
        <w:jc w:val="right"/>
      </w:pPr>
      <w:r>
        <w:t>اس کے بعد ہے "یسلونکم مادہینفقون"۔</w:t>
      </w:r>
    </w:p>
    <w:p>
      <w:r>
        <w:rPr>
          <w:b/>
        </w:rPr>
        <w:t xml:space="preserve">[15:31] </w:t>
      </w:r>
      <w:r>
        <w:t>qul al afw.</w:t>
      </w:r>
    </w:p>
    <w:p>
      <w:pPr>
        <w:jc w:val="right"/>
      </w:pPr>
      <w:r>
        <w:t>قل العفو۔</w:t>
      </w:r>
    </w:p>
    <w:p>
      <w:r>
        <w:rPr>
          <w:b/>
        </w:rPr>
        <w:t xml:space="preserve">[15:35] </w:t>
      </w:r>
      <w:r>
        <w:t>log poochte hain ke hum apni kamai mein se kitna kharch karein khuda ke raste mein?</w:t>
      </w:r>
    </w:p>
    <w:p>
      <w:pPr>
        <w:jc w:val="right"/>
      </w:pPr>
      <w:r>
        <w:t>لوگ پوچھتے ہیں کہ ہم اپنی کمائی میں سے کتنا خرچ کریں خدا کے راستے میں؟</w:t>
      </w:r>
    </w:p>
    <w:p>
      <w:r>
        <w:rPr>
          <w:b/>
        </w:rPr>
        <w:t xml:space="preserve">[15:45] </w:t>
      </w:r>
      <w:r>
        <w:t>"yasaloonakam madha inafiqoon". qul al afw.</w:t>
      </w:r>
    </w:p>
    <w:p>
      <w:pPr>
        <w:jc w:val="right"/>
      </w:pPr>
      <w:r>
        <w:t>"یسلونکم مادہینفقون"۔ قل العفو۔</w:t>
      </w:r>
    </w:p>
    <w:p>
      <w:r>
        <w:rPr>
          <w:b/>
        </w:rPr>
        <w:t xml:space="preserve">[15:51] </w:t>
      </w:r>
      <w:r>
        <w:t>kyunke quran mein bohat ziyada zor diya gaya hai khuda ke raste mein kharch karo, jis ko infaq kaha gaya hai. infaq mani hain kharch karna khuda ke raste mein.</w:t>
      </w:r>
    </w:p>
    <w:p>
      <w:pPr>
        <w:jc w:val="right"/>
      </w:pPr>
      <w:r>
        <w:t>کیونکہ قرآن میں بہت زیادہ زور دیا گیا ہے خدا کے راستے میں خرچ کرو، جس کو انفاق کہا گیا ہے۔ انفاق معنی ہیں خرچ کرنا خدا کے راستے میں۔</w:t>
      </w:r>
    </w:p>
    <w:p>
      <w:r>
        <w:rPr>
          <w:b/>
        </w:rPr>
        <w:t xml:space="preserve">[16:04] </w:t>
      </w:r>
      <w:r>
        <w:t>to quran mein bar bar zor diya gaya hai ke aye logon! apni kamai ko sirf apne hi zaati kaam mein na lagao balkeh us ko khuda ke raste mein kharch karo.</w:t>
      </w:r>
    </w:p>
    <w:p>
      <w:pPr>
        <w:jc w:val="right"/>
      </w:pPr>
      <w:r>
        <w:t>تو قرآن میں بار بار زور دیا گیا ہے کہ اے لوگوں! اپنی کمائی کو صرف اپنے ہی ذاتی کام میں نہ لگاؤ بلکہ اس کو خدا کے راستے میں خرچ کرو۔</w:t>
      </w:r>
    </w:p>
    <w:p>
      <w:r>
        <w:rPr>
          <w:b/>
        </w:rPr>
        <w:t xml:space="preserve">[16:17] </w:t>
      </w:r>
      <w:r>
        <w:t>aur is ka bohat sawab bataya gaya, bohat ziyada sawab bataya gaya infaq ka, yani khuda ke raste mein kharch karne ka.</w:t>
      </w:r>
    </w:p>
    <w:p>
      <w:pPr>
        <w:jc w:val="right"/>
      </w:pPr>
      <w:r>
        <w:t>اور اس کا بہت ثواب بتایا گیا، بہت زیادہ ثواب بتایا گیا انفاق کا، یعنی خدا کے راستے میں خرچ کرنے کا۔</w:t>
      </w:r>
    </w:p>
    <w:p>
      <w:r>
        <w:rPr>
          <w:b/>
        </w:rPr>
        <w:t xml:space="preserve">[16:28] </w:t>
      </w:r>
      <w:r>
        <w:t>to log poochte the ke hum kitna khar</w:t>
      </w:r>
    </w:p>
    <w:p>
      <w:pPr>
        <w:jc w:val="right"/>
      </w:pPr>
      <w:r>
        <w:t>تو لوگ پوچھتے تھے کہ ہم کتنا خر</w:t>
      </w:r>
    </w:p>
    <w:p>
      <w:r>
        <w:rPr>
          <w:b/>
        </w:rPr>
        <w:t xml:space="preserve">[16:33] </w:t>
      </w:r>
      <w:r>
        <w:t>ch karein? un se keh do ke "afw". afw matlab hai basic need se jo bhi zyada ho. afw kehte hain basic need se zyada.</w:t>
      </w:r>
    </w:p>
    <w:p>
      <w:pPr>
        <w:jc w:val="right"/>
      </w:pPr>
      <w:r>
        <w:t>چ کریں؟ ان سے کہہ دو کہ "عفو"۔ عفو مطلب ہے بیسک نیڈ سے جو بھی زیادہ ہو۔ عفو کہتے ہیں بیسک نیڈ سے زیادہ۔</w:t>
      </w:r>
    </w:p>
    <w:p>
      <w:r>
        <w:rPr>
          <w:b/>
        </w:rPr>
        <w:t xml:space="preserve">[16:47] </w:t>
      </w:r>
      <w:r>
        <w:t>to is ayat ka matlab yeh hua ke aadmi jo kuch kamaye, jo maal us ke paas aye, us mein se woh basic need ko lene ka haqdar hai.</w:t>
      </w:r>
    </w:p>
    <w:p>
      <w:pPr>
        <w:jc w:val="right"/>
      </w:pPr>
      <w:r>
        <w:t>تو اس آیت کا مطلب یہ ہوا کہ آدمی جو کچھ کمائے، جو مال اس کے پاس آئے، اس میں سے وہ بیسک نیڈ کو لینے کا حقدار ہے۔</w:t>
      </w:r>
    </w:p>
    <w:p>
      <w:r>
        <w:rPr>
          <w:b/>
        </w:rPr>
        <w:t xml:space="preserve">[17:05] </w:t>
      </w:r>
      <w:r>
        <w:t>aap jante hain ke insaan ki zarooraten hain, insaan ko ghar chahiye, insaan ko kapra chahiye, insaan ko khana chahiye.</w:t>
      </w:r>
    </w:p>
    <w:p>
      <w:pPr>
        <w:jc w:val="right"/>
      </w:pPr>
      <w:r>
        <w:t>آپ جانتے ہیں کہ انسان کی ضرورتیں ہیں، انسان کو گھر چاہیے، انسان کو کپڑا چاہیے، انسان کو کھانا چاہیے۔</w:t>
      </w:r>
    </w:p>
    <w:p>
      <w:r>
        <w:rPr>
          <w:b/>
        </w:rPr>
        <w:t xml:space="preserve">[17:18] </w:t>
      </w:r>
      <w:r>
        <w:t>to is tarah ki basic needs hain. is ke baghair insaan is dunya mein zindagi guzar nahi sakta.</w:t>
      </w:r>
    </w:p>
    <w:p>
      <w:pPr>
        <w:jc w:val="right"/>
      </w:pPr>
      <w:r>
        <w:t>تو اس طرح کی بیسک نیڈز ہیں۔ اس کے بغیر انسان اس دنیا میں زندگی گزار نہیں سکتا۔</w:t>
      </w:r>
    </w:p>
    <w:p>
      <w:r>
        <w:rPr>
          <w:b/>
        </w:rPr>
        <w:t xml:space="preserve">[17:30] </w:t>
      </w:r>
      <w:r>
        <w:t>to quran ki is ayat ke mutabiq infaq ke bare mein jo usool hai woh yeh hai ke aadmi apni kamai mein se, apne maal mein se basic need ke baghair lene ka haqdar hai.</w:t>
      </w:r>
    </w:p>
    <w:p>
      <w:pPr>
        <w:jc w:val="right"/>
      </w:pPr>
      <w:r>
        <w:t>تو قرآن کی اس آیت کے مطابق انفاق کے بارے میں جو اصول ہے وہ یہ ہے کہ آدمی اپنی کمائی میں سے، اپنے مال میں سے بیسک نیڈ کے بقدر لینے کا حقدار ہے۔</w:t>
      </w:r>
    </w:p>
    <w:p>
      <w:r>
        <w:rPr>
          <w:b/>
        </w:rPr>
        <w:t xml:space="preserve">[17:52] </w:t>
      </w:r>
      <w:r>
        <w:t>basic need se zyada jo maal us ke paas hai, us ko woh khuda ke raste mein kharch kare.</w:t>
      </w:r>
    </w:p>
    <w:p>
      <w:pPr>
        <w:jc w:val="right"/>
      </w:pPr>
      <w:r>
        <w:t>بیسک نیڈ سے زیادہ جو مال اس کے پاس ہے، اس کو وہ خدا کے راستے میں خرچ کرے۔</w:t>
      </w:r>
    </w:p>
    <w:p>
      <w:r>
        <w:rPr>
          <w:b/>
        </w:rPr>
        <w:t xml:space="preserve">[18:02] </w:t>
      </w:r>
      <w:r>
        <w:t>yeh hai usool. to yahan mein kahunga ke islam mein har mamle mein aik minimum hota hai, aik maximum hota hai.</w:t>
      </w:r>
    </w:p>
    <w:p>
      <w:pPr>
        <w:jc w:val="right"/>
      </w:pPr>
      <w:r>
        <w:t>یہ ہے اصول۔ تو یہاں میں کہوں گا کہ اسلام میں ہر معاملے میں ایک منیمم ہوتا ہے، ایک میکسیمم ہوتا ہے۔</w:t>
      </w:r>
    </w:p>
    <w:p>
      <w:r>
        <w:rPr>
          <w:b/>
        </w:rPr>
        <w:t xml:space="preserve">[18:16] </w:t>
      </w:r>
      <w:r>
        <w:t>minimum aur maximum har mamle mein. jaise quran ke mamle mein minimum yeh hai ke aap is ka translation parh lein.</w:t>
      </w:r>
    </w:p>
    <w:p>
      <w:pPr>
        <w:jc w:val="right"/>
      </w:pPr>
      <w:r>
        <w:t>منیمم اور میکسیمم ہر معاملے میں۔ جیسے قرآن کے معاملے میں منیمم یہ ہے کہ آپ اس کا ٹرانسلیشن پڑھ لیں۔</w:t>
      </w:r>
    </w:p>
    <w:p>
      <w:r>
        <w:rPr>
          <w:b/>
        </w:rPr>
        <w:t xml:space="preserve">[18:28] </w:t>
      </w:r>
      <w:r>
        <w:t>maximum yeh hai ke aap arabi zaban seekhein aur arabi mein barah e raast, direct taur par jo quran ka text hai arabi zaban mein, us se aap quran ko parhein.</w:t>
      </w:r>
    </w:p>
    <w:p>
      <w:pPr>
        <w:jc w:val="right"/>
      </w:pPr>
      <w:r>
        <w:t>میکسیمم یہ ہے کہ آپ عربی زبان سیکھیں اور عربی میں براہ راست، ڈائریکٹ طور پر جو قرآن کا ٹیکسٹ ہے عربی زبان میں، اس سے آپ قرآن کو پڑھیں۔</w:t>
      </w:r>
    </w:p>
    <w:p>
      <w:r>
        <w:rPr>
          <w:b/>
        </w:rPr>
        <w:t xml:space="preserve">[18:44] </w:t>
      </w:r>
      <w:r>
        <w:t>to quran ke bare mein bhi minimum aur maximum hai. minimum yeh hai ke aap quran ka tarjuma parh lein ya aap ko tarjuma bhi parhna bhi nahi ata to kisi ko parhwa kar sun lein.</w:t>
      </w:r>
    </w:p>
    <w:p>
      <w:pPr>
        <w:jc w:val="right"/>
      </w:pPr>
      <w:r>
        <w:t>تو قرآن کے بارے میں بھی منیمم اور میکسیمم ہے۔ منیمم یہ ہے کہ آپ قرآن کا ترجمہ پڑھ لیں یا آپ کو ترجمہ بھی پڑھنا بھی نہیں آتا تو کسی کو پڑھوا کر سن لیں۔</w:t>
      </w:r>
    </w:p>
    <w:p>
      <w:r>
        <w:rPr>
          <w:b/>
        </w:rPr>
        <w:t xml:space="preserve">[18:58] </w:t>
      </w:r>
      <w:r>
        <w:t>yeh minimum hua. aur maximum yeh hai ke aap quran ko direct taur par is ki arabic language mein parhein aur ghaur karein, ghaur kar ke is ke matlab ko samjhein.</w:t>
      </w:r>
    </w:p>
    <w:p>
      <w:pPr>
        <w:jc w:val="right"/>
      </w:pPr>
      <w:r>
        <w:t>یہ منیمم ہوا۔ اور میکسیمم یہ ہے کہ آپ قرآن کو ڈائریکٹ طور پر اس کی عربک لینگویج میں پڑھیں اور غور کریں، غور کر کے اس کے مطلب کو سمجھیں۔</w:t>
      </w:r>
    </w:p>
    <w:p>
      <w:r>
        <w:rPr>
          <w:b/>
        </w:rPr>
        <w:t xml:space="preserve">[19:14] </w:t>
      </w:r>
      <w:r>
        <w:t>to hadith mein ata hai ke "likul aayati minha zuhr wa</w:t>
      </w:r>
    </w:p>
    <w:p>
      <w:pPr>
        <w:jc w:val="right"/>
      </w:pPr>
      <w:r>
        <w:t>تو حدیث میں آتا ہے کہ "لکل آیت منہا زہر وب</w:t>
      </w:r>
    </w:p>
    <w:p>
      <w:r>
        <w:rPr>
          <w:b/>
        </w:rPr>
        <w:t xml:space="preserve">[19:19] </w:t>
      </w:r>
      <w:r>
        <w:t>tar". quran ki har ayat ka kuch matlab us ke satron mein hai aur kuch matlab ban satoor hai, yani kuch lines mein hai, kuch between the lines hai.</w:t>
      </w:r>
    </w:p>
    <w:p>
      <w:pPr>
        <w:jc w:val="right"/>
      </w:pPr>
      <w:r>
        <w:t>طر"۔ قرآن کی ہر آیت کا کچھ مطلب اس کے سطروں میں ہے اور کچھ مطلب بان سطور ہے، یعنی کچھ لائنز میں ہے، کچھ بٹوین دا لائنز ہے۔</w:t>
      </w:r>
    </w:p>
    <w:p>
      <w:r>
        <w:rPr>
          <w:b/>
        </w:rPr>
        <w:t xml:space="preserve">[19:31] </w:t>
      </w:r>
      <w:r>
        <w:t>to lines mein jo baatein hain woh hain minimum aur maximum yeh hai ke jo between the lines hai, us ko bhi ghaur kar ke samjhein.</w:t>
      </w:r>
    </w:p>
    <w:p>
      <w:pPr>
        <w:jc w:val="right"/>
      </w:pPr>
      <w:r>
        <w:t>تو لائنز میں جو باتیں ہیں وہ ہیں منیمم اور میکسیمم یہ ہے کہ جو بٹوین دا لائنز ہے، اس کو بھی غور کر کے سمجھیں۔</w:t>
      </w:r>
    </w:p>
    <w:p>
      <w:r>
        <w:rPr>
          <w:b/>
        </w:rPr>
        <w:t xml:space="preserve">[19:42] </w:t>
      </w:r>
      <w:r>
        <w:t>to har cheez mein kuch minimum hota hai, kuch maximum hota hai.</w:t>
      </w:r>
    </w:p>
    <w:p>
      <w:pPr>
        <w:jc w:val="right"/>
      </w:pPr>
      <w:r>
        <w:t>تو ہر چیز میں کچھ منیمم ہوتا ہے، کچھ میکسیمم ہوتا ہے۔</w:t>
      </w:r>
    </w:p>
    <w:p>
      <w:r>
        <w:rPr>
          <w:b/>
        </w:rPr>
        <w:t xml:space="preserve">[19:46] </w:t>
      </w:r>
      <w:r>
        <w:t>to infaq yani khuda ke raste mein kharch karna, yeh jo kaam hai, to is ka bhi aik minimum hai, aik maximum hai.</w:t>
      </w:r>
    </w:p>
    <w:p>
      <w:pPr>
        <w:jc w:val="right"/>
      </w:pPr>
      <w:r>
        <w:t>تو انفاق یعنی خدا کے راستے میں خرچ کرنا، یہ جو کام ہے، تو اس کا بھی ایک منیمم ہے، ایک میکسیمم ہے۔</w:t>
      </w:r>
    </w:p>
    <w:p>
      <w:r>
        <w:rPr>
          <w:b/>
        </w:rPr>
        <w:t xml:space="preserve">[19:59] </w:t>
      </w:r>
      <w:r>
        <w:t>minimum kya hai? minimum hai dhai feesad dena apni kamai mein se.</w:t>
      </w:r>
    </w:p>
    <w:p>
      <w:pPr>
        <w:jc w:val="right"/>
      </w:pPr>
      <w:r>
        <w:t>منیمم کیا ہے؟ منیمم ہے ڈھائی فیصد دینا اپنی کمائی میں سے۔</w:t>
      </w:r>
    </w:p>
    <w:p>
      <w:r>
        <w:rPr>
          <w:b/>
        </w:rPr>
        <w:t xml:space="preserve">[20:07] </w:t>
      </w:r>
      <w:r>
        <w:t>saal bhar, saal poora hone ke baad aap ke paas jo maal bacha,</w:t>
      </w:r>
    </w:p>
    <w:p>
      <w:pPr>
        <w:jc w:val="right"/>
      </w:pPr>
      <w:r>
        <w:t>سال بھر، سال پورا ہونے کے بعد آپ کے پاس جو مال بچا،</w:t>
      </w:r>
    </w:p>
    <w:p>
      <w:r>
        <w:rPr>
          <w:b/>
        </w:rPr>
        <w:t xml:space="preserve">[20:19] </w:t>
      </w:r>
      <w:r>
        <w:t>aap kama rahe hain, kharch kar rahe hain,</w:t>
      </w:r>
    </w:p>
    <w:p>
      <w:pPr>
        <w:jc w:val="right"/>
      </w:pPr>
      <w:r>
        <w:t>آپ کما رہے ہیں، خرچ کر رہے ہیں،</w:t>
      </w:r>
    </w:p>
    <w:p>
      <w:r>
        <w:rPr>
          <w:b/>
        </w:rPr>
        <w:t xml:space="preserve">[20:23] </w:t>
      </w:r>
      <w:r>
        <w:t>to is ko kehte hain "haulana haul"۔ yani aik saal poora hone par jo maal aap ke paas bacha, is maal mein se aap dhai feesad ada karen zakat ke taur par۔</w:t>
      </w:r>
    </w:p>
    <w:p>
      <w:pPr>
        <w:jc w:val="right"/>
      </w:pPr>
      <w:r>
        <w:t>تو اس کو کہتے ہیں "حولان حول"۔ یعنی ایک سال پورا ہونے پر جو مال آپ کے پاس بچا، اس مال میں سے آپ ڈھائی فیصد ادا کریں زکوۃ کے طور پر۔</w:t>
      </w:r>
    </w:p>
    <w:p>
      <w:r>
        <w:rPr>
          <w:b/>
        </w:rPr>
        <w:t xml:space="preserve">[20:40] </w:t>
      </w:r>
      <w:r>
        <w:t>yeh hai minimum۔</w:t>
      </w:r>
    </w:p>
    <w:p>
      <w:pPr>
        <w:jc w:val="right"/>
      </w:pPr>
      <w:r>
        <w:t>یہ ہے منیمم۔</w:t>
      </w:r>
    </w:p>
    <w:p>
      <w:r>
        <w:rPr>
          <w:b/>
        </w:rPr>
        <w:t xml:space="preserve">[20:46] </w:t>
      </w:r>
      <w:r>
        <w:t>to dhai feesad zakat jo hai, woh minimum hai. ab maximum kya hai? maximum yeh hai ke basic need se ziyada jo kuch bhi hai, woh sab Khuda ke raaste mein de dein۔</w:t>
      </w:r>
    </w:p>
    <w:p>
      <w:pPr>
        <w:jc w:val="right"/>
      </w:pPr>
      <w:r>
        <w:t>تو ڈھائی فیصد زکوۃ جو ہے، وہ منیمم ہے۔ اب میکسیمم کیا ہے؟ میکسیمم یہ ہے کہ بیسک نیڈ سے زیادہ جو کچھ بھی ہے، وہ سب خدا کے راستے میں دے دیں۔</w:t>
      </w:r>
    </w:p>
    <w:p>
      <w:r>
        <w:rPr>
          <w:b/>
        </w:rPr>
        <w:t xml:space="preserve">[21:01] </w:t>
      </w:r>
      <w:r>
        <w:t>yeh hai Islam ka usool۔</w:t>
      </w:r>
    </w:p>
    <w:p>
      <w:pPr>
        <w:jc w:val="right"/>
      </w:pPr>
      <w:r>
        <w:t>یہ ہے اسلام کا اصول۔</w:t>
      </w:r>
    </w:p>
    <w:p>
      <w:r>
        <w:rPr>
          <w:b/>
        </w:rPr>
        <w:t xml:space="preserve">[21:06] </w:t>
      </w:r>
      <w:r>
        <w:t>to farmaya ke. to farmaya ke "yas'aloonaka maadha yunfiqun"۔ qul al-'afw۔</w:t>
      </w:r>
    </w:p>
    <w:p>
      <w:pPr>
        <w:jc w:val="right"/>
      </w:pPr>
      <w:r>
        <w:t>تو فرمایا کہ۔ تو فرمایا کہ "یسلونکم مادہینفقون"۔ قل العفو۔</w:t>
      </w:r>
    </w:p>
    <w:p>
      <w:r>
        <w:rPr>
          <w:b/>
        </w:rPr>
        <w:t xml:space="preserve">[21:16] </w:t>
      </w:r>
      <w:r>
        <w:t>woh tum se poochte hain ke hum kitna kharch karein؟</w:t>
      </w:r>
    </w:p>
    <w:p>
      <w:pPr>
        <w:jc w:val="right"/>
      </w:pPr>
      <w:r>
        <w:t>وہ تم سے پوچھتے ہیں کہ ہم کتنا خرچ کریں؟</w:t>
      </w:r>
    </w:p>
    <w:p>
      <w:r>
        <w:rPr>
          <w:b/>
        </w:rPr>
        <w:t xml:space="preserve">[21:24] </w:t>
      </w:r>
      <w:r>
        <w:t>kitna ka matlab hai ziyada se ziyada kitna kharch karein؟</w:t>
      </w:r>
    </w:p>
    <w:p>
      <w:pPr>
        <w:jc w:val="right"/>
      </w:pPr>
      <w:r>
        <w:t>کتنا کا مطلب ہے زیادہ سے زیادہ کتنا خرچ کریں؟</w:t>
      </w:r>
    </w:p>
    <w:p>
      <w:r>
        <w:rPr>
          <w:b/>
        </w:rPr>
        <w:t xml:space="preserve">[21:31] </w:t>
      </w:r>
      <w:r>
        <w:t>kyunke kam ka to pata tha ke dhai feesad woh logon ko pata tha۔</w:t>
      </w:r>
    </w:p>
    <w:p>
      <w:pPr>
        <w:jc w:val="right"/>
      </w:pPr>
      <w:r>
        <w:t>کیونکہ کم کا تو پتہ تھا کہ ڈھائی فیصد وہ لوگوں کو پتہ تھا۔</w:t>
      </w:r>
    </w:p>
    <w:p>
      <w:r>
        <w:rPr>
          <w:b/>
        </w:rPr>
        <w:t xml:space="preserve">[21:37] </w:t>
      </w:r>
      <w:r>
        <w:t>aisa nahi hai ke woh is ko na jante hon. woh</w:t>
      </w:r>
    </w:p>
    <w:p>
      <w:pPr>
        <w:jc w:val="right"/>
      </w:pPr>
      <w:r>
        <w:t>ایسا نہیں ہے کہ وہ اس کو نہ جانتے ہوں۔ وہ</w:t>
      </w:r>
    </w:p>
    <w:p>
      <w:r>
        <w:rPr>
          <w:b/>
        </w:rPr>
        <w:t xml:space="preserve">[21:42] </w:t>
      </w:r>
      <w:r>
        <w:t>jab Quran mein bohat ziyada zor diya gaya ke Allah ke raaste mein kharch karo, Allah ke raaste mein kharch karo, to un ke zehen mein yeh sawal aaya ke jo minimum had hai, dhai feesad, woh to hum jante hain, lekin maximum had kya hai is ma</w:t>
      </w:r>
    </w:p>
    <w:p>
      <w:pPr>
        <w:jc w:val="right"/>
      </w:pPr>
      <w:r>
        <w:t>جب قرآن میں بہت زیادہ زور دیا گیا کہ اللہ کے راستے میں خرچ کرو، اللہ کے راستے میں خرچ کرو، تو ان کے ذہن میں یہ سوال آیا کہ جو منیمم حد ہے، ڈھائی فیصد، وہ تو ہم جانتے ہیں، لیکن میکسیمم حد کیا ہے اس مع</w:t>
      </w:r>
    </w:p>
    <w:p>
      <w:r>
        <w:rPr>
          <w:b/>
        </w:rPr>
        <w:t xml:space="preserve">[22:01] </w:t>
      </w:r>
      <w:r>
        <w:t>amle mein؟ to farmaya ke basic need se ziyada jo kuch bhi hai tumhare paas maal, woh sab Khuda ke raaste mein kharch karo۔</w:t>
      </w:r>
    </w:p>
    <w:p>
      <w:pPr>
        <w:jc w:val="right"/>
      </w:pPr>
      <w:r>
        <w:t>املے میں؟ تو فرمایا کہ بیسک نیڈ سے زیادہ جو کچھ بھی ہے تمہارے پاس مال، وہ سب خدا کے راستے میں خرچ کرو۔</w:t>
      </w:r>
    </w:p>
    <w:p>
      <w:r>
        <w:rPr>
          <w:b/>
        </w:rPr>
        <w:t xml:space="preserve">[22:13] </w:t>
      </w:r>
      <w:r>
        <w:t>to is se aik usool maloom hua ke deen ke har muamle mein, har muamle mein aik minimum hai, aik maximum hai۔</w:t>
      </w:r>
    </w:p>
    <w:p>
      <w:pPr>
        <w:jc w:val="right"/>
      </w:pPr>
      <w:r>
        <w:t>تو اس سے ایک اصول معلوم ہوا کہ دین کے ہر معاملے میں، ہر معاملے میں ایک منیمم ہے، ایک میکسیمم ہے۔</w:t>
      </w:r>
    </w:p>
    <w:p>
      <w:r>
        <w:rPr>
          <w:b/>
        </w:rPr>
        <w:t xml:space="preserve">[22:25] </w:t>
      </w:r>
      <w:r>
        <w:t>yahan tak kalma jo hai, is ka bhi minimum aur maximum hai۔</w:t>
      </w:r>
    </w:p>
    <w:p>
      <w:pPr>
        <w:jc w:val="right"/>
      </w:pPr>
      <w:r>
        <w:t>یہاں تک کلمہ جو ہے، اس کا بھی منیمم اور میکسیمم ہے۔</w:t>
      </w:r>
    </w:p>
    <w:p>
      <w:r>
        <w:rPr>
          <w:b/>
        </w:rPr>
        <w:t xml:space="preserve">[22:31] </w:t>
      </w:r>
      <w:r>
        <w:t>agar aap ne aik baar kalma parh liya to aap ko. to aap iman ke daayre mein dakhil ho gaye. lekin hadith mein aata hai ke "jaddidu imanakum bi qawli la ilaha illallah"۔</w:t>
      </w:r>
    </w:p>
    <w:p>
      <w:pPr>
        <w:jc w:val="right"/>
      </w:pPr>
      <w:r>
        <w:t>اگر آپ نے ایک بار کلمہ پڑھ لیا تو آپ کو۔ تو آپ ایمان کے دائرے میں داخل ہو گئے۔ لیکن حدیث میں آتا ہے کہ "جددوا ایمانکم بقول لا الہ الا اللہ"۔</w:t>
      </w:r>
    </w:p>
    <w:p>
      <w:r>
        <w:rPr>
          <w:b/>
        </w:rPr>
        <w:t xml:space="preserve">[22:47] </w:t>
      </w:r>
      <w:r>
        <w:t>apne iman ko revive karte raho, apne iman ko taaza karte raho, yeh keh kar ke "la ilaha illallah"</w:t>
      </w:r>
    </w:p>
    <w:p>
      <w:pPr>
        <w:jc w:val="right"/>
      </w:pPr>
      <w:r>
        <w:t>اپنے ایمان کو ریوائیو کرتے رہو، اپنے ایمان کو تازہ کرتے رہو، یہ کہہ کر کہ "لا الہ الا اللہ"</w:t>
      </w:r>
    </w:p>
    <w:p>
      <w:r>
        <w:rPr>
          <w:b/>
        </w:rPr>
        <w:t xml:space="preserve">[22:55] </w:t>
      </w:r>
      <w:r>
        <w:t>۔ ab dekhein, yeh maximum hai. to aik baar agar aap ne kalma parha to aap iman ke daayre mein dakhil ho gaye. yeh tha minimum۔</w:t>
      </w:r>
    </w:p>
    <w:p>
      <w:pPr>
        <w:jc w:val="right"/>
      </w:pPr>
      <w:r>
        <w:t>۔ اب دیکھیں، یہ میکسیمم ہے۔ تو ایک بار اگر آپ نے کلمہ پڑھا تو آپ ایمان کے دائرے میں داخل ہو گئے۔ یہ تھا منیمم۔</w:t>
      </w:r>
    </w:p>
    <w:p>
      <w:r>
        <w:rPr>
          <w:b/>
        </w:rPr>
        <w:t xml:space="preserve">[23:05] </w:t>
      </w:r>
      <w:r>
        <w:t>maximum yeh hai ke aap daily is ko revive karte rahein, is ko is ko recall karte rahein, apne mind mein is ko taaza karte rahein taake aap ka, aap ka jo،</w:t>
      </w:r>
    </w:p>
    <w:p>
      <w:pPr>
        <w:jc w:val="right"/>
      </w:pPr>
      <w:r>
        <w:t>میکسیمم یہ ہے کہ آپ ڈیلی اس کو ریوائیو کرتے رہیں، اس کو اس کو ریکال کرتے رہیں، اپنے مائنڈ میں اس کو تازہ کرتے رہیں تاکہ آپ کا، آپ کا جو،</w:t>
      </w:r>
    </w:p>
    <w:p>
      <w:r>
        <w:rPr>
          <w:b/>
        </w:rPr>
        <w:t xml:space="preserve">[23:23] </w:t>
      </w:r>
      <w:r>
        <w:t>aap ka jo personality building ka jo process hai, woh tezi ke saath chalta rahe۔</w:t>
      </w:r>
    </w:p>
    <w:p>
      <w:pPr>
        <w:jc w:val="right"/>
      </w:pPr>
      <w:r>
        <w:t>آپ کا جو پرسنیلٹی بلڈنگ کا جو پراسیس ہے، وہ تیزی کے ساتھ چلتا رہے۔</w:t>
      </w:r>
    </w:p>
    <w:p>
      <w:r>
        <w:rPr>
          <w:b/>
        </w:rPr>
        <w:t xml:space="preserve">[23:33] </w:t>
      </w:r>
      <w:r>
        <w:t>Khuda ki yaad, Khuda ki azmat, Khuda ki glory. agar aik baar aap ne yaad kiya to bohat kam aap ke mind mein Khuda ki azmat baithe gi۔</w:t>
      </w:r>
    </w:p>
    <w:p>
      <w:pPr>
        <w:jc w:val="right"/>
      </w:pPr>
      <w:r>
        <w:t>خدا کی یاد، خدا کی عظمت، خدا کی گلوری۔ اگر ایک بار آپ نے یاد کیا تو بہت کم آپ کے مائنڈ میں خدا کی عظمت بیٹھے گی۔</w:t>
      </w:r>
    </w:p>
    <w:p>
      <w:r>
        <w:rPr>
          <w:b/>
        </w:rPr>
        <w:t xml:space="preserve">[23:44] </w:t>
      </w:r>
      <w:r>
        <w:t>lekin jab aap baar baar sochenge, baar baar is ko revive karenge, tab Khuda ki azmat, Khuda ki glory bohat ziyada baithe gi aap ko۔</w:t>
      </w:r>
    </w:p>
    <w:p>
      <w:pPr>
        <w:jc w:val="right"/>
      </w:pPr>
      <w:r>
        <w:t>لیکن جب آپ بار بار سوچیں گے، بار بار اس کو ریوائیو کریں گے، تب خدا کی عظمت، خدا کی گلوری بہت زیادہ بیٹھے گی آپ کو۔</w:t>
      </w:r>
    </w:p>
    <w:p>
      <w:r>
        <w:rPr>
          <w:b/>
        </w:rPr>
        <w:t xml:space="preserve">[23:55] </w:t>
      </w:r>
      <w:r>
        <w:t>aap ko rozana thrilling experience hoga Khuda ke baare mein soch kar</w:t>
      </w:r>
    </w:p>
    <w:p>
      <w:pPr>
        <w:jc w:val="right"/>
      </w:pPr>
      <w:r>
        <w:t>آپ کو روزانہ تھرلنگ ایکسپیرینس ہوگا خدا کے بارے میں سوچ کر</w:t>
      </w:r>
    </w:p>
    <w:p>
      <w:r>
        <w:rPr>
          <w:b/>
        </w:rPr>
        <w:t xml:space="preserve">[24:00] </w:t>
      </w:r>
      <w:r>
        <w:t>ke. is ke baad ayat number 238, 238 hai۔</w:t>
      </w:r>
    </w:p>
    <w:p>
      <w:pPr>
        <w:jc w:val="right"/>
      </w:pPr>
      <w:r>
        <w:t>کے۔ اس کے بعد آیت نمبر 238، 238 ہے۔</w:t>
      </w:r>
    </w:p>
    <w:p>
      <w:r>
        <w:rPr>
          <w:b/>
        </w:rPr>
        <w:t xml:space="preserve">[24:17] </w:t>
      </w:r>
      <w:r>
        <w:t>ayat number 238: "qumu lillahi qaniteen"۔</w:t>
      </w:r>
    </w:p>
    <w:p>
      <w:pPr>
        <w:jc w:val="right"/>
      </w:pPr>
      <w:r>
        <w:t>آیت نمبر 238: "قوموا للہ کان تین"۔</w:t>
      </w:r>
    </w:p>
    <w:p>
      <w:r>
        <w:rPr>
          <w:b/>
        </w:rPr>
        <w:t xml:space="preserve">[24:29] </w:t>
      </w:r>
      <w:r>
        <w:t>qumu lillahi qaniteen. yeh ayat namaz ke context mein hai, yani jo worship hoti hai, jo namaz hoti hai،</w:t>
      </w:r>
    </w:p>
    <w:p>
      <w:pPr>
        <w:jc w:val="right"/>
      </w:pPr>
      <w:r>
        <w:t>قوموا للہ کان تین۔ یہ آیت نماز کے کنٹیکسٹ میں ہے، یعنی جو ورشپ ہوتی ہے، جو نماز ہوتی ہے،</w:t>
      </w:r>
    </w:p>
    <w:p>
      <w:r>
        <w:rPr>
          <w:b/>
        </w:rPr>
        <w:t xml:space="preserve">[24:43] </w:t>
      </w:r>
      <w:r>
        <w:t>jis ko salat kaha gaya hai quran mein, us ke context mein hai ke utho Allah ke liye qanit bankar.</w:t>
      </w:r>
    </w:p>
    <w:p>
      <w:pPr>
        <w:jc w:val="right"/>
      </w:pPr>
      <w:r>
        <w:t>جس کو صلاۃ کہا گیا ہے قرآن میں، اس کے کنٹیکسٹ میں ہے کہ اٹھو اللہ کے لیے قانت بن کر۔</w:t>
      </w:r>
    </w:p>
    <w:p>
      <w:r>
        <w:rPr>
          <w:b/>
        </w:rPr>
        <w:t xml:space="preserve">[24:55] </w:t>
      </w:r>
      <w:r>
        <w:t>qanit ka matlab hota hai ke aap ke dil mein jhukao ho, aap ka dil surrender kiye hue ho, aap ke dil mein submission ki spirit ho.</w:t>
      </w:r>
    </w:p>
    <w:p>
      <w:pPr>
        <w:jc w:val="right"/>
      </w:pPr>
      <w:r>
        <w:t>قانت کا مطلب ہوتا ہے کہ آپ کے دل میں جھکاؤ ہو، آپ کا دل سرینڈر کیے ہوئے ہو، آپ کے دل میں سبمیشن کی سپرٹ ہو۔</w:t>
      </w:r>
    </w:p>
    <w:p>
      <w:r>
        <w:rPr>
          <w:b/>
        </w:rPr>
        <w:t xml:space="preserve">[25:06] </w:t>
      </w:r>
      <w:r>
        <w:t>yeh hai qanit.</w:t>
      </w:r>
    </w:p>
    <w:p>
      <w:pPr>
        <w:jc w:val="right"/>
      </w:pPr>
      <w:r>
        <w:t>یہ ہے قانت۔</w:t>
      </w:r>
    </w:p>
    <w:p>
      <w:r>
        <w:rPr>
          <w:b/>
        </w:rPr>
        <w:t xml:space="preserve">[25:11] </w:t>
      </w:r>
      <w:r>
        <w:t>is se maloom hua ke namaz koi rituals ki baat nahi hai. Kuch rituals hain, us ko ada kar liya, kuch form hai, us ko poora kar liya.</w:t>
      </w:r>
    </w:p>
    <w:p>
      <w:pPr>
        <w:jc w:val="right"/>
      </w:pPr>
      <w:r>
        <w:t>اس سے معلوم ہوا کہ نماز کوئی ریچولز کی بات نہیں ہے۔ کچھ ریچولز ہیں، اس کو ادا کر لیا، کچھ فارم ہے، اس کو پورا کر لیا۔</w:t>
      </w:r>
    </w:p>
    <w:p>
      <w:r>
        <w:rPr>
          <w:b/>
        </w:rPr>
        <w:t xml:space="preserve">[25:25] </w:t>
      </w:r>
      <w:r>
        <w:t>lekin form ka talluq aap ke body se hota hai aur qanoot ka talluq aap ke andar ke wajood se hota hai.</w:t>
      </w:r>
    </w:p>
    <w:p>
      <w:pPr>
        <w:jc w:val="right"/>
      </w:pPr>
      <w:r>
        <w:t>لیکن فارم کا تعلق آپ کے باڈی سے ہوتا ہے اور قنوت کا تعلق آپ کے اندر کے وجود سے ہوتا ہے۔</w:t>
      </w:r>
    </w:p>
    <w:p>
      <w:r>
        <w:rPr>
          <w:b/>
        </w:rPr>
        <w:t xml:space="preserve">[25:38] </w:t>
      </w:r>
      <w:r>
        <w:t>to namaz yeh nahi hai ke ek form hai, ek set of rituals hai aur us ko dohrate rahen, aap dohrate rahen. Yeh namaz nahi hai.</w:t>
      </w:r>
    </w:p>
    <w:p>
      <w:pPr>
        <w:jc w:val="right"/>
      </w:pPr>
      <w:r>
        <w:t>تو نماز یہ نہیں ہے کہ ایک فارم ہے، ایک سیٹ آف ریچولز ہے اور اس کو دہراتے رہیں، آپ دہراتے رہیں۔ یہ نماز نہیں ہے۔</w:t>
      </w:r>
    </w:p>
    <w:p>
      <w:r>
        <w:rPr>
          <w:b/>
        </w:rPr>
        <w:t xml:space="preserve">[25:49] </w:t>
      </w:r>
      <w:r>
        <w:t>farmaya: "قوموا للہ قانتین"۔ utho Khuda ke liye, Khuda ke liye namaz parhne ke liye, submission ke sath, jhukao ke sath,</w:t>
      </w:r>
    </w:p>
    <w:p>
      <w:pPr>
        <w:jc w:val="right"/>
      </w:pPr>
      <w:r>
        <w:t>فرمایا: "قوموا للہ قانتین"۔ اٹھو خدا کے لیے، خدا کے لیے نماز پڑھنے کے لیے، سبمیشن کے ساتھ، جھکاؤ کے ساتھ،</w:t>
      </w:r>
    </w:p>
    <w:p>
      <w:r>
        <w:rPr>
          <w:b/>
        </w:rPr>
        <w:t xml:space="preserve">[26:04] </w:t>
      </w:r>
      <w:r>
        <w:t>khushu ke sath.</w:t>
      </w:r>
    </w:p>
    <w:p>
      <w:pPr>
        <w:jc w:val="right"/>
      </w:pPr>
      <w:r>
        <w:t>خشوع کے ساتھ۔</w:t>
      </w:r>
    </w:p>
    <w:p>
      <w:r>
        <w:rPr>
          <w:b/>
        </w:rPr>
        <w:t xml:space="preserve">[26:07] </w:t>
      </w:r>
      <w:r>
        <w:t>to dil mein agar khushu ho, submission ho, jhukao ho, tabhi woh namaz namaz hai. Sirf form ko dohrane se koi namaz namaz nahi banegi.</w:t>
      </w:r>
    </w:p>
    <w:p>
      <w:pPr>
        <w:jc w:val="right"/>
      </w:pPr>
      <w:r>
        <w:t>تو دل میں اگر خشوع ہو، سبمیشن ہو، جھکاؤ ہو، تبھی وہ نماز نماز ہے۔ صرف فارم کو دہرانے سے کوئی نماز نماز نہیں بنے گی۔</w:t>
      </w:r>
    </w:p>
    <w:p>
      <w:r>
        <w:rPr>
          <w:b/>
        </w:rPr>
        <w:t xml:space="preserve">[26:23] </w:t>
      </w:r>
      <w:r>
        <w:t>to farmaya: "قونو"۔ farmaya ke: "قوموا للہ قانتین"۔ utho namaz ke liye qanoot ke sath, jhukao ke sath, submission ke sath, dil mein izzat ka jazba liye hue.</w:t>
      </w:r>
    </w:p>
    <w:p>
      <w:pPr>
        <w:jc w:val="right"/>
      </w:pPr>
      <w:r>
        <w:t>تو فرمایا: "قونو"۔ فرمایا کہ: "قوموا للہ قانتین"۔ اٹھو نماز کے لیے قنوت کے ساتھ، جھکاؤ کے ساتھ، سبمیشن کے ساتھ، دل میں عزت کا جذبہ لیے ہوئے۔</w:t>
      </w:r>
    </w:p>
    <w:p>
      <w:r>
        <w:rPr>
          <w:b/>
        </w:rPr>
        <w:t xml:space="preserve">[26:41] </w:t>
      </w:r>
      <w:r>
        <w:t>kyun ke jab aap ja rahe hain namaz mein to aap rukoo karenge, sajda karenge.</w:t>
      </w:r>
    </w:p>
    <w:p>
      <w:pPr>
        <w:jc w:val="right"/>
      </w:pPr>
      <w:r>
        <w:t>کیونکہ جب آپ جا رہے ہیں نماز میں تو آپ رکوع کریں گے، سجدہ کریں گے۔</w:t>
      </w:r>
    </w:p>
    <w:p>
      <w:r>
        <w:rPr>
          <w:b/>
        </w:rPr>
        <w:t xml:space="preserve">[26:47] </w:t>
      </w:r>
      <w:r>
        <w:t>ab yeh jism ko aap jhukayenge to jism ka jhukana asal mein andar ki spirit ka ek manifestation hona chahiye, na ke wahi wahi sab kuch hai.</w:t>
      </w:r>
    </w:p>
    <w:p>
      <w:pPr>
        <w:jc w:val="right"/>
      </w:pPr>
      <w:r>
        <w:t>اب یہ جسم کو آپ جھکائیں گے تو جسم کا جھکانا اصل میں اندر کی سپرٹ کا ایک مینیفیسٹیشن ہونا چاہیے، نہ کہ وہی وہی سب کچھ ہے۔</w:t>
      </w:r>
    </w:p>
    <w:p>
      <w:r>
        <w:rPr>
          <w:b/>
        </w:rPr>
        <w:t xml:space="preserve">[27:00] </w:t>
      </w:r>
      <w:r>
        <w:t>yani andar jhukao jo tha, woh jhukao dhal gaya rukoo aur sajda mein. Yeh matlab hua</w:t>
      </w:r>
    </w:p>
    <w:p>
      <w:pPr>
        <w:jc w:val="right"/>
      </w:pPr>
      <w:r>
        <w:t>یعنی اندر جھکاؤ جو تھا، وہ جھکاؤ ڈھل گیا رکوع اور سجدہ میں۔ یہ مطلب ہوا</w:t>
      </w:r>
    </w:p>
    <w:p>
      <w:r>
        <w:rPr>
          <w:b/>
        </w:rPr>
        <w:t xml:space="preserve">[27:09] </w:t>
      </w:r>
      <w:r>
        <w:t>rukoo aur sajda ki haqeeqat yahi hai ke namazi ke dil mein jhukao tha Khuda ke liye, khushu tha Khuda ke liye, submission ki spirit thi Khuda ke liye.</w:t>
      </w:r>
    </w:p>
    <w:p>
      <w:pPr>
        <w:jc w:val="right"/>
      </w:pPr>
      <w:r>
        <w:t>رکوع اور سجدہ کی حقیقت یہی ہے کہ نمازی کے دل میں جھکاؤ تھا خدا کے لیے، خشوع تھا خدا کے لیے، سبمیشن کی سپرٹ تھی خدا کے لیے۔</w:t>
      </w:r>
    </w:p>
    <w:p>
      <w:r>
        <w:rPr>
          <w:b/>
        </w:rPr>
        <w:t xml:space="preserve">[27:24] </w:t>
      </w:r>
      <w:r>
        <w:t>to woh andar ki jo spirit hai, woh jab translate hui practice mein to woh rukoo aur sajda ban gaya.</w:t>
      </w:r>
    </w:p>
    <w:p>
      <w:pPr>
        <w:jc w:val="right"/>
      </w:pPr>
      <w:r>
        <w:t>تو وہ اندر کی جو سپرٹ ہے، وہ جب ٹرانسلیٹ ہوئی پریکٹس میں تو وہ رکوع اور سجدہ بن گیا۔</w:t>
      </w:r>
    </w:p>
    <w:p>
      <w:r>
        <w:rPr>
          <w:b/>
        </w:rPr>
        <w:t xml:space="preserve">[27:36] </w:t>
      </w:r>
      <w:r>
        <w:t>to namaz haqeeqat mein ek spirit ka kharji manifestation hai, ek spirit ka bahar ke aitbar se izhaar hai, yani dil ki spirit ka jism ke aitbar se izhaar hai.</w:t>
      </w:r>
    </w:p>
    <w:p>
      <w:pPr>
        <w:jc w:val="right"/>
      </w:pPr>
      <w:r>
        <w:t>تو نماز حقیقت میں ایک سپرٹ کا خارجی مینیفیسٹیشن ہے، ایک سپرٹ کا باہر کے اعتبار سے اظہار ہے، یعنی دل کی سپرٹ کا جسم کے اعتبار سے اظہار ہے۔</w:t>
      </w:r>
    </w:p>
    <w:p>
      <w:r>
        <w:rPr>
          <w:b/>
        </w:rPr>
        <w:t xml:space="preserve">[27:55] </w:t>
      </w:r>
      <w:r>
        <w:t>jab yeh jab namaz mein yeh dono kaifiyat maujood ho, tab bhi woh namaz namaz hai.</w:t>
      </w:r>
    </w:p>
    <w:p>
      <w:pPr>
        <w:jc w:val="right"/>
      </w:pPr>
      <w:r>
        <w:t>جب یہ جب نماز میں یہ دونوں کیفیت موجود ہو، تب بھی وہ نماز نماز ہے۔</w:t>
      </w:r>
    </w:p>
    <w:p>
      <w:r>
        <w:rPr>
          <w:b/>
        </w:rPr>
        <w:t xml:space="preserve">[28:02] </w:t>
      </w:r>
      <w:r>
        <w:t>to "قوموا للہ قانتین"۔ to dil mein qanoot aur khushu aur khuzu aur ikhbat, yeh sab kaifiyat jab maujood hogi, is maujoodgi, is is kaifiyat ke sath jab tum khade hoge namaz ke liye,</w:t>
      </w:r>
    </w:p>
    <w:p>
      <w:pPr>
        <w:jc w:val="right"/>
      </w:pPr>
      <w:r>
        <w:t>تو "قوموا للہ قانتین"۔ تو دل میں قنوت اور خشوع اور خضوع اور اخبات، یہ سب کیفیت جب موجود ہوگی، اس موجودگی، اس اس کیفیت کے ساتھ جب تم کھڑے ہوگے نماز کے لیے،</w:t>
      </w:r>
    </w:p>
    <w:p>
      <w:r>
        <w:rPr>
          <w:b/>
        </w:rPr>
        <w:t xml:space="preserve">[28:19] </w:t>
      </w:r>
      <w:r>
        <w:t>is kaifiyat ke sath jab tum rukoo karoge aur sajda karoge, to wahi namaz namaz hogi. Isi namaz par tum ko blessing milegi Khuda ki, isi namaz par tum ko reward milega Khuda ka.</w:t>
      </w:r>
    </w:p>
    <w:p>
      <w:pPr>
        <w:jc w:val="right"/>
      </w:pPr>
      <w:r>
        <w:t>اس کیفیت کے ساتھ جب تم رکوع کرو گے اور سجدہ کرو گے، تو وہی نماز نماز ہوگی۔ اسی نماز پر تم کو بلیسنگ ملے گی خدا کی، اسی نماز پر تم کو ریوارڈ ملے گا خدا کا۔</w:t>
      </w:r>
    </w:p>
    <w:p>
      <w:r>
        <w:rPr>
          <w:b/>
        </w:rPr>
        <w:t xml:space="preserve">[28:34] </w:t>
      </w:r>
      <w:r>
        <w:t>quran mein hai ke jo log hell mein ja rahe honge to farishte un se puchhenge ke kya cheez thi jis ne tum ko hell mein pohanchaya?</w:t>
      </w:r>
    </w:p>
    <w:p>
      <w:pPr>
        <w:jc w:val="right"/>
      </w:pPr>
      <w:r>
        <w:t>قرآن میں ہے کہ جو لوگ ہیل میں جا رہے ہوں گے تو فرشتے ان سے پوچھیں گے کہ کیا چیز تھی جس نے تم کو ہیل میں پہنچایا؟</w:t>
      </w:r>
    </w:p>
    <w:p>
      <w:r>
        <w:rPr>
          <w:b/>
        </w:rPr>
        <w:t xml:space="preserve">[28:47] </w:t>
      </w:r>
      <w:r>
        <w:t>to woh kahenge ke: "قالو لم نکو من المصلین"۔</w:t>
      </w:r>
    </w:p>
    <w:p>
      <w:pPr>
        <w:jc w:val="right"/>
      </w:pPr>
      <w:r>
        <w:t>تو وہ کہیں گے کہ: "قالو لم نکو من المصلین"۔</w:t>
      </w:r>
    </w:p>
    <w:p>
      <w:r>
        <w:rPr>
          <w:b/>
        </w:rPr>
        <w:t xml:space="preserve">[28:54] </w:t>
      </w:r>
      <w:r>
        <w:t>to woh kahenge ke hum namaz parhne walon mein na thay. Woh kahenge ke hum namaz parhne walon mein na thay.</w:t>
      </w:r>
    </w:p>
    <w:p>
      <w:pPr>
        <w:jc w:val="right"/>
      </w:pPr>
      <w:r>
        <w:t>تو وہ کہیں گے کہ ہم نماز پڑھنے والوں میں نہ تھے۔ وہ کہیں گے کہ ہم نماز پڑھنے والوں میں نہ تھے۔</w:t>
      </w:r>
    </w:p>
    <w:p>
      <w:r>
        <w:rPr>
          <w:b/>
        </w:rPr>
        <w:t xml:space="preserve">[29:08] </w:t>
      </w:r>
      <w:r>
        <w:t>dusri taraf isi quran mein hai ke: "ویل للمصلین"۔ kharabi hai namaz parhne walon ke liye.</w:t>
      </w:r>
    </w:p>
    <w:p>
      <w:pPr>
        <w:jc w:val="right"/>
      </w:pPr>
      <w:r>
        <w:t>دوسری طرف اسی قرآن میں ہے کہ: "ویل للمصلین"۔ خرابی ہے نماز پڑھنے والوں کے لیے۔</w:t>
      </w:r>
    </w:p>
    <w:p>
      <w:r>
        <w:rPr>
          <w:b/>
        </w:rPr>
        <w:t xml:space="preserve">[29:17] </w:t>
      </w:r>
      <w:r>
        <w:t>ab dekhen ke ek ek hi quran mein do baat hain. Ek taraf farmaya ke: "قالو لم نکو من المصلین"۔</w:t>
      </w:r>
    </w:p>
    <w:p>
      <w:pPr>
        <w:jc w:val="right"/>
      </w:pPr>
      <w:r>
        <w:t>اب دیکھیں کہ ایک ایک ہی قرآن میں دو بات ہیں۔ ایک طرف فرمایا کہ: "قالو لم نکو من المصلین"۔</w:t>
      </w:r>
    </w:p>
    <w:p>
      <w:r>
        <w:rPr>
          <w:b/>
        </w:rPr>
        <w:t xml:space="preserve">[29:29] </w:t>
      </w:r>
      <w:r>
        <w:t>ke hum namaz parhne wale hote to hamein paradise milti, jannat milti, aur namaz parhne wale nahi thay hum to hamein hell mein jana pad raha hai.</w:t>
      </w:r>
    </w:p>
    <w:p>
      <w:pPr>
        <w:jc w:val="right"/>
      </w:pPr>
      <w:r>
        <w:t>کہ ہم نماز پڑھنے والے ہوتے تو ہمیں پیراڈائز ملتی، جنت ملتی، اور نماز پڑھنے والے نہیں تھے ہم تو ہمیں ہیل میں جانا پڑ رہا ہے۔</w:t>
      </w:r>
    </w:p>
    <w:p>
      <w:r>
        <w:rPr>
          <w:b/>
        </w:rPr>
        <w:t xml:space="preserve">[29:40] </w:t>
      </w:r>
      <w:r>
        <w:t>lekin same quran mein yeh bhi hai ke: "foyl lil musallin".</w:t>
      </w:r>
    </w:p>
    <w:p>
      <w:pPr>
        <w:jc w:val="right"/>
      </w:pPr>
      <w:r>
        <w:t>لیکن سیم قرآن میں یہ بھی ہے کہ: "فویل للمصلین"۔</w:t>
      </w:r>
    </w:p>
    <w:p>
      <w:r>
        <w:rPr>
          <w:b/>
        </w:rPr>
        <w:t xml:space="preserve">[29:46] </w:t>
      </w:r>
      <w:r>
        <w:t>namaz parhne walon ke liye kharabi hai, tabahi hai, halakat hai. to dono mein kya farq hai? dono mein yeh farq hai ke</w:t>
      </w:r>
    </w:p>
    <w:p>
      <w:pPr>
        <w:jc w:val="right"/>
      </w:pPr>
      <w:r>
        <w:t>نماز پڑھنے والوں کے لیے خرابی ہے، تباہی ہے، ہلاکت ہے۔ تو دونوں میں کیا فرق ہے؟ دونوں میں یہ فرق ہے کہ</w:t>
      </w:r>
    </w:p>
    <w:p>
      <w:r>
        <w:rPr>
          <w:b/>
        </w:rPr>
        <w:t xml:space="preserve">[30:00] </w:t>
      </w:r>
      <w:r>
        <w:t>wo namaz jo sirf form ke aitbar se parhi gayi ho, us par koi sawab nahi hai, balke weil hai. yani jis jis se harkat kar di aadmi ne aur dil mein kuch bhi nahi,</w:t>
      </w:r>
    </w:p>
    <w:p>
      <w:pPr>
        <w:jc w:val="right"/>
      </w:pPr>
      <w:r>
        <w:t>وہ نماز جو صرف فارم کے اعتبار سے پڑھی گئی ہو، اس پر کوئی ثواب نہیں ہے، بلکہ ویل ہے۔ یعنی جس جس سے حرکت کر دی آدمی نے اور دل میں کچھ بھی نہیں،</w:t>
      </w:r>
    </w:p>
    <w:p>
      <w:r>
        <w:rPr>
          <w:b/>
        </w:rPr>
        <w:t xml:space="preserve">[30:15] </w:t>
      </w:r>
      <w:r>
        <w:t>dil ke andar aur dimagh ke andar jhukao nahi, submission nahi, ikhbat nahi, qunoot nahi, upar upar jism se us ke form ko dohra diya,</w:t>
      </w:r>
    </w:p>
    <w:p>
      <w:pPr>
        <w:jc w:val="right"/>
      </w:pPr>
      <w:r>
        <w:t>دل کے اندر اور دماغ کے اندر جھکاؤ نہیں، سبمیشن نہیں، اخبات نہیں، قنوت نہیں، اوپر اوپر جسم سے اس کے فارم کو دہرا دیا،</w:t>
      </w:r>
    </w:p>
    <w:p>
      <w:r>
        <w:rPr>
          <w:b/>
        </w:rPr>
        <w:t xml:space="preserve">[30:30] </w:t>
      </w:r>
      <w:r>
        <w:t>aisi namazi ke liye hai weil. aisi namaz par koi reward nahi hai.</w:t>
      </w:r>
    </w:p>
    <w:p>
      <w:pPr>
        <w:jc w:val="right"/>
      </w:pPr>
      <w:r>
        <w:t>ایسی نمازی کے لیے ہے ویل۔ ایسی نماز پر کوئی ریوارڈ نہیں ہے۔</w:t>
      </w:r>
    </w:p>
    <w:p>
      <w:r>
        <w:rPr>
          <w:b/>
        </w:rPr>
        <w:t xml:space="preserve">[30:38] </w:t>
      </w:r>
      <w:r>
        <w:t>aur doosri namaz woh hai jis mein andar ki spirit poori tarah maujood ho, jis mein ruku aur sajda andar ki spirit ka manifestation ho.</w:t>
      </w:r>
    </w:p>
    <w:p>
      <w:pPr>
        <w:jc w:val="right"/>
      </w:pPr>
      <w:r>
        <w:t>اور دوسری نماز وہ ہے جس میں اندر کی سپرٹ پوری طرح موجود ہو، جس میں رکوع اور سجدہ اندر کی سپرٹ کا مینیفیسٹیشن ہو۔</w:t>
      </w:r>
    </w:p>
    <w:p>
      <w:r>
        <w:rPr>
          <w:b/>
        </w:rPr>
        <w:t xml:space="preserve">[30:54] </w:t>
      </w:r>
      <w:r>
        <w:t>yani ruku aur sajda alag se ek form ke taur par na ho, balke andar ki spirit ka izhaar ho, andar ki spirit ka manifestation ho.</w:t>
      </w:r>
    </w:p>
    <w:p>
      <w:pPr>
        <w:jc w:val="right"/>
      </w:pPr>
      <w:r>
        <w:t>یعنی رکوع اور سجدہ الگ سے ایک فارم کے طور پر نہ ہو، بلکہ اندر کی سپرٹ کا اظہار ہو، اندر کی سپرٹ کا مینیفیسٹیشن ہو۔</w:t>
      </w:r>
    </w:p>
    <w:p>
      <w:r>
        <w:rPr>
          <w:b/>
        </w:rPr>
        <w:t xml:space="preserve">[31:06] </w:t>
      </w:r>
      <w:r>
        <w:t>jab aisa ho, tabhi woh namaz namaz hai.</w:t>
      </w:r>
    </w:p>
    <w:p>
      <w:pPr>
        <w:jc w:val="right"/>
      </w:pPr>
      <w:r>
        <w:t>جب ایسا ہو، تبھی وہ نماز نماز ہے۔</w:t>
      </w:r>
    </w:p>
    <w:p>
      <w:r>
        <w:rPr>
          <w:b/>
        </w:rPr>
        <w:t xml:space="preserve">[31:12] </w:t>
      </w:r>
      <w:r>
        <w:t>hadees mein aata hai ke ek aadmi aaya madina mein, wahan ki jo masjid thi, us mein us ne namaz parhi. rasool Allah wahan maujood thay.</w:t>
      </w:r>
    </w:p>
    <w:p>
      <w:pPr>
        <w:jc w:val="right"/>
      </w:pPr>
      <w:r>
        <w:t>حدیث میں آتا ہے کہ ایک آدمی آیا مدینہ میں، وہاں کی جو مسجد تھی، اس میں اس نے نماز پڑھی۔ رسول اللہ وہاں موجود تھے۔</w:t>
      </w:r>
    </w:p>
    <w:p>
      <w:r>
        <w:rPr>
          <w:b/>
        </w:rPr>
        <w:t xml:space="preserve">[31:23] </w:t>
      </w:r>
      <w:r>
        <w:t>namaz parh kar ke woh aap ke paas aaya</w:t>
      </w:r>
    </w:p>
    <w:p>
      <w:pPr>
        <w:jc w:val="right"/>
      </w:pPr>
      <w:r>
        <w:t>نماز پڑھ کر کے وہ آپ کے پاس آیا</w:t>
      </w:r>
    </w:p>
    <w:p>
      <w:r>
        <w:rPr>
          <w:b/>
        </w:rPr>
        <w:t xml:space="preserve">[31:28] </w:t>
      </w:r>
      <w:r>
        <w:t>ke aap ke paas baithe</w:t>
      </w:r>
    </w:p>
    <w:p>
      <w:pPr>
        <w:jc w:val="right"/>
      </w:pPr>
      <w:r>
        <w:t>کہ آپ کے پاس بیٹھے</w:t>
      </w:r>
    </w:p>
    <w:p>
      <w:r>
        <w:rPr>
          <w:b/>
        </w:rPr>
        <w:t xml:space="preserve">[31:31] </w:t>
      </w:r>
      <w:r>
        <w:t>to aap farmate hain ke: "irji' fasalli fa'innaka lam tusalli".</w:t>
      </w:r>
    </w:p>
    <w:p>
      <w:pPr>
        <w:jc w:val="right"/>
      </w:pPr>
      <w:r>
        <w:t>تو آپ فرماتے ہیں کہ: "یرج فصل فانکلم تصل"۔</w:t>
      </w:r>
    </w:p>
    <w:p>
      <w:r>
        <w:rPr>
          <w:b/>
        </w:rPr>
        <w:t xml:space="preserve">[31:39] </w:t>
      </w:r>
      <w:r>
        <w:t>tum jao phir se namaz parho kyunke tum ne namaz nahi parhi. ab dekhen ke apni samajh se to namaz parh liya tha us ne,</w:t>
      </w:r>
    </w:p>
    <w:p>
      <w:pPr>
        <w:jc w:val="right"/>
      </w:pPr>
      <w:r>
        <w:t>تم جاؤ پھر سے نماز پڑھو کیونکہ تم نے نماز نہیں پڑھی۔ اب دیکھیں کہ اپنی سمجھ سے تو نماز پڑھ لیا تھا اس نے،</w:t>
      </w:r>
    </w:p>
    <w:p>
      <w:r>
        <w:rPr>
          <w:b/>
        </w:rPr>
        <w:t xml:space="preserve">[31:53] </w:t>
      </w:r>
      <w:r>
        <w:t>lekin aap farmate hain ke tum ne namaz nahi parhi. "irji' fasalli fa'innaka lam tusalli".</w:t>
      </w:r>
    </w:p>
    <w:p>
      <w:pPr>
        <w:jc w:val="right"/>
      </w:pPr>
      <w:r>
        <w:t>لیکن آپ فرماتے ہیں کہ تم نے نماز نہیں پڑھی۔ "یرج فصل فانکلم تصل"۔</w:t>
      </w:r>
    </w:p>
    <w:p>
      <w:r>
        <w:rPr>
          <w:b/>
        </w:rPr>
        <w:t xml:space="preserve">[32:00] </w:t>
      </w:r>
      <w:r>
        <w:t>to baat kya hai? us ne namaz parhi thi shakal wali, form wali, dil wali nahi, dil ke jhukao wali nahi,</w:t>
      </w:r>
    </w:p>
    <w:p>
      <w:pPr>
        <w:jc w:val="right"/>
      </w:pPr>
      <w:r>
        <w:t>تو بات کیا ہے؟ اس نے نماز پڑھی تھی شکل والی، فارم والی، دل والی نہیں، دل کے جھکاؤ والی نہیں،</w:t>
      </w:r>
    </w:p>
    <w:p>
      <w:r>
        <w:rPr>
          <w:b/>
        </w:rPr>
        <w:t xml:space="preserve">[32:15] </w:t>
      </w:r>
      <w:r>
        <w:t>dil ki spirit ke sath nahi. to sab jab. to form wali namaz jo hai, form wali namaz jo hai, woh Khuda ke haan accept nahi hoti.</w:t>
      </w:r>
    </w:p>
    <w:p>
      <w:pPr>
        <w:jc w:val="right"/>
      </w:pPr>
      <w:r>
        <w:t>دل کی سپرٹ کے ساتھ نہیں۔ تو سب جب۔ تو فارم والی نماز جو ہے، فارم والی نماز جو ہے، وہ خدا کے ہاں ایکسیپٹ نہیں ہوتی۔</w:t>
      </w:r>
    </w:p>
    <w:p>
      <w:r>
        <w:rPr>
          <w:b/>
        </w:rPr>
        <w:t xml:space="preserve">[32:27] </w:t>
      </w:r>
      <w:r>
        <w:t>Khuda ke haan woh namaz accept hoti hai jo sachi spirit ke sath parhi jaye. aur sachi spirit kya hai?</w:t>
      </w:r>
    </w:p>
    <w:p>
      <w:pPr>
        <w:jc w:val="right"/>
      </w:pPr>
      <w:r>
        <w:t>خدا کے ہاں وہ نماز ایکسیپٹ ہوتی ہے جو سچی سپرٹ کے ساتھ پڑھی جائے۔ اور سچی سپرٹ کیا ہے؟</w:t>
      </w:r>
    </w:p>
    <w:p>
      <w:r>
        <w:rPr>
          <w:b/>
        </w:rPr>
        <w:t xml:space="preserve">[32:38] </w:t>
      </w:r>
      <w:r>
        <w:t>woh yahi hai ke jismani harkat jo hai, ruku aur sajda jo hai, jo jismani harkat, woh andar ki spirit ka izhaar ho.</w:t>
      </w:r>
    </w:p>
    <w:p>
      <w:pPr>
        <w:jc w:val="right"/>
      </w:pPr>
      <w:r>
        <w:t>وہ یہی ہے کہ جسمانی حرکت جو ہے، رکوع اور سجدہ جو ہے، جو جسمانی حرکت، وہ اندر کی سپرٹ کا اظہار ہو۔</w:t>
      </w:r>
    </w:p>
    <w:p>
      <w:r>
        <w:rPr>
          <w:b/>
        </w:rPr>
        <w:t xml:space="preserve">[32:54] </w:t>
      </w:r>
      <w:r>
        <w:t>andar</w:t>
      </w:r>
    </w:p>
    <w:p>
      <w:pPr>
        <w:jc w:val="right"/>
      </w:pPr>
      <w:r>
        <w:t>اند</w:t>
      </w:r>
    </w:p>
    <w:p>
      <w:r>
        <w:rPr>
          <w:b/>
        </w:rPr>
        <w:t xml:space="preserve">[32:55] </w:t>
      </w:r>
      <w:r>
        <w:t>ki spirit se aadmi ke andar yeh kaifiyat paida hui aur us ne is is spirit, is is dakhili spirit ne us ko jhuka diya.</w:t>
      </w:r>
    </w:p>
    <w:p>
      <w:pPr>
        <w:jc w:val="right"/>
      </w:pPr>
      <w:r>
        <w:t>ر کی سپرٹ سے آدمی کے اندر یہ کیفیت پیدا ہوئی اور اس نے اس اس سپرٹ، اس اس داخلی سپرٹ نے اس کو جھکا دیا۔</w:t>
      </w:r>
    </w:p>
    <w:p>
      <w:r>
        <w:rPr>
          <w:b/>
        </w:rPr>
        <w:t xml:space="preserve">[33:04] </w:t>
      </w:r>
      <w:r>
        <w:t>to yeh jo farmaya ke "qumuu lillahi qanitin", to is mein namaz ki haqeeqat bayan kar di</w:t>
      </w:r>
    </w:p>
    <w:p>
      <w:pPr>
        <w:jc w:val="right"/>
      </w:pPr>
      <w:r>
        <w:t>تو یہ جو فرمایا کہ "قوموا للہ قانتین"، تو اس میں نماز کی حقیقت بیان کر دی</w:t>
      </w:r>
    </w:p>
    <w:p>
      <w:r>
        <w:rPr>
          <w:b/>
        </w:rPr>
        <w:t xml:space="preserve">[33:19] </w:t>
      </w:r>
      <w:r>
        <w:t>ke qunoot jab ho, jab jhukao ho, khushu ho, submission ho, tab woh namaz namaz hai, warna woh namaz namaz nahi hai.</w:t>
      </w:r>
    </w:p>
    <w:p>
      <w:pPr>
        <w:jc w:val="right"/>
      </w:pPr>
      <w:r>
        <w:t>کہ قنوت جب ہو، جب جھکاؤ ہو، خشوع ہو، سبمیشن ہو، تب وہ نماز نماز ہے، ورنہ وہ نماز نماز نہیں ہے۔</w:t>
      </w:r>
    </w:p>
    <w:p>
      <w:r>
        <w:rPr>
          <w:b/>
        </w:rPr>
        <w:t xml:space="preserve">[33:34] </w:t>
      </w:r>
      <w:r>
        <w:t>is ke baad dekhiye, verse number 249 ko lijiye, surah al baqarah ki verse number 249.</w:t>
      </w:r>
    </w:p>
    <w:p>
      <w:pPr>
        <w:jc w:val="right"/>
      </w:pPr>
      <w:r>
        <w:t>اس کے بعد دیکھیے، ورس نمبر 249 کو لیجئے، سورہ البقرہ کی ورس نمبر 249۔</w:t>
      </w:r>
    </w:p>
    <w:p>
      <w:r>
        <w:rPr>
          <w:b/>
        </w:rPr>
        <w:t xml:space="preserve">[33:46] </w:t>
      </w:r>
      <w:r>
        <w:t>is mein farmaya ke: "kam min fi'atin qaleelatin ghalabat fi'atan katheeratan bi'iznillah".</w:t>
      </w:r>
    </w:p>
    <w:p>
      <w:pPr>
        <w:jc w:val="right"/>
      </w:pPr>
      <w:r>
        <w:t>اس میں فرمایا کہ: "کم من فعت قلیلۃ غلبت فعتا کثیرۃ بعزت اللہ"۔</w:t>
      </w:r>
    </w:p>
    <w:p>
      <w:r>
        <w:rPr>
          <w:b/>
        </w:rPr>
        <w:t xml:space="preserve">[34:00] </w:t>
      </w:r>
      <w:r>
        <w:t>"kam min fi'atin qaleelatin ghalabat fi'atan katheeratan bi'iznillah". is ka translation yeh hai ke kitne chhote giroh hain jo barhe giroh par ghalib aate hain,</w:t>
      </w:r>
    </w:p>
    <w:p>
      <w:pPr>
        <w:jc w:val="right"/>
      </w:pPr>
      <w:r>
        <w:t>"کم من فعت قلیلۃ غلبت فعتا کثیرۃ بعزت اللہ"۔ اس کا ٹرانسلیشن یہ ہے کہ کتنے چھوٹے گروہ ہیں جو بڑے گروہ پر غالب آتے ہیں،</w:t>
      </w:r>
    </w:p>
    <w:p>
      <w:r>
        <w:rPr>
          <w:b/>
        </w:rPr>
        <w:t xml:space="preserve">[34:25] </w:t>
      </w:r>
      <w:r>
        <w:t>allah ke azn se, allah ke</w:t>
      </w:r>
    </w:p>
    <w:p>
      <w:pPr>
        <w:jc w:val="right"/>
      </w:pPr>
      <w:r>
        <w:t>اللہ کے اذن سے، اللہ کے</w:t>
      </w:r>
    </w:p>
    <w:p>
      <w:r>
        <w:rPr>
          <w:b/>
        </w:rPr>
        <w:t xml:space="preserve">[34:30] </w:t>
      </w:r>
      <w:r>
        <w:t>qanoon se. yahan par dekhen, yeh koi mysterious baat nahi hai, yeh koi purasar baat nahi hai ke chhota groh apne se zyada bade groh par ghalib aa jaye.</w:t>
      </w:r>
    </w:p>
    <w:p>
      <w:pPr>
        <w:jc w:val="right"/>
      </w:pPr>
      <w:r>
        <w:t>قانون سے۔ یہاں پر دیکھیں، یہ کوئی مسٹیریس بات نہیں ہے، یہ کوئی پراسرار بات نہیں ہے کہ چھوٹا گروہ اپنے سے زیادہ بڑے گروہ پر غالب آ جائے۔</w:t>
      </w:r>
    </w:p>
    <w:p>
      <w:r>
        <w:rPr>
          <w:b/>
        </w:rPr>
        <w:t xml:space="preserve">[34:49] </w:t>
      </w:r>
      <w:r>
        <w:t>to kaise hota hai? yeh mysteriously nahi hota hai, yeh koi purasar baat nahi hai.</w:t>
      </w:r>
    </w:p>
    <w:p>
      <w:pPr>
        <w:jc w:val="right"/>
      </w:pPr>
      <w:r>
        <w:t>تو کیسے ہوتا ہے؟ یہ مسٹیریسلی نہیں ہوتا ہے، یہ کوئی پراسرار بات نہیں ہے۔</w:t>
      </w:r>
    </w:p>
    <w:p>
      <w:r>
        <w:rPr>
          <w:b/>
        </w:rPr>
        <w:t xml:space="preserve">[35:00] </w:t>
      </w:r>
      <w:r>
        <w:t>yeh khuda ka jo qanoon hai, is duniya mein jo law of nature hai, is ke mutabiq hota hai, bashart ke aadmi is qanoon ko samjhe aur us ko istemal karay.</w:t>
      </w:r>
    </w:p>
    <w:p>
      <w:pPr>
        <w:jc w:val="right"/>
      </w:pPr>
      <w:r>
        <w:t>یہ خدا کا جو قانون ہے، اس دنیا میں جو لاء آف نیچر ہے، اس کے مطابق ہوتا ہے، بشرط کہ آدمی اس قانون کو سمجھے اور اس کو استعمال کرے۔</w:t>
      </w:r>
    </w:p>
    <w:p>
      <w:r>
        <w:rPr>
          <w:b/>
        </w:rPr>
        <w:t xml:space="preserve">[35:12] </w:t>
      </w:r>
      <w:r>
        <w:t>woh kaise? dekhen, do groh hain, ek chhota hai, ek bada, ek hi area mein.</w:t>
      </w:r>
    </w:p>
    <w:p>
      <w:pPr>
        <w:jc w:val="right"/>
      </w:pPr>
      <w:r>
        <w:t>وہ کیسے؟ دیکھیں، دو گروہ ہیں، ایک چھوٹا ہے، ایک بڑا، ایک ہی ایریا میں۔</w:t>
      </w:r>
    </w:p>
    <w:p>
      <w:r>
        <w:rPr>
          <w:b/>
        </w:rPr>
        <w:t xml:space="preserve">[35:23] </w:t>
      </w:r>
      <w:r>
        <w:t>to kya hota hai?</w:t>
      </w:r>
    </w:p>
    <w:p>
      <w:pPr>
        <w:jc w:val="right"/>
      </w:pPr>
      <w:r>
        <w:t>تو کیا ہوتا ہے؟</w:t>
      </w:r>
    </w:p>
    <w:p>
      <w:r>
        <w:rPr>
          <w:b/>
        </w:rPr>
        <w:t xml:space="preserve">[35:25] </w:t>
      </w:r>
      <w:r>
        <w:t>khuda ka qanoon yeh hai ke chhote groh ke andar compression ki spirit jaagti hai, hard work ki spirit jaagti hai.</w:t>
      </w:r>
    </w:p>
    <w:p>
      <w:pPr>
        <w:jc w:val="right"/>
      </w:pPr>
      <w:r>
        <w:t>خدا کا قانون یہ ہے کہ چھوٹے گروہ کے اندر کمپریشن کی سپرٹ جاگتی ہے، ہارڈ ورک کی سپرٹ جاگتی ہے۔</w:t>
      </w:r>
    </w:p>
    <w:p>
      <w:r>
        <w:rPr>
          <w:b/>
        </w:rPr>
        <w:t xml:space="preserve">[35:38] </w:t>
      </w:r>
      <w:r>
        <w:t>yeh law of nature hai, yeh fitrat jo hai, insaan ki fitrat, fitrat khud active ho jati hai</w:t>
      </w:r>
    </w:p>
    <w:p>
      <w:pPr>
        <w:jc w:val="right"/>
      </w:pPr>
      <w:r>
        <w:t>یہ لاء آف نیچر ہے، یہ فطرت جو ہے، انسان کی فطرت، فطرت خود ایکٹیو ہو جاتی ہے</w:t>
      </w:r>
    </w:p>
    <w:p>
      <w:r>
        <w:rPr>
          <w:b/>
        </w:rPr>
        <w:t xml:space="preserve">[35:47] </w:t>
      </w:r>
      <w:r>
        <w:t>ke jab doosra groh bada hai to mein us ko compensate is tarah kar sakta hoon ke mein apni mehnat ko</w:t>
      </w:r>
    </w:p>
    <w:p>
      <w:pPr>
        <w:jc w:val="right"/>
      </w:pPr>
      <w:r>
        <w:t>کہ جب دوسرا گروہ بڑا ہے تو میں اس کو کمپنسیٹ اس طرح کر سکتا ہوں کہ میں اپنی محنت کو</w:t>
      </w:r>
    </w:p>
    <w:p>
      <w:r>
        <w:rPr>
          <w:b/>
        </w:rPr>
        <w:t xml:space="preserve">[35:55] </w:t>
      </w:r>
      <w:r>
        <w:t>zyada kar doon. apni mehnat ko zyada kar ke, apni planning ko zyada behtar kar ke, mein us ki adadi bartari ko, number woh zyada hai to mein apni planning ko zyada behtar bana kar ke us par ghalib aa sakta hoon.</w:t>
      </w:r>
    </w:p>
    <w:p>
      <w:pPr>
        <w:jc w:val="right"/>
      </w:pPr>
      <w:r>
        <w:t>زیادہ کر دوں۔ اپنی محنت کو زیادہ کر کے، اپنی پلاننگ کو زیادہ بہتر کر کے، میں اس کی عددی برتری کو، نمبر وہ زیادہ ہے تو میں اپنی پلاننگ کو زیادہ بہتر بنا کر کے اس پر غالب آ سکتا ہوں۔</w:t>
      </w:r>
    </w:p>
    <w:p>
      <w:r>
        <w:rPr>
          <w:b/>
        </w:rPr>
        <w:t xml:space="preserve">[36:13] </w:t>
      </w:r>
      <w:r>
        <w:t>yeh nature mein hai, fitrat mein hai. to woh woh woh hissa active ho jata hai.</w:t>
      </w:r>
    </w:p>
    <w:p>
      <w:pPr>
        <w:jc w:val="right"/>
      </w:pPr>
      <w:r>
        <w:t>یہ نیچر میں ہے، فطرت میں ہے۔ تو وہ وہ وہ حصہ ایکٹیو ہو جاتا ہے۔</w:t>
      </w:r>
    </w:p>
    <w:p>
      <w:r>
        <w:rPr>
          <w:b/>
        </w:rPr>
        <w:t xml:space="preserve">[36:20] </w:t>
      </w:r>
      <w:r>
        <w:t>isi baat ko sheikh saadi ne ek shair mein is tarah kaha ke: "nabini ke choon gurba ajiz soot, bararat bachingal chashm pulang".</w:t>
      </w:r>
    </w:p>
    <w:p>
      <w:pPr>
        <w:jc w:val="right"/>
      </w:pPr>
      <w:r>
        <w:t>اسی بات کو شیخ سعدی نے ایک شعر میں اس طرح کہا کہ: "نبینی کے چوں گربہ عاجز سوت، برارت بچنگال چشم پلنگ"۔</w:t>
      </w:r>
    </w:p>
    <w:p>
      <w:r>
        <w:rPr>
          <w:b/>
        </w:rPr>
        <w:t xml:space="preserve">[36:37] </w:t>
      </w:r>
      <w:r>
        <w:t>sheikh saadi ki kitab hai "gulistan", is mein bohat wisdom ki baatein hain,</w:t>
      </w:r>
    </w:p>
    <w:p>
      <w:pPr>
        <w:jc w:val="right"/>
      </w:pPr>
      <w:r>
        <w:t>شیخ سعدی کی کتاب ہے "گلستہ"، اس میں بہت وزڈم کی باتیں ہیں،</w:t>
      </w:r>
    </w:p>
    <w:p>
      <w:r>
        <w:rPr>
          <w:b/>
        </w:rPr>
        <w:t xml:space="preserve">[36:44] </w:t>
      </w:r>
      <w:r>
        <w:t>zyada tar tamseel ki zabaan mein hain. to unhon ne kaha ke: "nabini ke jo gurba ajiz shud, bararat bachingal chashm pulang".</w:t>
      </w:r>
    </w:p>
    <w:p>
      <w:pPr>
        <w:jc w:val="right"/>
      </w:pPr>
      <w:r>
        <w:t>زیادہ تر تمثیل کی زبان میں ہیں۔ تو انہوں نے کہا کہ: "نبینی کے جو گربہ عاجز شود، برارت بچنگال چشم پلنگ"۔</w:t>
      </w:r>
    </w:p>
    <w:p>
      <w:r>
        <w:rPr>
          <w:b/>
        </w:rPr>
        <w:t xml:space="preserve">[36:55] </w:t>
      </w:r>
      <w:r>
        <w:t>kya tum nahi dekhte ke billi jab ajiz ho jati hai to woh sher ki aankh nikal leti hai apne changal se?</w:t>
      </w:r>
    </w:p>
    <w:p>
      <w:pPr>
        <w:jc w:val="right"/>
      </w:pPr>
      <w:r>
        <w:t>کیا تم نہیں دیکھتے کہ بلی جب عاجز ہو جاتی ہے تو وہ شیر کی آنکھ نکال لیتی ہے اپنے چنگل سے؟</w:t>
      </w:r>
    </w:p>
    <w:p>
      <w:r>
        <w:rPr>
          <w:b/>
        </w:rPr>
        <w:t xml:space="preserve">[37:12] </w:t>
      </w:r>
      <w:r>
        <w:t>woh kya hai?</w:t>
      </w:r>
    </w:p>
    <w:p>
      <w:pPr>
        <w:jc w:val="right"/>
      </w:pPr>
      <w:r>
        <w:t>وہ کیا ہے؟</w:t>
      </w:r>
    </w:p>
    <w:p>
      <w:r>
        <w:rPr>
          <w:b/>
        </w:rPr>
        <w:t xml:space="preserve">[37:13] </w:t>
      </w:r>
      <w:r>
        <w:t>yani sher ne hamla kiya billi ke upar.</w:t>
      </w:r>
    </w:p>
    <w:p>
      <w:pPr>
        <w:jc w:val="right"/>
      </w:pPr>
      <w:r>
        <w:t>یعنی شیر نے حملہ کیا بلی کے اوپر۔</w:t>
      </w:r>
    </w:p>
    <w:p>
      <w:r>
        <w:rPr>
          <w:b/>
        </w:rPr>
        <w:t xml:space="preserve">[37:19] </w:t>
      </w:r>
      <w:r>
        <w:t>ab billi jo hai, us waqt us ke saari energy jaag pare gi,</w:t>
      </w:r>
    </w:p>
    <w:p>
      <w:pPr>
        <w:jc w:val="right"/>
      </w:pPr>
      <w:r>
        <w:t>اب بلی جو ہے، اس وقت اس کے ساری انرجی جاگ پڑے گی،</w:t>
      </w:r>
    </w:p>
    <w:p>
      <w:r>
        <w:rPr>
          <w:b/>
        </w:rPr>
        <w:t xml:space="preserve">[37:29] </w:t>
      </w:r>
      <w:r>
        <w:t>jo deshront energy hoti hai har ek ke andar. woh sara windows khul jayen gi aur jhapte gi, jhaapt kar ke us ko changal se us ki aankh nikal sakti hai.</w:t>
      </w:r>
    </w:p>
    <w:p>
      <w:pPr>
        <w:jc w:val="right"/>
      </w:pPr>
      <w:r>
        <w:t>جو ڈیزرونٹ انرجی ہوتی ہے ہر ایک کے اندر۔ وہ سارا ونڈوز کھل جائیں گی اور جھپٹے گی، جھپٹ کر کے اس کو چنگل سے اس کی آنکھ نکال سکتی ہے۔</w:t>
      </w:r>
    </w:p>
    <w:p>
      <w:r>
        <w:rPr>
          <w:b/>
        </w:rPr>
        <w:t xml:space="preserve">[37:42] </w:t>
      </w:r>
      <w:r>
        <w:t>yeh kaha unhon ne. to dekhiye, har insaan ke andar kuch reserved energy hoti hai,</w:t>
      </w:r>
    </w:p>
    <w:p>
      <w:pPr>
        <w:jc w:val="right"/>
      </w:pPr>
      <w:r>
        <w:t>یہ کہا انہوں نے۔ تو دیکھیے، ہر انسان کے اندر کچھ ریزروڈ انرجی ہوتی ہے،</w:t>
      </w:r>
    </w:p>
    <w:p>
      <w:r>
        <w:rPr>
          <w:b/>
        </w:rPr>
        <w:t xml:space="preserve">[37:50] </w:t>
      </w:r>
      <w:r>
        <w:t>aam halat mein woh release nahi hoti. lekin jab crisis aa jaye, jab challenge aa jaye to mind is energy ko release kar deta hai.</w:t>
      </w:r>
    </w:p>
    <w:p>
      <w:pPr>
        <w:jc w:val="right"/>
      </w:pPr>
      <w:r>
        <w:t>عام حالت میں وہ ریلیز نہیں ہوتی۔ لیکن جب کرائسز آ جائے، جب چیلنج آ جائے تو مائنڈ اس انرجی کو ریلیز کر دیتا ہے۔</w:t>
      </w:r>
    </w:p>
    <w:p>
      <w:r>
        <w:rPr>
          <w:b/>
        </w:rPr>
        <w:t xml:space="preserve">[38:02] </w:t>
      </w:r>
      <w:r>
        <w:t>yeh aam aam tor par dekh sakte hain, aap aam tor par aap dekh sakte hain ke ek ghareeb aadmi hero ban jata hai zyada paisa kamane ke liye.</w:t>
      </w:r>
    </w:p>
    <w:p>
      <w:pPr>
        <w:jc w:val="right"/>
      </w:pPr>
      <w:r>
        <w:t>یہ عام عام طور پر دیکھ سکتے ہیں، آپ عام طور پر آپ دیکھ سکتے ہیں کہ ایک غریب آدمی ہیرو بن جاتا ہے زیادہ پیسہ کمانے کے لیے۔</w:t>
      </w:r>
    </w:p>
    <w:p>
      <w:r>
        <w:rPr>
          <w:b/>
        </w:rPr>
        <w:t xml:space="preserve">[38:16] </w:t>
      </w:r>
      <w:r>
        <w:t>aksar aisa hota hai, aap jante hain. aur jo ameer paida hua, us ke andar woh energy release nahi hoti kyunke us ko challenge nahi pesh aya.</w:t>
      </w:r>
    </w:p>
    <w:p>
      <w:pPr>
        <w:jc w:val="right"/>
      </w:pPr>
      <w:r>
        <w:t>اکثر ایسا ہوتا ہے، آپ جانتے ہیں۔ اور جو امیر پیدا ہوا، اس کے اندر وہ انرجی ریلیز نہیں ہوتی کیونکہ اس کو چیلنج نہیں پیش آیا۔</w:t>
      </w:r>
    </w:p>
    <w:p>
      <w:r>
        <w:rPr>
          <w:b/>
        </w:rPr>
        <w:t xml:space="preserve">[38:33] </w:t>
      </w:r>
      <w:r>
        <w:t>jise kehte hain english mein ke: "he was born with a silver spoon in his mouth". ke woh aadmi paida hua sone ke chamche ko apne munh par le kar.</w:t>
      </w:r>
    </w:p>
    <w:p>
      <w:pPr>
        <w:jc w:val="right"/>
      </w:pPr>
      <w:r>
        <w:t>جسے کہتے ہیں انگلش میں کہ: "ہی واز بورن ود اے سلور سپون ان ہز ماؤتھ"۔ کہ وہ آدمی پیدا ہوا سونے کے چمچے کو اپنے منہ پر لے کر۔</w:t>
      </w:r>
    </w:p>
    <w:p>
      <w:r>
        <w:rPr>
          <w:b/>
        </w:rPr>
        <w:t xml:space="preserve">[38:49] </w:t>
      </w:r>
      <w:r>
        <w:t>"he was born with a silver spoon in his mouth".</w:t>
      </w:r>
    </w:p>
    <w:p>
      <w:pPr>
        <w:jc w:val="right"/>
      </w:pPr>
      <w:r>
        <w:t>"ہی واز بورن ود اے سلور سپون ان ہز ماؤتھ"۔</w:t>
      </w:r>
    </w:p>
    <w:p>
      <w:r>
        <w:rPr>
          <w:b/>
        </w:rPr>
        <w:t xml:space="preserve">[38:54] </w:t>
      </w:r>
      <w:r>
        <w:t>to jis ka haal yeh ho ke bachpan hi mein is ko sona chandi mil gaya, aram aur sukh mil gaya, to is ko kuch zindagi mein challenge pesh nahin aaya.</w:t>
      </w:r>
    </w:p>
    <w:p>
      <w:pPr>
        <w:jc w:val="right"/>
      </w:pPr>
      <w:r>
        <w:t>تو جس کا حال یہ ہو کہ بچپن ہی میں اس کو سونا چاندی مل گیا، آرام اور سکھ مل گیا، تو اس کو کچھ زندگی میں چیلنج پیش نہیں آیا۔</w:t>
      </w:r>
    </w:p>
    <w:p>
      <w:r>
        <w:rPr>
          <w:b/>
        </w:rPr>
        <w:t xml:space="preserve">[39:06] </w:t>
      </w:r>
      <w:r>
        <w:t>jab challenge nahin pesh aaya to kya hoga? is ke mind mein jo reserved energy hai, to mind us ko release nahin karega.</w:t>
      </w:r>
    </w:p>
    <w:p>
      <w:pPr>
        <w:jc w:val="right"/>
      </w:pPr>
      <w:r>
        <w:t>جب چیلنج نہیں پیش آیا تو کیا ہوگا؟ اس کے مائنڈ میں جو ریزروڈ انرجی ہے، تو مائنڈ اس کو ریلیز نہیں کرے گا۔</w:t>
      </w:r>
    </w:p>
    <w:p>
      <w:r>
        <w:rPr>
          <w:b/>
        </w:rPr>
        <w:t xml:space="preserve">[39:21] </w:t>
      </w:r>
      <w:r>
        <w:t>is ke baraks jo aadmi aisa ho ke mushkil halaat mein paida hua, is ko zindagi ka challenge pesh aaya,</w:t>
      </w:r>
    </w:p>
    <w:p>
      <w:pPr>
        <w:jc w:val="right"/>
      </w:pPr>
      <w:r>
        <w:t>اس کے برعکس جو آدمی ایسا ہو کہ مشکل حالات میں پیدا ہوا، اس کو زندگی کا چیلنج پیش آیا،</w:t>
      </w:r>
    </w:p>
    <w:p>
      <w:r>
        <w:rPr>
          <w:b/>
        </w:rPr>
        <w:t xml:space="preserve">[39:33] </w:t>
      </w:r>
      <w:r>
        <w:t>to is ke andar jo reserved energy hai, to mind us ko release kar dega.</w:t>
      </w:r>
    </w:p>
    <w:p>
      <w:pPr>
        <w:jc w:val="right"/>
      </w:pPr>
      <w:r>
        <w:t>تو اس کے اندر جو ریزروڈ انرجی ہے، تو مائنڈ اس کو ریلیز کر دے گا۔</w:t>
      </w:r>
    </w:p>
    <w:p>
      <w:r>
        <w:rPr>
          <w:b/>
        </w:rPr>
        <w:t xml:space="preserve">[39:42] </w:t>
      </w:r>
      <w:r>
        <w:t>is tarah woh zyada mehnat karega, zyada hard work karega, zyada achhi planning karega,</w:t>
      </w:r>
    </w:p>
    <w:p>
      <w:pPr>
        <w:jc w:val="right"/>
      </w:pPr>
      <w:r>
        <w:t>اس طرح وہ زیادہ محنت کرے گا، زیادہ ہارڈ ورک کرے گا، زیادہ اچھی پلاننگ کرے گا،</w:t>
      </w:r>
    </w:p>
    <w:p>
      <w:r>
        <w:rPr>
          <w:b/>
        </w:rPr>
        <w:t xml:space="preserve">[39:53] </w:t>
      </w:r>
      <w:r>
        <w:t>zyada acha management karega, zyada achhe tareeqe par apne kaam ko organize karega. kyunke is ki jo jo jo reserved energy thi, woh release ho kar ke us ne us ko man se superman bana diya.</w:t>
      </w:r>
    </w:p>
    <w:p>
      <w:pPr>
        <w:jc w:val="right"/>
      </w:pPr>
      <w:r>
        <w:t>زیادہ اچھا مینجمنٹ کرے گا، زیادہ اچھے طریقے پر اپنے کام کو آرگنائز کرے گا۔ کیونکہ اس کی جو جو جو ریزروڈ انرجی تھی، وہ ریلیز ہو کر کے اس نے اس کو مین سے سپر مین بنا دیا۔</w:t>
      </w:r>
    </w:p>
    <w:p>
      <w:r>
        <w:rPr>
          <w:b/>
        </w:rPr>
        <w:t xml:space="preserve">[40:11] </w:t>
      </w:r>
      <w:r>
        <w:t>to yeh matlab hai is ka: "kam min fia'tin qaleelatin ghalabat fia'tan kaseeratan bi'iznillah".</w:t>
      </w:r>
    </w:p>
    <w:p>
      <w:pPr>
        <w:jc w:val="right"/>
      </w:pPr>
      <w:r>
        <w:t>تو یہ مطلب ہے اس کا: "کم من فعت قلیلۃ غلبت فعت کثیرۃ بعزت اللہ"۔</w:t>
      </w:r>
    </w:p>
    <w:p>
      <w:r>
        <w:rPr>
          <w:b/>
        </w:rPr>
        <w:t xml:space="preserve">[40:20] </w:t>
      </w:r>
      <w:r>
        <w:t>kitne hi chhote giroh hain jo bade giroh par ghalib aate hain. to yeh kya hai? yeh ek good tiding hai, yeh khushkhabri hai</w:t>
      </w:r>
    </w:p>
    <w:p>
      <w:pPr>
        <w:jc w:val="right"/>
      </w:pPr>
      <w:r>
        <w:t>کتنے ہی چھوٹے گروہ ہیں جو بڑے گروہ پر غالب آتے ہیں۔ تو یہ کیا ہے؟ یہ ایک گڈ ٹائیڈنگ ہے، یہ خوشخبری ہے</w:t>
      </w:r>
    </w:p>
    <w:p>
      <w:r>
        <w:rPr>
          <w:b/>
        </w:rPr>
        <w:t xml:space="preserve">[40:32] </w:t>
      </w:r>
      <w:r>
        <w:t>kis baat ki? yaani agar tum dekho ke tum minority mein ho, tum chhota giroh ho apne samaj mein, doosron se kam ho tum, yaani individual ke liye bhi hai, group ke liye bhi hai, dono ke liye,</w:t>
      </w:r>
    </w:p>
    <w:p>
      <w:pPr>
        <w:jc w:val="right"/>
      </w:pPr>
      <w:r>
        <w:t>کس بات کی؟ یعنی اگر تم دیکھو کہ تم مائنورٹی میں ہو، تم چھوٹا گروہ ہو اپنے سماج میں، دوسروں سے کم ہو تم، یعنی انڈیویجول کے لیے بھی ہے، گروپ کے لیے بھی ہے، دونوں کے لیے،</w:t>
      </w:r>
    </w:p>
    <w:p>
      <w:r>
        <w:rPr>
          <w:b/>
        </w:rPr>
        <w:t xml:space="preserve">[40:52] </w:t>
      </w:r>
      <w:r>
        <w:t>to tum ko kya chahiye? frustration mein na parho, negative negative thought ka shikar mat bano,</w:t>
      </w:r>
    </w:p>
    <w:p>
      <w:pPr>
        <w:jc w:val="right"/>
      </w:pPr>
      <w:r>
        <w:t>تو تم کو کیا چاہیے؟ فرسٹریشن میں نہ پڑو، نیگیٹیو نیگیٹیو تھاٹ کا شکار مت بنو،</w:t>
      </w:r>
    </w:p>
    <w:p>
      <w:r>
        <w:rPr>
          <w:b/>
        </w:rPr>
        <w:t xml:space="preserve">[41:04] </w:t>
      </w:r>
      <w:r>
        <w:t>balke himmat se kaam lo. himmat, courage, courage se kaam lo. to law of nature tumhara saath dega.</w:t>
      </w:r>
    </w:p>
    <w:p>
      <w:pPr>
        <w:jc w:val="right"/>
      </w:pPr>
      <w:r>
        <w:t>بلکہ ہمت سے کام لو۔ ہمت، کریج، کریج سے کام لو۔ تو لاء آف نیچر تمہارا ساتھ دے گا۔</w:t>
      </w:r>
    </w:p>
    <w:p>
      <w:r>
        <w:rPr>
          <w:b/>
        </w:rPr>
        <w:t xml:space="preserve">[41:15] </w:t>
      </w:r>
      <w:r>
        <w:t>lekin har aise mauqe par jab ke aadmi apne aap ko paaye disadvantages position mein, apne ko minority mein paaye, apne aap ko kamtar position mein paaye,</w:t>
      </w:r>
    </w:p>
    <w:p>
      <w:pPr>
        <w:jc w:val="right"/>
      </w:pPr>
      <w:r>
        <w:t>لیکن ہر ایسے موقع پر جب کہ آدمی اپنے آپ کو پائے ڈس ایڈوانٹیجز پوزیشن میں، اپنے کو مائنورٹی میں پائے، اپنے آپ کو کمتر پوزیشن میں پائے،</w:t>
      </w:r>
    </w:p>
    <w:p>
      <w:r>
        <w:rPr>
          <w:b/>
        </w:rPr>
        <w:t xml:space="preserve">[41:33] </w:t>
      </w:r>
      <w:r>
        <w:t>to aisi halat mein agar woh frustration ka frustration ka shikar ho jaaye, is ke andar negative thought aa jayen aur doosron ko complaint aur protest mein apna aap time lagane lage</w:t>
      </w:r>
    </w:p>
    <w:p>
      <w:pPr>
        <w:jc w:val="right"/>
      </w:pPr>
      <w:r>
        <w:t>تو ایسی حالت میں اگر وہ فرسٹریشن کا فرسٹریشن کا شکار ہو جائے، اس کے اندر نیگیٹیو تھاٹ آ جائیں اور دوسروں کو کمپلینٹ اور پروٹیسٹ میں اپنا آپ ٹائم لگانے لگے</w:t>
      </w:r>
    </w:p>
    <w:p>
      <w:r>
        <w:rPr>
          <w:b/>
        </w:rPr>
        <w:t xml:space="preserve">[41:48] </w:t>
      </w:r>
      <w:r>
        <w:t>ke yeh hain zalim, yeh hain conspiracy karne wale, unhone mujhe aisa kar diya hai, unhone mujhe aisa kar diya hai, to doosron ke khilaf shikayat le kar ke baith jaata hai woh, ya frustration mein mubtala ho kar ke, yaani asthamat ho jaata hai woh,</w:t>
      </w:r>
    </w:p>
    <w:p>
      <w:pPr>
        <w:jc w:val="right"/>
      </w:pPr>
      <w:r>
        <w:t>کہ یہ ہیں ظالم، یہ ہیں کانسپریسی کرنے والے، انہوں نے مجھے ایسا کر دیا ہے، انہوں نے مجھے ایسا کر دیا ہے، تو دوسروں کے خلاف شکایت لے کر کے بیٹھ جاتا ہے وہ، یا فرسٹریشن میں مبتلا ہو کر کے، یعنی استھمت ہو جاتا ہے وہ،</w:t>
      </w:r>
    </w:p>
    <w:p>
      <w:r>
        <w:rPr>
          <w:b/>
        </w:rPr>
        <w:t xml:space="preserve">[42:07] </w:t>
      </w:r>
      <w:r>
        <w:t>to kya hoga? is ke andar jo reserved energy hai, woh release nahin hogi, woh band ki band padi rahegi.</w:t>
      </w:r>
    </w:p>
    <w:p>
      <w:pPr>
        <w:jc w:val="right"/>
      </w:pPr>
      <w:r>
        <w:t>تو کیا ہوگا؟ اس کے اندر جو ریزروڈ انرجی ہے، وہ ریلیز نہیں ہوگی، وہ بند کی بند پڑی رہے گی۔</w:t>
      </w:r>
    </w:p>
    <w:p>
      <w:r>
        <w:rPr>
          <w:b/>
        </w:rPr>
        <w:t xml:space="preserve">[42:18] </w:t>
      </w:r>
      <w:r>
        <w:t>lekin agar woh himmat se kaam le, woh frustration ka shikar na ho, woh woh negativity mein na jaaye,</w:t>
      </w:r>
    </w:p>
    <w:p>
      <w:pPr>
        <w:jc w:val="right"/>
      </w:pPr>
      <w:r>
        <w:t>لیکن اگر وہ ہمت سے کام لے، وہ فرسٹریشن کا شکار نہ ہو، وہ وہ نیگیٹیوٹی میں نہ جائے،</w:t>
      </w:r>
    </w:p>
    <w:p>
      <w:r>
        <w:rPr>
          <w:b/>
        </w:rPr>
        <w:t xml:space="preserve">[42:33] </w:t>
      </w:r>
      <w:r>
        <w:t>woh complaint aur protest ka tareeqa ikhtiyar na kare,</w:t>
      </w:r>
    </w:p>
    <w:p>
      <w:pPr>
        <w:jc w:val="right"/>
      </w:pPr>
      <w:r>
        <w:t>وہ کمپلینٹ اور پروٹیسٹ کا طریقہ اختیار نہ کرے،</w:t>
      </w:r>
    </w:p>
    <w:p>
      <w:r>
        <w:rPr>
          <w:b/>
        </w:rPr>
        <w:t xml:space="preserve">[42:37] </w:t>
      </w:r>
      <w:r>
        <w:t>apne potential ko soche, woh apne potential ko manage karne seekhe, woh apne potential ko avail karne ka dhyan laaye apne andar, to is ke maani yeh ho gaye ke us ne apne aap ko is qabil banaya ke uska mind us ki reserved energy ko release kare aur phir us ko man se superman bana de.</w:t>
      </w:r>
    </w:p>
    <w:p>
      <w:pPr>
        <w:jc w:val="right"/>
      </w:pPr>
      <w:r>
        <w:t>اپنے پوٹینشل کو سوچے، وہ اپنے پوٹینشل کو مینج کرنے سیکھے، وہ اپنے پوٹینشل کو اویل کرنے کا دھیان لائے اپنے اندر، تو اس کے معنی یہ ہو گئے کہ اس نے اپنے آپ کو اس قابل بنایا کہ اس کا مائنڈ اس کی ریزروڈ انرجی کو ریلیز کرے اور پھر اس کو مین سے سپر مین بنا دے۔</w:t>
      </w:r>
    </w:p>
    <w:p>
      <w:r>
        <w:rPr>
          <w:b/>
        </w:rPr>
        <w:t xml:space="preserve">[43:05] </w:t>
      </w:r>
      <w:r>
        <w:t>to "kam min fia'tin qaleelatin ghalabat fia'tan kaseeratan bi'iznillah" yeh koi mysterious baat nahin hai, balke yeh ek good tiding hai, yeh khushkhabri hai,</w:t>
      </w:r>
    </w:p>
    <w:p>
      <w:pPr>
        <w:jc w:val="right"/>
      </w:pPr>
      <w:r>
        <w:t>تو "کم من فعت قلیلۃ غلبت فعت کثیرۃ بعزت اللہ" یہ کوئی مسٹیریس بات نہیں ہے، بلکہ یہ ایک گڈ ٹائیڈنگ ہے، یہ خوشخبری ہے،</w:t>
      </w:r>
    </w:p>
    <w:p>
      <w:r>
        <w:rPr>
          <w:b/>
        </w:rPr>
        <w:t xml:space="preserve">[43:19] </w:t>
      </w:r>
      <w:r>
        <w:t>yeh himmat ka sabak hai</w:t>
      </w:r>
    </w:p>
    <w:p>
      <w:pPr>
        <w:jc w:val="right"/>
      </w:pPr>
      <w:r>
        <w:t>یہ ہمت کا سبق ہے</w:t>
      </w:r>
    </w:p>
    <w:p>
      <w:r>
        <w:rPr>
          <w:b/>
        </w:rPr>
        <w:t xml:space="preserve">[43:24] </w:t>
      </w:r>
      <w:r>
        <w:t>un logon ke liye jo apne aap ko disadvantages position mein paayen.</w:t>
      </w:r>
    </w:p>
    <w:p>
      <w:pPr>
        <w:jc w:val="right"/>
      </w:pPr>
      <w:r>
        <w:t>ان لوگوں کے لیے جو اپنے آپ کو ڈس ایڈوانٹیجز پوزیشن میں پائیں۔</w:t>
      </w:r>
    </w:p>
    <w:p>
      <w:r>
        <w:rPr>
          <w:b/>
        </w:rPr>
        <w:t xml:space="preserve">[43:30] </w:t>
      </w:r>
      <w:r>
        <w:t>to is mein yeh bataya gaya: ek hai normal situation mein tumhari ability, to normal is situation ko dekh kar agar tum raaye banaoge to lagega ke tum kam ho.</w:t>
      </w:r>
    </w:p>
    <w:p>
      <w:pPr>
        <w:jc w:val="right"/>
      </w:pPr>
      <w:r>
        <w:t>تو اس میں یہ بتایا گیا: ایک ہے نارمل سچویشن میں تمہاری ایبیلیٹی، تو نارمل اس سچویشن کو دیکھ کر اگر تم رائے بناؤ گے تو لگے گا کہ تم کم ہو۔</w:t>
      </w:r>
    </w:p>
    <w:p>
      <w:r>
        <w:rPr>
          <w:b/>
        </w:rPr>
        <w:t xml:space="preserve">[43:48] </w:t>
      </w:r>
      <w:r>
        <w:t>lekin jab tum apne potential ko soch le kar, jab tum apne potential ko le kar socho, yeh baat le kar socho ke law of nature mere meri side mein hai,</w:t>
      </w:r>
    </w:p>
    <w:p>
      <w:pPr>
        <w:jc w:val="right"/>
      </w:pPr>
      <w:r>
        <w:t>لیکن جب تم اپنے پوٹینشل کو سوچو لے کر، جب تم اپنے پوٹینشل کو لے کر سوچو، یہ بات لے کر سوچو کہ لاء آف نیچر میرے میری سائیڈ میں ہے،</w:t>
      </w:r>
    </w:p>
    <w:p>
      <w:r>
        <w:rPr>
          <w:b/>
        </w:rPr>
        <w:t xml:space="preserve">[44:03] </w:t>
      </w:r>
      <w:r>
        <w:t>woh law of nature yeh hai ke meri side mein hai ke mera mind jo hai, jis ke andar atha capacity hai, enormous capacity hai, isi mein se ek capacity yeh hai ke mind mein,</w:t>
      </w:r>
    </w:p>
    <w:p>
      <w:pPr>
        <w:jc w:val="right"/>
      </w:pPr>
      <w:r>
        <w:t>وہ لاء آف نیچر یہ ہے کہ میری سائیڈ میں ہے کہ میرا مائنڈ جو ہے، جس کے اندر اتھا کیپیسٹی ہے، انارمس کیپیسٹی ہے، اسی میں سے ایک کیپیسٹی یہ ہے کہ مائنڈ میں،</w:t>
      </w:r>
    </w:p>
    <w:p>
      <w:r>
        <w:rPr>
          <w:b/>
        </w:rPr>
        <w:t xml:space="preserve">[44:20] </w:t>
      </w:r>
      <w:r>
        <w:t>in mind mein deservant energy maujood hoti hai,</w:t>
      </w:r>
    </w:p>
    <w:p>
      <w:pPr>
        <w:jc w:val="right"/>
      </w:pPr>
      <w:r>
        <w:t>ان مائنڈ میں ڈیزرونٹ انرجی موجود ہوتی ہے،</w:t>
      </w:r>
    </w:p>
    <w:p>
      <w:r>
        <w:rPr>
          <w:b/>
        </w:rPr>
        <w:t xml:space="preserve">[44:28] </w:t>
      </w:r>
      <w:r>
        <w:t>woh sirf is waqt release ki jati hai jab ke jab ke abnormal situation paida ho, jab ke challenge pesh aaye.</w:t>
      </w:r>
    </w:p>
    <w:p>
      <w:pPr>
        <w:jc w:val="right"/>
      </w:pPr>
      <w:r>
        <w:t>وہ صرف اس وقت ریلیز کی جاتی ہے جب کہ جب کہ ایب نارمل سچویشن پیدا ہو، جب کہ چیلنج پیش آئے۔</w:t>
      </w:r>
    </w:p>
    <w:p>
      <w:r>
        <w:rPr>
          <w:b/>
        </w:rPr>
        <w:t xml:space="preserve">[44:38] </w:t>
      </w:r>
      <w:r>
        <w:t>to mind ko kaam karne ka moqa do, khud apne andar jo soi hui slide hai, jo dormant position mein hai, us ko bahar aane ka moqa do.</w:t>
      </w:r>
    </w:p>
    <w:p>
      <w:pPr>
        <w:jc w:val="right"/>
      </w:pPr>
      <w:r>
        <w:t>تو مائنڈ کو کام کرنے کا موقع دو، خود اپنے اندر جو سوئی ہوئی سلائیڈ ہے، جو ڈارمنٹ پوزیشن میں ہے، اس کو باہر آنے کا موقع دو۔</w:t>
      </w:r>
    </w:p>
    <w:p>
      <w:r>
        <w:rPr>
          <w:b/>
        </w:rPr>
        <w:t xml:space="preserve">[44:50] </w:t>
      </w:r>
      <w:r>
        <w:t>aur moqa dena yeh hai ke tum mayoosi ka shikar na ho, tum negativity ka shikar na ho, tum complaint aur protest le kar na baith jao.</w:t>
      </w:r>
    </w:p>
    <w:p>
      <w:pPr>
        <w:jc w:val="right"/>
      </w:pPr>
      <w:r>
        <w:t>اور موقع دینا یہ ہے کہ تم مائوسی کا شکار نہ ہو، تم نیگیٹیوٹی کا شکار نہ ہو، تم کمپلینٹ اور پروٹیسٹ لے کر نہ بیٹھ جاؤ۔</w:t>
      </w:r>
    </w:p>
    <w:p>
      <w:r>
        <w:rPr>
          <w:b/>
        </w:rPr>
        <w:t xml:space="preserve">[44:59] </w:t>
      </w:r>
      <w:r>
        <w:t>to yeh hai bohat bara, yeh yeh aik sabak, bohat bari khushkhabri hai ya good tidings: "kam min fa'at qaleelat ghalebat fa'at kaseerat bi'izzatillah".</w:t>
      </w:r>
    </w:p>
    <w:p>
      <w:pPr>
        <w:jc w:val="right"/>
      </w:pPr>
      <w:r>
        <w:t>تو یہ ہے بہت بڑا، یہ یہ ایک سبق، بہت بڑی خوشخبری ہے یا گڈ ٹائیڈنگ: "کم من فعت قلیلۃ غلبت فعت کثیرۃ بعزت اللہ"۔</w:t>
      </w:r>
    </w:p>
    <w:p>
      <w:r>
        <w:rPr>
          <w:b/>
        </w:rPr>
        <w:t xml:space="preserve">[45:16] </w:t>
      </w:r>
      <w:r>
        <w:t>yeh ayat number 249 hai,</w:t>
      </w:r>
    </w:p>
    <w:p>
      <w:pPr>
        <w:jc w:val="right"/>
      </w:pPr>
      <w:r>
        <w:t>یہ آیت نمبر 249 ہے،</w:t>
      </w:r>
    </w:p>
    <w:p>
      <w:r>
        <w:rPr>
          <w:b/>
        </w:rPr>
        <w:t xml:space="preserve">[45:20] </w:t>
      </w:r>
      <w:r>
        <w:t>ya "aznillah" ka literal tarjuma hai ke Allah ki ijazat se, Allah ke sanction se. to is sanction ka matlab kya hai?</w:t>
      </w:r>
    </w:p>
    <w:p>
      <w:pPr>
        <w:jc w:val="right"/>
      </w:pPr>
      <w:r>
        <w:t>یا "ازل اللہ" کا لٹرل ترجمہ ہے کہ اللہ کی اجازت سے، اللہ کے سینکشن سے۔ تو اس سینکشن کا مطلب کیا ہے؟</w:t>
      </w:r>
    </w:p>
    <w:p>
      <w:r>
        <w:rPr>
          <w:b/>
        </w:rPr>
        <w:t xml:space="preserve">[45:30] </w:t>
      </w:r>
      <w:r>
        <w:t>yehhi hai law of nature ke Khuda ne jo potential tumhare liye rakh diye hain, us ko istemal hone ka moqa do, us ko bahar aane ka moqa do.</w:t>
      </w:r>
    </w:p>
    <w:p>
      <w:pPr>
        <w:jc w:val="right"/>
      </w:pPr>
      <w:r>
        <w:t>یہی ہے لاء آف نیچر کہ خدا نے جو پوٹینشل تمہارے لیے رکھ دیے ہیں، اس کو استعمال ہونے کا موقع دو، اس کو باہر آنے کا موقع دو۔</w:t>
      </w:r>
    </w:p>
    <w:p>
      <w:r>
        <w:rPr>
          <w:b/>
        </w:rPr>
        <w:t xml:space="preserve">[45:46] </w:t>
      </w:r>
      <w:r>
        <w:t>yeh hai iznillah. ab dekhiye, ayat number 255 hai Surah Al-Baqarah ki ayat number 255, yeh hai jis ko hum kehte hain Ayat al-Kursi.</w:t>
      </w:r>
    </w:p>
    <w:p>
      <w:pPr>
        <w:jc w:val="right"/>
      </w:pPr>
      <w:r>
        <w:t>یہ ہے اذن اللہ۔ اب دیکھیے، آیت نمبر 255 ہے سورہ البقرہ کی آیت نمبر 255، یہ ہے جس کو ہم کہتے ہیں آیت الکرسی۔</w:t>
      </w:r>
    </w:p>
    <w:p>
      <w:r>
        <w:rPr>
          <w:b/>
        </w:rPr>
        <w:t xml:space="preserve">[46:02] </w:t>
      </w:r>
      <w:r>
        <w:t>Ayat al-Kursi aik lambi ayat hai:</w:t>
      </w:r>
    </w:p>
    <w:p>
      <w:pPr>
        <w:jc w:val="right"/>
      </w:pPr>
      <w:r>
        <w:t>آیت الکرسی ایک لمبی آیت ہے:</w:t>
      </w:r>
    </w:p>
    <w:p>
      <w:r>
        <w:rPr>
          <w:b/>
        </w:rPr>
        <w:t xml:space="preserve">[46:07] </w:t>
      </w:r>
      <w:r>
        <w:t>"Allahu la ilaha illa huwa, al-hayyul qayyum, la ta'khudhuhu sinatun wa la nawm, lahu ma fis-samawati wa ma fil-ardh,</w:t>
      </w:r>
    </w:p>
    <w:p>
      <w:pPr>
        <w:jc w:val="right"/>
      </w:pPr>
      <w:r>
        <w:t>"اللہ لا الہ الاھو، الحی القیوم، لا تاخذہ سند ولا نوم، لہو ما فی السماوات وما فی الارض،</w:t>
      </w:r>
    </w:p>
    <w:p>
      <w:r>
        <w:rPr>
          <w:b/>
        </w:rPr>
        <w:t xml:space="preserve">[46:21] </w:t>
      </w:r>
      <w:r>
        <w:t>man dhal-ladhi yashfa'u 'indahu illa bi'idhnihi, ya'lamu ma bayna aydihim wa ma khalfahum, wa la yuhituna bi shay'in min 'ilmihi illa ma sha'a,</w:t>
      </w:r>
    </w:p>
    <w:p>
      <w:pPr>
        <w:jc w:val="right"/>
      </w:pPr>
      <w:r>
        <w:t>من ذی یشفع عندہ الا بعزنی، یعلم ما بین ایدیہم وما خلفہم، ولا یحیتون بشئی من علمہ الا ماشاء،</w:t>
      </w:r>
    </w:p>
    <w:p>
      <w:r>
        <w:rPr>
          <w:b/>
        </w:rPr>
        <w:t xml:space="preserve">[46:35] </w:t>
      </w:r>
      <w:r>
        <w:t>wasi'a kursiyyuhus-samawati wal-ardh, wa la ya'uduhu hifdhuhuma, wa huwal-'aliyyul-'adheem". Quran ki is ayat mein tauheed ka pura khulasa bata diya gaya hai.</w:t>
      </w:r>
    </w:p>
    <w:p>
      <w:pPr>
        <w:jc w:val="right"/>
      </w:pPr>
      <w:r>
        <w:t>وسع کرسیہ السماوات والارض، ولا یعودہ حفظہما، وھو العلی العظیم"۔ قرآن کی اس آیت میں توحید کا پورا خلاصہ بتا دیا گیا ہے۔</w:t>
      </w:r>
    </w:p>
    <w:p>
      <w:r>
        <w:rPr>
          <w:b/>
        </w:rPr>
        <w:t xml:space="preserve">[46:52] </w:t>
      </w:r>
      <w:r>
        <w:t>tauheed ka pura khulasa yani ayat number 255,</w:t>
      </w:r>
    </w:p>
    <w:p>
      <w:pPr>
        <w:jc w:val="right"/>
      </w:pPr>
      <w:r>
        <w:t>توحید کا پورا خلاصہ یعنی آیت نمبر 255،</w:t>
      </w:r>
    </w:p>
    <w:p>
      <w:r>
        <w:rPr>
          <w:b/>
        </w:rPr>
        <w:t xml:space="preserve">[47:06] </w:t>
      </w:r>
      <w:r>
        <w:t>yeh aam taur par Ayat al-Kursi ke naam se mashhoor hai.</w:t>
      </w:r>
    </w:p>
    <w:p>
      <w:pPr>
        <w:jc w:val="right"/>
      </w:pPr>
      <w:r>
        <w:t>یہ عام طور پر آیت الکرسی کے نام سے مشہور ہے۔</w:t>
      </w:r>
    </w:p>
    <w:p>
      <w:r>
        <w:rPr>
          <w:b/>
        </w:rPr>
        <w:t xml:space="preserve">[47:13] </w:t>
      </w:r>
      <w:r>
        <w:t>255</w:t>
      </w:r>
    </w:p>
    <w:p>
      <w:pPr>
        <w:jc w:val="right"/>
      </w:pPr>
      <w:r>
        <w:t>255</w:t>
      </w:r>
    </w:p>
    <w:p>
      <w:r>
        <w:rPr>
          <w:b/>
        </w:rPr>
        <w:t xml:space="preserve">[47:16] </w:t>
      </w:r>
      <w:r>
        <w:t>tauheed ka tasawwur agar aik ayat ka agenda ho to aap isi ayat ko padhein</w:t>
      </w:r>
    </w:p>
    <w:p>
      <w:pPr>
        <w:jc w:val="right"/>
      </w:pPr>
      <w:r>
        <w:t>توحید کا تصور اگر ایک آیت کا اجنڈا ہو تو آپ اسی آیت کو پڑھیں</w:t>
      </w:r>
    </w:p>
    <w:p>
      <w:r>
        <w:rPr>
          <w:b/>
        </w:rPr>
        <w:t xml:space="preserve">[47:25] </w:t>
      </w:r>
      <w:r>
        <w:t>ke woh Allah, us ke siwa koi mabood nahi, us ke siwa koi Khuda nahi, woh zinda hai, woh qayyum hai.</w:t>
      </w:r>
    </w:p>
    <w:p>
      <w:pPr>
        <w:jc w:val="right"/>
      </w:pPr>
      <w:r>
        <w:t>کہ وہ اللہ، اس کے سوا کوئی معبود نہیں، اس کے سوا کوئی خدا نہیں، وہ زندہ ہے، وہ قیوم ہے۔</w:t>
      </w:r>
    </w:p>
    <w:p>
      <w:r>
        <w:rPr>
          <w:b/>
        </w:rPr>
        <w:t xml:space="preserve">[47:35] </w:t>
      </w:r>
      <w:r>
        <w:t>Qayyum ma'ni hain sustainer, woh zinda hai, woh sustainer hai sari kainat, sari universe ka.</w:t>
      </w:r>
    </w:p>
    <w:p>
      <w:pPr>
        <w:jc w:val="right"/>
      </w:pPr>
      <w:r>
        <w:t>قیوم معنی ہیں سسٹینر، وہ زندہ ہے، وہ سسٹینر ہے ساری کائنات، ساری یونیورس کا۔</w:t>
      </w:r>
    </w:p>
    <w:p>
      <w:r>
        <w:rPr>
          <w:b/>
        </w:rPr>
        <w:t xml:space="preserve">[47:45] </w:t>
      </w:r>
      <w:r>
        <w:t>us ko neend nahi aati, bhook nahi aati, us ko sab kuch jo zameen o aasman mein hai, woh usi ke liye hai.</w:t>
      </w:r>
    </w:p>
    <w:p>
      <w:pPr>
        <w:jc w:val="right"/>
      </w:pPr>
      <w:r>
        <w:t>اس کو نیند نہیں آتی، بھوک نہیں آتی، اس کو سب کچھ جو زمین و آسمان میں ہے، وہ اسی کے لیے ہے۔</w:t>
      </w:r>
    </w:p>
    <w:p>
      <w:r>
        <w:rPr>
          <w:b/>
        </w:rPr>
        <w:t xml:space="preserve">[47:58] </w:t>
      </w:r>
      <w:r>
        <w:t>aur kaun hai jo us ke darbar mein recommendation kare?</w:t>
      </w:r>
    </w:p>
    <w:p>
      <w:pPr>
        <w:jc w:val="right"/>
      </w:pPr>
      <w:r>
        <w:t>اور کون ہے جو اس کے دربار میں ریکمنڈیشن کرے؟</w:t>
      </w:r>
    </w:p>
    <w:p>
      <w:r>
        <w:rPr>
          <w:b/>
        </w:rPr>
        <w:t xml:space="preserve">[48:08] </w:t>
      </w:r>
      <w:r>
        <w:t>woh khud khud sab kuch jaanta hai, khud faisla karta hai,</w:t>
      </w:r>
    </w:p>
    <w:p>
      <w:pPr>
        <w:jc w:val="right"/>
      </w:pPr>
      <w:r>
        <w:t>وہ خود خود سب کچھ جانتا ہے، خود فیصلہ کرتا ہے،</w:t>
      </w:r>
    </w:p>
    <w:p>
      <w:r>
        <w:rPr>
          <w:b/>
        </w:rPr>
        <w:t xml:space="preserve">[48:16] </w:t>
      </w:r>
      <w:r>
        <w:t>woh jaanta hai jo kuch logon ke aage hai aur jo kuch logon ke peeche hai. yani woh to sab kuch jaanta hai, lekin insan us ke janne mein share nahi kar sakta.</w:t>
      </w:r>
    </w:p>
    <w:p>
      <w:pPr>
        <w:jc w:val="right"/>
      </w:pPr>
      <w:r>
        <w:t>وہ جانتا ہے جو کچھ لوگوں کے آگے ہے اور جو کچھ لوگوں کے پیچھے ہے۔ یعنی وہ تو سب کچھ جانتا ہے، لیکن انسان اس کے جاننے میں شیئر نہیں کر سکتا۔</w:t>
      </w:r>
    </w:p>
    <w:p>
      <w:r>
        <w:rPr>
          <w:b/>
        </w:rPr>
        <w:t xml:space="preserve">[48:32] </w:t>
      </w:r>
      <w:r>
        <w:t>woh sari kainat ka intezam kar raha hai aur thakta nahi woh intezam karne se, aur woh</w:t>
      </w:r>
    </w:p>
    <w:p>
      <w:pPr>
        <w:jc w:val="right"/>
      </w:pPr>
      <w:r>
        <w:t>وہ ساری کائنات کا انتظام کر رہا ہے اور تھکتا نہیں وہ انتظام کرنے سے، اور وہ</w:t>
      </w:r>
    </w:p>
    <w:p>
      <w:r>
        <w:rPr>
          <w:b/>
        </w:rPr>
        <w:t xml:space="preserve">[48:43] </w:t>
      </w:r>
      <w:r>
        <w:t>sab se bara hai aur sab se ooncha hai.</w:t>
      </w:r>
    </w:p>
    <w:p>
      <w:pPr>
        <w:jc w:val="right"/>
      </w:pPr>
      <w:r>
        <w:t>سب سے بڑا ہے اور سب سے اونچا ہے۔</w:t>
      </w:r>
    </w:p>
    <w:p>
      <w:r>
        <w:rPr>
          <w:b/>
        </w:rPr>
        <w:t xml:space="preserve">[48:48] </w:t>
      </w:r>
      <w:r>
        <w:t>yeh hai tauheed ka tasawwur, tauheed ka jo concept hai, us ka aik aik ayat mein agar aap ko us ka samajhna ho ke Quran mein tauheed ka concept kya hai to aap is ayat ko padhiye.</w:t>
      </w:r>
    </w:p>
    <w:p>
      <w:pPr>
        <w:jc w:val="right"/>
      </w:pPr>
      <w:r>
        <w:t>یہ ہے توحید کا تصور، توحید کا جو کانسیپٹ ہے، اس کا ایک ایک آیت میں اگر آپ کو اس کا سمجھنا ہو کہ قرآن میں توحید کا کانسیپٹ کیا ہے تو آپ اس آیت کو پڑھیے۔</w:t>
      </w:r>
    </w:p>
    <w:p>
      <w:r>
        <w:rPr>
          <w:b/>
        </w:rPr>
        <w:t xml:space="preserve">[49:07] </w:t>
      </w:r>
      <w:r>
        <w:t>is mein sari baat aa gayi,</w:t>
      </w:r>
    </w:p>
    <w:p>
      <w:pPr>
        <w:jc w:val="right"/>
      </w:pPr>
      <w:r>
        <w:t>اس میں ساری بات آگئی،</w:t>
      </w:r>
    </w:p>
    <w:p>
      <w:r>
        <w:rPr>
          <w:b/>
        </w:rPr>
        <w:t xml:space="preserve">[49:12] </w:t>
      </w:r>
      <w:r>
        <w:t>khuda ki greatness, khuda ki glory, woh sab kuch is mein bohat hi beautiful andaaz mein bata di gayi hai.</w:t>
      </w:r>
    </w:p>
    <w:p>
      <w:pPr>
        <w:jc w:val="right"/>
      </w:pPr>
      <w:r>
        <w:t>خدا کی کا گریٹنس، خدا کی گلوری، وہ سب کچھ اس میں بہت ہی بیوٹی فل انداز میں بتا دی گئی ہے۔</w:t>
      </w:r>
    </w:p>
    <w:p>
      <w:r>
        <w:rPr>
          <w:b/>
        </w:rPr>
        <w:t xml:space="preserve">[49:28] </w:t>
      </w:r>
      <w:r>
        <w:t>aam taur par jo bohat si baatein hum dekhte hain logon mein, woh isi liye hoti hain ke khuda ko log underestimate karte hain.</w:t>
      </w:r>
    </w:p>
    <w:p>
      <w:pPr>
        <w:jc w:val="right"/>
      </w:pPr>
      <w:r>
        <w:t>عام طور پر جو بہت سی باتیں ہم دیکھتے ہیں لوگوں میں، وہ اسی لیے ہوتی ہیں کہ خدا کو لوگ انڈرسٹیمیٹ کرتے ہیں۔</w:t>
      </w:r>
    </w:p>
    <w:p>
      <w:r>
        <w:rPr>
          <w:b/>
        </w:rPr>
        <w:t xml:space="preserve">[49:42] </w:t>
      </w:r>
      <w:r>
        <w:t>lekin is aayat mein khuda ki jo barhai bayan ki gayi hai, woh dhyan mein kisi ko ho, woh agar dhyan mein kisi ko ho to woh sari baatein jisko aap shirk kehte hain,</w:t>
      </w:r>
    </w:p>
    <w:p>
      <w:pPr>
        <w:jc w:val="right"/>
      </w:pPr>
      <w:r>
        <w:t>لیکن اس آیت میں خدا کی جو بڑائی بیان کی گئی ہے، وہ دھیان میں کسی کو ہو، وہ اگر دھیان میں کسی کو ہو تو وہ ساری باتیں جس کو آپ شرک کہتے ہیں،</w:t>
      </w:r>
    </w:p>
    <w:p>
      <w:r>
        <w:rPr>
          <w:b/>
        </w:rPr>
        <w:t xml:space="preserve">[49:56] </w:t>
      </w:r>
      <w:r>
        <w:t>shirk khafi ya shirk jali, woh apne aap khatm ho jayegi, apne aap khatm ho jayegi. Is azmat wale khuda ka tasawwur aadmi ko har doosri cheez ko hadaf kar deta hai, minus kar deta hai.</w:t>
      </w:r>
    </w:p>
    <w:p>
      <w:pPr>
        <w:jc w:val="right"/>
      </w:pPr>
      <w:r>
        <w:t>شرک خفی یا شرک جلی، وہ اپنے آپ ختم ہو جائے گی، اپنے آپ ختم ہو جائے گی۔ اس عظمت والے خدا کا تصور آدمی کو ہر دوسری چیز کو حذف کر دیتا ہے، مائنس کر دیتا ہے۔</w:t>
      </w:r>
    </w:p>
    <w:p>
      <w:r>
        <w:rPr>
          <w:b/>
        </w:rPr>
        <w:t xml:space="preserve">[50:15] </w:t>
      </w:r>
      <w:r>
        <w:t>jab bhi aadmi kisi aur ko bara maane, kisi aur se umeed rakhe, kisi aur se dua kare, kisi aur se woh</w:t>
      </w:r>
    </w:p>
    <w:p>
      <w:pPr>
        <w:jc w:val="right"/>
      </w:pPr>
      <w:r>
        <w:t>جب بھی آدمی کسی اور کو بڑا مانے، کسی اور سے امید رکھے، کسی اور سے دعا کرے، کسی اور سے وہ</w:t>
      </w:r>
    </w:p>
    <w:p>
      <w:r>
        <w:rPr>
          <w:b/>
        </w:rPr>
        <w:t xml:space="preserve">[50:28] </w:t>
      </w:r>
      <w:r>
        <w:t>apni haajatein maange, kisi aur se dare, kisi aur se mohabbat kare,</w:t>
      </w:r>
    </w:p>
    <w:p>
      <w:pPr>
        <w:jc w:val="right"/>
      </w:pPr>
      <w:r>
        <w:t>اپنی حاجتیں مانگے، کسی اور سے ڈرے، کسی اور سے محبت کرے،</w:t>
      </w:r>
    </w:p>
    <w:p>
      <w:r>
        <w:rPr>
          <w:b/>
        </w:rPr>
        <w:t xml:space="preserve">[50:37] </w:t>
      </w:r>
      <w:r>
        <w:t>to yeh sab sirf is waqt hota hai jab ke khuda ki azmat ka jo concept hai, woh iske zehan se nikal gaya ho.</w:t>
      </w:r>
    </w:p>
    <w:p>
      <w:pPr>
        <w:jc w:val="right"/>
      </w:pPr>
      <w:r>
        <w:t>تو یہ سب صرف اس وقت ہوتا ہے جب کہ خدا کی عظمت کا جو کانسیپٹ ہے، وہ اس کے ذہن سے نکل گیا ہو۔</w:t>
      </w:r>
    </w:p>
    <w:p>
      <w:r>
        <w:rPr>
          <w:b/>
        </w:rPr>
        <w:t xml:space="preserve">[50:49] </w:t>
      </w:r>
      <w:r>
        <w:t>is aayat ul kursi mein jis tareeqe se khuda ka introduction diya gaya hai, is tarah se agar aap ke aap ke mind mein iska tasawwur baitha hua ho to sab kuch minus ho jata hai.</w:t>
      </w:r>
    </w:p>
    <w:p>
      <w:pPr>
        <w:jc w:val="right"/>
      </w:pPr>
      <w:r>
        <w:t>اس آیت الکرسی میں جس طریقے سے خدا کا انٹروڈکشن دیا گیا ہے، اس طرح سے اگر آپ کے آپ کے مائنڈ میں اس کا تصور بیٹھا ہوا ہو تو سب کچھ مائنس ہو جاتا ہے۔</w:t>
      </w:r>
    </w:p>
    <w:p>
      <w:r>
        <w:rPr>
          <w:b/>
        </w:rPr>
        <w:t xml:space="preserve">[51:06] </w:t>
      </w:r>
      <w:r>
        <w:t>har cheez helpless hai, koi bhi cheez aisi nahi hai jiske paas koi barhai ho khuda ke siwa. Sari barhai khuda ke liye hai, sari qudrat khuda ke liye hai,</w:t>
      </w:r>
    </w:p>
    <w:p>
      <w:pPr>
        <w:jc w:val="right"/>
      </w:pPr>
      <w:r>
        <w:t>ہر چیز ہیلپ لیس ہے، کوئی بھی چیز ایسی نہیں ہے جس کے پاس کوئی بڑائی ہو خدا کے سوا۔ ساری بڑائی خدا کے لیے ہے، ساری قدرت خدا کے لیے ہے،</w:t>
      </w:r>
    </w:p>
    <w:p>
      <w:r>
        <w:rPr>
          <w:b/>
        </w:rPr>
        <w:t xml:space="preserve">[51:22] </w:t>
      </w:r>
      <w:r>
        <w:t>saara ikhtiyar khuda ke liye hai, aur khuda na to thakta, na isko neend aati, na woh kabhi aaram karta.</w:t>
      </w:r>
    </w:p>
    <w:p>
      <w:pPr>
        <w:jc w:val="right"/>
      </w:pPr>
      <w:r>
        <w:t>سارا اختیار خدا کے لیے ہے، اور خدا نہ تو تھکتا، نہ اس کو نیند آتی، نہ وہ کبھی آرام کرتا۔</w:t>
      </w:r>
    </w:p>
    <w:p>
      <w:r>
        <w:rPr>
          <w:b/>
        </w:rPr>
        <w:t xml:space="preserve">[51:34] </w:t>
      </w:r>
      <w:r>
        <w:t>khuda is se zyada bara hai ke isko aaram ki zaroorat pesh aaye. Yeh hum hain jin ko aaram ki zaroorat pesh aati hai,</w:t>
      </w:r>
    </w:p>
    <w:p>
      <w:pPr>
        <w:jc w:val="right"/>
      </w:pPr>
      <w:r>
        <w:t>خدا اس سے زیادہ بڑا ہے کہ اس کو آرام کی ضرورت پیش آئے۔ یہ ہم ہیں جن کو آرام کی ضرورت پیش آتی ہے،</w:t>
      </w:r>
    </w:p>
    <w:p>
      <w:r>
        <w:rPr>
          <w:b/>
        </w:rPr>
        <w:t xml:space="preserve">[51:46] </w:t>
      </w:r>
      <w:r>
        <w:t>hamare body ka degeneration hota rehta hai, lekin khuda ka koi khuda is law se oopar hai, law of generation, law of degeneration se oopar hai.</w:t>
      </w:r>
    </w:p>
    <w:p>
      <w:pPr>
        <w:jc w:val="right"/>
      </w:pPr>
      <w:r>
        <w:t>ہمارے باڈی کا ڈی جنریشن ہوتا رہتا ہے، لیکن خدا کا کوئی خدا اس لاء سے اوپر ہے، لاء آف جنریشن، لاء آف ڈی جنریشن سے اوپر ہے۔</w:t>
      </w:r>
    </w:p>
    <w:p>
      <w:r>
        <w:rPr>
          <w:b/>
        </w:rPr>
        <w:t xml:space="preserve">[51:59] </w:t>
      </w:r>
      <w:r>
        <w:t>khuda,</w:t>
      </w:r>
    </w:p>
    <w:p>
      <w:pPr>
        <w:jc w:val="right"/>
      </w:pPr>
      <w:r>
        <w:t>خدا،</w:t>
      </w:r>
    </w:p>
    <w:p>
      <w:r>
        <w:rPr>
          <w:b/>
        </w:rPr>
        <w:t xml:space="preserve">[52:03] </w:t>
      </w:r>
      <w:r>
        <w:t>khuda agar law of degeneration se oopar na ho to woh khuda hi nahi hai. Phir woh</w:t>
      </w:r>
    </w:p>
    <w:p>
      <w:pPr>
        <w:jc w:val="right"/>
      </w:pPr>
      <w:r>
        <w:t>خدا اگر لاء آف ڈی جنریشن سے اوپر نہ ہو تو وہ خدا ہی نہیں ہے۔ پھر وہ</w:t>
      </w:r>
    </w:p>
    <w:p>
      <w:r>
        <w:rPr>
          <w:b/>
        </w:rPr>
        <w:t xml:space="preserve">[52:13] </w:t>
      </w:r>
      <w:r>
        <w:t>to khuda ki greatness ka, khuda ki glory ka is aayat mein jis tareeqe se taaruf diya gaya hai,</w:t>
      </w:r>
    </w:p>
    <w:p>
      <w:pPr>
        <w:jc w:val="right"/>
      </w:pPr>
      <w:r>
        <w:t>تو خدا کی گریٹنس کا، خدا کی گلوری کا اس آیت میں جس طریقے سے تعارف دیا گیا ہے،</w:t>
      </w:r>
    </w:p>
    <w:p>
      <w:r>
        <w:rPr>
          <w:b/>
        </w:rPr>
        <w:t xml:space="preserve">[52:25] </w:t>
      </w:r>
      <w:r>
        <w:t>woh agar aadmi ke dil mein baith jaye, aadmi ke dimagh mein baith jaye to wahi hoga jo quran mein kaha gaya hai ke "wal lazeena aamanoo ashadd hubbal lillah".</w:t>
      </w:r>
    </w:p>
    <w:p>
      <w:pPr>
        <w:jc w:val="right"/>
      </w:pPr>
      <w:r>
        <w:t>وہ اگر آدمی کے دل میں بیٹھ جائے، آدمی کے دماغ میں بیٹھ جائے تو وہی ہوگا جو قرآن میں کہا گیا ہے کہ "والذین آمنوا أشد حبا للہ"۔</w:t>
      </w:r>
    </w:p>
    <w:p>
      <w:r>
        <w:rPr>
          <w:b/>
        </w:rPr>
        <w:t xml:space="preserve">[52:37] </w:t>
      </w:r>
      <w:r>
        <w:t>jo believers hain, woh sab se zyada mohabbat karte hain khuda se.</w:t>
      </w:r>
    </w:p>
    <w:p>
      <w:pPr>
        <w:jc w:val="right"/>
      </w:pPr>
      <w:r>
        <w:t>جو بیلیورز ہیں، وہ سب سے زیادہ محبت کرتے ہیں خدا سے۔</w:t>
      </w:r>
    </w:p>
    <w:p>
      <w:r>
        <w:rPr>
          <w:b/>
        </w:rPr>
        <w:t xml:space="preserve">[52:45] </w:t>
      </w:r>
      <w:r>
        <w:t>aur doosri jagah farmaya ke "walam yakhsha illalllah".</w:t>
      </w:r>
    </w:p>
    <w:p>
      <w:pPr>
        <w:jc w:val="right"/>
      </w:pPr>
      <w:r>
        <w:t>اور دوسری جگہ فرمایا کہ "ولم یخش الا اللہ"۔</w:t>
      </w:r>
    </w:p>
    <w:p>
      <w:r>
        <w:rPr>
          <w:b/>
        </w:rPr>
        <w:t xml:space="preserve">[52:51] </w:t>
      </w:r>
      <w:r>
        <w:t>is ke dil mein darr nahi hota siwa khuda ke, sirf khuda ka darr hota hai.</w:t>
      </w:r>
    </w:p>
    <w:p>
      <w:pPr>
        <w:jc w:val="right"/>
      </w:pPr>
      <w:r>
        <w:t>اس کے دل میں ڈر نہیں ہوتا سوا خدا کے، صرف خدا کا ڈر ہوتا ہے۔</w:t>
      </w:r>
    </w:p>
    <w:p>
      <w:r>
        <w:rPr>
          <w:b/>
        </w:rPr>
        <w:t xml:space="preserve">[52:58] </w:t>
      </w:r>
      <w:r>
        <w:t>isi tarah quran mein farmaya ke "idha dhukir allahu wajilat quloobuhum".</w:t>
      </w:r>
    </w:p>
    <w:p>
      <w:pPr>
        <w:jc w:val="right"/>
      </w:pPr>
      <w:r>
        <w:t>اسی طرح قرآن میں فرمایا کہ "اذا ذکر اللہ وجلت قلوبہم"۔</w:t>
      </w:r>
    </w:p>
    <w:p>
      <w:r>
        <w:rPr>
          <w:b/>
        </w:rPr>
        <w:t xml:space="preserve">[53:07] </w:t>
      </w:r>
      <w:r>
        <w:t>momin to woh hai ke jab khuda ka zikr kiya jaye iske samne to iska dil dahal uthe, dil dahal uthe. "Inna wal mominoon allazeena dhukir allahu wajilat quloobuhum".</w:t>
      </w:r>
    </w:p>
    <w:p>
      <w:pPr>
        <w:jc w:val="right"/>
      </w:pPr>
      <w:r>
        <w:t>مومن تو وہ ہے کہ جب خدا کا ذکر کیا جائے اس کے سامنے تو اس کا دل دہل اٹھے، دل دہل اٹھے۔ "إن والمؤمنون الذین ذکر اللہ وجلت قلوبہم"۔</w:t>
      </w:r>
    </w:p>
    <w:p>
      <w:r>
        <w:rPr>
          <w:b/>
        </w:rPr>
        <w:t xml:space="preserve">[53:22] </w:t>
      </w:r>
      <w:r>
        <w:t>momin woh hain ke jab unke samne khuda ka zikr kiya jaye to unka dil dahal uthe.</w:t>
      </w:r>
    </w:p>
    <w:p>
      <w:pPr>
        <w:jc w:val="right"/>
      </w:pPr>
      <w:r>
        <w:t>مومن وہ ہیں کہ جب ان کے سامنے خدا کا ذکر کیا جائے تو ان کا دل دہل اٹھے۔</w:t>
      </w:r>
    </w:p>
    <w:p>
      <w:r>
        <w:rPr>
          <w:b/>
        </w:rPr>
        <w:t xml:space="preserve">[53:33] </w:t>
      </w:r>
      <w:r>
        <w:t>to jo concept khuda ka hai, tauheed ka hai, is aayat mein woh aadmi ke dil par, woh aadmi ke zehan mein wazeh ho,</w:t>
      </w:r>
    </w:p>
    <w:p>
      <w:pPr>
        <w:jc w:val="right"/>
      </w:pPr>
      <w:r>
        <w:t>تو جو کانسیپٹ خدا کا ہے، توحید کا ہے، اس آیت میں وہ آدمی کے دل پر، وہ آدمی کے ذہن میں واضح ہو،</w:t>
      </w:r>
    </w:p>
    <w:p>
      <w:r>
        <w:rPr>
          <w:b/>
        </w:rPr>
        <w:t xml:space="preserve">[53:46] </w:t>
      </w:r>
      <w:r>
        <w:t>woh is aadmi ke dil mein baitha hua ho to iska haal yahi hoga. Isko darr hoga to khuda ka darr hoga, isko mohabbat hogi to khuda se mohabbat hogi, khuda ko soch kar iske andar thrill paida hoga.</w:t>
      </w:r>
    </w:p>
    <w:p>
      <w:pPr>
        <w:jc w:val="right"/>
      </w:pPr>
      <w:r>
        <w:t>وہ اس آدمی کے دل میں بیٹھا ہوا ہو تو اس کا حال یہی ہوگا۔ اس کو ڈر ہوگا تو خدا کا ڈر ہوگا، اس کو محبت ہوگی تو خدا سے محبت ہوگی، خدا کو سوچ کر اس کے اندر تھرل پیدا ہوگا۔</w:t>
      </w:r>
    </w:p>
    <w:p>
      <w:r>
        <w:rPr>
          <w:b/>
        </w:rPr>
        <w:t xml:space="preserve">[54:01] </w:t>
      </w:r>
      <w:r>
        <w:t>thral!</w:t>
      </w:r>
    </w:p>
    <w:p>
      <w:pPr>
        <w:jc w:val="right"/>
      </w:pPr>
      <w:r>
        <w:t>تھرل!</w:t>
      </w:r>
    </w:p>
    <w:p>
      <w:r>
        <w:rPr>
          <w:b/>
        </w:rPr>
        <w:t xml:space="preserve">[54:07] </w:t>
      </w:r>
      <w:r>
        <w:t>dekhiye, agar yeh کیفیتیں na hon kisi ke andar, yaani agar woh koi kahe ke main Khuda ko manta hoon, agar koi munh se bole ke main to Khuda ko manta hoon, lekin</w:t>
      </w:r>
    </w:p>
    <w:p>
      <w:pPr>
        <w:jc w:val="right"/>
      </w:pPr>
      <w:r>
        <w:t>دیکھیے، اگر یہ کیفیتیں نہ ہوں کسی کے اندر، یعنی اگر وہ کوئی کہے کہ میں خدا کو مانتا ہوں، اگر کوئی منہ سے بولے کہ میں تو خدا کو مانتا ہوں، لیکن</w:t>
      </w:r>
    </w:p>
    <w:p>
      <w:r>
        <w:rPr>
          <w:b/>
        </w:rPr>
        <w:t xml:space="preserve">[54:23] </w:t>
      </w:r>
      <w:r>
        <w:t>us ke andar yeh کیفیت na ho ke sab se zyada darr us ko Khuda ka ho, yeh کیفیت na ho ke sab se zyada mohabbat woh Khuda se kare,</w:t>
      </w:r>
    </w:p>
    <w:p>
      <w:pPr>
        <w:jc w:val="right"/>
      </w:pPr>
      <w:r>
        <w:t>اس کے اندر یہ کیفیت نہ ہو کہ سب سے زیادہ ڈر اس کو خدا کا ہو، یہ کیفیت نہ ہو کہ سب سے زیادہ محبت وہ خدا سے کرے،</w:t>
      </w:r>
    </w:p>
    <w:p>
      <w:r>
        <w:rPr>
          <w:b/>
        </w:rPr>
        <w:t xml:space="preserve">[54:35] </w:t>
      </w:r>
      <w:r>
        <w:t>yeh کیفیت na ho ke Khuda ka naam lene par us ka dil mein dhall uthe, woh us ke andar thral paida ho jata hai.</w:t>
      </w:r>
    </w:p>
    <w:p>
      <w:pPr>
        <w:jc w:val="right"/>
      </w:pPr>
      <w:r>
        <w:t>یہ کیفیت نہ ہو کہ خدا کا نام لینے پر اس کا دل میں ڈھال اٹھے، وہ اس کے اندر تھرل پیدا ہو جاتا ہو۔</w:t>
      </w:r>
    </w:p>
    <w:p>
      <w:r>
        <w:rPr>
          <w:b/>
        </w:rPr>
        <w:t xml:space="preserve">[54:45] </w:t>
      </w:r>
      <w:r>
        <w:t>agar yeh baatein na hon to samajh lijiye ke woh lift service ke taur par Khuda ko manta hai, us ko Khuda ki discovery nahi hui, us ko Khuda ka realization nahi hua,</w:t>
      </w:r>
    </w:p>
    <w:p>
      <w:pPr>
        <w:jc w:val="right"/>
      </w:pPr>
      <w:r>
        <w:t>اگر یہ باتیں نہ ہوں تو سمجھ لیجئے کہ وہ لفٹ سروس کے طور پر خدا کو مانتا ہے، اس کو خدا کی ڈسکوری نہیں ہوئی، اس کو خدا کا ریلائزیشن نہیں ہوا،</w:t>
      </w:r>
    </w:p>
    <w:p>
      <w:r>
        <w:rPr>
          <w:b/>
        </w:rPr>
        <w:t xml:space="preserve">[55:00] </w:t>
      </w:r>
      <w:r>
        <w:t>Khuda ka koi bohat hi reduced form us ke mind mein hai,</w:t>
      </w:r>
    </w:p>
    <w:p>
      <w:pPr>
        <w:jc w:val="right"/>
      </w:pPr>
      <w:r>
        <w:t>خدا کا کوئی بہت ہی ریڈیوسڈ فارم اس کے مائنڈ میں ہے،</w:t>
      </w:r>
    </w:p>
    <w:p>
      <w:r>
        <w:rPr>
          <w:b/>
        </w:rPr>
        <w:t xml:space="preserve">[55:06] </w:t>
      </w:r>
      <w:r>
        <w:t>Khuda ko bohat hi reduced form. to yeh hai criterion is baat ka ke kaun aadmi Khuda ko manta hai ya nahi manta ke agar us ke andar yeh کیفیتیں hon tab woh Khuda ko maan raha hai, warna woh Khuda ko maanne wala nahi hai.</w:t>
      </w:r>
    </w:p>
    <w:p>
      <w:pPr>
        <w:jc w:val="right"/>
      </w:pPr>
      <w:r>
        <w:t>خدا کو بہت ہی ریڈیوسڈ فارم۔ تو یہ ہے کرائٹیرین اس بات کا کہ کون آدمی خدا کو مانتا ہے یا نہیں مانتا کہ اگر اس کے اندر یہ کیفیتیں ہوں تب وہ خدا کو مان رہا ہے، ورنہ وہ خدا کو ماننے والا نہیں ہے۔</w:t>
      </w:r>
    </w:p>
    <w:p>
      <w:r>
        <w:rPr>
          <w:b/>
        </w:rPr>
        <w:t xml:space="preserve">[55:23] </w:t>
      </w:r>
      <w:r>
        <w:t>us ka maanna sirf lip service hai. aqool qawli haza wastaghfirullaha li walakum ajmaeen.</w:t>
      </w:r>
    </w:p>
    <w:p>
      <w:pPr>
        <w:jc w:val="right"/>
      </w:pPr>
      <w:r>
        <w:t>اس کا ماننا صرف لپ سروس ہے۔ اقول قولیھذا واستغفراللہ لی ولکم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