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Muhammad was a Prophet, not a Political Leader December 17, 2007</w:t>
      </w:r>
    </w:p>
    <w:p>
      <w:r>
        <w:t>https://youtu.be/YyQZsYsAYi0</w:t>
      </w:r>
    </w:p>
    <w:p>
      <w:r>
        <w:rPr>
          <w:b/>
        </w:rPr>
        <w:t xml:space="preserve">[00:11] </w:t>
      </w:r>
      <w:r>
        <w:t>bismillah rahman rahim, wasallallahu ala nabi al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al uqdata min lisani, yafqahu qawli.</w:t>
      </w:r>
    </w:p>
    <w:p>
      <w:pPr>
        <w:jc w:val="right"/>
      </w:pPr>
      <w:r>
        <w:t>واحل العقدۃ من لسانی، یفقہ قولی۔</w:t>
      </w:r>
    </w:p>
    <w:p>
      <w:r>
        <w:rPr>
          <w:b/>
        </w:rPr>
        <w:t xml:space="preserve">[00:37] </w:t>
      </w:r>
      <w:r>
        <w:t>The title for the present talk is: "Muhammad was a prophet, not a political leader." Muhammad was a prophet, not a political leader.</w:t>
      </w:r>
    </w:p>
    <w:p>
      <w:pPr>
        <w:jc w:val="right"/>
      </w:pPr>
      <w:r>
        <w:t>دا ٹائٹل فار دی پریزنٹ ٹاک از: "محمد واز ا پرافٹ، ناٹ ا پولیٹیکل لیڈر۔" محمد واز ا پرافٹ، ناٹ ا پولیٹیکل لیڈر۔</w:t>
      </w:r>
    </w:p>
    <w:p>
      <w:r>
        <w:rPr>
          <w:b/>
        </w:rPr>
        <w:t xml:space="preserve">[01:02] </w:t>
      </w:r>
      <w:r>
        <w:t>yesterday, i happen to meet a hindu scholar.</w:t>
      </w:r>
    </w:p>
    <w:p>
      <w:pPr>
        <w:jc w:val="right"/>
      </w:pPr>
      <w:r>
        <w:t>یسٹرڈے، ائی ہیپن ٹو میٹ ا ہندو سکالر۔</w:t>
      </w:r>
    </w:p>
    <w:p>
      <w:r>
        <w:rPr>
          <w:b/>
        </w:rPr>
        <w:t xml:space="preserve">[01:11] </w:t>
      </w:r>
      <w:r>
        <w:t>he said that i have read some books in Islam</w:t>
      </w:r>
    </w:p>
    <w:p>
      <w:pPr>
        <w:jc w:val="right"/>
      </w:pPr>
      <w:r>
        <w:t>ہی سیڈ دیٹ ائی ہیو ریڈ سم بکس ان اسلام</w:t>
      </w:r>
    </w:p>
    <w:p>
      <w:r>
        <w:rPr>
          <w:b/>
        </w:rPr>
        <w:t xml:space="preserve">[01:21] </w:t>
      </w:r>
      <w:r>
        <w:t>. these books depict Muhammad as a political leader who wanted to establish leadership through war and violence.</w:t>
      </w:r>
    </w:p>
    <w:p>
      <w:pPr>
        <w:jc w:val="right"/>
      </w:pPr>
      <w:r>
        <w:t>۔ دیز بکس ڈیپکٹ محمد ایز ا پولیٹیکل لیڈر ہو وانٹڈ ٹو اسٹیبلش لیڈرشپ تھرو وار اینڈ وائلنس۔</w:t>
      </w:r>
    </w:p>
    <w:p>
      <w:r>
        <w:rPr>
          <w:b/>
        </w:rPr>
        <w:t xml:space="preserve">[01:40] </w:t>
      </w:r>
      <w:r>
        <w:t>so he asked me: "what is your opinion?"</w:t>
      </w:r>
    </w:p>
    <w:p>
      <w:pPr>
        <w:jc w:val="right"/>
      </w:pPr>
      <w:r>
        <w:t>سو ہی اسکڈ می: "واٹ از یور اوپینین؟"</w:t>
      </w:r>
    </w:p>
    <w:p>
      <w:r>
        <w:rPr>
          <w:b/>
        </w:rPr>
        <w:t xml:space="preserve">[01:47] </w:t>
      </w:r>
      <w:r>
        <w:t>he was very sincere.</w:t>
      </w:r>
    </w:p>
    <w:p>
      <w:pPr>
        <w:jc w:val="right"/>
      </w:pPr>
      <w:r>
        <w:t>ہی واز ویری سنسیر۔</w:t>
      </w:r>
    </w:p>
    <w:p>
      <w:r>
        <w:rPr>
          <w:b/>
        </w:rPr>
        <w:t xml:space="preserve">[01:49] </w:t>
      </w:r>
      <w:r>
        <w:t>he wanted to know what is the real position of the prophet of Islam.</w:t>
      </w:r>
    </w:p>
    <w:p>
      <w:pPr>
        <w:jc w:val="right"/>
      </w:pPr>
      <w:r>
        <w:t>ہی وانٹڈ ٹو نو واٹ از دا ریل پوزیشن اف دا پرافٹ اف اسلام۔</w:t>
      </w:r>
    </w:p>
    <w:p>
      <w:r>
        <w:rPr>
          <w:b/>
        </w:rPr>
        <w:t xml:space="preserve">[01:57] </w:t>
      </w:r>
      <w:r>
        <w:t>i said that i have studied Islam from his original sources, from Arabic books.</w:t>
      </w:r>
    </w:p>
    <w:p>
      <w:pPr>
        <w:jc w:val="right"/>
      </w:pPr>
      <w:r>
        <w:t>ائی سیڈ دیٹ ائی ہیو سٹڈی اسلام فرام ہز اوریجنل سورسز، فرام عربک بکس۔</w:t>
      </w:r>
    </w:p>
    <w:p>
      <w:r>
        <w:rPr>
          <w:b/>
        </w:rPr>
        <w:t xml:space="preserve">[02:12] </w:t>
      </w:r>
      <w:r>
        <w:t>so i can say with confidence that prophet Muhammad was a prophet of God.</w:t>
      </w:r>
    </w:p>
    <w:p>
      <w:pPr>
        <w:jc w:val="right"/>
      </w:pPr>
      <w:r>
        <w:t>سو ائی کین سے ود کانفیڈنس دیٹ پرافٹ محمد واز ا پرافٹ اف گاڈ۔</w:t>
      </w:r>
    </w:p>
    <w:p>
      <w:r>
        <w:rPr>
          <w:b/>
        </w:rPr>
        <w:t xml:space="preserve">[02:24] </w:t>
      </w:r>
      <w:r>
        <w:t>he was not a political leader in modern sense of the word.</w:t>
      </w:r>
    </w:p>
    <w:p>
      <w:pPr>
        <w:jc w:val="right"/>
      </w:pPr>
      <w:r>
        <w:t>ہی واز ناٹ ا پولیٹیکل لیڈر ان ماڈرن سینس اف دا ورڈ۔</w:t>
      </w:r>
    </w:p>
    <w:p>
      <w:r>
        <w:rPr>
          <w:b/>
        </w:rPr>
        <w:t xml:space="preserve">[02:32] </w:t>
      </w:r>
      <w:r>
        <w:t>you know what is the difference between the two?</w:t>
      </w:r>
    </w:p>
    <w:p>
      <w:pPr>
        <w:jc w:val="right"/>
      </w:pPr>
      <w:r>
        <w:t>یو نو واٹ از دا ڈیفرنس بٹوین دا ٹو؟</w:t>
      </w:r>
    </w:p>
    <w:p>
      <w:r>
        <w:rPr>
          <w:b/>
        </w:rPr>
        <w:t xml:space="preserve">[02:41] </w:t>
      </w:r>
      <w:r>
        <w:t>prophets ideology is based on revelation,</w:t>
      </w:r>
    </w:p>
    <w:p>
      <w:pPr>
        <w:jc w:val="right"/>
      </w:pPr>
      <w:r>
        <w:t>پرافٹس ائیڈیالوجی از بیسڈ ان ریولیشن،</w:t>
      </w:r>
    </w:p>
    <w:p>
      <w:r>
        <w:rPr>
          <w:b/>
        </w:rPr>
        <w:t xml:space="preserve">[02:49] </w:t>
      </w:r>
      <w:r>
        <w:t>and political leaders thinking is based on his own. political leaders</w:t>
      </w:r>
    </w:p>
    <w:p>
      <w:pPr>
        <w:jc w:val="right"/>
      </w:pPr>
      <w:r>
        <w:t>اینڈ پولیٹیکل لیڈرز تھنکنگ از بیسڈ ان ہز اون۔ پولیٹیکل لیڈرز</w:t>
      </w:r>
    </w:p>
    <w:p>
      <w:r>
        <w:rPr>
          <w:b/>
        </w:rPr>
        <w:t xml:space="preserve">[03:01] </w:t>
      </w:r>
      <w:r>
        <w:t>thinking is based on some political philosophy and not on revelation.</w:t>
      </w:r>
    </w:p>
    <w:p>
      <w:pPr>
        <w:jc w:val="right"/>
      </w:pPr>
      <w:r>
        <w:t>تھنکنگ از بیسڈ ان سم پولیٹیکل فلاسفی اینڈ ناٹ ان ریولیشن۔</w:t>
      </w:r>
    </w:p>
    <w:p>
      <w:r>
        <w:rPr>
          <w:b/>
        </w:rPr>
        <w:t xml:space="preserve">[03:09] </w:t>
      </w:r>
      <w:r>
        <w:t>then prophets soul concern is to save people from the hell fire, from the punishment of God.</w:t>
      </w:r>
    </w:p>
    <w:p>
      <w:pPr>
        <w:jc w:val="right"/>
      </w:pPr>
      <w:r>
        <w:t>دین پرافٹس سول کنسرن از ٹو سیو پیپل فرام دا ہیل فائر، فرام دا پنشمنٹ اف گاڈ۔</w:t>
      </w:r>
    </w:p>
    <w:p>
      <w:r>
        <w:rPr>
          <w:b/>
        </w:rPr>
        <w:t xml:space="preserve">[03:25] </w:t>
      </w:r>
      <w:r>
        <w:t>so prophet always try to make people know what is the creation plan of God,</w:t>
      </w:r>
    </w:p>
    <w:p>
      <w:pPr>
        <w:jc w:val="right"/>
      </w:pPr>
      <w:r>
        <w:t>سو پرافٹ الویز ٹرائی ٹو میک پیپل نو واٹ از دا کریشن پلان اف گاڈ،</w:t>
      </w:r>
    </w:p>
    <w:p>
      <w:r>
        <w:rPr>
          <w:b/>
        </w:rPr>
        <w:t xml:space="preserve">[03:38] </w:t>
      </w:r>
      <w:r>
        <w:t>what is life, what is death.</w:t>
      </w:r>
    </w:p>
    <w:p>
      <w:pPr>
        <w:jc w:val="right"/>
      </w:pPr>
      <w:r>
        <w:t>واٹ از لائف، واٹ از ڈیتھ۔</w:t>
      </w:r>
    </w:p>
    <w:p>
      <w:r>
        <w:rPr>
          <w:b/>
        </w:rPr>
        <w:t xml:space="preserve">[03:44] </w:t>
      </w:r>
      <w:r>
        <w:t>so prophets sole concern is basically the world hereafter.</w:t>
      </w:r>
    </w:p>
    <w:p>
      <w:pPr>
        <w:jc w:val="right"/>
      </w:pPr>
      <w:r>
        <w:t>سو پرافٹس سول کنسرن از بیسیکلی دا ورلڈ ہیر افٹر۔</w:t>
      </w:r>
    </w:p>
    <w:p>
      <w:r>
        <w:rPr>
          <w:b/>
        </w:rPr>
        <w:t xml:space="preserve">[03:55] </w:t>
      </w:r>
      <w:r>
        <w:t>but the political leader is quite different from this.</w:t>
      </w:r>
    </w:p>
    <w:p>
      <w:pPr>
        <w:jc w:val="right"/>
      </w:pPr>
      <w:r>
        <w:t>بٹ دا پولیٹیکل لیڈر از کوائٹ ڈفرنٹ فرام دس۔</w:t>
      </w:r>
    </w:p>
    <w:p>
      <w:r>
        <w:rPr>
          <w:b/>
        </w:rPr>
        <w:t xml:space="preserve">[04:02] </w:t>
      </w:r>
      <w:r>
        <w:t>the sole concern of a political leader is our present world, present political system, present economic system, present social situation.</w:t>
      </w:r>
    </w:p>
    <w:p>
      <w:pPr>
        <w:jc w:val="right"/>
      </w:pPr>
      <w:r>
        <w:t>دا سول کنسرن اف ا پولیٹیکل لیڈر از اور پریزنٹ ورلڈ، پریزنٹ پولیٹیکل سسٹم، پریزنٹ اکانومک سسٹم، پریزنٹ سوشل سچویشن۔</w:t>
      </w:r>
    </w:p>
    <w:p>
      <w:r>
        <w:rPr>
          <w:b/>
        </w:rPr>
        <w:t xml:space="preserve">[04:18] </w:t>
      </w:r>
      <w:r>
        <w:t>so</w:t>
      </w:r>
    </w:p>
    <w:p>
      <w:pPr>
        <w:jc w:val="right"/>
      </w:pPr>
      <w:r>
        <w:t>سو</w:t>
      </w:r>
    </w:p>
    <w:p>
      <w:r>
        <w:rPr>
          <w:b/>
        </w:rPr>
        <w:t xml:space="preserve">[04:23] </w:t>
      </w:r>
      <w:r>
        <w:t>both are quite different in character.</w:t>
      </w:r>
    </w:p>
    <w:p>
      <w:pPr>
        <w:jc w:val="right"/>
      </w:pPr>
      <w:r>
        <w:t>بوتھ ار کوائٹ ڈفرنٹ ان کریکٹر۔</w:t>
      </w:r>
    </w:p>
    <w:p>
      <w:r>
        <w:rPr>
          <w:b/>
        </w:rPr>
        <w:t xml:space="preserve">[04:31] </w:t>
      </w:r>
      <w:r>
        <w:t>then you know prophet of Islam Muhammad bin Abdullah bin Abdul Muttalib was born in Mecca in 570.</w:t>
      </w:r>
    </w:p>
    <w:p>
      <w:pPr>
        <w:jc w:val="right"/>
      </w:pPr>
      <w:r>
        <w:t>دین یو نو پرافٹ اف اسلام محمد بن عبداللہ بن عبدالمطلب واز born ان مکہ ان 570۔</w:t>
      </w:r>
    </w:p>
    <w:p>
      <w:r>
        <w:rPr>
          <w:b/>
        </w:rPr>
        <w:t xml:space="preserve">[04:47] </w:t>
      </w:r>
      <w:r>
        <w:t>he was appointed as a prophet in 610. so he started his prophetic mission in 610 AD.</w:t>
      </w:r>
    </w:p>
    <w:p>
      <w:pPr>
        <w:jc w:val="right"/>
      </w:pPr>
      <w:r>
        <w:t>ہی واز اپوائنٹڈ ایز ا پرافٹ ان 610۔ سو ہی سٹارٹڈ ہز پرافٹک مشن ان 610 اے ڈی۔</w:t>
      </w:r>
    </w:p>
    <w:p>
      <w:r>
        <w:rPr>
          <w:b/>
        </w:rPr>
        <w:t xml:space="preserve">[05:03] </w:t>
      </w:r>
      <w:r>
        <w:t>at the time Mecca was under the occupation of mushrik people like Abu Jahl and Abu Lahab.</w:t>
      </w:r>
    </w:p>
    <w:p>
      <w:pPr>
        <w:jc w:val="right"/>
      </w:pPr>
      <w:r>
        <w:t>ایٹ دا ٹائم مکہ واز انڈر دی اکوپیشن اف مشرک پیپل لائک ابوجہل اینڈ ابو لہب۔</w:t>
      </w:r>
    </w:p>
    <w:p>
      <w:r>
        <w:rPr>
          <w:b/>
        </w:rPr>
        <w:t xml:space="preserve">[05:17] </w:t>
      </w:r>
      <w:r>
        <w:t>so they wanted. they became hostile. they turn hostile to his mission.</w:t>
      </w:r>
    </w:p>
    <w:p>
      <w:pPr>
        <w:jc w:val="right"/>
      </w:pPr>
      <w:r>
        <w:t>سو دے وانٹڈ۔ دے بیکم ہوسٹائل۔ دے ٹرن ہوسٹائل ٹو ہز مشن۔</w:t>
      </w:r>
    </w:p>
    <w:p>
      <w:r>
        <w:rPr>
          <w:b/>
        </w:rPr>
        <w:t xml:space="preserve">[05:30] </w:t>
      </w:r>
      <w:r>
        <w:t>after some years, they offered him.</w:t>
      </w:r>
    </w:p>
    <w:p>
      <w:pPr>
        <w:jc w:val="right"/>
      </w:pPr>
      <w:r>
        <w:t>افٹر سم ایئرز، دے افرڈ ہم۔</w:t>
      </w:r>
    </w:p>
    <w:p>
      <w:r>
        <w:rPr>
          <w:b/>
        </w:rPr>
        <w:t xml:space="preserve">[05:38] </w:t>
      </w:r>
      <w:r>
        <w:t>they said they offered him political leadership. they said: "in turid mulk mulkana ka alayna".</w:t>
      </w:r>
    </w:p>
    <w:p>
      <w:pPr>
        <w:jc w:val="right"/>
      </w:pPr>
      <w:r>
        <w:t>دے سیڈ دے افرڈ ہم پولیٹیکل لیڈرشپ۔ دے سیڈ: "ان ترید ملک ملکنا کا علینا"۔</w:t>
      </w:r>
    </w:p>
    <w:p>
      <w:r>
        <w:rPr>
          <w:b/>
        </w:rPr>
        <w:t xml:space="preserve">[05:51] </w:t>
      </w:r>
      <w:r>
        <w:t>this was their offer</w:t>
      </w:r>
    </w:p>
    <w:p>
      <w:pPr>
        <w:jc w:val="right"/>
      </w:pPr>
      <w:r>
        <w:t>دس واز دیر افر</w:t>
      </w:r>
    </w:p>
    <w:p>
      <w:r>
        <w:rPr>
          <w:b/>
        </w:rPr>
        <w:t xml:space="preserve">[05:54] </w:t>
      </w:r>
      <w:r>
        <w:t>: "if you want political leadership, we are ready to appoint you as a king of our land".</w:t>
      </w:r>
    </w:p>
    <w:p>
      <w:pPr>
        <w:jc w:val="right"/>
      </w:pPr>
      <w:r>
        <w:t>: "اف یو وانٹ پولیٹیکل لیڈرشپ، وی ار ریڈی ٹو اپوائنٹ یو ایز ا کنگ اف اور لینڈ"۔</w:t>
      </w:r>
    </w:p>
    <w:p>
      <w:r>
        <w:rPr>
          <w:b/>
        </w:rPr>
        <w:t xml:space="preserve">[06:10] </w:t>
      </w:r>
      <w:r>
        <w:t>this was their offer. you can see this</w:t>
      </w:r>
    </w:p>
    <w:p>
      <w:pPr>
        <w:jc w:val="right"/>
      </w:pPr>
      <w:r>
        <w:t>دس واز دیر افر۔ یو کین سی دس</w:t>
      </w:r>
    </w:p>
    <w:p>
      <w:r>
        <w:rPr>
          <w:b/>
        </w:rPr>
        <w:t xml:space="preserve">[06:17] </w:t>
      </w:r>
      <w:r>
        <w:t>in Sirah, in the book of Sirah, like Sirat Ibn Hisham, Sirat Ibn Kathir, it</w:t>
      </w:r>
    </w:p>
    <w:p>
      <w:pPr>
        <w:jc w:val="right"/>
      </w:pPr>
      <w:r>
        <w:t>ان سیرہ، ان دا بک اف سیرہ، لائک سیرت ابن ہشام، سیرت ابن کثیر، ای</w:t>
      </w:r>
    </w:p>
    <w:p>
      <w:r>
        <w:rPr>
          <w:b/>
        </w:rPr>
        <w:t xml:space="preserve">[06:24] </w:t>
      </w:r>
      <w:r>
        <w:t>is true. So they offered him political leadership or kingship: "in turid mulk mulkana ka alayna".</w:t>
      </w:r>
    </w:p>
    <w:p>
      <w:pPr>
        <w:jc w:val="right"/>
      </w:pPr>
      <w:r>
        <w:t>ٹسٹر۔ سو دے افرڈ ہم پولیٹیکل لیڈرشپ اور کنگ شپ: "ان ترید ملک ملکنا کا علینا"۔</w:t>
      </w:r>
    </w:p>
    <w:p>
      <w:r>
        <w:rPr>
          <w:b/>
        </w:rPr>
        <w:t xml:space="preserve">[06:36] </w:t>
      </w:r>
      <w:r>
        <w:t>then prophet of Islam replied: "ma biha boos alaykum? I have not been sent to you for this purpose.</w:t>
      </w:r>
    </w:p>
    <w:p>
      <w:pPr>
        <w:jc w:val="right"/>
      </w:pPr>
      <w:r>
        <w:t>دین پرافٹ اف اسلام ریپلائیڈ: "ما بہذا بوس الیکم؟ ائی ہیو ناٹ بین سینڈ ٹو یو فار دس پرپس۔</w:t>
      </w:r>
    </w:p>
    <w:p>
      <w:r>
        <w:rPr>
          <w:b/>
        </w:rPr>
        <w:t xml:space="preserve">[06:51] </w:t>
      </w:r>
      <w:r>
        <w:t>it is not my purpose to establish my kingship, establish my political leadership.</w:t>
      </w:r>
    </w:p>
    <w:p>
      <w:pPr>
        <w:jc w:val="right"/>
      </w:pPr>
      <w:r>
        <w:t>اٹ از ناٹ مائی پرپس ٹو اسٹیبلش مائی کنگ شپ، اسٹیبلش مائی پولیٹیکل لیڈرشپ۔</w:t>
      </w:r>
    </w:p>
    <w:p>
      <w:r>
        <w:rPr>
          <w:b/>
        </w:rPr>
        <w:t xml:space="preserve">[07:00] </w:t>
      </w:r>
      <w:r>
        <w:t>no,</w:t>
      </w:r>
    </w:p>
    <w:p>
      <w:pPr>
        <w:jc w:val="right"/>
      </w:pPr>
      <w:r>
        <w:t>نو،</w:t>
      </w:r>
    </w:p>
    <w:p>
      <w:r>
        <w:rPr>
          <w:b/>
        </w:rPr>
        <w:t xml:space="preserve">[07:03] </w:t>
      </w:r>
      <w:r>
        <w:t>my purpose is to convey the message of God. and what is the, and what is this message of God?</w:t>
      </w:r>
    </w:p>
    <w:p>
      <w:pPr>
        <w:jc w:val="right"/>
      </w:pPr>
      <w:r>
        <w:t>مائی پرپس از ٹو کنوے دا میسج اف گاڈ۔ اینڈ واٹ از دا، اینڈ واٹ از دس میسج اف گاڈ؟</w:t>
      </w:r>
    </w:p>
    <w:p>
      <w:r>
        <w:rPr>
          <w:b/>
        </w:rPr>
        <w:t xml:space="preserve">[07:12] </w:t>
      </w:r>
      <w:r>
        <w:t>it is to make people aware of the creation plan of God.</w:t>
      </w:r>
    </w:p>
    <w:p>
      <w:pPr>
        <w:jc w:val="right"/>
      </w:pPr>
      <w:r>
        <w:t>اٹ از ٹو میک پیپل اویئر اف دا کریشن پلان اف گاڈ۔</w:t>
      </w:r>
    </w:p>
    <w:p>
      <w:r>
        <w:rPr>
          <w:b/>
        </w:rPr>
        <w:t xml:space="preserve">[07:23] </w:t>
      </w:r>
      <w:r>
        <w:t>creation plan of God, this is my sole concern.</w:t>
      </w:r>
    </w:p>
    <w:p>
      <w:pPr>
        <w:jc w:val="right"/>
      </w:pPr>
      <w:r>
        <w:t>کریشن پلان اف گاڈ، دس از مائی سول کنسرن۔</w:t>
      </w:r>
    </w:p>
    <w:p>
      <w:r>
        <w:rPr>
          <w:b/>
        </w:rPr>
        <w:t xml:space="preserve">[07:31] </w:t>
      </w:r>
      <w:r>
        <w:t>according to this creation plan, people were born in this world and settled in this world as a test.</w:t>
      </w:r>
    </w:p>
    <w:p>
      <w:pPr>
        <w:jc w:val="right"/>
      </w:pPr>
      <w:r>
        <w:t>اکارڈنگ ٹو دس کریشن پلان، پیپل وار born ان دس ورلڈ اینڈ سیٹل ان دس ورلڈ ایز ا ٹیسٹ۔</w:t>
      </w:r>
    </w:p>
    <w:p>
      <w:r>
        <w:rPr>
          <w:b/>
        </w:rPr>
        <w:t xml:space="preserve">[07:43] </w:t>
      </w:r>
      <w:r>
        <w:t>so this world is a testing ground. Everyone is in test who are in rich.</w:t>
      </w:r>
    </w:p>
    <w:p>
      <w:pPr>
        <w:jc w:val="right"/>
      </w:pPr>
      <w:r>
        <w:t>سو دس ورلڈ از ا ٹیسٹنگ گراؤنڈ۔ ایوری ون از ان ٹیسٹ ہو ار ان رچ۔</w:t>
      </w:r>
    </w:p>
    <w:p>
      <w:r>
        <w:rPr>
          <w:b/>
        </w:rPr>
        <w:t xml:space="preserve">[07:58] </w:t>
      </w:r>
      <w:r>
        <w:t>Everyone. So according to this test, according to, according to their record in this world, they</w:t>
      </w:r>
    </w:p>
    <w:p>
      <w:pPr>
        <w:jc w:val="right"/>
      </w:pPr>
      <w:r>
        <w:t>ایوری ون۔ سو اکارڈنگ ٹو دس ٹیسٹ، اکارڈنگ ٹو، اکارڈنگ ٹو دیر ریکارڈ ان دس ورلڈ، دے</w:t>
      </w:r>
    </w:p>
    <w:p>
      <w:r>
        <w:rPr>
          <w:b/>
        </w:rPr>
        <w:t xml:space="preserve">[08:11] </w:t>
      </w:r>
      <w:r>
        <w:t>will be accountable. They are accountable.</w:t>
      </w:r>
    </w:p>
    <w:p>
      <w:pPr>
        <w:jc w:val="right"/>
      </w:pPr>
      <w:r>
        <w:t>ول بی اکاؤنٹیبل۔ دے ار اکاؤنٹیبل۔</w:t>
      </w:r>
    </w:p>
    <w:p>
      <w:r>
        <w:rPr>
          <w:b/>
        </w:rPr>
        <w:t xml:space="preserve">[08:17] </w:t>
      </w:r>
      <w:r>
        <w:t>So those who,</w:t>
      </w:r>
    </w:p>
    <w:p>
      <w:pPr>
        <w:jc w:val="right"/>
      </w:pPr>
      <w:r>
        <w:t>سو دوز ہو،</w:t>
      </w:r>
    </w:p>
    <w:p>
      <w:r>
        <w:rPr>
          <w:b/>
        </w:rPr>
        <w:t xml:space="preserve">[08:25] </w:t>
      </w:r>
      <w:r>
        <w:t>so some, some of them will be punished and some of them will be, will rewarded paradise. So this is the creation plan of God.</w:t>
      </w:r>
    </w:p>
    <w:p>
      <w:pPr>
        <w:jc w:val="right"/>
      </w:pPr>
      <w:r>
        <w:t>سو سم، سم اف دیم ول بی پنشڈ اینڈ سم اف دیم ول بی، ول ریوارڈڈ پیرائیز۔ سو دس از دا کریشن پلان اف گاڈ۔</w:t>
      </w:r>
    </w:p>
    <w:p>
      <w:r>
        <w:rPr>
          <w:b/>
        </w:rPr>
        <w:t xml:space="preserve">[08:36] </w:t>
      </w:r>
      <w:r>
        <w:t>So this was the, this was the main, this was the main</w:t>
      </w:r>
    </w:p>
    <w:p>
      <w:pPr>
        <w:jc w:val="right"/>
      </w:pPr>
      <w:r>
        <w:t>سو دس واز دا، دس واز دا مین، دس واز دا مین</w:t>
      </w:r>
    </w:p>
    <w:p>
      <w:r>
        <w:rPr>
          <w:b/>
        </w:rPr>
        <w:t xml:space="preserve">[08:47] </w:t>
      </w:r>
      <w:r>
        <w:t>purpose of the Prophet of Islam.</w:t>
      </w:r>
    </w:p>
    <w:p>
      <w:pPr>
        <w:jc w:val="right"/>
      </w:pPr>
      <w:r>
        <w:t>پرپس اف دا پرافٹ اف اسلام۔</w:t>
      </w:r>
    </w:p>
    <w:p>
      <w:r>
        <w:rPr>
          <w:b/>
        </w:rPr>
        <w:t xml:space="preserve">[08:53] </w:t>
      </w:r>
      <w:r>
        <w:t>So if you read the seerah, you will find that</w:t>
      </w:r>
    </w:p>
    <w:p>
      <w:pPr>
        <w:jc w:val="right"/>
      </w:pPr>
      <w:r>
        <w:t>سو اف یو ریڈ دا سیرہ، یو ویل فائنڈ دیٹ</w:t>
      </w:r>
    </w:p>
    <w:p>
      <w:r>
        <w:rPr>
          <w:b/>
        </w:rPr>
        <w:t xml:space="preserve">[09:03] </w:t>
      </w:r>
      <w:r>
        <w:t>Prophet during his lifetime worked for this purpose.</w:t>
      </w:r>
    </w:p>
    <w:p>
      <w:pPr>
        <w:jc w:val="right"/>
      </w:pPr>
      <w:r>
        <w:t>پرافٹ ڈیورنگ ہز لائف ٹائم ورک فار دس پرپس۔</w:t>
      </w:r>
    </w:p>
    <w:p>
      <w:r>
        <w:rPr>
          <w:b/>
        </w:rPr>
        <w:t xml:space="preserve">[09:17] </w:t>
      </w:r>
      <w:r>
        <w:t>All those books which depict Prophet as a political leader or a violent activist,</w:t>
      </w:r>
    </w:p>
    <w:p>
      <w:pPr>
        <w:jc w:val="right"/>
      </w:pPr>
      <w:r>
        <w:t>ال دوز بکس وچ ڈیپکٹ پرافٹ ایز ا پولیٹیکل لیڈر اور ا وائلنٹ ایکٹیوسٹ،</w:t>
      </w:r>
    </w:p>
    <w:p>
      <w:r>
        <w:rPr>
          <w:b/>
        </w:rPr>
        <w:t xml:space="preserve">[09:29] </w:t>
      </w:r>
      <w:r>
        <w:t>they are,</w:t>
      </w:r>
    </w:p>
    <w:p>
      <w:pPr>
        <w:jc w:val="right"/>
      </w:pPr>
      <w:r>
        <w:t>دے ار،</w:t>
      </w:r>
    </w:p>
    <w:p>
      <w:r>
        <w:rPr>
          <w:b/>
        </w:rPr>
        <w:t xml:space="preserve">[09:34] </w:t>
      </w:r>
      <w:r>
        <w:t>they must understand. They failed to understand the real picture of the Prophet of Islam. I will give an example.</w:t>
      </w:r>
    </w:p>
    <w:p>
      <w:pPr>
        <w:jc w:val="right"/>
      </w:pPr>
      <w:r>
        <w:t>دے مس انڈرسٹڈ۔ دے فیلڈ ٹو انڈرسٹینڈ دا ریل پکچر اف دا پرافٹ اف اسلام۔ ائی ویل گیو این ایگزامپل۔</w:t>
      </w:r>
    </w:p>
    <w:p>
      <w:r>
        <w:rPr>
          <w:b/>
        </w:rPr>
        <w:t xml:space="preserve">[09:51] </w:t>
      </w:r>
      <w:r>
        <w:t>You know, the Prophet of Islam</w:t>
      </w:r>
    </w:p>
    <w:p>
      <w:pPr>
        <w:jc w:val="right"/>
      </w:pPr>
      <w:r>
        <w:t>یو نو، دا پرافٹ اف اسلام</w:t>
      </w:r>
    </w:p>
    <w:p>
      <w:r>
        <w:rPr>
          <w:b/>
        </w:rPr>
        <w:t xml:space="preserve">[09:58] </w:t>
      </w:r>
      <w:r>
        <w:t>in the, in the, during the life of the Prophet of Islam, there were some battles. All these battles were defensive on the part of the Prophet of Islam.</w:t>
      </w:r>
    </w:p>
    <w:p>
      <w:pPr>
        <w:jc w:val="right"/>
      </w:pPr>
      <w:r>
        <w:t>ان دا، ان دا، ڈیورنگ دا لائف اف دا پرافٹ اف اسلام، دیر وار سم بیٹل۔ ال دیز بیٹلز وار ڈیفنسو ان دا پارٹ اف دا پرافٹ اف اسلام۔</w:t>
      </w:r>
    </w:p>
    <w:p>
      <w:r>
        <w:rPr>
          <w:b/>
        </w:rPr>
        <w:t xml:space="preserve">[10:10] </w:t>
      </w:r>
      <w:r>
        <w:t>He was compelled to engage in these battles as a defense. So what happened?</w:t>
      </w:r>
    </w:p>
    <w:p>
      <w:pPr>
        <w:jc w:val="right"/>
      </w:pPr>
      <w:r>
        <w:t>ہی واز کمپلڈ ٹو انگیج ان دیز بیٹلز ایز ا ڈیفنس۔ سو واٹ ہیپن؟</w:t>
      </w:r>
    </w:p>
    <w:p>
      <w:r>
        <w:rPr>
          <w:b/>
        </w:rPr>
        <w:t xml:space="preserve">[10:21] </w:t>
      </w:r>
      <w:r>
        <w:t>During the battle of Badr, it is reported that he was sitting.</w:t>
      </w:r>
    </w:p>
    <w:p>
      <w:pPr>
        <w:jc w:val="right"/>
      </w:pPr>
      <w:r>
        <w:t>ڈیورنگ دا بیٹل اف بدر، اٹ از رپورٹڈ دیٹ ہی واز سٹنگ۔</w:t>
      </w:r>
    </w:p>
    <w:p>
      <w:r>
        <w:rPr>
          <w:b/>
        </w:rPr>
        <w:t xml:space="preserve">[10:32] </w:t>
      </w:r>
      <w:r>
        <w:t>He himself was not engaged in the battle, in the war. He was sitting at that place under a temporary shelter</w:t>
      </w:r>
    </w:p>
    <w:p>
      <w:pPr>
        <w:jc w:val="right"/>
      </w:pPr>
      <w:r>
        <w:t>ہی ہم سیلف واز ناٹ انگیج ان دا بیٹل، ان دا وار۔ ہی واز سٹنگ ایٹ داٹ پلیس انڈر ا ٹیمپریری شیلٹر</w:t>
      </w:r>
    </w:p>
    <w:p>
      <w:r>
        <w:rPr>
          <w:b/>
        </w:rPr>
        <w:t xml:space="preserve">[10:51] </w:t>
      </w:r>
      <w:r>
        <w:t>. So one director says that at that time Prophet was, was writing something in sand, sand,</w:t>
      </w:r>
    </w:p>
    <w:p>
      <w:pPr>
        <w:jc w:val="right"/>
      </w:pPr>
      <w:r>
        <w:t>۔ سو ون ڈائریکٹر سیز دیٹ ایٹ دا ٹائم پرافٹ واز، واز رائٹنگ سم تھنگ ان سینڈ، سینڈ،</w:t>
      </w:r>
    </w:p>
    <w:p>
      <w:r>
        <w:rPr>
          <w:b/>
        </w:rPr>
        <w:t xml:space="preserve">[11:14] </w:t>
      </w:r>
      <w:r>
        <w:t>some line or some letter</w:t>
      </w:r>
    </w:p>
    <w:p>
      <w:pPr>
        <w:jc w:val="right"/>
      </w:pPr>
      <w:r>
        <w:t>سم لائن اور سم لیٹر</w:t>
      </w:r>
    </w:p>
    <w:p>
      <w:r>
        <w:rPr>
          <w:b/>
        </w:rPr>
        <w:t xml:space="preserve">[11:18] </w:t>
      </w:r>
      <w:r>
        <w:t>. So one orientalist refers to this event</w:t>
      </w:r>
    </w:p>
    <w:p>
      <w:pPr>
        <w:jc w:val="right"/>
      </w:pPr>
      <w:r>
        <w:t>۔ سو ون اورینٹلسٹ ریفرس ٹو دس ایونٹ</w:t>
      </w:r>
    </w:p>
    <w:p>
      <w:r>
        <w:rPr>
          <w:b/>
        </w:rPr>
        <w:t xml:space="preserve">[11:27] </w:t>
      </w:r>
      <w:r>
        <w:t>and by who, by his own mind, he says that</w:t>
      </w:r>
    </w:p>
    <w:p>
      <w:pPr>
        <w:jc w:val="right"/>
      </w:pPr>
      <w:r>
        <w:t>اینڈ بائی ہو، بائی ہز اون مائنڈ، ہی سیز دیٹ</w:t>
      </w:r>
    </w:p>
    <w:p>
      <w:r>
        <w:rPr>
          <w:b/>
        </w:rPr>
        <w:t xml:space="preserve">[11:35] </w:t>
      </w:r>
      <w:r>
        <w:t>the leader of the Islam</w:t>
      </w:r>
    </w:p>
    <w:p>
      <w:pPr>
        <w:jc w:val="right"/>
      </w:pPr>
      <w:r>
        <w:t>دا لیڈر اف دا اسلام</w:t>
      </w:r>
    </w:p>
    <w:p>
      <w:r>
        <w:rPr>
          <w:b/>
        </w:rPr>
        <w:t xml:space="preserve">[11:40] </w:t>
      </w:r>
      <w:r>
        <w:t>was</w:t>
      </w:r>
    </w:p>
    <w:p>
      <w:pPr>
        <w:jc w:val="right"/>
      </w:pPr>
      <w:r>
        <w:t>واز</w:t>
      </w:r>
    </w:p>
    <w:p>
      <w:r>
        <w:rPr>
          <w:b/>
        </w:rPr>
        <w:t xml:space="preserve">[11:44] </w:t>
      </w:r>
      <w:r>
        <w:t>planning</w:t>
      </w:r>
    </w:p>
    <w:p>
      <w:pPr>
        <w:jc w:val="right"/>
      </w:pPr>
      <w:r>
        <w:t>پلاننگ</w:t>
      </w:r>
    </w:p>
    <w:p>
      <w:r>
        <w:rPr>
          <w:b/>
        </w:rPr>
        <w:t xml:space="preserve">[11:48] </w:t>
      </w:r>
      <w:r>
        <w:t>his next war. His next war,</w:t>
      </w:r>
    </w:p>
    <w:p>
      <w:pPr>
        <w:jc w:val="right"/>
      </w:pPr>
      <w:r>
        <w:t>ہز نیکسٹ وار۔ ہز نیکسٹ وار،</w:t>
      </w:r>
    </w:p>
    <w:p>
      <w:r>
        <w:rPr>
          <w:b/>
        </w:rPr>
        <w:t xml:space="preserve">[11:55] </w:t>
      </w:r>
      <w:r>
        <w:t>That is his own mind, that is own interpretation, because there is no such thing of the prophet of Islam. Even in the narration, there is no such reference.</w:t>
      </w:r>
    </w:p>
    <w:p>
      <w:pPr>
        <w:jc w:val="right"/>
      </w:pPr>
      <w:r>
        <w:t>دس از ہز اون مائنڈ، دس از اون انٹرپریشن، بیکاز دیر از نو سچ سینگ اف دا پرافٹ اف اسلام۔ ایون ان دا نیریشن، دیر از نو سچ ریفرنس۔</w:t>
      </w:r>
    </w:p>
    <w:p>
      <w:r>
        <w:rPr>
          <w:b/>
        </w:rPr>
        <w:t xml:space="preserve">[12:08] </w:t>
      </w:r>
      <w:r>
        <w:t>bat wat haipn in akchual sens? af yu rid albadaya wanahaya, da histri af da</w:t>
      </w:r>
    </w:p>
    <w:p>
      <w:pPr>
        <w:jc w:val="right"/>
      </w:pPr>
      <w:r>
        <w:t>بٹ واٹ ہیپن ان ایکچول سینس؟ اف یو ریڈ البدایہ والنہایہ، دا ہسٹری اف دا</w:t>
      </w:r>
    </w:p>
    <w:p>
      <w:r>
        <w:rPr>
          <w:b/>
        </w:rPr>
        <w:t xml:space="preserve">[12:22] </w:t>
      </w:r>
      <w:r>
        <w:t>islam</w:t>
      </w:r>
    </w:p>
    <w:p>
      <w:pPr>
        <w:jc w:val="right"/>
      </w:pPr>
      <w:r>
        <w:t>اسلام</w:t>
      </w:r>
    </w:p>
    <w:p>
      <w:r>
        <w:rPr>
          <w:b/>
        </w:rPr>
        <w:t xml:space="preserve">[12:24] </w:t>
      </w:r>
      <w:r>
        <w:t>, you will find that at the time when he was sitting at that place.</w:t>
      </w:r>
    </w:p>
    <w:p>
      <w:pPr>
        <w:jc w:val="right"/>
      </w:pPr>
      <w:r>
        <w:t>، یو ویل فائنڈ دیٹ ایٹ دا ٹائم وین ہی واز سٹنگ ایٹ داٹ پلیس۔</w:t>
      </w:r>
    </w:p>
    <w:p>
      <w:r>
        <w:rPr>
          <w:b/>
        </w:rPr>
        <w:t xml:space="preserve">[12:34] </w:t>
      </w:r>
      <w:r>
        <w:t>so ainjal jabrail kaim tu ham. hi said dat gad haz kanvay yu salam.</w:t>
      </w:r>
    </w:p>
    <w:p>
      <w:pPr>
        <w:jc w:val="right"/>
      </w:pPr>
      <w:r>
        <w:t>سو اینجل جبرائیل کیم ٹو ہم۔ ہی سیڈ دیٹ گاڈ ہیز کنوے یو سلام۔</w:t>
      </w:r>
    </w:p>
    <w:p>
      <w:r>
        <w:rPr>
          <w:b/>
        </w:rPr>
        <w:t xml:space="preserve">[12:47] </w:t>
      </w:r>
      <w:r>
        <w:t>salam minz pis.</w:t>
      </w:r>
    </w:p>
    <w:p>
      <w:pPr>
        <w:jc w:val="right"/>
      </w:pPr>
      <w:r>
        <w:t>سلام مینز پیس۔</w:t>
      </w:r>
    </w:p>
    <w:p>
      <w:r>
        <w:rPr>
          <w:b/>
        </w:rPr>
        <w:t xml:space="preserve">[12:50] </w:t>
      </w:r>
      <w:r>
        <w:t>gad haz said sand tu yu da maisaj af pis.</w:t>
      </w:r>
    </w:p>
    <w:p>
      <w:pPr>
        <w:jc w:val="right"/>
      </w:pPr>
      <w:r>
        <w:t>گاڈ ہیز سیڈ سینڈ ٹو یو دا میسج اف پیس۔</w:t>
      </w:r>
    </w:p>
    <w:p>
      <w:r>
        <w:rPr>
          <w:b/>
        </w:rPr>
        <w:t xml:space="preserve">[12:58] </w:t>
      </w:r>
      <w:r>
        <w:t>All right, it was a time of war, but God sent him the message of peace. By hearing this from the angel, he said: "allah assalam vamank assalam,</w:t>
      </w:r>
    </w:p>
    <w:p>
      <w:pPr>
        <w:jc w:val="right"/>
      </w:pPr>
      <w:r>
        <w:t>الدو اٹ واز ا ٹائم اف وار، بٹ گاڈ سینڈ ہم دا میسج اف پیس۔ بائی ہیئرنگ دس فرام دا اینجل، ہی سیڈ: "اللہ السلام ومنک السلام،</w:t>
      </w:r>
    </w:p>
    <w:p>
      <w:r>
        <w:rPr>
          <w:b/>
        </w:rPr>
        <w:t xml:space="preserve">[13:16] </w:t>
      </w:r>
      <w:r>
        <w:t>salam rabana bil salam, das</w:t>
      </w:r>
    </w:p>
    <w:p>
      <w:pPr>
        <w:jc w:val="right"/>
      </w:pPr>
      <w:r>
        <w:t>سلام ربنا بالسلام، دس</w:t>
      </w:r>
    </w:p>
    <w:p>
      <w:r>
        <w:rPr>
          <w:b/>
        </w:rPr>
        <w:t xml:space="preserve">[13:21] </w:t>
      </w:r>
      <w:r>
        <w:t>vaz da rispans fram da prafait af islam." hi said in rispanding tu da maisaj af da ainjals, prafait said:</w:t>
      </w:r>
    </w:p>
    <w:p>
      <w:pPr>
        <w:jc w:val="right"/>
      </w:pPr>
      <w:r>
        <w:t>واز دا رسپانس فرام دا پرافٹ اف اسلام۔" ہی سیڈ ان ریسپانڈنگ ٹو دا میسج اف دا اینجلز، پرافٹ سیڈ:</w:t>
      </w:r>
    </w:p>
    <w:p>
      <w:r>
        <w:rPr>
          <w:b/>
        </w:rPr>
        <w:t xml:space="preserve">[13:39] </w:t>
      </w:r>
      <w:r>
        <w:t>"o gad, yu ar pis.</w:t>
      </w:r>
    </w:p>
    <w:p>
      <w:pPr>
        <w:jc w:val="right"/>
      </w:pPr>
      <w:r>
        <w:t>"او گاڈ، یو ار پیس۔</w:t>
      </w:r>
    </w:p>
    <w:p>
      <w:r>
        <w:rPr>
          <w:b/>
        </w:rPr>
        <w:t xml:space="preserve">[13:47] </w:t>
      </w:r>
      <w:r>
        <w:t>pis kamz fram yu.</w:t>
      </w:r>
    </w:p>
    <w:p>
      <w:pPr>
        <w:jc w:val="right"/>
      </w:pPr>
      <w:r>
        <w:t>پیس کمز فرام یو۔</w:t>
      </w:r>
    </w:p>
    <w:p>
      <w:r>
        <w:rPr>
          <w:b/>
        </w:rPr>
        <w:t xml:space="preserve">[13:54] </w:t>
      </w:r>
      <w:r>
        <w:t>yu ar pis. pis kamz fram yu. o gad, lat as liv a laif af pis.</w:t>
      </w:r>
    </w:p>
    <w:p>
      <w:pPr>
        <w:jc w:val="right"/>
      </w:pPr>
      <w:r>
        <w:t>یو ار پیس۔ پیس کمز فرام یو۔ او گاڈ، لیٹ اس لیو ا لائف اف پیس۔</w:t>
      </w:r>
    </w:p>
    <w:p>
      <w:r>
        <w:rPr>
          <w:b/>
        </w:rPr>
        <w:t xml:space="preserve">[14:06] </w:t>
      </w:r>
      <w:r>
        <w:t>o gad, intr as inta da hom af pis, dat iz pirais." so das vaz da rispans.</w:t>
      </w:r>
    </w:p>
    <w:p>
      <w:pPr>
        <w:jc w:val="right"/>
      </w:pPr>
      <w:r>
        <w:t>او گاڈ، انٹر اس انٹو دا ہوم اف پیس، دیٹ از پیرائیز۔" سو دس واز دا رسپانس۔</w:t>
      </w:r>
    </w:p>
    <w:p>
      <w:r>
        <w:rPr>
          <w:b/>
        </w:rPr>
        <w:t xml:space="preserve">[14:19] </w:t>
      </w:r>
      <w:r>
        <w:t>hir yu kian si vat vaz da dailag bitvin ainjal and da prafait muhammad.</w:t>
      </w:r>
    </w:p>
    <w:p>
      <w:pPr>
        <w:jc w:val="right"/>
      </w:pPr>
      <w:r>
        <w:t>ہیر یو کین سی واٹ واز دا ڈائیلاگ بٹوین اینجل اینڈ دا پرافٹ محمد۔</w:t>
      </w:r>
    </w:p>
    <w:p>
      <w:r>
        <w:rPr>
          <w:b/>
        </w:rPr>
        <w:t xml:space="preserve">[14:26] </w:t>
      </w:r>
      <w:r>
        <w:t>angel convey message of peace and prophet responded in peaceful manner. So instead saying that the, that the leader of the Islam was planning his next war plan,</w:t>
      </w:r>
    </w:p>
    <w:p>
      <w:pPr>
        <w:jc w:val="right"/>
      </w:pPr>
      <w:r>
        <w:t>اینجل کنوے میسج اف پیس اینڈ پرافٹ رسپانڈڈ ان پیس فل مینر۔ سو انسٹیڈ سینگ دیٹ دا، دیٹ دا لیڈر اف دا اسلام واز پلاننگ ہز نیکسٹ وار پلان،</w:t>
      </w:r>
    </w:p>
    <w:p>
      <w:r>
        <w:rPr>
          <w:b/>
        </w:rPr>
        <w:t xml:space="preserve">[14:44] </w:t>
      </w:r>
      <w:r>
        <w:t>yu hav tu say dat da prafait af islam or lidar af islam vaz planing hiz nikt pis plan.</w:t>
      </w:r>
    </w:p>
    <w:p>
      <w:pPr>
        <w:jc w:val="right"/>
      </w:pPr>
      <w:r>
        <w:t>یو ہیو ٹو سے دیٹ دا پرافٹ اف اسلام اور لیڈر اف اسلام واز پلاننگ ہز نیکسٹ پیس پلان۔</w:t>
      </w:r>
    </w:p>
    <w:p>
      <w:r>
        <w:rPr>
          <w:b/>
        </w:rPr>
        <w:t xml:space="preserve">[14:59] </w:t>
      </w:r>
      <w:r>
        <w:t>ait da taim in da maind af da prafait af islam vaz pis and nat var.</w:t>
      </w:r>
    </w:p>
    <w:p>
      <w:pPr>
        <w:jc w:val="right"/>
      </w:pPr>
      <w:r>
        <w:t>ایٹ داٹ ٹائم ان دا مائنڈ اف دا پرافٹ اف اسلام واز پیس اینڈ ناٹ وار۔</w:t>
      </w:r>
    </w:p>
    <w:p>
      <w:r>
        <w:rPr>
          <w:b/>
        </w:rPr>
        <w:t xml:space="preserve">[15:08] </w:t>
      </w:r>
      <w:r>
        <w:t>so hi vaz planing hiz nikt pis plan and nat hiz nikt var plan. das iz da mis andarstanding.</w:t>
      </w:r>
    </w:p>
    <w:p>
      <w:pPr>
        <w:jc w:val="right"/>
      </w:pPr>
      <w:r>
        <w:t>سو ہی واز پلاننگ ہز نیکسٹ پیس پلان اینڈ ناٹ ہز نیکسٹ وار پلان۔ دس از دا مس انڈرسٹینڈنگ۔</w:t>
      </w:r>
    </w:p>
    <w:p>
      <w:r>
        <w:rPr>
          <w:b/>
        </w:rPr>
        <w:t xml:space="preserve">[15:21] </w:t>
      </w:r>
      <w:r>
        <w:t>das is da, das is an agzampal bai vich yu kian andarstand vai, vat is mis andarstanding.</w:t>
      </w:r>
    </w:p>
    <w:p>
      <w:pPr>
        <w:jc w:val="right"/>
      </w:pPr>
      <w:r>
        <w:t>دس از دا، دس از این ایگزامپل بائی وچ یو کین انڈرسٹینڈ وائی، واٹ از مس انڈرسٹینڈنگ۔</w:t>
      </w:r>
    </w:p>
    <w:p>
      <w:r>
        <w:rPr>
          <w:b/>
        </w:rPr>
        <w:t xml:space="preserve">[15:34] </w:t>
      </w:r>
      <w:r>
        <w:t>din</w:t>
      </w:r>
    </w:p>
    <w:p>
      <w:pPr>
        <w:jc w:val="right"/>
      </w:pPr>
      <w:r>
        <w:t>دین</w:t>
      </w:r>
    </w:p>
    <w:p>
      <w:r>
        <w:rPr>
          <w:b/>
        </w:rPr>
        <w:t xml:space="preserve">[15:41] </w:t>
      </w:r>
      <w:r>
        <w:t>See the life of the Prophet of Islam.</w:t>
      </w:r>
    </w:p>
    <w:p>
      <w:pPr>
        <w:jc w:val="right"/>
      </w:pPr>
      <w:r>
        <w:t>سی دا لائف اف دا پرافٹ اف اسلام۔</w:t>
      </w:r>
    </w:p>
    <w:p>
      <w:r>
        <w:rPr>
          <w:b/>
        </w:rPr>
        <w:t xml:space="preserve">[15:46] </w:t>
      </w:r>
      <w:r>
        <w:t>When he started his mission in Mecca, his mission was mission of tawhid, that is oneness of God.</w:t>
      </w:r>
    </w:p>
    <w:p>
      <w:pPr>
        <w:jc w:val="right"/>
      </w:pPr>
      <w:r>
        <w:t>وین ہی سٹارٹڈ ہز مشن ان مکہ، ہز مشن واز مشن اف توحید، دیٹ از وننس اف گاڈ۔</w:t>
      </w:r>
    </w:p>
    <w:p>
      <w:r>
        <w:rPr>
          <w:b/>
        </w:rPr>
        <w:t xml:space="preserve">[15:58] </w:t>
      </w:r>
      <w:r>
        <w:t>There no God but one God. That was his message. So at the time Makkah people were idol worshipers.</w:t>
      </w:r>
    </w:p>
    <w:p>
      <w:pPr>
        <w:jc w:val="right"/>
      </w:pPr>
      <w:r>
        <w:t>دیر نو گاڈ بٹ ون گاڈ۔ دس واز ہز میسج۔ سو ایٹ دا ٹائم مکہ پیپل ویر ائیڈل ورسپرز۔</w:t>
      </w:r>
    </w:p>
    <w:p>
      <w:r>
        <w:rPr>
          <w:b/>
        </w:rPr>
        <w:t xml:space="preserve">[16:12] </w:t>
      </w:r>
      <w:r>
        <w:t>So at the time, the whole Arabia was occupied by these idol worshipers.</w:t>
      </w:r>
    </w:p>
    <w:p>
      <w:pPr>
        <w:jc w:val="right"/>
      </w:pPr>
      <w:r>
        <w:t>سو ایٹ دا ٹائم دا ہول عربیا واز اکوپائیڈ بائی دیز ائیڈل ورسپرز۔</w:t>
      </w:r>
    </w:p>
    <w:p>
      <w:r>
        <w:rPr>
          <w:b/>
        </w:rPr>
        <w:t xml:space="preserve">[16:23] </w:t>
      </w:r>
      <w:r>
        <w:t>so and his message was message of tauheed. he said that: "don't worship idols, worship god.</w:t>
      </w:r>
    </w:p>
    <w:p>
      <w:pPr>
        <w:jc w:val="right"/>
      </w:pPr>
      <w:r>
        <w:t>سو اینڈ ہز میسج واز میسج اف توحید۔ ہی سیڈ دیٹ: "ڈونٹ ورسپ ائیڈلز، ورسپ گاڈ۔</w:t>
      </w:r>
    </w:p>
    <w:p>
      <w:r>
        <w:rPr>
          <w:b/>
        </w:rPr>
        <w:t xml:space="preserve">[16:35] </w:t>
      </w:r>
      <w:r>
        <w:t>" the message of the prophet was: "don't worship idols, worship god almighty, la ilaha illallah.</w:t>
      </w:r>
    </w:p>
    <w:p>
      <w:pPr>
        <w:jc w:val="right"/>
      </w:pPr>
      <w:r>
        <w:t>" دا میسج اف دا پرافٹ واز: "ڈونٹ ورسپ ائیڈلز، ورسپ گاڈ المائٹی، لا الہ الا اللہ۔</w:t>
      </w:r>
    </w:p>
    <w:p>
      <w:r>
        <w:rPr>
          <w:b/>
        </w:rPr>
        <w:t xml:space="preserve">[16:46] </w:t>
      </w:r>
      <w:r>
        <w:t>there is no god but one god." so it was quite against their culture, their belief system.</w:t>
      </w:r>
    </w:p>
    <w:p>
      <w:pPr>
        <w:jc w:val="right"/>
      </w:pPr>
      <w:r>
        <w:t>دیر نو گاڈ بٹ ون گاڈ۔" سو اٹ واز کوائٹ اگینسٹ دیر کلچر، دیر بیلیف سسٹم۔</w:t>
      </w:r>
    </w:p>
    <w:p>
      <w:r>
        <w:rPr>
          <w:b/>
        </w:rPr>
        <w:t xml:space="preserve">[16:59] </w:t>
      </w:r>
      <w:r>
        <w:t>so they turn hostile.</w:t>
      </w:r>
    </w:p>
    <w:p>
      <w:pPr>
        <w:jc w:val="right"/>
      </w:pPr>
      <w:r>
        <w:t>سو دے ٹرن ہوسٹائل۔</w:t>
      </w:r>
    </w:p>
    <w:p>
      <w:r>
        <w:rPr>
          <w:b/>
        </w:rPr>
        <w:t xml:space="preserve">[17:06] </w:t>
      </w:r>
      <w:r>
        <w:t>they</w:t>
      </w:r>
    </w:p>
    <w:p>
      <w:pPr>
        <w:jc w:val="right"/>
      </w:pPr>
      <w:r>
        <w:t>دے</w:t>
      </w:r>
    </w:p>
    <w:p>
      <w:r>
        <w:rPr>
          <w:b/>
        </w:rPr>
        <w:t xml:space="preserve">[17:10] </w:t>
      </w:r>
      <w:r>
        <w:t>wanted to finish his mission, but it was a natural mission.</w:t>
      </w:r>
    </w:p>
    <w:p>
      <w:pPr>
        <w:jc w:val="right"/>
      </w:pPr>
      <w:r>
        <w:t>وانٹڈ ٹو فنش ہز مشن، بٹ اٹ واز ا نیچرل مشن۔</w:t>
      </w:r>
    </w:p>
    <w:p>
      <w:r>
        <w:rPr>
          <w:b/>
        </w:rPr>
        <w:t xml:space="preserve">[17:18] </w:t>
      </w:r>
      <w:r>
        <w:t>tauheed is religion of nature. you know, tauheed is religion of nature. so</w:t>
      </w:r>
    </w:p>
    <w:p>
      <w:pPr>
        <w:jc w:val="right"/>
      </w:pPr>
      <w:r>
        <w:t>توحید از ریلیجن اف نیچر۔ یو نو، توحید از ریلیجن اف نیچر۔ سو</w:t>
      </w:r>
    </w:p>
    <w:p>
      <w:r>
        <w:rPr>
          <w:b/>
        </w:rPr>
        <w:t xml:space="preserve">[17:29] </w:t>
      </w:r>
      <w:r>
        <w:t>there were so many people who accepted his religion, who accepted islam.</w:t>
      </w:r>
    </w:p>
    <w:p>
      <w:pPr>
        <w:jc w:val="right"/>
      </w:pPr>
      <w:r>
        <w:t>دیر وار سو مینی پیپل ہو ایکسیپٹڈ ہز ریلیجن، ہو ایکسیپٹڈ اسلام۔</w:t>
      </w:r>
    </w:p>
    <w:p>
      <w:r>
        <w:rPr>
          <w:b/>
        </w:rPr>
        <w:t xml:space="preserve">[17:38] </w:t>
      </w:r>
      <w:r>
        <w:t>then they became angry. they wanted to finish his mission.</w:t>
      </w:r>
    </w:p>
    <w:p>
      <w:pPr>
        <w:jc w:val="right"/>
      </w:pPr>
      <w:r>
        <w:t>دین دے بیکم اینگری۔ دے وانٹڈ ٹو فنش ہز مشن۔</w:t>
      </w:r>
    </w:p>
    <w:p>
      <w:r>
        <w:rPr>
          <w:b/>
        </w:rPr>
        <w:t xml:space="preserve">[17:48] </w:t>
      </w:r>
      <w:r>
        <w:t>So they put this question in their parliament. There was a parliament or assembly in Makkah.</w:t>
      </w:r>
    </w:p>
    <w:p>
      <w:pPr>
        <w:jc w:val="right"/>
      </w:pPr>
      <w:r>
        <w:t>سو دے پٹ دس کوئسچن ان دیر پارلیمنٹ۔ دیر واز ا پارلیمنٹ اور اسمبلی ان مکہ۔</w:t>
      </w:r>
    </w:p>
    <w:p>
      <w:r>
        <w:rPr>
          <w:b/>
        </w:rPr>
        <w:t xml:space="preserve">[17:59] </w:t>
      </w:r>
      <w:r>
        <w:t>you can say tribal parliament</w:t>
      </w:r>
    </w:p>
    <w:p>
      <w:pPr>
        <w:jc w:val="right"/>
      </w:pPr>
      <w:r>
        <w:t>یو کین سے ٹرائبل پارلیمنٹ</w:t>
      </w:r>
    </w:p>
    <w:p>
      <w:r>
        <w:rPr>
          <w:b/>
        </w:rPr>
        <w:t xml:space="preserve">[18:03] </w:t>
      </w:r>
      <w:r>
        <w:t>. The name of this tribal parliament was Darul Nadwah. Darul Nadwah. So they put this question in this.</w:t>
      </w:r>
    </w:p>
    <w:p>
      <w:pPr>
        <w:jc w:val="right"/>
      </w:pPr>
      <w:r>
        <w:t>۔ دا نیم اف دس ٹرائبل پارلیمنٹ واز دارالندوہ۔ دارالندوہ۔ سو دے پٹ دس کوئسچن ان دس۔</w:t>
      </w:r>
    </w:p>
    <w:p>
      <w:r>
        <w:rPr>
          <w:b/>
        </w:rPr>
        <w:t xml:space="preserve">[18:17] </w:t>
      </w:r>
      <w:r>
        <w:t>daralndwah or tribal parliament. they decided universally that: "we have to kill muhammad, otherwise he will occupy makkah and whole arabia." his mission is spreading.</w:t>
      </w:r>
    </w:p>
    <w:p>
      <w:pPr>
        <w:jc w:val="right"/>
      </w:pPr>
      <w:r>
        <w:t>دارالندوہ اور ٹرائبل پارلیمنٹ۔ دے ڈیسائیڈڈ یونیورسلی دیٹ: "وی ہیو ٹو کل محمد، ادروائز ہی ول اکوپائی مکہ اینڈ ہول عربیا۔" ہز مشن از سپریڈنگ۔</w:t>
      </w:r>
    </w:p>
    <w:p>
      <w:r>
        <w:rPr>
          <w:b/>
        </w:rPr>
        <w:t xml:space="preserve">[18:37] </w:t>
      </w:r>
      <w:r>
        <w:t>we have to check his mission.</w:t>
      </w:r>
    </w:p>
    <w:p>
      <w:pPr>
        <w:jc w:val="right"/>
      </w:pPr>
      <w:r>
        <w:t>وی ہیو ٹو چیک ہز مشن۔</w:t>
      </w:r>
    </w:p>
    <w:p>
      <w:r>
        <w:rPr>
          <w:b/>
        </w:rPr>
        <w:t xml:space="preserve">[18:42] </w:t>
      </w:r>
      <w:r>
        <w:t>so they decided to kill Prophet Muhammad. It was after 13 years of Makkah period. Then what happened?</w:t>
      </w:r>
    </w:p>
    <w:p>
      <w:pPr>
        <w:jc w:val="right"/>
      </w:pPr>
      <w:r>
        <w:t>سو دے ڈیسائیڈڈ ٹو کل پرافٹ محمد۔ اٹ واز افٹر 13 ایئرز اف مکہ پیریڈ۔ دین واٹ ہیپن؟</w:t>
      </w:r>
    </w:p>
    <w:p>
      <w:r>
        <w:rPr>
          <w:b/>
        </w:rPr>
        <w:t xml:space="preserve">[18:53] </w:t>
      </w:r>
      <w:r>
        <w:t>at that time there were several hundred people with the prophet of islam from makkah, from madinah, and from some other town.</w:t>
      </w:r>
    </w:p>
    <w:p>
      <w:pPr>
        <w:jc w:val="right"/>
      </w:pPr>
      <w:r>
        <w:t>ایٹ دا ٹائم دیر وار سیورل ہنڈرڈ پیپل ود دا پرافٹ اف اسلام فرام مکہ، فرام مدینہ، اینڈ فرام سم ادر ٹاؤن۔</w:t>
      </w:r>
    </w:p>
    <w:p>
      <w:r>
        <w:rPr>
          <w:b/>
        </w:rPr>
        <w:t xml:space="preserve">[19:07] </w:t>
      </w:r>
      <w:r>
        <w:t>in total they were several hundred.</w:t>
      </w:r>
    </w:p>
    <w:p>
      <w:pPr>
        <w:jc w:val="right"/>
      </w:pPr>
      <w:r>
        <w:t>ان ٹوٹل دے ویر سیورل ہنڈرڈ۔</w:t>
      </w:r>
    </w:p>
    <w:p>
      <w:r>
        <w:rPr>
          <w:b/>
        </w:rPr>
        <w:t xml:space="preserve">[19:13] </w:t>
      </w:r>
      <w:r>
        <w:t>so it was quite possible to go to war, to decide defensive war.</w:t>
      </w:r>
    </w:p>
    <w:p>
      <w:pPr>
        <w:jc w:val="right"/>
      </w:pPr>
      <w:r>
        <w:t>سو اٹ واز کوائٹ پوسیبل ٹو گو ٹو وار، ٹو ڈیسائیڈ ڈیفنسو وار۔</w:t>
      </w:r>
    </w:p>
    <w:p>
      <w:r>
        <w:rPr>
          <w:b/>
        </w:rPr>
        <w:t xml:space="preserve">[19:24] </w:t>
      </w:r>
      <w:r>
        <w:t>but the prophet of islam was a peace lover prophet</w:t>
      </w:r>
    </w:p>
    <w:p>
      <w:pPr>
        <w:jc w:val="right"/>
      </w:pPr>
      <w:r>
        <w:t>بٹ دا پرافٹ اف اسلام واز ا پیس لیور پرافٹ</w:t>
      </w:r>
    </w:p>
    <w:p>
      <w:r>
        <w:rPr>
          <w:b/>
        </w:rPr>
        <w:t xml:space="preserve">[19:30] </w:t>
      </w:r>
      <w:r>
        <w:t>. he always tried to find some,</w:t>
      </w:r>
    </w:p>
    <w:p>
      <w:pPr>
        <w:jc w:val="right"/>
      </w:pPr>
      <w:r>
        <w:t>۔ ہی الویز ٹرائیڈ ٹو فائنڈ سم،</w:t>
      </w:r>
    </w:p>
    <w:p>
      <w:r>
        <w:rPr>
          <w:b/>
        </w:rPr>
        <w:t xml:space="preserve">[19:37] </w:t>
      </w:r>
      <w:r>
        <w:t>some peaceful choice. so at that time he decide, he decided to leave makkah.</w:t>
      </w:r>
    </w:p>
    <w:p>
      <w:pPr>
        <w:jc w:val="right"/>
      </w:pPr>
      <w:r>
        <w:t>سم پیس فل چوائس۔ سو ایٹ دا ٹائم ہی ڈیسائیڈ، ہی ڈیسائیڈڈ ٹو لیو مکہ۔</w:t>
      </w:r>
    </w:p>
    <w:p>
      <w:r>
        <w:rPr>
          <w:b/>
        </w:rPr>
        <w:t xml:space="preserve">[19:48] </w:t>
      </w:r>
      <w:r>
        <w:t>to avoid war and violent conflict, he decided to leave makkah.</w:t>
      </w:r>
    </w:p>
    <w:p>
      <w:pPr>
        <w:jc w:val="right"/>
      </w:pPr>
      <w:r>
        <w:t>ٹو اوائڈ وار اینڈ وائلنٹ کانفلکٹ، ہی ڈیسائیڈڈ ٹو لیو مکہ۔</w:t>
      </w:r>
    </w:p>
    <w:p>
      <w:r>
        <w:rPr>
          <w:b/>
        </w:rPr>
        <w:t xml:space="preserve">[19:56] </w:t>
      </w:r>
      <w:r>
        <w:t>there was, there was, there was two choices before him: either go to war or leave the town of makkah.</w:t>
      </w:r>
    </w:p>
    <w:p>
      <w:pPr>
        <w:jc w:val="right"/>
      </w:pPr>
      <w:r>
        <w:t>دیر واز، دیر واز، دیر واز ٹو چوائسز بیفور ہم: ایدر گو ٹو وار اور لیو دا ٹاؤن اف مکہ۔</w:t>
      </w:r>
    </w:p>
    <w:p>
      <w:r>
        <w:rPr>
          <w:b/>
        </w:rPr>
        <w:t xml:space="preserve">[20:10] </w:t>
      </w:r>
      <w:r>
        <w:t>so he opted for the second choice, that is migration from makkah. so he migrated makkah and he settled in madinah.</w:t>
      </w:r>
    </w:p>
    <w:p>
      <w:pPr>
        <w:jc w:val="right"/>
      </w:pPr>
      <w:r>
        <w:t>سو ہی اپٹڈ فار دا سیکنڈ چوائس، دیٹ از مائیگریشن فرام مکہ۔ سو ہی مائیگریٹڈ مکہ اینڈ ہی سیٹل ان مدینہ۔</w:t>
      </w:r>
    </w:p>
    <w:p>
      <w:r>
        <w:rPr>
          <w:b/>
        </w:rPr>
        <w:t xml:space="preserve">[20:27] </w:t>
      </w:r>
      <w:r>
        <w:t>there was three hundred miles distance between makkah and madinah. so when he,</w:t>
      </w:r>
    </w:p>
    <w:p>
      <w:pPr>
        <w:jc w:val="right"/>
      </w:pPr>
      <w:r>
        <w:t>دیر واز تھری ہنڈرڈ مائل ڈسٹنس بٹوین مکہ اینڈ مدینہ۔ سو وین ہی،</w:t>
      </w:r>
    </w:p>
    <w:p>
      <w:r>
        <w:rPr>
          <w:b/>
        </w:rPr>
        <w:t xml:space="preserve">[20:39] </w:t>
      </w:r>
      <w:r>
        <w:t>wahi he came to madina, deen again you see what happen?</w:t>
      </w:r>
    </w:p>
    <w:p>
      <w:pPr>
        <w:jc w:val="right"/>
      </w:pPr>
      <w:r>
        <w:t>وین ہی کیم ٹو مدینہ، دین اگین یو سی واٹ ہیپن؟</w:t>
      </w:r>
    </w:p>
    <w:p>
      <w:r>
        <w:rPr>
          <w:b/>
        </w:rPr>
        <w:t xml:space="preserve">[20:46] </w:t>
      </w:r>
      <w:r>
        <w:t>all such kind of leaders, all such leaders who were, were compelled to leave their land, they became protestant.</w:t>
      </w:r>
    </w:p>
    <w:p>
      <w:pPr>
        <w:jc w:val="right"/>
      </w:pPr>
      <w:r>
        <w:t>ال سچ کائنڈ اف لیڈرز، ال سچ لیڈرز ہو ویر، ویر کمپلڈ ٹو لیو دیر لینڈ، دے بیکم پروٹیسٹنٹ۔</w:t>
      </w:r>
    </w:p>
    <w:p>
      <w:r>
        <w:rPr>
          <w:b/>
        </w:rPr>
        <w:t xml:space="preserve">[21:04] </w:t>
      </w:r>
      <w:r>
        <w:t>all the, all, all leaders of such kind, when they migrated their land, they became protestant.</w:t>
      </w:r>
    </w:p>
    <w:p>
      <w:pPr>
        <w:jc w:val="right"/>
      </w:pPr>
      <w:r>
        <w:t>ال دا، ال، ال لیڈرز اف سچ کائنڈ، وین دے مائیگریٹڈ دیر لینڈ، دے بیکم پروٹیسٹنٹ۔</w:t>
      </w:r>
    </w:p>
    <w:p>
      <w:r>
        <w:rPr>
          <w:b/>
        </w:rPr>
        <w:t xml:space="preserve">[21:18] </w:t>
      </w:r>
      <w:r>
        <w:t>they engage themself to talk against those people.</w:t>
      </w:r>
    </w:p>
    <w:p>
      <w:pPr>
        <w:jc w:val="right"/>
      </w:pPr>
      <w:r>
        <w:t>دے انگیج دیم سیلف ٹو ٹاک اگینسٹ دوز پیپل۔</w:t>
      </w:r>
    </w:p>
    <w:p>
      <w:r>
        <w:rPr>
          <w:b/>
        </w:rPr>
        <w:t xml:space="preserve">[21:28] </w:t>
      </w:r>
      <w:r>
        <w:t>in every country you can see examples like this, like this protestant leaders who always complain about those people who inflicted atrocities upon them.</w:t>
      </w:r>
    </w:p>
    <w:p>
      <w:pPr>
        <w:jc w:val="right"/>
      </w:pPr>
      <w:r>
        <w:t>ان ایوری کنٹری یو کین سی ایگزیمپلز لائک دس، لائک دس پروٹیسٹنٹ لیڈرز ہو الویز کمپلین اباؤٹ دوز پیپل ہو انفلکٹڈ اٹراسٹیز اپون دیم۔</w:t>
      </w:r>
    </w:p>
    <w:p>
      <w:r>
        <w:rPr>
          <w:b/>
        </w:rPr>
        <w:t xml:space="preserve">[21:48] </w:t>
      </w:r>
      <w:r>
        <w:t>but when prophet of Islam came to madina, he never uttered a single word against those makka people.</w:t>
      </w:r>
    </w:p>
    <w:p>
      <w:pPr>
        <w:jc w:val="right"/>
      </w:pPr>
      <w:r>
        <w:t>بٹ وین پرافٹ اف اسلام کیم ٹو مدینہ، ہی نیور اٹرڈ ا سنگل ورڈ اگینسٹ دوز مکہ پیپل۔</w:t>
      </w:r>
    </w:p>
    <w:p>
      <w:r>
        <w:rPr>
          <w:b/>
        </w:rPr>
        <w:t xml:space="preserve">[22:01] </w:t>
      </w:r>
      <w:r>
        <w:t>never, never, never.</w:t>
      </w:r>
    </w:p>
    <w:p>
      <w:pPr>
        <w:jc w:val="right"/>
      </w:pPr>
      <w:r>
        <w:t>نیور، نیور، نیور۔</w:t>
      </w:r>
    </w:p>
    <w:p>
      <w:r>
        <w:rPr>
          <w:b/>
        </w:rPr>
        <w:t xml:space="preserve">[22:05] </w:t>
      </w:r>
      <w:r>
        <w:t>he adopted quite different style than the political leaders.</w:t>
      </w:r>
    </w:p>
    <w:p>
      <w:pPr>
        <w:jc w:val="right"/>
      </w:pPr>
      <w:r>
        <w:t>ہی اڈاپٹڈ کوائٹ ڈفرنٹ اسٹائل دین دی پولیٹیکل لیڈرز۔</w:t>
      </w:r>
    </w:p>
    <w:p>
      <w:r>
        <w:rPr>
          <w:b/>
        </w:rPr>
        <w:t xml:space="preserve">[22:15] </w:t>
      </w:r>
      <w:r>
        <w:t>he forgot all those things. the book of sirah report his first speech he delivered in madina.</w:t>
      </w:r>
    </w:p>
    <w:p>
      <w:pPr>
        <w:jc w:val="right"/>
      </w:pPr>
      <w:r>
        <w:t>ہی فارگیٹ ال دوز تھنگز۔ دا بک اف سیرہ رپورٹ ہز فرسٹ سپیچ ہی ڈیلیورڈ ان مدینہ۔</w:t>
      </w:r>
    </w:p>
    <w:p>
      <w:r>
        <w:rPr>
          <w:b/>
        </w:rPr>
        <w:t xml:space="preserve">[22:29] </w:t>
      </w:r>
      <w:r>
        <w:t>for example, in sirat ibn hisham, you can read this is first speech under the caption: "awwal wa khutba khutba rasool Allah sallallahu alaihi wasallam fi al madina".</w:t>
      </w:r>
    </w:p>
    <w:p>
      <w:pPr>
        <w:jc w:val="right"/>
      </w:pPr>
      <w:r>
        <w:t>فار ایگزامپل، ان سیرت ابن ہشام، یو کین ریڈ دس از فرسٹ سپیچ انڈر دی کیپشن: "اول و خطبت خطبہ رسول اللہ صلی اللہ علیہ وسلم فی المدینہ"۔</w:t>
      </w:r>
    </w:p>
    <w:p>
      <w:r>
        <w:rPr>
          <w:b/>
        </w:rPr>
        <w:t xml:space="preserve">[22:45] </w:t>
      </w:r>
      <w:r>
        <w:t>that is the first speech he delivered in madina after reaching over there.</w:t>
      </w:r>
    </w:p>
    <w:p>
      <w:pPr>
        <w:jc w:val="right"/>
      </w:pPr>
      <w:r>
        <w:t>دیٹ از دا فرسٹ سپیچ ہی ڈیلیورڈ ان مدینہ افٹر ریچنگ اوور دیر۔</w:t>
      </w:r>
    </w:p>
    <w:p>
      <w:r>
        <w:rPr>
          <w:b/>
        </w:rPr>
        <w:t xml:space="preserve">[22:56] </w:t>
      </w:r>
      <w:r>
        <w:t>you read this speech? it was reported verbatim in the same word.</w:t>
      </w:r>
    </w:p>
    <w:p>
      <w:pPr>
        <w:jc w:val="right"/>
      </w:pPr>
      <w:r>
        <w:t>یو ریڈ دس سپیچ؟ اٹ واز رپورٹڈ وابیٹم ان دا سیم ورڈ۔</w:t>
      </w:r>
    </w:p>
    <w:p>
      <w:r>
        <w:rPr>
          <w:b/>
        </w:rPr>
        <w:t xml:space="preserve">[23:06] </w:t>
      </w:r>
      <w:r>
        <w:t>but there is no, you cannot find a single word of complaint, single word of protest.</w:t>
      </w:r>
    </w:p>
    <w:p>
      <w:pPr>
        <w:jc w:val="right"/>
      </w:pPr>
      <w:r>
        <w:t>بٹ دیر از نو، یو کین ناٹ فائنڈ ا سنگل ورڈ اف کمپلینٹ، سنگل ورڈ اف پروٹیسٹ۔</w:t>
      </w:r>
    </w:p>
    <w:p>
      <w:r>
        <w:rPr>
          <w:b/>
        </w:rPr>
        <w:t xml:space="preserve">[23:15] </w:t>
      </w:r>
      <w:r>
        <w:t>there no reference at all about all those atrocities committed by makkan people.</w:t>
      </w:r>
    </w:p>
    <w:p>
      <w:pPr>
        <w:jc w:val="right"/>
      </w:pPr>
      <w:r>
        <w:t>دیر نو ریفرنس ایٹ ال اباؤٹ ال دوز اٹراسٹیز کمٹڈ بائی میکنز پیپل۔</w:t>
      </w:r>
    </w:p>
    <w:p>
      <w:r>
        <w:rPr>
          <w:b/>
        </w:rPr>
        <w:t xml:space="preserve">[23:26] </w:t>
      </w:r>
      <w:r>
        <w:t>instead all these things, he said: "are you naas, o people of madina, are you naas, ittaqul nar walau bishaqqah si</w:t>
      </w:r>
    </w:p>
    <w:p>
      <w:pPr>
        <w:jc w:val="right"/>
      </w:pPr>
      <w:r>
        <w:t>انسٹیڈ ال دیز تھنگز، ہی سیڈ: "ار یو ناس، او پیپل اف مدینہ، ار یو ناس، اتق النار ولو بشکر سی</w:t>
      </w:r>
    </w:p>
    <w:p>
      <w:r>
        <w:rPr>
          <w:b/>
        </w:rPr>
        <w:t xml:space="preserve">[23:45] </w:t>
      </w:r>
      <w:r>
        <w:t>wa anfusakum</w:t>
      </w:r>
    </w:p>
    <w:p>
      <w:pPr>
        <w:jc w:val="right"/>
      </w:pPr>
      <w:r>
        <w:t>و یور سیلف</w:t>
      </w:r>
    </w:p>
    <w:p>
      <w:r>
        <w:rPr>
          <w:b/>
        </w:rPr>
        <w:t xml:space="preserve">[23:49] </w:t>
      </w:r>
      <w:r>
        <w:t>from hell fire". he said that: "you are, you are, you were created by God, you are accountable to God,</w:t>
      </w:r>
    </w:p>
    <w:p>
      <w:pPr>
        <w:jc w:val="right"/>
      </w:pPr>
      <w:r>
        <w:t>فرام ہیل فائر"۔ ہی سیڈ دیٹ: "یو ار، یو ار، یو ویر کریٹڈ بائی گاڈ، یو ار اکاؤنٹیبل ٹو گاڈ،</w:t>
      </w:r>
    </w:p>
    <w:p>
      <w:r>
        <w:rPr>
          <w:b/>
        </w:rPr>
        <w:t xml:space="preserve">[24:10] </w:t>
      </w:r>
      <w:r>
        <w:t>you will be presented before God, and God will punish you</w:t>
      </w:r>
    </w:p>
    <w:p>
      <w:pPr>
        <w:jc w:val="right"/>
      </w:pPr>
      <w:r>
        <w:t>یو ویل بی پریزنٹڈ بیفور گاڈ، اینڈ گاڈ ویل پنش یو</w:t>
      </w:r>
    </w:p>
    <w:p>
      <w:r>
        <w:rPr>
          <w:b/>
        </w:rPr>
        <w:t xml:space="preserve">[24:16] </w:t>
      </w:r>
      <w:r>
        <w:t>if you fail to follow the right path</w:t>
      </w:r>
    </w:p>
    <w:p>
      <w:pPr>
        <w:jc w:val="right"/>
      </w:pPr>
      <w:r>
        <w:t>اف یو فیل ٹو فالو دی رائٹ پاتھ</w:t>
      </w:r>
    </w:p>
    <w:p>
      <w:r>
        <w:rPr>
          <w:b/>
        </w:rPr>
        <w:t xml:space="preserve">[24:25] </w:t>
      </w:r>
      <w:r>
        <w:t>directed by God almighty". so this was his sermon, this was his speech, this was his message.</w:t>
      </w:r>
    </w:p>
    <w:p>
      <w:pPr>
        <w:jc w:val="right"/>
      </w:pPr>
      <w:r>
        <w:t>ڈائریکٹڈ بائی گاڈ المائٹی"۔ سو دس واز ہز سرمن، دس واز ہز سپیچ، دس واز ہز میسج۔</w:t>
      </w:r>
    </w:p>
    <w:p>
      <w:r>
        <w:rPr>
          <w:b/>
        </w:rPr>
        <w:t xml:space="preserve">[24:38] </w:t>
      </w:r>
      <w:r>
        <w:t>you cannot find a single leader in history, single political leader in history who</w:t>
      </w:r>
    </w:p>
    <w:p>
      <w:pPr>
        <w:jc w:val="right"/>
      </w:pPr>
      <w:r>
        <w:t>یو کین ناٹ فائنڈ ا سنگل لیڈر ان ہسٹری، سنگل پولیٹیکل لیڈر ان ہسٹری ہو</w:t>
      </w:r>
    </w:p>
    <w:p>
      <w:r>
        <w:rPr>
          <w:b/>
        </w:rPr>
        <w:t xml:space="preserve">[24:48] </w:t>
      </w:r>
      <w:r>
        <w:t>adopted this kind of thinking, this kind of speech. not at all.</w:t>
      </w:r>
    </w:p>
    <w:p>
      <w:pPr>
        <w:jc w:val="right"/>
      </w:pPr>
      <w:r>
        <w:t>اڈاپٹڈ دس کائنڈ اف تھنکنگ، دس کائنڈ اف سپیچ۔ ناٹ ایٹ ال۔</w:t>
      </w:r>
    </w:p>
    <w:p>
      <w:r>
        <w:rPr>
          <w:b/>
        </w:rPr>
        <w:t xml:space="preserve">[24:58] </w:t>
      </w:r>
      <w:r>
        <w:t>so this is the difference between political leader and a, and a prophet.</w:t>
      </w:r>
    </w:p>
    <w:p>
      <w:pPr>
        <w:jc w:val="right"/>
      </w:pPr>
      <w:r>
        <w:t>سو دس از دا ڈفرنس بٹوین پولیٹیکل لیڈر اینڈ ا، اینڈ ا پرافٹ۔</w:t>
      </w:r>
    </w:p>
    <w:p>
      <w:r>
        <w:rPr>
          <w:b/>
        </w:rPr>
        <w:t xml:space="preserve">[25:04] </w:t>
      </w:r>
      <w:r>
        <w:t>the sole concern of a prophet is the, the, the issues that we are, we will face in the hereafter.</w:t>
      </w:r>
    </w:p>
    <w:p>
      <w:pPr>
        <w:jc w:val="right"/>
      </w:pPr>
      <w:r>
        <w:t>دا سول کرسن اف ا پرافٹ از دا، دا، دا ایشوز دیٹ وی ار، وی ویل فیس ان دا ہیر افٹر۔</w:t>
      </w:r>
    </w:p>
    <w:p>
      <w:r>
        <w:rPr>
          <w:b/>
        </w:rPr>
        <w:t xml:space="preserve">[25:18] </w:t>
      </w:r>
      <w:r>
        <w:t>while the sole concern of political leader is to capture power, to gain leadership. this is his sole concern.</w:t>
      </w:r>
    </w:p>
    <w:p>
      <w:pPr>
        <w:jc w:val="right"/>
      </w:pPr>
      <w:r>
        <w:t>وائل دا سول کرسن اف پولیٹیکل لیڈر از ٹو کیپچر پاور، ٹو گین لیڈرشپ۔ دس از ہز سول کنسرن۔</w:t>
      </w:r>
    </w:p>
    <w:p>
      <w:r>
        <w:rPr>
          <w:b/>
        </w:rPr>
        <w:t xml:space="preserve">[25:30] </w:t>
      </w:r>
      <w:r>
        <w:t>to profit of islam was offered kingship, but he refused.</w:t>
      </w:r>
    </w:p>
    <w:p>
      <w:pPr>
        <w:jc w:val="right"/>
      </w:pPr>
      <w:r>
        <w:t>تو پرافٹ اف اسلام واز افرڈ کنگشپ، بٹ ہی ریفیوزڈ۔</w:t>
      </w:r>
    </w:p>
    <w:p>
      <w:r>
        <w:rPr>
          <w:b/>
        </w:rPr>
        <w:t xml:space="preserve">[25:37] </w:t>
      </w:r>
      <w:r>
        <w:t>he became victim of atrocities by, by his, by his,</w:t>
      </w:r>
    </w:p>
    <w:p>
      <w:pPr>
        <w:jc w:val="right"/>
      </w:pPr>
      <w:r>
        <w:t>ہی بیکم وکٹم اف اٹراسٹیز بائی، بائی ہز، بائی ہز،</w:t>
      </w:r>
    </w:p>
    <w:p>
      <w:r>
        <w:rPr>
          <w:b/>
        </w:rPr>
        <w:t xml:space="preserve">[25:48] </w:t>
      </w:r>
      <w:r>
        <w:t>by the makkah people, but he never complaint.</w:t>
      </w:r>
    </w:p>
    <w:p>
      <w:pPr>
        <w:jc w:val="right"/>
      </w:pPr>
      <w:r>
        <w:t>بائی دا مکہ پیپل، بٹ ہی نیور کمپلینٹ۔</w:t>
      </w:r>
    </w:p>
    <w:p>
      <w:r>
        <w:rPr>
          <w:b/>
        </w:rPr>
        <w:t xml:space="preserve">[25:56] </w:t>
      </w:r>
      <w:r>
        <w:t>so i can say that all the political leaders were negative in thinking, were negative thinker. the case of every political leader is that he discover some rivals, some rivals.</w:t>
      </w:r>
    </w:p>
    <w:p>
      <w:pPr>
        <w:jc w:val="right"/>
      </w:pPr>
      <w:r>
        <w:t>سو ائی کین سے دیٹ ال دا پولیٹیکل لیڈرز ویر نیگیٹیو ان تھنکنگ، ویر نیگیٹیو تھنکر۔ دا کیس اف ایوری پولیٹیکل لیڈر از دیٹ ہی ڈسکور سم رائیولز، سم رائیولز۔</w:t>
      </w:r>
    </w:p>
    <w:p>
      <w:r>
        <w:rPr>
          <w:b/>
        </w:rPr>
        <w:t xml:space="preserve">[26:12] </w:t>
      </w:r>
      <w:r>
        <w:t>without some rivals, you can not be a political leader. politics always want to have some rivals.</w:t>
      </w:r>
    </w:p>
    <w:p>
      <w:pPr>
        <w:jc w:val="right"/>
      </w:pPr>
      <w:r>
        <w:t>وداؤٹ سم رائیولز، یو کین ناٹ بی ا پولیٹیکل لیڈر۔ پولیٹکس الویز وانٹ ٹو ہیو سم رائیولز۔</w:t>
      </w:r>
    </w:p>
    <w:p>
      <w:r>
        <w:rPr>
          <w:b/>
        </w:rPr>
        <w:t xml:space="preserve">[26:25] </w:t>
      </w:r>
      <w:r>
        <w:t>so all the political leaders have discovered some rivals, and then they,</w:t>
      </w:r>
    </w:p>
    <w:p>
      <w:pPr>
        <w:jc w:val="right"/>
      </w:pPr>
      <w:r>
        <w:t>سو ال دا پولیٹیکل لیڈرز ہیو ڈسکورڈ سم رائیولز، اینڈ دین دے،</w:t>
      </w:r>
    </w:p>
    <w:p>
      <w:r>
        <w:rPr>
          <w:b/>
        </w:rPr>
        <w:t xml:space="preserve">[26:34] </w:t>
      </w:r>
      <w:r>
        <w:t>they were engaged to, to finish these rivals.</w:t>
      </w:r>
    </w:p>
    <w:p>
      <w:pPr>
        <w:jc w:val="right"/>
      </w:pPr>
      <w:r>
        <w:t>دے ویر انگیج ٹو، ٹو فنش دیز رائیولز۔</w:t>
      </w:r>
    </w:p>
    <w:p>
      <w:r>
        <w:rPr>
          <w:b/>
        </w:rPr>
        <w:t xml:space="preserve">[26:43] </w:t>
      </w:r>
      <w:r>
        <w:t>but there was no rival of the prophet of islam. for him, everyone was his friend.</w:t>
      </w:r>
    </w:p>
    <w:p>
      <w:pPr>
        <w:jc w:val="right"/>
      </w:pPr>
      <w:r>
        <w:t>بٹ دیر واز نو رائیول اف دا پرافٹ اف اسلام۔ فار ہم، ایوری ون واز ہز فرینڈ۔</w:t>
      </w:r>
    </w:p>
    <w:p>
      <w:r>
        <w:rPr>
          <w:b/>
        </w:rPr>
        <w:t xml:space="preserve">[26:53] </w:t>
      </w:r>
      <w:r>
        <w:t>every political leader divides people into classes.</w:t>
      </w:r>
    </w:p>
    <w:p>
      <w:pPr>
        <w:jc w:val="right"/>
      </w:pPr>
      <w:r>
        <w:t>ایوری پولیٹیکل لیڈر ڈیوائیڈز پیپل ان ٹو کلاسز۔</w:t>
      </w:r>
    </w:p>
    <w:p>
      <w:r>
        <w:rPr>
          <w:b/>
        </w:rPr>
        <w:t xml:space="preserve">[27:04] </w:t>
      </w:r>
      <w:r>
        <w:t>his</w:t>
      </w:r>
    </w:p>
    <w:p>
      <w:pPr>
        <w:jc w:val="right"/>
      </w:pPr>
      <w:r>
        <w:t>ہز</w:t>
      </w:r>
    </w:p>
    <w:p>
      <w:r>
        <w:rPr>
          <w:b/>
        </w:rPr>
        <w:t xml:space="preserve">[27:08] </w:t>
      </w:r>
      <w:r>
        <w:t>those were sympathizers to, to, to that leader, and those were rivals. but according to the prophet of islam, there was no such division among people</w:t>
      </w:r>
    </w:p>
    <w:p>
      <w:pPr>
        <w:jc w:val="right"/>
      </w:pPr>
      <w:r>
        <w:t>دوز وار سمپتھیسائزر ٹو، ٹو، ٹو دیٹ لیڈر، اینڈ دوز وار رائیولز۔ بٹ اکارڈنگ ٹو دا پرافٹ اف اسلام، دیر واز نو سچ ڈویژن امنگ پیپل</w:t>
      </w:r>
    </w:p>
    <w:p>
      <w:r>
        <w:rPr>
          <w:b/>
        </w:rPr>
        <w:t xml:space="preserve">[27:24] </w:t>
      </w:r>
      <w:r>
        <w:t>. everyone was his friend. he used to say: "o god, o god, allahumma, allahumma, ashhadu an al-'ibad kulluhum ikhwah".</w:t>
      </w:r>
    </w:p>
    <w:p>
      <w:pPr>
        <w:jc w:val="right"/>
      </w:pPr>
      <w:r>
        <w:t>۔ ایوری ون واز ہز فرینڈ۔ ہی یوز ٹو سے: "او گاڈ، او گاڈ، اللہم، اللہم، اشھد ان العباد کلھم اخوہ"۔</w:t>
      </w:r>
    </w:p>
    <w:p>
      <w:r>
        <w:rPr>
          <w:b/>
        </w:rPr>
        <w:t xml:space="preserve">[27:40] </w:t>
      </w:r>
      <w:r>
        <w:t>he used to say after his prayer that: "o god, i bear witness</w:t>
      </w:r>
    </w:p>
    <w:p>
      <w:pPr>
        <w:jc w:val="right"/>
      </w:pPr>
      <w:r>
        <w:t>ہی یوز ٹو سے افٹر ہز پریئر دیٹ: "او گاڈ، ائی بیئر وٹنس</w:t>
      </w:r>
    </w:p>
    <w:p>
      <w:r>
        <w:rPr>
          <w:b/>
        </w:rPr>
        <w:t xml:space="preserve">[27:48] </w:t>
      </w:r>
      <w:r>
        <w:t>, i bear witness that all the men and women are brothers and sisters to each other".</w:t>
      </w:r>
    </w:p>
    <w:p>
      <w:pPr>
        <w:jc w:val="right"/>
      </w:pPr>
      <w:r>
        <w:t>، ائی بیئر وٹنس دیٹ ال دا مین اینڈ ویمن ار برادرز اینڈ سسٹرز ٹو ایچ ادر"۔</w:t>
      </w:r>
    </w:p>
    <w:p>
      <w:r>
        <w:rPr>
          <w:b/>
        </w:rPr>
        <w:t xml:space="preserve">[28:02] </w:t>
      </w:r>
      <w:r>
        <w:t>this was the prophetic vision.</w:t>
      </w:r>
    </w:p>
    <w:p>
      <w:pPr>
        <w:jc w:val="right"/>
      </w:pPr>
      <w:r>
        <w:t>دس واز دا پرافیٹک ویژن۔</w:t>
      </w:r>
    </w:p>
    <w:p>
      <w:r>
        <w:rPr>
          <w:b/>
        </w:rPr>
        <w:t xml:space="preserve">[28:08] </w:t>
      </w:r>
      <w:r>
        <w:t>according to the prophet, everyone is his friend</w:t>
      </w:r>
    </w:p>
    <w:p>
      <w:pPr>
        <w:jc w:val="right"/>
      </w:pPr>
      <w:r>
        <w:t>اکارڈنگ ٹو دا پرافٹ، ایوری ون از ہز فرینڈ</w:t>
      </w:r>
    </w:p>
    <w:p>
      <w:r>
        <w:rPr>
          <w:b/>
        </w:rPr>
        <w:t xml:space="preserve">[28:16] </w:t>
      </w:r>
      <w:r>
        <w:t>. he find sympathy to all the human, to all human beings.</w:t>
      </w:r>
    </w:p>
    <w:p>
      <w:pPr>
        <w:jc w:val="right"/>
      </w:pPr>
      <w:r>
        <w:t>۔ ہی فائنڈ سمپتھی ٹو ال دا ہیومن، ٹو ال ہیومن بینگز۔</w:t>
      </w:r>
    </w:p>
    <w:p>
      <w:r>
        <w:rPr>
          <w:b/>
        </w:rPr>
        <w:t xml:space="preserve">[28:24] </w:t>
      </w:r>
      <w:r>
        <w:t>prophets character is based on sympathy, compassion,</w:t>
      </w:r>
    </w:p>
    <w:p>
      <w:pPr>
        <w:jc w:val="right"/>
      </w:pPr>
      <w:r>
        <w:t>پرافٹس کریکٹر از بیسڈ ان سمپتھی، کمپیشن،</w:t>
      </w:r>
    </w:p>
    <w:p>
      <w:r>
        <w:rPr>
          <w:b/>
        </w:rPr>
        <w:t xml:space="preserve">[28:31] </w:t>
      </w:r>
      <w:r>
        <w:t>and not rivalry. according to the prophet, there is no enemy, no enemy at all.</w:t>
      </w:r>
    </w:p>
    <w:p>
      <w:pPr>
        <w:jc w:val="right"/>
      </w:pPr>
      <w:r>
        <w:t>اینڈ ناٹ رائیولری۔ اکارڈنگ ٹو دی پرافٹ، دیر از نو اینیمی، نو اینیمی ایٹ ال۔</w:t>
      </w:r>
    </w:p>
    <w:p>
      <w:r>
        <w:rPr>
          <w:b/>
        </w:rPr>
        <w:t xml:space="preserve">[28:41] </w:t>
      </w:r>
      <w:r>
        <w:t>but according to every political leader, there are some people are enemy, some are here friend.</w:t>
      </w:r>
    </w:p>
    <w:p>
      <w:pPr>
        <w:jc w:val="right"/>
      </w:pPr>
      <w:r>
        <w:t>بٹ اکارڈنگ ٹو ایوری پولیٹیکل لیڈر، دیر ار سم پیپل ار اینیمی، سم ار ہیر فرینڈ۔</w:t>
      </w:r>
    </w:p>
    <w:p>
      <w:r>
        <w:rPr>
          <w:b/>
        </w:rPr>
        <w:t xml:space="preserve">[28:50] </w:t>
      </w:r>
      <w:r>
        <w:t>so this kind of, this kind of division you can not, you can not find</w:t>
      </w:r>
    </w:p>
    <w:p>
      <w:pPr>
        <w:jc w:val="right"/>
      </w:pPr>
      <w:r>
        <w:t>سو دس کائنڈ اف، دس کائنڈ اف ڈویژن یو کینٹ، یو کینٹ فائنڈ</w:t>
      </w:r>
    </w:p>
    <w:p>
      <w:r>
        <w:rPr>
          <w:b/>
        </w:rPr>
        <w:t xml:space="preserve">[28:58] </w:t>
      </w:r>
      <w:r>
        <w:t>in the prophetic life</w:t>
      </w:r>
    </w:p>
    <w:p>
      <w:pPr>
        <w:jc w:val="right"/>
      </w:pPr>
      <w:r>
        <w:t>ان دا پرافیٹک لائف</w:t>
      </w:r>
    </w:p>
    <w:p>
      <w:r>
        <w:rPr>
          <w:b/>
        </w:rPr>
        <w:t xml:space="preserve">[29:04] </w:t>
      </w:r>
      <w:r>
        <w:t>. then you know,</w:t>
      </w:r>
    </w:p>
    <w:p>
      <w:pPr>
        <w:jc w:val="right"/>
      </w:pPr>
      <w:r>
        <w:t>۔ دین یو نو،</w:t>
      </w:r>
    </w:p>
    <w:p>
      <w:r>
        <w:rPr>
          <w:b/>
        </w:rPr>
        <w:t xml:space="preserve">[29:07] </w:t>
      </w:r>
      <w:r>
        <w:t>when the prophet of islam settled in madinah and tried to propagate his mission, his message, then</w:t>
      </w:r>
    </w:p>
    <w:p>
      <w:pPr>
        <w:jc w:val="right"/>
      </w:pPr>
      <w:r>
        <w:t>وین دا پرافٹ اف اسلام سیٹلڈ ان مدینہ اینڈ ٹرائیڈ ٹو پروپیگیٹ ہز مشن، ہز میسج، دین</w:t>
      </w:r>
    </w:p>
    <w:p>
      <w:r>
        <w:rPr>
          <w:b/>
        </w:rPr>
        <w:t xml:space="preserve">[29:23] </w:t>
      </w:r>
      <w:r>
        <w:t>makkah people were, as you know, makkah people were stubborn to accept his message.</w:t>
      </w:r>
    </w:p>
    <w:p>
      <w:pPr>
        <w:jc w:val="right"/>
      </w:pPr>
      <w:r>
        <w:t>میکن پیپل ویر، ایز یو نو، میکن پیپل ویر اسٹبن ٹو ایکسیپٹ ہز میسج۔</w:t>
      </w:r>
    </w:p>
    <w:p>
      <w:r>
        <w:rPr>
          <w:b/>
        </w:rPr>
        <w:t xml:space="preserve">[29:33] </w:t>
      </w:r>
      <w:r>
        <w:t>but the situation of Madina was quite different.</w:t>
      </w:r>
    </w:p>
    <w:p>
      <w:pPr>
        <w:jc w:val="right"/>
      </w:pPr>
      <w:r>
        <w:t>بٹ دا سچویشن اف مدینہ واز کوائٹ ڈفرنٹ۔</w:t>
      </w:r>
    </w:p>
    <w:p>
      <w:r>
        <w:rPr>
          <w:b/>
        </w:rPr>
        <w:t xml:space="preserve">[29:41] </w:t>
      </w:r>
      <w:r>
        <w:t>they were very lenient people, very simple people.</w:t>
      </w:r>
    </w:p>
    <w:p>
      <w:pPr>
        <w:jc w:val="right"/>
      </w:pPr>
      <w:r>
        <w:t>دے ویر ویری لینین پیپل، ویری سمپل پیپل۔</w:t>
      </w:r>
    </w:p>
    <w:p>
      <w:r>
        <w:rPr>
          <w:b/>
        </w:rPr>
        <w:t xml:space="preserve">[29:48] </w:t>
      </w:r>
      <w:r>
        <w:t>so readily they accepted Islam.</w:t>
      </w:r>
    </w:p>
    <w:p>
      <w:pPr>
        <w:jc w:val="right"/>
      </w:pPr>
      <w:r>
        <w:t>سو ریڈیلی دے ایکسیپٹڈ اسلام۔</w:t>
      </w:r>
    </w:p>
    <w:p>
      <w:r>
        <w:rPr>
          <w:b/>
        </w:rPr>
        <w:t xml:space="preserve">[29:55] </w:t>
      </w:r>
      <w:r>
        <w:t>books of sirah report that: "lam yabaqa</w:t>
      </w:r>
    </w:p>
    <w:p>
      <w:pPr>
        <w:jc w:val="right"/>
      </w:pPr>
      <w:r>
        <w:t>بکس اف سیرہ رپورٹ دیٹ: "لم یبقہ</w:t>
      </w:r>
    </w:p>
    <w:p>
      <w:r>
        <w:rPr>
          <w:b/>
        </w:rPr>
        <w:t xml:space="preserve">[30:02] </w:t>
      </w:r>
      <w:r>
        <w:t>"lam tabqa darbun min dur al-ansar illa wadkhala fa'al Islam". "lam tabqa darbun min dur al-ansar illa wadkhala fa'al Islam".</w:t>
      </w:r>
    </w:p>
    <w:p>
      <w:pPr>
        <w:jc w:val="right"/>
      </w:pPr>
      <w:r>
        <w:t>دارب من دور الانصار الا ودخل فعل اسلام"۔ "لم تبقہ دارب من دور الانصار الا ودخل فعل اسلام"۔</w:t>
      </w:r>
    </w:p>
    <w:p>
      <w:r>
        <w:rPr>
          <w:b/>
        </w:rPr>
        <w:t xml:space="preserve">[30:15] </w:t>
      </w:r>
      <w:r>
        <w:t>it means that almost every home at madina was Islamized.</w:t>
      </w:r>
    </w:p>
    <w:p>
      <w:pPr>
        <w:jc w:val="right"/>
      </w:pPr>
      <w:r>
        <w:t>اٹ مینز دیٹ الموسٹ ایوری ہوم ایٹ مدینہ واز اسلامائزڈ۔</w:t>
      </w:r>
    </w:p>
    <w:p>
      <w:r>
        <w:rPr>
          <w:b/>
        </w:rPr>
        <w:t xml:space="preserve">[30:25] </w:t>
      </w:r>
      <w:r>
        <w:t>The whole Madina accepted Islam. The majority of the Madina people accepted Islam. So here the scene was quite different from that of Makka.</w:t>
      </w:r>
    </w:p>
    <w:p>
      <w:pPr>
        <w:jc w:val="right"/>
      </w:pPr>
      <w:r>
        <w:t>دا ہول مدینہ ایکسیپٹڈ اسلام۔ دا میجورٹی اف دا مدینہ پیپل ایکسیپٹڈ اسلام۔ سو ہیر دا سین واز کوائٹ ڈفرنٹ فرام دیٹ اف مکہ۔</w:t>
      </w:r>
    </w:p>
    <w:p>
      <w:r>
        <w:rPr>
          <w:b/>
        </w:rPr>
        <w:t xml:space="preserve">[30:40] </w:t>
      </w:r>
      <w:r>
        <w:t>it waz not,</w:t>
      </w:r>
    </w:p>
    <w:p>
      <w:pPr>
        <w:jc w:val="right"/>
      </w:pPr>
      <w:r>
        <w:t>اٹ واز ناٹ،</w:t>
      </w:r>
    </w:p>
    <w:p>
      <w:r>
        <w:rPr>
          <w:b/>
        </w:rPr>
        <w:t xml:space="preserve">[30:46] </w:t>
      </w:r>
      <w:r>
        <w:t>it was not good for Makkan leaders. they became angry.</w:t>
      </w:r>
    </w:p>
    <w:p>
      <w:pPr>
        <w:jc w:val="right"/>
      </w:pPr>
      <w:r>
        <w:t>اٹ واز ناٹ گڈ فار میکن لیڈرز۔ دے بیکم اینگری۔</w:t>
      </w:r>
    </w:p>
    <w:p>
      <w:r>
        <w:rPr>
          <w:b/>
        </w:rPr>
        <w:t xml:space="preserve">[30:55] </w:t>
      </w:r>
      <w:r>
        <w:t>they wanted to finish this mission. then they</w:t>
      </w:r>
    </w:p>
    <w:p>
      <w:pPr>
        <w:jc w:val="right"/>
      </w:pPr>
      <w:r>
        <w:t>دے وانٹڈ ٹو فنش دس مشن۔ دین دے</w:t>
      </w:r>
    </w:p>
    <w:p>
      <w:r>
        <w:rPr>
          <w:b/>
        </w:rPr>
        <w:t xml:space="preserve">[31:04] </w:t>
      </w:r>
      <w:r>
        <w:t>organized war. They attack Madina.</w:t>
      </w:r>
    </w:p>
    <w:p>
      <w:pPr>
        <w:jc w:val="right"/>
      </w:pPr>
      <w:r>
        <w:t>ارگنائزڈ وار۔ دے اٹیک مدینہ۔</w:t>
      </w:r>
    </w:p>
    <w:p>
      <w:r>
        <w:rPr>
          <w:b/>
        </w:rPr>
        <w:t xml:space="preserve">[31:14] </w:t>
      </w:r>
      <w:r>
        <w:t>they organized army and then they attack Madina.</w:t>
      </w:r>
    </w:p>
    <w:p>
      <w:pPr>
        <w:jc w:val="right"/>
      </w:pPr>
      <w:r>
        <w:t>دے ارگنائزڈ ارمی اینڈ دین دے اٹیک مدینہ۔</w:t>
      </w:r>
    </w:p>
    <w:p>
      <w:r>
        <w:rPr>
          <w:b/>
        </w:rPr>
        <w:t xml:space="preserve">[31:20] </w:t>
      </w:r>
      <w:r>
        <w:t>they wanted to finish</w:t>
      </w:r>
    </w:p>
    <w:p>
      <w:pPr>
        <w:jc w:val="right"/>
      </w:pPr>
      <w:r>
        <w:t>دے وانٹڈ ٹو فنش</w:t>
      </w:r>
    </w:p>
    <w:p>
      <w:r>
        <w:rPr>
          <w:b/>
        </w:rPr>
        <w:t xml:space="preserve">[31:24] </w:t>
      </w:r>
      <w:r>
        <w:t>the mission of the prophet of Islam by, by violence, through violence. then</w:t>
      </w:r>
    </w:p>
    <w:p>
      <w:pPr>
        <w:jc w:val="right"/>
      </w:pPr>
      <w:r>
        <w:t>دا مشن اف دا پرافٹ اف اسلام بائی، بائی وائلنس، تھرو وائلنس۔ دین</w:t>
      </w:r>
    </w:p>
    <w:p>
      <w:r>
        <w:rPr>
          <w:b/>
        </w:rPr>
        <w:t xml:space="preserve">[31:36] </w:t>
      </w:r>
      <w:r>
        <w:t>at da time, there waz no option other than to, to go to defensive war.</w:t>
      </w:r>
    </w:p>
    <w:p>
      <w:pPr>
        <w:jc w:val="right"/>
      </w:pPr>
      <w:r>
        <w:t>ایٹ دا ٹائم، دیر واز نو اپشن ادر دین ٹو، ٹو گو ٹو ڈیفنسو وار۔</w:t>
      </w:r>
    </w:p>
    <w:p>
      <w:r>
        <w:rPr>
          <w:b/>
        </w:rPr>
        <w:t xml:space="preserve">[31:44] </w:t>
      </w:r>
      <w:r>
        <w:t>so prophet opted this. so, so the prophet was compelled to go to war.</w:t>
      </w:r>
    </w:p>
    <w:p>
      <w:pPr>
        <w:jc w:val="right"/>
      </w:pPr>
      <w:r>
        <w:t>سو پرافٹ اپٹڈ دس۔ سو، سو دا پرافٹ واز کمپلڈ ٹو گو ٹو وار۔</w:t>
      </w:r>
    </w:p>
    <w:p>
      <w:r>
        <w:rPr>
          <w:b/>
        </w:rPr>
        <w:t xml:space="preserve">[31:56] </w:t>
      </w:r>
      <w:r>
        <w:t>but there waz no wars other than three. there waz three, only three full fledge battles: battle of badr, battle of uhud, battle of hanin.</w:t>
      </w:r>
    </w:p>
    <w:p>
      <w:pPr>
        <w:jc w:val="right"/>
      </w:pPr>
      <w:r>
        <w:t>بٹ دیر واز نو وارز ادر دین تھری۔ دیر واز تھری، اونلی تھری فل فلیج بیٹلز: بیٹل اف بدر، بیٹل اف احد، بیٹل اف حنین۔</w:t>
      </w:r>
    </w:p>
    <w:p>
      <w:r>
        <w:rPr>
          <w:b/>
        </w:rPr>
        <w:t xml:space="preserve">[32:11] </w:t>
      </w:r>
      <w:r>
        <w:t>there are some other ghazwat, but that they were skirmish, not war. in book we read this ghazwa and that ghazwa, but all these ghazwa, ghazwat were simply skirmish and not war.</w:t>
      </w:r>
    </w:p>
    <w:p>
      <w:pPr>
        <w:jc w:val="right"/>
      </w:pPr>
      <w:r>
        <w:t>دیر ار سم ادر غزوات، بٹ دیٹ دے ویر اسکرمیشن، ناٹ وار۔ ان بک وی ریڈ دس غزوہ اینڈ دیٹ غزوہ، بٹ ال دیز غزوہ، غزوات ویر سمپلی اسکرمیشن اینڈ ناٹ وار۔</w:t>
      </w:r>
    </w:p>
    <w:p>
      <w:r>
        <w:rPr>
          <w:b/>
        </w:rPr>
        <w:t xml:space="preserve">[32:34] </w:t>
      </w:r>
      <w:r>
        <w:t>there were only three full fledge war: badr, uhud, and hanin.</w:t>
      </w:r>
    </w:p>
    <w:p>
      <w:pPr>
        <w:jc w:val="right"/>
      </w:pPr>
      <w:r>
        <w:t>دیر ویر اونلی تھری فل فلیج وار: بدر، احد، اینڈ حنین۔</w:t>
      </w:r>
    </w:p>
    <w:p>
      <w:r>
        <w:rPr>
          <w:b/>
        </w:rPr>
        <w:t xml:space="preserve">[32:41] </w:t>
      </w:r>
      <w:r>
        <w:t>Then what happened? Prophet of Islam was not happy with this situation. He was a peace lover person.</w:t>
      </w:r>
    </w:p>
    <w:p>
      <w:pPr>
        <w:jc w:val="right"/>
      </w:pPr>
      <w:r>
        <w:t>دین واٹ ہیپن؟ پرافٹ اف اسلام واز ناٹ ہیپی ود دس سچویشن۔ ہی واز ا پیس لور پرسن۔</w:t>
      </w:r>
    </w:p>
    <w:p>
      <w:r>
        <w:rPr>
          <w:b/>
        </w:rPr>
        <w:t xml:space="preserve">[32:52] </w:t>
      </w:r>
      <w:r>
        <w:t>so the prophet of Islam</w:t>
      </w:r>
    </w:p>
    <w:p>
      <w:pPr>
        <w:jc w:val="right"/>
      </w:pPr>
      <w:r>
        <w:t>سو دی پرافٹ اف اسلام</w:t>
      </w:r>
    </w:p>
    <w:p>
      <w:r>
        <w:rPr>
          <w:b/>
        </w:rPr>
        <w:t xml:space="preserve">[32:57] </w:t>
      </w:r>
      <w:r>
        <w:t>tried to establish peace by any cost, because peace was peace for him was symbol.</w:t>
      </w:r>
    </w:p>
    <w:p>
      <w:pPr>
        <w:jc w:val="right"/>
      </w:pPr>
      <w:r>
        <w:t>ٹرائیڈ ٹو اسٹیبلش پیس بائی اینی کاسٹ، بیکاز پیس واز پیس فار ہم واز سممبونم</w:t>
      </w:r>
    </w:p>
    <w:p>
      <w:r>
        <w:rPr>
          <w:b/>
        </w:rPr>
        <w:t xml:space="preserve">[33:10] </w:t>
      </w:r>
      <w:r>
        <w:t>. in Islam, peace is the symbol.</w:t>
      </w:r>
    </w:p>
    <w:p>
      <w:pPr>
        <w:jc w:val="right"/>
      </w:pPr>
      <w:r>
        <w:t>۔ ان اسلام، پیس از دا سممبونم۔</w:t>
      </w:r>
    </w:p>
    <w:p>
      <w:r>
        <w:rPr>
          <w:b/>
        </w:rPr>
        <w:t xml:space="preserve">[33:17] </w:t>
      </w:r>
      <w:r>
        <w:t>So prophet of Islam wanted to establish peace at any cost, at any cost. So he started negotiation, negotiation.</w:t>
      </w:r>
    </w:p>
    <w:p>
      <w:pPr>
        <w:jc w:val="right"/>
      </w:pPr>
      <w:r>
        <w:t>سو پرافٹ اف اسلام وانٹڈ ٹو اسٹیبلش پیس ایٹ اینی کاسٹ، ایٹ اینی کاسٹ۔ سو ہی سٹارٹڈ نیگوشی ایشن، نیگوشی ایشن۔</w:t>
      </w:r>
    </w:p>
    <w:p>
      <w:r>
        <w:rPr>
          <w:b/>
        </w:rPr>
        <w:t xml:space="preserve">[33:30] </w:t>
      </w:r>
      <w:r>
        <w:t>these negotiations were organized at the prayer at, at hudaybiyyah. hudaybiyyah is a town near makka.</w:t>
      </w:r>
    </w:p>
    <w:p>
      <w:pPr>
        <w:jc w:val="right"/>
      </w:pPr>
      <w:r>
        <w:t>دیز نیگوشی ایشنز ویر ارگنائزڈ ایٹ دا پریر ایٹ، ایٹ حدیبیہ۔ حدیبیہ از ا ٹاؤن نیئر مکہ۔</w:t>
      </w:r>
    </w:p>
    <w:p>
      <w:r>
        <w:rPr>
          <w:b/>
        </w:rPr>
        <w:t xml:space="preserve">[33:41] </w:t>
      </w:r>
      <w:r>
        <w:t>so the negotiation continued up to two weeks. two weeks</w:t>
      </w:r>
    </w:p>
    <w:p>
      <w:pPr>
        <w:jc w:val="right"/>
      </w:pPr>
      <w:r>
        <w:t>سو دس نیگوشی ایشن کنٹینیوڈ اپ ٹو ٹو ویکس۔ ٹو ویکس</w:t>
      </w:r>
    </w:p>
    <w:p>
      <w:r>
        <w:rPr>
          <w:b/>
        </w:rPr>
        <w:t xml:space="preserve">[33:51] </w:t>
      </w:r>
      <w:r>
        <w:t>after two weeks extensive negotiation, Mecca leaders became ready to, to sign a peace agreement, a peace treaty.</w:t>
      </w:r>
    </w:p>
    <w:p>
      <w:pPr>
        <w:jc w:val="right"/>
      </w:pPr>
      <w:r>
        <w:t>افٹر ٹو ویکس ایکسٹینسو نیگوشی ایشن، میکن لیڈرز بیکم ریڈی ٹو، ٹو سائن ا پیس ایگریمنٹ، ا پیس ٹریٹی۔</w:t>
      </w:r>
    </w:p>
    <w:p>
      <w:r>
        <w:rPr>
          <w:b/>
        </w:rPr>
        <w:t xml:space="preserve">[34:07] </w:t>
      </w:r>
      <w:r>
        <w:t>but they said that we will</w:t>
      </w:r>
    </w:p>
    <w:p>
      <w:pPr>
        <w:jc w:val="right"/>
      </w:pPr>
      <w:r>
        <w:t>بٹ دے سیڈ دیٹ وی ویل</w:t>
      </w:r>
    </w:p>
    <w:p>
      <w:r>
        <w:rPr>
          <w:b/>
        </w:rPr>
        <w:t xml:space="preserve">[34:16] </w:t>
      </w:r>
      <w:r>
        <w:t>sign the peace treaty on our own conditions,</w:t>
      </w:r>
    </w:p>
    <w:p>
      <w:pPr>
        <w:jc w:val="right"/>
      </w:pPr>
      <w:r>
        <w:t>سائن دا پیس ٹریٹی ان اور اون کنڈیشنز،</w:t>
      </w:r>
    </w:p>
    <w:p>
      <w:r>
        <w:rPr>
          <w:b/>
        </w:rPr>
        <w:t xml:space="preserve">[34:25] </w:t>
      </w:r>
      <w:r>
        <w:t>on our condition. so they presented some ten conditions.</w:t>
      </w:r>
    </w:p>
    <w:p>
      <w:pPr>
        <w:jc w:val="right"/>
      </w:pPr>
      <w:r>
        <w:t>ان اور کنڈیشن۔ سو دے پریزنٹڈ سم ٹین کنڈیشنز۔</w:t>
      </w:r>
    </w:p>
    <w:p>
      <w:r>
        <w:rPr>
          <w:b/>
        </w:rPr>
        <w:t xml:space="preserve">[34:33] </w:t>
      </w:r>
      <w:r>
        <w:t>all these conditions were completely in favor of Mecca people, not in favor of Muhammad, the prophet of Islam.</w:t>
      </w:r>
    </w:p>
    <w:p>
      <w:pPr>
        <w:jc w:val="right"/>
      </w:pPr>
      <w:r>
        <w:t>ال دیز کنڈیشنز ویر کمپلیٹلی ان فیور اف میکن پیپل، ناٹ ان فیور اف محمد، دا پرافٹ اف اسلام۔</w:t>
      </w:r>
    </w:p>
    <w:p>
      <w:r>
        <w:rPr>
          <w:b/>
        </w:rPr>
        <w:t xml:space="preserve">[34:49] </w:t>
      </w:r>
      <w:r>
        <w:t>so it was a unilateral kind of agreement.</w:t>
      </w:r>
    </w:p>
    <w:p>
      <w:pPr>
        <w:jc w:val="right"/>
      </w:pPr>
      <w:r>
        <w:t>سو اٹ واز ا یونی لیٹرل کائنڈ اف ایگریمنٹ۔</w:t>
      </w:r>
    </w:p>
    <w:p>
      <w:r>
        <w:rPr>
          <w:b/>
        </w:rPr>
        <w:t xml:space="preserve">[35:00] </w:t>
      </w:r>
      <w:r>
        <w:t>although they</w:t>
      </w:r>
    </w:p>
    <w:p>
      <w:pPr>
        <w:jc w:val="right"/>
      </w:pPr>
      <w:r>
        <w:t>الدو دے</w:t>
      </w:r>
    </w:p>
    <w:p>
      <w:r>
        <w:rPr>
          <w:b/>
        </w:rPr>
        <w:t xml:space="preserve">[35:08] </w:t>
      </w:r>
      <w:r>
        <w:t>became ready to sign that peace treaty that is called Hudaybiyyah treaty, Hudaybiyyah agreement.</w:t>
      </w:r>
    </w:p>
    <w:p>
      <w:pPr>
        <w:jc w:val="right"/>
      </w:pPr>
      <w:r>
        <w:t>بیکم ریڈی ٹو سائن دیٹ پیس ٹریٹی دیٹ از کالڈ حدیبیہ ٹریٹی، حدیبیہ ایگریمنٹ۔</w:t>
      </w:r>
    </w:p>
    <w:p>
      <w:r>
        <w:rPr>
          <w:b/>
        </w:rPr>
        <w:t xml:space="preserve">[35:18] </w:t>
      </w:r>
      <w:r>
        <w:t>this treaty was basically a ten years no war pact. what was Hudaybiyyah treaty?</w:t>
      </w:r>
    </w:p>
    <w:p>
      <w:pPr>
        <w:jc w:val="right"/>
      </w:pPr>
      <w:r>
        <w:t>دس ٹریٹی واز بیسیکلی ا ٹین ایئرز نو وار پیکٹ۔ واٹ واز حدیبیہ ٹریٹی؟</w:t>
      </w:r>
    </w:p>
    <w:p>
      <w:r>
        <w:rPr>
          <w:b/>
        </w:rPr>
        <w:t xml:space="preserve">[35:29] </w:t>
      </w:r>
      <w:r>
        <w:t>basically it was a ten years no war pact. but all other conditions were completely unilateral,</w:t>
      </w:r>
    </w:p>
    <w:p>
      <w:pPr>
        <w:jc w:val="right"/>
      </w:pPr>
      <w:r>
        <w:t>بیسیکلی اٹ واز ا ٹین ایئرز نو وار پیکٹ۔ بٹ ال ادر کنڈیشنز ویر کمپلیٹلی یونی لیٹرل،</w:t>
      </w:r>
    </w:p>
    <w:p>
      <w:r>
        <w:rPr>
          <w:b/>
        </w:rPr>
        <w:t xml:space="preserve">[35:43] </w:t>
      </w:r>
      <w:r>
        <w:t>favorable to mecca people and not favorable to Muhammad sallallahu alaihi wasallam. this situation was very serious. companions of the prophet of Islam were not ready to accept this treaty, this kind of treaty.</w:t>
      </w:r>
    </w:p>
    <w:p>
      <w:pPr>
        <w:jc w:val="right"/>
      </w:pPr>
      <w:r>
        <w:t>فیوریبل ٹو میکن پیپل اینڈ ناٹ فیوریبل ٹو محمد صلی اللہ علیہ وسلم۔ دس سچویشن واز ویری سیریس۔ کمپینینز اف دا پرافٹ اف اسلام ویر ناٹ ریڈی ٹو ایکسیپٹ دس ٹریٹی، دس کائنڈ اف ٹریٹی۔</w:t>
      </w:r>
    </w:p>
    <w:p>
      <w:r>
        <w:rPr>
          <w:b/>
        </w:rPr>
        <w:t xml:space="preserve">[36:00] </w:t>
      </w:r>
      <w:r>
        <w:t>one senior member</w:t>
      </w:r>
    </w:p>
    <w:p>
      <w:pPr>
        <w:jc w:val="right"/>
      </w:pPr>
      <w:r>
        <w:t>ون سینئر ممبر</w:t>
      </w:r>
    </w:p>
    <w:p>
      <w:r>
        <w:rPr>
          <w:b/>
        </w:rPr>
        <w:t xml:space="preserve">[36:05] </w:t>
      </w:r>
      <w:r>
        <w:t>of his own senior companion said, he was Umar ibn al-Khattab.</w:t>
      </w:r>
    </w:p>
    <w:p>
      <w:pPr>
        <w:jc w:val="right"/>
      </w:pPr>
      <w:r>
        <w:t>اف ہز ون سینئر کمپینین سیڈ، ہی واز عمر بن الخطاب۔</w:t>
      </w:r>
    </w:p>
    <w:p>
      <w:r>
        <w:rPr>
          <w:b/>
        </w:rPr>
        <w:t xml:space="preserve">[36:16] </w:t>
      </w:r>
      <w:r>
        <w:t>he said that: "lamanuti min dinina". he said that: "it is a humiliating agreement</w:t>
      </w:r>
    </w:p>
    <w:p>
      <w:pPr>
        <w:jc w:val="right"/>
      </w:pPr>
      <w:r>
        <w:t>ہی سیڈ دیٹ: "لما نوتی من دیننا"۔ ہی سیڈ دیٹ: "اٹ از ا ہیمیلیٹنگ ایگریمنٹ</w:t>
      </w:r>
    </w:p>
    <w:p>
      <w:r>
        <w:rPr>
          <w:b/>
        </w:rPr>
        <w:t xml:space="preserve">[36:27] </w:t>
      </w:r>
      <w:r>
        <w:t>. it is clearly a humiliating agreement. why we accept like this agreement?" so he became angry.</w:t>
      </w:r>
    </w:p>
    <w:p>
      <w:pPr>
        <w:jc w:val="right"/>
      </w:pPr>
      <w:r>
        <w:t>۔ اٹ از کلیئرلی ا ہیمیلیٹنگ ایگریمنٹ۔ وائی وی ایکسیپٹ لائک دس ایگریمنٹ؟" سو ہی بیکم اینگری۔</w:t>
      </w:r>
    </w:p>
    <w:p>
      <w:r>
        <w:rPr>
          <w:b/>
        </w:rPr>
        <w:t xml:space="preserve">[36:41] </w:t>
      </w:r>
      <w:r>
        <w:t>but the prophet of Islam said: "no, I will sign this treaty</w:t>
      </w:r>
    </w:p>
    <w:p>
      <w:pPr>
        <w:jc w:val="right"/>
      </w:pPr>
      <w:r>
        <w:t>بٹ دا پرافٹ اف اسلام سیڈ: "نو، ائی ویل سائن دس ٹریٹی</w:t>
      </w:r>
    </w:p>
    <w:p>
      <w:r>
        <w:rPr>
          <w:b/>
        </w:rPr>
        <w:t xml:space="preserve">[36:51] </w:t>
      </w:r>
      <w:r>
        <w:t>because it is under the God's commandment."</w:t>
      </w:r>
    </w:p>
    <w:p>
      <w:pPr>
        <w:jc w:val="right"/>
      </w:pPr>
      <w:r>
        <w:t>بیکاز اٹ از انڈر دی گاڈز کمانڈمنٹ۔"</w:t>
      </w:r>
    </w:p>
    <w:p>
      <w:r>
        <w:rPr>
          <w:b/>
        </w:rPr>
        <w:t xml:space="preserve">[36:57] </w:t>
      </w:r>
      <w:r>
        <w:t>so prophet of Islam signed the treaty and finalized that treaty that is called Hudaybiyyah agreement.</w:t>
      </w:r>
    </w:p>
    <w:p>
      <w:pPr>
        <w:jc w:val="right"/>
      </w:pPr>
      <w:r>
        <w:t>سو پرافٹ اف اسلام سائن دا ٹریٹی اینڈ فائنلائزڈ دیٹ ٹریٹی دیٹ از کالڈ حدیبیہ ایگریمنٹ۔</w:t>
      </w:r>
    </w:p>
    <w:p>
      <w:r>
        <w:rPr>
          <w:b/>
        </w:rPr>
        <w:t xml:space="preserve">[37:12] </w:t>
      </w:r>
      <w:r>
        <w:t>then after finalization this, this Hudaybiyyah agreement, angels came with this revelation</w:t>
      </w:r>
    </w:p>
    <w:p>
      <w:pPr>
        <w:jc w:val="right"/>
      </w:pPr>
      <w:r>
        <w:t>دین افٹر فائنلائزیشن دس، دس حدیبیہ ایگریمنٹ، اینجلز کیم ود دس ریولیشن</w:t>
      </w:r>
    </w:p>
    <w:p>
      <w:r>
        <w:rPr>
          <w:b/>
        </w:rPr>
        <w:t xml:space="preserve">[37:27] </w:t>
      </w:r>
      <w:r>
        <w:t>. this revelation you can read in the chapter number 48. chapter number 48.</w:t>
      </w:r>
    </w:p>
    <w:p>
      <w:pPr>
        <w:jc w:val="right"/>
      </w:pPr>
      <w:r>
        <w:t>۔ دس ریولیشن یو کین ریڈ ان دا چیپٹر نمبر 48۔ چیپٹر نمبر 48۔</w:t>
      </w:r>
    </w:p>
    <w:p>
      <w:r>
        <w:rPr>
          <w:b/>
        </w:rPr>
        <w:t xml:space="preserve">[37:38] </w:t>
      </w:r>
      <w:r>
        <w:t>in this chapter, God Almighty says: "inna fatahna laka fat-han mubeena, inna fatahna laka fat-han mubeena." this word of God</w:t>
      </w:r>
    </w:p>
    <w:p>
      <w:pPr>
        <w:jc w:val="right"/>
      </w:pPr>
      <w:r>
        <w:t>ان دس چیپٹر، گاڈ المائٹی سیز: "انا فتحنا لک فتح مبینہ، انا فتحنا لک فتح مبینہ۔" دس ورڈ اف گاڈ</w:t>
      </w:r>
    </w:p>
    <w:p>
      <w:r>
        <w:rPr>
          <w:b/>
        </w:rPr>
        <w:t xml:space="preserve">[37:54] </w:t>
      </w:r>
      <w:r>
        <w:t>. God Almighty says: "we gave you a clear victory upon your rivals." very strange.</w:t>
      </w:r>
    </w:p>
    <w:p>
      <w:pPr>
        <w:jc w:val="right"/>
      </w:pPr>
      <w:r>
        <w:t>۔ گاڈ المائٹی سیز: "وی گیو یو ا کلیئر وکٹری اپون یور رائیولز۔" ویری اسٹرینج۔</w:t>
      </w:r>
    </w:p>
    <w:p>
      <w:r>
        <w:rPr>
          <w:b/>
        </w:rPr>
        <w:t xml:space="preserve">[38:09] </w:t>
      </w:r>
      <w:r>
        <w:t>apparently, the Hudaybiyyah treaty was a humiliating treaty. apparently, the Hudaybiyyah agreement was a humiliating agreement.</w:t>
      </w:r>
    </w:p>
    <w:p>
      <w:pPr>
        <w:jc w:val="right"/>
      </w:pPr>
      <w:r>
        <w:t>اپرینٹلی، دا حدیبیہ ٹریٹی واز ا ہیمیلیٹنگ ٹریٹی۔ اپرینٹلی، دا حدیبیہ ایگریمنٹ واز ا ہیمیلیٹنگ ایگریمنٹ۔</w:t>
      </w:r>
    </w:p>
    <w:p>
      <w:r>
        <w:rPr>
          <w:b/>
        </w:rPr>
        <w:t xml:space="preserve">[38:23] </w:t>
      </w:r>
      <w:r>
        <w:t>but God Almighty declared that: "it is, it is a victorious treaty. it is open victory." now, why this?</w:t>
      </w:r>
    </w:p>
    <w:p>
      <w:pPr>
        <w:jc w:val="right"/>
      </w:pPr>
      <w:r>
        <w:t>بٹ گاڈ المائٹی ڈیکلیئر دیٹ: "اٹ از، اٹ از ا وکٹوریس ٹریٹی۔ اٹ از اوپن وکٹری۔" ناو، وائی دس؟</w:t>
      </w:r>
    </w:p>
    <w:p>
      <w:r>
        <w:rPr>
          <w:b/>
        </w:rPr>
        <w:t xml:space="preserve">[38:42] </w:t>
      </w:r>
      <w:r>
        <w:t>wai</w:t>
      </w:r>
    </w:p>
    <w:p>
      <w:pPr>
        <w:jc w:val="right"/>
      </w:pPr>
      <w:r>
        <w:t>وائی</w:t>
      </w:r>
    </w:p>
    <w:p>
      <w:r>
        <w:rPr>
          <w:b/>
        </w:rPr>
        <w:t xml:space="preserve">[38:47] </w:t>
      </w:r>
      <w:r>
        <w:t>the difference? That campaigners took it as a humiliating treaty, but God said: "No, it is a victory." Why?</w:t>
      </w:r>
    </w:p>
    <w:p>
      <w:pPr>
        <w:jc w:val="right"/>
      </w:pPr>
      <w:r>
        <w:t>دس ڈفرنس؟ دیٹ کمپینینز ٹوک اٹ ایز ا ہیمیلیٹنگ ٹریٹی، بٹ گاڈ سیڈ: "نو، اٹ از ا وکٹری۔" وائی؟</w:t>
      </w:r>
    </w:p>
    <w:p>
      <w:r>
        <w:rPr>
          <w:b/>
        </w:rPr>
        <w:t xml:space="preserve">[39:01] </w:t>
      </w:r>
      <w:r>
        <w:t>wai dis difrans?</w:t>
      </w:r>
    </w:p>
    <w:p>
      <w:pPr>
        <w:jc w:val="right"/>
      </w:pPr>
      <w:r>
        <w:t>وائی دس ڈفرنس؟</w:t>
      </w:r>
    </w:p>
    <w:p>
      <w:r>
        <w:rPr>
          <w:b/>
        </w:rPr>
        <w:t xml:space="preserve">[39:04] </w:t>
      </w:r>
      <w:r>
        <w:t>di rizan iz dat</w:t>
      </w:r>
    </w:p>
    <w:p>
      <w:pPr>
        <w:jc w:val="right"/>
      </w:pPr>
      <w:r>
        <w:t>دی ریزن از دیٹ</w:t>
      </w:r>
    </w:p>
    <w:p>
      <w:r>
        <w:rPr>
          <w:b/>
        </w:rPr>
        <w:t xml:space="preserve">[39:09] </w:t>
      </w:r>
      <w:r>
        <w:t>People generally take things in the term of respect or disrespect, honor or dishonor.</w:t>
      </w:r>
    </w:p>
    <w:p>
      <w:pPr>
        <w:jc w:val="right"/>
      </w:pPr>
      <w:r>
        <w:t>پیپل جنرلی ٹیک تھنگز ان دا ٹرم اف ریسپیکٹ اور ڈس ریسپیکٹ، انر اور ڈس انر۔</w:t>
      </w:r>
    </w:p>
    <w:p>
      <w:r>
        <w:rPr>
          <w:b/>
        </w:rPr>
        <w:t xml:space="preserve">[39:21] </w:t>
      </w:r>
      <w:r>
        <w:t>But these issues are emotional issues. Honor or this honor, respect or this respect, these are emotional issues.</w:t>
      </w:r>
    </w:p>
    <w:p>
      <w:pPr>
        <w:jc w:val="right"/>
      </w:pPr>
      <w:r>
        <w:t>بٹ دیز ایشوز ار ایموشنل ایشوز۔ انر اور ڈس انر، ریسپیکٹ اور ڈس ریسپیکٹ، دیز ار ایموشنل ایشوز۔</w:t>
      </w:r>
    </w:p>
    <w:p>
      <w:r>
        <w:rPr>
          <w:b/>
        </w:rPr>
        <w:t xml:space="preserve">[39:31] </w:t>
      </w:r>
      <w:r>
        <w:t>and emotional issue is nothing.</w:t>
      </w:r>
    </w:p>
    <w:p>
      <w:pPr>
        <w:jc w:val="right"/>
      </w:pPr>
      <w:r>
        <w:t>اینڈ ایموشنل ایشو از نتھنگ۔</w:t>
      </w:r>
    </w:p>
    <w:p>
      <w:r>
        <w:rPr>
          <w:b/>
        </w:rPr>
        <w:t xml:space="preserve">[39:33] </w:t>
      </w:r>
      <w:r>
        <w:t>bat according to the God's revelation, you have to see things</w:t>
      </w:r>
    </w:p>
    <w:p>
      <w:pPr>
        <w:jc w:val="right"/>
      </w:pPr>
      <w:r>
        <w:t>بٹ اکارڈنگ ٹو دا گاڈز ریولیشن، یو ہیو ٹو سی تھنگز</w:t>
      </w:r>
    </w:p>
    <w:p>
      <w:r>
        <w:rPr>
          <w:b/>
        </w:rPr>
        <w:t xml:space="preserve">[39:44] </w:t>
      </w:r>
      <w:r>
        <w:t>as a, as a reality. You have to see things in, in, in real perspective.</w:t>
      </w:r>
    </w:p>
    <w:p>
      <w:pPr>
        <w:jc w:val="right"/>
      </w:pPr>
      <w:r>
        <w:t>ایز ا، ایز ا ریلیٹی۔ یو ہیو ٹو سیز تھنگز ان، ان، ان ریل پرسپیکٹو۔</w:t>
      </w:r>
    </w:p>
    <w:p>
      <w:r>
        <w:rPr>
          <w:b/>
        </w:rPr>
        <w:t xml:space="preserve">[39:55] </w:t>
      </w:r>
      <w:r>
        <w:t>So although in terms of emotion, this treaty was a humiliating treaty, but in terms of reality,</w:t>
      </w:r>
    </w:p>
    <w:p>
      <w:pPr>
        <w:jc w:val="right"/>
      </w:pPr>
      <w:r>
        <w:t>سو الدو ان ٹرم اف ایموشن، دس ٹریٹی واز ا ہیمیلیٹنگ ٹریٹی، بٹ ان ٹرم اف ریلیٹی،</w:t>
      </w:r>
    </w:p>
    <w:p>
      <w:r>
        <w:rPr>
          <w:b/>
        </w:rPr>
        <w:t xml:space="preserve">[40:09] </w:t>
      </w:r>
      <w:r>
        <w:t>The treaty was quite different. Because after this treaty, there was a revolution</w:t>
      </w:r>
    </w:p>
    <w:p>
      <w:pPr>
        <w:jc w:val="right"/>
      </w:pPr>
      <w:r>
        <w:t>دا ٹریٹی واز کوائٹ ڈفرنٹ۔ بیکاز افٹر دس ٹریٹی، دیر واز ا ریولیوشن</w:t>
      </w:r>
    </w:p>
    <w:p>
      <w:r>
        <w:rPr>
          <w:b/>
        </w:rPr>
        <w:t xml:space="preserve">[40:23] </w:t>
      </w:r>
      <w:r>
        <w:t>. There was a great revelation. Before this treaty,</w:t>
      </w:r>
    </w:p>
    <w:p>
      <w:pPr>
        <w:jc w:val="right"/>
      </w:pPr>
      <w:r>
        <w:t>۔ دیر واز ا گریٹ ریولیوشن۔ بیفور دس ٹریٹی،</w:t>
      </w:r>
    </w:p>
    <w:p>
      <w:r>
        <w:rPr>
          <w:b/>
        </w:rPr>
        <w:t xml:space="preserve">[40:34] </w:t>
      </w:r>
      <w:r>
        <w:t>Prophet of Islam was compelled to go to war.</w:t>
      </w:r>
    </w:p>
    <w:p>
      <w:pPr>
        <w:jc w:val="right"/>
      </w:pPr>
      <w:r>
        <w:t>پرافٹ اف اسلام واز کمپلڈ ٹو گو ٹو وار۔</w:t>
      </w:r>
    </w:p>
    <w:p>
      <w:r>
        <w:rPr>
          <w:b/>
        </w:rPr>
        <w:t xml:space="preserve">[40:40] </w:t>
      </w:r>
      <w:r>
        <w:t>bat nav,</w:t>
      </w:r>
    </w:p>
    <w:p>
      <w:pPr>
        <w:jc w:val="right"/>
      </w:pPr>
      <w:r>
        <w:t>بٹ ناو،</w:t>
      </w:r>
    </w:p>
    <w:p>
      <w:r>
        <w:rPr>
          <w:b/>
        </w:rPr>
        <w:t xml:space="preserve">[40:44] </w:t>
      </w:r>
      <w:r>
        <w:t>during, so during war, all the opportunities were finished.</w:t>
      </w:r>
    </w:p>
    <w:p>
      <w:pPr>
        <w:jc w:val="right"/>
      </w:pPr>
      <w:r>
        <w:t>ڈیورنگ، سو ڈیورنگ وار، الدو اپرچونیٹیز ویر فنشڈ۔</w:t>
      </w:r>
    </w:p>
    <w:p>
      <w:r>
        <w:rPr>
          <w:b/>
        </w:rPr>
        <w:t xml:space="preserve">[40:55] </w:t>
      </w:r>
      <w:r>
        <w:t>When there is war and violence, you cannot not do the work. So wartime always crush the opportunities.</w:t>
      </w:r>
    </w:p>
    <w:p>
      <w:pPr>
        <w:jc w:val="right"/>
      </w:pPr>
      <w:r>
        <w:t>وین دیر از وار اینڈ وائلنس، یو کینٹ ناٹ ڈو دا ورک۔ سو وار ٹائم الویز کرس دا اپرچونیٹیز۔</w:t>
      </w:r>
    </w:p>
    <w:p>
      <w:r>
        <w:rPr>
          <w:b/>
        </w:rPr>
        <w:t xml:space="preserve">[41:11] </w:t>
      </w:r>
      <w:r>
        <w:t>so as there were wars, there were violence, to there was no, there was no opportunity to, opportunity to do the work.</w:t>
      </w:r>
    </w:p>
    <w:p>
      <w:pPr>
        <w:jc w:val="right"/>
      </w:pPr>
      <w:r>
        <w:t>سو ایز دیر وار وارز، دیر وار وائلنس، تو دیر واز نو، دیر واز نو اپرچونیٹی ٹو، اپرچونیٹی ٹو ڈو دا ورک۔</w:t>
      </w:r>
    </w:p>
    <w:p>
      <w:r>
        <w:rPr>
          <w:b/>
        </w:rPr>
        <w:t xml:space="preserve">[41:25] </w:t>
      </w:r>
      <w:r>
        <w:t>bat vin,</w:t>
      </w:r>
    </w:p>
    <w:p>
      <w:pPr>
        <w:jc w:val="right"/>
      </w:pPr>
      <w:r>
        <w:t>بٹ وین،</w:t>
      </w:r>
    </w:p>
    <w:p>
      <w:r>
        <w:rPr>
          <w:b/>
        </w:rPr>
        <w:t xml:space="preserve">[41:30] </w:t>
      </w:r>
      <w:r>
        <w:t>vin</w:t>
      </w:r>
    </w:p>
    <w:p>
      <w:pPr>
        <w:jc w:val="right"/>
      </w:pPr>
      <w:r>
        <w:t>وین</w:t>
      </w:r>
    </w:p>
    <w:p>
      <w:r>
        <w:rPr>
          <w:b/>
        </w:rPr>
        <w:t xml:space="preserve">[41:34] </w:t>
      </w:r>
      <w:r>
        <w:t>They were ready to finish all the wars, there was peace.</w:t>
      </w:r>
    </w:p>
    <w:p>
      <w:pPr>
        <w:jc w:val="right"/>
      </w:pPr>
      <w:r>
        <w:t>دے ویر ریڈی ٹو فنش الدو وارز، دیر واز پیس۔</w:t>
      </w:r>
    </w:p>
    <w:p>
      <w:r>
        <w:rPr>
          <w:b/>
        </w:rPr>
        <w:t xml:space="preserve">[41:44] </w:t>
      </w:r>
      <w:r>
        <w:t>This means normalcy. When there is war, there is abnormal situation.</w:t>
      </w:r>
    </w:p>
    <w:p>
      <w:pPr>
        <w:jc w:val="right"/>
      </w:pPr>
      <w:r>
        <w:t>پیس مینز نارملسی۔ وین دیر از وار، دیر از ابنارمل سچویشن۔</w:t>
      </w:r>
    </w:p>
    <w:p>
      <w:r>
        <w:rPr>
          <w:b/>
        </w:rPr>
        <w:t xml:space="preserve">[41:51] </w:t>
      </w:r>
      <w:r>
        <w:t>And when there is peace, there are normal situations. So the work can't be done only in normal situations.</w:t>
      </w:r>
    </w:p>
    <w:p>
      <w:pPr>
        <w:jc w:val="right"/>
      </w:pPr>
      <w:r>
        <w:t>اینڈ وین دیر از پیس، دیر ار نارمل سچویشن۔ سو دا ورک کینٹ بی ڈن اونلی ان نارمل سچویشن۔</w:t>
      </w:r>
    </w:p>
    <w:p>
      <w:r>
        <w:rPr>
          <w:b/>
        </w:rPr>
        <w:t xml:space="preserve">[42:00] </w:t>
      </w:r>
      <w:r>
        <w:t>So the peace treaty of Hudaibiya opened the door of dawah. And you know, dawah is the greatest strength of Islam.</w:t>
      </w:r>
    </w:p>
    <w:p>
      <w:pPr>
        <w:jc w:val="right"/>
      </w:pPr>
      <w:r>
        <w:t>سو دا پیس ٹریٹی اف حدیبیہ اوپنڈ دا ڈور اف داوا۔ اینڈ یو نو، داوا از دا گریٹسٹ سٹرینتھ اف اسلام۔</w:t>
      </w:r>
    </w:p>
    <w:p>
      <w:r>
        <w:rPr>
          <w:b/>
        </w:rPr>
        <w:t xml:space="preserve">[42:14] </w:t>
      </w:r>
      <w:r>
        <w:t>war iz nat</w:t>
      </w:r>
    </w:p>
    <w:p>
      <w:pPr>
        <w:jc w:val="right"/>
      </w:pPr>
      <w:r>
        <w:t>وار از ناٹ</w:t>
      </w:r>
    </w:p>
    <w:p>
      <w:r>
        <w:rPr>
          <w:b/>
        </w:rPr>
        <w:t xml:space="preserve">[42:16] </w:t>
      </w:r>
      <w:r>
        <w:t>by war. You can only kill other people, other people's by war and violence. You can kill other people.</w:t>
      </w:r>
    </w:p>
    <w:p>
      <w:pPr>
        <w:jc w:val="right"/>
      </w:pPr>
      <w:r>
        <w:t>بائی وار۔ یو کین اونلی کل ادر پیپل، ادر پیپلز بائی وار اینڈ وائلنس۔ یو کین کل ادر پیپل۔</w:t>
      </w:r>
    </w:p>
    <w:p>
      <w:r>
        <w:rPr>
          <w:b/>
        </w:rPr>
        <w:t xml:space="preserve">[42:27] </w:t>
      </w:r>
      <w:r>
        <w:t>you generate hatred, hatred, hatred. but through, but through dawa, you can capture their mind. you can capture their heart.</w:t>
      </w:r>
    </w:p>
    <w:p>
      <w:pPr>
        <w:jc w:val="right"/>
      </w:pPr>
      <w:r>
        <w:t>یو جنریٹ ہیٹ، ہیٹ، ہیٹری۔ بٹ تھرو، بٹ تھرو داوا، یو کین کیپچر دیر مائنڈ۔ یو کین کیپچر دیر ہارٹ۔</w:t>
      </w:r>
    </w:p>
    <w:p>
      <w:r>
        <w:rPr>
          <w:b/>
        </w:rPr>
        <w:t xml:space="preserve">[42:38] </w:t>
      </w:r>
      <w:r>
        <w:t>so war can kill your rivals, but dawa can win your rivals.</w:t>
      </w:r>
    </w:p>
    <w:p>
      <w:pPr>
        <w:jc w:val="right"/>
      </w:pPr>
      <w:r>
        <w:t>سو وار کین کل یور رائیولز، بٹ داوا کین ون یور رائیولز۔</w:t>
      </w:r>
    </w:p>
    <w:p>
      <w:r>
        <w:rPr>
          <w:b/>
        </w:rPr>
        <w:t xml:space="preserve">[42:49] </w:t>
      </w:r>
      <w:r>
        <w:t>so killing is nothing.</w:t>
      </w:r>
    </w:p>
    <w:p>
      <w:pPr>
        <w:jc w:val="right"/>
      </w:pPr>
      <w:r>
        <w:t>سو کلنگ از نتھنگ۔</w:t>
      </w:r>
    </w:p>
    <w:p>
      <w:r>
        <w:rPr>
          <w:b/>
        </w:rPr>
        <w:t xml:space="preserve">[42:53] </w:t>
      </w:r>
      <w:r>
        <w:t>so dawa is the greatest strength of Islam.</w:t>
      </w:r>
    </w:p>
    <w:p>
      <w:pPr>
        <w:jc w:val="right"/>
      </w:pPr>
      <w:r>
        <w:t>سو داوا از دا گریٹسٹ سٹرینتھ اف اسلام۔</w:t>
      </w:r>
    </w:p>
    <w:p>
      <w:r>
        <w:rPr>
          <w:b/>
        </w:rPr>
        <w:t xml:space="preserve">[43:02] </w:t>
      </w:r>
      <w:r>
        <w:t>and it happened after finalization of Hudaybiyyah treaty, although companions, although believers, including Prophet Muhammad sallallahu alaihi wasallam,</w:t>
      </w:r>
    </w:p>
    <w:p>
      <w:pPr>
        <w:jc w:val="right"/>
      </w:pPr>
      <w:r>
        <w:t>اینڈ اٹ ہیپن افٹر فائنلائزیشن اف حدیبیہ ٹریٹی، الدو کمپینینز، الدو بیلیورز، انکلوڈنگ پرافٹ محمد صلی اللہ علیہ وسلم،</w:t>
      </w:r>
    </w:p>
    <w:p>
      <w:r>
        <w:rPr>
          <w:b/>
        </w:rPr>
        <w:t xml:space="preserve">[43:17] </w:t>
      </w:r>
      <w:r>
        <w:t>they had started the work. there was interaction, there was dialogue</w:t>
      </w:r>
    </w:p>
    <w:p>
      <w:pPr>
        <w:jc w:val="right"/>
      </w:pPr>
      <w:r>
        <w:t>دے ہی سٹارٹڈ دا ورک۔ دیر واز انٹریکشن، دیر واز ڈائیلاگ</w:t>
      </w:r>
    </w:p>
    <w:p>
      <w:r>
        <w:rPr>
          <w:b/>
        </w:rPr>
        <w:t xml:space="preserve">[43:28] </w:t>
      </w:r>
      <w:r>
        <w:t>everywhere. there were discussions.</w:t>
      </w:r>
    </w:p>
    <w:p>
      <w:pPr>
        <w:jc w:val="right"/>
      </w:pPr>
      <w:r>
        <w:t>ایوری ویر۔ دیر وار ڈسکشنز۔</w:t>
      </w:r>
    </w:p>
    <w:p>
      <w:r>
        <w:rPr>
          <w:b/>
        </w:rPr>
        <w:t xml:space="preserve">[43:32] </w:t>
      </w:r>
      <w:r>
        <w:t>so it is, it was dawa activities, war activities. until sword and gun and violence, but dawa activities were.</w:t>
      </w:r>
    </w:p>
    <w:p>
      <w:pPr>
        <w:jc w:val="right"/>
      </w:pPr>
      <w:r>
        <w:t>سو اٹ از، اٹ واز داوا ایکٹیویٹیز، وار ایکٹیویٹیز۔ انٹیل سوڈ اینڈ گن اینڈ وائلنس، بٹ داوا ایکٹیویٹیز ویر۔</w:t>
      </w:r>
    </w:p>
    <w:p>
      <w:r>
        <w:rPr>
          <w:b/>
        </w:rPr>
        <w:t xml:space="preserve">[43:49] </w:t>
      </w:r>
      <w:r>
        <w:t>there are dawa activities, there are discussions, there are interaction, there are dialogue.</w:t>
      </w:r>
    </w:p>
    <w:p>
      <w:pPr>
        <w:jc w:val="right"/>
      </w:pPr>
      <w:r>
        <w:t>دیر ار داوا ایکٹیویٹیز، دیر ار ڈسکشنز، دیر ار انٹریکشن، دیر ار ڈائیلاگ۔</w:t>
      </w:r>
    </w:p>
    <w:p>
      <w:r>
        <w:rPr>
          <w:b/>
        </w:rPr>
        <w:t xml:space="preserve">[43:59] </w:t>
      </w:r>
      <w:r>
        <w:t>that is peaceful activities of dawa.</w:t>
      </w:r>
    </w:p>
    <w:p>
      <w:pPr>
        <w:jc w:val="right"/>
      </w:pPr>
      <w:r>
        <w:t>دیٹ از پیس فل ایکٹیویٹیز اف داوا۔</w:t>
      </w:r>
    </w:p>
    <w:p>
      <w:r>
        <w:rPr>
          <w:b/>
        </w:rPr>
        <w:t xml:space="preserve">[44:04] </w:t>
      </w:r>
      <w:r>
        <w:t>so this work people began accepting Islam. So after Hudaybiyyah treaty, within two years, the majority of Arabia became Muslims.</w:t>
      </w:r>
    </w:p>
    <w:p>
      <w:pPr>
        <w:jc w:val="right"/>
      </w:pPr>
      <w:r>
        <w:t>سو دس ورک پیپل بیگن ایکسیپٹنگ اسلام۔ سو افٹر حدیبیہ ٹریٹی، ود ان ٹو ایئرز، دا میجورٹی اف عربیا بیکم مسلمز۔</w:t>
      </w:r>
    </w:p>
    <w:p>
      <w:r>
        <w:rPr>
          <w:b/>
        </w:rPr>
        <w:t xml:space="preserve">[44:23] </w:t>
      </w:r>
      <w:r>
        <w:t>So this was the victory. Through war, it was not possible to win the heart and mind of the people,</w:t>
      </w:r>
    </w:p>
    <w:p>
      <w:pPr>
        <w:jc w:val="right"/>
      </w:pPr>
      <w:r>
        <w:t>سو دس واز دا وکٹری۔ تھرو وار، اٹ واز ناٹ پوسیبل ٹو ون دا ہارٹ اینڈ مائنڈ اف دا پیپل،</w:t>
      </w:r>
    </w:p>
    <w:p>
      <w:r>
        <w:rPr>
          <w:b/>
        </w:rPr>
        <w:t xml:space="preserve">[44:34] </w:t>
      </w:r>
      <w:r>
        <w:t>but through peaceful the work, it was completely possible to win their heart, to win their mind.</w:t>
      </w:r>
    </w:p>
    <w:p>
      <w:pPr>
        <w:jc w:val="right"/>
      </w:pPr>
      <w:r>
        <w:t>بٹ تھرو پیس فل دا ورک، اٹ واز کمپلیٹلی پوسیبل ٹو ون دیر ہارٹ، ٹو ون دیر مائنڈ۔</w:t>
      </w:r>
    </w:p>
    <w:p>
      <w:r>
        <w:rPr>
          <w:b/>
        </w:rPr>
        <w:t xml:space="preserve">[44:44] </w:t>
      </w:r>
      <w:r>
        <w:t>so in a very short period, the whole Arabia was Islamized. this was a miracle of peace, miracle of dawa,</w:t>
      </w:r>
    </w:p>
    <w:p>
      <w:pPr>
        <w:jc w:val="right"/>
      </w:pPr>
      <w:r>
        <w:t>سو ان ا ویری شارٹ پیریڈ، دا ہول عربیا واز اسلامائزڈ۔ دس واز ا میریکل اف پیس، میریکل اف داوا،</w:t>
      </w:r>
    </w:p>
    <w:p>
      <w:r>
        <w:rPr>
          <w:b/>
        </w:rPr>
        <w:t xml:space="preserve">[44:56] </w:t>
      </w:r>
      <w:r>
        <w:t>miracle of receding policy.</w:t>
      </w:r>
    </w:p>
    <w:p>
      <w:pPr>
        <w:jc w:val="right"/>
      </w:pPr>
      <w:r>
        <w:t>میریکل اف ریسیڈنگ پالیسی۔</w:t>
      </w:r>
    </w:p>
    <w:p>
      <w:r>
        <w:rPr>
          <w:b/>
        </w:rPr>
        <w:t xml:space="preserve">[44:59] </w:t>
      </w:r>
      <w:r>
        <w:t>the policy of Islam is receding policy, not confrontation. you know, this principle was given in the Quran in these words: "Al-sulhu khayr".</w:t>
      </w:r>
    </w:p>
    <w:p>
      <w:pPr>
        <w:jc w:val="right"/>
      </w:pPr>
      <w:r>
        <w:t>دا پالیسی اف اسلام از ریسیڈنگ پالیسی، ناٹ کنفرنٹیشن۔ یو نو، دس پرنسپل واز گیون ان دا قران ان دیز ورڈز: "الصلح خیر"۔</w:t>
      </w:r>
    </w:p>
    <w:p>
      <w:r>
        <w:rPr>
          <w:b/>
        </w:rPr>
        <w:t xml:space="preserve">[45:12] </w:t>
      </w:r>
      <w:r>
        <w:t>these are words of the Quran: "Al-sulhu khayr". conciliation is the best choice.</w:t>
      </w:r>
    </w:p>
    <w:p>
      <w:pPr>
        <w:jc w:val="right"/>
      </w:pPr>
      <w:r>
        <w:t>دیز ار ورڈز اف دا قران: "الصلح خیر"۔ کانسلیشن از دا بیسٹ چوائس۔</w:t>
      </w:r>
    </w:p>
    <w:p>
      <w:r>
        <w:rPr>
          <w:b/>
        </w:rPr>
        <w:t xml:space="preserve">[45:22] </w:t>
      </w:r>
      <w:r>
        <w:t>conciliation is the best</w:t>
      </w:r>
    </w:p>
    <w:p>
      <w:pPr>
        <w:jc w:val="right"/>
      </w:pPr>
      <w:r>
        <w:t>کانسلیشن از دا بیسٹ</w:t>
      </w:r>
    </w:p>
    <w:p>
      <w:r>
        <w:rPr>
          <w:b/>
        </w:rPr>
        <w:t xml:space="preserve">[45:24] </w:t>
      </w:r>
      <w:r>
        <w:t>. it means that at the time of confrontation, you have to opt for conciliation.</w:t>
      </w:r>
    </w:p>
    <w:p>
      <w:pPr>
        <w:jc w:val="right"/>
      </w:pPr>
      <w:r>
        <w:t>۔ اٹ مینز دیٹ ایٹ دا ٹائم اف کنفرنٹیشن، یو ہیو ٹو اپٹ فار کانسلیشن۔</w:t>
      </w:r>
    </w:p>
    <w:p>
      <w:r>
        <w:rPr>
          <w:b/>
        </w:rPr>
        <w:t xml:space="preserve">[45:34] </w:t>
      </w:r>
      <w:r>
        <w:t>conciliatory course is better than the confrontational course. this is the power of Islam.</w:t>
      </w:r>
    </w:p>
    <w:p>
      <w:pPr>
        <w:jc w:val="right"/>
      </w:pPr>
      <w:r>
        <w:t>کانسلیٹری کورس از بٹر دین دی کنفرنٹیشنل کورس۔ دس از دا پاور اف اسلام۔</w:t>
      </w:r>
    </w:p>
    <w:p>
      <w:r>
        <w:rPr>
          <w:b/>
        </w:rPr>
        <w:t xml:space="preserve">[45:45] </w:t>
      </w:r>
      <w:r>
        <w:t>So dawa is the power of Islam. Peace is the power of Islam. Dialogue or discussion is the power of Islam.</w:t>
      </w:r>
    </w:p>
    <w:p>
      <w:pPr>
        <w:jc w:val="right"/>
      </w:pPr>
      <w:r>
        <w:t>سو داوا از دا پاور اف اسلام۔ پیس از دا پاور اف اسلام۔ ڈائیلاگ اور ڈسکشن از دا پاور اف اسلام۔</w:t>
      </w:r>
    </w:p>
    <w:p>
      <w:r>
        <w:rPr>
          <w:b/>
        </w:rPr>
        <w:t xml:space="preserve">[45:55] </w:t>
      </w:r>
      <w:r>
        <w:t>Sword and gun are not power of Islam. Through gun, you can kill a person, but through gun, you cannot win that person. But dawah can.</w:t>
      </w:r>
    </w:p>
    <w:p>
      <w:pPr>
        <w:jc w:val="right"/>
      </w:pPr>
      <w:r>
        <w:t>سوڈ اینڈ گن ار ناٹ پاور اف اسلام۔ تھرو گن، یو کین کل ا پرسن، بٹ تھرو گن، یو کینٹ ون دیٹ پرسن۔ بٹ داوا کین۔</w:t>
      </w:r>
    </w:p>
    <w:p>
      <w:r>
        <w:rPr>
          <w:b/>
        </w:rPr>
        <w:t xml:space="preserve">[46:10] </w:t>
      </w:r>
      <w:r>
        <w:t>through the work, you can win the heart and mind of the people. this is the greatest strength of the religion of Islam.</w:t>
      </w:r>
    </w:p>
    <w:p>
      <w:pPr>
        <w:jc w:val="right"/>
      </w:pPr>
      <w:r>
        <w:t>تھرو دا ورک، یو کین ون دا ہارٹ اینڈ مائنڈ اف دا پیپل۔ دس از دا گریٹسٹ سٹرینتھ اف دا ریلیجن اف اسلام۔</w:t>
      </w:r>
    </w:p>
    <w:p>
      <w:r>
        <w:rPr>
          <w:b/>
        </w:rPr>
        <w:t xml:space="preserve">[46:22] </w:t>
      </w:r>
      <w:r>
        <w:t>so this was the policy of the Prophet of Islam.</w:t>
      </w:r>
    </w:p>
    <w:p>
      <w:pPr>
        <w:jc w:val="right"/>
      </w:pPr>
      <w:r>
        <w:t>سو دس واز دا پالیسی اف دا پرافٹ اف اسلام۔</w:t>
      </w:r>
    </w:p>
    <w:p>
      <w:r>
        <w:rPr>
          <w:b/>
        </w:rPr>
        <w:t xml:space="preserve">[46:29] </w:t>
      </w:r>
      <w:r>
        <w:t>so I can say that Prophet of Islam was a spiritual leader, a religious leader, a Prophet.</w:t>
      </w:r>
    </w:p>
    <w:p>
      <w:pPr>
        <w:jc w:val="right"/>
      </w:pPr>
      <w:r>
        <w:t>سو ائی کین سی دیٹ پرافٹ اف اسلام واز ا سپریچول لیڈر، ا ریلیجیس لیڈر، ا پرافٹ۔</w:t>
      </w:r>
    </w:p>
    <w:p>
      <w:r>
        <w:rPr>
          <w:b/>
        </w:rPr>
        <w:t xml:space="preserve">[46:39] </w:t>
      </w:r>
      <w:r>
        <w:t>he was not a political leader, he was not a king. no, not, not at all.</w:t>
      </w:r>
    </w:p>
    <w:p>
      <w:pPr>
        <w:jc w:val="right"/>
      </w:pPr>
      <w:r>
        <w:t>ہی واز ناٹ ا پولیٹیکل لیڈر، ہی واز ناٹ ا کنگ۔ نو، ناٹ، ناٹ ایٹ ال۔</w:t>
      </w:r>
    </w:p>
    <w:p>
      <w:r>
        <w:rPr>
          <w:b/>
        </w:rPr>
        <w:t xml:space="preserve">[46:51] </w:t>
      </w:r>
      <w:r>
        <w:t>then you know,</w:t>
      </w:r>
    </w:p>
    <w:p>
      <w:pPr>
        <w:jc w:val="right"/>
      </w:pPr>
      <w:r>
        <w:t>دین یو نو،</w:t>
      </w:r>
    </w:p>
    <w:p>
      <w:r>
        <w:rPr>
          <w:b/>
        </w:rPr>
        <w:t xml:space="preserve">[46:56] </w:t>
      </w:r>
      <w:r>
        <w:t>prophet of islam was. prophet of islam died in 632 in medina. at the time, the whole arabia became an islamic country.</w:t>
      </w:r>
    </w:p>
    <w:p>
      <w:pPr>
        <w:jc w:val="right"/>
      </w:pPr>
      <w:r>
        <w:t>پرافٹ اف اسلام واز۔ پرافٹ اف اسلام ڈائیڈ ان 632 ان مدینہ۔ ایٹ دا ٹائم، دا ہول عربیا بیکم این اسلامک کنٹری۔</w:t>
      </w:r>
    </w:p>
    <w:p>
      <w:r>
        <w:rPr>
          <w:b/>
        </w:rPr>
        <w:t xml:space="preserve">[47:11] </w:t>
      </w:r>
      <w:r>
        <w:t>although arabian people were islamized at the time.</w:t>
      </w:r>
    </w:p>
    <w:p>
      <w:pPr>
        <w:jc w:val="right"/>
      </w:pPr>
      <w:r>
        <w:t>الدو عربین پیپل وار اسلامائزڈ ایٹ دا ٹائم۔</w:t>
      </w:r>
    </w:p>
    <w:p>
      <w:r>
        <w:rPr>
          <w:b/>
        </w:rPr>
        <w:t xml:space="preserve">[47:17] </w:t>
      </w:r>
      <w:r>
        <w:t>so in modern term, it was an islamic state. but you know, prophet of islam never appointed anyone as a successor.</w:t>
      </w:r>
    </w:p>
    <w:p>
      <w:pPr>
        <w:jc w:val="right"/>
      </w:pPr>
      <w:r>
        <w:t>سو ان ماڈرن ٹرم، اٹ واز ا اسلامک اسٹیٹ۔ بٹ یو نو، پرافٹ اف اسلام نیور اپوائنٹڈ اینی ون ایز ا سکسسر۔</w:t>
      </w:r>
    </w:p>
    <w:p>
      <w:r>
        <w:rPr>
          <w:b/>
        </w:rPr>
        <w:t xml:space="preserve">[47:31] </w:t>
      </w:r>
      <w:r>
        <w:t>he never gave any framework how to elect a successor, how to elect a head of the, head of this islamic state.</w:t>
      </w:r>
    </w:p>
    <w:p>
      <w:pPr>
        <w:jc w:val="right"/>
      </w:pPr>
      <w:r>
        <w:t>ہی نیور گیو اینی فریم ورک ہاؤ ٹو الیکٹ ا سکسسر، ہاؤ ٹو الیکٹ ا ہیڈ اف دے، ہیڈ اف دس اسلامک اسٹیٹ۔</w:t>
      </w:r>
    </w:p>
    <w:p>
      <w:r>
        <w:rPr>
          <w:b/>
        </w:rPr>
        <w:t xml:space="preserve">[47:47] </w:t>
      </w:r>
      <w:r>
        <w:t>he left this upon people. no political leader can do like this.</w:t>
      </w:r>
    </w:p>
    <w:p>
      <w:pPr>
        <w:jc w:val="right"/>
      </w:pPr>
      <w:r>
        <w:t>ہی لیفٹ دس اپون پیپل۔ نو پولیٹیکل لیڈر کین ڈو لائک دس۔</w:t>
      </w:r>
    </w:p>
    <w:p>
      <w:r>
        <w:rPr>
          <w:b/>
        </w:rPr>
        <w:t xml:space="preserve">[47:57] </w:t>
      </w:r>
      <w:r>
        <w:t>although political leaders try to give a framework for the government. so prophet of islam left this question: "who will be successor of the prophet of islam?" he left this question upon people.</w:t>
      </w:r>
    </w:p>
    <w:p>
      <w:pPr>
        <w:jc w:val="right"/>
      </w:pPr>
      <w:r>
        <w:t>الدو پولیٹیکل لیڈرز ٹرائی ٹو گیو ا فریم ورک فار دی گورنمنٹ۔ سو پرافٹ اف اسلام لیفٹ دس کوئسچن: "ہو ول بی سکسسر اف دا پرافٹ اف اسلام؟" ہی لیفٹ دس کوئسچن اپون پیپل۔</w:t>
      </w:r>
    </w:p>
    <w:p>
      <w:r>
        <w:rPr>
          <w:b/>
        </w:rPr>
        <w:t xml:space="preserve">[48:15] </w:t>
      </w:r>
      <w:r>
        <w:t>he never appointed anyone, any person.</w:t>
      </w:r>
    </w:p>
    <w:p>
      <w:pPr>
        <w:jc w:val="right"/>
      </w:pPr>
      <w:r>
        <w:t>ہی نیور اپوائنٹڈ اینی ون، اینی پرسن۔</w:t>
      </w:r>
    </w:p>
    <w:p>
      <w:r>
        <w:rPr>
          <w:b/>
        </w:rPr>
        <w:t xml:space="preserve">[48:23] </w:t>
      </w:r>
      <w:r>
        <w:t>this here you can see what was the, what was the method of the prophet of islam.</w:t>
      </w:r>
    </w:p>
    <w:p>
      <w:pPr>
        <w:jc w:val="right"/>
      </w:pPr>
      <w:r>
        <w:t>دس ہیر یو کین سی واٹ واز دا، واٹ واز دا میتھڈ اف دا پرافٹ اف اسلام۔</w:t>
      </w:r>
    </w:p>
    <w:p>
      <w:r>
        <w:rPr>
          <w:b/>
        </w:rPr>
        <w:t xml:space="preserve">[48:36] </w:t>
      </w:r>
      <w:r>
        <w:t>by this, also you can, you can understand that prophet of islam was simply a prophet and not a political leader.</w:t>
      </w:r>
    </w:p>
    <w:p>
      <w:pPr>
        <w:jc w:val="right"/>
      </w:pPr>
      <w:r>
        <w:t>بائی دس، السو یو کین، یو کین انڈرسٹینڈ دیٹ پرافٹ اف اسلام واز سمپلی ا پرافٹ اینڈ ناٹ ا پولیٹیکل لیڈر۔</w:t>
      </w:r>
    </w:p>
    <w:p>
      <w:r>
        <w:rPr>
          <w:b/>
        </w:rPr>
        <w:t xml:space="preserve">[48:47] </w:t>
      </w:r>
      <w:r>
        <w:t>so if you read the quran, which was reveal to the prophet of islam from god almighty, you find that there is no political structure at all.</w:t>
      </w:r>
    </w:p>
    <w:p>
      <w:pPr>
        <w:jc w:val="right"/>
      </w:pPr>
      <w:r>
        <w:t>سو اف یو ریڈ دا قران، وچ واز ریویل ٹو دا پرافٹ اف اسلام فرام گاڈ المائٹی، یو فائنڈ دیٹ دیر از نو پولیٹیکل سٹرکچر ایٹ ال۔</w:t>
      </w:r>
    </w:p>
    <w:p>
      <w:r>
        <w:rPr>
          <w:b/>
        </w:rPr>
        <w:t xml:space="preserve">[49:06] </w:t>
      </w:r>
      <w:r>
        <w:t>in the quran, you can't find a political structure, a political set up, a political framework, not at all.</w:t>
      </w:r>
    </w:p>
    <w:p>
      <w:pPr>
        <w:jc w:val="right"/>
      </w:pPr>
      <w:r>
        <w:t>ان دی قران، یو کینٹ فائنڈ ا پولیٹیکل سٹرکچر، ا پولیٹیکل سیٹ اپ، ا پولیٹیکل فریم ورک، ناٹ ایٹ ال۔</w:t>
      </w:r>
    </w:p>
    <w:p>
      <w:r>
        <w:rPr>
          <w:b/>
        </w:rPr>
        <w:t xml:space="preserve">[49:18] </w:t>
      </w:r>
      <w:r>
        <w:t>quran is a book of tawheed. tawheed means oneness of god.</w:t>
      </w:r>
    </w:p>
    <w:p>
      <w:pPr>
        <w:jc w:val="right"/>
      </w:pPr>
      <w:r>
        <w:t>قران از ا بک اف توحید۔ توحید مینز وننس اف گاڈ۔</w:t>
      </w:r>
    </w:p>
    <w:p>
      <w:r>
        <w:rPr>
          <w:b/>
        </w:rPr>
        <w:t xml:space="preserve">[49:27] </w:t>
      </w:r>
      <w:r>
        <w:t>quran is not a political constitution.</w:t>
      </w:r>
    </w:p>
    <w:p>
      <w:pPr>
        <w:jc w:val="right"/>
      </w:pPr>
      <w:r>
        <w:t>قران از ناٹ ا پولیٹیکل کانسٹیٹیوشن۔</w:t>
      </w:r>
    </w:p>
    <w:p>
      <w:r>
        <w:rPr>
          <w:b/>
        </w:rPr>
        <w:t xml:space="preserve">[49:36] </w:t>
      </w:r>
      <w:r>
        <w:t>in the quran, you can't find any kind of political structure, political framework.</w:t>
      </w:r>
    </w:p>
    <w:p>
      <w:pPr>
        <w:jc w:val="right"/>
      </w:pPr>
      <w:r>
        <w:t>ان دی قران، یو کینٹ فائنڈ اینی کائنڈ اف پولیٹیکل سٹرکچر، پولیٹیکل فریم ورک۔</w:t>
      </w:r>
    </w:p>
    <w:p>
      <w:r>
        <w:rPr>
          <w:b/>
        </w:rPr>
        <w:t xml:space="preserve">[49:45] </w:t>
      </w:r>
      <w:r>
        <w:t>then if you read the seerah of the prophet of islam, you can't find such thing.</w:t>
      </w:r>
    </w:p>
    <w:p>
      <w:pPr>
        <w:jc w:val="right"/>
      </w:pPr>
      <w:r>
        <w:t>دین اف یو ریڈ دے سیرہ اف دا پرافٹ اف اسلام، یو کینٹ فائنڈ سچ تھنگ۔</w:t>
      </w:r>
    </w:p>
    <w:p>
      <w:r>
        <w:rPr>
          <w:b/>
        </w:rPr>
        <w:t xml:space="preserve">[49:53] </w:t>
      </w:r>
      <w:r>
        <w:t>then if you read hadith, hadith means the sayings of the prophet of islam. you can't find this picture of the prophet of islam.</w:t>
      </w:r>
    </w:p>
    <w:p>
      <w:pPr>
        <w:jc w:val="right"/>
      </w:pPr>
      <w:r>
        <w:t>دین اف یو ریڈ حدیث، حدیث مینز دے سینگز اف دا پرافٹ اف اسلام۔ یو کینٹ فائنڈ دس پکچر اف دا پرافٹ اف اسلام۔</w:t>
      </w:r>
    </w:p>
    <w:p>
      <w:r>
        <w:rPr>
          <w:b/>
        </w:rPr>
        <w:t xml:space="preserve">[50:09] </w:t>
      </w:r>
      <w:r>
        <w:t>a very relevant saying of the prophet of islam is like this: "kama takoon kadhalik yuwalla alaikum,</w:t>
      </w:r>
    </w:p>
    <w:p>
      <w:pPr>
        <w:jc w:val="right"/>
      </w:pPr>
      <w:r>
        <w:t>ا ویری ریلیونٹ سینگ اف دا پرافٹ اف اسلام از لائک دس: "کما تکون کذالک یولو علیکم،</w:t>
      </w:r>
    </w:p>
    <w:p>
      <w:r>
        <w:rPr>
          <w:b/>
        </w:rPr>
        <w:t xml:space="preserve">[50:23] </w:t>
      </w:r>
      <w:r>
        <w:t>kama takoon kadhalik yuwalla alaikum."</w:t>
      </w:r>
    </w:p>
    <w:p>
      <w:pPr>
        <w:jc w:val="right"/>
      </w:pPr>
      <w:r>
        <w:t>کما تکون کذالک یولو علیکم۔"</w:t>
      </w:r>
    </w:p>
    <w:p>
      <w:r>
        <w:rPr>
          <w:b/>
        </w:rPr>
        <w:t xml:space="preserve">[50:29] </w:t>
      </w:r>
      <w:r>
        <w:t>it means that it is democratic process by which you can select a leader, a political leader.</w:t>
      </w:r>
    </w:p>
    <w:p>
      <w:pPr>
        <w:jc w:val="right"/>
      </w:pPr>
      <w:r>
        <w:t>اٹ مینز دیٹ اٹ از ڈیموکریٹک پروسیس بائی وچ یو کین سلیکٹ ا لیڈر، ا پولیٹیکل لیڈر۔</w:t>
      </w:r>
    </w:p>
    <w:p>
      <w:r>
        <w:rPr>
          <w:b/>
        </w:rPr>
        <w:t xml:space="preserve">[50:41] </w:t>
      </w:r>
      <w:r>
        <w:t>it is, it is democratic process and not some kind of appointment. "kama takoon kadhalik yuwalla alaikum."</w:t>
      </w:r>
    </w:p>
    <w:p>
      <w:pPr>
        <w:jc w:val="right"/>
      </w:pPr>
      <w:r>
        <w:t>اٹ از، اٹ از ڈیموکریٹک پروسیس اینڈ ناٹ سم کائنڈ اف اپوائنٹمنٹ۔ "کما تکون کذالک یولو علیکم۔"</w:t>
      </w:r>
    </w:p>
    <w:p>
      <w:r>
        <w:rPr>
          <w:b/>
        </w:rPr>
        <w:t xml:space="preserve">[50:56] </w:t>
      </w:r>
      <w:r>
        <w:t>it means that political leader is a product of social situation, social conditions.</w:t>
      </w:r>
    </w:p>
    <w:p>
      <w:pPr>
        <w:jc w:val="right"/>
      </w:pPr>
      <w:r>
        <w:t>اٹ مینز دیٹ پولیٹیکل لیڈر از ا پروڈکٹ اف سوشل سچویشن، سوشل کنڈیشنز۔</w:t>
      </w:r>
    </w:p>
    <w:p>
      <w:r>
        <w:rPr>
          <w:b/>
        </w:rPr>
        <w:t xml:space="preserve">[51:07] </w:t>
      </w:r>
      <w:r>
        <w:t>so islam believes in democratic pro</w:t>
      </w:r>
    </w:p>
    <w:p>
      <w:pPr>
        <w:jc w:val="right"/>
      </w:pPr>
      <w:r>
        <w:t>سو اسلام بیلیوز ان ڈیموکریٹک پرو</w:t>
      </w:r>
    </w:p>
    <w:p>
      <w:r>
        <w:rPr>
          <w:b/>
        </w:rPr>
        <w:t xml:space="preserve">[51:10] </w:t>
      </w:r>
      <w:r>
        <w:t>cess. as far as an individual is concerned, islam tries to change his mind, to change his heart. but as far as the society is concerned, islam leave the, leave everything upon society.</w:t>
      </w:r>
    </w:p>
    <w:p>
      <w:pPr>
        <w:jc w:val="right"/>
      </w:pPr>
      <w:r>
        <w:t>سیس۔ ایز فار ایز این انڈیویجول از کنسرن، اسلام ٹرائیز ٹو چینج ہز مائنڈ، ٹو چینج ہز ہارٹ۔ بٹ ایز فار ایز دا سوسائٹی از کنسرن، اسلام لیو دا، لیو ایوری تھنگ اپون سوسائٹی۔</w:t>
      </w:r>
    </w:p>
    <w:p>
      <w:r>
        <w:rPr>
          <w:b/>
        </w:rPr>
        <w:t xml:space="preserve">[51:32] </w:t>
      </w:r>
      <w:r>
        <w:t>social process, democratic process</w:t>
      </w:r>
    </w:p>
    <w:p>
      <w:pPr>
        <w:jc w:val="right"/>
      </w:pPr>
      <w:r>
        <w:t>سوشل پروسیس، ڈیموکریٹک پروسیس</w:t>
      </w:r>
    </w:p>
    <w:p>
      <w:r>
        <w:rPr>
          <w:b/>
        </w:rPr>
        <w:t xml:space="preserve">[51:38] </w:t>
      </w:r>
      <w:r>
        <w:t>is the main factor by choosing a political leader. This is the true Islamic teaching.</w:t>
      </w:r>
    </w:p>
    <w:p>
      <w:pPr>
        <w:jc w:val="right"/>
      </w:pPr>
      <w:r>
        <w:t>از دا مین فیکٹر بائی چوزنگ ا پولیٹیکل لیڈر۔ دس از دا ٹرو اسلامک ٹیچنگ۔</w:t>
      </w:r>
    </w:p>
    <w:p>
      <w:r>
        <w:rPr>
          <w:b/>
        </w:rPr>
        <w:t xml:space="preserve">[51:51] </w:t>
      </w:r>
      <w:r>
        <w:t>Islam is not a political religion. Prophet Muhammad was not a political leader.</w:t>
      </w:r>
    </w:p>
    <w:p>
      <w:pPr>
        <w:jc w:val="right"/>
      </w:pPr>
      <w:r>
        <w:t>اسلام از ناٹ ا پولیٹیکل ریلیجن۔ پرافٹ محمد واز ناٹ ا پولیٹیکل لیڈر۔</w:t>
      </w:r>
    </w:p>
    <w:p>
      <w:r>
        <w:rPr>
          <w:b/>
        </w:rPr>
        <w:t xml:space="preserve">[52:00] </w:t>
      </w:r>
      <w:r>
        <w:t>His sole concern of the Prophet was world hereafter.</w:t>
      </w:r>
    </w:p>
    <w:p>
      <w:pPr>
        <w:jc w:val="right"/>
      </w:pPr>
      <w:r>
        <w:t>ہز سول کنسرن اف دا پرافٹ واز ورلڈ ہیر افٹر۔</w:t>
      </w:r>
    </w:p>
    <w:p>
      <w:r>
        <w:rPr>
          <w:b/>
        </w:rPr>
        <w:t xml:space="preserve">[52:09] </w:t>
      </w:r>
      <w:r>
        <w:t>If you read Quran and Hadith, you find that the sole concern of Quran and Hadith is to make one as a God oriented person,</w:t>
      </w:r>
    </w:p>
    <w:p>
      <w:pPr>
        <w:jc w:val="right"/>
      </w:pPr>
      <w:r>
        <w:t>اف یو ریڈ قران اینڈ حدیث، یو فائنڈ دیٹ دا سول کنسرن اف قران اینڈ حدیث از ٹو میک ون ایز ا گاڈ اورینٹڈ پرسن،</w:t>
      </w:r>
    </w:p>
    <w:p>
      <w:r>
        <w:rPr>
          <w:b/>
        </w:rPr>
        <w:t xml:space="preserve">[52:24] </w:t>
      </w:r>
      <w:r>
        <w:t>kono rabbani.</w:t>
      </w:r>
    </w:p>
    <w:p>
      <w:pPr>
        <w:jc w:val="right"/>
      </w:pPr>
      <w:r>
        <w:t>کونو ربانی۔</w:t>
      </w:r>
    </w:p>
    <w:p>
      <w:r>
        <w:rPr>
          <w:b/>
        </w:rPr>
        <w:t xml:space="preserve">[52:30] </w:t>
      </w:r>
      <w:r>
        <w:t>The ideal person in the light of the Quran is one who is a God oriented person, God oriented thinking, God oriented speech, God oriented action,</w:t>
      </w:r>
    </w:p>
    <w:p>
      <w:pPr>
        <w:jc w:val="right"/>
      </w:pPr>
      <w:r>
        <w:t>دا ائیڈیل پرسن ان دا لائٹ اف دا قران از ون ہو از ا گاڈ اورینٹڈ پرسن، گاڈ اورینٹڈ تھنکنگ، گاڈ اورینٹڈ سپیچ، گاڈ اورینٹڈ ایکشن،</w:t>
      </w:r>
    </w:p>
    <w:p>
      <w:r>
        <w:rPr>
          <w:b/>
        </w:rPr>
        <w:t xml:space="preserve">[52:48] </w:t>
      </w:r>
      <w:r>
        <w:t>God oriented behaviour. This is the way of Islam. This is the way of Islam.</w:t>
      </w:r>
    </w:p>
    <w:p>
      <w:pPr>
        <w:jc w:val="right"/>
      </w:pPr>
      <w:r>
        <w:t>گاڈ اورینٹڈ بیہیویئر۔ دس از دا وے اف اسلام۔ دس از دا وے اف اسلام۔</w:t>
      </w:r>
    </w:p>
    <w:p>
      <w:r>
        <w:rPr>
          <w:b/>
        </w:rPr>
        <w:t xml:space="preserve">[53:00] </w:t>
      </w:r>
      <w:r>
        <w:t>Islam tries to make you a divine person, a godly person, a God oriented person.</w:t>
      </w:r>
    </w:p>
    <w:p>
      <w:pPr>
        <w:jc w:val="right"/>
      </w:pPr>
      <w:r>
        <w:t>اسلام ٹرائیز ٹو میک یو ا ڈیوائن پرسن، ا گاڈلی پرسن، ا گاڈ اورینٹڈ پرسن۔</w:t>
      </w:r>
    </w:p>
    <w:p>
      <w:r>
        <w:rPr>
          <w:b/>
        </w:rPr>
        <w:t xml:space="preserve">[53:13] </w:t>
      </w:r>
      <w:r>
        <w:t>This is the main concern of the religion of Islam.</w:t>
      </w:r>
    </w:p>
    <w:p>
      <w:pPr>
        <w:jc w:val="right"/>
      </w:pPr>
      <w:r>
        <w:t>دس از دا مین کنسرن اف دا ریلیجن اف اسلام۔</w:t>
      </w:r>
    </w:p>
    <w:p>
      <w:r>
        <w:rPr>
          <w:b/>
        </w:rPr>
        <w:t xml:space="preserve">[53:22] </w:t>
      </w:r>
      <w:r>
        <w:t>There is words in the Quran: "Islam and God calls to the home of peace." Here home of peace means Jannah, that is paradise.</w:t>
      </w:r>
    </w:p>
    <w:p>
      <w:pPr>
        <w:jc w:val="right"/>
      </w:pPr>
      <w:r>
        <w:t>دیر از ورڈز ان دا قران: "اسلام اینڈ گاڈ کالز ٹو دا ہوم اف پیس۔" ہیر ہوم اف پیس مینز الجنہ، دیٹ از پیراڈائز۔</w:t>
      </w:r>
    </w:p>
    <w:p>
      <w:r>
        <w:rPr>
          <w:b/>
        </w:rPr>
        <w:t xml:space="preserve">[53:38] </w:t>
      </w:r>
      <w:r>
        <w:t>So God calls to the paradise, God calls to the home of peace, God calls to the paradise.</w:t>
      </w:r>
    </w:p>
    <w:p>
      <w:pPr>
        <w:jc w:val="right"/>
      </w:pPr>
      <w:r>
        <w:t>سو گاڈ کالز ٹو دا پیراڈائز، گاڈ کالز ٹو دا ہوم اف پیس، گاڈ کالز ٹو دا پیراڈائز۔</w:t>
      </w:r>
    </w:p>
    <w:p>
      <w:r>
        <w:rPr>
          <w:b/>
        </w:rPr>
        <w:t xml:space="preserve">[53:50] </w:t>
      </w:r>
      <w:r>
        <w:t>So paradise is the only goal according to the Quran</w:t>
      </w:r>
    </w:p>
    <w:p>
      <w:pPr>
        <w:jc w:val="right"/>
      </w:pPr>
      <w:r>
        <w:t>سو پیراڈائز از دا اونلی گول اکارڈنگ ٹو دا قران</w:t>
      </w:r>
    </w:p>
    <w:p>
      <w:r>
        <w:rPr>
          <w:b/>
        </w:rPr>
        <w:t xml:space="preserve">[54:01] </w:t>
      </w:r>
      <w:r>
        <w:t>and not political revolution, political power. It is not goal.</w:t>
      </w:r>
    </w:p>
    <w:p>
      <w:pPr>
        <w:jc w:val="right"/>
      </w:pPr>
      <w:r>
        <w:t>اینڈ ناٹ پولیٹیکل ریولوشن، پولیٹیکل پاور۔ اٹ از ناٹ گول۔</w:t>
      </w:r>
    </w:p>
    <w:p>
      <w:r>
        <w:rPr>
          <w:b/>
        </w:rPr>
        <w:t xml:space="preserve">[54:11] </w:t>
      </w:r>
      <w:r>
        <w:t>There is words in the Quran: "Arsalna ila Rahmatal Lil Alameen." This words is about the Prophet of Islam.</w:t>
      </w:r>
    </w:p>
    <w:p>
      <w:pPr>
        <w:jc w:val="right"/>
      </w:pPr>
      <w:r>
        <w:t>دیر از ورڈز ان دا قران: "ارسلنا الا رحمت اللعالمین۔" دس ورڈز از اباؤٹ دی پرافٹ اف اسلام۔</w:t>
      </w:r>
    </w:p>
    <w:p>
      <w:r>
        <w:rPr>
          <w:b/>
        </w:rPr>
        <w:t xml:space="preserve">[54:24] </w:t>
      </w:r>
      <w:r>
        <w:t>We have sent you only as a blessing for mankind.</w:t>
      </w:r>
    </w:p>
    <w:p>
      <w:pPr>
        <w:jc w:val="right"/>
      </w:pPr>
      <w:r>
        <w:t>وی ہیو سینٹ یو اونلی ایز ا بلیسنگ فار مین کائنڈ۔</w:t>
      </w:r>
    </w:p>
    <w:p>
      <w:r>
        <w:rPr>
          <w:b/>
        </w:rPr>
        <w:t xml:space="preserve">[54:32] </w:t>
      </w:r>
      <w:r>
        <w:t>God sent Prophet Muhammad as a blessing to all mankind.</w:t>
      </w:r>
    </w:p>
    <w:p>
      <w:pPr>
        <w:jc w:val="right"/>
      </w:pPr>
      <w:r>
        <w:t>گاڈ سینٹ پرافٹ محمد ایز ا بلیسنگ ٹو ال مین کائنڈ۔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