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Personality of A Believer February 2, 2014</w:t>
      </w:r>
    </w:p>
    <w:p>
      <w:r>
        <w:t>https://youtu.be/EiK_-O-Bjps</w:t>
      </w:r>
    </w:p>
    <w:p>
      <w:r>
        <w:rPr>
          <w:b/>
        </w:rPr>
        <w:t xml:space="preserve">[00:42] </w:t>
      </w:r>
      <w:r>
        <w:t>Aaj ka topic hai: Momin ki shakhsiyat, personality of a believer.</w:t>
      </w:r>
    </w:p>
    <w:p>
      <w:pPr>
        <w:jc w:val="right"/>
      </w:pPr>
      <w:r>
        <w:t>آج کا ٹاپک ہے: مومن کی شخصیت، پرسنیلٹی آف اے بیلیور۔</w:t>
      </w:r>
    </w:p>
    <w:p>
      <w:r>
        <w:rPr>
          <w:b/>
        </w:rPr>
        <w:t xml:space="preserve">[01:00] </w:t>
      </w:r>
      <w:r>
        <w:t>Momin ki shakhsiyat kya hai?</w:t>
      </w:r>
    </w:p>
    <w:p>
      <w:pPr>
        <w:jc w:val="right"/>
      </w:pPr>
      <w:r>
        <w:t>مومن کی شخصیت کیا ہے؟</w:t>
      </w:r>
    </w:p>
    <w:p>
      <w:r>
        <w:rPr>
          <w:b/>
        </w:rPr>
        <w:t xml:space="preserve">[01:04] </w:t>
      </w:r>
      <w:r>
        <w:t>Is ko janne ke liye Quran mein do jagah</w:t>
      </w:r>
    </w:p>
    <w:p>
      <w:pPr>
        <w:jc w:val="right"/>
      </w:pPr>
      <w:r>
        <w:t>اس کو جاننے کے لیے قرآن میں دو جگہ</w:t>
      </w:r>
    </w:p>
    <w:p>
      <w:r>
        <w:rPr>
          <w:b/>
        </w:rPr>
        <w:t xml:space="preserve">[01:13] </w:t>
      </w:r>
      <w:r>
        <w:t>tamseel ki zuban mein ek baat kahi gayi hai,</w:t>
      </w:r>
    </w:p>
    <w:p>
      <w:pPr>
        <w:jc w:val="right"/>
      </w:pPr>
      <w:r>
        <w:t>تمثیل کی زبان میں ایک بات کہی گئی ہے،</w:t>
      </w:r>
    </w:p>
    <w:p>
      <w:r>
        <w:rPr>
          <w:b/>
        </w:rPr>
        <w:t xml:space="preserve">[01:18] </w:t>
      </w:r>
      <w:r>
        <w:t>wo hai darakht ki tamseel.</w:t>
      </w:r>
    </w:p>
    <w:p>
      <w:pPr>
        <w:jc w:val="right"/>
      </w:pPr>
      <w:r>
        <w:t>وہ ہے درخت کی تمثیل۔</w:t>
      </w:r>
    </w:p>
    <w:p>
      <w:r>
        <w:rPr>
          <w:b/>
        </w:rPr>
        <w:t xml:space="preserve">[01:24] </w:t>
      </w:r>
      <w:r>
        <w:t>Ek jagah Quran mein bataya gaya hai ke "Mislu kalimatin tayyibatin kashajaratin tayyibatin, asliha thabitun wa faruha fis-samaa".</w:t>
      </w:r>
    </w:p>
    <w:p>
      <w:pPr>
        <w:jc w:val="right"/>
      </w:pPr>
      <w:r>
        <w:t>ایک جگہ قرآن میں بتایا گیا ہے کہ "مثل قلمة طيبة كشرح طيبة، أصلها ثابت وفروها في السباب" ۔</w:t>
      </w:r>
    </w:p>
    <w:p>
      <w:r>
        <w:rPr>
          <w:b/>
        </w:rPr>
        <w:t xml:space="preserve">[01:37] </w:t>
      </w:r>
      <w:r>
        <w:t>Ye jo kalma hai,</w:t>
      </w:r>
    </w:p>
    <w:p>
      <w:pPr>
        <w:jc w:val="right"/>
      </w:pPr>
      <w:r>
        <w:t>یہ جو کلمہ ہے،</w:t>
      </w:r>
    </w:p>
    <w:p>
      <w:r>
        <w:rPr>
          <w:b/>
        </w:rPr>
        <w:t xml:space="preserve">[01:41] </w:t>
      </w:r>
      <w:r>
        <w:t>kalma tayyaba jis ko kaha gaya hai, yani right ideology, kalma tayyaba koi maseeh word nahi hai. Right ideology, zindagi ke jo sachha nazariya hai, us ko apna aqeeda banana.</w:t>
      </w:r>
    </w:p>
    <w:p>
      <w:pPr>
        <w:jc w:val="right"/>
      </w:pPr>
      <w:r>
        <w:t>کلمہ طیبہ جس کو کہا گیا ہے، یعنی رائٹ آئیڈیالوجی، کلمہ طیبہ کوئی مسیس ورڈ نہیں ہے۔ رائٹ آئیڈیالوجی، زندگی کے جو سچا نظریہ ہے، اس کو اپنا عقیدہ بنانا۔</w:t>
      </w:r>
    </w:p>
    <w:p>
      <w:r>
        <w:rPr>
          <w:b/>
        </w:rPr>
        <w:t xml:space="preserve">[02:00] </w:t>
      </w:r>
      <w:r>
        <w:t>to is ke baad kya hota hai?</w:t>
      </w:r>
    </w:p>
    <w:p>
      <w:pPr>
        <w:jc w:val="right"/>
      </w:pPr>
      <w:r>
        <w:t>تو اس کے بعد کیا ہوتا ہے؟</w:t>
      </w:r>
    </w:p>
    <w:p>
      <w:r>
        <w:rPr>
          <w:b/>
        </w:rPr>
        <w:t xml:space="preserve">[02:04] </w:t>
      </w:r>
      <w:r>
        <w:t>to farmaya ke</w:t>
      </w:r>
    </w:p>
    <w:p>
      <w:pPr>
        <w:jc w:val="right"/>
      </w:pPr>
      <w:r>
        <w:t>تو فرمایا کہ</w:t>
      </w:r>
    </w:p>
    <w:p>
      <w:r>
        <w:rPr>
          <w:b/>
        </w:rPr>
        <w:t xml:space="preserve">[02:08] </w:t>
      </w:r>
      <w:r>
        <w:t>kalma tayyaba ki misaal ek pauda jaisi hai, plant jaisi hai</w:t>
      </w:r>
    </w:p>
    <w:p>
      <w:pPr>
        <w:jc w:val="right"/>
      </w:pPr>
      <w:r>
        <w:t>کلمہ طیبہ کی مثال ایک پودا جیسی ہے، پلانٹ جیسی ہے</w:t>
      </w:r>
    </w:p>
    <w:p>
      <w:r>
        <w:rPr>
          <w:b/>
        </w:rPr>
        <w:t xml:space="preserve">[02:17] </w:t>
      </w:r>
      <w:r>
        <w:t>ke woh jab boya jata hai zameen mein to ugna shuru hota hai, ugna shuru hota hai yahan tak ke woh oopar fiza mein buland ho jata hai.</w:t>
      </w:r>
    </w:p>
    <w:p>
      <w:pPr>
        <w:jc w:val="right"/>
      </w:pPr>
      <w:r>
        <w:t>کہ وہ جب بویا جاتا ہے زمین میں تو اگنا شروع ہوتا ہے، اگنا شروع ہوتا ہے یہاں تک کہ وہ اوپر فضا میں بلند ہو جاتا ہے۔</w:t>
      </w:r>
    </w:p>
    <w:p>
      <w:r>
        <w:rPr>
          <w:b/>
        </w:rPr>
        <w:t xml:space="preserve">[02:30] </w:t>
      </w:r>
      <w:r>
        <w:t>"asalha sabit wa faruha fis samaa" . yaani shuru hota hai zameen se, pahunchta hai aasman tak.</w:t>
      </w:r>
    </w:p>
    <w:p>
      <w:pPr>
        <w:jc w:val="right"/>
      </w:pPr>
      <w:r>
        <w:t>"اصلها ثابت وفروها في السماء" ۔ یعنی شروع ہوتا ہے زمین سے، پہنچتا ہے آسمان تک۔</w:t>
      </w:r>
    </w:p>
    <w:p>
      <w:r>
        <w:rPr>
          <w:b/>
        </w:rPr>
        <w:t xml:space="preserve">[02:40] </w:t>
      </w:r>
      <w:r>
        <w:t>phir isi tamseel ko doosri jagah is tarah bataya gaya hai ke</w:t>
      </w:r>
    </w:p>
    <w:p>
      <w:pPr>
        <w:jc w:val="right"/>
      </w:pPr>
      <w:r>
        <w:t>پھر اسی تمثیل کو دوسری جگہ اس طرح بتایا گیا ہے کہ</w:t>
      </w:r>
    </w:p>
    <w:p>
      <w:r>
        <w:rPr>
          <w:b/>
        </w:rPr>
        <w:t xml:space="preserve">[02:49] </w:t>
      </w:r>
      <w:r>
        <w:t>"wa mathaluhum fil injeel kadreen, akhraja sat'ahu, fa'aththara, fastaghraz, fastawa suqahu, yujibu dhzara'u ghazbahul kuffar" .</w:t>
      </w:r>
    </w:p>
    <w:p>
      <w:pPr>
        <w:jc w:val="right"/>
      </w:pPr>
      <w:r>
        <w:t>"ومثلهم فی الانجیل قذرین، اخرج سطحہ، فاضرہ، فاستغرض، فاستوی سوقہ، یوجب الذرال غضبہ الکفار" ۔</w:t>
      </w:r>
    </w:p>
    <w:p>
      <w:r>
        <w:rPr>
          <w:b/>
        </w:rPr>
        <w:t xml:space="preserve">[03:03] </w:t>
      </w:r>
      <w:r>
        <w:t>wahan bhi drakht ki misaal di gayi hai ke ahle imaan ki misaal drakht ki aisi hai ke woh ukwa nikla, phir tana nikla, phir shakhain nikli, pattay niklay,</w:t>
      </w:r>
    </w:p>
    <w:p>
      <w:pPr>
        <w:jc w:val="right"/>
      </w:pPr>
      <w:r>
        <w:t>وہاں بھی درخت کی مثال دی گئی ہے کہ اہل ایمان کی مثال درخت کی ایسی ہے کہ وہ اکھوا نکلا، پھر تنا نکلا، پھر شاخیں نکلیں، پتے نکلے،</w:t>
      </w:r>
    </w:p>
    <w:p>
      <w:r>
        <w:rPr>
          <w:b/>
        </w:rPr>
        <w:t xml:space="preserve">[03:17] </w:t>
      </w:r>
      <w:r>
        <w:t>yahan tak ke poora ek drakht ki shakal mein zameen mein ek cheez khadi ho gayi.</w:t>
      </w:r>
    </w:p>
    <w:p>
      <w:pPr>
        <w:jc w:val="right"/>
      </w:pPr>
      <w:r>
        <w:t>یہاں تک کہ پورا ایک درخت کی شکل میں زمین میں ایک چیز کھڑی ہو گئی۔</w:t>
      </w:r>
    </w:p>
    <w:p>
      <w:r>
        <w:rPr>
          <w:b/>
        </w:rPr>
        <w:t xml:space="preserve">[03:26] </w:t>
      </w:r>
      <w:r>
        <w:t>yeh tamseel bohat zyada ba'mani hai.</w:t>
      </w:r>
    </w:p>
    <w:p>
      <w:pPr>
        <w:jc w:val="right"/>
      </w:pPr>
      <w:r>
        <w:t>یہ تمثیل بہت زیادہ بامعنی ہے۔</w:t>
      </w:r>
    </w:p>
    <w:p>
      <w:r>
        <w:rPr>
          <w:b/>
        </w:rPr>
        <w:t xml:space="preserve">[03:32] </w:t>
      </w:r>
      <w:r>
        <w:t>dekhiye, is dunya mein sirf drakht hi ek aisi cheez hai jis mein grow karne ki salahiyat hai. aap ek pathar rakh lein, chahe kitne hi khoobsurat pathar hon, ek diamond rakh lein aap to grow nahi karega.</w:t>
      </w:r>
    </w:p>
    <w:p>
      <w:pPr>
        <w:jc w:val="right"/>
      </w:pPr>
      <w:r>
        <w:t>دیکھیے، اس دنیا میں صرف درخت ہی ایک ایسی چیز ہے جس میں گرو کرنے کی صلاحیت ہے۔ آپ ایک پتھر رکھ لیں، چاہے کتنے ہی خوبصورت پتھر ہوں، ایک ڈائمنڈ رکھ لیں آپ تو گرو نہیں کرے گا۔</w:t>
      </w:r>
    </w:p>
    <w:p>
      <w:r>
        <w:rPr>
          <w:b/>
        </w:rPr>
        <w:t xml:space="preserve">[03:46] </w:t>
      </w:r>
      <w:r>
        <w:t>woh</w:t>
      </w:r>
    </w:p>
    <w:p>
      <w:pPr>
        <w:jc w:val="right"/>
      </w:pPr>
      <w:r>
        <w:t>وہ</w:t>
      </w:r>
    </w:p>
    <w:p>
      <w:r>
        <w:rPr>
          <w:b/>
        </w:rPr>
        <w:t xml:space="preserve">[03:48] </w:t>
      </w:r>
      <w:r>
        <w:t>diamond jaisa aaj hai, waise hi kal bhi rahega, parson bhi rahega. aap sona rakh lein, kuch bhi rakh lein to woh grow nahi karega.</w:t>
      </w:r>
    </w:p>
    <w:p>
      <w:pPr>
        <w:jc w:val="right"/>
      </w:pPr>
      <w:r>
        <w:t>ڈائمنڈ جیسا آج ہے، ویسے ہی کل بھی رہے گا، پرسوں بھی رہے گا۔ آپ سونا رکھ لیں، کچھ بھی رکھ لیں تو وہ گرو نہیں کرے گا۔</w:t>
      </w:r>
    </w:p>
    <w:p>
      <w:r>
        <w:rPr>
          <w:b/>
        </w:rPr>
        <w:t xml:space="preserve">[03:59] </w:t>
      </w:r>
      <w:r>
        <w:t>poori universe mein drakht hi ek aisi cheez hai jo grow karta hai, grow karta hai, grow karta hai. to yeh jo imaan hai, imaan se jo shakhsiyat banti hai,</w:t>
      </w:r>
    </w:p>
    <w:p>
      <w:pPr>
        <w:jc w:val="right"/>
      </w:pPr>
      <w:r>
        <w:t>پوری یونیورس میں درخت ہی ایک ایسی چیز ہے جو گرو کرتا ہے، گرو کرتا ہے، گرو کرتا ہے۔ تو یہ جو ایمان ہے، ایمان سے جو شخصیت بنتی ہے،</w:t>
      </w:r>
    </w:p>
    <w:p>
      <w:r>
        <w:rPr>
          <w:b/>
        </w:rPr>
        <w:t xml:space="preserve">[04:14] </w:t>
      </w:r>
      <w:r>
        <w:t>woh is ka misaal aisi hai</w:t>
      </w:r>
    </w:p>
    <w:p>
      <w:pPr>
        <w:jc w:val="right"/>
      </w:pPr>
      <w:r>
        <w:t>وہ اس کا مثال ایسی ہے</w:t>
      </w:r>
    </w:p>
    <w:p>
      <w:r>
        <w:rPr>
          <w:b/>
        </w:rPr>
        <w:t xml:space="preserve">[04:17] </w:t>
      </w:r>
      <w:r>
        <w:t>jo grow karne wali cheez hai. jab aap ne kaha ke "ashhadu an la ilaha illallah, wa ashhadu anna Muhammadan abduhu wa rasuluh" .</w:t>
      </w:r>
    </w:p>
    <w:p>
      <w:pPr>
        <w:jc w:val="right"/>
      </w:pPr>
      <w:r>
        <w:t>جو گرو کرنے والی چیز ہے۔ جب آپ نے کہا کہ "أشهد أن لا إله إلا الله، وأشهد أن محمداً عبده ورسوله" ۔</w:t>
      </w:r>
    </w:p>
    <w:p>
      <w:r>
        <w:rPr>
          <w:b/>
        </w:rPr>
        <w:t xml:space="preserve">[04:27] </w:t>
      </w:r>
      <w:r>
        <w:t>to aap ek ek aise, aap ka yeh qabool imaan us waqt sacha hoga jab ke aap ka imaan grow karne lagega, grow karne lagega, barhne lagega, barhne lagega, barhne lagega.</w:t>
      </w:r>
    </w:p>
    <w:p>
      <w:pPr>
        <w:jc w:val="right"/>
      </w:pPr>
      <w:r>
        <w:t>تو آپ ایک ایک ایسے، آپ کا یہ قبول ایمان اس وقت سچا ہوگا جب کہ آپ کا ایمان گرو کرنے لگے گا، گرو کرنے لگے گا، بڑھنے لگے گا، بڑھنے لگے گا، بڑھنے لگے گا۔</w:t>
      </w:r>
    </w:p>
    <w:p>
      <w:r>
        <w:rPr>
          <w:b/>
        </w:rPr>
        <w:t xml:space="preserve">[04:46] </w:t>
      </w:r>
      <w:r>
        <w:t>to drakht to banta, barhta hai ek ek material event ke taur par, dikhai deta hai woh ke abhi beej tha, abhi tana hua, phir shakhain huin, pattiyan huin, phir phool hua, phir phal hua.</w:t>
      </w:r>
    </w:p>
    <w:p>
      <w:pPr>
        <w:jc w:val="right"/>
      </w:pPr>
      <w:r>
        <w:t>تو درخت تو بنتا، بڑھتا ہے ایک ایک مٹیریل ایونٹ کے طور پر، دکھائی دیتا ہے وہ کہ ابھی بیج تھا، ابھی تنا ہوا، پھر شاخیں ہوئیں، پتیاں ہوئیں، پھر پھول ہوا، پھر پھل ہوا۔</w:t>
      </w:r>
    </w:p>
    <w:p>
      <w:r>
        <w:rPr>
          <w:b/>
        </w:rPr>
        <w:t xml:space="preserve">[05:00] </w:t>
      </w:r>
      <w:r>
        <w:t>ek ek observable fact hota hai, woh observable phenomena hota hai. woh lekin momin ki jo shakhsiyat hai, woh jo spiritual sense mein barhti hai, woh</w:t>
      </w:r>
    </w:p>
    <w:p>
      <w:pPr>
        <w:jc w:val="right"/>
      </w:pPr>
      <w:r>
        <w:t>ایک ایک ابزرویبل فیکٹ ہوتا ہے، وہ ابزرویبل فیناومینا ہوتا ہے۔ وہ لیکن مومن کی جو شخصیت ہے، وہ جو اسپریچول سینس میں بڑھتی ہے، وہ</w:t>
      </w:r>
    </w:p>
    <w:p>
      <w:r>
        <w:rPr>
          <w:b/>
        </w:rPr>
        <w:t xml:space="preserve">[05:14] </w:t>
      </w:r>
      <w:r>
        <w:t>woh drakht ki tarah se observable phenomena nahi hoti.</w:t>
      </w:r>
    </w:p>
    <w:p>
      <w:pPr>
        <w:jc w:val="right"/>
      </w:pPr>
      <w:r>
        <w:t>وہ درخت کی طرح سے ابزرویبل فیناومینا نہیں ہوتی۔</w:t>
      </w:r>
    </w:p>
    <w:p>
      <w:r>
        <w:rPr>
          <w:b/>
        </w:rPr>
        <w:t xml:space="preserve">[05:20] </w:t>
      </w:r>
      <w:r>
        <w:t>isko insan khud samajhta hai, aas paas ke log samajhte hain ke is ke andar ek nayi shakhsiyat emerge kar rahi hai. yeh kaise hota hai?</w:t>
      </w:r>
    </w:p>
    <w:p>
      <w:pPr>
        <w:jc w:val="right"/>
      </w:pPr>
      <w:r>
        <w:t>اس کو انسان خود سمجھتا ہے، اس پاس کے لوگ سمجھتے ہیں کہ اس کے اندر ایک نئی شخصیت ایمرج کر رہی ہے۔ یہ کیسے ہوتا ہے؟</w:t>
      </w:r>
    </w:p>
    <w:p>
      <w:r>
        <w:rPr>
          <w:b/>
        </w:rPr>
        <w:t xml:space="preserve">[05:31] </w:t>
      </w:r>
      <w:r>
        <w:t>yeh bhi waise hi hota hai jaise drakht ka maamla hai. drakht grow kaise karta hai? grow is tarah karta hai woh ke woh aas paas ki duniya se apna food leta hai, food</w:t>
      </w:r>
    </w:p>
    <w:p>
      <w:pPr>
        <w:jc w:val="right"/>
      </w:pPr>
      <w:r>
        <w:t>یہ بھی ویسے ہی ہوتا ہے جیسے درخت کا معاملہ ہے۔ درخت گرو کیسے کرتا ہے؟ گرو اس طرح کرتا ہے وہ کہ وہ اس پاس کی دنیا سے اپنا فوڈ لیتا ہے، فوڈ</w:t>
      </w:r>
    </w:p>
    <w:p>
      <w:r>
        <w:rPr>
          <w:b/>
        </w:rPr>
        <w:t xml:space="preserve">[05:46] </w:t>
      </w:r>
      <w:r>
        <w:t>zameen se pani leta hai, tarah tarah ki cheezain zameen mein hain, tarah tarah ke ke chemicals.</w:t>
      </w:r>
    </w:p>
    <w:p>
      <w:pPr>
        <w:jc w:val="right"/>
      </w:pPr>
      <w:r>
        <w:t>زمین سے پانی لیتا ہے، طرح طرح کی چیزیں زمین میں ہیں، طرح طرح کے کے کیمیکلز۔</w:t>
      </w:r>
    </w:p>
    <w:p>
      <w:r>
        <w:rPr>
          <w:b/>
        </w:rPr>
        <w:t xml:space="preserve">[05:56] </w:t>
      </w:r>
      <w:r>
        <w:t>to is zameen mein jo cheezain hain, is ko liya us ne. oopar suraj chamak raha hai, suraj se energy li us ne. to zameen se, hawa se, suraj se musalsal woh food leta rehta hai, food.</w:t>
      </w:r>
    </w:p>
    <w:p>
      <w:pPr>
        <w:jc w:val="right"/>
      </w:pPr>
      <w:r>
        <w:t>تو اس زمین میں جو چیزیں ہیں، اس کو لیا اس نے۔ اوپر سورج چمک رہا ہے، سورج سے انرجی لی اس نے۔ تو زمین سے، ہوا سے، سورج سے مسلسل وہ فوڈ لیتا رہتا ہے، فوڈ۔</w:t>
      </w:r>
    </w:p>
    <w:p>
      <w:r>
        <w:rPr>
          <w:b/>
        </w:rPr>
        <w:t xml:space="preserve">[06:13] </w:t>
      </w:r>
      <w:r>
        <w:t>is tarah woh grow karta hai.</w:t>
      </w:r>
    </w:p>
    <w:p>
      <w:pPr>
        <w:jc w:val="right"/>
      </w:pPr>
      <w:r>
        <w:t>اس طرح وہ گرو کرتا ہے۔</w:t>
      </w:r>
    </w:p>
    <w:p>
      <w:r>
        <w:rPr>
          <w:b/>
        </w:rPr>
        <w:t xml:space="preserve">[06:16] </w:t>
      </w:r>
      <w:r>
        <w:t>isi liye aap dekhiye, koi poda aap aisi jagah laga dein jahan dhoop na ho, pani na ho, jahan soil na ho to woh sookh jayega.</w:t>
      </w:r>
    </w:p>
    <w:p>
      <w:pPr>
        <w:jc w:val="right"/>
      </w:pPr>
      <w:r>
        <w:t>اسی لیے آپ دیکھیے، کوئی پودا آپ ایسی جگہ لگا دیں جہاں دھوپ نہ ہو، پانی نہ ہو، جہاں سوائل نہ ہو تو وہ سوکھ جائے گا۔</w:t>
      </w:r>
    </w:p>
    <w:p>
      <w:r>
        <w:rPr>
          <w:b/>
        </w:rPr>
        <w:t xml:space="preserve">[06:27] </w:t>
      </w:r>
      <w:r>
        <w:t>woh</w:t>
      </w:r>
    </w:p>
    <w:p>
      <w:pPr>
        <w:jc w:val="right"/>
      </w:pPr>
      <w:r>
        <w:t>وہ</w:t>
      </w:r>
    </w:p>
    <w:p>
      <w:r>
        <w:rPr>
          <w:b/>
        </w:rPr>
        <w:t xml:space="preserve">[06:30] </w:t>
      </w:r>
      <w:r>
        <w:t>to momin ki shakhsiyat banti hai isi tareeqe se. dekhein, rozana aap ko kuch auqat guzarte hain, subah se sh</w:t>
      </w:r>
    </w:p>
    <w:p>
      <w:pPr>
        <w:jc w:val="right"/>
      </w:pPr>
      <w:r>
        <w:t>تو مومن کی شخصیت بنتی ہے اسی طریقے سے۔ دیکھیں، روزانہ آپ کو کچھ اوقات گزرتے ہیں، صبح سے ش</w:t>
      </w:r>
    </w:p>
    <w:p>
      <w:r>
        <w:rPr>
          <w:b/>
        </w:rPr>
        <w:t xml:space="preserve">[06:41] </w:t>
      </w:r>
      <w:r>
        <w:t>aam tak, har waqt koi tajurba, har waqt koi experience, kuch dekha, kuch suna, kuch parha, har waqt aisa hota rehta hai. in sab cheezon ko aap, yaani aap ke andar ek aisi developed,</w:t>
      </w:r>
    </w:p>
    <w:p>
      <w:pPr>
        <w:jc w:val="right"/>
      </w:pPr>
      <w:r>
        <w:t>ام تک، ہر وقت کوئی تجربہ، ہر وقت کوئی ایکسپیرینس، کچھ دیکھا، کچھ سنا، کچھ پڑھا، ہر وقت ایسا ہوتا رہتا ہے۔ ان سب چیزوں کو آپ، یعنی آپ کے اندر ایک ایسی ڈیولپڈ،</w:t>
      </w:r>
    </w:p>
    <w:p>
      <w:r>
        <w:rPr>
          <w:b/>
        </w:rPr>
        <w:t xml:space="preserve">[06:56] </w:t>
      </w:r>
      <w:r>
        <w:t>ek aisa ek developed mind hoga, aisi soch ho ke har cheez ko ghiza bana le, har cheez ko ghiza bana le.</w:t>
      </w:r>
    </w:p>
    <w:p>
      <w:pPr>
        <w:jc w:val="right"/>
      </w:pPr>
      <w:r>
        <w:t>ایک ایسا ایک ڈیولپڈ مائنڈ ہوگا، ایسی سوچ ہو کہ ہر چیز کو غذا بنا لے، ہر چیز کو غذا بنا لے۔</w:t>
      </w:r>
    </w:p>
    <w:p>
      <w:r>
        <w:rPr>
          <w:b/>
        </w:rPr>
        <w:t xml:space="preserve">[07:09] </w:t>
      </w:r>
      <w:r>
        <w:t>jaise</w:t>
      </w:r>
    </w:p>
    <w:p>
      <w:pPr>
        <w:jc w:val="right"/>
      </w:pPr>
      <w:r>
        <w:t>جیسے</w:t>
      </w:r>
    </w:p>
    <w:p>
      <w:r>
        <w:rPr>
          <w:b/>
        </w:rPr>
        <w:t xml:space="preserve">[07:14] </w:t>
      </w:r>
      <w:r>
        <w:t>pani hai, rozana aap pani istemal karte hain</w:t>
      </w:r>
    </w:p>
    <w:p>
      <w:pPr>
        <w:jc w:val="right"/>
      </w:pPr>
      <w:r>
        <w:t>پانی ہے، روزانہ آپ پانی استعمال کرتے ہیں</w:t>
      </w:r>
    </w:p>
    <w:p>
      <w:r>
        <w:rPr>
          <w:b/>
        </w:rPr>
        <w:t xml:space="preserve">[07:21] </w:t>
      </w:r>
      <w:r>
        <w:t>to aap sochein ke pani na ho to kya haal hoga mera? to ek woh insan hai jo pani na ho tab soch pata hai,</w:t>
      </w:r>
    </w:p>
    <w:p>
      <w:pPr>
        <w:jc w:val="right"/>
      </w:pPr>
      <w:r>
        <w:t>تو آپ سوچیں کہ پانی نہ ہو تو کیا حال ہوگا میرا؟ تو ایک وہ انسان ہے جو پانی نہ ہو تب سوچ پاتا ہے،</w:t>
      </w:r>
    </w:p>
    <w:p>
      <w:r>
        <w:rPr>
          <w:b/>
        </w:rPr>
        <w:t xml:space="preserve">[07:35] </w:t>
      </w:r>
      <w:r>
        <w:t>pani khatam ho jaye tab woh soch pata hai ke yeh kaisa ho gaya</w:t>
      </w:r>
    </w:p>
    <w:p>
      <w:pPr>
        <w:jc w:val="right"/>
      </w:pPr>
      <w:r>
        <w:t>پانی ختم ہو جائے تب وہ سوچ پاتا ہے کہ یہ کیسا ہو گیا</w:t>
      </w:r>
    </w:p>
    <w:p>
      <w:r>
        <w:rPr>
          <w:b/>
        </w:rPr>
        <w:t xml:space="preserve">[07:39] </w:t>
      </w:r>
      <w:r>
        <w:t>, ab kya hoga? lekin momin woh hai jo pani mil raha hai tab bhi sochta hai, woh</w:t>
      </w:r>
    </w:p>
    <w:p>
      <w:pPr>
        <w:jc w:val="right"/>
      </w:pPr>
      <w:r>
        <w:t>، اب کیا ہوگا؟ لیکن مومن وہ ہے جو پانی مل رہا ہے تب بھی سوچتا ہے، وہ</w:t>
      </w:r>
    </w:p>
    <w:p>
      <w:r>
        <w:rPr>
          <w:b/>
        </w:rPr>
        <w:t xml:space="preserve">[07:49] </w:t>
      </w:r>
      <w:r>
        <w:t>yaani woh affluence mein woh baat soch pata hai jo log us ke us ke state mein sochte hain. yeh hai momin.</w:t>
      </w:r>
    </w:p>
    <w:p>
      <w:pPr>
        <w:jc w:val="right"/>
      </w:pPr>
      <w:r>
        <w:t>یعنی وہ افلوئنس میں وہ بات سوچ پاتا ہے جو لوگ اس کے اس کے سٹیٹ میں سوچتے ہیں۔ یہ ہے مومن۔</w:t>
      </w:r>
    </w:p>
    <w:p>
      <w:r>
        <w:rPr>
          <w:b/>
        </w:rPr>
        <w:t xml:space="preserve">[07:58] </w:t>
      </w:r>
      <w:r>
        <w:t>yaani haivan jo hai, animal jo hai, pani na mile tab sochega, isko ghaas na mile tab sochega.</w:t>
      </w:r>
    </w:p>
    <w:p>
      <w:pPr>
        <w:jc w:val="right"/>
      </w:pPr>
      <w:r>
        <w:t>یعنی حیوان جو ہے، اینیمل جو ہے، پانی نہ ملے تب سوچے گا، اس کو گھاس نہ ملے تب سوچے گا۔</w:t>
      </w:r>
    </w:p>
    <w:p>
      <w:r>
        <w:rPr>
          <w:b/>
        </w:rPr>
        <w:t xml:space="preserve">[08:06] </w:t>
      </w:r>
      <w:r>
        <w:t>lekin momin woh hai jo ek bashaoor hasti hota hai, iske andar ek developed thinking hoti hai.</w:t>
      </w:r>
    </w:p>
    <w:p>
      <w:pPr>
        <w:jc w:val="right"/>
      </w:pPr>
      <w:r>
        <w:t>لیکن مومن وہ ہے جو ایک باشعور ہستی ہوتا ہے، اس کے اندر ایک ڈیولپڈ تھنکنگ ہوتی ہے۔</w:t>
      </w:r>
    </w:p>
    <w:p>
      <w:r>
        <w:rPr>
          <w:b/>
        </w:rPr>
        <w:t xml:space="preserve">[08:21] </w:t>
      </w:r>
      <w:r>
        <w:t>jab woh pani leta hai</w:t>
      </w:r>
    </w:p>
    <w:p>
      <w:pPr>
        <w:jc w:val="right"/>
      </w:pPr>
      <w:r>
        <w:t>جب وہ پانی لیتا ہے</w:t>
      </w:r>
    </w:p>
    <w:p>
      <w:r>
        <w:rPr>
          <w:b/>
        </w:rPr>
        <w:t xml:space="preserve">[08:25] </w:t>
      </w:r>
      <w:r>
        <w:t>tab bhi woh sochta hai ke pani na hota to mera kya haal hota? jab food leta hai tab bhi sochta hai ke food na hota to mera kya haal hota?</w:t>
      </w:r>
    </w:p>
    <w:p>
      <w:pPr>
        <w:jc w:val="right"/>
      </w:pPr>
      <w:r>
        <w:t>تب بھی وہ سوچتا ہے کہ پانی نہ ہوتا تو میرا کیا حال ہوتا؟ جب فوڈ لیتا ہے تب بھی سوچتا ہے کہ فوڈ نہ ہوتا تو میرا کیا حال ہوتا؟</w:t>
      </w:r>
    </w:p>
    <w:p>
      <w:r>
        <w:rPr>
          <w:b/>
        </w:rPr>
        <w:t xml:space="preserve">[08:38] </w:t>
      </w:r>
      <w:r>
        <w:t>woh hawa mein se oxygen leta hai tab bhi sochta hai ke oxygen na hota to kya haal hota mera?</w:t>
      </w:r>
    </w:p>
    <w:p>
      <w:pPr>
        <w:jc w:val="right"/>
      </w:pPr>
      <w:r>
        <w:t>وہ ہوا میں سے اکسیجن لیتا ہے تب بھی سوچتا ہے کہ اکسیجن نہ ہوتا تو کیا حال ہوتا میرا؟</w:t>
      </w:r>
    </w:p>
    <w:p>
      <w:r>
        <w:rPr>
          <w:b/>
        </w:rPr>
        <w:t xml:space="preserve">[08:45] </w:t>
      </w:r>
      <w:r>
        <w:t>to momin aur ghair momin ka farq yeh hai ke ghair momin just like animal hota hai, yaani cheezein na hon tab woh soch pata hai ke dekho yeh yeh nahi, ab kya hoga?</w:t>
      </w:r>
    </w:p>
    <w:p>
      <w:pPr>
        <w:jc w:val="right"/>
      </w:pPr>
      <w:r>
        <w:t>تو مومن اور غیر مومن کا فرق یہ ہے کہ غیر مومن جسٹ لائک اینیمل ہوتا ہے، یعنی چیزیں نہ ہوں تب وہ سوچ پاتا ہے کہ دیکھو یہ یہ نہیں، اب کیا ہوگا؟</w:t>
      </w:r>
    </w:p>
    <w:p>
      <w:r>
        <w:rPr>
          <w:b/>
        </w:rPr>
        <w:t xml:space="preserve">[09:01] </w:t>
      </w:r>
      <w:r>
        <w:t>yaani is is ke us ke state mein soch pata hai woh. lekin momin ek bashaoor hasti hai, iske andar ek developed thinking hoti hai.</w:t>
      </w:r>
    </w:p>
    <w:p>
      <w:pPr>
        <w:jc w:val="right"/>
      </w:pPr>
      <w:r>
        <w:t>یعنی اس اس کے اس کے سٹیٹ میں سوچ پاتا ہے وہ۔ لیکن مومن ایک باشعور ہستی ہے، اس کے اندر ایک ڈیولپڈ تھنکنگ ہوتی ہے۔</w:t>
      </w:r>
    </w:p>
    <w:p>
      <w:r>
        <w:rPr>
          <w:b/>
        </w:rPr>
        <w:t xml:space="preserve">[09:13] </w:t>
      </w:r>
      <w:r>
        <w:t>to affluence mein woh soch pata hai, woh cheez jo log us ke state mein sochte hain, tabhi to iski value hai Allah ke nazdeek.</w:t>
      </w:r>
    </w:p>
    <w:p>
      <w:pPr>
        <w:jc w:val="right"/>
      </w:pPr>
      <w:r>
        <w:t>تو افلوئنس میں وہ سوچ پاتا ہے، وہ چیز جو لوگ اس کے سٹیٹ میں سوچتے ہیں، تبھی تو اس کی ویلیو ہے اللہ کے نزدیک۔</w:t>
      </w:r>
    </w:p>
    <w:p>
      <w:r>
        <w:rPr>
          <w:b/>
        </w:rPr>
        <w:t xml:space="preserve">[09:24] </w:t>
      </w:r>
      <w:r>
        <w:t>to poora zindagi ke tamam tajurbaat, jo kuch bhi zindagi mein hota hai, in sab ko momin apni khorak banata hai,</w:t>
      </w:r>
    </w:p>
    <w:p>
      <w:pPr>
        <w:jc w:val="right"/>
      </w:pPr>
      <w:r>
        <w:t>تو پورا زندگی کے تمام تجربات، جو کچھ بھی زندگی میں ہوتا ہے، ان سب کو مومن اپنی خوراک بناتا ہے،</w:t>
      </w:r>
    </w:p>
    <w:p>
      <w:r>
        <w:rPr>
          <w:b/>
        </w:rPr>
        <w:t xml:space="preserve">[09:36] </w:t>
      </w:r>
      <w:r>
        <w:t>banata rehta hai, banata rehta hai, banata rehta hai, yahan tak ke woh ek mukammal ek imani darakht ban jata hai.</w:t>
      </w:r>
    </w:p>
    <w:p>
      <w:pPr>
        <w:jc w:val="right"/>
      </w:pPr>
      <w:r>
        <w:t>بناتا رہتا ہے، بناتا رہتا ہے، بناتا رہتا ہے، یہاں تک کہ وہ ایک مکمل ایک ایمانی درخت بن جاتا ہے۔</w:t>
      </w:r>
    </w:p>
    <w:p>
      <w:r>
        <w:rPr>
          <w:b/>
        </w:rPr>
        <w:t xml:space="preserve">[09:47] </w:t>
      </w:r>
      <w:r>
        <w:t>to yeh lifestyle aap ko ikhtiyar karna hai.</w:t>
      </w:r>
    </w:p>
    <w:p>
      <w:pPr>
        <w:jc w:val="right"/>
      </w:pPr>
      <w:r>
        <w:t>تو یہ لائف اسٹائل آپ کو اختیار کرنا ہے۔</w:t>
      </w:r>
    </w:p>
    <w:p>
      <w:r>
        <w:rPr>
          <w:b/>
        </w:rPr>
        <w:t xml:space="preserve">[09:53] </w:t>
      </w:r>
      <w:r>
        <w:t>aap ko yeh lifestyle, lifestyle, aap ko yeh lifestyle ikhtiyar karna hai ke aap subah shaam jo kuch beeta hai aap ke upar, in sab ko aap ghiza banate rahen.</w:t>
      </w:r>
    </w:p>
    <w:p>
      <w:pPr>
        <w:jc w:val="right"/>
      </w:pPr>
      <w:r>
        <w:t>آپ کو یہ لائف اسٹائل، لائف اسٹائل، آپ کو یہ لائف اسٹائل اختیار کرنا ہے کہ آپ صبح شام جو کچھ بیتا ہے آپ کے اوپر، ان سب کو آپ غذا بناتے رہیں۔</w:t>
      </w:r>
    </w:p>
    <w:p>
      <w:r>
        <w:rPr>
          <w:b/>
        </w:rPr>
        <w:t xml:space="preserve">[10:06] </w:t>
      </w:r>
      <w:r>
        <w:t>aur yeh aap ka shaoor itna barha hua ho ke negative experience ko bhi positive experience mein convert kar sakein.</w:t>
      </w:r>
    </w:p>
    <w:p>
      <w:pPr>
        <w:jc w:val="right"/>
      </w:pPr>
      <w:r>
        <w:t>اور یہ آپ کا شعور اتنا بڑھا ہوا ہو کہ نیگیٹیو ایکسپیرینس کو بھی پازیٹیو ایکسپیرینس میں کنورٹ کر سکیں۔</w:t>
      </w:r>
    </w:p>
    <w:p>
      <w:r>
        <w:rPr>
          <w:b/>
        </w:rPr>
        <w:t xml:space="preserve">[10:20] </w:t>
      </w:r>
      <w:r>
        <w:t>jaise aaj mein soch raha tha ek waqea</w:t>
      </w:r>
    </w:p>
    <w:p>
      <w:pPr>
        <w:jc w:val="right"/>
      </w:pPr>
      <w:r>
        <w:t>جیسے آج میں سوچ رہا تھا ایک واقعہ</w:t>
      </w:r>
    </w:p>
    <w:p>
      <w:r>
        <w:rPr>
          <w:b/>
        </w:rPr>
        <w:t xml:space="preserve">[10:26] </w:t>
      </w:r>
      <w:r>
        <w:t>sahaba ke zamane ka, rasool Allah salallaho alaihi wasallam jab aakhri zamane mein bimar ho gaye the to masjid mein nahi aate the, hujre mein namaz padhte the.</w:t>
      </w:r>
    </w:p>
    <w:p>
      <w:pPr>
        <w:jc w:val="right"/>
      </w:pPr>
      <w:r>
        <w:t>صحابہ کے زمانے کا، رسول اللہ صلی اللہ علیہ وسلم جب آخری زمانے میں بیمار ہو گئے تھے تو مسجد میں نہیں آتے تھے، حجرے میں نماز پڑھتے تھے۔</w:t>
      </w:r>
    </w:p>
    <w:p>
      <w:r>
        <w:rPr>
          <w:b/>
        </w:rPr>
        <w:t xml:space="preserve">[10:39] </w:t>
      </w:r>
      <w:r>
        <w:t>lekin aap ko hujra masjid se mila hua tha, yani namaz mein jab qirat hoti to us ki awaz hujre tak pahoonti thi.</w:t>
      </w:r>
    </w:p>
    <w:p>
      <w:pPr>
        <w:jc w:val="right"/>
      </w:pPr>
      <w:r>
        <w:t>لیکن آپ کو حجرہ مسجد سے ملا ہوا تھا، یعنی نماز میں جب قرات ہوتی تو اس کی آواز حجرے تک پہنچتی تھی۔</w:t>
      </w:r>
    </w:p>
    <w:p>
      <w:r>
        <w:rPr>
          <w:b/>
        </w:rPr>
        <w:t xml:space="preserve">[10:51] </w:t>
      </w:r>
      <w:r>
        <w:t>to aakhri zamane ka waqia hai ke aap hujre mein the aur fajar ke waqt namaz khadi hui, log sab bandh ke khade hue.</w:t>
      </w:r>
    </w:p>
    <w:p>
      <w:pPr>
        <w:jc w:val="right"/>
      </w:pPr>
      <w:r>
        <w:t>تو آخری زمانے کا واقعہ ہے کہ آپ حجرے میں تھے اور فجر کے وقت نماز کھڑی ہوئی، لوگ سب باندھ کے کھڑے ہوئے۔</w:t>
      </w:r>
    </w:p>
    <w:p>
      <w:r>
        <w:rPr>
          <w:b/>
        </w:rPr>
        <w:t xml:space="preserve">[11:03] </w:t>
      </w:r>
      <w:r>
        <w:t>to us waqt wahan par hazrat umar the, to logon ne hazrat umar ko musalle par khada kar diya, imam ki hesiyat se. unhon ne jab shuru kiya alhamdulillah rabbil alameen to awaz gayi rasool Allah ke hujre tak.</w:t>
      </w:r>
    </w:p>
    <w:p>
      <w:pPr>
        <w:jc w:val="right"/>
      </w:pPr>
      <w:r>
        <w:t>تو اس وقت وہاں پر حضرت عمر تھے، تو لوگوں نے حضرت عمر کو مصلے پر کھڑا کر دیا، امام کی حیثیت سے۔ انہوں نے جب شروع کیا الحمدللہ رب العالمین تو آواز گئی رسول اللہ کے حجرے تک۔</w:t>
      </w:r>
    </w:p>
    <w:p>
      <w:r>
        <w:rPr>
          <w:b/>
        </w:rPr>
        <w:t xml:space="preserve">[11:21] </w:t>
      </w:r>
      <w:r>
        <w:t>to aap ne hujre se aap bole ke Allah aur rasool umar ki imamat par razi nahi hain?</w:t>
      </w:r>
    </w:p>
    <w:p>
      <w:pPr>
        <w:jc w:val="right"/>
      </w:pPr>
      <w:r>
        <w:t>تو آپ نے حجرے سے آپ بولے کہ اللہ اور رسول عمر کی امامت پر راضی نہیں ہیں؟</w:t>
      </w:r>
    </w:p>
    <w:p>
      <w:r>
        <w:rPr>
          <w:b/>
        </w:rPr>
        <w:t xml:space="preserve">[11:40] </w:t>
      </w:r>
      <w:r>
        <w:t>yani us waqt jo most senior aadmi the, woh hazrat abubakar the, lekin kisi wajah se unhein fajar mein aane mein thoda sa der ho gayi thi.</w:t>
      </w:r>
    </w:p>
    <w:p>
      <w:pPr>
        <w:jc w:val="right"/>
      </w:pPr>
      <w:r>
        <w:t>یعنی اس وقت جو موسٹ سینئر آدمی تھے، وہ حضرت ابوبکر تھے، لیکن کسی وجہ سے انہیں فجر میں آنے میں تھوڑا سا دیر ہو گئی تھی۔</w:t>
      </w:r>
    </w:p>
    <w:p>
      <w:r>
        <w:rPr>
          <w:b/>
        </w:rPr>
        <w:t xml:space="preserve">[11:52] </w:t>
      </w:r>
      <w:r>
        <w:t>to jab takbeer shuru hui to woh maujood nahi the. un ke maujood na hone ki wajah se logon ne hazrat umar ko imamat par khada kar diya.</w:t>
      </w:r>
    </w:p>
    <w:p>
      <w:pPr>
        <w:jc w:val="right"/>
      </w:pPr>
      <w:r>
        <w:t>تو جب تکبیر شروع ہوئی تو وہ موجود نہیں تھے۔ ان کے موجود نہ ہونے کی وجہ سے لوگوں نے حضرت عمر کو امامت پر کھڑا کر دیا۔</w:t>
      </w:r>
    </w:p>
    <w:p>
      <w:r>
        <w:rPr>
          <w:b/>
        </w:rPr>
        <w:t xml:space="preserve">[12:04] </w:t>
      </w:r>
      <w:r>
        <w:t>thodi der mein aa gaye woh to rasool Allah ne hujre se awaz di ke Allah aur rasool umar ki imamat par razi nahi hain?</w:t>
      </w:r>
    </w:p>
    <w:p>
      <w:pPr>
        <w:jc w:val="right"/>
      </w:pPr>
      <w:r>
        <w:t>تھوڑی دیر میں آگئے وہ تو رسول اللہ نے حجرے سے آواز دی کہ اللہ اور رسول عمر کی امامت پر راضی نہیں ہیں؟</w:t>
      </w:r>
    </w:p>
    <w:p>
      <w:r>
        <w:rPr>
          <w:b/>
        </w:rPr>
        <w:t xml:space="preserve">[12:20] </w:t>
      </w:r>
      <w:r>
        <w:t>ab ghor kijiye, kaisi ajib baat thi? to us waqt umar ko peeche kiya gaya aur abubakar ko aage kiya gaya.</w:t>
      </w:r>
    </w:p>
    <w:p>
      <w:pPr>
        <w:jc w:val="right"/>
      </w:pPr>
      <w:r>
        <w:t>اب غور کیجئے، کیسی عجیب بات تھی؟ تو اس وقت عمر کو پیچھے کیا گیا اور ابوبکر کو آگے کیا گیا۔</w:t>
      </w:r>
    </w:p>
    <w:p>
      <w:r>
        <w:rPr>
          <w:b/>
        </w:rPr>
        <w:t xml:space="preserve">[12:30] </w:t>
      </w:r>
      <w:r>
        <w:t>yani namaz shuru ho chuki thi, namaz shuru ho chuki thi, musalle par hazrat umar khade ho chuke the, qirat bhi shuru kar chuke the.</w:t>
      </w:r>
    </w:p>
    <w:p>
      <w:pPr>
        <w:jc w:val="right"/>
      </w:pPr>
      <w:r>
        <w:t>یعنی نماز شروع ہو چکی تھی، نماز شروع ہو چکی تھی، مصلے پر حضرت عمر کھڑے ہو چکے تھے، قرات بھی شروع کر چکے تھے۔</w:t>
      </w:r>
    </w:p>
    <w:p>
      <w:r>
        <w:rPr>
          <w:b/>
        </w:rPr>
        <w:t xml:space="preserve">[12:45] </w:t>
      </w:r>
      <w:r>
        <w:t>lekin jab rasool Allah ki awaz aayi to peeche kiya gaya un ko aur abubakar ko aage kiya gaya.</w:t>
      </w:r>
    </w:p>
    <w:p>
      <w:pPr>
        <w:jc w:val="right"/>
      </w:pPr>
      <w:r>
        <w:t>لیکن جب رسول اللہ کی آواز آئی تو پیچھے کیا گیا ان کو اور ابوبکر کو آگے کیا گیا۔</w:t>
      </w:r>
    </w:p>
    <w:p>
      <w:r>
        <w:rPr>
          <w:b/>
        </w:rPr>
        <w:t xml:space="preserve">[12:55] </w:t>
      </w:r>
      <w:r>
        <w:t>to main ne socha ke kitna bada humiliation hoga is mein hazrat umar ko. hazrat umar jo the, kitna zyada humiliation feel kiya hoga unhon ne, kitna zyada.</w:t>
      </w:r>
    </w:p>
    <w:p>
      <w:pPr>
        <w:jc w:val="right"/>
      </w:pPr>
      <w:r>
        <w:t>تو میں نے سوچا کہ کتنا بڑا ہیومیلیشن ہوگا اس میں حضرت عمر کو۔ حضرت عمر جو تھے، کتنا زیادہ ہیومیلیشن فیل کیا ہوگا انہوں نے، کتنا زیادہ۔</w:t>
      </w:r>
    </w:p>
    <w:p>
      <w:r>
        <w:rPr>
          <w:b/>
        </w:rPr>
        <w:t xml:space="preserve">[13:11] </w:t>
      </w:r>
      <w:r>
        <w:t>lekin unhon ne koi remote nahi kiya, woh ghussa nahi hue,</w:t>
      </w:r>
    </w:p>
    <w:p>
      <w:pPr>
        <w:jc w:val="right"/>
      </w:pPr>
      <w:r>
        <w:t>لیکن انہوں نے کوئی ریموٹ نہیں کیا، وہ غصہ نہیں ہوئے،</w:t>
      </w:r>
    </w:p>
    <w:p>
      <w:r>
        <w:rPr>
          <w:b/>
        </w:rPr>
        <w:t xml:space="preserve">[13:15] </w:t>
      </w:r>
      <w:r>
        <w:t>mujhe aisa Islam nahi chahiye, main wapas jata hoon.</w:t>
      </w:r>
    </w:p>
    <w:p>
      <w:pPr>
        <w:jc w:val="right"/>
      </w:pPr>
      <w:r>
        <w:t>مجھے ایسا اسلام نہیں چاہیے، میں واپس جاتا ہوں۔</w:t>
      </w:r>
    </w:p>
    <w:p>
      <w:r>
        <w:rPr>
          <w:b/>
        </w:rPr>
        <w:t xml:space="preserve">[13:23] </w:t>
      </w:r>
      <w:r>
        <w:t>aaj kal dekhiye, aap choti si baat par woh offend ho jate hain, choti si baat offend ho jate hain. yahan to ek himalayan reason tha un ke paas, himalayan reason ke agar main namaz padha raha tha to us mein kya baat thi</w:t>
      </w:r>
    </w:p>
    <w:p>
      <w:pPr>
        <w:jc w:val="right"/>
      </w:pPr>
      <w:r>
        <w:t>آج کل دیکھیے، آپ چھوٹی سی بات پر وہ افینڈ ہو جاتے ہیں، چھوٹی سی بات افینڈ ہو جاتے ہیں۔ یہاں تو ایک ہمالین ریزن تھا ان کے پاس، ہمالین ریزن کہ اگر میں نماز پڑھا رہا تھا تو اس میں کیا بات تھی</w:t>
      </w:r>
    </w:p>
    <w:p>
      <w:r>
        <w:rPr>
          <w:b/>
        </w:rPr>
        <w:t xml:space="preserve">[13:39] </w:t>
      </w:r>
      <w:r>
        <w:t>mujhe? lekin imamat par khade ho chuke the aur qirat kar rahe the, us waqt hataya gaya un ko</w:t>
      </w:r>
    </w:p>
    <w:p>
      <w:pPr>
        <w:jc w:val="right"/>
      </w:pPr>
      <w:r>
        <w:t>مجھے؟ لیکن امامت پر کھڑے ہو چکے تھے اور قرات کر رہے تھے، اس وقت ہٹایا گیا ان کو</w:t>
      </w:r>
    </w:p>
    <w:p>
      <w:r>
        <w:rPr>
          <w:b/>
        </w:rPr>
        <w:t xml:space="preserve">[13:50] </w:t>
      </w:r>
      <w:r>
        <w:t>aur koi wajah nahi batai gayi, koi reason nahi batai gayi.</w:t>
      </w:r>
    </w:p>
    <w:p>
      <w:pPr>
        <w:jc w:val="right"/>
      </w:pPr>
      <w:r>
        <w:t>اور کوئی وجہ نہیں بتائی گئی، کوئی ریزن نہیں بتائی گئی۔</w:t>
      </w:r>
    </w:p>
    <w:p>
      <w:r>
        <w:rPr>
          <w:b/>
        </w:rPr>
        <w:t xml:space="preserve">[13:56] </w:t>
      </w:r>
      <w:r>
        <w:t>to yeh yeh rasool ka aur sahaba ka mamla na samjhiye, yeh zindagi ka mamla hai.</w:t>
      </w:r>
    </w:p>
    <w:p>
      <w:pPr>
        <w:jc w:val="right"/>
      </w:pPr>
      <w:r>
        <w:t>تو یہ یہ رسول کا اور صحابہ کا معاملہ نہ سمجھیے، یہ زندگی کا معاملہ ہے۔</w:t>
      </w:r>
    </w:p>
    <w:p>
      <w:r>
        <w:rPr>
          <w:b/>
        </w:rPr>
        <w:t xml:space="preserve">[14:03] </w:t>
      </w:r>
      <w:r>
        <w:t>har din aap ko aisi waqiat pesh aayengi jahan aap aap offend ho jayenge, aap bura mehsoos karenge, aap ko ghussa aa jayega.</w:t>
      </w:r>
    </w:p>
    <w:p>
      <w:pPr>
        <w:jc w:val="right"/>
      </w:pPr>
      <w:r>
        <w:t>ہر دن آپ کو ایسی واقعات پیش آئیں گے جہاں آپ آپ افینڈ ہو جائیں گے، آپ برا محسوس کریں گے، آپ کو غصہ آ جائے گا۔</w:t>
      </w:r>
    </w:p>
    <w:p>
      <w:r>
        <w:rPr>
          <w:b/>
        </w:rPr>
        <w:t xml:space="preserve">[14:17] </w:t>
      </w:r>
      <w:r>
        <w:t>lekin wahi to time hai jab ke aap us ko food banayein. food kaise banta hai? woh yani apni modesty ko establish karein.</w:t>
      </w:r>
    </w:p>
    <w:p>
      <w:pPr>
        <w:jc w:val="right"/>
      </w:pPr>
      <w:r>
        <w:t>لیکن وہی تو ٹائم ہے جب کہ آپ اس کو فوڈ بنائیں۔ فوڈ کیسے بنتا ہے؟ وہ یعنی اپنی ماڈیسٹی کو اسٹیبلش کریں۔</w:t>
      </w:r>
    </w:p>
    <w:p>
      <w:r>
        <w:rPr>
          <w:b/>
        </w:rPr>
        <w:t xml:space="preserve">[14:30] </w:t>
      </w:r>
      <w:r>
        <w:t>wahi to waqt hai</w:t>
      </w:r>
    </w:p>
    <w:p>
      <w:pPr>
        <w:jc w:val="right"/>
      </w:pPr>
      <w:r>
        <w:t>وہی تو وقت ہے</w:t>
      </w:r>
    </w:p>
    <w:p>
      <w:r>
        <w:rPr>
          <w:b/>
        </w:rPr>
        <w:t xml:space="preserve">[14:33] </w:t>
      </w:r>
      <w:r>
        <w:t>jab farishte aap ke charon taraf hain, woh likh rahe hain aap ki baton ko. to wahi to waqt hai, woh agar aap wahan ghussa karein, offend ho jayein,</w:t>
      </w:r>
    </w:p>
    <w:p>
      <w:pPr>
        <w:jc w:val="right"/>
      </w:pPr>
      <w:r>
        <w:t>جب فرشتے آپ کے چاروں طرف ہیں، وہ لکھ رہے ہیں آپ کی باتوں کو۔ تو وہی تو وقت ہے، وہ اگر آپ وہاں غصہ کریں، افینڈ ہو جائیں،</w:t>
      </w:r>
    </w:p>
    <w:p>
      <w:r>
        <w:rPr>
          <w:b/>
        </w:rPr>
        <w:t xml:space="preserve">[14:46] </w:t>
      </w:r>
      <w:r>
        <w:t>bolne lagein, mushtael ho jayein, jhagda karein to us ke mani kya hue? ek mauqa ko aap ne apna food nahi bana</w:t>
      </w:r>
    </w:p>
    <w:p>
      <w:pPr>
        <w:jc w:val="right"/>
      </w:pPr>
      <w:r>
        <w:t>بولنے لگیں، مشتعل ہو جائیں، جھگڑا کریں تو اس کے معنی کیا ہوئے؟ ایک موقع کو آپ نے اپنا فوڈ نہیں بنا</w:t>
      </w:r>
    </w:p>
    <w:p>
      <w:r>
        <w:rPr>
          <w:b/>
        </w:rPr>
        <w:t xml:space="preserve">[14:56] </w:t>
      </w:r>
      <w:r>
        <w:t>sake, yani aap ek mauqa mila tha aap ko ke apni hasti mein, apne wajood mein modesty ki ghiza pahunchayein.</w:t>
      </w:r>
    </w:p>
    <w:p>
      <w:pPr>
        <w:jc w:val="right"/>
      </w:pPr>
      <w:r>
        <w:t>سکے، یعنی آپ ایک موقع ملا تھا آپ کو کہ اپنی ہستی میں، اپنے وجود میں ماڈیسٹی کی غذا پہنچائیں۔</w:t>
      </w:r>
    </w:p>
    <w:p>
      <w:r>
        <w:rPr>
          <w:b/>
        </w:rPr>
        <w:t xml:space="preserve">[15:07] </w:t>
      </w:r>
      <w:r>
        <w:t>Khuda ke samne, farishton ke samne is baat ko ka ek demonstration dein ke main Allah ka mutawazi banta hoon, Allah ka borders banta hoon.</w:t>
      </w:r>
    </w:p>
    <w:p>
      <w:pPr>
        <w:jc w:val="right"/>
      </w:pPr>
      <w:r>
        <w:t>خدا کے سامنے، فرشتوں کے سامنے اس بات کو کا ایک ڈیمونسٹریشن دیں کہ میں اللہ کا متواضع بنتا ہوں، اللہ کا بارڈرز بنتا ہوں۔</w:t>
      </w:r>
    </w:p>
    <w:p>
      <w:r>
        <w:rPr>
          <w:b/>
        </w:rPr>
        <w:t xml:space="preserve">[15:24] </w:t>
      </w:r>
      <w:r>
        <w:t>yeh isi ka naam food hai.</w:t>
      </w:r>
    </w:p>
    <w:p>
      <w:pPr>
        <w:jc w:val="right"/>
      </w:pPr>
      <w:r>
        <w:t>یہ اسی کا نام فوڈ ہے۔</w:t>
      </w:r>
    </w:p>
    <w:p>
      <w:r>
        <w:rPr>
          <w:b/>
        </w:rPr>
        <w:t xml:space="preserve">[15:30] </w:t>
      </w:r>
      <w:r>
        <w:t>jab bhi koi experience hota hai, jab bhi koi waqea pesh aata hai, us waqt aap ke liye wahan pe ek food hota hai, ek food.</w:t>
      </w:r>
    </w:p>
    <w:p>
      <w:pPr>
        <w:jc w:val="right"/>
      </w:pPr>
      <w:r>
        <w:t>جب بھی کوئی ایکسپیرینس ہوتا ہے، جب بھی کوئی واقعہ پیش آتا ہے، اس وقت آپ کے لیے وہاں پہ ایک فوڈ ہوتا ہے، ایک فوڈ۔</w:t>
      </w:r>
    </w:p>
    <w:p>
      <w:r>
        <w:rPr>
          <w:b/>
        </w:rPr>
        <w:t xml:space="preserve">[15:41] </w:t>
      </w:r>
      <w:r>
        <w:t>wo food hota hai</w:t>
      </w:r>
    </w:p>
    <w:p>
      <w:pPr>
        <w:jc w:val="right"/>
      </w:pPr>
      <w:r>
        <w:t>وہ فوڈ ہوتا ہے</w:t>
      </w:r>
    </w:p>
    <w:p>
      <w:r>
        <w:rPr>
          <w:b/>
        </w:rPr>
        <w:t xml:space="preserve">[15:45] </w:t>
      </w:r>
      <w:r>
        <w:t>aap ke imaan ko taraqqi ke liye, aap ke zehan ki irtaqa ke liye,</w:t>
      </w:r>
    </w:p>
    <w:p>
      <w:pPr>
        <w:jc w:val="right"/>
      </w:pPr>
      <w:r>
        <w:t>آپ کے ایمان کو ترقی کے لیے، آپ کے ذہن کی ارتقاء کے لیے،</w:t>
      </w:r>
    </w:p>
    <w:p>
      <w:r>
        <w:rPr>
          <w:b/>
        </w:rPr>
        <w:t xml:space="preserve">[15:51] </w:t>
      </w:r>
      <w:r>
        <w:t>aap ki spirituality ko develop karne ke liye, ek food hota hai.</w:t>
      </w:r>
    </w:p>
    <w:p>
      <w:pPr>
        <w:jc w:val="right"/>
      </w:pPr>
      <w:r>
        <w:t>آپ کی سپریچولیٹی کو ڈیولپ کرنے کے لیے، ایک فوڈ ہوتا ہے۔</w:t>
      </w:r>
    </w:p>
    <w:p>
      <w:r>
        <w:rPr>
          <w:b/>
        </w:rPr>
        <w:t xml:space="preserve">[15:59] </w:t>
      </w:r>
      <w:r>
        <w:t>to jab aap ghussa na hon, offend na hon, is ko negative sense mein na lein, tabhi aap is ko apne food bana payenge.</w:t>
      </w:r>
    </w:p>
    <w:p>
      <w:pPr>
        <w:jc w:val="right"/>
      </w:pPr>
      <w:r>
        <w:t>تو جب آپ غصہ نہ ہوں، افینڈ نہ ہوں، اس کو نیگیٹیو سینس میں نہ لیں، تبھی آپ اس کو اپنے فوڈ بنا پائیں گے۔</w:t>
      </w:r>
    </w:p>
    <w:p>
      <w:r>
        <w:rPr>
          <w:b/>
        </w:rPr>
        <w:t xml:space="preserve">[16:11] </w:t>
      </w:r>
      <w:r>
        <w:t>jahan aap negative ho gaye to aap is ko food nahi bana sakte, aap food nahi bana sakte. aap</w:t>
      </w:r>
    </w:p>
    <w:p>
      <w:pPr>
        <w:jc w:val="right"/>
      </w:pPr>
      <w:r>
        <w:t>جہاں آپ نیگیٹیو ہو گئے تو آپ اس کو فوڈ نہیں بنا سکتے، آپ فوڈ نہیں بنا سکتے۔ آپ</w:t>
      </w:r>
    </w:p>
    <w:p>
      <w:r>
        <w:rPr>
          <w:b/>
        </w:rPr>
        <w:t xml:space="preserve">[16:22] </w:t>
      </w:r>
      <w:r>
        <w:t>to sab se zaroori cheez hai ke aap ke andar wo shaoor develop kare, wo mind bane, wo soch aap ke andar tayyar ho ke aap cheezon ko hamesha positive way mein lein.</w:t>
      </w:r>
    </w:p>
    <w:p>
      <w:pPr>
        <w:jc w:val="right"/>
      </w:pPr>
      <w:r>
        <w:t>تو سب سے ضروری چیز ہے کہ آپ کے اندر وہ شعور ڈیولپ کرے، وہ مائنڈ بنے، وہ سوچ آپ کے اندر تیار ہو کہ آپ چیزوں کو ہمیشہ پازیٹیو وے میں لیں۔</w:t>
      </w:r>
    </w:p>
    <w:p>
      <w:r>
        <w:rPr>
          <w:b/>
        </w:rPr>
        <w:t xml:space="preserve">[16:39] </w:t>
      </w:r>
      <w:r>
        <w:t>positive jab positive way mein aap lenge cheezon ko to ek bohat bara aap ko ek bohat bari opportunity mil jayegi ke cheezon ko apni shakhsiyat ke irtaqa ke liye aap food banayein.</w:t>
      </w:r>
    </w:p>
    <w:p>
      <w:pPr>
        <w:jc w:val="right"/>
      </w:pPr>
      <w:r>
        <w:t>پازیٹیو جب پازیٹیو وے میں آپ لیں گے چیزوں کو تو ایک بہت بڑا آپ کو ایک بہت بڑی اپرچونیٹی مل جائے گی کہ چیزوں کو اپنی شخصیت کے ارتقاء کے لیے آپ فوڈ بنائیں۔</w:t>
      </w:r>
    </w:p>
    <w:p>
      <w:r>
        <w:rPr>
          <w:b/>
        </w:rPr>
        <w:t xml:space="preserve">[16:59] </w:t>
      </w:r>
      <w:r>
        <w:t>yahan tak, yahan tak ke ek beej jo tha imaan ka, wo ek bohat bara darakht ban jaye.</w:t>
      </w:r>
    </w:p>
    <w:p>
      <w:pPr>
        <w:jc w:val="right"/>
      </w:pPr>
      <w:r>
        <w:t>یہاں تک، یہاں تک کہ ایک بیج جو تھا ایمان کا، وہ ایک بہت بڑا درخت بن جائے۔</w:t>
      </w:r>
    </w:p>
    <w:p>
      <w:r>
        <w:rPr>
          <w:b/>
        </w:rPr>
        <w:t xml:space="preserve">[17:08] </w:t>
      </w:r>
      <w:r>
        <w:t>yeh hai raaz imaan ki shakhsiyat banane ka. dekhein, imaan ki jo shakhsiyat hai, wo aise nahi banti ke aap ne zuban se kalma padh diya,</w:t>
      </w:r>
    </w:p>
    <w:p>
      <w:pPr>
        <w:jc w:val="right"/>
      </w:pPr>
      <w:r>
        <w:t>یہ ہے راز ایمان کی شخصیت بنانے کا۔ دیکھیں، ایمان کی جو شخصیت ہے، وہ ایسے نہیں بنتی کہ آپ نے زبان سے کلمہ پڑھ دیا،</w:t>
      </w:r>
    </w:p>
    <w:p>
      <w:r>
        <w:rPr>
          <w:b/>
        </w:rPr>
        <w:t xml:space="preserve">[17:23] </w:t>
      </w:r>
      <w:r>
        <w:t>koi tasbeeh se le kar Allah Allah kar liya.</w:t>
      </w:r>
    </w:p>
    <w:p>
      <w:pPr>
        <w:jc w:val="right"/>
      </w:pPr>
      <w:r>
        <w:t>کوئی تسبیح سے لے کر اللہ اللہ کر لیا۔</w:t>
      </w:r>
    </w:p>
    <w:p>
      <w:r>
        <w:rPr>
          <w:b/>
        </w:rPr>
        <w:t xml:space="preserve">[17:27] </w:t>
      </w:r>
      <w:r>
        <w:t>is se wo shakhsiyat, wo personality nahi banti. wo personality ke liye food chahiye, spiritual food, imani food, rabbani food, wo chahiye.</w:t>
      </w:r>
    </w:p>
    <w:p>
      <w:pPr>
        <w:jc w:val="right"/>
      </w:pPr>
      <w:r>
        <w:t>اس سے وہ شخصیت، وہ پرسنیلٹی نہیں بنتی۔ وہ پرسنیلٹی کے لیے فوڈ چاہیے، اسپریچول فوڈ، ایمانی فوڈ، ربانی فوڈ، وہ چاہیے۔</w:t>
      </w:r>
    </w:p>
    <w:p>
      <w:r>
        <w:rPr>
          <w:b/>
        </w:rPr>
        <w:t xml:space="preserve">[17:40] </w:t>
      </w:r>
      <w:r>
        <w:t>tab ja kar shakhsiyat banegi, nahi to nahi banegi.</w:t>
      </w:r>
    </w:p>
    <w:p>
      <w:pPr>
        <w:jc w:val="right"/>
      </w:pPr>
      <w:r>
        <w:t>تب جا کر شخصیت بنے گی، نہیں تو نہیں بنے گی۔</w:t>
      </w:r>
    </w:p>
    <w:p>
      <w:r>
        <w:rPr>
          <w:b/>
        </w:rPr>
        <w:t xml:space="preserve">[17:49] </w:t>
      </w:r>
      <w:r>
        <w:t>jaise dekhein, mein ek waqea arz karunga sahabi ka</w:t>
      </w:r>
    </w:p>
    <w:p>
      <w:pPr>
        <w:jc w:val="right"/>
      </w:pPr>
      <w:r>
        <w:t>جیسے دیکھیں، میں ایک واقعہ عرض کروں گا صحابی کا</w:t>
      </w:r>
    </w:p>
    <w:p>
      <w:r>
        <w:rPr>
          <w:b/>
        </w:rPr>
        <w:t xml:space="preserve">[17:54] </w:t>
      </w:r>
      <w:r>
        <w:t>ke ek ek bar, ek rasool Allah ke zamane ka waqea hai. ek bar ek aadmi bahar se madine ke, madine ke bahar se aaye to rasool Allah us waqt ek khayme mein the,</w:t>
      </w:r>
    </w:p>
    <w:p>
      <w:pPr>
        <w:jc w:val="right"/>
      </w:pPr>
      <w:r>
        <w:t>کہ ایک ایک بار، ایک رسول اللہ کے زمانے کا واقعہ ہے۔ ایک بار ایک آدمی باہر سے مدینے کے، مدینے کے باہر سے آئے تو رسول اللہ اس وقت ایک خیمہ میں تھے،</w:t>
      </w:r>
    </w:p>
    <w:p>
      <w:r>
        <w:rPr>
          <w:b/>
        </w:rPr>
        <w:t xml:space="preserve">[18:13] </w:t>
      </w:r>
      <w:r>
        <w:t>khayma tent mein. to wo andar jana chahte the to kai aur log ja rahe the,</w:t>
      </w:r>
    </w:p>
    <w:p>
      <w:pPr>
        <w:jc w:val="right"/>
      </w:pPr>
      <w:r>
        <w:t>خیمہ ٹینٹ میں۔ تو وہ اندر جانا چاہتے تھے تو کئی اور لوگ جا رہے تھے،</w:t>
      </w:r>
    </w:p>
    <w:p>
      <w:r>
        <w:rPr>
          <w:b/>
        </w:rPr>
        <w:t xml:space="preserve">[18:25] </w:t>
      </w:r>
      <w:r>
        <w:t>to unhon ne bhi jana chaha. to jab kai log jana chahein to zahir hai ke koi dhakka lag jata hai kisi ko.</w:t>
      </w:r>
    </w:p>
    <w:p>
      <w:pPr>
        <w:jc w:val="right"/>
      </w:pPr>
      <w:r>
        <w:t>تو انہوں نے بھی جانا چاہا۔ تو جب کئی لوگ جانا چاہیں تو ظاہر ہے کہ کوئی دھکا لگ جاتا ہے کسی کو۔</w:t>
      </w:r>
    </w:p>
    <w:p>
      <w:r>
        <w:rPr>
          <w:b/>
        </w:rPr>
        <w:t xml:space="preserve">[18:37] </w:t>
      </w:r>
      <w:r>
        <w:t>to is mein jab jane ke andar koshish karne lage to dhakka lag gaya kisi ko. to wo aadmi ghussa ho gaya, unhon ne kaha ke mein tumhein marunga ke mein ne meri koi dhakka diya.</w:t>
      </w:r>
    </w:p>
    <w:p>
      <w:pPr>
        <w:jc w:val="right"/>
      </w:pPr>
      <w:r>
        <w:t>تو اس میں جب جانے کے اندر کوشش کرنے لگے تو دھکا لگ گیا کسی کو۔ تو وہ آدمی غصہ ہو گیا، انہوں نے کہا کہ میں تمہیں ماروں گا کہ میں نے میری کوئی دھکا دیا۔</w:t>
      </w:r>
    </w:p>
    <w:p>
      <w:r>
        <w:rPr>
          <w:b/>
        </w:rPr>
        <w:t xml:space="preserve">[18:59] </w:t>
      </w:r>
      <w:r>
        <w:t>Wallah la adhr mink khuda ki qasam, mein tum ko marunga.</w:t>
      </w:r>
    </w:p>
    <w:p>
      <w:pPr>
        <w:jc w:val="right"/>
      </w:pPr>
      <w:r>
        <w:t>واللہ لاذر منک خدا کی قسم، میں تم کو ماروں گا۔</w:t>
      </w:r>
    </w:p>
    <w:p>
      <w:r>
        <w:rPr>
          <w:b/>
        </w:rPr>
        <w:t xml:space="preserve">[19:07] </w:t>
      </w:r>
      <w:r>
        <w:t>to is aadmi ne kaha ke aap jaldi na kijiye, mere case ko samjhiye.</w:t>
      </w:r>
    </w:p>
    <w:p>
      <w:pPr>
        <w:jc w:val="right"/>
      </w:pPr>
      <w:r>
        <w:t>تو اس آدمی نے کہا کہ آپ جلدی نہ کیجئے، میرے کیس کو سمجھیے۔</w:t>
      </w:r>
    </w:p>
    <w:p>
      <w:r>
        <w:rPr>
          <w:b/>
        </w:rPr>
        <w:t xml:space="preserve">[19:17] </w:t>
      </w:r>
      <w:r>
        <w:t>mein madine ka aadmi nahi hoon, mein bahar se aaya hoon.</w:t>
      </w:r>
    </w:p>
    <w:p>
      <w:pPr>
        <w:jc w:val="right"/>
      </w:pPr>
      <w:r>
        <w:t>میں مدینے کا آدمی نہیں ہوں، میں باہر سے آیا ہوں۔</w:t>
      </w:r>
    </w:p>
    <w:p>
      <w:r>
        <w:rPr>
          <w:b/>
        </w:rPr>
        <w:t xml:space="preserve">[19:21] </w:t>
      </w:r>
      <w:r>
        <w:t>wahan kuch log</w:t>
      </w:r>
    </w:p>
    <w:p>
      <w:pPr>
        <w:jc w:val="right"/>
      </w:pPr>
      <w:r>
        <w:t>وہاں کچھ لوگ</w:t>
      </w:r>
    </w:p>
    <w:p>
      <w:r>
        <w:rPr>
          <w:b/>
        </w:rPr>
        <w:t xml:space="preserve">[19:28] </w:t>
      </w:r>
      <w:r>
        <w:t>naye naye iman laye hain, unhon ne mujh ko bheja hai ke tum jao rasool Allah ki sohbat mein baitho aur kuch deen ki ibadat seekh karayo aur hum ko batao.</w:t>
      </w:r>
    </w:p>
    <w:p>
      <w:pPr>
        <w:jc w:val="right"/>
      </w:pPr>
      <w:r>
        <w:t>نئے نئے ایمان لائے ہیں، انہوں نے مجھ کو بھیجا ہے کہ تم جاؤ رسول اللہ کی صحبت میں بیٹھو اور کچھ دین کی عبادت سیکھ کراؤ اور ہم کو بتاؤ۔</w:t>
      </w:r>
    </w:p>
    <w:p>
      <w:r>
        <w:rPr>
          <w:b/>
        </w:rPr>
        <w:t xml:space="preserve">[19:42] </w:t>
      </w:r>
      <w:r>
        <w:t>to mein ne thoda jaldi ki ke agar mein andar nahi ja paya to kaise seekhunga aur ja ke kaise bataunga.</w:t>
      </w:r>
    </w:p>
    <w:p>
      <w:pPr>
        <w:jc w:val="right"/>
      </w:pPr>
      <w:r>
        <w:t>تو میں نے تھوڑا جلدی کی کہ اگر میں اندر نہیں جا پایا تو کیسے سیکھوں گا اور جا کے کیسے بتاؤں گا۔</w:t>
      </w:r>
    </w:p>
    <w:p>
      <w:r>
        <w:rPr>
          <w:b/>
        </w:rPr>
        <w:t xml:space="preserve">[19:53] </w:t>
      </w:r>
      <w:r>
        <w:t>to aap log to yahin ke hain, aap logon ko to har waqt sohbat sohbat mil sakti hai, lekin main to chala jaunga.</w:t>
      </w:r>
    </w:p>
    <w:p>
      <w:pPr>
        <w:jc w:val="right"/>
      </w:pPr>
      <w:r>
        <w:t>تو آپ لوگ تو یہیں کے ہیں، آپ لوگوں کو تو ہر وقت صحبت صحبت مل سکتی ہے، لیکن میں تو چلا جاؤں گا۔</w:t>
      </w:r>
    </w:p>
    <w:p>
      <w:r>
        <w:rPr>
          <w:b/>
        </w:rPr>
        <w:t xml:space="preserve">[20:06] </w:t>
      </w:r>
      <w:r>
        <w:t>ab dekhen kya hua, jis aadmi ko dh</w:t>
      </w:r>
    </w:p>
    <w:p>
      <w:pPr>
        <w:jc w:val="right"/>
      </w:pPr>
      <w:r>
        <w:t>اب دیکھیں کیا ہوا، جس آدمی کو دھ</w:t>
      </w:r>
    </w:p>
    <w:p>
      <w:r>
        <w:rPr>
          <w:b/>
        </w:rPr>
        <w:t xml:space="preserve">[20:11] </w:t>
      </w:r>
      <w:r>
        <w:t>ka laga tha, pehle is ne kaha tha ke ya ashr al-rijal</w:t>
      </w:r>
    </w:p>
    <w:p>
      <w:pPr>
        <w:jc w:val="right"/>
      </w:pPr>
      <w:r>
        <w:t>کا لگا تھا، پہلے اس نے کہا تھا کہ یا اشر الرجال</w:t>
      </w:r>
    </w:p>
    <w:p>
      <w:r>
        <w:rPr>
          <w:b/>
        </w:rPr>
        <w:t xml:space="preserve">[20:18] </w:t>
      </w:r>
      <w:r>
        <w:t>jis ko dhakka laga tha, us ne kaha tha ya ashr al-rijal aye sab se zyada bure aadmi.</w:t>
      </w:r>
    </w:p>
    <w:p>
      <w:pPr>
        <w:jc w:val="right"/>
      </w:pPr>
      <w:r>
        <w:t>جس کو دھکا لگا تھا، اس نے کہا تھا یا اشر الرجال اے سب سے زیادہ برے آدمی۔</w:t>
      </w:r>
    </w:p>
    <w:p>
      <w:r>
        <w:rPr>
          <w:b/>
        </w:rPr>
        <w:t xml:space="preserve">[20:29] </w:t>
      </w:r>
      <w:r>
        <w:t>achha, jab use explain kar diya, tab kya hua? wahi aadmi bolta hai,</w:t>
      </w:r>
    </w:p>
    <w:p>
      <w:pPr>
        <w:jc w:val="right"/>
      </w:pPr>
      <w:r>
        <w:t>اچھا، جب اسے ایکسپلین کر دیا، تب کیا ہوا؟ وہی آدمی بولتا ہے،</w:t>
      </w:r>
    </w:p>
    <w:p>
      <w:r>
        <w:rPr>
          <w:b/>
        </w:rPr>
        <w:t xml:space="preserve">[20:43] </w:t>
      </w:r>
      <w:r>
        <w:t>lekin isi ki boli badal gayi. bola, us ne kaha ke wallah la'an asharr minkhuda ki qasam, main hi bura aadmi hoon.</w:t>
      </w:r>
    </w:p>
    <w:p>
      <w:pPr>
        <w:jc w:val="right"/>
      </w:pPr>
      <w:r>
        <w:t>لیکن اسی کی بولی بدل گئی۔ بولا، اس نے کہا کہ واللہ لعن شر منک خدا کی قسم، میں ہی برا آدمی ہوں۔</w:t>
      </w:r>
    </w:p>
    <w:p>
      <w:r>
        <w:rPr>
          <w:b/>
        </w:rPr>
        <w:t xml:space="preserve">[20:59] </w:t>
      </w:r>
      <w:r>
        <w:t>yeh bhi kya hai? food lena hai,</w:t>
      </w:r>
    </w:p>
    <w:p>
      <w:pPr>
        <w:jc w:val="right"/>
      </w:pPr>
      <w:r>
        <w:t>یہ بھی کیا ہے؟ فوڈ لینا ہے،</w:t>
      </w:r>
    </w:p>
    <w:p>
      <w:r>
        <w:rPr>
          <w:b/>
        </w:rPr>
        <w:t xml:space="preserve">[21:06] </w:t>
      </w:r>
      <w:r>
        <w:t>y</w:t>
      </w:r>
    </w:p>
    <w:p>
      <w:pPr>
        <w:jc w:val="right"/>
      </w:pPr>
      <w:r>
        <w:t>ی</w:t>
      </w:r>
    </w:p>
    <w:p>
      <w:r>
        <w:rPr>
          <w:b/>
        </w:rPr>
        <w:t xml:space="preserve">[21:07] </w:t>
      </w:r>
      <w:r>
        <w:t>ani jab ishtia'al aa gaya, jab ghussa aa gaya, aur farishte wahan bhi maujood hain us ko note karne ke liye ke dekhen ab kya karta hai yeh.</w:t>
      </w:r>
    </w:p>
    <w:p>
      <w:pPr>
        <w:jc w:val="right"/>
      </w:pPr>
      <w:r>
        <w:t>عنی جب اشتعال آ گیا، جب غصہ آ گیا، اور فرشتے وہاں بھی موجود ہیں اس کو نوٹ کرنے کے لیے کہ دیکھیں اب کیا کرتا ہے یہ۔</w:t>
      </w:r>
    </w:p>
    <w:p>
      <w:r>
        <w:rPr>
          <w:b/>
        </w:rPr>
        <w:t xml:space="preserve">[21:20] </w:t>
      </w:r>
      <w:r>
        <w:t>to us ne kya kiya? ke ghusse ko pi gaya, woh ishtia'al ko khatam kar diya, woh</w:t>
      </w:r>
    </w:p>
    <w:p>
      <w:pPr>
        <w:jc w:val="right"/>
      </w:pPr>
      <w:r>
        <w:t>تو اس نے کیا کیا؟ کہ غصے کو پی گیا، وہ اشتعال کو ختم کر دیا، وہ</w:t>
      </w:r>
    </w:p>
    <w:p>
      <w:r>
        <w:rPr>
          <w:b/>
        </w:rPr>
        <w:t xml:space="preserve">[21:29] </w:t>
      </w:r>
      <w:r>
        <w:t>aur foran us ne etiraf kar liya, acknowledge kar liya.</w:t>
      </w:r>
    </w:p>
    <w:p>
      <w:pPr>
        <w:jc w:val="right"/>
      </w:pPr>
      <w:r>
        <w:t>اور فوراً اس نے اعتراف کر لیا، اکنالج کر لیا۔</w:t>
      </w:r>
    </w:p>
    <w:p>
      <w:r>
        <w:rPr>
          <w:b/>
        </w:rPr>
        <w:t xml:space="preserve">[21:37] </w:t>
      </w:r>
      <w:r>
        <w:t>to ab us ne kya kiya? is se apni apni shakhsiyat mein ek naya food dakhil kiya, jise aap tonic lete hain, is se aap ko taqat milti hai.</w:t>
      </w:r>
    </w:p>
    <w:p>
      <w:pPr>
        <w:jc w:val="right"/>
      </w:pPr>
      <w:r>
        <w:t>تو اب اس نے کیا کیا؟ اس سے اپنی اپنی شخصیت میں ایک نیا فوڈ داخل کیا، جسے آپ ٹانک لیتے ہیں، اس سے آپ کو طاقت ملتی ہے۔</w:t>
      </w:r>
    </w:p>
    <w:p>
      <w:r>
        <w:rPr>
          <w:b/>
        </w:rPr>
        <w:t xml:space="preserve">[21:50] </w:t>
      </w:r>
      <w:r>
        <w:t>vitamin lete hain, is se aap ko taqat milti hai. aap iron lete hain, is se aap ko taqat milti hai.</w:t>
      </w:r>
    </w:p>
    <w:p>
      <w:pPr>
        <w:jc w:val="right"/>
      </w:pPr>
      <w:r>
        <w:t>وٹامن لیتے ہیں، اس سے آپ کو طاقت ملتی ہے۔ آپ ائرن لیتے ہیں، اس سے آپ کو طاقت ملتی ہے۔</w:t>
      </w:r>
    </w:p>
    <w:p>
      <w:r>
        <w:rPr>
          <w:b/>
        </w:rPr>
        <w:t xml:space="preserve">[21:56] </w:t>
      </w:r>
      <w:r>
        <w:t>to is tarah se yeh spiritual food ke woh aadmi ki shakhsiyat mein yeh quality aayi</w:t>
      </w:r>
    </w:p>
    <w:p>
      <w:pPr>
        <w:jc w:val="right"/>
      </w:pPr>
      <w:r>
        <w:t>تو اس طرح سے یہ اسپریچول فوڈ کہ وہ آدمی کی شخصیت میں یہ کوالٹی آئی</w:t>
      </w:r>
    </w:p>
    <w:p>
      <w:r>
        <w:rPr>
          <w:b/>
        </w:rPr>
        <w:t xml:space="preserve">[22:08] </w:t>
      </w:r>
      <w:r>
        <w:t>ke baat ko agar explain kar diya jaye aur maloom ho ke ghalti meri thi to keh de ke I was wrong, I was wrong .</w:t>
      </w:r>
    </w:p>
    <w:p>
      <w:pPr>
        <w:jc w:val="right"/>
      </w:pPr>
      <w:r>
        <w:t>کہ بات کو اگر ایکسپلین کر دیا جائے اور معلوم ہو کہ غلطی میری تھی تو کہہ دے کہ I was wrong, I was wrong ۔</w:t>
      </w:r>
    </w:p>
    <w:p>
      <w:r>
        <w:rPr>
          <w:b/>
        </w:rPr>
        <w:t xml:space="preserve">[22:21] </w:t>
      </w:r>
      <w:r>
        <w:t>yeh yeh yeh quality hai momin ki personality, ek shakhsiyat ki quality hai ke jaise explain kar diya jaye to phir woh us ko</w:t>
      </w:r>
    </w:p>
    <w:p>
      <w:pPr>
        <w:jc w:val="right"/>
      </w:pPr>
      <w:r>
        <w:t>یہ یہ یہ کوالٹی ہے مومن کی پرسنیلٹی، ایک شخصیت کی کوالٹی ہے کہ جیسے ایکسپلین کر دیا جائے تو پھر وہ اس کو</w:t>
      </w:r>
    </w:p>
    <w:p>
      <w:r>
        <w:rPr>
          <w:b/>
        </w:rPr>
        <w:t xml:space="preserve">[22:35] </w:t>
      </w:r>
      <w:r>
        <w:t>prestige show na banaye, ana ka sawal na banaye. woh keh de ke I was wrong, you areright,</w:t>
      </w:r>
    </w:p>
    <w:p>
      <w:pPr>
        <w:jc w:val="right"/>
      </w:pPr>
      <w:r>
        <w:t>پریسٹیج شو نہ بنائے، انا کا سوال نہ بنائے۔ وہ کہہ دے کہ I was wrong, you areright,</w:t>
      </w:r>
    </w:p>
    <w:p>
      <w:r>
        <w:rPr>
          <w:b/>
        </w:rPr>
        <w:t xml:space="preserve">[22:48] </w:t>
      </w:r>
      <w:r>
        <w:t>I was wrong .</w:t>
      </w:r>
    </w:p>
    <w:p>
      <w:pPr>
        <w:jc w:val="right"/>
      </w:pPr>
      <w:r>
        <w:t>I was wrong ۔</w:t>
      </w:r>
    </w:p>
    <w:p>
      <w:r>
        <w:rPr>
          <w:b/>
        </w:rPr>
        <w:t xml:space="preserve">[22:50] </w:t>
      </w:r>
      <w:r>
        <w:t>is se ek personality banti hai aap ke andar, yani etiraf ki personality, appreciate karne ki personality, acknowledge karne ki personality.</w:t>
      </w:r>
    </w:p>
    <w:p>
      <w:pPr>
        <w:jc w:val="right"/>
      </w:pPr>
      <w:r>
        <w:t>اس سے ایک پرسنیلٹی بنتی ہے آپ کے اندر، یعنی اعتراف کی پرسنیلٹی، اپریشیٹ کرنے کی پرسنیلٹی، اکنالج کرنے کی پرسنیلٹی۔</w:t>
      </w:r>
    </w:p>
    <w:p>
      <w:r>
        <w:rPr>
          <w:b/>
        </w:rPr>
        <w:t xml:space="preserve">[23:03] </w:t>
      </w:r>
      <w:r>
        <w:t>is tarah se brocer khurak aur food pohanchta hai, tab momin ki shakhsiyat grow karti hai. woh alfaaz ko tasbeeh ke daane dohrane se nahi sakhti banti.</w:t>
      </w:r>
    </w:p>
    <w:p>
      <w:pPr>
        <w:jc w:val="right"/>
      </w:pPr>
      <w:r>
        <w:t>اس طرح سے بروسر خوراک اور فوڈ پہنچتا ہے، تب مومن کی شخصیت گرو کرتی ہے۔ وہ الفاظ کو تسبیح کے دانے دہرانے سے نہیں سختی بنتی۔</w:t>
      </w:r>
    </w:p>
    <w:p>
      <w:r>
        <w:rPr>
          <w:b/>
        </w:rPr>
        <w:t xml:space="preserve">[23:20] </w:t>
      </w:r>
      <w:r>
        <w:t>munh se kuch lips, lip service ke tor par kuch keh dein, aap ghussa shakhsiyat nahi banti.</w:t>
      </w:r>
    </w:p>
    <w:p>
      <w:pPr>
        <w:jc w:val="right"/>
      </w:pPr>
      <w:r>
        <w:t>منہ سے کچھ لپس، لپ سروس کے طور پر کچھ کہہ دیں، آپ غصہ شخصیت نہیں بنتی۔</w:t>
      </w:r>
    </w:p>
    <w:p>
      <w:r>
        <w:rPr>
          <w:b/>
        </w:rPr>
        <w:t xml:space="preserve">[23:34] </w:t>
      </w:r>
      <w:r>
        <w:t>to aadmi ko yeh jo quran mein hai ke woh insan jannat mein jayega jis ka, jis jis ne apna tazkiya kiya hua ho, mazka shakhsiyat hi jannat mein jayegi.</w:t>
      </w:r>
    </w:p>
    <w:p>
      <w:pPr>
        <w:jc w:val="right"/>
      </w:pPr>
      <w:r>
        <w:t>تو آدمی کو یہ جو قرآن میں ہے کہ وہ انسان جنت میں جائے گا جس کا، جس جس نے اپنا تزکیہ کیا ہوا ہو، مذکہ شخصیت ہی جنت میں جائے گی۔</w:t>
      </w:r>
    </w:p>
    <w:p>
      <w:r>
        <w:rPr>
          <w:b/>
        </w:rPr>
        <w:t xml:space="preserve">[23:50] </w:t>
      </w:r>
      <w:r>
        <w:t>zhalika jaza mutazakka to mazka shakhsiyat kya hai? woh koi mysterious cheez nahi hai, koi purasrar cheez nahi hai.</w:t>
      </w:r>
    </w:p>
    <w:p>
      <w:pPr>
        <w:jc w:val="right"/>
      </w:pPr>
      <w:r>
        <w:t>ذالک جزا متزکا تو مذکہ شخصیت کیا ہے؟ وہ کوئی مسریس چیز نہیں ہے، کوئی پراسرار چیز نہیں ہے۔</w:t>
      </w:r>
    </w:p>
    <w:p>
      <w:r>
        <w:rPr>
          <w:b/>
        </w:rPr>
        <w:t xml:space="preserve">[23:59] </w:t>
      </w:r>
      <w:r>
        <w:t>yahi hai mazka shakhsiyat</w:t>
      </w:r>
    </w:p>
    <w:p>
      <w:pPr>
        <w:jc w:val="right"/>
      </w:pPr>
      <w:r>
        <w:t>یہی ہے مذکہ شخصیت</w:t>
      </w:r>
    </w:p>
    <w:p>
      <w:r>
        <w:rPr>
          <w:b/>
        </w:rPr>
        <w:t xml:space="preserve">[24:04] </w:t>
      </w:r>
      <w:r>
        <w:t>ke waqiaat se food lete hue, tajrubaat se food lete hue, aap apne andar modesty paida karen, honesty paida karen, etiraf paida karen,</w:t>
      </w:r>
    </w:p>
    <w:p>
      <w:pPr>
        <w:jc w:val="right"/>
      </w:pPr>
      <w:r>
        <w:t>کہ واقعات سے فوڈ لیتے ہوئے، تجربات سے فوڈ لیتے ہوئے، آپ اپنے اندر ماڈیسٹی پیدا کریں، اونسٹی پیدا کریں، اعتراف پیدا کریں،</w:t>
      </w:r>
    </w:p>
    <w:p>
      <w:r>
        <w:rPr>
          <w:b/>
        </w:rPr>
        <w:t xml:space="preserve">[24:19] </w:t>
      </w:r>
      <w:r>
        <w:t>Allah ka khauf paida karen, jannat ka shauq paida k</w:t>
      </w:r>
    </w:p>
    <w:p>
      <w:pPr>
        <w:jc w:val="right"/>
      </w:pPr>
      <w:r>
        <w:t>اللہ کا خوف پیدا کریں، جنت کا شوق پیدا ک</w:t>
      </w:r>
    </w:p>
    <w:p>
      <w:r>
        <w:rPr>
          <w:b/>
        </w:rPr>
        <w:t xml:space="preserve">[24:24] </w:t>
      </w:r>
      <w:r>
        <w:t>aren. Yeh sab hota hai tajrubaat ke douran.</w:t>
      </w:r>
    </w:p>
    <w:p>
      <w:pPr>
        <w:jc w:val="right"/>
      </w:pPr>
      <w:r>
        <w:t>ریں۔ یہ سب ہوتا ہے تجربات کے دوران۔</w:t>
      </w:r>
    </w:p>
    <w:p>
      <w:r>
        <w:rPr>
          <w:b/>
        </w:rPr>
        <w:t xml:space="preserve">[24:34] </w:t>
      </w:r>
      <w:r>
        <w:t>Yeh kahin jangl mein nahi hota, kisi ghajre mein nahi hota, yeh real life mein hota hai. Real life</w:t>
      </w:r>
    </w:p>
    <w:p>
      <w:pPr>
        <w:jc w:val="right"/>
      </w:pPr>
      <w:r>
        <w:t>یہ کہیں جنگل میں نہیں ہوتا، کسی گھجرے میں نہیں ہوتا، یہ ریئل لائف میں ہوتا ہے۔ ریئل لائف</w:t>
      </w:r>
    </w:p>
    <w:p>
      <w:r>
        <w:rPr>
          <w:b/>
        </w:rPr>
        <w:t xml:space="preserve">[24:45] </w:t>
      </w:r>
      <w:r>
        <w:t>tajrubaat real life mein paish aate hain, kisi hujre mein nahi paish aate aur na kisi jangl mein paish aate hain.</w:t>
      </w:r>
    </w:p>
    <w:p>
      <w:pPr>
        <w:jc w:val="right"/>
      </w:pPr>
      <w:r>
        <w:t>تجربات ریئل لائف میں پیش آتے ہیں، کسی حجرے میں نہیں پیش آتے اور نہ کسی جنگل میں پیش آتے ہیں۔</w:t>
      </w:r>
    </w:p>
    <w:p>
      <w:r>
        <w:rPr>
          <w:b/>
        </w:rPr>
        <w:t xml:space="preserve">[24:57] </w:t>
      </w:r>
      <w:r>
        <w:t>Aur dekhiye,</w:t>
      </w:r>
    </w:p>
    <w:p>
      <w:pPr>
        <w:jc w:val="right"/>
      </w:pPr>
      <w:r>
        <w:t>اور دیکھیے،</w:t>
      </w:r>
    </w:p>
    <w:p>
      <w:r>
        <w:rPr>
          <w:b/>
        </w:rPr>
        <w:t xml:space="preserve">[25:01] </w:t>
      </w:r>
      <w:r>
        <w:t>Yeh sab saada baatein nahi hain.</w:t>
      </w:r>
    </w:p>
    <w:p>
      <w:pPr>
        <w:jc w:val="right"/>
      </w:pPr>
      <w:r>
        <w:t>یہ سب سادہ باتیں نہیں ہیں۔</w:t>
      </w:r>
    </w:p>
    <w:p>
      <w:r>
        <w:rPr>
          <w:b/>
        </w:rPr>
        <w:t xml:space="preserve">[25:06] </w:t>
      </w:r>
      <w:r>
        <w:t>Hum mein se har shakhs chahta hai ke is ko jannat mein dakhla milay.</w:t>
      </w:r>
    </w:p>
    <w:p>
      <w:pPr>
        <w:jc w:val="right"/>
      </w:pPr>
      <w:r>
        <w:t>ہم میں سے ہر شخص چاہتا ہے کہ اس کو جنت میں داخلہ ملے۔</w:t>
      </w:r>
    </w:p>
    <w:p>
      <w:r>
        <w:rPr>
          <w:b/>
        </w:rPr>
        <w:t xml:space="preserve">[25:11] </w:t>
      </w:r>
      <w:r>
        <w:t>To yeh bohat hi zyada bari misunderstanding mein, yani grave misunderstanding hai ke hum yeh samjhein ke shahwat se jannat mil jaye gi, musalman ghar mein paida hoga, jannat mil jaye gi.</w:t>
      </w:r>
    </w:p>
    <w:p>
      <w:pPr>
        <w:jc w:val="right"/>
      </w:pPr>
      <w:r>
        <w:t>تو یہ بہت ہی زیادہ بڑی مس انڈرسٹینڈنگ میں، یعنی گریو مس انڈرسٹینڈنگ ہے کہ ہم یہ سمجھیں کہ شہوات سے جنت مل جائے گی، مسلمان گھر میں پیدا ہوگا، جنت مل جائے گی۔</w:t>
      </w:r>
    </w:p>
    <w:p>
      <w:r>
        <w:rPr>
          <w:b/>
        </w:rPr>
        <w:t xml:space="preserve">[25:25] </w:t>
      </w:r>
      <w:r>
        <w:t>Yeh kar diya to sath tasbeeh parh liya to jannat mil jaye gi. Yeh sab bilashuba amani hai, amani.</w:t>
      </w:r>
    </w:p>
    <w:p>
      <w:pPr>
        <w:jc w:val="right"/>
      </w:pPr>
      <w:r>
        <w:t>یہ کر دیا تو ساتھ تسبیح پڑھ لیا تو جنت مل جائے گی۔ یہ سب بلاشبہ امانی ہے، امانی۔</w:t>
      </w:r>
    </w:p>
    <w:p>
      <w:r>
        <w:rPr>
          <w:b/>
        </w:rPr>
        <w:t xml:space="preserve">[25:35] </w:t>
      </w:r>
      <w:r>
        <w:t>Jannat na to shafa'at se milne wali hai, na musalman ghar mein paida hone se milne wali hai, na sath tasbeeh parhne se milne wali hai, na kisi buzurg ke paas ja ke milen, is se dua len, is se milne wali hai.</w:t>
      </w:r>
    </w:p>
    <w:p>
      <w:pPr>
        <w:jc w:val="right"/>
      </w:pPr>
      <w:r>
        <w:t>جنت نہ تو شفاعت سے ملنے والی ہے، نہ مسلمان گھر میں پیدا ہونے سے ملنے والی ہے، نہ ساتھ تسبیح پڑھنے سے ملنے والی ہے، نہ کسی بزرگ کے پاس جا کے ملیں، اس سے دعا لیں، اس سے ملنے والی ہے۔</w:t>
      </w:r>
    </w:p>
    <w:p>
      <w:r>
        <w:rPr>
          <w:b/>
        </w:rPr>
        <w:t xml:space="preserve">[25:48] </w:t>
      </w:r>
      <w:r>
        <w:t>Kuch bhi nahi. Jannat mile gi aap ko khud apni shakhsiyat, aap ne kaisi banai hai?</w:t>
      </w:r>
    </w:p>
    <w:p>
      <w:pPr>
        <w:jc w:val="right"/>
      </w:pPr>
      <w:r>
        <w:t>کچھ بھی نہیں۔ جنت ملے گی آپ کو خود اپنی شخصیت، آپ نے کیسی بنائی ہے؟</w:t>
      </w:r>
    </w:p>
    <w:p>
      <w:r>
        <w:rPr>
          <w:b/>
        </w:rPr>
        <w:t xml:space="preserve">[26:03] </w:t>
      </w:r>
      <w:r>
        <w:t>Apni shakhsiyat kaisi banai hai?</w:t>
      </w:r>
    </w:p>
    <w:p>
      <w:pPr>
        <w:jc w:val="right"/>
      </w:pPr>
      <w:r>
        <w:t>اپنی شخصیت کیسی بنائی ہے؟</w:t>
      </w:r>
    </w:p>
    <w:p>
      <w:r>
        <w:rPr>
          <w:b/>
        </w:rPr>
        <w:t xml:space="preserve">[26:11] </w:t>
      </w:r>
      <w:r>
        <w:t>Yaani ek jannati shakhsiyat jannat mein jaye gi, koi aur cheez kisi ko jannat mein le jane wali nahi hai.</w:t>
      </w:r>
    </w:p>
    <w:p>
      <w:pPr>
        <w:jc w:val="right"/>
      </w:pPr>
      <w:r>
        <w:t>یعنی ایک جنتی شخصیت جنت میں جائے گی، کوئی اور چیز کسی کو جنت میں لے جانے والی نہیں ہے۔</w:t>
      </w:r>
    </w:p>
    <w:p>
      <w:r>
        <w:rPr>
          <w:b/>
        </w:rPr>
        <w:t xml:space="preserve">[26:23] </w:t>
      </w:r>
      <w:r>
        <w:t>Is ko achi tarah yaad rakhti hai ke jannat mein jannati shakhsiyat jaye gi, koi aur cheez nahi.</w:t>
      </w:r>
    </w:p>
    <w:p>
      <w:pPr>
        <w:jc w:val="right"/>
      </w:pPr>
      <w:r>
        <w:t>اس کو اچھی طرح یاد رکھتی ہے کہ جنت میں جنتی شخصیت جائے گی، کوئی اور چیز نہیں۔</w:t>
      </w:r>
    </w:p>
    <w:p>
      <w:r>
        <w:rPr>
          <w:b/>
        </w:rPr>
        <w:t xml:space="preserve">[26:30] </w:t>
      </w:r>
      <w:r>
        <w:t>Jaisay aap farz kijiye ke aap ek shakhs doctor banna chahta hai, to is ko degree doctor banaye gi, koi recommendation doctor nahi banaye ga.</w:t>
      </w:r>
    </w:p>
    <w:p>
      <w:pPr>
        <w:jc w:val="right"/>
      </w:pPr>
      <w:r>
        <w:t>جیسے آپ فرض کیجئے کہ آپ ایک شخص ڈاکٹر بننا چاہتا ہے، تو اس کو ڈگری ڈاکٹر بنائے گی، کوئی ریکمنڈیشن ڈاکٹر نہیں بنائے گا۔</w:t>
      </w:r>
    </w:p>
    <w:p>
      <w:r>
        <w:rPr>
          <w:b/>
        </w:rPr>
        <w:t xml:space="preserve">[26:48] </w:t>
      </w:r>
      <w:r>
        <w:t>Agar aap chahte hain ke aap doctor banen to kisi recommendation se aap doctor nahi ban sakte, kisi wishful thinking se aap doctor nahi ban sakte.</w:t>
      </w:r>
    </w:p>
    <w:p>
      <w:pPr>
        <w:jc w:val="right"/>
      </w:pPr>
      <w:r>
        <w:t>اگر آپ چاہتے ہیں کہ آپ ڈاکٹر بنیں تو کسی ریکمنڈیشن سے آپ ڈاکٹر نہیں بن سکتے، کسی وش فل تھنکنگ سے آپ ڈاکٹر نہیں بن سکتے۔</w:t>
      </w:r>
    </w:p>
    <w:p>
      <w:r>
        <w:rPr>
          <w:b/>
        </w:rPr>
        <w:t xml:space="preserve">[27:01] </w:t>
      </w:r>
      <w:r>
        <w:t>Doctor banen ge is tareeqay se ke aap degree hasil karen, yaani medical science parhen, tab aisa hoga.</w:t>
      </w:r>
    </w:p>
    <w:p>
      <w:pPr>
        <w:jc w:val="right"/>
      </w:pPr>
      <w:r>
        <w:t>ڈاکٹر بنیں گے اس طریقے سے کہ آپ ڈگری حاصل کریں، یعنی میڈیکل سائنس پڑھیں، تب ایسا ہوگا۔</w:t>
      </w:r>
    </w:p>
    <w:p>
      <w:r>
        <w:rPr>
          <w:b/>
        </w:rPr>
        <w:t xml:space="preserve">[27:12] </w:t>
      </w:r>
      <w:r>
        <w:t>Dekhen, yahi muamla dawat ka bhi hai. Dawat ke liye bhi aap ko apne ko prepare karna parhe ga.</w:t>
      </w:r>
    </w:p>
    <w:p>
      <w:pPr>
        <w:jc w:val="right"/>
      </w:pPr>
      <w:r>
        <w:t>دیکھیں، یہی معاملہ دعوت کا بھی ہے۔ دعوت کے لیے بھی آپ کو اپنے کو پریپیئر کرنا پڑے گا۔</w:t>
      </w:r>
    </w:p>
    <w:p>
      <w:r>
        <w:rPr>
          <w:b/>
        </w:rPr>
        <w:t xml:space="preserve">[27:19] </w:t>
      </w:r>
      <w:r>
        <w:t>Dawat bhi koi announcement ki baat nahi hai ke loudspeaker par announce kar den, aap dawat to aap daai ban gaye.</w:t>
      </w:r>
    </w:p>
    <w:p>
      <w:pPr>
        <w:jc w:val="right"/>
      </w:pPr>
      <w:r>
        <w:t>دعوت بھی کوئی اناؤنسمنٹ کی بات نہیں ہے کہ لاؤڈ سپیکر پر اناؤنس کر دیں، آپ دعوت تو آپ داعی بن گئے۔</w:t>
      </w:r>
    </w:p>
    <w:p>
      <w:r>
        <w:rPr>
          <w:b/>
        </w:rPr>
        <w:t xml:space="preserve">[27:28] </w:t>
      </w:r>
      <w:r>
        <w:t>Loudspeaker par announce kar den to ise daai nahi ban jayen ge. Aap</w:t>
      </w:r>
    </w:p>
    <w:p>
      <w:pPr>
        <w:jc w:val="right"/>
      </w:pPr>
      <w:r>
        <w:t>لاؤڈ سپیکر پر اناؤنس کر دیں تو اسے داعی نہیں بن جائیں گے۔ آپ</w:t>
      </w:r>
    </w:p>
    <w:p>
      <w:r>
        <w:rPr>
          <w:b/>
        </w:rPr>
        <w:t xml:space="preserve">[27:35] </w:t>
      </w:r>
      <w:r>
        <w:t>Woh bhi ek ek ek ek process hai, ek amal hai.</w:t>
      </w:r>
    </w:p>
    <w:p>
      <w:pPr>
        <w:jc w:val="right"/>
      </w:pPr>
      <w:r>
        <w:t>وہ بھی ایک ایک ایک ایک پروسیس ہے، ایک عمل ہے۔</w:t>
      </w:r>
    </w:p>
    <w:p>
      <w:r>
        <w:rPr>
          <w:b/>
        </w:rPr>
        <w:t xml:space="preserve">[27:45] </w:t>
      </w:r>
      <w:r>
        <w:t>Aur dawat ka kaam bhi, sach poochiye to taameer shakhsiyat ka kaam hai.</w:t>
      </w:r>
    </w:p>
    <w:p>
      <w:pPr>
        <w:jc w:val="right"/>
      </w:pPr>
      <w:r>
        <w:t>اور دعوت کا کام بھی، سچ پوچھیے تو تعمیر شخصیت کا کام ہے۔</w:t>
      </w:r>
    </w:p>
    <w:p>
      <w:r>
        <w:rPr>
          <w:b/>
        </w:rPr>
        <w:t xml:space="preserve">[27:51] </w:t>
      </w:r>
      <w:r>
        <w:t>Is dunya mein jo kuch bhi hai, chahe dawat ho, chahe business ho, chahe job ho, chahe family life ho, kahin bhi aap hain, har jagah ko aap istemal karen apni shakhsiyat ki taameer ke liye.</w:t>
      </w:r>
    </w:p>
    <w:p>
      <w:pPr>
        <w:jc w:val="right"/>
      </w:pPr>
      <w:r>
        <w:t>اس دنیا میں جو کچھ بھی ہے، چاہے دعوت ہو، چاہے بزنس ہو، چاہے جاب ہو، چاہے فیملی لائف ہو، کہیں بھی آپ ہیں، ہر جگہ کو آپ استعمال کریں اپنی شخصیت کی تعمیر کے لیے۔</w:t>
      </w:r>
    </w:p>
    <w:p>
      <w:r>
        <w:rPr>
          <w:b/>
        </w:rPr>
        <w:t xml:space="preserve">[28:08] </w:t>
      </w:r>
      <w:r>
        <w:t>Abhi ka ek waqia mujhe ek sahib ne bataya, mein is ko arz karna chahta hoon. Hamare ek saathi hain, un ka naam hai Sajid Anwar, woh engineer hain.</w:t>
      </w:r>
    </w:p>
    <w:p>
      <w:pPr>
        <w:jc w:val="right"/>
      </w:pPr>
      <w:r>
        <w:t>ابھی کا ایک واقعہ مجھے ایک صاحب نے بتایا، میں اس کو عرض کرنا چاہتا ہوں۔ ہمارے ایک ساتھی ہیں، ان کا نام ہے ساجد انور، وہ انجینئر ہیں۔</w:t>
      </w:r>
    </w:p>
    <w:p>
      <w:r>
        <w:rPr>
          <w:b/>
        </w:rPr>
        <w:t xml:space="preserve">[28:22] </w:t>
      </w:r>
      <w:r>
        <w:t>To unhone bataya ke woh ek safar mein thay, to safar mein un ki mulaqat hui ek South Indian Hindu se.</w:t>
      </w:r>
    </w:p>
    <w:p>
      <w:pPr>
        <w:jc w:val="right"/>
      </w:pPr>
      <w:r>
        <w:t>تو انہوں نے بتایا کہ وہ ایک سفر میں تھے، تو سفر میں ان کی ملاقات ہوئی ایک ساؤتھ انڈین ہندو سے۔</w:t>
      </w:r>
    </w:p>
    <w:p>
      <w:r>
        <w:rPr>
          <w:b/>
        </w:rPr>
        <w:t xml:space="preserve">[28:32] </w:t>
      </w:r>
      <w:r>
        <w:t>woh germany mein rehte hain, ab yani south india mein paida hue, ab rehte hain germany mein. ab woh unka subject hai biology.</w:t>
      </w:r>
    </w:p>
    <w:p>
      <w:pPr>
        <w:jc w:val="right"/>
      </w:pPr>
      <w:r>
        <w:t>وہ جرمنی میں رہتے ہیں، اب یعنی ساؤتھ انڈیا میں پیدا ہوئے، اب رہتے ہیں جرمنی میں۔ اب وہ ان کا سبجیکٹ ہے بیالوجی۔</w:t>
      </w:r>
    </w:p>
    <w:p>
      <w:r>
        <w:rPr>
          <w:b/>
        </w:rPr>
        <w:t xml:space="preserve">[28:43] </w:t>
      </w:r>
      <w:r>
        <w:t>biology</w:t>
      </w:r>
    </w:p>
    <w:p>
      <w:pPr>
        <w:jc w:val="right"/>
      </w:pPr>
      <w:r>
        <w:t>بیالوجی</w:t>
      </w:r>
    </w:p>
    <w:p>
      <w:r>
        <w:rPr>
          <w:b/>
        </w:rPr>
        <w:t xml:space="preserve">[28:46] </w:t>
      </w:r>
      <w:r>
        <w:t>toh guftagu ke douran unhon ne kaha ke cell jo insan ke body mein hote hain, cell jo billion trillion hote hain, bohat zyada hote hain, woh itne chote hote hain ke aankh se dekh nahi sakte aap.</w:t>
      </w:r>
    </w:p>
    <w:p>
      <w:pPr>
        <w:jc w:val="right"/>
      </w:pPr>
      <w:r>
        <w:t>تو گفتگو کے دوران انہوں نے کہا کہ سیل جو انسان کے باڈی میں ہوتے ہیں، سیل جو بلین ٹریل ہوتے ہیں، بہت زیادہ ہوتے ہیں، وہ اتنے چھوٹے ہوتے ہیں کہ آنکھ سے دیکھ نہیں سکتے آپ۔</w:t>
      </w:r>
    </w:p>
    <w:p>
      <w:r>
        <w:rPr>
          <w:b/>
        </w:rPr>
        <w:t xml:space="preserve">[29:02] </w:t>
      </w:r>
      <w:r>
        <w:t>toh unhon ne cell ka zikr kiya, jis ko kehte hain living cell.</w:t>
      </w:r>
    </w:p>
    <w:p>
      <w:pPr>
        <w:jc w:val="right"/>
      </w:pPr>
      <w:r>
        <w:t>تو انہوں نے سیل کا ذکر کیا، جس کو کہتے ہیں لیونگ سیل۔</w:t>
      </w:r>
    </w:p>
    <w:p>
      <w:r>
        <w:rPr>
          <w:b/>
        </w:rPr>
        <w:t xml:space="preserve">[29:09] </w:t>
      </w:r>
      <w:r>
        <w:t>unhon ne kaha ke cell mein jo</w:t>
      </w:r>
    </w:p>
    <w:p>
      <w:pPr>
        <w:jc w:val="right"/>
      </w:pPr>
      <w:r>
        <w:t>انہوں نے کہا کہ سیل میں جو</w:t>
      </w:r>
    </w:p>
    <w:p>
      <w:r>
        <w:rPr>
          <w:b/>
        </w:rPr>
        <w:t xml:space="preserve">[29:13] </w:t>
      </w:r>
      <w:r>
        <w:t>ek har har cell ek poori industry hota hai, har cell ek poori factory hota hai, aur bohat woh sari activities us ke andar hoti hain jo kisi factory mein aap dekhte hain.</w:t>
      </w:r>
    </w:p>
    <w:p>
      <w:pPr>
        <w:jc w:val="right"/>
      </w:pPr>
      <w:r>
        <w:t>ایک ہر ہر سیل ایک پوری انڈسٹری ہوتا ہے، ہر سیل ایک پوری فیکٹری ہوتا ہے، اور بہت وہ ساری ایکٹیویٹیز اس کے اندر ہوتی ہیں جو کسی فیکٹری میں آپ دیکھتے ہیں۔</w:t>
      </w:r>
    </w:p>
    <w:p>
      <w:r>
        <w:rPr>
          <w:b/>
        </w:rPr>
        <w:t xml:space="preserve">[29:28] </w:t>
      </w:r>
      <w:r>
        <w:t>aur bohat hi complex qism ki, yani har cell jo bohat hi chota hota hai, lekin woh ek mukammal factory hai.</w:t>
      </w:r>
    </w:p>
    <w:p>
      <w:pPr>
        <w:jc w:val="right"/>
      </w:pPr>
      <w:r>
        <w:t>اور بہت ہی کمپلیکس قسم کی، یعنی ہر سیل جو بہت ہی چھوٹا ہوتا ہے، لیکن وہ ایک مکمل فیکٹری ہے۔</w:t>
      </w:r>
    </w:p>
    <w:p>
      <w:r>
        <w:rPr>
          <w:b/>
        </w:rPr>
        <w:t xml:space="preserve">[29:41] </w:t>
      </w:r>
      <w:r>
        <w:t>toh unke paas quran tha, unhon ne quran nikala, aur woh ayat us ko hum ne de de di. english translation tha quran majeed ka,</w:t>
      </w:r>
    </w:p>
    <w:p>
      <w:pPr>
        <w:jc w:val="right"/>
      </w:pPr>
      <w:r>
        <w:t>تو ان کے پاس قرآن تھا، انہوں نے قرآن نکالا، اور وہ آیت اس کو ہم نے دے دے دی۔ انگلش ٹرانسلیشن تھا قرآن مجید کا،</w:t>
      </w:r>
    </w:p>
    <w:p>
      <w:r>
        <w:rPr>
          <w:b/>
        </w:rPr>
        <w:t xml:space="preserve">[29:49] </w:t>
      </w:r>
      <w:r>
        <w:t>woh ayat diya ke is ko parho, jis mein hai ke agar saare darakht qalam bana diye jayein, sara samandar ink bana diya jaye, aur Allah ke nishaniyan, Allah ke signs, Allah ke wonders likhe jayein toh siyahi khushk ho jayegi,</w:t>
      </w:r>
    </w:p>
    <w:p>
      <w:pPr>
        <w:jc w:val="right"/>
      </w:pPr>
      <w:r>
        <w:t>وہ آیت دیا کہ اس کو پڑھو، جس میں ہے کہ اگر سارے درخت قلم بنا دیے جائیں، سارا سمندر انک بنا دیا جائے، اور اللہ کے نشانیاں، اللہ کے سائنز، اللہ کے ونڈرز لکھے جائیں تو سیاہی خشک ہو جائے گی،</w:t>
      </w:r>
    </w:p>
    <w:p>
      <w:r>
        <w:rPr>
          <w:b/>
        </w:rPr>
        <w:t xml:space="preserve">[30:12] </w:t>
      </w:r>
      <w:r>
        <w:t>qalam khatam ho jayein ge, aur Allah ke wonders khatam nahi honge.</w:t>
      </w:r>
    </w:p>
    <w:p>
      <w:pPr>
        <w:jc w:val="right"/>
      </w:pPr>
      <w:r>
        <w:t>قلم ختم ہو جائے گے، اور اللہ کے ونڈرز ختم نہیں ہوں گے۔</w:t>
      </w:r>
    </w:p>
    <w:p>
      <w:r>
        <w:rPr>
          <w:b/>
        </w:rPr>
        <w:t xml:space="preserve">[30:18] </w:t>
      </w:r>
      <w:r>
        <w:t>toh is ne kaha, acha hai, quran mein aisa likha hua hai, toh lao mujhe do quran. toh unke bag mein quran tha, unhon ne us ko de diya,</w:t>
      </w:r>
    </w:p>
    <w:p>
      <w:pPr>
        <w:jc w:val="right"/>
      </w:pPr>
      <w:r>
        <w:t>تو اس نے کہا، اچھا ہے، قرآن میں ایسا لکھا ہوا ہے، تو لاؤ مجھے دو قرآن۔ تو ان کے بیگ میں قرآن تھا، انہوں نے اس کو دے دیا،</w:t>
      </w:r>
    </w:p>
    <w:p>
      <w:r>
        <w:rPr>
          <w:b/>
        </w:rPr>
        <w:t xml:space="preserve">[30:31] </w:t>
      </w:r>
      <w:r>
        <w:t>toh bohat khush hua. woh yeh kya hai? is mein ek aap ko ek ek namuna milta hai ke dawat ka kaam ek process hai, ek mutual process hai, yani daai wa maduwo dono ke darmiyan ek process hai.</w:t>
      </w:r>
    </w:p>
    <w:p>
      <w:pPr>
        <w:jc w:val="right"/>
      </w:pPr>
      <w:r>
        <w:t>تو بہت خوش ہوا۔ وہ یہ کیا ہے؟ اس میں ایک آپ کو ایک ایک نمونہ ملتا ہے کہ دعوت کا کام ایک پروسیس ہے، ایک میوچول پروسیس ہے، یعنی داعی ودود دونوں کے درمیان ایک پروسیس ہے۔</w:t>
      </w:r>
    </w:p>
    <w:p>
      <w:r>
        <w:rPr>
          <w:b/>
        </w:rPr>
        <w:t xml:space="preserve">[30:49] </w:t>
      </w:r>
      <w:r>
        <w:t>daai agar prepared na ho toh dawat ka kaam sahi tareeqe se nahi kar sakta. toh aap misaal ke taur par yeh hai ke aap quran parhein, aap arabi jante hain toh arabi se parhein, nahi toh tarjume se parhein,</w:t>
      </w:r>
    </w:p>
    <w:p>
      <w:pPr>
        <w:jc w:val="right"/>
      </w:pPr>
      <w:r>
        <w:t>داعی اگر پریپیئرڈ نہ ہو تو دعوت کا کام صحیح طریقے سے نہیں کر سکتا۔ تو آپ مثلاً یہ ہے کہ آپ قرآن پڑھیں، آپ عربی جانتے ہیں تو عربی سے پڑھیں، نہیں تو ترجمے سے پڑھیں،</w:t>
      </w:r>
    </w:p>
    <w:p>
      <w:r>
        <w:rPr>
          <w:b/>
        </w:rPr>
        <w:t xml:space="preserve">[31:04] </w:t>
      </w:r>
      <w:r>
        <w:t>aur is quran ke jo baatein hain, woh aap ke mind mein maujood hon ke yeh baat hai, kaha woh baat kaha hai. ab note tayyar karein,</w:t>
      </w:r>
    </w:p>
    <w:p>
      <w:pPr>
        <w:jc w:val="right"/>
      </w:pPr>
      <w:r>
        <w:t>اور اس قرآن کے جو باتیں ہیں، وہ آپ کے مائنڈ میں موجود ہوں کہ یہ بات ہے، کہاں وہ بات کہاں ہے۔ اب نوٹ تیار کریں،</w:t>
      </w:r>
    </w:p>
    <w:p>
      <w:r>
        <w:rPr>
          <w:b/>
        </w:rPr>
        <w:t xml:space="preserve">[31:15] </w:t>
      </w:r>
      <w:r>
        <w:t>yani quran ki jo copy aap ke paas hai, us mein jagah jagah aap note likhein ke yahan yeh hai, yahan yeh hai, yahan yeh hai. ab is ko apne paas rakhein, aap jahan koi shakhs mile, us se guftagu ke douran koi baat samne aaye toh aap foran quran ka woh safha dikha dein.</w:t>
      </w:r>
    </w:p>
    <w:p>
      <w:pPr>
        <w:jc w:val="right"/>
      </w:pPr>
      <w:r>
        <w:t>یعنی قرآن کی جو کاپی آپ کے پاس ہے، اس میں جگہ جگہ آپ نوٹ لکھیں کہ یہاں یہ ہے، یہاں یہ ہے، یہاں یہ ہے۔ اب اس کو اپنے پاس رکھیں، آپ جہاں کوئی شخص ملے، اس سے گفتگو کے دوران کوئی بات سامنے آئے تو آپ فوراً قرآن کا وہ صفحہ دکھا دیں۔</w:t>
      </w:r>
    </w:p>
    <w:p>
      <w:r>
        <w:rPr>
          <w:b/>
        </w:rPr>
        <w:t xml:space="preserve">[31:35] </w:t>
      </w:r>
      <w:r>
        <w:t>misal ke taur par farz kijiye ek shakhs yeh kehta hai ke Islam toh lager violence hai, idhar tehajjud sikhata hai.</w:t>
      </w:r>
    </w:p>
    <w:p>
      <w:pPr>
        <w:jc w:val="right"/>
      </w:pPr>
      <w:r>
        <w:t>مثلاً فرض کیجئے ایک شخص یہ کہتا ہے کہ اسلام تو لجر وائلنس ہے، ادھر تہجد سکھاتا ہے۔</w:t>
      </w:r>
    </w:p>
    <w:p>
      <w:r>
        <w:rPr>
          <w:b/>
        </w:rPr>
        <w:t xml:space="preserve">[31:44] </w:t>
      </w:r>
      <w:r>
        <w:t>aap foran quran kholien, aap us ko dikhayein, yeh ayat as well peace is the best toh hairan reh jayega, quran mein likha hua hai ke peace is the best.</w:t>
      </w:r>
    </w:p>
    <w:p>
      <w:pPr>
        <w:jc w:val="right"/>
      </w:pPr>
      <w:r>
        <w:t>آپ فوراً قرآن کھولیں، آپ اس کو دکھائیں، یہ آیت اسل خیر پیس از دا بیسٹ تو حیران رہ جائے گا، قرآن میں لکھا ہوا ہے کہ پیس از دا بیسٹ۔</w:t>
      </w:r>
    </w:p>
    <w:p>
      <w:r>
        <w:rPr>
          <w:b/>
        </w:rPr>
        <w:t xml:space="preserve">[32:01] </w:t>
      </w:r>
      <w:r>
        <w:t>aisi jagah jagah jo baatein quran majeed mein hain, woh aap itna parhein quran ko ke aap ke mind mein baith baith jayein,</w:t>
      </w:r>
    </w:p>
    <w:p>
      <w:pPr>
        <w:jc w:val="right"/>
      </w:pPr>
      <w:r>
        <w:t>ایسی جگہ جگہ جو باتیں قرآن مجید میں ہیں، وہ آپ اتنا پڑھیں قرآن کو کہ آپ کے مائنڈ میں بیٹھ بیٹھ جائیں،</w:t>
      </w:r>
    </w:p>
    <w:p>
      <w:r>
        <w:rPr>
          <w:b/>
        </w:rPr>
        <w:t xml:space="preserve">[32:07] </w:t>
      </w:r>
      <w:r>
        <w:t>aur aur ek nuskhah apne paas rakhein, jis mein aap likhe rahein is ke, is ke hashiye par, is ke shuru mein aur aakhir mein jo safhat hote hain, aur har mauqe par aap us ko dikha sakein.</w:t>
      </w:r>
    </w:p>
    <w:p>
      <w:pPr>
        <w:jc w:val="right"/>
      </w:pPr>
      <w:r>
        <w:t>اور اور ایک نسخہ اپنے پاس رکھیں، جس میں آپ لکھے رہیں اس کے، اس کے حاشیے پر، اس کے شروع میں اور آخر میں جو صفحات ہوتے ہیں، اور ہر موقع پر آپ اس کو دکھا سکیں۔</w:t>
      </w:r>
    </w:p>
    <w:p>
      <w:r>
        <w:rPr>
          <w:b/>
        </w:rPr>
        <w:t xml:space="preserve">[32:22] </w:t>
      </w:r>
      <w:r>
        <w:t>toh dawat ka kaam yaad rakhiye, sirf distribution nahi hai, sirf announcement nahi hai, sirf taqreer karna nahi hai,</w:t>
      </w:r>
    </w:p>
    <w:p>
      <w:pPr>
        <w:jc w:val="right"/>
      </w:pPr>
      <w:r>
        <w:t>تو دعوت کا کام یاد رکھیے، صرف ڈسٹریبیوشن نہیں ہے، صرف اناؤنسمنٹ نہیں ہے، صرف تقریر کرنا نہیں ہے،</w:t>
      </w:r>
    </w:p>
    <w:p>
      <w:r>
        <w:rPr>
          <w:b/>
        </w:rPr>
        <w:t xml:space="preserve">[32:33] </w:t>
      </w:r>
      <w:r>
        <w:t>apne aap ko prepare karna hai, tab aap sahi maano mein dawat ka kaam kar payenge.</w:t>
      </w:r>
    </w:p>
    <w:p>
      <w:pPr>
        <w:jc w:val="right"/>
      </w:pPr>
      <w:r>
        <w:t>اپنے آپ کو پریپیئر کرنا ہے، تب آپ صحیح معنوں میں دعوت کا کام کر پائیں گے۔</w:t>
      </w:r>
    </w:p>
    <w:p>
      <w:r>
        <w:rPr>
          <w:b/>
        </w:rPr>
        <w:t xml:space="preserve">[32:42] </w:t>
      </w:r>
      <w:r>
        <w:t>toh prepare kiya karna? kya hai? apni shakhsiyat banana.</w:t>
      </w:r>
    </w:p>
    <w:p>
      <w:pPr>
        <w:jc w:val="right"/>
      </w:pPr>
      <w:r>
        <w:t>تو پریپیئر کیا کرنا؟ کیا ہے؟ اپنی شخصیت بنانا۔</w:t>
      </w:r>
    </w:p>
    <w:p>
      <w:r>
        <w:rPr>
          <w:b/>
        </w:rPr>
        <w:t xml:space="preserve">[32:49] </w:t>
      </w:r>
      <w:r>
        <w:t>toh har cheez mein momin apni shakhsiyat ki taabeer karta hai.</w:t>
      </w:r>
    </w:p>
    <w:p>
      <w:pPr>
        <w:jc w:val="right"/>
      </w:pPr>
      <w:r>
        <w:t>تو ہر چیز میں مومن اپنی شخصیت کی تعبیر کرتا ہے۔</w:t>
      </w:r>
    </w:p>
    <w:p>
      <w:r>
        <w:rPr>
          <w:b/>
        </w:rPr>
        <w:t xml:space="preserve">[32:55] </w:t>
      </w:r>
      <w:r>
        <w:t>momin jab pani peeta hai, momin jab khana khata hai, tab bhi apni shakhsiyat ki taabeer karta hai. is se food leta hai, woh spiritual food, kisi se is ko kuch tajurba hua,</w:t>
      </w:r>
    </w:p>
    <w:p>
      <w:pPr>
        <w:jc w:val="right"/>
      </w:pPr>
      <w:r>
        <w:t>مومن جب پانی پیتا ہے، مومن جب کھانا کھاتا ہے، تب بھی اپنی شخصیت کی تعبیر کرتا ہے۔ اس سے فوڈ لیتا ہے، وہ اسپریچول فوڈ، کسی سے اس کو کچھ تجربہ ہوا،</w:t>
      </w:r>
    </w:p>
    <w:p>
      <w:r>
        <w:rPr>
          <w:b/>
        </w:rPr>
        <w:t xml:space="preserve">[33:08] </w:t>
      </w:r>
      <w:r>
        <w:t>positive negative, is se bhi is ko convert karta hai, woh spiritual food mein. kaha momin ki shakhsiyat naam hai ke cheezon ko spiritual food mein tabdeel karna.</w:t>
      </w:r>
    </w:p>
    <w:p>
      <w:pPr>
        <w:jc w:val="right"/>
      </w:pPr>
      <w:r>
        <w:t>پازیٹیو نیگیٹیو، اس سے بھی اس کو کنورٹ کرتا ہے، وہ اسپریچول فوڈ میں۔ کہا مومن کی شخصیت نام ہے کہ چیزوں کو اسپریچول فوڈ میں تبدیل کرنا۔</w:t>
      </w:r>
    </w:p>
    <w:p>
      <w:r>
        <w:rPr>
          <w:b/>
        </w:rPr>
        <w:t xml:space="preserve">[33:23] </w:t>
      </w:r>
      <w:r>
        <w:t>to dawat bhi wahi hai,</w:t>
      </w:r>
    </w:p>
    <w:p>
      <w:pPr>
        <w:jc w:val="right"/>
      </w:pPr>
      <w:r>
        <w:t>تو دعوت بھی وہی ہے،</w:t>
      </w:r>
    </w:p>
    <w:p>
      <w:r>
        <w:rPr>
          <w:b/>
        </w:rPr>
        <w:t xml:space="preserve">[33:25] </w:t>
      </w:r>
      <w:r>
        <w:t>dawat mein bhi aap itna prepared hon ke har mauqe ko aap istemal kar saken.</w:t>
      </w:r>
    </w:p>
    <w:p>
      <w:pPr>
        <w:jc w:val="right"/>
      </w:pPr>
      <w:r>
        <w:t>دعوت میں بھی آپ اتنا پریپیئرڈ ہوں کہ ہر موقع کو آپ استعمال کر سکیں۔</w:t>
      </w:r>
    </w:p>
    <w:p>
      <w:r>
        <w:rPr>
          <w:b/>
        </w:rPr>
        <w:t xml:space="preserve">[33:34] </w:t>
      </w:r>
      <w:r>
        <w:t>jaise maine is mein ek waqia likha hai, mazhab aur challenge, mazhab aur jo challenge mein jo kitab hai, god arises, god arises mein ek waqia likha hai ke Inayatullah Mashriqi sahib ek the, jo jinki taleem London mein hui thi.</w:t>
      </w:r>
    </w:p>
    <w:p>
      <w:pPr>
        <w:jc w:val="right"/>
      </w:pPr>
      <w:r>
        <w:t>جیسے میں نے اس میں ایک واقعہ لکھا ہے، مذہب اور چیلنج، مذہب اور جو چیلنج میں جو کتاب ہے، گاڈ ارائزز، گاڈ ارائزز میں ایک واقعہ لکھا ہے کہ عنایت اللہ مشرقی صاحب ایک تھے، جو جن کی تعلیم لندن میں ہوئی تھی۔</w:t>
      </w:r>
    </w:p>
    <w:p>
      <w:r>
        <w:rPr>
          <w:b/>
        </w:rPr>
        <w:t xml:space="preserve">[33:52] </w:t>
      </w:r>
      <w:r>
        <w:t>to ek baar wapas gaye, baad ke zamane mein to apne ustad se mile, unke ustad se, Sir James Jeans.</w:t>
      </w:r>
    </w:p>
    <w:p>
      <w:pPr>
        <w:jc w:val="right"/>
      </w:pPr>
      <w:r>
        <w:t>تو ایک بار واپس گئے، بات کے زمانے میں تو اپنے استاد سے ملے، ان کے استاد سے، سر جیم جینز۔</w:t>
      </w:r>
    </w:p>
    <w:p>
      <w:r>
        <w:rPr>
          <w:b/>
        </w:rPr>
        <w:t xml:space="preserve">[34:06] </w:t>
      </w:r>
      <w:r>
        <w:t>Sir James Jeans ek ek, yani ek British scholar the, aur astronomy unka subject hota tha. To Ayatullah sahib unke shagird the.</w:t>
      </w:r>
    </w:p>
    <w:p>
      <w:pPr>
        <w:jc w:val="right"/>
      </w:pPr>
      <w:r>
        <w:t>سر جیم جینز ایک ایک، یعنی ایک برٹش سکالر تھے، اور اسٹرانومی ان کا سبجیکٹ ہوتا تھا۔ تو ایات اللہ صاحب ان کے شاگرد تھے۔</w:t>
      </w:r>
    </w:p>
    <w:p>
      <w:r>
        <w:rPr>
          <w:b/>
        </w:rPr>
        <w:t xml:space="preserve">[34:19] </w:t>
      </w:r>
      <w:r>
        <w:t>to</w:t>
      </w:r>
    </w:p>
    <w:p>
      <w:pPr>
        <w:jc w:val="right"/>
      </w:pPr>
      <w:r>
        <w:t>تو</w:t>
      </w:r>
    </w:p>
    <w:p>
      <w:r>
        <w:rPr>
          <w:b/>
        </w:rPr>
        <w:t xml:space="preserve">[34:21] </w:t>
      </w:r>
      <w:r>
        <w:t>baad ke zamane mein ek baar gaye London to unse mile. Woh jab mile to Sir James Jeans ne is astronomy ki baatein karna shuru kiya, aur bahut, yani zyada is se mah ho gaye.</w:t>
      </w:r>
    </w:p>
    <w:p>
      <w:pPr>
        <w:jc w:val="right"/>
      </w:pPr>
      <w:r>
        <w:t>بعد کے زمانے میں ایک بار گئے لندن تو ان سے ملے۔ وہ جب ملے تو سر جیم جینز نے اس اسٹرانومی کی باتیں کرنا شروع کیا، اور بہت، یعنی زیادہ اس سے ماہ ہو گئے۔</w:t>
      </w:r>
    </w:p>
    <w:p>
      <w:r>
        <w:rPr>
          <w:b/>
        </w:rPr>
        <w:t xml:space="preserve">[34:40] </w:t>
      </w:r>
      <w:r>
        <w:t>woh unka bayan hai ke unke rongte khade ho rahe the jab bata rahe the ke itni badi kainat hai, itne bade source hain, itni badi galaxy hai,</w:t>
      </w:r>
    </w:p>
    <w:p>
      <w:pPr>
        <w:jc w:val="right"/>
      </w:pPr>
      <w:r>
        <w:t>وہ ان کا بیان ہے کہ ان کے رونگٹے کھڑے ہو رہے تھے جب بتا رہے تھے کہ اتنی بڑی کائنات ہے، اتنے بڑے سورس ہیں، اتنی بڑی گلیکسی ہے،</w:t>
      </w:r>
    </w:p>
    <w:p>
      <w:r>
        <w:rPr>
          <w:b/>
        </w:rPr>
        <w:t xml:space="preserve">[34:48] </w:t>
      </w:r>
      <w:r>
        <w:t>itna, yani wonders of nature ko batate hue unke rongte khade ho rahe the.</w:t>
      </w:r>
    </w:p>
    <w:p>
      <w:pPr>
        <w:jc w:val="right"/>
      </w:pPr>
      <w:r>
        <w:t>اتنا، یعنی ونڈرز آف نیچر کو بتاتے ہوئے ان کے رونگٹے کھڑے ہو رہے تھے۔</w:t>
      </w:r>
    </w:p>
    <w:p>
      <w:r>
        <w:rPr>
          <w:b/>
        </w:rPr>
        <w:t xml:space="preserve">[34:58] </w:t>
      </w:r>
      <w:r>
        <w:t>to unko ek ayat yaad aayi, unhone kaha ke Sir agar ijazat ho to main ek Quran ki ek ayat aap ko pesh karoon.</w:t>
      </w:r>
    </w:p>
    <w:p>
      <w:pPr>
        <w:jc w:val="right"/>
      </w:pPr>
      <w:r>
        <w:t>تو ان کو ایک آیت یاد آئی، انہوں نے کہا کہ سر اگر اجازت ہو تو میں ایک قرآن کی ایک آیت آپ کو پیش کروں۔</w:t>
      </w:r>
    </w:p>
    <w:p>
      <w:r>
        <w:rPr>
          <w:b/>
        </w:rPr>
        <w:t xml:space="preserve">[35:10] </w:t>
      </w:r>
      <w:r>
        <w:t>to woh ayat jo Quran majeed mein hai ke innama yakhshallaaha min ibadihil ulamaa</w:t>
      </w:r>
    </w:p>
    <w:p>
      <w:pPr>
        <w:jc w:val="right"/>
      </w:pPr>
      <w:r>
        <w:t>تو وہ آیت جو قرآن مجید میں ہے کہ انما یخشى اللہ من عباد العلماء</w:t>
      </w:r>
    </w:p>
    <w:p>
      <w:r>
        <w:rPr>
          <w:b/>
        </w:rPr>
        <w:t xml:space="preserve">[35:19] </w:t>
      </w:r>
      <w:r>
        <w:t>innama yakhshallaaha min ibadihil ulamaa</w:t>
      </w:r>
    </w:p>
    <w:p>
      <w:pPr>
        <w:jc w:val="right"/>
      </w:pPr>
      <w:r>
        <w:t>انما یخشى اللہ من عباد العلماء</w:t>
      </w:r>
    </w:p>
    <w:p>
      <w:r>
        <w:rPr>
          <w:b/>
        </w:rPr>
        <w:t xml:space="preserve">[35:24] </w:t>
      </w:r>
      <w:r>
        <w:t>ke aalim log, yani janne wale log bhi Allah se darte hain.</w:t>
      </w:r>
    </w:p>
    <w:p>
      <w:pPr>
        <w:jc w:val="right"/>
      </w:pPr>
      <w:r>
        <w:t>کہ عالم لوگ، یعنی جاننے والے لوگ بھی اللہ سے ڈرتے ہیں۔</w:t>
      </w:r>
    </w:p>
    <w:p>
      <w:r>
        <w:rPr>
          <w:b/>
        </w:rPr>
        <w:t xml:space="preserve">[35:33] </w:t>
      </w:r>
      <w:r>
        <w:t>to unhone kaha ke dekhiye, yeh Quran mein likha hua hai ke jitna ilm badhega, utna Allah se taluq badhega ke Allah ka khauf badhega.</w:t>
      </w:r>
    </w:p>
    <w:p>
      <w:pPr>
        <w:jc w:val="right"/>
      </w:pPr>
      <w:r>
        <w:t>تو انہوں نے کہا کہ دیکھیے، یہ قرآن میں لکھا ہوا ہے کہ جتنا علم بڑھے گا، اتنا اللہ سے تعلق بڑھے گا کہ اللہ کا خوف بڑھے گا۔</w:t>
      </w:r>
    </w:p>
    <w:p>
      <w:r>
        <w:rPr>
          <w:b/>
        </w:rPr>
        <w:t xml:space="preserve">[35:45] </w:t>
      </w:r>
      <w:r>
        <w:t>to kisi ka qaul hai ke this painting of knowledge turns people away from God and much of them, much of it, much of it brings them back to Him</w:t>
      </w:r>
    </w:p>
    <w:p>
      <w:pPr>
        <w:jc w:val="right"/>
      </w:pPr>
      <w:r>
        <w:t>تو کسی کا قول ہے کہ اس پینٹرنگ آف نالج ٹرنز پیپل اوے فرام گاڈ اینڈ مچ آف دیم، مچ آف اٹ، مچ آف اٹ برنگ دیم بیک ٹو ہم</w:t>
      </w:r>
    </w:p>
    <w:p>
      <w:r>
        <w:rPr>
          <w:b/>
        </w:rPr>
        <w:t xml:space="preserve">[36:01] </w:t>
      </w:r>
      <w:r>
        <w:t>yani thoda ilm Allah insaan ko Allah se door karta hai, aur zyada ilm insaan ko Khuda se qareeb karta hai.</w:t>
      </w:r>
    </w:p>
    <w:p>
      <w:pPr>
        <w:jc w:val="right"/>
      </w:pPr>
      <w:r>
        <w:t>یعنی تھوڑا علم اللہ انسان کو اللہ سے دور کرتا ہے، اور زیادہ علم انسان کو خدا سے قریب کرتا ہے۔</w:t>
      </w:r>
    </w:p>
    <w:p>
      <w:r>
        <w:rPr>
          <w:b/>
        </w:rPr>
        <w:t xml:space="preserve">[36:12] </w:t>
      </w:r>
      <w:r>
        <w:t>to Sir James Jeans ko bahut taajjub hua ke Quran mein yeh likha hua hai ke ilm badhta hai to taluq billah badhta hai, ilm badhta hai to God consciousness badhta hai, ilm badhta hai to aadmi Allah ko zyada manne wala ban jata hai.</w:t>
      </w:r>
    </w:p>
    <w:p>
      <w:pPr>
        <w:jc w:val="right"/>
      </w:pPr>
      <w:r>
        <w:t>تو سر جیم جینز کو بہت تعجب ہوا کہ قرآن میں یہ لکھا ہوا ہے کہ علم بڑھتا ہے تو تعلق باللہ بڑھتا ہے، علم بڑھتا ہے تو گاڈ کانشیسنس بڑھتا ہے، علم بڑھتا ہے تو آدمی اللہ کو زیادہ ماننے والا بن جاتا ہے۔</w:t>
      </w:r>
    </w:p>
    <w:p>
      <w:r>
        <w:rPr>
          <w:b/>
        </w:rPr>
        <w:t xml:space="preserve">[36:28] </w:t>
      </w:r>
      <w:r>
        <w:t>yeh likha hua hai,</w:t>
      </w:r>
    </w:p>
    <w:p>
      <w:pPr>
        <w:jc w:val="right"/>
      </w:pPr>
      <w:r>
        <w:t>یہ لکھا ہوا ہے،</w:t>
      </w:r>
    </w:p>
    <w:p>
      <w:r>
        <w:rPr>
          <w:b/>
        </w:rPr>
        <w:t xml:space="preserve">[36:30] </w:t>
      </w:r>
      <w:r>
        <w:t>yani ilm ke badhne se yeh aati hai yeh baat. To unhone dekha isko, aur is par iska unhone kaha ke Quran mein jab yeh likha hua hai to main gawahi deta hoon, Quran Khuda ki kitab hai.</w:t>
      </w:r>
    </w:p>
    <w:p>
      <w:pPr>
        <w:jc w:val="right"/>
      </w:pPr>
      <w:r>
        <w:t>یعنی علم کے بڑھنے سے یہ آتی ہے یہ بات۔ تو انہوں نے دیکھا اس کو، اور اس پر اس کا انہوں نے کہا کہ قرآن میں جب یہ لکھا ہوا ہے تو میں گواہی دیتا ہوں، قرآن خدا کی کتاب ہے۔</w:t>
      </w:r>
    </w:p>
    <w:p>
      <w:r>
        <w:rPr>
          <w:b/>
        </w:rPr>
        <w:t xml:space="preserve">[36:46] </w:t>
      </w:r>
      <w:r>
        <w:t>bahut top ka scientist tha woh,</w:t>
      </w:r>
    </w:p>
    <w:p>
      <w:pPr>
        <w:jc w:val="right"/>
      </w:pPr>
      <w:r>
        <w:t>بہت ٹاپ کا سائنٹسٹ تھا وہ،</w:t>
      </w:r>
    </w:p>
    <w:p>
      <w:r>
        <w:rPr>
          <w:b/>
        </w:rPr>
        <w:t xml:space="preserve">[36:52] </w:t>
      </w:r>
      <w:r>
        <w:t>to usne kaha ke Ayatullah, tum gawah raho ke main is baat ki shahadat deta hoon ke Quran Khuda ki kitab hai.</w:t>
      </w:r>
    </w:p>
    <w:p>
      <w:pPr>
        <w:jc w:val="right"/>
      </w:pPr>
      <w:r>
        <w:t>تو اس نے کہا کہ ایات اللہ، تم گواہ رہو کہ میں اس بات کی شہادت دیتا ہوں کہ قرآن خدا کی کتاب ہے۔</w:t>
      </w:r>
    </w:p>
    <w:p>
      <w:r>
        <w:rPr>
          <w:b/>
        </w:rPr>
        <w:t xml:space="preserve">[37:02] </w:t>
      </w:r>
      <w:r>
        <w:t>itni badi baat kaise Muhammad ko maloom hoti? Yeh to Khuda hi jaan sakta tha, yani seven seven century mein, saatvi sadi mein to insaan jante nahi the astronomy ke bare mein, galaxy ke bare mein,</w:t>
      </w:r>
    </w:p>
    <w:p>
      <w:pPr>
        <w:jc w:val="right"/>
      </w:pPr>
      <w:r>
        <w:t>اتنی بڑی بات کیسے محمد کو معلوم ہوتی؟ یہ تو خدا ہی جان سکتا تھا، یعنی سیون سیون سینچری میں، ساتویں صدی میں تو انسان جانتے نہیں تھے اسٹرانومی کے بارے میں، گلیکسی کے بارے میں،</w:t>
      </w:r>
    </w:p>
    <w:p>
      <w:r>
        <w:rPr>
          <w:b/>
        </w:rPr>
        <w:t xml:space="preserve">[37:15] </w:t>
      </w:r>
      <w:r>
        <w:t>universe ke bare mein kuch pata nahi tha insaan</w:t>
      </w:r>
    </w:p>
    <w:p>
      <w:pPr>
        <w:jc w:val="right"/>
      </w:pPr>
      <w:r>
        <w:t>یونیورس کے بارے میں کچھ پتہ نہیں تھا انسان</w:t>
      </w:r>
    </w:p>
    <w:p>
      <w:r>
        <w:rPr>
          <w:b/>
        </w:rPr>
        <w:t xml:space="preserve">[37:18] </w:t>
      </w:r>
      <w:r>
        <w:t>ko. Us waqt kahin jaan liya hai to yeh to Khuda tha jisne Muhammad ko bataya. To dekhiye, aap ko sacha dawi agar banna hai, sacha momin banna hai, sacha insaan banna hai,</w:t>
      </w:r>
    </w:p>
    <w:p>
      <w:pPr>
        <w:jc w:val="right"/>
      </w:pPr>
      <w:r>
        <w:t>کو۔ اس وقت کہیں جان لیا ہے تو یہ تو خدا تھا جس نے محمد کو بتایا۔ تو دیکھیے، آپ کو سچا داعی اگر بننا ہے، سچا مومن بننا ہے، سچا انسان بننا ہے،</w:t>
      </w:r>
    </w:p>
    <w:p>
      <w:r>
        <w:rPr>
          <w:b/>
        </w:rPr>
        <w:t xml:space="preserve">[37:34] </w:t>
      </w:r>
      <w:r>
        <w:t>sacha insaan, sacha momin, sacha dawi, sacha jannati, kuch bhi banna hai aap ko</w:t>
      </w:r>
    </w:p>
    <w:p>
      <w:pPr>
        <w:jc w:val="right"/>
      </w:pPr>
      <w:r>
        <w:t>سچا انسان، سچا مومن، سچا داعی، سچا جنتی، کچھ بھی بننا ہے آپ کو</w:t>
      </w:r>
    </w:p>
    <w:p>
      <w:r>
        <w:rPr>
          <w:b/>
        </w:rPr>
        <w:t xml:space="preserve">[37:43] </w:t>
      </w:r>
      <w:r>
        <w:t>to aap ko apne andar yeh shaoor develop karna pare ga ke aap har cheez ko apne liye rabbani ghiza banayein, spiritual food banayein.</w:t>
      </w:r>
    </w:p>
    <w:p>
      <w:pPr>
        <w:jc w:val="right"/>
      </w:pPr>
      <w:r>
        <w:t>تو آپ کو اپنے اندر یہ شعور ڈیولپ کرنا پڑے گا کہ آپ ہر چیز کو اپنے لیے ربانی غذا بنائیں، اسپریچول فوڈ بنائیں۔</w:t>
      </w:r>
    </w:p>
    <w:p>
      <w:r>
        <w:rPr>
          <w:b/>
        </w:rPr>
        <w:t xml:space="preserve">[37:57] </w:t>
      </w:r>
      <w:r>
        <w:t>har cheez aap ke mind mein izafa kare, aap ke patience mein izafa kare, aap ke honesty mein izafa kare, aap ke talluq billah mein izafa kare,</w:t>
      </w:r>
    </w:p>
    <w:p>
      <w:pPr>
        <w:jc w:val="right"/>
      </w:pPr>
      <w:r>
        <w:t>ہر چیز آپ کے مڈ سے میں اضافہ کرے، آپ کے پیشنس میں اضافہ کرے، آپ کے ہونسٹری میں اضافہ کرے، آپ کے تعلق باللہ میں اضافہ کرے،</w:t>
      </w:r>
    </w:p>
    <w:p>
      <w:r>
        <w:rPr>
          <w:b/>
        </w:rPr>
        <w:t xml:space="preserve">[38:12] </w:t>
      </w:r>
      <w:r>
        <w:t>chahye woh negative kyun na ho. bazahir woh negative ho, tab bhi aap us ko positivity mein convert karein,</w:t>
      </w:r>
    </w:p>
    <w:p>
      <w:pPr>
        <w:jc w:val="right"/>
      </w:pPr>
      <w:r>
        <w:t>چاہے وہ نیگیٹیو کیوں نہ ہو۔ بظاہر وہ نیگیٹیو ہو، تب بھی آپ اس کو پازیٹیوٹی میں کنورٹ کریں،</w:t>
      </w:r>
    </w:p>
    <w:p>
      <w:r>
        <w:rPr>
          <w:b/>
        </w:rPr>
        <w:t xml:space="preserve">[38:22] </w:t>
      </w:r>
      <w:r>
        <w:t>tab ja kar aap sachay insan banenge, tab ja kar aap sachay momin banenge, tab ja kar aap sachay rabbani insan banenge, tab ja kar aap woh jannati insan banenge jo paradise mein dakhil kiya jaye.</w:t>
      </w:r>
    </w:p>
    <w:p>
      <w:pPr>
        <w:jc w:val="right"/>
      </w:pPr>
      <w:r>
        <w:t>تب جا کر آپ سچے انسان بنیں گے، تب جا کر آپ سچے مومن بنیں گے، تب جا کر آپ سچے ربانی انسان بنیں گے، تب جا کر آپ وہ جنتی انسان بنیں گے جو پیراڈائز میں داخل کیا جائے۔</w:t>
      </w:r>
    </w:p>
    <w:p>
      <w:r>
        <w:rPr>
          <w:b/>
        </w:rPr>
        <w:t xml:space="preserve">[38:40] </w:t>
      </w:r>
      <w:r>
        <w:t>to yaad rakhiye, yeh jo hamari dunya ki zindagi hai, jo thirst life span hamara hai, yeh kis liye hai? yeh apni shakhsiyat ki taameer ke liye hai,</w:t>
      </w:r>
    </w:p>
    <w:p>
      <w:pPr>
        <w:jc w:val="right"/>
      </w:pPr>
      <w:r>
        <w:t>تو یاد رکھیے، یہ جو ہماری دنیا کی زندگی ہے، جو تھرسٹ لائف سپین ہمارا ہے، یہ کس لیے ہے؟ یہ اپنی شخصیت کی تعمیر کے لیے ہے،</w:t>
      </w:r>
    </w:p>
    <w:p>
      <w:r>
        <w:rPr>
          <w:b/>
        </w:rPr>
        <w:t xml:space="preserve">[38:57] </w:t>
      </w:r>
      <w:r>
        <w:t>apne andar aala personality ki taameer ke liye. yeh yeh poori zindagi, bachpan se barhaape tak</w:t>
      </w:r>
    </w:p>
    <w:p>
      <w:pPr>
        <w:jc w:val="right"/>
      </w:pPr>
      <w:r>
        <w:t>اپنے اندر اعلیٰ پرسنیلٹی کی تعمیر کے لیے۔ یہ یہ پوری زندگی، بچپن سے بڑھاپے تک</w:t>
      </w:r>
    </w:p>
    <w:p>
      <w:r>
        <w:rPr>
          <w:b/>
        </w:rPr>
        <w:t xml:space="preserve">[39:07] </w:t>
      </w:r>
      <w:r>
        <w:t>aur maut tak, to shakhsiyat ki taameer ya tazkiya, yeh ek life long amal hai, life long, aakhir waqt tak chalta rehta hai.</w:t>
      </w:r>
    </w:p>
    <w:p>
      <w:pPr>
        <w:jc w:val="right"/>
      </w:pPr>
      <w:r>
        <w:t>اور موت تک، تو شخصیت کی تعمیر یا تزکیہ، یہ ایک لائف لانگ عمل ہے، لائف لانگ، آخر وقت تک چلتا رہتا ہے۔</w:t>
      </w:r>
    </w:p>
    <w:p>
      <w:r>
        <w:rPr>
          <w:b/>
        </w:rPr>
        <w:t xml:space="preserve">[39:18] </w:t>
      </w:r>
      <w:r>
        <w:t>iski koi had nahi hai, iski koi limit nahi hai,</w:t>
      </w:r>
    </w:p>
    <w:p>
      <w:pPr>
        <w:jc w:val="right"/>
      </w:pPr>
      <w:r>
        <w:t>اس کی کوئی حد نہیں ہے، اس کی کوئی لمٹ نہیں ہے،</w:t>
      </w:r>
    </w:p>
    <w:p>
      <w:r>
        <w:rPr>
          <w:b/>
        </w:rPr>
        <w:t xml:space="preserve">[39:26] </w:t>
      </w:r>
      <w:r>
        <w:t>aur iska koi koi koi, yani technical course nahi hai.</w:t>
      </w:r>
    </w:p>
    <w:p>
      <w:pPr>
        <w:jc w:val="right"/>
      </w:pPr>
      <w:r>
        <w:t>اور اس کا کوئی کوئی کوئی، یعنی ٹیکنیکل کورس نہیں ہے۔</w:t>
      </w:r>
    </w:p>
    <w:p>
      <w:r>
        <w:rPr>
          <w:b/>
        </w:rPr>
        <w:t xml:space="preserve">[39:35] </w:t>
      </w:r>
      <w:r>
        <w:t>nahi, iska aap khud hi apne aap ko aisa banana hai, aap ke shaoor ko itna develop karna hai ke aap cheezon ko darmiyan jab isi mizaj ke sath sath rahen ke hum ko har cheez ko apna food banana hai,</w:t>
      </w:r>
    </w:p>
    <w:p>
      <w:pPr>
        <w:jc w:val="right"/>
      </w:pPr>
      <w:r>
        <w:t>نہیں، اس کا آپ خود ہی اپنے آپ کو ایسا بنانا ہے، آپ کے شعور کو اتنا ڈیولپ کرنا ہے کہ آپ چیزوں کو درمیان جب اس اسی مزاج کے ساتھ ساتھ رہیں کہ ہم کو ہر چیز کو اپنا فوڈ بنانا ہے،</w:t>
      </w:r>
    </w:p>
    <w:p>
      <w:r>
        <w:rPr>
          <w:b/>
        </w:rPr>
        <w:t xml:space="preserve">[39:58] </w:t>
      </w:r>
      <w:r>
        <w:t>har cheez ko apna food banana hai.</w:t>
      </w:r>
    </w:p>
    <w:p>
      <w:pPr>
        <w:jc w:val="right"/>
      </w:pPr>
      <w:r>
        <w:t>ہر چیز کو اپنا فوڈ بنانا ہے۔</w:t>
      </w:r>
    </w:p>
    <w:p>
      <w:r>
        <w:rPr>
          <w:b/>
        </w:rPr>
        <w:t xml:space="preserve">[40:01] </w:t>
      </w:r>
      <w:r>
        <w:t>achay insano se milein, buray insano se milein, koi acha kalma bolay, koi ghussa dila de, koi aap ko kuch de de, kuch aap se cheen le, koi aap ko offend kare, koi aap ko offend na kare, kuch bhi, kuch bhi, kuch bhi.</w:t>
      </w:r>
    </w:p>
    <w:p>
      <w:pPr>
        <w:jc w:val="right"/>
      </w:pPr>
      <w:r>
        <w:t>اچھے انسانوں سے ملیں، برے انسانوں سے ملیں، کوئی اچھے کلمہ بولے، کوئی غصہ دلا دے، کوئی آپ کو کچھ دے دے، کچھ آپ سے چھین لے، کوئی آپ کو افینڈ کرے، کوئی آپ کو افینڈ نہ کرے، کچھ بھی، کچھ بھی، کچھ بھی۔</w:t>
      </w:r>
    </w:p>
    <w:p>
      <w:r>
        <w:rPr>
          <w:b/>
        </w:rPr>
        <w:t xml:space="preserve">[40:18] </w:t>
      </w:r>
      <w:r>
        <w:t>har cheez ko aap convert karein rabbani food mein, har cheez ko aap convert karein</w:t>
      </w:r>
    </w:p>
    <w:p>
      <w:pPr>
        <w:jc w:val="right"/>
      </w:pPr>
      <w:r>
        <w:t>ہر چیز کو آپ کنورٹ کریں ربانی فوڈ میں، ہر چیز کو آپ کنورٹ کریں</w:t>
      </w:r>
    </w:p>
    <w:p>
      <w:r>
        <w:rPr>
          <w:b/>
        </w:rPr>
        <w:t xml:space="preserve">[40:28] </w:t>
      </w:r>
      <w:r>
        <w:t>tazkiya mein, tab ja kar woh shakhsiyat banegi jis ko jannat mein dakhla hasil ho.</w:t>
      </w:r>
    </w:p>
    <w:p>
      <w:pPr>
        <w:jc w:val="right"/>
      </w:pPr>
      <w:r>
        <w:t>تزکیہ میں، تب جا کر وہ شخصیت بنے گی جس کو جنت میں داخلہ حاصل ہو۔</w:t>
      </w:r>
    </w:p>
    <w:p>
      <w:r>
        <w:rPr>
          <w:b/>
        </w:rPr>
        <w:t xml:space="preserve">[40:38] </w:t>
      </w:r>
      <w:r>
        <w:t>dekhiye, sab se bara jo insan ke liye jo aspiration ho sakta hai, sab se bari jo tamanna ho sakti hai,</w:t>
      </w:r>
    </w:p>
    <w:p>
      <w:pPr>
        <w:jc w:val="right"/>
      </w:pPr>
      <w:r>
        <w:t>دیکھیے، سب سے بڑا جو انسان کے لیے جو ایسپریشن ہو سکتا ہے، سب سے بڑی جو تمنا ہو سکتی ہے،</w:t>
      </w:r>
    </w:p>
    <w:p>
      <w:r>
        <w:rPr>
          <w:b/>
        </w:rPr>
        <w:t xml:space="preserve">[40:47] </w:t>
      </w:r>
      <w:r>
        <w:t>woh kya hai? abadi jannat mein dakhla.</w:t>
      </w:r>
    </w:p>
    <w:p>
      <w:pPr>
        <w:jc w:val="right"/>
      </w:pPr>
      <w:r>
        <w:t>وہ کیا ہے؟ ابدی جنت میں داخلہ۔</w:t>
      </w:r>
    </w:p>
    <w:p>
      <w:r>
        <w:rPr>
          <w:b/>
        </w:rPr>
        <w:t xml:space="preserve">[40:56] </w:t>
      </w:r>
      <w:r>
        <w:t>jannat ke baray mein quran mein aata hai ke woh sab kuch us mein hoga jo tum chaho.</w:t>
      </w:r>
    </w:p>
    <w:p>
      <w:pPr>
        <w:jc w:val="right"/>
      </w:pPr>
      <w:r>
        <w:t>جنت کے بارے میں قرآن میں آتا ہے کہ وہ سب کچھ اس میں ہوگا جو تم چاہو۔</w:t>
      </w:r>
    </w:p>
    <w:p>
      <w:r>
        <w:rPr>
          <w:b/>
        </w:rPr>
        <w:t xml:space="preserve">[41:06] </w:t>
      </w:r>
      <w:r>
        <w:t>wa lakum fiha ma tashtahi anfusukum. dunya dunya mein hum chahte hain, milta nahi.</w:t>
      </w:r>
    </w:p>
    <w:p>
      <w:pPr>
        <w:jc w:val="right"/>
      </w:pPr>
      <w:r>
        <w:t>وَلَكُمْ فِيهَا مَا تَشْتَهِي أَنْفَسُكُمْ دنیا دنیا میں ہم چاہتے ہیں، ملتا نہیں۔</w:t>
      </w:r>
    </w:p>
    <w:p>
      <w:r>
        <w:rPr>
          <w:b/>
        </w:rPr>
        <w:t xml:space="preserve">[41:13] </w:t>
      </w:r>
      <w:r>
        <w:t>dunya mein koi bhi cheez aisi nahi hai jis ko chahne wala chahe aur us ko pa le. woh chahe woh badshah ho, tab bhi</w:t>
      </w:r>
    </w:p>
    <w:p>
      <w:pPr>
        <w:jc w:val="right"/>
      </w:pPr>
      <w:r>
        <w:t>دنیا میں کوئی بھی چیز ایسی نہیں ہے جس کو چاہنے والا چاہے اور اس کو پا لے۔ وہ چاہے وہ بادشاہ ہو، تب بھی</w:t>
      </w:r>
    </w:p>
    <w:p>
      <w:r>
        <w:rPr>
          <w:b/>
        </w:rPr>
        <w:t xml:space="preserve">[41:25] </w:t>
      </w:r>
      <w:r>
        <w:t>badshah ho, tab bhi nahi milti us ko. misr mein dekhiye, morsi sahib ko president banaye gaye, woh ek saal mein khatam ho gayi.</w:t>
      </w:r>
    </w:p>
    <w:p>
      <w:pPr>
        <w:jc w:val="right"/>
      </w:pPr>
      <w:r>
        <w:t>بادشاہ ہو، تب بھی نہیں ملتی اس کو۔ مصر میں دیکھیے، مرسی صاحب کو پریزیڈنٹ بنائے گئے، وہ ایک سال میں ختم ہوگئی۔</w:t>
      </w:r>
    </w:p>
    <w:p>
      <w:r>
        <w:rPr>
          <w:b/>
        </w:rPr>
        <w:t xml:space="preserve">[41:35] </w:t>
      </w:r>
      <w:r>
        <w:t>ab ab woh jail mein hain, ek woh election hua, woh president banaye gaye Egypt ke, lekin ek saal ke baad un ke khatam hoga un ka uhda aur jail mein pahunch gaye.</w:t>
      </w:r>
    </w:p>
    <w:p>
      <w:pPr>
        <w:jc w:val="right"/>
      </w:pPr>
      <w:r>
        <w:t>اب اب وہ جیل میں ہیں، ایک وہ الیکشن ہوا، وہ پریزیڈنٹ بنائے گئے ایجپٹ کے، لیکن ایک سال کے بعد ان کے ختم ہوگا ان کا عہدہ اور جیل میں پہنچ گئے۔</w:t>
      </w:r>
    </w:p>
    <w:p>
      <w:r>
        <w:rPr>
          <w:b/>
        </w:rPr>
        <w:t xml:space="preserve">[41:52] </w:t>
      </w:r>
      <w:r>
        <w:t>yeh koi ek waqia nahi hai, yeh har aik ke sath subah sham pesh aata hai ke hum ek cheez chahte hain, woh ya to milti nahi ya bohat thori milti hai.</w:t>
      </w:r>
    </w:p>
    <w:p>
      <w:pPr>
        <w:jc w:val="right"/>
      </w:pPr>
      <w:r>
        <w:t>یہ کوئی ایک واقعہ نہیں ہے، یہ ہر ایک کے ساتھ صبح شام پیش آتا ہے کہ ہم ایک چیز چاہتے ہیں، وہ یا تو ملتی نہیں یا بہت تھوڑی ملتی ہے۔</w:t>
      </w:r>
    </w:p>
    <w:p>
      <w:r>
        <w:rPr>
          <w:b/>
        </w:rPr>
        <w:t xml:space="preserve">[42:04] </w:t>
      </w:r>
      <w:r>
        <w:t>sab ka qissa hai, yeh kisi ke zulm ki baat nahi hai. yeh dunya ka yahi hai, up and down, up and down, up and down.</w:t>
      </w:r>
    </w:p>
    <w:p>
      <w:pPr>
        <w:jc w:val="right"/>
      </w:pPr>
      <w:r>
        <w:t>سب کا قصہ ہے، یہ کسی کے ظلم کی بات نہیں ہے۔ یہ دنیا کا یہی ہے، اپ اینڈ ڈاؤن، اپ اینڈ ڈاؤن، اپ اینڈ ڈاؤن۔</w:t>
      </w:r>
    </w:p>
    <w:p>
      <w:r>
        <w:rPr>
          <w:b/>
        </w:rPr>
        <w:t xml:space="preserve">[42:14] </w:t>
      </w:r>
      <w:r>
        <w:t>dunya mein hota hi rehta hai.</w:t>
      </w:r>
    </w:p>
    <w:p>
      <w:pPr>
        <w:jc w:val="right"/>
      </w:pPr>
      <w:r>
        <w:t>دنیا میں ہوتا ہی رہتا ہے۔</w:t>
      </w:r>
    </w:p>
    <w:p>
      <w:r>
        <w:rPr>
          <w:b/>
        </w:rPr>
        <w:t xml:space="preserve">[42:20] </w:t>
      </w:r>
      <w:r>
        <w:t>to aap ke andar agar yeh sifat ho ke sirf acha acha ho, tab to aap ke andar shukr ayega. acha acha na ho to aap ko shukr nahi ayega.</w:t>
      </w:r>
    </w:p>
    <w:p>
      <w:pPr>
        <w:jc w:val="right"/>
      </w:pPr>
      <w:r>
        <w:t>تو آپ کے اندر اگر یہ صفت ہو کہ صرف اچھا اچھا ہو، تب تو آپ کے اندر شکر آئے گا۔ اچھا اچھا نہ ہو تو آپ کو شکر نہیں آئے گا۔</w:t>
      </w:r>
    </w:p>
    <w:p>
      <w:r>
        <w:rPr>
          <w:b/>
        </w:rPr>
        <w:t xml:space="preserve">[42:31] </w:t>
      </w:r>
      <w:r>
        <w:t>tab aap ke andar jannat wali shakhsiyat nahi ban sakti.</w:t>
      </w:r>
    </w:p>
    <w:p>
      <w:pPr>
        <w:jc w:val="right"/>
      </w:pPr>
      <w:r>
        <w:t>تب آپ کے اندر جنت والی شخصیت نہیں بن سکتی۔</w:t>
      </w:r>
    </w:p>
    <w:p>
      <w:r>
        <w:rPr>
          <w:b/>
        </w:rPr>
        <w:t xml:space="preserve">[42:37] </w:t>
      </w:r>
      <w:r>
        <w:t>aap ke andar yeh salahiyat honi chahiye ke acha pesh aaye ya bura pesh aaye, negative negative experience ho ya positive experience ho, sehat ho, bimari ho, ghareebi ho, amiri ho,</w:t>
      </w:r>
    </w:p>
    <w:p>
      <w:pPr>
        <w:jc w:val="right"/>
      </w:pPr>
      <w:r>
        <w:t>آپ کے اندر یہ صلاحیت ہونی چاہیے کہ اچھا پیش آئے یا برا پیش آئے، نیگیٹیو نیگیٹیو ایکسپیرینس ہو یا پازیٹیو ایکسپیرینس ہو، صحت ہو، بیماری ہو، غریبی ہو، امیری ہو،</w:t>
      </w:r>
    </w:p>
    <w:p>
      <w:r>
        <w:rPr>
          <w:b/>
        </w:rPr>
        <w:t xml:space="preserve">[42:52] </w:t>
      </w:r>
      <w:r>
        <w:t>political power ho ya political power na ho,</w:t>
      </w:r>
    </w:p>
    <w:p>
      <w:pPr>
        <w:jc w:val="right"/>
      </w:pPr>
      <w:r>
        <w:t>پولیٹیکل پاور ہو یا پولیٹیکل پاور نہ ہو،</w:t>
      </w:r>
    </w:p>
    <w:p>
      <w:r>
        <w:rPr>
          <w:b/>
        </w:rPr>
        <w:t xml:space="preserve">[42:58] </w:t>
      </w:r>
      <w:r>
        <w:t>kuch bhi ho, kuch bhi ho, kuch bhi ho.</w:t>
      </w:r>
    </w:p>
    <w:p>
      <w:pPr>
        <w:jc w:val="right"/>
      </w:pPr>
      <w:r>
        <w:t>کچھ بھی ہو، کچھ بھی ہو، کچھ بھی ہو۔</w:t>
      </w:r>
    </w:p>
    <w:p>
      <w:r>
        <w:rPr>
          <w:b/>
        </w:rPr>
        <w:t xml:space="preserve">[43:01] </w:t>
      </w:r>
      <w:r>
        <w:t>is mein aap apne liye ek food talash kar lein, khurak talash kar lein, Allah ki yaad ki khurak, Allah se mohabbat ki khurak, jannat ke ishtiyaq ki khurak.</w:t>
      </w:r>
    </w:p>
    <w:p>
      <w:pPr>
        <w:jc w:val="right"/>
      </w:pPr>
      <w:r>
        <w:t>اس میں آپ اپنے لیے ایک فوڈ تلاش کر لیں، خوراک تلاش کر لیں، اللہ کی یاد کی خوراک، اللہ سے محبت کی خوراک، جنت کے اشتیاق کی خوراک۔</w:t>
      </w:r>
    </w:p>
    <w:p>
      <w:r>
        <w:rPr>
          <w:b/>
        </w:rPr>
        <w:t xml:space="preserve">[43:20] </w:t>
      </w:r>
      <w:r>
        <w:t>tab ja kar aap ke andar woh personality banegi jis ko momin kaha gaya hai,</w:t>
      </w:r>
    </w:p>
    <w:p>
      <w:pPr>
        <w:jc w:val="right"/>
      </w:pPr>
      <w:r>
        <w:t>تب جا کر آپ کے اندر وہ پرسنیلٹی بنے گی جس کو مومن کہا گیا ہے،</w:t>
      </w:r>
    </w:p>
    <w:p>
      <w:r>
        <w:rPr>
          <w:b/>
        </w:rPr>
        <w:t xml:space="preserve">[43:29] </w:t>
      </w:r>
      <w:r>
        <w:t>aur aise log ko jannat mein dakhla milega.</w:t>
      </w:r>
    </w:p>
    <w:p>
      <w:pPr>
        <w:jc w:val="right"/>
      </w:pPr>
      <w:r>
        <w:t>اور ایسے لوگ کو جنت میں داخلہ ملے گا۔</w:t>
      </w:r>
    </w:p>
    <w:p>
      <w:r>
        <w:rPr>
          <w:b/>
        </w:rPr>
        <w:t xml:space="preserve">[43:37] </w:t>
      </w:r>
      <w:r>
        <w:t>quran mein hai ke</w:t>
      </w:r>
    </w:p>
    <w:p>
      <w:pPr>
        <w:jc w:val="right"/>
      </w:pPr>
      <w:r>
        <w:t>قرآن میں ہے کہ</w:t>
      </w:r>
    </w:p>
    <w:p>
      <w:r>
        <w:rPr>
          <w:b/>
        </w:rPr>
        <w:t xml:space="preserve">[43:42] </w:t>
      </w:r>
      <w:r>
        <w:t>ke yeh hai woh cheez jis ke liye amal karne wale amal karein. Lammass li hadha fal ya'malil a'malun</w:t>
      </w:r>
    </w:p>
    <w:p>
      <w:pPr>
        <w:jc w:val="right"/>
      </w:pPr>
      <w:r>
        <w:t>کہ یہ ہے وہ چیز جس کے لیے عمل کرنے والے عمل کریں۔ لمس لہذا فلیعمل العاملون</w:t>
      </w:r>
    </w:p>
    <w:p>
      <w:r>
        <w:rPr>
          <w:b/>
        </w:rPr>
        <w:t xml:space="preserve">[43:50] </w:t>
      </w:r>
      <w:r>
        <w:t>jannat ke bare mein kaha gaya hai ke lammass li hadha fal ya'malil a'malun to jannat ka ishtiyaq aap ke andar hoga. Tab aap sochenge ke mujhe apne andar jannati personality banana hai.</w:t>
      </w:r>
    </w:p>
    <w:p>
      <w:pPr>
        <w:jc w:val="right"/>
      </w:pPr>
      <w:r>
        <w:t>جنت کے بارے میں کہا گیا ہے کہ لمس لہذا فلیعمل العاملون تو جنت کا اشتیاق آپ کے اندر ہوگا۔ تب آپ سوچیں گے کہ مجھے اپنے اندر جنتی پرسنیلٹی بنانا ہے۔</w:t>
      </w:r>
    </w:p>
    <w:p>
      <w:r>
        <w:rPr>
          <w:b/>
        </w:rPr>
        <w:t xml:space="preserve">[44:03] </w:t>
      </w:r>
      <w:r>
        <w:t>tab aap sochenge ke mujhe to har cheez ko apna food banana hai, mujhe na shikayat karna hai, na ghussa hona hai. Phir to mauqa chhin jayega.</w:t>
      </w:r>
    </w:p>
    <w:p>
      <w:pPr>
        <w:jc w:val="right"/>
      </w:pPr>
      <w:r>
        <w:t>تب آپ سوچیں گے کہ مجھے تو ہر چیز کو اپنا فوڈ بنانا ہے، مجھے نہ شکایت کرنا ہے، نہ غصہ ہونا ہے۔ پھر تو موقع چھن جائے گا۔</w:t>
      </w:r>
    </w:p>
    <w:p>
      <w:r>
        <w:rPr>
          <w:b/>
        </w:rPr>
        <w:t xml:space="preserve">[44:16] </w:t>
      </w:r>
      <w:r>
        <w:t>har cheez ko mujhe convert karna hai,</w:t>
      </w:r>
    </w:p>
    <w:p>
      <w:pPr>
        <w:jc w:val="right"/>
      </w:pPr>
      <w:r>
        <w:t>ہر چیز کو مجھے کنورٹ کرنا ہے،</w:t>
      </w:r>
    </w:p>
    <w:p>
      <w:r>
        <w:rPr>
          <w:b/>
        </w:rPr>
        <w:t xml:space="preserve">[44:20] </w:t>
      </w:r>
      <w:r>
        <w:t>har negative tajrube ko mujhe positive tajrube mein convert karna hai. Tab woh mera food banega, nahi to nahi banega.</w:t>
      </w:r>
    </w:p>
    <w:p>
      <w:pPr>
        <w:jc w:val="right"/>
      </w:pPr>
      <w:r>
        <w:t>ہر نیگیٹیو تجربے کو مجھے پازیٹیو تجربے میں کنورٹ کرنا ہے۔ تب وہ میرا فوڈ بنے گا، نہیں تو نہیں بنے گا۔</w:t>
      </w:r>
    </w:p>
    <w:p>
      <w:r>
        <w:rPr>
          <w:b/>
        </w:rPr>
        <w:t xml:space="preserve">[44:29] </w:t>
      </w:r>
      <w:r>
        <w:t>yeh shaoor aap ke andar ja kar uthe, isi ka naam hai iman.</w:t>
      </w:r>
    </w:p>
    <w:p>
      <w:pPr>
        <w:jc w:val="right"/>
      </w:pPr>
      <w:r>
        <w:t>یہ شعور آپ کے اندر جا کر اٹھے، اسی کا نام ہے ایمان۔</w:t>
      </w:r>
    </w:p>
    <w:p>
      <w:r>
        <w:rPr>
          <w:b/>
        </w:rPr>
        <w:t xml:space="preserve">[44:36] </w:t>
      </w:r>
      <w:r>
        <w:t>yeh shaoor na jaaga hua ho to isi ka naam hai, yani iman se mahroomi.</w:t>
      </w:r>
    </w:p>
    <w:p>
      <w:pPr>
        <w:jc w:val="right"/>
      </w:pPr>
      <w:r>
        <w:t>یہ شعور نہ جاگا ہوا ہو تو اسی کا نام ہے، یعنی ایمان سے محرومی۔</w:t>
      </w:r>
    </w:p>
    <w:p>
      <w:r>
        <w:rPr>
          <w:b/>
        </w:rPr>
        <w:t xml:space="preserve">[44:48] </w:t>
      </w:r>
      <w:r>
        <w:t>to meri dua hai ke Allah taala mujh ko aur aap ko tofeeq de ke hum dunya mein aala rabbani shakhsiyat ki ta'meer karein, aur aakhirat mein hum ko Allah jannat mein dakhil farmaye,</w:t>
      </w:r>
    </w:p>
    <w:p>
      <w:pPr>
        <w:jc w:val="right"/>
      </w:pPr>
      <w:r>
        <w:t>تو میری دعا ہے کہ اللہ تعالی مجھ کو اور آپ کو توفیق دے کہ ہم دنیا میں اعلیٰ ربانی شخصیت کی تعمیر کریں، اور آخرت میں ہم کو اللہ جنت میں داخل فرمائے،</w:t>
      </w:r>
    </w:p>
    <w:p>
      <w:r>
        <w:rPr>
          <w:b/>
        </w:rPr>
        <w:t xml:space="preserve">[45:03] </w:t>
      </w:r>
      <w:r>
        <w:t>aur farishte hamein wahan istiqbal karein. Qawlan qawlahu hadha wastaghfirullaha liwalikum ajmaeen</w:t>
      </w:r>
    </w:p>
    <w:p>
      <w:pPr>
        <w:jc w:val="right"/>
      </w:pPr>
      <w:r>
        <w:t>اور فرشتے ہمیں وہاں استقبال کریں۔ قول قولھذا واستغفراللہ لولکم اجمعین</w:t>
      </w:r>
    </w:p>
    <w:p>
      <w:r>
        <w:rPr>
          <w:b/>
        </w:rPr>
        <w:t xml:space="preserve">[45:25] </w:t>
      </w:r>
      <w:r>
        <w:t>Soheb Khan sahib ne bheja hai Lucknow se. He has narrated an experience which he had at Jaipur Literature Festival, where the Dawa Field team went to distribute Quran.</w:t>
      </w:r>
    </w:p>
    <w:p>
      <w:pPr>
        <w:jc w:val="right"/>
      </w:pPr>
      <w:r>
        <w:t>صہیب خان صاحب نے بھیجا ہے لکھنؤ سے۔ He has narrated an experience which he had at Jaipur Literature Festival, where the Dawa Field team went to distribute Quran.</w:t>
      </w:r>
    </w:p>
    <w:p>
      <w:r>
        <w:rPr>
          <w:b/>
        </w:rPr>
        <w:t xml:space="preserve">[45:37] </w:t>
      </w:r>
      <w:r>
        <w:t>So I will just read out his comment for everyone. He has written: "I was really happy to see the curiosity of people they had in learning about Islam, regardless of their ethnic background.</w:t>
      </w:r>
    </w:p>
    <w:p>
      <w:pPr>
        <w:jc w:val="right"/>
      </w:pPr>
      <w:r>
        <w:t>So I will just read out his comment for everyone. He has written: "I was really happy to see the curiosity of people they had in learning about Islam, regardless of their ethnic background.</w:t>
      </w:r>
    </w:p>
    <w:p>
      <w:r>
        <w:rPr>
          <w:b/>
        </w:rPr>
        <w:t xml:space="preserve">[45:55] </w:t>
      </w:r>
      <w:r>
        <w:t>What kept me energetic in the joy of gifting Quran was the gratitude of people they had for us and the rare smile as if they were in need of this for a long time." Maulana, then he has written an experience which everybody had at Jaipur Literature Festival.</w:t>
      </w:r>
    </w:p>
    <w:p>
      <w:pPr>
        <w:jc w:val="right"/>
      </w:pPr>
      <w:r>
        <w:t>What kept me energetic in the joy of gifting Quran was the gratitude of people they had for us and the rare smile as if they were in need of this for a long time." مولانا، then he has written an experience which everybody had at Jaipur Literature Festival.</w:t>
      </w:r>
    </w:p>
    <w:p>
      <w:r>
        <w:rPr>
          <w:b/>
        </w:rPr>
        <w:t xml:space="preserve">[46:16] </w:t>
      </w:r>
      <w:r>
        <w:t>He has written: "A non-Muslim man from Jaipur came and asked, 'What are you doing?'</w:t>
      </w:r>
    </w:p>
    <w:p>
      <w:pPr>
        <w:jc w:val="right"/>
      </w:pPr>
      <w:r>
        <w:t>He has written: "A non-Muslim man from Jaipur came and asked, 'What are you doing?'</w:t>
      </w:r>
    </w:p>
    <w:p>
      <w:r>
        <w:rPr>
          <w:b/>
        </w:rPr>
        <w:t xml:space="preserve">[46:24] </w:t>
      </w:r>
      <w:r>
        <w:t>I said, 'Sir, it's the Quran in English which we are giving.' He said, 'Itna jo sab terrorism hai, sar kaat dete hain logon ka jihad ke naam par, yeh sab jo musalman hain, yeh kya kar rahe hain?</w:t>
      </w:r>
    </w:p>
    <w:p>
      <w:pPr>
        <w:jc w:val="right"/>
      </w:pPr>
      <w:r>
        <w:t>I said, 'Sir, it's the Quran in English which we are giving.' He said, 'اتنا جو سب ٹیررزم ہے، سر کاٹ دیتے ہیں لوگوں کا جہاد کے نام پر، یہ سب جو مسلمان ہیں، یہ کیا کر رہے ہیں؟</w:t>
      </w:r>
    </w:p>
    <w:p>
      <w:r>
        <w:rPr>
          <w:b/>
        </w:rPr>
        <w:t xml:space="preserve">[46:42] </w:t>
      </w:r>
      <w:r>
        <w:t>In ke naam par koi fatwa kyun nahi jaari karta? Kyun nahi rokta in ko koi? Ideology kya hai Islam ki?'</w:t>
      </w:r>
    </w:p>
    <w:p>
      <w:pPr>
        <w:jc w:val="right"/>
      </w:pPr>
      <w:r>
        <w:t>ان کے نام پر کوئی فتویٰ کیوں نہیں جاری کرتا؟ کیوں نہیں روکتا ان کو کوئی؟ آئیڈیالوجی کیا ہے اسلام کی؟'</w:t>
      </w:r>
    </w:p>
    <w:p>
      <w:r>
        <w:rPr>
          <w:b/>
        </w:rPr>
        <w:t xml:space="preserve">[46:52] </w:t>
      </w:r>
      <w:r>
        <w:t>Fayyaz sahib explained him, but he again said ke in ko kaun rokega? Unho ne to ana hi sab bana rakha hai, usi ko Islam kehte hain.</w:t>
      </w:r>
    </w:p>
    <w:p>
      <w:pPr>
        <w:jc w:val="right"/>
      </w:pPr>
      <w:r>
        <w:t>فیاض صاحب explained him, but he again said کہ ان کو کون روکے گا؟ انہوں نے تو انا ہی سب بنا رکھا ہے، اسی کو اسلام کہتے ہیں۔</w:t>
      </w:r>
    </w:p>
    <w:p>
      <w:r>
        <w:rPr>
          <w:b/>
        </w:rPr>
        <w:t xml:space="preserve">[47:04] </w:t>
      </w:r>
      <w:r>
        <w:t>Fayyaz sahib, Anis bhai and I were listening to him for four to five minutes, and then Fayyaz sahib said, 'Aap is ko padhein,</w:t>
      </w:r>
    </w:p>
    <w:p>
      <w:pPr>
        <w:jc w:val="right"/>
      </w:pPr>
      <w:r>
        <w:t>فیاض صاحب، انیس بھائی and I were listening to him for four to five minutes, and then فیاض صاحب said، 'آپ اس کو پڑھیں،</w:t>
      </w:r>
    </w:p>
    <w:p>
      <w:r>
        <w:rPr>
          <w:b/>
        </w:rPr>
        <w:t xml:space="preserve">[47:13] </w:t>
      </w:r>
      <w:r>
        <w:t>yeh Maulana Wahiduddin Khan sahib ka Quran translation hai, hum log inhi se juray hue hain. ' And then he said about me ke yeh Abdulmahad Khan ke nawase hain, Maulana unke bare nana hain.</w:t>
      </w:r>
    </w:p>
    <w:p>
      <w:pPr>
        <w:jc w:val="right"/>
      </w:pPr>
      <w:r>
        <w:t>یہ مولانا وحید الدین خان صاحب کا Quran translation ہے، ہم لوگ انہی سے جڑے ہوئے ہیں۔' And then he said about me کہ یہ عبدالمہد خان کے نواسے ہیں، مولانا ان کے بڑے نانا ہیں۔</w:t>
      </w:r>
    </w:p>
    <w:p>
      <w:r>
        <w:rPr>
          <w:b/>
        </w:rPr>
        <w:t xml:space="preserve">[47:28] </w:t>
      </w:r>
      <w:r>
        <w:t>The moment he heard it, he hugged me for ten seconds at least aur kaha ke, aur mujhe pakad ke kaha ke Wahiduddin Khan sahib, woh toh mere favorite hain,</w:t>
      </w:r>
    </w:p>
    <w:p>
      <w:pPr>
        <w:jc w:val="right"/>
      </w:pPr>
      <w:r>
        <w:t>The moment he heard it, he hugged me for ten seconds at least اور کہا کہ، اور مجھے پکڑ کے کہا کہ وحید الدین خان صاحب، وہ تو میرے favorite ہیں،</w:t>
      </w:r>
    </w:p>
    <w:p>
      <w:r>
        <w:rPr>
          <w:b/>
        </w:rPr>
        <w:t xml:space="preserve">[47:43] </w:t>
      </w:r>
      <w:r>
        <w:t>parhta hoon kitabein mein unki, bohat acha laga aap sab logon se mil ke. All his questions were gone the moment he came to know that we are linked to Maulana sahib.</w:t>
      </w:r>
    </w:p>
    <w:p>
      <w:pPr>
        <w:jc w:val="right"/>
      </w:pPr>
      <w:r>
        <w:t>پڑھتا ہوں کتابیں میں ان کی، بہت اچھا لگا آپ سب لوگوں سے مل کے۔ All his questions were gone the moment he came to know that we are linked to مولانا صاحب.</w:t>
      </w:r>
    </w:p>
    <w:p>
      <w:r>
        <w:rPr>
          <w:b/>
        </w:rPr>
        <w:t xml:space="preserve">[47:55] </w:t>
      </w:r>
      <w:r>
        <w:t>We gave him the link for the Sunday talk and told him everything about that.</w:t>
      </w:r>
    </w:p>
    <w:p>
      <w:pPr>
        <w:jc w:val="right"/>
      </w:pPr>
      <w:r>
        <w:t>We gave him the link for the Sunday talk and told him everything about that.</w:t>
      </w:r>
    </w:p>
    <w:p>
      <w:r>
        <w:rPr>
          <w:b/>
        </w:rPr>
        <w:t xml:space="preserve">[48:02] </w:t>
      </w:r>
      <w:r>
        <w:t>unhone phir, Maulana, ek aur cheez likhi hai, unhone likha hai "There is always some bad with the good, and ninety-nine percent of the bad comments came from the Muslims.</w:t>
      </w:r>
    </w:p>
    <w:p>
      <w:pPr>
        <w:jc w:val="right"/>
      </w:pPr>
      <w:r>
        <w:t>انہوں نے پھر، مولانا، ایک اور چیز لکھی ہے، انہوں نے لکھا ہے "There is always some bad with the good, and ninety-nine percent of the bad comments came from the Muslims.</w:t>
      </w:r>
    </w:p>
    <w:p>
      <w:r>
        <w:rPr>
          <w:b/>
        </w:rPr>
        <w:t xml:space="preserve">[48:14] </w:t>
      </w:r>
      <w:r>
        <w:t>Some were just passing by and murmuring that they should be stopped. How can they do this? kisi ko bhi aise Quran de rahe hain?</w:t>
      </w:r>
    </w:p>
    <w:p>
      <w:pPr>
        <w:jc w:val="right"/>
      </w:pPr>
      <w:r>
        <w:t>Some were just passing by and murmuring that they should be stopped. How can they do this? کسی کو بھی ایسے Quran دے رہے ہیں؟</w:t>
      </w:r>
    </w:p>
    <w:p>
      <w:r>
        <w:rPr>
          <w:b/>
        </w:rPr>
        <w:t xml:space="preserve">[48:24] </w:t>
      </w:r>
      <w:r>
        <w:t>Some of them came to us and said, 'aap aise sab ko kyun de rahe hain? galat hai, be adabi hogi,</w:t>
      </w:r>
    </w:p>
    <w:p>
      <w:pPr>
        <w:jc w:val="right"/>
      </w:pPr>
      <w:r>
        <w:t>Some of them came to us and said, 'آپ ایسے سب کو کیوں دے رہے ہیں؟ غلط ہے، بے ادبی ہوگی،</w:t>
      </w:r>
    </w:p>
    <w:p>
      <w:r>
        <w:rPr>
          <w:b/>
        </w:rPr>
        <w:t xml:space="preserve">[48:32] </w:t>
      </w:r>
      <w:r>
        <w:t>le ke phenk diya toh? pak saaf nahi rakhta koi, and so on. But we told them that it's a message of God and every human has aright to know what's in the Quran.</w:t>
      </w:r>
    </w:p>
    <w:p>
      <w:pPr>
        <w:jc w:val="right"/>
      </w:pPr>
      <w:r>
        <w:t>لے کے پھینک دیا تو؟ پاک صاف نہیں رکھتا کوئی، and so on. But we told them that it's a message of God and every human has aright to know what's in the Quran.</w:t>
      </w:r>
    </w:p>
    <w:p>
      <w:r>
        <w:rPr>
          <w:b/>
        </w:rPr>
        <w:t xml:space="preserve">[48:46] </w:t>
      </w:r>
      <w:r>
        <w:t>They should know it; other things are secondary. Some of them agreed, some of them disagreed to agree. All those who objected said the same words."</w:t>
      </w:r>
    </w:p>
    <w:p>
      <w:pPr>
        <w:jc w:val="right"/>
      </w:pPr>
      <w:r>
        <w:t>They should know it; other things are secondary. Some of them agreed, some of them disagreed to agree. All those who objected said the same words."</w:t>
      </w:r>
    </w:p>
    <w:p>
      <w:r>
        <w:rPr>
          <w:b/>
        </w:rPr>
        <w:t xml:space="preserve">[49:03] </w:t>
      </w:r>
      <w:r>
        <w:t>is mein dekhiye, yeh lesson hai ke hamari misunderstanding hoti hai. Insan waisa nahi hota, hum samajh lete hain ke khud se har insan ko ek hi Khuda ne paida kiya hai.</w:t>
      </w:r>
    </w:p>
    <w:p>
      <w:pPr>
        <w:jc w:val="right"/>
      </w:pPr>
      <w:r>
        <w:t>اس میں دیکھیے، یہ لیسن ہے کہ ہماری مس انڈرسٹینڈنگ ہوتی ہے۔ انسان ویسا نہیں ہوتا، ہم سمجھ لیتے ہیں کہ خود سے ہر انسان کو ایک ہی خدا نے پیدا کیا ہے۔</w:t>
      </w:r>
    </w:p>
    <w:p>
      <w:r>
        <w:rPr>
          <w:b/>
        </w:rPr>
        <w:t xml:space="preserve">[49:21] </w:t>
      </w:r>
      <w:r>
        <w:t>har insan ka nature ek hai: fitratul layli fitratun naas to in advance aap kisi bare mein buri rai na banayein,</w:t>
      </w:r>
    </w:p>
    <w:p>
      <w:pPr>
        <w:jc w:val="right"/>
      </w:pPr>
      <w:r>
        <w:t>ہر انسان کا نیچر ایک ہے: فطرت اللیلۃ فطرت الناس تو ان ایڈوانس آپ کسی بارے میں بری رائے نہ بنائیں،</w:t>
      </w:r>
    </w:p>
    <w:p>
      <w:r>
        <w:rPr>
          <w:b/>
        </w:rPr>
        <w:t xml:space="preserve">[49:34] </w:t>
      </w:r>
      <w:r>
        <w:t>kabhi bhi aisa ghalati na karein. Aap yeh samjhayein ke woh bhi insan hai jise mein insan hoon, jisne mujh ko paida kiya, Allah ne us ko hi paida kiya.</w:t>
      </w:r>
    </w:p>
    <w:p>
      <w:pPr>
        <w:jc w:val="right"/>
      </w:pPr>
      <w:r>
        <w:t>کبھی بھی ایسا غلطی نہ کریں۔ آپ یہ سمجھائیں کہ وہ بھی انسان ہے جسے میں انسان ہوں، جس نے مجھ کو پیدا کیا، اللہ نے اس کو ہی پیدا کیا۔</w:t>
      </w:r>
    </w:p>
    <w:p>
      <w:r>
        <w:rPr>
          <w:b/>
        </w:rPr>
        <w:t xml:space="preserve">[49:45] </w:t>
      </w:r>
      <w:r>
        <w:t>Allah ne to dekhiye, starting point aap kabhi bhi misunderstanding ko na banayein. Misunderstanding jo hai, woh kabhi aap ka starting point nahi hona chahiye,</w:t>
      </w:r>
    </w:p>
    <w:p>
      <w:pPr>
        <w:jc w:val="right"/>
      </w:pPr>
      <w:r>
        <w:t>اللہ نے تو دیکھیے، سٹارٹنگ پوائنٹ آپ کبھی بھی مس انڈرسٹینڈنگ کو نہ بنائیں۔ مس انڈرسٹینڈنگ جو ہے، وہ کبھی آپ کا سٹارٹنگ پوائنٹ نہیں ہونا چاہیے،</w:t>
      </w:r>
    </w:p>
    <w:p>
      <w:r>
        <w:rPr>
          <w:b/>
        </w:rPr>
        <w:t xml:space="preserve">[49:59] </w:t>
      </w:r>
      <w:r>
        <w:t>balke woh ilm hona chahiye jo Allah ne diya hai ke fitratul layli fitratun naas yahan se aap start lijiye ke woh bhi insan, mein bhi insan.</w:t>
      </w:r>
    </w:p>
    <w:p>
      <w:pPr>
        <w:jc w:val="right"/>
      </w:pPr>
      <w:r>
        <w:t>بلکہ وہ علم ہونا چاہیے جو اللہ نے دیا ہے کہ فطرت اللیلۃ فطرت الناس یہاں سے آپ سٹارٹ لیجئے کہ وہ بھی انسان، میں بھی انسان۔</w:t>
      </w:r>
    </w:p>
    <w:p>
      <w:r>
        <w:rPr>
          <w:b/>
        </w:rPr>
        <w:t xml:space="preserve">[50:12] </w:t>
      </w:r>
      <w:r>
        <w:t>yeh hai positive method, daao dawat ke kaam ka.</w:t>
      </w:r>
    </w:p>
    <w:p>
      <w:pPr>
        <w:jc w:val="right"/>
      </w:pPr>
      <w:r>
        <w:t>یہ ہے پازیٹیو میتھڈ، داؤ دعوت کے کام کا۔</w:t>
      </w:r>
    </w:p>
    <w:p>
      <w:r>
        <w:rPr>
          <w:b/>
        </w:rPr>
        <w:t xml:space="preserve">[50:21] </w:t>
      </w:r>
      <w:r>
        <w:t>Maulana, jo sawal agla aaya hai, woh Chennai se hai Khalil ur Rehman sa</w:t>
      </w:r>
    </w:p>
    <w:p>
      <w:pPr>
        <w:jc w:val="right"/>
      </w:pPr>
      <w:r>
        <w:t>مولانا، جو سوال اگلا آیا ہے، وہ چنئی سے ہے خلیل الرحمن ص</w:t>
      </w:r>
    </w:p>
    <w:p>
      <w:r>
        <w:rPr>
          <w:b/>
        </w:rPr>
        <w:t xml:space="preserve">[50:27] </w:t>
      </w:r>
      <w:r>
        <w:t>hab ka. unhone likha hai: "I will be thankful if you kindly throw some light about kufu in Islam, as there is confusion about it."</w:t>
      </w:r>
    </w:p>
    <w:p>
      <w:pPr>
        <w:jc w:val="right"/>
      </w:pPr>
      <w:r>
        <w:t>احب کا۔ انہوں نے لکھا ہے: "آئی ویل بی تھینک فل اف یو کائنڈلی تھرو سم لائٹ اباؤٹ کفو ان اسلام، ایز دیر از کنفیوژن اباؤٹ اٹ۔"</w:t>
      </w:r>
    </w:p>
    <w:p>
      <w:r>
        <w:rPr>
          <w:b/>
        </w:rPr>
        <w:t xml:space="preserve">[50:40] </w:t>
      </w:r>
      <w:r>
        <w:t>dekhiye, kufu ka matlab hai barabari ke darmiyan shadi karna.</w:t>
      </w:r>
    </w:p>
    <w:p>
      <w:pPr>
        <w:jc w:val="right"/>
      </w:pPr>
      <w:r>
        <w:t>دیکھیے، کف کا مطلب ہے برابری کے درمیان شادی کرنا۔</w:t>
      </w:r>
    </w:p>
    <w:p>
      <w:r>
        <w:rPr>
          <w:b/>
        </w:rPr>
        <w:t xml:space="preserve">[50:48] </w:t>
      </w:r>
      <w:r>
        <w:t>to mein samajhta hoon ke is mein ghalati yeh hui hai ke is ko, is ko sharai masla bana liya gaya.</w:t>
      </w:r>
    </w:p>
    <w:p>
      <w:pPr>
        <w:jc w:val="right"/>
      </w:pPr>
      <w:r>
        <w:t>تو میں سمجھتا ہوں کہ اس میں غلطی یہ ہوئی ہے کہ اس کو، اس کو شرعی مسئلہ بنا لیا گیا۔</w:t>
      </w:r>
    </w:p>
    <w:p>
      <w:r>
        <w:rPr>
          <w:b/>
        </w:rPr>
        <w:t xml:space="preserve">[50:58] </w:t>
      </w:r>
      <w:r>
        <w:t>barabari ke darmiyan shadi karna yeh koi sharai masla nahi hai, yeh ek practical masla hai ke ek mard aur ek aurat do alag alag khandanon mein paida hote hain.</w:t>
      </w:r>
    </w:p>
    <w:p>
      <w:pPr>
        <w:jc w:val="right"/>
      </w:pPr>
      <w:r>
        <w:t>برابری کے درمیان شادی کرنا یہ کوئی شرعی مسئلہ نہیں ہے، یہ ایک ایک پریکٹیکل مسئلہ ہے کہ ایک ایک مرد اور ایک عورت دو الگ الگ خاندانوں میں پیدا ہوتے ہیں۔</w:t>
      </w:r>
    </w:p>
    <w:p>
      <w:r>
        <w:rPr>
          <w:b/>
        </w:rPr>
        <w:t xml:space="preserve">[51:13] </w:t>
      </w:r>
      <w:r>
        <w:t>unki do alag alag status ho sakta hai, to unhein mil kar sath rehna hai.</w:t>
      </w:r>
    </w:p>
    <w:p>
      <w:pPr>
        <w:jc w:val="right"/>
      </w:pPr>
      <w:r>
        <w:t>ان کی دو الگ الگ اسٹیٹس ہو سکتا ہے، تو انہیں مل کر ساتھ رہنا ہے۔</w:t>
      </w:r>
    </w:p>
    <w:p>
      <w:r>
        <w:rPr>
          <w:b/>
        </w:rPr>
        <w:t xml:space="preserve">[51:20] </w:t>
      </w:r>
      <w:r>
        <w:t>to aap yeh practical reason se aap ko aisa karna parta hai ke aap yeh dekhein ke dono ka status agar bohat ziyada different hoga to zindagi kaise chalegi.</w:t>
      </w:r>
    </w:p>
    <w:p>
      <w:pPr>
        <w:jc w:val="right"/>
      </w:pPr>
      <w:r>
        <w:t>تو آپ یہ پریکٹیکل ریزن سے آپ کو ایسا کرنا پڑتا ہے کہ آپ یہ دیکھیں کہ دونوں کا اسٹیٹس اگر بہت زیادہ ڈفرنٹ ہوگا تو زندگی کیسے چلے گی۔</w:t>
      </w:r>
    </w:p>
    <w:p>
      <w:r>
        <w:rPr>
          <w:b/>
        </w:rPr>
        <w:t xml:space="preserve">[51:35] </w:t>
      </w:r>
      <w:r>
        <w:t>is ko kehte hain kufu. to kufu jo hai, mein samajhta hoon ke ek practical zaroorat hai, is ka shariat se koi ta'alluq nahi.</w:t>
      </w:r>
    </w:p>
    <w:p>
      <w:pPr>
        <w:jc w:val="right"/>
      </w:pPr>
      <w:r>
        <w:t>اس کو کہتے ہیں کف۔ تو کف جو ہے، میں سمجھتا ہوں کہ ایک ایک پریکٹیکل ضرورت ہے، اس کا شریعت سے کوئی تعلق نہیں۔</w:t>
      </w:r>
    </w:p>
    <w:p>
      <w:r>
        <w:rPr>
          <w:b/>
        </w:rPr>
        <w:t xml:space="preserve">[51:49] </w:t>
      </w:r>
      <w:r>
        <w:t>agar koi joda aisa ho jo bohat samajhdar ho, us se ooper uth kar soche to wahan kufu ka masla hi nahi paida hoga. yani yeh aisa nahi ke yeh koi lazman aise hi hota hai, yeh samajhdari ki baat hai.</w:t>
      </w:r>
    </w:p>
    <w:p>
      <w:pPr>
        <w:jc w:val="right"/>
      </w:pPr>
      <w:r>
        <w:t>اگر کوئی جوڑا ایسا ہو جو بہت سمجھدار ہو، اس سے اوپر اٹھ کر سوچے تو وہاں کف کا مسئلہ ہی نہیں پیدا ہوگا۔ یعنی یہ ایسا نہیں کہ یہ کوئی لازماً ایسے ہی ہوتا ہے، یہ سمجھداری کی بات ہے۔</w:t>
      </w:r>
    </w:p>
    <w:p>
      <w:r>
        <w:rPr>
          <w:b/>
        </w:rPr>
        <w:t xml:space="preserve">[52:05] </w:t>
      </w:r>
      <w:r>
        <w:t>agar samajhdari ho to kufu ki koi zaroorat nahi, lekin aam taur par jo log mizaj hota hai, us ke lehaz se kufu ki zaroorat parti hai.</w:t>
      </w:r>
    </w:p>
    <w:p>
      <w:pPr>
        <w:jc w:val="right"/>
      </w:pPr>
      <w:r>
        <w:t>اگر سمجھداری ہو تو کف کی کوئی ضرورت نہیں، لیکن عام طور پر جو لوگ مزاج ہوتا ہے، اس کے لحاظ سے کف کی ضرورت پڑتی ہے۔</w:t>
      </w:r>
    </w:p>
    <w:p>
      <w:r>
        <w:rPr>
          <w:b/>
        </w:rPr>
        <w:t xml:space="preserve">[52:16] </w:t>
      </w:r>
      <w:r>
        <w:t>kuf mein shadi ki</w:t>
      </w:r>
    </w:p>
    <w:p>
      <w:pPr>
        <w:jc w:val="right"/>
      </w:pPr>
      <w:r>
        <w:t>کف میں شادی کی</w:t>
      </w:r>
    </w:p>
    <w:p>
      <w:r>
        <w:rPr>
          <w:b/>
        </w:rPr>
        <w:t xml:space="preserve">[52:17] </w:t>
      </w:r>
      <w:r>
        <w:t>to kuf na koi sharai masla hai, na koi real masla hai, woh waqt ke halaat ke mutabiq.</w:t>
      </w:r>
    </w:p>
    <w:p>
      <w:pPr>
        <w:jc w:val="right"/>
      </w:pPr>
      <w:r>
        <w:t>تو کف نہ کوئی شرعی مسئلہ ہے، نہ کوئی ریل مسئلہ ہے، وہ وقت کے حالات کے مطابق۔</w:t>
      </w:r>
    </w:p>
    <w:p>
      <w:r>
        <w:rPr>
          <w:b/>
        </w:rPr>
        <w:t xml:space="preserve">[52:32] </w:t>
      </w:r>
      <w:r>
        <w:t>maulana, agla ek comment aur ek question hai jo khwaja kaleemuddin sahib ne bheja hai pennsylvania, usa se. pehle hum unka comment parhna chahenge.</w:t>
      </w:r>
    </w:p>
    <w:p>
      <w:pPr>
        <w:jc w:val="right"/>
      </w:pPr>
      <w:r>
        <w:t>مولانا، اگلا ایک کمنٹ اور ایک کوئسچن ہے جو خواجہ کلیم الدین صاحب نے بھیجا ہے پینسلوینیا، یو ایس اے سے۔ پہلے ہم ان کا کمنٹ پڑھنا چاہیں گے۔</w:t>
      </w:r>
    </w:p>
    <w:p>
      <w:r>
        <w:rPr>
          <w:b/>
        </w:rPr>
        <w:t xml:space="preserve">[52:43] </w:t>
      </w:r>
      <w:r>
        <w:t>unhone likha hai: "maulana sahib, following your advice from last to last weeks talk to read one of your books before we decide to ask a question in this program,</w:t>
      </w:r>
    </w:p>
    <w:p>
      <w:pPr>
        <w:jc w:val="right"/>
      </w:pPr>
      <w:r>
        <w:t>انہوں نے لکھا ہے: "مولانا صاحب، فالونگ یور ایڈوائس فرام لاسٹ ٹو لاسٹ ویکس ٹاک ٹو ریڈ ون آف یور بکس بیفور وی ڈیسائیڈ ٹو اسک ا کوئسچن ان دس پروگرام،</w:t>
      </w:r>
    </w:p>
    <w:p>
      <w:r>
        <w:rPr>
          <w:b/>
        </w:rPr>
        <w:t xml:space="preserve">[52:58] </w:t>
      </w:r>
      <w:r>
        <w:t>i started to read the book title 'deen o shariyat'. again, with the sole purpose of asking a question,</w:t>
      </w:r>
    </w:p>
    <w:p>
      <w:pPr>
        <w:jc w:val="right"/>
      </w:pPr>
      <w:r>
        <w:t>ائی سٹارٹڈ ٹو ریڈ دا بک ٹائٹل 'دین و شریعت'۔ اگین، ود دا سول پرپس آف اسکنگ ا کوئسچن،</w:t>
      </w:r>
    </w:p>
    <w:p>
      <w:r>
        <w:rPr>
          <w:b/>
        </w:rPr>
        <w:t xml:space="preserve">[53:06] </w:t>
      </w:r>
      <w:r>
        <w:t>i have completed reading it, but this book or for that matter, any of your other books are so well articulated with supports that a reader hardly comes across a situation where he will have a question to ask.</w:t>
      </w:r>
    </w:p>
    <w:p>
      <w:pPr>
        <w:jc w:val="right"/>
      </w:pPr>
      <w:r>
        <w:t>ائی ہیو کمپلیٹڈ ریڈنگ اٹ، بٹ دس بک اور فار دیٹ میٹر، اینی آف یور ادر بکس ار سو ویل آرٹیکولیٹڈ ود سپورٹس دیٹ ا ریڈر ہارڈلی کمز اکراس ا سچویشن ویر ہی ویل ہیو ا کوئسچن ٹو اسک۔</w:t>
      </w:r>
    </w:p>
    <w:p>
      <w:r>
        <w:rPr>
          <w:b/>
        </w:rPr>
        <w:t xml:space="preserve">[53:24] </w:t>
      </w:r>
      <w:r>
        <w:t>therefore, i decided to continue reading rest of your books twice or thrice in order to ask some higher order questions.</w:t>
      </w:r>
    </w:p>
    <w:p>
      <w:pPr>
        <w:jc w:val="right"/>
      </w:pPr>
      <w:r>
        <w:t>دیر فور، ائی ڈیسائیڈڈ ٹو کنٹینیو ریڈنگ ریسٹ آف یور بکس ٹوائس اور تھرائس ان آرڈر ٹو اسک سم ہائیر آرڈر کوئسچنز۔</w:t>
      </w:r>
    </w:p>
    <w:p>
      <w:r>
        <w:rPr>
          <w:b/>
        </w:rPr>
        <w:t xml:space="preserve">[53:34] </w:t>
      </w:r>
      <w:r>
        <w:t>at this junction, i repeat your advice for my fellows cps members and the viewers of this program to read one book a week with the sole purpose of asking some higher order questions and thereby have clarity in the deen of islam.</w:t>
      </w:r>
    </w:p>
    <w:p>
      <w:pPr>
        <w:jc w:val="right"/>
      </w:pPr>
      <w:r>
        <w:t>ایٹ دس جنکشن، ائی ریپیٹ یور ایڈوائس فار مائی فیلوز سی پی ایس ممبرز اینڈ دا ویورز آف دس پروگرام ٹو ریڈ ون بک ا ویک ود دا سول پرپس آف اسکنگ سم ہائیر آرڈر کوئسچنز اینڈ دیر بائے ہیو کلیرٹی ان دا دین آف اسلام۔</w:t>
      </w:r>
    </w:p>
    <w:p>
      <w:r>
        <w:rPr>
          <w:b/>
        </w:rPr>
        <w:t xml:space="preserve">[53:54] </w:t>
      </w:r>
      <w:r>
        <w:t>yeh dekhiye, bohat ahem baat hai. sawal se pehle aadmi ko chahiye ke woh study kare.</w:t>
      </w:r>
    </w:p>
    <w:p>
      <w:pPr>
        <w:jc w:val="right"/>
      </w:pPr>
      <w:r>
        <w:t>یہ دیکھیے، بہت اہم بات ہے۔ سوال سے پہلے آدمی کو چاہیے کہ وہ اسٹڈی کرے۔</w:t>
      </w:r>
    </w:p>
    <w:p>
      <w:r>
        <w:rPr>
          <w:b/>
        </w:rPr>
        <w:t xml:space="preserve">[54:03] </w:t>
      </w:r>
      <w:r>
        <w:t>study karenge, tabhi sawal ka faida hoga, nahi to sawal ka faida nahi hoga. to khoob parhna chahiye, khoob parhna chahiye, khoob parhna chahiye.</w:t>
      </w:r>
    </w:p>
    <w:p>
      <w:pPr>
        <w:jc w:val="right"/>
      </w:pPr>
      <w:r>
        <w:t>اسٹڈی کریں گے، تبھی سوال کا فائدہ ہوگا، نہیں تو سوال کا فائدہ نہیں ہوگا۔ تو خوب پڑھنا چاہیے، خوب پڑھنا چاہیے، خوب پڑھنا چاہیے۔</w:t>
      </w:r>
    </w:p>
    <w:p>
      <w:r>
        <w:rPr>
          <w:b/>
        </w:rPr>
        <w:t xml:space="preserve">[54:14] </w:t>
      </w:r>
      <w:r>
        <w:t>sawal achi cheez hai, sawal koi buri cheez nahi hai, lekin ek parha hua insaan jab sawal karta hai to woh ek aur hi qism ka sawal hota hai,</w:t>
      </w:r>
    </w:p>
    <w:p>
      <w:pPr>
        <w:jc w:val="right"/>
      </w:pPr>
      <w:r>
        <w:t>سوال اچھی چیز ہے، سوال کوئی بری چیز نہیں ہے، لیکن ایک پڑھا ہوا انسان جب سوال کرتا ہے تو وہ ایک اور ہی قسم کا سوال ہوتا ہے،</w:t>
      </w:r>
    </w:p>
    <w:p>
      <w:r>
        <w:rPr>
          <w:b/>
        </w:rPr>
        <w:t xml:space="preserve">[54:27] </w:t>
      </w:r>
      <w:r>
        <w:t>aur baghair parhe hue sawal kiya jaye to woh doosri qism ka sawal hota hai.</w:t>
      </w:r>
    </w:p>
    <w:p>
      <w:pPr>
        <w:jc w:val="right"/>
      </w:pPr>
      <w:r>
        <w:t>اور بغیر پڑھے ہوئے سوال کیا جائے تو وہ دوسری قسم کا سوال ہوتا ہے۔</w:t>
      </w:r>
    </w:p>
    <w:p>
      <w:r>
        <w:rPr>
          <w:b/>
        </w:rPr>
        <w:t xml:space="preserve">[54:32] </w:t>
      </w:r>
      <w:r>
        <w:t>to hamari team mein, hamare mission mein logon ko chahiye ke woh sawal karne se pehle padhein, khoob padhein, khoob padhein.</w:t>
      </w:r>
    </w:p>
    <w:p>
      <w:pPr>
        <w:jc w:val="right"/>
      </w:pPr>
      <w:r>
        <w:t>تو ہماری ٹیم میں، ہمارے مشن میں لوگوں کو چاہیے کہ وہ سوال کرنے سے پہلے پڑھیں، خوب پڑھیں، خوب پڑھیں۔</w:t>
      </w:r>
    </w:p>
    <w:p>
      <w:r>
        <w:rPr>
          <w:b/>
        </w:rPr>
        <w:t xml:space="preserve">[54:42] </w:t>
      </w:r>
      <w:r>
        <w:t>phir sawal bhi karein. sawal ko mein achi cheez samajhta hoon, lekin parhe likhe insaanon wala sawal kijiye.</w:t>
      </w:r>
    </w:p>
    <w:p>
      <w:pPr>
        <w:jc w:val="right"/>
      </w:pPr>
      <w:r>
        <w:t>پھر سوال بھی کریں۔ سوال کو میں اچھی چیز سمجھتا ہوں، لیکن پڑھے لکھے انسانوں والا سوال کیجئے۔</w:t>
      </w:r>
    </w:p>
    <w:p>
      <w:r>
        <w:rPr>
          <w:b/>
        </w:rPr>
        <w:t xml:space="preserve">[54:52] </w:t>
      </w:r>
      <w:r>
        <w:t>maulana, unka jo question hai, woh unhone likha hai:</w:t>
      </w:r>
    </w:p>
    <w:p>
      <w:pPr>
        <w:jc w:val="right"/>
      </w:pPr>
      <w:r>
        <w:t>مولانا، ان کا جو کوئسچن ہے، وہ انہوں نے لکھا ہے:</w:t>
      </w:r>
    </w:p>
    <w:p>
      <w:r>
        <w:rPr>
          <w:b/>
        </w:rPr>
        <w:t xml:space="preserve">[54:57] </w:t>
      </w:r>
      <w:r>
        <w:t>"the words thirty of surah anbiya says: 'do not those who deny the truth see that the heavens and the earth were joined together, and that we and that we then split them asunder.'" Maulana, this words is pointing to the research event that was to take place in the twenty century, which we call it today as the big bang theory.</w:t>
      </w:r>
    </w:p>
    <w:p>
      <w:pPr>
        <w:jc w:val="right"/>
      </w:pPr>
      <w:r>
        <w:t>"دی ورڈز تھرٹی آف سورۃ الانبیاء سیز: 'ڈو ناٹ دوز ہو ڈینائی دا ٹروتھ سی دیٹ دا ہیونز اینڈ دی ارتھ وار جوائن ٹوگیدر، اینڈ دیٹ وی اینڈ دیٹ وی دین سپلٹ دیم اسنڈر۔'" مولانا، دس ورڈز از پوائنٹنگ ٹو دا ریسرچ ایونٹ دیٹ واز ٹو ٹیک پلیس ان دا ٹونٹی سینچری، وچ وی کال اٹ ٹوڈے ایز دا بگ بینگ تھیوری۔</w:t>
      </w:r>
    </w:p>
    <w:p>
      <w:r>
        <w:rPr>
          <w:b/>
        </w:rPr>
        <w:t xml:space="preserve">[55:26] </w:t>
      </w:r>
      <w:r>
        <w:t>it explains how the present universe has come into existence. in this regard, Maulana sahib, my question to you is: "how did the prophet explain this ayah which was ambiguous in meaning that time to his companions, and how did they understand it?"</w:t>
      </w:r>
    </w:p>
    <w:p>
      <w:pPr>
        <w:jc w:val="right"/>
      </w:pPr>
      <w:r>
        <w:t>اٹ ایکسپلینز ہاؤ دا پریزنٹ یونیورس ہیز کم انٹو ایگزسٹنس۔ ان دس ریگارڈ، مولانا صاحب، مائی کوئسچن ٹو یو از: "ہاؤ ڈیڈ دا پرافٹ ایکسپلین دس ایہ وچ واز ایمبیگس ان میننگ دیٹ ٹائم ٹو ہز کمپینینز، اینڈ ہاؤ ڈیڈ دے انڈرسٹڈ اٹ؟"</w:t>
      </w:r>
    </w:p>
    <w:p>
      <w:r>
        <w:rPr>
          <w:b/>
        </w:rPr>
        <w:t xml:space="preserve">[55:50] </w:t>
      </w:r>
      <w:r>
        <w:t>dekhiye, yeh aisa nahi hai ke sabiq zamane mein sari baatein log jaan gaye the. hadith se sabit hota hai ke aisa nahi tha.</w:t>
      </w:r>
    </w:p>
    <w:p>
      <w:pPr>
        <w:jc w:val="right"/>
      </w:pPr>
      <w:r>
        <w:t>دیکھیے، یہ ایسا نہیں ہے کہ سابق زمانے میں ساری باتیں لوگ جان گئے تھے۔ حدیث سے ثابت ہوتا ہے کہ ایسا نہیں تھا۔</w:t>
      </w:r>
    </w:p>
    <w:p>
      <w:r>
        <w:rPr>
          <w:b/>
        </w:rPr>
        <w:t xml:space="preserve">[56:03] </w:t>
      </w:r>
      <w:r>
        <w:t>ek hadith hai quran ke bare mein ke "la tanqadi ajai'buhu", iske ajai'b kabhi khatam na honge.</w:t>
      </w:r>
    </w:p>
    <w:p>
      <w:pPr>
        <w:jc w:val="right"/>
      </w:pPr>
      <w:r>
        <w:t>ایک حدیث ہے قرآن کے بارے میں کہ "لا تنقضی عجائبہ"، اس کے عجائب کبھی ختم نہ ہوں گے۔</w:t>
      </w:r>
    </w:p>
    <w:p>
      <w:r>
        <w:rPr>
          <w:b/>
        </w:rPr>
        <w:t xml:space="preserve">[56:14] </w:t>
      </w:r>
      <w:r>
        <w:t>to yeh koi anokhi baat nahi ke quran ke kuch ayat aisi hon jo baad ko jab science ki daryaft ho aur zyada insaan ka ilm badhe, tab woh samajh mein aayen.</w:t>
      </w:r>
    </w:p>
    <w:p>
      <w:pPr>
        <w:jc w:val="right"/>
      </w:pPr>
      <w:r>
        <w:t>تو یہ کوئی انوکھی بات نہیں کہ قرآن کے کچھ آیات ایسی ہوں جو بعد کو جب سائنس کی دریافت ہو اور زیادہ انسان کا علم بڑھے، تب وہ سمجھ میں آئیں۔</w:t>
      </w:r>
    </w:p>
    <w:p>
      <w:r>
        <w:rPr>
          <w:b/>
        </w:rPr>
        <w:t xml:space="preserve">[56:28] </w:t>
      </w:r>
      <w:r>
        <w:t>yeh koi anokhi baat nahi hai, kyunke to khud hadith mein maujood hai: "la tanqadi ajai'buhu".</w:t>
      </w:r>
    </w:p>
    <w:p>
      <w:pPr>
        <w:jc w:val="right"/>
      </w:pPr>
      <w:r>
        <w:t>یہ کوئی انوکھی بات نہیں ہے، کیونکہ تو خود حدیث میں موجود ہے: "لا تنقضی عجائبہ"۔</w:t>
      </w:r>
    </w:p>
    <w:p>
      <w:r>
        <w:rPr>
          <w:b/>
        </w:rPr>
        <w:t xml:space="preserve">[56:35] </w:t>
      </w:r>
      <w:r>
        <w:t>to is mein koi shaq nahi ke quran ke kai bayan jo jo kainat ke bare mein the, nature ke bare mein the, unke maani baad ko khule, abhi bhi khule, khulne cha rahe hain.</w:t>
      </w:r>
    </w:p>
    <w:p>
      <w:pPr>
        <w:jc w:val="right"/>
      </w:pPr>
      <w:r>
        <w:t>تو اس میں کوئی شک نہیں کہ قرآن کے کئی بیانات جو جو کائنات کے بارے میں تھے، نیچر کے بارے میں تھے، ان کے معنی بعد کو کھلے، ابھی بھی کھلے، کھلنے چاہ رہے ہیں۔</w:t>
      </w:r>
    </w:p>
    <w:p>
      <w:r>
        <w:rPr>
          <w:b/>
        </w:rPr>
        <w:t xml:space="preserve">[56:51] </w:t>
      </w:r>
      <w:r>
        <w:t>ho sakta hai ke abhi kuch aur baatein khulne wali hon jis ko aaj hum ne na jante hon. to yeh to quran ki abdiyat ka saboot hai, yani quran ek eternal book hai, iska saboot hai.</w:t>
      </w:r>
    </w:p>
    <w:p>
      <w:pPr>
        <w:jc w:val="right"/>
      </w:pPr>
      <w:r>
        <w:t>ہو سکتا ہے کہ ابھی کچھ اور باتیں کھلنے والی ہوں جس کو آج ہم نے نہ جانتے ہوں۔ تو یہ تو قرآن کی ابدیت کا ثبوت ہے، یعنی قرآن ایک اٹرنل بک ہے، اس کا ثبوت ہے۔</w:t>
      </w:r>
    </w:p>
    <w:p>
      <w:r>
        <w:rPr>
          <w:b/>
        </w:rPr>
        <w:t xml:space="preserve">[57:02] </w:t>
      </w:r>
      <w:r>
        <w:t>yeh to quran ka ek positive point</w:t>
      </w:r>
    </w:p>
    <w:p>
      <w:pPr>
        <w:jc w:val="right"/>
      </w:pPr>
      <w:r>
        <w:t>یہ تو قرآن کا ایک پازیٹیو پوائن</w:t>
      </w:r>
    </w:p>
    <w:p>
      <w:r>
        <w:rPr>
          <w:b/>
        </w:rPr>
        <w:t xml:space="preserve">[57:04] </w:t>
      </w:r>
      <w:r>
        <w:t>hai, yeh koi is mein koi doosri baat nahi hai.</w:t>
      </w:r>
    </w:p>
    <w:p>
      <w:pPr>
        <w:jc w:val="right"/>
      </w:pPr>
      <w:r>
        <w:t>ٹ ہے، یہ کوئی اس میں کوئی دوسری بات نہیں ہے۔</w:t>
      </w:r>
    </w:p>
    <w:p>
      <w:r>
        <w:rPr>
          <w:b/>
        </w:rPr>
        <w:t xml:space="preserve">[57:13] </w:t>
      </w:r>
      <w:r>
        <w:t>maulana, agla sawal kolkatta se hai doctor roshan kumar jha sahib ka. unhon ne aap se poocha hai ke "What is the importance of reading Quran in Arabic without understanding it?"</w:t>
      </w:r>
    </w:p>
    <w:p>
      <w:pPr>
        <w:jc w:val="right"/>
      </w:pPr>
      <w:r>
        <w:t>مولانا، اگلا سوال کلکتہ سے ہے ڈاکٹر روشن کمار جھا صاحب کا۔ انہوں نے آپ سے پوچھا ہے کہ "What is the importance of reading Quran in Arabic without understanding it?"</w:t>
      </w:r>
    </w:p>
    <w:p>
      <w:r>
        <w:rPr>
          <w:b/>
        </w:rPr>
        <w:t xml:space="preserve">[57:28] </w:t>
      </w:r>
      <w:r>
        <w:t>dekhiye, har cheez mein ek aala darja hota hai, ek sakardi darja hota hai. to aala darja to yeh hai ke aadmi samajh kar parhe.</w:t>
      </w:r>
    </w:p>
    <w:p>
      <w:pPr>
        <w:jc w:val="right"/>
      </w:pPr>
      <w:r>
        <w:t>دیکھیے، ہر چیز میں ایک اعلیٰ درجہ ہوتا ہے، ایک سکردی درجہ ہوتا ہے۔ تو اعلیٰ درجہ تو یہ ہے کہ آدمی سمجھ کر پڑھے۔</w:t>
      </w:r>
    </w:p>
    <w:p>
      <w:r>
        <w:rPr>
          <w:b/>
        </w:rPr>
        <w:t xml:space="preserve">[57:40] </w:t>
      </w:r>
      <w:r>
        <w:t>arabi janta hai to arabi arabi seekhe, arabi nahi janta to arabi seekhe, aur arabi zabanein padh kar samjhe, nahi to tarjuma padhe.</w:t>
      </w:r>
    </w:p>
    <w:p>
      <w:pPr>
        <w:jc w:val="right"/>
      </w:pPr>
      <w:r>
        <w:t>عربی جانتا ہے تو عربی عربی سیکھے، عربی نہیں جانتا تو عربی سیکھے، اور عربی زبانیں پڑھ کر سمجھے، نہیں تو ترجمہ پڑھے۔</w:t>
      </w:r>
    </w:p>
    <w:p>
      <w:r>
        <w:rPr>
          <w:b/>
        </w:rPr>
        <w:t xml:space="preserve">[57:51] </w:t>
      </w:r>
      <w:r>
        <w:t>yeh aala darja hai, lekin secondary darje mein yeh bhi ek ek tareeqa hai ke aap samajhte na hon, phir bhi padh rahe hain ke yeh Allah ka kalam hai.</w:t>
      </w:r>
    </w:p>
    <w:p>
      <w:pPr>
        <w:jc w:val="right"/>
      </w:pPr>
      <w:r>
        <w:t>یہ اعلیٰ درجہ ہے، لیکن سیکنڈری درجے میں یہ بھی ایک ایک طریقہ ہے کہ آپ سمجھتے نہ ہوں، پھر بھی پڑھ رہے ہیں کہ یہ اللہ کا کلام ہے۔</w:t>
      </w:r>
    </w:p>
    <w:p>
      <w:r>
        <w:rPr>
          <w:b/>
        </w:rPr>
        <w:t xml:space="preserve">[58:02] </w:t>
      </w:r>
      <w:r>
        <w:t>to is ko mein be faida nahi kahunga, lekin woh secondary mein kahunga ke woh secondary baat hai. aala baat yeh hai ke aap samjhein ya to arabi zuban mein ya tarjume ke zariye se.</w:t>
      </w:r>
    </w:p>
    <w:p>
      <w:pPr>
        <w:jc w:val="right"/>
      </w:pPr>
      <w:r>
        <w:t>تو اس کو میں بے فائدہ نہیں کہوں گا، لیکن وہ سیکنڈری میں کہوں گا کہ وہ سیکنڈری بات ہے۔ اعلیٰ بات یہ ہے کہ آپ سمجھیں یا تو عربی زبان میں یا ترجمے کے ذریعے سے۔</w:t>
      </w:r>
    </w:p>
    <w:p>
      <w:r>
        <w:rPr>
          <w:b/>
        </w:rPr>
        <w:t xml:space="preserve">[58:15] </w:t>
      </w:r>
      <w:r>
        <w:t>doosri baat yeh hai ke agar aap arabi nahi jante ya tarjuma nahi padh sakte, tab bhi koi is mein yani hرج ki baat nahi, kyunke is paas mein aise log hote hain,</w:t>
      </w:r>
    </w:p>
    <w:p>
      <w:pPr>
        <w:jc w:val="right"/>
      </w:pPr>
      <w:r>
        <w:t>دوسری بات یہ ہے کہ اگر آپ عربی نہیں جانتے یا ترجمہ نہیں پڑھ سکتے، تب بھی کوئی اس میں یعنی حرج کی بات نہیں، کیونکہ اس پاس میں ایسے لوگ ہوتے ہیں،</w:t>
      </w:r>
    </w:p>
    <w:p>
      <w:r>
        <w:rPr>
          <w:b/>
        </w:rPr>
        <w:t xml:space="preserve">[58:31] </w:t>
      </w:r>
      <w:r>
        <w:t>aap ke masjid ke imam hain ya is paas ka koi baat aadmi hai jo padha likha hai, us se aap poochhiye, poochh ke janiye, ek mutual learning kijiye.</w:t>
      </w:r>
    </w:p>
    <w:p>
      <w:pPr>
        <w:jc w:val="right"/>
      </w:pPr>
      <w:r>
        <w:t>آپ کے مسجد کے امام ہیں یا اس پاس کا کوئی بات آدمی ہے جو پڑھا لکھا ہے، اس سے آپ پوچھیے، پوچھ کے جانیے، ایک امیوچول لرننگ کیجئے۔</w:t>
      </w:r>
    </w:p>
    <w:p>
      <w:r>
        <w:rPr>
          <w:b/>
        </w:rPr>
        <w:t xml:space="preserve">[58:42] </w:t>
      </w:r>
      <w:r>
        <w:t>to mein samajhta hoon ke yeh koi rukawat nahi hai ke aadmi zuban na janta ho, doosron se baat kar ke, poochh kar ke woh baaton ko samajh sakta hai.</w:t>
      </w:r>
    </w:p>
    <w:p>
      <w:pPr>
        <w:jc w:val="right"/>
      </w:pPr>
      <w:r>
        <w:t>تو میں سمجھتا ہوں کہ یہ کوئی رکاوٹ نہیں ہے کہ آدمی زبان نہ جانتا ہو، دوسروں سے بات کر کے، پوچھ کر کے وہ باتوں کو سمجھ سکتا ہے۔</w:t>
      </w:r>
    </w:p>
    <w:p>
      <w:r>
        <w:rPr>
          <w:b/>
        </w:rPr>
        <w:t xml:space="preserve">[58:55] </w:t>
      </w:r>
      <w:r>
        <w:t>maulana, agla sawal raichur se hai zaheeruddin sahib ka. unhon ne likha hai: "tazkiya ke liye jo sohbat darkar hai, woh kya online bhi hasil ho sakti hai ya personally hi hasil hogi?"</w:t>
      </w:r>
    </w:p>
    <w:p>
      <w:pPr>
        <w:jc w:val="right"/>
      </w:pPr>
      <w:r>
        <w:t>مولانا، اگلا سوال رائچور سے ہے ظہیرالدین صاحب کا۔ انہوں نے لکھا ہے: "تزکیہ کے لیے جو صحبت درکار ہے، وہ کیا آن لائن بھی حاصل ہو سکتی ہے یا پرسنلی ہی حاصل ہوگی؟"</w:t>
      </w:r>
    </w:p>
    <w:p>
      <w:r>
        <w:rPr>
          <w:b/>
        </w:rPr>
        <w:t xml:space="preserve">[59:13] </w:t>
      </w:r>
      <w:r>
        <w:t>dekhiye janab, personally hasil hoti hai, na kisi aur tareeqe se. rasool Allah ke zamane mein madine mein kai log the, rasool Allah ke paas baithte the, lekin munafiq reh gaye.</w:t>
      </w:r>
    </w:p>
    <w:p>
      <w:pPr>
        <w:jc w:val="right"/>
      </w:pPr>
      <w:r>
        <w:t>دیکھیے جناب، پرسنلی حاصل ہوتی ہے، نہ کسی اور طریقے سے۔ رسول اللہ کے زمانے میں مدینے میں کئی لوگ تھے، رسول اللہ کے پاس بیٹھتے تھے، لیکن منافق رہ گئے۔</w:t>
      </w:r>
    </w:p>
    <w:p>
      <w:r>
        <w:rPr>
          <w:b/>
        </w:rPr>
        <w:t xml:space="preserve">[59:22] </w:t>
      </w:r>
      <w:r>
        <w:t>woh</w:t>
      </w:r>
    </w:p>
    <w:p>
      <w:pPr>
        <w:jc w:val="right"/>
      </w:pPr>
      <w:r>
        <w:t>وہ</w:t>
      </w:r>
    </w:p>
    <w:p>
      <w:r>
        <w:rPr>
          <w:b/>
        </w:rPr>
        <w:t xml:space="preserve">[59:26] </w:t>
      </w:r>
      <w:r>
        <w:t>yeh to sab log jante hain ke munafiq kyun baithte the rasool Allah ke paas, lekin phir bhi munafiq hi rahe. woh to sara mamla jo hai, aap ki apni receptivity ka hai,</w:t>
      </w:r>
    </w:p>
    <w:p>
      <w:pPr>
        <w:jc w:val="right"/>
      </w:pPr>
      <w:r>
        <w:t>یہ تو سب لوگ جانتے ہیں کہ منافق کیوں بیٹھتے تھے رسول اللہ کے پاس، لیکن پھر بھی منافق ہی رہے۔ وہ تو سارا معاملہ جو ہے، آپ کی اپنی ریسیپٹیوٹی کا ہے،</w:t>
      </w:r>
    </w:p>
    <w:p>
      <w:r>
        <w:rPr>
          <w:b/>
        </w:rPr>
        <w:t xml:space="preserve">[59:40] </w:t>
      </w:r>
      <w:r>
        <w:t>apni akhaziyat ka hai,</w:t>
      </w:r>
    </w:p>
    <w:p>
      <w:pPr>
        <w:jc w:val="right"/>
      </w:pPr>
      <w:r>
        <w:t>اپنی اخاذیت کا ہے،</w:t>
      </w:r>
    </w:p>
    <w:p>
      <w:r>
        <w:rPr>
          <w:b/>
        </w:rPr>
        <w:t xml:space="preserve">[59:43] </w:t>
      </w:r>
      <w:r>
        <w:t>khud apne andar kitna shaoori development aap ne kiya hai, us ka hai. agar aadmi ka zehan bohat zyada developed ho, us ke andar bohat zyada receptivity receptivity ho, to har cheez us ke liye sohbat ka faida degi.</w:t>
      </w:r>
    </w:p>
    <w:p>
      <w:pPr>
        <w:jc w:val="right"/>
      </w:pPr>
      <w:r>
        <w:t>خود اپنے اندر کتنا شعوری ڈیویلپمنٹ آپ نے کیا ہے، اس کا ہے۔ اگر آدمی کا ذہن بہت زیادہ ڈیویلپڈ ہو، اس کے اندر بہت زیادہ ریسیپٹیوٹی ریسیپٹیوٹی ہو، تو ہر چیز اس کے لیے صحبت کا فائدہ دے گی۔</w:t>
      </w:r>
    </w:p>
    <w:p>
      <w:r>
        <w:rPr>
          <w:b/>
        </w:rPr>
        <w:t xml:space="preserve">[1:00:01] </w:t>
      </w:r>
      <w:r>
        <w:t>har cheez, yani us ko koi us ka form nahi hai, form nahi hai.</w:t>
      </w:r>
    </w:p>
    <w:p>
      <w:pPr>
        <w:jc w:val="right"/>
      </w:pPr>
      <w:r>
        <w:t>ہر چیز، یعنی اس کو کوئی اس کا فارم نہیں ہے، فارم نہیں ہے۔</w:t>
      </w:r>
    </w:p>
    <w:p>
      <w:r>
        <w:rPr>
          <w:b/>
        </w:rPr>
        <w:t xml:space="preserve">[1:00:12] </w:t>
      </w:r>
      <w:r>
        <w:t>har cheez hai. sara mamla depend karta hai is par ke intellectual development kisi ka kitna hua hai aur kitna receptive bana hai aadmi.</w:t>
      </w:r>
    </w:p>
    <w:p>
      <w:pPr>
        <w:jc w:val="right"/>
      </w:pPr>
      <w:r>
        <w:t>ہر چیز ہے۔ سارا معاملہ ڈیپینڈ کرتا ہے اس پر کہ انٹلیکچول ڈیویلپمنٹ کسی کا کتنا ہوا ہے اور کتنا ریسیپٹیو بنا ہے آدمی۔</w:t>
      </w:r>
    </w:p>
    <w:p>
      <w:r>
        <w:rPr>
          <w:b/>
        </w:rPr>
        <w:t xml:space="preserve">[1:00:22] </w:t>
      </w:r>
      <w:r>
        <w:t>it all depends upon receptivity. maulana ajmer se doctor safina tabassum ne agla sawal bheja hai. unhon ne likha hai: "maulana sahib, i really thank you for providing us with the guidance to make oneself a jannati personality.</w:t>
      </w:r>
    </w:p>
    <w:p>
      <w:pPr>
        <w:jc w:val="right"/>
      </w:pPr>
      <w:r>
        <w:t>اٹ آل ڈیپینڈز اپون ریسیپٹیوٹی۔ مولانا اجمیر سے ڈاکٹر سفینہ تبسم نے اگلا سوال بھیجا ہے۔ انہوں نے لکھا ہے: "مولانا صاحب، ائی ریلی تھینک یو فار پرووائیڈنگ اس ود دا گائیڈنس ٹو میک ون سیلف ا جنتی پرسنیلٹی۔</w:t>
      </w:r>
    </w:p>
    <w:p>
      <w:r>
        <w:rPr>
          <w:b/>
        </w:rPr>
        <w:t xml:space="preserve">[1:00:41] </w:t>
      </w:r>
      <w:r>
        <w:t>i have a question: can you please tell us how to easily motivate our self to remain positive in all the circumstances?"</w:t>
      </w:r>
    </w:p>
    <w:p>
      <w:pPr>
        <w:jc w:val="right"/>
      </w:pPr>
      <w:r>
        <w:t>ائی ہیو ا کوئسچن: کین یو پلیز ٹیل اس ہاؤ ٹو ایزیلی موٹیویٹ اور سیلف ٹو ریمین پازیٹیو ان ال دا سرکمسٹانسز؟"</w:t>
      </w:r>
    </w:p>
    <w:p>
      <w:r>
        <w:rPr>
          <w:b/>
        </w:rPr>
        <w:t xml:space="preserve">[1:00:55] </w:t>
      </w:r>
      <w:r>
        <w:t>dekhiye, yeh is ka koi technical method nahi hai.</w:t>
      </w:r>
    </w:p>
    <w:p>
      <w:pPr>
        <w:jc w:val="right"/>
      </w:pPr>
      <w:r>
        <w:t>دیکھیے، یہ اس کا کوئی ٹیکنیکل میتھڈ نہیں ہے۔</w:t>
      </w:r>
    </w:p>
    <w:p>
      <w:r>
        <w:rPr>
          <w:b/>
        </w:rPr>
        <w:t xml:space="preserve">[1:01:01] </w:t>
      </w:r>
      <w:r>
        <w:t>aaj hi subah mein kisi se keh raha tha ke agar aap waqai aadmi jaan le zindagi ki haqeeqat ko ke hum hum ko marna hai, koi aadmi aisa duniya mein nahi paida hua jo na mare,</w:t>
      </w:r>
    </w:p>
    <w:p>
      <w:pPr>
        <w:jc w:val="right"/>
      </w:pPr>
      <w:r>
        <w:t>آج ہی صبح میں کسی سے کہہ رہا تھا کہ اگر آپ واقعی آدمی جان لے زندگی کی حقیقت کو کہ ہم ہم کو مرنا ہے، کوئی آدمی ایسا دنیا میں نہیں پیدا ہوا جو نہ مرے،</w:t>
      </w:r>
    </w:p>
    <w:p>
      <w:r>
        <w:rPr>
          <w:b/>
        </w:rPr>
        <w:t xml:space="preserve">[1:01:19] </w:t>
      </w:r>
      <w:r>
        <w:t>aur marne ke baad hum ko aakhirat mein dakhil hona hai,</w:t>
      </w:r>
    </w:p>
    <w:p>
      <w:pPr>
        <w:jc w:val="right"/>
      </w:pPr>
      <w:r>
        <w:t>اور مرنے کے بعد ہم کو آخرت میں داخل ہونا ہے،</w:t>
      </w:r>
    </w:p>
    <w:p>
      <w:r>
        <w:rPr>
          <w:b/>
        </w:rPr>
        <w:t xml:space="preserve">[1:01:26] </w:t>
      </w:r>
      <w:r>
        <w:t>aur wahan par jannat hai aur jahannum hai.</w:t>
      </w:r>
    </w:p>
    <w:p>
      <w:pPr>
        <w:jc w:val="right"/>
      </w:pPr>
      <w:r>
        <w:t>اور وہاں پر جنت ہے اور جہنم ہے۔</w:t>
      </w:r>
    </w:p>
    <w:p>
      <w:r>
        <w:rPr>
          <w:b/>
        </w:rPr>
        <w:t xml:space="preserve">[1:01:30] </w:t>
      </w:r>
      <w:r>
        <w:t>to agar aadmi yaqeen ke sath is baat ko apne mind mein baitha le ke agar mujhe jannat mili to kya mera haal hoga? mein no behan ban jaunga.</w:t>
      </w:r>
    </w:p>
    <w:p>
      <w:pPr>
        <w:jc w:val="right"/>
      </w:pPr>
      <w:r>
        <w:t>تو اگر آدمی یقین کے ساتھ اس بات کو اپنے مائنڈ میں بٹھا لے کہ اگر مجھے جنت ملی تو کیا میرا حال ہوگا؟ میں نو بہن بن جاؤں گا۔</w:t>
      </w:r>
    </w:p>
    <w:p>
      <w:r>
        <w:rPr>
          <w:b/>
        </w:rPr>
        <w:t xml:space="preserve">[1:01:42] </w:t>
      </w:r>
      <w:r>
        <w:t>jannat na mili to kuch bhi nahi mila.</w:t>
      </w:r>
    </w:p>
    <w:p>
      <w:pPr>
        <w:jc w:val="right"/>
      </w:pPr>
      <w:r>
        <w:t>جنت نہ ملی تو کچھ بھی نہیں ملا۔</w:t>
      </w:r>
    </w:p>
    <w:p>
      <w:r>
        <w:rPr>
          <w:b/>
        </w:rPr>
        <w:t xml:space="preserve">[1:01:45] </w:t>
      </w:r>
      <w:r>
        <w:t>yeh yaqeen jitna zyada aadmi ke dimagh mein baithega, utna hi uska ek, yani ek, yani, yani us ke andar wasayat paida ho jayegi.</w:t>
      </w:r>
    </w:p>
    <w:p>
      <w:pPr>
        <w:jc w:val="right"/>
      </w:pPr>
      <w:r>
        <w:t>یہ یقین جتنا زیادہ آدمی کے دماغ میں بیٹھے گا، اتنا ہی اس کا ایک، یعنی ایک، یعنی، یعنی اس کے اندر وسایت پیدا ہو جائے گی۔</w:t>
      </w:r>
    </w:p>
    <w:p>
      <w:r>
        <w:rPr>
          <w:b/>
        </w:rPr>
        <w:t xml:space="preserve">[1:02:03] </w:t>
      </w:r>
      <w:r>
        <w:t>yeh sab kuch depend karta hai yaqeen par. yeh yeh agar aadmi ko yaqeen ho jaye ke agar mujhe jannat jannat na mili to mein to no bahn reh jaunga.</w:t>
      </w:r>
    </w:p>
    <w:p>
      <w:pPr>
        <w:jc w:val="right"/>
      </w:pPr>
      <w:r>
        <w:t>یہ سب کچھ ڈیپینڈ کرتا ہے یقین پر۔ یہ یہ اگر آدمی کو یقین ہو جائے کہ اگر مجھے جنت جنت نہ ملی تو میں تو نو بہن رہ جاؤں گا۔</w:t>
      </w:r>
    </w:p>
    <w:p>
      <w:r>
        <w:rPr>
          <w:b/>
        </w:rPr>
        <w:t xml:space="preserve">[1:02:13] </w:t>
      </w:r>
      <w:r>
        <w:t>mein kuch bhi nahi hoga, mera</w:t>
      </w:r>
    </w:p>
    <w:p>
      <w:pPr>
        <w:jc w:val="right"/>
      </w:pPr>
      <w:r>
        <w:t>میں کچھ بھی نہیں ہوگا، میرا</w:t>
      </w:r>
    </w:p>
    <w:p>
      <w:r>
        <w:rPr>
          <w:b/>
        </w:rPr>
        <w:t xml:space="preserve">[1:02:15] </w:t>
      </w:r>
      <w:r>
        <w:t>kya karunga? eternity ko kaise face karunga? mein jitna zyada yeh yaqeen aadmi ke andar hoga, utne zyada is ke andar doosri baatein aati chali jayengi.</w:t>
      </w:r>
    </w:p>
    <w:p>
      <w:pPr>
        <w:jc w:val="right"/>
      </w:pPr>
      <w:r>
        <w:t>کیا کروں گا؟ ایٹرنیٹی کو کیسے فیس کروں گا؟ میں جتنا زیادہ یہ یقین آدمی کے اندر ہوگا، اتنے زیادہ اس کے اندر دوسری باتیں آتی چلی جائیں گی۔</w:t>
      </w:r>
    </w:p>
    <w:p>
      <w:r>
        <w:rPr>
          <w:b/>
        </w:rPr>
        <w:t xml:space="preserve">[1:02:36] </w:t>
      </w:r>
      <w:r>
        <w:t>maulana, agla sawal dhampur se hai mehtab ahmad sahab ka</w:t>
      </w:r>
    </w:p>
    <w:p>
      <w:pPr>
        <w:jc w:val="right"/>
      </w:pPr>
      <w:r>
        <w:t>مولانا، اگلا سوال دھامپور سے ہے مہتاب احمد صاحب کا</w:t>
      </w:r>
    </w:p>
    <w:p>
      <w:r>
        <w:rPr>
          <w:b/>
        </w:rPr>
        <w:t xml:space="preserve">[1:02:40] </w:t>
      </w:r>
      <w:r>
        <w:t>. unhon ne likha hai: "maulana sahab, please tell me, was sahaba iman a re-discovery for them?" nahi, mein aisa kehta hoon ke jo already momin hain, paida hue hain musalman, un ke liye un ki zaroorat hai ke woh islam ko re-discovery banayein.</w:t>
      </w:r>
    </w:p>
    <w:p>
      <w:pPr>
        <w:jc w:val="right"/>
      </w:pPr>
      <w:r>
        <w:t>۔ انہوں نے لکھا ہے: "مولانا صاحب، پلیز ٹیل می، واز صحابہ ایمان ا ری ڈسکوری فار دیم؟" نہیں، میں ایسا کہتا ہوں کہ جو الریڈی مومن ہیں، پیدا ہوئے ہیں مسلمان، ان کے لیے ان کی ضرورت ہے کہ وہ اسلام کو ری ڈسکوری بنائیں۔</w:t>
      </w:r>
    </w:p>
    <w:p>
      <w:r>
        <w:rPr>
          <w:b/>
        </w:rPr>
        <w:t xml:space="preserve">[1:03:00] </w:t>
      </w:r>
      <w:r>
        <w:t>mein paida hone ko kafi na samjhein,</w:t>
      </w:r>
    </w:p>
    <w:p>
      <w:pPr>
        <w:jc w:val="right"/>
      </w:pPr>
      <w:r>
        <w:t>میں پیدا ہونے کو کافی نہ سمجھیں،</w:t>
      </w:r>
    </w:p>
    <w:p>
      <w:r>
        <w:rPr>
          <w:b/>
        </w:rPr>
        <w:t xml:space="preserve">[1:03:04] </w:t>
      </w:r>
      <w:r>
        <w:t>yani paida hone se aadmi</w:t>
      </w:r>
    </w:p>
    <w:p>
      <w:pPr>
        <w:jc w:val="right"/>
      </w:pPr>
      <w:r>
        <w:t>یعنی پیدا ہونے سے آدمی</w:t>
      </w:r>
    </w:p>
    <w:p>
      <w:r>
        <w:rPr>
          <w:b/>
        </w:rPr>
        <w:t xml:space="preserve">[1:03:09] </w:t>
      </w:r>
      <w:r>
        <w:t>momin ban gaye, aisa na samjhein, balkeh woh islam ko re-discover karein. yeh yani paidaishi musalmanon ke bare mein aisa mein kehta hoon, lekin sahaba to woh to paida hue the ghair islam mein.</w:t>
      </w:r>
    </w:p>
    <w:p>
      <w:pPr>
        <w:jc w:val="right"/>
      </w:pPr>
      <w:r>
        <w:t>مومن بن گئے، ایسا نہ سمجھیں، بلکہ وہ اسلام کو ری ڈسکور کریں۔ یہ یعنی پیدائشی مسلمانوں کے بارے میں ایسا میں کہتا ہوں، لیکن صحابہ تو وہ تو پیدا ہوئے تھے غیر اسلام میں۔</w:t>
      </w:r>
    </w:p>
    <w:p>
      <w:r>
        <w:rPr>
          <w:b/>
        </w:rPr>
        <w:t xml:space="preserve">[1:03:27] </w:t>
      </w:r>
      <w:r>
        <w:t>unhon ne to islam in ka case discovery ka case hai,</w:t>
      </w:r>
    </w:p>
    <w:p>
      <w:pPr>
        <w:jc w:val="right"/>
      </w:pPr>
      <w:r>
        <w:t>انہوں نے تو اسلام ان کا کیس ڈسکوری کا کیس ہے،</w:t>
      </w:r>
    </w:p>
    <w:p>
      <w:r>
        <w:rPr>
          <w:b/>
        </w:rPr>
        <w:t xml:space="preserve">[1:03:32] </w:t>
      </w:r>
      <w:r>
        <w:t>in ka case re-discovery case nahi hai. re-discovery case to paidaishi musalmanon ke liye hai. sahaba ke liye islam in ki discovery tha.</w:t>
      </w:r>
    </w:p>
    <w:p>
      <w:pPr>
        <w:jc w:val="right"/>
      </w:pPr>
      <w:r>
        <w:t>ان کا کیس ری ڈسکوری کیس نہیں ہے۔ ری ڈسکوری کیس تو پیدائشی مسلمانوں کے لیے ہے۔ صحابہ کے لیے اسلام ان کی ڈسکوری تھا۔</w:t>
      </w:r>
    </w:p>
    <w:p>
      <w:r>
        <w:rPr>
          <w:b/>
        </w:rPr>
        <w:t xml:space="preserve">[1:03:43] </w:t>
      </w:r>
      <w:r>
        <w:t>pehli baar daryaft kiya unhon ne?</w:t>
      </w:r>
    </w:p>
    <w:p>
      <w:pPr>
        <w:jc w:val="right"/>
      </w:pPr>
      <w:r>
        <w:t>پہلی بار دریافت کیا انہوں نے؟</w:t>
      </w:r>
    </w:p>
    <w:p>
      <w:r>
        <w:rPr>
          <w:b/>
        </w:rPr>
        <w:t xml:space="preserve">[1:03:49] </w:t>
      </w:r>
      <w:r>
        <w:t>maulana, agla sawal dilli se hai</w:t>
      </w:r>
    </w:p>
    <w:p>
      <w:pPr>
        <w:jc w:val="right"/>
      </w:pPr>
      <w:r>
        <w:t>مولانا، اگلا سوال دلی سے ہے</w:t>
      </w:r>
    </w:p>
    <w:p>
      <w:r>
        <w:rPr>
          <w:b/>
        </w:rPr>
        <w:t xml:space="preserve">[1:03:52] </w:t>
      </w:r>
      <w:r>
        <w:t>mr shamil rae ka. unhon ne aap se poocha hai: "what can be done to bring about better interreligious understanding and dialogue?</w:t>
      </w:r>
    </w:p>
    <w:p>
      <w:pPr>
        <w:jc w:val="right"/>
      </w:pPr>
      <w:r>
        <w:t>مسٹر شامل رے کا۔ انہوں نے آپ سے پوچھا ہے: "واٹ کین بی ڈن ٹو برنگ اباؤٹ بیٹر انٹر ریلیجیس انڈرسٹینڈنگ اینڈ ڈائیلاگ؟</w:t>
      </w:r>
    </w:p>
    <w:p>
      <w:r>
        <w:rPr>
          <w:b/>
        </w:rPr>
        <w:t xml:space="preserve">[1:04:03] </w:t>
      </w:r>
      <w:r>
        <w:t>aur country needs this urgently today?" mein samajhta hoon ke asal cheez hai spirit of mutual learning.</w:t>
      </w:r>
    </w:p>
    <w:p>
      <w:pPr>
        <w:jc w:val="right"/>
      </w:pPr>
      <w:r>
        <w:t>اور کنٹری نیڈز دس ارجنٹلی ٹوڈے؟" میں سمجھتا ہوں کہ اصل چیز ہے اسپیریٹ آف میوچول لرننگ۔</w:t>
      </w:r>
    </w:p>
    <w:p>
      <w:r>
        <w:rPr>
          <w:b/>
        </w:rPr>
        <w:t xml:space="preserve">[1:04:15] </w:t>
      </w:r>
      <w:r>
        <w:t>yani doosra jo hai, hum yeh samjhein ke woh yani is ka alag religion hai, is ka alag culture hai.</w:t>
      </w:r>
    </w:p>
    <w:p>
      <w:pPr>
        <w:jc w:val="right"/>
      </w:pPr>
      <w:r>
        <w:t>یعنی دوسرا جو ہے، ہم یہ سمجھیں کہ وہ یعنی اس کا الگ ریلیجن ہے، اس کا الگ کلچر ہے۔</w:t>
      </w:r>
    </w:p>
    <w:p>
      <w:r>
        <w:rPr>
          <w:b/>
        </w:rPr>
        <w:t xml:space="preserve">[1:04:24] </w:t>
      </w:r>
      <w:r>
        <w:t>is tarah na sochein hum, balkeh is tarah sochein ke woh ek ek case hai, ek case hai jis se mein kuch seekh sakta hoon.</w:t>
      </w:r>
    </w:p>
    <w:p>
      <w:pPr>
        <w:jc w:val="right"/>
      </w:pPr>
      <w:r>
        <w:t>اس طرح نہ سوچیں ہم، بلکہ اس طرح سوچیں کہ وہ ایک ایک کیس ہے، ایک کیس ہے جس سے میں کچھ سیکھ سکتا ہوں۔</w:t>
      </w:r>
    </w:p>
    <w:p>
      <w:r>
        <w:rPr>
          <w:b/>
        </w:rPr>
        <w:t xml:space="preserve">[1:04:37] </w:t>
      </w:r>
      <w:r>
        <w:t>har doosre insaan ko, har doosre organization ko, har doosre mauqe ko aap is zehan se lein ke mujhe wahan par koi learning ho sakti hai, kuch mein seekh sakta hoon.</w:t>
      </w:r>
    </w:p>
    <w:p>
      <w:pPr>
        <w:jc w:val="right"/>
      </w:pPr>
      <w:r>
        <w:t>ہر دوسرے انسان کو، ہر دوسرے ارگنائزیشن کو، ہر دوسرے موقع کو آپ اس ذہن سے لیں کہ مجھے وہاں پر کوئی لرننگ ہو سکتی ہے، کچھ میں سیکھ سکتا ہوں۔</w:t>
      </w:r>
    </w:p>
    <w:p>
      <w:r>
        <w:rPr>
          <w:b/>
        </w:rPr>
        <w:t xml:space="preserve">[1:04:48] </w:t>
      </w:r>
      <w:r>
        <w:t>is se to spirit of learning mere liye ek asal cheez hai.</w:t>
      </w:r>
    </w:p>
    <w:p>
      <w:pPr>
        <w:jc w:val="right"/>
      </w:pPr>
      <w:r>
        <w:t>اس سے تو اسپیڈ آف لرننگ میرے لیے ایک اصل چیز ہے۔</w:t>
      </w:r>
    </w:p>
    <w:p>
      <w:r>
        <w:rPr>
          <w:b/>
        </w:rPr>
        <w:t xml:space="preserve">[1:04:55] </w:t>
      </w:r>
      <w:r>
        <w:t>spirit of learning yeh sirf isi interface muamle mein, har muamle mein is ki ahmiyat hai.</w:t>
      </w:r>
    </w:p>
    <w:p>
      <w:pPr>
        <w:jc w:val="right"/>
      </w:pPr>
      <w:r>
        <w:t>اسپیڈ آف لرننگ یہ صرف اسی انٹرفیس معاملے میں، ہر معاملے میں اس کی اہمیت ہے۔</w:t>
      </w:r>
    </w:p>
    <w:p>
      <w:r>
        <w:rPr>
          <w:b/>
        </w:rPr>
        <w:t xml:space="preserve">[1:05:04] </w:t>
      </w:r>
      <w:r>
        <w:t>to mein samajhta hoon ke sab se zyada logon ke andar jo paida karne ki zaroorat hai, woh spirit of learning hai. sab se zyada sincere learning, bilkul learning.</w:t>
      </w:r>
    </w:p>
    <w:p>
      <w:pPr>
        <w:jc w:val="right"/>
      </w:pPr>
      <w:r>
        <w:t>تو میں سمجھتا ہوں کہ سب سے زیادہ لوگوں کے اندر جو پیدا کرنے کی ضرورت ہے، وہ اسپیڈ آف لرننگ ہے۔ سب سے زیادہ سنسیئر لرننگ، بالکل لرننگ۔</w:t>
      </w:r>
    </w:p>
    <w:p>
      <w:r>
        <w:rPr>
          <w:b/>
        </w:rPr>
        <w:t xml:space="preserve">[1:05:19] </w:t>
      </w:r>
      <w:r>
        <w:t>learning ke liye shart yeh hai ke aap objective hon, sincere hon, honest hon, tab learning hoti hai. yeh mizaj banaya jaye to sab masla hal ho jayega.</w:t>
      </w:r>
    </w:p>
    <w:p>
      <w:pPr>
        <w:jc w:val="right"/>
      </w:pPr>
      <w:r>
        <w:t>لرننگ کے لیے شرط یہ ہے کہ آپ ابجیکٹو ہوں، سنسیئر ہوں، اونسٹ ہوں، تب لرننگ ہوتی ہے۔ یہ مزاج بنایا جائے تو سب مسئلہ حل ہو جائے گا۔</w:t>
      </w:r>
    </w:p>
    <w:p>
      <w:r>
        <w:rPr>
          <w:b/>
        </w:rPr>
        <w:t xml:space="preserve">[1:05:35] </w:t>
      </w:r>
      <w:r>
        <w:t>maulana, agla sawal mumbai se aya hai mr sr khanna ne bheja hai. unhon ne likha hai: "maulana, you talk in developing positive mind,</w:t>
      </w:r>
    </w:p>
    <w:p>
      <w:pPr>
        <w:jc w:val="right"/>
      </w:pPr>
      <w:r>
        <w:t>مولانا، اگلا سوال ممبئی سے آیا ہے مسٹر ایس آر کھنا نے بھیجا ہے۔ انہوں نے لکھا ہے: "مولانا، یو ٹاک ان ڈویلپنگ پازیٹیو مائنڈ،</w:t>
      </w:r>
    </w:p>
    <w:p>
      <w:r>
        <w:rPr>
          <w:b/>
        </w:rPr>
        <w:t xml:space="preserve">[1:05:48] </w:t>
      </w:r>
      <w:r>
        <w:t>but you yourself have turn negative in your talk on 24 november 2013, when you delivered a talk titled 'doomsday is coming'.</w:t>
      </w:r>
    </w:p>
    <w:p>
      <w:pPr>
        <w:jc w:val="right"/>
      </w:pPr>
      <w:r>
        <w:t>بٹ یو یور سیلف ہیو ٹرن نیگیٹیو ان یور ٹاک ان 24 نومبر 2013، وین یو ڈیلیورڈ ا ٹاک ٹائٹل 'ڈومز ڈے از کمنگ'۔</w:t>
      </w:r>
    </w:p>
    <w:p>
      <w:r>
        <w:rPr>
          <w:b/>
        </w:rPr>
        <w:t xml:space="preserve">[1:06:01] </w:t>
      </w:r>
      <w:r>
        <w:t>you said that all those born now will go to hell and express your desire for an early doomsday. this kind of narrow and hopeless version of religion can only produce frustration and also ultimately be used to justify violence and mass murder.</w:t>
      </w:r>
    </w:p>
    <w:p>
      <w:pPr>
        <w:jc w:val="right"/>
      </w:pPr>
      <w:r>
        <w:t>یو سیڈ دیٹ ال دوز بورن ناو ول گو ٹو ہیل اینڈ ایکسپریس یور ڈیزائر فار این ارلی ڈومز ڈے۔ دس کائنڈ آف نیرو اینڈ ہوپ لیس ورژن آف ریلیجن کین اونلی پروڈیوس فرسٹریشن اینڈ السو الٹیمیٹلی بی یوز ٹو جسٹیفائی وائلنس اینڈ ماس مرڈر۔</w:t>
      </w:r>
    </w:p>
    <w:p>
      <w:r>
        <w:rPr>
          <w:b/>
        </w:rPr>
        <w:t xml:space="preserve">[1:06:22] </w:t>
      </w:r>
      <w:r>
        <w:t>claiming to know the creation plan of god is the first step towards fanaticism.</w:t>
      </w:r>
    </w:p>
    <w:p>
      <w:pPr>
        <w:jc w:val="right"/>
      </w:pPr>
      <w:r>
        <w:t>کلیمنگ ٹو نو دی کریشن پلان آف گاڈ از دا فرسٹ سٹیپ ٹورڈز فیناٹیسزم۔</w:t>
      </w:r>
    </w:p>
    <w:p>
      <w:r>
        <w:rPr>
          <w:b/>
        </w:rPr>
        <w:t xml:space="preserve">[1:06:28] </w:t>
      </w:r>
      <w:r>
        <w:t>do you think condemning the entire humanity to hell can develop peace and spirituality? mein mein aisa kabhi nahi kehta ke kaun hell mein jayega, yeh mera kaam nahi hai.</w:t>
      </w:r>
    </w:p>
    <w:p>
      <w:pPr>
        <w:jc w:val="right"/>
      </w:pPr>
      <w:r>
        <w:t>ڈو یو تھنک کنڈیمنگ دا انٹائر ہیومینٹی ٹو ہیل کین ڈیویلپ پیس اینڈ سپرچویلٹی؟" میں میں ایسا کبھی نہیں کہتا کہ کون ہیل میں جائے گا، یہ میرا کام نہیں ہے۔</w:t>
      </w:r>
    </w:p>
    <w:p>
      <w:r>
        <w:rPr>
          <w:b/>
        </w:rPr>
        <w:t xml:space="preserve">[1:06:42] </w:t>
      </w:r>
      <w:r>
        <w:t>that is god domain. mein kaun hota hoon kehne wala ke kaun hell mein jayega?</w:t>
      </w:r>
    </w:p>
    <w:p>
      <w:pPr>
        <w:jc w:val="right"/>
      </w:pPr>
      <w:r>
        <w:t>دیٹ از گاڈ ڈومین۔ میں کون ہوتا ہوں کہنے والا کہ کون ہیل میں جائے گا؟</w:t>
      </w:r>
    </w:p>
    <w:p>
      <w:r>
        <w:rPr>
          <w:b/>
        </w:rPr>
        <w:t xml:space="preserve">[1:06:49] </w:t>
      </w:r>
      <w:r>
        <w:t>mein sirf yeh kehta hoon ke aaj kal jo halaat hain, woh bohat hi bigad gaye hain, bohat zyada bigad gaye hain.</w:t>
      </w:r>
    </w:p>
    <w:p>
      <w:pPr>
        <w:jc w:val="right"/>
      </w:pPr>
      <w:r>
        <w:t>میں صرف یہ کہتا ہوں کہ آج کل جو حالات ہیں، وہ بہت ہی بگڑ گئے ہیں، بہت زیادہ بگڑ گئے ہیں۔</w:t>
      </w:r>
    </w:p>
    <w:p>
      <w:r>
        <w:rPr>
          <w:b/>
        </w:rPr>
        <w:t xml:space="preserve">[1:06:57] </w:t>
      </w:r>
      <w:r>
        <w:t>yani halaat insaan ko bigadne wale zyada hain, banane wale kam hain. aur yeh har aap janta hai, yeh koi aisa nahi ke mein kahoon to aap janenge.</w:t>
      </w:r>
    </w:p>
    <w:p>
      <w:pPr>
        <w:jc w:val="right"/>
      </w:pPr>
      <w:r>
        <w:t>یعنی حالات انسان کو بگاڑنے والے زیادہ ہیں، بنانے والے کم ہیں۔ اور یہ ہر آپ جانتا ہے، یہ کوئی ایسا نہیں کہ میں کہوں تو آپ جانیں گے۔</w:t>
      </w:r>
    </w:p>
    <w:p>
      <w:r>
        <w:rPr>
          <w:b/>
        </w:rPr>
        <w:t xml:space="preserve">[1:07:10] </w:t>
      </w:r>
      <w:r>
        <w:t>is zamane mein jahan bhi jaiye, wahan par bigaad ki baatein hain.</w:t>
      </w:r>
    </w:p>
    <w:p>
      <w:pPr>
        <w:jc w:val="right"/>
      </w:pPr>
      <w:r>
        <w:t>اس زمانے میں جہاں بھی جائیے، وہاں پر بگاڑ کی باتیں ہیں۔</w:t>
      </w:r>
    </w:p>
    <w:p>
      <w:r>
        <w:rPr>
          <w:b/>
        </w:rPr>
        <w:t xml:space="preserve">[1:07:16] </w:t>
      </w:r>
      <w:r>
        <w:t>yahan tak ke jo cheezein pehle zamane mein hum samajhte thay ke yeh galat hain, woh ab ab qanoon par nahi. maslan same sex, hum ne bachpan mein kabhi socha nahi tha ke same sex ka word bhi hamare paas nahi tha ke woh woh fakhr ke saath log is ko ikhtiyar karenge.</w:t>
      </w:r>
    </w:p>
    <w:p>
      <w:pPr>
        <w:jc w:val="right"/>
      </w:pPr>
      <w:r>
        <w:t>یہاں تک کہ جو چیزیں پہلے زمانے میں ہم سمجھتے تھے کہ یہ غلط ہیں، وہ اب اب قانون پر نہیں۔ مثلاً سیم سیکس، ہم نے بچپن میں کبھی سوچا نہیں تھا کہ سیم سیکس کا ورڈ بھی ہمارے پاس نہیں تھا کہ وہ وہ فخر کے ساتھ لوگ اس کو اختیار کریں گے۔</w:t>
      </w:r>
    </w:p>
    <w:p>
      <w:r>
        <w:rPr>
          <w:b/>
        </w:rPr>
        <w:t xml:space="preserve">[1:07:39] </w:t>
      </w:r>
      <w:r>
        <w:t>aisi hazaron baatein hain.</w:t>
      </w:r>
    </w:p>
    <w:p>
      <w:pPr>
        <w:jc w:val="right"/>
      </w:pPr>
      <w:r>
        <w:t>ایسی ہزاروں باتیں ہیں۔</w:t>
      </w:r>
    </w:p>
    <w:p>
      <w:r>
        <w:rPr>
          <w:b/>
        </w:rPr>
        <w:t xml:space="preserve">[1:07:43] </w:t>
      </w:r>
      <w:r>
        <w:t>to mein jo kehta hoon, yeh hargiz nahi kehta ke log falan falan log jahanum mein jayenge. mein kaise keh sakta hoon? yeh mera right right nahi hai.</w:t>
      </w:r>
    </w:p>
    <w:p>
      <w:pPr>
        <w:jc w:val="right"/>
      </w:pPr>
      <w:r>
        <w:t>تو میں جو کہتا ہوں، یہ ہرگز نہیں کہتا کہ لوگ فلاں فلاں لوگ جہنم میں جائیں گے۔ میں کیسے کہہ سکتا ہوں؟ یہ میرا رائٹ رائٹ نہیں ہے۔</w:t>
      </w:r>
    </w:p>
    <w:p>
      <w:r>
        <w:rPr>
          <w:b/>
        </w:rPr>
        <w:t xml:space="preserve">[1:07:53] </w:t>
      </w:r>
      <w:r>
        <w:t>that not my domain. lekin yeh mein zaroor kehta hoon ke ab ab insaan ko bigadne wale asbab badh gaye hain.</w:t>
      </w:r>
    </w:p>
    <w:p>
      <w:pPr>
        <w:jc w:val="right"/>
      </w:pPr>
      <w:r>
        <w:t>دیٹ ناٹ مائی ڈومین۔ لیکن یہ میں ضرور کہتا ہوں کہ اب اب انسان کو بگاڑنے والے اسباب بڑھ گئے ہیں۔</w:t>
      </w:r>
    </w:p>
    <w:p>
      <w:r>
        <w:rPr>
          <w:b/>
        </w:rPr>
        <w:t xml:space="preserve">[1:08:03] </w:t>
      </w:r>
      <w:r>
        <w:t>har jagah bigaad ke asbab, bigaad ke asbab, bigaad ke asbab. to yeh to ek waqia hai, kaun is ka inkar karega?</w:t>
      </w:r>
    </w:p>
    <w:p>
      <w:pPr>
        <w:jc w:val="right"/>
      </w:pPr>
      <w:r>
        <w:t>ہر جگہ بگاڑ کے اسباب، بگاڑ کے اسباب، بگاڑ کے اسباب۔ تو یہ تو ایک واقعہ ہے، کون اس کا انکار کرے گا؟</w:t>
      </w:r>
    </w:p>
    <w:p>
      <w:r>
        <w:rPr>
          <w:b/>
        </w:rPr>
        <w:t xml:space="preserve">[1:08:12] </w:t>
      </w:r>
      <w:r>
        <w:t>aap dekhen, har taraf corruption hai, har taraf exploitation hai, har taraf jhoot hai, har taraf.</w:t>
      </w:r>
    </w:p>
    <w:p>
      <w:pPr>
        <w:jc w:val="right"/>
      </w:pPr>
      <w:r>
        <w:t>آپ دیکھیں، ہر طرف کرپشن ہے، ہر طرف ایکسپلائٹیشن ہے، ہر طرف جھوٹ ہے، ہر طرف۔</w:t>
      </w:r>
    </w:p>
    <w:p>
      <w:r>
        <w:rPr>
          <w:b/>
        </w:rPr>
        <w:t xml:space="preserve">[1:08:20] </w:t>
      </w:r>
      <w:r>
        <w:t>yani yeh hai jo rozana khabrein aati rehti hain ke log rape karte hain aur koi pakad nahi, in ki dhoom se rape karte hain aur phir koi pakad bhi nahi, koi koi saza nahi hoti, kisi ko hoti.</w:t>
      </w:r>
    </w:p>
    <w:p>
      <w:pPr>
        <w:jc w:val="right"/>
      </w:pPr>
      <w:r>
        <w:t>یعنی یہ ہے جو روزانہ خبریں آتی رہتی ہیں کہ لوگ ریپ کرتے ہیں اور کوئی پکڑ نہیں، ان کی دھوم سے ریپ کرتے ہیں اور پھر کوئی پکڑ بھی نہیں، کوئی کوئی سزا نہیں ہوتی، کسی کو ہوتی۔</w:t>
      </w:r>
    </w:p>
    <w:p>
      <w:r>
        <w:rPr>
          <w:b/>
        </w:rPr>
        <w:t xml:space="preserve">[1:08:38] </w:t>
      </w:r>
      <w:r>
        <w:t>to aap ki kaun nahi janta in baaton ko?</w:t>
      </w:r>
    </w:p>
    <w:p>
      <w:pPr>
        <w:jc w:val="right"/>
      </w:pPr>
      <w:r>
        <w:t>تو آپ کی کون نہیں جانتا ان باتوں کو؟</w:t>
      </w:r>
    </w:p>
    <w:p>
      <w:r>
        <w:rPr>
          <w:b/>
        </w:rPr>
        <w:t xml:space="preserve">[1:08:41] </w:t>
      </w:r>
      <w:r>
        <w:t>kaun khud nahi janta?</w:t>
      </w:r>
    </w:p>
    <w:p>
      <w:pPr>
        <w:jc w:val="right"/>
      </w:pPr>
      <w:r>
        <w:t>کون ہی خود نہیں جانتا؟</w:t>
      </w:r>
    </w:p>
    <w:p>
      <w:r>
        <w:rPr>
          <w:b/>
        </w:rPr>
        <w:t xml:space="preserve">[1:08:46] </w:t>
      </w:r>
      <w:r>
        <w:t>to mein isi ko kehta hoon, bas hargiz hargiz mein na kaha, na na na socha mein ne kabhi aisa ke mein keh sakta hoon ke falan jahanum mein jayega.</w:t>
      </w:r>
    </w:p>
    <w:p>
      <w:pPr>
        <w:jc w:val="right"/>
      </w:pPr>
      <w:r>
        <w:t>تو میں اسی کو کہتا ہوں، بس ہرگز ہرگز میں نہ کہا، نہ نہ نہ سوچا میں نے کبھی ایسا کہ میں کہہ سکتا ہوں کہ فلاں جہنم میں جائے گا۔</w:t>
      </w:r>
    </w:p>
    <w:p>
      <w:r>
        <w:rPr>
          <w:b/>
        </w:rPr>
        <w:t xml:space="preserve">[1:08:56] </w:t>
      </w:r>
      <w:r>
        <w:t>yeh kaise keh sakta hoon mein? to is ko aap negative ko kehte hain, yeh koi negative statement nahi keh sakte. aap jo soorat e haal is waqt hai, us ko mein zikr karta hoon.</w:t>
      </w:r>
    </w:p>
    <w:p>
      <w:pPr>
        <w:jc w:val="right"/>
      </w:pPr>
      <w:r>
        <w:t>یہ کیسے کہہ سکتا ہوں میں؟ تو اس کو آپ نیگیٹیو کو کہتے ہیں، یہ کوئی نیگیٹیو سٹیٹمنٹ نہیں کہہ سکتے۔ آپ جو صورتحال اس وقت ہے، اس کو میں ذکر کرتا ہوں۔</w:t>
      </w:r>
    </w:p>
    <w:p>
      <w:r>
        <w:rPr>
          <w:b/>
        </w:rPr>
        <w:t xml:space="preserve">[1:09:07] </w:t>
      </w:r>
      <w:r>
        <w:t>aap party se jaiye to wahan corruption hai, media mein jaiye to wahan par censors hain, news ko khoob numayan karte hain, maar dhaar ko numayan karte hain.</w:t>
      </w:r>
    </w:p>
    <w:p>
      <w:pPr>
        <w:jc w:val="right"/>
      </w:pPr>
      <w:r>
        <w:t>آپ پارٹی سے جائیے تو وہاں کرپشن ہے، میڈیا میں جائیے تو وہاں پر سینسرز ہیں، نیوز کو خوب نمایاں کرتے ہیں، مار دھاڑ کو نمایاں کرتے ہیں۔</w:t>
      </w:r>
    </w:p>
    <w:p>
      <w:r>
        <w:rPr>
          <w:b/>
        </w:rPr>
        <w:t xml:space="preserve">[1:09:17] </w:t>
      </w:r>
      <w:r>
        <w:t>aap market mein jaiye to wahan exploitation hai,</w:t>
      </w:r>
    </w:p>
    <w:p>
      <w:pPr>
        <w:jc w:val="right"/>
      </w:pPr>
      <w:r>
        <w:t>آپ مارکیٹ میں جائیے تو وہاں ایکسپلائٹیشن ہے،</w:t>
      </w:r>
    </w:p>
    <w:p>
      <w:r>
        <w:rPr>
          <w:b/>
        </w:rPr>
        <w:t xml:space="preserve">[1:09:23] </w:t>
      </w:r>
      <w:r>
        <w:t>aap jaiye kahin officer jayen to wahan favoritism hai, koi kaam karna ho to wahan rishwat deni padti hai. yani kaun sa institution hai, kaun si field hai jahan yeh sab na ho?</w:t>
      </w:r>
    </w:p>
    <w:p>
      <w:pPr>
        <w:jc w:val="right"/>
      </w:pPr>
      <w:r>
        <w:t>آپ جائیے کہیں افیسر جائیں تو وہاں فیورٹیزم ہے، کوئی کام کرنا ہو تو وہاں رشوت دینی پڑتی ہے۔ یعنی کون سا انسٹیٹیوشن ہے، کون سی فیلڈ ہے جہاں یہ سب نہ ہو؟</w:t>
      </w:r>
    </w:p>
    <w:p>
      <w:r>
        <w:rPr>
          <w:b/>
        </w:rPr>
        <w:t xml:space="preserve">[1:09:38] </w:t>
      </w:r>
      <w:r>
        <w:t>to zamane ke halaat jo hain, us ko mein kehta hoon, woh sab sab log jante hain.</w:t>
      </w:r>
    </w:p>
    <w:p>
      <w:pPr>
        <w:jc w:val="right"/>
      </w:pPr>
      <w:r>
        <w:t>تو زمانے کے حالات جو ہیں، اس کو میں کہتا ہوں، وہ سب سب لوگ جانتے ہیں۔</w:t>
      </w:r>
    </w:p>
    <w:p>
      <w:r>
        <w:rPr>
          <w:b/>
        </w:rPr>
        <w:t xml:space="preserve">[1:09:46] </w:t>
      </w:r>
      <w:r>
        <w:t>abhi mein radio sun raha tha to koi ga raha tha, koi aadmi. ab mein kabhi koi radio chalata hoon, gaana aa jata hai to koi aadmi ga raha tha: "dekh tere sansaar ki haalat kya ho gayi, bhagwan!</w:t>
      </w:r>
    </w:p>
    <w:p>
      <w:pPr>
        <w:jc w:val="right"/>
      </w:pPr>
      <w:r>
        <w:t>ابھی میں ریڈیو سن رہا تھا تو کوئی گا رہا تھا، کوئی آدمی۔ اب میں کبھی کوئی ریڈیو چلاتا ہوں، گانا آ جاتا ہے تو کوئی آدمی گا رہا تھا: "دیکھ تیرے سنسار کی حالت کیا ہوگئی، بھگوان!</w:t>
      </w:r>
    </w:p>
    <w:p>
      <w:r>
        <w:rPr>
          <w:b/>
        </w:rPr>
        <w:t xml:space="preserve">[1:10:00] </w:t>
      </w:r>
      <w:r>
        <w:t>kitna badal gaya hai insaan!"</w:t>
      </w:r>
    </w:p>
    <w:p>
      <w:pPr>
        <w:jc w:val="right"/>
      </w:pPr>
      <w:r>
        <w:t>کتنا بدل گیا ہے انسان!"</w:t>
      </w:r>
    </w:p>
    <w:p>
      <w:r>
        <w:rPr>
          <w:b/>
        </w:rPr>
        <w:t xml:space="preserve">[1:10:04] </w:t>
      </w:r>
      <w:r>
        <w:t>ab ek professional aadmi, is ka ta'alluq na mazhab se hai na kuch hai, woh ga raha tha: "dekh tere sansaar ki haalat kya ho gayi, bhagwan! kitna badal gaya hai insaan!" yahi mein kehta hoon, bas to kaun si nayi baat yeh hai?</w:t>
      </w:r>
    </w:p>
    <w:p>
      <w:pPr>
        <w:jc w:val="right"/>
      </w:pPr>
      <w:r>
        <w:t>اب ایک پروفیشنل آدمی، اس کا تعلق نہ مذہب سے ہے نہ کچھ ہے، وہ گا رہا تھا: "دیکھ تیرے سنسار کی حالت کیا ہوگئی، بھگوان! کتنا بدل گیا ہے انسان!" یہی میں کہتا ہوں، بس تو کون سی نئی بات یہ ہے؟</w:t>
      </w:r>
    </w:p>
    <w:p>
      <w:r>
        <w:rPr>
          <w:b/>
        </w:rPr>
        <w:t xml:space="preserve">[1:10:18] </w:t>
      </w:r>
      <w:r>
        <w:t>aap hargiz yeh nahi keh sakte ke mein koi negative reward deta hoon ya kisi ke jannat jahanum ko faisla karta hoon. mujhe is ka right nahi hai.</w:t>
      </w:r>
    </w:p>
    <w:p>
      <w:pPr>
        <w:jc w:val="right"/>
      </w:pPr>
      <w:r>
        <w:t>آپ ہرگز یہ نہیں کہہ سکتے کہ میں کوئی نیگیٹیو ریوارڈ دیتا ہوں یا کسی کے جنت جہنم کو فیصلہ کرتا ہوں۔ مجھے اس کا رائٹ نہیں ہے۔</w:t>
      </w:r>
    </w:p>
    <w:p>
      <w:r>
        <w:rPr>
          <w:b/>
        </w:rPr>
        <w:t xml:space="preserve">[1:10:30] </w:t>
      </w:r>
      <w:r>
        <w:t>meri baat ko aap ne galat agree se</w:t>
      </w:r>
    </w:p>
    <w:p>
      <w:pPr>
        <w:jc w:val="right"/>
      </w:pPr>
      <w:r>
        <w:t>میری بات کو آپ نے غلط ایگری سے</w:t>
      </w:r>
    </w:p>
    <w:p>
      <w:r>
        <w:rPr>
          <w:b/>
        </w:rPr>
        <w:t xml:space="preserve">[1:10:33] </w:t>
      </w:r>
      <w:r>
        <w:t>liya hai. aap right agree se len to woh aap ka bhi wahi soch hogi. aap right agree se len to woh wahi aap bhi sochte honge ke is zamane mein kitni kharabiyan aa gayi hain.</w:t>
      </w:r>
    </w:p>
    <w:p>
      <w:pPr>
        <w:jc w:val="right"/>
      </w:pPr>
      <w:r>
        <w:t>لیا ہے۔ آپ رائٹ ایگری سے لیں تو وہ آپ کا بھی وہی سوچ ہوگی۔ آپ رائٹ ایگری سے لیں تو وہ وہی آپ بھی سوچتے ہوں گے کہ اس زمانے میں کتنی خرابیاں آ گئی ہیں۔</w:t>
      </w:r>
    </w:p>
    <w:p>
      <w:r>
        <w:rPr>
          <w:b/>
        </w:rPr>
        <w:t xml:space="preserve">[1:10:43] </w:t>
      </w:r>
      <w:r>
        <w:t>kisi bhi boodhe aadmi se poochhiye ke us ke bachpan mein kya halaat the, aaj kya halaat hain? aap ke dada ji zinda honge, un se poochhiye ke aap ke bachpan mein kya halaat the, aaj kya halaat hain?</w:t>
      </w:r>
    </w:p>
    <w:p>
      <w:pPr>
        <w:jc w:val="right"/>
      </w:pPr>
      <w:r>
        <w:t>کسی بھی بوڑھے آدمی سے پوچھیے کہ اس کے بچپن میں کیا حالات تھے، آج کیا حالات ہیں؟ آپ کے دادا جی زندہ ہوں گے، ان سے پوچھیے کہ آپ کے بچپن میں کیا حالات تھے، آج کیا حالات ہیں؟</w:t>
      </w:r>
    </w:p>
    <w:p>
      <w:r>
        <w:rPr>
          <w:b/>
        </w:rPr>
        <w:t xml:space="preserve">[1:10:55] </w:t>
      </w:r>
      <w:r>
        <w:t>to kaun si nai baat maine kahi hai? is ko aap aise kaise kehte hain ke main negative reward deta hoon?</w:t>
      </w:r>
    </w:p>
    <w:p>
      <w:pPr>
        <w:jc w:val="right"/>
      </w:pPr>
      <w:r>
        <w:t>تو کون سی نئی بات میں نے کہی ہے؟ اس کو آپ ایسے کیسے کہتے ہیں کہ میں نیگیٹیو ریوارڈ دیتا ہوں؟</w:t>
      </w:r>
    </w:p>
    <w:p>
      <w:r>
        <w:rPr>
          <w:b/>
        </w:rPr>
        <w:t xml:space="preserve">[1:11:03] </w:t>
      </w:r>
      <w:r>
        <w:t>aap ne meri baat ko galat agree se dekha, is ko sahi agree se dekhiye.</w:t>
      </w:r>
    </w:p>
    <w:p>
      <w:pPr>
        <w:jc w:val="right"/>
      </w:pPr>
      <w:r>
        <w:t>آپ نے میری بات کو غلط ایگری سے دیکھا، اس کو صحیح ایگری سے دیکھیے۔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