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Moses Part 4, October 02, 2022</w:t>
      </w:r>
    </w:p>
    <w:p>
      <w:r>
        <w:t>https://youtu.be/nYYuJ3xvA80</w:t>
      </w:r>
    </w:p>
    <w:p>
      <w:r>
        <w:rPr>
          <w:b/>
        </w:rPr>
        <w:t xml:space="preserve">[00:10] </w:t>
      </w:r>
      <w:r>
        <w:t>assalam o alaikum. pichlay teen sessions mein humne doctor sani hussain khan sahib se moosa alaihissalam ki zindagi ki charcha ki thi.</w:t>
      </w:r>
    </w:p>
    <w:p>
      <w:pPr>
        <w:jc w:val="right"/>
      </w:pPr>
      <w:r>
        <w:t>السلامعلیکم۔ پچھلے تین سیشنزمیں ہمنے ڈاکٹر ثانیحس نینخان صاحبسے موسیٰعلیہالسلام کی زندگی کی چرچاکی تھی۔</w:t>
      </w:r>
    </w:p>
    <w:p>
      <w:r>
        <w:rPr>
          <w:b/>
        </w:rPr>
        <w:t xml:space="preserve">[00:21] </w:t>
      </w:r>
      <w:r>
        <w:t>As we know that Prophet Moses is among the prophets honored both by Islam and Judaism, he is also instrumental in regaining the independence of Israelites.</w:t>
      </w:r>
    </w:p>
    <w:p>
      <w:pPr>
        <w:jc w:val="right"/>
      </w:pPr>
      <w:r>
        <w:t>As weknowthat Prophet Mos es is amongtheprophets honor ed both by Islam and Jud aism, heisalso instrument al in regaining the independ enceof Israel ites.</w:t>
      </w:r>
    </w:p>
    <w:p>
      <w:r>
        <w:rPr>
          <w:b/>
        </w:rPr>
        <w:t xml:space="preserve">[00:34] </w:t>
      </w:r>
      <w:r>
        <w:t>to aaj hum chothe session ki taraf barhte hain aur baat cheet karte hain doctor sahib se ke kya sabak milte hain humein moosa alaihissalam ki zindagi se.</w:t>
      </w:r>
    </w:p>
    <w:p>
      <w:pPr>
        <w:jc w:val="right"/>
      </w:pPr>
      <w:r>
        <w:t>توآجہم چوتھےسی شنکیطرف بڑھتےہیں اور باتچیتکرتے ہیں ڈاکٹرصاحبسے کہکیا سبقملتےہیں ہمیں موسیٰعلیہالسلامکی زندگی سے ۔</w:t>
      </w:r>
    </w:p>
    <w:p>
      <w:r>
        <w:rPr>
          <w:b/>
        </w:rPr>
        <w:t xml:space="preserve">[00:44] </w:t>
      </w:r>
      <w:r>
        <w:t>to aaiye baat cheet karte hain doctor sahib ke saath. assalam o alaikum doctor sahib, kaise hain aap? wa alaikum assalam sir, alhamdulillah. aap sunayein kaise hain? alhamdulillah. doctor sahib, pichlay teen sessions to kafi dilchasp thay aur main yeh bhi kahunga ke marifat se bharpoor thay.</w:t>
      </w:r>
    </w:p>
    <w:p>
      <w:pPr>
        <w:jc w:val="right"/>
      </w:pPr>
      <w:r>
        <w:t>توآئیےباتچیتکرتےہیںڈاکٹرصاحبکےساتھ ۔ السلامعلیکمڈاکٹرصاحب،کیسےہیںآپ؟وعلیکمالسلام سر،الحمدللہ۔آپسنائیںکیسےہیں؟الحمدللہ۔ ڈاکٹرصاحب،پچھلے تینسی شنز تو کافی دل چسپتھے اور میں یہبھیکہوںگاکہ معرفتسے بھرپورتھے۔</w:t>
      </w:r>
    </w:p>
    <w:p>
      <w:r>
        <w:rPr>
          <w:b/>
        </w:rPr>
        <w:t xml:space="preserve">[00:59] </w:t>
      </w:r>
      <w:r>
        <w:t>logon ne bohat pasand kiya, khaas kar jo duaen aap ne keen aur usko elaborate karke samjhaya, woh logon ne khaas tor par bohat pasand kiya. to doctor sahib, aaj hum kahani ko aage barhate hain.</w:t>
      </w:r>
    </w:p>
    <w:p>
      <w:pPr>
        <w:jc w:val="right"/>
      </w:pPr>
      <w:r>
        <w:t>لوگوںنےبہت پسندکیا،خاص کرجو دعائیں آپنے کیںاوراسکو الیبریٹکرکےسمجھایا، وہلوگوںنےخاص طورپربہتپسندکیا۔ توڈاکٹرصاحب،آجہمکہانیکوآگےبڑھاتےہیں۔</w:t>
      </w:r>
    </w:p>
    <w:p>
      <w:r>
        <w:rPr>
          <w:b/>
        </w:rPr>
        <w:t xml:space="preserve">[01:11] </w:t>
      </w:r>
      <w:r>
        <w:t>pichlay session mein hum ne kahani ko wahan chora tha jab aap ne bataya ke kis tarah jadoogaron ne jab apne aap ko haarte hue dekha firaun ke darbar mein, to woh jaan gaye ke yeh koi jadu ki baat nahi hai, yeh to prophethood ki baat hai.</w:t>
      </w:r>
    </w:p>
    <w:p>
      <w:pPr>
        <w:jc w:val="right"/>
      </w:pPr>
      <w:r>
        <w:t>پچھلے سی شنمیں ہمنےکہانیکووہاںچھوڑاتھاجبآپنےبت ایا کہ کسطرح جادوگروںنے جب اپنے آپ کو ہارتےہوئےدیکھا فرعونکےدربارمیں ،تو وہ جان گئےکہیہکوئی جادوکیباتنہیں ہے، یہتو پرافٹہڈکیباتہے۔</w:t>
      </w:r>
    </w:p>
    <w:p>
      <w:r>
        <w:rPr>
          <w:b/>
        </w:rPr>
        <w:t xml:space="preserve">[01:27] </w:t>
      </w:r>
      <w:r>
        <w:t>aur woh foran prophet moosa pe imaan le kar aa gaye. jab firaun ne yeh dekha to woh bardasht nahi kar paya.</w:t>
      </w:r>
    </w:p>
    <w:p>
      <w:pPr>
        <w:jc w:val="right"/>
      </w:pPr>
      <w:r>
        <w:t>اور وہ فوراً پرافٹ موسی ٰ پہایمان لےکرآگئے۔ جب فرعوننےیہدیکھاتووہ برداشتنہیںکرپایا۔</w:t>
      </w:r>
    </w:p>
    <w:p>
      <w:r>
        <w:rPr>
          <w:b/>
        </w:rPr>
        <w:t xml:space="preserve">[01:36] </w:t>
      </w:r>
      <w:r>
        <w:t>us ne jadoogaron ko marne ki to</w:t>
      </w:r>
    </w:p>
    <w:p>
      <w:pPr>
        <w:jc w:val="right"/>
      </w:pPr>
      <w:r>
        <w:t>اسنے جادوگروںکومارنےکیتو</w:t>
      </w:r>
    </w:p>
    <w:p>
      <w:r>
        <w:rPr>
          <w:b/>
        </w:rPr>
        <w:t xml:space="preserve">[01:39] </w:t>
      </w:r>
      <w:r>
        <w:t>dhamki di, saath mein yeh bhi irada kiya ke woh moosa alaihissalam ko bhi punish karenge. jab baat yahan tak pahunchi to wahin firaun ke darbar mein ek momin, ek believer tha, jab us ne yeh suna to woh bol utha.</w:t>
      </w:r>
    </w:p>
    <w:p>
      <w:pPr>
        <w:jc w:val="right"/>
      </w:pPr>
      <w:r>
        <w:t>دھمکیدی،ساتھمیںیہبھیارادہکیا کہوہ موسی ٰعلیہالسلامکوبھی پنشکریںگے۔ جب باتیہاںتک پہنچیتو وہیں فرعونکےدربار میں ایک مومن،ایک بیلیورتھا، جب اسنے یہسناتو وہ بول اٹھا۔</w:t>
      </w:r>
    </w:p>
    <w:p>
      <w:r>
        <w:rPr>
          <w:b/>
        </w:rPr>
        <w:t xml:space="preserve">[01:53] </w:t>
      </w:r>
      <w:r>
        <w:t>to sab se pehla sawal doctor sahib hamara yahi hai ke is believer ne kya kaha, us ke baray mein aap humein batayein.</w:t>
      </w:r>
    </w:p>
    <w:p>
      <w:pPr>
        <w:jc w:val="right"/>
      </w:pPr>
      <w:r>
        <w:t>تو سبسےپہلاسوال ڈاکٹرصاحبہمارایہیہےکہ اس بیلیورنے کیا کہا، اسکےبارےمیں آپہمیںبتائیں۔</w:t>
      </w:r>
    </w:p>
    <w:p>
      <w:r>
        <w:rPr>
          <w:b/>
        </w:rPr>
        <w:t xml:space="preserve">[02:02] </w:t>
      </w:r>
      <w:r>
        <w:t>bismillah hir rahman nir rahim, rabbi shrah li sadri, wa yassir li amri, wahlul uqdatan min lisani, yafqahu qawli.</w:t>
      </w:r>
    </w:p>
    <w:p>
      <w:pPr>
        <w:jc w:val="right"/>
      </w:pPr>
      <w:r>
        <w:t>بسماللہ الرحمنالرحیم ، رباشرحلیصدری ،و یسرلیامری ، واحل العقدۃ منلسانی، یفقہقولی۔</w:t>
      </w:r>
    </w:p>
    <w:p>
      <w:r>
        <w:rPr>
          <w:b/>
        </w:rPr>
        <w:t xml:space="preserve">[02:12] </w:t>
      </w:r>
      <w:r>
        <w:t>jaisa aap ne abhi bataya ke jab firaun ke jadoogar aur firaun khud bhi haar gaya to bohat use humiliation feel hui, bohat shadeed nakami ka ehsas hua aur bohat beizzati mehsoos hui.</w:t>
      </w:r>
    </w:p>
    <w:p>
      <w:pPr>
        <w:jc w:val="right"/>
      </w:pPr>
      <w:r>
        <w:t>جیساآپنےابھی بتایا کہ جب فرعونکےجادوگر اور فرعونخود بھی ہارگیاتوبڑا اسے ہیومیلی شن فیل ہوئی، بڑا شدید ناکامیکااحساسہوا اور بہت بےعزتیمحسوسہوئی ۔</w:t>
      </w:r>
    </w:p>
    <w:p>
      <w:r>
        <w:rPr>
          <w:b/>
        </w:rPr>
        <w:t xml:space="preserve">[02:31] </w:t>
      </w:r>
      <w:r>
        <w:t>to us ne socha ke ab</w:t>
      </w:r>
    </w:p>
    <w:p>
      <w:pPr>
        <w:jc w:val="right"/>
      </w:pPr>
      <w:r>
        <w:t>تو اسنےسوچاکہاب</w:t>
      </w:r>
    </w:p>
    <w:p>
      <w:r>
        <w:rPr>
          <w:b/>
        </w:rPr>
        <w:t xml:space="preserve">[02:37] </w:t>
      </w:r>
      <w:r>
        <w:t>banu israil ke upar sakhtiyyan kare. aur ek din darbar mein darbariyon se us ne kaha, quran mein aata hai: zaruni iqtul moosa wa la yad'u bi rabbih ke mujhe chodo, main moosa ko qatl kar dalun ga aur woh apne rabb ko pukare.</w:t>
      </w:r>
    </w:p>
    <w:p>
      <w:pPr>
        <w:jc w:val="right"/>
      </w:pPr>
      <w:r>
        <w:t>بنواسرائیلکےاوپر سخت یاںکرے۔ اور ایکدن دربارمیں درباریوںسےاسنےکہا، قرآنمیںآتاہے:ضرونی اقت لموسی ٰ و لیدعوربه کہمجھےچھوڑو،میں موسیٰکو قتل کرڈالوںج ی اور وہ اپنےربکوپکارے۔</w:t>
      </w:r>
    </w:p>
    <w:p>
      <w:r>
        <w:rPr>
          <w:b/>
        </w:rPr>
        <w:t xml:space="preserve">[02:58] </w:t>
      </w:r>
      <w:r>
        <w:t>to jab aisi baat hone lagi to darbar mein, jaisa aap ne bataya, abhi ek shakhs khara hua, ek senior sahib thay, woh khare hue, un ka naam kitabon mein shuman aata hai, habib bin shuman, lekin quran mein rajul momin aaya hai ji, a believing person.</w:t>
      </w:r>
    </w:p>
    <w:p>
      <w:pPr>
        <w:jc w:val="right"/>
      </w:pPr>
      <w:r>
        <w:t>توجب ایسیباتہونے لگی تو دربار میں،جیساآپنےبتایا،ابھی ایک شخص کھڑاہوا ، ایک سین ئرصاحبتھے،وہ وہکھڑےہوئے ، انکانام کتاب وںمیں ش مانآتاہے، حبیببن شمان ،لیکن قرآنمیں رج لمومنآیاہے جی، اےبیلیونگپرسن ۔</w:t>
      </w:r>
    </w:p>
    <w:p>
      <w:r>
        <w:rPr>
          <w:b/>
        </w:rPr>
        <w:t xml:space="preserve">[03:22] </w:t>
      </w:r>
      <w:r>
        <w:t>to woh darasal</w:t>
      </w:r>
    </w:p>
    <w:p>
      <w:pPr>
        <w:jc w:val="right"/>
      </w:pPr>
      <w:r>
        <w:t>تو وہ دراصل</w:t>
      </w:r>
    </w:p>
    <w:p>
      <w:r>
        <w:rPr>
          <w:b/>
        </w:rPr>
        <w:t xml:space="preserve">[03:27] </w:t>
      </w:r>
      <w:r>
        <w:t>firaun ke koi relative thay ji, kaha jata hai ke un ke bete thay, cousin thay aur senior thay aur minister thay firaun ki ke darbar mein, yani aala uhda tha un ka aur un ke royal family se talluq tha.</w:t>
      </w:r>
    </w:p>
    <w:p>
      <w:pPr>
        <w:jc w:val="right"/>
      </w:pPr>
      <w:r>
        <w:t>فرعون کےکوئی ریلیٹوتھے جی،کہاجاتاہےکہانکلکےبیٹےتھے،کزنتھےاور سین ئرتھے اور منسٹرتھے فرعونکی کے دربارمیں،یعنیاعلیٰ عہدہتھاانکااورانکے رائل فیملیسےتعلقتھا۔</w:t>
      </w:r>
    </w:p>
    <w:p>
      <w:r>
        <w:rPr>
          <w:b/>
        </w:rPr>
        <w:t xml:space="preserve">[03:47] </w:t>
      </w:r>
      <w:r>
        <w:t>to woh moosa alaihissalam ke upar</w:t>
      </w:r>
    </w:p>
    <w:p>
      <w:pPr>
        <w:jc w:val="right"/>
      </w:pPr>
      <w:r>
        <w:t>تو وہ موسیٰعلیہالسلامکےاوپر</w:t>
      </w:r>
    </w:p>
    <w:p>
      <w:r>
        <w:rPr>
          <w:b/>
        </w:rPr>
        <w:t xml:space="preserve">[03:50] </w:t>
      </w:r>
      <w:r>
        <w:t>iman laye thay lekin unhon nay apna iman declare nahi kiya tha chhupa rakha tha</w:t>
      </w:r>
    </w:p>
    <w:p>
      <w:pPr>
        <w:jc w:val="right"/>
      </w:pPr>
      <w:r>
        <w:t>ایمانلےآئےتھے،لیکن انہوں نے اپنا ایمان ڈیکلیئرنہیںکیاتھا،چھپارکھاتھا۔</w:t>
      </w:r>
    </w:p>
    <w:p>
      <w:r>
        <w:rPr>
          <w:b/>
        </w:rPr>
        <w:t xml:space="preserve">[03:56] </w:t>
      </w:r>
      <w:r>
        <w:t>to jab unhon nay dekha kay aisa khatra hai Moosa alaihiالسلام kay liye to woh kharay ho gaye</w:t>
      </w:r>
    </w:p>
    <w:p>
      <w:pPr>
        <w:jc w:val="right"/>
      </w:pPr>
      <w:r>
        <w:t>تو جب انہوںنےدیکھا کہ ایساخطرہہے موسیٰعلیہالسلامکےلیےتووہکھڑےہوگئے</w:t>
      </w:r>
    </w:p>
    <w:p>
      <w:r>
        <w:rPr>
          <w:b/>
        </w:rPr>
        <w:t xml:space="preserve">[04:03] </w:t>
      </w:r>
      <w:r>
        <w:t>darbar mein aur unhon nay bohat hi</w:t>
      </w:r>
    </w:p>
    <w:p>
      <w:pPr>
        <w:jc w:val="right"/>
      </w:pPr>
      <w:r>
        <w:t>دربارمیںاور انہوں نے بہت ہی</w:t>
      </w:r>
    </w:p>
    <w:p>
      <w:r>
        <w:rPr>
          <w:b/>
        </w:rPr>
        <w:t xml:space="preserve">[04:08] </w:t>
      </w:r>
      <w:r>
        <w:t>achhay tareeqay say defend kiya Moosa alaihiالسلام ko aur bohat hi hikmat wali baatein ki bohat hi wisdom wali baatein aur</w:t>
      </w:r>
    </w:p>
    <w:p>
      <w:pPr>
        <w:jc w:val="right"/>
      </w:pPr>
      <w:r>
        <w:t>اچھےطریقےسے ڈیفینڈکیا موسیٰعلیہالسلامکو اور بہت ہی حک یمانہانداز کی باتیںکیں،بہتہی وز ڈموالیباتیںاور</w:t>
      </w:r>
    </w:p>
    <w:p>
      <w:r>
        <w:rPr>
          <w:b/>
        </w:rPr>
        <w:t xml:space="preserve">[04:19] </w:t>
      </w:r>
      <w:r>
        <w:t>bohat achhay andaaz mein Moosa alaihiالسلام ki himayat kiya aur defend kiya</w:t>
      </w:r>
    </w:p>
    <w:p>
      <w:pPr>
        <w:jc w:val="right"/>
      </w:pPr>
      <w:r>
        <w:t>بہتاچھےاندازمیں موسیٰعلیہالسلام کیحمایتکیاورڈیفینڈکیا۔</w:t>
      </w:r>
    </w:p>
    <w:p>
      <w:r>
        <w:rPr>
          <w:b/>
        </w:rPr>
        <w:t xml:space="preserve">[04:25] </w:t>
      </w:r>
      <w:r>
        <w:t>to is tarah se darbar mein thora sa mahol badla aur log ghaur se sochne lage aur baat karne lage moosa alaihissalam ke paigham par.</w:t>
      </w:r>
    </w:p>
    <w:p>
      <w:pPr>
        <w:jc w:val="right"/>
      </w:pPr>
      <w:r>
        <w:t>تواسطرحسے دربارمیںتھوڑاسا ماحولبد لااورلوگ غورسےسوچنےلگےاور باتکرنے لگے موسیٰعلیہالسلامکےپیغامپر ۔</w:t>
      </w:r>
    </w:p>
    <w:p>
      <w:r>
        <w:rPr>
          <w:b/>
        </w:rPr>
        <w:t xml:space="preserve">[04:37] </w:t>
      </w:r>
      <w:r>
        <w:t>aur phir firaun ka jo irada tha moosa alaihissalam ko marne ka, woh bhi naram par gaya, woh firaun is wajah se ji.</w:t>
      </w:r>
    </w:p>
    <w:p>
      <w:pPr>
        <w:jc w:val="right"/>
      </w:pPr>
      <w:r>
        <w:t>اور پھر فرعون کاجوارادہتھا موسیٰعلیہالسلام کو مارنےکا،وہبھی نرمپڑگیا،وہفرعون اسوجہسے جی۔</w:t>
      </w:r>
    </w:p>
    <w:p>
      <w:r>
        <w:rPr>
          <w:b/>
        </w:rPr>
        <w:t xml:space="preserve">[04:48] </w:t>
      </w:r>
      <w:r>
        <w:t>to doctor sahib, dekha jaye to firaun jo tha, woh world leadership ko le ke emphasize kar raha tha, lekin jo ek daee hota hai, preacher hota hai, woh akhirat oriented hota hai, jaisa ke hum ne moosa alaihissalam ki zindagi se bhi dekha.</w:t>
      </w:r>
    </w:p>
    <w:p>
      <w:pPr>
        <w:jc w:val="right"/>
      </w:pPr>
      <w:r>
        <w:t>تو ڈاکٹرصاحب، دیکھاجائےتو فرعونجو تھا،وہ ورلڈلیپنش منٹ کو لےکے ایمفس ائزکررہاتھا،لیکن جو ایک داعیہوتاہے، پریچرہوتاہے، وہ آخرتاورینٹڈہوتاہے، جیساکہہمنے موسیٰعلیہالسلامکیزندگی سےبھیدیکھا۔</w:t>
      </w:r>
    </w:p>
    <w:p>
      <w:r>
        <w:rPr>
          <w:b/>
        </w:rPr>
        <w:t xml:space="preserve">[05:03] </w:t>
      </w:r>
      <w:r>
        <w:t>lekin yahan pe hum dekh rahe hain ke ek supporter khara ho gaya court mein firaun ke. to thora aur bataiye doctor sahib is ke baray mein.</w:t>
      </w:r>
    </w:p>
    <w:p>
      <w:pPr>
        <w:jc w:val="right"/>
      </w:pPr>
      <w:r>
        <w:t>لیکن یہاںپہہمدیکھرہےہیںکہایک سپورٹرکھڑاہوگیا کورٹمیں فرعونکے۔تو تھوڑااوربتائیےڈاکٹرصاحب اسکےبارےمیں ۔</w:t>
      </w:r>
    </w:p>
    <w:p>
      <w:r>
        <w:rPr>
          <w:b/>
        </w:rPr>
        <w:t xml:space="preserve">[05:12] </w:t>
      </w:r>
      <w:r>
        <w:t>haan, maulana ne is ko mu'eed kaha hai, yani supporter. to maulana ne likha hai, apni taqreer mein bhi zikr kiya tha ke moosa alaihissalam ko to ek supporter mil tha ji firaun ke darbar mein.</w:t>
      </w:r>
    </w:p>
    <w:p>
      <w:pPr>
        <w:jc w:val="right"/>
      </w:pPr>
      <w:r>
        <w:t>ہاں، مول انانے اس انکو معید کہاہے، یعنیسپورٹر ۔ تو مول انانےلکھاہے، اپنی تقریرمیںبھی ذکرکیا تھا کہموسی ٰعلیہالسلامکو تو ایک سپورٹر ملاتھا جی فرعونکےدربارمیں۔</w:t>
      </w:r>
    </w:p>
    <w:p>
      <w:r>
        <w:rPr>
          <w:b/>
        </w:rPr>
        <w:t xml:space="preserve">[05:30] </w:t>
      </w:r>
      <w:r>
        <w:t>hamare liye allah ta'ala ne pura age ek supporter ke taur par masha allah badal diya hai. yani aaj ka jo aaj ka jo daur hai, woh supporter hai hamara.</w:t>
      </w:r>
    </w:p>
    <w:p>
      <w:pPr>
        <w:jc w:val="right"/>
      </w:pPr>
      <w:r>
        <w:t>ہمارےلیےاللہ تعالینے پورا ایج ایک سپورٹرکےطورپر ماشاءاللہبدلدیاہے۔یعنی آجکاجو آجکاجو دور ہے، وہ سپورٹرہے ہمارا۔</w:t>
      </w:r>
    </w:p>
    <w:p>
      <w:r>
        <w:rPr>
          <w:b/>
        </w:rPr>
        <w:t xml:space="preserve">[05:42] </w:t>
      </w:r>
      <w:r>
        <w:t>yani agar hum dawat ka kaam karna chahein to jaise pehle religious prosecution ka zamana tha aur ab firon khud apne aap ko khuda kehta tha ji, rab kehta tha apne aap ko.</w:t>
      </w:r>
    </w:p>
    <w:p>
      <w:pPr>
        <w:jc w:val="right"/>
      </w:pPr>
      <w:r>
        <w:t>یعنیاگرہم دعوتیکامکرناچاہیں تو جیسےپہلے ریلیجسپروسیکیوشنکازمانہتھا اور اب فرعونخود اپنےآپکوخداکہتاتھا جی، ربکہتاتھااپنےآپکو ۔</w:t>
      </w:r>
    </w:p>
    <w:p>
      <w:r>
        <w:rPr>
          <w:b/>
        </w:rPr>
        <w:t xml:space="preserve">[05:56] </w:t>
      </w:r>
      <w:r>
        <w:t>to woh sab zamana khatam ho gaya, ab log janna chahte hain, knowledge explosion ka zamana hai ji, curiosity beh hadh badh gayi hai. to ab woh sab cheezein khatam ho gayi hain. to is is sense mein maulana ne kaha tha ke pura age hamara supporter ban</w:t>
      </w:r>
    </w:p>
    <w:p>
      <w:pPr>
        <w:jc w:val="right"/>
      </w:pPr>
      <w:r>
        <w:t>تو وہسب زمان ہختمہوگیا،ابلوگ جانناچاہتےہیں، نالج ایکسپلوژنکازمان ہہے جی،کیوری وسٹیبہتبڑھگئیہے۔ تو ابوہسبچیزیںختمہوگئی ہیں۔تواس اس سینسمیںمول انانےکہاتھاکہ پوراایجہماراسپورٹربن</w:t>
      </w:r>
    </w:p>
    <w:p>
      <w:r>
        <w:rPr>
          <w:b/>
        </w:rPr>
        <w:t xml:space="preserve">[06:10] </w:t>
      </w:r>
      <w:r>
        <w:t>gaya hai. to yeh bari hamare liye ek behtar achhi baat hai masha allah. to unhone behtar achhe alfaaz istemal kiye aur bade achhe andaaz mein bole, kaha ke musa alaihissalam wazeh nishaniyan le ke aaye hain, yani jo miracles laye the aur jo baatein woh kehte hain, agar woh sachhi hain.</w:t>
      </w:r>
    </w:p>
    <w:p>
      <w:pPr>
        <w:jc w:val="right"/>
      </w:pPr>
      <w:r>
        <w:t>گیاہے۔ تویہبڑیہمارےلیےایکبہتاچھیباتہے ماشاءاللہ۔ تو انہوںنے بہتاچھے الفاظ استعمال کیےاوربڑےاچھےاندازمیں بول ے، کہاکہ موسی ٰ علیہالسلام واضح نشانیاںلےکےآئےہیں،یعنیجومیریکلزلائےتھے اور جوباتیںوہکہتےہیں،اگر وہسچیہیں۔</w:t>
      </w:r>
    </w:p>
    <w:p>
      <w:r>
        <w:rPr>
          <w:b/>
        </w:rPr>
        <w:t xml:space="preserve">[06:32] </w:t>
      </w:r>
      <w:r>
        <w:t>chunki musa alaihissalam azab ki baatein bhi karte the, warnings ki baatein bhi karte the, to unhone kaha tha ke agar musa alaihissalam jo baat keh rahe hain, agar woh sachhi hai to zaroor tumhare upar kuch azab aayega.</w:t>
      </w:r>
    </w:p>
    <w:p>
      <w:pPr>
        <w:jc w:val="right"/>
      </w:pPr>
      <w:r>
        <w:t>چونکہ موسیٰعلیہالسلام عذابکیبات بھیکرتے تھے،وارننگزکیباتبھیکرتے تھے، توانہوںنےکہاکہاگر موسیٰعلیہالسلامجوباتکہہرہےہیں،اگروہسچیہےتوضرور تمہارےاوپرکچھعذابآئےگا۔</w:t>
      </w:r>
    </w:p>
    <w:p>
      <w:r>
        <w:rPr>
          <w:b/>
        </w:rPr>
        <w:t xml:space="preserve">[06:44] </w:t>
      </w:r>
      <w:r>
        <w:t>aur kaha tha ke hazrat yusuf alaihissalam jo peghambar the, jab woh aaye to tum unke bare mein shakk karte rahe</w:t>
      </w:r>
    </w:p>
    <w:p>
      <w:pPr>
        <w:jc w:val="right"/>
      </w:pPr>
      <w:r>
        <w:t>اور کہاکہحضرتیوسفعلیہالسلام جو پیغمبرتھے، جب وہآئے توتم انکے بارےمیںشک کرتے رہے</w:t>
      </w:r>
    </w:p>
    <w:p>
      <w:r>
        <w:rPr>
          <w:b/>
        </w:rPr>
        <w:t xml:space="preserve">[06:52] </w:t>
      </w:r>
      <w:r>
        <w:t>ji. jab unki death ho gayi to kaha tha ke aisa peghambar hamein kahan milega? to yani yeh yeh kaha tha ke ab musa alaihissalam ke bare mein bhi tum waham kar rahe ho, shakk kar rahe ho, aur jab yeh nahi rahenge to afsos karoge.</w:t>
      </w:r>
    </w:p>
    <w:p>
      <w:pPr>
        <w:jc w:val="right"/>
      </w:pPr>
      <w:r>
        <w:t>جی۔جبانکیڈیتھہوگئی تو کہاکہایسا پیغمبرہمیںکہاںملےگا؟ تو یعنییہ یہکہاکہ اب موسیٰعلیہالسلامکےبارےمیںبھیتم وحیکررہےہو، شک کررہےہو،اورجب یہنہیںرہیںگےتو افسوس کروگے۔</w:t>
      </w:r>
    </w:p>
    <w:p>
      <w:r>
        <w:rPr>
          <w:b/>
        </w:rPr>
        <w:t xml:space="preserve">[07:05] </w:t>
      </w:r>
      <w:r>
        <w:t>to bada hi dard ka andaaz bole ke aye meri qaum, main tumhein tum neki par chalo, main tumhein neki ka raasta dikhaunga</w:t>
      </w:r>
    </w:p>
    <w:p>
      <w:pPr>
        <w:jc w:val="right"/>
      </w:pPr>
      <w:r>
        <w:t>تو بڑا ہ مدردیکا انداز بولےکہاےمیریقوم، میںتم ہیں تم نیکیپرچلو،میںتمہیںنیکیکاراستہدکھاؤںگا</w:t>
      </w:r>
    </w:p>
    <w:p>
      <w:r>
        <w:rPr>
          <w:b/>
        </w:rPr>
        <w:t xml:space="preserve">[07:16] </w:t>
      </w:r>
      <w:r>
        <w:t>ji. aur akhirat ki baatein ki, khair khwahi ki baatein ki aur badi wisdom se bhari hui baatein. aur bole ke aye meri qaum, main tum ko nijat ki taraf le jaata hoon aur tum mujhe aag ki taraf le jaate ho.</w:t>
      </w:r>
    </w:p>
    <w:p>
      <w:pPr>
        <w:jc w:val="right"/>
      </w:pPr>
      <w:r>
        <w:t>جی۔اورآخرتکی باتیںکیں،خیرخواہیکیباتیںکیں اوربڑی وز ڈم سےبھریہوئی باتیں۔ اور بولےکہاےمیریقوم، میںتم کونجاتکیطرف لےجاتاہوںاورتم مجھےآگکیطرفلےجاتےہو۔</w:t>
      </w:r>
    </w:p>
    <w:p>
      <w:r>
        <w:rPr>
          <w:b/>
        </w:rPr>
        <w:t xml:space="preserve">[07:31] </w:t>
      </w:r>
      <w:r>
        <w:t>aur kaha tha ke tum mujhe yaad karoge, main apna muamla allah ki taraf supurd karta hoon. to bahut hi dawat andaaz, apnaayat, khair khwahi, dil se nikli hui andaaz. to</w:t>
      </w:r>
    </w:p>
    <w:p>
      <w:pPr>
        <w:jc w:val="right"/>
      </w:pPr>
      <w:r>
        <w:t>اور کہاکہ تم مجھےیادکروگے ،میںاپنامعاملہ اللہ کیطرف سپردکرتاہوں۔ توبہت ہیدعوتیانداز ، اپنائیت ،خیرخواہی، دلسے نکلیہوئی انداز ۔تو</w:t>
      </w:r>
    </w:p>
    <w:p>
      <w:r>
        <w:rPr>
          <w:b/>
        </w:rPr>
        <w:t xml:space="preserve">[07:46] </w:t>
      </w:r>
      <w:r>
        <w:t>yeh sab jo baatein ki raj ul momineen ne, to is se mahol badal gaya aur log musa alaihissalam ke mission ke bare mein ghaur se samajhne lage.</w:t>
      </w:r>
    </w:p>
    <w:p>
      <w:pPr>
        <w:jc w:val="right"/>
      </w:pPr>
      <w:r>
        <w:t>یہسبجو باتیں کیں رج لمومننے، تو اسسے ماحولبدلگیا اور لوگ موسیٰعلیہالسلام کے مشن کےبارےمیں غورسے سمجھنےلگے۔</w:t>
      </w:r>
    </w:p>
    <w:p>
      <w:r>
        <w:rPr>
          <w:b/>
        </w:rPr>
        <w:t xml:space="preserve">[07:59] </w:t>
      </w:r>
      <w:r>
        <w:t>darbar mein bhi ek baatein hone lagi to kafi mutasir hue log unki taqreer se ji. aur yeh taqreer bahut hi lambi hai, mere khayal se ya to sabse lambi taqreer hai quran mein ya one of the longest speech mention</w:t>
      </w:r>
    </w:p>
    <w:p>
      <w:pPr>
        <w:jc w:val="right"/>
      </w:pPr>
      <w:r>
        <w:t>دربارمیںبھیایک باتیںہونےلگیں تو کافی متاثرہوئےلوگ انکی تقریرسے جی۔اوریہ تقریربہتہیلمبی ہے، میرےخیالسے یاتوسبسےلمبیتقریرہےقرآنمیںیاونآفدا لانگیسٹ سپیچ مینشن</w:t>
      </w:r>
    </w:p>
    <w:p>
      <w:r>
        <w:rPr>
          <w:b/>
        </w:rPr>
        <w:t xml:space="preserve">[08:15] </w:t>
      </w:r>
      <w:r>
        <w:t>in the quran ji. ji ji ji. doctor sahib, jaise aap ne bataya bhi ke firon kyunke bardasht nahi kar paya humiliation ko ke kis tarah jadoogar haar gaye aur musa alaihissalam ke liye supporter khade ho gaye, jaisa aap ne bataya ji. aur kyunke firon ek bahut hi powerful king tha, bahut shaan o shaukat mein rehta tha, he was a very arrogant man.</w:t>
      </w:r>
    </w:p>
    <w:p>
      <w:pPr>
        <w:jc w:val="right"/>
      </w:pPr>
      <w:r>
        <w:t>انداقرآن جی۔جیجیجی ۔ ڈاکٹرصاحب،جیسےآپنےبتایابھیکہ فرعونکیونکہ برداشتنہیںکرپایا ہیومیلیشنکو کہکسطرح جادوگرہارگئےاور موسیٰعلیہالسلامکےلیے سپورٹرکھڑےہوگئے،جیساآپنےبتایا جی۔اور کیونکہ فرعونایکبہتہی پاورفل کنگتھا، بہت شانوشوکتمیںرہتاتھا،ہیوازاویریایروگنٹ مین۔</w:t>
      </w:r>
    </w:p>
    <w:p>
      <w:r>
        <w:rPr>
          <w:b/>
        </w:rPr>
        <w:t xml:space="preserve">[08:37] </w:t>
      </w:r>
      <w:r>
        <w:t>to usne phir apne minister haman ko kaha ke tum ek bada sa ek burj ka ek tower banao, jisay charh kar main jaunga, upar dekhunga musa alaihissalam ke khuda ko, aur phir main uske baad address karunga.</w:t>
      </w:r>
    </w:p>
    <w:p>
      <w:pPr>
        <w:jc w:val="right"/>
      </w:pPr>
      <w:r>
        <w:t>تو اسنے پھر اپنے من سٹر ہامانکوکہا کہتم ایک بڑاساایک برک کا ایک ٹاوربناؤ، جسےچڑھکرمیں جاؤںگا،اوپر دیکھوںگاموسی ٰعلیہالسلامکے خداکو ، اور پھرمیں اسکےبعد ایڈریسکروںگا۔</w:t>
      </w:r>
    </w:p>
    <w:p>
      <w:r>
        <w:rPr>
          <w:b/>
        </w:rPr>
        <w:t xml:space="preserve">[08:53] </w:t>
      </w:r>
      <w:r>
        <w:t>to doctor sahib, uske bare mein bataiye, us qisse ke bare mein bataiye ke kya hua? haan, darasal jab firon ne dekha ke mahal ke log mutasir ho rahe hain</w:t>
      </w:r>
    </w:p>
    <w:p>
      <w:pPr>
        <w:jc w:val="right"/>
      </w:pPr>
      <w:r>
        <w:t>تو ڈاکٹرصاحب،اسکےبارےمیںبتائیے،اسقصےکےبارےمیںبتائیےکہکیاہوا ؟ ہاں،دراصل جب فرعوننےدیکھا کہ محلکےلوگ متاثرہورہےہیں</w:t>
      </w:r>
    </w:p>
    <w:p>
      <w:r>
        <w:rPr>
          <w:b/>
        </w:rPr>
        <w:t xml:space="preserve">[09:05] </w:t>
      </w:r>
      <w:r>
        <w:t>ji, jitni model aur jitni mu'assir taqreer ki thi unhone, bahut hi achhe arguments pesh kiye the raj ul momineen ne.</w:t>
      </w:r>
    </w:p>
    <w:p>
      <w:pPr>
        <w:jc w:val="right"/>
      </w:pPr>
      <w:r>
        <w:t>جی، جتنی مدل ل اورجتنی مؤ ثر تقریرکیتھیانہوں نے، بہتہیاچھے ارگیومنٹسپیش کیےتھے رج لمومننے۔</w:t>
      </w:r>
    </w:p>
    <w:p>
      <w:r>
        <w:rPr>
          <w:b/>
        </w:rPr>
        <w:t xml:space="preserve">[09:15] </w:t>
      </w:r>
      <w:r>
        <w:t>to wahan ka mahol badal gaya tha, log aapas mein guftagu karne lage the musa alaihissalam ke favour mein. to usne chaha ke logon ka mind divert kare, to ek shosha chha</w:t>
      </w:r>
    </w:p>
    <w:p>
      <w:pPr>
        <w:jc w:val="right"/>
      </w:pPr>
      <w:r>
        <w:t>تو وہاںکاماحولبدلگیا تھا، لوگ آپسمیں گفتگوکرنےلگےتھے موسیٰعلیہالسلامکےفیورمیں۔ تو اسنےچاہاکہ لوگوںکا مائنڈڈائیورٹکرے، توایک شوشہچھ</w:t>
      </w:r>
    </w:p>
    <w:p>
      <w:r>
        <w:rPr>
          <w:b/>
        </w:rPr>
        <w:t xml:space="preserve">[09:30] </w:t>
      </w:r>
      <w:r>
        <w:t>moda usne. ek minister tha haman, jaisa abhi zikr kiya aap ne ji. to haman se kaha ke aye haman, tum ek bahut hi uncha tower banao mere liye,</w:t>
      </w:r>
    </w:p>
    <w:p>
      <w:pPr>
        <w:jc w:val="right"/>
      </w:pPr>
      <w:r>
        <w:t>وڑااسنے۔ ایک من سٹرتھا ہامان، جیساابھیذکرکیاآپنے جی۔ تو ہامانسےکہا کہ اےہامان، تم ایکبہتہیاونچاٹاوربناؤمیرےلیے ،</w:t>
      </w:r>
    </w:p>
    <w:p>
      <w:r>
        <w:rPr>
          <w:b/>
        </w:rPr>
        <w:t xml:space="preserve">[09:45] </w:t>
      </w:r>
      <w:r>
        <w:t>main is par charhna chahta hoon aur main charh kar aasmanon ki taraf dekhna chahta hoon, badalon mein jhagna chahta hoon ji, aur main musa ke rab ko dekhna chahta hoon.</w:t>
      </w:r>
    </w:p>
    <w:p>
      <w:pPr>
        <w:jc w:val="right"/>
      </w:pPr>
      <w:r>
        <w:t>میں اسپہچڑھناچاہتاہوں اور میںچڑھکے آسمانوںکیطرفدیکھناچاہتاہوں، بادلوںمیںجھاگناچاہتاہوں جی،اورمیں موسیٰکے ربکودیکھناچاہتاہوں۔</w:t>
      </w:r>
    </w:p>
    <w:p>
      <w:r>
        <w:rPr>
          <w:b/>
        </w:rPr>
        <w:t xml:space="preserve">[09:55] </w:t>
      </w:r>
      <w:r>
        <w:t>main to samajhta hoon ke woh jhoot bol raha hai. quran mein aata hai: " inni la a'zunnuhu kadhiba" ke main to samajhta hoon ke yeh jhooti baat hai jo yeh shakhs keh raha hai.</w:t>
      </w:r>
    </w:p>
    <w:p>
      <w:pPr>
        <w:jc w:val="right"/>
      </w:pPr>
      <w:r>
        <w:t>میںتوسمجھتاہوںکہوہجھوٹبولرہاہے۔ قرآنمیںآتاہے: " انی لاذ ن ہکاذبا" کہمیںتویہسمجھتاہوںکہیہجھوٹی باتہےجو یہ شخص کہہرہاہے۔</w:t>
      </w:r>
    </w:p>
    <w:p>
      <w:r>
        <w:rPr>
          <w:b/>
        </w:rPr>
        <w:t xml:space="preserve">[10:07] </w:t>
      </w:r>
      <w:r>
        <w:t>to is tarah ka woh ajibo gharib soch tha uska. to haman ne ek bahut hi bada tower banaya,</w:t>
      </w:r>
    </w:p>
    <w:p>
      <w:pPr>
        <w:jc w:val="right"/>
      </w:pPr>
      <w:r>
        <w:t>تواسطرح کاوہ عجیبوغریب سوچ تھیاسکی۔ تو ہاماننےایکبہتہیبڑا ٹاوربنایا،</w:t>
      </w:r>
    </w:p>
    <w:p>
      <w:r>
        <w:rPr>
          <w:b/>
        </w:rPr>
        <w:t xml:space="preserve">[10:15] </w:t>
      </w:r>
      <w:r>
        <w:t>us zamane ke lehaz se woh highest building rahi hogi. to is mein usne aise banaya tha ke ghore se bhi ja sakta tha, kuch is tarike se banaya tha usne.</w:t>
      </w:r>
    </w:p>
    <w:p>
      <w:pPr>
        <w:jc w:val="right"/>
      </w:pPr>
      <w:r>
        <w:t>اسزمان ےکےلحاظسےوہ ہائیسٹ بلڈنگرہیہوگی۔ تو اسمیں اسنے ایسےبنایاتھاکہ گھوڑےسےبھیجاسکتاتھا، کچھاسطریقےسےبنایاتھااسنے۔</w:t>
      </w:r>
    </w:p>
    <w:p>
      <w:r>
        <w:rPr>
          <w:b/>
        </w:rPr>
        <w:t xml:space="preserve">[10:27] </w:t>
      </w:r>
      <w:r>
        <w:t>to jab banke tayyar ho gaya to firon ghore se gaya upar bilkul top pe, aur wahan ja kar ek teer kaman, kitabon mein aata hai ke ek teer kaman aasman ki taraf phenka,</w:t>
      </w:r>
    </w:p>
    <w:p>
      <w:pPr>
        <w:jc w:val="right"/>
      </w:pPr>
      <w:r>
        <w:t>توجب بنکےتیارہوگیا تو فرعون گھوڑےسے گیا اوپر بالکل ٹاپ پہ، اور وہاں جاکے ایک تیرکمان، کتاب وںمیںآتاہے کہایک تیرکمانآسمانکیطرف پھینکا،</w:t>
      </w:r>
    </w:p>
    <w:p>
      <w:r>
        <w:rPr>
          <w:b/>
        </w:rPr>
        <w:t xml:space="preserve">[10:43] </w:t>
      </w:r>
      <w:r>
        <w:t>teer phenka hai ji.</w:t>
      </w:r>
    </w:p>
    <w:p>
      <w:pPr>
        <w:jc w:val="right"/>
      </w:pPr>
      <w:r>
        <w:t>تیرپھینکاہے جی۔</w:t>
      </w:r>
    </w:p>
    <w:p>
      <w:r>
        <w:rPr>
          <w:b/>
        </w:rPr>
        <w:t xml:space="preserve">[10:45] </w:t>
      </w:r>
      <w:r>
        <w:t>to ab pata nahi uski trick thi yeh ya waqe'atan aisa hua. to woh woh jo teer tha wapas aaya to us mein kuch blood laga hua tha ji, ghaleban tragedy hi hogi.</w:t>
      </w:r>
    </w:p>
    <w:p>
      <w:pPr>
        <w:jc w:val="right"/>
      </w:pPr>
      <w:r>
        <w:t>تو ابپتہنہیںاسکیٹرکتھییہ یا واقعتاایساہوا ۔تووہ وہجو تیرتھاواپسآیاتواسمیںکچھ بلڈلگاہواتھا جی، غالباًٹرکرہیہوگی۔</w:t>
      </w:r>
    </w:p>
    <w:p>
      <w:r>
        <w:rPr>
          <w:b/>
        </w:rPr>
        <w:t xml:space="preserve">[10:57] </w:t>
      </w:r>
      <w:r>
        <w:t>to phir usne kaha ke dekho, maine Moosa ke Rab ko maar diya. Yaani itna ghair zimmedaar, itna ghair sanjeeda insaan, is is waqeye se pata chalta hai ke kis qadar woh yaani sanjeedgi iske andar zara bar</w:t>
      </w:r>
    </w:p>
    <w:p>
      <w:pPr>
        <w:jc w:val="right"/>
      </w:pPr>
      <w:r>
        <w:t>تو پھراسنےکہاکہدیکھو،میںنے موسیٰکےربکوماردیا۔ یعنیاتناغیر ذمہدار، اتناغیر سنجیدہانسان ، اس اسواقعےسےپتہچلتاہےکہکسقدر وہ یعنی سنجید گی اسکےاندرذرہبر</w:t>
      </w:r>
    </w:p>
    <w:p>
      <w:r>
        <w:rPr>
          <w:b/>
        </w:rPr>
        <w:t xml:space="preserve">[11:13] </w:t>
      </w:r>
      <w:r>
        <w:t>barh nahi thi ji. To bilkul aap ne sahi kaha doctor sahib, ek tareeqe se unhone koshish ki ke Moosa alehالسلام ka jo itna ek series top tak tha aakhirat ko le ke, isko travelize kar dein taake log samjhein ke yeh koi itna serious matter nahi hai.</w:t>
      </w:r>
    </w:p>
    <w:p>
      <w:pPr>
        <w:jc w:val="right"/>
      </w:pPr>
      <w:r>
        <w:t>ابربھینہیںتھی جی۔ تو بالکل آپنےصحیحکہاڈاکٹرصاحب،ایکطریقےسےانہوںنے کوششکی کہ موسیٰعلیہالسلامکاجواتناایک سیریسٹاپکتھاآخرتکولےکے،اسکو ٹریول ائزکردیں تاکہ لوگ سمجھیںکہ یہکوئیاتنا سیریسمیٹرنہیںہے۔</w:t>
      </w:r>
    </w:p>
    <w:p>
      <w:r>
        <w:rPr>
          <w:b/>
        </w:rPr>
        <w:t xml:space="preserve">[11:30] </w:t>
      </w:r>
      <w:r>
        <w:t>Aur usi ke liye usne yeh koshish ki.</w:t>
      </w:r>
    </w:p>
    <w:p>
      <w:pPr>
        <w:jc w:val="right"/>
      </w:pPr>
      <w:r>
        <w:t>اوراسیکےلیےاسنےیہکوششکی۔</w:t>
      </w:r>
    </w:p>
    <w:p>
      <w:r>
        <w:rPr>
          <w:b/>
        </w:rPr>
        <w:t xml:space="preserve">[11:32] </w:t>
      </w:r>
      <w:r>
        <w:t>Doctor sahib, hum jahan pe Firon itne sakht, itne arrogant aur unbeliever jo the, saath hi mein unki jo unki jo wife thi is yeh, unke bare mein Quran mein bhi aaya hai ke shiaza a very faithful, shiaza a lady who had faith and at the same time was a pious lady.</w:t>
      </w:r>
    </w:p>
    <w:p>
      <w:pPr>
        <w:jc w:val="right"/>
      </w:pPr>
      <w:r>
        <w:t>ڈاکٹرصاحب، ہم جہاںپہ فرعون اتنے سخت ،اتنے ایروگنٹ اور انبیلیور جو تھے، ساتھہیمیں انکیجو انکیجو وائفتھی اس یہ، انکےبارےمیں قرآنمیںبھیآیاہےکہ شیوازا ویری فیتھفل، شیوازا لیڈی ہوہیڈفیتھ اینڈایٹداسیمٹائموازاپائسلیڈی۔</w:t>
      </w:r>
    </w:p>
    <w:p>
      <w:r>
        <w:rPr>
          <w:b/>
        </w:rPr>
        <w:t xml:space="preserve">[11:54] </w:t>
      </w:r>
      <w:r>
        <w:t>To unki dua ke bare mein bhi Quran mein zikr aaya hai aur bohat hi pyari</w:t>
      </w:r>
    </w:p>
    <w:p>
      <w:pPr>
        <w:jc w:val="right"/>
      </w:pPr>
      <w:r>
        <w:t>تو انکی دعاکےبارےمیںبھیقرآنمیں ذکر آیاہےاوربہتہیپیاری</w:t>
      </w:r>
    </w:p>
    <w:p>
      <w:r>
        <w:rPr>
          <w:b/>
        </w:rPr>
        <w:t xml:space="preserve">[11:59] </w:t>
      </w:r>
      <w:r>
        <w:t>dua hai. To hum chahenge ke aap uske bare mein bhi hum sab ko bataein. Haan, malika mal ke Asiya jo queen thi aur Firon ki biwi thi, woh unhone hi Moosa alehالسلام ko nikala tha darya-e-Nile se aur mahal mein pala tha apne bachon ki tarah se ji.</w:t>
      </w:r>
    </w:p>
    <w:p>
      <w:pPr>
        <w:jc w:val="right"/>
      </w:pPr>
      <w:r>
        <w:t>دعاہے۔ تو ہمچاہیںگےکہآپاسکےبارےمیںبھیہمسبکوبتائیں۔ ہاں،ملکہ مل کہ اسیہ جو کوئینتھیں اور فرعونکیبیویتھیں، وہ انہوں نےہی موسیٰعلیہالسلامکو نکالاتھا دریائےنیلسے اور محلمیںپالاتھا اپنےبچوںکیطرحسے جی۔</w:t>
      </w:r>
    </w:p>
    <w:p>
      <w:r>
        <w:rPr>
          <w:b/>
        </w:rPr>
        <w:t xml:space="preserve">[12:23] </w:t>
      </w:r>
      <w:r>
        <w:t>Firon to chahta tha ke maar de is bachhe ko, to</w:t>
      </w:r>
    </w:p>
    <w:p>
      <w:pPr>
        <w:jc w:val="right"/>
      </w:pPr>
      <w:r>
        <w:t>فرعونتوچاہتاتھاکہمار دےاسبچےکو ، تو</w:t>
      </w:r>
    </w:p>
    <w:p>
      <w:r>
        <w:rPr>
          <w:b/>
        </w:rPr>
        <w:t xml:space="preserve">[12:26] </w:t>
      </w:r>
      <w:r>
        <w:t>unhone hi bachaya, kaha ke nahi, isko mat maro, yeh hamari aankhon ki thandak banega. Unhone kaha tha: "Qurrata ayni li wa laka" keh maaro aur tumhari aankhon ki thandak banega.</w:t>
      </w:r>
    </w:p>
    <w:p>
      <w:pPr>
        <w:jc w:val="right"/>
      </w:pPr>
      <w:r>
        <w:t>انہوں نے ہی بچایا، کہاکہنہیں،اسکومتمار و، یہہماریآنکھوںکیٹھنڈکبنےگا۔ انہوںنےکہاتھا:"قر ۃ عین لی ولک" کہہماریاورتمہاریآنکھوں کیٹھنڈکبنےگا۔</w:t>
      </w:r>
    </w:p>
    <w:p>
      <w:r>
        <w:rPr>
          <w:b/>
        </w:rPr>
        <w:t xml:space="preserve">[12:40] </w:t>
      </w:r>
      <w:r>
        <w:t>To Firon to har waqt gusse mein rehta tha, woh bola: "Lakiula li, tumhari aankhon ki thandak ho gayi, meri nahi ji".</w:t>
      </w:r>
    </w:p>
    <w:p>
      <w:pPr>
        <w:jc w:val="right"/>
      </w:pPr>
      <w:r>
        <w:t>توفرعونتوہروقتغصےمیںرہتاتھا، وہبولا: "لکیولا لی، تمہاری آنکھوںکیٹھنڈکہوگئی،میرینہیں جی"۔</w:t>
      </w:r>
    </w:p>
    <w:p>
      <w:r>
        <w:rPr>
          <w:b/>
        </w:rPr>
        <w:t xml:space="preserve">[12:48] </w:t>
      </w:r>
      <w:r>
        <w:t>Aur haqeeqatan aisa hi hua ji.</w:t>
      </w:r>
    </w:p>
    <w:p>
      <w:pPr>
        <w:jc w:val="right"/>
      </w:pPr>
      <w:r>
        <w:t>اور حقیقتاًایساہیہوا جی۔</w:t>
      </w:r>
    </w:p>
    <w:p>
      <w:r>
        <w:rPr>
          <w:b/>
        </w:rPr>
        <w:t xml:space="preserve">[12:51] </w:t>
      </w:r>
      <w:r>
        <w:t>To khair, unke israr pe Moosa alehالسلام ko rehne diya aur mahal mein parvarish hui.</w:t>
      </w:r>
    </w:p>
    <w:p>
      <w:pPr>
        <w:jc w:val="right"/>
      </w:pPr>
      <w:r>
        <w:t>تو خیر، انکےاصرارپہ موسیٰعلیہالسلام کورہنےدیااور محلمیںپرورشہوئی ۔</w:t>
      </w:r>
    </w:p>
    <w:p>
      <w:r>
        <w:rPr>
          <w:b/>
        </w:rPr>
        <w:t xml:space="preserve">[12:59] </w:t>
      </w:r>
      <w:r>
        <w:t>Yaani she adopted Moosa ji. To bohat hi shandaar andaaz mein unki parvarish hui. Aur phir jab Moosa alehالسلام bade hue to unke paigham se mutasir huin aur unke upar iman le aayin, lekin zahir nahi kiya tha.</w:t>
      </w:r>
    </w:p>
    <w:p>
      <w:pPr>
        <w:jc w:val="right"/>
      </w:pPr>
      <w:r>
        <w:t>یعنیشیاڈاپٹڈ موزز جی۔ توبہت ہی شانہاندازمیںانکیپرورشہوئی ۔ اور پھر جب موسیٰعلیہالسلامبڑےہوئےتو انکے پیغامسے متاثرہوئیں اور انکےاوپرایمانلےآئیں،لیکن ظاہرنہیںکیا تھا۔</w:t>
      </w:r>
    </w:p>
    <w:p>
      <w:r>
        <w:rPr>
          <w:b/>
        </w:rPr>
        <w:t xml:space="preserve">[13:15] </w:t>
      </w:r>
      <w:r>
        <w:t>Kitabon mein aata hai ke teen log aise the mahal mein, woh to yeh the:</w:t>
      </w:r>
    </w:p>
    <w:p>
      <w:pPr>
        <w:jc w:val="right"/>
      </w:pPr>
      <w:r>
        <w:t>کتاب وںمیںآتاہےکہتینلوگایسےتھے محلمیں، وہتویہیتھے:</w:t>
      </w:r>
    </w:p>
    <w:p>
      <w:r>
        <w:rPr>
          <w:b/>
        </w:rPr>
        <w:t xml:space="preserve">[13:21] </w:t>
      </w:r>
      <w:r>
        <w:t>Raja Momin aur malika Asiya, aur teesre ek aur shakhs jo us waqt jab Madian ke liye nikle the to ek shakhs aaya tha door se ji ji ji ke usne aa ke bataya tha ke acha aise kal deti thi, foran tum yahan se nikal jao. To teen logon ka naam aata hai ji jo mahal mein the, lekin unhone apna iman zahir nahi kiya tha.</w:t>
      </w:r>
    </w:p>
    <w:p>
      <w:pPr>
        <w:jc w:val="right"/>
      </w:pPr>
      <w:r>
        <w:t>رجل مومن اور ملکہاسیہ،اور تیسرےایکاور شخص جو اسوقت جب مدین کےلیے نکلےتھے تو ایکشخص آیاتھا دورسے جیجیجیکہاسنےآکےبتایاتھاکہاچھاایسےکالدیتھی،فوراً تمیہاںسےنکلجاؤ۔توتینلوگوںکانامآتاہے جی جو محلمیں تھے، لیکن انہوں نے اپنا ایمان ظاہرنہیںکیاتھا۔</w:t>
      </w:r>
    </w:p>
    <w:p>
      <w:r>
        <w:rPr>
          <w:b/>
        </w:rPr>
        <w:t xml:space="preserve">[13:45] </w:t>
      </w:r>
      <w:r>
        <w:t>To baad mein jab Firon ko pata chala ke malika Asiya bhi Moosa alehالسلام ke upar iman le aayin hain to sakhtiyan karni shuru keen, tarah tarah se satana shuru kiya, tang karna shuru kiya.</w:t>
      </w:r>
    </w:p>
    <w:p>
      <w:pPr>
        <w:jc w:val="right"/>
      </w:pPr>
      <w:r>
        <w:t>تو بعدمیںجب فرعونکوپتہچلا کہ ملکہ اسیہ بھی موسیٰعلیہالسلامکےاوپر ایمانلےآئیںہیں تو سختیاںکرنیشروع کیں، طرح طرحسے ست اناشروع کیا،تنگکرناشروع کیا۔</w:t>
      </w:r>
    </w:p>
    <w:p>
      <w:r>
        <w:rPr>
          <w:b/>
        </w:rPr>
        <w:t xml:space="preserve">[14:02] </w:t>
      </w:r>
      <w:r>
        <w:t>Kitabon mein aata hai ke ek baar tapte dhoop mein khada kar diya, bohat sakht dhoop mein ke Asiya yahin khadi raho.</w:t>
      </w:r>
    </w:p>
    <w:p>
      <w:pPr>
        <w:jc w:val="right"/>
      </w:pPr>
      <w:r>
        <w:t>کتاب وںمیںآتاہےکہایکبار تپتیدھوپمیںکھڑاکردیا، بہت سخت دھوپمیں کہاسییہیںکھڑیرہو۔</w:t>
      </w:r>
    </w:p>
    <w:p>
      <w:r>
        <w:rPr>
          <w:b/>
        </w:rPr>
        <w:t xml:space="preserve">[14:12] </w:t>
      </w:r>
      <w:r>
        <w:t>To Allah Ta'ala ne farishton ko bheja aur unhone apne par se dhanp liya mashallah. Aur Allah Ta'ala ne farishton se kaha ke inko ghayeb ka parda hata ke jannat dikha do ji.</w:t>
      </w:r>
    </w:p>
    <w:p>
      <w:pPr>
        <w:jc w:val="right"/>
      </w:pPr>
      <w:r>
        <w:t>تواللہ تعالینے فرشتوںکوبھیجا اور انہوںنے اپنے پرسےڈھانکلیا ماشاءاللہ۔ اوراللہتعالینےفرشتوںسےکہا کہ انکو غیبکا پردہہٹاکے جنتدکھادو جی۔</w:t>
      </w:r>
    </w:p>
    <w:p>
      <w:r>
        <w:rPr>
          <w:b/>
        </w:rPr>
        <w:t xml:space="preserve">[14:26] </w:t>
      </w:r>
      <w:r>
        <w:t>To unke munh se yeh dua nikli: "Rab ibni li indaka baitan fil jannah" ke ae mere Rab, apne paros mein ek ghar bana de mashallah mere liye ji.</w:t>
      </w:r>
    </w:p>
    <w:p>
      <w:pPr>
        <w:jc w:val="right"/>
      </w:pPr>
      <w:r>
        <w:t>تو انانکےمنہسےیہدعانکلی: " رب ابنیلی عند کبیت فی الجنہ" کہ اے میرےرب، اپنے پڑوسمیںایکگھربنادے ماشاءاللہمیرےلیے جی۔</w:t>
      </w:r>
    </w:p>
    <w:p>
      <w:r>
        <w:rPr>
          <w:b/>
        </w:rPr>
        <w:t xml:space="preserve">[14:39] </w:t>
      </w:r>
      <w:r>
        <w:t>Yeh bohat cretive dua hai,</w:t>
      </w:r>
    </w:p>
    <w:p>
      <w:pPr>
        <w:jc w:val="right"/>
      </w:pPr>
      <w:r>
        <w:t>یہبڑیکریٹیودعاہے،</w:t>
      </w:r>
    </w:p>
    <w:p>
      <w:r>
        <w:rPr>
          <w:b/>
        </w:rPr>
        <w:t xml:space="preserve">[14:41] </w:t>
      </w:r>
      <w:r>
        <w:t>bohat hi bohat hi. Aam taur se log kehte hain ke jannat jannat mangte hain, unhone to paros manga ji.</w:t>
      </w:r>
    </w:p>
    <w:p>
      <w:pPr>
        <w:jc w:val="right"/>
      </w:pPr>
      <w:r>
        <w:t>بہتہی بہتہی۔عامطورسےلوگکہتےہیںکہجنت جنتمانگتےہیں، انہوں نےتو پڑوسیمانگاج ی۔</w:t>
      </w:r>
    </w:p>
    <w:p>
      <w:r>
        <w:rPr>
          <w:b/>
        </w:rPr>
        <w:t xml:space="preserve">[14:49] </w:t>
      </w:r>
      <w:r>
        <w:t>Yeh woh Allah se behtar kaun parosi ho sakta hai ji? Yaqeenan kaha apne paros mein ek ek ghar bana de mere liye. To Allah Ta'ala ne farishton se kaha ke ghayeb ka parda hata do aur unko woh ghar bhi dikha do.</w:t>
      </w:r>
    </w:p>
    <w:p>
      <w:pPr>
        <w:jc w:val="right"/>
      </w:pPr>
      <w:r>
        <w:t>یہ وہاللہ سےبہترکونپڑوسیہوسکتاہے جی؟یقینا کہاپنے پڑوسمیں ایک ایکگھربنادےمیرےلیے۔تواللہ تعالینےفرشتوں سےکہاکہ غیبکاپردہہٹادواورانکووہگھربھیدکھادو۔</w:t>
      </w:r>
    </w:p>
    <w:p>
      <w:r>
        <w:rPr>
          <w:b/>
        </w:rPr>
        <w:t xml:space="preserve">[15:02] </w:t>
      </w:r>
      <w:r>
        <w:t>To woh ghar bhi dikha diya.</w:t>
      </w:r>
    </w:p>
    <w:p>
      <w:pPr>
        <w:jc w:val="right"/>
      </w:pPr>
      <w:r>
        <w:t>تووہگھربھیدکھادیا۔</w:t>
      </w:r>
    </w:p>
    <w:p>
      <w:r>
        <w:rPr>
          <w:b/>
        </w:rPr>
        <w:t xml:space="preserve">[15:04] </w:t>
      </w:r>
      <w:r>
        <w:t>To is tareeqe se bohat hi sakhti ki Firon ne, lekin bohat hi naik khatam thi. Aur hadith mein bhi kai jagah zikr hai,</w:t>
      </w:r>
    </w:p>
    <w:p>
      <w:pPr>
        <w:jc w:val="right"/>
      </w:pPr>
      <w:r>
        <w:t>تو اسطریقےسے بہتہی سختیکی فرعوننے ،لیکن بہت ہی نیک خاتونتھیں۔ اور حدیثمیںبھی کئیجگہذکرہے،</w:t>
      </w:r>
    </w:p>
    <w:p>
      <w:r>
        <w:rPr>
          <w:b/>
        </w:rPr>
        <w:t xml:space="preserve">[15:17] </w:t>
      </w:r>
      <w:r>
        <w:t>jaise hadith mein aata hai ke mardon mein to bohat se log darja kamaal pe pahunche, yaani buland martaba tha unka.</w:t>
      </w:r>
    </w:p>
    <w:p>
      <w:pPr>
        <w:jc w:val="right"/>
      </w:pPr>
      <w:r>
        <w:t>جیسے حدیثمیںآتاہے کہ مرد وںمیںتوبہت سےلوگ درج ہ کمال پہپہنچے،یعنی بل ند مرت بہانکاتھا۔</w:t>
      </w:r>
    </w:p>
    <w:p>
      <w:r>
        <w:rPr>
          <w:b/>
        </w:rPr>
        <w:t xml:space="preserve">[15:27] </w:t>
      </w:r>
      <w:r>
        <w:t>Mardon se murad hai prophets ji.</w:t>
      </w:r>
    </w:p>
    <w:p>
      <w:pPr>
        <w:jc w:val="right"/>
      </w:pPr>
      <w:r>
        <w:t>مرد وںسےمرادہے پرافٹس جی۔</w:t>
      </w:r>
    </w:p>
    <w:p>
      <w:r>
        <w:rPr>
          <w:b/>
        </w:rPr>
        <w:t xml:space="preserve">[15:30] </w:t>
      </w:r>
      <w:r>
        <w:t>tu yani bal nadeekay inteha par puhnche, lekin auraton mein sirf do hi aisi auratein hain jo is maqam tak puhnch sakein.</w:t>
      </w:r>
    </w:p>
    <w:p>
      <w:pPr>
        <w:jc w:val="right"/>
      </w:pPr>
      <w:r>
        <w:t>تو یعنی بل ندیکے انتہاپر پہنچے، لیکن عورتوںمیںصرفدوہیایسی عورتیںہیں جو اسمقام تکپہنچسکیں۔</w:t>
      </w:r>
    </w:p>
    <w:p>
      <w:r>
        <w:rPr>
          <w:b/>
        </w:rPr>
        <w:t xml:space="preserve">[15:39] </w:t>
      </w:r>
      <w:r>
        <w:t>in mein se ek tu fir'on ki biwi Asiya hain aur doosri Maryam, Isa (AS) ki madar.</w:t>
      </w:r>
    </w:p>
    <w:p>
      <w:pPr>
        <w:jc w:val="right"/>
      </w:pPr>
      <w:r>
        <w:t>انمیںسے ایک تو فرعونکیبیوی اسیہہیں اور دوس ری مریم، عیسیٰعلیہالسلامکی مدر ۔</w:t>
      </w:r>
    </w:p>
    <w:p>
      <w:r>
        <w:rPr>
          <w:b/>
        </w:rPr>
        <w:t xml:space="preserve">[15:48] </w:t>
      </w:r>
      <w:r>
        <w:t>inke ilawa koi do auratein Hadees ke mutabiq is darja kamal par nahi puhnch sakein ji. aur phir isi Hadees mein aata hai ke baqi jo khawateen hain, inko Hazrat Aisha ke bare mein bataya hai ke Hazrat Aisha ka darja aur Hazrat Aisha ko fazilat hai baqi khawateen par.</w:t>
      </w:r>
    </w:p>
    <w:p>
      <w:pPr>
        <w:jc w:val="right"/>
      </w:pPr>
      <w:r>
        <w:t>انکےعلاوہکوئیدو عورتیں حدیثکےمطابق اس درج ہکمالپہنہیںپہنچسکیں جی۔ اور پھر اسیحدیثمیںآتاہےکہ باقیجو خواتین ہیں، انکو حضرت عائشہکےبارےمیںبتایاہےکہحضرتعائشہکادرجہ اور حضرت عائشہکوفضیلتہےباقی خواتین پر ۔</w:t>
      </w:r>
    </w:p>
    <w:p>
      <w:r>
        <w:rPr>
          <w:b/>
        </w:rPr>
        <w:t xml:space="preserve">[16:09] </w:t>
      </w:r>
      <w:r>
        <w:t>aur isi tarah ek aur Hadees mein aata hai ke Prophet Muhammad (SAW) ne zameen par reit par char linein khinchein aur Sahaba jo wahan thay maujood, unse kaha ke yeh jante ho kiya hai?</w:t>
      </w:r>
    </w:p>
    <w:p>
      <w:pPr>
        <w:jc w:val="right"/>
      </w:pPr>
      <w:r>
        <w:t>اور اسیطرح ایکاور حدیثمیںآتاہے کہ پرافٹمحمد صلیاللہعلیہوسلم نے زمین پہ ریت پہ چارلائنیںکھینچیں اور صحابہ جو وہاں تھے موجود، انسےکہا کہ یہجانتےہوکیاہے ؟</w:t>
      </w:r>
    </w:p>
    <w:p>
      <w:r>
        <w:rPr>
          <w:b/>
        </w:rPr>
        <w:t xml:space="preserve">[16:27] </w:t>
      </w:r>
      <w:r>
        <w:t>tu Sahaba ne kaha ke Allah aur uska Rasool zyada ilm rakhta hai ji.</w:t>
      </w:r>
    </w:p>
    <w:p>
      <w:pPr>
        <w:jc w:val="right"/>
      </w:pPr>
      <w:r>
        <w:t>تو صحابہنےکہاکہ اللہ اور اسکارسول زیادہ علم رکھتاہے جی۔</w:t>
      </w:r>
    </w:p>
    <w:p>
      <w:r>
        <w:rPr>
          <w:b/>
        </w:rPr>
        <w:t xml:space="preserve">[16:35] </w:t>
      </w:r>
      <w:r>
        <w:t>tu Rasool Allah ne kaha ke jin teen auraton mein sab se afzal Khadija hain aur Fatima hain aur Fir'on ki biwi Asiya aur Maryam bint Imran, yani Isa (AS) ki madar ji.</w:t>
      </w:r>
    </w:p>
    <w:p>
      <w:pPr>
        <w:jc w:val="right"/>
      </w:pPr>
      <w:r>
        <w:t>تورسولاللہنےکہاکہ جن تی عورتوںمیںسبسے افضل خدیجہہیں اور فاطمہہیں اور فرعون کیبیوی اسیہ اور مریم بنت عمران، یعنیعیسیٰعلیہالسلامکیمدر جی۔</w:t>
      </w:r>
    </w:p>
    <w:p>
      <w:r>
        <w:rPr>
          <w:b/>
        </w:rPr>
        <w:t xml:space="preserve">[16:51] </w:t>
      </w:r>
      <w:r>
        <w:t>tu is se pata chalta hai ke Hazrat Asiya kitni ghair mamooli shakhsiyat rahi hongi aur she was one of the greatest women of all times ji.</w:t>
      </w:r>
    </w:p>
    <w:p>
      <w:pPr>
        <w:jc w:val="right"/>
      </w:pPr>
      <w:r>
        <w:t>تواسسےپتہچلتاہےکہحضرت اسیہ کتنی غیر معمولیشخص یت رہیہوںگی اور شی وازونآفدی گریٹسٹ وومن آف آل ٹائمز جی۔</w:t>
      </w:r>
    </w:p>
    <w:p>
      <w:r>
        <w:rPr>
          <w:b/>
        </w:rPr>
        <w:t xml:space="preserve">[17:03] </w:t>
      </w:r>
      <w:r>
        <w:t>Doctor sahib, hum phir yeh bhi dekhte hain inki zindagi se ke kis tarah woh paigham dete rahe Musa (AS). lekin Fir'on bohat hi hard-hearted ek king tha.</w:t>
      </w:r>
    </w:p>
    <w:p>
      <w:pPr>
        <w:jc w:val="right"/>
      </w:pPr>
      <w:r>
        <w:t>ڈاکٹرصاحب، ہمپھریہبھیدیکھتےہیںانکیزندگی سے کہ کسطرح وہ پیغامدیتےرہے موسیٰعلیہالسلام۔لیکن فرعونبہت ہی ہارڈہارٹڈ ایک کنگتھا۔</w:t>
      </w:r>
    </w:p>
    <w:p>
      <w:r>
        <w:rPr>
          <w:b/>
        </w:rPr>
        <w:t xml:space="preserve">[17:16] </w:t>
      </w:r>
      <w:r>
        <w:t>tu phir aisa hua ke aaney wale waqt mein kafi calamities aaney shuru ho gayin, matlab poori stream mein mendak bhar gaye, hail storm aaya, sookha aaya, yahan tak ke jo poori river thi woh blood red ho gayi</w:t>
      </w:r>
    </w:p>
    <w:p>
      <w:pPr>
        <w:jc w:val="right"/>
      </w:pPr>
      <w:r>
        <w:t>تو پھرایسا ہوا کہ آنےوالے وقت میں کافی کیلیمیٹیزآنیشروع ہوگئیں،مطلبپوریسٹیمیں مینڈک بھرگئے، ہیلسٹورمآیا، سوکھاآیا، یہاںتککہجوپوری ریورتھیوہ بلڈریڈہوگئی</w:t>
      </w:r>
    </w:p>
    <w:p>
      <w:r>
        <w:rPr>
          <w:b/>
        </w:rPr>
        <w:t xml:space="preserve">[17:30] </w:t>
      </w:r>
      <w:r>
        <w:t>. tu is tarah ki calamities woh aaney shuru ho gayin. tu hum yeh bhi chahenge ke aap sab ko batayein is ke bare mein ke yeh sab kiya tha?</w:t>
      </w:r>
    </w:p>
    <w:p>
      <w:pPr>
        <w:jc w:val="right"/>
      </w:pPr>
      <w:r>
        <w:t>۔ تواسطریقےکی کیلیمیٹیزجوہیںوہآنیشروع ہوگئیں۔ تو ہمیہبھیچاہیںگےکہآپسبکوبت ائیں اسکےبارےمیں کہیہسبکیا تھا ؟</w:t>
      </w:r>
    </w:p>
    <w:p>
      <w:r>
        <w:rPr>
          <w:b/>
        </w:rPr>
        <w:t xml:space="preserve">[17:40] </w:t>
      </w:r>
      <w:r>
        <w:t>asal mein Fir'on aur uski qaum bilkul sarkash ho gaye thay. tu Allah Ta'ala ne kuch warnings ke taur par calamities bhi</w:t>
      </w:r>
    </w:p>
    <w:p>
      <w:pPr>
        <w:jc w:val="right"/>
      </w:pPr>
      <w:r>
        <w:t>اصلمیں فرعوناوراسکیقومبالکل سرکشہوگئےتھے۔ تواللہ تعالینے کچھ وارننگزکے طور پہ کیلیمیٹیزبھی</w:t>
      </w:r>
    </w:p>
    <w:p>
      <w:r>
        <w:rPr>
          <w:b/>
        </w:rPr>
        <w:t xml:space="preserve">[17:52] </w:t>
      </w:r>
      <w:r>
        <w:t>bhejin, jaise Quran mein aata hai ke famine, flood, aur yeh jo locust hota hai, tiddiyan, yeh bohat zyada aayin.</w:t>
      </w:r>
    </w:p>
    <w:p>
      <w:pPr>
        <w:jc w:val="right"/>
      </w:pPr>
      <w:r>
        <w:t>جیں، جیسے قرآنمیںآتاہےکہ فیمن، فلڈ، اور یہجو لوکسٹہوتاہے، ٹڈیاں، یہبہت زیادہ آگئیں۔</w:t>
      </w:r>
    </w:p>
    <w:p>
      <w:r>
        <w:rPr>
          <w:b/>
        </w:rPr>
        <w:t xml:space="preserve">[18:02] </w:t>
      </w:r>
      <w:r>
        <w:t>matlab jitni unki aam taur se quantity hoti hai, tadad hoti hai, us se bohat zyada gharon mein ghus gayin, fasal kha gayin, gharon mein tiddiyan hi tiddiyan.</w:t>
      </w:r>
    </w:p>
    <w:p>
      <w:pPr>
        <w:jc w:val="right"/>
      </w:pPr>
      <w:r>
        <w:t>مطلب جتنیانکی عامطورسے کوانٹٹیہوتیہے،تعداد ہوتیہے،اسسےبہتزیادہ گھروںمیںگھسگئیں،فصلکھاگئیں،گھروںمیں ٹڈیاںہیٹڈیاں۔</w:t>
      </w:r>
    </w:p>
    <w:p>
      <w:r>
        <w:rPr>
          <w:b/>
        </w:rPr>
        <w:t xml:space="preserve">[18:12] </w:t>
      </w:r>
      <w:r>
        <w:t>aise hi frog bohat zyada, chunke darya-e-Neel ke kinare woh jagah waqe thi,</w:t>
      </w:r>
    </w:p>
    <w:p>
      <w:pPr>
        <w:jc w:val="right"/>
      </w:pPr>
      <w:r>
        <w:t>ایسےہی فراگبہتزیادہ ،چونکہدریائےنیلکے کنارےوہجگہواقع تھی،</w:t>
      </w:r>
    </w:p>
    <w:p>
      <w:r>
        <w:rPr>
          <w:b/>
        </w:rPr>
        <w:t xml:space="preserve">[18:18] </w:t>
      </w:r>
      <w:r>
        <w:t>tu darya mein se nikal nikal ke hazaron lakhon frog aa gaye sheher mein ji aur gharon mein ghus gaye, bed pe koodne lage, kitchen mein jao tu bartan mein bethe hue hain ji. tu ek museebat ban gayi.</w:t>
      </w:r>
    </w:p>
    <w:p>
      <w:pPr>
        <w:jc w:val="right"/>
      </w:pPr>
      <w:r>
        <w:t>تو دریا میںسےنکل نکلکے ہزاروںلاکھوںفراگز آگئے شہر میں جیاورگھروںمیںگھسگئے،بیڈپہ کودنےلگے، کچنمیںجاؤتو برتنمیںبیٹھےہوئےہیںجی۔توایکمصیبتبنگئی ۔</w:t>
      </w:r>
    </w:p>
    <w:p>
      <w:r>
        <w:rPr>
          <w:b/>
        </w:rPr>
        <w:t xml:space="preserve">[18:30] </w:t>
      </w:r>
      <w:r>
        <w:t>aisi bohat sari cheezein huin, jaise aap ne bataya, darya-e-Neel ka pani laal ho gaya, yani woh qabil-e-istemal nahi tha. woh</w:t>
      </w:r>
    </w:p>
    <w:p>
      <w:pPr>
        <w:jc w:val="right"/>
      </w:pPr>
      <w:r>
        <w:t>ایسیبہت ساری چیزیںہوئیں،جیسےآپنےبتایا،دریائےنیلکاپانیلالہوگیا ، یعنیوہ قابلاستعمالنہیںتھا۔وہ</w:t>
      </w:r>
    </w:p>
    <w:p>
      <w:r>
        <w:rPr>
          <w:b/>
        </w:rPr>
        <w:t xml:space="preserve">[18:38] </w:t>
      </w:r>
      <w:r>
        <w:t>tu is tarah ke bohat sari cheezein huin. tu jab bhi is tarah ki koi baat hoti tu yeh Fir'on ke log aate Musa (AS) ke paas aur kehte ke aap dua karein,</w:t>
      </w:r>
    </w:p>
    <w:p>
      <w:pPr>
        <w:jc w:val="right"/>
      </w:pPr>
      <w:r>
        <w:t>تواسطرح کے بہتساریچیزیںہوئیں۔ تو جب بھی اسطرح کیکوئیباتہوتیتو یہ فرعونکےلوگ آتے موسیٰعلیہالسلامکےپاس اور کہتے کہ آپ دعاکریے،</w:t>
      </w:r>
    </w:p>
    <w:p>
      <w:r>
        <w:rPr>
          <w:b/>
        </w:rPr>
        <w:t xml:space="preserve">[18:57] </w:t>
      </w:r>
      <w:r>
        <w:t>Allah Ta'ala aap ki dua se yeh museebat taal dega.</w:t>
      </w:r>
    </w:p>
    <w:p>
      <w:pPr>
        <w:jc w:val="right"/>
      </w:pPr>
      <w:r>
        <w:t>اللہ تعالی آپ کیدعاسے یہ مصیبت ٹالدےگا۔</w:t>
      </w:r>
    </w:p>
    <w:p>
      <w:r>
        <w:rPr>
          <w:b/>
        </w:rPr>
        <w:t xml:space="preserve">[19:02] </w:t>
      </w:r>
      <w:r>
        <w:t>tu Musa (AS) dua karte aur woh kehte ke agar hum, agar hum museebat taal jayegi hum se tu hum Bani Israel ko aap ke sath jaane denge ji.</w:t>
      </w:r>
    </w:p>
    <w:p>
      <w:pPr>
        <w:jc w:val="right"/>
      </w:pPr>
      <w:r>
        <w:t>توموسیٰعلیہالسلامدعاکرتے اوروہکہتےکہاگر ہم، اگریہمصیبت ٹلجائےگیہمسے توہمبنی اسرائیلکوآپکےساتھ جانےدیںگے جی۔</w:t>
      </w:r>
    </w:p>
    <w:p>
      <w:r>
        <w:rPr>
          <w:b/>
        </w:rPr>
        <w:t xml:space="preserve">[19:12] </w:t>
      </w:r>
      <w:r>
        <w:t>tu Musa (AS) dua karte aur woh museebat taal jati. phir shaitan unko behkata ke yeh tu kisi aur wajah se ho gaya hai, koi unki dua se thori hua.</w:t>
      </w:r>
    </w:p>
    <w:p>
      <w:pPr>
        <w:jc w:val="right"/>
      </w:pPr>
      <w:r>
        <w:t>تو موسیٰعلیہالسلام دعاکرتے اوروہ مصیبتٹلجاتی۔ پھر شیطان انکوبہکاتاکہیہتوکسی اوروجہسے ہوگیاہے،کوئیانکیدعاسےتھوڑیہوا ۔</w:t>
      </w:r>
    </w:p>
    <w:p>
      <w:r>
        <w:rPr>
          <w:b/>
        </w:rPr>
        <w:t xml:space="preserve">[19:22] </w:t>
      </w:r>
      <w:r>
        <w:t>tu woh apne waday se har bar mukar jatay, har baat, har bar woh wada poora nahi karte.</w:t>
      </w:r>
    </w:p>
    <w:p>
      <w:pPr>
        <w:jc w:val="right"/>
      </w:pPr>
      <w:r>
        <w:t>تو وہ اپنے وعدےسے ہربار مکرجاتے، ہربات ،ہربار وہ وعدہ پورانہیںکرتے۔</w:t>
      </w:r>
    </w:p>
    <w:p>
      <w:r>
        <w:rPr>
          <w:b/>
        </w:rPr>
        <w:t xml:space="preserve">[19:30] </w:t>
      </w:r>
      <w:r>
        <w:t>tu yeh ek ek ek tarike se warnings hoti hain, yani jo bhi calamities hain, abhi dekha aap ne, COVID hua, floods aa jatay hain, earthquake hai, is tarah ki yeh sab cheezein koi azaab nahi hain, balkeh yeh warning hai taake insaan ki jo ghaflat hai woh toote aur woh jo sahi rasta hai us pe chal sake ji.</w:t>
      </w:r>
    </w:p>
    <w:p>
      <w:pPr>
        <w:jc w:val="right"/>
      </w:pPr>
      <w:r>
        <w:t>تو یہ ایک ایک ایکطریقےسےوارننگز ہوتیہیں،یعنیجوبھی کیلیمیٹیزہیں، ابھی دیکھاآپنے، کووڈہوا، فلڈزآجاتےہیں، ارتھکویکہے، اسطرح کییہسبچیزیں کوئی عذابنہیںہیں، بلکہیہوارننگہےتاکہانسان کیجوغفلتہےوہٹوٹے اور وہ جو صحیح راستہہےاسپہ چلسکے جی۔</w:t>
      </w:r>
    </w:p>
    <w:p>
      <w:r>
        <w:rPr>
          <w:b/>
        </w:rPr>
        <w:t xml:space="preserve">[19:54] </w:t>
      </w:r>
      <w:r>
        <w:t>Doctor sahib, kuch do teen comments parhna chahunga. sawal, agla sawal</w:t>
      </w:r>
    </w:p>
    <w:p>
      <w:pPr>
        <w:jc w:val="right"/>
      </w:pPr>
      <w:r>
        <w:t>ڈاکٹرصاحب،کچھ دوتینکمنٹسپڑھناچاہوںگا۔ سوال ،اگلاسوال</w:t>
      </w:r>
    </w:p>
    <w:p>
      <w:r>
        <w:rPr>
          <w:b/>
        </w:rPr>
        <w:t xml:space="preserve">[19:58] </w:t>
      </w:r>
      <w:r>
        <w:t>lene se pehle yeh bhi bheja hai comment Muzaffar Ahmed sahib ne, location nahi likhi unhone, par unhone yeh session bohat enjoy kar rahe hain. unhone likha hai: "Masha Allah, may Allah save your radio, Ameen." Star Ahmed Khawaja sahib ne Pakistan se likha hai: "Wow, it's true that this era of freedom is better than the previous era in terms of freedom.</w:t>
      </w:r>
    </w:p>
    <w:p>
      <w:pPr>
        <w:jc w:val="right"/>
      </w:pPr>
      <w:r>
        <w:t>لینےسےپہلے یہ بھیجاہےکمنٹ مظ فراحمد صاحبنے،لوکیشننہیںلکھیانہوںنے، پر انہوں نےیہسیشنبہت انجوائےکررہےہیں۔انہوںنےلکھاہے:"ماشاءاللہ، میاںاللہ سیوگارڈیو، آمین۔" اسٹاراحمد خواجہصاحبنے پاکستانسےلکھاہے:"واؤ،اٹسٹرودیٹدسایراآف فریڈم از بیٹردینداپریویس ایرا انٹرمزآف فریڈم۔</w:t>
      </w:r>
    </w:p>
    <w:p>
      <w:r>
        <w:rPr>
          <w:b/>
        </w:rPr>
        <w:t xml:space="preserve">[20:22] </w:t>
      </w:r>
      <w:r>
        <w:t>you cannot concentrate on self</w:t>
      </w:r>
    </w:p>
    <w:p>
      <w:pPr>
        <w:jc w:val="right"/>
      </w:pPr>
      <w:r>
        <w:t>یوکینون کینٹریٹون سیلف فر</w:t>
      </w:r>
    </w:p>
    <w:p>
      <w:r>
        <w:rPr>
          <w:b/>
        </w:rPr>
        <w:t xml:space="preserve">[20:25] </w:t>
      </w:r>
      <w:r>
        <w:t>yali. "Mr. Karothel from Srinagar has written: "The present is a great supporter. "Quoting Maulana Wahiduddin Khan Sahib: "As Gabriel into way of explaining the present era, we see great opportunities for the work.</w:t>
      </w:r>
    </w:p>
    <w:p>
      <w:pPr>
        <w:jc w:val="right"/>
      </w:pPr>
      <w:r>
        <w:t>یلی۔" مس کروتل یننے سری نگرسےلکھاہے:"دا پریزنٹایجازار گریٹ سپورٹر۔ "کوٹنگمول اناوحیدالدینخانصاحب:"ازابریلینٹوےآف ایکسپلیننگ دا پریزنٹ ایرا ،ویئردیرار گریٹاپرچونیٹیز فار داواورک۔</w:t>
      </w:r>
    </w:p>
    <w:p>
      <w:r>
        <w:rPr>
          <w:b/>
        </w:rPr>
        <w:t xml:space="preserve">[20:40] </w:t>
      </w:r>
      <w:r>
        <w:t>that there is no religious persecution and people want to know about the universe, purpose of living and idea of creation plan. We also should be grateful to weak and do our best to follow this dictum.</w:t>
      </w:r>
    </w:p>
    <w:p>
      <w:pPr>
        <w:jc w:val="right"/>
      </w:pPr>
      <w:r>
        <w:t>دیٹدیرازنوریلیجیسپرسیکیوشناینڈپیپلوانٹٹونو اباؤٹدایونیورس ، پرپسآفلیونگاینڈآئیڈیاآفکری شن پلان۔ وی آلشوڈبیگریٹفل دیٹویکینڈواور بیسٹ ٹوفالو دس ڈکٹم۔تھ</w:t>
      </w:r>
    </w:p>
    <w:p>
      <w:r>
        <w:rPr>
          <w:b/>
        </w:rPr>
        <w:t xml:space="preserve">[20:54] </w:t>
      </w:r>
      <w:r>
        <w:t>yanki of such an enlightened session. god bless actor sahib. " doctor sahib, phir allah ta'ala se yeh aata hai ek tareeqe se instruction ke children of children of israel ke liye ke apne gharon ko ibadat ka ghar bana do ji ji.</w:t>
      </w:r>
    </w:p>
    <w:p>
      <w:pPr>
        <w:jc w:val="right"/>
      </w:pPr>
      <w:r>
        <w:t>ینکیوفار سچاینڈانلائٹنڈ سی شن۔ گاڈبلیسڈ اکٹرصاحب۔" ڈاکٹرصاحب، پھر اللہ تعالیسے یہ آتاہے ایکطریقےسے انسٹرکشنکہ چلڈرنآفچ لڈرنآفاسرائیلکےلیےکہ اپنے گھروںکو عبادت کا گھر بنادو جیجی۔</w:t>
      </w:r>
    </w:p>
    <w:p>
      <w:r>
        <w:rPr>
          <w:b/>
        </w:rPr>
        <w:t xml:space="preserve">[21:13] </w:t>
      </w:r>
      <w:r>
        <w:t>to yeh iske bare mein aap kuch bataiye hum sab ko. yeh bohat achhi baat hai, ismein bara hamare liye sabak hai.</w:t>
      </w:r>
    </w:p>
    <w:p>
      <w:pPr>
        <w:jc w:val="right"/>
      </w:pPr>
      <w:r>
        <w:t>تو یہ اسکےبارےمیںآپکچھبتائیےہمسبکو۔ یہبہت اچھی باتہے، اسمیںبڑا ہمارےلیے سبقہے۔</w:t>
      </w:r>
    </w:p>
    <w:p>
      <w:r>
        <w:rPr>
          <w:b/>
        </w:rPr>
        <w:t xml:space="preserve">[21:22] </w:t>
      </w:r>
      <w:r>
        <w:t>dar asal firoun ne jo sakhtiyan karni shuru keen to jo children of israel the, jo bhi unke ibadat khane rahe honge, girja ya synagogue jo bhi woh rehte honge is zamane mein, to ismein jaate hue woh darne lage ke kahin firoun ke log hamein pareshan na karein.</w:t>
      </w:r>
    </w:p>
    <w:p>
      <w:pPr>
        <w:jc w:val="right"/>
      </w:pPr>
      <w:r>
        <w:t>دراصل فرعوننےجو سختیاںکرنیشروع کیں تو جو چلڈرنآف اسرائیلتھے،جوبھیانکے عبادتخانےرہےہوںگے،گرجا یا سینیگوگیاجوبھی وہ رہتےہوںگےاسزمانےمیں، تو اسمیں جاتےہوئےوہڈرنےلگے کہکہیں فرعونکےلوگہمیں پریشاننہکریں۔</w:t>
      </w:r>
    </w:p>
    <w:p>
      <w:r>
        <w:rPr>
          <w:b/>
        </w:rPr>
        <w:t xml:space="preserve">[21:44] </w:t>
      </w:r>
      <w:r>
        <w:t>to rasool allah, to musa alehالسلام ne unse kaha: "quran mein aata hai: waj al buyoot kum qibla h</w:t>
      </w:r>
    </w:p>
    <w:p>
      <w:pPr>
        <w:jc w:val="right"/>
      </w:pPr>
      <w:r>
        <w:t>تو رسول اللہ ،تو موسیٰعلیہالسلامنےانسےکہا: "قرآنمیںآتاہے:وج علوبیوت کم قبل ہ</w:t>
      </w:r>
    </w:p>
    <w:p>
      <w:r>
        <w:rPr>
          <w:b/>
        </w:rPr>
        <w:t xml:space="preserve">[21:51] </w:t>
      </w:r>
      <w:r>
        <w:t>, waq mal salat" ke apne gharon ko qibla bana lo, yaani apne gharon ko masjid bana lo ji. to yeh badi gehri baat hai.</w:t>
      </w:r>
    </w:p>
    <w:p>
      <w:pPr>
        <w:jc w:val="right"/>
      </w:pPr>
      <w:r>
        <w:t>،واق مالصلوۃ" کہ اپنے گھروںکوقبل ہبنالو،یعنی اپنےگھروںکومسجدبنالو جی۔ تو یہ بڑی گہریباتہے۔</w:t>
      </w:r>
    </w:p>
    <w:p>
      <w:r>
        <w:rPr>
          <w:b/>
        </w:rPr>
        <w:t xml:space="preserve">[22:01] </w:t>
      </w:r>
      <w:r>
        <w:t>masjid banane ka matlab hai ke ghar mein baith ke namaz padho, saath mein discussion karo, kuch deen ki baatein karo, kuch khuda ka chircha karo, kuch zikr ki baatein</w:t>
      </w:r>
    </w:p>
    <w:p>
      <w:pPr>
        <w:jc w:val="right"/>
      </w:pPr>
      <w:r>
        <w:t>مسجد بنانےکامطلبہےکہگھرمیں بیٹھکے نمازپڑھو، ساتھ میں ڈسکشنکرو ، کچھدینکیباتیںکرو ، کچھخداکاچرچہکرو،کچھذکرکیباتیں</w:t>
      </w:r>
    </w:p>
    <w:p>
      <w:r>
        <w:rPr>
          <w:b/>
        </w:rPr>
        <w:t xml:space="preserve">[22:15] </w:t>
      </w:r>
      <w:r>
        <w:t>karo. jaise pata hai aapko ke farishte aate hain jab gharon mein zikr hota hai, aur bohat hi zaroori hai. ek hadith mein aata hai ke: "latj al buyoot kum qibra" yaani apne gharon ko qabar mat banao, qabristan mat banao.</w:t>
      </w:r>
    </w:p>
    <w:p>
      <w:pPr>
        <w:jc w:val="right"/>
      </w:pPr>
      <w:r>
        <w:t>کرو۔جیسےپتہہےآپکو کہ فرشتےآتےہیں جبگھروںمیں ذکرہوتاہے،اور بہت ہی ضروری ہے۔ ایک حدیثمیںآتاہےکہ:"لاتج علو بی وت کم قب ورا" یعنی اپنے گھروںکو قبرمتبناؤ،قبرستانمتبناؤ۔</w:t>
      </w:r>
    </w:p>
    <w:p>
      <w:r>
        <w:rPr>
          <w:b/>
        </w:rPr>
        <w:t xml:space="preserve">[22:31] </w:t>
      </w:r>
      <w:r>
        <w:t>aur isi hadith mein aata hai ke jis ghar mein surah baqarah padhi jaati hai, us ghar mein se shaitan</w:t>
      </w:r>
    </w:p>
    <w:p>
      <w:pPr>
        <w:jc w:val="right"/>
      </w:pPr>
      <w:r>
        <w:t>اور اسیحدیثمیںآتاہےکہ جسگھرمیں سورہبقرہپڑھیجاتیہے، اس گھرمیں سے شیطان</w:t>
      </w:r>
    </w:p>
    <w:p>
      <w:r>
        <w:rPr>
          <w:b/>
        </w:rPr>
        <w:t xml:space="preserve">[22:37] </w:t>
      </w:r>
      <w:r>
        <w:t>bhagta hai. yaani ghar mein chahiye ke mil ke sab namaz padhein, quran padhein, koi tafsir padhein ya koi kitab padhein deeni, aur is pe discussion karein, chircha karein.</w:t>
      </w:r>
    </w:p>
    <w:p>
      <w:pPr>
        <w:jc w:val="right"/>
      </w:pPr>
      <w:r>
        <w:t>بھاگتاہے۔ یعنیگھرمیں چاہیےکہ مل کے سب نمازپڑھیں، قرآنپڑھیں، کوئیتفسیرپڑھیںیاکوئیکتاب پڑھیںدینی،اوراسپہڈسکشنکریں،چرچہکریں۔</w:t>
      </w:r>
    </w:p>
    <w:p>
      <w:r>
        <w:rPr>
          <w:b/>
        </w:rPr>
        <w:t xml:space="preserve">[22:49] </w:t>
      </w:r>
      <w:r>
        <w:t>ab asas hadith mein yeh aaya hai ke ke agar surah baqarah padhi jaati hai to shaitan bhagta hai. iska matlab yeh nahi hai ke sirf recitation, matlab yeh hai ke isko samjhein, discussion karein, iski deeper understanding paida karein.</w:t>
      </w:r>
    </w:p>
    <w:p>
      <w:pPr>
        <w:jc w:val="right"/>
      </w:pPr>
      <w:r>
        <w:t>اب اساسحدیثمیں یہ آیاہےکہ کہ اگر سورہ بقرہپڑھیجاتیہےتو شیطان بھاگتاہے۔ اسکامطلبیہنہیںہےکہ صرف ریسیٹیشن،مطلبیہہےکہاسکو سمجھیں، ڈسکشنکریں،اسکیڈیپر انڈرسٹینڈ نگ پیدا کریں۔</w:t>
      </w:r>
    </w:p>
    <w:p>
      <w:r>
        <w:rPr>
          <w:b/>
        </w:rPr>
        <w:t xml:space="preserve">[23:05] </w:t>
      </w:r>
      <w:r>
        <w:t>yaani ke yeh matlab tha ke routine bana lein, ghar ghar ko ek ghar mein taleem jaise istemal karte hain, ya ghar ki taleem yeh log istemal karte hain, tablighi jamaat ke log</w:t>
      </w:r>
    </w:p>
    <w:p>
      <w:pPr>
        <w:jc w:val="right"/>
      </w:pPr>
      <w:r>
        <w:t>یعنیکہ یہمطلب تھاکہ روٹین بنالیں،گھر گھرکو ایک گھرمیں تعلیم جیسے استعمال کرتے ہیں،یاگھرکیتعلیم یہلوگ استعمال کرتے ہیں، تبلیغیجماعتکےلوگ</w:t>
      </w:r>
    </w:p>
    <w:p>
      <w:r>
        <w:rPr>
          <w:b/>
        </w:rPr>
        <w:t xml:space="preserve">[23:18] </w:t>
      </w:r>
      <w:r>
        <w:t>. to ghar ki taleem jo hai, yeh bohat achha concept hai ke ghar ke log baithein. aur molana ne bhi ek jagah minimum course ki baat ki hai, aur ismein paanch kitabon ka zikr kiya hai: quran,</w:t>
      </w:r>
    </w:p>
    <w:p>
      <w:pPr>
        <w:jc w:val="right"/>
      </w:pPr>
      <w:r>
        <w:t>۔تو گھرکیتعلیم جوہے،یہبہتاچھاکانسیپٹہے کہگھرکےلوگ بیٹھیں۔اور مول انانےبھی ایک جگہ منیممکورسکیباتکیہے، اور اسمیں پانچکتاب وںکاذکرکیا ہے:قرآن،</w:t>
      </w:r>
    </w:p>
    <w:p>
      <w:r>
        <w:rPr>
          <w:b/>
        </w:rPr>
        <w:t xml:space="preserve">[23:31] </w:t>
      </w:r>
      <w:r>
        <w:t>mishkat al masabih, ya riyadh al salih, yeh dono hadith ki kitabein hain, aur sirat ibn kathir, yeh sirat ki kitab hai, prophet muhammad sallallahu alaihi wasallam ki zindagi ke halaat, aur hayat al sahaba.</w:t>
      </w:r>
    </w:p>
    <w:p>
      <w:pPr>
        <w:jc w:val="right"/>
      </w:pPr>
      <w:r>
        <w:t>مشکات المص ابیح، یا ریاض السلیم،یہدونوںحدیثکیکتاب یںہیں، اور سیرت ابن کثیر ،یہسیرتکی کتاب ہے، پرافٹمحمد صلیاللہعلیہوسلمکیزندگی کےحالات ،اور حیات الصحابہ۔</w:t>
      </w:r>
    </w:p>
    <w:p>
      <w:r>
        <w:rPr>
          <w:b/>
        </w:rPr>
        <w:t xml:space="preserve">[23:44] </w:t>
      </w:r>
      <w:r>
        <w:t>yeh bohat hi paanch kitabein hain, bohat hi aham</w:t>
      </w:r>
    </w:p>
    <w:p>
      <w:pPr>
        <w:jc w:val="right"/>
      </w:pPr>
      <w:r>
        <w:t>یہبہت ہی پانچ کتاب یںہیں،بہتہی اہم</w:t>
      </w:r>
    </w:p>
    <w:p>
      <w:r>
        <w:rPr>
          <w:b/>
        </w:rPr>
        <w:t xml:space="preserve">[23:48] </w:t>
      </w:r>
      <w:r>
        <w:t>hain. quran ka matlab hai tarjume se padhna, quran na ke sirf recitation, balki mein kahunga ke tazkir al quran padhein. bilkul, chuki tazkir al quran woh hai, woh ek bohat hi alag tarah ki tafsir hai ji. aam taur se jo tafsir milta hain, aap agar kabhi bhi koi tafsir utha ke dekhenge to woh aisa lagta hai koi scholar likhe ji, koi research ka thesis hai, ismein bohat sare references honge.</w:t>
      </w:r>
    </w:p>
    <w:p>
      <w:pPr>
        <w:jc w:val="right"/>
      </w:pPr>
      <w:r>
        <w:t>ہیں۔ قرآنکامطلبہے ترجمےسےپڑھنا،قرآن نہکہصرفریسیٹیشن، بلکہمیںکہوںگاکہتذکیرالقرآنپڑھیں۔ بالکل ،چونکہتذکیر القرآنجوہے، وہ ایکبہتہیالگطرح کی تفسیرہے جی۔عامطورسےجوتفسیریں ملتیہیں،آپاگر کبھیبھیکوئیتفسیراٹھاکےدیکھیںگے تو وہایسالگتاہےکوئیسک الرلیورکہے جی، کوئی ریسرچ کاتھیسسہے، اسمیں بہت سارےریفر نسزہوںگے۔</w:t>
      </w:r>
    </w:p>
    <w:p>
      <w:r>
        <w:rPr>
          <w:b/>
        </w:rPr>
        <w:t xml:space="preserve">[24:12] </w:t>
      </w:r>
      <w:r>
        <w:t>ab woh jo ek aam aadmi hai, woh itne sare references ko padhe, isko samjhe, aur bohat hi iske liye masla hai. molana ne tafsir mein, tazkir al quran mein yeh kiya hai ke ek passage ke upar ek note likha hai ji, aur iska jo deeper meaning hai, quran ke jo between the line meaning hai, isko explain kiya hai ji.</w:t>
      </w:r>
    </w:p>
    <w:p>
      <w:pPr>
        <w:jc w:val="right"/>
      </w:pPr>
      <w:r>
        <w:t>ابوہجوایک عام آدمیہے، وہ اتنےسارےریفر نسزکو پڑھے،اسکوسمجھے،اوربہتہی اسکےلیے مسئلہہے۔ مول انا نےتفسیرمیں ،تذکیر القرآنمیںیہکیاہےکہ ایک پیسج کےاوپرایک نوٹلکھاہے جی،اوراسکاجوڈیپر میننگہے، قرآنکےجو بٹویندالائنمیننگہے،اسکوایکسپلینکیاہےج</w:t>
      </w:r>
    </w:p>
    <w:p>
      <w:r>
        <w:rPr>
          <w:b/>
        </w:rPr>
        <w:t xml:space="preserve">[24:33] </w:t>
      </w:r>
      <w:r>
        <w:t>y. to tazkir al quran bohat achha hai ke isko log padhein is tarike se, ghar mein mil ke, aur discussion karein. aur baqi jo hadith hai, yeh bhi bohat zaroori hai.</w:t>
      </w:r>
    </w:p>
    <w:p>
      <w:pPr>
        <w:jc w:val="right"/>
      </w:pPr>
      <w:r>
        <w:t>ی۔ تو تذکیرالقرآنبہتاچھاہےکہاسکو لوگ پڑھیں اسطریقےسے،گھرمیں مل کے،اور ڈسکشنکریں۔اور باقیجو حدیثہے، یہبھیبہتضروریہے۔</w:t>
      </w:r>
    </w:p>
    <w:p>
      <w:r>
        <w:rPr>
          <w:b/>
        </w:rPr>
        <w:t xml:space="preserve">[24:43] </w:t>
      </w:r>
      <w:r>
        <w:t>aur molana ne mishkat ke upar ke shayad ek hazar ya do hazar hadithon pe kaam bhi kiya hai, jo inshallah abhi tayyari ke marhale mein hai, aur ho sakta hai woh ek achhi kitab ki surat mein aaye.</w:t>
      </w:r>
    </w:p>
    <w:p>
      <w:pPr>
        <w:jc w:val="right"/>
      </w:pPr>
      <w:r>
        <w:t>اور مول انانےمشکات کےاوپر کے شایدایک ہزاریادوہزار حدیثوںپہ کامبھیکیا ہے،جوانشاءاللہ ابھی تیاریکےمرحلےمیںہے، اور ہوسکتاہےوہایکاچھیکتاب کیصورت میںآئے۔</w:t>
      </w:r>
    </w:p>
    <w:p>
      <w:r>
        <w:rPr>
          <w:b/>
        </w:rPr>
        <w:t xml:space="preserve">[24:58] </w:t>
      </w:r>
      <w:r>
        <w:t>aur sirat al nabi, sirat ibn kathir, bohat achhi kitab hai prophet ke life pe. yaani yeh bohat zaroori hai ke aap apni language mein padhein.</w:t>
      </w:r>
    </w:p>
    <w:p>
      <w:pPr>
        <w:jc w:val="right"/>
      </w:pPr>
      <w:r>
        <w:t>اور سیرت النبی، سیرت ابن کثیر ،بہتاچھیکتاب ہے پرافٹکیلائفپہ۔یعنییہ بہت ضروریہے کہ آپ اپنی لینگویجمیںپڑھیں۔</w:t>
      </w:r>
    </w:p>
    <w:p>
      <w:r>
        <w:rPr>
          <w:b/>
        </w:rPr>
        <w:t xml:space="preserve">[25:09] </w:t>
      </w:r>
      <w:r>
        <w:t>arabi mein padhna sirf kaafi nahi hai, apni apni language mein urdu, hindi, english. hayat al sahaba jaisi kitab hai, bohat achhi kitab hai sahaba ki zindagi ke upar</w:t>
      </w:r>
    </w:p>
    <w:p>
      <w:pPr>
        <w:jc w:val="right"/>
      </w:pPr>
      <w:r>
        <w:t>عربی میں پڑھناصرفکافینہیںہے، اپنی اپنیلینگویجمیںارد و،ہندی،انگل ش۔ حیات الصحابہجیسیکتاب ہے،بہتہیاچھی کتاب ہے صحابہکی زندگی کے اوپر</w:t>
      </w:r>
    </w:p>
    <w:p>
      <w:r>
        <w:rPr>
          <w:b/>
        </w:rPr>
        <w:t xml:space="preserve">[25:20] </w:t>
      </w:r>
      <w:r>
        <w:t>. to yeh sab cheezein jab aap padhenge to, yaani gehri gehri soch paida hogi. na, woh reach realistic jo woh aajkal mizaj ban gaya hai ke yeh kar lo, woh kar lo, subah yeh padh lo, sham ko yeh padh lo, surah yaseen sab mil ke padh lo, padh lo, padh lo, padh lo, hai yeh padh lo, kuch nahi hai,</w:t>
      </w:r>
    </w:p>
    <w:p>
      <w:pPr>
        <w:jc w:val="right"/>
      </w:pPr>
      <w:r>
        <w:t>۔ تویہسبچیزیںجبآپ پڑھیںگےتو، یعنی گہری گہریسوچ پیدا ہوگی۔نا،وہ ریچ ولسٹکجووہ آجکل مزاجبنگیا ہے کہیہ کرلو،وہکرلو،صبحیہپڑھلو،شامکویہپڑھلو، سورہیاسینسبملکےپڑھلو، پڑھلو،پڑھلو،پڑھلو،ہے یہپڑھلو،کچھنہیںہے،</w:t>
      </w:r>
    </w:p>
    <w:p>
      <w:r>
        <w:rPr>
          <w:b/>
        </w:rPr>
        <w:t xml:space="preserve">[25:42] </w:t>
      </w:r>
      <w:r>
        <w:t>samajh ke padho, aur phir isko apni life mein, life mein apply karo. to iske liye yeh bohat ach</w:t>
      </w:r>
    </w:p>
    <w:p>
      <w:pPr>
        <w:jc w:val="right"/>
      </w:pPr>
      <w:r>
        <w:t>سمجھکےپڑھو،اور پھراسکو اپنی لائفمیں، لائفمیںاپلائیکرو۔ تواسکےلیےیہبہتاچ</w:t>
      </w:r>
    </w:p>
    <w:p>
      <w:r>
        <w:rPr>
          <w:b/>
        </w:rPr>
        <w:t xml:space="preserve">[25:48] </w:t>
      </w:r>
      <w:r>
        <w:t>ha baat hai. achha, ek aur ismein sabak milta hai hamein ke jab halaat mushkil hue, musa alehالسلام aur bani israel ke liye, to unhone kaha ke gharon ko masjid bana lo, yeh nahi kaha ke tum juloos nikalo, ya protest karo, ya pathar maro, ya bomb banao, ya suicide bombing karo. bohat important baat hai, yeh bohat hi, bohat hi aham hai ke yeh hai prophet ka method. bilkul, aaj musalman kya kar rahe hain? jahan kuch hota hai, foran protest, foran hungama ji.</w:t>
      </w:r>
    </w:p>
    <w:p>
      <w:pPr>
        <w:jc w:val="right"/>
      </w:pPr>
      <w:r>
        <w:t>ھیباتہے۔اچھا،ایکاوراسمیں سبقملتاہےہمیں کہجب حالات مشکل ہوئے ، موسیٰعلیہالسلام اور بنیاسرائیلکےلیے، توانہوںنےکہاکہگھروںکومسجدبنالو، یہنہیںکہاکہتم جلوسنکالو، یا پروٹیسٹکرو ،یا پتھرمارو، یا بم بناؤ ، یا سوئیسائیڈبمبنگکرو۔بہت امپورٹنٹباتہے،یہبہتہی،بہتہیاہمہےکہیہہے پرافیٹکمیتھڈ۔بالکل،آج مسلمان کیاکررہےہیں؟جہاںکچھہوتاہے، فوراًپروٹیسٹ، فوراًہنگامہج</w:t>
      </w:r>
    </w:p>
    <w:p>
      <w:r>
        <w:rPr>
          <w:b/>
        </w:rPr>
        <w:t xml:space="preserve">[26:17] </w:t>
      </w:r>
      <w:r>
        <w:t>y, foran. Yani zara si baat hoti hai to poore poore India mein aisa lagta hai keh hangama ho raha hai ji. To yeh, yeh, yeh soch isse, yani aap dekhiye keh isi tareeqe ko follow karke kamyabi mili Bani Israel ko. Bilkul, woh pathar maar ke thori mili.</w:t>
      </w:r>
    </w:p>
    <w:p>
      <w:pPr>
        <w:jc w:val="right"/>
      </w:pPr>
      <w:r>
        <w:t>ی، فوراً۔یعنیذراسیباتہوتیہےتو پورےپورےانڈیامیں ایسالگتاہےکہہنگامہہورہاہے جی۔تویہ ،یہ ،یہسوچ اسیسے، یعنیآپدیکھیےکہ اسی طریقےکو فالوکرکے کامیابیملی بنیاسرائیلکو۔بالکل،وہ پتھرمارکےتھوڑیملی۔</w:t>
      </w:r>
    </w:p>
    <w:p>
      <w:r>
        <w:rPr>
          <w:b/>
        </w:rPr>
        <w:t xml:space="preserve">[26:34] </w:t>
      </w:r>
      <w:r>
        <w:t>Sahi, to yeh jab tak keh Musalman is tareeqe pe nahi chalenge jo paighambaron ne humein sikhaya hai, tab tak kamyabi nahi mili, warna mil rahi hai ji, sirf Islam ka naam badnaam ho raha hai ji.</w:t>
      </w:r>
    </w:p>
    <w:p>
      <w:pPr>
        <w:jc w:val="right"/>
      </w:pPr>
      <w:r>
        <w:t>صحیح،تویہ جب تککہمسلمان اس طریقےپہنہیں چلیںگےجوپیغمبروںنےہمیںسکھایاہے، تبتککامیابینہیںملی ، ورنہملرہیہے جی،صرف اسلام کانام بدنام ہورہاہےجی۔</w:t>
      </w:r>
    </w:p>
    <w:p>
      <w:r>
        <w:rPr>
          <w:b/>
        </w:rPr>
        <w:t xml:space="preserve">[26:44] </w:t>
      </w:r>
      <w:r>
        <w:t>Aur Doctor sahib, aap ne ek bahut hi achi baat kahi keh Quran ko sirf recitation ki tarah mat aap padhein, balkeh isko samajh ke.</w:t>
      </w:r>
    </w:p>
    <w:p>
      <w:pPr>
        <w:jc w:val="right"/>
      </w:pPr>
      <w:r>
        <w:t>اور ڈاکٹرصاحب،آپنےایکبہت ہی اچھیباتکہیکہ قرآنکوصرفریسیٹیشن کیطرح مت آپپڑھیں،بلکہاسکوسمجھکے۔</w:t>
      </w:r>
    </w:p>
    <w:p>
      <w:r>
        <w:rPr>
          <w:b/>
        </w:rPr>
        <w:t xml:space="preserve">[26:52] </w:t>
      </w:r>
      <w:r>
        <w:t>Aur main ne khud bhi, Doctor sahib, experience kiya hai apne Maulana sahib ki, Maulana Wahiduddin Khan sahib ki Tazkir ul Quran ka zikr kiya ji. Aksar kabhi, jaise main bhi kabhi stress mein aata hoon, ya koi tension hoti hai, ya work difficulty hoti hai.</w:t>
      </w:r>
    </w:p>
    <w:p>
      <w:pPr>
        <w:jc w:val="right"/>
      </w:pPr>
      <w:r>
        <w:t>اور میںنےخود بھی ،ڈاکٹرصاحب،ایکسپیرینسکیاہے اپنے مول اناصاحبکی، مولاناوحیدالدینخانصاحبکیتذکیرالقرآنکاذکرکیا جی۔اکثرکبھی، جیسےمیںبھی کبھی سٹریسمیںآتاہوں،یا کوئیٹینشنہوتیہے،یاورکڈیفیکلٹیہوتیہے۔</w:t>
      </w:r>
    </w:p>
    <w:p>
      <w:r>
        <w:rPr>
          <w:b/>
        </w:rPr>
        <w:t xml:space="preserve">[27:05] </w:t>
      </w:r>
      <w:r>
        <w:t>So, when I read few pages of Maulana English commentary, so it's not mysterious, but rather, you know, I would say miraculous and a sign that a connection is established with God.</w:t>
      </w:r>
    </w:p>
    <w:p>
      <w:pPr>
        <w:jc w:val="right"/>
      </w:pPr>
      <w:r>
        <w:t>سو، وینآئیریڈفیوپیجزآف مول اناانگل شکمنٹری، تو اٹازناٹ مسٹیریس،بٹ رادر،یونو،آئیوڈسے میراکولسانداسینسدیٹ کہایک خداکےساتھایککنیکشنقائمہوجاتاہے۔</w:t>
      </w:r>
    </w:p>
    <w:p>
      <w:r>
        <w:rPr>
          <w:b/>
        </w:rPr>
        <w:t xml:space="preserve">[27:19] </w:t>
      </w:r>
      <w:r>
        <w:t>Bilkul keh jab aap Quran ko samajh ke ahista ahista aap padh rahe hain, that means that you are remembering God. Somehow you get that moral strength, that courage to handle the situation, aur jo zehn hai, woh ek dam se positive ho jata hai.</w:t>
      </w:r>
    </w:p>
    <w:p>
      <w:pPr>
        <w:jc w:val="right"/>
      </w:pPr>
      <w:r>
        <w:t>بالکل کہجبآپ قرآنکو سمجھ کے آہستہآہستہ آپ پڑھرہےہیں، دیٹمینزدیٹیوآرریممبرنگگاڈ۔ سم ہاؤ یوگیٹدیٹ مورل سٹرینتھ،دیٹ کریج ٹوہینڈلداسچویشن، اور جو ذہنہے،وہایکدمسے پوزیٹیوہوجاتاہے۔</w:t>
      </w:r>
    </w:p>
    <w:p>
      <w:r>
        <w:rPr>
          <w:b/>
        </w:rPr>
        <w:t xml:space="preserve">[27:37] </w:t>
      </w:r>
      <w:r>
        <w:t>Aur asal cheez to yahi hai keh ek positive zehn hi bade kaam kar sakta hai. To agar aap ne aisa nahi kiya to aap aisa karke dekhiye.</w:t>
      </w:r>
    </w:p>
    <w:p>
      <w:pPr>
        <w:jc w:val="right"/>
      </w:pPr>
      <w:r>
        <w:t>اور اصلچیزتویہیہےکہ ایک پوزیٹیوذہن ہیبڑےکامکرسکتاہے۔ تو اگر آپنےایسانہیںکیا توآپایساکرکےدیکھیے۔</w:t>
      </w:r>
    </w:p>
    <w:p>
      <w:r>
        <w:rPr>
          <w:b/>
        </w:rPr>
        <w:t xml:space="preserve">[27:46] </w:t>
      </w:r>
      <w:r>
        <w:t>Maulana ki Tazkir ul Quran Urdu mein, English mein, dono pe available hain. Hindi bhi, Hindi bhi available hai, Hindi hai, Arabic hai, aur aap hard copies Goodreads se bhi isko le sakte hain.</w:t>
      </w:r>
    </w:p>
    <w:p>
      <w:pPr>
        <w:jc w:val="right"/>
      </w:pPr>
      <w:r>
        <w:t>مول اناکی تذکیر القرآن اردومیں،انگلشمیں،دونوں سیپیایسویبسائٹپہاویلیبلہیں۔ ہندیبھی،ہندیبھی اویلیبلہے، ہندیہے، عربیہے، اورآپہارڈکاپیزگڈورڈسےبھی اسکو لےسکتےہیں۔</w:t>
      </w:r>
    </w:p>
    <w:p>
      <w:r>
        <w:rPr>
          <w:b/>
        </w:rPr>
        <w:t xml:space="preserve">[27:59] </w:t>
      </w:r>
      <w:r>
        <w:t>To aap zaroor karke dekhein. Keh sakte hain keh one page, jaise kehte hain keh "An apple a day keeps a doctor away, and an apple a day keeps the dentist away".</w:t>
      </w:r>
    </w:p>
    <w:p>
      <w:pPr>
        <w:jc w:val="right"/>
      </w:pPr>
      <w:r>
        <w:t>تو آپضرورکرکےدیکھیں۔ کہہسکتےہیںکہون پیج،جیسےکہتےہیںکہ" اینایپلاےڈے کیپساڈاکٹراوے،اینڈ اپیجاڈے کیپسدیسیٹناوے"۔</w:t>
      </w:r>
    </w:p>
    <w:p>
      <w:r>
        <w:rPr>
          <w:b/>
        </w:rPr>
        <w:t xml:space="preserve">[28:10] </w:t>
      </w:r>
      <w:r>
        <w:t>To aap karke isko zaroor experience kijiyega. Bahut</w:t>
      </w:r>
    </w:p>
    <w:p>
      <w:pPr>
        <w:jc w:val="right"/>
      </w:pPr>
      <w:r>
        <w:t>توآپ کرکےاسکوضرورایکسپیرینسکیجئےگا۔ بہت</w:t>
      </w:r>
    </w:p>
    <w:p>
      <w:r>
        <w:rPr>
          <w:b/>
        </w:rPr>
        <w:t xml:space="preserve">[28:13] </w:t>
      </w:r>
      <w:r>
        <w:t>Achha, Doctor sahib, Quran mein hi yeh bhi aaya hai Musa Alaihissalam ki story ko le kar Qarun ke bare mein. He was also among the children of Israel, but he was also allied to Pharaoh of Egypt ji. Aur kaha jata hai keh unhone itni zyada, matlab, wealth accumulate kar li thi keh he became the richest person in Egypt, aur bahut hi arrogant aadmi the.</w:t>
      </w:r>
    </w:p>
    <w:p>
      <w:pPr>
        <w:jc w:val="right"/>
      </w:pPr>
      <w:r>
        <w:t>اچھا، ڈاکٹرصاحب،قرآنمیںہی یہبھیآیاہےموسیٰعلیہالسلامکی سٹوریکولےکر قارون کےبارےمیں۔ ہیوازالسوامنگ دا چلڈرنآفاسرائیل، بٹہیواز الائل سٹآف فیروفر عون جی۔اور کہاجاتاہےکہانہوںنے اتنی زیادہ ،مطلب،ویلتھایکوملیٹکرلیتھی کہ ہیبیکمدارچسٹپرسن انایجپٹ، اوربہتہی ایروگنٹآدمیتھے۔</w:t>
      </w:r>
    </w:p>
    <w:p>
      <w:r>
        <w:rPr>
          <w:b/>
        </w:rPr>
        <w:t xml:space="preserve">[28:38] </w:t>
      </w:r>
      <w:r>
        <w:t>To thoda unki wealth ke bare mein bhi hum sab ko batayein, Qarun ki wealth ke bare mein</w:t>
      </w:r>
    </w:p>
    <w:p>
      <w:pPr>
        <w:jc w:val="right"/>
      </w:pPr>
      <w:r>
        <w:t>تو تھوڑاانکیویلتھکےبارےمیں بھی ہمسبکوبت ائیں، قارونکیویلتھکےبارےمیں</w:t>
      </w:r>
    </w:p>
    <w:p>
      <w:r>
        <w:rPr>
          <w:b/>
        </w:rPr>
        <w:t xml:space="preserve">[28:43] </w:t>
      </w:r>
      <w:r>
        <w:t>Ji. Jaisa aap ne bataya keh Qarun, Qarun ko Bible mein Korah kehte hain. Korah ji, to Qarun, jaise Quran mein aaya hai keh "Inna Qarun kana min qawmi Musa" keh Qarun Musa Alaihissalam ki qom se tha, yani children of Israel, Bani Israel ke logon mein se tha.</w:t>
      </w:r>
    </w:p>
    <w:p>
      <w:pPr>
        <w:jc w:val="right"/>
      </w:pPr>
      <w:r>
        <w:t>جی۔جیساآپنےبتایا کہ قارون، قارونکو بائبلمیں کوراکہتےہیں۔ کوراجی، تو قارون، جیسےقرآنمیںآیاہے کہ "انا قارون کان من قوم موسیٰ" کہ قارون موسیٰعلیہالسلامکیقومسےتھا،یعنی چلڈرنآفاسرائیل،بنیاسرائیلکے لوگوںمیںسےتھا۔</w:t>
      </w:r>
    </w:p>
    <w:p>
      <w:r>
        <w:rPr>
          <w:b/>
        </w:rPr>
        <w:t xml:space="preserve">[29:01] </w:t>
      </w:r>
      <w:r>
        <w:t>Lekin woh kisi wajah se Firon se bahut qareeb ho gaya tha, woh bada wafadar ho gaya, aur richest person ban gaya ji us zamaney ke lehaz se.</w:t>
      </w:r>
    </w:p>
    <w:p>
      <w:pPr>
        <w:jc w:val="right"/>
      </w:pPr>
      <w:r>
        <w:t>لیکن وہ کسی وجہ سے فرعونسےبہت قریبہوگیاتھا، وہبڑاوفادارہوگیا، اور رچسٹ پرسنبنگیا جی اسزمان ےکےلحاظسے۔</w:t>
      </w:r>
    </w:p>
    <w:p>
      <w:r>
        <w:rPr>
          <w:b/>
        </w:rPr>
        <w:t xml:space="preserve">[29:12] </w:t>
      </w:r>
      <w:r>
        <w:t>Aur uske paas bahut hi bada treasure house tha, yani uska bahut bada mahal tha. Mahal mein treasure house tha, aur us treasure house mein bahut hi tarah tarah ke jawaharat, jawaharat, aur badi badi qeemti cheezein thi.</w:t>
      </w:r>
    </w:p>
    <w:p>
      <w:pPr>
        <w:jc w:val="right"/>
      </w:pPr>
      <w:r>
        <w:t>اور اسکےپاسبہت ہیبڑا ٹریژرہاؤستھا، یعنیاسکابہتبڑامحلتھا۔ محلمیں ٹریژرہاؤستھا، اور اس ٹریژرہاؤسمیں بہت ہیطرح طرح کے جواہرات،جواہرات، اور بڑیبڑیقیمتی چیزیںتھیں۔</w:t>
      </w:r>
    </w:p>
    <w:p>
      <w:r>
        <w:rPr>
          <w:b/>
        </w:rPr>
        <w:t xml:space="preserve">[29:28] </w:t>
      </w:r>
      <w:r>
        <w:t>To woh bahut hi aish o ishrat ki zindagi guzar raha tha. Aur ek baar usne apne jo jawaharat wagera the, jo bhi sab cheezein thi, usko display kiya.</w:t>
      </w:r>
    </w:p>
    <w:p>
      <w:pPr>
        <w:jc w:val="right"/>
      </w:pPr>
      <w:r>
        <w:t>تو وہبہتہی عیشوعشر تکیزندگی گزارتاتھا۔ اور ایک باراسنے اپنےجو جواہراتوغیرہتھے،جوبھی سب چیزیںتھیں، اسکو ڈسپلےکیا۔</w:t>
      </w:r>
    </w:p>
    <w:p>
      <w:r>
        <w:rPr>
          <w:b/>
        </w:rPr>
        <w:t xml:space="preserve">[29:42] </w:t>
      </w:r>
      <w:r>
        <w:t>Ek</w:t>
      </w:r>
    </w:p>
    <w:p>
      <w:pPr>
        <w:jc w:val="right"/>
      </w:pPr>
      <w:r>
        <w:t>ایک</w:t>
      </w:r>
    </w:p>
    <w:p>
      <w:r>
        <w:rPr>
          <w:b/>
        </w:rPr>
        <w:t xml:space="preserve">[29:43] </w:t>
      </w:r>
      <w:r>
        <w:t>Mere khayal se koi procession ke andaaz mein usne nikala apne saari cheezon ko, kyunkeh Quran mein aata hai "Fakhraja 'ala qawmihi fi zinatihi" keh apni jo zeenat thi, jo cheezein sab thi, usko le ke bahar nikla.</w:t>
      </w:r>
    </w:p>
    <w:p>
      <w:pPr>
        <w:jc w:val="right"/>
      </w:pPr>
      <w:r>
        <w:t>میرےخیالسےکوئی پروسیشنکےاندازمیں اسنے نکالا اپنے ساری چیزوںکو، کیونکہ قرآنمیںآتاہے"فخرج علی قومی فیزینتی" کہ اپنی جو زینتتھی،جو چیزیں سبتھیں،اسکو لےکےباہر نکلا۔</w:t>
      </w:r>
    </w:p>
    <w:p>
      <w:r>
        <w:rPr>
          <w:b/>
        </w:rPr>
        <w:t xml:space="preserve">[30:01] </w:t>
      </w:r>
      <w:r>
        <w:t>To koi procession ya koi juloos ke andaaz mein woh nikla hoga. To logon ne use dekha to</w:t>
      </w:r>
    </w:p>
    <w:p>
      <w:pPr>
        <w:jc w:val="right"/>
      </w:pPr>
      <w:r>
        <w:t>تو کوئی پروسیشنیاکوئیجلوسکےاندازمیںوہ نکلاہوگا۔ تو لوگوںنے اسے دیکھا تو</w:t>
      </w:r>
    </w:p>
    <w:p>
      <w:r>
        <w:rPr>
          <w:b/>
        </w:rPr>
        <w:t xml:space="preserve">[30:08] </w:t>
      </w:r>
      <w:r>
        <w:t>Kuch log kehne lage keh yeh bada qismat wala hai, aur kaash keh hum bhi aise, humein bhi aisi wealth milti, hum bhi itne fortunate hote.</w:t>
      </w:r>
    </w:p>
    <w:p>
      <w:pPr>
        <w:jc w:val="right"/>
      </w:pPr>
      <w:r>
        <w:t>کچھلوگ کہنےلگےکہیہبڑا قسم توالاہے، اور کاشکہہمبھی ایسے ،ہمیںبھی ایسی ویلتھملتی،ہمبھیاتنےفورچونیٹہوتے۔</w:t>
      </w:r>
    </w:p>
    <w:p>
      <w:r>
        <w:rPr>
          <w:b/>
        </w:rPr>
        <w:t xml:space="preserve">[30:18] </w:t>
      </w:r>
      <w:r>
        <w:t>Lekin Quran mein aata hai keh jo log ilm rakhte the, unhone kaha: "Tumhara bhala ho, Allah ka sawab behtar hai us shakhs ke liye jo iman laye aur naik amal kiya kare."</w:t>
      </w:r>
    </w:p>
    <w:p>
      <w:pPr>
        <w:jc w:val="right"/>
      </w:pPr>
      <w:r>
        <w:t>لیکن قرآنمیںآتاہےکہ جولوگ علم رکھتےتھے، انہوںنےکہا:"تمہارابراہو ، اللہ کا ثواببہترہے اسشخص کےلیےجو ایمان لائےاورنیکعمل کیا کرے۔"</w:t>
      </w:r>
    </w:p>
    <w:p>
      <w:r>
        <w:rPr>
          <w:b/>
        </w:rPr>
        <w:t xml:space="preserve">[30:30] </w:t>
      </w:r>
      <w:r>
        <w:t>To yeh Qarun ka jo waqia hai, ismein ek baat yeh pehlu milta hai keh usko daulat mili to usne shukr, usko shukr ada karna chahiye tha.</w:t>
      </w:r>
    </w:p>
    <w:p>
      <w:pPr>
        <w:jc w:val="right"/>
      </w:pPr>
      <w:r>
        <w:t>تو یہ قارونکاجوواقعہہے،اسمیں ایکبات یہ پہلو ملتاہے کہ اسکو دول ت ملی تواسنےشکر،اسکوشکراداکرناچاہیےتھا۔</w:t>
      </w:r>
    </w:p>
    <w:p>
      <w:r>
        <w:rPr>
          <w:b/>
        </w:rPr>
        <w:t xml:space="preserve">[30:40] </w:t>
      </w:r>
      <w:r>
        <w:t>Insaan ko jab daulat mile to use Khuda ka shukr ada karna chahiye. Iske badle usne kibr kiya, aur fakhr kiya, yani fakhr ki ghiza li, na keh shukr ki ghiza li</w:t>
      </w:r>
    </w:p>
    <w:p>
      <w:pPr>
        <w:jc w:val="right"/>
      </w:pPr>
      <w:r>
        <w:t>انسانکوجبدولتملے تو اسے خداکاشکراداکرناچاہیے۔اسکےبدلےاسنے کبرکیا، اور فخرکیا، یعنیفخر کی غذا لی، نہ کہ شکرکی غذالی</w:t>
      </w:r>
    </w:p>
    <w:p>
      <w:r>
        <w:rPr>
          <w:b/>
        </w:rPr>
        <w:t xml:space="preserve">[30:54] </w:t>
      </w:r>
      <w:r>
        <w:t>Ji. Aur Doctor sahib, dekha jaye to knowledge of realities is actually the most valuable thing, not the material treasures. Aur jaise aap ne kaha keh usko shukr karna chahiye tha, lekin uske andar aur zyada arrogance, pride yeh aa gayi.</w:t>
      </w:r>
    </w:p>
    <w:p>
      <w:pPr>
        <w:jc w:val="right"/>
      </w:pPr>
      <w:r>
        <w:t>جی۔ اور ڈاکٹرصاحب،دیکھاجائےتو نالجآف ریلی ٹیازایکچولیداموسٹویلیوبلتھنگ، ناٹدامٹیریل ٹریژرز۔اورجیسےآپنےکہا کہ اسکو شکرکرناچاہیےتھا، لیکن اسکےاندر اورزیادہ ایروگنس، پرائیڈ یہآگئی۔</w:t>
      </w:r>
    </w:p>
    <w:p>
      <w:r>
        <w:rPr>
          <w:b/>
        </w:rPr>
        <w:t xml:space="preserve">[31:11] </w:t>
      </w:r>
      <w:r>
        <w:t>To phir Doctor sahib, yeh hota hai keh Allah Ta'ala uski poori wealth ko destroy kar dete hain. To hum chahenge keh aap batayein keh kaise woh event kaise unfold hua, uske bare mein aap hum sab ko batayein.</w:t>
      </w:r>
    </w:p>
    <w:p>
      <w:pPr>
        <w:jc w:val="right"/>
      </w:pPr>
      <w:r>
        <w:t>توپھرڈاکٹرصاحب،یہہوتاہےکہ اللہ تعالیٰاسکی پوری ویلتھکو ڈسٹروئےکردیتےہیں۔ تو ہمچاہیںگےکہآپبتائیںکہکیسے وہ ایونٹکیسے انفولڈہوا،اسکےبارےمیں آپہمسبکوبتائیں۔</w:t>
      </w:r>
    </w:p>
    <w:p>
      <w:r>
        <w:rPr>
          <w:b/>
        </w:rPr>
        <w:t xml:space="preserve">[31:25] </w:t>
      </w:r>
      <w:r>
        <w:t>haan, to woh usne koi jaloos-waloos nikala, saari apni wealth ka display kiya. to logon ne kaha ke bhai, itrao mat, Allah taala itraane walon ko pasand nahin karta ji, yaani "do not exalt your riches".</w:t>
      </w:r>
    </w:p>
    <w:p>
      <w:pPr>
        <w:jc w:val="right"/>
      </w:pPr>
      <w:r>
        <w:t>ہاں،تو وہ اسنے کوئی جلوسولوسنکالا، ساری اپنیویلتھکا ڈسپلےکیا۔ تو لوگوںنےکہاکہبھئی، اتراؤمت ، اللہ تعالیٰاترانےوالوںکوپسند نہیں کرتا جی،یعنی"ڈوناٹایگزالٹانیورریچز"۔</w:t>
      </w:r>
    </w:p>
    <w:p>
      <w:r>
        <w:rPr>
          <w:b/>
        </w:rPr>
        <w:t xml:space="preserve">[31:41] </w:t>
      </w:r>
      <w:r>
        <w:t>quran mein aata hai: "la tafra, in Allah la yuhibbul fariheen", yaani Allah un logon ko pasand nahin karta jo itraate hain.</w:t>
      </w:r>
    </w:p>
    <w:p>
      <w:pPr>
        <w:jc w:val="right"/>
      </w:pPr>
      <w:r>
        <w:t>قرآنمیںآتاہے:"لا تفر، ان اللہ لا یحب الفریحین" ،یعنی اللہ انلوگوںکوپسندنہیںکرتاجو اتراتےہیں۔</w:t>
      </w:r>
    </w:p>
    <w:p>
      <w:r>
        <w:rPr>
          <w:b/>
        </w:rPr>
        <w:t xml:space="preserve">[31:49] </w:t>
      </w:r>
      <w:r>
        <w:t>to Moosa (AS) ne aur Bani Israel ke jo leaders the, unhone Qarun se kaha ke tumhare, tumhein itna zyada Allah ne wealth di hai, itna kuch diya hai, tum itne rich ho, to tum ko chahiye ke zakat do aur ghareeb logon ki help karo.</w:t>
      </w:r>
    </w:p>
    <w:p>
      <w:pPr>
        <w:jc w:val="right"/>
      </w:pPr>
      <w:r>
        <w:t>تو موسیٰعلیہالسلامنے اور بنیاسرائیلکےجولیڈرزتھے، انہوں نے قارونسےکہاکہتمہ ارے،تمہیںاتنا زیادہ اللہنے ویلتھدیہے، اتناکچھ دیا ہے،تم اتنے رچہو، تو تم کوچاہیےکہ زکوۃ دو اور غریبلوگوںکیہیلپکرو۔</w:t>
      </w:r>
    </w:p>
    <w:p>
      <w:r>
        <w:rPr>
          <w:b/>
        </w:rPr>
        <w:t xml:space="preserve">[32:12] </w:t>
      </w:r>
      <w:r>
        <w:t>to woh kehne laga ke yeh maal mujhe mila hai, jo wealth mili hai, yeh ek khaas mere andar hunar hai, ek ilm hai jis ki wajah se mila hai.</w:t>
      </w:r>
    </w:p>
    <w:p>
      <w:pPr>
        <w:jc w:val="right"/>
      </w:pPr>
      <w:r>
        <w:t>تو وہ کہنےلگاکہ کہیہجومال مجھےملاہے،جو ویلتھملی ہے،یہ ایک خاص میرےاندرہنرہے،ایکعلم ہے جسکیوجہ سے ملاہے۔</w:t>
      </w:r>
    </w:p>
    <w:p>
      <w:r>
        <w:rPr>
          <w:b/>
        </w:rPr>
        <w:t xml:space="preserve">[32:24] </w:t>
      </w:r>
      <w:r>
        <w:t>yeh bohat bari galatfehmi hai insaan ki ke jab woh kuch success haasil karta hai, kisi bhi tarah ki, to woh us ke andar zehan mein yeh aata hai ke yeh mere, mere andar jo salahiyat hai, un ki wajah se maine yeh success haasil ki hai, yeh wealth haasil ki hai.</w:t>
      </w:r>
    </w:p>
    <w:p>
      <w:pPr>
        <w:jc w:val="right"/>
      </w:pPr>
      <w:r>
        <w:t>یہ بہت بڑی غلطفہمیہےانسان کی کہجب وہ کچھ سکسیسحاصل کرتاہے، کسی بھیطرح کی،تووہ اسکےاندر ذہنمیںیہآتاہےکہیہمیرے ،میرےاندرجو صلاح یتہے، انکیوجہ سےمیںنےیہسکسیسحاصل کیہے،یہویلتھحاصل کیہے۔</w:t>
      </w:r>
    </w:p>
    <w:p>
      <w:r>
        <w:rPr>
          <w:b/>
        </w:rPr>
        <w:t xml:space="preserve">[32:44] </w:t>
      </w:r>
      <w:r>
        <w:t>haalanke insaan ka jo percentage hai, woh toh bohat kam hai, ek percent bhi</w:t>
      </w:r>
    </w:p>
    <w:p>
      <w:pPr>
        <w:jc w:val="right"/>
      </w:pPr>
      <w:r>
        <w:t>حالانکہ انسان کا جو پرسنٹیجہے، وہتوبہت کم ہے، ایک پرسنٹبھی</w:t>
      </w:r>
    </w:p>
    <w:p>
      <w:r>
        <w:rPr>
          <w:b/>
        </w:rPr>
        <w:t xml:space="preserve">[32:51] </w:t>
      </w:r>
      <w:r>
        <w:t>nahin hai. baqi toh saara jo Allah ne infrastructure banaya hai, saari jo cheezein bani hain, us ki us ki wajah se insaan ka khud existence Allah ka diya hua hai.</w:t>
      </w:r>
    </w:p>
    <w:p>
      <w:pPr>
        <w:jc w:val="right"/>
      </w:pPr>
      <w:r>
        <w:t>نہیںہے۔ باقیتوساراجواللہنے انفراسٹرکچر بن ایاہے، ساریجوچیزیں بن ائیہیں، اسکی اسکیوجہسے انسان کاخود ایگزسٹنس اللہ کا دیاہوا ہے۔</w:t>
      </w:r>
    </w:p>
    <w:p>
      <w:r>
        <w:rPr>
          <w:b/>
        </w:rPr>
        <w:t xml:space="preserve">[33:02] </w:t>
      </w:r>
      <w:r>
        <w:t>to yeh, yeh jo soch thi us ki Qarun ki, yeh bohat hi galat thi.</w:t>
      </w:r>
    </w:p>
    <w:p>
      <w:pPr>
        <w:jc w:val="right"/>
      </w:pPr>
      <w:r>
        <w:t>تو یہ ،یہجوسوچتھی اسکی قارونکی،یہبہتہیغلطتھی۔</w:t>
      </w:r>
    </w:p>
    <w:p>
      <w:r>
        <w:rPr>
          <w:b/>
        </w:rPr>
        <w:t xml:space="preserve">[33:06] </w:t>
      </w:r>
      <w:r>
        <w:t>woh kehta hai ke yeh jo sab kuch mujhe mila hua hai, saaz-o-saamaan aur wealth aur yeh sab cheezein, yeh toh main, main, mere andar ek ilm hai, mere andar ek knowledge hai, mere andar ek salahiyat hai, ek ability hai, us ki wajah se mujhe yeh sab cheezein haasil ki hain.</w:t>
      </w:r>
    </w:p>
    <w:p>
      <w:pPr>
        <w:jc w:val="right"/>
      </w:pPr>
      <w:r>
        <w:t>وہکہتاہےکہیہجوسبکچھمجھےملاہواہے، ساز وساماناور ویلتھاوریہسبچیزیں، یہتو میں، میں،میرےاندرایکعلم ہے، میرےاندرایکنالجہے، میرےاندرایکصلاح یتہے، ایک ایبیلیٹیہے، اسکیوجہسےمجھے میں یہسبچیزیں حاصل کیہیں۔</w:t>
      </w:r>
    </w:p>
    <w:p>
      <w:r>
        <w:rPr>
          <w:b/>
        </w:rPr>
        <w:t xml:space="preserve">[33:22] </w:t>
      </w:r>
      <w:r>
        <w:t>yaani apne aap ko us ne credit diya, na ke Allah ko.</w:t>
      </w:r>
    </w:p>
    <w:p>
      <w:pPr>
        <w:jc w:val="right"/>
      </w:pPr>
      <w:r>
        <w:t>یعنی اپنےآپکو اسنے کریڈٹدیا،نہکہاللہکو ۔</w:t>
      </w:r>
    </w:p>
    <w:p>
      <w:r>
        <w:rPr>
          <w:b/>
        </w:rPr>
        <w:t xml:space="preserve">[33:27] </w:t>
      </w:r>
      <w:r>
        <w:t>to Bible mein aata hai ke Moosa (AS) ne Qarun ke is amal pe bad dua ki ji. to uska jo pile-stha, including treasure house aur khud woh aur us ke saathi sab, ek earthquake aaya aur woh zameen ke andar dhas gaya ji.</w:t>
      </w:r>
    </w:p>
    <w:p>
      <w:pPr>
        <w:jc w:val="right"/>
      </w:pPr>
      <w:r>
        <w:t>تو بائبلمیں آتاہےکہ موسیٰعلیہالسلام نے قارون کےاسبرےعمل پہ بد دعا کی جی۔تواسکاجو پیلستھا، انکلوڈنگ ٹریژرہاؤساورخود وہاوراسکےساتھیسب، ایک ارتھکویک آیااوروہ زمین کےاندر دھنسگیا جی۔</w:t>
      </w:r>
    </w:p>
    <w:p>
      <w:r>
        <w:rPr>
          <w:b/>
        </w:rPr>
        <w:t xml:space="preserve">[33:49] </w:t>
      </w:r>
      <w:r>
        <w:t>to jab woh zameen mein dhas gaya to woh log jo ek din pehle keh rahe the ke kitna fortunate hai yeh, to woh kehne lage ke Allah ne humein bachaya ji, warna hum bhi dhas jaate.</w:t>
      </w:r>
    </w:p>
    <w:p>
      <w:pPr>
        <w:jc w:val="right"/>
      </w:pPr>
      <w:r>
        <w:t>تو جب وہ زمین میںدھنسگیاتووہلوگ جو ایکدن پہلے کہہرہےتھےکہ کتنافورچونیٹہےیہ ، تو وہکہنےلگےکہ اللہ نےہمیں بچالیا جی، ورنہہمبھیدھنسجاتے۔</w:t>
      </w:r>
    </w:p>
    <w:p>
      <w:r>
        <w:rPr>
          <w:b/>
        </w:rPr>
        <w:t xml:space="preserve">[34:03] </w:t>
      </w:r>
      <w:r>
        <w:t>to koi calamity ho to yeh bhi ek pehlu hai ke aadmi ko dekhna chahiye ke Allah ne humein mehfooz rakha, earthquake ya koi is tarah ki.</w:t>
      </w:r>
    </w:p>
    <w:p>
      <w:pPr>
        <w:jc w:val="right"/>
      </w:pPr>
      <w:r>
        <w:t>توکوئی کیلیمیٹیہوتو یہبھیایک پہلوہےکہآدمیکو دیکھناچاہیےکہاللہنےہمیںمحفوظرکھا، ارتھکویکیاکوئیاسطرحکی۔</w:t>
      </w:r>
    </w:p>
    <w:p>
      <w:r>
        <w:rPr>
          <w:b/>
        </w:rPr>
        <w:t xml:space="preserve">[34:12] </w:t>
      </w:r>
      <w:r>
        <w:t>to is tarike se jo log tum na-kar rahe the ke kaash hum bhi aise hote, unhone kaha ke afsos, beshak Allah apne bandon pe jiske chahta hai rizq kush adah kar deta hai aur jisko chahta hai tang kar deta hai.</w:t>
      </w:r>
    </w:p>
    <w:p>
      <w:pPr>
        <w:jc w:val="right"/>
      </w:pPr>
      <w:r>
        <w:t>تو اسطریقےسے جولوگ تم ناکررہےتھےکہ کاشہمبھیایسےہوتے،انہوںنے کہا کہ افسوس، بےشکاللہ اپنے بندوںپہ جسکے چاہتاہے رزقکش ادہکردیتاہےاورجسکوچاہتاہےتنگ کردیتاہے۔</w:t>
      </w:r>
    </w:p>
    <w:p>
      <w:r>
        <w:rPr>
          <w:b/>
        </w:rPr>
        <w:t xml:space="preserve">[34:31] </w:t>
      </w:r>
      <w:r>
        <w:t>to is mein bada sabq hai ke Maulana ne is pe likha tazkir-ul-quran mein ke yeh Allah ki taraf se mashahadati satah par, yaani visible demonstration hai,</w:t>
      </w:r>
    </w:p>
    <w:p>
      <w:pPr>
        <w:jc w:val="right"/>
      </w:pPr>
      <w:r>
        <w:t>تو اسمیںبڑا سب قہے کہ مول انانےاسپہلکھاہے تذکیرالقرآنمیں کہ یہ اللہ کیطرف سے مشاہداتی سطح پر ،یعنی ویزیبل ڈیمونسٹریشنہے،</w:t>
      </w:r>
    </w:p>
    <w:p>
      <w:r>
        <w:rPr>
          <w:b/>
        </w:rPr>
        <w:t xml:space="preserve">[34:46] </w:t>
      </w:r>
      <w:r>
        <w:t>mashahadati satah par dikhaya gaya ke Khuda parasti, yaani worship of God, ko chhod kar daulat parasti</w:t>
      </w:r>
    </w:p>
    <w:p>
      <w:pPr>
        <w:jc w:val="right"/>
      </w:pPr>
      <w:r>
        <w:t>مشاہداتی سطح پر دکھایاگیا کہ خدا پر ستی، یعنی ورشپآفگاڈ، کوچھوڑکر دولت پر ستی</w:t>
      </w:r>
    </w:p>
    <w:p>
      <w:r>
        <w:rPr>
          <w:b/>
        </w:rPr>
        <w:t xml:space="preserve">[34:56] </w:t>
      </w:r>
      <w:r>
        <w:t>ji, worship of wealth ikhtiyar karne ka aakhir anjaam kya hota hai. kya hota hai? bohat sahi, yeh yeh hai is ka is ka sabq jo humein milta hai ji.</w:t>
      </w:r>
    </w:p>
    <w:p>
      <w:pPr>
        <w:jc w:val="right"/>
      </w:pPr>
      <w:r>
        <w:t>جی، ورشپآفویلتھ اختیار کرنے کا آخریانجام کیا ہوتاہے۔کیاہوتاہے ؟بہت صحیح، یہ یہے اسکا اسکا سب ق جوہمیں ملتاہے جی۔</w:t>
      </w:r>
    </w:p>
    <w:p>
      <w:r>
        <w:rPr>
          <w:b/>
        </w:rPr>
        <w:t xml:space="preserve">[35:09] </w:t>
      </w:r>
      <w:r>
        <w:t>actually doctor sahib, hota kya hai ke Shaitan yeh soch paida karta hai insaan ke andar ke world position, world success, worldly wealth, yeh agar aap ke paas aa jaye to phir koi mushkil situation nahin aayegi, aap</w:t>
      </w:r>
    </w:p>
    <w:p>
      <w:pPr>
        <w:jc w:val="right"/>
      </w:pPr>
      <w:r>
        <w:t>ایکچولیڈاکٹرصاحب، ہوتاکیاہےکہ شی طان یہ سوچپیدا کرتاہےانسان کےاندرکہ ورلڈلیپوزیشن،ورلڈلی سکسیس،ورلڈلیویلتھ، یہاگر آپکےپاس آجائےتوپھر کوئی مش کل سچویشن نہیں آئےگی، آپ</w:t>
      </w:r>
    </w:p>
    <w:p>
      <w:r>
        <w:rPr>
          <w:b/>
        </w:rPr>
        <w:t xml:space="preserve">[35:26] </w:t>
      </w:r>
      <w:r>
        <w:t>sab kuch manage kar sakenge. lekin aisa reality mein hota nahin hai, balke ultah hota hai. jaisa ke aap ne abhi bohat achha example diya Maulana ke hawale se. aur doctor sahib, in fact Prophet ne bhi ek martaba yeh kaha ke Adam ki aulaad ko agar ek lung of gold de dein to woh doosra chahega, aur agar us ko do lung of gold de dein to woh teesra chahega.</w:t>
      </w:r>
    </w:p>
    <w:p>
      <w:pPr>
        <w:jc w:val="right"/>
      </w:pPr>
      <w:r>
        <w:t>سبکچھ می نجکرسکیںگے۔ لیکن ایسا ریلیٹیمیںہوتانہیں ہے،بلکہ الٹاہوتاہے۔ جیساکہآپنےابھی بہتاچھاایگزامپلدیا مول اناکے حوالےسے ۔اور ڈاکٹرصاحب، انفیکٹ پرافٹ نےبھیایک مرتبہ یہکہا کہ آدمکیاولادکواگر ایک جنگ لآف گولڈدےدیں تووہدوسراچاہےگا، اوراگر اسکو دوجنگ لآفگولڈدےدیںتووہتیسراچاہےگا۔</w:t>
      </w:r>
    </w:p>
    <w:p>
      <w:r>
        <w:rPr>
          <w:b/>
        </w:rPr>
        <w:t xml:space="preserve">[35:52] </w:t>
      </w:r>
      <w:r>
        <w:t>to matlab yeh greed ka koi end nahin hai.</w:t>
      </w:r>
    </w:p>
    <w:p>
      <w:pPr>
        <w:jc w:val="right"/>
      </w:pPr>
      <w:r>
        <w:t>تو مطلب یہ گریڈکاکوئی اینڈنہیںہے۔</w:t>
      </w:r>
    </w:p>
    <w:p>
      <w:r>
        <w:rPr>
          <w:b/>
        </w:rPr>
        <w:t xml:space="preserve">[35:56] </w:t>
      </w:r>
      <w:r>
        <w:t>asal cheez toh yehi hai ke aap ke andar marifat paida hui hai ke nahin hui hai, aap ko creation plan of God pata chala ke nahin pata chala, aur aap ne Allah ke deen pe kitna kaam kiya.</w:t>
      </w:r>
    </w:p>
    <w:p>
      <w:pPr>
        <w:jc w:val="right"/>
      </w:pPr>
      <w:r>
        <w:t>اصلچیز تویہیہے کہآپکےاندر معرفت پیدا ہوئی ہےکہنہیں ہوئیہے،آپکو کریشنپلانآفگاڈ پتہچلا کہنہیںپتہچلا،اورآپنے اللہ کے دین پہ کتناکام کیا۔</w:t>
      </w:r>
    </w:p>
    <w:p>
      <w:r>
        <w:rPr>
          <w:b/>
        </w:rPr>
        <w:t xml:space="preserve">[36:08] </w:t>
      </w:r>
      <w:r>
        <w:t>asal wealth aur asal maqsad toh yehi hai. bilkul doctor sahib, to isi sawal se related main ek aur sawal poochna chahunga ke concept of wealth Islam mein kya hai, us ke bare mein aap zaroor</w:t>
      </w:r>
    </w:p>
    <w:p>
      <w:pPr>
        <w:jc w:val="right"/>
      </w:pPr>
      <w:r>
        <w:t>اصل ویلتھاور اصل مقصد تویہیہے۔ بالکل ڈاکٹرصاحب،تو اسی سوالسے ریلیٹڈمیںایکاورسوالپوچھناچاہوںگاکہ کانسیپٹآفویلتھ اسلام میںکیا ہے، اسکےبارےمیںآپضرور</w:t>
      </w:r>
    </w:p>
    <w:p>
      <w:r>
        <w:rPr>
          <w:b/>
        </w:rPr>
        <w:t xml:space="preserve">[36:20] </w:t>
      </w:r>
      <w:r>
        <w:t>bataein ji. ji ji, wealth asal mein Allah taala ki ata karda nemat hai. Quran mein aata hai: "kulu washrabu wala tusrifu innahu la yuhibbul musrifeen", yaani khao piyo lekin israf mat karo ji. israf matlab wasteful, yaani need based jo kharcha hai insaan woh kar sakta hai.</w:t>
      </w:r>
    </w:p>
    <w:p>
      <w:pPr>
        <w:jc w:val="right"/>
      </w:pPr>
      <w:r>
        <w:t>بت ائیں جی۔جی جی، ویلتھاصلمیں اللہ تعالیٰکی عطاکرد ہنعمتہے۔ قرآنمیںآتاہے:"کلو واشربو ولا تص رفو ان ہ لایحب المصرفین" ،یعنی کھاؤپیو لیکن اسرافمتکرو جی۔اسرافمطلب ویسٹفل ، یعنی نیڈبیسڈ جو خرچہےانسان وہکرسکتاہے۔</w:t>
      </w:r>
    </w:p>
    <w:p>
      <w:r>
        <w:rPr>
          <w:b/>
        </w:rPr>
        <w:t xml:space="preserve">[36:46] </w:t>
      </w:r>
      <w:r>
        <w:t>yaani insaan yeh sochta hai ke us ne paisa kamaya hai, mehnat ki hai to woh jaise chahe kharch kare, aisa nahin hai. chuki wealth bohat bara test hai ji,</w:t>
      </w:r>
    </w:p>
    <w:p>
      <w:pPr>
        <w:jc w:val="right"/>
      </w:pPr>
      <w:r>
        <w:t>یعنی انسان یہسوچتاہےکہاسنے پیسہکمایاہے،محنتکیہےتووہجیسےچاہےخرچکرے، ایسانہیںہے۔ چونکہویلتھبہتبڑاٹیسٹ ہے جی،</w:t>
      </w:r>
    </w:p>
    <w:p>
      <w:r>
        <w:rPr>
          <w:b/>
        </w:rPr>
        <w:t xml:space="preserve">[36:57] </w:t>
      </w:r>
      <w:r>
        <w:t>aur wealth ko agar sahi jagah istemal na kiya jaye to woh ek tarike se wealth ki na-kadri hai. aur sab se sahi jo wealth ka, yaani jo aap ki needs hain, us had tak toh theek hai, lekin jo agar paisa kisi ke paas hai to us ko chahiye ke woh daawat-e-kaam-on mein kharch kare ji, ya charity ke kaam-on mein kharch kare.</w:t>
      </w:r>
    </w:p>
    <w:p>
      <w:pPr>
        <w:jc w:val="right"/>
      </w:pPr>
      <w:r>
        <w:t>اور ویلتھکواگر صحیحجگہاستعمال نہکیاجائےتو وہایکطریقےسے ویلتھکیناقدریہے۔ اور سب سےصحیح جو ویلتھکا ،یعنیجو آپ کی نیڈزہیں، اسحدتکتوٹھیکہے، لیکن جو اگر پیسہکسیکےپاسہےتواسکوچاہیےکہوہدعوتیکام وںمیںخرچکرے جی، یا چیریٹیکےکاموںمیںخرچکرے۔</w:t>
      </w:r>
    </w:p>
    <w:p>
      <w:r>
        <w:rPr>
          <w:b/>
        </w:rPr>
        <w:t xml:space="preserve">[37:19] </w:t>
      </w:r>
      <w:r>
        <w:t>paighambaron ka jo mission tha woh yeh tha ke unhon ne dawat ko apna mission banaya ji.</w:t>
      </w:r>
    </w:p>
    <w:p>
      <w:pPr>
        <w:jc w:val="right"/>
      </w:pPr>
      <w:r>
        <w:t>پیغمبروںکاجومشنتھا وہیہیتھاکہ انہوںنے دعوتکواپنامشنبنایا جی۔</w:t>
      </w:r>
    </w:p>
    <w:p>
      <w:r>
        <w:rPr>
          <w:b/>
        </w:rPr>
        <w:t xml:space="preserve">[37:25] </w:t>
      </w:r>
      <w:r>
        <w:t>paighambaron ne charity ke kaam ko mission nahi banaya, halanke jab zaroorat hoti thi to rasool Allah sal Allah aleh wasallam hi help karte the logon ki ji, lekin jo ek paighambar ka mission hota hai woh dawat hota hai ke aye khuda ke paigham ko insanon tak pahunchana.</w:t>
      </w:r>
    </w:p>
    <w:p>
      <w:pPr>
        <w:jc w:val="right"/>
      </w:pPr>
      <w:r>
        <w:t>پیغمبروںنے چیری ٹیکےکامکومشننہیںبنایا، حالانکہ جبضرورتہوتیتورسولاللہصلیاللہعلیہوسلم ہیلپکرتے تھےلوگوںکی جی،لیکن جو ایک پیغمبر کا مشنہوتاہےوہ دعوتہوتاہے کہاےخداکے پیغامکو انسان وںتکپہنچانا۔</w:t>
      </w:r>
    </w:p>
    <w:p>
      <w:r>
        <w:rPr>
          <w:b/>
        </w:rPr>
        <w:t xml:space="preserve">[37:40] </w:t>
      </w:r>
      <w:r>
        <w:t>aur agar woh koi shakhs yeh kaam kar raha hai ke dawat ka kaam kar raha hai, woh uska main mission hai to woh charity ka bhi kaam kar sakta hai ji, lekin</w:t>
      </w:r>
    </w:p>
    <w:p>
      <w:pPr>
        <w:jc w:val="right"/>
      </w:pPr>
      <w:r>
        <w:t>اور اگر وہ کوئیشخص یہکامکررہاہے کہدعوتکاکام کررہاہے، وہ اسکا مینمشنہےتو وہچیریٹیکابھیکامکرسکتاہے جی،لیکن</w:t>
      </w:r>
    </w:p>
    <w:p>
      <w:r>
        <w:rPr>
          <w:b/>
        </w:rPr>
        <w:t xml:space="preserve">[37:50] </w:t>
      </w:r>
      <w:r>
        <w:t>aisa nahi ke woh charity aur ghareebon ki help ka hi koi apna mission bana le. Yeh Maulana ne bohat achhi tarah se explain kiya tha ke hamara mission woh hai woh dawat hai, iske sath sath hum charitable kaam kar sakte hain, lekin usko hum apna mission nahi bana sakte.</w:t>
      </w:r>
    </w:p>
    <w:p>
      <w:pPr>
        <w:jc w:val="right"/>
      </w:pPr>
      <w:r>
        <w:t>ایسانہیںکہوہچیریٹیاورغریبوںکیہیلپ کاہی کوئیاپنا مشن بنالے۔ یہمول انانےبہتاچھیطرحسےایکسپلین کیا تھا کہ ہمارا مشنجوہےوہدعوتہے، اسکےساتھ ساتھہم چیریٹیبلکامکرسکتےہیں، لیکن اسکوہماپنامشننہیں بناسکتے۔</w:t>
      </w:r>
    </w:p>
    <w:p>
      <w:r>
        <w:rPr>
          <w:b/>
        </w:rPr>
        <w:t xml:space="preserve">[38:08] </w:t>
      </w:r>
      <w:r>
        <w:t>to maal jo hai, wealth jo hai woh bohat bara test hai, aur aakhir mein hadees mein aata hai ke "la tazool qadam abdin yom al qiyamah hatta yus'ala an arba'in" ke qayamat ke din, day of judgment mein,</w:t>
      </w:r>
    </w:p>
    <w:p>
      <w:pPr>
        <w:jc w:val="right"/>
      </w:pPr>
      <w:r>
        <w:t>تو مال جوہے، ویلتھجوہےوہبہتبڑا ٹیسٹ ہے،اورآخرتمیں حدیثمیںآتاہے کہ" لا تزول قدم عبد یومالقیامہحتی یسعلی عن اربعین" کہ قیامتکےدن ، ڈےآفججمنٹمیں،</w:t>
      </w:r>
    </w:p>
    <w:p>
      <w:r>
        <w:rPr>
          <w:b/>
        </w:rPr>
        <w:t xml:space="preserve">[38:26] </w:t>
      </w:r>
      <w:r>
        <w:t>ek shakhs ke qadam hilenge nahi jab tak woh char sawal ke jawab na de de ji. To ismein se ek sawal wealth bhi hai,</w:t>
      </w:r>
    </w:p>
    <w:p>
      <w:pPr>
        <w:jc w:val="right"/>
      </w:pPr>
      <w:r>
        <w:t>ایک شخص کے قدم ہلیںگےنہیں جبتک وہ چار سوالکےجوابنہدےدے جی۔ تو اسمیںسے ایک سوال ویلتھبھیہے،</w:t>
      </w:r>
    </w:p>
    <w:p>
      <w:r>
        <w:rPr>
          <w:b/>
        </w:rPr>
        <w:t xml:space="preserve">[38:35] </w:t>
      </w:r>
      <w:r>
        <w:t>yani kahan se wealth kamayi aur kahan kharch ki, yani kaise kamaya aur kaise kharch kiya, honest tareeqe se kamaya ya dishonest tareeqe ke sath kamaya, halaal tareeqe se kamaya ya haraam tareeqe se kamaya, aur phir usko kharch kaise kiya, yani need pe kharch kiya ya luxurious cheezon pe jiski zaroorat nahi thi us pe kharch kiya.</w:t>
      </w:r>
    </w:p>
    <w:p>
      <w:pPr>
        <w:jc w:val="right"/>
      </w:pPr>
      <w:r>
        <w:t>یعنی کہاںسے ویلتھکمائی اور کہاں خرچکی ،یعنیکیسے کم ایااورکیسےخرچکیا ، اونسٹطریقےسےکم ایایا ڈساونسٹٹیکےساتھ کمایا، حلالطریقےسےکم ایایاحرامطریقےسےکمایا، اور پھراسکوخرچ کیسےکیا ، یعنی نیڈپہ خرچکیا یا لگژریسچیزوںپہ جسکیضرورتنہیں تھیاسپہخرچکیا۔</w:t>
      </w:r>
    </w:p>
    <w:p>
      <w:r>
        <w:rPr>
          <w:b/>
        </w:rPr>
        <w:t xml:space="preserve">[38:59] </w:t>
      </w:r>
      <w:r>
        <w:t>to is tareeqe se jo yeh wealth hai yeh bohat bara sawal banega aakhir mein ji ke ise aap ne kamaya kaise ji aur kharch kaise kiya ji. To isi tareeqe se aur bhi baatein ismein char baatein kyunke lafz aaya hai to ek hai life ke bare mein ke zindagi aap ne</w:t>
      </w:r>
    </w:p>
    <w:p>
      <w:pPr>
        <w:jc w:val="right"/>
      </w:pPr>
      <w:r>
        <w:t>تو اسطریقےسےجویہ ویلتھہے یہ بہت بڑاسوال بنےگاآخرتمیں جی کہاسے آپنے کمایاکیسے جیاورخرچکیسےکیا جی۔تواسیطریقےسےاوربھیباتیںاسمیںچار بات چونکہلفظآیاہے تو ایکہے لائفکےبارےمیں کہزندگی آپنے</w:t>
      </w:r>
    </w:p>
    <w:p>
      <w:r>
        <w:rPr>
          <w:b/>
        </w:rPr>
        <w:t xml:space="preserve">[39:14] </w:t>
      </w:r>
      <w:r>
        <w:t>kaise istemal ki, matlab zindagi go di idhar udhar karke ya koi purposeful life thi, aur knowledge jo aap ne knowledge hasil ki woh uska bhi kiya use kiya, usko bhi aap ne logon tak pahunchaya ya nahi.</w:t>
      </w:r>
    </w:p>
    <w:p>
      <w:pPr>
        <w:jc w:val="right"/>
      </w:pPr>
      <w:r>
        <w:t>کیسےاستعمال کی ،مطلبزندگی گوادی ادھرادھر کرکےیاکوئیپرپسفل لائفتھی، اور نالج جوآپنےنالجحاصل کی وہ اسکابھیکیا یوزکیا ، اس کوبھیآپنے لوگوںتکپہنچایایانہیں ۔</w:t>
      </w:r>
    </w:p>
    <w:p>
      <w:r>
        <w:rPr>
          <w:b/>
        </w:rPr>
        <w:t xml:space="preserve">[39:27] </w:t>
      </w:r>
      <w:r>
        <w:t>aur phir hai ke jo insan ne existence, jo Allah taala ne existence diya hai, jo body di hai usko bhi kaise istemal</w:t>
      </w:r>
    </w:p>
    <w:p>
      <w:pPr>
        <w:jc w:val="right"/>
      </w:pPr>
      <w:r>
        <w:t>اور پھر ہے کہ جو انسان نےایگزسٹنس ،جواللہ تعالیٰنےایگزسٹنسدیاہے،جوباڈیدیہے اسکابھی کیسے استعمال</w:t>
      </w:r>
    </w:p>
    <w:p>
      <w:r>
        <w:rPr>
          <w:b/>
        </w:rPr>
        <w:t xml:space="preserve">[39:34] </w:t>
      </w:r>
      <w:r>
        <w:t>kiya. To yeh sari cheezein bohat aham hain aakhirat ke aitbar se, aur wealth sabse zyada aham hai ke uska sawal bohat hi sakht hoga, qadam hilenge nahi insan ke jab tak woh ek ek cheez ka hisab na de dega</w:t>
      </w:r>
    </w:p>
    <w:p>
      <w:pPr>
        <w:jc w:val="right"/>
      </w:pPr>
      <w:r>
        <w:t>کیا۔ تویہساریچیزیںبہت اہم ہیں آخرتکے اعتبارسے،اور ویلتھسبسےزیادہ اہمہے کہاسکا سوالبہتہی سخت ہوگا، قدم ہلیںگےنہیںانسانکےجبتکوہایکایکچیزکاحسابنہیںدےدےگا</w:t>
      </w:r>
    </w:p>
    <w:p>
      <w:r>
        <w:rPr>
          <w:b/>
        </w:rPr>
        <w:t xml:space="preserve">[39:46] </w:t>
      </w:r>
      <w:r>
        <w:t>ji. Bohat bohat hi aham baat hai doctor sahib, aur aap ne bilkul is pe bhi emphasize kiya ke asal spending to yahi hai ke Allah ke, Allah taala ke kaam ke liye hum apne mal ko istemal karen. Balkeh rasool Allah ne, rasool Allah ne ek martaba farmaya ke "if you spend on Allah,</w:t>
      </w:r>
    </w:p>
    <w:p>
      <w:pPr>
        <w:jc w:val="right"/>
      </w:pPr>
      <w:r>
        <w:t>جی۔ بہت بہتہی اہم باتہےڈاکٹرصاحب،اورآپنےبالکل اسپہبھیایمفس ائزکیاکہ اصل سپینڈنگتویہیہےکہاللہ کے ،اللہ تعالیٰکے کام کے کےلیےہم اپنے مالکواستعمالکریں۔بلکہ رسولاللہ نے،رسولاللہ نےایک مرتبہفرمایا کہ" افیوسپینڈان اللہ،</w:t>
      </w:r>
    </w:p>
    <w:p>
      <w:r>
        <w:rPr>
          <w:b/>
        </w:rPr>
        <w:t xml:space="preserve">[40:07] </w:t>
      </w:r>
      <w:r>
        <w:t>deen Allah we will spend on you, and if you do not spend the gold in your purse, then we will be like life cool for a</w:t>
      </w:r>
    </w:p>
    <w:p>
      <w:pPr>
        <w:jc w:val="right"/>
      </w:pPr>
      <w:r>
        <w:t>دین اللہ ویلسپینڈانیو، اینڈافیوڈوناٹسپینڈدا گولڈانیورپرس، دیناٹویلبیکملائک لائف کول فار ا</w:t>
      </w:r>
    </w:p>
    <w:p>
      <w:r>
        <w:rPr>
          <w:b/>
        </w:rPr>
        <w:t xml:space="preserve">[40:16] </w:t>
      </w:r>
      <w:r>
        <w:t>tsa owner". To yeh bohat darane wali hadees bhi hai ji, aur isse zyada achhi baat kya ho sakti hai doctor sahib ke "Allah will spend on you, and who can be a better spender than Allah humse". Balkeh hadees mein aata hai ke jo ek chhota sa bhi,</w:t>
      </w:r>
    </w:p>
    <w:p>
      <w:pPr>
        <w:jc w:val="right"/>
      </w:pPr>
      <w:r>
        <w:t>ٹساونر"۔تو یہبہت ڈرانےوالی حدیثبھیہے جی، اور اسسے زیادہ اچھیبات کیاہوسکتیہےڈاکٹرصاحبکہ "اللہویلسپینڈانیو، اینڈہوکینبیابیٹرسپ ینڈر دین اللہ ہمسے"۔بلکہحدیثمیںآتاہےکہجوایکچھوٹاسا بھی،</w:t>
      </w:r>
    </w:p>
    <w:p>
      <w:r>
        <w:rPr>
          <w:b/>
        </w:rPr>
        <w:t xml:space="preserve">[40:32] </w:t>
      </w:r>
      <w:r>
        <w:t>ek khajoor ke barabar bhi agar charity tum ne di apne halaal kamayi se ji to Allah taala usko badhayega aur usko pahad ke barabar banadega masha Allah. To yeh aur kitni badi hope hai ismein, bohat bohat badi ji ke insan achhe kamon pe kharch kare ji alhamdulillah. Doctor sahib, phir hum dekhte hain Musa aleh salam ki zindagi se ke</w:t>
      </w:r>
    </w:p>
    <w:p>
      <w:pPr>
        <w:jc w:val="right"/>
      </w:pPr>
      <w:r>
        <w:t>ایککھجورکےبرابربھیاگر چیریٹیتمنےدیاپنےحلال کمائیسے جیتواللہ تعالیٰاسکوبڑھائےگااور اسکو پہاڑکےبرابربنادےگاماشاءاللہ۔تویہاورکتنیبڑیہوپہےاسمیں،بہتبہتبڑی جیجیکہانساناچھےکاموںپہخرچکرےجی الحمدللہ ۔ڈاکٹرصاحب،پھر ہمدیکھتےہیں موسیٰعلیہالسلامکیزندگی سے کہ</w:t>
      </w:r>
    </w:p>
    <w:p>
      <w:r>
        <w:rPr>
          <w:b/>
        </w:rPr>
        <w:t xml:space="preserve">[40:51] </w:t>
      </w:r>
      <w:r>
        <w:t>woh lambi muddat tak koshish karte rehte hain ke kisi tarah Firon ko paigham pahunch jaye, uska dil naram pad jaye, lekin uska bilkul opposite hota hai, he becomes more hard and, and I mean his approach to the children of Israel, also becomes very torchers, very difficult. To phir Allah taala ki taraf se ishara aata hai Musa aleh salam ko ke ab woh children of Israel ko le kar Egypt se nikal jayen.</w:t>
      </w:r>
    </w:p>
    <w:p>
      <w:pPr>
        <w:jc w:val="right"/>
      </w:pPr>
      <w:r>
        <w:t>وہلمبیمد تتک کوششکرتے رہتےہیںکہکسی طرح فرعونکو پیغام پہنچجائے،اسکادل نرمپڑجائے،لیکن اسکابالکل اپوزٹہوتاہے، ہیبیکمزمورہارڈنڈ، اور آئیمینانہزاپروچٹوداچلڈرنآفعزرائیل ،السوبیکمزویری ٹارچرس،ویریڈیفیکلٹ۔تو پھر اللہ تعالیٰکیطرفسے اشارہآتاہے موسیٰعلیہالسلامکو کہ ابوہ چلڈرنآفعزرائیلکولےکر ایجپٹسے نکلجائیں۔</w:t>
      </w:r>
    </w:p>
    <w:p>
      <w:r>
        <w:rPr>
          <w:b/>
        </w:rPr>
        <w:t xml:space="preserve">[41:19] </w:t>
      </w:r>
      <w:r>
        <w:t>To iske bare mein hum sab ko bataein. Haan, jab Musa aleh salam ne poori koshish kar li, jise itmam hujjat kehte hain ji ke apni poori koshish kar li, Firon aur Firon ke logon ko paigham pahuncha diya, aur woh log bilkul sarkash bane rahe to Allah taala ne phir hukum diya Musa aleh salam ko ke ab tum Bani Israel ke logon ko le ke Misr se niklo aur Palestine ki taraf jao.</w:t>
      </w:r>
    </w:p>
    <w:p>
      <w:pPr>
        <w:jc w:val="right"/>
      </w:pPr>
      <w:r>
        <w:t>تواسکےبارےمیںہمسبکوبت ائیں۔ ہاں،جب موسیٰعلیہالسلام نے پوریکوششکرلی، جسےاتمامحجتکہتےہیں جی کہاپنیپوریکوششکرلی، فرعوناور فرعونکےلوگوںکو پیغامپہنچادیا، اور وہ لوگ بالکل سرکشبنےرہےتو اللہ تعالیٰنےپھرحکمدیا موسیٰعلیہالسلامکو کہ ابتم بنی اسرائیلکےلوگوںکو لےکے مصر سےنکلو اورفلسطینکیطرف جاؤ۔</w:t>
      </w:r>
    </w:p>
    <w:p>
      <w:r>
        <w:rPr>
          <w:b/>
        </w:rPr>
        <w:t xml:space="preserve">[41:47] </w:t>
      </w:r>
      <w:r>
        <w:t>To Quran mein aata hai "wa awhayna ila Musa an asri ibadi" ke hum ne Musa aleh salam ko, Musa aleh salam ko Allah taala ne wahi ki ke tum raat ke waqt mere bando ko le ke niklo. "Asri" jo hai word "asra", "yasri", iska iska aur bhi jagah istemal hua hai jaise Quran mein aaya hai "subhan alladhi asra bi abdihi laylan min al masjid al haram ila al masjid al aqsa".</w:t>
      </w:r>
    </w:p>
    <w:p>
      <w:pPr>
        <w:jc w:val="right"/>
      </w:pPr>
      <w:r>
        <w:t>تو قرآنمیںآتاہے"وَأَوْحَيْنَاإِلَىمُوسَى عَنْأَسْرِبِعِبَادِي" کہہمنے موسیٰعلیہالسلامکو، موسیٰعلیہالسلام کو اللہ تعالیٰنے وحیکی کہتم راتکےوقت میرےبندوںکولےکےنکلو۔"اصری"جو ہے ورڈ "اسرہ"،"یسری"، اساسکا اسکااوربھیجگہاستعمالہواہے جیسےقرآنمیںآیاہے"سبحان الذیاسرىبعبدہ لیلامن المسجد الحرامالیالمسجد الاقصی"۔</w:t>
      </w:r>
    </w:p>
    <w:p>
      <w:r>
        <w:rPr>
          <w:b/>
        </w:rPr>
        <w:t xml:space="preserve">[42:15] </w:t>
      </w:r>
      <w:r>
        <w:t>Jab rasool Allah sal Allah aleh wasallam ko miraj ka safar hua tha to wahan bhi yahi word yani "asra" ka matlab hai raat ko safar karne ka,</w:t>
      </w:r>
    </w:p>
    <w:p>
      <w:pPr>
        <w:jc w:val="right"/>
      </w:pPr>
      <w:r>
        <w:t>جب رسولاللہصلیاللہعلیہوسلم کو معراجکاسفرہواتھاتووہاںبھییہیورڈیعنی "اسرہ"کامطلبہے راتکو سفرکرنے کا،</w:t>
      </w:r>
    </w:p>
    <w:p>
      <w:r>
        <w:rPr>
          <w:b/>
        </w:rPr>
        <w:t xml:space="preserve">[42:24] </w:t>
      </w:r>
      <w:r>
        <w:t>night travel by night. To Musa aleh salam ko Allah taala ne kaha ke raat ko niklo Bani Israel ke sath, yani bohat hi khamoshi aur razdari ke taur par niklo aur sab ko le ke Misr se bahar chale jao.</w:t>
      </w:r>
    </w:p>
    <w:p>
      <w:pPr>
        <w:jc w:val="right"/>
      </w:pPr>
      <w:r>
        <w:t>نائٹ ٹریولبائینائٹ۔ تو موسی ٰعلیہالسلامکواللہ تعالیٰنےکہاکہراتکو نکلوبنی اسرائیلکےساتھ،یعنیبہتہی خاموشیاوررا زداری کےطور پرن کلو اور سبکو لےکےمصر سے باہر چلےجاؤ۔</w:t>
      </w:r>
    </w:p>
    <w:p>
      <w:r>
        <w:rPr>
          <w:b/>
        </w:rPr>
        <w:t xml:space="preserve">[42:42] </w:t>
      </w:r>
      <w:r>
        <w:t>Aur Quran mein aata hai "fadrib lahum tareeqan fil bahri yas'a" ke samundar mein se ek sookha rasta banao ji.</w:t>
      </w:r>
    </w:p>
    <w:p>
      <w:pPr>
        <w:jc w:val="right"/>
      </w:pPr>
      <w:r>
        <w:t>اورقرآنمیںآتاہے "فَادْرِبْلَهُمْطَرِيقًا فِيالْبَهْرِيَبْسَى" کہ سمندرمیںسےایک سوکھاراستہبناؤ جی۔</w:t>
      </w:r>
    </w:p>
    <w:p>
      <w:r>
        <w:rPr>
          <w:b/>
        </w:rPr>
        <w:t xml:space="preserve">[42:52] </w:t>
      </w:r>
      <w:r>
        <w:t>Yani yeh sab baatein Allah taala ne Musa aleh salam ko pehle se bata di thi ke aisa hoga aur kaha ke "la la takhaf adrakan wala takhashsha" ke jo woh log peeche se ta'aqub kar rahe hain, peeche se aa rahe hain, aayenge, Firon aayega peeche se to uske liye daro mat aur kisi cheez se bhi</w:t>
      </w:r>
    </w:p>
    <w:p>
      <w:pPr>
        <w:jc w:val="right"/>
      </w:pPr>
      <w:r>
        <w:t>یعنییہسب باتیں اللہ تعالیٰنے موسیٰعلیہالسلامکوپہلےسےبتادیتھیں کہ ایساہوگا اور کہاکہ"لا لا تخافوادرکًاولا تخشى" کہجو وہلوگ پیچھےسے تعاقبکررہےہیں، پیچھےسے آرہےہیں، آئیںگے، فرعونآئےگاپیچھےسے تواسکےلیے ڈرومتاورکسیچیزسےبھی</w:t>
      </w:r>
    </w:p>
    <w:p>
      <w:r>
        <w:rPr>
          <w:b/>
        </w:rPr>
        <w:t xml:space="preserve">[43:13] </w:t>
      </w:r>
      <w:r>
        <w:t>mat daro. To is tareeqe se Musa aleh salam ne Bani Israel ke logon se kaha ke Allah taala ne humein ijazat di hai ke ab hum yahan se niklen khamoshi se aur bohat hi razdari se is baat ko logon tak pahunchao ke ab waqt aa gaya hai ke hum ab Misr se nikal ke Palestine ki taraf jayen ji. Aur phir aisa hi hota hai ke woh le kar aage badhte hain ji.</w:t>
      </w:r>
    </w:p>
    <w:p>
      <w:pPr>
        <w:jc w:val="right"/>
      </w:pPr>
      <w:r>
        <w:t>متڈرو۔تواسطریقےسے موسیٰعلیہالسلام نے بنی اسرائیلکےلوگوںسےکہاکہاللہ تعالیٰ نےہمیںاجازتدیہے کہابہمیہاںسےنکلیں خاموشیسےاوربہت ہی را زداریسے اس باتکو لوگوںتک پہنچاؤ کہاب وقت آگیاہےکہہم اب مصر سےنکلکے فلسطینکیطرف جائیں جی۔اورپھرایساہیہوتاہےکہوہ لےکر آگےبڑھتےہیں جی۔</w:t>
      </w:r>
    </w:p>
    <w:p>
      <w:r>
        <w:rPr>
          <w:b/>
        </w:rPr>
        <w:t xml:space="preserve">[43:38] </w:t>
      </w:r>
      <w:r>
        <w:t>To doctor sahib, kuch aur bataiye iske bare mein.</w:t>
      </w:r>
    </w:p>
    <w:p>
      <w:pPr>
        <w:jc w:val="right"/>
      </w:pPr>
      <w:r>
        <w:t>توڈاکٹرصاحب،کچھاور بتائیےاسکےبارےمیں۔</w:t>
      </w:r>
    </w:p>
    <w:p>
      <w:r>
        <w:rPr>
          <w:b/>
        </w:rPr>
        <w:t xml:space="preserve">[43:42] </w:t>
      </w:r>
      <w:r>
        <w:t>To ek din jo Allah taala ne bata diya hoga woh din tay hua aur sare Bani Israel ke log nikle, bachche, boodhe, naujawan, kuch log paidal chal rahe the, zyada tar log paidal hi chal rahe the, kuch ghode pe the, kuch oont pe the, kuch gadhe, donkey wagera pe the.</w:t>
      </w:r>
    </w:p>
    <w:p>
      <w:pPr>
        <w:jc w:val="right"/>
      </w:pPr>
      <w:r>
        <w:t>تو ایکدن جو اللہ تعالیٰنے بت ایاہوگاوہ دن طےہوا اور سارے بنی اسرائیلکےلوگ نکلے، بچے ،بوڑھے، نوجوان ، کچھلوگ پیدلچلرہےتھے،زیادہ ترلوگ پیدلہیچلرہےتھے،کچھ گھوڑےپہتھے،کچھ اونٹپہتھے،کچھ گدھے، ڈونکیوغیرہپہتھے۔</w:t>
      </w:r>
    </w:p>
    <w:p>
      <w:r>
        <w:rPr>
          <w:b/>
        </w:rPr>
        <w:t xml:space="preserve">[44:07] </w:t>
      </w:r>
      <w:r>
        <w:t>tu as tareeqay say woh sab log niklay. kitaaboon mein aata hai kay chhay lakh tadad thi bani israel ki, kaafi bari tadad thi, bohat bari tadad. 400 saal ji, 400 saal pehlay Yusuf alaihissalam nay bulaya tha in sab ko, Yaqoob alaihissalam aur family ko. tu uss waqt ghaleban 70 log thay ji. tu 400 kuch saal huay,</w:t>
      </w:r>
    </w:p>
    <w:p>
      <w:pPr>
        <w:jc w:val="right"/>
      </w:pPr>
      <w:r>
        <w:t>تواسطریقےسے وہسبلوگ نکلے۔ کتاب وںمیںآتاہےکہ چھ لاکھ تعداد تھی بنی اسرائیلکی،کافیبڑی تعداد تھی،بہتبڑیتعداد ۔400سالمیں جی، 400سالپہلے یوسفعلیہالسلام نے بلایاتھا ان انسبکو ، یعقوبعلیہالسلاماور فیملیکو۔تواسوقت غالباً 70لوگ تھے جی۔تو400کچھسالہوئے،</w:t>
      </w:r>
    </w:p>
    <w:p>
      <w:r>
        <w:rPr>
          <w:b/>
        </w:rPr>
        <w:t xml:space="preserve">[44:29] </w:t>
      </w:r>
      <w:r>
        <w:t>yeh jab yeh niklay tu yeh log chhay lakh ho gaye thay, 70 say chhay</w:t>
      </w:r>
    </w:p>
    <w:p>
      <w:pPr>
        <w:jc w:val="right"/>
      </w:pPr>
      <w:r>
        <w:t>یہ جب یہ نکلے تو یہلوگ چھلاکھہوگئےتھے،70سےچھ</w:t>
      </w:r>
    </w:p>
    <w:p>
      <w:r>
        <w:rPr>
          <w:b/>
        </w:rPr>
        <w:t xml:space="preserve">[44:34] </w:t>
      </w:r>
      <w:r>
        <w:t>lakh, chhay lakh. tu woh saaray apna saaz o saamaan le kay aur raat kay andheray mein woh log niklay Hazrat Musa alaihissalam aur Hazrat Haroon alaihissalam ki qiyadat mein ji.</w:t>
      </w:r>
    </w:p>
    <w:p>
      <w:pPr>
        <w:jc w:val="right"/>
      </w:pPr>
      <w:r>
        <w:t>لاکھ،چھلاکھ۔تووہسارے اپنا ساز وسامانلےکے اور راتکےاندھیرےمیں وہلوگ نکلے حضرت موسیٰعلیہالسلاماورحضرت ہارونعلیہالسلام کی قیادتمیں جی۔</w:t>
      </w:r>
    </w:p>
    <w:p>
      <w:r>
        <w:rPr>
          <w:b/>
        </w:rPr>
        <w:t xml:space="preserve">[44:54] </w:t>
      </w:r>
      <w:r>
        <w:t>doctor sahib, kuch comment parhna chahoon ga.</w:t>
      </w:r>
    </w:p>
    <w:p>
      <w:pPr>
        <w:jc w:val="right"/>
      </w:pPr>
      <w:r>
        <w:t>ڈاکٹرصاحب،کچھ کمنٹپڑھناچاہوںگا۔</w:t>
      </w:r>
    </w:p>
    <w:p>
      <w:r>
        <w:rPr>
          <w:b/>
        </w:rPr>
        <w:t xml:space="preserve">[44:59] </w:t>
      </w:r>
      <w:r>
        <w:t>yeh comment bheja hai Miss Karuna Lenay, Srinagar say. unhon nay likha hai: "Page of Tafseer ul Quran" Maulana Wahiduddin Khan sahib ki jo aap nay zikr kiya.</w:t>
      </w:r>
    </w:p>
    <w:p>
      <w:pPr>
        <w:jc w:val="right"/>
      </w:pPr>
      <w:r>
        <w:t>یہکمنٹبھیجاہے مس کروتلیننے ،سری نگرسے۔انہوںنےلکھاہے:"پیجآف ت فسیر القرآن" مولاناوحیدالدینخانصاحبکیجوآپنے ذکرکیا۔</w:t>
      </w:r>
    </w:p>
    <w:p>
      <w:r>
        <w:rPr>
          <w:b/>
        </w:rPr>
        <w:t xml:space="preserve">[45:10] </w:t>
      </w:r>
      <w:r>
        <w:t>"Excellent! I am following religiously and make and makes my day".</w:t>
      </w:r>
    </w:p>
    <w:p>
      <w:pPr>
        <w:jc w:val="right"/>
      </w:pPr>
      <w:r>
        <w:t>" اباپیجآف تذکیرالقرآنکیپسآل دانیگیٹیوٹیاوے"۔ "ایکسیلنٹ!آئیایمفالونگاٹریلیجیسلیاینڈمیک اینڈمیکس مائیڈے"۔</w:t>
      </w:r>
    </w:p>
    <w:p>
      <w:r>
        <w:rPr>
          <w:b/>
        </w:rPr>
        <w:t xml:space="preserve">[45:19] </w:t>
      </w:r>
      <w:r>
        <w:t>Arman Khan sahib nay likha hai kay aaj ka program say mind address hua hai mera aur aik nai positivity paida hui hai.</w:t>
      </w:r>
    </w:p>
    <w:p>
      <w:pPr>
        <w:jc w:val="right"/>
      </w:pPr>
      <w:r>
        <w:t>ارمان خان صاحبنےلکھاہے کہ آجکا پروگرامسے مائنڈ ایڈریسہواہے میرا اور ایک نئی پوزیٹیوٹی پیدا ہوئیہے۔</w:t>
      </w:r>
    </w:p>
    <w:p>
      <w:r>
        <w:rPr>
          <w:b/>
        </w:rPr>
        <w:t xml:space="preserve">[45:28] </w:t>
      </w:r>
      <w:r>
        <w:t>poora week intezar karta rehta hoon is program ka. main Dubai say yeh program ko dekhta hoon. acha, Syed Haseeb Shah Naqvi sahib nay Pakistan say likha hai: "It is very important to remember God and understand his degree".</w:t>
      </w:r>
    </w:p>
    <w:p>
      <w:pPr>
        <w:jc w:val="right"/>
      </w:pPr>
      <w:r>
        <w:t>پورا ویکانتظار کرتارہتاہوںاس پروگرامکا۔ میں دبئیسےیہپروگرامکو دیکھتاہوں۔ اچھا، سید حسیبشاہ نقویصاحبنے پاکستانسےلکھاہے: "اٹازویریامپورٹنٹٹوریممبر گاڈاینڈانڈرسٹینڈ ہزڈگری"۔</w:t>
      </w:r>
    </w:p>
    <w:p>
      <w:r>
        <w:rPr>
          <w:b/>
        </w:rPr>
        <w:t xml:space="preserve">[45:43] </w:t>
      </w:r>
      <w:r>
        <w:t>and Maulana Wahiduddin Khan sahib: "Translation of the Quran has helped us a lot on this". "I also study Tazkir ul Quran daily and by studying God realization develops in me</w:t>
      </w:r>
    </w:p>
    <w:p>
      <w:pPr>
        <w:jc w:val="right"/>
      </w:pPr>
      <w:r>
        <w:t>اینڈمول اناوحیدالدینخان صاحب:"ٹرانسلیشنآفداقرآن ہیز ہیلپڈاسا لا ٹان دس"۔ "آئیالس وسٹڈی تذکیر القرآن ڈیلی اینڈبائیسٹڈنگ گاڈریلائزیشن ڈیویلپسانمی</w:t>
      </w:r>
    </w:p>
    <w:p>
      <w:r>
        <w:rPr>
          <w:b/>
        </w:rPr>
        <w:t xml:space="preserve">[45:56] </w:t>
      </w:r>
      <w:r>
        <w:t>" . "May Allah forgive Maulana and help CP system ". Ameen, Ameen. Riyaz Bhat sahib nay Srinagar say likha hai: "An important learning today was da'wah is ambition and social work is by product, because I can be a part of this work but cannot take it as ambition".</w:t>
      </w:r>
    </w:p>
    <w:p>
      <w:pPr>
        <w:jc w:val="right"/>
      </w:pPr>
      <w:r>
        <w:t>"۔ "میںاللہ فورگیو مول انا اینڈہیلپ سیپیایس ٹیم "۔ آمین،آمین۔ ریاضبھٹصاحبنےسری نگرسےلکھاہے:"اینامپورٹنٹلرننگٹوڈےواز دعویٰازامشن اینڈ سوشلاور کمیونٹیورک از بائے پروڈکٹ، بیکاز ادائیکینبیاپارٹآفدسورک بٹکینناٹٹیکاٹایزا مشن"۔</w:t>
      </w:r>
    </w:p>
    <w:p>
      <w:r>
        <w:rPr>
          <w:b/>
        </w:rPr>
        <w:t xml:space="preserve">[46:16] </w:t>
      </w:r>
      <w:r>
        <w:t>doctor sahib, ab jaisa aap nay bataya kay 70 say chhay lakh ho gaye</w:t>
      </w:r>
    </w:p>
    <w:p>
      <w:pPr>
        <w:jc w:val="right"/>
      </w:pPr>
      <w:r>
        <w:t>ڈاکٹرصاحب، اب جیساآپنےبتایا کہ 70سے چھ لاکھہوگئے</w:t>
      </w:r>
    </w:p>
    <w:p>
      <w:r>
        <w:rPr>
          <w:b/>
        </w:rPr>
        <w:t xml:space="preserve">[46:22] </w:t>
      </w:r>
      <w:r>
        <w:t>tu aik tareeqay say agar agar hum is ko visualize karain tu aik massive caravan woh uss ki qalam mein woh aagay barha.</w:t>
      </w:r>
    </w:p>
    <w:p>
      <w:pPr>
        <w:jc w:val="right"/>
      </w:pPr>
      <w:r>
        <w:t>توایکطریقےسے اگر اگر ہماسکو ویژ ولائزکریں تو ایک می سو کیراوانجوہے وہاسکیشکلمیںوہآگےبڑھا۔</w:t>
      </w:r>
    </w:p>
    <w:p>
      <w:r>
        <w:rPr>
          <w:b/>
        </w:rPr>
        <w:t xml:space="preserve">[46:31] </w:t>
      </w:r>
      <w:r>
        <w:t>tu thora is kay baray mein bataiye, doctor sahib. ji, bohat hi massive caravan hua hoga tu log, yani families upon families, came pouring ji in.</w:t>
      </w:r>
    </w:p>
    <w:p>
      <w:pPr>
        <w:jc w:val="right"/>
      </w:pPr>
      <w:r>
        <w:t>تو تھوڑااسکےبارےمیںبتائیے،ڈاکٹرصاحب۔ جی، بہتہی میسو کیراوارہاہوگاتولوگ ، یعنیفیملیزاپونفیملیز ،کیمپورنگ جی ان۔</w:t>
      </w:r>
    </w:p>
    <w:p>
      <w:r>
        <w:rPr>
          <w:b/>
        </w:rPr>
        <w:t xml:space="preserve">[46:42] </w:t>
      </w:r>
      <w:r>
        <w:t>tu yani jo bhi unkay belongings hotay thay uss waqt mein, possessions jo what ever they could easily carry ji,</w:t>
      </w:r>
    </w:p>
    <w:p>
      <w:pPr>
        <w:jc w:val="right"/>
      </w:pPr>
      <w:r>
        <w:t>تو یعنیجوبھیانکے بیلانگنگزہوتےتھے اسوقتمیں،پوزیشنز جو واٹایوردےکڈ ایزیلیکیری جی،</w:t>
      </w:r>
    </w:p>
    <w:p>
      <w:r>
        <w:rPr>
          <w:b/>
        </w:rPr>
        <w:t xml:space="preserve">[46:50] </w:t>
      </w:r>
      <w:r>
        <w:t>jaisay jugs hain, mugs hain, blankets hain, kuch choti moti aur cheezein. tu yeh sab cheezein liye huay aur sab families aa rahi hain aur there must be a tremendous excitement in</w:t>
      </w:r>
    </w:p>
    <w:p>
      <w:pPr>
        <w:jc w:val="right"/>
      </w:pPr>
      <w:r>
        <w:t>جیسے جگزہیں،مگزہیں،بلینکٹ ہیں،کچھچھوٹیموٹیاورچیزیں۔ تو یہسبچیزیں لیے ہوئے اور سب فیملیز آتیرہیں اور دیرمسٹبی اٹریمنڈسایکسائٹمنٹان</w:t>
      </w:r>
    </w:p>
    <w:p>
      <w:r>
        <w:rPr>
          <w:b/>
        </w:rPr>
        <w:t xml:space="preserve">[47:04] </w:t>
      </w:r>
      <w:r>
        <w:t>the air ji. yani bohat hi zabardast kay wahan say in 400 saal kay baad aik tareeqay say woh nikal nay ki position mein huay aur Musa alaihissalam ki qiyadat mein. tu bohat hi unkay dil mein jo ehsasat honge aap mehsoos kar saktay hain.</w:t>
      </w:r>
    </w:p>
    <w:p>
      <w:pPr>
        <w:jc w:val="right"/>
      </w:pPr>
      <w:r>
        <w:t>داایئر جی۔یعنیبہت ہی زبرد ست کہوہاںسے ان400سالکےبعد ایکطریقےسے وہ نکل نے کی پوزیشنمیںہوئے اور موسیٰعلیہالسلامکیقیادتمیں۔توبہت ہی انکے دل میںجواحساساتہوںگےآپمحسوسکرسکتےہیں۔</w:t>
      </w:r>
    </w:p>
    <w:p>
      <w:r>
        <w:rPr>
          <w:b/>
        </w:rPr>
        <w:t xml:space="preserve">[47:21] </w:t>
      </w:r>
      <w:r>
        <w:t>aik taraf woh Firon ka darr ji aur doosri taraf yeh kay ab inshallah ja kay yeh log azaad ho jayen gay</w:t>
      </w:r>
    </w:p>
    <w:p>
      <w:pPr>
        <w:jc w:val="right"/>
      </w:pPr>
      <w:r>
        <w:t>ایکطرف وہفرعون کاڈر جیاور دوسریطرف یہ کہ اب انشاءاللہ جاکےیہلوگ آزادہوجائیںگ</w:t>
      </w:r>
    </w:p>
    <w:p>
      <w:r>
        <w:rPr>
          <w:b/>
        </w:rPr>
        <w:t xml:space="preserve">[47:31] </w:t>
      </w:r>
      <w:r>
        <w:t>۔ tu bara lamba safar aahista aahista niklay woh log aur desert kay rastay say. yani it was like a moving city. hum, chhay lakh log apnay saaman ko liye kay nikal rahay hain tu woh bohat hi bara qafila</w:t>
      </w:r>
    </w:p>
    <w:p>
      <w:pPr>
        <w:jc w:val="right"/>
      </w:pPr>
      <w:r>
        <w:t>ے۔ تو بڑا لمباسفرآہستہآہستہنکلےوہلوگ اور ڈیزرٹکےراستےسے۔یعنیاٹوازلائکا موونگسٹی۔ہم م،چھ لاکھلوگ اپنے سامانکولےکے نکل رہےہیں تو وہبہتہیبڑا قافلہ</w:t>
      </w:r>
    </w:p>
    <w:p>
      <w:r>
        <w:rPr>
          <w:b/>
        </w:rPr>
        <w:t xml:space="preserve">[47:45] </w:t>
      </w:r>
      <w:r>
        <w:t>raha hoga ji. tu woh jungleon say hotay huay aur raston say hotay huay Red Sea ki taraf say, Red Sea ki taraf unhon nay rukh kiya aur Musa alaihissalam aur Haroon alaihissalam unki leadership kar rahay thay qiyadat mein. tu woh aik moving city aagay barh rahi thi aik tareeqay say ji.</w:t>
      </w:r>
    </w:p>
    <w:p>
      <w:pPr>
        <w:jc w:val="right"/>
      </w:pPr>
      <w:r>
        <w:t>رہاہوگا جی۔تووہجنگ لوںسےہوتےہوئےاور راستوںسےہوتےہوئے ریڈسیکی طرف سے ،ریڈسیکیطرف انہوںنےرخکیا اور موسیٰعلیہالسلام اورہارونعلیہالسلام انکیلیڈرشپ کررہےتھےقیادتمیں۔تووہایک موونگسٹی آگےبڑھرہیتھیایکطریقےسے جی۔</w:t>
      </w:r>
    </w:p>
    <w:p>
      <w:r>
        <w:rPr>
          <w:b/>
        </w:rPr>
        <w:t xml:space="preserve">[48:02] </w:t>
      </w:r>
      <w:r>
        <w:t>lekin doctor sahib, aik taraf agar chhay lakh ka itna massive amount tha ji, saath hi saath unkay andar children of Israel kay andar aik darr bhi</w:t>
      </w:r>
    </w:p>
    <w:p>
      <w:pPr>
        <w:jc w:val="right"/>
      </w:pPr>
      <w:r>
        <w:t>لیکن ڈاکٹرصاحب،ایکطرف اگر چھ لاکھکااتنا میسو کیراوانتھا جی، ساتھہیساتھ انکےاندر چلڈرنآفعزرائیلکےاندرایکڈربھی</w:t>
      </w:r>
    </w:p>
    <w:p>
      <w:r>
        <w:rPr>
          <w:b/>
        </w:rPr>
        <w:t xml:space="preserve">[48:11] </w:t>
      </w:r>
      <w:r>
        <w:t>tha. haan, itnay saalon saal tak woh Firon kay under uski atrocities ko bardasht kar rahay thay, dabay huay thay, ghulam ki tarah thay.</w:t>
      </w:r>
    </w:p>
    <w:p>
      <w:pPr>
        <w:jc w:val="right"/>
      </w:pPr>
      <w:r>
        <w:t>تھا۔ ہاں،اتنے سالوں سال تک وہ فرعون کے انڈر اسکی ایٹراس ٹیزکوبرداشتکررہےتھے، دبےہوئےتھے،غلامکیطرح تھے۔</w:t>
      </w:r>
    </w:p>
    <w:p>
      <w:r>
        <w:rPr>
          <w:b/>
        </w:rPr>
        <w:t xml:space="preserve">[48:21] </w:t>
      </w:r>
      <w:r>
        <w:t>tu aik unkay andar khauf tha theek kay Firon kiya karay ga. tu lekin, lekin prophet Musa wohi woh an ko comfort kar rahay thay kay kuch nahi hoga.</w:t>
      </w:r>
    </w:p>
    <w:p>
      <w:pPr>
        <w:jc w:val="right"/>
      </w:pPr>
      <w:r>
        <w:t>تو ایکانکےاندر خوف تھا ٹھیککہ فرعون کیا کرےگا۔ تو لیکن، لیکن پرافٹموسی ٰجوہیں وہانکو کمفرٹکررہےتھے کہکچھنہیںہوگا۔</w:t>
      </w:r>
    </w:p>
    <w:p>
      <w:r>
        <w:rPr>
          <w:b/>
        </w:rPr>
        <w:t xml:space="preserve">[48:32] </w:t>
      </w:r>
      <w:r>
        <w:t>tu is kay baray mein thora bataiye, doctor sahib. haan, bilkul unko bohat hi darr mehsoos ho raha hoga ji. choonkay Firon itna shatir aur itna zalim badshah tha kay woh chup baithnay walon mein say nahi tha.</w:t>
      </w:r>
    </w:p>
    <w:p>
      <w:pPr>
        <w:jc w:val="right"/>
      </w:pPr>
      <w:r>
        <w:t>تو اسکےبارےمیںتھوڑابتائیے،ڈاکٹرصاحب۔ ہاں، بالکل انکو بڑاہیڈر محسوسہورہاہوگاجی۔ چونکہ فرعوناتنا شاطراوراتناظالم بادشاہتھا کہوہ چپتوبیٹھنےوالوںمیںسےنہیںتھا۔</w:t>
      </w:r>
    </w:p>
    <w:p>
      <w:r>
        <w:rPr>
          <w:b/>
        </w:rPr>
        <w:t xml:space="preserve">[48:45] </w:t>
      </w:r>
      <w:r>
        <w:t>jab usko pata chalay ga tu zaroor woh niklay ga, peechay karay ga. tu</w:t>
      </w:r>
    </w:p>
    <w:p>
      <w:pPr>
        <w:jc w:val="right"/>
      </w:pPr>
      <w:r>
        <w:t>جباسکو پتہچلےگاتوضروروہ نکلےگا، پیچھےکرےگا۔ تو</w:t>
      </w:r>
    </w:p>
    <w:p>
      <w:r>
        <w:rPr>
          <w:b/>
        </w:rPr>
        <w:t xml:space="preserve">[48:50] </w:t>
      </w:r>
      <w:r>
        <w:t>woh log aagay barh rahay thay aur</w:t>
      </w:r>
    </w:p>
    <w:p>
      <w:pPr>
        <w:jc w:val="right"/>
      </w:pPr>
      <w:r>
        <w:t>وہلوگ آگےبڑھرہےتھے اور</w:t>
      </w:r>
    </w:p>
    <w:p>
      <w:r>
        <w:rPr>
          <w:b/>
        </w:rPr>
        <w:t xml:space="preserve">[48:55] </w:t>
      </w:r>
      <w:r>
        <w:t>paidlaur oonton pe, jaise mein ne abhi bataya. to, lekin unke andar bara darr aur khauf tha. to, to Musa (AS) inko mutmaen kar rahe the aur itminan de rahe the. aur, aur Allah taala ne sakenat nazil kardi thi.</w:t>
      </w:r>
    </w:p>
    <w:p>
      <w:pPr>
        <w:jc w:val="right"/>
      </w:pPr>
      <w:r>
        <w:t>پیدلاور اونٹوںپہ،جیسےمیںنےابھیبتایا۔ تو، لیکن انکےاندربڑا ڈراور خوفتھا۔ تو، توموسیٰعلیہالسلام انکو مطمئنکررہےتھے اور اطمینان دےرہےتھے۔اور ،اوراللہتعالیٰنے سکینت نازل کردیتھی۔</w:t>
      </w:r>
    </w:p>
    <w:p>
      <w:r>
        <w:rPr>
          <w:b/>
        </w:rPr>
        <w:t xml:space="preserve">[49:12] </w:t>
      </w:r>
      <w:r>
        <w:t>to</w:t>
      </w:r>
    </w:p>
    <w:p>
      <w:pPr>
        <w:jc w:val="right"/>
      </w:pPr>
      <w:r>
        <w:t>تو</w:t>
      </w:r>
    </w:p>
    <w:p>
      <w:r>
        <w:rPr>
          <w:b/>
        </w:rPr>
        <w:t xml:space="preserve">[49:13] </w:t>
      </w:r>
      <w:r>
        <w:t>inko yaqeen tha Musa (AS) ko ke Allah taala ki madad aayegi aur woh safety ke saath apne destination par pahunchenge.</w:t>
      </w:r>
    </w:p>
    <w:p>
      <w:pPr>
        <w:jc w:val="right"/>
      </w:pPr>
      <w:r>
        <w:t>انکویقینتھاموسیٰعلیہالسلامکو کہ اللہ تعالیٰکیمد د آئےگی اور وہ سیفٹیکےساتھ اپنے ڈیسٹ ینیشنپر پہنچیںگے۔</w:t>
      </w:r>
    </w:p>
    <w:p>
      <w:r>
        <w:rPr>
          <w:b/>
        </w:rPr>
        <w:t xml:space="preserve">[49:23] </w:t>
      </w:r>
      <w:r>
        <w:t>to us waqt bari gehre kiifiyat thi Musa (AS) ki. woh bade gehre alfaaz dua ke nikal rahe</w:t>
      </w:r>
    </w:p>
    <w:p>
      <w:pPr>
        <w:jc w:val="right"/>
      </w:pPr>
      <w:r>
        <w:t>تو اسوقتبڑیگہریکیفیتتھیموسیٰعلیہالسلامکی۔وہبڑےگہرےالفاظ دعاکے نکلرہے</w:t>
      </w:r>
    </w:p>
    <w:p>
      <w:r>
        <w:rPr>
          <w:b/>
        </w:rPr>
        <w:t xml:space="preserve">[49:29] </w:t>
      </w:r>
      <w:r>
        <w:t>the. to Musa (AS) ne kaha kaha ae Allah, tune Firon aur uske logon ko zindagi, duniya ki jo raunaqen di hain, isliye di hain ke woh tere bando ko gumrah karen.</w:t>
      </w:r>
    </w:p>
    <w:p>
      <w:pPr>
        <w:jc w:val="right"/>
      </w:pPr>
      <w:r>
        <w:t>تھے۔ تو موسیٰعلیہالسلامنےکہا کہاےاللہ،تونے فرعوناوراسکے لوگوںکو زندگی ،دنیا کیجو رونقیںدی ہیں،اسلیے دیہیںکہ وہ تیرےبندوںکوگمراہکریں۔</w:t>
      </w:r>
    </w:p>
    <w:p>
      <w:r>
        <w:rPr>
          <w:b/>
        </w:rPr>
        <w:t xml:space="preserve">[49:43] </w:t>
      </w:r>
      <w:r>
        <w:t>aur dua ki unhone: "Rabbana atmis ala amwalihim" kaha ae Allah, unke jo maal hai, jo wealth hai, usko khatam karde, gharaat karde,</w:t>
      </w:r>
    </w:p>
    <w:p>
      <w:pPr>
        <w:jc w:val="right"/>
      </w:pPr>
      <w:r>
        <w:t>اور دعاکیانہوںنے :"ربنا اتمس علی اموال ہم" کہاےاللہ، انکےجو مال ہے،جو ویلتھہے،اسکو ختم کردے،غارتکردے،</w:t>
      </w:r>
    </w:p>
    <w:p>
      <w:r>
        <w:rPr>
          <w:b/>
        </w:rPr>
        <w:t xml:space="preserve">[49:56] </w:t>
      </w:r>
      <w:r>
        <w:t>"washdud ala qulubihim" aur unke dilon ko sakht karde aur woh iman layen us waqt jab woh azab ko dekh len.</w:t>
      </w:r>
    </w:p>
    <w:p>
      <w:pPr>
        <w:jc w:val="right"/>
      </w:pPr>
      <w:r>
        <w:t>"واشددعلی قلوبہم"اورانکے دلوںکوسخت کردے اور وہ ایمان لائیں اسوقت جبوہ عذابکودیکھلیں۔</w:t>
      </w:r>
    </w:p>
    <w:p>
      <w:r>
        <w:rPr>
          <w:b/>
        </w:rPr>
        <w:t xml:space="preserve">[50:04] </w:t>
      </w:r>
      <w:r>
        <w:t>to is tarah ki bari gehre duaen aur bari gehre kiifiyat ke saath woh log aage badh rahe the Red Sea ki taraf ji.</w:t>
      </w:r>
    </w:p>
    <w:p>
      <w:pPr>
        <w:jc w:val="right"/>
      </w:pPr>
      <w:r>
        <w:t>تو اسطرح کیبڑی گہریدعائیں اوربڑیگہریکیفیتکےساتھ وہلوگ آگےبڑھرہےتھے ریڈسیکیطرف جی۔</w:t>
      </w:r>
    </w:p>
    <w:p>
      <w:r>
        <w:rPr>
          <w:b/>
        </w:rPr>
        <w:t xml:space="preserve">[50:13] </w:t>
      </w:r>
      <w:r>
        <w:t>lekin Doctor sahib, zahir si baat hai ke Firon, jaise aap ne bataya, ke bahethe zalam badshah tha</w:t>
      </w:r>
    </w:p>
    <w:p>
      <w:pPr>
        <w:jc w:val="right"/>
      </w:pPr>
      <w:r>
        <w:t>لیکن ڈاکٹرصاحب، ظاہرسیباتہےکہ فرعون،جیسےآپنےبتایا، کہبہتہی ظالم بادشاہتھا</w:t>
      </w:r>
    </w:p>
    <w:p>
      <w:r>
        <w:rPr>
          <w:b/>
        </w:rPr>
        <w:t xml:space="preserve">[50:20] </w:t>
      </w:r>
      <w:r>
        <w:t>ji, arrogant tha aur to baal bhal barasht nahi kar paaya ke jab usko pata chala ke "about the great escape that they have planned" aur "they intend to leave Egypt" to bahut ghussa aa gaya uske andar ji. to uske baad usne kya kiya?</w:t>
      </w:r>
    </w:p>
    <w:p>
      <w:pPr>
        <w:jc w:val="right"/>
      </w:pPr>
      <w:r>
        <w:t>جی، ایروگنٹتھا اور توبالکل برداشتنہیںکرپایاکہجباسکوپتہچلاکہ "اباؤٹداگریٹاسکیپ دیٹدےہیوپلانڈ" اور"دےانٹینڈٹولیوایجپٹ"تو بہت غصہآگیااسکےاندر جی۔تو اسکےبعد اسنےکیا کیا ؟</w:t>
      </w:r>
    </w:p>
    <w:p>
      <w:r>
        <w:rPr>
          <w:b/>
        </w:rPr>
        <w:t xml:space="preserve">[50:36] </w:t>
      </w:r>
      <w:r>
        <w:t>kya woh situation thi us waqt? uske bare mein batayen.</w:t>
      </w:r>
    </w:p>
    <w:p>
      <w:pPr>
        <w:jc w:val="right"/>
      </w:pPr>
      <w:r>
        <w:t>کیا وہسچوئیشنتھیاسوقت؟اسکےبارےمیںبتائیں۔</w:t>
      </w:r>
    </w:p>
    <w:p>
      <w:r>
        <w:rPr>
          <w:b/>
        </w:rPr>
        <w:t xml:space="preserve">[50:40] </w:t>
      </w:r>
      <w:r>
        <w:t>ji haan, agle din usko pata chal gaya ji ke saare Bani Israel ke log Misr se nikle hain aur ek qafle ki surat mein Misr se bahar ja rahe hain. to bahut hi ghussa aa gaya usko aur bola ke "Inna holay la shirdhamatun qaleeloon" yaani yeh ke yeh chhota sa group hai aur humein isne bahut ghussa dila diya hai aur hum abhi tayyar ho ke aate hain.</w:t>
      </w:r>
    </w:p>
    <w:p>
      <w:pPr>
        <w:jc w:val="right"/>
      </w:pPr>
      <w:r>
        <w:t>جیہاں،اگلےدناسکو پتہچلگیا جی کہ سارے بنیاسرائیلکےلوگ مصر سے نکلےہیں اور ایکقافلےکیصورت میں مصر سےباہرجارہےہیں۔تو بہت ہیغصہآگیا اسکو اور بولا کہ "انا ہول ی لا شر ذمۃ قلیلون"یعنی یہکہیہچھوٹاساگروپہےاورہمیںاسنےبہت غصہ دلادیاہےاورہمابھی تیار ہوکےآتےہیں۔</w:t>
      </w:r>
    </w:p>
    <w:p>
      <w:r>
        <w:rPr>
          <w:b/>
        </w:rPr>
        <w:t xml:space="preserve">[51:04] </w:t>
      </w:r>
      <w:r>
        <w:t>to usne aelan kiya ke bahethe bada jangii lashkar tayyar kiya jaye.</w:t>
      </w:r>
    </w:p>
    <w:p>
      <w:pPr>
        <w:jc w:val="right"/>
      </w:pPr>
      <w:r>
        <w:t>تو اسنے اعلانکیاکہبہتبڑا جنگ ی لشکرتیارکیا جائے۔</w:t>
      </w:r>
    </w:p>
    <w:p>
      <w:r>
        <w:rPr>
          <w:b/>
        </w:rPr>
        <w:t xml:space="preserve">[51:10] </w:t>
      </w:r>
      <w:r>
        <w:t>to woh ana fana woh sab tayyar ho gaya. kehte hain ke ek lakh balkeh horses the uske lashkar mein aur 16 lakh aadmi the.</w:t>
      </w:r>
    </w:p>
    <w:p>
      <w:pPr>
        <w:jc w:val="right"/>
      </w:pPr>
      <w:r>
        <w:t>تو وہ انافانا وہسبتیارہوگیا۔ کہتےہیںکہ ایک لاکھ بلیکہارسزتھے اسکے لشکرمیں اور 16 لاکھآدمیتھے۔</w:t>
      </w:r>
    </w:p>
    <w:p>
      <w:r>
        <w:rPr>
          <w:b/>
        </w:rPr>
        <w:t xml:space="preserve">[51:19] </w:t>
      </w:r>
      <w:r>
        <w:t>woh log chhe lakh the kitabon ke mutabiq aur yeh log, yeh log Firon ke log 16 lakh the aur ismein saari woh jangii cheezen thin, woh ghore aur saari cheezen.</w:t>
      </w:r>
    </w:p>
    <w:p>
      <w:pPr>
        <w:jc w:val="right"/>
      </w:pPr>
      <w:r>
        <w:t>وہلوگ چھ لاکھتھے کتاب وںکےمطابق اوریہلوگ ،یہلوگ فرعونکےلوگ16لاکھتھے اور اسمیں ساریوہ فوجی چیزیںتھیں،وہ گھوڑےاور ساریچیزیں۔</w:t>
      </w:r>
    </w:p>
    <w:p>
      <w:r>
        <w:rPr>
          <w:b/>
        </w:rPr>
        <w:t xml:space="preserve">[51:31] </w:t>
      </w:r>
      <w:r>
        <w:t>to ek bahethe hi huge army le ke woh badha tezi se aur</w:t>
      </w:r>
    </w:p>
    <w:p>
      <w:pPr>
        <w:jc w:val="right"/>
      </w:pPr>
      <w:r>
        <w:t>تو ایکبہتہی ہیوج آرمی لےکےوہ بڑ ھا تیزیسے اور</w:t>
      </w:r>
    </w:p>
    <w:p>
      <w:r>
        <w:rPr>
          <w:b/>
        </w:rPr>
        <w:t xml:space="preserve">[51:41] </w:t>
      </w:r>
      <w:r>
        <w:t>us raste pe chala jis pe</w:t>
      </w:r>
    </w:p>
    <w:p>
      <w:pPr>
        <w:jc w:val="right"/>
      </w:pPr>
      <w:r>
        <w:t>اس اسراستےپہ چلا جس پہ</w:t>
      </w:r>
    </w:p>
    <w:p>
      <w:r>
        <w:rPr>
          <w:b/>
        </w:rPr>
        <w:t xml:space="preserve">[51:46] </w:t>
      </w:r>
      <w:r>
        <w:t>Bani Israel ke log aage badhe the. yaani uska maqsad tha ke pahunch ke un logon ko ya to wapas laye ji ya agar wapas na la sake to unko khatam kar de j</w:t>
      </w:r>
    </w:p>
    <w:p>
      <w:pPr>
        <w:jc w:val="right"/>
      </w:pPr>
      <w:r>
        <w:t>بنیاسرائیلکےلوگ آگےبڑھےتھے۔یعنیاسکامقصدتھاکہ پہنچکے انلوگوںکو یاتو واپس لائے جی یا اگر واپسنہ لاسکےتوانکوختمکردےج</w:t>
      </w:r>
    </w:p>
    <w:p>
      <w:r>
        <w:rPr>
          <w:b/>
        </w:rPr>
        <w:t xml:space="preserve">[51:57] </w:t>
      </w:r>
      <w:r>
        <w:t>i. to bahut hi ghusse mein woh nikla tha Misr se itni hi huge army le ke ji ji 16 lakh log kitabon ke mutabiq to aur ismein ghore the, ek lakh to sirf black horses the aur kis tarah ki ismein saaz o saman raha hoga jangii yaani bahethe hi tayyari ke saath nikla woh ji.</w:t>
      </w:r>
    </w:p>
    <w:p>
      <w:pPr>
        <w:jc w:val="right"/>
      </w:pPr>
      <w:r>
        <w:t>ی۔ تو بہت ہیغصےمیںوہ نکلاتھا مصر سےاتنیہیوج آرمیلےکے جیجی 16 لاکھلوگ کتاب وںکےمطابق تو اور اسمیں گھوڑےتھے، ایکلاکھتوصرف بلیکہارسزتھے اور کسطرح کیاسمیں سازوسامانرہاہوگاجنگییعنیبہت ہیتیاریکےساتھنکلاوہ جی۔</w:t>
      </w:r>
    </w:p>
    <w:p>
      <w:r>
        <w:rPr>
          <w:b/>
        </w:rPr>
        <w:t xml:space="preserve">[52:14] </w:t>
      </w:r>
      <w:r>
        <w:t>to Doctor sahib, 16 lakh aur chhe lakh yeh to koi match nahi hua ji aur zahir si baat hai ke chhe lakh ke upar poori tarike se 16 lakh ki jo army hai woh overwhelm kar degi</w:t>
      </w:r>
    </w:p>
    <w:p>
      <w:pPr>
        <w:jc w:val="right"/>
      </w:pPr>
      <w:r>
        <w:t>توڈاکٹرصاحب،16 لاکھاور چھلاکھیہتوکوئیمیچ ہینہیںہوا جیاور ظاہرسیباتہےکہ چھلاکھکےاوپرپوریطریقےسے 16لاکھکیجوآرمیہےوہ اوورویلمکردےگ</w:t>
      </w:r>
    </w:p>
    <w:p>
      <w:r>
        <w:rPr>
          <w:b/>
        </w:rPr>
        <w:t xml:space="preserve">[52:26] </w:t>
      </w:r>
      <w:r>
        <w:t>ji bilkul. to phir kya hua uske baad? uske bare mein batayen. haan, to jab lashkar jab qafila Bani Israel ka aage badha aur taqreeban samandar ke qareeb pahunch gaya Red Sea ke qareeb to kisi ne dekha ke ek bahethe hi bada ghubar, ek cloud dust ka peeche se ek dust ka cloud peeche se aa raha hai ji. kisi ne dekha apne</w:t>
      </w:r>
    </w:p>
    <w:p>
      <w:pPr>
        <w:jc w:val="right"/>
      </w:pPr>
      <w:r>
        <w:t>یبالکل۔تو پھرکیا ہوا اسکےبعد ؟ اسکےبارےمیںبتائیں۔ ہاں،توجب لشکر جب کیرا وا بنیاسرائیلکاآگےبڑھا اور تقریباً سمندرکےقریبپہنچگیا ریڈسیکےقریب توکسی نے دیکھا کہایکبہت ہی بڑا غبار،ایک کلاؤڈ ڈسٹسکاپیچھے سے ایک ڈسٹکا کلاؤڈپیچھےسےآرہاہے جی۔کسینےدیکھااپنے</w:t>
      </w:r>
    </w:p>
    <w:p>
      <w:r>
        <w:rPr>
          <w:b/>
        </w:rPr>
        <w:t xml:space="preserve">[52:56] </w:t>
      </w:r>
      <w:r>
        <w:t>peeche ji ji ji to woh foran samajh gaye ke yeh zaroor Firon ki army hai jo hamari taraf badh rahi hai. to jo poora qafila tha usmein dahshat phail gayi aur tezi se woh cloud unki taraf badh raha tha aur kuch der ke baad kuch log bhi nazar aane lage ji to un sab ne pehchan liya ke yeh to Firon ke log hi hamari taraf aa rahe hain.</w:t>
      </w:r>
    </w:p>
    <w:p>
      <w:pPr>
        <w:jc w:val="right"/>
      </w:pPr>
      <w:r>
        <w:t>پیچھے جیجیجی تو وہ فوراًسمجھگئے کہ یہ ضرور فرعونکیآرمیہے جوہماریطرف بڑھرہیہے۔ تو جو پورے کار واںتھااسمیںدہشتپھیلگئی اور تیزیسےوہ کلاؤڈانکیطرف بڑھرہاتھا اور کچھدیرکےبعد کچھلوگبھی نظر آنےلگے جیتوانسبنے پہچانلیاکہیہتو فرعونکےلوگہیہماریطرف آرہےہیں۔</w:t>
      </w:r>
    </w:p>
    <w:p>
      <w:r>
        <w:rPr>
          <w:b/>
        </w:rPr>
        <w:t xml:space="preserve">[53:21] </w:t>
      </w:r>
      <w:r>
        <w:t>to unhone kaha ke "there is no escape, we are trapped"</w:t>
      </w:r>
    </w:p>
    <w:p>
      <w:pPr>
        <w:jc w:val="right"/>
      </w:pPr>
      <w:r>
        <w:t>تو انہوںنےکہاکہ "دیرازنو اسکیپ، ویآرانڈ</w:t>
      </w:r>
    </w:p>
    <w:p>
      <w:r>
        <w:rPr>
          <w:b/>
        </w:rPr>
        <w:t xml:space="preserve">[53:26] </w:t>
      </w:r>
      <w:r>
        <w:t>ji. to woh phir lashkar aur qareeb aata raha to unko laga ke ab to hum, humein yeh jo bhayanak fauj hai yeh humein khatam hi kar degi ji.</w:t>
      </w:r>
    </w:p>
    <w:p>
      <w:pPr>
        <w:jc w:val="right"/>
      </w:pPr>
      <w:r>
        <w:t>ن"جی ۔تو وہپھر لشکراورقریب آتارہاتو انکو لگاکہابتوہم ،ہمیں یہجوبھیانکفوجہے یہہمیںختمہی کردےگی جی۔</w:t>
      </w:r>
    </w:p>
    <w:p>
      <w:r>
        <w:rPr>
          <w:b/>
        </w:rPr>
        <w:t xml:space="preserve">[53:39] </w:t>
      </w:r>
      <w:r>
        <w:t>to bahut hi khauf aur bahut khauf zada ho gaye, bahut dar gaye. haan, agar visualize karen Doctor sahib to waqai phir yeh ke aage wahan pahunchte pahunchte aage samandar hai aur peeche 16 lakh ki jo army hai jo unko maarne ke liye aa rahi hai</w:t>
      </w:r>
    </w:p>
    <w:p>
      <w:pPr>
        <w:jc w:val="right"/>
      </w:pPr>
      <w:r>
        <w:t>توبہت ہی خوفاور بہت خوفزدہہوگئے،بہتڈرگئے۔ ہاں،اگر ویژ ولائزکریںڈاکٹرصاحبتوواقعی پھریہ کہ آگے وہاںپہنچتےپہنچتےآگےسمندرہے اورپیچھے 16 لاکھکی جو آرمیہےجوانکومارنےکےلیےآرہیہے</w:t>
      </w:r>
    </w:p>
    <w:p>
      <w:r>
        <w:rPr>
          <w:b/>
        </w:rPr>
        <w:t xml:space="preserve">[53:54] </w:t>
      </w:r>
      <w:r>
        <w:t>to "deiraz absolutely no escape" zehn mein to yeh sawal uthe ga ji. in fact bible mein yeh bhi aata hai ke logon ne musa (a.s.) ko kaha ke kya egypt mein kya qabar kam thi jo yahan pe humein le kar aa gaye marne ke liye bilkul.</w:t>
      </w:r>
    </w:p>
    <w:p>
      <w:pPr>
        <w:jc w:val="right"/>
      </w:pPr>
      <w:r>
        <w:t>تو "دیراز ایبسولیوٹلی نو اسکیپ" ذہنمیںتویہیسوال اٹھےگاجی۔انفیکٹبائبلمیںیہبھیآتاہےکہ لوگوںنے موسیٰعلیہالسلامکوکہاکہکیا ایجپٹمیںکیا کبقبر کمتھی جویہاںپہہمیںلےکرآگئےمرنےکےلیے بالکل۔</w:t>
      </w:r>
    </w:p>
    <w:p>
      <w:r>
        <w:rPr>
          <w:b/>
        </w:rPr>
        <w:t xml:space="preserve">[54:09] </w:t>
      </w:r>
      <w:r>
        <w:t>to is is tareeqe se itne zyada khauf zada the, itna dare hue the ke na aage ja sakte hain na peeche hat sakte hain bilkul. to doctor sahib phir kya hua uske bare mein bataein.</w:t>
      </w:r>
    </w:p>
    <w:p>
      <w:pPr>
        <w:jc w:val="right"/>
      </w:pPr>
      <w:r>
        <w:t>تواس اس طریقےسےاتنےزیادہ خوفزدہتھے، اتنا ڈرےہوئےتھےکہ نہآگےجاسکتےہیںنہ پیچھے ہٹسکتےہیں بالکل۔توڈاکٹرصاحبپھرکیا ہوا اسکےبارےمیںبتائیں۔</w:t>
      </w:r>
    </w:p>
    <w:p>
      <w:r>
        <w:rPr>
          <w:b/>
        </w:rPr>
        <w:t xml:space="preserve">[54:21] </w:t>
      </w:r>
      <w:r>
        <w:t>to jaisa aap ne bataya abhi musa (a.s.) se ladne lage bani israil ke log, accuse karne lage ke tum humein yahan marne ke liye laye ho, phans gaye, qabrein kam thin kya wahan par ji? to yahan le aaye to tarah tarah se aur bole ke "inal madrakun</w:t>
      </w:r>
    </w:p>
    <w:p>
      <w:pPr>
        <w:jc w:val="right"/>
      </w:pPr>
      <w:r>
        <w:t>تو جیساآپنےبتایا ابھی موسی ٰعلیہالسلامسے لڑنےلگےبنیاسرائیلکےلوگ ،اکیوزکرنےلگےکہتمہمیںیہاں مرنےکےلیےلائےہو،پھنسگئے،قبریںکمتھیںکیاوہاںپر جی ؟تویہاںلےآئے تو طرح طرحسے اوربولےکہ" انالمد رکون</w:t>
      </w:r>
    </w:p>
    <w:p>
      <w:r>
        <w:rPr>
          <w:b/>
        </w:rPr>
        <w:t xml:space="preserve">[54:36] </w:t>
      </w:r>
      <w:r>
        <w:t>" yaani hum pakde gaye ji, ab hum bach nahi sakte. to is tareeqe se woh sab بحث karne lage children of israel musa (a.s.) se.</w:t>
      </w:r>
    </w:p>
    <w:p>
      <w:pPr>
        <w:jc w:val="right"/>
      </w:pPr>
      <w:r>
        <w:t>" یعنیہمپکڑےگئے جی،ابہمبچنہیںسکتے۔ تو اسطریقےسے وہسببحثکرنے لگے چلڈرن آفاسرائیل موسیٰعلیہالسلامسے۔</w:t>
      </w:r>
    </w:p>
    <w:p>
      <w:r>
        <w:rPr>
          <w:b/>
        </w:rPr>
        <w:t xml:space="preserve">[54:46] </w:t>
      </w:r>
      <w:r>
        <w:t>to musa (a.s.) ko bara itminan tha aur bare itminan se unhone kaha ke "kalla no way, humm, inna ma'iya rabbi sayadeen" ke mere sath allah hai, woh humein guide kare ga,</w:t>
      </w:r>
    </w:p>
    <w:p>
      <w:pPr>
        <w:jc w:val="right"/>
      </w:pPr>
      <w:r>
        <w:t>تو موسیٰعلیہالسلامکوبڑااطمینانتھا اور بڑےاطمینانسےانہوںنےکہاکہ"ک لا نو وے، ہمم ،ان ا مع یربی سیحدین" کہمیرےساتھ اللہ ہے،وہمجھےگائیڈکرےگا،</w:t>
      </w:r>
    </w:p>
    <w:p>
      <w:r>
        <w:rPr>
          <w:b/>
        </w:rPr>
        <w:t xml:space="preserve">[55:00] </w:t>
      </w:r>
      <w:r>
        <w:t>"no way, no by no man" allah hamare sath</w:t>
      </w:r>
    </w:p>
    <w:p>
      <w:pPr>
        <w:jc w:val="right"/>
      </w:pPr>
      <w:r>
        <w:t>"نووے،نو بائینو مین" اللہ ہمارےساتھ</w:t>
      </w:r>
    </w:p>
    <w:p>
      <w:r>
        <w:rPr>
          <w:b/>
        </w:rPr>
        <w:t xml:space="preserve">[55:04] </w:t>
      </w:r>
      <w:r>
        <w:t>hai, woh humein guide kare ga. aur quran mein aaya tha, pehle maine zikr kiya ke quran mein aaya tha "latakhf daraka wala takhsha" allah taala ne yeh wahi ki thi pehle ke woh log jo peeche se aayenge us se mat daro, jo peecha karenge aur na kisi aur cheez se daro. to yaani mukammal bharosa tha musa (a.s.) ko lekin bani israil chuki aisi aisi kiifiyat paida ho gayi thi ke aage samandar hai aur peeche fauj hai to woh bohat hi dar gaye the, bohat hi ghabra gaye the,</w:t>
      </w:r>
    </w:p>
    <w:p>
      <w:pPr>
        <w:jc w:val="right"/>
      </w:pPr>
      <w:r>
        <w:t>ہے، وہہمیںگائیڈ کرےگا۔ اور قرآنمیںآیاتھا،پہلے میںنےذکرکیا کہ قرآنمیںآیاتھا"لاتخ اف درکن ولا تخشا" اللہ تعالیٰنے یہ وحیکیتھیپہلے کہ وہلوگ جوپیچھےسےآئیںگےاسسےمت ڈرو ،جوپیچھاکریںگے اور نہکسی اورچیزسے ڈرو۔تویعنیمکمل بھروسہتھا موسیٰعلیہالسلامکولیکن بنی اسرائیلچونکہایسی ایسیکیفیت پیدا ہوگئیتھیکہآگے سمندرہےاورپیچھےفوجہے تو وہبہتہیڈرگئےتھے،بہتہی گھبراگئےتھے</w:t>
      </w:r>
    </w:p>
    <w:p>
      <w:r>
        <w:rPr>
          <w:b/>
        </w:rPr>
        <w:t xml:space="preserve">[55:33] </w:t>
      </w:r>
      <w:r>
        <w:t>ji. aur doctor sahib phir hum jaisa ke jante hain ke quran mein aaya hai ke ek unthinkable cheez hui jake "the stretched of the sea was turned asunder" ji aur do bari bari massive pani ki deewarein khadi ho gayin ji aur jo sea hai woh split kar gaya.</w:t>
      </w:r>
    </w:p>
    <w:p>
      <w:pPr>
        <w:jc w:val="right"/>
      </w:pPr>
      <w:r>
        <w:t>جی۔ اور ڈاکٹرصاحبپھرہمجیساکہجانتےہیںکہ قرآنمیںآیاہےکہ ایک انتھنکیبل چیز ہوئی جیکہ"داوائٹسٹریچآفدا سی واز ٹونڈاسینڈر"جیاور دوبڑیبڑی میسو پانیکیدیواریںکھڑیہوگئیںجی اور جو سیہے وہ سپلٹکرگیا۔</w:t>
      </w:r>
    </w:p>
    <w:p>
      <w:r>
        <w:rPr>
          <w:b/>
        </w:rPr>
        <w:t xml:space="preserve">[55:51] </w:t>
      </w:r>
      <w:r>
        <w:t>to is manzar ke bare mein bataein hum sab ko. to jab aur qareeb</w:t>
      </w:r>
    </w:p>
    <w:p>
      <w:pPr>
        <w:jc w:val="right"/>
      </w:pPr>
      <w:r>
        <w:t>تواس منظرکےبارےمیں بتائیںہمسبکو ۔ تو جب اور قریب</w:t>
      </w:r>
    </w:p>
    <w:p>
      <w:r>
        <w:rPr>
          <w:b/>
        </w:rPr>
        <w:t xml:space="preserve">[55:58] </w:t>
      </w:r>
      <w:r>
        <w:t>aane lage ji aur yeh log bilkul pahunch gaye bani israil aur musa (a.s.) bilkul samandar ke kinare pahunch gaye to us waqt army bhi bohat qareeb aane lagi thi.</w:t>
      </w:r>
    </w:p>
    <w:p>
      <w:pPr>
        <w:jc w:val="right"/>
      </w:pPr>
      <w:r>
        <w:t>آنےلگے جی اور یہلوگ بالکل پہنچگئے بنی اسرائیلاور موسی ٰعلیہالسلامبالکل سمندر کےکنارےپہنچگئے تو اسوقت آرمیبھیبہت قریب آنےلگیتھی۔</w:t>
      </w:r>
    </w:p>
    <w:p>
      <w:r>
        <w:rPr>
          <w:b/>
        </w:rPr>
        <w:t xml:space="preserve">[56:12] </w:t>
      </w:r>
      <w:r>
        <w:t>to bohat hi nazuk lamha tha, woh bohat hi nazuk lamha tha. to us waqt musa (a.s.) ko allah taala ne wahi ki ke "fa awhaina ila musa an idrib asak al-bahr" ke samandar ke upar apni lathi ko maro ji. to</w:t>
      </w:r>
    </w:p>
    <w:p>
      <w:pPr>
        <w:jc w:val="right"/>
      </w:pPr>
      <w:r>
        <w:t>تو بہتہی نازک لمحہ تھا،وہبہتہینازکلمحہتھا۔تواسوقت موسیٰعلیہالسلام کو اللہ تعالیٰنےوحیکی کہ"فا وحیناالیموسی ٰ ان اضرب اس اک البحر" کہ سم ندرکےاوپر اپنی لاٹھیکومارو جی۔تو</w:t>
      </w:r>
    </w:p>
    <w:p>
      <w:r>
        <w:rPr>
          <w:b/>
        </w:rPr>
        <w:t xml:space="preserve">[56:27] </w:t>
      </w:r>
      <w:r>
        <w:t>musa (a.s.) gaye qareeb samandar ke paas aur unhone apni lathi zor se mari pani ke upar to bara hi ek unusual cheez hui yaani jo samandar ki lehrein beh rahi thin woh beech mein se hatne lagin aur bohat hi bara rasta khul gaya.</w:t>
      </w:r>
    </w:p>
    <w:p>
      <w:pPr>
        <w:jc w:val="right"/>
      </w:pPr>
      <w:r>
        <w:t>موسیٰعلیہالسلام گئےقریب سمندرکےپاس اور انہوںنے اپنی لاٹھیزورسےماری پانیکےاوپر توبڑاہیایک انیوزل چیز ہوئی یعنیجو سم ندرکیلہریںبہہرہیتھیںوہ بیچمیںسےہٹنےلگیںاوربہت ہیبڑا راستہ کھلگیا۔</w:t>
      </w:r>
    </w:p>
    <w:p>
      <w:r>
        <w:rPr>
          <w:b/>
        </w:rPr>
        <w:t xml:space="preserve">[56:42] </w:t>
      </w:r>
      <w:r>
        <w:t>aur idhar ek do bari bari ek tareeqe se chattanें bohat hi bari ek mountain ki tarah se khadi ho gayin ji yaani woh jo lehrein thin woh ek chattan ban gayin idhar aur idhar aur bohat hi waseeh rasta</w:t>
      </w:r>
    </w:p>
    <w:p>
      <w:pPr>
        <w:jc w:val="right"/>
      </w:pPr>
      <w:r>
        <w:t>اور ادھرایک دو بڑیبڑی ایک طریقےسے چٹانیںبہتہیبڑی ایک ماؤنٹینکیطرحسے کھڑیہوگئی جییعنیوہجو لہریںتھیںوہ ایک چٹانبنگئیںادھراور ادھراوربہت ہی وسیعراستہ</w:t>
      </w:r>
    </w:p>
    <w:p>
      <w:r>
        <w:rPr>
          <w:b/>
        </w:rPr>
        <w:t xml:space="preserve">[56:56] </w:t>
      </w:r>
      <w:r>
        <w:t>khul gaya ji. to yeh kya zabardast scene raha hoga ji ke ajeebo ghareeb scene raha hoga yeh ji. to jo jo lehrein thin woh bilkul split ho gayin aur beech mein rasta khul gaya.</w:t>
      </w:r>
    </w:p>
    <w:p>
      <w:pPr>
        <w:jc w:val="right"/>
      </w:pPr>
      <w:r>
        <w:t>کھلگیا جی۔ تو یہ کیا زبرد ستسین رہاہوگا جی کہ عجیبوغریب سینرہاہوگایہ جی۔توجو جو لہریںتھیںوہبالکل سپلٹہوگئیں اور بیچمیں راستہ کھلگیا۔</w:t>
      </w:r>
    </w:p>
    <w:p>
      <w:r>
        <w:rPr>
          <w:b/>
        </w:rPr>
        <w:t xml:space="preserve">[57:13] </w:t>
      </w:r>
      <w:r>
        <w:t>ek bara hi ajeeb scene raha hoga aur to yeh allah taala ki khaas madad thi ke ek safe rasta bana diya.</w:t>
      </w:r>
    </w:p>
    <w:p>
      <w:pPr>
        <w:jc w:val="right"/>
      </w:pPr>
      <w:r>
        <w:t>ایکبڑے بڑاعجیب سین رہاہوگا اورتویہ اللہ تعالیٰکیخصوصی مد دتھی کہ ایک سیفراستہ بنادیا۔</w:t>
      </w:r>
    </w:p>
    <w:p>
      <w:r>
        <w:rPr>
          <w:b/>
        </w:rPr>
        <w:t xml:space="preserve">[57:22] </w:t>
      </w:r>
      <w:r>
        <w:t>to musa (a.s.) badhe sab se pehle aur is raste pe qadam rakha aur saare jo bani israil ke log the us mein dakhil ho ke jaane lage ji aur allah taala se shukr ada kiya musa (a.s.) ne aur bani israil ne ke is nazuk mauqe pe allah taala ne is moajze ke tehat inko b</w:t>
      </w:r>
    </w:p>
    <w:p>
      <w:pPr>
        <w:jc w:val="right"/>
      </w:pPr>
      <w:r>
        <w:t>تو موسیٰعلیہالسلام بڑھےسبسےپہلے اور اسراستےپہقدم رکھا اور سارےجو بنی اسرائیلکےلوگتھےاسمیں داخلہوکے جانےلگے جیاور اللہتعالیٰسےشکراداکیا موسیٰعلیہالسلامنےاوربنیاسرائیلنے کہاس نازک موقع پہاللہ تعالیٰنےاسمعجزےکےتحت انکو ب</w:t>
      </w:r>
    </w:p>
    <w:p>
      <w:r>
        <w:rPr>
          <w:b/>
        </w:rPr>
        <w:t xml:space="preserve">[57:41] </w:t>
      </w:r>
      <w:r>
        <w:t>chahiye hai ji aur actually doctor sahib dekhay jaye to woh</w:t>
      </w:r>
    </w:p>
    <w:p>
      <w:pPr>
        <w:jc w:val="right"/>
      </w:pPr>
      <w:r>
        <w:t>چایاہے جی۔ اور ایکچولیڈاکٹرصاحبدیکھاجائےتووہ</w:t>
      </w:r>
    </w:p>
    <w:p>
      <w:r>
        <w:rPr>
          <w:b/>
        </w:rPr>
        <w:t xml:space="preserve">[57:44] </w:t>
      </w:r>
      <w:r>
        <w:t>aisa lamha tha kay Firon ko usi waqt yaqeen ho jana chahiye tha kay Moosa alaihiالسلام jo hain woh waqai mein aik prophet hain aur Allah taala jo hai woh sab ka creator</w:t>
      </w:r>
    </w:p>
    <w:p>
      <w:pPr>
        <w:jc w:val="right"/>
      </w:pPr>
      <w:r>
        <w:t>ایسا لمحہتھاکہ فرعونکو اسی وقت یقین ہوجاناچاہیےتھا کہ موسیٰعلیہالسلامجوہیں وہ واقع یمیں ایک پرافٹہیں اور اللہ تعالیٰجوہےوہسبکاکریٹر</w:t>
      </w:r>
    </w:p>
    <w:p>
      <w:r>
        <w:rPr>
          <w:b/>
        </w:rPr>
        <w:t xml:space="preserve">[57:57] </w:t>
      </w:r>
      <w:r>
        <w:t>hai lekin woh abhi bhi isi par isi par in ko pursue karnay kay</w:t>
      </w:r>
    </w:p>
    <w:p>
      <w:pPr>
        <w:jc w:val="right"/>
      </w:pPr>
      <w:r>
        <w:t>ہے لیکن وہ ابھیبھی اسی پرس،اسیپرسانکوپرسیوکرنےکے</w:t>
      </w:r>
    </w:p>
    <w:p>
      <w:r>
        <w:rPr>
          <w:b/>
        </w:rPr>
        <w:t xml:space="preserve">[58:03] </w:t>
      </w:r>
      <w:r>
        <w:t>chakkr mein jo bhi samandar mein utar gaya aur us nay socha kay</w:t>
      </w:r>
    </w:p>
    <w:p>
      <w:pPr>
        <w:jc w:val="right"/>
      </w:pPr>
      <w:r>
        <w:t>چکرمیں جیوہبھی سمندرمیںاترگیااوراسنےسوچاکہ</w:t>
      </w:r>
    </w:p>
    <w:p>
      <w:r>
        <w:rPr>
          <w:b/>
        </w:rPr>
        <w:t xml:space="preserve">[58:07] </w:t>
      </w:r>
      <w:r>
        <w:t>mein is rastay say nikal kar in ko pakar paoon ga lekin</w:t>
      </w:r>
    </w:p>
    <w:p>
      <w:pPr>
        <w:jc w:val="right"/>
      </w:pPr>
      <w:r>
        <w:t>میں اس راستےسے نکل کرانکو پکڑپاؤںگا۔لیکن</w:t>
      </w:r>
    </w:p>
    <w:p>
      <w:r>
        <w:rPr>
          <w:b/>
        </w:rPr>
        <w:t xml:space="preserve">[58:11] </w:t>
      </w:r>
      <w:r>
        <w:t>phir hota yeh hai ke samandar ki lehrein jo hain woh poori engulf kar leti hain firon ko aur woh apni poori army ke sath is mein doob jata hai.</w:t>
      </w:r>
    </w:p>
    <w:p>
      <w:pPr>
        <w:jc w:val="right"/>
      </w:pPr>
      <w:r>
        <w:t>پھرہوتایہہےکہ سمندرکیلہریںجوہیںوہ پوری انگ لفکرلیتیہیں فرعونکواوروہ اپنیپوریآرمیکےساتھ اسمیں ڈوبجاتاہے۔</w:t>
      </w:r>
    </w:p>
    <w:p>
      <w:r>
        <w:rPr>
          <w:b/>
        </w:rPr>
        <w:t xml:space="preserve">[58:20] </w:t>
      </w:r>
      <w:r>
        <w:t>sahi hai to iske bare mein doctor sahib bataein. to jaise hi musa (a.s.) aur bani israil ke log is raste mein dakhil hue aur thoda aage gaye taqreeban sab ke sab is mein dakhil ho gaye the.</w:t>
      </w:r>
    </w:p>
    <w:p>
      <w:pPr>
        <w:jc w:val="right"/>
      </w:pPr>
      <w:r>
        <w:t>صحیحہےتو اسکےبارےمیں ڈاکٹرصاحببتائیں۔ تو جیسےہی موسیٰعلیہالسلاماور بنی اسرائیلکےلوگ اس راستےمیں داخلہوئے اور تھوڑاآگےگئے تقریباًسب کےسب اسمیں داخلہوگئےتھے۔</w:t>
      </w:r>
    </w:p>
    <w:p>
      <w:r>
        <w:rPr>
          <w:b/>
        </w:rPr>
        <w:t xml:space="preserve">[58:39] </w:t>
      </w:r>
      <w:r>
        <w:t>saare bani israil ke log is raste mein dakhil ho gaye the samandar ke andar to us waqt firon aur uski army pahunchi wahan.</w:t>
      </w:r>
    </w:p>
    <w:p>
      <w:pPr>
        <w:jc w:val="right"/>
      </w:pPr>
      <w:r>
        <w:t>سارےبنی اسرائیلکےلوگ اسراستےمیںداخلہوگئےتھے سمندرکےاندر تواس وقت فرعوناوراسکیآر می پہنچیوہاں۔</w:t>
      </w:r>
    </w:p>
    <w:p>
      <w:r>
        <w:rPr>
          <w:b/>
        </w:rPr>
        <w:t xml:space="preserve">[58:50] </w:t>
      </w:r>
      <w:r>
        <w:t>to firon ne jab dekha yeh manzar to woh ghabra gaya aur dil mein khauf taari ho gaya</w:t>
      </w:r>
    </w:p>
    <w:p>
      <w:pPr>
        <w:jc w:val="right"/>
      </w:pPr>
      <w:r>
        <w:t>تو فرعوننےجب دیکھا یہمنظر تو وہگھبراگیا اور دل میںخوفطاریہوگیا</w:t>
      </w:r>
    </w:p>
    <w:p>
      <w:r>
        <w:rPr>
          <w:b/>
        </w:rPr>
        <w:t xml:space="preserve">[58:57] </w:t>
      </w:r>
      <w:r>
        <w:t>lekin woh apni qaum ke samne haar nahi maan sakta tha ke jiski uske jo log the jo army thi uske samne woh yeh nahi chahta tha ke log sochein ke main haar gaya ji. to usne ek hukum diya army ko ke hum bhi is ko enter is raste mein enter karenge aur pursue karenge bani israil ko.</w:t>
      </w:r>
    </w:p>
    <w:p>
      <w:pPr>
        <w:jc w:val="right"/>
      </w:pPr>
      <w:r>
        <w:t>لیکن وہ اپنی قومکےسام نے ہارنہیںمانسکتاتھا کہ اسکیجو اسکےجولوگ تھےجو آرمیتھیاسکےسامنےوہ یہ نہیںچاہتاتھاکہ لوگ سوچیںکہمیںہارگیا جی۔تواسنے ایک حکمدیا آرمیکو کہ ہمبھی اس کو دا انٹر اسراستےمیںانٹرکریںگےاور پرسوکریںگے بنیاسرائیلکو ۔</w:t>
      </w:r>
    </w:p>
    <w:p>
      <w:r>
        <w:rPr>
          <w:b/>
        </w:rPr>
        <w:t xml:space="preserve">[59:25] </w:t>
      </w:r>
      <w:r>
        <w:t>to firon bhi dakhil ho gaya is mein ji aur sari army ek ek kar ke is mein enter karne lagi. to yeh yaani bohat hi ajeeb sa manzar raha hoga ke woh rasta jo allah taala ne moajze ke tehat banaya tha</w:t>
      </w:r>
    </w:p>
    <w:p>
      <w:pPr>
        <w:jc w:val="right"/>
      </w:pPr>
      <w:r>
        <w:t>تو فرعونبھیداخلہوگیا اسمیں جیاور ساری آرمی ایکایککرکےاسمیں انٹر کرنے لگی۔ تو یہ یعنیبہتہی عجیب سا منظر رہاہوگا کہ وہ راستہجو اللہ تعالیٰنے معجزےکےتحت بنایاتھا</w:t>
      </w:r>
    </w:p>
    <w:p>
      <w:r>
        <w:rPr>
          <w:b/>
        </w:rPr>
        <w:t xml:space="preserve">[59:44] </w:t>
      </w:r>
      <w:r>
        <w:t>firon ko usko dekh ke jaise aap ne kaha darna chahiye tha aur ek khauf paida hota lekin usne yeh yeh kiya ke woh bhi usi raste ko istemal kare.</w:t>
      </w:r>
    </w:p>
    <w:p>
      <w:pPr>
        <w:jc w:val="right"/>
      </w:pPr>
      <w:r>
        <w:t>فرعونکواسکودیکھ کے جیسےآپنےکہا ڈرناچاہیےتھااور ایک خوفپیداہوتالیکن اسنے یہ یہ کیا کہ وہ بھی اسیراستےکواستعمال کرے۔</w:t>
      </w:r>
    </w:p>
    <w:p>
      <w:r>
        <w:rPr>
          <w:b/>
        </w:rPr>
        <w:t xml:space="preserve">[59:59] </w:t>
      </w:r>
      <w:r>
        <w:t>to kitabon mein aata hai ke jab bani israil paar kar gaye aakhri bani israil ka shakhs jab nikla samandar se</w:t>
      </w:r>
    </w:p>
    <w:p>
      <w:pPr>
        <w:jc w:val="right"/>
      </w:pPr>
      <w:r>
        <w:t>تو کتاب وںمیںآتاہےکہجب بنیاسرائیل پارکرگئے آخری بنی اسرائیل کاشخص جب نکلا سمندرسے</w:t>
      </w:r>
    </w:p>
    <w:p>
      <w:r>
        <w:rPr>
          <w:b/>
        </w:rPr>
        <w:t xml:space="preserve">[1:00:10] </w:t>
      </w:r>
      <w:r>
        <w:t>jeeto idhar aakhri shakhs dakhil ho raha tha far'oun ka ji yani far'oun ki poori army jab darya samandar mein aa gayi jeepoori army to woh log poore bahar nikal chuke thay</w:t>
      </w:r>
    </w:p>
    <w:p>
      <w:pPr>
        <w:jc w:val="right"/>
      </w:pPr>
      <w:r>
        <w:t>جیتو ادھرآخریشخص داخلہورہاتھا فر عونکا جی یعنی فرعونکیپوری آرمی جب دا سمندرمیںآگئی جیپوریآرمی تو وہلوگ پورےباہرنکلچکےتھے</w:t>
      </w:r>
    </w:p>
    <w:p>
      <w:r>
        <w:rPr>
          <w:b/>
        </w:rPr>
        <w:t xml:space="preserve">[1:00:24] </w:t>
      </w:r>
      <w:r>
        <w:t>ji to us waqt taqreeban beechon beech yeh far'oun ji ji pohnchatha to Allah taala ne Musa a.s. ko phir hukum diya ke phir lehron ke oopar se maaro apni laathi.</w:t>
      </w:r>
    </w:p>
    <w:p>
      <w:pPr>
        <w:jc w:val="right"/>
      </w:pPr>
      <w:r>
        <w:t>جی ۔تواسوقت تقریباًبیچوںبیچیہفرعون جیجی پہنچاتھا تو اللہ تعالیٰنے موسیٰعلیہالسلامکو پھرحکمدیا کہ پھر لہروںکےاوپر سے مارواپنیلاٹھی۔</w:t>
      </w:r>
    </w:p>
    <w:p>
      <w:r>
        <w:rPr>
          <w:b/>
        </w:rPr>
        <w:t xml:space="preserve">[1:00:38] </w:t>
      </w:r>
      <w:r>
        <w:t>to Musa a.s. ne laathi maari asa jo tha ji jo deewar ki tarah khari hui thi lehr uske oopar maara to woh yun gir gayi dono taraf se</w:t>
      </w:r>
    </w:p>
    <w:p>
      <w:pPr>
        <w:jc w:val="right"/>
      </w:pPr>
      <w:r>
        <w:t>تو موسیٰعلیہالسلامنےلاٹھی ماری عصاجوتھا جی جو دیوارکیطرح کھڑیہوئیتھی لہراسکےاوپرمارا تو وہیوں گرگئی دونوںطرفسے</w:t>
      </w:r>
    </w:p>
    <w:p>
      <w:r>
        <w:rPr>
          <w:b/>
        </w:rPr>
        <w:t xml:space="preserve">[1:00:49] </w:t>
      </w:r>
      <w:r>
        <w:t>ji aur jo army thi unki woh firo kar sha ho ke uske andar thay all round a knot. to bohat hi yani ajeeb marhala raha hoga ke saare ke saare 16 lakh jo thay woh doob gaye is mein ji aur doobte waqt doctor sahib phir usne finally confess kiya ke main jo hai is baat ko accept karta hoon ke Musa a.s. ka jo Khuda hai woh waqai mein Khuda hai sab ka creator hai</w:t>
      </w:r>
    </w:p>
    <w:p>
      <w:pPr>
        <w:jc w:val="right"/>
      </w:pPr>
      <w:r>
        <w:t>جیاور جو آرمیتھیانکی وہ فیرو کرشہوکےاسکےاندر تھے آل راؤنڈاناٹ۔ تو بہت ہی یعنی عجیب مرحلہ رہاہوگا کہسارےکےسارے 16 لاکھجوتھے وہڈوبگئےاسمیں جی اور ڈوبتےوقت ڈاکٹرصاحبپھراسنےفائنلی کنفیسکیا کہ میں جو ہےاسباتکو ایکسیپٹکرتاہوںکہ موسی ٰعلیہالسلامکاجو خداہےوہ واقع یمیں خداہےسبکاکری ٹرہے</w:t>
      </w:r>
    </w:p>
    <w:p>
      <w:r>
        <w:rPr>
          <w:b/>
        </w:rPr>
        <w:t xml:space="preserve">[1:01:17] </w:t>
      </w:r>
      <w:r>
        <w:t>lekin iske confession ko doctor sahib reject kar diya gaya. sahih to doctor sahib yahan sawal yeh bhi aata hai ke kehta yeh bhi jaata hai ke aakhri lamhe tak agar koi maafi maange to maafi ji woh hai qabool hoti hai ji.</w:t>
      </w:r>
    </w:p>
    <w:p>
      <w:pPr>
        <w:jc w:val="right"/>
      </w:pPr>
      <w:r>
        <w:t>لیکن اسکےکنفیشنکو ڈاکٹرصاحبریجیکٹکردیاگیا۔ صحیحتو ڈاکٹرصاحبیہاںسوالایکیہبھیآتاہےکہ کہاتویہبھیجاتا ہےکہ آخری لمحےتک اگر کوئیمعافیمانگے تو معافیجوہے قبولہوتیہے جی۔</w:t>
      </w:r>
    </w:p>
    <w:p>
      <w:r>
        <w:rPr>
          <w:b/>
        </w:rPr>
        <w:t xml:space="preserve">[1:01:30] </w:t>
      </w:r>
      <w:r>
        <w:t>to yahan pe hum dekh rahe hain ke aisa hua ji lekin phir bhi iske confession ko Allah taala ne reject kar diya. to isko thoda wazeh karein aap ji aur yeh aaj ka aakhri sawal bhi hai doctor sahib</w:t>
      </w:r>
    </w:p>
    <w:p>
      <w:pPr>
        <w:jc w:val="right"/>
      </w:pPr>
      <w:r>
        <w:t>تویہاںپہہمدیکھرہےہیںکہایساہوا جیلیکن پھربھی اسکےکنفیشنکو اللہ تعالیٰنےریجیکٹکردیا ۔تو اسکوتھوڑاواضحکریںآپجیاوریہ آجکاآخریسوالبھیہےڈاکٹرصاح</w:t>
      </w:r>
    </w:p>
    <w:p>
      <w:r>
        <w:rPr>
          <w:b/>
        </w:rPr>
        <w:t xml:space="preserve">[1:01:41] </w:t>
      </w:r>
      <w:r>
        <w:t>b. sahih hai ji to jaisa aap ne kaha jab far'oun doobne laga aur uski aakhri saansein aane lagin tab uske samajh mein aaya ke woh ghalati pe tha Musa a.s. ke paigham ko samajhne mein usne ghalati ki.</w:t>
      </w:r>
    </w:p>
    <w:p>
      <w:pPr>
        <w:jc w:val="right"/>
      </w:pPr>
      <w:r>
        <w:t>ب۔صحیحہےجی تو جیساآپنےکہاجب فرعونڈوبنےلگا اور اسکی آخری سانسیں آنےلگیں تباسکےسمجھمیںآیاکہ وہغلطیپہتھا موسیٰعلیہالسلامکے پیغامکو سمجھنےمیںاسنےغلطیکی۔</w:t>
      </w:r>
    </w:p>
    <w:p>
      <w:r>
        <w:rPr>
          <w:b/>
        </w:rPr>
        <w:t xml:space="preserve">[1:01:59] </w:t>
      </w:r>
      <w:r>
        <w:t>to us waqt bola ke qala amantu bil lazi amana bihi banu israil main iman lata hoon ke iske siwa koi ibadat ke laiq nahi jis par Bani Israel iman laye aur main farmanbardaron mein se hoon wa inna minal muslimeen yani woh aakhri waqt mein jab saans ruk raha tha us waqt iman le aaya</w:t>
      </w:r>
    </w:p>
    <w:p>
      <w:pPr>
        <w:jc w:val="right"/>
      </w:pPr>
      <w:r>
        <w:t>تواس وقت بولا کہ قالآمنتانہلا الہالا الذی آمنت بہ بنواسرائیل میں ایمان لاتاہوں کہ اس کےسوا کوئیعبادتکےلائقنہیں جسپر بنی اسرائیل ایمان لائےاورمیں فرمانبرد اروںمیںسےہوں و انامن المسلمین یعنیوہ آخریوقت میںجب سانساسکیاکھڑرہیتھیاسوقت ایمانلےآیا</w:t>
      </w:r>
    </w:p>
    <w:p>
      <w:r>
        <w:rPr>
          <w:b/>
        </w:rPr>
        <w:t xml:space="preserve">[1:02:21] </w:t>
      </w:r>
      <w:r>
        <w:t>lekin Allah rejected his last moment confession aur kaha ke al ana wa qad is yait ke ab tum iman la rahe ho aur pehle to tum nafarman bane hue thay aur wa kun minal mufsidin aur fasaad barpa karne walon mein se thay.</w:t>
      </w:r>
    </w:p>
    <w:p>
      <w:pPr>
        <w:jc w:val="right"/>
      </w:pPr>
      <w:r>
        <w:t>لیکن اللہ ریجیکٹڈہزلاسٹمنٹکنفیشن اور کہاکہ الان وقد اس یت کہ ابتم ایمانلارہےہواورپہلے توتم نافرمان بنےہوئےتھے اور و کنمن المفسدین اور فساد برپاکرنےوالوںمیںسےتھے۔</w:t>
      </w:r>
    </w:p>
    <w:p>
      <w:r>
        <w:rPr>
          <w:b/>
        </w:rPr>
        <w:t xml:space="preserve">[1:02:42] </w:t>
      </w:r>
      <w:r>
        <w:t>to</w:t>
      </w:r>
    </w:p>
    <w:p>
      <w:pPr>
        <w:jc w:val="right"/>
      </w:pPr>
      <w:r>
        <w:t>تو</w:t>
      </w:r>
    </w:p>
    <w:p>
      <w:r>
        <w:rPr>
          <w:b/>
        </w:rPr>
        <w:t xml:space="preserve">[1:02:43] </w:t>
      </w:r>
      <w:r>
        <w:t>dar'asal aakhri waqt tak iman ki baat hai woh sahih hai lekin yeh to itna itni lambi muddat usko di saal ha saal ji aur usko bar bar Musa pegham'bar ke samne hum pegham'bar ko agar koi reject karta hai to phir azab aata hai ji ji ji Rasool Allah SAW ke baad woh cheez khatam ho gayi</w:t>
      </w:r>
    </w:p>
    <w:p>
      <w:pPr>
        <w:jc w:val="right"/>
      </w:pPr>
      <w:r>
        <w:t>دراصل آخریوقت تک ایمانکیجوباتہے وہصحیحہے لیکن یہتواتنا اتنی لمبی مد تاسکو دی سالہسال جیاوراسکو باربار موسی ٰ پیغمبرکےسامنے ہم مپیغمبر کواگر کوئیریجیکٹکرتاہے توپھر عذابآتاہے جی جیجی رسولاللہصلیاللہعلیہوسلمکےبعدوہ چیزختمہوگئی</w:t>
      </w:r>
    </w:p>
    <w:p>
      <w:r>
        <w:rPr>
          <w:b/>
        </w:rPr>
        <w:t xml:space="preserve">[1:03:07] </w:t>
      </w:r>
      <w:r>
        <w:t>lekin yeh Allah taala ki sunnat thi jaise Nuh a.s. ke sath waqe' hua ke zamaney mein waqe' hua ke log doob gaye ke pegham'bar ka aana bohat bari cheez hai yeh mamooli baat nahi hai waqai to pegham'bar ke samne agar koi shakhs pegham'bar ko reject karta hai to phir woh azab aata hai ji ji ji to isi isi surat ki yeh cheez thi jike sab ke sab yeh doob gaye aur Allah taala ne accept</w:t>
      </w:r>
    </w:p>
    <w:p>
      <w:pPr>
        <w:jc w:val="right"/>
      </w:pPr>
      <w:r>
        <w:t>لیکن یہ اللہتعالیٰکیسنتتھی جیسے نوحعلیہالسلام کےساتھ واقع ہ ہوا کےزمان ےمیںواقع ہہوا کہ لوگ ڈوبگئےکہپیغمبرکاآنابہتبڑیچیزہے یہمعمولیباتنہیںہے واقع ی تو پیغمبر کے سامنےاگر کوئی شخص پیغمبرکوریجیکٹکرتاہے تو پھر وہ عذابآتاہے جیجیجیتواسی اسیصورت کییہچیز تھی جیکہسبکےسب یہڈوبگئےاوراللہتعالیٰنےایکسیپٹ</w:t>
      </w:r>
    </w:p>
    <w:p>
      <w:r>
        <w:rPr>
          <w:b/>
        </w:rPr>
        <w:t xml:space="preserve">[1:03:32] </w:t>
      </w:r>
      <w:r>
        <w:t>nahi ki ji kyunke saal ha saal to usko woh bataya gaya samjhaya gaya lekin yeh mana hi nahi aur voluntary basis pe aana chahiye na ke compulsory basis pe jo ke yahan pe hum ne dekha hai yeh point bhi bohat acha hai jab doobne lage ya lagta hai ke ab to maut aa gayi to ab to khatam hai ji ji ji bilkul sahih ji jazak Allah doctor sahib aap ne bohat hi sabak andoz tareeqe se hum sab ko bohat si achhi baatein bata</w:t>
      </w:r>
    </w:p>
    <w:p>
      <w:pPr>
        <w:jc w:val="right"/>
      </w:pPr>
      <w:r>
        <w:t>نہیںکی جیچونکہ سالہسالتو اسکو وہ بت ایاگیا سمجھایاگیا لیکن یہ ماناہینہیں اور وال نٹری بیسزپہآناچاہیےنہکہ کمپلسوبیسزپہ جو کہ یہاںپہہمنےدیکھا ہےیہپوائنٹبھیبہت اچھاہے جبڈوبنےلگےیالگتاہےکہابتوموتآگئی تواب تو ختمہے جیجیجی بالکل صحیح جی جز اکاللہڈاکٹرصاحب آپنےبہتہی سبقاند وز طریقےسےہمسبکوبہت سیاچھیباتیںبت</w:t>
      </w:r>
    </w:p>
    <w:p>
      <w:r>
        <w:rPr>
          <w:b/>
        </w:rPr>
        <w:t xml:space="preserve">[1:04:02] </w:t>
      </w:r>
      <w:r>
        <w:t>ayein ji to agle session ke liye be sabri se intezar rahega ke in ko hum aage badhayenge to aaj ka session hum yahin khatam karte hain hum phir lotenge agle Sunday saare das baje thank you.</w:t>
      </w:r>
    </w:p>
    <w:p>
      <w:pPr>
        <w:jc w:val="right"/>
      </w:pPr>
      <w:r>
        <w:t>ائیں جی تو اگلےسیشنکےلیےبےصبریسےانتظاررہےگا کہانیکوہمآگےبڑھائیںگےتو آجکاسیشنہمیہیںختم کرتے ہیںہمپھرلوٹیںگےاگلےسنڈے ساڑھےدس بجےتھینکیو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