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Individual &amp; Society March 9, 2014</w:t>
      </w:r>
    </w:p>
    <w:p>
      <w:r>
        <w:t>https://youtu.be/v4WioeR_DD4</w:t>
      </w:r>
    </w:p>
    <w:p>
      <w:r>
        <w:rPr>
          <w:b/>
        </w:rPr>
        <w:t xml:space="preserve">[00:29] </w:t>
      </w:r>
      <w:r>
        <w:t>wazal al-uqdatan min lisani, yafqahu qawli.</w:t>
      </w:r>
    </w:p>
    <w:p>
      <w:pPr>
        <w:jc w:val="right"/>
      </w:pPr>
      <w:r>
        <w:t>واحل العقدۃ من لسانی، یفقہ قولی۔</w:t>
      </w:r>
    </w:p>
    <w:p>
      <w:r>
        <w:rPr>
          <w:b/>
        </w:rPr>
        <w:t xml:space="preserve">[00:38] </w:t>
      </w:r>
      <w:r>
        <w:t>aaj March 2014 ki 9 tareekh hai. aaj ka topic hai "individual and society".</w:t>
      </w:r>
    </w:p>
    <w:p>
      <w:pPr>
        <w:jc w:val="right"/>
      </w:pPr>
      <w:r>
        <w:t>آج مارچ 2014 کی 9 تاریخ ہے۔ آج کا ٹاپک ہے "انڈیویجول اینڈ سوسائٹی"۔</w:t>
      </w:r>
    </w:p>
    <w:p>
      <w:r>
        <w:rPr>
          <w:b/>
        </w:rPr>
        <w:t xml:space="preserve">[00:54] </w:t>
      </w:r>
      <w:r>
        <w:t>fard aur samaj.</w:t>
      </w:r>
    </w:p>
    <w:p>
      <w:pPr>
        <w:jc w:val="right"/>
      </w:pPr>
      <w:r>
        <w:t>فرد اور سماج۔</w:t>
      </w:r>
    </w:p>
    <w:p>
      <w:r>
        <w:rPr>
          <w:b/>
        </w:rPr>
        <w:t xml:space="preserve">[00:59] </w:t>
      </w:r>
      <w:r>
        <w:t>main ek baat yaad karna chahta hoon ke kal</w:t>
      </w:r>
    </w:p>
    <w:p>
      <w:pPr>
        <w:jc w:val="right"/>
      </w:pPr>
      <w:r>
        <w:t>میں ایک بات یاد کرنا چاہتا ہوں کہ کل</w:t>
      </w:r>
    </w:p>
    <w:p>
      <w:r>
        <w:rPr>
          <w:b/>
        </w:rPr>
        <w:t xml:space="preserve">[01:08] </w:t>
      </w:r>
      <w:r>
        <w:t>maine ek article padha kisi shakhs ka, ke woh yeh sabit kar rahe the ke science ke saare formule Quran majeed mein hain.</w:t>
      </w:r>
    </w:p>
    <w:p>
      <w:pPr>
        <w:jc w:val="right"/>
      </w:pPr>
      <w:r>
        <w:t>میں نے ایک آرٹیکل پڑھا کسی شخص کا، کہ وہ یہ ثابت کر رہے تھے کہ سائنس کے سارے فارمولے قرآن مجید میں ہیں۔</w:t>
      </w:r>
    </w:p>
    <w:p>
      <w:r>
        <w:rPr>
          <w:b/>
        </w:rPr>
        <w:t xml:space="preserve">[01:19] </w:t>
      </w:r>
      <w:r>
        <w:t>yeh bilkul absurd baat hai. Quran mein bilashuba sari baatein hain, lekin kaun si?</w:t>
      </w:r>
    </w:p>
    <w:p>
      <w:pPr>
        <w:jc w:val="right"/>
      </w:pPr>
      <w:r>
        <w:t>یہ بالکل ایبسرٹ بات ہے۔ قرآن میں بلاشبہ ساری باتیں ہیں، لیکن کون سی؟</w:t>
      </w:r>
    </w:p>
    <w:p>
      <w:r>
        <w:rPr>
          <w:b/>
        </w:rPr>
        <w:t xml:space="preserve">[01:29] </w:t>
      </w:r>
      <w:r>
        <w:t>science aur technology ki nahi, ma'rifat ki. ma'rifat ki tamam baatein Quran mein maujood hain.</w:t>
      </w:r>
    </w:p>
    <w:p>
      <w:pPr>
        <w:jc w:val="right"/>
      </w:pPr>
      <w:r>
        <w:t>سائنس اور ٹیکنالوجی کی نہیں، معرفت کی۔ معرفت کی تمام باتیں قرآن میں موجود ہیں۔</w:t>
      </w:r>
    </w:p>
    <w:p>
      <w:r>
        <w:rPr>
          <w:b/>
        </w:rPr>
        <w:t xml:space="preserve">[01:41] </w:t>
      </w:r>
      <w:r>
        <w:t>jo log science, jo log Quran se science ke formule nikalte hain, main dekhoon woh kuch bhi nahi jante. Quran se nikalna chahiye ma'rifat.</w:t>
      </w:r>
    </w:p>
    <w:p>
      <w:pPr>
        <w:jc w:val="right"/>
      </w:pPr>
      <w:r>
        <w:t>جو لوگ سائنس، جو لوگ قرآن سے سائنس کے فارمولے نکالتے ہیں، میں دیکھوں وہ کچھ بھی نہیں جانتے۔ قرآن سے نکالنا چاہیے معرفت۔</w:t>
      </w:r>
    </w:p>
    <w:p>
      <w:r>
        <w:rPr>
          <w:b/>
        </w:rPr>
        <w:t xml:space="preserve">[01:55] </w:t>
      </w:r>
      <w:r>
        <w:t>ma'rifat-e-khudawandi.</w:t>
      </w:r>
    </w:p>
    <w:p>
      <w:pPr>
        <w:jc w:val="right"/>
      </w:pPr>
      <w:r>
        <w:t>معرفت خداوندی۔</w:t>
      </w:r>
    </w:p>
    <w:p>
      <w:r>
        <w:rPr>
          <w:b/>
        </w:rPr>
        <w:t xml:space="preserve">[02:00] </w:t>
      </w:r>
      <w:r>
        <w:t>to is ke system mein ek baat main arz karna chahta hoon ke aap ko chahiye ke apne mind ko aap prepare karen.</w:t>
      </w:r>
    </w:p>
    <w:p>
      <w:pPr>
        <w:jc w:val="right"/>
      </w:pPr>
      <w:r>
        <w:t>تو اس کے سسٹم میں ایک بات میں عرض کرنا چاہتا ہوں کہ آپ کو چاہیے کہ اپنے مائنڈ کو آپ پریپیئر کریں۔</w:t>
      </w:r>
    </w:p>
    <w:p>
      <w:r>
        <w:rPr>
          <w:b/>
        </w:rPr>
        <w:t xml:space="preserve">[02:12] </w:t>
      </w:r>
      <w:r>
        <w:t>first of all, you have to prepare your mind.</w:t>
      </w:r>
    </w:p>
    <w:p>
      <w:pPr>
        <w:jc w:val="right"/>
      </w:pPr>
      <w:r>
        <w:t>فرسٹ آف آل، یو ہیو ٹو پریپیئر یور مائنڈ۔</w:t>
      </w:r>
    </w:p>
    <w:p>
      <w:r>
        <w:rPr>
          <w:b/>
        </w:rPr>
        <w:t xml:space="preserve">[02:18] </w:t>
      </w:r>
      <w:r>
        <w:t>dekhen, mind ka mamla yeh hai ke tamam cheezen is mein hain, lekin dormant position mein hain.</w:t>
      </w:r>
    </w:p>
    <w:p>
      <w:pPr>
        <w:jc w:val="right"/>
      </w:pPr>
      <w:r>
        <w:t>دیکھیں، مائنڈ کا معاملہ یہ ہے کہ تمام چیزیں اس میں ہیں، لیکن ڈارمنٹ پوزیشن میں ہیں۔</w:t>
      </w:r>
    </w:p>
    <w:p>
      <w:r>
        <w:rPr>
          <w:b/>
        </w:rPr>
        <w:t xml:space="preserve">[02:28] </w:t>
      </w:r>
      <w:r>
        <w:t>is ko activate karna parta hai. jab activate karte hain aap, tabhi sari baatein khulti hain. tabhi potential jo hai woh unfold hote hain.</w:t>
      </w:r>
    </w:p>
    <w:p>
      <w:pPr>
        <w:jc w:val="right"/>
      </w:pPr>
      <w:r>
        <w:t>اس کو ایکٹیویٹ کرنا پڑتا ہے۔ جب ایکٹیویٹ کرتے ہیں آپ، تبھی ساری باتیں کھلتی ہیں۔ تبھی پوٹینشل جو ہے وہ انفولڈ ہوتے ہیں۔</w:t>
      </w:r>
    </w:p>
    <w:p>
      <w:r>
        <w:rPr>
          <w:b/>
        </w:rPr>
        <w:t xml:space="preserve">[02:42] </w:t>
      </w:r>
      <w:r>
        <w:t>isi ke liye maine is se pehle istemal kiya tha lafz "trigger". T R I double G E R. trigger kehte hain.</w:t>
      </w:r>
    </w:p>
    <w:p>
      <w:pPr>
        <w:jc w:val="right"/>
      </w:pPr>
      <w:r>
        <w:t>اسی کے لیے میں نے اس سے پہلے استعمال کیا تھا لفظ "ٹریگر"۔ ٹی آر آئی ڈبل جی ای آر۔ ٹریگر کہتے ہیں۔</w:t>
      </w:r>
    </w:p>
    <w:p>
      <w:r>
        <w:rPr>
          <w:b/>
        </w:rPr>
        <w:t xml:space="preserve">[02:52] </w:t>
      </w:r>
      <w:r>
        <w:t>trigger ek smart device hai jo gun mein istemal hoti hai.</w:t>
      </w:r>
    </w:p>
    <w:p>
      <w:pPr>
        <w:jc w:val="right"/>
      </w:pPr>
      <w:r>
        <w:t>ٹریگر ایک سمارٹ ڈیوائس ہے جو گن میں استعمال ہوتی ہے۔</w:t>
      </w:r>
    </w:p>
    <w:p>
      <w:r>
        <w:rPr>
          <w:b/>
        </w:rPr>
        <w:t xml:space="preserve">[02:58] </w:t>
      </w:r>
      <w:r>
        <w:t>gun mein barood bhara jata hai. kartoos kya hai? is ke andar barood hota hai.</w:t>
      </w:r>
    </w:p>
    <w:p>
      <w:pPr>
        <w:jc w:val="right"/>
      </w:pPr>
      <w:r>
        <w:t>گن میں بارود بھرا جاتا ہے۔ کارتوس کیا ہے؟ اس کے اندر بارود ہوتا ہے۔</w:t>
      </w:r>
    </w:p>
    <w:p>
      <w:r>
        <w:rPr>
          <w:b/>
        </w:rPr>
        <w:t xml:space="preserve">[03:08] </w:t>
      </w:r>
      <w:r>
        <w:t>to trigger jo hai ek choti si device hai. is ko jab aap dabate hain to woh ek shock lagta hai is mein.</w:t>
      </w:r>
    </w:p>
    <w:p>
      <w:pPr>
        <w:jc w:val="right"/>
      </w:pPr>
      <w:r>
        <w:t>تو ٹریگر جو ہے ایک چھوٹی سی ڈیوائس ہے۔ اس کو جب آپ دباتے ہیں تو وہ ایک شاک لگتا ہے اس میں۔</w:t>
      </w:r>
    </w:p>
    <w:p>
      <w:r>
        <w:rPr>
          <w:b/>
        </w:rPr>
        <w:t xml:space="preserve">[03:19] </w:t>
      </w:r>
      <w:r>
        <w:t>phir bohat bara ek dhamaka hota hai. trigger se hazaron guna bara dhamaka.</w:t>
      </w:r>
    </w:p>
    <w:p>
      <w:pPr>
        <w:jc w:val="right"/>
      </w:pPr>
      <w:r>
        <w:t>پھر بہت بڑا ایک دھماکہ ہوتا ہے۔ ٹریگر سے ہزاروں گنا بڑا دھماکہ۔</w:t>
      </w:r>
    </w:p>
    <w:p>
      <w:r>
        <w:rPr>
          <w:b/>
        </w:rPr>
        <w:t xml:space="preserve">[03:31] </w:t>
      </w:r>
      <w:r>
        <w:t>to yeh yahi aap ko karna hai. har momin ko karna hai. apne mind ko aap is tarah tayyar karen ke cheezen aap ke mind ko trigger karti rahen.</w:t>
      </w:r>
    </w:p>
    <w:p>
      <w:pPr>
        <w:jc w:val="right"/>
      </w:pPr>
      <w:r>
        <w:t>تو یہ یہی آپ کو کرنا ہے۔ ہر مومن کو کرنا ہے۔ اپنے مائنڈ کو آپ اس طرح تیار کریں کہ چیزیں آپ کے مائنڈ کو ٹریگر کرتی رہیں۔</w:t>
      </w:r>
    </w:p>
    <w:p>
      <w:r>
        <w:rPr>
          <w:b/>
        </w:rPr>
        <w:t xml:space="preserve">[03:49] </w:t>
      </w:r>
      <w:r>
        <w:t>tab aap ko bari bari baatein samajh mein ayengi. bari bari wisdom, bari bari hikmat, bari bari ma'rifat.</w:t>
      </w:r>
    </w:p>
    <w:p>
      <w:pPr>
        <w:jc w:val="right"/>
      </w:pPr>
      <w:r>
        <w:t>تب آپ کو بڑی بڑی باتیں سمجھ میں آئیں گی۔ بڑی بڑی وزڈم، بڑی بڑی حکمت، بڑی بڑی معرفت۔</w:t>
      </w:r>
    </w:p>
    <w:p>
      <w:r>
        <w:rPr>
          <w:b/>
        </w:rPr>
        <w:t xml:space="preserve">[03:58] </w:t>
      </w:r>
      <w:r>
        <w:t>qurbat-e-ilahi ke bare bare raaz samajh mein ayenge. to yeh lafz main naya istemal kar raha hoon.</w:t>
      </w:r>
    </w:p>
    <w:p>
      <w:pPr>
        <w:jc w:val="right"/>
      </w:pPr>
      <w:r>
        <w:t>قربت الہی کے بڑے بڑے راز سمجھ میں آئیں گے۔ تو یہ لفظ میں نیا استعمال کر رہا ہوں۔</w:t>
      </w:r>
    </w:p>
    <w:p>
      <w:r>
        <w:rPr>
          <w:b/>
        </w:rPr>
        <w:t xml:space="preserve">[04:06] </w:t>
      </w:r>
      <w:r>
        <w:t>yeh concept quran mein maujood hai.</w:t>
      </w:r>
    </w:p>
    <w:p>
      <w:pPr>
        <w:jc w:val="right"/>
      </w:pPr>
      <w:r>
        <w:t>یہ کانسیپٹ قرآن میں موجود ہے۔</w:t>
      </w:r>
    </w:p>
    <w:p>
      <w:r>
        <w:rPr>
          <w:b/>
        </w:rPr>
        <w:t xml:space="preserve">[04:12] </w:t>
      </w:r>
      <w:r>
        <w:t>jo kuch hum kehte hain woh sab quran o hadith ki baatein hoti hain. sirf idea naya hota hai.</w:t>
      </w:r>
    </w:p>
    <w:p>
      <w:pPr>
        <w:jc w:val="right"/>
      </w:pPr>
      <w:r>
        <w:t>جو کچھ ہم کہتے ہیں وہ سب قرآن و حدیث کی باتیں ہوتی ہیں۔ صرف ایڈیم نیا ہوتا ہے۔</w:t>
      </w:r>
    </w:p>
    <w:p>
      <w:r>
        <w:rPr>
          <w:b/>
        </w:rPr>
        <w:t xml:space="preserve">[04:21] </w:t>
      </w:r>
      <w:r>
        <w:t>yeh baat quran mein kahan hai? aap surah almaida ki, surah almaida jo ke madani surah hai, us ki ayat 100, us ki ayat 83 aap parhiye.</w:t>
      </w:r>
    </w:p>
    <w:p>
      <w:pPr>
        <w:jc w:val="right"/>
      </w:pPr>
      <w:r>
        <w:t>یہ بات قرآن میں کہاں ہے؟ آپ سورہ المائدہ کی، سورہ المائدہ جو کہ مدنی سورہ ہے، اس کی آیت 100، اس کی آیت 83 آپ پڑھیے۔</w:t>
      </w:r>
    </w:p>
    <w:p>
      <w:r>
        <w:rPr>
          <w:b/>
        </w:rPr>
        <w:t xml:space="preserve">[04:36] </w:t>
      </w:r>
      <w:r>
        <w:t>wa yadha sam'u ma'uzan 'alar rasuli qara'u 'aynahum tafwidan min al-dami mimma 'arafu min al-haqq yeh aik waqea ka zikr hai.</w:t>
      </w:r>
    </w:p>
    <w:p>
      <w:pPr>
        <w:jc w:val="right"/>
      </w:pPr>
      <w:r>
        <w:t>وَيَذَا سَمَوُّ مَعُوْذًا عَلَى الرَّسُولِ قَرَأَوا عَيْنَهُمْ تَفْوِيضًا مِنْ الْدَمِ مِمَّا عَرَفُوا مَنَ الْحَقِّ یہ ایک واقعہ کا ذکر ہے۔</w:t>
      </w:r>
    </w:p>
    <w:p>
      <w:r>
        <w:rPr>
          <w:b/>
        </w:rPr>
        <w:t xml:space="preserve">[04:47] </w:t>
      </w:r>
      <w:r>
        <w:t>najran ke kuch isai madine mein aaye. ab woh rasool Allah salallahu alaihi wasallam se mile. aap ne un ko quran ki kuch ayatein sunayin.</w:t>
      </w:r>
    </w:p>
    <w:p>
      <w:pPr>
        <w:jc w:val="right"/>
      </w:pPr>
      <w:r>
        <w:t>نجران کے کچھ عیسائی مدینے میں آئے۔ اب وہ رسول اللہ صلی اللہ علیہ وسلم سے ملے۔ آپ نے ان کو قرآن کی کچھ آیتیں سنائیں۔</w:t>
      </w:r>
    </w:p>
    <w:p>
      <w:r>
        <w:rPr>
          <w:b/>
        </w:rPr>
        <w:t xml:space="preserve">[05:00] </w:t>
      </w:r>
      <w:r>
        <w:t>toh ayat kehti hai ke jab unhone sunaya, jab unhone in ayaton ko suna toh un ki aankhein aansuon se beh parin.</w:t>
      </w:r>
    </w:p>
    <w:p>
      <w:pPr>
        <w:jc w:val="right"/>
      </w:pPr>
      <w:r>
        <w:t>تو آیت کہتی ہے کہ جب انہوں نے سنایا، جب انہوں نے ان آیتوں کو سنا تو ان کی آنکھیں آنسوؤں سے بہہ پڑیں۔</w:t>
      </w:r>
    </w:p>
    <w:p>
      <w:r>
        <w:rPr>
          <w:b/>
        </w:rPr>
        <w:t xml:space="preserve">[05:11] </w:t>
      </w:r>
      <w:r>
        <w:t>un ki aankhon mein aansu jari ho gaye. kyunke is mein un ko marifat ho gayi sachai ki. dekhiye yeh kya hai?</w:t>
      </w:r>
    </w:p>
    <w:p>
      <w:pPr>
        <w:jc w:val="right"/>
      </w:pPr>
      <w:r>
        <w:t>ان کی آنکھوں میں آنسو جاری ہو گئے۔ کیونکہ اس میں ان کو معرفت ہو گئی سچائی کی۔ دیکھیں یہ کیا ہے؟</w:t>
      </w:r>
    </w:p>
    <w:p>
      <w:r>
        <w:rPr>
          <w:b/>
        </w:rPr>
        <w:t xml:space="preserve">[05:21] </w:t>
      </w:r>
      <w:r>
        <w:t>yeh wohi toh hai yeh ke woh log prepared mind thay.</w:t>
      </w:r>
    </w:p>
    <w:p>
      <w:pPr>
        <w:jc w:val="right"/>
      </w:pPr>
      <w:r>
        <w:t>یہ وہی تو ہے یہ کہ وہ لوگ پریپیئرڈ مائنڈ تھے۔</w:t>
      </w:r>
    </w:p>
    <w:p>
      <w:r>
        <w:rPr>
          <w:b/>
        </w:rPr>
        <w:t xml:space="preserve">[05:28] </w:t>
      </w:r>
      <w:r>
        <w:t>is liye jab quran ki ayatein suni unhone toh un ka mind trigger ho gaya. aankhon se aansu jari hona koi saada baat nahi hai.</w:t>
      </w:r>
    </w:p>
    <w:p>
      <w:pPr>
        <w:jc w:val="right"/>
      </w:pPr>
      <w:r>
        <w:t>اس لیے جب قرآن کی آیتیں سنی انہوں نے تو ان کا مائنڈ ٹریگر ہو گیا۔ آنکھوں سے آنسو جاری ہونا کوئی سادہ بات نہیں ہے۔</w:t>
      </w:r>
    </w:p>
    <w:p>
      <w:r>
        <w:rPr>
          <w:b/>
        </w:rPr>
        <w:t xml:space="preserve">[05:39] </w:t>
      </w:r>
      <w:r>
        <w:t>aankhon se jari hona koi saada baat nahi hai. jab mind trigger ho jata hai. jab mind ke woh window khul jati hain jis mein marifat bhari hui hai.</w:t>
      </w:r>
    </w:p>
    <w:p>
      <w:pPr>
        <w:jc w:val="right"/>
      </w:pPr>
      <w:r>
        <w:t>آنکھوں سے جاری ہونا کوئی سادہ بات نہیں ہے۔ جب مائنڈ ٹریگر ہو جاتا ہے۔ جب مائنڈ کے وہ ونڈو کھل جاتی ہیں جس میں معرفت بھری ہوئی ہے۔</w:t>
      </w:r>
    </w:p>
    <w:p>
      <w:r>
        <w:rPr>
          <w:b/>
        </w:rPr>
        <w:t xml:space="preserve">[05:54] </w:t>
      </w:r>
      <w:r>
        <w:t>marifat e khodawandi.</w:t>
      </w:r>
    </w:p>
    <w:p>
      <w:pPr>
        <w:jc w:val="right"/>
      </w:pPr>
      <w:r>
        <w:t>معرفت خداوندی۔</w:t>
      </w:r>
    </w:p>
    <w:p>
      <w:r>
        <w:rPr>
          <w:b/>
        </w:rPr>
        <w:t xml:space="preserve">[05:57] </w:t>
      </w:r>
      <w:r>
        <w:t>toh woh hissa jab trigger hota hai tab aap ka seena tarp uthta hai. aap ki aankhon se aansu jari ho jate hain.</w:t>
      </w:r>
    </w:p>
    <w:p>
      <w:pPr>
        <w:jc w:val="right"/>
      </w:pPr>
      <w:r>
        <w:t>تو وہ حصہ جب ٹریگر ہوتا ہے تب آپ کا سینہ تڑپ اٹھتا ہے۔ آپ کی آنکھوں سے آنسو جاری ہو جاتے ہیں۔</w:t>
      </w:r>
    </w:p>
    <w:p>
      <w:r>
        <w:rPr>
          <w:b/>
        </w:rPr>
        <w:t xml:space="preserve">[06:08] </w:t>
      </w:r>
      <w:r>
        <w:t>yeh hua wahan par.</w:t>
      </w:r>
    </w:p>
    <w:p>
      <w:pPr>
        <w:jc w:val="right"/>
      </w:pPr>
      <w:r>
        <w:t>یہ ہوا وہاں پر۔</w:t>
      </w:r>
    </w:p>
    <w:p>
      <w:r>
        <w:rPr>
          <w:b/>
        </w:rPr>
        <w:t xml:space="preserve">[06:13] </w:t>
      </w:r>
      <w:r>
        <w:t>toh main arz karunga ke hum mein se har shakhs ko yeh karna hai ke woh har har lamha apne aap ko aik prepared mind banaye rahe.</w:t>
      </w:r>
    </w:p>
    <w:p>
      <w:pPr>
        <w:jc w:val="right"/>
      </w:pPr>
      <w:r>
        <w:t>تو میں عرض کروں گا کہ ہم میں سے ہر شخص کو یہ کرنا ہے کہ وہ ہر ہر لمحہ اپنے آپ کو ایک پریپیئرڈ مائنڈ بنائے رہے۔</w:t>
      </w:r>
    </w:p>
    <w:p>
      <w:r>
        <w:rPr>
          <w:b/>
        </w:rPr>
        <w:t xml:space="preserve">[06:27] </w:t>
      </w:r>
      <w:r>
        <w:t>taake jaise hi koi baat mile toh foran uska mind trigger ho aur phir baatein samajh mein ayen. aur marifat ke darwaze khulen.</w:t>
      </w:r>
    </w:p>
    <w:p>
      <w:pPr>
        <w:jc w:val="right"/>
      </w:pPr>
      <w:r>
        <w:t>تاکہ جیسے ہی کوئی بات ملے تو فوراً اس کا مائنڈ ٹریگر ہو اور پھر باتیں سمجھ میں آئیں۔ اور معرفت کے دروازے کھلیں۔</w:t>
      </w:r>
    </w:p>
    <w:p>
      <w:r>
        <w:rPr>
          <w:b/>
        </w:rPr>
        <w:t xml:space="preserve">[06:38] </w:t>
      </w:r>
      <w:r>
        <w:t>toh aaj ka aik tajruba main aap ke samne pesh karta hoon. aik misal ke taur par.</w:t>
      </w:r>
    </w:p>
    <w:p>
      <w:pPr>
        <w:jc w:val="right"/>
      </w:pPr>
      <w:r>
        <w:t>تو آج کا ایک تجربہ میں آپ کے سامنے پیش کرتا ہوں۔ ایک مثال کے طور پر۔</w:t>
      </w:r>
    </w:p>
    <w:p>
      <w:r>
        <w:rPr>
          <w:b/>
        </w:rPr>
        <w:t xml:space="preserve">[06:46] </w:t>
      </w:r>
      <w:r>
        <w:t>dekhiye yeh aaj ka english akhbar hai.</w:t>
      </w:r>
    </w:p>
    <w:p>
      <w:pPr>
        <w:jc w:val="right"/>
      </w:pPr>
      <w:r>
        <w:t>دیکھیں یہ آج کا انگلش اخبار ہے۔</w:t>
      </w:r>
    </w:p>
    <w:p>
      <w:r>
        <w:rPr>
          <w:b/>
        </w:rPr>
        <w:t xml:space="preserve">[06:52] </w:t>
      </w:r>
      <w:r>
        <w:t>aaj ka english akhbar. is mein aik khabar chhapi hai ke aik hawai jahaz jo kuala lumpur se chala us ko jana tha beijing.</w:t>
      </w:r>
    </w:p>
    <w:p>
      <w:pPr>
        <w:jc w:val="right"/>
      </w:pPr>
      <w:r>
        <w:t>آج کا انگلش اخبار۔ اس میں ایک خبر چھپی ہے کہ ایک ہوائی جہاز جو کوالالمپور سے چلا اس کو جانا تھا بیجنگ۔</w:t>
      </w:r>
    </w:p>
    <w:p>
      <w:r>
        <w:rPr>
          <w:b/>
        </w:rPr>
        <w:t xml:space="preserve">[07:07] </w:t>
      </w:r>
      <w:r>
        <w:t>is mein do sau se zyada aadmi sawar thay. lekin woh china sea ke upar jab pohancha toh wahan crash ho gaya.</w:t>
      </w:r>
    </w:p>
    <w:p>
      <w:pPr>
        <w:jc w:val="right"/>
      </w:pPr>
      <w:r>
        <w:t>اس میں دو سو سے زیادہ آدمی سوار تھے۔ لیکن وہ چائنہ سی کے اوپر جب پہنچا تو وہاں کریش ہو گیا۔</w:t>
      </w:r>
    </w:p>
    <w:p>
      <w:r>
        <w:rPr>
          <w:b/>
        </w:rPr>
        <w:t xml:space="preserve">[07:18] </w:t>
      </w:r>
      <w:r>
        <w:t>woh manzil par nahi pohancha.</w:t>
      </w:r>
    </w:p>
    <w:p>
      <w:pPr>
        <w:jc w:val="right"/>
      </w:pPr>
      <w:r>
        <w:t>وہ منزل پر نہیں پہنچا۔</w:t>
      </w:r>
    </w:p>
    <w:p>
      <w:r>
        <w:rPr>
          <w:b/>
        </w:rPr>
        <w:t xml:space="preserve">[07:22] </w:t>
      </w:r>
      <w:r>
        <w:t>saare ke saare log khatam ho gaye. is jahaz mein aik family thi</w:t>
      </w:r>
    </w:p>
    <w:p>
      <w:pPr>
        <w:jc w:val="right"/>
      </w:pPr>
      <w:r>
        <w:t>سارے کے سارے لوگ ختم ہو گئے۔ اس جہاز میں ایک فیملی تھی</w:t>
      </w:r>
    </w:p>
    <w:p>
      <w:r>
        <w:rPr>
          <w:b/>
        </w:rPr>
        <w:t xml:space="preserve">[07:30] </w:t>
      </w:r>
      <w:r>
        <w:t>jinka beta beijing mein parh raha tha is mein doctorate ki degree mili thi us ko.</w:t>
      </w:r>
    </w:p>
    <w:p>
      <w:pPr>
        <w:jc w:val="right"/>
      </w:pPr>
      <w:r>
        <w:t>جن کا بیٹا بیجنگ میں پڑھ رہا تھا اس میں ڈاکٹریٹ کی ڈگری ملی تھی اس کو۔</w:t>
      </w:r>
    </w:p>
    <w:p>
      <w:r>
        <w:rPr>
          <w:b/>
        </w:rPr>
        <w:t xml:space="preserve">[07:38] </w:t>
      </w:r>
      <w:r>
        <w:t>toh wahan par wahan aik taqreeb banayi ja rahi thi us ko doctorate ki degree dene ke liye. is mein ja rahi thi woh family shirkat ke liye.</w:t>
      </w:r>
    </w:p>
    <w:p>
      <w:pPr>
        <w:jc w:val="right"/>
      </w:pPr>
      <w:r>
        <w:t>تو وہاں پر وہاں ایک تقریب بنائی جا رہی تھی اس کو ڈاکٹریٹ کی ڈگری دینے کے لیے۔ اس میں جا رہی تھی وہ فیملی شرکت کے لیے۔</w:t>
      </w:r>
    </w:p>
    <w:p>
      <w:r>
        <w:rPr>
          <w:b/>
        </w:rPr>
        <w:t xml:space="preserve">[07:52] </w:t>
      </w:r>
      <w:r>
        <w:t>lekin woh pohanche nahi aur rastay mein khatam ho gaye.</w:t>
      </w:r>
    </w:p>
    <w:p>
      <w:pPr>
        <w:jc w:val="right"/>
      </w:pPr>
      <w:r>
        <w:t>لیکن وہ پہنچے نہیں اور راستے میں ختم ہو گئے۔</w:t>
      </w:r>
    </w:p>
    <w:p>
      <w:r>
        <w:rPr>
          <w:b/>
        </w:rPr>
        <w:t xml:space="preserve">[08:00] </w:t>
      </w:r>
      <w:r>
        <w:t>yeh aik aik single waqea nahi. yahi poori tareekh mein ho raha hai. ke insaan jo kuch chahta hai us ko woh pata nahi.</w:t>
      </w:r>
    </w:p>
    <w:p>
      <w:pPr>
        <w:jc w:val="right"/>
      </w:pPr>
      <w:r>
        <w:t>یہ ایک ایک سنگل واقعہ نہیں۔ یہی پوری تاریخ میں ہو رہا ہے۔ کہ انسان جو کچھ چاہتا ہے اس کو وہ پاتا نہیں۔</w:t>
      </w:r>
    </w:p>
    <w:p>
      <w:r>
        <w:rPr>
          <w:b/>
        </w:rPr>
        <w:t xml:space="preserve">[08:15] </w:t>
      </w:r>
      <w:r>
        <w:t>woh khushi chahta hai lekin us ko gham milta hai. woh kamyabi chahta hai lekin us ko nakami milti hai. woh abdi tor par jeena chahta hai lekin us ko maut aa jati hai.</w:t>
      </w:r>
    </w:p>
    <w:p>
      <w:pPr>
        <w:jc w:val="right"/>
      </w:pPr>
      <w:r>
        <w:t>وہ خوشی چاہتا ہے لیکن اس کو غم ملتا ہے۔ وہ کامیابی چاہتا ہے لیکن اس کو ناکامی ملتی ہے۔ وہ ابدی طور پر جینا چاہتا ہے لیکن اس کو موت آ جاتی ہے۔</w:t>
      </w:r>
    </w:p>
    <w:p>
      <w:r>
        <w:rPr>
          <w:b/>
        </w:rPr>
        <w:t xml:space="preserve">[08:30] </w:t>
      </w:r>
      <w:r>
        <w:t>woh chahta hai aafiyat sajjna lekin us ko accident pesh aata hai. woh sehat chahta hai aur bhi bimari aa jati hai.</w:t>
      </w:r>
    </w:p>
    <w:p>
      <w:pPr>
        <w:jc w:val="right"/>
      </w:pPr>
      <w:r>
        <w:t>وہ چاہتا ہے عافیت ساجنہ لیکن اس کو ایکسیڈنٹ پیش آتا ہے۔ وہ صحت چاہتا ہے اور بھی بیماری آ جاتی ہے۔</w:t>
      </w:r>
    </w:p>
    <w:p>
      <w:r>
        <w:rPr>
          <w:b/>
        </w:rPr>
        <w:t xml:space="preserve">[08:40] </w:t>
      </w:r>
      <w:r>
        <w:t>yeh poori tareekh hai.</w:t>
      </w:r>
    </w:p>
    <w:p>
      <w:pPr>
        <w:jc w:val="right"/>
      </w:pPr>
      <w:r>
        <w:t>یہ پوری تاریخ ہے۔</w:t>
      </w:r>
    </w:p>
    <w:p>
      <w:r>
        <w:rPr>
          <w:b/>
        </w:rPr>
        <w:t xml:space="preserve">[08:45] </w:t>
      </w:r>
      <w:r>
        <w:t>toh isi tareekh ka hawala quran majeed mein in alfaaz mein aaya hai. wal asr innal insana lafi khusr</w:t>
      </w:r>
    </w:p>
    <w:p>
      <w:pPr>
        <w:jc w:val="right"/>
      </w:pPr>
      <w:r>
        <w:t>تو اسی تاریخ کا حوالہ قرآن مجید میں ان الفاظ میں آیا ہے۔ وَالْعَصْرِ إِنَّ الْإِنْسَانَ لَفِي خُسْرٍ</w:t>
      </w:r>
    </w:p>
    <w:p>
      <w:r>
        <w:rPr>
          <w:b/>
        </w:rPr>
        <w:t xml:space="preserve">[09:00] </w:t>
      </w:r>
      <w:r>
        <w:t>zamana gawah hai ke insaan ghaate mein hai.</w:t>
      </w:r>
    </w:p>
    <w:p>
      <w:pPr>
        <w:jc w:val="right"/>
      </w:pPr>
      <w:r>
        <w:t>زمانہ گواہ ہے کہ انسان گھاٹے میں ہے۔</w:t>
      </w:r>
    </w:p>
    <w:p>
      <w:r>
        <w:rPr>
          <w:b/>
        </w:rPr>
        <w:t xml:space="preserve">[09:08] </w:t>
      </w:r>
      <w:r>
        <w:t>Time is a witness that man is in loss. yahan par time ka matlab kya hai? is ka matlab history.</w:t>
      </w:r>
    </w:p>
    <w:p>
      <w:pPr>
        <w:jc w:val="right"/>
      </w:pPr>
      <w:r>
        <w:t>Time is a witness that man is in loss. یہاں پر ٹائم کا مطلب کیا ہے؟ اس کا مطلب ہسٹری۔</w:t>
      </w:r>
    </w:p>
    <w:p>
      <w:r>
        <w:rPr>
          <w:b/>
        </w:rPr>
        <w:t xml:space="preserve">[09:19] </w:t>
      </w:r>
      <w:r>
        <w:t>yani poori human history is baat ki gawahi de rahi hai ke insaan dunya mein</w:t>
      </w:r>
    </w:p>
    <w:p>
      <w:pPr>
        <w:jc w:val="right"/>
      </w:pPr>
      <w:r>
        <w:t>یعنی پوری ہیومن ہسٹری اس بات کی گواہی دے رہی ہے کہ انسان دنیا میں</w:t>
      </w:r>
    </w:p>
    <w:p>
      <w:r>
        <w:rPr>
          <w:b/>
        </w:rPr>
        <w:t xml:space="preserve">[09:27] </w:t>
      </w:r>
      <w:r>
        <w:t>sirf khasaare ka tajurba ho raha hai is ko. ghaate mein ka tajurba ho raha hai.</w:t>
      </w:r>
    </w:p>
    <w:p>
      <w:pPr>
        <w:jc w:val="right"/>
      </w:pPr>
      <w:r>
        <w:t>صرف خسارے کا تجربہ ہو رہا ہے اس کو۔ گھاٹے میں کا تجربہ ہو رہا ہے۔</w:t>
      </w:r>
    </w:p>
    <w:p>
      <w:r>
        <w:rPr>
          <w:b/>
        </w:rPr>
        <w:t xml:space="preserve">[09:36] </w:t>
      </w:r>
      <w:r>
        <w:t>kyun ke aap dekhiye dunya mein koi bhi nahi hai jo is cheez ko paaye jo is ne chaha tha. chahe woh badshah ho, chahe aam aadmi ho.</w:t>
      </w:r>
    </w:p>
    <w:p>
      <w:pPr>
        <w:jc w:val="right"/>
      </w:pPr>
      <w:r>
        <w:t>کیونکہ آپ دیکھیے دنیا میں کوئی بھی نہیں ہے جو اس چیز کو پائے جو اس نے چاہا تھا۔ چاہے وہ بادشاہ ہو، چاہے عام آدمی ہو۔</w:t>
      </w:r>
    </w:p>
    <w:p>
      <w:r>
        <w:rPr>
          <w:b/>
        </w:rPr>
        <w:t xml:space="preserve">[09:48] </w:t>
      </w:r>
      <w:r>
        <w:t>jo cheez woh chah paana chahta hai usi ko kho deta hai.</w:t>
      </w:r>
    </w:p>
    <w:p>
      <w:pPr>
        <w:jc w:val="right"/>
      </w:pPr>
      <w:r>
        <w:t>جو چیز وہ چاہ پانا چاہتا ہے اسی کو کھو دیتا ہے۔</w:t>
      </w:r>
    </w:p>
    <w:p>
      <w:r>
        <w:rPr>
          <w:b/>
        </w:rPr>
        <w:t xml:space="preserve">[09:57] </w:t>
      </w:r>
      <w:r>
        <w:t>jis cheez ko woh paana chahta hai usi ko kho deta hai.</w:t>
      </w:r>
    </w:p>
    <w:p>
      <w:pPr>
        <w:jc w:val="right"/>
      </w:pPr>
      <w:r>
        <w:t>جس چیز کو وہ پانا چاہتا ہے اسی کو کھو دیتا ہے۔</w:t>
      </w:r>
    </w:p>
    <w:p>
      <w:r>
        <w:rPr>
          <w:b/>
        </w:rPr>
        <w:t xml:space="preserve">[10:03] </w:t>
      </w:r>
      <w:r>
        <w:t>yani man has failed to achieve what he wanted to achieve</w:t>
      </w:r>
    </w:p>
    <w:p>
      <w:pPr>
        <w:jc w:val="right"/>
      </w:pPr>
      <w:r>
        <w:t>یعنی man has failed to achieve what he wanted to achieve</w:t>
      </w:r>
    </w:p>
    <w:p>
      <w:r>
        <w:rPr>
          <w:b/>
        </w:rPr>
        <w:t xml:space="preserve">[10:15] </w:t>
      </w:r>
      <w:r>
        <w:t>the most</w:t>
      </w:r>
    </w:p>
    <w:p>
      <w:pPr>
        <w:jc w:val="right"/>
      </w:pPr>
      <w:r>
        <w:t>the most</w:t>
      </w:r>
    </w:p>
    <w:p>
      <w:r>
        <w:rPr>
          <w:b/>
        </w:rPr>
        <w:t xml:space="preserve">[10:19] </w:t>
      </w:r>
      <w:r>
        <w:t>jis aadmi ko insaan ne sab se jis cheez ko insaan ne sab se zyada chaha usi ko woh nahi pa saka.</w:t>
      </w:r>
    </w:p>
    <w:p>
      <w:pPr>
        <w:jc w:val="right"/>
      </w:pPr>
      <w:r>
        <w:t>جس آدمی کو انسان نے سب سے جس چیز کو انسان نے سب سے زیادہ چاہا اسی کو وہ نہیں پا سکا۔</w:t>
      </w:r>
    </w:p>
    <w:p>
      <w:r>
        <w:rPr>
          <w:b/>
        </w:rPr>
        <w:t xml:space="preserve">[10:27] </w:t>
      </w:r>
      <w:r>
        <w:t>is soorat-e-haal ko masla is soorat-e-haal ko explain karna. is soorat-e-haal ko kaise explain kiya jaye?</w:t>
      </w:r>
    </w:p>
    <w:p>
      <w:pPr>
        <w:jc w:val="right"/>
      </w:pPr>
      <w:r>
        <w:t>اس صورتحال کو مسئلہ اس صورتحال کو ایکسپلین کرنا۔ اس صورتحال کو کیسے ایکسپلین کیا جائے؟</w:t>
      </w:r>
    </w:p>
    <w:p>
      <w:r>
        <w:rPr>
          <w:b/>
        </w:rPr>
        <w:t xml:space="preserve">[10:38] </w:t>
      </w:r>
      <w:r>
        <w:t>ab dekhiye dunya mein ab dekhiye jo novel likhi jati hain novel ek aayat hai ke novel samaaj ka aaina hota hai.</w:t>
      </w:r>
    </w:p>
    <w:p>
      <w:pPr>
        <w:jc w:val="right"/>
      </w:pPr>
      <w:r>
        <w:t>اب دیکھیے دنیا میں اب دیکھیے جو ناول لکھی جاتی ہیں ناول ایک آیت ہے کہ ناول سماج کا آئینہ ہوتا ہے۔</w:t>
      </w:r>
    </w:p>
    <w:p>
      <w:r>
        <w:rPr>
          <w:b/>
        </w:rPr>
        <w:t xml:space="preserve">[10:51] </w:t>
      </w:r>
      <w:r>
        <w:t>insani zindagi ka mutaala kahani ki zubaan mein hota hai. lekin</w:t>
      </w:r>
    </w:p>
    <w:p>
      <w:pPr>
        <w:jc w:val="right"/>
      </w:pPr>
      <w:r>
        <w:t>انسانی زندگی کا مطالعہ کہانی کی زبان میں ہوتا ہے۔ لیکن</w:t>
      </w:r>
    </w:p>
    <w:p>
      <w:r>
        <w:rPr>
          <w:b/>
        </w:rPr>
        <w:t xml:space="preserve">[10:56] </w:t>
      </w:r>
      <w:r>
        <w:t>jitni bhi bari bari novelain hain woh sab tragedy hain. koi bhi bara novel comedy nahi hai.</w:t>
      </w:r>
    </w:p>
    <w:p>
      <w:pPr>
        <w:jc w:val="right"/>
      </w:pPr>
      <w:r>
        <w:t>جتنی بھی بڑی بڑی ناولیں ہیں وہ سب ٹریجڈی ہیں۔ کوئی بھی بڑا ناول کامیڈی نہیں ہے۔</w:t>
      </w:r>
    </w:p>
    <w:p>
      <w:r>
        <w:rPr>
          <w:b/>
        </w:rPr>
        <w:t xml:space="preserve">[11:06] </w:t>
      </w:r>
      <w:r>
        <w:t>jo novel best seller hote hain, super seller hote hain woh sab tragedy hote hain. comedy nahi hote. kyun?</w:t>
      </w:r>
    </w:p>
    <w:p>
      <w:pPr>
        <w:jc w:val="right"/>
      </w:pPr>
      <w:r>
        <w:t>جو ناول بیسٹ سیلر ہوتے ہیں، سپر سیلر ہوتے ہیں وہ سب ٹریجڈی ہوتے ہیں۔ کامیڈی نہیں ہوتے۔ کیوں؟</w:t>
      </w:r>
    </w:p>
    <w:p>
      <w:r>
        <w:rPr>
          <w:b/>
        </w:rPr>
        <w:t xml:space="preserve">[11:17] </w:t>
      </w:r>
      <w:r>
        <w:t>wohi novel zindagi ki zyada sahi aksaasi karte hain.</w:t>
      </w:r>
    </w:p>
    <w:p>
      <w:pPr>
        <w:jc w:val="right"/>
      </w:pPr>
      <w:r>
        <w:t>وہی ناول زندگی کی زیادہ صحیح عکاسی کرتے ہیں۔</w:t>
      </w:r>
    </w:p>
    <w:p>
      <w:r>
        <w:rPr>
          <w:b/>
        </w:rPr>
        <w:t xml:space="preserve">[11:21] </w:t>
      </w:r>
      <w:r>
        <w:t>jis mein zindagi ke tragic waqeaat bataye gaye hon. wohi insaan ke mind ko address karte hain. wohi real life ko batate hain.</w:t>
      </w:r>
    </w:p>
    <w:p>
      <w:pPr>
        <w:jc w:val="right"/>
      </w:pPr>
      <w:r>
        <w:t>جس میں زندگی کے ٹریجک واقعات بتائے گئے ہوں۔ وہی انسان کے مائنڈ کو ایڈریس کرتے ہیں۔ وہی ریئل لائف کو بتاتے ہیں۔</w:t>
      </w:r>
    </w:p>
    <w:p>
      <w:r>
        <w:rPr>
          <w:b/>
        </w:rPr>
        <w:t xml:space="preserve">[11:33] </w:t>
      </w:r>
      <w:r>
        <w:t>kyun ke zindagi toh tragedy hai, comedy hai nahi.</w:t>
      </w:r>
    </w:p>
    <w:p>
      <w:pPr>
        <w:jc w:val="right"/>
      </w:pPr>
      <w:r>
        <w:t>کیونکہ زندگی تو ٹریجڈی ہے، کامیڈی ہے نہیں۔</w:t>
      </w:r>
    </w:p>
    <w:p>
      <w:r>
        <w:rPr>
          <w:b/>
        </w:rPr>
        <w:t xml:space="preserve">[11:41] </w:t>
      </w:r>
      <w:r>
        <w:t>isi liye insaan ko jo gaane hote hain jis mein udaasi, gham ki aksaasi hoti hai woh zyada achhe lagte hain.</w:t>
      </w:r>
    </w:p>
    <w:p>
      <w:pPr>
        <w:jc w:val="right"/>
      </w:pPr>
      <w:r>
        <w:t>اسی لیے انسان کو جو گانے ہوتے ہیں جس میں اداسی، غم کی عکاسی ہوتی ہے وہ زیادہ اچھے لگتے ہیں۔</w:t>
      </w:r>
    </w:p>
    <w:p>
      <w:r>
        <w:rPr>
          <w:b/>
        </w:rPr>
        <w:t xml:space="preserve">[11:54] </w:t>
      </w:r>
      <w:r>
        <w:t>shaer ne kaha tha ke our sweetest songs are those that are saddest songs</w:t>
      </w:r>
    </w:p>
    <w:p>
      <w:pPr>
        <w:jc w:val="right"/>
      </w:pPr>
      <w:r>
        <w:t>شارع نے کہا تھا کہ our sweetest songs are those that are saddest songs</w:t>
      </w:r>
    </w:p>
    <w:p>
      <w:r>
        <w:rPr>
          <w:b/>
        </w:rPr>
        <w:t xml:space="preserve">[12:03] </w:t>
      </w:r>
      <w:r>
        <w:t>toh tamam philosopher, tamam thinker, tamam alfaaz isi ko sochte rahe aur is ka explanation dhoondte rahe.</w:t>
      </w:r>
    </w:p>
    <w:p>
      <w:pPr>
        <w:jc w:val="right"/>
      </w:pPr>
      <w:r>
        <w:t>تو تمام فلاسفر، تمام تھنکر، تمام الفاظ اسی کو سوچتے رہے اور اس کا ایکسپلینیشن ڈھونڈتے رہے۔</w:t>
      </w:r>
    </w:p>
    <w:p>
      <w:r>
        <w:rPr>
          <w:b/>
        </w:rPr>
        <w:t xml:space="preserve">[12:15] </w:t>
      </w:r>
      <w:r>
        <w:t>aur yeh koshish karte rahe ke kis tarah hum is se bahar aayen aur zindagi ko</w:t>
      </w:r>
    </w:p>
    <w:p>
      <w:pPr>
        <w:jc w:val="right"/>
      </w:pPr>
      <w:r>
        <w:t>اور یہ کوشش کرتے رہے کہ کس طرح ہم اس سے باہر آئیں اور زندگی کو</w:t>
      </w:r>
    </w:p>
    <w:p>
      <w:r>
        <w:rPr>
          <w:b/>
        </w:rPr>
        <w:t xml:space="preserve">[12:24] </w:t>
      </w:r>
      <w:r>
        <w:t>yani comedy bana saken.</w:t>
      </w:r>
    </w:p>
    <w:p>
      <w:pPr>
        <w:jc w:val="right"/>
      </w:pPr>
      <w:r>
        <w:t>یعنی کامیڈی بنا سکیں۔</w:t>
      </w:r>
    </w:p>
    <w:p>
      <w:r>
        <w:rPr>
          <w:b/>
        </w:rPr>
        <w:t xml:space="preserve">[12:29] </w:t>
      </w:r>
      <w:r>
        <w:t>lekin lambi tareekh mein aisa nahi ho saka. Is par maine ghor kiya to mujhe samajh mein aaya ke yeh jo ayat hai wal asr innal insana lafi khusr is mein ek bahut badi nishandahi ki gayi hai.</w:t>
      </w:r>
    </w:p>
    <w:p>
      <w:pPr>
        <w:jc w:val="right"/>
      </w:pPr>
      <w:r>
        <w:t>لیکن لمبی تاریخ میں ایسا نہیں ہو سکا۔ اس پر میں نے غور کیا تو مجھے سمجھ میں آیا کہ یہ جو آیت ہے وَالْعَصْرِ إِنَّ الْإِنْسَانَ لَفِي خُسْرٍ اس میں ایک بہت بڑی نشاندہی کی گئی ہے۔</w:t>
      </w:r>
    </w:p>
    <w:p>
      <w:r>
        <w:rPr>
          <w:b/>
        </w:rPr>
        <w:t xml:space="preserve">[12:46] </w:t>
      </w:r>
      <w:r>
        <w:t>ek bahut badi baat batai gayi hai.</w:t>
      </w:r>
    </w:p>
    <w:p>
      <w:pPr>
        <w:jc w:val="right"/>
      </w:pPr>
      <w:r>
        <w:t>ایک بہت بڑی بات بتائی گئی ہے۔</w:t>
      </w:r>
    </w:p>
    <w:p>
      <w:r>
        <w:rPr>
          <w:b/>
        </w:rPr>
        <w:t xml:space="preserve">[12:52] </w:t>
      </w:r>
      <w:r>
        <w:t>woh kya? Yani aisa nahi ke khud Khuda hi ne paida kiya insan ko barbaad hone ke liye.</w:t>
      </w:r>
    </w:p>
    <w:p>
      <w:pPr>
        <w:jc w:val="right"/>
      </w:pPr>
      <w:r>
        <w:t>وہ کیا؟ یعنی ایسا نہیں کہ خود خدا ہی نے پیدا کیا انسان کو برباد ہونے کے لیے۔</w:t>
      </w:r>
    </w:p>
    <w:p>
      <w:r>
        <w:rPr>
          <w:b/>
        </w:rPr>
        <w:t xml:space="preserve">[13:00] </w:t>
      </w:r>
      <w:r>
        <w:t>ke duniya mein koi darakht barbaad nahi hota. Koi sitara aur sayara barbaad nahi hota. Koi ghaas bhi barbaad nahi hoti.</w:t>
      </w:r>
    </w:p>
    <w:p>
      <w:pPr>
        <w:jc w:val="right"/>
      </w:pPr>
      <w:r>
        <w:t>کہ دنیا میں کوئی درخت برباد نہیں ہوتا۔ کوئی ستارہ اور سیارہ برباد نہیں ہوتا۔ کوئی گھاس بھی برباد نہیں ہوتی۔</w:t>
      </w:r>
    </w:p>
    <w:p>
      <w:r>
        <w:rPr>
          <w:b/>
        </w:rPr>
        <w:t xml:space="preserve">[13:09] </w:t>
      </w:r>
      <w:r>
        <w:t>to insan jo ke sab se achhi makhlooq hai isi ko paida kiya gaya ke barbaad ho woh. Nahi.</w:t>
      </w:r>
    </w:p>
    <w:p>
      <w:pPr>
        <w:jc w:val="right"/>
      </w:pPr>
      <w:r>
        <w:t>تو انسان جو کہ سب سے اچھی مخلوق ہے اسی کو پیدا کیا گیا کہ برباد ہو وہ۔ نہیں۔</w:t>
      </w:r>
    </w:p>
    <w:p>
      <w:r>
        <w:rPr>
          <w:b/>
        </w:rPr>
        <w:t xml:space="preserve">[13:19] </w:t>
      </w:r>
      <w:r>
        <w:t>asal cheez yeh hai ke insan ne discover nahi kar paya insan ke what is the Christian plan of God</w:t>
      </w:r>
    </w:p>
    <w:p>
      <w:pPr>
        <w:jc w:val="right"/>
      </w:pPr>
      <w:r>
        <w:t>اصل چیز یہ ہے کہ انسان نے ڈسکور نہیں کر پایا انسان کہ what is the Christian plan of God</w:t>
      </w:r>
    </w:p>
    <w:p>
      <w:r>
        <w:rPr>
          <w:b/>
        </w:rPr>
        <w:t xml:space="preserve">[13:29] </w:t>
      </w:r>
      <w:r>
        <w:t>insan ke bare mein Khaliq ka takhleeqi naqsha kya hai? Isi ko nahi jaan saka woh.</w:t>
      </w:r>
    </w:p>
    <w:p>
      <w:pPr>
        <w:jc w:val="right"/>
      </w:pPr>
      <w:r>
        <w:t>انسان کے بارے میں خالق کا تخلیقی نقشہ کیا ہے؟ اسی کو نہیں جان سکا وہ۔</w:t>
      </w:r>
    </w:p>
    <w:p>
      <w:r>
        <w:rPr>
          <w:b/>
        </w:rPr>
        <w:t xml:space="preserve">[13:39] </w:t>
      </w:r>
      <w:r>
        <w:t>to baat kya hai?</w:t>
      </w:r>
    </w:p>
    <w:p>
      <w:pPr>
        <w:jc w:val="right"/>
      </w:pPr>
      <w:r>
        <w:t>تو بات کیا ہے؟</w:t>
      </w:r>
    </w:p>
    <w:p>
      <w:r>
        <w:rPr>
          <w:b/>
        </w:rPr>
        <w:t xml:space="preserve">[13:41] </w:t>
      </w:r>
      <w:r>
        <w:t>baat yeh hai ke doosri jitni cheezen hain chahe woh galaxy ho, woh solar system ho ya jo bhi material world hai uska uska course Khaliq ki taraf se determined hai.</w:t>
      </w:r>
    </w:p>
    <w:p>
      <w:pPr>
        <w:jc w:val="right"/>
      </w:pPr>
      <w:r>
        <w:t>بات یہ ہے کہ دوسری جتنی چیزیں ہیں چاہے وہ گلیکسی ہو، وہ سولر سسٹم ہو یا جو بھی مٹیریل ورلڈ ہے اس کا اس کا کورس خالق کی طرف سے ڈیٹرمنڈ ہے۔</w:t>
      </w:r>
    </w:p>
    <w:p>
      <w:r>
        <w:rPr>
          <w:b/>
        </w:rPr>
        <w:t xml:space="preserve">[14:01] </w:t>
      </w:r>
      <w:r>
        <w:t>iska course Khaliq ki taraf se muqarrar hai. Isi pe chalta hai, isi pe chalta hai, isi pe chalta hai.</w:t>
      </w:r>
    </w:p>
    <w:p>
      <w:pPr>
        <w:jc w:val="right"/>
      </w:pPr>
      <w:r>
        <w:t>اس کا کورس خالق کی طرف سے مقرر ہے۔ اسی پہ چلتا ہے، اسی پہ چلتا ہے، اسی پہ چلتا ہے۔</w:t>
      </w:r>
    </w:p>
    <w:p>
      <w:r>
        <w:rPr>
          <w:b/>
        </w:rPr>
        <w:t xml:space="preserve">[14:10] </w:t>
      </w:r>
      <w:r>
        <w:t>yani material world chalta hai apne jo law of nature hai is par. Animal chalte hain is par jo unki instinct hai. Aisi tamam cheezen.</w:t>
      </w:r>
    </w:p>
    <w:p>
      <w:pPr>
        <w:jc w:val="right"/>
      </w:pPr>
      <w:r>
        <w:t>یعنی مٹیریل ورلڈ چلتا ہے اپنے جو لاء آف نیچر ہے اس پر۔ اینیمل چلتے ہیں اس پر جو ان کی انسٹنکٹ ہے۔ ایسی تمام چیزیں۔</w:t>
      </w:r>
    </w:p>
    <w:p>
      <w:r>
        <w:rPr>
          <w:b/>
        </w:rPr>
        <w:t xml:space="preserve">[14:21] </w:t>
      </w:r>
      <w:r>
        <w:t>lekin insan ko Allah taala ne ek mind diya. Mind bahut hi badi cheez hai. Allah ne chaha ke insan ko ek bahut hi ajeeb ghareeb qism ka darja de.</w:t>
      </w:r>
    </w:p>
    <w:p>
      <w:pPr>
        <w:jc w:val="right"/>
      </w:pPr>
      <w:r>
        <w:t>لیکن انسان کو اللہ تعالی نے ایک مائنڈ دیا۔ مائنڈ بہت ہی بڑی چیز ہے۔ اللہ نے چاہا کہ انسان کو ایک بہت ہی عجیب غریب قسم کا درجہ دے۔</w:t>
      </w:r>
    </w:p>
    <w:p>
      <w:r>
        <w:rPr>
          <w:b/>
        </w:rPr>
        <w:t xml:space="preserve">[14:36] </w:t>
      </w:r>
      <w:r>
        <w:t>isi ke liye jannat hai.</w:t>
      </w:r>
    </w:p>
    <w:p>
      <w:pPr>
        <w:jc w:val="right"/>
      </w:pPr>
      <w:r>
        <w:t>اسی کے لیے جنت ہے۔</w:t>
      </w:r>
    </w:p>
    <w:p>
      <w:r>
        <w:rPr>
          <w:b/>
        </w:rPr>
        <w:t xml:space="preserve">[14:38] </w:t>
      </w:r>
      <w:r>
        <w:t>woh yeh hai ke woh self discovered sachai par khada ho.</w:t>
      </w:r>
    </w:p>
    <w:p>
      <w:pPr>
        <w:jc w:val="right"/>
      </w:pPr>
      <w:r>
        <w:t>وہ یہ ہے کہ وہ سیلف ڈسکورڈ سچائی پر کھڑا ہو۔</w:t>
      </w:r>
    </w:p>
    <w:p>
      <w:r>
        <w:rPr>
          <w:b/>
        </w:rPr>
        <w:t xml:space="preserve">[14:48] </w:t>
      </w:r>
      <w:r>
        <w:t>yeh doosri cheezen jo hain woh to mukammal taur par under control hain.</w:t>
      </w:r>
    </w:p>
    <w:p>
      <w:pPr>
        <w:jc w:val="right"/>
      </w:pPr>
      <w:r>
        <w:t>یہ دوسری چیزیں جو ہیں وہ تو مکمل طور پر انڈر کنٹرول ہیں۔</w:t>
      </w:r>
    </w:p>
    <w:p>
      <w:r>
        <w:rPr>
          <w:b/>
        </w:rPr>
        <w:t xml:space="preserve">[14:56] </w:t>
      </w:r>
      <w:r>
        <w:t>insan ko Allah taala ne chaha ke woh azadi di is ko. Aur Allah ne chaha ke woh apna zindagi ka course khud daryaft kare.</w:t>
      </w:r>
    </w:p>
    <w:p>
      <w:pPr>
        <w:jc w:val="right"/>
      </w:pPr>
      <w:r>
        <w:t>انسان کو اللہ تعالی نے چاہا کہ وہ آزادی دی اس کو۔ اور اللہ نے چاہا کہ وہ اپنا زندگی کا کورس خود دریافت کرے۔</w:t>
      </w:r>
    </w:p>
    <w:p>
      <w:r>
        <w:rPr>
          <w:b/>
        </w:rPr>
        <w:t xml:space="preserve">[15:07] </w:t>
      </w:r>
      <w:r>
        <w:t>aur khud is raaste par chale. Self discovered truth par woh khada ho. Aur is ke nateeje mein is ko jannat di jaye.</w:t>
      </w:r>
    </w:p>
    <w:p>
      <w:pPr>
        <w:jc w:val="right"/>
      </w:pPr>
      <w:r>
        <w:t>اور خود اس راستے پر چلے۔ سیلف ڈسکورڈ ٹروتھ پر وہ کھڑا ہو۔ اور اس کے نتیجے میں اس کو جنت دی جائے۔</w:t>
      </w:r>
    </w:p>
    <w:p>
      <w:r>
        <w:rPr>
          <w:b/>
        </w:rPr>
        <w:t xml:space="preserve">[15:16] </w:t>
      </w:r>
      <w:r>
        <w:t>jannat jo hai Allah jo bahut hi ajeeb ghareeb jagah hai.</w:t>
      </w:r>
    </w:p>
    <w:p>
      <w:pPr>
        <w:jc w:val="right"/>
      </w:pPr>
      <w:r>
        <w:t>جنت جو ہے اللہ جو بہت ہی عجیب غریب جگہ ہے۔</w:t>
      </w:r>
    </w:p>
    <w:p>
      <w:r>
        <w:rPr>
          <w:b/>
        </w:rPr>
        <w:t xml:space="preserve">[15:22] </w:t>
      </w:r>
      <w:r>
        <w:t>bahut hi ajeeb ghareeb.</w:t>
      </w:r>
    </w:p>
    <w:p>
      <w:pPr>
        <w:jc w:val="right"/>
      </w:pPr>
      <w:r>
        <w:t>بہت ہی عجیب غریب۔</w:t>
      </w:r>
    </w:p>
    <w:p>
      <w:r>
        <w:rPr>
          <w:b/>
        </w:rPr>
        <w:t xml:space="preserve">[15:27] </w:t>
      </w:r>
      <w:r>
        <w:t>yani har qism ka har cheez ideal taur par jahan ho har cheez perfection ke sath jahan ho jahan insan ko fulfillment mile jahan insan ko is ke tamam juzaye hasil hon aur sath sath is ko eternity mile zahir hai ke woh kaisi ajeeb o ghareeb cheez hogi.</w:t>
      </w:r>
    </w:p>
    <w:p>
      <w:pPr>
        <w:jc w:val="right"/>
      </w:pPr>
      <w:r>
        <w:t>یعنی ہر قسم کا ہر چیز آئیڈیل طور پر جہاں ہو ہر چیز پرفیکشن کے ساتھ جہاں ہو جہاں انسان کو فلفلمنٹ ملے جہاں انسان کو اس کے تمام جزائے حاصل ہوں اور ساتھ ساتھ اس کو ایٹرنیٹی ملے ظاہر ہے کہ وہ کیسی عجیب و غریب چیز ہوگی۔</w:t>
      </w:r>
    </w:p>
    <w:p>
      <w:r>
        <w:rPr>
          <w:b/>
        </w:rPr>
        <w:t xml:space="preserve">[15:47] </w:t>
      </w:r>
      <w:r>
        <w:t>is jannat ko muqaddar kiya Allah taala ne is insan ke liye jo apne mind ko istemal kare, apni aqal ko istemal kare aur self discovered truth par khada ho.</w:t>
      </w:r>
    </w:p>
    <w:p>
      <w:pPr>
        <w:jc w:val="right"/>
      </w:pPr>
      <w:r>
        <w:t>اس جنت کو مقدر کیا اللہ تعالی نے اس انسان کے لیے جو اپنے مائنڈ کو استعمال کرے، اپنی عقل کو استعمال کرے اور سیلف ڈسکورڈ ٹروتھ پر کھڑا ہو۔</w:t>
      </w:r>
    </w:p>
    <w:p>
      <w:r>
        <w:rPr>
          <w:b/>
        </w:rPr>
        <w:t xml:space="preserve">[16:01] </w:t>
      </w:r>
      <w:r>
        <w:t>kaisi ajeeb yeh cheez chahi Allah taala ne insan se aur phir is ke liye kaisi ajeeb nemat rakh di jannat ki shakal mein.</w:t>
      </w:r>
    </w:p>
    <w:p>
      <w:pPr>
        <w:jc w:val="right"/>
      </w:pPr>
      <w:r>
        <w:t>کیسی عجیب یہ چیز چاہی اللہ تعالی نے انسان سے اور پھر اس کے لیے کیسی عجیب نعمت رکھ دی جنت کی شکل میں۔</w:t>
      </w:r>
    </w:p>
    <w:p>
      <w:r>
        <w:rPr>
          <w:b/>
        </w:rPr>
        <w:t xml:space="preserve">[16:13] </w:t>
      </w:r>
      <w:r>
        <w:t>lekin poori tareekh mein insan is mamle mein nakaam raha. Kyun ke paighambar aaye batane ke liye. Isi haqeeqat ko batane ke liye paighambar aaye.</w:t>
      </w:r>
    </w:p>
    <w:p>
      <w:pPr>
        <w:jc w:val="right"/>
      </w:pPr>
      <w:r>
        <w:t>لیکن پوری تاریخ میں انسان اس معاملے میں ناکام رہا۔ کیونکہ پیغمبر آئے بتانے کے لیے۔ اسی حقیقت کو بتانے کے لیے پیغمبر آئے۔</w:t>
      </w:r>
    </w:p>
    <w:p>
      <w:r>
        <w:rPr>
          <w:b/>
        </w:rPr>
        <w:t xml:space="preserve">[16:25] </w:t>
      </w:r>
      <w:r>
        <w:t>yani insaan ko guideline dene ke liye. insaan ko sahi framework batane ke liye.</w:t>
      </w:r>
    </w:p>
    <w:p>
      <w:pPr>
        <w:jc w:val="right"/>
      </w:pPr>
      <w:r>
        <w:t>یعنی انسان کو گائیڈ لائن دینے کے لیے۔ انسان کو صحیح فریم ورک بتانے کے لیے۔</w:t>
      </w:r>
    </w:p>
    <w:p>
      <w:r>
        <w:rPr>
          <w:b/>
        </w:rPr>
        <w:t xml:space="preserve">[16:35] </w:t>
      </w:r>
      <w:r>
        <w:t>insaan ko line of line of action batane ke liye.</w:t>
      </w:r>
    </w:p>
    <w:p>
      <w:pPr>
        <w:jc w:val="right"/>
      </w:pPr>
      <w:r>
        <w:t>انسان کو لائن آف لائن آف ایکشن بتانے کے لیے۔</w:t>
      </w:r>
    </w:p>
    <w:p>
      <w:r>
        <w:rPr>
          <w:b/>
        </w:rPr>
        <w:t xml:space="preserve">[16:40] </w:t>
      </w:r>
      <w:r>
        <w:t>lekin insaan ne paighambaron ka istahza kiya. ya ya hasrat alal baat ma yati rasool illa kaana yastaoon</w:t>
      </w:r>
    </w:p>
    <w:p>
      <w:pPr>
        <w:jc w:val="right"/>
      </w:pPr>
      <w:r>
        <w:t>لیکن انسان نے پیغمبروں کا استہزاء کیا۔ یا یا حسرت علی البات مایتی رسول الا کان یستعون</w:t>
      </w:r>
    </w:p>
    <w:p>
      <w:r>
        <w:rPr>
          <w:b/>
        </w:rPr>
        <w:t xml:space="preserve">[16:56] </w:t>
      </w:r>
      <w:r>
        <w:t>is liye insaan bhatakta raha, bhatakta raha, bhatakta raha. Allah insaan ki azaadi ko waris kar nahi sakta tha. kyunke is ke kisi plan ke khilaaf tha woh.</w:t>
      </w:r>
    </w:p>
    <w:p>
      <w:pPr>
        <w:jc w:val="right"/>
      </w:pPr>
      <w:r>
        <w:t>اس لیے انسان بھٹکتا رہا، بھٹکتا رہا، بھٹکتا رہا۔ اللہ انسان کی آزادی کو وارث کر نہیں سکتا تھا۔ کیونکہ اس کے کسی پلان کے خلاف تھا وہ۔</w:t>
      </w:r>
    </w:p>
    <w:p>
      <w:r>
        <w:rPr>
          <w:b/>
        </w:rPr>
        <w:t xml:space="preserve">[17:08] </w:t>
      </w:r>
      <w:r>
        <w:t>to Allah ne chaha ke insaan khud paighambar ko pehchane. khud pehchane. baghair kisi dabao ke, baghair kisi compulsion ke.</w:t>
      </w:r>
    </w:p>
    <w:p>
      <w:pPr>
        <w:jc w:val="right"/>
      </w:pPr>
      <w:r>
        <w:t>تو اللہ نے چاہا کہ انسان خود پیغمبر کو پہچانے۔ خود پہچانے۔ بغیر کسی دباؤ کے، بغیر کسی کمپلشن کے۔</w:t>
      </w:r>
    </w:p>
    <w:p>
      <w:r>
        <w:rPr>
          <w:b/>
        </w:rPr>
        <w:t xml:space="preserve">[17:20] </w:t>
      </w:r>
      <w:r>
        <w:t>lekin insaan ne apni azaadi ko misuse karta raha.</w:t>
      </w:r>
    </w:p>
    <w:p>
      <w:pPr>
        <w:jc w:val="right"/>
      </w:pPr>
      <w:r>
        <w:t>لیکن انسان نے اپنی آزادی کو مس یوز کرتا رہا۔</w:t>
      </w:r>
    </w:p>
    <w:p>
      <w:r>
        <w:rPr>
          <w:b/>
        </w:rPr>
        <w:t xml:space="preserve">[17:27] </w:t>
      </w:r>
      <w:r>
        <w:t>ab dekhiye ke kya ghalti kya hui hai.</w:t>
      </w:r>
    </w:p>
    <w:p>
      <w:pPr>
        <w:jc w:val="right"/>
      </w:pPr>
      <w:r>
        <w:t>اب دیکھیے کہ کیا غلطی کیا ہوئی ہے۔</w:t>
      </w:r>
    </w:p>
    <w:p>
      <w:r>
        <w:rPr>
          <w:b/>
        </w:rPr>
        <w:t xml:space="preserve">[17:34] </w:t>
      </w:r>
      <w:r>
        <w:t>woh ghalti yahi hui jo maine kaha ke individual and society. hum jo dunya mein hain to hamare jo majmooa hai us ko hum society kehte hain.</w:t>
      </w:r>
    </w:p>
    <w:p>
      <w:pPr>
        <w:jc w:val="right"/>
      </w:pPr>
      <w:r>
        <w:t>وہ غلطی یہی ہوئی جو میں نے کہا کہ انڈیویجول اینڈ سوسائٹی۔ ہم جو دنیا میں ہیں تو ہمارے جو مجموعہ ہے اس کو ہم سوسائٹی کہتے ہیں۔</w:t>
      </w:r>
    </w:p>
    <w:p>
      <w:r>
        <w:rPr>
          <w:b/>
        </w:rPr>
        <w:t xml:space="preserve">[17:44] </w:t>
      </w:r>
      <w:r>
        <w:t>is majmooa ka unit hai us ko hum fard kehte hain. individual kehte hain. to hamein yeh jaanna hai, yeh daryaft karna hai ke fard ka goal kya ho aur society ka goal kya ho.</w:t>
      </w:r>
    </w:p>
    <w:p>
      <w:pPr>
        <w:jc w:val="right"/>
      </w:pPr>
      <w:r>
        <w:t>اس مجموعے کا یونٹ ہے اس کو ہم فرد کہتے ہیں۔ انڈیویجول کہتے ہیں۔ تو ہمیں یہ جاننا ہے، یہ دریافت کرنا ہے کہ فرد کا گول کیا ہو اور سوسائٹی کا گول کیا ہو۔</w:t>
      </w:r>
    </w:p>
    <w:p>
      <w:r>
        <w:rPr>
          <w:b/>
        </w:rPr>
        <w:t xml:space="preserve">[18:01] </w:t>
      </w:r>
      <w:r>
        <w:t>yani we have to discover the target of a person, of an individual, and also we have to discover the target of a society.</w:t>
      </w:r>
    </w:p>
    <w:p>
      <w:pPr>
        <w:jc w:val="right"/>
      </w:pPr>
      <w:r>
        <w:t>یعنی we have to discover the target of a person, of an individual, and also we have to discover the target of a society.</w:t>
      </w:r>
    </w:p>
    <w:p>
      <w:r>
        <w:rPr>
          <w:b/>
        </w:rPr>
        <w:t xml:space="preserve">[18:12] </w:t>
      </w:r>
      <w:r>
        <w:t>yahan par paighambaron ne batana chaha insaan ko lekin insaan apni azaadi ko misuse karta raha.</w:t>
      </w:r>
    </w:p>
    <w:p>
      <w:pPr>
        <w:jc w:val="right"/>
      </w:pPr>
      <w:r>
        <w:t>یہاں پر پیغمبروں نے بتانا چاہا انسان کو لیکن انسان اپنی آزادی کو مس یوز کرتا رہا۔</w:t>
      </w:r>
    </w:p>
    <w:p>
      <w:r>
        <w:rPr>
          <w:b/>
        </w:rPr>
        <w:t xml:space="preserve">[18:24] </w:t>
      </w:r>
      <w:r>
        <w:t>is wajah se paighambaron ko is ne koi ahmiyat hi nahi di. mazaq urata raha.</w:t>
      </w:r>
    </w:p>
    <w:p>
      <w:pPr>
        <w:jc w:val="right"/>
      </w:pPr>
      <w:r>
        <w:t>اس وجہ سے پیغمبروں کو اس نے کوئی اہمیت ہی نہیں دی۔ مذاق اڑاتا رہا۔</w:t>
      </w:r>
    </w:p>
    <w:p>
      <w:r>
        <w:rPr>
          <w:b/>
        </w:rPr>
        <w:t xml:space="preserve">[18:31] </w:t>
      </w:r>
      <w:r>
        <w:t>aur paighambar ki baat nahi hai, paighambar ki sunnat ko revive karne ke liye jo uthe, jo daai, jo muslim, un ka bhi yahi haal hua.</w:t>
      </w:r>
    </w:p>
    <w:p>
      <w:pPr>
        <w:jc w:val="right"/>
      </w:pPr>
      <w:r>
        <w:t>اور پیغمبر کی بات نہیں ہے، پیغمبر کی سنت کو ریوائیو کرنے کے لیے جو اٹھے، جو داعی، جو مسلم، ان کا بھی یہی حال ہوا۔</w:t>
      </w:r>
    </w:p>
    <w:p>
      <w:r>
        <w:rPr>
          <w:b/>
        </w:rPr>
        <w:t xml:space="preserve">[18:41] </w:t>
      </w:r>
      <w:r>
        <w:t>yeh bas samjhiye ke yeh paighambaron ke zamane ki baat hai.</w:t>
      </w:r>
    </w:p>
    <w:p>
      <w:pPr>
        <w:jc w:val="right"/>
      </w:pPr>
      <w:r>
        <w:t>یہ بس سمجھئے کہ یہ پیغمبروں کے زمانے کی بات ہے۔</w:t>
      </w:r>
    </w:p>
    <w:p>
      <w:r>
        <w:rPr>
          <w:b/>
        </w:rPr>
        <w:t xml:space="preserve">[18:46] </w:t>
      </w:r>
      <w:r>
        <w:t>yeh ekis ekisveen sadi tak yahi soorat-e-haal chali ja rahi hai ke jo bhi insaan uthta hai, paighambar ki</w:t>
      </w:r>
    </w:p>
    <w:p>
      <w:pPr>
        <w:jc w:val="right"/>
      </w:pPr>
      <w:r>
        <w:t>یہ اکیس اکیسویں صدی تک یہی صورتحال چلی جا رہی ہے کہ جو بھی انسان اٹھتا ہے، پیغمبر کی</w:t>
      </w:r>
    </w:p>
    <w:p>
      <w:r>
        <w:rPr>
          <w:b/>
        </w:rPr>
        <w:t xml:space="preserve">[18:58] </w:t>
      </w:r>
      <w:r>
        <w:t>batayi hui baaton ko zinda karne ke liye, paighambar ke line par insaan ko chalane ke liye, dobara us ko insaan haqeer bana deta hai. dobara insaan is ka istahza karta hai.</w:t>
      </w:r>
    </w:p>
    <w:p>
      <w:pPr>
        <w:jc w:val="right"/>
      </w:pPr>
      <w:r>
        <w:t>بتائی ہوئی باتوں کو زندہ کرنے کے لیے، پیغمبر کے لائن پر انسان کو چلانے کے لیے، دوبارہ اس کو انسان حقیر بنا دیتا ہے۔ دوبارہ انسان اس کا استہزاء کرتا ہے۔</w:t>
      </w:r>
    </w:p>
    <w:p>
      <w:r>
        <w:rPr>
          <w:b/>
        </w:rPr>
        <w:t xml:space="preserve">[19:08] </w:t>
      </w:r>
      <w:r>
        <w:t>dobara insaan is ko neglect karta hai. aaj tak yeh soorat-e-haal jaari hai.</w:t>
      </w:r>
    </w:p>
    <w:p>
      <w:pPr>
        <w:jc w:val="right"/>
      </w:pPr>
      <w:r>
        <w:t>دوبارہ انسان اس کو نگلٹ کرتا ہے۔ آج تک یہ صورتحال جاری ہے۔</w:t>
      </w:r>
    </w:p>
    <w:p>
      <w:r>
        <w:rPr>
          <w:b/>
        </w:rPr>
        <w:t xml:space="preserve">[19:14] </w:t>
      </w:r>
      <w:r>
        <w:t>kyun ke jo jo azaadi di hai Allah taala ne, us ko misuse karta hai insaan. aur aaj tak misuse kiya chala ja raha hai.</w:t>
      </w:r>
    </w:p>
    <w:p>
      <w:pPr>
        <w:jc w:val="right"/>
      </w:pPr>
      <w:r>
        <w:t>کیوں کہ جو جو آزادی دی ہے اللہ تعالی نے، اس کو مس یوز کرتا ہے انسان۔ اور آج تک مس یوز کیا چلا جا رہا ہے۔</w:t>
      </w:r>
    </w:p>
    <w:p>
      <w:r>
        <w:rPr>
          <w:b/>
        </w:rPr>
        <w:t xml:space="preserve">[19:29] </w:t>
      </w:r>
      <w:r>
        <w:t>ab main arz karunga ke jo Allah ka jo creation plan hai, us ke mutabiq kya goal hai fard ka, kya goal hai society ka.</w:t>
      </w:r>
    </w:p>
    <w:p>
      <w:pPr>
        <w:jc w:val="right"/>
      </w:pPr>
      <w:r>
        <w:t>اب میں عرض کروں گا کہ جو اللہ کا جو کریشن پلان ہے، اس کے مطابق کیا گول ہے فرد کا، کیا گول ہے سوسائٹی کا۔</w:t>
      </w:r>
    </w:p>
    <w:p>
      <w:r>
        <w:rPr>
          <w:b/>
        </w:rPr>
        <w:t xml:space="preserve">[19:40] </w:t>
      </w:r>
      <w:r>
        <w:t>aur kya insaan ne samjha?</w:t>
      </w:r>
    </w:p>
    <w:p>
      <w:pPr>
        <w:jc w:val="right"/>
      </w:pPr>
      <w:r>
        <w:t>اور کیا انسان نے سمجھا؟</w:t>
      </w:r>
    </w:p>
    <w:p>
      <w:r>
        <w:rPr>
          <w:b/>
        </w:rPr>
        <w:t xml:space="preserve">[19:43] </w:t>
      </w:r>
      <w:r>
        <w:t>poori tareekh mein jo hamare philosophers hain, jo maslay hain, jo reformer hain, un ka khulasa kya hai? unhon ne yeh bataya ke individual ka goal hai pleasure,</w:t>
      </w:r>
    </w:p>
    <w:p>
      <w:pPr>
        <w:jc w:val="right"/>
      </w:pPr>
      <w:r>
        <w:t>پوری تاریخ میں جو ہمارے فلاسفرز ہیں، جو مسئلے ہیں، جو ریفارمر ہیں، ان کا خلاصہ کیا ہے؟ انہوں نے یہ بتایا کہ انڈیویجول کا گول ہے پریژر،</w:t>
      </w:r>
    </w:p>
    <w:p>
      <w:r>
        <w:rPr>
          <w:b/>
        </w:rPr>
        <w:t xml:space="preserve">[19:59] </w:t>
      </w:r>
      <w:r>
        <w:t>infiradi masarrat. individual ka goal hai pleasure, infradi masarrat. aur society ka goal hai justice ka nizaam qaim karna.</w:t>
      </w:r>
    </w:p>
    <w:p>
      <w:pPr>
        <w:jc w:val="right"/>
      </w:pPr>
      <w:r>
        <w:t>انفرادی مسرت۔ انڈیویجول کا گول ہے پریژر، انفرادی مسرت۔ اور سوسائٹی کا گول ہے جسٹس کا نظام قائم کرنا۔</w:t>
      </w:r>
    </w:p>
    <w:p>
      <w:r>
        <w:rPr>
          <w:b/>
        </w:rPr>
        <w:t xml:space="preserve">[20:13] </w:t>
      </w:r>
      <w:r>
        <w:t>unhon ne society ke liye justice goal banaya. aur fard ke liye pleasure goal banaya. yeh saari tareekh mein yahi hua hai.</w:t>
      </w:r>
    </w:p>
    <w:p>
      <w:pPr>
        <w:jc w:val="right"/>
      </w:pPr>
      <w:r>
        <w:t>انہوں نے سوسائٹی کے لیے جسٹس گول بنایا۔ اور فرد کے لیے پریژر گول بنایا۔ یہ ساری تاریخ میں یہی ہوا ہے۔</w:t>
      </w:r>
    </w:p>
    <w:p>
      <w:r>
        <w:rPr>
          <w:b/>
        </w:rPr>
        <w:t xml:space="preserve">[20:24] </w:t>
      </w:r>
      <w:r>
        <w:t>jitne philosophers hain, jitne maslay hain, jitne reformer hain, aaj tak yahi chala hai, aaj tak.</w:t>
      </w:r>
    </w:p>
    <w:p>
      <w:pPr>
        <w:jc w:val="right"/>
      </w:pPr>
      <w:r>
        <w:t>جتنے فلاسفرز ہیں، جتنے مسئلے ہیں، جتنے ریفارمر ہیں، آج تک یہی چلا ہے، آج تک۔</w:t>
      </w:r>
    </w:p>
    <w:p>
      <w:r>
        <w:rPr>
          <w:b/>
        </w:rPr>
        <w:t xml:space="preserve">[20:33] </w:t>
      </w:r>
      <w:r>
        <w:t>pleasure individual ke liye aur justice society ke liye. yeh dono hi goal galat hain. aur is mein musalmanon ne bhi yahi kiya.</w:t>
      </w:r>
    </w:p>
    <w:p>
      <w:pPr>
        <w:jc w:val="right"/>
      </w:pPr>
      <w:r>
        <w:t>پریژر انڈیویجول کے لیے اور جسٹس سوسائٹی کے لیے۔ یہ دونوں ہی گول غلط ہیں۔ اور اس میں مسلمانوں نے بھی یہی کیا۔</w:t>
      </w:r>
    </w:p>
    <w:p>
      <w:r>
        <w:rPr>
          <w:b/>
        </w:rPr>
        <w:t xml:space="preserve">[20:44] </w:t>
      </w:r>
      <w:r>
        <w:t>yani musalman bhi isi ghalati mein phanse rahe. misaal ke taur par dekhiye.</w:t>
      </w:r>
    </w:p>
    <w:p>
      <w:pPr>
        <w:jc w:val="right"/>
      </w:pPr>
      <w:r>
        <w:t>یعنی مسلمان بھی اسی غلطی میں پھنسے رہے۔ مثال کے طور پر دیکھیے۔</w:t>
      </w:r>
    </w:p>
    <w:p>
      <w:r>
        <w:rPr>
          <w:b/>
        </w:rPr>
        <w:t xml:space="preserve">[20:51] </w:t>
      </w:r>
      <w:r>
        <w:t>arbon ki jo jamaat hai, jin ka naam hai title al-ikhwan al-muslimeen, woh unnis sau athais mein qaim hui thi.</w:t>
      </w:r>
    </w:p>
    <w:p>
      <w:pPr>
        <w:jc w:val="right"/>
      </w:pPr>
      <w:r>
        <w:t>عربوں کی جو جماعت ہے، جن کا نام ہے ٹائٹل الاخوان المسلمون، وہ انیس سو اٹھائیس میں قائم ہوئی تھی۔</w:t>
      </w:r>
    </w:p>
    <w:p>
      <w:r>
        <w:rPr>
          <w:b/>
        </w:rPr>
        <w:t xml:space="preserve">[21:01] </w:t>
      </w:r>
      <w:r>
        <w:t>do hazar gyarah mein is ka political wing banaya gaya. is ka naam hai justice and freedom society.</w:t>
      </w:r>
    </w:p>
    <w:p>
      <w:pPr>
        <w:jc w:val="right"/>
      </w:pPr>
      <w:r>
        <w:t>دو ہزار گیارہ میں اس کا پولیٹیکل ونگ بنایا گیا۔ اس کا نام ہے جسٹس اینڈ فریڈم سوسائٹی۔</w:t>
      </w:r>
    </w:p>
    <w:p>
      <w:r>
        <w:rPr>
          <w:b/>
        </w:rPr>
        <w:t xml:space="preserve">[21:08] </w:t>
      </w:r>
      <w:r>
        <w:t>freedom and freedom and justice</w:t>
      </w:r>
    </w:p>
    <w:p>
      <w:pPr>
        <w:jc w:val="right"/>
      </w:pPr>
      <w:r>
        <w:t>فریڈم اینڈ فریڈم اینڈ جسٹس</w:t>
      </w:r>
    </w:p>
    <w:p>
      <w:r>
        <w:rPr>
          <w:b/>
        </w:rPr>
        <w:t xml:space="preserve">[21:15] </w:t>
      </w:r>
      <w:r>
        <w:t>party. freedom and justice party. yeh na na to freedom sahi hai na justice sahi hai. yeh koi goal hi nahi hai. yeh goal hi nahi hai insaan ka.</w:t>
      </w:r>
    </w:p>
    <w:p>
      <w:pPr>
        <w:jc w:val="right"/>
      </w:pPr>
      <w:r>
        <w:t>پارٹی۔ فریڈم اینڈ جسٹس پارٹی۔ یہ نہ نہ تو فریڈم صحیح ہے نہ جسٹس صحیح ہے۔ یہ کوئی گول ہی نہیں ہے۔ یہ گول ہی نہیں ہے انسان کا۔</w:t>
      </w:r>
    </w:p>
    <w:p>
      <w:r>
        <w:rPr>
          <w:b/>
        </w:rPr>
        <w:t xml:space="preserve">[21:26] </w:t>
      </w:r>
      <w:r>
        <w:t>yani creation plan of god ke mutabiq na freedom goal hai na justice goal hai.</w:t>
      </w:r>
    </w:p>
    <w:p>
      <w:pPr>
        <w:jc w:val="right"/>
      </w:pPr>
      <w:r>
        <w:t>یعنی کریشن پلان آف گاڈ کے مطابق نہ فریڈم گول ہے نہ جسٹس گول ہے۔</w:t>
      </w:r>
    </w:p>
    <w:p>
      <w:r>
        <w:rPr>
          <w:b/>
        </w:rPr>
        <w:t xml:space="preserve">[21:34] </w:t>
      </w:r>
      <w:r>
        <w:t>saare arab dunya mein jis ka dabdaba hai sab se zyada</w:t>
      </w:r>
    </w:p>
    <w:p>
      <w:pPr>
        <w:jc w:val="right"/>
      </w:pPr>
      <w:r>
        <w:t>سارے عرب دنیا میں جس کا دبدبہ ہے سب سے زیادہ</w:t>
      </w:r>
    </w:p>
    <w:p>
      <w:r>
        <w:rPr>
          <w:b/>
        </w:rPr>
        <w:t xml:space="preserve">[21:38] </w:t>
      </w:r>
      <w:r>
        <w:t>, woh isi party ka dabdaba hai. freedom and justice party. unhon ne insaan ka banaya hai azadi aur insaaf.</w:t>
      </w:r>
    </w:p>
    <w:p>
      <w:pPr>
        <w:jc w:val="right"/>
      </w:pPr>
      <w:r>
        <w:t>، وہ اسی پارٹی کا دبدبہ ہے۔ فریڈم اینڈ جسٹس پارٹی۔ انہوں نے انسان کا بنایا ہے آزادی اور انصاف۔</w:t>
      </w:r>
    </w:p>
    <w:p>
      <w:r>
        <w:rPr>
          <w:b/>
        </w:rPr>
        <w:t xml:space="preserve">[21:47] </w:t>
      </w:r>
      <w:r>
        <w:t>yeh koi insaan hi nahi hai. isi liye aap dekhiye. saath baras zyada muddat ho gayi aur yeh lad rahe hain aur siwaye tabahi ke unhon ne mulk ko kuch bhi nahi diya.</w:t>
      </w:r>
    </w:p>
    <w:p>
      <w:pPr>
        <w:jc w:val="right"/>
      </w:pPr>
      <w:r>
        <w:t>یہ کوئی انسان ہی نہیں ہے۔ اسی لیے آپ دیکھیے۔ ساٹھ برس زیادہ مدت ہو گئی اور یہ لڑ رہے ہیں اور سوائے تباہی کے انہوں نے ملک کو کچھ بھی نہیں دیا۔</w:t>
      </w:r>
    </w:p>
    <w:p>
      <w:r>
        <w:rPr>
          <w:b/>
        </w:rPr>
        <w:t xml:space="preserve">[21:58] </w:t>
      </w:r>
      <w:r>
        <w:t>arab world ko kuch bhi nahi diya. ab mein is ka tajziya</w:t>
      </w:r>
    </w:p>
    <w:p>
      <w:pPr>
        <w:jc w:val="right"/>
      </w:pPr>
      <w:r>
        <w:t>عرب ورلڈ کو کچھ بھی نہیں دیا۔ اب میں اس کا تجزیہ</w:t>
      </w:r>
    </w:p>
    <w:p>
      <w:r>
        <w:rPr>
          <w:b/>
        </w:rPr>
        <w:t xml:space="preserve">[22:04] </w:t>
      </w:r>
      <w:r>
        <w:t>karta hoon. dekhiye. fard ko yeh log kehte hain saare philosophers ke fard ka goal hai pleasure.</w:t>
      </w:r>
    </w:p>
    <w:p>
      <w:pPr>
        <w:jc w:val="right"/>
      </w:pPr>
      <w:r>
        <w:t>کرتا ہوں۔ دیکھیے۔ فرد کو یہ لوگ کہتے ہیں سارے فلاسفرز کہ فرد کا گول ہے پلیژر۔</w:t>
      </w:r>
    </w:p>
    <w:p>
      <w:r>
        <w:rPr>
          <w:b/>
        </w:rPr>
        <w:t xml:space="preserve">[22:17] </w:t>
      </w:r>
      <w:r>
        <w:t>yeh goal bilkul unachievable hai. yeh achievable hi nahi hai. kyun? insaan ka jo study ki gayi hai, insaan ka jo mutala kiya gaya hai,</w:t>
      </w:r>
    </w:p>
    <w:p>
      <w:pPr>
        <w:jc w:val="right"/>
      </w:pPr>
      <w:r>
        <w:t>یہ گول بالکل ان اچیویبل ہے۔ یہ اچیویبل ہی نہیں ہے۔ کیوں؟ انسان کا جو اسٹڈی کی گئی ہے، انسان کا جو مطالعہ کیا گیا ہے،</w:t>
      </w:r>
    </w:p>
    <w:p>
      <w:r>
        <w:rPr>
          <w:b/>
        </w:rPr>
        <w:t xml:space="preserve">[22:31] </w:t>
      </w:r>
      <w:r>
        <w:t>to is se maloom hua hai ke insaan jo hai perfect pleasure chahta hai. ideal pleasure chahta hai.</w:t>
      </w:r>
    </w:p>
    <w:p>
      <w:pPr>
        <w:jc w:val="right"/>
      </w:pPr>
      <w:r>
        <w:t>تو اس سے معلوم ہوا ہے کہ انسان جو ہے پرفیکٹ پلیژر چاہتا ہے۔ آئیڈیل پلیژر چاہتا ہے۔</w:t>
      </w:r>
    </w:p>
    <w:p>
      <w:r>
        <w:rPr>
          <w:b/>
        </w:rPr>
        <w:t xml:space="preserve">[22:41] </w:t>
      </w:r>
      <w:r>
        <w:t>ideal se kam kisi cheez par is ko khushi nahi hoti. perfect se perfect se kam kisi cheez par is ko sukoon nahi milta. aur is duniya mein koi cheez hai hi nahi.</w:t>
      </w:r>
    </w:p>
    <w:p>
      <w:pPr>
        <w:jc w:val="right"/>
      </w:pPr>
      <w:r>
        <w:t>آئیڈیل سے کم کسی چیز پر اس کو خوشی نہیں ہوتی۔ پرفیکٹ سے پرفیکٹ سے کم کسی چیز پر اس کو سکون نہیں ملتا۔ اور اس دنیا میں کوئی چیز ہے ہی نہیں۔</w:t>
      </w:r>
    </w:p>
    <w:p>
      <w:r>
        <w:rPr>
          <w:b/>
        </w:rPr>
        <w:t xml:space="preserve">[22:53] </w:t>
      </w:r>
      <w:r>
        <w:t>is duniya mein har cheez less than ideal hai. har cheez imperfect hai.</w:t>
      </w:r>
    </w:p>
    <w:p>
      <w:pPr>
        <w:jc w:val="right"/>
      </w:pPr>
      <w:r>
        <w:t>اس دنیا میں ہر چیز لیس دین آئیڈیل ہے۔ ہر چیز امپرفیکٹ ہے۔</w:t>
      </w:r>
    </w:p>
    <w:p>
      <w:r>
        <w:rPr>
          <w:b/>
        </w:rPr>
        <w:t xml:space="preserve">[23:00] </w:t>
      </w:r>
      <w:r>
        <w:t>to imperfect world mein aap ne is insaan ka goal banaya perfect pleasure to woh kaise achieve hoga?</w:t>
      </w:r>
    </w:p>
    <w:p>
      <w:pPr>
        <w:jc w:val="right"/>
      </w:pPr>
      <w:r>
        <w:t>تو امپرفیکٹ ورلڈ میں آپ نے اس انسان کا گول بنایا پرفیکٹ پلیژر تو وہ کیسے اچیو ہوگا؟</w:t>
      </w:r>
    </w:p>
    <w:p>
      <w:r>
        <w:rPr>
          <w:b/>
        </w:rPr>
        <w:t xml:space="preserve">[23:11] </w:t>
      </w:r>
      <w:r>
        <w:t>allah ne is duniya ko yani khalq ne is duniya ko aisa banaya hi nahi ke yahan par ideal koi cheez ideal halat mein mile, koi cheez perfect shakal mein mile.</w:t>
      </w:r>
    </w:p>
    <w:p>
      <w:pPr>
        <w:jc w:val="right"/>
      </w:pPr>
      <w:r>
        <w:t>اللہ نے اس دنیا کو یعنی خالق نے اس دنیا کو ایسا بنایا ہی نہیں کہ یہاں پر آئیڈیل کوئی چیز آئیڈیل حالت میں ملے، کوئی چیز پرفیکٹ شکل میں ملے۔</w:t>
      </w:r>
    </w:p>
    <w:p>
      <w:r>
        <w:rPr>
          <w:b/>
        </w:rPr>
        <w:t xml:space="preserve">[23:23] </w:t>
      </w:r>
      <w:r>
        <w:t>ab banaya hi nahi.</w:t>
      </w:r>
    </w:p>
    <w:p>
      <w:pPr>
        <w:jc w:val="right"/>
      </w:pPr>
      <w:r>
        <w:t>اب بنایا ہی نہیں۔</w:t>
      </w:r>
    </w:p>
    <w:p>
      <w:r>
        <w:rPr>
          <w:b/>
        </w:rPr>
        <w:t xml:space="preserve">[23:26] </w:t>
      </w:r>
      <w:r>
        <w:t>isi liye quran mein hai ke laqad khalaqnal insana fi kabd. insaan ko hum ne paida kiya problem mein. aap ghor kijiye jab khalq ne duniya ko world of problem banaya hai to aap kaise kar sakte hain aisa ke is ko world of perfection, perfection bana dein?</w:t>
      </w:r>
    </w:p>
    <w:p>
      <w:pPr>
        <w:jc w:val="right"/>
      </w:pPr>
      <w:r>
        <w:t>اسی لیے قرآن میں ہے کہ لقد خلقنا الانسان فی کبد ۔ انسان کو ہم نے پیدا کیا پرابلم میں۔ آپ غور کیجیے جب خالق نے دنیا کو ورلڈ آف پرابلم بنایا ہے تو آپ کیسے کر سکتے ہیں ایسا کہ اس کو ورلڈ آف پرفیکشن، پرفیکشن بنا دیں؟</w:t>
      </w:r>
    </w:p>
    <w:p>
      <w:r>
        <w:rPr>
          <w:b/>
        </w:rPr>
        <w:t xml:space="preserve">[23:47] </w:t>
      </w:r>
      <w:r>
        <w:t>kaise bana kar sakte hain aap?</w:t>
      </w:r>
    </w:p>
    <w:p>
      <w:pPr>
        <w:jc w:val="right"/>
      </w:pPr>
      <w:r>
        <w:t>کیسے بنا کر سکتے ہیں آپ؟</w:t>
      </w:r>
    </w:p>
    <w:p>
      <w:r>
        <w:rPr>
          <w:b/>
        </w:rPr>
        <w:t xml:space="preserve">[23:51] </w:t>
      </w:r>
      <w:r>
        <w:t>to yeh duniya banayi gayi hai har aitbaar se imperfect, less than ideal. aur logon ne target kiya bana liya individual ke liye ideal pleasure, perfect pleasure.</w:t>
      </w:r>
    </w:p>
    <w:p>
      <w:pPr>
        <w:jc w:val="right"/>
      </w:pPr>
      <w:r>
        <w:t>تو یہ دنیا بنائی گئی ہے ہر اعتبار سے امپرفیکٹ، لیس دین آئیڈیل۔ اور لوگوں نے ٹارگٹ کیا بنا لیا انڈیویجول کے لیے آئیڈیل پلیژر، پرفیکٹ پلیژر۔</w:t>
      </w:r>
    </w:p>
    <w:p>
      <w:r>
        <w:rPr>
          <w:b/>
        </w:rPr>
        <w:t xml:space="preserve">[24:07] </w:t>
      </w:r>
      <w:r>
        <w:t>woh bilkul woh achievable hi nahi tha.</w:t>
      </w:r>
    </w:p>
    <w:p>
      <w:pPr>
        <w:jc w:val="right"/>
      </w:pPr>
      <w:r>
        <w:t>وہ بالکل وہ اچیویبل ہی نہیں تھا۔</w:t>
      </w:r>
    </w:p>
    <w:p>
      <w:r>
        <w:rPr>
          <w:b/>
        </w:rPr>
        <w:t xml:space="preserve">[24:13] </w:t>
      </w:r>
      <w:r>
        <w:t>to jo cheez achievable nahi thi, us ko unhon ne ideal bana diya insaan ka. nateeja kya hai?</w:t>
      </w:r>
    </w:p>
    <w:p>
      <w:pPr>
        <w:jc w:val="right"/>
      </w:pPr>
      <w:r>
        <w:t>تو جو چیز اچیویبل نہیں تھی، اس کو انہوں نے آئیڈیل بنا دیا انسان کا۔ نتیجہ کیا ہے؟</w:t>
      </w:r>
    </w:p>
    <w:p>
      <w:r>
        <w:rPr>
          <w:b/>
        </w:rPr>
        <w:t xml:space="preserve">[24:20] </w:t>
      </w:r>
      <w:r>
        <w:t>saari duniya ke insaan tension mein jeete hain, tension mein marte hain. ke koi khushi mein na jeeta, na khushi mein marta.</w:t>
      </w:r>
    </w:p>
    <w:p>
      <w:pPr>
        <w:jc w:val="right"/>
      </w:pPr>
      <w:r>
        <w:t>ساری دنیا کے انسان ٹینشن میں جیتے ہیں، ٹینشن میں مرتے ہیں۔ کہ کوئی خوشی میں نہ جیتا، نہ خوشی میں مرتا۔</w:t>
      </w:r>
    </w:p>
    <w:p>
      <w:r>
        <w:rPr>
          <w:b/>
        </w:rPr>
        <w:t xml:space="preserve">[24:34] </w:t>
      </w:r>
      <w:r>
        <w:t>kyun ke aap ne is ko bataya ke tum ko duniya se khushi lena hai. aur ideal khushi lena hai. aur ideal khushi ke liye sab kuch apna qurban kar deta hai woh.</w:t>
      </w:r>
    </w:p>
    <w:p>
      <w:pPr>
        <w:jc w:val="right"/>
      </w:pPr>
      <w:r>
        <w:t>کیونکہ آپ نے اس کو بتایا کہ تم کو دنیا سے خوشی لینا ہے۔ اور آئیڈیل خوشی لینا ہے۔ اور آئیڈیل خوشی کے لیے سب کچھ اپنا قربان کر دیتا ہے وہ۔</w:t>
      </w:r>
    </w:p>
    <w:p>
      <w:r>
        <w:rPr>
          <w:b/>
        </w:rPr>
        <w:t xml:space="preserve">[24:44] </w:t>
      </w:r>
      <w:r>
        <w:t>saari zindagi</w:t>
      </w:r>
    </w:p>
    <w:p>
      <w:pPr>
        <w:jc w:val="right"/>
      </w:pPr>
      <w:r>
        <w:t>ساری زندگی</w:t>
      </w:r>
    </w:p>
    <w:p>
      <w:r>
        <w:rPr>
          <w:b/>
        </w:rPr>
        <w:t xml:space="preserve">[24:47] </w:t>
      </w:r>
      <w:r>
        <w:t>saari zindagi sab kuch karne ke baad kya milta hai? ke jaise maine bataya qissa aap ko ke kya un ki umeedain rahi hongi jo family ja rahi hogi beijing apne bete ko ke celebration ko dekhne ke liye.</w:t>
      </w:r>
    </w:p>
    <w:p>
      <w:pPr>
        <w:jc w:val="right"/>
      </w:pPr>
      <w:r>
        <w:t>۔ ساری زندگی سب کچھ کرنے کے بعد کیا ملتا ہے؟ کہ جیسے میں نے بتایا قصہ آپ کو کہ کیا ان کی امیدیں رہی ہوں گی جو فیملی جا رہی ہوگی بیجنگ اپنے بیٹے کو کے سیلیبریشن کو دیکھنے کے لیے۔</w:t>
      </w:r>
    </w:p>
    <w:p>
      <w:r>
        <w:rPr>
          <w:b/>
        </w:rPr>
        <w:t xml:space="preserve">[25:03] </w:t>
      </w:r>
      <w:r>
        <w:t>kya kya umeedain le ke ja rahi hogi? lekin sab family khatam, umeedain khatam, sab kuch khatam.</w:t>
      </w:r>
    </w:p>
    <w:p>
      <w:pPr>
        <w:jc w:val="right"/>
      </w:pPr>
      <w:r>
        <w:t>کیا کیا امیدیں لے کے جا رہی ہوگی؟ لیکن سب فیملی ختم، امیدیں ختم، سب کچھ ختم۔</w:t>
      </w:r>
    </w:p>
    <w:p>
      <w:r>
        <w:rPr>
          <w:b/>
        </w:rPr>
        <w:t xml:space="preserve">[25:13] </w:t>
      </w:r>
      <w:r>
        <w:t>aisi dunya jahan aap fly karen jahaz se aur crash na ho. koi dunya hai nahin.</w:t>
      </w:r>
    </w:p>
    <w:p>
      <w:pPr>
        <w:jc w:val="right"/>
      </w:pPr>
      <w:r>
        <w:t>ایسی دنیا جہاں آپ فلائی کریں جہاز سے اور کریش نہ ہو۔ کوئی دنیا ہے نہیں۔</w:t>
      </w:r>
    </w:p>
    <w:p>
      <w:r>
        <w:rPr>
          <w:b/>
        </w:rPr>
        <w:t xml:space="preserve">[25:23] </w:t>
      </w:r>
      <w:r>
        <w:t>yaani ek hi dunya chahiye aap ko. yaani apne ideal pleasure ko hasil karne ke liye aap ko aisi dunya chahiye jahan aap jab fly karen ek jagah se doosri jagah jaane ke liye to jahaz aap crash na ho.</w:t>
      </w:r>
    </w:p>
    <w:p>
      <w:pPr>
        <w:jc w:val="right"/>
      </w:pPr>
      <w:r>
        <w:t>یعنی ایک ہی دنیا چاہیے آپ کو۔ یعنی اپنے آئیڈیل پلیژر کو حاصل کرنے کے لیے آپ کو ایسی دنیا چاہیے جہاں آپ جب فلائی کریں ایک جگہ سے دوسری جگہ جانے کے لیے تو جہاز آپ کریش نہ ہو۔</w:t>
      </w:r>
    </w:p>
    <w:p>
      <w:r>
        <w:rPr>
          <w:b/>
        </w:rPr>
        <w:t xml:space="preserve">[25:39] </w:t>
      </w:r>
      <w:r>
        <w:t>yeh to possible nahin hai.</w:t>
      </w:r>
    </w:p>
    <w:p>
      <w:pPr>
        <w:jc w:val="right"/>
      </w:pPr>
      <w:r>
        <w:t>یہ تو پاسیبل نہیں ہے۔</w:t>
      </w:r>
    </w:p>
    <w:p>
      <w:r>
        <w:rPr>
          <w:b/>
        </w:rPr>
        <w:t xml:space="preserve">[25:45] </w:t>
      </w:r>
      <w:r>
        <w:t>is ke bare mein yeh hai ke jo hamare philosophers the, jo hamare reformers the, unhon ne yeh jo bataya ke insaan ka goal hai pleasure ka husool, woh goal hi galat unhon ne muqarrar kiya.</w:t>
      </w:r>
    </w:p>
    <w:p>
      <w:pPr>
        <w:jc w:val="right"/>
      </w:pPr>
      <w:r>
        <w:t>اس کے بارے میں یہ ہے کہ جو ہمارے فلاسفرز تھے، جو ہمارے ریفارمرز تھے، انہوں نے یہ جو بتایا کہ انسان کا گول ہے پلیژر کا حصول، وہ گول ہی غلط انہوں نے مقرر کیا۔</w:t>
      </w:r>
    </w:p>
    <w:p>
      <w:r>
        <w:rPr>
          <w:b/>
        </w:rPr>
        <w:t xml:space="preserve">[26:01] </w:t>
      </w:r>
      <w:r>
        <w:t>galat is sense mein ke woh achievable goal nahin tha. sahi goal woh hai jo achievable ho. jo achievable na ho, woh goal hi nahin.</w:t>
      </w:r>
    </w:p>
    <w:p>
      <w:pPr>
        <w:jc w:val="right"/>
      </w:pPr>
      <w:r>
        <w:t>غلط اس سینس میں کہ وہ اچیویبل گول نہیں تھا۔ صحیح گول وہ ہے جو اچیویبل ہو۔ جو اچیویبل نہ ہو، وہ گول ہی نہیں۔</w:t>
      </w:r>
    </w:p>
    <w:p>
      <w:r>
        <w:rPr>
          <w:b/>
        </w:rPr>
        <w:t xml:space="preserve">[26:16] </w:t>
      </w:r>
      <w:r>
        <w:t>jo goal achievable na ho, woh goal hi nahin. abhi main dekhiye, main jab yahan aa raha tha to aap jante hain ke hum ko seedhiyan charhni padti hain.</w:t>
      </w:r>
    </w:p>
    <w:p>
      <w:pPr>
        <w:jc w:val="right"/>
      </w:pPr>
      <w:r>
        <w:t>جو گول اچیویبل نہ ہو، وہ گول ہی نہیں۔ ابھی میں دیکھیے، میں جب یہاں آ رہا تھا تو آپ جانتے ہیں کہ ہم کو سیڑھیاں چڑھنی پڑتی ہیں۔</w:t>
      </w:r>
    </w:p>
    <w:p>
      <w:r>
        <w:rPr>
          <w:b/>
        </w:rPr>
        <w:t xml:space="preserve">[26:31] </w:t>
      </w:r>
      <w:r>
        <w:t>jab seedhiyan main charh raha tha to dheere dheere, bohat hi mushaqqat ke sath charh raha tha.</w:t>
      </w:r>
    </w:p>
    <w:p>
      <w:pPr>
        <w:jc w:val="right"/>
      </w:pPr>
      <w:r>
        <w:t>جب سیڑھیاں میں چڑھ رہا تھا تو دھیرے دھیرے، بہت ہی مشقت کے ساتھ چڑھ رہا تھا۔</w:t>
      </w:r>
    </w:p>
    <w:p>
      <w:r>
        <w:rPr>
          <w:b/>
        </w:rPr>
        <w:t xml:space="preserve">[26:42] </w:t>
      </w:r>
      <w:r>
        <w:t>to maine socha ke aisa ho ke main apne office se niklun, ek qadam wahan, doosra qadam yahan. jaise aadmi ek kamre se nikal ke doosre qadam jata hai, ek qadam barhata hai, aage to woh doosre kamre mein hota hai.</w:t>
      </w:r>
    </w:p>
    <w:p>
      <w:pPr>
        <w:jc w:val="right"/>
      </w:pPr>
      <w:r>
        <w:t>تو میں نے سوچا کہ ایسا ہو کہ میں اپنے آفس سے نکلوں، ایک قدم وہاں، دوسرا قدم یہاں۔ جیسے آدمی ایک کمرے سے نکل کے دوسرے قدم جاتا ہے، ایک قدم بڑھاتا ہے، آگے تو وہ دوسرے کمرے میں ہوتا ہے۔</w:t>
      </w:r>
    </w:p>
    <w:p>
      <w:r>
        <w:rPr>
          <w:b/>
        </w:rPr>
        <w:t xml:space="preserve">[26:58] </w:t>
      </w:r>
      <w:r>
        <w:t>aise hi yahan bhi ho jaye ke ek qadam mera office mein ho aur doosra qadam yahan. to maine socha ke yeh namumkin hai.</w:t>
      </w:r>
    </w:p>
    <w:p>
      <w:pPr>
        <w:jc w:val="right"/>
      </w:pPr>
      <w:r>
        <w:t>ایسے ہی یہاں بھی ہو جائے کہ ایک قدم میرا آفس میں ہو اور دوسرا قدم یہاں۔ تو میں نے سوچا کہ یہ ناممکن ہے۔</w:t>
      </w:r>
    </w:p>
    <w:p>
      <w:r>
        <w:rPr>
          <w:b/>
        </w:rPr>
        <w:t xml:space="preserve">[27:08] </w:t>
      </w:r>
      <w:r>
        <w:t>yeh dunya is ke liye banai nahin gayi.</w:t>
      </w:r>
    </w:p>
    <w:p>
      <w:pPr>
        <w:jc w:val="right"/>
      </w:pPr>
      <w:r>
        <w:t>یہ دنیا اس کے لیے بنائی نہیں گئی۔</w:t>
      </w:r>
    </w:p>
    <w:p>
      <w:r>
        <w:rPr>
          <w:b/>
        </w:rPr>
        <w:t xml:space="preserve">[27:12] </w:t>
      </w:r>
      <w:r>
        <w:t xml:space="preserve">is dunya ko banane wale ne yahan yeh halaat hi nahin rakhe ke main ek office se niklun to ek qadam wahan aur doosra qadam yahan paray. </w:t>
      </w:r>
    </w:p>
    <w:p>
      <w:pPr>
        <w:jc w:val="right"/>
      </w:pPr>
      <w:r>
        <w:t>اس دنیا کو بنانے والے نے یہاں یہ حالات ہی نہیں رکھے کہ میں ایک آفس سے نکلوں تو ایک قدم وہاں اور دوسرا قدم یہاں پڑے۔</w:t>
      </w:r>
    </w:p>
    <w:p>
      <w:r>
        <w:rPr>
          <w:b/>
        </w:rPr>
        <w:t xml:space="preserve">[27:23] </w:t>
      </w:r>
      <w:r>
        <w:t>yeh mumkin nahin hai. to agar main yeh goal bana lun ke mujhe aisi dunya chahiye to woh goal achievable nahin hoga.</w:t>
      </w:r>
    </w:p>
    <w:p>
      <w:pPr>
        <w:jc w:val="right"/>
      </w:pPr>
      <w:r>
        <w:t>یہ ممکن نہیں ہے۔ تو اگر میں یہ گول بنا لوں کہ مجھے ایسی دنیا چاہیے تو وہ گول اچیویبل نہیں ہوگا۔</w:t>
      </w:r>
    </w:p>
    <w:p>
      <w:r>
        <w:rPr>
          <w:b/>
        </w:rPr>
        <w:t xml:space="preserve">[27:34] </w:t>
      </w:r>
      <w:r>
        <w:t>hamesha pareshan rahoon ga. yeh hai insaan ka haal.</w:t>
      </w:r>
    </w:p>
    <w:p>
      <w:pPr>
        <w:jc w:val="right"/>
      </w:pPr>
      <w:r>
        <w:t>ہمیشہ پریشان رہوں گا۔ یہ ہے انسان کا حال۔</w:t>
      </w:r>
    </w:p>
    <w:p>
      <w:r>
        <w:rPr>
          <w:b/>
        </w:rPr>
        <w:t xml:space="preserve">[27:41] </w:t>
      </w:r>
      <w:r>
        <w:t>insaan ne is cheez ko, is insaan creation plan jo Allah ka, isi ko daryaft karne mein ghalti ki.</w:t>
      </w:r>
    </w:p>
    <w:p>
      <w:pPr>
        <w:jc w:val="right"/>
      </w:pPr>
      <w:r>
        <w:t>انسان نے اس چیز کو، اس انسان کریشن پلان جو اللہ کا، اسی کو دریافت کرنے میں غلطی کی۔</w:t>
      </w:r>
    </w:p>
    <w:p>
      <w:r>
        <w:rPr>
          <w:b/>
        </w:rPr>
        <w:t xml:space="preserve">[27:51] </w:t>
      </w:r>
      <w:r>
        <w:t>us ne insaan ne apne wam ko jana, apne desire ko jana, apne ambitions ko jana, apni khwahishon ko jana, aur le kar jump kar diya dunya mein.</w:t>
      </w:r>
    </w:p>
    <w:p>
      <w:pPr>
        <w:jc w:val="right"/>
      </w:pPr>
      <w:r>
        <w:t>اس نے انسان نے اپنے وم کو جانا، اپنے ڈیزائر کو جانا، اپنے ایمبیشنز کو جانا، اپنی خواہشوں کو جانا، اور لے کر جمپ کر دیا دنیا میں۔</w:t>
      </w:r>
    </w:p>
    <w:p>
      <w:r>
        <w:rPr>
          <w:b/>
        </w:rPr>
        <w:t xml:space="preserve">[28:05] </w:t>
      </w:r>
      <w:r>
        <w:t>apni khwahishon ko le kar aap jump karen to kya</w:t>
      </w:r>
    </w:p>
    <w:p>
      <w:pPr>
        <w:jc w:val="right"/>
      </w:pPr>
      <w:r>
        <w:t>اپنی خواہشوں کو لے کر آپ جمپ کریں تو کیا</w:t>
      </w:r>
    </w:p>
    <w:p>
      <w:r>
        <w:rPr>
          <w:b/>
        </w:rPr>
        <w:t xml:space="preserve">[28:09] </w:t>
      </w:r>
      <w:r>
        <w:t>hoga? woh hasil nahin hoga.</w:t>
      </w:r>
    </w:p>
    <w:p>
      <w:pPr>
        <w:jc w:val="right"/>
      </w:pPr>
      <w:r>
        <w:t>ہوگا؟ وہ حاصل نہیں ہوگا۔</w:t>
      </w:r>
    </w:p>
    <w:p>
      <w:r>
        <w:rPr>
          <w:b/>
        </w:rPr>
        <w:t xml:space="preserve">[28:15] </w:t>
      </w:r>
      <w:r>
        <w:t>kal mujh se ek sahib ne sawal kiya ke Hazrat Umar Farooq, jo Khalifa Sani the, unhon ne Khalid ko maazool kyun kar diya tha, jo ke general the?</w:t>
      </w:r>
    </w:p>
    <w:p>
      <w:pPr>
        <w:jc w:val="right"/>
      </w:pPr>
      <w:r>
        <w:t>کل مجھ سے ایک صاحب نے سوال کیا کہ حضرت عمر فاروق، جو خلیفہ ثانی تھے، انہوں نے خالد کو معذول کیوں کر دیا تھا، جو کہ جنرل تھے؟</w:t>
      </w:r>
    </w:p>
    <w:p>
      <w:r>
        <w:rPr>
          <w:b/>
        </w:rPr>
        <w:t xml:space="preserve">[28:27] </w:t>
      </w:r>
      <w:r>
        <w:t>yeh bohat hi mashhoor waqia hai ke Hazrat Umar Farooq ne Khalid Al Waleed ko maaz</w:t>
      </w:r>
    </w:p>
    <w:p>
      <w:pPr>
        <w:jc w:val="right"/>
      </w:pPr>
      <w:r>
        <w:t>یہ بہت ہی مشہور واقعہ ہے کہ حضرت عمر فاروق نے خالد الولید کو معذ</w:t>
      </w:r>
    </w:p>
    <w:p>
      <w:r>
        <w:rPr>
          <w:b/>
        </w:rPr>
        <w:t xml:space="preserve">[28:34] </w:t>
      </w:r>
      <w:r>
        <w:t>ool kar diya tha. maazool ke maani hain ke un ko general se hata kar soldier bana diya. soldier yaani matahat kar diya. to ajeeb ajeeb kahaniyan mashhoor hain.</w:t>
      </w:r>
    </w:p>
    <w:p>
      <w:pPr>
        <w:jc w:val="right"/>
      </w:pPr>
      <w:r>
        <w:t>ول کر دیا تھا۔ معذول کے معنی ہیں کہ ان کو جنرل سے ہٹا کر سولجر بنا دیا۔ سولجر یعنی ماتحت کر دیا۔ تو عجیب عجیب کہانیاں مشہور ہیں۔</w:t>
      </w:r>
    </w:p>
    <w:p>
      <w:r>
        <w:rPr>
          <w:b/>
        </w:rPr>
        <w:t xml:space="preserve">[28:46] </w:t>
      </w:r>
      <w:r>
        <w:t>wajah kya thi? wajah sirf ek thi. Khalid jo the, woh bohat bahadur aadmi the. aur har bahadur aadmi adventurer hota hai.</w:t>
      </w:r>
    </w:p>
    <w:p>
      <w:pPr>
        <w:jc w:val="right"/>
      </w:pPr>
      <w:r>
        <w:t>وجہ کیا تھی؟ وجہ صرف ایک تھی۔ خالد جو تھے، وہ بہت بہادر آدمی تھے۔ اور ہر بہادر آدمی ایڈونچرسٹ ہوتا ہے۔</w:t>
      </w:r>
    </w:p>
    <w:p>
      <w:r>
        <w:rPr>
          <w:b/>
        </w:rPr>
        <w:t xml:space="preserve">[28:59] </w:t>
      </w:r>
      <w:r>
        <w:t>yaad rakhiye, jis ko Allah taala zyada mazboot, strong yaani nervous system ka bohat mazboot ho, jis ko aqal bohat di gayi ho, jis ko bohat zabardast aala darje ki help us ki ho,</w:t>
      </w:r>
    </w:p>
    <w:p>
      <w:pPr>
        <w:jc w:val="right"/>
      </w:pPr>
      <w:r>
        <w:t>یاد رکھیے، جس کو اللہ تعالی زیادہ مضبوط، سٹرانگ یعنی نروس سسٹم کا بہت مضبوط ہو، جس کو عقل بہت دی گئی ہو، جس کو بہت زبردست اعلیٰ درجے کی ہیلپ اس کی ہو،</w:t>
      </w:r>
    </w:p>
    <w:p>
      <w:r>
        <w:rPr>
          <w:b/>
        </w:rPr>
        <w:t xml:space="preserve">[29:14] </w:t>
      </w:r>
      <w:r>
        <w:t>boht taqatwar personality ho, to woh adventurer ho jata hai.</w:t>
      </w:r>
    </w:p>
    <w:p>
      <w:pPr>
        <w:jc w:val="right"/>
      </w:pPr>
      <w:r>
        <w:t>بہت طاقتور پرسنیلٹی ہو، تو وہ ایڈونچرسٹ ہو جاتا ہے۔</w:t>
      </w:r>
    </w:p>
    <w:p>
      <w:r>
        <w:rPr>
          <w:b/>
        </w:rPr>
        <w:t xml:space="preserve">[29:21] </w:t>
      </w:r>
      <w:r>
        <w:t>aur adventurer aadmi jo hota hai, woh boht yani boht hi boht aasani se is ko aik risk mein mubtala rehta hai hamesha.</w:t>
      </w:r>
    </w:p>
    <w:p>
      <w:pPr>
        <w:jc w:val="right"/>
      </w:pPr>
      <w:r>
        <w:t>اور ایڈونچرر آدمی جو ہوتا ہے، وہ بہت یعنی بہت ہی بہت آسانی سے اس کو ایک رسک میں مبتلا رہتا ہے ہمیشہ۔</w:t>
      </w:r>
    </w:p>
    <w:p>
      <w:r>
        <w:rPr>
          <w:b/>
        </w:rPr>
        <w:t xml:space="preserve">[29:32] </w:t>
      </w:r>
      <w:r>
        <w:t>har adventurer ke sath aik risk laga hua hota hai. kyunke mamooli si baat mein misadventure kar deta hai, woh kar dega. woh</w:t>
      </w:r>
    </w:p>
    <w:p>
      <w:pPr>
        <w:jc w:val="right"/>
      </w:pPr>
      <w:r>
        <w:t>ہر ایڈونچرسٹ کے ساتھ ایک رسک لگا ہوا ہوتا ہے۔ کیونکہ معمولی سی بات میں مس ایڈونچر کر دیتا ہے، وہ کر دے گا۔ وہ</w:t>
      </w:r>
    </w:p>
    <w:p>
      <w:r>
        <w:rPr>
          <w:b/>
        </w:rPr>
        <w:t xml:space="preserve">[29:41] </w:t>
      </w:r>
      <w:r>
        <w:t>is ka jo nature hota hai, adventurer nature, woh mamooli si baat mein misadventure kar baitha, kar bethega. misadventure kar bethega woh.</w:t>
      </w:r>
    </w:p>
    <w:p>
      <w:pPr>
        <w:jc w:val="right"/>
      </w:pPr>
      <w:r>
        <w:t>اس کا جو نیچر ہوتا ہے، ایڈونچرسٹ نیچر، وہ معمولی سی بات میں مس ایڈونچر کر بیٹھا، کر بیٹھے گا۔ مس ایڈونچر کر بیٹھے گا وہ۔</w:t>
      </w:r>
    </w:p>
    <w:p>
      <w:r>
        <w:rPr>
          <w:b/>
        </w:rPr>
        <w:t xml:space="preserve">[29:53] </w:t>
      </w:r>
      <w:r>
        <w:t>aur yeh Khalid se is tarah ke waqiat hue to Hazrat Khalid, Hazrat Umar, un ko soldier bana diya. to adventurer aadmi ko chahiye ke matahat rahe.</w:t>
      </w:r>
    </w:p>
    <w:p>
      <w:pPr>
        <w:jc w:val="right"/>
      </w:pPr>
      <w:r>
        <w:t>اور یہ خالد سے اس طرح کے واقعات ہوئے تو حضرت خالد، حضرت عمر، ان کو سولجر بنا دیا۔ تو ایڈونچرسٹ آدمی کو چاہیے کہ ماتحت رہے۔</w:t>
      </w:r>
    </w:p>
    <w:p>
      <w:r>
        <w:rPr>
          <w:b/>
        </w:rPr>
        <w:t xml:space="preserve">[30:04] </w:t>
      </w:r>
      <w:r>
        <w:t>woh head nahi banaya sakta is ko.</w:t>
      </w:r>
    </w:p>
    <w:p>
      <w:pPr>
        <w:jc w:val="right"/>
      </w:pPr>
      <w:r>
        <w:t>وہ ہیڈ نہیں بنایا سکتا اس کو۔</w:t>
      </w:r>
    </w:p>
    <w:p>
      <w:r>
        <w:rPr>
          <w:b/>
        </w:rPr>
        <w:t xml:space="preserve">[30:08] </w:t>
      </w:r>
      <w:r>
        <w:t>jo adventurer hota hai, woh behtareen hai us waqt jab koi kisi ki matahat ho. yeh kya tha Hazrat Umar ne?</w:t>
      </w:r>
    </w:p>
    <w:p>
      <w:pPr>
        <w:jc w:val="right"/>
      </w:pPr>
      <w:r>
        <w:t>جو ایڈونچرسٹ ہوتا ہے، وہ بہترین ہے اس وقت جب کوئی کسی کی ماتحت ہو۔ یہ کیا تھا حضرت عمر نے؟</w:t>
      </w:r>
    </w:p>
    <w:p>
      <w:r>
        <w:rPr>
          <w:b/>
        </w:rPr>
        <w:t xml:space="preserve">[30:19] </w:t>
      </w:r>
      <w:r>
        <w:t>to yeh hai creation plan of God ko samajhna. is dunya mein hamein yeh janna parega ke Allah ne jab banaya hai insan ko to is ka naqsha kya hai?</w:t>
      </w:r>
    </w:p>
    <w:p>
      <w:pPr>
        <w:jc w:val="right"/>
      </w:pPr>
      <w:r>
        <w:t>تو یہ ہے کریشن پلان آف گاڈ کو سمجھنا۔ اس دنیا میں ہمیں یہ جاننا پڑے گا کہ اللہ نے جب بنایا ہے انسان کو تو اس کا نقشہ کیا ہے؟</w:t>
      </w:r>
    </w:p>
    <w:p>
      <w:r>
        <w:rPr>
          <w:b/>
        </w:rPr>
        <w:t xml:space="preserve">[30:30] </w:t>
      </w:r>
      <w:r>
        <w:t>yeh dunya jo hai, is ka naqsha kya hai? sari baton ko samajh kar jo aap planning karenge, usi ka naam wisdom hai.</w:t>
      </w:r>
    </w:p>
    <w:p>
      <w:pPr>
        <w:jc w:val="right"/>
      </w:pPr>
      <w:r>
        <w:t>یہ دنیا جو ہے، اس کا نقشہ کیا ہے؟ ساری باتوں کو سمجھ کر جو آپ پلاننگ کریں گے، اسی کا نام وزڈم ہے۔</w:t>
      </w:r>
    </w:p>
    <w:p>
      <w:r>
        <w:rPr>
          <w:b/>
        </w:rPr>
        <w:t xml:space="preserve">[30:40] </w:t>
      </w:r>
      <w:r>
        <w:t>to dekhiye, insan ka goal pleasure nahi hai. insan ka goal hai intellectual development,</w:t>
      </w:r>
    </w:p>
    <w:p>
      <w:pPr>
        <w:jc w:val="right"/>
      </w:pPr>
      <w:r>
        <w:t>تو دیکھیے، انسان کا گول پلیژر نہیں ہے۔ انسان کا گول ہے انٹلیکچول ڈیولپمنٹ،</w:t>
      </w:r>
    </w:p>
    <w:p>
      <w:r>
        <w:rPr>
          <w:b/>
        </w:rPr>
        <w:t xml:space="preserve">[30:51] </w:t>
      </w:r>
      <w:r>
        <w:t>jo poori tarah achievable hai.</w:t>
      </w:r>
    </w:p>
    <w:p>
      <w:pPr>
        <w:jc w:val="right"/>
      </w:pPr>
      <w:r>
        <w:t>جو پوری طرح اچیویبل ہے۔</w:t>
      </w:r>
    </w:p>
    <w:p>
      <w:r>
        <w:rPr>
          <w:b/>
        </w:rPr>
        <w:t xml:space="preserve">[30:56] </w:t>
      </w:r>
      <w:r>
        <w:t>intellectual development aik aisi cheez hai, poori tarah achievable hai. yani agar aap fail hon, tab bhi aap apne zehni irtaqa kar payenge apna.</w:t>
      </w:r>
    </w:p>
    <w:p>
      <w:pPr>
        <w:jc w:val="right"/>
      </w:pPr>
      <w:r>
        <w:t>انٹلیکچول ڈیولپمنٹ ایک ایسی چیز ہے، پوری طرح اچیویبل ہے۔ یعنی اگر آپ فیل ہوں، تب بھی آپ اپنے ذہنی ارتقاء کر پائیں گے اپنا۔</w:t>
      </w:r>
    </w:p>
    <w:p>
      <w:r>
        <w:rPr>
          <w:b/>
        </w:rPr>
        <w:t xml:space="preserve">[31:05] </w:t>
      </w:r>
      <w:r>
        <w:t>yani yeh boht ajeeb o ghareeb goal hai. aap kamyab ho ya nakaam,</w:t>
      </w:r>
    </w:p>
    <w:p>
      <w:pPr>
        <w:jc w:val="right"/>
      </w:pPr>
      <w:r>
        <w:t>یعنی یہ بہت عجیب و غریب گول ہے۔ آپ کامیاب ہو یا ناکام،</w:t>
      </w:r>
    </w:p>
    <w:p>
      <w:r>
        <w:rPr>
          <w:b/>
        </w:rPr>
        <w:t xml:space="preserve">[31:10] </w:t>
      </w:r>
      <w:r>
        <w:t>aap ko aaram ho ya museebat, kuch bhi ho, lekin aap ke liye zehni irtaqa ka process har haal mein jari rakhne ka mauqa hota hai.</w:t>
      </w:r>
    </w:p>
    <w:p>
      <w:pPr>
        <w:jc w:val="right"/>
      </w:pPr>
      <w:r>
        <w:t>آپ کو آرام ہو یا مصیبت، کچھ بھی ہو، لیکن آپ کے لیے ذہنی ارتقاء کا پروسیس ہر حال میں جاری رکھنے کا موقع ہوتا ہے۔</w:t>
      </w:r>
    </w:p>
    <w:p>
      <w:r>
        <w:rPr>
          <w:b/>
        </w:rPr>
        <w:t xml:space="preserve">[31:23] </w:t>
      </w:r>
      <w:r>
        <w:t>yeh boht ajeeb cheez hai. yani intellectual development woh goal hai jo har haal mein jari rehta hai. har haal mein.</w:t>
      </w:r>
    </w:p>
    <w:p>
      <w:pPr>
        <w:jc w:val="right"/>
      </w:pPr>
      <w:r>
        <w:t>یہ بہت عجیب چیز ہے۔ یعنی انٹلیکچول ڈیولپمنٹ وہ گول ہے جو ہر حال میں جاری رہتا ہے۔ ہر حال میں۔</w:t>
      </w:r>
    </w:p>
    <w:p>
      <w:r>
        <w:rPr>
          <w:b/>
        </w:rPr>
        <w:t xml:space="preserve">[31:35] </w:t>
      </w:r>
      <w:r>
        <w:t>agar aap pleasure ko goal banayein to woh woh use us waqt poora hoga jab ke aap achhe halaat mein hon. achhe halaat mein hon. lekin intellectual development ke liye yeh shart nahi hai.</w:t>
      </w:r>
    </w:p>
    <w:p>
      <w:pPr>
        <w:jc w:val="right"/>
      </w:pPr>
      <w:r>
        <w:t>اگر آپ پلیژر کو گول بنائیں تو وہ وہ اسے اس وقت پورا ہوگا جب کہ آپ اچھے حالات میں ہوں۔ اچھے حالات میں ہوں۔ لیکن انٹلیکچول ڈیولپمنٹ کے لیے یہ شرط نہیں ہے۔</w:t>
      </w:r>
    </w:p>
    <w:p>
      <w:r>
        <w:rPr>
          <w:b/>
        </w:rPr>
        <w:t xml:space="preserve">[31:47] </w:t>
      </w:r>
      <w:r>
        <w:t>bimar hon aap, tab bhi jari rahega aap ka zehni irtaqa. aap fail hon, tab bhi is se sabak le kar ke apne zehan ko irtaqa ki taraf le jayenge.</w:t>
      </w:r>
    </w:p>
    <w:p>
      <w:pPr>
        <w:jc w:val="right"/>
      </w:pPr>
      <w:r>
        <w:t>بیمار ہوں آپ، تب بھی جاری رہے گا آپ کا ذہنی ارتقاء۔ آپ فیل ہوں، تب بھی اس سے سبق لے کر کے اپنے ذہن کو ارتقاء کی طرف لے جائیں گے۔</w:t>
      </w:r>
    </w:p>
    <w:p>
      <w:r>
        <w:rPr>
          <w:b/>
        </w:rPr>
        <w:t xml:space="preserve">[31:57] </w:t>
      </w:r>
      <w:r>
        <w:t>har haal mein.</w:t>
      </w:r>
    </w:p>
    <w:p>
      <w:pPr>
        <w:jc w:val="right"/>
      </w:pPr>
      <w:r>
        <w:t>ہر حال میں۔</w:t>
      </w:r>
    </w:p>
    <w:p>
      <w:r>
        <w:rPr>
          <w:b/>
        </w:rPr>
        <w:t xml:space="preserve">[32:02] </w:t>
      </w:r>
      <w:r>
        <w:t>to zehni irtaqa jo hai, is ko jo aap goal banayenge to woh aik aisa goal hoga jo poori tarah, poori tarah achievable hoga. qabil e hasool hoga.</w:t>
      </w:r>
    </w:p>
    <w:p>
      <w:pPr>
        <w:jc w:val="right"/>
      </w:pPr>
      <w:r>
        <w:t>تو ذہنی ارتقاء جو ہے، اس کو جو آپ گول بنائیں گے تو وہ ایک ایسا گول ہوگا جو پوری طرح، پوری طرح اچیویبل ہوگا۔ قابل حصول ہوگا۔</w:t>
      </w:r>
    </w:p>
    <w:p>
      <w:r>
        <w:rPr>
          <w:b/>
        </w:rPr>
        <w:t xml:space="preserve">[32:14] </w:t>
      </w:r>
      <w:r>
        <w:t>to poori tareekh mein kisi falsafi ne, kisi reformer ne, kisi musalman ne samjha nahi is raaz ko.</w:t>
      </w:r>
    </w:p>
    <w:p>
      <w:pPr>
        <w:jc w:val="right"/>
      </w:pPr>
      <w:r>
        <w:t>تو پوری تاریخ میں کسی فلسفی نے، کسی ریفارمر نے، کسی مسلم نے سمجھا نہیں اس راز کو۔</w:t>
      </w:r>
    </w:p>
    <w:p>
      <w:r>
        <w:rPr>
          <w:b/>
        </w:rPr>
        <w:t xml:space="preserve">[32:22] </w:t>
      </w:r>
      <w:r>
        <w:t>samjha nahi is raaz ko. woh poore pleasure ko in ka woh batata raha. Right here,right now</w:t>
      </w:r>
    </w:p>
    <w:p>
      <w:pPr>
        <w:jc w:val="right"/>
      </w:pPr>
      <w:r>
        <w:t>سمجھا نہیں اس راز کو۔ وہ پورے پلیژر کو ان کا وہ بتاتا رہا۔ Right here,right now</w:t>
      </w:r>
    </w:p>
    <w:p>
      <w:r>
        <w:rPr>
          <w:b/>
        </w:rPr>
        <w:t xml:space="preserve">[32:30] </w:t>
      </w:r>
      <w:r>
        <w:t>babar baais koshish ka aalam dobara nahi. lekin woh kabhi achieve nahi hua. agar aap insan ko yeh batayein ke tumhara goal hai intellectual development to har haal mein is ko jari rakhega woh.</w:t>
      </w:r>
    </w:p>
    <w:p>
      <w:pPr>
        <w:jc w:val="right"/>
      </w:pPr>
      <w:r>
        <w:t>بابر باعث کوشش کا عالم دوبارہ نہیں۔ لیکن وہ کبھی اچیو نہیں ہوا۔ اگر آپ انسان کو یہ بتائیں کہ تمہارا گول ہے انٹلیکچول ڈیولپمنٹ تو ہر حال میں اس کو جاری رکھے گا وہ۔</w:t>
      </w:r>
    </w:p>
    <w:p>
      <w:r>
        <w:rPr>
          <w:b/>
        </w:rPr>
        <w:t xml:space="preserve">[32:44] </w:t>
      </w:r>
      <w:r>
        <w:t>ghareeb hai ya ameer, bimar hai, sehatmand, is ko kamyabi ho ya nakami, kuch bhi ho, har cheez mein lesson hai, har cheez mein sabak hai, har cheez mein hikmat hai, har cheez mein kuch cheez paane ke liye hoti hai.</w:t>
      </w:r>
    </w:p>
    <w:p>
      <w:pPr>
        <w:jc w:val="right"/>
      </w:pPr>
      <w:r>
        <w:t>غریب ہے یا امیر، بیمار ہے، صحت مند، اس کو کامیابی ہو یا ناکامی، کچھ بھی ہو، ہر چیز میں لیسن ہے، ہر چیز میں سبق ہے، ہر چیز میں حکمت ہے، ہر چیز میں کچھ چیز پانے کے لیے ہوتی ہے۔</w:t>
      </w:r>
    </w:p>
    <w:p>
      <w:r>
        <w:rPr>
          <w:b/>
        </w:rPr>
        <w:t xml:space="preserve">[33:00] </w:t>
      </w:r>
      <w:r>
        <w:t>koi is wisdom ko har haal mein aap daryaft kar sakte hain. aur wohi risk hota hai mind ka. to intellectual development aik aisa goal hai jo har haal mein jari rehta hai.</w:t>
      </w:r>
    </w:p>
    <w:p>
      <w:pPr>
        <w:jc w:val="right"/>
      </w:pPr>
      <w:r>
        <w:t>کوئی اس وزڈم کو ہر حال میں آپ دریافت کر سکتے ہیں۔ اور وہی رسک ہوتا ہے مائنڈ کا۔ تو انٹلیکچول ڈیولپمنٹ ایک ایسا گول ہے جو ہر حال میں جاری رہتا ہے۔</w:t>
      </w:r>
    </w:p>
    <w:p>
      <w:r>
        <w:rPr>
          <w:b/>
        </w:rPr>
        <w:t xml:space="preserve">[33:16] </w:t>
      </w:r>
      <w:r>
        <w:t>har haal mein jari rehta hai. to right goal yahi hai. kyunke woh poori tarah se achievable hai. poori tarah se achievable hai.</w:t>
      </w:r>
    </w:p>
    <w:p>
      <w:pPr>
        <w:jc w:val="right"/>
      </w:pPr>
      <w:r>
        <w:t>ہر حال میں جاری رہتا ہے۔ تو رائٹ گول یہی ہے۔ کیونکہ وہ پوری طرح سے اچیویبل ہے۔ پوری طرح سے اچیویبل ہے۔</w:t>
      </w:r>
    </w:p>
    <w:p>
      <w:r>
        <w:rPr>
          <w:b/>
        </w:rPr>
        <w:t xml:space="preserve">[33:31] </w:t>
      </w:r>
      <w:r>
        <w:t>jaise mein ek misaal deta hoon apni. jab meri aankh ka cataract ka operation hua tha to ek lamhe ke liye aisa hua ke meri aankh band ho gai.</w:t>
      </w:r>
    </w:p>
    <w:p>
      <w:pPr>
        <w:jc w:val="right"/>
      </w:pPr>
      <w:r>
        <w:t>جیسے میں ایک مثال دیتا ہوں اپنی۔ جب میری آنکھ کا کیٹریکٹ کا آپریشن ہوا تھا تو ایک لمحے کے لیے ایسا ہوا کہ میری آنکھ بند ہو گئی۔</w:t>
      </w:r>
    </w:p>
    <w:p>
      <w:r>
        <w:rPr>
          <w:b/>
        </w:rPr>
        <w:t xml:space="preserve">[33:43] </w:t>
      </w:r>
      <w:r>
        <w:t>yaani kuch dikhai nahi deta tha. baad ko mein dekhne laga phir inshallah. woh lamha jo mujhe beeta jab ke mein apne ko blind rakh raha tha, blind.</w:t>
      </w:r>
    </w:p>
    <w:p>
      <w:pPr>
        <w:jc w:val="right"/>
      </w:pPr>
      <w:r>
        <w:t>یعنی کچھ دکھائی نہیں دیتا تھا۔ بعد کو میں دیکھنے لگا پھر انشاءاللہ۔ وہ لمحہ جو مجھے بیتا جب کہ میں اپنے کو بلائنڈ رکھ رہا تھا، بلائنڈ۔</w:t>
      </w:r>
    </w:p>
    <w:p>
      <w:r>
        <w:rPr>
          <w:b/>
        </w:rPr>
        <w:t xml:space="preserve">[33:53] </w:t>
      </w:r>
      <w:r>
        <w:t>to bazahir yeh to bohat hi disadvantage ki baat thi. us waqt bohat bara wisdom mujhe mila.</w:t>
      </w:r>
    </w:p>
    <w:p>
      <w:pPr>
        <w:jc w:val="right"/>
      </w:pPr>
      <w:r>
        <w:t>تو بظاہر یہ تو بہت ہی ڈس ایڈوانٹیج کی بات تھی۔ اس وقت بہت بڑا وزڈم مجھے ملا۔</w:t>
      </w:r>
    </w:p>
    <w:p>
      <w:r>
        <w:rPr>
          <w:b/>
        </w:rPr>
        <w:t xml:space="preserve">[34:01] </w:t>
      </w:r>
      <w:r>
        <w:t>bohat bara wisdom. ke kitni ajeeb cheez, ajeeb ghareeb cheez hai yeh aankh. meri aankh ke bahar suraj chamak raha tha.</w:t>
      </w:r>
    </w:p>
    <w:p>
      <w:pPr>
        <w:jc w:val="right"/>
      </w:pPr>
      <w:r>
        <w:t>بہت بڑا وزڈم۔ کہ کتنی عجیب چیز، عجیب غریب چیز ہے یہ آنکھ۔ میری آنکھ کے باہر سورج چمک رہا تھا۔</w:t>
      </w:r>
    </w:p>
    <w:p>
      <w:r>
        <w:rPr>
          <w:b/>
        </w:rPr>
        <w:t xml:space="preserve">[34:11] </w:t>
      </w:r>
      <w:r>
        <w:t>bijli ki roshni jali hui thi. lekin mein nahi dekh sakta tha us ko.</w:t>
      </w:r>
    </w:p>
    <w:p>
      <w:pPr>
        <w:jc w:val="right"/>
      </w:pPr>
      <w:r>
        <w:t>بجلی کی روشنی جلی ہوئی تھی۔ لیکن میں نہیں دیکھ سکتا تھا اس کو۔</w:t>
      </w:r>
    </w:p>
    <w:p>
      <w:r>
        <w:rPr>
          <w:b/>
        </w:rPr>
        <w:t xml:space="preserve">[34:19] </w:t>
      </w:r>
      <w:r>
        <w:t>to us waqt mein ne daryaft kiya ke aankh jo di hai Allah taala ne, kitni ajeeb ghareeb nemat hai. is ke baad se mein aksar karta hoon ke aankh band kar leta hoon</w:t>
      </w:r>
    </w:p>
    <w:p>
      <w:pPr>
        <w:jc w:val="right"/>
      </w:pPr>
      <w:r>
        <w:t>تو اس وقت میں نے دریافت کیا کہ آنکھ جو دی ہے اللہ تعالی نے، کتنی عجیب غریب نعمت ہے۔ اس کے بعد سے میں اکثر کرتا ہوں کہ آنکھ بند کر لیتا ہوں</w:t>
      </w:r>
    </w:p>
    <w:p>
      <w:r>
        <w:rPr>
          <w:b/>
        </w:rPr>
        <w:t xml:space="preserve">[34:28] </w:t>
      </w:r>
      <w:r>
        <w:t>. band kar ke sochta hoon ke aankh na ho to kya ho? to yeh wisdom. yeh hai zehni taraqqi.</w:t>
      </w:r>
    </w:p>
    <w:p>
      <w:pPr>
        <w:jc w:val="right"/>
      </w:pPr>
      <w:r>
        <w:t>۔ بند کر کے سوچتا ہوں کہ آنکھ نہ ہو تو کیا ہو؟ تو یہ وزڈم۔ یہ ہے ذہنی ترقی۔</w:t>
      </w:r>
    </w:p>
    <w:p>
      <w:r>
        <w:rPr>
          <w:b/>
        </w:rPr>
        <w:t xml:space="preserve">[34:37] </w:t>
      </w:r>
      <w:r>
        <w:t>to yaad rakhiye jab aap insaan ko yeh goal dein ke zehni taraqqi jo hai, intellectual development, yeh tumhara goal hai.</w:t>
      </w:r>
    </w:p>
    <w:p>
      <w:pPr>
        <w:jc w:val="right"/>
      </w:pPr>
      <w:r>
        <w:t>تو یاد رکھیے جب آپ انسان کو یہ گول دیں کہ ذہنی ترقی جو ہے، انٹلیکچول ڈیولپمنٹ، یہ تمہارا گول ہے۔</w:t>
      </w:r>
    </w:p>
    <w:p>
      <w:r>
        <w:rPr>
          <w:b/>
        </w:rPr>
        <w:t xml:space="preserve">[34:47] </w:t>
      </w:r>
      <w:r>
        <w:t>to woh ek aisa goal hoga jo pure umman mein achievable hoga. kahin bhi aap hon, kisi haalat mein hon, aap ka process jari rahega.</w:t>
      </w:r>
    </w:p>
    <w:p>
      <w:pPr>
        <w:jc w:val="right"/>
      </w:pPr>
      <w:r>
        <w:t>تو وہ ایک ایسا گول ہوگا جو پورے عمان میں اچیویبل ہوگا۔ کہیں بھی آپ ہوں، کسی حالت میں ہوں، آپ کا پروسیس جاری رہے گا۔</w:t>
      </w:r>
    </w:p>
    <w:p>
      <w:r>
        <w:rPr>
          <w:b/>
        </w:rPr>
        <w:t xml:space="preserve">[34:59] </w:t>
      </w:r>
      <w:r>
        <w:t>agar society ko lijiye. saare log mashhoor hain ek lafz se. aur woh hai justice.</w:t>
      </w:r>
    </w:p>
    <w:p>
      <w:pPr>
        <w:jc w:val="right"/>
      </w:pPr>
      <w:r>
        <w:t>اگر سوسائٹی کو لیجیے۔ سارے لوگ مشہور ہیں ایک لفظ سے۔ اور وہ ہے جسٹس۔</w:t>
      </w:r>
    </w:p>
    <w:p>
      <w:r>
        <w:rPr>
          <w:b/>
        </w:rPr>
        <w:t xml:space="preserve">[35:09] </w:t>
      </w:r>
      <w:r>
        <w:t>justice, justice. yaani ke ek aisi society jahan justice ho. lekin sawal yeh hai ke kisi ne kya dunya mein aisi society banai jahan justice thi?</w:t>
      </w:r>
    </w:p>
    <w:p>
      <w:pPr>
        <w:jc w:val="right"/>
      </w:pPr>
      <w:r>
        <w:t>جسٹس، جسٹس۔ یعنی کہ ایک ایسی سوسائٹی جہاں جسٹس ہو۔ لیکن سوال یہ ہے کہ کسی نے کیا دنیا میں ایسی سوسائٹی بنائی جہاں جسٹس تھی؟</w:t>
      </w:r>
    </w:p>
    <w:p>
      <w:r>
        <w:rPr>
          <w:b/>
        </w:rPr>
        <w:t xml:space="preserve">[35:23] </w:t>
      </w:r>
      <w:r>
        <w:t>kabhi bhi nahi hua. Islam ke doraniye mein bhi nahi hua.</w:t>
      </w:r>
    </w:p>
    <w:p>
      <w:pPr>
        <w:jc w:val="right"/>
      </w:pPr>
      <w:r>
        <w:t>کبھی بھی نہیں ہوا۔ اسلام کے دورانیے میں بھی نہیں ہوا۔</w:t>
      </w:r>
    </w:p>
    <w:p>
      <w:r>
        <w:rPr>
          <w:b/>
        </w:rPr>
        <w:t xml:space="preserve">[35:30] </w:t>
      </w:r>
      <w:r>
        <w:t>Islam ke doraniye mein, Rasool Allah sal Allah alaihi wasallam ke doraniye mein, ek sahabi ne is raaz ko kaha tha, wallah muaddal tha. ek sahabi ne is raaz ko munh dar munh kaha tha, madine mein.</w:t>
      </w:r>
    </w:p>
    <w:p>
      <w:pPr>
        <w:jc w:val="right"/>
      </w:pPr>
      <w:r>
        <w:t>اسلام کے دورانیے میں، رسول اللہ صلی اللہ علیہ وسلم کے دورانیے میں، ایک صحابی نے اس راز کو کہا تھا، واللہ معدل تھا۔ ایک صحابی نے اس راز کو منہ در منہ کہا تھا، مدینے میں۔</w:t>
      </w:r>
    </w:p>
    <w:p>
      <w:r>
        <w:rPr>
          <w:b/>
        </w:rPr>
        <w:t xml:space="preserve">[35:40] </w:t>
      </w:r>
      <w:r>
        <w:t>wallah ek maamla, ek maamla tha. wallah muaddal tha. Khuda ki qasam, aap ne insaaf nahi kiya. to kahan hai justice?</w:t>
      </w:r>
    </w:p>
    <w:p>
      <w:pPr>
        <w:jc w:val="right"/>
      </w:pPr>
      <w:r>
        <w:t>واللہ ایک معاملہ، ایک معاملہ تھا۔ واللہ معدل تھا۔ خدا کی قسم، آپ نے انصاف نہیں کیا۔ تو کہاں ہے جسٹس؟</w:t>
      </w:r>
    </w:p>
    <w:p>
      <w:r>
        <w:rPr>
          <w:b/>
        </w:rPr>
        <w:t xml:space="preserve">[35:52] </w:t>
      </w:r>
      <w:r>
        <w:t>yeh to khateeb log aur shayar log, ab ab lafzon mein ek ek ek ek banate hain.</w:t>
      </w:r>
    </w:p>
    <w:p>
      <w:pPr>
        <w:jc w:val="right"/>
      </w:pPr>
      <w:r>
        <w:t>یہ تو خطیب لوگ اور شاعر لوگ، اب اب لفظوں میں ایک ایک ایک ایک بناتے ہیں۔</w:t>
      </w:r>
    </w:p>
    <w:p>
      <w:r>
        <w:rPr>
          <w:b/>
        </w:rPr>
        <w:t xml:space="preserve">[36:01] </w:t>
      </w:r>
      <w:r>
        <w:t>dunya mein kabhi bhi koi aisi society nahi bani hai jahan kamil umman mein justice maujood ho. jin logon ne banai hai justice party, woh kya, woh jante hain nahi ke What is the Christian plan of God ek aisa goal jo achievable na ho, is ke liye aap ne party bana di.</w:t>
      </w:r>
    </w:p>
    <w:p>
      <w:pPr>
        <w:jc w:val="right"/>
      </w:pPr>
      <w:r>
        <w:t>دنیا میں کبھی بھی کوئی ایسی سوسائٹی نہیں بنی ہے جہاں کامل عمان میں جسٹس موجود ہو۔ جن لوگوں نے بنائی ہے جسٹس پارٹی، وہ کیا، وہ جانتے ہیں نہیں کہ What is the Christian plan of God ایک ایسا گول جو اچیویبل نہ ہو، اس کے لیے آپ نے پارٹی بنا دی۔</w:t>
      </w:r>
    </w:p>
    <w:p>
      <w:r>
        <w:rPr>
          <w:b/>
        </w:rPr>
        <w:t xml:space="preserve">[36:22] </w:t>
      </w:r>
      <w:r>
        <w:t>qayamat jis din hum justice qaim karna hai,</w:t>
      </w:r>
    </w:p>
    <w:p>
      <w:pPr>
        <w:jc w:val="right"/>
      </w:pPr>
      <w:r>
        <w:t>قیامت جس دن ہم جسٹس قائم کرنا ہے،</w:t>
      </w:r>
    </w:p>
    <w:p>
      <w:r>
        <w:rPr>
          <w:b/>
        </w:rPr>
        <w:t xml:space="preserve">[36:27] </w:t>
      </w:r>
      <w:r>
        <w:t>justice kyun nahi qaim hota?</w:t>
      </w:r>
    </w:p>
    <w:p>
      <w:pPr>
        <w:jc w:val="right"/>
      </w:pPr>
      <w:r>
        <w:t>جسٹس کیوں نہیں قائم ہوتا؟</w:t>
      </w:r>
    </w:p>
    <w:p>
      <w:r>
        <w:rPr>
          <w:b/>
        </w:rPr>
        <w:t xml:space="preserve">[36:30] </w:t>
      </w:r>
      <w:r>
        <w:t>is liye ke har aadmi ko Allah taala ne diya hai azadi. azadi. ek aadmi bhi apni azadi ko misuse kar ke sara nizam bigaad sakta hai.</w:t>
      </w:r>
    </w:p>
    <w:p>
      <w:pPr>
        <w:jc w:val="right"/>
      </w:pPr>
      <w:r>
        <w:t>اس لیے کہ ہر آدمی کو اللہ تعالی نے دیا ہے آزادی۔ آزادی۔ ایک آدمی بھی اپنی آزادی کو مس یوز کر کے سارا نظام بگاڑ سکتا ہے۔</w:t>
      </w:r>
    </w:p>
    <w:p>
      <w:r>
        <w:rPr>
          <w:b/>
        </w:rPr>
        <w:t xml:space="preserve">[36:45] </w:t>
      </w:r>
      <w:r>
        <w:t>ek aadmi apni azadi ko misuse kar ke ek paighambar ko qatl kar sakta hai. ek aadmi apni azadi ko misuse kar ke Mehdi goli maar sakta hai.</w:t>
      </w:r>
    </w:p>
    <w:p>
      <w:pPr>
        <w:jc w:val="right"/>
      </w:pPr>
      <w:r>
        <w:t>ایک آدمی اپنی آزادی کو مس یوز کر کے ایک پیغمبر کو قتل کر سکتا ہے۔ ایک آدمی اپنی آزادی کو مس یوز کر کے مہدی گولی مار سکتا ہے۔</w:t>
      </w:r>
    </w:p>
    <w:p>
      <w:r>
        <w:rPr>
          <w:b/>
        </w:rPr>
        <w:t xml:space="preserve">[36:55] </w:t>
      </w:r>
      <w:r>
        <w:t>ek aadmi apni azadi ko misuse kar ke Hazrat Umar Farooq ko qatl kar sakta hai.</w:t>
      </w:r>
    </w:p>
    <w:p>
      <w:pPr>
        <w:jc w:val="right"/>
      </w:pPr>
      <w:r>
        <w:t>ایک آدمی اپنی آزادی کو مس یوز کر کے حضرت عمر فاروق کو قتل کر سکتا ہے۔</w:t>
      </w:r>
    </w:p>
    <w:p>
      <w:r>
        <w:rPr>
          <w:b/>
        </w:rPr>
        <w:t xml:space="preserve">[37:00] </w:t>
      </w:r>
      <w:r>
        <w:t>kahan justice hai? to jis cheez ko hum kehte hain justice, woh is dunya mein achievable hi nahi hai.</w:t>
      </w:r>
    </w:p>
    <w:p>
      <w:pPr>
        <w:jc w:val="right"/>
      </w:pPr>
      <w:r>
        <w:t>کہاں جسٹس ہے؟ تو جس چیز کو ہم کہتے ہیں جسٹس، وہ اس دنیا میں اچیویبل ہی نہیں ہے۔</w:t>
      </w:r>
    </w:p>
    <w:p>
      <w:r>
        <w:rPr>
          <w:b/>
        </w:rPr>
        <w:t xml:space="preserve">[37:14] </w:t>
      </w:r>
      <w:r>
        <w:t>is liye sahi goal kya hai? sahi goal hai peace. asal khair peace is the best. yaani social level par justice goal nahi hai.</w:t>
      </w:r>
    </w:p>
    <w:p>
      <w:pPr>
        <w:jc w:val="right"/>
      </w:pPr>
      <w:r>
        <w:t>اس لیے صحیح گول کیا ہے؟ صحیح گول ہے پیس۔ أصل الخير پیس از دا بیسٹ۔ یعنی سوشل لیول پر جسٹس گول نہیں ہے۔</w:t>
      </w:r>
    </w:p>
    <w:p>
      <w:r>
        <w:rPr>
          <w:b/>
        </w:rPr>
        <w:t xml:space="preserve">[37:25] </w:t>
      </w:r>
      <w:r>
        <w:t>social level par peace goal hai.</w:t>
      </w:r>
    </w:p>
    <w:p>
      <w:pPr>
        <w:jc w:val="right"/>
      </w:pPr>
      <w:r>
        <w:t>سوشل لیول پر پیس گول ہے۔</w:t>
      </w:r>
    </w:p>
    <w:p>
      <w:r>
        <w:rPr>
          <w:b/>
        </w:rPr>
        <w:t xml:space="preserve">[37:29] </w:t>
      </w:r>
      <w:r>
        <w:t>asal khair to peace achievable hai. sirf yeh hai ke peace ka formula aap dunya ko de chuka hai.</w:t>
      </w:r>
    </w:p>
    <w:p>
      <w:pPr>
        <w:jc w:val="right"/>
      </w:pPr>
      <w:r>
        <w:t>أصل الخير تو پیس اچیویبل ہے۔ صرف یہ ہے کہ پیس کا فارمولا آپ دنیا کو دے چکا ہے۔</w:t>
      </w:r>
    </w:p>
    <w:p>
      <w:r>
        <w:rPr>
          <w:b/>
        </w:rPr>
        <w:t xml:space="preserve">[37:40] </w:t>
      </w:r>
      <w:r>
        <w:t>peace ka formula yeh hai ke mukhtalif qism ke halaat tum ke paish aayenge, is ko manage karo. bajaye is ke ke lado halaat se, is ko manage karo.</w:t>
      </w:r>
    </w:p>
    <w:p>
      <w:pPr>
        <w:jc w:val="right"/>
      </w:pPr>
      <w:r>
        <w:t>پیس کا فارمولا یہ ہے کہ مختلف قسم کے حالات تم کے پیش آئیں گے، اس کو مینج کرو۔ بجائے اس کے کہ لڑو حالات سے، اس کو مینج کرو۔</w:t>
      </w:r>
    </w:p>
    <w:p>
      <w:r>
        <w:rPr>
          <w:b/>
        </w:rPr>
        <w:t xml:space="preserve">[37:52] </w:t>
      </w:r>
      <w:r>
        <w:t>is ko manage karo. manage karne ka matlab kya hai?</w:t>
      </w:r>
    </w:p>
    <w:p>
      <w:pPr>
        <w:jc w:val="right"/>
      </w:pPr>
      <w:r>
        <w:t>اس کو مینج کرو۔ مینج کرنے کا مطلب کیا ہے؟</w:t>
      </w:r>
    </w:p>
    <w:p>
      <w:r>
        <w:rPr>
          <w:b/>
        </w:rPr>
        <w:t xml:space="preserve">[37:59] </w:t>
      </w:r>
      <w:r>
        <w:t>manage karne ka matlab yeh hai ke halaat mein opportunity ko talash karo. problem ko nahin. har soorat-e-haal mein problem, problem hamesha problem hote hain.</w:t>
      </w:r>
    </w:p>
    <w:p>
      <w:pPr>
        <w:jc w:val="right"/>
      </w:pPr>
      <w:r>
        <w:t>مینج کرنے کا مطلب یہ ہے کہ حالات میں اپرچونیٹی کو تلاش کرو۔ پرابلم کو نہیں۔ ہر صورتحال میں پرابلم، پرابلم ہمیشہ پرابلم ہوتے ہیں۔</w:t>
      </w:r>
    </w:p>
    <w:p>
      <w:r>
        <w:rPr>
          <w:b/>
        </w:rPr>
        <w:t xml:space="preserve">[38:13] </w:t>
      </w:r>
      <w:r>
        <w:t>aap chahte hain ke problem ko khatm kar ke aap just insaaf qaim karen. that is not possible jo log justice ko goal banaye hue hain, un ka, un ka, un ke saath, un ka kya target</w:t>
      </w:r>
    </w:p>
    <w:p>
      <w:pPr>
        <w:jc w:val="right"/>
      </w:pPr>
      <w:r>
        <w:t>آپ چاہتے ہیں کہ پرابلم کو ختم کر کے آپ جسٹ انصاف قائم کریں۔ That is not possible جو لوگ جسٹس کو گول بنا ہوئے ہیں، ان کا، ان کا، ان کے ساتھ، ان کا کیا ٹارگٹ</w:t>
      </w:r>
    </w:p>
    <w:p>
      <w:r>
        <w:rPr>
          <w:b/>
        </w:rPr>
        <w:t xml:space="preserve">[38:28] </w:t>
      </w:r>
      <w:r>
        <w:t>hota hai? problem ko khatm karo, masail ko khatm karo taake duniya mein insaaf aaye. nahin, agar aap peace ko goal banayenge to kya hoga?</w:t>
      </w:r>
    </w:p>
    <w:p>
      <w:pPr>
        <w:jc w:val="right"/>
      </w:pPr>
      <w:r>
        <w:t>ہوتا ہے؟ پرابلم کو ختم کرو، مسائل کو ختم کرو تاکہ دنیا میں انصاف آئے۔ نہیں، اگر آپ پیس کو گول بنائیں گے تو کیا ہوگا؟</w:t>
      </w:r>
    </w:p>
    <w:p>
      <w:r>
        <w:rPr>
          <w:b/>
        </w:rPr>
        <w:t xml:space="preserve">[38:39] </w:t>
      </w:r>
      <w:r>
        <w:t>problem ko ignore karo. jaise hi aap ne problem ko ignore kiya, foran justice mil gayi, foran aap ko opportunity mil gayi, foran aap ko peace mil gaya.</w:t>
      </w:r>
    </w:p>
    <w:p>
      <w:pPr>
        <w:jc w:val="right"/>
      </w:pPr>
      <w:r>
        <w:t>پرابلم کو اگنور کرو۔ جیسے ہی آپ نے پرابلم کو اگنور کیا، فوراً جسٹس مل گئی، فوراً آپ کو اپرچونیٹی مل گئی، فوراً آپ کو پیس مل گیا۔</w:t>
      </w:r>
    </w:p>
    <w:p>
      <w:r>
        <w:rPr>
          <w:b/>
        </w:rPr>
        <w:t xml:space="preserve">[38:50] </w:t>
      </w:r>
      <w:r>
        <w:t>jaise hum, aap baithe hue hain, aap log, hamare is, yeh jo hum baithe hue hain, is ke bahar bohat se problem hain.</w:t>
      </w:r>
    </w:p>
    <w:p>
      <w:pPr>
        <w:jc w:val="right"/>
      </w:pPr>
      <w:r>
        <w:t>جیسے ہم، آپ بیٹھے ہوئے ہیں، آپ لوگ، ہمارے اس، یہ جو ہم بیٹھے ہوئے ہیں، اس کے باہر بہت سے پرابلم ہیں۔</w:t>
      </w:r>
    </w:p>
    <w:p>
      <w:r>
        <w:rPr>
          <w:b/>
        </w:rPr>
        <w:t xml:space="preserve">[38:58] </w:t>
      </w:r>
      <w:r>
        <w:t>ek do nahin.</w:t>
      </w:r>
    </w:p>
    <w:p>
      <w:pPr>
        <w:jc w:val="right"/>
      </w:pPr>
      <w:r>
        <w:t>ایک دو نہیں۔</w:t>
      </w:r>
    </w:p>
    <w:p>
      <w:r>
        <w:rPr>
          <w:b/>
        </w:rPr>
        <w:t xml:space="preserve">[39:03] </w:t>
      </w:r>
      <w:r>
        <w:t>mujhe rozana aise logon se mulaqat hoti hai jo aate hain to aate hi problem ka zikr karte hain. yeh zulm, woh zulm, yeh museebat, woh museebat.</w:t>
      </w:r>
    </w:p>
    <w:p>
      <w:pPr>
        <w:jc w:val="right"/>
      </w:pPr>
      <w:r>
        <w:t>مجھے روزانہ ایسے لوگوں سے ملاقات ہوتی ہے جو آتے ہیں تو آتے ہی پرابلم کا ذکر کرتے ہیں۔ یہ ظلم، وہ ظلم، یہ مصیبت، وہ مصیبت۔</w:t>
      </w:r>
    </w:p>
    <w:p>
      <w:r>
        <w:rPr>
          <w:b/>
        </w:rPr>
        <w:t xml:space="preserve">[39:13] </w:t>
      </w:r>
      <w:r>
        <w:t>to is kamre ke bahar sab har taraf problem hai. lekin hum jab is ko ignore kiya, hum ne, hum ne is ko yaani avoid karne ki khwahish</w:t>
      </w:r>
    </w:p>
    <w:p>
      <w:pPr>
        <w:jc w:val="right"/>
      </w:pPr>
      <w:r>
        <w:t>تو اس کمرے کے باہر سب ہر طرف پرابلم ہے۔ لیکن ہم جب اس کو اگنور کیا، ہم نے، ہم نے اس کو یعنی اوائڈ کرنے کی خواہش</w:t>
      </w:r>
    </w:p>
    <w:p>
      <w:r>
        <w:rPr>
          <w:b/>
        </w:rPr>
        <w:t xml:space="preserve">[39:27] </w:t>
      </w:r>
      <w:r>
        <w:t>mein dala. to hum yahan baithe hue, aap dekhiye, Allah ki yaad kar rahe hain, Allah ki marifat ko talash kar rahe hain,</w:t>
      </w:r>
    </w:p>
    <w:p>
      <w:pPr>
        <w:jc w:val="right"/>
      </w:pPr>
      <w:r>
        <w:t>میں ڈالا۔ تو ہم یہاں بیٹھے ہوئے، آپ دیکھیے، اللہ کی یاد کر رہے ہیں، اللہ کی معرفت کو تلاش کر رہے ہیں،</w:t>
      </w:r>
    </w:p>
    <w:p>
      <w:r>
        <w:rPr>
          <w:b/>
        </w:rPr>
        <w:t xml:space="preserve">[39:36] </w:t>
      </w:r>
      <w:r>
        <w:t>jannat ka rasta dhoondh rahe hain.</w:t>
      </w:r>
    </w:p>
    <w:p>
      <w:pPr>
        <w:jc w:val="right"/>
      </w:pPr>
      <w:r>
        <w:t>جنت کا راستہ ڈھونڈ رہے ہیں۔</w:t>
      </w:r>
    </w:p>
    <w:p>
      <w:r>
        <w:rPr>
          <w:b/>
        </w:rPr>
        <w:t xml:space="preserve">[39:43] </w:t>
      </w:r>
      <w:r>
        <w:t>agar hum, hamare bahar, hamare is, is, is ke bahar, is building ke bahar jo duniya hai, is duniya mein jo masail hain, is ko hum ignore na</w:t>
      </w:r>
    </w:p>
    <w:p>
      <w:pPr>
        <w:jc w:val="right"/>
      </w:pPr>
      <w:r>
        <w:t>اگر ہم، ہمارے باہر، ہمارے اس، اس، اس کے باہر، اس بلڈنگ کے باہر جو دنیا ہے، اس دنیا میں جو مسائل ہیں، اس کو ہم اگنور نہ</w:t>
      </w:r>
    </w:p>
    <w:p>
      <w:r>
        <w:rPr>
          <w:b/>
        </w:rPr>
        <w:t xml:space="preserve">[39:56] </w:t>
      </w:r>
      <w:r>
        <w:t>karen, is ko avoid na karen, to hum yahan par negative baatein karenge. yahan par hum</w:t>
      </w:r>
    </w:p>
    <w:p>
      <w:pPr>
        <w:jc w:val="right"/>
      </w:pPr>
      <w:r>
        <w:t>کریں، اس کو اوائڈ نہ کریں، تو ہم یہاں پر نیگیٹیو باتیں کریں گے۔ یہاں پر ہم</w:t>
      </w:r>
    </w:p>
    <w:p>
      <w:r>
        <w:rPr>
          <w:b/>
        </w:rPr>
        <w:t xml:space="preserve">[40:05] </w:t>
      </w:r>
      <w:r>
        <w:t>tashaddud ko ubharengay logon ko. yahan par hum logon ko ghussa dilayenge. hamein kahenge, "niklo yahan se, nikal kar ja ke bomb maro, dushman ko qatal karo." to peace naam hai is baat ka ke aap halaat ko manage kar saken.</w:t>
      </w:r>
    </w:p>
    <w:p>
      <w:pPr>
        <w:jc w:val="right"/>
      </w:pPr>
      <w:r>
        <w:t>تشدد کو ابھاریں گے لوگوں کو۔ یہاں پر ہم لوگوں کو غصہ دلائیں گے۔ ہمیں کہیں گے، "نکلو یہاں سے، نکل کر جا کے بم مارو، دشمن کو قتل کرو۔" تو پیس نام ہے اس بات کا کہ آپ حالات کو مینج کر سکیں۔</w:t>
      </w:r>
    </w:p>
    <w:p>
      <w:r>
        <w:rPr>
          <w:b/>
        </w:rPr>
        <w:t xml:space="preserve">[40:24] </w:t>
      </w:r>
      <w:r>
        <w:t>manage kar lijiye, bas fe-faur aap ko peace haasil ho jata hai. yeh, yeh, yeh insaan ko kisi ne nahin bataya ke halaat ko manage karo, is ke baad peace hi peace hai.</w:t>
      </w:r>
    </w:p>
    <w:p>
      <w:pPr>
        <w:jc w:val="right"/>
      </w:pPr>
      <w:r>
        <w:t>مینج کر لیجئے، بس فی الفور آپ کو پیس حاصل ہو جاتا ہے۔ یہ، یہ، یہ انسان کو کسی نے نہیں بتایا کہ حالات کو مینج کرو، اس کے بعد پیس ہی پیس ہے۔</w:t>
      </w:r>
    </w:p>
    <w:p>
      <w:r>
        <w:rPr>
          <w:b/>
        </w:rPr>
        <w:t xml:space="preserve">[40:35] </w:t>
      </w:r>
      <w:r>
        <w:t>aur yeh peace hai to opportunity hai. history mein is ki jo zabardast misaal hai, woh Rasool Allah Salallahu Alaihi Wasallam ka Hudaibiyah agreement hai.</w:t>
      </w:r>
    </w:p>
    <w:p>
      <w:pPr>
        <w:jc w:val="right"/>
      </w:pPr>
      <w:r>
        <w:t>اور یہ پیس ہے تو اپرچونیٹی ہے۔ ہسٹری میں اس کی جو زبردست مثال ہے، وہ رسول اللہ صلی اللہ علیہ وسلم کا حدیبیہ ایگریمنٹ ہے۔</w:t>
      </w:r>
    </w:p>
    <w:p>
      <w:r>
        <w:rPr>
          <w:b/>
        </w:rPr>
        <w:t xml:space="preserve">[40:45] </w:t>
      </w:r>
      <w:r>
        <w:t>dekhiye, jis waqt aap ne Hudaibiyah agreement kiya tha, us waqt Makka mein, Madina mein, Arab mein, saari duniya mein masail the.</w:t>
      </w:r>
    </w:p>
    <w:p>
      <w:pPr>
        <w:jc w:val="right"/>
      </w:pPr>
      <w:r>
        <w:t>دیکھیے، جس وقت آپ نے حدیبیہ ایگریمنٹ کیا تھا، اس وقت مکہ میں، مدینے میں، عرب میں، ساری دنیا میں مسائل تھے۔</w:t>
      </w:r>
    </w:p>
    <w:p>
      <w:r>
        <w:rPr>
          <w:b/>
        </w:rPr>
        <w:t xml:space="preserve">[40:53] </w:t>
      </w:r>
      <w:r>
        <w:t>har taraf masail hi masail the. aaj jitne masail bataye jaate hain, is se zyada masail the, is se zyada problem the. Rasool Allah ne kya kiya?</w:t>
      </w:r>
    </w:p>
    <w:p>
      <w:pPr>
        <w:jc w:val="right"/>
      </w:pPr>
      <w:r>
        <w:t>ہر طرف مسائل ہی مسائل تھے۔ آج جتنے مسائل بتائے جاتے ہیں، اس سے زیادہ مسائل تھے، اس سے زیادہ پرابلم تھے۔ رسول اللہ نے کیا کیا؟</w:t>
      </w:r>
    </w:p>
    <w:p>
      <w:r>
        <w:rPr>
          <w:b/>
        </w:rPr>
        <w:t xml:space="preserve">[41:04] </w:t>
      </w:r>
      <w:r>
        <w:t>masail ko avoid kiya.</w:t>
      </w:r>
    </w:p>
    <w:p>
      <w:pPr>
        <w:jc w:val="right"/>
      </w:pPr>
      <w:r>
        <w:t>مسائل کو اوائڈ کیا۔</w:t>
      </w:r>
    </w:p>
    <w:p>
      <w:r>
        <w:rPr>
          <w:b/>
        </w:rPr>
        <w:t xml:space="preserve">[41:08] </w:t>
      </w:r>
      <w:r>
        <w:t>masail ko Allah ke khane mein dala.</w:t>
      </w:r>
    </w:p>
    <w:p>
      <w:pPr>
        <w:jc w:val="right"/>
      </w:pPr>
      <w:r>
        <w:t>مسائل کو اللہ کے خانے میں ڈالا۔</w:t>
      </w:r>
    </w:p>
    <w:p>
      <w:r>
        <w:rPr>
          <w:b/>
        </w:rPr>
        <w:t xml:space="preserve">[41:13] </w:t>
      </w:r>
      <w:r>
        <w:t>aur sirf yeh aap ne saamne rakha ke kisi bhi tareeqe se dono fareeqon ke darmiyan ladai band ho jaye.</w:t>
      </w:r>
    </w:p>
    <w:p>
      <w:pPr>
        <w:jc w:val="right"/>
      </w:pPr>
      <w:r>
        <w:t>اور صرف یہ آپ نے سامنے رکھا کہ کسی بھی طریقے سے دونوں فریقوں کے درمیان لڑائی بند ہو جائے۔</w:t>
      </w:r>
    </w:p>
    <w:p>
      <w:r>
        <w:rPr>
          <w:b/>
        </w:rPr>
        <w:t xml:space="preserve">[41:24] </w:t>
      </w:r>
      <w:r>
        <w:t>Hudaibiyah agreement haqeeqatan nawaar peace tha.</w:t>
      </w:r>
    </w:p>
    <w:p>
      <w:pPr>
        <w:jc w:val="right"/>
      </w:pPr>
      <w:r>
        <w:t>حدیبیہ ایگریمنٹ حقیقتاً نوار پیک تھا۔</w:t>
      </w:r>
    </w:p>
    <w:p>
      <w:r>
        <w:rPr>
          <w:b/>
        </w:rPr>
        <w:t xml:space="preserve">[41:30] </w:t>
      </w:r>
      <w:r>
        <w:t>to jaise hi ladai band hui, peace mila, to bas opportunity ke darwaze, tamam darwaze khul gaye. opportunity ke tamam darwaze khul gaye.</w:t>
      </w:r>
    </w:p>
    <w:p>
      <w:pPr>
        <w:jc w:val="right"/>
      </w:pPr>
      <w:r>
        <w:t>تو جیسے ہی لڑائی بند ہوئی، پیس ملا، تو بس اپرچونیٹی کے دروازے، تمام دروازے کھل گئے۔ اپرچونیٹی کے تمام دروازے کھل گئے۔</w:t>
      </w:r>
    </w:p>
    <w:p>
      <w:r>
        <w:rPr>
          <w:b/>
        </w:rPr>
        <w:t xml:space="preserve">[41:42] </w:t>
      </w:r>
      <w:r>
        <w:t>to dekhiye, society ke liye jo goal hai, woh peace hai. lekin peace ka formula kya hai? peace ka formula hai: Ignore the problem, avail the opportunities</w:t>
      </w:r>
    </w:p>
    <w:p>
      <w:pPr>
        <w:jc w:val="right"/>
      </w:pPr>
      <w:r>
        <w:t>تو دیکھیے، سوسائٹی کے لیے جو گول ہے، وہ پیس ہے۔ لیکن پیس کا فارمولا کیا ہے؟ پیس کا فارمولا ہے: Ignore the problem, avail the opportunities</w:t>
      </w:r>
    </w:p>
    <w:p>
      <w:r>
        <w:rPr>
          <w:b/>
        </w:rPr>
        <w:t xml:space="preserve">[41:55] </w:t>
      </w:r>
      <w:r>
        <w:t>arab dunya, aap jaen to saray arab log aap un se baat karen ke tum log kyun laraai kar rahe ho? kyun bomb maarte ho? to woh kya kahengay?</w:t>
      </w:r>
    </w:p>
    <w:p>
      <w:pPr>
        <w:jc w:val="right"/>
      </w:pPr>
      <w:r>
        <w:t>عرب دنیا، آپ جائیں تو سارے عرب لوگ آپ ان سے بات کریں کہ تم لوگ کیوں لڑائی کر رہے ہو؟ کیوں بم مارتے ہو؟ تو وہ کیا کہیں گے؟</w:t>
      </w:r>
    </w:p>
    <w:p>
      <w:r>
        <w:rPr>
          <w:b/>
        </w:rPr>
        <w:t xml:space="preserve">[42:04] </w:t>
      </w:r>
      <w:r>
        <w:t>to woh kahengay, "hum ko justice chahiye, hum ko justice do to hum nahin bomb maaren gay."</w:t>
      </w:r>
    </w:p>
    <w:p>
      <w:pPr>
        <w:jc w:val="right"/>
      </w:pPr>
      <w:r>
        <w:t>تو وہ کہیں گے، "ہم کو جسٹس چاہیے، ہم کو جسٹس دو تو ہم نہیں بم ماریں گے۔"</w:t>
      </w:r>
    </w:p>
    <w:p>
      <w:r>
        <w:rPr>
          <w:b/>
        </w:rPr>
        <w:t xml:space="preserve">[42:11] </w:t>
      </w:r>
      <w:r>
        <w:t>yeh, yeh soch hi ghlat hai. justice ki soch hi ghlat hai. aisi, aisi soch hai peace.</w:t>
      </w:r>
    </w:p>
    <w:p>
      <w:pPr>
        <w:jc w:val="right"/>
      </w:pPr>
      <w:r>
        <w:t>یہ، یہ سوچ ہی غلط ہے۔ جسٹس کی سوچ ہی غلط ہے۔ ایسی، ایسی سوچ ہے پیس۔</w:t>
      </w:r>
    </w:p>
    <w:p>
      <w:r>
        <w:rPr>
          <w:b/>
        </w:rPr>
        <w:t xml:space="preserve">[42:21] </w:t>
      </w:r>
      <w:r>
        <w:t>yani peace, peace hona chahiye.</w:t>
      </w:r>
    </w:p>
    <w:p>
      <w:pPr>
        <w:jc w:val="right"/>
      </w:pPr>
      <w:r>
        <w:t>یعنی پیس، پیس ہونا چاہیے۔</w:t>
      </w:r>
    </w:p>
    <w:p>
      <w:r>
        <w:rPr>
          <w:b/>
        </w:rPr>
        <w:t xml:space="preserve">[42:25] </w:t>
      </w:r>
      <w:r>
        <w:t>justice to kabhi possible hi nahin hai is dunya mein. woh to, woh to jannat mein hoga. to aap halaat ko avoid kijiye, halaat ko manage kijiye.</w:t>
      </w:r>
    </w:p>
    <w:p>
      <w:pPr>
        <w:jc w:val="right"/>
      </w:pPr>
      <w:r>
        <w:t>جسٹس تو کبھی پاسیبل ہی نہیں ہے اس دنیا میں۔ وہ تو، وہ تو جنت میں ہوگا۔ تو آپ حالات کو اوائڈ کیجیے، حالات کو مینج کیجیے۔</w:t>
      </w:r>
    </w:p>
    <w:p>
      <w:r>
        <w:rPr>
          <w:b/>
        </w:rPr>
        <w:t xml:space="preserve">[42:40] </w:t>
      </w:r>
      <w:r>
        <w:t>problem ko faramoshi ke khane mein daliye. feefor aap ko peace mil jayega. jab peace mil jayega to opportunity mil jayegi. opportunity ko avoid, opportunity ko avail kijiye.</w:t>
      </w:r>
    </w:p>
    <w:p>
      <w:pPr>
        <w:jc w:val="right"/>
      </w:pPr>
      <w:r>
        <w:t>پرابلم کو فراموشی کے خانے میں ڈالیے۔ فی الفور آپ کو پیس مل جائے گا۔ جب پیس مل جائے گا تو اپرچونیٹی مل جائے گی۔ اپرچونیٹی کو اوائڈ، اپرچونیٹی کو اویل کیجیے۔</w:t>
      </w:r>
    </w:p>
    <w:p>
      <w:r>
        <w:rPr>
          <w:b/>
        </w:rPr>
        <w:t xml:space="preserve">[42:50] </w:t>
      </w:r>
      <w:r>
        <w:t>phir jo aap ka maqsad ho, us ko poora kar sakte hain aap.</w:t>
      </w:r>
    </w:p>
    <w:p>
      <w:pPr>
        <w:jc w:val="right"/>
      </w:pPr>
      <w:r>
        <w:t>پھر جو آپ کا مقصد ہو، اس کو پورا کر سکتے ہیں آپ۔</w:t>
      </w:r>
    </w:p>
    <w:p>
      <w:r>
        <w:rPr>
          <w:b/>
        </w:rPr>
        <w:t xml:space="preserve">[42:54] </w:t>
      </w:r>
      <w:r>
        <w:t>jaise hum hain. hum ne problem ko ignore kiya to humein peace mila. jab peace mila to hum ne da'wah work shuru kar diya.</w:t>
      </w:r>
    </w:p>
    <w:p>
      <w:pPr>
        <w:jc w:val="right"/>
      </w:pPr>
      <w:r>
        <w:t>جیسے ہم ہیں۔ ہم نے پرابلم کو اگنور کیا تو ہمیں پیس ملا۔ جب پیس ملا تو ہم نے داؤ ورک شروع کر دیا۔</w:t>
      </w:r>
    </w:p>
    <w:p>
      <w:r>
        <w:rPr>
          <w:b/>
        </w:rPr>
        <w:t xml:space="preserve">[43:05] </w:t>
      </w:r>
      <w:r>
        <w:t>hum da'wah work kar rahay hain international level par Allah ke fazl se. agar hum problem ko ignore na karen to hum kuch nahin kar sakte.</w:t>
      </w:r>
    </w:p>
    <w:p>
      <w:pPr>
        <w:jc w:val="right"/>
      </w:pPr>
      <w:r>
        <w:t>ہم داؤ ورک کر رہے ہیں انٹرنیشنل لیول پر اللہ کے فضل سے۔ اگر ہم پرابلم کو اگنور نہ کریں تو ہم کچھ نہیں کر سکتے۔</w:t>
      </w:r>
    </w:p>
    <w:p>
      <w:r>
        <w:rPr>
          <w:b/>
        </w:rPr>
        <w:t xml:space="preserve">[43:18] </w:t>
      </w:r>
      <w:r>
        <w:t>yeh hai wilis in lisana fi khusr. insan ne Christian plan of God ko jana nahin to goal ghlat set kiya.</w:t>
      </w:r>
    </w:p>
    <w:p>
      <w:pPr>
        <w:jc w:val="right"/>
      </w:pPr>
      <w:r>
        <w:t>یہ ہے ولس ان لسان فی خسر انسان نے کرسچن پلان آف گاڈ کو جانا نہیں تو گول غلط سیٹ کیا۔</w:t>
      </w:r>
    </w:p>
    <w:p>
      <w:r>
        <w:rPr>
          <w:b/>
        </w:rPr>
        <w:t xml:space="preserve">[43:28] </w:t>
      </w:r>
      <w:r>
        <w:t>us ne individual ka goal bhi ghlat aur society ka goal bhi ghlat. is liye kuch, kuch achieve nahin kar saka.</w:t>
      </w:r>
    </w:p>
    <w:p>
      <w:pPr>
        <w:jc w:val="right"/>
      </w:pPr>
      <w:r>
        <w:t>اس نے انڈیویجول کا گول بھی غلط اور سوسائٹی کا گول بھی غلط۔ اس لیے کچھ، کچھ اچیو نہیں کر سکا۔</w:t>
      </w:r>
    </w:p>
    <w:p>
      <w:r>
        <w:rPr>
          <w:b/>
        </w:rPr>
        <w:t xml:space="preserve">[43:38] </w:t>
      </w:r>
      <w:r>
        <w:t>to, to fard ka goal hai intellectual development, jo har haal mein qabil-e-husool hai. society ka goal hai peace, jo har haal mein qabil-e-husool hai.</w:t>
      </w:r>
    </w:p>
    <w:p>
      <w:pPr>
        <w:jc w:val="right"/>
      </w:pPr>
      <w:r>
        <w:t>تو، تو فرد کا گول ہے انٹلیکچول ڈیولپمنٹ، جو ہر حال میں قابل حصول ہے۔ سوسائٹی کا گول ہے پیس، جو ہر حال میں قابل حصول ہے۔</w:t>
      </w:r>
    </w:p>
    <w:p>
      <w:r>
        <w:rPr>
          <w:b/>
        </w:rPr>
        <w:t xml:space="preserve">[43:48] </w:t>
      </w:r>
      <w:r>
        <w:t>kyun ke aap problem ko ignore kiye to peace hi peace hai. problem ko ignore kiye to peace hi peace hai. aur peace hai to opportunity hai.</w:t>
      </w:r>
    </w:p>
    <w:p>
      <w:pPr>
        <w:jc w:val="right"/>
      </w:pPr>
      <w:r>
        <w:t>کیونکہ آپ پرابلم کو اگنور کیے تو پیس ہی پیس ہے۔ پرابلم کو اگنور کیے تو پیس ہی پیس ہے۔ اور پیس ہے تو اپرچونیٹی ہے۔</w:t>
      </w:r>
    </w:p>
    <w:p>
      <w:r>
        <w:rPr>
          <w:b/>
        </w:rPr>
        <w:t xml:space="preserve">[43:57] </w:t>
      </w:r>
      <w:r>
        <w:t>opportunity hai to aap jo chahen kar sakte hain. da'wah ka kaam, meditation ka kaam, jo bhi chahen kar sakte hain.</w:t>
      </w:r>
    </w:p>
    <w:p>
      <w:pPr>
        <w:jc w:val="right"/>
      </w:pPr>
      <w:r>
        <w:t>اپرچونیٹی ہے تو آپ جو چاہیں کر سکتے ہیں۔ دعوت کا کام، میڈیٹیشن کا کام، جو بھی چاہیں کر سکتے ہیں۔</w:t>
      </w:r>
    </w:p>
    <w:p>
      <w:r>
        <w:rPr>
          <w:b/>
        </w:rPr>
        <w:t xml:space="preserve">[44:07] </w:t>
      </w:r>
      <w:r>
        <w:t>yeh hai khulasa wilis in lisana fi khusr ka</w:t>
      </w:r>
    </w:p>
    <w:p>
      <w:pPr>
        <w:jc w:val="right"/>
      </w:pPr>
      <w:r>
        <w:t>یہ ہے خلاصہ ولس ان لسان فی خسر کا</w:t>
      </w:r>
    </w:p>
    <w:p>
      <w:r>
        <w:rPr>
          <w:b/>
        </w:rPr>
        <w:t xml:space="preserve">[44:16] </w:t>
      </w:r>
      <w:r>
        <w:t>ke meri dua hai ke Allah taala mujh ko aur aap ko tofeeq de ke hum Allah ki sirat-e-mustaqeem ko jaanen aur us ke futuhat ko apnay ko dhal dalen aur dunya mein bhi hum ko Allah ki rehmat mile aur akhirat mein hum ko Allah ki jannat mile.</w:t>
      </w:r>
    </w:p>
    <w:p>
      <w:pPr>
        <w:jc w:val="right"/>
      </w:pPr>
      <w:r>
        <w:t>کہ میری دعا ہے کہ اللہ تعالی مجھ کو اور آپ کو توفیق دے کہ ہم اللہ کی صراط مستقیم کو جانیں اور اس کے فتوحات کو اپنے کو ڈھال ڈالیں اور دنیا میں بھی ہم کو اللہ کی رحمت ملے اور آخرت میں ہم کو اللہ کی جنت ملے۔</w:t>
      </w:r>
    </w:p>
    <w:p>
      <w:r>
        <w:rPr>
          <w:b/>
        </w:rPr>
        <w:t xml:space="preserve">[44:35] </w:t>
      </w:r>
      <w:r>
        <w:t>aqool qawli haza wastaghfirullaha li walakum ajmaeen.</w:t>
      </w:r>
    </w:p>
    <w:p>
      <w:pPr>
        <w:jc w:val="right"/>
      </w:pPr>
      <w:r>
        <w:t>اقول قولیھذا واستغفراللہ لی ولكم اجمعین.</w:t>
      </w:r>
    </w:p>
    <w:p>
      <w:r>
        <w:rPr>
          <w:b/>
        </w:rPr>
        <w:t xml:space="preserve">[44:45] </w:t>
      </w:r>
      <w:r>
        <w:t>okay, ah, today, ah, there is a slight change in the format. we will not have the question answer session today. instead of that, we will have the experience sharing session.</w:t>
      </w:r>
    </w:p>
    <w:p>
      <w:pPr>
        <w:jc w:val="right"/>
      </w:pPr>
      <w:r>
        <w:t>اوکے، آہ، ٹوڈے، آہ، دیر از اے سلائٹ چینج ان دا فارمیٹ۔ وی ویل ناٹ ہیو دی کوئسچن انسر سیشن ٹوڈے۔ انسٹیڈ آف دیٹ، وی ویل ہیو دی ایکسپیرینس شیئرنگ سیشن۔</w:t>
      </w:r>
    </w:p>
    <w:p>
      <w:r>
        <w:rPr>
          <w:b/>
        </w:rPr>
        <w:t xml:space="preserve">[44:57] </w:t>
      </w:r>
      <w:r>
        <w:t>as you all know that, ah, the da'wah field team participated in the recently concluded world book fair, which was held at Pragati Maidan.</w:t>
      </w:r>
    </w:p>
    <w:p>
      <w:pPr>
        <w:jc w:val="right"/>
      </w:pPr>
      <w:r>
        <w:t>ایز یو آل نو دیٹ، آہ، دی دعویٰ فیلڈ ٹیم پارٹیسپیٹڈ ان دا ریسنٹلی کنکلوڈڈ ورلڈ بک فیئر، وچ واز ہیلڈ ایٹ پگتی میدان۔</w:t>
      </w:r>
    </w:p>
    <w:p>
      <w:r>
        <w:rPr>
          <w:b/>
        </w:rPr>
        <w:t xml:space="preserve">[45:06] </w:t>
      </w:r>
      <w:r>
        <w:t>so, ah, many of the members participated in Quran distribution and the other da'wah literature distribution at Pragati Maidan.</w:t>
      </w:r>
    </w:p>
    <w:p>
      <w:pPr>
        <w:jc w:val="right"/>
      </w:pPr>
      <w:r>
        <w:t>سو، آہ، مینی آف دی ممبرز پارٹیسپیٹڈ ان قرآن ڈسٹریبیوشن اینڈ دی ادر دعوت لٹریچر ڈسٹریبیوشن ایٹ پگتی میدان۔</w:t>
      </w:r>
    </w:p>
    <w:p>
      <w:r>
        <w:rPr>
          <w:b/>
        </w:rPr>
        <w:t xml:space="preserve">[45:15] </w:t>
      </w:r>
      <w:r>
        <w:t>so</w:t>
      </w:r>
    </w:p>
    <w:p>
      <w:pPr>
        <w:jc w:val="right"/>
      </w:pPr>
      <w:r>
        <w:t>سو</w:t>
      </w:r>
    </w:p>
    <w:p>
      <w:r>
        <w:rPr>
          <w:b/>
        </w:rPr>
        <w:t xml:space="preserve">[45:16] </w:t>
      </w:r>
      <w:r>
        <w:t>so, ah, we will have the experience sharing session by some of the da'wah field team members today. and to begin the session, ah, I would invite Mr. Ramesh Siddiqui to come here and, ah, start the session with his experience first.</w:t>
      </w:r>
    </w:p>
    <w:p>
      <w:pPr>
        <w:jc w:val="right"/>
      </w:pPr>
      <w:r>
        <w:t>، آہ، وی ویل ہیو دی ایکسپیرینس شیئرنگ سیشن بائے سم آف دا دعویٰ فیلڈ ٹیم ممبرز ٹوڈے۔ اینڈ ٹو بیگن دی سیشن، آہ، آئی وڈ انوائٹ مسٹر رامش صدیقی ٹو کم ہیر اینڈ، آہ، سٹارٹ دی سیشن ود ہز ایکسپیرینس فرسٹ۔</w:t>
      </w:r>
    </w:p>
    <w:p>
      <w:r>
        <w:rPr>
          <w:b/>
        </w:rPr>
        <w:t xml:space="preserve">[45:34] </w:t>
      </w:r>
      <w:r>
        <w:t>Mr. Ramesh Siddiqui. Assalamualaikum. Har saal National Book Trust World Book Fair organize karte hain Pragati Maidan mein.</w:t>
      </w:r>
    </w:p>
    <w:p>
      <w:pPr>
        <w:jc w:val="right"/>
      </w:pPr>
      <w:r>
        <w:t>مسٹر رامش صدیقی۔ السلام علیکم۔ ہر سال نیشنل بک ٹرسٹ ورلڈ بک فیئر آرگنائز کرتے ہیں پگتی میدان میں۔</w:t>
      </w:r>
    </w:p>
    <w:p>
      <w:r>
        <w:rPr>
          <w:b/>
        </w:rPr>
        <w:t xml:space="preserve">[45:45] </w:t>
      </w:r>
      <w:r>
        <w:t>Since last year, they have started doing it every year. And every year Goodwood Books they participate and they have been participating for many years now.</w:t>
      </w:r>
    </w:p>
    <w:p>
      <w:pPr>
        <w:jc w:val="right"/>
      </w:pPr>
      <w:r>
        <w:t>Since last year, they have started doing it every year. And every year Goodwood Books they participate and they have been participating for many years now.</w:t>
      </w:r>
    </w:p>
    <w:p>
      <w:r>
        <w:rPr>
          <w:b/>
        </w:rPr>
        <w:t xml:space="preserve">[45:56] </w:t>
      </w:r>
      <w:r>
        <w:t>And for last few years, I have been one of the volunteers on behalf of CPS International and we go there and distribute Quran and other literature, da'wah literature.</w:t>
      </w:r>
    </w:p>
    <w:p>
      <w:pPr>
        <w:jc w:val="right"/>
      </w:pPr>
      <w:r>
        <w:t>And for last few years, I have been one of the volunteers on behalf of CPS International and we go there and distribute قرآن and other literature, دعویٰ literature.</w:t>
      </w:r>
    </w:p>
    <w:p>
      <w:r>
        <w:rPr>
          <w:b/>
        </w:rPr>
        <w:t xml:space="preserve">[46:11] </w:t>
      </w:r>
      <w:r>
        <w:t>This time, my experience this time, every time it is new. And this time it, uh, when we went for the distribution, it was quite well, very well managed by the team, by Anas, by our CPS team, senior members,</w:t>
      </w:r>
    </w:p>
    <w:p>
      <w:pPr>
        <w:jc w:val="right"/>
      </w:pPr>
      <w:r>
        <w:t>This time, my experience this time, every time it is new. And this time it, uh, when we went for the distribution, it was quite well, very well managed by the team, by Anas, by our CPS team, senior members,</w:t>
      </w:r>
    </w:p>
    <w:p>
      <w:r>
        <w:rPr>
          <w:b/>
        </w:rPr>
        <w:t xml:space="preserve">[46:36] </w:t>
      </w:r>
      <w:r>
        <w:t>Navdeep, Rajatbhai, Nagma, Apa, and everyone. And Dr. Khan, they all provided us with the literatureright on tim</w:t>
      </w:r>
    </w:p>
    <w:p>
      <w:pPr>
        <w:jc w:val="right"/>
      </w:pPr>
      <w:r>
        <w:t>Navdeep, Rajatbhai, Nagma, Apa, and everyone. And Dr. Khan, they all provided us with the literatureright on tim</w:t>
      </w:r>
    </w:p>
    <w:p>
      <w:r>
        <w:rPr>
          <w:b/>
        </w:rPr>
        <w:t xml:space="preserve">[46:46] </w:t>
      </w:r>
      <w:r>
        <w:t>e. And on Saturday, it started on thirteenth February. When we reached there, I was, uh, not well that day.</w:t>
      </w:r>
    </w:p>
    <w:p>
      <w:pPr>
        <w:jc w:val="right"/>
      </w:pPr>
      <w:r>
        <w:t>e. And on Saturday, it started on thirteenth February. When we reached there, I was, uh, not well that day.</w:t>
      </w:r>
    </w:p>
    <w:p>
      <w:r>
        <w:rPr>
          <w:b/>
        </w:rPr>
        <w:t xml:space="preserve">[46:56] </w:t>
      </w:r>
      <w:r>
        <w:t>And I was having a word with my sister that I am not feeling well. How will I be able to distribute</w:t>
      </w:r>
    </w:p>
    <w:p>
      <w:pPr>
        <w:jc w:val="right"/>
      </w:pPr>
      <w:r>
        <w:t>And I was having a word with my sister that I am not feeling well. How will I be able to distribute</w:t>
      </w:r>
    </w:p>
    <w:p>
      <w:r>
        <w:rPr>
          <w:b/>
        </w:rPr>
        <w:t xml:space="preserve">[47:03] </w:t>
      </w:r>
      <w:r>
        <w:t>? And when I reached there at the parking, I don't know, I was just praying that God, please help me. And please give me that health that I am able to stand there and give away quran to the people.</w:t>
      </w:r>
    </w:p>
    <w:p>
      <w:pPr>
        <w:jc w:val="right"/>
      </w:pPr>
      <w:r>
        <w:t>? And when I reached there at the parking, I don't know, I was just praying that God, please help me. And please give me that health that I am able to stand there and give away قرآن to the people.</w:t>
      </w:r>
    </w:p>
    <w:p>
      <w:r>
        <w:rPr>
          <w:b/>
        </w:rPr>
        <w:t xml:space="preserve">[47:20] </w:t>
      </w:r>
      <w:r>
        <w:t>And what medicines could not do for days, dua helped. And Alhamdulillah, I, I was able to stand there whole day and give away the literatu</w:t>
      </w:r>
    </w:p>
    <w:p>
      <w:pPr>
        <w:jc w:val="right"/>
      </w:pPr>
      <w:r>
        <w:t>And what medicines could not do for days, دعا helped. And Alhamdulillah, I, I was able to stand there whole day and give away the literatu</w:t>
      </w:r>
    </w:p>
    <w:p>
      <w:r>
        <w:rPr>
          <w:b/>
        </w:rPr>
        <w:t xml:space="preserve">[47:32] </w:t>
      </w:r>
      <w:r>
        <w:t>re. So next day when we started on Sunday, so every day we come up with some, we used to come up with something new. So next day on Sunday when we started, Nagma Apa helped us, uh, with the trolley bags.</w:t>
      </w:r>
    </w:p>
    <w:p>
      <w:pPr>
        <w:jc w:val="right"/>
      </w:pPr>
      <w:r>
        <w:t>re. So next day when we started on Sunday, so every day we come up with some, we used to come up with something new. So next day on Sunday when we started, Nagma Apa helped us, uh, with the trolley bags.</w:t>
      </w:r>
    </w:p>
    <w:p>
      <w:r>
        <w:rPr>
          <w:b/>
        </w:rPr>
        <w:t xml:space="preserve">[47:46] </w:t>
      </w:r>
      <w:r>
        <w:t>And it was really, really useful for all of us. So we had one pickup point for all the literature where you, where we used to keep the Hindi quran and the English quran and the other literature.</w:t>
      </w:r>
    </w:p>
    <w:p>
      <w:pPr>
        <w:jc w:val="right"/>
      </w:pPr>
      <w:r>
        <w:t>And it was really, really useful for all of us. So we had one pickup point for all the literature where you, where we used to keep the Hindi قرآن and the English قرآن and the other literature.</w:t>
      </w:r>
    </w:p>
    <w:p>
      <w:r>
        <w:rPr>
          <w:b/>
        </w:rPr>
        <w:t xml:space="preserve">[47:58] </w:t>
      </w:r>
      <w:r>
        <w:t>And we had these trolley bags with us</w:t>
      </w:r>
    </w:p>
    <w:p>
      <w:pPr>
        <w:jc w:val="right"/>
      </w:pPr>
      <w:r>
        <w:t>And we had these trolley bags with us</w:t>
      </w:r>
    </w:p>
    <w:p>
      <w:r>
        <w:rPr>
          <w:b/>
        </w:rPr>
        <w:t xml:space="preserve">[48:01] </w:t>
      </w:r>
      <w:r>
        <w:t>. We used to fill them up. And we used to reach particular spots and started distributing the literature. When we were distributing literature, so people, they used to ask us that, uh, you are really giving it for free?</w:t>
      </w:r>
    </w:p>
    <w:p>
      <w:pPr>
        <w:jc w:val="right"/>
      </w:pPr>
      <w:r>
        <w:t>. We used to fill them up. And we used to reach particular spots and started distributing the literature. When we were distributing literature, so people, they used to ask us that, uh, you are really giving it for free?</w:t>
      </w:r>
    </w:p>
    <w:p>
      <w:r>
        <w:rPr>
          <w:b/>
        </w:rPr>
        <w:t xml:space="preserve">[48:18] </w:t>
      </w:r>
      <w:r>
        <w:t>And when we used to say, yes, it's for free, there was, there was an excitement among everyone in the crowd.</w:t>
      </w:r>
    </w:p>
    <w:p>
      <w:pPr>
        <w:jc w:val="right"/>
      </w:pPr>
      <w:r>
        <w:t>And when we used to say, yes, it's for free, there was, there was an excitement among everyone in the crowd.</w:t>
      </w:r>
    </w:p>
    <w:p>
      <w:r>
        <w:rPr>
          <w:b/>
        </w:rPr>
        <w:t xml:space="preserve">[48:27] </w:t>
      </w:r>
      <w:r>
        <w:t>I don't remember a single person who ever came to us in all these days when we were distributing and who said that you are not allowed to distribute.</w:t>
      </w:r>
    </w:p>
    <w:p>
      <w:pPr>
        <w:jc w:val="right"/>
      </w:pPr>
      <w:r>
        <w:t>I don't remember a single person who ever came to us in all these days when we were distributing and who said that you are not allowed to distribute.</w:t>
      </w:r>
    </w:p>
    <w:p>
      <w:r>
        <w:rPr>
          <w:b/>
        </w:rPr>
        <w:t xml:space="preserve">[48:36] </w:t>
      </w:r>
      <w:r>
        <w:t>So there is one, uh, one experience,</w:t>
      </w:r>
    </w:p>
    <w:p>
      <w:pPr>
        <w:jc w:val="right"/>
      </w:pPr>
      <w:r>
        <w:t>So there is one, uh, one experience,</w:t>
      </w:r>
    </w:p>
    <w:p>
      <w:r>
        <w:rPr>
          <w:b/>
        </w:rPr>
        <w:t xml:space="preserve">[48:38] </w:t>
      </w:r>
      <w:r>
        <w:t>uh, I remember on second day when we were distributing, I received a call from Anas and he said, like Ramish bhai, uh, hum kai sare doors pe jo hamare volunteers distribute kar rahe the, entrance points pe, wahan logon ne authority ne yeh kaha hai ke agar aap distribute yahan karenge to har insaan ko five thousand Rupees ka fine hoga.</w:t>
      </w:r>
    </w:p>
    <w:p>
      <w:pPr>
        <w:jc w:val="right"/>
      </w:pPr>
      <w:r>
        <w:t>uh, I remember on second day when we were distributing, I received a call from Anas and he said, like رامش بھائی، آہ، ہم کئی سارے doors پہ جو ہمارے volunteers distribute کر رہے تھے، entrance points پہ، وہاں لوگوں نے authority نے یہ کہا ہے کہ اگر آپ distribute یہاں کریں گے تو ہر انسان کو five thousand Rupees کا fine ہوگا۔</w:t>
      </w:r>
    </w:p>
    <w:p>
      <w:r>
        <w:rPr>
          <w:b/>
        </w:rPr>
        <w:t xml:space="preserve">[49:00] </w:t>
      </w:r>
      <w:r>
        <w:t>Yeh unhon ne mujh se phone pe kaha. Ek dum mere dil se awaaz nikli ke Anas, kuch nahi hota, Allah ka kaam hai.</w:t>
      </w:r>
    </w:p>
    <w:p>
      <w:pPr>
        <w:jc w:val="right"/>
      </w:pPr>
      <w:r>
        <w:t>یہ انہوں نے مجھ سے فون پہ کہا۔ ایک دم میرے دل سے آواز نکلی کہ انس، کچھ نہیں ہوتا، اللہ کا کام ہے۔</w:t>
      </w:r>
    </w:p>
    <w:p>
      <w:r>
        <w:rPr>
          <w:b/>
        </w:rPr>
        <w:t xml:space="preserve">[49:08] </w:t>
      </w:r>
      <w:r>
        <w:t>Hum dekhenge kya hota hai. Manage karenge. Yeh kehne ki baat thi ke das pandrah minute baad wahan pe jo officials deployed the, police ke, wo mere paas aaye aur mere se kehte hain ke bhaiya, aap sab ko jivan ka de rahe hain.</w:t>
      </w:r>
    </w:p>
    <w:p>
      <w:pPr>
        <w:jc w:val="right"/>
      </w:pPr>
      <w:r>
        <w:t>ہم دیکھیں گے کیا ہوتا ہے۔ Manage کریں گے۔ یہ کہنے کی بات تھی کہ دس پندرہ منٹ بعد وہاں پہ جو officials deployed تھے، پولیس کے، وہ میرے پاس آئے اور میرے سے کہتے ہیں کہ بھیا، آپ سب کو जीवन کا دے رہے ہیں۔</w:t>
      </w:r>
    </w:p>
    <w:p>
      <w:r>
        <w:rPr>
          <w:b/>
        </w:rPr>
        <w:t xml:space="preserve">[49:24] </w:t>
      </w:r>
      <w:r>
        <w:t>Aap ko kya lagta hai ke hamare jivan mein kuch uddesh nahi hona chahiye? Kya hamein haq nahi hai yeh milne ka? Aur unhon ne liya, unhon ne quran liya, Hindi ka, unhon ne Hindi ka literature liya,</w:t>
      </w:r>
    </w:p>
    <w:p>
      <w:pPr>
        <w:jc w:val="right"/>
      </w:pPr>
      <w:r>
        <w:t>آپ کو کیا لگتا ہے کہ ہمارے जीवन میں کچھ উদ্দেশ نہیں ہونا چاہیے؟ کیا ہمیں حق نہیں ہے یہ ملنے کا؟ اور انہوں نے لیا، انہوں نے قرآن لیا، ہندی کا، انہوں نے ہندی کا literature لیا،</w:t>
      </w:r>
    </w:p>
    <w:p>
      <w:r>
        <w:rPr>
          <w:b/>
        </w:rPr>
        <w:t xml:space="preserve">[49:37] </w:t>
      </w:r>
      <w:r>
        <w:t>aur phir unhon ne unki jitni team thi wahan par, unhon ne unko bhi dilwaya. Aur hamara shukriya ada karte rahe. Yeh ek dum Anas ke call ke das minute baad ki baat hai.</w:t>
      </w:r>
    </w:p>
    <w:p>
      <w:pPr>
        <w:jc w:val="right"/>
      </w:pPr>
      <w:r>
        <w:t>اور پھر انہوں نے ان کی جتنی ٹیم تھی وہاں پر، انہوں نے ان کو بھی دلوایا۔ اور ہمارا شکریہ ادا کرتے رہے۔ یہ ایک دم انس کے کال کے دس منٹ بعد کی بات ہے۔</w:t>
      </w:r>
    </w:p>
    <w:p>
      <w:r>
        <w:rPr>
          <w:b/>
        </w:rPr>
        <w:t xml:space="preserve">[49:47] </w:t>
      </w:r>
      <w:r>
        <w:t>To Allah ne wahin pe establish kar diya ke dekho, tum ne jo belief mere pe show kiya tha, yeh wahi belief ka reward hai jo tumhein yahan m</w:t>
      </w:r>
    </w:p>
    <w:p>
      <w:pPr>
        <w:jc w:val="right"/>
      </w:pPr>
      <w:r>
        <w:t>تو اللہ نے وہیں پہ establish کر دیا کہ دیکھو، تم نے جو belief میرے پہ show کیا تھا، یہ وہی belief کا reward ہے جو تمہیں یہاں م</w:t>
      </w:r>
    </w:p>
    <w:p>
      <w:r>
        <w:rPr>
          <w:b/>
        </w:rPr>
        <w:t xml:space="preserve">[49:56] </w:t>
      </w:r>
      <w:r>
        <w:t>ila hai. Aur aise hi bahut sare events the, bahut sari baatein huin, log aaye, ek chhoti si bachchi aayin, unko Ajr bhai ne jab literature diya to she was quite excited when she when she read that booklet reality of life to unko bada achha laga, chhoti si thi wo, mujh ko aisa laga ke main unko quran bhi deta hoon.</w:t>
      </w:r>
    </w:p>
    <w:p>
      <w:pPr>
        <w:jc w:val="right"/>
      </w:pPr>
      <w:r>
        <w:t>لا ہے۔ اور ایسے ہی بہت سارے events تھے، بہت ساری باتیں ہوئیں، لوگ آئے، ایک چھوٹی سی بچی آئیں، ان کو اجر بھائی نے جب literature دیا تو she was quite excited when she when she read that booklet reality of life تو ان کو بڑا اچھا لگا، چھوٹی سی تھی وہ، مجھ کو ایسا لگا کہ میں ان کو قرآن بھی دیتا ہوں۔</w:t>
      </w:r>
    </w:p>
    <w:p>
      <w:r>
        <w:rPr>
          <w:b/>
        </w:rPr>
        <w:t xml:space="preserve">[50:18] </w:t>
      </w:r>
      <w:r>
        <w:t>Main unke paas gaya bhag kar, main ne un se kaha ke I have a gift for you. She said, what is it? I said, there is a copy of quran for you.</w:t>
      </w:r>
    </w:p>
    <w:p>
      <w:pPr>
        <w:jc w:val="right"/>
      </w:pPr>
      <w:r>
        <w:t>میں ان کے پاس گیا بھاگ کر، میں نے ان سے کہا کہ I have a gift for you. She said, what is it? I said, there is a copy of قرآن for you.</w:t>
      </w:r>
    </w:p>
    <w:p>
      <w:r>
        <w:rPr>
          <w:b/>
        </w:rPr>
        <w:t xml:space="preserve">[50:27] </w:t>
      </w:r>
      <w:r>
        <w:t>Aur jaise hi unhon ne suna ke quran ki copy unhein di ja rahi hai, out of excitement wo zor se chala padi, wow quran! Unke papa thodi door pe khade the, unhon ne bola ke kya hua?</w:t>
      </w:r>
    </w:p>
    <w:p>
      <w:pPr>
        <w:jc w:val="right"/>
      </w:pPr>
      <w:r>
        <w:t>اور جیسے ہی انہوں نے سنا کہ قرآن کی copy انہیں دی جا رہی ہے، out of excitement وہ زور سے چلا پڑی، واؤ قرآن! ان کے پاپا تھوڑی دور پہ کھڑے تھے، انہوں نے بولا کہ کیا ہوا؟</w:t>
      </w:r>
    </w:p>
    <w:p>
      <w:r>
        <w:rPr>
          <w:b/>
        </w:rPr>
        <w:t xml:space="preserve">[50:39] </w:t>
      </w:r>
      <w:r>
        <w:t>Paas bhag ke ja ke kehti hain ke papa, in bhaiya ne mujhe quran diya hai. Aur unke papa palat ke kehte hain ke beta, use padhna zaroor.</w:t>
      </w:r>
    </w:p>
    <w:p>
      <w:pPr>
        <w:jc w:val="right"/>
      </w:pPr>
      <w:r>
        <w:t>پاس بھاگ کے جا کے کہتی ہیں کہ پاپا، ان بھیا نے مجھے قرآن دیا ہے۔ اور ان کے پاپا پلٹ کے کہتے ہیں کہ بیٹا، اسے پڑھنا ضرور۔</w:t>
      </w:r>
    </w:p>
    <w:p>
      <w:r>
        <w:rPr>
          <w:b/>
        </w:rPr>
        <w:t xml:space="preserve">[50:49] </w:t>
      </w:r>
      <w:r>
        <w:t>Aise bahut sare experiences hain.</w:t>
      </w:r>
    </w:p>
    <w:p>
      <w:pPr>
        <w:jc w:val="right"/>
      </w:pPr>
      <w:r>
        <w:t>ایسے بہت سارے experiences ہیں۔</w:t>
      </w:r>
    </w:p>
    <w:p>
      <w:r>
        <w:rPr>
          <w:b/>
        </w:rPr>
        <w:t xml:space="preserve">[50:51] </w:t>
      </w:r>
      <w:r>
        <w:t>Ek ek ladka ladki nikle wahan se jab World Book Fair ke ek hall se, to wo ladki boli apne friend se ke yahan par is baar I couldn't find a single book which was worth my money.</w:t>
      </w:r>
    </w:p>
    <w:p>
      <w:pPr>
        <w:jc w:val="right"/>
      </w:pPr>
      <w:r>
        <w:t>ایک ایک لڑکا لڑکی نکلے وہاں سے جب World Book Fair کے ایک hall سے، تو وہ لڑکی بولی اپنے friend سے کہ یہاں پر اس بار I couldn't find a single book which was worth my money.</w:t>
      </w:r>
    </w:p>
    <w:p>
      <w:r>
        <w:rPr>
          <w:b/>
        </w:rPr>
        <w:t xml:space="preserve">[51:06] </w:t>
      </w:r>
      <w:r>
        <w:t>main ne un ki yeh baat sun li and I approached them and I said, I have a complimentary copy of quran for you. aur is larki ka reaction bilkul badal gaya.</w:t>
      </w:r>
    </w:p>
    <w:p>
      <w:pPr>
        <w:jc w:val="right"/>
      </w:pPr>
      <w:r>
        <w:t>میں نے ان کی یہ بات سن لی and I approached them and I said, I have a complimentary copy of قرآن for you. اور اس لڑکی کا reaction بالکل بدل گیا۔</w:t>
      </w:r>
    </w:p>
    <w:p>
      <w:r>
        <w:rPr>
          <w:b/>
        </w:rPr>
        <w:t xml:space="preserve">[51:18] </w:t>
      </w:r>
      <w:r>
        <w:t>us ne kaha ke aah yes I wanted to have this copy for quite some time. how much is the amount? and she was ready to pay.</w:t>
      </w:r>
    </w:p>
    <w:p>
      <w:pPr>
        <w:jc w:val="right"/>
      </w:pPr>
      <w:r>
        <w:t>اس نے کہا کہ آہ yes I wanted to have this copy for quite some time. How much is the amount? And she was ready to pay.</w:t>
      </w:r>
    </w:p>
    <w:p>
      <w:r>
        <w:rPr>
          <w:b/>
        </w:rPr>
        <w:t xml:space="preserve">[51:28] </w:t>
      </w:r>
      <w:r>
        <w:t>I said it's for free. aur yeh free sun ke woh itni khush huin, un ke un ke munh se yeh nikla ke God heard me. so we have faced this thing time and time again.</w:t>
      </w:r>
    </w:p>
    <w:p>
      <w:pPr>
        <w:jc w:val="right"/>
      </w:pPr>
      <w:r>
        <w:t>I said it's for free. اور یہ free سن کے وہ اتنی خوش ہوئیں، ان کے ان کے منہ سے یہ نکلا کہ God heard me. So we have faced this thing time and time again.</w:t>
      </w:r>
    </w:p>
    <w:p>
      <w:r>
        <w:rPr>
          <w:b/>
        </w:rPr>
        <w:t xml:space="preserve">[51:41] </w:t>
      </w:r>
      <w:r>
        <w:t>isi ke sath mera ek experience aur hai jo World Book Fair se align karta hai, date se align karta hai. I was invited for a dinner with Imam of masjid nabwi recently when he visited India.</w:t>
      </w:r>
    </w:p>
    <w:p>
      <w:pPr>
        <w:jc w:val="right"/>
      </w:pPr>
      <w:r>
        <w:t>اسی کے ساتھ میرا ایک experience اور ہے جو World Book Fair سے align کرتا ہے، date سے align کرتا ہے۔ I was invited for a dinner with Imam of مسجد نبوی recently when he visited India.</w:t>
      </w:r>
    </w:p>
    <w:p>
      <w:r>
        <w:rPr>
          <w:b/>
        </w:rPr>
        <w:t xml:space="preserve">[51:57] </w:t>
      </w:r>
      <w:r>
        <w:t>main is dinner pe is liye gaya ke yeh wahan se aa rahe hain jahan pe Rasool Allah namaz parhate thay. poori zindagi un ki wahan beti.</w:t>
      </w:r>
    </w:p>
    <w:p>
      <w:pPr>
        <w:jc w:val="right"/>
      </w:pPr>
      <w:r>
        <w:t>میں اس dinner پہ اس لیے گیا کہ یہ وہاں سے آ رہے ہیں جہاں پہ رسول اللہ نماز پڑھاتے تھے۔ پوری زندگی ان کی وہاں بیتی۔</w:t>
      </w:r>
    </w:p>
    <w:p>
      <w:r>
        <w:rPr>
          <w:b/>
        </w:rPr>
        <w:t xml:space="preserve">[52:06] </w:t>
      </w:r>
      <w:r>
        <w:t>to un ke paas kuch hoga, kuch dene ke liye, kuch batane ke liye.</w:t>
      </w:r>
    </w:p>
    <w:p>
      <w:pPr>
        <w:jc w:val="right"/>
      </w:pPr>
      <w:r>
        <w:t>تو ان کے پاس کچھ ہوگا، کچھ دینے کے لیے، کچھ بتانے کے لیے۔</w:t>
      </w:r>
    </w:p>
    <w:p>
      <w:r>
        <w:rPr>
          <w:b/>
        </w:rPr>
        <w:t xml:space="preserve">[52:12] </w:t>
      </w:r>
      <w:r>
        <w:t>jab main un ke sath dinner table pe baitha to quite I was quite astonished. sirf un ke paas ek hi baat thi batane ki, woh yeh thi ke bhaya khana bohat acha hai.</w:t>
      </w:r>
    </w:p>
    <w:p>
      <w:pPr>
        <w:jc w:val="right"/>
      </w:pPr>
      <w:r>
        <w:t>جب میں ان کے ساتھ dinner table پہ بیٹھا تو quite I was quite astonished. صرف ان کے پاس ایک ہی بات تھی بتانے کی، وہ یہ تھی کہ بھیا کھانا بہت اچھا ہے۔</w:t>
      </w:r>
    </w:p>
    <w:p>
      <w:r>
        <w:rPr>
          <w:b/>
        </w:rPr>
        <w:t xml:space="preserve">[52:26] </w:t>
      </w:r>
      <w:r>
        <w:t>aur kuch nahi tha. aur mujh ko itna ajeeb laga us waqt ke main ne yeh decision liya ke main khana na khaunga.</w:t>
      </w:r>
    </w:p>
    <w:p>
      <w:pPr>
        <w:jc w:val="right"/>
      </w:pPr>
      <w:r>
        <w:t>اور کچھ نہیں تھا۔ اور مجھ کو اتنا عجیب لگا اس وقت کہ میں نے یہ decision لیا کہ میں کھانا نہ کھاؤں گا۔</w:t>
      </w:r>
    </w:p>
    <w:p>
      <w:r>
        <w:rPr>
          <w:b/>
        </w:rPr>
        <w:t xml:space="preserve">[52:36] </w:t>
      </w:r>
      <w:r>
        <w:t>aur main is table pe un ke sath baitha raha, siwaye khane ki tareef ke aur us mahaul ki tareef ke, unhon ne aur koi baat nahi ki. un ke paas koi experience nahi tha.</w:t>
      </w:r>
    </w:p>
    <w:p>
      <w:pPr>
        <w:jc w:val="right"/>
      </w:pPr>
      <w:r>
        <w:t>اور میں اس table پہ ان کے ساتھ بیٹھا رہا، سوائے کھانے کی تعریف کے اور اس ماحول کی تعریف کے، انہوں نے اور کوئی بات نہیں کی۔ ان کے پاس کوئی experience نہیں تھا۔</w:t>
      </w:r>
    </w:p>
    <w:p>
      <w:r>
        <w:rPr>
          <w:b/>
        </w:rPr>
        <w:t xml:space="preserve">[52:46] </w:t>
      </w:r>
      <w:r>
        <w:t>mujh ko ek hadith yaad aayi ke ek baar Hazrat Aisha se ek companion ne poocha ke aap logon ke ghar ke bahar kabhi diya kyun nahi jalta tha?</w:t>
      </w:r>
    </w:p>
    <w:p>
      <w:pPr>
        <w:jc w:val="right"/>
      </w:pPr>
      <w:r>
        <w:t>مجھ کو ایک حدیث یاد آئی کہ ایک بار حضرت عائشہ سے ایک companion نے پوچھا کہ آپ لوگوں کے گھر کے باہر کبھی دیا کیوں نہیں جلتا تھا؟</w:t>
      </w:r>
    </w:p>
    <w:p>
      <w:r>
        <w:rPr>
          <w:b/>
        </w:rPr>
        <w:t xml:space="preserve">[52:56] </w:t>
      </w:r>
      <w:r>
        <w:t>to unhon ne yeh bataya ke</w:t>
      </w:r>
    </w:p>
    <w:p>
      <w:pPr>
        <w:jc w:val="right"/>
      </w:pPr>
      <w:r>
        <w:t>تو انہوں نے یہ بتایا کہ</w:t>
      </w:r>
    </w:p>
    <w:p>
      <w:r>
        <w:rPr>
          <w:b/>
        </w:rPr>
        <w:t xml:space="preserve">[53:01] </w:t>
      </w:r>
      <w:r>
        <w:t>aah</w:t>
      </w:r>
    </w:p>
    <w:p>
      <w:pPr>
        <w:jc w:val="right"/>
      </w:pPr>
      <w:r>
        <w:t>آہ</w:t>
      </w:r>
    </w:p>
    <w:p>
      <w:r>
        <w:rPr>
          <w:b/>
        </w:rPr>
        <w:t xml:space="preserve">[53:05] </w:t>
      </w:r>
      <w:r>
        <w:t>ke agar hamare paas itna tail hota ke jis se hum diya jala sakte hain to hum shayad woh tail pee lete, diya jalane ke bajaye.</w:t>
      </w:r>
    </w:p>
    <w:p>
      <w:pPr>
        <w:jc w:val="right"/>
      </w:pPr>
      <w:r>
        <w:t>کہ اگر ہمارے پاس اتنا تیل ہوتا کہ جس سے ہم دیا جلا سکتے ہیں تو ہم شاید وہ تیل پی لیتے، دیا جلانے کے بجائے۔</w:t>
      </w:r>
    </w:p>
    <w:p>
      <w:r>
        <w:rPr>
          <w:b/>
        </w:rPr>
        <w:t xml:space="preserve">[53:16] </w:t>
      </w:r>
      <w:r>
        <w:t>and this man is coming from that place and the only thing which he had to offer was that food is very good and I really like the food</w:t>
      </w:r>
    </w:p>
    <w:p>
      <w:pPr>
        <w:jc w:val="right"/>
      </w:pPr>
      <w:r>
        <w:t>And this man is coming from that place and the only thing which he had to offer was that food is very good and I really like the food</w:t>
      </w:r>
    </w:p>
    <w:p>
      <w:r>
        <w:rPr>
          <w:b/>
        </w:rPr>
        <w:t xml:space="preserve">[53:25] </w:t>
      </w:r>
      <w:r>
        <w:t>. us din main jab raat ko ghar aaya to main poori raat jagta raha, main sochta raha ke Allah mujh ko bhi isi category mein daal sakte thay to kaise mujhe Allah ne is mission ke paas pouncha diya, Maulana ke paas pouncha diya, is mission ka hissa bana diya.</w:t>
      </w:r>
    </w:p>
    <w:p>
      <w:pPr>
        <w:jc w:val="right"/>
      </w:pPr>
      <w:r>
        <w:t>. اس دن میں جب رات کو گھر آیا تو میں پوری رات جاگتا رہا، میں سوچتا رہا کہ اللہ مجھ کو بھی اسی category میں ڈال سکتے تھے تو کیسے مجھے اللہ نے اس mission کے پاس پہنچا دیا، مولانا کے پاس پہنچا دیا، اس mission کا حصہ بنا دیا۔</w:t>
      </w:r>
    </w:p>
    <w:p>
      <w:r>
        <w:rPr>
          <w:b/>
        </w:rPr>
        <w:t xml:space="preserve">[53:41] </w:t>
      </w:r>
      <w:r>
        <w:t>mere dil se ek dam nikla ke</w:t>
      </w:r>
    </w:p>
    <w:p>
      <w:pPr>
        <w:jc w:val="right"/>
      </w:pPr>
      <w:r>
        <w:t>میرے دل سے ایک دم نکلا کہ</w:t>
      </w:r>
    </w:p>
    <w:p>
      <w:r>
        <w:rPr>
          <w:b/>
        </w:rPr>
        <w:t xml:space="preserve">[53:47] </w:t>
      </w:r>
      <w:r>
        <w:t>jaise Hazrat Nuh ki kashti mein Allah ne janwaron ko daal diya tha.</w:t>
      </w:r>
    </w:p>
    <w:p>
      <w:pPr>
        <w:jc w:val="right"/>
      </w:pPr>
      <w:r>
        <w:t>جیسے حضرت نوح کی کشتی میں اللہ نے جانوروں کو ڈال دیا تھا۔</w:t>
      </w:r>
    </w:p>
    <w:p>
      <w:r>
        <w:rPr>
          <w:b/>
        </w:rPr>
        <w:t xml:space="preserve">[53:53] </w:t>
      </w:r>
      <w:r>
        <w:t>un janwaron ki koi wisdom nahi thi. lekin un janwaron ko Allah ko bachana tha, ek maqsad tha Allah ka. to Allah ne aise hi is CPS ki kashti mein, Maulana ki is kashti mein mujh ko dhakel diya hai.</w:t>
      </w:r>
    </w:p>
    <w:p>
      <w:pPr>
        <w:jc w:val="right"/>
      </w:pPr>
      <w:r>
        <w:t>ان جانوروں کی کوئی wisdom نہیں تھی۔ لیکن ان جانوروں کو اللہ کو بچانا تھا، ایک مقصد تھا اللہ کا۔ تو اللہ نے ایسے ہی اس سی پی ایس کی کشتی میں، مولانا کی اس کشتی میں مجھ کو دھکیل دیا ہے۔</w:t>
      </w:r>
    </w:p>
    <w:p>
      <w:r>
        <w:rPr>
          <w:b/>
        </w:rPr>
        <w:t xml:space="preserve">[54:08] </w:t>
      </w:r>
      <w:r>
        <w:t>aur is ka reward jo hai woh yahin hamein itna dekhne ko milta hai. lekin mere dil se Allah ka bohat shukar nikla</w:t>
      </w:r>
    </w:p>
    <w:p>
      <w:pPr>
        <w:jc w:val="right"/>
      </w:pPr>
      <w:r>
        <w:t>اور اس کا reward جو ہے وہ یہیں ہمیں اتنا دیکھنے کو ملتا ہے۔ لیکن میرے دل سے اللہ کا بہت شکر نکلا</w:t>
      </w:r>
    </w:p>
    <w:p>
      <w:r>
        <w:rPr>
          <w:b/>
        </w:rPr>
        <w:t xml:space="preserve">[54:17] </w:t>
      </w:r>
      <w:r>
        <w:t>ke Allah aap ne mujhe is category mein nahi dala jahan par main bana yeh discover kiye mar jata ke meri zindagi ka maqsad dawat thi, meri zindagi ka maqsad marifat thi.</w:t>
      </w:r>
    </w:p>
    <w:p>
      <w:pPr>
        <w:jc w:val="right"/>
      </w:pPr>
      <w:r>
        <w:t>کہ اللہ آپ نے مجھے اس category میں نہیں ڈالا جہاں پر میں بنا یہ discover کیے مر جاتا کہ میری زندگی کا مقصد دعوت تھی، میری زندگی کا مقصد معرفت تھی۔</w:t>
      </w:r>
    </w:p>
    <w:p>
      <w:r>
        <w:rPr>
          <w:b/>
        </w:rPr>
        <w:t xml:space="preserve">[54:28] </w:t>
      </w:r>
      <w:r>
        <w:t>lekin aap ne mujhe is category mein dala jahan Maulana ki wisdom se hamein samajh mein aaya hamari zindagi ka kya maqsad hai. aah there are people to come who will share more with you.</w:t>
      </w:r>
    </w:p>
    <w:p>
      <w:pPr>
        <w:jc w:val="right"/>
      </w:pPr>
      <w:r>
        <w:t>لیکن آپ نے مجھے اس category میں ڈال دیا جہاں مولانا کی wisdom سے ہمیں سمجھ میں آیا ہماری زندگی کا کیا مقصد ہے۔ آہ there are people to come who will share more with you.</w:t>
      </w:r>
    </w:p>
    <w:p>
      <w:r>
        <w:rPr>
          <w:b/>
        </w:rPr>
        <w:t xml:space="preserve">[54:41] </w:t>
      </w:r>
      <w:r>
        <w:t>I wanted to align these two experiences together ke aap ko yeh ehsaas ho sakta hai ke kaise ek bohat bara tabqa hai Musalmanon ke andar hi, chahe woh Ahle Arab hon, chahe woh Hindustan se hon, kahin se bhi hon, jin ko dawat ka concept door door tak nahi pata.</w:t>
      </w:r>
    </w:p>
    <w:p>
      <w:pPr>
        <w:jc w:val="right"/>
      </w:pPr>
      <w:r>
        <w:t>I wanted to align these two experiences together کہ آپ کو یہ احساس ہو سکتا ہے کہ کیسے ایک بہت بڑا طبقہ ہے مسلمانوں کے اندر ہی، چاہے وہ اہل عرب ہوں، چاہے وہ ہندوستان سے ہوں، کہیں سے بھی ہوں، جن کو دعوت کا concept دور دور تک نہیں پتا۔</w:t>
      </w:r>
    </w:p>
    <w:p>
      <w:r>
        <w:rPr>
          <w:b/>
        </w:rPr>
        <w:t xml:space="preserve">[54:59] </w:t>
      </w:r>
      <w:r>
        <w:t>aur kaise hum log jab khare ho ke wahan distribute karte hain to ek hadith hai you take one step towards me. God is saying that you take one step towards me and I will take ten steps towards you.</w:t>
      </w:r>
    </w:p>
    <w:p>
      <w:pPr>
        <w:jc w:val="right"/>
      </w:pPr>
      <w:r>
        <w:t>اور کیسے ہم لوگ جب کھڑے ہو کے وہاں distribute کرتے ہیں تو ایک حدیث ہے you take one step towards me. God is saying that you take one step towards me and I will take ten steps towards you.</w:t>
      </w:r>
    </w:p>
    <w:p>
      <w:r>
        <w:rPr>
          <w:b/>
        </w:rPr>
        <w:t xml:space="preserve">[55:10] </w:t>
      </w:r>
      <w:r>
        <w:t>you come walking towards me, I will come running towards you. and we all have been witnessing this all these days and years and weeks since we have been part of this mission and doing dawat here.</w:t>
      </w:r>
    </w:p>
    <w:p>
      <w:pPr>
        <w:jc w:val="right"/>
      </w:pPr>
      <w:r>
        <w:t>You come walking towards me, I will come running towards you. And we all have been witnessing this all these days and years and weeks since we have been part of this mission and doing دعوت here.</w:t>
      </w:r>
    </w:p>
    <w:p>
      <w:r>
        <w:rPr>
          <w:b/>
        </w:rPr>
        <w:t xml:space="preserve">[55:23] </w:t>
      </w:r>
      <w:r>
        <w:t>and with that, I would like to say that may Allah accept our efforts and may we stay with this mission till our last breath.</w:t>
      </w:r>
    </w:p>
    <w:p>
      <w:pPr>
        <w:jc w:val="right"/>
      </w:pPr>
      <w:r>
        <w:t>And with that, I would like to say that may Allah accept our efforts and may we stay with this mission till our last breath.</w:t>
      </w:r>
    </w:p>
    <w:p>
      <w:r>
        <w:rPr>
          <w:b/>
        </w:rPr>
        <w:t xml:space="preserve">[55:32] </w:t>
      </w:r>
      <w:r>
        <w:t>Ameen. So nicely that you think that no, how how this can happen. No negative experience.</w:t>
      </w:r>
    </w:p>
    <w:p>
      <w:pPr>
        <w:jc w:val="right"/>
      </w:pPr>
      <w:r>
        <w:t>Ameen. So nicely that you think that no, how how this can happen. No negative experience.</w:t>
      </w:r>
    </w:p>
    <w:p>
      <w:r>
        <w:rPr>
          <w:b/>
        </w:rPr>
        <w:t xml:space="preserve">[55:42] </w:t>
      </w:r>
      <w:r>
        <w:t>I personally gave Quran at least to uh more than five hundred people. And booklets to uh more than five hundred people.</w:t>
      </w:r>
    </w:p>
    <w:p>
      <w:pPr>
        <w:jc w:val="right"/>
      </w:pPr>
      <w:r>
        <w:t>I personally gave قرآن at least to uh more than five hundred people. And booklets to uh more than five hundred people.</w:t>
      </w:r>
    </w:p>
    <w:p>
      <w:r>
        <w:rPr>
          <w:b/>
        </w:rPr>
        <w:t xml:space="preserve">[55:51] </w:t>
      </w:r>
      <w:r>
        <w:t>No negative experience. Only positive experiences. People took it, people took it so gracefully that you know some of them came back and said that no, how should</w:t>
      </w:r>
    </w:p>
    <w:p>
      <w:pPr>
        <w:jc w:val="right"/>
      </w:pPr>
      <w:r>
        <w:t>No negative experience. Only positive experiences. People took it, people took it so gracefully that you know some of them came back and said that no, how should</w:t>
      </w:r>
    </w:p>
    <w:p>
      <w:r>
        <w:rPr>
          <w:b/>
        </w:rPr>
        <w:t xml:space="preserve">[56:01] </w:t>
      </w:r>
      <w:r>
        <w:t>I read it? Should I take a bath every time uh before reading it? Or you know, is it a complete Quran? How can uh you know, because most of uh uh our people say that no, Quran is so big and it cannot come in such a you know concise form.</w:t>
      </w:r>
    </w:p>
    <w:p>
      <w:pPr>
        <w:jc w:val="right"/>
      </w:pPr>
      <w:r>
        <w:t>I read it? Should I take a bath every time uh before reading it? Or you know, is it a complete قرآن? How can uh you know, because most of uh uh our people say that no, قرآن is so big and it cannot come in such a you know concise form.</w:t>
      </w:r>
    </w:p>
    <w:p>
      <w:r>
        <w:rPr>
          <w:b/>
        </w:rPr>
        <w:t xml:space="preserve">[56:18] </w:t>
      </w:r>
      <w:r>
        <w:t>So but the basic theme is that no, they are excited about uh Islam. They want to understand Islam</w:t>
      </w:r>
    </w:p>
    <w:p>
      <w:pPr>
        <w:jc w:val="right"/>
      </w:pPr>
      <w:r>
        <w:t>So but the basic theme is that no, they are excited about uh Islam. They want to understand Islam</w:t>
      </w:r>
    </w:p>
    <w:p>
      <w:r>
        <w:rPr>
          <w:b/>
        </w:rPr>
        <w:t xml:space="preserve">[56:26] </w:t>
      </w:r>
      <w:r>
        <w:t>. Only thing is that you know, I think you know out of those one point two five, one point three billion Muslims, a a small group of people are you know are doing that kind of work.</w:t>
      </w:r>
    </w:p>
    <w:p>
      <w:pPr>
        <w:jc w:val="right"/>
      </w:pPr>
      <w:r>
        <w:t>. Only thing is that you know, I think you know out of those one point two five, one point three billion Muslims, a a small group of people are you know are doing that kind of work.</w:t>
      </w:r>
    </w:p>
    <w:p>
      <w:r>
        <w:rPr>
          <w:b/>
        </w:rPr>
        <w:t xml:space="preserve">[56:41] </w:t>
      </w:r>
      <w:r>
        <w:t>So uh uh very good experiences happened this time also. Uh one lady came to me and uh she took a copy for herself.</w:t>
      </w:r>
    </w:p>
    <w:p>
      <w:pPr>
        <w:jc w:val="right"/>
      </w:pPr>
      <w:r>
        <w:t>So uh uh very good experiences happened this time also. Uh one lady came to me and uh she took a copy for herself.</w:t>
      </w:r>
    </w:p>
    <w:p>
      <w:r>
        <w:rPr>
          <w:b/>
        </w:rPr>
        <w:t xml:space="preserve">[56:50] </w:t>
      </w:r>
      <w:r>
        <w:t>She came after ten, fifteen minutes and she said that no, I am a librarian. Can you give me one more cop</w:t>
      </w:r>
    </w:p>
    <w:p>
      <w:pPr>
        <w:jc w:val="right"/>
      </w:pPr>
      <w:r>
        <w:t>She came after ten, fifteen minutes and she said that no, I am a librarian. Can you give me one more cop</w:t>
      </w:r>
    </w:p>
    <w:p>
      <w:r>
        <w:rPr>
          <w:b/>
        </w:rPr>
        <w:t xml:space="preserve">[56:56] </w:t>
      </w:r>
      <w:r>
        <w:t>y? I will keep it in my library. So uh you know, it was it was such a nice uh you know experience for me to uh uh know that you know somebody will keep it in the library and because of that, a lot of many people will be able to read it.</w:t>
      </w:r>
    </w:p>
    <w:p>
      <w:pPr>
        <w:jc w:val="right"/>
      </w:pPr>
      <w:r>
        <w:t>y? I will keep it in my library. So uh you know, it was it was such a nice uh you know experience for me to uh uh know that you know somebody will keep it in the library and because of that, a lot of many people will be able to read it.</w:t>
      </w:r>
    </w:p>
    <w:p>
      <w:r>
        <w:rPr>
          <w:b/>
        </w:rPr>
        <w:t xml:space="preserve">[57:14] </w:t>
      </w:r>
      <w:r>
        <w:t>Uh</w:t>
      </w:r>
    </w:p>
    <w:p>
      <w:pPr>
        <w:jc w:val="right"/>
      </w:pPr>
      <w:r>
        <w:t>Uh</w:t>
      </w:r>
    </w:p>
    <w:p>
      <w:r>
        <w:rPr>
          <w:b/>
        </w:rPr>
        <w:t xml:space="preserve">[57:16] </w:t>
      </w:r>
      <w:r>
        <w:t>overall, I would say that you know Dawa work is a is a is a very serious work.</w:t>
      </w:r>
    </w:p>
    <w:p>
      <w:pPr>
        <w:jc w:val="right"/>
      </w:pPr>
      <w:r>
        <w:t>overall, I would say that you know Dawa work is a is a is a very serious work.</w:t>
      </w:r>
    </w:p>
    <w:p>
      <w:r>
        <w:rPr>
          <w:b/>
        </w:rPr>
        <w:t xml:space="preserve">[57:25] </w:t>
      </w:r>
      <w:r>
        <w:t>And all those who are uh who who have intent to do it, all those who are doing it should stick to it. And uh we are really fortunate that we have got a mission in our life.</w:t>
      </w:r>
    </w:p>
    <w:p>
      <w:pPr>
        <w:jc w:val="right"/>
      </w:pPr>
      <w:r>
        <w:t>And all those who are uh who who have intent to do it, all those who are doing it should stick to it. And uh we are really fortunate that we have got a mission in our life.</w:t>
      </w:r>
    </w:p>
    <w:p>
      <w:r>
        <w:rPr>
          <w:b/>
        </w:rPr>
        <w:t xml:space="preserve">[57:38] </w:t>
      </w:r>
      <w:r>
        <w:t>We we have something which will never give us frustration, disappointment in our life.</w:t>
      </w:r>
    </w:p>
    <w:p>
      <w:pPr>
        <w:jc w:val="right"/>
      </w:pPr>
      <w:r>
        <w:t>We we have something which will never give us frustration, disappointment in our life.</w:t>
      </w:r>
    </w:p>
    <w:p>
      <w:r>
        <w:rPr>
          <w:b/>
        </w:rPr>
        <w:t xml:space="preserve">[57:46] </w:t>
      </w:r>
      <w:r>
        <w:t>Uh lastly, I just pray to God that no, He uh He He help us understand the creation plan of God.</w:t>
      </w:r>
    </w:p>
    <w:p>
      <w:pPr>
        <w:jc w:val="right"/>
      </w:pPr>
      <w:r>
        <w:t>Uh lastly, I just pray to God that no, He uh He He help us understand the creation plan of God.</w:t>
      </w:r>
    </w:p>
    <w:p>
      <w:r>
        <w:rPr>
          <w:b/>
        </w:rPr>
        <w:t xml:space="preserve">[57:54] </w:t>
      </w:r>
      <w:r>
        <w:t>He help us uh uh doing Dawa work and He He He He make us uh you know enable or align ours uh in in in His cause.</w:t>
      </w:r>
    </w:p>
    <w:p>
      <w:pPr>
        <w:jc w:val="right"/>
      </w:pPr>
      <w:r>
        <w:t>He help us uh uh doing Dawa work and He He He He make us uh you know enable or align ours uh in in in His cause.</w:t>
      </w:r>
    </w:p>
    <w:p>
      <w:r>
        <w:rPr>
          <w:b/>
        </w:rPr>
        <w:t xml:space="preserve">[58:11] </w:t>
      </w:r>
      <w:r>
        <w:t>Uh this is it. Thank you so much.</w:t>
      </w:r>
    </w:p>
    <w:p>
      <w:pPr>
        <w:jc w:val="right"/>
      </w:pPr>
      <w:r>
        <w:t>Uh this is it. Thank you so much.</w:t>
      </w:r>
    </w:p>
    <w:p>
      <w:r>
        <w:rPr>
          <w:b/>
        </w:rPr>
        <w:t xml:space="preserve">[58:14] </w:t>
      </w:r>
      <w:r>
        <w:t>I would now request the next person, Mr. Danish Fazal, to come here and share his experience with all of us.</w:t>
      </w:r>
    </w:p>
    <w:p>
      <w:pPr>
        <w:jc w:val="right"/>
      </w:pPr>
      <w:r>
        <w:t>I would now request the next person, Mr. Danish Fazal, to come here and share his experience with all of us.</w:t>
      </w:r>
    </w:p>
    <w:p>
      <w:r>
        <w:rPr>
          <w:b/>
        </w:rPr>
        <w:t xml:space="preserve">[58:23] </w:t>
      </w:r>
      <w:r>
        <w:t>Assalam o alaikum. Ah, first time mein is mission ke saath jura aur ah, first time mein ne distribution kiya Quran ka World Book Fair mein.</w:t>
      </w:r>
    </w:p>
    <w:p>
      <w:pPr>
        <w:jc w:val="right"/>
      </w:pPr>
      <w:r>
        <w:t>السلام علیکم۔ آہ، first time میں اس mission کے ساتھ جڑا اور آہ، first time میں نے distribution کیا قرآن کا World Book Fair میں۔</w:t>
      </w:r>
    </w:p>
    <w:p>
      <w:r>
        <w:rPr>
          <w:b/>
        </w:rPr>
        <w:t xml:space="preserve">[58:32] </w:t>
      </w:r>
      <w:r>
        <w:t>Aur bohat achay experience rahe mere. Aur Anas bhai hamesha mujhe motivate karte rahe ke kis tarah se is ko karna hai aur pura narrate karte rahe.</w:t>
      </w:r>
    </w:p>
    <w:p>
      <w:pPr>
        <w:jc w:val="right"/>
      </w:pPr>
      <w:r>
        <w:t>اور بہت اچھے experience رہے میرے۔ اور انس بھائی ہمیشہ مجھے motivate کرتے رہے کہ کس طرح سے اس کو کرنا ہے اور پورا narrate کرتے رہے۔</w:t>
      </w:r>
    </w:p>
    <w:p>
      <w:r>
        <w:rPr>
          <w:b/>
        </w:rPr>
        <w:t xml:space="preserve">[58:42] </w:t>
      </w:r>
      <w:r>
        <w:t>Jaisay abhi previously bataya ke jo trolley thi woh kis tarah se help karti hai. Jab mein aik bar Quran ko trolley mein le ke aa raha tha to mujhe aisa feel hua ke aaj kitna asan ho gaya hai hum logon ke liye ke yeh trolleys mein hum Quran sab printed form mein rakhi hui hai aur hum log le ke sirf aa rahe hain.</w:t>
      </w:r>
    </w:p>
    <w:p>
      <w:pPr>
        <w:jc w:val="right"/>
      </w:pPr>
      <w:r>
        <w:t>جیسے ابھی previously بتایا کہ جو trolley تھی وہ کس طرح سے help کرتی ہے۔ جب میں ایک بار قرآن کو trolley میں لے کے آ رہا تھا تو مجھے ایسا feel ہوا کہ آج کتنا آسان ہو گیا ہے ہم لوگوں کے لیے کہ یہ trolleys میں ہم قرآن سب printed form میں رکھی ہوئی ہے اور ہم لوگ لے کے صرف آ رہے ہیں۔</w:t>
      </w:r>
    </w:p>
    <w:p>
      <w:r>
        <w:rPr>
          <w:b/>
        </w:rPr>
        <w:t xml:space="preserve">[58:57] </w:t>
      </w:r>
      <w:r>
        <w:t>Aur logon ko sirf dena hai humein. Aur is se pehle Sahaba ne is ko pura yaad kiya tha aur logon ko ja ke sunate thay. Aaj hum logon ko woh sab karne ki zaroorat nahi hai itna. Sirf humein trolley mein rakh kar ke laye, logon ko de diya aur log lete thay.</w:t>
      </w:r>
    </w:p>
    <w:p>
      <w:pPr>
        <w:jc w:val="right"/>
      </w:pPr>
      <w:r>
        <w:t>اور لوگوں کو صرف دینا ہے ہمیں۔ اور اس سے پہلے صحابہ نے اس کو پورا یاد کیا تھا اور لوگوں کو جا کے سناتے تھے۔ آج ہم لوگوں کو وہ سب کرنے کی ضرورت نہیں ہے اتنا۔ صرف ہمیں trolley میں رکھ کر کے لائے، لوگوں کو دے دیا اور لوگ لیتے تھے۔</w:t>
      </w:r>
    </w:p>
    <w:p>
      <w:r>
        <w:rPr>
          <w:b/>
        </w:rPr>
        <w:t xml:space="preserve">[59:10] </w:t>
      </w:r>
      <w:r>
        <w:t>Last</w:t>
      </w:r>
    </w:p>
    <w:p>
      <w:pPr>
        <w:jc w:val="right"/>
      </w:pPr>
      <w:r>
        <w:t>Last</w:t>
      </w:r>
    </w:p>
    <w:p>
      <w:r>
        <w:rPr>
          <w:b/>
        </w:rPr>
        <w:t xml:space="preserve">[59:11] </w:t>
      </w:r>
      <w:r>
        <w:t>day jab hum log distribute kar rahe thay to is mein aik sahib thay, woh teen bar aaye aur gaye. Mein ne un ko teen bar present kiya ke aap Quran lijiye to unhon ne teenon bar inkar kar diya ke woh nahi lenge.</w:t>
      </w:r>
    </w:p>
    <w:p>
      <w:pPr>
        <w:jc w:val="right"/>
      </w:pPr>
      <w:r>
        <w:t>day جب ہم لوگ distribute کر رہے تھے تو اس میں ایک صاحب تھے، وہ تین بار آئے اور گئے۔ میں نے ان کو تین بار present کیا کہ آپ قرآن لیجیے تو انہوں نے تینوں بار انکار کر دیا کہ وہ نہیں لیں گے۔</w:t>
      </w:r>
    </w:p>
    <w:p>
      <w:r>
        <w:rPr>
          <w:b/>
        </w:rPr>
        <w:t xml:space="preserve">[59:24] </w:t>
      </w:r>
      <w:r>
        <w:t>Four time jab woh aaye to mein ne un ko smile kar ke kaha ke don't miss this chance. To woh thori dair aage chale gaye, phir palt kar aaye muskurate hue, kaha ke nahi de dijiye mujhe.</w:t>
      </w:r>
    </w:p>
    <w:p>
      <w:pPr>
        <w:jc w:val="right"/>
      </w:pPr>
      <w:r>
        <w:t>Four time جب وہ آئے تو میں نے ان کو smile کر کے کہا کہ don't miss this chance. تو وہ تھوڑی دیر آگے چلے گئے، پھر پلٹ کے آئے مسکراتے ہوئے، کہا کہ نہیں دے دیجیے مجھے۔</w:t>
      </w:r>
    </w:p>
    <w:p>
      <w:r>
        <w:rPr>
          <w:b/>
        </w:rPr>
        <w:t xml:space="preserve">[59:32] </w:t>
      </w:r>
      <w:r>
        <w:t>I surely read it. To mujhe acha laga ke unhon ne is ko liya, is Quran ko aur parha. Kuch wahan pe log ah, last day mein kuch larkay larkiyan wahan pe drama sa kar rahe thay, kuch play.</w:t>
      </w:r>
    </w:p>
    <w:p>
      <w:pPr>
        <w:jc w:val="right"/>
      </w:pPr>
      <w:r>
        <w:t>I surely read it. تو مجھے اچھا لگا کہ انہوں نے اس کو لیا، اس قرآن کو اور پڑھا۔ کچھ وہاں پہ لوگ آہ، last day میں کچھ لڑکے لڑکیاں وہاں پہ ڈرامہ سا کر رہے تھے، کچھ play۔</w:t>
      </w:r>
    </w:p>
    <w:p>
      <w:r>
        <w:rPr>
          <w:b/>
        </w:rPr>
        <w:t xml:space="preserve">[59:44] </w:t>
      </w:r>
      <w:r>
        <w:t>to jab woh play, is play se itna faida hua ke bohat saare log wahan pe jama ho gaye the. to jab woh play khatam hua to log jab jaane lage to maine un mein se logon ko books di, literatures jo the woh di.</w:t>
      </w:r>
    </w:p>
    <w:p>
      <w:pPr>
        <w:jc w:val="right"/>
      </w:pPr>
      <w:r>
        <w:t>تو جب وہ play، اس play سے اتنا فائدہ ہوا کہ بہت سارے لوگ وہاں پہ جمع ہو گئے تھے۔ تو جب وہ play ختم ہوا تو لوگ جب جانے لگے تو میں نے ان میں سے لوگوں کو books دی، literatures جو تھے وہ دیے۔</w:t>
      </w:r>
    </w:p>
    <w:p>
      <w:r>
        <w:rPr>
          <w:b/>
        </w:rPr>
        <w:t xml:space="preserve">[59:55] </w:t>
      </w:r>
      <w:r>
        <w:t>to woh jo group jab ja raha tha to maine un ko ek ek ko present kiya. to woh jab unhone dekha to bohat khush hue woh log. unhone kaha ke is se hum logon ko aaj bohat bara gift mila hai.</w:t>
      </w:r>
    </w:p>
    <w:p>
      <w:pPr>
        <w:jc w:val="right"/>
      </w:pPr>
      <w:r>
        <w:t>تو وہ جو گروپ جب جا رہا تھا تو میں نے ان کو ایک ایک کو present کیا۔ تو وہ جب انہوں نے دیکھا تو بہت خوش ہوئے وہ لوگ۔ انہوں نے کہا کہ اس سے ہم لوگوں کو آج بہت بڑا gift ملا ہے۔</w:t>
      </w:r>
    </w:p>
    <w:p>
      <w:r>
        <w:rPr>
          <w:b/>
        </w:rPr>
        <w:t xml:space="preserve">[1:00:04] </w:t>
      </w:r>
      <w:r>
        <w:t>aah, aaj play kar ke ke hum log quran le ke ja rahe hain apne saath.</w:t>
      </w:r>
    </w:p>
    <w:p>
      <w:pPr>
        <w:jc w:val="right"/>
      </w:pPr>
      <w:r>
        <w:t>آہ، آج play کر کے کہ ہم لوگ قرآن لے کے جا رہے ہیں اپنے ساتھ۔</w:t>
      </w:r>
    </w:p>
    <w:p>
      <w:r>
        <w:rPr>
          <w:b/>
        </w:rPr>
        <w:t xml:space="preserve">[1:00:10] </w:t>
      </w:r>
      <w:r>
        <w:t>yahi saare experience the mere. aah representing the women's wing of CPS mission I would now invite Miss Razia Siddiqui to come here and share her experience.</w:t>
      </w:r>
    </w:p>
    <w:p>
      <w:pPr>
        <w:jc w:val="right"/>
      </w:pPr>
      <w:r>
        <w:t>یہی سارے experience تھے میرے۔ آہ representing the women's wing of CPS mission I would now invite Miss Razia Siddiqui to come here and share her experience.</w:t>
      </w:r>
    </w:p>
    <w:p>
      <w:r>
        <w:rPr>
          <w:b/>
        </w:rPr>
        <w:t xml:space="preserve">[1:00:22] </w:t>
      </w:r>
      <w:r>
        <w:t>Miss Razia Siddiqui. Assalam o alaikum. aah, there are broadly three parts to the experience that I want to share.</w:t>
      </w:r>
    </w:p>
    <w:p>
      <w:pPr>
        <w:jc w:val="right"/>
      </w:pPr>
      <w:r>
        <w:t>Miss Razia Siddiqui. السلام علیکم۔ آہ، there are broadly three parts to the experience that I want to share.</w:t>
      </w:r>
    </w:p>
    <w:p>
      <w:r>
        <w:rPr>
          <w:b/>
        </w:rPr>
        <w:t xml:space="preserve">[1:00:32] </w:t>
      </w:r>
      <w:r>
        <w:t>aah, the first being that every time um one does such a distribution, it reinforces the need...</w:t>
      </w:r>
    </w:p>
    <w:p>
      <w:pPr>
        <w:jc w:val="right"/>
      </w:pPr>
      <w:r>
        <w:t>آہ, the first being that every time um one does such a distribution, it reinforces the need...</w:t>
      </w:r>
    </w:p>
    <w:p>
      <w:r>
        <w:rPr>
          <w:b/>
        </w:rPr>
        <w:t xml:space="preserve">[1:00:41] </w:t>
      </w:r>
      <w:r>
        <w:t>uh in a in a very grave manner. So um I remember the first day that I was there... um and we were standing outside the hall and and distributing.</w:t>
      </w:r>
    </w:p>
    <w:p>
      <w:pPr>
        <w:jc w:val="right"/>
      </w:pPr>
      <w:r>
        <w:t>uh in a in a very grave manner. So um I remember the first day that I was there... um and we were standing outside the hall and and distributing.</w:t>
      </w:r>
    </w:p>
    <w:p>
      <w:r>
        <w:rPr>
          <w:b/>
        </w:rPr>
        <w:t xml:space="preserve">[1:00:53] </w:t>
      </w:r>
      <w:r>
        <w:t>A lady took a Quran from me and... uh she went a few... uh steps ahead and then she came back</w:t>
      </w:r>
    </w:p>
    <w:p>
      <w:pPr>
        <w:jc w:val="right"/>
      </w:pPr>
      <w:r>
        <w:t>A lady took a Quran from me and... uh she went a few... uh steps ahead and then she came back</w:t>
      </w:r>
    </w:p>
    <w:p>
      <w:r>
        <w:rPr>
          <w:b/>
        </w:rPr>
        <w:t xml:space="preserve">[1:01:01] </w:t>
      </w:r>
      <w:r>
        <w:t>. And she uh stood for a couple of minutes because there were other people that I was giving Quran to, and then she said to me that, "I have just come back to say...</w:t>
      </w:r>
    </w:p>
    <w:p>
      <w:pPr>
        <w:jc w:val="right"/>
      </w:pPr>
      <w:r>
        <w:t>. And she uh stood for a couple of minutes because there were other people that I was giving Quran to, and then she said to me that, "I have just come back to say...</w:t>
      </w:r>
    </w:p>
    <w:p>
      <w:r>
        <w:rPr>
          <w:b/>
        </w:rPr>
        <w:t xml:space="preserve">[1:01:09] </w:t>
      </w:r>
      <w:r>
        <w:t>uh thank you to whoever organized this distribution and whoever is behind this. Because... um we don't get this book very easily.</w:t>
      </w:r>
    </w:p>
    <w:p>
      <w:pPr>
        <w:jc w:val="right"/>
      </w:pPr>
      <w:r>
        <w:t>uh thank you to whoever organized this distribution and whoever is behind this. Because... um we don't get this book very easily.</w:t>
      </w:r>
    </w:p>
    <w:p>
      <w:r>
        <w:rPr>
          <w:b/>
        </w:rPr>
        <w:t xml:space="preserve">[1:01:18] </w:t>
      </w:r>
      <w:r>
        <w:t>It's rarely available. And uh so I specially want to thank you that... uh you know, all of you are doing what you are doing and distributing this."</w:t>
      </w:r>
    </w:p>
    <w:p>
      <w:pPr>
        <w:jc w:val="right"/>
      </w:pPr>
      <w:r>
        <w:t>It's rarely available. And uh so I specially want to thank you that... uh you know, all of you are doing what you are doing and distributing this."</w:t>
      </w:r>
    </w:p>
    <w:p>
      <w:r>
        <w:rPr>
          <w:b/>
        </w:rPr>
        <w:t xml:space="preserve">[1:01:29] </w:t>
      </w:r>
      <w:r>
        <w:t>There was uh another... and this particular experience was literally a hair-raising experience for me personally. There was this gentleman who walked outside the hall...</w:t>
      </w:r>
    </w:p>
    <w:p>
      <w:pPr>
        <w:jc w:val="right"/>
      </w:pPr>
      <w:r>
        <w:t>There was uh another... and this particular experience was literally a hair-raising experience for me personally. There was this gentleman who walked outside the hall...</w:t>
      </w:r>
    </w:p>
    <w:p>
      <w:r>
        <w:rPr>
          <w:b/>
        </w:rPr>
        <w:t xml:space="preserve">[1:01:39] </w:t>
      </w:r>
      <w:r>
        <w:t>and uh he was a Hindi reader. We gave him a Hindi Quran. And he stood next to me and he he kept flipping through the pages of the Quran for some time.</w:t>
      </w:r>
    </w:p>
    <w:p>
      <w:pPr>
        <w:jc w:val="right"/>
      </w:pPr>
      <w:r>
        <w:t>and uh he was a Hindi reader. We gave him a Hindi Quran. And he stood next to me and he he kept flipping through the pages of the Quran for some time.</w:t>
      </w:r>
    </w:p>
    <w:p>
      <w:r>
        <w:rPr>
          <w:b/>
        </w:rPr>
        <w:t xml:space="preserve">[1:01:49] </w:t>
      </w:r>
      <w:r>
        <w:t>Uh I... I was just curious that he is just going on, flipping across the pages. Is there something specific that he is wanting to refer to or is looking at</w:t>
      </w:r>
    </w:p>
    <w:p>
      <w:pPr>
        <w:jc w:val="right"/>
      </w:pPr>
      <w:r>
        <w:t>Uh I... I was just curious that he is just going on, flipping across the pages. Is there something specific that he is wanting to refer to or is looking at</w:t>
      </w:r>
    </w:p>
    <w:p>
      <w:r>
        <w:rPr>
          <w:b/>
        </w:rPr>
        <w:t xml:space="preserve">[1:01:58] </w:t>
      </w:r>
      <w:r>
        <w:t>? So I asked him that, "Are you looking at something specific that you would like to... uh sort of figure out?" And um he took a brief pause.</w:t>
      </w:r>
    </w:p>
    <w:p>
      <w:pPr>
        <w:jc w:val="right"/>
      </w:pPr>
      <w:r>
        <w:t>? So I asked him that, "Are you looking at something specific that you would like to... uh sort of figure out?" And um he took a brief pause.</w:t>
      </w:r>
    </w:p>
    <w:p>
      <w:r>
        <w:rPr>
          <w:b/>
        </w:rPr>
        <w:t xml:space="preserve">[1:02:07] </w:t>
      </w:r>
      <w:r>
        <w:t>And then he said... "No, I am just... uh looking at this because Samia is back. A Muslim acquaintance had told me that I will never be able to touch this Quran." And I didn't know what to say.</w:t>
      </w:r>
    </w:p>
    <w:p>
      <w:pPr>
        <w:jc w:val="right"/>
      </w:pPr>
      <w:r>
        <w:t>And then he said... "No, I am just... uh looking at this because Samia is back. A Muslim acquaintance had told me that I will never be able to touch this Quran." And I didn't know what to say.</w:t>
      </w:r>
    </w:p>
    <w:p>
      <w:r>
        <w:rPr>
          <w:b/>
        </w:rPr>
        <w:t xml:space="preserve">[1:02:22] </w:t>
      </w:r>
      <w:r>
        <w:t>I was... I was just speechless.</w:t>
      </w:r>
    </w:p>
    <w:p>
      <w:pPr>
        <w:jc w:val="right"/>
      </w:pPr>
      <w:r>
        <w:t>I was... I was just speechless.</w:t>
      </w:r>
    </w:p>
    <w:p>
      <w:r>
        <w:rPr>
          <w:b/>
        </w:rPr>
        <w:t xml:space="preserve">[1:02:24] </w:t>
      </w:r>
      <w:r>
        <w:t>I just... it just felt... I I felt that how could we do something like this? I mean, how... if having done this, how will we ever stand up before God?</w:t>
      </w:r>
    </w:p>
    <w:p>
      <w:pPr>
        <w:jc w:val="right"/>
      </w:pPr>
      <w:r>
        <w:t>I just... it just felt... I I felt that how could we do something like this? I mean, how... if having done this, how will we ever stand up before God?</w:t>
      </w:r>
    </w:p>
    <w:p>
      <w:r>
        <w:rPr>
          <w:b/>
        </w:rPr>
        <w:t xml:space="preserve">[1:02:33] </w:t>
      </w:r>
      <w:r>
        <w:t>And... and... and be able to justify that a book of guidance for mankind, we only kept it for Muslims or people born in Muslim families.</w:t>
      </w:r>
    </w:p>
    <w:p>
      <w:pPr>
        <w:jc w:val="right"/>
      </w:pPr>
      <w:r>
        <w:t>And... and... and be able to justify that a book of guidance for mankind, we only kept it for Muslims or people born in Muslim families.</w:t>
      </w:r>
    </w:p>
    <w:p>
      <w:r>
        <w:rPr>
          <w:b/>
        </w:rPr>
        <w:t xml:space="preserve">[1:02:45] </w:t>
      </w:r>
      <w:r>
        <w:t>Uh... another thing that I felt very strongly there... so one of the days I took the Delhi Metro to reach the venue.</w:t>
      </w:r>
    </w:p>
    <w:p>
      <w:pPr>
        <w:jc w:val="right"/>
      </w:pPr>
      <w:r>
        <w:t>Uh... another thing that I felt very strongly there... so one of the days I took the Delhi Metro to reach the venue.</w:t>
      </w:r>
    </w:p>
    <w:p>
      <w:r>
        <w:rPr>
          <w:b/>
        </w:rPr>
        <w:t xml:space="preserve">[1:02:54] </w:t>
      </w:r>
      <w:r>
        <w:t>And the connectivity is quite good that way. And the Delhi Book Fair, the World Book Fair team, had also organized a sale of tickets at the metro station venue itself.</w:t>
      </w:r>
    </w:p>
    <w:p>
      <w:pPr>
        <w:jc w:val="right"/>
      </w:pPr>
      <w:r>
        <w:t>And the connectivity is quite good that way. And the Delhi Book Fair, the World Book Fair team, had also organized a sale of tickets at the metro station venue itself.</w:t>
      </w:r>
    </w:p>
    <w:p>
      <w:r>
        <w:rPr>
          <w:b/>
        </w:rPr>
        <w:t xml:space="preserve">[1:03:06] </w:t>
      </w:r>
      <w:r>
        <w:t>And the moment I stepped out and I started walking by, there was... I saw this man who was deputed and his only work was to guide people to where the tickets can be easily purchased.</w:t>
      </w:r>
    </w:p>
    <w:p>
      <w:pPr>
        <w:jc w:val="right"/>
      </w:pPr>
      <w:r>
        <w:t>And the moment I stepped out and I started walking by, there was... I saw this man who was deputed and his only work was to guide people to where the tickets can be easily purchased.</w:t>
      </w:r>
    </w:p>
    <w:p>
      <w:r>
        <w:rPr>
          <w:b/>
        </w:rPr>
        <w:t xml:space="preserve">[1:03:17] </w:t>
      </w:r>
      <w:r>
        <w:t>And when I was walking down the stairs, it... I felt so strongly that this... this world and the country we live in is so full of opportunities that we have to just be there to show our face</w:t>
      </w:r>
    </w:p>
    <w:p>
      <w:pPr>
        <w:jc w:val="right"/>
      </w:pPr>
      <w:r>
        <w:t>And when I was walking down the stairs, it... I felt so strongly that this... this world and the country we live in is so full of opportunities that we have to just be there to show our face</w:t>
      </w:r>
    </w:p>
    <w:p>
      <w:r>
        <w:rPr>
          <w:b/>
        </w:rPr>
        <w:t xml:space="preserve">[1:03:31] </w:t>
      </w:r>
      <w:r>
        <w:t>. And the entire organization, which we have not done, is so perfect that there is somebody who's also deputed, whose only work is to announce on a loudspeaker that, "Please go to a place where Quran is being distributed." And I think the last thing that I want to say is that...</w:t>
      </w:r>
    </w:p>
    <w:p>
      <w:pPr>
        <w:jc w:val="right"/>
      </w:pPr>
      <w:r>
        <w:t>. And the entire organization, which we have not done, is so perfect that there is somebody who's also deputed, whose only work is to announce on a loudspeaker that, "Please go to a place where Quran is being distributed." And I think the last thing that I want to say is that...</w:t>
      </w:r>
    </w:p>
    <w:p>
      <w:r>
        <w:rPr>
          <w:b/>
        </w:rPr>
        <w:t xml:space="preserve">[1:03:48] </w:t>
      </w:r>
      <w:r>
        <w:t>um yeah... every time you do this distribution exercise, and more so lately... uh you have people who come back and say that, "Oh, thank you very mu</w:t>
      </w:r>
    </w:p>
    <w:p>
      <w:pPr>
        <w:jc w:val="right"/>
      </w:pPr>
      <w:r>
        <w:t>um yeah... every time you do this distribution exercise, and more so lately... uh you have people who come back and say that, "Oh, thank you very mu</w:t>
      </w:r>
    </w:p>
    <w:p>
      <w:r>
        <w:rPr>
          <w:b/>
        </w:rPr>
        <w:t xml:space="preserve">[1:03:58] </w:t>
      </w:r>
      <w:r>
        <w:t>ch. We received a copy at the GLF or we received a copy at some other... uh venue, etc." Because distribution exercises, thanks to God, are growing.</w:t>
      </w:r>
    </w:p>
    <w:p>
      <w:pPr>
        <w:jc w:val="right"/>
      </w:pPr>
      <w:r>
        <w:t>ch. We received a copy at the GLF or we received a copy at some other... uh venue, etc." Because distribution exercises, thanks to God, are growing.</w:t>
      </w:r>
    </w:p>
    <w:p>
      <w:r>
        <w:rPr>
          <w:b/>
        </w:rPr>
        <w:t xml:space="preserve">[1:04:07] </w:t>
      </w:r>
      <w:r>
        <w:t>So while it is... reassuring to some extent, at the same time... uh one also feels, looking at the sea of humanity, that there is a huge mammoth work to be done.</w:t>
      </w:r>
    </w:p>
    <w:p>
      <w:pPr>
        <w:jc w:val="right"/>
      </w:pPr>
      <w:r>
        <w:t>So while it is... reassuring to some extent, at the same time... uh one also feels, looking at the sea of humanity, that there is a huge mammoth work to be done.</w:t>
      </w:r>
    </w:p>
    <w:p>
      <w:r>
        <w:rPr>
          <w:b/>
        </w:rPr>
        <w:t xml:space="preserve">[1:04:19] </w:t>
      </w:r>
      <w:r>
        <w:t>And I think that's where the realization dawns that I am not doing it. I am just a human face. We are all just human faces.</w:t>
      </w:r>
    </w:p>
    <w:p>
      <w:pPr>
        <w:jc w:val="right"/>
      </w:pPr>
      <w:r>
        <w:t>And I think that's where the realization dawns that I am not doing it. I am just a human face. We are all just human faces.</w:t>
      </w:r>
    </w:p>
    <w:p>
      <w:r>
        <w:rPr>
          <w:b/>
        </w:rPr>
        <w:t xml:space="preserve">[1:04:28] </w:t>
      </w:r>
      <w:r>
        <w:t>God is making us do this because we are just a handful of people and we have a huge ground to cover. And so this prayer is let out that may God help us all the more so that everybody who's active in doing Dawa work across the world...</w:t>
      </w:r>
    </w:p>
    <w:p>
      <w:pPr>
        <w:jc w:val="right"/>
      </w:pPr>
      <w:r>
        <w:t>God is making us do this because we are just a handful of people and we have a huge ground to cover. And so this prayer is let out that may God help us all the more so that everybody who's active in doing Dawa work across the world...</w:t>
      </w:r>
    </w:p>
    <w:p>
      <w:r>
        <w:rPr>
          <w:b/>
        </w:rPr>
        <w:t xml:space="preserve">[1:04:42] </w:t>
      </w:r>
      <w:r>
        <w:t>is furthered by divine help so that this mighty, mighty task can be accomplished and may God accept our efforts.</w:t>
      </w:r>
    </w:p>
    <w:p>
      <w:pPr>
        <w:jc w:val="right"/>
      </w:pPr>
      <w:r>
        <w:t>is furthered by divine help so that this mighty, mighty task can be accomplished and may God accept our efforts.</w:t>
      </w:r>
    </w:p>
    <w:p>
      <w:r>
        <w:rPr>
          <w:b/>
        </w:rPr>
        <w:t xml:space="preserve">[1:04:52] </w:t>
      </w:r>
      <w:r>
        <w:t>I would now request Dr. Najma Siddiqui to come here and share her experience and say a few words.</w:t>
      </w:r>
    </w:p>
    <w:p>
      <w:pPr>
        <w:jc w:val="right"/>
      </w:pPr>
      <w:r>
        <w:t>I would now request Dr. Najma Siddiqui to come here and share her experience and say a few words.</w:t>
      </w:r>
    </w:p>
    <w:p>
      <w:r>
        <w:rPr>
          <w:b/>
        </w:rPr>
        <w:t xml:space="preserve">[1:05:00] </w:t>
      </w:r>
      <w:r>
        <w:t>Dr. Najma Siddiqui. Assalam o Alaikum. Main... Book Fair mein toh nahi ja paai thi aur main ne wahan koi distribution nahi ki.</w:t>
      </w:r>
    </w:p>
    <w:p>
      <w:pPr>
        <w:jc w:val="right"/>
      </w:pPr>
      <w:r>
        <w:t>Dr. Najma Siddiqui. السلام علیکم۔ میں... Book Fair میں تو نہیں جا پائی تھی اور میں نے وہاں کوئی distribution نہیں کیا۔</w:t>
      </w:r>
    </w:p>
    <w:p>
      <w:r>
        <w:rPr>
          <w:b/>
        </w:rPr>
        <w:t xml:space="preserve">[1:05:11] </w:t>
      </w:r>
      <w:r>
        <w:t>Mere ghar pe ek Delhi University ki ek lady aai thi jin ke sath humein kuch planning karni thi kisi workshop ki.</w:t>
      </w:r>
    </w:p>
    <w:p>
      <w:pPr>
        <w:jc w:val="right"/>
      </w:pPr>
      <w:r>
        <w:t>میرے گھر پہ ایک Delhi University کی ایک لیڈی آئی تھیں جن کے ساتھ ہمیں کچھ planning کرنی تھی کسی workshop کی۔</w:t>
      </w:r>
    </w:p>
    <w:p>
      <w:r>
        <w:rPr>
          <w:b/>
        </w:rPr>
        <w:t xml:space="preserve">[1:05:19] </w:t>
      </w:r>
      <w:r>
        <w:t>Toh main ne unhein ek reality of life aah aah di. Toh bari excited ho ke bolein ke aap ko pata hai ke main jab Book Fair mein gayi thi, mujhe yeh mili thi.</w:t>
      </w:r>
    </w:p>
    <w:p>
      <w:pPr>
        <w:jc w:val="right"/>
      </w:pPr>
      <w:r>
        <w:t>تو میں نے انہیں ایک reality of life آہ آہ دی۔ تو بڑی excited ہو کے بولیں کہ آپ کو پتہ ہے کہ میں جب Book Fair میں گئی تھی، مجھے یہ ملی تھی۔</w:t>
      </w:r>
    </w:p>
    <w:p>
      <w:r>
        <w:rPr>
          <w:b/>
        </w:rPr>
        <w:t xml:space="preserve">[1:05:30] </w:t>
      </w:r>
      <w:r>
        <w:t>Aur main is ko poori parh chuki hoon. Chaliye, aap de rahi hain toh mujhe aur do teen de dijiye, main baant doongi. Toh is se aap ka confidence barhta hai. Phir ek din mujh se koi kuch log milne aaye, un mein ek student bhi tha.</w:t>
      </w:r>
    </w:p>
    <w:p>
      <w:pPr>
        <w:jc w:val="right"/>
      </w:pPr>
      <w:r>
        <w:t>اور میں اس کو پوری پڑھ چکی ہوں۔ چلیے، آپ دے رہی ہیں تو مجھے اور دو تین دے دیجیے، میں بانٹ دوں گی۔ تو اس سے آپ کا confidence بڑھتا ہے۔ پھر ایک دن مجھ سے کوئی کچھ لوگ ملنے آئے، ان میں ایک student بھی تھا۔</w:t>
      </w:r>
    </w:p>
    <w:p>
      <w:r>
        <w:rPr>
          <w:b/>
        </w:rPr>
        <w:t xml:space="preserve">[1:05:43] </w:t>
      </w:r>
      <w:r>
        <w:t>Toh main ne... aah non-Muslim hi tha, toh main ne us ko kuch material diya.</w:t>
      </w:r>
    </w:p>
    <w:p>
      <w:pPr>
        <w:jc w:val="right"/>
      </w:pPr>
      <w:r>
        <w:t>تو میں نے... آہ non-Muslim ہی تھا، تو میں نے اس کو کچھ material دیا۔</w:t>
      </w:r>
    </w:p>
    <w:p>
      <w:r>
        <w:rPr>
          <w:b/>
        </w:rPr>
        <w:t xml:space="preserve">[1:05:49] </w:t>
      </w:r>
      <w:r>
        <w:t>Toh khair, woh ghar se nikal gaya, phir loot ke aaya aur ek chocolate ka dabba mujhe deta hai. Ke aap ne humein itni bari cheez di hai, Quran diya, usay main ne Hindi ka.</w:t>
      </w:r>
    </w:p>
    <w:p>
      <w:pPr>
        <w:jc w:val="right"/>
      </w:pPr>
      <w:r>
        <w:t>تو خیر، وہ گھر سے نکل گیا، پھر لوٹ کے آیا اور ایک چاکلیٹ کا ڈبہ مجھے دیتا ہے۔ کہ آپ نے ہمیں اتنی بڑی چیز دی ہے، قرآن دیا، اسے میں نے Hindi کا۔</w:t>
      </w:r>
    </w:p>
    <w:p>
      <w:r>
        <w:rPr>
          <w:b/>
        </w:rPr>
        <w:t xml:space="preserve">[1:05:58] </w:t>
      </w:r>
      <w:r>
        <w:t>Aur toh yeh... main abhi aap ko kuch present karna chahta hoon. Toh yeh chao... main ne kaha, "Bete, mujhe tum kyun de rahe ho?" Bole, "Nahi, main ne kaha, acha phir tum kuch aur le ke jao aur baant</w:t>
      </w:r>
    </w:p>
    <w:p>
      <w:pPr>
        <w:jc w:val="right"/>
      </w:pPr>
      <w:r>
        <w:t>اور تو یہ... میں ابھی آپ کو کچھ present کرنا چاہتا ہوں۔ تو یہ چاؤ... میں نے کہا، "بیٹے، مجھے تم کیوں دے رہے ہو؟" بولے، "نہیں، میں نے کہا، اچھا پھر تم کچھ اور لے کے جاؤ اور بان</w:t>
      </w:r>
    </w:p>
    <w:p>
      <w:r>
        <w:rPr>
          <w:b/>
        </w:rPr>
        <w:t xml:space="preserve">[1:06:09] </w:t>
      </w:r>
      <w:r>
        <w:t>do." Toh main koi aur us ka experience yahan pe share ho raha hai, sirf yehi keh rahi hoon ke agar Allah aap ke sab ki hamari madad kare ke aur humein himmat de.</w:t>
      </w:r>
    </w:p>
    <w:p>
      <w:pPr>
        <w:jc w:val="right"/>
      </w:pPr>
      <w:r>
        <w:t>ٹو۔" تو میں کوئی اور اس کا experience یہاں پہ share ہو رہا ہے، صرف یہی کہہ رہی ہوں کہ اگر اللہ آپ کے سب کی ہماری مدد کرے کہ اور ہمیں ہمت دے۔</w:t>
      </w:r>
    </w:p>
    <w:p>
      <w:r>
        <w:rPr>
          <w:b/>
        </w:rPr>
        <w:t xml:space="preserve">[1:06:20] </w:t>
      </w:r>
      <w:r>
        <w:t>Shuru mein humein dar lagta tha ke log mana na kar dein. Lekin jaise jaise Maulana ke baatein hain, us se himmat barhti hai. Allah ka shukar hai.</w:t>
      </w:r>
    </w:p>
    <w:p>
      <w:pPr>
        <w:jc w:val="right"/>
      </w:pPr>
      <w:r>
        <w:t>شروع میں ہمیں ڈر لگتا تھا کہ لوگ منع نہ کر دیں۔ لیکن جیسے جیسے مولانا کے باتیں ہیں، اس سے ہمت بڑھتی ہے۔ اللہ کا شکر ہے۔</w:t>
      </w:r>
    </w:p>
    <w:p>
      <w:r>
        <w:rPr>
          <w:b/>
        </w:rPr>
        <w:t xml:space="preserve">[1:06:29] </w:t>
      </w:r>
      <w:r>
        <w:t>Okay, in the end, now I would invite Muhammad Anas to come here and share his experience. Muhammad Anas.</w:t>
      </w:r>
    </w:p>
    <w:p>
      <w:pPr>
        <w:jc w:val="right"/>
      </w:pPr>
      <w:r>
        <w:t>Okay, in the end, now I would invite محمد انس to come here and share his experience. محمد انس۔</w:t>
      </w:r>
    </w:p>
    <w:p>
      <w:r>
        <w:rPr>
          <w:b/>
        </w:rPr>
        <w:t xml:space="preserve">[1:06:39] </w:t>
      </w:r>
      <w:r>
        <w:t>Assalam o Alaikum.</w:t>
      </w:r>
    </w:p>
    <w:p>
      <w:pPr>
        <w:jc w:val="right"/>
      </w:pPr>
      <w:r>
        <w:t>السلام علیکم۔</w:t>
      </w:r>
    </w:p>
    <w:p>
      <w:r>
        <w:rPr>
          <w:b/>
        </w:rPr>
        <w:t xml:space="preserve">[1:06:43] </w:t>
      </w:r>
      <w:r>
        <w:t>Aah, World Book Fair mein main aah continuously gaya hoon, jo ke nau din, nau din ka program tha. Toh experiences mere paas itne saare hain ke usay batane mein shayad kai ghante chahiye.</w:t>
      </w:r>
    </w:p>
    <w:p>
      <w:pPr>
        <w:jc w:val="right"/>
      </w:pPr>
      <w:r>
        <w:t>آہ، World Book Fair میں میں آہ continuously گیا ہوں، جو کہ نو دن، نو دن کا program تھا۔ تو experiences میرے پاس اتنے سارے ہیں کہ اسے بتانے میں شاید کئی گھنٹے چاہیے۔</w:t>
      </w:r>
    </w:p>
    <w:p>
      <w:r>
        <w:rPr>
          <w:b/>
        </w:rPr>
        <w:t xml:space="preserve">[1:06:55] </w:t>
      </w:r>
      <w:r>
        <w:t>Toh main kuch hi koshish karunga ke bata paoon. Jo aah, hum ne aah first day jab yeh start kiya toh bohat saare volunteers aaye aur sab ne bohat achhe se distribu</w:t>
      </w:r>
    </w:p>
    <w:p>
      <w:pPr>
        <w:jc w:val="right"/>
      </w:pPr>
      <w:r>
        <w:t>تو میں کچھ ہی کوشش کروں گا کہ بتا پاؤں۔ جو آہ، ہم نے آہ first day جب یہ start کیا تو بہت سارے volunteers آئے اور سب نے بہت اچھے سے distribu</w:t>
      </w:r>
    </w:p>
    <w:p>
      <w:r>
        <w:rPr>
          <w:b/>
        </w:rPr>
        <w:t xml:space="preserve">[1:07:08] </w:t>
      </w:r>
      <w:r>
        <w:t>tion kiya. Kuch naye log bhi aaye. Hum ne kyunke pehle se hi aah bohat achhe se is ki planning ki ke is baar aah jo last year ya is se pehle, kyunke Dawa work Maulana kehte hain ke aap khud se karo.</w:t>
      </w:r>
    </w:p>
    <w:p>
      <w:pPr>
        <w:jc w:val="right"/>
      </w:pPr>
      <w:r>
        <w:t>tion کیا۔ کچھ نئے لوگ بھی آئے۔ ہم نے کیونکہ پہلے سے ہی آہ بہت اچھے سے اس کی planning کی کہ اس بار آہ جو last year یا اس سے پہلے، کیونکہ Dawa work مولانا کہتے ہیں کہ آپ خود سے کرو۔</w:t>
      </w:r>
    </w:p>
    <w:p>
      <w:r>
        <w:rPr>
          <w:b/>
        </w:rPr>
        <w:t xml:space="preserve">[1:07:21] </w:t>
      </w:r>
      <w:r>
        <w:t>Koi aap ko formula nahi diya ja raha hai ya aap ke paas koi format nahi hai. Toh hum koshish karte hain ke achhe se achha karein. Toh last year jo hum ne kuch limitations ya kuch humein kamiyaan nazar aayin toh unhein overcome karne ke liye hum ne pehle do teen baar meeting ki hai yehi CPS hall mein.</w:t>
      </w:r>
    </w:p>
    <w:p>
      <w:pPr>
        <w:jc w:val="right"/>
      </w:pPr>
      <w:r>
        <w:t>کوئی آپ کو فارمولا نہیں دیا جا رہا ہے یا آپ کے پاس کوئی format نہیں ہے۔ تو ہم کوشش کرتے ہیں کہ اچھے سے اچھا کریں۔ تو last year جو ہم نے کچھ limitations یا کچھ ہمیں کمیاں نظر آئیں تو انہیں overcome کرنے کے لیے ہم نے پہلے دو تین بار meeting کی ہے یہی CPS hall میں۔</w:t>
      </w:r>
    </w:p>
    <w:p>
      <w:r>
        <w:rPr>
          <w:b/>
        </w:rPr>
        <w:t xml:space="preserve">[1:07:37] </w:t>
      </w:r>
      <w:r>
        <w:t>Aur usay bohat achhe se plan way mein hum ne kiya. Toh aur hum ne ye bhi koshish ki ke naye log, kyunke wahan par aah aap sab ko pata hai ke jo programi maidan hai, woh ek aah bohat bara ground hai.</w:t>
      </w:r>
    </w:p>
    <w:p>
      <w:pPr>
        <w:jc w:val="right"/>
      </w:pPr>
      <w:r>
        <w:t>اور اسے بہت اچھے سے plan way میں ہم نے کیا۔ تو اور ہم نے یہ بھی کوشش کی کہ نئے لوگ، کیونکہ وہاں پر آہ آپ سب کو پتہ ہے کہ جو پروگرامی میدان ہے، وہ ایک آہ بہت بڑا ground ہے۔</w:t>
      </w:r>
    </w:p>
    <w:p>
      <w:r>
        <w:rPr>
          <w:b/>
        </w:rPr>
        <w:t xml:space="preserve">[1:07:50] </w:t>
      </w:r>
      <w:r>
        <w:t>Wahan par eighteen halls hain more than, lekin nineteen halls mein yeh exhibition thi. Toh hamari koshish rehti thi ke sabhi ko hum aah kisi na kisi tarah kar ke ke sabhi ke paas Quran ja</w:t>
      </w:r>
    </w:p>
    <w:p>
      <w:pPr>
        <w:jc w:val="right"/>
      </w:pPr>
      <w:r>
        <w:t>وہاں پر eighteen halls ہیں more than، لیکن nineteen halls میں یہ exhibition تھی۔ تو ہماری کوشش رہتی تھی کہ سبھی کو ہم آہ کسی نہ کسی طرح کر کے کہ سبھی کے پاس قرآن ج</w:t>
      </w:r>
    </w:p>
    <w:p>
      <w:r>
        <w:rPr>
          <w:b/>
        </w:rPr>
        <w:t xml:space="preserve">[1:08:04] </w:t>
      </w:r>
      <w:r>
        <w:t>aye. Hamare paas aah ek bohat large amount mein hamare paas Quran they aur literature. Doctor sahib kehte they ke agar yeh bhi khatam ho jaye, aap jab kaho tabhi immediately main provide kara sakta hoon.</w:t>
      </w:r>
    </w:p>
    <w:p>
      <w:pPr>
        <w:jc w:val="right"/>
      </w:pPr>
      <w:r>
        <w:t>ائے۔ ہمارے پاس آہ ایک بہت large amount میں ہمارے پاس قرآن تھے اور literature ڈاکٹر صاحب کہتے تھے کہ اگر یہ بھی ختم ہو جائے، آپ جب کہو تبھی immediately میں provide کرا سکتا ہوں۔</w:t>
      </w:r>
    </w:p>
    <w:p>
      <w:r>
        <w:rPr>
          <w:b/>
        </w:rPr>
        <w:t xml:space="preserve">[1:08:17] </w:t>
      </w:r>
      <w:r>
        <w:t>Toh humein is cheez ki toh problem nahi thi ke hum jitna distribute karein, utna Alhamdulillah hamare paas tha literature. Toh aise hi bohat naye log aaye aur unhein itne achhe experiences hue.</w:t>
      </w:r>
    </w:p>
    <w:p>
      <w:pPr>
        <w:jc w:val="right"/>
      </w:pPr>
      <w:r>
        <w:t>تو ہمیں اس چیز کی تو problem نہیں تھی کہ ہم جتنا distribute کریں، اتنا الحمدللہ ہمارے پاس تھا literature۔ تو ایسے ہی بہت نئے لوگ آئے اور انہیں اتنے اچھے experiences ہوئے۔</w:t>
      </w:r>
    </w:p>
    <w:p>
      <w:r>
        <w:rPr>
          <w:b/>
        </w:rPr>
        <w:t xml:space="preserve">[1:08:27] </w:t>
      </w:r>
      <w:r>
        <w:t>woh kehte thay ke hum kya sochte thay ke quran, kyunke aah hum sochte thay kaise kisi ko dein ge.</w:t>
      </w:r>
    </w:p>
    <w:p>
      <w:pPr>
        <w:jc w:val="right"/>
      </w:pPr>
      <w:r>
        <w:t>وہ کہتے تھے کہ ہم کیا سوچتے تھے کہ قرآن، کیونکہ آہ ہم سوچتے تھے کیسے کسی کو دیں گے۔</w:t>
      </w:r>
    </w:p>
    <w:p>
      <w:r>
        <w:rPr>
          <w:b/>
        </w:rPr>
        <w:t xml:space="preserve">[1:08:34] </w:t>
      </w:r>
      <w:r>
        <w:t>toh lene ke baad un ka yeh experience bohat hi acha raha. toh aise hi aah kehte hain ke jo literature distribute kiya jata hai, us ka kya effect hota hai.</w:t>
      </w:r>
    </w:p>
    <w:p>
      <w:pPr>
        <w:jc w:val="right"/>
      </w:pPr>
      <w:r>
        <w:t>تو لینے کے بعد ان کا یہ experience بہت ہی اچھا رہا۔ تو ایسے ہی آہ کہتے ہیں کہ جو literature distribute کیا جاتا ہے، اس کا کیا effect ہوتا ہے۔</w:t>
      </w:r>
    </w:p>
    <w:p>
      <w:r>
        <w:rPr>
          <w:b/>
        </w:rPr>
        <w:t xml:space="preserve">[1:08:45] </w:t>
      </w:r>
      <w:r>
        <w:t>aise hi kisi hindu publisher ko hamare kisi volunteer ne reality of life di. aur unhone use parhne ke baad unhe itni pasand aayi, unhone one lakh reality of life ka unhone distribute karne ke liye order diya ke hum us ko distribute karein ge.</w:t>
      </w:r>
    </w:p>
    <w:p>
      <w:pPr>
        <w:jc w:val="right"/>
      </w:pPr>
      <w:r>
        <w:t>ایسے ہی کسی ہندو publisher کو ہمارے کسی volunteer نے reality of life دی۔ اور انہوں نے اسے پڑھنے کے بعد انہیں اتنی پسند آئی، انہوں نے one لاکھ reality of life کا انہوں نے distribute کرنے کے لیے order دیا کہ ہم اس کو distribute کریں گے۔</w:t>
      </w:r>
    </w:p>
    <w:p>
      <w:r>
        <w:rPr>
          <w:b/>
        </w:rPr>
        <w:t xml:space="preserve">[1:09:02] </w:t>
      </w:r>
      <w:r>
        <w:t>yeh us ka effect</w:t>
      </w:r>
    </w:p>
    <w:p>
      <w:pPr>
        <w:jc w:val="right"/>
      </w:pPr>
      <w:r>
        <w:t>یہ اس کا effect</w:t>
      </w:r>
    </w:p>
    <w:p>
      <w:r>
        <w:rPr>
          <w:b/>
        </w:rPr>
        <w:t xml:space="preserve">[1:09:03] </w:t>
      </w:r>
      <w:r>
        <w:t>hai. aise hi aah ek naseem sahib hamare aah lakshmi nagar se hi aaye thay, toh woh mujhe bata rahe thay ke aah lakshmi aah wahan par metro station jo hai prograami maidan ka, toh kisi woh chale gaye thay, koi aah visitor aaye honge.</w:t>
      </w:r>
    </w:p>
    <w:p>
      <w:pPr>
        <w:jc w:val="right"/>
      </w:pPr>
      <w:r>
        <w:t>ہے۔ ایسے ہی آہ ایک نسیم صاحب ہمارے آہ لکشمی نگر سے ہی آئے تھے، تو وہ مجھے بتا رہے تھے کہ آہ لکشمی آہ وہاں پر میٹرو اسٹیشن جو ہے پروگرامی میدان کا، تو کسی وہ چلے گئے تھے، کوئی آہ visitor آئے ہوں گے۔</w:t>
      </w:r>
    </w:p>
    <w:p>
      <w:r>
        <w:rPr>
          <w:b/>
        </w:rPr>
        <w:t xml:space="preserve">[1:09:19] </w:t>
      </w:r>
      <w:r>
        <w:t>toh unhone kisi ke hath mein dekha quran hai, toh woh metro station se wapas aaye aur poocha ke kahan quran mil raha hai. toh is tarah ke bohat sare experiences hote thay.</w:t>
      </w:r>
    </w:p>
    <w:p>
      <w:pPr>
        <w:jc w:val="right"/>
      </w:pPr>
      <w:r>
        <w:t>تو انہوں نے کسی کے ہاتھ میں دیکھا قرآن ہے، تو وہ میٹرو اسٹیشن سے واپس آئے اور پوچھا کہ کہاں قرآن مل رہا ہے۔ تو اس طرح کے بہت سارے experiences ہوتے تھے۔</w:t>
      </w:r>
    </w:p>
    <w:p>
      <w:r>
        <w:rPr>
          <w:b/>
        </w:rPr>
        <w:t xml:space="preserve">[1:09:30] </w:t>
      </w:r>
      <w:r>
        <w:t>aise hi aah kuch group mein log aah larkiyan aayin aur us mein aah two of muslim aur sab hindu theen. toh jo muslim theen, unhone le liya quran aur baqi bolein ke aap quran kyun lein ge, aap nahi le sakti.</w:t>
      </w:r>
    </w:p>
    <w:p>
      <w:pPr>
        <w:jc w:val="right"/>
      </w:pPr>
      <w:r>
        <w:t>ایسے ہی آہ کچھ گروپ میں لوگ آہ لڑکیاں آئیں اور اس میں آہ two of مسلم اور سب ہندو تھیں۔ تو جو مسلم تھیں، انہوں نے لے لیا قرآن اور باقی بولیں کہ آپ قرآن کیوں لیں گے، آپ نہیں لے سکتی۔</w:t>
      </w:r>
    </w:p>
    <w:p>
      <w:r>
        <w:rPr>
          <w:b/>
        </w:rPr>
        <w:t xml:space="preserve">[1:09:43] </w:t>
      </w:r>
      <w:r>
        <w:t>woh aapas mein un ki whispering ho rahi thi, toh maine suna ke aah yeh naam unhe mana kar rahi hain quran lene ke liye. toh main un ko, un ko maine samjhaya, toh woh sab samajh gaye ke haan quran sabhi ke liye hai.</w:t>
      </w:r>
    </w:p>
    <w:p>
      <w:pPr>
        <w:jc w:val="right"/>
      </w:pPr>
      <w:r>
        <w:t>وہ آپس میں ان کی whispering ہو رہی تھی، تو میں نے سنا کہ آہ یہ نام انہیں منع کر رہی ہیں قرآن لینے کے لیے۔ تو میں ان کو، ان کو میں نے سمجھایا، تو وہ سب سمجھ گئے کہ ہاں قرآن سبھی کے لیے ہے۔</w:t>
      </w:r>
    </w:p>
    <w:p>
      <w:r>
        <w:rPr>
          <w:b/>
        </w:rPr>
        <w:t xml:space="preserve">[1:09:56] </w:t>
      </w:r>
      <w:r>
        <w:t>aur dekhein, quran distribute karna bohat se log sochte hain ke bohat asan ho, bohat chota sa kaam hai ke aap quran lo aur aise distribute kar do.</w:t>
      </w:r>
    </w:p>
    <w:p>
      <w:pPr>
        <w:jc w:val="right"/>
      </w:pPr>
      <w:r>
        <w:t>اور دیکھیں، قرآن distribute کرنا بہت سے لوگ سوچتے ہیں کہ بہت آسان ہو، بہت چھوٹا سا کام ہے کہ آپ قرآن لو اور ایسے distribute کر دو۔</w:t>
      </w:r>
    </w:p>
    <w:p>
      <w:r>
        <w:rPr>
          <w:b/>
        </w:rPr>
        <w:t xml:space="preserve">[1:10:04] </w:t>
      </w:r>
      <w:r>
        <w:t>jaise ke wahan par hamare sath kya hota tha, hum log sabhi ne bataya ke hum log bahar khare ho jate thay. hum kahin apne hall mein ya particular ek jagah nahi thay, hum kahin bhi jate thay.</w:t>
      </w:r>
    </w:p>
    <w:p>
      <w:pPr>
        <w:jc w:val="right"/>
      </w:pPr>
      <w:r>
        <w:t>جیسے کہ وہاں پر ہمارے ساتھ کیا ہوتا تھا، ہم لوگ سبھی نے بتایا کہ ہم لوگ باہر کھڑے ہو جاتے تھے۔ ہم کہیں اپنے ہال میں یا particular ایک جگہ نہیں تھے، ہم کہیں بھی جاتے تھے۔</w:t>
      </w:r>
    </w:p>
    <w:p>
      <w:r>
        <w:rPr>
          <w:b/>
        </w:rPr>
        <w:t xml:space="preserve">[1:10:15] </w:t>
      </w:r>
      <w:r>
        <w:t>as a jaise ke wahan par yeh hota tha ke bohat sare log apne apne halls ke leaflets bantate hote thay. apne advertisement ke taur par, promotion ke taur par.</w:t>
      </w:r>
    </w:p>
    <w:p>
      <w:pPr>
        <w:jc w:val="right"/>
      </w:pPr>
      <w:r>
        <w:t>As اے جیسے کہ وہاں پر یہ ہوتا تھا کہ بہت سارے لوگ اپنے اپنے ہالز کے leaflets بانٹتے ہوتے تھے۔ اپنے advertisement کے طور پر، promotion کے طور پر۔</w:t>
      </w:r>
    </w:p>
    <w:p>
      <w:r>
        <w:rPr>
          <w:b/>
        </w:rPr>
        <w:t xml:space="preserve">[1:10:25] </w:t>
      </w:r>
      <w:r>
        <w:t>toh unhi logon mein hum bhi khare hote thay. toh logon ko lagta tha ke shayad yeh bhi aah koi vendor hai aur apna advertisement kar raha hai.</w:t>
      </w:r>
    </w:p>
    <w:p>
      <w:pPr>
        <w:jc w:val="right"/>
      </w:pPr>
      <w:r>
        <w:t>تو انہی لوگوں میں ہم بھی کھڑے ہوتے تھے۔ تو لوگوں کو لگتا تھا کہ شاید یہ بھی آہ کوئی vendor ہے اور اپنا advertisement کر رہا ہے۔</w:t>
      </w:r>
    </w:p>
    <w:p>
      <w:r>
        <w:rPr>
          <w:b/>
        </w:rPr>
        <w:t xml:space="preserve">[1:10:34] </w:t>
      </w:r>
      <w:r>
        <w:t>toh main kya kya karta tha? main aise reality of life hath pe rakhta tha kyunke log tezi se chalte hue aate thay. toh unhe maine aise show ki toh woh dekhte thay reality of life aur chalte chalte un ki nazar us pe parti aur phir woh zaroor aate aur le jate ke yeh reality of life toh hum l</w:t>
      </w:r>
    </w:p>
    <w:p>
      <w:pPr>
        <w:jc w:val="right"/>
      </w:pPr>
      <w:r>
        <w:t>تو میں کیا کیا کرتا تھا؟ میں ایسے reality of life ہاتھ پہ رکھتا تھا کیونکہ لوگ تیزی سے چلتے ہوئے آتے تھے۔ تو انہیں میں نے ایسے show کی تو وہ دیکھتے تھے reality of life اور چلتے چلتے ان کی نظر اس پہ پڑتی اور پھر وہ ضرور آتے اور لے جاتے کہ یہ reality of life تو ہم ل</w:t>
      </w:r>
    </w:p>
    <w:p>
      <w:r>
        <w:rPr>
          <w:b/>
        </w:rPr>
        <w:t xml:space="preserve">[1:10:49] </w:t>
      </w:r>
      <w:r>
        <w:t>e kar hi jayen ge. toh bohat sare mere sath aise experience hote thay ke woh topic dekhne ke baad reality of life ya jeevan ka uddeshya, sachai ki khoj, log na sochte thay ke shayad yeh pareshan karein ge humein.</w:t>
      </w:r>
    </w:p>
    <w:p>
      <w:pPr>
        <w:jc w:val="right"/>
      </w:pPr>
      <w:r>
        <w:t>ے کر ہی جائیں گے۔ تو بہت سارے میرے ساتھ ایسے experience ہوتے تھے کہ وہ topic دیکھنے کے بعد reality of life یا जीवन کا উদ্দেশ्य، سچے کی کھوج، لوگ نہ سوچتے تھے کہ شاید یہ پریشان کریں گے ہمیں۔</w:t>
      </w:r>
    </w:p>
    <w:p>
      <w:r>
        <w:rPr>
          <w:b/>
        </w:rPr>
        <w:t xml:space="preserve">[1:11:00] </w:t>
      </w:r>
      <w:r>
        <w:t>phir woh le kar jate thay. phir hum un se quran ko poochte thay ke aap quran bhi lein ge kya? toh aah ek experience mein yeh share karunga.</w:t>
      </w:r>
    </w:p>
    <w:p>
      <w:pPr>
        <w:jc w:val="right"/>
      </w:pPr>
      <w:r>
        <w:t>پھر وہ لے کر جاتے تھے۔ پھر ہم ان سے قرآن کو پوچھتے تھے کہ آپ قرآن بھی لیں گے کیا؟ تو آہ ایک experience میں یہ share کروں گا۔</w:t>
      </w:r>
    </w:p>
    <w:p>
      <w:r>
        <w:rPr>
          <w:b/>
        </w:rPr>
        <w:t xml:space="preserve">[1:11:09] </w:t>
      </w:r>
      <w:r>
        <w:t>aah doctor ayesha aise hi distribute kar rahi theen toh hamare bags jo thay peechay rakhe hue thay.</w:t>
      </w:r>
    </w:p>
    <w:p>
      <w:pPr>
        <w:jc w:val="right"/>
      </w:pPr>
      <w:r>
        <w:t>آہ ڈاکٹر عائشہ ایسے ہی distribute کر رہی تھیں تو ہمارے bags جو تھے پیچھے رکھے ہوئے تھے۔</w:t>
      </w:r>
    </w:p>
    <w:p>
      <w:r>
        <w:rPr>
          <w:b/>
        </w:rPr>
        <w:t xml:space="preserve">[1:11:18] </w:t>
      </w:r>
      <w:r>
        <w:t>un bags mein aah hum late thay aur peechay rakh dete thay trolley bags. toh kisi ne aah unknown bag bata ke hamari complaint kisi ne kar di ke yahan bags rakhe hue hain.</w:t>
      </w:r>
    </w:p>
    <w:p>
      <w:pPr>
        <w:jc w:val="right"/>
      </w:pPr>
      <w:r>
        <w:t>ان bags میں آہ ہم لاتے تھے اور پیچھے رکھ دیتے تھے trolley bags۔ تو کسی نے آہ unknown bag بتا کے ہماری complaint کسی نے کر دی کہ یہاں bags رکھے ہوئے ہیں۔</w:t>
      </w:r>
    </w:p>
    <w:p>
      <w:r>
        <w:rPr>
          <w:b/>
        </w:rPr>
        <w:t xml:space="preserve">[1:11:26] </w:t>
      </w:r>
      <w:r>
        <w:t>toh police aayi, pcr. aur unhone aa ke main door khara hua tha, dekha toh police kuch doctor ayesha se baat kar rahi hai. toh main gaya toh unhone bataya ke hum aise aah quran aur aah peace ke upar work kar rahe hain.</w:t>
      </w:r>
    </w:p>
    <w:p>
      <w:pPr>
        <w:jc w:val="right"/>
      </w:pPr>
      <w:r>
        <w:t>تو پولیس آئی، پی سی آر۔ اور انہوں نے آ کے میں دور کھڑا ہوا تھا، دیکھا تو پولیس کچھ ڈاکٹر عائشہ سے بات کر رہی ہے۔ تو میں گیا تو انہوں نے بتایا کہ ہم ایسے آہ قرآن اور آہ peace کے اوپر work کر رہے ہیں۔</w:t>
      </w:r>
    </w:p>
    <w:p>
      <w:r>
        <w:rPr>
          <w:b/>
        </w:rPr>
        <w:t xml:space="preserve">[1:11:40] </w:t>
      </w:r>
      <w:r>
        <w:t>yeh logon ko distribute kar rahe hain. toh police wale bohat impress hue aur unhone kaha nahi nahi, unhone check tak bhi nahi kiya. unhone bag khol ke bhi nahi dekha ke us ke andar hai kiya. keh rahe hain ke aap bohat acha kaam kar rahe hain.</w:t>
      </w:r>
    </w:p>
    <w:p>
      <w:pPr>
        <w:jc w:val="right"/>
      </w:pPr>
      <w:r>
        <w:t>یہ لوگوں کو distribute کر رہے ہیں۔ تو پولیس والے بہت impress ہوئے اور انہوں نے کہا نہیں نہیں، انہوں نے چیک تک بھی نہیں کیا۔ انہوں نے bag کھول کے بھی نہیں دیکھا کہ اس کے اندر ہے کیا۔ کہہ رہے ہیں کہ آپ بہت اچھا کام کر رہے ہیں۔</w:t>
      </w:r>
    </w:p>
    <w:p>
      <w:r>
        <w:rPr>
          <w:b/>
        </w:rPr>
        <w:t xml:space="preserve">[1:11:49] </w:t>
      </w:r>
      <w:r>
        <w:t>aur jabke shuru mein humein yeh samne yeh pareshani aayi thi ke jo wahan ki author</w:t>
      </w:r>
    </w:p>
    <w:p>
      <w:pPr>
        <w:jc w:val="right"/>
      </w:pPr>
      <w:r>
        <w:t>اور جبکہ شروع میں ہمیں یہ سامنے یہ پریشانی آئی تھی کہ جو وہاں کی author</w:t>
      </w:r>
    </w:p>
    <w:p>
      <w:r>
        <w:rPr>
          <w:b/>
        </w:rPr>
        <w:t xml:space="preserve">[1:11:54] </w:t>
      </w:r>
      <w:r>
        <w:t>ity thi, woh keh rahi thi ke aap aise distribute nahi kar sakte ho. toh us se humein mehsoos hota hai ke Allah itni madad karta hai ke hum aah jo cheezein nahi hoti, jo normally kisi ke liye nahi hoti, woh Allah hamare liye khol deta hai.</w:t>
      </w:r>
    </w:p>
    <w:p>
      <w:pPr>
        <w:jc w:val="right"/>
      </w:pPr>
      <w:r>
        <w:t>ity تھی، وہ کہہ رہی تھی کہ آپ ایسے distribute نہیں کر سکتے ہو۔ تو اس سے ہمیں محسوس ہوتا ہے کہ اللہ اتنی مدد کرتا ہے کہ ہم آہ جو چیزیں نہیں ہوتی، جو normally کسی کے لیے نہیں ہوتی، وہ اللہ ہمارے لیے کھول دیتا ہے۔</w:t>
      </w:r>
    </w:p>
    <w:p>
      <w:r>
        <w:rPr>
          <w:b/>
        </w:rPr>
        <w:t xml:space="preserve">[1:12:09] </w:t>
      </w:r>
      <w:r>
        <w:t>yeh maine really aah khud se yeh experience kiya hai. yeh program itna bara hua, wahan par aap dekhein ke hamare jo quran ki jo quantity hai, nau hazar se zyada quran gaye hain, twenty one thousand more than twenty one thousand booklets aur what is</w:t>
      </w:r>
    </w:p>
    <w:p>
      <w:pPr>
        <w:jc w:val="right"/>
      </w:pPr>
      <w:r>
        <w:t>یہ میں نے really آہ خود سے یہ experience کیا ہے۔ یہ program اتنا بڑا ہوا، وہاں پر آپ دیکھیں کہ ہمارے جو قرآن کی جو quantity ہے، نو ہزار سے زیادہ قرآن گئے ہیں، twenty one thousand more than twenty one thousand booklets اور what is</w:t>
      </w:r>
    </w:p>
    <w:p>
      <w:r>
        <w:rPr>
          <w:b/>
        </w:rPr>
        <w:t xml:space="preserve">[1:12:24] </w:t>
      </w:r>
      <w:r>
        <w:t>islam aur choti choti other books bhi hum ne di hain. toh first day se experiences start ho gaye thay. jab main pehle hi din pohancha toh main yeh soch raha tha ke hamara stall mein itni jagah nahi thi ke main use kahan rakhun.</w:t>
      </w:r>
    </w:p>
    <w:p>
      <w:pPr>
        <w:jc w:val="right"/>
      </w:pPr>
      <w:r>
        <w:t>اسلام اور چھوٹی چھوٹی other books بھی ہم نے دی ہیں۔ تو first day سے experiences start ہو گئے تھے۔ جب میں پہلے ہی دن پہنچا تو میں یہ سوچ رہا تھا کہ ہمارا stall میں اتنی جگہ نہیں تھی کہ میں اسے کہاں رکھوں۔</w:t>
      </w:r>
    </w:p>
    <w:p>
      <w:r>
        <w:rPr>
          <w:b/>
        </w:rPr>
        <w:t xml:space="preserve">[1:12:37] </w:t>
      </w:r>
      <w:r>
        <w:t>toh hum ne aise hi informally baat ki authority se, wahan se nbt wale thay, sab thay. toh pehle toh woh poochte thay kya hai?</w:t>
      </w:r>
    </w:p>
    <w:p>
      <w:pPr>
        <w:jc w:val="right"/>
      </w:pPr>
      <w:r>
        <w:t>تو ہم نے ایسے ہی informally بات کی authority سے، وہاں سے این بی ٹی والے تھے، سب تھے۔ تو پہلے تو وہ پوچھتے تھے کیا ہے؟</w:t>
      </w:r>
    </w:p>
    <w:p>
      <w:r>
        <w:rPr>
          <w:b/>
        </w:rPr>
        <w:t xml:space="preserve">[1:12:45] </w:t>
      </w:r>
      <w:r>
        <w:t>jab kehte thay quran aur aap ka yeh hai toh woh bilkul allow karte hain ke aap kahin bhi rakho, aap ka hai poora.</w:t>
      </w:r>
    </w:p>
    <w:p>
      <w:pPr>
        <w:jc w:val="right"/>
      </w:pPr>
      <w:r>
        <w:t>جب کہتے تھے قرآن اور آپ کا یہ ہے تو وہ بالکل allow کرتے ہیں کہ آپ کہیں بھی رکھو، آپ کا ہے پورا۔</w:t>
      </w:r>
    </w:p>
    <w:p>
      <w:r>
        <w:rPr>
          <w:b/>
        </w:rPr>
        <w:t xml:space="preserve">[1:12:52] </w:t>
      </w:r>
      <w:r>
        <w:t>aur normally ek question mujh se log poochte the why are you distributing it free? What is the purpose behind that? kya aap hum ko sab musalman banana chahte hain sab ko?</w:t>
      </w:r>
    </w:p>
    <w:p>
      <w:pPr>
        <w:jc w:val="right"/>
      </w:pPr>
      <w:r>
        <w:t>اور normally ایک question مجھ سے لوگ پوچھتے تھے why are you distributing it free? What is the purpose behind that? کیا آپ ہم کو سب مسلمان بنانا چاہتے ہیں سب کو؟</w:t>
      </w:r>
    </w:p>
    <w:p>
      <w:r>
        <w:rPr>
          <w:b/>
        </w:rPr>
        <w:t xml:space="preserve">[1:13:03] </w:t>
      </w:r>
      <w:r>
        <w:t>kyun ke bohat se logon ko yeh experience hua programming maidan mein quran bohat jagah distribute ho rahe the. ek salam center jo ke bangalore se hai, unhon ne pandrah hazar quran molana ka hi translation order kiya tha aur unhon ne bilkul free wahan par pandrah hazar quran distribute kare hain jo naya hindi ka launch hua hai.</w:t>
      </w:r>
    </w:p>
    <w:p>
      <w:pPr>
        <w:jc w:val="right"/>
      </w:pPr>
      <w:r>
        <w:t>کیونکہ بہت سے لوگوں کو یہ experience ہوا پروگرامی میدان میں قرآن بہت جگہ distribute ہو رہے تھے۔ ایک سلام center جو کہ بنگلور سے ہے، انہوں نے پندرہ ہزار قرآن مولانا کا ہی translation order کیا تھا اور انہوں نے بالکل free وہاں پر پندرہ ہزار قرآن distribute کرے ہیں جو نیا ہندی کا launch ہوا ہے۔</w:t>
      </w:r>
    </w:p>
    <w:p>
      <w:r>
        <w:rPr>
          <w:b/>
        </w:rPr>
        <w:t xml:space="preserve">[1:13:23] </w:t>
      </w:r>
      <w:r>
        <w:t>aise hi ah abdullah tariq sahab hain from rampur, un ke volunteers se bhi main mila, woh bhi yahan good world mein kuch reality of life aur sachay ka khoj, unhon ne bhi wahan ek stall liya hua tha, woh bhi molana ki booklets distribute kar rahe the.</w:t>
      </w:r>
    </w:p>
    <w:p>
      <w:pPr>
        <w:jc w:val="right"/>
      </w:pPr>
      <w:r>
        <w:t>ایسے ہی آہ عبداللہ طارق صاحب ہیں from رام پور، ان کے volunteers سے بھی میں ملا، وہ بھی یہاں گڈ ورلڈ میں کچھ reality of life اور سچے کا کھوج، انہوں نے بھی وہاں ایک stall لیا ہوا تھا، وہ بھی مولانا کی booklets distribute کر رہے تھے۔</w:t>
      </w:r>
    </w:p>
    <w:p>
      <w:r>
        <w:rPr>
          <w:b/>
        </w:rPr>
        <w:t xml:space="preserve">[1:13:40] </w:t>
      </w:r>
      <w:r>
        <w:t>yeh to main janta hoon aur hum to kar hi rahe the aur bhi aise log honge jo is tarah se quran distribute kar rahe hain. to un normally yeh question mujh se arise kiya jata tha ke aap kyun ise free distribute kar rahe hain?</w:t>
      </w:r>
    </w:p>
    <w:p>
      <w:pPr>
        <w:jc w:val="right"/>
      </w:pPr>
      <w:r>
        <w:t>یہ تو میں جانتا ہوں اور ہم تو کر ہی رہے تھے اور بھی ایسے لوگ ہوں گے جو اس طرح سے قرآن distribute کر رہے ہوں۔ تو ان normally یہ question مجھ سے arise کیا جاتا تھا کہ آپ کیوں اسے free distribute کر رہے ہیں؟</w:t>
      </w:r>
    </w:p>
    <w:p>
      <w:r>
        <w:rPr>
          <w:b/>
        </w:rPr>
        <w:t xml:space="preserve">[1:13:51] </w:t>
      </w:r>
      <w:r>
        <w:t>to</w:t>
      </w:r>
    </w:p>
    <w:p>
      <w:pPr>
        <w:jc w:val="right"/>
      </w:pPr>
      <w:r>
        <w:t>تو</w:t>
      </w:r>
    </w:p>
    <w:p>
      <w:r>
        <w:rPr>
          <w:b/>
        </w:rPr>
        <w:t xml:space="preserve">[1:13:52] </w:t>
      </w:r>
      <w:r>
        <w:t>yeh jawab dena mere wohin mujhe allah ne ek bohat zabardast mere liye experience hua world book fair se hi. is ka jawab mere paas yahan se aya ke main ne abhi world book fair se das pandrah din pehle apne ek friend ko ah his name is ah vishnu.</w:t>
      </w:r>
    </w:p>
    <w:p>
      <w:pPr>
        <w:jc w:val="right"/>
      </w:pPr>
      <w:r>
        <w:t>یہ جواب دینا میرے وہیں مجھے اللہ نے ایک بہت زبردست میرے لیے experience ہوا World Book Fair سے ہی۔ اس کا جواب میرے پاس یہاں سے آیا کہ میں نے ابھی World Book Fair سے دس پندرہ دن پہلے اپنے ایک friend کو آہ his name is آہ وشنو۔</w:t>
      </w:r>
    </w:p>
    <w:p>
      <w:r>
        <w:rPr>
          <w:b/>
        </w:rPr>
        <w:t xml:space="preserve">[1:14:10] </w:t>
      </w:r>
      <w:r>
        <w:t>vishnu ko main ne quran diya. to us ne quran parha bilkul khule zehan se, ek dam open minded ho ke. to use quran ke andar bohat bare bare laws milay.</w:t>
      </w:r>
    </w:p>
    <w:p>
      <w:pPr>
        <w:jc w:val="right"/>
      </w:pPr>
      <w:r>
        <w:t>وشنو کو میں نے قرآن دیا۔ تو اس نے قرآن پڑھا بالکل کھلے ذہن سے، ایک دم open minded ہو کے۔ تو اسے قرآن کے اندر بہت بڑے بڑے laws ملے۔</w:t>
      </w:r>
    </w:p>
    <w:p>
      <w:r>
        <w:rPr>
          <w:b/>
        </w:rPr>
        <w:t xml:space="preserve">[1:14:21] </w:t>
      </w:r>
      <w:r>
        <w:t>us ne kaha ke if there is patience, there is god aur kehta hai ke jis ne quran parha to woh bohat bara businessman ban sakta hai. business successful businessman kyun ke he is a student of student of commerce to use itni bari bari baatein milay.</w:t>
      </w:r>
    </w:p>
    <w:p>
      <w:pPr>
        <w:jc w:val="right"/>
      </w:pPr>
      <w:r>
        <w:t>اس نے کہا کہ if there is patience, there is God اور کہتا ہے کہ جس نے قرآن پڑھا تو وہ بہت بڑا businessman بن سکتا ہے۔ business successful businessman کیونکہ he is a student of student of commerce تو اسے اتنی بڑی بڑی باتیں ملیں۔</w:t>
      </w:r>
    </w:p>
    <w:p>
      <w:r>
        <w:rPr>
          <w:b/>
        </w:rPr>
        <w:t xml:space="preserve">[1:14:35] </w:t>
      </w:r>
      <w:r>
        <w:t>to us ne kaha ke ins bhai jaan, kya main aap ke sath ah ah main bhi as a volunteer aap ke sath work kar sakta hoon? to woh world book fair mein aya sunday mein aur us ne hamare sath distribu</w:t>
      </w:r>
    </w:p>
    <w:p>
      <w:pPr>
        <w:jc w:val="right"/>
      </w:pPr>
      <w:r>
        <w:t>تو اس نے کہا کہ انس بھائی جان، کیا میں آپ کے ساتھ آہ آہ میں بھی as اے volunteer آپ کے ساتھ work کر سکتا ہوں؟ تو وہ World Book Fair میں آیا Sunday میں اور اس نے ہمارے ساتھ distribu</w:t>
      </w:r>
    </w:p>
    <w:p>
      <w:r>
        <w:rPr>
          <w:b/>
        </w:rPr>
        <w:t xml:space="preserve">[1:14:48] </w:t>
      </w:r>
      <w:r>
        <w:t>tion karaya. to yeh mere liye bohat hi bari marifat ki baat thi quran ko le ke ke quran koi saadi kitab nahi hai. ke woh now he is hindu, he is not a converted man to tab woh quran le ke khara ho gaya parhne ke baad aur woh distribute kara raha hai.</w:t>
      </w:r>
    </w:p>
    <w:p>
      <w:pPr>
        <w:jc w:val="right"/>
      </w:pPr>
      <w:r>
        <w:t>tion کرایا۔ تو یہ میرے لیے بہت ہی بڑی معرفت کی بات تھی قرآن کو لے کے کہ قرآن کوئی سادی کتاب نہیں ہے۔ کہ وہ now he is Hindu, he is not a converted man تو تب وہ قرآن لے کے کھڑا ہو گیا پڑھنے کے بعد اور وہ distribute کرا رہا ہے۔</w:t>
      </w:r>
    </w:p>
    <w:p>
      <w:r>
        <w:rPr>
          <w:b/>
        </w:rPr>
        <w:t xml:space="preserve">[1:15:05] </w:t>
      </w:r>
      <w:r>
        <w:t>woh soch nahi raha hai ke i am hindu aur muslim to is se mere andar bohat zabardast jawab nikalta tha jab bhi log mujh se poochte the.</w:t>
      </w:r>
    </w:p>
    <w:p>
      <w:pPr>
        <w:jc w:val="right"/>
      </w:pPr>
      <w:r>
        <w:t>وہ سوچ نہیں رہا ہے کہ I am Hindu اور مسلم تو اس سے میرے اندر بہت زبردست جواب نکلتا تھا جب بھی لوگ مجھ سے پوچھتے تھے۔</w:t>
      </w:r>
    </w:p>
    <w:p>
      <w:r>
        <w:rPr>
          <w:b/>
        </w:rPr>
        <w:t xml:space="preserve">[1:15:13] </w:t>
      </w:r>
      <w:r>
        <w:t>to simply main kehta tha it's a way of life</w:t>
      </w:r>
    </w:p>
    <w:p>
      <w:pPr>
        <w:jc w:val="right"/>
      </w:pPr>
      <w:r>
        <w:t>تو simply میں کہتا تھا it's a way of life</w:t>
      </w:r>
    </w:p>
    <w:p>
      <w:r>
        <w:rPr>
          <w:b/>
        </w:rPr>
        <w:t xml:space="preserve">[1:15:17] </w:t>
      </w:r>
      <w:r>
        <w:t>aap ise parhiye aur is se aap ki personality develop hogi jo molana hamesha batate hain then you will be in paradise to quran ko parhne ke baad aap ko itna acha lagega.</w:t>
      </w:r>
    </w:p>
    <w:p>
      <w:pPr>
        <w:jc w:val="right"/>
      </w:pPr>
      <w:r>
        <w:t>آپ اسے پڑھیے اور اس سے آپ کی personality develop ہوگی جو مولانا ہمیشہ بتاتے ہیں then you will be in paradise تو قرآن کو پڑھنے کے بعد آپ کو اتنا اچھا لگے گا۔</w:t>
      </w:r>
    </w:p>
    <w:p>
      <w:r>
        <w:rPr>
          <w:b/>
        </w:rPr>
        <w:t xml:space="preserve">[1:15:28] </w:t>
      </w:r>
      <w:r>
        <w:t>main ne quran parha hai to main chahta hoon ke ise musalman bhi parhen aur hindu bhi parhen. to jab aap parh loge to aap bhi koshish karoge ke aur bhi log, aap bhi koshish karoge ke aap bhi apne milne walon ko aur janne walon ko free distribute karen.</w:t>
      </w:r>
    </w:p>
    <w:p>
      <w:pPr>
        <w:jc w:val="right"/>
      </w:pPr>
      <w:r>
        <w:t>میں نے قرآن پڑھا ہے تو میں چاہتا ہوں کہ اسے مسلمان بھی پڑھیں اور ہندو بھی پڑھیں۔ تو جب آپ پڑھ لو گے تو آپ بھی کوشش کرو گے کہ اور بھی لوگ، آپ بھی کوشش کرو گے کہ آپ بھی اپنے ملنے والوں کو اور جاننے والوں کو free distribute کریں۔</w:t>
      </w:r>
    </w:p>
    <w:p>
      <w:r>
        <w:rPr>
          <w:b/>
        </w:rPr>
        <w:t xml:space="preserve">[1:15:42] </w:t>
      </w:r>
      <w:r>
        <w:t>to woh kehte the acha quran aisi kitab hai to us ko le jate the.</w:t>
      </w:r>
    </w:p>
    <w:p>
      <w:pPr>
        <w:jc w:val="right"/>
      </w:pPr>
      <w:r>
        <w:t>تو وہ کہتے تھے اچھا قرآن ایسی کتاب ہے تو اس کو لے جاتے تھے۔</w:t>
      </w:r>
    </w:p>
    <w:p>
      <w:r>
        <w:rPr>
          <w:b/>
        </w:rPr>
        <w:t xml:space="preserve">[1:15:50] </w:t>
      </w:r>
      <w:r>
        <w:t>aur bohat sare mere is tarah ke experiences is mein aaye hain ke jo ah main yahan share nahi kar sakta. aur bohat sare log</w:t>
      </w:r>
    </w:p>
    <w:p>
      <w:pPr>
        <w:jc w:val="right"/>
      </w:pPr>
      <w:r>
        <w:t>اور بہت سارے میرے اس طرح کے experiences اس میں آئے ہیں کہ جو آہ میں یہاں share نہیں کر سکتا۔ اور بہت سارے لوگ</w:t>
      </w:r>
    </w:p>
    <w:p>
      <w:r>
        <w:rPr>
          <w:b/>
        </w:rPr>
        <w:t xml:space="preserve">[1:15:59] </w:t>
      </w:r>
      <w:r>
        <w:t>aate the ek ah raat ko, main hum nikalte hue bhi sab log yeh koshish karte hain ke jate hue bhi kuch pamphlets do teen quran bags mein rakh liye aur jab wapas ja rahe hain ya entry kar rahe hain, tab hi hum quran le lete the apne sath.</w:t>
      </w:r>
    </w:p>
    <w:p>
      <w:pPr>
        <w:jc w:val="right"/>
      </w:pPr>
      <w:r>
        <w:t>آتے تھے ایک آہ رات کو، میں ہم نکلتے ہوئے بھی سب لوگ یہ کوشش کرتے ہیں کہ جاتے ہوئے بھی کچھ پمفلیٹس دو تین قرآن bags میں رکھ لیے اور جب واپس جا رہے ہیں یا entry کر رہے ہیں، تب ہی ہم قرآن لے لیتے تھے اپنے ساتھ۔</w:t>
      </w:r>
    </w:p>
    <w:p>
      <w:r>
        <w:rPr>
          <w:b/>
        </w:rPr>
        <w:t xml:space="preserve">[1:16:12] </w:t>
      </w:r>
      <w:r>
        <w:t>to aise hi jab main raat mein ja raha tha to ek lady ko main ne quran diya to bohat excitement excited ho gaye, woh boli is it in english? can i understand it?</w:t>
      </w:r>
    </w:p>
    <w:p>
      <w:pPr>
        <w:jc w:val="right"/>
      </w:pPr>
      <w:r>
        <w:t>تو ایسے ہی جب میں رات میں جا رہا تھا تو ایک lady کو میں نے قرآن دیا تو بہت excitement excited ہو گئے، وہ بولی is it in English? can I understand it?</w:t>
      </w:r>
    </w:p>
    <w:p>
      <w:r>
        <w:rPr>
          <w:b/>
        </w:rPr>
        <w:t xml:space="preserve">[1:16:21] </w:t>
      </w:r>
      <w:r>
        <w:t>to bohat main ne dekha ke bohat se log aise hain jo abhi jante bhi nahi hain ke quran english aur hindi mein available hai.</w:t>
      </w:r>
    </w:p>
    <w:p>
      <w:pPr>
        <w:jc w:val="right"/>
      </w:pPr>
      <w:r>
        <w:t>تو بہت میں نے دیکھا کہ بہت سے لوگ ایسے ہیں جو ابھی جانتے بھی نہیں ہیں کہ قرآن انگلش اور ہندی میں available ہے۔</w:t>
      </w:r>
    </w:p>
    <w:p>
      <w:r>
        <w:rPr>
          <w:b/>
        </w:rPr>
        <w:t xml:space="preserve">[1:16:27] </w:t>
      </w:r>
      <w:r>
        <w:t>woh jab dekhte the ke quran humein hindi aur english mein hum parh sakte hain to bohat hi log khush ho kar quran ko le kar gaye hain. to mujhe poora ah poora yeh wala jo program raha hai world book fair ka, yeh karne ke baad aisa mehsoos hua hai ke waqai hum log kuch nahi karte hain, sirf humein khara hona hota hai.</w:t>
      </w:r>
    </w:p>
    <w:p>
      <w:pPr>
        <w:jc w:val="right"/>
      </w:pPr>
      <w:r>
        <w:t>وہ جب دیکھتے تھے کہ قرآن ہمیں ہندی اور انگلش میں ہم پڑھ سکتے ہیں تو بہت ہی لوگ خوش ہو کر قرآن کو لے کر گئے ہیں۔ تو مجھے پورا آہ پورا یہ والا جو program رہا ہے World Book Fair کا، یہ کرنے کے بعد ایسا محسوس ہوا ہے کہ واقعی ہم لوگ کچھ نہیں کرتے ہیں، صرف ہمیں کھڑا ہونا ہوتا ہے۔</w:t>
      </w:r>
    </w:p>
    <w:p>
      <w:r>
        <w:rPr>
          <w:b/>
        </w:rPr>
        <w:t xml:space="preserve">[1:16:46] </w:t>
      </w:r>
      <w:r>
        <w:t>jaise molana kehte hain ke bas aap le kar khara ho jao to hum le kar khare ho jate the.</w:t>
      </w:r>
    </w:p>
    <w:p>
      <w:pPr>
        <w:jc w:val="right"/>
      </w:pPr>
      <w:r>
        <w:t>جیسے مولانا کہتے ہیں کہ بس آپ لے کر کھڑے ہو جاؤ تو ہم لے کر کھڑے ہو جاتے تھے۔</w:t>
      </w:r>
    </w:p>
    <w:p>
      <w:r>
        <w:rPr>
          <w:b/>
        </w:rPr>
        <w:t xml:space="preserve">[1:16:51] </w:t>
      </w:r>
      <w:r>
        <w:t>khud hamare paas log chal ke aate hain aur allah ki madad, allah ki nasraten aise hamare upar aati hain ke woh realize hoti hain. rozana aisa mere sath hota tha ke agar kisi din mujhe lag raha hai ke hum char ya panch hi log hain to allah kisi ko bahar se bhej deta tha.</w:t>
      </w:r>
    </w:p>
    <w:p>
      <w:pPr>
        <w:jc w:val="right"/>
      </w:pPr>
      <w:r>
        <w:t>خود ہمارے پاس لوگ چل کے آتے ہیں اور اللہ کی مدد، اللہ کی نصرتیں ایسے ہمارے اوپر آتی ہیں کہ وہ realize ہوتی ہیں۔ روزانہ ایسا میرے ساتھ ہوتا تھا کہ اگر کسی دن مجھے لگ رہا ہے کہ ہم چار یا پانچ ہی لوگ ہیں تو اللہ کسی کو باہر سے بھیج دیتا تھا۔</w:t>
      </w:r>
    </w:p>
    <w:p>
      <w:r>
        <w:rPr>
          <w:b/>
        </w:rPr>
        <w:t xml:space="preserve">[1:17:07] </w:t>
      </w:r>
      <w:r>
        <w:t>ek student ah du se woh aya, us ne dekha ke aap bohat acha kaam kar rahe ho. woh next day aya, us ne kafi der tak hamare sath panch chhay ghante distribution kar</w:t>
      </w:r>
    </w:p>
    <w:p>
      <w:pPr>
        <w:jc w:val="right"/>
      </w:pPr>
      <w:r>
        <w:t>ایک student آہ ڈی یو سے وہ آیا، اس نے دیکھا کہ آپ بہت اچھا کام کر رہے ہو۔ وہ next day آیا، اس نے کافی دیر تک ہمارے ساتھ پانچ چھ گھنٹے distribution کر</w:t>
      </w:r>
    </w:p>
    <w:p>
      <w:r>
        <w:rPr>
          <w:b/>
        </w:rPr>
        <w:t xml:space="preserve">[1:17:16] </w:t>
      </w:r>
      <w:r>
        <w:t>aya. to aise rozana kuch na kuch aisa hota tha to directly mehsoos hota tha ke farishte aa rahe hain aur hamari madad kar rahe hain. to main apni baat yahin khatam karta hoon.</w:t>
      </w:r>
    </w:p>
    <w:p>
      <w:pPr>
        <w:jc w:val="right"/>
      </w:pPr>
      <w:r>
        <w:t>ایا۔ تو ایسے روزانہ کچھ نہ کچھ ایسا ہوتا تھا تو directly محسوس ہوتا تھا کہ فرشتے آ رہے ہیں اور ہماری مدد کر رہے ہیں۔ تو میں اپنی بات یہیں ختم کرتا ہوں۔</w:t>
      </w:r>
    </w:p>
    <w:p>
      <w:r>
        <w:rPr>
          <w:b/>
        </w:rPr>
        <w:t xml:space="preserve">[1:17:27] </w:t>
      </w:r>
      <w:r>
        <w:t>aaj jab main socha ah raat soya to mujhe khwab bhi, woh khwab tha ya kya tha, mujhe nahi pata. lekin raat mein mujhe aisa mehsoos hua ke main ne kisi se dawah work kiya aur dawah work karne ke baad mujhe feel hua khud se ke dawah bohat asan hai.</w:t>
      </w:r>
    </w:p>
    <w:p>
      <w:pPr>
        <w:jc w:val="right"/>
      </w:pPr>
      <w:r>
        <w:t>آج جب میں سوچا آہ رات سویا تو مجھے خواب بھی، وہ خواب تھا یا کیا تھا، مجھے نہیں پتا۔ لیکن رات میں مجھے ایسا محسوس ہوا کہ میں نے کسی سے دعویٰ work کیا اور دعویٰ work کرنے کے بعد مجھے feel ہوا خود سے کہ دعوت بہت آسان ہے۔</w:t>
      </w:r>
    </w:p>
    <w:p>
      <w:r>
        <w:rPr>
          <w:b/>
        </w:rPr>
        <w:t xml:space="preserve">[1:17:46] </w:t>
      </w:r>
      <w:r>
        <w:t>to khwab mein hi ya sote hue hi mein ne yeh socha ke mein logon ko bataon ke dawat karna bohat aasan kaam hai. aah we would like to tell all our online viewers that if they want to join the CPS mission or they want to set up a Quran distribution center in their locality or start a library, then they can write to us on info at CPS global dot org.</w:t>
      </w:r>
    </w:p>
    <w:p>
      <w:pPr>
        <w:jc w:val="right"/>
      </w:pPr>
      <w:r>
        <w:t>تو خواب میں ہی یا سوتے ہوئے ہی میں نے یہ سوچا کہ میں لوگوں کو بتاؤں کہ دعوت کرنا بہت آسان کام ہے۔ آہ we would like to tell all our online viewers that if they want to join the CPS mission or they want to set up a Quran distribution center in their locality or start a library, then they can write to us on info at CPS global dot org.</w:t>
      </w:r>
    </w:p>
    <w:p>
      <w:r>
        <w:rPr>
          <w:b/>
        </w:rPr>
        <w:t xml:space="preserve">[1:18:10] </w:t>
      </w:r>
      <w:r>
        <w:t>i repeat info at CPS global dot</w:t>
      </w:r>
    </w:p>
    <w:p>
      <w:pPr>
        <w:jc w:val="right"/>
      </w:pPr>
      <w:r>
        <w:t>I repeat info at CPS global dot</w:t>
      </w:r>
    </w:p>
    <w:p>
      <w:r>
        <w:rPr>
          <w:b/>
        </w:rPr>
        <w:t xml:space="preserve">[1:18:13] </w:t>
      </w:r>
      <w:r>
        <w:t>org. i will now request Maulana sahib to give his closing remarks and end the session today.</w:t>
      </w:r>
    </w:p>
    <w:p>
      <w:pPr>
        <w:jc w:val="right"/>
      </w:pPr>
      <w:r>
        <w:t>org. I will now request مولانا صاحب to give his closing remarks and end the session today.</w:t>
      </w:r>
    </w:p>
    <w:p>
      <w:r>
        <w:rPr>
          <w:b/>
        </w:rPr>
        <w:t xml:space="preserve">[1:18:20] </w:t>
      </w:r>
      <w:r>
        <w:t>abhi hamare sathiyon ne jo kuch kaha, us se mujhe Quran ki kai aayatein samajh aayin.</w:t>
      </w:r>
    </w:p>
    <w:p>
      <w:pPr>
        <w:jc w:val="right"/>
      </w:pPr>
      <w:r>
        <w:t>ابھی ہمارے ساتھیوں نے جو کچھ کہا، اس سے مجھے قرآن کی کئی آیتیں سمجھ آئیں۔</w:t>
      </w:r>
    </w:p>
    <w:p>
      <w:r>
        <w:rPr>
          <w:b/>
        </w:rPr>
        <w:t xml:space="preserve">[1:18:34] </w:t>
      </w:r>
      <w:r>
        <w:t>phir se samajh mein aayin. maslan dekhiye, Quran mein hai ke huddu ila sabeeli rabbika bil hikmah Allah ki taraf bulao logon ko hikmah ke sath</w:t>
      </w:r>
    </w:p>
    <w:p>
      <w:pPr>
        <w:jc w:val="right"/>
      </w:pPr>
      <w:r>
        <w:t>پھر سے سمجھ میں آئیں۔ مثلاً دیکھیے، قرآن میں ہے کہ هُدُّ إِلَى سَبِيلِ رَبِّكَ بِحِكْمَةٍ اللہ کی طرف بلاؤ لوگوں کو حکمت کے ساتھ</w:t>
      </w:r>
    </w:p>
    <w:p>
      <w:r>
        <w:rPr>
          <w:b/>
        </w:rPr>
        <w:t xml:space="preserve">[1:18:49] </w:t>
      </w:r>
      <w:r>
        <w:t>. to mein ne samjha hikmah koi bazaar se khareedne ki cheez nahi hai. hikmah ka matlab hai wisdom. aisa nahi hai ke daai jo hai bazaar mein jaye ga, wisdom khareed kar laye ga.</w:t>
      </w:r>
    </w:p>
    <w:p>
      <w:pPr>
        <w:jc w:val="right"/>
      </w:pPr>
      <w:r>
        <w:t>۔ تو میں نے سمجھا حکمت کوئی بازار سے خریدنے کی چیز نہیں ہے۔ حکمت کا مطلب ہے wisdom۔ ایسا نہیں ہے کہ داعی جو ہے بازار میں جائے گا، wisdom خرید کر لائے گا۔</w:t>
      </w:r>
    </w:p>
    <w:p>
      <w:r>
        <w:rPr>
          <w:b/>
        </w:rPr>
        <w:t xml:space="preserve">[1:19:00] </w:t>
      </w:r>
      <w:r>
        <w:t>aisa nahi hai. is ka matlab yeh hai ke dawat ka kaam karo, wisdom seekho. kaisi ajeeb cheez hai.</w:t>
      </w:r>
    </w:p>
    <w:p>
      <w:pPr>
        <w:jc w:val="right"/>
      </w:pPr>
      <w:r>
        <w:t>ایسا نہیں ہے۔ اس کا مطلب یہ ہے کہ دعوت کا کام کرو، wisdom سیکھو۔ کیسی عجیب چیز ہے۔</w:t>
      </w:r>
    </w:p>
    <w:p>
      <w:r>
        <w:rPr>
          <w:b/>
        </w:rPr>
        <w:t xml:space="preserve">[1:19:11] </w:t>
      </w:r>
      <w:r>
        <w:t>dawat ka kaam karo aur tum ko is mein wisdom ki learning hogi.</w:t>
      </w:r>
    </w:p>
    <w:p>
      <w:pPr>
        <w:jc w:val="right"/>
      </w:pPr>
      <w:r>
        <w:t>دعوت کا کام کرو اور تم کو اس میں wisdom کی learning ہوگی۔</w:t>
      </w:r>
    </w:p>
    <w:p>
      <w:r>
        <w:rPr>
          <w:b/>
        </w:rPr>
        <w:t xml:space="preserve">[1:19:26] </w:t>
      </w:r>
      <w:r>
        <w:t>bohat ajeeb baat hai. dekhiye, dawat jo hai,</w:t>
      </w:r>
    </w:p>
    <w:p>
      <w:pPr>
        <w:jc w:val="right"/>
      </w:pPr>
      <w:r>
        <w:t>بہت عجیب بات ہے۔ دیکھیے، دعوت جو ہے،</w:t>
      </w:r>
    </w:p>
    <w:p>
      <w:r>
        <w:rPr>
          <w:b/>
        </w:rPr>
        <w:t xml:space="preserve">[1:19:35] </w:t>
      </w:r>
      <w:r>
        <w:t>dawat kya hai? dunya ki sab se bari khair khwahi.</w:t>
      </w:r>
    </w:p>
    <w:p>
      <w:pPr>
        <w:jc w:val="right"/>
      </w:pPr>
      <w:r>
        <w:t>دعوت کیا ہے؟ دنیا کی سب سے بڑی خیر خواہی۔</w:t>
      </w:r>
    </w:p>
    <w:p>
      <w:r>
        <w:rPr>
          <w:b/>
        </w:rPr>
        <w:t xml:space="preserve">[1:19:43] </w:t>
      </w:r>
      <w:r>
        <w:t>aap ko na koi paisa milna hai, na koi stage milna hai, na koi faida milna hai.</w:t>
      </w:r>
    </w:p>
    <w:p>
      <w:pPr>
        <w:jc w:val="right"/>
      </w:pPr>
      <w:r>
        <w:t>آپ کو نہ کوئی پیسہ ملنا ہے، نہ کوئی stage ملنا ہے، نہ کوئی فائدہ ملنا ہے۔</w:t>
      </w:r>
    </w:p>
    <w:p>
      <w:r>
        <w:rPr>
          <w:b/>
        </w:rPr>
        <w:t xml:space="preserve">[1:19:52] </w:t>
      </w:r>
      <w:r>
        <w:t>yahan tak ke aap ko, jaisa ke hamare mission mein hai, aap ko koi hidayat daar samajh nahi diya jata. koi program bhi nahi diya jata.</w:t>
      </w:r>
    </w:p>
    <w:p>
      <w:pPr>
        <w:jc w:val="right"/>
      </w:pPr>
      <w:r>
        <w:t>یہاں تک کہ آپ کو، جیسا کہ ہمارے mission میں ہے، آپ کو کوئی ہدایت دار سمجھ نہیں دیا جاتا۔ کوئی program بھی نہیں دیا جاتا۔</w:t>
      </w:r>
    </w:p>
    <w:p>
      <w:r>
        <w:rPr>
          <w:b/>
        </w:rPr>
        <w:t xml:space="preserve">[1:20:03] </w:t>
      </w:r>
      <w:r>
        <w:t>khud apni street se aap jam kar ke pohnchte hain. aur logon ko Allah ki baat pohanchate hain.</w:t>
      </w:r>
    </w:p>
    <w:p>
      <w:pPr>
        <w:jc w:val="right"/>
      </w:pPr>
      <w:r>
        <w:t>خود اپنی street سے آپ جم کر کے پہنچتے ہیں۔ اور لوگوں کو اللہ کی بات پہنچاتے ہیں۔</w:t>
      </w:r>
    </w:p>
    <w:p>
      <w:r>
        <w:rPr>
          <w:b/>
        </w:rPr>
        <w:t xml:space="preserve">[1:20:13] </w:t>
      </w:r>
      <w:r>
        <w:t>is se bara koi khair khwahi ka kaam nahi ho sakta. aur yaad rakhiye, sab se bara kaam yahi hai ke aap ke dil mein insanon ki khair khwahi ho.</w:t>
      </w:r>
    </w:p>
    <w:p>
      <w:pPr>
        <w:jc w:val="right"/>
      </w:pPr>
      <w:r>
        <w:t>اس سے بڑا کوئی خیر خواہی کا کام نہیں ہو سکتا۔ اور یاد رکھیے، سب سے بڑا کام یہی ہے کہ آپ کے دل میں انسانوں کی خیر خواہی ہو۔</w:t>
      </w:r>
    </w:p>
    <w:p>
      <w:r>
        <w:rPr>
          <w:b/>
        </w:rPr>
        <w:t xml:space="preserve">[1:20:30] </w:t>
      </w:r>
      <w:r>
        <w:t>dusron ke liye aap khair khwah banen. baghair kisi faide ke. to is se bari koi cheez nahi hai jo aap ko inspire kare.</w:t>
      </w:r>
    </w:p>
    <w:p>
      <w:pPr>
        <w:jc w:val="right"/>
      </w:pPr>
      <w:r>
        <w:t>دوسروں کے لیے آپ خیر خواہ بنیں۔ بغیر کسی فائدے کے۔ تو اس سے بڑی کوئی چیز نہیں ہے جو آپ کو inspire کرے۔</w:t>
      </w:r>
    </w:p>
    <w:p>
      <w:r>
        <w:rPr>
          <w:b/>
        </w:rPr>
        <w:t xml:space="preserve">[1:20:45] </w:t>
      </w:r>
      <w:r>
        <w:t>to jab aap dawat ka kaam karte hain to sab se bara kaam karte hain. aur jab sab se bara kaam karenge to is mein jo process se guzren ge aap, usi mein aap ko wisdom mile ga.</w:t>
      </w:r>
    </w:p>
    <w:p>
      <w:pPr>
        <w:jc w:val="right"/>
      </w:pPr>
      <w:r>
        <w:t>تو جب آپ دعوت کا کام کرتے ہیں تو سب سے بڑا کام کرتے ہیں۔ اور جب سب سے بڑا کام کریں گے تو اس میں جو process سے گزریں گے آپ، اسی میں آپ کو wisdom ملے گی۔</w:t>
      </w:r>
    </w:p>
    <w:p>
      <w:r>
        <w:rPr>
          <w:b/>
        </w:rPr>
        <w:t xml:space="preserve">[1:20:55] </w:t>
      </w:r>
      <w:r>
        <w:t>wisdom mile ga. wisdom mile ga. aise hi dekhiye, Quran mein shuru ke zamane mein jo aayat utri hai sallallahu alaihi wasallam par ya ayyuhal muddassir kum fa anzir wa rabbaka fa kabbir wa sabika fa tahir is mein dawat ka hukum diya gaya hai.</w:t>
      </w:r>
    </w:p>
    <w:p>
      <w:pPr>
        <w:jc w:val="right"/>
      </w:pPr>
      <w:r>
        <w:t>wisdom ملے گی۔ wisdom ملے گی۔ ایسے ہی دیکھیے، قرآن میں شروع کے زمانے میں جو آیت اتری ہے صلی اللہ علیہ وسلم پر يَا أَيُّهَا الْمُدَّسِّرُكُمْ فَانْزِلْ وَرَبَّكَ فَكَّبِّرْ وَسَابَكَ فَتَاهِرْ اس میں دعوت کا حکم دیا گیا ہے۔</w:t>
      </w:r>
    </w:p>
    <w:p>
      <w:r>
        <w:rPr>
          <w:b/>
        </w:rPr>
        <w:t xml:space="preserve">[1:21:14] </w:t>
      </w:r>
      <w:r>
        <w:t>ae paighambar, dawat ka kaam karo. is mein farmaya ke wa sayabaka fa tahir apne qomon ko pak karo.</w:t>
      </w:r>
    </w:p>
    <w:p>
      <w:pPr>
        <w:jc w:val="right"/>
      </w:pPr>
      <w:r>
        <w:t>اے پیغمبر، دعوت کا کام کرو۔ اس میں فرمایا کہ وَسَيَابَكَ فَتَاهِرْ اپنے قوموں کو پاک کرو۔</w:t>
      </w:r>
    </w:p>
    <w:p>
      <w:r>
        <w:rPr>
          <w:b/>
        </w:rPr>
        <w:t xml:space="preserve">[1:21:25] </w:t>
      </w:r>
      <w:r>
        <w:t>dekhiye, yeh tamseel ki zaban hai. is ka matlab nahi ke kapde ko dho.</w:t>
      </w:r>
    </w:p>
    <w:p>
      <w:pPr>
        <w:jc w:val="right"/>
      </w:pPr>
      <w:r>
        <w:t>دیکھیے، یہ تمثیل کی زبان ہے۔ اس کا مطلب نہیں کہ کپڑے کو دھو۔</w:t>
      </w:r>
    </w:p>
    <w:p>
      <w:r>
        <w:rPr>
          <w:b/>
        </w:rPr>
        <w:t xml:space="preserve">[1:21:33] </w:t>
      </w:r>
      <w:r>
        <w:t>yeh wohi cheez hai jis ko hum kehte hain intellectual development.</w:t>
      </w:r>
    </w:p>
    <w:p>
      <w:pPr>
        <w:jc w:val="right"/>
      </w:pPr>
      <w:r>
        <w:t>یہ وہی چیز ہے جس کو ہم کہتے ہیں intellectual development۔</w:t>
      </w:r>
    </w:p>
    <w:p>
      <w:r>
        <w:rPr>
          <w:b/>
        </w:rPr>
        <w:t xml:space="preserve">[1:21:39] </w:t>
      </w:r>
      <w:r>
        <w:t>yani dawat ka kaam karo, is se kya hoga?</w:t>
      </w:r>
    </w:p>
    <w:p>
      <w:pPr>
        <w:jc w:val="right"/>
      </w:pPr>
      <w:r>
        <w:t>یعنی دعوت کا کام کرو، اس سے کیا ہوگا؟</w:t>
      </w:r>
    </w:p>
    <w:p>
      <w:r>
        <w:rPr>
          <w:b/>
        </w:rPr>
        <w:t xml:space="preserve">[1:21:43] </w:t>
      </w:r>
      <w:r>
        <w:t>tumhare andar purification aye ga. tumhare andar intellectual development aye ga.</w:t>
      </w:r>
    </w:p>
    <w:p>
      <w:pPr>
        <w:jc w:val="right"/>
      </w:pPr>
      <w:r>
        <w:t>تمہارے اندر purification آئے گا۔ تمہارے اندر intellectual development آئے گا۔</w:t>
      </w:r>
    </w:p>
    <w:p>
      <w:r>
        <w:rPr>
          <w:b/>
        </w:rPr>
        <w:t xml:space="preserve">[1:21:49] </w:t>
      </w:r>
      <w:r>
        <w:t>dawat ke kaam ka matlab hai apne aap ko aik aise process mein dalna hai. aik aise process mein. jis mein har lamha aap ko khurak milti hai.</w:t>
      </w:r>
    </w:p>
    <w:p>
      <w:pPr>
        <w:jc w:val="right"/>
      </w:pPr>
      <w:r>
        <w:t>دعوت کے کام کا مطلب ہے اپنے آپ کو ایک ایسے process میں ڈالنا ہے۔ ایک ایسے process میں۔ جس میں ہر لمحہ آپ کو خوراک ملتی ہے۔</w:t>
      </w:r>
    </w:p>
    <w:p>
      <w:r>
        <w:rPr>
          <w:b/>
        </w:rPr>
        <w:t xml:space="preserve">[1:22:03] </w:t>
      </w:r>
      <w:r>
        <w:t>wisdom ki khurak. intellectual development ki khurak. ajeeb ajeeb tajrube hote hain.</w:t>
      </w:r>
    </w:p>
    <w:p>
      <w:pPr>
        <w:jc w:val="right"/>
      </w:pPr>
      <w:r>
        <w:t>wisdom کی خوراک۔ intellectual development کی خوراک۔ عجیب عجیب تجربے ہوتے ہیں۔</w:t>
      </w:r>
    </w:p>
    <w:p>
      <w:r>
        <w:rPr>
          <w:b/>
        </w:rPr>
        <w:t xml:space="preserve">[1:22:15] </w:t>
      </w:r>
      <w:r>
        <w:t>aise hi dekhiye, Quran mein hai ke ya ayyuhal rasool balligh maunatan ilayka min rabbika wa illa tafawwal fa huwa balaghta risalatahu wallahu ya'simuka man nas is mein farmaya ke ae paighambar, dawat ka kaam karo.</w:t>
      </w:r>
    </w:p>
    <w:p>
      <w:pPr>
        <w:jc w:val="right"/>
      </w:pPr>
      <w:r>
        <w:t>ایسے ہی دیکھیے، قرآن میں ہے کہ يَا أَيُّهَا الْرَسُولُ بَلِّغْ مَعُونَةً إِلَيْكَ مِن رَبِّكَ وَإِلَّا تَفَوَّلْ فَهُوَ بَلَّغْتَ رِسَالَتَهَا وَاللَّهُ يَعْصَمُكَ مَنَ النَّاسِ اس میں فرمایا کہ اے پیغمبر، دعوت کا کام کرو۔</w:t>
      </w:r>
    </w:p>
    <w:p>
      <w:r>
        <w:rPr>
          <w:b/>
        </w:rPr>
        <w:t xml:space="preserve">[1:22:30] </w:t>
      </w:r>
      <w:r>
        <w:t>allah tumhari hifazat karega. yeh bhi kya hai? dawat ka kaam karo aur is baat ka tajruba karo ke kis tarah se allah farishton ka farishta hai tumhare liye.</w:t>
      </w:r>
    </w:p>
    <w:p>
      <w:pPr>
        <w:jc w:val="right"/>
      </w:pPr>
      <w:r>
        <w:t>اللہ تمہاری حفاظت کرے گا۔ یہ بھی کیا ہے؟ دعوت کا کام کرو اور اس بات کا تجربہ کرو کہ کس طرح سے اللہ فرشتوں کا فرشتہ ہے تمہارے لیے۔</w:t>
      </w:r>
    </w:p>
    <w:p>
      <w:r>
        <w:rPr>
          <w:b/>
        </w:rPr>
        <w:t xml:space="preserve">[1:22:43] </w:t>
      </w:r>
      <w:r>
        <w:t>kisi ajeeb baat hai. kisi ajeeb baat hai.</w:t>
      </w:r>
    </w:p>
    <w:p>
      <w:pPr>
        <w:jc w:val="right"/>
      </w:pPr>
      <w:r>
        <w:t>کیسی عجیب بات ہے۔ کیسی عجیب بات ہے۔</w:t>
      </w:r>
    </w:p>
    <w:p>
      <w:r>
        <w:rPr>
          <w:b/>
        </w:rPr>
        <w:t xml:space="preserve">[1:22:53] </w:t>
      </w:r>
      <w:r>
        <w:t>dawat ke maidan mein utro, insaan ke khair khwah bano. insaan ko jannat ka paigham do.</w:t>
      </w:r>
    </w:p>
    <w:p>
      <w:pPr>
        <w:jc w:val="right"/>
      </w:pPr>
      <w:r>
        <w:t>دعوت کے میدان میں اترو، انسان کے خیر خواہ بنو۔ انسان کو جنت کا پیغام دو۔</w:t>
      </w:r>
    </w:p>
    <w:p>
      <w:r>
        <w:rPr>
          <w:b/>
        </w:rPr>
        <w:t xml:space="preserve">[1:23:04] </w:t>
      </w:r>
      <w:r>
        <w:t>aur phir kya hoga? farishte utrenge. allah ki taraf se un ko inspiration milega.</w:t>
      </w:r>
    </w:p>
    <w:p>
      <w:pPr>
        <w:jc w:val="right"/>
      </w:pPr>
      <w:r>
        <w:t>اور پھر کیا ہوگا؟ فرشتے اتریں گے۔ اللہ کی طرف سے ان کو inspiration ملے گا۔</w:t>
      </w:r>
    </w:p>
    <w:p>
      <w:r>
        <w:rPr>
          <w:b/>
        </w:rPr>
        <w:t xml:space="preserve">[1:23:11] </w:t>
      </w:r>
      <w:r>
        <w:t>aur tumhare andar bohat oonche darje ka intellectual development ho jayega. hoga.</w:t>
      </w:r>
    </w:p>
    <w:p>
      <w:pPr>
        <w:jc w:val="right"/>
      </w:pPr>
      <w:r>
        <w:t>اور تمہارے اندر بہت اونچے درجے کا intellectual development ہو جائے گا۔ ہوگا۔</w:t>
      </w:r>
    </w:p>
    <w:p>
      <w:r>
        <w:rPr>
          <w:b/>
        </w:rPr>
        <w:t xml:space="preserve">[1:23:22] </w:t>
      </w:r>
      <w:r>
        <w:t>aise hi dekhiye, quran mein hai ke nazal furqanan ala abdihi li yakuna lil alameen nazeera quran utara allah taala ne sare insano ke liye.</w:t>
      </w:r>
    </w:p>
    <w:p>
      <w:pPr>
        <w:jc w:val="right"/>
      </w:pPr>
      <w:r>
        <w:t>ایسے ہی دیکھیے، قرآن میں ہے کہ نَزَلْ فُرْقَانًا عَلَى عَبْدِهِ لَيَكُونُ لِلْعَالَمِينَ نَذِيرًا قرآن اتارا اللہ تعالیٰ نے سارے انسانوں کے لیے۔</w:t>
      </w:r>
    </w:p>
    <w:p>
      <w:r>
        <w:rPr>
          <w:b/>
        </w:rPr>
        <w:t xml:space="preserve">[1:23:33] </w:t>
      </w:r>
      <w:r>
        <w:t>ab jab aap quran ka nuskha dete hain kisi ko. to us se kya ek ajeeb ghareeb qism ki aap ko khurak milti hai.</w:t>
      </w:r>
    </w:p>
    <w:p>
      <w:pPr>
        <w:jc w:val="right"/>
      </w:pPr>
      <w:r>
        <w:t>اب جب آپ قرآن کا نسخہ دیتے ہیں کسی کو۔ تو اس سے کیا ایک عجیب غریب قسم کی آپ کو خوراک ملتی ہے۔</w:t>
      </w:r>
    </w:p>
    <w:p>
      <w:r>
        <w:rPr>
          <w:b/>
        </w:rPr>
        <w:t xml:space="preserve">[1:23:41] </w:t>
      </w:r>
      <w:r>
        <w:t>yeh woh quran hai jo sare insano ke liye hai. aur mujh ko allah ne zariya banaya hai.</w:t>
      </w:r>
    </w:p>
    <w:p>
      <w:pPr>
        <w:jc w:val="right"/>
      </w:pPr>
      <w:r>
        <w:t>یہ وہ قرآن ہے جو سارے انسانوں کے لیے ہے۔ اور مجھ کو اللہ نے ذریعہ بنایا ہے۔</w:t>
      </w:r>
    </w:p>
    <w:p>
      <w:r>
        <w:rPr>
          <w:b/>
        </w:rPr>
        <w:t xml:space="preserve">[1:23:49] </w:t>
      </w:r>
      <w:r>
        <w:t>yani woh yeh woh kitab hai jo allah ne utari hai. aur sare insano ke liye. aur mujh ko allah ne zariya banaya hai ke main is ko insano tak pahunchaoon. to aap ke zehan mein ajeeb ghareeb qism ka ek wisdom ayega.</w:t>
      </w:r>
    </w:p>
    <w:p>
      <w:pPr>
        <w:jc w:val="right"/>
      </w:pPr>
      <w:r>
        <w:t>یعنی وہ یہ وہ کتاب ہے جو اللہ نے اتاری ہے۔ اور سارے انسانوں کے لیے۔ اور مجھ کو اللہ نے ذریعہ بنایا ہے کہ میں اس کو انسانوں تک پہنچاؤں۔ تو آپ کے ذہن میں عجیب غریب قسم کا ایک wisdom آئے گی۔</w:t>
      </w:r>
    </w:p>
    <w:p>
      <w:r>
        <w:rPr>
          <w:b/>
        </w:rPr>
        <w:t xml:space="preserve">[1:24:06] </w:t>
      </w:r>
      <w:r>
        <w:t>intellectual development hoga.</w:t>
      </w:r>
    </w:p>
    <w:p>
      <w:pPr>
        <w:jc w:val="right"/>
      </w:pPr>
      <w:r>
        <w:t>intellectual development ہوگا۔</w:t>
      </w:r>
    </w:p>
    <w:p>
      <w:r>
        <w:rPr>
          <w:b/>
        </w:rPr>
        <w:t xml:space="preserve">[1:24:12] </w:t>
      </w:r>
      <w:r>
        <w:t>in ayaton ka matlab bohat hi log mehdood liye hue hain. aise hi dekhiye, quran mein hai ke nahnu nazalna zikra wa inna lahu al hafezoon hum ne quran utara hai aur hum is ko mehfooz rakhne wale hain.</w:t>
      </w:r>
    </w:p>
    <w:p>
      <w:pPr>
        <w:jc w:val="right"/>
      </w:pPr>
      <w:r>
        <w:t>ان آیتوں کا مطلب بہت ہی لوگ محدود لیے ہوئے ہیں۔ ایسے ہی دیکھیے، قرآن میں ہے کہ نَحْنُ نَزَلْنَا ذِكْرَى وَإِنَّا لَهُ الْحَافِظُونَ ہم نے قرآن اتارا ہے اور ہم اس کو محفوظ رکھنے والے ہیں۔</w:t>
      </w:r>
    </w:p>
    <w:p>
      <w:r>
        <w:rPr>
          <w:b/>
        </w:rPr>
        <w:t xml:space="preserve">[1:24:29] </w:t>
      </w:r>
      <w:r>
        <w:t>ab aap ne quran ka ek nuskha liya, is ka tarjuma. aur is ko kisi insaan ko diya. to ek ajeeb ghareeb qism ka aap tajruba hoga aap ko</w:t>
      </w:r>
    </w:p>
    <w:p>
      <w:pPr>
        <w:jc w:val="right"/>
      </w:pPr>
      <w:r>
        <w:t>اب آپ نے قرآن کا ایک نسخہ لیا، اس کا ترجمہ۔ اور اس کو کسی انسان کو دیا۔ تو ایک عجیب غریب قسم کا آپ تجربہ ہوگا آپ کو</w:t>
      </w:r>
    </w:p>
    <w:p>
      <w:r>
        <w:rPr>
          <w:b/>
        </w:rPr>
        <w:t xml:space="preserve">[1:24:39] </w:t>
      </w:r>
      <w:r>
        <w:t>. yeh woh quran hai jo chouda so saal pehle utra, aaj tak waise ke waise hi hai. koi bhi tabdeeli nahi aayi.</w:t>
      </w:r>
    </w:p>
    <w:p>
      <w:pPr>
        <w:jc w:val="right"/>
      </w:pPr>
      <w:r>
        <w:t>۔ یہ وہ قرآن ہے جو چودہ سو سال پہلے اترا، آج تک ویسے کے ویسے ہی ہے۔ کوئی بھی تبدیلی نہیں آئی۔</w:t>
      </w:r>
    </w:p>
    <w:p>
      <w:r>
        <w:rPr>
          <w:b/>
        </w:rPr>
        <w:t xml:space="preserve">[1:24:51] </w:t>
      </w:r>
      <w:r>
        <w:t>duniya mein jitni kitaben pehle zamane mein thin, sab badal gayeen. sab mein alteration hua. sab mein milawaten ho gayeen. yeh woh kitab hai jo chouda so saal se apni priority ko baqi rakhi hui hai.</w:t>
      </w:r>
    </w:p>
    <w:p>
      <w:pPr>
        <w:jc w:val="right"/>
      </w:pPr>
      <w:r>
        <w:t>دنیا میں جتنی کتابیں پہلے زمانے میں تھیں، سب بدل گئیں۔ سب میں alteration ہوا۔ سب میں ملاوٹیں ہو گئیں۔ یہ وہ کتاب ہے جو چودہ سو سال سے اپنی priority کو باقی رکھی ہوئی ہے۔</w:t>
      </w:r>
    </w:p>
    <w:p>
      <w:r>
        <w:rPr>
          <w:b/>
        </w:rPr>
        <w:t xml:space="preserve">[1:25:06] </w:t>
      </w:r>
      <w:r>
        <w:t>to is mein aap khuda ko daryaft karenge.</w:t>
      </w:r>
    </w:p>
    <w:p>
      <w:pPr>
        <w:jc w:val="right"/>
      </w:pPr>
      <w:r>
        <w:t>تو اس میں آپ خدا کو دریافت کریں گے۔</w:t>
      </w:r>
    </w:p>
    <w:p>
      <w:r>
        <w:rPr>
          <w:b/>
        </w:rPr>
        <w:t xml:space="preserve">[1:25:12] </w:t>
      </w:r>
      <w:r>
        <w:t>allah rab al alameen ko daryaft karenge. aap</w:t>
      </w:r>
    </w:p>
    <w:p>
      <w:pPr>
        <w:jc w:val="right"/>
      </w:pPr>
      <w:r>
        <w:t>اللہ رب العالمین کو دریافت کریں گے۔ آپ</w:t>
      </w:r>
    </w:p>
    <w:p>
      <w:r>
        <w:rPr>
          <w:b/>
        </w:rPr>
        <w:t xml:space="preserve">[1:25:20] </w:t>
      </w:r>
      <w:r>
        <w:t>isi liye main kehta hoon ke dawat ke liye koi program nahi. program aap ki creativity ko khatam karta hai. agar hum aap ko koi program banaya karte hain.</w:t>
      </w:r>
    </w:p>
    <w:p>
      <w:pPr>
        <w:jc w:val="right"/>
      </w:pPr>
      <w:r>
        <w:t>اسی لیے میں کہتا ہوں کہ دعوت کے لیے کوئی program نہیں۔ program آپ کی creativity کو ختم کرتا ہے۔ اگر ہم آپ کو کوئی program بنایا کرتے ہیں۔</w:t>
      </w:r>
    </w:p>
    <w:p>
      <w:r>
        <w:rPr>
          <w:b/>
        </w:rPr>
        <w:t xml:space="preserve">[1:25:33] </w:t>
      </w:r>
      <w:r>
        <w:t>to kya hai? aap ko hum robot bana denge phir.</w:t>
      </w:r>
    </w:p>
    <w:p>
      <w:pPr>
        <w:jc w:val="right"/>
      </w:pPr>
      <w:r>
        <w:t>تو کیا ہے؟ آپ کو ہم robot بنا دیں گے پھر۔</w:t>
      </w:r>
    </w:p>
    <w:p>
      <w:r>
        <w:rPr>
          <w:b/>
        </w:rPr>
        <w:t xml:space="preserve">[1:25:38] </w:t>
      </w:r>
      <w:r>
        <w:t>lekin jab koi program na ho, aap khud sochen, khud is ko implement karen. khud apna paisa kharch karen, apna time kharch karen.</w:t>
      </w:r>
    </w:p>
    <w:p>
      <w:pPr>
        <w:jc w:val="right"/>
      </w:pPr>
      <w:r>
        <w:t>لیکن جب کوئی program نہ ہو، آپ خود سوچیں، خود اس کو implement کریں۔ خود اپنا پیسہ خرچ کریں، اپنا ٹائم خرچ کریں۔</w:t>
      </w:r>
    </w:p>
    <w:p>
      <w:r>
        <w:rPr>
          <w:b/>
        </w:rPr>
        <w:t xml:space="preserve">[1:25:50] </w:t>
      </w:r>
      <w:r>
        <w:t>to yeh yeh saada baat nahi hai. is se aap ke andar creativity aati hai, creative thinking aata hai. aur bilashubah creative thinking se bari koi cheez nahi hai.</w:t>
      </w:r>
    </w:p>
    <w:p>
      <w:pPr>
        <w:jc w:val="right"/>
      </w:pPr>
      <w:r>
        <w:t>تو یہ یہ سادہ بات نہیں ہے۔ اس سے آپ کے اندر creativity آتی ہے، creative thinking آتا ہے۔ اور بلاشبہ creative thinking سے بڑی کوئی چیز نہیں ہے۔</w:t>
      </w:r>
    </w:p>
    <w:p>
      <w:r>
        <w:rPr>
          <w:b/>
        </w:rPr>
        <w:t xml:space="preserve">[1:26:06] </w:t>
      </w:r>
      <w:r>
        <w:t>to dawah work dekhiye, mahaz distribution nahi hai. mahaz announcement nahi hai.</w:t>
      </w:r>
    </w:p>
    <w:p>
      <w:pPr>
        <w:jc w:val="right"/>
      </w:pPr>
      <w:r>
        <w:t>تو دعویٰ work دیکھیے، محض distribution نہیں ہے۔ محض announcement نہیں ہے۔</w:t>
      </w:r>
    </w:p>
    <w:p>
      <w:r>
        <w:rPr>
          <w:b/>
        </w:rPr>
        <w:t xml:space="preserve">[1:26:16] </w:t>
      </w:r>
      <w:r>
        <w:t>woh sab se bara creative kaam hai. is ke zariye sab se bara spiritual development hota hai. is ke zariye sab se bara intellectual development hota hai.</w:t>
      </w:r>
    </w:p>
    <w:p>
      <w:pPr>
        <w:jc w:val="right"/>
      </w:pPr>
      <w:r>
        <w:t>وہ سب سے بڑا creative کام ہے۔ اس کے ذریعے سب سے بڑا spiritual development ہوتا ہے۔ اس کے ذریعے سب سے بڑا intellectual development ہوتا ہے۔</w:t>
      </w:r>
    </w:p>
    <w:p>
      <w:r>
        <w:rPr>
          <w:b/>
        </w:rPr>
        <w:t xml:space="preserve">[1:26:27] </w:t>
      </w:r>
      <w:r>
        <w:t>is ke liye super experience hota hai is ke darmiyan. is ke zariye aap ko rab al alameen ki daryaft hoti hai.</w:t>
      </w:r>
    </w:p>
    <w:p>
      <w:pPr>
        <w:jc w:val="right"/>
      </w:pPr>
      <w:r>
        <w:t>اس کے لیے super experience ہوتا ہے اس کے درمیان۔ اس کے ذریعے آپ کو رب العالمین کی دریافت ہوتی ہے۔</w:t>
      </w:r>
    </w:p>
    <w:p>
      <w:r>
        <w:rPr>
          <w:b/>
        </w:rPr>
        <w:t xml:space="preserve">[1:26:39] </w:t>
      </w:r>
      <w:r>
        <w:t>kisi ajeeb baat hai. ke aap ko rab al alameen ki daryaft hoti hai. aap ko farishton ki sohbat milti hai.</w:t>
      </w:r>
    </w:p>
    <w:p>
      <w:pPr>
        <w:jc w:val="right"/>
      </w:pPr>
      <w:r>
        <w:t>کیسی عجیب بات ہے۔ کہ آپ کو رب العالمین کی دریافت ہوتی ہے۔ آپ کو فرشتوں کی صحبت ملتی ہے۔</w:t>
      </w:r>
    </w:p>
    <w:p>
      <w:r>
        <w:rPr>
          <w:b/>
        </w:rPr>
        <w:t xml:space="preserve">[1:26:51] </w:t>
      </w:r>
      <w:r>
        <w:t>aap jannat ko dekhne lagte hain.</w:t>
      </w:r>
    </w:p>
    <w:p>
      <w:pPr>
        <w:jc w:val="right"/>
      </w:pPr>
      <w:r>
        <w:t>آپ جنت کو دیکھنے لگتے ہیں۔</w:t>
      </w:r>
    </w:p>
    <w:p>
      <w:r>
        <w:rPr>
          <w:b/>
        </w:rPr>
        <w:t xml:space="preserve">[1:26:56] </w:t>
      </w:r>
      <w:r>
        <w:t>to daawa work ko aap saada taur par yeh mat samjhein ke koi distribution hai. koi announcement ka kaam hai.</w:t>
      </w:r>
    </w:p>
    <w:p>
      <w:pPr>
        <w:jc w:val="right"/>
      </w:pPr>
      <w:r>
        <w:t>تو دعویٰ work کو آپ سادہ طور پر یہ مت سمجھیں کہ کوئی distribution ہے۔ کوئی announcement کا کام ہے۔</w:t>
      </w:r>
    </w:p>
    <w:p>
      <w:r>
        <w:rPr>
          <w:b/>
        </w:rPr>
        <w:t xml:space="preserve">[1:27:03] </w:t>
      </w:r>
      <w:r>
        <w:t>kuch nahin. ya apne aap ko tareekh bashri ke sab se bare process mein daalna hai. is se bara process to koi nahin.</w:t>
      </w:r>
    </w:p>
    <w:p>
      <w:pPr>
        <w:jc w:val="right"/>
      </w:pPr>
      <w:r>
        <w:t>کچھ نہیں۔ یا اپنے آپ کو تاریخ بشری کے سب سے بڑے process میں ڈالنا ہے۔ اس سے بڑا process تو کوئی نہیں۔</w:t>
      </w:r>
    </w:p>
    <w:p>
      <w:r>
        <w:rPr>
          <w:b/>
        </w:rPr>
        <w:t xml:space="preserve">[1:27:17] </w:t>
      </w:r>
      <w:r>
        <w:t>sab se bara process. is mein aap jab daalenge apne aap ko to aap ke andar ek personality banegi. aap ko spiritual food milega.</w:t>
      </w:r>
    </w:p>
    <w:p>
      <w:pPr>
        <w:jc w:val="right"/>
      </w:pPr>
      <w:r>
        <w:t>سب سے بڑا process۔ اس میں آپ جب ڈالیں گے اپنے آپ کو تو آپ کے اندر ایک personality بنے گی۔ آپ کو spiritual food ملے گا۔</w:t>
      </w:r>
    </w:p>
    <w:p>
      <w:r>
        <w:rPr>
          <w:b/>
        </w:rPr>
        <w:t xml:space="preserve">[1:27:27] </w:t>
      </w:r>
      <w:r>
        <w:t>aap ke andar intellectual development aayega. woh mashaa Allah ho raha hai.</w:t>
      </w:r>
    </w:p>
    <w:p>
      <w:pPr>
        <w:jc w:val="right"/>
      </w:pPr>
      <w:r>
        <w:t>آپ کے اندر intellectual development آئے گا۔ وہ ماشاءاللہ ہو رہا ہے۔</w:t>
      </w:r>
    </w:p>
    <w:p>
      <w:r>
        <w:rPr>
          <w:b/>
        </w:rPr>
        <w:t xml:space="preserve">[1:27:31] </w:t>
      </w:r>
      <w:r>
        <w:t>hamare saathiyon ne jo baatein kahi hain.</w:t>
      </w:r>
    </w:p>
    <w:p>
      <w:pPr>
        <w:jc w:val="right"/>
      </w:pPr>
      <w:r>
        <w:t>ہمارے ساتھیوں نے جو باتیں کہی ہیں۔</w:t>
      </w:r>
    </w:p>
    <w:p>
      <w:r>
        <w:rPr>
          <w:b/>
        </w:rPr>
        <w:t xml:space="preserve">[1:27:36] </w:t>
      </w:r>
      <w:r>
        <w:t>is se wohi apne aap mein is baat ka evidence hai ke woh ho raha hai.</w:t>
      </w:r>
    </w:p>
    <w:p>
      <w:pPr>
        <w:jc w:val="right"/>
      </w:pPr>
      <w:r>
        <w:t>اس سے وہی اپنے آپ میں اس بات کا evidence ہے کہ وہ ہو رہا ہے۔</w:t>
      </w:r>
    </w:p>
    <w:p>
      <w:r>
        <w:rPr>
          <w:b/>
        </w:rPr>
        <w:t xml:space="preserve">[1:27:47] </w:t>
      </w:r>
      <w:r>
        <w:t>to yeh ajeeb ghareeb kaam hai jis ko hum kehte hain daawa work.</w:t>
      </w:r>
    </w:p>
    <w:p>
      <w:pPr>
        <w:jc w:val="right"/>
      </w:pPr>
      <w:r>
        <w:t>تو یہ عجیب غریب کام ہے جس کو ہم کہتے ہیں دعویٰ work۔</w:t>
      </w:r>
    </w:p>
    <w:p>
      <w:r>
        <w:rPr>
          <w:b/>
        </w:rPr>
        <w:t xml:space="preserve">[1:27:55] </w:t>
      </w:r>
      <w:r>
        <w:t>saari universityon ki digriyan aap ke paas hon, tab bhi aap ko koi yeh nahin milega. dunya</w:t>
      </w:r>
    </w:p>
    <w:p>
      <w:pPr>
        <w:jc w:val="right"/>
      </w:pPr>
      <w:r>
        <w:t>ساری یونیورسٹیوں کی ڈگریاں آپ کے پاس ہوں، تب بھی آپ کو کوئی یہ نہیں ملے گا۔ دنیا</w:t>
      </w:r>
    </w:p>
    <w:p>
      <w:r>
        <w:rPr>
          <w:b/>
        </w:rPr>
        <w:t xml:space="preserve">[1:28:02] </w:t>
      </w:r>
      <w:r>
        <w:t>mein jitni taleem gahein hain, jitni industryon hain, un sab ki digriyan aap ke paas hon, tab bhi aap ko yeh cheez nahin milegi jo jo daawa work ke zariye milti hai.</w:t>
      </w:r>
    </w:p>
    <w:p>
      <w:pPr>
        <w:jc w:val="right"/>
      </w:pPr>
      <w:r>
        <w:t>میں جتنی تعلیم گاہیں ہیں، جتنی انڈسٹریوں ہیں، ان سب کی ڈگریاں آپ کے پاس ہوں، تب بھی آپ کو یہ چیز نہیں ملے گی جو جو دعویٰ work کے ذریعے ملتی ہے۔</w:t>
      </w:r>
    </w:p>
    <w:p>
      <w:r>
        <w:rPr>
          <w:b/>
        </w:rPr>
        <w:t xml:space="preserve">[1:28:12] </w:t>
      </w:r>
      <w:r>
        <w:t>daawa work dunya ki sab se bari university hai. sab se bara learning process hai. sab se bara tajurba gaah hai.</w:t>
      </w:r>
    </w:p>
    <w:p>
      <w:pPr>
        <w:jc w:val="right"/>
      </w:pPr>
      <w:r>
        <w:t>دعویٰ work دنیا کی سب سے بڑی یونیورسٹی ہے۔ سب سے بڑا learning process ہے۔ سب سے بڑا تجربہ گاہ ہے۔</w:t>
      </w:r>
    </w:p>
    <w:p>
      <w:r>
        <w:rPr>
          <w:b/>
        </w:rPr>
        <w:t xml:space="preserve">[1:28:26] </w:t>
      </w:r>
      <w:r>
        <w:t>woh mashaa Allah</w:t>
      </w:r>
    </w:p>
    <w:p>
      <w:pPr>
        <w:jc w:val="right"/>
      </w:pPr>
      <w:r>
        <w:t>وہ ماشاءاللہ</w:t>
      </w:r>
    </w:p>
    <w:p>
      <w:r>
        <w:rPr>
          <w:b/>
        </w:rPr>
        <w:t xml:space="preserve">[1:28:30] </w:t>
      </w:r>
      <w:r>
        <w:t>hamare saathiyon ko woh cheez mil rahi hai. to main dawat to karta hoon ke Allah taala</w:t>
      </w:r>
    </w:p>
    <w:p>
      <w:pPr>
        <w:jc w:val="right"/>
      </w:pPr>
      <w:r>
        <w:t>ہمارے ساتھیوں کو وہ چیز مل رہی ہے۔ تو میں دعوت تو کرتا ہوں کہ اللہ تعالیٰ</w:t>
      </w:r>
    </w:p>
    <w:p>
      <w:r>
        <w:rPr>
          <w:b/>
        </w:rPr>
        <w:t xml:space="preserve">[1:28:39] </w:t>
      </w:r>
      <w:r>
        <w:t>hamare thode amal ko qabool farmaye. aur zyada amal ki tofeeq de.</w:t>
      </w:r>
    </w:p>
    <w:p>
      <w:pPr>
        <w:jc w:val="right"/>
      </w:pPr>
      <w:r>
        <w:t>ہمارے تھوڑے عمل کو قبول فرمائے۔ اور زیادہ عمل کی توفیق دے۔</w:t>
      </w:r>
    </w:p>
    <w:p>
      <w:r>
        <w:rPr>
          <w:b/>
        </w:rPr>
        <w:t xml:space="preserve">[1:28:50] </w:t>
      </w:r>
      <w:r>
        <w:t>hum ko dunya mein apni rehmat ata farmaye.</w:t>
      </w:r>
    </w:p>
    <w:p>
      <w:pPr>
        <w:jc w:val="right"/>
      </w:pPr>
      <w:r>
        <w:t>ہم کو دنیا میں اپنی رحمت عطا فرمائے۔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