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 of Hyderabad CPS Meet December 1, 2013</w:t>
      </w:r>
    </w:p>
    <w:p>
      <w:r>
        <w:t>https://youtu.be/Y8mcxF2Lhyc</w:t>
      </w:r>
    </w:p>
    <w:p>
      <w:r>
        <w:rPr>
          <w:b/>
        </w:rPr>
        <w:t xml:space="preserve">[00:08] </w:t>
      </w:r>
      <w:r>
        <w:t>bismillah rahman rahim, wa salla Allahu ala nabi al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[00:29] </w:t>
      </w:r>
      <w:r>
        <w:t>aaj main</w:t>
      </w:r>
    </w:p>
    <w:p>
      <w:pPr>
        <w:jc w:val="right"/>
      </w:pPr>
      <w:r>
        <w:t>آج میں</w:t>
      </w:r>
    </w:p>
    <w:p>
      <w:r>
        <w:rPr>
          <w:b/>
        </w:rPr>
        <w:t xml:space="preserve">[00:33] </w:t>
      </w:r>
      <w:r>
        <w:t>haiderabad ke ek safar ka, hamara jo safar hua, us ke kuch taassurat bayan karna chahta hoon. lekin is se pehle main ek tamheed mein ek baat arz karunga.</w:t>
      </w:r>
    </w:p>
    <w:p>
      <w:pPr>
        <w:jc w:val="right"/>
      </w:pPr>
      <w:r>
        <w:t>حیدرآباد کے ایک سفر کا، ہمارا جو سفر ہوا، اس کے کچھ تاثرات بیان کرنا چاہتا ہوں۔ لیکن اس سے پہلے میں ایک تمہید میں ایک بات عرض کروں گا۔</w:t>
      </w:r>
    </w:p>
    <w:p>
      <w:r>
        <w:rPr>
          <w:b/>
        </w:rPr>
        <w:t xml:space="preserve">[00:47] </w:t>
      </w:r>
      <w:r>
        <w:t>main soch raha tha ke Allah ne insaan ko kyun paida kiya? aur yeh saari tareekh mein tamam philosopher aur tamam thinker yeh sochte rahe hain ke Allah ne paida karne wale insaan ko kyun paida kiya?</w:t>
      </w:r>
    </w:p>
    <w:p>
      <w:pPr>
        <w:jc w:val="right"/>
      </w:pPr>
      <w:r>
        <w:t>میں سوچ رہا تھا کہ اللہ نے انسان کو کیوں پیدا کیا؟ اور یہ ساری تاریخ میں تمام فلاسفر اور تمام تھنکر یہ سوچتے رہے ہیں کہ اللہ نے پیدا کرنے والے انسان کو کیوں پیدا کیا؟</w:t>
      </w:r>
    </w:p>
    <w:p>
      <w:r>
        <w:rPr>
          <w:b/>
        </w:rPr>
        <w:t xml:space="preserve">[01:07] </w:t>
      </w:r>
      <w:r>
        <w:t>yeh bohat hi, yaani poori history mein yeh sawaal logon ke mind mein raha hai. to</w:t>
      </w:r>
    </w:p>
    <w:p>
      <w:pPr>
        <w:jc w:val="right"/>
      </w:pPr>
      <w:r>
        <w:t>یہ بہت ہی، یعنی پوری ہسٹری میں یہ سوال لوگوں کے مائنڈ میں رہا ہے۔ تو</w:t>
      </w:r>
    </w:p>
    <w:p>
      <w:r>
        <w:rPr>
          <w:b/>
        </w:rPr>
        <w:t xml:space="preserve">[01:18] </w:t>
      </w:r>
      <w:r>
        <w:t>kuch log samajhte hain ke apne fulfillment ke liye, ek tasawwur yeh hai ke creator ne apne fulfillment ke liye insaan ko banaya.</w:t>
      </w:r>
    </w:p>
    <w:p>
      <w:pPr>
        <w:jc w:val="right"/>
      </w:pPr>
      <w:r>
        <w:t>کچھ لوگ سمجھتے ہیں کہ اپنے فلفلمنٹ کے لیے، ایک تصور یہ ہے کہ کریٹر نے اپنے فلفلمنٹ کے لیے انسان کو بنایا۔</w:t>
      </w:r>
    </w:p>
    <w:p>
      <w:r>
        <w:rPr>
          <w:b/>
        </w:rPr>
        <w:t xml:space="preserve">[01:30] </w:t>
      </w:r>
      <w:r>
        <w:t>lekin yeh bilkul hi baseless baat hai. jo creator fulfillment ka mohtaaj ho, woh creator nahin ban sakta.</w:t>
      </w:r>
    </w:p>
    <w:p>
      <w:pPr>
        <w:jc w:val="right"/>
      </w:pPr>
      <w:r>
        <w:t>لیکن یہ بالکل ہی بیسلیس بات ہے۔ جو کریٹر فلفلمنٹ کا محتاج ہو، وہ کریٹر نہیں بن سکتا۔</w:t>
      </w:r>
    </w:p>
    <w:p>
      <w:r>
        <w:rPr>
          <w:b/>
        </w:rPr>
        <w:t xml:space="preserve">[01:45] </w:t>
      </w:r>
      <w:r>
        <w:t>woh creator ban hi nahin sakta. creator, dekhein, is universe ka, is insaan ka, is saara jo nature hai, is ka creator wohi ban sakta hai jo apne aap mein kaamil ho.</w:t>
      </w:r>
    </w:p>
    <w:p>
      <w:pPr>
        <w:jc w:val="right"/>
      </w:pPr>
      <w:r>
        <w:t>وہ کریٹر بن ہی نہیں سکتا۔ کریٹر، دیکھیں، اس یونیورس کا، اس انسان کا، اس سارا جو نیچر ہے، اس کا کریٹر وہی بن سکتا ہے جو اپنے آپ میں کامل ہو۔</w:t>
      </w:r>
    </w:p>
    <w:p>
      <w:r>
        <w:rPr>
          <w:b/>
        </w:rPr>
        <w:t xml:space="preserve">[02:06] </w:t>
      </w:r>
      <w:r>
        <w:t>apne aap mein kaamil ho.</w:t>
      </w:r>
    </w:p>
    <w:p>
      <w:pPr>
        <w:jc w:val="right"/>
      </w:pPr>
      <w:r>
        <w:t>اپنے آپ میں کامل ہو۔</w:t>
      </w:r>
    </w:p>
    <w:p>
      <w:r>
        <w:rPr>
          <w:b/>
        </w:rPr>
        <w:t xml:space="preserve">[02:12] </w:t>
      </w:r>
      <w:r>
        <w:t>yeh bilkul hi galat baat hai ke creator ne apne fulfillment ke liye banaya. yeh bilkul illogical hai.</w:t>
      </w:r>
    </w:p>
    <w:p>
      <w:pPr>
        <w:jc w:val="right"/>
      </w:pPr>
      <w:r>
        <w:t>یہ بالکل ہی غلط بات ہے کہ کریٹر نے اپنے فلفلمنٹ کے لیے بنایا۔ یہ بالکل اللاجیکل ہے۔</w:t>
      </w:r>
    </w:p>
    <w:p>
      <w:r>
        <w:rPr>
          <w:b/>
        </w:rPr>
        <w:t xml:space="preserve">[02:24] </w:t>
      </w:r>
      <w:r>
        <w:t>to is ka jawab sochte hue mujhe ek artist ka qissa yaad aaya.</w:t>
      </w:r>
    </w:p>
    <w:p>
      <w:pPr>
        <w:jc w:val="right"/>
      </w:pPr>
      <w:r>
        <w:t>تو اس کا جواب سوچتے ہوئے مجھے ایک آرٹسٹ کا قصہ یاد آیا۔</w:t>
      </w:r>
    </w:p>
    <w:p>
      <w:r>
        <w:rPr>
          <w:b/>
        </w:rPr>
        <w:t xml:space="preserve">[02:33] </w:t>
      </w:r>
      <w:r>
        <w:t>kisi ne is se kaha ke tum jo art banate ho, to is liye banate ho ke doosre log dekhen tumhare kamal ko?</w:t>
      </w:r>
    </w:p>
    <w:p>
      <w:pPr>
        <w:jc w:val="right"/>
      </w:pPr>
      <w:r>
        <w:t>کسی نے اس سے کہا کہ تم جو آرٹ بناتے ہو، تو اس لیے بناتے ہو کہ دوسرے لوگ دیکھیں تمہارے کمال کو؟</w:t>
      </w:r>
    </w:p>
    <w:p>
      <w:r>
        <w:rPr>
          <w:b/>
        </w:rPr>
        <w:t xml:space="preserve">[02:44] </w:t>
      </w:r>
      <w:r>
        <w:t>to is ne kaha ke tum mujh ko aur art dono ko under estimate kar rahe ho.</w:t>
      </w:r>
    </w:p>
    <w:p>
      <w:pPr>
        <w:jc w:val="right"/>
      </w:pPr>
      <w:r>
        <w:t>تو اس نے کہا کہ تم مجھ کو اور آرٹ دونوں کو انڈر ایسٹیمیٹ کر رہے ہو۔</w:t>
      </w:r>
    </w:p>
    <w:p>
      <w:r>
        <w:rPr>
          <w:b/>
        </w:rPr>
        <w:t xml:space="preserve">[02:51] </w:t>
      </w:r>
      <w:r>
        <w:t>jo ooncha artist hota hai, wo apne aap mein jeeta hai. apne aap mein jeeta hai.</w:t>
      </w:r>
    </w:p>
    <w:p>
      <w:pPr>
        <w:jc w:val="right"/>
      </w:pPr>
      <w:r>
        <w:t>جو اونچا آرٹسٹ ہوتا ہے، وہ اپنے آپ میں جیتا ہے۔ اپنے آپ میں جیتا ہے۔</w:t>
      </w:r>
    </w:p>
    <w:p>
      <w:r>
        <w:rPr>
          <w:b/>
        </w:rPr>
        <w:t xml:space="preserve">[03:01] </w:t>
      </w:r>
      <w:r>
        <w:t>is ko is ki kuch bhi parwah nahi hoti ke log is ko recognize karen. to is ne bohat ajeeb baat kahi ke artist ka concern yeh hota hai ke jo world of art hai,</w:t>
      </w:r>
    </w:p>
    <w:p>
      <w:pPr>
        <w:jc w:val="right"/>
      </w:pPr>
      <w:r>
        <w:t>اس کو اس کی کچھ بھی پرواہ نہیں ہوتی کہ لوگ اس کو ریکگنائز کریں۔ تو اس نے بہت عجیب بات کہی کہ آرٹسٹ کا کنسرن یہ ہوتا ہے کہ جو ورلڈ آف آرٹ ہے،</w:t>
      </w:r>
    </w:p>
    <w:p>
      <w:r>
        <w:rPr>
          <w:b/>
        </w:rPr>
        <w:t xml:space="preserve">[03:18] </w:t>
      </w:r>
      <w:r>
        <w:t>world of art ki jo beauty hai, is beauty ko log janen. yani logon ko janna chahiye ke world of beauty kya cheez hai</w:t>
      </w:r>
    </w:p>
    <w:p>
      <w:pPr>
        <w:jc w:val="right"/>
      </w:pPr>
      <w:r>
        <w:t>ورلڈ آف آرٹ کی جو بیوٹی ہے، اس بیوٹی کو لوگ جانیں۔ یعنی لوگوں کو جاننا چاہیے کہ ورلڈ آف بیوٹی کیا چیز ہے</w:t>
      </w:r>
    </w:p>
    <w:p>
      <w:r>
        <w:rPr>
          <w:b/>
        </w:rPr>
        <w:t xml:space="preserve">[03:30] </w:t>
      </w:r>
      <w:r>
        <w:t>jis mein jee raha hai artist.</w:t>
      </w:r>
    </w:p>
    <w:p>
      <w:pPr>
        <w:jc w:val="right"/>
      </w:pPr>
      <w:r>
        <w:t>جس میں جی رہا ہے آرٹسٹ۔</w:t>
      </w:r>
    </w:p>
    <w:p>
      <w:r>
        <w:rPr>
          <w:b/>
        </w:rPr>
        <w:t xml:space="preserve">[03:34] </w:t>
      </w:r>
      <w:r>
        <w:t>yeh bohat anokha yeh jawab hai.</w:t>
      </w:r>
    </w:p>
    <w:p>
      <w:pPr>
        <w:jc w:val="right"/>
      </w:pPr>
      <w:r>
        <w:t>یہ بہت انوکھا یہ جواب ہے۔</w:t>
      </w:r>
    </w:p>
    <w:p>
      <w:r>
        <w:rPr>
          <w:b/>
        </w:rPr>
        <w:t xml:space="preserve">[03:40] </w:t>
      </w:r>
      <w:r>
        <w:t>to main sochta hoon ke Allah ne in, is, yeh jo aise insan banaye jo aisa jawab den, wo ek demonstration hai is baat ka ke yahan tum soch sakte ho ke Allah ne kyun paida kiya?</w:t>
      </w:r>
    </w:p>
    <w:p>
      <w:pPr>
        <w:jc w:val="right"/>
      </w:pPr>
      <w:r>
        <w:t>تو میں سوچتا ہوں کہ اللہ نے ان، اس، یہ جو ایسے انسان بنائے جو ایسا جواب دیں، وہ ایک ڈیمونسٹریشن ہے اس بات کا کہ یہاں تم سوچ سکتے ہو کہ اللہ نے کیوں پیدا کیا؟</w:t>
      </w:r>
    </w:p>
    <w:p>
      <w:r>
        <w:rPr>
          <w:b/>
        </w:rPr>
        <w:t xml:space="preserve">[03:58] </w:t>
      </w:r>
      <w:r>
        <w:t>to isi, isi se aap samajh sakte hain ke Allah ko yeh manzoor tha ke jo world of duty hai, world of beauty hai, jo world of meaning hai,</w:t>
      </w:r>
    </w:p>
    <w:p>
      <w:pPr>
        <w:jc w:val="right"/>
      </w:pPr>
      <w:r>
        <w:t>تو اسی، اسی سے آپ سمجھ سکتے ہیں کہ اللہ کو یہ منظور تھا کہ جو ورلڈ آف ڈیوٹی ہے، ورلڈ آف بیوٹی ہے، جو ورلڈ آف میننگ ہے،</w:t>
      </w:r>
    </w:p>
    <w:p>
      <w:r>
        <w:rPr>
          <w:b/>
        </w:rPr>
        <w:t xml:space="preserve">[04:18] </w:t>
      </w:r>
      <w:r>
        <w:t>is se koi ho jo is, jo is se enjoy kare. yani is ke, is ke jo senses hain, aankh hai, kaan hai, dimagh hai, sare senses jo hain,</w:t>
      </w:r>
    </w:p>
    <w:p>
      <w:pPr>
        <w:jc w:val="right"/>
      </w:pPr>
      <w:r>
        <w:t>اس سے کوئی ہو جو اس، جو اس سے انجوائے کرے۔ یعنی اس کے، اس کے جو سینسز ہیں، آنکھ ہے، کان ہے، دماغ ہے، سارے سینسز جو ہیں،</w:t>
      </w:r>
    </w:p>
    <w:p>
      <w:r>
        <w:rPr>
          <w:b/>
        </w:rPr>
        <w:t xml:space="preserve">[04:34] </w:t>
      </w:r>
      <w:r>
        <w:t>to in ko</w:t>
      </w:r>
    </w:p>
    <w:p>
      <w:pPr>
        <w:jc w:val="right"/>
      </w:pPr>
      <w:r>
        <w:t>تو ان کو</w:t>
      </w:r>
    </w:p>
    <w:p>
      <w:r>
        <w:rPr>
          <w:b/>
        </w:rPr>
        <w:t xml:space="preserve">[04:37] </w:t>
      </w:r>
      <w:r>
        <w:t>enjoy ka saman</w:t>
      </w:r>
    </w:p>
    <w:p>
      <w:pPr>
        <w:jc w:val="right"/>
      </w:pPr>
      <w:r>
        <w:t>انجوائے کا سامان</w:t>
      </w:r>
    </w:p>
    <w:p>
      <w:r>
        <w:rPr>
          <w:b/>
        </w:rPr>
        <w:t xml:space="preserve">[04:39] </w:t>
      </w:r>
      <w:r>
        <w:t>mile. to logon ke, logon ke bhale ke liye, na ke apne fulfillment ke liye, Allah ne dunya banai. to dekhen, insan ki paidaish ki tareekh batati hai ke Allah ne paida kar ke insan ko jannat mein basa diya ke sab log enjoy karo.</w:t>
      </w:r>
    </w:p>
    <w:p>
      <w:pPr>
        <w:jc w:val="right"/>
      </w:pPr>
      <w:r>
        <w:t>ملے۔ تو لوگوں کے، لوگوں کے بھلے کے لیے، نہ کہ اپنے فلفلمنٹ کے لیے، اللہ نے دنیا بنائی۔ تو دیکھیں، انسان کی پیدائش کی تاریخ بتاتی ہے کہ اللہ نے پیدا کر کے انسان کو جنت میں بسا دیا کہ سب لوگ انجوائے کرو۔</w:t>
      </w:r>
    </w:p>
    <w:p>
      <w:r>
        <w:rPr>
          <w:b/>
        </w:rPr>
        <w:t xml:space="preserve">[05:03] </w:t>
      </w:r>
      <w:r>
        <w:t>lekin jab Adam ne forbidden tree jo hai, is ka phal kha liya to maloom hua ke insan jo hai, yani competent nahi hai itne is general blessing ke liye.</w:t>
      </w:r>
    </w:p>
    <w:p>
      <w:pPr>
        <w:jc w:val="right"/>
      </w:pPr>
      <w:r>
        <w:t>لیکن جب آدم نے فابن ٹری جو ہے، اس کا پھل کھا لیا تو معلوم ہوا کہ انسان جو ہے، یعنی کمپیٹنٹ نہیں ہے اتنے اس جنرل بلیسنگ کے لیے۔</w:t>
      </w:r>
    </w:p>
    <w:p>
      <w:r>
        <w:rPr>
          <w:b/>
        </w:rPr>
        <w:t xml:space="preserve">[05:22] </w:t>
      </w:r>
      <w:r>
        <w:t>tab Khuda ne insan ko dunya mein bhej diya aur yeh condition laga di ke aadmi discover kare, realize kare, apne aap ko banaye is qabil ke wo jannat mein basaya jaye.</w:t>
      </w:r>
    </w:p>
    <w:p>
      <w:pPr>
        <w:jc w:val="right"/>
      </w:pPr>
      <w:r>
        <w:t>تب خدا نے انسان کو دنیا میں بھیج دیا اور یہ کنڈیشن لگا دی کہ آدمی ڈسکور کرے، ریلائز کرے، اپنے آپ کو بنائے اس قابل کہ وہ جنت میں بسایا جائے۔</w:t>
      </w:r>
    </w:p>
    <w:p>
      <w:r>
        <w:rPr>
          <w:b/>
        </w:rPr>
        <w:t xml:space="preserve">[05:39] </w:t>
      </w:r>
      <w:r>
        <w:t>tab is ko jannat mile. to is ke liye Allah ne peghambaron ka silsila jari kiya.</w:t>
      </w:r>
    </w:p>
    <w:p>
      <w:pPr>
        <w:jc w:val="right"/>
      </w:pPr>
      <w:r>
        <w:t>تب اس کو جنت ملے۔ تو اس کے لیے اللہ نے پیغمبروں کا سلسلہ جاری کیا۔</w:t>
      </w:r>
    </w:p>
    <w:p>
      <w:r>
        <w:rPr>
          <w:b/>
        </w:rPr>
        <w:t xml:space="preserve">[05:48] </w:t>
      </w:r>
      <w:r>
        <w:t>yani insan ki paidaish pehle hoti hai, peghambaron ka silsila baad ko shuru hota hai. to peghambar ate rahe, lagatar ate rahe.</w:t>
      </w:r>
    </w:p>
    <w:p>
      <w:pPr>
        <w:jc w:val="right"/>
      </w:pPr>
      <w:r>
        <w:t>یعنی انسان کی پیدائش پہلے ہوتی ہے، پیغمبروں کا سلسلہ بعد کو شروع ہوتا ہے۔ تو پیغمبر آتے رہے، لگاتار آتے رہے۔</w:t>
      </w:r>
    </w:p>
    <w:p>
      <w:r>
        <w:rPr>
          <w:b/>
        </w:rPr>
        <w:t xml:space="preserve">[05:59] </w:t>
      </w:r>
      <w:r>
        <w:t>lekin Quran mein bataya gaya hai ke musalsal taur par insan jo hai, peghambar ko pehchan na saka.</w:t>
      </w:r>
    </w:p>
    <w:p>
      <w:pPr>
        <w:jc w:val="right"/>
      </w:pPr>
      <w:r>
        <w:t>لیکن قرآن میں بتایا گیا ہے کہ مسلسل طور پر انسان جو ہے، پیغمبر کو پہچان نہ سکا۔</w:t>
      </w:r>
    </w:p>
    <w:p>
      <w:r>
        <w:rPr>
          <w:b/>
        </w:rPr>
        <w:t xml:space="preserve">[06:11] </w:t>
      </w:r>
      <w:r>
        <w:t>is ko inkari karta raha. aur is history aap dekhiye, history yani Allah ke education plan hai, is mein number one ahmiyat hai prophets ki.</w:t>
      </w:r>
    </w:p>
    <w:p>
      <w:pPr>
        <w:jc w:val="right"/>
      </w:pPr>
      <w:r>
        <w:t>اس کو انکاری کرتا رہا۔ اور اس ہسٹری آپ دیکھیے، ہسٹری یعنی اللہ کے ایجوکیشن پلان ہے، اس میں نمبر ون اہمیت ہے پرافٹس کی۔</w:t>
      </w:r>
    </w:p>
    <w:p>
      <w:r>
        <w:rPr>
          <w:b/>
        </w:rPr>
        <w:t xml:space="preserve">[06:30] </w:t>
      </w:r>
      <w:r>
        <w:t>jaise ke world of science mein number one ahmiyat hai Galileo ki, Newton ki, Einstein ki. to koi history of science jo hai, is se khali ho to kaisa ajeeb hoga?</w:t>
      </w:r>
    </w:p>
    <w:p>
      <w:pPr>
        <w:jc w:val="right"/>
      </w:pPr>
      <w:r>
        <w:t>جیسے کہ ورلڈ آف سائنس میں نمبر ون اہمیت ہے گلیلیو کی، نیوٹن کی، آئنسٹائن کی۔ تو کوئی ہسٹری آف سائنس جو ہے، اس سے خالی ہو تو کیسا عجیب ہوگا؟</w:t>
      </w:r>
    </w:p>
    <w:p>
      <w:r>
        <w:rPr>
          <w:b/>
        </w:rPr>
        <w:t xml:space="preserve">[06:45] </w:t>
      </w:r>
      <w:r>
        <w:t>to yani insan ki jo history hai, is mein record hi nahi hua farishton, peghambaron ka. kaisi ajeeb baat hai</w:t>
      </w:r>
    </w:p>
    <w:p>
      <w:pPr>
        <w:jc w:val="right"/>
      </w:pPr>
      <w:r>
        <w:t>تو یعنی انسان کی جو ہسٹری ہے، اس میں ریکارڈ ہی نہیں ہوا فرشتوں، پیغمبروں کا۔ کیسی عجیب بات ہے</w:t>
      </w:r>
    </w:p>
    <w:p>
      <w:r>
        <w:rPr>
          <w:b/>
        </w:rPr>
        <w:t xml:space="preserve">[06:55] </w:t>
      </w:r>
      <w:r>
        <w:t>? yeh aisi hai jaise ke history of science mein Galileo ka, Newton ka, Einstein ka zikr hi na ho to history kahan hogi wo?</w:t>
      </w:r>
    </w:p>
    <w:p>
      <w:pPr>
        <w:jc w:val="right"/>
      </w:pPr>
      <w:r>
        <w:t>؟ یہ ایسی ہے جیسے کہ ہسٹری آف سائنس میں گلیلیو کا، نیوٹن کا، آئنسٹائن کا ذکر ہی نہ ہو تو ہسٹری کہاں ہوگی وہ؟</w:t>
      </w:r>
    </w:p>
    <w:p>
      <w:r>
        <w:rPr>
          <w:b/>
        </w:rPr>
        <w:t xml:space="preserve">[07:04] </w:t>
      </w:r>
      <w:r>
        <w:t>to insan ki jo recorded history hai, is mein insan ne peghambaron ko record hi nahi kiya. itna zyada peghambaron ko neglect kiya gaya, nazar andaaz kiya gaya.</w:t>
      </w:r>
    </w:p>
    <w:p>
      <w:pPr>
        <w:jc w:val="right"/>
      </w:pPr>
      <w:r>
        <w:t>تو انسان کی جو ریکارڈڈ ہسٹری ہے، اس میں انسان نے پیغمبروں کو ریکارڈ ہی نہیں کیا۔ اتنا زیادہ پیغمبروں کو نگلیکٹ کیا گیا، نظر انداز کیا گیا۔</w:t>
      </w:r>
    </w:p>
    <w:p>
      <w:r>
        <w:rPr>
          <w:b/>
        </w:rPr>
        <w:t xml:space="preserve">[07:20] </w:t>
      </w:r>
      <w:r>
        <w:t>to behal Allah taala ne phir planning ki, planning ki, planning ki, yahan tak ke Rasool Allah sal Allahu alaihi wasallam paida hue, Sahaba wajood mein aaye aur ek nai history shuru hui.</w:t>
      </w:r>
    </w:p>
    <w:p>
      <w:pPr>
        <w:jc w:val="right"/>
      </w:pPr>
      <w:r>
        <w:t>تو بہرحال اللہ تعالی نے پھر پلاننگ کی، پلاننگ کی، پلاننگ کی، یہاں تک کہ رسول اللہ صلی اللہ علیہ وسلم پیدا ہوئے، صحابہ وجود میں آئے اور ایک نئی ہسٹری شروع ہوئی۔</w:t>
      </w:r>
    </w:p>
    <w:p>
      <w:r>
        <w:rPr>
          <w:b/>
        </w:rPr>
        <w:t xml:space="preserve">[07:31] </w:t>
      </w:r>
      <w:r>
        <w:t>ab insan, ab Allah taala ki jo final, jo Allah taala ki planning ka jo final nishana tha, final wo tha har insan ko ba-khabar kar dena Allah ke creation plan se.</w:t>
      </w:r>
    </w:p>
    <w:p>
      <w:pPr>
        <w:jc w:val="right"/>
      </w:pPr>
      <w:r>
        <w:t>اب انسان، اب اللہ تعالی کی جو فائنل، جو اللہ تعالی کی پلاننگ کا جو فائنل نشانہ تھا، فائنل وہ تھا ہر انسان کو باخبر کر دینا اللہ کے کریشن پلان سے۔</w:t>
      </w:r>
    </w:p>
    <w:p>
      <w:r>
        <w:rPr>
          <w:b/>
        </w:rPr>
        <w:t xml:space="preserve">[07:51] </w:t>
      </w:r>
      <w:r>
        <w:t>yeh tha final nishana. insaan ka apna mamla hai ke woh qabool karta hai, nahi qabool karta hai. lekin Allah ka mamla yeh hai ke woh ba-khabar kar de.</w:t>
      </w:r>
    </w:p>
    <w:p>
      <w:pPr>
        <w:jc w:val="right"/>
      </w:pPr>
      <w:r>
        <w:t>یہ تھا فائنل نشانہ۔ انسان کا اپنا معاملہ ہے کہ وہ قبول کرتا ہے، نہیں قبول کرتا ہے۔ لیکن اللہ کا معاملہ یہ ہے کہ وہ باخبر کر دے۔</w:t>
      </w:r>
    </w:p>
    <w:p>
      <w:r>
        <w:rPr>
          <w:b/>
        </w:rPr>
        <w:t xml:space="preserve">[08:00] </w:t>
      </w:r>
      <w:r>
        <w:t>koi be-khabari mein jiye, be-khabari mare, asar na ho. to</w:t>
      </w:r>
    </w:p>
    <w:p>
      <w:pPr>
        <w:jc w:val="right"/>
      </w:pPr>
      <w:r>
        <w:t>کوئی بے خبری میں جیے، بے خبری مرے، اثر نہ ہو۔ تو</w:t>
      </w:r>
    </w:p>
    <w:p>
      <w:r>
        <w:rPr>
          <w:b/>
        </w:rPr>
        <w:t xml:space="preserve">[08:12] </w:t>
      </w:r>
      <w:r>
        <w:t>is ke liye</w:t>
      </w:r>
    </w:p>
    <w:p>
      <w:pPr>
        <w:jc w:val="right"/>
      </w:pPr>
      <w:r>
        <w:t>اس کے لیے</w:t>
      </w:r>
    </w:p>
    <w:p>
      <w:r>
        <w:rPr>
          <w:b/>
        </w:rPr>
        <w:t xml:space="preserve">[08:16] </w:t>
      </w:r>
      <w:r>
        <w:t>quran mein bhi isharat mojood hain, hadith mein</w:t>
      </w:r>
    </w:p>
    <w:p>
      <w:pPr>
        <w:jc w:val="right"/>
      </w:pPr>
      <w:r>
        <w:t>قرآن میں بھی اشارات موجود ہیں، حدیث میں</w:t>
      </w:r>
    </w:p>
    <w:p>
      <w:r>
        <w:rPr>
          <w:b/>
        </w:rPr>
        <w:t xml:space="preserve">[08:18] </w:t>
      </w:r>
      <w:r>
        <w:t>bhi mojood hain. is mein se ek hadith yeh hai ke "la tabqa ala zahir lar bait madran wala wabari illa Allah kalmatul Islam".</w:t>
      </w:r>
    </w:p>
    <w:p>
      <w:pPr>
        <w:jc w:val="right"/>
      </w:pPr>
      <w:r>
        <w:t>بھی موجود ہیں۔ اس میں سے ایک حدیث یہ ہے کہ "لا طبقہ علی ظاہر لرز بیت مدرن ولا وبری الا اللہ کلمۃ الاسلام"۔</w:t>
      </w:r>
    </w:p>
    <w:p>
      <w:r>
        <w:rPr>
          <w:b/>
        </w:rPr>
        <w:t xml:space="preserve">[08:31] </w:t>
      </w:r>
      <w:r>
        <w:t>yani zameen par lafzi tarjuma yeh hai ke oont ka aur aur mitti ka ghar. oont ka, oont ka ghar ke mani hain khayma, tent.</w:t>
      </w:r>
    </w:p>
    <w:p>
      <w:pPr>
        <w:jc w:val="right"/>
      </w:pPr>
      <w:r>
        <w:t>یعنی زمین پر لفظی ترجمہ یہ ہے کہ اونٹ کا اور اور مٹی کا گھر۔ اونٹ کا، اونٹ کا گھر کے معنی ہیں خیمہ، ٹینٹ۔</w:t>
      </w:r>
    </w:p>
    <w:p>
      <w:r>
        <w:rPr>
          <w:b/>
        </w:rPr>
        <w:t xml:space="preserve">[08:44] </w:t>
      </w:r>
      <w:r>
        <w:t>mitti ke ghar ke mani chhote chhote jo ghar banate thay log.</w:t>
      </w:r>
    </w:p>
    <w:p>
      <w:pPr>
        <w:jc w:val="right"/>
      </w:pPr>
      <w:r>
        <w:t>مٹی کے گھر کے معنی چھوٹے چھوٹے جو گھر بناتے تھے لوگ۔</w:t>
      </w:r>
    </w:p>
    <w:p>
      <w:r>
        <w:rPr>
          <w:b/>
        </w:rPr>
        <w:t xml:space="preserve">[08:47] </w:t>
      </w:r>
      <w:r>
        <w:t>to doosre lafzon mein yeh hai ke zameen par koi chhota ghar, bada ghar, asar na bache magar wahan Allah ka kalma dakhil ho jaye "illa Allah kalmatul Islam".</w:t>
      </w:r>
    </w:p>
    <w:p>
      <w:pPr>
        <w:jc w:val="right"/>
      </w:pPr>
      <w:r>
        <w:t>تو دوسرے لفظوں میں یہ ہے کہ زمین پر کوئی چھوٹا گھر، بڑا گھر، اثر نہ بچے مگر وہاں اللہ کا کلمہ داخل ہو جائے "الا اللہ کلمۃ الاسلام"۔</w:t>
      </w:r>
    </w:p>
    <w:p>
      <w:r>
        <w:rPr>
          <w:b/>
        </w:rPr>
        <w:t xml:space="preserve">[09:05] </w:t>
      </w:r>
      <w:r>
        <w:t>to dilon mein kalma ko dakhil karna yeh insaan ka apna kaam, woh apna choice hai uska.</w:t>
      </w:r>
    </w:p>
    <w:p>
      <w:pPr>
        <w:jc w:val="right"/>
      </w:pPr>
      <w:r>
        <w:t>تو دلوں میں کلمہ کو داخل کرنا یہ انسان کا اپنا کام، وہ اپنا چوائس ہے اس کا۔</w:t>
      </w:r>
    </w:p>
    <w:p>
      <w:r>
        <w:rPr>
          <w:b/>
        </w:rPr>
        <w:t xml:space="preserve">[09:16] </w:t>
      </w:r>
      <w:r>
        <w:t>yani Allah ki baat dil mein utar jaye, yeh insaan ka apna choice hai. lekin Allah ka mansha yeh hai ke kam az kam in ko ba-khabar kar diya jaye.</w:t>
      </w:r>
    </w:p>
    <w:p>
      <w:pPr>
        <w:jc w:val="right"/>
      </w:pPr>
      <w:r>
        <w:t>یعنی اللہ کی بات دل میں اتر جائے، یہ انسان کا اپنا چوائس ہے۔ لیکن اللہ کا منشا یہ ہے کہ کم از کم ان کو باخبر کر دیا جائے۔</w:t>
      </w:r>
    </w:p>
    <w:p>
      <w:r>
        <w:rPr>
          <w:b/>
        </w:rPr>
        <w:t xml:space="preserve">[09:32] </w:t>
      </w:r>
      <w:r>
        <w:t>to yeh scheme mein samajhta hoon ke ab apne final stage mein aa chuki hai.</w:t>
      </w:r>
    </w:p>
    <w:p>
      <w:pPr>
        <w:jc w:val="right"/>
      </w:pPr>
      <w:r>
        <w:t>تو یہ اسکیم میں سمجھتا ہوں کہ اب اپنے فائنل اسٹیج میں آ چکی ہے۔</w:t>
      </w:r>
    </w:p>
    <w:p>
      <w:r>
        <w:rPr>
          <w:b/>
        </w:rPr>
        <w:t xml:space="preserve">[09:41] </w:t>
      </w:r>
      <w:r>
        <w:t>ab aakhri waqt aa gaya hai ke yeh, yeh, yeh Allah ki yeh baat hai, ghar ghar pahunch jaye. yeh mein tamheed mein kya, mein ne is liye ke abhi jo hum Hyderabad gaye to wahan par chaar din ka program tha.</w:t>
      </w:r>
    </w:p>
    <w:p>
      <w:pPr>
        <w:jc w:val="right"/>
      </w:pPr>
      <w:r>
        <w:t>اب آخری وقت آ گیا ہے کہ یہ، یہ، یہ اللہ کی یہ بات ہے، گھر گھر پہنچ جائے۔ یہ میں تمہید میں کیا، میں نے اس لیے کہ ابھی جو ہم حیدرآباد گئے تو وہاں پر چار دن کا پروگرام تھا۔</w:t>
      </w:r>
    </w:p>
    <w:p>
      <w:r>
        <w:rPr>
          <w:b/>
        </w:rPr>
        <w:t xml:space="preserve">[10:05] </w:t>
      </w:r>
      <w:r>
        <w:t>chaar din ka program.</w:t>
      </w:r>
    </w:p>
    <w:p>
      <w:pPr>
        <w:jc w:val="right"/>
      </w:pPr>
      <w:r>
        <w:t>چار دن کا پروگرام۔</w:t>
      </w:r>
    </w:p>
    <w:p>
      <w:r>
        <w:rPr>
          <w:b/>
        </w:rPr>
        <w:t xml:space="preserve">[10:08] </w:t>
      </w:r>
      <w:r>
        <w:t>wahan do din Buddhist logon ka program tha, is mein unhon ne bulaya tha mujhe. lekin chaaron din hamara apna CPS ka program bhi chalta raha.</w:t>
      </w:r>
    </w:p>
    <w:p>
      <w:pPr>
        <w:jc w:val="right"/>
      </w:pPr>
      <w:r>
        <w:t>وہاں دو دن بدھسٹ لوگوں کا پروگرام تھا، اس میں انہوں نے بلایا تھا مجھے۔ لیکن چاروں دن ہمارا اپنا سی پی ایس کا پروگرام بھی چلتا رہا۔</w:t>
      </w:r>
    </w:p>
    <w:p>
      <w:r>
        <w:rPr>
          <w:b/>
        </w:rPr>
        <w:t xml:space="preserve">[10:20] </w:t>
      </w:r>
      <w:r>
        <w:t>wahan bohat se log ikhatta hue.</w:t>
      </w:r>
    </w:p>
    <w:p>
      <w:pPr>
        <w:jc w:val="right"/>
      </w:pPr>
      <w:r>
        <w:t>وہاں بہت سے لوگ اکٹھا ہوئے۔</w:t>
      </w:r>
    </w:p>
    <w:p>
      <w:r>
        <w:rPr>
          <w:b/>
        </w:rPr>
        <w:t xml:space="preserve">[10:23] </w:t>
      </w:r>
      <w:r>
        <w:t>to chaar din ke program mein jo aakhri din tha, yani 30 November 2013 ko maine jo speech di thi, wahan par apne saathi'on ke samne jo 50 se zyada thay,</w:t>
      </w:r>
    </w:p>
    <w:p>
      <w:pPr>
        <w:jc w:val="right"/>
      </w:pPr>
      <w:r>
        <w:t>تو چار دن کے پروگرام میں جو آخری دن تھا، یعنی 30 نومبر 2013 کو میں نے جو سپیچ دی تھی، وہاں پر اپنے ساتھیوں کے سامنے جو 50 سے زیادہ تھے،</w:t>
      </w:r>
    </w:p>
    <w:p>
      <w:r>
        <w:rPr>
          <w:b/>
        </w:rPr>
        <w:t xml:space="preserve">[10:40] </w:t>
      </w:r>
      <w:r>
        <w:t>to un ko maine ek nishana diya isi hadith ki roshni mein. woh nishana tha ke woh ek target tha "Operation Flood".</w:t>
      </w:r>
    </w:p>
    <w:p>
      <w:pPr>
        <w:jc w:val="right"/>
      </w:pPr>
      <w:r>
        <w:t>تو ان کو میں نے ایک نشانہ دیا اسی حدیث کی روشنی میں۔ وہ نشانہ تھا کہ وہ ایک ٹارگٹ تھا "اپریشن فلڈ"۔</w:t>
      </w:r>
    </w:p>
    <w:p>
      <w:r>
        <w:rPr>
          <w:b/>
        </w:rPr>
        <w:t xml:space="preserve">[10:55] </w:t>
      </w:r>
      <w:r>
        <w:t>"Operation Flood" yani word of God jo hai, us ko flood kar diye, sari duniya mein flood kar diye.</w:t>
      </w:r>
    </w:p>
    <w:p>
      <w:pPr>
        <w:jc w:val="right"/>
      </w:pPr>
      <w:r>
        <w:t>"اپریشن فلڈ" یعنی ورڈ آف گاڈ جو ہے، اس کو فلڈ کر دیے، ساری دنیا میں فلڈ کر دیے۔</w:t>
      </w:r>
    </w:p>
    <w:p>
      <w:r>
        <w:rPr>
          <w:b/>
        </w:rPr>
        <w:t xml:space="preserve">[11:04] </w:t>
      </w:r>
      <w:r>
        <w:t>yeh aap ka nishana. koi insaan bacha nahi jo jis, jis, jis, jis ko yeh mil na chuka ho yeh message Allah taala ka.</w:t>
      </w:r>
    </w:p>
    <w:p>
      <w:pPr>
        <w:jc w:val="right"/>
      </w:pPr>
      <w:r>
        <w:t>یہ آپ کا نشانہ۔ کوئی انسان بچا نہیں جو جس، جس، جس، جس کو یہ مل نہ چکا ہو یہ میسج اللہ تعالی کا۔</w:t>
      </w:r>
    </w:p>
    <w:p>
      <w:r>
        <w:rPr>
          <w:b/>
        </w:rPr>
        <w:t xml:space="preserve">[11:15] </w:t>
      </w:r>
      <w:r>
        <w:t>to us ko maine target diya "Operation Flood". phir maine socha ke mujhe himmat kaise pari itna bada nishana dene ki</w:t>
      </w:r>
    </w:p>
    <w:p>
      <w:pPr>
        <w:jc w:val="right"/>
      </w:pPr>
      <w:r>
        <w:t>تو اس کو میں نے ٹارگٹ دیا "اپریشن فلڈ"۔ پھر میں نے سوچا کہ مجھے ہمت کیسے پڑی اتنا بڑا نشانہ دینے کی</w:t>
      </w:r>
    </w:p>
    <w:p>
      <w:r>
        <w:rPr>
          <w:b/>
        </w:rPr>
        <w:t xml:space="preserve">[11:25] </w:t>
      </w:r>
      <w:r>
        <w:t>"Operation Flood". aap ghor kijiye ke yeh koi saada baat nahi hai. "Operation Flood" ka nishana dene ke liye bohat sara infrastructure chahiye, bohat sari is ki condition chahiye.</w:t>
      </w:r>
    </w:p>
    <w:p>
      <w:pPr>
        <w:jc w:val="right"/>
      </w:pPr>
      <w:r>
        <w:t>"اپریشن فلڈ"۔ آپ غور کیجئے کہ یہ کوئی سادہ بات نہیں ہے۔ "اپریشن فلڈ" کا نشانہ دینے کے لیے بہت سارا انفراسٹرکچر چاہیے، بہت ساری اس کی کنڈیشن چاہیے۔</w:t>
      </w:r>
    </w:p>
    <w:p>
      <w:r>
        <w:rPr>
          <w:b/>
        </w:rPr>
        <w:t xml:space="preserve">[11:42] </w:t>
      </w:r>
      <w:r>
        <w:t>is ke baghair agar koi deta hai to woh mein samajhta hoon ke woh ek mad aadmi hai. to maine socha ke aakhir mujhe kaise himmat pari ke main aisa nishana de doon?</w:t>
      </w:r>
    </w:p>
    <w:p>
      <w:pPr>
        <w:jc w:val="right"/>
      </w:pPr>
      <w:r>
        <w:t>اس کے بغیر اگر کوئی دیتا ہے تو وہ میں سمجھتا ہوں کہ وہ ایک میڈ آدمی ہے۔ تو میں نے سوچا کہ آخر مجھے کیسے ہمت پڑی کہ میں ایسا نشانہ دے دوں؟</w:t>
      </w:r>
    </w:p>
    <w:p>
      <w:r>
        <w:rPr>
          <w:b/>
        </w:rPr>
        <w:t xml:space="preserve">[11:52] </w:t>
      </w:r>
      <w:r>
        <w:t>to phir ek poori kainaat samajh mein aayi, ek poori dhistori hui. dekhein, sari duniya ke tamam insanon tak word of God pahunchane ke liye kya chahiye?</w:t>
      </w:r>
    </w:p>
    <w:p>
      <w:pPr>
        <w:jc w:val="right"/>
      </w:pPr>
      <w:r>
        <w:t>تو پھر ایک پوری کائنات سمجھ میں آئی، ایک پوری ڈسٹوری ہوئی۔ دیکھیں، ساری دنیا کے تمام انسانوں تک ورڈ آف گاڈ پہنچانے کے لیے کیا چاہیے؟</w:t>
      </w:r>
    </w:p>
    <w:p>
      <w:r>
        <w:rPr>
          <w:b/>
        </w:rPr>
        <w:t xml:space="preserve">[12:09] </w:t>
      </w:r>
      <w:r>
        <w:t>ek fard nahi kar sakta yeh kaam, ek team chahiye. ek team. team kaise banti hai?</w:t>
      </w:r>
    </w:p>
    <w:p>
      <w:pPr>
        <w:jc w:val="right"/>
      </w:pPr>
      <w:r>
        <w:t>ایک فرد نہیں کر سکتا یہ کام، ایک ٹیم چاہیے۔ ایک ٹیم۔ ٹیم کیسے بنتی ہے؟</w:t>
      </w:r>
    </w:p>
    <w:p>
      <w:r>
        <w:rPr>
          <w:b/>
        </w:rPr>
        <w:t xml:space="preserve">[12:17] </w:t>
      </w:r>
      <w:r>
        <w:t>team ke banne ke liye "it requires long long process". aisa nahi ke team kahin se aap nikal lein, ja ke kisi shopping mall se khareed lein.</w:t>
      </w:r>
    </w:p>
    <w:p>
      <w:pPr>
        <w:jc w:val="right"/>
      </w:pPr>
      <w:r>
        <w:t>ٹیم کے بننے کے لیے "اٹ ریکوائرڈ لانگ لانگ پراسیس"۔ ایسا نہیں کہ ٹیم کہیں سے آپ نکال لیں، جا کے کسی شاپنگ مال سے خرید لیں۔</w:t>
      </w:r>
    </w:p>
    <w:p>
      <w:r>
        <w:rPr>
          <w:b/>
        </w:rPr>
        <w:t xml:space="preserve">[12:31] </w:t>
      </w:r>
      <w:r>
        <w:t>aik lamba process chalta hai, tab ja kar aik team wajood mein aati hai.</w:t>
      </w:r>
    </w:p>
    <w:p>
      <w:pPr>
        <w:jc w:val="right"/>
      </w:pPr>
      <w:r>
        <w:t>ایک لمبا پراسیس چلتا ہے، تب جا کر ایک ٹیم وجود میں آتی ہے۔</w:t>
      </w:r>
    </w:p>
    <w:p>
      <w:r>
        <w:rPr>
          <w:b/>
        </w:rPr>
        <w:t xml:space="preserve">[12:39] </w:t>
      </w:r>
      <w:r>
        <w:t>phir woh team jo hai, apna role kar sakay, us ke liye bhi aik bohat bara infrastructure chahiye.</w:t>
      </w:r>
    </w:p>
    <w:p>
      <w:pPr>
        <w:jc w:val="right"/>
      </w:pPr>
      <w:r>
        <w:t>پھر وہ ٹیم جو ہے، اپنا رول کر سکے، اس کے لیے بھی ایک بہت بڑا انفراسٹرکچر چاہیے۔</w:t>
      </w:r>
    </w:p>
    <w:p>
      <w:r>
        <w:rPr>
          <w:b/>
        </w:rPr>
        <w:t xml:space="preserve">[12:49] </w:t>
      </w:r>
      <w:r>
        <w:t>insan hon magar infrastructure na ho to tab bhi kuch nahi hoga. phir in sab cheezon ko banne ke liye halaat chahiye, mulk ke halaat, qaumi halaat, siyasat halaat woh chahiye, tab hota hai woh.</w:t>
      </w:r>
    </w:p>
    <w:p>
      <w:pPr>
        <w:jc w:val="right"/>
      </w:pPr>
      <w:r>
        <w:t>انسان ہوں مگر انفراسٹرکچر نہ ہو تو تب بھی کچھ نہیں ہوگا۔ پھر ان سب چیزوں کو بننے کے لیے حالات چاہیے، ملک کے حالات، قومی حالات، سیاسی حالات وہ چاہیے، تب ہوتا ہے وہ۔</w:t>
      </w:r>
    </w:p>
    <w:p>
      <w:r>
        <w:rPr>
          <w:b/>
        </w:rPr>
        <w:t xml:space="preserve">[13:06] </w:t>
      </w:r>
      <w:r>
        <w:t>to mujhe in sab ko sochte hue aik laga ke yeh Allah taala ki planning hai ke India mein yeh kaam shuru hua.</w:t>
      </w:r>
    </w:p>
    <w:p>
      <w:pPr>
        <w:jc w:val="right"/>
      </w:pPr>
      <w:r>
        <w:t>تو مجھے ان سب کو سوچتے ہوئے ایک لگا کہ یہ اللہ تعالی کی پلاننگ ہے کہ انڈیا میں یہ کام شروع ہوا۔</w:t>
      </w:r>
    </w:p>
    <w:p>
      <w:r>
        <w:rPr>
          <w:b/>
        </w:rPr>
        <w:t xml:space="preserve">[13:19] </w:t>
      </w:r>
      <w:r>
        <w:t>dekhen, Quran mein aik ayat hai is ka "Al-ilm" mein "Allah ya'lam haith ya risalata". Allah behtar janta hai ke apni risalat ko kahan</w:t>
      </w:r>
    </w:p>
    <w:p>
      <w:pPr>
        <w:jc w:val="right"/>
      </w:pPr>
      <w:r>
        <w:t>دیکھیں، قرآن میں ایک آیت ہے اس کا "العلم" میں "اللہ یعلم حیث یا رسالت"۔ اللہ بہتر جانتا ہے کہ اپنی رسالت کو کہاں</w:t>
      </w:r>
    </w:p>
    <w:p>
      <w:r>
        <w:rPr>
          <w:b/>
        </w:rPr>
        <w:t xml:space="preserve">[13:33] </w:t>
      </w:r>
      <w:r>
        <w:t>rakha hai. yahan risalat ka maani aam tor par log rasool maan lete hain, fard ko yani Rasool Allah ko kahan paida karein. lekin sawal yeh hai ke agar rasool bola to lafz risalat kyun aaya hai yahan par?</w:t>
      </w:r>
    </w:p>
    <w:p>
      <w:pPr>
        <w:jc w:val="right"/>
      </w:pPr>
      <w:r>
        <w:t>رکھا ہے۔ یہاں رسالت کا معنی عام طور پر لوگ رسول مان لیتے ہیں، فرد کو یعنی رسول اللہ کو کہاں پیدا کریں۔ لیکن سوال یہ ہے کہ اگر رسول بلا تو لفظ رسالت کیوں آیا ہے یہاں پر؟</w:t>
      </w:r>
    </w:p>
    <w:p>
      <w:r>
        <w:rPr>
          <w:b/>
        </w:rPr>
        <w:t xml:space="preserve">[13:46] </w:t>
      </w:r>
      <w:r>
        <w:t>aap ghor kijiye ke murad rasool to risalat ka lafz kyun aaya hai? risalat ke maani wohi hain jis ko hum kehte hain mission.</w:t>
      </w:r>
    </w:p>
    <w:p>
      <w:pPr>
        <w:jc w:val="right"/>
      </w:pPr>
      <w:r>
        <w:t>آپ غور کیجئے کہ مراد رسول تو رسالت کا لفظ کیوں آیا ہے؟ رسالت کے معنی وہی ہیں جس کو ہم کہتے ہیں مشن۔</w:t>
      </w:r>
    </w:p>
    <w:p>
      <w:r>
        <w:rPr>
          <w:b/>
        </w:rPr>
        <w:t xml:space="preserve">[13:56] </w:t>
      </w:r>
      <w:r>
        <w:t>to rasool to aik fard ke liye kab bola jaye ga? falan shakhs rasool hai. lekin risalat ka lafz mission ke liye bola jata hai.</w:t>
      </w:r>
    </w:p>
    <w:p>
      <w:pPr>
        <w:jc w:val="right"/>
      </w:pPr>
      <w:r>
        <w:t>تو رسول تو ایک فرد کے لیے کب بولا جائے گا؟ فلاں شخص رسول ہے۔ لیکن رسالت کا لفظ مشن کے لیے بولا جاتا ہے۔</w:t>
      </w:r>
    </w:p>
    <w:p>
      <w:r>
        <w:rPr>
          <w:b/>
        </w:rPr>
        <w:t xml:space="preserve">[14:06] </w:t>
      </w:r>
      <w:r>
        <w:t>is ka maani yeh hai ke "God knows better where to place His mission". yeh is ka literal tarjuma yeh hoga</w:t>
      </w:r>
    </w:p>
    <w:p>
      <w:pPr>
        <w:jc w:val="right"/>
      </w:pPr>
      <w:r>
        <w:t>اس کا معنی یہ ہے کہ "گاڈ نوز بیٹر ویئر ٹو پلیس ہز مشن"۔ یہ اس کا لٹرل ترجمہ یہ ہوگا</w:t>
      </w:r>
    </w:p>
    <w:p>
      <w:r>
        <w:rPr>
          <w:b/>
        </w:rPr>
        <w:t xml:space="preserve">[14:18] </w:t>
      </w:r>
      <w:r>
        <w:t>yani "God better knows where to place His mission". kahan rakha hai apne mission ko?</w:t>
      </w:r>
    </w:p>
    <w:p>
      <w:pPr>
        <w:jc w:val="right"/>
      </w:pPr>
      <w:r>
        <w:t>یعنی "گاڈ بیٹر نوز ویئر ٹو پلیس ہز مشن"۔ کہاں رکھا ہے اپنے مشن کو؟</w:t>
      </w:r>
    </w:p>
    <w:p>
      <w:r>
        <w:rPr>
          <w:b/>
        </w:rPr>
        <w:t xml:space="preserve">[14:27] </w:t>
      </w:r>
      <w:r>
        <w:t>to yeh jo daur akhir mein jo aik mission darkar tha, aik team darkar thi jo is final role ko ada kare jab ke ghar ghar mein pohnch jaye, Allah ka kalma,</w:t>
      </w:r>
    </w:p>
    <w:p>
      <w:pPr>
        <w:jc w:val="right"/>
      </w:pPr>
      <w:r>
        <w:t>تو یہ جو دور آخر میں جو ایک مشن درکار تھا، ایک ٹیم درکار تھی جو اس فائنل رول کو ادا کرے جب کہ گھر گھر میں پہنچ جائے، اللہ کا کلمہ،</w:t>
      </w:r>
    </w:p>
    <w:p>
      <w:r>
        <w:rPr>
          <w:b/>
        </w:rPr>
        <w:t xml:space="preserve">[14:45] </w:t>
      </w:r>
      <w:r>
        <w:t>is ke liye main samajhta hoon ke India sab se behtar jagah thi. yeh Allah ka intikhab hai. aur ajeeb baat hai ke yeh hadith mein maujood hai.</w:t>
      </w:r>
    </w:p>
    <w:p>
      <w:pPr>
        <w:jc w:val="right"/>
      </w:pPr>
      <w:r>
        <w:t>اس کے لیے میں سمجھتا ہوں کہ انڈیا سب سے بہتر جگہ تھی۔ یہ اللہ کا انتخاب ہے۔ اور عجیب بات ہے کہ یہ حدیث میں موجود ہے۔</w:t>
      </w:r>
    </w:p>
    <w:p>
      <w:r>
        <w:rPr>
          <w:b/>
        </w:rPr>
        <w:t xml:space="preserve">[14:55] </w:t>
      </w:r>
      <w:r>
        <w:t>aik hadith hai baqayda jis mein hai ke daur akhir mein aik ahsabah hoga, ahsabah jo ghazwah karega.</w:t>
      </w:r>
    </w:p>
    <w:p>
      <w:pPr>
        <w:jc w:val="right"/>
      </w:pPr>
      <w:r>
        <w:t>ایک حدیث ہے باقاعدہ جس میں ہے کہ دور آخر میں ایک احسابہ ہوگا، احسابہ جو غزوہ کرے گا۔</w:t>
      </w:r>
    </w:p>
    <w:p>
      <w:r>
        <w:rPr>
          <w:b/>
        </w:rPr>
        <w:t xml:space="preserve">[15:05] </w:t>
      </w:r>
      <w:r>
        <w:t>log ghazwah ko le lete hain jang ke maani mein. nahi, ghazwah ke maani to hote hain mission. ahsabah ke maani team. lafzi maani ahsabah ke jamaat hote hain.</w:t>
      </w:r>
    </w:p>
    <w:p>
      <w:pPr>
        <w:jc w:val="right"/>
      </w:pPr>
      <w:r>
        <w:t>لوگ غزوہ کو لے لیتے ہیں جنگ کے معنی میں۔ نہیں، غزوہ کے معنی تو ہوتے ہیں مشن۔ احسابہ کے معنی ٹیم۔ لفظی معنی احسابہ کے جماعت ہوتے ہیں۔</w:t>
      </w:r>
    </w:p>
    <w:p>
      <w:r>
        <w:rPr>
          <w:b/>
        </w:rPr>
        <w:t xml:space="preserve">[15:18] </w:t>
      </w:r>
      <w:r>
        <w:t>lekin aaj kal ki zaban mein main kahoon ga ahsabah maani team.</w:t>
      </w:r>
    </w:p>
    <w:p>
      <w:pPr>
        <w:jc w:val="right"/>
      </w:pPr>
      <w:r>
        <w:t>لیکن آج کل کی زبان میں میں کہوں گا احسابہ معنی ٹیم۔</w:t>
      </w:r>
    </w:p>
    <w:p>
      <w:r>
        <w:rPr>
          <w:b/>
        </w:rPr>
        <w:t xml:space="preserve">[15:23] </w:t>
      </w:r>
      <w:r>
        <w:t>to khud hadith rasool mein yeh baat hai ke Hind mein, woh Hind ka lafz hai, India mein aik team banegi.</w:t>
      </w:r>
    </w:p>
    <w:p>
      <w:pPr>
        <w:jc w:val="right"/>
      </w:pPr>
      <w:r>
        <w:t>تو خود حدیث رسول میں یہ بات ہے کہ ہند میں، وہ ہند کا لفظ ہے، انڈیا میں ایک ٹیم بنے گی۔</w:t>
      </w:r>
    </w:p>
    <w:p>
      <w:r>
        <w:rPr>
          <w:b/>
        </w:rPr>
        <w:t xml:space="preserve">[15:31] </w:t>
      </w:r>
      <w:r>
        <w:t>woh team da'wati mission chalaye gi. woh to aap da'wati mission serious, Allah ka word sare logon tak pohnch jayega. is hadith ko aap is se joriye, dono hadithon ko.</w:t>
      </w:r>
    </w:p>
    <w:p>
      <w:pPr>
        <w:jc w:val="right"/>
      </w:pPr>
      <w:r>
        <w:t>وہ ٹیم دعوتی مشن چلائے گی۔ وہ تو آپ دعوتی مشن سیریس، اللہ کا ورڈ سارے لوگوں تک پہنچ جائے گا۔ اس حدیث کو آپ اس سے جوڑیے، دونوں حدیثوں کو۔</w:t>
      </w:r>
    </w:p>
    <w:p>
      <w:r>
        <w:rPr>
          <w:b/>
        </w:rPr>
        <w:t xml:space="preserve">[15:45] </w:t>
      </w:r>
      <w:r>
        <w:t>to kaisi ajeeb baat hai? kaisi ajeeb baat hai ke khud Rasool Allah Sal Allahu Alaihi Wasallam ne yeh baat ko jo keh diya tha, zahir hai ke Rasool Allah Sal Allahu Alaihi Wasallam ko yeh ilm hua tha Allah ki taraf se ke woh waqt jo final role ka waqt jo hoga,</w:t>
      </w:r>
    </w:p>
    <w:p>
      <w:pPr>
        <w:jc w:val="right"/>
      </w:pPr>
      <w:r>
        <w:t>تو کیسی عجیب بات ہے؟ کیسی عجیب بات ہے کہ خود رسول اللہ صلی اللہ علیہ وسلم نے یہ بات کو جو کہہ دیا تھا، ظاہر ہے کہ رسول اللہ صلی اللہ علیہ وسلم کو یہ علم ہوا تھا اللہ کی طرف سے کہ وہ وقت جو فائنل رول کا وقت جو ہوگا،</w:t>
      </w:r>
    </w:p>
    <w:p>
      <w:r>
        <w:rPr>
          <w:b/>
        </w:rPr>
        <w:t xml:space="preserve">[16:02] </w:t>
      </w:r>
      <w:r>
        <w:t>us ke liye behtar jagah India hoga. wohin par Allah ka mission uthega, wohin sare ka Allah ka mission chalega.</w:t>
      </w:r>
    </w:p>
    <w:p>
      <w:pPr>
        <w:jc w:val="right"/>
      </w:pPr>
      <w:r>
        <w:t>اس کے لیے بہتر جگہ انڈیا ہوگا۔ وہیں پر اللہ کا مشن اٹھے گا، وہیں سارے کا اللہ کا مشن چلے گا۔</w:t>
      </w:r>
    </w:p>
    <w:p>
      <w:r>
        <w:rPr>
          <w:b/>
        </w:rPr>
        <w:t xml:space="preserve">[16:12] </w:t>
      </w:r>
      <w:r>
        <w:t>aur phir sari duniya mein woh waqia pesh ayega ke har chote bare ghar mein Allah ka masjid pohnch jaye.</w:t>
      </w:r>
    </w:p>
    <w:p>
      <w:pPr>
        <w:jc w:val="right"/>
      </w:pPr>
      <w:r>
        <w:t>اور پھر ساری دنیا میں وہ واقعہ پیش آئے گا کہ ہر چھوٹے بڑے گھر میں اللہ کا مسجد پہنچ جائے۔</w:t>
      </w:r>
    </w:p>
    <w:p>
      <w:r>
        <w:rPr>
          <w:b/>
        </w:rPr>
        <w:t xml:space="preserve">[16:21] </w:t>
      </w:r>
      <w:r>
        <w:t>ab dekhen, is ke liye kya kya infrastructure chahiye? aap kaise pohnchainge? zaroori hai ke aap ko geography ka ilm ho.</w:t>
      </w:r>
    </w:p>
    <w:p>
      <w:pPr>
        <w:jc w:val="right"/>
      </w:pPr>
      <w:r>
        <w:t>اب دیکھیں، اس کے لیے کیا کیا انفراسٹرکچر چاہیے؟ آپ کیسے پہنچائیں گے؟ ضروری ہے کہ آپ کو جغرافیہ کا علم ہو۔</w:t>
      </w:r>
    </w:p>
    <w:p>
      <w:r>
        <w:rPr>
          <w:b/>
        </w:rPr>
        <w:t xml:space="preserve">[16:31] </w:t>
      </w:r>
      <w:r>
        <w:t>geography jo hai, duniya ki geography. aap jante hain ke duniya bohat phaili hui duniya hai. kitne sare gaon, kitne sare shehar, kitne sare mil</w:t>
      </w:r>
    </w:p>
    <w:p>
      <w:pPr>
        <w:jc w:val="right"/>
      </w:pPr>
      <w:r>
        <w:t>جیوگرافی جو ہے، دنیا کی جیوگرافی۔ آپ جانتے ہیں کہ دنیا بہت پھیلی ہوئی دنیا ہے۔ کتنے سارے گاؤں، کتنے سارے شہر، کتنے سارے مل</w:t>
      </w:r>
    </w:p>
    <w:p>
      <w:r>
        <w:rPr>
          <w:b/>
        </w:rPr>
        <w:t xml:space="preserve">[16:42] </w:t>
      </w:r>
      <w:r>
        <w:t>k, samandar aur khushki aur pahaar, is ka ilm ko kehte hain geography. to pehle to kuch pata nahi tha, pehle kuch bhi insan nahi janta tha.</w:t>
      </w:r>
    </w:p>
    <w:p>
      <w:pPr>
        <w:jc w:val="right"/>
      </w:pPr>
      <w:r>
        <w:t>ک، سمندر اور خشکی اور پہاڑ، اس کا علم کو کہتے ہیں جیوگرافی۔ تو پہلے تو کچھ پتہ نہیں تھا، پہلے کچھ بھی انسان نہیں جانتا تھا۔</w:t>
      </w:r>
    </w:p>
    <w:p>
      <w:r>
        <w:rPr>
          <w:b/>
        </w:rPr>
        <w:t xml:space="preserve">[16:54] </w:t>
      </w:r>
      <w:r>
        <w:t>to is ke liye ghar, sare ghar tak Allah ka word pohnch jaye, is ke liye zaroori hai ke aap ko geography ka ilm ho.</w:t>
      </w:r>
    </w:p>
    <w:p>
      <w:pPr>
        <w:jc w:val="right"/>
      </w:pPr>
      <w:r>
        <w:t>تو اس کے لیے گھر، سارے گھر تک اللہ کا ورڈ پہنچ جائے، اس کے لیے ضروری ہے کہ آپ کو جیوگرافی کا علم ہو۔</w:t>
      </w:r>
    </w:p>
    <w:p>
      <w:r>
        <w:rPr>
          <w:b/>
        </w:rPr>
        <w:t xml:space="preserve">[17:09] </w:t>
      </w:r>
      <w:r>
        <w:t>woh sirf is zamane mein mumkin hua hai,</w:t>
      </w:r>
    </w:p>
    <w:p>
      <w:pPr>
        <w:jc w:val="right"/>
      </w:pPr>
      <w:r>
        <w:t>وہ صرف اس زمانے میں ممکن ہوا ہے،</w:t>
      </w:r>
    </w:p>
    <w:p>
      <w:r>
        <w:rPr>
          <w:b/>
        </w:rPr>
        <w:t xml:space="preserve">[17:14] </w:t>
      </w:r>
      <w:r>
        <w:t>do teen sau saal ke darmiyan mumkin hua. aur zyada is ka development hua hai 20 century mein. is se pehle mumkin hi nahi tha.</w:t>
      </w:r>
    </w:p>
    <w:p>
      <w:pPr>
        <w:jc w:val="right"/>
      </w:pPr>
      <w:r>
        <w:t>دو تین سو سال کے درمیان ممکن ہوا۔ اور زیادہ اس کا ڈیولپمنٹ ہوا ہے 20 سینچری میں۔ اس سے پہلے ممکن ہی نہیں تھا۔</w:t>
      </w:r>
    </w:p>
    <w:p>
      <w:r>
        <w:rPr>
          <w:b/>
        </w:rPr>
        <w:t xml:space="preserve">[17:29] </w:t>
      </w:r>
      <w:r>
        <w:t>isi tarah dekhiye, yaani ghar ghar, yeh jo hadith mein jo lafz hai ke har chote bade ghar mein Allah ka word of God pahunch jaye, is ko ek naya lafz dijiye.</w:t>
      </w:r>
    </w:p>
    <w:p>
      <w:pPr>
        <w:jc w:val="right"/>
      </w:pPr>
      <w:r>
        <w:t>اسی طرح دیکھیے، یعنی گھر گھر، یہ جو حدیث میں جو لفظ ہے کہ ہر چھوٹے بڑے گھر میں اللہ کا ورڈ آف گاڈ پہنچ جائے، اس کو ایک نیا لفظ دیجئے۔</w:t>
      </w:r>
    </w:p>
    <w:p>
      <w:r>
        <w:rPr>
          <w:b/>
        </w:rPr>
        <w:t xml:space="preserve">[17:42] </w:t>
      </w:r>
      <w:r>
        <w:t>to hum kahein ke global daawa, global daawa. to global daawa ke liye bohat si cheezein chahiye.</w:t>
      </w:r>
    </w:p>
    <w:p>
      <w:pPr>
        <w:jc w:val="right"/>
      </w:pPr>
      <w:r>
        <w:t>تو ہم کہیں کہ گلوبل دعویٰ، گلوبل دعویٰ۔ تو گلوبل دعویٰ کے لیے بہت سی چیزیں چاہیے۔</w:t>
      </w:r>
    </w:p>
    <w:p>
      <w:r>
        <w:rPr>
          <w:b/>
        </w:rPr>
        <w:t xml:space="preserve">[17:52] </w:t>
      </w:r>
      <w:r>
        <w:t>global daawa ke liye global civilization chahiye, global culture chahiye, global technology chahiye, global communication chahiye, global mobility chahiye, global freedom chahiye, global openness.</w:t>
      </w:r>
    </w:p>
    <w:p>
      <w:pPr>
        <w:jc w:val="right"/>
      </w:pPr>
      <w:r>
        <w:t>گلوبل دعویٰ کے لیے گلوبل سولائزیشن چاہیے، گلوبل کلچر چاہیے، گلوبل ٹیکنالوجی چاہیے، گلوبل کمیونیکیشن چاہیے، گلوبل موبیلٹی چاہیے، گلوبل فریڈم چاہیے، گلوبل اوپننس۔</w:t>
      </w:r>
    </w:p>
    <w:p>
      <w:r>
        <w:rPr>
          <w:b/>
        </w:rPr>
        <w:t xml:space="preserve">[18:06] </w:t>
      </w:r>
      <w:r>
        <w:t>is saari cheezein honi chahiye, tab ja kar ke woh final role ada hoga.</w:t>
      </w:r>
    </w:p>
    <w:p>
      <w:pPr>
        <w:jc w:val="right"/>
      </w:pPr>
      <w:r>
        <w:t>اس ساری چیزیں ہونی چاہیے، تب جا کر کے وہ فائنل رول ادا ہوگا۔</w:t>
      </w:r>
    </w:p>
    <w:p>
      <w:r>
        <w:rPr>
          <w:b/>
        </w:rPr>
        <w:t xml:space="preserve">[18:15] </w:t>
      </w:r>
      <w:r>
        <w:t>to yeh dana Allah taala ne paida kar diya tha. yeh saare infrastructure, yeh saare global requirement wajood mein aa chuke the.</w:t>
      </w:r>
    </w:p>
    <w:p>
      <w:pPr>
        <w:jc w:val="right"/>
      </w:pPr>
      <w:r>
        <w:t>تو یہ دانہ اللہ تعالی نے پیدا کر دیا تھا۔ یہ سارے انفراسٹرکچر، یہ سارے گلوبل ریکوائرمنٹ وجود میں آ چکے تھے۔</w:t>
      </w:r>
    </w:p>
    <w:p>
      <w:r>
        <w:rPr>
          <w:b/>
        </w:rPr>
        <w:t xml:space="preserve">[18:27] </w:t>
      </w:r>
      <w:r>
        <w:t>lekin kisi bhi Muslim mulk mein, yaani pehli zimmedari Musalmanon ki hai, lekin kisi bhi Muslim mulk mein aisa nahi ho saka.</w:t>
      </w:r>
    </w:p>
    <w:p>
      <w:pPr>
        <w:jc w:val="right"/>
      </w:pPr>
      <w:r>
        <w:t>لیکن کسی بھی مسلم ملک میں، یعنی پہلی ذمہ داری مسلمانوں کی ہے، لیکن کسی بھی مسلم ملک میں ایسا نہیں ہو سکا۔</w:t>
      </w:r>
    </w:p>
    <w:p>
      <w:r>
        <w:rPr>
          <w:b/>
        </w:rPr>
        <w:t xml:space="preserve">[18:37] </w:t>
      </w:r>
      <w:r>
        <w:t>ab mein aap ko chand misaal deta hoon ke Muslim mulk jo hain, clear hain dawat ke liye. kyunke dawat ka matlab hai parman.</w:t>
      </w:r>
    </w:p>
    <w:p>
      <w:pPr>
        <w:jc w:val="right"/>
      </w:pPr>
      <w:r>
        <w:t>اب میں آپ کو چند مثال دیتا ہوں کہ مسلم ملک جو ہیں، کلر ہیں دعوت کے لیے۔ کیونکہ دعوت کا مطلب ہے پرامن۔</w:t>
      </w:r>
    </w:p>
    <w:p>
      <w:r>
        <w:rPr>
          <w:b/>
        </w:rPr>
        <w:t xml:space="preserve">[18:47] </w:t>
      </w:r>
      <w:r>
        <w:t>dawat ka matlab hai parman jeh-o-jihad, peaceful struggle. dawat ke liye peaceful struggle jo hai, mein samajhta hoon ke is waqt na to develop countries mein possible hai, na Muslim countries mein possible hai.</w:t>
      </w:r>
    </w:p>
    <w:p>
      <w:pPr>
        <w:jc w:val="right"/>
      </w:pPr>
      <w:r>
        <w:t>دعوت کا مطلب ہے پرامن جدوجہد، پیس فل سٹرگل۔ دعوت کے لیے پیس فل سٹرگل جو ہے، میں سمجھتا ہوں کہ اس وقت نہ تو ڈیولپ کنٹریز میں پاسیبل ہے، نہ مسلم کنٹریز میں پاسیبل ہے۔</w:t>
      </w:r>
    </w:p>
    <w:p>
      <w:r>
        <w:rPr>
          <w:b/>
        </w:rPr>
        <w:t xml:space="preserve">[19:05] </w:t>
      </w:r>
      <w:r>
        <w:t>sirf India hi mein possible hai.</w:t>
      </w:r>
    </w:p>
    <w:p>
      <w:pPr>
        <w:jc w:val="right"/>
      </w:pPr>
      <w:r>
        <w:t>صرف انڈیا ہی میں پاسیبل ہے۔</w:t>
      </w:r>
    </w:p>
    <w:p>
      <w:r>
        <w:rPr>
          <w:b/>
        </w:rPr>
        <w:t xml:space="preserve">[19:11] </w:t>
      </w:r>
      <w:r>
        <w:t>ek baat mein yeh arz kar doon ke jitne bhi khaas taur par Musalmanon ke jo likhne bolne wale hain, Muslim qaumon ke stage, Musalmanon ki magazine, Musalmanon ke akhbarat, Musalmanon ki majlisien, har jagah India ko is tarah bulaya jata hai jaise ke India koi, yaani Musalmanon ke haq mein ek unfavorable country hai.</w:t>
      </w:r>
    </w:p>
    <w:p>
      <w:pPr>
        <w:jc w:val="right"/>
      </w:pPr>
      <w:r>
        <w:t>ایک بات میں یہ عرض کر دوں کہ جتنے بھی خاص طور پر مسلمانوں کے جو لکھنے بولنے والے ہیں، مسلم قوموں کے اسٹیج، مسلمانوں کی میگزین، مسلمانوں کے اخبارات، مسلمانوں کی مجلسیں، ہر جگہ انڈیا کو اس طرح بلایا جاتا ہے جیسے کہ انڈیا کوئی، یعنی مسلمانوں کے حق میں ایک ایک ان فیوریبل کنٹری ہے۔</w:t>
      </w:r>
    </w:p>
    <w:p>
      <w:r>
        <w:rPr>
          <w:b/>
        </w:rPr>
        <w:t xml:space="preserve">[19:35] </w:t>
      </w:r>
      <w:r>
        <w:t>balke kuch log kehte hain ke enemy country hai hamare liye</w:t>
      </w:r>
    </w:p>
    <w:p>
      <w:pPr>
        <w:jc w:val="right"/>
      </w:pPr>
      <w:r>
        <w:t>بلکہ کچھ لوگ کہتے ہیں کہ اینمی کنٹری ہے ہمارے لیے</w:t>
      </w:r>
    </w:p>
    <w:p>
      <w:r>
        <w:rPr>
          <w:b/>
        </w:rPr>
        <w:t xml:space="preserve">[19:38] </w:t>
      </w:r>
      <w:r>
        <w:t>wagera. dekhiye, yeh bohat badi bhool hai. dekhiye, Allah taala ne jab insaan ko azadi di hai to haan, hamesha tarah tarah ke waqiat honge.</w:t>
      </w:r>
    </w:p>
    <w:p>
      <w:pPr>
        <w:jc w:val="right"/>
      </w:pPr>
      <w:r>
        <w:t>وغیرہ۔ دیکھیں، یہ بہت بڑی بھول ہے۔ دیکھیں، اللہ تعالی نے جب انسان کو آزادی دی ہے تو ہاں، ہمیشہ طرح طرح کے واقعات ہوں گے۔</w:t>
      </w:r>
    </w:p>
    <w:p>
      <w:r>
        <w:rPr>
          <w:b/>
        </w:rPr>
        <w:t xml:space="preserve">[19:51] </w:t>
      </w:r>
      <w:r>
        <w:t>lekin Allah ka tareeqa kya hai? potential ko dekhna, irrelevant item ko na dekhna. jaise Rasool Allah ne, Allah taala ne Rasool Allah Sallallahu Alaihi Wasallam ko Makka mein paida kiya.</w:t>
      </w:r>
    </w:p>
    <w:p>
      <w:pPr>
        <w:jc w:val="right"/>
      </w:pPr>
      <w:r>
        <w:t>لیکن اللہ کا طریقہ کیا ہے؟ پوٹینشیل کو دیکھنا، اریلیٹو آئٹم کو نہ دیکھنا۔ جیسے رسول اللہ نے، اللہ تعالی نے رسول اللہ صلی اللہ علیہ وسلم کو مکے میں پیدا کیا۔</w:t>
      </w:r>
    </w:p>
    <w:p>
      <w:r>
        <w:rPr>
          <w:b/>
        </w:rPr>
        <w:t xml:space="preserve">[20:05] </w:t>
      </w:r>
      <w:r>
        <w:t>Makka mein kya tha? sab log mushrik the. aur sab se ajeeb ghareeb baat yeh thi ke Kaaba,</w:t>
      </w:r>
    </w:p>
    <w:p>
      <w:pPr>
        <w:jc w:val="right"/>
      </w:pPr>
      <w:r>
        <w:t>مکے میں کیا تھا؟ سب لوگ مشرک تھے۔ اور سب سے عجیب غریب بات یہ تھی کہ کعبہ،</w:t>
      </w:r>
    </w:p>
    <w:p>
      <w:r>
        <w:rPr>
          <w:b/>
        </w:rPr>
        <w:t xml:space="preserve">[20:12] </w:t>
      </w:r>
      <w:r>
        <w:t>jo Hazrat Ibrahim banaya tha tauheed ke ghar ke taur par, wahan par kai kai so but rakhe hue hain. to kitna zyada unfavorable condition thi Makka mein pehgambar-e-tauheed ke liye.</w:t>
      </w:r>
    </w:p>
    <w:p>
      <w:pPr>
        <w:jc w:val="right"/>
      </w:pPr>
      <w:r>
        <w:t>جو حضرت ابراہیم بنایا تھا توحید کے گھر کے طور پر، وہاں پر کئی کئی سو بت رکھے ہوئے ہیں۔ تو کتنا زیادہ ان فیوریبل کنڈیشن تھی مکہ میں پیغمبر توحید کے لیے۔</w:t>
      </w:r>
    </w:p>
    <w:p>
      <w:r>
        <w:rPr>
          <w:b/>
        </w:rPr>
        <w:t xml:space="preserve">[20:30] </w:t>
      </w:r>
      <w:r>
        <w:t>aap ghaur kijiye ke khud jab Kaaba mein 360 but rakh diye jayein to yeh bilkul bila mubalagha, without exaggeration kaha ja sakta hai ke sab se zyada unfavorable maqam tha Makka.</w:t>
      </w:r>
    </w:p>
    <w:p>
      <w:pPr>
        <w:jc w:val="right"/>
      </w:pPr>
      <w:r>
        <w:t>آپ غور کیجئے کہ خود جب کعبہ میں 360 بت رکھ دیے جائیں تو یہ بالکل بلا مبالغہ، ودا آؤٹ یعنی ایگزیجیشن کہا جا سکتا ہے کہ سب سے زیادہ ان فیوریبل مقام تھا مکہ۔</w:t>
      </w:r>
    </w:p>
    <w:p>
      <w:r>
        <w:rPr>
          <w:b/>
        </w:rPr>
        <w:t xml:space="preserve">[20:49] </w:t>
      </w:r>
      <w:r>
        <w:t>Allah ne paida kiya Rasool Allah ko wahin. kyun? woh Allah ki janib irrelevant aspect tha, irrelevant.</w:t>
      </w:r>
    </w:p>
    <w:p>
      <w:pPr>
        <w:jc w:val="right"/>
      </w:pPr>
      <w:r>
        <w:t>اللہ نے پیدا کیا رسول اللہ کو وہیں۔ کیوں؟ وہ اللہ کی جانب اریلیونٹ ایسپیکٹ تھا، اریلیونٹ۔</w:t>
      </w:r>
    </w:p>
    <w:p>
      <w:r>
        <w:rPr>
          <w:b/>
        </w:rPr>
        <w:t xml:space="preserve">[20:57] </w:t>
      </w:r>
      <w:r>
        <w:t>to Allah dekhta hai potential ko. potential ke saath kuch irrelevant aspects hote hain, woh Allah ke concern nahi hote.</w:t>
      </w:r>
    </w:p>
    <w:p>
      <w:pPr>
        <w:jc w:val="right"/>
      </w:pPr>
      <w:r>
        <w:t>تو اللہ دیکھتا ہے پوٹینشیل کو۔ پوٹینشیل کے ساتھ کچھ اریلیونٹ ایسپیکٹ ہوتے ہیں، وہ اللہ کے کنسرن نہیں ہوتے۔</w:t>
      </w:r>
    </w:p>
    <w:p>
      <w:r>
        <w:rPr>
          <w:b/>
        </w:rPr>
        <w:t xml:space="preserve">[21:06] </w:t>
      </w:r>
      <w:r>
        <w:t>to India mein dekhiye, kuch cheezein jo log isi ko highlight karte rehte hain, hamare media mein, chahe Musalmanon ke media ho ya secular media ho, sab highlight karte rehte hain.</w:t>
      </w:r>
    </w:p>
    <w:p>
      <w:pPr>
        <w:jc w:val="right"/>
      </w:pPr>
      <w:r>
        <w:t>تو انڈیا میں دیکھیے، کچھ چیزیں جو لوگ اسی کو ہائی لائٹ کرتے رہتے ہیں، ہمارے میڈیا میں، چاہے مسلمانوں کے میڈیا ہو یا سیکولر میڈیا ہو، سب ہائی لائٹ کرتے رہتے ہیں۔</w:t>
      </w:r>
    </w:p>
    <w:p>
      <w:r>
        <w:rPr>
          <w:b/>
        </w:rPr>
        <w:t xml:space="preserve">[21:20] </w:t>
      </w:r>
      <w:r>
        <w:t>wo haqeeqatan irrelevant po</w:t>
      </w:r>
    </w:p>
    <w:p>
      <w:pPr>
        <w:jc w:val="right"/>
      </w:pPr>
      <w:r>
        <w:t>وہ حقیقتاً اریلیونٹ پو</w:t>
      </w:r>
    </w:p>
    <w:p>
      <w:r>
        <w:rPr>
          <w:b/>
        </w:rPr>
        <w:t xml:space="preserve">[21:22] </w:t>
      </w:r>
      <w:r>
        <w:t>tential hote hain. jo potential hai, us ko dekha Allah taala ne, tab yahan woh mission ko mauqa diya ke yeh mission yahan par chale.</w:t>
      </w:r>
    </w:p>
    <w:p>
      <w:pPr>
        <w:jc w:val="right"/>
      </w:pPr>
      <w:r>
        <w:t>ائنٹ ہوتے ہیں۔ جو پوٹینشیل ہے، اس کو دیکھا اللہ تعالی نے، تب یہاں وہ مشن کو موقع دیا کہ یہ مشن یہاں پر چلے۔</w:t>
      </w:r>
    </w:p>
    <w:p>
      <w:r>
        <w:rPr>
          <w:b/>
        </w:rPr>
        <w:t xml:space="preserve">[21:32] </w:t>
      </w:r>
      <w:r>
        <w:t>yeh bohat hi important point hai ke Allah dekhta hai potential ko, Allah nahi dekhta irrelevant item ko.</w:t>
      </w:r>
    </w:p>
    <w:p>
      <w:pPr>
        <w:jc w:val="right"/>
      </w:pPr>
      <w:r>
        <w:t>یہ بہت ہی امپورٹنٹ پوائنٹ ہے کہ اللہ دیکھتا ہے پوٹینشیل کو، اللہ نہیں دیکھتا اریلیونٹ آئٹم کو۔</w:t>
      </w:r>
    </w:p>
    <w:p>
      <w:r>
        <w:rPr>
          <w:b/>
        </w:rPr>
        <w:t xml:space="preserve">[21:41] </w:t>
      </w:r>
      <w:r>
        <w:t>wo Allah ka tareeqa hai unhein dekhna.</w:t>
      </w:r>
    </w:p>
    <w:p>
      <w:pPr>
        <w:jc w:val="right"/>
      </w:pPr>
      <w:r>
        <w:t>وہ اللہ کا طریقہ ہے انہیں دیکھنا۔</w:t>
      </w:r>
    </w:p>
    <w:p>
      <w:r>
        <w:rPr>
          <w:b/>
        </w:rPr>
        <w:t xml:space="preserve">[21:45] </w:t>
      </w:r>
      <w:r>
        <w:t>to aap dekhein, aap so called jo develop countries hain, America, Europe, to wahan bhi nahi ho sakta is tarah ka mission.</w:t>
      </w:r>
    </w:p>
    <w:p>
      <w:pPr>
        <w:jc w:val="right"/>
      </w:pPr>
      <w:r>
        <w:t>تو آپ دیکھیں، آپ سو کالڈ جو ڈیولپ کنٹریز ہیں، امریکہ، یورپ، تو وہاں بھی نہیں ہو سکتا اس طرح کا مشن۔</w:t>
      </w:r>
    </w:p>
    <w:p>
      <w:r>
        <w:rPr>
          <w:b/>
        </w:rPr>
        <w:t xml:space="preserve">[21:53] </w:t>
      </w:r>
      <w:r>
        <w:t>kyun? wahan hai compulsory materialism. sare develop countries mein hai compulsory materialism.</w:t>
      </w:r>
    </w:p>
    <w:p>
      <w:pPr>
        <w:jc w:val="right"/>
      </w:pPr>
      <w:r>
        <w:t>کیوں؟ وہاں ہے کمپلسو مٹیریلزم۔ سارے ڈیولپ کنٹریز میں ہے کمپلسو مٹیریلزم۔</w:t>
      </w:r>
    </w:p>
    <w:p>
      <w:r>
        <w:rPr>
          <w:b/>
        </w:rPr>
        <w:t xml:space="preserve">[22:03] </w:t>
      </w:r>
      <w:r>
        <w:t>aurat, mard, sab ke sab ek dam yani phanse rehte hain material life mein. tarah tarah se</w:t>
      </w:r>
    </w:p>
    <w:p>
      <w:pPr>
        <w:jc w:val="right"/>
      </w:pPr>
      <w:r>
        <w:t>عورت، مرد، سب کے سب ایک دم یعنی پھنسے رہتے ہیں مٹیریل لائف میں۔ طرح طرح سے</w:t>
      </w:r>
    </w:p>
    <w:p>
      <w:r>
        <w:rPr>
          <w:b/>
        </w:rPr>
        <w:t xml:space="preserve">[22:16] </w:t>
      </w:r>
      <w:r>
        <w:t>khalis, ek khalis divine mission, khalis divine mission, jo jannat ka mission, is ke liye wahan par favorable condition hi nahi hai.</w:t>
      </w:r>
    </w:p>
    <w:p>
      <w:pPr>
        <w:jc w:val="right"/>
      </w:pPr>
      <w:r>
        <w:t>خالص، ایک خالص ڈیوائن مشن، خالص ڈیوائن مشن، جو جنت کا مشن، اس کے لیے وہاں پر فیوریبل کنڈیشن ہی نہیں ہے۔</w:t>
      </w:r>
    </w:p>
    <w:p>
      <w:r>
        <w:rPr>
          <w:b/>
        </w:rPr>
        <w:t xml:space="preserve">[22:30] </w:t>
      </w:r>
      <w:r>
        <w:t>misalan ek sahib ne mujhe bataya, ek khatoon, muslim khatoon, gayeen germany ke ek bohat hi develop city mein. unhon ne koi baat ki jannat ki.</w:t>
      </w:r>
    </w:p>
    <w:p>
      <w:pPr>
        <w:jc w:val="right"/>
      </w:pPr>
      <w:r>
        <w:t>مثلاً ایک صاحب نے مجھے بتایا، ایک خاتون، مسلم خاتون، گئیں جرمنی کے ایک بہت ہی ڈیولپ سٹی میں۔ انہوں نے کوئی بات کی جنت کی۔</w:t>
      </w:r>
    </w:p>
    <w:p>
      <w:r>
        <w:rPr>
          <w:b/>
        </w:rPr>
        <w:t xml:space="preserve">[22:39] </w:t>
      </w:r>
      <w:r>
        <w:t>to ek lady ne kaha, "kis jannat ki tum baat kar rahe ho? jannat to hum ko already mili hui hai.</w:t>
      </w:r>
    </w:p>
    <w:p>
      <w:pPr>
        <w:jc w:val="right"/>
      </w:pPr>
      <w:r>
        <w:t>تو ایک لیڈی نے کہا، "کس جنت کی تم بات کر رہے ہو؟ جنت تو ہم کو الریڈی ملی ہوئی ہے۔</w:t>
      </w:r>
    </w:p>
    <w:p>
      <w:r>
        <w:rPr>
          <w:b/>
        </w:rPr>
        <w:t xml:space="preserve">[22:45] </w:t>
      </w:r>
      <w:r>
        <w:t>kon si baat jo cheez hai hamare paas nahi hai?"</w:t>
      </w:r>
    </w:p>
    <w:p>
      <w:pPr>
        <w:jc w:val="right"/>
      </w:pPr>
      <w:r>
        <w:t>کون سی بات جو چیز ہے ہمارے پاس نہیں ہے؟"</w:t>
      </w:r>
    </w:p>
    <w:p>
      <w:r>
        <w:rPr>
          <w:b/>
        </w:rPr>
        <w:t xml:space="preserve">[22:51] </w:t>
      </w:r>
      <w:r>
        <w:t>to wahan par har aadmi ka soul concern kya hai? paisa kamana. bas. hatta ke wahan ki jo khawateen hain, wo job karna, ghar sambhalna, job karna, ghar sambhalna, kyun ke domestic,</w:t>
      </w:r>
    </w:p>
    <w:p>
      <w:pPr>
        <w:jc w:val="right"/>
      </w:pPr>
      <w:r>
        <w:t>تو وہاں پر ہر آدمی کا سول کنسرن کیا ہے؟ پیسہ کمانا۔ بس۔ حتیٰ کہ وہاں کی جو خواتین ہیں، وہ جاب کرنا، گھر سنبھالنا، جاب کرنا، گھر سنبھالنا، کیونکہ ڈومیسٹک،</w:t>
      </w:r>
    </w:p>
    <w:p>
      <w:r>
        <w:rPr>
          <w:b/>
        </w:rPr>
        <w:t xml:space="preserve">[23:09] </w:t>
      </w:r>
      <w:r>
        <w:t>wo yani gharelu khadim jo hote hain, domestic servant milte hi nahi wahan par.</w:t>
      </w:r>
    </w:p>
    <w:p>
      <w:pPr>
        <w:jc w:val="right"/>
      </w:pPr>
      <w:r>
        <w:t>وہ یعنی گھریلو خادم جو ہوتے ہیں، ڈومیسٹک سرونٹ ملتے ہی نہیں وہاں پر۔</w:t>
      </w:r>
    </w:p>
    <w:p>
      <w:r>
        <w:rPr>
          <w:b/>
        </w:rPr>
        <w:t xml:space="preserve">[23:17] </w:t>
      </w:r>
      <w:r>
        <w:t>jaise hamare haan Allah ke fazl se khawateen jo hain, sambhal rahi hain mission ko. aap agar America, Europe mein kaam karein to khawateen milegi nahi. in ko fursat hi nahi hai.</w:t>
      </w:r>
    </w:p>
    <w:p>
      <w:pPr>
        <w:jc w:val="right"/>
      </w:pPr>
      <w:r>
        <w:t>جیسے ہمارے ہاں اللہ کے فضل سے خواتین جو ہیں، سنبھال رہی ہیں مشن کو۔ آپ اگر امریکہ، یورپ میں کام کریں تو خواتین ملیں گی نہیں۔ ان کو فرصت ہی نہیں ہے۔</w:t>
      </w:r>
    </w:p>
    <w:p>
      <w:r>
        <w:rPr>
          <w:b/>
        </w:rPr>
        <w:t xml:space="preserve">[23:27] </w:t>
      </w:r>
      <w:r>
        <w:t>aadha time in ka jata jata hai job mein, aadha time jata hai ghar sambhalne mein, kyun ke domestic servant wahan hote nahi hain.</w:t>
      </w:r>
    </w:p>
    <w:p>
      <w:pPr>
        <w:jc w:val="right"/>
      </w:pPr>
      <w:r>
        <w:t>آدھا ٹائم ان کا جاتا جاتا ہے جاب میں، آدھا ٹائم جاتا ہے گھر سنبھالنے میں، کیونکہ ڈومیسٹک سرونٹ وہاں ہوتے نہیں ہیں۔</w:t>
      </w:r>
    </w:p>
    <w:p>
      <w:r>
        <w:rPr>
          <w:b/>
        </w:rPr>
        <w:t xml:space="preserve">[23:37] </w:t>
      </w:r>
      <w:r>
        <w:t>aur logon ki soch jo hai, mukammal taur par material hoti hai. to wahan par compulsory materialism hai.</w:t>
      </w:r>
    </w:p>
    <w:p>
      <w:pPr>
        <w:jc w:val="right"/>
      </w:pPr>
      <w:r>
        <w:t>اور لوگوں کی سوچ جو ہے، مکمل طور پر مٹیریل ہوتی ہے۔ تو وہاں پر کمپلسو مٹیریلزم ہے۔</w:t>
      </w:r>
    </w:p>
    <w:p>
      <w:r>
        <w:rPr>
          <w:b/>
        </w:rPr>
        <w:t xml:space="preserve">[23:47] </w:t>
      </w:r>
      <w:r>
        <w:t>isi liye aap dekhein, ye sare musalman rehte hain wahan par. koi da'wati azadi bhi hai wahan par. azadi bhi hai, lekin koi da'wati mission wahan par aaj tak paida nahi ho saka.</w:t>
      </w:r>
    </w:p>
    <w:p>
      <w:pPr>
        <w:jc w:val="right"/>
      </w:pPr>
      <w:r>
        <w:t>اسی لیے آپ دیکھیں، یہ سارے مسلمان رہتے ہیں وہاں پر۔ کوئی دعوتی آزادی بھی ہے وہاں پر۔ آزادی بھی ہے، لیکن کوئی دعوتی مشن وہاں پر آج تک پیدا نہیں ہو سکا۔</w:t>
      </w:r>
    </w:p>
    <w:p>
      <w:r>
        <w:rPr>
          <w:b/>
        </w:rPr>
        <w:t xml:space="preserve">[23:58] </w:t>
      </w:r>
      <w:r>
        <w:t>achha, muslim countries ko lijiye. yani develop countries mein agar compulsory materialism hai to muslim countries mein kya hai?</w:t>
      </w:r>
    </w:p>
    <w:p>
      <w:pPr>
        <w:jc w:val="right"/>
      </w:pPr>
      <w:r>
        <w:t>اچھا، مسلم کنٹریز کو لیجئے۔ یعنی ڈیولپ کنٹریز میں اگر کمپلسو مٹیریلزم ہے تو مسلم کنٹریز میں کیا ہے؟</w:t>
      </w:r>
    </w:p>
    <w:p>
      <w:r>
        <w:rPr>
          <w:b/>
        </w:rPr>
        <w:t xml:space="preserve">[24:08] </w:t>
      </w:r>
      <w:r>
        <w:t>religious extremism. har muslim countries mein, without</w:t>
      </w:r>
    </w:p>
    <w:p>
      <w:pPr>
        <w:jc w:val="right"/>
      </w:pPr>
      <w:r>
        <w:t>ریلیجس ایکسٹریمزم۔ ہر مسلم کنٹریز میں، ودا آؤ</w:t>
      </w:r>
    </w:p>
    <w:p>
      <w:r>
        <w:rPr>
          <w:b/>
        </w:rPr>
        <w:t xml:space="preserve">[24:14] </w:t>
      </w:r>
      <w:r>
        <w:t>and extremism. hatta ke chota sa mulk hai, itna sa hamara sa mulk, Maldives, wahan bhi religious materialism, religious extremism hai.</w:t>
      </w:r>
    </w:p>
    <w:p>
      <w:pPr>
        <w:jc w:val="right"/>
      </w:pPr>
      <w:r>
        <w:t>ٹ اینڈ ایکسٹریمزم۔ حتیٰ کہ چھوٹا سا ملک ہے، اتنا سا ہمارا سا ملک، مالدیپ، وہاں بھی ریلیجس مٹیریلزم، ریلیجس ایکسٹریمزم ہے۔</w:t>
      </w:r>
    </w:p>
    <w:p>
      <w:r>
        <w:rPr>
          <w:b/>
        </w:rPr>
        <w:t xml:space="preserve">[24:23] </w:t>
      </w:r>
      <w:r>
        <w:t>itna chota sa country,</w:t>
      </w:r>
    </w:p>
    <w:p>
      <w:pPr>
        <w:jc w:val="right"/>
      </w:pPr>
      <w:r>
        <w:t>اتنا چھوٹا سا کنٹری،</w:t>
      </w:r>
    </w:p>
    <w:p>
      <w:r>
        <w:rPr>
          <w:b/>
        </w:rPr>
        <w:t xml:space="preserve">[24:27] </w:t>
      </w:r>
      <w:r>
        <w:t>religious extremism. to wahan par religious extremism hai, to wahan to tashaddud ki ahmiyat hai, militancy ki ahmiyat hai, gun ki ahmiyat hai, sapphire bomb ki ahmiyat hai.</w:t>
      </w:r>
    </w:p>
    <w:p>
      <w:pPr>
        <w:jc w:val="right"/>
      </w:pPr>
      <w:r>
        <w:t>ریلیجس ایکسٹریمزم۔ تو وہاں پر ریلیجس ایکسٹریمزم ہے، تو وہاں تو تشدد کی اہمیت ہے، ملٹینسی کی اہمیت ہے، گن کی اہمیت ہے، سفائر بم کی اہمیت ہے۔</w:t>
      </w:r>
    </w:p>
    <w:p>
      <w:r>
        <w:rPr>
          <w:b/>
        </w:rPr>
        <w:t xml:space="preserve">[24:37] </w:t>
      </w:r>
      <w:r>
        <w:t>wahan koi aadmi baat karta hai peaceful, yani parman islam ki, to us ko in water ban jata hai. maar dalte hain, pareshan karte hain.</w:t>
      </w:r>
    </w:p>
    <w:p>
      <w:pPr>
        <w:jc w:val="right"/>
      </w:pPr>
      <w:r>
        <w:t>وہاں کوئی آدمی بات کرتا ہے پیس فل، یعنی پرامن اسلام کی، تو اس کو ان واٹر بن جاتا ہے۔ مار ڈالتے ہیں، پریشان کرتے ہیں۔</w:t>
      </w:r>
    </w:p>
    <w:p>
      <w:r>
        <w:rPr>
          <w:b/>
        </w:rPr>
        <w:t xml:space="preserve">[24:48] </w:t>
      </w:r>
      <w:r>
        <w:t>main aap ko misal deta hoon. Kashmir bhi ek muslim, sare musalman, musalman wahan par hain. wahan wahi culture chalta hai. wahan par Maulana Masoodi bohat hi qabil aadmi the, bohat qabil.</w:t>
      </w:r>
    </w:p>
    <w:p>
      <w:pPr>
        <w:jc w:val="right"/>
      </w:pPr>
      <w:r>
        <w:t>میں آپ کو مثال دیتا ہوں۔ کشمیر بھی ایک مسلم، سارے مسلمان، مسلمان وہاں پر ہیں۔ وہاں وہی کلچر چلتا ہے۔ وہاں پر مولانا مسعودی بہت ہی قابل آدمی تھے، بہت قابل۔</w:t>
      </w:r>
    </w:p>
    <w:p>
      <w:r>
        <w:rPr>
          <w:b/>
        </w:rPr>
        <w:t xml:space="preserve">[25:02] </w:t>
      </w:r>
      <w:r>
        <w:t>unhon ne kaha ke "kya tum log military chalate ho?"</w:t>
      </w:r>
    </w:p>
    <w:p>
      <w:pPr>
        <w:jc w:val="right"/>
      </w:pPr>
      <w:r>
        <w:t>انہوں نے کہا کہ "کیا تم لوگ ملٹری چلاتے ہو؟"</w:t>
      </w:r>
    </w:p>
    <w:p>
      <w:r>
        <w:rPr>
          <w:b/>
        </w:rPr>
        <w:t xml:space="preserve">[25:06] </w:t>
      </w:r>
      <w:r>
        <w:t>parman islam ki baat ki. unhon ne in ko, in ko maar dala, ghus gaye, gun le kar ke maar dala in ko. Pakistan mein Maulana Ghamdi the, Javed Ghamdi, wo parman islam ki baat karte the.</w:t>
      </w:r>
    </w:p>
    <w:p>
      <w:pPr>
        <w:jc w:val="right"/>
      </w:pPr>
      <w:r>
        <w:t>پرامن اسلام کی بات کی۔ انہوں نے ان کو، ان کو مار ڈالا، گھس گئے، گن لے کر کے مار ڈالا ان کو۔ پاکستان میں مولانا غامدی تھے، جاوید غامدی، وہ پرامن اسلام کی بات کرتے تھے۔</w:t>
      </w:r>
    </w:p>
    <w:p>
      <w:r>
        <w:rPr>
          <w:b/>
        </w:rPr>
        <w:t xml:space="preserve">[25:21] </w:t>
      </w:r>
      <w:r>
        <w:t>in ko itna pareshan kiya, wo bhag gaye. ab is waqt wo militia mein rehte hain. Yemen mein Al Sheikh Turkabani ek hain, jo parman islam ki b</w:t>
      </w:r>
    </w:p>
    <w:p>
      <w:pPr>
        <w:jc w:val="right"/>
      </w:pPr>
      <w:r>
        <w:t>ان کو اتنا پریشان کیا، وہ بھاگ گئے۔ اب اس وقت وہ ملیشیا میں رہتے ہیں۔یمن میں الشیخ ترکبانی ایک ہیں، جو پرامن اسلام کی ب</w:t>
      </w:r>
    </w:p>
    <w:p>
      <w:r>
        <w:rPr>
          <w:b/>
        </w:rPr>
        <w:t xml:space="preserve">[25:32] </w:t>
      </w:r>
      <w:r>
        <w:t>aat karne wale hain. in ko pareshan kiya, wo bechare bhag kar ke abhi wo Europe mein rehte hain. Misr mein Hassan Hudaibi the, bohat hi top ke aadmi.</w:t>
      </w:r>
    </w:p>
    <w:p>
      <w:pPr>
        <w:jc w:val="right"/>
      </w:pPr>
      <w:r>
        <w:t>ات کرنے والے ہیں۔ ان کو پریشان کیا، وہ بیچارے بھاگ کر کے ابھی وہ یورپ میں رہتے ہیں۔ مصر میں حسن حذیبی تھے، بہت ہی ٹاپ کے آدمی۔</w:t>
      </w:r>
    </w:p>
    <w:p>
      <w:r>
        <w:rPr>
          <w:b/>
        </w:rPr>
        <w:t xml:space="preserve">[25:42] </w:t>
      </w:r>
      <w:r>
        <w:t>unhon ne parman islam ki baat ki. un ki kitab hai "Dua La Qudat". Ikhwaniyon ne itna pareshan kiya ke wo bechare chhup kar ghar bat gaye.</w:t>
      </w:r>
    </w:p>
    <w:p>
      <w:pPr>
        <w:jc w:val="right"/>
      </w:pPr>
      <w:r>
        <w:t>انہوں نے پرامن اسلام کی بات کی۔ ان کی کتاب ہے "دعا لا قدات"۔ اخوانیوں نے اتنا پریشان کیا کہ وہ بیچارے چھپ کر گھر بٹ گئے۔</w:t>
      </w:r>
    </w:p>
    <w:p>
      <w:r>
        <w:rPr>
          <w:b/>
        </w:rPr>
        <w:t xml:space="preserve">[25:52] </w:t>
      </w:r>
      <w:r>
        <w:t>is choti si kitab ke baad kuch kahe nahi. unhon ne "Dua La Qudat" jo hai, wo likh kar ke bas un ka mission khatam ho gaya.</w:t>
      </w:r>
    </w:p>
    <w:p>
      <w:pPr>
        <w:jc w:val="right"/>
      </w:pPr>
      <w:r>
        <w:t>اس چھوٹی سی کتاب کے بعد کچھ کہے نہیں۔ انہوں نے "دعا لا قدات" جو ہے، وہ لکھ کر کے بس ان کا مشن ختم ہو گیا۔</w:t>
      </w:r>
    </w:p>
    <w:p>
      <w:r>
        <w:rPr>
          <w:b/>
        </w:rPr>
        <w:t xml:space="preserve">[26:03] </w:t>
      </w:r>
      <w:r>
        <w:t>hamare ek bahut hi zabardast the, hamare sathi libia mein, sheikh muhammad sulaiman al-qaid, un ko mar ke goli mar di, un ko khatm kar diya kyunke woh peace.</w:t>
      </w:r>
    </w:p>
    <w:p>
      <w:pPr>
        <w:jc w:val="right"/>
      </w:pPr>
      <w:r>
        <w:t>ہمارے ایک بہت ہی زبردست تھے، ہمارے ساتھی لیبیا میں، شیخ محمد سلیمان القائد، ان کو مار کے گولی مار دی، ان کو ختم کر دیا کیونکہ وہ پیس۔</w:t>
      </w:r>
    </w:p>
    <w:p>
      <w:r>
        <w:rPr>
          <w:b/>
        </w:rPr>
        <w:t xml:space="preserve">[26:14] </w:t>
      </w:r>
      <w:r>
        <w:t>parman islam ki baat karte the. har jagah yeh qissa hua hai. har jagah jitne muslim countries hain, kyun wahan extremism hai?</w:t>
      </w:r>
    </w:p>
    <w:p>
      <w:pPr>
        <w:jc w:val="right"/>
      </w:pPr>
      <w:r>
        <w:t>پرامن اسلام کی بات کرتے تھے۔ ہر جگہ یہ قصہ ہوا ہے۔ ہر جگہ جتنے مسلم کنٹریز ہیں، کیوں وہاں ایکسٹریمزم ہے؟</w:t>
      </w:r>
    </w:p>
    <w:p>
      <w:r>
        <w:rPr>
          <w:b/>
        </w:rPr>
        <w:t xml:space="preserve">[26:28] </w:t>
      </w:r>
      <w:r>
        <w:t>extreme wahan ka mazhab hai. extremism</w:t>
      </w:r>
    </w:p>
    <w:p>
      <w:pPr>
        <w:jc w:val="right"/>
      </w:pPr>
      <w:r>
        <w:t>ایکسٹریم وہاں کا مذہب ہے۔ ایکسٹریمزم</w:t>
      </w:r>
    </w:p>
    <w:p>
      <w:r>
        <w:rPr>
          <w:b/>
        </w:rPr>
        <w:t xml:space="preserve">[26:33] </w:t>
      </w:r>
      <w:r>
        <w:t>india ek ajeeb o ghareeb mulk hai. yahan ke halaat bilkul different hain. yahan ka culture, yahan ka mazhab, yahan ka geography se ek da yahan par halaat paida hui hain.</w:t>
      </w:r>
    </w:p>
    <w:p>
      <w:pPr>
        <w:jc w:val="right"/>
      </w:pPr>
      <w:r>
        <w:t>انڈیا ایک عجیب و غریب ملک ہے۔ یہاں کے حالات بالکل ڈفرنٹ ہیں۔ یہاں کا کلچر، یہاں کا مذہب، یہاں کا جغرافیہ سے ایک ڈا یہاں پر حالات پیدا ہوئی ہیں۔</w:t>
      </w:r>
    </w:p>
    <w:p>
      <w:r>
        <w:rPr>
          <w:b/>
        </w:rPr>
        <w:t xml:space="preserve">[26:46] </w:t>
      </w:r>
      <w:r>
        <w:t>yahan agar aap sirf ek kaam karen ke aap ladai bahri se door rahen, military se door rahen, to bas itne mauqe, itne mauqe hain ke jo chahe kijiye.</w:t>
      </w:r>
    </w:p>
    <w:p>
      <w:pPr>
        <w:jc w:val="right"/>
      </w:pPr>
      <w:r>
        <w:t>یہاں اگر آپ صرف ایک کام کریں کہ آپ لڑائی بحری سے دور رہیں، ملٹری سے دور رہیں، تو بس اتنے مواقع، اتنے مواقع ہیں کہ جو چاہے کیجئے۔</w:t>
      </w:r>
    </w:p>
    <w:p>
      <w:r>
        <w:rPr>
          <w:b/>
        </w:rPr>
        <w:t xml:space="preserve">[27:04] </w:t>
      </w:r>
      <w:r>
        <w:t>ab jaise ke hum char din hum ne haiderabad mein apni woh daawa meet ki, kisi bhi muslim country mein aap nahi kar sakte aisa, kisi bhi muslim country mein, kyunke wahan to hukumat karti hai.</w:t>
      </w:r>
    </w:p>
    <w:p>
      <w:pPr>
        <w:jc w:val="right"/>
      </w:pPr>
      <w:r>
        <w:t>اب جیسے کہ ہم چار دن ہم نے حیدرآباد میں اپنی وہ دعویٰ میٹ کی، کسی بھی مسلم کنٹری میں آپ نہیں کر سکتے ایسا، کسی بھی مسلم کنٹری میں، کیونکہ وہاں تو حکومت کرتی ہے۔</w:t>
      </w:r>
    </w:p>
    <w:p>
      <w:r>
        <w:rPr>
          <w:b/>
        </w:rPr>
        <w:t xml:space="preserve">[27:18] </w:t>
      </w:r>
      <w:r>
        <w:t>azaad to aap kuch kar nahi sakte. har muslim country mein jo conference seminar hota hai, woh government organize karti hai.</w:t>
      </w:r>
    </w:p>
    <w:p>
      <w:pPr>
        <w:jc w:val="right"/>
      </w:pPr>
      <w:r>
        <w:t>آزاد تو آپ کچھ کر نہیں سکتے۔ ہر مسلم کنٹری میں جو کانفرنس سیمینار ہوتا ہے، وہ گورنمنٹ ارگنائز کرتی ہے۔</w:t>
      </w:r>
    </w:p>
    <w:p>
      <w:r>
        <w:rPr>
          <w:b/>
        </w:rPr>
        <w:t xml:space="preserve">[27:28] </w:t>
      </w:r>
      <w:r>
        <w:t>azadi, azadi ke sath na aap koi maghzi nikaal sakte hain, na akhbar nikaal sakte hain, na koi meet rakh sakte hain, kuch bhi nahi.</w:t>
      </w:r>
    </w:p>
    <w:p>
      <w:pPr>
        <w:jc w:val="right"/>
      </w:pPr>
      <w:r>
        <w:t>آزادی، آزادی کے ساتھ نہ آپ کوئی مغزی نکال سکتے ہیں، نہ اخبار نکال سکتے ہیں، نہ کوئی میٹ رکھ سکتے ہیں، کچھ بھی نہیں۔</w:t>
      </w:r>
    </w:p>
    <w:p>
      <w:r>
        <w:rPr>
          <w:b/>
        </w:rPr>
        <w:t xml:space="preserve">[27:36] </w:t>
      </w:r>
      <w:r>
        <w:t>india mein dekhen ke hamein kisi hukumat se nahi poochna hai. agar hum haiderabad mein ek meet rakh rahe hain char din ki, to hamein hukumat se nahi poochna hai.</w:t>
      </w:r>
    </w:p>
    <w:p>
      <w:pPr>
        <w:jc w:val="right"/>
      </w:pPr>
      <w:r>
        <w:t>انڈیا میں دیکھیں کہ ہمیں کسی حکومت سے نہیں پوچھنا ہے۔ اگر ہم حیدرآباد میں ایک میٹ رکھ رہے ہیں چار دن کی، تو ہمیں حکومت سے نہیں پوچھنا ہے۔</w:t>
      </w:r>
    </w:p>
    <w:p>
      <w:r>
        <w:rPr>
          <w:b/>
        </w:rPr>
        <w:t xml:space="preserve">[27:47] </w:t>
      </w:r>
      <w:r>
        <w:t>bas hum ne khud ek date fix ki, wahan chale gaye. wahan hamare sab sathi aaye, woh char din program raha. koi, koi government ka aadmi poochnay nahi aaya ke tum ne baghair permission kaise kar diya?</w:t>
      </w:r>
    </w:p>
    <w:p>
      <w:pPr>
        <w:jc w:val="right"/>
      </w:pPr>
      <w:r>
        <w:t>بس ہم نے خود ایک ڈیٹ فکس کی، وہاں چلے گئے۔ وہاں ہمارے سب ساتھی آئے، وہ چار دن پروگرام رہا۔ کوئی، کوئی گورنمنٹ کا آدمی پوچھنے نہیں آیا کہ تم نے بغیر پرمیشن کیسے کر دیا؟</w:t>
      </w:r>
    </w:p>
    <w:p>
      <w:r>
        <w:rPr>
          <w:b/>
        </w:rPr>
        <w:t xml:space="preserve">[28:01] </w:t>
      </w:r>
      <w:r>
        <w:t>lekin yahi saada waqea kai baar aisa hota hai ke main jata hoon arab countries mein, to wahan log ijtima karte hain, gharon mein karte hain, gharon mein bahar nahi kar sakte.</w:t>
      </w:r>
    </w:p>
    <w:p>
      <w:pPr>
        <w:jc w:val="right"/>
      </w:pPr>
      <w:r>
        <w:t>لیکن یہی سادہ واقعہ کئی بار ایسا ہوتا ہے کہ میں جاتا ہوں عرب کنٹریز میں، تو وہاں لوگ اجتماع کرتے ہیں، گھروں میں کرتے ہیں، گھروں میں باہر نہیں کر سکتے۔</w:t>
      </w:r>
    </w:p>
    <w:p>
      <w:r>
        <w:rPr>
          <w:b/>
        </w:rPr>
        <w:t xml:space="preserve">[28:13] </w:t>
      </w:r>
      <w:r>
        <w:t>woh</w:t>
      </w:r>
    </w:p>
    <w:p>
      <w:pPr>
        <w:jc w:val="right"/>
      </w:pPr>
      <w:r>
        <w:t>وہ</w:t>
      </w:r>
    </w:p>
    <w:p>
      <w:r>
        <w:rPr>
          <w:b/>
        </w:rPr>
        <w:t xml:space="preserve">[28:18] </w:t>
      </w:r>
      <w:r>
        <w:t>to yeh kaisa ajeeb o ghareeb hai mamla ke Allah ne chuna India ko. Allah yalam, age risalat</w:t>
      </w:r>
    </w:p>
    <w:p>
      <w:pPr>
        <w:jc w:val="right"/>
      </w:pPr>
      <w:r>
        <w:t>تو یہ کیسا عجیب و غریب ہے معاملہ کہ اللہ نے چنا انڈیا کو۔ اللہ یعلم، ایج رسالت</w:t>
      </w:r>
    </w:p>
    <w:p>
      <w:r>
        <w:rPr>
          <w:b/>
        </w:rPr>
        <w:t xml:space="preserve">[28:29] </w:t>
      </w:r>
      <w:r>
        <w:t>ke Allah behtar janta hai ke where to place his mission. aur jo log shareek hue the char din ke program mein, aap to un se pooch liye.</w:t>
      </w:r>
    </w:p>
    <w:p>
      <w:pPr>
        <w:jc w:val="right"/>
      </w:pPr>
      <w:r>
        <w:t>کہ اللہ بہتر جانتا ہے کہ ویئر ٹو پلیس ہز مشن۔ اور جو لوگ شریک ہوئے تھے چار دن کے پروگرام میں، آپ تو ان سے پوچھ لیے۔</w:t>
      </w:r>
    </w:p>
    <w:p>
      <w:r>
        <w:rPr>
          <w:b/>
        </w:rPr>
        <w:t xml:space="preserve">[28:40] </w:t>
      </w:r>
      <w:r>
        <w:t>ek anokha hai, woh char din ka woh anokha program tha, anokha program tha. woh aisa lagta tha ke saare farishte yehin utar aaye hain.</w:t>
      </w:r>
    </w:p>
    <w:p>
      <w:pPr>
        <w:jc w:val="right"/>
      </w:pPr>
      <w:r>
        <w:t>ایک انوکھا ہے، وہ چار دن کا وہ انوکھا پروگرام تھا، انوکھا پروگرام تھا۔ وہ ایسا لگتا تھا کہ سارے فرشتے یہیں اتر آئے ہیں۔</w:t>
      </w:r>
    </w:p>
    <w:p>
      <w:r>
        <w:rPr>
          <w:b/>
        </w:rPr>
        <w:t xml:space="preserve">[28:55] </w:t>
      </w:r>
      <w:r>
        <w:t>dekhen, farishton ke baghair rohaniyat nahi aati, farishton ke baghair nooraniyat nahi aati, farishton ke baghair rabbani jazbat nahi paida hote, farishton ke baghair aala kaifiyat nahi paida hoti.</w:t>
      </w:r>
    </w:p>
    <w:p>
      <w:pPr>
        <w:jc w:val="right"/>
      </w:pPr>
      <w:r>
        <w:t>دیکھیں، فرشتوں کے بغیر روحانیت نہیں آتی، فرشتوں کے بغیر نورانیت نہیں آتی، فرشتوں کے بغیر ربان جذبات نہیں پیدا ہوتے، فرشتوں کے بغیر اعلیٰ کیفیت نہیں پیدا ہوتی۔</w:t>
      </w:r>
    </w:p>
    <w:p>
      <w:r>
        <w:rPr>
          <w:b/>
        </w:rPr>
        <w:t xml:space="preserve">[29:06] </w:t>
      </w:r>
      <w:r>
        <w:t>jahan yeh sab ho, to samajh lijiye ke farishte utre hue hain. jaise jab main bol raha tha, wahan main khara ho ke bola tha to saare ro rahe the, saare log.</w:t>
      </w:r>
    </w:p>
    <w:p>
      <w:pPr>
        <w:jc w:val="right"/>
      </w:pPr>
      <w:r>
        <w:t>جہاں یہ سب ہو، تو سمجھ لیجئے کہ فرشتے اترے ہوئے ہیں۔ جیسے جب میں بول رہا تھا، وہاں میں کھڑا ہو کے بولا تھا تو سارے رو رہے تھے، سارے لوگ۔</w:t>
      </w:r>
    </w:p>
    <w:p>
      <w:r>
        <w:rPr>
          <w:b/>
        </w:rPr>
        <w:t xml:space="preserve">[29:22] </w:t>
      </w:r>
      <w:r>
        <w:t>kya yeh ab yeh ittefaqan nahi hota? aisa yeh farishton ki maujoodgi se kaifiyat paida hoti hain.</w:t>
      </w:r>
    </w:p>
    <w:p>
      <w:pPr>
        <w:jc w:val="right"/>
      </w:pPr>
      <w:r>
        <w:t>کیا یہ اب یہ اتفاقاً نہیں ہوتا؟ ایسا یہ فرشتوں کی موجودگی سے کیفیات پیدا ہوتی ہیں۔</w:t>
      </w:r>
    </w:p>
    <w:p>
      <w:r>
        <w:rPr>
          <w:b/>
        </w:rPr>
        <w:t xml:space="preserve">[29:34] </w:t>
      </w:r>
      <w:r>
        <w:t>to yeh jo hai, hum logon ko jo tofeeq di Allah taala ne ke hum India mein is mission ka aaghaz karen, to bilashuba yeh Allah taala ki planning hai,</w:t>
      </w:r>
    </w:p>
    <w:p>
      <w:pPr>
        <w:jc w:val="right"/>
      </w:pPr>
      <w:r>
        <w:t>تو یہ جو ہے، ہم لوگوں کو جو توفیق دی اللہ تعالی نے کہ ہم انڈیا میں اس مشن کا آغاز کریں، تو بلاشبہ یہ اللہ تعالی کی پلاننگ ہے،</w:t>
      </w:r>
    </w:p>
    <w:p>
      <w:r>
        <w:rPr>
          <w:b/>
        </w:rPr>
        <w:t xml:space="preserve">[29:51] </w:t>
      </w:r>
      <w:r>
        <w:t>direct planning hai.</w:t>
      </w:r>
    </w:p>
    <w:p>
      <w:pPr>
        <w:jc w:val="right"/>
      </w:pPr>
      <w:r>
        <w:t>ڈائریکٹ پلاننگ ہے۔</w:t>
      </w:r>
    </w:p>
    <w:p>
      <w:r>
        <w:rPr>
          <w:b/>
        </w:rPr>
        <w:t xml:space="preserve">[29:54] </w:t>
      </w:r>
      <w:r>
        <w:t>achha, aap dekhiye, ek baat suniye ke wahan par ek sahib ne kaha ke aisi team jo wahan jo log the, ke 50 se zyada aadmi the, yaani bahut hi ek ek shakhs modest, ek ek shakhs sincere, ek ek shakhs bilkul koi bhi fazool baatein karne wala nahi hai, ho ha ka kuch kuch bhi mahaul nahi</w:t>
      </w:r>
    </w:p>
    <w:p>
      <w:pPr>
        <w:jc w:val="right"/>
      </w:pPr>
      <w:r>
        <w:t>اچھا، آپ دیکھیے، ایک بات سنیے کہ وہاں پر ایک صاحب نے کہا کہ ایسی ٹیم جو وہاں جو لوگ تھے، کہ 50 سے زیادہ آدمی تھے، یعنی بہت ہی ایک ایک شخص ماڈسٹ، ایک ایک شخص سنسیئر، ایک ایک شخص بالکل کوئی بھی فضول باتیں کرنے والا نہیں ہے، ہو ہا کا کچھ کچھ بھی ماحول نہیں</w:t>
      </w:r>
    </w:p>
    <w:p>
      <w:r>
        <w:rPr>
          <w:b/>
        </w:rPr>
        <w:t xml:space="preserve">[30:17] </w:t>
      </w:r>
      <w:r>
        <w:t>, logon ke andar Allah ka taqwa ka mahaul waghera. to unhone kaha ke aise saare saare duniya mein aise kahin bhi aap nahi group paayenge, aisa aisi team nahi paayenge.</w:t>
      </w:r>
    </w:p>
    <w:p>
      <w:pPr>
        <w:jc w:val="right"/>
      </w:pPr>
      <w:r>
        <w:t>، لوگوں کے اندر اللہ کا تقویٰ کا ماحول وغیرہ۔ تو انہوں نے کہا کہ ایسے سارے سارے دنیا میں ایسے کہیں بھی آپ نہیں گروپ پائیں گے، ایسا ایسی ٹیم نہیں پائیں گے۔</w:t>
      </w:r>
    </w:p>
    <w:p>
      <w:r>
        <w:rPr>
          <w:b/>
        </w:rPr>
        <w:t xml:space="preserve">[30:29] </w:t>
      </w:r>
      <w:r>
        <w:t>to phir maine socha ke team kya banti hai do din mein? it requires sincere effort, bahut lambi effort ke baad ek team banti hai.</w:t>
      </w:r>
    </w:p>
    <w:p>
      <w:pPr>
        <w:jc w:val="right"/>
      </w:pPr>
      <w:r>
        <w:t>تو پھر میں نے سوچا کہ ٹیم کیا بنتی ہے دو دن میں؟ اٹ ریکوائرڈ سنسٹرینٹ ایفرٹ، بہت لمبی ایفرٹ کے بعد ایک ٹیم بنتی ہے۔</w:t>
      </w:r>
    </w:p>
    <w:p>
      <w:r>
        <w:rPr>
          <w:b/>
        </w:rPr>
        <w:t xml:space="preserve">[30:44] </w:t>
      </w:r>
      <w:r>
        <w:t>to un mulkon mein, chahe woh developed countries hon ya muslim countries hon, kahin bhi yeh halaat nahi hain ke aap lambi muddat tak ek sustained effort karen, phir ek team bane.</w:t>
      </w:r>
    </w:p>
    <w:p>
      <w:pPr>
        <w:jc w:val="right"/>
      </w:pPr>
      <w:r>
        <w:t>تو ان ملکوں میں، چاہے وہ ڈیولپ کنٹریز ہوں یا مسلم کنٹریز ہوں، کہیں بھی یہ حالات نہیں ہیں کہ آپ لمبی مدت تک ایک سسٹینڈ ایفرٹ کریں، پھر ایک ٹیم بنے۔</w:t>
      </w:r>
    </w:p>
    <w:p>
      <w:r>
        <w:rPr>
          <w:b/>
        </w:rPr>
        <w:t xml:space="preserve">[30:55] </w:t>
      </w:r>
      <w:r>
        <w:t>woh</w:t>
      </w:r>
    </w:p>
    <w:p>
      <w:pPr>
        <w:jc w:val="right"/>
      </w:pPr>
      <w:r>
        <w:t>وہ</w:t>
      </w:r>
    </w:p>
    <w:p>
      <w:r>
        <w:rPr>
          <w:b/>
        </w:rPr>
        <w:t xml:space="preserve">[30:58] </w:t>
      </w:r>
      <w:r>
        <w:t>jaise mein jab sochta hoon to mujhe Allah taala ne paida kiya tha, maani mission, yaani bachpan se hi mein maani mission hoon.</w:t>
      </w:r>
    </w:p>
    <w:p>
      <w:pPr>
        <w:jc w:val="right"/>
      </w:pPr>
      <w:r>
        <w:t>جیسے میں جب سوچتا ہوں تو مجھے اللہ تعالی نے پیدا کیا تھا، معنی مشن، یعنی بچپن سے ہی میں معنی مشن ہوں۔</w:t>
      </w:r>
    </w:p>
    <w:p>
      <w:r>
        <w:rPr>
          <w:b/>
        </w:rPr>
        <w:t xml:space="preserve">[31:08] </w:t>
      </w:r>
      <w:r>
        <w:t>jab mein jaanta bhi nahi tha ke mission ka matlab kya hota hai,</w:t>
      </w:r>
    </w:p>
    <w:p>
      <w:pPr>
        <w:jc w:val="right"/>
      </w:pPr>
      <w:r>
        <w:t>جب میں جانتا بھی نہیں تھا کہ مشن کا مطلب کیا ہوتا ہے،</w:t>
      </w:r>
    </w:p>
    <w:p>
      <w:r>
        <w:rPr>
          <w:b/>
        </w:rPr>
        <w:t xml:space="preserve">[31:12] </w:t>
      </w:r>
      <w:r>
        <w:t>lekin potentially i waz a maani mission. aur shaoori tor par pehla jo waqea hua, ghaliban hua 1955 mein, jab maine Lucknow mein ek ek taqreer ki thi jo chapi thi naye ahad ke darwaze par,</w:t>
      </w:r>
    </w:p>
    <w:p>
      <w:pPr>
        <w:jc w:val="right"/>
      </w:pPr>
      <w:r>
        <w:t>لیکن پوٹینشلی آئی واز اے معنی مشن۔ اور شعوری طور پر پہلا جو واقعہ ہوا، غالباً ہوا 1955 میں، جب میں نے لکھنو میں ایک ایک تقریر کی تھی جو چھپی تھی نئے عہد کے دروازے پر،</w:t>
      </w:r>
    </w:p>
    <w:p>
      <w:r>
        <w:rPr>
          <w:b/>
        </w:rPr>
        <w:t xml:space="preserve">[31:30] </w:t>
      </w:r>
      <w:r>
        <w:t>"in da three short of new era" aur Hindi mein chapi thi "Naveeq ke darwaze par"</w:t>
      </w:r>
    </w:p>
    <w:p>
      <w:pPr>
        <w:jc w:val="right"/>
      </w:pPr>
      <w:r>
        <w:t>"ان دا تھری شورٹ آف نیو ایرا" اور ہندی میں چھپی تھی "نویق کے دروازے پر"</w:t>
      </w:r>
    </w:p>
    <w:p>
      <w:r>
        <w:rPr>
          <w:b/>
        </w:rPr>
        <w:t xml:space="preserve">[31:39] </w:t>
      </w:r>
      <w:r>
        <w:t>. to yeh tha, mein samajhta hoon ke ek shaoori aaghaz mere is daawati mission ka. aap ghor kijiye ke 1955 se le kar ab tak kitni muddat ho gayi?</w:t>
      </w:r>
    </w:p>
    <w:p>
      <w:pPr>
        <w:jc w:val="right"/>
      </w:pPr>
      <w:r>
        <w:t>۔ تو یہ تھا، میں سمجھتا ہوں کہ ایک شعوری آغاز میرے اس دعوتی مشن کا۔ آپ غور کیجئے کہ 1955 سے لے کر اب تک کتنی مدت ہو گئی؟</w:t>
      </w:r>
    </w:p>
    <w:p>
      <w:r>
        <w:rPr>
          <w:b/>
        </w:rPr>
        <w:t xml:space="preserve">[31:52] </w:t>
      </w:r>
      <w:r>
        <w:t>50 saal se zyada ho gaye. ek sustained effort chal rahi hai 1955 se aaj tak, without break, kisi bhi mulk mein mumkin nahi hai, na developed countries mein, na kisi Muslim countries mein.</w:t>
      </w:r>
    </w:p>
    <w:p>
      <w:pPr>
        <w:jc w:val="right"/>
      </w:pPr>
      <w:r>
        <w:t>50 سال سے زیادہ ہو گئے۔ ایک سسٹینڈ ایفرٹ چل رہی ہے 1955 سے آج تک، ودا آؤٹ بریک، کسی بھی ملک میں ممکن نہیں ہے، نہ ڈیولپ کنٹریز میں، نہ کسی مسلم کنٹریز میں۔</w:t>
      </w:r>
    </w:p>
    <w:p>
      <w:r>
        <w:rPr>
          <w:b/>
        </w:rPr>
        <w:t xml:space="preserve">[32:09] </w:t>
      </w:r>
      <w:r>
        <w:t>to ek ek sustained effort hai 50, 60 saal ki. tab woh Hyderabad mein woh team akatha hui aur is tarah ka ijtima mumkin hua.</w:t>
      </w:r>
    </w:p>
    <w:p>
      <w:pPr>
        <w:jc w:val="right"/>
      </w:pPr>
      <w:r>
        <w:t>تو ایک ایک سسٹینڈ ایفرٹ ہے 50، 60 سال کی۔ تب وہ حیدرآباد میں وہ ٹیم اکٹھا ہوئی اور اس طرح کا اجتماع ممکن ہوا۔</w:t>
      </w:r>
    </w:p>
    <w:p>
      <w:r>
        <w:rPr>
          <w:b/>
        </w:rPr>
        <w:t xml:space="preserve">[32:20] </w:t>
      </w:r>
      <w:r>
        <w:t>wahan to humne sector logon ko permit kiya tha. agar aam keh dete, maslan hamare risale mein elaan kar dete, wahan bohat log aa jaate, bohat zyada, kyunke Allah ke fazl se itni muddat mein saare duniya mein yeh mission phail chuka hai.</w:t>
      </w:r>
    </w:p>
    <w:p>
      <w:pPr>
        <w:jc w:val="right"/>
      </w:pPr>
      <w:r>
        <w:t>وہاں تو ہم نے سیکٹر لوگوں کو پرمٹ کیا تھا۔ اگر عام کہہ دیتے، مثلاً ہمارے رسالے میں اعلان کر دیتے، وہاں بہت لوگ آ جاتے، بہت زیادہ، کیونکہ اللہ کے فضل سے اتنی مدت میں سارے دنیا میں یہ مشن پھیل چکا ہے۔</w:t>
      </w:r>
    </w:p>
    <w:p>
      <w:r>
        <w:rPr>
          <w:b/>
        </w:rPr>
        <w:t xml:space="preserve">[32:38] </w:t>
      </w:r>
      <w:r>
        <w:t>to team dekhiye, jo nishana hai, jo maine apne lafzon mein kaha ke "Operation Flood", yeh wahi hai jo hadith mein hai, doosre alfaaz mein hai.</w:t>
      </w:r>
    </w:p>
    <w:p>
      <w:pPr>
        <w:jc w:val="right"/>
      </w:pPr>
      <w:r>
        <w:t>تو ٹیم دیکھیے، جو نشانہ ہے، جو میں نے اپنے لفظوں میں کہا کہ "آپریشن فلڈ"، یہ وہی ہے جو حدیث میں ہے، دوسرے الفاظ میں ہے۔</w:t>
      </w:r>
    </w:p>
    <w:p>
      <w:r>
        <w:rPr>
          <w:b/>
        </w:rPr>
        <w:t xml:space="preserve">[32:52] </w:t>
      </w:r>
      <w:r>
        <w:t>hadith mein yeh alfaaz hain ke ek chote ghar aur bade ghar mein pahuncha do, yaani Allah ke kalam.</w:t>
      </w:r>
    </w:p>
    <w:p>
      <w:pPr>
        <w:jc w:val="right"/>
      </w:pPr>
      <w:r>
        <w:t>حدیث میں یہ الفاظ ہیں کہ ایک چھوٹے گھر اور بڑے گھر میں پہنچا دو، یعنی اللہ کے کلام۔</w:t>
      </w:r>
    </w:p>
    <w:p>
      <w:r>
        <w:rPr>
          <w:b/>
        </w:rPr>
        <w:t xml:space="preserve">[33:01] </w:t>
      </w:r>
      <w:r>
        <w:t>isi ko maine naya lafz diya "Operation Flood".</w:t>
      </w:r>
    </w:p>
    <w:p>
      <w:pPr>
        <w:jc w:val="right"/>
      </w:pPr>
      <w:r>
        <w:t>اسی کو میں نے نیا لفظ دیا "آپریشن فلڈ"۔</w:t>
      </w:r>
    </w:p>
    <w:p>
      <w:r>
        <w:rPr>
          <w:b/>
        </w:rPr>
        <w:t xml:space="preserve">[33:09] </w:t>
      </w:r>
      <w:r>
        <w:t>to Operation Flood ke target ko poora karne ke liye ek team chahiye aur team banane ke liye ek lambi effort chahiye, sustained effort.</w:t>
      </w:r>
    </w:p>
    <w:p>
      <w:pPr>
        <w:jc w:val="right"/>
      </w:pPr>
      <w:r>
        <w:t>تو آپریشن فلڈ کے ٹارگٹ کو پورا کرنے کے لیے ایک ٹیم چاہیے اور ٹیم بنانے کے لیے ایک لمبی ایفرٹ چاہیے، سسٹینڈ ایفرٹ۔</w:t>
      </w:r>
    </w:p>
    <w:p>
      <w:r>
        <w:rPr>
          <w:b/>
        </w:rPr>
        <w:t xml:space="preserve">[33:21] </w:t>
      </w:r>
      <w:r>
        <w:t>to is ke liye hamein aisa mahol chahiye jahan is sustained effort ko hum jaari rakh sakein, without yani break, woh chalta rahe, chalta rahe, chalta rahe. kyunke kabhi bhi koi team do chaar din mein nahi banti.</w:t>
      </w:r>
    </w:p>
    <w:p>
      <w:pPr>
        <w:jc w:val="right"/>
      </w:pPr>
      <w:r>
        <w:t>تو اس کے لیے ہمیں ایسا ماحول چاہیے جہاں اس سسٹینڈ ایفرٹ کو ہم جاری رکھ سکیں، ودا آؤٹ یعنی بریک، وہ چلتا رہے، چلتا رہے، چلتا رہے۔ کیونکہ کبھی بھی کوئی ٹیم دو چار دن میں نہیں بنتی۔</w:t>
      </w:r>
    </w:p>
    <w:p>
      <w:r>
        <w:rPr>
          <w:b/>
        </w:rPr>
        <w:t xml:space="preserve">[33:33] </w:t>
      </w:r>
      <w:r>
        <w:t>is ke liye bohat sacrifice, bohat struggle, bohat hi zyada planning darkaar hoti hai. tab ja kar ek team banti hai.</w:t>
      </w:r>
    </w:p>
    <w:p>
      <w:pPr>
        <w:jc w:val="right"/>
      </w:pPr>
      <w:r>
        <w:t>اس کے لیے بہت سیکریفائس، بہت سٹرگل، بہت ہی زیادہ پلاننگ درکار ہوتی ہے۔ تب جا کر ایک ٹیم بنتی ہے۔</w:t>
      </w:r>
    </w:p>
    <w:p>
      <w:r>
        <w:rPr>
          <w:b/>
        </w:rPr>
        <w:t xml:space="preserve">[33:46] </w:t>
      </w:r>
      <w:r>
        <w:t>to yeh saare halaat sirf India mein hain.</w:t>
      </w:r>
    </w:p>
    <w:p>
      <w:pPr>
        <w:jc w:val="right"/>
      </w:pPr>
      <w:r>
        <w:t>تو یہ سارے حالات صرف انڈیا میں ہیں۔</w:t>
      </w:r>
    </w:p>
    <w:p>
      <w:r>
        <w:rPr>
          <w:b/>
        </w:rPr>
        <w:t xml:space="preserve">[33:52] </w:t>
      </w:r>
      <w:r>
        <w:t>jab mein yeh sochta hoon to mujhe yaqeen ho jata hai ke ek ek ek wajood hai Allah taala ka, Rasool Allah Sal Allahu Alaihi Wasallam paighambar the, isi Khuda ke. kyunke kaise hadith mein kaise yeh baat kahi gayi ke ke Hind mein ek ehsaawa hoga, Hind mein ek team banegi?</w:t>
      </w:r>
    </w:p>
    <w:p>
      <w:pPr>
        <w:jc w:val="right"/>
      </w:pPr>
      <w:r>
        <w:t>جب میں یہ سوچتا ہوں تو مجھے یقین ہو جاتا ہے کہ ایک ایک ایک وجود ہے اللہ تعالی کا، رسول اللہ صلی اللہ علیہ وسلم پیغمبر تھے، اسی خدا کے۔ کیونکہ کیسے حدیث میں کیسے یہ بات کہی گئی کہ کہ ہند میں ایک احساوا ہوگا، ہند میں ایک ٹیم بنے گی؟</w:t>
      </w:r>
    </w:p>
    <w:p>
      <w:r>
        <w:rPr>
          <w:b/>
        </w:rPr>
        <w:t xml:space="preserve">[34:07] </w:t>
      </w:r>
      <w:r>
        <w:t>aisi kaise ja sakta tha ek insaan agar Allah ne na bataya ho? to</w:t>
      </w:r>
    </w:p>
    <w:p>
      <w:pPr>
        <w:jc w:val="right"/>
      </w:pPr>
      <w:r>
        <w:t>ایسی کیسے جا سکتا تھا ایک انسان اگر اللہ نے نہ بتایا ہو؟ تو</w:t>
      </w:r>
    </w:p>
    <w:p>
      <w:r>
        <w:rPr>
          <w:b/>
        </w:rPr>
        <w:t xml:space="preserve">[34:17] </w:t>
      </w:r>
      <w:r>
        <w:t>yeh sab baatein bohat hi anokhi hain.</w:t>
      </w:r>
    </w:p>
    <w:p>
      <w:pPr>
        <w:jc w:val="right"/>
      </w:pPr>
      <w:r>
        <w:t>یہ سب باتیں بہت ہی انوکھی ہیں۔</w:t>
      </w:r>
    </w:p>
    <w:p>
      <w:r>
        <w:rPr>
          <w:b/>
        </w:rPr>
        <w:t xml:space="preserve">[34:26] </w:t>
      </w:r>
      <w:r>
        <w:t>aur phir yaad rakhiye, yeh kisi insaan ke bas mein nahi hai. yeh yeh yeh ek yeh yeh jo yeh jo ek final role jis ko mein keh raha hoon, final role jo jis ko mein keh raha hoon "Operation Flood" aur "Final Role",</w:t>
      </w:r>
    </w:p>
    <w:p>
      <w:pPr>
        <w:jc w:val="right"/>
      </w:pPr>
      <w:r>
        <w:t>اور پھر یاد رکھیے، یہ کسی انسان کے بس میں نہیں ہے۔ یہ یہ یہ ایک یہ یہ جو یہ جو ایک فائنل رول جس کو میں کہہ رہا ہوں، فائنل رول جو جس کو میں کہہ رہا ہوں "آپریشن فلڈ" اور "فائنل رول"،</w:t>
      </w:r>
    </w:p>
    <w:p>
      <w:r>
        <w:rPr>
          <w:b/>
        </w:rPr>
        <w:t xml:space="preserve">[34:45] </w:t>
      </w:r>
      <w:r>
        <w:t>yeh is ke peeche chaar hazar saal ki tareekh hai. saada baat nahi hai.</w:t>
      </w:r>
    </w:p>
    <w:p>
      <w:pPr>
        <w:jc w:val="right"/>
      </w:pPr>
      <w:r>
        <w:t>یہ اس کے پیچھے چار ہزار سال کی تاریخ ہے۔ سادہ بات نہیں ہے۔</w:t>
      </w:r>
    </w:p>
    <w:p>
      <w:r>
        <w:rPr>
          <w:b/>
        </w:rPr>
        <w:t xml:space="preserve">[34:51] </w:t>
      </w:r>
      <w:r>
        <w:t>is ka jo yani prime mover jo hai, is ka woh hai Hajra, ek khatoon.</w:t>
      </w:r>
    </w:p>
    <w:p>
      <w:pPr>
        <w:jc w:val="right"/>
      </w:pPr>
      <w:r>
        <w:t>اس کا جو یعنی پرائم موور جو ہے، اس کا وہ ہے ہاجرہ، ایک خاتون۔</w:t>
      </w:r>
    </w:p>
    <w:p>
      <w:r>
        <w:rPr>
          <w:b/>
        </w:rPr>
        <w:t xml:space="preserve">[35:00] </w:t>
      </w:r>
      <w:r>
        <w:t>Allah taala ne ek planning ki, is planning ka aaghaz hua Hajra se, phir mukhtalif waqeat pesh aaye, woh bhi ek sustained effort hai chaar hazar saal ki.</w:t>
      </w:r>
    </w:p>
    <w:p>
      <w:pPr>
        <w:jc w:val="right"/>
      </w:pPr>
      <w:r>
        <w:t>اللہ تعالی نے ایک پلاننگ کی، اس پلاننگ کا آغاز ہوا ہاجرہ سے، پھر مختلف واقعات پیش آئے، وہ بھی ایک سسٹینڈ ایفرٹ ہے چار ہزار سال کی۔</w:t>
      </w:r>
    </w:p>
    <w:p>
      <w:r>
        <w:rPr>
          <w:b/>
        </w:rPr>
        <w:t xml:space="preserve">[35:11] </w:t>
      </w:r>
      <w:r>
        <w:t>phir yeh hua, woh hua, woh hua, woh hua. tab ja kar ke yeh naya daur aaya</w:t>
      </w:r>
    </w:p>
    <w:p>
      <w:pPr>
        <w:jc w:val="right"/>
      </w:pPr>
      <w:r>
        <w:t>پھر یہ ہوا، وہ ہوا، وہ ہوا، وہ ہوا۔ تب جا کر کے یہ نیا دور آیا</w:t>
      </w:r>
    </w:p>
    <w:p>
      <w:r>
        <w:rPr>
          <w:b/>
        </w:rPr>
        <w:t xml:space="preserve">[35:17] </w:t>
      </w:r>
      <w:r>
        <w:t>hai, yeh technology aayi, openness aaya, freedom aaya, jazeerat parish ko, jazeerat parish ko khatam hua, mobility duniya mein aayi.</w:t>
      </w:r>
    </w:p>
    <w:p>
      <w:pPr>
        <w:jc w:val="right"/>
      </w:pPr>
      <w:r>
        <w:t>ہے، یہ ٹیکنالوجی آئی، اوپننس آیا، فریڈم آیا، جائزت پرش کو، جائزت پرش کو ختم ہوا، موبیلٹی دنیا میں آئی۔</w:t>
      </w:r>
    </w:p>
    <w:p>
      <w:r>
        <w:rPr>
          <w:b/>
        </w:rPr>
        <w:t xml:space="preserve">[35:28] </w:t>
      </w:r>
      <w:r>
        <w:t>age of communication jis ko kehte hain, woh age aaya.</w:t>
      </w:r>
    </w:p>
    <w:p>
      <w:pPr>
        <w:jc w:val="right"/>
      </w:pPr>
      <w:r>
        <w:t>ایج آف کمیونیکیشن جس کو کہتے ہیں، وہ ایج آیا۔</w:t>
      </w:r>
    </w:p>
    <w:p>
      <w:r>
        <w:rPr>
          <w:b/>
        </w:rPr>
        <w:t xml:space="preserve">[35:34] </w:t>
      </w:r>
      <w:r>
        <w:t>yeh sari jis ko hum kehte hain western civilization, woh sab wajood mein aai.</w:t>
      </w:r>
    </w:p>
    <w:p>
      <w:pPr>
        <w:jc w:val="right"/>
      </w:pPr>
      <w:r>
        <w:t>یہ ساری جس کو ہم کہتے ہیں ویسٹرن سیولائزیشن، وہ سب وجود میں آئی۔</w:t>
      </w:r>
    </w:p>
    <w:p>
      <w:r>
        <w:rPr>
          <w:b/>
        </w:rPr>
        <w:t xml:space="preserve">[35:40] </w:t>
      </w:r>
      <w:r>
        <w:t>to yeh is ki, is ka yeh bhi aik sustained effort ke zareeye hua, yeh sab. aur aakhir mein yeh hai ke woh woh infrastructure maujood ho jaye jis ko le kar ke koi team operation flood ko chala sake.</w:t>
      </w:r>
    </w:p>
    <w:p>
      <w:pPr>
        <w:jc w:val="right"/>
      </w:pPr>
      <w:r>
        <w:t>تو یہ اس کی، اس کا یہ بھی ایک سسٹینڈ ایفرٹ کے ذریعے ہوا، یہ سب۔ اور آخر میں یہ ہے کہ وہ وہ انفراسٹرکچر موجود ہو جائے جس کو لے کر کے کوئی ٹیم آپریشن فلڈ کو چلا سکے۔</w:t>
      </w:r>
    </w:p>
    <w:p>
      <w:r>
        <w:rPr>
          <w:b/>
        </w:rPr>
        <w:t xml:space="preserve">[36:00] </w:t>
      </w:r>
      <w:r>
        <w:t>kyunke aap jante hain ke Allah taala ne insaan ko azadi di hai. azadi ki bina par yahan jo bhi kiya jata hai, woh insaan ki azadi ko aabash nahi kiya jayega.</w:t>
      </w:r>
    </w:p>
    <w:p>
      <w:pPr>
        <w:jc w:val="right"/>
      </w:pPr>
      <w:r>
        <w:t>کیونکہ آپ جانتے ہیں کہ اللہ تعالی نے انسان کو آزادی دی ہے۔ آزادی کی بنا پر یہاں جو بھی کیا جاتا ہے، وہ انسان کی آزادی کو آبائش نہیں کیا جائے گا۔</w:t>
      </w:r>
    </w:p>
    <w:p>
      <w:r>
        <w:rPr>
          <w:b/>
        </w:rPr>
        <w:t xml:space="preserve">[36:14] </w:t>
      </w:r>
      <w:r>
        <w:t>Allah taala insaan ki azadi ko aabash nahi karega. qayamat tak insaan ki azadi ko baqi rakhte hue woh manage karega.</w:t>
      </w:r>
    </w:p>
    <w:p>
      <w:pPr>
        <w:jc w:val="right"/>
      </w:pPr>
      <w:r>
        <w:t>اللہ تعالی انسان کی آزادی کو آبائش نہیں کرے گا۔ قیامت تک انسان کی آزادی کو باقی رکھتے ہوئے وہ مینج کرے گا۔</w:t>
      </w:r>
    </w:p>
    <w:p>
      <w:r>
        <w:rPr>
          <w:b/>
        </w:rPr>
        <w:t xml:space="preserve">[36:24] </w:t>
      </w:r>
      <w:r>
        <w:t>yeh bohat hi difficult management hai. yeh difficult kya hai? insaan kar hi nahi sakta aisa.</w:t>
      </w:r>
    </w:p>
    <w:p>
      <w:pPr>
        <w:jc w:val="right"/>
      </w:pPr>
      <w:r>
        <w:t>یہ بہت ہی ڈیفیکلٹ مینجمنٹ ہے۔ یہ ڈیفیکلٹ کیا ہے؟ انسان کر ہی نہیں سکتا ایسا۔</w:t>
      </w:r>
    </w:p>
    <w:p>
      <w:r>
        <w:rPr>
          <w:b/>
        </w:rPr>
        <w:t xml:space="preserve">[36:30] </w:t>
      </w:r>
      <w:r>
        <w:t>insaan ke bas mein nahi hai ke insaan ki azadi baqi rahe aur management bhi jari rahe, woh process bhi jari rahe, yahan tak ke woh apni takmeel tak pohanche.</w:t>
      </w:r>
    </w:p>
    <w:p>
      <w:pPr>
        <w:jc w:val="right"/>
      </w:pPr>
      <w:r>
        <w:t>انسان کے بس میں نہیں ہے کہ انسان کی آزادی باقی رہے اور مینجمنٹ بھی جاری رہے، وہ پراسیس بھی جاری رہے، یہاں تک کہ وہ اپنی تکمیل تک پہنچے۔</w:t>
      </w:r>
    </w:p>
    <w:p>
      <w:r>
        <w:rPr>
          <w:b/>
        </w:rPr>
        <w:t xml:space="preserve">[36:43] </w:t>
      </w:r>
      <w:r>
        <w:t>yeh sirf Allah ki planning se ho sakta hai.</w:t>
      </w:r>
    </w:p>
    <w:p>
      <w:pPr>
        <w:jc w:val="right"/>
      </w:pPr>
      <w:r>
        <w:t>یہ صرف اللہ کی پلاننگ سے ہو سکتا ہے۔</w:t>
      </w:r>
    </w:p>
    <w:p>
      <w:r>
        <w:rPr>
          <w:b/>
        </w:rPr>
        <w:t xml:space="preserve">[36:52] </w:t>
      </w:r>
      <w:r>
        <w:t>to aap log is ko samjhiye, shoori tor par is ko janiye ke aap kahan khare hue hain.</w:t>
      </w:r>
    </w:p>
    <w:p>
      <w:pPr>
        <w:jc w:val="right"/>
      </w:pPr>
      <w:r>
        <w:t>تو آپ لوگ اس کو سمجھیے، شعوری طور پر اس کو جانیے کہ آپ کہاں کھڑے ہوئے ہیں۔</w:t>
      </w:r>
    </w:p>
    <w:p>
      <w:r>
        <w:rPr>
          <w:b/>
        </w:rPr>
        <w:t xml:space="preserve">[37:00] </w:t>
      </w:r>
      <w:r>
        <w:t>aap yeh samjhen, Allah yalam, apna apne aap ko is ka</w:t>
      </w:r>
    </w:p>
    <w:p>
      <w:pPr>
        <w:jc w:val="right"/>
      </w:pPr>
      <w:r>
        <w:t>آپ یہ سمجھیں، اللہ یعلم، اپنا اپنے آپ کو اس کا</w:t>
      </w:r>
    </w:p>
    <w:p>
      <w:r>
        <w:rPr>
          <w:b/>
        </w:rPr>
        <w:t xml:space="preserve">[37:05] </w:t>
      </w:r>
      <w:r>
        <w:t>samjhen ke aap apply hote hain alfaaz</w:t>
      </w:r>
    </w:p>
    <w:p>
      <w:pPr>
        <w:jc w:val="right"/>
      </w:pPr>
      <w:r>
        <w:t>سمجھیں کہ آپ اپلائی ہوتے ہیں الفاظ</w:t>
      </w:r>
    </w:p>
    <w:p>
      <w:r>
        <w:rPr>
          <w:b/>
        </w:rPr>
        <w:t xml:space="preserve">[37:11] </w:t>
      </w:r>
      <w:r>
        <w:t>extended sense mein. yani is ayat ke jo alfaaz hain, woh extended sense mein aap apply hote hain. aap is ka mushtaq hain.</w:t>
      </w:r>
    </w:p>
    <w:p>
      <w:pPr>
        <w:jc w:val="right"/>
      </w:pPr>
      <w:r>
        <w:t>ایکسٹینڈڈ سینس میں۔ یعنی اس آیت کے جو الفاظ ہیں، وہ ایکسٹینڈڈ سینس میں آپ اپلائی ہوتے ہیں۔ آپ اس کا مشتاق ہیں۔</w:t>
      </w:r>
    </w:p>
    <w:p>
      <w:r>
        <w:rPr>
          <w:b/>
        </w:rPr>
        <w:t xml:space="preserve">[37:23] </w:t>
      </w:r>
      <w:r>
        <w:t>jab tak aap shoori tor par yeh baaton ko nahi janenge, aap ke andar woh jazba, woh operation flood ke liye aik toofani jazba darkar hai.</w:t>
      </w:r>
    </w:p>
    <w:p>
      <w:pPr>
        <w:jc w:val="right"/>
      </w:pPr>
      <w:r>
        <w:t>جب تک آپ شعوری طور پر یہ باتوں کو نہیں جانیں گے، آپ کے اندر وہ جذبہ، وہ آپریشن فلڈ کے لیے ایک طوفانی جذبہ درکار ہے۔</w:t>
      </w:r>
    </w:p>
    <w:p>
      <w:r>
        <w:rPr>
          <w:b/>
        </w:rPr>
        <w:t xml:space="preserve">[37:34] </w:t>
      </w:r>
      <w:r>
        <w:t>aap</w:t>
      </w:r>
    </w:p>
    <w:p>
      <w:pPr>
        <w:jc w:val="right"/>
      </w:pPr>
      <w:r>
        <w:t>آپ</w:t>
      </w:r>
    </w:p>
    <w:p>
      <w:r>
        <w:rPr>
          <w:b/>
        </w:rPr>
        <w:t xml:space="preserve">[37:35] </w:t>
      </w:r>
      <w:r>
        <w:t>ration flood ko kamyabi ke sath jari karne ke liye aik insaan ke andar bhi toofan aana chahiye. pehle insaan ke andar toofan aayega, phir bahar toofan barpa hoga.</w:t>
      </w:r>
    </w:p>
    <w:p>
      <w:pPr>
        <w:jc w:val="right"/>
      </w:pPr>
      <w:r>
        <w:t>ریشن فلڈ کو کامیابی کے ساتھ جاری کرنے کے لیے ایک انسان کے اندر بھی طوفان آنا چاہیے۔ پہلے انسان کے اندر طوفان آئے گا، پھر باہر طوفان برپا ہوگا۔</w:t>
      </w:r>
    </w:p>
    <w:p>
      <w:r>
        <w:rPr>
          <w:b/>
        </w:rPr>
        <w:t xml:space="preserve">[37:49] </w:t>
      </w:r>
      <w:r>
        <w:t>yeh yeh mumkin nahi hai ke insaan ke toofan na aaya ho aur bahar toofan barpa ho jaye. aisa kabhi nahi ho sakta hai.</w:t>
      </w:r>
    </w:p>
    <w:p>
      <w:pPr>
        <w:jc w:val="right"/>
      </w:pPr>
      <w:r>
        <w:t>یہ یہ ممکن نہیں ہے کہ انسان کے طوفان نہ آیا ہو اور باہر طوفان برپا ہو جائے۔ ایسا کبھی نہیں ہو سکتا ہے۔</w:t>
      </w:r>
    </w:p>
    <w:p>
      <w:r>
        <w:rPr>
          <w:b/>
        </w:rPr>
        <w:t xml:space="preserve">[38:01] </w:t>
      </w:r>
      <w:r>
        <w:t>jaise Quran mein kaha hai, "tanur" pehle tanur mein toofan aata hai, phir woh zameen ki satah par phailta hai.</w:t>
      </w:r>
    </w:p>
    <w:p>
      <w:pPr>
        <w:jc w:val="right"/>
      </w:pPr>
      <w:r>
        <w:t>جیسے قرآن میں کہا ہے، "تنور" پہلے تنور میں طوفان آتا ہے، پھر وہ زمین کی سطح پر پھیلتا ہے۔</w:t>
      </w:r>
    </w:p>
    <w:p>
      <w:r>
        <w:rPr>
          <w:b/>
        </w:rPr>
        <w:t xml:space="preserve">[38:12] </w:t>
      </w:r>
      <w:r>
        <w:t>to aap mein se har shakhs ko shoori tor par yeh janna chahiye ke Allah ki planning kya hai. aap ko Allah ki planning se waqif hona padega.</w:t>
      </w:r>
    </w:p>
    <w:p>
      <w:pPr>
        <w:jc w:val="right"/>
      </w:pPr>
      <w:r>
        <w:t>تو آپ میں سے ہر شخص کو شعوری طور پر یہ جاننا چاہیے کہ اللہ کی پلاننگ کیا ہے۔ آپ کو اللہ کی پلاننگ سے واقف ہونا پڑے گا۔</w:t>
      </w:r>
    </w:p>
    <w:p>
      <w:r>
        <w:rPr>
          <w:b/>
        </w:rPr>
        <w:t xml:space="preserve">[38:26] </w:t>
      </w:r>
      <w:r>
        <w:t>dekhiye, hadith ki do kitaben sab se aham samjhi jati hain, jis ko sahihain kaha jata hai. sahihain un mein se aik hai sahih Muslim.</w:t>
      </w:r>
    </w:p>
    <w:p>
      <w:pPr>
        <w:jc w:val="right"/>
      </w:pPr>
      <w:r>
        <w:t>دیکھیے، حدیث کی دو کتابیں سب سے اہم سمجھی جاتی ہیں، جس کو صحیحین کہا جاتا ہے۔ صحیحین ان میں سے ایک ہے صحیح مسلم۔</w:t>
      </w:r>
    </w:p>
    <w:p>
      <w:r>
        <w:rPr>
          <w:b/>
        </w:rPr>
        <w:t xml:space="preserve">[38:40] </w:t>
      </w:r>
      <w:r>
        <w:t>to Muslim ki aik riwayat hai, us mein hai ke bataya gaya hai ke aik waqt aayega jab ke aik us mein azeem shahadat ada hogi, Adam al-Shuhada.</w:t>
      </w:r>
    </w:p>
    <w:p>
      <w:pPr>
        <w:jc w:val="right"/>
      </w:pPr>
      <w:r>
        <w:t>تو مسلم کی ایک روایت ہے، اس میں ہے کہ بتایا گیا ہے کہ ایک وقت آئے گا جب کہ ایک اس میں عظیم شہادت ادا ہوگی، آدم الشہداء۔</w:t>
      </w:r>
    </w:p>
    <w:p>
      <w:r>
        <w:rPr>
          <w:b/>
        </w:rPr>
        <w:t xml:space="preserve">[38:58] </w:t>
      </w:r>
      <w:r>
        <w:t>shahadat a'zam aik waqt aayega ke jab ke aik shahadat a'zam ada hogi. to shahadat ke mani dekhiye, ladka marna nahi hai.</w:t>
      </w:r>
    </w:p>
    <w:p>
      <w:pPr>
        <w:jc w:val="right"/>
      </w:pPr>
      <w:r>
        <w:t>شہادت اعظم ایک وقت آئے گا کہ جب کہ ایک شہادت اعظم ادا ہوگی۔ تو شہادت کے معنی دیکھیے، لڑکا مرنا نہیں ہے۔</w:t>
      </w:r>
    </w:p>
    <w:p>
      <w:r>
        <w:rPr>
          <w:b/>
        </w:rPr>
        <w:t xml:space="preserve">[39:08] </w:t>
      </w:r>
      <w:r>
        <w:t>shahadat ke mani wohi hain jis ko hum dawat karte hain, yani greatest da'wa work. is ka matlab hai greatest da'wa work wajood mein aayega.</w:t>
      </w:r>
    </w:p>
    <w:p>
      <w:pPr>
        <w:jc w:val="right"/>
      </w:pPr>
      <w:r>
        <w:t>شہادت کے معنی وہی ہیں جس کو ہم دعوت کرتے ہیں، یعنی گریٹسٹ دعویٰ ورک۔ اس کا مطلب ہے گریٹسٹ دعویٰ ورک وجود میں آئے گا۔</w:t>
      </w:r>
    </w:p>
    <w:p>
      <w:r>
        <w:rPr>
          <w:b/>
        </w:rPr>
        <w:t xml:space="preserve">[39:22] </w:t>
      </w:r>
      <w:r>
        <w:t>to mein bohat dinon se sochta tha ke yeh shahadat a'zam jo hai, greatest da'wa work kya cheez hai? to meri samajh mein aaya ke yeh fazilat ke mani mein nahi hai, yeh</w:t>
      </w:r>
    </w:p>
    <w:p>
      <w:pPr>
        <w:jc w:val="right"/>
      </w:pPr>
      <w:r>
        <w:t>تو میں بہت دنوں سے سوچتا تھا کہ یہ شہادت اعظم جو ہے، گریٹسٹ دعویٰ ورک کیا چیز ہے؟ تو میری سمجھ میں آیا کہ یہ فضیلت کے معنی میں نہیں ہے، یہ</w:t>
      </w:r>
    </w:p>
    <w:p>
      <w:r>
        <w:rPr>
          <w:b/>
        </w:rPr>
        <w:t xml:space="preserve">[39:35] </w:t>
      </w:r>
      <w:r>
        <w:t>yeh expansion ke mani mein hai, yani yani yani global da'wa ke mani mein hai. yeh is se pehle jitni bhi shahadat ki baaten hui hain, da'wat ki baaten hui hain, woh local buniyad par hui hain.</w:t>
      </w:r>
    </w:p>
    <w:p>
      <w:pPr>
        <w:jc w:val="right"/>
      </w:pPr>
      <w:r>
        <w:t>یہ ایکسپینشن کے معنی میں ہے، یعنی یعنی یعنی گلوبل دعویٰ کے معنی میں ہے۔ یہ اس سے پہلے جتنی بھی شہادت کی باتیں ہوئی ہیں، دعوت کی باتیں ہوئی ہیں، وہ لوکل بنیاد پر ہوئی ہیں۔</w:t>
      </w:r>
    </w:p>
    <w:p>
      <w:r>
        <w:rPr>
          <w:b/>
        </w:rPr>
        <w:t xml:space="preserve">[39:50] </w:t>
      </w:r>
      <w:r>
        <w:t>jitne bhi tareekh mein da'wati kaam hue hain, sab local buniyad par, kyunke woh infrastructure maujood nahi tha jis se koi da'i global level par kaam kar sake.</w:t>
      </w:r>
    </w:p>
    <w:p>
      <w:pPr>
        <w:jc w:val="right"/>
      </w:pPr>
      <w:r>
        <w:t>جتنے بھی تاریخ میں دعوتی کام ہوئے ہیں، سب لوکل بنیاد پر، کیونکہ وہ انفراسٹرکچر موجود نہیں تھا جس سے کوئی داعی گلوبل لیول پر کام کر سکے۔</w:t>
      </w:r>
    </w:p>
    <w:p>
      <w:r>
        <w:rPr>
          <w:b/>
        </w:rPr>
        <w:t xml:space="preserve">[40:02] </w:t>
      </w:r>
      <w:r>
        <w:t>jaise misaal global level matlab kya hai? ab apna woh mobile de do. mobile dekhiye, yeh hai Quran ka translation.</w:t>
      </w:r>
    </w:p>
    <w:p>
      <w:pPr>
        <w:jc w:val="right"/>
      </w:pPr>
      <w:r>
        <w:t>جیسے مثال گلوبل لیول مطلب کیا ہے؟ اب اپنا وہ موبائل دے دو۔ موبائل دیکھیے، یہ ہے قرآن کا ٹرانسلیشن۔</w:t>
      </w:r>
    </w:p>
    <w:p>
      <w:r>
        <w:rPr>
          <w:b/>
        </w:rPr>
        <w:t xml:space="preserve">[40:13] </w:t>
      </w:r>
      <w:r>
        <w:t>aaj duniya mein is se seven billion se zyada insan hain aur saare insanon ka address maujood hai. to</w:t>
      </w:r>
    </w:p>
    <w:p>
      <w:pPr>
        <w:jc w:val="right"/>
      </w:pPr>
      <w:r>
        <w:t>آج دنیا میں اس سے سیون بلین سے زیادہ انسان ہیں اور سارے انسانوں کا ایڈریس موجود ہے۔ تو</w:t>
      </w:r>
    </w:p>
    <w:p>
      <w:r>
        <w:rPr>
          <w:b/>
        </w:rPr>
        <w:t xml:space="preserve">[40:22] </w:t>
      </w:r>
      <w:r>
        <w:t>aap seven billion insanon mein se kisi ko bhi bhejna chahte hain, us ko aap us ko pack kijiye, us pe address likhiye, address likh ke us ko post office mein de dijiye aur woh theek usi insan ke paas pahunch jayega.</w:t>
      </w:r>
    </w:p>
    <w:p>
      <w:pPr>
        <w:jc w:val="right"/>
      </w:pPr>
      <w:r>
        <w:t>آپ سیون بلین انسانوں میں سے کسی کو بھی بھیجنا چاہتے ہیں، اس کو آپ اس کو پیک کیجئے، اس پہ ایڈریس لکھیے، ایڈریس لکھ کے اس کو پوسٹ آفس میں دے دیجئے اور وہ ٹھیک اسی انسان کے پاس پہنچ جائے گا۔</w:t>
      </w:r>
    </w:p>
    <w:p>
      <w:r>
        <w:rPr>
          <w:b/>
        </w:rPr>
        <w:t xml:space="preserve">[40:38] </w:t>
      </w:r>
      <w:r>
        <w:t>yeh hai postal system, yaani itne saare insan duniya mein hain ke seven billion se zyada, lekin yeh ek ek infrastructure wajood mein aaya hai is zamane mein ke aap us ko pack kijiye, us insan ka address likhiye aur aur post office mein de dijiye.</w:t>
      </w:r>
    </w:p>
    <w:p>
      <w:pPr>
        <w:jc w:val="right"/>
      </w:pPr>
      <w:r>
        <w:t>یہ ہے پوسٹل سسٹم، یعنی اتنے سارے انسان دنیا میں ہیں کہ سیون بلین سے زیادہ، لیکن یہ ایک ایک انفراسٹرکچر وجود میں آیا ہے اس زمانے میں کہ آپ اس کو پیک کیجئے، اس انسان کا ایڈریس لکھیے اور اور پوسٹ آفس میں دے دیجئے۔</w:t>
      </w:r>
    </w:p>
    <w:p>
      <w:r>
        <w:rPr>
          <w:b/>
        </w:rPr>
        <w:t xml:space="preserve">[40:58] </w:t>
      </w:r>
      <w:r>
        <w:t>to theek usi insan ke ghar mein us ko drop kar diya jayega.</w:t>
      </w:r>
    </w:p>
    <w:p>
      <w:pPr>
        <w:jc w:val="right"/>
      </w:pPr>
      <w:r>
        <w:t>تو ٹھیک اسی انسان کے گھر میں اس کو ڈراپ کر دیا جائے گا۔</w:t>
      </w:r>
    </w:p>
    <w:p>
      <w:r>
        <w:rPr>
          <w:b/>
        </w:rPr>
        <w:t xml:space="preserve">[41:02] </w:t>
      </w:r>
      <w:r>
        <w:t>aisa kabhi possible nahi tha, kisi kisi emperor ke liye bhi mumkin nahi tha ke woh is tarah se kisi ko bheje. is se bhi zyada dekhiye, yeh hai mobile.</w:t>
      </w:r>
    </w:p>
    <w:p>
      <w:pPr>
        <w:jc w:val="right"/>
      </w:pPr>
      <w:r>
        <w:t>ایسا کبھی پاسیبل نہیں تھا، کسی کسی ایمپرر کے لیے بھی ممکن نہیں تھا کہ وہ اس طرح سے کسی کو بھیجے۔ اس سے بھی زیادہ دیکھیے، یہ ہے موبائل۔</w:t>
      </w:r>
    </w:p>
    <w:p>
      <w:r>
        <w:rPr>
          <w:b/>
        </w:rPr>
        <w:t xml:space="preserve">[41:17] </w:t>
      </w:r>
      <w:r>
        <w:t>kaisi ajeeb o ghareeb cheez hai! yeh mobile aap apne jeb mein rakhte hain, is mein number hote hain.</w:t>
      </w:r>
    </w:p>
    <w:p>
      <w:pPr>
        <w:jc w:val="right"/>
      </w:pPr>
      <w:r>
        <w:t>کیسی عجیب و غریب چیز ہے! یہ موبائل آپ اپنے جیب میں رکھتے ہیں، اس میں نمبر ہوتے ہیں۔</w:t>
      </w:r>
    </w:p>
    <w:p>
      <w:r>
        <w:rPr>
          <w:b/>
        </w:rPr>
        <w:t xml:space="preserve">[41:24] </w:t>
      </w:r>
      <w:r>
        <w:t>duniya mein koi bhi insan kahin bhi ho, woh Iceland mein ho, woh Paris mein ho, woh New York mein ho, woh Moscow mein ho, woh kahin bhi ho, kahin bhi ho, kahin bhi ho, is ke baad bhi mobile hai.</w:t>
      </w:r>
    </w:p>
    <w:p>
      <w:pPr>
        <w:jc w:val="right"/>
      </w:pPr>
      <w:r>
        <w:t>دنیا میں کوئی بھی انسان کہیں بھی ہو، وہ آئس لینڈ میں ہو، وہ پیرس میں ہو، وہ نیویارک میں ہو، وہ ماسکو میں ہو، وہ کہیں بھی ہو، کہیں بھی ہو، کہیں بھی ہو، اس کے بعد بھی موبائل ہے۔</w:t>
      </w:r>
    </w:p>
    <w:p>
      <w:r>
        <w:rPr>
          <w:b/>
        </w:rPr>
        <w:t xml:space="preserve">[41:36] </w:t>
      </w:r>
      <w:r>
        <w:t>aap jante hain, har insan ki jeb mein mobile hai. yahan par in ke in ka aap in ka jo hai number dial karenge, yahan par to within less than second wahan ghanti baj jayegi.</w:t>
      </w:r>
    </w:p>
    <w:p>
      <w:pPr>
        <w:jc w:val="right"/>
      </w:pPr>
      <w:r>
        <w:t>آپ جانتے ہیں، ہر انسان کی جیب میں موبائل ہے۔ یہاں پر ان کے ان کا آپ ان کا جو ہے نمبر ڈائل کریں گے، یہاں پر تو ود ان لیس دین سیکنڈ وہاں گھنٹی بج جائے گی۔</w:t>
      </w:r>
    </w:p>
    <w:p>
      <w:r>
        <w:rPr>
          <w:b/>
        </w:rPr>
        <w:t xml:space="preserve">[41:49] </w:t>
      </w:r>
      <w:r>
        <w:t>unki</w:t>
      </w:r>
    </w:p>
    <w:p>
      <w:pPr>
        <w:jc w:val="right"/>
      </w:pPr>
      <w:r>
        <w:t>ان کی</w:t>
      </w:r>
    </w:p>
    <w:p>
      <w:r>
        <w:rPr>
          <w:b/>
        </w:rPr>
        <w:t xml:space="preserve">[41:51] </w:t>
      </w:r>
      <w:r>
        <w:t>ek second ke fraction mein wahan ghanti baj jayegi. aap ne un ka number dial kiya aur second ke fraction mein un ki jeb mein ghanti baj gayi.</w:t>
      </w:r>
    </w:p>
    <w:p>
      <w:pPr>
        <w:jc w:val="right"/>
      </w:pPr>
      <w:r>
        <w:t>ایک سیکنڈ کے فریکشن میں وہاں گھنٹی بج جائے گی۔ آپ نے ان کا نمبر ڈائل کیا اور سیکنڈ کے فریکشن میں ان کی جیب میں گھنٹی بج گئی۔</w:t>
      </w:r>
    </w:p>
    <w:p>
      <w:r>
        <w:rPr>
          <w:b/>
        </w:rPr>
        <w:t xml:space="preserve">[42:00] </w:t>
      </w:r>
      <w:r>
        <w:t>woh utha ke baat karenge. kaisi ajeeb cheez hai yeh! kaisi ajeeb cheez hai yeh! yeh hai global, yaani global communication.</w:t>
      </w:r>
    </w:p>
    <w:p>
      <w:pPr>
        <w:jc w:val="right"/>
      </w:pPr>
      <w:r>
        <w:t>وہ اٹھا کے بات کریں گے۔ کیسی عجیب چیز ہے یہ! کیسی عجیب چیز ہے یہ! یہ ہے گلوبل، یعنی گلوبل کمیونیکیشن۔</w:t>
      </w:r>
    </w:p>
    <w:p>
      <w:r>
        <w:rPr>
          <w:b/>
        </w:rPr>
        <w:t xml:space="preserve">[42:18] </w:t>
      </w:r>
      <w:r>
        <w:t>to yeh yeh be-lambi tareekh ke baad aisa hua hai. to jo jo shahadat a'zam matloob hai, us ko main kehta hoon global da'wa, global shahadat.</w:t>
      </w:r>
    </w:p>
    <w:p>
      <w:pPr>
        <w:jc w:val="right"/>
      </w:pPr>
      <w:r>
        <w:t>تو یہ یہ بے لمبی تاریخ کے بعد ایسا ہوا ہے۔ تو جو جو شہادت اعظم مطلوب ہے، اس کو میں کہتا ہوں گلوبل دعویٰ، گلوبل شہادت۔</w:t>
      </w:r>
    </w:p>
    <w:p>
      <w:r>
        <w:rPr>
          <w:b/>
        </w:rPr>
        <w:t xml:space="preserve">[42:32] </w:t>
      </w:r>
      <w:r>
        <w:t>to pehli baar yeh mumkin hua hai ke aap global da'wa kar saken, kyunke agar aap chal kar pahunchna ho to seven billion insanon tak pahunchte pahunchte mar chuke honge.</w:t>
      </w:r>
    </w:p>
    <w:p>
      <w:pPr>
        <w:jc w:val="right"/>
      </w:pPr>
      <w:r>
        <w:t>تو پہلی بار یہ ممکن ہوا ہے کہ آپ گلوبل دعویٰ کر سکیں، کیونکہ اگر آپ چل کر پہنچنا ہو تو سیون بلین انسانوں تک پہنچتے پہنچتے مر چکے ہوں گے۔</w:t>
      </w:r>
    </w:p>
    <w:p>
      <w:r>
        <w:rPr>
          <w:b/>
        </w:rPr>
        <w:t xml:space="preserve">[42:45] </w:t>
      </w:r>
      <w:r>
        <w:t>kaise pahunchenge aap?</w:t>
      </w:r>
    </w:p>
    <w:p>
      <w:pPr>
        <w:jc w:val="right"/>
      </w:pPr>
      <w:r>
        <w:t>کیسے پہنچیں گے آپ؟</w:t>
      </w:r>
    </w:p>
    <w:p>
      <w:r>
        <w:rPr>
          <w:b/>
        </w:rPr>
        <w:t xml:space="preserve">[42:47] </w:t>
      </w:r>
      <w:r>
        <w:t>jaise pehle zamane mein log chal kar jate the, tab un ko koi paigham pahunchate the. agar aaj bhi wohi ho ke chal ke jana hai, tab paigham pahunchega, to woh to wahan pahunch hi nahi payenge.</w:t>
      </w:r>
    </w:p>
    <w:p>
      <w:pPr>
        <w:jc w:val="right"/>
      </w:pPr>
      <w:r>
        <w:t>جیسے پہلے زمانے میں لوگ چل کر جاتے تھے، تب ان کو کوئی پیغام پہنچاتے تھے۔ اگر آج بھی وہی ہو کہ چل کے جانا ہے، تب پیغام پہنچے گا، تو وہ تو وہاں پہنچ ہی نہیں پائیں گے۔</w:t>
      </w:r>
    </w:p>
    <w:p>
      <w:r>
        <w:rPr>
          <w:b/>
        </w:rPr>
        <w:t xml:space="preserve">[43:01] </w:t>
      </w:r>
      <w:r>
        <w:t>aap ko un ka aap address nahi hoga, aap ka sawal hi nahi hoga, aur da'iman hi mar jayenge, mar chuke honge aap.</w:t>
      </w:r>
    </w:p>
    <w:p>
      <w:pPr>
        <w:jc w:val="right"/>
      </w:pPr>
      <w:r>
        <w:t>آپ کو ان کا آپ ایڈریس نہیں ہوگا، آپ کا سوال ہی نہیں ہوگا، اور دائماً ہی مر جائیں گے، مر چکے ہوں گے آپ۔</w:t>
      </w:r>
    </w:p>
    <w:p>
      <w:r>
        <w:rPr>
          <w:b/>
        </w:rPr>
        <w:t xml:space="preserve">[43:09] </w:t>
      </w:r>
      <w:r>
        <w:t>to it requires instant communication ke aap ko</w:t>
      </w:r>
    </w:p>
    <w:p>
      <w:pPr>
        <w:jc w:val="right"/>
      </w:pPr>
      <w:r>
        <w:t>تو اٹ ریکوائرڈس انسٹنٹ کمیونیکیشن کہ آپ کو</w:t>
      </w:r>
    </w:p>
    <w:p>
      <w:r>
        <w:rPr>
          <w:b/>
        </w:rPr>
        <w:t xml:space="preserve">[43:17] </w:t>
      </w:r>
      <w:r>
        <w:t>lamba safar kar ke pahunchnay ki zaroorat hi na ho, button dabaiye aur wahan pahunch jayen.</w:t>
      </w:r>
    </w:p>
    <w:p>
      <w:pPr>
        <w:jc w:val="right"/>
      </w:pPr>
      <w:r>
        <w:t>لمبا سفر کر کے پہنچنے کی ضرورت ہی نہ ہو، بٹن دبائیے اور وہاں پہنچ جائیں۔</w:t>
      </w:r>
    </w:p>
    <w:p>
      <w:r>
        <w:rPr>
          <w:b/>
        </w:rPr>
        <w:t xml:space="preserve">[43:28] </w:t>
      </w:r>
      <w:r>
        <w:t>to main samajhta hoon ke sahih Muslim mein jo riwayat hai, ek zamana aayega jab ke shahadat a'zam ada ki jayegi.</w:t>
      </w:r>
    </w:p>
    <w:p>
      <w:pPr>
        <w:jc w:val="right"/>
      </w:pPr>
      <w:r>
        <w:t>تو میں سمجھتا ہوں کہ صحیح مسلم میں جو روایت ہے، ایک زمانہ آئے گا جب کہ شہادت اعظم ادا کی جائے گی۔</w:t>
      </w:r>
    </w:p>
    <w:p>
      <w:r>
        <w:rPr>
          <w:b/>
        </w:rPr>
        <w:t xml:space="preserve">[43:35] </w:t>
      </w:r>
      <w:r>
        <w:t>a'zeem tareen shahadat, is ka matlab hai global da'wa.</w:t>
      </w:r>
    </w:p>
    <w:p>
      <w:pPr>
        <w:jc w:val="right"/>
      </w:pPr>
      <w:r>
        <w:t>عظیم ترین شہادت، اس کا مطلب ہے گلوبل دعویٰ۔</w:t>
      </w:r>
    </w:p>
    <w:p>
      <w:r>
        <w:rPr>
          <w:b/>
        </w:rPr>
        <w:t xml:space="preserve">[43:42] </w:t>
      </w:r>
      <w:r>
        <w:t>aur global da'wa kab ho sakegi? jab global infrastructure wajood mein aa jayega.</w:t>
      </w:r>
    </w:p>
    <w:p>
      <w:pPr>
        <w:jc w:val="right"/>
      </w:pPr>
      <w:r>
        <w:t>اور گلوبل دعویٰ کب ہو سکے گی؟ جب گلوبل انفراسٹرکچر وجود میں آ جائے گا۔</w:t>
      </w:r>
    </w:p>
    <w:p>
      <w:r>
        <w:rPr>
          <w:b/>
        </w:rPr>
        <w:t xml:space="preserve">[43:52] </w:t>
      </w:r>
      <w:r>
        <w:t>to yeh saari cheezein jo Quran o Hadees mein maujood theen, Quran mein isharatan theen, Hadees mein sarahatan theen,</w:t>
      </w:r>
    </w:p>
    <w:p>
      <w:pPr>
        <w:jc w:val="right"/>
      </w:pPr>
      <w:r>
        <w:t>تو یہ ساری چیزیں جو قرآن و حدیث میں موجود تھیں، قرآن میں اشارتاً تھیں، حدیث میں صراحتاً تھیں،</w:t>
      </w:r>
    </w:p>
    <w:p>
      <w:r>
        <w:rPr>
          <w:b/>
        </w:rPr>
        <w:t xml:space="preserve">[44:01] </w:t>
      </w:r>
      <w:r>
        <w:t>woh aaj in ka waqt aa gaya hai ke woh poora ho.</w:t>
      </w:r>
    </w:p>
    <w:p>
      <w:pPr>
        <w:jc w:val="right"/>
      </w:pPr>
      <w:r>
        <w:t>وہ آج ان کا وقت آ گیا ہے کہ وہ پورا ہو۔</w:t>
      </w:r>
    </w:p>
    <w:p>
      <w:r>
        <w:rPr>
          <w:b/>
        </w:rPr>
        <w:t xml:space="preserve">[44:08] </w:t>
      </w:r>
      <w:r>
        <w:t>yeh maine daryaft kiya Hyderabad ki meet mein.</w:t>
      </w:r>
    </w:p>
    <w:p>
      <w:pPr>
        <w:jc w:val="right"/>
      </w:pPr>
      <w:r>
        <w:t>یہ میں نے دریافت کیا حیدرآباد کی میٹ میں۔</w:t>
      </w:r>
    </w:p>
    <w:p>
      <w:r>
        <w:rPr>
          <w:b/>
        </w:rPr>
        <w:t xml:space="preserve">[44:13] </w:t>
      </w:r>
      <w:r>
        <w:t>to main kahunga ke aap log shu'oori taur par is harkat ko jaanen taake aap sach much operation flood ko apni zindagi ka mission bana saken.</w:t>
      </w:r>
    </w:p>
    <w:p>
      <w:pPr>
        <w:jc w:val="right"/>
      </w:pPr>
      <w:r>
        <w:t>تو میں کہوں گا کہ آپ لوگ شعوری طور پر اس حرکت کو جانیں تاکہ آپ سچ مچ آپریشن فلڈ کو اپنی زندگی کا مشن بنا سکیں۔</w:t>
      </w:r>
    </w:p>
    <w:p>
      <w:r>
        <w:rPr>
          <w:b/>
        </w:rPr>
        <w:t xml:space="preserve">[44:24] </w:t>
      </w:r>
      <w:r>
        <w:t>mishn jab aap shoori tor par janen ge, tabhi aap ke sine mein toofan barpa hoga,</w:t>
      </w:r>
    </w:p>
    <w:p>
      <w:pPr>
        <w:jc w:val="right"/>
      </w:pPr>
      <w:r>
        <w:t>مشن جب آپ شعوری طور پر جانیں گے، تبھی آپ کے سینے میں طوفان برپا ہوگا،</w:t>
      </w:r>
    </w:p>
    <w:p>
      <w:r>
        <w:rPr>
          <w:b/>
        </w:rPr>
        <w:t xml:space="preserve">[44:31] </w:t>
      </w:r>
      <w:r>
        <w:t>ek brain storming hogi aap ki, aur tab aap operation flood ko apni zindagi ka maqsad bana saken ge, aur tab woh takmeel tak pohnche ga.</w:t>
      </w:r>
    </w:p>
    <w:p>
      <w:pPr>
        <w:jc w:val="right"/>
      </w:pPr>
      <w:r>
        <w:t>ایک برین اسٹارمنگ ہوگی آپ کی، اور تب آپ آپریشن فلڈ کو اپنی زندگی کا مقصد بنا سکیں گے، اور تب وہ تکمیل تک پہنچے گا۔</w:t>
      </w:r>
    </w:p>
    <w:p>
      <w:r>
        <w:rPr>
          <w:b/>
        </w:rPr>
        <w:t xml:space="preserve">[44:41] </w:t>
      </w:r>
      <w:r>
        <w:t>to main samajhta hoon ke Allah taala ke haan hashr ke maidan mein in logon ka darja bohat bara darja hoga jo is final role ko ada kar sakte hain.</w:t>
      </w:r>
    </w:p>
    <w:p>
      <w:pPr>
        <w:jc w:val="right"/>
      </w:pPr>
      <w:r>
        <w:t>تو میں سمجھتا ہوں کہ اللہ تعالی کے ہاں حشر کے میدان میں ان لوگوں کا درجہ بہت بڑا درجہ ہوگا جو اس فائنل رول کو ادا کر سکتے ہیں۔</w:t>
      </w:r>
    </w:p>
    <w:p>
      <w:r>
        <w:rPr>
          <w:b/>
        </w:rPr>
        <w:t xml:space="preserve">[44:52] </w:t>
      </w:r>
      <w:r>
        <w:t>yani word of god har ghar mein pohnch jaye, word of god har insan tak pohnch jaye. Yeh hai final role.</w:t>
      </w:r>
    </w:p>
    <w:p>
      <w:pPr>
        <w:jc w:val="right"/>
      </w:pPr>
      <w:r>
        <w:t>یعنی ورڈ آف گاڈ ہر گھر میں پہنچ جائے، ورڈ آف گاڈ ہر انسان تک پہنچ جائے۔ یہ ہے فائنل رول۔</w:t>
      </w:r>
    </w:p>
    <w:p>
      <w:r>
        <w:rPr>
          <w:b/>
        </w:rPr>
        <w:t xml:space="preserve">[45:01] </w:t>
      </w:r>
      <w:r>
        <w:t>to jo log, jo team is final role ko ada kare gi, wohi woh log hon ge jin ke bare mein hadith mein aata hai ke ya ya almalaika, ya al anbiya ke nabi bhi un ko rest ki rest dekhen ge.</w:t>
      </w:r>
    </w:p>
    <w:p>
      <w:pPr>
        <w:jc w:val="right"/>
      </w:pPr>
      <w:r>
        <w:t>تو جو لوگ، جو ٹیم اس فائنل رول کو ادا کرے گی، وہی وہ لوگ ہوں گے جن کے بارے میں حدیث میں آتا ہے کہ یا یا الملائکہ، یا الانبیاء کہ نبی بھی ان کو ریسٹ کی ریسٹ دیکھیں گے۔</w:t>
      </w:r>
    </w:p>
    <w:p>
      <w:r>
        <w:rPr>
          <w:b/>
        </w:rPr>
        <w:t xml:space="preserve">[45:17] </w:t>
      </w:r>
      <w:r>
        <w:t>aise ek log kuch aayen ge wahan par. Yeh to hai ke logon ne local daawa kiya aur yeh team global daawa kare gi.</w:t>
      </w:r>
    </w:p>
    <w:p>
      <w:pPr>
        <w:jc w:val="right"/>
      </w:pPr>
      <w:r>
        <w:t>ایسے ایک لوگ کچھ آئیں گے وہاں پر۔ یہ تو ہے کہ لوگوں نے لوکل دعویٰ کیا اور یہ ٹیم گلوبل دعویٰ کرے گی۔</w:t>
      </w:r>
    </w:p>
    <w:p>
      <w:r>
        <w:rPr>
          <w:b/>
        </w:rPr>
        <w:t xml:space="preserve">[45:31] </w:t>
      </w:r>
      <w:r>
        <w:t>to meri dua hai ke Allah taala mujh ko aur aap ko maaf farmaye. Jab pehle maafi aati hai, phir phir mauqa diya jata hai,</w:t>
      </w:r>
    </w:p>
    <w:p>
      <w:pPr>
        <w:jc w:val="right"/>
      </w:pPr>
      <w:r>
        <w:t>تو میری دعا ہے کہ اللہ تعالی مجھ کو اور آپ کو معاف فرمائے۔ جب پہلے معافی آتی ہے، پھر پھر موقع دیا جاتا ہے،</w:t>
      </w:r>
    </w:p>
    <w:p>
      <w:r>
        <w:rPr>
          <w:b/>
        </w:rPr>
        <w:t xml:space="preserve">[45:44] </w:t>
      </w:r>
      <w:r>
        <w:t>phir tofeeq milti hai kaam karne ki. To Allah taala hum logon ko maaf far</w:t>
      </w:r>
    </w:p>
    <w:p>
      <w:pPr>
        <w:jc w:val="right"/>
      </w:pPr>
      <w:r>
        <w:t>پھر توفیق ملتی ہے کام کرنے کی۔ تو اللہ تعالی ہم لوگوں کو معاف فرم</w:t>
      </w:r>
    </w:p>
    <w:p>
      <w:r>
        <w:rPr>
          <w:b/>
        </w:rPr>
        <w:t xml:space="preserve">[45:50] </w:t>
      </w:r>
      <w:r>
        <w:t>aye, hum ko tofeeq de ke hum Allah ki marzi ko dunya mein phaila saken, insan ko ba-khabar kar saken, us ko jannat ka rasta dikha saken.</w:t>
      </w:r>
    </w:p>
    <w:p>
      <w:pPr>
        <w:jc w:val="right"/>
      </w:pPr>
      <w:r>
        <w:t>ائے، ہم کو توفیق دے کہ ہم اللہ کی مرضی کو دنیا میں پھیلا سکیں، انسان کو باخبر کر سکیں، اس کو جنت کا راستہ دکھا سکیں۔</w:t>
      </w:r>
    </w:p>
    <w:p>
      <w:r>
        <w:rPr>
          <w:b/>
        </w:rPr>
        <w:t xml:space="preserve">[46:03] </w:t>
      </w:r>
      <w:r>
        <w:t>aqool qooli haza wastaghfirullah alaikum ajmaeen.</w:t>
      </w:r>
    </w:p>
    <w:p>
      <w:pPr>
        <w:jc w:val="right"/>
      </w:pPr>
      <w:r>
        <w:t>اقول قولیھذا واستغفراللہ علیکم اجمعین۔</w:t>
      </w:r>
    </w:p>
    <w:p>
      <w:r>
        <w:rPr>
          <w:b/>
        </w:rPr>
        <w:t xml:space="preserve">[46:20] </w:t>
      </w:r>
      <w:r>
        <w:t>maulana, yeh sawal Dilli se hai, miss Naghma Siddiqui ka. Unhon ne likha hai: "Maulana, can you please elaborate the three conditions for team members?</w:t>
      </w:r>
    </w:p>
    <w:p>
      <w:pPr>
        <w:jc w:val="right"/>
      </w:pPr>
      <w:r>
        <w:t>مولانا، یہ سوال دلی سے ہے، مس نغمہ صدیقی کا۔ انہوں نے لکھا ہے: "مولانا، کین یو پلیز الیبریٹ دا تھری کنڈیشنز فار ٹیم ممبرز؟</w:t>
      </w:r>
    </w:p>
    <w:p>
      <w:r>
        <w:rPr>
          <w:b/>
        </w:rPr>
        <w:t xml:space="preserve">[46:33] </w:t>
      </w:r>
      <w:r>
        <w:t>emotional attachment, acceptance of criticism, and third, not taking any excuses."</w:t>
      </w:r>
    </w:p>
    <w:p>
      <w:pPr>
        <w:jc w:val="right"/>
      </w:pPr>
      <w:r>
        <w:t>ایموشنل اٹیچمنٹ، ایکسیپٹنس آف کریٹیسزم، اینڈ تھرڈ، ناٹ ٹیکنگ اینی ایکسکیوزز۔"</w:t>
      </w:r>
    </w:p>
    <w:p>
      <w:r>
        <w:rPr>
          <w:b/>
        </w:rPr>
        <w:t xml:space="preserve">[46:44] </w:t>
      </w:r>
      <w:r>
        <w:t>acha, yeh baat main ne kahi thi Hyderabad mein ke team banne ke liye kya cheez darkar hai?</w:t>
      </w:r>
    </w:p>
    <w:p>
      <w:pPr>
        <w:jc w:val="right"/>
      </w:pPr>
      <w:r>
        <w:t>اچھا، یہ بات میں نے کہی تھی حیدرآباد میں کہ ٹیم بننے کے لیے کیا چیز درکار ہے؟</w:t>
      </w:r>
    </w:p>
    <w:p>
      <w:r>
        <w:rPr>
          <w:b/>
        </w:rPr>
        <w:t xml:space="preserve">[46:55] </w:t>
      </w:r>
      <w:r>
        <w:t>dekhiye, hadith mein aata hai ke "yad Allah ala al jamaat". Jamaat ke upar Allah ka hath hota hai. Jamaat kya hai? Team.</w:t>
      </w:r>
    </w:p>
    <w:p>
      <w:pPr>
        <w:jc w:val="right"/>
      </w:pPr>
      <w:r>
        <w:t>دیکھیے، حدیث میں آتا ہے کہ "ید اللہ علی الجماع"۔ جماعت کے اوپر اللہ کا ہاتھ ہوتا ہے۔ جماعت کیا ہے؟ ٹیم۔</w:t>
      </w:r>
    </w:p>
    <w:p>
      <w:r>
        <w:rPr>
          <w:b/>
        </w:rPr>
        <w:t xml:space="preserve">[47:07] </w:t>
      </w:r>
      <w:r>
        <w:t>jamaat ka matlab hai team, bheed nahin.</w:t>
      </w:r>
    </w:p>
    <w:p>
      <w:pPr>
        <w:jc w:val="right"/>
      </w:pPr>
      <w:r>
        <w:t>جماعت کا مطلب ہے ٹیم، بھیڑ نہیں۔</w:t>
      </w:r>
    </w:p>
    <w:p>
      <w:r>
        <w:rPr>
          <w:b/>
        </w:rPr>
        <w:t xml:space="preserve">[47:13] </w:t>
      </w:r>
      <w:r>
        <w:t>to jab ahl-e-iman jo hain, team ki surat ikhtiyar karte hain to woh is ke mustahiq ban jate hain ke un ko Allah ki madad mile, Allah ka hath un par ho jaye.</w:t>
      </w:r>
    </w:p>
    <w:p>
      <w:pPr>
        <w:jc w:val="right"/>
      </w:pPr>
      <w:r>
        <w:t>تو جب اہل ایمان جو ہیں، ٹیم کی صورت اختیار کرتے ہیں تو وہ اس کے مستحق بن جاتے ہیں کہ ان کو اللہ کی مدد ملے، اللہ کا ہاتھ ان پر ہو جائے۔</w:t>
      </w:r>
    </w:p>
    <w:p>
      <w:r>
        <w:rPr>
          <w:b/>
        </w:rPr>
        <w:t xml:space="preserve">[47:29] </w:t>
      </w:r>
      <w:r>
        <w:t>to kitni bari nemat hai jo team spirit walon ke liye Allah ne muqaddar ki hai.</w:t>
      </w:r>
    </w:p>
    <w:p>
      <w:pPr>
        <w:jc w:val="right"/>
      </w:pPr>
      <w:r>
        <w:t>تو کتنی بڑی نعمت ہے جو ٹیم اسپرٹ والوں کے لیے اللہ نے مقدر کی ہے۔</w:t>
      </w:r>
    </w:p>
    <w:p>
      <w:r>
        <w:rPr>
          <w:b/>
        </w:rPr>
        <w:t xml:space="preserve">[47:39] </w:t>
      </w:r>
      <w:r>
        <w:t>to main ne wahan kaha tha ke team banne ke liye teen sharten hain, teen sharten hain. Pehli shart yeh main ne kahi thi ke emotional attachment,</w:t>
      </w:r>
    </w:p>
    <w:p>
      <w:pPr>
        <w:jc w:val="right"/>
      </w:pPr>
      <w:r>
        <w:t>تو میں نے وہاں کہا تھا کہ ٹیم بننے کے لیے تین شرطیں ہیں، تین شرطیں ہیں۔ پہلی شرط یہ میں نے کہی تھی کہ ایموشنل اٹیچمنٹ،</w:t>
      </w:r>
    </w:p>
    <w:p>
      <w:r>
        <w:rPr>
          <w:b/>
        </w:rPr>
        <w:t xml:space="preserve">[47:53] </w:t>
      </w:r>
      <w:r>
        <w:t>mishn se emotional attachment.</w:t>
      </w:r>
    </w:p>
    <w:p>
      <w:pPr>
        <w:jc w:val="right"/>
      </w:pPr>
      <w:r>
        <w:t>مشن سے ایموشنل اٹیچمنٹ۔</w:t>
      </w:r>
    </w:p>
    <w:p>
      <w:r>
        <w:rPr>
          <w:b/>
        </w:rPr>
        <w:t xml:space="preserve">[47:59] </w:t>
      </w:r>
      <w:r>
        <w:t>iski misaal yeh hai ke maa apne bete ke liye sab kuch karti hai, kyun? Us ko emotional attachment hota hai.</w:t>
      </w:r>
    </w:p>
    <w:p>
      <w:pPr>
        <w:jc w:val="right"/>
      </w:pPr>
      <w:r>
        <w:t>اس کی مثال یہ ہے کہ ماں اپنے بیٹے کے لیے سب کچھ کرتی ہے، کیوں؟ اس کو ایموشنل اٹیچمنٹ ہوتا ہے۔</w:t>
      </w:r>
    </w:p>
    <w:p>
      <w:r>
        <w:rPr>
          <w:b/>
        </w:rPr>
        <w:t xml:space="preserve">[48:07] </w:t>
      </w:r>
      <w:r>
        <w:t>agar aap ko sirf legal taluq ho, mantiqi taluq ho to kabhi bhi aap ko zyada bara role nahin kar paenge.</w:t>
      </w:r>
    </w:p>
    <w:p>
      <w:pPr>
        <w:jc w:val="right"/>
      </w:pPr>
      <w:r>
        <w:t>اگر آپ کو صرف لیگل تعلق ہو، منطقی تعلق ہو تو کبھی بھی آپ کو زیادہ بڑا رول نہیں کر پائیں گے۔</w:t>
      </w:r>
    </w:p>
    <w:p>
      <w:r>
        <w:rPr>
          <w:b/>
        </w:rPr>
        <w:t xml:space="preserve">[48:19] </w:t>
      </w:r>
      <w:r>
        <w:t>zyada bara role karne ke liye emotional attachment chahiye. Aur hamare hamare mishn mein, ya is se pehle bhi mishn mein, jo khawateen zyada hasil ho jati hain, is ki wajah yeh hai ke khawateen hoti hain emotional.</w:t>
      </w:r>
    </w:p>
    <w:p>
      <w:pPr>
        <w:jc w:val="right"/>
      </w:pPr>
      <w:r>
        <w:t>زیادہ بڑا رول کرنے کے لیے ایموشنل اٹیچمنٹ چاہیے۔ اور ہمارے ہمارے مشن میں، یا اس سے پہلے بھی مشن میں، جو خواتین زیادہ حاصل ہو جاتی ہیں، اس کی وجہ یہ ہے کہ خواتین ہوتی ہیں ایموشنل۔</w:t>
      </w:r>
    </w:p>
    <w:p>
      <w:r>
        <w:rPr>
          <w:b/>
        </w:rPr>
        <w:t xml:space="preserve">[48:35] </w:t>
      </w:r>
      <w:r>
        <w:t>Allah taala ne mardon mein sifat di hai ke mard istibn hote hain, istibn, aur aurtein hoti hain emotional.</w:t>
      </w:r>
    </w:p>
    <w:p>
      <w:pPr>
        <w:jc w:val="right"/>
      </w:pPr>
      <w:r>
        <w:t>اللہ تعالی نے مردوں میں صفت دی ہے کہ مرد استبن ہوتے ہیں، استبن، اور عورتیں ہوتی ہیں ایموشنل۔</w:t>
      </w:r>
    </w:p>
    <w:p>
      <w:r>
        <w:rPr>
          <w:b/>
        </w:rPr>
        <w:t xml:space="preserve">[48:45] </w:t>
      </w:r>
      <w:r>
        <w:t>to emotional hone ki wajah se aasani se woh, yani un ko is is tarah ka attachment qaim ho jata hai, emotional attachment.</w:t>
      </w:r>
    </w:p>
    <w:p>
      <w:pPr>
        <w:jc w:val="right"/>
      </w:pPr>
      <w:r>
        <w:t>تو ایموشنل ہونے کی وجہ سے آسانی سے وہ، یعنی ان کو اس اس طرح کا اٹیچمنٹ قائم ہو جاتا ہے، ایموشنل اٹیچمنٹ۔</w:t>
      </w:r>
    </w:p>
    <w:p>
      <w:r>
        <w:rPr>
          <w:b/>
        </w:rPr>
        <w:t xml:space="preserve">[48:58] </w:t>
      </w:r>
      <w:r>
        <w:t>to mishn mein aise member jin ko emotional attachment ho mishn se, yeh mardon ke bhi chahiye ke aisa ho, lekin aurton ko main samajhta hoon ke, yani is apne nature ki bana par, bohat aasani se un ko emotional attachment hota hai mishn se, aur woh bohat bara kaam kar dalti hain.</w:t>
      </w:r>
    </w:p>
    <w:p>
      <w:pPr>
        <w:jc w:val="right"/>
      </w:pPr>
      <w:r>
        <w:t>تو مشن میں ایسے ممبر جن کو ایموشنل اٹیچمنٹ ہو مشن سے، یہ مردوں کے بھی چاہیے کہ ایسا ہو، لیکن عورتوں کو میں سمجھتا ہوں کہ، یعنی اس اپنے نیچر کی بنا پر، بہت آسانی سے ان کو ایموشنل اٹیچمنٹ ہوتا ہے مشن سے، اور وہ بہت بڑا کام کر ڈالتی ہیں۔</w:t>
      </w:r>
    </w:p>
    <w:p>
      <w:r>
        <w:rPr>
          <w:b/>
        </w:rPr>
        <w:t xml:space="preserve">[49:20] </w:t>
      </w:r>
      <w:r>
        <w:t>isi liye Allah ne jo azeem tareen mansoobay masjidon hai, is ke liye aik aurat ko chuna, yaani Hajra ko.</w:t>
      </w:r>
    </w:p>
    <w:p>
      <w:pPr>
        <w:jc w:val="right"/>
      </w:pPr>
      <w:r>
        <w:t>اسی لیے اللہ نے جو عظیم ترین منصوبہ مسجدوں ہے، اس کے لیے ایک عورت کو چنا، یعنی ہاجرہ کو۔</w:t>
      </w:r>
    </w:p>
    <w:p>
      <w:r>
        <w:rPr>
          <w:b/>
        </w:rPr>
        <w:t xml:space="preserve">[49:30] </w:t>
      </w:r>
      <w:r>
        <w:t>is se bara koi plan nahi poori history mein. is ke liye chuna Allah taala ne Hajra ko.</w:t>
      </w:r>
    </w:p>
    <w:p>
      <w:pPr>
        <w:jc w:val="right"/>
      </w:pPr>
      <w:r>
        <w:t>اس سے بڑا کوئی پلان نہیں پوری ہسٹری میں۔ اس کے لیے چنا اللہ تعالی نے ہاجرہ کو۔</w:t>
      </w:r>
    </w:p>
    <w:p>
      <w:r>
        <w:rPr>
          <w:b/>
        </w:rPr>
        <w:t xml:space="preserve">[49:38] </w:t>
      </w:r>
      <w:r>
        <w:t>aaj bhi dekhiye, hamare mission mein jo hai khawateen mashaa Allah juri hui hain aur bohat bara kaam kar rahi hain.</w:t>
      </w:r>
    </w:p>
    <w:p>
      <w:pPr>
        <w:jc w:val="right"/>
      </w:pPr>
      <w:r>
        <w:t>آج بھی دیکھیے، ہمارے مشن میں جو ہے خواتین ماشاءاللہ جڑی ہوئی ہیں اور بہت بڑا کام کر رہی ہیں۔</w:t>
      </w:r>
    </w:p>
    <w:p>
      <w:r>
        <w:rPr>
          <w:b/>
        </w:rPr>
        <w:t xml:space="preserve">[49:47] </w:t>
      </w:r>
      <w:r>
        <w:t>wo to in ko jo emotional attachment hai mission se, mein khaas aik bohat hi unique hai.</w:t>
      </w:r>
    </w:p>
    <w:p>
      <w:pPr>
        <w:jc w:val="right"/>
      </w:pPr>
      <w:r>
        <w:t>وہ تو ان کو جو ایموشنل اٹیچمنٹ ہے مشن سے، میں خاص ایک بہت ہی یونیک ہے۔</w:t>
      </w:r>
    </w:p>
    <w:p>
      <w:r>
        <w:rPr>
          <w:b/>
        </w:rPr>
        <w:t xml:space="preserve">[49:55] </w:t>
      </w:r>
      <w:r>
        <w:t>wo</w:t>
      </w:r>
    </w:p>
    <w:p>
      <w:pPr>
        <w:jc w:val="right"/>
      </w:pPr>
      <w:r>
        <w:t>وہ</w:t>
      </w:r>
    </w:p>
    <w:p>
      <w:r>
        <w:rPr>
          <w:b/>
        </w:rPr>
        <w:t xml:space="preserve">[49:58] </w:t>
      </w:r>
      <w:r>
        <w:t>doosri cheez jo maine kahi thi, wo yeh thi ke, yaani openness, criticism ko bura na manna.</w:t>
      </w:r>
    </w:p>
    <w:p>
      <w:pPr>
        <w:jc w:val="right"/>
      </w:pPr>
      <w:r>
        <w:t>دوسری چیز جو میں نے کہی تھی، وہ یہ تھی کہ، یعنی اوپننس، کریٹیسزم کو برا نہ ماننا۔</w:t>
      </w:r>
    </w:p>
    <w:p>
      <w:r>
        <w:rPr>
          <w:b/>
        </w:rPr>
        <w:t xml:space="preserve">[50:13] </w:t>
      </w:r>
      <w:r>
        <w:t>criticism ko bura na manna.</w:t>
      </w:r>
    </w:p>
    <w:p>
      <w:pPr>
        <w:jc w:val="right"/>
      </w:pPr>
      <w:r>
        <w:t>کریٹیسزم کو برا نہ ماننا۔</w:t>
      </w:r>
    </w:p>
    <w:p>
      <w:r>
        <w:rPr>
          <w:b/>
        </w:rPr>
        <w:t xml:space="preserve">[50:15] </w:t>
      </w:r>
      <w:r>
        <w:t>dekhen, jab bhi kuch log ikhatta honge, team ka matlab hai kai logon ka ikhatta hona. to it is but natural ke logon mein differences aayenge, kyunke har aadmi ka taste alag hai, way of thinking alag hai,</w:t>
      </w:r>
    </w:p>
    <w:p>
      <w:pPr>
        <w:jc w:val="right"/>
      </w:pPr>
      <w:r>
        <w:t>دیکھیں، جب بھی کچھ لوگ اکٹھا ہوں گے، ٹیم کا معنی ہے کئی لوگوں کا اکٹھا ہونا۔ تو اٹ از بٹ نیچرل کہ لوگوں میں ڈیفرنسز آئیں گے، کیونکہ ہر آدمی کا ٹیسٹ الگ ہے، وے آف تھنکنگ الگ ہے،</w:t>
      </w:r>
    </w:p>
    <w:p>
      <w:r>
        <w:rPr>
          <w:b/>
        </w:rPr>
        <w:t xml:space="preserve">[50:32] </w:t>
      </w:r>
      <w:r>
        <w:t>bent of mind alag hai. to differences aayenge. to is mein kya hai ke aap ko yeh shart nahi lagani chahiye ke koi apni difference ka izhaar</w:t>
      </w:r>
    </w:p>
    <w:p>
      <w:pPr>
        <w:jc w:val="right"/>
      </w:pPr>
      <w:r>
        <w:t>بینٹ آف مائنڈ الگ ہے۔ تو ڈیفرنسز آئیں گے۔ تو اس میں کیا ہے کہ آپ کو یہ شرط نہیں لگانی چاہیے کہ کوئی اپنی ڈیفرنس کا اظہار</w:t>
      </w:r>
    </w:p>
    <w:p>
      <w:r>
        <w:rPr>
          <w:b/>
        </w:rPr>
        <w:t xml:space="preserve">[50:44] </w:t>
      </w:r>
      <w:r>
        <w:t>na kare. izhaar kare to bohat hi zyada, yaani narmi ke sath, us ke sath nahi. yeh openness munh mein aaye, keh diya, dard se keh diya,</w:t>
      </w:r>
    </w:p>
    <w:p>
      <w:pPr>
        <w:jc w:val="right"/>
      </w:pPr>
      <w:r>
        <w:t>نہ کرے۔ اظہار کرے تو بہت ہی زیادہ، یعنی نرمی کے ساتھ، اس کے ساتھ نہیں۔ یہ اوپننس منہ میں آئے، کہہ دیا، درد سے کہہ دیا،</w:t>
      </w:r>
    </w:p>
    <w:p>
      <w:r>
        <w:rPr>
          <w:b/>
        </w:rPr>
        <w:t xml:space="preserve">[50:56] </w:t>
      </w:r>
      <w:r>
        <w:t>bilkul kuch bhi jo lafz munh mein aaya ke tum to mujhe paagal paagal dikhai dete ho, tum to bilkul amkho ho, tum to bilkul stupid ho, kuch bhi munh nikala hai, keh diya.</w:t>
      </w:r>
    </w:p>
    <w:p>
      <w:pPr>
        <w:jc w:val="right"/>
      </w:pPr>
      <w:r>
        <w:t>بالکل کچھ بھی جو لفظ منہ میں آیا کہ تم تو مجھے پاگل پاگل دکھائی دیتے ہو، تم تو بالکل امکھ ہو، تم تو بالکل اسٹیپڈ ہو، کچھ بھی منہ نکالا ہے، کہہ دیا۔</w:t>
      </w:r>
    </w:p>
    <w:p>
      <w:r>
        <w:rPr>
          <w:b/>
        </w:rPr>
        <w:t xml:space="preserve">[51:10] </w:t>
      </w:r>
      <w:r>
        <w:t>to kehne wale ke idhar yeh hona chahiye ke kehne ke baad dil mein koi keena na rahe, koi nafrat na rahe, aur sunne wale ka koi offend na ho. wo yeh hai openness.</w:t>
      </w:r>
    </w:p>
    <w:p>
      <w:pPr>
        <w:jc w:val="right"/>
      </w:pPr>
      <w:r>
        <w:t>تو کہنے والے کے ادھر یہ ہونا چاہیے کہ کہنے کے بعد دل میں کوئی کینہ نہ رہے، کوئی نفرت نہ رہے، اور سننے والے کا کوئی افنڈ نہ ہو۔ وہ یہ ہے اوپننس۔</w:t>
      </w:r>
    </w:p>
    <w:p>
      <w:r>
        <w:rPr>
          <w:b/>
        </w:rPr>
        <w:t xml:space="preserve">[51:21] </w:t>
      </w:r>
      <w:r>
        <w:t>yeh shart hai ke aaj team ke members ko chahiye ke wo criticism ko zara bhi bura na manen,</w:t>
      </w:r>
    </w:p>
    <w:p>
      <w:pPr>
        <w:jc w:val="right"/>
      </w:pPr>
      <w:r>
        <w:t>یہ شرط ہے کہ آج ٹیم کے ممبروں کو چاہیے کہ وہ کریٹیسزم کو ذرا بھی برا نہ مانیں،</w:t>
      </w:r>
    </w:p>
    <w:p>
      <w:r>
        <w:rPr>
          <w:b/>
        </w:rPr>
        <w:t xml:space="preserve">[51:33] </w:t>
      </w:r>
      <w:r>
        <w:t>zara bhi nahi. This soche ke bhai criticism jo kiya gaya hai, to to kya hai is ki? is ko sochen, is ko.</w:t>
      </w:r>
    </w:p>
    <w:p>
      <w:pPr>
        <w:jc w:val="right"/>
      </w:pPr>
      <w:r>
        <w:t>ذرا بھی نہیں۔ دیس سوچے کہ بھئی کریٹیسزم جو کیا گیا ہے، تو تو کیا ہے اس کی؟ اس کو سوچیں، اس کو۔</w:t>
      </w:r>
    </w:p>
    <w:p>
      <w:r>
        <w:rPr>
          <w:b/>
        </w:rPr>
        <w:t xml:space="preserve">[51:43] </w:t>
      </w:r>
      <w:r>
        <w:t>aur teesri cheez jo maine kahi thi wahan ke excuse, excuse na lena, kyunke dekhen bar bar aisa hota hai ke kuch kuch kisi wajah se koi wajah pad jaati hai, to excuse le kar ke aadmi alag ho jaata hai.</w:t>
      </w:r>
    </w:p>
    <w:p>
      <w:pPr>
        <w:jc w:val="right"/>
      </w:pPr>
      <w:r>
        <w:t>اور تیسری چیز جو میں نے کہی تھی وہاں کہ ایکسکیوز، ایکسکیوز نہ لینا، کیونکہ دیکھیں بار بار ایسا ہوتا ہے کہ کچھ کچھ کسی وجہ سے کوئی وجہ پڑ جاتی ہے، تو ایکسکیوز لے کر کے آدمی الگ ہو جاتا ہے۔</w:t>
      </w:r>
    </w:p>
    <w:p>
      <w:r>
        <w:rPr>
          <w:b/>
        </w:rPr>
        <w:t xml:space="preserve">[52:02] </w:t>
      </w:r>
      <w:r>
        <w:t>jaise Hyderabad mein aik bohat hi bari misaal hai, wahan par aik saahab the, Dr. Hamidullah, bohat parhe likhe aadmi.</w:t>
      </w:r>
    </w:p>
    <w:p>
      <w:pPr>
        <w:jc w:val="right"/>
      </w:pPr>
      <w:r>
        <w:t>جیسے حیدرآباد میں ایک بہت ہی بڑی مثال ہے، وہاں پر ایک صاحب تھے، ڈاکٹر حمید اللہ، بہت پڑھے لکھے آدمی۔</w:t>
      </w:r>
    </w:p>
    <w:p>
      <w:r>
        <w:rPr>
          <w:b/>
        </w:rPr>
        <w:t xml:space="preserve">[52:11] </w:t>
      </w:r>
      <w:r>
        <w:t>to aik excuse le kar ke Hyderabad chhod ke Paris mein rehne lagay. wo</w:t>
      </w:r>
    </w:p>
    <w:p>
      <w:pPr>
        <w:jc w:val="right"/>
      </w:pPr>
      <w:r>
        <w:t>تو ایک ایکسکیوز لے کر کے حیدرآباد چھوڑ کے پیرس میں رہنے لگے۔ وہ</w:t>
      </w:r>
    </w:p>
    <w:p>
      <w:r>
        <w:rPr>
          <w:b/>
        </w:rPr>
        <w:t xml:space="preserve">[52:20] </w:t>
      </w:r>
      <w:r>
        <w:t>mein dekhoon, wo excuse bhi galat tha. to Hyderabad mein reh kar wo kitaben to likhin unhon ne, lekin wo koi team nahi bana sake, koi idara nahi bana sake.</w:t>
      </w:r>
    </w:p>
    <w:p>
      <w:pPr>
        <w:jc w:val="right"/>
      </w:pPr>
      <w:r>
        <w:t>میں دیکھوں، وہ ایکسکیوز بھی غلط تھا۔ تو حیدرآباد میں رہ کر وہ کتابیں تو لکھیں انہوں نے، لیکن وہ کوئی ٹیم نہیں بنا سکے، کوئی ادارہ نہیں بنا سکے۔</w:t>
      </w:r>
    </w:p>
    <w:p>
      <w:r>
        <w:rPr>
          <w:b/>
        </w:rPr>
        <w:t xml:space="preserve">[52:31] </w:t>
      </w:r>
      <w:r>
        <w:t>Hyderabad mein agar rehte to bohat bara kaam kar sakte the, wo Osmania University ke vice chancellor ban sakte the, wahan education minister ban sakte the. wo bohat kuch un ko izaz milta, mauqa milta kaam karne ka, lekin Paris mein kuch nahi.</w:t>
      </w:r>
    </w:p>
    <w:p>
      <w:pPr>
        <w:jc w:val="right"/>
      </w:pPr>
      <w:r>
        <w:t>حیدرآباد میں اگر رہتے تو بہت بڑا کام کر سکتے تھے، وہ عثمانی یونیورسٹی کے وائس چانسلر بن سکتے تھے، وہاں ایجوکیشن منسٹر بن سکتے تھے۔ وہ بہت کچھ ان کو اعزاز ملتا، موقع ملتا کام کرنے کا، لیکن پیرس میں کچھ نہیں۔</w:t>
      </w:r>
    </w:p>
    <w:p>
      <w:r>
        <w:rPr>
          <w:b/>
        </w:rPr>
        <w:t xml:space="preserve">[52:43] </w:t>
      </w:r>
      <w:r>
        <w:t>aik aik secluded ghar mein rehte the, bas usi mein rehte the, mar gaye. kuch kitaben likh dein unhon ne, koi excuse le liya unhon ne aur chhod ke bhag gaye.</w:t>
      </w:r>
    </w:p>
    <w:p>
      <w:pPr>
        <w:jc w:val="right"/>
      </w:pPr>
      <w:r>
        <w:t>ایک ایک سیکلوٹڈ گھر میں رہتے تھے، بس اسی میں رہتے تھے، مر گئے۔ کچھ کتابیں لکھ دیں انہوں نے، کوئی ایکسکیوز لے لیا انہوں نے اور چھوڑ کے بھاگ گئے۔</w:t>
      </w:r>
    </w:p>
    <w:p>
      <w:r>
        <w:rPr>
          <w:b/>
        </w:rPr>
        <w:t xml:space="preserve">[52:54] </w:t>
      </w:r>
      <w:r>
        <w:t>aise kai log hain, muashra Nadvi excuse le kar ke chale gaye Pakistan</w:t>
      </w:r>
    </w:p>
    <w:p>
      <w:pPr>
        <w:jc w:val="right"/>
      </w:pPr>
      <w:r>
        <w:t>ایسے کئی لوگ ہیں، معاشرہ ندوی ایکسکیوز لے کر کے چلے گئے پاکستان</w:t>
      </w:r>
    </w:p>
    <w:p>
      <w:r>
        <w:rPr>
          <w:b/>
        </w:rPr>
        <w:t xml:space="preserve">[53:01] </w:t>
      </w:r>
      <w:r>
        <w:t>aur wahan kuch bhi nahi kar sake. wo agar India mein rehte to bohat bara kaam kar sakte the. wo to dekhen, hamara mission mein yeh yeh formula rahega ke "if you are good excuse, don't use it".</w:t>
      </w:r>
    </w:p>
    <w:p>
      <w:pPr>
        <w:jc w:val="right"/>
      </w:pPr>
      <w:r>
        <w:t>اور وہاں کچھ بھی نہیں کر سکے۔ وہ اگر انڈیا میں رہتے تو بہت بڑا کام کر سکتے تھے۔ وہ تو دیکھیں، ہمارا مشن میں یہ یہ فارمولا رہے گا کہ "اف یو آر گڈ ایکسکیوز، ڈونٹ یوز اٹ"۔</w:t>
      </w:r>
    </w:p>
    <w:p>
      <w:r>
        <w:rPr>
          <w:b/>
        </w:rPr>
        <w:t xml:space="preserve">[53:16] </w:t>
      </w:r>
      <w:r>
        <w:t>ijtimai zindagi mein aise hoga hi ke kuch na kuch cheez aap ko paida ho jaye, koi masla, aur us ko, lekin us ko aap uzr nahi banana, excuse nahi manna hai, us ko wajah bana kar chhodna nahi hai.</w:t>
      </w:r>
    </w:p>
    <w:p>
      <w:pPr>
        <w:jc w:val="right"/>
      </w:pPr>
      <w:r>
        <w:t>اجتماعی زندگی میں ایسے ہوگا ہی کہ کچھ نہ کچھ چیز آپ کو پیدا ہو جائے، کوئی مسئلہ، اور اس کو، لیکن اس کو آپ عذر نہیں بنانا، ایکسکیوز نہیں ماننا ہے، اس کو وجہ بنا کر چھوڑنا نہیں ہے۔</w:t>
      </w:r>
    </w:p>
    <w:p>
      <w:r>
        <w:rPr>
          <w:b/>
        </w:rPr>
        <w:t xml:space="preserve">[53:32] </w:t>
      </w:r>
      <w:r>
        <w:t>to yeh teen cheezain hain jo jis se ke aik mazboot mission banta hai. jo Quran mein bhi hai ke "sheesha pilai hui deewar".</w:t>
      </w:r>
    </w:p>
    <w:p>
      <w:pPr>
        <w:jc w:val="right"/>
      </w:pPr>
      <w:r>
        <w:t>تو یہ تین چیزیں ہیں جو جس سے کہ ایک مضبوط مشن بنتا ہے۔ جو قرآن میں بھی ہے کہ "شیشہ پلائی ہوئی دیوار"۔</w:t>
      </w:r>
    </w:p>
    <w:p>
      <w:r>
        <w:rPr>
          <w:b/>
        </w:rPr>
        <w:t xml:space="preserve">[53:41] </w:t>
      </w:r>
      <w:r>
        <w:t>aisa aisi team, team ki Quran mein jo lafz aaya hai ke "sheesha pilai hui deewar". aise afraad jo bilkul aik dam pevast hon,</w:t>
      </w:r>
    </w:p>
    <w:p>
      <w:pPr>
        <w:jc w:val="right"/>
      </w:pPr>
      <w:r>
        <w:t>ایسا ایسی ٹیم، ٹیم کی قرآن میں جو لفظ آیا ہے کہ "شیشہ پلائی ہوئی دیوار"۔ ایسے افراد جو بالکل ایک دم پیوست ہوں،</w:t>
      </w:r>
    </w:p>
    <w:p>
      <w:r>
        <w:rPr>
          <w:b/>
        </w:rPr>
        <w:t xml:space="preserve">[53:51] </w:t>
      </w:r>
      <w:r>
        <w:t>lekin eent jo hai, woh to is mein to aql nahi hoti, jahan laga di ho, lage rahe gi, lekin insan mein aql hoti hai, soch hoti hai.</w:t>
      </w:r>
    </w:p>
    <w:p>
      <w:pPr>
        <w:jc w:val="right"/>
      </w:pPr>
      <w:r>
        <w:t>لیکن اینٹ جو ہے، وہ تو اس میں تو عقل نہیں ہوتی، جہاں لگا دی ہو، لگے رہے گی، لیکن انسان میں عقل ہوتی ہے، سوچ ہوتی ہے۔</w:t>
      </w:r>
    </w:p>
    <w:p>
      <w:r>
        <w:rPr>
          <w:b/>
        </w:rPr>
        <w:t xml:space="preserve">[54:01] </w:t>
      </w:r>
      <w:r>
        <w:t>to bar bar masle paida hote hain. to</w:t>
      </w:r>
    </w:p>
    <w:p>
      <w:pPr>
        <w:jc w:val="right"/>
      </w:pPr>
      <w:r>
        <w:t>تو بار بار مسئلے پیدا ہوتے ہیں۔ تو</w:t>
      </w:r>
    </w:p>
    <w:p>
      <w:r>
        <w:rPr>
          <w:b/>
        </w:rPr>
        <w:t xml:space="preserve">[54:07] </w:t>
      </w:r>
      <w:r>
        <w:t>eent ki eent ki team banana bohat asan hai, insan ki team banana bohat mushkil hai.</w:t>
      </w:r>
    </w:p>
    <w:p>
      <w:pPr>
        <w:jc w:val="right"/>
      </w:pPr>
      <w:r>
        <w:t>اینٹ کی اینٹ کی ٹیم بنانا بہت آسان ہے، انسان کی ٹیم بنانا بہت مشکل ہے۔</w:t>
      </w:r>
    </w:p>
    <w:p>
      <w:r>
        <w:rPr>
          <w:b/>
        </w:rPr>
        <w:t xml:space="preserve">[54:14] </w:t>
      </w:r>
      <w:r>
        <w:t>to insan ki team banane ke liye teen shartain maine batai theen ke mission se emotional attachment aur criticism ko bura na manna aur kisi bhi haal mein excuse na lain.</w:t>
      </w:r>
    </w:p>
    <w:p>
      <w:pPr>
        <w:jc w:val="right"/>
      </w:pPr>
      <w:r>
        <w:t>تو انسان کی ٹیم بنانے کے لیے تین شرطیں میں نے بتائی تھیں کہ مشن سے ایموشنل اٹیچمنٹ اور کریٹیسزم کو برا نہ ماننا اور کسی بھی حال میں ایکسکیوز نہ لینا۔</w:t>
      </w:r>
    </w:p>
    <w:p>
      <w:r>
        <w:rPr>
          <w:b/>
        </w:rPr>
        <w:t xml:space="preserve">[54:26] </w:t>
      </w:r>
      <w:r>
        <w:t>maulana, agla sawal kashmir se hai aamir jan mehri sahib ka. unhon ne likha hai: "i often distribute quran to my non muslim friends.</w:t>
      </w:r>
    </w:p>
    <w:p>
      <w:pPr>
        <w:jc w:val="right"/>
      </w:pPr>
      <w:r>
        <w:t>مولانا، اگلا سوال کشمیر سے ہے عامر جن محری صاحب کا۔ انہوں نے لکھا ہے: "آئی افن ڈسٹریبیوٹ قرآن ٹو مائی نان مسلم فرینڈز۔</w:t>
      </w:r>
    </w:p>
    <w:p>
      <w:r>
        <w:rPr>
          <w:b/>
        </w:rPr>
        <w:t xml:space="preserve">[54:38] </w:t>
      </w:r>
      <w:r>
        <w:t>while doing this, I sometimes feel shy or nervous of giving it to my non-Muslim friends. Kindly advise me as to how I can overcome my weakness." nahi to main samjha nahi, weakness jo hai,</w:t>
      </w:r>
    </w:p>
    <w:p>
      <w:pPr>
        <w:jc w:val="right"/>
      </w:pPr>
      <w:r>
        <w:t>وائل ڈوئنگ دس، آئی سم ٹائمز فیل شائے اور نروس آف گیونگ اٹ ٹو مائی نان مسلم فرینڈز۔ کائنڈلی ایڈوائس می ایز ٹو ہاؤ آئی کین اوورکم مائی ویکنس۔" نہیں تو میں سمجھا نہیں، ویکنس جو ہے،</w:t>
      </w:r>
    </w:p>
    <w:p>
      <w:r>
        <w:rPr>
          <w:b/>
        </w:rPr>
        <w:t xml:space="preserve">[54:56] </w:t>
      </w:r>
      <w:r>
        <w:t>isko kya? iska koi koi medical iska to ho nahi sakta hai. ji to thora sa apni soch ko manage kijiye.</w:t>
      </w:r>
    </w:p>
    <w:p>
      <w:pPr>
        <w:jc w:val="right"/>
      </w:pPr>
      <w:r>
        <w:t>اس کو کیا؟ اس کا کوئی کوئی میڈیکل اس کا تو ہو نہیں سکتا ہے۔ جی تو تھوڑا سا اپنی سوچ کو مینج کیجئے۔</w:t>
      </w:r>
    </w:p>
    <w:p>
      <w:r>
        <w:rPr>
          <w:b/>
        </w:rPr>
        <w:t xml:space="preserve">[55:07] </w:t>
      </w:r>
      <w:r>
        <w:t>hain bh</w:t>
      </w:r>
    </w:p>
    <w:p>
      <w:pPr>
        <w:jc w:val="right"/>
      </w:pPr>
      <w:r>
        <w:t>ہیں بھ</w:t>
      </w:r>
    </w:p>
    <w:p>
      <w:r>
        <w:rPr>
          <w:b/>
        </w:rPr>
        <w:t xml:space="preserve">[55:10] </w:t>
      </w:r>
      <w:r>
        <w:t>ee, samjhiye ke hum Allah ka kaam kar rahe hain, logon ko parioritize ka rasta dikha rahe hain. yeh isi soch ko apne andar develop kijiye.</w:t>
      </w:r>
    </w:p>
    <w:p>
      <w:pPr>
        <w:jc w:val="right"/>
      </w:pPr>
      <w:r>
        <w:t>ئی، سمجھیے کہ ہم اللہ کا کام کر رہے ہیں، لوگوں کو پرائیورٹائز کا راستہ دکھا رہے ہیں۔ یہ اسی سوچ کو اپنے اندر ڈیویلپ کیجئے۔</w:t>
      </w:r>
    </w:p>
    <w:p>
      <w:r>
        <w:rPr>
          <w:b/>
        </w:rPr>
        <w:t xml:space="preserve">[55:21] </w:t>
      </w:r>
      <w:r>
        <w:t>jab yeh sochen ge aap ke hum to parioritize ka rasta dikha rahe hain, hum to Allah ka message pohncha rahe hain, to apne aap hi woh main samjhta hoon ke woh mindset khatam ho jaye ga.</w:t>
      </w:r>
    </w:p>
    <w:p>
      <w:pPr>
        <w:jc w:val="right"/>
      </w:pPr>
      <w:r>
        <w:t>جب یہ سوچیں گے آپ کہ ہم تو پرائیورٹائز کا راستہ دکھا رہے ہیں، ہم تو اللہ کا میسج پہنچا رہے ہیں، تو اپنے آپ ہی وہ میں سمجھتا ہوں کہ وہ مائنڈ سیٹ ختم ہو جائے گا۔</w:t>
      </w:r>
    </w:p>
    <w:p>
      <w:r>
        <w:rPr>
          <w:b/>
        </w:rPr>
        <w:t xml:space="preserve">[55:34] </w:t>
      </w:r>
      <w:r>
        <w:t>ji ji theek hai.</w:t>
      </w:r>
    </w:p>
    <w:p>
      <w:pPr>
        <w:jc w:val="right"/>
      </w:pPr>
      <w:r>
        <w:t>جی جی ٹھیک ہے۔</w:t>
      </w:r>
    </w:p>
    <w:p>
      <w:r>
        <w:rPr>
          <w:b/>
        </w:rPr>
        <w:t xml:space="preserve">[55:38] </w:t>
      </w:r>
      <w:r>
        <w:t>maulana, agla sawal dilli se hai juna hassan sahib ka. unhon ne likha hai: "respected sir, in today lecture you talk about the developed and muslim countries and their ambitions of materialism and extremism respectively.</w:t>
      </w:r>
    </w:p>
    <w:p>
      <w:pPr>
        <w:jc w:val="right"/>
      </w:pPr>
      <w:r>
        <w:t>مولانا، اگلا سوال دلی سے ہے جونا حسن صاحب کا۔ انہوں نے لکھا ہے: "رسپیکٹڈ سر، ان ٹوڈے لیکچر یو ٹاک اباؤٹ دا ڈویلپڈ اینڈ مسلم کنٹریز اینڈ دیر ایمبیشنز آف مٹیریلزم اینڈ ایکسٹریمزم ریسپیکٹولی۔</w:t>
      </w:r>
    </w:p>
    <w:p>
      <w:r>
        <w:rPr>
          <w:b/>
        </w:rPr>
        <w:t xml:space="preserve">[55:59] </w:t>
      </w:r>
      <w:r>
        <w:t>what is the solution according to you to these inherent problems?"</w:t>
      </w:r>
    </w:p>
    <w:p>
      <w:pPr>
        <w:jc w:val="right"/>
      </w:pPr>
      <w:r>
        <w:t>واٹ از دا سولیوشن اکارڈنگ ٹو یو ٹو دیز انہیرنٹ پرابلمز؟"</w:t>
      </w:r>
    </w:p>
    <w:p>
      <w:r>
        <w:rPr>
          <w:b/>
        </w:rPr>
        <w:t xml:space="preserve">[56:07] </w:t>
      </w:r>
      <w:r>
        <w:t>inherent nahi kahunga main. aisa culture develop ho gaya hai extiviz ki wajah se. jaise dekhiye, kisi bhi muslim country mein aap quran ka distribute nahi kar sakte.</w:t>
      </w:r>
    </w:p>
    <w:p>
      <w:pPr>
        <w:jc w:val="right"/>
      </w:pPr>
      <w:r>
        <w:t>انہیرنٹ نہیں کہوں گا میں۔ ایسا کلچر ڈیویلپ ہو گیا ہے ایکسٹیویز کی وجہ سے۔ جیسے دیکھیے، کسی بھی مسلم کنٹری میں آپ قرآن کا ڈسٹریبیوٹ نہیں کر سکتے۔</w:t>
      </w:r>
    </w:p>
    <w:p>
      <w:r>
        <w:rPr>
          <w:b/>
        </w:rPr>
        <w:t xml:space="preserve">[56:21] </w:t>
      </w:r>
      <w:r>
        <w:t>kisi anokhi baat hai! kisi anokhi baat! ab yeh yeh is mein likha hua hai: "the quran". muslim countries mein kya aitraz hota hai is par ke likh diya yeh quran kahan hai?</w:t>
      </w:r>
    </w:p>
    <w:p>
      <w:pPr>
        <w:jc w:val="right"/>
      </w:pPr>
      <w:r>
        <w:t>کیسی انوکھی بات ہے! کیسی انوکھی بات! اب یہ یہ اس میں لکھا ہوا ہے: "دا قرآن"۔ مسلم کنٹریز میں کیا اعتراض ہوتا ہے اس پر کہ لکھ دیا یہ قرآن کہاں ہے؟</w:t>
      </w:r>
    </w:p>
    <w:p>
      <w:r>
        <w:rPr>
          <w:b/>
        </w:rPr>
        <w:t xml:space="preserve">[56:33] </w:t>
      </w:r>
      <w:r>
        <w:t>yeh to angrezi mein hai. acha, agar translation tab bhi kahin ke translation ho nahi sakta, khuda ki baat ka</w:t>
      </w:r>
    </w:p>
    <w:p>
      <w:pPr>
        <w:jc w:val="right"/>
      </w:pPr>
      <w:r>
        <w:t>یہ تو انگریزی میں ہے۔ اچھا، اگر ٹرانسلیشن تب بھی کہیں کہ ٹرانسلیشن ہو نہیں سکتا، خدا کی بات کا</w:t>
      </w:r>
    </w:p>
    <w:p>
      <w:r>
        <w:rPr>
          <w:b/>
        </w:rPr>
        <w:t xml:space="preserve">[56:40] </w:t>
      </w:r>
      <w:r>
        <w:t>to kya likhwate hain? "meaning of the quran". isko call karte hain. isko yani muslim countries mein yeh haal hai ke aap arabi quran chhap kar logon ko bantiye bator tohfa.</w:t>
      </w:r>
    </w:p>
    <w:p>
      <w:pPr>
        <w:jc w:val="right"/>
      </w:pPr>
      <w:r>
        <w:t>تو کیا لکھواتے ہیں؟ "میننگ آف دا قرآن"۔ اس کو کل کرتے ہیں۔ اس کو یعنی مسلم کنٹریز میں یہ حال ہے کہ آپ عربی قرآن چھاپ کر لوگوں کو بانٹیے بطور تحفہ۔</w:t>
      </w:r>
    </w:p>
    <w:p>
      <w:r>
        <w:rPr>
          <w:b/>
        </w:rPr>
        <w:t xml:space="preserve">[56:53] </w:t>
      </w:r>
      <w:r>
        <w:t>woh to uski ijazat hogi aap ko. jahan aap translation chhapa, aap ne foran wahan par awaz uthe gi: "yeh to haram hai!</w:t>
      </w:r>
    </w:p>
    <w:p>
      <w:pPr>
        <w:jc w:val="right"/>
      </w:pPr>
      <w:r>
        <w:t>وہ تو اس کی اجازت ہوگی آپ کو۔ جہاں آپ ٹرانسلیشن چھاپا، آپ نے فوراً وہاں پر آواز اٹھے گی: "یہ تو حرام ہے!</w:t>
      </w:r>
    </w:p>
    <w:p>
      <w:r>
        <w:rPr>
          <w:b/>
        </w:rPr>
        <w:t xml:space="preserve">[57:03] </w:t>
      </w:r>
      <w:r>
        <w:t>yeh to najayaz hai!"</w:t>
      </w:r>
    </w:p>
    <w:p>
      <w:pPr>
        <w:jc w:val="right"/>
      </w:pPr>
      <w:r>
        <w:t>یہ تو ناجائز ہے!</w:t>
      </w:r>
    </w:p>
    <w:p>
      <w:r>
        <w:rPr>
          <w:b/>
        </w:rPr>
        <w:t xml:space="preserve">[57:06] </w:t>
      </w:r>
      <w:r>
        <w:t>" yani kyun? baghair text ke tarjuma un ke nazdeek najayaz hai. acha, agar text ke sath chhapiye tab kahain ge: "yeh to behurmati hoti hai!"</w:t>
      </w:r>
    </w:p>
    <w:p>
      <w:pPr>
        <w:jc w:val="right"/>
      </w:pPr>
      <w:r>
        <w:t>" یعنی کیوں؟ بغیر ٹیکسٹ کے ترجمہ ان کے نزدیک ناجائز ہے۔ اچھا، اگر ٹیکسٹ کے ساتھ چھاپیے تب کہیں گے: "یہ تو بے حرمتی ہوتی ہے!</w:t>
      </w:r>
    </w:p>
    <w:p>
      <w:r>
        <w:rPr>
          <w:b/>
        </w:rPr>
        <w:t xml:space="preserve">[57:17] </w:t>
      </w:r>
      <w:r>
        <w:t>aap de nahi sakte! yeh muqaddas kalam hai!" to baghair text ke chhapiye to chhapna haram, aur text ke sath chhapiye to dena haram.</w:t>
      </w:r>
    </w:p>
    <w:p>
      <w:pPr>
        <w:jc w:val="right"/>
      </w:pPr>
      <w:r>
        <w:t>آپ دے نہیں سکتے! یہ مقدس کلام ہے!" تو بغیر ٹیکسٹ کے چھاپیے تو چھاپنا حرام، اور ٹیکسٹ کے ساتھ چھاپیے تو دینا حرام۔</w:t>
      </w:r>
    </w:p>
    <w:p>
      <w:r>
        <w:rPr>
          <w:b/>
        </w:rPr>
        <w:t xml:space="preserve">[57:30] </w:t>
      </w:r>
      <w:r>
        <w:t>har muslim country mein, kisi muslim country mein is mein exception nahi hai. ek museebat hai.</w:t>
      </w:r>
    </w:p>
    <w:p>
      <w:pPr>
        <w:jc w:val="right"/>
      </w:pPr>
      <w:r>
        <w:t>ہر مسلم کنٹری میں، کسی مسلم کنٹری میں اس میں ایکسیپشن نہیں ہے۔ ایک مصیبت ہے۔</w:t>
      </w:r>
    </w:p>
    <w:p>
      <w:r>
        <w:rPr>
          <w:b/>
        </w:rPr>
        <w:t xml:space="preserve">[57:38] </w:t>
      </w:r>
      <w:r>
        <w:t>main ek qissa bata raha tha na aap ko? ek ek ek hindu bombay ke woh bohat barson tak wahan thay, woh arab mein un ka kuch hijab tha.</w:t>
      </w:r>
    </w:p>
    <w:p>
      <w:pPr>
        <w:jc w:val="right"/>
      </w:pPr>
      <w:r>
        <w:t>میں ایک قصہ بتا رہا تھا نا آپ کو؟ ایک ایک ایک ہندو بمبے کے وہ بہت برسوں تک وہاں تھے، وہ عرب میں ان کا کچھ حجاب تھا۔</w:t>
      </w:r>
    </w:p>
    <w:p>
      <w:r>
        <w:rPr>
          <w:b/>
        </w:rPr>
        <w:t xml:space="preserve">[57:53] </w:t>
      </w:r>
      <w:r>
        <w:t>to shuyookh bohat se milay un se, miltay thay to woh quran pesh karte thay, aur woh sab ka arabi bohat bithpal chhupa hua.</w:t>
      </w:r>
    </w:p>
    <w:p>
      <w:pPr>
        <w:jc w:val="right"/>
      </w:pPr>
      <w:r>
        <w:t>تو شیوخ بہت سے ملے ان سے، ملتے تھے تو وہ قرآن پیش کرتے تھے، اور وہ سب کا عربی بہت بٹھپل چھپا ہوا۔</w:t>
      </w:r>
    </w:p>
    <w:p>
      <w:r>
        <w:rPr>
          <w:b/>
        </w:rPr>
        <w:t xml:space="preserve">[58:04] </w:t>
      </w:r>
      <w:r>
        <w:t>to hamare saathi bombay mein hain, woh un se milay thay ke unhon ne un ko jab tarjuma diya to rone lagay. woh ke mere pas shayad 16 ek kehte hain quran thay arabi mein.</w:t>
      </w:r>
    </w:p>
    <w:p>
      <w:pPr>
        <w:jc w:val="right"/>
      </w:pPr>
      <w:r>
        <w:t>تو ہمارے ساتھی بمبئی میں ہیں، وہ ان سے ملے تھے کہ انہوں نے ان کو جب ترجمہ دیا تو رونے لگے۔ وہ کہ میرے پاس شاید 16 ایک کہتے ہیں قرآن تھے عربی میں۔</w:t>
      </w:r>
    </w:p>
    <w:p>
      <w:r>
        <w:rPr>
          <w:b/>
        </w:rPr>
        <w:t xml:space="preserve">[58:16] </w:t>
      </w:r>
      <w:r>
        <w:t>mein sochta tha mein is ko kya karoon to masjidon mein de diya. maine ab aap ne mujhe tarjuma diya, mein is ko zaroor parhoon ga. yeh halat har muslim country ki hai kyunke unhon ne bana liya hai Quran ko aik bas muqaddas kalam, bohat hi mystery sense mein.</w:t>
      </w:r>
    </w:p>
    <w:p>
      <w:pPr>
        <w:jc w:val="right"/>
      </w:pPr>
      <w:r>
        <w:t>میں سوچتا تھا میں اس کو کیا کروں تو مسجدوں میں دے دیا۔ میں نے اب آپ نے مجھے ترجمہ دیا، میں اس کو ضرور پڑھوں گا۔ یہ حالت ہر مسلم کنٹریز کی ہے کیونکہ انہوں نے بنا لیا ہے قرآن کو ایک بس مقدس کلام، بہت ہی مسٹری سینس میں۔</w:t>
      </w:r>
    </w:p>
    <w:p>
      <w:r>
        <w:rPr>
          <w:b/>
        </w:rPr>
        <w:t xml:space="preserve">[58:32] </w:t>
      </w:r>
      <w:r>
        <w:t>bas k</w:t>
      </w:r>
    </w:p>
    <w:p>
      <w:pPr>
        <w:jc w:val="right"/>
      </w:pPr>
      <w:r>
        <w:t>بس ک</w:t>
      </w:r>
    </w:p>
    <w:p>
      <w:r>
        <w:rPr>
          <w:b/>
        </w:rPr>
        <w:t xml:space="preserve">[58:33] </w:t>
      </w:r>
      <w:r>
        <w:t>chah is ko oopar rakhna hai, is ko neeche nahi girne dena hai, aur is ko koi kuch ghair muslim shae nahi. aur is ki zimmedari saare ulma ke oopar hai.</w:t>
      </w:r>
    </w:p>
    <w:p>
      <w:pPr>
        <w:jc w:val="right"/>
      </w:pPr>
      <w:r>
        <w:t>چھ اس کو اوپر رکھنا ہے، اس کو نیچے نہیں گرنے دینا ہے، اور اس کو کوئی کچھ غیر مسلم شعے نہیں۔ اور اس کی ذمہ داری سارے علماء کے اوپر ہے۔</w:t>
      </w:r>
    </w:p>
    <w:p>
      <w:r>
        <w:rPr>
          <w:b/>
        </w:rPr>
        <w:t xml:space="preserve">[58:45] </w:t>
      </w:r>
      <w:r>
        <w:t>awam khud se zehan nahi banate, ulma banate hain zehan. lekin ab sadiyon se yeh zehan bante bante itna develop ho gaya hai ke kisi bhi muslim country mein aap Quran ka distribution nahi kar sakte.</w:t>
      </w:r>
    </w:p>
    <w:p>
      <w:pPr>
        <w:jc w:val="right"/>
      </w:pPr>
      <w:r>
        <w:t>عوام خود سے ذہن نہیں بناتے، علماء بناتے ہیں ذہن۔ لیکن اب صدیوں سے یہ ذہن بنتے بنتے اتنا ڈیویلپ ہو گیا ہے کہ کسی بھی مسلم کنٹری میں آپ قرآن کا ڈسٹریبیوشن نہیں کر سکتے۔</w:t>
      </w:r>
    </w:p>
    <w:p>
      <w:r>
        <w:rPr>
          <w:b/>
        </w:rPr>
        <w:t xml:space="preserve">[58:58] </w:t>
      </w:r>
      <w:r>
        <w:t>tarjume ka arabi baante to arabi baantne se faida kya hai?</w:t>
      </w:r>
    </w:p>
    <w:p>
      <w:pPr>
        <w:jc w:val="right"/>
      </w:pPr>
      <w:r>
        <w:t>ترجمے کا عربی بانٹیے تو عربی بانٹنے سے فائدہ کیا ہے؟</w:t>
      </w:r>
    </w:p>
    <w:p>
      <w:r>
        <w:rPr>
          <w:b/>
        </w:rPr>
        <w:t xml:space="preserve">[59:06] </w:t>
      </w:r>
      <w:r>
        <w:t>ajeeb ghareeb zehan hai, behurmati ka tasawwur hai, behurmati ka na Quran mein hai na hadith mein hai. to dekhiye, yeh masla yeh hai ke yeh zawal ka phenomena hai.</w:t>
      </w:r>
    </w:p>
    <w:p>
      <w:pPr>
        <w:jc w:val="right"/>
      </w:pPr>
      <w:r>
        <w:t>عجیب غریب ذہن ہے، بے حرمتی کا تصور ہے، بے حرمتی کا نہ قرآن میں ہے نہ حدیث میں ہے۔ تو دیکھیے، یہ مسئلہ یہ ہے کہ یہ زوال کا فیناومینا ہے۔</w:t>
      </w:r>
    </w:p>
    <w:p>
      <w:r>
        <w:rPr>
          <w:b/>
        </w:rPr>
        <w:t xml:space="preserve">[59:21] </w:t>
      </w:r>
      <w:r>
        <w:t>is waqt jo musalman hain, hamare ulma ne is ko khair ummat bana rakha hai. jis ko dekhiye, woh is ko khair ummat kar ke khitab karta hai. yeh khair ummat koi laqab nahi hai musalmanon ka.</w:t>
      </w:r>
    </w:p>
    <w:p>
      <w:pPr>
        <w:jc w:val="right"/>
      </w:pPr>
      <w:r>
        <w:t>اس وقت جو مسلمان ہیں، ہمارے علماء نے اس کو خیر امت بنا رکھا ہے۔ جس کو دیکھیے، وہ اس کو خیر امت کر کے خطاب کرتا ہے۔ یہ خیر امت کوئی لقب نہیں ہے مسلمانوں کا۔</w:t>
      </w:r>
    </w:p>
    <w:p>
      <w:r>
        <w:rPr>
          <w:b/>
        </w:rPr>
        <w:t xml:space="preserve">[59:36] </w:t>
      </w:r>
      <w:r>
        <w:t>mauja musalman apne zawal ke daur mein hain, yaani degeneration ke daur mein hain. yeh sab kuch zawal ka phenomena hai, zawal ka phenomena hai.</w:t>
      </w:r>
    </w:p>
    <w:p>
      <w:pPr>
        <w:jc w:val="right"/>
      </w:pPr>
      <w:r>
        <w:t>موجہ مسلمان اپنے زوال کے دور میں ہیں، یعنی ڈی جنریشن کے دور میں ہیں۔ یہ سب کچھ زوال کا فیناومینا ہے، زوال کا فیناومینا ہے۔</w:t>
      </w:r>
    </w:p>
    <w:p>
      <w:r>
        <w:rPr>
          <w:b/>
        </w:rPr>
        <w:t xml:space="preserve">[59:47] </w:t>
      </w:r>
      <w:r>
        <w:t>to ab yeh aap kar sakte hain ke in ko samjhaiye, aur jahan mauqa ho wahan istemal kijiye. tamam muslim countries mein bohat tourist aate hain, bohat mukhtalif asbab se wahan ghair muslim aate hain,</w:t>
      </w:r>
    </w:p>
    <w:p>
      <w:pPr>
        <w:jc w:val="right"/>
      </w:pPr>
      <w:r>
        <w:t>تو اب یہ آپ کر سکتے ہیں کہ ان کو سمجھائیے، اور جہاں موقع ہو وہاں استعمال کیجئے۔ تمام مسلم کنٹریز میں بہت ٹورسٹ آتے ہیں، بہت مختلف اسباب سے وہاں غیر مسلم آتے ہیں،</w:t>
      </w:r>
    </w:p>
    <w:p>
      <w:r>
        <w:rPr>
          <w:b/>
        </w:rPr>
        <w:t xml:space="preserve">[1:00:02] </w:t>
      </w:r>
      <w:r>
        <w:t>tourism ke liye, job ke liye, business</w:t>
      </w:r>
    </w:p>
    <w:p>
      <w:pPr>
        <w:jc w:val="right"/>
      </w:pPr>
      <w:r>
        <w:t>ٹورزم کے لیے، جاب کے لیے، بزنس</w:t>
      </w:r>
    </w:p>
    <w:p>
      <w:r>
        <w:rPr>
          <w:b/>
        </w:rPr>
        <w:t xml:space="preserve">[1:00:05] </w:t>
      </w:r>
      <w:r>
        <w:t>ke liye. aur kitna mauqa hai ke aap in ko, yaani madu aap ke darwaze pahunch raha hai, in ko Quran ka translation diya hai un ki zuban mein.</w:t>
      </w:r>
    </w:p>
    <w:p>
      <w:pPr>
        <w:jc w:val="right"/>
      </w:pPr>
      <w:r>
        <w:t>کے لیے۔ اور کتنا موقع ہے کہ آپ ان کو، یعنی مدعو آپ کے دروازے پہنچ رہا ہے، ان کو قرآن کا ٹرانسلیشن دیا ہے ان کی زبان میں۔</w:t>
      </w:r>
    </w:p>
    <w:p>
      <w:r>
        <w:rPr>
          <w:b/>
        </w:rPr>
        <w:t xml:space="preserve">[1:00:15] </w:t>
      </w:r>
      <w:r>
        <w:t>lekin aap nahi de sakte, denge to aap ko bahar daalenge, aap ko jail bhej denge. to musalmanon ka masla sirf aik hi hai ke woh apne zawal ke daur mein hain.</w:t>
      </w:r>
    </w:p>
    <w:p>
      <w:pPr>
        <w:jc w:val="right"/>
      </w:pPr>
      <w:r>
        <w:t>لیکن آپ نہیں دے سکتے، دیں گے تو آپ کو باہر ڈالیں گے، آپ کو جیل بھیج دیں گے۔ تو مسلمانوں کا مسئلہ صرف ایک ہی ہے کہ وہ اپنے زوال کے دور میں ہیں۔</w:t>
      </w:r>
    </w:p>
    <w:p>
      <w:r>
        <w:rPr>
          <w:b/>
        </w:rPr>
        <w:t xml:space="preserve">[1:00:28] </w:t>
      </w:r>
      <w:r>
        <w:t>yeh jo Iqbal ne kaha tha: "zara num hoti hai mitti, bohat zara khars hisaqi", yeh to shayari hai,</w:t>
      </w:r>
    </w:p>
    <w:p>
      <w:pPr>
        <w:jc w:val="right"/>
      </w:pPr>
      <w:r>
        <w:t>یہ جو اقبال نے کہا تھا: "ذرا نم ہوتی ہے مٹی، بہت ذرا خرس حساقی"، یہ تو شاعری ہے،</w:t>
      </w:r>
    </w:p>
    <w:p>
      <w:r>
        <w:rPr>
          <w:b/>
        </w:rPr>
        <w:t xml:space="preserve">[1:00:34] </w:t>
      </w:r>
      <w:r>
        <w:t>haqeeqat se koi ta'alluq is ka nahi hai. to is is raaz ko janiye ke tamam qaumon par zawal aata hai, musalmanon par zawal aa chuka hai.</w:t>
      </w:r>
    </w:p>
    <w:p>
      <w:pPr>
        <w:jc w:val="right"/>
      </w:pPr>
      <w:r>
        <w:t>حقیقت سے کوئی تعلق اس کا نہیں ہے۔ تو اس اس راز کو جانیے کہ تمام قوموں پر زوال آتا ہے، مسلمانوں پر زوال آ چکا ہے۔</w:t>
      </w:r>
    </w:p>
    <w:p>
      <w:r>
        <w:rPr>
          <w:b/>
        </w:rPr>
        <w:t xml:space="preserve">[1:00:44] </w:t>
      </w:r>
      <w:r>
        <w:t>to aap naokhvani ko karte hain, yeh to law of nature hai. sab par zawal aaya hai to aap par zawal nahi aayega. aik haqeeqat hai, is ko tasleem kijiye, aur is haqeeqat ke hote hue aap manage kijiye apne mission ko.</w:t>
      </w:r>
    </w:p>
    <w:p>
      <w:pPr>
        <w:jc w:val="right"/>
      </w:pPr>
      <w:r>
        <w:t>تو آپ ناو خوانی کو کرتے ہیں، یہ تو لاء آف نیچر ہے۔ سب پر زوال آیا ہے تو آپ پر زوال نہیں آئے گا۔ ایک حقیقت ہے، اس کو تسلیم کیجئے، اور اس حقیقت کے ہوتے ہوئے آپ مینج کیجئے اپنے مشن کو۔</w:t>
      </w:r>
    </w:p>
    <w:p>
      <w:r>
        <w:rPr>
          <w:b/>
        </w:rPr>
        <w:t xml:space="preserve">[1:01:02] </w:t>
      </w:r>
      <w:r>
        <w:t>yahi mein mashwara doon ga.</w:t>
      </w:r>
    </w:p>
    <w:p>
      <w:pPr>
        <w:jc w:val="right"/>
      </w:pPr>
      <w:r>
        <w:t>یہی میں مشورہ دوں گا۔</w:t>
      </w:r>
    </w:p>
    <w:p>
      <w:r>
        <w:rPr>
          <w:b/>
        </w:rPr>
        <w:t xml:space="preserve">[1:01:06] </w:t>
      </w:r>
      <w:r>
        <w:t>Maulana, agla sawal lene se pehle aik comment parhna chahenge jo Mahtab sahib ne Dhampur se bheja hai. unhon ne likha hai: "Maulana sahib, today lecture was a very meaningful lecture for me about what you mentioned from risalat to mission in India."</w:t>
      </w:r>
    </w:p>
    <w:p>
      <w:pPr>
        <w:jc w:val="right"/>
      </w:pPr>
      <w:r>
        <w:t>مولانا، اگلا سوال لینے سے پہلے ایک کمنٹ پڑھنا چاہیں گے جو مہتاب صاحب نے دھامپور سے بھیجا ہے۔ انہوں نے لکھا ہے: "مولانا صاحب، ٹوڈے لیکچر واز ا ویری میننگ فل لیکچر فار می اباؤٹ واٹ یو مینشن فرام رسالت ٹو مشن ان انڈیا۔"</w:t>
      </w:r>
    </w:p>
    <w:p>
      <w:r>
        <w:rPr>
          <w:b/>
        </w:rPr>
        <w:t xml:space="preserve">[1:01:28] </w:t>
      </w:r>
      <w:r>
        <w:t>Maulana, agla sawal Maulana Iqbal Umri ne kiya hai Tamil Nadu</w:t>
      </w:r>
    </w:p>
    <w:p>
      <w:pPr>
        <w:jc w:val="right"/>
      </w:pPr>
      <w:r>
        <w:t>مولانا، اگلا سوال مولانا اقبال عمری نے کیا ہے تمل ناڈو</w:t>
      </w:r>
    </w:p>
    <w:p>
      <w:r>
        <w:rPr>
          <w:b/>
        </w:rPr>
        <w:t xml:space="preserve">[1:01:33] </w:t>
      </w:r>
      <w:r>
        <w:t>se. unhon ne likha hai: "Maulana, musalman aman ki baat ko azmat ki baat kyun nahi samajhte?" yaani qital ko azmat aur paraman dawati kaam ko ahmiyat nahi.</w:t>
      </w:r>
    </w:p>
    <w:p>
      <w:pPr>
        <w:jc w:val="right"/>
      </w:pPr>
      <w:r>
        <w:t>سے۔ انہوں نے لکھا ہے: "مولانا، مسلمان امن کی بات کو عظمت کی بات کیوں نہیں سمجھتے؟" یعنی قتال کو عظمت اور پرامن دعوتی کام کو اہمیت نہیں۔</w:t>
      </w:r>
    </w:p>
    <w:p>
      <w:r>
        <w:rPr>
          <w:b/>
        </w:rPr>
        <w:t xml:space="preserve">[1:01:48] </w:t>
      </w:r>
      <w:r>
        <w:t>aisa kyun hai? dekhiye, wajah to is ki yeh hai ke baad ke daur mein musalmanon se dawat hadaf ho gayi.</w:t>
      </w:r>
    </w:p>
    <w:p>
      <w:pPr>
        <w:jc w:val="right"/>
      </w:pPr>
      <w:r>
        <w:t>ایسا کیوں ہے؟ دیکھیے، وجہ تو اس کی یہ ہے کہ بعد کے دور میں مسلمانوں سے دعوت حذف ہو گئی۔</w:t>
      </w:r>
    </w:p>
    <w:p>
      <w:r>
        <w:rPr>
          <w:b/>
        </w:rPr>
        <w:t xml:space="preserve">[1:01:59] </w:t>
      </w:r>
      <w:r>
        <w:t>ab jo cheez reh gayi woh jihad, kyunke yaani hukoomaten ban gayeen. hukoomaten banti hain to kisi na kisi se takrao rehta hai, kahin baghawat ho rahi hai, kahin parosi mulk mein aap ko expand karna hai.</w:t>
      </w:r>
    </w:p>
    <w:p>
      <w:pPr>
        <w:jc w:val="right"/>
      </w:pPr>
      <w:r>
        <w:t>اب جو چیز رہ گئی وہ جہاد، کیونکہ یعنی حکومتیں بن گئیں۔ حکومتیں بنتی ہیں تو کسی نہ کسی سے ٹکراؤ رہتا ہے، کہیں بغاوت ہو رہی ہے، کہیں پڑوسی ملک میں آپ کو ایکسپینڈ کرنا ہے۔</w:t>
      </w:r>
    </w:p>
    <w:p>
      <w:r>
        <w:rPr>
          <w:b/>
        </w:rPr>
        <w:t xml:space="preserve">[1:02:20] </w:t>
      </w:r>
      <w:r>
        <w:t>to political taraqqi hui musalmanon ki, un ki hukoomaten bani paare bana. to is waqt yahi hoga ke hamein jihad karna, jihad karna, jihad karna.</w:t>
      </w:r>
    </w:p>
    <w:p>
      <w:pPr>
        <w:jc w:val="right"/>
      </w:pPr>
      <w:r>
        <w:t>تو پولیٹیکل ترقی ہوئی مسلمانوں کی، ان کی حکومتیں بنی پارے بنا۔ تو اس وقت یہی ہوگا کہ ہمیں جہاد کرنا، جہاد کرنا، جہاد کرنا۔</w:t>
      </w:r>
    </w:p>
    <w:p>
      <w:r>
        <w:rPr>
          <w:b/>
        </w:rPr>
        <w:t xml:space="preserve">[1:02:32] </w:t>
      </w:r>
      <w:r>
        <w:t>aur dawat jo hai woh bilkul hadaf ho gayi,</w:t>
      </w:r>
    </w:p>
    <w:p>
      <w:pPr>
        <w:jc w:val="right"/>
      </w:pPr>
      <w:r>
        <w:t>اور دعوت جو ہے وہ بالکل حذف ہو گئی،</w:t>
      </w:r>
    </w:p>
    <w:p>
      <w:r>
        <w:rPr>
          <w:b/>
        </w:rPr>
        <w:t xml:space="preserve">[1:02:37] </w:t>
      </w:r>
      <w:r>
        <w:t>dawat bilkul hadaf ho gayi. jab dawat hadaf ho gayi to aap koi bhi, yahan se wahan tak jitni kitabein likhi gayi hain,</w:t>
      </w:r>
    </w:p>
    <w:p>
      <w:pPr>
        <w:jc w:val="right"/>
      </w:pPr>
      <w:r>
        <w:t>دعوت بالکل حذف ہو گئی۔ جب دعوت حذف ہو گئی تو آپ کوئی بھی، یہاں سے وہاں تک جتنی کتابیں لکھی گئی ہیں،</w:t>
      </w:r>
    </w:p>
    <w:p>
      <w:r>
        <w:rPr>
          <w:b/>
        </w:rPr>
        <w:t xml:space="preserve">[1:02:46] </w:t>
      </w:r>
      <w:r>
        <w:t>mein apne ilm ke mutabiq yahi kehta hoon, kisi aik kitab mein bhi dawat ki ahmiyat nahi. kisi aik kitab mein, hatta ke jo bare darja de rakha hai logon ne, uska Imam Ghazali ke ya Awliyauddin ka, us mein nahi.</w:t>
      </w:r>
    </w:p>
    <w:p>
      <w:pPr>
        <w:jc w:val="right"/>
      </w:pPr>
      <w:r>
        <w:t>میں اپنے علم کے مطابق یہی کہتا ہوں، کسی ایک کتاب میں بھی دعوت کی اہمیت نہیں۔ کسی ایک کتاب میں، حتی کہ جو بڑے درجہ دے رکھا ہے لوگوں نے، اس کا امام غزالی کے یا اولی الدین کا، اس میں نہیں۔</w:t>
      </w:r>
    </w:p>
    <w:p>
      <w:r>
        <w:rPr>
          <w:b/>
        </w:rPr>
        <w:t xml:space="preserve">[1:03:02] </w:t>
      </w:r>
      <w:r>
        <w:t>shah allah ki kitab hujjat ul barah, is mein nahin. dawat ka bab bhi hadaf hai in kitabon se, aur jo doosri kitaben hain, to musalmanon ke shaoor mein dawat hai hi nahin</w:t>
      </w:r>
    </w:p>
    <w:p>
      <w:pPr>
        <w:jc w:val="right"/>
      </w:pPr>
      <w:r>
        <w:t>شاہ اللہ کی کتاب حجت البارہ، اس میں نہیں۔ دعوت کا باب بھی حذف ہے ان کتابوں سے، اور جو دوسری کتابیں ہیں، تو مسلمانوں کے شعور میں دعوت ہے ہی نہیں</w:t>
      </w:r>
    </w:p>
    <w:p>
      <w:r>
        <w:rPr>
          <w:b/>
        </w:rPr>
        <w:t xml:space="preserve">[1:03:13] </w:t>
      </w:r>
      <w:r>
        <w:t>. kya hai? political empire, hukoomat to wohi kar rahe hain. ab chounke empire khatam ho gaya hai, to lar lar ke phir chahte hain ke phir regain karen empire ko.</w:t>
      </w:r>
    </w:p>
    <w:p>
      <w:pPr>
        <w:jc w:val="right"/>
      </w:pPr>
      <w:r>
        <w:t>۔ کیا ہے؟ پولیٹیکل ایمپائر، حکومت تو وہی کر رہے ہیں۔ اب چونکہ ایمپائر ختم ہو گیا ہے، تو لڑ لڑ کے پھر چاہتے ہیں کہ پھر ریگین کریں ایمپائر کو۔</w:t>
      </w:r>
    </w:p>
    <w:p>
      <w:r>
        <w:rPr>
          <w:b/>
        </w:rPr>
        <w:t xml:space="preserve">[1:03:25] </w:t>
      </w:r>
      <w:r>
        <w:t>is waqt musalmanon ki sargarmian jo hain, apne khoye hue empire ko regain karne ke liye hain. dawat ka koi concept hi nahin hai, na unko insaan se koi khair khwahi hai.</w:t>
      </w:r>
    </w:p>
    <w:p>
      <w:pPr>
        <w:jc w:val="right"/>
      </w:pPr>
      <w:r>
        <w:t>اس وقت مسلمانوں کی سرگرمیاں جو ہیں، اپنے کھوئے ہوئے ایمپائر کو ریگین کرنے کے لیے ہیں۔ دعوت کا کوئی کانسیپٹ ہی نہیں ہے، نہ ان کو انسان سے کوئی خیر خواہی ہے۔</w:t>
      </w:r>
    </w:p>
    <w:p>
      <w:r>
        <w:rPr>
          <w:b/>
        </w:rPr>
        <w:t xml:space="preserve">[1:03:36] </w:t>
      </w:r>
      <w:r>
        <w:t>insaan to unko dushman nazar aate hain. yeh sari zimmedari ulama ki hai, mere nazdeek awam ki nahin hai.</w:t>
      </w:r>
    </w:p>
    <w:p>
      <w:pPr>
        <w:jc w:val="right"/>
      </w:pPr>
      <w:r>
        <w:t>انسان تو ان کو دشمن نظر آتے ہیں۔ یہ ساری ذمہ داری علماء کی ہے، میرے نزدیک عوام کی نہیں ہے۔</w:t>
      </w:r>
    </w:p>
    <w:p>
      <w:r>
        <w:rPr>
          <w:b/>
        </w:rPr>
        <w:t xml:space="preserve">[1:03:43] </w:t>
      </w:r>
      <w:r>
        <w:t>ulama ne bohat hi zyada is mein responsible hain is baat ke liye. galat zehan bana hai musalmanon ka. sare ulama, arab ke ulama bhi hain aur non arab ke ulama bhi hain.</w:t>
      </w:r>
    </w:p>
    <w:p>
      <w:pPr>
        <w:jc w:val="right"/>
      </w:pPr>
      <w:r>
        <w:t>علماء نے بہت ہی زیادہ اس میں ریسپانسبل ہیں اس بات کے لیے۔ غلط ذہن بنا ہے مسلمانوں کا۔ سارے علماء، عرب کے علماء بھی ہیں اور نان عرب کے علماء بھی ہیں۔</w:t>
      </w:r>
    </w:p>
    <w:p>
      <w:r>
        <w:rPr>
          <w:b/>
        </w:rPr>
        <w:t xml:space="preserve">[1:03:57] </w:t>
      </w:r>
      <w:r>
        <w:t>mujhe is mein koi shakk nahin hai. ab jaise mein ek misaal deta hoon ke falasteen mein yahoodi aa gaye, adhe falasteen mein yahoodi, adhe falasteen mein arab.</w:t>
      </w:r>
    </w:p>
    <w:p>
      <w:pPr>
        <w:jc w:val="right"/>
      </w:pPr>
      <w:r>
        <w:t>مجھے اس میں کوئی شک نہیں ہے۔ اب جیسے میں ایک مثال دیتا ہوں کہ فلسطین میں یہودی آ گئے، ادھے فلسطین میں یہودی، ادھے فلسطین میں عرب۔</w:t>
      </w:r>
    </w:p>
    <w:p>
      <w:r>
        <w:rPr>
          <w:b/>
        </w:rPr>
        <w:t xml:space="preserve">[1:04:09] </w:t>
      </w:r>
      <w:r>
        <w:t>to is waqt mashhoor aalim thay sheikh hasan al banna, to unhon ne juloos nikala ashqarah ke sir ke oopar, ek lakh arbon ko le kar ke, ek lakh arbon ko le kar ke:</w:t>
      </w:r>
    </w:p>
    <w:p>
      <w:pPr>
        <w:jc w:val="right"/>
      </w:pPr>
      <w:r>
        <w:t>تو اس وقت مشہور عالم تھے شیخ حسن البنا، تو انہوں نے جلوس نکالا اشقارہ کے سر کے اوپر، ایک لاکھ عربوں کو لے کر کے، ایک لاکھ عربوں کو لے کر کے:</w:t>
      </w:r>
    </w:p>
    <w:p>
      <w:r>
        <w:rPr>
          <w:b/>
        </w:rPr>
        <w:t xml:space="preserve">[1:04:22] </w:t>
      </w:r>
      <w:r>
        <w:t>"rabbak ya falasteen! rabbak ya falasteen!" ab</w:t>
      </w:r>
    </w:p>
    <w:p>
      <w:pPr>
        <w:jc w:val="right"/>
      </w:pPr>
      <w:r>
        <w:t>"ربک یا فلسطین! ربک یا فلسطین!" اب</w:t>
      </w:r>
    </w:p>
    <w:p>
      <w:r>
        <w:rPr>
          <w:b/>
        </w:rPr>
        <w:t xml:space="preserve">[1:04:25] </w:t>
      </w:r>
      <w:r>
        <w:t>woh lad gaye. ladai ka yani zehan paida kar diya ke lado, unko maar ke nikalo. sawal yeh hai ke unhon ne yeh kyun nahin kaha ke yahoodi aa gaye hamare mulk mein, unhein paigham do?</w:t>
      </w:r>
    </w:p>
    <w:p>
      <w:pPr>
        <w:jc w:val="right"/>
      </w:pPr>
      <w:r>
        <w:t>وہ لڑ گئے۔ لڑائی کا یعنی ذہن پیدا کر دیا کہ لڑو، ان کو مار کے نکالو۔ سوال یہ ہے کہ انہوں نے یہ کیوں نہیں کہا کہ یہودی آ گئے ہمارے ملک میں، انہیں پیغام دو؟</w:t>
      </w:r>
    </w:p>
    <w:p>
      <w:r>
        <w:rPr>
          <w:b/>
        </w:rPr>
        <w:t xml:space="preserve">[1:04:35] </w:t>
      </w:r>
      <w:r>
        <w:t>allah ka hai. rasool allah ne madine ke yahudiyon ko islam ka paigham diya tha. madine mein 50 feesad yahoodi thay is waqt.</w:t>
      </w:r>
    </w:p>
    <w:p>
      <w:pPr>
        <w:jc w:val="right"/>
      </w:pPr>
      <w:r>
        <w:t>اللہ کا ہے۔ رسول اللہ نے مدینے کے یہودیوں کو اسلام کا پیغام دیا تھا۔ مدینے میں 50 فیصد یہودی تھے اس وقت۔</w:t>
      </w:r>
    </w:p>
    <w:p>
      <w:r>
        <w:rPr>
          <w:b/>
        </w:rPr>
        <w:t xml:space="preserve">[1:04:45] </w:t>
      </w:r>
      <w:r>
        <w:t>to hasan banna ne yeh kyun nahin kaha ke hamare apne mulk mein aa gaye hain yahoodi, ab unko islam ka paigham sunao? yeh kyun nahin kaha unhon ne</w:t>
      </w:r>
    </w:p>
    <w:p>
      <w:pPr>
        <w:jc w:val="right"/>
      </w:pPr>
      <w:r>
        <w:t>تو حسن بننا نے یہ کیوں نہیں کہا کہ ہمارے اپنے ملک میں آ گئے ہیں یہودی، اب ان کو اسلام کا پیغام سناؤ؟ یہ کیوں نہیں کہا انہوں نے</w:t>
      </w:r>
    </w:p>
    <w:p>
      <w:r>
        <w:rPr>
          <w:b/>
        </w:rPr>
        <w:t xml:space="preserve">[1:04:53] </w:t>
      </w:r>
      <w:r>
        <w:t>? to is ko kaha jata hai trend setter. hamare ulama jo hain, bohat hi zyada zimmedar hain is baat ke ke galat trend set kiya unhon ne.</w:t>
      </w:r>
    </w:p>
    <w:p>
      <w:pPr>
        <w:jc w:val="right"/>
      </w:pPr>
      <w:r>
        <w:t>؟ تو اس کو کہا جاتا ہے ٹرینڈ سیٹر۔ ہمارے علماء جو ہیں، بہت ہی زیادہ ذمہ دار ہیں اس بات کے کہ غلط ٹرینڈ سیٹ کیا انہوں نے۔</w:t>
      </w:r>
    </w:p>
    <w:p>
      <w:r>
        <w:rPr>
          <w:b/>
        </w:rPr>
        <w:t xml:space="preserve">[1:05:04] </w:t>
      </w:r>
      <w:r>
        <w:t>india mein angrezon ke khilaf jihad shuru kar diya. ulama ne sare sare ulama mil kar ke angrezon ke khilaf jihad shuru kar diya.</w:t>
      </w:r>
    </w:p>
    <w:p>
      <w:pPr>
        <w:jc w:val="right"/>
      </w:pPr>
      <w:r>
        <w:t>انڈیا میں انگریزوں کے خلاف جہاد شروع کر دیا۔ علماء نے سارے سارے علماء مل کر کے انگریزوں کے خلاف جہاد شروع کر دیا۔</w:t>
      </w:r>
    </w:p>
    <w:p>
      <w:r>
        <w:rPr>
          <w:b/>
        </w:rPr>
        <w:t xml:space="preserve">[1:05:13] </w:t>
      </w:r>
      <w:r>
        <w:t>unhon ne unko maar maar ke bhagao. to bohat yeh sare ulama hi hain, trend setter hain. yeh galat galat trend set kiya unhon ne.</w:t>
      </w:r>
    </w:p>
    <w:p>
      <w:pPr>
        <w:jc w:val="right"/>
      </w:pPr>
      <w:r>
        <w:t>انہوں نے ان کو مار مار کے بھگاؤ۔ تو بہت یہ سارے علماء ہی ہیں، ٹرینڈ سیٹر ہیں۔ یہ غلط غلط ٹرینڈ سیٹ کیا انہوں نے۔</w:t>
      </w:r>
    </w:p>
    <w:p>
      <w:r>
        <w:rPr>
          <w:b/>
        </w:rPr>
        <w:t xml:space="preserve">[1:05:23] </w:t>
      </w:r>
      <w:r>
        <w:t>dawat ka trend set karne ke bajaye qital ka trend.</w:t>
      </w:r>
    </w:p>
    <w:p>
      <w:pPr>
        <w:jc w:val="right"/>
      </w:pPr>
      <w:r>
        <w:t>دعوت کا ٹرینڈ سیٹ کرنے کے بجائے قتال کا ٹرینڈ۔</w:t>
      </w:r>
    </w:p>
    <w:p>
      <w:r>
        <w:rPr>
          <w:b/>
        </w:rPr>
        <w:t xml:space="preserve">[1:05:30] </w:t>
      </w:r>
      <w:r>
        <w:t>kuch log jo dawat ke naam lete hain, woh aur bhi zyada mere nazdeek galat kaam karte hain. naam lete hain dawat ka aur kaam karte hain ke masjidon mein ja kar ke fazail sunao.</w:t>
      </w:r>
    </w:p>
    <w:p>
      <w:pPr>
        <w:jc w:val="right"/>
      </w:pPr>
      <w:r>
        <w:t>کچھ لوگ جو دعوت کے نام لیتے ہیں، وہ اور بھی زیادہ میرے نزدیک غلط کام کرتے ہیں۔ نام لیتے ہیں دعوت کا اور کام کرتے ہیں کہ مسجدوں میں جا کر کے فضائل سناؤ۔</w:t>
      </w:r>
    </w:p>
    <w:p>
      <w:r>
        <w:rPr>
          <w:b/>
        </w:rPr>
        <w:t xml:space="preserve">[1:05:41] </w:t>
      </w:r>
      <w:r>
        <w:t>yeh to aur bhi zyada galat kaam hai. masjidon mein fazail ki kahani sunayen ke kahin ke dawat ho rahi hai.</w:t>
      </w:r>
    </w:p>
    <w:p>
      <w:pPr>
        <w:jc w:val="right"/>
      </w:pPr>
      <w:r>
        <w:t>یہ تو اور بھی زیادہ غلط کام ہے۔ مسجدوں میں فضائل کی کہانی سنائیں کہ کہیں کہ دعوت ہو رہی ہے۔</w:t>
      </w:r>
    </w:p>
    <w:p>
      <w:r>
        <w:rPr>
          <w:b/>
        </w:rPr>
        <w:t xml:space="preserve">[1:05:47] </w:t>
      </w:r>
      <w:r>
        <w:t>to ghair muslimon mein parman dawat allah ka kaam jo hai, yeh is trend set karna chahiye tha ulama ko. woh kya nahin unhon ne?</w:t>
      </w:r>
    </w:p>
    <w:p>
      <w:pPr>
        <w:jc w:val="right"/>
      </w:pPr>
      <w:r>
        <w:t>تو غیر مسلموں میں پرامن دعوت اللہ کا کام جو ہے، یہ اس ٹرینڈ سیٹ کرنا چاہیے تھا علماء کو۔ وہ کیا نہیں انہوں نے؟</w:t>
      </w:r>
    </w:p>
    <w:p>
      <w:r>
        <w:rPr>
          <w:b/>
        </w:rPr>
        <w:t xml:space="preserve">[1:05:57] </w:t>
      </w:r>
      <w:r>
        <w:t>to behal ab jo soorat e haal hai, woh yahi hai. is ko as a matter of fact maniye aur is ko is ko mante hue apne apne mission ko aap manage kijiye.</w:t>
      </w:r>
    </w:p>
    <w:p>
      <w:pPr>
        <w:jc w:val="right"/>
      </w:pPr>
      <w:r>
        <w:t>تو بہرحال اب جو صورتحال ہے، وہ یہی ہے۔ اس کو ایز اے میٹر آف فیکٹ مانیے اور اس کو اس کو مانتے ہوئے اپنے اپنے مشن کو آپ مینج کیجئے۔</w:t>
      </w:r>
    </w:p>
    <w:p>
      <w:r>
        <w:rPr>
          <w:b/>
        </w:rPr>
        <w:t xml:space="preserve">[1:06:13] </w:t>
      </w:r>
      <w:r>
        <w:t>maulana, agla sawal lene se pehle ek comment parhna chahenge jo rae choor se zaheeruddin khwaja sahib ne kiya hai. unhon ne likha hai: "maulana, i have no words to express my experience at hyderabad dawah meet.</w:t>
      </w:r>
    </w:p>
    <w:p>
      <w:pPr>
        <w:jc w:val="right"/>
      </w:pPr>
      <w:r>
        <w:t>مولانا، اگلا سوال لینے سے پہلے ایک کمنٹ پڑھنا چاہیں گے جو رائے چوڑ سے ظہیر الدین خواجہ صاحب نے کیا ہے۔ انہوں نے لکھا ہے: "مولانا، آئی ہیو نو ورڈز ٹو ایکسپریس مائی ایکسپیرینس ایٹ حیدرآباد دعویٰ میٹ۔</w:t>
      </w:r>
    </w:p>
    <w:p>
      <w:r>
        <w:rPr>
          <w:b/>
        </w:rPr>
        <w:t xml:space="preserve">[1:06:31] </w:t>
      </w:r>
      <w:r>
        <w:t>it was simply superb, and i am feeling that for four days we were in a super spiritual environment, and i am fortunate enough to be part of it."</w:t>
      </w:r>
    </w:p>
    <w:p>
      <w:pPr>
        <w:jc w:val="right"/>
      </w:pPr>
      <w:r>
        <w:t>اٹ واز سمپلی سپرب، اینڈ آئی ایم فیلنگ دیٹ فار فور ڈیز وی وار ان ا سپر سپرچول انوائرمنٹ، اینڈ آئی ایم فارچونیٹ انف ٹو بی پارٹ آف اٹ۔"</w:t>
      </w:r>
    </w:p>
    <w:p>
      <w:r>
        <w:rPr>
          <w:b/>
        </w:rPr>
        <w:t xml:space="preserve">[1:06:44] </w:t>
      </w:r>
      <w:r>
        <w:t>acha, yeh is mein shareek thay woh. ji</w:t>
      </w:r>
    </w:p>
    <w:p>
      <w:pPr>
        <w:jc w:val="right"/>
      </w:pPr>
      <w:r>
        <w:t>اچھا، یہ اس میں شریک تھے وہ۔ جی</w:t>
      </w:r>
    </w:p>
    <w:p>
      <w:r>
        <w:rPr>
          <w:b/>
        </w:rPr>
        <w:t xml:space="preserve">[1:06:53] </w:t>
      </w:r>
      <w:r>
        <w:t>maulana, agla sawal pakistan se kiya hai aamir aamir bin yusuf sahib ne. unhon ne likha hai: "maulana sahib, jo cps ke members pakistan mein rehte hain, un ke liye pakistan mein rehne ka kya option hai?</w:t>
      </w:r>
    </w:p>
    <w:p>
      <w:pPr>
        <w:jc w:val="right"/>
      </w:pPr>
      <w:r>
        <w:t>مولانا، اگلا سوال پاکستان سے کیا ہے عامر عامر بن یوسف صاحب نے۔ انہوں نے لکھا ہے: "مولانا صاحب، جو سی پی ایس کے ممبرز پاکستان میں رہتے ہیں، ان کے لیے پاکستان میں رہنے کا کیا آپشن ہے؟</w:t>
      </w:r>
    </w:p>
    <w:p>
      <w:r>
        <w:rPr>
          <w:b/>
        </w:rPr>
        <w:t xml:space="preserve">[1:07:09] </w:t>
      </w:r>
      <w:r>
        <w:t>is ke baray mein batayen." option ka kya matlab</w:t>
      </w:r>
    </w:p>
    <w:p>
      <w:pPr>
        <w:jc w:val="right"/>
      </w:pPr>
      <w:r>
        <w:t>اس کے بارے میں بتائیں۔" آپشن کا کیا مطلب</w:t>
      </w:r>
    </w:p>
    <w:p>
      <w:r>
        <w:rPr>
          <w:b/>
        </w:rPr>
        <w:t xml:space="preserve">[1:07:13] </w:t>
      </w:r>
      <w:r>
        <w:t>bhai? woh yeh mein samajh nahin aaya. is sawal ka matlab hi nahin samajh mein aaya. option ka kya matlab bhai? aap jahan bhi rahen, aap ek hi sab ka woh apne liye marifat, doosre ki dawat hai.</w:t>
      </w:r>
    </w:p>
    <w:p>
      <w:pPr>
        <w:jc w:val="right"/>
      </w:pPr>
      <w:r>
        <w:t>بھئی؟ وہ یہ میں سمجھ نہیں آیا۔ اس سوال کا مطلب ہی نہیں سمجھ میں آیا۔ آپشن کا کیا مطلب بھئی؟ آپ جہاں بھی رہیں، آپ ایک ہی سب کا وہ اپنے لیے معرفت، دوسرے کی دعوت ہے۔</w:t>
      </w:r>
    </w:p>
    <w:p>
      <w:r>
        <w:rPr>
          <w:b/>
        </w:rPr>
        <w:t xml:space="preserve">[1:07:29] </w:t>
      </w:r>
      <w:r>
        <w:t>ji chahe pakistan mein ho, india mein ho, option ki baat to yeh hai hi nahin. matlab jo zimmedari hai quran sunnat ke aitbar se, woh yeh hai ke mujhe apne liye marifat hasil karna hai.</w:t>
      </w:r>
    </w:p>
    <w:p>
      <w:pPr>
        <w:jc w:val="right"/>
      </w:pPr>
      <w:r>
        <w:t>جی چاہے پاکستان میں ہو، انڈیا میں ہو، آپشن کی بات تو یہ ہے ہی نہیں۔ مطلب جو ذمہ داری ہے قرآن سنت کے اعتبار سے، وہ یہ ہے کہ مجھے اپنے لیے معرفت حاصل کرنا ہے۔</w:t>
      </w:r>
    </w:p>
    <w:p>
      <w:r>
        <w:rPr>
          <w:b/>
        </w:rPr>
        <w:t xml:space="preserve">[1:07:43] </w:t>
      </w:r>
      <w:r>
        <w:t>isi marifat se ibadat, akhlaq sab paida hongi aur doosron ke liye dawat daai banna hai, khair khwah bankar ke. yeh yeh two point mission hai.</w:t>
      </w:r>
    </w:p>
    <w:p>
      <w:pPr>
        <w:jc w:val="right"/>
      </w:pPr>
      <w:r>
        <w:t>اسی معرفت سے عبادت، اخلاق سب پیدا ہوں گی اور دوسروں کے لیے دعوت داعی بننا ہے، خیر خواہ بن کر کے۔ یہ یہ ٹو پوائنٹ مشن ہے۔</w:t>
      </w:r>
    </w:p>
    <w:p>
      <w:r>
        <w:rPr>
          <w:b/>
        </w:rPr>
        <w:t xml:space="preserve">[1:07:53] </w:t>
      </w:r>
      <w:r>
        <w:t>yeh marifat aur dawat, bhai woh bhi karen.</w:t>
      </w:r>
    </w:p>
    <w:p>
      <w:pPr>
        <w:jc w:val="right"/>
      </w:pPr>
      <w:r>
        <w:t>یہ معرفت اور دعوت، بھئی وہ بھی کریں۔</w:t>
      </w:r>
    </w:p>
    <w:p>
      <w:r>
        <w:rPr>
          <w:b/>
        </w:rPr>
        <w:t xml:space="preserve">[1:07:58] </w:t>
      </w:r>
      <w:r>
        <w:t>baqi wahan jo ladai bhadai ho rahi hai, main usko galat samajhta hoon. aur tarah tarah ki yaani ladaiyan wahan pe chal rahi hain.</w:t>
      </w:r>
    </w:p>
    <w:p>
      <w:pPr>
        <w:jc w:val="right"/>
      </w:pPr>
      <w:r>
        <w:t>باقی وہاں جو لڑائی بھڑائی ہو رہی ہے، میں اس کو غلط سمجھتا ہوں۔ اور طرح طرح کی یعنی لڑائیاں وہاں پہ چل رہی ہیں۔</w:t>
      </w:r>
    </w:p>
    <w:p>
      <w:r>
        <w:rPr>
          <w:b/>
        </w:rPr>
        <w:t xml:space="preserve">[1:08:08] </w:t>
      </w:r>
      <w:r>
        <w:t>aur sab se zyada tawakkud to yeh hai ke shatme rasool ka jo qanoon unke haan hai,</w:t>
      </w:r>
    </w:p>
    <w:p>
      <w:pPr>
        <w:jc w:val="right"/>
      </w:pPr>
      <w:r>
        <w:t>اور سب سے زیادہ تواکد تو یہ ہے کہ شتم رسول کا جو قانون ان کے ہاں ہے،</w:t>
      </w:r>
    </w:p>
    <w:p>
      <w:r>
        <w:rPr>
          <w:b/>
        </w:rPr>
        <w:t xml:space="preserve">[1:08:14] </w:t>
      </w:r>
      <w:r>
        <w:t>bas koi rumor kahin hogi ke isne rasool Allah ke shatme kiya hai aur ja ke marte hain, jalate hain, phoonkte hain. yeh to yaani yeh to bas bataoon ke koi iski mere paas alfaaz nahin ke kin alfaaz mein isko kardab karoon.</w:t>
      </w:r>
    </w:p>
    <w:p>
      <w:pPr>
        <w:jc w:val="right"/>
      </w:pPr>
      <w:r>
        <w:t>بس کوئی ریومر کہیں ہوگی کہ اس نے رسول اللہ کے شتم کیا ہے اور جا کے مارتے ہیں، جلاتے ہیں، پھونکتے ہیں۔ یہ تو یعنی یہ تو بس بتاؤں کہ کوئی اس کی میرے پاس الفاظ نہیں کہ کن الفاظ میں اس کو کرڈب کروں۔</w:t>
      </w:r>
    </w:p>
    <w:p>
      <w:r>
        <w:rPr>
          <w:b/>
        </w:rPr>
        <w:t xml:space="preserve">[1:08:28] </w:t>
      </w:r>
      <w:r>
        <w:t>main isko islam ko badnaam karna hai, islam ke naam par islam ko badnaam karna hai.</w:t>
      </w:r>
    </w:p>
    <w:p>
      <w:pPr>
        <w:jc w:val="right"/>
      </w:pPr>
      <w:r>
        <w:t>میں اس کو اسلام کو بدنام کرنا ہے، اسلام کے نام پر اسلام کو بدنام کرنا ہے۔</w:t>
      </w:r>
    </w:p>
    <w:p>
      <w:r>
        <w:rPr>
          <w:b/>
        </w:rPr>
        <w:t xml:space="preserve">[1:08:37] </w:t>
      </w:r>
      <w:r>
        <w:t>is tarah ke qanoon ko main bilkul galat samajhta hoon.</w:t>
      </w:r>
    </w:p>
    <w:p>
      <w:pPr>
        <w:jc w:val="right"/>
      </w:pPr>
      <w:r>
        <w:t>اس طرح کے قانون کو میں بالکل غلط سمجھتا ہوں۔</w:t>
      </w:r>
    </w:p>
    <w:p>
      <w:r>
        <w:rPr>
          <w:b/>
        </w:rPr>
        <w:t xml:space="preserve">[1:08:41] </w:t>
      </w:r>
      <w:r>
        <w:t>yeh galat qanoon hai. yeh shayad mere rasool ki qatl, shayad iske peeche shah ibn taimiya ho ya koi bhi ho, behraal main isko galat samajhta hoon.</w:t>
      </w:r>
    </w:p>
    <w:p>
      <w:pPr>
        <w:jc w:val="right"/>
      </w:pPr>
      <w:r>
        <w:t>یہ غلط قانون ہے۔ یہ شاید میرے رسول کی قتل، شاید اس کے پیچھے شاہ ابن تیمیہ ہو یا کوئی بھی ہو، بہرحال میں اس کو غلط سمجھتا ہوں۔</w:t>
      </w:r>
    </w:p>
    <w:p>
      <w:r>
        <w:rPr>
          <w:b/>
        </w:rPr>
        <w:t xml:space="preserve">[1:08:49] </w:t>
      </w:r>
      <w:r>
        <w:t>main ne kitab likhi hai.</w:t>
      </w:r>
    </w:p>
    <w:p>
      <w:pPr>
        <w:jc w:val="right"/>
      </w:pPr>
      <w:r>
        <w:t>میں نے کتاب لکھی ہے۔</w:t>
      </w:r>
    </w:p>
    <w:p>
      <w:r>
        <w:rPr>
          <w:b/>
        </w:rPr>
        <w:t xml:space="preserve">[1:08:54] </w:t>
      </w:r>
      <w:r>
        <w:t>maulana, agla sawal ajmer se hai doctor safina tabassum ka.</w:t>
      </w:r>
    </w:p>
    <w:p>
      <w:pPr>
        <w:jc w:val="right"/>
      </w:pPr>
      <w:r>
        <w:t>مولانا، اگلا سوال اجمیر سے ہے ڈاکٹر صفینہ تبسم کا۔</w:t>
      </w:r>
    </w:p>
    <w:p>
      <w:r>
        <w:rPr>
          <w:b/>
        </w:rPr>
        <w:t xml:space="preserve">[1:09:00] </w:t>
      </w:r>
      <w:r>
        <w:t>unhone likha hai: "maulana sahib, why do some muslims believe that only life of last prophet is a model for us and not for any other prophet?" although they believe in all the prophets.</w:t>
      </w:r>
    </w:p>
    <w:p>
      <w:pPr>
        <w:jc w:val="right"/>
      </w:pPr>
      <w:r>
        <w:t>انہوں نے لکھا ہے: "مولانا صاحب، وائی ڈو سم مسلمز بیلیو دیٹ اونلی لائف آف لاسٹ پرافٹ از ا ماڈل فار اس اینڈ ناٹ فار اینی ادر پرافٹ؟" الدو دے بیلیو ان ال دی پرافٹس۔</w:t>
      </w:r>
    </w:p>
    <w:p>
      <w:r>
        <w:rPr>
          <w:b/>
        </w:rPr>
        <w:t xml:space="preserve">[1:09:17] </w:t>
      </w:r>
      <w:r>
        <w:t>dekhiye, yeh is mein do baatein hain.</w:t>
      </w:r>
    </w:p>
    <w:p>
      <w:pPr>
        <w:jc w:val="right"/>
      </w:pPr>
      <w:r>
        <w:t>دیکھیے، یہ اس میں دو باتیں ہیں۔</w:t>
      </w:r>
    </w:p>
    <w:p>
      <w:r>
        <w:rPr>
          <w:b/>
        </w:rPr>
        <w:t xml:space="preserve">[1:09:22] </w:t>
      </w:r>
      <w:r>
        <w:t>dekhiye, rasool Allah sallallahu alaihi wasallam jo hain, woh</w:t>
      </w:r>
    </w:p>
    <w:p>
      <w:pPr>
        <w:jc w:val="right"/>
      </w:pPr>
      <w:r>
        <w:t>دیکھیے، رسول اللہ صلی اللہ علیہ وسلم جو ہیں، وہ</w:t>
      </w:r>
    </w:p>
    <w:p>
      <w:r>
        <w:rPr>
          <w:b/>
        </w:rPr>
        <w:t xml:space="preserve">[1:09:28] </w:t>
      </w:r>
      <w:r>
        <w:t>namuna hamare liye hain is sense mein ke aap ki zindagi mehfooz hai. jo jis ko hum kehte hain sunnat rasool, woh ek mehfooz hai, kisi aur paighambar ki mehfooz nahin hai</w:t>
      </w:r>
    </w:p>
    <w:p>
      <w:pPr>
        <w:jc w:val="right"/>
      </w:pPr>
      <w:r>
        <w:t>نمونہ ہمارے لیے ہیں اس سینس میں کہ آپ کی زندگی محفوظ ہے۔ جو جس کو ہم کہتے ہیں سنت رسول، وہ ایک محفوظ ہے، کسی اور پیغمبر کی محفوظ نہیں ہے</w:t>
      </w:r>
    </w:p>
    <w:p>
      <w:r>
        <w:rPr>
          <w:b/>
        </w:rPr>
        <w:t xml:space="preserve">[1:09:44] </w:t>
      </w:r>
      <w:r>
        <w:t>is bana par. lekin jahan tak doosre paighambar hain, khud quran mein aisi ayat maujood hai ke saare paighambar ko namuna bataya gaya hai. lekin zahir hai ke hum doosre paighambaron ke isi namune ko apna payenge jo sabit ho quran se ya hadith se.</w:t>
      </w:r>
    </w:p>
    <w:p>
      <w:pPr>
        <w:jc w:val="right"/>
      </w:pPr>
      <w:r>
        <w:t>اس بنا پر۔ لیکن جہاں تک دوسرے پیغمبر ہیں، خود قرآن میں ایسی آیت موجود ہے کہ سارے پیغمبر کو نمونہ بتایا گیا ہے۔ لیکن ظاہر ہے کہ ہم دوسرے پیغمبروں کے اسی نمونے کو اپنا پائیں گے جو ثابت ہو قرآن سے یا حدیث سے۔</w:t>
      </w:r>
    </w:p>
    <w:p>
      <w:r>
        <w:rPr>
          <w:b/>
        </w:rPr>
        <w:t xml:space="preserve">[1:10:03] </w:t>
      </w:r>
      <w:r>
        <w:t>jaise main ne kal wahan hyderabad mein ek baat kahi thi ke hazrat yunus alaihi assalam, yunus alaihi assalam ko lijiye, unki zindagi mein ek namuna hai jo kisi aur paighambar</w:t>
      </w:r>
    </w:p>
    <w:p>
      <w:pPr>
        <w:jc w:val="right"/>
      </w:pPr>
      <w:r>
        <w:t>جیسے میں نے کل وہاں حیدرآباد میں ایک بات کہی تھی کہ حضرت یونس علیہ السلام، یونس علیہ السلام کو لیجئے، ان کی زندگی میں ایک نمونہ ہے جو کسی اور پیغمبر</w:t>
      </w:r>
    </w:p>
    <w:p>
      <w:r>
        <w:rPr>
          <w:b/>
        </w:rPr>
        <w:t xml:space="preserve">[1:10:13] </w:t>
      </w:r>
      <w:r>
        <w:t>ka nahin. woh namuna yeh hai ke iraq ke shehar ninwa mein aaye the, woh dawat di, dawat di, dawat di.</w:t>
      </w:r>
    </w:p>
    <w:p>
      <w:pPr>
        <w:jc w:val="right"/>
      </w:pPr>
      <w:r>
        <w:t>کا نہیں۔ وہ نمونہ یہ ہے کہ عراق کے شہر ننوا میں آئے تھے، وہ دعوت دی، دعوت دی، دعوت دی۔</w:t>
      </w:r>
    </w:p>
    <w:p>
      <w:r>
        <w:rPr>
          <w:b/>
        </w:rPr>
        <w:t xml:space="preserve">[1:10:21] </w:t>
      </w:r>
      <w:r>
        <w:t>unhone aur phir unko yeh unki samajh mein aaya ke yeh qaum manne wali nahin hai, isko chhod kar ke chale gaye.</w:t>
      </w:r>
    </w:p>
    <w:p>
      <w:pPr>
        <w:jc w:val="right"/>
      </w:pPr>
      <w:r>
        <w:t>انہوں نے اور پھر ان کو یہ ان کی سمجھ میں آیا کہ یہ قوم ماننے والی نہیں ہے، اس کو چھوڑ کر کے چلے گئے۔</w:t>
      </w:r>
    </w:p>
    <w:p>
      <w:r>
        <w:rPr>
          <w:b/>
        </w:rPr>
        <w:t xml:space="preserve">[1:10:32] </w:t>
      </w:r>
      <w:r>
        <w:t>lekin Allah taala ne pasand nahin kiya isko, to unko tauba hui aur phir lotay. to jab lotay to phir saare shehar ke logon ne islam, unka deen qabool kar liya, hatta ke badshah ne bhi.</w:t>
      </w:r>
    </w:p>
    <w:p>
      <w:pPr>
        <w:jc w:val="right"/>
      </w:pPr>
      <w:r>
        <w:t>لیکن اللہ تعالیٰ نے پسند نہیں کیا اس کو، تو ان کو توبہ ہوئی اور پھر لوٹے۔ تو جب لوٹے تو پھر سارے شہر کے لوگوں نے اسلام، ان کا دین قبول کر لیا، حتی کہ بادشاہ نے بھی۔</w:t>
      </w:r>
    </w:p>
    <w:p>
      <w:r>
        <w:rPr>
          <w:b/>
        </w:rPr>
        <w:t xml:space="preserve">[1:10:44] </w:t>
      </w:r>
      <w:r>
        <w:t>is mein kya namuna hai?</w:t>
      </w:r>
    </w:p>
    <w:p>
      <w:pPr>
        <w:jc w:val="right"/>
      </w:pPr>
      <w:r>
        <w:t>اس میں کیا نمونہ ہے؟</w:t>
      </w:r>
    </w:p>
    <w:p>
      <w:r>
        <w:rPr>
          <w:b/>
        </w:rPr>
        <w:t xml:space="preserve">[1:10:46] </w:t>
      </w:r>
      <w:r>
        <w:t>yeh namuna yeh hai ke kisi bhi point par aap ko mayoos nahin hona chahiye, kyunke kya maloom aaj aap mayoos ho jayen aur chhod den is ko, aur kal woh unke andar change aane wala ho.</w:t>
      </w:r>
    </w:p>
    <w:p>
      <w:pPr>
        <w:jc w:val="right"/>
      </w:pPr>
      <w:r>
        <w:t>یہ نمونہ یہ ہے کہ کسی بھی پوائنٹ پر آپ کو مایوس نہیں ہونا چاہیے، کیونکہ کیا معلوم آج آپ مایوس ہو جائیں اور چھوڑ دیں اس کو، اور کل وہ ان کے اندر چینج آنے والا ہو۔</w:t>
      </w:r>
    </w:p>
    <w:p>
      <w:r>
        <w:rPr>
          <w:b/>
        </w:rPr>
        <w:t xml:space="preserve">[1:11:03] </w:t>
      </w:r>
      <w:r>
        <w:t>aap kal ko nahin jante, to present ko le kar faisla nahin karna chahiye, balke future ka inkar karna chahiye.</w:t>
      </w:r>
    </w:p>
    <w:p>
      <w:pPr>
        <w:jc w:val="right"/>
      </w:pPr>
      <w:r>
        <w:t>آپ کل کو نہیں جانتے، تو پریزنٹ کو لے کر فیصلہ نہیں کرنا چاہیے، بلکہ فیوچر کا انکار کرنا چاہیے۔</w:t>
      </w:r>
    </w:p>
    <w:p>
      <w:r>
        <w:rPr>
          <w:b/>
        </w:rPr>
        <w:t xml:space="preserve">[1:11:13] </w:t>
      </w:r>
      <w:r>
        <w:t>wait and see, wait and see,</w:t>
      </w:r>
    </w:p>
    <w:p>
      <w:pPr>
        <w:jc w:val="right"/>
      </w:pPr>
      <w:r>
        <w:t>ویٹ اینڈ سی، ویٹ اینڈ سی،</w:t>
      </w:r>
    </w:p>
    <w:p>
      <w:r>
        <w:rPr>
          <w:b/>
        </w:rPr>
        <w:t xml:space="preserve">[1:11:15] </w:t>
      </w:r>
      <w:r>
        <w:t>yeh namuna hai. doosre to doosre paighambaron ka jo namuna sabit shiddat tor par hamein mil jaye, woh itna hi mustarad ho jayega jitna ke rasool Allah sallallahu alaihi wasallam ka namuna hai.</w:t>
      </w:r>
    </w:p>
    <w:p>
      <w:pPr>
        <w:jc w:val="right"/>
      </w:pPr>
      <w:r>
        <w:t>یہ نمونہ ہے۔ دوسرے تو دوسرے پیغمبروں کا جو نمونہ ثابت شدت طور پر ہمیں مل جائے، وہ اتنا ہی مسترد ہو جائے گا جتنا کہ رسول اللہ صلی اللہ علیہ وسلم کا نمونہ ہے۔</w:t>
      </w:r>
    </w:p>
    <w:p>
      <w:r>
        <w:rPr>
          <w:b/>
        </w:rPr>
        <w:t xml:space="preserve">[1:11:26] </w:t>
      </w:r>
      <w:r>
        <w:t>to asal cheez hai, yaani authenticity. yeh nahi ke rasool Allah namoona hai, doosra namoona nahi hai. masla authenticity ka hai.</w:t>
      </w:r>
    </w:p>
    <w:p>
      <w:pPr>
        <w:jc w:val="right"/>
      </w:pPr>
      <w:r>
        <w:t>تو اصل چیز ہے، یعنی اتھنٹیسٹی۔ یہ نہیں کہ رسول اللہ نمونہ ہے، دوسرا نمونہ نہیں ہے۔ مسئلہ اتھنٹیسٹی کا ہے۔</w:t>
      </w:r>
    </w:p>
    <w:p>
      <w:r>
        <w:rPr>
          <w:b/>
        </w:rPr>
        <w:t xml:space="preserve">[1:11:36] </w:t>
      </w:r>
      <w:r>
        <w:t>jo namoona bhi, chahe koi bhi peghamabar ho, Khuda mein foobah hota ho, muqtadir</w:t>
      </w:r>
    </w:p>
    <w:p>
      <w:pPr>
        <w:jc w:val="right"/>
      </w:pPr>
      <w:r>
        <w:t>جو نمونہ بھی، چاہے کوئی بھی پیغمبر ہو، خدا میں فوبہ ہوتا ہو، مقتدر</w:t>
      </w:r>
    </w:p>
    <w:p>
      <w:r>
        <w:rPr>
          <w:b/>
        </w:rPr>
        <w:t xml:space="preserve">[1:11:42] </w:t>
      </w:r>
      <w:r>
        <w:t>har peghamabar ke baray mein kaha gaya hai ke un ke namoonon ko pakro. to jo namoona authentic tor par, sabit shuda tor par hamein maloom ho jaye, to woh hamare liye waise hi qabil-e-taqleed ho jaye ga jaise ke rasool Allah sal Allah alaihi wasallam ka namoona.</w:t>
      </w:r>
    </w:p>
    <w:p>
      <w:pPr>
        <w:jc w:val="right"/>
      </w:pPr>
      <w:r>
        <w:t>ہر پیغمبر کے بارے میں کہا گیا ہے کہ ان کے نمونوں کو پکڑو۔ تو جو نمونہ اتھنٹک طور پر، ثابت شدہ طور پر ہمیں معلوم ہو جائے، تو وہ ہمارے لیے ویسے ہی قابل تقلید ہو جائے گا جیسے کہ رسول اللہ صلی اللہ علیہ وسلم کا نمونہ۔</w:t>
      </w:r>
    </w:p>
    <w:p>
      <w:r>
        <w:rPr>
          <w:b/>
        </w:rPr>
        <w:t xml:space="preserve">[1:12:00] </w:t>
      </w:r>
      <w:r>
        <w:t>Maulana, unhon ne ek aur sawal kiya hai. unhon ne likha hai: "Maulana, you mention that qayamat will not come until and unless people are made aware.</w:t>
      </w:r>
    </w:p>
    <w:p>
      <w:pPr>
        <w:jc w:val="right"/>
      </w:pPr>
      <w:r>
        <w:t>مولانا، انہوں نے ایک اور سوال کیا ہے۔ انہوں نے لکھا ہے: "مولانا، یو مینشن دیٹ قیامت ول ناٹ کم انٹل اینڈ انلیس پیپل آر میڈ اویئر۔</w:t>
      </w:r>
    </w:p>
    <w:p>
      <w:r>
        <w:rPr>
          <w:b/>
        </w:rPr>
        <w:t xml:space="preserve">[1:12:11] </w:t>
      </w:r>
      <w:r>
        <w:t>" is ko wazeh karen. dekhiye, yeh Quran se sabit hai: "Ma kan rabbuka li yuhlikal quraa bighafileen." ke Allah ka yeh tareeqa nahi hai ke</w:t>
      </w:r>
    </w:p>
    <w:p>
      <w:pPr>
        <w:jc w:val="right"/>
      </w:pPr>
      <w:r>
        <w:t>" اس کو واضح کریں۔ دیکھیے، یہ قرآن سے ثابت ہے: "ما کان ربک لی القراب بدربی غافلون۔" کہ اللہ کا یہ طریقہ نہیں ہے کہ</w:t>
      </w:r>
    </w:p>
    <w:p>
      <w:r>
        <w:rPr>
          <w:b/>
        </w:rPr>
        <w:t xml:space="preserve">[1:12:30] </w:t>
      </w:r>
      <w:r>
        <w:t>ke halak kare kisi qaum ko jab ke woh ghafil hon. to qayamat to sab se bari halakat, super halakat hai.</w:t>
      </w:r>
    </w:p>
    <w:p>
      <w:pPr>
        <w:jc w:val="right"/>
      </w:pPr>
      <w:r>
        <w:t>کہ ہلاک کرے کسی قوم کو جب کہ وہ غافل ہوں۔ تو قیامت تو سب سے بڑی ہلاکت، سپر ہلاکت ہے۔</w:t>
      </w:r>
    </w:p>
    <w:p>
      <w:r>
        <w:rPr>
          <w:b/>
        </w:rPr>
        <w:t xml:space="preserve">[1:12:41] </w:t>
      </w:r>
      <w:r>
        <w:t>to pehle Allah taala un ki ghaflat ko tode ga, tab qayamat aaye gi.</w:t>
      </w:r>
    </w:p>
    <w:p>
      <w:pPr>
        <w:jc w:val="right"/>
      </w:pPr>
      <w:r>
        <w:t>تو پہلے اللہ تعالیٰ ان کی غفلت کو توڑے گا، تب قیامت آئے گی۔</w:t>
      </w:r>
    </w:p>
    <w:p>
      <w:r>
        <w:rPr>
          <w:b/>
        </w:rPr>
        <w:t xml:space="preserve">[1:12:49] </w:t>
      </w:r>
      <w:r>
        <w:t>to yeh Allah ki scheme hai, jis ko ke insaan ko janna chahiye. isi ke liye hum ne operation flood ka shuru woh diya hai, target ke Allah ko is ka andaza hai ke logon ko bata diya jaye, bata diya jaye, bata diya jaye.</w:t>
      </w:r>
    </w:p>
    <w:p>
      <w:pPr>
        <w:jc w:val="right"/>
      </w:pPr>
      <w:r>
        <w:t>تو یہ اللہ کی اسکیم ہے، جس کو کہ انسان کو جاننا چاہیے۔ اسی کے لیے ہم نے آپریشن فلڈ کا شروع وہ دیا ہے، ٹارگٹ کہ اللہ کو اس کا اندازہ ہے کہ لوگوں کو بتا دیا جائے، بتا دیا جائے، بتا دیا جائے۔</w:t>
      </w:r>
    </w:p>
    <w:p>
      <w:r>
        <w:rPr>
          <w:b/>
        </w:rPr>
        <w:t xml:space="preserve">[1:13:03] </w:t>
      </w:r>
      <w:r>
        <w:t>ab dekhen, duniya mein itni burai aa chuki hai, lekin is se burai ki bina par nahi qayamat aa jaye gi. burai kitni hi zyada ho jaye,</w:t>
      </w:r>
    </w:p>
    <w:p>
      <w:pPr>
        <w:jc w:val="right"/>
      </w:pPr>
      <w:r>
        <w:t>اب دیکھیں، دنیا میں اتنی برائی آ چکی ہے، لیکن اس سے برائی کی بنا پر نہیں قیامت آ جائے گی۔ برائی کتنی ہی زیادہ ہو جائے،</w:t>
      </w:r>
    </w:p>
    <w:p>
      <w:r>
        <w:rPr>
          <w:b/>
        </w:rPr>
        <w:t xml:space="preserve">[1:13:13] </w:t>
      </w:r>
      <w:r>
        <w:t>kitni hi zyada ho jaye, sirf burai hai, is liye qayamat nahi aa jaye gi. zaroori hai ke logon ki ghaflat to todi jaye, logon ko waqif banaya jaye. isi ghaflat ko todne ke liye hum ne yeh target diya hai ke operation flood ke Allah ke kalam ko sari duniya tak pohncha do.</w:t>
      </w:r>
    </w:p>
    <w:p>
      <w:pPr>
        <w:jc w:val="right"/>
      </w:pPr>
      <w:r>
        <w:t>کتنی ہی زیادہ ہو جائے، صرف برائی ہے، اس لیے قیامت نہیں آ جائے گی۔ ضروری ہے کہ لوگوں کی غفلت تو توڑا جائے، لوگوں کو واقف بنایا جائے۔ اسی غفلت کو توڑنے کے لیے ہم نے یہ ٹارگٹ دیا ہے کہ آپریشن فلڈ کہ اللہ کے کلام کو ساری دنیا تک پہنچا دو۔</w:t>
      </w:r>
    </w:p>
    <w:p>
      <w:r>
        <w:rPr>
          <w:b/>
        </w:rPr>
        <w:t xml:space="preserve">[1:13:34] </w:t>
      </w:r>
      <w:r>
        <w:t>Maulana, Roorkee se Sajid Anwar sahib ne sawal bheja</w:t>
      </w:r>
    </w:p>
    <w:p>
      <w:pPr>
        <w:jc w:val="right"/>
      </w:pPr>
      <w:r>
        <w:t>مولانا، روڑکی سے ساجد انور صاحب نے سوال بھیجا</w:t>
      </w:r>
    </w:p>
    <w:p>
      <w:r>
        <w:rPr>
          <w:b/>
        </w:rPr>
        <w:t xml:space="preserve">[1:13:38] </w:t>
      </w:r>
      <w:r>
        <w:t>hai. unhon ne likha hai: "Maulana, you have mentioned many a time that one should discover his or her role.</w:t>
      </w:r>
    </w:p>
    <w:p>
      <w:pPr>
        <w:jc w:val="right"/>
      </w:pPr>
      <w:r>
        <w:t>ہے۔ انہوں نے لکھا ہے: "مولانا، یو ہیو مینشن مینی ا ٹائمز دیٹ ون شوڈ ڈسکور ہز اور ہر رول۔</w:t>
      </w:r>
    </w:p>
    <w:p>
      <w:r>
        <w:rPr>
          <w:b/>
        </w:rPr>
        <w:t xml:space="preserve">[1:13:47] </w:t>
      </w:r>
      <w:r>
        <w:t>Please guide us as how we can discover our own roles in the CPS mission." dekhiye, yeh main samajhta hoon ke shayad yeh kisi aur ka mashwara dene ki baat nahi hai,</w:t>
      </w:r>
    </w:p>
    <w:p>
      <w:pPr>
        <w:jc w:val="right"/>
      </w:pPr>
      <w:r>
        <w:t>پلیز گائیڈ اس ایز ہاؤ وی کین ڈسکور اور اون رولز ان دا سی پی ایس مشن۔" دیکھیے، یہ میں سمجھتا ہوں کہ شاید یہ کسی اور کا مشورہ دینے کی بات نہیں ہے،</w:t>
      </w:r>
    </w:p>
    <w:p>
      <w:r>
        <w:rPr>
          <w:b/>
        </w:rPr>
        <w:t xml:space="preserve">[1:14:02] </w:t>
      </w:r>
      <w:r>
        <w:t>yeh apne aap janne ki baat hai.</w:t>
      </w:r>
    </w:p>
    <w:p>
      <w:pPr>
        <w:jc w:val="right"/>
      </w:pPr>
      <w:r>
        <w:t>یہ اپنے آپ جاننے کی بات ہے۔</w:t>
      </w:r>
    </w:p>
    <w:p>
      <w:r>
        <w:rPr>
          <w:b/>
        </w:rPr>
        <w:t xml:space="preserve">[1:14:07] </w:t>
      </w:r>
      <w:r>
        <w:t>kyun ke dekhiye, is mein do shartein hain. is ki pehli shart yeh hai ke aap ko deen mission jo aap ka attachment hai, us ko todna pare ga.</w:t>
      </w:r>
    </w:p>
    <w:p>
      <w:pPr>
        <w:jc w:val="right"/>
      </w:pPr>
      <w:r>
        <w:t>کیونکہ دیکھیے، اس میں دو شرطیں ہیں۔ اس کی پہلی شرط یہ ہے کہ آپ کو ادر دین مشن جو آپ کا اٹیچمنٹ ہے، اس کو توڑنا پڑے گا۔</w:t>
      </w:r>
    </w:p>
    <w:p>
      <w:r>
        <w:rPr>
          <w:b/>
        </w:rPr>
        <w:t xml:space="preserve">[1:14:21] </w:t>
      </w:r>
      <w:r>
        <w:t>yeh namumkin hai ke aap ko doosre attachment baqi rakhen aur aap role bhi daryaft kar len.</w:t>
      </w:r>
    </w:p>
    <w:p>
      <w:pPr>
        <w:jc w:val="right"/>
      </w:pPr>
      <w:r>
        <w:t>یہ ناممکن ہے کہ آپ کو دوسرے اٹیچمنٹ باقی رکھیں اور آپ رول بھی دریافت کر لیں۔</w:t>
      </w:r>
    </w:p>
    <w:p>
      <w:r>
        <w:rPr>
          <w:b/>
        </w:rPr>
        <w:t xml:space="preserve">[1:14:29] </w:t>
      </w:r>
      <w:r>
        <w:t>jab tak aap mission ko apna primary cursor nahi banayein ge, tab tak role bhi daryaft nahi kar sakte.</w:t>
      </w:r>
    </w:p>
    <w:p>
      <w:pPr>
        <w:jc w:val="right"/>
      </w:pPr>
      <w:r>
        <w:t>جب تک آپ مشن کو اپنا پرائمری کرسر نہیں بنائیں گے، تب تک رول بھی دریافت نہیں کر سکتے۔</w:t>
      </w:r>
    </w:p>
    <w:p>
      <w:r>
        <w:rPr>
          <w:b/>
        </w:rPr>
        <w:t xml:space="preserve">[1:14:39] </w:t>
      </w:r>
      <w:r>
        <w:t>to pehli condition yeh hai ke doosri cheezon se, matlab worldly jo doosri cheezein hain, un ko aap secondary banayein, secondary banayein, primary ke darjay mein na rakhen.</w:t>
      </w:r>
    </w:p>
    <w:p>
      <w:pPr>
        <w:jc w:val="right"/>
      </w:pPr>
      <w:r>
        <w:t>تو پہلی کنڈیشن یہ ہے کہ دوسری چیزوں سے، مطلب ورلڈلی جو دوسری چیزیں ہیں، ان کو آپ سیکنڈری بنائیں، سیکنڈری بنائیں، پرائمری کے درجے میں نہ رکھیں۔</w:t>
      </w:r>
    </w:p>
    <w:p>
      <w:r>
        <w:rPr>
          <w:b/>
        </w:rPr>
        <w:t xml:space="preserve">[1:14:55] </w:t>
      </w:r>
      <w:r>
        <w:t>is ke baad phir sochein ke aap ke halaat, aap ki salahiyat, aap ki jo Allah ne jo aap ko siftien di hain, woh kya hain.</w:t>
      </w:r>
    </w:p>
    <w:p>
      <w:pPr>
        <w:jc w:val="right"/>
      </w:pPr>
      <w:r>
        <w:t>اس کے بعد پھر سوچیں کہ آپ کے حالات، آپ کی صلاحیت، آپ کی جو اللہ نے جو آپ کو صفتیں دی ہیں، وہ کیا ہیں۔</w:t>
      </w:r>
    </w:p>
    <w:p>
      <w:r>
        <w:rPr>
          <w:b/>
        </w:rPr>
        <w:t xml:space="preserve">[1:15:08] </w:t>
      </w:r>
      <w:r>
        <w:t>yeh do maqasid, yeh do shartein hain, in ko poora karne ke baad aadmi khud jaan leta hai. yaani sab se pehle us ko jitni bhi worldly cheezon se aadmi ko attachment ho jata hai, us ko todna.</w:t>
      </w:r>
    </w:p>
    <w:p>
      <w:pPr>
        <w:jc w:val="right"/>
      </w:pPr>
      <w:r>
        <w:t>یہ دو مقاصد، یہ دو شرطیں ہیں، ان کو پورا کرنے کے بعد آدمی خود جان لیتا ہے۔ یعنی سب سے پہلے اس کو جتنی بھی ورلڈلی چیزوں سے آدمی کو اٹیچمنٹ ہو جاتا ہے، اس کو توڑنا۔</w:t>
      </w:r>
    </w:p>
    <w:p>
      <w:r>
        <w:rPr>
          <w:b/>
        </w:rPr>
        <w:t xml:space="preserve">[1:15:23] </w:t>
      </w:r>
      <w:r>
        <w:t>kyun ke woh rok hai, aadmi ko thinking process chalne nahi deta. is ki wajah se aadmi ka thinking process right direction mein nahi chal sakta.</w:t>
      </w:r>
    </w:p>
    <w:p>
      <w:pPr>
        <w:jc w:val="right"/>
      </w:pPr>
      <w:r>
        <w:t>کیونکہ وہ روک ہے، آدمی کو تھنکنگ پراسیس چلنے نہیں دیتا۔ اس کی وجہ سے آدمی کا تھنکنگ پراسیس رائٹ ڈائریکشن میں نہیں چل سکتا۔</w:t>
      </w:r>
    </w:p>
    <w:p>
      <w:r>
        <w:rPr>
          <w:b/>
        </w:rPr>
        <w:t xml:space="preserve">[1:15:33] </w:t>
      </w:r>
      <w:r>
        <w:t>jab yeh kar len ge aap, to aap ka thinking process right direction mein chalega. phir bohat aasani se aap daryaft kar len ge ke hamara role kya hai, bohat aasani se.</w:t>
      </w:r>
    </w:p>
    <w:p>
      <w:pPr>
        <w:jc w:val="right"/>
      </w:pPr>
      <w:r>
        <w:t>جب یہ کر لیں گے آپ، تو آپ کا تھنکنگ پراسیس رائٹ ڈائریکشن میں چلے گا۔ پھر بہت آسانی سے آپ دریافت کر لیں گے کہ ہمارا رول کیا ہے، بہت آسانی سے۔</w:t>
      </w:r>
    </w:p>
    <w:p>
      <w:r>
        <w:rPr>
          <w:b/>
        </w:rPr>
        <w:t xml:space="preserve">[1:15:49] </w:t>
      </w:r>
      <w:r>
        <w:t>Maulana, Delhi se Junaid sahib ne sawal kiya hai. unhon ne likha hai:</w:t>
      </w:r>
    </w:p>
    <w:p>
      <w:pPr>
        <w:jc w:val="right"/>
      </w:pPr>
      <w:r>
        <w:t>مولانا، دلی سے جنید صاحب نے سوال کیا ہے۔ انہوں نے لکھا ہے:</w:t>
      </w:r>
    </w:p>
    <w:p>
      <w:r>
        <w:rPr>
          <w:b/>
        </w:rPr>
        <w:t xml:space="preserve">[1:15:55] </w:t>
      </w:r>
      <w:r>
        <w:t>"Maulana, at times it happens that team members wait for other people to take initiative, because they find it easier to follow it." What is your comment or advice on this?</w:t>
      </w:r>
    </w:p>
    <w:p>
      <w:pPr>
        <w:jc w:val="right"/>
      </w:pPr>
      <w:r>
        <w:t>"مولانا، ایٹ ٹائمز اٹ ہیپنز دیٹ ٹیم ممبرز ویٹ فار ادر پیپل ٹو ٹیک انیشیٹیو، بیکاز دے فائنڈ اٹ ایزیر ٹو فالو اٹ۔" واٹ از یور کمنٹ اور ایڈوائس ان دس؟</w:t>
      </w:r>
    </w:p>
    <w:p>
      <w:r>
        <w:rPr>
          <w:b/>
        </w:rPr>
        <w:t xml:space="preserve">[1:16:17] </w:t>
      </w:r>
      <w:r>
        <w:t>ab pata hai, mujhe to is ki misaal nahi maloom ke kis kis kis situation ko le kar ek sawal qaim hua hai.</w:t>
      </w:r>
    </w:p>
    <w:p>
      <w:pPr>
        <w:jc w:val="right"/>
      </w:pPr>
      <w:r>
        <w:t>اب پتہ ہے، مجھے تو اس کی مثال نہیں معلوم کہ کس کس کس سچویشن کو لے کر ایک سوال قائم ہوا ہے۔</w:t>
      </w:r>
    </w:p>
    <w:p>
      <w:r>
        <w:rPr>
          <w:b/>
        </w:rPr>
        <w:t xml:space="preserve">[1:16:25] </w:t>
      </w:r>
      <w:r>
        <w:t>mein to nahin janta is ko, lekin mein yahi kahoon ga ke aap har aadmi apna zimmedaar hai khud. aap wait kis liye karein doosre ka? quran se saabit hai ke har aadmi apna zimmedaar khud hai.</w:t>
      </w:r>
    </w:p>
    <w:p>
      <w:pPr>
        <w:jc w:val="right"/>
      </w:pPr>
      <w:r>
        <w:t>میں تو نہیں جانتا اس کو، لیکن میں یہی کہوں گا کہ آپ ہر آدمی اپنا ذمہ دار ہے خود۔ آپ ویٹ کس لیے کریں دوسرے کا؟ قرآن سے ثابت ہے کہ ہر آدمی اپنا ذمہ دار خود ہے۔</w:t>
      </w:r>
    </w:p>
    <w:p>
      <w:r>
        <w:rPr>
          <w:b/>
        </w:rPr>
        <w:t xml:space="preserve">[1:16:40] </w:t>
      </w:r>
      <w:r>
        <w:t>yeh koi excuse nahin banega ke doosra aadmi kare to hum karein ge. yeh excuse nahin hai.</w:t>
      </w:r>
    </w:p>
    <w:p>
      <w:pPr>
        <w:jc w:val="right"/>
      </w:pPr>
      <w:r>
        <w:t>یہ کوئی ایکسکیوز نہیں بنے گا کہ دوسرا آدمی کرے تو ہم کریں گے۔ یہ ایکسکیوز نہیں ہے۔</w:t>
      </w:r>
    </w:p>
    <w:p>
      <w:r>
        <w:rPr>
          <w:b/>
        </w:rPr>
        <w:t xml:space="preserve">[1:16:46] </w:t>
      </w:r>
      <w:r>
        <w:t>har aadmi ko khud sochna hai, khud is ko janna hai, khud apna role tay karna hai, aur phir is mein is ko aage barhna hai.</w:t>
      </w:r>
    </w:p>
    <w:p>
      <w:pPr>
        <w:jc w:val="right"/>
      </w:pPr>
      <w:r>
        <w:t>ہر آدمی کو خود سوچنا ہے، خود اس کو جاننا ہے، خود اپنا رول طے کرنا ہے، اور پھر اس میں اس کو آگے بڑھنا ہے۔</w:t>
      </w:r>
    </w:p>
    <w:p>
      <w:r>
        <w:rPr>
          <w:b/>
        </w:rPr>
        <w:t xml:space="preserve">[1:16:59] </w:t>
      </w:r>
      <w:r>
        <w:t>yeh to meri samajh nahin aa rahi ke kaun kaun log hain. mujhe abhi tak mere saamne aisi misaalain nahin hain kaun log hain jo wait karte rehte hain, karte rehte hain doosre ka.</w:t>
      </w:r>
    </w:p>
    <w:p>
      <w:pPr>
        <w:jc w:val="right"/>
      </w:pPr>
      <w:r>
        <w:t>یہ تو میری سمجھ نہیں آ رہی کہ کون کون لوگ ہیں۔ مجھے ابھی تک میرے سامنے ایسی مثالیں نہیں ہیں کون لوگ ہیں جو ویٹ کرتے رہتے ہیں، کرتے رہتے ہیں دوسرے کا۔</w:t>
      </w:r>
    </w:p>
    <w:p>
      <w:r>
        <w:rPr>
          <w:b/>
        </w:rPr>
        <w:t xml:space="preserve">[1:17:10] </w:t>
      </w:r>
      <w:r>
        <w:t>yeh mujhe abhi aik abstract lagta hai, mere ilm ke mutabiq abhi tak mujhe abstract lagta hai. yeh</w:t>
      </w:r>
    </w:p>
    <w:p>
      <w:pPr>
        <w:jc w:val="right"/>
      </w:pPr>
      <w:r>
        <w:t>یہ مجھے ابھی ایک ابسٹرکٹ لگتا ہے، میرے علم کے مطابق ابھی تک مجھے ابسٹرکٹ لگتا ہے۔ یہ</w:t>
      </w:r>
    </w:p>
    <w:p>
      <w:r>
        <w:rPr>
          <w:b/>
        </w:rPr>
        <w:t xml:space="preserve">[1:17:18] </w:t>
      </w:r>
      <w:r>
        <w:t>maulana, in ka aik aur sawal hai. unhon ne likha hai: "what is the importance of monthly team meetings?" is ke baray mein bataein.</w:t>
      </w:r>
    </w:p>
    <w:p>
      <w:pPr>
        <w:jc w:val="right"/>
      </w:pPr>
      <w:r>
        <w:t>مولانا، ان کا ایک اور سوال ہے۔ انہوں نے لکھا ہے: "واٹ از دی امپورٹنس اف منتھلی ٹیم میٹنگز؟" اس کے بارے میں بتائیں۔</w:t>
      </w:r>
    </w:p>
    <w:p>
      <w:r>
        <w:rPr>
          <w:b/>
        </w:rPr>
        <w:t xml:space="preserve">[1:17:28] </w:t>
      </w:r>
      <w:r>
        <w:t>monthly kya? aap roz kar sakte hain? roz kijiye. yeh importance ki baat kya hai? bhai, to yeh to yeh to discussion hai, sochna hai. agar</w:t>
      </w:r>
    </w:p>
    <w:p>
      <w:pPr>
        <w:jc w:val="right"/>
      </w:pPr>
      <w:r>
        <w:t>منتھلی کیا؟ آپ روز کر سکتے ہیں؟ روز کیجئے۔ یہ امپورٹنس کی بات کیا ہے؟ بھئی، تو یہ تو یہ تو ڈسکشن ہے، سوچنا ہے۔ اگر</w:t>
      </w:r>
    </w:p>
    <w:p>
      <w:r>
        <w:rPr>
          <w:b/>
        </w:rPr>
        <w:t xml:space="preserve">[1:17:39] </w:t>
      </w:r>
      <w:r>
        <w:t>monthly mumkin hai to monthly kijiye, weekly mumkin hai weekly kijiye, by weekly ki mumkin hai by weekly kijiye, daily bilkul daily kijiye.</w:t>
      </w:r>
    </w:p>
    <w:p>
      <w:pPr>
        <w:jc w:val="right"/>
      </w:pPr>
      <w:r>
        <w:t>منتھلی ممکن ہے تو منتھلی کیجئے، ویکلی ممکن ہے ویکلی کیجئے، بائی ویکلی کی ممکن ہے بائی ویکلی کیجئے، ڈیلی بالکل ڈیلی کیجئے۔</w:t>
      </w:r>
    </w:p>
    <w:p>
      <w:r>
        <w:rPr>
          <w:b/>
        </w:rPr>
        <w:t xml:space="preserve">[1:17:51] </w:t>
      </w:r>
      <w:r>
        <w:t>sahaba ki meeting to rozana hoti thi masjid nabwi mein.</w:t>
      </w:r>
    </w:p>
    <w:p>
      <w:pPr>
        <w:jc w:val="right"/>
      </w:pPr>
      <w:r>
        <w:t>صحابہ کی میٹنگ تو روزانہ ہوتی تھی مسجد نبوی میں۔</w:t>
      </w:r>
    </w:p>
    <w:p>
      <w:r>
        <w:rPr>
          <w:b/>
        </w:rPr>
        <w:t xml:space="preserve">[1:17:56] </w:t>
      </w:r>
      <w:r>
        <w:t>is ka koi yaani yeh koi sawal karne ki baat nahin hai. yeh to aap ke apne halaat ki baat hai, jitne halaat hain. aur dekhiye, yeh bhi samajh lijiye ke yeh meeting hoti hai mission ki nisbat se.</w:t>
      </w:r>
    </w:p>
    <w:p>
      <w:pPr>
        <w:jc w:val="right"/>
      </w:pPr>
      <w:r>
        <w:t>اس کا کوئی یعنی یہ کوئی سوال کرنے کی بات نہیں ہے۔ یہ تو آپ کے اپنے حالات کی بات ہے، جتنے حالات ہیں۔ اور دیکھیے، یہ بھی سمجھ لیجئے کہ یہ میٹنگ ہوتی ہے مشن کی نسبت سے۔</w:t>
      </w:r>
    </w:p>
    <w:p>
      <w:r>
        <w:rPr>
          <w:b/>
        </w:rPr>
        <w:t xml:space="preserve">[1:18:12] </w:t>
      </w:r>
      <w:r>
        <w:t>yeh insaan se meeting to number do par hai, woh farishton se meeting hoti hai. kyunke hadees mein aata hai ke jahan Allah ke liye koi log ikattha hon to wahan farishtay utarte hain.</w:t>
      </w:r>
    </w:p>
    <w:p>
      <w:pPr>
        <w:jc w:val="right"/>
      </w:pPr>
      <w:r>
        <w:t>یہ انسان سے میٹنگ تو نمبر دو پر ہے، وہ فرشتوں سے میٹنگ ہوتی ہے۔ کیونکہ حدیث میں آتا ہے کہ جہاں اللہ کے لیے کوئی لوگ اکٹھا ہوں تو وہاں فرشتے اترتے ہیں۔</w:t>
      </w:r>
    </w:p>
    <w:p>
      <w:r>
        <w:rPr>
          <w:b/>
        </w:rPr>
        <w:t xml:space="preserve">[1:18:28] </w:t>
      </w:r>
      <w:r>
        <w:t>to agar aap sach much woh is ko yaani is tarah ki aap ki bias agar hai to wahan to aap aap jitna bhi karein, woh acha hai.</w:t>
      </w:r>
    </w:p>
    <w:p>
      <w:pPr>
        <w:jc w:val="right"/>
      </w:pPr>
      <w:r>
        <w:t>تو اگر آپ سچ مچ وہ اس کو یعنی اس طرح کی آپ کی بائلیسٹ اگر ہے تو وہاں تو آپ آپ جتنا بھی کریں، وہ اچھا ہے۔</w:t>
      </w:r>
    </w:p>
    <w:p>
      <w:r>
        <w:rPr>
          <w:b/>
        </w:rPr>
        <w:t xml:space="preserve">[1:18:39] </w:t>
      </w:r>
      <w:r>
        <w:t>kyunke jitne ziyada aap se mulaqat hogi farishton se, acha hai. yeh mat samjhiye ke mister a se milne ja rahe hain, mister b se milne ja rahe hain.</w:t>
      </w:r>
    </w:p>
    <w:p>
      <w:pPr>
        <w:jc w:val="right"/>
      </w:pPr>
      <w:r>
        <w:t>کیونکہ جتنے زیادہ آپ سے ملاقات ہوگی فرشتوں سے، اچھا ہے۔ یہ مت سمجھئے کہ مسٹر اے سے ملنے جا رہے ہیں، مسٹر بی سے ملنے جا رہے ہیں۔</w:t>
      </w:r>
    </w:p>
    <w:p>
      <w:r>
        <w:rPr>
          <w:b/>
        </w:rPr>
        <w:t xml:space="preserve">[1:18:49] </w:t>
      </w:r>
      <w:r>
        <w:t>balkeh yaani jab bhi aap Allah taala ko bohat pasand hai ke jamaati tor par aap koi Allah ka kaam karein, jamaati tor par.</w:t>
      </w:r>
    </w:p>
    <w:p>
      <w:pPr>
        <w:jc w:val="right"/>
      </w:pPr>
      <w:r>
        <w:t>بلکہ یعنی جب بھی آپ اللہ تعالیٰ کو بہت پسند ہے کہ جماعتی طور پر آپ کوئی اللہ کا کام کریں، جماعتی طور پر۔</w:t>
      </w:r>
    </w:p>
    <w:p>
      <w:r>
        <w:rPr>
          <w:b/>
        </w:rPr>
        <w:t xml:space="preserve">[1:19:02] </w:t>
      </w:r>
      <w:r>
        <w:t>yeh hadees mein is se pehle suna chuka hoon, bohat hi aik bohat hi ajeeb hadees hai ke jahan aisay log ikattha hote hain ke Allah ke liye ikattha hote hain, woh sirf to farishtay toot padte hain wahan par.</w:t>
      </w:r>
    </w:p>
    <w:p>
      <w:pPr>
        <w:jc w:val="right"/>
      </w:pPr>
      <w:r>
        <w:t>یہ حدیث میں اس سے پہلے سنا چکا ہوں، بہت ہی ایک بہت ہی عجیب حدیث ہے کہ جہاں ایسے لوگ اکٹھا ہوتے ہیں کہ اللہ کے لیے اکٹھا ہوتے ہیں، وہ صرف تو فرشتے ٹوٹ پڑتے ہیں وہاں پر۔</w:t>
      </w:r>
    </w:p>
    <w:p>
      <w:r>
        <w:rPr>
          <w:b/>
        </w:rPr>
        <w:t xml:space="preserve">[1:19:16] </w:t>
      </w:r>
      <w:r>
        <w:t>to aap monthly ka ke woh kyun nikalte hain? is jab mauqa ho, aap kijiye daily, weekly, by monthly, by weekly, jaise jaise bhi ho.</w:t>
      </w:r>
    </w:p>
    <w:p>
      <w:pPr>
        <w:jc w:val="right"/>
      </w:pPr>
      <w:r>
        <w:t>تو آپ منتھلی کا کی کہ وہ کیوں نکالتے ہیں؟ اس جب موقع ہو، آپ کیجئے ڈیلی، ویکلی، بائی منتھلی، بائی ویکلی، جیسے جیسے بھی ہو۔</w:t>
      </w:r>
    </w:p>
    <w:p>
      <w:r>
        <w:rPr>
          <w:b/>
        </w:rPr>
        <w:t xml:space="preserve">[1:19:31] </w:t>
      </w:r>
      <w:r>
        <w:t>kyunke jahan aap ikattha honge to farishtay aayenge. farishton se milna zaahir hai ke har aadmi ki tamanna honi chahiye.</w:t>
      </w:r>
    </w:p>
    <w:p>
      <w:pPr>
        <w:jc w:val="right"/>
      </w:pPr>
      <w:r>
        <w:t>کیونکہ جہاں آپ اکٹھا ہوں گے تو فرشتے آئیں گے۔ فرشتوں سے ملنا ظاہر ہے کہ ہر آدمی کی تمنا ہونی چاہیے۔</w:t>
      </w:r>
    </w:p>
    <w:p>
      <w:r>
        <w:rPr>
          <w:b/>
        </w:rPr>
        <w:t xml:space="preserve">[1:19:41] </w:t>
      </w:r>
      <w:r>
        <w:t>maulana, agla sawal lene se pehle aik comment parhna chahenge jo khwaja kaleemuddin sahib ne pennsylvania, usa se bheja hai.</w:t>
      </w:r>
    </w:p>
    <w:p>
      <w:pPr>
        <w:jc w:val="right"/>
      </w:pPr>
      <w:r>
        <w:t>مولانا، اگلا سوال لینے سے پہلے ایک کمنٹ پڑھنا چاہیں گے جو خواجہ کلیم الدین صاحب نے پینسلوینیا، یو ایس اے سے بھیجا ہے۔</w:t>
      </w:r>
    </w:p>
    <w:p>
      <w:r>
        <w:rPr>
          <w:b/>
        </w:rPr>
        <w:t xml:space="preserve">[1:19:50] </w:t>
      </w:r>
      <w:r>
        <w:t>unhon ne likha hai: "maulana sahib, aap se mein hundred percent sehmat hoon ke developed countries mein compulsive materialism auraton aur mardon ki raah mein sab se bari rukawat hai.</w:t>
      </w:r>
    </w:p>
    <w:p>
      <w:pPr>
        <w:jc w:val="right"/>
      </w:pPr>
      <w:r>
        <w:t>انہوں نے لکھا ہے: "مولانا صاحب، آپ سے میں ہنڈرڈ پرسنٹ सहمت ہوں کہ ڈویلپ کنٹریز میں کمپلسو مٹیریلزم عورتوں اور مردوں کی راہ میں سب سے بڑی رکاوٹ ہے۔</w:t>
      </w:r>
    </w:p>
    <w:p>
      <w:r>
        <w:rPr>
          <w:b/>
        </w:rPr>
        <w:t xml:space="preserve">[1:20:04] </w:t>
      </w:r>
      <w:r>
        <w:t>yeh hamara zaati tajurba hai, is mein koi shakk nahin</w:t>
      </w:r>
    </w:p>
    <w:p>
      <w:pPr>
        <w:jc w:val="right"/>
      </w:pPr>
      <w:r>
        <w:t>یہ ہمارا ذاتی تجربہ ہے، اس میں کوئی شک نہیں</w:t>
      </w:r>
    </w:p>
    <w:p>
      <w:r>
        <w:rPr>
          <w:b/>
        </w:rPr>
        <w:t xml:space="preserve">[1:20:09] </w:t>
      </w:r>
      <w:r>
        <w:t>. yeh ab hamara imtehan ban gaya hai. is liye maulana sahib, mein aap se binti karta hoon ke aap hamare liye dua karein ke Allah taala hamein is imtehan mein kamyabi dein." dekhein, yeh bohat tehra masla hai.</w:t>
      </w:r>
    </w:p>
    <w:p>
      <w:pPr>
        <w:jc w:val="right"/>
      </w:pPr>
      <w:r>
        <w:t>۔ یہ اب ہمارا امتحان بن گیا ہے۔ اس لیے مولانا صاحب، میں آپ سے بنتی کرتا ہوں کہ آپ ہمارے لیے دعا کریں کہ اللہ تعالیٰ ہمیں اس امتحان میں کامیابی دیں۔" دیکھیں، یہ بہت تیڑا مسئلہ ہے۔</w:t>
      </w:r>
    </w:p>
    <w:p>
      <w:r>
        <w:rPr>
          <w:b/>
        </w:rPr>
        <w:t xml:space="preserve">[1:20:28] </w:t>
      </w:r>
      <w:r>
        <w:t>is mein to insaan ko yaani faisla lena padega ke dunya mein jeena hai, dunya mein mar jana hai ya is ko akhirat chahiye,</w:t>
      </w:r>
    </w:p>
    <w:p>
      <w:pPr>
        <w:jc w:val="right"/>
      </w:pPr>
      <w:r>
        <w:t>اس میں تو انسان کو یعنی فیصلہ لینا پڑے گا کہ دنیا میں جینا ہے، دنیا میں مر جانا ہے یا اس کو آخرت چاہیے،</w:t>
      </w:r>
    </w:p>
    <w:p>
      <w:r>
        <w:rPr>
          <w:b/>
        </w:rPr>
        <w:t xml:space="preserve">[1:20:43] </w:t>
      </w:r>
      <w:r>
        <w:t>paradise chahiye. yeh faisla lena hai.</w:t>
      </w:r>
    </w:p>
    <w:p>
      <w:pPr>
        <w:jc w:val="right"/>
      </w:pPr>
      <w:r>
        <w:t>پیراڈائز چاہیے۔ یہ فیصلہ لینا ہے۔</w:t>
      </w:r>
    </w:p>
    <w:p>
      <w:r>
        <w:rPr>
          <w:b/>
        </w:rPr>
        <w:t xml:space="preserve">[1:20:50] </w:t>
      </w:r>
      <w:r>
        <w:t>mein ne bohat so called developed countries jo hain, wahan bohat gaya hoon. mein kuch bhi log yaani jis just like animal jeete hain, woh bas khana kamana,</w:t>
      </w:r>
    </w:p>
    <w:p>
      <w:pPr>
        <w:jc w:val="right"/>
      </w:pPr>
      <w:r>
        <w:t>میں نے بہت سو کالڈ ڈویلپ کنٹریز جو ہیں، وہاں بہت گیا ہوں۔ میں کچھ بھی لوگ یعنی جس جسٹ لائک اینیمل جیتے ہیں، وہ بس کھانا کمانا،</w:t>
      </w:r>
    </w:p>
    <w:p>
      <w:r>
        <w:rPr>
          <w:b/>
        </w:rPr>
        <w:t xml:space="preserve">[1:21:06] </w:t>
      </w:r>
      <w:r>
        <w:t>paisah kamana, bachon mein</w:t>
      </w:r>
    </w:p>
    <w:p>
      <w:pPr>
        <w:jc w:val="right"/>
      </w:pPr>
      <w:r>
        <w:t>پیسہ کمانا، بچوں میں</w:t>
      </w:r>
    </w:p>
    <w:p>
      <w:r>
        <w:rPr>
          <w:b/>
        </w:rPr>
        <w:t xml:space="preserve">[1:21:11] </w:t>
      </w:r>
      <w:r>
        <w:t>bachon par kharch karna, family mein hua karna.</w:t>
      </w:r>
    </w:p>
    <w:p>
      <w:pPr>
        <w:jc w:val="right"/>
      </w:pPr>
      <w:r>
        <w:t>بچوں پر خرچ کرنا، فیملی میں ہوا کرنا۔</w:t>
      </w:r>
    </w:p>
    <w:p>
      <w:r>
        <w:rPr>
          <w:b/>
        </w:rPr>
        <w:t xml:space="preserve">[1:21:16] </w:t>
      </w:r>
      <w:r>
        <w:t>aik sahib, aik amreeka mein aik baar, mein aik sahib ke haan gaya to un ke ghar par kuch dair tha, mein shayad aik adh din to bohat telephone aate thay.</w:t>
      </w:r>
    </w:p>
    <w:p>
      <w:pPr>
        <w:jc w:val="right"/>
      </w:pPr>
      <w:r>
        <w:t>ایک صاحب، ایک امریکہ میں ایک بار، میں ایک صاحب کے ہاں گیا تو ان کے گھر پر کچھ دیر تھا، میں شاید ایک ادھ دن تو بہت ٹیلی فون آتے تھے۔</w:t>
      </w:r>
    </w:p>
    <w:p>
      <w:r>
        <w:rPr>
          <w:b/>
        </w:rPr>
        <w:t xml:space="preserve">[1:21:26] </w:t>
      </w:r>
      <w:r>
        <w:t>un ka mobile jo tha, har waqt bajta rehta tha. to mein ne un se poocha ke yeh mobile har waqt bajta hai aap ka, to yeh kahan se telephone aate hain? tera kya koi business aap ka hai ya kya hai yeh?</w:t>
      </w:r>
    </w:p>
    <w:p>
      <w:pPr>
        <w:jc w:val="right"/>
      </w:pPr>
      <w:r>
        <w:t>ان کا موبائل جو تھا، ہر وقت بجتا رہتا تھا۔ تو میں نے ان سے پوچھا کہ یہ موبائل ہر وقت بجتا ہے آپ کا، تو یہ کہاں سے ٹیلی فون آتے ہیں؟ تیرا کیا کوئی بزنس آپ کا ہے یا کیا ہے یہ؟</w:t>
      </w:r>
    </w:p>
    <w:p>
      <w:r>
        <w:rPr>
          <w:b/>
        </w:rPr>
        <w:t xml:space="preserve">[1:21:39] </w:t>
      </w:r>
      <w:r>
        <w:t>to unhon ne bataya bohat hi ajeeb baat ke 99 percent friend ka family members hotay hain, telephone one percent hota hai business ka.</w:t>
      </w:r>
    </w:p>
    <w:p>
      <w:pPr>
        <w:jc w:val="right"/>
      </w:pPr>
      <w:r>
        <w:t>تو انہوں نے بتایا بہت ہی عجیب بات کہ 99 پرسنٹ فرینڈ کا فیملی ممبرز ہوتے ہیں، ٹیلی فون ون پرسنٹ ہوتا ہے بزنس کا۔</w:t>
      </w:r>
    </w:p>
    <w:p>
      <w:r>
        <w:rPr>
          <w:b/>
        </w:rPr>
        <w:t xml:space="preserve">[1:21:49] </w:t>
      </w:r>
      <w:r>
        <w:t>yeh koi zindagi hai? yeh koi zindagi hai ke aap bas doston mein aur family ke logon mein bas jeetay hain, bas har waqt unhi se baat karna hai?</w:t>
      </w:r>
    </w:p>
    <w:p>
      <w:pPr>
        <w:jc w:val="right"/>
      </w:pPr>
      <w:r>
        <w:t>یہ کوئی زندگی ہے؟ یہ کوئی زندگی ہے کہ آپ بس دوستوں میں اور فیملی کے لوگوں میں بس جیتے ہیں، بس ہر وقت انہی سے بات کرنا ہے؟</w:t>
      </w:r>
    </w:p>
    <w:p>
      <w:r>
        <w:rPr>
          <w:b/>
        </w:rPr>
        <w:t xml:space="preserve">[1:22:02] </w:t>
      </w:r>
      <w:r>
        <w:t>to apnay is lifestyle ko badalna paray ga. western countries ke logon ko nahi to phir just like animal jeeyen gay, just like animal maren gay.</w:t>
      </w:r>
    </w:p>
    <w:p>
      <w:pPr>
        <w:jc w:val="right"/>
      </w:pPr>
      <w:r>
        <w:t>تو اپنے اس لائف اسٹائل کو بدلنا پڑے گا۔ ویسٹرن کنٹریز کے لوگوں کو نہیں تو پھر جسٹ لائک اینیمل جیئیں گے، جسٹ لائک اینیمل مریں گے۔</w:t>
      </w:r>
    </w:p>
    <w:p>
      <w:r>
        <w:rPr>
          <w:b/>
        </w:rPr>
        <w:t xml:space="preserve">[1:22:18] </w:t>
      </w:r>
      <w:r>
        <w:t>maulana, agla sawal gulbergah se kya hai? maulana yaqoob umri ne</w:t>
      </w:r>
    </w:p>
    <w:p>
      <w:pPr>
        <w:jc w:val="right"/>
      </w:pPr>
      <w:r>
        <w:t>مولانا، اگلا سوال گلبرگہ سے کیا ہے؟ مولانا یعقوب عمری نے</w:t>
      </w:r>
    </w:p>
    <w:p>
      <w:r>
        <w:rPr>
          <w:b/>
        </w:rPr>
        <w:t xml:space="preserve">[1:22:22] </w:t>
      </w:r>
      <w:r>
        <w:t>, unhon ne likha hai: "maulana, aik sahib ne kaha muslim groups jo bhi kaam karte hain, dono ka maqsad islam ka ghalba hai.</w:t>
      </w:r>
    </w:p>
    <w:p>
      <w:pPr>
        <w:jc w:val="right"/>
      </w:pPr>
      <w:r>
        <w:t>، انہوں نے لکھا ہے: "مولانا، ایک صاحب نے کہا مسلم گروپس جو بھی کام کرتے ہیں، دونوں کا مقصد اسلام کا غلبہ ہے۔</w:t>
      </w:r>
    </w:p>
    <w:p>
      <w:r>
        <w:rPr>
          <w:b/>
        </w:rPr>
        <w:t xml:space="preserve">[1:22:34] </w:t>
      </w:r>
      <w:r>
        <w:t>koi fikri ghalba ki baat karta hai to koi siyasi." maulana, mein ne kaha ke islam to ideology hai, yahi ghalba matloob hai.</w:t>
      </w:r>
    </w:p>
    <w:p>
      <w:pPr>
        <w:jc w:val="right"/>
      </w:pPr>
      <w:r>
        <w:t>کوئی فکری غلبہ کی بات کرتا ہے تو کوئی سیاسی۔" مولانا، میں نے کہا کہ اسلام تو آئیڈیالوجی ہے، یہی غلبہ مطلوب ہے۔</w:t>
      </w:r>
    </w:p>
    <w:p>
      <w:r>
        <w:rPr>
          <w:b/>
        </w:rPr>
        <w:t xml:space="preserve">[1:22:45] </w:t>
      </w:r>
      <w:r>
        <w:t>maulana, is par aap kuch farmayen?</w:t>
      </w:r>
    </w:p>
    <w:p>
      <w:pPr>
        <w:jc w:val="right"/>
      </w:pPr>
      <w:r>
        <w:t>مولانا، اس پر آپ کچھ فرمائیں؟</w:t>
      </w:r>
    </w:p>
    <w:p>
      <w:r>
        <w:rPr>
          <w:b/>
        </w:rPr>
        <w:t xml:space="preserve">[1:22:49] </w:t>
      </w:r>
      <w:r>
        <w:t>nahi, dekhen, ghalba hamara target nahi hai. hamara target hai ablagh, pohnchana. agar pohnchana jo hai, is ka nateeja yeh ho ke bohat se log maan len to phir oonchi aa jaye gi bashor nateeja, jis ko aap ghalba kehtay hain.</w:t>
      </w:r>
    </w:p>
    <w:p>
      <w:pPr>
        <w:jc w:val="right"/>
      </w:pPr>
      <w:r>
        <w:t>نہیں، دیکھیں، غلبہ ہمارا ٹارگٹ نہیں ہے۔ ہمارا ٹارگٹ ہے ابلاغ، پہنچانا۔ اگر پہنچانا جو ہے، اس کا نتیجہ یہ ہو کہ بہت سے لوگ مان لیں تو پھر اونچی آ جائے گی بطور نتیجہ، جس کو آپ غلبہ کہتے ہیں۔</w:t>
      </w:r>
    </w:p>
    <w:p>
      <w:r>
        <w:rPr>
          <w:b/>
        </w:rPr>
        <w:t xml:space="preserve">[1:23:08] </w:t>
      </w:r>
      <w:r>
        <w:t>ghalba target nahi hai, yaad rakhiye, target to pohnchana hai.</w:t>
      </w:r>
    </w:p>
    <w:p>
      <w:pPr>
        <w:jc w:val="right"/>
      </w:pPr>
      <w:r>
        <w:t>غلبہ ٹارگٹ نہیں ہے، یاد رکھیے، ٹارگٹ تو پہنچانا ہے۔</w:t>
      </w:r>
    </w:p>
    <w:p>
      <w:r>
        <w:rPr>
          <w:b/>
        </w:rPr>
        <w:t xml:space="preserve">[1:23:16] </w:t>
      </w:r>
      <w:r>
        <w:t>agar ghalba target kahain ge to pressure aa jaye ga, kyun ke kabhi hoga, kabhi nahi hoga. lekin ablagh ko agar aap target banayen ge to kabhi pressure ka sawal hi nahi, kyun ke ablagh to hamesha mumkin hai.</w:t>
      </w:r>
    </w:p>
    <w:p>
      <w:pPr>
        <w:jc w:val="right"/>
      </w:pPr>
      <w:r>
        <w:t>اگر غلبہ ٹارگٹ کہیں گے تو پریشر آ جائے گا، کیونکہ کبھی ہوگا، کبھی نہیں ہوگا۔ لیکن ابلاغ کو اگر آپ ٹارگٹ بنائیں گے تو کبھی پریشر کا سوال ہی نہیں، کیونکہ ابلاغ تو ہمیشہ ممکن ہے۔</w:t>
      </w:r>
    </w:p>
    <w:p>
      <w:r>
        <w:rPr>
          <w:b/>
        </w:rPr>
        <w:t xml:space="preserve">[1:23:28] </w:t>
      </w:r>
      <w:r>
        <w:t>pohnchatay rahiye, pohnchatay rahiye, pohnchatay rahiye. to jahan tak mein janta hoon, ghalba har giz target nahi hai. ghalba aik nateeja ho sakta hai, kabhi aur kabhi ghalba nahi bhi ho sakta.</w:t>
      </w:r>
    </w:p>
    <w:p>
      <w:pPr>
        <w:jc w:val="right"/>
      </w:pPr>
      <w:r>
        <w:t>پہنچاتے رہیے، پہنچاتے رہیے، پہنچاتے رہیے۔ تو جہاں تک میں جانتا ہوں، غلبہ ہرگز ٹارگٹ نہیں ہے۔ غلبہ ایک نتیجہ ہو سکتا ہے، کبھی اور کبھی غلبہ نہیں بھی ہو سکتا۔</w:t>
      </w:r>
    </w:p>
    <w:p>
      <w:r>
        <w:rPr>
          <w:b/>
        </w:rPr>
        <w:t xml:space="preserve">[1:23:41] </w:t>
      </w:r>
      <w:r>
        <w:t>lekin jo asal target hai, woh pohnchana,</w:t>
      </w:r>
    </w:p>
    <w:p>
      <w:pPr>
        <w:jc w:val="right"/>
      </w:pPr>
      <w:r>
        <w:t>لیکن جو اصل ٹارگٹ ہے، وہ پہنچانا،</w:t>
      </w:r>
    </w:p>
    <w:p>
      <w:r>
        <w:rPr>
          <w:b/>
        </w:rPr>
        <w:t xml:space="preserve">[1:23:45] </w:t>
      </w:r>
      <w:r>
        <w:t>jis ko ablagh kaha gaya hai.</w:t>
      </w:r>
    </w:p>
    <w:p>
      <w:pPr>
        <w:jc w:val="right"/>
      </w:pPr>
      <w:r>
        <w:t>جس کو ابلاغ کہا گیا ہے۔</w:t>
      </w:r>
    </w:p>
    <w:p>
      <w:r>
        <w:rPr>
          <w:b/>
        </w:rPr>
        <w:t xml:space="preserve">[1:23:49] </w:t>
      </w:r>
      <w:r>
        <w:t>maulana, agla sawal dilli se kya hai? jameel akhtar sahib ne, unhon ne likha hai: "profit nabuwat se pehle gharahira mein kis tarah ki ibadat kiya karte thay?" is ke baray mein batai</w:t>
      </w:r>
    </w:p>
    <w:p>
      <w:pPr>
        <w:jc w:val="right"/>
      </w:pPr>
      <w:r>
        <w:t>مولانا، اگلا سوال دلی سے کیا ہے؟ جمیل اختر صاحب نے، انہوں نے لکھا ہے: "پرافٹ نبوت سے پہلے غار حرا میں کس طرح کی عبادت کیا کرتے تھے؟" اس کے بارے میں بتائ</w:t>
      </w:r>
    </w:p>
    <w:p>
      <w:r>
        <w:rPr>
          <w:b/>
        </w:rPr>
        <w:t xml:space="preserve">[1:24:03] </w:t>
      </w:r>
      <w:r>
        <w:t>en. mein is ke liye koi maloomat kitabon mein ziyada nahi hain,</w:t>
      </w:r>
    </w:p>
    <w:p>
      <w:pPr>
        <w:jc w:val="right"/>
      </w:pPr>
      <w:r>
        <w:t>یں۔ میں اس کے لیے کوئی معلومات کتابوں میں زیادہ نہیں ہیں،</w:t>
      </w:r>
    </w:p>
    <w:p>
      <w:r>
        <w:rPr>
          <w:b/>
        </w:rPr>
        <w:t xml:space="preserve">[1:24:10] </w:t>
      </w:r>
      <w:r>
        <w:t>aur meri jo kitab hai "seerat-e-rasool", is mein kuch jo maloomat hain, us ko mein ne likh diya hai. ziyada maloomat kitabon mein is mein mojood nahi hain.</w:t>
      </w:r>
    </w:p>
    <w:p>
      <w:pPr>
        <w:jc w:val="right"/>
      </w:pPr>
      <w:r>
        <w:t>اور میری جو کتاب ہے "سیرت رسول"، اس میں کچھ جو معلومات ہیں، اس کو میں نے لکھ دیا ہے۔ زیادہ معلومات کتابوں میں اس میں موجود نہیں ہیں۔</w:t>
      </w:r>
    </w:p>
    <w:p>
      <w:r>
        <w:rPr>
          <w:b/>
        </w:rPr>
        <w:t xml:space="preserve">[1:24:24] </w:t>
      </w:r>
      <w:r>
        <w:t>jitni maloomat hain, woh is parh li jiye aap "seerat-e-rasool" mein.</w:t>
      </w:r>
    </w:p>
    <w:p>
      <w:pPr>
        <w:jc w:val="right"/>
      </w:pPr>
      <w:r>
        <w:t>جتنی معلومات ہیں، وہ اس پڑھ لیجئے آپ "سیرت رسول" میں۔</w:t>
      </w:r>
    </w:p>
    <w:p>
      <w:r>
        <w:rPr>
          <w:b/>
        </w:rPr>
        <w:t xml:space="preserve">[1:24:31] </w:t>
      </w:r>
      <w:r>
        <w:t>Maulana, agla sawal Dilli se hai Miss Satti Malhotra ka, unhon ne likha hai: "How can man's cog be synchronized with God's cog and what is its benefit?" Hmm,</w:t>
      </w:r>
    </w:p>
    <w:p>
      <w:pPr>
        <w:jc w:val="right"/>
      </w:pPr>
      <w:r>
        <w:t>مولانا، اگلا سوال دلی سے ہے مس ستی ملحوترا کا، انہوں نے لکھا ہے: "ہاؤ کین مینز کاگ بی سنکرونائزڈ ود گاڈز کاگ اینڈ واٹ از اٹس بینیفٹ؟" ہمم،</w:t>
      </w:r>
    </w:p>
    <w:p>
      <w:r>
        <w:rPr>
          <w:b/>
        </w:rPr>
        <w:t xml:space="preserve">[1:24:52] </w:t>
      </w:r>
      <w:r>
        <w:t>hyderabad mein aik aik yeh baat mein ne kahi thi ke yeh dunya mein jo koi kaam hota hai, is mein insan ka aik hissa hota hai, aik Allah ka hissa hota hai.</w:t>
      </w:r>
    </w:p>
    <w:p>
      <w:pPr>
        <w:jc w:val="right"/>
      </w:pPr>
      <w:r>
        <w:t>حیدرآباد میں ایک ایک یہ بات میں نے کہی تھی کہ یہ دنیا میں جو کوئی کام ہوتا ہے، اس میں انسان کا ایک حصہ ہوتا ہے، ایک اللہ کا حصہ ہوتا ہے۔</w:t>
      </w:r>
    </w:p>
    <w:p>
      <w:r>
        <w:rPr>
          <w:b/>
        </w:rPr>
        <w:t xml:space="preserve">[1:25:03] </w:t>
      </w:r>
      <w:r>
        <w:t>Allah ka matlab hai law of nature ka hissa. insan khud se misaal ke tor par aap suraj nahi nikaal sakte. jab suraj nikalta hai to aap apna kaam karte hain.</w:t>
      </w:r>
    </w:p>
    <w:p>
      <w:pPr>
        <w:jc w:val="right"/>
      </w:pPr>
      <w:r>
        <w:t>اللہ کا مطلب ہے لاء آف نیچر کا حصہ۔ انسان خود سے مثال کے طور پر آپ سورج نہیں نکال سکتے۔ جب سورج نکلتا ہے تو آپ اپنا کام کرتے ہیں۔</w:t>
      </w:r>
    </w:p>
    <w:p>
      <w:r>
        <w:rPr>
          <w:b/>
        </w:rPr>
        <w:t xml:space="preserve">[1:25:13] </w:t>
      </w:r>
      <w:r>
        <w:t>aap aap baarish nahi barsa sakte. jab baarish hoti hai to aap kaam karte hain.</w:t>
      </w:r>
    </w:p>
    <w:p>
      <w:pPr>
        <w:jc w:val="right"/>
      </w:pPr>
      <w:r>
        <w:t>آپ آپ بارش نہیں برسا سکتے۔ جب بارش ہوتی ہے تو آپ کام کرتے ہیں۔</w:t>
      </w:r>
    </w:p>
    <w:p>
      <w:r>
        <w:rPr>
          <w:b/>
        </w:rPr>
        <w:t xml:space="preserve">[1:25:19] </w:t>
      </w:r>
      <w:r>
        <w:t>to is ko misaal ke tor par mein ne kaha tha ke aik cog insan ka, aik aik khuda ka cog hai. to sabr jo bohat ziyada quran mein aaya hai, sabr sabr woh yahi hai ke insan ka cog jo hai, woh suppose hai ke mitti ka hai, khuda ka jo cog hai, woh steel ka hai.</w:t>
      </w:r>
    </w:p>
    <w:p>
      <w:pPr>
        <w:jc w:val="right"/>
      </w:pPr>
      <w:r>
        <w:t>تو اس کو مثال کے طور پر میں نے کہا تھا کہ ایک کاگ انسان کا، ایک ایک خدا کا کاگ ہے۔ تو صبر جو بہت زیادہ قرآن میں آیا ہے، صبر صبر وہ یہی ہے کہ انسان کا کاگ جو ہے، وہ سپوز ہے کہ مٹی کا ہے، خدا کا جو کاگ ہے، وہ اسٹیل کا ہے۔</w:t>
      </w:r>
    </w:p>
    <w:p>
      <w:r>
        <w:rPr>
          <w:b/>
        </w:rPr>
        <w:t xml:space="preserve">[1:25:39] </w:t>
      </w:r>
      <w:r>
        <w:t>to sabr ka matlab kya hai? ke aap jo peace hai divine ka, usi ke sath sath chalen.</w:t>
      </w:r>
    </w:p>
    <w:p>
      <w:pPr>
        <w:jc w:val="right"/>
      </w:pPr>
      <w:r>
        <w:t>تو صبر کا مطلب کیا ہے؟ کہ آپ جو پیس ہے ڈیوائن کاگ کا، اسی کے ساتھ ساتھ چلیں۔</w:t>
      </w:r>
    </w:p>
    <w:p>
      <w:r>
        <w:rPr>
          <w:b/>
        </w:rPr>
        <w:t xml:space="preserve">[1:25:48] </w:t>
      </w:r>
      <w:r>
        <w:t>agar aap divine ka jo steel ka kag jo hai, wo is ke pees ka jo hai, is se aap tez bhagna chahen, aap to kya hoga?</w:t>
      </w:r>
    </w:p>
    <w:p>
      <w:pPr>
        <w:jc w:val="right"/>
      </w:pPr>
      <w:r>
        <w:t>اگر آپ ڈیوائن کا جو اسٹیل کا کاگ جو ہے، وہ اس کے پیس کا جو ہے، اس سے آپ تیز بھاگنا چاہیں، آپ تو کیا ہوگا؟</w:t>
      </w:r>
    </w:p>
    <w:p>
      <w:r>
        <w:rPr>
          <w:b/>
        </w:rPr>
        <w:t xml:space="preserve">[1:26:00] </w:t>
      </w:r>
      <w:r>
        <w:t>aap ka kag toot jayega, kyunke aap ka mitti ka hai, wo kag jo hai, wo steel ka hai.</w:t>
      </w:r>
    </w:p>
    <w:p>
      <w:pPr>
        <w:jc w:val="right"/>
      </w:pPr>
      <w:r>
        <w:t>آپ کا کاگ ٹوٹ جائے گا، کیونکہ آپ کا مٹی کا ہے، وہ کاگ جو ہے، وہ اسٹیل کا ہے۔</w:t>
      </w:r>
    </w:p>
    <w:p>
      <w:r>
        <w:rPr>
          <w:b/>
        </w:rPr>
        <w:t xml:space="preserve">[1:26:07] </w:t>
      </w:r>
      <w:r>
        <w:t>to sabr ka matlab yeh hai, sabr ka matlab yeh hai ke apne aap ko yani self-restraint culture ikhtiyar karna, aur aisa na karna ke jaise mislan jald bazi hai aur jump karna hai.</w:t>
      </w:r>
    </w:p>
    <w:p>
      <w:pPr>
        <w:jc w:val="right"/>
      </w:pPr>
      <w:r>
        <w:t>تو صبر کا مطلب یہ ہے، صبر کا مطلب یہ ہے کہ اپنے آپ کو یعنی سیلف ریسٹرنٹ کلچر اختیار کرنا، اور ایسا نہ کرنا کہ جیسے مثلاً جلد بازی ہے اور جمپ کرنا ہے۔</w:t>
      </w:r>
    </w:p>
    <w:p>
      <w:r>
        <w:rPr>
          <w:b/>
        </w:rPr>
        <w:t xml:space="preserve">[1:26:29] </w:t>
      </w:r>
      <w:r>
        <w:t>yeh sab cheezen jo karte hain, wo to phir un ka kag tootta rehta hai.</w:t>
      </w:r>
    </w:p>
    <w:p>
      <w:pPr>
        <w:jc w:val="right"/>
      </w:pPr>
      <w:r>
        <w:t>یہ سب چیزیں جو کرتے ہیں، وہ تو پھر ان کا کاگ ٹوٹتا رہتا ہے۔</w:t>
      </w:r>
    </w:p>
    <w:p>
      <w:r>
        <w:rPr>
          <w:b/>
        </w:rPr>
        <w:t xml:space="preserve">[1:26:35] </w:t>
      </w:r>
      <w:r>
        <w:t>aaj kal jo musalman mulkon mulkon mein jo gun culture hai, bomb culture hai, suicide bombing karte hain, wo yahi hai. in ka kag mitti ka hai aur Khuda ka kag steel ka hai.</w:t>
      </w:r>
    </w:p>
    <w:p>
      <w:pPr>
        <w:jc w:val="right"/>
      </w:pPr>
      <w:r>
        <w:t>آج کل جو مسلمان ملکوں ملکوں میں جو گن کلچر ہے، بم کلچر ہے، سوسائیڈ بمبنگ کرتے ہیں، وہ یہی ہے۔ ان کا کاگ مٹی کا ہے اور خدا کا کاگ اسٹیل کا ہے۔</w:t>
      </w:r>
    </w:p>
    <w:p>
      <w:r>
        <w:rPr>
          <w:b/>
        </w:rPr>
        <w:t xml:space="preserve">[1:26:46] </w:t>
      </w:r>
      <w:r>
        <w:t>chahte hain tez bhagna to nahi bhagte, to kya suicide bombing karte hain? tabaah apne aap ko tabaah karte hain. yeh maine wahan kaha tha ke aap ko janna chahiye ke ke law of nature kya hai, Allah ka creation plan kya hai,</w:t>
      </w:r>
    </w:p>
    <w:p>
      <w:pPr>
        <w:jc w:val="right"/>
      </w:pPr>
      <w:r>
        <w:t>چاہتے ہیں تیز بھاگنا تو نہیں بھاگتے، تو کیا سوسائیڈ بمبنگ کرتے ہیں؟ تباہ اپنے آپ کو تباہ کرتے ہیں۔ یہ میں نے وہاں کہا تھا کہ آپ کو جاننا چاہیے کہ کہ لاء آف نیچر کیا ہے، اللہ کا کریشن پلان کیا ہے،</w:t>
      </w:r>
    </w:p>
    <w:p>
      <w:r>
        <w:rPr>
          <w:b/>
        </w:rPr>
        <w:t xml:space="preserve">[1:27:03] </w:t>
      </w:r>
      <w:r>
        <w:t>kya raftaar hum</w:t>
      </w:r>
    </w:p>
    <w:p>
      <w:pPr>
        <w:jc w:val="right"/>
      </w:pPr>
      <w:r>
        <w:t>کیا رفتار ہم</w:t>
      </w:r>
    </w:p>
    <w:p>
      <w:r>
        <w:rPr>
          <w:b/>
        </w:rPr>
        <w:t xml:space="preserve">[1:27:04] </w:t>
      </w:r>
      <w:r>
        <w:t>ari honi chahiye. humein janna parega, nahi to is ke baad halakat ka aur kuch bhi nahi.</w:t>
      </w:r>
    </w:p>
    <w:p>
      <w:pPr>
        <w:jc w:val="right"/>
      </w:pPr>
      <w:r>
        <w:t>اری ہونی چاہیے۔ ہمیں جاننا پڑے گا، نہیں تو اس کے بعد ہلاکت کا اور کچھ بھی نہیں۔</w:t>
      </w:r>
    </w:p>
    <w:p>
      <w:r>
        <w:rPr>
          <w:b/>
        </w:rPr>
        <w:t xml:space="preserve">[1:27:12] </w:t>
      </w:r>
      <w:r>
        <w:t>misr misr waghera mein jo kuch ho raha hai, wo yahi ke apne kag ko Khuda kag se nahi milana chahte, khud hi khud daura rahe hain apne apna ghoda.</w:t>
      </w:r>
    </w:p>
    <w:p>
      <w:pPr>
        <w:jc w:val="right"/>
      </w:pPr>
      <w:r>
        <w:t>مصر مصر وغیرہ میں جو کچھ ہو رہا ہے، وہ یہی کہ اپنے کاگ کو خدا کاگ سے نہیں ملانا چاہتے، خود ہی خود دوڑا رہے ہیں اپنے اپنا گھوڑا۔</w:t>
      </w:r>
    </w:p>
    <w:p>
      <w:r>
        <w:rPr>
          <w:b/>
        </w:rPr>
        <w:t xml:space="preserve">[1:27:20] </w:t>
      </w:r>
      <w:r>
        <w:t>to kuch mil nahi raha siwaye tabaahi ke. okay, we will end the session now. thank you.</w:t>
      </w:r>
    </w:p>
    <w:p>
      <w:pPr>
        <w:jc w:val="right"/>
      </w:pPr>
      <w:r>
        <w:t>تو کچھ مل نہیں رہا سوائے تباہی کے۔ اوکے،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