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Divine Ideology of Life I 11 July 2010</w:t>
      </w:r>
    </w:p>
    <w:p>
      <w:r>
        <w:t>https://youtu.be/wOmHVfyjMJY</w:t>
      </w:r>
    </w:p>
    <w:p>
      <w:r>
        <w:rPr>
          <w:b/>
        </w:rPr>
        <w:t xml:space="preserve">[00:15] </w:t>
      </w:r>
      <w:r>
        <w:t>bismillah hir rahman nir rahim. wa salli Allahu ala nabiyyil karim.</w:t>
      </w:r>
    </w:p>
    <w:p>
      <w:pPr>
        <w:jc w:val="right"/>
      </w:pPr>
      <w:r>
        <w:t>بسم اللہ الرحمن الرحیم۔ وصلی اللہ علی نبی الکریم۔</w:t>
      </w:r>
    </w:p>
    <w:p>
      <w:r>
        <w:rPr>
          <w:b/>
        </w:rPr>
        <w:t xml:space="preserve">[00:25]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[00:40] </w:t>
      </w:r>
      <w:r>
        <w:t>aaj ka topic hai:</w:t>
      </w:r>
    </w:p>
    <w:p>
      <w:pPr>
        <w:jc w:val="right"/>
      </w:pPr>
      <w:r>
        <w:t>آج کا ٹاپک ہے:</w:t>
      </w:r>
    </w:p>
    <w:p>
      <w:r>
        <w:rPr>
          <w:b/>
        </w:rPr>
        <w:t xml:space="preserve">[00:44] </w:t>
      </w:r>
      <w:r>
        <w:t>rabani ideology of life.</w:t>
      </w:r>
    </w:p>
    <w:p>
      <w:pPr>
        <w:jc w:val="right"/>
      </w:pPr>
      <w:r>
        <w:t>ربانی آئیڈیالوجی آف لائف۔</w:t>
      </w:r>
    </w:p>
    <w:p>
      <w:r>
        <w:rPr>
          <w:b/>
        </w:rPr>
        <w:t xml:space="preserve">[00:52] </w:t>
      </w:r>
      <w:r>
        <w:t>yani Khudaai nazariya-e-hayat.</w:t>
      </w:r>
    </w:p>
    <w:p>
      <w:pPr>
        <w:jc w:val="right"/>
      </w:pPr>
      <w:r>
        <w:t>یعنی خدائی نظریۂ حیات۔</w:t>
      </w:r>
    </w:p>
    <w:p>
      <w:r>
        <w:rPr>
          <w:b/>
        </w:rPr>
        <w:t xml:space="preserve">[00:58] </w:t>
      </w:r>
      <w:r>
        <w:t>dekhiye, insan ki ek zaroorat hai ideology.</w:t>
      </w:r>
    </w:p>
    <w:p>
      <w:pPr>
        <w:jc w:val="right"/>
      </w:pPr>
      <w:r>
        <w:t>دیکھیے، انسان کی ایک ضرورت ہے آئیڈیالوجی۔</w:t>
      </w:r>
    </w:p>
    <w:p>
      <w:r>
        <w:rPr>
          <w:b/>
        </w:rPr>
        <w:t xml:space="preserve">[01:04] </w:t>
      </w:r>
      <w:r>
        <w:t>koi insan ideology ke baghair reh nahi sakta. insani ki tarah animal hain bohat sare, wo bhi sab kuch rakhte hain jo insan ke andar hota hai.</w:t>
      </w:r>
    </w:p>
    <w:p>
      <w:pPr>
        <w:jc w:val="right"/>
      </w:pPr>
      <w:r>
        <w:t>کوئی انسان آئیڈیالوجی کے بغیر رہ نہیں سکتا۔ انسانی کی طرح اینیمل ہیں بہت سارے، وہ بھی سب کچھ رکھتے ہیں جو انسان کے اندر ہوتا ہے۔</w:t>
      </w:r>
    </w:p>
    <w:p>
      <w:r>
        <w:rPr>
          <w:b/>
        </w:rPr>
        <w:t xml:space="preserve">[01:22] </w:t>
      </w:r>
      <w:r>
        <w:t>lekin ideology jo hai wo kisi animal ki zaroorat nahi hai.</w:t>
      </w:r>
    </w:p>
    <w:p>
      <w:pPr>
        <w:jc w:val="right"/>
      </w:pPr>
      <w:r>
        <w:t>لیکن آئیڈیالوجی جو ہے وہ کسی اینیمل کی ضرورت نہیں ہے۔</w:t>
      </w:r>
    </w:p>
    <w:p>
      <w:r>
        <w:rPr>
          <w:b/>
        </w:rPr>
        <w:t xml:space="preserve">[01:29] </w:t>
      </w:r>
      <w:r>
        <w:t>animal ka concern sirf do hota hai: safety aur food. bas. jitne bhi animal hon, chahe wo koi bhi hon, safety aur food.</w:t>
      </w:r>
    </w:p>
    <w:p>
      <w:pPr>
        <w:jc w:val="right"/>
      </w:pPr>
      <w:r>
        <w:t>اینیمل کا کنسرن صرف دو ہوتا ہے: سیفٹی اور فوڈ۔ بس۔ جتنے بھی اینیمل ہوں، چاہے وہ کوئی بھی ہوں، سیفٹی اور فوڈ۔</w:t>
      </w:r>
    </w:p>
    <w:p>
      <w:r>
        <w:rPr>
          <w:b/>
        </w:rPr>
        <w:t xml:space="preserve">[01:45] </w:t>
      </w:r>
      <w:r>
        <w:t>kyunke wahan police nahi, wahan fauj nahi, un ki hifazat ka intezam nahi. har animal ko apni hifazat aap karni parti hai.</w:t>
      </w:r>
    </w:p>
    <w:p>
      <w:pPr>
        <w:jc w:val="right"/>
      </w:pPr>
      <w:r>
        <w:t>کیونکہ وہاں پولیس نہیں، وہاں فوج نہیں، ان کی حفاظت کا انتظام نہیں۔ ہر اینیمل کو اپنی حفاظت آپ کرنی پڑتی ہے۔</w:t>
      </w:r>
    </w:p>
    <w:p>
      <w:r>
        <w:rPr>
          <w:b/>
        </w:rPr>
        <w:t xml:space="preserve">[01:56] </w:t>
      </w:r>
      <w:r>
        <w:t>wahan koi food ministry nahi, har animal ko apna food aap hasil karna parta hai.</w:t>
      </w:r>
    </w:p>
    <w:p>
      <w:pPr>
        <w:jc w:val="right"/>
      </w:pPr>
      <w:r>
        <w:t>وہاں کوئی فوڈ منسٹری نہیں، ہر اینیمل کو اپنا فوڈ آپ حاصل کرنا پڑتا ہے۔</w:t>
      </w:r>
    </w:p>
    <w:p>
      <w:r>
        <w:rPr>
          <w:b/>
        </w:rPr>
        <w:t xml:space="preserve">[02:04] </w:t>
      </w:r>
      <w:r>
        <w:t>to yahi do concern un ka hota hai: safety aur food.</w:t>
      </w:r>
    </w:p>
    <w:p>
      <w:pPr>
        <w:jc w:val="right"/>
      </w:pPr>
      <w:r>
        <w:t>تو یہی دو کنسرن ان کا ہوتا ہے: سیفٹی اور فوڈ۔</w:t>
      </w:r>
    </w:p>
    <w:p>
      <w:r>
        <w:rPr>
          <w:b/>
        </w:rPr>
        <w:t xml:space="preserve">[02:13] </w:t>
      </w:r>
      <w:r>
        <w:t>but case of mind is quite different. insan ko ek ideology chahiye. ideology ka matlab kya hai?</w:t>
      </w:r>
    </w:p>
    <w:p>
      <w:pPr>
        <w:jc w:val="right"/>
      </w:pPr>
      <w:r>
        <w:t>بٹ کیس آف مائنڈ از کوائٹ ڈفرنٹ۔ انسان کو ایک آئیڈیالوجی چاہیے۔ آئیڈیالوجی کا مطلب کیا ہے؟</w:t>
      </w:r>
    </w:p>
    <w:p>
      <w:r>
        <w:rPr>
          <w:b/>
        </w:rPr>
        <w:t xml:space="preserve">[02:26] </w:t>
      </w:r>
      <w:r>
        <w:t>wo nazariya jo insan ko bataye ke wo kya hai, is ki meaning kya hai, is ka past kya hai, is ka present kya hai, is ka goal kya hai,</w:t>
      </w:r>
    </w:p>
    <w:p>
      <w:pPr>
        <w:jc w:val="right"/>
      </w:pPr>
      <w:r>
        <w:t>وہ نظریہ جو انسان کو بتائے کہ وہ کیا ہے، اس کی میننگ کیا ہے، اس کا پاسٹ کیا ہے، اس کا پریزنٹ کیا ہے، اس کا گول کیا ہے،</w:t>
      </w:r>
    </w:p>
    <w:p>
      <w:r>
        <w:rPr>
          <w:b/>
        </w:rPr>
        <w:t xml:space="preserve">[02:43] </w:t>
      </w:r>
      <w:r>
        <w:t>is ka future kya hai.</w:t>
      </w:r>
    </w:p>
    <w:p>
      <w:pPr>
        <w:jc w:val="right"/>
      </w:pPr>
      <w:r>
        <w:t>اس کا فیوچر کیا ہے۔</w:t>
      </w:r>
    </w:p>
    <w:p>
      <w:r>
        <w:rPr>
          <w:b/>
        </w:rPr>
        <w:t xml:space="preserve">[02:49] </w:t>
      </w:r>
      <w:r>
        <w:t>wo sab kuch jo insan ki zindagi mein aap dekhte hain, chahe wo sochna ho, chahe bolna ho, chahe karna ho, jo kuch bhi activity aap dekhte hain insan ke andar,</w:t>
      </w:r>
    </w:p>
    <w:p>
      <w:pPr>
        <w:jc w:val="right"/>
      </w:pPr>
      <w:r>
        <w:t>وہ سب کچھ جو انسان کی زندگی میں آپ دیکھتے ہیں، چاہے وہ سوچنا ہو، چاہے بولنا ہو، چاہے کرنا ہو، جو کچھ بھی ایکٹیویٹی آپ دیکھتے ہیں انسان کے اندر،</w:t>
      </w:r>
    </w:p>
    <w:p>
      <w:r>
        <w:rPr>
          <w:b/>
        </w:rPr>
        <w:t xml:space="preserve">[03:04] </w:t>
      </w:r>
      <w:r>
        <w:t>wo sab isi ideology se govern hoti hai. yahan tak ke jo be parhe likhe log hain, un ki bhi ek ideology hoti hai, chahe ye lafz un ko pata na.</w:t>
      </w:r>
    </w:p>
    <w:p>
      <w:pPr>
        <w:jc w:val="right"/>
      </w:pPr>
      <w:r>
        <w:t>وہ سب اسی آئیڈیالوجی سے گورن ہوتی ہے۔ یہاں تک کہ جو بے پڑھے لکھے لوگ ہیں، ان کی بھی ایک آئیڈیالوجی ہوتی ہے، چاہے یہ لفظ ان کو پتہ نہ ہو۔</w:t>
      </w:r>
    </w:p>
    <w:p>
      <w:r>
        <w:rPr>
          <w:b/>
        </w:rPr>
        <w:t xml:space="preserve">[03:19] </w:t>
      </w:r>
      <w:r>
        <w:t>kyun ke wo to insan ki nature mein hai. to history of ideology jo hai, batati hai ke basically there are three ideologies.</w:t>
      </w:r>
    </w:p>
    <w:p>
      <w:pPr>
        <w:jc w:val="right"/>
      </w:pPr>
      <w:r>
        <w:t>کیونکہ وہ تو انسان کی نیچر میں ہے۔ تو ہسٹری آف آئیڈیالوجی جو ہے، بتاتی ہے کہ بیسیکلی دیر آر تھری آئیڈیالوجیز۔</w:t>
      </w:r>
    </w:p>
    <w:p>
      <w:r>
        <w:rPr>
          <w:b/>
        </w:rPr>
        <w:t xml:space="preserve">[03:33] </w:t>
      </w:r>
      <w:r>
        <w:t>ek hai secular ideology, ek hai religious ideology, aur teesri hai rabbani ideology. basically yahi teen hain.</w:t>
      </w:r>
    </w:p>
    <w:p>
      <w:pPr>
        <w:jc w:val="right"/>
      </w:pPr>
      <w:r>
        <w:t>ایک ہے سیکولر آئیڈیالوجی، ایک ہے ریلیجیس آئیڈیالوجی، اور تیسری ہے ربانی آئیڈیالوجی۔ بیسیکلی یہی تین ہیں۔</w:t>
      </w:r>
    </w:p>
    <w:p>
      <w:r>
        <w:rPr>
          <w:b/>
        </w:rPr>
        <w:t xml:space="preserve">[03:43] </w:t>
      </w:r>
      <w:r>
        <w:t>koi chautha nahi hai.</w:t>
      </w:r>
    </w:p>
    <w:p>
      <w:pPr>
        <w:jc w:val="right"/>
      </w:pPr>
      <w:r>
        <w:t>کوئی چوتھا نہیں ہے۔</w:t>
      </w:r>
    </w:p>
    <w:p>
      <w:r>
        <w:rPr>
          <w:b/>
        </w:rPr>
        <w:t xml:space="preserve">[03:47] </w:t>
      </w:r>
      <w:r>
        <w:t>ab mein har ek ke bare mein in short mein bohat kuch bohat kuch kehne ki koshish karunga. dekhiye, secular ideology kya hai?</w:t>
      </w:r>
    </w:p>
    <w:p>
      <w:pPr>
        <w:jc w:val="right"/>
      </w:pPr>
      <w:r>
        <w:t>اب میں ہر ایک کے بارے میں ان شارٹ میں بہت کچھ بہت کچھ کہنے کی کوشش کروں گا۔ دیکھیے، سیکولر آئیڈیالوجی کیا ہے؟</w:t>
      </w:r>
    </w:p>
    <w:p>
      <w:r>
        <w:rPr>
          <w:b/>
        </w:rPr>
        <w:t xml:space="preserve">[04:00] </w:t>
      </w:r>
      <w:r>
        <w:t>secular ideology ka matlab hai worldly ideology. matlab yahi present world hi sab kuch hai. ye jeena hai, ye marna hai, ye khatam ho jana hai.</w:t>
      </w:r>
    </w:p>
    <w:p>
      <w:pPr>
        <w:jc w:val="right"/>
      </w:pPr>
      <w:r>
        <w:t>سیکولر آئیڈیالوجی کا مطلب ہے ورلڈلی آئیڈیالوجی۔ مطلب یہی پریزنٹ ورلڈ ہی سب کچھ ہے۔ یہ جینا ہے، یہ مرنا ہے، یہ ختم ہو جانا ہے۔</w:t>
      </w:r>
    </w:p>
    <w:p>
      <w:r>
        <w:rPr>
          <w:b/>
        </w:rPr>
        <w:t xml:space="preserve">[04:10] </w:t>
      </w:r>
      <w:r>
        <w:t>bas. barbar vish kosh ke alam dobara nahi sakta.</w:t>
      </w:r>
    </w:p>
    <w:p>
      <w:pPr>
        <w:jc w:val="right"/>
      </w:pPr>
      <w:r>
        <w:t>بس۔ بابر بایش کوش کہ عالم دوبارہ نہیں سکتا۔</w:t>
      </w:r>
    </w:p>
    <w:p>
      <w:r>
        <w:rPr>
          <w:b/>
        </w:rPr>
        <w:t xml:space="preserve">[04:18] </w:t>
      </w:r>
      <w:r>
        <w:t>he drinking can be merry. right here, right now. ye sare jo hain isi ek qalam hain, qalam. ideology of secularism ki.</w:t>
      </w:r>
    </w:p>
    <w:p>
      <w:pPr>
        <w:jc w:val="right"/>
      </w:pPr>
      <w:r>
        <w:t>ہی ڈرنگ کین بی میری۔ رائٹ ہیر، رائٹ ناؤ۔ یہ سارے جو ہیں اسی ایک قلم ہیں، قلم۔ آئیڈیالوجی آف سیکولرزم کی۔</w:t>
      </w:r>
    </w:p>
    <w:p>
      <w:r>
        <w:rPr>
          <w:b/>
        </w:rPr>
        <w:t xml:space="preserve">[04:31] </w:t>
      </w:r>
      <w:r>
        <w:t>ab dekhiye ke jo log is ideology par hain, aur majority isi ideology ko pakre hue hain, moral less. to wo kya karte hain?</w:t>
      </w:r>
    </w:p>
    <w:p>
      <w:pPr>
        <w:jc w:val="right"/>
      </w:pPr>
      <w:r>
        <w:t>اب دیکھیے کہ جو لوگ اس آئیڈیالوجی پر ہیں، اور میجورٹی اسی آئیڈیالوجی کو پکڑے ہوئے ہیں، مورل لیس۔ تو وہ کیا کرتے ہیں؟</w:t>
      </w:r>
    </w:p>
    <w:p>
      <w:r>
        <w:rPr>
          <w:b/>
        </w:rPr>
        <w:t xml:space="preserve">[04:43] </w:t>
      </w:r>
      <w:r>
        <w:t>bas health banayenge, education lenge, business karenge, job karenge, paisa kamayenge, aur bas enjoy karna.</w:t>
      </w:r>
    </w:p>
    <w:p>
      <w:pPr>
        <w:jc w:val="right"/>
      </w:pPr>
      <w:r>
        <w:t>بس ہیلتھ بنائیں گے، ایجوکیشن لیں گے، بزنس کریں گے، جاب کریں گے، پیسہ کمائیں گے، اور بس انجوائے کرنا۔</w:t>
      </w:r>
    </w:p>
    <w:p>
      <w:r>
        <w:rPr>
          <w:b/>
        </w:rPr>
        <w:t xml:space="preserve">[04:56] </w:t>
      </w:r>
      <w:r>
        <w:t>yani jeena aur enjoy karna bas. aur kuch nahi. jiyo aur enjoy karo aur mar jao.</w:t>
      </w:r>
    </w:p>
    <w:p>
      <w:pPr>
        <w:jc w:val="right"/>
      </w:pPr>
      <w:r>
        <w:t>یعنی جینا اور انجوائے کرنا بس۔ اور کچھ نہیں۔ جیو اور انجوائے کرو اور مر جاؤ۔</w:t>
      </w:r>
    </w:p>
    <w:p>
      <w:r>
        <w:rPr>
          <w:b/>
        </w:rPr>
        <w:t xml:space="preserve">[05:04] </w:t>
      </w:r>
      <w:r>
        <w:t>is ka matlab ye hai ke paida kiya khuda ne in ko insan ke roop mein, magar wo jeene ke liye chale aa</w:t>
      </w:r>
    </w:p>
    <w:p>
      <w:pPr>
        <w:jc w:val="right"/>
      </w:pPr>
      <w:r>
        <w:t>اس کا مطلب یہ ہے کہ پیدا کیا خدا نے ان کو انسان کے روپ میں، مگر وہ جینے کے لیے چلے آ</w:t>
      </w:r>
    </w:p>
    <w:p>
      <w:r>
        <w:rPr>
          <w:b/>
        </w:rPr>
        <w:t xml:space="preserve">[05:12] </w:t>
      </w:r>
      <w:r>
        <w:t>te hain kahan? animal level par. animal bhi to yahi kar raha hai, animal bhi to yahi kar raha hai. wo kar rahe hain crot shakal mein, aap kar rahe hain beautiful shakal mein.</w:t>
      </w:r>
    </w:p>
    <w:p>
      <w:pPr>
        <w:jc w:val="right"/>
      </w:pPr>
      <w:r>
        <w:t>تے ہیں کہاں؟ اینیمل لیول پر۔ اینیمل بھی تو یہی کر رہا ہے، اینیمل بھی تو یہی کر رہا ہے۔ وہ کر رہے ہیں کروٹ شکل میں، آپ کر رہے ہیں بیوٹی فل شکل میں۔</w:t>
      </w:r>
    </w:p>
    <w:p>
      <w:r>
        <w:rPr>
          <w:b/>
        </w:rPr>
        <w:t xml:space="preserve">[05:24] </w:t>
      </w:r>
      <w:r>
        <w:t>kehte hain ye to farq hai.</w:t>
      </w:r>
    </w:p>
    <w:p>
      <w:pPr>
        <w:jc w:val="right"/>
      </w:pPr>
      <w:r>
        <w:t>کہتے ہیں یہ تو فرق ہے۔</w:t>
      </w:r>
    </w:p>
    <w:p>
      <w:r>
        <w:rPr>
          <w:b/>
        </w:rPr>
        <w:t xml:space="preserve">[05:28] </w:t>
      </w:r>
      <w:r>
        <w:t>to bas ek material life banana, aur paisa kamana,</w:t>
      </w:r>
    </w:p>
    <w:p>
      <w:pPr>
        <w:jc w:val="right"/>
      </w:pPr>
      <w:r>
        <w:t>تو بس ایک مٹیریل لائف بنانا، اور پیسہ کمانا،</w:t>
      </w:r>
    </w:p>
    <w:p>
      <w:r>
        <w:rPr>
          <w:b/>
        </w:rPr>
        <w:t xml:space="preserve">[05:39] </w:t>
      </w:r>
      <w:r>
        <w:t>aur enjoy kar</w:t>
      </w:r>
    </w:p>
    <w:p>
      <w:pPr>
        <w:jc w:val="right"/>
      </w:pPr>
      <w:r>
        <w:t>اور انجوائے کر</w:t>
      </w:r>
    </w:p>
    <w:p>
      <w:r>
        <w:rPr>
          <w:b/>
        </w:rPr>
        <w:t xml:space="preserve">[05:40] </w:t>
      </w:r>
      <w:r>
        <w:t>na. bas. bas qissa khatam. is ke baad aage hai ya kuch peeche hai? that is living on the animal level.</w:t>
      </w:r>
    </w:p>
    <w:p>
      <w:pPr>
        <w:jc w:val="right"/>
      </w:pPr>
      <w:r>
        <w:t>نا۔ بس۔ بس قصہ ختم۔ اس کے بعد آگے ہے یا کچھ پیچھے ہے؟ دیٹ از لیونگ آن دا اینیمل لیول۔</w:t>
      </w:r>
    </w:p>
    <w:p>
      <w:r>
        <w:rPr>
          <w:b/>
        </w:rPr>
        <w:t xml:space="preserve">[05:53] </w:t>
      </w:r>
      <w:r>
        <w:t>ab dekhiye, ek bar mein delhi mein ek park mein tha, to us din wahan par kuch bohat hi oonchi class ke log aaye hue the.</w:t>
      </w:r>
    </w:p>
    <w:p>
      <w:pPr>
        <w:jc w:val="right"/>
      </w:pPr>
      <w:r>
        <w:t>اب دیکھیے، ایک بار میں دلی میں ایک پارک میں تھا، تو اس دن وہاں پر کچھ بہت ہی اونچی کلاس کے لوگ آئے ہوئے تھے۔</w:t>
      </w:r>
    </w:p>
    <w:p>
      <w:r>
        <w:rPr>
          <w:b/>
        </w:rPr>
        <w:t xml:space="preserve">[06:04] </w:t>
      </w:r>
      <w:r>
        <w:t>un ki party thi wahan par. party.</w:t>
      </w:r>
    </w:p>
    <w:p>
      <w:pPr>
        <w:jc w:val="right"/>
      </w:pPr>
      <w:r>
        <w:t>ان کی پارٹی تھی وہاں پر۔ پارٹی۔</w:t>
      </w:r>
    </w:p>
    <w:p>
      <w:r>
        <w:rPr>
          <w:b/>
        </w:rPr>
        <w:t xml:space="preserve">[06:09] </w:t>
      </w:r>
      <w:r>
        <w:t>to taqreeban shayad chalis log rahe honge. to khoob khana waana wahan aaya, aur khoob kha rahe the, aur ho ha kar rahe the.</w:t>
      </w:r>
    </w:p>
    <w:p>
      <w:pPr>
        <w:jc w:val="right"/>
      </w:pPr>
      <w:r>
        <w:t>تو تقریباً شاید چالیس لوگ رہے ہوں گے۔ تو خوب کھانا وانا وہاں آیا، اور خوب کھا رہے تھے، اور ہو ہا کر رہے تھے۔</w:t>
      </w:r>
    </w:p>
    <w:p>
      <w:r>
        <w:rPr>
          <w:b/>
        </w:rPr>
        <w:t xml:space="preserve">[06:20] </w:t>
      </w:r>
      <w:r>
        <w:t>to maine apne ek saathi ko poocha ke aakhir hua kis baat par hota hai? wo kya baat hai is par ke hua hota hai? haste hain, hua karte hain.</w:t>
      </w:r>
    </w:p>
    <w:p>
      <w:pPr>
        <w:jc w:val="right"/>
      </w:pPr>
      <w:r>
        <w:t>تو میں نے اپنے ایک ساتھی کو پوچھا کہ آخر ہوا کس بات پر ہوتا ہے؟ وہ کیا بات ہے اس پر کہ ہوا ہوتا ہے؟ ہنستے ہیں، ہوا کرتے ہیں۔</w:t>
      </w:r>
    </w:p>
    <w:p>
      <w:r>
        <w:rPr>
          <w:b/>
        </w:rPr>
        <w:t xml:space="preserve">[06:30] </w:t>
      </w:r>
      <w:r>
        <w:t>to mere saathi ne ja kar suna, aur hearing ki.</w:t>
      </w:r>
    </w:p>
    <w:p>
      <w:pPr>
        <w:jc w:val="right"/>
      </w:pPr>
      <w:r>
        <w:t>تو میرے ساتھی نے جا کر سنا، اور ہیئرنگ کی۔</w:t>
      </w:r>
    </w:p>
    <w:p>
      <w:r>
        <w:rPr>
          <w:b/>
        </w:rPr>
        <w:t xml:space="preserve">[06:37] </w:t>
      </w:r>
      <w:r>
        <w:t>he and heard their enjoy function, enjoy function. to unhone bataya ke maine suna ye, bohat si baatein aur rahi hongi, ek baat unhone batayi.</w:t>
      </w:r>
    </w:p>
    <w:p>
      <w:pPr>
        <w:jc w:val="right"/>
      </w:pPr>
      <w:r>
        <w:t>ہی اور ہرڈ دا دیر انجوائے فنکشن، انجوائے فنکشن۔ تو انہوں نے بتایا کہ میں نے سنا یہ، بہت سی باتیں اور رہی ہوں گی، ایک بات انہوں نے بتائی۔</w:t>
      </w:r>
    </w:p>
    <w:p>
      <w:r>
        <w:rPr>
          <w:b/>
        </w:rPr>
        <w:t xml:space="preserve">[06:54] </w:t>
      </w:r>
      <w:r>
        <w:t>keh ab hawa ho raha hai, kha pee rahe hain, bohat acha lag raha hai keh park ka mahol hai, hara bhara hai. to is mein kha pee rahe hain to bohat acha lage ga zahir hai.</w:t>
      </w:r>
    </w:p>
    <w:p>
      <w:pPr>
        <w:jc w:val="right"/>
      </w:pPr>
      <w:r>
        <w:t>کہ اب ہوا ہو رہا ہے، کھا پی رہے ہیں، بہت اچھا لگ رہا ہے کہ پارک کا ماحول ہے، ہرا بھرا ہے۔ تو اس میں کھا پی رہے ہیں تو بہت اچھا لگے گا ظاہر ہے۔</w:t>
      </w:r>
    </w:p>
    <w:p>
      <w:r>
        <w:rPr>
          <w:b/>
        </w:rPr>
        <w:t xml:space="preserve">[07:08] </w:t>
      </w:r>
      <w:r>
        <w:t>to aik admi kehta hai aaj to dil bagh bagh ho gaya. matlab bagh mein hain. is ko le kar unhon ne kaha keh aaj to dil bagh bagh ho gaya.</w:t>
      </w:r>
    </w:p>
    <w:p>
      <w:pPr>
        <w:jc w:val="right"/>
      </w:pPr>
      <w:r>
        <w:t>تو ایک آدمی کہتا ہے آج تو دل باغ باغ ہو گیا۔ مطلب باغ میں ہیں۔ اس کو لے کر انہوں نے کہا کہ آج تو دل باغ باغ ہو گیا۔</w:t>
      </w:r>
    </w:p>
    <w:p>
      <w:r>
        <w:rPr>
          <w:b/>
        </w:rPr>
        <w:t xml:space="preserve">[07:21] </w:t>
      </w:r>
      <w:r>
        <w:t>dosre ne kaha keh aaj to heart garden garden ho gaya. aaj to heart garden garden ho gaya.</w:t>
      </w:r>
    </w:p>
    <w:p>
      <w:pPr>
        <w:jc w:val="right"/>
      </w:pPr>
      <w:r>
        <w:t>دوسرے نے کہا کہ آج تو ہارٹ گارڈن گارڈن ہو گیا۔ آج تو ہارٹ گارڈن گارڈن ہو گیا۔</w:t>
      </w:r>
    </w:p>
    <w:p>
      <w:r>
        <w:rPr>
          <w:b/>
        </w:rPr>
        <w:t xml:space="preserve">[07:31] </w:t>
      </w:r>
      <w:r>
        <w:t>ab hawa aur hawa hua. aik teesra admi kuch arabi janta tha.</w:t>
      </w:r>
    </w:p>
    <w:p>
      <w:pPr>
        <w:jc w:val="right"/>
      </w:pPr>
      <w:r>
        <w:t>اب ہوا اور ہوا ہوا۔ ایک تیسرا آدمی کچھ عربی جانتا تھا۔</w:t>
      </w:r>
    </w:p>
    <w:p>
      <w:r>
        <w:rPr>
          <w:b/>
        </w:rPr>
        <w:t xml:space="preserve">[07:36] </w:t>
      </w:r>
      <w:r>
        <w:t>is ne kaha aaj to qalb hadeeqa hadeeqa ho gaya. bas third class ki baat hai. isi par hua. it is a reduced form of life.</w:t>
      </w:r>
    </w:p>
    <w:p>
      <w:pPr>
        <w:jc w:val="right"/>
      </w:pPr>
      <w:r>
        <w:t>اس نے کہا آج تو قلب حدیقہ حدیقہ ہو گیا۔ بس تھرڈ کلاس کی بات ہے۔ اسی پر ہوا۔ اٹ از اے ریڈیوسڈ فارم آف لائف۔</w:t>
      </w:r>
    </w:p>
    <w:p>
      <w:r>
        <w:rPr>
          <w:b/>
        </w:rPr>
        <w:t xml:space="preserve">[07:52] </w:t>
      </w:r>
      <w:r>
        <w:t>main ne aik martaba dekha keh aik</w:t>
      </w:r>
    </w:p>
    <w:p>
      <w:pPr>
        <w:jc w:val="right"/>
      </w:pPr>
      <w:r>
        <w:t>میں نے ایک مرتبہ دیکھا کہ ایک</w:t>
      </w:r>
    </w:p>
    <w:p>
      <w:r>
        <w:rPr>
          <w:b/>
        </w:rPr>
        <w:t xml:space="preserve">[07:57] </w:t>
      </w:r>
      <w:r>
        <w:t>aik janwar aik park mein pohanch gaya. khoob hari hari ghaas wahan thi.</w:t>
      </w:r>
    </w:p>
    <w:p>
      <w:pPr>
        <w:jc w:val="right"/>
      </w:pPr>
      <w:r>
        <w:t>ایک جانور ایک پارک میں پہنچ گیا۔ خوب ہری ہری گھاس وہاں تھی۔</w:t>
      </w:r>
    </w:p>
    <w:p>
      <w:r>
        <w:rPr>
          <w:b/>
        </w:rPr>
        <w:t xml:space="preserve">[08:04] </w:t>
      </w:r>
      <w:r>
        <w:t>to khane laga, khoob bol bol khane laga. janwaron ki apni jo boliyan hoti hain, is tarah bol bol khane laga.</w:t>
      </w:r>
    </w:p>
    <w:p>
      <w:pPr>
        <w:jc w:val="right"/>
      </w:pPr>
      <w:r>
        <w:t>تو کھانے لگا، خوب بول بول کھانے لگا۔ جانوروں کی اپنی جو بولیاں ہوتی ہیں، اس طرح بول بول کھانے لگا۔</w:t>
      </w:r>
    </w:p>
    <w:p>
      <w:r>
        <w:rPr>
          <w:b/>
        </w:rPr>
        <w:t xml:space="preserve">[08:13] </w:t>
      </w:r>
      <w:r>
        <w:t>baray khushi ki boliyan kuch hoti hain janwaron ki. jaisay ghoda khush hota hai to hinhanaata hai. to har animal ki aik khushi ki boli hoti hai.</w:t>
      </w:r>
    </w:p>
    <w:p>
      <w:pPr>
        <w:jc w:val="right"/>
      </w:pPr>
      <w:r>
        <w:t>بڑے خوشی کی بولیاں کچھ ہوتی ہیں جانوروں کی۔ جیسے گھوڑا خوش ہوتا ہے تو ہن ہناتا ہے۔ تو ہر اینیمل کی ایک خوشی کی بولی ہوتی ہے۔</w:t>
      </w:r>
    </w:p>
    <w:p>
      <w:r>
        <w:rPr>
          <w:b/>
        </w:rPr>
        <w:t xml:space="preserve">[08:24] </w:t>
      </w:r>
      <w:r>
        <w:t>to khoob achi achi ghaas thi, woh ghaas khane laga. aur khoob khushi ki awazein nikalne laga. to is mein aur is mein kya farq hai, mujhe bataiye.</w:t>
      </w:r>
    </w:p>
    <w:p>
      <w:pPr>
        <w:jc w:val="right"/>
      </w:pPr>
      <w:r>
        <w:t>تو خوب اچھی اچھی گھاس تھی، وہ گھاس کھانے لگا۔ اور خوب خوشی کی آوازیں نکالنے لگا۔ تو اس میں اور اس میں کیا فرق ہے، مجھے بتائیے۔</w:t>
      </w:r>
    </w:p>
    <w:p>
      <w:r>
        <w:rPr>
          <w:b/>
        </w:rPr>
        <w:t xml:space="preserve">[08:34] </w:t>
      </w:r>
      <w:r>
        <w:t>kya hai? yeh shabdon mein apna hawa kar rahe hain. woh bina shabdon ke hawa kar rahe hain, itna farq hua.</w:t>
      </w:r>
    </w:p>
    <w:p>
      <w:pPr>
        <w:jc w:val="right"/>
      </w:pPr>
      <w:r>
        <w:t>کیا ہے؟ یہ शब्दوں میں اپنا ہوا کر رہے ہیں۔ وہ بنا शब्दوں کے ہوا کر رہے ہیں، اتنا فرق ہوا۔</w:t>
      </w:r>
    </w:p>
    <w:p>
      <w:r>
        <w:rPr>
          <w:b/>
        </w:rPr>
        <w:t xml:space="preserve">[08:47] </w:t>
      </w:r>
      <w:r>
        <w:t>to yeh hai aakhri and ideology of secularism ka.</w:t>
      </w:r>
    </w:p>
    <w:p>
      <w:pPr>
        <w:jc w:val="right"/>
      </w:pPr>
      <w:r>
        <w:t>تو یہ ہے آخری اینڈ آئیڈیالوجی آف سیکولرزم کا۔</w:t>
      </w:r>
    </w:p>
    <w:p>
      <w:r>
        <w:rPr>
          <w:b/>
        </w:rPr>
        <w:t xml:space="preserve">[08:59] </w:t>
      </w:r>
      <w:r>
        <w:t>chekhov ne kaha tha keh zindagi kya hai</w:t>
      </w:r>
    </w:p>
    <w:p>
      <w:pPr>
        <w:jc w:val="right"/>
      </w:pPr>
      <w:r>
        <w:t>چیک بس نے کہا تھا کہ زندگی کیا ہے</w:t>
      </w:r>
    </w:p>
    <w:p>
      <w:r>
        <w:rPr>
          <w:b/>
        </w:rPr>
        <w:t xml:space="preserve">[09:04] </w:t>
      </w:r>
      <w:r>
        <w:t>? asar mein zahoor-e-tarteeb. maut kya hai? unhi ajza ka pareshan hona. pehle zamanay mein samjha tha keh chaar asar hain: aatish o aab o khaak o baad.</w:t>
      </w:r>
    </w:p>
    <w:p>
      <w:pPr>
        <w:jc w:val="right"/>
      </w:pPr>
      <w:r>
        <w:t>؟ عناصر میں ظہور ترتیب۔ موت کیا ہے؟ انہی اجزاء کا پریشاں ہونا۔ پہلے زمانے میں سمجھا تھا کہ چار عناصر ہیں: آتش و آب و خاک و باد۔</w:t>
      </w:r>
    </w:p>
    <w:p>
      <w:r>
        <w:rPr>
          <w:b/>
        </w:rPr>
        <w:t xml:space="preserve">[09:15] </w:t>
      </w:r>
      <w:r>
        <w:t>greek philosopher jo hain, woh kaha karte hain keh chaar asar hain. isi se insan bana hai. aatish o aab o khaak o baad. ab maloom hua keh sab galat tha.</w:t>
      </w:r>
    </w:p>
    <w:p>
      <w:pPr>
        <w:jc w:val="right"/>
      </w:pPr>
      <w:r>
        <w:t>گریک فلاسفر جو ہیں، وہ کہا کرتے ہیں کہ چار عناصر ہیں۔ اسی سے انسان بنا ہے۔ آتش و آب و خاک و باد۔ اب معلوم ہوا کہ سب غلط تھا۔</w:t>
      </w:r>
    </w:p>
    <w:p>
      <w:r>
        <w:rPr>
          <w:b/>
        </w:rPr>
        <w:t xml:space="preserve">[09:28] </w:t>
      </w:r>
      <w:r>
        <w:t>to is ne kaha keh bas unhi yeh jo elements hain, woh milte hain, tab zindagi banti hai. disintegrate ho gaye to zindagi khatam hui.</w:t>
      </w:r>
    </w:p>
    <w:p>
      <w:pPr>
        <w:jc w:val="right"/>
      </w:pPr>
      <w:r>
        <w:t>تو اس نے کہا کہ بس انہی یہ جو ایلیمنٹس ہیں، وہ ملتے ہیں، تب زندگی بنتی ہے۔ ڈسگریٹ ہو گئے تو زندگی ختم ہوئی۔</w:t>
      </w:r>
    </w:p>
    <w:p>
      <w:r>
        <w:rPr>
          <w:b/>
        </w:rPr>
        <w:t xml:space="preserve">[09:39] </w:t>
      </w:r>
      <w:r>
        <w:t>abhi research aai hai, main ne angrezi akhbar mein parha keh mind jo hai, yani brain, brain of life baqi rehti hai.</w:t>
      </w:r>
    </w:p>
    <w:p>
      <w:pPr>
        <w:jc w:val="right"/>
      </w:pPr>
      <w:r>
        <w:t>ابھی ریسرچ آئی ہے، میں نے انگریزی اخبار میں پڑھا کہ مائنڈ جو ہے، یعنی برین، برین آف لائف باقی رہتی ہے۔</w:t>
      </w:r>
    </w:p>
    <w:p>
      <w:r>
        <w:rPr>
          <w:b/>
        </w:rPr>
        <w:t xml:space="preserve">[09:50] </w:t>
      </w:r>
      <w:r>
        <w:t>chunancha bohat se brain preserve kar liye gaye hain, jo paise wale thay, baray log. to baray baray wahan par hospital hain, paisa diya jata hai. un ke brain jo hain, preserve kar liye gaye hain, save kar liye gaye.</w:t>
      </w:r>
    </w:p>
    <w:p>
      <w:pPr>
        <w:jc w:val="right"/>
      </w:pPr>
      <w:r>
        <w:t>چنانچہ بہت سے برین پریزرو کر لیے گئے ہیں، جو پیسے والے تھے، بڑے لوگ۔ تو بڑے بڑے وہاں پر ہاسپٹل ہیں، پیسہ دیا جاتا ہے۔ ان کے برین جو ہیں، پریزرو کر لیے گئے ہیں، سیو کر لیے گئے۔</w:t>
      </w:r>
    </w:p>
    <w:p>
      <w:r>
        <w:rPr>
          <w:b/>
        </w:rPr>
        <w:t xml:space="preserve">[10:03] </w:t>
      </w:r>
      <w:r>
        <w:t>to kabhi na kabhi ja kar ke woh phir unhein aik naye form mein aayenge aur nai life mil jayegi un ko.</w:t>
      </w:r>
    </w:p>
    <w:p>
      <w:pPr>
        <w:jc w:val="right"/>
      </w:pPr>
      <w:r>
        <w:t>تو کبھی نہ کبھی جا کر کے وہ پھر انہیں ایک نئے فارم میں آئیں گے اور نئی لائف مل جائے گی ان کو۔</w:t>
      </w:r>
    </w:p>
    <w:p>
      <w:r>
        <w:rPr>
          <w:b/>
        </w:rPr>
        <w:t xml:space="preserve">[10:10] </w:t>
      </w:r>
      <w:r>
        <w:t>yeh research hui hai keh yeh body to khatam hota hai, lekin woh jo aik aur life hai hamari, jis ko hum soul kehte hain ya mind kehte hain, woh khatam nahi hoti.</w:t>
      </w:r>
    </w:p>
    <w:p>
      <w:pPr>
        <w:jc w:val="right"/>
      </w:pPr>
      <w:r>
        <w:t>یہ ریسرچ ہوئی ہے کہ یہ باڈی تو ختم ہوتا ہے، لیکن وہ جو ایک اور لائف ہے ہماری، جس کو ہم سول کہتے ہیں یا مائنڈ کہتے ہیں، وہ ختم نہیں ہوتی۔</w:t>
      </w:r>
    </w:p>
    <w:p>
      <w:r>
        <w:rPr>
          <w:b/>
        </w:rPr>
        <w:t xml:space="preserve">[10:25] </w:t>
      </w:r>
      <w:r>
        <w:t>to dekhiye, ideology of secularism jo hai, woh scientifically wrong prove ho gayi. ab is ki koi scientific base nahi hai.</w:t>
      </w:r>
    </w:p>
    <w:p>
      <w:pPr>
        <w:jc w:val="right"/>
      </w:pPr>
      <w:r>
        <w:t>تو دیکھیے، آئیڈیالوجی آف سیکولرزم جو ہے، وہ سائنٹیفیکلی رونگ پروف ہو گئی۔ اب اس کی کوئی سائنٹیفک بیس نہیں ہے۔</w:t>
      </w:r>
    </w:p>
    <w:p>
      <w:r>
        <w:rPr>
          <w:b/>
        </w:rPr>
        <w:t xml:space="preserve">[10:42] </w:t>
      </w:r>
      <w:r>
        <w:t>aur doosri baat yeh hai keh yeh to animal level par jeena hai. yani aap ka mind is mein istemal nahi hota. yeh jo life hai, bohat hi limited sense mein aap ka mind istemal hota hai.</w:t>
      </w:r>
    </w:p>
    <w:p>
      <w:pPr>
        <w:jc w:val="right"/>
      </w:pPr>
      <w:r>
        <w:t>اور دوسری بات یہ ہے کہ یہ تو اینیمل لیول پر جینا ہے۔ یعنی آپ کا مائنڈ اس میں استعمال نہیں ہوتا۔ یہ جو لائف ہے، بہت ہی لمیٹڈ سینس میں آپ کا مائنڈ استعمال ہوتا ہے۔</w:t>
      </w:r>
    </w:p>
    <w:p>
      <w:r>
        <w:rPr>
          <w:b/>
        </w:rPr>
        <w:t xml:space="preserve">[10:58] </w:t>
      </w:r>
      <w:r>
        <w:t>yani aap ne aik professional course kiya, ya koi aur aap ne apni skill paida ki, aur phir le kar kamaye. kamaye kar ghar banaya, bank balance hua, car ho gayi.</w:t>
      </w:r>
    </w:p>
    <w:p>
      <w:pPr>
        <w:jc w:val="right"/>
      </w:pPr>
      <w:r>
        <w:t>یعنی آپ نے ایک پروفیشنل کورس کیا، یا کوئی اور آپ نے اپنی سکل پیدا کی، اور پھر لے کے کمانے۔ کما کے گھر بنایا، بینک بیلنس ہوا، کار ہو گئی۔</w:t>
      </w:r>
    </w:p>
    <w:p>
      <w:r>
        <w:rPr>
          <w:b/>
        </w:rPr>
        <w:t xml:space="preserve">[11:12] </w:t>
      </w:r>
      <w:r>
        <w:t>to aap ke mind mein aur jo bohat ziyada potential hai, woh kahan use hua? yeh to mind ka one percent bhi use nahi hua.</w:t>
      </w:r>
    </w:p>
    <w:p>
      <w:pPr>
        <w:jc w:val="right"/>
      </w:pPr>
      <w:r>
        <w:t>تو آپ کے مائنڈ میں اور جو بہت زیادہ پوٹینشل ہے، وہ کہاں یوز ہوا؟ یہ تو مائنڈ کا ون پرسنٹ بھی یوز نہیں ہوا۔</w:t>
      </w:r>
    </w:p>
    <w:p>
      <w:r>
        <w:rPr>
          <w:b/>
        </w:rPr>
        <w:t xml:space="preserve">[11:22] </w:t>
      </w:r>
      <w:r>
        <w:t>to kaisi anokhi yeh, kaisa anokha yeh khona hai. keh itna bara mind Khuda ne diya aap ko, creator ne diya aap ko, is ka less than one percent aap use kar saken aur barh jayen.</w:t>
      </w:r>
    </w:p>
    <w:p>
      <w:pPr>
        <w:jc w:val="right"/>
      </w:pPr>
      <w:r>
        <w:t>تو کیسی انوکھی یہ، کیسا انوکھا یہ کھونا ہے۔ کہ اتنا بڑا مائنڈ خدا نے دیا آپ کو، کریٹر نے دیا آپ کو، اس کا لیس دین ون پرسنٹ آپ یوز کر سکیں اور بڑھ جائیں۔</w:t>
      </w:r>
    </w:p>
    <w:p>
      <w:r>
        <w:rPr>
          <w:b/>
        </w:rPr>
        <w:t xml:space="preserve">[11:40] </w:t>
      </w:r>
      <w:r>
        <w:t>to animal ka to mind hi kam hai. jitna hai, utna woh use karte hain. yeh animal ka case nahi hai. animal ka mind jo hai, bas do cheezon ke par markooz rehta hai.</w:t>
      </w:r>
    </w:p>
    <w:p>
      <w:pPr>
        <w:jc w:val="right"/>
      </w:pPr>
      <w:r>
        <w:t>تو اینیمل کا تو مائنڈ ہی کم ہے۔ جتنا ہے، اتنا وہ یوز کرتے ہیں۔ یہ اینیمل کا کیس نہیں ہے۔ اینیمل کا مائنڈ جو ہے، بس دو چیزوں کے پر مرکوز رہتا ہے۔</w:t>
      </w:r>
    </w:p>
    <w:p>
      <w:r>
        <w:rPr>
          <w:b/>
        </w:rPr>
        <w:t xml:space="preserve">[11:53] </w:t>
      </w:r>
      <w:r>
        <w:t>yani safety, food. safety, food. to animal nahi pakde jayenge, agar woh wahan zinda kiye jayen to. kyunke unhone to apne mind ko jaisa tha waisa hi istemal kiya.</w:t>
      </w:r>
    </w:p>
    <w:p>
      <w:pPr>
        <w:jc w:val="right"/>
      </w:pPr>
      <w:r>
        <w:t>یعنی سیفٹی، فوڈ۔ سیفٹی، فوڈ۔ تو اینیمل نہیں پکڑے جائیں گے، اگر وہ وہاں زندہ کیے جائیں تو۔ کیونکہ انہوں نے تو اپنے مائنڈ کو جیسا تھا ویسا ہی استعمال کیا۔</w:t>
      </w:r>
    </w:p>
    <w:p>
      <w:r>
        <w:rPr>
          <w:b/>
        </w:rPr>
        <w:t xml:space="preserve">[12:07] </w:t>
      </w:r>
      <w:r>
        <w:t>insan to pakda jayega ke tum ne apne mind ko under utilize kiya.</w:t>
      </w:r>
    </w:p>
    <w:p>
      <w:pPr>
        <w:jc w:val="right"/>
      </w:pPr>
      <w:r>
        <w:t>انسان تو پکڑا جائے گا کہ تم نے اپنے مائنڈ کو انڈر یوٹیلائز کیا۔</w:t>
      </w:r>
    </w:p>
    <w:p>
      <w:r>
        <w:rPr>
          <w:b/>
        </w:rPr>
        <w:t xml:space="preserve">[12:16] </w:t>
      </w:r>
      <w:r>
        <w:t>main ne ek qissa bataya tha aap ko is se pehle ke ek paise wala ek aadmi ne apne bete ko bohat kaafi paisa diya, jeb mein bhar diya, kaha ke jao bombay jao, khoob ghoom phiro, aur experience lo, experience.</w:t>
      </w:r>
    </w:p>
    <w:p>
      <w:pPr>
        <w:jc w:val="right"/>
      </w:pPr>
      <w:r>
        <w:t>میں نے ایک قصہ بتایا تھا آپ کو اس سے پہلے کہ ایک پیسے والا ایک آدمی نے اپنے بیٹے کو بہت کافی پیسہ دیا، جیب میں بھر دیا، کہا کہ جاؤ بمبئی جاؤ، خوب گھوم پھرو، اور ایکسپیرینس لو، ایکسپیرینس۔</w:t>
      </w:r>
    </w:p>
    <w:p>
      <w:r>
        <w:rPr>
          <w:b/>
        </w:rPr>
        <w:t xml:space="preserve">[12:31] </w:t>
      </w:r>
      <w:r>
        <w:t>experience ke bhej diya wahan.</w:t>
      </w:r>
    </w:p>
    <w:p>
      <w:pPr>
        <w:jc w:val="right"/>
      </w:pPr>
      <w:r>
        <w:t>ایکسپیرینس کے بھیج دیا وہاں۔</w:t>
      </w:r>
    </w:p>
    <w:p>
      <w:r>
        <w:rPr>
          <w:b/>
        </w:rPr>
        <w:t xml:space="preserve">[12:34] </w:t>
      </w:r>
      <w:r>
        <w:t>woh beta gaya to wahan kuch kuch samajh mein kuch nahi aaya, aur paisa jeb mein raha, aur phir lot aaya waisa hi. to baap ne bohat danta us ko ke yeh paisa is liye tha ke tum le ke lot aao.</w:t>
      </w:r>
    </w:p>
    <w:p>
      <w:pPr>
        <w:jc w:val="right"/>
      </w:pPr>
      <w:r>
        <w:t>وہ بیٹا گیا تو وہاں کچھ کچھ سمجھ میں کچھ نہیں آیا، اور پیسہ جیب میں رہا، اور پھر لوٹ آیا ویسے ہی۔ تو باپ نے بہت ڈانٹا اس کو کہ یہ پیسہ اس لیے تھا کہ تم لے کے لوٹ آؤ۔</w:t>
      </w:r>
    </w:p>
    <w:p>
      <w:r>
        <w:rPr>
          <w:b/>
        </w:rPr>
        <w:t xml:space="preserve">[12:52] </w:t>
      </w:r>
      <w:r>
        <w:t>lot le ke lot aao tum. tum mere bohat hi nalaik bete ho. bhag jaao yahan se, ghar se nikal jaao. aur literally use ghar se nikal diya.</w:t>
      </w:r>
    </w:p>
    <w:p>
      <w:pPr>
        <w:jc w:val="right"/>
      </w:pPr>
      <w:r>
        <w:t>لوٹ لے کے لوٹ آؤ تم۔ تم میرے بہت ہی نالائق بیٹے ہو۔ بھاگ جاؤ یہاں سے، گھر سے نکل جاؤ۔ اور لٹرلی اسے گھر سے نکال دیا۔</w:t>
      </w:r>
    </w:p>
    <w:p>
      <w:r>
        <w:rPr>
          <w:b/>
        </w:rPr>
        <w:t xml:space="preserve">[13:05] </w:t>
      </w:r>
      <w:r>
        <w:t>phir hamare ek saathi the, un ko kahin pata chala, un se mulaqat hui. to un ka mila, unhone kaha ke bhai mere baap ne mujhe nikalte nikal diya hai, to bohat nalaik hai, bhago yahan se.</w:t>
      </w:r>
    </w:p>
    <w:p>
      <w:pPr>
        <w:jc w:val="right"/>
      </w:pPr>
      <w:r>
        <w:t>پھر ہمارے ایک ساتھی تھے، ان کو کہیں پتہ چلا، ان سے ملاقات ہوئی۔ تو ان کا ملا، انہوں نے کہا کہ بھئی میرے باپ نے مجھے نکالتے نکال دیا ہے، تو بہت نالائق ہے، بھاگو یہاں سے۔</w:t>
      </w:r>
    </w:p>
    <w:p>
      <w:r>
        <w:rPr>
          <w:b/>
        </w:rPr>
        <w:t xml:space="preserve">[13:20] </w:t>
      </w:r>
      <w:r>
        <w:t>to khair unhone kaha ke main tum ko batata hoon formula. ke tum jao wahan par aur naak karo. jab baap nikle to bas paon pe gir pado.</w:t>
      </w:r>
    </w:p>
    <w:p>
      <w:pPr>
        <w:jc w:val="right"/>
      </w:pPr>
      <w:r>
        <w:t>تو خیر انہوں نے کہا کہ میں تم کو بتاتا ہوں فارمولا۔ کہ تم جاؤ وہاں پر اور ناک کرو۔ جب باپ نکلے تو بس پاؤں پہ گر پڑو۔</w:t>
      </w:r>
    </w:p>
    <w:p>
      <w:r>
        <w:rPr>
          <w:b/>
        </w:rPr>
        <w:t xml:space="preserve">[13:34] </w:t>
      </w:r>
      <w:r>
        <w:t>paon pe gir pado. bas kuch kaho, kuch bolo bas. paon pe gir pado. itna hi kaho ke baap mujhe maaf kijiye. baap mujh ko maaf kijiye.</w:t>
      </w:r>
    </w:p>
    <w:p>
      <w:pPr>
        <w:jc w:val="right"/>
      </w:pPr>
      <w:r>
        <w:t>پاؤں پہ گر پڑو۔ بس کچھ کہو، کچھ بولو بس۔ پاؤں پہ گر پڑو۔ اتنا ہی کہو کہ باپ مجھے معاف کیجیے۔ باپ مجھ کو معاف کیجیے۔</w:t>
      </w:r>
    </w:p>
    <w:p>
      <w:r>
        <w:rPr>
          <w:b/>
        </w:rPr>
        <w:t xml:space="preserve">[13:45] </w:t>
      </w:r>
      <w:r>
        <w:t>bas aur kuch mat kaho, itna hi kaho. baap mujh ko maaf kijiye. to woh gaya, aise hi kiya us ne. to baap ne uthaya, seene se laga liya. that was second chance for him.</w:t>
      </w:r>
    </w:p>
    <w:p>
      <w:pPr>
        <w:jc w:val="right"/>
      </w:pPr>
      <w:r>
        <w:t>بس اور کچھ مت کہو، اتنا ہی کہو۔ باپ مجھ کو معاف کیجیے۔ تو وہ گیا، ایسے ہی کیا اس نے۔ تو باپ نے اٹھایا، سینے سے لگا لیا۔ دیٹ واز سیکنڈ چانس فار ہم۔</w:t>
      </w:r>
    </w:p>
    <w:p>
      <w:r>
        <w:rPr>
          <w:b/>
        </w:rPr>
        <w:t xml:space="preserve">[13:57] </w:t>
      </w:r>
      <w:r>
        <w:t>lekin yaad rakhiye, yeh second chance khuda ke liye nahi milne wala hai. yeh duniya mein mil sakta tha.</w:t>
      </w:r>
    </w:p>
    <w:p>
      <w:pPr>
        <w:jc w:val="right"/>
      </w:pPr>
      <w:r>
        <w:t>لیکن یاد رکھیے، یہ سیکنڈ چانس خدا کے لیے نہیں ملنے والا ہے۔ یہ دنیا میں مل سکتا تھا۔</w:t>
      </w:r>
    </w:p>
    <w:p>
      <w:r>
        <w:rPr>
          <w:b/>
        </w:rPr>
        <w:t xml:space="preserve">[14:04] </w:t>
      </w:r>
      <w:r>
        <w:t>this second chance was possible in to this world. so that you aware that second chance.</w:t>
      </w:r>
    </w:p>
    <w:p>
      <w:pPr>
        <w:jc w:val="right"/>
      </w:pPr>
      <w:r>
        <w:t>دس سیکنڈ چانس واز پوسیبل ان ٹو دس ورلڈ۔ سو دیٹ یوتھ اویر دیٹ سیکنڈ چانس۔</w:t>
      </w:r>
    </w:p>
    <w:p>
      <w:r>
        <w:rPr>
          <w:b/>
        </w:rPr>
        <w:t xml:space="preserve">[14:15] </w:t>
      </w:r>
      <w:r>
        <w:t>bhai marne ke baad phir second chance to hai nahi. bari anokhi farq hai yeh.</w:t>
      </w:r>
    </w:p>
    <w:p>
      <w:pPr>
        <w:jc w:val="right"/>
      </w:pPr>
      <w:r>
        <w:t>بھئی مرنے کے بعد پھر سیکنڈ چانس تو ہے نہیں۔ بڑی انوکھی فرق ہے یہ۔</w:t>
      </w:r>
    </w:p>
    <w:p>
      <w:r>
        <w:rPr>
          <w:b/>
        </w:rPr>
        <w:t xml:space="preserve">[14:24] </w:t>
      </w:r>
      <w:r>
        <w:t>ke is naujawan ko second chance mil gaya, baap ne us ko seene se laga liya.</w:t>
      </w:r>
    </w:p>
    <w:p>
      <w:pPr>
        <w:jc w:val="right"/>
      </w:pPr>
      <w:r>
        <w:t>کہ اس نوجوان کو سیکنڈ چانس مل گیا، باپ نے اس کو سینے سے لگا لیا۔</w:t>
      </w:r>
    </w:p>
    <w:p>
      <w:r>
        <w:rPr>
          <w:b/>
        </w:rPr>
        <w:t xml:space="preserve">[14:29] </w:t>
      </w:r>
      <w:r>
        <w:t>lekin jo aadmi mar jaye, then there is no second chance for him. to yeh hai secular formula par jeene wale logon ka haal.</w:t>
      </w:r>
    </w:p>
    <w:p>
      <w:pPr>
        <w:jc w:val="right"/>
      </w:pPr>
      <w:r>
        <w:t>لیکن جو آدمی مر جائے، دین دیر از نو سیکنڈ چانس فار ہم۔ تو یہ ہے سیکولر فارمولے پر جینے والے لوگوں کا حال۔</w:t>
      </w:r>
    </w:p>
    <w:p>
      <w:r>
        <w:rPr>
          <w:b/>
        </w:rPr>
        <w:t xml:space="preserve">[14:41] </w:t>
      </w:r>
      <w:r>
        <w:t>ab dekhiye ke</w:t>
      </w:r>
    </w:p>
    <w:p>
      <w:pPr>
        <w:jc w:val="right"/>
      </w:pPr>
      <w:r>
        <w:t>اب دیکھیے کہ</w:t>
      </w:r>
    </w:p>
    <w:p>
      <w:r>
        <w:rPr>
          <w:b/>
        </w:rPr>
        <w:t xml:space="preserve">[14:48] </w:t>
      </w:r>
      <w:r>
        <w:t>hamare haan, hamare area mein ek sahib the, un ka shayar the akbar ilahabadi. bohat well known shayar hain woh.</w:t>
      </w:r>
    </w:p>
    <w:p>
      <w:pPr>
        <w:jc w:val="right"/>
      </w:pPr>
      <w:r>
        <w:t>ہمارے ہاں، ہمارے ایریا میں ایک صاحب تھے، ان کا شاعر تھے اکبر الہ آبادی۔ بہت ویل نون شاعر ہیں وہ۔</w:t>
      </w:r>
    </w:p>
    <w:p>
      <w:r>
        <w:rPr>
          <w:b/>
        </w:rPr>
        <w:t xml:space="preserve">[14:55] </w:t>
      </w:r>
      <w:r>
        <w:t>un ka shair hai ke kati umri hotelon mein mare, hospital ja kar. yeh paise walon ka haal hai. kati umri hotelon mein mare, hospital ja kar.</w:t>
      </w:r>
    </w:p>
    <w:p>
      <w:pPr>
        <w:jc w:val="right"/>
      </w:pPr>
      <w:r>
        <w:t>ان کا شعر ہے کہ کٹی عمری ہوٹلوں میں مرے، ہسپتال جا کر۔ یہ پیسے والوں کا حال ہے۔ کٹی عمری ہوٹلوں میں مرے، ہسپتال جا کر۔</w:t>
      </w:r>
    </w:p>
    <w:p>
      <w:r>
        <w:rPr>
          <w:b/>
        </w:rPr>
        <w:t xml:space="preserve">[15:06] </w:t>
      </w:r>
      <w:r>
        <w:t>paisa kamaya, hotelon mein wah wah kiya, aur phir bimar hue, bimar ho ke hospital gaye, aur phir mar gaye. to yeh koi, yeh koi end hai bataiye.</w:t>
      </w:r>
    </w:p>
    <w:p>
      <w:pPr>
        <w:jc w:val="right"/>
      </w:pPr>
      <w:r>
        <w:t>پیسہ کمایا، ہوٹلوں میں واہ واہ کیا، اور پھر بیمار ہوئے، بیمار ہو کے ہسپتال گئے، اور پھر مر گئے۔ تو یہ کوئی، یہ کوئی اینڈ ہے بتائیے۔</w:t>
      </w:r>
    </w:p>
    <w:p>
      <w:r>
        <w:rPr>
          <w:b/>
        </w:rPr>
        <w:t xml:space="preserve">[15:18] </w:t>
      </w:r>
      <w:r>
        <w:t>kati umar hotelon mein mare, hospital ja kar.</w:t>
      </w:r>
    </w:p>
    <w:p>
      <w:pPr>
        <w:jc w:val="right"/>
      </w:pPr>
      <w:r>
        <w:t>کٹی عمر ہوٹلوں میں مرے، ہسپتال جا کر۔</w:t>
      </w:r>
    </w:p>
    <w:p>
      <w:r>
        <w:rPr>
          <w:b/>
        </w:rPr>
        <w:t xml:space="preserve">[15:24] </w:t>
      </w:r>
      <w:r>
        <w:t>ab dekhiye doosra jo hai, ideology of religion. main yahan religion ka word use kar raha hoon, is ke prevalent form jo hai, is prevalent form jo hai, prevalent form.</w:t>
      </w:r>
    </w:p>
    <w:p>
      <w:pPr>
        <w:jc w:val="right"/>
      </w:pPr>
      <w:r>
        <w:t>اب دیکھیے دوسرا جو ہے، آئیڈیالوجی آف ریلیجن۔ میں یہاں ریلیجن کا ورڈ یوز کر رہا ہوں، اس کے پریونٹ فارم جو ہے، اس پریولنٹ فارم جو ہے، پریولنٹ فارم۔</w:t>
      </w:r>
    </w:p>
    <w:p>
      <w:r>
        <w:rPr>
          <w:b/>
        </w:rPr>
        <w:t xml:space="preserve">[15:37] </w:t>
      </w:r>
      <w:r>
        <w:t>real form mein nahi. jo real form hai religion ka, us ko main ne rabbani kaha hai. alag kar diya main ne us ko. jo prevalent form hai, us ko main le raha hoon.</w:t>
      </w:r>
    </w:p>
    <w:p>
      <w:pPr>
        <w:jc w:val="right"/>
      </w:pPr>
      <w:r>
        <w:t>ریل فارم میں نہیں۔ جو ریل فارم ہے ریلیجن کا، اس کو میں نے ربانی کہا ہے۔ الگ کر دیا میں نے اس کو۔ جو پریولنٹ فارم ہے، اس کو میں لے رہا ہوں۔</w:t>
      </w:r>
    </w:p>
    <w:p>
      <w:r>
        <w:rPr>
          <w:b/>
        </w:rPr>
        <w:t xml:space="preserve">[15:50] </w:t>
      </w:r>
      <w:r>
        <w:t>to prevalent form kya hai religion ka?</w:t>
      </w:r>
    </w:p>
    <w:p>
      <w:pPr>
        <w:jc w:val="right"/>
      </w:pPr>
      <w:r>
        <w:t>تو پریولنٹ فارم کیا ہے ریلیجن کا؟</w:t>
      </w:r>
    </w:p>
    <w:p>
      <w:r>
        <w:rPr>
          <w:b/>
        </w:rPr>
        <w:t xml:space="preserve">[15:52] </w:t>
      </w:r>
      <w:r>
        <w:t>woh har jagah hai, chahe sikh ho, jain ho, hindu ho, musalman ho, isai hon, jo hon, sab kahin ek hi hai.</w:t>
      </w:r>
    </w:p>
    <w:p>
      <w:pPr>
        <w:jc w:val="right"/>
      </w:pPr>
      <w:r>
        <w:t>وہ ہر جگہ ہے، چاہے سکھ ہو، جین ہو، ہندو ہو، مسلمان ہو، عیسائی ہوں، جو ہوں، سب کہیں ایک ہی ہے۔</w:t>
      </w:r>
    </w:p>
    <w:p>
      <w:r>
        <w:rPr>
          <w:b/>
        </w:rPr>
        <w:t xml:space="preserve">[16:04] </w:t>
      </w:r>
      <w:r>
        <w:t>kya hai woh? That is based on rituals. Present religion is nothing but rituals. A set of rituals har jagah. Aap sunnigar pe jaayen, tab bhi rituals milenge.</w:t>
      </w:r>
    </w:p>
    <w:p>
      <w:pPr>
        <w:jc w:val="right"/>
      </w:pPr>
      <w:r>
        <w:t>کیا ہے وہ؟ دیٹ از بیسڈ ان ریچولز۔ پریزنٹ ریلیجن از نتھنگ بٹ ریچولز۔ ا سیٹ اف ریچولز ہر جگہ۔ آپ سنیگار پہ جائیں، تب بھی ریچولز ملیں گے۔</w:t>
      </w:r>
    </w:p>
    <w:p>
      <w:r>
        <w:rPr>
          <w:b/>
        </w:rPr>
        <w:t xml:space="preserve">[16:15] </w:t>
      </w:r>
      <w:r>
        <w:t>aap church pe jaayen, tab bhi rituals milenge. aap gurdwara, mandir mein jaayen, rich</w:t>
      </w:r>
    </w:p>
    <w:p>
      <w:pPr>
        <w:jc w:val="right"/>
      </w:pPr>
      <w:r>
        <w:t>آپ چرچ پہ جائیں، تب بھی ریچولز ملیں گے۔ آپ گوردوارہ، مندر میں جائیں، ریچ</w:t>
      </w:r>
    </w:p>
    <w:p>
      <w:r>
        <w:rPr>
          <w:b/>
        </w:rPr>
        <w:t xml:space="preserve">[16:22] </w:t>
      </w:r>
      <w:r>
        <w:t>uals milenge. yahan tak ke masjid hai, wahan bhi rituals hain. masjid mein bhi. aaj jo islam musalmanon mein hai, that is a reduced form of religion.</w:t>
      </w:r>
    </w:p>
    <w:p>
      <w:pPr>
        <w:jc w:val="right"/>
      </w:pPr>
      <w:r>
        <w:t>ولز ملیں گے۔ یہاں تک کہ مسجد ہے، وہاں بھی ریچولز ہیں۔ مسجد میں بھی۔ آج جو اسلام مسلمانوں میں ہے، دیٹ از اے ریڈیوسڈ فارم آف ریلیجن۔</w:t>
      </w:r>
    </w:p>
    <w:p>
      <w:r>
        <w:rPr>
          <w:b/>
        </w:rPr>
        <w:t xml:space="preserve">[16:33] </w:t>
      </w:r>
      <w:r>
        <w:t>yaani wohi jo doosron ke haan hai. rituals, rituals, rituals.</w:t>
      </w:r>
    </w:p>
    <w:p>
      <w:pPr>
        <w:jc w:val="right"/>
      </w:pPr>
      <w:r>
        <w:t>یعنی وہی جو دوسروں کے ہاں ہے۔ ریچولز، ریچولز، ریچولز۔</w:t>
      </w:r>
    </w:p>
    <w:p>
      <w:r>
        <w:rPr>
          <w:b/>
        </w:rPr>
        <w:t xml:space="preserve">[16:43] </w:t>
      </w:r>
      <w:r>
        <w:t>kisi bhi aap ibadat gaah mein jaaiye,</w:t>
      </w:r>
    </w:p>
    <w:p>
      <w:pPr>
        <w:jc w:val="right"/>
      </w:pPr>
      <w:r>
        <w:t>کسی بھی آپ عبادت گاہ میں جائیے،</w:t>
      </w:r>
    </w:p>
    <w:p>
      <w:r>
        <w:rPr>
          <w:b/>
        </w:rPr>
        <w:t xml:space="preserve">[16:47] </w:t>
      </w:r>
      <w:r>
        <w:t>aap dekhen ke bas kuch rituals hain, usi ko dohrate hain, samajhte hain ke hum. life alag hai, haqeeqi life alag hai. aaj ka jo insaan hai, naam lega, lekin kisi mazhab ka, lekin uska apna jo hai,</w:t>
      </w:r>
    </w:p>
    <w:p>
      <w:pPr>
        <w:jc w:val="right"/>
      </w:pPr>
      <w:r>
        <w:t>آپ دیکھیں کہ بس کچھ ریچولز ہیں، اسی کو دہراتے ہیں، سمجھتے ہیں کہ ہم۔ لائف الگ ہے، حقیقی لائف الگ ہے۔ آج کا جو انسان ہے، نام لے گا، لیکن کسی مذہب کا، لیکن اس کا اپنا جو ہے،</w:t>
      </w:r>
    </w:p>
    <w:p>
      <w:r>
        <w:rPr>
          <w:b/>
        </w:rPr>
        <w:t xml:space="preserve">[17:05] </w:t>
      </w:r>
      <w:r>
        <w:t>us ko us ne mazhab ke pakad mein nahin diya. bas rituals kar liya, baqi zindagi alag hai. main aap ko ek misaal deta hoon.</w:t>
      </w:r>
    </w:p>
    <w:p>
      <w:pPr>
        <w:jc w:val="right"/>
      </w:pPr>
      <w:r>
        <w:t>اس کو اس نے مذہب کے پکڑ میں نہیں دیا۔ بس ریچولز کر لیا، باقی زندگی الگ ہے۔ میں آپ کو ایک مثال دیتا ہوں۔</w:t>
      </w:r>
    </w:p>
    <w:p>
      <w:r>
        <w:rPr>
          <w:b/>
        </w:rPr>
        <w:t xml:space="preserve">[17:17] </w:t>
      </w:r>
      <w:r>
        <w:t>aap kisi bhi masjid mein jaayen, musalmanon ki jo masjidें hain, aaj kal bhari hui, kaha jata hai ke masjidें bhari hui hain. bahut log khush hote hain.</w:t>
      </w:r>
    </w:p>
    <w:p>
      <w:pPr>
        <w:jc w:val="right"/>
      </w:pPr>
      <w:r>
        <w:t>آپ کسی بھی مسجد میں جائیے، مسلمانوں کی جو مسجدیں ہیں، آج کل بھری ہوئی، کہا جاتا ہے کہ مسجدیں بھری ہوئی ہیں۔ بہت لوگ خوش ہوتے ہیں۔</w:t>
      </w:r>
    </w:p>
    <w:p>
      <w:r>
        <w:rPr>
          <w:b/>
        </w:rPr>
        <w:t xml:space="preserve">[17:28] </w:t>
      </w:r>
      <w:r>
        <w:t>bahut khush hote hain log, jook dar jook masjid chale aa rahe hain. achha, aap jaaiye masjid mein namaz padhiye. kisi juma ko chale jaaiye, aap jook dar jook log chale aa rahe hain.</w:t>
      </w:r>
    </w:p>
    <w:p>
      <w:pPr>
        <w:jc w:val="right"/>
      </w:pPr>
      <w:r>
        <w:t>بہت خوش ہوتے ہیں لوگ، جوک در جوک مسجد چلے آ رہے ہیں۔ اچھا، آپ جائیے مسجد میں نماز پڑھیے۔ کسی جمعہ کو چلے جائیے، آپ جوک در جوک لوگ چلے آ رہے ہیں۔</w:t>
      </w:r>
    </w:p>
    <w:p>
      <w:r>
        <w:rPr>
          <w:b/>
        </w:rPr>
        <w:t xml:space="preserve">[17:42] </w:t>
      </w:r>
      <w:r>
        <w:t>yahan to wahan tak mazhab zinda ho gaya hai.</w:t>
      </w:r>
    </w:p>
    <w:p>
      <w:pPr>
        <w:jc w:val="right"/>
      </w:pPr>
      <w:r>
        <w:t>یہاں تو وہاں تک مذہب زندہ ہو گیا ہے۔</w:t>
      </w:r>
    </w:p>
    <w:p>
      <w:r>
        <w:rPr>
          <w:b/>
        </w:rPr>
        <w:t xml:space="preserve">[17:45] </w:t>
      </w:r>
      <w:r>
        <w:t>mazhab nahin zinda hue, ritual zinda ho gaye hain. ritual mazhab ka reduced form zinda ho gaya hai. the reduced form of islam.</w:t>
      </w:r>
    </w:p>
    <w:p>
      <w:pPr>
        <w:jc w:val="right"/>
      </w:pPr>
      <w:r>
        <w:t>مذہب نہیں زندہ ہوا، ریچول زندہ ہو گئے ہیں۔ ریچول مذہب کا ریڈیوسڈ فارم زندہ ہو گیا ہے۔ دی ریڈیوسڈ فارم آف اسلام۔</w:t>
      </w:r>
    </w:p>
    <w:p>
      <w:r>
        <w:rPr>
          <w:b/>
        </w:rPr>
        <w:t xml:space="preserve">[17:58] </w:t>
      </w:r>
      <w:r>
        <w:t>ab aap dekhen ke wahan par kya hai. ek farsi shayar the. main ek comparison deta hoon aap ko samajhne ke liye.</w:t>
      </w:r>
    </w:p>
    <w:p>
      <w:pPr>
        <w:jc w:val="right"/>
      </w:pPr>
      <w:r>
        <w:t>اب آپ دیکھیں کہ وہاں پر کیا ہے۔ ایک فارسی شاعر تھے۔ میں ایک کمپیریزن دیتا ہوں آپ کو سمجھنے کے لیے۔</w:t>
      </w:r>
    </w:p>
    <w:p>
      <w:r>
        <w:rPr>
          <w:b/>
        </w:rPr>
        <w:t xml:space="preserve">[18:09] </w:t>
      </w:r>
      <w:r>
        <w:t>ek farsi shayar ne kaha tha, pehle zamane mein,</w:t>
      </w:r>
    </w:p>
    <w:p>
      <w:pPr>
        <w:jc w:val="right"/>
      </w:pPr>
      <w:r>
        <w:t>ایک فارسی شاعر نے کہا تھا، پہلے زمانے میں،</w:t>
      </w:r>
    </w:p>
    <w:p>
      <w:r>
        <w:rPr>
          <w:b/>
        </w:rPr>
        <w:t xml:space="preserve">[18:14] </w:t>
      </w:r>
      <w:r>
        <w:t>pehle zamane mein jab ke mobile nahin tha, paise ki afraat nahin thi, gharat hua karti thi. aaj kal to paisa har taraf, paisa beh raha hai, paisa beh raha hai, paisa beh raha hai.</w:t>
      </w:r>
    </w:p>
    <w:p>
      <w:pPr>
        <w:jc w:val="right"/>
      </w:pPr>
      <w:r>
        <w:t>پہلے زمانے میں جب کہ موبائل نہیں تھا، پیسے کی افراط نہیں تھی، غربت ہوا کرتی تھی۔ آج کل تو پیسہ ہر طرف، پیسہ بہہ رہا ہے، پیسہ بہہ رہا ہے، پیسہ بہہ رہا ہے۔</w:t>
      </w:r>
    </w:p>
    <w:p>
      <w:r>
        <w:rPr>
          <w:b/>
        </w:rPr>
        <w:t xml:space="preserve">[18:27] </w:t>
      </w:r>
      <w:r>
        <w:t>woh pehle aisa zamana nahin tha. hamare bachpan mein paisa bahut hi kam hua karta tha logon ke paas. ab to jis ke liye paisa hai, us ki jeeb bhara hua hai.</w:t>
      </w:r>
    </w:p>
    <w:p>
      <w:pPr>
        <w:jc w:val="right"/>
      </w:pPr>
      <w:r>
        <w:t>وہ پہلے ایسا زمانہ نہیں تھا۔ ہمارے بچپن میں پیسہ بہت ہی کم ہوا کرتا تھا لوگوں کے پاس۔ اب تو جس کے لیے پیسہ ہے، اس کی جیب بھرا ہوا ہے۔</w:t>
      </w:r>
    </w:p>
    <w:p>
      <w:r>
        <w:rPr>
          <w:b/>
        </w:rPr>
        <w:t xml:space="preserve">[18:39] </w:t>
      </w:r>
      <w:r>
        <w:t>us mein gharat hua karti thi zyada tar.</w:t>
      </w:r>
    </w:p>
    <w:p>
      <w:pPr>
        <w:jc w:val="right"/>
      </w:pPr>
      <w:r>
        <w:t>اس میں غربت ہوا کرتی تھی زیادہ تر۔</w:t>
      </w:r>
    </w:p>
    <w:p>
      <w:r>
        <w:rPr>
          <w:b/>
        </w:rPr>
        <w:t xml:space="preserve">[18:44] </w:t>
      </w:r>
      <w:r>
        <w:t>to shayar ne kaha ke "shab to shab cho aqd-e-namaz bar bandam, ch khurat ba-damad farzandam." shab cho aqd-e-namaz bar bandam,</w:t>
      </w:r>
    </w:p>
    <w:p>
      <w:pPr>
        <w:jc w:val="right"/>
      </w:pPr>
      <w:r>
        <w:t>تو شاعر نے کہا کہ "شب تو شب چو عقد نماز بر بندم، چخرت بامداد فرزندم۔" شب چو عقد نماز بر بندم،</w:t>
      </w:r>
    </w:p>
    <w:p>
      <w:r>
        <w:rPr>
          <w:b/>
        </w:rPr>
        <w:t xml:space="preserve">[19:00] </w:t>
      </w:r>
      <w:r>
        <w:t>ch khurat ba-damad farzandam. yaani raat ko jab main namaz padhne ke liye khada hua to dil mein kya tha?</w:t>
      </w:r>
    </w:p>
    <w:p>
      <w:pPr>
        <w:jc w:val="right"/>
      </w:pPr>
      <w:r>
        <w:t>چخرت بامداد فرزندم۔ یعنی رات کو جب میں نماز پڑھنے کے لیے کھڑا ہوا تو دل میں کیا تھا؟</w:t>
      </w:r>
    </w:p>
    <w:p>
      <w:r>
        <w:rPr>
          <w:b/>
        </w:rPr>
        <w:t xml:space="preserve">[19:09] </w:t>
      </w:r>
      <w:r>
        <w:t>subah ke mere bachche kya khayenge?</w:t>
      </w:r>
    </w:p>
    <w:p>
      <w:pPr>
        <w:jc w:val="right"/>
      </w:pPr>
      <w:r>
        <w:t>صبح کے میرے بچے کیا کھائیں گے؟</w:t>
      </w:r>
    </w:p>
    <w:p>
      <w:r>
        <w:rPr>
          <w:b/>
        </w:rPr>
        <w:t xml:space="preserve">[19:15] </w:t>
      </w:r>
      <w:r>
        <w:t>yaani raat ko jab main namaz padhne ke liye khada hua to dil mein kya tha? mere bachche kal subah kya khayenge? yeh tha daur-e-gharat ka mamla.</w:t>
      </w:r>
    </w:p>
    <w:p>
      <w:pPr>
        <w:jc w:val="right"/>
      </w:pPr>
      <w:r>
        <w:t>یعنی رات کو جب میں نماز پڑھنے کے لیے کھڑا ہوا تو دل میں کیا تھا؟ میرے بچے کل صبح کیا کھائیں گے؟ یہ تھا دور غربت کا معاملہ۔</w:t>
      </w:r>
    </w:p>
    <w:p>
      <w:r>
        <w:rPr>
          <w:b/>
        </w:rPr>
        <w:t xml:space="preserve">[19:24] </w:t>
      </w:r>
      <w:r>
        <w:t>ab jo hai, daur-e-tharat hai. age of money hai. ab kya hai? age of, age of mobile hai.</w:t>
      </w:r>
    </w:p>
    <w:p>
      <w:pPr>
        <w:jc w:val="right"/>
      </w:pPr>
      <w:r>
        <w:t>اب جو ہے، دور ثروت ہے۔ ایج آف منی ہے۔ اب کیا ہے؟ ایج آف، ایج آف موبائل ہے۔</w:t>
      </w:r>
    </w:p>
    <w:p>
      <w:r>
        <w:rPr>
          <w:b/>
        </w:rPr>
        <w:t xml:space="preserve">[19:35] </w:t>
      </w:r>
      <w:r>
        <w:t>jis ko dekho, us ki jeeb mobile hai. ab jaaiye masjid mein, aap jaaiye. har aadmi ki jeeb mein mobile hoga.</w:t>
      </w:r>
    </w:p>
    <w:p>
      <w:pPr>
        <w:jc w:val="right"/>
      </w:pPr>
      <w:r>
        <w:t>جس کو دیکھو، اس کی جیب موبائل ہے۔ اب جائیے مسجد میں، آپ جائیے۔ ہر آدمی کی جیب میں موبائل ہوگا۔</w:t>
      </w:r>
    </w:p>
    <w:p>
      <w:r>
        <w:rPr>
          <w:b/>
        </w:rPr>
        <w:t xml:space="preserve">[19:44] </w:t>
      </w:r>
      <w:r>
        <w:t>kuch logon ke mobile to namaz ke beech mein bajne lagta hai, banda nahin karte.</w:t>
      </w:r>
    </w:p>
    <w:p>
      <w:pPr>
        <w:jc w:val="right"/>
      </w:pPr>
      <w:r>
        <w:t>کچھ لوگوں کے موبائل تو نماز کے بیچ میں بجنے لگتا ہے، بندہ نہیں کرتے۔</w:t>
      </w:r>
    </w:p>
    <w:p>
      <w:r>
        <w:rPr>
          <w:b/>
        </w:rPr>
        <w:t xml:space="preserve">[19:52] </w:t>
      </w:r>
      <w:r>
        <w:t>aur baqi log jaise hi namaz khatm hogi, mobile nikaal ke foran check karenge. yaani namaz khatm hui, mobile check ho raha hai. us ke maani ke ab jo hai, farq itna hi hua hai ke pehle namaz padhne wala sochta tha ke mere bachche kya khayenge?</w:t>
      </w:r>
    </w:p>
    <w:p>
      <w:pPr>
        <w:jc w:val="right"/>
      </w:pPr>
      <w:r>
        <w:t>اور باقی لوگ جیسے ہی نماز ختم ہوگی، موبائل نکال کے فوراً چیک کریں گے۔ یعنی نماز ختم ہوئی، موبائل چیک ہو رہا ہے۔ اس کے معنی کہ اب جو ہے، فرق اتنا ہی ہوا ہے کہ پہلے نماز پڑھنے والا سوچتا تھا کہ میرے بچے کیا کھائیں گے؟</w:t>
      </w:r>
    </w:p>
    <w:p>
      <w:r>
        <w:rPr>
          <w:b/>
        </w:rPr>
        <w:t xml:space="preserve">[20:09] </w:t>
      </w:r>
      <w:r>
        <w:t>ab sochta hai ke mere mobile ka message kis ka aaya hai?</w:t>
      </w:r>
    </w:p>
    <w:p>
      <w:pPr>
        <w:jc w:val="right"/>
      </w:pPr>
      <w:r>
        <w:t>اب سوچتا ہے کہ میرے موبائل کا میسج کس کا آیا ہے؟</w:t>
      </w:r>
    </w:p>
    <w:p>
      <w:r>
        <w:rPr>
          <w:b/>
        </w:rPr>
        <w:t xml:space="preserve">[20:13] </w:t>
      </w:r>
      <w:r>
        <w:t>itna hi farq hua. khuda ko kaun sochta hai? parh rahe hain namaz, sochte hain kya hai? bachche kya khayenge?</w:t>
      </w:r>
    </w:p>
    <w:p>
      <w:pPr>
        <w:jc w:val="right"/>
      </w:pPr>
      <w:r>
        <w:t>اتنا ہی فرق ہوا۔ خدا کو کون سوچتا ہے؟ پڑھ رہے ہیں نماز، سوچتے ہیں کیا ہے؟ بچے کیا کھائیں گے؟</w:t>
      </w:r>
    </w:p>
    <w:p>
      <w:r>
        <w:rPr>
          <w:b/>
        </w:rPr>
        <w:t xml:space="preserve">[20:23] </w:t>
      </w:r>
      <w:r>
        <w:t>ab kya hai? soch parh rahe hain namaz, sochte hain kya hain? mobile pe kis ka message aa raha hai? yeh koi namaz hai? yeh hindi lafz agar main istemal karun to kahungi yeh khilwad hai.</w:t>
      </w:r>
    </w:p>
    <w:p>
      <w:pPr>
        <w:jc w:val="right"/>
      </w:pPr>
      <w:r>
        <w:t>اب کیا ہے؟ سوچ پڑھ رہے ہیں نماز، سوچتے ہیں کیا ہیں؟ موبائل پہ کس کا میسج آ رہا ہے؟ یہ کوئی نماز ہے؟ یہ ہندی لفظ اگر میں استعمال کروں تو کہوں گی یہ کھلواڑ ہے۔</w:t>
      </w:r>
    </w:p>
    <w:p>
      <w:r>
        <w:rPr>
          <w:b/>
        </w:rPr>
        <w:t xml:space="preserve">[20:37] </w:t>
      </w:r>
      <w:r>
        <w:t>namaz nahi hai. yeh</w:t>
      </w:r>
    </w:p>
    <w:p>
      <w:pPr>
        <w:jc w:val="right"/>
      </w:pPr>
      <w:r>
        <w:t>نماز نہیں ہے۔ یہ</w:t>
      </w:r>
    </w:p>
    <w:p>
      <w:r>
        <w:rPr>
          <w:b/>
        </w:rPr>
        <w:t xml:space="preserve">[20:45] </w:t>
      </w:r>
      <w:r>
        <w:t>kabir ne bada acha ek kaha tha ke "haath maathe tilak, haath malbana." maathe tilak, haath malbana.</w:t>
      </w:r>
    </w:p>
    <w:p>
      <w:pPr>
        <w:jc w:val="right"/>
      </w:pPr>
      <w:r>
        <w:t>کبیر نے بڑا اچھا ایک کہا تھا کہ "ہاتھ ماتھے تلک، ہاتھ ملبانہ۔" ماتھے تلک، ہاتھ ملبانہ۔</w:t>
      </w:r>
    </w:p>
    <w:p>
      <w:r>
        <w:rPr>
          <w:b/>
        </w:rPr>
        <w:t xml:space="preserve">[20:55] </w:t>
      </w:r>
      <w:r>
        <w:t>logan ram khilona jaana. to mazhab ko khilwad bana liya hai. itna nahi, in ko ho sakta hai ke mobile ghar par rakh dein,</w:t>
      </w:r>
    </w:p>
    <w:p>
      <w:pPr>
        <w:jc w:val="right"/>
      </w:pPr>
      <w:r>
        <w:t>لوگن رام کھلونا جانا۔ تو مذہب کو کھلواڑ بنا لیا ہے۔ اتنا نہیں، ان کو ہو سکتا ہے کہ موبائل گھر پر رکھ دیں،</w:t>
      </w:r>
    </w:p>
    <w:p>
      <w:r>
        <w:rPr>
          <w:b/>
        </w:rPr>
        <w:t xml:space="preserve">[21:07] </w:t>
      </w:r>
      <w:r>
        <w:t>ja ke poore dedicated, poore concentration ke sath namaz padhein, ek sui ke sath khuda ko yaad karein, dua karein.</w:t>
      </w:r>
    </w:p>
    <w:p>
      <w:pPr>
        <w:jc w:val="right"/>
      </w:pPr>
      <w:r>
        <w:t>جا کے پورے ڈیڈیکیٹ، پورے کنسنٹریشن کے ساتھ نماز پڑھیں، ایکسوئی کے ساتھ خدا کو یاد کریں، دعا کریں۔</w:t>
      </w:r>
    </w:p>
    <w:p>
      <w:r>
        <w:rPr>
          <w:b/>
        </w:rPr>
        <w:t xml:space="preserve">[21:18] </w:t>
      </w:r>
      <w:r>
        <w:t>aur phir aayenge to dekh lenge ke mobile par kis ka message aaya hai. masjid mein layenge, le jayenge, mobile jeeb mein rakh kar ke. aur khatm ho to namaz khatm hui to mobile check ho raha hai.</w:t>
      </w:r>
    </w:p>
    <w:p>
      <w:pPr>
        <w:jc w:val="right"/>
      </w:pPr>
      <w:r>
        <w:t>اور پھر آئیں گے تو دیکھ لیں گے کہ موبائل پر کس کا میسج آیا ہے۔ مسجد میں لائیں گے، لے جائیں گے، موبائل جیب میں رکھ کر کے۔ اور ختم ہو تو نماز ختم ہوئی تو موبائل چیک ہو رہا ہے۔</w:t>
      </w:r>
    </w:p>
    <w:p>
      <w:r>
        <w:rPr>
          <w:b/>
        </w:rPr>
        <w:t xml:space="preserve">[21:31] </w:t>
      </w:r>
      <w:r>
        <w:t>gate ke bahar niklein to mobile par kaan par mobile hai. yeh koi namaz hai? yeh</w:t>
      </w:r>
    </w:p>
    <w:p>
      <w:pPr>
        <w:jc w:val="right"/>
      </w:pPr>
      <w:r>
        <w:t>گیٹ کے باہر نکلیں تو موبائل پر کان پر موبائل ہے۔ یہ کوئی نماز ہے؟ یہ</w:t>
      </w:r>
    </w:p>
    <w:p>
      <w:r>
        <w:rPr>
          <w:b/>
        </w:rPr>
        <w:t xml:space="preserve">[21:38] </w:t>
      </w:r>
      <w:r>
        <w:t>yeh koi namaz hai? quran mein hai ke "qad aafalhal mominun allazina hum fi salatihim khashiun." namaz woh namaz hai jis mein ek sui ho,</w:t>
      </w:r>
    </w:p>
    <w:p>
      <w:pPr>
        <w:jc w:val="right"/>
      </w:pPr>
      <w:r>
        <w:t>یہ کوئی نماز ہے؟ قرآن میں ہے کہ "قطع المومنون الذین فی خاشعون۔" نماز وہ نماز ہے جس میں ایک سوئی ہو،</w:t>
      </w:r>
    </w:p>
    <w:p>
      <w:r>
        <w:rPr>
          <w:b/>
        </w:rPr>
        <w:t xml:space="preserve">[21:52] </w:t>
      </w:r>
      <w:r>
        <w:t>isi mein dil laga hua ho. woh namaz, namaz ya soch ban gayi ho. soch namaz naam hai khudai soch ka.</w:t>
      </w:r>
    </w:p>
    <w:p>
      <w:pPr>
        <w:jc w:val="right"/>
      </w:pPr>
      <w:r>
        <w:t>اسی میں دل لگا ہوا ہو۔ وہ نماز، نماز یا سوچ بن گئی ہو۔ سوچ نماز نام ہے خدائی سوچ کا۔</w:t>
      </w:r>
    </w:p>
    <w:p>
      <w:r>
        <w:rPr>
          <w:b/>
        </w:rPr>
        <w:t xml:space="preserve">[22:07] </w:t>
      </w:r>
      <w:r>
        <w:t>to yeh hai kya? yeh jo hai islam ya doosre mazahib, sab ke sab reduced form of religion.</w:t>
      </w:r>
    </w:p>
    <w:p>
      <w:pPr>
        <w:jc w:val="right"/>
      </w:pPr>
      <w:r>
        <w:t>تو یہ ہے کیا؟ یہ جو ہے اسلام یا دوسرے مذاہب، سب کے سب ریڈیوسڈ فارم آف ریلیجن۔</w:t>
      </w:r>
    </w:p>
    <w:p>
      <w:r>
        <w:rPr>
          <w:b/>
        </w:rPr>
        <w:t xml:space="preserve">[22:17] </w:t>
      </w:r>
      <w:r>
        <w:t>reduced form of islam. kuch rituals hain, kuch form hain, kuch rasmein hain. is ko pakad rakha aur samajhte hain ke hum to, hum to islam par hain, hum mazhab par hain.</w:t>
      </w:r>
    </w:p>
    <w:p>
      <w:pPr>
        <w:jc w:val="right"/>
      </w:pPr>
      <w:r>
        <w:t>ریڈیوسڈ فارم آف اسلام۔ کچھ ریچولز ہیں، کچھ فارم ہیں، کچھ رسمیں ہیں۔ اس کو پکڑ رکھا اور سمجھتے ہیں کہ ہم تو، ہم تو اسلام پر ہیں، ہم مذہب پر ہیں۔</w:t>
      </w:r>
    </w:p>
    <w:p>
      <w:r>
        <w:rPr>
          <w:b/>
        </w:rPr>
        <w:t xml:space="preserve">[22:34] </w:t>
      </w:r>
      <w:r>
        <w:t>in logon ka kaha jata hai "practicing muslim</w:t>
      </w:r>
    </w:p>
    <w:p>
      <w:pPr>
        <w:jc w:val="right"/>
      </w:pPr>
      <w:r>
        <w:t>ان لوگوں کا کہا جاتا ہے "پریکٹسنگ مسلم</w:t>
      </w:r>
    </w:p>
    <w:p>
      <w:r>
        <w:rPr>
          <w:b/>
        </w:rPr>
        <w:t xml:space="preserve">[22:36] </w:t>
      </w:r>
      <w:r>
        <w:t>s." yeh practicing muslim hai, is ka naam hai. to ek baat maine kahi, ideology of, yani ek baat maine kahi, secular ideology ki.</w:t>
      </w:r>
    </w:p>
    <w:p>
      <w:pPr>
        <w:jc w:val="right"/>
      </w:pPr>
      <w:r>
        <w:t>ز۔" یہ پریکٹسنگ مسلم ہے، اس کا نام ہے۔ تو ایک بات میں نے کہی، آئیڈیالوجی آف، یعنی ایک بات میں نے کہی، سیکولر آئیڈیالوجی کی۔</w:t>
      </w:r>
    </w:p>
    <w:p>
      <w:r>
        <w:rPr>
          <w:b/>
        </w:rPr>
        <w:t xml:space="preserve">[22:46] </w:t>
      </w:r>
      <w:r>
        <w:t>secular ideology of life ki. doosri baat maine kahi, religious ideology of life ki. ab teesri baat suniye, woh hai rabbani ideology of life.</w:t>
      </w:r>
    </w:p>
    <w:p>
      <w:pPr>
        <w:jc w:val="right"/>
      </w:pPr>
      <w:r>
        <w:t>سیکولر آئیڈیالوجی آف لائف کی۔ دوسری بات میں نے کہی، ریلیجیس آئیڈیالوجی آف لائف کی۔ اب تیسری بات سنیے، وہ ہے ربانی آئیڈیالوجی آف لائف۔</w:t>
      </w:r>
    </w:p>
    <w:p>
      <w:r>
        <w:rPr>
          <w:b/>
        </w:rPr>
        <w:t xml:space="preserve">[23:01] </w:t>
      </w:r>
      <w:r>
        <w:t>yani sachcha mazhab, sachcha islam, woh kya cheez hai?</w:t>
      </w:r>
    </w:p>
    <w:p>
      <w:pPr>
        <w:jc w:val="right"/>
      </w:pPr>
      <w:r>
        <w:t>یعنی سچا مذہب، سچا اسلام، وہ کیا چیز ہے؟</w:t>
      </w:r>
    </w:p>
    <w:p>
      <w:r>
        <w:rPr>
          <w:b/>
        </w:rPr>
        <w:t xml:space="preserve">[23:10] </w:t>
      </w:r>
      <w:r>
        <w:t>dekhiye, sachcha islam kya hai? it begins from discovery. woh na ritual se paida ho, shuru hota, na mobile se shuru hota, na kisi cheez se.</w:t>
      </w:r>
    </w:p>
    <w:p>
      <w:pPr>
        <w:jc w:val="right"/>
      </w:pPr>
      <w:r>
        <w:t>دیکھیے، سچا اسلام کیا ہے؟ اٹ بیگنز فرام ڈسکوری۔ وہ نہ ریچول سے پیدا ہو، شروع ہوتا، نہ موبائل سے شروع ہوتا، نہ کسی چیز سے۔</w:t>
      </w:r>
    </w:p>
    <w:p>
      <w:r>
        <w:rPr>
          <w:b/>
        </w:rPr>
        <w:t xml:space="preserve">[23:22] </w:t>
      </w:r>
      <w:r>
        <w:t>woh ek discovery se shuru hota hai.</w:t>
      </w:r>
    </w:p>
    <w:p>
      <w:pPr>
        <w:jc w:val="right"/>
      </w:pPr>
      <w:r>
        <w:t>وہ ایک ڈسکوری سے شروع ہوتا ہے۔</w:t>
      </w:r>
    </w:p>
    <w:p>
      <w:r>
        <w:rPr>
          <w:b/>
        </w:rPr>
        <w:t xml:space="preserve">[23:27] </w:t>
      </w:r>
      <w:r>
        <w:t>jab aap sochte hain apne bare mein, duniya ke bare mein, sari universe ke bare mein, aap ko ek discovery hoti hai.</w:t>
      </w:r>
    </w:p>
    <w:p>
      <w:pPr>
        <w:jc w:val="right"/>
      </w:pPr>
      <w:r>
        <w:t>جب آپ سوچتے ہیں اپنے بارے میں، دنیا کے بارے میں، ساری یونیورس کے بارے میں، آپ کو ایک ڈسکوری ہوتی ہے۔</w:t>
      </w:r>
    </w:p>
    <w:p>
      <w:r>
        <w:rPr>
          <w:b/>
        </w:rPr>
        <w:t xml:space="preserve">[23:38] </w:t>
      </w:r>
      <w:r>
        <w:t>discovery. aap ko ek discovery hoti hai. is discovery ke baad aap chala uthte hain ke "haan, khudaya tu khuda hai, khudaya tu creator hai, khudaya maine tayyar kar chhip gaya."</w:t>
      </w:r>
    </w:p>
    <w:p>
      <w:pPr>
        <w:jc w:val="right"/>
      </w:pPr>
      <w:r>
        <w:t>ڈسکوری۔ آپ کو ایک ڈسکوری ہوتی ہے۔ اس ڈسکوری کے بعد آپ چلا اٹھتے ہیں کہ "ہاں، خدایا تو خدا ہے، خدایا تو کریٹر ہے، خدایا میں نے تیار کر چھپ گیا۔"</w:t>
      </w:r>
    </w:p>
    <w:p>
      <w:r>
        <w:rPr>
          <w:b/>
        </w:rPr>
        <w:t xml:space="preserve">[23:55] </w:t>
      </w:r>
      <w:r>
        <w:t>discovery ek process hai, ek gradual irtqa hai. discovery ek din nahi hoti. jaise is ko hua tha ke</w:t>
      </w:r>
    </w:p>
    <w:p>
      <w:pPr>
        <w:jc w:val="right"/>
      </w:pPr>
      <w:r>
        <w:t>ڈسکوری ایک پروسیس ہے، ایک گریجول ارتقاء ہے۔ ڈسکوری ایک دن نہیں ہوتی۔ جیسے اس کو ہوا تھا کہ</w:t>
      </w:r>
    </w:p>
    <w:p>
      <w:r>
        <w:rPr>
          <w:b/>
        </w:rPr>
        <w:t xml:space="preserve">[24:06] </w:t>
      </w:r>
      <w:r>
        <w:t>eureka, eureka. eureka bhi ek din nahi, woh mukammal hua. woh to aaghaz tha. yunan mein, greece mein jo hua tha, eureka, woh to aaghaz tha is ka.</w:t>
      </w:r>
    </w:p>
    <w:p>
      <w:pPr>
        <w:jc w:val="right"/>
      </w:pPr>
      <w:r>
        <w:t>یوریکا، یوریکا۔ یوریکا بھی ایک دن نہیں، وہ مکمل ہوا۔ وہ تو آغاز تھا۔ یونان میں، گریس میں جو ہوا تھا، یوریکا، وہ تو آغاز تھا اس کا۔</w:t>
      </w:r>
    </w:p>
    <w:p>
      <w:r>
        <w:rPr>
          <w:b/>
        </w:rPr>
        <w:t xml:space="preserve">[24:17] </w:t>
      </w:r>
      <w:r>
        <w:t>phir woh badhte badhte poori science ban gaya.</w:t>
      </w:r>
    </w:p>
    <w:p>
      <w:pPr>
        <w:jc w:val="right"/>
      </w:pPr>
      <w:r>
        <w:t>پھر وہ بڑھتے بڑھتے پوری سائنس بن گیا۔</w:t>
      </w:r>
    </w:p>
    <w:p>
      <w:r>
        <w:rPr>
          <w:b/>
        </w:rPr>
        <w:t xml:space="preserve">[24:22] </w:t>
      </w:r>
      <w:r>
        <w:t>yani greek philosophers ko jo discovery hui thi,</w:t>
      </w:r>
    </w:p>
    <w:p>
      <w:pPr>
        <w:jc w:val="right"/>
      </w:pPr>
      <w:r>
        <w:t>یعنی گریک فلاسفرز کو جو ڈسکوری ہوئی تھی،</w:t>
      </w:r>
    </w:p>
    <w:p>
      <w:r>
        <w:rPr>
          <w:b/>
        </w:rPr>
        <w:t xml:space="preserve">[24:29] </w:t>
      </w:r>
      <w:r>
        <w:t>woh ek, ek, ek aaghaz tha. is discovery ka aaghaz tha. beginning thi, beginning. is beginning ko le kar ke bahut insanon ne kaam kiya.</w:t>
      </w:r>
    </w:p>
    <w:p>
      <w:pPr>
        <w:jc w:val="right"/>
      </w:pPr>
      <w:r>
        <w:t>وہ ایک، ایک، ایک آغاز تھا۔ اس ڈسکوری کا آغاز تھا۔ بگننگ تھی، بگننگ۔ اس بگننگ کو لے کر کے بہت انسانوں نے کام کیا۔</w:t>
      </w:r>
    </w:p>
    <w:p>
      <w:r>
        <w:rPr>
          <w:b/>
        </w:rPr>
        <w:t xml:space="preserve">[24:40] </w:t>
      </w:r>
      <w:r>
        <w:t>phir ek poori science bani.</w:t>
      </w:r>
    </w:p>
    <w:p>
      <w:pPr>
        <w:jc w:val="right"/>
      </w:pPr>
      <w:r>
        <w:t>پھر ایک پوری سائنس بنی۔</w:t>
      </w:r>
    </w:p>
    <w:p>
      <w:r>
        <w:rPr>
          <w:b/>
        </w:rPr>
        <w:t xml:space="preserve">[24:45] </w:t>
      </w:r>
      <w:r>
        <w:t>aise hi jo is mazhab ki ya khuda ki discovery hoti hai, to is ka ek starting point hota hai. badhte badhte badhte kahan pahunchti hai? jaise main apni misaal deta hoon aap ko.</w:t>
      </w:r>
    </w:p>
    <w:p>
      <w:pPr>
        <w:jc w:val="right"/>
      </w:pPr>
      <w:r>
        <w:t>ایسے ہی جو اس مذہب کی یا خدا کی ڈسکوری ہوتی ہے، تو اس کا ایک سٹارٹنگ پوائنٹ ہوتا ہے۔ بڑھتے بڑھتے بڑھتے کہاں پہنچتی ہے؟ جیسے میں اپنی مثال دیتا ہوں آپ کو۔</w:t>
      </w:r>
    </w:p>
    <w:p>
      <w:r>
        <w:rPr>
          <w:b/>
        </w:rPr>
        <w:t xml:space="preserve">[24:59] </w:t>
      </w:r>
      <w:r>
        <w:t>main gaon mein rehta tha. yaani UP ka ek bahut hi remote village. remote village.</w:t>
      </w:r>
    </w:p>
    <w:p>
      <w:pPr>
        <w:jc w:val="right"/>
      </w:pPr>
      <w:r>
        <w:t>میں گاؤں میں رہتا تھا۔ یعنی یو پی کا ایک بہت ہی ریموٹ ولیج۔ ریموٹ ولیج۔</w:t>
      </w:r>
    </w:p>
    <w:p>
      <w:r>
        <w:rPr>
          <w:b/>
        </w:rPr>
        <w:t xml:space="preserve">[25:07] </w:t>
      </w:r>
      <w:r>
        <w:t>wahan koi bhi development nahi tha hamare zamane mein. ab to ho gaya hai.</w:t>
      </w:r>
    </w:p>
    <w:p>
      <w:pPr>
        <w:jc w:val="right"/>
      </w:pPr>
      <w:r>
        <w:t>وہاں کوئی بھی ڈیویلپمنٹ نہیں تھا ہمارے زمانے میں۔ اب تو ہو گیا ہے۔</w:t>
      </w:r>
    </w:p>
    <w:p>
      <w:r>
        <w:rPr>
          <w:b/>
        </w:rPr>
        <w:t xml:space="preserve">[25:15] </w:t>
      </w:r>
      <w:r>
        <w:t>to wahan main jaanta tha bail gaadi. sawari ki sawari kya hai? bail gaadi. yaani sawari ke naam par jo yeh pata thi, woh bail gaadi thi.</w:t>
      </w:r>
    </w:p>
    <w:p>
      <w:pPr>
        <w:jc w:val="right"/>
      </w:pPr>
      <w:r>
        <w:t>تو وہاں میں جانتا تھا بیل گاڑی۔ سواری کی سواری کیا ہے؟ بیل گاڑی۔ یعنی سواری کے نام پر جو یہ پتہ تھی، وہ بیل گاڑی تھی۔</w:t>
      </w:r>
    </w:p>
    <w:p>
      <w:r>
        <w:rPr>
          <w:b/>
        </w:rPr>
        <w:t xml:space="preserve">[25:29] </w:t>
      </w:r>
      <w:r>
        <w:t>to dekhte dekhte bail gaadi to mere dimagh mein bhari. bail gaadi ke satah par main khuda ko koi badi daryaft nahi kar saka tha. khuda ki daryaft thi, mujhe manna hota tha wahan khuda ko.</w:t>
      </w:r>
    </w:p>
    <w:p>
      <w:pPr>
        <w:jc w:val="right"/>
      </w:pPr>
      <w:r>
        <w:t>تو دیکھتے دیکھتے بیل گاڑی تو میرے دماغ میں بھری۔ بیل گاڑی کے سطح پر میں خدا کو کوئی بڑی دریافت نہیں کر سکا تھا۔ خدا کی دریافت تھی، مجھے ماننا ہوتا تھا وہاں خدا کو۔</w:t>
      </w:r>
    </w:p>
    <w:p>
      <w:r>
        <w:rPr>
          <w:b/>
        </w:rPr>
        <w:t xml:space="preserve">[25:41] </w:t>
      </w:r>
      <w:r>
        <w:t>us waqt khuda ka jo concept tha, bahut hi chhota sa tha.</w:t>
      </w:r>
    </w:p>
    <w:p>
      <w:pPr>
        <w:jc w:val="right"/>
      </w:pPr>
      <w:r>
        <w:t>اس وقت خدا کا جو کانسیپٹ تھا، بہت ہی چھوٹا سا تھا۔</w:t>
      </w:r>
    </w:p>
    <w:p>
      <w:r>
        <w:rPr>
          <w:b/>
        </w:rPr>
        <w:t xml:space="preserve">[25:45] </w:t>
      </w:r>
      <w:r>
        <w:t>jab meri soch chalti thi bail gaadi ke level par, to khuda ki soch bhi meri isi satah par thi. phir ek emergency hua naya.</w:t>
      </w:r>
    </w:p>
    <w:p>
      <w:pPr>
        <w:jc w:val="right"/>
      </w:pPr>
      <w:r>
        <w:t>جب میری سوچ چلتی تھی بیل گاڑی کے لیول پر، تو خدا کی سوچ بھی میری اسی سطح پر تھی۔ پھر ایک ایمرجنسی ہوا نیا۔</w:t>
      </w:r>
    </w:p>
    <w:p>
      <w:r>
        <w:rPr>
          <w:b/>
        </w:rPr>
        <w:t xml:space="preserve">[25:55] </w:t>
      </w:r>
      <w:r>
        <w:t>kaise? main kuch din ke baad ek jagah gaya to wahan par UR mein Sagon ke aas paas koi jagah thi, koi wahan par railway line hai.</w:t>
      </w:r>
    </w:p>
    <w:p>
      <w:pPr>
        <w:jc w:val="right"/>
      </w:pPr>
      <w:r>
        <w:t>کیسے؟ میں کچھ دن کے بعد ایک جگہ گیا تو وہاں پر یو آر میں ساگن کے آس پاس کوئی جگہ تھی، کوئی وہاں پر ریلوے لائن ہے۔</w:t>
      </w:r>
    </w:p>
    <w:p>
      <w:r>
        <w:rPr>
          <w:b/>
        </w:rPr>
        <w:t xml:space="preserve">[26:08] </w:t>
      </w:r>
      <w:r>
        <w:t>yaani broad gauge, broad gauge.</w:t>
      </w:r>
    </w:p>
    <w:p>
      <w:pPr>
        <w:jc w:val="right"/>
      </w:pPr>
      <w:r>
        <w:t>یعنی براڈ گیج، براڈ گیج۔</w:t>
      </w:r>
    </w:p>
    <w:p>
      <w:r>
        <w:rPr>
          <w:b/>
        </w:rPr>
        <w:t xml:space="preserve">[26:12] </w:t>
      </w:r>
      <w:r>
        <w:t>to main, mujhe ab tak yaad hai, ek saathi ke saath khada tha railway line ke aage. woh saathi ka naam tha Abu Furqan. ke railway line ke aage hum log khade the.</w:t>
      </w:r>
    </w:p>
    <w:p>
      <w:pPr>
        <w:jc w:val="right"/>
      </w:pPr>
      <w:r>
        <w:t>تو میں، مجھے اب تک یاد ہے، ایک ساتھی کے ساتھ کھڑا تھا ریلوے لائن کے آگے۔ وہ ساتھی کا نام تھا ابو الفرقان۔ کہ ریلوے لائن کے آگے ہم لوگ کھڑے تھے۔</w:t>
      </w:r>
    </w:p>
    <w:p>
      <w:r>
        <w:rPr>
          <w:b/>
        </w:rPr>
        <w:t xml:space="preserve">[26:25] </w:t>
      </w:r>
      <w:r>
        <w:t>yeh Sagon aur Janpur ke beech mein koi jagah thi. yeh</w:t>
      </w:r>
    </w:p>
    <w:p>
      <w:pPr>
        <w:jc w:val="right"/>
      </w:pPr>
      <w:r>
        <w:t>یہ ساگن اور جانپور کے بیچ میں کوئی جگہ تھی۔ یہ</w:t>
      </w:r>
    </w:p>
    <w:p>
      <w:r>
        <w:rPr>
          <w:b/>
        </w:rPr>
        <w:t xml:space="preserve">[26:30] </w:t>
      </w:r>
      <w:r>
        <w:t>itne mein rail aayi. us zamane mein ek Canadian engine chala tha. bahut hi zabardast engine tha woh. to broad gauge thi woh.</w:t>
      </w:r>
    </w:p>
    <w:p>
      <w:pPr>
        <w:jc w:val="right"/>
      </w:pPr>
      <w:r>
        <w:t>اتنے میں ریل آئی۔ اس زمانے میں ایک کینیڈین انجن چلا تھا۔ بہت ہی زبردست انجن تھا وہ۔ تو براڈ گیج تھی وہ۔</w:t>
      </w:r>
    </w:p>
    <w:p>
      <w:r>
        <w:rPr>
          <w:b/>
        </w:rPr>
        <w:t xml:space="preserve">[26:40] </w:t>
      </w:r>
      <w:r>
        <w:t>to woh express train thi, koi ghaleban Doon Express thi woh. to jab aayi, hamare saamne se chhuk chhuk chhuk chhuk chhuk chhuk chhuk guzri.</w:t>
      </w:r>
    </w:p>
    <w:p>
      <w:pPr>
        <w:jc w:val="right"/>
      </w:pPr>
      <w:r>
        <w:t>تو وہ ایکسپریس ٹرین تھی، کوئی غالباً درادون ایکسپریس تھی وہ۔ تو جب آئی، ہمارے سامنے سے چھک چھک چھک چھک چھک چھک چھک گزری۔</w:t>
      </w:r>
    </w:p>
    <w:p>
      <w:r>
        <w:rPr>
          <w:b/>
        </w:rPr>
        <w:t xml:space="preserve">[26:51] </w:t>
      </w:r>
      <w:r>
        <w:t>to meri zubaan se achaanak nikla, achaanak ek, ek, ek nikla.</w:t>
      </w:r>
    </w:p>
    <w:p>
      <w:pPr>
        <w:jc w:val="right"/>
      </w:pPr>
      <w:r>
        <w:t>تو میری زبان سے اچانک نکلا، اچانک ایک، ایک، ایک نکلا۔</w:t>
      </w:r>
    </w:p>
    <w:p>
      <w:r>
        <w:rPr>
          <w:b/>
        </w:rPr>
        <w:t xml:space="preserve">[26:57] </w:t>
      </w:r>
      <w:r>
        <w:t>qudrat ka daudta nishaan. qudrat ka daudta hua nishaan. flying sign of gods greatness.</w:t>
      </w:r>
    </w:p>
    <w:p>
      <w:pPr>
        <w:jc w:val="right"/>
      </w:pPr>
      <w:r>
        <w:t>قدرت کا دوڑتا نشان۔ قدرت کا دوڑتا ہوا نشان۔ فلائنگ سائن آف گاڈز گریٹنس۔</w:t>
      </w:r>
    </w:p>
    <w:p>
      <w:r>
        <w:rPr>
          <w:b/>
        </w:rPr>
        <w:t xml:space="preserve">[27:08] </w:t>
      </w:r>
      <w:r>
        <w:t>main aur Abu Furqan sahib khade hue the. saamne railway line thi. aur poori ek train aayi, chhuk chhuk chhuk karti hui. to pehli baar ajeeb mere par sense of of, jis jis ko kehte hain.</w:t>
      </w:r>
    </w:p>
    <w:p>
      <w:pPr>
        <w:jc w:val="right"/>
      </w:pPr>
      <w:r>
        <w:t>میں اور ابو الفرقان صاحب کھڑے ہوئے تھے۔ سامنے ریلوے لائن تھی۔ اور پوری ایک ٹرین آئی، چھک چھک چھک کرتی ہوئی۔ تو پہلی بار عجیب میرے پر سینس آف آف، جس جس کو کہتے ہیں۔</w:t>
      </w:r>
    </w:p>
    <w:p>
      <w:r>
        <w:rPr>
          <w:b/>
        </w:rPr>
        <w:t xml:space="preserve">[27:20] </w:t>
      </w:r>
      <w:r>
        <w:t>meri zubaan se achaanak nikla, khud qudrat ka daudta hua nishaan.</w:t>
      </w:r>
    </w:p>
    <w:p>
      <w:pPr>
        <w:jc w:val="right"/>
      </w:pPr>
      <w:r>
        <w:t>میری زبان سے اچانک نکلا، خود قدرت کا دوڑتا ہوا نشان۔</w:t>
      </w:r>
    </w:p>
    <w:p>
      <w:r>
        <w:rPr>
          <w:b/>
        </w:rPr>
        <w:t xml:space="preserve">[27:25] </w:t>
      </w:r>
      <w:r>
        <w:t>yaani flying sign of gods greatness. ab maine pehle khuda ka concept bana tha mera, us ke level par.</w:t>
      </w:r>
    </w:p>
    <w:p>
      <w:pPr>
        <w:jc w:val="right"/>
      </w:pPr>
      <w:r>
        <w:t>یعنی فلائنگ سائن آف گاڈز گریٹنس۔ اب میں نے پہلے خدا کا کانسیپٹ بنا تھا میرا، اس کے لیول پر۔</w:t>
      </w:r>
    </w:p>
    <w:p>
      <w:r>
        <w:rPr>
          <w:b/>
        </w:rPr>
        <w:t xml:space="preserve">[27:35] </w:t>
      </w:r>
      <w:r>
        <w:t>bail gaadi ke level par. ab woh railway ke level par aa gaya. ek emergency tha, emergency. ek emergency thi yeh.</w:t>
      </w:r>
    </w:p>
    <w:p>
      <w:pPr>
        <w:jc w:val="right"/>
      </w:pPr>
      <w:r>
        <w:t>بیل گاڑی کے لیول پر۔ اب وہ ریلوے کے لیول پر آ گیا۔ ایک ایمرجنسی تھا، ایمرجنسی۔ ایک ایمرجنسی تھی یہ۔</w:t>
      </w:r>
    </w:p>
    <w:p>
      <w:r>
        <w:rPr>
          <w:b/>
        </w:rPr>
        <w:t xml:space="preserve">[27:45] </w:t>
      </w:r>
      <w:r>
        <w:t>phir is ke baad jab pehli baar main hawai jahaz par baitha, hawai jahaz mein us ko le kar ura aur fiza mein teirne laga. to ek ajeeb ehsaas hua.</w:t>
      </w:r>
    </w:p>
    <w:p>
      <w:pPr>
        <w:jc w:val="right"/>
      </w:pPr>
      <w:r>
        <w:t>پھر اس کے بعد جب پہلی بار میں ہوا جہاز پر بیٹھا، ہوا جہاز میں اس کو لے کر اڑا اور فضا میں تیرنے لگا۔ تو ایک عجیب احساس ہوا۔</w:t>
      </w:r>
    </w:p>
    <w:p>
      <w:r>
        <w:rPr>
          <w:b/>
        </w:rPr>
        <w:t xml:space="preserve">[27:56] </w:t>
      </w:r>
      <w:r>
        <w:t>kaisa ajeeb khuda hai jis ne insaan ko woh potential diya ke zameen mein woh cheezein rakhein jise insaan convert kar ke hawai jahaz bana sake.</w:t>
      </w:r>
    </w:p>
    <w:p>
      <w:pPr>
        <w:jc w:val="right"/>
      </w:pPr>
      <w:r>
        <w:t>کیسا عجیب خدا ہے جس نے انسان کو وہ پوٹینشل دیا کہ زمین میں وہ چیزیں رکھیں جسے انسان کنورٹ کر کے ہوا جہاز بنا سکے۔</w:t>
      </w:r>
    </w:p>
    <w:p>
      <w:r>
        <w:rPr>
          <w:b/>
        </w:rPr>
        <w:t xml:space="preserve">[28:08] </w:t>
      </w:r>
      <w:r>
        <w:t>yaani kahaniyan padha tha hum ne kahaniyon mein, uran khatola. uran khatola ek, ek mysterious cheez hua karti thi.</w:t>
      </w:r>
    </w:p>
    <w:p>
      <w:pPr>
        <w:jc w:val="right"/>
      </w:pPr>
      <w:r>
        <w:t>یعنی کہانیاں پڑھا تھا ہم نے کہانیوں میں، اڑن کھٹولا۔ اڑن کھٹولا ایک، ایک مسٹیریس چیز ہوا کرتی تھی۔</w:t>
      </w:r>
    </w:p>
    <w:p>
      <w:r>
        <w:rPr>
          <w:b/>
        </w:rPr>
        <w:t xml:space="preserve">[28:17] </w:t>
      </w:r>
      <w:r>
        <w:t>wahan hum ne dekha ke main khud ek jahaz mein baitha hoon, jahaz ura chala ja raha hoon us ko le kar. to khuda ki jo greatness thi, us ka aur bhi bada ek mujhe ehsaas hua. aur bada ehsaas.</w:t>
      </w:r>
    </w:p>
    <w:p>
      <w:pPr>
        <w:jc w:val="right"/>
      </w:pPr>
      <w:r>
        <w:t>وہاں ہم نے دیکھا کہ میں خود ایک جہاز میں بیٹھا ہوں، جہاز اڑا چلا جا رہا ہوں اس کو لے کر۔ تو خدا کی جو گریٹنس تھی، اس کا اور بھی بڑا ایک مجھے احساس ہوا۔ اور بڑا احساس۔</w:t>
      </w:r>
    </w:p>
    <w:p>
      <w:r>
        <w:rPr>
          <w:b/>
        </w:rPr>
        <w:t xml:space="preserve">[28:28] </w:t>
      </w:r>
      <w:r>
        <w:t>yeh agla stage hua. yaani yeh marifat ka</w:t>
      </w:r>
    </w:p>
    <w:p>
      <w:pPr>
        <w:jc w:val="right"/>
      </w:pPr>
      <w:r>
        <w:t>یہ اگلا اسٹیج ہوا۔ یعنی یہ معرفت کا</w:t>
      </w:r>
    </w:p>
    <w:p>
      <w:r>
        <w:rPr>
          <w:b/>
        </w:rPr>
        <w:t xml:space="preserve">[28:35] </w:t>
      </w:r>
      <w:r>
        <w:t>phir main jab washingtan gaya, pehli baar. washingtan mein log mujh ko le gaye wahan ke planetarium mein. aur wahan par maine dekha solar system, galaxy.</w:t>
      </w:r>
    </w:p>
    <w:p>
      <w:pPr>
        <w:jc w:val="right"/>
      </w:pPr>
      <w:r>
        <w:t>۔ پھر میں جب واشنگٹن گیا، پہلی بار۔ واشنگٹن میں لوگ مجھ کو لے گئے وہاں کے پلینیٹیریم میں۔ اور وہاں پر میں نے دیکھا سولر سسٹم، گلیکسی۔</w:t>
      </w:r>
    </w:p>
    <w:p>
      <w:r>
        <w:rPr>
          <w:b/>
        </w:rPr>
        <w:t xml:space="preserve">[28:46] </w:t>
      </w:r>
      <w:r>
        <w:t>to aakhir yeh kehne laga ke main be hosh ho jaunga. ek triple scene, triple scene for me.</w:t>
      </w:r>
    </w:p>
    <w:p>
      <w:pPr>
        <w:jc w:val="right"/>
      </w:pPr>
      <w:r>
        <w:t>تو آخر یہ کہنے لگا کہ میں بے ہوش ہو جاؤں گا۔ ایک ٹرپل سین، ٹرپل سین فار می۔</w:t>
      </w:r>
    </w:p>
    <w:p>
      <w:r>
        <w:rPr>
          <w:b/>
        </w:rPr>
        <w:t xml:space="preserve">[28:56] </w:t>
      </w:r>
      <w:r>
        <w:t>hum samajhte hain duniya itni choti si hai. gaon mein jab hum rehte thay, ab gaon mein duniya ko</w:t>
      </w:r>
    </w:p>
    <w:p>
      <w:pPr>
        <w:jc w:val="right"/>
      </w:pPr>
      <w:r>
        <w:t>ہم سمجھتے ہیں دنیا اتنی چھوٹی سی ہے۔ گاؤں میں جب ہم رہتے تھے، اب گاؤں میں دنیا کو</w:t>
      </w:r>
    </w:p>
    <w:p>
      <w:r>
        <w:rPr>
          <w:b/>
        </w:rPr>
        <w:t xml:space="preserve">[29:02] </w:t>
      </w:r>
      <w:r>
        <w:t>kya tha? consciously, unconsciously chota samajhte thay. yaani gaon mein main kya tha ke raat ko main aangan mein soya karta tha, sehan mein.</w:t>
      </w:r>
    </w:p>
    <w:p>
      <w:pPr>
        <w:jc w:val="right"/>
      </w:pPr>
      <w:r>
        <w:t>کیا تھا؟ کانشیسلی، ان کانشیسلی چھوٹا سمجھتے تھے۔ یعنی گاؤں میں میں کیا تھا کہ رات کو میں آنگن میں سویا کرتا تھا، صحن میں۔</w:t>
      </w:r>
    </w:p>
    <w:p>
      <w:r>
        <w:rPr>
          <w:b/>
        </w:rPr>
        <w:t xml:space="preserve">[29:11] </w:t>
      </w:r>
      <w:r>
        <w:t>apne ghar ke. khula bara sa sehan tha raat ko. to gaon mein pollution nahi hua karta tha, air pollution. jab sota tha to sitare jug bug jug bug ho ke dikhai dete thay.</w:t>
      </w:r>
    </w:p>
    <w:p>
      <w:pPr>
        <w:jc w:val="right"/>
      </w:pPr>
      <w:r>
        <w:t>اپنے گھر کے۔ کھلا بڑا سا صحن تھا رات کو۔ تو گاؤں میں پولیوشن نہیں ہوا کرتا تھا، ایئر پولیوشن۔ جب سوتا تھا تو ستارے جگ بگ جگ ہو کے دکھائی دیتے تھے۔</w:t>
      </w:r>
    </w:p>
    <w:p>
      <w:r>
        <w:rPr>
          <w:b/>
        </w:rPr>
        <w:t xml:space="preserve">[29:25] </w:t>
      </w:r>
      <w:r>
        <w:t>bohat ajeeb woh scene hota tha, jug bug jug bug ho ke. lekin sitare aate hue dikhai dete thay. aur naked eyes hum koi ten thousand sitare ek dekh paate hain.</w:t>
      </w:r>
    </w:p>
    <w:p>
      <w:pPr>
        <w:jc w:val="right"/>
      </w:pPr>
      <w:r>
        <w:t>بہت عجیب وہ سین ہوتا تھا، جگ بگ جگ ہو کے۔ لیکن ستارے آتے ہوئے دکھائی دیتے تھے۔ اور نیکڈ آئیز ہم کوئی ٹین تھاؤزنڈ ستارے ایک دیکھ پاتے ہیں۔</w:t>
      </w:r>
    </w:p>
    <w:p>
      <w:r>
        <w:rPr>
          <w:b/>
        </w:rPr>
        <w:t xml:space="preserve">[29:36] </w:t>
      </w:r>
      <w:r>
        <w:t>to is se ek sense of of paida hua tha, lekin bohat kam darje ka tha woh. raat ko jab main gaon mein sota tha, raat ke waqt.</w:t>
      </w:r>
    </w:p>
    <w:p>
      <w:pPr>
        <w:jc w:val="right"/>
      </w:pPr>
      <w:r>
        <w:t>تو اس سے ایک سینس آف آف پیدا ہوا تھا، لیکن بہت کم درجے کا تھا وہ۔ رات کو جب میں گاؤں میں سوتا تھا، رات کے وقت۔</w:t>
      </w:r>
    </w:p>
    <w:p>
      <w:r>
        <w:rPr>
          <w:b/>
        </w:rPr>
        <w:t xml:space="preserve">[29:48] </w:t>
      </w:r>
      <w:r>
        <w:t>aur jab andhera hota tha, oopar sitare jugmag jugmag karte hue dikhai dete thay. to ek ajeeb ehsas hota tha. is ke baad jab maine washingtan mein dekha to woh to ek unlimited tha sara mamla.</w:t>
      </w:r>
    </w:p>
    <w:p>
      <w:pPr>
        <w:jc w:val="right"/>
      </w:pPr>
      <w:r>
        <w:t>اور جب اندھیرا ہوتا تھا، اوپر ستارے جگمگ جگمگ کرتے ہوئے دکھائی دیتے تھے۔ تو ایک عجیب احساس ہوتا تھا۔ اس کے بعد جب میں نے واشنگٹن میں دیکھا تو وہ تو ایک ان لمیٹڈ تھا سارا معاملہ۔</w:t>
      </w:r>
    </w:p>
    <w:p>
      <w:r>
        <w:rPr>
          <w:b/>
        </w:rPr>
        <w:t xml:space="preserve">[30:02] </w:t>
      </w:r>
      <w:r>
        <w:t>that was triple scene.</w:t>
      </w:r>
    </w:p>
    <w:p>
      <w:pPr>
        <w:jc w:val="right"/>
      </w:pPr>
      <w:r>
        <w:t>دیٹ واز ٹرپل سین۔</w:t>
      </w:r>
    </w:p>
    <w:p>
      <w:r>
        <w:rPr>
          <w:b/>
        </w:rPr>
        <w:t xml:space="preserve">[30:06] </w:t>
      </w:r>
      <w:r>
        <w:t>is tarah se marifat barhti hai.</w:t>
      </w:r>
    </w:p>
    <w:p>
      <w:pPr>
        <w:jc w:val="right"/>
      </w:pPr>
      <w:r>
        <w:t>اس طرح سے معرفت بڑھتی ہے۔</w:t>
      </w:r>
    </w:p>
    <w:p>
      <w:r>
        <w:rPr>
          <w:b/>
        </w:rPr>
        <w:t xml:space="preserve">[30:12] </w:t>
      </w:r>
      <w:r>
        <w:t>to jis tarah se eureka jo hai, ek choti si discovery thi. barhte barhte barhte ek poori science ban gayi. yaad rakhiye, yahi mamla marifat ka hai.</w:t>
      </w:r>
    </w:p>
    <w:p>
      <w:pPr>
        <w:jc w:val="right"/>
      </w:pPr>
      <w:r>
        <w:t>تو جس طرح سے یوریکا جو ہے، ایک چھوٹی سی ڈسکوری تھی۔ بڑھتے بڑھتے بڑھتے ایک پوری سائنس بن گئی۔ یاد رکھیے، یہی معاملہ معرفت کا ہے۔</w:t>
      </w:r>
    </w:p>
    <w:p>
      <w:r>
        <w:rPr>
          <w:b/>
        </w:rPr>
        <w:t xml:space="preserve">[30:24] </w:t>
      </w:r>
      <w:r>
        <w:t>ideology of God ka hai. aap ko ek choti si daryaft hoti hai, pehle. phir barhte barhte barhte barhte aap poori zindagi ko chha jati hai.</w:t>
      </w:r>
    </w:p>
    <w:p>
      <w:pPr>
        <w:jc w:val="right"/>
      </w:pPr>
      <w:r>
        <w:t>آئیڈیالوجی آف گاڈ کا ہے۔ آپ کو ایک چھوٹی سی دریافت ہوتی ہے، پہلے۔ پھر بڑھتے بڑھتے بڑھتے بڑھتے آپ پوری زندگی کو چھا جاتی ہے۔</w:t>
      </w:r>
    </w:p>
    <w:p>
      <w:r>
        <w:rPr>
          <w:b/>
        </w:rPr>
        <w:t xml:space="preserve">[30:38] </w:t>
      </w:r>
      <w:r>
        <w:t>kaha jata hai ke ek British lady ek baar aayi wahan, agra. to us ne gayi, us ne dekha taj mahal.</w:t>
      </w:r>
    </w:p>
    <w:p>
      <w:pPr>
        <w:jc w:val="right"/>
      </w:pPr>
      <w:r>
        <w:t>کہا جاتا ہے کہ ایک برٹش لیڈی ایک بار آئی وہاں، آگرہ۔ تو اس نے گئی، اس نے دیکھا تاج محل۔</w:t>
      </w:r>
    </w:p>
    <w:p>
      <w:r>
        <w:rPr>
          <w:b/>
        </w:rPr>
        <w:t xml:space="preserve">[30:49] </w:t>
      </w:r>
      <w:r>
        <w:t>to wonder, wonder keh kar ke woh gir padi. wonder, wonder. to is se billion time zyada ehsas hota hai jab aap universe ko dekhen.</w:t>
      </w:r>
    </w:p>
    <w:p>
      <w:pPr>
        <w:jc w:val="right"/>
      </w:pPr>
      <w:r>
        <w:t>تو ونڈر، ونڈر کہہ کر کے وہ گر پڑی۔ ونڈر، ونڈر۔ تو اس سے بلین ٹائم زیادہ احساس ہوتا ہے جب آپ یونیورس کو دیکھیں۔</w:t>
      </w:r>
    </w:p>
    <w:p>
      <w:r>
        <w:rPr>
          <w:b/>
        </w:rPr>
        <w:t xml:space="preserve">[31:01] </w:t>
      </w:r>
      <w:r>
        <w:t>aap naked eyes dekhen to thora sa ehsas hoga.</w:t>
      </w:r>
    </w:p>
    <w:p>
      <w:pPr>
        <w:jc w:val="right"/>
      </w:pPr>
      <w:r>
        <w:t>آپ نیکڈ آئیز دیکھیں تو تھوڑا سا احساس ہوگا۔</w:t>
      </w:r>
    </w:p>
    <w:p>
      <w:r>
        <w:rPr>
          <w:b/>
        </w:rPr>
        <w:t xml:space="preserve">[31:04] </w:t>
      </w:r>
      <w:r>
        <w:t>phir jab galileo ne dekha source aath mein to aur ehsas barh gaya. phir jab pearl observatory mein dekha gaya to aur barh gaya. phir jab hubble observatory se dekha gaya to aur barh gaya.</w:t>
      </w:r>
    </w:p>
    <w:p>
      <w:pPr>
        <w:jc w:val="right"/>
      </w:pPr>
      <w:r>
        <w:t>پھر جب گلیلیو نے دیکھا سورس آٹھ میں تو اور احساس بڑھ گیا۔ پھر جب پرل ابزرویٹری میں دیکھا گیا تو اور بڑھ گیا۔ پھر جب ہبل ابزرویٹری سے دیکھا گیا تو اور بڑھ گیا۔</w:t>
      </w:r>
    </w:p>
    <w:p>
      <w:r>
        <w:rPr>
          <w:b/>
        </w:rPr>
        <w:t xml:space="preserve">[31:16] </w:t>
      </w:r>
      <w:r>
        <w:t>ab ek aur observatory bani hai jo poori poori universe ko ki image dikhati hai. ab insan bilkul ek apne ko lagta hai ke main to sarson ke barabar bhi nahi hoon is universe mein.</w:t>
      </w:r>
    </w:p>
    <w:p>
      <w:pPr>
        <w:jc w:val="right"/>
      </w:pPr>
      <w:r>
        <w:t>اب ایک اور ابزرویٹری بنی ہے جو پوری پوری یونیورس کو کی امیج دکھاتی ہے۔ اب انسان بالکل ایک اپنے کو لگتا ہے کہ میں تو سرسوں کے برابر بھی نہیں ہوں اس یونیورس میں۔</w:t>
      </w:r>
    </w:p>
    <w:p>
      <w:r>
        <w:rPr>
          <w:b/>
        </w:rPr>
        <w:t xml:space="preserve">[31:32] </w:t>
      </w:r>
      <w:r>
        <w:t>to jab tak aap ne apne kam ko, Khuda ki ziyadati ko daryaft na karen ke main kuch bhi nahi hoon. main zero hoon.</w:t>
      </w:r>
    </w:p>
    <w:p>
      <w:pPr>
        <w:jc w:val="right"/>
      </w:pPr>
      <w:r>
        <w:t>تو جب تک آپ نے اپنے کم کو، خدا کی زیادتی کو دریافت نہ کریں کہ میں کچھ بھی نہیں ہوں۔ میں زیرو ہوں۔</w:t>
      </w:r>
    </w:p>
    <w:p>
      <w:r>
        <w:rPr>
          <w:b/>
        </w:rPr>
        <w:t xml:space="preserve">[31:42] </w:t>
      </w:r>
      <w:r>
        <w:t>aur sab kuch jo hai woh Khuda hai. yeh daryaft ka naam hai marifat.</w:t>
      </w:r>
    </w:p>
    <w:p>
      <w:pPr>
        <w:jc w:val="right"/>
      </w:pPr>
      <w:r>
        <w:t>اور سب کچھ جو ہے وہ خدا ہے۔ یہ دریافت کا نام ہے معرفت۔</w:t>
      </w:r>
    </w:p>
    <w:p>
      <w:r>
        <w:rPr>
          <w:b/>
        </w:rPr>
        <w:t xml:space="preserve">[31:50] </w:t>
      </w:r>
      <w:r>
        <w:t>jab aap daryaft yeh karte hain to aap ki ego khatam ho jati hai, ana khatam ho jati hai. sirf modesty reh jati hai.</w:t>
      </w:r>
    </w:p>
    <w:p>
      <w:pPr>
        <w:jc w:val="right"/>
      </w:pPr>
      <w:r>
        <w:t>جب آپ دریافت یہ کرتے ہیں تو آپ کی ایگو ختم ہو جاتی ہے، انا ختم ہو جاتی ہے۔ صرف ماڈیسٹی رہ جاتی ہے۔</w:t>
      </w:r>
    </w:p>
    <w:p>
      <w:r>
        <w:rPr>
          <w:b/>
        </w:rPr>
        <w:t xml:space="preserve">[31:59] </w:t>
      </w:r>
      <w:r>
        <w:t>tab aap ko inspiration hota, jis ko kehte hain inspiration nahi. yaad rakhiye, Khuda ki inspiration har waqt baras raha hai, baras raha hai.</w:t>
      </w:r>
    </w:p>
    <w:p>
      <w:pPr>
        <w:jc w:val="right"/>
      </w:pPr>
      <w:r>
        <w:t>تب آپ کو انسپیریشن ہوتا، جس کو کہتے ہیں انسپیریشن نہیں۔ یاد رکھیے، خدا کی انسپیریشن ہر وقت برس رہا ہے، برس رہا ہے۔</w:t>
      </w:r>
    </w:p>
    <w:p>
      <w:r>
        <w:rPr>
          <w:b/>
        </w:rPr>
        <w:t xml:space="preserve">[32:07] </w:t>
      </w:r>
      <w:r>
        <w:t>lekin woh kahan aayega? modesty insan ke sine mein. agar aap yaad rakhiye, aap ka dil modesty ka ek zara bhi kam hai to aap ruk jayenge wahan par.</w:t>
      </w:r>
    </w:p>
    <w:p>
      <w:pPr>
        <w:jc w:val="right"/>
      </w:pPr>
      <w:r>
        <w:t>لیکن وہ کہاں آئے گا؟ ماڈیسٹی انسان کے سینے میں۔ اگر آپ یاد رکھیے، آپ کا دل ماڈیسٹی کا ایک ذرہ بھی کم ہے تو آپ رک جائیں گے وہاں پر۔</w:t>
      </w:r>
    </w:p>
    <w:p>
      <w:r>
        <w:rPr>
          <w:b/>
        </w:rPr>
        <w:t xml:space="preserve">[32:20] </w:t>
      </w:r>
      <w:r>
        <w:t>aap kitne khush khwami mein rahenge, wishful thinking mein. lekin aap ko milega nahi Khuda ka inspiration.</w:t>
      </w:r>
    </w:p>
    <w:p>
      <w:pPr>
        <w:jc w:val="right"/>
      </w:pPr>
      <w:r>
        <w:t>آپ کتنے خوش خوامی میں رہیں گے، وش فل تھنکنگ میں۔ لیکن آپ کو ملے گا نہیں خدا کا انسپیریشن۔</w:t>
      </w:r>
    </w:p>
    <w:p>
      <w:r>
        <w:rPr>
          <w:b/>
        </w:rPr>
        <w:t xml:space="preserve">[32:27] </w:t>
      </w:r>
      <w:r>
        <w:t>to modesty ek dam, yaani kuch bhi na ho, woh ek ego kuch bhi na ho. ek dam yogi, ego less ban jayen aap.</w:t>
      </w:r>
    </w:p>
    <w:p>
      <w:pPr>
        <w:jc w:val="right"/>
      </w:pPr>
      <w:r>
        <w:t>تو ماڈیسٹی ایک دم، یعنی کچھ بھی نہ ہو، وہ ایک ایگو کچھ بھی نہ ہو۔ ایک دم یوگی، ایگو لیس بن جائیں آپ۔</w:t>
      </w:r>
    </w:p>
    <w:p>
      <w:r>
        <w:rPr>
          <w:b/>
        </w:rPr>
        <w:t xml:space="preserve">[32:40] </w:t>
      </w:r>
      <w:r>
        <w:t>sirf modesty, modesty, modesty, modesty. wahan par Khuda ke qareeb puhanch jate hain aap. yeh sab kab hota hai? jab aap Khuda ki daryaft karen.</w:t>
      </w:r>
    </w:p>
    <w:p>
      <w:pPr>
        <w:jc w:val="right"/>
      </w:pPr>
      <w:r>
        <w:t>صرف ماڈیسٹی، ماڈیسٹی، ماڈیسٹی، ماڈیسٹی۔ وہاں پر خدا کے قریب پہنچ جاتے ہیں آپ۔ یہ سب کب ہوتا ہے؟ جب آپ خدا کی دریافت کریں۔</w:t>
      </w:r>
    </w:p>
    <w:p>
      <w:r>
        <w:rPr>
          <w:b/>
        </w:rPr>
        <w:t xml:space="preserve">[32:52] </w:t>
      </w:r>
      <w:r>
        <w:t>khuda ki daryaft karen. yani apne aap ko is process mein dalen.</w:t>
      </w:r>
    </w:p>
    <w:p>
      <w:pPr>
        <w:jc w:val="right"/>
      </w:pPr>
      <w:r>
        <w:t>خدا کی دریافت کریں۔ یعنی اپنے آپ کو اس پروسیس میں ڈالیں۔</w:t>
      </w:r>
    </w:p>
    <w:p>
      <w:r>
        <w:rPr>
          <w:b/>
        </w:rPr>
        <w:t xml:space="preserve">[32:57] </w:t>
      </w:r>
      <w:r>
        <w:t>ek process, ek process hai, is mein dalna parta hai apne aap ko. ab mein ek aur baat arz karna chahta hoon. aaj hi mein paper mein dekh raha tha, aap ne bhi dekha hoga.</w:t>
      </w:r>
    </w:p>
    <w:p>
      <w:pPr>
        <w:jc w:val="right"/>
      </w:pPr>
      <w:r>
        <w:t>ایک پروسیس، ایک پروسیس ہے، اس میں ڈالنا پڑتا ہے اپنے آپ کو۔ اب میں ایک اور بات عرض کرنا چاہتا ہوں۔ آج ہی میں پیپر میں دیکھ رہا تھا، آپ نے بھی دیکھا ہوگا۔</w:t>
      </w:r>
    </w:p>
    <w:p>
      <w:r>
        <w:rPr>
          <w:b/>
        </w:rPr>
        <w:t xml:space="preserve">[33:10] </w:t>
      </w:r>
      <w:r>
        <w:t>ke peshawar ke pas ek blast hua hai, social bombing. is mein 105 aadmi mar gaye, ab tak ki report.</w:t>
      </w:r>
    </w:p>
    <w:p>
      <w:pPr>
        <w:jc w:val="right"/>
      </w:pPr>
      <w:r>
        <w:t>کہ پشاور کے پاس ایک بلاسٹ ہوا ہے، سوشل بمبنگ۔ اس میں 105 آدمی مر گئے، اب تک کی رپورٹ۔</w:t>
      </w:r>
    </w:p>
    <w:p>
      <w:r>
        <w:rPr>
          <w:b/>
        </w:rPr>
        <w:t xml:space="preserve">[33:20] </w:t>
      </w:r>
      <w:r>
        <w:t>ab yeh sab nikali ja rahi hain lashain. aur sankaron zakhmi ho gaye.</w:t>
      </w:r>
    </w:p>
    <w:p>
      <w:pPr>
        <w:jc w:val="right"/>
      </w:pPr>
      <w:r>
        <w:t>اب یہ سب نکالی جا رہی ہیں لاشیں۔ اور سینکڑوں زخمی ہو گئے۔</w:t>
      </w:r>
    </w:p>
    <w:p>
      <w:r>
        <w:rPr>
          <w:b/>
        </w:rPr>
        <w:t xml:space="preserve">[33:26] </w:t>
      </w:r>
      <w:r>
        <w:t>yani killer bhi musalman, killed bhi musalman. yani marne wala bhi musalman, marne wala bhi musalman. aur mein hairaan reh gaya ke yeh kya cheez hai?</w:t>
      </w:r>
    </w:p>
    <w:p>
      <w:pPr>
        <w:jc w:val="right"/>
      </w:pPr>
      <w:r>
        <w:t>یعنی کلر بھی مسلمان، کلڈ بھی مسلمان۔ یعنی مارنے والا بھی مسلمان، مرنے والا بھی مسلمان۔ اور میں حیران رہ گیا کہ یہ کیا چیز ہے؟</w:t>
      </w:r>
    </w:p>
    <w:p>
      <w:r>
        <w:rPr>
          <w:b/>
        </w:rPr>
        <w:t xml:space="preserve">[33:38] </w:t>
      </w:r>
      <w:r>
        <w:t>quran mein hai ke mun qutila mun jahannam. ke jo aadmi jaan boojh kar ek ek momin ko qatl karega, woh jahannam mein jayega.</w:t>
      </w:r>
    </w:p>
    <w:p>
      <w:pPr>
        <w:jc w:val="right"/>
      </w:pPr>
      <w:r>
        <w:t>قرآن میں ہے کہ من قتل من جہنم۔ کہ جو آدمی جان بوجھ کر ایک ایک مومن کو قتل کرے گا، وہ جہنم میں جائے گا۔</w:t>
      </w:r>
    </w:p>
    <w:p>
      <w:r>
        <w:rPr>
          <w:b/>
        </w:rPr>
        <w:t xml:space="preserve">[33:50] </w:t>
      </w:r>
      <w:r>
        <w:t>yahan log bare aitmad se maar rahe hain logon ko.</w:t>
      </w:r>
    </w:p>
    <w:p>
      <w:pPr>
        <w:jc w:val="right"/>
      </w:pPr>
      <w:r>
        <w:t>یہاں لوگ بڑے اعتماد سے مار رہے ہیں لوگوں کو۔</w:t>
      </w:r>
    </w:p>
    <w:p>
      <w:r>
        <w:rPr>
          <w:b/>
        </w:rPr>
        <w:t xml:space="preserve">[33:54] </w:t>
      </w:r>
      <w:r>
        <w:t>to bas sochne laga ke is ka root cause kya hai? root cause kya hai? root cause dekhiye, yeh hai ke musalman apne mission ko kho chuke hain.</w:t>
      </w:r>
    </w:p>
    <w:p>
      <w:pPr>
        <w:jc w:val="right"/>
      </w:pPr>
      <w:r>
        <w:t>تو بس سوچنے لگا کہ اس کا روٹ کاز کیا ہے؟ روٹ کاز کیا ہے؟ روٹ کاز دیکھیے، یہ ہے کہ مسلمان اپنے مشن کو کھو چکے ہیں۔</w:t>
      </w:r>
    </w:p>
    <w:p>
      <w:r>
        <w:rPr>
          <w:b/>
        </w:rPr>
        <w:t xml:space="preserve">[34:05] </w:t>
      </w:r>
      <w:r>
        <w:t>unhein pata hi nahi ke mission kya hai un ka. unhon ne ek aisi cheez ko mission bana rakha hai, mission bold. jo is ko violence sikhata hai, militancy sikhata hai, ghussa sikhata hai, nafrat sikhata hai, inteqam sikhata hai.</w:t>
      </w:r>
    </w:p>
    <w:p>
      <w:pPr>
        <w:jc w:val="right"/>
      </w:pPr>
      <w:r>
        <w:t>انہیں پتہ ہی نہیں کہ مشن کیا ہے ان کا۔ انہوں نے ایک ایسی چیز کو مشن بنا رکھا ہے، مشن بولڈ۔ جو اس کو وائیلنس سکھاتا ہے، ملٹینسی سکھاتا ہے، غصہ سکھاتا ہے، نفرت سکھاتا ہے، انتقام سکھاتا ہے۔</w:t>
      </w:r>
    </w:p>
    <w:p>
      <w:r>
        <w:rPr>
          <w:b/>
        </w:rPr>
        <w:t xml:space="preserve">[34:19] </w:t>
      </w:r>
      <w:r>
        <w:t>woh jo mission tha rasool Allah ka aur sahaba ka, woh mohabbat sikhata tha, khair khwahi sikhata tha.</w:t>
      </w:r>
    </w:p>
    <w:p>
      <w:pPr>
        <w:jc w:val="right"/>
      </w:pPr>
      <w:r>
        <w:t>وہ جو مشن تھا رسول اللہ کا اور صحابہ کا، وہ محبت سکھاتا تھا، خیر خواہی سکھاتا تھا۔</w:t>
      </w:r>
    </w:p>
    <w:p>
      <w:r>
        <w:rPr>
          <w:b/>
        </w:rPr>
        <w:t xml:space="preserve">[34:25] </w:t>
      </w:r>
      <w:r>
        <w:t>woh friendly culture lata tha. woh woh hai hi nahi musalmanon mein. sari dunya se nafrat.</w:t>
      </w:r>
    </w:p>
    <w:p>
      <w:pPr>
        <w:jc w:val="right"/>
      </w:pPr>
      <w:r>
        <w:t>وہ فرینڈلی کلچر لاتا تھا۔ وہ وہ ہے ہی نہیں مسلمانوں میں۔ ساری دنیا سے نفرت۔</w:t>
      </w:r>
    </w:p>
    <w:p>
      <w:r>
        <w:rPr>
          <w:b/>
        </w:rPr>
        <w:t xml:space="preserve">[34:37] </w:t>
      </w:r>
      <w:r>
        <w:t>dekhiye, ek bohat hi ahem baat yeh hai. ke yeh dunya Allah taala ne banai hai, yeh competition pe base karti hai, competition.</w:t>
      </w:r>
    </w:p>
    <w:p>
      <w:pPr>
        <w:jc w:val="right"/>
      </w:pPr>
      <w:r>
        <w:t>دیکھیے، ایک بہت ہی اہم بات یہ ہے۔ کہ یہ دنیا اللہ تعالیٰ نے بنائی ہے، یہ کمپریشن پہ بیس کرتی ہے، کمپریشن۔</w:t>
      </w:r>
    </w:p>
    <w:p>
      <w:r>
        <w:rPr>
          <w:b/>
        </w:rPr>
        <w:t xml:space="preserve">[34:49] </w:t>
      </w:r>
      <w:r>
        <w:t>sari sargarmiyan jo hain, is mein competition hai, musabqat hai.</w:t>
      </w:r>
    </w:p>
    <w:p>
      <w:pPr>
        <w:jc w:val="right"/>
      </w:pPr>
      <w:r>
        <w:t>ساری سرگرمیاں جو ہیں، اس میں کمپریشن ہے، مسابقت ہے۔</w:t>
      </w:r>
    </w:p>
    <w:p>
      <w:r>
        <w:rPr>
          <w:b/>
        </w:rPr>
        <w:t xml:space="preserve">[34:53] </w:t>
      </w:r>
      <w:r>
        <w:t>musabqat jo hai, is se challenge paida hota hai. is challenge se taraqqi hoti hai. Allah taala ka jo creation plan hai, this is based on challenge, on competition.</w:t>
      </w:r>
    </w:p>
    <w:p>
      <w:pPr>
        <w:jc w:val="right"/>
      </w:pPr>
      <w:r>
        <w:t>مسابقت جو ہے، اس سے چیلنج پیدا ہوتا ہے۔ اس چیلنج سے ترقی ہوتی ہے۔ اللہ تعالیٰ کا جو کرسچن پلان ہے، دس بیسڈ آن چیلنج، آن کمپریشن۔</w:t>
      </w:r>
    </w:p>
    <w:p>
      <w:r>
        <w:rPr>
          <w:b/>
        </w:rPr>
        <w:t xml:space="preserve">[35:06] </w:t>
      </w:r>
      <w:r>
        <w:t>woh hai, woh rahega, rahega. challenge rahega, competition rahega. to isi ki wajah se aisa hota hai hamesha.</w:t>
      </w:r>
    </w:p>
    <w:p>
      <w:pPr>
        <w:jc w:val="right"/>
      </w:pPr>
      <w:r>
        <w:t>وہ ہے، وہ رہے گا، رہے گا۔ چیلنج رہے گا، کمپریشن رہے گا۔ تو اسی کی وجہ سے ایسا ہوتا ہے ہمیشہ۔</w:t>
      </w:r>
    </w:p>
    <w:p>
      <w:r>
        <w:rPr>
          <w:b/>
        </w:rPr>
        <w:t xml:space="preserve">[35:15] </w:t>
      </w:r>
      <w:r>
        <w:t>puri history mein aisa hua ke logon ne ek doosre ko rival samajh liya. rival, enemy.</w:t>
      </w:r>
    </w:p>
    <w:p>
      <w:pPr>
        <w:jc w:val="right"/>
      </w:pPr>
      <w:r>
        <w:t>پوری ہسٹری میں ایسا ہوا کہ لوگوں نے ایک دوسرے کو رائیول سمجھ لیا۔ رائیول، اینمی۔</w:t>
      </w:r>
    </w:p>
    <w:p>
      <w:r>
        <w:rPr>
          <w:b/>
        </w:rPr>
        <w:t xml:space="preserve">[35:21] </w:t>
      </w:r>
      <w:r>
        <w:t>is raat ko na samajhne ki wajah se. puri history mein log is se bekhabar rahe, yaad rakhiye. ke khuda ke what is the creation plan of God?</w:t>
      </w:r>
    </w:p>
    <w:p>
      <w:pPr>
        <w:jc w:val="right"/>
      </w:pPr>
      <w:r>
        <w:t>اس رات کو نہ سمجھنے کی وجہ سے۔ پوری ہسٹری میں لوگ اس سے بے خبر رہے، یاد رکھیے۔ کہ خدا کے واٹ از دا کرسچن پلان آف گاڈ؟</w:t>
      </w:r>
    </w:p>
    <w:p>
      <w:r>
        <w:rPr>
          <w:b/>
        </w:rPr>
        <w:t xml:space="preserve">[35:31] </w:t>
      </w:r>
      <w:r>
        <w:t>no one was aware about the creation plan of God. jo jante nahi the ke khuda creation plan kya hai.</w:t>
      </w:r>
    </w:p>
    <w:p>
      <w:pPr>
        <w:jc w:val="right"/>
      </w:pPr>
      <w:r>
        <w:t>نو ون واز اویئر اباؤٹ دا کرسچن پلان آف گاڈ۔ جو جانتے نہیں تھے کہ خدا کرسچن پلان کیا ہے۔</w:t>
      </w:r>
    </w:p>
    <w:p>
      <w:r>
        <w:rPr>
          <w:b/>
        </w:rPr>
        <w:t xml:space="preserve">[35:41] </w:t>
      </w:r>
      <w:r>
        <w:t>This is based on competition, this is based on challenge. Jab challenge hoga to rivalry hogi.</w:t>
      </w:r>
    </w:p>
    <w:p>
      <w:pPr>
        <w:jc w:val="right"/>
      </w:pPr>
      <w:r>
        <w:t>دس بیسڈ آن کمپریشن، دس بیسڈ آن چیلنج۔ جب چیلنج ہوگا تو رائیولی ہوگی۔</w:t>
      </w:r>
    </w:p>
    <w:p>
      <w:r>
        <w:rPr>
          <w:b/>
        </w:rPr>
        <w:t xml:space="preserve">[35:50] </w:t>
      </w:r>
      <w:r>
        <w:t>to kya hua? logon ne apne sath doosron ko apna rival samajh liya. rivalry, phir enmity, phir war, phir violence. is ko minimize kiya tha rasool Allah salallahu alaihi wasallam ne musalmanon ke mind se.</w:t>
      </w:r>
    </w:p>
    <w:p>
      <w:pPr>
        <w:jc w:val="right"/>
      </w:pPr>
      <w:r>
        <w:t>تو کیا ہوا؟ لوگوں نے اپنے ساتھ دوسروں کو اپنا رائیول سمجھ لیا۔ رائیولی، پھر اینیمیٹی، پھر وار، پھر وائیلنس۔ اس کو منیمائز کیا تھا رسول اللہ صلی اللہ علیہ وسلم نے مسلمانوں کے مائنڈ سے۔</w:t>
      </w:r>
    </w:p>
    <w:p>
      <w:r>
        <w:rPr>
          <w:b/>
        </w:rPr>
        <w:t xml:space="preserve">[36:02] </w:t>
      </w:r>
      <w:r>
        <w:t>minimize nahi, yani is ko khatam, diffuse kiya, khatam kiya tha. woh kaise? dawat ka concept le kar ke. dawat ka concept. dawat ka matlab kya hai?</w:t>
      </w:r>
    </w:p>
    <w:p>
      <w:pPr>
        <w:jc w:val="right"/>
      </w:pPr>
      <w:r>
        <w:t>منیمائز نہیں، یعنی اس کو ختم، ڈیفیوز کیا، ختم کیا تھا۔ وہ کیسے؟ دعوت کا کانسیپٹ لے کر کے۔ دعوت کا کانسیپٹ۔ دعوت کا مطلب کیا ہے؟</w:t>
      </w:r>
    </w:p>
    <w:p>
      <w:r>
        <w:rPr>
          <w:b/>
        </w:rPr>
        <w:t xml:space="preserve">[36:15] </w:t>
      </w:r>
      <w:r>
        <w:t>dawat is not, completely a non political concept.</w:t>
      </w:r>
    </w:p>
    <w:p>
      <w:pPr>
        <w:jc w:val="right"/>
      </w:pPr>
      <w:r>
        <w:t>دعوت از نا، کمپلیٹلی ا نان پولیٹیکل کانسیپٹ۔</w:t>
      </w:r>
    </w:p>
    <w:p>
      <w:r>
        <w:rPr>
          <w:b/>
        </w:rPr>
        <w:t xml:space="preserve">[36:21] </w:t>
      </w:r>
      <w:r>
        <w:t>dawat is completely a non political concept. yani peaceful way mein Allah ka message doosron tak pahunchana. peaceful, peaceful, peaceful.</w:t>
      </w:r>
    </w:p>
    <w:p>
      <w:pPr>
        <w:jc w:val="right"/>
      </w:pPr>
      <w:r>
        <w:t>دعویٰ از کمپلیٹلی ا نان پولیٹیکل کانسیپٹ۔ یعنی پیس فل وے میں اللہ کا میسج دوسروں تک پہنچانا۔ پیس فل، پیس فل، پیس فل۔</w:t>
      </w:r>
    </w:p>
    <w:p>
      <w:r>
        <w:rPr>
          <w:b/>
        </w:rPr>
        <w:t xml:space="preserve">[36:31] </w:t>
      </w:r>
      <w:r>
        <w:t>is mein koi takrao nahi, koi ladai nahi, koi chheen chhapta nahi. koi lena hai, dena hai. to yeh jo concept hai, yeh paida karta hai compassion, khair khwahi, doosre ke liye mohabbat.</w:t>
      </w:r>
    </w:p>
    <w:p>
      <w:pPr>
        <w:jc w:val="right"/>
      </w:pPr>
      <w:r>
        <w:t>اس میں کوئی ٹکراؤ نہیں، کوئی لڑائی نہیں، کوئی چھین چھپٹ نہیں۔ کوئی لینا ہے، دینا ہے۔ تو یہ جو کانسیپٹ ہے، یہ پیدا کرتا ہے کمپیشن، خیر خواہی، دوسرے کے لیے محبت۔</w:t>
      </w:r>
    </w:p>
    <w:p>
      <w:r>
        <w:rPr>
          <w:b/>
        </w:rPr>
        <w:t xml:space="preserve">[36:46] </w:t>
      </w:r>
      <w:r>
        <w:t>jab aap kahen ke jab mission aap ka yeh ho ke mujhe doosron ke dil ko badalna hai. When you want to change the heart of the people, when you want to change the mind of the people, then you have to be peaceful.</w:t>
      </w:r>
    </w:p>
    <w:p>
      <w:pPr>
        <w:jc w:val="right"/>
      </w:pPr>
      <w:r>
        <w:t>جب آپ کہیں کہ جب مشن آپ کا یہ ہو کہ مجھے دوسروں کے دل کو بدلنا ہے۔ وین یو وانٹ ٹو چینج دا ہارٹ آف دا پیپل، وین یو وانٹ ٹو چینج دا مائنڈ آف دا پیپل، دین یو ہیو ٹو بی پیس فل۔</w:t>
      </w:r>
    </w:p>
    <w:p>
      <w:r>
        <w:rPr>
          <w:b/>
        </w:rPr>
        <w:t xml:space="preserve">[37:02] </w:t>
      </w:r>
      <w:r>
        <w:t>you have to be compassionate. Jab tak aap compassionate na hon, friendly na hon, to kon aap ki baat sune ga?</w:t>
      </w:r>
    </w:p>
    <w:p>
      <w:pPr>
        <w:jc w:val="right"/>
      </w:pPr>
      <w:r>
        <w:t>یو ہیو ٹو بی کمپیشنیٹ۔ جب تک آپ کمپیشنیٹ نہ ہوں، فرینڈلی نہ ہوں، تو کون آپ کی بات سنے گا؟</w:t>
      </w:r>
    </w:p>
    <w:p>
      <w:r>
        <w:rPr>
          <w:b/>
        </w:rPr>
        <w:t xml:space="preserve">[37:12] </w:t>
      </w:r>
      <w:r>
        <w:t>to mission jo diya hai Rasool Allah sal Allah alaihi wasallam ne, dawah mission. apne aap mein woh, yani is is ke andar yeh cheez shamil thi ke tumhein, yani madu, tumhein dai, dai ko madu ke muqable mein compassionate banna hai.</w:t>
      </w:r>
    </w:p>
    <w:p>
      <w:pPr>
        <w:jc w:val="right"/>
      </w:pPr>
      <w:r>
        <w:t>تو مشن جو دیا ہے رسول اللہ صلی اللہ علیہ وسلم نے، دعویٰ مشن۔ اپنے آپ میں وہ، یعنی اس اس کے اندر یہ چیز شامل تھی کہ تمہیں، یعنی مدعو، تمہیں داعی، داعی کو مدعو کے مقابلے میں کمپیشنیٹ بننا ہے۔</w:t>
      </w:r>
    </w:p>
    <w:p>
      <w:r>
        <w:rPr>
          <w:b/>
        </w:rPr>
        <w:t xml:space="preserve">[37:29] </w:t>
      </w:r>
      <w:r>
        <w:t>tumhare andar friendly behavior aana hai. to dawah concept creates friendly culture.</w:t>
      </w:r>
    </w:p>
    <w:p>
      <w:pPr>
        <w:jc w:val="right"/>
      </w:pPr>
      <w:r>
        <w:t>تمہارے اندر فرینڈلی بیہیویئر آنا ہے۔ تو دعویٰ کانسیپٹ کریٹس فرینڈلی کلچر۔</w:t>
      </w:r>
    </w:p>
    <w:p>
      <w:r>
        <w:rPr>
          <w:b/>
        </w:rPr>
        <w:t xml:space="preserve">[37:39] </w:t>
      </w:r>
      <w:r>
        <w:t>yeh tha rasool Allah sal Allah alaihi wasallam mein, yeh tha sahaba karam mein. to yeh jo period hai, early period, is mein log dawah conscious hua karte thay.</w:t>
      </w:r>
    </w:p>
    <w:p>
      <w:pPr>
        <w:jc w:val="right"/>
      </w:pPr>
      <w:r>
        <w:t>یہ تھا رسول اللہ صلی اللہ علیہ وسلم میں، یہ تھا صحابہ کرام میں۔ تو یہ جو پیریڈ ہے، ارلی پیریڈ، اس میں لوگ دعویٰ کانشیس ہوا کرتے تھے۔</w:t>
      </w:r>
    </w:p>
    <w:p>
      <w:r>
        <w:rPr>
          <w:b/>
        </w:rPr>
        <w:t xml:space="preserve">[37:50] </w:t>
      </w:r>
      <w:r>
        <w:t>dawah conscious. dawah conscious jo tha, to insan se mohabbat karte thay woh. acha, is ke baad jab musalmanon ne abasad period mein empire bana liya.</w:t>
      </w:r>
    </w:p>
    <w:p>
      <w:pPr>
        <w:jc w:val="right"/>
      </w:pPr>
      <w:r>
        <w:t>دعویٰ کانشیس۔ دعویٰ کانشیس جو تھا، تو انسان سے محبت کرتے تھے وہ۔ اچھا، اس کے بعد جب مسلمانوں نے اباسد پیریڈ میں ایمپائر بنا لیا۔</w:t>
      </w:r>
    </w:p>
    <w:p>
      <w:r>
        <w:rPr>
          <w:b/>
        </w:rPr>
        <w:t xml:space="preserve">[38:02] </w:t>
      </w:r>
      <w:r>
        <w:t>empire ban gaya.</w:t>
      </w:r>
    </w:p>
    <w:p>
      <w:pPr>
        <w:jc w:val="right"/>
      </w:pPr>
      <w:r>
        <w:t>ایمپائر بن گیا۔</w:t>
      </w:r>
    </w:p>
    <w:p>
      <w:r>
        <w:rPr>
          <w:b/>
        </w:rPr>
        <w:t xml:space="preserve">[38:05] </w:t>
      </w:r>
      <w:r>
        <w:t>jab se empire banaya hai, tab se yeh mind change hua hai. tab se mind kya hua? ab ban gaya political conscious.</w:t>
      </w:r>
    </w:p>
    <w:p>
      <w:pPr>
        <w:jc w:val="right"/>
      </w:pPr>
      <w:r>
        <w:t>جب سے ایمپائر بنایا ہے، تب سے یہ مائنڈ چینج ہوا ہے۔ تب سے مائنڈ کیا ہوا؟ اب بن گیا پولیٹیکل کانشیس۔</w:t>
      </w:r>
    </w:p>
    <w:p>
      <w:r>
        <w:rPr>
          <w:b/>
        </w:rPr>
        <w:t xml:space="preserve">[38:15] </w:t>
      </w:r>
      <w:r>
        <w:t>pehlay tha dawah conscious, ab political conscious. yani dawah mind, ab political mind ban gaya. ab kya hai?</w:t>
      </w:r>
    </w:p>
    <w:p>
      <w:pPr>
        <w:jc w:val="right"/>
      </w:pPr>
      <w:r>
        <w:t>پہلے تھا دعویٰ کانشیس، اب پولیٹیکل کانشیس۔ یعنی دعویٰ مائنڈ، اب پولیٹیکل مائنڈ بن گیا۔ اب کیا ہے؟</w:t>
      </w:r>
    </w:p>
    <w:p>
      <w:r>
        <w:rPr>
          <w:b/>
        </w:rPr>
        <w:t xml:space="preserve">[38:25] </w:t>
      </w:r>
      <w:r>
        <w:t>dosra hamara rival hai, dosra hamara dushman hai, usay crush karo, usay mitao.</w:t>
      </w:r>
    </w:p>
    <w:p>
      <w:pPr>
        <w:jc w:val="right"/>
      </w:pPr>
      <w:r>
        <w:t>دوسرا ہمارا رائیول ہے، دوسرا ہمارا دشمن ہے، اسے کرش کرو، اسے مٹاؤ۔</w:t>
      </w:r>
    </w:p>
    <w:p>
      <w:r>
        <w:rPr>
          <w:b/>
        </w:rPr>
        <w:t xml:space="preserve">[38:30] </w:t>
      </w:r>
      <w:r>
        <w:t>yahan se de-realment ho gaya. Muslim mind kaha tha, de-realment ho gaya. dawah se ki parties hat kar ke politics party pe chali gayi.</w:t>
      </w:r>
    </w:p>
    <w:p>
      <w:pPr>
        <w:jc w:val="right"/>
      </w:pPr>
      <w:r>
        <w:t>یہاں سے ڈی ریلمنٹ ہو گیا۔ مسلم مائنڈ کہا تھا، ڈی ریلمنٹ ہو گیا۔ دعوت سے کی پارٹیز ہٹ کر کے پولیٹکس پارٹی پہ چلی گئی۔</w:t>
      </w:r>
    </w:p>
    <w:p>
      <w:r>
        <w:rPr>
          <w:b/>
        </w:rPr>
        <w:t xml:space="preserve">[38:42] </w:t>
      </w:r>
      <w:r>
        <w:t>party to naam hai takrao ka. mein ne ek, yani dilli mein ek ek jalsa tha, ek bohat baray leader ki speech thi wahan par.</w:t>
      </w:r>
    </w:p>
    <w:p>
      <w:pPr>
        <w:jc w:val="right"/>
      </w:pPr>
      <w:r>
        <w:t>پارٹی تو نام ہے ٹکراؤ کا۔ میں نے ایک، یعنی دلی میں ایک ایک جلسہ تھا، ایک بہت بڑے لیڈر کی سپیچ تھی وہاں پر۔</w:t>
      </w:r>
    </w:p>
    <w:p>
      <w:r>
        <w:rPr>
          <w:b/>
        </w:rPr>
        <w:t xml:space="preserve">[38:52] </w:t>
      </w:r>
      <w:r>
        <w:t>mein wahan tha, ek ek national leader ki.</w:t>
      </w:r>
    </w:p>
    <w:p>
      <w:pPr>
        <w:jc w:val="right"/>
      </w:pPr>
      <w:r>
        <w:t>میں وہاں تھا، ایک ایک نیشنل لیڈر کی۔</w:t>
      </w:r>
    </w:p>
    <w:p>
      <w:r>
        <w:rPr>
          <w:b/>
        </w:rPr>
        <w:t xml:space="preserve">[38:59] </w:t>
      </w:r>
      <w:r>
        <w:t>abhi woh zinda hain, woh agarche boorhay ho chukay hain. to mujhe ab tak un ka sentence yaad hai. unhon ne kaha tha, "riyasat chalti hai takrao par."</w:t>
      </w:r>
    </w:p>
    <w:p>
      <w:pPr>
        <w:jc w:val="right"/>
      </w:pPr>
      <w:r>
        <w:t>ابھی وہ زندہ ہیں، وہ اگرچہ بوڑھے ہو چکے ہیں۔ تو مجھے اب تک ان کا سینٹنس یاد ہے۔ انہوں نے کہا تھا، "ریاست چلتی ہے ٹکراؤ پر۔"</w:t>
      </w:r>
    </w:p>
    <w:p>
      <w:r>
        <w:rPr>
          <w:b/>
        </w:rPr>
        <w:t xml:space="preserve">[39:13] </w:t>
      </w:r>
      <w:r>
        <w:t>ek top ka leader India ka. "riyasat chalti hai takrao par." us waqt mein samjha ke siyasat se kyun takrao aata hai.</w:t>
      </w:r>
    </w:p>
    <w:p>
      <w:pPr>
        <w:jc w:val="right"/>
      </w:pPr>
      <w:r>
        <w:t>ایک ٹاپ کا لیڈر انڈیا کا۔ "ریاست چلتی ہے ٹکراؤ پر۔" اس وقت میں سمجھا کہ سیاست سے کیوں ٹکراؤ آتا ہے۔</w:t>
      </w:r>
    </w:p>
    <w:p>
      <w:r>
        <w:rPr>
          <w:b/>
        </w:rPr>
        <w:t xml:space="preserve">[39:23] </w:t>
      </w:r>
      <w:r>
        <w:t>takrao aaya to nafrat aayi. takrao aaya to violence aaya. takrao aaya to rivalry aayi. takrao aaya to we and they concept paida hua.</w:t>
      </w:r>
    </w:p>
    <w:p>
      <w:pPr>
        <w:jc w:val="right"/>
      </w:pPr>
      <w:r>
        <w:t>ٹکراؤ آیا تو نفرت آئی۔ ٹکراؤ آیا تو وائیلنس آیا۔ ٹکراؤ آیا تو رائیولری آئی۔ ٹکراؤ آیا تو وی اینڈ دے کانسیپٹ پیدا ہوا۔</w:t>
      </w:r>
    </w:p>
    <w:p>
      <w:r>
        <w:rPr>
          <w:b/>
        </w:rPr>
        <w:t xml:space="preserve">[39:37] </w:t>
      </w:r>
      <w:r>
        <w:t>to musalmanon mein jo de-realment hua, abbasi period mein, ab tak chala ja raha hai. sare musalmanon ka mindset wahi.</w:t>
      </w:r>
    </w:p>
    <w:p>
      <w:pPr>
        <w:jc w:val="right"/>
      </w:pPr>
      <w:r>
        <w:t>تو مسلمانوں میں جو ڈی ریلمنٹ ہوا، عباسی پیریڈ میں، اب تک چلا جا رہا ہے۔ سارے مسلمانوں کا مائنڈ سیٹ وہی۔</w:t>
      </w:r>
    </w:p>
    <w:p>
      <w:r>
        <w:rPr>
          <w:b/>
        </w:rPr>
        <w:t xml:space="preserve">[39:47] </w:t>
      </w:r>
      <w:r>
        <w:t>kuch log engage hain is mein. yani militancy mein engage hain.</w:t>
      </w:r>
    </w:p>
    <w:p>
      <w:pPr>
        <w:jc w:val="right"/>
      </w:pPr>
      <w:r>
        <w:t>کچھ لوگ انگیج ہیں اس میں۔ یعنی ملٹینسی میں انگیج ہیں۔</w:t>
      </w:r>
    </w:p>
    <w:p>
      <w:r>
        <w:rPr>
          <w:b/>
        </w:rPr>
        <w:t xml:space="preserve">[39:53] </w:t>
      </w:r>
      <w:r>
        <w:t>jo engage nahi hain, to un ki soch wahi hai. yani koi log soch ke aitbar se waise hi hain, kuch log practically waise hi hain.</w:t>
      </w:r>
    </w:p>
    <w:p>
      <w:pPr>
        <w:jc w:val="right"/>
      </w:pPr>
      <w:r>
        <w:t>جو انگیج نہیں ہیں، تو ان کی سوچ وہی ہے۔ یعنی کوئی لوگ سوچ کے اعتبار سے ویسے ہی ہیں، کچھ لوگ پریکٹیکلی ویسے ہی ہیں۔</w:t>
      </w:r>
    </w:p>
    <w:p>
      <w:r>
        <w:rPr>
          <w:b/>
        </w:rPr>
        <w:t xml:space="preserve">[40:02] </w:t>
      </w:r>
      <w:r>
        <w:t>itna hi farq hai aur koi farq nahi hai. hamari is team ko chor kar ke is ke bahar aap jaiye, ek single aadmi nahi milega aap ko jo is se poori tarah se azaad ho, is pakar se azaad ho.</w:t>
      </w:r>
    </w:p>
    <w:p>
      <w:pPr>
        <w:jc w:val="right"/>
      </w:pPr>
      <w:r>
        <w:t>اتنا ہی فرق ہے اور کوئی فرق نہیں ہے۔ ہماری اس ٹیم کو چھوڑ کر کے اس کے باہر آپ جائیے، ایک سنگل آدمی نہیں ملے گا آپ کو جو اس سے پوری طرح سے آزاد ہو، اس پکڑ سے آزاد ہو۔</w:t>
      </w:r>
    </w:p>
    <w:p>
      <w:r>
        <w:rPr>
          <w:b/>
        </w:rPr>
        <w:t xml:space="preserve">[40:15] </w:t>
      </w:r>
      <w:r>
        <w:t>batein achi achi kare ga, lekin aap scrutiny kijiye, scrutiny. andar se nikle ga hate.</w:t>
      </w:r>
    </w:p>
    <w:p>
      <w:pPr>
        <w:jc w:val="right"/>
      </w:pPr>
      <w:r>
        <w:t>باتیں اچھی اچھی کرے گا، لیکن آپ اسکرٹنی کیجیے، اسکرٹنی۔ اندر سے نکلے گا ہیٹ۔</w:t>
      </w:r>
    </w:p>
    <w:p>
      <w:r>
        <w:rPr>
          <w:b/>
        </w:rPr>
        <w:t xml:space="preserve">[40:23] </w:t>
      </w:r>
      <w:r>
        <w:t>kisi mein kehta hoon, bila exception mein kehta hoon aap ko ke hamari team ke bahar ja kar survey kijiye. to yeh hai problem musalmanon ka.</w:t>
      </w:r>
    </w:p>
    <w:p>
      <w:pPr>
        <w:jc w:val="right"/>
      </w:pPr>
      <w:r>
        <w:t>کسی میں کہتا ہوں، بلا ایکسیپشن میں کہتا ہوں آپ کو کہ ہماری ٹیم کے باہر جا کر سروے کیجیے۔ تو یہ ہے پرابلم مسلمانوں کا۔</w:t>
      </w:r>
    </w:p>
    <w:p>
      <w:r>
        <w:rPr>
          <w:b/>
        </w:rPr>
        <w:t xml:space="preserve">[40:35] </w:t>
      </w:r>
      <w:r>
        <w:t>ke dawah mind khatam ho gaya, political mind aa gaya. ab kya hai? we and they concept aa gaya. hum alag hain, woh alag hain.</w:t>
      </w:r>
    </w:p>
    <w:p>
      <w:pPr>
        <w:jc w:val="right"/>
      </w:pPr>
      <w:r>
        <w:t>کہ دعویٰ مائنڈ ختم ہو گیا، پولیٹیکل مائنڈ آ گیا۔ اب کیا ہے؟ وی اینڈ دے کانسیپٹ آ گیا۔ ہم الگ ہیں، وہ الگ ہیں۔</w:t>
      </w:r>
    </w:p>
    <w:p>
      <w:r>
        <w:rPr>
          <w:b/>
        </w:rPr>
        <w:t xml:space="preserve">[40:47] </w:t>
      </w:r>
      <w:r>
        <w:t>hum supreme hain, tum tum kuch chotay ho hum se.</w:t>
      </w:r>
    </w:p>
    <w:p>
      <w:pPr>
        <w:jc w:val="right"/>
      </w:pPr>
      <w:r>
        <w:t>ہم سپریم ہیں، تم تم کچھ چھوٹے ہو ہم سے۔</w:t>
      </w:r>
    </w:p>
    <w:p>
      <w:r>
        <w:rPr>
          <w:b/>
        </w:rPr>
        <w:t xml:space="preserve">[40:51] </w:t>
      </w:r>
      <w:r>
        <w:t>humein rule karna hai.</w:t>
      </w:r>
    </w:p>
    <w:p>
      <w:pPr>
        <w:jc w:val="right"/>
      </w:pPr>
      <w:r>
        <w:t>ہمیں رول کرنا ہے۔</w:t>
      </w:r>
    </w:p>
    <w:p>
      <w:r>
        <w:rPr>
          <w:b/>
        </w:rPr>
        <w:t xml:space="preserve">[40:56] </w:t>
      </w:r>
      <w:r>
        <w:t>humein tum ko. isi liye musalmanon mein dekhiye, kitna popular hoti hai woh cheez hai. debate bohat popular hota hai. kyun? debate kya hai?</w:t>
      </w:r>
    </w:p>
    <w:p>
      <w:pPr>
        <w:jc w:val="right"/>
      </w:pPr>
      <w:r>
        <w:t>ہمیں تم کو۔ اسی لیے مسلمانوں میں دیکھیے، کتنا پاپولر ہوتی ہے وہ چیز ہے۔ ڈیبیٹ بہت پاپولر ہوتا ہے۔ کیوں؟ ڈیبیٹ کیا ہے؟</w:t>
      </w:r>
    </w:p>
    <w:p>
      <w:r>
        <w:rPr>
          <w:b/>
        </w:rPr>
        <w:t xml:space="preserve">[41:05] </w:t>
      </w:r>
      <w:r>
        <w:t>is stage par ya table par aadmi crush karta hai doosre ko. bulldozer de maal ki boli bolta hai. mez par woh bole ga, "bulldozer de maal."</w:t>
      </w:r>
    </w:p>
    <w:p>
      <w:pPr>
        <w:jc w:val="right"/>
      </w:pPr>
      <w:r>
        <w:t>اسٹیج پر یا ٹیبل پر آدمی کرش کرتا ہے دوسرے کو۔ بلڈوز دے مال کی بولی بولتا ہے۔ میز پر وہ بولے گا، "بلڈوز دے مال۔"</w:t>
      </w:r>
    </w:p>
    <w:p>
      <w:r>
        <w:rPr>
          <w:b/>
        </w:rPr>
        <w:t xml:space="preserve">[41:16] </w:t>
      </w:r>
      <w:r>
        <w:t>to lafzon ki battlefield hai woh. debate kiya hai? debate shabdon ki battlefield hai. khoob khush hote hain musalman, khoob taaliyan bajate hain.</w:t>
      </w:r>
    </w:p>
    <w:p>
      <w:pPr>
        <w:jc w:val="right"/>
      </w:pPr>
      <w:r>
        <w:t>تو لفظوں کی بیٹل فیلڈ ہے وہ۔ ڈیبیٹ کیا ہے؟ ڈیبیٹ शब्दوں کی بیٹل فیلڈ ہے۔ خوب خوش ہوتے ہیں مسلمان، خوب تالیاں بجاتے ہیں۔</w:t>
      </w:r>
    </w:p>
    <w:p>
      <w:r>
        <w:rPr>
          <w:b/>
        </w:rPr>
        <w:t xml:space="preserve">[41:28] </w:t>
      </w:r>
      <w:r>
        <w:t>ke kam az kam mez par to hum ne un ko crush kar diya. aap ko jis rival ko woh battlefield mein nahi hara sake thay, ab khush ho rahe hain ke dekho, stage par to hum ne kam az kam us ko crush kar diya.</w:t>
      </w:r>
    </w:p>
    <w:p>
      <w:pPr>
        <w:jc w:val="right"/>
      </w:pPr>
      <w:r>
        <w:t>کہ کم از کم میز پر تو ہم نے ان کو کرش کر دیا۔ آپ کو جس رائیول کو وہ بیٹل فیلڈ میں نہیں ہرا سکے تھے، اب خوش ہو رہے ہیں کہ دیکھو، اسٹیج پر تو ہم نے کم از کم اس کو کرش کر دیا۔</w:t>
      </w:r>
    </w:p>
    <w:p>
      <w:r>
        <w:rPr>
          <w:b/>
        </w:rPr>
        <w:t xml:space="preserve">[41:43] </w:t>
      </w:r>
      <w:r>
        <w:t>to musalmanon mein dekhiye, yeh ho raha hai.</w:t>
      </w:r>
    </w:p>
    <w:p>
      <w:pPr>
        <w:jc w:val="right"/>
      </w:pPr>
      <w:r>
        <w:t>تو مسلمانوں میں دیکھیے، یہ ہو رہا ہے۔</w:t>
      </w:r>
    </w:p>
    <w:p>
      <w:r>
        <w:rPr>
          <w:b/>
        </w:rPr>
        <w:t xml:space="preserve">[41:46] </w:t>
      </w:r>
      <w:r>
        <w:t>khoob debate un ko acha lagta hai. un ko gun and bomb culture acha lagta hai. kehte hain ke social bombing achi lagti hai un ko.</w:t>
      </w:r>
    </w:p>
    <w:p>
      <w:pPr>
        <w:jc w:val="right"/>
      </w:pPr>
      <w:r>
        <w:t>خوب ڈیبیٹ ان کو اچھا لگتا ہے۔ ان کو گن اینڈ بم کلچر اچھا لگتا ہے۔ کہتے ہیں کہ سوشل بمبنگ اچھی لگتی ہے ان کو۔</w:t>
      </w:r>
    </w:p>
    <w:p>
      <w:r>
        <w:rPr>
          <w:b/>
        </w:rPr>
        <w:t xml:space="preserve">[41:58] </w:t>
      </w:r>
      <w:r>
        <w:t>yani sainkaron, yani hazaron log tayyar hain ke mujhe batao, main ja ke social bombing karoon ga. kyun? is mein lagta hai unhon ne ke main ne kisi ko mara, apne dushman ko mara, apne enemy jo hai, us ko mara main ne.</w:t>
      </w:r>
    </w:p>
    <w:p>
      <w:pPr>
        <w:jc w:val="right"/>
      </w:pPr>
      <w:r>
        <w:t>یعنی سینکڑوں، یعنی ہزاروں لوگ تیار ہیں کہ مجھے بتاؤ، میں جا کے سوشل بمبنگ کروں گا۔ کیوں؟ اس میں لگتا ہے انہوں نے کہ میں نے کسی کو مارا، اپنے دشمن کو مارا، اپنے اینمی جو ہے، اس کو مارا میں نے۔</w:t>
      </w:r>
    </w:p>
    <w:p>
      <w:r>
        <w:rPr>
          <w:b/>
        </w:rPr>
        <w:t xml:space="preserve">[42:14] </w:t>
      </w:r>
      <w:r>
        <w:t>yeh khush hote hain is ko le kar ke.</w:t>
      </w:r>
    </w:p>
    <w:p>
      <w:pPr>
        <w:jc w:val="right"/>
      </w:pPr>
      <w:r>
        <w:t>یہ خوش ہوتے ہیں اس کو لے کر کے۔</w:t>
      </w:r>
    </w:p>
    <w:p>
      <w:r>
        <w:rPr>
          <w:b/>
        </w:rPr>
        <w:t xml:space="preserve">[42:19] </w:t>
      </w:r>
      <w:r>
        <w:t>to musalmanon ka jo problem hai, yeh saare jo ritual wala Islam hai, un ke form wala Islam, that is nothing. kuch bhi yeh akhirat mein kaam aane wala nahi.</w:t>
      </w:r>
    </w:p>
    <w:p>
      <w:pPr>
        <w:jc w:val="right"/>
      </w:pPr>
      <w:r>
        <w:t>تو مسلمانوں کا جو پرابلم ہے، یہ سارے جو ریچول والا اسلام ہے، ان کے فارم والا اسلام، دیٹ از نتھنگ۔ کچھ بھی یہ آخرت میں کام آنے والا نہیں۔</w:t>
      </w:r>
    </w:p>
    <w:p>
      <w:r>
        <w:rPr>
          <w:b/>
        </w:rPr>
        <w:t xml:space="preserve">[42:29] </w:t>
      </w:r>
      <w:r>
        <w:t>yaad rakhiye,</w:t>
      </w:r>
    </w:p>
    <w:p>
      <w:pPr>
        <w:jc w:val="right"/>
      </w:pPr>
      <w:r>
        <w:t>یاد رکھیے،</w:t>
      </w:r>
    </w:p>
    <w:p>
      <w:r>
        <w:rPr>
          <w:b/>
        </w:rPr>
        <w:t xml:space="preserve">[42:33] </w:t>
      </w:r>
      <w:r>
        <w:t>unhein lootna pare ga is Islam ki taraf jo Allah ka darr laata hai, jo akhirat ke pakar ka ehsaas laata hai, jo bhula deta hai aadmi se aulaad ko, mobile ko, bank balance ko.</w:t>
      </w:r>
    </w:p>
    <w:p>
      <w:pPr>
        <w:jc w:val="right"/>
      </w:pPr>
      <w:r>
        <w:t>انہیں لوٹنا پڑے گا اس اسلام کی طرف جو اللہ کا ڈر لاتا ہے، جو آخرت کے پکڑ کا احساس لاتا ہے، جو بھلا دیتا ہے آدمی سے اولاد کو، موبائل کو، بینک بیلنس کو۔</w:t>
      </w:r>
    </w:p>
    <w:p>
      <w:r>
        <w:rPr>
          <w:b/>
        </w:rPr>
        <w:t xml:space="preserve">[42:49] </w:t>
      </w:r>
      <w:r>
        <w:t>bhool jata hai aadmi, jis mein doosre insanon ka woh khair khwah banta hai, us se mohabbat karne wala banta hai.</w:t>
      </w:r>
    </w:p>
    <w:p>
      <w:pPr>
        <w:jc w:val="right"/>
      </w:pPr>
      <w:r>
        <w:t>بھول جاتا ہے آدمی، جس میں دوسرے انسانوں کا وہ خیر خواہ بنتا ہے، اس سے محبت کرنے والا بنتا ہے۔</w:t>
      </w:r>
    </w:p>
    <w:p>
      <w:r>
        <w:rPr>
          <w:b/>
        </w:rPr>
        <w:t xml:space="preserve">[43:01] </w:t>
      </w:r>
      <w:r>
        <w:t>Allah ke paigham ko pohnchanay ka is ke andar shauq paida hota hai.</w:t>
      </w:r>
    </w:p>
    <w:p>
      <w:pPr>
        <w:jc w:val="right"/>
      </w:pPr>
      <w:r>
        <w:t>اللہ کے پیغام کو پہنچانے کا اس کے اندر شوق پیدا ہوتا ہے۔</w:t>
      </w:r>
    </w:p>
    <w:p>
      <w:r>
        <w:rPr>
          <w:b/>
        </w:rPr>
        <w:t xml:space="preserve">[43:07] </w:t>
      </w:r>
      <w:r>
        <w:t>woh Islam Allah taala ke haan matloob hai. woh Islam matloob hai. woh hoga to Allah ke haan is ka koi darja hai.</w:t>
      </w:r>
    </w:p>
    <w:p>
      <w:pPr>
        <w:jc w:val="right"/>
      </w:pPr>
      <w:r>
        <w:t>وہ اسلام اللہ تعالیٰ کے ہاں مطلوب ہے۔ وہ اسلام مطلوب ہے۔ وہ ہوگا تو اللہ کے ہاں اس کا کوئی درجہ ہے۔</w:t>
      </w:r>
    </w:p>
    <w:p>
      <w:r>
        <w:rPr>
          <w:b/>
        </w:rPr>
        <w:t xml:space="preserve">[43:16] </w:t>
      </w:r>
      <w:r>
        <w:t>unhein koi darja hi nahi hai, koi darja nahi hai.</w:t>
      </w:r>
    </w:p>
    <w:p>
      <w:pPr>
        <w:jc w:val="right"/>
      </w:pPr>
      <w:r>
        <w:t>انہیں کوئی درجہ ہی نہیں ہے، کوئی درجہ نہیں ہے۔</w:t>
      </w:r>
    </w:p>
    <w:p>
      <w:r>
        <w:rPr>
          <w:b/>
        </w:rPr>
        <w:t xml:space="preserve">[43:23] </w:t>
      </w:r>
      <w:r>
        <w:t>to bazahir musalmanon mein, yani woh, yani secular ideology nahi hai. bazahir musalmanon mein woh jo aam tor par leftist ideology hai, woh bhi nahi hai.</w:t>
      </w:r>
    </w:p>
    <w:p>
      <w:pPr>
        <w:jc w:val="right"/>
      </w:pPr>
      <w:r>
        <w:t>تو بظاہر مسلمانوں میں، یعنی وہ، یعنی سیکولر آئیڈیالوجی نہیں ہے۔ بظاہر مسلمانوں میں وہ جو عام طور پر لیجس آئیڈیالوجی ہے، وہ بھی نہیں ہے۔</w:t>
      </w:r>
    </w:p>
    <w:p>
      <w:r>
        <w:rPr>
          <w:b/>
        </w:rPr>
        <w:t xml:space="preserve">[43:34] </w:t>
      </w:r>
      <w:r>
        <w:t>lekin jo Islami ka ideology un ki hai, woh bhi reduce form hai is ka. woh real form nahi hai is ka.</w:t>
      </w:r>
    </w:p>
    <w:p>
      <w:pPr>
        <w:jc w:val="right"/>
      </w:pPr>
      <w:r>
        <w:t>لیکن جو اسلامی کا آئیڈیالوجی ان کی ہے، وہ بھی ریڈیوس فارم ہے اس کا۔ وہ ریئل فارم نہیں ہے اس کا۔</w:t>
      </w:r>
    </w:p>
    <w:p>
      <w:r>
        <w:rPr>
          <w:b/>
        </w:rPr>
        <w:t xml:space="preserve">[43:45] </w:t>
      </w:r>
      <w:r>
        <w:t>to yaad rakhiye, sacha Islam woh hai jo aap se mobile ki yaad bhi cheen le.</w:t>
      </w:r>
    </w:p>
    <w:p>
      <w:pPr>
        <w:jc w:val="right"/>
      </w:pPr>
      <w:r>
        <w:t>تو یاد رکھیے، سچا اسلام وہ ہے جو آپ سے موبائل کی یاد بھی چھین لے۔</w:t>
      </w:r>
    </w:p>
    <w:p>
      <w:r>
        <w:rPr>
          <w:b/>
        </w:rPr>
        <w:t xml:space="preserve">[43:53] </w:t>
      </w:r>
      <w:r>
        <w:t>mujhe aksar telephone number aate hain, mere paas telephone aata hai. poochain, kal mujhe telephone aaya hai Pakistan se. ek sahib telephone aaya hai, yahan koi idara hai, koi danish kada hai, kya naam hai is ka?</w:t>
      </w:r>
    </w:p>
    <w:p>
      <w:pPr>
        <w:jc w:val="right"/>
      </w:pPr>
      <w:r>
        <w:t>مجھے اکثر ٹیلی فون نمبر آتے ہیں، میرے پاس ٹیلی فون آتا ہے۔ پوچھیں، کل مجھے ٹیلی فون آیا ہے پاکستان سے۔ ایک صاحب ٹیلی فون آیا ہے، یہاں کوئی ادارہ ہے، کوئی دانش کدہ ہے، کیا نام ہے اس کا؟</w:t>
      </w:r>
    </w:p>
    <w:p>
      <w:r>
        <w:rPr>
          <w:b/>
        </w:rPr>
        <w:t xml:space="preserve">[44:02] </w:t>
      </w:r>
      <w:r>
        <w:t>telephone number hai. kal ki baat hai, main ne kaha, mujhe to apna telephone number bhi yaad nahi hai. unhon ne kaha, Delhi mein ek idara hai, is ka naam hai, kuch danish kada hai, kya aisa kuch?</w:t>
      </w:r>
    </w:p>
    <w:p>
      <w:pPr>
        <w:jc w:val="right"/>
      </w:pPr>
      <w:r>
        <w:t>ٹیلی فون نمبر ہے۔ کل کی بات ہے، میں نے کہا، مجھے تو اپنا ٹیلی فون نمبر بھی یاد نہیں ہے۔ انہوں نے کہا، دلی میں ایک ادارہ ہے، اس کا نام ہے، کچھ دانش کدہ ہے، کیا ایسا کچھ؟</w:t>
      </w:r>
    </w:p>
    <w:p>
      <w:r>
        <w:rPr>
          <w:b/>
        </w:rPr>
        <w:t xml:space="preserve">[44:13] </w:t>
      </w:r>
      <w:r>
        <w:t>danish ko le kar ke Karachi se aage se pooch raha tha mujh se. to main ne kaha, mujhe to apna telephone number bhi y</w:t>
      </w:r>
    </w:p>
    <w:p>
      <w:pPr>
        <w:jc w:val="right"/>
      </w:pPr>
      <w:r>
        <w:t>دانش کو لے کر کے کراچی سے آگے سے پوچھ رہا تھا مجھ سے۔ تو میں نے کہا، مجھے تو اپنا ٹیلی فون نمبر بھی ی</w:t>
      </w:r>
    </w:p>
    <w:p>
      <w:r>
        <w:rPr>
          <w:b/>
        </w:rPr>
        <w:t xml:space="preserve">[44:21] </w:t>
      </w:r>
      <w:r>
        <w:t>aad nahi hai, doosre ko main kya bataoon ga aap ko?</w:t>
      </w:r>
    </w:p>
    <w:p>
      <w:pPr>
        <w:jc w:val="right"/>
      </w:pPr>
      <w:r>
        <w:t>اد نہیں ہے، دوسرے کو میں کیا بتاؤں گا آپ کو؟</w:t>
      </w:r>
    </w:p>
    <w:p>
      <w:r>
        <w:rPr>
          <w:b/>
        </w:rPr>
        <w:t xml:space="preserve">[44:26] </w:t>
      </w:r>
      <w:r>
        <w:t>to yaad rakhiye, agar sacha Islam mile aap ko to sab kuch bhool jaye ga, sirf Khuda yaad rahe ga aap ko.</w:t>
      </w:r>
    </w:p>
    <w:p>
      <w:pPr>
        <w:jc w:val="right"/>
      </w:pPr>
      <w:r>
        <w:t>تو یاد رکھیے، اگر سچا اسلام ملے آپ کو تو سب کچھ بھول جائے گا، صرف خدا یاد رہے گا آپ کو۔</w:t>
      </w:r>
    </w:p>
    <w:p>
      <w:r>
        <w:rPr>
          <w:b/>
        </w:rPr>
        <w:t xml:space="preserve">[44:39] </w:t>
      </w:r>
      <w:r>
        <w:t>sacha Islam agar mil jaye aap ko to sab kuch bhool jaye ga aap ko, sirf Khuda yaad rahe ga. dunya bhool jaye gi aap ko, sirf akhirat yaad rahe gi.</w:t>
      </w:r>
    </w:p>
    <w:p>
      <w:pPr>
        <w:jc w:val="right"/>
      </w:pPr>
      <w:r>
        <w:t>سچا اسلام اگر مل جائے آپ کو تو سب کچھ بھول جائے گا آپ کو، صرف خدا یاد رہے گا۔ دنیا بھول جائے گی آپ کو، صرف آخرت یاد رہے گی۔</w:t>
      </w:r>
    </w:p>
    <w:p>
      <w:r>
        <w:rPr>
          <w:b/>
        </w:rPr>
        <w:t xml:space="preserve">[44:49] </w:t>
      </w:r>
      <w:r>
        <w:t>dunya ki nematein bhool jaye gi aap ko, jannat ki nematein yaad rahe gi.</w:t>
      </w:r>
    </w:p>
    <w:p>
      <w:pPr>
        <w:jc w:val="right"/>
      </w:pPr>
      <w:r>
        <w:t>دنیا کی نعمتیں بھول جائیں گی آپ کو، جنت کی نعمتیں یاد رہیں گی۔</w:t>
      </w:r>
    </w:p>
    <w:p>
      <w:r>
        <w:rPr>
          <w:b/>
        </w:rPr>
        <w:t xml:space="preserve">[44:55] </w:t>
      </w:r>
      <w:r>
        <w:t>poori life aap ka orientation badal jaye ga. God oriented life ban jaye gi. akhirat oriented life ban jaye gi.</w:t>
      </w:r>
    </w:p>
    <w:p>
      <w:pPr>
        <w:jc w:val="right"/>
      </w:pPr>
      <w:r>
        <w:t>پوری لائف آپ کا اورینٹیشن بدل جائے گا۔ گاڈ اورینٹڈ لائف بن جائے گی۔ آخرت اورینٹڈ لائف بن جائے گی۔</w:t>
      </w:r>
    </w:p>
    <w:p>
      <w:r>
        <w:rPr>
          <w:b/>
        </w:rPr>
        <w:t xml:space="preserve">[45:07] </w:t>
      </w:r>
      <w:r>
        <w:t>nahi to kuch bhi nahi, nothing. kya aap samajhte hain ke Khuda, ek jo hai, yeh jo Islam ka jo jo radius form hai, woh Khuda is se khush ho jayega?</w:t>
      </w:r>
    </w:p>
    <w:p>
      <w:pPr>
        <w:jc w:val="right"/>
      </w:pPr>
      <w:r>
        <w:t>نہیں تو کچھ بھی نہیں، نتھنگ۔ کیا آپ سمجھتے ہیں کہ خدا، ایک جو ہے، یہ جو اسلام کا جو جو ریڈیوس فارم ہے، وہ خدا اس سے خوش ہو جائے گا؟</w:t>
      </w:r>
    </w:p>
    <w:p>
      <w:r>
        <w:rPr>
          <w:b/>
        </w:rPr>
        <w:t xml:space="preserve">[45:19] </w:t>
      </w:r>
      <w:r>
        <w:t>yani Khuda ko understated, understated karenge aap. kisi ne aap se mobile, kisi ne aap se laptop manga ho, ya dost ne aap, aur aap Kabari bazaar se ek laptop jo kisi ne bech diya, chalta nahi hai, woh purane zamane ka,</w:t>
      </w:r>
    </w:p>
    <w:p>
      <w:pPr>
        <w:jc w:val="right"/>
      </w:pPr>
      <w:r>
        <w:t>یعنی خدا کو انڈرسٹیٹ، انڈرسٹیٹمنٹ کریں گے آپ۔ کسی نے آپ سے موبائل، کسی نے آپ سے لیپ ٹاپ مانگا ہو، یا دوست نے آپ، اور آپ قباری بازار سے ایک لیپ ٹاپ جو کسی نے بیچ دیا، چلتا نہیں ہے، وہ پرانے زمانے کا،</w:t>
      </w:r>
    </w:p>
    <w:p>
      <w:r>
        <w:rPr>
          <w:b/>
        </w:rPr>
        <w:t xml:space="preserve">[45:38] </w:t>
      </w:r>
      <w:r>
        <w:t>purana model bhi hai, woh chalta bhi nahi hai, woh phir apne dost ko le ke de dete hain, kahan khush aayega woh?</w:t>
      </w:r>
    </w:p>
    <w:p>
      <w:pPr>
        <w:jc w:val="right"/>
      </w:pPr>
      <w:r>
        <w:t>پرانا ماڈل بھی ہے، وہ چلتا بھی نہیں ہے، وہ پھر اپنے دوست کو لے کے دے دیتے ہیں، کہاں خوش آئے گا وہ؟</w:t>
      </w:r>
    </w:p>
    <w:p>
      <w:r>
        <w:rPr>
          <w:b/>
        </w:rPr>
        <w:t xml:space="preserve">[45:46] </w:t>
      </w:r>
      <w:r>
        <w:t>to aap ka dost khush nahi hota ek aise mobile se ya aise laptop se jo chal, jo chalta hi nahi hai, shakal bas shakal dekh lo us ki, to Khuda khush ho jayega aise, aise mazhab se, aise Islam se.</w:t>
      </w:r>
    </w:p>
    <w:p>
      <w:pPr>
        <w:jc w:val="right"/>
      </w:pPr>
      <w:r>
        <w:t>تو آپ کا دوست خوش نہیں ہوتا ایک ایسے موبائل سے یا ایسے لیپ ٹاپ سے جو چل، جو چلتا ہی نہیں ہے، شکل بس شکل دیکھ لو اس کی، تو خدا خوش ہو جائے گا ایسے، ایسے مذہب سے، ایسے اسلام سے۔</w:t>
      </w:r>
    </w:p>
    <w:p>
      <w:r>
        <w:rPr>
          <w:b/>
        </w:rPr>
        <w:t xml:space="preserve">[46:04] </w:t>
      </w:r>
      <w:r>
        <w:t>That is strange underestimation of God Almighty.</w:t>
      </w:r>
    </w:p>
    <w:p>
      <w:pPr>
        <w:jc w:val="right"/>
      </w:pPr>
      <w:r>
        <w:t>دیٹ از اسٹرینج انڈرمیشن آف گاڈ المائٹی۔</w:t>
      </w:r>
    </w:p>
    <w:p>
      <w:r>
        <w:rPr>
          <w:b/>
        </w:rPr>
        <w:t xml:space="preserve">[46:10] </w:t>
      </w:r>
      <w:r>
        <w:t>That is under strange underestimation.</w:t>
      </w:r>
    </w:p>
    <w:p>
      <w:pPr>
        <w:jc w:val="right"/>
      </w:pPr>
      <w:r>
        <w:t>دیٹ از انڈر اسٹرینج انڈر ایسٹیمیشن۔</w:t>
      </w:r>
    </w:p>
    <w:p>
      <w:r>
        <w:rPr>
          <w:b/>
        </w:rPr>
        <w:t xml:space="preserve">[46:15] </w:t>
      </w:r>
      <w:r>
        <w:t>That is strange underestimation of God Almighty. Khuda ko underestimate karna hai.</w:t>
      </w:r>
    </w:p>
    <w:p>
      <w:pPr>
        <w:jc w:val="right"/>
      </w:pPr>
      <w:r>
        <w:t>دیٹ از اسٹرینج انڈر ایسٹیمیشن آف گاڈ المائٹی۔ خدا کو انڈر ایسٹیمیٹ کرنا ہے۔</w:t>
      </w:r>
    </w:p>
    <w:p>
      <w:r>
        <w:rPr>
          <w:b/>
        </w:rPr>
        <w:t xml:space="preserve">[46:25] </w:t>
      </w:r>
      <w:r>
        <w:t>Jis cheez se aap ka beta na khush ho, aap dost na khush ho, us se Khuda khush ho jayega.</w:t>
      </w:r>
    </w:p>
    <w:p>
      <w:pPr>
        <w:jc w:val="right"/>
      </w:pPr>
      <w:r>
        <w:t>جس چیز سے آپ کا بیٹا نہ خوش ہو، آپ دوست نہ خوش ہو، اس سے خدا خوش ہو جائے گا۔</w:t>
      </w:r>
    </w:p>
    <w:p>
      <w:r>
        <w:rPr>
          <w:b/>
        </w:rPr>
        <w:t xml:space="preserve">[46:36] </w:t>
      </w:r>
      <w:r>
        <w:t>To yaad rakhiye, hum sab ko, main aksar kaha karta hoon ke re-assess karna hai, reconsider karna hai, re-planning karni hai apni zindagi ki, re-discovery karna hai sachai ki.</w:t>
      </w:r>
    </w:p>
    <w:p>
      <w:pPr>
        <w:jc w:val="right"/>
      </w:pPr>
      <w:r>
        <w:t>تو یاد رکھیے، ہم سب کو، میں اکثر کہا کرتا ہوں کہ ری اسس کرنا ہے، ری کنسیڈر کرنا ہے، ری پلاننگ کرنی ہے اپنی زندگی کی، ری ڈسکوری کرنا ہے سچائی کی۔</w:t>
      </w:r>
    </w:p>
    <w:p>
      <w:r>
        <w:rPr>
          <w:b/>
        </w:rPr>
        <w:t xml:space="preserve">[46:57] </w:t>
      </w:r>
      <w:r>
        <w:t>Ab phir ek nayi zindagi average karegi aap ke andar.</w:t>
      </w:r>
    </w:p>
    <w:p>
      <w:pPr>
        <w:jc w:val="right"/>
      </w:pPr>
      <w:r>
        <w:t>اب پھر ایک نئی زندگی ایورج کرے گی آپ کے اندر۔</w:t>
      </w:r>
    </w:p>
    <w:p>
      <w:r>
        <w:rPr>
          <w:b/>
        </w:rPr>
        <w:t xml:space="preserve">[47:02] </w:t>
      </w:r>
      <w:r>
        <w:t>Phir aap Allah se darne wale ban jayenge. Phir aap jannat ke hareess ban jayenge. Phir aap da'wa work ke liye sargaram ho jayenge. Aap ka soul ek ek hi goal ban jayega, ek hi goal, woh hai da'wa, da'wa, da'wa.</w:t>
      </w:r>
    </w:p>
    <w:p>
      <w:pPr>
        <w:jc w:val="right"/>
      </w:pPr>
      <w:r>
        <w:t>پھر آپ اللہ سے ڈرنے والے بن جائیں گے۔ پھر آپ جنت کے حریص بن جائیں گے۔ پھر آپ دعویٰ ورک کے لیے سرگرم ہو جائیں گے۔ آپ کا سول ایک ایک ہی گول بن جائے گا، ایک ہی گول، وہ ہے دعویٰ، دعویٰ، دعویٰ۔</w:t>
      </w:r>
    </w:p>
    <w:p>
      <w:r>
        <w:rPr>
          <w:b/>
        </w:rPr>
        <w:t xml:space="preserve">[47:23] </w:t>
      </w:r>
      <w:r>
        <w:t>Dekhiye, jab tak aisa na ho, samjhiye ke aap Islam se bahut door hain.</w:t>
      </w:r>
    </w:p>
    <w:p>
      <w:pPr>
        <w:jc w:val="right"/>
      </w:pPr>
      <w:r>
        <w:t>دیکھیے، جب تک ایسا نہ ہو، سمجھیے کہ آپ اسلام سے بہت دور ہیں۔</w:t>
      </w:r>
    </w:p>
    <w:p>
      <w:r>
        <w:rPr>
          <w:b/>
        </w:rPr>
        <w:t xml:space="preserve">[47:32] </w:t>
      </w:r>
      <w:r>
        <w:t>Humein itne dinon se hum apni team ke andar ek cheez paida karne ki koshish kar rahe hain. Phir bhi humari team isi inhi Musalmanon se nikal kar aayi hai.</w:t>
      </w:r>
    </w:p>
    <w:p>
      <w:pPr>
        <w:jc w:val="right"/>
      </w:pPr>
      <w:r>
        <w:t>ہمیں اتنے دنوں سے ہم اپنی ٹیم کے اندر ایک چیز پیدا کرنے کی کوشش کر رہے ہیں۔ پھر بھی ہماری ٹیم اسی انہی مسلمانوں سے نکل کر آئی ہے۔</w:t>
      </w:r>
    </w:p>
    <w:p>
      <w:r>
        <w:rPr>
          <w:b/>
        </w:rPr>
        <w:t xml:space="preserve">[47:42] </w:t>
      </w:r>
      <w:r>
        <w:t>To ho sakta hai ke un ki bahut si kamzoriyan bhi hon. Lekin main samajhta hoon ke sunne ke kam az kam sunenge woh aap ki baat.</w:t>
      </w:r>
    </w:p>
    <w:p>
      <w:pPr>
        <w:jc w:val="right"/>
      </w:pPr>
      <w:r>
        <w:t>تو ہو سکتا ہے کہ ان کی بہت سی کمزوریاں بھی ہوں۔ لیکن میں سمجھتا ہوں کہ سننے کے کم از کم سنیں گے وہ آپ کی بات۔</w:t>
      </w:r>
    </w:p>
    <w:p>
      <w:r>
        <w:rPr>
          <w:b/>
        </w:rPr>
        <w:t xml:space="preserve">[47:51] </w:t>
      </w:r>
      <w:r>
        <w:t>Sunenge aap ki baat. Kyun ke potentially woh sunne ki stage pahunch chuke hain.</w:t>
      </w:r>
    </w:p>
    <w:p>
      <w:pPr>
        <w:jc w:val="right"/>
      </w:pPr>
      <w:r>
        <w:t>سنیں گے آپ کی بات۔ کیونکہ پوٹینشلی وہ سننے کی اسٹیج پہنچ چکے ہیں۔</w:t>
      </w:r>
    </w:p>
    <w:p>
      <w:r>
        <w:rPr>
          <w:b/>
        </w:rPr>
        <w:t xml:space="preserve">[48:02] </w:t>
      </w:r>
      <w:r>
        <w:t>To yeh hai khulasa zindagi ke different ideologies ka.</w:t>
      </w:r>
    </w:p>
    <w:p>
      <w:pPr>
        <w:jc w:val="right"/>
      </w:pPr>
      <w:r>
        <w:t>تو یہ ہے خلاصہ زندگی کے ڈفرنٹ آئیڈیالوجیز کا۔</w:t>
      </w:r>
    </w:p>
    <w:p>
      <w:r>
        <w:rPr>
          <w:b/>
        </w:rPr>
        <w:t xml:space="preserve">[48:10] </w:t>
      </w:r>
      <w:r>
        <w:t>Main ne arz kiya ke ideology ke baghair insan duniya mein nahi reh sakta. Agar us ko sachi ideology nahi milegi to ek false ideology bana lega.</w:t>
      </w:r>
    </w:p>
    <w:p>
      <w:pPr>
        <w:jc w:val="right"/>
      </w:pPr>
      <w:r>
        <w:t>میں نے عرض کیا کہ آئیڈیالوجی کے بغیر انسان دنیا میں نہیں رہ سکتا۔ اگر اس کو سچی آئیڈیالوجی نہیں ملے گی تو ایک فالس آئیڈیالوجی بنا لے گا۔</w:t>
      </w:r>
    </w:p>
    <w:p>
      <w:r>
        <w:rPr>
          <w:b/>
        </w:rPr>
        <w:t xml:space="preserve">[48:23] </w:t>
      </w:r>
      <w:r>
        <w:t>False ideology.</w:t>
      </w:r>
    </w:p>
    <w:p>
      <w:pPr>
        <w:jc w:val="right"/>
      </w:pPr>
      <w:r>
        <w:t>فالس آئیڈیالوجی۔</w:t>
      </w:r>
    </w:p>
    <w:p>
      <w:r>
        <w:rPr>
          <w:b/>
        </w:rPr>
        <w:t xml:space="preserve">[48:26] </w:t>
      </w:r>
      <w:r>
        <w:t>Agar sachi ideology nahi mili us ko to false ideology bana lega, chahe consciously ya unconsciously.</w:t>
      </w:r>
    </w:p>
    <w:p>
      <w:pPr>
        <w:jc w:val="right"/>
      </w:pPr>
      <w:r>
        <w:t>اگر سچی آئیڈیالوجی نہیں ملی اس کو تو فالس آئیڈیالوجی بنا لے گا، چاہے کانشیسلی یا ان کانشیسلی۔</w:t>
      </w:r>
    </w:p>
    <w:p>
      <w:r>
        <w:rPr>
          <w:b/>
        </w:rPr>
        <w:t xml:space="preserve">[48:36] </w:t>
      </w:r>
      <w:r>
        <w:t>To history mein jo hum study karte hain to teen ideology milti hain. Basically pehli ideology jo yani worldly ideology kahiye, secular ideology kahiye, woh.</w:t>
      </w:r>
    </w:p>
    <w:p>
      <w:pPr>
        <w:jc w:val="right"/>
      </w:pPr>
      <w:r>
        <w:t>تو ہسٹری میں جو ہم سٹڈی کرتے ہیں تو تین آئیڈیالوجی ملتی ہیں۔ بیسیکلی پہلی آئیڈیالوجی جو یعنی ورلڈلی آئیڈیالوجی کہیے، سیکولر آئیڈیالوجی کہیے، وہ۔</w:t>
      </w:r>
    </w:p>
    <w:p>
      <w:r>
        <w:rPr>
          <w:b/>
        </w:rPr>
        <w:t xml:space="preserve">[48:52] </w:t>
      </w:r>
      <w:r>
        <w:t>Dusri woh jo hai, main ne religious ideology is liye kaha hai ke aaj kal mazhab isi ma'ne mein istemal hota hai, rituals ke ma'ne mein. Rituals, rituals ke ma'ne mein.</w:t>
      </w:r>
    </w:p>
    <w:p>
      <w:pPr>
        <w:jc w:val="right"/>
      </w:pPr>
      <w:r>
        <w:t>دوسری وہ جو ہے، میں نے ریلیجیس آئیڈیالوجی اس لیے کہا ہے کہ آج کل مذہب اسی معنی میں استعمال ہوتا ہے، ریچولز کے معنی میں۔ ریچولز، ریچولز کے معنی میں۔</w:t>
      </w:r>
    </w:p>
    <w:p>
      <w:r>
        <w:rPr>
          <w:b/>
        </w:rPr>
        <w:t xml:space="preserve">[49:04] </w:t>
      </w:r>
      <w:r>
        <w:t>To real religion ko alag karne ke liye main ne dusra lafz use kiya hai, woh hai Rabani. To yeh jo religion hai, yani ritual based ya form based, this is also nothing</w:t>
      </w:r>
    </w:p>
    <w:p>
      <w:pPr>
        <w:jc w:val="right"/>
      </w:pPr>
      <w:r>
        <w:t>تو ریئل ریلیجن کو الگ کرنے کے لیے میں نے دوسرا لفظ یوز کیا ہے، وہ ہے ربانی۔ تو یہ جو ریلیجن ہے، یعنی ریچول بیسڈ یا فارم بیسڈ، دس از السو نتھ</w:t>
      </w:r>
    </w:p>
    <w:p>
      <w:r>
        <w:rPr>
          <w:b/>
        </w:rPr>
        <w:t xml:space="preserve">[49:20] </w:t>
      </w:r>
      <w:r>
        <w:t>nothing. Yaad rakhein, jis tarah se secular, yani secularism bhi nothing hai, Khuda ka, us tarah se yeh religion bhi nothing hai.</w:t>
      </w:r>
    </w:p>
    <w:p>
      <w:pPr>
        <w:jc w:val="right"/>
      </w:pPr>
      <w:r>
        <w:t>نگ۔ یاد رکھیں، جس طرح سے سیکولر، یعنی سیکولرزم بھی نتھنگ ہے، خدا کا، اس طرح سے یہ ریلیجن بھی نتھنگ ہے۔</w:t>
      </w:r>
    </w:p>
    <w:p>
      <w:r>
        <w:rPr>
          <w:b/>
        </w:rPr>
        <w:t xml:space="preserve">[49:33] </w:t>
      </w:r>
      <w:r>
        <w:t>Jis ki value hai, woh real Rabaniyat. Real Rabaniyat. Yani, yani Rab oriented life.</w:t>
      </w:r>
    </w:p>
    <w:p>
      <w:pPr>
        <w:jc w:val="right"/>
      </w:pPr>
      <w:r>
        <w:t>جس کی ویلیو ہے، وہ ریئل ربانیت۔ ریئل ربانیت۔ یعنی، یعنی رب اورینٹڈ لائف۔</w:t>
      </w:r>
    </w:p>
    <w:p>
      <w:r>
        <w:rPr>
          <w:b/>
        </w:rPr>
        <w:t xml:space="preserve">[49:43] </w:t>
      </w:r>
      <w:r>
        <w:t>Khuda ko ki discovery par jo zindagi banti hai, usi ko main keh raha hoon ke, yani Rabani life, Rabani ideology, Rabani zindagi.</w:t>
      </w:r>
    </w:p>
    <w:p>
      <w:pPr>
        <w:jc w:val="right"/>
      </w:pPr>
      <w:r>
        <w:t>خدا کو کی ڈسکوری پر جو زندگی بنتی ہے، اسی کو میں کہہ رہا ہوں کہ، یعنی ربانی لائف، ربانی آئیڈیالوجی، ربانی زندگی۔</w:t>
      </w:r>
    </w:p>
    <w:p>
      <w:r>
        <w:rPr>
          <w:b/>
        </w:rPr>
        <w:t xml:space="preserve">[49:59] </w:t>
      </w:r>
      <w:r>
        <w:t>hum sab logon ko har waqt, har subah sham, apna muhasba karna hai, yani apna introspection karte rehna hai.</w:t>
      </w:r>
    </w:p>
    <w:p>
      <w:pPr>
        <w:jc w:val="right"/>
      </w:pPr>
      <w:r>
        <w:t>ہم سب لوگوں کو ہر وقت، ہر صبح شام، اپنا محاسبہ کرنا ہے، یعنی اپنا انٹراسپیکشن کرتے رہنا ہے۔</w:t>
      </w:r>
    </w:p>
    <w:p>
      <w:r>
        <w:rPr>
          <w:b/>
        </w:rPr>
        <w:t xml:space="preserve">[50:10] </w:t>
      </w:r>
      <w:r>
        <w:t>sab se bari cheez jo mein bataon ke jo logon mein hai hi nahi, woh hai introspection, muhasba. bohat hi mehdood maani mein kuch soch lete hain log, is ko samajhte hain muhasba yeh hai.</w:t>
      </w:r>
    </w:p>
    <w:p>
      <w:pPr>
        <w:jc w:val="right"/>
      </w:pPr>
      <w:r>
        <w:t>سب سے بڑی چیز جو میں بتاؤں کہ جو لوگوں میں ہے ہی نہیں، وہ ہے انٹراسپیکشن، محاسبہ۔ بہت ہی محدود معنی میں کچھ سوچ لیتے ہیں لوگ، اس کو سمجھتے ہیں محاسبہ یہ ہے۔</w:t>
      </w:r>
    </w:p>
    <w:p>
      <w:r>
        <w:rPr>
          <w:b/>
        </w:rPr>
        <w:t xml:space="preserve">[50:22] </w:t>
      </w:r>
      <w:r>
        <w:t>nahi, apne ko adheerna parhe ga, adheerna parhe ga.</w:t>
      </w:r>
    </w:p>
    <w:p>
      <w:pPr>
        <w:jc w:val="right"/>
      </w:pPr>
      <w:r>
        <w:t>نہیں، اپنے کو ادھیڑنا پڑے گا، ادھیڑنا پڑے گا۔</w:t>
      </w:r>
    </w:p>
    <w:p>
      <w:r>
        <w:rPr>
          <w:b/>
        </w:rPr>
        <w:t xml:space="preserve">[50:29] </w:t>
      </w:r>
      <w:r>
        <w:t>apne ko adheerne ka naam muhasba hai. apne ko adheerne ka naam introspection hai.</w:t>
      </w:r>
    </w:p>
    <w:p>
      <w:pPr>
        <w:jc w:val="right"/>
      </w:pPr>
      <w:r>
        <w:t>اپنے کو ادھیڑنے کا نام محاسبہ ہے۔ اپنے کو ادھیڑنے کا نام انٹراسپیکشن ہے۔</w:t>
      </w:r>
    </w:p>
    <w:p>
      <w:r>
        <w:rPr>
          <w:b/>
        </w:rPr>
        <w:t xml:space="preserve">[50:39] </w:t>
      </w:r>
      <w:r>
        <w:t>jab tak aap apne ko adheerein ge nahi, tab tak aap mushfil thinking mein jiyen ge. jab tak aap apne ko adheerein ge nahi, apne aap ko vishal thinking mein jiyen ge.</w:t>
      </w:r>
    </w:p>
    <w:p>
      <w:pPr>
        <w:jc w:val="right"/>
      </w:pPr>
      <w:r>
        <w:t>جب تک آپ اپنے کو ادھیڑیں گے نہیں، تب تک آپ مشفل تھنکنگ میں جیئیں گے۔ جب تک آپ اپنے کو ادھیڑیں گے نہیں، اپنے آپ کو وشل تھنکنگ میں جیئیں گے۔</w:t>
      </w:r>
    </w:p>
    <w:p>
      <w:r>
        <w:rPr>
          <w:b/>
        </w:rPr>
        <w:t xml:space="preserve">[50:55] </w:t>
      </w:r>
      <w:r>
        <w:t>to apne ko itna zyada muhasba kijiye, itna zyada introspection kijiye, jis ko hum kehte hain adheerna. bohat zyada sochiye, bohat zyada sochiye, bohat zyada sochiye.</w:t>
      </w:r>
    </w:p>
    <w:p>
      <w:pPr>
        <w:jc w:val="right"/>
      </w:pPr>
      <w:r>
        <w:t>تو اپنے کو اتنا زیادہ محاسبہ کیجیے، اتنا زیادہ انٹراسپیکشن کیجیے، جس کو ہم کہتے ہیں ادھیڑنا۔ بہت زیادہ سوچیے، بہت زیادہ سوچیے، بہت زیادہ سوچیے۔</w:t>
      </w:r>
    </w:p>
    <w:p>
      <w:r>
        <w:rPr>
          <w:b/>
        </w:rPr>
        <w:t xml:space="preserve">[51:09] </w:t>
      </w:r>
      <w:r>
        <w:t>aur phir apni zindagi ka re-planning kijiye. re-planning. to jahan tak mein samajhta hoon ke re-planning ki basically do cheezein hain.</w:t>
      </w:r>
    </w:p>
    <w:p>
      <w:pPr>
        <w:jc w:val="right"/>
      </w:pPr>
      <w:r>
        <w:t>اور پھر اپنی زندگی کا ری پلاننگ کیجیے۔ ری پلاننگ۔ تو جہاں تک میں سمجھتا ہوں کہ ری پلاننگ کی بیسکلی دو چیزیں ہیں۔</w:t>
      </w:r>
    </w:p>
    <w:p>
      <w:r>
        <w:rPr>
          <w:b/>
        </w:rPr>
        <w:t xml:space="preserve">[51:22] </w:t>
      </w:r>
      <w:r>
        <w:t>pehli cheez jo hai, yani God ki discovery. God ki discovery ek process hai, jaise mein ne arz kiya, jaise Eureka ki discovery ek process thi.</w:t>
      </w:r>
    </w:p>
    <w:p>
      <w:pPr>
        <w:jc w:val="right"/>
      </w:pPr>
      <w:r>
        <w:t>پہلی چیز جو ہے، یعنی گاڈ کی ڈسکوری۔ گاڈ کی ڈسکوری ایک پروسیس ہے، جیسے میں نے عرض کیا، جیسے یوریکا کی ڈسکوری ایک پروسیس تھی۔</w:t>
      </w:r>
    </w:p>
    <w:p>
      <w:r>
        <w:rPr>
          <w:b/>
        </w:rPr>
        <w:t xml:space="preserve">[51:35] </w:t>
      </w:r>
      <w:r>
        <w:t>ek process hai, process hai, process hai. woh chalta hai, chalta hai, chalta hai.</w:t>
      </w:r>
    </w:p>
    <w:p>
      <w:pPr>
        <w:jc w:val="right"/>
      </w:pPr>
      <w:r>
        <w:t>ایک پروسیس ہے، پروسیس ہے، پروسیس ہے۔ وہ چلتا ہے، چلتا ہے، چلتا ہے۔</w:t>
      </w:r>
    </w:p>
    <w:p>
      <w:r>
        <w:rPr>
          <w:b/>
        </w:rPr>
        <w:t xml:space="preserve">[51:40] </w:t>
      </w:r>
      <w:r>
        <w:t>yahan tak ke is ka koi end nahi dunya mein hota. aakhirat mein bhi end nahi hoga, woh chalta hi rahe ga. kyun ke Khuda to end less hai. to aap ki discovery jo hai, woh woh bhi end less rahe gi.</w:t>
      </w:r>
    </w:p>
    <w:p>
      <w:pPr>
        <w:jc w:val="right"/>
      </w:pPr>
      <w:r>
        <w:t>یہاں تک کہ اس کا کوئی اینڈ نہیں دنیا میں ہوتا۔ آخرت میں بھی اینڈ نہیں ہوگا، وہ چلتا ہی رہے گا۔ کیونکہ خدا تو اینڈ لیس ہے۔ تو آپ کی ڈسکوری جو ہے، وہ وہ بھی اینڈ لیس رہے گی۔</w:t>
      </w:r>
    </w:p>
    <w:p>
      <w:r>
        <w:rPr>
          <w:b/>
        </w:rPr>
        <w:t xml:space="preserve">[51:55] </w:t>
      </w:r>
      <w:r>
        <w:t>dunya mein shuru hogi aur phir chalti rahe gi, chalti rahe gi, chalti rahe gi. aur doosri cheez jo mein ne arz kiya, woh hai daawa mind.</w:t>
      </w:r>
    </w:p>
    <w:p>
      <w:pPr>
        <w:jc w:val="right"/>
      </w:pPr>
      <w:r>
        <w:t>دنیا میں شروع ہوگی اور پھر چلتی رہے گی، چلتی رہے گی، چلتی رہے گی۔ اور دوسری چیز جو میں نے عرض کی، وہ ہے دعویٰ مائنڈ۔</w:t>
      </w:r>
    </w:p>
    <w:p>
      <w:r>
        <w:rPr>
          <w:b/>
        </w:rPr>
        <w:t xml:space="preserve">[52:07] </w:t>
      </w:r>
      <w:r>
        <w:t>as compared to political mind.</w:t>
      </w:r>
    </w:p>
    <w:p>
      <w:pPr>
        <w:jc w:val="right"/>
      </w:pPr>
      <w:r>
        <w:t>ایز کمپیر ٹو پولیٹیکل مائنڈ۔</w:t>
      </w:r>
    </w:p>
    <w:p>
      <w:r>
        <w:rPr>
          <w:b/>
        </w:rPr>
        <w:t xml:space="preserve">[52:12] </w:t>
      </w:r>
      <w:r>
        <w:t>aaj ke Musalmanon ka aam tor par political mind ho gaya hai. is ke nateejay mein kya hai?</w:t>
      </w:r>
    </w:p>
    <w:p>
      <w:pPr>
        <w:jc w:val="right"/>
      </w:pPr>
      <w:r>
        <w:t>آج کے مسلمانوں کا عام طور پر پولیٹیکل مائنڈ ہو گیا ہے۔ اس کے نتیجے میں کیا ہے؟</w:t>
      </w:r>
    </w:p>
    <w:p>
      <w:r>
        <w:rPr>
          <w:b/>
        </w:rPr>
        <w:t xml:space="preserve">[52:21] </w:t>
      </w:r>
      <w:r>
        <w:t>har aadmi negative hai, per hai without exception. hamare Adampur mein ek khatoon thi, bohat hi seedhi saadi.</w:t>
      </w:r>
    </w:p>
    <w:p>
      <w:pPr>
        <w:jc w:val="right"/>
      </w:pPr>
      <w:r>
        <w:t>ہر آدمی نیگیٹیو ہے، پر ہے ودا آؤٹ ایکسیپشن۔ ہمارے آدم گڑھ میں ایک خاتون تھی، بہت ہی سیدھی سادی۔</w:t>
      </w:r>
    </w:p>
    <w:p>
      <w:r>
        <w:rPr>
          <w:b/>
        </w:rPr>
        <w:t xml:space="preserve">[52:34] </w:t>
      </w:r>
      <w:r>
        <w:t>koi matric to parhi hui hogi, hogi woh matric tak</w:t>
      </w:r>
    </w:p>
    <w:p>
      <w:pPr>
        <w:jc w:val="right"/>
      </w:pPr>
      <w:r>
        <w:t>کوئی میٹرک تو پڑھی ہوئی ہوگی، ہوگی وہ میٹرک تک</w:t>
      </w:r>
    </w:p>
    <w:p>
      <w:r>
        <w:rPr>
          <w:b/>
        </w:rPr>
        <w:t xml:space="preserve">[52:39] </w:t>
      </w:r>
      <w:r>
        <w:t>. to us zamane ki baat hai, jab Babri usay tooti thi, mujh se baat hui. lagi bura bhala kehne wali. mein samajhta tha ke bilkul seedhi hai, masoom hai, woh jaanti bhi nahi burai kya cheez hai.</w:t>
      </w:r>
    </w:p>
    <w:p>
      <w:pPr>
        <w:jc w:val="right"/>
      </w:pPr>
      <w:r>
        <w:t>۔ تو اس زمانے کی بات ہے، جب باوری اسے ٹوٹی تھی، مجھ سے بات ہوئی۔ لگی برا بھلا کہنے والی۔ میں سمجھتا تھا کہ بالکل سیدھی ہے، معصوم ہے، وہ جانتی بھی نہیں برائی کیا چیز ہے۔</w:t>
      </w:r>
    </w:p>
    <w:p>
      <w:r>
        <w:rPr>
          <w:b/>
        </w:rPr>
        <w:t xml:space="preserve">[52:50] </w:t>
      </w:r>
      <w:r>
        <w:t>namaz roze wali thi woh khatoon. bohat hi bura bhala kehne lagi.</w:t>
      </w:r>
    </w:p>
    <w:p>
      <w:pPr>
        <w:jc w:val="right"/>
      </w:pPr>
      <w:r>
        <w:t>نماز روزے والی تھی وہ خاتون۔ بہت ہی برا بھلا کہنے لگی۔</w:t>
      </w:r>
    </w:p>
    <w:p>
      <w:r>
        <w:rPr>
          <w:b/>
        </w:rPr>
        <w:t xml:space="preserve">[53:00] </w:t>
      </w:r>
      <w:r>
        <w:t>aur aaj paper mein aaya hai, aap dekh lijiye, aaj hi ke paper mein ek survey kiya gaya hai India ke Musalmanon ka.</w:t>
      </w:r>
    </w:p>
    <w:p>
      <w:pPr>
        <w:jc w:val="right"/>
      </w:pPr>
      <w:r>
        <w:t>اور آج پیپر میں آیا ہے، آپ دیکھ لیجئے، آج ہی کے پیپر میں ایک سروے کیا گیا ہے انڈیا کے مسلمانوں کا۔</w:t>
      </w:r>
    </w:p>
    <w:p>
      <w:r>
        <w:rPr>
          <w:b/>
        </w:rPr>
        <w:t xml:space="preserve">[53:07] </w:t>
      </w:r>
      <w:r>
        <w:t>is mein likha hai ke 99, yani is mein likha hai ke 90, 90, 92 ke baad jo Musalmanon ka trend tha, aaj bilkul badal chuka hai.</w:t>
      </w:r>
    </w:p>
    <w:p>
      <w:pPr>
        <w:jc w:val="right"/>
      </w:pPr>
      <w:r>
        <w:t>اس میں لکھا ہے کہ 99، یعنی اس میں لکھا ہے کہ 90، 90، 92 کے بعد جو مسلمانوں کا ٹرینڈ تھا، آج بالکل بدل چکا ہے۔</w:t>
      </w:r>
    </w:p>
    <w:p>
      <w:r>
        <w:rPr>
          <w:b/>
        </w:rPr>
        <w:t xml:space="preserve">[53:19] </w:t>
      </w:r>
      <w:r>
        <w:t>us waqt mein ne jaan par khel kar yeh kaha tha ke yeh temporary phase hai. aap jitna ghussa hain, mujh ko maar dalna chahte the.</w:t>
      </w:r>
    </w:p>
    <w:p>
      <w:pPr>
        <w:jc w:val="right"/>
      </w:pPr>
      <w:r>
        <w:t>اس وقت میں نے جان پر کھیل کر یہ کہا تھا کہ یہ ٹیمپرری فیز ہے۔ آپ جتنا غصہ ہیں، مجھ کو مار ڈالنا چاہتے تھے۔</w:t>
      </w:r>
    </w:p>
    <w:p>
      <w:r>
        <w:rPr>
          <w:b/>
        </w:rPr>
        <w:t xml:space="preserve">[53:29] </w:t>
      </w:r>
      <w:r>
        <w:t>kyun? mein ne kaha tha ke bahar mujh ko bhula do.</w:t>
      </w:r>
    </w:p>
    <w:p>
      <w:pPr>
        <w:jc w:val="right"/>
      </w:pPr>
      <w:r>
        <w:t>کیوں؟ میں نے کہا تھا کہ باہر مجھ کو بھلا دو۔</w:t>
      </w:r>
    </w:p>
    <w:p>
      <w:r>
        <w:rPr>
          <w:b/>
        </w:rPr>
        <w:t xml:space="preserve">[53:33] </w:t>
      </w:r>
      <w:r>
        <w:t>us waqt mein ne yeh kaha tha, is yani jaan par khel kar ke</w:t>
      </w:r>
    </w:p>
    <w:p>
      <w:pPr>
        <w:jc w:val="right"/>
      </w:pPr>
      <w:r>
        <w:t>اس وقت میں نے یہ کہا تھا، اس یعنی جان پر کھیل کر کے</w:t>
      </w:r>
    </w:p>
    <w:p>
      <w:r>
        <w:rPr>
          <w:b/>
        </w:rPr>
        <w:t xml:space="preserve">[53:39] </w:t>
      </w:r>
      <w:r>
        <w:t>1992 mein. phir barabar kehta raha ke India mein yeh mat dekho ke Babri Masjid todi gayi hai. is ke siwa jo hai, woh is ko, us India ko dekho.</w:t>
      </w:r>
    </w:p>
    <w:p>
      <w:pPr>
        <w:jc w:val="right"/>
      </w:pPr>
      <w:r>
        <w:t>1992 میں۔ پھر برابر کہتا رہا کہ انڈیا میں یہ مت دیکھو کہ باوری مسجد توڑی گئی ہے۔ اس کے سوا جو ہے، وہ اس کو، اس انڈیا کو دیکھو۔</w:t>
      </w:r>
    </w:p>
    <w:p>
      <w:r>
        <w:rPr>
          <w:b/>
        </w:rPr>
        <w:t xml:space="preserve">[53:50] </w:t>
      </w:r>
      <w:r>
        <w:t>enormous opportunities hain, enormous opportunities hain. baap mein us ko bulao aur us enormous ka avail karo. yeh mera formula tha.</w:t>
      </w:r>
    </w:p>
    <w:p>
      <w:pPr>
        <w:jc w:val="right"/>
      </w:pPr>
      <w:r>
        <w:t>انارمس اپرچونیٹیز ہیں، انارمس اپرچونیٹیز ہیں۔ باپ میں اس کو بلاؤ اور اس انارمس کا اویل کرو۔ یہ میرا فارمولا تھا۔</w:t>
      </w:r>
    </w:p>
    <w:p>
      <w:r>
        <w:rPr>
          <w:b/>
        </w:rPr>
        <w:t xml:space="preserve">[54:00] </w:t>
      </w:r>
      <w:r>
        <w:t>yani forget the Babri</w:t>
      </w:r>
    </w:p>
    <w:p>
      <w:pPr>
        <w:jc w:val="right"/>
      </w:pPr>
      <w:r>
        <w:t>یعنی فارگیٹ دی باوری</w:t>
      </w:r>
    </w:p>
    <w:p>
      <w:r>
        <w:rPr>
          <w:b/>
        </w:rPr>
        <w:t xml:space="preserve">[54:02] </w:t>
      </w:r>
      <w:r>
        <w:t>masjid, mein avail all the enormous opportunities. This is my formula. To mera jalsa hua tha wahan par, is mein bawri masjid tod jaane ke baad bombay mein bari bheed thi.</w:t>
      </w:r>
    </w:p>
    <w:p>
      <w:pPr>
        <w:jc w:val="right"/>
      </w:pPr>
      <w:r>
        <w:t>مسجد، میں اویل ال دو انارمس اپرچونیٹیز۔ دس از مائی فارمولا۔ تو میرا جلسہ ہوا تھا وہاں پر، اس میں باوری مسجد توڑ جانے کے بعد بمبے میں بڑی بھیڑ تھی۔</w:t>
      </w:r>
    </w:p>
    <w:p>
      <w:r>
        <w:rPr>
          <w:b/>
        </w:rPr>
        <w:t xml:space="preserve">[54:18] </w:t>
      </w:r>
      <w:r>
        <w:t>to wahan itna zabardast woh tha mere khilaf ke log mujhe maar dalenge. jab mein stage pe aaya to lagta tha ke bas.</w:t>
      </w:r>
    </w:p>
    <w:p>
      <w:pPr>
        <w:jc w:val="right"/>
      </w:pPr>
      <w:r>
        <w:t>تو وہاں اتنا زبردست وہ تھا میرے خلاف کہ لوگ مجھے مار ڈالیں گے۔ جب میں اسٹیج پہ آیا تو لگتا تھا کہ بس۔</w:t>
      </w:r>
    </w:p>
    <w:p>
      <w:r>
        <w:rPr>
          <w:b/>
        </w:rPr>
        <w:t xml:space="preserve">[54:27] </w:t>
      </w:r>
      <w:r>
        <w:t>yani log woh baithe lekin police ka bohat bara intiqam tha wahan par.</w:t>
      </w:r>
    </w:p>
    <w:p>
      <w:pPr>
        <w:jc w:val="right"/>
      </w:pPr>
      <w:r>
        <w:t>یعنی لوگ وہ بیٹھے لیکن پولیس کا بہت بڑا انتقام تھا وہاں پر۔</w:t>
      </w:r>
    </w:p>
    <w:p>
      <w:r>
        <w:rPr>
          <w:b/>
        </w:rPr>
        <w:t xml:space="preserve">[54:34] </w:t>
      </w:r>
      <w:r>
        <w:t>to hamare sathi the, un ka naam hai farooq faisal, wohi dilli mein rehte hain, woh bombay mein rehte hain, farooq faisal. to baat ko mujh se mile to unhon ne kaha ke main aap ki spirituality se kaha aaj.</w:t>
      </w:r>
    </w:p>
    <w:p>
      <w:pPr>
        <w:jc w:val="right"/>
      </w:pPr>
      <w:r>
        <w:t>تو ہمارے ساتھی تھے، ان کا نام ہے فاروق فیصل، وہی دہلی میں رہتے ہیں، وہ بمبے میں رہتے ہیں، فاروق فیصل۔ تو بات کو مجھ سے ملے تو انہوں نے کہا کہ میں آپ کی سپریچولیٹی سے کہا آج۔</w:t>
      </w:r>
    </w:p>
    <w:p>
      <w:r>
        <w:rPr>
          <w:b/>
        </w:rPr>
        <w:t xml:space="preserve">[54:46] </w:t>
      </w:r>
      <w:r>
        <w:t>to unhon ne kaha ke main har waqt idhar udhar dorta tha, kahin idhar goli aayegi, idhar goli aayegi. kyunke stage pe khade ho ke maine elaan kiya tha ke aye musalmano, bawri masjid ko bhula do.</w:t>
      </w:r>
    </w:p>
    <w:p>
      <w:pPr>
        <w:jc w:val="right"/>
      </w:pPr>
      <w:r>
        <w:t>تو انہوں نے کہا کہ میں ہر وقت ادھر ادھر دوڑتا تھا، کہیں ادھر گولی آئے گی، ادھر گولی آئے گی۔ کیونکہ اسٹیج پہ کھڑے ہو کے میں نے اعلان کیا تھا کہ اے مسلمانوں، باوری مسجد کو بھلا دو۔</w:t>
      </w:r>
    </w:p>
    <w:p>
      <w:r>
        <w:rPr>
          <w:b/>
        </w:rPr>
        <w:t xml:space="preserve">[54:59] </w:t>
      </w:r>
      <w:r>
        <w:t>India mein opportunities hain, is ko avail karo. Aaj wohi aaya hai, aaj hi, aaj hi padh lijiyega aap, aap sab dunya</w:t>
      </w:r>
    </w:p>
    <w:p>
      <w:pPr>
        <w:jc w:val="right"/>
      </w:pPr>
      <w:r>
        <w:t>انڈیا میں اپرچونیٹیز ہیں، اس کو اویل کرو۔ آج وہی آیا ہے، آج ہی، آج ہی پڑھ لیجئے آپ، آپ سب دنیا</w:t>
      </w:r>
    </w:p>
    <w:p>
      <w:r>
        <w:rPr>
          <w:b/>
        </w:rPr>
        <w:t xml:space="preserve">[55:04] </w:t>
      </w:r>
      <w:r>
        <w:t>mein. yeh saare musalmano ki soch ab alag ban gayi, doosri ban gayi hai. 1992 ke qisse ko bhula kar ke ab woh paisa kamane lage hue hain.</w:t>
      </w:r>
    </w:p>
    <w:p>
      <w:pPr>
        <w:jc w:val="right"/>
      </w:pPr>
      <w:r>
        <w:t>میں۔ یہ سارے مسلمانوں کی سوچ اب الگ بن گئی، دوسری بن گئی ہے۔ 1992 کے قصے کو بھلا کر کے اب وہ پیسہ کمانے لگے ہوئے ہیں۔</w:t>
      </w:r>
    </w:p>
    <w:p>
      <w:r>
        <w:rPr>
          <w:b/>
        </w:rPr>
        <w:t xml:space="preserve">[55:15] </w:t>
      </w:r>
      <w:r>
        <w:t>padho paisa kamao, padho paisa kamao. yeh baat us waqt maine kahi thi.</w:t>
      </w:r>
    </w:p>
    <w:p>
      <w:pPr>
        <w:jc w:val="right"/>
      </w:pPr>
      <w:r>
        <w:t>پڑھو پیسہ کماؤ، پڑھو پیسہ کماؤ۔ یہ بات اس وقت میں نے کہی تھی۔</w:t>
      </w:r>
    </w:p>
    <w:p>
      <w:r>
        <w:rPr>
          <w:b/>
        </w:rPr>
        <w:t xml:space="preserve">[55:22] </w:t>
      </w:r>
      <w:r>
        <w:t>to itna, itna khatarnak tha mera woh ke jab mein wapas aane ke baad airport jana tha, seedhe seedhe yani khilafat house mein hua tha jalsa.</w:t>
      </w:r>
    </w:p>
    <w:p>
      <w:pPr>
        <w:jc w:val="right"/>
      </w:pPr>
      <w:r>
        <w:t>تو اتنا، اتنا خطرناک تھا میرا وہ کہ جب میں واپس آنے کے بعد ایئرپورٹ جانا تھا، سیدھے سیدھے یعنی خلافت ہاؤس میں ہوا تھا جلسہ۔</w:t>
      </w:r>
    </w:p>
    <w:p>
      <w:r>
        <w:rPr>
          <w:b/>
        </w:rPr>
        <w:t xml:space="preserve">[55:32] </w:t>
      </w:r>
      <w:r>
        <w:t>to jab mein car mein baitha jab to do ladke mere idhar udhar baith gaye, ek idhar, ek idhar. dono hindu the, ajnabi the mere liye.</w:t>
      </w:r>
    </w:p>
    <w:p>
      <w:pPr>
        <w:jc w:val="right"/>
      </w:pPr>
      <w:r>
        <w:t>تو جب میں کار میں بیٹھا جب تو دو لڑکے میرے ادھر ادھر بیٹھ گئے، ایک ادھر، ایک ادھر۔ دونوں ہندو تھے، اجنبی تھے میرے لیے۔</w:t>
      </w:r>
    </w:p>
    <w:p>
      <w:r>
        <w:rPr>
          <w:b/>
        </w:rPr>
        <w:t xml:space="preserve">[55:43] </w:t>
      </w:r>
      <w:r>
        <w:t>yeh kidhar baitha hai, kidhar baitha hai? aur dono bohat hi healthy ladke the, healthy.</w:t>
      </w:r>
    </w:p>
    <w:p>
      <w:pPr>
        <w:jc w:val="right"/>
      </w:pPr>
      <w:r>
        <w:t>یہ کدھر بیٹھا ہے، کدھر بیٹھا ہے؟ اور دونوں بہت ہی ہیلدی لڑکے تھے، ہیلدی۔</w:t>
      </w:r>
    </w:p>
    <w:p>
      <w:r>
        <w:rPr>
          <w:b/>
        </w:rPr>
        <w:t xml:space="preserve">[55:49] </w:t>
      </w:r>
      <w:r>
        <w:t>maine dekha idhar udhar kya mamla hai ji, yeh kyun aa ke baith gaye hain? to us ne mehsoos kiya ke main kuch to us ne kaha, ek ladke ne kaha ke aap, aap hum se ghabraiye nahi,</w:t>
      </w:r>
    </w:p>
    <w:p>
      <w:pPr>
        <w:jc w:val="right"/>
      </w:pPr>
      <w:r>
        <w:t>میں نے دیکھا ادھر ادھر کیا معاملہ ہے جی، یہ کیوں آ کے بیٹھ گئے ہیں؟ تو اس نے محسوس کیا کہ میں کچھ تو اس نے کہا، ایک لڑکے نے کہا کہ آپ، آپ ہم سے گھبرائیے نہیں،</w:t>
      </w:r>
    </w:p>
    <w:p>
      <w:r>
        <w:rPr>
          <w:b/>
        </w:rPr>
        <w:t xml:space="preserve">[56:05] </w:t>
      </w:r>
      <w:r>
        <w:t>hum aap ki hifazat ke liye aaye hain.</w:t>
      </w:r>
    </w:p>
    <w:p>
      <w:pPr>
        <w:jc w:val="right"/>
      </w:pPr>
      <w:r>
        <w:t>ہم آپ کی حفاظت کے لیے آئے ہیں۔</w:t>
      </w:r>
    </w:p>
    <w:p>
      <w:r>
        <w:rPr>
          <w:b/>
        </w:rPr>
        <w:t xml:space="preserve">[56:11] </w:t>
      </w:r>
      <w:r>
        <w:t>us ne kaha ke hum is liye hain ke yadi goli chalti hai to pehle hamare seenon ko chhede gi, phir aap tak jayegi.</w:t>
      </w:r>
    </w:p>
    <w:p>
      <w:pPr>
        <w:jc w:val="right"/>
      </w:pPr>
      <w:r>
        <w:t>اس نے کہا کہ ہم اس لیے ہیں کہ یदि گولی چلتی ہے تو پہلے ہمارے سینوں کو چھیدے گی، پھر آپ تک جائے گی۔</w:t>
      </w:r>
    </w:p>
    <w:p>
      <w:r>
        <w:rPr>
          <w:b/>
        </w:rPr>
        <w:t xml:space="preserve">[56:22] </w:t>
      </w:r>
      <w:r>
        <w:t>do jawan ladke idhar ek idhar baith gaye aur dono hindu the woh. kyunke maine maut ke, maut ke stage pe khau ka elaan kiya tha, woh khilafat house bhara hua tha, bahar tak, bahar tak log the saare.</w:t>
      </w:r>
    </w:p>
    <w:p>
      <w:pPr>
        <w:jc w:val="right"/>
      </w:pPr>
      <w:r>
        <w:t>دو جوان لڑکے ادھر ایک ادھر بیٹھ گئے اور دونوں ہندو تھے وہ۔ کیونکہ میں نے موت کے، موت کے اسٹیج پہ کھاؤ کا اعلان کیا تھا، وہ خلافت ہاؤس بھرا ہوا تھا، باہر تک، باہر تک لوگ تھے سارے۔</w:t>
      </w:r>
    </w:p>
    <w:p>
      <w:r>
        <w:rPr>
          <w:b/>
        </w:rPr>
        <w:t xml:space="preserve">[56:37] </w:t>
      </w:r>
      <w:r>
        <w:t>doctor rafiq zakaria bhi wahan maujood the us waqt.</w:t>
      </w:r>
    </w:p>
    <w:p>
      <w:pPr>
        <w:jc w:val="right"/>
      </w:pPr>
      <w:r>
        <w:t>ڈاکٹر رفیق زکریا بھی وہاں موجود تھے اس وقت۔</w:t>
      </w:r>
    </w:p>
    <w:p>
      <w:r>
        <w:rPr>
          <w:b/>
        </w:rPr>
        <w:t xml:space="preserve">[56:44] </w:t>
      </w:r>
      <w:r>
        <w:t>maine kaha tha musalmano, bhula do bap masjid ko, beshumar opportunities India mein is ko avail karo.</w:t>
      </w:r>
    </w:p>
    <w:p>
      <w:pPr>
        <w:jc w:val="right"/>
      </w:pPr>
      <w:r>
        <w:t>میں نے کہا تھا مسلمانوں، بھلا دو باپ مسجد کو، بے شمار اپرچونیٹیز انڈیا میں اس کو اویل کرو۔</w:t>
      </w:r>
    </w:p>
    <w:p>
      <w:r>
        <w:rPr>
          <w:b/>
        </w:rPr>
        <w:t xml:space="preserve">[56:56] </w:t>
      </w:r>
      <w:r>
        <w:t>to us waqt musalman mere dushman ban gaye. lekin main barabar kehta raha, itna zyada meri baatein thin us zamane mein ke ek baar is ke, is ke baad mein phir gaya wahan bombay to doctor zakir naik ke jo walid hain, doctor</w:t>
      </w:r>
    </w:p>
    <w:p>
      <w:pPr>
        <w:jc w:val="right"/>
      </w:pPr>
      <w:r>
        <w:t>تو اس وقت مسلمان میرے دشمن بن گئے۔ لیکن میں برابر کہتا رہا، اتنا زیادہ میری باتیں تھیں اس زمانے میں کہ ایک بار اس کے، اس کے بعد میں پھر گیا وہاں بمبے تو ڈاکٹر ذاکر نائیک کے جو والد ہیں، ڈاکٹر</w:t>
      </w:r>
    </w:p>
    <w:p>
      <w:r>
        <w:rPr>
          <w:b/>
        </w:rPr>
        <w:t xml:space="preserve">[57:11] </w:t>
      </w:r>
      <w:r>
        <w:t>woh abdul karim naik, abdul karim naik sahib se mulaqat hui hotel mein. milte hain, unhon ne isi type sahib india mein mera aaya tha, koi kuch interview to unhon ne muskurate hue kaha, "You are always in the news." doctor abdul naik, doctor abdul karim naik sahib ne kaha ke "You are always in the news." itna charcha</w:t>
      </w:r>
    </w:p>
    <w:p>
      <w:pPr>
        <w:jc w:val="right"/>
      </w:pPr>
      <w:r>
        <w:t>وہ عبدالکریم نائیک، عبدالکریم نائیک صاحب سے ملاقات ہوئی ہوٹل میں۔ ملتے ہیں، انہوں نے اسی ٹائپ صاحب انڈیا میں میرا آیا تھا، کوئی کچھ انٹرویو تو انہوں نے مسکراتے ہوئے کہا، "یو آر الویز ان دا نیوز۔" ڈاکٹر عبدالنائیک، ڈاکٹر عبدالکریم نائیک صاحب نے کہا کہ "یو آر الویز ان دا نیوز۔" اتنا چرچا</w:t>
      </w:r>
    </w:p>
    <w:p>
      <w:r>
        <w:rPr>
          <w:b/>
        </w:rPr>
        <w:t xml:space="preserve">[57:34] </w:t>
      </w:r>
      <w:r>
        <w:t>tha is baat ka ke yeh ek aisa insan hai India mein jo kehta hai, "bulao bawri masjid ko aur opportunities ko avail karo." yeh poori India mein goonj gayi hai awaz.</w:t>
      </w:r>
    </w:p>
    <w:p>
      <w:pPr>
        <w:jc w:val="right"/>
      </w:pPr>
      <w:r>
        <w:t>تھا اس بات کا کہ یہ ایک ایسا انسان ہے انڈیا میں جو کہتا ہے، "بلاؤ باوری مسجد کو اور اپرچونیٹیز کو اویل کرو۔" یہ پوری انڈیا میں گونج گئی ہے آواز۔</w:t>
      </w:r>
    </w:p>
    <w:p>
      <w:r>
        <w:rPr>
          <w:b/>
        </w:rPr>
        <w:t xml:space="preserve">[57:48] </w:t>
      </w:r>
      <w:r>
        <w:t>us waqt kahin ko samajh mein nahi aata tha. aaj, aaj ka paper dekh kar mujhe khushi hui ke saara India ka musalman ab is ko, isi ko follow kar raha hai, isi, isi formula</w:t>
      </w:r>
    </w:p>
    <w:p>
      <w:pPr>
        <w:jc w:val="right"/>
      </w:pPr>
      <w:r>
        <w:t>اس وقت کہیں کو سمجھ میں نہیں آتا تھا۔ آج، آج کا پیپر دیکھ کر مجھے خوشی ہوئی کہ سارا انڈیا کا مسلمان اب اس کو، اسی کو فالو کر رہا ہے، اسی، اسی فارمول</w:t>
      </w:r>
    </w:p>
    <w:p>
      <w:r>
        <w:rPr>
          <w:b/>
        </w:rPr>
        <w:t xml:space="preserve">[57:59] </w:t>
      </w:r>
      <w:r>
        <w:t>ko. ab bula diya is ne. maine yahan tak kaha tha ke wahan par hyderabad ke ek, ek mein Deccan, Deccan Herald mein ek mera chhaapa tha interview</w:t>
      </w:r>
    </w:p>
    <w:p>
      <w:pPr>
        <w:jc w:val="right"/>
      </w:pPr>
      <w:r>
        <w:t>ے کو۔ اب بلا دیا اس نے۔ میں نے یہاں تک کہا تھا کہ وہاں پر حیدرآباد کے ایک، ایک میں دکن، دکن ہیرل میں ایک میرا چھپا تھا انٹرویو</w:t>
      </w:r>
    </w:p>
    <w:p>
      <w:r>
        <w:rPr>
          <w:b/>
        </w:rPr>
        <w:t xml:space="preserve">[58:11] </w:t>
      </w:r>
      <w:r>
        <w:t>main ne kaha tha ke ek waqt aayega ke rss ram mandir ko bhool jayenge, musalman bawri masjid ko bhool jayenge. dono bhagenge opportunities ki taraf.</w:t>
      </w:r>
    </w:p>
    <w:p>
      <w:pPr>
        <w:jc w:val="right"/>
      </w:pPr>
      <w:r>
        <w:t>۔ میں نے کہا تھا کہ ایک وقت آئے گا کہ آر ایس ایس رام مندر کو بھول جائیں گے، مسلمان باوری مسجد کو بھول جائیں گے۔ دونوں بھاگیں گے اپرچونیٹیز کی طرف۔</w:t>
      </w:r>
    </w:p>
    <w:p>
      <w:r>
        <w:rPr>
          <w:b/>
        </w:rPr>
        <w:t xml:space="preserve">[58:21] </w:t>
      </w:r>
      <w:r>
        <w:t>us waqt maine kaha tha, dono ko maine kaha, dono ko ke RSS Ram Mandir ko bhool jayega aur Musalman Babri Masjid ko bhool jayenge. Kyunke opportunities ka ek sailab hai India mein, us ki taraf daudenge log.</w:t>
      </w:r>
    </w:p>
    <w:p>
      <w:pPr>
        <w:jc w:val="right"/>
      </w:pPr>
      <w:r>
        <w:t>اس وقت میں نے کہا تھا، دونوں کو میں نے کہا، دونوں کو کہ آر ایس ایس رام مندر کو بھول جائے گا اور مسلمان باوری مسجد کو بھول جائیں گے۔ کیونکہ اپرچونیٹیز کا ایک سیلاب ہے انڈیا میں، اس کی طرف دوڑیں گے لوگ۔</w:t>
      </w:r>
    </w:p>
    <w:p>
      <w:r>
        <w:rPr>
          <w:b/>
        </w:rPr>
        <w:t xml:space="preserve">[58:36] </w:t>
      </w:r>
      <w:r>
        <w:t>us waqt logon ko bohat anokha lagta tha, anokhi yeh baat lagti thi.</w:t>
      </w:r>
    </w:p>
    <w:p>
      <w:pPr>
        <w:jc w:val="right"/>
      </w:pPr>
      <w:r>
        <w:t>اس وقت لوگوں کو بہت انوکھا لگتا تھا، انوکھی یہ بات لگتی تھی۔</w:t>
      </w:r>
    </w:p>
    <w:p>
      <w:r>
        <w:rPr>
          <w:b/>
        </w:rPr>
        <w:t xml:space="preserve">[58:41] </w:t>
      </w:r>
      <w:r>
        <w:t>aaj sab log dekhiye, apni aankh se dekh rahe hain ke yeh ho raha hai. hum ko, aap ko, yaani hamari is team ko to mini ki taraf nahi daudna hai, dawat ki taraf daudna hai, insaan ke khair khwahi ki taraf daudna hai.</w:t>
      </w:r>
    </w:p>
    <w:p>
      <w:pPr>
        <w:jc w:val="right"/>
      </w:pPr>
      <w:r>
        <w:t>آج سب لوگ دیکھیے، اپنی آنکھ سے دیکھ رہے ہیں کہ یہ ہو رہا ہے۔ ہم کو، آپ کو، یعنی ہماری اس ٹیم کو تو منی کی طرف نہیں دوڑنا ہے، دعوت کی طرف دوڑنا ہے، انسان کے خیر خواہی کی طرف دوڑنا ہے۔</w:t>
      </w:r>
    </w:p>
    <w:p>
      <w:r>
        <w:rPr>
          <w:b/>
        </w:rPr>
        <w:t xml:space="preserve">[58:57] </w:t>
      </w:r>
      <w:r>
        <w:t>log duniya kamane ki taraf daud rahe hain, aap ko aakhirat kamane ki taraf daudna hai.</w:t>
      </w:r>
    </w:p>
    <w:p>
      <w:pPr>
        <w:jc w:val="right"/>
      </w:pPr>
      <w:r>
        <w:t>لوگ دنیا کمانے کی طرف دوڑ رہے ہیں، آپ کو آخرت کمانے کی طرف دوڑنا ہے۔</w:t>
      </w:r>
    </w:p>
    <w:p>
      <w:r>
        <w:rPr>
          <w:b/>
        </w:rPr>
        <w:t xml:space="preserve">[59:05] </w:t>
      </w:r>
      <w:r>
        <w:t>logon ko duniya ki jannat ki hiras hai, aap ko jannat ke, aakhirat ki jannat ka hareese banna hai.</w:t>
      </w:r>
    </w:p>
    <w:p>
      <w:pPr>
        <w:jc w:val="right"/>
      </w:pPr>
      <w:r>
        <w:t>لوگوں کو دنیا کی جنت کی حرص ہے، آپ کو جنت کے، آخرت کی جنت کا حریص بننا ہے۔</w:t>
      </w:r>
    </w:p>
    <w:p>
      <w:r>
        <w:rPr>
          <w:b/>
        </w:rPr>
        <w:t xml:space="preserve">[59:13] </w:t>
      </w:r>
      <w:r>
        <w:t>main dua karta hoon ke Allah taala mujh ko aur aap ko is kaam ke liye qabool kar le. hamare aap ke zariye se yeh kaam anjaam paaye, dawat ka kaam, itkhaal kalma ka kaam.</w:t>
      </w:r>
    </w:p>
    <w:p>
      <w:pPr>
        <w:jc w:val="right"/>
      </w:pPr>
      <w:r>
        <w:t>میں دعا کرتا ہوں کہ اللہ تعالیٰ مجھ کو اور آپ کو اس کام کے لیے قبول کر لے۔ ہمارے آپ کے ذریعے سے یہ کام انجام پائے، دعوت کا کام، اتخال کلمہ کا کام۔</w:t>
      </w:r>
    </w:p>
    <w:p>
      <w:r>
        <w:rPr>
          <w:b/>
        </w:rPr>
        <w:t xml:space="preserve">[59:27] </w:t>
      </w:r>
      <w:r>
        <w:t>aqool qawli hadha wastaghfirullah li walakum ajmaeen</w:t>
      </w:r>
    </w:p>
    <w:p>
      <w:pPr>
        <w:jc w:val="right"/>
      </w:pPr>
      <w:r>
        <w:t>أقول قولي هذا واستغفراللہ لي ولكم اجمعین</w:t>
      </w:r>
    </w:p>
    <w:p>
      <w:r>
        <w:rPr>
          <w:b/>
        </w:rPr>
        <w:t xml:space="preserve">[59:43] </w:t>
      </w:r>
      <w:r>
        <w:t>anokha. madhya pradesh se. unhone likha hai ke, "agar maine Quran ka translation logon ko dena shuru kar diya hai, to kya yeh dawah work ho gaya?</w:t>
      </w:r>
    </w:p>
    <w:p>
      <w:pPr>
        <w:jc w:val="right"/>
      </w:pPr>
      <w:r>
        <w:t>अनोखा। मध्य प्रदेश से। उन्होंने लिखा है कि, "अगर मैंने क़ुरान का ट्रांसलेशन लोगों को देना शुरू कर दिया है, तो क्या यह दावा वर्क हो गया?</w:t>
      </w:r>
    </w:p>
    <w:p>
      <w:r>
        <w:rPr>
          <w:b/>
        </w:rPr>
        <w:t xml:space="preserve">[59:56] </w:t>
      </w:r>
      <w:r>
        <w:t>mujhe log kehte hain ke jinhe tum quran de rahi ho, woh to use dekhenge bhi nahi. mujhe kya jawab dena chahiye, Maulana?" dekhiye, yeh poore hisse mein basa hua hai ke koi kaam na kare to khoob khush rehte</w:t>
      </w:r>
    </w:p>
    <w:p>
      <w:pPr>
        <w:jc w:val="right"/>
      </w:pPr>
      <w:r>
        <w:t>मुझे लोग कहते हैं कि जिन्हें तुम क़ुरान दे रही हो, वो तो उसे देखेंगे भी नहीं। मुझे क्या जवाब देना चाहिए, मौलाना?" دیکھیے، یہ پورے حصے میں بسا ہوا ہے کہ کوئی کام نہ کرے تو خوب خوش رہتے</w:t>
      </w:r>
    </w:p>
    <w:p>
      <w:r>
        <w:rPr>
          <w:b/>
        </w:rPr>
        <w:t xml:space="preserve">[1:00:12] </w:t>
      </w:r>
      <w:r>
        <w:t>hain log. kaam kare to is mein nuqte nikalenge, discourage karenge. bilkul shaitani boli bolte hain yeh log jo aisa kehte hain.</w:t>
      </w:r>
    </w:p>
    <w:p>
      <w:pPr>
        <w:jc w:val="right"/>
      </w:pPr>
      <w:r>
        <w:t>ہیں لوگ۔ کام کرے تو اس میں نقطے نکالیں گے، ڈسکرج کریں گے۔ بالکل شیطانی بولی بولتے ہیں یہ لوگ جو ایسا کہتے ہیں۔</w:t>
      </w:r>
    </w:p>
    <w:p>
      <w:r>
        <w:rPr>
          <w:b/>
        </w:rPr>
        <w:t xml:space="preserve">[1:00:25] </w:t>
      </w:r>
      <w:r>
        <w:t>hazrat umar ne kehta hai, "sahih kaha tha ke tum agar teer ki tarah seedhe ho jaye, tab bhi log tumhare saath tedhe nikal lenge." hazrat umar jo khalifa the, unhone kaha tha ke "agar teer ki tarah seedhe ho jao, arrow ki tarah, tab bhi tumhare log tedhe nikal lenge."</w:t>
      </w:r>
    </w:p>
    <w:p>
      <w:pPr>
        <w:jc w:val="right"/>
      </w:pPr>
      <w:r>
        <w:t>حضرت عمر نے کہتا ہے، "صحیح کہا تھا کہ تم اگر تیر کی طرح سیدھے ہو جائے، تب بھی لوگ تمہارے ساتھ ٹیڑھے نکال لیں گے۔" حضرت عمر جو خلیفہ تھے، انہوں نے کہا تھا کہ "اگر تیر کی طرح سیدھے ہو جاؤ، ایرو کی طرح، تب بھی تمہارے لوگ ٹیڑھے نکال لیں گے۔"</w:t>
      </w:r>
    </w:p>
    <w:p>
      <w:r>
        <w:rPr>
          <w:b/>
        </w:rPr>
        <w:t xml:space="preserve">[1:00:44] </w:t>
      </w:r>
      <w:r>
        <w:t xml:space="preserve">sahih, aap ek kaam kar rahi hain, is mein is mein is ne nuqte nikal di. </w:t>
      </w:r>
    </w:p>
    <w:p>
      <w:pPr>
        <w:jc w:val="right"/>
      </w:pPr>
      <w:r>
        <w:t>صحیح، آپ ایک کام کر رہی ہیں، اس میں اس میں اس نے نقطے نکال دیے۔</w:t>
      </w:r>
    </w:p>
    <w:p>
      <w:r>
        <w:rPr>
          <w:b/>
        </w:rPr>
        <w:t xml:space="preserve">[1:00:50] </w:t>
      </w:r>
      <w:r>
        <w:t>rasool Allah ne bahut se logon ko sunaya aur kisi ne bahut kuch suna, kisi ne nahi mana aur pichhle paighambar to kisi ne mana hi nahi. aap kitaab de rahi hain, unhein baatein sunate the.</w:t>
      </w:r>
    </w:p>
    <w:p>
      <w:pPr>
        <w:jc w:val="right"/>
      </w:pPr>
      <w:r>
        <w:t>رسول اللہ نے بہت سے لوگوں کو سنایا اور کسی نے بہت کچھ سنا، کسی نے نہیں مانا اور پچھلے پیغمبر تو کسی نے مانا ہی نہیں۔ آپ کتاب دے رہے ہیں، انہیں باتیں سناتے تھے۔</w:t>
      </w:r>
    </w:p>
    <w:p>
      <w:r>
        <w:rPr>
          <w:b/>
        </w:rPr>
        <w:t xml:space="preserve">[1:01:00] </w:t>
      </w:r>
      <w:r>
        <w:t>woh to kya paighambar ne kaam band kar diya? yeh daai yeh nahi sochta ke doosra aadmi kitna asar le ga.</w:t>
      </w:r>
    </w:p>
    <w:p>
      <w:pPr>
        <w:jc w:val="right"/>
      </w:pPr>
      <w:r>
        <w:t>وہ تو کیا پیغمبر نے کام بند کر دیا؟ یہ داعی یہ نہیں سوچتا کہ دوسرا آدمی کتنا اثر لے گا۔</w:t>
      </w:r>
    </w:p>
    <w:p>
      <w:r>
        <w:rPr>
          <w:b/>
        </w:rPr>
        <w:t xml:space="preserve">[1:01:12] </w:t>
      </w:r>
      <w:r>
        <w:t>daai ki nazar apni duty pe hoti hai. baat yeh nahi hai ke doosra kitna asar le ga, kitna asar liya us ne. That is, that is their problem, not your problem.</w:t>
      </w:r>
    </w:p>
    <w:p>
      <w:pPr>
        <w:jc w:val="right"/>
      </w:pPr>
      <w:r>
        <w:t>داعی کی نظر اپنی ڈیوٹی پہ ہوتی ہے۔ بات یہ نہیں ہے کہ دوسرا کتنا اثر لے گا، کتنا اثر لیا اس نے۔ That is, that is their problem, not your problem.</w:t>
      </w:r>
    </w:p>
    <w:p>
      <w:r>
        <w:rPr>
          <w:b/>
        </w:rPr>
        <w:t xml:space="preserve">[1:01:27] </w:t>
      </w:r>
      <w:r>
        <w:t>do baatein alag alag hain. dekhiye, aap ka problem kya hai? Allah ke haan pakad hogi aap ki agar aap daawti kaam na karein. us ne mana nahi mana, yeh us ka kaam hai.</w:t>
      </w:r>
    </w:p>
    <w:p>
      <w:pPr>
        <w:jc w:val="right"/>
      </w:pPr>
      <w:r>
        <w:t>دو باتیں الگ الگ ہیں۔ دیکھیے، آپ کا پرابلم کیا ہے؟ اللہ کے ہاں پکڑ ہوگی آپ کی اگر آپ دعوتی کام نہ کریں۔ اس نے مانا نہیں مانا، یہ اس کا کام ہے۔</w:t>
      </w:r>
    </w:p>
    <w:p>
      <w:r>
        <w:rPr>
          <w:b/>
        </w:rPr>
        <w:t xml:space="preserve">[1:01:42] </w:t>
      </w:r>
      <w:r>
        <w:t>doosri baat dekhein, usool hai quran majeed mein ke la yukallifullah nafsan illa wus'aha ittaqullah ma astata'tum is ka matlab hai ke har aadmi is ke baqadr mukallaf hota hai.</w:t>
      </w:r>
    </w:p>
    <w:p>
      <w:pPr>
        <w:jc w:val="right"/>
      </w:pPr>
      <w:r>
        <w:t>دوسری بات دیکھیں، اصول ہے قرآن مجید میں کہ لا يكلف الله نفسا الا وسعا اتقوا اللہ ما استطعتم اس کا مطلب ہے کہ ہر آدمی اس کے بقدر مکلف ہوتا ہے۔</w:t>
      </w:r>
    </w:p>
    <w:p>
      <w:r>
        <w:rPr>
          <w:b/>
        </w:rPr>
        <w:t xml:space="preserve">[1:01:57] </w:t>
      </w:r>
      <w:r>
        <w:t>yaani jitna bas mein hai, utna aap ko duty dena hai. jo bas mein nahi hai, woh aap ke upar us ki duty bhi nahi hai.</w:t>
      </w:r>
    </w:p>
    <w:p>
      <w:pPr>
        <w:jc w:val="right"/>
      </w:pPr>
      <w:r>
        <w:t>یعنی جتنا بس میں ہے، اتنا آپ کو ڈیوٹی دینا ہے۔ جو بس میں نہیں ہے، وہ آپ کے اوپر اس کی ڈیوٹی بھی نہیں ہے۔</w:t>
      </w:r>
    </w:p>
    <w:p>
      <w:r>
        <w:rPr>
          <w:b/>
        </w:rPr>
        <w:t xml:space="preserve">[1:02:09] </w:t>
      </w:r>
      <w:r>
        <w:t>to aadmi ke paas jitna time hai, jitna us ke bas mein hai, woh kar raha hai. is ko farz kiya hai ke us ke bas mein itna hai ke woh distribute kar de to itna hi kare.</w:t>
      </w:r>
    </w:p>
    <w:p>
      <w:pPr>
        <w:jc w:val="right"/>
      </w:pPr>
      <w:r>
        <w:t>تو آدمی کے پاس جتنا ٹائم ہے، جتنا اس کے بس میں ہے، وہ کر رہا ہے۔ اس کو فرض کیا ہے کہ اس کے بس میں اتنا ہے کہ وہ ڈسٹریبیوٹ کر دے تو اتنا ہی کرے۔</w:t>
      </w:r>
    </w:p>
    <w:p>
      <w:r>
        <w:rPr>
          <w:b/>
        </w:rPr>
        <w:t xml:space="preserve">[1:02:19] </w:t>
      </w:r>
      <w:r>
        <w:t>us ke bas mein hai ke university khol de to university khol de. koi aap ke paas ek ek billion dollar hai to aap ki university khol di. quran university,</w:t>
      </w:r>
    </w:p>
    <w:p>
      <w:pPr>
        <w:jc w:val="right"/>
      </w:pPr>
      <w:r>
        <w:t>اس کے بس میں ہے کہ یونیورسٹی کھول دے تو یونیورسٹی کھول دے۔ کوئی آپ کے پاس ایک ایک بلین ڈالر ہے تو آپ کی یونیورسٹی کھول دیے۔ قرآن یونیورسٹی،</w:t>
      </w:r>
    </w:p>
    <w:p>
      <w:r>
        <w:rPr>
          <w:b/>
        </w:rPr>
        <w:t xml:space="preserve">[1:02:30] </w:t>
      </w:r>
      <w:r>
        <w:t>aap ke paas bahut paisa hai to hajat khareedein aur duniya bhar ghoomein. har aadmi ja ke mile. yeh to bas ki baat hai.</w:t>
      </w:r>
    </w:p>
    <w:p>
      <w:pPr>
        <w:jc w:val="right"/>
      </w:pPr>
      <w:r>
        <w:t>آپ کے پاس بہت پیسہ ہے تو حاجات خریدیں اور دنیا بھر گھومیں۔ ہر آدمی جا کے ملیے۔ یہ تو بس کی بات ہے۔</w:t>
      </w:r>
    </w:p>
    <w:p>
      <w:r>
        <w:rPr>
          <w:b/>
        </w:rPr>
        <w:t xml:space="preserve">[1:02:41] </w:t>
      </w:r>
      <w:r>
        <w:t>to aap ka milna, mulaqat karna bas mein hai to woh kijiye. park mein ja kar ke agar aap logon ko de sakte hain data to woh dijiye.</w:t>
      </w:r>
    </w:p>
    <w:p>
      <w:pPr>
        <w:jc w:val="right"/>
      </w:pPr>
      <w:r>
        <w:t>تو آپ کا ملنا، ملاقات کرنا بس میں ہے تو وہ کیجئے۔ پارک میں جا کر کے اگر آپ لوگوں کو دے سکتے ہیں ڈیٹے تو وہ دیجئے۔</w:t>
      </w:r>
    </w:p>
    <w:p>
      <w:r>
        <w:rPr>
          <w:b/>
        </w:rPr>
        <w:t xml:space="preserve">[1:02:52] </w:t>
      </w:r>
      <w:r>
        <w:t>har aadmi ko yeh dekhna chahiye ke mere bas mein kitna hai bas. aur doosri baat yeh hai ke mujhe apni duty ka mein responsible hoon.</w:t>
      </w:r>
    </w:p>
    <w:p>
      <w:pPr>
        <w:jc w:val="right"/>
      </w:pPr>
      <w:r>
        <w:t>ہر آدمی کو یہ دیکھنا چاہیے کہ میرے بس میں کتنا ہے بس۔ اور دوسری بات یہ ہے کہ مجھے اپنی ڈیوٹی کا میں رسپانسفل ہوں۔</w:t>
      </w:r>
    </w:p>
    <w:p>
      <w:r>
        <w:rPr>
          <w:b/>
        </w:rPr>
        <w:t xml:space="preserve">[1:03:02] </w:t>
      </w:r>
      <w:r>
        <w:t>doosra kya karega? nahi ke uska responsible mein nahi hoon. bahut baar kaha gaya hai paighambaron ke bare mein</w:t>
      </w:r>
    </w:p>
    <w:p>
      <w:pPr>
        <w:jc w:val="right"/>
      </w:pPr>
      <w:r>
        <w:t>دوسرا کیا کرے گا؟ نہیں کہ اس کا رسپانسفل میں نہیں ہوں۔ بہت بار کہا گیا ہے پیغمبروں کے بارے میں</w:t>
      </w:r>
    </w:p>
    <w:p>
      <w:r>
        <w:rPr>
          <w:b/>
        </w:rPr>
        <w:t xml:space="preserve">[1:03:12] </w:t>
      </w:r>
      <w:r>
        <w:t>ke tum</w:t>
      </w:r>
    </w:p>
    <w:p>
      <w:pPr>
        <w:jc w:val="right"/>
      </w:pPr>
      <w:r>
        <w:t>کہ تم</w:t>
      </w:r>
    </w:p>
    <w:p>
      <w:r>
        <w:rPr>
          <w:b/>
        </w:rPr>
        <w:t xml:space="preserve">[1:03:16] </w:t>
      </w:r>
      <w:r>
        <w:t>lasta alaihim bimustait'a ke tumhari zimmedari kya hai ke pouncha do. baqi us ka kaam hai. jaise balagh ka lafz hai, balagh jo log aisa kehte hain, woh shaitan ki boli bolte hain.</w:t>
      </w:r>
    </w:p>
    <w:p>
      <w:pPr>
        <w:jc w:val="right"/>
      </w:pPr>
      <w:r>
        <w:t>لست علیہم بمستطع کہ تمہاری ذمہ داری کیا ہے کہ پہنچا دو۔ باقی اس کا کام ہے۔ جیسے بلاغ کا لفظ ہے، بلاغ جو لوگ ایسا کہتے ہیں، وہ شیطان کی بولی بولتے ہیں۔</w:t>
      </w:r>
    </w:p>
    <w:p>
      <w:r>
        <w:rPr>
          <w:b/>
        </w:rPr>
        <w:t xml:space="preserve">[1:03:26] </w:t>
      </w:r>
      <w:r>
        <w:t>yaad rakhiye, unhein insaan ki humdardi nahi hai, unhein zimmedari ka koi ehsaas nahi hai, dawat ka koi dard nahi hai.</w:t>
      </w:r>
    </w:p>
    <w:p>
      <w:pPr>
        <w:jc w:val="right"/>
      </w:pPr>
      <w:r>
        <w:t>یاد رکھیے، انہیں انسان کی ہمدردی نہیں ہے، انہیں ذمہ داری کا کوئی احساس نہیں ہے، دعوت کا کوئی درد نہیں ہے۔</w:t>
      </w:r>
    </w:p>
    <w:p>
      <w:r>
        <w:rPr>
          <w:b/>
        </w:rPr>
        <w:t xml:space="preserve">[1:03:36] </w:t>
      </w:r>
      <w:r>
        <w:t>aisi boli bolen ge to pakre jaen ge Allah taala ke haan.</w:t>
      </w:r>
    </w:p>
    <w:p>
      <w:pPr>
        <w:jc w:val="right"/>
      </w:pPr>
      <w:r>
        <w:t>ایسی بولی بولیں گے تو پکڑے جائیں گے اللہ تعالیٰ کے ہاں۔</w:t>
      </w:r>
    </w:p>
    <w:p>
      <w:r>
        <w:rPr>
          <w:b/>
        </w:rPr>
        <w:t xml:space="preserve">[1:03:39] </w:t>
      </w:r>
      <w:r>
        <w:t>main aap ko aik hadith batata hoon ke Rasool Allah sal Allah aleh wasalam ne aik sahabi ki zuban par aisa rakha ke is se bacho, zuban se bacho,</w:t>
      </w:r>
    </w:p>
    <w:p>
      <w:pPr>
        <w:jc w:val="right"/>
      </w:pPr>
      <w:r>
        <w:t>میں آپ کو ایک حدیث بتاتا ہوں کہ رسول اللہ صلی اللہ علیہ وسلم نے ایک صحابی کی زبان پر ایسا رکھا کہ اس سے بچو، زبان سے بچو،</w:t>
      </w:r>
    </w:p>
    <w:p>
      <w:r>
        <w:rPr>
          <w:b/>
        </w:rPr>
        <w:t xml:space="preserve">[1:03:52] </w:t>
      </w:r>
      <w:r>
        <w:t>zuban se bacho. to unhon ne poocha, "kya hum zuban ki pakar ho gayi?" unhon ne kaha ke haan, zuban insan ko jahannum mein le jae gi.</w:t>
      </w:r>
    </w:p>
    <w:p>
      <w:pPr>
        <w:jc w:val="right"/>
      </w:pPr>
      <w:r>
        <w:t>زبان سے بچو۔ تو انہوں نے پوچھا، "کیا ہم زبان کی پکڑ ہو گئی؟" انہوں نے کہا کہ ہاں، زبان انسان کو جہنم میں لے جائے گی۔</w:t>
      </w:r>
    </w:p>
    <w:p>
      <w:r>
        <w:rPr>
          <w:b/>
        </w:rPr>
        <w:t xml:space="preserve">[1:04:02] </w:t>
      </w:r>
      <w:r>
        <w:t>jahannum mein yeh zuban se boli bolay ga aur jahannum mein chala jae ga. to kya</w:t>
      </w:r>
    </w:p>
    <w:p>
      <w:pPr>
        <w:jc w:val="right"/>
      </w:pPr>
      <w:r>
        <w:t>جہنم میں یہ زبان سے بولی بولے گا اور جہنم میں چلا جائے گا۔ تو کیا</w:t>
      </w:r>
    </w:p>
    <w:p>
      <w:r>
        <w:rPr>
          <w:b/>
        </w:rPr>
        <w:t xml:space="preserve">[1:04:08] </w:t>
      </w:r>
      <w:r>
        <w:t>hua? sahaba bohat kam bolne wale ban gae, bohat kam bolne wale ban gae. aaj kal ke musalman jo hain, be dard hain, be hass hain.</w:t>
      </w:r>
    </w:p>
    <w:p>
      <w:pPr>
        <w:jc w:val="right"/>
      </w:pPr>
      <w:r>
        <w:t>ہوا؟ صحابہ بہت کم بولنے والے بن گئے، بہت کم بولنے والے بن گئے۔ آج کل کے مسلمان جو ہیں، بے درد ہیں، بے حس ہیں۔</w:t>
      </w:r>
    </w:p>
    <w:p>
      <w:r>
        <w:rPr>
          <w:b/>
        </w:rPr>
        <w:t xml:space="preserve">[1:04:17] </w:t>
      </w:r>
      <w:r>
        <w:t>koi unhein insaniyat ka, koi kisi koi dilchaspi nahi ke insan jahannum mein jae, mare, aa jae. apna beta, beti ke liye khoob dauren ge. khoob wahi aadmi aap se kehta hai na ke apne bete ke liye kya kar raha hai?</w:t>
      </w:r>
    </w:p>
    <w:p>
      <w:pPr>
        <w:jc w:val="right"/>
      </w:pPr>
      <w:r>
        <w:t>کوئی انہیں انسانیت کا، کوئی کسی کوئی دلچسپی نہیں کہ انسان جہنم میں جائے، مرے، آ جائے۔ اپنا بیٹا، بیٹی کے لیے خوب دوڑیں گے۔ خوب وہی آدمی آپ سے کہتا ہے نا کہ اپنے بیٹے کے لیے کیا کر رہا ہے؟</w:t>
      </w:r>
    </w:p>
    <w:p>
      <w:r>
        <w:rPr>
          <w:b/>
        </w:rPr>
        <w:t xml:space="preserve">[1:04:28] </w:t>
      </w:r>
      <w:r>
        <w:t>woh khoob dil laga kar kar raha hoga apne bete ke liye aur ghair muslimon ke liye is ke paas kuch nahi,</w:t>
      </w:r>
    </w:p>
    <w:p>
      <w:pPr>
        <w:jc w:val="right"/>
      </w:pPr>
      <w:r>
        <w:t>وہ خوب دل لگا کر کر رہا ہوگا اپنے بیٹے کے لیے اور غیر مسلموں کے لیے اس کے پاس کچھ نہیں،</w:t>
      </w:r>
    </w:p>
    <w:p>
      <w:r>
        <w:rPr>
          <w:b/>
        </w:rPr>
        <w:t xml:space="preserve">[1:04:37] </w:t>
      </w:r>
      <w:r>
        <w:t>kuch nahi. to behal main yeh kahoon ga ke jo dawat ki field mein hain, bas ko dekhen, jitna bas mein hai itna karen.</w:t>
      </w:r>
    </w:p>
    <w:p>
      <w:pPr>
        <w:jc w:val="right"/>
      </w:pPr>
      <w:r>
        <w:t>کچھ نہیں۔ تو بہرحال میں یہ کہوں گا کہ جو دعوت کی فیلڈ میں ہیں، بس کو دیکھیں، جتنا بس میں ہے اتنا کریں۔</w:t>
      </w:r>
    </w:p>
    <w:p>
      <w:r>
        <w:rPr>
          <w:b/>
        </w:rPr>
        <w:t xml:space="preserve">[1:04:47] </w:t>
      </w:r>
      <w:r>
        <w:t>is ke aage jo hai, woh Allah taala se dua karen. Maulana, agla sawal kya hai? Mr Salman Ahmed ne Delhi se, unhon ne likha hai ke "If someone visualizes God, please tell me is itright or wrong?" bilkul jhoot hai.</w:t>
      </w:r>
    </w:p>
    <w:p>
      <w:pPr>
        <w:jc w:val="right"/>
      </w:pPr>
      <w:r>
        <w:t>اس کے آگے جو ہے، وہ اللہ تعالیٰ سے دعا کریں۔ مولانا، اگلا سوال کیا ہے؟ مسٹر سلمان احمد نے دلی سے، انہوں نے لکھا ہے کہ "If someone visualizes God, please tell me is itright or wrong?" بالکل جھوٹ ہے۔</w:t>
      </w:r>
    </w:p>
    <w:p>
      <w:r>
        <w:rPr>
          <w:b/>
        </w:rPr>
        <w:t xml:space="preserve">[1:05:06] </w:t>
      </w:r>
      <w:r>
        <w:t>yeh sufia ne aik bidat nikali hai ke woh muraqba karte the, un ko koi jhuliyan dikhai thin, unhon ne kaha tha, "unhon ne Khuda ko dekha hai." sab phir jhooti baaten hain. Hazrat Aisha ne kaha hai ke jis ne kaha ke Rasool Allah ne Khuda ko dekha to jhoot kaha, faqat kazab.</w:t>
      </w:r>
    </w:p>
    <w:p>
      <w:pPr>
        <w:jc w:val="right"/>
      </w:pPr>
      <w:r>
        <w:t>یہ صوفیاء نے ایک بدعت نکالی ہے کہ وہ مراقبہ کرتے تھے، ان کو کوئی جھلیاں دکھائی تھیں، انہوں نے کہا تھا، "انہوں نے خدا کو دیکھا ہے۔" سب پھر جھوٹی باتیں ہیں۔ حضرت عائشہ نے کہا ہے کہ جس نے کہا کہ رسول اللہ نے خدا کو دیکھا تو جھوٹ کہا، فقط کذب۔</w:t>
      </w:r>
    </w:p>
    <w:p>
      <w:r>
        <w:rPr>
          <w:b/>
        </w:rPr>
        <w:t xml:space="preserve">[1:05:22] </w:t>
      </w:r>
      <w:r>
        <w:t>tujhe Rasool Allah ne dekha to doosra kaun dekh sakta hai? sab shaitani baaten hain. is se toba karna chahiye. aap Khuda ko dekh nahi sakte is dunya mein, akhirat mein dekhen ge, inshallah.</w:t>
      </w:r>
    </w:p>
    <w:p>
      <w:pPr>
        <w:jc w:val="right"/>
      </w:pPr>
      <w:r>
        <w:t>تجھے رسول اللہ نے دیکھا تو دوسرا کون دیکھ سکتا ہے؟ سب شیطانی باتیں ہیں۔ اس سے توبہ کرنا چاہیے۔ آپ خدا کو دیکھ نہیں سکتے اس دنیا میں، آخرت میں دیکھیں گے، انشاءاللہ۔</w:t>
      </w:r>
    </w:p>
    <w:p>
      <w:r>
        <w:rPr>
          <w:b/>
        </w:rPr>
        <w:t xml:space="preserve">[1:05:34] </w:t>
      </w:r>
      <w:r>
        <w:t>yahan nahi dekh sakt</w:t>
      </w:r>
    </w:p>
    <w:p>
      <w:pPr>
        <w:jc w:val="right"/>
      </w:pPr>
      <w:r>
        <w:t>یہاں نہیں دیکھ سکت</w:t>
      </w:r>
    </w:p>
    <w:p>
      <w:r>
        <w:rPr>
          <w:b/>
        </w:rPr>
        <w:t xml:space="preserve">[1:05:35] </w:t>
      </w:r>
      <w:r>
        <w:t>e. yahan to aap ko Khuda ko yaad karna hai, Khuda ki kitab ko parhna hai, Khuda par ghor o fikr karna hai aur Khuda ki sifat mein, is ke attribute mein Khuda ko pana hai.</w:t>
      </w:r>
    </w:p>
    <w:p>
      <w:pPr>
        <w:jc w:val="right"/>
      </w:pPr>
      <w:r>
        <w:t>ے۔ یہاں تو آپ کو خدا کو یاد کرنا ہے، خدا کی کتاب کو پڑھنا ہے، خدا پر غور و فکر کرنا ہے اور خدا کی صفات میں، اس کے ایٹریبیوٹ میں خدا کو پانا ہے۔</w:t>
      </w:r>
    </w:p>
    <w:p>
      <w:r>
        <w:rPr>
          <w:b/>
        </w:rPr>
        <w:t xml:space="preserve">[1:05:47] </w:t>
      </w:r>
      <w:r>
        <w:t>yaad rakhiye, Khuda ki zaat mein aap nahi pa sakte Khuda ko. koi koi aap Khuda ki zaat ko, haan, is ka creation aap samne hai, hamare</w:t>
      </w:r>
    </w:p>
    <w:p>
      <w:pPr>
        <w:jc w:val="right"/>
      </w:pPr>
      <w:r>
        <w:t>یاد رکھیے، خدا کی ذات میں آپ نہیں پا سکتے خدا کو۔ کوئی کوئی آپ خدا کی ذات کو، ہاں، اس کا کریشن آپ سامنے ہے، ہمارے</w:t>
      </w:r>
    </w:p>
    <w:p>
      <w:r>
        <w:rPr>
          <w:b/>
        </w:rPr>
        <w:t xml:space="preserve">[1:05:57] </w:t>
      </w:r>
      <w:r>
        <w:t>is ka har cheez jo hai, har cheez mein Khuda ka kamalat dikhai de rahe hain.</w:t>
      </w:r>
    </w:p>
    <w:p>
      <w:pPr>
        <w:jc w:val="right"/>
      </w:pPr>
      <w:r>
        <w:t>اس کا ہر چیز جو ہے، ہر چیز میں خدا کا کمالات دکھائی دے رہے ہیں۔</w:t>
      </w:r>
    </w:p>
    <w:p>
      <w:r>
        <w:rPr>
          <w:b/>
        </w:rPr>
        <w:t xml:space="preserve">[1:06:05] </w:t>
      </w:r>
      <w:r>
        <w:t>wahan Khuda ko discover kijiye.</w:t>
      </w:r>
    </w:p>
    <w:p>
      <w:pPr>
        <w:jc w:val="right"/>
      </w:pPr>
      <w:r>
        <w:t>وہاں خدا کو ڈسکور کیجئے۔</w:t>
      </w:r>
    </w:p>
    <w:p>
      <w:r>
        <w:rPr>
          <w:b/>
        </w:rPr>
        <w:t xml:space="preserve">[1:06:10] </w:t>
      </w:r>
      <w:r>
        <w:t>Maulana, agla sawal Maulana Zakariya Nadvi ne kiya hai New Delhi se.</w:t>
      </w:r>
    </w:p>
    <w:p>
      <w:pPr>
        <w:jc w:val="right"/>
      </w:pPr>
      <w:r>
        <w:t>مولانا، اگلا سوال مولانا زکریا ندوی نے کیا ہے نئی دلی سے۔</w:t>
      </w:r>
    </w:p>
    <w:p>
      <w:r>
        <w:rPr>
          <w:b/>
        </w:rPr>
        <w:t xml:space="preserve">[1:06:17] </w:t>
      </w:r>
      <w:r>
        <w:t>An Al Bukhari Muslim Abu Dawood and Ibn Majah has collected a hadith where it is mentioned: "Do not praise your friend, Allah knows best about him." Maulana, he wants you to explain this hadith.</w:t>
      </w:r>
    </w:p>
    <w:p>
      <w:pPr>
        <w:jc w:val="right"/>
      </w:pPr>
      <w:r>
        <w:t>ان البخاری مسلم ابو داؤد اینڈ ابن مجاہ ہیز کلیکٹڈ ا حدیث ویر اٹ از مینشنڈ: "ڈو ناٹ پریز یور فرینڈ، اللہ نوز بیسٹ اباؤٹ ہم۔" مولانا، ہی وانٹس یو ٹو ایکسپلین دس حدیث۔</w:t>
      </w:r>
    </w:p>
    <w:p>
      <w:r>
        <w:rPr>
          <w:b/>
        </w:rPr>
        <w:t xml:space="preserve">[1:06:40] </w:t>
      </w:r>
      <w:r>
        <w:t>dekhiye, aik hai praise yani tareef karna, aik hai qadr-dani.</w:t>
      </w:r>
    </w:p>
    <w:p>
      <w:pPr>
        <w:jc w:val="right"/>
      </w:pPr>
      <w:r>
        <w:t>دیکھیے، ایک ہے پریز یعنی تعریف کرنا، ایک ہے قدردانی۔</w:t>
      </w:r>
    </w:p>
    <w:p>
      <w:r>
        <w:rPr>
          <w:b/>
        </w:rPr>
        <w:t xml:space="preserve">[1:06:46] </w:t>
      </w:r>
      <w:r>
        <w:t>to qadr-dani ka talluq hai etraf se, acknowledge karne se. agar kisi mein koi khoobi ho to us ko acknowledge kijiye. jo acknowledge na kare, woh bakheel hai.</w:t>
      </w:r>
    </w:p>
    <w:p>
      <w:pPr>
        <w:jc w:val="right"/>
      </w:pPr>
      <w:r>
        <w:t>تو قدردانی کا تعلق ہے اعتراف سے، ایکنالج کرنے سے۔ اگر کسی میں کوئی خوبی ہو تو اس کو ایکنالج کیجئے۔ جو ایکنالج نہ کرے، وہ بخیل ہے۔</w:t>
      </w:r>
    </w:p>
    <w:p>
      <w:r>
        <w:rPr>
          <w:b/>
        </w:rPr>
        <w:t xml:space="preserve">[1:06:56] </w:t>
      </w:r>
      <w:r>
        <w:t>lekin praise to koi na beta bari karna chahiye, na kisi karna chahiye. praise to koi achi cheez nahi, matlab woh to koi achi cheez nahi.</w:t>
      </w:r>
    </w:p>
    <w:p>
      <w:pPr>
        <w:jc w:val="right"/>
      </w:pPr>
      <w:r>
        <w:t>لیکن پریز تو کوئی نہ بیٹا بڑی کرنا چاہیے، نہ کسی کرنا چاہیے۔ پریز تو کوئی اچھی چیز نہیں، مطلب وہ تو کوئی اچھی چیز نہیں۔</w:t>
      </w:r>
    </w:p>
    <w:p>
      <w:r>
        <w:rPr>
          <w:b/>
        </w:rPr>
        <w:t xml:space="preserve">[1:07:08] </w:t>
      </w:r>
      <w:r>
        <w:t>lekin acknowledge zaroor karna chahiye aadmi ko.</w:t>
      </w:r>
    </w:p>
    <w:p>
      <w:pPr>
        <w:jc w:val="right"/>
      </w:pPr>
      <w:r>
        <w:t>لیکن ایکنالج ضرور کرنا چاہیے آدمی کو۔</w:t>
      </w:r>
    </w:p>
    <w:p>
      <w:r>
        <w:rPr>
          <w:b/>
        </w:rPr>
        <w:t xml:space="preserve">[1:07:11] </w:t>
      </w:r>
      <w:r>
        <w:t>kisi mein aap koi koi khoobi paen, koi waqai to us ko etraf kijiye, us ko acknowledge kijiye, us ko due respect dijiye.</w:t>
      </w:r>
    </w:p>
    <w:p>
      <w:pPr>
        <w:jc w:val="right"/>
      </w:pPr>
      <w:r>
        <w:t>کسی میں آپ کوئی کوئی خوبی پائیں، کوئی واقعی تو اس کو اعتراف کیجئے، اس کو ایکنالج کیجئے، اس کو ڈیو ریسپیکٹ دیجئے۔</w:t>
      </w:r>
    </w:p>
    <w:p>
      <w:r>
        <w:rPr>
          <w:b/>
        </w:rPr>
        <w:t xml:space="preserve">[1:07:22] </w:t>
      </w:r>
      <w:r>
        <w:t>yeh karna hai.</w:t>
      </w:r>
    </w:p>
    <w:p>
      <w:pPr>
        <w:jc w:val="right"/>
      </w:pPr>
      <w:r>
        <w:t>یہ کرنا ہے۔</w:t>
      </w:r>
    </w:p>
    <w:p>
      <w:r>
        <w:rPr>
          <w:b/>
        </w:rPr>
        <w:t xml:space="preserve">[1:07:25] </w:t>
      </w:r>
      <w:r>
        <w:t>It is nothing.</w:t>
      </w:r>
    </w:p>
    <w:p>
      <w:pPr>
        <w:jc w:val="right"/>
      </w:pPr>
      <w:r>
        <w:t>It is nothing.</w:t>
      </w:r>
    </w:p>
    <w:p>
      <w:r>
        <w:rPr>
          <w:b/>
        </w:rPr>
        <w:t xml:space="preserve">[1:07:31] </w:t>
      </w:r>
      <w:r>
        <w:t>Maulana, agla sawal kya hai? Sati Malhotra ne Delhi se. She has written: "Maulana, you always say that one should save oneself from the cheap test.</w:t>
      </w:r>
    </w:p>
    <w:p>
      <w:pPr>
        <w:jc w:val="right"/>
      </w:pPr>
      <w:r>
        <w:t>مولانا، اگلا سوال کیا ہے؟ ستی منہوترا نے دلی سے۔ شی ہیز رٹن: "مولانا، یو الویز سے دیٹ ون شوڈ سیو ون سیلف فرام دا چیپ ٹیسٹ۔</w:t>
      </w:r>
    </w:p>
    <w:p>
      <w:r>
        <w:rPr>
          <w:b/>
        </w:rPr>
        <w:t xml:space="preserve">[1:07:42] </w:t>
      </w:r>
      <w:r>
        <w:t>Kindly tell us what is your definition of cheap test and how one knows if he or she has developed the cheap test.</w:t>
      </w:r>
    </w:p>
    <w:p>
      <w:pPr>
        <w:jc w:val="right"/>
      </w:pPr>
      <w:r>
        <w:t>کائنڈلی ٹیل اس واٹ از یور ڈیفینیشن اف چیپ ٹیسٹ اینڈ ہاؤ ون نو اف ہی اور شی ہیز ڈیویلپڈ دا چیپ ٹیسٹ۔</w:t>
      </w:r>
    </w:p>
    <w:p>
      <w:r>
        <w:rPr>
          <w:b/>
        </w:rPr>
        <w:t xml:space="preserve">[1:07:52] </w:t>
      </w:r>
      <w:r>
        <w:t>Also tell us how one can come out of it." Dekhiye, cheap test ka koi technical definition available nahi hai.</w:t>
      </w:r>
    </w:p>
    <w:p>
      <w:pPr>
        <w:jc w:val="right"/>
      </w:pPr>
      <w:r>
        <w:t>السو ٹیل اس ہاؤ ون کین کم آؤٹ اف اٹ۔" دیکھیں، چیپ ٹیسٹ کا کوئی ٹیکنیکل ڈیفینیشن اویلیبل نہیں ہے۔</w:t>
      </w:r>
    </w:p>
    <w:p>
      <w:r>
        <w:rPr>
          <w:b/>
        </w:rPr>
        <w:t xml:space="preserve">[1:08:02] </w:t>
      </w:r>
      <w:r>
        <w:t>Koi bhi scientist aap ko cheap test ka koi technical definition nahi de sakte.</w:t>
      </w:r>
    </w:p>
    <w:p>
      <w:pPr>
        <w:jc w:val="right"/>
      </w:pPr>
      <w:r>
        <w:t>کوئی بھی اسٹارٹڈ پلیٹو آپ کو چیپ ٹیسٹ کا کوئی ٹیکنیکل ڈیفینیشن نہیں دے سکتے۔</w:t>
      </w:r>
    </w:p>
    <w:p>
      <w:r>
        <w:rPr>
          <w:b/>
        </w:rPr>
        <w:t xml:space="preserve">[1:08:10] </w:t>
      </w:r>
      <w:r>
        <w:t>Yeh aap ko janna parega ke what is cheap test. Main misaal de sakta hoon, aap ko misaal de sakta hoon ke cheap test kya hai.</w:t>
      </w:r>
    </w:p>
    <w:p>
      <w:pPr>
        <w:jc w:val="right"/>
      </w:pPr>
      <w:r>
        <w:t>یہ آپ کو جاننا پڑے گا کہ واٹ از چیپ ٹیسٹ۔ میں مثال دے سکتا ہوں، آپ کو مثال دے سکتا ہوں کہ چیپ ٹیسٹ کیا ہے۔</w:t>
      </w:r>
    </w:p>
    <w:p>
      <w:r>
        <w:rPr>
          <w:b/>
        </w:rPr>
        <w:t xml:space="preserve">[1:08:20] </w:t>
      </w:r>
      <w:r>
        <w:t>Lekin main yeh nahi definition define nahi kar sakta aap ko technical shabdon mein. Yaani koi aap se pooche ke bhai tumhari salary kya hai?</w:t>
      </w:r>
    </w:p>
    <w:p>
      <w:pPr>
        <w:jc w:val="right"/>
      </w:pPr>
      <w:r>
        <w:t>لیکن میں یہ نہیں ڈیفینیشن ڈیفائن نہیں کر سکتا آپ کو ٹیکنیکل शब्दوں میں۔ یعنی کوئی آپ سے پوچھے کہ بھئی تمہاری سیلری کیا ہے؟</w:t>
      </w:r>
    </w:p>
    <w:p>
      <w:r>
        <w:rPr>
          <w:b/>
        </w:rPr>
        <w:t xml:space="preserve">[1:08:31] </w:t>
      </w:r>
      <w:r>
        <w:t>There is cheap test. Koi kahe is waqt toh yeh break fast keh liya. There is cheap test.</w:t>
      </w:r>
    </w:p>
    <w:p>
      <w:pPr>
        <w:jc w:val="right"/>
      </w:pPr>
      <w:r>
        <w:t>دیر از چیپ ٹیسٹ۔ کوئی کہے اس وقت تو یہ بریک فاسٹ کہہ لیا۔ دیر از چیپ ٹیسٹ۔</w:t>
      </w:r>
    </w:p>
    <w:p>
      <w:r>
        <w:rPr>
          <w:b/>
        </w:rPr>
        <w:t xml:space="preserve">[1:08:38] </w:t>
      </w:r>
      <w:r>
        <w:t>Koi kahe tumhare bachche kitne hain? There is cheap test.</w:t>
      </w:r>
    </w:p>
    <w:p>
      <w:pPr>
        <w:jc w:val="right"/>
      </w:pPr>
      <w:r>
        <w:t>کوئی کہے تمہارے بچے کتنے ہیں؟ دیر از چیپ ٹیسٹ۔</w:t>
      </w:r>
    </w:p>
    <w:p>
      <w:r>
        <w:rPr>
          <w:b/>
        </w:rPr>
        <w:t xml:space="preserve">[1:08:45] </w:t>
      </w:r>
      <w:r>
        <w:t>Haan, koi yeh pooche ke bhai tumhara intelligence development kaise hua hai? There is high test.</w:t>
      </w:r>
    </w:p>
    <w:p>
      <w:pPr>
        <w:jc w:val="right"/>
      </w:pPr>
      <w:r>
        <w:t>ہاں، کوئی یہ پوچھے کہ بھئی تمہارا انٹیلیجنس ڈیویلپمنٹ کیسے ہوا ہے؟ دیر از ہائی ٹیسٹ۔</w:t>
      </w:r>
    </w:p>
    <w:p>
      <w:r>
        <w:rPr>
          <w:b/>
        </w:rPr>
        <w:t xml:space="preserve">[1:08:53] </w:t>
      </w:r>
      <w:r>
        <w:t>Toh cheap test ki koi definition available nahi hai. Na main kar sakta, na koi koi kar sakta.</w:t>
      </w:r>
    </w:p>
    <w:p>
      <w:pPr>
        <w:jc w:val="right"/>
      </w:pPr>
      <w:r>
        <w:t>تو چیپ ٹیسٹ کی کوئی ڈیفینیشن اویلیبل نہیں ہے۔ نہ میں کر سکتا، نہ کوئی کوئی کر سکتا۔</w:t>
      </w:r>
    </w:p>
    <w:p>
      <w:r>
        <w:rPr>
          <w:b/>
        </w:rPr>
        <w:t xml:space="preserve">[1:09:01] </w:t>
      </w:r>
      <w:r>
        <w:t>Albata aap ke andar khud agar</w:t>
      </w:r>
    </w:p>
    <w:p>
      <w:pPr>
        <w:jc w:val="right"/>
      </w:pPr>
      <w:r>
        <w:t>البتہ آپ کے اندر خود اگر</w:t>
      </w:r>
    </w:p>
    <w:p>
      <w:r>
        <w:rPr>
          <w:b/>
        </w:rPr>
        <w:t xml:space="preserve">[1:09:07] </w:t>
      </w:r>
      <w:r>
        <w:t>woh quality hai toh aap samajh sakte hain ke kya cheap test hai aur kya high test hai. Main by nature cheap test se bohat hi allergic hoon, bohat allergic hoon aur high test ko bohat pasand karta hoon,</w:t>
      </w:r>
    </w:p>
    <w:p>
      <w:pPr>
        <w:jc w:val="right"/>
      </w:pPr>
      <w:r>
        <w:t>وہ کوالٹی ہے تو آپ سمجھ سکتے ہیں کہ کیا چیپ ٹیسٹ ہے اور کیا ہائی ٹیسٹ ہے۔ میں بائی نیچر چیپ ٹیسٹ سے بہت ہی الرجک ہوں، بہت الرجک ہوں اور ہائی ٹیسٹ کو بہت پسند کرتا ہوں،</w:t>
      </w:r>
    </w:p>
    <w:p>
      <w:r>
        <w:rPr>
          <w:b/>
        </w:rPr>
        <w:t xml:space="preserve">[1:09:23] </w:t>
      </w:r>
      <w:r>
        <w:t>bohat zyada.</w:t>
      </w:r>
    </w:p>
    <w:p>
      <w:pPr>
        <w:jc w:val="right"/>
      </w:pPr>
      <w:r>
        <w:t>بہت زیادہ۔</w:t>
      </w:r>
    </w:p>
    <w:p>
      <w:r>
        <w:rPr>
          <w:b/>
        </w:rPr>
        <w:t xml:space="preserve">[1:09:27] </w:t>
      </w:r>
      <w:r>
        <w:t>Maulana, agar koi apne aap ko cheap test mein pata hai toh us mein se kaise bahar nikal sakta hai? Bahar nikalna hai?</w:t>
      </w:r>
    </w:p>
    <w:p>
      <w:pPr>
        <w:jc w:val="right"/>
      </w:pPr>
      <w:r>
        <w:t>مولانا، اگر کوئی اپنے آپ کو چیپ ٹیسٹ میں پاتا ہے تو اس میں سے کیسے باہر نکل سکتا ہے؟ باہر نکلنا ہے؟</w:t>
      </w:r>
    </w:p>
    <w:p>
      <w:r>
        <w:rPr>
          <w:b/>
        </w:rPr>
        <w:t xml:space="preserve">[1:09:36] </w:t>
      </w:r>
      <w:r>
        <w:t>Neeche toh paate nahi log. Paane ke baad toh bilkul asaan hai. Log cheap test banate hain aur samajhte hain ke hum cheap test nahi hain. Asal problem yahan hai.</w:t>
      </w:r>
    </w:p>
    <w:p>
      <w:pPr>
        <w:jc w:val="right"/>
      </w:pPr>
      <w:r>
        <w:t>نیچے تو پاتے نہیں لوگ۔ پانے کے بعد تو بالکل آسان ہے۔ لوگ چیپ ٹیسٹ بناتے ہیں اور سمجھتے ہیں کہ ہم چیپ ٹیسٹ نہیں ہیں۔ اصل پرابلم یہاں ہے۔</w:t>
      </w:r>
    </w:p>
    <w:p>
      <w:r>
        <w:rPr>
          <w:b/>
        </w:rPr>
        <w:t xml:space="preserve">[1:09:48] </w:t>
      </w:r>
      <w:r>
        <w:t>Sab se bara problem yeh hai ke apne problem ko aadmi jaanta nahi.</w:t>
      </w:r>
    </w:p>
    <w:p>
      <w:pPr>
        <w:jc w:val="right"/>
      </w:pPr>
      <w:r>
        <w:t>سب سے بڑا پرابلم یہ ہے کہ اپنے پرابلم کو آدمی جانتا نہیں۔</w:t>
      </w:r>
    </w:p>
    <w:p>
      <w:r>
        <w:rPr>
          <w:b/>
        </w:rPr>
        <w:t xml:space="preserve">[1:09:54] </w:t>
      </w:r>
      <w:r>
        <w:t>Apne andar jo coming hai, jo weakness hai, us weakness se woh unaware rehta hai. Problem yahan hai. Agar aap jaan lein toh phir toh bilkul asaan hai.</w:t>
      </w:r>
    </w:p>
    <w:p>
      <w:pPr>
        <w:jc w:val="right"/>
      </w:pPr>
      <w:r>
        <w:t>اپنے اندر جو کمنگ ہے، جو ویکنس ہے، اس ویکنس سے وہ ان اویر رہتا ہے۔ پرابلم یہاں ہے۔ اگر آپ جان لیں تو پھر تو بالکل آسان ہے۔</w:t>
      </w:r>
    </w:p>
    <w:p>
      <w:r>
        <w:rPr>
          <w:b/>
        </w:rPr>
        <w:t xml:space="preserve">[1:10:04] </w:t>
      </w:r>
      <w:r>
        <w:t>Jab aap jaan lein ke yeh switch hai, is ko dabane se light ho jayegi toh phir kya mushkil kya hai? Bhai, daba dijiye is ko.</w:t>
      </w:r>
    </w:p>
    <w:p>
      <w:pPr>
        <w:jc w:val="right"/>
      </w:pPr>
      <w:r>
        <w:t>جب آپ جان لیں کہ یہ سوئچ ہے، اس کو دبانے سے لائٹ ہو جائے گی تو پھر کیا مشکل کیا ہے؟ بھئی، دبا دیجئے اس کو۔</w:t>
      </w:r>
    </w:p>
    <w:p>
      <w:r>
        <w:rPr>
          <w:b/>
        </w:rPr>
        <w:t xml:space="preserve">[1:10:14] </w:t>
      </w:r>
      <w:r>
        <w:t>Awareness toh yaani ho jaye. Agar sach poochein toh aap is ki key par pahunch gaye.</w:t>
      </w:r>
    </w:p>
    <w:p>
      <w:pPr>
        <w:jc w:val="right"/>
      </w:pPr>
      <w:r>
        <w:t>اویرنس تو یعنی ہو جائے۔ اگر سچ پوچھیں تو آپ اس کی کی پر پہنچ گئے۔</w:t>
      </w:r>
    </w:p>
    <w:p>
      <w:r>
        <w:rPr>
          <w:b/>
        </w:rPr>
        <w:t xml:space="preserve">[1:10:25] </w:t>
      </w:r>
      <w:r>
        <w:t>Maulana, agla sawal kya hai? Sadia Khan ne New Delhi se. Unhon ne likha hai ke "What are the parameters by which one can recognize or identify the true ideology of life?"</w:t>
      </w:r>
    </w:p>
    <w:p>
      <w:pPr>
        <w:jc w:val="right"/>
      </w:pPr>
      <w:r>
        <w:t>مولانا، اگلا سوال کیا ہے؟ سعدیہ خان نے نیو دہلی سے۔ انہوں نے لکھا ہے کہ "What are the parameters by which one can recognize or identify the true ideology of life?"</w:t>
      </w:r>
    </w:p>
    <w:p>
      <w:r>
        <w:rPr>
          <w:b/>
        </w:rPr>
        <w:t xml:space="preserve">[1:10:47] </w:t>
      </w:r>
      <w:r>
        <w:t>Dekhiye, koi technical subject nahi hai, koi mathematical subject</w:t>
      </w:r>
    </w:p>
    <w:p>
      <w:pPr>
        <w:jc w:val="right"/>
      </w:pPr>
      <w:r>
        <w:t>دیکھیے، کوئی ٹیکنیکل سبجیکٹ نہیں ہے، کوئی میتھمیٹیکل سبجیکٹ</w:t>
      </w:r>
    </w:p>
    <w:p>
      <w:r>
        <w:rPr>
          <w:b/>
        </w:rPr>
        <w:t xml:space="preserve">[1:10:51] </w:t>
      </w:r>
      <w:r>
        <w:t>nahi hai. Ya main kahoon ke mathematical criteria possible nahi hai kyunke yeh test ka mamla hai. Khuda test le raha hai. Agar mathematical criteria possible hota toh test hi khatam ho jata.</w:t>
      </w:r>
    </w:p>
    <w:p>
      <w:pPr>
        <w:jc w:val="right"/>
      </w:pPr>
      <w:r>
        <w:t>نہیں ہے۔ یا میں کہوں کہ میتھمیٹیکل کرائٹیریا پاسیبل نہیں ہے کیونکہ یہ ٹیسٹ کا معاملہ ہے۔ خدا ٹیسٹ لے رہا ہے۔ اگر میتھمیٹیکل کرائٹیریا پاسیبل ہوتا تو ٹیسٹ ہی ختم ہو جاتا۔</w:t>
      </w:r>
    </w:p>
    <w:p>
      <w:r>
        <w:rPr>
          <w:b/>
        </w:rPr>
        <w:t xml:space="preserve">[1:11:03] </w:t>
      </w:r>
      <w:r>
        <w:t>Toh is liye ek element of doubt toh baqi rahega. Yaad rakhiye, agar do do char ki tarah baatein clear ho jayein toh test kahan raha?</w:t>
      </w:r>
    </w:p>
    <w:p>
      <w:pPr>
        <w:jc w:val="right"/>
      </w:pPr>
      <w:r>
        <w:t>تو اس لیے ایک ایلیمنٹ آف ڈاؤٹ تو باقی رہے گا۔ یاد رکھیے، اگر دو دو چار کی طرح باتیں کلیئر ہو جائیں تو ٹیسٹ کہاں رہا؟</w:t>
      </w:r>
    </w:p>
    <w:p>
      <w:r>
        <w:rPr>
          <w:b/>
        </w:rPr>
        <w:t xml:space="preserve">[1:11:13] </w:t>
      </w:r>
      <w:r>
        <w:t>Phir test khatam.</w:t>
      </w:r>
    </w:p>
    <w:p>
      <w:pPr>
        <w:jc w:val="right"/>
      </w:pPr>
      <w:r>
        <w:t>پھر ٹیسٹ ختم۔</w:t>
      </w:r>
    </w:p>
    <w:p>
      <w:r>
        <w:rPr>
          <w:b/>
        </w:rPr>
        <w:t xml:space="preserve">[1:11:19] </w:t>
      </w:r>
      <w:r>
        <w:t>Toh tareeqa sa</w:t>
      </w:r>
    </w:p>
    <w:p>
      <w:pPr>
        <w:jc w:val="right"/>
      </w:pPr>
      <w:r>
        <w:t>تو طریقہ ص</w:t>
      </w:r>
    </w:p>
    <w:p>
      <w:r>
        <w:rPr>
          <w:b/>
        </w:rPr>
        <w:t xml:space="preserve">[1:11:20] </w:t>
      </w:r>
      <w:r>
        <w:t>raf kiya hai? main method batata hoon. method aur aur kuch nahin. method kya hai? aap quran ki study karen. aap khuda ki jo jo takhleeq hai, nature, us ko observe karen.</w:t>
      </w:r>
    </w:p>
    <w:p>
      <w:pPr>
        <w:jc w:val="right"/>
      </w:pPr>
      <w:r>
        <w:t>رف کیا ہے؟ میں میتھڈ بتاتا ہوں۔ میتھڈ اور اور کچھ نہیں۔ میتھڈ کیا ہے؟ آپ قرآن کی اسٹڈی کریں۔ آپ خدا کی جو جو تخلیق ہے، نیچر، اس کو ابزرو کریں۔</w:t>
      </w:r>
    </w:p>
    <w:p>
      <w:r>
        <w:rPr>
          <w:b/>
        </w:rPr>
        <w:t xml:space="preserve">[1:11:40] </w:t>
      </w:r>
      <w:r>
        <w:t>universe mein jo khuda ke jalwe hain, us ko us ki study karen.</w:t>
      </w:r>
    </w:p>
    <w:p>
      <w:pPr>
        <w:jc w:val="right"/>
      </w:pPr>
      <w:r>
        <w:t>یونیورس میں جو خدا کے جلوے ہیں، اس کو اس کی اسٹڈی کریں۔</w:t>
      </w:r>
    </w:p>
    <w:p>
      <w:r>
        <w:rPr>
          <w:b/>
        </w:rPr>
        <w:t xml:space="preserve">[1:11:49] </w:t>
      </w:r>
      <w:r>
        <w:t>through study aap pahunch sakte hain wahan par. through study.</w:t>
      </w:r>
    </w:p>
    <w:p>
      <w:pPr>
        <w:jc w:val="right"/>
      </w:pPr>
      <w:r>
        <w:t>تھرو اسٹڈی آپ پہنچ سکتے ہیں وہاں پر۔ تھرو اسٹڈی۔</w:t>
      </w:r>
    </w:p>
    <w:p>
      <w:r>
        <w:rPr>
          <w:b/>
        </w:rPr>
        <w:t xml:space="preserve">[1:11:55] </w:t>
      </w:r>
      <w:r>
        <w:t>study karte karte aap ke andar ek development development hota hai. aap ke mind mein ek mind mein ek skill paida hoti hai cheezon ko recognize karne ki.</w:t>
      </w:r>
    </w:p>
    <w:p>
      <w:pPr>
        <w:jc w:val="right"/>
      </w:pPr>
      <w:r>
        <w:t>اسٹڈی کرتے کرتے آپ کے اندر ایک ڈیویلپ ڈیویلپمنٹ ہوتا ہے۔ آپ کے مائنڈ میں ایک مائنڈ میں ایک سکل پیدا ہوتی ہے چیزوں کو ریکگنائز کرنے کی۔</w:t>
      </w:r>
    </w:p>
    <w:p>
      <w:r>
        <w:rPr>
          <w:b/>
        </w:rPr>
        <w:t xml:space="preserve">[1:12:06] </w:t>
      </w:r>
      <w:r>
        <w:t>jab bohat study karte hain aap to objectivity aati hai aur recognition ki salahiyat paida hoti hai.</w:t>
      </w:r>
    </w:p>
    <w:p>
      <w:pPr>
        <w:jc w:val="right"/>
      </w:pPr>
      <w:r>
        <w:t>جب بہت اسٹڈی کرتے ہیں آپ تو ابجیکٹوٹی آتی ہے اور ریکگنیشن کی صلاحیت پیدا ہوتی ہے۔</w:t>
      </w:r>
    </w:p>
    <w:p>
      <w:r>
        <w:rPr>
          <w:b/>
        </w:rPr>
        <w:t xml:space="preserve">[1:12:16] </w:t>
      </w:r>
      <w:r>
        <w:t>to yeh ek process hai. aisa nahin ki achaanak ho jaye. ajab nahin ho sakta hai. study behraal hoti hai. yani study jo hai woh starting point hai is mamle ka.</w:t>
      </w:r>
    </w:p>
    <w:p>
      <w:pPr>
        <w:jc w:val="right"/>
      </w:pPr>
      <w:r>
        <w:t>تو یہ ایک پروسیس ہے۔ ایسا نہیں کہ اچانک ہو جائے۔ عجب نہیں ہو سکتا ہے۔ اسٹڈی بہرحال ہوتی ہے۔ یعنی اسٹڈی جو ہے وہ سٹارٹنگ پوائنٹ ہے اس معاملے کا۔</w:t>
      </w:r>
    </w:p>
    <w:p>
      <w:r>
        <w:rPr>
          <w:b/>
        </w:rPr>
        <w:t xml:space="preserve">[1:12:28] </w:t>
      </w:r>
      <w:r>
        <w:t>aur is se agar aadmi sincere hai, sincere hai to phir kya hota hai ke 50 percent aadmi khud karta hai. 50 percent Allah ki madad aati hai. agar koi aadmi sincere ho to zaroor madad Allah ki aayegi,</w:t>
      </w:r>
    </w:p>
    <w:p>
      <w:pPr>
        <w:jc w:val="right"/>
      </w:pPr>
      <w:r>
        <w:t>اور اس سے اگر آدمی سنسیئر ہے، سنسیئر ہے تو پھر کیا ہوتا ہے کہ 50 پرسنٹ آدمی خود کرتا ہے۔ 50 پرسنٹ اللہ کی مدد آتی ہے۔ اگر کوئی آدمی سنسیئر ہو تو ضرور مدد اللہ کی آئے گی،</w:t>
      </w:r>
    </w:p>
    <w:p>
      <w:r>
        <w:rPr>
          <w:b/>
        </w:rPr>
        <w:t xml:space="preserve">[1:12:43] </w:t>
      </w:r>
      <w:r>
        <w:t>zaroor aayegi. aur phir woh khuda ki madad se woh pahunch jayega jahan pahunchna hai. us ko phir us ke andar ek ek cheez develop hogi. andar ek roshni, ek pehchan, ek farq karne wali.</w:t>
      </w:r>
    </w:p>
    <w:p>
      <w:pPr>
        <w:jc w:val="right"/>
      </w:pPr>
      <w:r>
        <w:t>ضرور آئے گی۔ اور پھر وہ خدا کی مدد سے وہ پہنچ جائے گا جہاں پہنچنا ہے۔ اس کو پھر اس کے اندر ایک ایک چیز ڈیویلپ ہوگی۔ اندر ایک روشنی، ایک پہچان، ایک فرق کرنے والی۔</w:t>
      </w:r>
    </w:p>
    <w:p>
      <w:r>
        <w:rPr>
          <w:b/>
        </w:rPr>
        <w:t xml:space="preserve">[1:12:57] </w:t>
      </w:r>
      <w:r>
        <w:t>quran hai ke furqan tumhare paida karega. agar tum sachche ho, sincere ho to tumhare andar furqan.</w:t>
      </w:r>
    </w:p>
    <w:p>
      <w:pPr>
        <w:jc w:val="right"/>
      </w:pPr>
      <w:r>
        <w:t>قرآن ہے کہ فرقان تمہارے پیدا کرے گا۔ اگر تم سچے ہو، سنسیئر ہو تو تمہارے اندر فرقان۔</w:t>
      </w:r>
    </w:p>
    <w:p>
      <w:r>
        <w:rPr>
          <w:b/>
        </w:rPr>
        <w:t xml:space="preserve">[1:13:05] </w:t>
      </w:r>
      <w:r>
        <w:t>furqan matlab yeh hai ke yani differentiate, differentiate karne ki quality.</w:t>
      </w:r>
    </w:p>
    <w:p>
      <w:pPr>
        <w:jc w:val="right"/>
      </w:pPr>
      <w:r>
        <w:t>فرقان مطلب یہ ہے کہ یعنی ڈیفرینش، ڈیفرنشیٹ کرنے کی کوالٹی۔</w:t>
      </w:r>
    </w:p>
    <w:p>
      <w:r>
        <w:rPr>
          <w:b/>
        </w:rPr>
        <w:t xml:space="preserve">[1:13:12] </w:t>
      </w:r>
      <w:r>
        <w:t>black ko white se, sachai ko false fit se differentiate karne ki salahiyat paida hogi. to phir aap khud hi jaan lenge.</w:t>
      </w:r>
    </w:p>
    <w:p>
      <w:pPr>
        <w:jc w:val="right"/>
      </w:pPr>
      <w:r>
        <w:t>بلیک کو وائٹ سے، سچائی کو فالس فٹ سے ڈیفرنشیٹ کرنے کی صلاحیت پیدا ہوگی۔ تو پھر آپ خود ہی جان لیں گے۔</w:t>
      </w:r>
    </w:p>
    <w:p>
      <w:r>
        <w:rPr>
          <w:b/>
        </w:rPr>
        <w:t xml:space="preserve">[1:13:25] </w:t>
      </w:r>
      <w:r>
        <w:t>It requires sincerity. It requires seriousness. It requires study. It requires observation.</w:t>
      </w:r>
    </w:p>
    <w:p>
      <w:pPr>
        <w:jc w:val="right"/>
      </w:pPr>
      <w:r>
        <w:t>It requires sincerity. It requires seriousness. It requires study. It requires observation.</w:t>
      </w:r>
    </w:p>
    <w:p>
      <w:r>
        <w:rPr>
          <w:b/>
        </w:rPr>
        <w:t xml:space="preserve">[1:13:34] </w:t>
      </w:r>
      <w:r>
        <w:t>It requires contemplation.</w:t>
      </w:r>
    </w:p>
    <w:p>
      <w:pPr>
        <w:jc w:val="right"/>
      </w:pPr>
      <w:r>
        <w:t>It requires contemplation.</w:t>
      </w:r>
    </w:p>
    <w:p>
      <w:r>
        <w:rPr>
          <w:b/>
        </w:rPr>
        <w:t xml:space="preserve">[1:13:37] </w:t>
      </w:r>
      <w:r>
        <w:t>agar yeh yeh aap condition poori kar dein, then you continue to continue the the truth.</w:t>
      </w:r>
    </w:p>
    <w:p>
      <w:pPr>
        <w:jc w:val="right"/>
      </w:pPr>
      <w:r>
        <w:t>اگر یہ یہ آپ کنڈیشن پوری کر دیں، دین یو کنٹینیو ٹو کنریو دا دا ٹروتھ۔</w:t>
      </w:r>
    </w:p>
    <w:p>
      <w:r>
        <w:rPr>
          <w:b/>
        </w:rPr>
        <w:t xml:space="preserve">[1:13:49] </w:t>
      </w:r>
      <w:r>
        <w:t>Maulana, un ka ek aur sawal hai. unhon ne likha hai ke "What caused diversion towards politics during the Abbasid period?" to main ne arz kiya</w:t>
      </w:r>
    </w:p>
    <w:p>
      <w:pPr>
        <w:jc w:val="right"/>
      </w:pPr>
      <w:r>
        <w:t>مولانا، ان کا ایک اور سوال ہے۔ انہوں نے لکھا ہے کہ "What caused diversion towards politics during the Abbasid period?" تو میں نے عرض کیا</w:t>
      </w:r>
    </w:p>
    <w:p>
      <w:r>
        <w:rPr>
          <w:b/>
        </w:rPr>
        <w:t xml:space="preserve">[1:14:02] </w:t>
      </w:r>
      <w:r>
        <w:t>ke jab environment, jab rasool Allah ke zamane mein, sahaba ke zamane mein tha, woh woh political power ka nahin tha. wahan koi political power nahin thi.</w:t>
      </w:r>
    </w:p>
    <w:p>
      <w:pPr>
        <w:jc w:val="right"/>
      </w:pPr>
      <w:r>
        <w:t>کہ جب انوائرمنٹ، جب رسول اللہ کے زمانے میں، صحابہ کے زمانے میں تھا، وہ وہ پولیٹیکل پاور کا نہیں تھا۔ وہاں کوئی پولیٹیکل پاور نہیں تھی۔</w:t>
      </w:r>
    </w:p>
    <w:p>
      <w:r>
        <w:rPr>
          <w:b/>
        </w:rPr>
        <w:t xml:space="preserve">[1:14:13] </w:t>
      </w:r>
      <w:r>
        <w:t>to Lord Acton ne kaha tha ke power corrupts and absolute power corrupts absolutely. yahan power ka matlab hai political power.</w:t>
      </w:r>
    </w:p>
    <w:p>
      <w:pPr>
        <w:jc w:val="right"/>
      </w:pPr>
      <w:r>
        <w:t>تو لارڈ ایکٹر نے کہا تھا کہ پاور کرپس اینڈ ایبسولیوٹ پاور کرپس ایبسولیوٹلی۔ یہاں پاور کا مطلب ہے پولیٹیکل پاور۔</w:t>
      </w:r>
    </w:p>
    <w:p>
      <w:r>
        <w:rPr>
          <w:b/>
        </w:rPr>
        <w:t xml:space="preserve">[1:14:24] </w:t>
      </w:r>
      <w:r>
        <w:t>to power corrupts and absolute power corrupts absolutely. jaise power aaya to corruption shuru ho gaya.</w:t>
      </w:r>
    </w:p>
    <w:p>
      <w:pPr>
        <w:jc w:val="right"/>
      </w:pPr>
      <w:r>
        <w:t>تو پاور کرپس اینڈ ایبسولیوٹ پاور کرپس ایبسولیوٹلی۔ جیسے پاور آیا تو کرپشن شروع ہو گیا۔</w:t>
      </w:r>
    </w:p>
    <w:p>
      <w:r>
        <w:rPr>
          <w:b/>
        </w:rPr>
        <w:t xml:space="preserve">[1:14:32] </w:t>
      </w:r>
      <w:r>
        <w:t>empire ban gaya to corruption apne peak par pahunch gaya. yeh to sab har ek ke sath ho gaya. jahan bhi power aaya, corruption aaya. yeh to sab aaj yeh to universal phenomena hai.</w:t>
      </w:r>
    </w:p>
    <w:p>
      <w:pPr>
        <w:jc w:val="right"/>
      </w:pPr>
      <w:r>
        <w:t>ایمپائر بن گیا تو کرپشن اپنے پیک پر پہنچ گیا۔ یہ تو سب ہر ایک کے ساتھ ہو گیا۔ جہاں بھی پاور آیا، کرپشن آیا۔ یہ تو سب آج یہ تو یونیورسل فیناومینا ہے۔</w:t>
      </w:r>
    </w:p>
    <w:p>
      <w:r>
        <w:rPr>
          <w:b/>
        </w:rPr>
        <w:t xml:space="preserve">[1:14:49] </w:t>
      </w:r>
      <w:r>
        <w:t>Maulana, agla sawal kya hai? Mr. Muhammad Asif Riyaz ne Patna se. unhon ne likha hai ke Maulana sahib tell us about taqwa</w:t>
      </w:r>
    </w:p>
    <w:p>
      <w:pPr>
        <w:jc w:val="right"/>
      </w:pPr>
      <w:r>
        <w:t>مولانا، اگلا سوال کیا ہے؟ مسٹر محمد اصف ریاض نے پٹنہ سے۔ انہوں نے لکھا ہے کہ مولانا صاحب ٹیل اس اباؤٹ تقویٰ</w:t>
      </w:r>
    </w:p>
    <w:p>
      <w:r>
        <w:rPr>
          <w:b/>
        </w:rPr>
        <w:t xml:space="preserve">[1:15:00] </w:t>
      </w:r>
      <w:r>
        <w:t>dekhen, taqwa ka jo literal meaning hai, woh to bachna. bachna. baqaya kehte hain dhal ko.</w:t>
      </w:r>
    </w:p>
    <w:p>
      <w:pPr>
        <w:jc w:val="right"/>
      </w:pPr>
      <w:r>
        <w:t>۔ دیکھیں، تقویٰ کا جو لٹرل میننگ ہے، وہ تو بچنا۔ بچنا۔ بقایہ کہتے ہیں ڈھال کو۔</w:t>
      </w:r>
    </w:p>
    <w:p>
      <w:r>
        <w:rPr>
          <w:b/>
        </w:rPr>
        <w:t xml:space="preserve">[1:15:11] </w:t>
      </w:r>
      <w:r>
        <w:t>to jab aap ke andar yeh yeh thinking develop kare ke mujhe bach kar chalna hai, burai ko chhodna hai, achhai ko lena hai, jis mein khuda ki marzi na ho, us se door jao, bhagna hai, marzi ho to us ko aage chalna hai is raste mein, yeh hai bachna.</w:t>
      </w:r>
    </w:p>
    <w:p>
      <w:pPr>
        <w:jc w:val="right"/>
      </w:pPr>
      <w:r>
        <w:t>تو جب آپ کے اندر یہ یہ تھنکنگ ڈیویلپ کرے کہ مجھے بچ کر چلنا ہے، برائی کو چھوڑنا ہے، اچھائی کو لینا ہے، جس میں خدا کی مرضی نہ ہو، اس سے دور جاؤ، بھاگنا ہے، مرضی ہو تو اس کو آگے چلنا ہے اس راستے میں، یہ ہے بچنا۔</w:t>
      </w:r>
    </w:p>
    <w:p>
      <w:r>
        <w:rPr>
          <w:b/>
        </w:rPr>
        <w:t xml:space="preserve">[1:15:29] </w:t>
      </w:r>
      <w:r>
        <w:t>to jab aap study karte hain, sochte hain, aur aap Allah ke raste par aate hain to it is but natural ke aap ke andar ek test develop hota hai, bachne wala test ke bhai is se bacho.</w:t>
      </w:r>
    </w:p>
    <w:p>
      <w:pPr>
        <w:jc w:val="right"/>
      </w:pPr>
      <w:r>
        <w:t>تو جب آپ اسٹڈی کرتے ہیں، سوچتے ہیں، اور آپ اللہ کے راستے پر آتے ہیں تو اٹ از بٹ نیچرل کہ آپ کے اندر ایک ٹیسٹ ڈیویلپ ہوتا ہے، بچنے والا ٹیسٹ کہ بھئی اس سے بچو۔</w:t>
      </w:r>
    </w:p>
    <w:p>
      <w:r>
        <w:rPr>
          <w:b/>
        </w:rPr>
        <w:t xml:space="preserve">[1:15:45] </w:t>
      </w:r>
      <w:r>
        <w:t>yeh khuda ki narazgi is mein hai, yeh is mein to yeh aage badho, is mein khuda ki khushnoodi milegi. yani taqwa. to taqwa bhi dekhiye, ek process hai, develop karta hai.</w:t>
      </w:r>
    </w:p>
    <w:p>
      <w:pPr>
        <w:jc w:val="right"/>
      </w:pPr>
      <w:r>
        <w:t>یہ خدا کی ناراضگی اس میں ہے، یہ اس میں تو یہ آگے بڑھو، اس میں خدا کی خوشنودی ملے گی۔ یعنی تقویٰ۔ تو تقویٰ بھی دیکھیے، ایک پروسیس ہے، ڈیویلپ کرتا ہے۔</w:t>
      </w:r>
    </w:p>
    <w:p>
      <w:r>
        <w:rPr>
          <w:b/>
        </w:rPr>
        <w:t xml:space="preserve">[1:15:56] </w:t>
      </w:r>
      <w:r>
        <w:t>woh</w:t>
      </w:r>
    </w:p>
    <w:p>
      <w:pPr>
        <w:jc w:val="right"/>
      </w:pPr>
      <w:r>
        <w:t>وہ</w:t>
      </w:r>
    </w:p>
    <w:p>
      <w:r>
        <w:rPr>
          <w:b/>
        </w:rPr>
        <w:t xml:space="preserve">[1:15:59] </w:t>
      </w:r>
      <w:r>
        <w:t>bigining hoti hai yahan se,</w:t>
      </w:r>
    </w:p>
    <w:p>
      <w:pPr>
        <w:jc w:val="right"/>
      </w:pPr>
      <w:r>
        <w:t>بگننگ ہوتی ہے یہاں سے،</w:t>
      </w:r>
    </w:p>
    <w:p>
      <w:r>
        <w:rPr>
          <w:b/>
        </w:rPr>
        <w:t xml:space="preserve">[1:16:03] </w:t>
      </w:r>
      <w:r>
        <w:t>phir barhte barhte barhte woh bohat aage ja tak pohnch jata hai. to jab aadmi ke andar woh test develop ho jaye ke Allah wali zindagi guzarna hai,</w:t>
      </w:r>
    </w:p>
    <w:p>
      <w:pPr>
        <w:jc w:val="right"/>
      </w:pPr>
      <w:r>
        <w:t>پھر بڑھتے بڑھتے بڑھتے وہ بہت آگے جا تک پہنچ جاتا ہے۔ تو جب آدمی کے اندر وہ ٹیسٹ ڈیویلپ ہو جائے کہ اللہ والی زندگی گزارنا ہے،</w:t>
      </w:r>
    </w:p>
    <w:p>
      <w:r>
        <w:rPr>
          <w:b/>
        </w:rPr>
        <w:t xml:space="preserve">[1:16:19] </w:t>
      </w:r>
      <w:r>
        <w:t>jis mein Allah ki narazgi ko us se bachna hai, to phir woh Allah ki madad aanay lagti hai us ko.</w:t>
      </w:r>
    </w:p>
    <w:p>
      <w:pPr>
        <w:jc w:val="right"/>
      </w:pPr>
      <w:r>
        <w:t>جس میں اللہ کی ناراضگی کو اس سے بچنا ہے، تو پھر وہ اللہ کی مدد آنے لگتی ہے اس کو۔</w:t>
      </w:r>
    </w:p>
    <w:p>
      <w:r>
        <w:rPr>
          <w:b/>
        </w:rPr>
        <w:t xml:space="preserve">[1:16:27] </w:t>
      </w:r>
      <w:r>
        <w:t>to dheere dheere woh sahih maani mein muttaqi insaan ban jata hai. yeh sari cheezein yaad rakhiye, process taluq hoti hai. process achaanak nahi hoti kabhi bhi, ek intellectual process hota hai yeh.</w:t>
      </w:r>
    </w:p>
    <w:p>
      <w:pPr>
        <w:jc w:val="right"/>
      </w:pPr>
      <w:r>
        <w:t>تو دھیرے دھیرے وہ صحیح معنی میں متقی انسان بن جاتا ہے۔ یہ ساری چیزیں یاد رکھیے، پروسیس تعلق ہوتی ہے۔ پروسیس اچانک نہیں ہوتی کبھی بھی، ایک انٹلیکچول پروسیس ہوتا ہے یہ۔</w:t>
      </w:r>
    </w:p>
    <w:p>
      <w:r>
        <w:rPr>
          <w:b/>
        </w:rPr>
        <w:t xml:space="preserve">[1:16:43] </w:t>
      </w:r>
      <w:r>
        <w:t>Maulana, yeh sawal aaya hai Sialkot Pakistan se. Shaukat Ali sahib ne poocha hai,</w:t>
      </w:r>
    </w:p>
    <w:p>
      <w:pPr>
        <w:jc w:val="right"/>
      </w:pPr>
      <w:r>
        <w:t>مولانا، یہ سوال آیا ہے سیالکوٹ پاکستان سے۔ شوکت علی صاحب نے پوچھا ہے،</w:t>
      </w:r>
    </w:p>
    <w:p>
      <w:r>
        <w:rPr>
          <w:b/>
        </w:rPr>
        <w:t xml:space="preserve">[1:16:50] </w:t>
      </w:r>
      <w:r>
        <w:t>unhon ne likha hai ke "I read an ayat from Holy Quran which says Allah har roz kisi na kisi kaam mein masroof hotay hain.</w:t>
      </w:r>
    </w:p>
    <w:p>
      <w:pPr>
        <w:jc w:val="right"/>
      </w:pPr>
      <w:r>
        <w:t>انہوں نے لکھا ہے کہ "I read an ayat from Holy Quran which says اللہ ہر روز کسی نہ کسی کام میں مصروف ہوتے ہیں۔</w:t>
      </w:r>
    </w:p>
    <w:p>
      <w:r>
        <w:rPr>
          <w:b/>
        </w:rPr>
        <w:t xml:space="preserve">[1:17:01] </w:t>
      </w:r>
      <w:r>
        <w:t>Maulana, please explain what is the message for humans in this ayat?"</w:t>
      </w:r>
    </w:p>
    <w:p>
      <w:pPr>
        <w:jc w:val="right"/>
      </w:pPr>
      <w:r>
        <w:t>مولانا، please explain what is the message for humans in this ayat?"</w:t>
      </w:r>
    </w:p>
    <w:p>
      <w:r>
        <w:rPr>
          <w:b/>
        </w:rPr>
        <w:t xml:space="preserve">[1:17:08] </w:t>
      </w:r>
      <w:r>
        <w:t>yeh masroof ka lafz to is mein nahi hai. "Inna kulla yaumin huwa fi shan" .</w:t>
      </w:r>
    </w:p>
    <w:p>
      <w:pPr>
        <w:jc w:val="right"/>
      </w:pPr>
      <w:r>
        <w:t>یہ مصروف کا لفظ تو اس میں نہیں ہے۔ "إن كل يوم هو في شان" ۔</w:t>
      </w:r>
    </w:p>
    <w:p>
      <w:r>
        <w:rPr>
          <w:b/>
        </w:rPr>
        <w:t xml:space="preserve">[1:17:16] </w:t>
      </w:r>
      <w:r>
        <w:t>"kulla yaumin huwa fi</w:t>
      </w:r>
    </w:p>
    <w:p>
      <w:pPr>
        <w:jc w:val="right"/>
      </w:pPr>
      <w:r>
        <w:t>"کل يوم هو في</w:t>
      </w:r>
    </w:p>
    <w:p>
      <w:r>
        <w:rPr>
          <w:b/>
        </w:rPr>
        <w:t xml:space="preserve">[1:17:17] </w:t>
      </w:r>
      <w:r>
        <w:t>shan" . ab yeh is ki koi bohat hi yani mathematical language mein is ki tafseer nahi keh sakti. har din Allah ek haalat mein hota hai.</w:t>
      </w:r>
    </w:p>
    <w:p>
      <w:pPr>
        <w:jc w:val="right"/>
      </w:pPr>
      <w:r>
        <w:t>شان"۔ اب یہ اس کی کوئی بہت ہی یعنی میتھمیٹیکل لینگویج میں اس کی تفسیر نہیں کہہ سکتی۔ ہر دن اللہ ایک حالت میں ہوتا ہے۔</w:t>
      </w:r>
    </w:p>
    <w:p>
      <w:r>
        <w:rPr>
          <w:b/>
        </w:rPr>
        <w:t xml:space="preserve">[1:17:28] </w:t>
      </w:r>
      <w:r>
        <w:t>mein samajhta hoon ke is ka matlab ghaliban yeh hai ke Khuda jo chala raha hai poore universe ko, to har waqt us ki nigrani kar raha hai, har waqt dekh raha hai ke kahan bara universe, kahan bara universe.</w:t>
      </w:r>
    </w:p>
    <w:p>
      <w:pPr>
        <w:jc w:val="right"/>
      </w:pPr>
      <w:r>
        <w:t>میں سمجھتا ہوں کہ اس کا مطلب غالباً یہ ہے کہ خدا جو چلا رہا ہے پورے یونیورس کو، تو ہر وقت اس کی نگرانی کر رہا ہے، ہر وقت دیکھ رہا ہے کہ کہاں بڑا یونیورس، کہاں بڑا یونیورس۔</w:t>
      </w:r>
    </w:p>
    <w:p>
      <w:r>
        <w:rPr>
          <w:b/>
        </w:rPr>
        <w:t xml:space="preserve">[1:17:42] </w:t>
      </w:r>
      <w:r>
        <w:t>to har din ka to har har moment wahan par Khuda ko yani dekhna hota hoga.</w:t>
      </w:r>
    </w:p>
    <w:p>
      <w:pPr>
        <w:jc w:val="right"/>
      </w:pPr>
      <w:r>
        <w:t>تو ہر دن کا تو ہر ہر مومنٹ وہاں پر خدا کو یعنی دیکھنا ہوتا ہوگا۔</w:t>
      </w:r>
    </w:p>
    <w:p>
      <w:r>
        <w:rPr>
          <w:b/>
        </w:rPr>
        <w:t xml:space="preserve">[1:17:51] </w:t>
      </w:r>
      <w:r>
        <w:t>kese aati hai bhai? chal dijiye. mein to daily sochta hoon ke jaise kai baar abhi subah mein ne uthaya, aise hi mere mera mug tha, us par dhakkan tha. dhakkan se fajar gir pada.</w:t>
      </w:r>
    </w:p>
    <w:p>
      <w:pPr>
        <w:jc w:val="right"/>
      </w:pPr>
      <w:r>
        <w:t>کیسے آتی ہے بھئی؟ چل دیجئے۔ میں تو ڈیلی سوچتا ہوں کہ جیسے کئی بار ابھی صبح میں نے اٹھایا، ایسے ہی میرے میرا مگ تھا، اس پر ڈھکن تھا۔ ڈھکن سے فجر گر پڑا۔</w:t>
      </w:r>
    </w:p>
    <w:p>
      <w:r>
        <w:rPr>
          <w:b/>
        </w:rPr>
        <w:t xml:space="preserve">[1:18:01] </w:t>
      </w:r>
      <w:r>
        <w:t>abhi subah ki baat hai. mein socha ke mein mug ka dhakkan nahi sambhal sakta.</w:t>
      </w:r>
    </w:p>
    <w:p>
      <w:pPr>
        <w:jc w:val="right"/>
      </w:pPr>
      <w:r>
        <w:t>ابھی صبح کی بات ہے۔ میں سوچا کہ میں مگ کا ڈھکن نہیں سنبھال سکتا۔</w:t>
      </w:r>
    </w:p>
    <w:p>
      <w:r>
        <w:rPr>
          <w:b/>
        </w:rPr>
        <w:t xml:space="preserve">[1:18:07] </w:t>
      </w:r>
      <w:r>
        <w:t>Khuda aisi poori universe ko sambhale hue hai. koi planet idhar gir jaye, koi star idhar gir jaye, aisa nahi hota. to Khuda ke is grip ko bataye.</w:t>
      </w:r>
    </w:p>
    <w:p>
      <w:pPr>
        <w:jc w:val="right"/>
      </w:pPr>
      <w:r>
        <w:t>خدا ایسی پوری یونیورس کو سنبھالے ہوئے ہے۔ کوئی پلینٹ ادھر گر جائے، کوئی اسٹار ادھر گر جائے، ایسا نہیں ہوتا۔ تو خدا کے اس گرپ کو بتائے۔</w:t>
      </w:r>
    </w:p>
    <w:p>
      <w:r>
        <w:rPr>
          <w:b/>
        </w:rPr>
        <w:t xml:space="preserve">[1:18:18] </w:t>
      </w:r>
      <w:r>
        <w:t>Khuda har waqt poori grip mein liye hue hain poori universe ko. bohat control qaim kar rakha hai apna Khuda ne universe ke upar. to Khuda ki greatness, Khuda ki azmat, Khuda ke power ko batane ke liye ayat aayi hai.</w:t>
      </w:r>
    </w:p>
    <w:p>
      <w:pPr>
        <w:jc w:val="right"/>
      </w:pPr>
      <w:r>
        <w:t>خدا ہر وقت پوری گرپ میں لیے ہوئے ہیں پوری یونیورس کو۔ بہت کنٹرول قائم کر رکھا ہے اپنا خدا نے یونیورس کے اوپر۔ تو خدا کی گریٹنس، خدا کی عظمت، خدا کے پاور کو بتانے کے لیے آیت آئی ہے۔</w:t>
      </w:r>
    </w:p>
    <w:p>
      <w:r>
        <w:rPr>
          <w:b/>
        </w:rPr>
        <w:t xml:space="preserve">[1:18:34] </w:t>
      </w:r>
      <w:r>
        <w:t>yahan tak mein samajhta hoon.</w:t>
      </w:r>
    </w:p>
    <w:p>
      <w:pPr>
        <w:jc w:val="right"/>
      </w:pPr>
      <w:r>
        <w:t>یہاں تک میں سمجھتا ہوں۔</w:t>
      </w:r>
    </w:p>
    <w:p>
      <w:r>
        <w:rPr>
          <w:b/>
        </w:rPr>
        <w:t xml:space="preserve">[1:18:38] </w:t>
      </w:r>
      <w:r>
        <w:t>Maulana, agla sawal aaya hai Miss Gul Zeebah Ahmed ka Maryland, USA se. She has written: "Maulana, first I would like to thank you for your great advice at a teleconference meeting early morning today.</w:t>
      </w:r>
    </w:p>
    <w:p>
      <w:pPr>
        <w:jc w:val="right"/>
      </w:pPr>
      <w:r>
        <w:t>مولانا، اگلا سوال آیا ہے مس گل زیبہ احمد کا میری لینڈ، یو ایس اے سے۔ She has written: "Maulana, first I would like to thank you for your great advice at a teleconference meeting early morning today.</w:t>
      </w:r>
    </w:p>
    <w:p>
      <w:r>
        <w:rPr>
          <w:b/>
        </w:rPr>
        <w:t xml:space="preserve">[1:18:53] </w:t>
      </w:r>
      <w:r>
        <w:t>My question is: when Prophet Muhammad went on Miraj, he was shown Jannah there. He was also shown the path to Jannah, which he found to be full of difficulties.</w:t>
      </w:r>
    </w:p>
    <w:p>
      <w:pPr>
        <w:jc w:val="right"/>
      </w:pPr>
      <w:r>
        <w:t>My question is: when Prophet Muhammad went on Miraj, he was shown Jannah there. He was also shown the path to Jannah, which he found to be full of difficulties.</w:t>
      </w:r>
    </w:p>
    <w:p>
      <w:r>
        <w:rPr>
          <w:b/>
        </w:rPr>
        <w:t xml:space="preserve">[1:19:07] </w:t>
      </w:r>
      <w:r>
        <w:t>After seeing this path, the Prophet said: 'Very few people of my Ummah will enter into Jannah because the path is very difficult.' Maulana, my question to you is: when the path is so difficult, then how come some molvis advise us to recite some Surahs and Duas every day to get to Jannah?"</w:t>
      </w:r>
    </w:p>
    <w:p>
      <w:pPr>
        <w:jc w:val="right"/>
      </w:pPr>
      <w:r>
        <w:t>After seeing this path, the Prophet said: 'Very few people of my Ummah will enter into Jannah because the path is very difficult.' Maulana, my question to you is: when the path is so difficult, then how come some مولویز advise us to recite some Surahs and Duas every day to get to Jannah?"</w:t>
      </w:r>
    </w:p>
    <w:p>
      <w:r>
        <w:rPr>
          <w:b/>
        </w:rPr>
        <w:t xml:space="preserve">[1:19:33] </w:t>
      </w:r>
      <w:r>
        <w:t>woh to mein ne abhi aap ne kaha hai aap ne is mein ke us waqt jo Islam hai woh to Islam ka reduced form hai. yani mein to khud se ek Islam ka form bana liya hai.</w:t>
      </w:r>
    </w:p>
    <w:p>
      <w:pPr>
        <w:jc w:val="right"/>
      </w:pPr>
      <w:r>
        <w:t>وہ تو میں نے ابھی آپ نے کہا ہے آپ نے اس میں کہ اس وقت جو اسلام ہے وہ تو اسلام کا ریڈیوسڈ فارم ہے۔ یعنی میں تو خود سے ایک اسلام کا فارم بنا لیا ہے۔</w:t>
      </w:r>
    </w:p>
    <w:p>
      <w:r>
        <w:rPr>
          <w:b/>
        </w:rPr>
        <w:t xml:space="preserve">[1:19:47] </w:t>
      </w:r>
      <w:r>
        <w:t>reduced bhi nahi hai, invited form hai woh. yeh to bilkul yeh yani 100 percent yeh baseless hai.</w:t>
      </w:r>
    </w:p>
    <w:p>
      <w:pPr>
        <w:jc w:val="right"/>
      </w:pPr>
      <w:r>
        <w:t>ریڈیوسڈ بھی نہیں ہے، انویٹڈ فارم ہے وہ۔ یہ تو بالکل یہ یعنی 100 پرسنٹ یہ بیسلیس ہے۔</w:t>
      </w:r>
    </w:p>
    <w:p>
      <w:r>
        <w:rPr>
          <w:b/>
        </w:rPr>
        <w:t xml:space="preserve">[1:19:55] </w:t>
      </w:r>
      <w:r>
        <w:t>yeh sab cheezein yeh bohat jannat, woh bohat jannat, yeh sab bilkul baseless hai. 100 percent baseless hai.</w:t>
      </w:r>
    </w:p>
    <w:p>
      <w:pPr>
        <w:jc w:val="right"/>
      </w:pPr>
      <w:r>
        <w:t>یہ سب چیزیں یہ بہت جنت، وہ بہت جنت، یہ سب بالکل بیسلیس ہے۔ 100 پرسنٹ بیسلیس ہے۔</w:t>
      </w:r>
    </w:p>
    <w:p>
      <w:r>
        <w:rPr>
          <w:b/>
        </w:rPr>
        <w:t xml:space="preserve">[1:20:02] </w:t>
      </w:r>
      <w:r>
        <w:t>yeh Surah ko parh lene se yeh falan waqt do rakat namaz parh lo, falan yeh falan jagah chale jao, falan jagah chale jao, jannat mil jayegi. yeh sab bilkul baseless baatein hain.</w:t>
      </w:r>
    </w:p>
    <w:p>
      <w:pPr>
        <w:jc w:val="right"/>
      </w:pPr>
      <w:r>
        <w:t>یہ سورہ کو پڑھ لینے سے یہ فلاں وقت دو رکعت نماز پڑھ لو، فلاں یہ فلاں جگہ چلے جاؤ، فلاں جگہ چلے جاؤ، جنت مل جائے گی۔ یہ سب بالکل بیسلیس باتیں ہیں۔</w:t>
      </w:r>
    </w:p>
    <w:p>
      <w:r>
        <w:rPr>
          <w:b/>
        </w:rPr>
        <w:t xml:space="preserve">[1:20:14] </w:t>
      </w:r>
      <w:r>
        <w:t>yaad rakhiye, jannat ke liye jo formula Quran mein bataya gaya hai woh yeh hai: zala jaza wa man tazakka</w:t>
      </w:r>
    </w:p>
    <w:p>
      <w:pPr>
        <w:jc w:val="right"/>
      </w:pPr>
      <w:r>
        <w:t>یاد رکھیے، جنت کے لیے جو فارمولا قرآن میں بتایا گیا ہے وہ یہ ہے: ذالک جزا ومن تزکا</w:t>
      </w:r>
    </w:p>
    <w:p>
      <w:r>
        <w:rPr>
          <w:b/>
        </w:rPr>
        <w:t xml:space="preserve">[1:20:23] </w:t>
      </w:r>
      <w:r>
        <w:t>yani jannat us ke liye jis ne apna tazkiya kiya. tazkiya kiya, yeh nahi ke subah koi ayat padh li, shaam ko ayat padh li to bas jannat mein chala gaya.</w:t>
      </w:r>
    </w:p>
    <w:p>
      <w:pPr>
        <w:jc w:val="right"/>
      </w:pPr>
      <w:r>
        <w:t>یعنی جنت اس کے لیے جس نے اپنا تزکیہ کیا۔ تزکیہ کیا، یہ نہیں کہ صبح کوئی آیت پڑھ لی، شام کو آیت پڑھ لی تو بس جنت میں چلا گیا۔</w:t>
      </w:r>
    </w:p>
    <w:p>
      <w:r>
        <w:rPr>
          <w:b/>
        </w:rPr>
        <w:t xml:space="preserve">[1:20:33] </w:t>
      </w:r>
      <w:r>
        <w:t>yeh to bilkul hi ridiculous hai, ridiculous. tazkiya kiya yani apne aap ko purify kiya. zalik jaza wa man tazka jannat us ke liye jis ne apne aap ko, soul ko purify kiya.</w:t>
      </w:r>
    </w:p>
    <w:p>
      <w:pPr>
        <w:jc w:val="right"/>
      </w:pPr>
      <w:r>
        <w:t>یہ تو بالکل ہی ریڈیکولس ہے، ریڈیکولس۔ تزکیہ کیا یعنی اپنے آپ کو پیوریفائی کیا۔ ذالک جزا ومن تزکا جنت اس کے لیے جس نے اپنے آپ کو، سول کو پیوریفائی کیا۔</w:t>
      </w:r>
    </w:p>
    <w:p>
      <w:r>
        <w:rPr>
          <w:b/>
        </w:rPr>
        <w:t xml:space="preserve">[1:20:49] </w:t>
      </w:r>
      <w:r>
        <w:t>purify karna kya hai?</w:t>
      </w:r>
    </w:p>
    <w:p>
      <w:pPr>
        <w:jc w:val="right"/>
      </w:pPr>
      <w:r>
        <w:t>پیوریفائی کرنا کیا ہے؟</w:t>
      </w:r>
    </w:p>
    <w:p>
      <w:r>
        <w:rPr>
          <w:b/>
        </w:rPr>
        <w:t xml:space="preserve">[1:20:51] </w:t>
      </w:r>
      <w:r>
        <w:t>har waqt hamare andar negative thought aate hain, us ko nikalna. har waqt hamare andar kuch galat khwahishein paida hoti hain, us se ladna.</w:t>
      </w:r>
    </w:p>
    <w:p>
      <w:pPr>
        <w:jc w:val="right"/>
      </w:pPr>
      <w:r>
        <w:t>ہر وقت ہمارے اندر نیگیٹیو تھاٹ آتے ہیں، اس کو نکالنا۔ ہر وقت ہمارے اندر کچھ غلط خواہشیں پیدا ہوتی ہیں، اس سے لڑنا۔</w:t>
      </w:r>
    </w:p>
    <w:p>
      <w:r>
        <w:rPr>
          <w:b/>
        </w:rPr>
        <w:t xml:space="preserve">[1:21:01] </w:t>
      </w:r>
      <w:r>
        <w:t>har waqt hamare samne aise koi aata hai ke hum debate karne lagte hain. idhar is se apne ko idhar right path pe lagana, lana.</w:t>
      </w:r>
    </w:p>
    <w:p>
      <w:pPr>
        <w:jc w:val="right"/>
      </w:pPr>
      <w:r>
        <w:t>ہر وقت ہمارے سامنے ایسے کوئی آتا ہے کہ ہم ڈیبیٹ کرنے لگتے ہیں۔ ادھر اس سے اپنے کو ادھر رائٹ پاتھ پہ لگانا، لانا۔</w:t>
      </w:r>
    </w:p>
    <w:p>
      <w:r>
        <w:rPr>
          <w:b/>
        </w:rPr>
        <w:t xml:space="preserve">[1:21:09] </w:t>
      </w:r>
      <w:r>
        <w:t>har waqt koi temptation hai, aulad ka hai, bachon ka hai, family ka hai, kisi bhi cheez ka. is temptation se apne ko bachana.</w:t>
      </w:r>
    </w:p>
    <w:p>
      <w:pPr>
        <w:jc w:val="right"/>
      </w:pPr>
      <w:r>
        <w:t>ہر وقت کوئی ٹیمپریٹیشن ہے، اولاد کا ہے، بچوں کا ہے، فیملی کا ہے، کسی بھی چیز کا۔ اس ٹیمپریشن سے اپنے کو بچانا۔</w:t>
      </w:r>
    </w:p>
    <w:p>
      <w:r>
        <w:rPr>
          <w:b/>
        </w:rPr>
        <w:t xml:space="preserve">[1:21:19] </w:t>
      </w:r>
      <w:r>
        <w:t>tab woh tazkiya hota hai, tab woh purified soul banta hai.</w:t>
      </w:r>
    </w:p>
    <w:p>
      <w:pPr>
        <w:jc w:val="right"/>
      </w:pPr>
      <w:r>
        <w:t>تب وہ تزکیہ ہوتا ہے، تب وہ پیوریفائیڈ سول بنتا ہے۔</w:t>
      </w:r>
    </w:p>
    <w:p>
      <w:r>
        <w:rPr>
          <w:b/>
        </w:rPr>
        <w:t xml:space="preserve">[1:21:25] </w:t>
      </w:r>
      <w:r>
        <w:t>log to phanse rehte hain isi mein, apne ko yani pollute karte hain aur samajhte hain ke kuch kuch yeh kuch daane pe tasbeeh padh do, kuch suratein padh do to jannat pahunch jaoge.</w:t>
      </w:r>
    </w:p>
    <w:p>
      <w:pPr>
        <w:jc w:val="right"/>
      </w:pPr>
      <w:r>
        <w:t>لوگ تو پھنسے رہتے ہیں اسی میں، اپنے کو یعنی پلوٹ کرتے ہیں اور سمجھتے ہیں کہ کچھ کچھ یہ کچھ دانے پہ تسبیح پڑھ دو، کچھ سورتیں پڑھ دو تو جنت پہنچ جاؤ گے۔</w:t>
      </w:r>
    </w:p>
    <w:p>
      <w:r>
        <w:rPr>
          <w:b/>
        </w:rPr>
        <w:t xml:space="preserve">[1:21:39] </w:t>
      </w:r>
      <w:r>
        <w:t>to ridiculous, ridiculous.</w:t>
      </w:r>
    </w:p>
    <w:p>
      <w:pPr>
        <w:jc w:val="right"/>
      </w:pPr>
      <w:r>
        <w:t>تو ریڈیکولس، ریڈیکولس۔</w:t>
      </w:r>
    </w:p>
    <w:p>
      <w:r>
        <w:rPr>
          <w:b/>
        </w:rPr>
        <w:t xml:space="preserve">[1:21:46] </w:t>
      </w:r>
      <w:r>
        <w:t>to behal is ayat ko yaad rakhiye: zalik jaza mantazka aisi aayatein bahut sari hain.</w:t>
      </w:r>
    </w:p>
    <w:p>
      <w:pPr>
        <w:jc w:val="right"/>
      </w:pPr>
      <w:r>
        <w:t>تو بہرحال اس آیت کو یاد رکھیے: ذالک جزا منتزکا ایسی آیتیں بہت ساری ہیں۔</w:t>
      </w:r>
    </w:p>
    <w:p>
      <w:r>
        <w:rPr>
          <w:b/>
        </w:rPr>
        <w:t xml:space="preserve">[1:21:53] </w:t>
      </w:r>
      <w:r>
        <w:t>ek hadith mein hai ke ek aadmi jab ek gunah karta hai, us ke dil pe ek dhabba pad jata hai. phir karta hai, phir padhta hai, phir karta hai, phir padhta hai.</w:t>
      </w:r>
    </w:p>
    <w:p>
      <w:pPr>
        <w:jc w:val="right"/>
      </w:pPr>
      <w:r>
        <w:t>ایک حدیث میں ہے کہ ایک آدمی جب ایک گناہ کرتا ہے، اس کے دل پہ ایک دھبہ پڑ جاتا ہے۔ پھر کرتا ہے، پھر پڑھتا ہے، پھر کرتا ہے، پھر پڑھتا ہے۔</w:t>
      </w:r>
    </w:p>
    <w:p>
      <w:r>
        <w:rPr>
          <w:b/>
        </w:rPr>
        <w:t xml:space="preserve">[1:22:03] </w:t>
      </w:r>
      <w:r>
        <w:t>yahan tak ke poora dil kala ho jata hai. yeh kala matlab yeh nahi ke sach much color color ke sach mein kala hota hai, nahi.</w:t>
      </w:r>
    </w:p>
    <w:p>
      <w:pPr>
        <w:jc w:val="right"/>
      </w:pPr>
      <w:r>
        <w:t>یہاں تک کہ پورا دل کالا ہو جاتا ہے۔ یہ کالا مطلب یہ نہیں کہ سچ مچ کلر کلر کے سچ میں کالا ہوتا ہے، نہیں۔</w:t>
      </w:r>
    </w:p>
    <w:p>
      <w:r>
        <w:rPr>
          <w:b/>
        </w:rPr>
        <w:t xml:space="preserve">[1:22:12] </w:t>
      </w:r>
      <w:r>
        <w:t>is ka matlab hai besht ho jata hai.</w:t>
      </w:r>
    </w:p>
    <w:p>
      <w:pPr>
        <w:jc w:val="right"/>
      </w:pPr>
      <w:r>
        <w:t>اس کا مطلب ہے بہشت ہو جاتا ہے۔</w:t>
      </w:r>
    </w:p>
    <w:p>
      <w:r>
        <w:rPr>
          <w:b/>
        </w:rPr>
        <w:t xml:space="preserve">[1:22:18] </w:t>
      </w:r>
      <w:r>
        <w:t>to is mein hadith mein kya bataya gaya hai ke jaise hi tum ko mehsoos ho ke ek dhabba pada, jaldi se mitao us ko. mitane ka tareeqa kya bataya hai?</w:t>
      </w:r>
    </w:p>
    <w:p>
      <w:pPr>
        <w:jc w:val="right"/>
      </w:pPr>
      <w:r>
        <w:t>تو اس میں حدیث میں کیا بتایا گیا ہے کہ جیسے ہی تم کو محسوس ہو کہ ایک دھبہ پڑا، جلدی سے مٹاؤ اس کو۔ مٹانے کا طریقہ کیا بتایا ہے؟</w:t>
      </w:r>
    </w:p>
    <w:p>
      <w:r>
        <w:rPr>
          <w:b/>
        </w:rPr>
        <w:t xml:space="preserve">[1:22:29] </w:t>
      </w:r>
      <w:r>
        <w:t>kasrat zikr al maut wa tilawat al quran khoob zyada yaad karo maut ko aur khoob zyada padho.</w:t>
      </w:r>
    </w:p>
    <w:p>
      <w:pPr>
        <w:jc w:val="right"/>
      </w:pPr>
      <w:r>
        <w:t>کثرت ذکر الموت وتلاوۃ القرآن خوب زیادہ یاد کرو موت کو اور خوب زیادہ پڑھو۔</w:t>
      </w:r>
    </w:p>
    <w:p>
      <w:r>
        <w:rPr>
          <w:b/>
        </w:rPr>
        <w:t xml:space="preserve">[1:22:37] </w:t>
      </w:r>
      <w:r>
        <w:t>khoob zyada study karo quran ki. padho nahi, study karo quran ki.</w:t>
      </w:r>
    </w:p>
    <w:p>
      <w:pPr>
        <w:jc w:val="right"/>
      </w:pPr>
      <w:r>
        <w:t>خوب زیادہ اسٹڈی کرو قرآن کی۔ پڑھو نہیں، اسٹڈی کرو قرآن کی۔</w:t>
      </w:r>
    </w:p>
    <w:p>
      <w:r>
        <w:rPr>
          <w:b/>
        </w:rPr>
        <w:t xml:space="preserve">[1:22:42] </w:t>
      </w:r>
      <w:r>
        <w:t>to ek ek course hai, ek process hai jo chalta hai. yani zindagi mein chalta rehta hai, yahan tak ke maut tak chalta hai.</w:t>
      </w:r>
    </w:p>
    <w:p>
      <w:pPr>
        <w:jc w:val="right"/>
      </w:pPr>
      <w:r>
        <w:t>تو ایک ایک کورس ہے، ایک پروسیس ہے جو چلتا ہے۔ یعنی زندگی میں چلتا رہتا ہے، یہاں تک کہ موت تک چلتا ہے۔</w:t>
      </w:r>
    </w:p>
    <w:p>
      <w:r>
        <w:rPr>
          <w:b/>
        </w:rPr>
        <w:t xml:space="preserve">[1:22:51] </w:t>
      </w:r>
      <w:r>
        <w:t>woh har waqt apne ko purify karna, har waqt apne ko deviation se bachana, har waqt apne ko temptation se bachana.</w:t>
      </w:r>
    </w:p>
    <w:p>
      <w:pPr>
        <w:jc w:val="right"/>
      </w:pPr>
      <w:r>
        <w:t>وہ ہر وقت اپنے کو پیوریفائی کرنا، ہر وقت اپنے کو ڈیویشن سے بچانا، ہر وقت اپنے کو ٹیمپریشن سے بچانا۔</w:t>
      </w:r>
    </w:p>
    <w:p>
      <w:r>
        <w:rPr>
          <w:b/>
        </w:rPr>
        <w:t xml:space="preserve">[1:23:01] </w:t>
      </w:r>
      <w:r>
        <w:t>har waqt jab aap ka focus hate, phir us ko focus ko dobara right path par lana. yeh hai course tazkiya ka.</w:t>
      </w:r>
    </w:p>
    <w:p>
      <w:pPr>
        <w:jc w:val="right"/>
      </w:pPr>
      <w:r>
        <w:t>ہر وقت جب آپ کا فوکس ہٹے، پھر اس کو فوکس کو دوبارہ رائٹ پاتھ پر لانا۔ یہ ہے کورس تزکیہ کا۔</w:t>
      </w:r>
    </w:p>
    <w:p>
      <w:r>
        <w:rPr>
          <w:b/>
        </w:rPr>
        <w:t xml:space="preserve">[1:23:10] </w:t>
      </w:r>
      <w:r>
        <w:t>baqi sab to bilkul baseless baatein hain. Maulana, un ka ek aur sawal hai. unhon ne likha hai: "Maulana, here in the West, many Muslims want their children to memorize the Quran at a very young age.</w:t>
      </w:r>
    </w:p>
    <w:p>
      <w:pPr>
        <w:jc w:val="right"/>
      </w:pPr>
      <w:r>
        <w:t>باقی سب تو بالکل بیسلیس باتیں ہیں۔ مولانا، ان کا ایک اور سوال ہے۔ انہوں نے لکھا ہے: "Maulana, here in the West, many Muslims want their children to memorize the Quran at a very young age.</w:t>
      </w:r>
    </w:p>
    <w:p>
      <w:r>
        <w:rPr>
          <w:b/>
        </w:rPr>
        <w:t xml:space="preserve">[1:23:27] </w:t>
      </w:r>
      <w:r>
        <w:t>I personally make my son recite three ruku with English translation of the Quran every day. I have noticed that it has very good effect on him.</w:t>
      </w:r>
    </w:p>
    <w:p>
      <w:pPr>
        <w:jc w:val="right"/>
      </w:pPr>
      <w:r>
        <w:t>I personally make my son recite three ruku with English translation of the Quran every day. I have noticed that it has very good effect on him.</w:t>
      </w:r>
    </w:p>
    <w:p>
      <w:r>
        <w:rPr>
          <w:b/>
        </w:rPr>
        <w:t xml:space="preserve">[1:23:39] </w:t>
      </w:r>
      <w:r>
        <w:t>Maulana, my question to you is that is it better for a child to do hifz at the age of twelve or to do what I am doing with my son?" aap theek kar rahi hain, yeh karna chahiye.</w:t>
      </w:r>
    </w:p>
    <w:p>
      <w:pPr>
        <w:jc w:val="right"/>
      </w:pPr>
      <w:r>
        <w:t>Maulana, my question to you is that is it better for a child to do hifz at the age of twelve or to do what I am doing with my son?" آپ ٹھیک کر رہی ہیں، یہ کرنا چاہیے۔</w:t>
      </w:r>
    </w:p>
    <w:p>
      <w:r>
        <w:rPr>
          <w:b/>
        </w:rPr>
        <w:t xml:space="preserve">[1:23:52] </w:t>
      </w:r>
      <w:r>
        <w:t>hifz to main samajhta hoon ke purane zamane ki baat hai. ab to hifz kuch logon ko karna chahiye taake taraveeh padhane ke liye.</w:t>
      </w:r>
    </w:p>
    <w:p>
      <w:pPr>
        <w:jc w:val="right"/>
      </w:pPr>
      <w:r>
        <w:t>ہفز تو میں سمجھتا ہوں کہ پرانے زمانے کی بات ہے۔ اب تو ہفز کچھ لوگوں کو کرنا چاہیے تاکہ تراویح پڑھانے کے لیے۔</w:t>
      </w:r>
    </w:p>
    <w:p>
      <w:r>
        <w:rPr>
          <w:b/>
        </w:rPr>
        <w:t xml:space="preserve">[1:24:01] </w:t>
      </w:r>
      <w:r>
        <w:t>bas. aur jo hai woh den dead index maujood hai.</w:t>
      </w:r>
    </w:p>
    <w:p>
      <w:pPr>
        <w:jc w:val="right"/>
      </w:pPr>
      <w:r>
        <w:t>بس۔ اور جو ہے وہ ڈین ڈیڈ انڈیکس موجود ہے۔</w:t>
      </w:r>
    </w:p>
    <w:p>
      <w:r>
        <w:rPr>
          <w:b/>
        </w:rPr>
        <w:t xml:space="preserve">[1:24:05] </w:t>
      </w:r>
      <w:r>
        <w:t>mere paas quran ka index hai. jab chahun ayat nikal leta hoon. bas. printing press jab nai aaya tha, quran jab mehfooz hone mein shakk hota tha, kahin mehfooz na rahe.</w:t>
      </w:r>
    </w:p>
    <w:p>
      <w:pPr>
        <w:jc w:val="right"/>
      </w:pPr>
      <w:r>
        <w:t>میرے پاس قرآن کا انڈیکس ہے۔ جب چاہوں آیت نکال لیتا ہوں۔ بس۔ پرنٹنگ پریس جب نئی آیا تھا، قرآن جب محفوظ ہونے میں شک ہوتا تھا، کہیں محفوظ نہ رہے۔</w:t>
      </w:r>
    </w:p>
    <w:p>
      <w:r>
        <w:rPr>
          <w:b/>
        </w:rPr>
        <w:t xml:space="preserve">[1:24:19] </w:t>
      </w:r>
      <w:r>
        <w:t>ab kya, ab to kuch bhi nahi, quran mehfooz ho gaya. ab yeh nahi ke har aadmi hifz kare, har aadmi hifz kare. ek ek bohat hi ghalat aqeedah baitha hai logon ko ke ek haafiz jo hai poori family ko bakhshwayega.</w:t>
      </w:r>
    </w:p>
    <w:p>
      <w:pPr>
        <w:jc w:val="right"/>
      </w:pPr>
      <w:r>
        <w:t>اب کیا، اب تو کچھ بھی نہیں، قرآن محفوظ ہو گیا۔ اب یہ نہیں کہ ہر آدمی ہفز کرے، ہر آدمی ہفز کرے۔ ایک ایک بہت ہی غلط عقیدہ بیٹھا ہے لوگوں کو کہ ایک حافظ جو ہے پوری فیملی کو بخشوائے گا۔</w:t>
      </w:r>
    </w:p>
    <w:p>
      <w:r>
        <w:rPr>
          <w:b/>
        </w:rPr>
        <w:t xml:space="preserve">[1:24:32] </w:t>
      </w:r>
      <w:r>
        <w:t>yeh bilkul baseless baat hai</w:t>
      </w:r>
    </w:p>
    <w:p>
      <w:pPr>
        <w:jc w:val="right"/>
      </w:pPr>
      <w:r>
        <w:t>یہ بالکل بیسلیس بات ہے</w:t>
      </w:r>
    </w:p>
    <w:p>
      <w:r>
        <w:rPr>
          <w:b/>
        </w:rPr>
        <w:t xml:space="preserve">[1:24:35] </w:t>
      </w:r>
      <w:r>
        <w:t>ke ek family mein agar ek haafiz ban jaye to poori family ko bakhshwayega. woh khud hi iski bakhshish doubtfull hai, woh doosron ke paas bakhshwayega. to yeh sab bilkul ghalat baatein hain.</w:t>
      </w:r>
    </w:p>
    <w:p>
      <w:pPr>
        <w:jc w:val="right"/>
      </w:pPr>
      <w:r>
        <w:t>کہ ایک فیملی میں اگر ایک حافظ بن جائے تو پوری فیملی کو بخشوائے گا۔ وہ خود ہی اس کی بخشش ڈاؤٹ فل ہے، وہ دوسروں کے پاس بخشوائے گا۔ تو یہ سب بالکل غلط باتیں ہیں۔</w:t>
      </w:r>
    </w:p>
    <w:p>
      <w:r>
        <w:rPr>
          <w:b/>
        </w:rPr>
        <w:t xml:space="preserve">[1:24:47] </w:t>
      </w:r>
      <w:r>
        <w:t>aap jo kar rahi hain, woh theek kar rahi hain. quran ki study karna hai, hifz karna nahi hai. yeh to musalmanon ne ek ek bid'at nikal rakhi hai.</w:t>
      </w:r>
    </w:p>
    <w:p>
      <w:pPr>
        <w:jc w:val="right"/>
      </w:pPr>
      <w:r>
        <w:t>آپ جو کر رہی ہیں، وہ ٹھیک کر رہی ہیں۔ قرآن کی اسٹڈی کرنا ہے، حفظ کرنا نہیں ہے۔ یہ تو مسلمانوں نے ایک ایک بدعت نکال رکھی ہے۔</w:t>
      </w:r>
    </w:p>
    <w:p>
      <w:r>
        <w:rPr>
          <w:b/>
        </w:rPr>
        <w:t xml:space="preserve">[1:24:59] </w:t>
      </w:r>
      <w:r>
        <w:t>pehlay jab ke quran mehfooz nahi tha, printing press se pehlay, to bohat zaroori tha ke bohat saare logon ka quran yaad rahe. ab to printing press ke zamanay mein quran mehfooz ho chuka hai, bilkul hi mehfooz hai.</w:t>
      </w:r>
    </w:p>
    <w:p>
      <w:pPr>
        <w:jc w:val="right"/>
      </w:pPr>
      <w:r>
        <w:t>پہلے جب کہ قرآن محفوظ نہیں تھا، پرنٹنگ پریس سے پہلے، تو بہت ضروری تھا کہ بہت سارے لوگوں کا قرآن یاد رہے۔ اب تو پرنٹنگ پریس کے زمانے میں قرآن محفوظ ہو چکا ہے، بالکل ہی محفوظ ہے۔</w:t>
      </w:r>
    </w:p>
    <w:p>
      <w:r>
        <w:rPr>
          <w:b/>
        </w:rPr>
        <w:t xml:space="preserve">[1:25:13] </w:t>
      </w:r>
      <w:r>
        <w:t>dekhein farq kya hai? pehlay har quran ka ek copy alag se banani parti thi. yaani ek copy bananay mein aap ko poora time lagta tha, woh ek hi copy aap bana paate thay.</w:t>
      </w:r>
    </w:p>
    <w:p>
      <w:pPr>
        <w:jc w:val="right"/>
      </w:pPr>
      <w:r>
        <w:t>دیکھیں فرق کیا ہے؟ پہلے ہر قرآن کا ایک کاپی الگ سے بنانی پڑتی تھی۔ یعنی ایک کاپی بنانے میں آپ کو پورا ٹائم لگتا تھا، وہ ایک ہی کاپی آپ بنا پاتے تھے۔</w:t>
      </w:r>
    </w:p>
    <w:p>
      <w:r>
        <w:rPr>
          <w:b/>
        </w:rPr>
        <w:t xml:space="preserve">[1:25:28] </w:t>
      </w:r>
      <w:r>
        <w:t>woh b</w:t>
      </w:r>
    </w:p>
    <w:p>
      <w:pPr>
        <w:jc w:val="right"/>
      </w:pPr>
      <w:r>
        <w:t>وہ ب</w:t>
      </w:r>
    </w:p>
    <w:p>
      <w:r>
        <w:rPr>
          <w:b/>
        </w:rPr>
        <w:t xml:space="preserve">[1:25:29] </w:t>
      </w:r>
      <w:r>
        <w:t>s. ab woh chahe is mein mahina lage, aaye saal bhar lagay. ab kya hai? ek copy tayyar kar lijiye, aap iski verify kar lijiye, khoob khoob aalimoon ko dikha kar, dikha kar ke.</w:t>
      </w:r>
    </w:p>
    <w:p>
      <w:pPr>
        <w:jc w:val="right"/>
      </w:pPr>
      <w:r>
        <w:t>س۔ اب وہ چاہے اس میں مہینہ لگے، آئے سال بھر لگے۔ اب کیا ہے؟ ایک کاپی تیار کر لیجئے، آپ اس کی ویریفائی کر لیجئے، خوب خوب عالموں کو دکھا کر، دکھا کر کے۔</w:t>
      </w:r>
    </w:p>
    <w:p>
      <w:r>
        <w:rPr>
          <w:b/>
        </w:rPr>
        <w:t xml:space="preserve">[1:25:42] </w:t>
      </w:r>
      <w:r>
        <w:t>jab pata chala ke iska farishta sab theek hai, ek dam durust hai, us ko daal diye press mein, aap ko billion copy nikal aayegi iski. yaani ek corrected copy ki billion copy nikal aayegi.</w:t>
      </w:r>
    </w:p>
    <w:p>
      <w:pPr>
        <w:jc w:val="right"/>
      </w:pPr>
      <w:r>
        <w:t>جب پتہ چلا کہ اس کا فرشتہ سب ٹھیک ہے، ایک دم درست ہے، اس کو ڈال دیے پریس میں، آپ کو بلین کاپی نکل آئے گی اس کی۔ یعنی ایک کریکٹڈ کاپی کی بلین کاپی نکل آئے گی۔</w:t>
      </w:r>
    </w:p>
    <w:p>
      <w:r>
        <w:rPr>
          <w:b/>
        </w:rPr>
        <w:t xml:space="preserve">[1:25:55] </w:t>
      </w:r>
      <w:r>
        <w:t>to quran mehfooz ho gaya.</w:t>
      </w:r>
    </w:p>
    <w:p>
      <w:pPr>
        <w:jc w:val="right"/>
      </w:pPr>
      <w:r>
        <w:t>تو قرآن محفوظ ہو گیا۔</w:t>
      </w:r>
    </w:p>
    <w:p>
      <w:r>
        <w:rPr>
          <w:b/>
        </w:rPr>
        <w:t xml:space="preserve">[1:25:58] </w:t>
      </w:r>
      <w:r>
        <w:t>ab to sirf tarawih ke liye ya quran ki tarah namaz parhanay ke liye zaroorat hai. to individual level par aadmi kuch suratain is ko yaad hon.</w:t>
      </w:r>
    </w:p>
    <w:p>
      <w:pPr>
        <w:jc w:val="right"/>
      </w:pPr>
      <w:r>
        <w:t>اب تو صرف تراویح کے لیے یا قرآن کی طرح نماز پڑھانے کے لیے ضرورت ہے۔ تو انڈیویجول لیول پر آدمی کچھ سورتیں اس کو یاد ہوں۔</w:t>
      </w:r>
    </w:p>
    <w:p>
      <w:r>
        <w:rPr>
          <w:b/>
        </w:rPr>
        <w:t xml:space="preserve">[1:26:08] </w:t>
      </w:r>
      <w:r>
        <w:t>jaise mujhe mein ne part paanch parah akhir ka mein yaad kiya tha, mein ne namaz parhnay ke liye. namaz parhnay ke liye bas. unhon ne jahan tak quran ki aayaton ko dhoondnay ki baat hai, to ab index mojood hai.</w:t>
      </w:r>
    </w:p>
    <w:p>
      <w:pPr>
        <w:jc w:val="right"/>
      </w:pPr>
      <w:r>
        <w:t>جیسے مجھے میں نے پارٹ پانچ پارہ آخر کا میں یاد کیا تھا، میں نے نماز پڑھنے کے لیے۔ نماز پڑھنے کے لیے بس۔ انہوں نے جہاں تک قرآن کی آیتوں کو ڈھونڈنے کی بات ہے، تو اب انڈیکس موجود ہے۔</w:t>
      </w:r>
    </w:p>
    <w:p>
      <w:r>
        <w:rPr>
          <w:b/>
        </w:rPr>
        <w:t xml:space="preserve">[1:26:22] </w:t>
      </w:r>
      <w:r>
        <w:t>warna aap jo kar rahe hain, bilkul sahi kar rahi hain. aur doosray log jo ek rasam bana rakhi hai hifz karwanay ki, bilkul baseless hai.</w:t>
      </w:r>
    </w:p>
    <w:p>
      <w:pPr>
        <w:jc w:val="right"/>
      </w:pPr>
      <w:r>
        <w:t>ورنہ آپ جو کر رہے ہیں، بالکل صحیح کر رہی ہیں۔ اور دوسرے لوگ جو ایک رسم بنا رکھی ہے حفظ کروانے کی، بالکل بیسلیس ہے۔</w:t>
      </w:r>
    </w:p>
    <w:p>
      <w:r>
        <w:rPr>
          <w:b/>
        </w:rPr>
        <w:t xml:space="preserve">[1:26:34] </w:t>
      </w:r>
      <w:r>
        <w:t>maulana, agla sawal kya hai? mister dilraj singh ne dilli se. unhon ne likha hai ke "Why is the majority of humanity following secular ideology?"</w:t>
      </w:r>
    </w:p>
    <w:p>
      <w:pPr>
        <w:jc w:val="right"/>
      </w:pPr>
      <w:r>
        <w:t>مولانا، اگلا سوال کیا ہے؟ مسٹر دلراج سنگھ نے دلی سے۔ انہوں نے لکھا ہے کہ "Why is the majority of humanity following secular ideology?"</w:t>
      </w:r>
    </w:p>
    <w:p>
      <w:r>
        <w:rPr>
          <w:b/>
        </w:rPr>
        <w:t xml:space="preserve">[1:26:48] </w:t>
      </w:r>
      <w:r>
        <w:t>aasan hai bas, aur aur kuch nahi.</w:t>
      </w:r>
    </w:p>
    <w:p>
      <w:pPr>
        <w:jc w:val="right"/>
      </w:pPr>
      <w:r>
        <w:t>آسان ہے بس، اور اور کچھ نہیں۔</w:t>
      </w:r>
    </w:p>
    <w:p>
      <w:r>
        <w:rPr>
          <w:b/>
        </w:rPr>
        <w:t xml:space="preserve">[1:26:52] </w:t>
      </w:r>
      <w:r>
        <w:t>khaao, kamaao, hawaa karo, bohat aasan hai. jis mein naseehat banna hai na, koi sensitivity dikhana hai, na honesty ki zaroorat hai. aur agar aap jo doosra lifestyle hai, us mein aap ko sincere banna hai, honest banna hai, responsibility lena hai, duty poora karna hai.</w:t>
      </w:r>
    </w:p>
    <w:p>
      <w:pPr>
        <w:jc w:val="right"/>
      </w:pPr>
      <w:r>
        <w:t>کھاؤ، کماؤ، ہوا کرو، بہت آسان ہے۔ جس میں نصیحت بننا ہے نا، کوئی سنسٹیوٹی دکھانا ہے، نہ آنستی کی ضرورت ہے۔ اور اگر آپ جو دوسرا لائف اسٹائل ہے، اس میں آپ کو سنسٹر بننا ہے، آنست بننا ہے، رسپانسبیلٹی لینا ہے، ڈیوٹی پورا کرنا ہے۔</w:t>
      </w:r>
    </w:p>
    <w:p>
      <w:r>
        <w:rPr>
          <w:b/>
        </w:rPr>
        <w:t xml:space="preserve">[1:27:10] </w:t>
      </w:r>
      <w:r>
        <w:t>to zahir hai ke woh mushkil lagta hai.</w:t>
      </w:r>
    </w:p>
    <w:p>
      <w:pPr>
        <w:jc w:val="right"/>
      </w:pPr>
      <w:r>
        <w:t>تو ظاہر ہے کہ وہ مشکل لگتا ہے۔</w:t>
      </w:r>
    </w:p>
    <w:p>
      <w:r>
        <w:rPr>
          <w:b/>
        </w:rPr>
        <w:t xml:space="preserve">[1:27:14] </w:t>
      </w:r>
      <w:r>
        <w:t>yeh insaan jo hai, bas easy goer hai, aasani ki taraf bhagta hai. aur mushkil se is ko ghabrahat hoti hai.</w:t>
      </w:r>
    </w:p>
    <w:p>
      <w:pPr>
        <w:jc w:val="right"/>
      </w:pPr>
      <w:r>
        <w:t>یہ انسان جو ہے، بس ایزی گوئر ہے، آسانی کی طرف بھاگتا ہے۔ اور مشکل سے اس کو گھبراہٹ ہوتی ہے۔</w:t>
      </w:r>
    </w:p>
    <w:p>
      <w:r>
        <w:rPr>
          <w:b/>
        </w:rPr>
        <w:t xml:space="preserve">[1:27:23] </w:t>
      </w:r>
      <w:r>
        <w:t>aur to koi khaas wajah nahi hai. inhi se poochhiye agar to aap andar se. discontentment aata hai in ko. contentment nahi aata.</w:t>
      </w:r>
    </w:p>
    <w:p>
      <w:pPr>
        <w:jc w:val="right"/>
      </w:pPr>
      <w:r>
        <w:t>اور تو کوئی خاص وجہ نہیں ہے۔ انہی سے پوچھیے اگر تو آپ اندر سے۔ ڈس کنٹینٹمنٹ آتا ہے ان کو۔ کنٹینٹمنٹ نہیں آتا۔</w:t>
      </w:r>
    </w:p>
    <w:p>
      <w:r>
        <w:rPr>
          <w:b/>
        </w:rPr>
        <w:t xml:space="preserve">[1:27:33] </w:t>
      </w:r>
      <w:r>
        <w:t>lekin aasan hai woh.</w:t>
      </w:r>
    </w:p>
    <w:p>
      <w:pPr>
        <w:jc w:val="right"/>
      </w:pPr>
      <w:r>
        <w:t>لیکن آسان ہے وہ۔</w:t>
      </w:r>
    </w:p>
    <w:p>
      <w:r>
        <w:rPr>
          <w:b/>
        </w:rPr>
        <w:t xml:space="preserve">[1:27:34] </w:t>
      </w:r>
      <w:r>
        <w:t>keh raha tha na, kuch nahi. ek ek system chala ja raha hai. isi mein hum bhi jo apnay ko ek purza ban gaye hain. hamein paisa aa raha hai.</w:t>
      </w:r>
    </w:p>
    <w:p>
      <w:pPr>
        <w:jc w:val="right"/>
      </w:pPr>
      <w:r>
        <w:t>کہہ رہا تھا نا، کچھ نہیں۔ ایک ایک سسٹم چلا جا رہا ہے۔ اسی میں ہم بھی جو اپنے کو ایک پرزہ بن گئے ہیں۔ ہمیں پیسہ آ رہا ہے۔</w:t>
      </w:r>
    </w:p>
    <w:p>
      <w:r>
        <w:rPr>
          <w:b/>
        </w:rPr>
        <w:t xml:space="preserve">[1:27:43] </w:t>
      </w:r>
      <w:r>
        <w:t>hamara bhi ghar ban raha hai. aur agar woh hai to aap ko independently ek life banani parti hai. to is mein soch na aaye.</w:t>
      </w:r>
    </w:p>
    <w:p>
      <w:pPr>
        <w:jc w:val="right"/>
      </w:pPr>
      <w:r>
        <w:t>ہمارا بھی گھر بن رہا ہے۔ اور اگر وہ ہے تو آپ کو انڈیپینڈنٹلی ایک لائف بنانی پڑتی ہے۔ تو اس میں سوچ نہ آئے۔</w:t>
      </w:r>
    </w:p>
    <w:p>
      <w:r>
        <w:rPr>
          <w:b/>
        </w:rPr>
        <w:t xml:space="preserve">[1:27:52] </w:t>
      </w:r>
      <w:r>
        <w:t>is mein sensitivity hai, is mein seriousness hai, is mein duty hai, responsibility hai, accountability hai. to aadmi ghabrata hai hamesha is se.</w:t>
      </w:r>
    </w:p>
    <w:p>
      <w:pPr>
        <w:jc w:val="right"/>
      </w:pPr>
      <w:r>
        <w:t>اس میں سنسٹیوٹی ہے، اس میں سیریسنس ہے، اس میں ڈیوٹی ہے، رسپانسبیلٹی ہے، اکاؤنٹیبلٹی ہے۔ تو آدمی گھبراتا ہے ہمیشہ اس سے۔</w:t>
      </w:r>
    </w:p>
    <w:p>
      <w:r>
        <w:rPr>
          <w:b/>
        </w:rPr>
        <w:t xml:space="preserve">[1:28:03] </w:t>
      </w:r>
      <w:r>
        <w:t>abhi aaj kal mein radio sunta hoon daily. minister log poster dete hain stage par. rozana. suggestion dete hain. aisa hona chahiye, waisa hona chahiye.</w:t>
      </w:r>
    </w:p>
    <w:p>
      <w:pPr>
        <w:jc w:val="right"/>
      </w:pPr>
      <w:r>
        <w:t>ابھی آج کل میں ریڈیو سنتا ہوں ڈیلی۔ منسٹر لوگ پوسٹر دیتے ہیں اسٹیج پر۔ روزانہ۔ سجیشن دیتے ہیں۔ ایسا ہونا چاہیے، ویسا ہونا چاہیے۔</w:t>
      </w:r>
    </w:p>
    <w:p>
      <w:r>
        <w:rPr>
          <w:b/>
        </w:rPr>
        <w:t xml:space="preserve">[1:28:12] </w:t>
      </w:r>
      <w:r>
        <w:t>mein sochta hoon ke ministry ki zaroorat kya hai in ko? yeh to hum bhi kar sakte hain aisa. minister to implement karnay ke liye hota hai. magar agar desh mein corruption hai to aap is shif taqreer kar rahe hain.</w:t>
      </w:r>
    </w:p>
    <w:p>
      <w:pPr>
        <w:jc w:val="right"/>
      </w:pPr>
      <w:r>
        <w:t>میں سوچتا ہوں کہ منسٹری کی ضرورت کیا ہے ان کو؟ یہ تو ہم بھی کر سکتے ہیں ایسا۔ منسٹر تو امپلیمنٹ کرنے کے لیے ہوتا ہے۔ مگر اگر دیش میں کرپشن ہے تو آپ اس شیف تقریر کر رہے ہیں۔</w:t>
      </w:r>
    </w:p>
    <w:p>
      <w:r>
        <w:rPr>
          <w:b/>
        </w:rPr>
        <w:t xml:space="preserve">[1:28:26] </w:t>
      </w:r>
      <w:r>
        <w:t>stage par speech dena corruption ke khilaaf yeh minister ka kaam nahi hai.</w:t>
      </w:r>
    </w:p>
    <w:p>
      <w:pPr>
        <w:jc w:val="right"/>
      </w:pPr>
      <w:r>
        <w:t>اسٹیج پر اسپیچ دینا کرپشن کے خلاف یہ منسٹر کا کام نہیں ہے۔</w:t>
      </w:r>
    </w:p>
    <w:p>
      <w:r>
        <w:rPr>
          <w:b/>
        </w:rPr>
        <w:t xml:space="preserve">[1:28:33] </w:t>
      </w:r>
      <w:r>
        <w:t>minister ka kaam hai is par action karna. ja kar rakho, mitaya is ko. yaani matlab yeh ke jaise misaal ke taur par woh surprise visit kare.</w:t>
      </w:r>
    </w:p>
    <w:p>
      <w:pPr>
        <w:jc w:val="right"/>
      </w:pPr>
      <w:r>
        <w:t>منسٹر کا کام ہے اس پر ایکشن کرنا۔ جا کر رکھو، مٹایا اس کو۔ یعنی مطلب یہ کہ جیسے مثال کے طور پر وہ سرپرائز وزٹ کرے۔</w:t>
      </w:r>
    </w:p>
    <w:p>
      <w:r>
        <w:rPr>
          <w:b/>
        </w:rPr>
        <w:t xml:space="preserve">[1:28:42] </w:t>
      </w:r>
      <w:r>
        <w:t>visit badal kar ke. jahan paao aik aik afsar aisa kar raha hai, usi waqt is ko dismiss kar de. usi waqt dismiss kar de.</w:t>
      </w:r>
    </w:p>
    <w:p>
      <w:pPr>
        <w:jc w:val="right"/>
      </w:pPr>
      <w:r>
        <w:t>وزٹ بدل کر کے۔ جہاں پاؤں ایک ایک افسر ایسا کر رہا ہے، اسی وقت اس کو ڈسمس کر دے۔ اسی وقت ڈسمس کر دے۔</w:t>
      </w:r>
    </w:p>
    <w:p>
      <w:r>
        <w:rPr>
          <w:b/>
        </w:rPr>
        <w:t xml:space="preserve">[1:28:54] </w:t>
      </w:r>
      <w:r>
        <w:t>aaj kal kya hota hai? suspend karte hain. suspend hi nahi thi.</w:t>
      </w:r>
    </w:p>
    <w:p>
      <w:pPr>
        <w:jc w:val="right"/>
      </w:pPr>
      <w:r>
        <w:t>آج کل کیا ہوتا ہے؟ سسپینڈ کرتے ہیں۔ سسپینڈ ہی نہیں تھی۔</w:t>
      </w:r>
    </w:p>
    <w:p>
      <w:r>
        <w:rPr>
          <w:b/>
        </w:rPr>
        <w:t xml:space="preserve">[1:28:57] </w:t>
      </w:r>
      <w:r>
        <w:t>aaj kal yeh hai ke suspend kar dijiye. woh tankhwah khai milti rehti hai is ko baithe baithe. aur jeet jata hai case trial kar ke. minister ko hota hai, ikhtiyar hota hai woh suspend kar sakta hai.</w:t>
      </w:r>
    </w:p>
    <w:p>
      <w:pPr>
        <w:jc w:val="right"/>
      </w:pPr>
      <w:r>
        <w:t>آج کل یہ ہے کہ سسپینڈ کر دیجیے۔ وہ تنخواہ کھائی ملتی رہتی ہے اس کو بیٹھے بیٹھے۔ اور جیت جاتا ہے کیس ٹرائل کر کے۔ منسٹر کو ہوتا ہے، اختیار ہوتا ہے وہ سسپینڈ کر سکتا ہے۔</w:t>
      </w:r>
    </w:p>
    <w:p>
      <w:r>
        <w:rPr>
          <w:b/>
        </w:rPr>
        <w:t xml:space="preserve">[1:29:08] </w:t>
      </w:r>
      <w:r>
        <w:t>nahi, dismiss kar sakta hai. to jaao. har office mein. India mein sirf aik hi minister mein jaanta hoon jis ne aisa kiya, woh Rafeeq Abdul Quddus.</w:t>
      </w:r>
    </w:p>
    <w:p>
      <w:pPr>
        <w:jc w:val="right"/>
      </w:pPr>
      <w:r>
        <w:t>نہیں، ڈسمس کر سکتا ہے۔ تو جائیں۔ ہر آفس میں۔ انڈیا میں صرف ایک ہی منسٹر میں جانتا ہوں جس نے ایسا کیا، وہ رفیع عبدالقدوائی۔</w:t>
      </w:r>
    </w:p>
    <w:p>
      <w:r>
        <w:rPr>
          <w:b/>
        </w:rPr>
        <w:t xml:space="preserve">[1:29:20] </w:t>
      </w:r>
      <w:r>
        <w:t>jis department mein hota tha, woh sab darte the is se. kyun ke achaanak pahunch jata tha. surprise visit leta tha woh.</w:t>
      </w:r>
    </w:p>
    <w:p>
      <w:pPr>
        <w:jc w:val="right"/>
      </w:pPr>
      <w:r>
        <w:t>جس ڈیپارٹمنٹ میں ہوتا تھا، وہ سب ڈرتے تھے اس سے۔ کیونکہ اچانک پہنچ جاتا تھا۔ سرپرائز وزٹ لیتا تھا وہ۔</w:t>
      </w:r>
    </w:p>
    <w:p>
      <w:r>
        <w:rPr>
          <w:b/>
        </w:rPr>
        <w:t xml:space="preserve">[1:29:26] </w:t>
      </w:r>
      <w:r>
        <w:t>usi waqt dismiss karta tha woh. to corruption free ho gaya tha is ka department. to minister log jo hai, bahar ke woh aasan hai woh. jo bahar dete hain, achhe achhe bahar to bohat aasan hai woh.</w:t>
      </w:r>
    </w:p>
    <w:p>
      <w:pPr>
        <w:jc w:val="right"/>
      </w:pPr>
      <w:r>
        <w:t>اسی وقت ڈسمس کرتا تھا وہ۔ تو کرپشن فری ہو گیا تھا اس کا ڈیپارٹمنٹ۔ تو منسٹر لوگ جو ہے، باہر کہ وہ آسان ہے وہ۔ جو باہر دیتے ہیں، اچھے اچھے باہر تو بہت آسان ہے وہ۔</w:t>
      </w:r>
    </w:p>
    <w:p>
      <w:r>
        <w:rPr>
          <w:b/>
        </w:rPr>
        <w:t xml:space="preserve">[1:29:40] </w:t>
      </w:r>
      <w:r>
        <w:t>jis stage par dekho, woh minister log dikhai dete hain. achhe achhe bahar dete hain.</w:t>
      </w:r>
    </w:p>
    <w:p>
      <w:pPr>
        <w:jc w:val="right"/>
      </w:pPr>
      <w:r>
        <w:t>جس اسٹیج پر دیکھیں، وہ منسٹر لوگ دکھائی دیتے ہیں۔ اچھے اچھے باہر دیتے ہیں۔</w:t>
      </w:r>
    </w:p>
    <w:p>
      <w:r>
        <w:rPr>
          <w:b/>
        </w:rPr>
        <w:t xml:space="preserve">[1:29:46] </w:t>
      </w:r>
      <w:r>
        <w:t>bhai tum tum woh karo. logon ko. tumhare paas power hai to authority ho. to is ko implement karo is ko.</w:t>
      </w:r>
    </w:p>
    <w:p>
      <w:pPr>
        <w:jc w:val="right"/>
      </w:pPr>
      <w:r>
        <w:t>بھئی تم تم وہ کرو۔ لوگوں کو۔ تمہارے پاس پاور ہے تو اتھارٹی ہو۔ تو اس کو امپلیمنٹ کرو اس کو۔</w:t>
      </w:r>
    </w:p>
    <w:p>
      <w:r>
        <w:rPr>
          <w:b/>
        </w:rPr>
        <w:t xml:space="preserve">[1:29:56] </w:t>
      </w:r>
      <w:r>
        <w:t>in ko punishment do, in ko dismiss karo in ko. kya dete ho? to har aadmi to easy goer hai. aasan ka option le rakha hai is ne.</w:t>
      </w:r>
    </w:p>
    <w:p>
      <w:pPr>
        <w:jc w:val="right"/>
      </w:pPr>
      <w:r>
        <w:t>ان کو پنشمنٹ دو، ان کو ڈسمس کرو ان کو۔ کیا دیتے ہو؟ تو ہر آدمی تو ایزی گوئر ہے۔ آسان کا آپشن لے رکھا ہے اس نے۔</w:t>
      </w:r>
    </w:p>
    <w:p>
      <w:r>
        <w:rPr>
          <w:b/>
        </w:rPr>
        <w:t xml:space="preserve">[1:30:06] </w:t>
      </w:r>
      <w:r>
        <w:t>woh yahan bhi hai.</w:t>
      </w:r>
    </w:p>
    <w:p>
      <w:pPr>
        <w:jc w:val="right"/>
      </w:pPr>
      <w:r>
        <w:t>وہ یہاں بھی ہے۔</w:t>
      </w:r>
    </w:p>
    <w:p>
      <w:r>
        <w:rPr>
          <w:b/>
        </w:rPr>
        <w:t xml:space="preserve">[1:30:11] </w:t>
      </w:r>
      <w:r>
        <w:t>Maulana, agla sawal kya hai? aah, Mr. Dheeraj Bakshi ne Delhi se. unho ne likha hai ke "What is Shariat?</w:t>
      </w:r>
    </w:p>
    <w:p>
      <w:pPr>
        <w:jc w:val="right"/>
      </w:pPr>
      <w:r>
        <w:t>مولانا، اگلا سوال کیا ہے؟ آہ، مسٹر دھیرج بخشی نے دلی سے۔ انہوں نے لکھا ہے کہ "What is Shariat?</w:t>
      </w:r>
    </w:p>
    <w:p>
      <w:r>
        <w:rPr>
          <w:b/>
        </w:rPr>
        <w:t xml:space="preserve">[1:30:21] </w:t>
      </w:r>
      <w:r>
        <w:t>How did it come into being? Is it considered as sacred as the Hadith and Quran Sharif?" yeh shariat aur tauheed ko hum la kehte hain, la.</w:t>
      </w:r>
    </w:p>
    <w:p>
      <w:pPr>
        <w:jc w:val="right"/>
      </w:pPr>
      <w:r>
        <w:t>How did it come into being? Is it considered as sacred as the Hadith and Quran Sharif?" یہ شریعت اور توحید کو ہم لا کہتے ہیں، لا۔</w:t>
      </w:r>
    </w:p>
    <w:p>
      <w:r>
        <w:rPr>
          <w:b/>
        </w:rPr>
        <w:t xml:space="preserve">[1:30:32] </w:t>
      </w:r>
      <w:r>
        <w:t>qanoon. aik hai deen, aik hai shariat.</w:t>
      </w:r>
    </w:p>
    <w:p>
      <w:pPr>
        <w:jc w:val="right"/>
      </w:pPr>
      <w:r>
        <w:t>قانون۔ ایک ہے دین، ایک ہے شریعت۔</w:t>
      </w:r>
    </w:p>
    <w:p>
      <w:r>
        <w:rPr>
          <w:b/>
        </w:rPr>
        <w:t xml:space="preserve">[1:30:38] </w:t>
      </w:r>
      <w:r>
        <w:t>deen ka matlab hai fundamentals. principles. to fundamental principles jo hain, woh deen hain. aur jo law bante hain, law.</w:t>
      </w:r>
    </w:p>
    <w:p>
      <w:pPr>
        <w:jc w:val="right"/>
      </w:pPr>
      <w:r>
        <w:t>دین کا مطلب ہے فنڈامینٹلز۔ پرنسپلز۔ تو فنڈامینٹل پرنسپلز جو ہیں، وہ دین ہیں۔ اور جو لا بنتے ہیں، لا۔</w:t>
      </w:r>
    </w:p>
    <w:p>
      <w:r>
        <w:rPr>
          <w:b/>
        </w:rPr>
        <w:t xml:space="preserve">[1:30:49] </w:t>
      </w:r>
      <w:r>
        <w:t>is ko kehte hain shariat. It's not something to do with customs which have become law. aisa to nahi hai ke customs which have become law .</w:t>
      </w:r>
    </w:p>
    <w:p>
      <w:pPr>
        <w:jc w:val="right"/>
      </w:pPr>
      <w:r>
        <w:t>اس کو کہتے ہیں شریعت۔ It's not something to do with customs which have become law. ایسا تو نہیں ہے کہ customs which have become law ۔</w:t>
      </w:r>
    </w:p>
    <w:p>
      <w:r>
        <w:rPr>
          <w:b/>
        </w:rPr>
        <w:t xml:space="preserve">[1:30:58] </w:t>
      </w:r>
      <w:r>
        <w:t>Maulana, jo customs hain, woh keh rahe hain ke jo customs hain, woh isi ko to nahi? nahi, nahi. Customs is nothing. Islam mein customs is nothing.</w:t>
      </w:r>
    </w:p>
    <w:p>
      <w:pPr>
        <w:jc w:val="right"/>
      </w:pPr>
      <w:r>
        <w:t>مولانا، جو customs ہیں، وہ کہہ رہے ہیں کہ جو customs ہیں، وہ اسی کو تو نہیں؟ نہیں، نہیں۔ Customs is nothing. اسلام میں customs is nothing۔</w:t>
      </w:r>
    </w:p>
    <w:p>
      <w:r>
        <w:rPr>
          <w:b/>
        </w:rPr>
        <w:t xml:space="preserve">[1:31:07] </w:t>
      </w:r>
      <w:r>
        <w:t>Customs to musalmanon ne pakad rakha hai. yeh sab musalmanon ke tareeqe hain. yeh sab jitna aap dekhte hain, woh sab customs hain musalmanon ka.</w:t>
      </w:r>
    </w:p>
    <w:p>
      <w:pPr>
        <w:jc w:val="right"/>
      </w:pPr>
      <w:r>
        <w:t>Customs تو مسلمانوں نے پکڑ رکھا ہے۔ یہ سب مسلمانوں کے طریقے ہیں۔ یہ سب جتنا آپ دیکھتے ہیں، وہ سب customs ہیں مسلمانوں کا۔</w:t>
      </w:r>
    </w:p>
    <w:p>
      <w:r>
        <w:rPr>
          <w:b/>
        </w:rPr>
        <w:t xml:space="preserve">[1:31:15] </w:t>
      </w:r>
      <w:r>
        <w:t>apna banaya hua. woh shariat se koi talluq is ka nahi hai.</w:t>
      </w:r>
    </w:p>
    <w:p>
      <w:pPr>
        <w:jc w:val="right"/>
      </w:pPr>
      <w:r>
        <w:t>اپنا بنایا ہوا۔ وہ شریعت سے کوئی تعلق اس کا نہیں ہے۔</w:t>
      </w:r>
    </w:p>
    <w:p>
      <w:r>
        <w:rPr>
          <w:b/>
        </w:rPr>
        <w:t xml:space="preserve">[1:31:23] </w:t>
      </w:r>
      <w:r>
        <w:t>to shariat to woh hai jo Quran mein bhi shariat hai, Hadith mein bhi shariat hai. woh law. yaani law wala part jo hai, us ko shariat kahenge.</w:t>
      </w:r>
    </w:p>
    <w:p>
      <w:pPr>
        <w:jc w:val="right"/>
      </w:pPr>
      <w:r>
        <w:t>تو شریعت تو وہ ہے جو قرآن میں بھی شریعت ہے، حدیث میں بھی شریعت ہے۔ وہ لا۔ یعنی لا والا پارٹ جو ہے، اس کو شریعت کہیں گے۔</w:t>
      </w:r>
    </w:p>
    <w:p>
      <w:r>
        <w:rPr>
          <w:b/>
        </w:rPr>
        <w:t xml:space="preserve">[1:31:32] </w:t>
      </w:r>
      <w:r>
        <w:t>aur jo part hai principles wala, us ko deen kahenge.</w:t>
      </w:r>
    </w:p>
    <w:p>
      <w:pPr>
        <w:jc w:val="right"/>
      </w:pPr>
      <w:r>
        <w:t>اور جو پارٹ ہے پرنسپلز والا، اس کو دین کہیں گے۔</w:t>
      </w:r>
    </w:p>
    <w:p>
      <w:r>
        <w:rPr>
          <w:b/>
        </w:rPr>
        <w:t xml:space="preserve">[1:31:37] </w:t>
      </w:r>
      <w:r>
        <w:t>bas. bhai, customs, rituals to musalmanon ka apna banaya hua hai. is ka Islam se koi talluq nahi hai. aik aur.</w:t>
      </w:r>
    </w:p>
    <w:p>
      <w:pPr>
        <w:jc w:val="right"/>
      </w:pPr>
      <w:r>
        <w:t>بس۔ بھائی، customs، rituals تو مسلمانوں کا اپنا بنایا ہوا ہے۔ اس کا اسلام سے کوئی تعلق نہیں ہے۔ ایک اور۔</w:t>
      </w:r>
    </w:p>
    <w:p>
      <w:r>
        <w:rPr>
          <w:b/>
        </w:rPr>
        <w:t xml:space="preserve">[1:31:45] </w:t>
      </w:r>
      <w:r>
        <w:t>jaise misaal ke taur par burqa hai. burqa koi shariat thodi hai. burqa to customs hai. Rasool Allah ke jab zamane mein auratein thin, koi burqa nahi pehanta tha, koi bhi.</w:t>
      </w:r>
    </w:p>
    <w:p>
      <w:pPr>
        <w:jc w:val="right"/>
      </w:pPr>
      <w:r>
        <w:t>جیسے مثال کے طور پر برقعہ ہے۔ برقعہ کوئی شریعت تھوڑی ہے۔ برقعہ تو customs ہے۔ رسول اللہ کے جب زمانے میں عورتیں تھیں، کوئی برقعہ نہیں پڑھتا تھا، کوئی بھی۔</w:t>
      </w:r>
    </w:p>
    <w:p>
      <w:r>
        <w:rPr>
          <w:b/>
        </w:rPr>
        <w:t xml:space="preserve">[1:31:56] </w:t>
      </w:r>
      <w:r>
        <w:t>musalmanon ka customs hai yeh. woh sahi ya galat mein nahi kehta. sahi galat aik alag cheez hai. lekin behal woh Zulfiqar duaon mein nahi tha.</w:t>
      </w:r>
    </w:p>
    <w:p>
      <w:pPr>
        <w:jc w:val="right"/>
      </w:pPr>
      <w:r>
        <w:t>مسلمانوں کا customs ہے یہ۔ وہ صحیح یا غلط میں نہیں کہتا۔ صحیح غلط ایک الگ چیز ہے۔ لیکن بہرحال وہ ذوالفقار دعائیں میں نہیں تھا۔</w:t>
      </w:r>
    </w:p>
    <w:p>
      <w:r>
        <w:rPr>
          <w:b/>
        </w:rPr>
        <w:t xml:space="preserve">[1:32:06] </w:t>
      </w:r>
      <w:r>
        <w:t>baat ko as a customs yeh araij hua. mein nahi keh raha hoon ke sahi galat, woh alag cheez hai. Maulana, agla sawal kya hai?</w:t>
      </w:r>
    </w:p>
    <w:p>
      <w:pPr>
        <w:jc w:val="right"/>
      </w:pPr>
      <w:r>
        <w:t>بات کو as a customs یہ ارائج ہوا۔ میں نہیں کہہ رہا ہوں کہ صحیح غلط، وہ الگ چیز ہے۔ مولانا، اگلا سوال کیا ہے؟</w:t>
      </w:r>
    </w:p>
    <w:p>
      <w:r>
        <w:rPr>
          <w:b/>
        </w:rPr>
        <w:t xml:space="preserve">[1:32:16] </w:t>
      </w:r>
      <w:r>
        <w:t>Maulana Abdul Basit Umri ne Doha, Qatar se. unhon ne likha hai ke Maulana, hamare ek saathi ne mujh se kaha ke tafakkur shairana bhi hota hai aur rabbani bhi.</w:t>
      </w:r>
    </w:p>
    <w:p>
      <w:pPr>
        <w:jc w:val="right"/>
      </w:pPr>
      <w:r>
        <w:t>مولانا عبدالباسط عمری نے دوحہ، قطر سے۔ انہوں نے لکھا ہے کہ مولانا، ہمارے ایک ساتھی نے مجھ سے کہا کہ تفکر شاعرانہ بھی ہوتا ہے اور ربانی بھی۔</w:t>
      </w:r>
    </w:p>
    <w:p>
      <w:r>
        <w:rPr>
          <w:b/>
        </w:rPr>
        <w:t xml:space="preserve">[1:32:30] </w:t>
      </w:r>
      <w:r>
        <w:t>Shair bhi waqiaat se koi sabaq nikalta hai.</w:t>
      </w:r>
    </w:p>
    <w:p>
      <w:pPr>
        <w:jc w:val="right"/>
      </w:pPr>
      <w:r>
        <w:t>شاعر بھی واقعات سے کوئی سبق نکالتا ہے۔</w:t>
      </w:r>
    </w:p>
    <w:p>
      <w:r>
        <w:rPr>
          <w:b/>
        </w:rPr>
        <w:t xml:space="preserve">[1:32:34] </w:t>
      </w:r>
      <w:r>
        <w:t>Hamein dono mein farq ko jaanna chahiye. Maulana, is bare mein wajahaat kijiye. Shair jo karta hai, uska naam hai takhayyul.</w:t>
      </w:r>
    </w:p>
    <w:p>
      <w:pPr>
        <w:jc w:val="right"/>
      </w:pPr>
      <w:r>
        <w:t>ہمیں دونوں میں فرق کو جاننا چاہیے۔ مولانا، اس بارے میں وجاہت کیجیے۔ شاعر جو کرتا ہے، اس کا نام ہے تخیل۔</w:t>
      </w:r>
    </w:p>
    <w:p>
      <w:r>
        <w:rPr>
          <w:b/>
        </w:rPr>
        <w:t xml:space="preserve">[1:32:44] </w:t>
      </w:r>
      <w:r>
        <w:t>Tafakkur nahi hai woh. takhayyul. jaise Iqbal ne kaha: "nahi tera nashamand qasr-e-saltani gumbad par." toh tu shahi hai basera kar pahadon ki chataanon mein.</w:t>
      </w:r>
    </w:p>
    <w:p>
      <w:pPr>
        <w:jc w:val="right"/>
      </w:pPr>
      <w:r>
        <w:t>تفکر نہیں ہے وہ۔ تخیل۔ جیسے اقبال نے کہا: "نہیں تیرا نشہ مند قصر سلطانی گنبد پر۔" تو تو شاہی ہے بسیرا کر پہاڑوں کی چٹانوں میں۔</w:t>
      </w:r>
    </w:p>
    <w:p>
      <w:r>
        <w:rPr>
          <w:b/>
        </w:rPr>
        <w:t xml:space="preserve">[1:33:01] </w:t>
      </w:r>
      <w:r>
        <w:t>Yeh kya hai? Yeh shairi hai. takhayyuli. Yeh tafakkur nahi hai yeh. kaun hai jo ja ke paanch chataanon mein rahega aur basti chhod dega?</w:t>
      </w:r>
    </w:p>
    <w:p>
      <w:pPr>
        <w:jc w:val="right"/>
      </w:pPr>
      <w:r>
        <w:t>یہ کیا ہے؟ یہ شاعری ہے۔ تخیلی۔ یہ تفکر نہیں ہے یہ۔ کون ہے جو جا کے پانچ چٹانوں میں رہے گا اور بستی چھوڑ دے گا؟</w:t>
      </w:r>
    </w:p>
    <w:p>
      <w:r>
        <w:rPr>
          <w:b/>
        </w:rPr>
        <w:t xml:space="preserve">[1:33:11] </w:t>
      </w:r>
      <w:r>
        <w:t>Iqbal ne bhi aisa nahi kiya. khud Iqbal ne bhi aisa nahi kiya. unhon ne apna ghar banaya Lahore mein.</w:t>
      </w:r>
    </w:p>
    <w:p>
      <w:pPr>
        <w:jc w:val="right"/>
      </w:pPr>
      <w:r>
        <w:t>اقبال نے بھی ایسا نہیں کیا۔ خود اقبال نے بھی ایسا نہیں کیا۔ انہوں نے اپنا گھر بنایا لاہور میں۔</w:t>
      </w:r>
    </w:p>
    <w:p>
      <w:r>
        <w:rPr>
          <w:b/>
        </w:rPr>
        <w:t xml:space="preserve">[1:33:17] </w:t>
      </w:r>
      <w:r>
        <w:t>Maine khud unke ghar ko dekha hai. toh shair jo hai, us jo karta hai, uska naam hai takhayyul. takhayyul.</w:t>
      </w:r>
    </w:p>
    <w:p>
      <w:pPr>
        <w:jc w:val="right"/>
      </w:pPr>
      <w:r>
        <w:t>میں نے خود ان کے گھر کو دیکھا ہے۔ تو شاعر جو ہے، اس جو کرتا ہے، اس کا نام ہے تخیل۔ تخیل۔</w:t>
      </w:r>
    </w:p>
    <w:p>
      <w:r>
        <w:rPr>
          <w:b/>
        </w:rPr>
        <w:t xml:space="preserve">[1:33:28] </w:t>
      </w:r>
      <w:r>
        <w:t>Aur doosri cheez jo hai, uska naam hai tafakkur, tadabbur, tadakkur. woh ek alag bilkul alag cheez hai. mein shairi ko bilkul bekaar samajhta hoon.</w:t>
      </w:r>
    </w:p>
    <w:p>
      <w:pPr>
        <w:jc w:val="right"/>
      </w:pPr>
      <w:r>
        <w:t>اور دوسری چیز جو ہے، اس کا نام ہے تفکر، تدبر، تدکر۔ وہ ایک الگ بالکل الگ چیز ہے۔ میں شاعری کو بالکل بیکار سمجھتا ہوں۔</w:t>
      </w:r>
    </w:p>
    <w:p>
      <w:r>
        <w:rPr>
          <w:b/>
        </w:rPr>
        <w:t xml:space="preserve">[1:33:38] </w:t>
      </w:r>
      <w:r>
        <w:t>Quran mein, Hadees mein isko kahin shairi ko pasand nahi kiya gaya hai. tamam Sahaba jo the, pehle shairi kiya karte the. Islam aaya toh sab ki shairi khatm ho gayi.</w:t>
      </w:r>
    </w:p>
    <w:p>
      <w:pPr>
        <w:jc w:val="right"/>
      </w:pPr>
      <w:r>
        <w:t>قرآن میں، حدیث میں اس کو کہیں شاعری کو پسند نہیں کیا گیا ہے۔ تمام صحابہ جو تھے، پہلے شاعری کیا کرتے تھے۔ اسلام آیا تو سب کی شاعری ختم ہو گئی۔</w:t>
      </w:r>
    </w:p>
    <w:p>
      <w:r>
        <w:rPr>
          <w:b/>
        </w:rPr>
        <w:t xml:space="preserve">[1:33:49] </w:t>
      </w:r>
      <w:r>
        <w:t>Toh jo log shairi karte hain, unhein shairi chhod dena chahiye. yeh sab</w:t>
      </w:r>
    </w:p>
    <w:p>
      <w:pPr>
        <w:jc w:val="right"/>
      </w:pPr>
      <w:r>
        <w:t>تو جو لوگ شاعری کرتے ہیں، انہیں شاعری چھوڑ دینا چاہیے۔ یہ سب</w:t>
      </w:r>
    </w:p>
    <w:p>
      <w:r>
        <w:rPr>
          <w:b/>
        </w:rPr>
        <w:t xml:space="preserve">[1:33:52] </w:t>
      </w:r>
      <w:r>
        <w:t>bol kar ke isko justify karein, yeh galat hai yeh. Maulana, unka ek aur sawal hai. unhon ne likha hai ke logon se be-niazi kaise ikhtiyar ki jayegi?</w:t>
      </w:r>
    </w:p>
    <w:p>
      <w:pPr>
        <w:jc w:val="right"/>
      </w:pPr>
      <w:r>
        <w:t>بول کر کے اس کو جسٹیفائی کریں، یہ غلط ہے یہ۔ مولانا، ان کا ایک اور سوال ہے۔ انہوں نے لکھا ہے کہ لوگوں سے بے نیازی کیسے اختیار کی جائے گی؟</w:t>
      </w:r>
    </w:p>
    <w:p>
      <w:r>
        <w:rPr>
          <w:b/>
        </w:rPr>
        <w:t xml:space="preserve">[1:34:04] </w:t>
      </w:r>
      <w:r>
        <w:t>Iska simple formula kya hai? mujhe dekh lijiye, mein hoon. saari zindagi mein aise hi raha bas.</w:t>
      </w:r>
    </w:p>
    <w:p>
      <w:pPr>
        <w:jc w:val="right"/>
      </w:pPr>
      <w:r>
        <w:t>اس کا سمپل فارمولا کیا ہے؟ مجھے دیکھ لیجیے، میں ہوں۔ ساری زندگی میں ایسے ہی رہا بس۔</w:t>
      </w:r>
    </w:p>
    <w:p>
      <w:r>
        <w:rPr>
          <w:b/>
        </w:rPr>
        <w:t xml:space="preserve">[1:34:15] </w:t>
      </w:r>
      <w:r>
        <w:t>Be-niazi ki zindagi. kahin se lena na lena, dena.</w:t>
      </w:r>
    </w:p>
    <w:p>
      <w:pPr>
        <w:jc w:val="right"/>
      </w:pPr>
      <w:r>
        <w:t>بے نیازی کی زندگی۔ کہیں سے لینا نہ لینا، دینا۔</w:t>
      </w:r>
    </w:p>
    <w:p>
      <w:r>
        <w:rPr>
          <w:b/>
        </w:rPr>
        <w:t xml:space="preserve">[1:34:23] </w:t>
      </w:r>
      <w:r>
        <w:t>Is ki ek price deni padti hai. abhi dekhein, mein gaya tha ek bahut bade ek adare mein. ek bahut bada institution, yaani taleem ka bahut bada institution.</w:t>
      </w:r>
    </w:p>
    <w:p>
      <w:pPr>
        <w:jc w:val="right"/>
      </w:pPr>
      <w:r>
        <w:t>اس کی ایک پرائس دینی پڑتی ہے۔ ابھی دیکھیں، میں گیا تھا ایک بہت بڑے ایک ادارے میں۔ ایک بہت بڑا انسٹیٹیوشن، یعنی تعلیم کا بہت بڑا انسٹیٹیوشن۔</w:t>
      </w:r>
    </w:p>
    <w:p>
      <w:r>
        <w:rPr>
          <w:b/>
        </w:rPr>
        <w:t xml:space="preserve">[1:34:38] </w:t>
      </w:r>
      <w:r>
        <w:t>Wahan gaya tha mein. toh wahan par kya tha, unka ek farm house hai. toh mere theherne ke intezam farm house kiya tha unhon ne.</w:t>
      </w:r>
    </w:p>
    <w:p>
      <w:pPr>
        <w:jc w:val="right"/>
      </w:pPr>
      <w:r>
        <w:t>وہاں گیا تھا میں۔ تو وہاں پر کیا تھا، ان کا ایک فارم ہاؤس ہے۔ تو میرے ٹھہرنے کے انتظام فارم ہاؤس کیا تھا انہوں نے۔</w:t>
      </w:r>
    </w:p>
    <w:p>
      <w:r>
        <w:rPr>
          <w:b/>
        </w:rPr>
        <w:t xml:space="preserve">[1:34:48] </w:t>
      </w:r>
      <w:r>
        <w:t>Aur mere khane ke intezam ek bahut bade paise wale aadmi ka kiya gaya tha.</w:t>
      </w:r>
    </w:p>
    <w:p>
      <w:pPr>
        <w:jc w:val="right"/>
      </w:pPr>
      <w:r>
        <w:t>اور میرے کھانے کے انتظام ایک بہت بڑے پیسے والے آدمی کا کیا گیا تھا۔</w:t>
      </w:r>
    </w:p>
    <w:p>
      <w:r>
        <w:rPr>
          <w:b/>
        </w:rPr>
        <w:t xml:space="preserve">[1:34:53] </w:t>
      </w:r>
      <w:r>
        <w:t>Yaani unke haan da'wati khana khao aur farm house par raho. aur phir chale aao. jaate hi maine kaha ke yeh mein nahi kar sakta. maine farm house nahi rehna hai.</w:t>
      </w:r>
    </w:p>
    <w:p>
      <w:pPr>
        <w:jc w:val="right"/>
      </w:pPr>
      <w:r>
        <w:t>یعنی ان کے ہاں دعوتی کھانا کھاؤ اور فارم ہاؤس پر رہو۔ اور پھر چلے آؤ۔ جاتے ہی میں نے کہا کہ یہ میں نہیں کر سکتا۔ میں نے فارم ہاؤس نہیں رہنا ہے۔</w:t>
      </w:r>
    </w:p>
    <w:p>
      <w:r>
        <w:rPr>
          <w:b/>
        </w:rPr>
        <w:t xml:space="preserve">[1:35:04] </w:t>
      </w:r>
      <w:r>
        <w:t>Woh khana bhi nahi khana hai mujhe. toh maine kaha yahan jo kitchen hota hai talaba ka, student ka, isi mein mujhe khana khana hai.</w:t>
      </w:r>
    </w:p>
    <w:p>
      <w:pPr>
        <w:jc w:val="right"/>
      </w:pPr>
      <w:r>
        <w:t>وہ کھانا بھی نہیں کھانا ہے مجھے۔ تو میں نے کہا یہاں جو کچن ہوتا ہے طلباء کا، اسٹوڈنٹ کا، اسی میں مجھے کھانا کھانا ہے۔</w:t>
      </w:r>
    </w:p>
    <w:p>
      <w:r>
        <w:rPr>
          <w:b/>
        </w:rPr>
        <w:t xml:space="preserve">[1:35:14] </w:t>
      </w:r>
      <w:r>
        <w:t>Yeh baat hai South India ki. wahan par log chawal khate hain. toh wahan unka khana kya tha? chawal aur daal, chawal aur daal bas.</w:t>
      </w:r>
    </w:p>
    <w:p>
      <w:pPr>
        <w:jc w:val="right"/>
      </w:pPr>
      <w:r>
        <w:t>یہ بات ہے ساؤتھ انڈیا کی۔ وہاں پر لوگ چاول کھاتے ہیں۔ تو وہاں ان کا کھانا کیا تھا؟ چاول اور دال، چاول اور دال بس۔</w:t>
      </w:r>
    </w:p>
    <w:p>
      <w:r>
        <w:rPr>
          <w:b/>
        </w:rPr>
        <w:t xml:space="preserve">[1:35:21] </w:t>
      </w:r>
      <w:r>
        <w:t>Toh wahan mein chaar din raha. mein breakfast, lunch aur dinner teeno mein kya karta tha? chawal, daal. bas.</w:t>
      </w:r>
    </w:p>
    <w:p>
      <w:pPr>
        <w:jc w:val="right"/>
      </w:pPr>
      <w:r>
        <w:t>تو وہاں میں چار دن رہا۔ میں بریک فاسٹ، لنچ اور ڈنر تینوں میں کیا کرتا تھا؟ چاول، دال۔ بس۔</w:t>
      </w:r>
    </w:p>
    <w:p>
      <w:r>
        <w:rPr>
          <w:b/>
        </w:rPr>
        <w:t xml:space="preserve">[1:35:30] </w:t>
      </w:r>
      <w:r>
        <w:t>Woh khana jo tha wahan par biryani aur paratha aur tarah tarah ki sweet aur yeh woh sab se pehle chhod diya. farm house bhi nahi gaya mein.</w:t>
      </w:r>
    </w:p>
    <w:p>
      <w:pPr>
        <w:jc w:val="right"/>
      </w:pPr>
      <w:r>
        <w:t>وہ کھانا جو تھا وہاں پر بریانی اور پراٹھا اور طرح طرح کی سویٹ اور یہ وہ سب سے پہلے چھوڑ دیا۔ فارم ہاؤس بھی نہیں گیا میں۔</w:t>
      </w:r>
    </w:p>
    <w:p>
      <w:r>
        <w:rPr>
          <w:b/>
        </w:rPr>
        <w:t xml:space="preserve">[1:35:40] </w:t>
      </w:r>
      <w:r>
        <w:t>Toh be-niazi aisi thodi hoti hai. be-niazi ki price deni padti hai.</w:t>
      </w:r>
    </w:p>
    <w:p>
      <w:pPr>
        <w:jc w:val="right"/>
      </w:pPr>
      <w:r>
        <w:t>تو بے نیازی ایسی تھوڑی ہوتی ہے۔ بے نیازی کی پرائس دینی پڑتی ہے۔</w:t>
      </w:r>
    </w:p>
    <w:p>
      <w:r>
        <w:rPr>
          <w:b/>
        </w:rPr>
        <w:t xml:space="preserve">[1:35:46] </w:t>
      </w:r>
      <w:r>
        <w:t>Be-niazi kya cheez hai?</w:t>
      </w:r>
    </w:p>
    <w:p>
      <w:pPr>
        <w:jc w:val="right"/>
      </w:pPr>
      <w:r>
        <w:t>بے نیازی کیا چیز ہے؟</w:t>
      </w:r>
    </w:p>
    <w:p>
      <w:r>
        <w:rPr>
          <w:b/>
        </w:rPr>
        <w:t xml:space="preserve">[1:35:49] </w:t>
      </w:r>
      <w:r>
        <w:t>Aap ko distraction se bachati hai. tab aala marifat milti hai. distraction ki ek hazar ek qismein hain.</w:t>
      </w:r>
    </w:p>
    <w:p>
      <w:pPr>
        <w:jc w:val="right"/>
      </w:pPr>
      <w:r>
        <w:t>آپ کو ڈسٹریکشن سے بچاتی ہے۔ تب اعلیٰ معرفت ملتی ہے۔ ڈسٹریکشن کی ایک ہزار ایک قسمیں ہیں۔</w:t>
      </w:r>
    </w:p>
    <w:p>
      <w:r>
        <w:rPr>
          <w:b/>
        </w:rPr>
        <w:t xml:space="preserve">[1:35:59] </w:t>
      </w:r>
      <w:r>
        <w:t>yaad rakhiye ke distraction koi ek cheez ka naam hai. bohat si cheezein jo aap ko distract kiye rehti hain. ego bhi distraction hai. ego bhi ek distraction hai.</w:t>
      </w:r>
    </w:p>
    <w:p>
      <w:pPr>
        <w:jc w:val="right"/>
      </w:pPr>
      <w:r>
        <w:t>یاد رکھیے کہ ڈسٹریکشن کوئی ایک چیز کا نام ہے۔ بہت سی چیزیں جو آپ کو ڈسٹریکٹ کیے رہتی ہیں۔ ایگو بھی ڈسٹریکشن ہے۔ ایگو بھی ایک ڈسٹریکشن ہے۔</w:t>
      </w:r>
    </w:p>
    <w:p>
      <w:r>
        <w:rPr>
          <w:b/>
        </w:rPr>
        <w:t xml:space="preserve">[1:36:12] </w:t>
      </w:r>
      <w:r>
        <w:t>apne ko bachaye rakhna. main kisi tareeqay se mere par harf na lagne paaye. meri shakhsiyat bani rahe. woh bhi distraction hai. mujhe ek himmat hai kehne ki ke main jaaun bhaad mein.</w:t>
      </w:r>
    </w:p>
    <w:p>
      <w:pPr>
        <w:jc w:val="right"/>
      </w:pPr>
      <w:r>
        <w:t>اپنے کو بچائے رکھنا۔ میں کسی طریقے سے میرے پر حرف نہ لگنے پائے۔ میری شخصیت بنی رہے۔ وہ بھی ڈسٹریکشن ہے۔ مجھے ایک ہمت ہے کہنے کی کہ میں جاؤں بھاڑ میں۔</w:t>
      </w:r>
    </w:p>
    <w:p>
      <w:r>
        <w:rPr>
          <w:b/>
        </w:rPr>
        <w:t xml:space="preserve">[1:36:25] </w:t>
      </w:r>
      <w:r>
        <w:t>khuda ke fazal se mujhe himmat hai kehne ki ke main jaaun bhaad mein. sachai baqi rahe.</w:t>
      </w:r>
    </w:p>
    <w:p>
      <w:pPr>
        <w:jc w:val="right"/>
      </w:pPr>
      <w:r>
        <w:t>خدا کے فضل سے مجھے ہمت ہے کہنے کی کہ میں جاؤں بھاڑ میں۔ سچائی باقی رہے۔</w:t>
      </w:r>
    </w:p>
    <w:p>
      <w:r>
        <w:rPr>
          <w:b/>
        </w:rPr>
        <w:t xml:space="preserve">[1:36:32] </w:t>
      </w:r>
      <w:r>
        <w:t>allah ne mujhe himmat di hai ke main keh sakta hoon ke main jaaun bhaad mein. sachai jo hai prevail kare. yeh hai be niyazi.</w:t>
      </w:r>
    </w:p>
    <w:p>
      <w:pPr>
        <w:jc w:val="right"/>
      </w:pPr>
      <w:r>
        <w:t>اللہ نے مجھے ہمت دی ہے کہ میں کہہ سکتا ہوں کہ میں جاؤں بھاڑ میں۔ سچائی جو ہے پریویل کرے۔ یہ ہے بے نیازی۔</w:t>
      </w:r>
    </w:p>
    <w:p>
      <w:r>
        <w:rPr>
          <w:b/>
        </w:rPr>
        <w:t xml:space="preserve">[1:36:41] </w:t>
      </w:r>
      <w:r>
        <w:t>be niyazi ka matlab hai aap yeh keh sakein ke main jaaun bhaad mein. sachai ko prevail karna chahiye.</w:t>
      </w:r>
    </w:p>
    <w:p>
      <w:pPr>
        <w:jc w:val="right"/>
      </w:pPr>
      <w:r>
        <w:t>بے نیازی کا مطلب ہے آپ یہ کہہ سکیں کہ میں جاؤں بھاڑ میں۔ سچائی کو پریویل کرنا چاہیے۔</w:t>
      </w:r>
    </w:p>
    <w:p>
      <w:r>
        <w:rPr>
          <w:b/>
        </w:rPr>
        <w:t xml:space="preserve">[1:36:49] </w:t>
      </w:r>
      <w:r>
        <w:t>to be niyazi bohat bari cheez hai. lekin be niyazi ki price hai. jab tak price na dein aap ko, woh be niyazi milne wali nahi hai.</w:t>
      </w:r>
    </w:p>
    <w:p>
      <w:pPr>
        <w:jc w:val="right"/>
      </w:pPr>
      <w:r>
        <w:t>تو بے نیازی بہت بڑی چیز ہے۔ لیکن بے نیازی کی پرائس ہے۔ جب تک پرائس نہ دیں آپ کو، وہ بے نیازی ملنے والی نہیں ہے۔</w:t>
      </w:r>
    </w:p>
    <w:p>
      <w:r>
        <w:rPr>
          <w:b/>
        </w:rPr>
        <w:t xml:space="preserve">[1:37:00] </w:t>
      </w:r>
      <w:r>
        <w:t>maulana, yeh sawal aaya hai mr khawaja kaleemuddin ka from pennsylvania</w:t>
      </w:r>
    </w:p>
    <w:p>
      <w:pPr>
        <w:jc w:val="right"/>
      </w:pPr>
      <w:r>
        <w:t>مولانا، یہ سوال آیا ہے مسٹر خواجہ کلیم الدین کا فرام پینسلوینیا</w:t>
      </w:r>
    </w:p>
    <w:p>
      <w:r>
        <w:rPr>
          <w:b/>
        </w:rPr>
        <w:t xml:space="preserve">[1:37:06] </w:t>
      </w:r>
      <w:r>
        <w:t>. unhon ne likha hai ke "Is it appropriate to invite Christians or people of other religions to come to our mosque and deliver lectures on their religion as they ask us to do?" haan bilkul.</w:t>
      </w:r>
    </w:p>
    <w:p>
      <w:pPr>
        <w:jc w:val="right"/>
      </w:pPr>
      <w:r>
        <w:t>۔ انہوں نے لکھا ہے کہ "Is it appropriate to invite Christians or people of other religions to come to our mosque and deliver lectures on their religion as they ask us to do?" ہاں بالکل۔</w:t>
      </w:r>
    </w:p>
    <w:p>
      <w:r>
        <w:rPr>
          <w:b/>
        </w:rPr>
        <w:t xml:space="preserve">[1:37:22] </w:t>
      </w:r>
      <w:r>
        <w:t>main koi harj nahi hai is mein.</w:t>
      </w:r>
    </w:p>
    <w:p>
      <w:pPr>
        <w:jc w:val="right"/>
      </w:pPr>
      <w:r>
        <w:t>میں کوئی حرج نہیں ہے اس میں۔</w:t>
      </w:r>
    </w:p>
    <w:p>
      <w:r>
        <w:rPr>
          <w:b/>
        </w:rPr>
        <w:t xml:space="preserve">[1:37:27] </w:t>
      </w:r>
      <w:r>
        <w:t>mujh se discussion kijiye, is se dialogue kijiye.</w:t>
      </w:r>
    </w:p>
    <w:p>
      <w:pPr>
        <w:jc w:val="right"/>
      </w:pPr>
      <w:r>
        <w:t>مجھ سے ڈسکشن کیجیے، اس سے ڈائیلاگ کیجیے۔</w:t>
      </w:r>
    </w:p>
    <w:p>
      <w:r>
        <w:rPr>
          <w:b/>
        </w:rPr>
        <w:t xml:space="preserve">[1:37:30] </w:t>
      </w:r>
      <w:r>
        <w:t>rasool allah ke zamane mein ek aisi ho chuki hai conference. woh trial aa gaya is ko. woh dialogue nahi tha, woh ek trial aa gaya tha.</w:t>
      </w:r>
    </w:p>
    <w:p>
      <w:pPr>
        <w:jc w:val="right"/>
      </w:pPr>
      <w:r>
        <w:t>رسول اللہ کے زمانے میں ایک ایسی ہو چکی ہے کانفرنس۔ وہ ٹرائل آگیا اس کو۔ وہ ڈائیلاگ نہیں تھا، وہ ایک ٹرائل آگیا تھا۔</w:t>
      </w:r>
    </w:p>
    <w:p>
      <w:r>
        <w:rPr>
          <w:b/>
        </w:rPr>
        <w:t xml:space="preserve">[1:37:40] </w:t>
      </w:r>
      <w:r>
        <w:t>teen mazhab. mere paas kitaab maujood hai, ek arab sheikh ki likhi hui. is ka naam hai "Mawt Amr Al Adyan Al Thulatha".</w:t>
      </w:r>
    </w:p>
    <w:p>
      <w:pPr>
        <w:jc w:val="right"/>
      </w:pPr>
      <w:r>
        <w:t>تین مذہب۔ میرے پاس کتاب موجود ہے، ایک عرب شیخ کی لکھی ہوئی۔ اس کا نام ہے "موت امر الادیان الثلاثہ"۔</w:t>
      </w:r>
    </w:p>
    <w:p>
      <w:r>
        <w:rPr>
          <w:b/>
        </w:rPr>
        <w:t xml:space="preserve">[1:37:49] </w:t>
      </w:r>
      <w:r>
        <w:t>mawt amr maani hote hain conference, seminar.</w:t>
      </w:r>
    </w:p>
    <w:p>
      <w:pPr>
        <w:jc w:val="right"/>
      </w:pPr>
      <w:r>
        <w:t>موت امر معنی ہوتے ہیں کانفرنس، سیمینار۔</w:t>
      </w:r>
    </w:p>
    <w:p>
      <w:r>
        <w:rPr>
          <w:b/>
        </w:rPr>
        <w:t xml:space="preserve">[1:37:53] </w:t>
      </w:r>
      <w:r>
        <w:t>teen mazhabon ki mo'tabar, teen mazhabon ka seminar. arab ne yahi is ka title banaya hai. "Mawt Amr Al Adyan Al Thulatha".</w:t>
      </w:r>
    </w:p>
    <w:p>
      <w:pPr>
        <w:jc w:val="right"/>
      </w:pPr>
      <w:r>
        <w:t>تین مذہبوں کی معتبر، تین مذہبوں کا سیمینار۔ عرب نے یہی اس کا ٹائٹل بنایا ہے۔ "موت امر الادیان الثلاثہ"۔</w:t>
      </w:r>
    </w:p>
    <w:p>
      <w:r>
        <w:rPr>
          <w:b/>
        </w:rPr>
        <w:t xml:space="preserve">[1:38:04] </w:t>
      </w:r>
      <w:r>
        <w:t>is mein kya hota hai? madine ki masjid, jo hum masjid nabwi kehte hain, us ke andar aaye teen mazhab ke log. christian aur muslim.</w:t>
      </w:r>
    </w:p>
    <w:p>
      <w:pPr>
        <w:jc w:val="right"/>
      </w:pPr>
      <w:r>
        <w:t>اس میں کیا ہوتا ہے؟ مدینے کی مسجد، جو ہم مسجد نبوی کہتے ہیں، اس کے اندر آئے تین مذہب کے لوگ۔ کرسچن اور مسلم۔</w:t>
      </w:r>
    </w:p>
    <w:p>
      <w:r>
        <w:rPr>
          <w:b/>
        </w:rPr>
        <w:t xml:space="preserve">[1:38:14] </w:t>
      </w:r>
      <w:r>
        <w:t>aur teesra jante hain kaun tha?</w:t>
      </w:r>
    </w:p>
    <w:p>
      <w:pPr>
        <w:jc w:val="right"/>
      </w:pPr>
      <w:r>
        <w:t>اور تیسرا جانتے ہیں کون تھا؟</w:t>
      </w:r>
    </w:p>
    <w:p>
      <w:r>
        <w:rPr>
          <w:b/>
        </w:rPr>
        <w:t xml:space="preserve">[1:38:17] </w:t>
      </w:r>
      <w:r>
        <w:t>yahoodi. jisko aap samajhte hain ke is ka hazar meel door rehna chahiye in ko hamari masjid se.</w:t>
      </w:r>
    </w:p>
    <w:p>
      <w:pPr>
        <w:jc w:val="right"/>
      </w:pPr>
      <w:r>
        <w:t>یہودی۔ جس کو آپ سمجھتے ہیں کہ اس کا ہزار میل دور رہنا چاہیے ان کو ہماری مسجد سے۔</w:t>
      </w:r>
    </w:p>
    <w:p>
      <w:r>
        <w:rPr>
          <w:b/>
        </w:rPr>
        <w:t xml:space="preserve">[1:38:27] </w:t>
      </w:r>
      <w:r>
        <w:t>main samajhta hoon ke yeh musalmanon ki apni bid'at hai, apna innovation hai ke unhon ne masjidon ko tamasha bana rakha hai. masjid kholiye jaise restaurant khola tha, ab kholiye waise hi.</w:t>
      </w:r>
    </w:p>
    <w:p>
      <w:pPr>
        <w:jc w:val="right"/>
      </w:pPr>
      <w:r>
        <w:t>میں سمجھتا ہوں کہ یہ مسلمانوں کی اپنی بدعت ہے، اپنا انوویشن ہے کہ انہوں نے مسجدوں کو تماشہ بنا رکھا ہے۔ مسجد کھولیے جیسے ریسٹورنٹ کھولا تھا، اب کھولیے ویسے ہی۔</w:t>
      </w:r>
    </w:p>
    <w:p>
      <w:r>
        <w:rPr>
          <w:b/>
        </w:rPr>
        <w:t xml:space="preserve">[1:38:42] </w:t>
      </w:r>
      <w:r>
        <w:t>maulana, yeh sawal kiya hai ms aditi sharma ne new delhi se. unhon ne likha hai ke "Whenever we pray to God, is it alright if we repeat the prayer request each time we pray?</w:t>
      </w:r>
    </w:p>
    <w:p>
      <w:pPr>
        <w:jc w:val="right"/>
      </w:pPr>
      <w:r>
        <w:t>مولانا، یہ سوال کیا ہے مس ادیتی شرما نے نیو دہلی سے۔ انہوں نے لکھا ہے کہ "Whenever we pray to God, is it alright if we repeat the prayer request each time we pray?</w:t>
      </w:r>
    </w:p>
    <w:p>
      <w:r>
        <w:rPr>
          <w:b/>
        </w:rPr>
        <w:t xml:space="preserve">[1:38:58] </w:t>
      </w:r>
      <w:r>
        <w:t>Like, we consider some prayer points to be prayed upon repeatedly over a long period of time, say few months or years maybe?"</w:t>
      </w:r>
    </w:p>
    <w:p>
      <w:pPr>
        <w:jc w:val="right"/>
      </w:pPr>
      <w:r>
        <w:t>Like, we consider some prayer points to be prayed upon repeatedly over a long period of time, say few months or years maybe?"</w:t>
      </w:r>
    </w:p>
    <w:p>
      <w:r>
        <w:rPr>
          <w:b/>
        </w:rPr>
        <w:t xml:space="preserve">[1:39:08] </w:t>
      </w:r>
      <w:r>
        <w:t>repeat karna bohat achi baat hai. lekin yeh nahi samajhna ke aap ne das baar repeat kar diya to yeh ho jayega, bees baar approve ho jayega. yeh ginti based jo repetition hai, woh galat hai.</w:t>
      </w:r>
    </w:p>
    <w:p>
      <w:pPr>
        <w:jc w:val="right"/>
      </w:pPr>
      <w:r>
        <w:t>ریپیٹ کرنا بہت اچھی بات ہے۔ لیکن یہ نہیں سمجھنا کہ آپ نے دس بار ریپیٹ کر دیا تو یہ ہو جائے گا، بیس بار اپروو ہو جائے گا۔ یہ گنتی بیسڈ جو ریپیٹیشن ہے، وہ غلط ہے۔</w:t>
      </w:r>
    </w:p>
    <w:p>
      <w:r>
        <w:rPr>
          <w:b/>
        </w:rPr>
        <w:t xml:space="preserve">[1:39:18] </w:t>
      </w:r>
      <w:r>
        <w:t>yani ginti mein koi aap samajh lein ke is mein koi mysterious koi cheez hai, woh galat hai. baqi apne apne jo feeling hai, us ko aap bar bar dohraayein to bari achi baat hai.</w:t>
      </w:r>
    </w:p>
    <w:p>
      <w:pPr>
        <w:jc w:val="right"/>
      </w:pPr>
      <w:r>
        <w:t>یعنی گنتی میں کوئی آپ سمجھ لیں کہ اس میں کوئی مسٹیریس کوئی چیز ہے، وہ غلط ہے۔ باقی اپنے اپنے جو فیلنگ ہے، اس کو آپ بار بار دہرائیں تو بڑی اچھی بات ہے۔</w:t>
      </w:r>
    </w:p>
    <w:p>
      <w:r>
        <w:rPr>
          <w:b/>
        </w:rPr>
        <w:t xml:space="preserve">[1:39:31] </w:t>
      </w:r>
      <w:r>
        <w:t>yani repeated, repeated is sirf is not</w:t>
      </w:r>
    </w:p>
    <w:p>
      <w:pPr>
        <w:jc w:val="right"/>
      </w:pPr>
      <w:r>
        <w:t>یعنی ریپیٹڈ، ریپیٹڈ اس صرف is not</w:t>
      </w:r>
    </w:p>
    <w:p>
      <w:r>
        <w:rPr>
          <w:b/>
        </w:rPr>
        <w:t xml:space="preserve">[1:39:35] </w:t>
      </w:r>
      <w:r>
        <w:t>wrong, it is good lekin gintiyon ko samajh lein, agar das baar dohrana to yeh ho jayega, so baar dohrana to woh ho jayega, yeh bilkul galat hai.</w:t>
      </w:r>
    </w:p>
    <w:p>
      <w:pPr>
        <w:jc w:val="right"/>
      </w:pPr>
      <w:r>
        <w:t>wrong, it is good لیکن گنتیوں کو سمجھ لیں، اگر دس بار دہرایا تو یہ ہو جائے گا، سو بار دہرایا تو وہ ہو جائے گا، یہ بالکل غلط ہے۔</w:t>
      </w:r>
    </w:p>
    <w:p>
      <w:r>
        <w:rPr>
          <w:b/>
        </w:rPr>
        <w:t xml:space="preserve">[1:39:44] </w:t>
      </w:r>
      <w:r>
        <w:t>is ki koi is ki koi base baseless hai yeh. maulana, yeh sawal aaya hai mr shaukat ali ka sialkot pakistan se.</w:t>
      </w:r>
    </w:p>
    <w:p>
      <w:pPr>
        <w:jc w:val="right"/>
      </w:pPr>
      <w:r>
        <w:t>اس کی کوئی اس کی کوئی بیس بیس لیس ہے یہ۔ مولانا، یہ سوال آیا ہے مسٹر شوکت علی کا سیالکوٹ پاکستان سے۔</w:t>
      </w:r>
    </w:p>
    <w:p>
      <w:r>
        <w:rPr>
          <w:b/>
        </w:rPr>
        <w:t xml:space="preserve">[1:39:57] </w:t>
      </w:r>
      <w:r>
        <w:t>unhon ne likha hai ke "kya momin ka maqsad sirf achhe kaam kar ke jannat mein jana hai? agar</w:t>
      </w:r>
    </w:p>
    <w:p>
      <w:pPr>
        <w:jc w:val="right"/>
      </w:pPr>
      <w:r>
        <w:t>انہوں نے لکھا ہے کہ "کیا مومن کا مقصد صرف اچھے کام کر کے جنت میں جانا ہے؟ اگر</w:t>
      </w:r>
    </w:p>
    <w:p>
      <w:r>
        <w:rPr>
          <w:b/>
        </w:rPr>
        <w:t xml:space="preserve">[1:40:05] </w:t>
      </w:r>
      <w:r>
        <w:t>yahi maqsad hai to is ka matlab sirf yahi hai ke ek mazdoor ko us ki mazdoori ka milna?" maulana, is ko explain kijiye.</w:t>
      </w:r>
    </w:p>
    <w:p>
      <w:pPr>
        <w:jc w:val="right"/>
      </w:pPr>
      <w:r>
        <w:t>یہی مقصد ہے تو اس کا مطلب صرف یہی ہے کہ ایک مزدور کو اس کی مزدوری کا ملنا؟" مولانا، اس کو ایکسپلین کیجیے۔</w:t>
      </w:r>
    </w:p>
    <w:p>
      <w:r>
        <w:rPr>
          <w:b/>
        </w:rPr>
        <w:t xml:space="preserve">[1:40:15] </w:t>
      </w:r>
      <w:r>
        <w:t>nahin, main ne abhi kaha hai ke dekhiye ke asal cheez hai tazkiya. yani self purification. yeh mazdoori aur price ki baat nahin hai.</w:t>
      </w:r>
    </w:p>
    <w:p>
      <w:pPr>
        <w:jc w:val="right"/>
      </w:pPr>
      <w:r>
        <w:t>نہیں، میں نے ابھی کہا ہے کہ دیکھیے کہ اصل چیز ہے تزکیہ۔ یعنی سیلف پیوریفیکیشن۔ یہ مزدوری اور پرائس کی بات نہیں ہے۔</w:t>
      </w:r>
    </w:p>
    <w:p>
      <w:r>
        <w:rPr>
          <w:b/>
        </w:rPr>
        <w:t xml:space="preserve">[1:40:26] </w:t>
      </w:r>
      <w:r>
        <w:t>yeh koi price ki baat nahin hai. yani purified soul hi jayega paradise mein. purified soul ka matlab kya</w:t>
      </w:r>
    </w:p>
    <w:p>
      <w:pPr>
        <w:jc w:val="right"/>
      </w:pPr>
      <w:r>
        <w:t>یہ کوئی پرائس کی بات نہیں ہے۔ یعنی پیوریفائیڈ سول ہی جائے گا پراگنائز میں۔ پیوریفائیڈ سول کا مطلب کیا</w:t>
      </w:r>
    </w:p>
    <w:p>
      <w:r>
        <w:rPr>
          <w:b/>
        </w:rPr>
        <w:t xml:space="preserve">[1:40:34] </w:t>
      </w:r>
      <w:r>
        <w:t>hai? jis ke andar negativity na ho. jis ke andar intolerance na ho. jis ke andar violence na ho. jo animosity na ho.</w:t>
      </w:r>
    </w:p>
    <w:p>
      <w:pPr>
        <w:jc w:val="right"/>
      </w:pPr>
      <w:r>
        <w:t>ہے؟ جس کے اندر نیگیٹیوٹی نہ ہو۔ جس کے اندر انٹولرنس نہ ہو۔ جس کے اندر وائیلنس نہ ہو۔ جو انمٹی نہ ہو۔</w:t>
      </w:r>
    </w:p>
    <w:p>
      <w:r>
        <w:rPr>
          <w:b/>
        </w:rPr>
        <w:t xml:space="preserve">[1:40:46] </w:t>
      </w:r>
      <w:r>
        <w:t>jis ke andar Allah ka khauf ho, Allah se mohabbat ho. to yeh purified soul us ko kaha gaya hai. to purified soul paradise ho jayega.</w:t>
      </w:r>
    </w:p>
    <w:p>
      <w:pPr>
        <w:jc w:val="right"/>
      </w:pPr>
      <w:r>
        <w:t>جس کے اندر اللہ کا خوف ہو، اللہ سے محبت ہو۔ تو یہ پیوریفائیڈ سول اس کو کہا گیا ہے۔ تو پیوریفائیڈ سول پراگنائز ہو جائے گا۔</w:t>
      </w:r>
    </w:p>
    <w:p>
      <w:r>
        <w:rPr>
          <w:b/>
        </w:rPr>
        <w:t xml:space="preserve">[1:40:55] </w:t>
      </w:r>
      <w:r>
        <w:t>aur koi is ki price nahin hai.</w:t>
      </w:r>
    </w:p>
    <w:p>
      <w:pPr>
        <w:jc w:val="right"/>
      </w:pPr>
      <w:r>
        <w:t>اور کوئی اس کی پرائس نہیں ہے۔</w:t>
      </w:r>
    </w:p>
    <w:p>
      <w:r>
        <w:rPr>
          <w:b/>
        </w:rPr>
        <w:t xml:space="preserve">[1:41:01] </w:t>
      </w:r>
      <w:r>
        <w:t>maulana, yeh sawal kiya hai Mr. Idrees ne Raipur se. unhon ne likha hai ke "If one gets only few minutes of opportunity to do Dawa work with a stranger, how and what part should be communicated to him?" part?</w:t>
      </w:r>
    </w:p>
    <w:p>
      <w:pPr>
        <w:jc w:val="right"/>
      </w:pPr>
      <w:r>
        <w:t>مولانا، یہ سوال کیا ہے مسٹر ادریس نے رائے پور سے۔ انہوں نے لکھا ہے کہ "If one gets only few minutes of opportunity to do Dawa work with a stranger, how and what part should be communicated to him?" پارٹ؟</w:t>
      </w:r>
    </w:p>
    <w:p>
      <w:r>
        <w:rPr>
          <w:b/>
        </w:rPr>
        <w:t xml:space="preserve">[1:41:19] </w:t>
      </w:r>
      <w:r>
        <w:t>nahin, aap ke paas pamphlet rehna chahiye. hamare paas pamphlet hai. chhote chhote pamphlet bahut hain. aap apni pocket mein rakhiye ya mauqa ho to us ko de dijiye.</w:t>
      </w:r>
    </w:p>
    <w:p>
      <w:pPr>
        <w:jc w:val="right"/>
      </w:pPr>
      <w:r>
        <w:t>نہیں، آپ کے پاس پمفلٹ رہنا چاہیے۔ ہمارے پاس پمفلٹ ہے۔ چھوٹے چھوٹے پمفلٹ بہت ہیں۔ آپ اپنی پاکٹ میں رکھیے یا موقع ہو تو اس کو دے دیجیے۔</w:t>
      </w:r>
    </w:p>
    <w:p>
      <w:r>
        <w:rPr>
          <w:b/>
        </w:rPr>
        <w:t xml:space="preserve">[1:41:30] </w:t>
      </w:r>
      <w:r>
        <w:t>sab se best yahi hai. ke har waqt aap ki pocket mein yeh pamphlet jo hai, dawa pamphlet hai, woh rehna chahiye. jahan mauqa ho use de dijiye.</w:t>
      </w:r>
    </w:p>
    <w:p>
      <w:pPr>
        <w:jc w:val="right"/>
      </w:pPr>
      <w:r>
        <w:t>سب سے بیسٹ یہی ہے۔ کہ ہر وقت آپ کی پاکٹ میں یہ پمفلٹ جو ہے، دعویٰ پمفلٹ ہے، وہ رہنا چاہیے۔ جہاں موقع ہو اسے دے دیجیے۔</w:t>
      </w:r>
    </w:p>
    <w:p>
      <w:r>
        <w:rPr>
          <w:b/>
        </w:rPr>
        <w:t xml:space="preserve">[1:41:43] </w:t>
      </w:r>
      <w:r>
        <w:t>jaise main ne ek qissa bataya tha ke hamare ek saathi jahaz ja rahe the Delhi se Bombay. jab interview hue to wahan par ek bada leader baitha hua tha. ek bada leader.</w:t>
      </w:r>
    </w:p>
    <w:p>
      <w:pPr>
        <w:jc w:val="right"/>
      </w:pPr>
      <w:r>
        <w:t>جیسے میں نے ایک قصہ بتایا تھا کہ ہمارے ایک ساتھی ہوا جہاز جا رہے تھے دلی سے بمبے۔ جب انٹرویو ہوئے تو وہاں پر ایک بڑا لیڈر بیٹھا ہوا تھا۔ ایک بڑا لیڈر۔</w:t>
      </w:r>
    </w:p>
    <w:p>
      <w:r>
        <w:rPr>
          <w:b/>
        </w:rPr>
        <w:t xml:space="preserve">[1:41:52] </w:t>
      </w:r>
      <w:r>
        <w:t>ek well-known leader.</w:t>
      </w:r>
    </w:p>
    <w:p>
      <w:pPr>
        <w:jc w:val="right"/>
      </w:pPr>
      <w:r>
        <w:t>ایک well-known لیڈر۔</w:t>
      </w:r>
    </w:p>
    <w:p>
      <w:r>
        <w:rPr>
          <w:b/>
        </w:rPr>
        <w:t xml:space="preserve">[1:41:55] </w:t>
      </w:r>
      <w:r>
        <w:t>to jab interview dekha ke woh yahan baitha hua hai to foran unhon ne ek pamphlet nikala. "Reality of Life".</w:t>
      </w:r>
    </w:p>
    <w:p>
      <w:pPr>
        <w:jc w:val="right"/>
      </w:pPr>
      <w:r>
        <w:t>تو جب انٹرویو دیکھا کہ وہ یہاں بیٹھا ہوا ہے تو فوراً انہوں نے ایک پمفلٹ نکالا۔ "Reality of Life"۔</w:t>
      </w:r>
    </w:p>
    <w:p>
      <w:r>
        <w:rPr>
          <w:b/>
        </w:rPr>
        <w:t xml:space="preserve">[1:42:03] </w:t>
      </w:r>
      <w:r>
        <w:t>us ne kaha ke "Sir, this for your inflight reading." de diya aur sahib us ko padhta raha, padhta raha, padhta raha.</w:t>
      </w:r>
    </w:p>
    <w:p>
      <w:pPr>
        <w:jc w:val="right"/>
      </w:pPr>
      <w:r>
        <w:t>اس نے کہا کہ "Sir, this for your inflight reading." دے دیا اور صاحب اس کو پڑھتا رہا، پڑھتا رہا، پڑھتا رہا۔</w:t>
      </w:r>
    </w:p>
    <w:p>
      <w:r>
        <w:rPr>
          <w:b/>
        </w:rPr>
        <w:t xml:space="preserve">[1:42:12] </w:t>
      </w:r>
      <w:r>
        <w:t>to best tareeqa yeh hai ke aap ki pocket mein yeh sab cheezein rahein, aap ki bag mein cheezein rahein. jahan us ko payein wahi dete rahein aap us ko.</w:t>
      </w:r>
    </w:p>
    <w:p>
      <w:pPr>
        <w:jc w:val="right"/>
      </w:pPr>
      <w:r>
        <w:t>تو بیسٹ طریقہ یہ ہے کہ آپ کی پاکٹ میں یہ سب چیزیں رہیں، آپ کی بیگ میں چیزیں رہیں۔ جہاں اس کو پائیں وہی دیتے رہیں آپ اس کو۔</w:t>
      </w:r>
    </w:p>
    <w:p>
      <w:r>
        <w:rPr>
          <w:b/>
        </w:rPr>
        <w:t xml:space="preserve">[1:42:25] </w:t>
      </w:r>
      <w:r>
        <w:t>maulana, un ka ek aur sawal hai. unhon ne poocha hai ke "What is Shab-e-Mairaj? What should one do on this occasion?" kuch nahin, aaj kal jo musalman karte hain woh sab riwaj hai un ka.</w:t>
      </w:r>
    </w:p>
    <w:p>
      <w:pPr>
        <w:jc w:val="right"/>
      </w:pPr>
      <w:r>
        <w:t>مولانا، ان کا ایک اور سوال ہے۔ انہوں نے پوچھا ہے کہ "What is شب معراج? What should one do on this occasion?" کچھ نہیں، آج کل جو مسلمان کرتے ہیں وہ سب رواج ہے ان کا۔</w:t>
      </w:r>
    </w:p>
    <w:p>
      <w:r>
        <w:rPr>
          <w:b/>
        </w:rPr>
        <w:t xml:space="preserve">[1:42:38] </w:t>
      </w:r>
      <w:r>
        <w:t>is ka mazhab Islam se koi ta'alluq nahin. Shab-e-Mairaj yeh bhi pata nahin kis kis din hui thi. koi sabit thodi hai is ka tareekh.</w:t>
      </w:r>
    </w:p>
    <w:p>
      <w:pPr>
        <w:jc w:val="right"/>
      </w:pPr>
      <w:r>
        <w:t>اس کا مذہب اسلام سے کوئی تعلق نہیں۔ شب معراج یہ بھی پتہ نہیں کس کس دن ہوئی تھی۔ کوئی ثابت تھوڑی ہے اس کا تاریخ۔</w:t>
      </w:r>
    </w:p>
    <w:p>
      <w:r>
        <w:rPr>
          <w:b/>
        </w:rPr>
        <w:t xml:space="preserve">[1:42:47] </w:t>
      </w:r>
      <w:r>
        <w:t>koi date koi sabit nahin hai. yeh to musalman ne bana rakha hai ek falan date.</w:t>
      </w:r>
    </w:p>
    <w:p>
      <w:pPr>
        <w:jc w:val="right"/>
      </w:pPr>
      <w:r>
        <w:t>کوئی ڈیٹ کوئی ثابت نہیں ہے۔ یہ تو مسلمان نے بنا رکھا ہے ایک فلاں ڈیٹ۔</w:t>
      </w:r>
    </w:p>
    <w:p>
      <w:r>
        <w:rPr>
          <w:b/>
        </w:rPr>
        <w:t xml:space="preserve">[1:42:56] </w:t>
      </w:r>
      <w:r>
        <w:t>beh-haal yeh sab baatein jo hain yeh superstitions hain. superstitions. is ka Islam se koi ta'alluq nahin hai. to us din agar ibadat kar lo to phir jannat mil jayegi?</w:t>
      </w:r>
    </w:p>
    <w:p>
      <w:pPr>
        <w:jc w:val="right"/>
      </w:pPr>
      <w:r>
        <w:t>بہرحال یہ سب باتیں جو ہیں یہ سپریسٹیشن ہیں۔ سپریسٹیشن۔ اس کا اسلام سے کوئی تعلق نہیں ہے۔ تو اس دن اگر عبادت کر لو تو پھر جنت مل جائے گی؟</w:t>
      </w:r>
    </w:p>
    <w:p>
      <w:r>
        <w:rPr>
          <w:b/>
        </w:rPr>
        <w:t xml:space="preserve">[1:43:07] </w:t>
      </w:r>
      <w:r>
        <w:t>aisa kuch bhi nahin hai. Shab-e-Mairaj ke bare mein aap ne ek hi kaam karna hai ke woh aap woh hadith padhein jis mein koi aap ne apne tajrubaat bataye hain.</w:t>
      </w:r>
    </w:p>
    <w:p>
      <w:pPr>
        <w:jc w:val="right"/>
      </w:pPr>
      <w:r>
        <w:t>ایسا کچھ بھی نہیں ہے۔ شب معراج کے بارے میں آپ نے ایک ہی کام کرنا ہے کہ وہ آپ وہ حدیثیں پڑھیں جس میں کوئی آپ نے اپنے تجربات بتائے ہیں۔</w:t>
      </w:r>
    </w:p>
    <w:p>
      <w:r>
        <w:rPr>
          <w:b/>
        </w:rPr>
        <w:t xml:space="preserve">[1:43:18] </w:t>
      </w:r>
      <w:r>
        <w:t>ke aap ne jahannum ko dekha to wahan yeh anjaam ho raha tha. bure karne walon ka. jannat ko dekha to wahan un ko yeh inaam mil raha tha. is ko padhein, is se sabak lein. to Mairaj ka mauqa sabak lene ke liye, day manane ke liye nahin hai. Mairaj day manana yeh koi Islam nahin hai.</w:t>
      </w:r>
    </w:p>
    <w:p>
      <w:pPr>
        <w:jc w:val="right"/>
      </w:pPr>
      <w:r>
        <w:t>کہ آپ نے جہنم کو دیکھا تو وہاں یہ انجام ہو رہا تھا۔ برے کرنے والوں کا۔ جنت کو دیکھا تو وہاں ان کو یہ انعام مل رہ</w:t>
      </w:r>
    </w:p>
    <w:p>
      <w:r>
        <w:rPr>
          <w:b/>
        </w:rPr>
        <w:t xml:space="preserve">[1:43:25] </w:t>
      </w:r>
      <w:r>
        <w:t>yeh Shab-e-Mairaj jo hoti nahin hai to Mairaj day manate hain. to Mairaj day Islam mein har giz nahin hai. sabak leejiyey, is hadith ko padhiye jis mein Rasool Allah (SAW) ne apne tajrubaat bataye hain.</w:t>
      </w:r>
    </w:p>
    <w:p>
      <w:pPr>
        <w:jc w:val="right"/>
      </w:pPr>
      <w:r>
        <w:t>ا تھا۔ اس کو پڑھیں، اس سے سبق لیں۔ تو معراج کا موقع سبق لینے کے لیے، ڈے منانے کے لیے نہیں ہے۔ معراج ڈے منانا یہ کوئی اسلام نہیں ہے۔</w:t>
      </w:r>
    </w:p>
    <w:p>
      <w:r>
        <w:rPr>
          <w:b/>
        </w:rPr>
        <w:t xml:space="preserve">[1:43:36] </w:t>
      </w:r>
      <w:r>
        <w:t>to sabak lena asal hai na ke Mairaj day manana.</w:t>
      </w:r>
    </w:p>
    <w:p>
      <w:pPr>
        <w:jc w:val="right"/>
      </w:pPr>
      <w:r>
        <w:t>یہ شب معراج جو ہوتی نہیں ہے تو معراج ڈے مناتے ہیں۔ تو معراج ڈے اسلام میں ہرگز نہیں ہے۔ سبق لیجیے، اس حدیث کو پڑھیے جس میں رسول اللہ صلی اللہ علیہ وسلم نے اپنے تجربات بتائے ہیں۔</w:t>
      </w:r>
    </w:p>
    <w:p>
      <w:r>
        <w:rPr>
          <w:b/>
        </w:rPr>
        <w:t xml:space="preserve">[1:43:49] </w:t>
      </w:r>
      <w:r>
        <w:t>Sajid Ahmed Lucknow se pooch rahe hain Maulana ke "While reading Quran, is it necessary to recite Arabic script or only the translation will be enough?"</w:t>
      </w:r>
    </w:p>
    <w:p>
      <w:pPr>
        <w:jc w:val="right"/>
      </w:pPr>
      <w:r>
        <w:t>تو سبق لینا اصل ہے نہ کہ معراج ڈے منانا۔</w:t>
      </w:r>
    </w:p>
    <w:p>
      <w:r>
        <w:rPr>
          <w:b/>
        </w:rPr>
        <w:t xml:space="preserve">[1:43:55] </w:t>
      </w:r>
      <w:r>
        <w:t>sajid ahmed lucknow se pooch rahe hain maulana ke "While reading Quran, is it necessary to recite Arabic script or only the translation will be enough?"</w:t>
      </w:r>
    </w:p>
    <w:p>
      <w:pPr>
        <w:jc w:val="right"/>
      </w:pPr>
      <w:r>
        <w:t>ساجد احمد لکھنو سے پوچھ رہے ہیں مولانا کہ "While reading Quran, is it necessary to recite Arabic script or only the translation will be enough?"</w:t>
      </w:r>
    </w:p>
    <w:p>
      <w:r>
        <w:rPr>
          <w:b/>
        </w:rPr>
        <w:t xml:space="preserve">[1:44:09] </w:t>
      </w:r>
      <w:r>
        <w:t>nahi to yeh to apne halaat par hai. Agar kisi ke paas itna kam time hai to tarjuma padhe. Nahi to arabi padhe, woh arabi padh kar ke is par zyada ghor o fikr kare, zyada soch sakta hai woh.</w:t>
      </w:r>
    </w:p>
    <w:p>
      <w:pPr>
        <w:jc w:val="right"/>
      </w:pPr>
      <w:r>
        <w:t>نہیں تو یہ تو اپنے حالات پر ہے۔ اگر کسی کے پاس اتنا کم ٹائم ہے تو ترجمہ پڑھے۔ نہیں تو عربی پڑھے، وہ عربی پڑھ کر کے اس پر زیادہ غور و فکر کرے، زیادہ سوچ سکتا ہے وہ۔</w:t>
      </w:r>
    </w:p>
    <w:p>
      <w:r>
        <w:rPr>
          <w:b/>
        </w:rPr>
        <w:t xml:space="preserve">[1:44:21] </w:t>
      </w:r>
      <w:r>
        <w:t>Arabi janne wala zyada soch sakta hai, zyada samajh sakta hai. Lekin is ka matlab nahi ke arabi padhna farz hai kisi ke upar. Jo is ke bas mein jitna hai utna woh karna chah</w:t>
      </w:r>
    </w:p>
    <w:p>
      <w:pPr>
        <w:jc w:val="right"/>
      </w:pPr>
      <w:r>
        <w:t>عربی جاننے والا زیادہ سوچ سکتا ہے، زیادہ سمجھ سکتا ہے۔ لیکن اس کا مطلب نہیں کہ عربی پڑھنا فرض ہے کسی کے اوپر۔ جو اس کے بس میں جتنا ہے اتنا وہ کرنا چاہ</w:t>
      </w:r>
    </w:p>
    <w:p>
      <w:r>
        <w:rPr>
          <w:b/>
        </w:rPr>
        <w:t xml:space="preserve">[1:44:30] </w:t>
      </w:r>
      <w:r>
        <w:t>iye. Ittaqullah musta'an.</w:t>
      </w:r>
    </w:p>
    <w:p>
      <w:pPr>
        <w:jc w:val="right"/>
      </w:pPr>
      <w:r>
        <w:t>یے۔ اتقوا الله مستطاعون</w:t>
      </w:r>
    </w:p>
    <w:p>
      <w:r>
        <w:rPr>
          <w:b/>
        </w:rPr>
        <w:t xml:space="preserve">[1:44:35] </w:t>
      </w:r>
      <w:r>
        <w:t>Maulana, yeh sawal kiya hai Mr Arshad Jamal ne New Delhi se.</w:t>
      </w:r>
    </w:p>
    <w:p>
      <w:pPr>
        <w:jc w:val="right"/>
      </w:pPr>
      <w:r>
        <w:t>مولانا، یہ سوال کیا ہے مسٹر ارشد جمال نے نئی دلی سے</w:t>
      </w:r>
    </w:p>
    <w:p>
      <w:r>
        <w:rPr>
          <w:b/>
        </w:rPr>
        <w:t xml:space="preserve">[1:44:41] </w:t>
      </w:r>
      <w:r>
        <w:t>. Unhone likha hai ke "What is the meaning of verse number 6, chapter number 49 of Quran which says, 'Believers, if an evil doer brings you news, assert the correctness of the report fully,</w:t>
      </w:r>
    </w:p>
    <w:p>
      <w:pPr>
        <w:jc w:val="right"/>
      </w:pPr>
      <w:r>
        <w:t>۔ انہوں نے لکھا ہے کہ "What is the meaning of verse number 6, chapter number 49 of Quran which says, 'Believers, if an evil doer brings you news, assert the correctness of the report fully,</w:t>
      </w:r>
    </w:p>
    <w:p>
      <w:r>
        <w:rPr>
          <w:b/>
        </w:rPr>
        <w:t xml:space="preserve">[1:44:57] </w:t>
      </w:r>
      <w:r>
        <w:t>lest you unwittingly harm others and then regret what you have done'?" Haan yeh bohat ahem ayat hai</w:t>
      </w:r>
    </w:p>
    <w:p>
      <w:pPr>
        <w:jc w:val="right"/>
      </w:pPr>
      <w:r>
        <w:t>lest you unwittingly harm others and then regret what you have done'?" ہاں یہ بہت اہم آیت ہے</w:t>
      </w:r>
    </w:p>
    <w:p>
      <w:r>
        <w:rPr>
          <w:b/>
        </w:rPr>
        <w:t xml:space="preserve">[1:45:07] </w:t>
      </w:r>
      <w:r>
        <w:t>ke aadmi jo hai yani misunderstanding ki wajah se rai qaim kar le to yeh Islam mein bohat bara is ko bohat mana kiya gaya hai.</w:t>
      </w:r>
    </w:p>
    <w:p>
      <w:pPr>
        <w:jc w:val="right"/>
      </w:pPr>
      <w:r>
        <w:t>کہ آدمی جو ہے یعنی misunderstanding کی وجہ سے رائے قائم کر لے تو یہ اسلام میں بہت بڑا اس کو بہت منع کیا گیا ہے۔</w:t>
      </w:r>
    </w:p>
    <w:p>
      <w:r>
        <w:rPr>
          <w:b/>
        </w:rPr>
        <w:t xml:space="preserve">[1:45:18] </w:t>
      </w:r>
      <w:r>
        <w:t>Jab tak aap ko pakki knowledge na ho aap ko rai nahi banana chahiye aap ko. Pakki knowledge hona chahiye aap ko tab rai banaiye.</w:t>
      </w:r>
    </w:p>
    <w:p>
      <w:pPr>
        <w:jc w:val="right"/>
      </w:pPr>
      <w:r>
        <w:t>جب تک آپ کو پکی knowledge نہ ہو آپ کو رائے نہیں بنانا چاہیے آپ کو۔ پکی knowledge ہونا چاہیے آپ کو تب رائے بنائیے۔</w:t>
      </w:r>
    </w:p>
    <w:p>
      <w:r>
        <w:rPr>
          <w:b/>
        </w:rPr>
        <w:t xml:space="preserve">[1:45:27] </w:t>
      </w:r>
      <w:r>
        <w:t>To pakki knowledge kaise hogi aap ko tehqeeq karenge, sochenge, mamle ko jajchenge.</w:t>
      </w:r>
    </w:p>
    <w:p>
      <w:pPr>
        <w:jc w:val="right"/>
      </w:pPr>
      <w:r>
        <w:t>تو پکی knowledge کیسے ہوگی آپ کو تحقیق کریں گے، سوچیں گے، معاملے کو جانچیں گے۔</w:t>
      </w:r>
    </w:p>
    <w:p>
      <w:r>
        <w:rPr>
          <w:b/>
        </w:rPr>
        <w:t xml:space="preserve">[1:45:32] </w:t>
      </w:r>
      <w:r>
        <w:t>Lekin is mein ek aur baat mein kahun ke yeh baat itni sada nahi hai. Yeh baat itni sada nahi hai. Jis aadmi se aap jayenge puchne ke liye woh kaise is par bhi depend karta hai.</w:t>
      </w:r>
    </w:p>
    <w:p>
      <w:pPr>
        <w:jc w:val="right"/>
      </w:pPr>
      <w:r>
        <w:t>لیکن اس میں ایک اور بات میں کہوں کہ یہ بات اتنی سادہ نہیں ہے۔ یہ بات اتنی سادہ نہیں ہے۔ جس آدمی سے آپ جائیں گے پوچھنے کے لیے وہ کیسے اس پر بھی depend کرتا ہے۔</w:t>
      </w:r>
    </w:p>
    <w:p>
      <w:r>
        <w:rPr>
          <w:b/>
        </w:rPr>
        <w:t xml:space="preserve">[1:45:45] </w:t>
      </w:r>
      <w:r>
        <w:t>Maslan mein bataun aap ko ek sahab ne mere bare mein ek statement diya paper mein ke mein BJP ka aadmi hoon.</w:t>
      </w:r>
    </w:p>
    <w:p>
      <w:pPr>
        <w:jc w:val="right"/>
      </w:pPr>
      <w:r>
        <w:t>مثلاً میں بتاؤں آپ کو ایک صاحب نے میرے بارے میں ایک statement دیا paper میں کہ میں بی جے پی کا آدمی ہوں۔</w:t>
      </w:r>
    </w:p>
    <w:p>
      <w:r>
        <w:rPr>
          <w:b/>
        </w:rPr>
        <w:t xml:space="preserve">[1:45:55] </w:t>
      </w:r>
      <w:r>
        <w:t>Yeh lafz likh ke mein BJP ka aadmi hoon. Mein ne is se telephone kiya</w:t>
      </w:r>
    </w:p>
    <w:p>
      <w:pPr>
        <w:jc w:val="right"/>
      </w:pPr>
      <w:r>
        <w:t>یہ لفظ لکھ کے میں بی جے پی کا آدمی ہوں۔ میں نے اس سے ٹیلی فون کیا</w:t>
      </w:r>
    </w:p>
    <w:p>
      <w:r>
        <w:rPr>
          <w:b/>
        </w:rPr>
        <w:t xml:space="preserve">[1:46:01] </w:t>
      </w:r>
      <w:r>
        <w:t>, mein ne kaha aap ne keh diya ke BJP ka aadmi hain aap. Kahan aap ke paas kaun sa proof hai? Kaha agar aap jate hain un ke jalse mein. Koi jalse mein jane ka matlab BJP kahan hai?</w:t>
      </w:r>
    </w:p>
    <w:p>
      <w:pPr>
        <w:jc w:val="right"/>
      </w:pPr>
      <w:r>
        <w:t>، میں نے کہا آپ نے کہہ دیا کہ بی جے پی کا آدمی ہیں آپ۔ کہاں آپ کے پاس کون سا proof ہے؟ کہا اگر آپ جاتے ہیں ان کے جلسے میں۔ کوئی جلسے میں جانے کا مطلب بی جے پی کہاں ہے؟</w:t>
      </w:r>
    </w:p>
    <w:p>
      <w:r>
        <w:rPr>
          <w:b/>
        </w:rPr>
        <w:t xml:space="preserve">[1:46:12] </w:t>
      </w:r>
      <w:r>
        <w:t>Hum to jate hain message, hum to hamara ek mission hai message pahunchane ke liye jate hain. Meri tauqeer sun lijiye aap jo is stage bolta hoon mein. To kya kehte hain woh?</w:t>
      </w:r>
    </w:p>
    <w:p>
      <w:pPr>
        <w:jc w:val="right"/>
      </w:pPr>
      <w:r>
        <w:t>ہم تو جاتے ہیں message، ہم تو ہمارا ایک mission ہے message پہنچانے کے لیے جاتے ہیں۔ میری توقیر سن لیجیے آپ جو اس stage بولتا ہوں میں۔ تو کیا کہتے ہیں وہ؟</w:t>
      </w:r>
    </w:p>
    <w:p>
      <w:r>
        <w:rPr>
          <w:b/>
        </w:rPr>
        <w:t xml:space="preserve">[1:46:23] </w:t>
      </w:r>
      <w:r>
        <w:t>Mana nahi unhone tehqeeq ke baad bhi. Lekin bohat khatarnak baat hai yeh.</w:t>
      </w:r>
    </w:p>
    <w:p>
      <w:pPr>
        <w:jc w:val="right"/>
      </w:pPr>
      <w:r>
        <w:t>منع نہیں انہوں نے تحقیق کے بعد بھی۔ لیکن بہت خطرناک بات ہے یہ۔</w:t>
      </w:r>
    </w:p>
    <w:p>
      <w:r>
        <w:rPr>
          <w:b/>
        </w:rPr>
        <w:t xml:space="preserve">[1:46:29] </w:t>
      </w:r>
      <w:r>
        <w:t>Yeh do tarafah do dhari talwar hai yeh. Is zamane mein log sach nahi bolte. Pehle zamane mein sach bolte the.</w:t>
      </w:r>
    </w:p>
    <w:p>
      <w:pPr>
        <w:jc w:val="right"/>
      </w:pPr>
      <w:r>
        <w:t>یہ دو طرفہ دو دھاری تلوار ہے یہ۔ اس زمانے میں لوگ سچ نہیں بولتے۔ پہلے زمانے میں سچ بولتے تھے۔</w:t>
      </w:r>
    </w:p>
    <w:p>
      <w:r>
        <w:rPr>
          <w:b/>
        </w:rPr>
        <w:t xml:space="preserve">[1:46:40] </w:t>
      </w:r>
      <w:r>
        <w:t>Pehle zamane mein aasan tha tehqeeq karna. Ab tehqeeq karna aasan nahi hai. Ab kya aadmi safai pesh karta hai, ghuma phira ke baat karta hai, idhar udhar ki baat karta hai.</w:t>
      </w:r>
    </w:p>
    <w:p>
      <w:pPr>
        <w:jc w:val="right"/>
      </w:pPr>
      <w:r>
        <w:t>پہلے زمانے میں آسان تھا تحقیق کرنا۔ اب تحقیق کرنا آسان نہیں ہے۔ اب کیا آدمی صفائی پیش کرتا ہے، گھما پھرا کے بات کرتا ہے، ادھر ادھر کی بات کرتا ہے۔</w:t>
      </w:r>
    </w:p>
    <w:p>
      <w:r>
        <w:rPr>
          <w:b/>
        </w:rPr>
        <w:t xml:space="preserve">[1:46:49] </w:t>
      </w:r>
      <w:r>
        <w:t>To unhone kya aap jante hain kya diya unhone? Ek hadith pesh kar di.</w:t>
      </w:r>
    </w:p>
    <w:p>
      <w:pPr>
        <w:jc w:val="right"/>
      </w:pPr>
      <w:r>
        <w:t>تو انہوں نے کیا آپ جانتے ہیں کیا دیا انہوں نے؟ ایک حدیث پیش کر دی۔</w:t>
      </w:r>
    </w:p>
    <w:p>
      <w:r>
        <w:rPr>
          <w:b/>
        </w:rPr>
        <w:t xml:space="preserve">[1:46:54] </w:t>
      </w:r>
      <w:r>
        <w:t>Ittqoo wa qe'oo al-tuhm. Tohmat ki jagahon se bacho. Matlab wahan jo hai woh ek tohmat ki jagah hai log badnaam jagah wahan kyun jate hain aap?</w:t>
      </w:r>
    </w:p>
    <w:p>
      <w:pPr>
        <w:jc w:val="right"/>
      </w:pPr>
      <w:r>
        <w:t>اتقوا وواقعوا التهم تہمت کی جگہوں سے بچو۔ مطلب وہاں جو ہے وہ ایک تہمت کی جگہ ہے لوگ بدنام جگہ وہاں کیوں جاتے ہیں آپ؟</w:t>
      </w:r>
    </w:p>
    <w:p>
      <w:r>
        <w:rPr>
          <w:b/>
        </w:rPr>
        <w:t xml:space="preserve">[1:47:05] </w:t>
      </w:r>
      <w:r>
        <w:t>Ab ek naya shosha nikal liya unhone.</w:t>
      </w:r>
    </w:p>
    <w:p>
      <w:pPr>
        <w:jc w:val="right"/>
      </w:pPr>
      <w:r>
        <w:t>اب ایک نیا شوشہ نکال لیا انہوں نے۔</w:t>
      </w:r>
    </w:p>
    <w:p>
      <w:r>
        <w:rPr>
          <w:b/>
        </w:rPr>
        <w:t xml:space="preserve">[1:47:12] </w:t>
      </w:r>
      <w:r>
        <w:t>Yeh bohat bari musibat hai is zamane mein jeena hai yaad rakhiye. Har aadmi jo hai apni safai pesh karna chahta hai. Ke mein saaf suthra bana raha hoon. Mere par koi dhabba na lage.</w:t>
      </w:r>
    </w:p>
    <w:p>
      <w:pPr>
        <w:jc w:val="right"/>
      </w:pPr>
      <w:r>
        <w:t>یہ بہت بڑی مصیبت ہے اس زمانے میں جینا ہے یاد رکھیے۔ ہر آدمی جو ہے اپنی صفائی پیش کرنا چاہتا ہے۔ کہ میں صاف ستھرا بنا رہا ہوں۔ میرے پر کوئی دھبہ نہ لگے۔</w:t>
      </w:r>
    </w:p>
    <w:p>
      <w:r>
        <w:rPr>
          <w:b/>
        </w:rPr>
        <w:t xml:space="preserve">[1:47:23] </w:t>
      </w:r>
      <w:r>
        <w:t>Pehle zamane mein aadmi phir maan leta hai jaldi se. Kahan bhai mujh se ghalati hui aur baat aisi thi waisi thi. To sab tehqeeq kar ke jaldi se maloom haqeeqat maloom ho jati thi.</w:t>
      </w:r>
    </w:p>
    <w:p>
      <w:pPr>
        <w:jc w:val="right"/>
      </w:pPr>
      <w:r>
        <w:t>پہلے زمانے میں آدمی پھر مان لیتا ہے جلدی سے۔ کہاں بھئی مجھ سے غلطی ہوئی اور بات ایسی تھی ویسی تھی۔ تو سب تحقیق کر کے جلدی سے معلوم حقیقت معلوم ہو جاتی تھی۔</w:t>
      </w:r>
    </w:p>
    <w:p>
      <w:r>
        <w:rPr>
          <w:b/>
        </w:rPr>
        <w:t xml:space="preserve">[1:47:33] </w:t>
      </w:r>
      <w:r>
        <w:t>Ab maloom hi nahi thi haqeeqat ab. Kaise aap jane ke firishton ke record to aap ke paas hain nahi.</w:t>
      </w:r>
    </w:p>
    <w:p>
      <w:pPr>
        <w:jc w:val="right"/>
      </w:pPr>
      <w:r>
        <w:t>اب معلوم ہی نہیں تھی حقیقت اب۔ کیسے آپ جانیں کہ فرشتوں کے ریکارڈ تو آپ کے پاس ہیں نہیں۔</w:t>
      </w:r>
    </w:p>
    <w:p>
      <w:r>
        <w:rPr>
          <w:b/>
        </w:rPr>
        <w:t xml:space="preserve">[1:47:42] </w:t>
      </w:r>
      <w:r>
        <w:t>Aap ke paas firishton ke record nahi hain. Jis se aap puche ja rahe hain woh aadmi sahi baat batata nahi.</w:t>
      </w:r>
    </w:p>
    <w:p>
      <w:pPr>
        <w:jc w:val="right"/>
      </w:pPr>
      <w:r>
        <w:t>آپ کے پاس فرشتوں کے ریکارڈ نہیں ہیں۔ جس سے آپ پوچھے جا رہے ہیں وہ آدمی صحیح بات بتاتا نہیں۔</w:t>
      </w:r>
    </w:p>
    <w:p>
      <w:r>
        <w:rPr>
          <w:b/>
        </w:rPr>
        <w:t xml:space="preserve">[1:47:52] </w:t>
      </w:r>
      <w:r>
        <w:t>Mein aap ko aise bohat se qisse mere paas hain apni zaati. Ab bataiye ke mein ne jab keh diya use saaf saaf ke mein jata hoon BJP ke jalse mein to jata hoon mein mere saathi hote hain mein speech deta hoon Islam par phir woh Quran bantate hain un logon ko to matlab dawat ke liye jata hoon tab kya kehte hain Ittaqoo wa qe'oo al-tuhm tohmat ki jagahon se bacho matlab woh badnaam party hai to wahan jana hi nahi chahiye aap ko.</w:t>
      </w:r>
    </w:p>
    <w:p>
      <w:pPr>
        <w:jc w:val="right"/>
      </w:pPr>
      <w:r>
        <w:t>میں آپ کو ایسے بہت سے قصے میرے پاس ہیں اپنی ذاتی۔ اب بتائیے کہ میں نے جب کہہ دیا اسے صاف صاف کہ میں جاتا ہوں بی جے پی کے جلسے میں تو جاتا ہوں میں میرے ساتھی ہوتے ہیں میں اسپیچ دیتا ہوں اسلام پر پھر وہ قرآن بانٹتے ہیں ان لوگوں کو تو مطلب دعوت کے لیے جاتا ہوں تب کیا کہتے ہیں اتقوا وواقعوا التهم تہمت کی جگہوں سے بچو مطلب وہ بدنام پارٹی ہے تو وہاں جانا ہی نہیں چاہیے آپ کو۔</w:t>
      </w:r>
    </w:p>
    <w:p>
      <w:r>
        <w:rPr>
          <w:b/>
        </w:rPr>
        <w:t xml:space="preserve">[1:48:21] </w:t>
      </w:r>
      <w:r>
        <w:t>to kaise aap kaise aap tehqeeq karenge? jab manne wala safai pesh kare ya safai kare jhoote yani jhoote pehlu nikalta rahe shoshe ab kya karenge aap?</w:t>
      </w:r>
    </w:p>
    <w:p>
      <w:pPr>
        <w:jc w:val="right"/>
      </w:pPr>
      <w:r>
        <w:t>تو کیسے آپ کیسے آپ تحقیق کریں گے؟ جب ماننے والا صفائی پیش کرے یا صفائی کرے جھوٹے یعنی جھوٹے پہلو نکالتا رہے شوشے اب کیا کریں گے آپ؟</w:t>
      </w:r>
    </w:p>
    <w:p>
      <w:r>
        <w:rPr>
          <w:b/>
        </w:rPr>
        <w:t xml:space="preserve">[1:48:35] </w:t>
      </w:r>
      <w:r>
        <w:t>yeh aisa bura zamana aa gaya hai bura zamana ke ummat hairaan ho gaya hai hum jeena mushkil ho gaya hai. kaise jaye aadmi? pehle zamane mein log seedhe saadhe hote the.</w:t>
      </w:r>
    </w:p>
    <w:p>
      <w:pPr>
        <w:jc w:val="right"/>
      </w:pPr>
      <w:r>
        <w:t>یہ ایسا برا زمانہ آ گیا ہے برا زمانہ کہ امت حیران ہو گیا ہے ہم جینا مشکل ہو گیا ہے۔ کیسے جائے آدمی؟ پہلے زمانے میں لوگ سیدھے سادھے ہوتے تھے۔</w:t>
      </w:r>
    </w:p>
    <w:p>
      <w:r>
        <w:rPr>
          <w:b/>
        </w:rPr>
        <w:t xml:space="preserve">[1:48:46] </w:t>
      </w:r>
      <w:r>
        <w:t>ab seedha koi hai nahin. ab koi seedha hi nahin hai.</w:t>
      </w:r>
    </w:p>
    <w:p>
      <w:pPr>
        <w:jc w:val="right"/>
      </w:pPr>
      <w:r>
        <w:t>اب سیدھا کوئی ہے نہیں۔ اب کوئی سیدھا ہی نہیں ہے۔</w:t>
      </w:r>
    </w:p>
    <w:p>
      <w:r>
        <w:rPr>
          <w:b/>
        </w:rPr>
        <w:t xml:space="preserve">[1:48:51] </w:t>
      </w:r>
      <w:r>
        <w:t>har aadmi charhaye har aadmi charhaye. aur is zamane mein mein kehta hoon ke saare log taqreeban yeh koshish mein hote hain ke mera mere meri meri shakhsiyat bani rahe.</w:t>
      </w:r>
    </w:p>
    <w:p>
      <w:pPr>
        <w:jc w:val="right"/>
      </w:pPr>
      <w:r>
        <w:t>ہر آدمی چڑھائے ہر آدمی چڑھائے۔ اور اس زمانے میں میں کہتا ہوں کہ سارے لوگ تقریباً یہ کوشش میں ہوتے ہیں کہ میرا میرے میری میری شخصیت بنی رہے۔</w:t>
      </w:r>
    </w:p>
    <w:p>
      <w:r>
        <w:rPr>
          <w:b/>
        </w:rPr>
        <w:t xml:space="preserve">[1:49:03] </w:t>
      </w:r>
      <w:r>
        <w:t>meri shakhsiyat par koi dhabba na lagne paye. to ghuma phira ke apne ko safai pesh karte rehte hain. I was wrong kaun kehta hai mujhe bataiye. tehqeeq karne se baat khatam zaroor ho jati hai.</w:t>
      </w:r>
    </w:p>
    <w:p>
      <w:pPr>
        <w:jc w:val="right"/>
      </w:pPr>
      <w:r>
        <w:t>میری شخصیت پر کوئی دھبہ نہ لگنے پائے۔ تو گھما پھرا کے اپنے کو صفائی پیش کرتے رہتے ہیں۔ I was wrong کون کہتا ہے مجھے بتائیے۔ تحقیق کرنے سے بات ختم ضرور ہو جاتی ہے۔</w:t>
      </w:r>
    </w:p>
    <w:p>
      <w:r>
        <w:rPr>
          <w:b/>
        </w:rPr>
        <w:t xml:space="preserve">[1:49:16] </w:t>
      </w:r>
      <w:r>
        <w:t>pehlay zamane mein tha ke I was wrong. I was wrong.</w:t>
      </w:r>
    </w:p>
    <w:p>
      <w:pPr>
        <w:jc w:val="right"/>
      </w:pPr>
      <w:r>
        <w:t>پہلے زمانے میں تھا کہ I was wrong. I was wrong.</w:t>
      </w:r>
    </w:p>
    <w:p>
      <w:r>
        <w:rPr>
          <w:b/>
        </w:rPr>
        <w:t xml:space="preserve">[1:49:21] </w:t>
      </w:r>
      <w:r>
        <w:t>ab kaun kehta hai I was wrong. log ghumate phira baat karte hain pech up kar ke baat karte hain apni safai pesh karte hain false justification pesh karte hain baat kisi se reporting nahin karte.</w:t>
      </w:r>
    </w:p>
    <w:p>
      <w:pPr>
        <w:jc w:val="right"/>
      </w:pPr>
      <w:r>
        <w:t>اب کون کہتا ہے I was wrong. لوگ گھماتے پھر بات کرتے ہیں پیچ اپ کر کے بات کرتے ہیں اپنی صفائی پیش کرتے ہیں فالس جسٹیفیکیشن پیش کرتے ہیں بات کسی سے رپورٹنگ نہیں کرتے۔</w:t>
      </w:r>
    </w:p>
    <w:p>
      <w:r>
        <w:rPr>
          <w:b/>
        </w:rPr>
        <w:t xml:space="preserve">[1:49:34] </w:t>
      </w:r>
      <w:r>
        <w:t>to dekhiye do baatein hain yeh single baat nahin hai yeh. ek yeh hai ke aadmi ko chahiye ke sun kar na maan le.</w:t>
      </w:r>
    </w:p>
    <w:p>
      <w:pPr>
        <w:jc w:val="right"/>
      </w:pPr>
      <w:r>
        <w:t>تو دیکھیے دو باتیں ہیں یہ سنگل بات نہیں ہے یہ۔ ایک یہ ہے کہ آدمی کو چاہیے کہ سن کر نہ مان لے۔</w:t>
      </w:r>
    </w:p>
    <w:p>
      <w:r>
        <w:rPr>
          <w:b/>
        </w:rPr>
        <w:t xml:space="preserve">[1:49:44] </w:t>
      </w:r>
      <w:r>
        <w:t>hadith mein aata hai ke kafy bilmar'u kadhiban yahdithu bikulli ma sami'a aadmi ke jhoota hone ke liye baat kaafi hai jo sune us ko bayan kar le jo sune us ko bayan kar lega.</w:t>
      </w:r>
    </w:p>
    <w:p>
      <w:pPr>
        <w:jc w:val="right"/>
      </w:pPr>
      <w:r>
        <w:t>حدیث میں آتا ہے کہ کفى بالمرء كذبا یحدث بكل ما سمع آدمی کے جھوٹا ہونے کے لیے بات کافی ہے جو سنے اس کو بیان کر لے جو سنے اس کو بیان کر لے گا۔</w:t>
      </w:r>
    </w:p>
    <w:p>
      <w:r>
        <w:rPr>
          <w:b/>
        </w:rPr>
        <w:t xml:space="preserve">[1:49:57] </w:t>
      </w:r>
      <w:r>
        <w:t>is wajah se dekhiye pehle do point hua. ek point yeh hai ke jab aap sunein to us ki tehqeeq karein. jab sunein to tehqeeq karein. relevant logon se</w:t>
      </w:r>
    </w:p>
    <w:p>
      <w:pPr>
        <w:jc w:val="right"/>
      </w:pPr>
      <w:r>
        <w:t>اس وجہ سے دیکھیے پہلے دو پوائنٹ ہوا۔ ایک پوائنٹ یہ ہے کہ جب آپ سنیں تو اس کی تحقیق کریں۔ جب سنیں تو تحقیق کریں۔ ریلیونٹ لوگوں سے</w:t>
      </w:r>
    </w:p>
    <w:p>
      <w:r>
        <w:rPr>
          <w:b/>
        </w:rPr>
        <w:t xml:space="preserve">[1:50:07] </w:t>
      </w:r>
      <w:r>
        <w:t>tehqeeq kar ke rai banayein. ek baat. doosri baat yeh aap yeh yeh bhi janna hai ke aap ek aise zamane mein hain jahan aap ko yeh musibat hai ke koi aadmi saaf baat karta nahin. saaf baat karta nahin to kaise aap us ko kya k</w:t>
      </w:r>
    </w:p>
    <w:p>
      <w:pPr>
        <w:jc w:val="right"/>
      </w:pPr>
      <w:r>
        <w:t>تحقیق کر کے رائے بنائیں۔ ایک بات۔ دوسری بات یہ آپ یہ یہ بھی جاننا ہے کہ آپ ایک ایسے زمانے میں ہیں جہاں آپ کو یہ مصیبت ہے کہ کوئی آدمی صاف بات کرتا نہیں۔ صاف بات کرتا نہیں تو کیسے آپ اس کو کیا ک</w:t>
      </w:r>
    </w:p>
    <w:p>
      <w:r>
        <w:rPr>
          <w:b/>
        </w:rPr>
        <w:t xml:space="preserve">[1:50:20] </w:t>
      </w:r>
      <w:r>
        <w:t>arein? jaise mein ne qissa bataya aap ko ke jab mein ne saaf saaf keh diya ke mein bibi chup jata hoon to mein us se koi ta'alluq nahin koi lena dena nahin hai. mein jata hoon ek message pohanchane ke liye.</w:t>
      </w:r>
    </w:p>
    <w:p>
      <w:pPr>
        <w:jc w:val="right"/>
      </w:pPr>
      <w:r>
        <w:t>ریں؟ جیسے میں نے قصہ بتایا آپ کو کہ جب میں نے صاف صاف کہہ دیا کہ میں بی بی چھپ جاتا ہوں تو میں اس سے کوئی تعلق نہیں کوئی لینا دینا نہیں ہے۔ میں جاتا ہوں ایک میسج پہنچانے کے لیے۔</w:t>
      </w:r>
    </w:p>
    <w:p>
      <w:r>
        <w:rPr>
          <w:b/>
        </w:rPr>
        <w:t xml:space="preserve">[1:50:30] </w:t>
      </w:r>
      <w:r>
        <w:t>mere saathi wahan Quran padhte hain. tab kya kehte hain ittaqu wa waqi'u al-tuhum mein ne sar peet liya ke aise logon se Khuda nipt sakta hai aise?</w:t>
      </w:r>
    </w:p>
    <w:p>
      <w:pPr>
        <w:jc w:val="right"/>
      </w:pPr>
      <w:r>
        <w:t>میرے ساتھی وہاں قرآن پڑھتے ہیں۔ تب کیا کہتے ہیں اتقوا وواقعوا التهم میں نے سر پیٹ لیا کہ ایسے لوگوں سے خدا نپٹ سکتا ہے ایسے؟</w:t>
      </w:r>
    </w:p>
    <w:p>
      <w:r>
        <w:rPr>
          <w:b/>
        </w:rPr>
        <w:t xml:space="preserve">[1:50:42] </w:t>
      </w:r>
      <w:r>
        <w:t>Khuda ke farishtay nipt sakte hain hum to nipt nahin sakte aise logon se. yeh mamlaat bohat hi pecheeda hain.</w:t>
      </w:r>
    </w:p>
    <w:p>
      <w:pPr>
        <w:jc w:val="right"/>
      </w:pPr>
      <w:r>
        <w:t>خدا کے فرشتے نپٹ سکتے ہیں ہم تو نپٹ نہیں سکتے ایسے لوگوں سے۔ یہ معاملات بہت ہی پیچیدہ ہیں۔</w:t>
      </w:r>
    </w:p>
    <w:p>
      <w:r>
        <w:rPr>
          <w:b/>
        </w:rPr>
        <w:t xml:space="preserve">[1:50:49] </w:t>
      </w:r>
      <w:r>
        <w:t>yeh zamana pecheedgi ka zamana hai. har taraf har cheez complex ho gayi hai. jaise technology complex ho gayi hai na aisi soch bhi complex ho gayi hai.</w:t>
      </w:r>
    </w:p>
    <w:p>
      <w:pPr>
        <w:jc w:val="right"/>
      </w:pPr>
      <w:r>
        <w:t>یہ زمانہ پیچیدگی کا زمانہ ہے۔ ہر طرف ہر چیز کمپلیکس ہو گئی ہے۔ جیسے ٹیکنالوجی کمپلیکس ہو گئی ہے نا ایسی سوچ بھی کمپلیکس ہو گئی ہے۔</w:t>
      </w:r>
    </w:p>
    <w:p>
      <w:r>
        <w:rPr>
          <w:b/>
        </w:rPr>
        <w:t xml:space="preserve">[1:51:00] </w:t>
      </w:r>
      <w:r>
        <w:t>bohat hi har har taraf complexities. We are living in the in the midst of complexities to mein to itna zyada pareshan ho gaya yaad rakhiye rozah dua karta hoon Khuda ya mujhe maadoom kar de mera wajood mit jaye.</w:t>
      </w:r>
    </w:p>
    <w:p>
      <w:pPr>
        <w:jc w:val="right"/>
      </w:pPr>
      <w:r>
        <w:t>بہت ہی ہر ہر طرف کمپلیکسٹیز۔ We are living in the in the midst of complexities تو میں تو اتنا زیادہ پریشان ہو گیا یاد رکھیے روزہ دعا کرتا ہوں خدایا مجھے معدوم کر دے میرا وجود مٹ جائے۔</w:t>
      </w:r>
    </w:p>
    <w:p>
      <w:r>
        <w:rPr>
          <w:b/>
        </w:rPr>
        <w:t xml:space="preserve">[1:51:15] </w:t>
      </w:r>
      <w:r>
        <w:t>yaqeen kijiye meri sab se mehboob dua yahi hai.</w:t>
      </w:r>
    </w:p>
    <w:p>
      <w:pPr>
        <w:jc w:val="right"/>
      </w:pPr>
      <w:r>
        <w:t>یقین کیجیے میری سب سے محبوب دعا یہی ہے۔</w:t>
      </w:r>
    </w:p>
    <w:p>
      <w:r>
        <w:rPr>
          <w:b/>
        </w:rPr>
        <w:t xml:space="preserve">[1:51:20] </w:t>
      </w:r>
      <w:r>
        <w:t>itna zyada mera haal ho raha hai ke mein dua karta hoon Khuda mujhe maadoom kar de mera wajood hi na rahe na is duniya mein rahe na aakhirat mein rahe.</w:t>
      </w:r>
    </w:p>
    <w:p>
      <w:pPr>
        <w:jc w:val="right"/>
      </w:pPr>
      <w:r>
        <w:t>اتنا زیادہ میرا حال ہو رہا ہے کہ میں دعا کرتا ہوں خدا مجھے معدوم کر دے میرا وجود ہی نہ رہے نہ اس دنیا میں رہے نہ آخرت میں رہے۔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