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Crises Management September 18, 2011</w:t>
      </w:r>
    </w:p>
    <w:p>
      <w:r>
        <w:t>https://youtu.be/s3cYFtQZwzw</w:t>
      </w:r>
    </w:p>
    <w:p>
      <w:r>
        <w:rPr>
          <w:b/>
        </w:rPr>
        <w:t xml:space="preserve">[00:36] </w:t>
      </w:r>
      <w:r>
        <w:t>aaj ka topic hai</w:t>
      </w:r>
    </w:p>
    <w:p>
      <w:pPr>
        <w:jc w:val="right"/>
      </w:pPr>
      <w:r>
        <w:t>آج کا ٹاپک ہے</w:t>
      </w:r>
    </w:p>
    <w:p>
      <w:r>
        <w:rPr>
          <w:b/>
        </w:rPr>
        <w:t xml:space="preserve">[00:44] </w:t>
      </w:r>
      <w:r>
        <w:t>"the crisis management", yaani bahran ka masla.</w:t>
      </w:r>
    </w:p>
    <w:p>
      <w:pPr>
        <w:jc w:val="right"/>
      </w:pPr>
      <w:r>
        <w:t>"دا کرائسز مینجمنٹ"، یعنی بحران کا مسئلہ۔</w:t>
      </w:r>
    </w:p>
    <w:p>
      <w:r>
        <w:rPr>
          <w:b/>
        </w:rPr>
        <w:t xml:space="preserve">[00:53] </w:t>
      </w:r>
      <w:r>
        <w:t>dekhein, bahran ya crisis yeh zindagi ka ek hissa hai.</w:t>
      </w:r>
    </w:p>
    <w:p>
      <w:pPr>
        <w:jc w:val="right"/>
      </w:pPr>
      <w:r>
        <w:t>دیکھیں، بحران یا کرائسز یہ زندگی کا ایک حصہ ہے۔</w:t>
      </w:r>
    </w:p>
    <w:p>
      <w:r>
        <w:rPr>
          <w:b/>
        </w:rPr>
        <w:t xml:space="preserve">[01:01] </w:t>
      </w:r>
      <w:r>
        <w:t>individual ke saath bhi hota hai, nation ke saath, har jagah. to "how to manage the crisis" yeh har aadmi ka masla hai.</w:t>
      </w:r>
    </w:p>
    <w:p>
      <w:pPr>
        <w:jc w:val="right"/>
      </w:pPr>
      <w:r>
        <w:t>انڈیویجول کے ساتھ بھی ہوتا ہے، نیشن کے ساتھ، ہر جگہ۔ تو "ہاؤ ٹو مینج دا کرائسز" یہ ہر آدمی کا مسئلہ ہے۔</w:t>
      </w:r>
    </w:p>
    <w:p>
      <w:r>
        <w:rPr>
          <w:b/>
        </w:rPr>
        <w:t xml:space="preserve">[01:18] </w:t>
      </w:r>
      <w:r>
        <w:t>jo log crisis ko manage karne na jaane, isi mein phans kar reh jaate hain.</w:t>
      </w:r>
    </w:p>
    <w:p>
      <w:pPr>
        <w:jc w:val="right"/>
      </w:pPr>
      <w:r>
        <w:t>جو لوگ کرائسز کو مینج کرنے نہ جانے، اسی میں پھنس کر رہ جاتے ہیں۔</w:t>
      </w:r>
    </w:p>
    <w:p>
      <w:r>
        <w:rPr>
          <w:b/>
        </w:rPr>
        <w:t xml:space="preserve">[01:27] </w:t>
      </w:r>
      <w:r>
        <w:t>crisis kya hai?</w:t>
      </w:r>
    </w:p>
    <w:p>
      <w:pPr>
        <w:jc w:val="right"/>
      </w:pPr>
      <w:r>
        <w:t>کرائسز کیا ہے؟</w:t>
      </w:r>
    </w:p>
    <w:p>
      <w:r>
        <w:rPr>
          <w:b/>
        </w:rPr>
        <w:t xml:space="preserve">[01:30] </w:t>
      </w:r>
      <w:r>
        <w:t>kraisiz darasal wahi cheez hai jis ko hum "problem" kehte hain. agar problem aam qisam ka ho to wo sirf problem rahe ga.</w:t>
      </w:r>
    </w:p>
    <w:p>
      <w:pPr>
        <w:jc w:val="right"/>
      </w:pPr>
      <w:r>
        <w:t>کرائسز دراصل وہی چیز ہے جس کو ہم "پرابلم" کہتے ہیں۔ اگر پرابلم عام قسم کا ہو تو وہ صرف پرابلم رہے گا۔</w:t>
      </w:r>
    </w:p>
    <w:p>
      <w:r>
        <w:rPr>
          <w:b/>
        </w:rPr>
        <w:t xml:space="preserve">[01:44] </w:t>
      </w:r>
      <w:r>
        <w:t>agar problem bohat complex ho, naya ho, is ka solution na samajh mein aata ho, then it is kraisiz.</w:t>
      </w:r>
    </w:p>
    <w:p>
      <w:pPr>
        <w:jc w:val="right"/>
      </w:pPr>
      <w:r>
        <w:t>اگر پرابلم بہت کمپلیکس ہو، نیا ہو، اس کا سولیوشن نہ سمجھ میں آتا ہو، دین اٹ از کرائسز۔</w:t>
      </w:r>
    </w:p>
    <w:p>
      <w:r>
        <w:rPr>
          <w:b/>
        </w:rPr>
        <w:t xml:space="preserve">[01:53] </w:t>
      </w:r>
      <w:r>
        <w:t>jaise mein misaal doon, aik shakhs yahan aata hai, is ko oopar is floor par pohnchna hai. ab wo aa ke dekhta hai ke yahan deewarein hain,</w:t>
      </w:r>
    </w:p>
    <w:p>
      <w:pPr>
        <w:jc w:val="right"/>
      </w:pPr>
      <w:r>
        <w:t>جیسے میں مثال دوں، ایک شخص یہاں آتا ہے، اس کو اوپر اس فلور پر پہنچنا ہے۔ اب وہ آ کے دیکھتا ہے کہ یہاں دیواریں ہیں،</w:t>
      </w:r>
    </w:p>
    <w:p>
      <w:r>
        <w:rPr>
          <w:b/>
        </w:rPr>
        <w:t xml:space="preserve">[02:07] </w:t>
      </w:r>
      <w:r>
        <w:t>is ko seerhi ka pata nahi, stair ka pata nahi. ab idhar udhar wo uchal kood karne lage, to</w:t>
      </w:r>
    </w:p>
    <w:p>
      <w:pPr>
        <w:jc w:val="right"/>
      </w:pPr>
      <w:r>
        <w:t>اس کو سیڑھی کا پتہ نہیں، اسٹیئر کا پتہ نہیں۔ اب ادھر ادھر وہ اچھل کود کرنے لگے، تو</w:t>
      </w:r>
    </w:p>
    <w:p>
      <w:r>
        <w:rPr>
          <w:b/>
        </w:rPr>
        <w:t xml:space="preserve">[02:19] </w:t>
      </w:r>
      <w:r>
        <w:t>kraisiz ko manage nahi kar paya wo.</w:t>
      </w:r>
    </w:p>
    <w:p>
      <w:pPr>
        <w:jc w:val="right"/>
      </w:pPr>
      <w:r>
        <w:t>کرائسز کو مینج نہیں کر پایا وہ۔</w:t>
      </w:r>
    </w:p>
    <w:p>
      <w:r>
        <w:rPr>
          <w:b/>
        </w:rPr>
        <w:t xml:space="preserve">[02:23] </w:t>
      </w:r>
      <w:r>
        <w:t>agar wo dhoond kar seerhi ka pata kar le aur seerhiyon par charh ke oopar aa jaye, then he manage the kraisiz successfully.</w:t>
      </w:r>
    </w:p>
    <w:p>
      <w:pPr>
        <w:jc w:val="right"/>
      </w:pPr>
      <w:r>
        <w:t>اگر وہ ڈھونڈ کر سیڑھی کا پتہ کر لے اور سیڑھیوں پر چڑھ کے اوپر آ جائے، دین ہی مینج دا کرائسز سکسیس فلی۔</w:t>
      </w:r>
    </w:p>
    <w:p>
      <w:r>
        <w:rPr>
          <w:b/>
        </w:rPr>
        <w:t xml:space="preserve">[02:37] </w:t>
      </w:r>
      <w:r>
        <w:t>aise hi farz kiye ke aap road par apni gaari chala rahe hain, samne se aik aur car aye gi.</w:t>
      </w:r>
    </w:p>
    <w:p>
      <w:pPr>
        <w:jc w:val="right"/>
      </w:pPr>
      <w:r>
        <w:t>ایسے ہی فرض کیے کہ آپ روڈ پر اپنی گاڑی چلا رہے ہیں، سامنے سے ایک اور کار آئے گی۔</w:t>
      </w:r>
    </w:p>
    <w:p>
      <w:r>
        <w:rPr>
          <w:b/>
        </w:rPr>
        <w:t xml:space="preserve">[02:47] </w:t>
      </w:r>
      <w:r>
        <w:t>ab dono aamne samne hain.</w:t>
      </w:r>
    </w:p>
    <w:p>
      <w:pPr>
        <w:jc w:val="right"/>
      </w:pPr>
      <w:r>
        <w:t>اب دونوں آمنے سامنے ہیں۔</w:t>
      </w:r>
    </w:p>
    <w:p>
      <w:r>
        <w:rPr>
          <w:b/>
        </w:rPr>
        <w:t xml:space="preserve">[02:50] </w:t>
      </w:r>
      <w:r>
        <w:t>wo horn baja raha hai, aap horn baja rahe hain. to is ka matlab hai ke aap problem ko solve nahi kar sake. wo kraisiz ban jaye ga, dead lock ban gaya.</w:t>
      </w:r>
    </w:p>
    <w:p>
      <w:pPr>
        <w:jc w:val="right"/>
      </w:pPr>
      <w:r>
        <w:t>وہ ہارن بجا رہا ہے، آپ ہارن بجا رہے ہیں۔ تو اس کا مطلب ہے کہ آپ پرابلم کو سالو نہیں کر سکے۔ وہ کرائسز بن جائے گا، ڈیڈ لاک بن گیا۔</w:t>
      </w:r>
    </w:p>
    <w:p>
      <w:r>
        <w:rPr>
          <w:b/>
        </w:rPr>
        <w:t xml:space="preserve">[03:04] </w:t>
      </w:r>
      <w:r>
        <w:t>lekin agar aap yeh sochein ke wo agar galat chal raha hai, chal raha hai to ab mein to apne side mein gaari moroon aur aage nikal jaon.</w:t>
      </w:r>
    </w:p>
    <w:p>
      <w:pPr>
        <w:jc w:val="right"/>
      </w:pPr>
      <w:r>
        <w:t>لیکن اگر آپ یہ سوچیں کہ وہ اگر غلط چل رہا ہے، چل رہا ہے تو اب میں تو اپنے سائیڈ میں گاڑی موڑوں اور آگے نکل جاؤں۔</w:t>
      </w:r>
    </w:p>
    <w:p>
      <w:r>
        <w:rPr>
          <w:b/>
        </w:rPr>
        <w:t xml:space="preserve">[03:15] </w:t>
      </w:r>
      <w:r>
        <w:t>to ab aap ne kraisiz ko manage kar liya.</w:t>
      </w:r>
    </w:p>
    <w:p>
      <w:pPr>
        <w:jc w:val="right"/>
      </w:pPr>
      <w:r>
        <w:t>تو اب آپ نے کرائسز کو مینج کر لیا۔</w:t>
      </w:r>
    </w:p>
    <w:p>
      <w:r>
        <w:rPr>
          <w:b/>
        </w:rPr>
        <w:t xml:space="preserve">[03:19] </w:t>
      </w:r>
      <w:r>
        <w:t>is ko kaha jata hai "defensive driving". defensive driving asal mein crisis management hi ka doosra naam hai.</w:t>
      </w:r>
    </w:p>
    <w:p>
      <w:pPr>
        <w:jc w:val="right"/>
      </w:pPr>
      <w:r>
        <w:t>اس کو کہا جاتا ہے "ڈیفنسو ڈرائیونگ"۔ ڈیفنسو ڈرائیونگ اصل میں کرائسز مینجمنٹ ہی کا دوسرا نام ہے۔</w:t>
      </w:r>
    </w:p>
    <w:p>
      <w:r>
        <w:rPr>
          <w:b/>
        </w:rPr>
        <w:t xml:space="preserve">[03:31] </w:t>
      </w:r>
      <w:r>
        <w:t>to yeh situation hamesha zindagi mein pesh ati hai.</w:t>
      </w:r>
    </w:p>
    <w:p>
      <w:pPr>
        <w:jc w:val="right"/>
      </w:pPr>
      <w:r>
        <w:t>تو یہ سچویشن ہمیشہ زندگی میں پیش آتی ہے۔</w:t>
      </w:r>
    </w:p>
    <w:p>
      <w:r>
        <w:rPr>
          <w:b/>
        </w:rPr>
        <w:t xml:space="preserve">[03:38] </w:t>
      </w:r>
      <w:r>
        <w:t>individual to aksar is ko solve kar leta hai, lekin jab qaumi satah par, nation ki satah par aaye to bohat kam hota hai aisa ke log solve kar lein.</w:t>
      </w:r>
    </w:p>
    <w:p>
      <w:pPr>
        <w:jc w:val="right"/>
      </w:pPr>
      <w:r>
        <w:t>انڈیویجول تو اکثر اس کو سالو کر لیتا ہے، لیکن جب قومی سطح پر، نیشن کی سطح پر آئے تو بہت کم ہوتا ہے ایسا کہ لوگ سالو کر لیں۔</w:t>
      </w:r>
    </w:p>
    <w:p>
      <w:r>
        <w:rPr>
          <w:b/>
        </w:rPr>
        <w:t xml:space="preserve">[03:52] </w:t>
      </w:r>
      <w:r>
        <w:t>aksar isi mein phans jate hain.</w:t>
      </w:r>
    </w:p>
    <w:p>
      <w:pPr>
        <w:jc w:val="right"/>
      </w:pPr>
      <w:r>
        <w:t>اکثر اسی میں پھنس جاتے ہیں۔</w:t>
      </w:r>
    </w:p>
    <w:p>
      <w:r>
        <w:rPr>
          <w:b/>
        </w:rPr>
        <w:t xml:space="preserve">[03:57] </w:t>
      </w:r>
      <w:r>
        <w:t>mein aap ko us waqt azani jo musalman hain, hamare maujooda muslim community jo hai, is ka case behad yahi hai ke wo kraisiz mein phansi hui hai.</w:t>
      </w:r>
    </w:p>
    <w:p>
      <w:pPr>
        <w:jc w:val="right"/>
      </w:pPr>
      <w:r>
        <w:t>میں آپ کو اس وقت اذانی جو مسلمان ہیں، ہمارے موجودہ مسلم کمیونٹی جو ہے، اس کا کیس بے حد یہی ہے کہ وہ کرائسز میں پھنسی ہوئی ہے۔</w:t>
      </w:r>
    </w:p>
    <w:p>
      <w:r>
        <w:rPr>
          <w:b/>
        </w:rPr>
        <w:t xml:space="preserve">[04:10] </w:t>
      </w:r>
      <w:r>
        <w:t>they don't know how to manage their kraisiz.</w:t>
      </w:r>
    </w:p>
    <w:p>
      <w:pPr>
        <w:jc w:val="right"/>
      </w:pPr>
      <w:r>
        <w:t>دے ڈونٹ نو ہاؤ ٹو مینج دیر کرائسز۔</w:t>
      </w:r>
    </w:p>
    <w:p>
      <w:r>
        <w:rPr>
          <w:b/>
        </w:rPr>
        <w:t xml:space="preserve">[04:16] </w:t>
      </w:r>
      <w:r>
        <w:t>halanke khud rasool Allah ke haan is ka model maujood hai, namoona maujood hai, history bhi maujood hai.</w:t>
      </w:r>
    </w:p>
    <w:p>
      <w:pPr>
        <w:jc w:val="right"/>
      </w:pPr>
      <w:r>
        <w:t>حالانکہ خود رسول اللہ کے ہاں اس کا ماڈل موجود ہے، نمونہ موجود ہے، ہسٹری بھی موجود ہے۔</w:t>
      </w:r>
    </w:p>
    <w:p>
      <w:r>
        <w:rPr>
          <w:b/>
        </w:rPr>
        <w:t xml:space="preserve">[04:25] </w:t>
      </w:r>
      <w:r>
        <w:t>yani kraisiz ko manage karne ki misalein history mein maujood hain aur is ka model khud rasool Allah ke haan maujood hai.</w:t>
      </w:r>
    </w:p>
    <w:p>
      <w:pPr>
        <w:jc w:val="right"/>
      </w:pPr>
      <w:r>
        <w:t>یعنی کرائسز کو مینج کرنے کی مثالیں ہسٹری میں موجود ہیں اور اس کا ماڈل خود رسول اللہ کے ہاں موجود ہے۔</w:t>
      </w:r>
    </w:p>
    <w:p>
      <w:r>
        <w:rPr>
          <w:b/>
        </w:rPr>
        <w:t xml:space="preserve">[04:36] </w:t>
      </w:r>
      <w:r>
        <w:t>magar abhi tak musalman phanse hue hain kraisiz mein,</w:t>
      </w:r>
    </w:p>
    <w:p>
      <w:pPr>
        <w:jc w:val="right"/>
      </w:pPr>
      <w:r>
        <w:t>مگر ابھی تک مسلمان پھنسے ہوئے ہیں کرائسز میں،</w:t>
      </w:r>
    </w:p>
    <w:p>
      <w:r>
        <w:rPr>
          <w:b/>
        </w:rPr>
        <w:t xml:space="preserve">[04:48] </w:t>
      </w:r>
      <w:r>
        <w:t>is se nikal nahi pa rahe hain.</w:t>
      </w:r>
    </w:p>
    <w:p>
      <w:pPr>
        <w:jc w:val="right"/>
      </w:pPr>
      <w:r>
        <w:t>اس سے نکل نہیں پا رہے ہیں۔</w:t>
      </w:r>
    </w:p>
    <w:p>
      <w:r>
        <w:rPr>
          <w:b/>
        </w:rPr>
        <w:t xml:space="preserve">[04:52] </w:t>
      </w:r>
      <w:r>
        <w:t>mein chand aik misaal deta hoon is ko clear karne ke liye ke kraisiz ko kaise manage kiya jata hai.</w:t>
      </w:r>
    </w:p>
    <w:p>
      <w:pPr>
        <w:jc w:val="right"/>
      </w:pPr>
      <w:r>
        <w:t>میں چند ایک مثال دیتا ہوں اس کو کلیئر کرنے کے لیے کہ کرائسز کو کیسے مینج کیا جاتا ہے۔</w:t>
      </w:r>
    </w:p>
    <w:p>
      <w:r>
        <w:rPr>
          <w:b/>
        </w:rPr>
        <w:t xml:space="preserve">[05:04] </w:t>
      </w:r>
      <w:r>
        <w:t>dekhein,</w:t>
      </w:r>
    </w:p>
    <w:p>
      <w:pPr>
        <w:jc w:val="right"/>
      </w:pPr>
      <w:r>
        <w:t>دیکھیں،</w:t>
      </w:r>
    </w:p>
    <w:p>
      <w:r>
        <w:rPr>
          <w:b/>
        </w:rPr>
        <w:t xml:space="preserve">[05:08] </w:t>
      </w:r>
      <w:r>
        <w:t>rasool Allah ka aik waqia hai aap ki zindagi ka ke makka se aap ja rahe the taif, aap ke sath barah hazar log the.</w:t>
      </w:r>
    </w:p>
    <w:p>
      <w:pPr>
        <w:jc w:val="right"/>
      </w:pPr>
      <w:r>
        <w:t>رسول اللہ کا ایک واقعہ ہے آپ کی زندگی کا کہ مکہ سے آپ جا رہے تھے طائف، آپ کے ساتھ بارہ ہزار لوگ تھے۔</w:t>
      </w:r>
    </w:p>
    <w:p>
      <w:r>
        <w:rPr>
          <w:b/>
        </w:rPr>
        <w:t xml:space="preserve">[05:25] </w:t>
      </w:r>
      <w:r>
        <w:t>us zamane mein motor car nahi hua karti thi, na hawai jahaz hote the. to sarkein bhi nahi hoti thin.</w:t>
      </w:r>
    </w:p>
    <w:p>
      <w:pPr>
        <w:jc w:val="right"/>
      </w:pPr>
      <w:r>
        <w:t>اس زمانے میں موٹر کار نہیں ہوا کرتی تھی، نہ ہوائی جہاز ہوتے تھے۔ تو سڑکیں بھی نہیں ہوتی تھیں۔</w:t>
      </w:r>
    </w:p>
    <w:p>
      <w:r>
        <w:rPr>
          <w:b/>
        </w:rPr>
        <w:t xml:space="preserve">[05:34] </w:t>
      </w:r>
      <w:r>
        <w:t>chalte chalte aap ka qafila aik aisay maqam par pohncha jahan pahaar tha aur pahaar ke darmiyan aik ghaati thi, us ko kehte hain "pass pae double es".</w:t>
      </w:r>
    </w:p>
    <w:p>
      <w:pPr>
        <w:jc w:val="right"/>
      </w:pPr>
      <w:r>
        <w:t>چلتے چلتے آپ کا قافلہ ایک ایسے مقام پر پہنچا جہاں پہاڑ تھا اور پہاڑ کے درمیان ایک گھاٹی تھی، اس کو کہتے ہیں "پاس پی اے ڈبل ایس"۔</w:t>
      </w:r>
    </w:p>
    <w:p>
      <w:r>
        <w:rPr>
          <w:b/>
        </w:rPr>
        <w:t xml:space="preserve">[05:51] </w:t>
      </w:r>
      <w:r>
        <w:t>zahir hai ke pass jo hai chaura to hota nahi, woh tang hota hai.</w:t>
      </w:r>
    </w:p>
    <w:p>
      <w:pPr>
        <w:jc w:val="right"/>
      </w:pPr>
      <w:r>
        <w:t>ظاہر ہے کہ پاس جو ہے چوڑا تو ہوتا نہیں، وہ تنگ ہوتا ہے۔</w:t>
      </w:r>
    </w:p>
    <w:p>
      <w:r>
        <w:rPr>
          <w:b/>
        </w:rPr>
        <w:t xml:space="preserve">[05:57] </w:t>
      </w:r>
      <w:r>
        <w:t>isi liye is ka naam logon ne rakha tha "alzaeqa". alzaeqa matlab tang.</w:t>
      </w:r>
    </w:p>
    <w:p>
      <w:pPr>
        <w:jc w:val="right"/>
      </w:pPr>
      <w:r>
        <w:t>اسی لیے اس کا نام لوگوں نے رکھا تھا "الزائقہ"۔ الزائقہ مطلب تنگ۔</w:t>
      </w:r>
    </w:p>
    <w:p>
      <w:r>
        <w:rPr>
          <w:b/>
        </w:rPr>
        <w:t xml:space="preserve">[06:05] </w:t>
      </w:r>
      <w:r>
        <w:t>log samajhte thay ke bas yeh tang hai. to jab wahan pohnche log to un ke samajh mein nahi aata tha ke is ko kaise paar karein, is tang rastay ko.</w:t>
      </w:r>
    </w:p>
    <w:p>
      <w:pPr>
        <w:jc w:val="right"/>
      </w:pPr>
      <w:r>
        <w:t>لوگ سمجھتے تھے کہ بس یہ تنگ ہے۔ تو جب وہاں پہنچے لوگ تو ان کے سمجھ میں نہیں آتا تھا کہ اس کو کیسے پار کریں، اس تنگ راستے کو۔</w:t>
      </w:r>
    </w:p>
    <w:p>
      <w:r>
        <w:rPr>
          <w:b/>
        </w:rPr>
        <w:t xml:space="preserve">[06:17] </w:t>
      </w:r>
      <w:r>
        <w:t>to rasool Allah ne bataya ke bohat aasan hai. ab tum phailay hue ho horizontal way mein, yani daayein baayein, to samajh mein nahi aata tumhare.</w:t>
      </w:r>
    </w:p>
    <w:p>
      <w:pPr>
        <w:jc w:val="right"/>
      </w:pPr>
      <w:r>
        <w:t>تو رسول اللہ نے بتایا کہ بہت آسان ہے۔ اب تم پھیلے ہوئے ہو ہوریزنٹل وے میں، یعنی دائیں بائیں، تو سمجھ میں نہیں آتا تمہارے۔</w:t>
      </w:r>
    </w:p>
    <w:p>
      <w:r>
        <w:rPr>
          <w:b/>
        </w:rPr>
        <w:t xml:space="preserve">[06:32] </w:t>
      </w:r>
      <w:r>
        <w:t>tum vertical way mein ho jao, yani qataar bana lo, qataar. to bohat aasani se paar ho sakte ho. that is crises management.</w:t>
      </w:r>
    </w:p>
    <w:p>
      <w:pPr>
        <w:jc w:val="right"/>
      </w:pPr>
      <w:r>
        <w:t>تم ورٹیکل وے میں ہو جاؤ، یعنی قطار بنا لو، قطار۔ تو بہت آسانی سے پار ہو سکتے ہو۔ دیٹ از کرائسز مینجمنٹ۔</w:t>
      </w:r>
    </w:p>
    <w:p>
      <w:r>
        <w:rPr>
          <w:b/>
        </w:rPr>
        <w:t xml:space="preserve">[06:46] </w:t>
      </w:r>
      <w:r>
        <w:t>yani jab nai situation paish aaye to aap rethink karein, reassess karein, phir se sochein.</w:t>
      </w:r>
    </w:p>
    <w:p>
      <w:pPr>
        <w:jc w:val="right"/>
      </w:pPr>
      <w:r>
        <w:t>یعنی جب نئی سچویشن پیش آئے تو آپ ری تھنک کریں، ری اسیس کریں، پھر سے سوچیں۔</w:t>
      </w:r>
    </w:p>
    <w:p>
      <w:r>
        <w:rPr>
          <w:b/>
        </w:rPr>
        <w:t xml:space="preserve">[06:59] </w:t>
      </w:r>
      <w:r>
        <w:t>to asal mein hota kya hai?</w:t>
      </w:r>
    </w:p>
    <w:p>
      <w:pPr>
        <w:jc w:val="right"/>
      </w:pPr>
      <w:r>
        <w:t>تو اصل میں ہوتا کیا ہے؟</w:t>
      </w:r>
    </w:p>
    <w:p>
      <w:r>
        <w:rPr>
          <w:b/>
        </w:rPr>
        <w:t xml:space="preserve">[07:01] </w:t>
      </w:r>
      <w:r>
        <w:t>aadmi ke paas aik soch hoti hai, pre crises thinking. pre crises thinking wahan kaam nahi kar rahi hoti hai.</w:t>
      </w:r>
    </w:p>
    <w:p>
      <w:pPr>
        <w:jc w:val="right"/>
      </w:pPr>
      <w:r>
        <w:t>آدمی کے پاس ایک سوچ ہوتی ہے، پری کرائسز تھنکنگ۔ پری کرائسز تھنکنگ وہاں کام نہیں کر رہی ہوتی ہے۔</w:t>
      </w:r>
    </w:p>
    <w:p>
      <w:r>
        <w:rPr>
          <w:b/>
        </w:rPr>
        <w:t xml:space="preserve">[07:15] </w:t>
      </w:r>
      <w:r>
        <w:t>to wahan par develop karna parta hai post crises thinking. jo log post crises thinking develop kar sakein, un ko problem nahi hogi, woh solve kar lenge is ko.</w:t>
      </w:r>
    </w:p>
    <w:p>
      <w:pPr>
        <w:jc w:val="right"/>
      </w:pPr>
      <w:r>
        <w:t>تو وہاں پر ڈیولپ کرنا پڑتا ہے پوسٹ کرائسز تھنکنگ۔ جو لوگ پوسٹ کرائسز تھنکنگ ڈیولپ کر سکیں، ان کو پرابلم نہیں ہوگی، وہ سالو کر لیں گے اس کو۔</w:t>
      </w:r>
    </w:p>
    <w:p>
      <w:r>
        <w:rPr>
          <w:b/>
        </w:rPr>
        <w:t xml:space="preserve">[07:31] </w:t>
      </w:r>
      <w:r>
        <w:t>jaise rasool Allah sal Allah alih wasalam dekhein, jab makkah mein thay to wahan par</w:t>
      </w:r>
    </w:p>
    <w:p>
      <w:pPr>
        <w:jc w:val="right"/>
      </w:pPr>
      <w:r>
        <w:t>جیسے رسول اللہ صلی اللہ علیہ وسلم دیکھیں، جب مکہ میں تھے تو وہاں پر</w:t>
      </w:r>
    </w:p>
    <w:p>
      <w:r>
        <w:rPr>
          <w:b/>
        </w:rPr>
        <w:t xml:space="preserve">[07:41] </w:t>
      </w:r>
      <w:r>
        <w:t>jo log thay woh idol worshipper thay, aap ke khilaaf ho gaye. kuch logon ne aap ki baat maani aur majority ne nahi maani.</w:t>
      </w:r>
    </w:p>
    <w:p>
      <w:pPr>
        <w:jc w:val="right"/>
      </w:pPr>
      <w:r>
        <w:t>جو لوگ تھے وہ آئیڈل ورشپر تھے، آپ کے خلاف ہو گئے۔ کچھ لوگوں نے آپ کی بات مانی اور میجورٹی نے نہیں مانی۔</w:t>
      </w:r>
    </w:p>
    <w:p>
      <w:r>
        <w:rPr>
          <w:b/>
        </w:rPr>
        <w:t xml:space="preserve">[07:53] </w:t>
      </w:r>
      <w:r>
        <w:t>to wahan par aik tribal parliament thi jis ko kehte thay "darul nadwa". to darul nadwa jo tribal parliament thi, woh un ke qabzay mein thi.</w:t>
      </w:r>
    </w:p>
    <w:p>
      <w:pPr>
        <w:jc w:val="right"/>
      </w:pPr>
      <w:r>
        <w:t>تو وہاں پر ایک ٹرائبل پارلیمنٹ تھی جس کو کہتے تھے "دارالندوہ"۔ تو دارالندوہ جو ٹرائبل پارلیمنٹ تھی، وہ ان کے قبضے میں تھی۔</w:t>
      </w:r>
    </w:p>
    <w:p>
      <w:r>
        <w:rPr>
          <w:b/>
        </w:rPr>
        <w:t xml:space="preserve">[08:07] </w:t>
      </w:r>
      <w:r>
        <w:t>rasool Allah ka is par koi dakhal nahi tha.</w:t>
      </w:r>
    </w:p>
    <w:p>
      <w:pPr>
        <w:jc w:val="right"/>
      </w:pPr>
      <w:r>
        <w:t>رسول اللہ کا اس پر کوئی دخل نہیں تھا۔</w:t>
      </w:r>
    </w:p>
    <w:p>
      <w:r>
        <w:rPr>
          <w:b/>
        </w:rPr>
        <w:t xml:space="preserve">[08:12] </w:t>
      </w:r>
      <w:r>
        <w:t>to unhone aakhir kar, yani shuru mein mukhalifat ki, mukhalifat se rokani aap ka mission, aap ke saathi barhte chale aa rahe thay.</w:t>
      </w:r>
    </w:p>
    <w:p>
      <w:pPr>
        <w:jc w:val="right"/>
      </w:pPr>
      <w:r>
        <w:t>تو انہوں نے آخر کار، یعنی شروع میں مخالفت کی، مخالفت سے رکانی آپ کا مشن، آپ کے ساتھی بڑھتے چلے آ رہے تھے۔</w:t>
      </w:r>
    </w:p>
    <w:p>
      <w:r>
        <w:rPr>
          <w:b/>
        </w:rPr>
        <w:t xml:space="preserve">[08:24] </w:t>
      </w:r>
      <w:r>
        <w:t>to unhone darul nadwa mein aik tajweez pass ki ke ke is insaan ko qatal kar do. jab tak yeh insaan rahega makkah mein, hamari problem bana rahega.</w:t>
      </w:r>
    </w:p>
    <w:p>
      <w:pPr>
        <w:jc w:val="right"/>
      </w:pPr>
      <w:r>
        <w:t>تو انہوں نے دارالندوہ میں ایک تجویز پاس کی کہ کہ اس انسان کو قتل کر دو۔ جب تک یہ انسان رہے گا مکہ میں، ہماری پرابلم بنا رہے گا۔</w:t>
      </w:r>
    </w:p>
    <w:p>
      <w:r>
        <w:rPr>
          <w:b/>
        </w:rPr>
        <w:t xml:space="preserve">[08:39] </w:t>
      </w:r>
      <w:r>
        <w:t>ab dekhein, rasool Allah sal Allah alih wasalam ko jaise hi maloom hua ke aik shakal yeh thi ke aap apne sahaba se kehte, aap ke jo saathi thay un se kehte ke dekho ab waqt aa gaya hai ab takrao karne ka.</w:t>
      </w:r>
    </w:p>
    <w:p>
      <w:pPr>
        <w:jc w:val="right"/>
      </w:pPr>
      <w:r>
        <w:t>اب دیکھیں، رسول اللہ صلی اللہ علیہ وسلم کو جیسے ہی معلوم ہوا کہ ایک شکل یہ تھی کہ آپ اپنے صحابہ سے کہتے، آپ کے جو ساتھی تھے ان سے کہتے کہ دیکھو اب وقت آ گیا ہے اب ٹکراؤ کرنے کا۔</w:t>
      </w:r>
    </w:p>
    <w:p>
      <w:r>
        <w:rPr>
          <w:b/>
        </w:rPr>
        <w:t xml:space="preserve">[08:54] </w:t>
      </w:r>
      <w:r>
        <w:t>ab hamein ladna hai, lad kar apna haq lena hai. makkah hamara watan hai, hamara right hai ke hum yahan rahein. kaun hota hai hum ko yahan se nikalne wala?</w:t>
      </w:r>
    </w:p>
    <w:p>
      <w:pPr>
        <w:jc w:val="right"/>
      </w:pPr>
      <w:r>
        <w:t>اب ہمیں لڑنا ہے، لڑ کر اپنا حق لینا ہے۔ مکہ ہمارا وطن ہے، ہمارا رائٹ ہے کہ ہم یہاں رہیں۔ کون ہوتا ہے ہم کو یہاں سے نکالنے والا؟</w:t>
      </w:r>
    </w:p>
    <w:p>
      <w:r>
        <w:rPr>
          <w:b/>
        </w:rPr>
        <w:t xml:space="preserve">[09:06] </w:t>
      </w:r>
      <w:r>
        <w:t>to hum lad kar apna haq lenge.</w:t>
      </w:r>
    </w:p>
    <w:p>
      <w:pPr>
        <w:jc w:val="right"/>
      </w:pPr>
      <w:r>
        <w:t>تو ہم لڑ کر اپنا حق لیں گے۔</w:t>
      </w:r>
    </w:p>
    <w:p>
      <w:r>
        <w:rPr>
          <w:b/>
        </w:rPr>
        <w:t xml:space="preserve">[09:09] </w:t>
      </w:r>
      <w:r>
        <w:t>aik shakal yeh thi. agar aisa hota to kya hota? logon ke mar kat jaate jaise ke aaj kal mar kat rahe hain. rasool Allah ne bohat hi khamoshi se aik naya plan banaya.</w:t>
      </w:r>
    </w:p>
    <w:p>
      <w:pPr>
        <w:jc w:val="right"/>
      </w:pPr>
      <w:r>
        <w:t>ایک شکل یہ تھی۔ اگر ایسا ہوتا تو کیا ہوتا؟ لوگوں کے مر کٹ جاتے جیسے کہ آج کل مر کٹ رہے ہیں۔ رسول اللہ نے بہت ہی خاموشی سے ایک نیا پلان بنایا۔</w:t>
      </w:r>
    </w:p>
    <w:p>
      <w:r>
        <w:rPr>
          <w:b/>
        </w:rPr>
        <w:t xml:space="preserve">[09:24] </w:t>
      </w:r>
      <w:r>
        <w:t>matlab rethink kiya, reassess kiya. yani post crises management think, post crises thinking.</w:t>
      </w:r>
    </w:p>
    <w:p>
      <w:pPr>
        <w:jc w:val="right"/>
      </w:pPr>
      <w:r>
        <w:t>مطلب ری تھنک کیا، ری اسیس کیا۔ یعنی پوسٹ کرائسز مینجمنٹ تھنک، پوسٹ کرائسز تھنکنگ۔</w:t>
      </w:r>
    </w:p>
    <w:p>
      <w:r>
        <w:rPr>
          <w:b/>
        </w:rPr>
        <w:t xml:space="preserve">[09:34] </w:t>
      </w:r>
      <w:r>
        <w:t>yani pre crises thinking wahan kaam nahi kar rahi thi.</w:t>
      </w:r>
    </w:p>
    <w:p>
      <w:pPr>
        <w:jc w:val="right"/>
      </w:pPr>
      <w:r>
        <w:t>یعنی پری کرائسز تھنکنگ وہاں کام نہیں کر رہی تھی۔</w:t>
      </w:r>
    </w:p>
    <w:p>
      <w:r>
        <w:rPr>
          <w:b/>
        </w:rPr>
        <w:t xml:space="preserve">[09:39] </w:t>
      </w:r>
      <w:r>
        <w:t>to aap ne post crises thinking develop ki. woh kya thi? migration. makkah chhod kar chale jao doosre maqam par.</w:t>
      </w:r>
    </w:p>
    <w:p>
      <w:pPr>
        <w:jc w:val="right"/>
      </w:pPr>
      <w:r>
        <w:t>تو آپ نے پوسٹ کرائسز تھنکنگ ڈیولپ کی۔ وہ کیا تھی؟ مائیگریشن۔ مکہ چھوڑ کر چلے جاؤ دوسرے مقام پر۔</w:t>
      </w:r>
    </w:p>
    <w:p>
      <w:r>
        <w:rPr>
          <w:b/>
        </w:rPr>
        <w:t xml:space="preserve">[09:48] </w:t>
      </w:r>
      <w:r>
        <w:t>that was post crises thinking. to aap ne makkah chhod kar bohat hi khamoshi se, bohat secrecy ke sath chale gaye madina.</w:t>
      </w:r>
    </w:p>
    <w:p>
      <w:pPr>
        <w:jc w:val="right"/>
      </w:pPr>
      <w:r>
        <w:t>دیٹ واز پوسٹ کرائسز تھنکنگ۔ تو آپ نے مکہ چھوڑ کر بہت ہی خاموشی سے، بہت سیکریسی کے ساتھ چلے گئے مدینہ۔</w:t>
      </w:r>
    </w:p>
    <w:p>
      <w:r>
        <w:rPr>
          <w:b/>
        </w:rPr>
        <w:t xml:space="preserve">[10:01] </w:t>
      </w:r>
      <w:r>
        <w:t>jo teen sau mil ke faaslay par hai. aur wahan par apna kaam shuru kar diya.</w:t>
      </w:r>
    </w:p>
    <w:p>
      <w:pPr>
        <w:jc w:val="right"/>
      </w:pPr>
      <w:r>
        <w:t>جو تین سو میل کے فاصلے پر ہے۔ اور وہاں پر اپنا کام شروع کر دیا۔</w:t>
      </w:r>
    </w:p>
    <w:p>
      <w:r>
        <w:rPr>
          <w:b/>
        </w:rPr>
        <w:t xml:space="preserve">[10:08] </w:t>
      </w:r>
      <w:r>
        <w:t>is tarah se aap ne is kraisiz ko manage kiya.</w:t>
      </w:r>
    </w:p>
    <w:p>
      <w:pPr>
        <w:jc w:val="right"/>
      </w:pPr>
      <w:r>
        <w:t>اس طرح سے آپ نے اس کرائسز کو مینج کیا۔</w:t>
      </w:r>
    </w:p>
    <w:p>
      <w:r>
        <w:rPr>
          <w:b/>
        </w:rPr>
        <w:t xml:space="preserve">[10:15] </w:t>
      </w:r>
      <w:r>
        <w:t>aise hi hudaybiyah ka waqia hai. rasool Allah ja rahe the umrah karne ke liye hijrat ke baad. hijrat ke baad jab aap madinah rehne lage the to aap ne, aap ke ashaab ne yeh chaha ke makkah ja kar ke wahan umrah karen.</w:t>
      </w:r>
    </w:p>
    <w:p>
      <w:pPr>
        <w:jc w:val="right"/>
      </w:pPr>
      <w:r>
        <w:t>ایسے ہی حدیبیہ کا واقعہ ہے۔ رسول اللہ جا رہے تھے عمرہ کرنے کے لیے ہجرت کے بعد۔ ہجرت کے بعد جب آپ مدینہ رہنے لگے تھے تو آپ نے، آپ کے اصحاب نے یہ چاہا کہ مکہ جا کر کے وہاں عمرہ کریں۔</w:t>
      </w:r>
    </w:p>
    <w:p>
      <w:r>
        <w:rPr>
          <w:b/>
        </w:rPr>
        <w:t xml:space="preserve">[10:34] </w:t>
      </w:r>
      <w:r>
        <w:t>lekin makkah ke qareeb aik hudaybiyah maqam tha, wahan par woh pohnche to idhar se makkah wale aa gaye ke hum aap ko aage barhne nahi den ge.</w:t>
      </w:r>
    </w:p>
    <w:p>
      <w:pPr>
        <w:jc w:val="right"/>
      </w:pPr>
      <w:r>
        <w:t>لیکن مکہ کے قریب ایک حدیبیہ مقام تھا، وہاں پر وہ پہنچے تو ادھر سے مکہ والے آ گئے کہ ہم آپ کو آگے بڑھنے نہیں دیں گے۔</w:t>
      </w:r>
    </w:p>
    <w:p>
      <w:r>
        <w:rPr>
          <w:b/>
        </w:rPr>
        <w:t xml:space="preserve">[10:44] </w:t>
      </w:r>
      <w:r>
        <w:t>makkah mein dakhil nahi hone den ge. ab loot jaiye. that was a kraisiz. to wahan taqreeban do hafte baat cheet hoti rahi.</w:t>
      </w:r>
    </w:p>
    <w:p>
      <w:pPr>
        <w:jc w:val="right"/>
      </w:pPr>
      <w:r>
        <w:t>مکہ میں داخل نہیں ہونے دیں گے۔ اب لوٹ جائیے۔ دیٹ واز ا کرائسز۔ تو وہاں تقریباً دو ہفتے بات چیت ہوتی رہی۔</w:t>
      </w:r>
    </w:p>
    <w:p>
      <w:r>
        <w:rPr>
          <w:b/>
        </w:rPr>
        <w:t xml:space="preserve">[10:57] </w:t>
      </w:r>
      <w:r>
        <w:t>to aap ne kya kiya? negotiation kiya.</w:t>
      </w:r>
    </w:p>
    <w:p>
      <w:pPr>
        <w:jc w:val="right"/>
      </w:pPr>
      <w:r>
        <w:t>تو آپ نے کیا کیا؟ نیگوشی ایشن کیا۔</w:t>
      </w:r>
    </w:p>
    <w:p>
      <w:r>
        <w:rPr>
          <w:b/>
        </w:rPr>
        <w:t xml:space="preserve">[11:01] </w:t>
      </w:r>
      <w:r>
        <w:t>is baat par ke is waqt tak dono at war the. yani ahle iman aur ahle quraish dono at war the.</w:t>
      </w:r>
    </w:p>
    <w:p>
      <w:pPr>
        <w:jc w:val="right"/>
      </w:pPr>
      <w:r>
        <w:t>اس بات پر کہ اس وقت تک دونوں ایٹ وار تھے۔ یعنی اہل ایمان اور اہل قریش دونوں ایٹ وار تھے۔</w:t>
      </w:r>
    </w:p>
    <w:p>
      <w:r>
        <w:rPr>
          <w:b/>
        </w:rPr>
        <w:t xml:space="preserve">[11:13] </w:t>
      </w:r>
      <w:r>
        <w:t>to aap ne kaha ke chalo hamare tumhare darmiyan peace treaty ho jaye. hum dono aman ke sath rahen, larai bhadai chhod den.</w:t>
      </w:r>
    </w:p>
    <w:p>
      <w:pPr>
        <w:jc w:val="right"/>
      </w:pPr>
      <w:r>
        <w:t>تو آپ نے کہا کہ چلو ہمارے تمہارے درمیان پیس ٹریٹی ہو جائے۔ ہم دونوں امن کے ساتھ رہیں، لڑائی بھڑائی چھوڑ دیں۔</w:t>
      </w:r>
    </w:p>
    <w:p>
      <w:r>
        <w:rPr>
          <w:b/>
        </w:rPr>
        <w:t xml:space="preserve">[11:23] </w:t>
      </w:r>
      <w:r>
        <w:t>to unhon ne unilateral taur par is ki condition lagai. bilkul yak-tarfa condition.</w:t>
      </w:r>
    </w:p>
    <w:p>
      <w:pPr>
        <w:jc w:val="right"/>
      </w:pPr>
      <w:r>
        <w:t>تو انہوں نے یونلیٹرل طور پر اس کی کنڈیشن لگائی۔ بالکل یکطرفہ کنڈیشن۔</w:t>
      </w:r>
    </w:p>
    <w:p>
      <w:r>
        <w:rPr>
          <w:b/>
        </w:rPr>
        <w:t xml:space="preserve">[11:31] </w:t>
      </w:r>
      <w:r>
        <w:t>aap ne sari sharten maan lin. sirf aik baat aap ko mili ke ke hudaybiyah treatment jo tha, hudaybiyah jo treaty tha, that was a no war pact.</w:t>
      </w:r>
    </w:p>
    <w:p>
      <w:pPr>
        <w:jc w:val="right"/>
      </w:pPr>
      <w:r>
        <w:t>آپ نے ساری شرطیں مان لیں۔ صرف ایک بات آپ کو ملی کہ کہ حدیبیہ ٹریٹمنٹ جو تھا، حدیبیہ جو ٹریٹی تھا، دیٹ واز ا نو وار پیکٹ۔</w:t>
      </w:r>
    </w:p>
    <w:p>
      <w:r>
        <w:rPr>
          <w:b/>
        </w:rPr>
        <w:t xml:space="preserve">[11:46] </w:t>
      </w:r>
      <w:r>
        <w:t>yani hudaybiyah mein jo aap se sulah hui hai dono fareeq ke darmiyan, woh aik no war pact tha. to aap ne un ki sari sharton ko maan kar no war pact kar liya aur wapas aa gaye wahin se.</w:t>
      </w:r>
    </w:p>
    <w:p>
      <w:pPr>
        <w:jc w:val="right"/>
      </w:pPr>
      <w:r>
        <w:t>یعنی حدیبیہ میں جو آپ سے صلح ہوئی ہے دونوں فریق کے درمیان، وہ ایک نو وار پیکٹ تھا۔ تو آپ نے ان کی ساری شرطوں کو مان کر نو وار پیکٹ کر لیا اور واپس آ گئے وہیں سے۔</w:t>
      </w:r>
    </w:p>
    <w:p>
      <w:r>
        <w:rPr>
          <w:b/>
        </w:rPr>
        <w:t xml:space="preserve">[12:02] </w:t>
      </w:r>
      <w:r>
        <w:t>that was kraisiz management. ab is ke baad jab aman ho gaya, rastay khul gaye, interaction barh gaya to khoob mission ki sar-garmiyan tez ho gayin.</w:t>
      </w:r>
    </w:p>
    <w:p>
      <w:pPr>
        <w:jc w:val="right"/>
      </w:pPr>
      <w:r>
        <w:t>دیٹ واز کرائسز مینجمنٹ۔ اب اس کے بعد جب امن ہو گیا، راستے کھل گئے، انٹریکشن بڑھ گیا تو خوب مشن کی سرگرمیاں تیز ہو گئیں۔</w:t>
      </w:r>
    </w:p>
    <w:p>
      <w:r>
        <w:rPr>
          <w:b/>
        </w:rPr>
        <w:t xml:space="preserve">[12:17] </w:t>
      </w:r>
      <w:r>
        <w:t>deadlock khatam ho gaya. is tarah se aap ne manage kiya.</w:t>
      </w:r>
    </w:p>
    <w:p>
      <w:pPr>
        <w:jc w:val="right"/>
      </w:pPr>
      <w:r>
        <w:t>ڈیڈ لاک ختم ہو گیا۔ اس طرح سے آپ نے مینج کیا۔</w:t>
      </w:r>
    </w:p>
    <w:p>
      <w:r>
        <w:rPr>
          <w:b/>
        </w:rPr>
        <w:t xml:space="preserve">[12:23] </w:t>
      </w:r>
      <w:r>
        <w:t>to musalmanon ko is zamane mein jo masla pesh aya hai, is ko woh samajhte hain ke zalimon ki sazish hai.</w:t>
      </w:r>
    </w:p>
    <w:p>
      <w:pPr>
        <w:jc w:val="right"/>
      </w:pPr>
      <w:r>
        <w:t>تو مسلمانوں کو اس زمانے میں جو مسئلہ پیش آیا ہے، اس کو وہ سمجھتے ہیں کہ ظالموں کی سازش ہے۔</w:t>
      </w:r>
    </w:p>
    <w:p>
      <w:r>
        <w:rPr>
          <w:b/>
        </w:rPr>
        <w:t xml:space="preserve">[12:35] </w:t>
      </w:r>
      <w:r>
        <w:t>islam dushmanon ka sara mamla hai. yeh yeh sab kuch nahi. sab kuch sara mamla hai ke musalman fail ho gaye ke kraisiz ko manage karen woh.</w:t>
      </w:r>
    </w:p>
    <w:p>
      <w:pPr>
        <w:jc w:val="right"/>
      </w:pPr>
      <w:r>
        <w:t>اسلام دشمنوں کا سارا معاملہ ہے۔ یہ یہ سب کچھ نہیں۔ سب کچھ سارا معاملہ ہے کہ مسلمان فیل ہو گئے کہ کرائسز کو مینج کریں وہ۔</w:t>
      </w:r>
    </w:p>
    <w:p>
      <w:r>
        <w:rPr>
          <w:b/>
        </w:rPr>
        <w:t xml:space="preserve">[12:51] </w:t>
      </w:r>
      <w:r>
        <w:t>asal masla yeh hai.</w:t>
      </w:r>
    </w:p>
    <w:p>
      <w:pPr>
        <w:jc w:val="right"/>
      </w:pPr>
      <w:r>
        <w:t>اصل مسئلہ یہ ہے۔</w:t>
      </w:r>
    </w:p>
    <w:p>
      <w:r>
        <w:rPr>
          <w:b/>
        </w:rPr>
        <w:t xml:space="preserve">[12:54] </w:t>
      </w:r>
      <w:r>
        <w:t>dekhen aap is ko thoda sa deep mein jaiye. islam shuru hua 610 eesvi mein makkah mein.</w:t>
      </w:r>
    </w:p>
    <w:p>
      <w:pPr>
        <w:jc w:val="right"/>
      </w:pPr>
      <w:r>
        <w:t>دیکھیں آپ اس کو تھوڑا سا ڈیپ میں جائیے۔ اسلام شروع ہوا 610 عیسوی میں مکہ میں۔</w:t>
      </w:r>
    </w:p>
    <w:p>
      <w:r>
        <w:rPr>
          <w:b/>
        </w:rPr>
        <w:t xml:space="preserve">[13:09] </w:t>
      </w:r>
      <w:r>
        <w:t>638 eesvi mein rasool Allah ki wafat hui madinah mein. is ke baad islam phailna shuru hua.</w:t>
      </w:r>
    </w:p>
    <w:p>
      <w:pPr>
        <w:jc w:val="right"/>
      </w:pPr>
      <w:r>
        <w:t>638 عیسوی میں رسول اللہ کی وفات ہوئی مدینہ میں۔ اس کے بعد اسلام پھیلنا شروع ہوا۔</w:t>
      </w:r>
    </w:p>
    <w:p>
      <w:r>
        <w:rPr>
          <w:b/>
        </w:rPr>
        <w:t xml:space="preserve">[13:18] </w:t>
      </w:r>
      <w:r>
        <w:t>pehle arab mein phaila, phir is paas ke mulkon mein phaila, Asia aur Africa mein phaila. yahan tak ke woh waqt aya ke musalman aik muslim empire qaim karne mein kamyab ho gaye.</w:t>
      </w:r>
    </w:p>
    <w:p>
      <w:pPr>
        <w:jc w:val="right"/>
      </w:pPr>
      <w:r>
        <w:t>پہلے عرب میں پھیلا، پھر اس پاس کے ملکوں میں پھیلا، ایشیا اور افریقہ میں پھیلا۔ یہاں تک کہ وہ وقت آیا کہ مسلمان ایک مسلم ایمپائر قائم کرنے میں کامیاب ہو گئے۔</w:t>
      </w:r>
    </w:p>
    <w:p>
      <w:r>
        <w:rPr>
          <w:b/>
        </w:rPr>
        <w:t xml:space="preserve">[13:34] </w:t>
      </w:r>
      <w:r>
        <w:t>muslim empire. is area aap dekhiye pehle Roman empire tha. is ke baad muslim empire qaim hua.</w:t>
      </w:r>
    </w:p>
    <w:p>
      <w:pPr>
        <w:jc w:val="right"/>
      </w:pPr>
      <w:r>
        <w:t>مسلم ایمپائر۔ اس ایریا آپ دیکھیے پہلے رومن ایمپائر تھا۔ اس کے بعد مسلم ایمپائر قائم ہوا۔</w:t>
      </w:r>
    </w:p>
    <w:p>
      <w:r>
        <w:rPr>
          <w:b/>
        </w:rPr>
        <w:t xml:space="preserve">[13:46] </w:t>
      </w:r>
      <w:r>
        <w:t>ab muslim empire chalta raha, chalta raha yahan tak ke British empire ka daur aa gaya.</w:t>
      </w:r>
    </w:p>
    <w:p>
      <w:pPr>
        <w:jc w:val="right"/>
      </w:pPr>
      <w:r>
        <w:t>اب مسلم ایمپائر چلتا رہا، چلتا رہا یہاں تک کہ برٹش ایمپائر کا دور آ گیا۔</w:t>
      </w:r>
    </w:p>
    <w:p>
      <w:r>
        <w:rPr>
          <w:b/>
        </w:rPr>
        <w:t xml:space="preserve">[13:53] </w:t>
      </w:r>
      <w:r>
        <w:t>yani musalman ka empire qaim hua tha Roman empire ko khatam kar ke. ab time aa gaya taqreeban aath sau saal ke baad ke British log phailay duniya mein,</w:t>
      </w:r>
    </w:p>
    <w:p>
      <w:pPr>
        <w:jc w:val="right"/>
      </w:pPr>
      <w:r>
        <w:t>یعنی مسلمان کا ایمپائر قائم ہوا تھا رومن ایمپائر کو ختم کر کے۔ اب ٹائم آ گیا تقریباً آٹھ سو سال کے بعد کہ برٹش لوگ پھیلے دنیا میں،</w:t>
      </w:r>
    </w:p>
    <w:p>
      <w:r>
        <w:rPr>
          <w:b/>
        </w:rPr>
        <w:t xml:space="preserve">[14:09] </w:t>
      </w:r>
      <w:r>
        <w:t>unhon ne muslim empire ko khatam kar ke British empire qaim kar diya. yeh tha kraisiz.</w:t>
      </w:r>
    </w:p>
    <w:p>
      <w:pPr>
        <w:jc w:val="right"/>
      </w:pPr>
      <w:r>
        <w:t>انہوں نے مسلم ایمپائر کو ختم کر کے برٹش ایمپائر قائم کر دیا۔ یہ تھا کرائسز۔</w:t>
      </w:r>
    </w:p>
    <w:p>
      <w:r>
        <w:rPr>
          <w:b/>
        </w:rPr>
        <w:t xml:space="preserve">[14:17] </w:t>
      </w:r>
      <w:r>
        <w:t>ab nai soch ki zaroorat thi. nai soch ki zaroorat thi. lekin musalman nai soch musalmanon mein nahi aa saki.</w:t>
      </w:r>
    </w:p>
    <w:p>
      <w:pPr>
        <w:jc w:val="right"/>
      </w:pPr>
      <w:r>
        <w:t>اب نئی سوچ کی ضرورت تھی۔ نئی سوچ کی ضرورت تھی۔ لیکن مسلمان نئی سوچ مسلمانوں میں نہیں آ سکی۔</w:t>
      </w:r>
    </w:p>
    <w:p>
      <w:r>
        <w:rPr>
          <w:b/>
        </w:rPr>
        <w:t xml:space="preserve">[14:25] </w:t>
      </w:r>
      <w:r>
        <w:t>woh woh jaan nahi sake ke hai kya baat kya hai.</w:t>
      </w:r>
    </w:p>
    <w:p>
      <w:pPr>
        <w:jc w:val="right"/>
      </w:pPr>
      <w:r>
        <w:t>وہ وہ جان نہیں سکے کہ ہے کیا بات کیا ہے۔</w:t>
      </w:r>
    </w:p>
    <w:p>
      <w:r>
        <w:rPr>
          <w:b/>
        </w:rPr>
        <w:t xml:space="preserve">[14:32] </w:t>
      </w:r>
      <w:r>
        <w:t>agar main is ki tareekh muqarrar yani fix karna chahoon, date ke kab se shuru hua yeh to main kahunga 1799 mein.</w:t>
      </w:r>
    </w:p>
    <w:p>
      <w:pPr>
        <w:jc w:val="right"/>
      </w:pPr>
      <w:r>
        <w:t>اگر میں اس کی تاریخ مقرر یعنی فکس کرنا چاہوں، ڈیٹ کہ کب سے شروع ہوا یہ تو میں کہوں گا 1799 میں۔</w:t>
      </w:r>
    </w:p>
    <w:p>
      <w:r>
        <w:rPr>
          <w:b/>
        </w:rPr>
        <w:t xml:space="preserve">[14:45] </w:t>
      </w:r>
      <w:r>
        <w:t>1799۔ 1799 mein aik taraf indian sub continent mein yeh hua waqia ke sargapattam ki larai mein british foujon ne teepo sultan ko halak kar diya۔</w:t>
      </w:r>
    </w:p>
    <w:p>
      <w:pPr>
        <w:jc w:val="right"/>
      </w:pPr>
      <w:r>
        <w:t>1799۔ 1799 میں ایک طرف انڈین سب کانٹیننٹ میں یہ ہوا واقعہ کہ سرگا پٹم کی لڑائی میں برٹش فوجوں نے ٹیپو سلطان کو ہلاک کر دیا۔</w:t>
      </w:r>
    </w:p>
    <w:p>
      <w:r>
        <w:rPr>
          <w:b/>
        </w:rPr>
        <w:t xml:space="preserve">[15:05] </w:t>
      </w:r>
      <w:r>
        <w:t>us waqt is ne kaha tha british general ne ke naow india ours، naow india is ours۔ to 1799 mein jab sultan teepo ko halak kar diya unhon ne، british foujon ne to india mein un ka dabdaba qaim ho gaya۔</w:t>
      </w:r>
    </w:p>
    <w:p>
      <w:pPr>
        <w:jc w:val="right"/>
      </w:pPr>
      <w:r>
        <w:t>اس وقت اس نے کہا تھا برٹش جنرل نے کہ ناؤ انڈیا اورز، ناؤ انڈیا از اورز۔ تو 1799 میں جب سلطان ٹیپو کو ہلاک کر دیا انہوں نے، برٹش فوجوں نے تو انڈیا میں ان کا دبدبہ قائم ہو گیا۔</w:t>
      </w:r>
    </w:p>
    <w:p>
      <w:r>
        <w:rPr>
          <w:b/>
        </w:rPr>
        <w:t xml:space="preserve">[15:24] </w:t>
      </w:r>
      <w:r>
        <w:t>doosri taraf isi hi saal mein yani 1799 mein veteran sea mein yani behar-e-room mein europi qaumon ne turki ka bohat bara beera hota tha naval fleet ke yani bahri beera،</w:t>
      </w:r>
    </w:p>
    <w:p>
      <w:pPr>
        <w:jc w:val="right"/>
      </w:pPr>
      <w:r>
        <w:t>دوسری طرف اسی ہی سال میں یعنی 1799 میں ویٹیرین سی میں یعنی بحر روم میں یورپی قوموں نے ترکی کا بہت بڑا بیڑا ہوتا تھا نیول فریٹ کے یعنی بحری بیڑا،</w:t>
      </w:r>
    </w:p>
    <w:p>
      <w:r>
        <w:rPr>
          <w:b/>
        </w:rPr>
        <w:t xml:space="preserve">[15:42] </w:t>
      </w:r>
      <w:r>
        <w:t>is ko naval fleet kaha jata hai، bohat hi strong beera hua karta tha۔ is ko destroy kar diya unhon ne۔</w:t>
      </w:r>
    </w:p>
    <w:p>
      <w:pPr>
        <w:jc w:val="right"/>
      </w:pPr>
      <w:r>
        <w:t>اس کو نیول فریٹ کہا جاتا ہے، بہت ہی سٹرانگ بیڑا ہوا کرتا تھا۔ اس کو ڈسٹروئے کر دیا انہوں نے۔</w:t>
      </w:r>
    </w:p>
    <w:p>
      <w:r>
        <w:rPr>
          <w:b/>
        </w:rPr>
        <w:t xml:space="preserve">[15:50] </w:t>
      </w:r>
      <w:r>
        <w:t>to aik taraf woh waqia hua، doosra yeh waqia۔ dono aik hi saal hue 1799 mein۔ to idhar turkish empire khatam، toot phoot gayi۔</w:t>
      </w:r>
    </w:p>
    <w:p>
      <w:pPr>
        <w:jc w:val="right"/>
      </w:pPr>
      <w:r>
        <w:t>تو ایک طرف وہ واقعہ ہوا، دوسرا یہ واقعہ۔ دونوں ایک ہی سال ہوئے 1799 میں۔ تو ادھر ٹرکش ایمپائر ختم، ٹوٹ پھوٹ گئی۔</w:t>
      </w:r>
    </w:p>
    <w:p>
      <w:r>
        <w:rPr>
          <w:b/>
        </w:rPr>
        <w:t xml:space="preserve">[16:02] </w:t>
      </w:r>
      <w:r>
        <w:t>idhar india mein muslim rule toot phoot gaya۔ yahan se nai tareekh shuru hoti hai۔ ab musalmanon ne kya kiya ke treacherous sochi ko le kar larne pe nahi le gaye har jagah۔</w:t>
      </w:r>
    </w:p>
    <w:p>
      <w:pPr>
        <w:jc w:val="right"/>
      </w:pPr>
      <w:r>
        <w:t>ادھر انڈیا میں مسلم رول ٹوٹ پھوٹ گیا۔ یہاں سے نئی تاریخ شروع ہوتی ہے۔ اب مسلمانوں نے کیا کیا کہ ٹریشس سوچی کو لے کر لڑنے پہ نہیں لے گئے ہر جگہ۔</w:t>
      </w:r>
    </w:p>
    <w:p>
      <w:r>
        <w:rPr>
          <w:b/>
        </w:rPr>
        <w:t xml:space="preserve">[16:16] </w:t>
      </w:r>
      <w:r>
        <w:t>yeh nahi socha unhon ne ke yeh kya baat hai ke ke woh ghalib aa gaye، is ka raaz kya hai، is ko nahi socha unhon ne۔</w:t>
      </w:r>
    </w:p>
    <w:p>
      <w:pPr>
        <w:jc w:val="right"/>
      </w:pPr>
      <w:r>
        <w:t>یہ نہیں سوچا انہوں نے کہ یہ کیا بات ہے کہ کہ وہ غالب آ گئے، اس کا راز کیا ہے، اس کو نہیں سوچا انہوں نے۔</w:t>
      </w:r>
    </w:p>
    <w:p>
      <w:r>
        <w:rPr>
          <w:b/>
        </w:rPr>
        <w:t xml:space="preserve">[16:26] </w:t>
      </w:r>
      <w:r>
        <w:t>yeh tha due to technological supremacy۔ yani yeh jo britishers aaye the</w:t>
      </w:r>
    </w:p>
    <w:p>
      <w:pPr>
        <w:jc w:val="right"/>
      </w:pPr>
      <w:r>
        <w:t>یہ تھا ڈیو ٹو ٹیکنالوجیکل سپریمیسی۔ یعنی یہ جو برٹشرز آئے تھے</w:t>
      </w:r>
    </w:p>
    <w:p>
      <w:r>
        <w:rPr>
          <w:b/>
        </w:rPr>
        <w:t xml:space="preserve">[16:39] </w:t>
      </w:r>
      <w:r>
        <w:t>apne mulkon se bahar nikal ke yahan to woh modern technology le kar aaye the، modern science le kar aaye the، modern organizations ke sath aaye the، modern industry ke sath aaye the۔</w:t>
      </w:r>
    </w:p>
    <w:p>
      <w:pPr>
        <w:jc w:val="right"/>
      </w:pPr>
      <w:r>
        <w:t>اپنے ملکوں سے باہر نکل کے یہاں تو وہ ماڈرن ٹیکنالوجی لے کر آئے تھے، ماڈرن سائنس لے کر آئے تھے، ماڈرن ارگنائزیشنز کے ساتھ آئے تھے، ماڈرن انڈسٹری کے ساتھ آئے تھے۔</w:t>
      </w:r>
    </w:p>
    <w:p>
      <w:r>
        <w:rPr>
          <w:b/>
        </w:rPr>
        <w:t xml:space="preserve">[16:52] </w:t>
      </w:r>
      <w:r>
        <w:t>is liye woh taqatwar the۔</w:t>
      </w:r>
    </w:p>
    <w:p>
      <w:pPr>
        <w:jc w:val="right"/>
      </w:pPr>
      <w:r>
        <w:t>اس لیے وہ طاقتور تھے۔</w:t>
      </w:r>
    </w:p>
    <w:p>
      <w:r>
        <w:rPr>
          <w:b/>
        </w:rPr>
        <w:t xml:space="preserve">[16:55] </w:t>
      </w:r>
      <w:r>
        <w:t>is liye nahi ke woh sazish kar rahe the aur zulm kar rahe the۔ yani woh muslim dushmani case nahi tha balkeh technological supremacy case tha۔</w:t>
      </w:r>
    </w:p>
    <w:p>
      <w:pPr>
        <w:jc w:val="right"/>
      </w:pPr>
      <w:r>
        <w:t>اس لیے نہیں کہ وہ سازش کر رہے تھے اور ظلم کر رہے تھے۔ یعنی وہ مسلم دشمنی کیس نہیں تھا بلکہ ٹیکنالوجیکل سپریمیسی کیس تھا۔</w:t>
      </w:r>
    </w:p>
    <w:p>
      <w:r>
        <w:rPr>
          <w:b/>
        </w:rPr>
        <w:t xml:space="preserve">[17:07] </w:t>
      </w:r>
      <w:r>
        <w:t>sare muslim rehnuma jo the is dauraniye mein aik se aik، aik without any exception، is ko samjha unhon ne islam dushmani ka case nahi، it was case of technological supremacy۔</w:t>
      </w:r>
    </w:p>
    <w:p>
      <w:pPr>
        <w:jc w:val="right"/>
      </w:pPr>
      <w:r>
        <w:t>سارے مسلم رہنما جو تھے اس دورانیے میں ایک سے ایک، ایک ودا آؤٹ اینی ایکسیپشن، اس کو سمجھیا انہوں نے اسلام دشمنی کا کیس نہیں، اٹ واز کیس آف ٹیکنالوجیکل سپریمیسی۔</w:t>
      </w:r>
    </w:p>
    <w:p>
      <w:r>
        <w:rPr>
          <w:b/>
        </w:rPr>
        <w:t xml:space="preserve">[17:24] </w:t>
      </w:r>
      <w:r>
        <w:t>is ko samajhna chahiye tha۔</w:t>
      </w:r>
    </w:p>
    <w:p>
      <w:pPr>
        <w:jc w:val="right"/>
      </w:pPr>
      <w:r>
        <w:t>اس کو سمجھنا چاہیے تھا۔</w:t>
      </w:r>
    </w:p>
    <w:p>
      <w:r>
        <w:rPr>
          <w:b/>
        </w:rPr>
        <w:t xml:space="preserve">[17:27] </w:t>
      </w:r>
      <w:r>
        <w:t>musalmanon ke pas traditional knowledge thi، un ke pas scientific knowledge thi، musalmanon ke pas animal power tha، un ke pas mechanical power tak pahunch gaye woh۔</w:t>
      </w:r>
    </w:p>
    <w:p>
      <w:pPr>
        <w:jc w:val="right"/>
      </w:pPr>
      <w:r>
        <w:t>مسلمانوں کے پاس ٹریڈیشنل نالج تھی، ان کے پاس سائنٹیفک نالج تھی، مسلمانوں کے پاس اینیمل پاور تھا، ان کے پاس مکینیکل پاور تک پہنچ گئے وہ۔</w:t>
      </w:r>
    </w:p>
    <w:p>
      <w:r>
        <w:rPr>
          <w:b/>
        </w:rPr>
        <w:t xml:space="preserve">[17:41] </w:t>
      </w:r>
      <w:r>
        <w:t>yeh difference jo hai،</w:t>
      </w:r>
    </w:p>
    <w:p>
      <w:pPr>
        <w:jc w:val="right"/>
      </w:pPr>
      <w:r>
        <w:t>یہ ڈیفرنس جو ہے،</w:t>
      </w:r>
    </w:p>
    <w:p>
      <w:r>
        <w:rPr>
          <w:b/>
        </w:rPr>
        <w:t xml:space="preserve">[17:46] </w:t>
      </w:r>
      <w:r>
        <w:t>yani yeh difference pehli bar aik nai cheez tareekh mein aayi thi۔ pehle difference hua karta tha yani quantitative term mein</w:t>
      </w:r>
    </w:p>
    <w:p>
      <w:pPr>
        <w:jc w:val="right"/>
      </w:pPr>
      <w:r>
        <w:t>یعنی یہ ڈیفرنس پہلی بار ایک نئی چیز تاریخ میں آئی تھی۔ پہلے ڈیفرنس ہوا کرتا تھا یعنی کوانٹیٹیو ٹرم میں</w:t>
      </w:r>
    </w:p>
    <w:p>
      <w:r>
        <w:rPr>
          <w:b/>
        </w:rPr>
        <w:t xml:space="preserve">[17:56] </w:t>
      </w:r>
      <w:r>
        <w:t>، ab qualitative term mein difference ho gaya۔ to yeh samjhe nahi log aur bas ladna shuru kar diya، wohi talwar se، wohi neze se، wohi purane tareeqon se۔</w:t>
      </w:r>
    </w:p>
    <w:p>
      <w:pPr>
        <w:jc w:val="right"/>
      </w:pPr>
      <w:r>
        <w:t>، اب کوالٹیٹیو ٹرم میں ڈیفرنس ہو گیا۔ تو یہ سمجھے نہیں لوگ اور بس لڑنا شروع کر دیا، وہی تلوار سے، وہی نیزے سے، وہی پرانے طریقوں سے۔</w:t>
      </w:r>
    </w:p>
    <w:p>
      <w:r>
        <w:rPr>
          <w:b/>
        </w:rPr>
        <w:t xml:space="preserve">[18:08] </w:t>
      </w:r>
      <w:r>
        <w:t>har jagah defeat hui، har jagah defeat hui، har jagah defeat hui۔ to pure do sau saal ka yeh zamana hai jabke musalmanon ko bohat ziyada sacrifice ke bawajood sirf defeat hui har jagah۔</w:t>
      </w:r>
    </w:p>
    <w:p>
      <w:pPr>
        <w:jc w:val="right"/>
      </w:pPr>
      <w:r>
        <w:t>ہر جگہ ڈیفیٹ ہوئی، ہر جگہ ڈیفیٹ ہوئی، ہر جگہ ڈیفیٹ ہوئی۔ تو پورے دو سو سال کا یہ زمانہ ہے جبکہ مسلمانوں کو بہت زیادہ سیکریفائس کے باوجود صرف ڈیفیٹ ہوئی ہر جگہ۔</w:t>
      </w:r>
    </w:p>
    <w:p>
      <w:r>
        <w:rPr>
          <w:b/>
        </w:rPr>
        <w:t xml:space="preserve">[18:22] </w:t>
      </w:r>
      <w:r>
        <w:t>ab kya hai؟</w:t>
      </w:r>
    </w:p>
    <w:p>
      <w:pPr>
        <w:jc w:val="right"/>
      </w:pPr>
      <w:r>
        <w:t>اب کیا ہے؟</w:t>
      </w:r>
    </w:p>
    <w:p>
      <w:r>
        <w:rPr>
          <w:b/>
        </w:rPr>
        <w:t xml:space="preserve">[18:25] </w:t>
      </w:r>
      <w:r>
        <w:t>abhi bhi woh isi mind se jee rahe hain ke sab dushman hamare hain۔ to dushmanon ko jab woh deep defeat nahi de sake to ab kya kar rahe hain؟</w:t>
      </w:r>
    </w:p>
    <w:p>
      <w:pPr>
        <w:jc w:val="right"/>
      </w:pPr>
      <w:r>
        <w:t>ابھی بھی وہ اسی مائنڈ سے جی رہے ہیں کہ سب دشمن ہمارے ہیں۔ تو دشمنوں کو جب وہ ڈیپ ڈیفیٹ نہیں دے سکے تو اب کیا کر رہے ہیں؟</w:t>
      </w:r>
    </w:p>
    <w:p>
      <w:r>
        <w:rPr>
          <w:b/>
        </w:rPr>
        <w:t xml:space="preserve">[18:34] </w:t>
      </w:r>
      <w:r>
        <w:t>suicide bombing۔ yeh suicide bombing ki jagah jo ho rahi hai aur sare ulma chup hain۔ yani woh ulma jinhon ne fatwa diya tha jihad ka، woh ulma fatwa kyun nahi dete ke suicide bombing haram hai؟</w:t>
      </w:r>
    </w:p>
    <w:p>
      <w:pPr>
        <w:jc w:val="right"/>
      </w:pPr>
      <w:r>
        <w:t>سوسائیڈ بمبنگ۔ یہ سوسائیڈ بمبنگ کی جگہ جو ہو رہی ہے اور سارے علماء چپ ہیں۔ یعنی وہ علماء جنہوں نے فتوی دیا تھا جہاد کا، وہ علماء فتوی کیوں نہیں دیتے کہ سوسائیڈ بمبنگ حرام ہے؟</w:t>
      </w:r>
    </w:p>
    <w:p>
      <w:r>
        <w:rPr>
          <w:b/>
        </w:rPr>
        <w:t xml:space="preserve">[18:50] </w:t>
      </w:r>
      <w:r>
        <w:t>jin ulma ne fatwa diya tha jihad ka، unhein fatwa dena chahiye ke suicide bombing haram hai۔ yeh koi bol hi nahi raha hai۔ kyun؟ woh samajhte hain ke agar hum muslim dushman taqaton ko defeat nahi de sake to kam az kam destabilize to karein۔</w:t>
      </w:r>
    </w:p>
    <w:p>
      <w:pPr>
        <w:jc w:val="right"/>
      </w:pPr>
      <w:r>
        <w:t>جن علماء نے فتوی دیا تھا جہاد کا، انہیں فتوی دینا چاہیے کہ سوسائیڈ بمبنگ حرام ہے۔ یہ کوئی بول ہی نہیں رہا ہے۔ کیوں؟ وہ سمجھتے ہیں کہ اگر ہم مسلم دشمن طاقتوں کو ڈیفیٹ نہیں دے سکے تو کم از کم ڈی اسٹیبلائز تو کریں۔</w:t>
      </w:r>
    </w:p>
    <w:p>
      <w:r>
        <w:rPr>
          <w:b/>
        </w:rPr>
        <w:t xml:space="preserve">[19:07] </w:t>
      </w:r>
      <w:r>
        <w:t>yeh philosophy hai is ke peeche۔ woh destabilize kar rahe hain muslim dushman taqaton ko۔ halanke apne ko halak kar rahe hain sirf۔</w:t>
      </w:r>
    </w:p>
    <w:p>
      <w:pPr>
        <w:jc w:val="right"/>
      </w:pPr>
      <w:r>
        <w:t>یہ فلاسفی ہے اس کے پیچھے۔ وہ ڈی اسٹیبلائز کر رہے ہیں مسلم دشمن طاقتوں کو۔ حالانکہ اپنے کو ہلاک کر رہے ہیں صرف۔</w:t>
      </w:r>
    </w:p>
    <w:p>
      <w:r>
        <w:rPr>
          <w:b/>
        </w:rPr>
        <w:t xml:space="preserve">[19:18] </w:t>
      </w:r>
      <w:r>
        <w:t>yani apne ko halak kar rahe hain aur samajhte hain ke hum muslim dushman taqaton ko destabilize kar rahe hain۔ to main samajhta hoon ke yeh aik naya ijtihad darkar tha۔</w:t>
      </w:r>
    </w:p>
    <w:p>
      <w:pPr>
        <w:jc w:val="right"/>
      </w:pPr>
      <w:r>
        <w:t>یعنی اپنے کو ہلاک کر رہے ہیں اور سمجھتے ہیں کہ ہم مسلم دشمن طاقتوں کو ڈی اسٹیبلائز کر رہے ہیں۔ تو میں سمجھتا ہوں کہ یہ ایک نیا اجتہاد درکار تھا۔</w:t>
      </w:r>
    </w:p>
    <w:p>
      <w:r>
        <w:rPr>
          <w:b/>
        </w:rPr>
        <w:t xml:space="preserve">[19:30] </w:t>
      </w:r>
      <w:r>
        <w:t>naya ijtihad۔ is ijtihad، is ijtihad ka asal quran mein maujood hai۔ wa tilka al ayyam un nas۔</w:t>
      </w:r>
    </w:p>
    <w:p>
      <w:pPr>
        <w:jc w:val="right"/>
      </w:pPr>
      <w:r>
        <w:t>نیا اجتہاد۔ اس اجتہاد، اس اجتہاد کا اصل قرآن میں موجود ہے۔ وتلک الايام الناس۔</w:t>
      </w:r>
    </w:p>
    <w:p>
      <w:r>
        <w:rPr>
          <w:b/>
        </w:rPr>
        <w:t xml:space="preserve">[19:41] </w:t>
      </w:r>
      <w:r>
        <w:t>quran mein maujood hai yeh usool nature ka.</w:t>
      </w:r>
    </w:p>
    <w:p>
      <w:pPr>
        <w:jc w:val="right"/>
      </w:pPr>
      <w:r>
        <w:t>قرآن میں موجود ہے یہ اصول نیچر کا۔</w:t>
      </w:r>
    </w:p>
    <w:p>
      <w:r>
        <w:rPr>
          <w:b/>
        </w:rPr>
        <w:t xml:space="preserve">[19:49] </w:t>
      </w:r>
      <w:r>
        <w:t>vin ashaabkum qara faqat misl qaum qara misl. vin ashaabkum qara faqat misl qaum qara misl.</w:t>
      </w:r>
    </w:p>
    <w:p>
      <w:pPr>
        <w:jc w:val="right"/>
      </w:pPr>
      <w:r>
        <w:t>وین اصحابکم قرہ فقط مثل قوم قرہ مثل۔ وین اصحابکم قرہ فقط مثل قوم قرہ مثل۔</w:t>
      </w:r>
    </w:p>
    <w:p>
      <w:r>
        <w:rPr>
          <w:b/>
        </w:rPr>
        <w:t xml:space="preserve">[19:58] </w:t>
      </w:r>
      <w:r>
        <w:t>tilka ayyam nidal bin naas. yaani political supremacy kabhi in ke paas rahe gi, kabhi in ke paas rahe gi.</w:t>
      </w:r>
    </w:p>
    <w:p>
      <w:pPr>
        <w:jc w:val="right"/>
      </w:pPr>
      <w:r>
        <w:t>تلک ایام ندال بن الناس۔ یعنی پولیٹیکل سپریمیسی کبھی ان کے پاس رہے گی، کبھی ان کے پاس رہے گی۔</w:t>
      </w:r>
    </w:p>
    <w:p>
      <w:r>
        <w:rPr>
          <w:b/>
        </w:rPr>
        <w:t xml:space="preserve">[20:06] </w:t>
      </w:r>
      <w:r>
        <w:t>political supremacy kisi ki monopoly nahi hai. yaani choti hukoomatein phir bhi musalmanon ke paas theen. abhi bhi 57 countries mein musalmanon ki rule kar rahe hain musalman.</w:t>
      </w:r>
    </w:p>
    <w:p>
      <w:pPr>
        <w:jc w:val="right"/>
      </w:pPr>
      <w:r>
        <w:t>پولیٹیکل سپریمیسی کسی کی موناپولی نہیں ہے۔ یعنی چھوٹی حکومتیں پھر بھی مسلمانوں کے پاس تھیں۔ ابھی بھی 57 کنٹریز میں مسلمانوں کی رول کر رہے ہیں مسلمان۔</w:t>
      </w:r>
    </w:p>
    <w:p>
      <w:r>
        <w:rPr>
          <w:b/>
        </w:rPr>
        <w:t xml:space="preserve">[20:17] </w:t>
      </w:r>
      <w:r>
        <w:t>lekin ab woh ab empire ka zamana khatam ho gaya. ab empire nahi ho sakta hai. yeh bhi zamane ka aik farq hai.</w:t>
      </w:r>
    </w:p>
    <w:p>
      <w:pPr>
        <w:jc w:val="right"/>
      </w:pPr>
      <w:r>
        <w:t>لیکن اب وہ اب ایمپائر کا زمانہ ختم ہو گیا۔ اب ایمپائر نہیں ہو سکتا ہے۔ یہ بھی زمانے کا ایک فرق ہے۔</w:t>
      </w:r>
    </w:p>
    <w:p>
      <w:r>
        <w:rPr>
          <w:b/>
        </w:rPr>
        <w:t xml:space="preserve">[20:29] </w:t>
      </w:r>
      <w:r>
        <w:t>dekhiye, 18 century mein France mein French revolution aaya. democracies ka inqilab jis ko French revolution kaha kaha jata hai.</w:t>
      </w:r>
    </w:p>
    <w:p>
      <w:pPr>
        <w:jc w:val="right"/>
      </w:pPr>
      <w:r>
        <w:t>دیکھیے، 18 سینچری میں فرانس میں فرینچ ریولوشن آیا۔ ڈیموکریسیز کا انقلاب جس کو فرینچ ریولوشن کہا کہا جاتا ہے۔</w:t>
      </w:r>
    </w:p>
    <w:p>
      <w:r>
        <w:rPr>
          <w:b/>
        </w:rPr>
        <w:t xml:space="preserve">[20:41] </w:t>
      </w:r>
      <w:r>
        <w:t>French revolution mein yeh baat aakhri taur par decide ho gayi ke ab duniya mein kabhi bhi kisi ka empire nahi banega. ab national state banegi, nation state.</w:t>
      </w:r>
    </w:p>
    <w:p>
      <w:pPr>
        <w:jc w:val="right"/>
      </w:pPr>
      <w:r>
        <w:t>فرینچ ریولوشن میں یہ بات آخری طور پر ڈیسائیڈ ہو گئی کہ اب دنیا میں کبھی بھی کسی کا ایمپائر نہیں بنے گا۔ اب نیشنل اسٹیٹ بنے گی، نیشن اسٹیٹ۔</w:t>
      </w:r>
    </w:p>
    <w:p>
      <w:r>
        <w:rPr>
          <w:b/>
        </w:rPr>
        <w:t xml:space="preserve">[20:55] </w:t>
      </w:r>
      <w:r>
        <w:t>French revolution hua atharveen sadi eesvi mein. isi waqt aur dobara democracy aa gayi duniya mein. isi waqt yeh tay ho gaya ke ab duniya mein kabhi bhi kisi ka empire nahi banne wala hai.</w:t>
      </w:r>
    </w:p>
    <w:p>
      <w:pPr>
        <w:jc w:val="right"/>
      </w:pPr>
      <w:r>
        <w:t>فرینچ ریولوشن ہوا اٹھارویں صدی عیسوی میں۔ اسی وقت اور دوبارہ ڈیموکریسی آ گئی دنیا میں۔ اسی وقت یہ طے ہو گیا کہ اب دنیا میں کبھی بھی کسی کا ایمپائر نہیں بننے والا ہے۔</w:t>
      </w:r>
    </w:p>
    <w:p>
      <w:r>
        <w:rPr>
          <w:b/>
        </w:rPr>
        <w:t xml:space="preserve">[21:08] </w:t>
      </w:r>
      <w:r>
        <w:t>ab sirf national state rahe gi. lekin musalman abhi bhi isi mein jee rahe hain. abhi woh chahte hain ke wahi khilafat, wahi empire phir un ka ban jaye.</w:t>
      </w:r>
    </w:p>
    <w:p>
      <w:pPr>
        <w:jc w:val="right"/>
      </w:pPr>
      <w:r>
        <w:t>اب صرف نیشنل اسٹیٹ رہے گی۔ لیکن مسلمان ابھی بھی اسی میں جی رہے ہیں۔ ابھی وہ چاہتے ہیں کہ وہی خلافت، وہی ایمپائر پھر ان کا بن جائے۔</w:t>
      </w:r>
    </w:p>
    <w:p>
      <w:r>
        <w:rPr>
          <w:b/>
        </w:rPr>
        <w:t xml:space="preserve">[21:21] </w:t>
      </w:r>
      <w:r>
        <w:t>to is muslim empire ko regain karne ke liye yeh sab ho raha hai. halanke quran bata diya karta hai ke woh hamesha nahi reh sakta. tumhari monopoly nahi ho sakti hai is par.</w:t>
      </w:r>
    </w:p>
    <w:p>
      <w:pPr>
        <w:jc w:val="right"/>
      </w:pPr>
      <w:r>
        <w:t>تو اس مسلم ایمپائر کو ریگین کرنے کے لیے یہ سب ہو رہا ہے۔ حالانکہ قرآن بتا دیا کرتا ہے کہ وہ ہمیشہ نہیں رہ سکتا۔ تمہاری موناپولی نہیں ہو سکتی ہے اس پر۔</w:t>
      </w:r>
    </w:p>
    <w:p>
      <w:r>
        <w:rPr>
          <w:b/>
        </w:rPr>
        <w:t xml:space="preserve">[21:36] </w:t>
      </w:r>
      <w:r>
        <w:t>to ab jo ijtihad darkar hai is crisis ko khatam karne ke liye woh yeh hai ke we have to accept the reality.</w:t>
      </w:r>
    </w:p>
    <w:p>
      <w:pPr>
        <w:jc w:val="right"/>
      </w:pPr>
      <w:r>
        <w:t>تو اب جو اجتہاد درکار ہے اس کرائسز کو ختم کرنے کے لیے وہ یہ ہے کہ وی ہیو ٹو ایکسیپٹ دا ریلیٹی۔</w:t>
      </w:r>
    </w:p>
    <w:p>
      <w:r>
        <w:rPr>
          <w:b/>
        </w:rPr>
        <w:t xml:space="preserve">[21:47] </w:t>
      </w:r>
      <w:r>
        <w:t>yeh aik reality hai ke woh daur khatam ho gaya</w:t>
      </w:r>
    </w:p>
    <w:p>
      <w:pPr>
        <w:jc w:val="right"/>
      </w:pPr>
      <w:r>
        <w:t>یہ ایک ریلیٹی ہے کہ وہ دور ختم ہو گیا</w:t>
      </w:r>
    </w:p>
    <w:p>
      <w:r>
        <w:rPr>
          <w:b/>
        </w:rPr>
        <w:t xml:space="preserve">[21:51] </w:t>
      </w:r>
      <w:r>
        <w:t>jabke empire bana karte the. is se pehle aap jante hain ke Roman empire bana, woh khatam ho gaya. phir Muslim empire bana, woh khatam ho gaya.</w:t>
      </w:r>
    </w:p>
    <w:p>
      <w:pPr>
        <w:jc w:val="right"/>
      </w:pPr>
      <w:r>
        <w:t>جبکہ ایمپائر بنا کرتے تھے۔ اس سے پہلے آپ جانتے ہیں کہ رومن ایمپائر بنا، وہ ختم ہو گیا۔ پھر مسلم ایمپائر بنا، وہ ختم ہو گیا۔</w:t>
      </w:r>
    </w:p>
    <w:p>
      <w:r>
        <w:rPr>
          <w:b/>
        </w:rPr>
        <w:t xml:space="preserve">[22:02] </w:t>
      </w:r>
      <w:r>
        <w:t>phir British empire bana, woh khatam ho gaya. ab America ne empire banana chaha lekin woh banne se pehle woh khatam ho gaya. ab woh daur chala gaya.</w:t>
      </w:r>
    </w:p>
    <w:p>
      <w:pPr>
        <w:jc w:val="right"/>
      </w:pPr>
      <w:r>
        <w:t>پھر برٹش ایمپائر بنا، وہ ختم ہو گیا۔ اب امریکہ نے ایمپائر بنانا چاہا لیکن وہ بننے سے پہلے وہ ختم ہو گیا۔ اب وہ دور چلا گیا۔</w:t>
      </w:r>
    </w:p>
    <w:p>
      <w:r>
        <w:rPr>
          <w:b/>
        </w:rPr>
        <w:t xml:space="preserve">[22:15] </w:t>
      </w:r>
      <w:r>
        <w:t>woh daur khatam ho gaya. ab koi American empire nahi ban sakta. Russian empire toot gaya.</w:t>
      </w:r>
    </w:p>
    <w:p>
      <w:pPr>
        <w:jc w:val="right"/>
      </w:pPr>
      <w:r>
        <w:t>وہ دور ختم ہو گیا۔ اب کوئی امریکن ایمپائر نہیں بن سکتا۔ رشین ایمپائر ٹوٹ گیا۔</w:t>
      </w:r>
    </w:p>
    <w:p>
      <w:r>
        <w:rPr>
          <w:b/>
        </w:rPr>
        <w:t xml:space="preserve">[22:22] </w:t>
      </w:r>
      <w:r>
        <w:t>Roman empire toota. Muslim empire toota. British empire toota. Russian empire toota. American empire banne se pehle toota.</w:t>
      </w:r>
    </w:p>
    <w:p>
      <w:pPr>
        <w:jc w:val="right"/>
      </w:pPr>
      <w:r>
        <w:t>رومن ایمپائر ٹوٹا۔ مسلم ایمپائر ٹوٹا۔ برٹش ایمپائر ٹوٹا۔ رشین ایمپائر ٹوٹا۔ امریکن ایمپائر بننے سے پہلے ٹوٹ گیا۔</w:t>
      </w:r>
    </w:p>
    <w:p>
      <w:r>
        <w:rPr>
          <w:b/>
        </w:rPr>
        <w:t xml:space="preserve">[22:32] </w:t>
      </w:r>
      <w:r>
        <w:t>lekin musalman isi khwab mein jeete hain. abhi bhi woh isi duniya mein jeete hain. abhi bhi woh khilafat ki boli bolte hain. to crisis kyun jaari hai?</w:t>
      </w:r>
    </w:p>
    <w:p>
      <w:pPr>
        <w:jc w:val="right"/>
      </w:pPr>
      <w:r>
        <w:t>لیکن مسلمان اسی خواب میں جیتے ہیں۔ ابھی بھی وہ اسی دنیا میں جیتے ہیں۔ ابھی بھی وہ خلافت کی بولی بولتے ہیں۔ تو کرائسز کیوں جاری ہے؟</w:t>
      </w:r>
    </w:p>
    <w:p>
      <w:r>
        <w:rPr>
          <w:b/>
        </w:rPr>
        <w:t xml:space="preserve">[22:45] </w:t>
      </w:r>
      <w:r>
        <w:t>is liye ke musalmanon mein rethinking nahi aayi. rethinking.</w:t>
      </w:r>
    </w:p>
    <w:p>
      <w:pPr>
        <w:jc w:val="right"/>
      </w:pPr>
      <w:r>
        <w:t>اس لیے کہ مسلمانوں میں ری تھنکنگ نہیں آئی۔ ری تھنکنگ۔</w:t>
      </w:r>
    </w:p>
    <w:p>
      <w:r>
        <w:rPr>
          <w:b/>
        </w:rPr>
        <w:t xml:space="preserve">[22:51] </w:t>
      </w:r>
      <w:r>
        <w:t>woh reassess nahi kar paye cheezon ko. woh reality ko jaan nahi paye. to yeh yahan mein aik misaal doonga.</w:t>
      </w:r>
    </w:p>
    <w:p>
      <w:pPr>
        <w:jc w:val="right"/>
      </w:pPr>
      <w:r>
        <w:t>وہ ری ایسس نہیں کر پائے چیزوں کو۔ وہ ریلیٹی کو جان نہیں پائے۔ تو یہ یہاں میں ایک مثال دوں گا۔</w:t>
      </w:r>
    </w:p>
    <w:p>
      <w:r>
        <w:rPr>
          <w:b/>
        </w:rPr>
        <w:t xml:space="preserve">[23:04] </w:t>
      </w:r>
      <w:r>
        <w:t>bohat hi real yaani bohat hi illustrative misaal hai. do misaal hain jis se musalmanon ko sabak lena chahiye.</w:t>
      </w:r>
    </w:p>
    <w:p>
      <w:pPr>
        <w:jc w:val="right"/>
      </w:pPr>
      <w:r>
        <w:t>بہت ہی ریل یعنی بہت ہی السٹریٹیو مثال ہے۔ دو مثال ہیں جس سے مسلمانوں کو سبق لینا چاہیے۔</w:t>
      </w:r>
    </w:p>
    <w:p>
      <w:r>
        <w:rPr>
          <w:b/>
        </w:rPr>
        <w:t xml:space="preserve">[23:16] </w:t>
      </w:r>
      <w:r>
        <w:t>yaani aik to musalmanon ke liye Rasool Allah ke model mein namoona hai. jo maine bataya aap ko kai misalein ke crisis ko kaise manage kiya jata hai.</w:t>
      </w:r>
    </w:p>
    <w:p>
      <w:pPr>
        <w:jc w:val="right"/>
      </w:pPr>
      <w:r>
        <w:t>یعنی ایک تو مسلمانوں کے لیے رسول اللہ کے ماڈل میں نمونہ ہے۔ جو میں نے بتایا آپ کو کئی مثالیں کہ کرائسز کو کیسے مینج کیا جاتا ہے۔</w:t>
      </w:r>
    </w:p>
    <w:p>
      <w:r>
        <w:rPr>
          <w:b/>
        </w:rPr>
        <w:t xml:space="preserve">[23:27] </w:t>
      </w:r>
      <w:r>
        <w:t>lekin tareekh mein misalein maujood hain. tareekh mein aik misaal dekhi hai hai ke China ki.</w:t>
      </w:r>
    </w:p>
    <w:p>
      <w:pPr>
        <w:jc w:val="right"/>
      </w:pPr>
      <w:r>
        <w:t>لیکن تاریخ میں مثالیں موجود ہیں۔ تاریخ میں ایک مثال دیکھی ہے ہے کہ چائنہ کی۔</w:t>
      </w:r>
    </w:p>
    <w:p>
      <w:r>
        <w:rPr>
          <w:b/>
        </w:rPr>
        <w:t xml:space="preserve">[23:37] </w:t>
      </w:r>
      <w:r>
        <w:t>China mein communist rule tha. jo old concept tha communism ka woh yeh tha ke ke yaani political rule aur aik economic activity dono ko dono ka hamare control banna chahiye.</w:t>
      </w:r>
    </w:p>
    <w:p>
      <w:pPr>
        <w:jc w:val="right"/>
      </w:pPr>
      <w:r>
        <w:t>چائنہ میں کمیونسٹ رول تھا۔ جو اولڈ کانسیپٹ تھا کمیونزم کا وہ یہ تھا کہ کہ یعنی پولیٹیکل رول اور ایک اکنامک ایکٹیویٹی دونوں کو دونوں کا ہمارے کنٹرول بننا چاہیے۔</w:t>
      </w:r>
    </w:p>
    <w:p>
      <w:r>
        <w:rPr>
          <w:b/>
        </w:rPr>
        <w:t xml:space="preserve">[23:57] </w:t>
      </w:r>
      <w:r>
        <w:t>chunanche communist party dono control kar rahi thi. yaani political</w:t>
      </w:r>
    </w:p>
    <w:p>
      <w:pPr>
        <w:jc w:val="right"/>
      </w:pPr>
      <w:r>
        <w:t>چنانچہ کمیونسٹ پارٹی دونوں کنٹرول کر رہی تھی۔ یعنی پولیٹیکل</w:t>
      </w:r>
    </w:p>
    <w:p>
      <w:r>
        <w:rPr>
          <w:b/>
        </w:rPr>
        <w:t xml:space="preserve">[24:03] </w:t>
      </w:r>
      <w:r>
        <w:t>power ko bhi aur economic activities ko bhi.</w:t>
      </w:r>
    </w:p>
    <w:p>
      <w:pPr>
        <w:jc w:val="right"/>
      </w:pPr>
      <w:r>
        <w:t>پاور کو بھی اور اکنامک ایکٹیویٹیز کو بھی۔</w:t>
      </w:r>
    </w:p>
    <w:p>
      <w:r>
        <w:rPr>
          <w:b/>
        </w:rPr>
        <w:t xml:space="preserve">[24:08] </w:t>
      </w:r>
      <w:r>
        <w:t>phir wahan par paida hua ek aadmi jis ka naam tha Deng ya Ping. DENG XI AO PING.</w:t>
      </w:r>
    </w:p>
    <w:p>
      <w:pPr>
        <w:jc w:val="right"/>
      </w:pPr>
      <w:r>
        <w:t>پھر وہاں پر پیدا ہوا ایک آدمی جس کا نام تھا ڈینگ یا پنگ۔ ڈی ای این جی ایکس آئی او پی آئی این جی۔</w:t>
      </w:r>
    </w:p>
    <w:p>
      <w:r>
        <w:rPr>
          <w:b/>
        </w:rPr>
        <w:t xml:space="preserve">[24:25] </w:t>
      </w:r>
      <w:r>
        <w:t>DENG XI AO PING. Deng Xia Ping.</w:t>
      </w:r>
    </w:p>
    <w:p>
      <w:pPr>
        <w:jc w:val="right"/>
      </w:pPr>
      <w:r>
        <w:t>ڈی ای این جی ایکس آئی او پی آئی این جی۔ ڈینگ زیا پنگ۔</w:t>
      </w:r>
    </w:p>
    <w:p>
      <w:r>
        <w:rPr>
          <w:b/>
        </w:rPr>
        <w:t xml:space="preserve">[24:34] </w:t>
      </w:r>
      <w:r>
        <w:t>is ki death hui hai 1997 ko. Communist Party ka yeh Chairman tha. is ki taleem hui China mein phir Russia mein hui.</w:t>
      </w:r>
    </w:p>
    <w:p>
      <w:pPr>
        <w:jc w:val="right"/>
      </w:pPr>
      <w:r>
        <w:t>اس کی ڈیتھ ہوئی ہے 1997 کو۔ کمیونسٹ پارٹی کا یہ چیئرمین تھا۔ اس کی تعلیم ہوئی چائنہ میں پھر رشیا میں ہوئی۔</w:t>
      </w:r>
    </w:p>
    <w:p>
      <w:r>
        <w:rPr>
          <w:b/>
        </w:rPr>
        <w:t xml:space="preserve">[24:47] </w:t>
      </w:r>
      <w:r>
        <w:t>is ke baad woh France gaya. France mein is ki education hui. to wahan par us ne dekha us ko compare karne ka mauqa mila.</w:t>
      </w:r>
    </w:p>
    <w:p>
      <w:pPr>
        <w:jc w:val="right"/>
      </w:pPr>
      <w:r>
        <w:t>اس کے بعد وہ فرانس گیا۔ فرانس میں اس کی ایجوکیشن ہوئی۔ تو وہاں پر اس نے دیکھا اس کو کمپیئر کرنے کا موقع ملا۔</w:t>
      </w:r>
    </w:p>
    <w:p>
      <w:r>
        <w:rPr>
          <w:b/>
        </w:rPr>
        <w:t xml:space="preserve">[24:57] </w:t>
      </w:r>
      <w:r>
        <w:t>us ne dekha ke China mein hamari economy jo hai develop nahi kar rahi hai. aur France mein develop kar rahi hai economy.</w:t>
      </w:r>
    </w:p>
    <w:p>
      <w:pPr>
        <w:jc w:val="right"/>
      </w:pPr>
      <w:r>
        <w:t>اس نے دیکھا کہ چائنہ میں ہماری اکانومی جو ہے ڈیولپ نہیں کر رہی ہے۔ اور فرانس میں ڈیولپ کر رہی ہے اکانومی۔</w:t>
      </w:r>
    </w:p>
    <w:p>
      <w:r>
        <w:rPr>
          <w:b/>
        </w:rPr>
        <w:t xml:space="preserve">[25:05] </w:t>
      </w:r>
      <w:r>
        <w:t>kya wajah hai? kyun yeh farq hai ke France mein zabardast tarqqiyan ho rahi hain iqtisadi aur China mein nahi ho rahi hain.</w:t>
      </w:r>
    </w:p>
    <w:p>
      <w:pPr>
        <w:jc w:val="right"/>
      </w:pPr>
      <w:r>
        <w:t>کیا وجہ ہے؟ کیوں یہ فرق ہے کہ فرانس میں زبردست ترقیاں ہو رہی ہیں اقتصادی اور چین میں نہیں ہو رہی ہے۔</w:t>
      </w:r>
    </w:p>
    <w:p>
      <w:r>
        <w:rPr>
          <w:b/>
        </w:rPr>
        <w:t xml:space="preserve">[25:18] </w:t>
      </w:r>
      <w:r>
        <w:t>to us ko ek naya idea aaya.</w:t>
      </w:r>
    </w:p>
    <w:p>
      <w:pPr>
        <w:jc w:val="right"/>
      </w:pPr>
      <w:r>
        <w:t>تو اس کو ایک نیا آئیڈیا آیا۔</w:t>
      </w:r>
    </w:p>
    <w:p>
      <w:r>
        <w:rPr>
          <w:b/>
        </w:rPr>
        <w:t xml:space="preserve">[25:21] </w:t>
      </w:r>
      <w:r>
        <w:t>is idea ko le ke jab woh China mein wapas hua to us ne wahan par ek ek naya yani jo wahan par dead lock tha jo crisis tha us ko hal nikala.</w:t>
      </w:r>
    </w:p>
    <w:p>
      <w:pPr>
        <w:jc w:val="right"/>
      </w:pPr>
      <w:r>
        <w:t>اس آئیڈیا کو لے کے جب وہ چائنہ میں واپس ہوا تو اس نے وہاں پر ایک ایک نیا یعنی جو وہاں پر ڈیڈ لاک تھا جو کرائسز تھا اس کو حل نکالا۔</w:t>
      </w:r>
    </w:p>
    <w:p>
      <w:r>
        <w:rPr>
          <w:b/>
        </w:rPr>
        <w:t xml:space="preserve">[25:32] </w:t>
      </w:r>
      <w:r>
        <w:t>is ke ek formula 2 point formula y</w:t>
      </w:r>
    </w:p>
    <w:p>
      <w:pPr>
        <w:jc w:val="right"/>
      </w:pPr>
      <w:r>
        <w:t>اس کے ایک فارمولے ٹو پوائنٹ فارمولا ی</w:t>
      </w:r>
    </w:p>
    <w:p>
      <w:r>
        <w:rPr>
          <w:b/>
        </w:rPr>
        <w:t xml:space="preserve">[25:37] </w:t>
      </w:r>
      <w:r>
        <w:t>yani political role to wahi baqi raha us ne yani Communist Party ka political role Communist Party ke hath mein lekin economic activities jo hai us ko us ne is mein open door policy ikhtiyar ki nuclear liberalize kar diya yani jo model France mein tha ya America mein hai</w:t>
      </w:r>
    </w:p>
    <w:p>
      <w:pPr>
        <w:jc w:val="right"/>
      </w:pPr>
      <w:r>
        <w:t>عنی پولیٹیکل رول تو وہی باقی رہا اس نے یعنی کمیونسٹ پارٹی کا پولیٹیکل رول کمیونسٹ پارٹی کے ہاتھ میں لیکن اکنامک ایکٹیویٹیز جو ہے اس کو اس نے اس میں اوپن ڈور پالیسی اختیار کی نیوکلیئر لبرلائز کر دیا یعنی جو ماڈل فرانس میں تھا یا امریکہ میں ہے</w:t>
      </w:r>
    </w:p>
    <w:p>
      <w:r>
        <w:rPr>
          <w:b/>
        </w:rPr>
        <w:t xml:space="preserve">[26:03] </w:t>
      </w:r>
      <w:r>
        <w:t>is model ko ikhtiyar kar liya us ne China mein</w:t>
      </w:r>
    </w:p>
    <w:p>
      <w:pPr>
        <w:jc w:val="right"/>
      </w:pPr>
      <w:r>
        <w:t>اس ماڈل کو اختیار کر لیا اس نے چائنہ میں</w:t>
      </w:r>
    </w:p>
    <w:p>
      <w:r>
        <w:rPr>
          <w:b/>
        </w:rPr>
        <w:t xml:space="preserve">[26:07] </w:t>
      </w:r>
      <w:r>
        <w:t>to dual system banaya us ne ke political dayre mein decentralization aur iqtisadi dayre mein economic dayre mein liberalism is ke nateejay mein aap jante hain China zabardast tarqqi ho gayi is ki bohat tarqqi ho gayi.</w:t>
      </w:r>
    </w:p>
    <w:p>
      <w:pPr>
        <w:jc w:val="right"/>
      </w:pPr>
      <w:r>
        <w:t>تو ڈول سسٹم بنایا اس نے کہ پولیٹیکل دائرے میں ڈیزیپنٹیشن اور اقتصادی دائرے میں اکنامک دائرے میں اللیبرلزم اس کے نتیجے میں آپ جانتے ہیں چائنہ زبردست ترقی ہو گئی اس کی بہت ترقی ہو گئی۔</w:t>
      </w:r>
    </w:p>
    <w:p>
      <w:r>
        <w:rPr>
          <w:b/>
        </w:rPr>
        <w:t xml:space="preserve">[26:27] </w:t>
      </w:r>
      <w:r>
        <w:t>aaj America jo hai China ka maqrooz hai.</w:t>
      </w:r>
    </w:p>
    <w:p>
      <w:pPr>
        <w:jc w:val="right"/>
      </w:pPr>
      <w:r>
        <w:t>آج امریکہ جو ہے چائنہ کا مقروض ہے۔</w:t>
      </w:r>
    </w:p>
    <w:p>
      <w:r>
        <w:rPr>
          <w:b/>
        </w:rPr>
        <w:t xml:space="preserve">[26:32] </w:t>
      </w:r>
      <w:r>
        <w:t>ajeeb baat hai ke yahi namoona tha India ke liye. India ko bhi yeh karna chahiye tha lekin India abhi tak nahi kar saka. partially kiya is ka koi faida nahi hai.</w:t>
      </w:r>
    </w:p>
    <w:p>
      <w:pPr>
        <w:jc w:val="right"/>
      </w:pPr>
      <w:r>
        <w:t>عجیب بات ہے کہ یہی نمونہ تھا انڈیا کے لیے۔ انڈیا کو بھی یہ کرنا چاہیے تھا لیکن انڈیا ابھی تک نہیں کر سکا۔ پارشلی کیا اس کا کوئی فائدہ نہیں ہے۔</w:t>
      </w:r>
    </w:p>
    <w:p>
      <w:r>
        <w:rPr>
          <w:b/>
        </w:rPr>
        <w:t xml:space="preserve">[26:42] </w:t>
      </w:r>
      <w:r>
        <w:t>dekhiye hamare India mein jo corruption hai woh kyun hai? is ka taluq kisi birth se aur kisi road activist se nahi hai.</w:t>
      </w:r>
    </w:p>
    <w:p>
      <w:pPr>
        <w:jc w:val="right"/>
      </w:pPr>
      <w:r>
        <w:t>دیکھیے ہمارے انڈیا میں جو کرپشن ہے وہ کیوں ہے؟ اس کا تعلق کسی برتھ سے اور کسی روڈ ایکٹیوسٹ سے نہیں ہے۔</w:t>
      </w:r>
    </w:p>
    <w:p>
      <w:r>
        <w:rPr>
          <w:b/>
        </w:rPr>
        <w:t xml:space="preserve">[26:54] </w:t>
      </w:r>
      <w:r>
        <w:t>jalsa juloos se nahi hai is ka taluq.</w:t>
      </w:r>
    </w:p>
    <w:p>
      <w:pPr>
        <w:jc w:val="right"/>
      </w:pPr>
      <w:r>
        <w:t>جلسہ جلوس سے نہیں ہے اس کا تعلق۔</w:t>
      </w:r>
    </w:p>
    <w:p>
      <w:r>
        <w:rPr>
          <w:b/>
        </w:rPr>
        <w:t xml:space="preserve">[26:58] </w:t>
      </w:r>
      <w:r>
        <w:t>azaadi se pehle jo hamare leader the national leader woh zyada tar socialist the. socialist to unhone yeh chaha ke India mein socialist society banayein.</w:t>
      </w:r>
    </w:p>
    <w:p>
      <w:pPr>
        <w:jc w:val="right"/>
      </w:pPr>
      <w:r>
        <w:t>آزادی سے پہلے جو ہمارے لیڈر تھے نیشنل لیڈر وہ زیادہ تر سوشلسٹ تھے۔ سوشلسٹ تو انہوں نے یہ چاہا کہ انڈیا میں سوسائٹک سوسائٹی بنائیں۔</w:t>
      </w:r>
    </w:p>
    <w:p>
      <w:r>
        <w:rPr>
          <w:b/>
        </w:rPr>
        <w:t xml:space="preserve">[27:10] </w:t>
      </w:r>
      <w:r>
        <w:t>socialist pattern of society. to unhone India mein yeh kiya ke controlled economy ka tareeqa ikhtiyar kiya.</w:t>
      </w:r>
    </w:p>
    <w:p>
      <w:pPr>
        <w:jc w:val="right"/>
      </w:pPr>
      <w:r>
        <w:t>سوسائٹک پارٹنر آف سوسائٹی۔ تو انہوں نے انڈیا میں یہ کیا کہ کنٹرولڈ اکانومی کا طریقہ اختیار کیا۔</w:t>
      </w:r>
    </w:p>
    <w:p>
      <w:r>
        <w:rPr>
          <w:b/>
        </w:rPr>
        <w:t xml:space="preserve">[27:21] </w:t>
      </w:r>
      <w:r>
        <w:t>controlled economy. controlled economy mein kya hota hai?</w:t>
      </w:r>
    </w:p>
    <w:p>
      <w:pPr>
        <w:jc w:val="right"/>
      </w:pPr>
      <w:r>
        <w:t>کنٹرولڈ اکانومی۔ کنٹرولڈ اکانومی میں کیا ہوتا ہے؟</w:t>
      </w:r>
    </w:p>
    <w:p>
      <w:r>
        <w:rPr>
          <w:b/>
        </w:rPr>
        <w:t xml:space="preserve">[27:27] </w:t>
      </w:r>
      <w:r>
        <w:t>woh afsaron ke hath mein sara role sara ikhtiyar aa jata hai. yani bureaucracy control karne lagti hai. aur bureaucracy jo hai apne sign ka paisa chahti lena.</w:t>
      </w:r>
    </w:p>
    <w:p>
      <w:pPr>
        <w:jc w:val="right"/>
      </w:pPr>
      <w:r>
        <w:t>وہ افسروں کے ہاتھ میں سارا رول سارا اختیار آ جاتا ہے۔ یعنی بیوروکریسی کنٹرول کرنے لگتی ہے۔ اور بیوروکریسی جو ہے اپنے سائن کا پیسہ چاہتی لینا۔</w:t>
      </w:r>
    </w:p>
    <w:p>
      <w:r>
        <w:rPr>
          <w:b/>
        </w:rPr>
        <w:t xml:space="preserve">[27:42] </w:t>
      </w:r>
      <w:r>
        <w:t>to har yahan phir license permit raj aa gaya jis ko raj ke baad aaj bhi kaha karte the license permit raj. to afsaron ne ya bureaucracy ne khoob khoob paisa kamana shuru kar diya.</w:t>
      </w:r>
    </w:p>
    <w:p>
      <w:pPr>
        <w:jc w:val="right"/>
      </w:pPr>
      <w:r>
        <w:t>تو ہر یہاں پھر لائسنس پرمٹ راج آ گیا جس کو راج کے بعد آج بھی کہا کرتے تھے لائسنس پرمٹ راج۔ تو افسروں نے یا بیوروکریسی نے خوب خوب پیسہ کمانا شروع کر دیا۔</w:t>
      </w:r>
    </w:p>
    <w:p>
      <w:r>
        <w:rPr>
          <w:b/>
        </w:rPr>
        <w:t xml:space="preserve">[27:54] </w:t>
      </w:r>
      <w:r>
        <w:t>isi ka naam hai corruption.</w:t>
      </w:r>
    </w:p>
    <w:p>
      <w:pPr>
        <w:jc w:val="right"/>
      </w:pPr>
      <w:r>
        <w:t>اسی کا نام ہے کرپشن۔</w:t>
      </w:r>
    </w:p>
    <w:p>
      <w:r>
        <w:rPr>
          <w:b/>
        </w:rPr>
        <w:t xml:space="preserve">[27:58] </w:t>
      </w:r>
      <w:r>
        <w:t>ab koi hal is ka sawal nahi hai ke China ke model ko ikhtiyar kiya jaye yahan aur decontrol kar diya jaye sari economic activities ko. yeh jo beech beech ka rasta chal raha hai India is se kuch nahi hone wala hai.</w:t>
      </w:r>
    </w:p>
    <w:p>
      <w:pPr>
        <w:jc w:val="right"/>
      </w:pPr>
      <w:r>
        <w:t>اب کوئی حل اس کا سوال نہیں ہے کہ چائنہ کے ماڈل کو اختیار کیا جائے یہاں اور ڈی کنٹرول کر دیا جائے ساری اکانومک ایکٹیویٹیز کو۔ یہ جو بیچ بیچ کا راستہ چل رہا ہے انڈیا اس سے کچھ نہیں ہونے والا ہے۔</w:t>
      </w:r>
    </w:p>
    <w:p>
      <w:r>
        <w:rPr>
          <w:b/>
        </w:rPr>
        <w:t xml:space="preserve">[28:12] </w:t>
      </w:r>
      <w:r>
        <w:t>kuch nahi hone wala hai is se. bilkul China ke model ko ikhtiyar karna hoga ke total decontrol.</w:t>
      </w:r>
    </w:p>
    <w:p>
      <w:pPr>
        <w:jc w:val="right"/>
      </w:pPr>
      <w:r>
        <w:t>کچھ نہیں ہونے والا ہے اس سے۔ بالکل چائنہ کے ماڈل کو اختیار کرنا ہوگا کہ ٹوٹل ڈی کنٹرول۔</w:t>
      </w:r>
    </w:p>
    <w:p>
      <w:r>
        <w:rPr>
          <w:b/>
        </w:rPr>
        <w:t xml:space="preserve">[28:23] </w:t>
      </w:r>
      <w:r>
        <w:t>jab tak yeh nahi kiya jaye ke hum corruption khatam nahi hoga. to</w:t>
      </w:r>
    </w:p>
    <w:p>
      <w:pPr>
        <w:jc w:val="right"/>
      </w:pPr>
      <w:r>
        <w:t>جب تک یہ نہیں کیا جائے کہ ہم کرپشن ختم نہیں ہوگا۔ تو</w:t>
      </w:r>
    </w:p>
    <w:p>
      <w:r>
        <w:rPr>
          <w:b/>
        </w:rPr>
        <w:t xml:space="preserve">[28:29] </w:t>
      </w:r>
      <w:r>
        <w:t>behral musalmanon ko is se sabaq lena chahiye china se ke kis tarah is ne kraisiz ko manage kiya.</w:t>
      </w:r>
    </w:p>
    <w:p>
      <w:pPr>
        <w:jc w:val="right"/>
      </w:pPr>
      <w:r>
        <w:t>بہرحال مسلمانوں کو اس سے سبق لینا چاہیے چائنہ سے کہ کس طرح اس نے کرائسز کو مینج کیا۔</w:t>
      </w:r>
    </w:p>
    <w:p>
      <w:r>
        <w:rPr>
          <w:b/>
        </w:rPr>
        <w:t xml:space="preserve">[28:39] </w:t>
      </w:r>
      <w:r>
        <w:t>manage kar ke is ke andar ek naya daur shuru ho gaya. is se pehle bhi kaha jata tha ke koi civilization jab mar jati thi phir phir phir wo zinda nahi hoti.</w:t>
      </w:r>
    </w:p>
    <w:p>
      <w:pPr>
        <w:jc w:val="right"/>
      </w:pPr>
      <w:r>
        <w:t>مینج کر کے اس کے اندر ایک نیا دور شروع ہو گیا۔ اس سے پہلے بھی کہا جاتا تھا کہ کوئی سولائزیشن جب مر جاتی تھی پھر پھر پھر وہ زندہ نہیں ہوتی۔</w:t>
      </w:r>
    </w:p>
    <w:p>
      <w:r>
        <w:rPr>
          <w:b/>
        </w:rPr>
        <w:t xml:space="preserve">[28:51] </w:t>
      </w:r>
      <w:r>
        <w:t>yani dead civilization dobara revive nahi keh sakti. ye samjha jata tha.</w:t>
      </w:r>
    </w:p>
    <w:p>
      <w:pPr>
        <w:jc w:val="right"/>
      </w:pPr>
      <w:r>
        <w:t>یعنی ڈیڈ سولائزیشن دوبارہ ریوائیو نہیں کہہ سکتی۔ یہ سمجھا جاتا تھا۔</w:t>
      </w:r>
    </w:p>
    <w:p>
      <w:r>
        <w:rPr>
          <w:b/>
        </w:rPr>
        <w:t xml:space="preserve">[28:57] </w:t>
      </w:r>
      <w:r>
        <w:t>china ne is record ko tod diya. china ek zamane mein bohat taraqqi hui thi pehle phir dead ho gayi civilization is ki.</w:t>
      </w:r>
    </w:p>
    <w:p>
      <w:pPr>
        <w:jc w:val="right"/>
      </w:pPr>
      <w:r>
        <w:t>چائنہ نے اس ریکارڈ کو توڑ دیا۔ چائنہ ایک زمانے میں بہت ترقی ہوئی تھی پہلے پھر ڈیڈ ہو گئی سولائزیشن اس کی۔</w:t>
      </w:r>
    </w:p>
    <w:p>
      <w:r>
        <w:rPr>
          <w:b/>
        </w:rPr>
        <w:t xml:space="preserve">[29:08] </w:t>
      </w:r>
      <w:r>
        <w:t>phir civilization ko revive revival mil gaya. revival. ye ek nai misaal qaim ki yani china ne.</w:t>
      </w:r>
    </w:p>
    <w:p>
      <w:pPr>
        <w:jc w:val="right"/>
      </w:pPr>
      <w:r>
        <w:t>پھر سولائزیشن کو ریوائیو ریوائیول مل گیا۔ ریوائیول۔ یہ ایک نئی مثال قائم کی یعنی چائنہ نے۔</w:t>
      </w:r>
    </w:p>
    <w:p>
      <w:r>
        <w:rPr>
          <w:b/>
        </w:rPr>
        <w:t xml:space="preserve">[29:17] </w:t>
      </w:r>
      <w:r>
        <w:t>to musalman bhi misaal qaim kar sakte hain ke muslim tehzeeb agarche is ko decline ho gaya phir is ko revive kiya ja sakta hai.</w:t>
      </w:r>
    </w:p>
    <w:p>
      <w:pPr>
        <w:jc w:val="right"/>
      </w:pPr>
      <w:r>
        <w:t>تو مسلمان بھی مثال قائم کر سکتے ہیں کہ مسلم تہذیب اگرچہ اس کو ڈیکلائن ہو گیا پھر اس کو ریوائیو کیا سکتا ہے۔</w:t>
      </w:r>
    </w:p>
    <w:p>
      <w:r>
        <w:rPr>
          <w:b/>
        </w:rPr>
        <w:t xml:space="preserve">[29:26] </w:t>
      </w:r>
      <w:r>
        <w:t>bashart ke wo jaane art of kraisiz management ko. ek aur misaal mein deta hoon aap ko jo bohat zyada relevant hai. dekhen europe mein ek zamane mein pope ka itna zyada dabdaba tha ke wo europe ki sari hukumaton par ka head bana hua tha.</w:t>
      </w:r>
    </w:p>
    <w:p>
      <w:pPr>
        <w:jc w:val="right"/>
      </w:pPr>
      <w:r>
        <w:t>بشرط کہ وہ جانے آرٹ آف کرائسز مینجمنٹ کو۔ ایک اور مثال میں دیتا ہوں آپ کو جو بہت زیادہ ریلیونٹ ہے۔ دیکھیں یورپ میں ایک زمانے میں پوپ کا اتنا زیادہ دبدبہ تھا کہ وہ یورپ کی ساری حکومتوں پر کا ہیڈ بنا ہوا تھا۔</w:t>
      </w:r>
    </w:p>
    <w:p>
      <w:r>
        <w:rPr>
          <w:b/>
        </w:rPr>
        <w:t xml:space="preserve">[29:50] </w:t>
      </w:r>
      <w:r>
        <w:t>head yani political head. ko</w:t>
      </w:r>
    </w:p>
    <w:p>
      <w:pPr>
        <w:jc w:val="right"/>
      </w:pPr>
      <w:r>
        <w:t>ہیڈ یعنی پولیٹیکل ہیڈ۔ کو</w:t>
      </w:r>
    </w:p>
    <w:p>
      <w:r>
        <w:rPr>
          <w:b/>
        </w:rPr>
        <w:t xml:space="preserve">[29:56] </w:t>
      </w:r>
      <w:r>
        <w:t>i king jo hai baghair pope ke kuch nahi kar sakta tha. itna dabdaba tha pope ka. roman ka qatal qatal muram qatal ek church ka jo head hota hai us ko pope kehte hain.</w:t>
      </w:r>
    </w:p>
    <w:p>
      <w:pPr>
        <w:jc w:val="right"/>
      </w:pPr>
      <w:r>
        <w:t>ئی کنگ جو ہے بغیر پوپ کے کچھ نہیں کر سکتا تھا۔ اتنا دبدبہ تھا پوپ کا۔ رومن کا قتل قتل مورم قتل ایک چرچ کا جو ہیڈ ہوتا ہے اس کو پوپ کہتے ہیں۔</w:t>
      </w:r>
    </w:p>
    <w:p>
      <w:r>
        <w:rPr>
          <w:b/>
        </w:rPr>
        <w:t xml:space="preserve">[30:11] </w:t>
      </w:r>
      <w:r>
        <w:t>to rome mein is ka mahal tha wo mahal maine dekha hai ek bar. lekin kya hua jab wahan scientific advancement shuru hua to christian dogma se takra takra hone laga.</w:t>
      </w:r>
    </w:p>
    <w:p>
      <w:pPr>
        <w:jc w:val="right"/>
      </w:pPr>
      <w:r>
        <w:t>تو روم میں اس کا محل تھا وہ محل میں نے دیکھا ہے ایک بار۔ لیکن کیا ہوا جب وہاں سائنٹیفک ایڈوانسمنٹ شروع ہوا تو کرسچن ڈاگما سے ٹکرا ٹکرا ہونے لگا۔</w:t>
      </w:r>
    </w:p>
    <w:p>
      <w:r>
        <w:rPr>
          <w:b/>
        </w:rPr>
        <w:t xml:space="preserve">[30:26] </w:t>
      </w:r>
      <w:r>
        <w:t>jaise misaal ke taur par christian church samajhta tha ke zameen center mein hai aur suraj ke gird ghoom raha hai. lekin jo ab jo research hui to maloom hua ke maloom hai is ke ultā hai.</w:t>
      </w:r>
    </w:p>
    <w:p>
      <w:pPr>
        <w:jc w:val="right"/>
      </w:pPr>
      <w:r>
        <w:t>جیسے مثال کے طور پر کرسچن چرچ سمجھتا تھا کہ زمین سینٹر میں ہے اور سورج کے گرد گھوم رہا ہے۔ لیکن جو اب جو ریسرچ ہوئی تو معلوم ہوا کہ معلوم ہے اس کے الٹا ہے۔</w:t>
      </w:r>
    </w:p>
    <w:p>
      <w:r>
        <w:rPr>
          <w:b/>
        </w:rPr>
        <w:t xml:space="preserve">[30:40] </w:t>
      </w:r>
      <w:r>
        <w:t>suraj center mein hai aur zameen is ke gird ghoomti hai. yani heliocentric theory. to pope is ke khilaf ho gaya aur bohat mara peeta logon ko.</w:t>
      </w:r>
    </w:p>
    <w:p>
      <w:pPr>
        <w:jc w:val="right"/>
      </w:pPr>
      <w:r>
        <w:t>سورج سینٹر میں ہے اور زمین اس کے گرد گھومتی ہے۔ یعنی ہیلیو سینٹرک تھیوری۔ تو پوپ اس کے خلاف ہو گیا اور بہت مارا پیٹا لوگوں کو۔</w:t>
      </w:r>
    </w:p>
    <w:p>
      <w:r>
        <w:rPr>
          <w:b/>
        </w:rPr>
        <w:t xml:space="preserve">[30:50] </w:t>
      </w:r>
      <w:r>
        <w:t>galileo jo tha us ko band kar diya. kai logon ko phansi de di.</w:t>
      </w:r>
    </w:p>
    <w:p>
      <w:pPr>
        <w:jc w:val="right"/>
      </w:pPr>
      <w:r>
        <w:t>گلیوں جو تھا اس کو بند کر دیا۔ کئی لوگوں کو پھانسی دے دی۔</w:t>
      </w:r>
    </w:p>
    <w:p>
      <w:r>
        <w:rPr>
          <w:b/>
        </w:rPr>
        <w:t xml:space="preserve">[30:55] </w:t>
      </w:r>
      <w:r>
        <w:t>ab bohat hungama khara hua. is ki detail aap janna chahen to ek kitab hai draper ki. d r a double p e r.</w:t>
      </w:r>
    </w:p>
    <w:p>
      <w:pPr>
        <w:jc w:val="right"/>
      </w:pPr>
      <w:r>
        <w:t>اب بہت ہنگامہ کھڑا ہوا۔ اس کی ڈیٹیل آپ جاننا چاہیں تو ایک کتاب ہے ڈریپر کی۔ ڈی ار اے ڈبل پی ای ار۔</w:t>
      </w:r>
    </w:p>
    <w:p>
      <w:r>
        <w:rPr>
          <w:b/>
        </w:rPr>
        <w:t xml:space="preserve">[31:06] </w:t>
      </w:r>
      <w:r>
        <w:t>draper. kitab hai conflict between science and religion. is mein is ki detail dekh sakte hain aap.</w:t>
      </w:r>
    </w:p>
    <w:p>
      <w:pPr>
        <w:jc w:val="right"/>
      </w:pPr>
      <w:r>
        <w:t>ڈریپر۔ کتاب ہے کانفلکٹ بٹوین سائنس اینڈ ریلیجن۔ اس میں اس کی ڈیٹیل دیکھ سکتے ہیں آپ۔</w:t>
      </w:r>
    </w:p>
    <w:p>
      <w:r>
        <w:rPr>
          <w:b/>
        </w:rPr>
        <w:t xml:space="preserve">[31:15] </w:t>
      </w:r>
      <w:r>
        <w:t>aakhir kar kya hua ke zabardast takraao ke baad phir peace up hua</w:t>
      </w:r>
    </w:p>
    <w:p>
      <w:pPr>
        <w:jc w:val="right"/>
      </w:pPr>
      <w:r>
        <w:t>آخر کار کیا ہوا کہ زبردست ٹکراؤ کے بعد پھر پیچ اپ ہوا</w:t>
      </w:r>
    </w:p>
    <w:p>
      <w:r>
        <w:rPr>
          <w:b/>
        </w:rPr>
        <w:t xml:space="preserve">[31:23] </w:t>
      </w:r>
      <w:r>
        <w:t>yani christian church jo tha us ne recede kiya. peechay hata wo. aur ek ek naya samjhota hua government ke darmiyan aur church ke darmiyan.</w:t>
      </w:r>
    </w:p>
    <w:p>
      <w:pPr>
        <w:jc w:val="right"/>
      </w:pPr>
      <w:r>
        <w:t>۔ یعنی کرسچن چرچ جو تھا اس نے ریسیٹ کیا۔ پیچھے ہٹا وہ۔ اور ایک ایک نیا سمجھوتہ ہوا گورنمنٹ کے درمیان اور چرچ کے درمیان۔</w:t>
      </w:r>
    </w:p>
    <w:p>
      <w:r>
        <w:rPr>
          <w:b/>
        </w:rPr>
        <w:t xml:space="preserve">[31:38] </w:t>
      </w:r>
      <w:r>
        <w:t>ye is samjhotay ko kehte hain Lateran Agreement. l a t e r a n.</w:t>
      </w:r>
    </w:p>
    <w:p>
      <w:pPr>
        <w:jc w:val="right"/>
      </w:pPr>
      <w:r>
        <w:t>یہ اس سمجھوتے کو کہتے ہیں لیٹرن ایگریمنٹ۔ ایل اے ٹی ای ار اے این۔</w:t>
      </w:r>
    </w:p>
    <w:p>
      <w:r>
        <w:rPr>
          <w:b/>
        </w:rPr>
        <w:t xml:space="preserve">[31:49] </w:t>
      </w:r>
      <w:r>
        <w:t>l a t e r a n. Lateran Agreement.</w:t>
      </w:r>
    </w:p>
    <w:p>
      <w:pPr>
        <w:jc w:val="right"/>
      </w:pPr>
      <w:r>
        <w:t>ایل اے ٹی ار اے این۔ لیٹرن ایگریمنٹ۔</w:t>
      </w:r>
    </w:p>
    <w:p>
      <w:r>
        <w:rPr>
          <w:b/>
        </w:rPr>
        <w:t xml:space="preserve">[31:53] </w:t>
      </w:r>
      <w:r>
        <w:t>ye tha government of Italy ke darmiyan aur christian church ke darmiyan. ye agreement par sign hua tha 1929 mein.</w:t>
      </w:r>
    </w:p>
    <w:p>
      <w:pPr>
        <w:jc w:val="right"/>
      </w:pPr>
      <w:r>
        <w:t>یہ تھا گورنمنٹ آف اٹلی کے درمیان اور کرسچن چرچ کے درمیان۔ یہ ایگریمنٹ پر سائن ہوا تھا 1929 میں۔</w:t>
      </w:r>
    </w:p>
    <w:p>
      <w:r>
        <w:rPr>
          <w:b/>
        </w:rPr>
        <w:t xml:space="preserve">[32:03] </w:t>
      </w:r>
      <w:r>
        <w:t>1929 mein.</w:t>
      </w:r>
    </w:p>
    <w:p>
      <w:pPr>
        <w:jc w:val="right"/>
      </w:pPr>
      <w:r>
        <w:t>1929 میں۔</w:t>
      </w:r>
    </w:p>
    <w:p>
      <w:r>
        <w:rPr>
          <w:b/>
        </w:rPr>
        <w:t xml:space="preserve">[32:06] </w:t>
      </w:r>
      <w:r>
        <w:t>government Italy government Italian government ki taraf se sign kiya tha mussolini. mussolini. aur roman qatal church ki taraf se sign kiya tha.</w:t>
      </w:r>
    </w:p>
    <w:p>
      <w:pPr>
        <w:jc w:val="right"/>
      </w:pPr>
      <w:r>
        <w:t>گورنمنٹ اٹلی گورنمنٹ اٹالین گورنمنٹ کی طرف سے سائن کیا تھا مسرینی۔ مسرینی۔ اور رومن قتل چرچ کی طرف سے سائن کیا تھا۔</w:t>
      </w:r>
    </w:p>
    <w:p>
      <w:r>
        <w:rPr>
          <w:b/>
        </w:rPr>
        <w:t xml:space="preserve">[32:18] </w:t>
      </w:r>
      <w:r>
        <w:t>is ka naam tha cardinal Gaspari. g a s p a double r i. Gaspari. g a s p a double r i.</w:t>
      </w:r>
    </w:p>
    <w:p>
      <w:pPr>
        <w:jc w:val="right"/>
      </w:pPr>
      <w:r>
        <w:t>اس کا نام تھا کارڈناز کا جی اے ایس پی اے ڈبل آر آئی۔ گیس پیری۔ جی اے ایس پی اے ڈبل آر آئی۔</w:t>
      </w:r>
    </w:p>
    <w:p>
      <w:r>
        <w:rPr>
          <w:b/>
        </w:rPr>
        <w:t xml:space="preserve">[32:31] </w:t>
      </w:r>
      <w:r>
        <w:t>to is ka 29 mein ye samjhota hua.</w:t>
      </w:r>
    </w:p>
    <w:p>
      <w:pPr>
        <w:jc w:val="right"/>
      </w:pPr>
      <w:r>
        <w:t>تو اس کا 29 میں یہ سمجھوتہ ہوا۔</w:t>
      </w:r>
    </w:p>
    <w:p>
      <w:r>
        <w:rPr>
          <w:b/>
        </w:rPr>
        <w:t xml:space="preserve">[32:35] </w:t>
      </w:r>
      <w:r>
        <w:t>is samjhotay ke mutabiq pope jo hai ek bohat hi chota sa area jo sirf 110 acre ka hai. mein wahan gaya hoon mein ne dekha hai is ko.</w:t>
      </w:r>
    </w:p>
    <w:p>
      <w:pPr>
        <w:jc w:val="right"/>
      </w:pPr>
      <w:r>
        <w:t>اس سمجھوتے کے مطابق پوپ جو ہے ایک بہت ہی چھوٹا سا ایریا جو صرف 110 ایکڑ کا ہے۔ میں وہاں گیا ہوں میں نے دیکھا ہے اس کو۔</w:t>
      </w:r>
    </w:p>
    <w:p>
      <w:r>
        <w:rPr>
          <w:b/>
        </w:rPr>
        <w:t xml:space="preserve">[32:46] </w:t>
      </w:r>
      <w:r>
        <w:t>sirf 110 ek ad bas. is mein yeh palace tha woh jagah church tha wahan par.</w:t>
      </w:r>
    </w:p>
    <w:p>
      <w:pPr>
        <w:jc w:val="right"/>
      </w:pPr>
      <w:r>
        <w:t>صرف 110 ایکڑ بس۔ اس میں یہ پیلس تھا وہ جگہ چرچ تھا وہاں پر۔</w:t>
      </w:r>
    </w:p>
    <w:p>
      <w:r>
        <w:rPr>
          <w:b/>
        </w:rPr>
        <w:t xml:space="preserve">[32:56] </w:t>
      </w:r>
      <w:r>
        <w:t>woh jagah palace un ke paas thi.</w:t>
      </w:r>
    </w:p>
    <w:p>
      <w:pPr>
        <w:jc w:val="right"/>
      </w:pPr>
      <w:r>
        <w:t>وہ جگہ پیلس ان کے پاس تھی۔</w:t>
      </w:r>
    </w:p>
    <w:p>
      <w:r>
        <w:rPr>
          <w:b/>
        </w:rPr>
        <w:t xml:space="preserve">[32:58] </w:t>
      </w:r>
      <w:r>
        <w:t>isi mein samait aaye woh. poora europe europe chhod diya italy ko chhod diya unhon ne. aur maan liya gaya ke is ko kehte hain vatican.</w:t>
      </w:r>
    </w:p>
    <w:p>
      <w:pPr>
        <w:jc w:val="right"/>
      </w:pPr>
      <w:r>
        <w:t>اسی میں سمیٹ آئے وہ۔ پورا یورپ یورپ چھوڑ دیا اٹلی کو چھوڑ دیا انہوں نے۔ اور مان لیا گیا کہ اس کو کہتے ہیں ورٹیکن۔</w:t>
      </w:r>
    </w:p>
    <w:p>
      <w:r>
        <w:rPr>
          <w:b/>
        </w:rPr>
        <w:t xml:space="preserve">[33:08] </w:t>
      </w:r>
      <w:r>
        <w:t>is ko vatican ek palace naam tha is ka. to vatican jo hai ek independent state ban gayi.</w:t>
      </w:r>
    </w:p>
    <w:p>
      <w:pPr>
        <w:jc w:val="right"/>
      </w:pPr>
      <w:r>
        <w:t>اس کو ورٹیکن ایک پیلس نام تھا اس کا۔ تو ورٹیکن جو ہے ایک انڈیپینڈنٹ اسٹیٹ بن گئی۔</w:t>
      </w:r>
    </w:p>
    <w:p>
      <w:r>
        <w:rPr>
          <w:b/>
        </w:rPr>
        <w:t xml:space="preserve">[33:18] </w:t>
      </w:r>
      <w:r>
        <w:t>jo state kiya hai to chhota sa bohat hi chhota sa hai.</w:t>
      </w:r>
    </w:p>
    <w:p>
      <w:pPr>
        <w:jc w:val="right"/>
      </w:pPr>
      <w:r>
        <w:t>جو اسٹیٹ کیا ہے تو چھوٹا سا بہت ہی چھوٹا سا ہے۔</w:t>
      </w:r>
    </w:p>
    <w:p>
      <w:r>
        <w:rPr>
          <w:b/>
        </w:rPr>
        <w:t xml:space="preserve">[33:24] </w:t>
      </w:r>
      <w:r>
        <w:t>to lekin woh un ko azaadi hai. lekin azaadi apne mazhabi maamle mein. political maamle mein un ko koi azaadi un ko nahin.</w:t>
      </w:r>
    </w:p>
    <w:p>
      <w:pPr>
        <w:jc w:val="right"/>
      </w:pPr>
      <w:r>
        <w:t>تو لیکن وہ ان کو آزادی ہے۔ لیکن آزادی اپنے مذہبی معاملے میں۔ پولیٹیکل معاملے میں ان کو کوئی آزادی ان کو نہیں۔</w:t>
      </w:r>
    </w:p>
    <w:p>
      <w:r>
        <w:rPr>
          <w:b/>
        </w:rPr>
        <w:t xml:space="preserve">[33:33] </w:t>
      </w:r>
      <w:r>
        <w:t>is ko dekhen kitna bara yeh yaani faida hua ke pope ke title ko unhon ne bacha liya.</w:t>
      </w:r>
    </w:p>
    <w:p>
      <w:pPr>
        <w:jc w:val="right"/>
      </w:pPr>
      <w:r>
        <w:t>اس کو دیکھیں کتنا بڑا یہ یعنی فائدہ ہوا کہ پوپ کے ٹائٹل کو انہوں نے بچا لیا۔</w:t>
      </w:r>
    </w:p>
    <w:p>
      <w:r>
        <w:rPr>
          <w:b/>
        </w:rPr>
        <w:t xml:space="preserve">[33:43] </w:t>
      </w:r>
      <w:r>
        <w:t>pope ke title ko. aaj bhi pope ka ek dabdaba hai.</w:t>
      </w:r>
    </w:p>
    <w:p>
      <w:pPr>
        <w:jc w:val="right"/>
      </w:pPr>
      <w:r>
        <w:t>پوپ کے ٹائٹل کو۔ آج بھی پوپ کا ایک دبدبہ ہے۔</w:t>
      </w:r>
    </w:p>
    <w:p>
      <w:r>
        <w:rPr>
          <w:b/>
        </w:rPr>
        <w:t xml:space="preserve">[33:49] </w:t>
      </w:r>
      <w:r>
        <w:t>ek historical is ka jo ek maqam tha title ka woh abhi bhi un ko mila hua hai. yeh mauqa tha musalmanon ko ke turkey mein khalifat ul muslimeen ka jo title tha woh khatm ho gaya.</w:t>
      </w:r>
    </w:p>
    <w:p>
      <w:pPr>
        <w:jc w:val="right"/>
      </w:pPr>
      <w:r>
        <w:t>ایک ہسٹوریکل اس کا جو ایک مقام تھا ٹائٹل کا وہ ابھی بھی ان کو ملا ہوا ہے۔ یہ موقع تھا مسلمانوں کو کہ ترکی میں خلیفۃ المسلمین کا جو ٹائٹل تھا وہ ختم ہو گیا۔</w:t>
      </w:r>
    </w:p>
    <w:p>
      <w:r>
        <w:rPr>
          <w:b/>
        </w:rPr>
        <w:t xml:space="preserve">[34:03] </w:t>
      </w:r>
      <w:r>
        <w:t>aaj kuch bhi nahin hai.</w:t>
      </w:r>
    </w:p>
    <w:p>
      <w:pPr>
        <w:jc w:val="right"/>
      </w:pPr>
      <w:r>
        <w:t>آج کچھ بھی نہیں ہے۔</w:t>
      </w:r>
    </w:p>
    <w:p>
      <w:r>
        <w:rPr>
          <w:b/>
        </w:rPr>
        <w:t xml:space="preserve">[34:06] </w:t>
      </w:r>
      <w:r>
        <w:t>agar wahan par jo turkey mein jo</w:t>
      </w:r>
    </w:p>
    <w:p>
      <w:pPr>
        <w:jc w:val="right"/>
      </w:pPr>
      <w:r>
        <w:t>اگر وہاں پر جو ترکی میں جو</w:t>
      </w:r>
    </w:p>
    <w:p>
      <w:r>
        <w:rPr>
          <w:b/>
        </w:rPr>
        <w:t xml:space="preserve">[34:13] </w:t>
      </w:r>
      <w:r>
        <w:t>yaani jo tehreekein chali theen is ke khilaaf secular tehreekein khalifat ul muslimeen ke khilaaf turkey mein nahin balkeh poore alam arab mein chali theen us waqt agar khalifat ul muslimeen jo tha woh raazi ho gaya hota ke hamein ek chhota sa daayra de do vatican ki taraf se to khalifat ul muslimeen ka title aaj baqi rehta.</w:t>
      </w:r>
    </w:p>
    <w:p>
      <w:pPr>
        <w:jc w:val="right"/>
      </w:pPr>
      <w:r>
        <w:t>یعنی جو تحریکیں چلی تھیں اس کے خلاف سیکولر تحریکیں خلیفۃ المسلمین کے خلاف ترکی میں نہیں بلکہ پورے عالم عرب میں چلی تھیں اس وقت اگر خلیفۃ المسلمین جو تھا وہ راضی ہو گیا ہوتا کہ ہمیں ایک چھوٹا سا دائرہ دے دو ورٹیکن کی طرف سے تو خلیفۃ المسلمین کا ٹائٹل آج باقی رہتا۔</w:t>
      </w:r>
    </w:p>
    <w:p>
      <w:r>
        <w:rPr>
          <w:b/>
        </w:rPr>
        <w:t xml:space="preserve">[34:36] </w:t>
      </w:r>
      <w:r>
        <w:t>ab is ka faida kiya yeh hai ke jab kahin jata hai pope to pope aa raha hai pope aa raha hai pope aa raha hai ek dhoom machti hai wahan par aur zabardast halchal machti hai.</w:t>
      </w:r>
    </w:p>
    <w:p>
      <w:pPr>
        <w:jc w:val="right"/>
      </w:pPr>
      <w:r>
        <w:t>اب اس کا فائدہ کیا یہ ہے کہ جب کہیں جاتا ہے پوپ تو پوپ آ رہا ہے پوپ آ رہا ہے پوپ آ رہا ہے ایک دھوم مچتی ہے وہاں پر اور زبردست ہلچل مچتی ہے۔</w:t>
      </w:r>
    </w:p>
    <w:p>
      <w:r>
        <w:rPr>
          <w:b/>
        </w:rPr>
        <w:t xml:space="preserve">[34:48] </w:t>
      </w:r>
      <w:r>
        <w:t>is tarah se roman catholic church ne apni unity ko baqi rakha hai. religious unity ko mazhabi ittehad ko.</w:t>
      </w:r>
    </w:p>
    <w:p>
      <w:pPr>
        <w:jc w:val="right"/>
      </w:pPr>
      <w:r>
        <w:t>اس طرح سے رومن قتل چرچ نے اپنی یونیٹی کو باقی رکھا ہے۔ ریلیجس یونیٹی کو مذہبی اتحاد کو۔</w:t>
      </w:r>
    </w:p>
    <w:p>
      <w:r>
        <w:rPr>
          <w:b/>
        </w:rPr>
        <w:t xml:space="preserve">[34:56] </w:t>
      </w:r>
      <w:r>
        <w:t>lekin khalifat ul muslimeen ka title hum ne kho diya.</w:t>
      </w:r>
    </w:p>
    <w:p>
      <w:pPr>
        <w:jc w:val="right"/>
      </w:pPr>
      <w:r>
        <w:t>لیکن خلیفۃ المسلمین کا ٹائٹل ہم نے کھو دیا۔</w:t>
      </w:r>
    </w:p>
    <w:p>
      <w:r>
        <w:rPr>
          <w:b/>
        </w:rPr>
        <w:t xml:space="preserve">[35:00] </w:t>
      </w:r>
      <w:r>
        <w:t>agar khalifat ul muslimeen ka title baqi rehta to aaj koi baat hoti aur woh kaha jata khalifat ul muslimeen ek dhoom machti ke khalifat ul muslimeen aa raha hai khalifat ul muslimeen aa raha hai.</w:t>
      </w:r>
    </w:p>
    <w:p>
      <w:pPr>
        <w:jc w:val="right"/>
      </w:pPr>
      <w:r>
        <w:t>اگر خلیفۃ المسلمین کا ٹائٹل باقی رہتا تو آج کوئی بات ہوتی اور وہ کہا جاتا خلیفۃ المسلمین ایک دھوم مچتی کہ خلیفۃ المسلمین آ رہا ہے خلیفۃ المسلمین آ رہا ہے۔</w:t>
      </w:r>
    </w:p>
    <w:p>
      <w:r>
        <w:rPr>
          <w:b/>
        </w:rPr>
        <w:t xml:space="preserve">[35:13] </w:t>
      </w:r>
      <w:r>
        <w:t>to zabardast zariya hota woh ittehad ka. to</w:t>
      </w:r>
    </w:p>
    <w:p>
      <w:pPr>
        <w:jc w:val="right"/>
      </w:pPr>
      <w:r>
        <w:t>تو زبردست ذریعہ ہوتا وہ اتحاد کا۔ تو</w:t>
      </w:r>
    </w:p>
    <w:p>
      <w:r>
        <w:rPr>
          <w:b/>
        </w:rPr>
        <w:t xml:space="preserve">[35:19] </w:t>
      </w:r>
      <w:r>
        <w:t>musalmanon ne is zamane mein sab se bari jo jo jahan woh nakaam saabit hue hain woh hai art of crisis management.</w:t>
      </w:r>
    </w:p>
    <w:p>
      <w:pPr>
        <w:jc w:val="right"/>
      </w:pPr>
      <w:r>
        <w:t>مسلمانوں نے اس زمانے میں سب سے بڑی جو جو جہاں وہ ناکام ثابت ہوئے ہیں وہ ہے آرٹ آف کرائسز مینجمنٹ۔</w:t>
      </w:r>
    </w:p>
    <w:p>
      <w:r>
        <w:rPr>
          <w:b/>
        </w:rPr>
        <w:t xml:space="preserve">[35:34] </w:t>
      </w:r>
      <w:r>
        <w:t>mazhabi aitbaar se bhi secular aitbaar se dono aitbaar se. is nakaami ka yeh aakhri darja hai ke aap ne koi halaal kar rahe hain.</w:t>
      </w:r>
    </w:p>
    <w:p>
      <w:pPr>
        <w:jc w:val="right"/>
      </w:pPr>
      <w:r>
        <w:t>مذہبی اعتبار سے بھی سیکولر اعتبار سے دونوں اعتبار سے۔ اس ناکامی کا یہ آخری درجہ ہے کہ آپ نے کوئی ہلاک کر رہے ہیں۔</w:t>
      </w:r>
    </w:p>
    <w:p>
      <w:r>
        <w:rPr>
          <w:b/>
        </w:rPr>
        <w:t xml:space="preserve">[35:49] </w:t>
      </w:r>
      <w:r>
        <w:t>apne ko halaal kar rahe hain. kaisi ajeeb baat hai ke apne ko halaal kar rahe hain. to arab dunya mein aur non arab dunya mein zabardast tehreekein uthi theen is zamane mein</w:t>
      </w:r>
    </w:p>
    <w:p>
      <w:pPr>
        <w:jc w:val="right"/>
      </w:pPr>
      <w:r>
        <w:t>اپنے کو ہلاک کر رہے ہیں۔ کیسی عجیب بات ہے کہ اپنے کو ہلاک کر رہے ہیں۔ تو عرب دنیا میں اور نان عرب دنیا میں زبردست تحریکیں اٹھی تھیں اس زمانے میں</w:t>
      </w:r>
    </w:p>
    <w:p>
      <w:r>
        <w:rPr>
          <w:b/>
        </w:rPr>
        <w:t xml:space="preserve">[36:09] </w:t>
      </w:r>
      <w:r>
        <w:t>ke is ko khilafat ko ya muslim empire ko bachaya jaye. nahin bacha sake to regain kiya</w:t>
      </w:r>
    </w:p>
    <w:p>
      <w:pPr>
        <w:jc w:val="right"/>
      </w:pPr>
      <w:r>
        <w:t>کہ اس کو خلافت کو یا مسلم ایمپائر کو بچایا جائے۔ نہیں بچا سکے تو ریگین کیا</w:t>
      </w:r>
    </w:p>
    <w:p>
      <w:r>
        <w:rPr>
          <w:b/>
        </w:rPr>
        <w:t xml:space="preserve">[36:18] </w:t>
      </w:r>
      <w:r>
        <w:t>jaye. nahin regain kar sake to ab jaisa ke maine arz kiya muslim dushmanon ko deserve kiya jaye. yeh sab koi policy nahin hai. dekhen kisi bhi tehreek ko kisi bhi movement ko judge karna chahiye result se.</w:t>
      </w:r>
    </w:p>
    <w:p>
      <w:pPr>
        <w:jc w:val="right"/>
      </w:pPr>
      <w:r>
        <w:t>جائے۔ نہیں ریگین کر سکے تو اب جیسا کہ میں نے عرض کیا مسلم دشمنوں کو ڈی سروائز کیا جائے۔ یہ سب کوئی پالیسی نہیں ہے۔ دیکھیں کسی بھی تحریک کو کسی بھی موومنٹ کو جج کرنا چاہیے رزلٹ سے۔</w:t>
      </w:r>
    </w:p>
    <w:p>
      <w:r>
        <w:rPr>
          <w:b/>
        </w:rPr>
        <w:t xml:space="preserve">[36:34] </w:t>
      </w:r>
      <w:r>
        <w:t>result result is the only criteria. result is the only criteria.</w:t>
      </w:r>
    </w:p>
    <w:p>
      <w:pPr>
        <w:jc w:val="right"/>
      </w:pPr>
      <w:r>
        <w:t>رزلٹ رزلٹ از دا اونلی کرائٹیریا۔ رزلٹ از دا اونلی کرائٹیریا۔</w:t>
      </w:r>
    </w:p>
    <w:p>
      <w:r>
        <w:rPr>
          <w:b/>
        </w:rPr>
        <w:t xml:space="preserve">[36:42] </w:t>
      </w:r>
      <w:r>
        <w:t>to aap dekhen ke 200 saal se musalman jo sacrifice kar rahe hain to is ka result kya nikla? kuch bhi nahin. one percent bhi nahin.</w:t>
      </w:r>
    </w:p>
    <w:p>
      <w:pPr>
        <w:jc w:val="right"/>
      </w:pPr>
      <w:r>
        <w:t>تو آپ دیکھیں کہ 200 سال سے مسلمان جو سیکریفائس کر رہے ہیں تو اس کا رزلٹ کیا نکلا؟ کچھ بھی نہیں۔ ون پرسنٹ بھی نہیں۔</w:t>
      </w:r>
    </w:p>
    <w:p>
      <w:r>
        <w:rPr>
          <w:b/>
        </w:rPr>
        <w:t xml:space="preserve">[36:51] </w:t>
      </w:r>
      <w:r>
        <w:t>one percent bhi nahin.</w:t>
      </w:r>
    </w:p>
    <w:p>
      <w:pPr>
        <w:jc w:val="right"/>
      </w:pPr>
      <w:r>
        <w:t>ون پرسنٹ بھی نہیں۔</w:t>
      </w:r>
    </w:p>
    <w:p>
      <w:r>
        <w:rPr>
          <w:b/>
        </w:rPr>
        <w:t xml:space="preserve">[36:56] </w:t>
      </w:r>
      <w:r>
        <w:t>misal ke taur par falasteen mein agar arab log maan lete bal for verdict ko to aaj wahan israel ki tarah ek zabardast ek saltanat qaim hoti arbon ki.</w:t>
      </w:r>
    </w:p>
    <w:p>
      <w:pPr>
        <w:jc w:val="right"/>
      </w:pPr>
      <w:r>
        <w:t>مثال کے طور پر فلسطین میں اگر عرب لوگ مان لیتے بال فور ورڈکٹ کو تو آج وہاں اسرائیل کی طرح ایک زبردست ایک سلطنت قائم ہوتی عربوں کی۔</w:t>
      </w:r>
    </w:p>
    <w:p>
      <w:r>
        <w:rPr>
          <w:b/>
        </w:rPr>
        <w:t xml:space="preserve">[37:11] </w:t>
      </w:r>
      <w:r>
        <w:t>kyunke woh bal for verdict partition tha. aur aadha unko aadha unko diya gaya tha. aur licence share arbon ko mila tha. licence share.</w:t>
      </w:r>
    </w:p>
    <w:p>
      <w:pPr>
        <w:jc w:val="right"/>
      </w:pPr>
      <w:r>
        <w:t>کیونکہ وہ بال فور ورڈکٹ پارٹیشن تھا۔ اور آدھا ان کو آدھا ان کو دیا گیا تھا۔ اور لائنس شیئر عربوں کو ملا تھا۔ لائنس شیئر۔</w:t>
      </w:r>
    </w:p>
    <w:p>
      <w:r>
        <w:rPr>
          <w:b/>
        </w:rPr>
        <w:t xml:space="preserve">[37:20] </w:t>
      </w:r>
      <w:r>
        <w:t>behtar hissa. yaani better half jo tha. better half mila tha arbon ko. including yerushalayim. to agar unhon ne maan liya hota is ko to aaj kitna zabardast wahan par un ka ek nizam qaim hota hai.</w:t>
      </w:r>
    </w:p>
    <w:p>
      <w:pPr>
        <w:jc w:val="right"/>
      </w:pPr>
      <w:r>
        <w:t>بہتر حصہ۔ یعنی بیٹر ہاف جو تھا۔ بیٹر ہاف ملا تھا عربوں کو۔ انکلوڈنگ یروشلم۔ تو اگر انہوں نے مان لیا ہوتا اس کو تو آج کتنا زبردست وہاں پر ان کا ایک نظام قائم ہوتا ہے۔</w:t>
      </w:r>
    </w:p>
    <w:p>
      <w:r>
        <w:rPr>
          <w:b/>
        </w:rPr>
        <w:t xml:space="preserve">[37:34] </w:t>
      </w:r>
      <w:r>
        <w:t>ek hukoomat qaim hoti hai.</w:t>
      </w:r>
    </w:p>
    <w:p>
      <w:pPr>
        <w:jc w:val="right"/>
      </w:pPr>
      <w:r>
        <w:t>ایک حکومت قائم ہوتی ہے۔</w:t>
      </w:r>
    </w:p>
    <w:p>
      <w:r>
        <w:rPr>
          <w:b/>
        </w:rPr>
        <w:t xml:space="preserve">[37:36] </w:t>
      </w:r>
      <w:r>
        <w:t>lekin kuch nahi sirf barbadi barbadi hai. aise hi kashmir mein hua. agar kashmir mein 1947 ko jo faisla hua tha us ko maan lete hain kashmiri leader to aaj kashmir switzerland ki tarah ek taraqqi yafta ilaaqa hota.</w:t>
      </w:r>
    </w:p>
    <w:p>
      <w:pPr>
        <w:jc w:val="right"/>
      </w:pPr>
      <w:r>
        <w:t>لیکن کچھ نہیں صرف بربادی بربادی ہے۔ ایسے ہی کشمیر میں ہوا۔ اگر کشمیر میں 1947 کو جو فیصلہ ہوا تھا اس کو مان لیتے ہیں کشمیری لیڈر تو آج کشمیر سویٹزرلینڈ کی طرح ایک ترقی یافتہ علاقہ ہوتا۔</w:t>
      </w:r>
    </w:p>
    <w:p>
      <w:r>
        <w:rPr>
          <w:b/>
        </w:rPr>
        <w:t xml:space="preserve">[37:52] </w:t>
      </w:r>
      <w:r>
        <w:t>lekin lad rahe hain. aur sirf kashmir ko tabah kar rahe hain. yahi muamla har jagah hua hai.</w:t>
      </w:r>
    </w:p>
    <w:p>
      <w:pPr>
        <w:jc w:val="right"/>
      </w:pPr>
      <w:r>
        <w:t>لیکن لڑ رہے ہیں۔ اور صرف کشمیر کو تباہ کر رہے ہیں۔ یہی معاملہ ہر جگہ ہوا ہے۔</w:t>
      </w:r>
    </w:p>
    <w:p>
      <w:r>
        <w:rPr>
          <w:b/>
        </w:rPr>
        <w:t xml:space="preserve">[38:01] </w:t>
      </w:r>
      <w:r>
        <w:t>har jagah. xinjiang mein filipine mein arkan mein jagah jagah. ke bajaye is ke ke nayi halat jab paida hui to reassess karen.</w:t>
      </w:r>
    </w:p>
    <w:p>
      <w:pPr>
        <w:jc w:val="right"/>
      </w:pPr>
      <w:r>
        <w:t>ہر جگہ۔ سنگکیانگ میں فلپائن میں ارکان میں جگہ جگہ۔ کہ بجائے اس کے کہ نئی حالت جب پیدا ہوئی تو ری ایسس کریں۔</w:t>
      </w:r>
    </w:p>
    <w:p>
      <w:r>
        <w:rPr>
          <w:b/>
        </w:rPr>
        <w:t xml:space="preserve">[38:13] </w:t>
      </w:r>
      <w:r>
        <w:t>reexamine karen. phir se muamle ko samjhen. aur phir se planning karen.</w:t>
      </w:r>
    </w:p>
    <w:p>
      <w:pPr>
        <w:jc w:val="right"/>
      </w:pPr>
      <w:r>
        <w:t>ری ایگزیمن کریں۔ پھر سے معاملے کو سمجھیں۔ اور پھر سے پلاننگ کریں۔</w:t>
      </w:r>
    </w:p>
    <w:p>
      <w:r>
        <w:rPr>
          <w:b/>
        </w:rPr>
        <w:t xml:space="preserve">[38:22] </w:t>
      </w:r>
      <w:r>
        <w:t>is crisis ko manage karna seekhen. yeh sab na kar ke sirf takrana takrana takrana.</w:t>
      </w:r>
    </w:p>
    <w:p>
      <w:pPr>
        <w:jc w:val="right"/>
      </w:pPr>
      <w:r>
        <w:t>اس کرائسز کو مینج کرنا سیکھیں۔ یہ سب نہ کر کے صرف ٹکرانا ٹکرانا ٹکرانا۔</w:t>
      </w:r>
    </w:p>
    <w:p>
      <w:r>
        <w:rPr>
          <w:b/>
        </w:rPr>
        <w:t xml:space="preserve">[38:31] </w:t>
      </w:r>
      <w:r>
        <w:t>quran majeed mein hai ke alsul wa khair. sulah behtar hai. to sulah kya hai? sulah manage karna.</w:t>
      </w:r>
    </w:p>
    <w:p>
      <w:pPr>
        <w:jc w:val="right"/>
      </w:pPr>
      <w:r>
        <w:t>قرآن مجید میں ہے کہ السل و خیر۔ صلح بہتر ہے۔ تو صلح کیا ہے؟ صلح مینج کرنا۔</w:t>
      </w:r>
    </w:p>
    <w:p>
      <w:r>
        <w:rPr>
          <w:b/>
        </w:rPr>
        <w:t xml:space="preserve">[38:42] </w:t>
      </w:r>
      <w:r>
        <w:t>jab koi situation paida ho to manage karna chahiye na ke is se takrayen aap. jab bhi koi situation paida ho jo aap ko pasand na ho to us ko manage kijiye.</w:t>
      </w:r>
    </w:p>
    <w:p>
      <w:pPr>
        <w:jc w:val="right"/>
      </w:pPr>
      <w:r>
        <w:t>جب کوئی سچوئیشن پیدا ہو تو مینج کرنا چاہیے نہ کہ اس سے ٹکرائیں آپ۔ جب بھی کوئی سچوئیشن پیدا ہو جو آپ کو پسند نہ ہو تو اس کو مینج کیجیے۔</w:t>
      </w:r>
    </w:p>
    <w:p>
      <w:r>
        <w:rPr>
          <w:b/>
        </w:rPr>
        <w:t xml:space="preserve">[38:59] </w:t>
      </w:r>
      <w:r>
        <w:t>is se ladna is se takrana yeh koi policy nahi hai.</w:t>
      </w:r>
    </w:p>
    <w:p>
      <w:pPr>
        <w:jc w:val="right"/>
      </w:pPr>
      <w:r>
        <w:t>اس سے لڑنا اس سے ٹکرانا یہ کوئی پالیسی نہیں ہے۔</w:t>
      </w:r>
    </w:p>
    <w:p>
      <w:r>
        <w:rPr>
          <w:b/>
        </w:rPr>
        <w:t xml:space="preserve">[39:05] </w:t>
      </w:r>
      <w:r>
        <w:t>to sab se bada masla jo is zamane mein paida hua hai woh yeh paida hua hai ke religious side par aur secular side par dono jagah musalmanon ne sirf takraao ka tareeqa ikhtiyar kiya.</w:t>
      </w:r>
    </w:p>
    <w:p>
      <w:pPr>
        <w:jc w:val="right"/>
      </w:pPr>
      <w:r>
        <w:t>تو سب سے بڑا مسئلہ جو اس زمانے میں پیدا ہوا ہے وہ یہ پیدا ہوا ہے کہ ریلیجس سائیڈ پر اور سیکولر سائیڈ پر دونوں جگہ مسلمانوں نے صرف ٹکراؤ کا طریقہ اختیار کیا۔</w:t>
      </w:r>
    </w:p>
    <w:p>
      <w:r>
        <w:rPr>
          <w:b/>
        </w:rPr>
        <w:t xml:space="preserve">[39:18] </w:t>
      </w:r>
      <w:r>
        <w:t>manage karne ka tareeqa nahi. takraao ka badal hai manage karna. aur manage karne ka ulta hai takraao karna.</w:t>
      </w:r>
    </w:p>
    <w:p>
      <w:pPr>
        <w:jc w:val="right"/>
      </w:pPr>
      <w:r>
        <w:t>مینج کرنے کا طریقہ نہیں۔ ٹکراؤ کا بدل ہے مینج کرنا۔ اور مینج کرنے کا الٹا ہے ٹکراؤ کرنا۔</w:t>
      </w:r>
    </w:p>
    <w:p>
      <w:r>
        <w:rPr>
          <w:b/>
        </w:rPr>
        <w:t xml:space="preserve">[39:28] </w:t>
      </w:r>
      <w:r>
        <w:t>to kisi bhi situation mein aap ke liye do option hota hai. do option. ya to manage karen ya is se ladne lagen.</w:t>
      </w:r>
    </w:p>
    <w:p>
      <w:pPr>
        <w:jc w:val="right"/>
      </w:pPr>
      <w:r>
        <w:t>تو کسی بھی سچوئیشن میں آپ کے لیے دو آپشن ہوتا ہے۔ دو آپشن۔ یا تو مینج کریں یا اس سے لڑنے لگیں۔</w:t>
      </w:r>
    </w:p>
    <w:p>
      <w:r>
        <w:rPr>
          <w:b/>
        </w:rPr>
        <w:t xml:space="preserve">[39:41] </w:t>
      </w:r>
      <w:r>
        <w:t>jaise ke maine misal di aap ko ke do car aamne samne aa gaye</w:t>
      </w:r>
    </w:p>
    <w:p>
      <w:pPr>
        <w:jc w:val="right"/>
      </w:pPr>
      <w:r>
        <w:t>جیسے کہ میں نے مثال دی آپ کو کہ دو کار آمنے سامنے آ گئے</w:t>
      </w:r>
    </w:p>
    <w:p>
      <w:r>
        <w:rPr>
          <w:b/>
        </w:rPr>
        <w:t xml:space="preserve">[39:46] </w:t>
      </w:r>
      <w:r>
        <w:t>hain. ab ek yeh hai ke dono aapas mein sirf horn bajayen aur is ko bura bhala kahen ke tum hatao apni car hamare raaste se hato waghera.</w:t>
      </w:r>
    </w:p>
    <w:p>
      <w:pPr>
        <w:jc w:val="right"/>
      </w:pPr>
      <w:r>
        <w:t>ہیں۔ اب ایک یہ ہے کہ دونوں آپس میں صرف ہارن بجائیں اور اس کو برا بھلا کہیں کہ تم ہٹاؤ اپنی کار ہمارے راستے سے ہٹو وغیرہ۔</w:t>
      </w:r>
    </w:p>
    <w:p>
      <w:r>
        <w:rPr>
          <w:b/>
        </w:rPr>
        <w:t xml:space="preserve">[39:57] </w:t>
      </w:r>
      <w:r>
        <w:t>aur ek yeh hai ke aap side se nikal jayen khamoshi ke sath. to ek tareeqa hota hai kisi bhi situation mein takraao ka.</w:t>
      </w:r>
    </w:p>
    <w:p>
      <w:pPr>
        <w:jc w:val="right"/>
      </w:pPr>
      <w:r>
        <w:t>اور ایک یہ ہے کہ آپ سائیڈ سے نکل جائیں خاموشی کے ساتھ۔ تو ایک طریقہ ہوتا ہے کسی بھی سچوئیشن میں ٹکراؤ کا۔</w:t>
      </w:r>
    </w:p>
    <w:p>
      <w:r>
        <w:rPr>
          <w:b/>
        </w:rPr>
        <w:t xml:space="preserve">[40:10] </w:t>
      </w:r>
      <w:r>
        <w:t>ek hota hai manage karne ka.</w:t>
      </w:r>
    </w:p>
    <w:p>
      <w:pPr>
        <w:jc w:val="right"/>
      </w:pPr>
      <w:r>
        <w:t>ایک ہوتا ہے مینج کرنے کا۔</w:t>
      </w:r>
    </w:p>
    <w:p>
      <w:r>
        <w:rPr>
          <w:b/>
        </w:rPr>
        <w:t xml:space="preserve">[40:13] </w:t>
      </w:r>
      <w:r>
        <w:t>to takraao mein sirf tabahi aur barhti hai. jitni tabahi ho chuki hai is tabahi mein aur izafa hota hai. aur manage karne mein kya hota hai ke aap deadlock ko khatam kar dete hain.</w:t>
      </w:r>
    </w:p>
    <w:p>
      <w:pPr>
        <w:jc w:val="right"/>
      </w:pPr>
      <w:r>
        <w:t>تو ٹکراؤ میں صرف تباہی اور بڑھتی ہے۔ جتنی تباہی ہو چکی ہے اس تباہی میں اور اضافہ ہوتا ہے۔ اور مینج کرنے میں کیا ہوتا ہے کہ آپ ڈیڈ لاک کو ختم کر دیتے ہیں۔</w:t>
      </w:r>
    </w:p>
    <w:p>
      <w:r>
        <w:rPr>
          <w:b/>
        </w:rPr>
        <w:t xml:space="preserve">[40:33] </w:t>
      </w:r>
      <w:r>
        <w:t>deadlock ko khatam kar dete hain. yaani ta'attul ko khatam kar dete hain. aur ek naya yaani maidan e kar apne liye talash kar lete hain.</w:t>
      </w:r>
    </w:p>
    <w:p>
      <w:pPr>
        <w:jc w:val="right"/>
      </w:pPr>
      <w:r>
        <w:t>ڈیڈ لاک کو ختم کر دیتے ہیں۔ یعنی تعطل کو ختم کر دیتے ہیں۔ اور ایک نیا یعنی میدان کار اپنے لیے تلاش کر لیتے ہیں۔</w:t>
      </w:r>
    </w:p>
    <w:p>
      <w:r>
        <w:rPr>
          <w:b/>
        </w:rPr>
        <w:t xml:space="preserve">[40:43] </w:t>
      </w:r>
      <w:r>
        <w:t>bahut bada farq hai dono mein. jab aap takraao karte hain to wahin kahin apni qabristan banate hain. jahan tak takraao paida hua hai.</w:t>
      </w:r>
    </w:p>
    <w:p>
      <w:pPr>
        <w:jc w:val="right"/>
      </w:pPr>
      <w:r>
        <w:t>بہت بڑا فرق ہے دونوں میں۔ جب آپ ٹکراؤ کرتے ہیں تو وہیں کہیں اپنی قبرستان بناتے ہیں۔ جہاں تک ٹکراؤ پیدا ہوا ہے۔</w:t>
      </w:r>
    </w:p>
    <w:p>
      <w:r>
        <w:rPr>
          <w:b/>
        </w:rPr>
        <w:t xml:space="preserve">[40:53] </w:t>
      </w:r>
      <w:r>
        <w:t>jahan masla paida hua hai. to ek hai ke jahan masla paida hua hai wahin laren wahin apni qabristan banayen. ek yeh hai ke manage karen.</w:t>
      </w:r>
    </w:p>
    <w:p>
      <w:pPr>
        <w:jc w:val="right"/>
      </w:pPr>
      <w:r>
        <w:t>جہاں مسئلہ پیدا ہوا ہے۔ تو ایک ہے کہ جہاں مسئلہ پیدا ہوا ہے وہیں لڑیں وہیں اپنی قبرستان بنائیں۔ ایک یہ ہے کہ مینج کریں۔</w:t>
      </w:r>
    </w:p>
    <w:p>
      <w:r>
        <w:rPr>
          <w:b/>
        </w:rPr>
        <w:t xml:space="preserve">[41:03] </w:t>
      </w:r>
      <w:r>
        <w:t>jaise rasool Allah salallahu alaihi wasallam agar hudaybiyah mein lad jaate to wahin par sab ke sab ki qabristanen banti. jaise</w:t>
      </w:r>
    </w:p>
    <w:p>
      <w:pPr>
        <w:jc w:val="right"/>
      </w:pPr>
      <w:r>
        <w:t>جیسے رسول اللہ صلی اللہ علیہ وسلم اگر حدیبیہ میں لڑ جاتے تو وہیں پر سب کے سب کی قبرستانیں بنتی۔ جیسے</w:t>
      </w:r>
    </w:p>
    <w:p>
      <w:r>
        <w:rPr>
          <w:b/>
        </w:rPr>
        <w:t xml:space="preserve">[41:13] </w:t>
      </w:r>
      <w:r>
        <w:t>aur yaani aur jab aap ne manage kiya to woh ek nayi history wahan se shuru ho gayi. yaani hudaybiyah jo tha agar wahan takraao kiya jaata to siwa tabahi kuch nahi milta.</w:t>
      </w:r>
    </w:p>
    <w:p>
      <w:pPr>
        <w:jc w:val="right"/>
      </w:pPr>
      <w:r>
        <w:t>اور یعنی اور جب آپ نے مینج کیا تو وہ ایک نئی ہسٹری وہاں سے شروع ہو گئی۔ یعنی حدیبیہ جو تھا اگر وہاں ٹکراؤ کیا جاتا تو سوا تباہی کچھ نہیں ملتا۔</w:t>
      </w:r>
    </w:p>
    <w:p>
      <w:r>
        <w:rPr>
          <w:b/>
        </w:rPr>
        <w:t xml:space="preserve">[41:30] </w:t>
      </w:r>
      <w:r>
        <w:t>lekin jab aap ne manage kiya to hudaybiyah se islam ki aik nai tareekh shuru ho gai.</w:t>
      </w:r>
    </w:p>
    <w:p>
      <w:pPr>
        <w:jc w:val="right"/>
      </w:pPr>
      <w:r>
        <w:t>لیکن جب آپ نے مینج کیا تو حدیبیہ سے اسلام کی ایک نئی تاریخ شروع ہو گئی۔</w:t>
      </w:r>
    </w:p>
    <w:p>
      <w:r>
        <w:rPr>
          <w:b/>
        </w:rPr>
        <w:t xml:space="preserve">[41:38] </w:t>
      </w:r>
      <w:r>
        <w:t>to dekhen yeh zindagi jo hai problems bhari hui hai. problems are part of life.</w:t>
      </w:r>
    </w:p>
    <w:p>
      <w:pPr>
        <w:jc w:val="right"/>
      </w:pPr>
      <w:r>
        <w:t>تو دیکھیں یہ زندگی جو ہے پرابلمز بھری ہوئی ہے۔ پرابلمز آر پارٹ آف لائف۔</w:t>
      </w:r>
    </w:p>
    <w:p>
      <w:r>
        <w:rPr>
          <w:b/>
        </w:rPr>
        <w:t xml:space="preserve">[41:48] </w:t>
      </w:r>
      <w:r>
        <w:t>part of nature. part of dedication plan of god. to there is no escape from from problem.</w:t>
      </w:r>
    </w:p>
    <w:p>
      <w:pPr>
        <w:jc w:val="right"/>
      </w:pPr>
      <w:r>
        <w:t>پارٹ آف نیچر۔ پارٹ آف ڈیکیشن پلان آف گاڈ۔ تو دیر از نو اسکیپ فرام فرام پرابلم۔</w:t>
      </w:r>
    </w:p>
    <w:p>
      <w:r>
        <w:rPr>
          <w:b/>
        </w:rPr>
        <w:t xml:space="preserve">[42:00] </w:t>
      </w:r>
      <w:r>
        <w:t>to problem ko aap sirf challenge ke roop mein lijie na ke sirf problem ke roop mein. aur hamesha us ko manage karne ki koshish kijie.</w:t>
      </w:r>
    </w:p>
    <w:p>
      <w:pPr>
        <w:jc w:val="right"/>
      </w:pPr>
      <w:r>
        <w:t>تو پرابلم کو آپ صرف چیلنج کے روپ میں لیجیے نہ کہ صرف پرابلم کے روپ میں۔ اور ہمیشہ اس کو مینج کرنے کی کوشش کیجیے۔</w:t>
      </w:r>
    </w:p>
    <w:p>
      <w:r>
        <w:rPr>
          <w:b/>
        </w:rPr>
        <w:t xml:space="preserve">[42:10] </w:t>
      </w:r>
      <w:r>
        <w:t>problem hi ke ka doosra naam crisis hai. jab aap problem ko solve na kar saken to use kaha jata hai dead lock ya crisis.</w:t>
      </w:r>
    </w:p>
    <w:p>
      <w:pPr>
        <w:jc w:val="right"/>
      </w:pPr>
      <w:r>
        <w:t>پرابلم ہی کے کا دوسرا نام کرائسز ہے۔ جب آپ پرابلم کو سالو نہ کر سکیں تو اسے کہا جاتا ہے ڈیڈ لاک یا کرائسز۔</w:t>
      </w:r>
    </w:p>
    <w:p>
      <w:r>
        <w:rPr>
          <w:b/>
        </w:rPr>
        <w:t xml:space="preserve">[42:22] </w:t>
      </w:r>
      <w:r>
        <w:t>lekin insan ko allah taala ne jo aqal di hai woh itni zyada hai is ki capacity ke aap har mauqe par phir se soch sakte hain.</w:t>
      </w:r>
    </w:p>
    <w:p>
      <w:pPr>
        <w:jc w:val="right"/>
      </w:pPr>
      <w:r>
        <w:t>لیکن انسان کو اللہ تعالی نے جو عقل دی ہے وہ اتنی زیادہ ہے اس کی کپیسٹی کہ آپ ہر موقع پر پھر سے سوچ سکتے ہیں۔</w:t>
      </w:r>
    </w:p>
    <w:p>
      <w:r>
        <w:rPr>
          <w:b/>
        </w:rPr>
        <w:t xml:space="preserve">[42:33] </w:t>
      </w:r>
      <w:r>
        <w:t>koi bhi ta'attul koi bhi dead lock koi bhi crisis aap ke mind ko think process se rok nahin sakta.</w:t>
      </w:r>
    </w:p>
    <w:p>
      <w:pPr>
        <w:jc w:val="right"/>
      </w:pPr>
      <w:r>
        <w:t>کوئی بھی تعطل کوئی بھی ڈیڈ لاک کوئی بھی کرائسز آپ کے مائنڈ کو تھنک پراسیس سے روک نہیں سکتا۔</w:t>
      </w:r>
    </w:p>
    <w:p>
      <w:r>
        <w:rPr>
          <w:b/>
        </w:rPr>
        <w:t xml:space="preserve">[42:44] </w:t>
      </w:r>
      <w:r>
        <w:t>bilkul kisi ke liye bas mein nahin hai. to aap phir se sochiye re assess kijie revise kijie re plan kijie har mamle ko.</w:t>
      </w:r>
    </w:p>
    <w:p>
      <w:pPr>
        <w:jc w:val="right"/>
      </w:pPr>
      <w:r>
        <w:t>بالکل کسی کے لیے بس میں نہیں ہے۔ تو آپ پھر سے سوچیے ری ایسس کیجیے ریوائز کیجیے ری پلان کیجیے ہر معاملے کو۔</w:t>
      </w:r>
    </w:p>
    <w:p>
      <w:r>
        <w:rPr>
          <w:b/>
        </w:rPr>
        <w:t xml:space="preserve">[43:00] </w:t>
      </w:r>
      <w:r>
        <w:t>to asal jo fuqdan hai musalmanon mein woh yahi hai ke jo crisis aya us crisis ko woh analysis nahin kar saka.</w:t>
      </w:r>
    </w:p>
    <w:p>
      <w:pPr>
        <w:jc w:val="right"/>
      </w:pPr>
      <w:r>
        <w:t>تو اصل جو فقدان ہے مسلمانوں میں وہ یہی ہے کہ جو کرائسز آیا اس کرائسز کو وہ انالیسز نہیں کر سکے۔</w:t>
      </w:r>
    </w:p>
    <w:p>
      <w:r>
        <w:rPr>
          <w:b/>
        </w:rPr>
        <w:t xml:space="preserve">[43:11] </w:t>
      </w:r>
      <w:r>
        <w:t>aur apni re planning nahin kar saka. ab kya hai jitne musalmanon ke jalson mein jaiye un ke akhbar ko parhiye un kitabon ko parhiye to bas shikayat hai.</w:t>
      </w:r>
    </w:p>
    <w:p>
      <w:pPr>
        <w:jc w:val="right"/>
      </w:pPr>
      <w:r>
        <w:t>اور اپنی ری پلاننگ نہیں کر سکے۔ اب کیا ہے جتنے مسلمانوں کے جلسوں میں جائیے ان کے اخبار کو پڑھیے ان کتابوں کو پڑھیے تو بس شکایت ہے۔</w:t>
      </w:r>
    </w:p>
    <w:p>
      <w:r>
        <w:rPr>
          <w:b/>
        </w:rPr>
        <w:t xml:space="preserve">[43:23] </w:t>
      </w:r>
      <w:r>
        <w:t>abhi mein ne aik kitab parhi aik kitab hai</w:t>
      </w:r>
    </w:p>
    <w:p>
      <w:pPr>
        <w:jc w:val="right"/>
      </w:pPr>
      <w:r>
        <w:t>ابھی میں نے ایک کتاب پڑھی ایک کتاب ہے</w:t>
      </w:r>
    </w:p>
    <w:p>
      <w:r>
        <w:rPr>
          <w:b/>
        </w:rPr>
        <w:t xml:space="preserve">[43:29] </w:t>
      </w:r>
      <w:r>
        <w:t>muslim ummat ka bohgran yani crisis of muslim ummah sari kitab bas shikayat aur complaints bhari hui hai. bhai bohgran agar hai to aap way out talash kijie way out shikayat se kya faida hai?</w:t>
      </w:r>
    </w:p>
    <w:p>
      <w:pPr>
        <w:jc w:val="right"/>
      </w:pPr>
      <w:r>
        <w:t>مسلم ملت کا بحران یعنی کرائسز آف مسلم امہ ساری کتاب بس شکایت اور کمپلینٹس بھری ہوئی ہے۔ بھئی بحران اگر ہے تو آپ وے آؤٹ تلاش کیجیے وے آؤٹ شکایت سے کیا فائدہ ہے؟</w:t>
      </w:r>
    </w:p>
    <w:p>
      <w:r>
        <w:rPr>
          <w:b/>
        </w:rPr>
        <w:t xml:space="preserve">[43:46] </w:t>
      </w:r>
      <w:r>
        <w:t>koi masla paida hua hai to way out talash kijie.</w:t>
      </w:r>
    </w:p>
    <w:p>
      <w:pPr>
        <w:jc w:val="right"/>
      </w:pPr>
      <w:r>
        <w:t>کوئی مسئلہ پیدا ہوا ہے تو وے آؤٹ تلاش کیجیے۔</w:t>
      </w:r>
    </w:p>
    <w:p>
      <w:r>
        <w:rPr>
          <w:b/>
        </w:rPr>
        <w:t xml:space="preserve">[43:49] </w:t>
      </w:r>
      <w:r>
        <w:t>us ko manage kijie. shikayat se to koi faida nahin hoga. is ke liye zaroorat hai ijtihadi taqat ki. bad qismati se hamare haan jo idare hain jo madaris hain ijtihad is mein taboo bana hua hai.</w:t>
      </w:r>
    </w:p>
    <w:p>
      <w:pPr>
        <w:jc w:val="right"/>
      </w:pPr>
      <w:r>
        <w:t>اس کو مینج کیجیے۔ شکایت سے تو کوئی فائدہ نہیں ہوگا۔ اس کے لیے ضرورت ہے اجتہادی طاقت کی۔ بدقسمتی سے ہمارے ہاں جو ادارے ہیں جو مدارس ہیں اجتہاد اس میں ٹیبو بنا ہوا ہے۔</w:t>
      </w:r>
    </w:p>
    <w:p>
      <w:r>
        <w:rPr>
          <w:b/>
        </w:rPr>
        <w:t xml:space="preserve">[44:03] </w:t>
      </w:r>
      <w:r>
        <w:t>taboo shajar mamnoo'a.</w:t>
      </w:r>
    </w:p>
    <w:p>
      <w:pPr>
        <w:jc w:val="right"/>
      </w:pPr>
      <w:r>
        <w:t>ٹیبو شجر ممنوعہ۔</w:t>
      </w:r>
    </w:p>
    <w:p>
      <w:r>
        <w:rPr>
          <w:b/>
        </w:rPr>
        <w:t xml:space="preserve">[44:07] </w:t>
      </w:r>
      <w:r>
        <w:t>halan ke ijtihad itni bari cheez hai ke hadith mein aata hai bukhari ki riwayat mein ke agar mujtahid ijtihad karne mein sahi ijtihad kare to us ko double sawab milta hai.</w:t>
      </w:r>
    </w:p>
    <w:p>
      <w:pPr>
        <w:jc w:val="right"/>
      </w:pPr>
      <w:r>
        <w:t>حالانکہ اجتہاد اتنی بڑی چیز ہے کہ حدیث میں آتا ہے بخاری کی روایت میں کہ اگر مجتہد اجتہاد کرنے میں صحیح اجتہاد کرے تو اس کو ڈبل ثواب ملتا ہے۔</w:t>
      </w:r>
    </w:p>
    <w:p>
      <w:r>
        <w:rPr>
          <w:b/>
        </w:rPr>
        <w:t xml:space="preserve">[44:22] </w:t>
      </w:r>
      <w:r>
        <w:t>agar ijtihad karne mein ghalti kar jaye woh to tab bhi aik sawab milega us ko. is ka matlab ke aap encourage kar rahe hain. rasool allah encourage kar rahe hain ke tum ijtihad karo.</w:t>
      </w:r>
    </w:p>
    <w:p>
      <w:pPr>
        <w:jc w:val="right"/>
      </w:pPr>
      <w:r>
        <w:t>اگر اجتہاد کرنے میں غلطی کر جائے وہ تو تب بھی ایک ثواب ملے گا اس کو۔ اس کا معنی کہ آپ انکریج کر رہے ہیں۔ رسول اللہ انکریج کر رہے ہیں کہ تم اجتہاد کرو۔</w:t>
      </w:r>
    </w:p>
    <w:p>
      <w:r>
        <w:rPr>
          <w:b/>
        </w:rPr>
        <w:t xml:space="preserve">[44:34] </w:t>
      </w:r>
      <w:r>
        <w:t>to ijtihad kya hai</w:t>
      </w:r>
    </w:p>
    <w:p>
      <w:pPr>
        <w:jc w:val="right"/>
      </w:pPr>
      <w:r>
        <w:t>تو اجتہاد کیا ہے</w:t>
      </w:r>
    </w:p>
    <w:p>
      <w:r>
        <w:rPr>
          <w:b/>
        </w:rPr>
        <w:t xml:space="preserve">[44:35] </w:t>
      </w:r>
      <w:r>
        <w:t>? ijtihad darasal naam hai creative thinking ka. creative thinking. agar aap ki soch thehar jaye aap ki soch jo hai woh us ko thehrav aa jaye to woh hai taqlidi soch.</w:t>
      </w:r>
    </w:p>
    <w:p>
      <w:pPr>
        <w:jc w:val="right"/>
      </w:pPr>
      <w:r>
        <w:t>؟ اجتہاد دراصل نام ہے کریٹیو تھنکنگ کا۔ کریٹیو تھنکنگ۔ اگر آپ کی سوچ ٹھہر جائے آپ کی سوچ جو ہے وہ اس کو ٹھہراؤ آ جائے تو وہ ہے تقلیدی سوچ۔</w:t>
      </w:r>
    </w:p>
    <w:p>
      <w:r>
        <w:rPr>
          <w:b/>
        </w:rPr>
        <w:t xml:space="preserve">[44:51] </w:t>
      </w:r>
      <w:r>
        <w:t>yani soch agar mo'attal ho jaye aur kaam karna band kar de to wohi hai jis ko hum kehte hain taqlid.</w:t>
      </w:r>
    </w:p>
    <w:p>
      <w:pPr>
        <w:jc w:val="right"/>
      </w:pPr>
      <w:r>
        <w:t>یعنی سوچ اگر معطل ہو جائے اور کام کرنا بند کر دے تو وہی ہے جس کو ہم کہتے ہیں تقلید۔</w:t>
      </w:r>
    </w:p>
    <w:p>
      <w:r>
        <w:rPr>
          <w:b/>
        </w:rPr>
        <w:t xml:space="preserve">[45:02] </w:t>
      </w:r>
      <w:r>
        <w:t>agar soch khuli hui ho aap ke andar creativity ho bar bar aap naye dhang se soch sakte hon to isi ka naam hai ijtihad.</w:t>
      </w:r>
    </w:p>
    <w:p>
      <w:pPr>
        <w:jc w:val="right"/>
      </w:pPr>
      <w:r>
        <w:t>اگر سوچ کھلی ہوئی ہو آپ کے اندر کریٹیوٹی ہو بار بار آپ نئے ڈھنگ سے سوچ سکتے ہوں تو اسی کا نام ہے اجتہاد۔</w:t>
      </w:r>
    </w:p>
    <w:p>
      <w:r>
        <w:rPr>
          <w:b/>
        </w:rPr>
        <w:t xml:space="preserve">[45:14] </w:t>
      </w:r>
      <w:r>
        <w:t>to ijtihad ke baghair to zindagi mein koi taraqqi ho nahin sakti. koi bhi taraqqi. har din aap ko phir se sochna parta hai. har din phir se re plan karna parta hai.</w:t>
      </w:r>
    </w:p>
    <w:p>
      <w:pPr>
        <w:jc w:val="right"/>
      </w:pPr>
      <w:r>
        <w:t>تو اجتہاد کے بغیر تو زندگی میں کوئی ترقی ہو نہیں سکتی۔ کوئی بھی ترقی۔ ہر دن آپ کو پھر سے سوچنا پڑتا ہے۔ ہر دن پھر سے ری پلان کرنا پڑتا ہے۔</w:t>
      </w:r>
    </w:p>
    <w:p>
      <w:r>
        <w:rPr>
          <w:b/>
        </w:rPr>
        <w:t xml:space="preserve">[45:27] </w:t>
      </w:r>
      <w:r>
        <w:t>isi liye hadith mein ijtihad ko encourage kiya gaya ke ijtihad karo. use mat darao ke ijtihad karne mein tum ghalti kar jaoge.</w:t>
      </w:r>
    </w:p>
    <w:p>
      <w:pPr>
        <w:jc w:val="right"/>
      </w:pPr>
      <w:r>
        <w:t>اسی لیے حدیث میں اجتہاد کو انکریج کیا گیا کہ اجتہاد کرو۔ اسے مت ڈراؤ کہ اجتہاد کرنے میں تم غلطی کر جاؤ گے۔</w:t>
      </w:r>
    </w:p>
    <w:p>
      <w:r>
        <w:rPr>
          <w:b/>
        </w:rPr>
        <w:t xml:space="preserve">[45:36] </w:t>
      </w:r>
      <w:r>
        <w:t>ghalti karoge tab bhi allah taala tum ko aik inaam dega. yani kaisi ajeeb cheez hai yeh. yeh bohat hi ajeeb cheez hai ke ijtihad mein ghalti kar jaye aadmi tab bhi aik sawab milta hai us ko.</w:t>
      </w:r>
    </w:p>
    <w:p>
      <w:pPr>
        <w:jc w:val="right"/>
      </w:pPr>
      <w:r>
        <w:t>غلطی کرو گے تب بھی اللہ تعالیٰ تم کو ایک انعام دے گا۔ یعنی کیسی عجیب چیز ہے یہ۔ یہ بہت ہی عجیب چیز ہے کہ اجتہاد میں غلطی کر جائے آدمی تب بھی ایک ثواب ملتا ہے اس کو۔</w:t>
      </w:r>
    </w:p>
    <w:p>
      <w:r>
        <w:rPr>
          <w:b/>
        </w:rPr>
        <w:t xml:space="preserve">[45:48] </w:t>
      </w:r>
      <w:r>
        <w:t>aur sahi ijtihad kare to double sawab milta hai.</w:t>
      </w:r>
    </w:p>
    <w:p>
      <w:pPr>
        <w:jc w:val="right"/>
      </w:pPr>
      <w:r>
        <w:t>اور صحیح اجتہاد کرے تو ڈبل ثواب ملتا ہے۔</w:t>
      </w:r>
    </w:p>
    <w:p>
      <w:r>
        <w:rPr>
          <w:b/>
        </w:rPr>
        <w:t xml:space="preserve">[45:52] </w:t>
      </w:r>
      <w:r>
        <w:t>is ka saaf matlab yeh hai ke rasool Allah chahte thay ke ijtihad ka amal musalmanon mein barabar jaari rahay. kabhi ruka hi nahin. jin logon ki yeh soch hai ke ijtihad band hai to woh apnay dimagh se bol rahay hain.</w:t>
      </w:r>
    </w:p>
    <w:p>
      <w:pPr>
        <w:jc w:val="right"/>
      </w:pPr>
      <w:r>
        <w:t>اس کا صاف مطلب یہ ہے کہ رسول اللہ چاہتے تھے کہ اجتہاد کا عمل مسلمانوں میں برابر جاری رہے۔ کبھی رکا ہی نہیں۔ جن لوگوں کی یہ سوچ ہے کہ اجتہاد بند ہے تو وہ اپنے دماغ سے بول رہے ہیں۔</w:t>
      </w:r>
    </w:p>
    <w:p>
      <w:r>
        <w:rPr>
          <w:b/>
        </w:rPr>
        <w:t xml:space="preserve">[46:07] </w:t>
      </w:r>
      <w:r>
        <w:t>woh islam ke dimagh se nahin bol rahay hain. yeh un ka apna dimagh hai. ijtihad kis ne band kiya? na quran ne na hadith ne na sunnat ne na rasool Allah ne</w:t>
      </w:r>
    </w:p>
    <w:p>
      <w:pPr>
        <w:jc w:val="right"/>
      </w:pPr>
      <w:r>
        <w:t>وہ اسلام کے دماغ سے نہیں بول رہے ہیں۔ یہ ان کا اپنا دماغ ہے۔ اجتہاد کس نے بند کیا؟ نہ قرآن نے نہ حدیث نے نہ سنت نے نہ رسول اللہ نے</w:t>
      </w:r>
    </w:p>
    <w:p>
      <w:r>
        <w:rPr>
          <w:b/>
        </w:rPr>
        <w:t xml:space="preserve">[46:17] </w:t>
      </w:r>
      <w:r>
        <w:t>. to yeh aap ne khud se band kar liya. aur kis ko right hai ke woh band kar de? ijtihad to aik continuous process hai.</w:t>
      </w:r>
    </w:p>
    <w:p>
      <w:pPr>
        <w:jc w:val="right"/>
      </w:pPr>
      <w:r>
        <w:t>۔ تو یہ آپ نے خود سے بند کر لیا۔ اور کس کو رائٹ ہے کہ وہ بند کر دے؟ اجتہاد تو ایک کنٹینیوس پراسیس ہے۔</w:t>
      </w:r>
    </w:p>
    <w:p>
      <w:r>
        <w:rPr>
          <w:b/>
        </w:rPr>
        <w:t xml:space="preserve">[46:28] </w:t>
      </w:r>
      <w:r>
        <w:t>yani creativity continuous process hai. to chounke ijtihad ka amal band hai is liye musalman soch nahin paye ke aaj ka jo crisis hai is ka nature kya hai?</w:t>
      </w:r>
    </w:p>
    <w:p>
      <w:pPr>
        <w:jc w:val="right"/>
      </w:pPr>
      <w:r>
        <w:t>یعنی کریٹیوٹی کنٹینیوس پراسیس ہے۔ تو چونکہ اجتہاد کا عمل بند ہے اس لیے مسلمان سوچ نہیں پائے کہ آج کا جو کرائسز ہے اس کا نیچر کیا ہے؟</w:t>
      </w:r>
    </w:p>
    <w:p>
      <w:r>
        <w:rPr>
          <w:b/>
        </w:rPr>
        <w:t xml:space="preserve">[46:45] </w:t>
      </w:r>
      <w:r>
        <w:t>is ko kaise analysis kiya jaye?</w:t>
      </w:r>
    </w:p>
    <w:p>
      <w:pPr>
        <w:jc w:val="right"/>
      </w:pPr>
      <w:r>
        <w:t>اس کو کیسے انالیسز کیا جائے؟</w:t>
      </w:r>
    </w:p>
    <w:p>
      <w:r>
        <w:rPr>
          <w:b/>
        </w:rPr>
        <w:t xml:space="preserve">[46:48] </w:t>
      </w:r>
      <w:r>
        <w:t>ke kya way out ho sakta hai? kaise hum apna replanning karein? yeh sab to bohat se be khabar ho gaye. kyunke ijtihad ka amal ruka hua hai.</w:t>
      </w:r>
    </w:p>
    <w:p>
      <w:pPr>
        <w:jc w:val="right"/>
      </w:pPr>
      <w:r>
        <w:t>کہ کیا وے آؤٹ ہو سکتا ہے؟ کیسے ہم اپنا ری پلاننگ کریں؟ یہ سب تو بہت سے بے خبر ہو گئے۔ کیونکہ اجتہاد کا عمل رکا ہوا ہے۔</w:t>
      </w:r>
    </w:p>
    <w:p>
      <w:r>
        <w:rPr>
          <w:b/>
        </w:rPr>
        <w:t xml:space="preserve">[46:59] </w:t>
      </w:r>
      <w:r>
        <w:t>yeh sari baton par hamein reassess karna paray ga. sari baton par phir se sochna paray ga.</w:t>
      </w:r>
    </w:p>
    <w:p>
      <w:pPr>
        <w:jc w:val="right"/>
      </w:pPr>
      <w:r>
        <w:t>یہ ساری باتوں پر ہمیں ری ایسس کرنا پڑے گا۔ ساری باتوں پر پھر سے سوچنا پڑے گا۔</w:t>
      </w:r>
    </w:p>
    <w:p>
      <w:r>
        <w:rPr>
          <w:b/>
        </w:rPr>
        <w:t xml:space="preserve">[47:09] </w:t>
      </w:r>
      <w:r>
        <w:t>aur khwah yeh duaen hoti hain lambi lambi duaen loud speaker par is se masail hal hona nahin hai.</w:t>
      </w:r>
    </w:p>
    <w:p>
      <w:pPr>
        <w:jc w:val="right"/>
      </w:pPr>
      <w:r>
        <w:t>اور خواہ یہ دعائیں ہوتی ہیں لمبی لمبی دعائیں لاؤڈ سپیکر پر اس سے مسائل حل ہونا نہیں ہے۔</w:t>
      </w:r>
    </w:p>
    <w:p>
      <w:r>
        <w:rPr>
          <w:b/>
        </w:rPr>
        <w:t xml:space="preserve">[47:15] </w:t>
      </w:r>
      <w:r>
        <w:t>koi logon ne duaon ka aik aik bana diya hai aik pura aik institution. yeh dua ho rahi hai chalo chalo dua mein ne suna ke bangladesh mein dua hoti hai to pura shehar khali hota hai duaon ke doray hain log.</w:t>
      </w:r>
    </w:p>
    <w:p>
      <w:pPr>
        <w:jc w:val="right"/>
      </w:pPr>
      <w:r>
        <w:t>کوئی لوگوں نے دعاؤں کا ایک ایک بنا دیا ہے ایک پورا ایک انسٹیٹیوشن۔ یہ دعا ہو رہی ہے چلو چلو دعا میں نے سنا کہ بنگلہ دیش میں دعا ہوتی ہے تو پورا شہر خالی ہوتا ہے دعاؤں کے دوڑتے ہیں لوگ۔</w:t>
      </w:r>
    </w:p>
    <w:p>
      <w:r>
        <w:rPr>
          <w:b/>
        </w:rPr>
        <w:t xml:space="preserve">[47:31] </w:t>
      </w:r>
      <w:r>
        <w:t>chalo wahan par dua ho rahi hai. is tarah se masla nahin hal nahin ho sakta hai. yeh dua ka mamla hai yeh ijtihad ka mamla hai.</w:t>
      </w:r>
    </w:p>
    <w:p>
      <w:pPr>
        <w:jc w:val="right"/>
      </w:pPr>
      <w:r>
        <w:t>چلو وہاں پر دعا ہو رہی ہے۔ اس طرح سے مسئلہ نہیں حل نہیں ہو سکتا ہے۔ یہ دعا کا معاملہ ہے یہ اجتہاد کا معاملہ ہے۔</w:t>
      </w:r>
    </w:p>
    <w:p>
      <w:r>
        <w:rPr>
          <w:b/>
        </w:rPr>
        <w:t xml:space="preserve">[47:43] </w:t>
      </w:r>
      <w:r>
        <w:t>dekhiye aik baat yaad rakhiye ke dua aik shakhsi amal hai. dua koi jalsa jaloos ki cheez nahin hai.</w:t>
      </w:r>
    </w:p>
    <w:p>
      <w:pPr>
        <w:jc w:val="right"/>
      </w:pPr>
      <w:r>
        <w:t>دیکھیے ایک بات یاد رکھیے کہ دعا ایک شخصی عمل ہے۔ دعا کوئی جلسہ جلوس کی چیز نہیں ہے۔</w:t>
      </w:r>
    </w:p>
    <w:p>
      <w:r>
        <w:rPr>
          <w:b/>
        </w:rPr>
        <w:t xml:space="preserve">[47:52] </w:t>
      </w:r>
      <w:r>
        <w:t>yeh loud speaker par aik sahib dua karte hain doosre log bheer laga kar amin amin karte hain. that is not dua. woh dua nahin hai.</w:t>
      </w:r>
    </w:p>
    <w:p>
      <w:pPr>
        <w:jc w:val="right"/>
      </w:pPr>
      <w:r>
        <w:t>یہ لاؤڈ سپیکر پر ایک صاحب دعا کرتے ہیں دوسرے لوگ بھیڑ لگا کر آمین آمین کرتے ہیں۔ دیٹ از ناٹ دعا۔ وہ دعا نہیں ہے۔</w:t>
      </w:r>
    </w:p>
    <w:p>
      <w:r>
        <w:rPr>
          <w:b/>
        </w:rPr>
        <w:t xml:space="preserve">[48:05] </w:t>
      </w:r>
      <w:r>
        <w:t>dua to dekhiye hadith mein aata hai ke zikr Allah khaleen fawaztana</w:t>
      </w:r>
    </w:p>
    <w:p>
      <w:pPr>
        <w:jc w:val="right"/>
      </w:pPr>
      <w:r>
        <w:t>دعا تو دیکھیے حدیث میں آتا ہے کہ ذکر اللہ خالین فوازتنا</w:t>
      </w:r>
    </w:p>
    <w:p>
      <w:r>
        <w:rPr>
          <w:b/>
        </w:rPr>
        <w:t xml:space="preserve">[48:13] </w:t>
      </w:r>
      <w:r>
        <w:t>aap akele hain apnay kamray mein aap ne socha Allah ki azmat ko apnay baray mein socha jannat jahannum ko socha maut ko socha aap ka dil bhar aya aankhon se aansu nikalnay paray</w:t>
      </w:r>
    </w:p>
    <w:p>
      <w:pPr>
        <w:jc w:val="right"/>
      </w:pPr>
      <w:r>
        <w:t>آپ اکیلے ہیں اپنے کمرے میں آپ نے سوچا اللہ کی عظمت کو اپنے بارے میں سوچا جنت جہنم کو سوچا موت کو سوچا آپ کا دل بھر آیا آنکھوں سے آنسو نکلنے پڑے</w:t>
      </w:r>
    </w:p>
    <w:p>
      <w:r>
        <w:rPr>
          <w:b/>
        </w:rPr>
        <w:t xml:space="preserve">[48:32] </w:t>
      </w:r>
      <w:r>
        <w:t>is waqt aap ki zuban se kuch duaiyah kalmat niklay isi ka naam dua hai. aur yeh bheer laga kar ke aur loud speaker laga kar jo duaen hoti hain woh harghaz harghaz dua nahin hai.</w:t>
      </w:r>
    </w:p>
    <w:p>
      <w:pPr>
        <w:jc w:val="right"/>
      </w:pPr>
      <w:r>
        <w:t>اس وقت آپ کی زبان سے کچھ دعائیہ کلمات نکلے اسی کا نام دعا ہے۔ اور یہ بھیڑ لگا کر کے اور لاؤڈ سپیکر لگا کر جو دعائیں ہوتی ہیں وہ ہرگز ہرگز دعا نہیں ہے۔</w:t>
      </w:r>
    </w:p>
    <w:p>
      <w:r>
        <w:rPr>
          <w:b/>
        </w:rPr>
        <w:t xml:space="preserve">[48:48] </w:t>
      </w:r>
      <w:r>
        <w:t>woh kuch aur jo bhi ho lekin dua nahin hai woh. kuch aur kuch aur ho sakta hai woh lekin dua nahin hai.</w:t>
      </w:r>
    </w:p>
    <w:p>
      <w:pPr>
        <w:jc w:val="right"/>
      </w:pPr>
      <w:r>
        <w:t>وہ کچھ اور جو بھی ہو لیکن دعا نہیں ہے وہ۔ کچھ اور کچھ اور ہو سکتا ہے وہ لیکن دعا نہیں ہے۔</w:t>
      </w:r>
    </w:p>
    <w:p>
      <w:r>
        <w:rPr>
          <w:b/>
        </w:rPr>
        <w:t xml:space="preserve">[48:57] </w:t>
      </w:r>
      <w:r>
        <w:t>to yeh sara mamla reassess karne ki dawat de raha hai.</w:t>
      </w:r>
    </w:p>
    <w:p>
      <w:pPr>
        <w:jc w:val="right"/>
      </w:pPr>
      <w:r>
        <w:t>تو یہ سارا معاملہ ری ایسس کرنے کی دعوت دے رہا ہے۔</w:t>
      </w:r>
    </w:p>
    <w:p>
      <w:r>
        <w:rPr>
          <w:b/>
        </w:rPr>
        <w:t xml:space="preserve">[49:05] </w:t>
      </w:r>
      <w:r>
        <w:t>kuch log duaen kar rahay hain. koi log احتجاج kar rahay hain. koi log shikayat mein masghool hain. koi log jazbati taqreerein karte hain.</w:t>
      </w:r>
    </w:p>
    <w:p>
      <w:pPr>
        <w:jc w:val="right"/>
      </w:pPr>
      <w:r>
        <w:t>کچھ لوگ دعائیں کر رہے ہیں۔ کوئی لوگ احتجاج کر رہے ہیں۔ کوئی لوگ شکایت میں مشغول ہیں۔ کوئی لوگ جذباتی تقریریں کرتے ہیں۔</w:t>
      </w:r>
    </w:p>
    <w:p>
      <w:r>
        <w:rPr>
          <w:b/>
        </w:rPr>
        <w:t xml:space="preserve">[49:14] </w:t>
      </w:r>
      <w:r>
        <w:t>kal mein ne aik taqreer dekhi akhbar mein ajeeb jazbati andaaz mein. bilkul khateebana. to khateebana taqreerein karne se kuch nahin honay wala hai.</w:t>
      </w:r>
    </w:p>
    <w:p>
      <w:pPr>
        <w:jc w:val="right"/>
      </w:pPr>
      <w:r>
        <w:t>کل میں نے ایک تقریر دیکھی اخبار میں عجیب جذباتی انداز میں۔ بالکل خطیبانہ۔ تو خطیبانہ تقریریں کرنے سے کچھ نہیں ہونے والا ہے۔</w:t>
      </w:r>
    </w:p>
    <w:p>
      <w:r>
        <w:rPr>
          <w:b/>
        </w:rPr>
        <w:t xml:space="preserve">[49:25] </w:t>
      </w:r>
      <w:r>
        <w:t>hamaray aik se aik barh ke khateeb paida hui.</w:t>
      </w:r>
    </w:p>
    <w:p>
      <w:pPr>
        <w:jc w:val="right"/>
      </w:pPr>
      <w:r>
        <w:t>ہمارے ایک سے ایک بڑھ کے خطیب پیدا ہوئی۔</w:t>
      </w:r>
    </w:p>
    <w:p>
      <w:r>
        <w:rPr>
          <w:b/>
        </w:rPr>
        <w:t xml:space="preserve">[49:30] </w:t>
      </w:r>
      <w:r>
        <w:t>hamaray aik se aik khateeb thay hamaray haan jin ke baray mein likha tha aik mein ne parha tha ke woh jab bolte thay to aisa amal hota tha ke misr ke saray mein abu al hul ki awaz goonj rahi hai.</w:t>
      </w:r>
    </w:p>
    <w:p>
      <w:pPr>
        <w:jc w:val="right"/>
      </w:pPr>
      <w:r>
        <w:t>ہمارے ایک سے ایک خطیب تھے ہمارے ہاں جن کے بارے میں لکھا تھا ایک میں نے پڑھا تھا کہ وہ جب بولتے تھے تو ایسا عمل ہوتا تھا کہ مصر کے سارے میں ابو الحل کی آواز گونج رہی ہے۔</w:t>
      </w:r>
    </w:p>
    <w:p>
      <w:r>
        <w:rPr>
          <w:b/>
        </w:rPr>
        <w:t xml:space="preserve">[49:46] </w:t>
      </w:r>
      <w:r>
        <w:t>jab woh bolte thay to aisa lagta tha jaise misr ke desert mein abu al hul ki awaz goonj rahi hai.</w:t>
      </w:r>
    </w:p>
    <w:p>
      <w:pPr>
        <w:jc w:val="right"/>
      </w:pPr>
      <w:r>
        <w:t>جب وہ بولتے تھے تو ایسا لگتا تھا جیسے مصر کے ڈیزرٹ میں ابو الحول کی آواز گونج رہی ہے۔</w:t>
      </w:r>
    </w:p>
    <w:p>
      <w:r>
        <w:rPr>
          <w:b/>
        </w:rPr>
        <w:t xml:space="preserve">[49:54] </w:t>
      </w:r>
      <w:r>
        <w:t>to kya is goonjnay se kya hua? to khitab insha pardazi shairi baray baray alfaaz bolna aur taliyan bajayein log taqreerein karte hain hawai taqreerein hain taliyan baj rahi hain.</w:t>
      </w:r>
    </w:p>
    <w:p>
      <w:pPr>
        <w:jc w:val="right"/>
      </w:pPr>
      <w:r>
        <w:t>تو کیا اس گونجنے سے کیا ہوا؟ تو خطابت انشاء پردازی شاعری بڑے بڑے الفاظ بولنا اور تالیاں بجائیں لوگ تقریریں کرتے ہیں ہوائی تقریریں ہیں تالیاں بج رہی ہیں۔</w:t>
      </w:r>
    </w:p>
    <w:p>
      <w:r>
        <w:rPr>
          <w:b/>
        </w:rPr>
        <w:t xml:space="preserve">[50:11] </w:t>
      </w:r>
      <w:r>
        <w:t>aik sahib se meri mulaqat hui unhon ne aik bohat tareef ki falan sahib taqreerein karte hain bohat yeh majma hota hai falan baatein hoti hain.</w:t>
      </w:r>
    </w:p>
    <w:p>
      <w:pPr>
        <w:jc w:val="right"/>
      </w:pPr>
      <w:r>
        <w:t>ایک صاحب سے میری ملاقات ہوئی انہوں نے ایک بہت تعریف کی فلاں صاحب تقریریں کرتے ہیں بہت یہ مجمع ہوتا ہے فلاں باتیں ہوتی ہیں۔</w:t>
      </w:r>
    </w:p>
    <w:p>
      <w:r>
        <w:rPr>
          <w:b/>
        </w:rPr>
        <w:t xml:space="preserve">[50:22] </w:t>
      </w:r>
      <w:r>
        <w:t>to mein ne poocha ke wahan taliyan bajti hain? kaha haan khoob taliyan bajti hain. mein ne poocha ke yeh bataiye ke rasool Allah bhi bolte thay?</w:t>
      </w:r>
    </w:p>
    <w:p>
      <w:pPr>
        <w:jc w:val="right"/>
      </w:pPr>
      <w:r>
        <w:t>تو میں نے پوچھا کہ وہاں تالیاں بجتی ہیں؟ کہا ہاں خوب تالیاں بجتی ہیں۔ میں نے پوچھا کہ یہ بتائیے کہ رسول اللہ بھی بولتے تھے؟</w:t>
      </w:r>
    </w:p>
    <w:p>
      <w:r>
        <w:rPr>
          <w:b/>
        </w:rPr>
        <w:t xml:space="preserve">[50:33] </w:t>
      </w:r>
      <w:r>
        <w:t>to kiya wahan taliyan bajti theen? kaha nahin. to main ne kaha ke rasool Allah ka tareeqa sahi tha ke un logon ka sahi tareeqa hai.</w:t>
      </w:r>
    </w:p>
    <w:p>
      <w:pPr>
        <w:jc w:val="right"/>
      </w:pPr>
      <w:r>
        <w:t>تو کیا وہاں تالیاں بجتی تھیں؟ کہا نہیں۔ تو میں نے کہا کہ رسول اللہ کا طریقہ صحیح تھا کہ ان لوگوں کا صحیح طریقہ ہے۔</w:t>
      </w:r>
    </w:p>
    <w:p>
      <w:r>
        <w:rPr>
          <w:b/>
        </w:rPr>
        <w:t xml:space="preserve">[50:43] </w:t>
      </w:r>
      <w:r>
        <w:t>to yeh taliyan bajti hain jin jalson mein woh koi kaam nahin hai woh. woh leadery hai qiyadat qiyadat hai. woh kuch bhi nahin hai.</w:t>
      </w:r>
    </w:p>
    <w:p>
      <w:pPr>
        <w:jc w:val="right"/>
      </w:pPr>
      <w:r>
        <w:t>تو یہ تالیاں بجتی ہیں جن جلسوں میں وہ کوئی کام نہیں ہے وہ۔ وہ لیڈری ہے قیادت قیادت ہے۔ وہ کچھ بھی نہیں ہے۔</w:t>
      </w:r>
    </w:p>
    <w:p>
      <w:r>
        <w:rPr>
          <w:b/>
        </w:rPr>
        <w:t xml:space="preserve">[50:53] </w:t>
      </w:r>
      <w:r>
        <w:t>hum ko zaroorat hai ke hum study karein baat ko gehrai mein samjhein. ghhor karein. Allah se tanhaiyon mein dua karein.</w:t>
      </w:r>
    </w:p>
    <w:p>
      <w:pPr>
        <w:jc w:val="right"/>
      </w:pPr>
      <w:r>
        <w:t>ہم کو ضرورت ہے کہ ہم اسٹڈی کریں بات کو گہرائی میں سمجھیں۔ غور کریں۔ اللہ سے تنہائیوں میں دعا کریں۔</w:t>
      </w:r>
    </w:p>
    <w:p>
      <w:r>
        <w:rPr>
          <w:b/>
        </w:rPr>
        <w:t xml:space="preserve">[51:05] </w:t>
      </w:r>
      <w:r>
        <w:t>saare mamle ko reassess karein. aur crisis ke nature ko</w:t>
      </w:r>
    </w:p>
    <w:p>
      <w:pPr>
        <w:jc w:val="right"/>
      </w:pPr>
      <w:r>
        <w:t>سارے معاملے کو ری ایسس کریں۔ اور کرائسز کے نیچر کو</w:t>
      </w:r>
    </w:p>
    <w:p>
      <w:r>
        <w:rPr>
          <w:b/>
        </w:rPr>
        <w:t xml:space="preserve">[51:10] </w:t>
      </w:r>
      <w:r>
        <w:t>samjhein. sab se ahem baat hai crisis ke nature ko samajhna. crisis ke nature ko samajhna.</w:t>
      </w:r>
    </w:p>
    <w:p>
      <w:pPr>
        <w:jc w:val="right"/>
      </w:pPr>
      <w:r>
        <w:t>سمجھیں۔ سب سے اہم بات ہے کرائسز کے نیچر کو سمجھنا۔ کرائسز کے نیچر کو سمجھنا۔</w:t>
      </w:r>
    </w:p>
    <w:p>
      <w:r>
        <w:rPr>
          <w:b/>
        </w:rPr>
        <w:t xml:space="preserve">[51:19] </w:t>
      </w:r>
      <w:r>
        <w:t>kuch log jante nahin crisis ka nature kiya hai.</w:t>
      </w:r>
    </w:p>
    <w:p>
      <w:pPr>
        <w:jc w:val="right"/>
      </w:pPr>
      <w:r>
        <w:t>کچھ لوگ جانتے نہیں کرائسز کا نیچر کیا ہے۔</w:t>
      </w:r>
    </w:p>
    <w:p>
      <w:r>
        <w:rPr>
          <w:b/>
        </w:rPr>
        <w:t xml:space="preserve">[51:24] </w:t>
      </w:r>
      <w:r>
        <w:t>jab tak is tareeqe se saare mamle ko reexamine nahin kiya jayega. us waqt ko tak koi naya mustaqbil pesh aanay wala nahin hai.</w:t>
      </w:r>
    </w:p>
    <w:p>
      <w:pPr>
        <w:jc w:val="right"/>
      </w:pPr>
      <w:r>
        <w:t>جب تک اس طریقے سے سارے معاملے کو ری ایگزامن نہیں کیا جائے گا۔ اس وقت کو تک کوئی نیا مستقبل پیش آنے والا نہیں ہے۔</w:t>
      </w:r>
    </w:p>
    <w:p>
      <w:r>
        <w:rPr>
          <w:b/>
        </w:rPr>
        <w:t xml:space="preserve">[51:36] </w:t>
      </w:r>
      <w:r>
        <w:t>us waqt tak koi naya mustaqbil pesh aanay wala nahin hai. aur main yeh arz karunga jaisa ke main ne abhi kaha ke Quran mein saari baatein keh di gayi hain.</w:t>
      </w:r>
    </w:p>
    <w:p>
      <w:pPr>
        <w:jc w:val="right"/>
      </w:pPr>
      <w:r>
        <w:t>اس وقت تک کوئی نیا مستقبل پیش آنے والا نہیں ہے۔ اور میں یہ عرض کروں گا جیسا کہ میں نے ابھی کہا کہ قرآن میں ساری باتیں کہہ دی گئی ہیں۔</w:t>
      </w:r>
    </w:p>
    <w:p>
      <w:r>
        <w:rPr>
          <w:b/>
        </w:rPr>
        <w:t xml:space="preserve">[51:50] </w:t>
      </w:r>
      <w:r>
        <w:t>ti bayan lak al-shay rasool Allah ki zindagi mein saare namoone maujood hain. masjid ke tareekh insani jo hai tareekh insani bhi aise namoone hain jo sabq aamoz hain.</w:t>
      </w:r>
    </w:p>
    <w:p>
      <w:pPr>
        <w:jc w:val="right"/>
      </w:pPr>
      <w:r>
        <w:t>تی بیان لک الشی رسول اللہ کی زندگی میں سارے نمونے موجود ہیں۔ مسجد کے تاریخ انسانی جو ہے تاریخ انسانی بھی ایسے نمونے ہیں جو سبق آموز ہیں۔</w:t>
      </w:r>
    </w:p>
    <w:p>
      <w:r>
        <w:rPr>
          <w:b/>
        </w:rPr>
        <w:t xml:space="preserve">[52:01] </w:t>
      </w:r>
      <w:r>
        <w:t>humein sabq dete hain. jaisa ke main ne misalein dein aap ko. in sab baaton ko samajh kar ke phir humein ummat ki planning karni padegi.</w:t>
      </w:r>
    </w:p>
    <w:p>
      <w:pPr>
        <w:jc w:val="right"/>
      </w:pPr>
      <w:r>
        <w:t>ہمیں سبق دیتے ہیں۔ جیسا کہ میں نے مثالیں دی آپ کو۔ ان سب باتوں کو سمجھ کر کے پھر ہمیں ملت کی پلاننگ کرنی پڑے گی۔</w:t>
      </w:r>
    </w:p>
    <w:p>
      <w:r>
        <w:rPr>
          <w:b/>
        </w:rPr>
        <w:t xml:space="preserve">[52:15] </w:t>
      </w:r>
      <w:r>
        <w:t>aur main samajhta hoon starting point jo hai woh da'wah work hai.</w:t>
      </w:r>
    </w:p>
    <w:p>
      <w:pPr>
        <w:jc w:val="right"/>
      </w:pPr>
      <w:r>
        <w:t>اور میں سمجھتا ہوں سٹارٹنگ پوائنٹ جو ہے وہ داؤ ورک ہے۔</w:t>
      </w:r>
    </w:p>
    <w:p>
      <w:r>
        <w:rPr>
          <w:b/>
        </w:rPr>
        <w:t xml:space="preserve">[52:20] </w:t>
      </w:r>
      <w:r>
        <w:t>stage activity da'wah starting point nahin hai.</w:t>
      </w:r>
    </w:p>
    <w:p>
      <w:pPr>
        <w:jc w:val="right"/>
      </w:pPr>
      <w:r>
        <w:t>اسٹیج ایکٹیویٹی داؤ سٹارٹنگ پوائنٹ نہیں ہے۔</w:t>
      </w:r>
    </w:p>
    <w:p>
      <w:r>
        <w:rPr>
          <w:b/>
        </w:rPr>
        <w:t xml:space="preserve">[52:26] </w:t>
      </w:r>
      <w:r>
        <w:t>stage activity yeh nahin hai starting point. da'wah work yaani Allah ke ka jo message hai us mein saare rehnumai guidance maujood hai guidance is guidance se hum khud sabq lein aur duniya ko bataein.</w:t>
      </w:r>
    </w:p>
    <w:p>
      <w:pPr>
        <w:jc w:val="right"/>
      </w:pPr>
      <w:r>
        <w:t>اسٹیج ایکٹیویٹی یہ نہیں ہے سٹارٹنگ پوائنٹ۔ داؤ ورک یعنی اللہ کے کا جو میسج ہے اس میں سارے رہنمائی گائیڈنس موجود ہے گائیڈنس اس گائیڈنس سے ہم خود سبق لیں اور دنیا کو بتائیں۔</w:t>
      </w:r>
    </w:p>
    <w:p>
      <w:r>
        <w:rPr>
          <w:b/>
        </w:rPr>
        <w:t xml:space="preserve">[52:48] </w:t>
      </w:r>
      <w:r>
        <w:t>woh jo guidance Khuda ki taraf se aayi hai us se hum khud samjhein aur us ko duniya ko bataein. jaise yahi dekhiye usool-e-khair jo main ne abhi kaha ke manage karna chahiye na ke ladna.</w:t>
      </w:r>
    </w:p>
    <w:p>
      <w:pPr>
        <w:jc w:val="right"/>
      </w:pPr>
      <w:r>
        <w:t>وہ جو گائیڈنس خدا کی طرف سے آئی ہے اس سے ہم خود سمجھیں اور اس کو دنیا کو بتائیں۔ جیسے یہی دیکھیے اصول و خیر جو میں نے ابھی کہا کہ مینج کرنا چاہیے نہ کہ لڑنا۔</w:t>
      </w:r>
    </w:p>
    <w:p>
      <w:r>
        <w:rPr>
          <w:b/>
        </w:rPr>
        <w:t xml:space="preserve">[53:02] </w:t>
      </w:r>
      <w:r>
        <w:t>usool-e-khair ka matlab yeh hai ke jab koi situation pesh aaye to lado mat us ko balkeh us ko manage karo.</w:t>
      </w:r>
    </w:p>
    <w:p>
      <w:pPr>
        <w:jc w:val="right"/>
      </w:pPr>
      <w:r>
        <w:t>اصول و خیر کا مطلب یہ ہے کہ جب کوئی سچوئیشن پیش آئے تو لڑو مت اس کو بلکہ اس کو مینج کرو۔</w:t>
      </w:r>
    </w:p>
    <w:p>
      <w:r>
        <w:rPr>
          <w:b/>
        </w:rPr>
        <w:t xml:space="preserve">[53:11] </w:t>
      </w:r>
      <w:r>
        <w:t>to yeh sab baatein hain jis ko humein bohat hi thande tareeqe se sochna hai. is mein na to jazbatiyat se koi faida hoga na doosron ko blame dene se koi faida hoga.</w:t>
      </w:r>
    </w:p>
    <w:p>
      <w:pPr>
        <w:jc w:val="right"/>
      </w:pPr>
      <w:r>
        <w:t>تو یہ سب باتیں ہیں جس کو ہمیں بہت ہی ٹھنڈے طریقے سے سوچنا ہے۔ اس میں نہ تو جذباتیت سے کوئی فائدہ ہوگا نہ دوسروں کو بلیم دینے سے کوئی فائدہ ہوگا۔</w:t>
      </w:r>
    </w:p>
    <w:p>
      <w:r>
        <w:rPr>
          <w:b/>
        </w:rPr>
        <w:t xml:space="preserve">[53:28] </w:t>
      </w:r>
      <w:r>
        <w:t>na doosron se complaint karne se koi faida hoga. koi faida nahin hoga.</w:t>
      </w:r>
    </w:p>
    <w:p>
      <w:pPr>
        <w:jc w:val="right"/>
      </w:pPr>
      <w:r>
        <w:t>نہ دوسروں سے کمپلینٹ کرنے سے کوئی فائدہ ہوگا۔ کوئی فائدہ نہیں ہوگا۔</w:t>
      </w:r>
    </w:p>
    <w:p>
      <w:r>
        <w:rPr>
          <w:b/>
        </w:rPr>
        <w:t xml:space="preserve">[53:37] </w:t>
      </w:r>
      <w:r>
        <w:t>aap ko khud</w:t>
      </w:r>
    </w:p>
    <w:p>
      <w:pPr>
        <w:jc w:val="right"/>
      </w:pPr>
      <w:r>
        <w:t>آپ کو خود</w:t>
      </w:r>
    </w:p>
    <w:p>
      <w:r>
        <w:rPr>
          <w:b/>
        </w:rPr>
        <w:t xml:space="preserve">[53:42] </w:t>
      </w:r>
      <w:r>
        <w:t>apne upar zimmedari lena padega.</w:t>
      </w:r>
    </w:p>
    <w:p>
      <w:pPr>
        <w:jc w:val="right"/>
      </w:pPr>
      <w:r>
        <w:t>اپنے اوپر ذمہ داری لینا پڑے گا۔</w:t>
      </w:r>
    </w:p>
    <w:p>
      <w:r>
        <w:rPr>
          <w:b/>
        </w:rPr>
        <w:t xml:space="preserve">[53:48] </w:t>
      </w:r>
      <w:r>
        <w:t>khud zimmedari lena padega. doosre par doosre ko blame dene se koi faida nahin milne wala hai.</w:t>
      </w:r>
    </w:p>
    <w:p>
      <w:pPr>
        <w:jc w:val="right"/>
      </w:pPr>
      <w:r>
        <w:t>خود ذمہ داری لینا پڑے گا۔ دوسرے پر دوسرے کو بلیم دینے سے کوئی فائدہ نہیں ملنے والا ہے۔</w:t>
      </w:r>
    </w:p>
    <w:p>
      <w:r>
        <w:rPr>
          <w:b/>
        </w:rPr>
        <w:t xml:space="preserve">[53:58] </w:t>
      </w:r>
      <w:r>
        <w:t>apni soch ko badalna hoga. apni</w:t>
      </w:r>
    </w:p>
    <w:p>
      <w:pPr>
        <w:jc w:val="right"/>
      </w:pPr>
      <w:r>
        <w:t>اپنی سوچ کو بدلنا ہوگا۔ اپنی</w:t>
      </w:r>
    </w:p>
    <w:p>
      <w:r>
        <w:rPr>
          <w:b/>
        </w:rPr>
        <w:t xml:space="preserve">[54:04] </w:t>
      </w:r>
      <w:r>
        <w:t>apne jo method hai us ko badalna hoga. apna jo mukhtalif qism ki jo activities hain un ko phir se phir se un ko naya rukh dena hoga.</w:t>
      </w:r>
    </w:p>
    <w:p>
      <w:pPr>
        <w:jc w:val="right"/>
      </w:pPr>
      <w:r>
        <w:t>اپنے جو میتھڈ ہے اس کو بدلنا ہوگا۔ اپنا جو مختلف قسم کی جو ایکٹیویٹیز ہیں ان کو پھر سے پھر سے ان کو نیا رخ دینا ہوگا۔</w:t>
      </w:r>
    </w:p>
    <w:p>
      <w:r>
        <w:rPr>
          <w:b/>
        </w:rPr>
        <w:t xml:space="preserve">[54:20] </w:t>
      </w:r>
      <w:r>
        <w:t>yaani ek inqilabi tabdeeli laani padegi apne andar. aur main samajhta hoon ke yeh bohat zaroori hai ke hum yeh keh sakein ke I was wrong we were wrong yaani pichhle do sau saal ke bare mein kehna padega we were wrong ke do sau saal hum ne kho diye.</w:t>
      </w:r>
    </w:p>
    <w:p>
      <w:pPr>
        <w:jc w:val="right"/>
      </w:pPr>
      <w:r>
        <w:t>یعنی ایک انقلابی تبدیلی لانی پڑے گی اپنے اندر۔ اور میں سمجھتا ہوں کہ یہ بہت ضروری ہے کہ ہم یہ کہہ سکیں کہ آئی واز رونگ وی ویر رونگ یعنی پچھلے دو سو سال کے بارے میں کہنا پڑے گا وی ویر رونگ کہ دو سو سال ہم نے کھو دیے۔</w:t>
      </w:r>
    </w:p>
    <w:p>
      <w:r>
        <w:rPr>
          <w:b/>
        </w:rPr>
        <w:t xml:space="preserve">[54:42] </w:t>
      </w:r>
      <w:r>
        <w:t>dekhiye jab tak aisa na ho jaise jaise kalma jo Islam ka hai la ilaha illallah nahin hai koi ilah magar magar Allah to pehle nahin kaha jata hai phir haan hota hai.</w:t>
      </w:r>
    </w:p>
    <w:p>
      <w:pPr>
        <w:jc w:val="right"/>
      </w:pPr>
      <w:r>
        <w:t>دیکھیے جب تک ایسا نہ ہو جیسے جیسے کلمہ جو اسلام کا ہے لا الہ الا اللہ نہیں ہے کوئی الہ مگر مگر اللہ تو پہلے نہیں کہا جاتا ہے پھر ہاں ہوتا ہے۔</w:t>
      </w:r>
    </w:p>
    <w:p>
      <w:r>
        <w:rPr>
          <w:b/>
        </w:rPr>
        <w:t xml:space="preserve">[54:56] </w:t>
      </w:r>
      <w:r>
        <w:t>to pehle humein manna padega ke do sau saal hum ne kho diye. we were wrong tab koi beginning hogi.</w:t>
      </w:r>
    </w:p>
    <w:p>
      <w:pPr>
        <w:jc w:val="right"/>
      </w:pPr>
      <w:r>
        <w:t>تو پہلے ہمیں ماننا پڑے گا کہ دو سو سال ہم نے کھو دیے۔ وی ویر رونگ تب کوئی بگننگ ہوگی۔</w:t>
      </w:r>
    </w:p>
    <w:p>
      <w:r>
        <w:rPr>
          <w:b/>
        </w:rPr>
        <w:t xml:space="preserve">[55:10] </w:t>
      </w:r>
      <w:r>
        <w:t>mein is ko bohat ziyada ahmiyat deta hoon ke jab tak aadmi apni ماضی ki ghalti ko na maane aagay ka koi kaam nahi ho sakta hai.</w:t>
      </w:r>
    </w:p>
    <w:p>
      <w:pPr>
        <w:jc w:val="right"/>
      </w:pPr>
      <w:r>
        <w:t>میں اس کو بہت زیادہ اہمیت دیتا ہوں کہ جب تک آدمی اپنی ماضی کی غلطی کو نہ مانے آگے کا کوئی کام نہیں ہو سکتا ہے۔</w:t>
      </w:r>
    </w:p>
    <w:p>
      <w:r>
        <w:rPr>
          <w:b/>
        </w:rPr>
        <w:t xml:space="preserve">[55:21] </w:t>
      </w:r>
      <w:r>
        <w:t>log chahte hain ke ماضی ya hum na kahein ke hum pehle ghalti ki thi aur paich up kar lein to paich up karne se kuch hone wala nahi hai. Kuch bhi nahi hone wala hai.</w:t>
      </w:r>
    </w:p>
    <w:p>
      <w:pPr>
        <w:jc w:val="right"/>
      </w:pPr>
      <w:r>
        <w:t>لوگ چاہتے ہیں کہ ماضی یا ہم نہ کہیں کہ ہم پہلے غلطی کی تھی اور پیچ اپ کر لیں تو پیچ اپ کرنے سے کچھ ہونے والا نہیں ہے۔ کچھ بھی نہیں ہونے والا ہے۔</w:t>
      </w:r>
    </w:p>
    <w:p>
      <w:r>
        <w:rPr>
          <w:b/>
        </w:rPr>
        <w:t xml:space="preserve">[55:32] </w:t>
      </w:r>
      <w:r>
        <w:t>aam taur par zehen yeh hai ke paich up karne ka.</w:t>
      </w:r>
    </w:p>
    <w:p>
      <w:pPr>
        <w:jc w:val="right"/>
      </w:pPr>
      <w:r>
        <w:t>عام طور پر ذہن یہ ہے کہ پیچ اپ کرنے کا۔</w:t>
      </w:r>
    </w:p>
    <w:p>
      <w:r>
        <w:rPr>
          <w:b/>
        </w:rPr>
        <w:t xml:space="preserve">[55:38] </w:t>
      </w:r>
      <w:r>
        <w:t>paich up karna yeh hai ke aap apni ghaltiyon ko na maane idhar udhar kar ke is ko yani kuch kuch</w:t>
      </w:r>
    </w:p>
    <w:p>
      <w:pPr>
        <w:jc w:val="right"/>
      </w:pPr>
      <w:r>
        <w:t>پیچ اپ کرنا یہ ہے کہ آپ اپنی غلطیوں کو نہ مانیں ادھر ادھر کر کے اس کو یعنی کچھ کچھ</w:t>
      </w:r>
    </w:p>
    <w:p>
      <w:r>
        <w:rPr>
          <w:b/>
        </w:rPr>
        <w:t xml:space="preserve">[55:51] </w:t>
      </w:r>
      <w:r>
        <w:t>is ke liye koi lafz mere paas nahi hai paich up karne ke liye aur phir aagay ki baat sochne lage</w:t>
      </w:r>
    </w:p>
    <w:p>
      <w:pPr>
        <w:jc w:val="right"/>
      </w:pPr>
      <w:r>
        <w:t>اس کے لیے کوئی لفظ میرے پاس نہیں ہے پیچ اپ کرنے کے لیے اور پھر آگے کی بات سوچنے لگے</w:t>
      </w:r>
    </w:p>
    <w:p>
      <w:r>
        <w:rPr>
          <w:b/>
        </w:rPr>
        <w:t xml:space="preserve">[55:59] </w:t>
      </w:r>
      <w:r>
        <w:t>nahi aagay ki mansooba bandi aagay ki planning isi waqt hogi jab hum peechay ke liye apni past ke liye yeh keh sakein ge ke we were wrong aur mein apne study ke barabar keh sakta hoon ke musalmanon ne do sau saal khoya hai poora do sau saal</w:t>
      </w:r>
    </w:p>
    <w:p>
      <w:pPr>
        <w:jc w:val="right"/>
      </w:pPr>
      <w:r>
        <w:t>نہیں آگے کی منصوبہ بندی آگے کی پلاننگ اسی وقت ہوگی جب ہم پیچھے کے لیے اپنی پاسٹ کے لیے یہ کہہ سکیں گے کہ وی ویر رونگ اور میں اپنے اسٹڈی کے برابر کہہ سکتا ہوں کہ مسلمانوں نے دو سو سال کھویا ہے پورا دو سو سال</w:t>
      </w:r>
    </w:p>
    <w:p>
      <w:r>
        <w:rPr>
          <w:b/>
        </w:rPr>
        <w:t xml:space="preserve">[56:23] </w:t>
      </w:r>
      <w:r>
        <w:t>jab se science aayi hai jaise predict press aaya hai jab se democracy aayi hai jab se duniya mein opinions aaya hai in sab ko mila kar ke mein do sau saal kehta hoon.</w:t>
      </w:r>
    </w:p>
    <w:p>
      <w:pPr>
        <w:jc w:val="right"/>
      </w:pPr>
      <w:r>
        <w:t>جب سے سائنس آئی ہے جیسے پریڈکٹ پریس آیا ہے جب سے ڈیموکریسی آئی ہے جب سے دنیا میں اوپیننس آیا ہے ان سب کو ملا کر کے میں دو سو سال کہتا ہوں۔</w:t>
      </w:r>
    </w:p>
    <w:p>
      <w:r>
        <w:rPr>
          <w:b/>
        </w:rPr>
        <w:t xml:space="preserve">[56:36] </w:t>
      </w:r>
      <w:r>
        <w:t>poore do sau saal mein sirf reaction kiya musalmanon ne reaction react kiya dekhiye react karne se kuch hone wala nahi hai.</w:t>
      </w:r>
    </w:p>
    <w:p>
      <w:pPr>
        <w:jc w:val="right"/>
      </w:pPr>
      <w:r>
        <w:t>پورے دو سو سال میں صرف ری ایکشن کیا مسلمانوں نے ری ایکشن ری ایکٹ کیا دیکھیے ری ایکٹ کرنے سے کچھ ہونے والا نہیں ہے۔</w:t>
      </w:r>
    </w:p>
    <w:p>
      <w:r>
        <w:rPr>
          <w:b/>
        </w:rPr>
        <w:t xml:space="preserve">[56:48] </w:t>
      </w:r>
      <w:r>
        <w:t>jab bhi aap nai situation aap ke samne aaye to aap ko</w:t>
      </w:r>
    </w:p>
    <w:p>
      <w:pPr>
        <w:jc w:val="right"/>
      </w:pPr>
      <w:r>
        <w:t>جب بھی آپ نئی سچوئیشن آپ کے سامنے آئے تو آپ کو</w:t>
      </w:r>
    </w:p>
    <w:p>
      <w:r>
        <w:rPr>
          <w:b/>
        </w:rPr>
        <w:t xml:space="preserve">[56:54] </w:t>
      </w:r>
      <w:r>
        <w:t>positive tor par sochna parta hai. Positive response dena parta hai. Positive response negative reaction se kuch bhi nahi hone wala hai.</w:t>
      </w:r>
    </w:p>
    <w:p>
      <w:pPr>
        <w:jc w:val="right"/>
      </w:pPr>
      <w:r>
        <w:t>پازیٹیو طور پر سوچنا پڑتا ہے۔ پازیٹیو رسپانس دینا پڑتا ہے۔ پازیٹیو رسپانس نیگیٹیو ری ایکشن سے کچھ بھی نہیں ہونے والا ہے۔</w:t>
      </w:r>
    </w:p>
    <w:p>
      <w:r>
        <w:rPr>
          <w:b/>
        </w:rPr>
        <w:t xml:space="preserve">[57:04] </w:t>
      </w:r>
      <w:r>
        <w:t>to is poore do sau saal mein musalman sirf react karte rahe. Na to samajhne ki koshish ki ke halaat kya hain</w:t>
      </w:r>
    </w:p>
    <w:p>
      <w:pPr>
        <w:jc w:val="right"/>
      </w:pPr>
      <w:r>
        <w:t>تو اس پورے دو سو سال میں مسلمان صرف ری ایکٹ کرتے رہے۔ نہ تو سمجھنے کی کوشش کی کہ حالات کیا ہیں</w:t>
      </w:r>
    </w:p>
    <w:p>
      <w:r>
        <w:rPr>
          <w:b/>
        </w:rPr>
        <w:t xml:space="preserve">[57:13] </w:t>
      </w:r>
      <w:r>
        <w:t>haqiqatan aur na to is ki koshish ki ke re planning karein apni.</w:t>
      </w:r>
    </w:p>
    <w:p>
      <w:pPr>
        <w:jc w:val="right"/>
      </w:pPr>
      <w:r>
        <w:t>حقیقتا اور نہ تو اس کی کوشش کی کہ ری پلاننگ کریں اپنی۔</w:t>
      </w:r>
    </w:p>
    <w:p>
      <w:r>
        <w:rPr>
          <w:b/>
        </w:rPr>
        <w:t xml:space="preserve">[57:22] </w:t>
      </w:r>
      <w:r>
        <w:t>to ab waqt bilkul apne aakhri had par pahunch chuka hai. Ab mazeed hamein yani time waste karne ka moqa nahi.</w:t>
      </w:r>
    </w:p>
    <w:p>
      <w:pPr>
        <w:jc w:val="right"/>
      </w:pPr>
      <w:r>
        <w:t>تو اب وقت بالکل اپنے اخری حد پر پہنچ چکا ہے۔ اب مزید ہمیں یعنی ٹائم ویسٹ کرنے کا موقع نہیں۔</w:t>
      </w:r>
    </w:p>
    <w:p>
      <w:r>
        <w:rPr>
          <w:b/>
        </w:rPr>
        <w:t xml:space="preserve">[57:36] </w:t>
      </w:r>
      <w:r>
        <w:t>aakhri waqt aa gaya hai ke hum re assess karein aur yeh keh kar ke we were wrong aagay badhein. Nai planning karein. Crisis ko manage karna seekhein.</w:t>
      </w:r>
    </w:p>
    <w:p>
      <w:pPr>
        <w:jc w:val="right"/>
      </w:pPr>
      <w:r>
        <w:t>آخری وقت آگیا ہے کہ ہم ری ایسس کریں اور یہ کہہ کر کہ وی ویر رونگ آگے بڑھیں۔ نئی پلاننگ کریں۔ کرائسز کو مینج کرنا سیکھیں۔</w:t>
      </w:r>
    </w:p>
    <w:p>
      <w:r>
        <w:rPr>
          <w:b/>
        </w:rPr>
        <w:t xml:space="preserve">[57:49] </w:t>
      </w:r>
      <w:r>
        <w:t>yehi wahid hal hai aur koi doosra hal nahi hai. We have to learn the art of crisis management</w:t>
      </w:r>
    </w:p>
    <w:p>
      <w:pPr>
        <w:jc w:val="right"/>
      </w:pPr>
      <w:r>
        <w:t>یہی واحد حل ہے اور کوئی دوسرا حل نہیں ہے۔ وی ہیو ٹو لرن دی آرٹ آف کرائسز مینجمنٹ</w:t>
      </w:r>
    </w:p>
    <w:p>
      <w:r>
        <w:rPr>
          <w:b/>
        </w:rPr>
        <w:t xml:space="preserve">[57:58] </w:t>
      </w:r>
      <w:r>
        <w:t>abhi kya hai complaint shikayat ihtijaj bade bade alfaaz bolna isi mein lage hue hain. Is se na pehle kuch hua aur na ab kuch hone wala hai.</w:t>
      </w:r>
    </w:p>
    <w:p>
      <w:pPr>
        <w:jc w:val="right"/>
      </w:pPr>
      <w:r>
        <w:t>ابھی کیا ہے کمپلینٹ شکایت احتجاج بڑے بڑے الفاظ بولنا اسی میں لگے ہوئے ہیں۔ اس سے نہ پہلے کچھ ہوا اور نہ اب کچھ ہونے والا ہے۔</w:t>
      </w:r>
    </w:p>
    <w:p>
      <w:r>
        <w:rPr>
          <w:b/>
        </w:rPr>
        <w:t xml:space="preserve">[58:16] </w:t>
      </w:r>
      <w:r>
        <w:t>yani blame others se kuch nahi hoga. Blame yourself se hoga. Yeh culture jo hai blame others wala culture se woh chhodna parega.</w:t>
      </w:r>
    </w:p>
    <w:p>
      <w:pPr>
        <w:jc w:val="right"/>
      </w:pPr>
      <w:r>
        <w:t>یعنی بلیم ادر سے کچھ نہیں ہوگا۔ بلیم دائی سیلف سے ہوگا۔ یہ کلچر جو ہے بلیم ادرس والا کلچر سے وہ چھوڑنا پڑے گا۔</w:t>
      </w:r>
    </w:p>
    <w:p>
      <w:r>
        <w:rPr>
          <w:b/>
        </w:rPr>
        <w:t xml:space="preserve">[58:26] </w:t>
      </w:r>
      <w:r>
        <w:t>blame yourself culture ko pakadna hoga. Tabhi koi naya aaghaz ho sakta hai.</w:t>
      </w:r>
    </w:p>
    <w:p>
      <w:pPr>
        <w:jc w:val="right"/>
      </w:pPr>
      <w:r>
        <w:t>بلیم دائی سیلف کلچر کو پکڑنا ہوگا۔ تبھی کوئی نیا اغاز ہو سکتا ہے۔</w:t>
      </w:r>
    </w:p>
    <w:p>
      <w:r>
        <w:rPr>
          <w:b/>
        </w:rPr>
        <w:t xml:space="preserve">[58:39] </w:t>
      </w:r>
      <w:r>
        <w:t>is mani mein mujhe zara bhi shaq nahi.</w:t>
      </w:r>
    </w:p>
    <w:p>
      <w:pPr>
        <w:jc w:val="right"/>
      </w:pPr>
      <w:r>
        <w:t>اس معنی میں مجھے ذرا بھی شک نہیں۔</w:t>
      </w:r>
    </w:p>
    <w:p>
      <w:r>
        <w:rPr>
          <w:b/>
        </w:rPr>
        <w:t xml:space="preserve">[58:45] </w:t>
      </w:r>
      <w:r>
        <w:t>saare musalman is waqt blame others ka culture pakde hue hain. Is ko aap bilkul is ka reverse kijiye.</w:t>
      </w:r>
    </w:p>
    <w:p>
      <w:pPr>
        <w:jc w:val="right"/>
      </w:pPr>
      <w:r>
        <w:t>سارے مسلمان اس وقت بلے مدرس کا کلچر پکڑے ہوئے ہیں۔ اس کو آپ بالکل اس کا ریورس کیجئے۔</w:t>
      </w:r>
    </w:p>
    <w:p>
      <w:r>
        <w:rPr>
          <w:b/>
        </w:rPr>
        <w:t xml:space="preserve">[58:54] </w:t>
      </w:r>
      <w:r>
        <w:t>blame yourself ka culture pakdiye.</w:t>
      </w:r>
    </w:p>
    <w:p>
      <w:pPr>
        <w:jc w:val="right"/>
      </w:pPr>
      <w:r>
        <w:t>بلیم دائی سیلف کا کلچر پکڑیے۔</w:t>
      </w:r>
    </w:p>
    <w:p>
      <w:r>
        <w:rPr>
          <w:b/>
        </w:rPr>
        <w:t xml:space="preserve">[58:58] </w:t>
      </w:r>
      <w:r>
        <w:t>tab ja kar ke kuch hoga. Mein dua karta hoon ke Allah taala mujh ko aur aap ko tofeeq de ke hum baat ko samjhein aur Allah ki madad se apne kaam ki nai planning karein.</w:t>
      </w:r>
    </w:p>
    <w:p>
      <w:pPr>
        <w:jc w:val="right"/>
      </w:pPr>
      <w:r>
        <w:t>تب جا کر کے کچھ ہوگا۔ میں دعا کرتا ہوں کہ اللہ تعالی مجھ کو اور آپ کو توفیق دے کہ ہم بات کو سمجھیں اور اللہ کی مدد سے اپنے کام کی نئی پلاننگ کریں۔</w:t>
      </w:r>
    </w:p>
    <w:p>
      <w:r>
        <w:rPr>
          <w:b/>
        </w:rPr>
        <w:t xml:space="preserve">[59:17] </w:t>
      </w:r>
      <w:r>
        <w:t>aqool qawli haza wa ghafarallahu li walakum ajmaeen.</w:t>
      </w:r>
    </w:p>
    <w:p>
      <w:pPr>
        <w:jc w:val="right"/>
      </w:pPr>
      <w:r>
        <w:t>اقول قولیھذا وغفراللہ لی ولکم اجمعین۔</w:t>
      </w:r>
    </w:p>
    <w:p>
      <w:r>
        <w:rPr>
          <w:b/>
        </w:rPr>
        <w:t xml:space="preserve">[59:34] </w:t>
      </w:r>
      <w:r>
        <w:t>ah Maulana yeh sawal Dr Farida Khanam ne karaya hai Delhi se unhone likha hai why is</w:t>
      </w:r>
    </w:p>
    <w:p>
      <w:pPr>
        <w:jc w:val="right"/>
      </w:pPr>
      <w:r>
        <w:t>اہ مولانا یہ سوال ڈاکٹر فریدہ خانم نے کرایا ہے دلی سے انہوں نے لکھا ہے وائی از</w:t>
      </w:r>
    </w:p>
    <w:p>
      <w:r>
        <w:rPr>
          <w:b/>
        </w:rPr>
        <w:t xml:space="preserve">[59:41] </w:t>
      </w:r>
      <w:r>
        <w:t>at that Muslims are different from other communities. Why do they fail to find a solution to their</w:t>
      </w:r>
    </w:p>
    <w:p>
      <w:pPr>
        <w:jc w:val="right"/>
      </w:pPr>
      <w:r>
        <w:t>اٹ دیٹ مسلمز ار ڈفرنٹ فرام ادر کمیونٹیز وائی ڈو دے فیل ٹو فائنڈ ا سولیوشن ٹو دیر</w:t>
      </w:r>
    </w:p>
    <w:p>
      <w:r>
        <w:rPr>
          <w:b/>
        </w:rPr>
        <w:t xml:space="preserve">[59:48] </w:t>
      </w:r>
      <w:r>
        <w:t>problems dekhein is sawal ka jawab</w:t>
      </w:r>
    </w:p>
    <w:p>
      <w:pPr>
        <w:jc w:val="right"/>
      </w:pPr>
      <w:r>
        <w:t>پرابلمز دیکھیں اس سوال کا جواب</w:t>
      </w:r>
    </w:p>
    <w:p>
      <w:r>
        <w:rPr>
          <w:b/>
        </w:rPr>
        <w:t xml:space="preserve">[59:53] </w:t>
      </w:r>
      <w:r>
        <w:t>bohat mushkil hai immediate jo immediate reason reason hai woh hai Muslim leaders ka failure</w:t>
      </w:r>
    </w:p>
    <w:p>
      <w:pPr>
        <w:jc w:val="right"/>
      </w:pPr>
      <w:r>
        <w:t>بہت مشکل ہے امیڈیٹ جو امیڈیٹ ریزن ریزن ہے وہ ہے مسلم لیڈرز کا فیلیر</w:t>
      </w:r>
    </w:p>
    <w:p>
      <w:r>
        <w:rPr>
          <w:b/>
        </w:rPr>
        <w:t xml:space="preserve">[1:00:06] </w:t>
      </w:r>
      <w:r>
        <w:t>yeh aakhri reason nahi kah sakte ke is ki man phir yeh sawal paida ho ke khud Muslim leader kyun fail ho gaye lekin immediate reason jo hai Muslim leader jitne bhi the without any exception sab reaction shikar ho gaye reaction ke shikar ho gaye bas khali nafrat tashaddud maar dhaar yeh isi ko samjha unhone</w:t>
      </w:r>
    </w:p>
    <w:p>
      <w:pPr>
        <w:jc w:val="right"/>
      </w:pPr>
      <w:r>
        <w:t>یہ اخری ریزن نہیں کہا سکتے کہ اس کی من پھر یہ سوال پیدا ہو کہ خود مسلم لیڈر کیوں فیل ہو گئے لیکن امیڈیٹ ریزن جو ہے مسلم لیڈر جتنے بھی تھے ودا اؤٹ ایکس اینی ایکسیپشن سب ری ایکشن شکار ہو گئے ری ایکشن کے شکار ہو گئے بس خالی نفرت تشدد مار دھاڑ یہ اسی کو سمجھا انہوں نے</w:t>
      </w:r>
    </w:p>
    <w:p>
      <w:r>
        <w:rPr>
          <w:b/>
        </w:rPr>
        <w:t xml:space="preserve">[1:00:33] </w:t>
      </w:r>
      <w:r>
        <w:t>mein samajhta hoon ke jo tradition thi lambi musalmanon ki empire ki us se bahar nahi aa sake woh</w:t>
      </w:r>
    </w:p>
    <w:p>
      <w:pPr>
        <w:jc w:val="right"/>
      </w:pPr>
      <w:r>
        <w:t>میں سمجھتا ہوں کہ جو ٹریڈیشن تھی لمبی مسلمانوں کی ایمپائر کی اس سے باہر نہیں ا سکے وہ</w:t>
      </w:r>
    </w:p>
    <w:p>
      <w:r>
        <w:rPr>
          <w:b/>
        </w:rPr>
        <w:t xml:space="preserve">[1:00:43] </w:t>
      </w:r>
      <w:r>
        <w:t>jaise mein aik aik misaal deta hoon ke abbasi daur mein aik aik regional aik tribe tha us ne kuch baghawat khabar mili ke woh baghawat karne wala hai to khalifa ke darbar mein us par baat cheet hui</w:t>
      </w:r>
    </w:p>
    <w:p>
      <w:pPr>
        <w:jc w:val="right"/>
      </w:pPr>
      <w:r>
        <w:t>جیسے میں ایک ایک مثال دیتا ہوں کہ عباسی دور میں ایک ایک ریجنل ایک ٹرائب تھا اس نے کچھ بغاوت خبر ملی کہ وہ بغاوت کرنے والا ہے تو خلیفہ کے دربار میں اس پر بات چیت ہوئی</w:t>
      </w:r>
    </w:p>
    <w:p>
      <w:r>
        <w:rPr>
          <w:b/>
        </w:rPr>
        <w:t xml:space="preserve">[1:01:11] </w:t>
      </w:r>
      <w:r>
        <w:t>to aik shakhs ne mashwara diya fauj bhej jao un ko kuchalne ke liye fauj doosre aadmi ne kaha nahi hamein fauj bhejne ki zaroorat nahi hai hamara dadu dadu itna zyada hai ke hum aik khat bhejenge aur masla khatam ho jayega</w:t>
      </w:r>
    </w:p>
    <w:p>
      <w:pPr>
        <w:jc w:val="right"/>
      </w:pPr>
      <w:r>
        <w:t>تو ایک شخص نے مشورہ دیا فوج بھیج جاؤ ان کو کچلنے کے لیے فوج دوسرے ادمی نے کہا نہیں ہمیں فوج بھیجنے کی ضرورت نہیں ہے ہمارا دادو دادو اتنا زیادہ ہے کہ ہم ایک خط بھیجیں گے اور مسئلہ ختم ہو جائے گا</w:t>
      </w:r>
    </w:p>
    <w:p>
      <w:r>
        <w:rPr>
          <w:b/>
        </w:rPr>
        <w:t xml:space="preserve">[1:01:28] </w:t>
      </w:r>
      <w:r>
        <w:t>to khalifa ne aik khat bheja bohat hi warning ke chup saath baitho nahi to hum fauj bhejenge aur fauj jab pahunchegi to tum ko dhans dhans kar dalegi to jab chup ho gaye woh log to us par shayar ne shair kaha ke اذا اماں ارسل عمراء جیشن الا اعدائے ارسل الکتابہ</w:t>
      </w:r>
    </w:p>
    <w:p>
      <w:pPr>
        <w:jc w:val="right"/>
      </w:pPr>
      <w:r>
        <w:t>تو خلیفہ نے ایک خط بھیجا بہت ہی وارننگ کہ چپ ساتھ بیٹھو نہیں تو ہم فوج بھیجیں گے اور فوج جب پہنچے گی تو تم کو دھنس دھنس کر ڈالے گی تو جب چپ ہو گئے وہ لوگ تو اس پر شاعر نے شعر کہا کہ اذا اماں ارسل عمراء جیشن الا اعدائے ارسل الکتابہ</w:t>
      </w:r>
    </w:p>
    <w:p>
      <w:r>
        <w:rPr>
          <w:b/>
        </w:rPr>
        <w:t xml:space="preserve">[1:01:57] </w:t>
      </w:r>
      <w:r>
        <w:t>ke jahan log fauj bhejte hain wahan pe khat bhej dete hain to yeh aik tha chala aa raha tha ke hamara dab daba itna zyada hai hamein kaun bigaad sakta hai to immediate reason to yahi hai ke musalmanon mein is daur mein is poore do sau saal mein koi bhi creative rehnuma paida nahi hua</w:t>
      </w:r>
    </w:p>
    <w:p>
      <w:pPr>
        <w:jc w:val="right"/>
      </w:pPr>
      <w:r>
        <w:t>کہ جہاں لوگ فوج بھیجتے ہیں وہاں پہ خط بھیج دیتے ہیں تو یہ ایک تھا چلا ا رہا تھا کہ ہمارا دبدبہ اتنا زیادہ ہے ہمیں کون بگاڑ سکتا ہے تو امیڈیٹ ریزن تو یہی ہے کہ مسلمانوں میں اس دور میں اس پورے دو سو سال میں کوئی بھی کریٹیو رہنما پیدا نہیں ہوا</w:t>
      </w:r>
    </w:p>
    <w:p>
      <w:r>
        <w:rPr>
          <w:b/>
        </w:rPr>
        <w:t xml:space="preserve">[1:02:20] </w:t>
      </w:r>
      <w:r>
        <w:t>jo asal mein is cell mein band raha empire ke cell mein isi mein sochta raha woh ab khud muslim rehnuma koi fail ho gaye yeh alag question hai kyunke immediate reason yahi hai</w:t>
      </w:r>
    </w:p>
    <w:p>
      <w:pPr>
        <w:jc w:val="right"/>
      </w:pPr>
      <w:r>
        <w:t>جو اسلن و سوچے اسی سیل میں بند رہا ایمپائر کے سیل میں اسی میں سوچتا رہا وہ اب خود مسلم رہنما کوئی فیل ہو گئے یہ الگ کوئسچن ہے کیونکہ امیڈیٹ ریزن یہی ہے</w:t>
      </w:r>
    </w:p>
    <w:p>
      <w:r>
        <w:rPr>
          <w:b/>
        </w:rPr>
        <w:t xml:space="preserve">[1:02:43] </w:t>
      </w:r>
      <w:r>
        <w:t>Mr Ibrahim Khalilullah ne Pakistan se sawal kiya hai</w:t>
      </w:r>
    </w:p>
    <w:p>
      <w:pPr>
        <w:jc w:val="right"/>
      </w:pPr>
      <w:r>
        <w:t>مسٹر ابراہیم خلیل اللہ نے پاکستان سے سوال کیا ہے</w:t>
      </w:r>
    </w:p>
    <w:p>
      <w:r>
        <w:rPr>
          <w:b/>
        </w:rPr>
        <w:t xml:space="preserve">[1:02:48] </w:t>
      </w:r>
      <w:r>
        <w:t>unhone likha hai shaitan gunah ke kaam ko thrill banata hai aam taur par har kaam jis mein violation ho chahe woh sharab juwa ya koi aur kaam us mein aik thrill hota hai insan meri samajh ke mutabiq thrill ke peeche jata hai haqeeqat mein koi khaas pleasure nahi hota insan buraiyon ke kaam se thak bhi jata hai</w:t>
      </w:r>
    </w:p>
    <w:p>
      <w:pPr>
        <w:jc w:val="right"/>
      </w:pPr>
      <w:r>
        <w:t>انہوں نے لکھا ہے شیطان گناہ کے کام کو تھرل بناتا ہے عام طور پر ہر کام جس میں وائلیشن ہو چاہے وہ شراب جوا یا کوئی اور کام اس میں ایک تھرل ہوتا ہے انسان میری سمجھ کے مطابق تھرل کے پیچھے جاتا ہے حقیقت میں کوئی خاص پلیژر نہیں ہوتا انسان برائیوں کے کام سے تھک بھی جاتا ہے</w:t>
      </w:r>
    </w:p>
    <w:p>
      <w:r>
        <w:rPr>
          <w:b/>
        </w:rPr>
        <w:t xml:space="preserve">[1:03:16] </w:t>
      </w:r>
      <w:r>
        <w:t>baaz dafa woh jhoot aur gheebat kisi faide ke baghair bhi karta hai Maulana sahib mera sawal yeh</w:t>
      </w:r>
    </w:p>
    <w:p>
      <w:pPr>
        <w:jc w:val="right"/>
      </w:pPr>
      <w:r>
        <w:t>بعض دفعہ وہ جھوٹ اور غیبت کسی فائدے کے بغیر بھی کرتا ہے مولانا صاحب میرا سوال یہ</w:t>
      </w:r>
    </w:p>
    <w:p>
      <w:r>
        <w:rPr>
          <w:b/>
        </w:rPr>
        <w:t xml:space="preserve">[1:03:23] </w:t>
      </w:r>
      <w:r>
        <w:t>hai ke Shaitan buraiyon ko kis tarah beautify karta hai is ke baray mein bataein</w:t>
      </w:r>
    </w:p>
    <w:p>
      <w:pPr>
        <w:jc w:val="right"/>
      </w:pPr>
      <w:r>
        <w:t>ہے کہ شیطان برائیوں کو کس طرح بیوٹیفائی کرتا ہے اس کے بارے میں بتائیں</w:t>
      </w:r>
    </w:p>
    <w:p>
      <w:r>
        <w:rPr>
          <w:b/>
        </w:rPr>
        <w:t xml:space="preserve">[1:03:30] </w:t>
      </w:r>
      <w:r>
        <w:t>mein samajhta hoon ke Quran mein is ke baray mein yeh lafz aaya hai bal unam</w:t>
      </w:r>
    </w:p>
    <w:p>
      <w:pPr>
        <w:jc w:val="right"/>
      </w:pPr>
      <w:r>
        <w:t>میں سمجھتا ہوں کہ قران میں اس کے بارے میں یہ لفظ ایا ہے بلا امنم</w:t>
      </w:r>
    </w:p>
    <w:p>
      <w:r>
        <w:rPr>
          <w:b/>
        </w:rPr>
        <w:t xml:space="preserve">[1:03:38] </w:t>
      </w:r>
      <w:r>
        <w:t>mein unhein khwahishon mein dalunga</w:t>
      </w:r>
    </w:p>
    <w:p>
      <w:pPr>
        <w:jc w:val="right"/>
      </w:pPr>
      <w:r>
        <w:t>میں انہیں خواہشوں میں ڈالوں گا</w:t>
      </w:r>
    </w:p>
    <w:p>
      <w:r>
        <w:rPr>
          <w:b/>
        </w:rPr>
        <w:t xml:space="preserve">[1:03:42] </w:t>
      </w:r>
      <w:r>
        <w:t>desire mein mubtala karunga</w:t>
      </w:r>
    </w:p>
    <w:p>
      <w:pPr>
        <w:jc w:val="right"/>
      </w:pPr>
      <w:r>
        <w:t>ڈیزائر میں مبتلا کروں گا</w:t>
      </w:r>
    </w:p>
    <w:p>
      <w:r>
        <w:rPr>
          <w:b/>
        </w:rPr>
        <w:t xml:space="preserve">[1:03:47] </w:t>
      </w:r>
      <w:r>
        <w:t>to insan ke andar desire bohat zyada hai bohat zyada khwahish</w:t>
      </w:r>
    </w:p>
    <w:p>
      <w:pPr>
        <w:jc w:val="right"/>
      </w:pPr>
      <w:r>
        <w:t>تو انسان کے اندر ڈیزائر بہت زیادہ ہے بہت زیادہ خواہش</w:t>
      </w:r>
    </w:p>
    <w:p>
      <w:r>
        <w:rPr>
          <w:b/>
        </w:rPr>
        <w:t xml:space="preserve">[1:03:56] </w:t>
      </w:r>
      <w:r>
        <w:t>aur unlimited desire to yeh insan ka vulnerable point hai isi ko shaitan activate karta hai desire ko badha badha kar badha kar ke woh har taraf le aata hai is mein khushi milegi is mein thrill milega is mein yeh milega to woh is desire ka jo insan ke andar jazba hai us ko woh activate karta hai</w:t>
      </w:r>
    </w:p>
    <w:p>
      <w:pPr>
        <w:jc w:val="right"/>
      </w:pPr>
      <w:r>
        <w:t>اور ان لمیٹڈ ڈیزائر تو یہ انسان کا ولنریبل پوائنٹ ہے اسی کو شیطان ایکٹیویٹ کرتا ہے ڈیزائر کو بڑھا بڑھا کر بڑھا کر کے وہ ہر طرف لے اتا ہے اس میں خوشی ملے گی اس میں تھرل ملے گا اس میں یہ ملے گا تو وہ اس ڈیزائر کا جو انسان کے اندر جذبہ ہے اس کو وہ ایکٹیویٹ کرتا ہے</w:t>
      </w:r>
    </w:p>
    <w:p>
      <w:r>
        <w:rPr>
          <w:b/>
        </w:rPr>
        <w:t xml:space="preserve">[1:04:24] </w:t>
      </w:r>
      <w:r>
        <w:t>ab yahan par insan ka kaam hai ke woh soche ke desire ka result kya hai result result ka yani desire peeche chalun mein to kahan pahunchunga mein to yahan shaitan ko hum yani fail kar sakte hain apne mind ko activate kar ke aur koi doosra rasta koi doosra nahi hai is ka</w:t>
      </w:r>
    </w:p>
    <w:p>
      <w:pPr>
        <w:jc w:val="right"/>
      </w:pPr>
      <w:r>
        <w:t>اب یہاں پر انسان کا کام ہے کہ وہ سوچے کہ ڈیزائر کا رزلٹ کیا ہے رزلٹ رزلٹ کا یعنی ڈیزائر پیچھے چلوں میں تو کہاں پہنچوں گا میں تو یہاں شیطان کو ہم یعنی فیل کر سکتے ہیں اپنے مائنڈ کو ایکٹیویٹ کر کے اور کوئی دوسرا راستہ کوئی دوسرا نہیں ہے اس کا</w:t>
      </w:r>
    </w:p>
    <w:p>
      <w:r>
        <w:rPr>
          <w:b/>
        </w:rPr>
        <w:t xml:space="preserve">[1:04:52] </w:t>
      </w:r>
      <w:r>
        <w:t>Miss Naghma ne Delhi se likha hai why is ijtihad considered a taboo by Muslims today what is its history please comment</w:t>
      </w:r>
    </w:p>
    <w:p>
      <w:pPr>
        <w:jc w:val="right"/>
      </w:pPr>
      <w:r>
        <w:t>مس نغمہ نے دلی سے لکھا ہے وائی از اجتہاد کنسیڈرڈ ا ٹیبو بائی مسلمز ٹوڈے واٹ از اٹس ہسٹری پلیز کمنٹ</w:t>
      </w:r>
    </w:p>
    <w:p>
      <w:r>
        <w:rPr>
          <w:b/>
        </w:rPr>
        <w:t xml:space="preserve">[1:05:11] </w:t>
      </w:r>
      <w:r>
        <w:t>yeh asal mein abbasi daur mein jo jo fuqaha paida hue un ke baad se hua hai</w:t>
      </w:r>
    </w:p>
    <w:p>
      <w:pPr>
        <w:jc w:val="right"/>
      </w:pPr>
      <w:r>
        <w:t>یہ اصل میں عباسی دور میں جو جو فقہاء پیدا ہوئے ان کے بعد سے ہوا ہے</w:t>
      </w:r>
    </w:p>
    <w:p>
      <w:r>
        <w:rPr>
          <w:b/>
        </w:rPr>
        <w:t xml:space="preserve">[1:05:18] </w:t>
      </w:r>
      <w:r>
        <w:t>kuch fuqaha jo paida hue un ko logon ne samjha ke bhai yahi aakhri mujtahid the is ke aage ijtihad ki zaroorat nahi hai ab woh aise log paida nahi honge to ijtihad darwaza band kar diya gaya agarche kuch aise ulma hi paida hue jo kehte rahe ke ijtihad darwaza band nahi hai khula hua hai</w:t>
      </w:r>
    </w:p>
    <w:p>
      <w:pPr>
        <w:jc w:val="right"/>
      </w:pPr>
      <w:r>
        <w:t>کچھ فقہاء جو پیدا ہوئے ان کو لوگوں نے سمجھا کہ بھئی یہی اخری مجتہد تھے اس کے اگے اجتہاد کی ضرورت نہیں ہے اب وہ ایسے لوگ پیدا نہیں ہوں گے تو اجتہاد دروازہ بند کر دیا گیا اگرچہ کچھ ایسے علماء ہی پیدا ہوئے جو کہتے رہے کہ اجتہاد دروازہ بند نہیں ہے کھلا ہوا ہے</w:t>
      </w:r>
    </w:p>
    <w:p>
      <w:r>
        <w:rPr>
          <w:b/>
        </w:rPr>
        <w:t xml:space="preserve">[1:05:37] </w:t>
      </w:r>
      <w:r>
        <w:t>lekin behal majority ulma ki woh thi jis ne maan liya ke woh jo fuqaha the daur abbasi ke wohi mujtahid mutlaq the us par mein ne tafseel se likha hai apni kitab mein fiqhi ghalti mein aur yeh bohat hi ghalt soch hai jo develop hui abbasi daur mein jo us ko tafseel mein janna chahe woh is kitab ko padh sakta hai fiqhi ghalti</w:t>
      </w:r>
    </w:p>
    <w:p>
      <w:pPr>
        <w:jc w:val="right"/>
      </w:pPr>
      <w:r>
        <w:t>لیکن بہرحال میجورٹی علماء کی وہ تھی جس نے مان لیا کہ وہ جو فقہاء تھے دور عباسی کے وہی مجتہد مطلق تھے اس پر میں نے تفصیل سے لکھا ہے اپنی کتاب میں فقہی غلطی میں اور یہ بہت ہی غلط سوچ ہے جو ڈویلپ ہوئی عباسی دور میں جو اس کو تفصیل میں جاننا چاہے وہ اس کتاب کو پڑھ سکتا ہے فقہی غلطی</w:t>
      </w:r>
    </w:p>
    <w:p>
      <w:r>
        <w:rPr>
          <w:b/>
        </w:rPr>
        <w:t xml:space="preserve">[1:06:07] </w:t>
      </w:r>
      <w:r>
        <w:t>Mr Aamir bin Yusuf ne Karachi Pakistan se likha hai hamare yahan Hafiz Quran ki bohat ahmiyat hai log apne bachon ko hifz karwane ke baad apne aap ko jannati samajhte hain is mamle ko Quran aur Hadees ki roshni mein clarify kijiye</w:t>
      </w:r>
    </w:p>
    <w:p>
      <w:pPr>
        <w:jc w:val="right"/>
      </w:pPr>
      <w:r>
        <w:t>مسٹر عامر بن یوسف نے کراچی پاکستان سے لکھا ہے ہمارے یہاں حافظ قران کی بہت اہمیت ہے لوگ اپنے بچوں کو حفظ کروانے کے بعد اپنے اپ کو جنتی سمجھتے ہیں اس معاملے کو قران اور حدیث کی روشنی میں کلیریفائی کیجئے</w:t>
      </w:r>
    </w:p>
    <w:p>
      <w:r>
        <w:rPr>
          <w:b/>
        </w:rPr>
        <w:t xml:space="preserve">[1:06:30] </w:t>
      </w:r>
      <w:r>
        <w:t>clarify kahin Quran Hadees mein aayi nahi hai baat ke jo aaj musalman samajhte hain ke ghar mein aik Hafiz ho jaye to saare ghar wale jo hain jannat mein chale jayenge yeh to kahin likha nahi hai na Quran mein na Hadees mein yeh to aik khud sakhta bana rakha hai musalmanon ne Quran ka hifz karna Quran ko mehfooz karne ke liye tha jannat ke liye nahi tha</w:t>
      </w:r>
    </w:p>
    <w:p>
      <w:pPr>
        <w:jc w:val="right"/>
      </w:pPr>
      <w:r>
        <w:t>کلیریفائی کہیں قران حدیث میں ائی نہیں ہے بات کہ جو اج مسلمان سمجھتے ہیں کہ گھر میں ایک حافظ ہو جائے تو سارے گھر والے جو ہیں جنت میں چلے جائیں گے یہ تو کہیں لکھا نہیں ہے نہ قران میں نہ حدیث میں یہ تو ایک خود ساختہ بنا رکھا ہے مسلمانوں نے قران کا حفظ کرنا قران کو محفوظ کرنے کے لیے تھا جنت کے لیے نہیں تھا</w:t>
      </w:r>
    </w:p>
    <w:p>
      <w:r>
        <w:rPr>
          <w:b/>
        </w:rPr>
        <w:t xml:space="preserve">[1:06:58] </w:t>
      </w:r>
      <w:r>
        <w:t>dono farq hai dono baaton mein yaad rakhiye aik hai Quran ko preserve karna Quran ko preserve karna to pehle yeh kaam Hafiz log karte the ab to yeh kaam printing press karta hai printing press ne is se hazar guna zyada bade pani par us ko mehfooz kar diya hai ab computer ne mehfooz kar diya hai to Hafiz ka riwaj jo pada woh Quran ko preserve karne ke liye</w:t>
      </w:r>
    </w:p>
    <w:p>
      <w:pPr>
        <w:jc w:val="right"/>
      </w:pPr>
      <w:r>
        <w:t>دونوں فرق ہے دونوں باتوں میں یاد رکھیے ایک ہے قران کو پریزرو کرنا قران کو پریزرو کرنا تو پہلے یہ کام حافظ لوگ کرتے تھے اب تو یہ کام پرنٹنگ پریس کرتا ہے پرنٹنگ پریس نے اس سے ہزار گنا زیادہ بڑے پانی پر اس کو محفوظ کر دیا ہے اب کمپیوٹر نے محفوظ کر دیا ہے تو حافظے کا رواج جو پڑا وہ قران کو پریزرو کرنے کے لیے</w:t>
      </w:r>
    </w:p>
    <w:p>
      <w:r>
        <w:rPr>
          <w:b/>
        </w:rPr>
        <w:t xml:space="preserve">[1:07:26] </w:t>
      </w:r>
      <w:r>
        <w:t>tha jannat ke liye nahi hai yaad rakhein jannat ikhlas se milti hai ikhlas Hafiz kar lein aap us se jannat mil jaye yeh bilkul yani Quran Hadees mein is ka kahin koi bhi is ka saboot nahi hai</w:t>
      </w:r>
    </w:p>
    <w:p>
      <w:pPr>
        <w:jc w:val="right"/>
      </w:pPr>
      <w:r>
        <w:t>تھا جنت کے لیے نہیں ہے یاد رکھیں جنت اخلاص سے ملتی ہے اخلاص حافظہ کر لیں اپ اسے جنت مل جائے یہ بالکل یعنی قران حدیث میں اس کا کہیں کوئی بھی اس کا ثبوت نہیں ہے</w:t>
      </w:r>
    </w:p>
    <w:p>
      <w:r>
        <w:rPr>
          <w:b/>
        </w:rPr>
        <w:t xml:space="preserve">[1:07:44] </w:t>
      </w:r>
      <w:r>
        <w:t>jannat ki wahid shart hai ikhlas khalisatan lillah kaam karna</w:t>
      </w:r>
    </w:p>
    <w:p>
      <w:pPr>
        <w:jc w:val="right"/>
      </w:pPr>
      <w:r>
        <w:t>جنت کی واحد شرط ہے اخلاص خالصتا للہ کام کرنا</w:t>
      </w:r>
    </w:p>
    <w:p>
      <w:r>
        <w:rPr>
          <w:b/>
        </w:rPr>
        <w:t xml:space="preserve">[1:07:55] </w:t>
      </w:r>
      <w:r>
        <w:t>Maulana us ko kehte hain khalisatan liwajillah jo ibtigha mardarat Allah ke alfaaz aate hain us ke liye koi bhi kaam jo haqeeqatan Allah ki raza ke liye kiya gaya ho us se jannat milti hai baqi aisa nahi ke aap khandan mein kisi ko hifz karwate hain to bas sab ki jannatein pakki hain yeh to khud sakhta nazariya hai</w:t>
      </w:r>
    </w:p>
    <w:p>
      <w:pPr>
        <w:jc w:val="right"/>
      </w:pPr>
      <w:r>
        <w:t>مولانا اس کو کہتے ہیں خالصتا لوجہ اللہ جو ابتغا مردارت اللہ کے الفاظ اتے ہیں اس کے لیے کوئی بھی کام جو حقیقتا اللہ کی رضا کے لیے کیا گیا ہو اس سے جنت ملتی ہے باقی ایسا نہیں کہ اپ خاندان میں کسی کو حفظ کرواتے ہیں تو بس سب کی جنتیں پکی ہیں یہ تو خود ساختہ نظریہ ہے</w:t>
      </w:r>
    </w:p>
    <w:p>
      <w:r>
        <w:rPr>
          <w:b/>
        </w:rPr>
        <w:t xml:space="preserve">[1:08:21] </w:t>
      </w:r>
      <w:r>
        <w:t>Maulana inhi ki taraf se abhi abhi aik feedback aaya hai</w:t>
      </w:r>
    </w:p>
    <w:p>
      <w:pPr>
        <w:jc w:val="right"/>
      </w:pPr>
      <w:r>
        <w:t>مولانا انہی کی طرف سے ابھی ابھی ایک فیڈ بیک ایا ہے</w:t>
      </w:r>
    </w:p>
    <w:p>
      <w:r>
        <w:rPr>
          <w:b/>
        </w:rPr>
        <w:t xml:space="preserve">[1:08:24] </w:t>
      </w:r>
      <w:r>
        <w:t>woh likh rahe hain ke aaj Pakistan mein awaz bohat hi behtar aur achi sunai de rahi hai</w:t>
      </w:r>
    </w:p>
    <w:p>
      <w:pPr>
        <w:jc w:val="right"/>
      </w:pPr>
      <w:r>
        <w:t>وہ لکھ رہے ہیں کہ اج پاکستان میں اواز بہت ہی بہتر اور اچھی سنائی دے رہی ہے</w:t>
      </w:r>
    </w:p>
    <w:p>
      <w:r>
        <w:rPr>
          <w:b/>
        </w:rPr>
        <w:t xml:space="preserve">[1:08:29] </w:t>
      </w:r>
      <w:r>
        <w:t>Masha Allah agla sawal Mr Danish Khan ka Greater Noida se hai unhone likha hai</w:t>
      </w:r>
    </w:p>
    <w:p>
      <w:pPr>
        <w:jc w:val="right"/>
      </w:pPr>
      <w:r>
        <w:t>ماشاءاللہ اگلا سوال مسٹر دانش خان کا گریٹر نوئیڈا سے ہے انہوں نے لکھا ہے</w:t>
      </w:r>
    </w:p>
    <w:p>
      <w:r>
        <w:rPr>
          <w:b/>
        </w:rPr>
        <w:t xml:space="preserve">[1:08:38] </w:t>
      </w:r>
      <w:r>
        <w:t>I gave 'Prophet of Peace' to Mr. N.N. Sharma, vice chairperson of my college.</w:t>
      </w:r>
    </w:p>
    <w:p>
      <w:pPr>
        <w:jc w:val="right"/>
      </w:pPr>
      <w:r>
        <w:t>ائی گیو پرافٹ اف پیس ٹو مسٹر این این شرما وائس چیئر چیئر پرسن اف مائی کالج</w:t>
      </w:r>
    </w:p>
    <w:p>
      <w:r>
        <w:rPr>
          <w:b/>
        </w:rPr>
        <w:t xml:space="preserve">[1:08:45] </w:t>
      </w:r>
      <w:r>
        <w:t>He told me that Maulana has written in the book that it is not right for Muslims to</w:t>
      </w:r>
    </w:p>
    <w:p>
      <w:pPr>
        <w:jc w:val="right"/>
      </w:pPr>
      <w:r>
        <w:t>ہی ٹولڈ می دیٹ مولانا ہیز رٹن ان دا بک دیٹ اٹ از ناٹ رائٹ فار مسلمز ٹو</w:t>
      </w:r>
    </w:p>
    <w:p>
      <w:r>
        <w:rPr>
          <w:b/>
        </w:rPr>
        <w:t xml:space="preserve">[1:08:51] </w:t>
      </w:r>
      <w:r>
        <w:t>wage war against the ruler</w:t>
      </w:r>
    </w:p>
    <w:p>
      <w:pPr>
        <w:jc w:val="right"/>
      </w:pPr>
      <w:r>
        <w:t>ویج وار اگینسٹ دا رولر</w:t>
      </w:r>
    </w:p>
    <w:p>
      <w:r>
        <w:rPr>
          <w:b/>
        </w:rPr>
        <w:t xml:space="preserve">[1:08:54] </w:t>
      </w:r>
      <w:r>
        <w:t>then giving the reference of Libya and Egypt he asked me why can't a Muslim who is oppressed by the ruler revolt against the system theek hai us waqt jo galat countries mein ho raha hai dono taraf se ghalti hai yani ruler bhi galat hai aur jo un ke khilaf kare woh bhi galat hai is ka Islam se koi taluq nahi</w:t>
      </w:r>
    </w:p>
    <w:p>
      <w:pPr>
        <w:jc w:val="right"/>
      </w:pPr>
      <w:r>
        <w:t>دین گیونگ دا ریفرنس اف لبیا اینڈ ایجپٹ ہی اسکڈ می وائی کانٹ ا مسلم ہو از اپریسڈ بائی دا رولر ریولٹ اگینسٹ دا سسٹم ٹھیک ہے اس وقت جو غلط کنٹریز میں ہو رہا ہے دونوں طرف سے غلطی ہے یعنی رولر بھی غلط ہے اور جو ان کے خلاف کرے وہ بھی غلط ہے اس کا اسلام سے کوئی تعلق نہیں</w:t>
      </w:r>
    </w:p>
    <w:p>
      <w:r>
        <w:rPr>
          <w:b/>
        </w:rPr>
        <w:t xml:space="preserve">[1:09:19] </w:t>
      </w:r>
      <w:r>
        <w:t>hai galat countries mein yeh hua ke jis ko aik war rule mil gaya woh dictator ban ke baith gaya woh bhi islam ke khilaf tha ab jo log in ke khilaf age kar rahe hain woh bhi islam se koi talluq nahi is ka yeh sab baatein jo hain yeh musalmanon ki hain islam ki nahi hain you have to differentiate between islam and muslims you have to judge muslims in the light of islamic teachings and not vice versa</w:t>
      </w:r>
    </w:p>
    <w:p>
      <w:pPr>
        <w:jc w:val="right"/>
      </w:pPr>
      <w:r>
        <w:t>ہے غلط کنٹریز میں یہ ہوا کہ جس کو ایک وار رول مل گیا وہ ڈکٹیٹر بن کے بیٹھ گیا وہ بھی اسلام کے خلاف تھا اب جو لوگ ان کے خلاف ایج کر رہے ہیں وہ بھی اسلام سے کوئی تعلق نہیں اس کا یہ سب باتیں جو ہیں یہ مسلمانوں کی ہیں اسلام کی نہیں ہیں یو ہیو ٹو ڈیفرنشیٹ بٹوین اسلام اینڈ مسلمز یو ہیو ٹو جج مسلمز ان دا لائٹ اف اسلامک ٹیچنگز اینڈ ناٹ وائس ورسا</w:t>
      </w:r>
    </w:p>
    <w:p>
      <w:r>
        <w:rPr>
          <w:b/>
        </w:rPr>
        <w:t xml:space="preserve">[1:09:49] </w:t>
      </w:r>
      <w:r>
        <w:t>miss najma siddiqui ne dilli se sawal kiya hai unhon ne likha hai some people think that ijtihad can lead to innovations what is your comment on this dekhiye ijtihad ki sirf aik shart hai woh husn niyat koi khatra koi risk ijtihad ka amal rok nahi sakta</w:t>
      </w:r>
    </w:p>
    <w:p>
      <w:pPr>
        <w:jc w:val="right"/>
      </w:pPr>
      <w:r>
        <w:t>مس نجمہ صدیقی نے دلی سے سوال کیا ہے انہوں نے لکھا ہے سم پیپل تھنک دیٹ اجتہاد کین لیڈ ٹو انویشنز واٹ از یور کمنٹ ان دس دیکھیے اجتہاد کی صرف ایک شرط ہے وہ حسن نیت کوئی خطرہ کوئی رسک اجتہاد کا عمل روک نہیں سکتا</w:t>
      </w:r>
    </w:p>
    <w:p>
      <w:r>
        <w:rPr>
          <w:b/>
        </w:rPr>
        <w:t xml:space="preserve">[1:10:14] </w:t>
      </w:r>
      <w:r>
        <w:t>koi bhi is tarah ki koi cheez</w:t>
      </w:r>
    </w:p>
    <w:p>
      <w:pPr>
        <w:jc w:val="right"/>
      </w:pPr>
      <w:r>
        <w:t>کوئی بھی اس طرح کی کوئی چیز</w:t>
      </w:r>
    </w:p>
    <w:p>
      <w:r>
        <w:rPr>
          <w:b/>
        </w:rPr>
        <w:t xml:space="preserve">[1:10:17] </w:t>
      </w:r>
      <w:r>
        <w:t>agar aap ki niyat durust hai waqai Allah ke liye aap kar rahe hain to ayn jaiz hai</w:t>
      </w:r>
    </w:p>
    <w:p>
      <w:pPr>
        <w:jc w:val="right"/>
      </w:pPr>
      <w:r>
        <w:t>اگر اپ کی نیت درست ہے واقعی اللہ کے لیے اپ کر رہے ہیں تو عین جائز ہے</w:t>
      </w:r>
    </w:p>
    <w:p>
      <w:r>
        <w:rPr>
          <w:b/>
        </w:rPr>
        <w:t xml:space="preserve">[1:10:24] </w:t>
      </w:r>
      <w:r>
        <w:t>ke aap ijtihad karein</w:t>
      </w:r>
    </w:p>
    <w:p>
      <w:pPr>
        <w:jc w:val="right"/>
      </w:pPr>
      <w:r>
        <w:t>کہ اپ اجتہاد کریں</w:t>
      </w:r>
    </w:p>
    <w:p>
      <w:r>
        <w:rPr>
          <w:b/>
        </w:rPr>
        <w:t xml:space="preserve">[1:10:26] </w:t>
      </w:r>
      <w:r>
        <w:t>kyun agar niyat durust hai to</w:t>
      </w:r>
    </w:p>
    <w:p>
      <w:pPr>
        <w:jc w:val="right"/>
      </w:pPr>
      <w:r>
        <w:t>کیوں اگر نیت درست ہے تو</w:t>
      </w:r>
    </w:p>
    <w:p>
      <w:r>
        <w:rPr>
          <w:b/>
        </w:rPr>
        <w:t xml:space="preserve">[1:10:30] </w:t>
      </w:r>
      <w:r>
        <w:t>ijtihadi khitab pe ek sawab milega to kaun rokne wala hai</w:t>
      </w:r>
    </w:p>
    <w:p>
      <w:pPr>
        <w:jc w:val="right"/>
      </w:pPr>
      <w:r>
        <w:t>اجتہادی خطاب پہ ایک ثواب ملے گا تو کون روکنے والا ہے</w:t>
      </w:r>
    </w:p>
    <w:p>
      <w:r>
        <w:rPr>
          <w:b/>
        </w:rPr>
        <w:t xml:space="preserve">[1:10:35] </w:t>
      </w:r>
      <w:r>
        <w:t>koi shart doosri nahi hai ijtihad ki ke aap niyat durust ho</w:t>
      </w:r>
    </w:p>
    <w:p>
      <w:pPr>
        <w:jc w:val="right"/>
      </w:pPr>
      <w:r>
        <w:t>کوئی شرط دوسری نہیں ہے اجتہاد کی کہ اپ نیت درست ہو</w:t>
      </w:r>
    </w:p>
    <w:p>
      <w:r>
        <w:rPr>
          <w:b/>
        </w:rPr>
        <w:t xml:space="preserve">[1:10:41] </w:t>
      </w:r>
      <w:r>
        <w:t>koi shart nahi hai</w:t>
      </w:r>
    </w:p>
    <w:p>
      <w:pPr>
        <w:jc w:val="right"/>
      </w:pPr>
      <w:r>
        <w:t>کوئی شرط نہیں ہے</w:t>
      </w:r>
    </w:p>
    <w:p>
      <w:r>
        <w:rPr>
          <w:b/>
        </w:rPr>
        <w:t xml:space="preserve">[1:10:48] </w:t>
      </w:r>
      <w:r>
        <w:t>mister muhammad yaseen khan ne bhopal se sawal kiya hai unhon ne likha hai as far as the solution of palestine issue is concerned i completely agree with your views that we muslims have nothing but to accept the present status quo and should try to stabilize peace</w:t>
      </w:r>
    </w:p>
    <w:p>
      <w:pPr>
        <w:jc w:val="right"/>
      </w:pPr>
      <w:r>
        <w:t>مسٹر محمد یاسین خان نے بھوپال سے سوال کیا ہے انہوں نے لکھا ہے ایز فار ایز دی سولیوشن اف پیلسٹائن ایشو از کنسرنڈ ائی کمپلیٹلی ایگری ود یور ویوز دیٹ وی مسلمز ہیو نتھنگ بٹ ٹو ایکسیپٹ دی پریزنٹ سٹیٹس کو اینڈ شوڈ ٹرائی ٹو سٹیبلائز پیس</w:t>
      </w:r>
    </w:p>
    <w:p>
      <w:r>
        <w:rPr>
          <w:b/>
        </w:rPr>
        <w:t xml:space="preserve">[1:11:10] </w:t>
      </w:r>
      <w:r>
        <w:t>but you wrote in your book the prophet of peace that it is the divine right or natural right of the exiled jews of the second diaspora to settle in the land of palestine which verse of the quran gives them this right ah</w:t>
      </w:r>
    </w:p>
    <w:p>
      <w:pPr>
        <w:jc w:val="right"/>
      </w:pPr>
      <w:r>
        <w:t>بٹ یو روٹ ان یور بک دا پرافٹ اف پیس دیٹ اٹ از دا ڈیوائن رائٹ اور نیچرل رائٹ اف دی ایگزائل جیوز اف دا سیکنڈ ڈائیسپورا ٹو سیٹل ان دا لینڈ اف پیلسٹائن وچ ورس اف دا قران گوز دیم دس رائٹ اہ</w:t>
      </w:r>
    </w:p>
    <w:p>
      <w:r>
        <w:rPr>
          <w:b/>
        </w:rPr>
        <w:t xml:space="preserve">[1:11:31] </w:t>
      </w:r>
      <w:r>
        <w:t>you are the verse that you quoted oh my people enter enter the holy land that is chapter five verse number 21 was it not related only to the contemporaries of the prophet moses</w:t>
      </w:r>
    </w:p>
    <w:p>
      <w:pPr>
        <w:jc w:val="right"/>
      </w:pPr>
      <w:r>
        <w:t>یور دا ورس دیٹ یو کوٹڈ او مائی پیپل انٹر انٹر دی ہولی لینڈ دیٹ از چیپٹر فائیو ورس نمبر 21 واز اٹ ناٹ ریلیٹڈ اونلی ٹو دا کنٹیمپریریز اف دی پرافٹ موزیس</w:t>
      </w:r>
    </w:p>
    <w:p>
      <w:r>
        <w:rPr>
          <w:b/>
        </w:rPr>
        <w:t xml:space="preserve">[1:11:48] </w:t>
      </w:r>
      <w:r>
        <w:t>dekhiye</w:t>
      </w:r>
    </w:p>
    <w:p>
      <w:pPr>
        <w:jc w:val="right"/>
      </w:pPr>
      <w:r>
        <w:t>دیکھیے</w:t>
      </w:r>
    </w:p>
    <w:p>
      <w:r>
        <w:rPr>
          <w:b/>
        </w:rPr>
        <w:t xml:space="preserve">[1:11:51] </w:t>
      </w:r>
      <w:r>
        <w:t>quran ka usool yeh hai ke aik cheez quran mein kahi gayi hai aur isi mein ailan nahi kiya gaya hai ke yeh yani mansookh hai ya baad ke zamane par apply nahi ki jayegi tab tak woh applicable rahegi woh yeh kaun hai is ko aik kehne wala hai ke hazrat musa ke zamane ke liye thay aaj ke liye nahi hai yeh kaun kehne wala hai kis ko haq hai is ko koi nahi ke</w:t>
      </w:r>
    </w:p>
    <w:p>
      <w:pPr>
        <w:jc w:val="right"/>
      </w:pPr>
      <w:r>
        <w:t>قران کا اصول یہ ہے کہ ایک چیز قران میں کہی گئی ہے اور اسی میں اعلان نہیں کیا گیا ہے کہ یہ یعنی منسوخ ہے یا بعد کے زمانے پر اپلائی نہیں کی جائے گی تب تک وہ اپلیکیبل رہے گی وہ یہ کون ہے اس کو ایک کہنے والا ہے کہ حضرت موسی کے زمانے کے لیے تھے اج کے لیے نہیں ہے یہ کون کہنے والا ہے کس کو حق ہے اس کو کوئی نہیں کہ</w:t>
      </w:r>
    </w:p>
    <w:p>
      <w:r>
        <w:rPr>
          <w:b/>
        </w:rPr>
        <w:t xml:space="preserve">[1:12:14] </w:t>
      </w:r>
      <w:r>
        <w:t>ne ka haq rakhta hazrat musa ne kaha tha ke yani hazrat musa ke zamane mein Allah taala ne farmaya tha un ki zuban se yeh naqal hua hai ke woh un ke</w:t>
      </w:r>
    </w:p>
    <w:p>
      <w:pPr>
        <w:jc w:val="right"/>
      </w:pPr>
      <w:r>
        <w:t>نے کا حق رکھتا حضرت موسی نے کہا تھا کہ یعنی حضرت موسی کے زمانے میں اللہ تعالی نے فرمایا تھا ان کی زبان سے یہ نقل ہوا ہے کہ وہ ان کہ</w:t>
      </w:r>
    </w:p>
    <w:p>
      <w:r>
        <w:rPr>
          <w:b/>
        </w:rPr>
        <w:t xml:space="preserve">[1:12:31] </w:t>
      </w:r>
      <w:r>
        <w:t>aap kahein ke yeh musa ke liye tha aaj ke liye nahi hai yeh hazrat musa ne dua ki thi rab i inni lima anzalta min khair faqir to yeh musa ke liye tha aaj ke liye nahi tha</w:t>
      </w:r>
    </w:p>
    <w:p>
      <w:pPr>
        <w:jc w:val="right"/>
      </w:pPr>
      <w:r>
        <w:t>اپ کہیں کہ یہ موسی کے لیے تھا اج کے لیے نہیں ہے یہ حضرت موسی نے دعا کی تھی رب انی لما انزلت من خیر فقیر تو یہ موسی کے لیے تھا اج کے لیے نہیں تھا</w:t>
      </w:r>
    </w:p>
    <w:p>
      <w:r>
        <w:rPr>
          <w:b/>
        </w:rPr>
        <w:t xml:space="preserve">[1:12:43] </w:t>
      </w:r>
      <w:r>
        <w:t>is qism ki daleelein bilkul hi illogical hain illogical ghair ilmi dekhein asal baat yeh hai ke hazrat ibrahim ke do bete thay aik bete ko yani ismail ko settle kiya unhon ne hijaz mein to hijaz un ke liye yani assigned land ban gaya doosre bete ko settle kiya unhon ne palestine mein woh ilaqa un ke liye promised land ban gaya assigned land</w:t>
      </w:r>
    </w:p>
    <w:p>
      <w:pPr>
        <w:jc w:val="right"/>
      </w:pPr>
      <w:r>
        <w:t>اس قسم کی دلیلیں بالکل ہی اللاجیکل ہیں اللاجیکل غیر علمی دیکھیں اصل بات یہ ہے کہ حضرت ابراہیم کے دو بیٹے تھے ایک بیٹے کو یعنی اسماعیل کو سیٹل کیا انہوں نے حجاز میں تو حجاز ان کے لیے یعنی اسائنڈ لینڈ بن گیا دوسرے بیٹے کو سیٹل کیا انہوں نے پیلسٹائن میں وہ علاقہ ان کے لیے پرامس لینڈ بن گیا اسائنڈ لینڈ</w:t>
      </w:r>
    </w:p>
    <w:p>
      <w:r>
        <w:rPr>
          <w:b/>
        </w:rPr>
        <w:t xml:space="preserve">[1:13:12] </w:t>
      </w:r>
      <w:r>
        <w:t>us waqt se yeh chala aa raha hai jab tak aap yeh na quran ki koi ayat pesh karein ke yeh nahi falasteen se falasteen jo diya gaya tha un ko woh sirf hazrat musa ke zamane ke liye tha baad ke liye nahi tha tab tak woh prevail karega is ki daleel nahi koi daleel nahi hai illogical baatein hain yeh</w:t>
      </w:r>
    </w:p>
    <w:p>
      <w:pPr>
        <w:jc w:val="right"/>
      </w:pPr>
      <w:r>
        <w:t>اس وقت سے یہ چلا ا رہا ہے جب تک اپ یہ نہ قران کی کوئی ایت پیش کریں کہ یہ نہیں فلسطین سے فلسطین جو دیا گیا تھا ان کو وہ صرف حضرت موسی کے زمانے کے لیے تھا بعد کے لیے نہیں تھا تب تک وہ پریول کرے گا اس کی دلیل نہیں کوئی دلیل نہیں ہے اللاجیکل باتیں ہیں یہ</w:t>
      </w:r>
    </w:p>
    <w:p>
      <w:r>
        <w:rPr>
          <w:b/>
        </w:rPr>
        <w:t xml:space="preserve">[1:13:39] </w:t>
      </w:r>
      <w:r>
        <w:t>miss sadia khan ne dilli se sawal kiya hai unhon ne likha hai why have muslims failed to come out of the empire based thinking what is your comment on this woh to wohi jo main ne pehle kaha hai blame goes to so called muslim readers is daur mein without exception jitne bhi hain likhne aur bolne wale musalmanon ke har aadmi wohi boli bolta hai</w:t>
      </w:r>
    </w:p>
    <w:p>
      <w:pPr>
        <w:jc w:val="right"/>
      </w:pPr>
      <w:r>
        <w:t>مس سعدیہ خان نے دلی سے سوال کیا ہے انہوں نے لکھا ہے وائی ہیو مسلمز فیل ٹو کم اؤٹ اف دی ایمپائر بیس تھنکنگ واٹ از یور کمنٹ ان دس وہ تو وہی جو میں نے پہلے کہا ہے بلیم گوز ٹو سو کالڈ مسلم ریڈرز اس دور میں ودا اؤٹ ایکسیپشن جتنے بھی ہیں لکھنے اور بولنے والے مسلمانوں کے ہر ادمی وہی بولی بولتا ہے</w:t>
      </w:r>
    </w:p>
    <w:p>
      <w:r>
        <w:rPr>
          <w:b/>
        </w:rPr>
        <w:t xml:space="preserve">[1:14:08] </w:t>
      </w:r>
      <w:r>
        <w:t>yani political pride ki boli aur tareekh ki boli sab agar koi ikhtilaf karta ho to woh naam bataye is ka jo is jo is nahi bolta is liye main kehta hoon ke is zamane ke logon ka islam jo hai history se derived hai scripture se derived nahi hai</w:t>
      </w:r>
    </w:p>
    <w:p>
      <w:pPr>
        <w:jc w:val="right"/>
      </w:pPr>
      <w:r>
        <w:t>یعنی پولیٹیکل پرائیڈ کی بولی اور تاریخ کی بولی سب اگر کوئی اختلاف کرتا ہو تو وہ نام بتائے اس کا جو اس جو اس نہیں بولتا اس لیے میں کہتا ہوں کہ اس زمانے کے لوگوں کا اسلام جو ہے ہسٹری سے ڈرائیوڈ ہے اسکرپچر سے ڈرائیوڈ نہیں ہے</w:t>
      </w:r>
    </w:p>
    <w:p>
      <w:r>
        <w:rPr>
          <w:b/>
        </w:rPr>
        <w:t xml:space="preserve">[1:14:32] </w:t>
      </w:r>
      <w:r>
        <w:t>abhi tak musalman jo hain history hi ko le le kar apna usay derive kar rahe hain apna islam</w:t>
      </w:r>
    </w:p>
    <w:p>
      <w:pPr>
        <w:jc w:val="right"/>
      </w:pPr>
      <w:r>
        <w:t>ابھی تک مسلمان جو ہیں ہسٹری ہی کو لے لے کر اپنا اسے ڈرائیو کر رہے ہیں اپنا اسلام</w:t>
      </w:r>
    </w:p>
    <w:p>
      <w:r>
        <w:rPr>
          <w:b/>
        </w:rPr>
        <w:t xml:space="preserve">[1:14:38] </w:t>
      </w:r>
      <w:r>
        <w:t>iscripture se nahi le rahe hain to is jab tak yeh rahega tab tak yeh baqi rahe</w:t>
      </w:r>
    </w:p>
    <w:p>
      <w:pPr>
        <w:jc w:val="right"/>
      </w:pPr>
      <w:r>
        <w:t>اسکرپچر سے نہیں لے رہے ہیں تو اس جب تک یہ رہے گا تب تک یہ باقی رہے</w:t>
      </w:r>
    </w:p>
    <w:p>
      <w:r>
        <w:rPr>
          <w:b/>
        </w:rPr>
        <w:t xml:space="preserve">[1:14:43] </w:t>
      </w:r>
      <w:r>
        <w:t>gi mera manna hai ke history ko aap manen relative party of islam waqti temporary phase of islam</w:t>
      </w:r>
    </w:p>
    <w:p>
      <w:pPr>
        <w:jc w:val="right"/>
      </w:pPr>
      <w:r>
        <w:t>گی میرا ماننا ہے کہ ہسٹری کو اپ مانیں ریلیٹو پارٹی اف اسلام وقتی ٹیمپرری فیز اف اسلام</w:t>
      </w:r>
    </w:p>
    <w:p>
      <w:r>
        <w:rPr>
          <w:b/>
        </w:rPr>
        <w:t xml:space="preserve">[1:14:51] </w:t>
      </w:r>
      <w:r>
        <w:t>yani empire ko aap manen ke that was a temporary phase of muslim history woh woh koi permanent</w:t>
      </w:r>
    </w:p>
    <w:p>
      <w:pPr>
        <w:jc w:val="right"/>
      </w:pPr>
      <w:r>
        <w:t>یعنی ایمپائر کو اپ مانیں کہ دیٹ واز ا ٹیمپرری فیز اف مسلم ہسٹری وہ وہ کوئی پرماننٹ</w:t>
      </w:r>
    </w:p>
    <w:p>
      <w:r>
        <w:rPr>
          <w:b/>
        </w:rPr>
        <w:t xml:space="preserve">[1:15:00] </w:t>
      </w:r>
      <w:r>
        <w:t>cheez nahi thi aur quran aur hadith to loot rahe hain nahi to yeh sab baqi rahega</w:t>
      </w:r>
    </w:p>
    <w:p>
      <w:pPr>
        <w:jc w:val="right"/>
      </w:pPr>
      <w:r>
        <w:t>چیز نہیں تھی اور قران اور حدیث تو لوٹ رہے ہیں نہیں تو یہ سب باقی رہے گا</w:t>
      </w:r>
    </w:p>
    <w:p>
      <w:r>
        <w:rPr>
          <w:b/>
        </w:rPr>
        <w:t xml:space="preserve">[1:15:10] </w:t>
      </w:r>
      <w:r>
        <w:t>maulana abdul basit umri ne doha qatar se sawal kiya hai unhon ne likha hai maulana quran majeed ki tilawat ke baray mein hadith hai ke aik aik harf par tees tees nekiyaan milein gi maulana kya is hadith ka matlab sirf aik aik harf par tees tees nekiyaan kamana hai</w:t>
      </w:r>
    </w:p>
    <w:p>
      <w:pPr>
        <w:jc w:val="right"/>
      </w:pPr>
      <w:r>
        <w:t>مولانا عبدالباسط عمری نے دوحہ قطر سے سوال کیا ہے انہوں نے لکھا ہے مولانا قران مجید کی تلاوت کے بارے میں حدیث ہے کہ ایک ایک حرف پر تیس تیس نیکیاں ملیں گی مولانا کیا اس حدیث کا مطلب صرف ایک ایک حرف پر تیس تیس نیکیاں کمانا ہے</w:t>
      </w:r>
    </w:p>
    <w:p>
      <w:r>
        <w:rPr>
          <w:b/>
        </w:rPr>
        <w:t xml:space="preserve">[1:15:37] </w:t>
      </w:r>
      <w:r>
        <w:t>yeh aik usloob hai kehne ka</w:t>
      </w:r>
    </w:p>
    <w:p>
      <w:pPr>
        <w:jc w:val="right"/>
      </w:pPr>
      <w:r>
        <w:t>یہ ایک اسلوب ہے کہنے کا</w:t>
      </w:r>
    </w:p>
    <w:p>
      <w:r>
        <w:rPr>
          <w:b/>
        </w:rPr>
        <w:t xml:space="preserve">[1:15:41] </w:t>
      </w:r>
      <w:r>
        <w:t>yani iska matlab nahi ke is harf par neki hai is is spirit par neki hai</w:t>
      </w:r>
    </w:p>
    <w:p>
      <w:pPr>
        <w:jc w:val="right"/>
      </w:pPr>
      <w:r>
        <w:t>یعنی اس کا مطلب نہیں کہ اس حرف پر نیکی ہے اس اسپرٹ پر نیکی ہے</w:t>
      </w:r>
    </w:p>
    <w:p>
      <w:r>
        <w:rPr>
          <w:b/>
        </w:rPr>
        <w:t xml:space="preserve">[1:15:47] </w:t>
      </w:r>
      <w:r>
        <w:t>yani jaise alhamdulillah hai alhamdulillah rabbil alameen is mein kuch harf hain to is par kaha jaye ke</w:t>
      </w:r>
    </w:p>
    <w:p>
      <w:pPr>
        <w:jc w:val="right"/>
      </w:pPr>
      <w:r>
        <w:t>یعنی جیسے الحمد ہے الحمدللہ رب العالمین اس میں کچھ حرف ہیں تو اس پر کہا جائے کہ</w:t>
      </w:r>
    </w:p>
    <w:p>
      <w:r>
        <w:rPr>
          <w:b/>
        </w:rPr>
        <w:t xml:space="preserve">[1:15:56] </w:t>
      </w:r>
      <w:r>
        <w:t>itna neki milegi iska matlab nahi ke in harfon ko ada karne par balkeh alhamdulillah rabb</w:t>
      </w:r>
    </w:p>
    <w:p>
      <w:pPr>
        <w:jc w:val="right"/>
      </w:pPr>
      <w:r>
        <w:t>اتنا نیکی ملے گی اس کا مطلب نہیں کہ ان حرفوں کو ادا کرنے پر بلکہ الحمدللہ رب</w:t>
      </w:r>
    </w:p>
    <w:p>
      <w:r>
        <w:rPr>
          <w:b/>
        </w:rPr>
        <w:t xml:space="preserve">[1:16:01] </w:t>
      </w:r>
      <w:r>
        <w:t>alameen ki jo spirit hai is is spirit ke sath apne andar is ko utaren hum aur is is</w:t>
      </w:r>
    </w:p>
    <w:p>
      <w:pPr>
        <w:jc w:val="right"/>
      </w:pPr>
      <w:r>
        <w:t>العالمین کی جو اسپرٹ ہے اس اسپرٹ کے ساتھ اپنے اندر اس کو اتاریں ہم اور اس اس</w:t>
      </w:r>
    </w:p>
    <w:p>
      <w:r>
        <w:rPr>
          <w:b/>
        </w:rPr>
        <w:t xml:space="preserve">[1:16:08] </w:t>
      </w:r>
      <w:r>
        <w:t>cheez ke sath kar saken woh bhi itni zyada neki hai woh kehne ka ek usloob hai ke</w:t>
      </w:r>
    </w:p>
    <w:p>
      <w:pPr>
        <w:jc w:val="right"/>
      </w:pPr>
      <w:r>
        <w:t>چیز کے ساتھ کر سکیں وہ بھی اتنی زیادہ نیکی ہے وہ کہنے کا ایک اسلوب ہے کہ</w:t>
      </w:r>
    </w:p>
    <w:p>
      <w:r>
        <w:rPr>
          <w:b/>
        </w:rPr>
        <w:t xml:space="preserve">[1:16:14] </w:t>
      </w:r>
      <w:r>
        <w:t>aap ne harfon ka ke reference mein woh baat kahi harfon reference ke baghair bhi keh sakte hain</w:t>
      </w:r>
    </w:p>
    <w:p>
      <w:pPr>
        <w:jc w:val="right"/>
      </w:pPr>
      <w:r>
        <w:t>اپ نے حروف کا کے ریفرنس میں وہ بات کہی حروف ریفرنس کے بغیر بھی کہہ سکتے ہیں</w:t>
      </w:r>
    </w:p>
    <w:p>
      <w:r>
        <w:rPr>
          <w:b/>
        </w:rPr>
        <w:t xml:space="preserve">[1:16:19] </w:t>
      </w:r>
      <w:r>
        <w:t>jaise aur hadith hain jahan harfon ka reference nahi hai</w:t>
      </w:r>
    </w:p>
    <w:p>
      <w:pPr>
        <w:jc w:val="right"/>
      </w:pPr>
      <w:r>
        <w:t>جیسے اور حدیث ہیں جہاں حروف کا ریفرنس نہیں ہے</w:t>
      </w:r>
    </w:p>
    <w:p>
      <w:r>
        <w:rPr>
          <w:b/>
        </w:rPr>
        <w:t xml:space="preserve">[1:16:23] </w:t>
      </w:r>
      <w:r>
        <w:t>to harfon ke reference mein ek haqeeqat ko bataya gaya hai</w:t>
      </w:r>
    </w:p>
    <w:p>
      <w:pPr>
        <w:jc w:val="right"/>
      </w:pPr>
      <w:r>
        <w:t>تو حروف کے ریفرنس میں ایک حقیقت کو بتایا گیا ہے</w:t>
      </w:r>
    </w:p>
    <w:p>
      <w:r>
        <w:rPr>
          <w:b/>
        </w:rPr>
        <w:t xml:space="preserve">[1:16:26] </w:t>
      </w:r>
      <w:r>
        <w:t>bas ke das harf par neki hai aik tareeqa kehne ka yeh hai aik aap yeh kahein ke bhai is kalma ko ada karne par neki hai</w:t>
      </w:r>
    </w:p>
    <w:p>
      <w:pPr>
        <w:jc w:val="right"/>
      </w:pPr>
      <w:r>
        <w:t>بس کہ دس ہر حرف پر نیکی ہے ایک طریقہ کہنے کا یہ ہے ایک اپ یہ کہیں کہ بھئی اس کلمہ کو ادا کرنے پر نیکی ہے</w:t>
      </w:r>
    </w:p>
    <w:p>
      <w:r>
        <w:rPr>
          <w:b/>
        </w:rPr>
        <w:t xml:space="preserve">[1:16:37] </w:t>
      </w:r>
      <w:r>
        <w:t>donon ko farq nahi hai reference ka farq hai sirf aik jagah aap ne kalma ka reference diya aik jagah harfon ka reference de diya</w:t>
      </w:r>
    </w:p>
    <w:p>
      <w:pPr>
        <w:jc w:val="right"/>
      </w:pPr>
      <w:r>
        <w:t>دونوں کو فرق نہیں ہے ریفرنس کا فرق ہے صرف ایک جگہ اپ نے کلمہ کا ریفرنس دیا ایک جگہ حروف کا ریفرنس دے دیا</w:t>
      </w:r>
    </w:p>
    <w:p>
      <w:r>
        <w:rPr>
          <w:b/>
        </w:rPr>
        <w:t xml:space="preserve">[1:16:48] </w:t>
      </w:r>
      <w:r>
        <w:t>harf matlab letters</w:t>
      </w:r>
    </w:p>
    <w:p>
      <w:pPr>
        <w:jc w:val="right"/>
      </w:pPr>
      <w:r>
        <w:t>حروف مطلب لیٹرز</w:t>
      </w:r>
    </w:p>
    <w:p>
      <w:r>
        <w:rPr>
          <w:b/>
        </w:rPr>
        <w:t xml:space="preserve">[1:16:54] </w:t>
      </w:r>
      <w:r>
        <w:t>maulana abhi abhi aik sawal aya hai poochne wale ka naam hai mister arif jilani unhon ne apni location nahi batayi hai</w:t>
      </w:r>
    </w:p>
    <w:p>
      <w:pPr>
        <w:jc w:val="right"/>
      </w:pPr>
      <w:r>
        <w:t>مولانا ابھی ابھی ایک سوال ایا ہے پوچھنے والے کا نام ہے مسٹر عارف جیلانی انہوں نے اپنی لوکیشن نہیں بتائی ہے</w:t>
      </w:r>
    </w:p>
    <w:p>
      <w:r>
        <w:rPr>
          <w:b/>
        </w:rPr>
        <w:t xml:space="preserve">[1:17:02] </w:t>
      </w:r>
      <w:r>
        <w:t>unka sawal yeh hai</w:t>
      </w:r>
    </w:p>
    <w:p>
      <w:pPr>
        <w:jc w:val="right"/>
      </w:pPr>
      <w:r>
        <w:t>ان کا سوال یہ ہے</w:t>
      </w:r>
    </w:p>
    <w:p>
      <w:r>
        <w:rPr>
          <w:b/>
        </w:rPr>
        <w:t xml:space="preserve">[1:17:04] </w:t>
      </w:r>
      <w:r>
        <w:t>woh likh rahe hain ke molana tahir ul qadri of pakistan ne haal hi mein ek lecture mein kaha</w:t>
      </w:r>
    </w:p>
    <w:p>
      <w:pPr>
        <w:jc w:val="right"/>
      </w:pPr>
      <w:r>
        <w:t>وہ لکھ رہے ہیں کہ مولانا طاہر القادری اف پاکستان نے حال ہی میں ایک لیکچر میں کہا</w:t>
      </w:r>
    </w:p>
    <w:p>
      <w:r>
        <w:rPr>
          <w:b/>
        </w:rPr>
        <w:t xml:space="preserve">[1:17:11] </w:t>
      </w:r>
      <w:r>
        <w:t>ke sirf dawat hi asal maqsad hai islam ko phailane ka agarche pehle woh kuch aur kehte the</w:t>
      </w:r>
    </w:p>
    <w:p>
      <w:pPr>
        <w:jc w:val="right"/>
      </w:pPr>
      <w:r>
        <w:t>کہ صرف دعوت ہی اصل مقصد ہے اسلام کو پھیلانے کا اگرچہ پہلے وہ کچھ اور کہتے تھے</w:t>
      </w:r>
    </w:p>
    <w:p>
      <w:r>
        <w:rPr>
          <w:b/>
        </w:rPr>
        <w:t xml:space="preserve">[1:17:20] </w:t>
      </w:r>
      <w:r>
        <w:t>is se pata chalta hai ke ab ulama ka mizaj bhi badal raha hai aap ki kya rai</w:t>
      </w:r>
    </w:p>
    <w:p>
      <w:pPr>
        <w:jc w:val="right"/>
      </w:pPr>
      <w:r>
        <w:t>اس سے پتہ چلتا ہے کہ اب علماء کا مزاج بھی بدل رہا ہے اپ کی کیا رائے</w:t>
      </w:r>
    </w:p>
    <w:p>
      <w:r>
        <w:rPr>
          <w:b/>
        </w:rPr>
        <w:t xml:space="preserve">[1:17:26] </w:t>
      </w:r>
      <w:r>
        <w:t>hai badal raha hai to acha hai aur is mein rai ki baat kya hai</w:t>
      </w:r>
    </w:p>
    <w:p>
      <w:pPr>
        <w:jc w:val="right"/>
      </w:pPr>
      <w:r>
        <w:t>ہے بدل رہا ہے تو اچھا ہے اور اس میں رائے کی بات کیا ہے</w:t>
      </w:r>
    </w:p>
    <w:p>
      <w:r>
        <w:rPr>
          <w:b/>
        </w:rPr>
        <w:t xml:space="preserve">[1:17:32] </w:t>
      </w:r>
      <w:r>
        <w:t>logon ki mizaj badle to phir achi baat hai is mein rai ki baat to hai nahi mister shantanu ne dilli se yeh sawal likha hai unhon ne likha hai ke a lot of perceptions about crises is formed by the media and the perception of media is more than often manipulated</w:t>
      </w:r>
    </w:p>
    <w:p>
      <w:pPr>
        <w:jc w:val="right"/>
      </w:pPr>
      <w:r>
        <w:t>لوگوں کی مزاج بدلے تو پھر اچھی بات ہے اس میں رائے کی بات تو ہے نہیں مسٹر شانتنو نے دلی سے یہ سوال لکھا ہے انہوں نے لکھا ہے کہ ا لاٹ اف پرسیپشنز اباؤٹ کرائسز از فارمڈ بائی دی میڈیا اینڈ دی پرسیپشن اف میڈیا از مور دین افن مینیپولیٹڈ</w:t>
      </w:r>
    </w:p>
    <w:p>
      <w:r>
        <w:rPr>
          <w:b/>
        </w:rPr>
        <w:t xml:space="preserve">[1:17:54] </w:t>
      </w:r>
      <w:r>
        <w:t>deir for mini times muslims go on extremes either by complete approval of media perception or its complete denial what is the solution to this solution yeh hai ke aap musalmanon ko blame dijiye abhi bhi aap media ko blame de rahe hain yeh to ghalati hai ke har har baat ko daalte hain kai police ke upar kai media ke upar kai falan ke upar phir musalman pe kyun nahi daalte aap</w:t>
      </w:r>
    </w:p>
    <w:p>
      <w:pPr>
        <w:jc w:val="right"/>
      </w:pPr>
      <w:r>
        <w:t>دیر فور مینی ٹائمز مسلمز گو ان ایکسٹریمز ایدر بائے کمپلیٹ اپروول اف میڈیا پرسیپشن اور اٹس کمپلیٹ ڈینائل واٹ از دا سولیوشن ٹو دس سولیوشن یہ ہے کہ اپ مسلمانوں کو بلیم دیجئے ابھی بھی اپ میڈیا کو بلیم دے رہے ہیں یہ تو غلطی ہے کہ ہر ہر بات کو ڈالتے ہیں کئی پولیس کے اوپر کئی میڈیا کے اوپر کئی فلاں کے اوپر پھر مسلمان پہ کیوں نہیں ڈالتے اپ</w:t>
      </w:r>
    </w:p>
    <w:p>
      <w:r>
        <w:rPr>
          <w:b/>
        </w:rPr>
        <w:t xml:space="preserve">[1:18:23] </w:t>
      </w:r>
      <w:r>
        <w:t>yeh kaun sa sochne ka tareeqa hai yeh bohat hi ghair scientific ghair quranic illogical tareeqa hai is</w:t>
      </w:r>
    </w:p>
    <w:p>
      <w:pPr>
        <w:jc w:val="right"/>
      </w:pPr>
      <w:r>
        <w:t>یہ کون سا سوچنے کا طریقہ ہے یہ بہت ہی غیر سائنٹیفک غیر قرانی اللاجیکل طریقہ ہے اس</w:t>
      </w:r>
    </w:p>
    <w:p>
      <w:r>
        <w:rPr>
          <w:b/>
        </w:rPr>
        <w:t xml:space="preserve">[1:18:33] </w:t>
      </w:r>
      <w:r>
        <w:t>se kuch nahi hone wala hai yani musalman ghalati karte hain aur dalte hain media ke upar aap</w:t>
      </w:r>
    </w:p>
    <w:p>
      <w:pPr>
        <w:jc w:val="right"/>
      </w:pPr>
      <w:r>
        <w:t>سے کچھ نہیں ہونے والا ہے یعنی مسلمان غلطی کرتے ہیں اور ڈالتے ہیں میڈیا کے اوپر اپ</w:t>
      </w:r>
    </w:p>
    <w:p>
      <w:r>
        <w:rPr>
          <w:b/>
        </w:rPr>
        <w:t xml:space="preserve">[1:18:39] </w:t>
      </w:r>
      <w:r>
        <w:t>yani musalman apni aql ke liye istemal karte hain apni aql kyun nahi istemal kar sakte yeh</w:t>
      </w:r>
    </w:p>
    <w:p>
      <w:pPr>
        <w:jc w:val="right"/>
      </w:pPr>
      <w:r>
        <w:t>یعنی مسلمان اپنی عقل کے لیے استعمال کرتے ہیں اپنی عقل کیوں نہیں استعمال کر سکتے یہ</w:t>
      </w:r>
    </w:p>
    <w:p>
      <w:r>
        <w:rPr>
          <w:b/>
        </w:rPr>
        <w:t xml:space="preserve">[1:18:46] </w:t>
      </w:r>
      <w:r>
        <w:t>musalmanon ko allah ne to aql nahi di hai aql ko istemal karen media mein kya chupta hai</w:t>
      </w:r>
    </w:p>
    <w:p>
      <w:pPr>
        <w:jc w:val="right"/>
      </w:pPr>
      <w:r>
        <w:t>مسلمانوں کو اللہ نے تو عقل نہیں دی ہے عقل کو استعمال کریں میڈیا میں کیا چھپتا ہے</w:t>
      </w:r>
    </w:p>
    <w:p>
      <w:r>
        <w:rPr>
          <w:b/>
        </w:rPr>
        <w:t xml:space="preserve">[1:18:51] </w:t>
      </w:r>
      <w:r>
        <w:t>isko chhodie aap apni aql se sochiye</w:t>
      </w:r>
    </w:p>
    <w:p>
      <w:pPr>
        <w:jc w:val="right"/>
      </w:pPr>
      <w:r>
        <w:t>اس کو چھوڑیے اپ اپنی عقل سے سوچیے</w:t>
      </w:r>
    </w:p>
    <w:p>
      <w:r>
        <w:rPr>
          <w:b/>
        </w:rPr>
        <w:t xml:space="preserve">[1:18:54] </w:t>
      </w:r>
      <w:r>
        <w:t>quran se sochiye quran se quran mein saaf saaf yeh hai ke jaisa tum karoge waisa tum ko milega yeh excuse nahi hai is se zyada excuse ke media ko blame den aur musalmanon ko aap bacha len yeh koi excuse nahi hai Maulana in ka jo sawal hai woh is tarah pooch rahe hain ke kai baar yeh jo perception hai yeh media start kar deti hai karne de</w:t>
      </w:r>
    </w:p>
    <w:p>
      <w:pPr>
        <w:jc w:val="right"/>
      </w:pPr>
      <w:r>
        <w:t>قران سے سوچیے قران سے قران میں صاف صاف یہ ہے کہ جیسا تم کرو گے ویسا تم کو ملے گا یہ ایکسکیوز نہیں ہے اس سے زیادہ ایکسکیوز کہ میڈیا کو بلیم دیں اور مسلمانوں کو اپ بچا لیں یہ کوئی ایکسکیوز نہیں ہے مولانا ان کا جو سوال ہے وہ اس طرح پوچھ رہے ہیں کہ کئی بار یہ جو پرسیپشن ہے یہ میڈیا سٹارٹ کر دیتی ہے کرنے دی</w:t>
      </w:r>
    </w:p>
    <w:p>
      <w:r>
        <w:rPr>
          <w:b/>
        </w:rPr>
        <w:t xml:space="preserve">[1:19:19] </w:t>
      </w:r>
      <w:r>
        <w:t>jiye is ko haan karne dijiye woh kuch bhi karen woh bhi industry hai woh ek industry hai apne hisab se karegi woh aap is ko excuse kyun banate hain humm hum to nahi hum bhi media hum pe asar nahi lete media ka apni aqal istemal karte hain</w:t>
      </w:r>
    </w:p>
    <w:p>
      <w:pPr>
        <w:jc w:val="right"/>
      </w:pPr>
      <w:r>
        <w:t>جئے اس کو ہاں کرنے دیجئے وہ کچھ بھی کریں وہ بھی انڈسٹری ہے وہ ایک انڈسٹری ہے اپنے حساب سے کرے گی وہ اپ اس کو ایکسکیوز کیوں بناتے ہیں ہمم ہم تو نہیں ہم بھی میڈیا ہم پہ اثر نہیں لیتے میڈیا کا اپنی عقل استعمال کرتے ہیں</w:t>
      </w:r>
    </w:p>
    <w:p>
      <w:r>
        <w:rPr>
          <w:b/>
        </w:rPr>
        <w:t xml:space="preserve">[1:19:38] </w:t>
      </w:r>
      <w:r>
        <w:t>media to karega bhai woh to industry hai ji</w:t>
      </w:r>
    </w:p>
    <w:p>
      <w:pPr>
        <w:jc w:val="right"/>
      </w:pPr>
      <w:r>
        <w:t>میڈیا تو کرے گا بھئی وہ تو انڈسٹری ہے جی</w:t>
      </w:r>
    </w:p>
    <w:p>
      <w:r>
        <w:rPr>
          <w:b/>
        </w:rPr>
        <w:t xml:space="preserve">[1:19:44] </w:t>
      </w:r>
      <w:r>
        <w:t>Mr Muhammad Shamik Khan ne Delhi se sawal kiya hai</w:t>
      </w:r>
    </w:p>
    <w:p>
      <w:pPr>
        <w:jc w:val="right"/>
      </w:pPr>
      <w:r>
        <w:t>مسٹر محمد شامک خان نے دلی سے سوال کیا ہے</w:t>
      </w:r>
    </w:p>
    <w:p>
      <w:r>
        <w:rPr>
          <w:b/>
        </w:rPr>
        <w:t xml:space="preserve">[1:19:49] </w:t>
      </w:r>
      <w:r>
        <w:t>unhon ne likha hai today muslims are looked upon as terrorists in this context how can we apply the concept of crisis management mushkil koi terrorist kehta hai aap aap ghor kijiye mushkil sadhu log jante hain to koi nahi kehta main ek terrorist hoon jo tashaddud tashaddud karta hai us ko kehte hain to tashaddud chhod dijiye</w:t>
      </w:r>
    </w:p>
    <w:p>
      <w:pPr>
        <w:jc w:val="right"/>
      </w:pPr>
      <w:r>
        <w:t>انہوں نے لکھا ہے ٹوڈے مسلمز ار لوکڈ اپون ایز ٹیررسٹ ان دس کانٹیکسٹ ہاؤ کین وی اپلائی دا کانسیپٹ اف کرائسز مینجمنٹ مشکل کوئی ٹیررسٹ کہتا ہے اپ اپ غور کیجئے مشکل سادھو لوگ جانتے ہیں تو کوئی نہیں کہتا میں ایک ٹیررسٹ ہوں جو تشدد تشدد کرتا ہے اس کو کہتے ہیں تو تشدد چھوڑ دیجئے</w:t>
      </w:r>
    </w:p>
    <w:p>
      <w:r>
        <w:rPr>
          <w:b/>
        </w:rPr>
        <w:t xml:space="preserve">[1:20:18] </w:t>
      </w:r>
      <w:r>
        <w:t>jo log society bombing karte hain un ko aap condemn nahi karte yani saare ulma chup hain kyun chup hain bhai aaye din society bombing ki misalen aati hain chup kahin woh ulma</w:t>
      </w:r>
    </w:p>
    <w:p>
      <w:pPr>
        <w:jc w:val="right"/>
      </w:pPr>
      <w:r>
        <w:t>جو لوگ سوسائٹی بمبنگ کرتے ہیں ان کو اپ کنڈیم نہیں کرتے یعنی سارے علماء چپ ہیں کیوں چپ ہیں بھئی ائے دن سوسائٹی بمبنگ کی مثالیں اتی ہیں چپ کہیں وہ علماء</w:t>
      </w:r>
    </w:p>
    <w:p>
      <w:r>
        <w:rPr>
          <w:b/>
        </w:rPr>
        <w:t xml:space="preserve">[1:20:31] </w:t>
      </w:r>
      <w:r>
        <w:t>to woh log jo tashaddud karte hain ya woh log jo tashaddud ko advocacy karte hain woh log jo tashaddud ko justify karte hain un ko kaha jata hai mushkil koi nahi kehta kyunke main is condemn karta hoon</w:t>
      </w:r>
    </w:p>
    <w:p>
      <w:pPr>
        <w:jc w:val="right"/>
      </w:pPr>
      <w:r>
        <w:t>تو وہ لوگ جو تشدد کرتے ہیں یا وہ لوگ جو تشدد کو کی ایڈوکیسی کرتے ہیں وہ لوگ جو تشدد کو جسٹیفائی کرتے ہیں ان کو کہا جاتا ہے مشکل کوئی نہیں کہتا کیونکہ میں اس کنڈم کرتا ہوں</w:t>
      </w:r>
    </w:p>
    <w:p>
      <w:r>
        <w:rPr>
          <w:b/>
        </w:rPr>
        <w:t xml:space="preserve">[1:20:51] </w:t>
      </w:r>
      <w:r>
        <w:t>Maulana Zikwan Nadvi ne Delhi se sawal kiya hai unhon ne likha hai you have used a psychological term that is balanced personality in your book profit for all humankind kindly explain this term</w:t>
      </w:r>
    </w:p>
    <w:p>
      <w:pPr>
        <w:jc w:val="right"/>
      </w:pPr>
      <w:r>
        <w:t>مولانا زکوان ندوی نے دلی سے سوال کیا ہے انہوں نے لکھا ہے یو ہیو یوزڈ ا سائیکلوجیکل ٹرم دیٹ از بیلنسڈ پرسنیلٹی ان یور بک پرافٹ فار ال ہیومینٹی کائنڈلی ایکسپلین دس ٹرم</w:t>
      </w:r>
    </w:p>
    <w:p>
      <w:r>
        <w:rPr>
          <w:b/>
        </w:rPr>
        <w:t xml:space="preserve">[1:21:14] </w:t>
      </w:r>
      <w:r>
        <w:t>balance personality sirf naam hai natural personality ka</w:t>
      </w:r>
    </w:p>
    <w:p>
      <w:pPr>
        <w:jc w:val="right"/>
      </w:pPr>
      <w:r>
        <w:t>بیلنس پرسنیلٹی صرف نام ہے نیچرل پرسنیلٹی کا</w:t>
      </w:r>
    </w:p>
    <w:p>
      <w:r>
        <w:rPr>
          <w:b/>
        </w:rPr>
        <w:t xml:space="preserve">[1:21:21] </w:t>
      </w:r>
      <w:r>
        <w:t>alag se koi cheez nahi hai ji nature ne jo aap ko personality di hai us ko aap bacha saken maintain kar saken to isi ka naam hai balance person</w:t>
      </w:r>
    </w:p>
    <w:p>
      <w:pPr>
        <w:jc w:val="right"/>
      </w:pPr>
      <w:r>
        <w:t>الگ سے کوئی چیز نہیں ہے جی نیچر نے جو اپ کو پرسنیلٹی دی ہے اس کو اپ بچا سکیں مینٹین کر سکیں تو اسی کا نام ہے بیلنس پرسن</w:t>
      </w:r>
    </w:p>
    <w:p>
      <w:r>
        <w:rPr>
          <w:b/>
        </w:rPr>
        <w:t xml:space="preserve">[1:21:34] </w:t>
      </w:r>
      <w:r>
        <w:t>ality kyunke jab aap bahar external cheezon se asar le lete hain bahar se jate hain aur tarah tarah ke jo factors hain aap ki zaat ke bahar un se affect ho kar ke yani tawazun kho baithte hain is se bachaiye apne aap ko</w:t>
      </w:r>
    </w:p>
    <w:p>
      <w:pPr>
        <w:jc w:val="right"/>
      </w:pPr>
      <w:r>
        <w:t>یلٹی کیونکہ جب اپ باہر ایکسٹرنل چیزوں سے اثر لے لیتے ہیں باہر سے جاتے ہیں اور طرح طرح کے جو فیکٹرز ہیں اپ کی ذات کے باہر ان سے افیکٹ ہو کر کے یعنی توازن کھو بیٹھتے ہیں اس سے بچائیے اپنے اپ کو</w:t>
      </w:r>
    </w:p>
    <w:p>
      <w:r>
        <w:rPr>
          <w:b/>
        </w:rPr>
        <w:t xml:space="preserve">[1:21:56] </w:t>
      </w:r>
      <w:r>
        <w:t>jo aadmi apne aap ko yani external influence se bacha sake to us ke baad jo personality develop karegi woh isi ka naam hai sound personality</w:t>
      </w:r>
    </w:p>
    <w:p>
      <w:pPr>
        <w:jc w:val="right"/>
      </w:pPr>
      <w:r>
        <w:t>جو ادمی اپنے اپ کو یعنی ایکسٹرنل انفلوئنس سے بچا سکے تو اس کے بعد جو پرسنیلٹی ڈیویلپ کرے گی وہ اسی کا نام ہے ساؤنڈ پرسنیلٹی</w:t>
      </w:r>
    </w:p>
    <w:p>
      <w:r>
        <w:rPr>
          <w:b/>
        </w:rPr>
        <w:t xml:space="preserve">[1:22:13] </w:t>
      </w:r>
      <w:r>
        <w:t>Maulana Sharq Hussain ne Delhi se sawal kiya hai</w:t>
      </w:r>
    </w:p>
    <w:p>
      <w:pPr>
        <w:jc w:val="right"/>
      </w:pPr>
      <w:r>
        <w:t>مولانا شارق حسین نے دلی سے سوال کیا ہے</w:t>
      </w:r>
    </w:p>
    <w:p>
      <w:r>
        <w:rPr>
          <w:b/>
        </w:rPr>
        <w:t xml:space="preserve">[1:22:18] </w:t>
      </w:r>
      <w:r>
        <w:t>woh pooch rahe hain ke Maulana kuch log Islam ke kisi bhi mamle par rethinking ke amal se rokte hue kehte hain ke Islam aqal par nahi hai is bare mein aap kya kehna chahenge Quran mein jo kehta hai woh ghalat kehta hai Quran to kehta hai aqal ko istemal karo is se kahe ke tum tumhari soch ghalat hai</w:t>
      </w:r>
    </w:p>
    <w:p>
      <w:pPr>
        <w:jc w:val="right"/>
      </w:pPr>
      <w:r>
        <w:t>وہ پوچھ رہے ہیں کہ مولانا کچھ لوگ اسلام کے کسی بھی معاملے پر ری تھنکنگ کے عمل سے روکتے ہوئے کہتے ہیں کہ اسلام عقل پر نہیں ہے اس بارے میں اپ کیا کہنا چاہیں گے قران میں جو کہتا ہے وہ غلط کہتا ہے قران تو کہتا ہے عقل کو استعمال کرو اس سے کہے کہ تم تمہاری سوچ غلط ہے</w:t>
      </w:r>
    </w:p>
    <w:p>
      <w:r>
        <w:rPr>
          <w:b/>
        </w:rPr>
        <w:t xml:space="preserve">[1:22:45] </w:t>
      </w:r>
      <w:r>
        <w:t>Quran saaf hai ulul albab ka lafz aata hai aqal ka lafz aata hai bar bar ke apni aqal ko istemal karo lub mani bhi aqal ke hote hain apni lub ko istemal karo bar bar aata hai phir lub ko istemal karo apni aqal ko istemal karo to kaun hai rokne wala jo rokta hai woh khud aap apne ko apne zehn ko sahi kare</w:t>
      </w:r>
    </w:p>
    <w:p>
      <w:pPr>
        <w:jc w:val="right"/>
      </w:pPr>
      <w:r>
        <w:t>قران صاف ہے الالباب کا لفظ اتا ہے عقل کا لفظ اتا ہے بار بار کہ اپنی عقل کو استعمال کرو لب معنی بھی عقل کے ہوتے ہیں اپنی لب کو استعمال کرو بار بار اتا ہے پھر لب کو استعمال کرو اپنی عقل کو استعمال کرو تو کون ہے روکنے والا جو روکتا ہے وہ خود اپ اپنے کو اپنے ذہن کو صحیح کرے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