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al-Adha November 21, 2010</w:t>
      </w:r>
    </w:p>
    <w:p>
      <w:r>
        <w:t>https://youtu.be/kU2kErJbPqk</w:t>
      </w:r>
    </w:p>
    <w:p>
      <w:r>
        <w:rPr>
          <w:b/>
        </w:rPr>
        <w:t xml:space="preserve">[00:13] </w:t>
      </w:r>
      <w:r>
        <w:t>Bismillah hir rahman nir rahim, wa salallahu ala nabiyyil karim.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Aaj November ki 21 tareekh hai, aur abhi 17 November ko Eid al-Adha thi.</w:t>
      </w:r>
    </w:p>
    <w:p>
      <w:pPr>
        <w:jc w:val="right"/>
      </w:pPr>
      <w:r>
        <w:t>آج نومبر کی 21 تاریخ ہے، اور ابھی 17 نومبر کو عید الاضحی تھی۔</w:t>
      </w:r>
    </w:p>
    <w:p>
      <w:r>
        <w:rPr>
          <w:b/>
        </w:rPr>
        <w:t xml:space="preserve">[00:44] </w:t>
      </w:r>
      <w:r>
        <w:t>Is nisbat se, is nisbat se main aaj Eid al-Adha ke bare mein kuch kehna chahta hoon.</w:t>
      </w:r>
    </w:p>
    <w:p>
      <w:pPr>
        <w:jc w:val="right"/>
      </w:pPr>
      <w:r>
        <w:t>اس نسبت سے، اس نسبت سے میں آج عید اضحی کے بارے میں کچھ کہنا چاہتا ہوں۔</w:t>
      </w:r>
    </w:p>
    <w:p>
      <w:r>
        <w:rPr>
          <w:b/>
        </w:rPr>
        <w:t xml:space="preserve">[00:57] </w:t>
      </w:r>
      <w:r>
        <w:t>Aap jante hain ke Eid al-Adha, yani qurbani ki Eid, har saal Zul-Hijjah mein aati hai.</w:t>
      </w:r>
    </w:p>
    <w:p>
      <w:pPr>
        <w:jc w:val="right"/>
      </w:pPr>
      <w:r>
        <w:t>آپ جانتے ہیں کہ عید اضحی، یعنی قربانی کی عید، ہر سال ذوالحجہ میں آتی ہے۔</w:t>
      </w:r>
    </w:p>
    <w:p>
      <w:r>
        <w:rPr>
          <w:b/>
        </w:rPr>
        <w:t xml:space="preserve">[01:09] </w:t>
      </w:r>
      <w:r>
        <w:t>Yeh Eid al-Adha kya hai?</w:t>
      </w:r>
    </w:p>
    <w:p>
      <w:pPr>
        <w:jc w:val="right"/>
      </w:pPr>
      <w:r>
        <w:t>یہ عید اضحی کیا ہے؟</w:t>
      </w:r>
    </w:p>
    <w:p>
      <w:r>
        <w:rPr>
          <w:b/>
        </w:rPr>
        <w:t xml:space="preserve">[01:12] </w:t>
      </w:r>
      <w:r>
        <w:t>Yeh darasal chhota Hajj hai. Hajj ka mukammal Hajj saare munasib ke sath ada kiya jata hai Makkah mein.</w:t>
      </w:r>
    </w:p>
    <w:p>
      <w:pPr>
        <w:jc w:val="right"/>
      </w:pPr>
      <w:r>
        <w:t>یہ دراصل چھوٹا حج ہے۔ حج کا مکمل حج سارے مناسب کے ساتھ ادا کیا جاتا ہے مکہ میں۔</w:t>
      </w:r>
    </w:p>
    <w:p>
      <w:r>
        <w:rPr>
          <w:b/>
        </w:rPr>
        <w:t xml:space="preserve">[01:27] </w:t>
      </w:r>
      <w:r>
        <w:t>Isi ka kuch hissa hum har jagah ada karte hain. To yeh Hajj ki yaad ke liye hai. Yani barah-e-rast taur par Hajj mein shamil na hote hue,</w:t>
      </w:r>
    </w:p>
    <w:p>
      <w:pPr>
        <w:jc w:val="right"/>
      </w:pPr>
      <w:r>
        <w:t>اسی کا کچھ حصہ ہم ہر جگہ ادا کرتے ہیں۔ تو یہ حج کی یاد کے لیے ہے۔ یعنی براہ راست طور پر حج میں شریک نہ ہوتے ہوئے،</w:t>
      </w:r>
    </w:p>
    <w:p>
      <w:r>
        <w:rPr>
          <w:b/>
        </w:rPr>
        <w:t xml:space="preserve">[01:41] </w:t>
      </w:r>
      <w:r>
        <w:t>juzwi taur par yeh Hajj mein shirkhat hai, Eid al-Adha. To Eid al-Adha darasal judi hui hai Hajj se.</w:t>
      </w:r>
    </w:p>
    <w:p>
      <w:pPr>
        <w:jc w:val="right"/>
      </w:pPr>
      <w:r>
        <w:t>جزوی طور پر یہ حج میں شرکت ہے، عید اضحی۔ تو عید اضحی دراصل جڑی ہوئی ہے حج سے۔</w:t>
      </w:r>
    </w:p>
    <w:p>
      <w:r>
        <w:rPr>
          <w:b/>
        </w:rPr>
        <w:t xml:space="preserve">[01:52] </w:t>
      </w:r>
      <w:r>
        <w:t>isi lihaz se main aaj kuch bare mein, aaj ke, aaj eid ul azha ke bare mein aur haj ke bare mein kuch kehna chahta hoon.</w:t>
      </w:r>
    </w:p>
    <w:p>
      <w:pPr>
        <w:jc w:val="right"/>
      </w:pPr>
      <w:r>
        <w:t>اسی لحاظ سے میں آج کچھ بارے میں، آج کے، آج عید اضحی کے بارے میں اور حج کے بارے میں کچھ کہنا چاہتا ہوں۔</w:t>
      </w:r>
    </w:p>
    <w:p>
      <w:r>
        <w:rPr>
          <w:b/>
        </w:rPr>
        <w:t xml:space="preserve">[02:01] </w:t>
      </w:r>
      <w:r>
        <w:t>dekhen, aam taur par log samajhte hain ke</w:t>
      </w:r>
    </w:p>
    <w:p>
      <w:pPr>
        <w:jc w:val="right"/>
      </w:pPr>
      <w:r>
        <w:t>دیکھیں، عام طور پر لوگ سمجھتے ہیں کہ</w:t>
      </w:r>
    </w:p>
    <w:p>
      <w:r>
        <w:rPr>
          <w:b/>
        </w:rPr>
        <w:t xml:space="preserve">[02:06] </w:t>
      </w:r>
      <w:r>
        <w:t>eid ul azha yeh hai ke aap subah ko do rak'at namaz parh len, aur is ke baad qurbani kar den, janwar ki.</w:t>
      </w:r>
    </w:p>
    <w:p>
      <w:pPr>
        <w:jc w:val="right"/>
      </w:pPr>
      <w:r>
        <w:t>عید اضحی یہ ہے کہ آپ صبح کو دو رکعت نماز پڑھ لیں، اور اس کے بعد قربانی کر دیں، جانور کی۔</w:t>
      </w:r>
    </w:p>
    <w:p>
      <w:r>
        <w:rPr>
          <w:b/>
        </w:rPr>
        <w:t xml:space="preserve">[02:18] </w:t>
      </w:r>
      <w:r>
        <w:t>haj ka matlab samajhte hain ke log wahan ja kar ke chand dinon ke andar makka mein kuch munasib ada kar den to haj ho gaya.</w:t>
      </w:r>
    </w:p>
    <w:p>
      <w:pPr>
        <w:jc w:val="right"/>
      </w:pPr>
      <w:r>
        <w:t>حج کا مطلب سمجھتے ہیں کہ لوگ وہاں جا کر کے چند دنوں کے اندر مکہ میں کچھ مناسب ادا کر دیں تو حج ہو گیا۔</w:t>
      </w:r>
    </w:p>
    <w:p>
      <w:r>
        <w:rPr>
          <w:b/>
        </w:rPr>
        <w:t xml:space="preserve">[02:27] </w:t>
      </w:r>
      <w:r>
        <w:t>dekhen, yeh haj ka</w:t>
      </w:r>
    </w:p>
    <w:p>
      <w:pPr>
        <w:jc w:val="right"/>
      </w:pPr>
      <w:r>
        <w:t>دیکھیں، یہ حج کا</w:t>
      </w:r>
    </w:p>
    <w:p>
      <w:r>
        <w:rPr>
          <w:b/>
        </w:rPr>
        <w:t xml:space="preserve">[02:31] </w:t>
      </w:r>
      <w:r>
        <w:t>musaghar tasawwur hai, yani reduced form hai haj ka. haj is se bohat zyada hai, eid ul azha is se bohat zyada hai. dekhen, haj jo hai,</w:t>
      </w:r>
    </w:p>
    <w:p>
      <w:pPr>
        <w:jc w:val="right"/>
      </w:pPr>
      <w:r>
        <w:t>مصغر تصور ہے، یعنی ریڈیوسڈ فارم ہے حج کا۔ حج اس سے بہت زیادہ ہے، عید اضحی اس سے بہت زیادہ ہے۔ دیکھیں، حج جو ہے،</w:t>
      </w:r>
    </w:p>
    <w:p>
      <w:r>
        <w:rPr>
          <w:b/>
        </w:rPr>
        <w:t xml:space="preserve">[02:47] </w:t>
      </w:r>
      <w:r>
        <w:t>is ke bare mein quran majeed mein hai: "li shahdo manafe'a lahum".</w:t>
      </w:r>
    </w:p>
    <w:p>
      <w:pPr>
        <w:jc w:val="right"/>
      </w:pPr>
      <w:r>
        <w:t>اس کے بارے میں قرآن مجید میں ہے: "لیشہدو منافع لہم"۔</w:t>
      </w:r>
    </w:p>
    <w:p>
      <w:r>
        <w:rPr>
          <w:b/>
        </w:rPr>
        <w:t xml:space="preserve">[02:54] </w:t>
      </w:r>
      <w:r>
        <w:t>yani wahan aa kar dekhen apne manafe' ko, apne faide ko. yahan faide ke mani kya hain?</w:t>
      </w:r>
    </w:p>
    <w:p>
      <w:pPr>
        <w:jc w:val="right"/>
      </w:pPr>
      <w:r>
        <w:t>یعنی وہاں آ کر دیکھیں اپنے منافع کو، اپنے فائدے کو۔ یہاں فائدے کے معنی کیا ہیں؟</w:t>
      </w:r>
    </w:p>
    <w:p>
      <w:r>
        <w:rPr>
          <w:b/>
        </w:rPr>
        <w:t xml:space="preserve">[03:02] </w:t>
      </w:r>
      <w:r>
        <w:t>faida se matlab rohani faida, imani faida, deeni faida hai. madi faida nahi hai. woh kya hai?</w:t>
      </w:r>
    </w:p>
    <w:p>
      <w:pPr>
        <w:jc w:val="right"/>
      </w:pPr>
      <w:r>
        <w:t>فائدہ سے مطلب روحانی فائدہ، ایمانی فائدہ، دینی فائدہ ہے۔ مادی فائدہ نہیں ہے۔ وہ کیا ہے؟</w:t>
      </w:r>
    </w:p>
    <w:p>
      <w:r>
        <w:rPr>
          <w:b/>
        </w:rPr>
        <w:t xml:space="preserve">[03:12] </w:t>
      </w:r>
      <w:r>
        <w:t>woh wahan ki tareekh. yani aik tareekh hai jo wahan bani Hazrat Hajra ke zaman</w:t>
      </w:r>
    </w:p>
    <w:p>
      <w:pPr>
        <w:jc w:val="right"/>
      </w:pPr>
      <w:r>
        <w:t>وہ وہاں کی تاریخ۔ یعنی ایک تاریخ ہے جو وہاں بنی حضرت ہاجرہ کے زمان</w:t>
      </w:r>
    </w:p>
    <w:p>
      <w:r>
        <w:rPr>
          <w:b/>
        </w:rPr>
        <w:t xml:space="preserve">[03:20] </w:t>
      </w:r>
      <w:r>
        <w:t>e se, Hazrat Hajra, Hazrat Ismail, Hazrat Ismail Ibrahim ke zamane se bani. aur phir woh chalti rahi yahan tak ke rasool Allah tak pohnchi, sahaba ka daur aaya, tab'een ka daur aaya, aur ab tak woh is ka tasalsul jari hai.</w:t>
      </w:r>
    </w:p>
    <w:p>
      <w:pPr>
        <w:jc w:val="right"/>
      </w:pPr>
      <w:r>
        <w:t>ے سے، حضرت ہاجرہ، حضرت اسماعیل، حضرت اسماعیل ابراہیم کے زمانے سے بنی۔ اور پھر وہ چلتی رہی یہاں تک کہ رسول اللہ تک پہنچی، صحابہ کا دور آیا، تابعین کا دور آیا، اور اب تک وہ اس کا تسلسل جاری ہے۔</w:t>
      </w:r>
    </w:p>
    <w:p>
      <w:r>
        <w:rPr>
          <w:b/>
        </w:rPr>
        <w:t xml:space="preserve">[03:39] </w:t>
      </w:r>
      <w:r>
        <w:t>to yeh poori tareekh char hazar saal ki tareekh hai. haj ka matlab yeh hai ke apne jagah ko chhod kar aap jayen.</w:t>
      </w:r>
    </w:p>
    <w:p>
      <w:pPr>
        <w:jc w:val="right"/>
      </w:pPr>
      <w:r>
        <w:t>تو یہ پوری تاریخ چار ہزار سال کی تاریخ ہے۔ حج کا مطلب یہ ہے کہ اپنے جگہ کو چھوڑ کر آپ جائیں۔</w:t>
      </w:r>
    </w:p>
    <w:p>
      <w:r>
        <w:rPr>
          <w:b/>
        </w:rPr>
        <w:t xml:space="preserve">[03:50] </w:t>
      </w:r>
      <w:r>
        <w:t>duniya mein aap hote hain, aap apni apni jagah par hote hain to apne family mein jure hue hain, apne business mein, apne job mein jure hue hain. is se alag ho kar, is se munqati' ho kar aap wahan jayen jahan char hazar saal ki tareekh aap ko yaad aayegi,</w:t>
      </w:r>
    </w:p>
    <w:p>
      <w:pPr>
        <w:jc w:val="right"/>
      </w:pPr>
      <w:r>
        <w:t>دنیا میں آپ ہوتے ہیں، آپ اپنی اپنی جگہ پر ہوتے ہیں تو اپنے فیملی میں جڑے ہوئے ہیں، اپنے بزنس میں، اپنے جاب میں جڑے ہوئے ہیں۔ اس سے الگ ہو کر، اس سے منقطع ہو کر آپ وہاں جائیں جہاں چار ہزار سال کی تاریخ آپ کو یاد آئے گی،</w:t>
      </w:r>
    </w:p>
    <w:p>
      <w:r>
        <w:rPr>
          <w:b/>
        </w:rPr>
        <w:t xml:space="preserve">[04:09] </w:t>
      </w:r>
      <w:r>
        <w:t>is ke nishanat yaad aayenge, is ke shayer yaad aayenge. to yeh aik bohat bara mu'amla hai.</w:t>
      </w:r>
    </w:p>
    <w:p>
      <w:pPr>
        <w:jc w:val="right"/>
      </w:pPr>
      <w:r>
        <w:t>اس کے نشانات یاد آئیں گے، اس کے شاعر یاد آئیں گے۔ تو یہ ایک بہت بڑا معاملہ ہے۔</w:t>
      </w:r>
    </w:p>
    <w:p>
      <w:r>
        <w:rPr>
          <w:b/>
        </w:rPr>
        <w:t xml:space="preserve">[04:18] </w:t>
      </w:r>
      <w:r>
        <w:t>yeh chand dinon ka mu'amla nahi hai.</w:t>
      </w:r>
    </w:p>
    <w:p>
      <w:pPr>
        <w:jc w:val="right"/>
      </w:pPr>
      <w:r>
        <w:t>یہ چند دنوں کا معاملہ نہیں ہے۔</w:t>
      </w:r>
    </w:p>
    <w:p>
      <w:r>
        <w:rPr>
          <w:b/>
        </w:rPr>
        <w:t xml:space="preserve">[04:22] </w:t>
      </w:r>
      <w:r>
        <w:t>agar aadmi, log aam taur par kya karte hain? jab haj ke liye jate hain to kuch duaen rat'te hain aur kuch rasoom yaad karte hain.</w:t>
      </w:r>
    </w:p>
    <w:p>
      <w:pPr>
        <w:jc w:val="right"/>
      </w:pPr>
      <w:r>
        <w:t>اگر آدمی، لوگ عام طور پر کیا کرتے ہیں؟ جب حج کے لیے جاتے ہیں تو کچھ دعائیں رٹتے ہیں اور کچھ مراسم یاد کرتے ہیں۔</w:t>
      </w:r>
    </w:p>
    <w:p>
      <w:r>
        <w:rPr>
          <w:b/>
        </w:rPr>
        <w:t xml:space="preserve">[04:33] </w:t>
      </w:r>
      <w:r>
        <w:t>samajhte hain ke bas is ko ada kar diya to bas haj ho gaya.</w:t>
      </w:r>
    </w:p>
    <w:p>
      <w:pPr>
        <w:jc w:val="right"/>
      </w:pPr>
      <w:r>
        <w:t>سمجھتے ہیں کہ بس اس کو ادا کر دیا تو بس حج ہو گیا۔</w:t>
      </w:r>
    </w:p>
    <w:p>
      <w:r>
        <w:rPr>
          <w:b/>
        </w:rPr>
        <w:t xml:space="preserve">[04:38] </w:t>
      </w:r>
      <w:r>
        <w:t>aisa nahi hai.</w:t>
      </w:r>
    </w:p>
    <w:p>
      <w:pPr>
        <w:jc w:val="right"/>
      </w:pPr>
      <w:r>
        <w:t>ایسا نہیں ہے۔</w:t>
      </w:r>
    </w:p>
    <w:p>
      <w:r>
        <w:rPr>
          <w:b/>
        </w:rPr>
        <w:t xml:space="preserve">[04:42] </w:t>
      </w:r>
      <w:r>
        <w:t>wahan jo aap ke liye tareekhi references hain, jo wahan tareekhi hawale hain, wahan jo sadaen goonj rahi hain aaj tak wahan ki fazaon mein,</w:t>
      </w:r>
    </w:p>
    <w:p>
      <w:pPr>
        <w:jc w:val="right"/>
      </w:pPr>
      <w:r>
        <w:t>وہاں جو آپ کے لیے تاریخی ریفرنسز ہیں، جو وہاں تاریخی حوالے ہیں، وہاں جو صدائیں گونج رہی ہیں آج تک وہاں کی فضاؤں میں،</w:t>
      </w:r>
    </w:p>
    <w:p>
      <w:r>
        <w:rPr>
          <w:b/>
        </w:rPr>
        <w:t xml:space="preserve">[04:56] </w:t>
      </w:r>
      <w:r>
        <w:t>un sab se apnon ko maboot karna aur un se inspiration le kar ke lotna, yeh haj isi ka aik chhota sa form hota hai, eid ul azha ki shakal mein har maqam par.</w:t>
      </w:r>
    </w:p>
    <w:p>
      <w:pPr>
        <w:jc w:val="right"/>
      </w:pPr>
      <w:r>
        <w:t>ان سب سے اپنوں کو مربوط کرنا اور ان سے انسپیریشن لے کر کے لوٹنا، یہ حج اسی کا ایک چھوٹا سا فارم ہوتا ہے، عید اضحی کی شکل میں ہر مقام پر۔</w:t>
      </w:r>
    </w:p>
    <w:p>
      <w:r>
        <w:rPr>
          <w:b/>
        </w:rPr>
        <w:t xml:space="preserve">[05:11] </w:t>
      </w:r>
      <w:r>
        <w:t>yeh tareekh kya hai? yeh tareekh shuru hoti hai yahan se ke Hazrat Ibrahim alehissalam ne Iraq mein apna mission shuru kiya, tauheed ka mission.</w:t>
      </w:r>
    </w:p>
    <w:p>
      <w:pPr>
        <w:jc w:val="right"/>
      </w:pPr>
      <w:r>
        <w:t>یہ تاریخ کیا ہے؟ یہ تاریخ شروع ہوتی ہے یہاں سے کہ حضرت ابراہیم علیہ السلام نے عراق میں اپنا مشن شروع کیا، توحید کا مشن۔</w:t>
      </w:r>
    </w:p>
    <w:p>
      <w:r>
        <w:rPr>
          <w:b/>
        </w:rPr>
        <w:t xml:space="preserve">[05:29] </w:t>
      </w:r>
      <w:r>
        <w:t>to Iraq is zamane mein mutamaddin ilaqa mana jata tha. shirk chhaya hua tha wahan par. ghair Allah ki parastish wahan par aam thi.</w:t>
      </w:r>
    </w:p>
    <w:p>
      <w:pPr>
        <w:jc w:val="right"/>
      </w:pPr>
      <w:r>
        <w:t>تو عراق اس زمانے میں متمدن علاقہ مانا جاتا تھا۔ شرک چھایا ہوا تھا وہاں پر۔ غیر اللہ کی پرستش وہاں پر عام تھی۔</w:t>
      </w:r>
    </w:p>
    <w:p>
      <w:r>
        <w:rPr>
          <w:b/>
        </w:rPr>
        <w:t xml:space="preserve">[05:41] </w:t>
      </w:r>
      <w:r>
        <w:t>to wahan ke logon ko aap ka paigham samajh mein nahi aaya. unhon ne aap ko radd kar diya. yeh saada baat nahi thi.</w:t>
      </w:r>
    </w:p>
    <w:p>
      <w:pPr>
        <w:jc w:val="right"/>
      </w:pPr>
      <w:r>
        <w:t>تو وہاں کے لوگوں کو آپ کا پیغام سمجھ میں نہیں آیا۔ انہوں نے آپ کو رد کر دیا۔ یہ سادہ بات نہیں تھی۔</w:t>
      </w:r>
    </w:p>
    <w:p>
      <w:r>
        <w:rPr>
          <w:b/>
        </w:rPr>
        <w:t xml:space="preserve">[05:53] </w:t>
      </w:r>
      <w:r>
        <w:t>is ke mani yeh thay ke logon ki conditioning shirk mein itni gehri ho chuki hai ke ab koi baat un ki samajh mein nahi aati.</w:t>
      </w:r>
    </w:p>
    <w:p>
      <w:pPr>
        <w:jc w:val="right"/>
      </w:pPr>
      <w:r>
        <w:t>اس کے معنی یہ تھے کہ لوگوں کی کنڈیشننگ شرک میں اتنی گہری ہو چکی ہے کہ اب کوئی بات ان کی سمجھ میں نہیں آتی۔</w:t>
      </w:r>
    </w:p>
    <w:p>
      <w:r>
        <w:rPr>
          <w:b/>
        </w:rPr>
        <w:t xml:space="preserve">[06:03] </w:t>
      </w:r>
      <w:r>
        <w:t>to Hazrat Ibrahim ne Allah ta'ala ke hidayat ke tehat yeh aik naya mansooba banaya</w:t>
      </w:r>
    </w:p>
    <w:p>
      <w:pPr>
        <w:jc w:val="right"/>
      </w:pPr>
      <w:r>
        <w:t>تو حضرت ابراہیم نے اللہ تعالیٰ کے ہدایت کے تحت یہ ایک نیا منصوبہ بنایا</w:t>
      </w:r>
    </w:p>
    <w:p>
      <w:r>
        <w:rPr>
          <w:b/>
        </w:rPr>
        <w:t xml:space="preserve">[06:13] </w:t>
      </w:r>
      <w:r>
        <w:t>jo dawat iraq mein barwar nahi hui thi. is ke liye re planning ki aap ne. to arab ke sehra mein hazrat hajra ko basana, yeh darasal re planning thi.</w:t>
      </w:r>
    </w:p>
    <w:p>
      <w:pPr>
        <w:jc w:val="right"/>
      </w:pPr>
      <w:r>
        <w:t>جو دعوت عراق میں بارور نہیں ہوئی تھی۔ اس کے لیے ری پلاننگ کی آپ نے۔ تو عرب کے صحرا میں حضرت ہاجرہ کو بسانا، یہ دراصل ری پلاننگ تھی۔</w:t>
      </w:r>
    </w:p>
    <w:p>
      <w:r>
        <w:rPr>
          <w:b/>
        </w:rPr>
        <w:t xml:space="preserve">[06:29] </w:t>
      </w:r>
      <w:r>
        <w:t>koi saada baat nahi thi. woh kya? ek nayi nasal banai jaye jo conditioning se pak ho.</w:t>
      </w:r>
    </w:p>
    <w:p>
      <w:pPr>
        <w:jc w:val="right"/>
      </w:pPr>
      <w:r>
        <w:t>کوئی سادہ بات نہیں تھی۔ وہ کیا؟ ایک نئی نسل بنائی جائے جو کنڈیشننگ سے پاک ہو۔</w:t>
      </w:r>
    </w:p>
    <w:p>
      <w:r>
        <w:rPr>
          <w:b/>
        </w:rPr>
        <w:t xml:space="preserve">[06:40] </w:t>
      </w:r>
      <w:r>
        <w:t>wahan par kya tha?</w:t>
      </w:r>
    </w:p>
    <w:p>
      <w:pPr>
        <w:jc w:val="right"/>
      </w:pPr>
      <w:r>
        <w:t>وہاں پر کیا تھا؟</w:t>
      </w:r>
    </w:p>
    <w:p>
      <w:r>
        <w:rPr>
          <w:b/>
        </w:rPr>
        <w:t xml:space="preserve">[06:42] </w:t>
      </w:r>
      <w:r>
        <w:t>bilkul desert tha. chateel pahar the. yani doosre lafzon mein ke sirf nature tha, nature bas aur kuch bhi nahi.</w:t>
      </w:r>
    </w:p>
    <w:p>
      <w:pPr>
        <w:jc w:val="right"/>
      </w:pPr>
      <w:r>
        <w:t>بالکل ڈیزرٹ تھا۔ چٹیل پہاڑ تھے۔ یعنی دوسرے لفظوں میں کہ صرف نیچر تھا، نیچر بس اور کچھ بھی نہیں۔</w:t>
      </w:r>
    </w:p>
    <w:p>
      <w:r>
        <w:rPr>
          <w:b/>
        </w:rPr>
        <w:t xml:space="preserve">[06:53] </w:t>
      </w:r>
      <w:r>
        <w:t>har taraf jidhar dekhen nature. raat ko dekhen to sitare chamak rahe hain. chand dikhai de raha hai. din ko suraj dikhai de raha hai. aasman, hawayein, pahar, desert.</w:t>
      </w:r>
    </w:p>
    <w:p>
      <w:pPr>
        <w:jc w:val="right"/>
      </w:pPr>
      <w:r>
        <w:t>ہر طرف جدھر دیکھیں نیچر۔ رات کو دیکھیں تو ستارے چمک رہے ہیں۔ چاند دکھائی دے رہا ہے۔ دن کو سورج دکھائی دے رہا ہے۔ آسمان، ہوائیں، پہاڑ، ڈیزرٹ۔</w:t>
      </w:r>
    </w:p>
    <w:p>
      <w:r>
        <w:rPr>
          <w:b/>
        </w:rPr>
        <w:t xml:space="preserve">[07:07] </w:t>
      </w:r>
      <w:r>
        <w:t>wahan ki dunya world of nature thi.</w:t>
      </w:r>
    </w:p>
    <w:p>
      <w:pPr>
        <w:jc w:val="right"/>
      </w:pPr>
      <w:r>
        <w:t>وہاں کی دنیا ورلڈ آف نیچر تھی۔</w:t>
      </w:r>
    </w:p>
    <w:p>
      <w:r>
        <w:rPr>
          <w:b/>
        </w:rPr>
        <w:t xml:space="preserve">[07:12] </w:t>
      </w:r>
      <w:r>
        <w:t>yani wahan par conditioning ka koi saman na tha. dekhen, conditioning hoti hai kahan? insano ke samaj mein, insani mahol mein, insani culture mein.</w:t>
      </w:r>
    </w:p>
    <w:p>
      <w:pPr>
        <w:jc w:val="right"/>
      </w:pPr>
      <w:r>
        <w:t>یعنی وہاں پر کنڈیشننگ کا کوئی سامان نہ تھا۔ دیکھیں، کنڈیشننگ ہوتی ہے کہاں؟ انسانوں کے سماج میں، انسانی ماحول میں، انسانی کلچر میں۔</w:t>
      </w:r>
    </w:p>
    <w:p>
      <w:r>
        <w:rPr>
          <w:b/>
        </w:rPr>
        <w:t xml:space="preserve">[07:25] </w:t>
      </w:r>
      <w:r>
        <w:t>wahan par aisa kuch maujood nahi tha. wahan to nature tha. aur nature to ain wohi hai jo Allah ko matloob hai.</w:t>
      </w:r>
    </w:p>
    <w:p>
      <w:pPr>
        <w:jc w:val="right"/>
      </w:pPr>
      <w:r>
        <w:t>وہاں پر ایسا کچھ موجود نہیں تھا۔ وہاں تو نیچر تھا۔ اور نیچر تو عین وہی ہے جو اللہ کو مطلوب ہے۔</w:t>
      </w:r>
    </w:p>
    <w:p>
      <w:r>
        <w:rPr>
          <w:b/>
        </w:rPr>
        <w:t xml:space="preserve">[07:35] </w:t>
      </w:r>
      <w:r>
        <w:t>to goya ke nature ki dunya mein, fitrat ki dunya mein ek nasal banai jaye</w:t>
      </w:r>
    </w:p>
    <w:p>
      <w:pPr>
        <w:jc w:val="right"/>
      </w:pPr>
      <w:r>
        <w:t>تو گویا کہ نیچر کی دنیا میں، فطرت کی دنیا میں ایک نسل بنائی جائے</w:t>
      </w:r>
    </w:p>
    <w:p>
      <w:r>
        <w:rPr>
          <w:b/>
        </w:rPr>
        <w:t xml:space="preserve">[07:43] </w:t>
      </w:r>
      <w:r>
        <w:t>jo tauheed ke paigham ko samjhe, jo conditioning se pak ho. yeh ek mansooba tha. is mansoobe ke liye sab se pehle kya kaam kiya aap ne?</w:t>
      </w:r>
    </w:p>
    <w:p>
      <w:pPr>
        <w:jc w:val="right"/>
      </w:pPr>
      <w:r>
        <w:t>جو توحید کے پیغام کو سمجھے، جو کنڈیشننگ سے پاک ہو۔ یہ ایک منصوبہ تھا۔ اس منصوبے کے لیے سب سے پہلے کیا کام کیا آپ نے؟</w:t>
      </w:r>
    </w:p>
    <w:p>
      <w:r>
        <w:rPr>
          <w:b/>
        </w:rPr>
        <w:t xml:space="preserve">[07:57] </w:t>
      </w:r>
      <w:r>
        <w:t>ke apni biwi hajra, apne bete ismail ko la kar ke basaya arab ke desert mein, sehra mein.</w:t>
      </w:r>
    </w:p>
    <w:p>
      <w:pPr>
        <w:jc w:val="right"/>
      </w:pPr>
      <w:r>
        <w:t>کہ اپنی بیوی ہاجرہ، اپنے بیٹے اسماعیل کو لا کر کے بسایا عرب کے ڈیزرٹ میں، صحرا میں۔</w:t>
      </w:r>
    </w:p>
    <w:p>
      <w:r>
        <w:rPr>
          <w:b/>
        </w:rPr>
        <w:t xml:space="preserve">[08:10] </w:t>
      </w:r>
      <w:r>
        <w:t>yeh pehla sabak kya</w:t>
      </w:r>
    </w:p>
    <w:p>
      <w:pPr>
        <w:jc w:val="right"/>
      </w:pPr>
      <w:r>
        <w:t>یہ پہلا سبق کیا</w:t>
      </w:r>
    </w:p>
    <w:p>
      <w:r>
        <w:rPr>
          <w:b/>
        </w:rPr>
        <w:t xml:space="preserve">[08:12] </w:t>
      </w:r>
      <w:r>
        <w:t>tha is mein? sari dunya jo hai family oriented life batati hai. yani khandan is ka concern hota hai. khandan ko le kar ke is ki soch chalti hai.</w:t>
      </w:r>
    </w:p>
    <w:p>
      <w:pPr>
        <w:jc w:val="right"/>
      </w:pPr>
      <w:r>
        <w:t>تھا اس میں؟ ساری دنیا جو ہے فیملی اورینٹڈ لائف بتاتی ہے۔ یعنی خاندان اس کا کنسرن ہوتا ہے۔ خاندان کو لے کر کے اس کی سوچ چلتی ہے۔</w:t>
      </w:r>
    </w:p>
    <w:p>
      <w:r>
        <w:rPr>
          <w:b/>
        </w:rPr>
        <w:t xml:space="preserve">[08:23] </w:t>
      </w:r>
      <w:r>
        <w:t>khandan rukh zindagi. wahan par kya sabak diya aap ne? nahi, mission rukh zindagi. hazrat ibrahim ke paas biwi thi, bachche the, ghar tha.</w:t>
      </w:r>
    </w:p>
    <w:p>
      <w:pPr>
        <w:jc w:val="right"/>
      </w:pPr>
      <w:r>
        <w:t>خاندان رخ زندگی۔ وہاں پر کیا سبق دیا آپ نے؟ نہیں، مشن رخ زندگی۔ حضرت ابراہیم کے پاس بیوی تھی، بچے تھے، گھر تھا۔</w:t>
      </w:r>
    </w:p>
    <w:p>
      <w:r>
        <w:rPr>
          <w:b/>
        </w:rPr>
        <w:t xml:space="preserve">[08:37] </w:t>
      </w:r>
      <w:r>
        <w:t>ek shakal yeh thi ke isi ko apna concern banate woh</w:t>
      </w:r>
    </w:p>
    <w:p>
      <w:pPr>
        <w:jc w:val="right"/>
      </w:pPr>
      <w:r>
        <w:t>ایک شکل یہ تھی کہ اسی کو اپنا کنسرن بناتے وہ</w:t>
      </w:r>
    </w:p>
    <w:p>
      <w:r>
        <w:rPr>
          <w:b/>
        </w:rPr>
        <w:t xml:space="preserve">[08:41] </w:t>
      </w:r>
      <w:r>
        <w:t>۔ nahi, unhon ne la kar ke sehra mein basaya. to yeh ek sabak tha ke tum khandan rukh zindagi ikhtiyar na karo balke mission rukh zindagi ikhtiyar karo.</w:t>
      </w:r>
    </w:p>
    <w:p>
      <w:pPr>
        <w:jc w:val="right"/>
      </w:pPr>
      <w:r>
        <w:t>۔ نہیں، انہوں نے لا کر کے صحرا میں بسایا۔ تو یہ ایک سبق تھا کہ تم خاندان رخ زندگی اختیار نہ کرو بلکہ مشن رخ زندگی اختیار کرو۔</w:t>
      </w:r>
    </w:p>
    <w:p>
      <w:r>
        <w:rPr>
          <w:b/>
        </w:rPr>
        <w:t xml:space="preserve">[08:53] </w:t>
      </w:r>
      <w:r>
        <w:t>mission oriented life. mission ka jo taqaza hai us ke mutabiq kaam karo. yeh kitna bara sabak tha. yeh waqti cheez nahi thi.</w:t>
      </w:r>
    </w:p>
    <w:p>
      <w:pPr>
        <w:jc w:val="right"/>
      </w:pPr>
      <w:r>
        <w:t>مشن اورینٹڈ لائف۔ مشن کا جو تقاضا ہے اس کے مطابق کام کرو۔ یہ کتنا بڑا سبق تھا۔ یہ وقتی چیز نہیں تھی۔</w:t>
      </w:r>
    </w:p>
    <w:p>
      <w:r>
        <w:rPr>
          <w:b/>
        </w:rPr>
        <w:t xml:space="preserve">[09:04] </w:t>
      </w:r>
      <w:r>
        <w:t>aaj bhi woh sabak hai. aaj bhi hazrat ibrahim ki woh awaz fazaon mein goonj rahi hai</w:t>
      </w:r>
    </w:p>
    <w:p>
      <w:pPr>
        <w:jc w:val="right"/>
      </w:pPr>
      <w:r>
        <w:t>آج بھی وہ سبق ہے۔ آج بھی حضرت ابراہیم کی وہ آواز فضاؤں میں گونج رہی ہے</w:t>
      </w:r>
    </w:p>
    <w:p>
      <w:r>
        <w:rPr>
          <w:b/>
        </w:rPr>
        <w:t xml:space="preserve">[09:10] </w:t>
      </w:r>
      <w:r>
        <w:t>ke aye logon! agar tum chahte ho ke tum ko Allah ki madad mile, Allah tum se razi ho to family oriented life chodo,</w:t>
      </w:r>
    </w:p>
    <w:p>
      <w:pPr>
        <w:jc w:val="right"/>
      </w:pPr>
      <w:r>
        <w:t>کہ اے لوگوں! اگر تم چاہتے ہو کہ تم کو اللہ کی مدد ملے، اللہ تم سے راضی ہو تو فیملی اورینٹڈ لائف چھوڑو،</w:t>
      </w:r>
    </w:p>
    <w:p>
      <w:r>
        <w:rPr>
          <w:b/>
        </w:rPr>
        <w:t xml:space="preserve">[09:23] </w:t>
      </w:r>
      <w:r>
        <w:t>mission oriented life ikhtiyar karo. jo mission ka taqaza hai us ko karo. yani kitna bara yeh message hai jo aaj bhi goonj raha hai wahan ki fazaon mein.</w:t>
      </w:r>
    </w:p>
    <w:p>
      <w:pPr>
        <w:jc w:val="right"/>
      </w:pPr>
      <w:r>
        <w:t>مشن اورینٹڈ لائف اختیار کرو۔ جو مشن کا تقاضا ہے اس کو کرو۔ یعنی کتنا بڑا یہ میسج ہے جو آج بھی گونج رہا ہے وہاں کی فضاؤں میں۔</w:t>
      </w:r>
    </w:p>
    <w:p>
      <w:r>
        <w:rPr>
          <w:b/>
        </w:rPr>
        <w:t xml:space="preserve">[09:36] </w:t>
      </w:r>
      <w:r>
        <w:t>to wahan par hazrat ibrahim ne apne ahliya ko basa diya, bachche ismail ko basa diya jo chote the us waqt.</w:t>
      </w:r>
    </w:p>
    <w:p>
      <w:pPr>
        <w:jc w:val="right"/>
      </w:pPr>
      <w:r>
        <w:t>تو وہاں پر حضرت ابراہیم نے اپنے اہلیہ کو بسا دیا، بچے اسماعیل کو بسا دیا جو چھوٹے تھے اس وقت۔</w:t>
      </w:r>
    </w:p>
    <w:p>
      <w:r>
        <w:rPr>
          <w:b/>
        </w:rPr>
        <w:t xml:space="preserve">[09:47] </w:t>
      </w:r>
      <w:r>
        <w:t>to aap ko maloom hai ke hazrat ibrahim ne khwab dekha tha ke main apne bete ko zabah kar raha hoon. to sach much hi woh un ko zabah karne ke liye lita diya unhon ne.</w:t>
      </w:r>
    </w:p>
    <w:p>
      <w:pPr>
        <w:jc w:val="right"/>
      </w:pPr>
      <w:r>
        <w:t>تو آپ کو معلوم ہے کہ حضرت ابراہیم نے خواب دیکھا تھا کہ میں اپنے بیٹے کو ذبح کر رہا ہوں۔ تو سچ مچ ہی وہ ان کو ذبح کرنے کے لیے لٹا دیا انہوں نے۔</w:t>
      </w:r>
    </w:p>
    <w:p>
      <w:r>
        <w:rPr>
          <w:b/>
        </w:rPr>
        <w:t xml:space="preserve">[10:00] </w:t>
      </w:r>
      <w:r>
        <w:t>lekin awaz aayi ke nahi. yani woh khwab tha tamseeli.</w:t>
      </w:r>
    </w:p>
    <w:p>
      <w:pPr>
        <w:jc w:val="right"/>
      </w:pPr>
      <w:r>
        <w:t>لیکن آواز آئی کہ نہیں۔ یعنی وہ خواب تھا تمثیلی۔</w:t>
      </w:r>
    </w:p>
    <w:p>
      <w:r>
        <w:rPr>
          <w:b/>
        </w:rPr>
        <w:t xml:space="preserve">[10:08] </w:t>
      </w:r>
      <w:r>
        <w:t>tamseeli yani woh symbolic way mein woh khwab tha.</w:t>
      </w:r>
    </w:p>
    <w:p>
      <w:pPr>
        <w:jc w:val="right"/>
      </w:pPr>
      <w:r>
        <w:t>تمثیلی یعنی وہ سمبولک وے میں وہ خواب تھا۔</w:t>
      </w:r>
    </w:p>
    <w:p>
      <w:r>
        <w:rPr>
          <w:b/>
        </w:rPr>
        <w:t xml:space="preserve">[10:15] </w:t>
      </w:r>
      <w:r>
        <w:t>matlab kya tha? ke hazrat ismail ko desert mein basao. yeh tha zabiha.</w:t>
      </w:r>
    </w:p>
    <w:p>
      <w:pPr>
        <w:jc w:val="right"/>
      </w:pPr>
      <w:r>
        <w:t>مطلب کیا تھا؟ کہ حضرت اسماعیل کو ڈیزرٹ میں بساؤ۔ یہ تھا ذبیحہ۔</w:t>
      </w:r>
    </w:p>
    <w:p>
      <w:r>
        <w:rPr>
          <w:b/>
        </w:rPr>
        <w:t xml:space="preserve">[10:26] </w:t>
      </w:r>
      <w:r>
        <w:t>to chunaanche kya hua ke Hazrat Ibrahim ne ek dinbeh zibah kar diya aur Ismail ko basaya desert mein.</w:t>
      </w:r>
    </w:p>
    <w:p>
      <w:pPr>
        <w:jc w:val="right"/>
      </w:pPr>
      <w:r>
        <w:t>تو چنانچہ کیا ہوا کہ حضرت ابراہیم نے ایک دنبہ ذبح کر دیا اور اسماعیل کو بسایا ڈیزرٹ میں۔</w:t>
      </w:r>
    </w:p>
    <w:p>
      <w:r>
        <w:rPr>
          <w:b/>
        </w:rPr>
        <w:t xml:space="preserve">[10:37] </w:t>
      </w:r>
      <w:r>
        <w:t>bahut se qisse kahaniyan hain ke woh dinbeh jannat se aaya tha aur jannat ke baghon mein woh charcha tha, charta tha.</w:t>
      </w:r>
    </w:p>
    <w:p>
      <w:pPr>
        <w:jc w:val="right"/>
      </w:pPr>
      <w:r>
        <w:t>بہت سے قصے کہانیاں ہیں کہ وہ دنبہ جنت سے آیا تھا اور جنت کے باغوں میں وہ چرچا تھا، چرتا تھا۔</w:t>
      </w:r>
    </w:p>
    <w:p>
      <w:r>
        <w:rPr>
          <w:b/>
        </w:rPr>
        <w:t xml:space="preserve">[10:47] </w:t>
      </w:r>
      <w:r>
        <w:t>yeh sab bilkul baseless baatein hain. Sab farzi kahaniyan hain. Aam dinbeh tha woh aise hi jaise dinbe hote hain. Bas woh kahin aasman se ya jannat se nahi aaya tha.</w:t>
      </w:r>
    </w:p>
    <w:p>
      <w:pPr>
        <w:jc w:val="right"/>
      </w:pPr>
      <w:r>
        <w:t>یہ سب بالکل بیسلیس باتیں ہیں۔ سب فرضی کہانیاں ہیں۔ عام دنبہ تھا وہ ایسے ہی جیسے دنبے ہوتے ہیں۔ بس وہ کہیں آسمان سے یا جنت سے نہیں آیا تھا۔</w:t>
      </w:r>
    </w:p>
    <w:p>
      <w:r>
        <w:rPr>
          <w:b/>
        </w:rPr>
        <w:t xml:space="preserve">[11:00] </w:t>
      </w:r>
      <w:r>
        <w:t>aur zibah azeem jo Quran mein aaya, zibah azeem se murad Ismail hain, dinbeh nahi hai.</w:t>
      </w:r>
    </w:p>
    <w:p>
      <w:pPr>
        <w:jc w:val="right"/>
      </w:pPr>
      <w:r>
        <w:t>اور ذبح عظیم جو قرآن میں آیا، ذبح عظیم سے مراد اسماعیل ہیں، دنبہ نہیں ہے۔</w:t>
      </w:r>
    </w:p>
    <w:p>
      <w:r>
        <w:rPr>
          <w:b/>
        </w:rPr>
        <w:t xml:space="preserve">[11:05] </w:t>
      </w:r>
      <w:r>
        <w:t>unhone dinbe ko zibah azeem samajh rakha hai. Nahi, Hazrat Ismail ya zyada badi qurbani yeh ki taraf ishara hai. Badi qurbani kya thi?</w:t>
      </w:r>
    </w:p>
    <w:p>
      <w:pPr>
        <w:jc w:val="right"/>
      </w:pPr>
      <w:r>
        <w:t>انہوں نے دنبے کو ذبح عظیم سمجھ رکھا ہے۔ نہیں، حضرت اسماعیل یا زیادہ بڑی قربانی یہ کی طرف اشارہ ہے۔ بڑی قربانی کیا تھی؟</w:t>
      </w:r>
    </w:p>
    <w:p>
      <w:r>
        <w:rPr>
          <w:b/>
        </w:rPr>
        <w:t xml:space="preserve">[11:16] </w:t>
      </w:r>
      <w:r>
        <w:t>ke apne bete ko ek bade maqsad ke liye, ek bade mission ke liye sehra mein basa do. Yeh tha zibah azeem aur yeh thi asal qurbani.</w:t>
      </w:r>
    </w:p>
    <w:p>
      <w:pPr>
        <w:jc w:val="right"/>
      </w:pPr>
      <w:r>
        <w:t>کہ اپنے بیٹے کو ایک بڑے مقصد کے لیے، ایک بڑے مشن کے لیے صحرا میں بسا دو۔ یہ تھا ذبح عظیم اور یہ تھی اصل قربانی۔</w:t>
      </w:r>
    </w:p>
    <w:p>
      <w:r>
        <w:rPr>
          <w:b/>
        </w:rPr>
        <w:t xml:space="preserve">[11:28] </w:t>
      </w:r>
      <w:r>
        <w:t>to wahan par kya hua? Ke log aam taur par kuch aisi kahaniyon se dilchaspi rakhte hain jis mein kuch asraaniyat ho, jo mysterious nature jis ka ho.</w:t>
      </w:r>
    </w:p>
    <w:p>
      <w:pPr>
        <w:jc w:val="right"/>
      </w:pPr>
      <w:r>
        <w:t>تو وہاں پر کیا ہوا؟ کہ لوگ عام طور پر کچھ ایسی کہانیوں سے دلچسپی رکھتے ہیں جس میں کچھ پراثانیت ہو، جو مسٹیریس نیچر جس کا ہو۔</w:t>
      </w:r>
    </w:p>
    <w:p>
      <w:r>
        <w:rPr>
          <w:b/>
        </w:rPr>
        <w:t xml:space="preserve">[11:43] </w:t>
      </w:r>
      <w:r>
        <w:t>misalan yeh samajhte hain ke jo Kaba, baba Hazrat Rasool Allah ne Hazrat Ibrahim ne jo Kaba banaya tha to uska jo Hajar-e-Aswad hai woh aasman se aaya tha.</w:t>
      </w:r>
    </w:p>
    <w:p>
      <w:pPr>
        <w:jc w:val="right"/>
      </w:pPr>
      <w:r>
        <w:t>مثلاً یہ سمجھتے ہیں کہ جو کعبہ، بابا حضرت رسول اللہ نے حضرت ابراہیم نے جو کعبہ بنایا تھا تو اس کا جو حجر اسود ہے وہ آسمان سے آیا تھا۔</w:t>
      </w:r>
    </w:p>
    <w:p>
      <w:r>
        <w:rPr>
          <w:b/>
        </w:rPr>
        <w:t xml:space="preserve">[11:54] </w:t>
      </w:r>
      <w:r>
        <w:t>pehlay safaid tha, phir ka</w:t>
      </w:r>
    </w:p>
    <w:p>
      <w:pPr>
        <w:jc w:val="right"/>
      </w:pPr>
      <w:r>
        <w:t>پہلے سفید تھا، پھر کال</w:t>
      </w:r>
    </w:p>
    <w:p>
      <w:r>
        <w:rPr>
          <w:b/>
        </w:rPr>
        <w:t xml:space="preserve">[11:55] </w:t>
      </w:r>
      <w:r>
        <w:t>la ho gaya. Yeh sab bilkul baseless kahaniyan hain. Bilkul baseless kahaniyan hain. Aisi bahut sari kahaniyan bana rakhi hain aur usko walidain sunate hain aur log khoob sun sun kar khush hote hain.</w:t>
      </w:r>
    </w:p>
    <w:p>
      <w:pPr>
        <w:jc w:val="right"/>
      </w:pPr>
      <w:r>
        <w:t>ا ہو گیا۔ یہ سب بالکل بیسلیس کہانیاں ہیں۔ بالکل بیسلیس کہانیاں ہیں۔ ایسی بہت ساری کہانیاں بنا رکھی ہیں اور اس کو والدین سناتے ہیں اور لوگ خوب سن سن کر خوش ہوتے ہیں۔</w:t>
      </w:r>
    </w:p>
    <w:p>
      <w:r>
        <w:rPr>
          <w:b/>
        </w:rPr>
        <w:t xml:space="preserve">[12:09] </w:t>
      </w:r>
      <w:r>
        <w:t>iska sabak jo hai usko janiye aap. Asal cheez hai is mein sabak nikaliye. Us ko kehte hain toosam. Quran mein toosam kijiye.</w:t>
      </w:r>
    </w:p>
    <w:p>
      <w:pPr>
        <w:jc w:val="right"/>
      </w:pPr>
      <w:r>
        <w:t>اس کا سبق جو ہے اس کو جانیے آپ۔ اصل چیز ہے اس میں سبق نکالیے۔ اس کو کہتے ہیں توسم۔ قرآن میں توسم کیجئے۔</w:t>
      </w:r>
    </w:p>
    <w:p>
      <w:r>
        <w:rPr>
          <w:b/>
        </w:rPr>
        <w:t xml:space="preserve">[12:18] </w:t>
      </w:r>
      <w:r>
        <w:t>toosam ke maani hain ke cheezon se unke lesson ko nikalna. To draw lesson. Purasarar kahaniyan jo hain jo walidain sunate hain woh aam taur par mawzuat hoti hain jo haqeeqat unki nahi hoti hai.</w:t>
      </w:r>
    </w:p>
    <w:p>
      <w:pPr>
        <w:jc w:val="right"/>
      </w:pPr>
      <w:r>
        <w:t>توسم کے معنی ہیں کہ چیزوں سے ان کے لیسن کو نکالنا۔ ٹو ڈرا لیسن۔ پراسرار کہانیاں جو ہیں جو والدین سناتے ہیں وہ عام طور پر موضوعات ہوتی ہیں جو حقیقت ان کی نہیں ہوتی ہے۔</w:t>
      </w:r>
    </w:p>
    <w:p>
      <w:r>
        <w:rPr>
          <w:b/>
        </w:rPr>
        <w:t xml:space="preserve">[12:37] </w:t>
      </w:r>
      <w:r>
        <w:t>to dekhiye wahan par kya hua? Ek to yeh ke wahan par pani nahi tha us waqt jab ke Hazrat Hajra ko basaya tha. To jab Hazrat Hajra ko chhod kar Hazrat Ibrahim jaane lage to unhone poocha ke aap hum ko chhod kar yahan ja rahe hain?</w:t>
      </w:r>
    </w:p>
    <w:p>
      <w:pPr>
        <w:jc w:val="right"/>
      </w:pPr>
      <w:r>
        <w:t>تو دیکھیے وہاں پر کیا ہوا؟ ایک تو یہ کہ وہاں پر پانی نہیں تھا اس وقت جب کہ حضرت ہاجرہ کو بسایا تھا۔ تو جب حضرت ہاجرہ کو چھوڑ کر حضرت ابراہیم جانے لگے تو انہوں نے پوچھا کہ آپ ہم کو چھوڑ کر یہاں جا رہے ہیں؟</w:t>
      </w:r>
    </w:p>
    <w:p>
      <w:r>
        <w:rPr>
          <w:b/>
        </w:rPr>
        <w:t xml:space="preserve">[12:53] </w:t>
      </w:r>
      <w:r>
        <w:t>yahan to kuch bhi nahi hai.</w:t>
      </w:r>
    </w:p>
    <w:p>
      <w:pPr>
        <w:jc w:val="right"/>
      </w:pPr>
      <w:r>
        <w:t>یہاں تو کچھ بھی نہیں ہے۔</w:t>
      </w:r>
    </w:p>
    <w:p>
      <w:r>
        <w:rPr>
          <w:b/>
        </w:rPr>
        <w:t xml:space="preserve">[12:57] </w:t>
      </w:r>
      <w:r>
        <w:t>to woh kuch bole nahi, kuch bole nahi. To aakhir mein unhone kaha ke ya kya Allah ne aap ko aisa karne ka hukum diya hai?</w:t>
      </w:r>
    </w:p>
    <w:p>
      <w:pPr>
        <w:jc w:val="right"/>
      </w:pPr>
      <w:r>
        <w:t>تو وہ کچھ بولے نہیں، کچھ بولے نہیں۔ تو آخر میں انہوں نے کہا کہ یا کیا اللہ نے آپ کو ایسا کرنے کا حکم دیا ہے؟</w:t>
      </w:r>
    </w:p>
    <w:p>
      <w:r>
        <w:rPr>
          <w:b/>
        </w:rPr>
        <w:t xml:space="preserve">[13:06] </w:t>
      </w:r>
      <w:r>
        <w:t>to unhone kaha ke haan. Phir Hazrat Hajra ne kaha ke phir Allah humein zaya nahi karega. Aur uska pehla saboot yeh mila ke Allah taala ne wahan pani nikal diya.</w:t>
      </w:r>
    </w:p>
    <w:p>
      <w:pPr>
        <w:jc w:val="right"/>
      </w:pPr>
      <w:r>
        <w:t>تو انہوں نے کہا کہ ہاں۔ پھر حضرت ہاجرہ نے کہا کہ پھر اللہ ہمیں ضائع نہیں کرے گا۔ اور اس کا پہلا ثبوت یہ ملا کہ اللہ تعالیٰ نے وہاں پانی نکال دیا۔</w:t>
      </w:r>
    </w:p>
    <w:p>
      <w:r>
        <w:rPr>
          <w:b/>
        </w:rPr>
        <w:t xml:space="preserve">[13:18] </w:t>
      </w:r>
      <w:r>
        <w:t>woh pani maujood tha, Zamzam ka hai, mineral water hai, mineral water. Koi aisa nahi ke woh aasman se utara gaya ho. Aasman se nahi utara gaya hua.</w:t>
      </w:r>
    </w:p>
    <w:p>
      <w:pPr>
        <w:jc w:val="right"/>
      </w:pPr>
      <w:r>
        <w:t>وہ پانی موجود تھا، زم زم کا ہے، منرل واٹر ہے، منرل واٹر۔ کوئی ایسا نہیں کہ وہ آسمان سے اتارا گیا ہو۔ آسمان سے نہیں اتارا گیا ہوا۔</w:t>
      </w:r>
    </w:p>
    <w:p>
      <w:r>
        <w:rPr>
          <w:b/>
        </w:rPr>
        <w:t xml:space="preserve">[13:29] </w:t>
      </w:r>
      <w:r>
        <w:t>mineral water ke zakhairay bahut hain zameen mein. Wahan bhi tha mineral water.</w:t>
      </w:r>
    </w:p>
    <w:p>
      <w:pPr>
        <w:jc w:val="right"/>
      </w:pPr>
      <w:r>
        <w:t>منرل واٹر کے ذخیرے بہت ہیں زمین میں۔ وہاں بھی تھا منرل واٹر۔</w:t>
      </w:r>
    </w:p>
    <w:p>
      <w:r>
        <w:rPr>
          <w:b/>
        </w:rPr>
        <w:t xml:space="preserve">[13:35] </w:t>
      </w:r>
      <w:r>
        <w:t>jagah jagah mineral water ke zakhairay hain. To wahan bhi tha. Us ko Allah taala ne yani khol diya aur woh upar beh kar saamne aa gaya.</w:t>
      </w:r>
    </w:p>
    <w:p>
      <w:pPr>
        <w:jc w:val="right"/>
      </w:pPr>
      <w:r>
        <w:t>جگہ جگہ منرل واٹر کے ذخیرے ہیں۔ تو وہاں بھی تھا۔ اس کو اللہ تعالیٰ نے یعنی کھول دیا اور وہ اوپر بہہ کر سامنے آ گیا۔</w:t>
      </w:r>
    </w:p>
    <w:p>
      <w:r>
        <w:rPr>
          <w:b/>
        </w:rPr>
        <w:t xml:space="preserve">[13:49] </w:t>
      </w:r>
      <w:r>
        <w:t>to Zamzam kya hai? Mineral water hai. Us ke baray mein ji mujhe kahaniyan bana rakhi hain. Purasarar kahaniyan yeh sab mawzuat hain.</w:t>
      </w:r>
    </w:p>
    <w:p>
      <w:pPr>
        <w:jc w:val="right"/>
      </w:pPr>
      <w:r>
        <w:t>تو زم زم کیا ہے؟ منرل واٹر ہے۔ اس کے بارے میں جی مجھے کہانیاں بنا رکھی ہیں۔ پراسرار کہانیاں یہ سب موضوعات ہیں۔</w:t>
      </w:r>
    </w:p>
    <w:p>
      <w:r>
        <w:rPr>
          <w:b/>
        </w:rPr>
        <w:t xml:space="preserve">[13:59] </w:t>
      </w:r>
      <w:r>
        <w:t>to yeh sab se bada sabak jo hai woh kya hai?</w:t>
      </w:r>
    </w:p>
    <w:p>
      <w:pPr>
        <w:jc w:val="right"/>
      </w:pPr>
      <w:r>
        <w:t>تو یہ سب سے بڑا سبق جو ہے وہ کیا ہے؟</w:t>
      </w:r>
    </w:p>
    <w:p>
      <w:r>
        <w:rPr>
          <w:b/>
        </w:rPr>
        <w:t xml:space="preserve">[14:03] </w:t>
      </w:r>
      <w:r>
        <w:t>ke agar tum Allah ki khatir apne aap ko desert mein basa do to wahan bhi Allah taala pani ki chasham jaari kar dega. Allah ki madad aayegi, Allah ki nasrat aayegi.</w:t>
      </w:r>
    </w:p>
    <w:p>
      <w:pPr>
        <w:jc w:val="right"/>
      </w:pPr>
      <w:r>
        <w:t>کہ اگر تم اللہ کی خاطر اپنے آپ کو ڈیزرٹ میں بسا دو تو وہاں بھی اللہ تعالیٰ پانی کی چشم جاری کر دے گا۔ اللہ کی مدد آئے گی، اللہ کی نصرت آئے گی۔</w:t>
      </w:r>
    </w:p>
    <w:p>
      <w:r>
        <w:rPr>
          <w:b/>
        </w:rPr>
        <w:t xml:space="preserve">[14:15] </w:t>
      </w:r>
      <w:r>
        <w:t>yeh hoga. Yeh asal mein lesson jo hai woh yeh hai.</w:t>
      </w:r>
    </w:p>
    <w:p>
      <w:pPr>
        <w:jc w:val="right"/>
      </w:pPr>
      <w:r>
        <w:t>یہ ہوگا۔ یہ اصل میں لیسن جو ہے وہ یہ ہے۔</w:t>
      </w:r>
    </w:p>
    <w:p>
      <w:r>
        <w:rPr>
          <w:b/>
        </w:rPr>
        <w:t xml:space="preserve">[14:20] </w:t>
      </w:r>
      <w:r>
        <w:t>phir dekhiye kya hua ke Hazrat Ismail naujawan hue. Baad ke zamanay mein ek qabeela wahan aa kar bas gaya.</w:t>
      </w:r>
    </w:p>
    <w:p>
      <w:pPr>
        <w:jc w:val="right"/>
      </w:pPr>
      <w:r>
        <w:t>پھر دیکھیے کیا ہوا کہ حضرت اسماعیل نوجوان ہوئے۔ بعد کے زمانے میں ایک قبیلہ وہاں آ کر بس گیا۔</w:t>
      </w:r>
    </w:p>
    <w:p>
      <w:r>
        <w:rPr>
          <w:b/>
        </w:rPr>
        <w:t xml:space="preserve">[14:31] </w:t>
      </w:r>
      <w:r>
        <w:t>jab pani ho gaya to</w:t>
      </w:r>
    </w:p>
    <w:p>
      <w:pPr>
        <w:jc w:val="right"/>
      </w:pPr>
      <w:r>
        <w:t>جب پانی ہو گیا تو</w:t>
      </w:r>
    </w:p>
    <w:p>
      <w:r>
        <w:rPr>
          <w:b/>
        </w:rPr>
        <w:t xml:space="preserve">[14:34] </w:t>
      </w:r>
      <w:r>
        <w:t>to is ke ek khatoon se Hazrat Ismail ne nikah kar liya. to Hazrat Ibrahim jo rehte the sham mein,</w:t>
      </w:r>
    </w:p>
    <w:p>
      <w:pPr>
        <w:jc w:val="right"/>
      </w:pPr>
      <w:r>
        <w:t>تو اس کے ایک خاتون سے حضرت اسماعیل نے نکاح کر لیا۔ تو حضرت ابراہیم جو رہتے تھے شام میں،</w:t>
      </w:r>
    </w:p>
    <w:p>
      <w:r>
        <w:rPr>
          <w:b/>
        </w:rPr>
        <w:t xml:space="preserve">[14:47] </w:t>
      </w:r>
      <w:r>
        <w:t>aaya karte the ghore par baith kar dekhne ke liye. matlab baqayda nigrani kar rahe the ke kaise chal raha hai yeh mission. yeh mission kaise chal raha hai?</w:t>
      </w:r>
    </w:p>
    <w:p>
      <w:pPr>
        <w:jc w:val="right"/>
      </w:pPr>
      <w:r>
        <w:t>آیا کرتے تھے گھوڑے پر بیٹھ کر دیکھنے کے لیے۔ مطلب باقاعدہ نگرانی کر رہے تھے کہ کیسے چل رہا ہے یہ مشن۔ یہ مشن کیسے چل رہا ہے؟</w:t>
      </w:r>
    </w:p>
    <w:p>
      <w:r>
        <w:rPr>
          <w:b/>
        </w:rPr>
        <w:t xml:space="preserve">[14:59] </w:t>
      </w:r>
      <w:r>
        <w:t>to</w:t>
      </w:r>
    </w:p>
    <w:p>
      <w:pPr>
        <w:jc w:val="right"/>
      </w:pPr>
      <w:r>
        <w:t>تو</w:t>
      </w:r>
    </w:p>
    <w:p>
      <w:r>
        <w:rPr>
          <w:b/>
        </w:rPr>
        <w:t xml:space="preserve">[15:00] </w:t>
      </w:r>
      <w:r>
        <w:t>aaye to nikah jin se kar liya tha, jis khatoon se woh maujood thi wahan par, ghar kya hoga? ek koi jhopra hoga ya koi ghar hoga?</w:t>
      </w:r>
    </w:p>
    <w:p>
      <w:pPr>
        <w:jc w:val="right"/>
      </w:pPr>
      <w:r>
        <w:t>آئے تو نکاح جن سے کر لیا تھا، جس خاتون سے وہ موجود تھی وہاں پر، گھر کیا ہوگا؟ ایک کوئی جھونپڑا ہوگا یا کوئی غار ہوگا؟</w:t>
      </w:r>
    </w:p>
    <w:p>
      <w:r>
        <w:rPr>
          <w:b/>
        </w:rPr>
        <w:t xml:space="preserve">[15:12] </w:t>
      </w:r>
      <w:r>
        <w:t>aisi koi jagah hogi mamooli si. aisi koi building nahi wahan par thi us zamane mein. to is se poocha unhone ke tumhari kaisi guzarti hai?</w:t>
      </w:r>
    </w:p>
    <w:p>
      <w:pPr>
        <w:jc w:val="right"/>
      </w:pPr>
      <w:r>
        <w:t>ایسی کوئی جگہ ہوگی معمولی سی۔ ایسی کوئی بلڈنگ نہیں وہاں پر تھی اس زمانے میں۔ تو اس سے پوچھا انہوں نے کہ تمہاری کیسی گزرتی ہے؟</w:t>
      </w:r>
    </w:p>
    <w:p>
      <w:r>
        <w:rPr>
          <w:b/>
        </w:rPr>
        <w:t xml:space="preserve">[15:23] </w:t>
      </w:r>
      <w:r>
        <w:t>us waqt Hazrat Ismail wahan maujood nahi the. gaye the kisi kaam se.</w:t>
      </w:r>
    </w:p>
    <w:p>
      <w:pPr>
        <w:jc w:val="right"/>
      </w:pPr>
      <w:r>
        <w:t>اس وقت حضرت اسماعیل وہاں موجود نہیں تھے۔ گئے تھے کسی کام سے۔</w:t>
      </w:r>
    </w:p>
    <w:p>
      <w:r>
        <w:rPr>
          <w:b/>
        </w:rPr>
        <w:t xml:space="preserve">[15:29] </w:t>
      </w:r>
      <w:r>
        <w:t>to khatoon ne kaha ke badi mushkil se hain yahan, kuch kuch bhi nahi yahan par. yahan to bilkul hi be sar sawari ka mamla hai.</w:t>
      </w:r>
    </w:p>
    <w:p>
      <w:pPr>
        <w:jc w:val="right"/>
      </w:pPr>
      <w:r>
        <w:t>تو خاتون نے کہا کہ بڑی مشکل سے ہیں یہاں، کچھ کچھ بھی نہیں یہاں پر۔ یہاں تو بالکل ہی بے سر سواری کا معاملہ ہے۔</w:t>
      </w:r>
    </w:p>
    <w:p>
      <w:r>
        <w:rPr>
          <w:b/>
        </w:rPr>
        <w:t xml:space="preserve">[15:39] </w:t>
      </w:r>
      <w:r>
        <w:t>to shikayat ki zaban boli woh. to Hazrat Ibrahim yeh keh kar chale gaye ke tumhare aadmi jab aayenge to un se kehna ke ghair atbat bak, ghair atbat bak.</w:t>
      </w:r>
    </w:p>
    <w:p>
      <w:pPr>
        <w:jc w:val="right"/>
      </w:pPr>
      <w:r>
        <w:t>تو شکایت کی زبان بولی وہ۔ تو حضرت ابراہیم یہ کہہ کر چلے گئے کہ تمہارے آدمی جب آئیں گے تو ان سے کہنا کہ غیر عطبت باک، غیر عطبت باک۔</w:t>
      </w:r>
    </w:p>
    <w:p>
      <w:r>
        <w:rPr>
          <w:b/>
        </w:rPr>
        <w:t xml:space="preserve">[15:54] </w:t>
      </w:r>
      <w:r>
        <w:t>yani un se kehna ke apne ghar ki chokhat ko badal do. yeh</w:t>
      </w:r>
    </w:p>
    <w:p>
      <w:pPr>
        <w:jc w:val="right"/>
      </w:pPr>
      <w:r>
        <w:t>یعنی ان سے کہنا کہ اپنے گھر کی چوکھٹ کو بدل دو۔ یہ</w:t>
      </w:r>
    </w:p>
    <w:p>
      <w:r>
        <w:rPr>
          <w:b/>
        </w:rPr>
        <w:t xml:space="preserve">[16:01] </w:t>
      </w:r>
      <w:r>
        <w:t>ek istare ki zaban thi. jab Ismail wapas aaye to unhone bataya, biwi ne Hazrat Ibrahim yeh keh ke chale gaye ke ek buzurg aaye the ghore par sawar ho kar aur yeh keh ke gaye hain.</w:t>
      </w:r>
    </w:p>
    <w:p>
      <w:pPr>
        <w:jc w:val="right"/>
      </w:pPr>
      <w:r>
        <w:t>ایک استعارے کی زبان تھی۔ جب اسماعیل واپس آئے تو انہوں نے بتایا، بیوی نے حضرت ابراہیم یہ کہہ کے چلے گئے کہ ایک بزرگ آئے تھے گھوڑے پر سوار ہو کر اور یہ کہہ کے گئے ہیں۔</w:t>
      </w:r>
    </w:p>
    <w:p>
      <w:r>
        <w:rPr>
          <w:b/>
        </w:rPr>
        <w:t xml:space="preserve">[16:17] </w:t>
      </w:r>
      <w:r>
        <w:t>unhone kaha ke yeh mere baap the aur woh yeh kaha hai unhone ke is khatoon ko talak de do.</w:t>
      </w:r>
    </w:p>
    <w:p>
      <w:pPr>
        <w:jc w:val="right"/>
      </w:pPr>
      <w:r>
        <w:t>انہوں نے کہا کہ یہ میرے باپ تھے اور وہ یہ کہا ہے انہوں نے کہ اس خاتون کو طلاق دے دو۔</w:t>
      </w:r>
    </w:p>
    <w:p>
      <w:r>
        <w:rPr>
          <w:b/>
        </w:rPr>
        <w:t xml:space="preserve">[16:27] </w:t>
      </w:r>
      <w:r>
        <w:t>yeh is kaam ke liye mauzu nahi hai</w:t>
      </w:r>
    </w:p>
    <w:p>
      <w:pPr>
        <w:jc w:val="right"/>
      </w:pPr>
      <w:r>
        <w:t>یہ اس کام کے لیے موضوع نہیں ہے</w:t>
      </w:r>
    </w:p>
    <w:p>
      <w:r>
        <w:rPr>
          <w:b/>
        </w:rPr>
        <w:t xml:space="preserve">[16:30] </w:t>
      </w:r>
      <w:r>
        <w:t>jo nasal banana hai.</w:t>
      </w:r>
    </w:p>
    <w:p>
      <w:pPr>
        <w:jc w:val="right"/>
      </w:pPr>
      <w:r>
        <w:t>جو نسل بنانا ہے۔</w:t>
      </w:r>
    </w:p>
    <w:p>
      <w:r>
        <w:rPr>
          <w:b/>
        </w:rPr>
        <w:t xml:space="preserve">[16:34] </w:t>
      </w:r>
      <w:r>
        <w:t>woh shikayati nasal hogi to kisi kaam, kisi kaam ki nahi. yeh khatoon to shikayati zehan is ka hai. shikayati ke maani kya hain?</w:t>
      </w:r>
    </w:p>
    <w:p>
      <w:pPr>
        <w:jc w:val="right"/>
      </w:pPr>
      <w:r>
        <w:t>وہ شکایتی نسل ہوگی تو کسی کام، کسی کام کی نہیں۔ یہ خاتون تو شکایتی ذہن اس کا ہے۔ شکایتی کے معنی کیا ہیں؟</w:t>
      </w:r>
    </w:p>
    <w:p>
      <w:r>
        <w:rPr>
          <w:b/>
        </w:rPr>
        <w:t xml:space="preserve">[16:43] </w:t>
      </w:r>
      <w:r>
        <w:t>shikayat ke asbab hote hue shikayat na karna.</w:t>
      </w:r>
    </w:p>
    <w:p>
      <w:pPr>
        <w:jc w:val="right"/>
      </w:pPr>
      <w:r>
        <w:t>شکایت کے اسباب ہوتے ہوئے شکایت نہ کرنا۔</w:t>
      </w:r>
    </w:p>
    <w:p>
      <w:r>
        <w:rPr>
          <w:b/>
        </w:rPr>
        <w:t xml:space="preserve">[16:50] </w:t>
      </w:r>
      <w:r>
        <w:t>shikayat ke asbab hamesha hote hain. yaad rakhiye,</w:t>
      </w:r>
    </w:p>
    <w:p>
      <w:pPr>
        <w:jc w:val="right"/>
      </w:pPr>
      <w:r>
        <w:t>شکایت کے اسباب ہمیشہ ہوتے ہیں۔ یاد رکھیے،</w:t>
      </w:r>
    </w:p>
    <w:p>
      <w:r>
        <w:rPr>
          <w:b/>
        </w:rPr>
        <w:t xml:space="preserve">[16:53] </w:t>
      </w:r>
      <w:r>
        <w:t>kabhi bhi koi ghar, koi samaj, koi dunya aisi nahi ho sakti jahan shikayat ke asbab na hon. to aap ko kya karna hota hai?</w:t>
      </w:r>
    </w:p>
    <w:p>
      <w:pPr>
        <w:jc w:val="right"/>
      </w:pPr>
      <w:r>
        <w:t>کبھی بھی کوئی گھر، کوئی سماج، کوئی دنیا ایسی نہیں ہو سکتی جہاں شکایت کے اسباب نہ ہوں۔ تو آپ کو کیا کرنا ہوتا ہے؟</w:t>
      </w:r>
    </w:p>
    <w:p>
      <w:r>
        <w:rPr>
          <w:b/>
        </w:rPr>
        <w:t xml:space="preserve">[17:05] </w:t>
      </w:r>
      <w:r>
        <w:t>shikayat se oopar uthna padta hai. shikayat ko nazar andaz karna padta hai. shikayat ki koi achi tawjeeh karna padta hai taake aap ke dil jo hai ghair shikayati bane.</w:t>
      </w:r>
    </w:p>
    <w:p>
      <w:pPr>
        <w:jc w:val="right"/>
      </w:pPr>
      <w:r>
        <w:t>شکایت سے اوپر اٹھنا پڑتا ہے۔ شکایت کو نظر انداز کرنا پڑتا ہے۔ شکایت کی کوئی اچھی توجیح کرنا پڑتا ہے تاکہ آپ کے دل جو ہے غیر شکایتی بنے۔</w:t>
      </w:r>
    </w:p>
    <w:p>
      <w:r>
        <w:rPr>
          <w:b/>
        </w:rPr>
        <w:t xml:space="preserve">[17:20] </w:t>
      </w:r>
      <w:r>
        <w:t>complaint aap ke dil mein jagah na paaye. yeh matlab hota hai. to shikayati zehan yani shikayat ke asbab ko uzr bana kar ek shikayat dil mein paida kar lena.</w:t>
      </w:r>
    </w:p>
    <w:p>
      <w:pPr>
        <w:jc w:val="right"/>
      </w:pPr>
      <w:r>
        <w:t>کمپلینٹ آپ کے دل میں جگہ نہ پائے۔ یہ مطلب ہوتا ہے۔ تو شکایتی ذہن یعنی شکایت کے اسباب کو عذر بنا کر ایک شکایت دل میں پیدا کر لینا۔</w:t>
      </w:r>
    </w:p>
    <w:p>
      <w:r>
        <w:rPr>
          <w:b/>
        </w:rPr>
        <w:t xml:space="preserve">[17:36] </w:t>
      </w:r>
      <w:r>
        <w:t>aisi khatoon se woh nasal nahi ban sakti hai. ab unhone doosri, doosra nikah kiya. to phir kuch dino ke baad Hazrat Ibrahim aaye.</w:t>
      </w:r>
    </w:p>
    <w:p>
      <w:pPr>
        <w:jc w:val="right"/>
      </w:pPr>
      <w:r>
        <w:t>ایسی خاتون سے وہ نسل نہیں بن سکتی ہے۔ اب انہوں نے دوسری، دوسرا نکاح کیا۔ تو پھر کچھ دنوں کے بعد حضرت ابراہیم آئے۔</w:t>
      </w:r>
    </w:p>
    <w:p>
      <w:r>
        <w:rPr>
          <w:b/>
        </w:rPr>
        <w:t xml:space="preserve">[17:49] </w:t>
      </w:r>
      <w:r>
        <w:t>abhi bhi wahan Ismail maujood nahi the kyunke aksar hum jaate the kisi kaam se.</w:t>
      </w:r>
    </w:p>
    <w:p>
      <w:pPr>
        <w:jc w:val="right"/>
      </w:pPr>
      <w:r>
        <w:t>ابھی بھی وہاں اسماعیل موجود نہیں تھے کیونکہ اکثر ہم جاتے تھے کسی کام سے۔</w:t>
      </w:r>
    </w:p>
    <w:p>
      <w:r>
        <w:rPr>
          <w:b/>
        </w:rPr>
        <w:t xml:space="preserve">[17:58] </w:t>
      </w:r>
      <w:r>
        <w:t>to unhone poocha khatoon se kaisi guzarti hai tumhari? to khatoon ne kaha ke bahut achi guzarti hai, bahut Allah ka shukar hai. is tarah ki zaban boli woh.</w:t>
      </w:r>
    </w:p>
    <w:p>
      <w:pPr>
        <w:jc w:val="right"/>
      </w:pPr>
      <w:r>
        <w:t>تو انہوں نے پوچھا خاتون سے کیسی گزرتی ہے تمہاری؟ تو خاتون نے کہا کہ بہت اچھی گزرتی ہے، بہت اللہ کا شکر ہے۔ اس طرح کی زبان بولی وہ۔</w:t>
      </w:r>
    </w:p>
    <w:p>
      <w:r>
        <w:rPr>
          <w:b/>
        </w:rPr>
        <w:t xml:space="preserve">[18:08] </w:t>
      </w:r>
      <w:r>
        <w:t>to Hazrat Ibrahim ne kaha ke dekho, tumhare aadmi aayenge to us se kehna ke batbat atbat bak, apne ghar ki chokhat ko baqi rakho.</w:t>
      </w:r>
    </w:p>
    <w:p>
      <w:pPr>
        <w:jc w:val="right"/>
      </w:pPr>
      <w:r>
        <w:t>تو حضرت ابراہیم نے کہا کہ دیکھو، تمہارے آدمی آئیں گے تو اس سے کہنا کہ ثبت عطبت باک، اپنے گھر کی چوکھٹ کو باقی رکھو۔</w:t>
      </w:r>
    </w:p>
    <w:p>
      <w:r>
        <w:rPr>
          <w:b/>
        </w:rPr>
        <w:t xml:space="preserve">[18:21] </w:t>
      </w:r>
      <w:r>
        <w:t>woh aaye to phir unhone bataya. to unhone kaha ke yeh mere baap the. yeh kaha gaye hain ke yeh khatoon bilkul mauzu hai is kaam ke liye jis ke liye yeh mission hum chala rahe hain.</w:t>
      </w:r>
    </w:p>
    <w:p>
      <w:pPr>
        <w:jc w:val="right"/>
      </w:pPr>
      <w:r>
        <w:t>وہ آئے تو پھر انہوں نے بتایا۔ تو انہوں نے کہا کہ یہ میرے باپ تھے۔ یہ کہا گئے ہیں کہ یہ خاتون بالکل موضوع ہے اس کام کے لیے جس کے لیے یہ مشن ہم چلا رہے ہیں۔</w:t>
      </w:r>
    </w:p>
    <w:p>
      <w:r>
        <w:rPr>
          <w:b/>
        </w:rPr>
        <w:t xml:space="preserve">[18:33] </w:t>
      </w:r>
      <w:r>
        <w:t>yani ghair shikayati zehan. ghair shikayati ke maani kya hain? asbab shikayat ke bawajood shikayat na karna. masroofiyaton ke bawajood is ka zikr na karna.</w:t>
      </w:r>
    </w:p>
    <w:p>
      <w:pPr>
        <w:jc w:val="right"/>
      </w:pPr>
      <w:r>
        <w:t>یعنی غیر شکایتی ذہن۔ غیر شکایتی کے معنی کیا ہیں؟ اسباب شکایت کے باوجود شکایت نہ کرنا۔ مصروفیتوں کے باوجود اس کا ذکر نہ کرنا۔</w:t>
      </w:r>
    </w:p>
    <w:p>
      <w:r>
        <w:rPr>
          <w:b/>
        </w:rPr>
        <w:t xml:space="preserve">[18:46] </w:t>
      </w:r>
      <w:r>
        <w:t>pareshaniyon ke bawajood is ko bhula dena۔</w:t>
      </w:r>
    </w:p>
    <w:p>
      <w:pPr>
        <w:jc w:val="right"/>
      </w:pPr>
      <w:r>
        <w:t>پریشانیوں کے باوجود اس کو بھلا دینا۔</w:t>
      </w:r>
    </w:p>
    <w:p>
      <w:r>
        <w:rPr>
          <w:b/>
        </w:rPr>
        <w:t xml:space="preserve">[18:50] </w:t>
      </w:r>
      <w:r>
        <w:t>yeh matlab hai ke halaat wahi thay ab bhi jaise pehle thay۔ koi badle nahi thay۔ makkah aaj ki tarah nahi tha us waqt۔</w:t>
      </w:r>
    </w:p>
    <w:p>
      <w:pPr>
        <w:jc w:val="right"/>
      </w:pPr>
      <w:r>
        <w:t>یہ مطلب ہے کہ حالات وہی تھے اب بھی جیسے پہلے تھے۔ کوئی بدلے نہیں تھے۔ مکہ آج کی طرح نہیں تھا اس وقت۔</w:t>
      </w:r>
    </w:p>
    <w:p>
      <w:r>
        <w:rPr>
          <w:b/>
        </w:rPr>
        <w:t xml:space="preserve">[18:58] </w:t>
      </w:r>
      <w:r>
        <w:t>wahan us waqt ka makkah jo tha woh kuch bhi nahi tha, kuch bhi nahi tha۔ literally wahan kuch nahi tha۔ to yeh khatoon se phir nasal chali jo positive thinking jis ke andar thi, jo negative thinking se pak thi۔</w:t>
      </w:r>
    </w:p>
    <w:p>
      <w:pPr>
        <w:jc w:val="right"/>
      </w:pPr>
      <w:r>
        <w:t>وہاں اس وقت کا مکہ جو تھا وہ کچھ بھی نہیں تھا، کچھ بھی نہیں تھا۔ لٹرلی وہاں کچھ نہیں تھا۔ تو یہ خاتون سے پھر نسل چلی جو پوزیٹیو تھنکنگ جس کے اندر تھی، جو نیگیٹیو تھنکنگ سے پاک تھی۔</w:t>
      </w:r>
    </w:p>
    <w:p>
      <w:r>
        <w:rPr>
          <w:b/>
        </w:rPr>
        <w:t xml:space="preserve">[19:15] </w:t>
      </w:r>
      <w:r>
        <w:t>aaj kal musalmanon ka haal kya hai؟</w:t>
      </w:r>
    </w:p>
    <w:p>
      <w:pPr>
        <w:jc w:val="right"/>
      </w:pPr>
      <w:r>
        <w:t>آج کل مسلمانوں کا حال کیا ہے؟</w:t>
      </w:r>
    </w:p>
    <w:p>
      <w:r>
        <w:rPr>
          <w:b/>
        </w:rPr>
        <w:t xml:space="preserve">[19:17] </w:t>
      </w:r>
      <w:r>
        <w:t>aaj mein subah kisi se keh raha tha ke musalmanon ka haal kya hai؟ ke election un ki politics kya hai؟ politics negative politics hai۔</w:t>
      </w:r>
    </w:p>
    <w:p>
      <w:pPr>
        <w:jc w:val="right"/>
      </w:pPr>
      <w:r>
        <w:t>آج میں صبح کسی سے کہہ رہا تھا کہ مسلمانوں کا حال کیا ہے؟ کہ الیکشن ان کی پولیٹکس کیا ہے؟ پولیٹکس نیگیٹیو پولیٹکس ہے۔</w:t>
      </w:r>
    </w:p>
    <w:p>
      <w:r>
        <w:rPr>
          <w:b/>
        </w:rPr>
        <w:t xml:space="preserve">[19:27] </w:t>
      </w:r>
      <w:r>
        <w:t>election ke zamanay mein negative voting karte hain aur kuch aur musalmanon ko kuch pata nahi hai۔ un ke haan politics maani hain shikayat۔ shikayati politics۔</w:t>
      </w:r>
    </w:p>
    <w:p>
      <w:pPr>
        <w:jc w:val="right"/>
      </w:pPr>
      <w:r>
        <w:t>الیکشن کے زمانے میں نیگیٹیو ووٹنگ کرتے ہیں اور کچھ اور مسلمانوں کو کچھ پتہ نہیں ہے۔ ان کے ہاں پولیٹکس معنی ہیں شکایت۔ شکایتی پولیٹکس۔</w:t>
      </w:r>
    </w:p>
    <w:p>
      <w:r>
        <w:rPr>
          <w:b/>
        </w:rPr>
        <w:t xml:space="preserve">[19:37] </w:t>
      </w:r>
      <w:r>
        <w:t>shikayati politics ka naam hai negative politics۔ aur vote dete hain to woh bhi negative vote۔ jisay shikayat hai us ko harana۔ aur kuch nahi jantay musalman۔</w:t>
      </w:r>
    </w:p>
    <w:p>
      <w:pPr>
        <w:jc w:val="right"/>
      </w:pPr>
      <w:r>
        <w:t>شکایتی پولیٹکس کا نام ہے نیگیٹیو پولیٹکس۔ اور ووٹ دیتے ہیں تو وہ بھی نیگیٹیو ووٹ۔ جسے شکایت ہے اس کو ہرانا۔ اور کچھ نہیں جانتے مسلمان۔</w:t>
      </w:r>
    </w:p>
    <w:p>
      <w:r>
        <w:rPr>
          <w:b/>
        </w:rPr>
        <w:t xml:space="preserve">[19:47] </w:t>
      </w:r>
      <w:r>
        <w:t>masajid ka haal kya hai؟ bad duaen, bad duaen, bad duaen۔ qunoot-e-nazla ke naam se yahan se le kar amreeka tak sab bad duaen hoti hain masjidon mein۔ sari sari muslim ummat jo hai jee rahi hai negative thinking mein۔</w:t>
      </w:r>
    </w:p>
    <w:p>
      <w:pPr>
        <w:jc w:val="right"/>
      </w:pPr>
      <w:r>
        <w:t>مسجدوں کا حال کیا ہے؟ بد دعائیں، بد دعائیں، بد دعائیں۔ قنوت نازلہ کے نام سے یہاں سے لے کر امریکہ تک سب بد دعائیں ہوتی ہیں مسجدوں میں۔ ساری ساری مسلم امت جو ہے جی رہی ہے نیگیٹیو تھنکنگ میں۔</w:t>
      </w:r>
    </w:p>
    <w:p>
      <w:r>
        <w:rPr>
          <w:b/>
        </w:rPr>
        <w:t xml:space="preserve">[20:02] </w:t>
      </w:r>
      <w:r>
        <w:t>aisay logon se kahan woh nasal uthe gi؟ sahaba jaisi nasal kaisay uthe gi؟</w:t>
      </w:r>
    </w:p>
    <w:p>
      <w:pPr>
        <w:jc w:val="right"/>
      </w:pPr>
      <w:r>
        <w:t>ایسے لوگوں سے کہاں وہ نسل اٹھے گی؟ صحابہ جیسی نسل کیسے اٹھے گ</w:t>
      </w:r>
    </w:p>
    <w:p>
      <w:r>
        <w:rPr>
          <w:b/>
        </w:rPr>
        <w:t xml:space="preserve">[20:07] </w:t>
      </w:r>
      <w:r>
        <w:t>to ab yeh nasal chali un se nai khatoon se۔ ab phir tulad aur tanasul ke zariye afraad barhtay rahay, barhtay rahay, barhtay yahan tak ke woh nasal bani jis ko hum kehtay hain banu ismail۔</w:t>
      </w:r>
    </w:p>
    <w:p>
      <w:pPr>
        <w:jc w:val="right"/>
      </w:pPr>
      <w:r>
        <w:t>ی؟ تو اب یہ نسل جلی ان سے نئی خاتون سے۔ اب پھر تولد اور تناسل کے ذریعے افراد بڑھتے رہے، بڑھتے رہے، بڑھتے یہاں تک کہ وہ نسل بنی جس کو ہم کہتے ہیں بنو اسماعیل۔</w:t>
      </w:r>
    </w:p>
    <w:p>
      <w:r>
        <w:rPr>
          <w:b/>
        </w:rPr>
        <w:t xml:space="preserve">[20:24] </w:t>
      </w:r>
      <w:r>
        <w:t>aik mustashriq ne is nasal ko likha hai, woh nursery of heroes۔</w:t>
      </w:r>
    </w:p>
    <w:p>
      <w:pPr>
        <w:jc w:val="right"/>
      </w:pPr>
      <w:r>
        <w:t>ایک مستشرق نے اس نسل کو لکھا ہے، وہ نرسری آف ہیروز۔</w:t>
      </w:r>
    </w:p>
    <w:p>
      <w:r>
        <w:rPr>
          <w:b/>
        </w:rPr>
        <w:t xml:space="preserve">[20:32] </w:t>
      </w:r>
      <w:r>
        <w:t>mein yeh kahoon ga ke aik aisi nasal jo mukammal tor par positive think thinking thi, jis ke andar is ka asal kamal yeh tha ke positive thinking thi, negative thinking se pak thi۔</w:t>
      </w:r>
    </w:p>
    <w:p>
      <w:pPr>
        <w:jc w:val="right"/>
      </w:pPr>
      <w:r>
        <w:t>میں یہ کہوں گا کہ ایک ایسی نسل جو مکمل طور پر پوزیٹیو تھنک تھنکنگ تھی، جس کے اندر اس کا اصل کمال یہ تھا کہ پوزیٹیو تھنکنگ تھی، نیگیٹیو تھنکنگ سے پاک تھی۔</w:t>
      </w:r>
    </w:p>
    <w:p>
      <w:r>
        <w:rPr>
          <w:b/>
        </w:rPr>
        <w:t xml:space="preserve">[20:43] </w:t>
      </w:r>
      <w:r>
        <w:t>woh aisay logon ki par Allah ki madad aati hai۔ yaad rakhiye, isi mein phir kya hua ke rasool Allah salallahu alaihi wasallam paida hue۔</w:t>
      </w:r>
    </w:p>
    <w:p>
      <w:pPr>
        <w:jc w:val="right"/>
      </w:pPr>
      <w:r>
        <w:t>وہ ایسے لوگوں کی پر اللہ کی مدد آتی ہے۔ یاد رکھیے، اسی میں پھر کیا ہوا کہ رسول اللہ صلی اللہ علیہ وسلم پیدا ہوئے۔</w:t>
      </w:r>
    </w:p>
    <w:p>
      <w:r>
        <w:rPr>
          <w:b/>
        </w:rPr>
        <w:t xml:space="preserve">[20:57] </w:t>
      </w:r>
      <w:r>
        <w:t>rasool Allah salallahu alaihi wasallam paida hue۔ phir rasool Allah salallahu alaihi wasallam ne makkah mein apna kaam shuru kiya۔ kuch din makkah mein rahay, kuch din madinay mein rahay۔</w:t>
      </w:r>
    </w:p>
    <w:p>
      <w:pPr>
        <w:jc w:val="right"/>
      </w:pPr>
      <w:r>
        <w:t>رسول اللہ صلی اللہ علیہ وسلم پیدا ہوئے۔ پھر رسول اللہ صلی اللہ علیہ وسلم نے مکہ میں اپنا کام شروع کیا۔ کچھ دن مکہ میں رہے، کچھ دن مدینے میں رہے۔</w:t>
      </w:r>
    </w:p>
    <w:p>
      <w:r>
        <w:rPr>
          <w:b/>
        </w:rPr>
        <w:t xml:space="preserve">[21:07] </w:t>
      </w:r>
      <w:r>
        <w:t>to dekhiye, yeh exceptionally yeh baat hui, istithnaai tor par ke aap ko aik team mili۔ team pichlay nabiyon ke sath kya hua tha؟</w:t>
      </w:r>
    </w:p>
    <w:p>
      <w:pPr>
        <w:jc w:val="right"/>
      </w:pPr>
      <w:r>
        <w:t>تو دیکھیے، یہ ایکسیپشنلی یہ بات ہوئی، استثنائی طور پر کہ آپ کو ایک ٹیم ملی۔ ٹیم پچھلے نبیوں کے ساتھ کیا ہوا تھا؟</w:t>
      </w:r>
    </w:p>
    <w:p>
      <w:r>
        <w:rPr>
          <w:b/>
        </w:rPr>
        <w:t xml:space="preserve">[21:20] </w:t>
      </w:r>
      <w:r>
        <w:t>team nahi ban paati thi۔ aik nabi aaye, dawat di, kisi ne sath nahi diya, phir woh chalay gaye۔ doosra aaye, phir wahi hua۔</w:t>
      </w:r>
    </w:p>
    <w:p>
      <w:pPr>
        <w:jc w:val="right"/>
      </w:pPr>
      <w:r>
        <w:t>ٹیم نہیں بن پاتی تھی۔ ایک نبی آئے، دعوت دی، کسی نے ساتھ نہیں دیا، پھر وہ چلے گئے۔ دوسرا آئے، پھر وہی ہوا۔</w:t>
      </w:r>
    </w:p>
    <w:p>
      <w:r>
        <w:rPr>
          <w:b/>
        </w:rPr>
        <w:t xml:space="preserve">[21:30] </w:t>
      </w:r>
      <w:r>
        <w:t>kyun؟ jin ke darmiyan kaam karte thay, woh woh sab wahi conditioned log thay۔ un ki samajh mein baat nahi aati thi۔ woh</w:t>
      </w:r>
    </w:p>
    <w:p>
      <w:pPr>
        <w:jc w:val="right"/>
      </w:pPr>
      <w:r>
        <w:t>کیوں؟ جن کے درمیان کام کرتے تھے، وہ وہ سب وہی کنڈیشنڈ لوگ تھے۔ ان کی سمجھ میں بات نہیں آتی تھی۔ وہ</w:t>
      </w:r>
    </w:p>
    <w:p>
      <w:r>
        <w:rPr>
          <w:b/>
        </w:rPr>
        <w:t xml:space="preserve">[21:39] </w:t>
      </w:r>
      <w:r>
        <w:t>lekan yeh jo nasal thi, banu ismail ki nasal, us ko woh nasal thi jis ki desert mein deconditioning ki gayi thi۔ fitrat ki soch thi is ke andar, nature ko le kar un ki soch thi۔</w:t>
      </w:r>
    </w:p>
    <w:p>
      <w:pPr>
        <w:jc w:val="right"/>
      </w:pPr>
      <w:r>
        <w:t>لیکن یہ جو نسل تھی، بنو اسماعیل کی نسل، اس کو وہ نسل تھی جس کی ڈیزرٹ میں ڈی کنڈیشننگ کی گئی تھی۔ فطرت کی سوچ تھی اس کے اندر، نیچر کو لے کر ان کی سوچ تھی۔</w:t>
      </w:r>
    </w:p>
    <w:p>
      <w:r>
        <w:rPr>
          <w:b/>
        </w:rPr>
        <w:t xml:space="preserve">[21:55] </w:t>
      </w:r>
      <w:r>
        <w:t>shikayaton se oopar uth kar sochne ka andaaz tha un ke andar, jo sachai ko daryaft karne ka mizaj tha un ke andar۔ sachai ko maan</w:t>
      </w:r>
    </w:p>
    <w:p>
      <w:pPr>
        <w:jc w:val="right"/>
      </w:pPr>
      <w:r>
        <w:t>شکایتوں سے اوپر اٹھ کر سوچنے کا انداز تھا ان کے اندر، جو سچائی کو دریافت کرنے کا مزاج تھا ان کے اندر۔ سچائی کو مان</w:t>
      </w:r>
    </w:p>
    <w:p>
      <w:r>
        <w:rPr>
          <w:b/>
        </w:rPr>
        <w:t xml:space="preserve">[22:03] </w:t>
      </w:r>
      <w:r>
        <w:t>lene ka mizaj aik bohat bari sifat thi banu ismail mein۔ baat ko maan lena, baat ko maan lena۔</w:t>
      </w:r>
    </w:p>
    <w:p>
      <w:pPr>
        <w:jc w:val="right"/>
      </w:pPr>
      <w:r>
        <w:t>لینے کا مزاج ایک بہت بڑی صفت تھی بنو اسماعیل میں۔ بات کو مان لینا، بات کو مان لینا۔</w:t>
      </w:r>
    </w:p>
    <w:p>
      <w:r>
        <w:rPr>
          <w:b/>
        </w:rPr>
        <w:t xml:space="preserve">[22:14] </w:t>
      </w:r>
      <w:r>
        <w:t>jaise jahiliyat ke zamanay ka qissa hai ke do qabailay lar gaye۔ jang ki tayyari honay lagi, idhar bhi tayyari, idhar bhi tayyari۔ to aik buzurg uthay, unhon ne ja kar mulaqat ki un se aur kaha ke tum jo larai ki tayyari kar rahay ho,</w:t>
      </w:r>
    </w:p>
    <w:p>
      <w:pPr>
        <w:jc w:val="right"/>
      </w:pPr>
      <w:r>
        <w:t>جیسے جاہلیت کے زمانے کا قصہ ہے کہ دو قبیلے لڑ گئے۔ جنگی تیاری ہونے لگی، ادھر بھی تیاری، ادھر بھی تیاری۔ تو ایک بزرگ اٹھے، انہوں نے جا کر ملاقات کی ان سے اور کہا کہ تم جو لڑائی کی تیاری کر رہے ہو،</w:t>
      </w:r>
    </w:p>
    <w:p>
      <w:r>
        <w:rPr>
          <w:b/>
        </w:rPr>
        <w:t xml:space="preserve">[22:31] </w:t>
      </w:r>
      <w:r>
        <w:t>mein kya tum ko aik achi baat na bataoon</w:t>
      </w:r>
    </w:p>
    <w:p>
      <w:pPr>
        <w:jc w:val="right"/>
      </w:pPr>
      <w:r>
        <w:t>میں کیا تم کو ایک اچھی بات نہ بتاؤ</w:t>
      </w:r>
    </w:p>
    <w:p>
      <w:r>
        <w:rPr>
          <w:b/>
        </w:rPr>
        <w:t xml:space="preserve">[22:33] </w:t>
      </w:r>
      <w:r>
        <w:t>؟ usay behtar achi baat۔ unhon ne kaha, woh kya baat hai؟ kaha ke musalhat kar lo, khoon kharab nahi hoga۔ to foran raazi ho gaya, musalhat kar liya۔</w:t>
      </w:r>
    </w:p>
    <w:p>
      <w:pPr>
        <w:jc w:val="right"/>
      </w:pPr>
      <w:r>
        <w:t>ں؟ اسے بہتر اچھی بات۔ انہوں نے کہا، وہ کیا بات ہے؟ کہا کہ مصالحت کر لو، خون خوار نہیں ہوگا۔ تو فوراً راضی ہو گیا، مصالحت کر لیا۔</w:t>
      </w:r>
    </w:p>
    <w:p>
      <w:r>
        <w:rPr>
          <w:b/>
        </w:rPr>
        <w:t xml:space="preserve">[22:46] </w:t>
      </w:r>
      <w:r>
        <w:t>yeh aisay log thay jo haq baat ko foran maan letay thay, sachai ke agay foran woh surrender kar detay thay۔</w:t>
      </w:r>
    </w:p>
    <w:p>
      <w:pPr>
        <w:jc w:val="right"/>
      </w:pPr>
      <w:r>
        <w:t>یہ ایسے لوگ تھے جو حق بات کو فوراً مان لیتے تھے، سچائی کے آگے فوراً وہ سرینڈر کر دیتے تھے۔</w:t>
      </w:r>
    </w:p>
    <w:p>
      <w:r>
        <w:rPr>
          <w:b/>
        </w:rPr>
        <w:t xml:space="preserve">[22:58] </w:t>
      </w:r>
      <w:r>
        <w:t>is liye mumkin hua ke rasool Allah salallahu alaihi wasallam ke sath team banay۔</w:t>
      </w:r>
    </w:p>
    <w:p>
      <w:pPr>
        <w:jc w:val="right"/>
      </w:pPr>
      <w:r>
        <w:t>اس لیے ممکن ہوا کہ رسول اللہ صلی اللہ علیہ وسلم کے ساتھ ٹیم بنے۔</w:t>
      </w:r>
    </w:p>
    <w:p>
      <w:r>
        <w:rPr>
          <w:b/>
        </w:rPr>
        <w:t xml:space="preserve">[23:03] </w:t>
      </w:r>
      <w:r>
        <w:t>dosre nabiyon ko jo kaam ka mauqa mila to wahan koi bano ismail jaisi nasal maujood nahi thi jis mein yeh fitri awsaaf hain.</w:t>
      </w:r>
    </w:p>
    <w:p>
      <w:pPr>
        <w:jc w:val="right"/>
      </w:pPr>
      <w:r>
        <w:t>دوسرے نبیوں کو جو کام کا موقع ملا تو وہاں کوئی بنو اسماعیل جیسی نسل موجود نہیں تھی جس میں یہ فطری اوصاف ہوں۔</w:t>
      </w:r>
    </w:p>
    <w:p>
      <w:r>
        <w:rPr>
          <w:b/>
        </w:rPr>
        <w:t xml:space="preserve">[23:13] </w:t>
      </w:r>
      <w:r>
        <w:t>yahan woh nasal thi jin mein fitri awsaaf thay, isi liye team bani pehle nahi ban pati thi. ab phir kya hua ke aap ko khatamun nabiyyin Allah taala ne</w:t>
      </w:r>
    </w:p>
    <w:p>
      <w:pPr>
        <w:jc w:val="right"/>
      </w:pPr>
      <w:r>
        <w:t>یہاں وہ نسل تھی جن میں فطری اوصاف تھے، اسی لیے ٹیم بنی پہلے نہیں بن پاتی تھی۔ اب پھر کیا ہوا کہ آپ کو خاتم النبین اللہ تعالیٰ نے</w:t>
      </w:r>
    </w:p>
    <w:p>
      <w:r>
        <w:rPr>
          <w:b/>
        </w:rPr>
        <w:t xml:space="preserve">[23:28] </w:t>
      </w:r>
      <w:r>
        <w:t>bana diya. khatamun nabiyyin ka matlab yeh nahi ke aap afzal bana diya, yeh matlab nahi hai. yaani silsila nabuwat ko khatam kar diya kyunke nabuwat ka badal hasil ho gaye.</w:t>
      </w:r>
    </w:p>
    <w:p>
      <w:pPr>
        <w:jc w:val="right"/>
      </w:pPr>
      <w:r>
        <w:t>بنا دیا۔ خاتم النبین کا مطلب یہ نہیں کہ آپ افضل بنا دیا، یہ مطلب نہیں ہے۔ یعنی سلسلہ نبوت کو ختم کر دیا کیونکہ نبوت کا بدل حاصل ہو گئے۔</w:t>
      </w:r>
    </w:p>
    <w:p>
      <w:r>
        <w:rPr>
          <w:b/>
        </w:rPr>
        <w:t xml:space="preserve">[23:41] </w:t>
      </w:r>
      <w:r>
        <w:t>aap woh tha Khuda ki kitab ka mehfooz hona. rasool Allah ko ek taqatwar team mil gayi, is liye mumkin hua ke Quran ko mehfooz kar diya jaye.</w:t>
      </w:r>
    </w:p>
    <w:p>
      <w:pPr>
        <w:jc w:val="right"/>
      </w:pPr>
      <w:r>
        <w:t>آپ وہ تھا خدا کی کتاب کا محفوظ ہونا۔ رسول اللہ کو ایک طاقتور ٹیم مل گئی، اس لیے ممکن ہوا کہ قرآن کو محفوظ کر دیا جائے۔</w:t>
      </w:r>
    </w:p>
    <w:p>
      <w:r>
        <w:rPr>
          <w:b/>
        </w:rPr>
        <w:t xml:space="preserve">[23:54] </w:t>
      </w:r>
      <w:r>
        <w:t>pichhle zamane mein bhi Allah kalam aata tha lekin team ke na hone ki wajah se kalam mehfooz nahi raha. yaani peghambar ke sath ek aisi team darkar thi jo us ki mehfooz rakhe, aage tak pohanchaye, agli naslon ko pohanchaye.</w:t>
      </w:r>
    </w:p>
    <w:p>
      <w:pPr>
        <w:jc w:val="right"/>
      </w:pPr>
      <w:r>
        <w:t>پچھلے زمانے میں بھی اللہ کلام آتا تھا لیکن ٹیم کے نہ ہونے کی وجہ سے کلام محفوظ نہیں رہا۔ یعنی پیغمبر کے ساتھ ایک ایسی ٹیم درکار تھی جو اس کی محفوظ رکھے، آگے تک پہنچائے، اگلی نسلوں کو پہنچائے۔</w:t>
      </w:r>
    </w:p>
    <w:p>
      <w:r>
        <w:rPr>
          <w:b/>
        </w:rPr>
        <w:t xml:space="preserve">[24:10] </w:t>
      </w:r>
      <w:r>
        <w:t>to team hoti to nahi thi. rasool Allah ke sath kya hua ke aap ke sath sahaba thay, sahaba ke baad tabeen paida hue, phir tabe tabeen paida hue.</w:t>
      </w:r>
    </w:p>
    <w:p>
      <w:pPr>
        <w:jc w:val="right"/>
      </w:pPr>
      <w:r>
        <w:t>تو ٹیم ہوتی تو نہیں تھی۔ رسول اللہ کے ساتھ کیا ہوا کہ آپ کے ساتھ صحابہ تھے، صحابہ کے بعد تابعین پیدا ہوئے، پھر تبع تابعین پیدا ہوئے۔</w:t>
      </w:r>
    </w:p>
    <w:p>
      <w:r>
        <w:rPr>
          <w:b/>
        </w:rPr>
        <w:t xml:space="preserve">[24:20] </w:t>
      </w:r>
      <w:r>
        <w:t>yeh silsila chalta rah</w:t>
      </w:r>
    </w:p>
    <w:p>
      <w:pPr>
        <w:jc w:val="right"/>
      </w:pPr>
      <w:r>
        <w:t>یہ سلسلہ چلتا رہ</w:t>
      </w:r>
    </w:p>
    <w:p>
      <w:r>
        <w:rPr>
          <w:b/>
        </w:rPr>
        <w:t xml:space="preserve">[24:21] </w:t>
      </w:r>
      <w:r>
        <w:t>a yahan tak ke zamana printing press ke daur mein aa gaya aur Quran ko chhaap diya gaya.</w:t>
      </w:r>
    </w:p>
    <w:p>
      <w:pPr>
        <w:jc w:val="right"/>
      </w:pPr>
      <w:r>
        <w:t>ا یہاں تک کہ زمانہ پرنٹنگ پریس کے دور میں آ گیا اور قرآن کو چھاپ دیا گیا۔</w:t>
      </w:r>
    </w:p>
    <w:p>
      <w:r>
        <w:rPr>
          <w:b/>
        </w:rPr>
        <w:t xml:space="preserve">[24:30] </w:t>
      </w:r>
      <w:r>
        <w:t>chhaapne ke baad ab hifazat apne aap ho gayi, ab kisi aur hifazat ki zaroorat nahi hai.</w:t>
      </w:r>
    </w:p>
    <w:p>
      <w:pPr>
        <w:jc w:val="right"/>
      </w:pPr>
      <w:r>
        <w:t>چھاپنے کے بعد اب حفاظت اپنے آپ ہو گئی، اب کسی اور حفاظت کی ضرورت نہیں ہے۔</w:t>
      </w:r>
    </w:p>
    <w:p>
      <w:r>
        <w:rPr>
          <w:b/>
        </w:rPr>
        <w:t xml:space="preserve">[24:37] </w:t>
      </w:r>
      <w:r>
        <w:t>yeh sab kaise mumkin hua ke bano ismail ke zariye se ek team ka banna, us team se ashabe rasool ka nikalna aur phir un ka yaani rasool Allah ka sath dena.</w:t>
      </w:r>
    </w:p>
    <w:p>
      <w:pPr>
        <w:jc w:val="right"/>
      </w:pPr>
      <w:r>
        <w:t>یہ سب کیسے ممکن ہوا کہ بنو اسماعیل کے ذریعے سے ایک ٹیم کا بننا، اس ٹیم سے اصحاب رسول کا نکلنا اور پھر ان کا یعنی رسول اللہ کا ساتھ دینا۔</w:t>
      </w:r>
    </w:p>
    <w:p>
      <w:r>
        <w:rPr>
          <w:b/>
        </w:rPr>
        <w:t xml:space="preserve">[24:53] </w:t>
      </w:r>
      <w:r>
        <w:t>is mein ek baat yeh bhi hai, dekhiye, jo fitri awsaaf hotay hain aadmi ke andar, jin ko mein fitri awsaaf keh raha hoon, is mein ek bohat hi bari cheez yeh hoti hai ke cheezon ko as it is dekhna, objective thinking, sachai ko maan lena.</w:t>
      </w:r>
    </w:p>
    <w:p>
      <w:pPr>
        <w:jc w:val="right"/>
      </w:pPr>
      <w:r>
        <w:t>اس میں ایک بات یہ بھی ہے، دیکھیے، جو فطری اوصاف ہوتے ہیں آدمی کے اندر، جن کو میں فطری اوصاف کہہ رہا ہوں، اس میں ایک بہت ہی بڑی چیز یہ ہوتی ہے کہ چیزوں کو ایز اٹ از دیکھنا، ابجیکٹو تھنکنگ، سچائی کو مان لینا۔</w:t>
      </w:r>
    </w:p>
    <w:p>
      <w:r>
        <w:rPr>
          <w:b/>
        </w:rPr>
        <w:t xml:space="preserve">[25:14] </w:t>
      </w:r>
      <w:r>
        <w:t>to peghambar ke paas koi peghambar ek aam bashar ki tarah hota tha,</w:t>
      </w:r>
    </w:p>
    <w:p>
      <w:pPr>
        <w:jc w:val="right"/>
      </w:pPr>
      <w:r>
        <w:t>تو پیغمبر کے پاس کوئی پیغمبر ایک عام بشر کی طرح ہوتا تھا،</w:t>
      </w:r>
    </w:p>
    <w:p>
      <w:r>
        <w:rPr>
          <w:b/>
        </w:rPr>
        <w:t xml:space="preserve">[25:21] </w:t>
      </w:r>
      <w:r>
        <w:t>jis hum aap hain, woh is se peghambar hota tha. bas yeh woh kehta tha ke mere paas wahi aayi hai. to log pehchan nahi paate thay peghambar ko.</w:t>
      </w:r>
    </w:p>
    <w:p>
      <w:pPr>
        <w:jc w:val="right"/>
      </w:pPr>
      <w:r>
        <w:t>جس ہم آپ ہیں، وہ اس سے پیغمبر ہوتا تھا۔ بس یہ وہ کہتا تھا کہ میرے پاس وحی آئی ہے۔ تو لوگ پہچان نہیں پاتے تھے پیغمبر کو۔</w:t>
      </w:r>
    </w:p>
    <w:p>
      <w:r>
        <w:rPr>
          <w:b/>
        </w:rPr>
        <w:t xml:space="preserve">[25:32] </w:t>
      </w:r>
      <w:r>
        <w:t>ho sakta hai peghambar woh samajhte thay ke peghambar koi pahad hoga, koi zameen o aasman hoga, aisa tasawwur un ka hota tha. to ek bashar ke roop mein jab ek insaan un ke samne aata tha aur kehta tha ke mere par Khuda ki wahi aayi hai, to kuch samajh mein nahi aata tha un ki.</w:t>
      </w:r>
    </w:p>
    <w:p>
      <w:pPr>
        <w:jc w:val="right"/>
      </w:pPr>
      <w:r>
        <w:t>ہو سکتا ہے پیغمبر وہ سمجھتے تھے کہ پیغمبر کوئی پہاڑ ہوگا، کوئی زمین و آسمان ہوگا، ایسا تصور ان کا ہوتا تھا۔ تو ایک بشر کے روپ میں جب ایک انسان ان کے سامنے آتا تھا اور کہتا تھا کہ میرے پر خدا کی وحی آئی ہے، تو کچھ سمجھ میں نہیں آتا تھا ان کی۔</w:t>
      </w:r>
    </w:p>
    <w:p>
      <w:r>
        <w:rPr>
          <w:b/>
        </w:rPr>
        <w:t xml:space="preserve">[25:49] </w:t>
      </w:r>
      <w:r>
        <w:t>to yeh jo bano ismail bane, un ke andar jo quality thi, us mein se ek bohat aham quality yeh thi ke kisi izafi asbab ke baghair kisi cheez ko pehchan saken.</w:t>
      </w:r>
    </w:p>
    <w:p>
      <w:pPr>
        <w:jc w:val="right"/>
      </w:pPr>
      <w:r>
        <w:t>تو یہ جو بنو اسماعیل بنے، ان کے اندر جو کوالٹی تھی، اس میں سے ایک بہت اہم کوالٹی یہ تھی کہ کسی اضافی اسباب کے بغیر کسی چیز کو پہچان سکیں۔</w:t>
      </w:r>
    </w:p>
    <w:p>
      <w:r>
        <w:rPr>
          <w:b/>
        </w:rPr>
        <w:t xml:space="preserve">[25:59] </w:t>
      </w:r>
      <w:r>
        <w:t>woh aaj jo musalman mante hain rasool Allah ko, to tareekh ke waste se mante hain. ek bari tareekh aap ke sath jud gayi, aap ke baad jo bani, yaani tareekh ki glory shamil ho gayi aap ke sath.</w:t>
      </w:r>
    </w:p>
    <w:p>
      <w:pPr>
        <w:jc w:val="right"/>
      </w:pPr>
      <w:r>
        <w:t>وہ آج جو مسلمان مانتے ہیں رسول اللہ کو، تو تاریخ کے واسطے سے مانتے ہیں۔ ایک بڑی تاریخ آپ کے ساتھ جڑ گئی، آپ کے بعد جو بنی، یعنی تاریخ کی گلوری شامل ہو گئی آپ کے ساتھ۔</w:t>
      </w:r>
    </w:p>
    <w:p>
      <w:r>
        <w:rPr>
          <w:b/>
        </w:rPr>
        <w:t xml:space="preserve">[26:19] </w:t>
      </w:r>
      <w:r>
        <w:t>to yeh historical glory jo hai, us ke waste se rasool Allah ko pehchante hain woh, aur shehanshah e kainat kehte hain woh. sahaba ke zamane mein tareekh nahi bani thi, to tareekh banne se pehle peghambar ko pehchanna mushkil tareen kaam hai.</w:t>
      </w:r>
    </w:p>
    <w:p>
      <w:pPr>
        <w:jc w:val="right"/>
      </w:pPr>
      <w:r>
        <w:t>تو یہ ہسٹوریکل گلوری جو ہے، اس کے واسطے سے رسول اللہ کو پہچانتے ہیں وہ، اور شہنشاہ کائنات کہتے ہیں وہ۔ صحابہ کے زمانے میں تاریخ نہیں بنی تھی، تو تاریخ بننے سے پہلے پیغمبر کو پہچاننا مشکل ترین کام ہے۔</w:t>
      </w:r>
    </w:p>
    <w:p>
      <w:r>
        <w:rPr>
          <w:b/>
        </w:rPr>
        <w:t xml:space="preserve">[26:37] </w:t>
      </w:r>
      <w:r>
        <w:t>isi liye kisi ne kaha hai ke peghambar hamesha apne apne contemporary pehchana nahi jata. kisi ka qaul hai ke peghambar apne moasreen mein nahi pehchana jata.</w:t>
      </w:r>
    </w:p>
    <w:p>
      <w:pPr>
        <w:jc w:val="right"/>
      </w:pPr>
      <w:r>
        <w:t>اسی لیے کسی نے کہا ہے کہ پیغمبر ہمیشہ اپنے اپنے کنٹیمپریری پہچانا نہیں جاتا۔ کسی کا قول ہے کہ پیغمبر اپنے معاصرین میں نہیں پہچانا جاتا۔</w:t>
      </w:r>
    </w:p>
    <w:p>
      <w:r>
        <w:rPr>
          <w:b/>
        </w:rPr>
        <w:t xml:space="preserve">[26:46] </w:t>
      </w:r>
      <w:r>
        <w:t>yeh to kyun</w:t>
      </w:r>
    </w:p>
    <w:p>
      <w:pPr>
        <w:jc w:val="right"/>
      </w:pPr>
      <w:r>
        <w:t>یہ تو کیوں</w:t>
      </w:r>
    </w:p>
    <w:p>
      <w:r>
        <w:rPr>
          <w:b/>
        </w:rPr>
        <w:t xml:space="preserve">[26:47] </w:t>
      </w:r>
      <w:r>
        <w:t>? kyunke tareekh nahi hoti hai. log tareekh ki azmaton ko jante hain, bashar ko kahan pehchan paate hain?</w:t>
      </w:r>
    </w:p>
    <w:p>
      <w:pPr>
        <w:jc w:val="right"/>
      </w:pPr>
      <w:r>
        <w:t>؟ کیونکہ تاریخ نہیں ہوتی ہے۔ لوگ تاریخ کی عظمتوں کو جانتے ہیں، بشر کو کہاں پہچان پاتے ہیں؟</w:t>
      </w:r>
    </w:p>
    <w:p>
      <w:r>
        <w:rPr>
          <w:b/>
        </w:rPr>
        <w:t xml:space="preserve">[26:56] </w:t>
      </w:r>
      <w:r>
        <w:t>to sahaba karam ka yeh bohat bara yaani sifat hai, woh sifat paida hui isi wajah se. ek nayi nasal jo banayi gayi,</w:t>
      </w:r>
    </w:p>
    <w:p>
      <w:pPr>
        <w:jc w:val="right"/>
      </w:pPr>
      <w:r>
        <w:t>تو صحابہ کرام کا یہ بہت بڑا یعنی صفت ہے، وہ صفت پیدا ہوئی اسی وجہ سے۔ ایک نئی نسل جو بنائی گئی،</w:t>
      </w:r>
    </w:p>
    <w:p>
      <w:r>
        <w:rPr>
          <w:b/>
        </w:rPr>
        <w:t xml:space="preserve">[27:07] </w:t>
      </w:r>
      <w:r>
        <w:t>yaani deconditioned ek qaum jo banayi gayi, fitrat ke mahol mein jo qaum banayi gayi, us ki wajah se un ke andar jo qualities thin, un ke andar jo salahiyat thi, us ki wajah se un ke liye mumkin hua ke izafi asbab ke baghair Quran ko, baghair woh peghambar ko pehchanen,</w:t>
      </w:r>
    </w:p>
    <w:p>
      <w:pPr>
        <w:jc w:val="right"/>
      </w:pPr>
      <w:r>
        <w:t>یعنی ڈی کنڈیشن ایک قوم جو بنائی گئی، فطرت کے ماحول میں جو قوم بنائی گئی، اس کی وجہ سے ان کے اندر جو کوالٹیز تھیں، ان کے اندر جو صلاحیت تھی، اس کی وجہ سے ان کے لیے ممکن ہوا کہ اضافی اسباب کے بغیر قرآن کو، بغیر وہ پیغمبر کو پہچانیں،</w:t>
      </w:r>
    </w:p>
    <w:p>
      <w:r>
        <w:rPr>
          <w:b/>
        </w:rPr>
        <w:t xml:space="preserve">[27:26] </w:t>
      </w:r>
      <w:r>
        <w:t>izafi azmaton ke baghair woh yeh gawahi dein ke yeh peghambar hain. to is tarah se yeh yeh qaum bani.</w:t>
      </w:r>
    </w:p>
    <w:p>
      <w:pPr>
        <w:jc w:val="right"/>
      </w:pPr>
      <w:r>
        <w:t>اضافی عظمتوں کے بغیر وہ یہ گواہی دیں کہ یہ پیغمبر ہیں۔ تو اس طرح سے یہ یہ قوم بنی۔</w:t>
      </w:r>
    </w:p>
    <w:p>
      <w:r>
        <w:rPr>
          <w:b/>
        </w:rPr>
        <w:t xml:space="preserve">[27:39] </w:t>
      </w:r>
      <w:r>
        <w:t>to hajj ke liye jab jate hain aap, to yeh sari tareekh padh kar jana chahiye, tab aap ko yaad aayega yeh sab batain. to liya shad o manafa logon ke maani hain, woh historical references ko dekhen, jahan wajood mein aaya.</w:t>
      </w:r>
    </w:p>
    <w:p>
      <w:pPr>
        <w:jc w:val="right"/>
      </w:pPr>
      <w:r>
        <w:t>تو حج کے لیے جب جاتے ہیں آپ، تو یہ ساری تاریخ پڑھ کر جانا چاہیے، تب آپ کو یاد آئے گا یہ سب باتیں۔ تو لیا شدو منافع لوگوں کے معنی ہیں، وہ ہسٹوریکل ریفرنسز کو دیکھیں، جہاں وجود میں آیا۔</w:t>
      </w:r>
    </w:p>
    <w:p>
      <w:r>
        <w:rPr>
          <w:b/>
        </w:rPr>
        <w:t xml:space="preserve">[27:54] </w:t>
      </w:r>
      <w:r>
        <w:t>yeh char hazar saal ki tareekh un ke mind mein ho, aur is baat ko le kar hajj karen, yeh matloob hai, yeh matloob hai.</w:t>
      </w:r>
    </w:p>
    <w:p>
      <w:pPr>
        <w:jc w:val="right"/>
      </w:pPr>
      <w:r>
        <w:t>یہ چار ہزار سال کی تاریخ ان کے مائنڈ میں ہو، اور اس بات کو لے کر حج کریں، یہ مطلوب ہے، یہ مطلوب ہے۔</w:t>
      </w:r>
    </w:p>
    <w:p>
      <w:r>
        <w:rPr>
          <w:b/>
        </w:rPr>
        <w:t xml:space="preserve">[28:04] </w:t>
      </w:r>
      <w:r>
        <w:t>phir jab aap utrenge wahan par, yaani jeddah mein, to aap ko yaad aayega ke yahi woh maqam hai jahan se sahaba kiram ki pehli jamaat ne habash ke liye hijrat ki thi.</w:t>
      </w:r>
    </w:p>
    <w:p>
      <w:pPr>
        <w:jc w:val="right"/>
      </w:pPr>
      <w:r>
        <w:t>پھر جب آپ اتریں گے وہاں پر، یعنی جدہ میں، تو آپ کو یاد آئے گا کہ یہی وہ مقام ہے جہاں سے صحابہ کرام کی پہلی جماعت نے حبش کے لیے ہجرت کی تھی۔</w:t>
      </w:r>
    </w:p>
    <w:p>
      <w:r>
        <w:rPr>
          <w:b/>
        </w:rPr>
        <w:t xml:space="preserve">[28:17] </w:t>
      </w:r>
      <w:r>
        <w:t>to yeh ajeeb ghareeb aap ko aik aik aik nafsiyati ghiza milegi.</w:t>
      </w:r>
    </w:p>
    <w:p>
      <w:pPr>
        <w:jc w:val="right"/>
      </w:pPr>
      <w:r>
        <w:t>تو یہ عجیب غریب آپ کو ایک ایک ایک نفسیاتی غذا ملے گی۔</w:t>
      </w:r>
    </w:p>
    <w:p>
      <w:r>
        <w:rPr>
          <w:b/>
        </w:rPr>
        <w:t xml:space="preserve">[28:24] </w:t>
      </w:r>
      <w:r>
        <w:t>yeh aik waqt tha ke makka mein rehna un ke liye namumkin ho gaya tha, to gaye ghair mulk mein. gaye aaj ghair mulk ke log aa kar makka mein abad hote hain aur aaram se rehte hain.</w:t>
      </w:r>
    </w:p>
    <w:p>
      <w:pPr>
        <w:jc w:val="right"/>
      </w:pPr>
      <w:r>
        <w:t>یہ ایک وقت تھا کہ مکہ میں رہنا ان کے لیے ناممکن ہو گیا تھا، تو گئے غیر ملک میں۔ گئے آج غیر ملک کے لوگ آ کر مکہ میں آباد ہوتے ہیں اور آرام سے رہتے ہیں۔</w:t>
      </w:r>
    </w:p>
    <w:p>
      <w:r>
        <w:rPr>
          <w:b/>
        </w:rPr>
        <w:t xml:space="preserve">[28:35] </w:t>
      </w:r>
      <w:r>
        <w:t>wahan kaisi ajeeb baat hai!</w:t>
      </w:r>
    </w:p>
    <w:p>
      <w:pPr>
        <w:jc w:val="right"/>
      </w:pPr>
      <w:r>
        <w:t>وہاں کیسی عجیب بات ہے!</w:t>
      </w:r>
    </w:p>
    <w:p>
      <w:r>
        <w:rPr>
          <w:b/>
        </w:rPr>
        <w:t xml:space="preserve">[28:40] </w:t>
      </w:r>
      <w:r>
        <w:t>yaani saatvi sadi isvi ka ruba'i awal jo hai, first quarter, is mein makka ka yeh haal tha ke log wahan par Allah ka naam, Allah ko aik kehna un ka jurm ban gaya tha.</w:t>
      </w:r>
    </w:p>
    <w:p>
      <w:pPr>
        <w:jc w:val="right"/>
      </w:pPr>
      <w:r>
        <w:t>یعنی ساتویں صدی عیسوی کا ربع اول جو ہے، فرسٹ کوارٹر، اس میں مکہ کا یہ حال تھا کہ لوگ وہاں پر اللہ کا نام، اللہ کو ایک کہنا ان کا جرم بن گیا تھا۔</w:t>
      </w:r>
    </w:p>
    <w:p>
      <w:r>
        <w:rPr>
          <w:b/>
        </w:rPr>
        <w:t xml:space="preserve">[28:53] </w:t>
      </w:r>
      <w:r>
        <w:t>wahan par</w:t>
      </w:r>
    </w:p>
    <w:p>
      <w:pPr>
        <w:jc w:val="right"/>
      </w:pPr>
      <w:r>
        <w:t>وہاں پر</w:t>
      </w:r>
    </w:p>
    <w:p>
      <w:r>
        <w:rPr>
          <w:b/>
        </w:rPr>
        <w:t xml:space="preserve">[28:54] </w:t>
      </w:r>
      <w:r>
        <w:t>itna un ko pareshan kiya gaya to ke apne watan ko chhod kar habash chale gaye. isi jeddah se un ki kashtiyan rawana hui thin. aaj isi makka mein tauheed ka bol bala hai.</w:t>
      </w:r>
    </w:p>
    <w:p>
      <w:pPr>
        <w:jc w:val="right"/>
      </w:pPr>
      <w:r>
        <w:t>اتنا ان کو پریشان کیا گیا تو کہ اپنے وطن کو چھوڑ کر حبش چلے گئے۔ اسی جدہ سے ان کی کشتیاں روانہ ہوئی تھیں۔ آج اسی مکہ میں توحید کا بول بالا ہے۔</w:t>
      </w:r>
    </w:p>
    <w:p>
      <w:r>
        <w:rPr>
          <w:b/>
        </w:rPr>
        <w:t xml:space="preserve">[29:07] </w:t>
      </w:r>
      <w:r>
        <w:t>wahan par bare bare haram ki imaratein khadi hui hain. wahan ja kar ke log baste hain bahar se. to kaisa ajeeb ghareeb hai sab!</w:t>
      </w:r>
    </w:p>
    <w:p>
      <w:pPr>
        <w:jc w:val="right"/>
      </w:pPr>
      <w:r>
        <w:t>وہاں پر بڑے بڑے حرم کی عمارتیں کھڑی ہوئی ہیں۔ وہاں جا کر کے لوگ بستے ہیں باہر سے۔ تو کیسا عجیب غریب ہے سب!</w:t>
      </w:r>
    </w:p>
    <w:p>
      <w:r>
        <w:rPr>
          <w:b/>
        </w:rPr>
        <w:t xml:space="preserve">[29:19] </w:t>
      </w:r>
      <w:r>
        <w:t>jab aap ko yaad aata hai to kitna ajeeb ghareeb</w:t>
      </w:r>
    </w:p>
    <w:p>
      <w:pPr>
        <w:jc w:val="right"/>
      </w:pPr>
      <w:r>
        <w:t>جب آپ کو یاد آتا ہے تو کتنا عجیب غریب</w:t>
      </w:r>
    </w:p>
    <w:p>
      <w:r>
        <w:rPr>
          <w:b/>
        </w:rPr>
        <w:t xml:space="preserve">[29:22] </w:t>
      </w:r>
      <w:r>
        <w:t>yaani aik nafsiyati ghiza milti hai aap ko. aise jab aap ehram bandhte hain, ehram kya hai?</w:t>
      </w:r>
    </w:p>
    <w:p>
      <w:pPr>
        <w:jc w:val="right"/>
      </w:pPr>
      <w:r>
        <w:t>یعنی ایک نفسیاتی غذا ملتی ہے آپ کو۔ ایسے جب آپ احرام باندھتے ہیں، احرام کیا ہے؟</w:t>
      </w:r>
    </w:p>
    <w:p>
      <w:r>
        <w:rPr>
          <w:b/>
        </w:rPr>
        <w:t xml:space="preserve">[29:31] </w:t>
      </w:r>
      <w:r>
        <w:t>aaj kal samajhte hain ke bas aik aik riwayati cheez nahi hai. ehram jo hai, hazrat ibrahim ke tarz zindagi ki alamat hai. woh koi yahi kapda pehente the.</w:t>
      </w:r>
    </w:p>
    <w:p>
      <w:pPr>
        <w:jc w:val="right"/>
      </w:pPr>
      <w:r>
        <w:t>آج کل سمجھتے ہیں کہ بس ایک ایک روایتی چیز نہیں ہے۔ احرام جو ہے، حضرت ابراہیم کے طرز زندگی کی علامت ہے۔ وہ کوئی یہی کپڑا پہنتے تھے۔</w:t>
      </w:r>
    </w:p>
    <w:p>
      <w:r>
        <w:rPr>
          <w:b/>
        </w:rPr>
        <w:t xml:space="preserve">[29:40] </w:t>
      </w:r>
      <w:r>
        <w:t>woh aaj kal ki tarah se wahan tailor darzi mayassar nahi the. woh</w:t>
      </w:r>
    </w:p>
    <w:p>
      <w:pPr>
        <w:jc w:val="right"/>
      </w:pPr>
      <w:r>
        <w:t>وہ آج کل کی طرح سے وہاں ٹیلر دردی میسر نہیں تھے۔ وہ</w:t>
      </w:r>
    </w:p>
    <w:p>
      <w:r>
        <w:rPr>
          <w:b/>
        </w:rPr>
        <w:t xml:space="preserve">[29:48] </w:t>
      </w:r>
      <w:r>
        <w:t>aisi kapda, aik upar bana sila kapda, aik neeche bana sila kapda, woh hazrat ibrahim ki sadah zindagi ki alamat thi.</w:t>
      </w:r>
    </w:p>
    <w:p>
      <w:pPr>
        <w:jc w:val="right"/>
      </w:pPr>
      <w:r>
        <w:t>ایسی کپڑا، ایک اوپر بنا سلا کپڑا، ایک نیچے بنا سلا کپڑا، وہ حضرت ابراہیم کی سادہ زندگی کی علامت تھی۔</w:t>
      </w:r>
    </w:p>
    <w:p>
      <w:r>
        <w:rPr>
          <w:b/>
        </w:rPr>
        <w:t xml:space="preserve">[29:57] </w:t>
      </w:r>
      <w:r>
        <w:t>hazrat ibrahim ne sadah zindagi ikhtiyar ki, hazrat hajra ne sadah zindagi ikhtiyar ki, hazrat ismail ne sadah zindagi ikhtiyar ki. is is ko symbolize kar raha hai ehram.</w:t>
      </w:r>
    </w:p>
    <w:p>
      <w:pPr>
        <w:jc w:val="right"/>
      </w:pPr>
      <w:r>
        <w:t>حضرت ابراہیم نے سادہ زندگی اختیار کی، حضرت ہاجرہ نے سادہ زندگی اختیار کی، حضرت اسماعیل نے سادہ زندگی اختیار کی۔ اس اس کو سمبلائز کر رہا ہے احرام۔</w:t>
      </w:r>
    </w:p>
    <w:p>
      <w:r>
        <w:rPr>
          <w:b/>
        </w:rPr>
        <w:t xml:space="preserve">[30:08] </w:t>
      </w:r>
      <w:r>
        <w:t>jab aap ehram bandhte hain to aap ko yaad aana chahiye kis tarah se is waqt se le kar rasool Allah tak</w:t>
      </w:r>
    </w:p>
    <w:p>
      <w:pPr>
        <w:jc w:val="right"/>
      </w:pPr>
      <w:r>
        <w:t>جب آپ احرام باندھتے ہیں تو آپ کو یاد آنا چاہیے کس طرح سے اس وقت سے لے کر رسول اللہ تک</w:t>
      </w:r>
    </w:p>
    <w:p>
      <w:r>
        <w:rPr>
          <w:b/>
        </w:rPr>
        <w:t xml:space="preserve">[30:15] </w:t>
      </w:r>
      <w:r>
        <w:t>tamam jo yeh the, is tauheed ke mission mein jude hue log bilkul sadah zindagi hai. to waqti taur par ehram bandh lena yeh nahi hai.</w:t>
      </w:r>
    </w:p>
    <w:p>
      <w:pPr>
        <w:jc w:val="right"/>
      </w:pPr>
      <w:r>
        <w:t>تمام جو یہ تھے، اس توحید کے مشن میں جڑے ہوئے لوگ بالکل سادہ زندگی ہے۔ تو وقتی طور پر احرام باندھ لینا یہ نہیں ہے۔</w:t>
      </w:r>
    </w:p>
    <w:p>
      <w:r>
        <w:rPr>
          <w:b/>
        </w:rPr>
        <w:t xml:space="preserve">[30:29] </w:t>
      </w:r>
      <w:r>
        <w:t>ehram ke zariye se aap ko yaad aana chahiye ke jin Allah ke bando ko Allah taala ne qabool farmaya, jo Allah ke bande jannat mein gaye, un ka tarz rehish kya tha.</w:t>
      </w:r>
    </w:p>
    <w:p>
      <w:pPr>
        <w:jc w:val="right"/>
      </w:pPr>
      <w:r>
        <w:t>احرام کے ذریعے سے آپ کو یاد آنا چاہیے کہ جن اللہ کے بندوں کو اللہ تعالیٰ نے قبول فرمایا، جو اللہ کے بندے جنت میں گئے، ان کا طرز رہائش کیا تھا۔</w:t>
      </w:r>
    </w:p>
    <w:p>
      <w:r>
        <w:rPr>
          <w:b/>
        </w:rPr>
        <w:t xml:space="preserve">[30:41] </w:t>
      </w:r>
      <w:r>
        <w:t>bilkul simplicity, sadah kapda, sadah khana, sadah rehan sehan yeh tha. yeh hai sabak.</w:t>
      </w:r>
    </w:p>
    <w:p>
      <w:pPr>
        <w:jc w:val="right"/>
      </w:pPr>
      <w:r>
        <w:t>بالکل سمپلیسٹی، سادہ کپڑا، سادہ کھانا، سادہ رہن سہن یہ تھا۔ یہ ہے سبق۔</w:t>
      </w:r>
    </w:p>
    <w:p>
      <w:r>
        <w:rPr>
          <w:b/>
        </w:rPr>
        <w:t xml:space="preserve">[30:50] </w:t>
      </w:r>
      <w:r>
        <w:t>phir jab aap tawaf karte hain kaba ka, yeh bhi aik sadah qism ka rasam nahi hai.</w:t>
      </w:r>
    </w:p>
    <w:p>
      <w:pPr>
        <w:jc w:val="right"/>
      </w:pPr>
      <w:r>
        <w:t>پھر جب آپ طواف کرتے ہیں کعبہ کا، یہ بھی ایک سادہ قسم کا رسم نہیں ہے۔</w:t>
      </w:r>
    </w:p>
    <w:p>
      <w:r>
        <w:rPr>
          <w:b/>
        </w:rPr>
        <w:t xml:space="preserve">[31:03] </w:t>
      </w:r>
      <w:r>
        <w:t>sadah qism ka rasam nahi hai.</w:t>
      </w:r>
    </w:p>
    <w:p>
      <w:pPr>
        <w:jc w:val="right"/>
      </w:pPr>
      <w:r>
        <w:t>سادہ قسم کا رسم نہیں ہے۔</w:t>
      </w:r>
    </w:p>
    <w:p>
      <w:r>
        <w:rPr>
          <w:b/>
        </w:rPr>
        <w:t xml:space="preserve">[31:05] </w:t>
      </w:r>
      <w:r>
        <w:t>woh apne aap ko Allah ke ke liye dedicate kar dene ka ki alamat hai. woh</w:t>
      </w:r>
    </w:p>
    <w:p>
      <w:pPr>
        <w:jc w:val="right"/>
      </w:pPr>
      <w:r>
        <w:t>وہ اپنے آپ کو اللہ کے کے لیے ڈیڈیکیٹ کر دینے کا کی علامت ہے۔ وہ</w:t>
      </w:r>
    </w:p>
    <w:p>
      <w:r>
        <w:rPr>
          <w:b/>
        </w:rPr>
        <w:t xml:space="preserve">[31:16] </w:t>
      </w:r>
      <w:r>
        <w:t>aur bohat sari cheezein wahan hain jis se aap ko sabak milta hai. misaal ke taur par aap jab kaba mein jate hain to aap dekhte hain kaba aik chokor building hai.</w:t>
      </w:r>
    </w:p>
    <w:p>
      <w:pPr>
        <w:jc w:val="right"/>
      </w:pPr>
      <w:r>
        <w:t>اور بہت ساری چیزیں وہاں ہیں جس سے آپ کو سبق ملتا ہے۔ مثال کے طور پر آپ جب کعبہ میں جاتے ہیں تو آپ دیکھتے ہیں کعبہ ایک چوکور بلڈنگ ہے۔</w:t>
      </w:r>
    </w:p>
    <w:p>
      <w:r>
        <w:rPr>
          <w:b/>
        </w:rPr>
        <w:t xml:space="preserve">[31:25] </w:t>
      </w:r>
      <w:r>
        <w:t>aaj jo kaba hai woh chokor building hai. hazrat ibrahim ne jo kaba banaya tha woh chokor nahi tha. woh</w:t>
      </w:r>
    </w:p>
    <w:p>
      <w:pPr>
        <w:jc w:val="right"/>
      </w:pPr>
      <w:r>
        <w:t>آج جو کعبہ ہے وہ چوکور بلڈنگ ہے۔ حضرت ابراہیم نے جو کعبہ بنایا تھا وہ چوکور نہیں تھا۔ وہ</w:t>
      </w:r>
    </w:p>
    <w:p>
      <w:r>
        <w:rPr>
          <w:b/>
        </w:rPr>
        <w:t xml:space="preserve">[31:32] </w:t>
      </w:r>
      <w:r>
        <w:t>abhi wahan par hatim jo hissa hai, hatim ka hissa kaba mein shamil tha yaani woh lambai mein tha, kaba chokor nahi tha.</w:t>
      </w:r>
    </w:p>
    <w:p>
      <w:pPr>
        <w:jc w:val="right"/>
      </w:pPr>
      <w:r>
        <w:t>ابھی وہاں پر حتیم جو حصہ ہے، حتیم کا حصہ کعبہ میں شامل تھا یعنی وہ لمبائی میں تھا، کعبہ چوکور نہیں تھا۔</w:t>
      </w:r>
    </w:p>
    <w:p>
      <w:r>
        <w:rPr>
          <w:b/>
        </w:rPr>
        <w:t xml:space="preserve">[31:44] </w:t>
      </w:r>
      <w:r>
        <w:t>to kyun aisa hua? kyun aisa hua?</w:t>
      </w:r>
    </w:p>
    <w:p>
      <w:pPr>
        <w:jc w:val="right"/>
      </w:pPr>
      <w:r>
        <w:t>تو کیوں ایسا ہوا؟ کیوں ایسا ہوا؟</w:t>
      </w:r>
    </w:p>
    <w:p>
      <w:r>
        <w:rPr>
          <w:b/>
        </w:rPr>
        <w:t xml:space="preserve">[31:50] </w:t>
      </w:r>
      <w:r>
        <w:t>is liye hua ke rasool Allah ki nabuwat se pehle ek baar makka mein kuch toofan aaya aur kachi building hoti thi.</w:t>
      </w:r>
    </w:p>
    <w:p>
      <w:pPr>
        <w:jc w:val="right"/>
      </w:pPr>
      <w:r>
        <w:t>اس لیے ہوا کہ رسول اللہ کی نبوت سے پہلے ایک بار مکہ میں کچھ طوفان آیا اور کچی بلڈنگ ہوتی تھی۔</w:t>
      </w:r>
    </w:p>
    <w:p>
      <w:r>
        <w:rPr>
          <w:b/>
        </w:rPr>
        <w:t xml:space="preserve">[32:01] </w:t>
      </w:r>
      <w:r>
        <w:t>woh yani gaare par eent rakh kar ke banaya, gaare par pathar rakh ke banaya gaya tha. woh koi cement mein to tha nahi. woh aaj kal ke zamane mein cement nahi nahi thi wahan available ke pakhta banaya jaye.</w:t>
      </w:r>
    </w:p>
    <w:p>
      <w:pPr>
        <w:jc w:val="right"/>
      </w:pPr>
      <w:r>
        <w:t>وہ یعنی گارے پر اینٹ رکھ کر کے بنایا، گارے پر پتھر رکھ کے بنایا گیا تھا۔ وہ کوئی سیمنٹ میں تو تھا نہیں۔ وہ آج کل کے زمانے میں سیمنٹ نہیں نہیں تھی وہاں اویلیبل کہ پختہ بنایا جائے۔</w:t>
      </w:r>
    </w:p>
    <w:p>
      <w:r>
        <w:rPr>
          <w:b/>
        </w:rPr>
        <w:t xml:space="preserve">[32:16] </w:t>
      </w:r>
      <w:r>
        <w:t>is ko to kachi mitti bana hua tha.</w:t>
      </w:r>
    </w:p>
    <w:p>
      <w:pPr>
        <w:jc w:val="right"/>
      </w:pPr>
      <w:r>
        <w:t>اس کو تو کچی مٹی بنا ہوا تھا۔</w:t>
      </w:r>
    </w:p>
    <w:p>
      <w:r>
        <w:rPr>
          <w:b/>
        </w:rPr>
        <w:t xml:space="preserve">[32:21] </w:t>
      </w:r>
      <w:r>
        <w:t>to woh gir gaya. to mushrikeen us waqt yani mushrikeen aur but parast us waqt kaaba par ke mutawalli thay.</w:t>
      </w:r>
    </w:p>
    <w:p>
      <w:pPr>
        <w:jc w:val="right"/>
      </w:pPr>
      <w:r>
        <w:t>تو وہ گر گیا۔ تو مشرکین اس وقت یعنی مشرکین اور بت پرست اس وقت کعبہ پر کے متولی تھے۔</w:t>
      </w:r>
    </w:p>
    <w:p>
      <w:r>
        <w:rPr>
          <w:b/>
        </w:rPr>
        <w:t xml:space="preserve">[32:31] </w:t>
      </w:r>
      <w:r>
        <w:t>wahi makka mein inhi ka dabdaba tha aur kaaba ke mutawalli bhi wahi thay. to unhon ne kya kiya ke dobara jo taameer kaaba ki taameer ki to aadha banaya, aadha chhod diya.</w:t>
      </w:r>
    </w:p>
    <w:p>
      <w:pPr>
        <w:jc w:val="right"/>
      </w:pPr>
      <w:r>
        <w:t>وہی مکہ میں انہی کا دبدبہ تھا اور کعبہ کے متولی بھی وہی تھے۔ تو انہوں نے کیا کیا کہ دوبارہ جو تعمیر کعبہ کی تعمیر کی تو آدھا بنایا، آدھا چھوڑ دیا۔</w:t>
      </w:r>
    </w:p>
    <w:p>
      <w:r>
        <w:rPr>
          <w:b/>
        </w:rPr>
        <w:t xml:space="preserve">[32:47] </w:t>
      </w:r>
      <w:r>
        <w:t>kaha jata hai ke samaan kam tha un ke paas. jo bhi wajah ho yani aadha hissa banaya, aadha chhod diya. yani kaaba double tha pehle lambai mein, ab chowkor bana diya unhon ne.</w:t>
      </w:r>
    </w:p>
    <w:p>
      <w:pPr>
        <w:jc w:val="right"/>
      </w:pPr>
      <w:r>
        <w:t>کہا جاتا ہے کہ سامان کم تھا ان کے پاس۔ جو بھی وجہ ہو یعنی آدھا حصہ بنایا، آدھا چھوڑ دیا۔ یعنی کعبہ ڈبل تھا پہلے لمبائی میں، اب چوکور بنا دیا انہوں نے۔</w:t>
      </w:r>
    </w:p>
    <w:p>
      <w:r>
        <w:rPr>
          <w:b/>
        </w:rPr>
        <w:t xml:space="preserve">[33:01] </w:t>
      </w:r>
      <w:r>
        <w:t>to goya ke ab jo kaaba hai woh mushrikeen ki buniyadon par khada hua hai, hazrat ibrahim ki buniyadon par nahi khada hua hai. woh kaisi ajeeb baat hai!</w:t>
      </w:r>
    </w:p>
    <w:p>
      <w:pPr>
        <w:jc w:val="right"/>
      </w:pPr>
      <w:r>
        <w:t>تو گویا کہ اب جو کعبہ ہے وہ مشرکین کی بنیادوں پر کھڑا ہوا ہے، حضرت ابراہیم کی بنیادوں پر نہیں کھڑا ہوا ہے۔ وہ کیسی عجیب بات ہے!</w:t>
      </w:r>
    </w:p>
    <w:p>
      <w:r>
        <w:rPr>
          <w:b/>
        </w:rPr>
        <w:t xml:space="preserve">[33:13] </w:t>
      </w:r>
      <w:r>
        <w:t>aap ghor kijiye ke tauheed ka jo ghar hai, woh is ki imarat, is ka markaz khada hua hai mushrikeen ki buniyadon par.</w:t>
      </w:r>
    </w:p>
    <w:p>
      <w:pPr>
        <w:jc w:val="right"/>
      </w:pPr>
      <w:r>
        <w:t>آپ غور کیجئے کہ توحید کا جو گھر ہے، وہ اس کی عمارت، اس کا مرکز کھڑا ہوا ہے مشرکین کی بنیادوں پر۔</w:t>
      </w:r>
    </w:p>
    <w:p>
      <w:r>
        <w:rPr>
          <w:b/>
        </w:rPr>
        <w:t xml:space="preserve">[33:26] </w:t>
      </w:r>
      <w:r>
        <w:t>to hazrat ayesha ne kaha tha rasool Allah se ke aap is ko phir se taameer karwa dijiye aur hazrat ibrahim wali buniyadon par is ko khada kar dijiye.</w:t>
      </w:r>
    </w:p>
    <w:p>
      <w:pPr>
        <w:jc w:val="right"/>
      </w:pPr>
      <w:r>
        <w:t>تو حضرت عائشہ نے کہا تھا رسول اللہ سے کہ آپ اس کو پھر سے تعمیر کروا دیجئے اور حضرت ابراہیم والی بنیادوں پر اس کو کھڑا کر دیجئے۔</w:t>
      </w:r>
    </w:p>
    <w:p>
      <w:r>
        <w:rPr>
          <w:b/>
        </w:rPr>
        <w:t xml:space="preserve">[33:35] </w:t>
      </w:r>
      <w:r>
        <w:t>to aap ne farmaya ke nahi, is se log yani log is ko bardasht nahi kar sakenge aur ek masla khada ho jayega.</w:t>
      </w:r>
    </w:p>
    <w:p>
      <w:pPr>
        <w:jc w:val="right"/>
      </w:pPr>
      <w:r>
        <w:t>تو آپ نے فرمایا کہ نہیں، اس سے لوگ یعنی لوگ اس کو برداشت نہیں کر سکیں گے اور ایک مسئلہ کھڑا ہو جائے گا۔</w:t>
      </w:r>
    </w:p>
    <w:p>
      <w:r>
        <w:rPr>
          <w:b/>
        </w:rPr>
        <w:t xml:space="preserve">[33:47] </w:t>
      </w:r>
      <w:r>
        <w:t>chhod diya aap ne is ko. isi chunache baat ko abdullah bin zubair ne yeh ek correction karna chaha yani kaaba ko unhon ne banaya ibrahimi buniyad par lekin logon ne utha diya is ko aur phir wahi chok chok chokon wala kaaba banaya gaya.</w:t>
      </w:r>
    </w:p>
    <w:p>
      <w:pPr>
        <w:jc w:val="right"/>
      </w:pPr>
      <w:r>
        <w:t>چھوڑ دیا آپ نے اس کو۔ اسی چنانچہ بات کو عبداللہ بن زبیر نے یہ ایک کریکشن کرنا چاہا یعنی کعبہ کو انہوں نے بنایا ابراہیمی بنیاد پر لیکن لوگوں نے اٹھا دیا اس کو اور پھر وہی چوک چوک چوکروں والا کعبہ بنایا گیا۔</w:t>
      </w:r>
    </w:p>
    <w:p>
      <w:r>
        <w:rPr>
          <w:b/>
        </w:rPr>
        <w:t xml:space="preserve">[34:05] </w:t>
      </w:r>
      <w:r>
        <w:t>yeh hai realistic approach, haqeeqat pasandana nuqta nazar. yeh kehte hain yeh bada hi sabak is ke andar hai ke result ko dekho, result ko ek ek ek ek tasawwur bana lein zehn mein ke ibrahimi buniyad par nahi hai, woh to mushrikeen ki buniyad par hai aur tod phod karein is ko aur phir ek naya musibat paida ho, naya wabal paida ho.</w:t>
      </w:r>
    </w:p>
    <w:p>
      <w:pPr>
        <w:jc w:val="right"/>
      </w:pPr>
      <w:r>
        <w:t>یہ ہے ریلسٹک اپروچ، حقیقت پسندانہ نقطہ نظر۔ یہ کہتے ہیں یہ بڑا ہی سبق اس کے اندر ہے کہ رزلٹ کو دیکھو، رزلٹ کو ایک ایک ایک ایک تصور بنا لیں ذہن میں کہ ابراہیمی بنیاد پر نہیں ہے، وہ تو مشرکین کی بنیاد پر ہے اور توڑ پھوڑ کریں اس کو اور پھر ایک نیا مصیبت پیدا ہو، نیا وبال پیدا ہو۔</w:t>
      </w:r>
    </w:p>
    <w:p>
      <w:r>
        <w:rPr>
          <w:b/>
        </w:rPr>
        <w:t xml:space="preserve">[34:32] </w:t>
      </w:r>
      <w:r>
        <w:t>to you have to see the result.</w:t>
      </w:r>
    </w:p>
    <w:p>
      <w:pPr>
        <w:jc w:val="right"/>
      </w:pPr>
      <w:r>
        <w:t>تو یو ہیو ٹو سی دا رزلٹ۔</w:t>
      </w:r>
    </w:p>
    <w:p>
      <w:r>
        <w:rPr>
          <w:b/>
        </w:rPr>
        <w:t xml:space="preserve">[34:35] </w:t>
      </w:r>
      <w:r>
        <w:t>aap banana chahenge ibrahim ki buniyad par kaaba aur kya hoga? ladaiyan hongi, jhagde honge, fasad hoga. in ko kehte hain counter product bhi ban jayega woh.</w:t>
      </w:r>
    </w:p>
    <w:p>
      <w:pPr>
        <w:jc w:val="right"/>
      </w:pPr>
      <w:r>
        <w:t>آپ بنانا چاہیں گے ابراہیم کی بنیاد پر کعبہ اور کیا ہوگا؟ لڑائیاں ہوں گی، جھگڑے ہوں گے، فساد ہوگا۔ ان کو کہتے ہیں کاؤنٹر پروڈکٹ بھی بن جائے گا وہ۔</w:t>
      </w:r>
    </w:p>
    <w:p>
      <w:r>
        <w:rPr>
          <w:b/>
        </w:rPr>
        <w:t xml:space="preserve">[34:46] </w:t>
      </w:r>
      <w:r>
        <w:t>to rasool Allah sallallahu alaihi wasallam ke is amal mein kitna bada sabak chupa hua hai</w:t>
      </w:r>
    </w:p>
    <w:p>
      <w:pPr>
        <w:jc w:val="right"/>
      </w:pPr>
      <w:r>
        <w:t>تو رسول اللہ صلی اللہ علیہ وسلم کے اس عمل میں کتنا بڑا سبق چھپا ہوا ہے</w:t>
      </w:r>
    </w:p>
    <w:p>
      <w:r>
        <w:rPr>
          <w:b/>
        </w:rPr>
        <w:t xml:space="preserve">[34:53] </w:t>
      </w:r>
      <w:r>
        <w:t>ke hamesha result ko dekho. yeh nahi ke ek tasawwur bana liya zehn mein, bas isi par daud rahe hain chal kar ke.</w:t>
      </w:r>
    </w:p>
    <w:p>
      <w:pPr>
        <w:jc w:val="right"/>
      </w:pPr>
      <w:r>
        <w:t>کہ ہمیشہ رزلٹ کو دیکھو۔ یہ نہیں کہ ایک تصور بنا لیا ذہن میں، بس اسی پر دوڑ رہے ہیں چل کر کے۔</w:t>
      </w:r>
    </w:p>
    <w:p>
      <w:r>
        <w:rPr>
          <w:b/>
        </w:rPr>
        <w:t xml:space="preserve">[35:03] </w:t>
      </w:r>
      <w:r>
        <w:t>tumhara har iqdam, har karrawai result oriented honi chahiye.</w:t>
      </w:r>
    </w:p>
    <w:p>
      <w:pPr>
        <w:jc w:val="right"/>
      </w:pPr>
      <w:r>
        <w:t>تمہارا ہر اقدام، ہر کارروائی رزلٹ اوریٹڈ ہونی چاہیے۔</w:t>
      </w:r>
    </w:p>
    <w:p>
      <w:r>
        <w:rPr>
          <w:b/>
        </w:rPr>
        <w:t xml:space="preserve">[35:11] </w:t>
      </w:r>
      <w:r>
        <w:t>koi bhi aisa kaam jis ka nateeja ulta nikle, woh islam mein nahi hai. aaj kal musalmanon ka haal kya hai? har jagah wahi kaam kar rahe hain jis ka nateeja ulta nikalta hai.</w:t>
      </w:r>
    </w:p>
    <w:p>
      <w:pPr>
        <w:jc w:val="right"/>
      </w:pPr>
      <w:r>
        <w:t>کوئی بھی ایسا کام جس کا نتیجہ الٹا نکلے، وہ اسلام میں نہیں ہے۔ آج کل مسلمانوں کا حال کیا ہے؟ ہر جگہ وہی کام کر رہے ہیں جس کا نتیجہ الٹا نکلتا ہے۔</w:t>
      </w:r>
    </w:p>
    <w:p>
      <w:r>
        <w:rPr>
          <w:b/>
        </w:rPr>
        <w:t xml:space="preserve">[35:21] </w:t>
      </w:r>
      <w:r>
        <w:t>phir shikayatein karte hain ke sahib yeh sazish hai, yeh zulm hai, doosron ke upar dalte hain.</w:t>
      </w:r>
    </w:p>
    <w:p>
      <w:pPr>
        <w:jc w:val="right"/>
      </w:pPr>
      <w:r>
        <w:t>پھر شکایتیں کرتے ہیں کہ صاحب یہ سازش ہے، یہ ظلم ہے، دوسروں کے اوپر ڈالتے ہیں۔</w:t>
      </w:r>
    </w:p>
    <w:p>
      <w:r>
        <w:rPr>
          <w:b/>
        </w:rPr>
        <w:t xml:space="preserve">[35:30] </w:t>
      </w:r>
      <w:r>
        <w:t>to kitna bada yeh ek hawala wahan par maujood hai, reference maujood hai musalmanon ke liye ke hamesha tum ko nateeje ko dekh kar iqdam karna chahiye.</w:t>
      </w:r>
    </w:p>
    <w:p>
      <w:pPr>
        <w:jc w:val="right"/>
      </w:pPr>
      <w:r>
        <w:t>تو کتنا بڑا یہ ایک حوالہ وہاں پر موجود ہے، ریفرنس موجود ہے مسلمانوں کے لیے کہ ہمیشہ تم کو نتیجے کو دیکھ کر اقدام کرنا چاہیے۔</w:t>
      </w:r>
    </w:p>
    <w:p>
      <w:r>
        <w:rPr>
          <w:b/>
        </w:rPr>
        <w:t xml:space="preserve">[35:42] </w:t>
      </w:r>
      <w:r>
        <w:t>agar nateeja ulta nikalne wala ho to iqdam mat karo. yani kaaba jo tauheed ka markaz hai, woh khada hua hai mushrikeen ki buniyad par aur rasool Allah ne is ko tod phod nahi ki.</w:t>
      </w:r>
    </w:p>
    <w:p>
      <w:pPr>
        <w:jc w:val="right"/>
      </w:pPr>
      <w:r>
        <w:t>اگر نتیجہ الٹا نکلنے والا ہو تو اقدام مت کرو۔ یعنی کعبہ جو توحید کا مرکز ہے، وہ کھڑا ہوا ہے مشرکین کی بنیاد پر اور رسول اللہ نے اس کو توڑ پھوڑ نہیں کی۔</w:t>
      </w:r>
    </w:p>
    <w:p>
      <w:r>
        <w:rPr>
          <w:b/>
        </w:rPr>
        <w:t xml:space="preserve">[35:55] </w:t>
      </w:r>
      <w:r>
        <w:t>is ki fateh makka ke bawajood</w:t>
      </w:r>
    </w:p>
    <w:p>
      <w:pPr>
        <w:jc w:val="right"/>
      </w:pPr>
      <w:r>
        <w:t>اس کی فتح مکہ کے باوجود</w:t>
      </w:r>
    </w:p>
    <w:p>
      <w:r>
        <w:rPr>
          <w:b/>
        </w:rPr>
        <w:t xml:space="preserve">[35:59] </w:t>
      </w:r>
      <w:r>
        <w:t>kyun nateeja nikalta ho ulta? yani woh ban jata counter productive. to is tarah ke bahut sabak hain wahan par jo chaar hazar saal ki tareekh aap ko yaad dilate hain.</w:t>
      </w:r>
    </w:p>
    <w:p>
      <w:pPr>
        <w:jc w:val="right"/>
      </w:pPr>
      <w:r>
        <w:t>کیوں نتیجہ نکلتا ہو الٹا؟ یعنی وہ بن جاتا کاؤنٹر پروڈکٹو۔ تو اس طرح کے بہت سبق ہیں وہاں پر جو چار ہزار سال کی تاریخ آپ کو یاد دلاتے ہیں۔</w:t>
      </w:r>
    </w:p>
    <w:p>
      <w:r>
        <w:rPr>
          <w:b/>
        </w:rPr>
        <w:t xml:space="preserve">[36:16] </w:t>
      </w:r>
      <w:r>
        <w:t>isi ko juzwi taur par har jagah eid al adha ke din yaad karta hai aadmi. aadmi namaz padh kar qurbani karti hai.</w:t>
      </w:r>
    </w:p>
    <w:p>
      <w:pPr>
        <w:jc w:val="right"/>
      </w:pPr>
      <w:r>
        <w:t>اسی کو جزئی طور پر ہر جگہ عید اضحی کے دن یاد کرتا ہے آدمی۔ آدمی نماز پڑھ کر قربانی کرتی ہے۔</w:t>
      </w:r>
    </w:p>
    <w:p>
      <w:r>
        <w:rPr>
          <w:b/>
        </w:rPr>
        <w:t xml:space="preserve">[36:27] </w:t>
      </w:r>
      <w:r>
        <w:t>yani woh mukammal hajj hai wahan, yahan juzwi hajj hai lekin mukammal ka matlab yeh nahi ke chand din ka hajj hai. chaar hazar saal ki tareekh ko apne zehn mein taza karne ka ka naam hai hajj.</w:t>
      </w:r>
    </w:p>
    <w:p>
      <w:pPr>
        <w:jc w:val="right"/>
      </w:pPr>
      <w:r>
        <w:t>یعنی وہ مکمل حج ہے وہاں، یہاں جزئی حج ہے لیکن مکمل کا معنی یہ نہیں کہ چند دن کا حج ہے۔ چار ہزار سال کی تاریخ کو اپنے ذہن میں تازہ کرنے کا کا نام ہے حج۔</w:t>
      </w:r>
    </w:p>
    <w:p>
      <w:r>
        <w:rPr>
          <w:b/>
        </w:rPr>
        <w:t xml:space="preserve">[36:44] </w:t>
      </w:r>
      <w:r>
        <w:t>yani haj yeh hai ke aap char hazar saal ki jo tareekh hai, us ko zehan mein taza karen, apni zindagi ko us ke mutabiq re-planning karen. Is ka naam hai haj</w:t>
      </w:r>
    </w:p>
    <w:p>
      <w:pPr>
        <w:jc w:val="right"/>
      </w:pPr>
      <w:r>
        <w:t>یعنی حج یہ ہے کہ آپ چار ہزار سال کی جو تاریخ ہے، اس کو ذہن میں تازہ کریں، اپنی زندگی کو اس کے مطابق ری پلاننگ کریں۔ اس کا نام ہے ح</w:t>
      </w:r>
    </w:p>
    <w:p>
      <w:r>
        <w:rPr>
          <w:b/>
        </w:rPr>
        <w:t xml:space="preserve">[36:54] </w:t>
      </w:r>
      <w:r>
        <w:t>ab dekhen ke wahan par jo qurbani ki jati hai to bari dhoom rehti hai qurbani ki lekin qurbani ki spirit kya hai?</w:t>
      </w:r>
    </w:p>
    <w:p>
      <w:pPr>
        <w:jc w:val="right"/>
      </w:pPr>
      <w:r>
        <w:t>ج۔ اب دیکھیں کہ وہاں پر جو قربانی کی جاتی ہے تو بڑی دھوم رہتی ہے قربانی کی لیکن قربانی کی اسپرٹ کیا ہے؟</w:t>
      </w:r>
    </w:p>
    <w:p>
      <w:r>
        <w:rPr>
          <w:b/>
        </w:rPr>
        <w:t xml:space="preserve">[37:04] </w:t>
      </w:r>
      <w:r>
        <w:t>hazrat ibrahim ne jo qurbani ki thi to</w:t>
      </w:r>
    </w:p>
    <w:p>
      <w:pPr>
        <w:jc w:val="right"/>
      </w:pPr>
      <w:r>
        <w:t>حضرت ابراہیم نے جو قربانی کی تھی تو</w:t>
      </w:r>
    </w:p>
    <w:p>
      <w:r>
        <w:rPr>
          <w:b/>
        </w:rPr>
        <w:t xml:space="preserve">[37:12] </w:t>
      </w:r>
      <w:r>
        <w:t>asal qurbani bete ki qurbani thi.</w:t>
      </w:r>
    </w:p>
    <w:p>
      <w:pPr>
        <w:jc w:val="right"/>
      </w:pPr>
      <w:r>
        <w:t>اصل قربانی بیٹے کی قربانی تھی۔</w:t>
      </w:r>
    </w:p>
    <w:p>
      <w:r>
        <w:rPr>
          <w:b/>
        </w:rPr>
        <w:t xml:space="preserve">[37:17] </w:t>
      </w:r>
      <w:r>
        <w:t>yani bete ko le kar ke desert mein basa dena.</w:t>
      </w:r>
    </w:p>
    <w:p>
      <w:pPr>
        <w:jc w:val="right"/>
      </w:pPr>
      <w:r>
        <w:t>یعنی بیٹے کو لے آ کر کے ڈیزرٹ میں بسا دینا۔</w:t>
      </w:r>
    </w:p>
    <w:p>
      <w:r>
        <w:rPr>
          <w:b/>
        </w:rPr>
        <w:t xml:space="preserve">[37:21] </w:t>
      </w:r>
      <w:r>
        <w:t>aaj kaun is liye tayyar hai ke apne bete ko woh desert mein basaye?</w:t>
      </w:r>
    </w:p>
    <w:p>
      <w:pPr>
        <w:jc w:val="right"/>
      </w:pPr>
      <w:r>
        <w:t>آج کون اس لیے تیار ہے کہ اپنے بیٹے کو وہ ڈیزرٹ میں بسائے؟</w:t>
      </w:r>
    </w:p>
    <w:p>
      <w:r>
        <w:rPr>
          <w:b/>
        </w:rPr>
        <w:t xml:space="preserve">[37:27] </w:t>
      </w:r>
      <w:r>
        <w:t>yani janwar qurbani ki itni dhoom machi hui hai ke isi abhi jo eid al-adha aayi hai to mein ne akhbar mein parha tha, urdu akhbar mein ke aath hazar se le kar teen lakh tak ke bakre bik rahe hain dilli mein.</w:t>
      </w:r>
    </w:p>
    <w:p>
      <w:pPr>
        <w:jc w:val="right"/>
      </w:pPr>
      <w:r>
        <w:t>یعنی جانور قربانی کی اتنی دھوم مچی ہوئی ہے کہ اسی ابھی جو عید اضحی آئی ہے تو میں نے اخبار میں پڑھا تھا، اردو اخبار میں کہ آٹھ ہزار سے لے کر تین لاکھ تک کے بکرے بک رہے ہیں دلی میں۔</w:t>
      </w:r>
    </w:p>
    <w:p>
      <w:r>
        <w:rPr>
          <w:b/>
        </w:rPr>
        <w:t xml:space="preserve">[37:43] </w:t>
      </w:r>
      <w:r>
        <w:t>dilli mein aath hazar se le kar teen lakh tak ke bakre bik rahe hain. Woh dhoom machi hui hai is ki janwar ki qurbani ki.</w:t>
      </w:r>
    </w:p>
    <w:p>
      <w:pPr>
        <w:jc w:val="right"/>
      </w:pPr>
      <w:r>
        <w:t>دلی میں آٹھ ہزار سے لے کر تین لاکھ تک کے بکرے بک رہے ہیں۔ وہ دھوم مچی ہوئی ہے اس کی جانور کی قربانی کی۔</w:t>
      </w:r>
    </w:p>
    <w:p>
      <w:r>
        <w:rPr>
          <w:b/>
        </w:rPr>
        <w:t xml:space="preserve">[37:54] </w:t>
      </w:r>
      <w:r>
        <w:t>ek sahib ke mere paas telephone aaye ke chote bachon ke liye kya qurbani karna chahiye? To chote bachon ke naam par qurbani, is ki to dhoom hai.</w:t>
      </w:r>
    </w:p>
    <w:p>
      <w:pPr>
        <w:jc w:val="right"/>
      </w:pPr>
      <w:r>
        <w:t>ایک صاحب کے میرے پاس ٹیلی فون آئے کہ چھوٹے بچوں کے لیے کیا قربانی کرنا چاہیے؟ تو چھوٹے بچوں کے نام پر قربانی، اس کی تو دھوم ہے۔</w:t>
      </w:r>
    </w:p>
    <w:p>
      <w:r>
        <w:rPr>
          <w:b/>
        </w:rPr>
        <w:t xml:space="preserve">[38:04] </w:t>
      </w:r>
      <w:r>
        <w:t>khud bachon ko qurbani kaun karta hai? Yani bachon ko deen ke liye dedicate karna, bachon ko deen ke rastay par dalna, yeh kaun karta hai?</w:t>
      </w:r>
    </w:p>
    <w:p>
      <w:pPr>
        <w:jc w:val="right"/>
      </w:pPr>
      <w:r>
        <w:t>خود بچوں کو قربانی کون کرتا ہے؟ یعنی بچوں کو دین کے لیے ڈیڈیکیٹ کرنا، بچوں کو دین کے راستے پر ڈالنا، یہ کون کرتا ہے؟</w:t>
      </w:r>
    </w:p>
    <w:p>
      <w:r>
        <w:rPr>
          <w:b/>
        </w:rPr>
        <w:t xml:space="preserve">[38:15] </w:t>
      </w:r>
      <w:r>
        <w:t>yeh to koi bhi nahi karta.</w:t>
      </w:r>
    </w:p>
    <w:p>
      <w:pPr>
        <w:jc w:val="right"/>
      </w:pPr>
      <w:r>
        <w:t>یہ تو کوئی بھی نہیں کرتا۔</w:t>
      </w:r>
    </w:p>
    <w:p>
      <w:r>
        <w:rPr>
          <w:b/>
        </w:rPr>
        <w:t xml:space="preserve">[38:21] </w:t>
      </w:r>
      <w:r>
        <w:t>yani itna bhi nahi koi kar sakta ke bachon ko yani yani secular education ke bajaye deeni education ke rastay par dala jaye.</w:t>
      </w:r>
    </w:p>
    <w:p>
      <w:pPr>
        <w:jc w:val="right"/>
      </w:pPr>
      <w:r>
        <w:t>یعنی اتنا بھی نہیں کوئی کر سکتا کہ بچوں کو یعنی یعنی سیکولر ایجوکیشن کے بجائے دینی ایجوکیشن کے راستے پر ڈالا جائے۔</w:t>
      </w:r>
    </w:p>
    <w:p>
      <w:r>
        <w:rPr>
          <w:b/>
        </w:rPr>
        <w:t xml:space="preserve">[38:33] </w:t>
      </w:r>
      <w:r>
        <w:t>itni bhi qurbani koi karne ko tayyar nahi hai. Aur bachay ke naam par janwar zabah karne ke liye dhoom machi hui hai.</w:t>
      </w:r>
    </w:p>
    <w:p>
      <w:pPr>
        <w:jc w:val="right"/>
      </w:pPr>
      <w:r>
        <w:t>اتنی بھی قربانی کوئی کرنے کو تیار نہیں ہے۔ اور بچے کے نام پر جانور ذبح کرنے کے لیے دھوم مچی ہوئی ہے۔</w:t>
      </w:r>
    </w:p>
    <w:p>
      <w:r>
        <w:rPr>
          <w:b/>
        </w:rPr>
        <w:t xml:space="preserve">[38:43] </w:t>
      </w:r>
      <w:r>
        <w:t>to yeh jo qurbani wahan hai, is qurbani yaad dilati hai is baat ko ke Allah ke peghambar ibrahim ne apne bete ko</w:t>
      </w:r>
    </w:p>
    <w:p>
      <w:pPr>
        <w:jc w:val="right"/>
      </w:pPr>
      <w:r>
        <w:t>تو یہ جو قربانی وہاں ہے، اس قربانی یاد دلاتی ہے اس بات کو کہ اللہ کے پیغمبر ابراہیم نے اپنے بیٹے کو</w:t>
      </w:r>
    </w:p>
    <w:p>
      <w:r>
        <w:rPr>
          <w:b/>
        </w:rPr>
        <w:t xml:space="preserve">[38:57] </w:t>
      </w:r>
      <w:r>
        <w:t>bete ke sath aisa muamla kiya jo goya ke zabah karne ke barabar tha. Woh ke deen ki khatir un ko sarah mein dal dena.</w:t>
      </w:r>
    </w:p>
    <w:p>
      <w:pPr>
        <w:jc w:val="right"/>
      </w:pPr>
      <w:r>
        <w:t>بیٹے کے ساتھ ایسا معاملہ کیا جو گویا کہ ذبح کرنے کے برابر تھا۔ وہ کہ دین کی خاطر ان کو سارہ میں ڈال دینا۔</w:t>
      </w:r>
    </w:p>
    <w:p>
      <w:r>
        <w:rPr>
          <w:b/>
        </w:rPr>
        <w:t xml:space="preserve">[39:08] </w:t>
      </w:r>
      <w:r>
        <w:t>to aaj hum, mein yeh nahi keh raha hoon ke aaj aap sarah mein dalen un ko</w:t>
      </w:r>
    </w:p>
    <w:p>
      <w:pPr>
        <w:jc w:val="right"/>
      </w:pPr>
      <w:r>
        <w:t>تو آج ہم، میں یہ نہیں کہہ رہا ہوں کہ آج آپ سارہ میں ڈالیں ان کو</w:t>
      </w:r>
    </w:p>
    <w:p>
      <w:r>
        <w:rPr>
          <w:b/>
        </w:rPr>
        <w:t xml:space="preserve">[39:12] </w:t>
      </w:r>
      <w:r>
        <w:t>aaj ke lehaz se kya taqaze hain? Aap samjhen, aaj ke lehaz se deen ke kya taqaze hain? Misal ke tor par aaj dawat ka kaam hai.</w:t>
      </w:r>
    </w:p>
    <w:p>
      <w:pPr>
        <w:jc w:val="right"/>
      </w:pPr>
      <w:r>
        <w:t>۔ آج کے لحاظ سے کیا تقاضے ہیں؟ آپ سمجھیے، آج کے لحاظ سے دین کے کیا تقاضے ہیں؟ مثال کے طور پر آج دعوت کا کام ہے۔</w:t>
      </w:r>
    </w:p>
    <w:p>
      <w:r>
        <w:rPr>
          <w:b/>
        </w:rPr>
        <w:t xml:space="preserve">[39:22] </w:t>
      </w:r>
      <w:r>
        <w:t>hum dawat ka kaam kar rahe hain pichas baras se. Dawat ke liye koi milte hi nahi, koi apne bachon ko deta nahi dawat ke liye.</w:t>
      </w:r>
    </w:p>
    <w:p>
      <w:pPr>
        <w:jc w:val="right"/>
      </w:pPr>
      <w:r>
        <w:t>ہم دعوت کا کام کر رہے ہیں پچاس برس سے۔ دعوت کے لیے کوئی ملتے ہی نہیں، کوئی اپنے بچوں کو دیتا نہیں دعوت کے لیے۔</w:t>
      </w:r>
    </w:p>
    <w:p>
      <w:r>
        <w:rPr>
          <w:b/>
        </w:rPr>
        <w:t xml:space="preserve">[39:33] </w:t>
      </w:r>
      <w:r>
        <w:t>sab bachon ko kya kar rahe hain?</w:t>
      </w:r>
    </w:p>
    <w:p>
      <w:pPr>
        <w:jc w:val="right"/>
      </w:pPr>
      <w:r>
        <w:t>سب بچوں کو کیا کر رہے ہیں؟</w:t>
      </w:r>
    </w:p>
    <w:p>
      <w:r>
        <w:rPr>
          <w:b/>
        </w:rPr>
        <w:t xml:space="preserve">[39:37] </w:t>
      </w:r>
      <w:r>
        <w:t>professional taleemat dilate hain, angrezi parhate hain aur ja kar bare bare job karte hain. Woh bas yahi yahi sab ka soch hai.</w:t>
      </w:r>
    </w:p>
    <w:p>
      <w:pPr>
        <w:jc w:val="right"/>
      </w:pPr>
      <w:r>
        <w:t>پروفیشنل تعلیمات دلاتے ہیں، انگریزی پڑھاتے ہیں اور جا کر بڑے بڑے جاب کرتے ہیں۔ وہ بس یہی یہی سب کا سوچ ہے۔</w:t>
      </w:r>
    </w:p>
    <w:p>
      <w:r>
        <w:rPr>
          <w:b/>
        </w:rPr>
        <w:t xml:space="preserve">[39:46] </w:t>
      </w:r>
      <w:r>
        <w:t>shadiyon mein lakhon lakh rupay kharch karte hain. Yeh sab logon ki soch hai. Apne bachon ko deen ke rastay mein, yani zeheen bachay, brilliant bachay jo hain, woh koi hath nahi atay.</w:t>
      </w:r>
    </w:p>
    <w:p>
      <w:pPr>
        <w:jc w:val="right"/>
      </w:pPr>
      <w:r>
        <w:t>شادیوں میں لاکھوں لاکھ روپے خرچ کرتے ہیں۔ یہ سب لوگوں کی سوچ ہے۔ اپنے بچوں کو دین کے راستے میں، یعنی ذہین بچے، بریلٹ بچے جو ہیں، وہ کوئی ہاتھ نہیں آتے۔</w:t>
      </w:r>
    </w:p>
    <w:p>
      <w:r>
        <w:rPr>
          <w:b/>
        </w:rPr>
        <w:t xml:space="preserve">[39:55] </w:t>
      </w:r>
      <w:r>
        <w:t>koi</w:t>
      </w:r>
    </w:p>
    <w:p>
      <w:pPr>
        <w:jc w:val="right"/>
      </w:pPr>
      <w:r>
        <w:t>کوئی</w:t>
      </w:r>
    </w:p>
    <w:p>
      <w:r>
        <w:rPr>
          <w:b/>
        </w:rPr>
        <w:t xml:space="preserve">[39:58] </w:t>
      </w:r>
      <w:r>
        <w:t>to</w:t>
      </w:r>
    </w:p>
    <w:p>
      <w:pPr>
        <w:jc w:val="right"/>
      </w:pPr>
      <w:r>
        <w:t>تو</w:t>
      </w:r>
    </w:p>
    <w:p>
      <w:r>
        <w:rPr>
          <w:b/>
        </w:rPr>
        <w:t xml:space="preserve">[39:59] </w:t>
      </w:r>
      <w:r>
        <w:t>apne bachay ko waqf karna deen ke liye, dedicate karna deen ke liye, yeh hai yeh hai qurbani. Is ke liye koi tayyar nahi.</w:t>
      </w:r>
    </w:p>
    <w:p>
      <w:pPr>
        <w:jc w:val="right"/>
      </w:pPr>
      <w:r>
        <w:t>اپنے بچے کو وقف کرنا دین کے لیے، ڈیڈیکیٹ کرنا دین کے لیے، یہ ہے یہ ہے قربانی۔ اس کے لیے کوئی تیار نہیں۔</w:t>
      </w:r>
    </w:p>
    <w:p>
      <w:r>
        <w:rPr>
          <w:b/>
        </w:rPr>
        <w:t xml:space="preserve">[40:10] </w:t>
      </w:r>
      <w:r>
        <w:t>aise dekhen, wahan par woh hota hai, yani shaitan, yani koi pathar mara jata hai.</w:t>
      </w:r>
    </w:p>
    <w:p>
      <w:pPr>
        <w:jc w:val="right"/>
      </w:pPr>
      <w:r>
        <w:t>ایسے دیکھیے، وہاں پر وہ ہوتا ہے، یعنی شیطان، یعنی کوئی پتھر مارا جاتا ہے۔</w:t>
      </w:r>
    </w:p>
    <w:p>
      <w:r>
        <w:rPr>
          <w:b/>
        </w:rPr>
        <w:t xml:space="preserve">[40:21] </w:t>
      </w:r>
      <w:r>
        <w:t>to aap ne parha hoga akhbaron mein ke dhoom mach jati hai. koi joote se marte hain, koi koi koi koi kya karte hain, koi kya karte hain. halankeh woh kankri, choti si kankri phenki jati hai.</w:t>
      </w:r>
    </w:p>
    <w:p>
      <w:pPr>
        <w:jc w:val="right"/>
      </w:pPr>
      <w:r>
        <w:t>تو آپ نے پڑھا ہوگا اخباروں میں کہ دھوم مچ جاتی ہے۔ کوئی جوتے سے مارتے ہیں، کوئی کوئی کوئی کوئی کیا کرتے ہیں، کوئی کیا کرتے ہیں۔ حالانکہ وہ کنکری، چھوٹی سی کنکری پھینکی جاتی ہے۔</w:t>
      </w:r>
    </w:p>
    <w:p>
      <w:r>
        <w:rPr>
          <w:b/>
        </w:rPr>
        <w:t xml:space="preserve">[40:33] </w:t>
      </w:r>
      <w:r>
        <w:t>woh hai symbolic stoning. woh symbolic stoning hai, yani us woh woh woh cheez symbolize kar rahi hai.</w:t>
      </w:r>
    </w:p>
    <w:p>
      <w:pPr>
        <w:jc w:val="right"/>
      </w:pPr>
      <w:r>
        <w:t>وہ ہے سمبالک سٹوننگ۔ وہ سمبالک سٹوننگ ہے، یعنی اس وہ وہ وہ چیز سمبلائز کر رہی ہے۔</w:t>
      </w:r>
    </w:p>
    <w:p>
      <w:r>
        <w:rPr>
          <w:b/>
        </w:rPr>
        <w:t xml:space="preserve">[40:44] </w:t>
      </w:r>
      <w:r>
        <w:t>woh pathar jo wahan hai, woh symbolize kar raha hai shaitan ka. is ko pathar mar kar kankri se kankri phenkte hain. is ko kankri se mar kar ke aap yeh azm taza karte hain apne andar ke main shaitan ko apne se door bhagaunga.</w:t>
      </w:r>
    </w:p>
    <w:p>
      <w:pPr>
        <w:jc w:val="right"/>
      </w:pPr>
      <w:r>
        <w:t>وہ پتھر جو وہاں ہے، وہ سمبلائز کر رہا ہے شیطان کا۔ اس کو پتھر مار کر کنکری سے کنکری پھینکتے ہیں۔ اس کو کنکری سے مار کر کے آپ یہ عزم تازہ کرتے ہیں اپنے اندر کہ میں شیطان کو اپنے سے دور بھگاؤں گا۔</w:t>
      </w:r>
    </w:p>
    <w:p>
      <w:r>
        <w:rPr>
          <w:b/>
        </w:rPr>
        <w:t xml:space="preserve">[41:01] </w:t>
      </w:r>
      <w:r>
        <w:t>yani shaitan jab mujh ko bhagaega to main nahi bhagunga. shaitan mujhe dhoke mein dalega to main us ke dhoke mein nahi aaunga.</w:t>
      </w:r>
    </w:p>
    <w:p>
      <w:pPr>
        <w:jc w:val="right"/>
      </w:pPr>
      <w:r>
        <w:t>یعنی شیطان جب مجھ کو بھگائے گا تو میں نہیں بھاگوں گا۔ شیطان مجھے دھوکے میں ڈالے گا تو میں اس کے دھوکے میں نہیں آؤں گا۔</w:t>
      </w:r>
    </w:p>
    <w:p>
      <w:r>
        <w:rPr>
          <w:b/>
        </w:rPr>
        <w:t xml:space="preserve">[41:13] </w:t>
      </w:r>
      <w:r>
        <w:t>aaj kal dekhen, sari duniya mein kya keh rahe hain musalman ke musalman ke sazish, sazish kar ke aisa hua, sazish kar ke aisa hua. sawal yeh hai, woh sazish ki to aap sazish ka shikar kyun hue?</w:t>
      </w:r>
    </w:p>
    <w:p>
      <w:pPr>
        <w:jc w:val="right"/>
      </w:pPr>
      <w:r>
        <w:t>آج کل دیکھیں، ساری دنیا میں کیا کہہ رہے ہیں مسلمان کہ مسلمان کہ سازش، سازش کر کے ایسا ہوا، سازش کر کے ایسا ہوا۔ سوال یہ ہے، وہ سازش کی تو آپ سازش کا شکار کیوں ہوئے؟</w:t>
      </w:r>
    </w:p>
    <w:p>
      <w:r>
        <w:rPr>
          <w:b/>
        </w:rPr>
        <w:t xml:space="preserve">[41:26] </w:t>
      </w:r>
      <w:r>
        <w:t>unhon ne sazish ki to aap sazish ka shikar kyun hue?</w:t>
      </w:r>
    </w:p>
    <w:p>
      <w:pPr>
        <w:jc w:val="right"/>
      </w:pPr>
      <w:r>
        <w:t>انہوں نے سازش کی تو آپ سازش کا شکار کیوں ہوئے؟</w:t>
      </w:r>
    </w:p>
    <w:p>
      <w:r>
        <w:rPr>
          <w:b/>
        </w:rPr>
        <w:t xml:space="preserve">[41:29] </w:t>
      </w:r>
      <w:r>
        <w:t>matlab shaitan ne chaha aap ko bhagaen to aap bhag kyun gaye? sawal yeh hai. to wahan par pathar to marte hain shaitan ko, lekin haqeeqi zindagi mein shaitan ko follow karte hain.</w:t>
      </w:r>
    </w:p>
    <w:p>
      <w:pPr>
        <w:jc w:val="right"/>
      </w:pPr>
      <w:r>
        <w:t>مطلب شیطان نے چاہا آپ کو بھاگائیں تو آپ بھاگ کیوں گئے؟ سوال یہ ہے۔ تو وہاں پر پتھر تو مارتے ہیں شیطان کو، لیکن حقیقی زندگی میں شیطان کو فالو کرتے ہیں۔</w:t>
      </w:r>
    </w:p>
    <w:p>
      <w:r>
        <w:rPr>
          <w:b/>
        </w:rPr>
        <w:t xml:space="preserve">[41:45] </w:t>
      </w:r>
      <w:r>
        <w:t>har aadmi apni asal jo zindagi hai, us mein woh shaitani ki pairwi kar raha hai, shaitan ko follow kar raha hai. wahan pathar marne ke liye itna hujoom karte hain ke yani us time paid ho jata hai.</w:t>
      </w:r>
    </w:p>
    <w:p>
      <w:pPr>
        <w:jc w:val="right"/>
      </w:pPr>
      <w:r>
        <w:t>ہر آدمی اپنی اصل جو زندگی ہے، اس میں وہ شیطانی کی پیروی کر رہا ہے، شیطان کو فالو کر رہا ہے۔ وہاں پتھر مارنے کے لیے اتنا ہجوم کرتے ہیں کہ یعنی اس ٹائم پیڑ ہو جاتا ہے۔</w:t>
      </w:r>
    </w:p>
    <w:p>
      <w:r>
        <w:rPr>
          <w:b/>
        </w:rPr>
        <w:t xml:space="preserve">[42:00] </w:t>
      </w:r>
      <w:r>
        <w:t>is saal to ghaliban aisa nahi hua, is se pehle har saal hota tha. to hajj mein sara sab se aham cheez jo hai, historical references, us ko janna sab se zaroori cheez hai.</w:t>
      </w:r>
    </w:p>
    <w:p>
      <w:pPr>
        <w:jc w:val="right"/>
      </w:pPr>
      <w:r>
        <w:t>اس سال تو غالباً ایسا نہیں ہوا، اس سے پہلے ہر سال ہوتا تھا۔ تو حج میں سارا سب سے اہم چیز جو ہے، ہسٹوریکل ریفرنسز، اس کو جاننا سب سے ضروری چیز ہے۔</w:t>
      </w:r>
    </w:p>
    <w:p>
      <w:r>
        <w:rPr>
          <w:b/>
        </w:rPr>
        <w:t xml:space="preserve">[42:19] </w:t>
      </w:r>
      <w:r>
        <w:t>tab woh hajj, hajj hoga.</w:t>
      </w:r>
    </w:p>
    <w:p>
      <w:pPr>
        <w:jc w:val="right"/>
      </w:pPr>
      <w:r>
        <w:t>تب وہ حج، حج ہوگا۔</w:t>
      </w:r>
    </w:p>
    <w:p>
      <w:r>
        <w:rPr>
          <w:b/>
        </w:rPr>
        <w:t xml:space="preserve">[42:21] </w:t>
      </w:r>
      <w:r>
        <w:t>kuch barasi wich kar liye, kuch duaen parh liya, muallim ke peechay chalte rahe, jo muallim ne kaha woh kar diya. is ka naam hajj nahi hai.</w:t>
      </w:r>
    </w:p>
    <w:p>
      <w:pPr>
        <w:jc w:val="right"/>
      </w:pPr>
      <w:r>
        <w:t>کچھ براسی وضع کر لیے، کچھ دعائیں پڑھ لیا، معلم کے پیچھے چلتے رہے، جو معلم نے کہا وہ کر دیا۔ اس کا نام حج نہیں ہے۔</w:t>
      </w:r>
    </w:p>
    <w:p>
      <w:r>
        <w:rPr>
          <w:b/>
        </w:rPr>
        <w:t xml:space="preserve">[42:30] </w:t>
      </w:r>
      <w:r>
        <w:t>yeh isi liye dekhiye, is saal 30 lakh logon ne hajj kiya aur kya</w:t>
      </w:r>
    </w:p>
    <w:p>
      <w:pPr>
        <w:jc w:val="right"/>
      </w:pPr>
      <w:r>
        <w:t>یہ اسی لیے دیکھیے، اس سال 30 لاکھ لوگوں نے حج کیا اور کیا</w:t>
      </w:r>
    </w:p>
    <w:p>
      <w:r>
        <w:rPr>
          <w:b/>
        </w:rPr>
        <w:t xml:space="preserve">[42:38] </w:t>
      </w:r>
      <w:r>
        <w:t>hua? koi duniya mein koi kuch bhi nahi hua, kuch bhi nahi hua. aur rasool Allah ke zamane mein jo jo hajj ek lakh 24 hazar logon ne hajj kiya tha,</w:t>
      </w:r>
    </w:p>
    <w:p>
      <w:pPr>
        <w:jc w:val="right"/>
      </w:pPr>
      <w:r>
        <w:t>ہوا؟ کوئی دنیا میں کوئی کچھ بھی نہیں ہوا، کچھ بھی نہیں ہوا۔ اور رسول اللہ کے زمانے میں جو جو حج ایک لاکھ 24 ہزار لوگوں نے حج کیا تھا،</w:t>
      </w:r>
    </w:p>
    <w:p>
      <w:r>
        <w:rPr>
          <w:b/>
        </w:rPr>
        <w:t xml:space="preserve">[42:53] </w:t>
      </w:r>
      <w:r>
        <w:t>tadad ke baray mein mukhtalif riwayaten hain. to kya hua? duniya mein inqalab barpa ho gaya.</w:t>
      </w:r>
    </w:p>
    <w:p>
      <w:pPr>
        <w:jc w:val="right"/>
      </w:pPr>
      <w:r>
        <w:t>تعداد کے بارے میں مختلف روایتیں ہیں۔ تو کیا ہوا؟ دنیا میں انقلاب برپا ہو گیا۔</w:t>
      </w:r>
    </w:p>
    <w:p>
      <w:r>
        <w:rPr>
          <w:b/>
        </w:rPr>
        <w:t xml:space="preserve">[43:02] </w:t>
      </w:r>
      <w:r>
        <w:t>kaise? hajj kar ke jab woh log is mein arafah ke maidan mein ikhatta hue, jis ko kehte hain waqoof arafah, to rasool Allah ne wahan par taqreer farmayi,</w:t>
      </w:r>
    </w:p>
    <w:p>
      <w:pPr>
        <w:jc w:val="right"/>
      </w:pPr>
      <w:r>
        <w:t>کیسے؟ حج کر کے جب وہ لوگ اس میں عرفہ کے میدان میں اکٹھا ہوئے، جس کو کہتے ہیں وقوف عرفہ، تو رسول اللہ نے وہاں پر تقریر فرمائی،</w:t>
      </w:r>
    </w:p>
    <w:p>
      <w:r>
        <w:rPr>
          <w:b/>
        </w:rPr>
        <w:t xml:space="preserve">[43:18] </w:t>
      </w:r>
      <w:r>
        <w:t>jo khutba hajj hajjatul wida ke naam se mashhoor hai. is mein aap ne farmaya: "in allaha basani kaffatun nas faduni,</w:t>
      </w:r>
    </w:p>
    <w:p>
      <w:pPr>
        <w:jc w:val="right"/>
      </w:pPr>
      <w:r>
        <w:t>جو خطبہ حج حجۃ الوداع کے نام سے مشہور ہے۔ اس میں آپ نے فرمایا: "إن الله باسنی کافۃ الناس فادونی،</w:t>
      </w:r>
    </w:p>
    <w:p>
      <w:r>
        <w:rPr>
          <w:b/>
        </w:rPr>
        <w:t xml:space="preserve">[43:32] </w:t>
      </w:r>
      <w:r>
        <w:t>Allah ne mujhe bheja hai tamam insanon ke liye, to tum meri taraf se Allah ka paigham sare insanon tak pohncha do." to kya hua?</w:t>
      </w:r>
    </w:p>
    <w:p>
      <w:pPr>
        <w:jc w:val="right"/>
      </w:pPr>
      <w:r>
        <w:t>اللہ نے مجھے بھیجا ہے تمام انسانوں کے لیے، تو تم میری طرف سے اللہ کا پیغام سارے انسانوں تک پہنچا دو۔" تو کیا ہوا؟</w:t>
      </w:r>
    </w:p>
    <w:p>
      <w:r>
        <w:rPr>
          <w:b/>
        </w:rPr>
        <w:t xml:space="preserve">[43:42] </w:t>
      </w:r>
      <w:r>
        <w:t>jo aap ke peeru thay, jo ahle iman thay, jin ko hum ashab e rasool kehte hain, jo kitab mein aata hai, jis ki sawari idhar thi, idhar hi chal parha.</w:t>
      </w:r>
    </w:p>
    <w:p>
      <w:pPr>
        <w:jc w:val="right"/>
      </w:pPr>
      <w:r>
        <w:t>جو آپ کے پیرو تھے، جو اہل ایمان تھے، جن کو ہم اصحاب رسول کہتے ہیں، جو کتاب میں آتا ہے، جس کی سواری ادھر تھی، ادھر ہی چل پڑا۔</w:t>
      </w:r>
    </w:p>
    <w:p>
      <w:r>
        <w:rPr>
          <w:b/>
        </w:rPr>
        <w:t xml:space="preserve">[43:53] </w:t>
      </w:r>
      <w:r>
        <w:t>woh matlab woh bikhargaye.</w:t>
      </w:r>
    </w:p>
    <w:p>
      <w:pPr>
        <w:jc w:val="right"/>
      </w:pPr>
      <w:r>
        <w:t>وہ مطلب وہ بکھر گئے۔</w:t>
      </w:r>
    </w:p>
    <w:p>
      <w:r>
        <w:rPr>
          <w:b/>
        </w:rPr>
        <w:t xml:space="preserve">[43:57] </w:t>
      </w:r>
      <w:r>
        <w:t>chunanche makkah madinah mein aap jaen to wahan par aap ko sahaba ki qabrein bohat kam milengi, kyunke bahar chale gaye woh log.</w:t>
      </w:r>
    </w:p>
    <w:p>
      <w:pPr>
        <w:jc w:val="right"/>
      </w:pPr>
      <w:r>
        <w:t>چنانچہ مکہ مدینے میں آپ جائیں تو وہاں پر آپ کو صحابہ کی قبریں بہت کم ملیں گی، کیونکہ باہر چلے گئے وہ لوگ۔</w:t>
      </w:r>
    </w:p>
    <w:p>
      <w:r>
        <w:rPr>
          <w:b/>
        </w:rPr>
        <w:t xml:space="preserve">[44:07] </w:t>
      </w:r>
      <w:r>
        <w:t>abhi kuch din pehle hum gaye thay wahan Cyprus, to wahan par ek maqam hai Larnaca ka, wahan par ek sahabiay ki qabr hai.</w:t>
      </w:r>
    </w:p>
    <w:p>
      <w:pPr>
        <w:jc w:val="right"/>
      </w:pPr>
      <w:r>
        <w:t>ابھی کچھ دن پہلے ہم گئے تھے وہاں سائپرس، تو وہاں پر ایک مقام ہے لارنا کا، وہاں پر ایک صحابیہ کی قبر ہے۔</w:t>
      </w:r>
    </w:p>
    <w:p>
      <w:r>
        <w:rPr>
          <w:b/>
        </w:rPr>
        <w:t xml:space="preserve">[44:20] </w:t>
      </w:r>
      <w:r>
        <w:t>to Allah to ashab e rasool wahan tak pohnch gaye, Cyprus tak pohnch gaye.</w:t>
      </w:r>
    </w:p>
    <w:p>
      <w:pPr>
        <w:jc w:val="right"/>
      </w:pPr>
      <w:r>
        <w:t>تو اللہ تو اصحاب رسول وہاں تک پہنچ گئے، سائپرس تک پہنچ گئے۔</w:t>
      </w:r>
    </w:p>
    <w:p>
      <w:r>
        <w:rPr>
          <w:b/>
        </w:rPr>
        <w:t xml:space="preserve">[44:29] </w:t>
      </w:r>
      <w:r>
        <w:t>to jin logon ne kiya kiya? Islam ko, Islam ko sari duniya mein phailaya. yani rasool Allah ke zamane mein hajj hua tha, woh hajj jo tha, rasool Allah ne ek hi hajj kiya tha, bas ek hi hajj kiya tha.</w:t>
      </w:r>
    </w:p>
    <w:p>
      <w:pPr>
        <w:jc w:val="right"/>
      </w:pPr>
      <w:r>
        <w:t>تو جن لوگوں نے کیا کیا؟ اسلام کو، اسلام کو ساری دنیا میں پھیلایا۔ یعنی رسول اللہ کے زمانے میں حج ہوا تھا، وہ حج جو تھا، رسول اللہ نے ایک ہی حج کیا تھا، بس ایک ہی حج کیا تھا۔</w:t>
      </w:r>
    </w:p>
    <w:p>
      <w:r>
        <w:rPr>
          <w:b/>
        </w:rPr>
        <w:t xml:space="preserve">[44:43] </w:t>
      </w:r>
      <w:r>
        <w:t>rasool Allah salallahu alaihi wasallam ne to hajj se kya nikla? aalami dawat. hajj se kya kiya nikla?</w:t>
      </w:r>
    </w:p>
    <w:p>
      <w:pPr>
        <w:jc w:val="right"/>
      </w:pPr>
      <w:r>
        <w:t>رسول اللہ صلی اللہ علیہ وسلم نے تو حج سے کیا نکلا؟ عالمی دعوت۔ حج سے کیا کیا نکلا؟</w:t>
      </w:r>
    </w:p>
    <w:p>
      <w:r>
        <w:rPr>
          <w:b/>
        </w:rPr>
        <w:t xml:space="preserve">[44:52] </w:t>
      </w:r>
      <w:r>
        <w:t>Allah ke paigham ko sari duniya mein pohnchana. yani globalization of Islam, internationalization of Islam,</w:t>
      </w:r>
    </w:p>
    <w:p>
      <w:pPr>
        <w:jc w:val="right"/>
      </w:pPr>
      <w:r>
        <w:t>اللہ کے پیغام کو ساری دنیا میں پہنچانا۔ یعنی گلوبلائزیشن آف اسلام، انٹرنیشنلائزیشن آف اسلام،</w:t>
      </w:r>
    </w:p>
    <w:p>
      <w:r>
        <w:rPr>
          <w:b/>
        </w:rPr>
        <w:t xml:space="preserve">[45:00] </w:t>
      </w:r>
      <w:r>
        <w:t>yeh nikla is se. to to yani yani jo jo islam makka ke ek chote se town mein tha, woh ek aalmi mazhab ban gaya.</w:t>
      </w:r>
    </w:p>
    <w:p>
      <w:pPr>
        <w:jc w:val="right"/>
      </w:pPr>
      <w:r>
        <w:t>یہ نکلا اس سے۔ تو تو یعنی یعنی جو جو اسلام مکہ کے ایک چھوٹے سے ٹاؤن میں تھا، وہ ایک عالمی مذہب بن گیا۔</w:t>
      </w:r>
    </w:p>
    <w:p>
      <w:r>
        <w:rPr>
          <w:b/>
        </w:rPr>
        <w:t xml:space="preserve">[45:13] </w:t>
      </w:r>
      <w:r>
        <w:t>yeh hajj se nikla. aaj ka hajj kuch bhi nahi hai. aaj jo hajj ke liye jate hain, wahan se kuch soghat le ke lotte hain, kuch yani jaan abad aur woh khak madina aur tasbeeh, isi tarah ki cheezein.</w:t>
      </w:r>
    </w:p>
    <w:p>
      <w:pPr>
        <w:jc w:val="right"/>
      </w:pPr>
      <w:r>
        <w:t>یہ حج سے نکلا۔ آج کا حج کچھ بھی نہیں ہے۔ آج جو حج کے لیے جاتے ہیں، وہاں سے کچھ سوغات لے کے لوٹتے ہیں، کچھ یعنی جان آباد اور وہ خاک مدینہ اور تسبیح، اسی طرح کی چیزیں۔</w:t>
      </w:r>
    </w:p>
    <w:p>
      <w:r>
        <w:rPr>
          <w:b/>
        </w:rPr>
        <w:t xml:space="preserve">[45:28] </w:t>
      </w:r>
      <w:r>
        <w:t>bas</w:t>
      </w:r>
    </w:p>
    <w:p>
      <w:pPr>
        <w:jc w:val="right"/>
      </w:pPr>
      <w:r>
        <w:t>بس</w:t>
      </w:r>
    </w:p>
    <w:p>
      <w:r>
        <w:rPr>
          <w:b/>
        </w:rPr>
        <w:t xml:space="preserve">[45:30] </w:t>
      </w:r>
      <w:r>
        <w:t>ek sahab hajj se lote, ek senior musalman, yeh dilli ke. maine is se poocha ke bhai hajj ke liye gaye the aap, to wahan ke kuch bataiye, wahan ke kuch kya dekha?</w:t>
      </w:r>
    </w:p>
    <w:p>
      <w:pPr>
        <w:jc w:val="right"/>
      </w:pPr>
      <w:r>
        <w:t>ایک صاحب حج سے لوٹے، ایک سینئر مسلمان، یہ دلی کے۔ میں نے اس سے پوچھا کہ بھئی حج کے لیے گئے تھے آپ، تو وہاں کے کچھ بتائیے، وہاں کے کچھ کیا دیکھا؟</w:t>
      </w:r>
    </w:p>
    <w:p>
      <w:r>
        <w:rPr>
          <w:b/>
        </w:rPr>
        <w:t xml:space="preserve">[45:42] </w:t>
      </w:r>
      <w:r>
        <w:t>wahan par kuch tasurat bataiye. to kya kehte hain woh? bhai wahan kya hai? wahan to yahi khajoor hai aur zam zam hai.</w:t>
      </w:r>
    </w:p>
    <w:p>
      <w:pPr>
        <w:jc w:val="right"/>
      </w:pPr>
      <w:r>
        <w:t>وہاں پر کچھ تاثرات بتائیے۔ تو کیا کہتے ہیں وہ؟ بھئی وہاں کیا ہے؟ وہاں تو یہی کھجور ہے اور زم زم ہے۔</w:t>
      </w:r>
    </w:p>
    <w:p>
      <w:r>
        <w:rPr>
          <w:b/>
        </w:rPr>
        <w:t xml:space="preserve">[45:53] </w:t>
      </w:r>
      <w:r>
        <w:t>yani wahan par unhein sirf khajoor aur zam zam mili aur kuch nahi.</w:t>
      </w:r>
    </w:p>
    <w:p>
      <w:pPr>
        <w:jc w:val="right"/>
      </w:pPr>
      <w:r>
        <w:t>یعنی وہاں پر انہیں صرف کھجور اور زم زم ملی اور کچھ نہیں۔</w:t>
      </w:r>
    </w:p>
    <w:p>
      <w:r>
        <w:rPr>
          <w:b/>
        </w:rPr>
        <w:t xml:space="preserve">[45:57] </w:t>
      </w:r>
      <w:r>
        <w:t>aur sahaba karam ko kya mila tha? aalmi paigham dawat, sare alam mein islam ko phaila dena.</w:t>
      </w:r>
    </w:p>
    <w:p>
      <w:pPr>
        <w:jc w:val="right"/>
      </w:pPr>
      <w:r>
        <w:t>اور صحابہ کرام کو کیا ملا تھا؟ عالمی پیغام دعوت، سارے عالم میں اسلام کو پھیلا دینا۔</w:t>
      </w:r>
    </w:p>
    <w:p>
      <w:r>
        <w:rPr>
          <w:b/>
        </w:rPr>
        <w:t xml:space="preserve">[46:09] </w:t>
      </w:r>
      <w:r>
        <w:t>to jo jo asal jo paigham hai hajj ka, jo us ki rooh hai hajj ki, us ki kisi ko khabar nahi. kuch riwayati cheezein hain, kuch kuch rituals hain, wohi jante hain, wohi kar ke chale aate hain.</w:t>
      </w:r>
    </w:p>
    <w:p>
      <w:pPr>
        <w:jc w:val="right"/>
      </w:pPr>
      <w:r>
        <w:t>تو جو جو اصل جو پیغام ہے حج کا، جو اس کی روح ہے حج کی، اس کی کسی کو خبر نہیں۔ کچھ روایتی چیزیں ہیں، کچھ کچھ ریچولز ہیں، وہی جانتے ہیں، وہی کر کے چلے آتے ہیں۔</w:t>
      </w:r>
    </w:p>
    <w:p>
      <w:r>
        <w:rPr>
          <w:b/>
        </w:rPr>
        <w:t xml:space="preserve">[46:24] </w:t>
      </w:r>
      <w:r>
        <w:t>bas is ke baad baat khatam.</w:t>
      </w:r>
    </w:p>
    <w:p>
      <w:pPr>
        <w:jc w:val="right"/>
      </w:pPr>
      <w:r>
        <w:t>بس اس کے بعد بات ختم۔</w:t>
      </w:r>
    </w:p>
    <w:p>
      <w:r>
        <w:rPr>
          <w:b/>
        </w:rPr>
        <w:t xml:space="preserve">[46:32] </w:t>
      </w:r>
      <w:r>
        <w:t>to yeh jo hum eid ul azha manate hain apne maqam par, is din hum ko is chaar hazar saal ki tareekh ko yaad karna chahiye</w:t>
      </w:r>
    </w:p>
    <w:p>
      <w:pPr>
        <w:jc w:val="right"/>
      </w:pPr>
      <w:r>
        <w:t>تو یہ جو ہم عید اضحی مناتے ہیں اپنے مقام پر، اس دن ہم کو اس چار ہزار سال کی تاریخ کو یاد کرنا چاہیے</w:t>
      </w:r>
    </w:p>
    <w:p>
      <w:r>
        <w:rPr>
          <w:b/>
        </w:rPr>
        <w:t xml:space="preserve">[46:42] </w:t>
      </w:r>
      <w:r>
        <w:t>aur is se inspiration lena chahiye, is se sabaq lena chahiye. to yeh har saal hamara ek rehearsal ban jayega. har saal ek ek nayi, ek ek nayi harkat paida ho jayegi dunya bhar ke musalmanon mein.</w:t>
      </w:r>
    </w:p>
    <w:p>
      <w:pPr>
        <w:jc w:val="right"/>
      </w:pPr>
      <w:r>
        <w:t>اور اس سے انسپیریشن لینا چاہیے، اس سے سبق لینا چاہیے۔ تو یہ ہر سال ہمارا ایک ریہرسل بن جائے گا۔ ہر سال ایک ایک نئی، ایک ایک نئی حرکت پیدا ہو جائے گی دنیا بھر کے مسلمانوں میں۔</w:t>
      </w:r>
    </w:p>
    <w:p>
      <w:r>
        <w:rPr>
          <w:b/>
        </w:rPr>
        <w:t xml:space="preserve">[46:59] </w:t>
      </w:r>
      <w:r>
        <w:t>har saal ek nayi harkat, har saal ek ek naya walwala, ek naya hausla, ek naya deeni josh paida ho jayega.</w:t>
      </w:r>
    </w:p>
    <w:p>
      <w:pPr>
        <w:jc w:val="right"/>
      </w:pPr>
      <w:r>
        <w:t>ہر سال ایک نئی حرکت، ہر سال ایک ایک نیا ولولہ، ایک نیا حوصلہ، ایک نیا دینی جوش پیدا ہو جائے گا۔</w:t>
      </w:r>
    </w:p>
    <w:p>
      <w:r>
        <w:rPr>
          <w:b/>
        </w:rPr>
        <w:t xml:space="preserve">[47:14] </w:t>
      </w:r>
      <w:r>
        <w:t>yeh is waqt hoga jab ke hajj ko kiya jaye us ki spirit ke sath, us ki rooh ke sath aur uska jo maqsad hai, us ke aitbar se kiya jaye.</w:t>
      </w:r>
    </w:p>
    <w:p>
      <w:pPr>
        <w:jc w:val="right"/>
      </w:pPr>
      <w:r>
        <w:t>یہ اس وقت ہوگا جب کہ حج کو کیا جائے اس کی اسپرٹ کے ساتھ، اس کی روح کے ساتھ اور اس کا جو مقصد ہے، اس کے اعتبار سے کیا جائے۔</w:t>
      </w:r>
    </w:p>
    <w:p>
      <w:r>
        <w:rPr>
          <w:b/>
        </w:rPr>
        <w:t xml:space="preserve">[47:32] </w:t>
      </w:r>
      <w:r>
        <w:t>aaj wahan jab main hajj karne gaya tha to ab to wahan par aap</w:t>
      </w:r>
    </w:p>
    <w:p>
      <w:pPr>
        <w:jc w:val="right"/>
      </w:pPr>
      <w:r>
        <w:t>آج وہاں جب میں حج کرنے گیا تھا تو اب تو وہاں پر آپ</w:t>
      </w:r>
    </w:p>
    <w:p>
      <w:r>
        <w:rPr>
          <w:b/>
        </w:rPr>
        <w:t xml:space="preserve">[47:42] </w:t>
      </w:r>
      <w:r>
        <w:t>loud building khadi hui hai, wahan par air condition building, woh bhi ek point of reference hai.</w:t>
      </w:r>
    </w:p>
    <w:p>
      <w:pPr>
        <w:jc w:val="right"/>
      </w:pPr>
      <w:r>
        <w:t>لقود بلڈنگ کھڑی ہوئی ہے، وہاں پر ایئر کنڈیشن بلڈنگ، وہ بھی ایک پوائنٹ آف ریفرنس ہے۔</w:t>
      </w:r>
    </w:p>
    <w:p>
      <w:r>
        <w:rPr>
          <w:b/>
        </w:rPr>
        <w:t xml:space="preserve">[47:52] </w:t>
      </w:r>
      <w:r>
        <w:t>log to bas is mein dekhte hain ke wahan air condition building hai aur yeh hai aur woh hai. is mein ja kar ke yani bohat hi is se mutammat hote hain aur chale aate hain.</w:t>
      </w:r>
    </w:p>
    <w:p>
      <w:pPr>
        <w:jc w:val="right"/>
      </w:pPr>
      <w:r>
        <w:t>لوگ تو بس اس میں دیکھتے ہیں کہ وہاں ایئر کنڈیشن بلڈنگ ہے اور یہ ہے اور وہ ہے۔ اس میں جا کر کے یعنی بہت ہی اس سے متمتع ہوتے ہیں اور چلے آتے ہیں۔</w:t>
      </w:r>
    </w:p>
    <w:p>
      <w:r>
        <w:rPr>
          <w:b/>
        </w:rPr>
        <w:t xml:space="preserve">[48:06] </w:t>
      </w:r>
      <w:r>
        <w:t>main jab gaya to maine socha ke dekhiye, yeh wahi maqam to hai jahan ke masjid nabvi bani thi. to ek chhopra thi, sirf woh chhopra.</w:t>
      </w:r>
    </w:p>
    <w:p>
      <w:pPr>
        <w:jc w:val="right"/>
      </w:pPr>
      <w:r>
        <w:t>میں جب گیا تو میں نے سوچا کہ دیکھیے، یہ وہی مقام تو ہے جہاں کہ مسجد نبوی بنی تھی۔ تو ایک چھوپڑا تھی، صرف وہ چھوپڑا۔</w:t>
      </w:r>
    </w:p>
    <w:p>
      <w:r>
        <w:rPr>
          <w:b/>
        </w:rPr>
        <w:t xml:space="preserve">[48:14] </w:t>
      </w:r>
      <w:r>
        <w:t>rasool Allah ne jo masjid banai thi, masjid nabvi, woh pakka aaj kal ki tarah koi pakka building nahi thi. us zamane mein yeh architecture hi nahi tha jo aaj hai.</w:t>
      </w:r>
    </w:p>
    <w:p>
      <w:pPr>
        <w:jc w:val="right"/>
      </w:pPr>
      <w:r>
        <w:t>رسول اللہ نے جو مسجد بنائی تھی، مسجد نبوی، وہ پختہ آج کل کی طرح کوئی پختہ بلڈنگ نہیں تھی۔ اس زمانے میں یہ آرکیٹیکچر ہی نہیں تھا جو آج ہے۔</w:t>
      </w:r>
    </w:p>
    <w:p>
      <w:r>
        <w:rPr>
          <w:b/>
        </w:rPr>
        <w:t xml:space="preserve">[48:28] </w:t>
      </w:r>
      <w:r>
        <w:t>yeh architecture jo hai aaj, woh us zamane mein maujood nahi tha. to woh to khajoor ke tane the, khajoor ke pate the. to aaj kal ki zuban mein woh chhappar ya jhopra tha, samajh lijiye.</w:t>
      </w:r>
    </w:p>
    <w:p>
      <w:pPr>
        <w:jc w:val="right"/>
      </w:pPr>
      <w:r>
        <w:t>یہ آرکیٹیکچر جو ہے آج، وہ اس زمانے میں موجود نہیں تھا۔ تو وہ تو کھجور کے تنے تھے، کھجور کے پتے تھے۔ تو آج کل کی زبان میں وہ چھپر یا جھوپڑا تھا، سمجھ لیجئے۔</w:t>
      </w:r>
    </w:p>
    <w:p>
      <w:r>
        <w:rPr>
          <w:b/>
        </w:rPr>
        <w:t xml:space="preserve">[48:40] </w:t>
      </w:r>
      <w:r>
        <w:t>bas</w:t>
      </w:r>
    </w:p>
    <w:p>
      <w:pPr>
        <w:jc w:val="right"/>
      </w:pPr>
      <w:r>
        <w:t>بس</w:t>
      </w:r>
    </w:p>
    <w:p>
      <w:r>
        <w:rPr>
          <w:b/>
        </w:rPr>
        <w:t xml:space="preserve">[48:43] </w:t>
      </w:r>
      <w:r>
        <w:t>wahan par jo aap ka hujra tha, woh bhi isi qism, isi isi qism ka tha.</w:t>
      </w:r>
    </w:p>
    <w:p>
      <w:pPr>
        <w:jc w:val="right"/>
      </w:pPr>
      <w:r>
        <w:t>وہاں پر جو آپ کا حجرہ تھا، وہ بھی اسی قسم، اسی اسی قسم کا تھا۔</w:t>
      </w:r>
    </w:p>
    <w:p>
      <w:r>
        <w:rPr>
          <w:b/>
        </w:rPr>
        <w:t xml:space="preserve">[48:51] </w:t>
      </w:r>
      <w:r>
        <w:t>to wahan par yeh maine socha ke dekho, islam ki tareekh shuru hui kahan se? ek mamooli aaghaz se aur aaj kahan pahunchi hai islam ki tareekh?</w:t>
      </w:r>
    </w:p>
    <w:p>
      <w:pPr>
        <w:jc w:val="right"/>
      </w:pPr>
      <w:r>
        <w:t>تو وہاں پر یہ میں نے سوچا کہ دیکھو، اسلام کی تاریخ شروع ہوئی کہاں سے؟ ایک معمولی آغاز سے اور آج کہاں پہنچی ہے اسلام کی تاریخ؟</w:t>
      </w:r>
    </w:p>
    <w:p>
      <w:r>
        <w:rPr>
          <w:b/>
        </w:rPr>
        <w:t xml:space="preserve">[49:03] </w:t>
      </w:r>
      <w:r>
        <w:t>ab is ko aur aage le jana hai. aisa nahi ke ab full stop aa gaya, full stop nahi aaya.</w:t>
      </w:r>
    </w:p>
    <w:p>
      <w:pPr>
        <w:jc w:val="right"/>
      </w:pPr>
      <w:r>
        <w:t>اب اس کو اور آگے لے جانا ہے۔ ایسا نہیں کہ اب فل سٹاپ آ گیا، فل سٹاپ نہیں آیا۔</w:t>
      </w:r>
    </w:p>
    <w:p>
      <w:r>
        <w:rPr>
          <w:b/>
        </w:rPr>
        <w:t xml:space="preserve">[49:11] </w:t>
      </w:r>
      <w:r>
        <w:t>abhi to aur le jana hai, aur le jana hai, aur le jana hai. sari dunya tak, sari dunya ke insanon ko yeh paigham pahuncha dena hai.</w:t>
      </w:r>
    </w:p>
    <w:p>
      <w:pPr>
        <w:jc w:val="right"/>
      </w:pPr>
      <w:r>
        <w:t>ابھی تو اور لے جانا ہے، اور لے جانا ہے، اور لے جانا ہے۔ ساری دنیا تک، ساری دنیا کے انسانوں کو یہ پیغام پہنچا دینا ہے۔</w:t>
      </w:r>
    </w:p>
    <w:p>
      <w:r>
        <w:rPr>
          <w:b/>
        </w:rPr>
        <w:t xml:space="preserve">[49:25] </w:t>
      </w:r>
      <w:r>
        <w:t>to hajj ek aalmi, hajj hajj ek aalmi ibadat hai, ek international ibadat hai. to is ke andar ek international sabak hona chahiye, ek international lesson hona chahiye.</w:t>
      </w:r>
    </w:p>
    <w:p>
      <w:pPr>
        <w:jc w:val="right"/>
      </w:pPr>
      <w:r>
        <w:t>تو حج ایک عالمی، حج حج ایک عالمی عبادت ہے، ایک انٹرنیشنل عبادت ہے۔ تو اس کے اندر ایک انٹرنیشنل سبق ہونا چاہیے، ایک انٹرنیشنل لیسن ہونا چاہیے۔</w:t>
      </w:r>
    </w:p>
    <w:p>
      <w:r>
        <w:rPr>
          <w:b/>
        </w:rPr>
        <w:t xml:space="preserve">[49:40] </w:t>
      </w:r>
      <w:r>
        <w:t>woh kya hai?</w:t>
      </w:r>
    </w:p>
    <w:p>
      <w:pPr>
        <w:jc w:val="right"/>
      </w:pPr>
      <w:r>
        <w:t>وہ کیا ہے؟</w:t>
      </w:r>
    </w:p>
    <w:p>
      <w:r>
        <w:rPr>
          <w:b/>
        </w:rPr>
        <w:t xml:space="preserve">[49:41] </w:t>
      </w:r>
      <w:r>
        <w:t>dekhein, islam mein aik hi cheez hai jo international ban sakti hai, woh hai dawat. koi aur cheez jo international kaise banegi?</w:t>
      </w:r>
    </w:p>
    <w:p>
      <w:pPr>
        <w:jc w:val="right"/>
      </w:pPr>
      <w:r>
        <w:t>دیکھیں، اسلام میں ایک ہی چیز ہے جو انٹرنیشنل بن سکتی ہے، وہ ہے دعوت۔ کوئی اور چیز جو انٹرنیشنل کیسے بنے گی؟</w:t>
      </w:r>
    </w:p>
    <w:p>
      <w:r>
        <w:rPr>
          <w:b/>
        </w:rPr>
        <w:t xml:space="preserve">[49:50] </w:t>
      </w:r>
      <w:r>
        <w:t>ab bataiye, namaz hai, roza hai, international mein kaise banayenge is ko? aap woh toh aik infiradi ibadat hai, woh toh aik infiradi ibadat hai.</w:t>
      </w:r>
    </w:p>
    <w:p>
      <w:pPr>
        <w:jc w:val="right"/>
      </w:pPr>
      <w:r>
        <w:t>اب بتائیے، نماز ہے، روزہ ہے، انٹرنیشنل میں کیسے بنائیں گے اس کو؟ آپ وہ تو ایک انفرادی عبادت ہے، وہ تو ایک انفرادی عبادت ہے۔</w:t>
      </w:r>
    </w:p>
    <w:p>
      <w:r>
        <w:rPr>
          <w:b/>
        </w:rPr>
        <w:t xml:space="preserve">[50:03] </w:t>
      </w:r>
      <w:r>
        <w:t>aik hi cheez hai jo international cheez hai, woh hai dawat.</w:t>
      </w:r>
    </w:p>
    <w:p>
      <w:pPr>
        <w:jc w:val="right"/>
      </w:pPr>
      <w:r>
        <w:t>ایک ہی چیز ہے جو انٹرنیشنل چیز ہے، وہ ہے دعوت۔</w:t>
      </w:r>
    </w:p>
    <w:p>
      <w:r>
        <w:rPr>
          <w:b/>
        </w:rPr>
        <w:t xml:space="preserve">[50:09] </w:t>
      </w:r>
      <w:r>
        <w:t>toh hajj jo hai, woh dawat ka rehearsal hai, yaani islam ko international level pe phailana. sari duniya ke log aate hain, wahan un ko dawat ke mozu par baat karna chahiye, dawat ke mozu par wahan yaani lecture dena chahiye,</w:t>
      </w:r>
    </w:p>
    <w:p>
      <w:pPr>
        <w:jc w:val="right"/>
      </w:pPr>
      <w:r>
        <w:t>تو حج جو ہے، وہ دعوت کا ریہرسل ہے، یعنی اسلام کو انٹرنیشنل لیول پہ پھیلانا۔ ساری دنیا کے لوگ آتے ہیں، وہاں ان کو دعوت کے موضوع پر بات کرنا چاہیے، دعوت کے موضوع پر وہاں یعنی لیکچر دینا چاہیے،</w:t>
      </w:r>
    </w:p>
    <w:p>
      <w:r>
        <w:rPr>
          <w:b/>
        </w:rPr>
        <w:t xml:space="preserve">[50:30] </w:t>
      </w:r>
      <w:r>
        <w:t>dawat ke mozu par literature wahan phailana chahiye, aur phir dawati spirit le kar sari duniya wapas jana chahiye.</w:t>
      </w:r>
    </w:p>
    <w:p>
      <w:pPr>
        <w:jc w:val="right"/>
      </w:pPr>
      <w:r>
        <w:t>دعوت کے موضوع پر لٹریچر وہاں پھیلانا چاہیے، اور پھر دعوتی اسپرٹ لے کر ساری دنیا واپس جانا چاہیے۔</w:t>
      </w:r>
    </w:p>
    <w:p>
      <w:r>
        <w:rPr>
          <w:b/>
        </w:rPr>
        <w:t xml:space="preserve">[50:40] </w:t>
      </w:r>
      <w:r>
        <w:t>aur aik bohat bara sabak jo hajj mein milta hai, woh yeh hai ke aap jante hain ke wahan par</w:t>
      </w:r>
    </w:p>
    <w:p>
      <w:pPr>
        <w:jc w:val="right"/>
      </w:pPr>
      <w:r>
        <w:t>اور ایک بہت بڑا سبق جو حج میں ملتا ہے، وہ یہ ہے کہ آپ جانتے ہیں کہ وہاں پر</w:t>
      </w:r>
    </w:p>
    <w:p>
      <w:r>
        <w:rPr>
          <w:b/>
        </w:rPr>
        <w:t xml:space="preserve">[50:50] </w:t>
      </w:r>
      <w:r>
        <w:t>kisi bhi jaan ko marna haram hai,</w:t>
      </w:r>
    </w:p>
    <w:p>
      <w:pPr>
        <w:jc w:val="right"/>
      </w:pPr>
      <w:r>
        <w:t>کسی بھی جان کو مارنا حرام ہے،</w:t>
      </w:r>
    </w:p>
    <w:p>
      <w:r>
        <w:rPr>
          <w:b/>
        </w:rPr>
        <w:t xml:space="preserve">[50:57] </w:t>
      </w:r>
      <w:r>
        <w:t>wahan par aapas mein ladna haram hai. toh is ka matlab yeh nahi ke sirf in chand dinon mein jab aap Makkah mein hon, tab yeh haram hai.</w:t>
      </w:r>
    </w:p>
    <w:p>
      <w:pPr>
        <w:jc w:val="right"/>
      </w:pPr>
      <w:r>
        <w:t>وہاں پر آپس میں لڑنا حرام ہے۔ تو اس کا مطلب یہ نہیں کہ صرف ان چند دنوں میں جب آپ مکہ میں ہوں، تب یہ حرام ہے۔</w:t>
      </w:r>
    </w:p>
    <w:p>
      <w:r>
        <w:rPr>
          <w:b/>
        </w:rPr>
        <w:t xml:space="preserve">[51:07] </w:t>
      </w:r>
      <w:r>
        <w:t>nahi, is mein aik spirit paida karna hai. spirit, is mein aik spirit paida karna hai, woh spirit jo ke Quran majeed mein batai gayi hai ke jis ne aik shakhs ko mara, us ne sare insano ko maar dala.</w:t>
      </w:r>
    </w:p>
    <w:p>
      <w:pPr>
        <w:jc w:val="right"/>
      </w:pPr>
      <w:r>
        <w:t>نہیں، اس میں ایک اسپرٹ پیدا کرنا ہے۔ اسپرٹ، اس میں ایک اسپرٹ پیدا کرنا ہے، وہ اسپرٹ جو کہ قرآن مجید میں بتائی گئی ہے کہ جس نے ایک شخص کو مارا، اس نے سارے انسانوں کو مار ڈالا۔</w:t>
      </w:r>
    </w:p>
    <w:p>
      <w:r>
        <w:rPr>
          <w:b/>
        </w:rPr>
        <w:t xml:space="preserve">[51:25] </w:t>
      </w:r>
      <w:r>
        <w:t>jis ne aik shakhs ko bachaya, us ne sare insano ko bachaya.</w:t>
      </w:r>
    </w:p>
    <w:p>
      <w:pPr>
        <w:jc w:val="right"/>
      </w:pPr>
      <w:r>
        <w:t>جس نے ایک شخص کو بچایا، اس نے سارے انسانوں کو بچایا۔</w:t>
      </w:r>
    </w:p>
    <w:p>
      <w:r>
        <w:rPr>
          <w:b/>
        </w:rPr>
        <w:t xml:space="preserve">[51:31] </w:t>
      </w:r>
      <w:r>
        <w:t>yeh Quran majeed mein farmaya gaya hai ke jis ne aik insan ko mara, us ne goya ke sare insano ko maar dala, aur jis ne aik insan ko bachaya, us ne goya ke sare insano ko bachaya.</w:t>
      </w:r>
    </w:p>
    <w:p>
      <w:pPr>
        <w:jc w:val="right"/>
      </w:pPr>
      <w:r>
        <w:t>یہ قرآن مجید میں فرمایا گیا ہے کہ جس نے ایک انسان کو مارا، اس نے گویا کہ سارے انسانوں کو مار ڈالا، اور جس نے ایک انسان کو بچایا، اس نے گویا کہ سارے انسانوں کو بچایا۔</w:t>
      </w:r>
    </w:p>
    <w:p>
      <w:r>
        <w:rPr>
          <w:b/>
        </w:rPr>
        <w:t xml:space="preserve">[51:44] </w:t>
      </w:r>
      <w:r>
        <w:t>toh woh spirit le kar lautna hai wahan se hajj se. abhi dekhiye, duniya bhar mein musalman jo hai, militancy mein mashgool hain, jihad ke naam par militancy.</w:t>
      </w:r>
    </w:p>
    <w:p>
      <w:pPr>
        <w:jc w:val="right"/>
      </w:pPr>
      <w:r>
        <w:t>تو وہ اسپرٹ لے کر لوٹنا ہے وہاں سے حج سے۔ ابھی دیکھیے، دنیا بھر میں مسلمان جو ہے، ملٹینسی میں مشغول ہیں، جہاد کے نام پر ملٹینسی۔</w:t>
      </w:r>
    </w:p>
    <w:p>
      <w:r>
        <w:rPr>
          <w:b/>
        </w:rPr>
        <w:t xml:space="preserve">[51:56] </w:t>
      </w:r>
      <w:r>
        <w:t>yeh sard ta'assur islam ke khilaf hai.</w:t>
      </w:r>
    </w:p>
    <w:p>
      <w:pPr>
        <w:jc w:val="right"/>
      </w:pPr>
      <w:r>
        <w:t>یہ سرد تاثر اسلام کے خلاف ہے۔</w:t>
      </w:r>
    </w:p>
    <w:p>
      <w:r>
        <w:rPr>
          <w:b/>
        </w:rPr>
        <w:t xml:space="preserve">[51:59] </w:t>
      </w:r>
      <w:r>
        <w:t>is militancy ka islam se koi talluq nahi, yeh jihad nahi hai. yeh</w:t>
      </w:r>
    </w:p>
    <w:p>
      <w:pPr>
        <w:jc w:val="right"/>
      </w:pPr>
      <w:r>
        <w:t>اس ملٹینسی کا اسلام سے کوئی تعلق نہیں، یہ جہاد نہیں ہے۔ یہ</w:t>
      </w:r>
    </w:p>
    <w:p>
      <w:r>
        <w:rPr>
          <w:b/>
        </w:rPr>
        <w:t xml:space="preserve">[52:06] </w:t>
      </w:r>
      <w:r>
        <w:t>toh hajj, hajj ke liye dhoom machi hui hai. har saal log shikayat hoti hai ke mujhe quota mein jagah nahi mili, mujhe falan wajah se mein ja nahi saka hajj ke liye.</w:t>
      </w:r>
    </w:p>
    <w:p>
      <w:pPr>
        <w:jc w:val="right"/>
      </w:pPr>
      <w:r>
        <w:t>تو حج، حج کے لیے دھوم مچی ہوئی ہے۔ ہر سال لوگ شکایت ہوتی ہے کہ مجھے کوٹے میں جگہ نہیں ملی، مجھے فلاں وجہ سے میں جا نہیں سکا حج کے لیے۔</w:t>
      </w:r>
    </w:p>
    <w:p>
      <w:r>
        <w:rPr>
          <w:b/>
        </w:rPr>
        <w:t xml:space="preserve">[52:19] </w:t>
      </w:r>
      <w:r>
        <w:t>is ki shikayatein karte hain, lekin jo hajj ke liye karne ja rahe hain, woh kya kya sabak le ke lotte hain? wahan se,</w:t>
      </w:r>
    </w:p>
    <w:p>
      <w:pPr>
        <w:jc w:val="right"/>
      </w:pPr>
      <w:r>
        <w:t>اس کی شکایتیں کرتے ہیں، لیکن جو حج کے لیے کرنے جا رہے ہیں، وہ کیا کیا سبق لے کے لوٹتے ہیں؟ وہاں سے،</w:t>
      </w:r>
    </w:p>
    <w:p>
      <w:r>
        <w:rPr>
          <w:b/>
        </w:rPr>
        <w:t xml:space="preserve">[52:26] </w:t>
      </w:r>
      <w:r>
        <w:t>wahan se yeh sabak le ke lotna chahiye ke aye logon, insan ko marna toh bohat door ki baat, janwar ko hi marna islam mein pasandeeda nahi hai, siwaye shadeed zaroorat ke.</w:t>
      </w:r>
    </w:p>
    <w:p>
      <w:pPr>
        <w:jc w:val="right"/>
      </w:pPr>
      <w:r>
        <w:t>وہاں سے یہ سبق لے کے لوٹنا چاہیے کہ اے لوگوں، انسان کو مارنا تو بہت دور کی بات، جانور کو ہی مارنا اسلام میں پسندیدہ نہیں ہے، سوائے شدید ضرورت کے۔</w:t>
      </w:r>
    </w:p>
    <w:p>
      <w:r>
        <w:rPr>
          <w:b/>
        </w:rPr>
        <w:t xml:space="preserve">[52:41] </w:t>
      </w:r>
      <w:r>
        <w:t>toh insan ko bachana, insan ko bachana kya hai? dawat Allah ka jo kaam hai, woh insan ko bachana hai.</w:t>
      </w:r>
    </w:p>
    <w:p>
      <w:pPr>
        <w:jc w:val="right"/>
      </w:pPr>
      <w:r>
        <w:t>تو انسان کو بچانا، انسان کو بچانا کیا ہے؟ دعوت اللہ کا جو کام ہے، وہ انسان کو بچانا ہے۔</w:t>
      </w:r>
    </w:p>
    <w:p>
      <w:r>
        <w:rPr>
          <w:b/>
        </w:rPr>
        <w:t xml:space="preserve">[52:50] </w:t>
      </w:r>
      <w:r>
        <w:t>logon ko jahannum se bachane ke liye dawat ki jati hai.</w:t>
      </w:r>
    </w:p>
    <w:p>
      <w:pPr>
        <w:jc w:val="right"/>
      </w:pPr>
      <w:r>
        <w:t>لوگوں کو جہنم سے بچانے کے لیے دعوت کی جاتی ہے۔</w:t>
      </w:r>
    </w:p>
    <w:p>
      <w:r>
        <w:rPr>
          <w:b/>
        </w:rPr>
        <w:t xml:space="preserve">[52:55] </w:t>
      </w:r>
      <w:r>
        <w:t>toh logon, hajj se lotna chahiye paigham le kar ke ke aye logon, ladai padhai band karo aur dawat ka kaam karo.</w:t>
      </w:r>
    </w:p>
    <w:p>
      <w:pPr>
        <w:jc w:val="right"/>
      </w:pPr>
      <w:r>
        <w:t>تو لوگوں، حج سے لوٹنا چاہیے پیغام لے کر کے کہ اے لوگوں، لڑائی پڑھائی بند کرو اور دعوت کا کام کرو۔</w:t>
      </w:r>
    </w:p>
    <w:p>
      <w:r>
        <w:rPr>
          <w:b/>
        </w:rPr>
        <w:t xml:space="preserve">[53:04] </w:t>
      </w:r>
      <w:r>
        <w:t>yeh gun culture, yeh bomb culture, yeh yeh society bombing, yeh sab band karo.</w:t>
      </w:r>
    </w:p>
    <w:p>
      <w:pPr>
        <w:jc w:val="right"/>
      </w:pPr>
      <w:r>
        <w:t>یہ گن کلچر، یہ بم کلچر، یہ یہ سوسائٹی بمبنگ، یہ سب بند کرو۔</w:t>
      </w:r>
    </w:p>
    <w:p>
      <w:r>
        <w:rPr>
          <w:b/>
        </w:rPr>
        <w:t xml:space="preserve">[53:13] </w:t>
      </w:r>
      <w:r>
        <w:t>that is against the spirit of Hajj. Hajj ke spirit ke khilaf hai yeh baat hai. band karo is ko aur dawat ka kaam karo</w:t>
      </w:r>
    </w:p>
    <w:p>
      <w:pPr>
        <w:jc w:val="right"/>
      </w:pPr>
      <w:r>
        <w:t>دیٹ از اگینسٹ دا اسپرٹ آف حج۔ حج کے اسپرٹ کے خلاف ہے یہ بات ہے۔ بند کرو اس کو اور دعوت کا کام کرو</w:t>
      </w:r>
    </w:p>
    <w:p>
      <w:r>
        <w:rPr>
          <w:b/>
        </w:rPr>
        <w:t xml:space="preserve">[53:22] </w:t>
      </w:r>
      <w:r>
        <w:t>. yaani aman-o-raman tor par Allah ka paigham pahunchao. logon ko koshish karo ke log jahannum se bachein, log Allah ke raste par aa jayein, Allah ke ghazab se bachein, Allah ki unhein raza raza hasil ho.</w:t>
      </w:r>
    </w:p>
    <w:p>
      <w:pPr>
        <w:jc w:val="right"/>
      </w:pPr>
      <w:r>
        <w:t>۔ یعنی امن پرامن طور پر اللہ کا پیغام پہنچاؤ۔ لوگوں کو کوشش کرو کہ لوگ جہنم سے بچیں، لوگ اللہ کے راستے پر آ جائیں، اللہ کے غضب سے بچیں، اللہ کی انہیں رضا رضا حاصل ہو۔</w:t>
      </w:r>
    </w:p>
    <w:p>
      <w:r>
        <w:rPr>
          <w:b/>
        </w:rPr>
        <w:t xml:space="preserve">[53:36] </w:t>
      </w:r>
      <w:r>
        <w:t>is ke liye koshish karo. yeh spirit le kar hajj se lotna chahiye.</w:t>
      </w:r>
    </w:p>
    <w:p>
      <w:pPr>
        <w:jc w:val="right"/>
      </w:pPr>
      <w:r>
        <w:t>اس کے لیے کوشش کرو۔ یہ اسپرٹ لے کر حج سے لوٹنا چاہیے۔</w:t>
      </w:r>
    </w:p>
    <w:p>
      <w:r>
        <w:rPr>
          <w:b/>
        </w:rPr>
        <w:t xml:space="preserve">[53:46] </w:t>
      </w:r>
      <w:r>
        <w:t>lekin aap kuch bhi nahi,</w:t>
      </w:r>
    </w:p>
    <w:p>
      <w:pPr>
        <w:jc w:val="right"/>
      </w:pPr>
      <w:r>
        <w:t>لیکن آپ کچھ بھی نہیں،</w:t>
      </w:r>
    </w:p>
    <w:p>
      <w:r>
        <w:rPr>
          <w:b/>
        </w:rPr>
        <w:t xml:space="preserve">[53:51] </w:t>
      </w:r>
      <w:r>
        <w:t>yani woh chand din jo wahan par koi munasib ada karte hain, samajhte hain bas wahi wahi haj hai, wahi ho gaya. Bas is ke baad aur kuch nahi karna hai.</w:t>
      </w:r>
    </w:p>
    <w:p>
      <w:pPr>
        <w:jc w:val="right"/>
      </w:pPr>
      <w:r>
        <w:t>یعنی وہ چند دن جو وہاں پر کوئی مناسب ادا کرتے ہیں، سمجھتے ہیں بس وہی وہی حج ہے، وہی ہو گیا۔ بس اس کے بعد اور کچھ نہیں کرنا ہے۔</w:t>
      </w:r>
    </w:p>
    <w:p>
      <w:r>
        <w:rPr>
          <w:b/>
        </w:rPr>
        <w:t xml:space="preserve">[54:03] </w:t>
      </w:r>
      <w:r>
        <w:t>haj to ek ek ek isprt le kar lotna hai, ek rooh, ek jazba le kar lotna hai.</w:t>
      </w:r>
    </w:p>
    <w:p>
      <w:pPr>
        <w:jc w:val="right"/>
      </w:pPr>
      <w:r>
        <w:t>حج تو ایک ایک ایک اسپرٹ لے کر لوٹنا ہے، ایک روح، ایک جذبہ لے کر لوٹنا ہے۔</w:t>
      </w:r>
    </w:p>
    <w:p>
      <w:r>
        <w:rPr>
          <w:b/>
        </w:rPr>
        <w:t xml:space="preserve">[54:12] </w:t>
      </w:r>
      <w:r>
        <w:t>wahan se</w:t>
      </w:r>
    </w:p>
    <w:p>
      <w:pPr>
        <w:jc w:val="right"/>
      </w:pPr>
      <w:r>
        <w:t>وہاں سے</w:t>
      </w:r>
    </w:p>
    <w:p>
      <w:r>
        <w:rPr>
          <w:b/>
        </w:rPr>
        <w:t xml:space="preserve">[54:16] </w:t>
      </w:r>
      <w:r>
        <w:t>woh ek tareekh jo chaar hazar saal mein phaili hui hai, chaar hazar saal ke darmiyan phaili hui hai, is se inspire ho kar lotna hai.</w:t>
      </w:r>
    </w:p>
    <w:p>
      <w:pPr>
        <w:jc w:val="right"/>
      </w:pPr>
      <w:r>
        <w:t>وہ ایک تاریخ جو چار ہزار سال میں پھیلی ہوئی ہے، چار ہزار سال کے درمیان پھیلی ہوئی ہے، اس سے انسپائر ہو کر لوٹنا ہے۔</w:t>
      </w:r>
    </w:p>
    <w:p>
      <w:r>
        <w:rPr>
          <w:b/>
        </w:rPr>
        <w:t xml:space="preserve">[54:27] </w:t>
      </w:r>
      <w:r>
        <w:t>yani ek lafz mein kahoon to yeh hoga ke anbiya ki dawat ki tareekh, woh kya hai? Anbiya ki dawat ki tareekh hai. Hazrat Ibrahim ki zindagi dawi ki zindagi thi, rasool Allah ki zindagi dawi ki zindagi thi,</w:t>
      </w:r>
    </w:p>
    <w:p>
      <w:pPr>
        <w:jc w:val="right"/>
      </w:pPr>
      <w:r>
        <w:t>یعنی ایک لفظ میں کہوں تو یہ ہوگا کہ انبیاء کی دعوت کی تاریخ، وہ کیا ہے؟ انبیاء کی دعوت کی تاریخ ہے۔ حضرت ابراہیم کی زندگی داعی کی زندگی تھی، رسول اللہ کی زندگی داعی کی زندگی تھی،</w:t>
      </w:r>
    </w:p>
    <w:p>
      <w:r>
        <w:rPr>
          <w:b/>
        </w:rPr>
        <w:t xml:space="preserve">[54:41] </w:t>
      </w:r>
      <w:r>
        <w:t>sahaba ki zindagi dawi ki zindagi thi.</w:t>
      </w:r>
    </w:p>
    <w:p>
      <w:pPr>
        <w:jc w:val="right"/>
      </w:pPr>
      <w:r>
        <w:t>صحابہ کی زندگی داعی کی زندگی تھی۔</w:t>
      </w:r>
    </w:p>
    <w:p>
      <w:r>
        <w:rPr>
          <w:b/>
        </w:rPr>
        <w:t xml:space="preserve">[54:46] </w:t>
      </w:r>
      <w:r>
        <w:t>to is dawat ki chaar hazar saala tareekh ko wahan par</w:t>
      </w:r>
    </w:p>
    <w:p>
      <w:pPr>
        <w:jc w:val="right"/>
      </w:pPr>
      <w:r>
        <w:t>تو اس دعوت کی چار ہزار سالہ تاریخ کو وہاں پر</w:t>
      </w:r>
    </w:p>
    <w:p>
      <w:r>
        <w:rPr>
          <w:b/>
        </w:rPr>
        <w:t xml:space="preserve">[54:54] </w:t>
      </w:r>
      <w:r>
        <w:t>mehsoos karna, is se inspiration le kar ke lotna, aur phir isi ko zinda karna apne maqam par,</w:t>
      </w:r>
    </w:p>
    <w:p>
      <w:pPr>
        <w:jc w:val="right"/>
      </w:pPr>
      <w:r>
        <w:t>محسوس کرنا، اس سے انسپیریشن لے کر کے لوٹنا، اور پھر اسی کو زندہ کرنا اپنے مقام پر،</w:t>
      </w:r>
    </w:p>
    <w:p>
      <w:r>
        <w:rPr>
          <w:b/>
        </w:rPr>
        <w:t xml:space="preserve">[55:04] </w:t>
      </w:r>
      <w:r>
        <w:t>yeh hai haj ki isprt.</w:t>
      </w:r>
    </w:p>
    <w:p>
      <w:pPr>
        <w:jc w:val="right"/>
      </w:pPr>
      <w:r>
        <w:t>یہ ہے حج کی اسپرٹ۔</w:t>
      </w:r>
    </w:p>
    <w:p>
      <w:r>
        <w:rPr>
          <w:b/>
        </w:rPr>
        <w:t xml:space="preserve">[55:09] </w:t>
      </w:r>
      <w:r>
        <w:t>lekin</w:t>
      </w:r>
    </w:p>
    <w:p>
      <w:pPr>
        <w:jc w:val="right"/>
      </w:pPr>
      <w:r>
        <w:t>لیکن</w:t>
      </w:r>
    </w:p>
    <w:p>
      <w:r>
        <w:rPr>
          <w:b/>
        </w:rPr>
        <w:t xml:space="preserve">[55:10] </w:t>
      </w:r>
      <w:r>
        <w:t>amal'an jo hai, koi ek rasam hai, bas ek outing hai. Ab to ek haj aur umra ek outing ban gaya hai,</w:t>
      </w:r>
    </w:p>
    <w:p>
      <w:pPr>
        <w:jc w:val="right"/>
      </w:pPr>
      <w:r>
        <w:t>عملاً جو ہے، کوئی ایک رسم ہے، بس ایک آؤٹنگ ہے۔ اب تو ایک حج اور عمرہ ایک آؤٹنگ بن گیا ہے،</w:t>
      </w:r>
    </w:p>
    <w:p>
      <w:r>
        <w:rPr>
          <w:b/>
        </w:rPr>
        <w:t xml:space="preserve">[55:20] </w:t>
      </w:r>
      <w:r>
        <w:t>ek outing ban gaya hai. Dhoom se log har saal haj, jis ke paas paisa hai, bas woh har saal haj hi ke liye chale ja rahe hain, umra karne chale ja rahe hain. Har ek isi paise ko dawat ke kaam mein lagana chahiye, isi paise ko dawat ke kaam mein lagana chahiye.</w:t>
      </w:r>
    </w:p>
    <w:p>
      <w:pPr>
        <w:jc w:val="right"/>
      </w:pPr>
      <w:r>
        <w:t>ایک آؤٹنگ بن گیا ہے۔ دھوم سے لوگ ہر سال حج، جس کے پاس پیسہ ہے، بس وہ ہر سال حج ہی کے لیے چلے جا رہے ہیں، عمرہ کرنے چلے جا رہے ہیں۔ ہر ایک اسی پیسے کو دعوت کے کام میں لگانا چاہیے، اسی پیسے کو دعوت کے کام میں لگانا چاہیے۔</w:t>
      </w:r>
    </w:p>
    <w:p>
      <w:r>
        <w:rPr>
          <w:b/>
        </w:rPr>
        <w:t xml:space="preserve">[55:42] </w:t>
      </w:r>
      <w:r>
        <w:t>to jahan tak mein samajhta hoon, haj ki jo asli isprt hai, woh yeh hai ke wahan ja kar aadmi is tareekh ko mehsoos kare jo Hazrat Ibrahim se shuru hui aur sahaba kiram tak phaili hui hai, aur aaj tak is ke asraat phailay hue hain.</w:t>
      </w:r>
    </w:p>
    <w:p>
      <w:pPr>
        <w:jc w:val="right"/>
      </w:pPr>
      <w:r>
        <w:t>تو جہاں تک میں سمجھتا ہوں، حج کی جو اصلی اسپرٹ ہے، وہ یہ ہے کہ وہاں جا کر آدمی اس تاریخ کو محسوس کرے جو حضرت ابراہیم سے شروع ہوئی اور صحابہ کرام تک پھیلی ہوئی ہے، اور آج تک اس کے اثرات پھیلے ہوئے ہیں۔</w:t>
      </w:r>
    </w:p>
    <w:p>
      <w:r>
        <w:rPr>
          <w:b/>
        </w:rPr>
        <w:t xml:space="preserve">[56:04] </w:t>
      </w:r>
      <w:r>
        <w:t>to chaar hazar saal ki tareekh ko taza karna zehan mein, use inspiration lena, aur phir us ko lot kar ke dohrana apne mahaul mein.</w:t>
      </w:r>
    </w:p>
    <w:p>
      <w:pPr>
        <w:jc w:val="right"/>
      </w:pPr>
      <w:r>
        <w:t>تو چار ہزار سال کی تاریخ کو تازہ کرنا ذہن میں، اسے انسپیریشن لینا، اور پھر اس کو لوٹ کر کے دہرانا اپنے ماحول میں۔</w:t>
      </w:r>
    </w:p>
    <w:p>
      <w:r>
        <w:rPr>
          <w:b/>
        </w:rPr>
        <w:t xml:space="preserve">[56:18] </w:t>
      </w:r>
      <w:r>
        <w:t>agar yeh ho to kya hoga? Achanak sari jo yeh militancy khatam ho jayegi, militancy achanak khatam ho jayegi, aur phir dawat ka kaam shuru ho jayega.</w:t>
      </w:r>
    </w:p>
    <w:p>
      <w:pPr>
        <w:jc w:val="right"/>
      </w:pPr>
      <w:r>
        <w:t>اگر یہ ہو تو کیا ہوگا؟ اچانک ساری جو یہ ملٹینسی ختم ہو جائے گی، ملٹینسی اچانک ختم ہو جائے گی، اور پھر دعوت کا کام شروع ہو جائے گا۔</w:t>
      </w:r>
    </w:p>
    <w:p>
      <w:r>
        <w:rPr>
          <w:b/>
        </w:rPr>
        <w:t xml:space="preserve">[56:32] </w:t>
      </w:r>
      <w:r>
        <w:t>yeh yeh do baatein hain mere nazdeek. Sari woh karrawaiyan jo islami jo jihad, jo musallah jihad ke naam pe ki ja rahi hain, woh band ho jayega.</w:t>
      </w:r>
    </w:p>
    <w:p>
      <w:pPr>
        <w:jc w:val="right"/>
      </w:pPr>
      <w:r>
        <w:t>یہ یہ دو باتیں ہیں میرے نزدیک۔ ساری وہ کارروائیاں جو اسلامی جو جہاد، جو مسلح جہاد کے نام پہ کی جا رہی ہیں، وہ بند ہو جائے گا۔</w:t>
      </w:r>
    </w:p>
    <w:p>
      <w:r>
        <w:rPr>
          <w:b/>
        </w:rPr>
        <w:t xml:space="preserve">[56:46] </w:t>
      </w:r>
      <w:r>
        <w:t>agar woh le kar loten log to, aur doosri taraf dawat shuru ho jayegi.</w:t>
      </w:r>
    </w:p>
    <w:p>
      <w:pPr>
        <w:jc w:val="right"/>
      </w:pPr>
      <w:r>
        <w:t>اگر وہ لے کے لوٹیں لوگ تو، اور دوسری طرف دعوت شروع ہو جائے گی۔</w:t>
      </w:r>
    </w:p>
    <w:p>
      <w:r>
        <w:rPr>
          <w:b/>
        </w:rPr>
        <w:t xml:space="preserve">[56:55] </w:t>
      </w:r>
      <w:r>
        <w:t>lekin har saal be be shumar log jaate hain wahan par haj karne, lotte hain, aur koi na un ki apni zindagi mein koi tabdeeli, na un ki society mein koi tabdeeli, na un ke ghar mein koi tabdeeli.</w:t>
      </w:r>
    </w:p>
    <w:p>
      <w:pPr>
        <w:jc w:val="right"/>
      </w:pPr>
      <w:r>
        <w:t>لیکن ہر سال بے بے شمار لوگ جاتے ہیں وہاں پر حج کرنے، لوٹتے ہیں، اور کوئی نہ ان کی اپنی زندگی میں کوئی تبدیلی، نہ ان کی سوسائٹی میں کوئی تبدیلی، نہ ان کے گھر میں کوئی تبدیلی۔</w:t>
      </w:r>
    </w:p>
    <w:p>
      <w:r>
        <w:rPr>
          <w:b/>
        </w:rPr>
        <w:t xml:space="preserve">[57:10] </w:t>
      </w:r>
      <w:r>
        <w:t>to yeh haj nahi hai, ek rasam hai. Yeh haj to ek zinda ibadat hai, zinda ibadat. Woh activate karti hai fard ko, activate karti hai poore samaj ko.</w:t>
      </w:r>
    </w:p>
    <w:p>
      <w:pPr>
        <w:jc w:val="right"/>
      </w:pPr>
      <w:r>
        <w:t>تو یہ حج نہیں ہے، ایک رسم ہے۔ یہ حج تو ایک زندہ عبادت ہے، زندہ عبادت۔ وہ ایکٹیویٹ کرتی ہے فرد کو، ایکٹیویٹ کرتی ہے پورے سماج کو۔</w:t>
      </w:r>
    </w:p>
    <w:p>
      <w:r>
        <w:rPr>
          <w:b/>
        </w:rPr>
        <w:t xml:space="preserve">[57:24] </w:t>
      </w:r>
      <w:r>
        <w:t>to mein samajhta hoon ke haj ko is ki isprt ke sath zinda karne ki zaroorat hai. Khwah bar bar haj karna kafi nahi hai, yani haj ko is ki asli isprt ke sath zinda karne ki zaroorat hai.</w:t>
      </w:r>
    </w:p>
    <w:p>
      <w:pPr>
        <w:jc w:val="right"/>
      </w:pPr>
      <w:r>
        <w:t>تو میں سمجھتا ہوں کہ حج کو اس کی اسپرٹ کے ساتھ زندہ کرنے کی ضرورت ہے۔ خواہ بار بار حج کرنا کافی نہیں ہے، یعنی حج کو اس کی اصلی اسپرٹ کے ساتھ زندہ کرنے کی ضرورت ہے۔</w:t>
      </w:r>
    </w:p>
    <w:p>
      <w:r>
        <w:rPr>
          <w:b/>
        </w:rPr>
        <w:t xml:space="preserve">[57:35] </w:t>
      </w:r>
      <w:r>
        <w:t>aur agar zinda ho jaye apni asli isprt ke sath to ek dam soorat-e-haal badal jayegi, ek dam ek nayi duniya paida ho jayegi.</w:t>
      </w:r>
    </w:p>
    <w:p>
      <w:pPr>
        <w:jc w:val="right"/>
      </w:pPr>
      <w:r>
        <w:t>اور اگر زندہ ہو جائے اپنی اصلی اسپرٹ کے ساتھ تو ایک دم صورتحال بدل جائے گی، ایک دم ایک نئی دنیا پیدا ہو جائے گی۔</w:t>
      </w:r>
    </w:p>
    <w:p>
      <w:r>
        <w:rPr>
          <w:b/>
        </w:rPr>
        <w:t xml:space="preserve">[57:47] </w:t>
      </w:r>
      <w:r>
        <w:t>Allah taala mujh ko aur aap ko tofeeq de ke hum Allah ki ibadat ko is asli isprt ke sath kar saken. Aqool qawlahu hadha wa astaghfirullaha li wa lakum ajmaeen.</w:t>
      </w:r>
    </w:p>
    <w:p>
      <w:pPr>
        <w:jc w:val="right"/>
      </w:pPr>
      <w:r>
        <w:t>اللہ تعالی مجھ کو اور آپ کو توفیق دے کہ ہم اللہ کی عبادت کو اس اصلی اسپرٹ کے ساتھ کر سکیں۔ اقول قولھذا واستغفراللہ علی ولم اجمعین۔</w:t>
      </w:r>
    </w:p>
    <w:p>
      <w:r>
        <w:rPr>
          <w:b/>
        </w:rPr>
        <w:t xml:space="preserve">[58:13] </w:t>
      </w:r>
      <w:r>
        <w:t>sawal kiya gaya hai Karachi Pakistan se Mr. Amir bin Yusuf. Unhon ne likha hai: "How can we protect our self with the firqa warait?</w:t>
      </w:r>
    </w:p>
    <w:p>
      <w:pPr>
        <w:jc w:val="right"/>
      </w:pPr>
      <w:r>
        <w:t>سوال کیا گیا ہے کراچی پاکستان سے مسٹر عامر بن یوسف۔ انہوں نے لکھا ہے: "ہاؤ کین وی پروٹیکٹ اور سیلف ود دی فرقہ واریت؟</w:t>
      </w:r>
    </w:p>
    <w:p>
      <w:r>
        <w:rPr>
          <w:b/>
        </w:rPr>
        <w:t xml:space="preserve">[58:29] </w:t>
      </w:r>
      <w:r>
        <w:t>Because it is very harmful for Muslim believers. Kindly let us know." Dekhiye, firqa warait asal masla nahi hai,</w:t>
      </w:r>
    </w:p>
    <w:p>
      <w:pPr>
        <w:jc w:val="right"/>
      </w:pPr>
      <w:r>
        <w:t>بیکاز اٹ از ویری ہارم فل فار مسلم بیلیورز۔ کائنڈلی لیٹ اس نو۔" دیکھیے، فرقہ واریت اصل مسئلہ نہیں ہے،</w:t>
      </w:r>
    </w:p>
    <w:p>
      <w:r>
        <w:rPr>
          <w:b/>
        </w:rPr>
        <w:t xml:space="preserve">[58:41] </w:t>
      </w:r>
      <w:r>
        <w:t>asal masla hai ghalu, extremism. firqe to hotay hi hamesha hi hotay hain.</w:t>
      </w:r>
    </w:p>
    <w:p>
      <w:pPr>
        <w:jc w:val="right"/>
      </w:pPr>
      <w:r>
        <w:t>اصل مسئلہ ہے غلو، ایکسٹریمزم۔ فرقے تو ہوتے ہی ہمیشہ ہی ہوتے ہیں۔</w:t>
      </w:r>
    </w:p>
    <w:p>
      <w:r>
        <w:rPr>
          <w:b/>
        </w:rPr>
        <w:t xml:space="preserve">[58:50] </w:t>
      </w:r>
      <w:r>
        <w:t>firqa hona bura nahi hai, firqa ke baray mein ghalu karna bura hai, extremism tak pohnchana bura hai.</w:t>
      </w:r>
    </w:p>
    <w:p>
      <w:pPr>
        <w:jc w:val="right"/>
      </w:pPr>
      <w:r>
        <w:t>فرقہ ہونا برا نہیں ہے، فرقہ کے بارے میں غلو کرنا برا ہے، ایکسٹریمزم تک پہنچانا برا ہے۔</w:t>
      </w:r>
    </w:p>
    <w:p>
      <w:r>
        <w:rPr>
          <w:b/>
        </w:rPr>
        <w:t xml:space="preserve">[59:00] </w:t>
      </w:r>
      <w:r>
        <w:t>firqa ke mani kya hain?</w:t>
      </w:r>
    </w:p>
    <w:p>
      <w:pPr>
        <w:jc w:val="right"/>
      </w:pPr>
      <w:r>
        <w:t>فرقہ کے معنی کیا ہیں؟</w:t>
      </w:r>
    </w:p>
    <w:p>
      <w:r>
        <w:rPr>
          <w:b/>
        </w:rPr>
        <w:t xml:space="preserve">[59:02] </w:t>
      </w:r>
      <w:r>
        <w:t>yani ikhtilaf hona, rai ka ikhtilaf, masla ibadati tareeqon mein ikhtilaf, aqeeday mein ikhtilaf.</w:t>
      </w:r>
    </w:p>
    <w:p>
      <w:pPr>
        <w:jc w:val="right"/>
      </w:pPr>
      <w:r>
        <w:t>یعنی اختلاف ہونا، رائے کا اختلاف، مسئلہ عبادتی طریقوں میں اختلاف، عقیدے میں اختلاف۔</w:t>
      </w:r>
    </w:p>
    <w:p>
      <w:r>
        <w:rPr>
          <w:b/>
        </w:rPr>
        <w:t xml:space="preserve">[59:12] </w:t>
      </w:r>
      <w:r>
        <w:t>yeh to hoga hi hoga, hamesha hoga. mumkin nahi hai ke ibadati tareeqon mein aik bilkul yaksaaniyat ho jaye, aqaaid aik dam sab ke bilkul aik hi ho jayein.</w:t>
      </w:r>
    </w:p>
    <w:p>
      <w:pPr>
        <w:jc w:val="right"/>
      </w:pPr>
      <w:r>
        <w:t>یہ تو ہوگا ہی ہوگا، ہمیشہ ہوگا۔ ممکن نہیں ہے کہ عبادتی طریقوں میں ایک بالکل یکسانیت ہو جائے، عقائد ایک دم سب کے بالکل ایک ہی ہو جائے۔</w:t>
      </w:r>
    </w:p>
    <w:p>
      <w:r>
        <w:rPr>
          <w:b/>
        </w:rPr>
        <w:t xml:space="preserve">[59:24] </w:t>
      </w:r>
      <w:r>
        <w:t>yeh to bilkul impossible hai. lekin cheez kya hai? log is mein extreme pe puhanch jatay hain.</w:t>
      </w:r>
    </w:p>
    <w:p>
      <w:pPr>
        <w:jc w:val="right"/>
      </w:pPr>
      <w:r>
        <w:t>یہ تو بالکل امپاسیبل ہے۔ لیکن چیز کیا ہے؟ لوگ اس میں ایکسٹریم پہ پہنچ جاتے ہیں۔</w:t>
      </w:r>
    </w:p>
    <w:p>
      <w:r>
        <w:rPr>
          <w:b/>
        </w:rPr>
        <w:t xml:space="preserve">[59:31] </w:t>
      </w:r>
      <w:r>
        <w:t>agar mera aik tareeqa hai to bas log doosra tareeqa, log ghlat hain, is ko maro. is ko</w:t>
      </w:r>
    </w:p>
    <w:p>
      <w:pPr>
        <w:jc w:val="right"/>
      </w:pPr>
      <w:r>
        <w:t>اگر میرا ایک طریقہ ہے تو بس لوگ دوسرا طریقہ، لوگ غلط ہیں، اس کو مارو۔ اس کو</w:t>
      </w:r>
    </w:p>
    <w:p>
      <w:r>
        <w:rPr>
          <w:b/>
        </w:rPr>
        <w:t xml:space="preserve">[59:38] </w:t>
      </w:r>
      <w:r>
        <w:t>to asal cheez jo mafqood ho gayi hai, woh hai aman, aman, rawadari, tolerance, avoid karna. yeh ab mafqood ho gayi.</w:t>
      </w:r>
    </w:p>
    <w:p>
      <w:pPr>
        <w:jc w:val="right"/>
      </w:pPr>
      <w:r>
        <w:t>تو اصل چیز جو مفقود ہو گئی ہے، وہ ہے امن، امن، رواداری، ٹولرنس، اوائڈ کرنا۔ یہ اب مفقود ہو گئی۔</w:t>
      </w:r>
    </w:p>
    <w:p>
      <w:r>
        <w:rPr>
          <w:b/>
        </w:rPr>
        <w:t xml:space="preserve">[59:48] </w:t>
      </w:r>
      <w:r>
        <w:t>firqa ko mitanay ki koi zaroorat nahi hai. log chahtay hain ke firqa hi mit jaye to firqa to mitay ga nahi. to ladte phirte rahiye.</w:t>
      </w:r>
    </w:p>
    <w:p>
      <w:pPr>
        <w:jc w:val="right"/>
      </w:pPr>
      <w:r>
        <w:t>فرقہ کو مٹانے کی کوئی ضرورت نہیں ہے۔ لوگ چاہتے ہیں کہ فرقہ ہی مٹ جائے تو فرقہ تو مٹے گا نہیں۔ تو لڑتے پھرتے رہیے۔</w:t>
      </w:r>
    </w:p>
    <w:p>
      <w:r>
        <w:rPr>
          <w:b/>
        </w:rPr>
        <w:t xml:space="preserve">[1:00:00] </w:t>
      </w:r>
      <w:r>
        <w:t>yeh dunya mein aap dekhiye, kuch vegetarian hain, kuch non vegetarian hain, aapas mein dono bilkul mil kar rehtay hain.</w:t>
      </w:r>
    </w:p>
    <w:p>
      <w:pPr>
        <w:jc w:val="right"/>
      </w:pPr>
      <w:r>
        <w:t>یہ دنیا میں آپ دیکھیے، کچھ ویجیٹیرین ہیں، کچھ نان ویجیٹیرین ہیں، آپس میں دونوں بالکل مل کر رہتے ہیں۔</w:t>
      </w:r>
    </w:p>
    <w:p>
      <w:r>
        <w:rPr>
          <w:b/>
        </w:rPr>
        <w:t xml:space="preserve">[1:00:08] </w:t>
      </w:r>
      <w:r>
        <w:t>aapas mein ladte to nahi. woh</w:t>
      </w:r>
    </w:p>
    <w:p>
      <w:pPr>
        <w:jc w:val="right"/>
      </w:pPr>
      <w:r>
        <w:t>آپس میں لڑتے تو نہیں۔ وہ</w:t>
      </w:r>
    </w:p>
    <w:p>
      <w:r>
        <w:rPr>
          <w:b/>
        </w:rPr>
        <w:t xml:space="preserve">[1:00:12] </w:t>
      </w:r>
      <w:r>
        <w:t>saari dunya ka nizam jo hai, chal raha hai peaceful co-existence par. to apna karo, hum apna karein ge. bas wohi firqon ka mamla hona chahiye.</w:t>
      </w:r>
    </w:p>
    <w:p>
      <w:pPr>
        <w:jc w:val="right"/>
      </w:pPr>
      <w:r>
        <w:t>ساری دنیا کا نظام جو ہے، چل رہا ہے پیس فل کو ایگزسٹنس پر۔ تو اپنا کرو، ہم اپنا کریں گے۔ بس وہی فرقوں کا معاملہ ہونا چاہیے۔</w:t>
      </w:r>
    </w:p>
    <w:p>
      <w:r>
        <w:rPr>
          <w:b/>
        </w:rPr>
        <w:t xml:space="preserve">[1:00:25] </w:t>
      </w:r>
      <w:r>
        <w:t>jahan jahan firqon ko le kar ke laraiyan ho rahi hain, woh firqa nahi, wajah is ki hai. is ki wajah hai ghalu, extremism. quran mein aaya hai ke "la taghlu fi deenikum".</w:t>
      </w:r>
    </w:p>
    <w:p>
      <w:pPr>
        <w:jc w:val="right"/>
      </w:pPr>
      <w:r>
        <w:t>جہاں جہاں فرقوں کو لے کر کے لڑائیاں ہو رہی ہیں، وہ فرقہ نہیں، وجہ اس کی ہے۔ اس کی وجہ ہے غلو، ایکسٹریمزم۔ قرآن میں آیا ہے کہ "لا تغلو فی دینکم"۔</w:t>
      </w:r>
    </w:p>
    <w:p>
      <w:r>
        <w:rPr>
          <w:b/>
        </w:rPr>
        <w:t xml:space="preserve">[1:00:38] </w:t>
      </w:r>
      <w:r>
        <w:t>apnay deen ke mamlay mein ghalu na karo. hadith mein aaya hai ke "iyyakum wal ghalu fid deen" ke ghalu se bohat ziyada bacho.</w:t>
      </w:r>
    </w:p>
    <w:p>
      <w:pPr>
        <w:jc w:val="right"/>
      </w:pPr>
      <w:r>
        <w:t>اپنے دین کے معاملے میں غلو نہ کرو۔ حدیث میں آیا ہے کہ "ایاکم والغلو فی الدین" کہ غلو سے بہت زیادہ بچو۔</w:t>
      </w:r>
    </w:p>
    <w:p>
      <w:r>
        <w:rPr>
          <w:b/>
        </w:rPr>
        <w:t xml:space="preserve">[1:00:48] </w:t>
      </w:r>
      <w:r>
        <w:t>to ghalu kya hai? ghalu naam hai extremism ka.</w:t>
      </w:r>
    </w:p>
    <w:p>
      <w:pPr>
        <w:jc w:val="right"/>
      </w:pPr>
      <w:r>
        <w:t>تو غلو کیا ہے؟ غلو نام ہے ایکسٹریمزم کا۔</w:t>
      </w:r>
    </w:p>
    <w:p>
      <w:r>
        <w:rPr>
          <w:b/>
        </w:rPr>
        <w:t xml:space="preserve">[1:00:54] </w:t>
      </w:r>
      <w:r>
        <w:t>jaise aap masjid mein gaye, ab aik aadmi, bohat se log is ko topi pehan kar namaz parh rahay hain. aik aadmi baghair topi ke khara ho gaya. ab aap ke zehn mein kaha yeh to namaz hi is ki nahi hogi, aur niyat chhod kar gaye is ko bura bhala karne ke liye.</w:t>
      </w:r>
    </w:p>
    <w:p>
      <w:pPr>
        <w:jc w:val="right"/>
      </w:pPr>
      <w:r>
        <w:t>جیسے آپ مسجد میں گئے، اب ایک آدمی، بہت سے لوگ اس کو ٹوپی پہن کر نماز پڑھ رہے ہیں۔ ایک آدمی بغیر ٹوپی کے کھڑا ہو گیا۔ اب آپ کے ذہن میں کہا یہ تو نماز ہی اس کی نہیں ہوگی، اور نیت چھوڑ کر گئے اس کو برا بھلا کرنے کے لیے۔</w:t>
      </w:r>
    </w:p>
    <w:p>
      <w:r>
        <w:rPr>
          <w:b/>
        </w:rPr>
        <w:t xml:space="preserve">[1:01:09] </w:t>
      </w:r>
      <w:r>
        <w:t>kaisa aadmi to woh apni namaz kharab kar, doosron ki namaz bhi kharab kare ga. ja ke topi pehno. yeh hai extremism ke aap topi pehan lein, woh baghair topi ke pehan lein.</w:t>
      </w:r>
    </w:p>
    <w:p>
      <w:pPr>
        <w:jc w:val="right"/>
      </w:pPr>
      <w:r>
        <w:t>کیسا آدمی تو وہ اپنی نماز خراب کر، دوسروں کی نماز بھی خراب کرو گے۔ جا کے ٹوپی پہنو۔ یہ ہے ایکسٹریمزم کہ آپ ٹوپی پہن لیں، وہ بغیر ٹوپی کے پہن لیں۔</w:t>
      </w:r>
    </w:p>
    <w:p>
      <w:r>
        <w:rPr>
          <w:b/>
        </w:rPr>
        <w:t xml:space="preserve">[1:01:24] </w:t>
      </w:r>
      <w:r>
        <w:t>aaj masjid mein agar koi misaal ke tor par joota pehan ke chala jaye to wahan gaon khara ho jaye ga. halankay hadith mein aata hai ke "sallallahu alaihi wasallam munta'alan bighair munta'al".</w:t>
      </w:r>
    </w:p>
    <w:p>
      <w:pPr>
        <w:jc w:val="right"/>
      </w:pPr>
      <w:r>
        <w:t>آج مسجد میں اگر کوئی مثال کے طور پر جوتا پہن کے چلا جائے تو وہاں گاؤں کھڑا ہو جائے گا۔ حالانکہ حدیث میں آتا ہے کہ "صلی اللہ علیہ وسلم منتعلا بغیر منتعل"۔</w:t>
      </w:r>
    </w:p>
    <w:p>
      <w:r>
        <w:rPr>
          <w:b/>
        </w:rPr>
        <w:t xml:space="preserve">[1:01:41] </w:t>
      </w:r>
      <w:r>
        <w:t>joota pehan kar namaz parhi, joota baghair baghair bhi namaz parhi. woh tha jabke ghalu nahi tha. yeh bhi theek, woh bhi theek. to firqabandi kabhi khatam nahi hogi.</w:t>
      </w:r>
    </w:p>
    <w:p>
      <w:pPr>
        <w:jc w:val="right"/>
      </w:pPr>
      <w:r>
        <w:t>جوتا پہن کر نماز پڑھی، جوتا بغیر بغیر بھی نماز پڑھی۔ وہ تھا جبکہ غلو نہیں تھا۔ یہ بھی ٹھیک، وہ بھی ٹھیک۔ تو فرقہ بندی کبھی ختم نہیں ہوگی۔</w:t>
      </w:r>
    </w:p>
    <w:p>
      <w:r>
        <w:rPr>
          <w:b/>
        </w:rPr>
        <w:t xml:space="preserve">[1:01:52] </w:t>
      </w:r>
      <w:r>
        <w:t>yaad rakhiye,</w:t>
      </w:r>
    </w:p>
    <w:p>
      <w:pPr>
        <w:jc w:val="right"/>
      </w:pPr>
      <w:r>
        <w:t>یاد رکھیے،</w:t>
      </w:r>
    </w:p>
    <w:p>
      <w:r>
        <w:rPr>
          <w:b/>
        </w:rPr>
        <w:t xml:space="preserve">[1:01:53] </w:t>
      </w:r>
      <w:r>
        <w:t>ghalu ko khatam kijiye. ghalu, ghalu se nafrat aati hai, tashaddud aata hai, rawadari khatam hoti hai, tolerance khatam hota hai.</w:t>
      </w:r>
    </w:p>
    <w:p>
      <w:pPr>
        <w:jc w:val="right"/>
      </w:pPr>
      <w:r>
        <w:t>غلو کو ختم کیجئے۔ غلو، غلو سے نفرت آتی ہے، تشدد آتا ہے، رواداری ختم ہوتی ہے، ٹولرنس ختم ہوتا ہے۔</w:t>
      </w:r>
    </w:p>
    <w:p>
      <w:r>
        <w:rPr>
          <w:b/>
        </w:rPr>
        <w:t xml:space="preserve">[1:02:03] </w:t>
      </w:r>
      <w:r>
        <w:t>to asal cheez jo musalmanon mein mafqood ho gayi hai, woh tolerance hai. tolerance, firqe to hain aur rahen ge. in ko aap gawara kijiye. doctor farida khanoom ne new delhi se likha hai: "when did this worship of hajj degenerate into a mere set of rituals?</w:t>
      </w:r>
    </w:p>
    <w:p>
      <w:pPr>
        <w:jc w:val="right"/>
      </w:pPr>
      <w:r>
        <w:t>تو اصل چیز جو مسلمانوں میں مفقود ہو گئی ہے، وہ ٹولرنس ہے۔ ٹولرنس، فرقے تو ہیں اور رہیں گے۔ ان کو آپ گوارا کیجئے۔ ڈاکٹر فریدہ خانم نے نئی دلی سے لکھا ہے: "وین ڈیڈ دس ورشپ آف حج ڈی جنریٹ انٹو ا میئر سیٹ آف ریچولز؟</w:t>
      </w:r>
    </w:p>
    <w:p>
      <w:r>
        <w:rPr>
          <w:b/>
        </w:rPr>
        <w:t xml:space="preserve">[1:02:22] </w:t>
      </w:r>
      <w:r>
        <w:t>in every religion acts of worship turn into a set of rituals. what is the reason for this? kindly explain." ji, yeh to hota hi hota hai.</w:t>
      </w:r>
    </w:p>
    <w:p>
      <w:pPr>
        <w:jc w:val="right"/>
      </w:pPr>
      <w:r>
        <w:t>ان ایوری ریلیجن ایکٹس آف ورشپ ٹرن انٹو ا سیٹ آف ریچولز۔ واٹ از دا ریزن فار دس؟ کائنڈلی ایکسپلین۔" جی، یہ تو ہوتا ہی ہوتا ہے۔</w:t>
      </w:r>
    </w:p>
    <w:p>
      <w:r>
        <w:rPr>
          <w:b/>
        </w:rPr>
        <w:t xml:space="preserve">[1:02:38] </w:t>
      </w:r>
      <w:r>
        <w:t>aik scholar ne kaha hai, woh sahi ke "religion begins as an ideology, and after some generations, it is reduced to a set of rituals."</w:t>
      </w:r>
    </w:p>
    <w:p>
      <w:pPr>
        <w:jc w:val="right"/>
      </w:pPr>
      <w:r>
        <w:t>ایک اسکالر نے کہا ہے، وہ صحیح کہ "ریلیجن بیگنز ایز این آئیڈیالوجی، اینڈ افٹر سم جنریشنز، اٹ از ریڈیوس ٹو ا سیٹ آف ریچولز۔"</w:t>
      </w:r>
    </w:p>
    <w:p>
      <w:r>
        <w:rPr>
          <w:b/>
        </w:rPr>
        <w:t xml:space="preserve">[1:02:54] </w:t>
      </w:r>
      <w:r>
        <w:t>har mazhab mein aisa hota hai, musalmanon mein bhi aisay hi hoga. isi ke liye hai ahya, tajdeed, revival.</w:t>
      </w:r>
    </w:p>
    <w:p>
      <w:pPr>
        <w:jc w:val="right"/>
      </w:pPr>
      <w:r>
        <w:t>ہر مذہب میں ایسا ہوتا ہے، مسلمانوں میں بھی ایسے ہی ہوگا۔ اسی کے لیے ہے احیاء، تجدید، ریوائیول۔</w:t>
      </w:r>
    </w:p>
    <w:p>
      <w:r>
        <w:rPr>
          <w:b/>
        </w:rPr>
        <w:t xml:space="preserve">[1:03:04] </w:t>
      </w:r>
      <w:r>
        <w:t>har chand nasal ke baad ideology kamzor ho jati hai, isprt kamzor ho jati hai, aur rasmein reh jati hain, rituals reh jate hain. is waqt mujaddid ka kaam yeh hai ke is ko phir zinda kare, isprt ko.</w:t>
      </w:r>
    </w:p>
    <w:p>
      <w:pPr>
        <w:jc w:val="right"/>
      </w:pPr>
      <w:r>
        <w:t>ہر چند نسل کے بعد آئیڈیالوجی کمزور ہو جاتی ہے، اسپرٹ کمزور ہو جاتی ہے، اور رسمیں رہ جاتی ہیں، ریچولز رہ جاتے ہیں۔ اس وقت مجدد کا کام یہ ہے کہ اس کو پھر زندہ کرے، اسپرٹ کو۔</w:t>
      </w:r>
    </w:p>
    <w:p>
      <w:r>
        <w:rPr>
          <w:b/>
        </w:rPr>
        <w:t xml:space="preserve">[1:03:18] </w:t>
      </w:r>
      <w:r>
        <w:t>is waqt musalmanon mein kya hai? har cheez rasam ban gayi hai, sari ibadat rasam ban gayi hai, isprt ghayab hai.</w:t>
      </w:r>
    </w:p>
    <w:p>
      <w:pPr>
        <w:jc w:val="right"/>
      </w:pPr>
      <w:r>
        <w:t>اس وقت مسلمانوں میں کیا ہے؟ ہر چیز رسم بن گئی ہے، ساری عبادت رسم بن گئی ہے، اسپرٹ غائب ہے۔</w:t>
      </w:r>
    </w:p>
    <w:p>
      <w:r>
        <w:rPr>
          <w:b/>
        </w:rPr>
        <w:t xml:space="preserve">[1:03:26] </w:t>
      </w:r>
      <w:r>
        <w:t>ab kuch log isi form ke fazail sunate hain, is ko aur pakka karte hain.</w:t>
      </w:r>
    </w:p>
    <w:p>
      <w:pPr>
        <w:jc w:val="right"/>
      </w:pPr>
      <w:r>
        <w:t>اب کچھ لوگ اسی فارم کے فضائل سناتے ہیں، اس کو اور پکا کرتے ہیں۔</w:t>
      </w:r>
    </w:p>
    <w:p>
      <w:r>
        <w:rPr>
          <w:b/>
        </w:rPr>
        <w:t xml:space="preserve">[1:03:34] </w:t>
      </w:r>
      <w:r>
        <w:t>kuch logon ne, yani masjid ko, ek zamana tha ke masjidें mursiya khwah hain ke namazi na rahe.</w:t>
      </w:r>
    </w:p>
    <w:p>
      <w:pPr>
        <w:jc w:val="right"/>
      </w:pPr>
      <w:r>
        <w:t>کچھ لوگوں نے، یعنی مسجد کو، ایک زمانہ تھا کہ مسجدیں مرسیہ خواہ ہیں کہ نمازی نہ رہے۔</w:t>
      </w:r>
    </w:p>
    <w:p>
      <w:r>
        <w:rPr>
          <w:b/>
        </w:rPr>
        <w:t xml:space="preserve">[1:03:45] </w:t>
      </w:r>
      <w:r>
        <w:t>ek zamana tha ke hamare bachpan mein masjidें mursiya khwah hain ke namazi na rahe.</w:t>
      </w:r>
    </w:p>
    <w:p>
      <w:pPr>
        <w:jc w:val="right"/>
      </w:pPr>
      <w:r>
        <w:t>ایک زمانہ تھا کہ ہمارے بچپن میں مسجدیں مرسیہ خواہ ہیں کہ نمازی نہ رہے۔</w:t>
      </w:r>
    </w:p>
    <w:p>
      <w:r>
        <w:rPr>
          <w:b/>
        </w:rPr>
        <w:t xml:space="preserve">[1:03:51] </w:t>
      </w:r>
      <w:r>
        <w:t>to logon ne chaha ke masjidon ko bharein, to form par fazail sunana shuru kar diya unhon ne ke do rak'at mein itne fazail aur tasbeeh ke alfaaz padh do, yeh fazail aur miswak kal hoti hai, fazail.</w:t>
      </w:r>
    </w:p>
    <w:p>
      <w:pPr>
        <w:jc w:val="right"/>
      </w:pPr>
      <w:r>
        <w:t>تو لوگوں نے چاہا کہ مسجدوں کو بھریں، تو فارم پر فضائل سنانا شروع کر دیا انہوں نے کہ دو رکعت میں اتنے فضائل اور تسبیح کے الفاظ پڑھ دو، یہ فضائل اور مسواک کل ہوتی ہے، فضائل۔</w:t>
      </w:r>
    </w:p>
    <w:p>
      <w:r>
        <w:rPr>
          <w:b/>
        </w:rPr>
        <w:t xml:space="preserve">[1:04:05] </w:t>
      </w:r>
      <w:r>
        <w:t>to saare fazail ki jo kahaniyan hain, woh form par chalti hain, form pe, isprt par nahin. to fazail par woh form par fazail ki kahani suna suna kar ke logon ko masjid to bhar diya unhon ne</w:t>
      </w:r>
    </w:p>
    <w:p>
      <w:pPr>
        <w:jc w:val="right"/>
      </w:pPr>
      <w:r>
        <w:t>تو سارے فضائل کی جو کہانیاں ہیں، وہ فارم پر چلتی ہیں، فارم پہ، اسپرٹ پر نہیں۔ تو فضائل پر وہ فارم پر فضائل کی کہانی سنا سنا کر کے لوگوں کو مسجد تو بھر دیا انہوں نے</w:t>
      </w:r>
    </w:p>
    <w:p>
      <w:r>
        <w:rPr>
          <w:b/>
        </w:rPr>
        <w:t xml:space="preserve">[1:04:18] </w:t>
      </w:r>
      <w:r>
        <w:t>, lekin bhare, yani kaun si namaz padhne ke liye bhare? log form, form wali namaz. to isprt ko zinda karne ki zaroorat hai, na ke form ko zinda karna.</w:t>
      </w:r>
    </w:p>
    <w:p>
      <w:pPr>
        <w:jc w:val="right"/>
      </w:pPr>
      <w:r>
        <w:t>، لیکن بھرے، یعنی کون سی نماز پڑھنے کے لیے بھرے؟ لوگ فارم، فارم والی نماز۔ تو اسپرٹ کو زندہ کرنے کی ضرورت ہے، نہ کہ فارم کو زندہ کرنا۔</w:t>
      </w:r>
    </w:p>
    <w:p>
      <w:r>
        <w:rPr>
          <w:b/>
        </w:rPr>
        <w:t xml:space="preserve">[1:04:34] </w:t>
      </w:r>
      <w:r>
        <w:t>yeh hamesha hoga ke har masjid mein, har har mazhab mein hota hai, aur musalmanon mein bhi hoga ke isprt kamzor par jaye gi, aur form zinda rahe ga.</w:t>
      </w:r>
    </w:p>
    <w:p>
      <w:pPr>
        <w:jc w:val="right"/>
      </w:pPr>
      <w:r>
        <w:t>یہ ہمیشہ ہوگا کہ ہر مسجد میں، ہر ہر مذہب میں ہوتا ہے، اور مسلمانوں میں بھی ہوگا کہ اسپرٹ کمزور پڑ جائے گی، اور فارم زندہ رہے گا۔</w:t>
      </w:r>
    </w:p>
    <w:p>
      <w:r>
        <w:rPr>
          <w:b/>
        </w:rPr>
        <w:t xml:space="preserve">[1:04:44] </w:t>
      </w:r>
      <w:r>
        <w:t>lam yabqa al-islam illa ismuhu, wa lam yabqa al-quran illa rasmuhu. yeh hoga, hoga. to yahan par jo kaam hai, woh hai mujaddideen ka.</w:t>
      </w:r>
    </w:p>
    <w:p>
      <w:pPr>
        <w:jc w:val="right"/>
      </w:pPr>
      <w:r>
        <w:t>لم یبقہ اسلام الا اسمہ، ولم یبقہ القرآن الا رسمہ۔ یہ ہوگا، ہوگا۔ تو یہاں پر جو کام ہے، وہ ہے مجددین کا۔</w:t>
      </w:r>
    </w:p>
    <w:p>
      <w:r>
        <w:rPr>
          <w:b/>
        </w:rPr>
        <w:t xml:space="preserve">[1:04:57] </w:t>
      </w:r>
      <w:r>
        <w:t>lekin mushkil mujaddideen is zamane mein jo uthe, woh farmi ko zinda karne lage. woh to mujaddid ka kaam isprt ko zinda karna hai, form ko zinda karna nahin hai.</w:t>
      </w:r>
    </w:p>
    <w:p>
      <w:pPr>
        <w:jc w:val="right"/>
      </w:pPr>
      <w:r>
        <w:t>لیکن مشکل مجددین اس زمانے میں جو اٹھے، وہ فارمی کو زندہ کرنے لگے۔ وہ تو مجدد کا کام اسپرٹ کو زندہ کرنا ہے، فارم کو زندہ کرنا نہیں ہے۔</w:t>
      </w:r>
    </w:p>
    <w:p>
      <w:r>
        <w:rPr>
          <w:b/>
        </w:rPr>
        <w:t xml:space="preserve">[1:05:08] </w:t>
      </w:r>
      <w:r>
        <w:t>bahut hi ajeeb baat hai ke is daur mein jo mujaddid hazraat uthe, woh form ko zinda karne lage. woh form par kahaniyan, form par fazail.</w:t>
      </w:r>
    </w:p>
    <w:p>
      <w:pPr>
        <w:jc w:val="right"/>
      </w:pPr>
      <w:r>
        <w:t>بہت ہی عجیب بات ہے کہ اس دور میں جو مجدد حضرات اٹھے، وہ فارم کو زندہ کرنے لگے۔ وہ فارم پر کہانیاں، فارم پر فضائل۔</w:t>
      </w:r>
    </w:p>
    <w:p>
      <w:r>
        <w:rPr>
          <w:b/>
        </w:rPr>
        <w:t xml:space="preserve">[1:05:20] </w:t>
      </w:r>
      <w:r>
        <w:t>to form ko zinda karne ke liye mujaddid nahin uthta hai, mujaddid ka kaam hai isprt ko zinda karna. aur badqismati se yeh kaam hua nahin hai.</w:t>
      </w:r>
    </w:p>
    <w:p>
      <w:pPr>
        <w:jc w:val="right"/>
      </w:pPr>
      <w:r>
        <w:t>تو فارم کو زندہ کرنے کے لیے مجدد نہیں اٹھتا ہے، مجدد کا کام ہے اسپرٹ کو زندہ کرنا۔ اور بدقسمتی سے یہ کام ہوا نہیں ہے۔</w:t>
      </w:r>
    </w:p>
    <w:p>
      <w:r>
        <w:rPr>
          <w:b/>
        </w:rPr>
        <w:t xml:space="preserve">[1:05:29] </w:t>
      </w:r>
      <w:r>
        <w:t>hamara mission is kaam ko kar raha hai, hum isprt ko zinda kar rahe hain. is mission ke bahir jahan bhi jaiye, wahan form zinda kiya</w:t>
      </w:r>
    </w:p>
    <w:p>
      <w:pPr>
        <w:jc w:val="right"/>
      </w:pPr>
      <w:r>
        <w:t>ہمارا مشن اس کام کو کر رہا ہے، ہم اسپرٹ کو زندہ کر رہے ہیں۔ اس مشن کے باہر جہاں بھی جائیے، وہاں فارم زندہ کیا</w:t>
      </w:r>
    </w:p>
    <w:p>
      <w:r>
        <w:rPr>
          <w:b/>
        </w:rPr>
        <w:t xml:space="preserve">[1:05:37] </w:t>
      </w:r>
      <w:r>
        <w:t>ja raha hai, kahin nizam ke naam par, kahin fazail ke naam par. form ko zinda kar rahe hain, sab sab ko, sab log. yeh hamara mission jo hai, yeh exception hai ke hum isprt ko zinda kar rahe hain.</w:t>
      </w:r>
    </w:p>
    <w:p>
      <w:pPr>
        <w:jc w:val="right"/>
      </w:pPr>
      <w:r>
        <w:t>جا رہا ہے، کہیں نظام کے نام پر، کہیں فضائل کے نام پر۔ فارم کو زندہ کر رہے ہیں، سب سب کو، سب لوگ۔ یہ ہمارا مشن جو ہے، یہ ایکسیپشن ہے کہ ہم اسپرٹ کو زندہ کر رہے ہیں۔</w:t>
      </w:r>
    </w:p>
    <w:p>
      <w:r>
        <w:rPr>
          <w:b/>
        </w:rPr>
        <w:t xml:space="preserve">[1:05:51] </w:t>
      </w:r>
      <w:r>
        <w:t>isi tarah ka kaam jo hai, zyada badhaya jaye, tab logon ke andar islaah hogi. Maulana isi se juda hua, un ka ek aur</w:t>
      </w:r>
    </w:p>
    <w:p>
      <w:pPr>
        <w:jc w:val="right"/>
      </w:pPr>
      <w:r>
        <w:t>اسی طرح کا کام جو ہے، زیادہ بڑھایا جائے، تب لوگوں کے اندر اصلاح ہوگی۔ مولانا اسی سے جڑا ہوا، ان کا ایک اور</w:t>
      </w:r>
    </w:p>
    <w:p>
      <w:r>
        <w:rPr>
          <w:b/>
        </w:rPr>
        <w:t xml:space="preserve">[1:05:59] </w:t>
      </w:r>
      <w:r>
        <w:t>sawal hai. unhon ne likha hai: "it is human tendency to regard the rights of worship as sacred, as an end in them selves. that is why they don't find it necessary to learn lessons from them. what is the solution to this problem?" main human tendency nahin kahunga is ko.</w:t>
      </w:r>
    </w:p>
    <w:p>
      <w:pPr>
        <w:jc w:val="right"/>
      </w:pPr>
      <w:r>
        <w:t>سوال ہے۔ انہوں نے لکھا ہے: "اٹ از ہیومن ٹینڈنسی ٹو ریگارڈ دا رائٹس آف ورشپ ایز سیکرڈ، ایز این اینڈ ان دیم سیلوز۔</w:t>
      </w:r>
    </w:p>
    <w:p>
      <w:r>
        <w:rPr>
          <w:b/>
        </w:rPr>
        <w:t xml:space="preserve">[1:06:09] </w:t>
      </w:r>
      <w:r>
        <w:t>yeh degeneration jab hota hai to yeh aisa ho jata hai.</w:t>
      </w:r>
    </w:p>
    <w:p>
      <w:pPr>
        <w:jc w:val="right"/>
      </w:pPr>
      <w:r>
        <w:t>دیٹ از وائی دے ڈونٹ فائنڈ اٹ نیسیسری ٹو لرن لیسنز فرام دیم۔ واٹ از دا سولیوشن ٹو دس پرابلم؟" میں ہیومن ٹینڈنسی نہیں کہوں گا اس کو۔</w:t>
      </w:r>
    </w:p>
    <w:p>
      <w:r>
        <w:rPr>
          <w:b/>
        </w:rPr>
        <w:t xml:space="preserve">[1:06:21] </w:t>
      </w:r>
      <w:r>
        <w:t>yani phenomenon of degeneration yeh hai, phenomenon of nature nahin hai yeh. aur degeneration har qaum ka hota hai.</w:t>
      </w:r>
    </w:p>
    <w:p>
      <w:pPr>
        <w:jc w:val="right"/>
      </w:pPr>
      <w:r>
        <w:t>یہ ڈی جنریشن جب ہوتا ہے تو یہ ایسا ہو جاتا ہے۔</w:t>
      </w:r>
    </w:p>
    <w:p>
      <w:r>
        <w:rPr>
          <w:b/>
        </w:rPr>
        <w:t xml:space="preserve">[1:06:26] </w:t>
      </w:r>
      <w:r>
        <w:t>to hum hamein yahi karna hai ke in ko phir se generate karein, phir se in ki isprt ko zinda karein, phir se in ko meaning batayein, revive karein.</w:t>
      </w:r>
    </w:p>
    <w:p>
      <w:pPr>
        <w:jc w:val="right"/>
      </w:pPr>
      <w:r>
        <w:t>یعنی فیناومینا آف ڈی جنریشن یہ ہے، فیناومینا آف نیچر نہیں ہے یہ۔ اور ڈی جنریشن ہر قوم کا ہوتا ہے۔</w:t>
      </w:r>
    </w:p>
    <w:p>
      <w:r>
        <w:rPr>
          <w:b/>
        </w:rPr>
        <w:t xml:space="preserve">[1:06:37] </w:t>
      </w:r>
      <w:r>
        <w:t>yeh hai asal tajdeed ka kaam.</w:t>
      </w:r>
    </w:p>
    <w:p>
      <w:pPr>
        <w:jc w:val="right"/>
      </w:pPr>
      <w:r>
        <w:t>تو ہم ہمیں یہی کرنا ہے کہ ان کو پھر سے جنریٹ کریں، پھر سے ان کی اسپرٹ کو زندہ کریں، پھر سے ان کو میننگ بتائیں، ریوائیو کریں۔</w:t>
      </w:r>
    </w:p>
    <w:p>
      <w:r>
        <w:rPr>
          <w:b/>
        </w:rPr>
        <w:t xml:space="preserve">[1:06:50] </w:t>
      </w:r>
      <w:r>
        <w:t>to yeh to hona hi hona hai, yani degeneration hona hi hona hai. aisa nahin ho sakta ke degeneration na rahe, degeneration na ho, yeh possible nahin hai.</w:t>
      </w:r>
    </w:p>
    <w:p>
      <w:pPr>
        <w:jc w:val="right"/>
      </w:pPr>
      <w:r>
        <w:t>یہ ہے اصل تجدید کا کام۔</w:t>
      </w:r>
    </w:p>
    <w:p>
      <w:r>
        <w:rPr>
          <w:b/>
        </w:rPr>
        <w:t xml:space="preserve">[1:06:56] </w:t>
      </w:r>
      <w:r>
        <w:t>woh to hoga. hamara kaam yeh hai, yani mujaddid ka kaam yeh hai ke is ko phir se revive kare, phir se generate kare, phir se logon ko isprt paida kare.</w:t>
      </w:r>
    </w:p>
    <w:p>
      <w:pPr>
        <w:jc w:val="right"/>
      </w:pPr>
      <w:r>
        <w:t>تو یہ تو ہونا ہی ہونا ہے، یعنی ڈی جنریشن ہونا ہی ہونا ہے۔ ایسا نہیں ہو سکتا کہ ڈی جنریشن نہ رہے، ڈی جنریشن نہ ہو، یہ پاسیبل نہیں ہے۔</w:t>
      </w:r>
    </w:p>
    <w:p>
      <w:r>
        <w:rPr>
          <w:b/>
        </w:rPr>
        <w:t xml:space="preserve">[1:07:09] </w:t>
      </w:r>
      <w:r>
        <w:t>to yahi kaam hum kar rahe hain, inshallah.</w:t>
      </w:r>
    </w:p>
    <w:p>
      <w:pPr>
        <w:jc w:val="right"/>
      </w:pPr>
      <w:r>
        <w:t>وہ تو ہوگا۔ ہمارا کام یہ ہے، یعنی مجدد کا کام یہ ہے کہ اس کو پھر سے ریوائیو کرے، پھر سے جنریٹ کرے، پھر سے لوگوں کو اسپرٹ پیدا کرے۔</w:t>
      </w:r>
    </w:p>
    <w:p>
      <w:r>
        <w:rPr>
          <w:b/>
        </w:rPr>
        <w:t xml:space="preserve">[1:07:22] </w:t>
      </w:r>
      <w:r>
        <w:t>to yahi kaam hum kar rahe hain, inshallah.</w:t>
      </w:r>
    </w:p>
    <w:p>
      <w:pPr>
        <w:jc w:val="right"/>
      </w:pPr>
      <w:r>
        <w:t>تو یہی کام ہم کر رہے ہیں، انشاءاللہ۔</w:t>
      </w:r>
    </w:p>
    <w:p>
      <w:r>
        <w:rPr>
          <w:b/>
        </w:rPr>
        <w:t xml:space="preserve">[1:07:26] </w:t>
      </w:r>
      <w:r>
        <w:t>mister deen alhuda ne jamia hamd se likha hai: "hum koi acha kaam kar rahe hain ya bura kar rahe hain, is mein farq kaise karenge?" is ke bare mein bataein.</w:t>
      </w:r>
    </w:p>
    <w:p>
      <w:pPr>
        <w:jc w:val="right"/>
      </w:pPr>
      <w:r>
        <w:t>مسٹر دین الہدی نے جامعہ حمدت سے لکھا ہے: "ہم کوئی اچھا کام کر رہے ہیں یا برا کر رہے ہیں، اس میں فرق کیسے کریں گے؟" اس کے بارے میں بتائیں۔</w:t>
      </w:r>
    </w:p>
    <w:p>
      <w:r>
        <w:rPr>
          <w:b/>
        </w:rPr>
        <w:t xml:space="preserve">[1:07:39] </w:t>
      </w:r>
      <w:r>
        <w:t>wo quran hadith usi liye hai. to quran hadith criterion hai, wo mayar hai.</w:t>
      </w:r>
    </w:p>
    <w:p>
      <w:pPr>
        <w:jc w:val="right"/>
      </w:pPr>
      <w:r>
        <w:t>وہ قرآن حدیث اسی لیے ہے۔ تو قرآن حدیث کرائٹیرین ہے، وہ معیار ہے۔</w:t>
      </w:r>
    </w:p>
    <w:p>
      <w:r>
        <w:rPr>
          <w:b/>
        </w:rPr>
        <w:t xml:space="preserve">[1:07:51] </w:t>
      </w:r>
      <w:r>
        <w:t>aap quran hadith ko parhiye to aap ko maloom ho jayega.</w:t>
      </w:r>
    </w:p>
    <w:p>
      <w:pPr>
        <w:jc w:val="right"/>
      </w:pPr>
      <w:r>
        <w:t>آپ قرآن حدیث کو پڑھیے تو آپ کو معلوم ہو جائے گا۔</w:t>
      </w:r>
    </w:p>
    <w:p>
      <w:r>
        <w:rPr>
          <w:b/>
        </w:rPr>
        <w:t xml:space="preserve">[1:07:56] </w:t>
      </w:r>
      <w:r>
        <w:t>ab misaal ke taur par dekhiye, aaj kal musalman militancy chala rahe hain, jagah jagah jihad ke naam par.</w:t>
      </w:r>
    </w:p>
    <w:p>
      <w:pPr>
        <w:jc w:val="right"/>
      </w:pPr>
      <w:r>
        <w:t>اب مثال کے طور پر دیکھیے، آج کل مسلمان ملٹینسی چلا رہے ہیں، جگہ جگہ جہاد کے نام پر۔</w:t>
      </w:r>
    </w:p>
    <w:p>
      <w:r>
        <w:rPr>
          <w:b/>
        </w:rPr>
        <w:t xml:space="preserve">[1:08:08] </w:t>
      </w:r>
      <w:r>
        <w:t>agar aap quran hadith ko parhein, ulma ne jo fiqh murattab kiya hai, us ko parhein to aap ko yeh sab galat hai. bilkul islam se koi talluq hi is ka nahi hai.</w:t>
      </w:r>
    </w:p>
    <w:p>
      <w:pPr>
        <w:jc w:val="right"/>
      </w:pPr>
      <w:r>
        <w:t>اگر آپ قرآن حدیث کو پڑھیں، علماء نے جو فقہ مرتب کیا ہے، اس کو پڑھیں تو آپ کو یہ سب غلط ہے۔ بالکل اسلام سے کوئی تعلق ہی اس کا نہیں ہے۔</w:t>
      </w:r>
    </w:p>
    <w:p>
      <w:r>
        <w:rPr>
          <w:b/>
        </w:rPr>
        <w:t xml:space="preserve">[1:08:21] </w:t>
      </w:r>
      <w:r>
        <w:t>kyun? dekhiye, mein chand ek baat arz karunga.</w:t>
      </w:r>
    </w:p>
    <w:p>
      <w:pPr>
        <w:jc w:val="right"/>
      </w:pPr>
      <w:r>
        <w:t>کیوں؟ دیکھیے، میں چند ایک بات عرض کروں گا۔</w:t>
      </w:r>
    </w:p>
    <w:p>
      <w:r>
        <w:rPr>
          <w:b/>
        </w:rPr>
        <w:t xml:space="preserve">[1:08:26] </w:t>
      </w:r>
      <w:r>
        <w:t>saare ulma mutafiq hain ke jihad se pehle dawat zaroori hai. dawat nahi to jihad nahi. ab dekhiye, mujahideen ne ke dawat di hai, yani dawat se pehle jihad jaiz hi nahi hai.</w:t>
      </w:r>
    </w:p>
    <w:p>
      <w:pPr>
        <w:jc w:val="right"/>
      </w:pPr>
      <w:r>
        <w:t>سارے علماء متفق ہیں کہ جہاد سے پہلے دعوت ضروری ہے۔ دعوت نہیں تو جہاد نہیں۔ اب دیکھیے، مجاہدین نے کہ دعوت دی ہے، یعنی دعوت سے پہلے جہاد جائز ہی نہیں ہے۔</w:t>
      </w:r>
    </w:p>
    <w:p>
      <w:r>
        <w:rPr>
          <w:b/>
        </w:rPr>
        <w:t xml:space="preserve">[1:08:41] </w:t>
      </w:r>
      <w:r>
        <w:t>saare ulma ka is pe ittefaq hai. mere paas sakht kitab maujood hai, ab aap yeh mein dikha dunga aap ko ke pehle dawat hai, is ke baad jihad ka number hai.</w:t>
      </w:r>
    </w:p>
    <w:p>
      <w:pPr>
        <w:jc w:val="right"/>
      </w:pPr>
      <w:r>
        <w:t>سارے علماء کا اس پہ اتفاق ہے۔ میرے پاس سخت کتاب موجود ہے، اب آپ یہ میں دکھا دوں گا آپ کو کہ پہلے دعوت ہے، اس کے بعد جہاد کا نمبر ہے۔</w:t>
      </w:r>
    </w:p>
    <w:p>
      <w:r>
        <w:rPr>
          <w:b/>
        </w:rPr>
        <w:t xml:space="preserve">[1:08:53] </w:t>
      </w:r>
      <w:r>
        <w:t>aur kisi bhi mujahideen, kisi jamaat ne dawati kaam nahi kiya aur logon ko maarne ke liye khade ho gaye hain. is ka islam se kya talluq? aise hi dekhiye, tamam ulma ka is pe ittefaq hai ke al-raheel lil-imam,</w:t>
      </w:r>
    </w:p>
    <w:p>
      <w:pPr>
        <w:jc w:val="right"/>
      </w:pPr>
      <w:r>
        <w:t>اور کسی بھی مجاہدین، کسی جماعت نے دعوتی کام نہیں کیا اور لوگوں کو مارنے کے لیے کھڑے ہوگئے ہیں۔ اس کا اسلام سے کیا تعلق؟ ایسے ہی دیکھیے، تمام علماء کا اس پہ اتفاق ہے کہ الرحیل للامام،</w:t>
      </w:r>
    </w:p>
    <w:p>
      <w:r>
        <w:rPr>
          <w:b/>
        </w:rPr>
        <w:t xml:space="preserve">[1:09:07] </w:t>
      </w:r>
      <w:r>
        <w:t>yani musallah jo jihad hai, wo sirf state ka kaam hai. state ka sirf state kar sakti hai musallah jihad, aur aaj kal koi state involve nahi hai.</w:t>
      </w:r>
    </w:p>
    <w:p>
      <w:pPr>
        <w:jc w:val="right"/>
      </w:pPr>
      <w:r>
        <w:t>یعنی مسلح جو جہاد ہے، وہ صرف اسٹیٹ کا کام ہے۔ اسٹیٹ کا صرف اسٹیٹ کر سکتی ہے مسلح جہاد، اور آج کل کوئی اسٹیٹ انوالو نہیں ہے۔</w:t>
      </w:r>
    </w:p>
    <w:p>
      <w:r>
        <w:rPr>
          <w:b/>
        </w:rPr>
        <w:t xml:space="preserve">[1:09:20] </w:t>
      </w:r>
      <w:r>
        <w:t>sab ke sab jo hai NGOs hain, non governmental organizations, is ka jihad se kya talluq?</w:t>
      </w:r>
    </w:p>
    <w:p>
      <w:pPr>
        <w:jc w:val="right"/>
      </w:pPr>
      <w:r>
        <w:t>سب کے سب جو ہے این جی اوز ہیں، نان گورنمنٹل ارگنائزیشنز، اس کا جہاد سے کیا تعلق؟</w:t>
      </w:r>
    </w:p>
    <w:p>
      <w:r>
        <w:rPr>
          <w:b/>
        </w:rPr>
        <w:t xml:space="preserve">[1:09:31] </w:t>
      </w:r>
      <w:r>
        <w:t>aur doosri baat hai ke musallah jihad bhi sirf difa ke liye hota hai, adar deen difa wa jihad. to kahan difa ho raha hai?</w:t>
      </w:r>
    </w:p>
    <w:p>
      <w:pPr>
        <w:jc w:val="right"/>
      </w:pPr>
      <w:r>
        <w:t>اور دوسری بات ہے کہ مسلح جہاد بھی صرف دفاع کے لیے ہوتا ہے، ادر دین دفاع و جہاد۔ تو کہاں دفاع ہو رہا ہے؟</w:t>
      </w:r>
    </w:p>
    <w:p>
      <w:r>
        <w:rPr>
          <w:b/>
        </w:rPr>
        <w:t xml:space="preserve">[1:09:41] </w:t>
      </w:r>
      <w:r>
        <w:t>yeh jo maar kaat kar rahe hain.</w:t>
      </w:r>
    </w:p>
    <w:p>
      <w:pPr>
        <w:jc w:val="right"/>
      </w:pPr>
      <w:r>
        <w:t>یہ جو مار کاٹ کر رہے ہیں۔</w:t>
      </w:r>
    </w:p>
    <w:p>
      <w:r>
        <w:rPr>
          <w:b/>
        </w:rPr>
        <w:t xml:space="preserve">[1:09:45] </w:t>
      </w:r>
      <w:r>
        <w:t>to agar aap quran ko parhein, hadith ko parhein, fiqh ko parhein to aap ko maloom hoga ke ke yeh jo ho raha hai, yeh sab bilkul galat ho raha hai.</w:t>
      </w:r>
    </w:p>
    <w:p>
      <w:pPr>
        <w:jc w:val="right"/>
      </w:pPr>
      <w:r>
        <w:t>تو اگر آپ قرآن کو پڑھیں، حدیث کو پڑھیں، فقہ کو پڑھیں تو آپ کو معلوم ہوگا کہ کہ یہ جو ہو رہا ہے، یہ سب بالکل غلط ہو رہا ہے۔</w:t>
      </w:r>
    </w:p>
    <w:p>
      <w:r>
        <w:rPr>
          <w:b/>
        </w:rPr>
        <w:t xml:space="preserve">[1:09:56] </w:t>
      </w:r>
      <w:r>
        <w:t>aise hi musalman jo bhadakte hain, cartoon mein bhadak gaye, behurmati ho gayi, bhadakte hain aur fasad machata hai, phir maare kaate jate hain. log bilkul jaiz hi nahi islam mein, yeh sab jaiz hi nahi hai.</w:t>
      </w:r>
    </w:p>
    <w:p>
      <w:pPr>
        <w:jc w:val="right"/>
      </w:pPr>
      <w:r>
        <w:t>ایسے ہی مسلمان جو بھڑکتے ہیں، کارٹون میں بھڑک گئے، بے حرمتی ہو گئی، بھڑکتے ہیں اور فساد مچتا ہے، پھر مارے کاٹے جاتے ہیں۔ لوگ بالکل جائز ہی نہیں اسلام میں، یہ سب جائز ہی نہیں ہے۔</w:t>
      </w:r>
    </w:p>
    <w:p>
      <w:r>
        <w:rPr>
          <w:b/>
        </w:rPr>
        <w:t xml:space="preserve">[1:10:08] </w:t>
      </w:r>
      <w:r>
        <w:t>yeh bhadakna bilkul jahili, jahiliyat hai, jahalat hai.</w:t>
      </w:r>
    </w:p>
    <w:p>
      <w:pPr>
        <w:jc w:val="right"/>
      </w:pPr>
      <w:r>
        <w:t>یہ بھڑکنا بالکل جاہلی، جاہلیت ہے، جہالت ہے۔</w:t>
      </w:r>
    </w:p>
    <w:p>
      <w:r>
        <w:rPr>
          <w:b/>
        </w:rPr>
        <w:t xml:space="preserve">[1:10:14] </w:t>
      </w:r>
      <w:r>
        <w:t>islam se koi talluq is tarah nahi ke bhadak uthe, aap kahein cartoon hai to bhadak uthe, aap kahein koi behurmati ho, kisi ne kar di to bhadak uthe.</w:t>
      </w:r>
    </w:p>
    <w:p>
      <w:pPr>
        <w:jc w:val="right"/>
      </w:pPr>
      <w:r>
        <w:t>اسلام سے کوئی تعلق اس طرح نہیں کہ بھڑک اٹھے، آپ کہیں کارٹون ہے تو بھڑک اٹھے، آپ کہیں کوئی بے حرمتی ہو، کسی نے کر دی تو بھڑک اٹھے۔</w:t>
      </w:r>
    </w:p>
    <w:p>
      <w:r>
        <w:rPr>
          <w:b/>
        </w:rPr>
        <w:t xml:space="preserve">[1:10:23] </w:t>
      </w:r>
      <w:r>
        <w:t>dekhiye, is ke jawab mein dawat hai, na ke jaloos aur muzahira aur maar kaat. to dawat kaun karta hai?</w:t>
      </w:r>
    </w:p>
    <w:p>
      <w:pPr>
        <w:jc w:val="right"/>
      </w:pPr>
      <w:r>
        <w:t>دیکھیے، اس کے جواب میں دعوت ہے، نہ کہ جلوس اور مظاہرہ اور مار کاٹ۔ تو دعوت کون کرتا ہے؟</w:t>
      </w:r>
    </w:p>
    <w:p>
      <w:r>
        <w:rPr>
          <w:b/>
        </w:rPr>
        <w:t xml:space="preserve">[1:10:33] </w:t>
      </w:r>
      <w:r>
        <w:t>dawat koi nahi karta.</w:t>
      </w:r>
    </w:p>
    <w:p>
      <w:pPr>
        <w:jc w:val="right"/>
      </w:pPr>
      <w:r>
        <w:t>دعوت کوئی نہیں کرتا۔</w:t>
      </w:r>
    </w:p>
    <w:p>
      <w:r>
        <w:rPr>
          <w:b/>
        </w:rPr>
        <w:t xml:space="preserve">[1:10:36] </w:t>
      </w:r>
      <w:r>
        <w:t>jin logon ke mutalliq yeh kaha jata hai ke is mein behurmati kar di quran ki ya ya rasool Allah ki, to dawat kaun dawat karta hai?</w:t>
      </w:r>
    </w:p>
    <w:p>
      <w:pPr>
        <w:jc w:val="right"/>
      </w:pPr>
      <w:r>
        <w:t>جن لوگوں کے متعلق یہ کہا جاتا ہے کہ اس میں بے حرمتی کر دی قرآن کی یا یا رسول اللہ کی، تو دعوت کون دعوت کرتا ہے؟</w:t>
      </w:r>
    </w:p>
    <w:p>
      <w:r>
        <w:rPr>
          <w:b/>
        </w:rPr>
        <w:t xml:space="preserve">[1:10:46] </w:t>
      </w:r>
      <w:r>
        <w:t>bas maro aur qatal karo, yeh shatm kiya hai inhon ne. yeh islam se koi talluq nahi hai is baaton ka. islam mein har aisi cheez ke muqable mein dawat hai.</w:t>
      </w:r>
    </w:p>
    <w:p>
      <w:pPr>
        <w:jc w:val="right"/>
      </w:pPr>
      <w:r>
        <w:t>بس مارو اور قتل کرو، یہ شتم کیا ہے انہوں نے۔ یہ اسلام سے کوئی تعلق نہیں ہے اس باتوں کا۔ اسلام میں ہر ایسی چیز کے مقابلے میں دعوت ہے۔</w:t>
      </w:r>
    </w:p>
    <w:p>
      <w:r>
        <w:rPr>
          <w:b/>
        </w:rPr>
        <w:t xml:space="preserve">[1:10:58] </w:t>
      </w:r>
      <w:r>
        <w:t>nasihat kijiye, dawat kijiye, is se aage miliye, use literature dijiye. in ko</w:t>
      </w:r>
    </w:p>
    <w:p>
      <w:pPr>
        <w:jc w:val="right"/>
      </w:pPr>
      <w:r>
        <w:t>نصیحت کیجئے، دعوت کیجئے، اس سے آگے ملیے، اسے لٹریچر دیجئے۔ ان کو</w:t>
      </w:r>
    </w:p>
    <w:p>
      <w:r>
        <w:rPr>
          <w:b/>
        </w:rPr>
        <w:t xml:space="preserve">[1:11:03] </w:t>
      </w:r>
      <w:r>
        <w:t>to bohat asan hai janna ke kya karna hai, kya nahi karna hai, lekin log to apne waqt pe chalte hain, apne waqt par, apne jazbat par.</w:t>
      </w:r>
    </w:p>
    <w:p>
      <w:pPr>
        <w:jc w:val="right"/>
      </w:pPr>
      <w:r>
        <w:t>تو بہت آسان ہے جاننا کہ کیا کرنا ہے، کیا نہیں کرنا ہے، لیکن لوگ تو اپنے وم پہ چلتے ہیں، اپنے وم پر، اپنے جذبات پر۔</w:t>
      </w:r>
    </w:p>
    <w:p>
      <w:r>
        <w:rPr>
          <w:b/>
        </w:rPr>
        <w:t xml:space="preserve">[1:11:13] </w:t>
      </w:r>
      <w:r>
        <w:t>kaun quran ko parhta hai, hadith ko parhta hai, kaun seerat ko parhta hai?</w:t>
      </w:r>
    </w:p>
    <w:p>
      <w:pPr>
        <w:jc w:val="right"/>
      </w:pPr>
      <w:r>
        <w:t>کون قرآن کو پڑھتا ہے، حدیث کو پڑھتا ہے، کون سیرت کو پڑھتا ہے؟</w:t>
      </w:r>
    </w:p>
    <w:p>
      <w:r>
        <w:rPr>
          <w:b/>
        </w:rPr>
        <w:t xml:space="preserve">[1:11:21] </w:t>
      </w:r>
      <w:r>
        <w:t>yeh hai asal wajah.</w:t>
      </w:r>
    </w:p>
    <w:p>
      <w:pPr>
        <w:jc w:val="right"/>
      </w:pPr>
      <w:r>
        <w:t>یہ ہے اصل وجہ۔</w:t>
      </w:r>
    </w:p>
    <w:p>
      <w:r>
        <w:rPr>
          <w:b/>
        </w:rPr>
        <w:t xml:space="preserve">[1:11:27] </w:t>
      </w:r>
      <w:r>
        <w:t>mister shadab kamal ne dili se likha hai: "islam mein jo maslaki, that is sectarian, ikhtilafat hain, is mein hamein kis tarah ka stand rakhna chahiye aur us ko kaise door kiya jana chahiye?" is ke bare mein bataein.</w:t>
      </w:r>
    </w:p>
    <w:p>
      <w:pPr>
        <w:jc w:val="right"/>
      </w:pPr>
      <w:r>
        <w:t>مسٹر شاداب کمال نے دلی سے لکھا ہے: "اسلام میں جو مسلکی، دیٹ از سیکٹیرین، اختلافات ہیں، اس میں ہمیں کس طرح کا سٹینڈ رکھنا چاہیے اور اس کو کیسے دور کیا جانا چاہیے؟" اس کے بارے میں بتائیں۔</w:t>
      </w:r>
    </w:p>
    <w:p>
      <w:r>
        <w:rPr>
          <w:b/>
        </w:rPr>
        <w:t xml:space="preserve">[1:11:46] </w:t>
      </w:r>
      <w:r>
        <w:t>door karne ki zaroorat hi nahi hai. ab is mein maslak ke ikhtilafat kya hain?</w:t>
      </w:r>
    </w:p>
    <w:p>
      <w:pPr>
        <w:jc w:val="right"/>
      </w:pPr>
      <w:r>
        <w:t>دور کرنے کی ضرورت ہی نہیں ہے۔ اب اس میں مسلک کے اختلافات کیا ہیں؟</w:t>
      </w:r>
    </w:p>
    <w:p>
      <w:r>
        <w:rPr>
          <w:b/>
        </w:rPr>
        <w:t xml:space="preserve">[1:11:53] </w:t>
      </w:r>
      <w:r>
        <w:t>yaad rakhiye, kisi bhi yani basics pe koi ikhtilaf nahi hai. koi yeh nahi kehta ke maghrib ki namaz jo hai chaar rak'at parhna chahiye aur fajar ki namaz jo hai teen rak'at parhna chahiye.</w:t>
      </w:r>
    </w:p>
    <w:p>
      <w:pPr>
        <w:jc w:val="right"/>
      </w:pPr>
      <w:r>
        <w:t>یاد رکھیے، کسی بھی یعنی بیسکس پہ کوئی اختلاف نہیں ہے۔ کوئی یہ نہیں کہتا کہ مغرب کی نماز جو ہے چار رکعت پڑھنا چاہیے اور فجر کی نماز جو ہے تین رکعت پڑھنا چاہیے۔</w:t>
      </w:r>
    </w:p>
    <w:p>
      <w:r>
        <w:rPr>
          <w:b/>
        </w:rPr>
        <w:t xml:space="preserve">[1:12:05] </w:t>
      </w:r>
      <w:r>
        <w:t>aisa kaun kehta hai? kaun kehta hai ke hajj, hajj jo hai woh manana chahiye woh muharram ke mahine mein?</w:t>
      </w:r>
    </w:p>
    <w:p>
      <w:pPr>
        <w:jc w:val="right"/>
      </w:pPr>
      <w:r>
        <w:t>ایسا کون کہتا ہے؟ کون کہتا ہے کہ حج، حج جو ہے وہ منانا چاہیے وہ محرم کے مہینے میں؟</w:t>
      </w:r>
    </w:p>
    <w:p>
      <w:r>
        <w:rPr>
          <w:b/>
        </w:rPr>
        <w:t xml:space="preserve">[1:12:13] </w:t>
      </w:r>
      <w:r>
        <w:t>aisa kaun kehta hai? sab juz'i ikhtilafat hain, sab ke sab non basics par ikhtilafat hain.</w:t>
      </w:r>
    </w:p>
    <w:p>
      <w:pPr>
        <w:jc w:val="right"/>
      </w:pPr>
      <w:r>
        <w:t>ایسا کون کہتا ہے؟ سب جزی اختلافات ہیں، سب کے سب نان بیسکس پر اختلافات ہیں۔</w:t>
      </w:r>
    </w:p>
    <w:p>
      <w:r>
        <w:rPr>
          <w:b/>
        </w:rPr>
        <w:t xml:space="preserve">[1:12:21] </w:t>
      </w:r>
      <w:r>
        <w:t>to</w:t>
      </w:r>
    </w:p>
    <w:p>
      <w:pPr>
        <w:jc w:val="right"/>
      </w:pPr>
      <w:r>
        <w:t>تو</w:t>
      </w:r>
    </w:p>
    <w:p>
      <w:r>
        <w:rPr>
          <w:b/>
        </w:rPr>
        <w:t xml:space="preserve">[1:12:22] </w:t>
      </w:r>
      <w:r>
        <w:t>woh to yeh bhi theek, woh bhi theek ka mamla hai. yeh bhi theek, woh bhi theek,</w:t>
      </w:r>
    </w:p>
    <w:p>
      <w:pPr>
        <w:jc w:val="right"/>
      </w:pPr>
      <w:r>
        <w:t>وہ تو یہ بھی ٹھیک، وہ بھی ٹھیک کا معاملہ ہے۔ یہ بھی ٹھیک، وہ بھی ٹھیک،</w:t>
      </w:r>
    </w:p>
    <w:p>
      <w:r>
        <w:rPr>
          <w:b/>
        </w:rPr>
        <w:t xml:space="preserve">[1:12:31] </w:t>
      </w:r>
      <w:r>
        <w:t>yeh bhi theek, woh bhi theek. to wahan par ikhtilaf, wahan par jo hai masle ko khatm karne ki ek hi rah hai, ek hi raaz hai, woh hai rawadari, tasawwur, bas aur kuch nahi.</w:t>
      </w:r>
    </w:p>
    <w:p>
      <w:pPr>
        <w:jc w:val="right"/>
      </w:pPr>
      <w:r>
        <w:t>یہ بھی ٹھیک، وہ بھی ٹھیک۔ تو وہاں پر اختلاف، وہاں پر جو ہے مسئلے کو ختم کرنے کی ایک ہی راہ ہے، ایک ہی راز ہے، وہ ہے رواداری، توسل، بس اور کچھ نہیں۔</w:t>
      </w:r>
    </w:p>
    <w:p>
      <w:r>
        <w:rPr>
          <w:b/>
        </w:rPr>
        <w:t xml:space="preserve">[1:12:50] </w:t>
      </w:r>
      <w:r>
        <w:t>choti choti cheezon par ikhtilafat hain, is pe log ladte jhagadte rehte hain. woh choti cheezein jo hain, woh is mein diversity, diversity hai, is mein tasawwur hai.</w:t>
      </w:r>
    </w:p>
    <w:p>
      <w:pPr>
        <w:jc w:val="right"/>
      </w:pPr>
      <w:r>
        <w:t>چھوٹی چھوٹی چیزوں پر اختلافات ہیں، اس پہ لوگ لڑتے جھگڑتے رہتے ہیں۔ وہ چھوٹی چیزیں جو ہیں، وہ اس میں ڈائیورسٹی، ڈائیورسٹی ہے، اس میں توسل ہے۔</w:t>
      </w:r>
    </w:p>
    <w:p>
      <w:r>
        <w:rPr>
          <w:b/>
        </w:rPr>
        <w:t xml:space="preserve">[1:13:01] </w:t>
      </w:r>
      <w:r>
        <w:t>ek zyada tareeqe se durust hai,</w:t>
      </w:r>
    </w:p>
    <w:p>
      <w:pPr>
        <w:jc w:val="right"/>
      </w:pPr>
      <w:r>
        <w:t>ایک زیادہ طریقے سے درست ہے،</w:t>
      </w:r>
    </w:p>
    <w:p>
      <w:r>
        <w:rPr>
          <w:b/>
        </w:rPr>
        <w:t xml:space="preserve">[1:13:05] </w:t>
      </w:r>
      <w:r>
        <w:t>mislan aap niyat yahan se baat hai, tabhi durust, yahan baat hai, tab bhi durust. isi pe jhagda karte hain ke sahab yeh namaz hi nahi hui. to yaad rakhiye, basics mein koi ikhtilaf nahi</w:t>
      </w:r>
    </w:p>
    <w:p>
      <w:pPr>
        <w:jc w:val="right"/>
      </w:pPr>
      <w:r>
        <w:t>مثلاً آپ نیت یہاں سے بات ہے، تبھی درست، یہاں بات ہے، تب بھی درست۔ اسی پہ جھگڑا کرتے ہیں کہ صاحب یہ نماز ہی نہیں ہوئی۔ تو یاد رکھیے، بیسکس میں کوئی اختلاف نہیں</w:t>
      </w:r>
    </w:p>
    <w:p>
      <w:r>
        <w:rPr>
          <w:b/>
        </w:rPr>
        <w:t xml:space="preserve">[1:13:18] </w:t>
      </w:r>
      <w:r>
        <w:t>hai, koi maslak aisa nahi hai jis mein basics mein ikhtilaf karta ho. ikhtilaf hai non basics mein, to non basics mein to aap tasawwur ka tareeqa ikhtiyar kijiye, yeh bhi theek, woh bhi theek.</w:t>
      </w:r>
    </w:p>
    <w:p>
      <w:pPr>
        <w:jc w:val="right"/>
      </w:pPr>
      <w:r>
        <w:t>ہے، کوئی مسلک ایسا نہیں ہے جس میں بیسکس میں اختلاف کرتا ہو۔ اختلاف ہے نان بیسکس میں، تو نان بیسکس میں تو آپ توسل کا طریقہ اختیار کیجئے، یہ بھی ٹھیک، وہ بھی ٹھیک۔</w:t>
      </w:r>
    </w:p>
    <w:p>
      <w:r>
        <w:rPr>
          <w:b/>
        </w:rPr>
        <w:t xml:space="preserve">[1:13:33] </w:t>
      </w:r>
      <w:r>
        <w:t>hadith mein aata hai, dekhiye ke ashab al-nujoom,</w:t>
      </w:r>
    </w:p>
    <w:p>
      <w:pPr>
        <w:jc w:val="right"/>
      </w:pPr>
      <w:r>
        <w:t>حدیث میں آتا ہے، دیکھیے کہ اصحاب النجوم،</w:t>
      </w:r>
    </w:p>
    <w:p>
      <w:r>
        <w:rPr>
          <w:b/>
        </w:rPr>
        <w:t xml:space="preserve">[1:13:41] </w:t>
      </w:r>
      <w:r>
        <w:t>mere ashab sitaron ke manind hain jin ki pairwi karoge to tum hidayat par raho ge. woh sab jo is maslak ke ikhtilafat hain, sahaba ko le kar ke hain.</w:t>
      </w:r>
    </w:p>
    <w:p>
      <w:pPr>
        <w:jc w:val="right"/>
      </w:pPr>
      <w:r>
        <w:t>میرے اصحاب ستاروں کے مانند ہیں جن کی پیروی کرو گے تو تم ہدایت پر رہو گے۔ وہ سب جو اس مسلک کے اختلافات ہیں، صحابہ کو لے کر کے ہیں۔</w:t>
      </w:r>
    </w:p>
    <w:p>
      <w:r>
        <w:rPr>
          <w:b/>
        </w:rPr>
        <w:t xml:space="preserve">[1:13:51] </w:t>
      </w:r>
      <w:r>
        <w:t>kisi ne ek sahabi ko pakda, kisi ne doosre sahabi ko pakda, woh lad rahe hain aapas mein.</w:t>
      </w:r>
    </w:p>
    <w:p>
      <w:pPr>
        <w:jc w:val="right"/>
      </w:pPr>
      <w:r>
        <w:t>کسی نے ایک صحابی کو پکڑا، کسی نے دوسرے صحابی کو پکڑا، وہ لڑ رہے ہیں آپس میں۔</w:t>
      </w:r>
    </w:p>
    <w:p>
      <w:r>
        <w:rPr>
          <w:b/>
        </w:rPr>
        <w:t xml:space="preserve">[1:13:55] </w:t>
      </w:r>
      <w:r>
        <w:t>halankeh hadith mein aata hai ke woh bhi theek, woh bhi theek.</w:t>
      </w:r>
    </w:p>
    <w:p>
      <w:pPr>
        <w:jc w:val="right"/>
      </w:pPr>
      <w:r>
        <w:t>حالانکہ حدیث میں آتا ہے کہ وہ بھی ٹھیک، وہ بھی ٹھیک۔</w:t>
      </w:r>
    </w:p>
    <w:p>
      <w:r>
        <w:rPr>
          <w:b/>
        </w:rPr>
        <w:t xml:space="preserve">[1:14:01] </w:t>
      </w:r>
      <w:r>
        <w:t>to ek hi hal hai woh is masle ka ke yeh sab juz'i ikhtilafat hain. juz'i ikhtilafat mein to wahdat matloob nahi hota hai, tadadd matloob hota hai.</w:t>
      </w:r>
    </w:p>
    <w:p>
      <w:pPr>
        <w:jc w:val="right"/>
      </w:pPr>
      <w:r>
        <w:t>تو ایک ہی حل ہے وہ اس مسئلے کا کہ یہ سب جزئی اختلافات ہیں۔ جزئی اختلافات میں توحد مطلوب نہیں ہوتا ہے، تعدد مطلوب ہوتا ہے۔</w:t>
      </w:r>
    </w:p>
    <w:p>
      <w:r>
        <w:rPr>
          <w:b/>
        </w:rPr>
        <w:t xml:space="preserve">[1:14:13] </w:t>
      </w:r>
      <w:r>
        <w:t>yani yeh bhi theek, woh bhi theek.</w:t>
      </w:r>
    </w:p>
    <w:p>
      <w:pPr>
        <w:jc w:val="right"/>
      </w:pPr>
      <w:r>
        <w:t>یعنی یہ بھی ٹھیک، وہ بھی ٹھیک۔</w:t>
      </w:r>
    </w:p>
    <w:p>
      <w:r>
        <w:rPr>
          <w:b/>
        </w:rPr>
        <w:t xml:space="preserve">[1:14:19] </w:t>
      </w:r>
      <w:r>
        <w:t>maulana zakwan nadvi ne nai dilli se likha hai:</w:t>
      </w:r>
    </w:p>
    <w:p>
      <w:pPr>
        <w:jc w:val="right"/>
      </w:pPr>
      <w:r>
        <w:t>مولانا زکوان ندوی نے نئی دلی سے لکھا ہے:</w:t>
      </w:r>
    </w:p>
    <w:p>
      <w:r>
        <w:rPr>
          <w:b/>
        </w:rPr>
        <w:t xml:space="preserve">[1:14:23] </w:t>
      </w:r>
      <w:r>
        <w:t>"what is the difference between simplicity and rahbaniyat? kindly explain this with some examples."</w:t>
      </w:r>
    </w:p>
    <w:p>
      <w:pPr>
        <w:jc w:val="right"/>
      </w:pPr>
      <w:r>
        <w:t>"واٹ از دا ڈیفرنس بٹوین سمپلیسٹی اینڈ رہبانیہ؟ کائنڈلی ایکسپلین دس ود سم ایگزیمپلز۔"</w:t>
      </w:r>
    </w:p>
    <w:p>
      <w:r>
        <w:rPr>
          <w:b/>
        </w:rPr>
        <w:t xml:space="preserve">[1:14:44] </w:t>
      </w:r>
      <w:r>
        <w:t>dekhiye, rahbaniyat to yeh hai ke duniya ko chhodna</w:t>
      </w:r>
    </w:p>
    <w:p>
      <w:pPr>
        <w:jc w:val="right"/>
      </w:pPr>
      <w:r>
        <w:t>دیکھیے، رہبانیت تو یہ ہے کہ دنیا کو چھوڑنا</w:t>
      </w:r>
    </w:p>
    <w:p>
      <w:r>
        <w:rPr>
          <w:b/>
        </w:rPr>
        <w:t xml:space="preserve">[1:14:50] </w:t>
      </w:r>
      <w:r>
        <w:t>simplicity se alag cheez hai, is se alag cheez hai. yani simplicity ka matlab yeh nahi ke duniya ko chhod dein, aap duniya mein rahein lekin aap saada mizaji ho, khane mein koi ihtimam nahi, kapde mein koi ihtimam nahi, bistar mein koi ihtimam nahi, furniture mein koi ihtimam nahi.</w:t>
      </w:r>
    </w:p>
    <w:p>
      <w:pPr>
        <w:jc w:val="right"/>
      </w:pPr>
      <w:r>
        <w:t>سمپلیسٹی سے الگ چیز ہے، اس سے الگ چیز ہے۔ یعنی سمپلیسٹی کا مطلب یہ نہیں کہ دنیا کو چھوڑ دیں، آپ دنیا میں رہیں لیکن آپ سادہ مزاجی ہو، کھانے میں کوئی اہتمام نہیں، کپڑے میں کوئی اہتمام نہیں، بستر میں کوئی اہتمام نہیں، فرنیچر میں کوئی اہتمام نہیں۔</w:t>
      </w:r>
    </w:p>
    <w:p>
      <w:r>
        <w:rPr>
          <w:b/>
        </w:rPr>
        <w:t xml:space="preserve">[1:15:09] </w:t>
      </w:r>
      <w:r>
        <w:t>bilkul saada, bilkul saada. aur rahbaniyat to hai tark-e-duniya.</w:t>
      </w:r>
    </w:p>
    <w:p>
      <w:pPr>
        <w:jc w:val="right"/>
      </w:pPr>
      <w:r>
        <w:t>بالکل سادہ، بالکل سادہ۔ اور رہبانیت تو ہے ترک دنیا۔</w:t>
      </w:r>
    </w:p>
    <w:p>
      <w:r>
        <w:rPr>
          <w:b/>
        </w:rPr>
        <w:t xml:space="preserve">[1:15:16] </w:t>
      </w:r>
      <w:r>
        <w:t>yani mislan hamare buzurgon mein riwaj raha hai ke badshahon se milte nahi the. yeh ek, yeh bilkul galat hai. mere nazdeek rasool Allah sallallahu alaihi wasallam ne badshahon ke naam khatoot bheje, un ka badshahon se milna hi unhone matrook qarar de diya.</w:t>
      </w:r>
    </w:p>
    <w:p>
      <w:pPr>
        <w:jc w:val="right"/>
      </w:pPr>
      <w:r>
        <w:t>یعنی مثلاً ہمارے بزرگوں میں رواج رہا ہے کہ بادشاہوں سے ملتے نہیں تھے۔ یہ ایک، یہ بالکل غلط ہے۔ میرے نزدیک رسول اللہ صلی اللہ علیہ وسلم نے بادشاہوں کے نام خطوط بھیجے، ان کا بادشاہوں سے ملنا ہی انہوں نے متروک قرار دے دیا۔</w:t>
      </w:r>
    </w:p>
    <w:p>
      <w:r>
        <w:rPr>
          <w:b/>
        </w:rPr>
        <w:t xml:space="preserve">[1:15:36] </w:t>
      </w:r>
      <w:r>
        <w:t>bhai, koi badshah agar aap se milna chahta hai to use miliye, use kahiye ke bhai tum dawat ka kaam karo, tum taleem phailao, tum taameeri kaam bataiye us ko karne ke liye.</w:t>
      </w:r>
    </w:p>
    <w:p>
      <w:pPr>
        <w:jc w:val="right"/>
      </w:pPr>
      <w:r>
        <w:t>بھئی، کوئی بادشاہ اگر آپ سے ملنا چاہتا ہے تو اسے ملیے، اسے کہیے کہ بھئی تم دعوت کا کام کرو، تم تعلیم پھیلاؤ، تم تعمیری کام بتائیے اس کو کرنے کے لیے۔</w:t>
      </w:r>
    </w:p>
    <w:p>
      <w:r>
        <w:rPr>
          <w:b/>
        </w:rPr>
        <w:t xml:space="preserve">[1:15:50] </w:t>
      </w:r>
      <w:r>
        <w:t>is se door rehne ka matlab kya hai? jaise mashhoor qissa hai ke angrezon ke zamane mein ek angrez judge tha, us ne ek, ek, ek, ek, ek aalim ko bulaya gawahi dene ke liye.</w:t>
      </w:r>
    </w:p>
    <w:p>
      <w:pPr>
        <w:jc w:val="right"/>
      </w:pPr>
      <w:r>
        <w:t>اس سے دور رہنے کا مطلب کیا ہے؟ جیسے مشہور قصہ ہے کہ انگریزوں کے زمانے میں ایک انگریز جج تھا، اس نے ایک، ایک، ایک، ایک، ایک عالم کو بلایا گواہی دینے کے لیے۔</w:t>
      </w:r>
    </w:p>
    <w:p>
      <w:r>
        <w:rPr>
          <w:b/>
        </w:rPr>
        <w:t xml:space="preserve">[1:16:05] </w:t>
      </w:r>
      <w:r>
        <w:t>to unhon ne kaha ke main, main ne qasam kha li hai ke main kisi angrez ka munh nahi dekhunga. to unhon ne kaha: "achha theek hai, aap mere munh na dekhiye ga, aap aaiye ga idhar, munh kar lijiye ga aur gawahi de dijiye." ab dekhiye, koi islam hai yeh?</w:t>
      </w:r>
    </w:p>
    <w:p>
      <w:pPr>
        <w:jc w:val="right"/>
      </w:pPr>
      <w:r>
        <w:t>تو انہوں نے کہا کہ میں، میں نے قسم کھا لی ہے کہ میں کسی انگریز کا منہ نہیں دیکھوں گا۔ تو انہوں نے کہا: "اچھا ٹھیک ہے، آپ میرے منہ نہ دیکھیے گا، آپ آئیے گا ادھر، منہ کر لیجئے گا اور گواہی دے دیجئے۔" اب دیکھیے، کوئی اسلام ہے یہ؟</w:t>
      </w:r>
    </w:p>
    <w:p>
      <w:r>
        <w:rPr>
          <w:b/>
        </w:rPr>
        <w:t xml:space="preserve">[1:16:21] </w:t>
      </w:r>
      <w:r>
        <w:t>bhai, woh to madu tha, aap munh ka nahi dekhenge aap us ka. rasool Allah ne to aisa nahi kaha ke main abujahal ka munh nahi dekhunga, aisa to nahi kaha rasool Allah sallallahu alaihi wasallam ne.</w:t>
      </w:r>
    </w:p>
    <w:p>
      <w:pPr>
        <w:jc w:val="right"/>
      </w:pPr>
      <w:r>
        <w:t>بھئی، وہ تو مدعو تھا، آپ منہ کا نہیں دیکھیں گے آپ اس کا۔ رسول اللہ نے تو ایسا نہیں کہا کہ میں ابوجہل کا منہ نہیں دیکھوں گا، ایسا تو نہیں کہا رسول اللہ صلی اللہ علیہ وسلم نے۔</w:t>
      </w:r>
    </w:p>
    <w:p>
      <w:r>
        <w:rPr>
          <w:b/>
        </w:rPr>
        <w:t xml:space="preserve">[1:16:31] </w:t>
      </w:r>
      <w:r>
        <w:t>yeh bilkul islam se koi taalluq is ka nahi hai. to jo log samajhte hain ke tark-e-dunya ko khud samajhte hain, koi badi cheez samajhte hain, to us ko bada kamaal samajhte hain ke unhon ne aisa kiya.</w:t>
      </w:r>
    </w:p>
    <w:p>
      <w:pPr>
        <w:jc w:val="right"/>
      </w:pPr>
      <w:r>
        <w:t>یہ بالکل اسلام سے کوئی تعلق اس کا نہیں ہے۔ تو جو لوگ سمجھتے ہیں کہ ترک دنیا کو خود سمجھتے ہیں، کوئی بڑی چیز سمجھتے ہیں، تو اس کو بڑا کمال سمجھتے ہیں کہ انہوں نے ایسا کیا۔</w:t>
      </w:r>
    </w:p>
    <w:p>
      <w:r>
        <w:rPr>
          <w:b/>
        </w:rPr>
        <w:t xml:space="preserve">[1:16:42] </w:t>
      </w:r>
      <w:r>
        <w:t>aise bohat se qisse buzurgon ke hain, bohat saare qisse. yaani hamari kitabein jo tasawwuf ki kitabein bhari hui hain, aise qisson se.</w:t>
      </w:r>
    </w:p>
    <w:p>
      <w:pPr>
        <w:jc w:val="right"/>
      </w:pPr>
      <w:r>
        <w:t>ایسے بہت سے قصے بزرگوں کے ہیں، بہت سارے قصے۔ یعنی ہماری کتابیں جو تصوف کی کتابیں بھری ہوئی ہیں، ایسے قصوں سے۔</w:t>
      </w:r>
    </w:p>
    <w:p>
      <w:r>
        <w:rPr>
          <w:b/>
        </w:rPr>
        <w:t xml:space="preserve">[1:16:52] </w:t>
      </w:r>
      <w:r>
        <w:t>yaani unhon ne un se aap ne kaata, aap ne koi un se kaatne ki kya zaroorat thi? aap khud saada rahiye, lekin un ko aap bataiye ke tum ko yeh kaam karna hai,</w:t>
      </w:r>
    </w:p>
    <w:p>
      <w:pPr>
        <w:jc w:val="right"/>
      </w:pPr>
      <w:r>
        <w:t>یعنی انہوں نے ان سے آپ نے کاٹا، آپ نے کوئی ان سے کاٹنے کی کیا ضرورت تھی؟ آپ خود سادہ رہیے، لیکن ان کو آپ بتائیے کہ تم کو یہ کام کرنا ہے،</w:t>
      </w:r>
    </w:p>
    <w:p>
      <w:r>
        <w:rPr>
          <w:b/>
        </w:rPr>
        <w:t xml:space="preserve">[1:17:01] </w:t>
      </w:r>
      <w:r>
        <w:t>dawat ka kaam bataiye, taleem ka kaam bataiye, jo rifaah-e-aam ke kaam hain, us ko bataiye. to ek hai, dekhiye, tark-e-dunya, ek hai istemaal-e-dunya.</w:t>
      </w:r>
    </w:p>
    <w:p>
      <w:pPr>
        <w:jc w:val="right"/>
      </w:pPr>
      <w:r>
        <w:t>دعوت کا کام بتائیے، تعلیم کا کام بتائیے، جو رفاع عام کے کام ہیں، اس کو بتائیے۔ تو ایک ہے، دیکھیے، ترک دنیا، ایک ہے استعمال دنیا۔</w:t>
      </w:r>
    </w:p>
    <w:p>
      <w:r>
        <w:rPr>
          <w:b/>
        </w:rPr>
        <w:t xml:space="preserve">[1:17:15] </w:t>
      </w:r>
      <w:r>
        <w:t>istemaal-e-dunya baraye deen. yaani aap dunya mein apne nahi, yeh main yeh kahunga, ek hai dunya, dunya ka tark karna, ek hai dunya mein mulawwis hona, ek hai dunya ko istemaal karna.</w:t>
      </w:r>
    </w:p>
    <w:p>
      <w:pPr>
        <w:jc w:val="right"/>
      </w:pPr>
      <w:r>
        <w:t>استعمال دنیا برائے دین۔ یعنی آپ دنیا میں اپنے نہیں، یہ میں یہ کہوں گا، ایک ہے دنیا، دنیا کا ترک کرنا، ایک ہے دنیا میں ملوث ہونا، ایک ہے دنیا کو استعمال کرنا۔</w:t>
      </w:r>
    </w:p>
    <w:p>
      <w:r>
        <w:rPr>
          <w:b/>
        </w:rPr>
        <w:t xml:space="preserve">[1:17:28] </w:t>
      </w:r>
      <w:r>
        <w:t>teen tareeqe hain.</w:t>
      </w:r>
    </w:p>
    <w:p>
      <w:pPr>
        <w:jc w:val="right"/>
      </w:pPr>
      <w:r>
        <w:t>تین طریقے ہیں۔</w:t>
      </w:r>
    </w:p>
    <w:p>
      <w:r>
        <w:rPr>
          <w:b/>
        </w:rPr>
        <w:t xml:space="preserve">[1:17:30] </w:t>
      </w:r>
      <w:r>
        <w:t>tark-e-dunya yeh hai ke aap bilkul kat jayein, ab kat kar ke ek mutaqashifana zindagi kaheen guzarein, alag thalag, wahan par ab muraqbe karein.</w:t>
      </w:r>
    </w:p>
    <w:p>
      <w:pPr>
        <w:jc w:val="right"/>
      </w:pPr>
      <w:r>
        <w:t>ترک دنیا یہ ہے کہ آپ بالکل کٹ جائیں، اب کٹ کر کے ایک متقشفانہ زندگی کہیں گزاریں، الگ تھلگ، وہاں پر اب مراقبے کریں۔</w:t>
      </w:r>
    </w:p>
    <w:p>
      <w:r>
        <w:rPr>
          <w:b/>
        </w:rPr>
        <w:t xml:space="preserve">[1:17:41] </w:t>
      </w:r>
      <w:r>
        <w:t>yeh tark-e-dunya hua. mulawwis hona yeh hai ke aap isi mein bilkul lit patt ho jayein. lekin ek aur tareeqa hai, woh istemaal-e-dunya.</w:t>
      </w:r>
    </w:p>
    <w:p>
      <w:pPr>
        <w:jc w:val="right"/>
      </w:pPr>
      <w:r>
        <w:t>یہ ترک دنیا ہوئی۔ ملوث ہونا یہ ہے کہ آپ اسی میں بالکل لت پت ہو جائیں۔ لیکن ایک اور طریقہ ہے، وہ استعمال دنیا۔</w:t>
      </w:r>
    </w:p>
    <w:p>
      <w:r>
        <w:rPr>
          <w:b/>
        </w:rPr>
        <w:t xml:space="preserve">[1:17:51] </w:t>
      </w:r>
      <w:r>
        <w:t>dunya ko mission ke liye istemaal karna, dunya ko dawat ke liye istemaal karna, dunya ko yaani khudaai maqasid ke liye istemaal karna.</w:t>
      </w:r>
    </w:p>
    <w:p>
      <w:pPr>
        <w:jc w:val="right"/>
      </w:pPr>
      <w:r>
        <w:t>دنیا کو مشن کے لیے استعمال کرنا، دنیا کو دعوت کے لیے استعمال کرنا، دنیا کو یعنی خدائی مقاصد کے لیے استعمال کرنا۔</w:t>
      </w:r>
    </w:p>
    <w:p>
      <w:r>
        <w:rPr>
          <w:b/>
        </w:rPr>
        <w:t xml:space="preserve">[1:18:01] </w:t>
      </w:r>
      <w:r>
        <w:t>yaani khud aap saada rahein, khud aap haris na banein, khud aap ko maal-o-jaah ki tamanna na ho, lekin asbaab-e-dunya ko istemaal karein aap deen ke liye.</w:t>
      </w:r>
    </w:p>
    <w:p>
      <w:pPr>
        <w:jc w:val="right"/>
      </w:pPr>
      <w:r>
        <w:t>یعنی خود آپ سادہ رہیں، خود آپ حریص نہ بنیں، خود آپ کو مال و جاہ کی تمنا نہ ہو، لیکن اسباب دنیا کو استعمال کریں آپ دین کے لیے۔</w:t>
      </w:r>
    </w:p>
    <w:p>
      <w:r>
        <w:rPr>
          <w:b/>
        </w:rPr>
        <w:t xml:space="preserve">[1:18:15] </w:t>
      </w:r>
      <w:r>
        <w:t>to tark-e-dunya jo hai, ek fazool cheez hai.</w:t>
      </w:r>
    </w:p>
    <w:p>
      <w:pPr>
        <w:jc w:val="right"/>
      </w:pPr>
      <w:r>
        <w:t>تو ترک دنیا جو ہے، ایک فضول چیز ہے۔</w:t>
      </w:r>
    </w:p>
    <w:p>
      <w:r>
        <w:rPr>
          <w:b/>
        </w:rPr>
        <w:t xml:space="preserve">[1:18:19] </w:t>
      </w:r>
      <w:r>
        <w:t>dunya mulawwis hona galat hai bilkul, kyunke istemaal-e-dunya to zaroori hai, magar deen ka kaam kaise hoga? yeh hai mere nazdeek is maamle mein sahi masla.</w:t>
      </w:r>
    </w:p>
    <w:p>
      <w:pPr>
        <w:jc w:val="right"/>
      </w:pPr>
      <w:r>
        <w:t>دنیا ملوث ہونا غلط ہے بالکل، کیونکہ استعمال دنیا تو ضروری ہے، مگر دین کا کام کیسے ہوگا؟ یہ ہے میرے نزدیک اس معاملے میں صحیح مسئلہ۔</w:t>
      </w:r>
    </w:p>
    <w:p>
      <w:r>
        <w:rPr>
          <w:b/>
        </w:rPr>
        <w:t xml:space="preserve">[1:18:33] </w:t>
      </w:r>
      <w:r>
        <w:t>Mr. Zubair Ahmed Shah ne Delhi se sawal kiya hai, unhon ne likha hai: "a person has put two arguments before me.</w:t>
      </w:r>
    </w:p>
    <w:p>
      <w:pPr>
        <w:jc w:val="right"/>
      </w:pPr>
      <w:r>
        <w:t>مسٹر زبیر احمد شاہ نے دلی سے سوال کیا ہے، انہوں نے لکھا ہے: "ا پرسن ہیز پٹ ٹو ارگیومنٹس بیفور می۔</w:t>
      </w:r>
    </w:p>
    <w:p>
      <w:r>
        <w:rPr>
          <w:b/>
        </w:rPr>
        <w:t xml:space="preserve">[1:18:45] </w:t>
      </w:r>
      <w:r>
        <w:t>the first argument is that Ismail was not sacrificed, instead the great sacrifice was performed in the future.</w:t>
      </w:r>
    </w:p>
    <w:p>
      <w:pPr>
        <w:jc w:val="right"/>
      </w:pPr>
      <w:r>
        <w:t>دا فرسٹ ارگیومنٹ از دیٹ اسماعیل واز ناٹ سیکریفائسڈ، انسٹیڈ دا گریٹ سیکریفائس واز پرفارمڈ ان دا فیوچر۔</w:t>
      </w:r>
    </w:p>
    <w:p>
      <w:r>
        <w:rPr>
          <w:b/>
        </w:rPr>
        <w:t xml:space="preserve">[1:18:54] </w:t>
      </w:r>
      <w:r>
        <w:t>that is the sacrifice of Imam Hussain. what is your opinion in this?" secondly, ji ji, ek ek lijiye, ji ek ek lijiye, ji kya phir se padhiye?</w:t>
      </w:r>
    </w:p>
    <w:p>
      <w:pPr>
        <w:jc w:val="right"/>
      </w:pPr>
      <w:r>
        <w:t>دیٹ از دا سیکریفائس اف امام حسین۔ واٹ از یور اوپینین ان دس؟" سیکنڈلی، جی جی، ایک ایک لیجئے، جی ایک ایک لیجئے، جی کیا پھر سے پڑھیے؟</w:t>
      </w:r>
    </w:p>
    <w:p>
      <w:r>
        <w:rPr>
          <w:b/>
        </w:rPr>
        <w:t xml:space="preserve">[1:19:07] </w:t>
      </w:r>
      <w:r>
        <w:t>ek: "a person has put two arguments before me.</w:t>
      </w:r>
    </w:p>
    <w:p>
      <w:pPr>
        <w:jc w:val="right"/>
      </w:pPr>
      <w:r>
        <w:t>ایک: "ا پرسن ہیز پٹ ٹو ارگیومنٹس بیفور می۔</w:t>
      </w:r>
    </w:p>
    <w:p>
      <w:r>
        <w:rPr>
          <w:b/>
        </w:rPr>
        <w:t xml:space="preserve">[1:19:12] </w:t>
      </w:r>
      <w:r>
        <w:t>firstly, Ismail was not sacrificed, instead the great sacrifice was performed in the future.</w:t>
      </w:r>
    </w:p>
    <w:p>
      <w:pPr>
        <w:jc w:val="right"/>
      </w:pPr>
      <w:r>
        <w:t>فرسٹلی، اسماعیل واز ناٹ سیکریفائسڈ، انسٹیڈ دا گریٹ سیکریفائس واز پرفارمڈ ان دا فیوچر۔</w:t>
      </w:r>
    </w:p>
    <w:p>
      <w:r>
        <w:rPr>
          <w:b/>
        </w:rPr>
        <w:t xml:space="preserve">[1:19:21] </w:t>
      </w:r>
      <w:r>
        <w:t>that is the sacrifice of Imam Hussain. what is your opinion?" yeh koi surprise nahi hai, yeh to shayari hai, koi daleel to hai nahi, yeh koi daleel to yeh hai nahi.</w:t>
      </w:r>
    </w:p>
    <w:p>
      <w:pPr>
        <w:jc w:val="right"/>
      </w:pPr>
      <w:r>
        <w:t>دیٹ از دا سیکریفائس اف امام حسین۔ واٹ از یور اوپینین؟" یہ کوئی سرپرائز نہیں ہے، یہ تو شاعری ہے، کوئی دلیل تو ہے نہیں، یہ کوئی دلیل تو یہ ہے نہیں۔</w:t>
      </w:r>
    </w:p>
    <w:p>
      <w:r>
        <w:rPr>
          <w:b/>
        </w:rPr>
        <w:t xml:space="preserve">[1:19:34] </w:t>
      </w:r>
      <w:r>
        <w:t>Imam Hussain ka baat to bohat se log jo shaheed hue hain, qatl kiye gaye hain, un ka dekhein, woh woh aprad hain, yeh</w:t>
      </w:r>
    </w:p>
    <w:p>
      <w:pPr>
        <w:jc w:val="right"/>
      </w:pPr>
      <w:r>
        <w:t>ائمہ حسین کا بات تو بہت سے لوگ جو شہید ہوئے ہیں، قتل کیے گئے ہیں، ان کا دیکھیں، وہ وہ اپراد ہیں، یہ</w:t>
      </w:r>
    </w:p>
    <w:p>
      <w:r>
        <w:rPr>
          <w:b/>
        </w:rPr>
        <w:t xml:space="preserve">[1:19:43] </w:t>
      </w:r>
      <w:r>
        <w:t>kyunke hadith mein ya Quran mein ya riwayat mein yeh to hai nahi. yeh to aap ne bana liya, to banana hai to hum ne chahe jis ko bana lijiye, kisi ko poochein, aap bana lijiye.</w:t>
      </w:r>
    </w:p>
    <w:p>
      <w:pPr>
        <w:jc w:val="right"/>
      </w:pPr>
      <w:r>
        <w:t>کیونکہ حدیث میں یا قرآن میں یا روایت میں یہ تو ہے نہیں۔ یہ تو آپ نے بنا لیا، تو بنانا ہے تو ہم نے چاہے جس کو بنا لیجئے، کسی کو پوچھیں، آپ بنا لیجئے۔</w:t>
      </w:r>
    </w:p>
    <w:p>
      <w:r>
        <w:rPr>
          <w:b/>
        </w:rPr>
        <w:t xml:space="preserve">[1:19:57] </w:t>
      </w:r>
      <w:r>
        <w:t>to yeh ek shana, is ko kehte hain poetic argument. ek hota hai, dekhiye, scientific argument, historical argument, aur ek hota hai poetic argument.</w:t>
      </w:r>
    </w:p>
    <w:p>
      <w:pPr>
        <w:jc w:val="right"/>
      </w:pPr>
      <w:r>
        <w:t>تو یہ ایک شانہ، اس کو کہتے ہیں پوئٹک ارگیومنٹ۔ ایک ہوتا ہے، دیکھیں، سائنٹیفک ارگیومنٹ، ہسٹاریکل ارگیومنٹ، اور ایک ہوتا ہے پوئٹک ارگیومنٹ۔</w:t>
      </w:r>
    </w:p>
    <w:p>
      <w:r>
        <w:rPr>
          <w:b/>
        </w:rPr>
        <w:t xml:space="preserve">[1:20:07] </w:t>
      </w:r>
      <w:r>
        <w:t>yeh poetic argument hai,</w:t>
      </w:r>
    </w:p>
    <w:p>
      <w:pPr>
        <w:jc w:val="right"/>
      </w:pPr>
      <w:r>
        <w:t>یہ پوئٹک ارگیومنٹ ہے،</w:t>
      </w:r>
    </w:p>
    <w:p>
      <w:r>
        <w:rPr>
          <w:b/>
        </w:rPr>
        <w:t xml:space="preserve">[1:20:10] </w:t>
      </w:r>
      <w:r>
        <w:t>to yeh matlab alfaaz mein bol diye aap, lekin mat is ke peeche koi, yaani is ka koi base nahi hai, koi historical base nahi hai.</w:t>
      </w:r>
    </w:p>
    <w:p>
      <w:pPr>
        <w:jc w:val="right"/>
      </w:pPr>
      <w:r>
        <w:t>تو یہ مطلب الفاظ میں بول دیے آپ، لیکن مت اس کے پیچھے کوئی، یعنی اس کا کوئی بیس نہیں ہے، کوئی ہسٹاریکل بیس نہیں ہے۔</w:t>
      </w:r>
    </w:p>
    <w:p>
      <w:r>
        <w:rPr>
          <w:b/>
        </w:rPr>
        <w:t xml:space="preserve">[1:20:21] </w:t>
      </w:r>
      <w:r>
        <w:t>quran mein aisa kuch nahi hai, hadith mein kuch aisa nahi hai. to jab khud hi khud banana ho to jo jo chahe bana lijiye. to yeh hai poetic argument, aur poetic argument kuch nahi hota.</w:t>
      </w:r>
    </w:p>
    <w:p>
      <w:pPr>
        <w:jc w:val="right"/>
      </w:pPr>
      <w:r>
        <w:t>قرآن میں ایسا کچھ نہیں ہے، حدیث میں کچھ ایسا نہیں ہے۔ تو جب خود ہی خود بنانا ہو تو جو جو چاہے بنا لیجئے۔ تو یہ ہے پوئٹک ارگیومنٹ، اور پوئٹک ارگیومنٹ کچھ نہیں ہوتا۔</w:t>
      </w:r>
    </w:p>
    <w:p>
      <w:r>
        <w:rPr>
          <w:b/>
        </w:rPr>
        <w:t xml:space="preserve">[1:20:34] </w:t>
      </w:r>
      <w:r>
        <w:t>in ka doosra argument jo in ko diya gaya tha, woh tha: "how is it possible that the prophet of islam uttered lakes of hadith?" yeh kon si hai?</w:t>
      </w:r>
    </w:p>
    <w:p>
      <w:pPr>
        <w:jc w:val="right"/>
      </w:pPr>
      <w:r>
        <w:t>ان کا دوسرا ارگیومنٹ جو ان کو دیا گیا تھا، وہ تھا: "ہاؤ از اٹ پوسیبل دیٹ دا پرافٹ اف اسلام اٹرڈ لیکس اف حدیث؟" یہ کون سی ہے؟</w:t>
      </w:r>
    </w:p>
    <w:p>
      <w:r>
        <w:rPr>
          <w:b/>
        </w:rPr>
        <w:t xml:space="preserve">[1:20:47] </w:t>
      </w:r>
      <w:r>
        <w:t>kyun nahi hai? possible kya? lakhon hadithien to nahi hain, hadithien to yaani imam musnad aba haul mein to sirf tees hazar hadithien hain, lakhon nahi hain.</w:t>
      </w:r>
    </w:p>
    <w:p>
      <w:pPr>
        <w:jc w:val="right"/>
      </w:pPr>
      <w:r>
        <w:t>کیوں نہیں ہے؟ پاسیبل کیا؟ لاکھوں حدیثیں تو نہیں ہیں، حدیثیں تو یعنی امام مسند ابا حول میں تو صرف تیس ہزار حدیثیں ہیں، لاکھوں نہیں ہیں۔</w:t>
      </w:r>
    </w:p>
    <w:p>
      <w:r>
        <w:rPr>
          <w:b/>
        </w:rPr>
        <w:t xml:space="preserve">[1:20:58] </w:t>
      </w:r>
      <w:r>
        <w:t>to yeh yeh kahan se? yeh to mozuat le kar lakhon banti hain.</w:t>
      </w:r>
    </w:p>
    <w:p>
      <w:pPr>
        <w:jc w:val="right"/>
      </w:pPr>
      <w:r>
        <w:t>تو یہ یہ کہاں سے؟ یہ تو موضوعات لے کر لاکھوں بنتی ہیں۔</w:t>
      </w:r>
    </w:p>
    <w:p>
      <w:r>
        <w:rPr>
          <w:b/>
        </w:rPr>
        <w:t xml:space="preserve">[1:21:02] </w:t>
      </w:r>
      <w:r>
        <w:t>yeh to khud sakhta hai, yeh jis ne kaha hai, khud sakhta baat kahi hai. yeh kon? koi bhi aalim yeh nahi kehta ke lakhon hadithien rasool Allah salallahu alaihi wasallam ki hain, yeh to koi nahi kehta.</w:t>
      </w:r>
    </w:p>
    <w:p>
      <w:pPr>
        <w:jc w:val="right"/>
      </w:pPr>
      <w:r>
        <w:t>یہ تو خود ساختہ ہے، یہ جس نے کہا ہے، خود ساختہ بات کہی ہے۔ یہ کون؟ کوئی بھی عالم یہ نہیں کہتا کہ لاکھوں حدیثیں رسول اللہ صلی اللہ علیہ وسلم کی ہیں، یہ تو کوئی نہیں کہتا۔</w:t>
      </w:r>
    </w:p>
    <w:p>
      <w:r>
        <w:rPr>
          <w:b/>
        </w:rPr>
        <w:t xml:space="preserve">[1:21:11] </w:t>
      </w:r>
      <w:r>
        <w:t>mozuat ke mila ke lakhon banti hain, lekin mozuat ko sab log galat kehte hain. to yeh bhi ek ajeeb o ghareeb si baat hai. koi aalim jo hai, acha aalim aap ko nahi milega, koi jo yeh kahe ke sab lakhon hadithien hain,</w:t>
      </w:r>
    </w:p>
    <w:p>
      <w:pPr>
        <w:jc w:val="right"/>
      </w:pPr>
      <w:r>
        <w:t>موضوعات کے ملا کے لاکھوں بنتی ہیں، لیکن موضوعات کو سب لوگ غلط کہتے ہیں۔ تو یہ بھی ایک عجیب و غریب سی بات ہے۔ کوئی عالم جو ہے، اچھا عالم آپ کو نہیں ملے گا، کوئی جو یہ کہے کہ سب لاکھوں حدیثیں ہیں،</w:t>
      </w:r>
    </w:p>
    <w:p>
      <w:r>
        <w:rPr>
          <w:b/>
        </w:rPr>
        <w:t xml:space="preserve">[1:21:28] </w:t>
      </w:r>
      <w:r>
        <w:t>yeh to koi nahi kehta.</w:t>
      </w:r>
    </w:p>
    <w:p>
      <w:pPr>
        <w:jc w:val="right"/>
      </w:pPr>
      <w:r>
        <w:t>یہ تو کوئی نہیں کہتا۔</w:t>
      </w:r>
    </w:p>
    <w:p>
      <w:r>
        <w:rPr>
          <w:b/>
        </w:rPr>
        <w:t xml:space="preserve">[1:21:30] </w:t>
      </w:r>
      <w:r>
        <w:t>bohat se, bohat, bohat se, bohat hadithien agar hain to pachas hazar hain, aur ek lakh bhi nahi hai hadithien. woh to mozuat hain, sab mozuat to is ki to koi had hi nahi hai.</w:t>
      </w:r>
    </w:p>
    <w:p>
      <w:pPr>
        <w:jc w:val="right"/>
      </w:pPr>
      <w:r>
        <w:t>بہت سے، بہت، بہت سے، بہت حدیثیں اگر ہیں تو پچاس ہزار ہیں، اور ایک لاکھ بھی نہیں ہے حدیثیں۔ وہ تو موضوعات ہیں، سب موضوعات تو اس کی تو کوئی حد ہی نہیں ہے۔</w:t>
      </w:r>
    </w:p>
    <w:p>
      <w:r>
        <w:rPr>
          <w:b/>
        </w:rPr>
        <w:t xml:space="preserve">[1:21:41] </w:t>
      </w:r>
      <w:r>
        <w:t>aaj bhi jo chahe ghad lijiye aap. maulana abdul basit umri ne doha, qatar se likha hai: "quran mein jahan bhi jahannum ki holnakiyon ka zikr hai,</w:t>
      </w:r>
    </w:p>
    <w:p>
      <w:pPr>
        <w:jc w:val="right"/>
      </w:pPr>
      <w:r>
        <w:t>آج بھی جو چاہے گھڑ لیجئے آپ۔ مولانا عبدالباسط عمری نے دوحہ، قطر سے لکھا ہے: "قرآن میں جہاں بھی جہنم کی ہولناکیوں کا ذکر ہے،</w:t>
      </w:r>
    </w:p>
    <w:p>
      <w:r>
        <w:rPr>
          <w:b/>
        </w:rPr>
        <w:t xml:space="preserve">[1:21:55] </w:t>
      </w:r>
      <w:r>
        <w:t>wahan kufr ya kuzb ke alfaaz aaye hain,</w:t>
      </w:r>
    </w:p>
    <w:p>
      <w:pPr>
        <w:jc w:val="right"/>
      </w:pPr>
      <w:r>
        <w:t>وہاں کفر یا کذب کے الفاظ آئے ہیں،</w:t>
      </w:r>
    </w:p>
    <w:p>
      <w:r>
        <w:rPr>
          <w:b/>
        </w:rPr>
        <w:t xml:space="preserve">[1:22:00] </w:t>
      </w:r>
      <w:r>
        <w:t>magar rasool aur ashaab rasool sachay musalman honay ke baad bhi jab in ayaton se guzarte thay to rote thay, halankay islam ko accept karnay se pehle sab gunah maaf hotay hain." is ki wazahat karen.</w:t>
      </w:r>
    </w:p>
    <w:p>
      <w:pPr>
        <w:jc w:val="right"/>
      </w:pPr>
      <w:r>
        <w:t>مگر رسول اور اصحاب رسول سچے مسلمان ہونے کے بعد بھی جب ان آیتوں سے گزرتے تھے تو روتے تھے، حالانکہ اسلام کو ایکسیپٹ کرنے سے پہلے سب گناہ معاف ہوتے ہیں۔" اس کی وضاحت کریں۔</w:t>
      </w:r>
    </w:p>
    <w:p>
      <w:r>
        <w:rPr>
          <w:b/>
        </w:rPr>
        <w:t xml:space="preserve">[1:22:21] </w:t>
      </w:r>
      <w:r>
        <w:t>dekhiye,</w:t>
      </w:r>
    </w:p>
    <w:p>
      <w:pPr>
        <w:jc w:val="right"/>
      </w:pPr>
      <w:r>
        <w:t>دیکھیے،</w:t>
      </w:r>
    </w:p>
    <w:p>
      <w:r>
        <w:rPr>
          <w:b/>
        </w:rPr>
        <w:t xml:space="preserve">[1:22:25] </w:t>
      </w:r>
      <w:r>
        <w:t>aaqirat ka mamla jo hai, is ke baray mein quran mein hai ke: "wal amru yawma idhin lillah". yeh sara mamla Allah ke hath mein hai.</w:t>
      </w:r>
    </w:p>
    <w:p>
      <w:pPr>
        <w:jc w:val="right"/>
      </w:pPr>
      <w:r>
        <w:t>آخرت کا معاملہ جو ہے، اس کے بارے میں قرآن میں ہے کہ: "والامر یومعد للہ"۔ یہ سارا معاملہ اللہ کے ہاتھ میں ہے۔</w:t>
      </w:r>
    </w:p>
    <w:p>
      <w:r>
        <w:rPr>
          <w:b/>
        </w:rPr>
        <w:t xml:space="preserve">[1:22:39] </w:t>
      </w:r>
      <w:r>
        <w:t>hamaray haan ek sahib thay, ek buzurg, adam garh mein, un ka naam tha abdul hakim ansari.</w:t>
      </w:r>
    </w:p>
    <w:p>
      <w:pPr>
        <w:jc w:val="right"/>
      </w:pPr>
      <w:r>
        <w:t>ہمارے ہاں ایک صاحب تھے، ایک بزرگ، آدم گڑھ میں، ان کا نام تھا عبدالحکیم انصاری۔</w:t>
      </w:r>
    </w:p>
    <w:p>
      <w:r>
        <w:rPr>
          <w:b/>
        </w:rPr>
        <w:t xml:space="preserve">[1:22:49] </w:t>
      </w:r>
      <w:r>
        <w:t>to ek bar to unhon ne taqreer ki, yeh us waqt ki baat hai jab ke sau rupay bohat bari cheez hua karti thi, yaani ab se samjhen pachas saal pehle ki baat hai.</w:t>
      </w:r>
    </w:p>
    <w:p>
      <w:pPr>
        <w:jc w:val="right"/>
      </w:pPr>
      <w:r>
        <w:t>تو ایک بار تو انہوں نے تقریر کی، یہ اس وقت کی بات ہے جب کہ سو روپے بہت بڑی چیز ہوا کرتی تھی، یعنی اب سے سمجھیں پچاس سال پہلے کی بات ہے۔</w:t>
      </w:r>
    </w:p>
    <w:p>
      <w:r>
        <w:rPr>
          <w:b/>
        </w:rPr>
        <w:t xml:space="preserve">[1:23:02] </w:t>
      </w:r>
      <w:r>
        <w:t>to sau rupay us zamanay mein bohat bari cheez hoti thi. to unhon ne ek taqreer mein kaha ke: "tumhari jeb mein sau rupay ka note hai, aur tum jatay ho bazaar mein khareednay ke liye,</w:t>
      </w:r>
    </w:p>
    <w:p>
      <w:pPr>
        <w:jc w:val="right"/>
      </w:pPr>
      <w:r>
        <w:t>تو سو روپے اس زمانے میں بہت بڑی چیز ہوتی تھی۔ تو انہوں نے ایک تقریر میں کہا کہ: "تمہاری جیب میں سو روپے کا نوٹ ہے، اور تم جاتے ہو بازار میں خریدنے کے لیے،</w:t>
      </w:r>
    </w:p>
    <w:p>
      <w:r>
        <w:rPr>
          <w:b/>
        </w:rPr>
        <w:t xml:space="preserve">[1:23:13] </w:t>
      </w:r>
      <w:r>
        <w:t>aur tum ne dukhandar ko diya, us ko dekh ke us ne kaha ke yeh to jaali note hai, to kya value hai is ki?" achaanak value khatam.</w:t>
      </w:r>
    </w:p>
    <w:p>
      <w:pPr>
        <w:jc w:val="right"/>
      </w:pPr>
      <w:r>
        <w:t>اور تم نے دکاندار کو دیا، اس کو دیکھ کے اس نے کہا کہ یہ تو جعلی نوٹ ہے، تو کیا ویلیو ہے اس کی؟" اچانک ویلیو ختم۔</w:t>
      </w:r>
    </w:p>
    <w:p>
      <w:r>
        <w:rPr>
          <w:b/>
        </w:rPr>
        <w:t xml:space="preserve">[1:23:24] </w:t>
      </w:r>
      <w:r>
        <w:t>aisay hi kehtay thay ke: "aisay hum jis ko amal samajhtay hain, imaan samajhtay hain, tab woh amal hai, imaan hai, jab Allah taala is ki tasdeeq kar de." is se pehle kya hai?</w:t>
      </w:r>
    </w:p>
    <w:p>
      <w:pPr>
        <w:jc w:val="right"/>
      </w:pPr>
      <w:r>
        <w:t>ایسے ہی کہتے تھے کہ: "ایسے ہم جس کو عمل سمجھتے ہیں، ایمان سمجھتے ہیں، تب وہ عمل ہے، ایمان ہے، جب اللہ تعالی اس کی تصدیق کر دے۔" اس سے پہلے کیا ہے؟</w:t>
      </w:r>
    </w:p>
    <w:p>
      <w:r>
        <w:rPr>
          <w:b/>
        </w:rPr>
        <w:t xml:space="preserve">[1:23:37] </w:t>
      </w:r>
      <w:r>
        <w:t>is se pehle to yeh mamla jo hai,</w:t>
      </w:r>
    </w:p>
    <w:p>
      <w:pPr>
        <w:jc w:val="right"/>
      </w:pPr>
      <w:r>
        <w:t>اس سے پہلے تو یہ معاملہ جو ہے،</w:t>
      </w:r>
    </w:p>
    <w:p>
      <w:r>
        <w:rPr>
          <w:b/>
        </w:rPr>
        <w:t xml:space="preserve">[1:23:43] </w:t>
      </w:r>
      <w:r>
        <w:t>to sahaba karam ya koi bhi shakhs jo Allah ki azmat ko samajhta ho aur yeh janta ho ke Allah taala wahid yaani judge honge aaqirat ki adalat ke,</w:t>
      </w:r>
    </w:p>
    <w:p>
      <w:pPr>
        <w:jc w:val="right"/>
      </w:pPr>
      <w:r>
        <w:t>تو صحابہ کرام یا کوئی بھی شخص جو اللہ کی عظمت کو سمجھتا ہو اور یہ جانتا ہو کہ اللہ تعالی واحد یعنی جج ہوں گے آخرت کی عدالت کے،</w:t>
      </w:r>
    </w:p>
    <w:p>
      <w:r>
        <w:rPr>
          <w:b/>
        </w:rPr>
        <w:t xml:space="preserve">[1:23:58] </w:t>
      </w:r>
      <w:r>
        <w:t>to woh agar keh de ke: "tumhara imaan imaan nahi", to achaanak wahi hoga mamla ke keh dukhandar ne keh ke keh diya: "tumhara note to yeh to jaali note hai".</w:t>
      </w:r>
    </w:p>
    <w:p>
      <w:pPr>
        <w:jc w:val="right"/>
      </w:pPr>
      <w:r>
        <w:t>تو وہ اگر کہہ دے کہ: "تمہارا ایمان ایمان نہیں"، تو اچانک وہی ہوگا معاملہ کہ کہ دکاندار نے کہہ کے کہہ دیا: "تمہارا نوٹ تو یہ تو جعلی نوٹ ہے"۔</w:t>
      </w:r>
    </w:p>
    <w:p>
      <w:r>
        <w:rPr>
          <w:b/>
        </w:rPr>
        <w:t xml:space="preserve">[1:24:11] </w:t>
      </w:r>
      <w:r>
        <w:t>to koi bhi shakhs jo Allah ki azmat ko samajhta ho, woh hamesha hamesha larza aur tarsa rahega. woh samjhe ke: "mera mein ne imaan qabool kiya hai", lekin Allah taala jab tasdeeq kar de, tab to imaan hai.</w:t>
      </w:r>
    </w:p>
    <w:p>
      <w:pPr>
        <w:jc w:val="right"/>
      </w:pPr>
      <w:r>
        <w:t>تو کوئی بھی شخص جو اللہ کی عظمت کو سمجھتا ہو، وہ ہمیشہ ہمیشہ لرزہ اور ترسا رہے گا۔ وہ سمجھے کہ: "میرا میں نے ایمان قبول کیا ہے"، لیکن اللہ تعالی جب تصدیق کر دے، تب تو ایمان ہے۔</w:t>
      </w:r>
    </w:p>
    <w:p>
      <w:r>
        <w:rPr>
          <w:b/>
        </w:rPr>
        <w:t xml:space="preserve">[1:24:23] </w:t>
      </w:r>
      <w:r>
        <w:t>woh abhi woh tasdeeq baqi hai,</w:t>
      </w:r>
    </w:p>
    <w:p>
      <w:pPr>
        <w:jc w:val="right"/>
      </w:pPr>
      <w:r>
        <w:t>وہ ابھی وہ تصدیق باقی ہے،</w:t>
      </w:r>
    </w:p>
    <w:p>
      <w:r>
        <w:rPr>
          <w:b/>
        </w:rPr>
        <w:t xml:space="preserve">[1:24:28] </w:t>
      </w:r>
      <w:r>
        <w:t>wo tasdeeq baqi hai. abhi</w:t>
      </w:r>
    </w:p>
    <w:p>
      <w:pPr>
        <w:jc w:val="right"/>
      </w:pPr>
      <w:r>
        <w:t>وہ تصدیق باقی ہے۔ ابھی</w:t>
      </w:r>
    </w:p>
    <w:p>
      <w:r>
        <w:rPr>
          <w:b/>
        </w:rPr>
        <w:t xml:space="preserve">[1:24:32] </w:t>
      </w:r>
      <w:r>
        <w:t>to maine imaan qabool kiya, maine namaz padhi, maine hajj kiya, sab kuch kiya maine, lekin in amal bin niyat aur niyat ka faisla Allah ke haath mein hai.</w:t>
      </w:r>
    </w:p>
    <w:p>
      <w:pPr>
        <w:jc w:val="right"/>
      </w:pPr>
      <w:r>
        <w:t>تو میں نے ایمان قبول کیا، میں نے نماز پڑھی، میں نے حج کیا، سب کچھ کیا میں نے، لیکن ان عمل بالنیت اور نیت کا فیصلہ اللہ کے ہاتھ میں ہے۔</w:t>
      </w:r>
    </w:p>
    <w:p>
      <w:r>
        <w:rPr>
          <w:b/>
        </w:rPr>
        <w:t xml:space="preserve">[1:24:44] </w:t>
      </w:r>
      <w:r>
        <w:t>to aakhri faisla Allah ke haath mein hai. is wajah se aadmi jo hai, momin, sachcha momin, hamesha larzah aur tarsa rehta hai ke: "kya amal mein Allah taala mere bare mein kya faisla farmaye?"</w:t>
      </w:r>
    </w:p>
    <w:p>
      <w:pPr>
        <w:jc w:val="right"/>
      </w:pPr>
      <w:r>
        <w:t>تو آخری فیصلہ اللہ کے ہاتھ میں ہے۔ اس وجہ سے آدمی جو ہے، مومن، سچا مومن، ہمیشہ لرزہ اور ترسا رہتا ہے کہ: "کیا عمل میں اللہ تعالی میرے بارے میں کیا فیصلہ فرمائے؟"</w:t>
      </w:r>
    </w:p>
    <w:p>
      <w:r>
        <w:rPr>
          <w:b/>
        </w:rPr>
        <w:t xml:space="preserve">[1:24:56] </w:t>
      </w:r>
      <w:r>
        <w:t>yeh to imaan ki, sachche imaan ki yaani sachche momin ka mizaj hai, aur yahi mizaj pehle bhi tha, aaj bhi yahi mizaj hona chahiye.</w:t>
      </w:r>
    </w:p>
    <w:p>
      <w:pPr>
        <w:jc w:val="right"/>
      </w:pPr>
      <w:r>
        <w:t>یہ تو ایمان کی، سچے ایمان کی یعنی سچے مومن کا مزاج ہے، اور یہی مزاج پہلے بھی تھا، آج بھی یہی مزاج ہونا چاہیے۔</w:t>
      </w:r>
    </w:p>
    <w:p>
      <w:r>
        <w:rPr>
          <w:b/>
        </w:rPr>
        <w:t xml:space="preserve">[1:25:10] </w:t>
      </w:r>
      <w:r>
        <w:t>hamara koi bhi amal chahe, kitna hi bada ho, bazahir woh amal jab hai jab Allah taala ailaan kar de ke: "haan, yeh amal tha tumhara", aur Allah taala ne qabool na ho,</w:t>
      </w:r>
    </w:p>
    <w:p>
      <w:pPr>
        <w:jc w:val="right"/>
      </w:pPr>
      <w:r>
        <w:t>ہمارا کوئی بھی عمل چاہے، کتنا ہی بڑا ہو، بظاہر وہ عمل جب ہے جب اللہ تعالی اعلان کر دے کہ: "ہاں، یہ عمل تھا تمہارا"، اور اللہ تعالی نے قبول نہ ہو،</w:t>
      </w:r>
    </w:p>
    <w:p>
      <w:r>
        <w:rPr>
          <w:b/>
        </w:rPr>
        <w:t xml:space="preserve">[1:25:24] </w:t>
      </w:r>
      <w:r>
        <w:t>ise keh diya jaye ke: "tumhari niyat durust nahi thi, tumhara ikhlas nahi tha", to achaanak sab khatam mamla. to kaun jaanta hai Allah ke siwa?</w:t>
      </w:r>
    </w:p>
    <w:p>
      <w:pPr>
        <w:jc w:val="right"/>
      </w:pPr>
      <w:r>
        <w:t>اسے کہہ دیا جائے کہ: "تہاڈی نیت درست نہیں تھی، تمہارا اخلاص نہیں تھا"، تو اچانک سب ختم معاملہ۔ تو کون جانتا ہے اللہ کے سوا؟</w:t>
      </w:r>
    </w:p>
    <w:p>
      <w:r>
        <w:rPr>
          <w:b/>
        </w:rPr>
        <w:t xml:space="preserve">[1:25:36] </w:t>
      </w:r>
      <w:r>
        <w:t>is wajah se woh sahaba karam jo larzah aur tarsa rehte thay.</w:t>
      </w:r>
    </w:p>
    <w:p>
      <w:pPr>
        <w:jc w:val="right"/>
      </w:pPr>
      <w:r>
        <w:t>اس وجہ سے وہ صحابہ کرام جو لرزہ اور ترسا رہتے تھے۔</w:t>
      </w:r>
    </w:p>
    <w:p>
      <w:r>
        <w:rPr>
          <w:b/>
        </w:rPr>
        <w:t xml:space="preserve">[1:25:42] </w:t>
      </w:r>
      <w:r>
        <w:t>Mr Shakeel ur Rehman ne New Delhi se likha hai:</w:t>
      </w:r>
    </w:p>
    <w:p>
      <w:pPr>
        <w:jc w:val="right"/>
      </w:pPr>
      <w:r>
        <w:t>مسٹر شکیل الرحمن نے نئی دلی سے لکھا ہے:</w:t>
      </w:r>
    </w:p>
    <w:p>
      <w:r>
        <w:rPr>
          <w:b/>
        </w:rPr>
        <w:t xml:space="preserve">[1:25:47] </w:t>
      </w:r>
      <w:r>
        <w:t>"Muslims believe that God instructed Adam to build the Kaaba directly beneath His throne in the heavens".</w:t>
      </w:r>
    </w:p>
    <w:p>
      <w:pPr>
        <w:jc w:val="right"/>
      </w:pPr>
      <w:r>
        <w:t>"مسلمز بیلیو دیٹ گاڈ انسٹرکٹڈ ایڈم ٹو بلڈ دا کعبہ ڈائریکٹلی بنیت ہز تھرون ان دا ہیونز"۔</w:t>
      </w:r>
    </w:p>
    <w:p>
      <w:r>
        <w:rPr>
          <w:b/>
        </w:rPr>
        <w:t xml:space="preserve">[1:25:56] </w:t>
      </w:r>
      <w:r>
        <w:t>kya kiya? phir se padhiye: "Muslims believe that God instructed Adam to build the Kaaba directly beneath His throne in the heaven".</w:t>
      </w:r>
    </w:p>
    <w:p>
      <w:pPr>
        <w:jc w:val="right"/>
      </w:pPr>
      <w:r>
        <w:t>کیا کیا؟ پھر سے پڑھیے: "مسلمز بیلیو دیٹ گاڈ انسٹرکٹڈ ایڈم ٹو بلڈ دا کعبہ ڈائریکٹلی بنیت ہز تھرون ان دا ہیون"۔</w:t>
      </w:r>
    </w:p>
    <w:p>
      <w:r>
        <w:rPr>
          <w:b/>
        </w:rPr>
        <w:t xml:space="preserve">[1:26:07] </w:t>
      </w:r>
      <w:r>
        <w:t>Adam became the first to perform circumambulation around the House of God,</w:t>
      </w:r>
    </w:p>
    <w:p>
      <w:pPr>
        <w:jc w:val="right"/>
      </w:pPr>
      <w:r>
        <w:t>ایڈم بیکم دا فرسٹ ٹو پرفارم سرکم ایمبولیشن اراؤنڈ دا ہاؤس اف گاڈ،</w:t>
      </w:r>
    </w:p>
    <w:p>
      <w:r>
        <w:rPr>
          <w:b/>
        </w:rPr>
        <w:t xml:space="preserve">[1:26:14] </w:t>
      </w:r>
      <w:r>
        <w:t>then called Bait al-Ma'mur. The Kaaba remained in Mecca till it was raised to the celestial world during Noah's flood.</w:t>
      </w:r>
    </w:p>
    <w:p>
      <w:pPr>
        <w:jc w:val="right"/>
      </w:pPr>
      <w:r>
        <w:t>دین کالڈ بیت المعمور۔ دا کعبہ ریمینڈ ان مکہ ٹل اٹ واز ریز ٹو دا سیلیسٹیئل ورلڈ ڈیورنگ نوحہ فلڈ۔</w:t>
      </w:r>
    </w:p>
    <w:p>
      <w:r>
        <w:rPr>
          <w:b/>
        </w:rPr>
        <w:t xml:space="preserve">[1:26:25] </w:t>
      </w:r>
      <w:r>
        <w:t>then called, then God called up Abraham to rebuild the Kaaba and establish the Hajj rites. Later, when Mecca fell to paganism, Prophet Muhammad re-established Hajj rites after cleansing the Kaaba of idols.</w:t>
      </w:r>
    </w:p>
    <w:p>
      <w:pPr>
        <w:jc w:val="right"/>
      </w:pPr>
      <w:r>
        <w:t>دین کالڈ، دین گاڈ کالڈ اپ ابراہم ٹو ری بلڈ دا کعبہ اینڈ اسٹیبلش دا حج رائٹس۔ لیٹر، وین مکہ فیل ٹو پیگنزم، پرافٹ محمد ری اسٹیبلش حج رائٹس افٹر کلینزنگ دا کعبہ اف ائڈلز۔</w:t>
      </w:r>
    </w:p>
    <w:p>
      <w:r>
        <w:rPr>
          <w:b/>
        </w:rPr>
        <w:t xml:space="preserve">[1:26:43] </w:t>
      </w:r>
      <w:r>
        <w:t>Maulana sahib, please comment on this statement about Kaaba. dekhiye, yeh sab bilkul baseless baatein hain, kahaniyan hain. is mein na Quran se sabit hai na Hadees se sabit hai.</w:t>
      </w:r>
    </w:p>
    <w:p>
      <w:pPr>
        <w:jc w:val="right"/>
      </w:pPr>
      <w:r>
        <w:t>مولانا صاحب، پلیز کمنٹ ان دس سٹیٹمنٹ اباؤٹ کعبہ۔ دیکھیں، یہ سب بالکل بیسلیس باتیں ہیں، کہانیاں ہیں۔ اس میں نہ قرآن سے ثابت ہے نہ حدیث سے ثابت ہے۔</w:t>
      </w:r>
    </w:p>
    <w:p>
      <w:r>
        <w:rPr>
          <w:b/>
        </w:rPr>
        <w:t xml:space="preserve">[1:26:55] </w:t>
      </w:r>
      <w:r>
        <w:t>aisi bahut sari kahaniyan bana rakhi hain logon ne. yeh story tellers ke qisse kahaniyan hain.</w:t>
      </w:r>
    </w:p>
    <w:p>
      <w:pPr>
        <w:jc w:val="right"/>
      </w:pPr>
      <w:r>
        <w:t>ایسی بہت ساری کہانیاں بنا رکھی ہیں لوگوں نے۔ یہ سٹوری ٹیلرز کے قصے کہانیاں ہیں۔</w:t>
      </w:r>
    </w:p>
    <w:p>
      <w:r>
        <w:rPr>
          <w:b/>
        </w:rPr>
        <w:t xml:space="preserve">[1:27:01] </w:t>
      </w:r>
      <w:r>
        <w:t>isi par maine arz kiya tha ke jab printing press nahi tha, sari duniya mein ek phenomenon hua karta tha jisko Arabic mein kehte thay "qassas", Persian mein kehte thay "qissa go", English mein kehte thay "story teller".</w:t>
      </w:r>
    </w:p>
    <w:p>
      <w:pPr>
        <w:jc w:val="right"/>
      </w:pPr>
      <w:r>
        <w:t>اسی پر میں نے عرض کیا تھا کہ جب پرنٹنگ پریس نہیں تھا، ساری دنیا میں ایک فیناومینا ہوا کرتا تھا جس کو عربی میں کہتے تھے "قصاص"، فارسی میں کہتے تھے "قصہ گو"، انگریزی میں کہتے تھے "سٹوری ٹیلر"۔</w:t>
      </w:r>
    </w:p>
    <w:p>
      <w:r>
        <w:rPr>
          <w:b/>
        </w:rPr>
        <w:t xml:space="preserve">[1:27:18] </w:t>
      </w:r>
      <w:r>
        <w:t>to woh baithe baithe kahaniyan banaya karte thay.</w:t>
      </w:r>
    </w:p>
    <w:p>
      <w:pPr>
        <w:jc w:val="right"/>
      </w:pPr>
      <w:r>
        <w:t>تو وہ بیٹھے بیٹھے کہانیاں بنایا کرتے تھے۔</w:t>
      </w:r>
    </w:p>
    <w:p>
      <w:r>
        <w:rPr>
          <w:b/>
        </w:rPr>
        <w:t xml:space="preserve">[1:27:22] </w:t>
      </w:r>
      <w:r>
        <w:t>to yeh kahaniyan wahan banayi gayi jo jinki zuban Arabic thi, warna yeh sab bilkul koi iski haqeeqat nahi hai, koi sabit nahi hai.</w:t>
      </w:r>
    </w:p>
    <w:p>
      <w:pPr>
        <w:jc w:val="right"/>
      </w:pPr>
      <w:r>
        <w:t>تو یہ کہانیاں وہاں بنائی گئیں جو جن کی زبان عربی تھی، ورنہ یہ سب بالکل کوئی اس کی حقیقت نہیں ہے، کوئی ثابت نہیں ہے۔</w:t>
      </w:r>
    </w:p>
    <w:p>
      <w:r>
        <w:rPr>
          <w:b/>
        </w:rPr>
        <w:t xml:space="preserve">[1:27:31] </w:t>
      </w:r>
      <w:r>
        <w:t>yeh sab cheezein maine apne bachpan mein ek ek story teller ko dekha hai apne gaon mein. bachpan jab chhota tha, main yeh aap se bahut pehle ki baat hai.</w:t>
      </w:r>
    </w:p>
    <w:p>
      <w:pPr>
        <w:jc w:val="right"/>
      </w:pPr>
      <w:r>
        <w:t>یہ سب چیزیں میں نے اپنے بچپن میں ایک ایک سٹوری ٹیلر کو دیکھا ہے اپنے گاؤں میں۔ بچپن جب چھوٹا تھا، میں یہ آپ سے بہت پہلے کی بات ہے۔</w:t>
      </w:r>
    </w:p>
    <w:p>
      <w:r>
        <w:rPr>
          <w:b/>
        </w:rPr>
        <w:t xml:space="preserve">[1:27:44] </w:t>
      </w:r>
      <w:r>
        <w:t>to unka naam tha Guru.</w:t>
      </w:r>
    </w:p>
    <w:p>
      <w:pPr>
        <w:jc w:val="right"/>
      </w:pPr>
      <w:r>
        <w:t>تو ان کا نام تھا گرو۔</w:t>
      </w:r>
    </w:p>
    <w:p>
      <w:r>
        <w:rPr>
          <w:b/>
        </w:rPr>
        <w:t xml:space="preserve">[1:27:47] </w:t>
      </w:r>
      <w:r>
        <w:t>unka dimagh jo tha itna fertile tha ke ek ke baad ek ke baad kahaniyan banaya karte thay, aur hum log sunte thay baithe hue, aur sab bilkul mashhoor rehte thay.</w:t>
      </w:r>
    </w:p>
    <w:p>
      <w:pPr>
        <w:jc w:val="right"/>
      </w:pPr>
      <w:r>
        <w:t>ان کا دماغ جو تھا اتنا فرٹائل تھا کہ ایک کے بعد ایک کے بعد کہانیاں بنایا کرتے تھے، اور ہم لوگ سنتے تھے بیٹھے ہوئے، اور سب بالکل مشہور رہتے تھے۔</w:t>
      </w:r>
    </w:p>
    <w:p>
      <w:r>
        <w:rPr>
          <w:b/>
        </w:rPr>
        <w:t xml:space="preserve">[1:27:57] </w:t>
      </w:r>
      <w:r>
        <w:t>is mein kahan se unke dimagh mein kahaniyan aati rehti theen. aise hi wahan par Baghdad wagera mein paida hue aise log, kahaniyan banayi unhone.</w:t>
      </w:r>
    </w:p>
    <w:p>
      <w:pPr>
        <w:jc w:val="right"/>
      </w:pPr>
      <w:r>
        <w:t>اس میں کہاں سے ان کے دماغ میں کہانیاں آتی رہتی تھیں۔ ایسے ہی وہاں پر بغداد وغیرہ میں پیدا ہوئے ایسے لوگ، کہانیاں بنائیں انہوں نے۔</w:t>
      </w:r>
    </w:p>
    <w:p>
      <w:r>
        <w:rPr>
          <w:b/>
        </w:rPr>
        <w:t xml:space="preserve">[1:28:07] </w:t>
      </w:r>
      <w:r>
        <w:t>wo Arabic mein bolte thay to log samajhte hain ke Hadees hai, Hadees hargiz nahi hai.</w:t>
      </w:r>
    </w:p>
    <w:p>
      <w:pPr>
        <w:jc w:val="right"/>
      </w:pPr>
      <w:r>
        <w:t>وہ عربی میں بولتے تھے تو لوگ سمجھتے ہیں کہ حدیث ہے، حدیث ہرگز نہیں ہے۔</w:t>
      </w:r>
    </w:p>
    <w:p>
      <w:r>
        <w:rPr>
          <w:b/>
        </w:rPr>
        <w:t xml:space="preserve">[1:28:13] </w:t>
      </w:r>
      <w:r>
        <w:t>aap is ko agar samajhna chahte hain to to aap un un muhaddiseen ko padhiye jo jinhone is ka tajziya kiya hai. misaal ke taur par Ibn Jawzi ya pehle zamane mein ya Nasiruddin Albani maujooda zamane mein.</w:t>
      </w:r>
    </w:p>
    <w:p>
      <w:pPr>
        <w:jc w:val="right"/>
      </w:pPr>
      <w:r>
        <w:t>آپ اس کو اگر سمجھنا چاہتے ہیں تو تو آپ ان ان محدثین کو پڑھیے جو جنہوں نے اس کا تجزیہ کیا ہے۔ مثال کے طور پر ابن جوزی یا پہلے زمانے میں یا ناصر الدین البانی موجودہ زمانے میں۔</w:t>
      </w:r>
    </w:p>
    <w:p>
      <w:r>
        <w:rPr>
          <w:b/>
        </w:rPr>
        <w:t xml:space="preserve">[1:28:27] </w:t>
      </w:r>
      <w:r>
        <w:t>in baaton ko muhaddiseen ne bilkul yaani radd kar diya hai.</w:t>
      </w:r>
    </w:p>
    <w:p>
      <w:pPr>
        <w:jc w:val="right"/>
      </w:pPr>
      <w:r>
        <w:t>ان باتوں کو محدثین نے بالکل یعنی رد کر دیا ہے۔</w:t>
      </w:r>
    </w:p>
    <w:p>
      <w:r>
        <w:rPr>
          <w:b/>
        </w:rPr>
        <w:t xml:space="preserve">[1:28:34] </w:t>
      </w:r>
      <w:r>
        <w:t>maulana, un ka aik aur sawal hai. unhon ne likha hai: "ho iz elder son of prophet ibrahim?" ishaq aur ismail.</w:t>
      </w:r>
    </w:p>
    <w:p>
      <w:pPr>
        <w:jc w:val="right"/>
      </w:pPr>
      <w:r>
        <w:t>مولانا، ان کا ایک اور سوال ہے۔ انہوں نے لکھا ہے: "ہو از ایلڈر سن اف پرافٹ ابراہیم؟" اسحاق اور اسماعیل۔</w:t>
      </w:r>
    </w:p>
    <w:p>
      <w:r>
        <w:rPr>
          <w:b/>
        </w:rPr>
        <w:t xml:space="preserve">[1:28:44] </w:t>
      </w:r>
      <w:r>
        <w:t>jews believe that ibrahim sacrificed sacrificed ishaq. kindly clarify this. haan, baray betay to hazrat ishaq thay, hazrat ibrahim ke ismail chotay betay thay.</w:t>
      </w:r>
    </w:p>
    <w:p>
      <w:pPr>
        <w:jc w:val="right"/>
      </w:pPr>
      <w:r>
        <w:t>جیوز بیلیو دیٹ ابراہیم سیکریفائیڈ سیکریفائسڈ اسحاق۔ کائنڈلی کلیریفائی دس۔ ہاں، بڑے بیٹے تو حضرت اسحاق تھے، حضرت ابراہیم کے اسماعیل چھوٹے بیٹے تھے۔</w:t>
      </w:r>
    </w:p>
    <w:p>
      <w:r>
        <w:rPr>
          <w:b/>
        </w:rPr>
        <w:t xml:space="preserve">[1:28:58] </w:t>
      </w:r>
      <w:r>
        <w:t>yahoodi log aisa mante hain ke hazrat ishaq jo hain wahi zabeeh hain, aur lekin hum log jo hain hazrat ismail ko zabeeh mante hain.</w:t>
      </w:r>
    </w:p>
    <w:p>
      <w:pPr>
        <w:jc w:val="right"/>
      </w:pPr>
      <w:r>
        <w:t>یہودی لوگ ایسا مانتے ہیں کہ حضرت اسحاق جو ہیں وہی ذبیح ہیں، اور لیکن ہم لوگ جو ہیں حضرت اسماعیل کو ذبیح مانتے ہیں۔</w:t>
      </w:r>
    </w:p>
    <w:p>
      <w:r>
        <w:rPr>
          <w:b/>
        </w:rPr>
        <w:t xml:space="preserve">[1:29:09] </w:t>
      </w:r>
      <w:r>
        <w:t>sirf aik aalim imam razi jo thay woh hazrat ishaq ko mante thay zabeeh, lekin woh sahih nahi hai. is par aik bohat achi kitab hai maulana hameeduddin farahi ki, woh "al-rais sahih he human ho zabeeh".</w:t>
      </w:r>
    </w:p>
    <w:p>
      <w:pPr>
        <w:jc w:val="right"/>
      </w:pPr>
      <w:r>
        <w:t>صرف ایک عالم امام رازی جو تھے وہ حضرت اسحاق کو مانتے تھے ذبیح، لیکن وہ صحیح نہیں ہے۔ اس پر ایک بہت اچھی کتاب ہے مولانا حمید الدین فرائی کی، وہ "الرائس صحیف ہیومن ہو ذبیح"۔</w:t>
      </w:r>
    </w:p>
    <w:p>
      <w:r>
        <w:rPr>
          <w:b/>
        </w:rPr>
        <w:t xml:space="preserve">[1:29:22] </w:t>
      </w:r>
      <w:r>
        <w:t>koi kisi ko tafseel chahiye to us ko parh le. woh</w:t>
      </w:r>
    </w:p>
    <w:p>
      <w:pPr>
        <w:jc w:val="right"/>
      </w:pPr>
      <w:r>
        <w:t>کوئی کسی کو تفصیل چاہیے تو اس کو پڑھ لے۔ وہ</w:t>
      </w:r>
    </w:p>
    <w:p>
      <w:r>
        <w:rPr>
          <w:b/>
        </w:rPr>
        <w:t xml:space="preserve">[1:29:28] </w:t>
      </w:r>
      <w:r>
        <w:t>doctor muslima siddiqui ne nai dilli se sawal kiya hai. unhon ne likha hai: "paighambar-e-islam muhammad sallallahu alaihi wasallam ne kaha tha ke yahood 72 firqon mein bat gaye,</w:t>
      </w:r>
    </w:p>
    <w:p>
      <w:pPr>
        <w:jc w:val="right"/>
      </w:pPr>
      <w:r>
        <w:t>ڈاکٹر مسلمہ صدیقی نے نئی دلی سے سوال کیا ہے۔ انہوں نے لکھا ہے: "پیغمبر اسلام محمد صلی اللہ علیہ وسلم نے کہا تھا کہ یہود 72 فرقوں میں بٹ گئے،</w:t>
      </w:r>
    </w:p>
    <w:p>
      <w:r>
        <w:rPr>
          <w:b/>
        </w:rPr>
        <w:t xml:space="preserve">[1:29:44] </w:t>
      </w:r>
      <w:r>
        <w:t>tum 73 firqon mein bat jaoge. jannat mein sirf aik firqa jayega jo meri sunnat par chalega.</w:t>
      </w:r>
    </w:p>
    <w:p>
      <w:pPr>
        <w:jc w:val="right"/>
      </w:pPr>
      <w:r>
        <w:t>تم 73 فرقوں میں بٹ جاؤ گے۔ جنت میں صرف ایک فرقہ جائے گا جو میری سنت پر چلے گا۔</w:t>
      </w:r>
    </w:p>
    <w:p>
      <w:r>
        <w:rPr>
          <w:b/>
        </w:rPr>
        <w:t xml:space="preserve">[1:29:55] </w:t>
      </w:r>
      <w:r>
        <w:t>woh kaun sa firqa hai jo jannat mein</w:t>
      </w:r>
    </w:p>
    <w:p>
      <w:pPr>
        <w:jc w:val="right"/>
      </w:pPr>
      <w:r>
        <w:t>وہ کون سا فرقہ ہے جو جنت میں</w:t>
      </w:r>
    </w:p>
    <w:p>
      <w:r>
        <w:rPr>
          <w:b/>
        </w:rPr>
        <w:t xml:space="preserve">[1:29:57] </w:t>
      </w:r>
      <w:r>
        <w:t>jayega? is ke baray mein aap batayen."</w:t>
      </w:r>
    </w:p>
    <w:p>
      <w:pPr>
        <w:jc w:val="right"/>
      </w:pPr>
      <w:r>
        <w:t>جائے گا؟ اس کے بارے میں آپ بتائیں۔"</w:t>
      </w:r>
    </w:p>
    <w:p>
      <w:r>
        <w:rPr>
          <w:b/>
        </w:rPr>
        <w:t xml:space="preserve">[1:30:02] </w:t>
      </w:r>
      <w:r>
        <w:t>is mein jannat ka lafz nahi hai, is mein yeh hai: "kul fi nar illa millatun wahida". yeh alfaaz hain ke sab sab aag mein jayenge siwa aik millat ke.</w:t>
      </w:r>
    </w:p>
    <w:p>
      <w:pPr>
        <w:jc w:val="right"/>
      </w:pPr>
      <w:r>
        <w:t>اس میں جنت کا لفظ نہیں ہے، اس میں یہ ہے: "کل فی النار الا ملت واحدہ"۔ یہ الفاظ ہیں کہ سب سب آگ میں جائیں گے سوا ایک ملت کے۔</w:t>
      </w:r>
    </w:p>
    <w:p>
      <w:r>
        <w:rPr>
          <w:b/>
        </w:rPr>
        <w:t xml:space="preserve">[1:30:13] </w:t>
      </w:r>
      <w:r>
        <w:t>to dekhen, koi bhi is ko nahi keh sakta ke kaun hai, aur is se murad group nahi hai, giroh nahi hai, afraad hain</w:t>
      </w:r>
    </w:p>
    <w:p>
      <w:pPr>
        <w:jc w:val="right"/>
      </w:pPr>
      <w:r>
        <w:t>تو دیکھیں، کوئی بھی اس کو نہیں کہہ سکتا کہ کون ہے، اور اس سے مراد گروپ نہیں ہے، گروہ نہیں ہے، افراد ہیں</w:t>
      </w:r>
    </w:p>
    <w:p>
      <w:r>
        <w:rPr>
          <w:b/>
        </w:rPr>
        <w:t xml:space="preserve">[1:30:21] </w:t>
      </w:r>
      <w:r>
        <w:t>yani aik qism ke afraad. to 72 aur 73 bhi ginti jo hai woh aisi nahi hai ke bilkul muhadd ginti nahi hai.</w:t>
      </w:r>
    </w:p>
    <w:p>
      <w:pPr>
        <w:jc w:val="right"/>
      </w:pPr>
      <w:r>
        <w:t>یعنی ایک قسم کے افراد۔ تو 72 اور 73 بھی گنتی جو ہے وہ ایسی نہیں ہے کہ بالکل محدد گنتی نہیں ہے۔</w:t>
      </w:r>
    </w:p>
    <w:p>
      <w:r>
        <w:rPr>
          <w:b/>
        </w:rPr>
        <w:t xml:space="preserve">[1:30:30] </w:t>
      </w:r>
      <w:r>
        <w:t>yeh matlab yahudiyon se bhi ziyada gumrahi musalmanon ke andar aa jayegi. yeh matlab hai is ka to yani kisi ka naam le kar nahi keh sakte hain hum ke falan firqa gumrah hai, falan firqa sahih hai.</w:t>
      </w:r>
    </w:p>
    <w:p>
      <w:pPr>
        <w:jc w:val="right"/>
      </w:pPr>
      <w:r>
        <w:t>یہ مطلب یہودیوں سے بھی زیادہ گمراہی مسلمانوں کے اندر آ جائے گی۔ یہ مطلب ہے اس کا تو یعنی کسی کا نام لے کر نہیں کہہ سکتے ہیں ہم کہ فلاں فرقہ گمراہ ہے، فلاں فرقہ صحیح ہے۔</w:t>
      </w:r>
    </w:p>
    <w:p>
      <w:r>
        <w:rPr>
          <w:b/>
        </w:rPr>
        <w:t xml:space="preserve">[1:30:45] </w:t>
      </w:r>
      <w:r>
        <w:t>usool ke tor par keh sakte hain usool ke jo fard ya jamaat khalisatan Allah ki raza par khari ho, quran par khari ho, hadith par</w:t>
      </w:r>
    </w:p>
    <w:p>
      <w:pPr>
        <w:jc w:val="right"/>
      </w:pPr>
      <w:r>
        <w:t>اصول طور پر کہہ سکتے ہیں اصول کہ جو فرد یا جماعت خالصتا اللہ کی رضا پر کھڑی ہو، قرآن پر کھڑی ہو، حدیث پر</w:t>
      </w:r>
    </w:p>
    <w:p>
      <w:r>
        <w:rPr>
          <w:b/>
        </w:rPr>
        <w:t xml:space="preserve">[1:30:57] </w:t>
      </w:r>
      <w:r>
        <w:t>khari ho, sunnat par khari ho, is mein us ne koi tahreef na ki ho, tahreef koi deviation na kiya ho, to woh hai murad jo Allah ke rasool ke nazdeek sahih firqa hoga.</w:t>
      </w:r>
    </w:p>
    <w:p>
      <w:pPr>
        <w:jc w:val="right"/>
      </w:pPr>
      <w:r>
        <w:t>کھڑی ہو، سنت پر کھڑی ہو، اس میں اس نے کوئی تحریف نہ کی ہو، تحریف کوئی ڈیویشن نہ کیا ہو، تو وہ ہے مراد جو اللہ کے رسول کے نزدیک صحیح فرقہ ہوگا۔</w:t>
      </w:r>
    </w:p>
    <w:p>
      <w:r>
        <w:rPr>
          <w:b/>
        </w:rPr>
        <w:t xml:space="preserve">[1:31:10] </w:t>
      </w:r>
      <w:r>
        <w:t>lekin yeh is ka taayun hum dunya mein nahi kar sakte, hum usool bayan kar sakte hain. usool hum naam le kar nahi keh sakte ke falan gumrah hai aur falan rastay par hai.</w:t>
      </w:r>
    </w:p>
    <w:p>
      <w:pPr>
        <w:jc w:val="right"/>
      </w:pPr>
      <w:r>
        <w:t>لیکن یہ اس کا تعین ہم دنیا میں نہیں کر سکتے، ہم اصول بیان کر سکتے ہیں۔ اصول ہم نام لے کر نہیں کہہ سکتے کہ فلاں گمراہ ہے اور فلاں راستے پر ہے۔</w:t>
      </w:r>
    </w:p>
    <w:p>
      <w:r>
        <w:rPr>
          <w:b/>
        </w:rPr>
        <w:t xml:space="preserve">[1:31:20] </w:t>
      </w:r>
      <w:r>
        <w:t>yaad rakhiye, yeh yeh bhi aik syllogism ho jayega, extremism ghulu</w:t>
      </w:r>
    </w:p>
    <w:p>
      <w:pPr>
        <w:jc w:val="right"/>
      </w:pPr>
      <w:r>
        <w:t>یاد رکھیے، یہ یہ بھی ایک سلیوزم ہو جائے گا، ایکسٹریمزم غلو</w:t>
      </w:r>
    </w:p>
    <w:p>
      <w:r>
        <w:rPr>
          <w:b/>
        </w:rPr>
        <w:t xml:space="preserve">[1:31:25] </w:t>
      </w:r>
      <w:r>
        <w:t>ke hum kisi ko naam le kar kahein ke yeh 73 mein shamil hai, is ka naam ghulu hai aur ghulu Islam mein jaiz nahi hai.</w:t>
      </w:r>
    </w:p>
    <w:p>
      <w:pPr>
        <w:jc w:val="right"/>
      </w:pPr>
      <w:r>
        <w:t>کہ ہم کسی کو نام لے کر کہیں کہ یہ 73 میں شامل ہے، اس کا نام غلو ہے اور غلو اسلام میں جائز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