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Help September 22, 2015</w:t>
      </w:r>
    </w:p>
    <w:p>
      <w:r>
        <w:t>https://youtu.be/sozrNCif0Gg</w:t>
      </w:r>
    </w:p>
    <w:p>
      <w:r>
        <w:rPr>
          <w:b/>
        </w:rPr>
        <w:t xml:space="preserve">[00:13] </w:t>
      </w:r>
      <w:r>
        <w:t>Bismillah Rehman ur Rahim, wa sallallahu ala nabiyyil karim.</w:t>
      </w:r>
    </w:p>
    <w:p>
      <w:pPr>
        <w:jc w:val="right"/>
      </w:pPr>
      <w:r>
        <w:t>بسم اللہ الرحمن الرحیم، وصلی اللہ علی نبی الکریم۔</w:t>
      </w:r>
    </w:p>
    <w:p>
      <w:r>
        <w:rPr>
          <w:b/>
        </w:rPr>
        <w:t xml:space="preserve">[00:24] </w:t>
      </w:r>
      <w:r>
        <w:t>22 September</w:t>
      </w:r>
    </w:p>
    <w:p>
      <w:pPr>
        <w:jc w:val="right"/>
      </w:pPr>
      <w:r>
        <w:t>22 ستمبر</w:t>
      </w:r>
    </w:p>
    <w:p>
      <w:r>
        <w:rPr>
          <w:b/>
        </w:rPr>
        <w:t xml:space="preserve">[00:28] </w:t>
      </w:r>
      <w:r>
        <w:t>2019.</w:t>
      </w:r>
    </w:p>
    <w:p>
      <w:pPr>
        <w:jc w:val="right"/>
      </w:pPr>
      <w:r>
        <w:t>2019۔</w:t>
      </w:r>
    </w:p>
    <w:p>
      <w:r>
        <w:rPr>
          <w:b/>
        </w:rPr>
        <w:t xml:space="preserve">[00:34] </w:t>
      </w:r>
      <w:r>
        <w:t>dekhiye, kuch ulma ne</w:t>
      </w:r>
    </w:p>
    <w:p>
      <w:pPr>
        <w:jc w:val="right"/>
      </w:pPr>
      <w:r>
        <w:t>دیکھیے، کچھ علماء نے</w:t>
      </w:r>
    </w:p>
    <w:p>
      <w:r>
        <w:rPr>
          <w:b/>
        </w:rPr>
        <w:t xml:space="preserve">[00:38] </w:t>
      </w:r>
      <w:r>
        <w:t>is par bohat zyada zor diya hai ke Quran ki jo kaleed hai,</w:t>
      </w:r>
    </w:p>
    <w:p>
      <w:pPr>
        <w:jc w:val="right"/>
      </w:pPr>
      <w:r>
        <w:t>اس پر بہت زیادہ زور دیا ہے کہ قرآن کی جو کلید ہے،</w:t>
      </w:r>
    </w:p>
    <w:p>
      <w:r>
        <w:rPr>
          <w:b/>
        </w:rPr>
        <w:t xml:space="preserve">[00:48] </w:t>
      </w:r>
      <w:r>
        <w:t>fehm-e-Quran ki kaleed, kunji, woh hai nazm-e-Quran. yani do aayaton ke beech mein nazm ko daryaft karo, isi se tum ko Quran samajh mein aayega.</w:t>
      </w:r>
    </w:p>
    <w:p>
      <w:pPr>
        <w:jc w:val="right"/>
      </w:pPr>
      <w:r>
        <w:t>فہم قرآن کی کلید، کنجی، وہ ہے نظم قرآن۔ یعنی دو آیتوں کے بیچ میں نظم کو دریافت کرو، اسی سے تم کو قرآن سمجھ میں آئے گا۔</w:t>
      </w:r>
    </w:p>
    <w:p>
      <w:r>
        <w:rPr>
          <w:b/>
        </w:rPr>
        <w:t xml:space="preserve">[01:01] </w:t>
      </w:r>
      <w:r>
        <w:t>main ne apni taqreeban poori umar is par guzar di, is ko parha, is par socha. lekin mujhe yaqeen kijiye, koi take away nahi mila.</w:t>
      </w:r>
    </w:p>
    <w:p>
      <w:pPr>
        <w:jc w:val="right"/>
      </w:pPr>
      <w:r>
        <w:t>میں نے اپنی تقریباً پوری عمر اس پر گزار دی، اس کو پڑھا، اس پر سوچا۔ لیکن مجھے یقین کیجیے، کوئی ٹیک اوے نہیں ملا۔</w:t>
      </w:r>
    </w:p>
    <w:p>
      <w:r>
        <w:rPr>
          <w:b/>
        </w:rPr>
        <w:t xml:space="preserve">[01:14] </w:t>
      </w:r>
      <w:r>
        <w:t>toh aaj main soch raha tha ke kya maamla hai ke jis cheez ko ulma fehm-e-Quran ki kaleed batate hain, us mein mere liye toh kam az kam koi take away nahi.</w:t>
      </w:r>
    </w:p>
    <w:p>
      <w:pPr>
        <w:jc w:val="right"/>
      </w:pPr>
      <w:r>
        <w:t>تو آج میں سوچ رہا تھا کہ کیا معاملہ ہے کہ جس چیز کو علماء فہم قرآن کی کلید بتاتے ہیں، اس میں میرے لیے تو کم از کم کوئی ٹیک اوے نہیں۔</w:t>
      </w:r>
    </w:p>
    <w:p>
      <w:r>
        <w:rPr>
          <w:b/>
        </w:rPr>
        <w:t xml:space="preserve">[01:27] </w:t>
      </w:r>
      <w:r>
        <w:t>to sachi baat yeh hai ke yeh nazariya hi bilkul galat hai. yeh quran ko</w:t>
      </w:r>
    </w:p>
    <w:p>
      <w:pPr>
        <w:jc w:val="right"/>
      </w:pPr>
      <w:r>
        <w:t>تو سچی بات یہ ہے کہ یہ نظریہ ہی بالکل غلط ہے۔ یہ قرآن کو</w:t>
      </w:r>
    </w:p>
    <w:p>
      <w:r>
        <w:rPr>
          <w:b/>
        </w:rPr>
        <w:t xml:space="preserve">[01:37] </w:t>
      </w:r>
      <w:r>
        <w:t>understandable karna hai. quran ko understandable karna hai. quran poora ka poora aap</w:t>
      </w:r>
    </w:p>
    <w:p>
      <w:pPr>
        <w:jc w:val="right"/>
      </w:pPr>
      <w:r>
        <w:t>انڈرسٹیبل کرنا ہے۔ قرآن کو انڈرسٹیبل کرنا ہے۔ قرآن پورا کا پورا آپ</w:t>
      </w:r>
    </w:p>
    <w:p>
      <w:r>
        <w:rPr>
          <w:b/>
        </w:rPr>
        <w:t xml:space="preserve">[01:49] </w:t>
      </w:r>
      <w:r>
        <w:t>ko aap ke samne hona chahiye, poora ka poora. tab aap quran ko payenge.</w:t>
      </w:r>
    </w:p>
    <w:p>
      <w:pPr>
        <w:jc w:val="right"/>
      </w:pPr>
      <w:r>
        <w:t>کو آپ کے سامنے ہونا چاہیے، پورا کا پورا۔ تب آپ قرآن کو پائیں گے۔</w:t>
      </w:r>
    </w:p>
    <w:p>
      <w:r>
        <w:rPr>
          <w:b/>
        </w:rPr>
        <w:t xml:space="preserve">[01:56] </w:t>
      </w:r>
      <w:r>
        <w:t>main aap ko ek ayat ek misaal deta hoon</w:t>
      </w:r>
    </w:p>
    <w:p>
      <w:pPr>
        <w:jc w:val="right"/>
      </w:pPr>
      <w:r>
        <w:t>میں آپ کو ایک آیت، ایک مثال دیتا ہوں۔</w:t>
      </w:r>
    </w:p>
    <w:p>
      <w:r>
        <w:rPr>
          <w:b/>
        </w:rPr>
        <w:t xml:space="preserve">[01:59] </w:t>
      </w:r>
      <w:r>
        <w:t>ek ayat bohat dinon se mere zehn mein thi</w:t>
      </w:r>
    </w:p>
    <w:p>
      <w:pPr>
        <w:jc w:val="right"/>
      </w:pPr>
      <w:r>
        <w:t>ایک آیت بہت دنوں سے میرے ذہن میں تھی۔</w:t>
      </w:r>
    </w:p>
    <w:p>
      <w:r>
        <w:rPr>
          <w:b/>
        </w:rPr>
        <w:t xml:space="preserve">[02:04] </w:t>
      </w:r>
      <w:r>
        <w:t>woh yeh hai waqad jimm al nabiyyin qatal maghrubihim li kathirin fa ma wahan ma sabu</w:t>
      </w:r>
    </w:p>
    <w:p>
      <w:pPr>
        <w:jc w:val="right"/>
      </w:pPr>
      <w:r>
        <w:t>وہ یہ ہے: وَقَدْ جِمِّ النَّبِيِّنَ قَاتَلَ مَغُرُبِيهُمْ لِكَثِيرٍ فَمَا وَهَنُ مَا صَابُوا</w:t>
      </w:r>
    </w:p>
    <w:p>
      <w:r>
        <w:rPr>
          <w:b/>
        </w:rPr>
        <w:t xml:space="preserve">[02:14] </w:t>
      </w:r>
      <w:r>
        <w:t>fi sabeelillah wa ma da'ufuhum astaqanu</w:t>
      </w:r>
    </w:p>
    <w:p>
      <w:pPr>
        <w:jc w:val="right"/>
      </w:pPr>
      <w:r>
        <w:t>فِي سَبِيلِ اللَّهِ وَمَا ضَعُفُوهُمْ اَسْتَقَانُوا</w:t>
      </w:r>
    </w:p>
    <w:p>
      <w:r>
        <w:rPr>
          <w:b/>
        </w:rPr>
        <w:t xml:space="preserve">[02:18] </w:t>
      </w:r>
      <w:r>
        <w:t>yani kitne hi sachche log hain jinhone Allah ke raste mein</w:t>
      </w:r>
    </w:p>
    <w:p>
      <w:pPr>
        <w:jc w:val="right"/>
      </w:pPr>
      <w:r>
        <w:t>یعنی کتنے ہی سچے لوگ ہیں جنہوں نے اللہ کے راستے میں</w:t>
      </w:r>
    </w:p>
    <w:p>
      <w:r>
        <w:rPr>
          <w:b/>
        </w:rPr>
        <w:t xml:space="preserve">[02:25] </w:t>
      </w:r>
      <w:r>
        <w:t>shadeed struggle kiya,</w:t>
      </w:r>
    </w:p>
    <w:p>
      <w:pPr>
        <w:jc w:val="right"/>
      </w:pPr>
      <w:r>
        <w:t>شدید اسٹرگل کیا،</w:t>
      </w:r>
    </w:p>
    <w:p>
      <w:r>
        <w:rPr>
          <w:b/>
        </w:rPr>
        <w:t xml:space="preserve">[02:28] </w:t>
      </w:r>
      <w:r>
        <w:t>judojahad ki.</w:t>
      </w:r>
    </w:p>
    <w:p>
      <w:pPr>
        <w:jc w:val="right"/>
      </w:pPr>
      <w:r>
        <w:t>جدوجہد کی۔</w:t>
      </w:r>
    </w:p>
    <w:p>
      <w:r>
        <w:rPr>
          <w:b/>
        </w:rPr>
        <w:t xml:space="preserve">[02:30] </w:t>
      </w:r>
      <w:r>
        <w:t>magar woh kamzor nahi hue.</w:t>
      </w:r>
    </w:p>
    <w:p>
      <w:pPr>
        <w:jc w:val="right"/>
      </w:pPr>
      <w:r>
        <w:t>مگر وہ کمزور نہیں ہوئے۔</w:t>
      </w:r>
    </w:p>
    <w:p>
      <w:r>
        <w:rPr>
          <w:b/>
        </w:rPr>
        <w:t xml:space="preserve">[02:35] </w:t>
      </w:r>
      <w:r>
        <w:t>unhon ne be himmatiyan dikhayin.</w:t>
      </w:r>
    </w:p>
    <w:p>
      <w:pPr>
        <w:jc w:val="right"/>
      </w:pPr>
      <w:r>
        <w:t>انہوں نے بے ہمتیاں دکھائیں۔</w:t>
      </w:r>
    </w:p>
    <w:p>
      <w:r>
        <w:rPr>
          <w:b/>
        </w:rPr>
        <w:t xml:space="preserve">[02:41] </w:t>
      </w:r>
      <w:r>
        <w:t>to main sochta tha ke dono mein jod kya hai? shadeed judojahad karna aur be himmat na hona. dono mein kya rabt hai?</w:t>
      </w:r>
    </w:p>
    <w:p>
      <w:pPr>
        <w:jc w:val="right"/>
      </w:pPr>
      <w:r>
        <w:t>تو میں سوچتا تھا کہ دونوں میں جوڑ کیا ہے؟ شدید جدوجہد کرنا اور بے ہمت نہ ہونا۔ دونوں میں کیا ربط ہے؟</w:t>
      </w:r>
    </w:p>
    <w:p>
      <w:r>
        <w:rPr>
          <w:b/>
        </w:rPr>
        <w:t xml:space="preserve">[02:54] </w:t>
      </w:r>
      <w:r>
        <w:t>aadmi, dekhiye aap, aadmi bohat hi kamzor hai.</w:t>
      </w:r>
    </w:p>
    <w:p>
      <w:pPr>
        <w:jc w:val="right"/>
      </w:pPr>
      <w:r>
        <w:t>آدمی، دیکھیے آپ، آدمی بہت ہی کمزور ہے۔</w:t>
      </w:r>
    </w:p>
    <w:p>
      <w:r>
        <w:rPr>
          <w:b/>
        </w:rPr>
        <w:t xml:space="preserve">[03:00] </w:t>
      </w:r>
      <w:r>
        <w:t>aadmi bohat hi kamzor hai. aadmi apni taqat se hamare liye pahad nahi ban sakta.</w:t>
      </w:r>
    </w:p>
    <w:p>
      <w:pPr>
        <w:jc w:val="right"/>
      </w:pPr>
      <w:r>
        <w:t>آدمی بہت ہی کمزور ہے۔ آدمی اپنی طاقت سے ہمارے لیے پہاڑ نہیں بن سکتا۔</w:t>
      </w:r>
    </w:p>
    <w:p>
      <w:r>
        <w:rPr>
          <w:b/>
        </w:rPr>
        <w:t xml:space="preserve">[03:10] </w:t>
      </w:r>
      <w:r>
        <w:t>iske liye ek aur taqat chahiye. to woh taqat kahan hai?</w:t>
      </w:r>
    </w:p>
    <w:p>
      <w:pPr>
        <w:jc w:val="right"/>
      </w:pPr>
      <w:r>
        <w:t>اس کے لیے ایک اور طاقت چاہیے۔ تو وہ طاقت کہاں ہے؟</w:t>
      </w:r>
    </w:p>
    <w:p>
      <w:r>
        <w:rPr>
          <w:b/>
        </w:rPr>
        <w:t xml:space="preserve">[03:17] </w:t>
      </w:r>
      <w:r>
        <w:t>is par sochta tha. aaj hi mujh par yeh khula ke poore quran ko jab tum dekhoge, majboori tor par, tab badi badi baatein samajh mein ayengi.</w:t>
      </w:r>
    </w:p>
    <w:p>
      <w:pPr>
        <w:jc w:val="right"/>
      </w:pPr>
      <w:r>
        <w:t>اس پر سوچتا تھا۔ آج ہی مجھ پر یہ کھلا کہ پورے قرآن کو جب تم دیکھو گے، مجبوری طور پر، تب بڑی بڑی باتیں سمجھ میں آئیں گی۔</w:t>
      </w:r>
    </w:p>
    <w:p>
      <w:r>
        <w:rPr>
          <w:b/>
        </w:rPr>
        <w:t xml:space="preserve">[03:29] </w:t>
      </w:r>
      <w:r>
        <w:t>misalan jab maine yeh padha ke fa ma sabuhum fi sabilillah wa ma da'ufuhum astaqanu to kya hua?</w:t>
      </w:r>
    </w:p>
    <w:p>
      <w:pPr>
        <w:jc w:val="right"/>
      </w:pPr>
      <w:r>
        <w:t>مثلاً جب میں نے یہ پڑھا کہ فَمَا صَابُوهُمْ فِي سَبِيلِ اللَّهِ وَمَا ضَعُفُوهُمْ اَسْتَقَانُوا تو کیا ہوا؟</w:t>
      </w:r>
    </w:p>
    <w:p>
      <w:r>
        <w:rPr>
          <w:b/>
        </w:rPr>
        <w:t xml:space="preserve">[03:41] </w:t>
      </w:r>
      <w:r>
        <w:t>mujhe ek aur ayat yaad aayi.</w:t>
      </w:r>
    </w:p>
    <w:p>
      <w:pPr>
        <w:jc w:val="right"/>
      </w:pPr>
      <w:r>
        <w:t>مجھے ایک اور آیت یاد آئی۔</w:t>
      </w:r>
    </w:p>
    <w:p>
      <w:r>
        <w:rPr>
          <w:b/>
        </w:rPr>
        <w:t xml:space="preserve">[03:45] </w:t>
      </w:r>
      <w:r>
        <w:t>surah taha ki: inni asma'u wa ara main tumhare saath hoon, main tumko dekh raha hoon. to aap is ayat ko padhein aur is ayat ko bhi recall karein.</w:t>
      </w:r>
    </w:p>
    <w:p>
      <w:pPr>
        <w:jc w:val="right"/>
      </w:pPr>
      <w:r>
        <w:t>سورۃ طہ کی: إِنِّي أَسْمَعُ وَأَرَى میں تمہارے ساتھ ہوں، میں تم کو دیکھ رہا ہوں۔ تو آپ اس آیت کو پڑھیں اور اس آیت کو بھی ریکال کریں۔</w:t>
      </w:r>
    </w:p>
    <w:p>
      <w:r>
        <w:rPr>
          <w:b/>
        </w:rPr>
        <w:t xml:space="preserve">[04:01] </w:t>
      </w:r>
      <w:r>
        <w:t>tab aap ko iski gehri maani samajh ayengi. yani jab Allah ki rah mein aap hain, jab Allah ki rah mein aap struggle kar rahe hain, to aap ko quran ki woh awazein bhi aap ke zehn mein honi chahiyein jo Allah ne apne paighambaron se kaha tha ke: a paighambaron!</w:t>
      </w:r>
    </w:p>
    <w:p>
      <w:pPr>
        <w:jc w:val="right"/>
      </w:pPr>
      <w:r>
        <w:t>تب آپ کو اس کی گہری معنی سمجھ آئیں گے۔ یعنی جب اللہ کی راہ میں آپ ہیں، جب اللہ کی راہ میں آپ اسٹرگل کر رہے ہیں، تو آپ کو قرآن کی وہ آوازیں بھی آپ کے ذہن میں ہونی چاہییں جو اللہ نے اپنے پیغمبروں سے کہا تھا کہ: اے پیغمبروں!</w:t>
      </w:r>
    </w:p>
    <w:p>
      <w:r>
        <w:rPr>
          <w:b/>
        </w:rPr>
        <w:t xml:space="preserve">[04:26] </w:t>
      </w:r>
      <w:r>
        <w:t>badho aage, apni koshish jari rakh</w:t>
      </w:r>
    </w:p>
    <w:p>
      <w:pPr>
        <w:jc w:val="right"/>
      </w:pPr>
      <w:r>
        <w:t>بڑھو آگے، اپنی کوشش جاری رکھ</w:t>
      </w:r>
    </w:p>
    <w:p>
      <w:r>
        <w:rPr>
          <w:b/>
        </w:rPr>
        <w:t xml:space="preserve">[04:30] </w:t>
      </w:r>
      <w:r>
        <w:t>o. main tumhare saath hoon, main dekh raha hoon tumko. to yahan isko wahan dekha hai, isko wahan dekha hai, is bhi andaaz mein.</w:t>
      </w:r>
    </w:p>
    <w:p>
      <w:pPr>
        <w:jc w:val="right"/>
      </w:pPr>
      <w:r>
        <w:t>و۔ میں تمہارے ساتھ ہوں، میں دیکھ رہا ہوں تم کو۔ تو یہاں اس کو وہاں دیکھا ہے، اس کو وہاں دیکھا ہے، اس بھی انداز میں۔</w:t>
      </w:r>
    </w:p>
    <w:p>
      <w:r>
        <w:rPr>
          <w:b/>
        </w:rPr>
        <w:t xml:space="preserve">[04:40] </w:t>
      </w:r>
      <w:r>
        <w:t>to kuch paoge aap.</w:t>
      </w:r>
    </w:p>
    <w:p>
      <w:pPr>
        <w:jc w:val="right"/>
      </w:pPr>
      <w:r>
        <w:t>تو کچھ پائیں گے آپ۔</w:t>
      </w:r>
    </w:p>
    <w:p>
      <w:r>
        <w:rPr>
          <w:b/>
        </w:rPr>
        <w:t xml:space="preserve">[04:45] </w:t>
      </w:r>
      <w:r>
        <w:t>yani aap yeh ayat padhein aur door jo ayat hai, doosri surah, woh bhi aap ko yaad aaye ke Allah ne paighambar se kaha tha ke: apni koshish jari rakho, be himmat na ho.</w:t>
      </w:r>
    </w:p>
    <w:p>
      <w:pPr>
        <w:jc w:val="right"/>
      </w:pPr>
      <w:r>
        <w:t>یعنی آپ یہ آیت پڑھیں اور دور جو آیت ہے، دوسری سورۃ، وہ بھی آپ کو یاد آئے کہ اللہ نے پیغمبر سے کہا تھا کہ: اپنی کوشش جاری رکھو، بے ہمت نہ ہو۔</w:t>
      </w:r>
    </w:p>
    <w:p>
      <w:r>
        <w:rPr>
          <w:b/>
        </w:rPr>
        <w:t xml:space="preserve">[05:01] </w:t>
      </w:r>
      <w:r>
        <w:t>main tumhare saath hoon. to woh jo qissa maine aap ko bataya tha ek baar ke main jo hoon, yani Allah keh raha hai: a bande!</w:t>
      </w:r>
    </w:p>
    <w:p>
      <w:pPr>
        <w:jc w:val="right"/>
      </w:pPr>
      <w:r>
        <w:t>میں تمہارے ساتھ ہوں۔ تو وہ جو قصہ میں نے آپ کو بتایا تھا ایک بار کہ میں جو ہوں، یعنی اللہ کہہ رہا ہے: اے بندے!</w:t>
      </w:r>
    </w:p>
    <w:p>
      <w:r>
        <w:rPr>
          <w:b/>
        </w:rPr>
        <w:t xml:space="preserve">[05:12] </w:t>
      </w:r>
      <w:r>
        <w:t>be himmat na ho, main jo hoon.</w:t>
      </w:r>
    </w:p>
    <w:p>
      <w:pPr>
        <w:jc w:val="right"/>
      </w:pPr>
      <w:r>
        <w:t>بے ہمت نہ ہو، میں جو ہوں۔</w:t>
      </w:r>
    </w:p>
    <w:p>
      <w:r>
        <w:rPr>
          <w:b/>
        </w:rPr>
        <w:t xml:space="preserve">[05:17] </w:t>
      </w:r>
      <w:r>
        <w:t>tab aap samjhenge. is ayat ko wahan jodein, is ayat ko wahan jodein. nazm ke tasawwur ke tehat yeh bilkul bekar baat hai.</w:t>
      </w:r>
    </w:p>
    <w:p>
      <w:pPr>
        <w:jc w:val="right"/>
      </w:pPr>
      <w:r>
        <w:t>تب آپ سمجھیں گے۔ اس آیت کو وہاں جوڑیں، اس آیت کو وہاں جوڑیں۔ نظم کے تصور کے تحت یہ بالکل بیکار بات ہے۔</w:t>
      </w:r>
    </w:p>
    <w:p>
      <w:r>
        <w:rPr>
          <w:b/>
        </w:rPr>
        <w:t xml:space="preserve">[05:26] </w:t>
      </w:r>
      <w:r>
        <w:t>dekhiye, yaad rakhiye, quran mein nazm ka usool nahi hai. quran mein juzz ka puzzle ka usool hai. isko achhe se samajh lijiye ke main bohat dinon ki soch samajh ke baad yeh baat keh raha hoon.</w:t>
      </w:r>
    </w:p>
    <w:p>
      <w:pPr>
        <w:jc w:val="right"/>
      </w:pPr>
      <w:r>
        <w:t>دیکھیے، یاد رکھیے، قرآن میں نظم کا اصول نہیں ہے۔ قرآن میں جکس کا پزل کا اصول ہے۔ اس کو اچھے سے سمجھ لیجیے کہ میں بہت دنوں کی سوچ سمجھ کے بعد یہ بات کہہ رہا ہوں۔</w:t>
      </w:r>
    </w:p>
    <w:p>
      <w:r>
        <w:rPr>
          <w:b/>
        </w:rPr>
        <w:t xml:space="preserve">[05:44] </w:t>
      </w:r>
      <w:r>
        <w:t>bohat, bohat, bohat. ke quran mein nazm bana ayat nahi hai. quran mein juzz ka puzzle ka usool hai.</w:t>
      </w:r>
    </w:p>
    <w:p>
      <w:pPr>
        <w:jc w:val="right"/>
      </w:pPr>
      <w:r>
        <w:t>بہت، بہت، بہت۔ کہ قرآن میں نظم بنا آیات نہیں ہے۔ قرآن میں جکس کا پزل کا اصول ہے۔</w:t>
      </w:r>
    </w:p>
    <w:p>
      <w:r>
        <w:rPr>
          <w:b/>
        </w:rPr>
        <w:t xml:space="preserve">[05:54] </w:t>
      </w:r>
      <w:r>
        <w:t>yani kuch baat yahan hai, kuch baat wahan. aap ko itna zyada alive hona</w:t>
      </w:r>
    </w:p>
    <w:p>
      <w:pPr>
        <w:jc w:val="right"/>
      </w:pPr>
      <w:r>
        <w:t>یعنی کچھ بات یہاں ہے، کچھ بات وہاں۔ آپ کو اتنا زیادہ الائیو ہ</w:t>
      </w:r>
    </w:p>
    <w:p>
      <w:r>
        <w:rPr>
          <w:b/>
        </w:rPr>
        <w:t xml:space="preserve">[06:01] </w:t>
      </w:r>
      <w:r>
        <w:t>chahiye, aap ko itna bedar hona chahiye, aap ke zehn ko itna zinda hona chahiye ke aap is ayat ko, is ayat ko, dono ko sath le kar quran ko samajh saken.</w:t>
      </w:r>
    </w:p>
    <w:p>
      <w:pPr>
        <w:jc w:val="right"/>
      </w:pPr>
      <w:r>
        <w:t>ونا چاہیے، آپ کو اتنا بیدار ہونا چاہیے، آپ کے ذہن کو اتنا زندہ ہونا چاہیے کہ آپ اس آیت کو، اس آیت کو، دونوں کو ساتھ لے کر قرآن کو سمجھ سکیں۔</w:t>
      </w:r>
    </w:p>
    <w:p>
      <w:r>
        <w:rPr>
          <w:b/>
        </w:rPr>
        <w:t xml:space="preserve">[06:16] </w:t>
      </w:r>
      <w:r>
        <w:t>tab aap quran se aap ko ghiza milegi, quran se aap ko rab-ul-alameen milega, quran se aap ko woh milega jo matloob hai.</w:t>
      </w:r>
    </w:p>
    <w:p>
      <w:pPr>
        <w:jc w:val="right"/>
      </w:pPr>
      <w:r>
        <w:t>تب آپ قرآن سے آپ کو غذا ملے گی، قرآن سے آپ کو رب العالمین ملے گا، قرآن سے آپ کو وہ ملے گا جو مطلوب ہے۔</w:t>
      </w:r>
    </w:p>
    <w:p>
      <w:r>
        <w:rPr>
          <w:b/>
        </w:rPr>
        <w:t xml:space="preserve">[06:31] </w:t>
      </w:r>
      <w:r>
        <w:t>to yeh ziman yeh baat thi, asal mein aaj jo main kehna chahta hoon woh doosri baat hai.</w:t>
      </w:r>
    </w:p>
    <w:p>
      <w:pPr>
        <w:jc w:val="right"/>
      </w:pPr>
      <w:r>
        <w:t>تو یہ ضمناً یہ بات تھی، اصل میں آج جو میں کہنا چاہتا ہوں وہ دوسری بات ہے۔</w:t>
      </w:r>
    </w:p>
    <w:p>
      <w:r>
        <w:rPr>
          <w:b/>
        </w:rPr>
        <w:t xml:space="preserve">[06:40] </w:t>
      </w:r>
      <w:r>
        <w:t>dekhiye, Allah ne quran utara aur yeh aelan kiya ke nazilal furqana alaikum lil alameen nazeeran utara Allah ne,</w:t>
      </w:r>
    </w:p>
    <w:p>
      <w:pPr>
        <w:jc w:val="right"/>
      </w:pPr>
      <w:r>
        <w:t>دیکھیے، اللہ نے قرآن اتارا اور یہ اعلان کیا کہ نَزِلَ الْفُرْقَانَ عَلَيْكُمْ لِلْعَالَمِينَ نَذِيرًا اتارا اللہ نے،</w:t>
      </w:r>
    </w:p>
    <w:p>
      <w:r>
        <w:rPr>
          <w:b/>
        </w:rPr>
        <w:t xml:space="preserve">[07:01] </w:t>
      </w:r>
      <w:r>
        <w:t>Allah ne utara quran taake woh sare alam ke liye nazeer bane.</w:t>
      </w:r>
    </w:p>
    <w:p>
      <w:pPr>
        <w:jc w:val="right"/>
      </w:pPr>
      <w:r>
        <w:t>اللہ نے اتارا قرآن تاکہ وہ سارے عالم کے لیے نذیر بنے۔</w:t>
      </w:r>
    </w:p>
    <w:p>
      <w:r>
        <w:rPr>
          <w:b/>
        </w:rPr>
        <w:t xml:space="preserve">[07:11] </w:t>
      </w:r>
      <w:r>
        <w:t>to kya utarte hi ban jayega apne aap? utarte hi apne aap nahi ban sakta. to utara ke mani yeh hain ke utarte hi angel active ho gaye,</w:t>
      </w:r>
    </w:p>
    <w:p>
      <w:pPr>
        <w:jc w:val="right"/>
      </w:pPr>
      <w:r>
        <w:t>تو کیا اترتے ہی بن جائے گا اپنے آپ؟ اترتے ہی اپنے آپ نہیں بن سکتا۔ تو اتارا کے معنی یہ ہیں کہ اتارتے ہی اینجل ایکٹیو ہو گئے،</w:t>
      </w:r>
    </w:p>
    <w:p>
      <w:r>
        <w:rPr>
          <w:b/>
        </w:rPr>
        <w:t xml:space="preserve">[07:27] </w:t>
      </w:r>
      <w:r>
        <w:t>hidayat active ho gaye, Allah ke bande active ho gaye, ashab-e-nabi ke daud rahe hain sab. bhai, Allah ka hukum aa gaya, Allah ki kitab aa gayi, is ko phailao sari duniya mein.</w:t>
      </w:r>
    </w:p>
    <w:p>
      <w:pPr>
        <w:jc w:val="right"/>
      </w:pPr>
      <w:r>
        <w:t>الہٰدین ایکٹیو ہو گئے، اللہ کے بندے ایکٹیو ہو گئے، اصحابِ نبی کے دوڑ رہے ہیں سب۔ بھئی، اللہ کا حکم آ گیا، اللہ کی کتاب آ گئی، اس کو پھیلاؤ ساری دنیا میں۔</w:t>
      </w:r>
    </w:p>
    <w:p>
      <w:r>
        <w:rPr>
          <w:b/>
        </w:rPr>
        <w:t xml:space="preserve">[07:40] </w:t>
      </w:r>
      <w:r>
        <w:t>yeh understood hai. yeh nazm se nahi samajh aata. aap</w:t>
      </w:r>
    </w:p>
    <w:p>
      <w:pPr>
        <w:jc w:val="right"/>
      </w:pPr>
      <w:r>
        <w:t>یہ انڈرسٹڈ ہے۔ یہ نظم سے نہیں سمجھ آتا۔ آپ</w:t>
      </w:r>
    </w:p>
    <w:p>
      <w:r>
        <w:rPr>
          <w:b/>
        </w:rPr>
        <w:t xml:space="preserve">[07:46] </w:t>
      </w:r>
      <w:r>
        <w:t>ko jo</w:t>
      </w:r>
    </w:p>
    <w:p>
      <w:pPr>
        <w:jc w:val="right"/>
      </w:pPr>
      <w:r>
        <w:t>کو جو</w:t>
      </w:r>
    </w:p>
    <w:p>
      <w:r>
        <w:rPr>
          <w:b/>
        </w:rPr>
        <w:t xml:space="preserve">[07:52] </w:t>
      </w:r>
      <w:r>
        <w:t>chupi hui meaning hai, is ko ghor karne se samajh aata hai. to jab quran mein yeh ayat hai ke nazilal furqana alaikum lil alameen naze</w:t>
      </w:r>
    </w:p>
    <w:p>
      <w:pPr>
        <w:jc w:val="right"/>
      </w:pPr>
      <w:r>
        <w:t>چھپی ہوئی میننگ ہے، اس کو غور کرنے سے سمجھ آتا ہے۔ تو جب قرآن میں یہ آیت ہے کہ نَزِلَ الْفُرْقَانَ عَلَيْكُمْ لِلْعَالَمِينَ نَذ</w:t>
      </w:r>
    </w:p>
    <w:p>
      <w:r>
        <w:rPr>
          <w:b/>
        </w:rPr>
        <w:t xml:space="preserve">[08:05] </w:t>
      </w:r>
      <w:r>
        <w:t>eran Allah ne utara furqan apne bande par taake woh sare alam ke liye nazeer bane.</w:t>
      </w:r>
    </w:p>
    <w:p>
      <w:pPr>
        <w:jc w:val="right"/>
      </w:pPr>
      <w:r>
        <w:t>ِيرًا اللہ نے اتارا فرقان اپنے بندے پر تاکہ وہ سارے عالم کے لیے نذیر بنے۔</w:t>
      </w:r>
    </w:p>
    <w:p>
      <w:r>
        <w:rPr>
          <w:b/>
        </w:rPr>
        <w:t xml:space="preserve">[08:17] </w:t>
      </w:r>
      <w:r>
        <w:t>to padhte hi aap ko yeh cheez discover honi chahiye ke utarne ka maqsad yahi hai. to woh kaun kare?</w:t>
      </w:r>
    </w:p>
    <w:p>
      <w:pPr>
        <w:jc w:val="right"/>
      </w:pPr>
      <w:r>
        <w:t>تو پڑھتے ہی آپ کو یہ چیز ڈسکور ہونی چاہیے کہ اتارنے کا مقصد یہی ہے۔ تو وہ کون کرے؟</w:t>
      </w:r>
    </w:p>
    <w:p>
      <w:r>
        <w:rPr>
          <w:b/>
        </w:rPr>
        <w:t xml:space="preserve">[08:26] </w:t>
      </w:r>
      <w:r>
        <w:t>woh mujhe karna hai, mere sathiyon ko karna hai, ahle iman ko karna hai.</w:t>
      </w:r>
    </w:p>
    <w:p>
      <w:pPr>
        <w:jc w:val="right"/>
      </w:pPr>
      <w:r>
        <w:t>وہ مجھے کرنا ہے، میرے ساتھیوں کو کرنا ہے، اہلِ ایمان کو کرنا ہے۔</w:t>
      </w:r>
    </w:p>
    <w:p>
      <w:r>
        <w:rPr>
          <w:b/>
        </w:rPr>
        <w:t xml:space="preserve">[08:33] </w:t>
      </w:r>
      <w:r>
        <w:t>aur phir aap woh ayat chhodte hain: asma'u wa ara ke daudo, main tumhare sath hoon. ab sirf apne aap ko na dekho, Allah rab-ul-alameen ko dekho.</w:t>
      </w:r>
    </w:p>
    <w:p>
      <w:pPr>
        <w:jc w:val="right"/>
      </w:pPr>
      <w:r>
        <w:t>اور پھر آپ وہ آیت چھوڑتے ہیں: أَسْمَعُ وَأَرَى کہ دوڑو، میں تمہارے ساتھ ہوں۔ اب صرف اپنے آپ کو نہ دیکھو، اللہ رب العالمین کو دیکھو۔</w:t>
      </w:r>
    </w:p>
    <w:p>
      <w:r>
        <w:rPr>
          <w:b/>
        </w:rPr>
        <w:t xml:space="preserve">[08:49] </w:t>
      </w:r>
      <w:r>
        <w:t>is tarah sochen aap. to dekhiye, mujhe samajh aaya ke Allah ne jo quran utari hai,</w:t>
      </w:r>
    </w:p>
    <w:p>
      <w:pPr>
        <w:jc w:val="right"/>
      </w:pPr>
      <w:r>
        <w:t>اس طرح سوچیں آپ۔ تو دیکھیے، مجھے سمجھ آیا کہ اللہ نے جو قرآن اتاری ہے،</w:t>
      </w:r>
    </w:p>
    <w:p>
      <w:r>
        <w:rPr>
          <w:b/>
        </w:rPr>
        <w:t xml:space="preserve">[08:58] </w:t>
      </w:r>
      <w:r>
        <w:t>jo kitab utari hai, to is ke do daur hain. ek hai pehla daur, jab quran ka matn aaya,</w:t>
      </w:r>
    </w:p>
    <w:p>
      <w:pPr>
        <w:jc w:val="right"/>
      </w:pPr>
      <w:r>
        <w:t>جو کتاب اتاری ہے، تو اس کے دو دور ہیں۔ ایک ہے پہلا دور، جب قرآن کا متن آیا،</w:t>
      </w:r>
    </w:p>
    <w:p>
      <w:r>
        <w:rPr>
          <w:b/>
        </w:rPr>
        <w:t xml:space="preserve">[09:13] </w:t>
      </w:r>
      <w:r>
        <w:t>sun kar yun koi yaad karna tha, phir is ko likhna tha, phir is ko kitab banana tha.</w:t>
      </w:r>
    </w:p>
    <w:p>
      <w:pPr>
        <w:jc w:val="right"/>
      </w:pPr>
      <w:r>
        <w:t>سن کر یوں کوئی یاد کرنا تھا، پھر اس کو لکھنا تھا، پھر اس کو کتاب بنانا تھا۔</w:t>
      </w:r>
    </w:p>
    <w:p>
      <w:r>
        <w:rPr>
          <w:b/>
        </w:rPr>
        <w:t xml:space="preserve">[09:22] </w:t>
      </w:r>
      <w:r>
        <w:t>yeh daur jo hai, sahaba aur tabeen ke darmiyan mein pesh aaya, mukammal hua. to sahaba aur tabeen ke zamane mein yeh ek kaam hua ke quran ko unhon ne yaad kiya,</w:t>
      </w:r>
    </w:p>
    <w:p>
      <w:pPr>
        <w:jc w:val="right"/>
      </w:pPr>
      <w:r>
        <w:t>یہ دور جو ہے، صحابہ اور تابعین کے درمیان میں پیش آیا، مکمل ہوا۔ تو صحابہ اور تابعین کے زمانے میں یہ ایک کام ہوا کہ قرآن کو انہوں نے یاد کیا،</w:t>
      </w:r>
    </w:p>
    <w:p>
      <w:r>
        <w:rPr>
          <w:b/>
        </w:rPr>
        <w:t xml:space="preserve">[09:37] </w:t>
      </w:r>
      <w:r>
        <w:t>quran ko unhon ne likha, quran se unhon ne kitab banayi. yani pehla phase yeh tha. pehla phase.</w:t>
      </w:r>
    </w:p>
    <w:p>
      <w:pPr>
        <w:jc w:val="right"/>
      </w:pPr>
      <w:r>
        <w:t>قرآن کو انہوں نے لکھا، قرآن سے انہوں نے کتاب بنائی۔ یعنی پہلا فیز یہ تھا۔ پہلا فیز۔</w:t>
      </w:r>
    </w:p>
    <w:p>
      <w:r>
        <w:rPr>
          <w:b/>
        </w:rPr>
        <w:t xml:space="preserve">[09:48] </w:t>
      </w:r>
      <w:r>
        <w:t>aur sara quran ek ek bohat hi zyada, bohat hi zyada</w:t>
      </w:r>
    </w:p>
    <w:p>
      <w:pPr>
        <w:jc w:val="right"/>
      </w:pPr>
      <w:r>
        <w:t>اور سارا قرآن ایک ایک بہت ہی زیادہ، بہت ہی زیادہ</w:t>
      </w:r>
    </w:p>
    <w:p>
      <w:r>
        <w:rPr>
          <w:b/>
        </w:rPr>
        <w:t xml:space="preserve">[09:59] </w:t>
      </w:r>
      <w:r>
        <w:t>mukammal ho gaya. lekin dekhiye, zamana theherta nahi hai, zamana aage chalta hai. to aap ko quran le kar zamane ki raftaar se chalna hai.</w:t>
      </w:r>
    </w:p>
    <w:p>
      <w:pPr>
        <w:jc w:val="right"/>
      </w:pPr>
      <w:r>
        <w:t>مکمل ہو گیا۔ لیکن دیکھیے، زمانہ ٹھہرتا نہیں ہے، زمانہ آگے چلتا ہے۔ تو آپ کو قرآن لے کر زمانے کی رفتار سے چلنا ہے۔</w:t>
      </w:r>
    </w:p>
    <w:p>
      <w:r>
        <w:rPr>
          <w:b/>
        </w:rPr>
        <w:t xml:space="preserve">[10:17] </w:t>
      </w:r>
      <w:r>
        <w:t>yani baad ke zamane mein, saatvi sadi isavi ke baad jo opportunities khuli, us ko include karna hai.</w:t>
      </w:r>
    </w:p>
    <w:p>
      <w:pPr>
        <w:jc w:val="right"/>
      </w:pPr>
      <w:r>
        <w:t>یعنی بعد کے زمانے میں، ساتویں صدی عیسوی کے بعد جو اپرچونیٹیز کھلیں، اس کو انکلوڈ کرنا ہے۔</w:t>
      </w:r>
    </w:p>
    <w:p>
      <w:r>
        <w:rPr>
          <w:b/>
        </w:rPr>
        <w:t xml:space="preserve">[10:27] </w:t>
      </w:r>
      <w:r>
        <w:t>woh kaise hoga? is par maine bohat socha. ke sahaba ne saatvi sadi ke mawaqe ko istemal kiya.</w:t>
      </w:r>
    </w:p>
    <w:p>
      <w:pPr>
        <w:jc w:val="right"/>
      </w:pPr>
      <w:r>
        <w:t>وہ کیسے ہوگا؟ اس پر میں نے بہت سوچا۔ کہ صحابہ نے ساتویں صدی کے مواقع کو استعمال کیا۔</w:t>
      </w:r>
    </w:p>
    <w:p>
      <w:r>
        <w:rPr>
          <w:b/>
        </w:rPr>
        <w:t xml:space="preserve">[10:38] </w:t>
      </w:r>
      <w:r>
        <w:t>aur bohat zyada istemal kiya.</w:t>
      </w:r>
    </w:p>
    <w:p>
      <w:pPr>
        <w:jc w:val="right"/>
      </w:pPr>
      <w:r>
        <w:t>اور بہت زیادہ استعمال کیا۔</w:t>
      </w:r>
    </w:p>
    <w:p>
      <w:r>
        <w:rPr>
          <w:b/>
        </w:rPr>
        <w:t xml:space="preserve">[10:42] </w:t>
      </w:r>
      <w:r>
        <w:t>yahan tak ke quran ko mabin</w:t>
      </w:r>
    </w:p>
    <w:p>
      <w:pPr>
        <w:jc w:val="right"/>
      </w:pPr>
      <w:r>
        <w:t>یہاں تک کہ قرآن کو مابن</w:t>
      </w:r>
    </w:p>
    <w:p>
      <w:r>
        <w:rPr>
          <w:b/>
        </w:rPr>
        <w:t xml:space="preserve">[10:47] </w:t>
      </w:r>
      <w:r>
        <w:t>dafden is ko ek kitab ki shakal de di. lekin abhi bohat kuch baki tha.</w:t>
      </w:r>
    </w:p>
    <w:p>
      <w:pPr>
        <w:jc w:val="right"/>
      </w:pPr>
      <w:r>
        <w:t>دفدن اس کو ایک کتاب کی شکل دے دی۔ لیکن ابھی بہت کچھ باقی تھا۔</w:t>
      </w:r>
    </w:p>
    <w:p>
      <w:r>
        <w:rPr>
          <w:b/>
        </w:rPr>
        <w:t xml:space="preserve">[10:57] </w:t>
      </w:r>
      <w:r>
        <w:t>woh baki tha ke baad ko jo mawaqe khulen, un mawaqe ko include karna, un ko le kar quran ko mazeed mukammal karna.</w:t>
      </w:r>
    </w:p>
    <w:p>
      <w:pPr>
        <w:jc w:val="right"/>
      </w:pPr>
      <w:r>
        <w:t>وہ باقی تھا کہ بعد کو جو مواقع کھلیں، ان مواقع کو انکلوڈ کرنا، ان کو لے کر قرآن کو مزید مکمل کرنا۔</w:t>
      </w:r>
    </w:p>
    <w:p>
      <w:r>
        <w:rPr>
          <w:b/>
        </w:rPr>
        <w:t xml:space="preserve">[11:09] </w:t>
      </w:r>
      <w:r>
        <w:t>to baad ko to doosri naslen aayengi, sahaba aur tabeen to honge nahin. phir kaise hoga woh? to is ke liye quran hadith mein hai ke inna allaha layuyyidu al-deena bil-allahi al-fajiri inna allaha layuyyidu al-deena bi-aqwamin laysu bi-halihi yani aqwam-e-ghair ke zariye, aqwam-e-ghair ke zariye is ka anjam pana.</w:t>
      </w:r>
    </w:p>
    <w:p>
      <w:pPr>
        <w:jc w:val="right"/>
      </w:pPr>
      <w:r>
        <w:t>تو بعد کو تو دوسری نسلیں آئیں گی، صحابہ اور تابعین تو ہوں گے نہیں۔ پھر کیسے ہوگا وہ؟ تو اس کے لیے قرآن حدیث میں ہے کہ إِنَّ اللَّهَ لَيَيِّدُ الْدِينَ بِالْلَّهِ الْفَاجِرِ إِنَّ اللَّهَ لَيَيِّدُ الْدِينَ بِأَقْوَامٍ لَيْسُوا بَهْلِهِ یعنی اقوامِ غیر کے ذریعے، اقوامِ غیر کے ذریعے اس کا انجام پانا۔</w:t>
      </w:r>
    </w:p>
    <w:p>
      <w:r>
        <w:rPr>
          <w:b/>
        </w:rPr>
        <w:t xml:space="preserve">[11:36] </w:t>
      </w:r>
      <w:r>
        <w:t>yani do phase hue. pehle phase mein sahaba aur tabeen. doosre phase mein aqwam-e-ghair.</w:t>
      </w:r>
    </w:p>
    <w:p>
      <w:pPr>
        <w:jc w:val="right"/>
      </w:pPr>
      <w:r>
        <w:t>یعنی دو فیز ہوئے۔ پہلے فیز میں صحابہ اور تابعین۔ دوسرے فیز میں اقوامِ غیر۔</w:t>
      </w:r>
    </w:p>
    <w:p>
      <w:r>
        <w:rPr>
          <w:b/>
        </w:rPr>
        <w:t xml:space="preserve">[11:47] </w:t>
      </w:r>
      <w:r>
        <w:t>yeh kaise hoga? to aaj mujhe samajh mein aaya, sochte sochte, ke yeh hoga jis ko kehte hain outsourcing.</w:t>
      </w:r>
    </w:p>
    <w:p>
      <w:pPr>
        <w:jc w:val="right"/>
      </w:pPr>
      <w:r>
        <w:t>یہ کیسے ہوگا؟ تو آج مجھے سمجھ میں آیا، سوچتے سوچتے، کہ یہ ہوگا جس کو کہتے ہیں آؤٹ سورسنگ۔</w:t>
      </w:r>
    </w:p>
    <w:p>
      <w:r>
        <w:rPr>
          <w:b/>
        </w:rPr>
        <w:t xml:space="preserve">[12:03] </w:t>
      </w:r>
      <w:r>
        <w:t>yani ek hai quran ko direct taur par mehfooz karna, us ko kitab banana. aur doosra jo hai woh hai outsourcing.</w:t>
      </w:r>
    </w:p>
    <w:p>
      <w:pPr>
        <w:jc w:val="right"/>
      </w:pPr>
      <w:r>
        <w:t>یعنی ایک ہے قرآن کو ڈائریکٹ طور پر محفوظ کرنا، اس کو کتاب بنانا۔ اور دوسرا جو ہے وہ ہے آؤٹ سورسنگ۔</w:t>
      </w:r>
    </w:p>
    <w:p>
      <w:r>
        <w:rPr>
          <w:b/>
        </w:rPr>
        <w:t xml:space="preserve">[12:15] </w:t>
      </w:r>
      <w:r>
        <w:t>to baad ke zamane mein jo allah deen ki madad karega, woh outsourcing ke zariye hoga.</w:t>
      </w:r>
    </w:p>
    <w:p>
      <w:pPr>
        <w:jc w:val="right"/>
      </w:pPr>
      <w:r>
        <w:t>تو بعد کے زمانے میں جو اللہ دین کی مدد کرے گا، وہ آؤٹ سورسنگ کے ذریعے ہوگا۔</w:t>
      </w:r>
    </w:p>
    <w:p>
      <w:r>
        <w:rPr>
          <w:b/>
        </w:rPr>
        <w:t xml:space="preserve">[12:25] </w:t>
      </w:r>
      <w:r>
        <w:t>aur outsourcing bohat ho chuki hai aur jari hai. dekhiye, sare musalman mislan maghrib se nafrat karte hain, america se nafrat karte hain.</w:t>
      </w:r>
    </w:p>
    <w:p>
      <w:pPr>
        <w:jc w:val="right"/>
      </w:pPr>
      <w:r>
        <w:t>اور آؤٹ سورسنگ بہت ہو چکی ہے اور جاری ہے۔ دیکھیے، سارے مسلمان مثلاً مغرب سے نفرت کرتے ہیں، امریکہ سے نفرت کرتے ہیں۔</w:t>
      </w:r>
    </w:p>
    <w:p>
      <w:r>
        <w:rPr>
          <w:b/>
        </w:rPr>
        <w:t xml:space="preserve">[12:41] </w:t>
      </w:r>
      <w:r>
        <w:t>bhai, wohi to outsourcing ka zariya hai.</w:t>
      </w:r>
    </w:p>
    <w:p>
      <w:pPr>
        <w:jc w:val="right"/>
      </w:pPr>
      <w:r>
        <w:t>بھئی، وہی تو آؤٹ سورسنگ کا ذریعہ ہے۔</w:t>
      </w:r>
    </w:p>
    <w:p>
      <w:r>
        <w:rPr>
          <w:b/>
        </w:rPr>
        <w:t xml:space="preserve">[12:44] </w:t>
      </w:r>
      <w:r>
        <w:t>allah ne aise halaat paida kiye ke musalman bari tadad mein gaye maghribi mulkon mein, america mein. bari tadad mein aise halaat paida kiye.</w:t>
      </w:r>
    </w:p>
    <w:p>
      <w:pPr>
        <w:jc w:val="right"/>
      </w:pPr>
      <w:r>
        <w:t>اللہ نے ایسے حالات پیدا کیے کہ مسلمان بڑی تعداد میں گئے مغربی ملکوں میں، امریکہ میں۔ بڑی تعداد میں ایسے حالات پیدا کیے۔</w:t>
      </w:r>
    </w:p>
    <w:p>
      <w:r>
        <w:rPr>
          <w:b/>
        </w:rPr>
        <w:t xml:space="preserve">[12:56] </w:t>
      </w:r>
      <w:r>
        <w:t>aur sare mulkon mein phail gaye woh. sare mulkon mein phail gaye woh. duniya mein taqreeban do so mulk hain.</w:t>
      </w:r>
    </w:p>
    <w:p>
      <w:pPr>
        <w:jc w:val="right"/>
      </w:pPr>
      <w:r>
        <w:t>اور سارے ملکوں میں پھیل گئے وہ۔ سارے ملکوں میں پھیل گئے وہ۔ دنیا میں تقریباً دو سو ملک ہیں۔</w:t>
      </w:r>
    </w:p>
    <w:p>
      <w:r>
        <w:rPr>
          <w:b/>
        </w:rPr>
        <w:t xml:space="preserve">[13:06] </w:t>
      </w:r>
      <w:r>
        <w:t>har mulk mein koi musalman maujood hai. jin ko kehta hai muslim diaspora. to</w:t>
      </w:r>
    </w:p>
    <w:p>
      <w:pPr>
        <w:jc w:val="right"/>
      </w:pPr>
      <w:r>
        <w:t>ہر ملک میں کوئی مسلمان موجود ہے۔ جن کو کہتا ہے مسلم ڈائسپورا۔ تو</w:t>
      </w:r>
    </w:p>
    <w:p>
      <w:r>
        <w:rPr>
          <w:b/>
        </w:rPr>
        <w:t xml:space="preserve">[13:14] </w:t>
      </w:r>
      <w:r>
        <w:t>jin logon ne pehla phase wala kaam kiya, woh diaspora nahin the. baad ke daur mein jo unhon ne kiya, woh sab diaspora wale the.</w:t>
      </w:r>
    </w:p>
    <w:p>
      <w:pPr>
        <w:jc w:val="right"/>
      </w:pPr>
      <w:r>
        <w:t>جن لوگوں نے پہلا فیز والا کام کیا، وہ ڈائسپورا نہیں تھے۔ بعد کے دور میں جو انہوں نے کیا، وہ سب ڈائسپورا والے تھے۔</w:t>
      </w:r>
    </w:p>
    <w:p>
      <w:r>
        <w:rPr>
          <w:b/>
        </w:rPr>
        <w:t xml:space="preserve">[13:25] </w:t>
      </w:r>
      <w:r>
        <w:t>to aise halaat paida hue ke woh phailen. phir rail ka daur aaya, car ka daur aaya, hawa jahaz ka daur aaya, communication ka daur aaya, computer ka daur aaya.</w:t>
      </w:r>
    </w:p>
    <w:p>
      <w:pPr>
        <w:jc w:val="right"/>
      </w:pPr>
      <w:r>
        <w:t>تو ایسے حالات پیدا ہوئے کہ وہ پھیلے۔ پھر ریل کا دور آیا، کار کا دور آیا، ہوا جہاز کا دور آیا، کمیونیکیشن کا دور آیا، کمپیوٹر کا دور آیا۔</w:t>
      </w:r>
    </w:p>
    <w:p>
      <w:r>
        <w:rPr>
          <w:b/>
        </w:rPr>
        <w:t xml:space="preserve">[13:36] </w:t>
      </w:r>
      <w:r>
        <w:t>in sab ko le kar ke woh phailen, phailen, phailen. to bazahir to woh apne kamane ke liye gaye.</w:t>
      </w:r>
    </w:p>
    <w:p>
      <w:pPr>
        <w:jc w:val="right"/>
      </w:pPr>
      <w:r>
        <w:t>ان سب کو لے کر کے وہ پھیلے، پھیلے، پھیلے۔ تو بظاہر تو وہ اپنے کمانے کے لیے گئے۔</w:t>
      </w:r>
    </w:p>
    <w:p>
      <w:r>
        <w:rPr>
          <w:b/>
        </w:rPr>
        <w:t xml:space="preserve">[13:44] </w:t>
      </w:r>
      <w:r>
        <w:t>paisa kamane ke liye, apne bachchon ko taleem dilane ke liye. lekin koi bhi aadmi jab chalta hai to akela nahin hota.</w:t>
      </w:r>
    </w:p>
    <w:p>
      <w:pPr>
        <w:jc w:val="right"/>
      </w:pPr>
      <w:r>
        <w:t>پیسہ کمانے کے لیے، اپنے بچوں کو تعلیم دلانے کے لیے۔ لیکن کوئی بھی آدمی جب چلتا ہے تو اکیلا نہیں ہوتا۔</w:t>
      </w:r>
    </w:p>
    <w:p>
      <w:r>
        <w:rPr>
          <w:b/>
        </w:rPr>
        <w:t xml:space="preserve">[13:53] </w:t>
      </w:r>
      <w:r>
        <w:t>akela nahin hota. us ke sathi hote hain, us ki family hoti hai. to yeh yeh sab log jo yahan se wahan gaye, wahan wahan se wahan gaye, wahan se wahan gaye.</w:t>
      </w:r>
    </w:p>
    <w:p>
      <w:pPr>
        <w:jc w:val="right"/>
      </w:pPr>
      <w:r>
        <w:t>اکیلا نہیں ہوتا۔ اس کے ساتھی ہوتے ہیں، اس کی فیملی ہوتی ہے۔ تو یہ یہ سب لوگ جو یہاں سے وہاں گئے، وہاں وہاں سے وہاں گئے، وہاں سے وہاں گئے۔</w:t>
      </w:r>
    </w:p>
    <w:p>
      <w:r>
        <w:rPr>
          <w:b/>
        </w:rPr>
        <w:t xml:space="preserve">[14:03] </w:t>
      </w:r>
      <w:r>
        <w:t>to apna kaam karte ke sath sath yeh bilkul fitri qanoon ke mutabiq aisa hua ke unhon ne deen ka kaam bhi kiya.</w:t>
      </w:r>
    </w:p>
    <w:p>
      <w:pPr>
        <w:jc w:val="right"/>
      </w:pPr>
      <w:r>
        <w:t>تو اپنا کام کرتے کے ساتھ ساتھ یہ بالکل فطری قانون کے مطابق ایسا ہوا کہ انہوں نے دین کا کام بھی کیا۔</w:t>
      </w:r>
    </w:p>
    <w:p>
      <w:r>
        <w:rPr>
          <w:b/>
        </w:rPr>
        <w:t xml:space="preserve">[14:11] </w:t>
      </w:r>
      <w:r>
        <w:t>misal ke taur par dekhiye, ek bar maine ek tajir se poocha ke maujooda zamane mein islami literature, english khas tor par english,</w:t>
      </w:r>
    </w:p>
    <w:p>
      <w:pPr>
        <w:jc w:val="right"/>
      </w:pPr>
      <w:r>
        <w:t>مثلاً دیکھیے، ایک بار میں نے ایک تاجر سے پوچھا کہ موجودہ زمانے میں اسلامی لٹریچر، انگلش خاص طور پر انگلش،</w:t>
      </w:r>
    </w:p>
    <w:p>
      <w:r>
        <w:rPr>
          <w:b/>
        </w:rPr>
        <w:t xml:space="preserve">[14:24] </w:t>
      </w:r>
      <w:r>
        <w:t>woh kis mulk mein zyada jata hai, bikta hai, zyada mang hai? to woh aadmi jo yeh kaam kar raha tha, us ne kaha sab zyada america mein, america mein, USA mein.</w:t>
      </w:r>
    </w:p>
    <w:p>
      <w:pPr>
        <w:jc w:val="right"/>
      </w:pPr>
      <w:r>
        <w:t>وہ کس ملک میں زیادہ جاتا ہے، بکتا ہے، زیادہ مانگ ہے؟ تو وہ آدمی جو یہ کام کر رہا تھا، اس نے کہا سب زیادہ امریکہ میں، امریکہ میں، یو ایس اے میں۔</w:t>
      </w:r>
    </w:p>
    <w:p>
      <w:r>
        <w:rPr>
          <w:b/>
        </w:rPr>
        <w:t xml:space="preserve">[14:39] </w:t>
      </w:r>
      <w:r>
        <w:t>sab zyada. to kya kaise hota hai? yeh muslim India diaspora ka ka ka karnama hai. muslim India diaspora.</w:t>
      </w:r>
    </w:p>
    <w:p>
      <w:pPr>
        <w:jc w:val="right"/>
      </w:pPr>
      <w:r>
        <w:t>سب زیادہ۔ تو کیا کیسے ہوتا ہے؟ یہ مسلم انڈیا ڈائسپورا کا کا کا کارنامہ ہے۔ مسلم انڈیا ڈائسپورا۔</w:t>
      </w:r>
    </w:p>
    <w:p>
      <w:r>
        <w:rPr>
          <w:b/>
        </w:rPr>
        <w:t xml:space="preserve">[14:49] </w:t>
      </w:r>
      <w:r>
        <w:t>kyun ke jahan jate hain, woh un ke bachche, un ki biwi, un ki family, un ke sathi, un ke idare, un ki masjidें sab hoti hain sath sath.</w:t>
      </w:r>
    </w:p>
    <w:p>
      <w:pPr>
        <w:jc w:val="right"/>
      </w:pPr>
      <w:r>
        <w:t>کیونکہ جہاں جاتے ہیں، وہ ان کے بچے، ان کی بیوی، ان کی فیملی، ان کے ساتھی، ان کے ادارے، ان کی مسجدیں سب ہوتی ہیں ساتھ ساتھ۔</w:t>
      </w:r>
    </w:p>
    <w:p>
      <w:r>
        <w:rPr>
          <w:b/>
        </w:rPr>
        <w:t xml:space="preserve">[14:59] </w:t>
      </w:r>
      <w:r>
        <w:t>to is ke zariye se woh woh jate hain to islam bhi jata hai. woh phailte hain to islam bhi phailta hai.</w:t>
      </w:r>
    </w:p>
    <w:p>
      <w:pPr>
        <w:jc w:val="right"/>
      </w:pPr>
      <w:r>
        <w:t>تو اس کے ذریعے سے وہ وہ جاتے ہیں تو اسلام بھی جاتا ہے۔ وہ پھیلتے ہیں تو اسلام بھی پھیلتا ہے۔</w:t>
      </w:r>
    </w:p>
    <w:p>
      <w:r>
        <w:rPr>
          <w:b/>
        </w:rPr>
        <w:t xml:space="preserve">[15:09] </w:t>
      </w:r>
      <w:r>
        <w:t>to is ko aaj kal ki zuban mein kaha jata hai, aaj kal ki zuban mein outsourcing. to pehle daur mein is quran ka jo kaam hua, woh woh log jo resident kahin rehte the.</w:t>
      </w:r>
    </w:p>
    <w:p>
      <w:pPr>
        <w:jc w:val="right"/>
      </w:pPr>
      <w:r>
        <w:t>تو اس کو آج کل کی زبان میں کہا جاتا ہے، آج کل کی زبان میں آؤٹ سورسنگ۔ تو پہلے دور میں اس قرآن کا جو کام ہوا، وہ وہ لوگ جو ریزیڈنٹ کہیں رہتے تھے۔</w:t>
      </w:r>
    </w:p>
    <w:p>
      <w:r>
        <w:rPr>
          <w:b/>
        </w:rPr>
        <w:t xml:space="preserve">[15:28] </w:t>
      </w:r>
      <w:r>
        <w:t>baad ke dour mein yeh kaam hua. outsourcing ke zariye.</w:t>
      </w:r>
    </w:p>
    <w:p>
      <w:pPr>
        <w:jc w:val="right"/>
      </w:pPr>
      <w:r>
        <w:t>بعد کے دور میں یہ کام ہوا۔ آؤٹ سورسنگ کے ذریعے۔</w:t>
      </w:r>
    </w:p>
    <w:p>
      <w:r>
        <w:rPr>
          <w:b/>
        </w:rPr>
        <w:t xml:space="preserve">[15:32] </w:t>
      </w:r>
      <w:r>
        <w:t>to jis tarah se aap jante hain ke maujooda zamane ki jo badi badi companiyan hain, woh outsourcing karti hain.</w:t>
      </w:r>
    </w:p>
    <w:p>
      <w:pPr>
        <w:jc w:val="right"/>
      </w:pPr>
      <w:r>
        <w:t>تو جس طرح سے آپ جانتے ہیں کہ موجودہ زمانے کی جو بڑی بڑی کمپنیاں ہیں، وہ آؤٹ سورسنگ کرتی ہیں۔</w:t>
      </w:r>
    </w:p>
    <w:p>
      <w:r>
        <w:rPr>
          <w:b/>
        </w:rPr>
        <w:t xml:space="preserve">[15:41] </w:t>
      </w:r>
      <w:r>
        <w:t>to outsourcing maujooda dour ka ek tareeqa hai, ek method hai. woh sirf companiyan ki baat nahi hai. to wahi kaam constitutional yard constitutional musalmanon ne kiya.</w:t>
      </w:r>
    </w:p>
    <w:p>
      <w:pPr>
        <w:jc w:val="right"/>
      </w:pPr>
      <w:r>
        <w:t>تو آؤٹ سورسنگ موجودہ دور کا ایک طریقہ ہے، ایک میتھڈ ہے۔ وہ صرف کمپنیوں کی بات نہیں ہے۔ تو وہی کام کانسٹیٹیوشنل یارڈ کانسٹیٹیوشنل مسلمانوں نے کیا۔</w:t>
      </w:r>
    </w:p>
    <w:p>
      <w:r>
        <w:rPr>
          <w:b/>
        </w:rPr>
        <w:t xml:space="preserve">[15:59] </w:t>
      </w:r>
      <w:r>
        <w:t>outsourcing. to bohat hi baray paimane par ho rahi hai outsourcing. bohat baray paimane par ho rahi hai. is mein se ek misaal yeh thi maine aap ki ke literature jo Islam ka hai, woh sab se zyada yaani sale hota hai America mein.</w:t>
      </w:r>
    </w:p>
    <w:p>
      <w:pPr>
        <w:jc w:val="right"/>
      </w:pPr>
      <w:r>
        <w:t>آؤٹ سورسنگ۔ تو بہت ہی بڑے پیمانے پر ہو رہی ہے آؤٹ سورسنگ۔ بہت بڑے پیمانے پر ہو رہی ہے۔ اس میں سے ایک مثال یہ تھی میں نے آپ کی کہ لٹریچر جو اسلام کا ہے، وہ سب سے زیادہ یعنی سیل ہوتا ہے امریکہ میں۔</w:t>
      </w:r>
    </w:p>
    <w:p>
      <w:r>
        <w:rPr>
          <w:b/>
        </w:rPr>
        <w:t xml:space="preserve">[16:18] </w:t>
      </w:r>
      <w:r>
        <w:t>yeh kaisi ajeeb baat hai? yeh outsourcing hi to hai.</w:t>
      </w:r>
    </w:p>
    <w:p>
      <w:pPr>
        <w:jc w:val="right"/>
      </w:pPr>
      <w:r>
        <w:t>یہ کیسی عجیب بات ہے؟ یہ آؤٹ سورسنگ ہی تو ہے۔</w:t>
      </w:r>
    </w:p>
    <w:p>
      <w:r>
        <w:rPr>
          <w:b/>
        </w:rPr>
        <w:t xml:space="preserve">[16:24] </w:t>
      </w:r>
      <w:r>
        <w:t>to yeh jo yeh jo hai Quran mein, woh hadith mein hai ke Allah taala secular logon ke zariye bhi Islam ko phailayega.</w:t>
      </w:r>
    </w:p>
    <w:p>
      <w:pPr>
        <w:jc w:val="right"/>
      </w:pPr>
      <w:r>
        <w:t>تو یہ جو یہ جو ہے قرآن میں، وہ حدیث میں ہے کہ اللہ تعالیٰ سیکولر لوگوں کے ذریعے بھی اسلام کو پھیلائے گا۔</w:t>
      </w:r>
    </w:p>
    <w:p>
      <w:r>
        <w:rPr>
          <w:b/>
        </w:rPr>
        <w:t xml:space="preserve">[16:35] </w:t>
      </w:r>
      <w:r>
        <w:t>innallaha layuyyidud deena billahil faajir aur yeh bhi hai ke</w:t>
      </w:r>
    </w:p>
    <w:p>
      <w:pPr>
        <w:jc w:val="right"/>
      </w:pPr>
      <w:r>
        <w:t>إِنَّ اللَّهَ لَيَيِّدُ الْدِينَ بِالْلَّهِ الْفَاجِرِ اور یہ بھی ہے کہ</w:t>
      </w:r>
    </w:p>
    <w:p>
      <w:r>
        <w:rPr>
          <w:b/>
        </w:rPr>
        <w:t xml:space="preserve">[16:44] </w:t>
      </w:r>
      <w:r>
        <w:t>aise aqwam ke zariye jo ahle iman nahi hain. muslim daman mein riwayat hai aur doosri jagah par. to yeh kaise hoga?</w:t>
      </w:r>
    </w:p>
    <w:p>
      <w:pPr>
        <w:jc w:val="right"/>
      </w:pPr>
      <w:r>
        <w:t>ایسے اقوام کے ذریعے جو اہلِ ایمان نہیں ہیں۔ مسلم دامن میں روایت ہے اور دوسری جگہ پر۔ تو یہ کیسے ہوگا؟</w:t>
      </w:r>
    </w:p>
    <w:p>
      <w:r>
        <w:rPr>
          <w:b/>
        </w:rPr>
        <w:t xml:space="preserve">[16:55] </w:t>
      </w:r>
      <w:r>
        <w:t>outsourcing ke zariye se. to pehle phase mein jo Islam ya Quran phaila, pehle phase mein to direct taur par phaila.</w:t>
      </w:r>
    </w:p>
    <w:p>
      <w:pPr>
        <w:jc w:val="right"/>
      </w:pPr>
      <w:r>
        <w:t>آؤٹ سورسنگ کے ذریعے سے۔ تو پہلے فیز میں جو اسلام یا قرآن پھیلا، پہلے فیز میں تو ڈائریکٹ طور پر پھیلا۔</w:t>
      </w:r>
    </w:p>
    <w:p>
      <w:r>
        <w:rPr>
          <w:b/>
        </w:rPr>
        <w:t xml:space="preserve">[17:09] </w:t>
      </w:r>
      <w:r>
        <w:t>yaani</w:t>
      </w:r>
    </w:p>
    <w:p>
      <w:pPr>
        <w:jc w:val="right"/>
      </w:pPr>
      <w:r>
        <w:t>یعنی</w:t>
      </w:r>
    </w:p>
    <w:p>
      <w:r>
        <w:rPr>
          <w:b/>
        </w:rPr>
        <w:t xml:space="preserve">[17:12] </w:t>
      </w:r>
      <w:r>
        <w:t>aur doosre dour mein jo hua aur ho raha hai, woh outsourcing ke zariye se. outsourcing ke zariye bohat zyada ho raha hai.</w:t>
      </w:r>
    </w:p>
    <w:p>
      <w:pPr>
        <w:jc w:val="right"/>
      </w:pPr>
      <w:r>
        <w:t>اور دوسرے دور میں جو ہوا اور ہو رہا ہے، وہ آؤٹ سورسنگ کے ذریعے سے۔ آؤٹ سورسنگ کے ذریعے بہت زیادہ ہو رہا ہے۔</w:t>
      </w:r>
    </w:p>
    <w:p>
      <w:r>
        <w:rPr>
          <w:b/>
        </w:rPr>
        <w:t xml:space="preserve">[17:24] </w:t>
      </w:r>
      <w:r>
        <w:t>yaani computer ke zariye jo kaam ho raha hai, woh sab outsourcing hi to hai.</w:t>
      </w:r>
    </w:p>
    <w:p>
      <w:pPr>
        <w:jc w:val="right"/>
      </w:pPr>
      <w:r>
        <w:t>یعنی کمپیوٹر کے ذریعے جو کام ہو رہا ہے، وہ سب آؤٹ سورسنگ ہی تو ہے۔</w:t>
      </w:r>
    </w:p>
    <w:p>
      <w:r>
        <w:rPr>
          <w:b/>
        </w:rPr>
        <w:t xml:space="preserve">[17:30] </w:t>
      </w:r>
      <w:r>
        <w:t>hum jo kaam kar rahe hain, hamara jo adara kaam kar raha hai, hamare saathi jo kaam kar rahe hain, woh sab outsourcing kar rahe hain. hamare saathi jo computer ke zariye,</w:t>
      </w:r>
    </w:p>
    <w:p>
      <w:pPr>
        <w:jc w:val="right"/>
      </w:pPr>
      <w:r>
        <w:t>ہم جو کام کر رہے ہیں، ہمارا جو ادارہ کام کر رہا ہے، ہمارے ساتھی جو کام کر رہے ہیں، وہ سب آؤٹ سورسنگ کر رہے ہیں۔ ہمارے ساتھی جو کمپیوٹر کے ذریعے،</w:t>
      </w:r>
    </w:p>
    <w:p>
      <w:r>
        <w:rPr>
          <w:b/>
        </w:rPr>
        <w:t xml:space="preserve">[17:43] </w:t>
      </w:r>
      <w:r>
        <w:t>modern technique ke zariye kar rahe hain kaam Quran ko phailane ka, woh sab outsourcing hai.</w:t>
      </w:r>
    </w:p>
    <w:p>
      <w:pPr>
        <w:jc w:val="right"/>
      </w:pPr>
      <w:r>
        <w:t>ماڈرن ٹیکنیک کے ذریعے کر رہے ہیں کام قرآن کو پھیلانے کا، وہ سب آؤٹ سورسنگ ہے۔</w:t>
      </w:r>
    </w:p>
    <w:p>
      <w:r>
        <w:rPr>
          <w:b/>
        </w:rPr>
        <w:t xml:space="preserve">[17:51] </w:t>
      </w:r>
      <w:r>
        <w:t>to mujhe aaj pehli baar yeh yaqeen paida ho gaya ke Allah taala ne jo Quran utara to saath saath is ki ishaat ka kaam bhi apne zimme le liya.</w:t>
      </w:r>
    </w:p>
    <w:p>
      <w:pPr>
        <w:jc w:val="right"/>
      </w:pPr>
      <w:r>
        <w:t>تو مجھے آج پہلی بار یہ یقین پیدا ہو گیا کہ اللہ تعالیٰ نے جو قرآن اتارا تو ساتھ ساتھ اس کی اشاعت کا کام بھی اپنے ذمے لے لیا۔</w:t>
      </w:r>
    </w:p>
    <w:p>
      <w:r>
        <w:rPr>
          <w:b/>
        </w:rPr>
        <w:t xml:space="preserve">[18:03] </w:t>
      </w:r>
      <w:r>
        <w:t>pehlay dour mein sahaba aur tabeen ke zariye se, doosre dour mein tamam logon ke zariye se, poori doosri duniya ke zariye se.</w:t>
      </w:r>
    </w:p>
    <w:p>
      <w:pPr>
        <w:jc w:val="right"/>
      </w:pPr>
      <w:r>
        <w:t>پہلے دور میں صحابہ اور تابعین کے ذریعے سے، دوسرے دور میں تمام لوگوں کے ذریعے سے، پوری دوسری دنیا کے ذریعے سے۔</w:t>
      </w:r>
    </w:p>
    <w:p>
      <w:r>
        <w:rPr>
          <w:b/>
        </w:rPr>
        <w:t xml:space="preserve">[18:13] </w:t>
      </w:r>
      <w:r>
        <w:t>aur woh hua outsourcing ke through.</w:t>
      </w:r>
    </w:p>
    <w:p>
      <w:pPr>
        <w:jc w:val="right"/>
      </w:pPr>
      <w:r>
        <w:t>اور وہ ہوا آؤٹ سورسنگ کے تھرو۔</w:t>
      </w:r>
    </w:p>
    <w:p>
      <w:r>
        <w:rPr>
          <w:b/>
        </w:rPr>
        <w:t xml:space="preserve">[18:18] </w:t>
      </w:r>
      <w:r>
        <w:t>yeh kaisa ajeeb thrilling idea hai. is ka matlab hai ke jab aap Quran par iman late hain to lagta hai ke yeh sari kainat aap ke sath hai.</w:t>
      </w:r>
    </w:p>
    <w:p>
      <w:pPr>
        <w:jc w:val="right"/>
      </w:pPr>
      <w:r>
        <w:t>یہ کیسا عجیب تھرلنگ آئیڈیا ہے۔ اس کا معنی ہے کہ جب آپ قرآن پر ایمان لاتے ہیں تو لگتا ہے کہ یہ ساری کائنات آپ کے ساتھ ہے۔</w:t>
      </w:r>
    </w:p>
    <w:p>
      <w:r>
        <w:rPr>
          <w:b/>
        </w:rPr>
        <w:t xml:space="preserve">[18:34] </w:t>
      </w:r>
      <w:r>
        <w:t>jo maine aap ko qissa bataya hai ke jab bachpan mein jab main rehta tha apne gaon mein, bachcha jab tha main to main hamara aangan bara sa aangan tha.</w:t>
      </w:r>
    </w:p>
    <w:p>
      <w:pPr>
        <w:jc w:val="right"/>
      </w:pPr>
      <w:r>
        <w:t>جو میں نے آپ کو قصہ بتایا ہے کہ جب بچپن میں جب میں رہتا تھا اپنے گاؤں میں، بچہ جب تھا میں تو میں ہمارا آنگن بڑا سا آنگن تھا۔</w:t>
      </w:r>
    </w:p>
    <w:p>
      <w:r>
        <w:rPr>
          <w:b/>
        </w:rPr>
        <w:t xml:space="preserve">[18:45] </w:t>
      </w:r>
      <w:r>
        <w:t>aangan mein jab main chalne laga to chaudhri ka chand tha upar. to aap jante hain ke agar aap chalen to lagta hai ke chaudhri ka chand bhi aap ke sath chal raha hai.</w:t>
      </w:r>
    </w:p>
    <w:p>
      <w:pPr>
        <w:jc w:val="right"/>
      </w:pPr>
      <w:r>
        <w:t>آنگن میں جب میں چلنے لگا تو چودھری کا چاند تھا اوپر۔ تو آپ جانتے ہیں کہ اگر آپ چلیں تو لگتا ہے کہ چودھری کا چاند بھی آپ کے ساتھ چل رہا ہے۔</w:t>
      </w:r>
    </w:p>
    <w:p>
      <w:r>
        <w:rPr>
          <w:b/>
        </w:rPr>
        <w:t xml:space="preserve">[18:56] </w:t>
      </w:r>
      <w:r>
        <w:t>yaani dekhne mein aisa lagta hai. to is ko maine dekha to maine shayad pehla jumla mere dimagh se jo nikla, jo likha maine, woh kaghaz ka abhi bhi kahin hoga.</w:t>
      </w:r>
    </w:p>
    <w:p>
      <w:pPr>
        <w:jc w:val="right"/>
      </w:pPr>
      <w:r>
        <w:t>یعنی دیکھنے میں ایسا لگتا ہے۔ تو اس کو میں نے دیکھا تو میں نے شاید پہلا جملہ میرے دماغ سے جو نکلا، جو لکھا میں نے، وہ کاغذ کا ابھی بھی کہیں ہوگا۔</w:t>
      </w:r>
    </w:p>
    <w:p>
      <w:r>
        <w:rPr>
          <w:b/>
        </w:rPr>
        <w:t xml:space="preserve">[19:10] </w:t>
      </w:r>
      <w:r>
        <w:t>maine likha tha ke "Maa, dekho chand mujh se kitna pyar karta hai. jab main chalta hoon to woh bhi mere sath chalne lagta hai." yeh pehla likha hua mera marifat ka kalma tha.</w:t>
      </w:r>
    </w:p>
    <w:p>
      <w:pPr>
        <w:jc w:val="right"/>
      </w:pPr>
      <w:r>
        <w:t>میں نے لکھا تھا کہ "ماں، دیکھو چاند مجھ سے کتنا پیار کرتا ہے۔ جب میں چلتا ہوں تو وہ بھی میرے ساتھ چلنے لگتا ہے۔" یہ پہلا لکھا ہوا میرا معرفت کا کلمہ تھا۔</w:t>
      </w:r>
    </w:p>
    <w:p>
      <w:r>
        <w:rPr>
          <w:b/>
        </w:rPr>
        <w:t xml:space="preserve">[19:27] </w:t>
      </w:r>
      <w:r>
        <w:t>to jab aap yeh yaqeen, yeh manen ke pehle dour mein agar farishton ne sath diya tha ahle iman ka, sahaba ka aur tabeen ka, to ab to sari kainat sath hai.</w:t>
      </w:r>
    </w:p>
    <w:p>
      <w:pPr>
        <w:jc w:val="right"/>
      </w:pPr>
      <w:r>
        <w:t>تو جب آپ یہ یقین، یہ مانیں کہ پہلے دور میں اگر فرشتوں نے ساتھ دیا تھا اہلِ ایمان کا، صحابہ کا اور تابعین کا، تو اب تو ساری کائنات ساتھ ہے۔</w:t>
      </w:r>
    </w:p>
    <w:p>
      <w:r>
        <w:rPr>
          <w:b/>
        </w:rPr>
        <w:t xml:space="preserve">[19:42] </w:t>
      </w:r>
      <w:r>
        <w:t>sari kainat, sari kainat se hum woh kar rahe hain. aur outsourcing.</w:t>
      </w:r>
    </w:p>
    <w:p>
      <w:pPr>
        <w:jc w:val="right"/>
      </w:pPr>
      <w:r>
        <w:t>ساری کائنات، ساری کائنات سے ہم وہ کر رہے ہیں۔ اور آؤٹ سورسنگ۔</w:t>
      </w:r>
    </w:p>
    <w:p>
      <w:r>
        <w:rPr>
          <w:b/>
        </w:rPr>
        <w:t xml:space="preserve">[19:50] </w:t>
      </w:r>
      <w:r>
        <w:t>yaani sara outsourcing jo hai, is ne hamare kaam ko universal bana diya hai.</w:t>
      </w:r>
    </w:p>
    <w:p>
      <w:pPr>
        <w:jc w:val="right"/>
      </w:pPr>
      <w:r>
        <w:t>یعنی سارا آؤٹ سورسنگ جو ہے، اس نے ہمارے کام کو یونیورسل بنا دیا ہے۔</w:t>
      </w:r>
    </w:p>
    <w:p>
      <w:r>
        <w:rPr>
          <w:b/>
        </w:rPr>
        <w:t xml:space="preserve">[19:57] </w:t>
      </w:r>
      <w:r>
        <w:t>outsourcing ne hamare kaam ko universal bana diya hai. ab dekhiye ke jo log larai bhirayi kar rahe hain, qaumon se lad rahe hain ke hamare huqooq nahi detey.</w:t>
      </w:r>
    </w:p>
    <w:p>
      <w:pPr>
        <w:jc w:val="right"/>
      </w:pPr>
      <w:r>
        <w:t>آؤٹ سورسنگ نے ہمارے کام کو یونیورسل بنا دیا ہے۔ اب دیکھیے کہ جو لوگ لڑائی بھڑائی کر رہے ہیں، قوموں سے لڑ رہے ہیں کہ ہمارے حقوق نہیں دیتے۔</w:t>
      </w:r>
    </w:p>
    <w:p>
      <w:r>
        <w:rPr>
          <w:b/>
        </w:rPr>
        <w:t xml:space="preserve">[20:07] </w:t>
      </w:r>
      <w:r>
        <w:t>be huqooq to already blue hi hain. huqooq to ke liye to lad rahe ho. yaani is daur mein aap america se outsourcing kijiye, europe se kijiye, roos se kijiye.</w:t>
      </w:r>
    </w:p>
    <w:p>
      <w:pPr>
        <w:jc w:val="right"/>
      </w:pPr>
      <w:r>
        <w:t>بے حقوق تو آلریڈی بلیو ہی ہیں۔ حقوق تو کے لیے تو لڑ رہے ہو۔ یعنی اس دور میں آپ امریکہ سے آؤٹ سورسنگ کیجیے، یورپ سے کیجیے، روس سے کیجیے۔</w:t>
      </w:r>
    </w:p>
    <w:p>
      <w:r>
        <w:rPr>
          <w:b/>
        </w:rPr>
        <w:t xml:space="preserve">[20:21] </w:t>
      </w:r>
      <w:r>
        <w:t>to to mila hua hai. ise ladna kya hai is ke liye?</w:t>
      </w:r>
    </w:p>
    <w:p>
      <w:pPr>
        <w:jc w:val="right"/>
      </w:pPr>
      <w:r>
        <w:t>تو تو ملا ہوا ہے۔ اسے لڑنا کیا ہے اس کے لیے؟</w:t>
      </w:r>
    </w:p>
    <w:p>
      <w:r>
        <w:rPr>
          <w:b/>
        </w:rPr>
        <w:t xml:space="preserve">[20:25] </w:t>
      </w:r>
      <w:r>
        <w:t>to jin logon ne musalmanon ko ladwaya ke yeh dushman hain, yeh sazish wale hain, yeh hum se chheenay hue hain, woh bilkul andhey pan ki baatein theen.</w:t>
      </w:r>
    </w:p>
    <w:p>
      <w:pPr>
        <w:jc w:val="right"/>
      </w:pPr>
      <w:r>
        <w:t>تو جن لوگوں نے مسلمانوں کو لڑوایا کہ یہ دشمن ہیں، یہ سازش والے ہیں، یہ ہم سے چھینے ہوئے ہیں، وہ بالکل اندھے پن کی باتیں تھیں۔</w:t>
      </w:r>
    </w:p>
    <w:p>
      <w:r>
        <w:rPr>
          <w:b/>
        </w:rPr>
        <w:t xml:space="preserve">[20:36] </w:t>
      </w:r>
      <w:r>
        <w:t>andhey pan ki. kyunke koi chheen nahi sakta aap se. aap se koi suraj ki roshni chheen sakta hai, koi chand ki roshni chheen sakta hai aap ko.</w:t>
      </w:r>
    </w:p>
    <w:p>
      <w:pPr>
        <w:jc w:val="right"/>
      </w:pPr>
      <w:r>
        <w:t>اندھے پن کی۔ کیونکہ کوئی چھین نہیں سکتا آپ سے۔ آپ سے کوئی سورج کی روشنی چھین سکتا ہے، کوئی چاند کی روشنی چھین سکتا ہے آپ کو۔</w:t>
      </w:r>
    </w:p>
    <w:p>
      <w:r>
        <w:rPr>
          <w:b/>
        </w:rPr>
        <w:t xml:space="preserve">[20:45] </w:t>
      </w:r>
      <w:r>
        <w:t>to woh to chheenney wali cheez hi nahi thi. woh to universalize ho chuka tha.</w:t>
      </w:r>
    </w:p>
    <w:p>
      <w:pPr>
        <w:jc w:val="right"/>
      </w:pPr>
      <w:r>
        <w:t>تو وہ تو چھیننے والی چیز ہی نہیں تھی۔ وہ تو یونیورسلائز ہو چکا تھا۔</w:t>
      </w:r>
    </w:p>
    <w:p>
      <w:r>
        <w:rPr>
          <w:b/>
        </w:rPr>
        <w:t xml:space="preserve">[20:52] </w:t>
      </w:r>
      <w:r>
        <w:t>yaani opportunity ki term aap dekhein. to saarey mawaaqe universal ho chukey hain. universalize ho chukey hain.</w:t>
      </w:r>
    </w:p>
    <w:p>
      <w:pPr>
        <w:jc w:val="right"/>
      </w:pPr>
      <w:r>
        <w:t>یعنی آپورچونیٹی کی ٹرم آپ دیکھیں۔ تو سارے مواقع یونیورسل ہو چکے ہیں۔ یونیورسلائز ہو چکے ہیں۔</w:t>
      </w:r>
    </w:p>
    <w:p>
      <w:r>
        <w:rPr>
          <w:b/>
        </w:rPr>
        <w:t xml:space="preserve">[21:01] </w:t>
      </w:r>
      <w:r>
        <w:t>yaani jab hawa jahaz chalta hai duniya mein, logon ko yahan se wahan pohnchaney ke liye, to quran walon ke paas aata hai?</w:t>
      </w:r>
    </w:p>
    <w:p>
      <w:pPr>
        <w:jc w:val="right"/>
      </w:pPr>
      <w:r>
        <w:t>یعنی جب ہوا جہاز چلتا ہے دنیا میں، لوگوں کو یہاں سے وہاں پہنچانے کے لیے، تو قرآن والوں کے پاس آتا ہے؟</w:t>
      </w:r>
    </w:p>
    <w:p>
      <w:r>
        <w:rPr>
          <w:b/>
        </w:rPr>
        <w:t xml:space="preserve">[21:11] </w:t>
      </w:r>
      <w:r>
        <w:t>kya quran ko nahi, un ko nahi pohnchatey? quran ko le ke jaa rahe</w:t>
      </w:r>
    </w:p>
    <w:p>
      <w:pPr>
        <w:jc w:val="right"/>
      </w:pPr>
      <w:r>
        <w:t>کیا قرآن کو نہیں، ان کو نہیں پہنچاتے؟ قرآن کو لے کے جا رہے</w:t>
      </w:r>
    </w:p>
    <w:p>
      <w:r>
        <w:rPr>
          <w:b/>
        </w:rPr>
        <w:t xml:space="preserve">[21:15] </w:t>
      </w:r>
      <w:r>
        <w:t>hain? yahan wahan? deen ko le ke jaa rahe hain? daai ban kar jaa rahe hain? kya un ko nahi sawaar karta woh?</w:t>
      </w:r>
    </w:p>
    <w:p>
      <w:pPr>
        <w:jc w:val="right"/>
      </w:pPr>
      <w:r>
        <w:t>ہیں؟ یہاں وہاں؟ دین کو لے کے جا رہے ہیں؟ داعی بن کر جا رہے ہیں؟ کیا ان کو نہیں سوار کرتا وہ؟</w:t>
      </w:r>
    </w:p>
    <w:p>
      <w:r>
        <w:rPr>
          <w:b/>
        </w:rPr>
        <w:t xml:space="preserve">[21:26] </w:t>
      </w:r>
      <w:r>
        <w:t>to computer aur aur aur hawa jahaz aur tamam cheezein jo jin ko kehta hai age of communication.</w:t>
      </w:r>
    </w:p>
    <w:p>
      <w:pPr>
        <w:jc w:val="right"/>
      </w:pPr>
      <w:r>
        <w:t>تو کرپوٹر اور اور اور ہوا جہاز اور تمام چیزیں جو جن کو کہتا ہے ایج آف کمیونیکیشن۔</w:t>
      </w:r>
    </w:p>
    <w:p>
      <w:r>
        <w:rPr>
          <w:b/>
        </w:rPr>
        <w:t xml:space="preserve">[21:37] </w:t>
      </w:r>
      <w:r>
        <w:t>to age of communication jis ka istemaal kar rahe hain bari bari companiyan, isi tareeqe se ahle iman bhi to istemaal kar rahe hain.</w:t>
      </w:r>
    </w:p>
    <w:p>
      <w:pPr>
        <w:jc w:val="right"/>
      </w:pPr>
      <w:r>
        <w:t>تو ایج آف کمیونیکیشن جس کا استعمال کر رہے ہیں بڑی بڑی کمپنیاں، اسی طریقے سے اہلِ ایمان بھی تو استعمال کر رہے ہیں۔</w:t>
      </w:r>
    </w:p>
    <w:p>
      <w:r>
        <w:rPr>
          <w:b/>
        </w:rPr>
        <w:t xml:space="preserve">[21:46] </w:t>
      </w:r>
      <w:r>
        <w:t>hamare saathi istemaal kar rahe hain. hamare jo itne saathi hain, har din, har din, har din woh islam ko phaila rahe hain, quran ko phaila rahe hain, Allah ki kitab ko phaila rahe hain.</w:t>
      </w:r>
    </w:p>
    <w:p>
      <w:pPr>
        <w:jc w:val="right"/>
      </w:pPr>
      <w:r>
        <w:t>ہمارے ساتھی استعمال کر رہے ہیں۔ ہمارے جو اتنے ساتھی ہیں، ہر دن، ہر دن، ہر دن وہ اسلام کو پھیلا رہے ہیں، قرآن کو پھیلا رہے ہیں، اللہ کی کتاب کو پھیلا رہے ہیں۔</w:t>
      </w:r>
    </w:p>
    <w:p>
      <w:r>
        <w:rPr>
          <w:b/>
        </w:rPr>
        <w:t xml:space="preserve">[21:58] </w:t>
      </w:r>
      <w:r>
        <w:t>to woh yahi to kar rahe hain. woh</w:t>
      </w:r>
    </w:p>
    <w:p>
      <w:pPr>
        <w:jc w:val="right"/>
      </w:pPr>
      <w:r>
        <w:t>تو وہ یہی تو کر رہے ہیں۔ وہ</w:t>
      </w:r>
    </w:p>
    <w:p>
      <w:r>
        <w:rPr>
          <w:b/>
        </w:rPr>
        <w:t xml:space="preserve">[22:00] </w:t>
      </w:r>
      <w:r>
        <w:t>age of communication ko istemaal kar rahe hain. to age of communication par kisi ki monopoly nahi hai, yaad rakhiye.</w:t>
      </w:r>
    </w:p>
    <w:p>
      <w:pPr>
        <w:jc w:val="right"/>
      </w:pPr>
      <w:r>
        <w:t>ایج آف کمیونیکیشن کو استعمال کر رہے ہیں۔ تو ایج آف کمیونیکیشن پر کسی کی مناپلی نہیں ہے، یاد رکھیے۔</w:t>
      </w:r>
    </w:p>
    <w:p>
      <w:r>
        <w:rPr>
          <w:b/>
        </w:rPr>
        <w:t xml:space="preserve">[22:09] </w:t>
      </w:r>
      <w:r>
        <w:t>aap ne aap jin logon ne larai chheri, unhon ne samjha ke monopoly hai. kuch qaumein chheni hui hain hum se. chheenney ka daur hi khatam ho gaya.</w:t>
      </w:r>
    </w:p>
    <w:p>
      <w:pPr>
        <w:jc w:val="right"/>
      </w:pPr>
      <w:r>
        <w:t>آپ نے آپ جن لوگوں نے لڑائی چھڑی، انہوں نے سمجھا کہ مناپلی ہے۔ کچھ قومیں چھینی ہوئی ہیں ہم سے۔ چھیننے کا دور ہی ختم ہو گیا۔</w:t>
      </w:r>
    </w:p>
    <w:p>
      <w:r>
        <w:rPr>
          <w:b/>
        </w:rPr>
        <w:t xml:space="preserve">[22:21] </w:t>
      </w:r>
      <w:r>
        <w:t>woh daur hi khatam ho gaya ke koi kuch chheene. ab har cheez universal ho, universalize ho gayi. har cheez, har cheez hai.</w:t>
      </w:r>
    </w:p>
    <w:p>
      <w:pPr>
        <w:jc w:val="right"/>
      </w:pPr>
      <w:r>
        <w:t>وہ دور ہی ختم ہو گیا کہ کوئی کچھ چھینے۔ اب ہر چیز یونیورسل ہو، یونیورسلائز ہو گئی۔ ہر چیز، ہر چیز ہے۔</w:t>
      </w:r>
    </w:p>
    <w:p>
      <w:r>
        <w:rPr>
          <w:b/>
        </w:rPr>
        <w:t xml:space="preserve">[22:30] </w:t>
      </w:r>
      <w:r>
        <w:t>jo chahe ab istemaal kare. jaise aisa tha ke suraj badli mein ho to har har ek ko dikhai nahi parega.</w:t>
      </w:r>
    </w:p>
    <w:p>
      <w:pPr>
        <w:jc w:val="right"/>
      </w:pPr>
      <w:r>
        <w:t>جو چاہے اب استعمال کرے۔ جیسے ایسا تھا کہ سورج بدلی میں ہو تو ہر ہر ایک کو دکھائی نہیں پڑے گا۔</w:t>
      </w:r>
    </w:p>
    <w:p>
      <w:r>
        <w:rPr>
          <w:b/>
        </w:rPr>
        <w:t xml:space="preserve">[22:40] </w:t>
      </w:r>
      <w:r>
        <w:t>lekin woh badli se bahar nikal aaye to kya hai</w:t>
      </w:r>
    </w:p>
    <w:p>
      <w:pPr>
        <w:jc w:val="right"/>
      </w:pPr>
      <w:r>
        <w:t>لیکن وہ بدلی سے باہر نکل آئے تو کیا ہے</w:t>
      </w:r>
    </w:p>
    <w:p>
      <w:r>
        <w:rPr>
          <w:b/>
        </w:rPr>
        <w:t xml:space="preserve">[22:43] </w:t>
      </w:r>
      <w:r>
        <w:t>? phir har ek ke liye ho gaya woh. to taraqqiyat ka suraj jo badli mein tha, woh nikal aaya. ab dekhiye, sab aadmi hain, is ko istemaal kijiye.</w:t>
      </w:r>
    </w:p>
    <w:p>
      <w:pPr>
        <w:jc w:val="right"/>
      </w:pPr>
      <w:r>
        <w:t>؟ پھر ہر ایک کے لیے ہو گیا وہ۔ تو ترقیات کا سورج جو بدلی میں تھا، وہ نکل آیا۔ اب دیکھیے، سب آدمی ہیں، اس کو استعمال کیجیے۔</w:t>
      </w:r>
    </w:p>
    <w:p>
      <w:r>
        <w:rPr>
          <w:b/>
        </w:rPr>
        <w:t xml:space="preserve">[22:56] </w:t>
      </w:r>
      <w:r>
        <w:t>to main samajhta hoon ke yeh sab se bari cheez hai jo hamare logon ko janna chahiye. ke yeh age of universalization hai, age of de universalization hai.</w:t>
      </w:r>
    </w:p>
    <w:p>
      <w:pPr>
        <w:jc w:val="right"/>
      </w:pPr>
      <w:r>
        <w:t>تو میں سمجھتا ہوں کہ یہ سب سے بڑی چیز ہے جو ہمارے لوگوں کو جاننا چاہیے۔ کہ یہ ایج آف یونیورسلائزیشن ہے، ایج آف ڈی یونیورسلائزیشن ہے۔</w:t>
      </w:r>
    </w:p>
    <w:p>
      <w:r>
        <w:rPr>
          <w:b/>
        </w:rPr>
        <w:t xml:space="preserve">[23:09] </w:t>
      </w:r>
      <w:r>
        <w:t>yaani monopoly ka daur hi khatam.</w:t>
      </w:r>
    </w:p>
    <w:p>
      <w:pPr>
        <w:jc w:val="right"/>
      </w:pPr>
      <w:r>
        <w:t>یعنی مناپلی کا دور ہی ختم۔</w:t>
      </w:r>
    </w:p>
    <w:p>
      <w:r>
        <w:rPr>
          <w:b/>
        </w:rPr>
        <w:t xml:space="preserve">[23:12] </w:t>
      </w:r>
      <w:r>
        <w:t>woh daur hi khatam. koi sazish kare. ab to sab cheez sab ke liye hai. democracy ke zamane mein, communication ke zamane mein, computer ke zamane mein, har cheez sab ke liye hai.</w:t>
      </w:r>
    </w:p>
    <w:p>
      <w:pPr>
        <w:jc w:val="right"/>
      </w:pPr>
      <w:r>
        <w:t>وہ دور ہی ختم۔ کوئی سازش کرے۔ اب تو سب چیز سب کے لیے ہے۔ ڈیموکریسی کے زمانے میں، کمیونیکیشن کے زمانے میں، کمپیوٹر کے زمانے میں، ہر چیز سب کے لیے ہے۔</w:t>
      </w:r>
    </w:p>
    <w:p>
      <w:r>
        <w:rPr>
          <w:b/>
        </w:rPr>
        <w:t xml:space="preserve">[23:26] </w:t>
      </w:r>
      <w:r>
        <w:t>aap chahe pakistan mein hon, chahe kashmir mein hon, sari duniya aap ke liye khuli hui hai. misaal ke taur par main bol raha hoon, meri awaaz sari duniya mein pohnch rahi hai.</w:t>
      </w:r>
    </w:p>
    <w:p>
      <w:pPr>
        <w:jc w:val="right"/>
      </w:pPr>
      <w:r>
        <w:t>آپ چاہے پاکستان میں ہوں، چاہے کشمیر میں ہوں، ساری دنیا آپ کے لیے کھلی ہوئی ہے۔ مثلاً میں بول رہا ہوں، میری آواز ساری دنیا میں پہنچ رہی ہے۔</w:t>
      </w:r>
    </w:p>
    <w:p>
      <w:r>
        <w:rPr>
          <w:b/>
        </w:rPr>
        <w:t xml:space="preserve">[23:36] </w:t>
      </w:r>
      <w:r>
        <w:t>to koi rok raha nahi.</w:t>
      </w:r>
    </w:p>
    <w:p>
      <w:pPr>
        <w:jc w:val="right"/>
      </w:pPr>
      <w:r>
        <w:t>تو کوئی روک رہا نہیں۔</w:t>
      </w:r>
    </w:p>
    <w:p>
      <w:r>
        <w:rPr>
          <w:b/>
        </w:rPr>
        <w:t xml:space="preserve">[23:39] </w:t>
      </w:r>
      <w:r>
        <w:t>to munapli hi khatm ho gai. to phir larna kis liye? jab munapli khatm ho gai to larna kis liye? aik aapas baat ka absurd baat to ban gai larna.</w:t>
      </w:r>
    </w:p>
    <w:p>
      <w:pPr>
        <w:jc w:val="right"/>
      </w:pPr>
      <w:r>
        <w:t>تو مناپلی ہی ختم ہو گئی۔ تو پھر لڑنا کس لیے؟ جب مناپلی ختم ہو گئی تو لڑنا کس لیے؟ ایک آپس بات کا ایبسٹرڈ بات تو بن گئی لڑنا۔</w:t>
      </w:r>
    </w:p>
    <w:p>
      <w:r>
        <w:rPr>
          <w:b/>
        </w:rPr>
        <w:t xml:space="preserve">[23:54] </w:t>
      </w:r>
      <w:r>
        <w:t>yani mili hui cheez ki larna. jaise aap ghar mein aaye, aap ki maan ne aap ko khana khane ke liye diya.</w:t>
      </w:r>
    </w:p>
    <w:p>
      <w:pPr>
        <w:jc w:val="right"/>
      </w:pPr>
      <w:r>
        <w:t>یعنی ملی ہوئی چیز کی لڑنا۔ جیسے آپ گھر میں آئے، آپ کی ماں نے آپ کو کھانا کھانے کے لیے دیا۔</w:t>
      </w:r>
    </w:p>
    <w:p>
      <w:r>
        <w:rPr>
          <w:b/>
        </w:rPr>
        <w:t xml:space="preserve">[24:02] </w:t>
      </w:r>
      <w:r>
        <w:t>ab aap maan se larr rahe hain ke mujhe khana do, khana do. par to de chuki hai.</w:t>
      </w:r>
    </w:p>
    <w:p>
      <w:pPr>
        <w:jc w:val="right"/>
      </w:pPr>
      <w:r>
        <w:t>اب آپ ماں سے لڑ رہے ہیں کہ مجھے کھانا دو، کھانا دو۔ پر تو دے چکی ہے۔</w:t>
      </w:r>
    </w:p>
    <w:p>
      <w:r>
        <w:rPr>
          <w:b/>
        </w:rPr>
        <w:t xml:space="preserve">[24:07] </w:t>
      </w:r>
      <w:r>
        <w:t>maan to khana de chuki hai aap ko. to larna kis liye? to jin mulkon mein milishia chala rahe hain log, yaqeen kijiye, woh dunya ke sab se zyada nadan log hain.</w:t>
      </w:r>
    </w:p>
    <w:p>
      <w:pPr>
        <w:jc w:val="right"/>
      </w:pPr>
      <w:r>
        <w:t>ماں تو کھانا دے چکی ہے آپ کو۔ تو لڑنا کس لیے؟ تو جن ملکوں میں ملیشیا چلا رہے ہیں لوگ، یقین کیجیے، وہ دنیا کے سب سے زیادہ نادان لوگ ہیں۔</w:t>
      </w:r>
    </w:p>
    <w:p>
      <w:r>
        <w:rPr>
          <w:b/>
        </w:rPr>
        <w:t xml:space="preserve">[24:22] </w:t>
      </w:r>
      <w:r>
        <w:t>yani suraj nikal raha hai to us se larna kya hai? mawaqe khul chuke hain to us se larna kya hai? age of communication aa gaya to us se larna kya hai?</w:t>
      </w:r>
    </w:p>
    <w:p>
      <w:pPr>
        <w:jc w:val="right"/>
      </w:pPr>
      <w:r>
        <w:t>یعنی سورج نکل رہا ہے تو اس سے لڑنا کیا ہے؟ مواقع کھل چکے ہیں تو اس سے لڑنا کیا ہے؟ ایج آف کمیونیکیشن آ گیا تو اس سے لڑنا کیا ہے؟</w:t>
      </w:r>
    </w:p>
    <w:p>
      <w:r>
        <w:rPr>
          <w:b/>
        </w:rPr>
        <w:t xml:space="preserve">[24:33] </w:t>
      </w:r>
      <w:r>
        <w:t>jab sab cheez sab ke liye ho gai to larna kya hai?</w:t>
      </w:r>
    </w:p>
    <w:p>
      <w:pPr>
        <w:jc w:val="right"/>
      </w:pPr>
      <w:r>
        <w:t>جب سب چیز سب کے لیے ہو گئی تو لڑنا کیا ہے؟</w:t>
      </w:r>
    </w:p>
    <w:p>
      <w:r>
        <w:rPr>
          <w:b/>
        </w:rPr>
        <w:t xml:space="preserve">[24:36] </w:t>
      </w:r>
      <w:r>
        <w:t>jab munapli khatm ho gai, to larna kya hai? aap kahin bhi rahein, aap America, aap Pakistan mein rahein, aap Kashmir mein rahein, Bangladesh mein rahein, kahin bhi rahiye, sari dunya aap ke liye hai.</w:t>
      </w:r>
    </w:p>
    <w:p>
      <w:pPr>
        <w:jc w:val="right"/>
      </w:pPr>
      <w:r>
        <w:t>جب مناپلی ختم ہو گئی، تو لڑنا کیا ہے؟ آپ کہیں بھی رہیں، آپ امریکہ، آپ پاکستان میں رہیں، آپ کشمیر میں رہیں، بنگلہ دیش میں رہیں، کہیں بھی رہیے، ساری دنیا آپ کے لیے ہے۔</w:t>
      </w:r>
    </w:p>
    <w:p>
      <w:r>
        <w:rPr>
          <w:b/>
        </w:rPr>
        <w:t xml:space="preserve">[24:53] </w:t>
      </w:r>
      <w:r>
        <w:t>jahan bhi rahiye, sari dunya aap ke liye hai. koi larna nahi hai. to main samajhta hoon ke bohat zyada ho raha hai ke musalmanon ko sab se bari cheez jo janna hai, woh kya</w:t>
      </w:r>
    </w:p>
    <w:p>
      <w:pPr>
        <w:jc w:val="right"/>
      </w:pPr>
      <w:r>
        <w:t>جہاں بھی رہیے، ساری دنیا آپ کے لیے ہے۔ کوئی لڑنا نہیں ہے۔ تو میں سمجھتا ہوں کہ بہت زیادہ ہو رہا ہے کہ مسلمانوں کو سب سے بڑی چیز جو جاننا ہے، وہ کیا</w:t>
      </w:r>
    </w:p>
    <w:p>
      <w:r>
        <w:rPr>
          <w:b/>
        </w:rPr>
        <w:t xml:space="preserve">[25:04] </w:t>
      </w:r>
      <w:r>
        <w:t>hai? woh yeh hai ke sari dunya aap ke liye hai. aap se murad larnay walay ke liye nahi hai. peaceful jiddo jehad karne walon ke liye.</w:t>
      </w:r>
    </w:p>
    <w:p>
      <w:pPr>
        <w:jc w:val="right"/>
      </w:pPr>
      <w:r>
        <w:t>ہے؟ وہ یہ ہے کہ ساری دنیا آپ کے لیے ہے۔ آپ سے مراد لڑنے والے کے لیے نہیں ہے۔ پیس فل جدوجہد کرنے والوں کے لیے۔</w:t>
      </w:r>
    </w:p>
    <w:p>
      <w:r>
        <w:rPr>
          <w:b/>
        </w:rPr>
        <w:t xml:space="preserve">[25:14] </w:t>
      </w:r>
      <w:r>
        <w:t>aaj ka daur peace ka daur hai. larai ka daur khatm ho chuka hai. agar aap peaceful planning karein, peaceful method ikhtiyar karein, to sari dunya aap ke liye hai.</w:t>
      </w:r>
    </w:p>
    <w:p>
      <w:pPr>
        <w:jc w:val="right"/>
      </w:pPr>
      <w:r>
        <w:t>آج کا دور پیس کا دور ہے۔ لڑائی کا دور ختم ہو چکا ہے۔ اگر آپ پیس فل پلاننگ کریں، پیس فل میتھڈ اختیار کریں، تو ساری دنیا آپ کے لیے ہے۔</w:t>
      </w:r>
    </w:p>
    <w:p>
      <w:r>
        <w:rPr>
          <w:b/>
        </w:rPr>
        <w:t xml:space="preserve">[25:28] </w:t>
      </w:r>
      <w:r>
        <w:t>yeh hai sab se bari baat jis ko musalmanon ko janna chahiye. aur aaj main soch raha tha, nazar Quran par, main ne nazar Quran to mujhe bilkul bekar si baat lagi.</w:t>
      </w:r>
    </w:p>
    <w:p>
      <w:pPr>
        <w:jc w:val="right"/>
      </w:pPr>
      <w:r>
        <w:t>یہ ہے سب سے بڑی بات جس کو مسلمانوں کو جاننا چاہیے۔ اور آج میں سوچ رہا تھا، نظر قرآن پر، میں نے نظر قرآن تو مجھے بالکل بیکار سی بات لگی۔</w:t>
      </w:r>
    </w:p>
    <w:p>
      <w:r>
        <w:rPr>
          <w:b/>
        </w:rPr>
        <w:t xml:space="preserve">[25:42] </w:t>
      </w:r>
      <w:r>
        <w:t>yani Quran ko yani release karna.</w:t>
      </w:r>
    </w:p>
    <w:p>
      <w:pPr>
        <w:jc w:val="right"/>
      </w:pPr>
      <w:r>
        <w:t>یعنی قرآن کو یعنی ریلیز کرنا۔</w:t>
      </w:r>
    </w:p>
    <w:p>
      <w:r>
        <w:rPr>
          <w:b/>
        </w:rPr>
        <w:t xml:space="preserve">[25:48] </w:t>
      </w:r>
      <w:r>
        <w:t>Quran aik darya hai, aik samandar hai, aik aik aik universe hai. is mein poore Quran ko aap ko sail lena hai, poore Quran se aap ko apne zehn mein rakhna hai.</w:t>
      </w:r>
    </w:p>
    <w:p>
      <w:pPr>
        <w:jc w:val="right"/>
      </w:pPr>
      <w:r>
        <w:t>قرآن ایک دریا ہے، ایک سمندر ہے، ایک ایک ایک یونیورس ہے۔ اس میں پورے قرآن کو آپ کو سیل لینا ہے، پورے قرآن سے آپ کو اپنے ذہن میں رکھنا ہے۔</w:t>
      </w:r>
    </w:p>
    <w:p>
      <w:r>
        <w:rPr>
          <w:b/>
        </w:rPr>
        <w:t xml:space="preserve">[26:07] </w:t>
      </w:r>
      <w:r>
        <w:t>tab yeh sab baat hai. yani Quran ke hawale mein aap apne aap ko universalize kijiye.</w:t>
      </w:r>
    </w:p>
    <w:p>
      <w:pPr>
        <w:jc w:val="right"/>
      </w:pPr>
      <w:r>
        <w:t>تب یہ سب بات ہے۔ یعنی قرآن کے حوالے میں آپ اپنے آپ کو یونیورسلائز کیجیے۔</w:t>
      </w:r>
    </w:p>
    <w:p>
      <w:r>
        <w:rPr>
          <w:b/>
        </w:rPr>
        <w:t xml:space="preserve">[26:14] </w:t>
      </w:r>
      <w:r>
        <w:t>universal method ko apply kijiye. nazm band ayat nahi. to universal method ko apply kijiye.</w:t>
      </w:r>
    </w:p>
    <w:p>
      <w:pPr>
        <w:jc w:val="right"/>
      </w:pPr>
      <w:r>
        <w:t>یونیورسل میتھڈ کو اپلائی کیجیے۔ نظم بند آیات نہیں۔ تو یونیورسل میتھڈ کو اپلائی کیجیے۔</w:t>
      </w:r>
    </w:p>
    <w:p>
      <w:r>
        <w:rPr>
          <w:b/>
        </w:rPr>
        <w:t xml:space="preserve">[26:25] </w:t>
      </w:r>
      <w:r>
        <w:t>ke sare Quran ko aap aik samandar samjhiye. tab aap is ki gehrai mein jayenge.</w:t>
      </w:r>
    </w:p>
    <w:p>
      <w:pPr>
        <w:jc w:val="right"/>
      </w:pPr>
      <w:r>
        <w:t>کہ سارے قرآن کو آپ ایک سمندر سمجھیے۔ تب آپ اس کی گہرائی میں جائیں گے۔</w:t>
      </w:r>
    </w:p>
    <w:p>
      <w:r>
        <w:rPr>
          <w:b/>
        </w:rPr>
        <w:t xml:space="preserve">[26:34] </w:t>
      </w:r>
      <w:r>
        <w:t>tab aap is ke baaton ko samjhenge. jaise ke main ne misaal diya.</w:t>
      </w:r>
    </w:p>
    <w:p>
      <w:pPr>
        <w:jc w:val="right"/>
      </w:pPr>
      <w:r>
        <w:t>تب آپ اس کے باتوں کو سمجھیں گے۔ جیسے کہ میں نے مثال دیا۔</w:t>
      </w:r>
    </w:p>
    <w:p>
      <w:r>
        <w:rPr>
          <w:b/>
        </w:rPr>
        <w:t xml:space="preserve">[26:42] </w:t>
      </w:r>
      <w:r>
        <w:t>to jab tak main phansa hua tha nazar Quran mein, main kuch samajh nahi pata tha. koi mujhe take away nahi milta tha. take away nahi milta tha.</w:t>
      </w:r>
    </w:p>
    <w:p>
      <w:pPr>
        <w:jc w:val="right"/>
      </w:pPr>
      <w:r>
        <w:t>تو جب تک میں پھنسا ہوا تھا نظر قرآن میں، میں کچھ سمجھ نہیں پاتا تھا۔ کوئی مجھے ٹیک اوے نہیں ملتا تھا۔ ٹیک اوے نہیں ملتا تھا۔</w:t>
      </w:r>
    </w:p>
    <w:p>
      <w:r>
        <w:rPr>
          <w:b/>
        </w:rPr>
        <w:t xml:space="preserve">[26:52] </w:t>
      </w:r>
      <w:r>
        <w:t>ab sara Quran mujhe take away hai. har jagah jab koi kitab parhta hoon to mujhe wahin par take away maujood hota hai. jahan bhi kholta hoon, wahin take away hai.</w:t>
      </w:r>
    </w:p>
    <w:p>
      <w:pPr>
        <w:jc w:val="right"/>
      </w:pPr>
      <w:r>
        <w:t>اب سارا قرآن مجھے ٹیک اوے ہے۔ ہر جگہ جب کوئی کتاب پڑھتا ہوں تو مجھے وہیں پر ٹیک اوے موجود ہوتا ہے۔ جہاں بھی کھولتا ہوں، وہیں ٹیک اوے ہے۔</w:t>
      </w:r>
    </w:p>
    <w:p>
      <w:r>
        <w:rPr>
          <w:b/>
        </w:rPr>
        <w:t xml:space="preserve">[27:05] </w:t>
      </w:r>
      <w:r>
        <w:t>jahan bhi kholta hoon, wahin take</w:t>
      </w:r>
    </w:p>
    <w:p>
      <w:pPr>
        <w:jc w:val="right"/>
      </w:pPr>
      <w:r>
        <w:t>جہاں بھی کھولتا ہوں، وہیں ٹیک</w:t>
      </w:r>
    </w:p>
    <w:p>
      <w:r>
        <w:rPr>
          <w:b/>
        </w:rPr>
        <w:t xml:space="preserve">[27:07] </w:t>
      </w:r>
      <w:r>
        <w:t>away hai. jaise aaj main ne bataya aap ko ke aaj main ne ayat parhi. inni asbah wa barak tu laga ke Quran, laga ke aik Khuda mujh se keh raha hai, aye bande,</w:t>
      </w:r>
    </w:p>
    <w:p>
      <w:pPr>
        <w:jc w:val="right"/>
      </w:pPr>
      <w:r>
        <w:t>اوے ہے۔ جیسے آج میں نے بتایا آپ کو کہ آج میں نے آیت پڑھی۔ إِنِّي أَسْبَحُ وَبَارَكُ تو لگا کہ قرآن، لگا کہ ایک خدا مجھ سے کہہ رہا ہے، اے بندے،</w:t>
      </w:r>
    </w:p>
    <w:p>
      <w:r>
        <w:rPr>
          <w:b/>
        </w:rPr>
        <w:t xml:space="preserve">[27:22] </w:t>
      </w:r>
      <w:r>
        <w:t>himmat na haar. koi mushkil mushkil nahi hai. Allah ke deen mein apni apni bohat mehnat laga de, apni struggle laga de.</w:t>
      </w:r>
    </w:p>
    <w:p>
      <w:pPr>
        <w:jc w:val="right"/>
      </w:pPr>
      <w:r>
        <w:t>ہمت نہ ہار۔ کوئی مشکل مشکل نہیں ہے۔ اللہ کے دین میں اپنی اپنی بہت محنت لگا دے، اپنی سٹرگل لگا دے۔</w:t>
      </w:r>
    </w:p>
    <w:p>
      <w:r>
        <w:rPr>
          <w:b/>
        </w:rPr>
        <w:t xml:space="preserve">[27:32] </w:t>
      </w:r>
      <w:r>
        <w:t>sari dunya tumhare liye, har jagah ko Allah Rabb ul Alameen tumhare liye khara hua</w:t>
      </w:r>
    </w:p>
    <w:p>
      <w:pPr>
        <w:jc w:val="right"/>
      </w:pPr>
      <w:r>
        <w:t>ساری دنیا تمہارے لیے، ہر جگہ کو اللہ رب العالمین تمہارے لیے کھڑا ہوا</w:t>
      </w:r>
    </w:p>
    <w:p>
      <w:r>
        <w:rPr>
          <w:b/>
        </w:rPr>
        <w:t xml:space="preserve">[27:37] </w:t>
      </w:r>
      <w:r>
        <w:t>hai. main jo hoon, har jagah Allah Rabb ul Alameen khara hua hai, keh raha hai ke aye bande, main jo hoon. to yeh main samajhta hoon ke sab se bari baat hai jo har har musalman ko, har har Allah ke momin ko janna chahiye.</w:t>
      </w:r>
    </w:p>
    <w:p>
      <w:pPr>
        <w:jc w:val="right"/>
      </w:pPr>
      <w:r>
        <w:t>ہے۔ میں جو ہوں، ہر جگہ اللہ رب العالمین کھڑا ہوا ہے، کہہ رہا ہے کہ اے بندے، میں جو ہوں۔ تو یہ میں سمجھتا ہوں کہ سب سے بڑی بات ہے جو ہر ہر مسلمان کو، ہر ہر اللہ کے مومن کو جاننا چاہیے۔</w:t>
      </w:r>
    </w:p>
    <w:p>
      <w:r>
        <w:rPr>
          <w:b/>
        </w:rPr>
        <w:t xml:space="preserve">[28:01] </w:t>
      </w:r>
      <w:r>
        <w:t>janna chahiye.</w:t>
      </w:r>
    </w:p>
    <w:p>
      <w:pPr>
        <w:jc w:val="right"/>
      </w:pPr>
      <w:r>
        <w:t>جاننا چاہیے۔</w:t>
      </w:r>
    </w:p>
    <w:p>
      <w:r>
        <w:rPr>
          <w:b/>
        </w:rPr>
        <w:t xml:space="preserve">[28:03] </w:t>
      </w:r>
      <w:r>
        <w:t>isi se aadmi ke andar yaqeen aayega, himmat aayegi, karaj aayega, karaj. woh planning kar payega, apne kaam ko zyada gehre andaaz mein anjaam de payega.</w:t>
      </w:r>
    </w:p>
    <w:p>
      <w:pPr>
        <w:jc w:val="right"/>
      </w:pPr>
      <w:r>
        <w:t>اسی سے آدمی کے اندر یقین آئے گا، ہمت آئے گی، کرج آئے گا، کرج۔ وہ پلاننگ کر پائے گا، اپنے کام کو زیادہ گہرے انداز میں انجام دے پائے گا۔</w:t>
      </w:r>
    </w:p>
    <w:p>
      <w:r>
        <w:rPr>
          <w:b/>
        </w:rPr>
        <w:t xml:space="preserve">[28:20] </w:t>
      </w:r>
      <w:r>
        <w:t>isi isi marifat ki bina par yeh maine samjhaya. toh main aap ko yeh kahunga ke aap apne horizon ko bohat hi phailaiye.</w:t>
      </w:r>
    </w:p>
    <w:p>
      <w:pPr>
        <w:jc w:val="right"/>
      </w:pPr>
      <w:r>
        <w:t>اسی اسی معرفت کی بنا پر یہ میں نے سمجھایا۔ تو میں آپ کو یہ کہوں گا کہ آپ اپنے ہورائزن کو بہت ہی پھیلائیے۔</w:t>
      </w:r>
    </w:p>
    <w:p>
      <w:r>
        <w:rPr>
          <w:b/>
        </w:rPr>
        <w:t xml:space="preserve">[28:38] </w:t>
      </w:r>
      <w:r>
        <w:t>do aayaton ke beech mein na rahiye.</w:t>
      </w:r>
    </w:p>
    <w:p>
      <w:pPr>
        <w:jc w:val="right"/>
      </w:pPr>
      <w:r>
        <w:t>دو آیتوں کے بیچ میں نہ رہیے۔</w:t>
      </w:r>
    </w:p>
    <w:p>
      <w:r>
        <w:rPr>
          <w:b/>
        </w:rPr>
        <w:t xml:space="preserve">[28:40] </w:t>
      </w:r>
      <w:r>
        <w:t>apne horizon ko bohat phailaiye, bohat phailaiye, bohat phailaiye. ufuq ko bohat phailaiye. universal thinking apne andar laiye.</w:t>
      </w:r>
    </w:p>
    <w:p>
      <w:pPr>
        <w:jc w:val="right"/>
      </w:pPr>
      <w:r>
        <w:t>اپنے ہورائزن کو بہت پھیلائیے، بہت پھیلائیے، بہت پھیلائیے۔ افق کو بہت پھیلائیے۔ یونیورسل تھنکنگ اپنے اندر لائیے۔</w:t>
      </w:r>
    </w:p>
    <w:p>
      <w:r>
        <w:rPr>
          <w:b/>
        </w:rPr>
        <w:t xml:space="preserve">[28:52] </w:t>
      </w:r>
      <w:r>
        <w:t>Allah taala aap ki madad farmaye. Allah taala aap ko zyada se zyada marifat ka khazana ata farmaye. Assalam o alaikum wa rehmatullahi</w:t>
      </w:r>
    </w:p>
    <w:p>
      <w:pPr>
        <w:jc w:val="right"/>
      </w:pPr>
      <w:r>
        <w:t>اللہ تعالیٰ آپ کی مدد فرمائے۔ اللہ تعالیٰ آپ کو زیادہ سے زیادہ معرفت کا خزانہ عطا فرمائے۔ السلام علیکم ورحمة الله</w:t>
      </w:r>
    </w:p>
    <w:p>
      <w:r>
        <w:rPr>
          <w:b/>
        </w:rPr>
        <w:t xml:space="preserve">[29:15] </w:t>
      </w:r>
      <w:r>
        <w:t>okay, we will start with the question-answer session. I request once again to all the online viewers to also mention the location when they post their comments or questions.</w:t>
      </w:r>
    </w:p>
    <w:p>
      <w:pPr>
        <w:jc w:val="right"/>
      </w:pPr>
      <w:r>
        <w:t>اوکے، we will start with the question-answer session. I request once again to all the online viewers to also mention the location when they post their comments or questions.</w:t>
      </w:r>
    </w:p>
    <w:p>
      <w:r>
        <w:rPr>
          <w:b/>
        </w:rPr>
        <w:t xml:space="preserve">[29:30] </w:t>
      </w:r>
      <w:r>
        <w:t>molana, sab se pehle comment padhna chahenge. yeh molana iqbal umri ne bheja hai chennai se.</w:t>
      </w:r>
    </w:p>
    <w:p>
      <w:pPr>
        <w:jc w:val="right"/>
      </w:pPr>
      <w:r>
        <w:t>مولانا، سب سے پہلے کمنٹ پڑھنا چاہیں گے۔ یہ مولانا اقبال عمری نے بھیجا ہے چنئی سے۔</w:t>
      </w:r>
    </w:p>
    <w:p>
      <w:r>
        <w:rPr>
          <w:b/>
        </w:rPr>
        <w:t xml:space="preserve">[29:38] </w:t>
      </w:r>
      <w:r>
        <w:t>unhone likha hai: "deen aur dawat ke liye outsourcing ka concept bohat hi thrilling aur practical hai." molana, aap se hi hum ko yeh maloom hua.</w:t>
      </w:r>
    </w:p>
    <w:p>
      <w:pPr>
        <w:jc w:val="right"/>
      </w:pPr>
      <w:r>
        <w:t>انہوں نے لکھا ہے: "دین اور دعوت کے لیے آؤٹ سورسنگ کا concept بہت ہی thrilling اور practical ہے۔" مولانا، آپ سے ہی ہم کو یہ معلوم ہوا۔</w:t>
      </w:r>
    </w:p>
    <w:p>
      <w:r>
        <w:rPr>
          <w:b/>
        </w:rPr>
        <w:t xml:space="preserve">[29:50] </w:t>
      </w:r>
      <w:r>
        <w:t>jazak Allah. molana, sawal lena chahenge. yeh sawal bheja hai ahmedabad se muhammad imran sahab ne.</w:t>
      </w:r>
    </w:p>
    <w:p>
      <w:pPr>
        <w:jc w:val="right"/>
      </w:pPr>
      <w:r>
        <w:t>جزاک اللہ۔ مولانا، سوال لینا چاہیں گے۔ یہ سوال بھیجا ہے احمد آباد سے محمد عمران صاحب نے۔</w:t>
      </w:r>
    </w:p>
    <w:p>
      <w:r>
        <w:rPr>
          <w:b/>
        </w:rPr>
        <w:t xml:space="preserve">[30:02] </w:t>
      </w:r>
      <w:r>
        <w:t>unhone likha hai: "Molana, some people link divine help with their duas being accepted. They think if their dua is not accepted, then God is not pleased with them,</w:t>
      </w:r>
    </w:p>
    <w:p>
      <w:pPr>
        <w:jc w:val="right"/>
      </w:pPr>
      <w:r>
        <w:t>انہوں نے لکھا ہے: "Molana, some people link divine help with their duas being accepted. They think if their dua is not accepted, then God is not pleased with them,</w:t>
      </w:r>
    </w:p>
    <w:p>
      <w:r>
        <w:rPr>
          <w:b/>
        </w:rPr>
        <w:t xml:space="preserve">[30:17] </w:t>
      </w:r>
      <w:r>
        <w:t>and many end up going for shortcuts like taweez aur even to dargah to get their wish fulfilled." molana, what is your opinion on this?</w:t>
      </w:r>
    </w:p>
    <w:p>
      <w:pPr>
        <w:jc w:val="right"/>
      </w:pPr>
      <w:r>
        <w:t>and many end up going for shortcuts like تعویذ اور even to درگاہ to get their wish fulfilled." مولانا، what is your opinion on this?</w:t>
      </w:r>
    </w:p>
    <w:p>
      <w:r>
        <w:rPr>
          <w:b/>
        </w:rPr>
        <w:t xml:space="preserve">[30:32] </w:t>
      </w:r>
      <w:r>
        <w:t>dekhiye, taweez aur dargah toh bilkul absurd cheezein hain. inka Islam se koi taluq nahi hai. bilkul taluq nahi hai, bilkul taluq nahi hai.</w:t>
      </w:r>
    </w:p>
    <w:p>
      <w:pPr>
        <w:jc w:val="right"/>
      </w:pPr>
      <w:r>
        <w:t>دیکھیے، تعویذ اور درگاہ تو بالکل absurd چیزیں ہیں۔ ان کا اسلام سے کوئی تعلق نہیں ہے۔ بالکل تعلق نہیں ہے، بالکل تعلق نہیں ہے۔</w:t>
      </w:r>
    </w:p>
    <w:p>
      <w:r>
        <w:rPr>
          <w:b/>
        </w:rPr>
        <w:t xml:space="preserve">[30:43] </w:t>
      </w:r>
      <w:r>
        <w:t>dua jo hai, dua toh Quran se sabit hai, hadith se sabit hai, rasool Allah ki sunnat se sabit hai. dua bohat hi bari</w:t>
      </w:r>
    </w:p>
    <w:p>
      <w:pPr>
        <w:jc w:val="right"/>
      </w:pPr>
      <w:r>
        <w:t>دعا جو ہے، دعا تو قرآن سے ثابت ہے، حدیث سے ثابت ہے، رسول اللہ کی سنت سے ثابت ہے۔ دعا بہت ہی بڑی</w:t>
      </w:r>
    </w:p>
    <w:p>
      <w:r>
        <w:rPr>
          <w:b/>
        </w:rPr>
        <w:t xml:space="preserve">[30:51] </w:t>
      </w:r>
      <w:r>
        <w:t>cheez hai. lekin yaad rakhiye, dua fifty-fifty hai. dua ka muamla fifty-fifty hai. yaani aadha kaam aap karte hain, aadha kaam Allah ke hukum se, faisle karte hain.</w:t>
      </w:r>
    </w:p>
    <w:p>
      <w:pPr>
        <w:jc w:val="right"/>
      </w:pPr>
      <w:r>
        <w:t>چیز ہے۔ لیکن یاد رکھیے، دعا fifty-fifty ہے۔ دعا کا معاملہ fifty-fifty ہے۔ یعنی آدھا کام آپ کرتے ہیں، آدھا کام اللہ کے حکم سے، فیصلے کرتے ہیں۔</w:t>
      </w:r>
    </w:p>
    <w:p>
      <w:r>
        <w:rPr>
          <w:b/>
        </w:rPr>
        <w:t xml:space="preserve">[31:11] </w:t>
      </w:r>
      <w:r>
        <w:t>toh aap agar apna aadha kaam na karein toh kuch bhi hone wala nahi. kuch bhi nahi hoga, kuch bhi nahi.</w:t>
      </w:r>
    </w:p>
    <w:p>
      <w:pPr>
        <w:jc w:val="right"/>
      </w:pPr>
      <w:r>
        <w:t>تو آپ اگر اپنا آدھا کام نہ کریں تو کچھ بھی ہونے والا نہیں۔ کچھ بھی نہیں ہوگا، کچھ بھی نہیں۔</w:t>
      </w:r>
    </w:p>
    <w:p>
      <w:r>
        <w:rPr>
          <w:b/>
        </w:rPr>
        <w:t xml:space="preserve">[31:21] </w:t>
      </w:r>
      <w:r>
        <w:t>toh iske maani kya hain? dua shuru hoti hai discovery se, marifat se. sab se pehle aap ko jaanna padta hai ke what is the plan of God Allah ki planning kya hai?</w:t>
      </w:r>
    </w:p>
    <w:p>
      <w:pPr>
        <w:jc w:val="right"/>
      </w:pPr>
      <w:r>
        <w:t>تو اس کے معنی کیا ہیں؟ دعا شروع ہوتی ہے discovery سے، معرفت سے۔ سب سے پہلے آپ کو جاننا پڑتا ہے کہ what is the plan of God اللہ کی پلاننگ کیا ہے؟</w:t>
      </w:r>
    </w:p>
    <w:p>
      <w:r>
        <w:rPr>
          <w:b/>
        </w:rPr>
        <w:t xml:space="preserve">[31:38] </w:t>
      </w:r>
      <w:r>
        <w:t>main apne aap ko kahan khada karoon?</w:t>
      </w:r>
    </w:p>
    <w:p>
      <w:pPr>
        <w:jc w:val="right"/>
      </w:pPr>
      <w:r>
        <w:t>میں اپنے آپ کو کہاں کھڑا کروں؟</w:t>
      </w:r>
    </w:p>
    <w:p>
      <w:r>
        <w:rPr>
          <w:b/>
        </w:rPr>
        <w:t xml:space="preserve">[31:43] </w:t>
      </w:r>
      <w:r>
        <w:t>apne aap ko kahan khada karoon?</w:t>
      </w:r>
    </w:p>
    <w:p>
      <w:pPr>
        <w:jc w:val="right"/>
      </w:pPr>
      <w:r>
        <w:t>اپنے آپ کو کہاں کھڑا کروں؟</w:t>
      </w:r>
    </w:p>
    <w:p>
      <w:r>
        <w:rPr>
          <w:b/>
        </w:rPr>
        <w:t xml:space="preserve">[31:45] </w:t>
      </w:r>
      <w:r>
        <w:t>jaise baarish ho rahi hai, aap apne aap ko maidan mein khada karna padega. pahad ki choti par khada hoon toh baarish nahi milegi aap ko.</w:t>
      </w:r>
    </w:p>
    <w:p>
      <w:pPr>
        <w:jc w:val="right"/>
      </w:pPr>
      <w:r>
        <w:t>جیسے بارش ہو رہی ہے، آپ اپنے آپ کو میدان میں کھڑا کرنا پڑے گا۔ پہاڑ کی چوٹی پر کھڑا ہوں تو بارش نہیں ملے گی آپ کو۔</w:t>
      </w:r>
    </w:p>
    <w:p>
      <w:r>
        <w:rPr>
          <w:b/>
        </w:rPr>
        <w:t xml:space="preserve">[31:57] </w:t>
      </w:r>
      <w:r>
        <w:t>pahaad ki choti par khade ho jayein aap toh aap ko baarish nahi milegi. aap ko maidan mein khada karna padega, tab baarish milegi.</w:t>
      </w:r>
    </w:p>
    <w:p>
      <w:pPr>
        <w:jc w:val="right"/>
      </w:pPr>
      <w:r>
        <w:t>پہاڑ کی چوٹی پر کھڑے ہو جائیں آپ تو آپ کو بارش نہیں ملے گی۔ آپ کو میدان میں کھڑا کرنا پڑے گا، تب بارش ملے گی۔</w:t>
      </w:r>
    </w:p>
    <w:p>
      <w:r>
        <w:rPr>
          <w:b/>
        </w:rPr>
        <w:t xml:space="preserve">[32:07] </w:t>
      </w:r>
      <w:r>
        <w:t>toh dua ka aaghaz dua ke kalmaat dua se nahi hai, harghiz nahi hai.</w:t>
      </w:r>
    </w:p>
    <w:p>
      <w:pPr>
        <w:jc w:val="right"/>
      </w:pPr>
      <w:r>
        <w:t>تو دعا کا آغاز دعا کے کلمات دعا سے نہیں ہے، ہرگز نہیں ہے۔</w:t>
      </w:r>
    </w:p>
    <w:p>
      <w:r>
        <w:rPr>
          <w:b/>
        </w:rPr>
        <w:t xml:space="preserve">[32:14] </w:t>
      </w:r>
      <w:r>
        <w:t>dua ka aaghaz hai sab se pehle yeh ek cheez janne ka, iski discovery karne ka ke Allah ki iski options kya hain, Allah ki planning kya hai.</w:t>
      </w:r>
    </w:p>
    <w:p>
      <w:pPr>
        <w:jc w:val="right"/>
      </w:pPr>
      <w:r>
        <w:t>دعا کا آغاز ہے سب سے پہلے یہ ایک چیز جاننے کا، اس کی discovery کرنے کا کہ اللہ کی اس کی options کیا ہیں، اللہ کی پلاننگ کیا ہے۔</w:t>
      </w:r>
    </w:p>
    <w:p>
      <w:r>
        <w:rPr>
          <w:b/>
        </w:rPr>
        <w:t xml:space="preserve">[32:30] </w:t>
      </w:r>
      <w:r>
        <w:t>main kaise apne aap ko is mein lagaoon? misaal ke taur par dekhiye, Allah taala ne beeswi sadi mein English zabaan ko international zabaan bana diya.</w:t>
      </w:r>
    </w:p>
    <w:p>
      <w:pPr>
        <w:jc w:val="right"/>
      </w:pPr>
      <w:r>
        <w:t>میں کیسے اپنے آپ کو اس میں لگاؤں؟ مثال کے طور پر دیکھیے، اللہ تعالیٰ نے بیسویں صدی میں انگلش زبان کو international زبان بنا دیا۔</w:t>
      </w:r>
    </w:p>
    <w:p>
      <w:r>
        <w:rPr>
          <w:b/>
        </w:rPr>
        <w:t xml:space="preserve">[32:44] </w:t>
      </w:r>
      <w:r>
        <w:t>British Empire ko ek ek aalami empire bana diya. yeh kaha jata tha ke the sun never set in the British Empire toh hum is mein ladne lage.</w:t>
      </w:r>
    </w:p>
    <w:p>
      <w:pPr>
        <w:jc w:val="right"/>
      </w:pPr>
      <w:r>
        <w:t>برٹش ایمپائر کو ایک ایک عالمی ایمپائر بنا دیا۔ یہ کہا جاتا تھا کہ the sun never set in the British Empire تو ہم اس میں لڑنے لگے۔</w:t>
      </w:r>
    </w:p>
    <w:p>
      <w:r>
        <w:rPr>
          <w:b/>
        </w:rPr>
        <w:t xml:space="preserve">[32:58] </w:t>
      </w:r>
      <w:r>
        <w:t>jaane nahi ke Allah ki planning kya hai. yeh bilkul main samajhta hoon ke jo log lade woh andhe bhare log the. toh aap ko bohat is ko lena chahiye tha ba-taur opportunity ko, na ke ba-taur dushmani ko.</w:t>
      </w:r>
    </w:p>
    <w:p>
      <w:pPr>
        <w:jc w:val="right"/>
      </w:pPr>
      <w:r>
        <w:t>جانے نہیں کہ اللہ کی پلاننگ کیا ہے۔ یہ بالکل میں سمجھتا ہوں کہ جو لوگ لڑے وہ اندھے بھرے لوگ تھے۔ تو آپ کو بہت اس کو لینا چاہیے تھا بطور opportunity کو، نہ کہ بطور دشمنی کو۔</w:t>
      </w:r>
    </w:p>
    <w:p>
      <w:r>
        <w:rPr>
          <w:b/>
        </w:rPr>
        <w:t xml:space="preserve">[33:12] </w:t>
      </w:r>
      <w:r>
        <w:t>british empire hamari dushman nahi thi, hamari opportunity thi. yani is ne sari dunya mein darwaza khol diya dawat ka.</w:t>
      </w:r>
    </w:p>
    <w:p>
      <w:pPr>
        <w:jc w:val="right"/>
      </w:pPr>
      <w:r>
        <w:t>برٹش ایمپائر ہماری دشمن نہیں تھی، ہماری opportunity تھی۔ یعنی اس نے ساری دنیا میں دروازہ کھول دیا دعوت کا۔</w:t>
      </w:r>
    </w:p>
    <w:p>
      <w:r>
        <w:rPr>
          <w:b/>
        </w:rPr>
        <w:t xml:space="preserve">[33:22] </w:t>
      </w:r>
      <w:r>
        <w:t>unhein wahi to laya dunya mein communication, unhi ki zuban mein to communication laya.</w:t>
      </w:r>
    </w:p>
    <w:p>
      <w:pPr>
        <w:jc w:val="right"/>
      </w:pPr>
      <w:r>
        <w:t>انہیں وہی تو لایا دنیا میں communication، انہی کی زبان میں تو communication لایا۔</w:t>
      </w:r>
    </w:p>
    <w:p>
      <w:r>
        <w:rPr>
          <w:b/>
        </w:rPr>
        <w:t xml:space="preserve">[33:30] </w:t>
      </w:r>
      <w:r>
        <w:t>to un ke zamane mein Allah ne communication khola, international language paida ki. to doriye is is mawaqe ko avail karne ke liye.</w:t>
      </w:r>
    </w:p>
    <w:p>
      <w:pPr>
        <w:jc w:val="right"/>
      </w:pPr>
      <w:r>
        <w:t>تو ان کے زمانے میں اللہ نے communication کھولا، international language پیدا کی۔ تو دوڑیے اس اس مواقع کو avail کرنے کے لیے۔</w:t>
      </w:r>
    </w:p>
    <w:p>
      <w:r>
        <w:rPr>
          <w:b/>
        </w:rPr>
        <w:t xml:space="preserve">[33:40] </w:t>
      </w:r>
      <w:r>
        <w:t>to british empire ka zamana jadeed opportunity ko avail karne ka zamana tha. jo log british ab wahan se lade, mera khayal hai woh bilkul andhe bhare log thay.</w:t>
      </w:r>
    </w:p>
    <w:p>
      <w:pPr>
        <w:jc w:val="right"/>
      </w:pPr>
      <w:r>
        <w:t>تو برٹش ایمپائر کا زمانہ جدید opportunity کو avail کرنے کا زمانہ تھا۔ جو لوگ برٹش اب وہاں سے لڑے، میرا خیال ہے وہ بالکل اندھے بھرے لوگ تھے۔</w:t>
      </w:r>
    </w:p>
    <w:p>
      <w:r>
        <w:rPr>
          <w:b/>
        </w:rPr>
        <w:t xml:space="preserve">[33:52] </w:t>
      </w:r>
      <w:r>
        <w:t>kuch unhein pata nahi</w:t>
      </w:r>
    </w:p>
    <w:p>
      <w:pPr>
        <w:jc w:val="right"/>
      </w:pPr>
      <w:r>
        <w:t>کچھ انہیں پتہ نہیں</w:t>
      </w:r>
    </w:p>
    <w:p>
      <w:r>
        <w:rPr>
          <w:b/>
        </w:rPr>
        <w:t xml:space="preserve">[33:53] </w:t>
      </w:r>
      <w:r>
        <w:t>tha. khwamkhwah lade. yani apne apne hamiyon se lade. woh to aap ke hami thay, aap ki himayat ke liye nikle thay.</w:t>
      </w:r>
    </w:p>
    <w:p>
      <w:pPr>
        <w:jc w:val="right"/>
      </w:pPr>
      <w:r>
        <w:t>تھا۔ خوامخواہ لڑے۔ یعنی اپنے اپنے حامیوں سے لڑے۔ وہ تو آپ کے حامی تھے، آپ کی حمایت کے لیے نکلے تھے۔</w:t>
      </w:r>
    </w:p>
    <w:p>
      <w:r>
        <w:rPr>
          <w:b/>
        </w:rPr>
        <w:t xml:space="preserve">[34:03] </w:t>
      </w:r>
      <w:r>
        <w:t>woh jo lad rahe hain, is ko talwar mar rahe hain, is ko pathar mar rahe hain. yeh andha pan hi hai. isi ko kaha gaya hai ke fitna dohama.</w:t>
      </w:r>
    </w:p>
    <w:p>
      <w:pPr>
        <w:jc w:val="right"/>
      </w:pPr>
      <w:r>
        <w:t>وہ جو لڑ رہے ہیں، اس کو تلوار مار رہے ہیں، اس کو پتھر مار رہے ہیں۔ یہ اندھا پن ہی ہے۔ اسی کو کہا گیا ہے کہ فتنہ دوحمہ۔</w:t>
      </w:r>
    </w:p>
    <w:p>
      <w:r>
        <w:rPr>
          <w:b/>
        </w:rPr>
        <w:t xml:space="preserve">[34:16] </w:t>
      </w:r>
      <w:r>
        <w:t>fitna dohama jo hai, is ko kaha jata hai ke utter darkness. yeh fitna dohama tha.</w:t>
      </w:r>
    </w:p>
    <w:p>
      <w:pPr>
        <w:jc w:val="right"/>
      </w:pPr>
      <w:r>
        <w:t>فتنہ دوحمہ جو ہے، اس کو کہا جاتا ہے کہ utter darkness۔ یہ فتنہ دوحمہ تھا۔</w:t>
      </w:r>
    </w:p>
    <w:p>
      <w:r>
        <w:rPr>
          <w:b/>
        </w:rPr>
        <w:t xml:space="preserve">[34:24] </w:t>
      </w:r>
      <w:r>
        <w:t>phir utter jab mawaqe almi mawaqe khule to musalman utter darkness mein par gaye, andhe pan mein par gaye.</w:t>
      </w:r>
    </w:p>
    <w:p>
      <w:pPr>
        <w:jc w:val="right"/>
      </w:pPr>
      <w:r>
        <w:t>پھر utter جب مواقع عالمی مواقع کھلے تو مسلمان utter darkness میں پڑ گئے، اندھے پن میں پڑ گئے۔</w:t>
      </w:r>
    </w:p>
    <w:p>
      <w:r>
        <w:rPr>
          <w:b/>
        </w:rPr>
        <w:t xml:space="preserve">[34:33] </w:t>
      </w:r>
      <w:r>
        <w:t>woh lad rahe hain, khwamkhwah lad rahe hain. avail nahi kiya is ko. yani sare almi mawaqe khule hain british empire ke zamane mein.</w:t>
      </w:r>
    </w:p>
    <w:p>
      <w:pPr>
        <w:jc w:val="right"/>
      </w:pPr>
      <w:r>
        <w:t>وہ لڑ رہے ہیں، خوامخواہ لڑ رہے ہیں۔ avail نہیں کیا اس کو۔ یعنی سارے عالمی مواقع کھلے ہیں برٹش ایمپائر کے زمانے میں۔</w:t>
      </w:r>
    </w:p>
    <w:p>
      <w:r>
        <w:rPr>
          <w:b/>
        </w:rPr>
        <w:t xml:space="preserve">[34:43] </w:t>
      </w:r>
      <w:r>
        <w:t>is ko avail kijiye. ladna kya hai?</w:t>
      </w:r>
    </w:p>
    <w:p>
      <w:pPr>
        <w:jc w:val="right"/>
      </w:pPr>
      <w:r>
        <w:t>اس کو avail کیجیے۔ لڑنا کیا ہے؟</w:t>
      </w:r>
    </w:p>
    <w:p>
      <w:r>
        <w:rPr>
          <w:b/>
        </w:rPr>
        <w:t xml:space="preserve">[34:51] </w:t>
      </w:r>
      <w:r>
        <w:t>molana, kuch aur comments parhna chahein ge.</w:t>
      </w:r>
    </w:p>
    <w:p>
      <w:pPr>
        <w:jc w:val="right"/>
      </w:pPr>
      <w:r>
        <w:t>مولانا، کچھ اور کمنٹس پڑھنا چاہیں گے۔</w:t>
      </w:r>
    </w:p>
    <w:p>
      <w:r>
        <w:rPr>
          <w:b/>
        </w:rPr>
        <w:t xml:space="preserve">[34:54] </w:t>
      </w:r>
      <w:r>
        <w:t>sajid anwar sahib ne mumbai se likha hai: "Molana, my takeaway from today's lecture is, irrespective of the situation, one always finds himself amidst Dawa opportunities.</w:t>
      </w:r>
    </w:p>
    <w:p>
      <w:pPr>
        <w:jc w:val="right"/>
      </w:pPr>
      <w:r>
        <w:t>ساجد انور صاحب نے ممبئی سے لکھا ہے: "Molana, my takeaway from today's lecture is, irrespective of the situation, one always finds himself amidst Dawa opportunities.</w:t>
      </w:r>
    </w:p>
    <w:p>
      <w:r>
        <w:rPr>
          <w:b/>
        </w:rPr>
        <w:t xml:space="preserve">[35:09] </w:t>
      </w:r>
      <w:r>
        <w:t>What we are required is to avail the same. I rededicate myself for this Dawa mission." doctor naghma siddiqui ne dilli se likha hai:</w:t>
      </w:r>
    </w:p>
    <w:p>
      <w:pPr>
        <w:jc w:val="right"/>
      </w:pPr>
      <w:r>
        <w:t>What we are required is to avail the same. I rededicate myself for this Dawa mission." ڈاکٹر نغمہ صدیقی نے دلی سے لکھا ہے:</w:t>
      </w:r>
    </w:p>
    <w:p>
      <w:r>
        <w:rPr>
          <w:b/>
        </w:rPr>
        <w:t xml:space="preserve">[35:22] </w:t>
      </w:r>
      <w:r>
        <w:t>"It is thrilling to know that all of God's opportunities have been universalized. We just have to open our minds and plan, and the whole world will come to our support." mashallah.</w:t>
      </w:r>
    </w:p>
    <w:p>
      <w:pPr>
        <w:jc w:val="right"/>
      </w:pPr>
      <w:r>
        <w:t>"It is thrilling to know that all of God's opportunities have been universalized. We just have to open our minds and plan, and the whole world will come to our support." ماشاءاللہ۔</w:t>
      </w:r>
    </w:p>
    <w:p>
      <w:r>
        <w:rPr>
          <w:b/>
        </w:rPr>
        <w:t xml:space="preserve">[35:39] </w:t>
      </w:r>
      <w:r>
        <w:t>mehtab ahmad sahib ne dhampur se likha hai: "Molana sahib, beshak aap ki baat hundred percent sahi hai.</w:t>
      </w:r>
    </w:p>
    <w:p>
      <w:pPr>
        <w:jc w:val="right"/>
      </w:pPr>
      <w:r>
        <w:t>مہتاب احمد صاحب نے دھامپور سے لکھا ہے: "مولانا صاحب، بے شک آپ کی بات hundred percent صحیح ہے۔</w:t>
      </w:r>
    </w:p>
    <w:p>
      <w:r>
        <w:rPr>
          <w:b/>
        </w:rPr>
        <w:t xml:space="preserve">[35:48] </w:t>
      </w:r>
      <w:r>
        <w:t>react na karna se bohat bara benefit milta hai. is ka mujhe khud experience hua. jazak Allah molana sahib." mashallah.</w:t>
      </w:r>
    </w:p>
    <w:p>
      <w:pPr>
        <w:jc w:val="right"/>
      </w:pPr>
      <w:r>
        <w:t>React نہ کرنا سے بہت بڑا benefit ملتا ہے۔ اس کا مجھے خود experience ہوا۔ جزاک اللہ مولانا صاحب۔" ماشاءاللہ۔</w:t>
      </w:r>
    </w:p>
    <w:p>
      <w:r>
        <w:rPr>
          <w:b/>
        </w:rPr>
        <w:t xml:space="preserve">[36:00] </w:t>
      </w:r>
      <w:r>
        <w:t>doctor junaid shaikh ne mumbai se likha hai: "Molana, no one except you discovered the concept de-monopolization and outsourcing, which are greatest blessings of God Almighty.</w:t>
      </w:r>
    </w:p>
    <w:p>
      <w:pPr>
        <w:jc w:val="right"/>
      </w:pPr>
      <w:r>
        <w:t>ڈاکٹر جنید شیخ نے ممبئی سے لکھا ہے: "Molana, no one except you discovered the concept de-monopolization and outsourcing, which are greatest blessings of God Almighty.</w:t>
      </w:r>
    </w:p>
    <w:p>
      <w:r>
        <w:rPr>
          <w:b/>
        </w:rPr>
        <w:t xml:space="preserve">[36:14] </w:t>
      </w:r>
      <w:r>
        <w:t>jazak Allah. mashallah.</w:t>
      </w:r>
    </w:p>
    <w:p>
      <w:pPr>
        <w:jc w:val="right"/>
      </w:pPr>
      <w:r>
        <w:t>جزاک اللہ۔ ماشاءاللہ۔</w:t>
      </w:r>
    </w:p>
    <w:p>
      <w:r>
        <w:rPr>
          <w:b/>
        </w:rPr>
        <w:t xml:space="preserve">[36:17] </w:t>
      </w:r>
      <w:r>
        <w:t>molana, agla sawal lete hain. yeh asad parvez sahib ne likha hai Kuwait se. unhon ne likha hai: "Molana, I have heard from many Muslims in the West say that they need a leader or a strong community leadership.</w:t>
      </w:r>
    </w:p>
    <w:p>
      <w:pPr>
        <w:jc w:val="right"/>
      </w:pPr>
      <w:r>
        <w:t>مولانا، اگلا سوال لیتے ہیں۔ یہ اسد پرویز صاحب نے لکھا ہے کویت سے۔ انہوں نے لکھا ہے: "Molana, I have heard from many Muslims in the West say that they need a leader or a strong community leadership.</w:t>
      </w:r>
    </w:p>
    <w:p>
      <w:r>
        <w:rPr>
          <w:b/>
        </w:rPr>
        <w:t xml:space="preserve">[36:37] </w:t>
      </w:r>
      <w:r>
        <w:t>Molana, what are your thoughts on this? Is a Muslim leader really needed in today's age?"</w:t>
      </w:r>
    </w:p>
    <w:p>
      <w:pPr>
        <w:jc w:val="right"/>
      </w:pPr>
      <w:r>
        <w:t>مولانا، what are your thoughts on this? Is a Muslim leader really needed in today's age?</w:t>
      </w:r>
    </w:p>
    <w:p>
      <w:r>
        <w:rPr>
          <w:b/>
        </w:rPr>
        <w:t xml:space="preserve">[36:46] </w:t>
      </w:r>
      <w:r>
        <w:t>dekhiye, yeh mere nazdeek bohat bari bhool hai. aaj musalman jo</w:t>
      </w:r>
    </w:p>
    <w:p>
      <w:pPr>
        <w:jc w:val="right"/>
      </w:pPr>
      <w:r>
        <w:t>دیکھیے، یہ میرے نزدیک بہت بڑی بھول ہے۔ آج مسلمان جو</w:t>
      </w:r>
    </w:p>
    <w:p>
      <w:r>
        <w:rPr>
          <w:b/>
        </w:rPr>
        <w:t xml:space="preserve">[36:59] </w:t>
      </w:r>
      <w:r>
        <w:t>lack of acceptance of leadership ka moamla hai, yeh lack of leadership ka moamla nahi hai. hamara jo hamara jo mission hai, hamare jo sathi hain, woh leadership to faraham kar rahe hain, to accept nahi karte musalman.</w:t>
      </w:r>
    </w:p>
    <w:p>
      <w:pPr>
        <w:jc w:val="right"/>
      </w:pPr>
      <w:r>
        <w:t>lack of acceptance of leadership کا معاملہ ہے، یہ lack of leadership کا معاملہ نہیں ہے۔ ہمارا جو ہمارا جو mission ہے، ہمارے جو ساتھی ہیں، وہ leadership تو فراہم کر رہے ہیں، تو accept نہیں کرتے مسلمان۔</w:t>
      </w:r>
    </w:p>
    <w:p>
      <w:r>
        <w:rPr>
          <w:b/>
        </w:rPr>
        <w:t xml:space="preserve">[37:16] </w:t>
      </w:r>
      <w:r>
        <w:t>to maujooda zamane mein jo musalman aaya hai, woh lack of leadership ka hergiz nahi, hergiz nahi. woh lack of acceptance of leadership ka hai.</w:t>
      </w:r>
    </w:p>
    <w:p>
      <w:pPr>
        <w:jc w:val="right"/>
      </w:pPr>
      <w:r>
        <w:t>تو موجودہ زمانے میں جو مسلمان آیا ہے، وہ lack of leadership کا ہرگز نہیں، ہرگز نہیں۔ وہ lack of acceptance of leadership کا ہے۔</w:t>
      </w:r>
    </w:p>
    <w:p>
      <w:r>
        <w:rPr>
          <w:b/>
        </w:rPr>
        <w:t xml:space="preserve">[37:27] </w:t>
      </w:r>
      <w:r>
        <w:t>hamari poori team leadership to faraham kar rahi hai, is ko accept kijiye.</w:t>
      </w:r>
    </w:p>
    <w:p>
      <w:pPr>
        <w:jc w:val="right"/>
      </w:pPr>
      <w:r>
        <w:t>ہماری پوری ٹیم leadership تو فراہم کر رہی ہے، اس کو accept کیجیے۔</w:t>
      </w:r>
    </w:p>
    <w:p>
      <w:r>
        <w:rPr>
          <w:b/>
        </w:rPr>
        <w:t xml:space="preserve">[37:34] </w:t>
      </w:r>
      <w:r>
        <w:t>is ko support dijiye. is ko apna paisa dijiye, apni energy dijiye, apna time dijiye.</w:t>
      </w:r>
    </w:p>
    <w:p>
      <w:pPr>
        <w:jc w:val="right"/>
      </w:pPr>
      <w:r>
        <w:t>اس کو support دیجیے۔ اس کو اپنا پیسہ دیجیے، اپنی energy دیجیے، اپنا ٹائم دیجیے۔</w:t>
      </w:r>
    </w:p>
    <w:p>
      <w:r>
        <w:rPr>
          <w:b/>
        </w:rPr>
        <w:t xml:space="preserve">[37:43] </w:t>
      </w:r>
      <w:r>
        <w:t>khawamkhwah leader nahi to leader ka aap koi shaitan nikle ga jo aap ka leader banay ga? leader aa chukay hain maidan mein, ab woh kaam kar rahay hain.</w:t>
      </w:r>
    </w:p>
    <w:p>
      <w:pPr>
        <w:jc w:val="right"/>
      </w:pPr>
      <w:r>
        <w:t>خوامخواہ leader نہیں تو leader کا آپ کوئی شیطان نکلے گا جو آپ کا leader بنے گا؟ Leader آ چکے ہیں میدان میں، اب وہ کام کر رہے ہیں۔</w:t>
      </w:r>
    </w:p>
    <w:p>
      <w:r>
        <w:rPr>
          <w:b/>
        </w:rPr>
        <w:t xml:space="preserve">[37:57] </w:t>
      </w:r>
      <w:r>
        <w:t>ji haan, to aaj ka jo masla lack of leadership ka hergiz nahi hai, lack of acceptance of leadership ka hai. maulana, aik comment aur sawal hai.</w:t>
      </w:r>
    </w:p>
    <w:p>
      <w:pPr>
        <w:jc w:val="right"/>
      </w:pPr>
      <w:r>
        <w:t>جی ہاں، تو آج کا جو مسئلہ lack of leadership کا ہرگز نہیں ہے، lack of acceptance of leadership کا ہے۔ مولانا، ایک کمنٹ اور سوال ہے۔</w:t>
      </w:r>
    </w:p>
    <w:p>
      <w:r>
        <w:rPr>
          <w:b/>
        </w:rPr>
        <w:t xml:space="preserve">[38:08] </w:t>
      </w:r>
      <w:r>
        <w:t>muhammad imran talha sahib ne bheja hai kareem nagar se.</w:t>
      </w:r>
    </w:p>
    <w:p>
      <w:pPr>
        <w:jc w:val="right"/>
      </w:pPr>
      <w:r>
        <w:t>محمد عمران طلحہ صاحب نے بھیجا ہے کریم نگر سے۔</w:t>
      </w:r>
    </w:p>
    <w:p>
      <w:r>
        <w:rPr>
          <w:b/>
        </w:rPr>
        <w:t xml:space="preserve">[38:13] </w:t>
      </w:r>
      <w:r>
        <w:t>unhon ne likha hai: "aaj baatein lecture mein jo huin, is se pata chala ke pehle sahaba aur tabieen quran phailatay thay.</w:t>
      </w:r>
    </w:p>
    <w:p>
      <w:pPr>
        <w:jc w:val="right"/>
      </w:pPr>
      <w:r>
        <w:t>انہوں نے لکھا ہے: "آج باتیں lecture میں جو ہوئیں، اس سے پتہ چلا کہ پہلے صحابہ اور تابعین قرآن پھیلاتے تھے۔</w:t>
      </w:r>
    </w:p>
    <w:p>
      <w:r>
        <w:rPr>
          <w:b/>
        </w:rPr>
        <w:t xml:space="preserve">[38:23] </w:t>
      </w:r>
      <w:r>
        <w:t>aaj outsourcing ke zariye allah ka kaam ho raha hai. aaj to age of communication aa gayi hai. aur maulana, aap ne kaha ke secular logon se bhi allah deen ka kaam letay hain.</w:t>
      </w:r>
    </w:p>
    <w:p>
      <w:pPr>
        <w:jc w:val="right"/>
      </w:pPr>
      <w:r>
        <w:t>آج outsourcing کے ذریعے اللہ کا کام ہو رہا ہے۔ آج تو age of communication آ گئی ہے۔ اور مولانا، آپ نے کہا کہ secular لوگوں سے بھی اللہ دین کا کام لیتے ہیں۔</w:t>
      </w:r>
    </w:p>
    <w:p>
      <w:r>
        <w:rPr>
          <w:b/>
        </w:rPr>
        <w:t xml:space="preserve">[38:37] </w:t>
      </w:r>
      <w:r>
        <w:t>allah ki bohat bari blessing hai aaj ki age of communication mein</w:t>
      </w:r>
    </w:p>
    <w:p>
      <w:pPr>
        <w:jc w:val="right"/>
      </w:pPr>
      <w:r>
        <w:t>اللہ کی بہت بڑی blessing ہے آج کی age of communication میں</w:t>
      </w:r>
    </w:p>
    <w:p>
      <w:r>
        <w:rPr>
          <w:b/>
        </w:rPr>
        <w:t xml:space="preserve">[38:42] </w:t>
      </w:r>
      <w:r>
        <w:t>. technology ki waja se hi aaj hum sab log aap ke video ko live dekh pa rahay hain. alhamdulillah.</w:t>
      </w:r>
    </w:p>
    <w:p>
      <w:pPr>
        <w:jc w:val="right"/>
      </w:pPr>
      <w:r>
        <w:t>۔ ٹیکنالوجی کی وجہ سے ہی آج ہم سب لوگ آپ کے ویڈیو کو live دیکھ پا رہے ہیں۔ الحمدللہ۔</w:t>
      </w:r>
    </w:p>
    <w:p>
      <w:r>
        <w:rPr>
          <w:b/>
        </w:rPr>
        <w:t xml:space="preserve">[38:52] </w:t>
      </w:r>
      <w:r>
        <w:t>masha allah. maulana, mera sawal hai ke jab insan par koi mushkil aati hai to allah ki taraf se hai ya hamari galtiyon ki waja se hai?</w:t>
      </w:r>
    </w:p>
    <w:p>
      <w:pPr>
        <w:jc w:val="right"/>
      </w:pPr>
      <w:r>
        <w:t>ماشاءاللہ۔ مولانا، میرا سوال ہے کہ جب انسان پر کوئی مشکل آتی ہے تو اللہ کی طرف سے ہے یا ہماری غلطیوں کی وجہ سے ہے؟</w:t>
      </w:r>
    </w:p>
    <w:p>
      <w:r>
        <w:rPr>
          <w:b/>
        </w:rPr>
        <w:t xml:space="preserve">[39:02] </w:t>
      </w:r>
      <w:r>
        <w:t>hum is ko kesay maloom karein? dekhiye, yeh quran mein kai aayatein hain, is ko mutala kijiye aap.</w:t>
      </w:r>
    </w:p>
    <w:p>
      <w:pPr>
        <w:jc w:val="right"/>
      </w:pPr>
      <w:r>
        <w:t>ہم اس کو کیسے معلوم کریں؟ دیکھیے، یہ قرآن میں کئی آیتیں ہیں، اس کو مطالعہ کیجیے آپ۔</w:t>
      </w:r>
    </w:p>
    <w:p>
      <w:r>
        <w:rPr>
          <w:b/>
        </w:rPr>
        <w:t xml:space="preserve">[39:11] </w:t>
      </w:r>
      <w:r>
        <w:t>hamari ghalt planning hoti hai, hamein apni planning ko sahi karna chahiye.</w:t>
      </w:r>
    </w:p>
    <w:p>
      <w:pPr>
        <w:jc w:val="right"/>
      </w:pPr>
      <w:r>
        <w:t>ہماری غلط پلاننگ ہوتی ہے، ہمیں اپنی پلاننگ کو صحیح کرنا چاہیے۔</w:t>
      </w:r>
    </w:p>
    <w:p>
      <w:r>
        <w:rPr>
          <w:b/>
        </w:rPr>
        <w:t xml:space="preserve">[39:22] </w:t>
      </w:r>
      <w:r>
        <w:t>ghalt planning. aur musalman bar bar yeh kaam karte hain. misaal ke tor par dekhiye, falasteen mein israel aa gaye to khawamkhwah larh rahay hain.</w:t>
      </w:r>
    </w:p>
    <w:p>
      <w:pPr>
        <w:jc w:val="right"/>
      </w:pPr>
      <w:r>
        <w:t>غلط پلاننگ۔ اور مسلمان بار بار یہ کام کرتے ہیں۔ مثلاً دیکھیے، فلسطین میں اسرائیل آ گئے تو خوامخواہ لڑ رہے ہیں۔</w:t>
      </w:r>
    </w:p>
    <w:p>
      <w:r>
        <w:rPr>
          <w:b/>
        </w:rPr>
        <w:t xml:space="preserve">[39:35] </w:t>
      </w:r>
      <w:r>
        <w:t>mein khud kai baar gaya hoon wahan, woh bohat hi disciplined log</w:t>
      </w:r>
    </w:p>
    <w:p>
      <w:pPr>
        <w:jc w:val="right"/>
      </w:pPr>
      <w:r>
        <w:t>میں خود کئی بار گیا ہوں وہاں، وہ بہت ہی disciplined لوگ</w:t>
      </w:r>
    </w:p>
    <w:p>
      <w:r>
        <w:rPr>
          <w:b/>
        </w:rPr>
        <w:t xml:space="preserve">[39:39] </w:t>
      </w:r>
      <w:r>
        <w:t>hain. woh modern education ko mili hui hai, woh jantay hain ke sachai ko accept karna hi karna hum scientist ka outlook hai.</w:t>
      </w:r>
    </w:p>
    <w:p>
      <w:pPr>
        <w:jc w:val="right"/>
      </w:pPr>
      <w:r>
        <w:t>ہیں۔ وہ modern education کو ملی ہوئی ہے، وہ جانتے ہیں کہ سچائی کو accept کرنا ہی کرنا ہم scientist کا outlook ہے۔</w:t>
      </w:r>
    </w:p>
    <w:p>
      <w:r>
        <w:rPr>
          <w:b/>
        </w:rPr>
        <w:t xml:space="preserve">[39:50] </w:t>
      </w:r>
      <w:r>
        <w:t>yani mein aap ko aik misaal bataon ke hamare saathi gaye israel, wahan unhon ne quran ka stall lagaya.</w:t>
      </w:r>
    </w:p>
    <w:p>
      <w:pPr>
        <w:jc w:val="right"/>
      </w:pPr>
      <w:r>
        <w:t>یعنی میں آپ کو ایک مثال بتاؤں کہ ہمارے ساتھی گئے اسرائیل، وہاں انہوں نے قرآن کا اسٹال لگایا۔</w:t>
      </w:r>
    </w:p>
    <w:p>
      <w:r>
        <w:rPr>
          <w:b/>
        </w:rPr>
        <w:t xml:space="preserve">[40:06] </w:t>
      </w:r>
      <w:r>
        <w:t>to aap jantay hain ke wahan ziyada tar hebrew zaban chalti hai. hebrew zaban. to wahan par samjhanay ke maslay tha ke kesay bataya jaye ke yeh quran hai, yeh quran hai.</w:t>
      </w:r>
    </w:p>
    <w:p>
      <w:pPr>
        <w:jc w:val="right"/>
      </w:pPr>
      <w:r>
        <w:t>تو آپ جانتے ہیں کہ وہاں زیادہ تر Hebrew زبان چلتی ہے۔ Hebrew زبان۔ تو وہاں پر سمجھانے کا مسئلہ تھا کہ کیسے بتایا جائے کہ یہ قرآن ہے، یہ قرآن ہے۔</w:t>
      </w:r>
    </w:p>
    <w:p>
      <w:r>
        <w:rPr>
          <w:b/>
        </w:rPr>
        <w:t xml:space="preserve">[40:22] </w:t>
      </w:r>
      <w:r>
        <w:t>to yahoodi larkay kharay ho gaye, wahan khud hi khud. yahoodi larkay khud hi khud kharay ho gaye ke dekho bhai, yeh islam ki kitab hai, quran.</w:t>
      </w:r>
    </w:p>
    <w:p>
      <w:pPr>
        <w:jc w:val="right"/>
      </w:pPr>
      <w:r>
        <w:t>تو یہودی لڑکے کھڑے ہو گئے، وہاں خود ہی خود۔ یہودی لڑکے خود ہی خود کھڑے ہو گئے کہ دیکھو بھئی، یہ اسلام کی کتاب ہے، قرآن۔</w:t>
      </w:r>
    </w:p>
    <w:p>
      <w:r>
        <w:rPr>
          <w:b/>
        </w:rPr>
        <w:t xml:space="preserve">[40:32] </w:t>
      </w:r>
      <w:r>
        <w:t>is ko is ke lo, is ko parho. khud hi khud lagay elaan karne. yeh door ki baat hai. musalman jantay hi nahi ke aaj ka yahoodi doosra hai, woh yahoodi nahi jo madinay mein tha.</w:t>
      </w:r>
    </w:p>
    <w:p>
      <w:pPr>
        <w:jc w:val="right"/>
      </w:pPr>
      <w:r>
        <w:t>اس کو اس کے لو، اس کو پڑھو۔ خود ہی خود لگے اعلان کرنے۔ یہ دور کی بات ہے۔ مسلمان جانتے ہی نہیں کہ آج کا یہودی دوسرا ہے، وہ یہودی نہیں جو مدینے میں تھا۔</w:t>
      </w:r>
    </w:p>
    <w:p>
      <w:r>
        <w:rPr>
          <w:b/>
        </w:rPr>
        <w:t xml:space="preserve">[40:47] </w:t>
      </w:r>
      <w:r>
        <w:t>jo yahoodi madinay mein tha, woh aaj nahi hai. aaj ke yahoodi woh hain jo diaspora mein gaya, europe, america mein.</w:t>
      </w:r>
    </w:p>
    <w:p>
      <w:pPr>
        <w:jc w:val="right"/>
      </w:pPr>
      <w:r>
        <w:t>جو یہودی مدینے میں تھا، وہ آج نہیں ہے۔ آج کے یہودی وہ ہیں جو diaspora میں گیا، یورپ، امریکہ میں۔</w:t>
      </w:r>
    </w:p>
    <w:p>
      <w:r>
        <w:rPr>
          <w:b/>
        </w:rPr>
        <w:t xml:space="preserve">[40:57] </w:t>
      </w:r>
      <w:r>
        <w:t>aur wahan se train ho kar aaya israel. to yeh jo jo israel yahoodi, jo jo yahoodi israel mein hai, woh madinay se nahi aaya hai.</w:t>
      </w:r>
    </w:p>
    <w:p>
      <w:pPr>
        <w:jc w:val="right"/>
      </w:pPr>
      <w:r>
        <w:t>اور وہاں سے train ہو کر آیا اسرائیل۔ تو یہ جو جو اسرائیل یہودی، جو جو یہودی اسرائیل میں ہے، وہ مدینے سے نہیں آیا ہے۔</w:t>
      </w:r>
    </w:p>
    <w:p>
      <w:r>
        <w:rPr>
          <w:b/>
        </w:rPr>
        <w:t xml:space="preserve">[41:12] </w:t>
      </w:r>
      <w:r>
        <w:t>woh gaya europe mein, america mein. wahan us ki training hui. us ko naye ideas diye gaye. us ne taleem hasil ki.</w:t>
      </w:r>
    </w:p>
    <w:p>
      <w:pPr>
        <w:jc w:val="right"/>
      </w:pPr>
      <w:r>
        <w:t>وہ گیا یورپ میں، امریکہ میں۔ وہاں اس کی training ہوئی۔ اس کو نئے آئیڈیاز دیے گئے۔ اس نے تعلیم حاصل کی۔</w:t>
      </w:r>
    </w:p>
    <w:p>
      <w:r>
        <w:rPr>
          <w:b/>
        </w:rPr>
        <w:t xml:space="preserve">[41:20] </w:t>
      </w:r>
      <w:r>
        <w:t>phir woh lauta.</w:t>
      </w:r>
    </w:p>
    <w:p>
      <w:pPr>
        <w:jc w:val="right"/>
      </w:pPr>
      <w:r>
        <w:t>پھر وہ لوٹا۔</w:t>
      </w:r>
    </w:p>
    <w:p>
      <w:r>
        <w:rPr>
          <w:b/>
        </w:rPr>
        <w:t xml:space="preserve">[41:22] </w:t>
      </w:r>
      <w:r>
        <w:t>yeh musalman itna bhi nahi jantay. saaray arab is ko nahi jantay. saaray alam is ko nahi janta ke aaj ka yahoodi jo hai israel mein, woh lauta hua yahoodi hai.</w:t>
      </w:r>
    </w:p>
    <w:p>
      <w:pPr>
        <w:jc w:val="right"/>
      </w:pPr>
      <w:r>
        <w:t>یہ مسلمان اتنا بھی نہیں جانتے۔ سارے عرب اس کو نہیں جانتے۔ سارے عالم اس کو نہیں جانتا کہ آج کا یہودی جو ہے اسرائیل میں، وہ لوٹا ہوا یہودی ہے۔</w:t>
      </w:r>
    </w:p>
    <w:p>
      <w:r>
        <w:rPr>
          <w:b/>
        </w:rPr>
        <w:t xml:space="preserve">[41:34] </w:t>
      </w:r>
      <w:r>
        <w:t>yani pehle woh gaya diasp</w:t>
      </w:r>
    </w:p>
    <w:p>
      <w:pPr>
        <w:jc w:val="right"/>
      </w:pPr>
      <w:r>
        <w:t>یعنی پہلے وہ گیا diasp</w:t>
      </w:r>
    </w:p>
    <w:p>
      <w:r>
        <w:rPr>
          <w:b/>
        </w:rPr>
        <w:t xml:space="preserve">[41:36] </w:t>
      </w:r>
      <w:r>
        <w:t>ora mein. phir wahan pe us ki training hui. to us ki education hui. phir woh lauta america mein, europe mein. to woh to aap ka bana banaya madu hai.</w:t>
      </w:r>
    </w:p>
    <w:p>
      <w:pPr>
        <w:jc w:val="right"/>
      </w:pPr>
      <w:r>
        <w:t>ora میں۔ پھر وہاں پہ اس کی training ہوئی۔ تو اس کی education ہوئی۔ پھر وہ لوٹا امریکہ میں، یورپ میں۔ تو وہ تو آپ کا بنا بنایا مدعو ہے۔</w:t>
      </w:r>
    </w:p>
    <w:p>
      <w:r>
        <w:rPr>
          <w:b/>
        </w:rPr>
        <w:t xml:space="preserve">[41:46] </w:t>
      </w:r>
      <w:r>
        <w:t>jis ki maine misaal di aap ko. main teen baar gaya hoon Israel. aur bohat deep strategy bani ki hai. to aaj ka Yahoodi bilkul hi aik aur qaum hai.</w:t>
      </w:r>
    </w:p>
    <w:p>
      <w:pPr>
        <w:jc w:val="right"/>
      </w:pPr>
      <w:r>
        <w:t>جس کی میں نے مثال دی آپ کو۔ میں تین بار گیا ہوں اسرائیل۔ اور بہت deep strategy بنی کی ہے۔ تو آج کا یہودی بالکل ہی ایک اور قوم ہے۔</w:t>
      </w:r>
    </w:p>
    <w:p>
      <w:r>
        <w:rPr>
          <w:b/>
        </w:rPr>
        <w:t xml:space="preserve">[42:02] </w:t>
      </w:r>
      <w:r>
        <w:t>woh qaum nahi hai jo Madine mein tha. yeh itni baat nahi jaante log. bas ladte hain, ladte hain. pathar maarte hain, bomb maarte hain.</w:t>
      </w:r>
    </w:p>
    <w:p>
      <w:pPr>
        <w:jc w:val="right"/>
      </w:pPr>
      <w:r>
        <w:t>وہ قوم نہیں ہے جو مدینے میں تھا۔ یہ اتنی بات نہیں جانتے لوگ۔ بس لڑتے ہیں، لڑتے ہیں۔ پتھر مارتے ہیں، بم مارتے ہیں۔</w:t>
      </w:r>
    </w:p>
    <w:p>
      <w:r>
        <w:rPr>
          <w:b/>
        </w:rPr>
        <w:t xml:space="preserve">[42:12] </w:t>
      </w:r>
      <w:r>
        <w:t>kuch bhi nahi jaante bilkul. yahi to hai fitna-e-dajjal. isi ka naam fitna-e-dajjal hai. yaani andha fitna.</w:t>
      </w:r>
    </w:p>
    <w:p>
      <w:pPr>
        <w:jc w:val="right"/>
      </w:pPr>
      <w:r>
        <w:t>کچھ بھی نہیں جانتے بالکل۔ یہی تو ہے فتنہ دوحمہ۔ اسی کا نام فتنہ دوحمہ ہے۔ یعنی اندھا فتنہ۔</w:t>
      </w:r>
    </w:p>
    <w:p>
      <w:r>
        <w:rPr>
          <w:b/>
        </w:rPr>
        <w:t xml:space="preserve">[42:26] </w:t>
      </w:r>
      <w:r>
        <w:t>Professor Najma Siddiqui ne Delhi se comment likha hai: "The takeaways from your talk today are many.</w:t>
      </w:r>
    </w:p>
    <w:p>
      <w:pPr>
        <w:jc w:val="right"/>
      </w:pPr>
      <w:r>
        <w:t>پروفیسر نجمہ صدیقی نے دلی سے کمنٹ لکھا ہے: "The takeaways from your talk today are many.</w:t>
      </w:r>
    </w:p>
    <w:p>
      <w:r>
        <w:rPr>
          <w:b/>
        </w:rPr>
        <w:t xml:space="preserve">[42:36] </w:t>
      </w:r>
      <w:r>
        <w:t>Firstly, wherever you open the Quran, there is learning. It is not limited. May Allah open our minds to learn lessons and apply on ourselves.</w:t>
      </w:r>
    </w:p>
    <w:p>
      <w:pPr>
        <w:jc w:val="right"/>
      </w:pPr>
      <w:r>
        <w:t>Firstly, wherever you open the Quran, there is learning. It is not limited. May Allah open our minds to learn lessons and apply on ourselves.</w:t>
      </w:r>
    </w:p>
    <w:p>
      <w:r>
        <w:rPr>
          <w:b/>
        </w:rPr>
        <w:t xml:space="preserve">[42:48] </w:t>
      </w:r>
      <w:r>
        <w:t>Secondly, the two phases of Quran expansion, the concept of outsourcing, the way you have explained, makes a lot of sense." Jazak Allah Maulana.</w:t>
      </w:r>
    </w:p>
    <w:p>
      <w:pPr>
        <w:jc w:val="right"/>
      </w:pPr>
      <w:r>
        <w:t>Secondly, the two phases of Quran expansion, the concept of outsourcing, the way you have explained, makes a lot of sense." جزاک اللہ مولانا۔</w:t>
      </w:r>
    </w:p>
    <w:p>
      <w:r>
        <w:rPr>
          <w:b/>
        </w:rPr>
        <w:t xml:space="preserve">[43:03] </w:t>
      </w:r>
      <w:r>
        <w:t>Maulana, agla sawal lete hain. yeh sawal Australia se bheja hai Nasir Khan Sahab ne.</w:t>
      </w:r>
    </w:p>
    <w:p>
      <w:pPr>
        <w:jc w:val="right"/>
      </w:pPr>
      <w:r>
        <w:t>مولانا، اگلا سوال لیتے ہیں۔ یہ سوال آسٹریلیا سے بھیجا ہے ناصر خان صاحب نے۔</w:t>
      </w:r>
    </w:p>
    <w:p>
      <w:r>
        <w:rPr>
          <w:b/>
        </w:rPr>
        <w:t xml:space="preserve">[43:12] </w:t>
      </w:r>
      <w:r>
        <w:t>unhon ne likha hai: "Molana sahib, why are Muslims so territory-oriented, like Kashmiris for the land of Kashmir, Palestinians for Palestine, etc.?</w:t>
      </w:r>
    </w:p>
    <w:p>
      <w:pPr>
        <w:jc w:val="right"/>
      </w:pPr>
      <w:r>
        <w:t>انہوں نے لکھا ہے: "Molana صاحب, why are Muslims so territory-oriented, like Kashmiris for the land of Kashmir, Palestinians for Palestine, etc.?</w:t>
      </w:r>
    </w:p>
    <w:p>
      <w:r>
        <w:rPr>
          <w:b/>
        </w:rPr>
        <w:t xml:space="preserve">[43:25] </w:t>
      </w:r>
      <w:r>
        <w:t>Who said monopoly has ended? So practically a Muslim can buy a property in any part of the world and live and prosper.</w:t>
      </w:r>
    </w:p>
    <w:p>
      <w:pPr>
        <w:jc w:val="right"/>
      </w:pPr>
      <w:r>
        <w:t>Who said monopoly has ended? So practically a Muslim can buy a property in any part of the world and live and prosper.</w:t>
      </w:r>
    </w:p>
    <w:p>
      <w:r>
        <w:rPr>
          <w:b/>
        </w:rPr>
        <w:t xml:space="preserve">[43:37] </w:t>
      </w:r>
      <w:r>
        <w:t>Many are already in diaspora and doing well.</w:t>
      </w:r>
    </w:p>
    <w:p>
      <w:pPr>
        <w:jc w:val="right"/>
      </w:pPr>
      <w:r>
        <w:t>Many are already in diaspora and doing well.</w:t>
      </w:r>
    </w:p>
    <w:p>
      <w:r>
        <w:rPr>
          <w:b/>
        </w:rPr>
        <w:t xml:space="preserve">[43:41] </w:t>
      </w:r>
      <w:r>
        <w:t>So they have no restriction. Also, the whole world belongs to God. So if Muslims believe and love God, then they can worship Him from any part of the world.</w:t>
      </w:r>
    </w:p>
    <w:p>
      <w:pPr>
        <w:jc w:val="right"/>
      </w:pPr>
      <w:r>
        <w:t>So they have no restriction. Also, the whole world belongs to God. So if Muslims believe and love God, then they can worship Him from any part of the world.</w:t>
      </w:r>
    </w:p>
    <w:p>
      <w:r>
        <w:rPr>
          <w:b/>
        </w:rPr>
        <w:t xml:space="preserve">[43:53] </w:t>
      </w:r>
      <w:r>
        <w:t>Why being so closed for a particular land? Why this close thinking and what is the reason behind it?" bohat sahi baat kahi aap ne.</w:t>
      </w:r>
    </w:p>
    <w:p>
      <w:pPr>
        <w:jc w:val="right"/>
      </w:pPr>
      <w:r>
        <w:t>Why being so closed for a particular land? Why this close thinking and what is the reason behind it?" بہت صحیح بات کہی آپ نے۔</w:t>
      </w:r>
    </w:p>
    <w:p>
      <w:r>
        <w:rPr>
          <w:b/>
        </w:rPr>
        <w:t xml:space="preserve">[44:03] </w:t>
      </w:r>
      <w:r>
        <w:t>bohat sahi</w:t>
      </w:r>
    </w:p>
    <w:p>
      <w:pPr>
        <w:jc w:val="right"/>
      </w:pPr>
      <w:r>
        <w:t>بہت صحیح</w:t>
      </w:r>
    </w:p>
    <w:p>
      <w:r>
        <w:rPr>
          <w:b/>
        </w:rPr>
        <w:t xml:space="preserve">[44:04] </w:t>
      </w:r>
      <w:r>
        <w:t>asal baat yeh hai ke Musalmanon par abhi bhi jo old leadership thi, wahi ab oopar chhai hui hai. aur yeh fazilat ka concept hai.</w:t>
      </w:r>
    </w:p>
    <w:p>
      <w:pPr>
        <w:jc w:val="right"/>
      </w:pPr>
      <w:r>
        <w:t>۔ اصل بات یہ ہے کہ مسلمانوں پر ابھی بھی جو old leadership تھی، وہی اب اوپر چھائی ہوئی ہے۔ اور یہ فضیلت کا concept ہے۔</w:t>
      </w:r>
    </w:p>
    <w:p>
      <w:r>
        <w:rPr>
          <w:b/>
        </w:rPr>
        <w:t xml:space="preserve">[44:14] </w:t>
      </w:r>
      <w:r>
        <w:t>aap ne bare bare laqab de diye, Ibn Taymiyyah ko, Ghazali ko. bare bare laqab. to aap samajhte hain ke woh wahi to aakhri insaan ban gaye. na Ibn Taymiyyah aakhri the, na Ghazali aakhri the.</w:t>
      </w:r>
    </w:p>
    <w:p>
      <w:pPr>
        <w:jc w:val="right"/>
      </w:pPr>
      <w:r>
        <w:t>آپ نے بڑے بڑے القاب دے دیے، ابن تیمیہ کو، غزالی کو۔ بڑے بڑے القاب۔ تو آپ سمجھتے ہیں کہ وہ وہی تو آخری انسان بن گئے۔ نہ ابن تیمیہ آخری تھے، نہ غزالی آخری تھے۔</w:t>
      </w:r>
    </w:p>
    <w:p>
      <w:r>
        <w:rPr>
          <w:b/>
        </w:rPr>
        <w:t xml:space="preserve">[44:26] </w:t>
      </w:r>
      <w:r>
        <w:t>koi aakhri nahi hai. yeh scientific, yeh scientific thinking Musalmanon mein aayi hi nahi. woh to fazail ki duniya mein jeete hain.</w:t>
      </w:r>
    </w:p>
    <w:p>
      <w:pPr>
        <w:jc w:val="right"/>
      </w:pPr>
      <w:r>
        <w:t>کوئی آخری نہیں ہے۔ یہ scientific، یہ scientific thinking مسلمانوں میں آئی ہی نہیں۔ وہ تو فضائل کی دنیا میں جیتے ہیں۔</w:t>
      </w:r>
    </w:p>
    <w:p>
      <w:r>
        <w:rPr>
          <w:b/>
        </w:rPr>
        <w:t xml:space="preserve">[44:35] </w:t>
      </w:r>
      <w:r>
        <w:t>fazail. matlab ke sab se zyada afzal hai Ibn Taymiyyah. sab se afzal hai Ghazali. sab se afzal hai falan.</w:t>
      </w:r>
    </w:p>
    <w:p>
      <w:pPr>
        <w:jc w:val="right"/>
      </w:pPr>
      <w:r>
        <w:t>فضائل۔ مطلب کہ سب سے زیادہ افضل ہے ابن تیمیہ۔ سب سے افضل ہے غزالی۔ سب سے افضل ہے فلاں۔</w:t>
      </w:r>
    </w:p>
    <w:p>
      <w:r>
        <w:rPr>
          <w:b/>
        </w:rPr>
        <w:t xml:space="preserve">[44:46] </w:t>
      </w:r>
      <w:r>
        <w:t>afzaliyat ka jo concept hai, yeh bohat hi killing concept hai. Killing. koi afzal nahi hai. koi bhi afzal nahi hai. Allah ke sab bande barabar hain.</w:t>
      </w:r>
    </w:p>
    <w:p>
      <w:pPr>
        <w:jc w:val="right"/>
      </w:pPr>
      <w:r>
        <w:t>افضلیت کا جو concept ہے، یہ بہت ہی killing concept ہے۔ Killing۔ کوئی افضل نہیں ہے۔ کوئی بھی افضل نہیں ہے۔ اللہ کے سب بندے برابر ہیں۔</w:t>
      </w:r>
    </w:p>
    <w:p>
      <w:r>
        <w:rPr>
          <w:b/>
        </w:rPr>
        <w:t xml:space="preserve">[44:57] </w:t>
      </w:r>
      <w:r>
        <w:t>to afzaliyat mein phans gaye hain Musalman. ke jo keh diya Ibn Taymiyyah ne, bas woh aakhri hai. jo keh diya Ghazali ne, woh aakhri hai. woh aakhri hai hi nahi.</w:t>
      </w:r>
    </w:p>
    <w:p>
      <w:pPr>
        <w:jc w:val="right"/>
      </w:pPr>
      <w:r>
        <w:t>تو افضلیت میں پھنسے گئے ہیں مسلمان۔ کہ جو کہہ دیا ابن تیمیہ نے، بس وہ آخری ہے۔ جو کہہ دیا غزالی نے، وہ آخری ہے۔ وہ آخری ہے ہی نہیں۔</w:t>
      </w:r>
    </w:p>
    <w:p>
      <w:r>
        <w:rPr>
          <w:b/>
        </w:rPr>
        <w:t xml:space="preserve">[45:07] </w:t>
      </w:r>
      <w:r>
        <w:t>aakhri to Quran hai. isi mein phanse hue hain Musalman aaj bhi. aakhri to Quran hai. isi liye ab Quran phaila rahe hain. Quran ko phaila rahe hain to ek log jaanein ke aakhri cheez Quran hai.</w:t>
      </w:r>
    </w:p>
    <w:p>
      <w:pPr>
        <w:jc w:val="right"/>
      </w:pPr>
      <w:r>
        <w:t>آخری تو قرآن ہے۔ اسی میں پھنسے ہوئے ہیں مسلمان آج بھی۔ آخری تو قرآن ہے۔ اسی لیے اب قرآن پھیلا رہے ہیں۔ قرآن کو پھیلا رہے ہیں تو ایک لوگ جانیں کہ آخری چیز قرآن ہے۔</w:t>
      </w:r>
    </w:p>
    <w:p>
      <w:r>
        <w:rPr>
          <w:b/>
        </w:rPr>
        <w:t xml:space="preserve">[45:20] </w:t>
      </w:r>
      <w:r>
        <w:t>koi Ibn Taymiyyah aur Ghazali aur falan falan, woh aakhri nahi hai.</w:t>
      </w:r>
    </w:p>
    <w:p>
      <w:pPr>
        <w:jc w:val="right"/>
      </w:pPr>
      <w:r>
        <w:t>کوئی ابن تیمیہ اور غزالی اور فلاں فلاں، وہ آخری نہیں ہے۔</w:t>
      </w:r>
    </w:p>
    <w:p>
      <w:r>
        <w:rPr>
          <w:b/>
        </w:rPr>
        <w:t xml:space="preserve">[45:31] </w:t>
      </w:r>
      <w:r>
        <w:t>Maulana, agla sawal lene se pehle comment parhna chahenge. yeh Ms. Sahar Saleem ne bheja hai Delhi se. unhon ne likha hai: "Technology with humans today is the universal tool which can be used to ease our minds and not pollute them.</w:t>
      </w:r>
    </w:p>
    <w:p>
      <w:pPr>
        <w:jc w:val="right"/>
      </w:pPr>
      <w:r>
        <w:t>مولانا، اگلا سوال لینے سے پہلے کمنٹ پڑھنا چاہیں گے۔ یہ مس سحر سلیم نے بھیجا ہے دلی سے۔ انہوں نے لکھا ہے: "Technology with humans today is the universal tool which can be used to ease our minds and not pollute them.</w:t>
      </w:r>
    </w:p>
    <w:p>
      <w:r>
        <w:rPr>
          <w:b/>
        </w:rPr>
        <w:t xml:space="preserve">[45:50] </w:t>
      </w:r>
      <w:r>
        <w:t>We need to avail this tool with responsibility and use the potential to spread theright content. Thank you, Maulana sahib." Mashallah.</w:t>
      </w:r>
    </w:p>
    <w:p>
      <w:pPr>
        <w:jc w:val="right"/>
      </w:pPr>
      <w:r>
        <w:t>We need to avail this tool with responsibility and use the potential to spread theright content. Thank you, مولانا صاحب." ماشاءاللہ۔</w:t>
      </w:r>
    </w:p>
    <w:p>
      <w:r>
        <w:rPr>
          <w:b/>
        </w:rPr>
        <w:t xml:space="preserve">[46:01] </w:t>
      </w:r>
      <w:r>
        <w:t>Maulana, agla sawal Bijnor UP se Mahtab Ali Nandru Sahab ne bheja hai. unhon ne likha hai: "Maulana, kya marifat ki bhi koi had hai?</w:t>
      </w:r>
    </w:p>
    <w:p>
      <w:pPr>
        <w:jc w:val="right"/>
      </w:pPr>
      <w:r>
        <w:t>مولانا، اگلا سوال بجنور یو پی سے مہتاب علی نندرو صاحب نے بھیجا ہے۔ انہوں نے لکھا ہے: "مولانا، کیا معرفت کی بھی کوئی حد ہے؟</w:t>
      </w:r>
    </w:p>
    <w:p>
      <w:r>
        <w:rPr>
          <w:b/>
        </w:rPr>
        <w:t xml:space="preserve">[46:14] </w:t>
      </w:r>
      <w:r>
        <w:t>hum Allah ki banai hui cheezon mein ghaur karte hain: darya, pahaad, samandar, aasman, chand, suraj, sitare, jannat, jahannum waghera."</w:t>
      </w:r>
    </w:p>
    <w:p>
      <w:pPr>
        <w:jc w:val="right"/>
      </w:pPr>
      <w:r>
        <w:t>ہم اللہ کی بنائی ہوئی چیزوں میں غور کرتے ہیں: دریا، پہاڑ، سمندر، آسمان، چاند، سورج، ستارے، جنت، دوزخ وغیرہ۔</w:t>
      </w:r>
    </w:p>
    <w:p>
      <w:r>
        <w:rPr>
          <w:b/>
        </w:rPr>
        <w:t xml:space="preserve">[46:24] </w:t>
      </w:r>
      <w:r>
        <w:t>phir hum kainat ke nizaam ko dekhte hain aur big bang aur un ripples ko jo ke khuda ke haath ki tehreerein hain.</w:t>
      </w:r>
    </w:p>
    <w:p>
      <w:pPr>
        <w:jc w:val="right"/>
      </w:pPr>
      <w:r>
        <w:t>پھر ہم کائنات کے نظام کو دیکھتے ہیں اور بگ بینگ اور ان ripples کو جو کہ خدا کے ہاتھ کی تحریریں ہیں۔</w:t>
      </w:r>
    </w:p>
    <w:p>
      <w:r>
        <w:rPr>
          <w:b/>
        </w:rPr>
        <w:t xml:space="preserve">[46:33] </w:t>
      </w:r>
      <w:r>
        <w:t>yahan aa kar hamari soch ki had aa jati hai. to kya baqi wonders of God ko insaan jannat mein unfold karega?</w:t>
      </w:r>
    </w:p>
    <w:p>
      <w:pPr>
        <w:jc w:val="right"/>
      </w:pPr>
      <w:r>
        <w:t>یہاں آ کر ہماری سوچ کی حد آ جاتی ہے۔ تو کیا باقی wonders of God کو انسان جنت میں unfold کرے گا؟</w:t>
      </w:r>
    </w:p>
    <w:p>
      <w:r>
        <w:rPr>
          <w:b/>
        </w:rPr>
        <w:t xml:space="preserve">[46:44] </w:t>
      </w:r>
      <w:r>
        <w:t>to kya realization ka amal jannat mein mukammal hoga? is ko wazeh karein."</w:t>
      </w:r>
    </w:p>
    <w:p>
      <w:pPr>
        <w:jc w:val="right"/>
      </w:pPr>
      <w:r>
        <w:t>تو کیا realization کا عمل جنت میں مکمل ہوگا؟ اس کو واضح کریں۔"</w:t>
      </w:r>
    </w:p>
    <w:p>
      <w:r>
        <w:rPr>
          <w:b/>
        </w:rPr>
        <w:t xml:space="preserve">[46:57] </w:t>
      </w:r>
      <w:r>
        <w:t>dekhiye, jahan tak mein samajhta hoon, Allah rabbul alameen ki koi had nahin.</w:t>
      </w:r>
    </w:p>
    <w:p>
      <w:pPr>
        <w:jc w:val="right"/>
      </w:pPr>
      <w:r>
        <w:t>دیکھیے، جہاں تک میں سمجھتا ہوں، اللہ رب العالمین کی کوئی حد نہیں۔</w:t>
      </w:r>
    </w:p>
    <w:p>
      <w:r>
        <w:rPr>
          <w:b/>
        </w:rPr>
        <w:t xml:space="preserve">[47:07] </w:t>
      </w:r>
      <w:r>
        <w:t>koi had hi nahin is ki. koi had nahin. to marifat ki bhi koi had nahin.</w:t>
      </w:r>
    </w:p>
    <w:p>
      <w:pPr>
        <w:jc w:val="right"/>
      </w:pPr>
      <w:r>
        <w:t>کوئی حد ہی نہیں اس کی۔ کوئی حد نہیں۔ تو معرفت کی بھی کوئی حد نہیں۔</w:t>
      </w:r>
    </w:p>
    <w:p>
      <w:r>
        <w:rPr>
          <w:b/>
        </w:rPr>
        <w:t xml:space="preserve">[47:18] </w:t>
      </w:r>
      <w:r>
        <w:t>marifat ka jo process hai, woh jaari rahega. eternally.</w:t>
      </w:r>
    </w:p>
    <w:p>
      <w:pPr>
        <w:jc w:val="right"/>
      </w:pPr>
      <w:r>
        <w:t>معرفت کا جو process ہے، وہ جاری رہے گا۔ Eternally۔</w:t>
      </w:r>
    </w:p>
    <w:p>
      <w:r>
        <w:rPr>
          <w:b/>
        </w:rPr>
        <w:t xml:space="preserve">[47:25] </w:t>
      </w:r>
      <w:r>
        <w:t>abhi bhi jaari hai. jannaton mein jaari rahega. aur mawarae jannaton mein jaari rahega. kyunke dekhiye, yeh Einstein ki jo theory hai, is se sabit hota hai ke koi jo creation ka jo zimmedaar hai, us ki koi had nahin.</w:t>
      </w:r>
    </w:p>
    <w:p>
      <w:pPr>
        <w:jc w:val="right"/>
      </w:pPr>
      <w:r>
        <w:t>ابھی بھی جاری ہے۔ جنتوں میں جاری رہے گا۔ اور ماورائے جنتوں میں جاری رہے گا۔ کیونکہ دیکھیے، یہ Einstein کی جو theory ہے، اس سے ثابت ہوتا ہے کہ کوئی جو creation کا جو ذمہ دار ہے، اس کی کوئی حد نہیں۔</w:t>
      </w:r>
    </w:p>
    <w:p>
      <w:r>
        <w:rPr>
          <w:b/>
        </w:rPr>
        <w:t xml:space="preserve">[47:52] </w:t>
      </w:r>
      <w:r>
        <w:t>kuch had nahin. eternally had nahin hai.</w:t>
      </w:r>
    </w:p>
    <w:p>
      <w:pPr>
        <w:jc w:val="right"/>
      </w:pPr>
      <w:r>
        <w:t>کچھ حد نہیں۔ Eternally حد نہیں ہے۔</w:t>
      </w:r>
    </w:p>
    <w:p>
      <w:r>
        <w:rPr>
          <w:b/>
        </w:rPr>
        <w:t xml:space="preserve">[47:57] </w:t>
      </w:r>
      <w:r>
        <w:t>agar had aa jaye to phir woh kaisa ajeeb ho jayega. to aap to bas marifat mein jeete rahiye.</w:t>
      </w:r>
    </w:p>
    <w:p>
      <w:pPr>
        <w:jc w:val="right"/>
      </w:pPr>
      <w:r>
        <w:t>اگر حد آ جائے تو پھر وہ کیسا عجیب ہو جائے گا۔ تو آپ تو بس معرفت میں جیتے رہیے۔</w:t>
      </w:r>
    </w:p>
    <w:p>
      <w:r>
        <w:rPr>
          <w:b/>
        </w:rPr>
        <w:t xml:space="preserve">[48:09] </w:t>
      </w:r>
      <w:r>
        <w:t>Allah rabbul alameen ki be panah azmat mein jeete rahiye. aur is mein Allah ka shukr karte rahiye. bas.</w:t>
      </w:r>
    </w:p>
    <w:p>
      <w:pPr>
        <w:jc w:val="right"/>
      </w:pPr>
      <w:r>
        <w:t>اللہ رب العالمین کی بے پناہ عظمت میں جیتے رہیے۔ اور اس میں اللہ کا شکر کرتے رہیے۔ بس۔</w:t>
      </w:r>
    </w:p>
    <w:p>
      <w:r>
        <w:rPr>
          <w:b/>
        </w:rPr>
        <w:t xml:space="preserve">[48:22] </w:t>
      </w:r>
      <w:r>
        <w:t>maulana, agla comment lena chahenge jo saharanpur se Dr</w:t>
      </w:r>
    </w:p>
    <w:p>
      <w:pPr>
        <w:jc w:val="right"/>
      </w:pPr>
      <w:r>
        <w:t>مولانا، اگلا کمنٹ لینا چاہیں گے جو سہارن پور سے ڈ</w:t>
      </w:r>
    </w:p>
    <w:p>
      <w:r>
        <w:rPr>
          <w:b/>
        </w:rPr>
        <w:t xml:space="preserve">[48:26] </w:t>
      </w:r>
      <w:r>
        <w:t>doctor Aslam Khan sahib ne bheja hai. unhon ne likha hai: "Sir Isaac, Newton, Galileo, Albert Einstein, Paul Dirac, and Stephen Hawking ke paida hone ke baad is duniya mein physics aur metaphysical science mein bohat bara vacuum aa gaya tha jis ko reason-based spiritual rehnumai ko bharna tha.</w:t>
      </w:r>
    </w:p>
    <w:p>
      <w:pPr>
        <w:jc w:val="right"/>
      </w:pPr>
      <w:r>
        <w:t>اکٹر اسلم خان صاحب نے بھیجا ہے۔ انہوں نے لکھا ہے: "سر اسحاق، نیوٹن، گیلیلیو، البرٹ آئنسٹائن، پال ڈیرک، اینڈ اسٹیفن ہاکنگ کے پیدا ہونے کے بعد اس دنیا میں physics اور metaphysical سائنس میں بہت بڑا vacuum آ گیا تھا جس کو reason-based spiritual رہنمائی کو بھرنا تھا۔</w:t>
      </w:r>
    </w:p>
    <w:p>
      <w:r>
        <w:rPr>
          <w:b/>
        </w:rPr>
        <w:t xml:space="preserve">[48:51] </w:t>
      </w:r>
      <w:r>
        <w:t>isi period mein ek se ek qabil religious leaders paida hue lekin yeh log apna appropriate role ada na kar sake.</w:t>
      </w:r>
    </w:p>
    <w:p>
      <w:pPr>
        <w:jc w:val="right"/>
      </w:pPr>
      <w:r>
        <w:t>اسی period میں ایک سے ایک قابل religious leaders پیدا ہوئے لیکن یہ لوگ اپنا appropriate role ادا نہ کر سکے۔</w:t>
      </w:r>
    </w:p>
    <w:p>
      <w:r>
        <w:rPr>
          <w:b/>
        </w:rPr>
        <w:t xml:space="preserve">[49:01] </w:t>
      </w:r>
      <w:r>
        <w:t>alhamdulillah, aap ne is vacuum ko reason-based tareeqe se poora kiya aur hazaron lakhon log confusion se bahar aa kar dawat-e-ilahi ka kaam kar rahe hain.</w:t>
      </w:r>
    </w:p>
    <w:p>
      <w:pPr>
        <w:jc w:val="right"/>
      </w:pPr>
      <w:r>
        <w:t>الحمدللہ، آپ نے اس vacuum کو reason-based طریقے سے پورا کیا اور ہزاروں لاکھوں لوگ confusion سے باہر آ کر دعوت الٰہی کا کام کر رہے ہیں۔</w:t>
      </w:r>
    </w:p>
    <w:p>
      <w:r>
        <w:rPr>
          <w:b/>
        </w:rPr>
        <w:t xml:space="preserve">[49:14] </w:t>
      </w:r>
      <w:r>
        <w:t>This all credit goes to you only. God bless you, respected Maulana, and your universal circle.</w:t>
      </w:r>
    </w:p>
    <w:p>
      <w:pPr>
        <w:jc w:val="right"/>
      </w:pPr>
      <w:r>
        <w:t>This all credit goes to you only. God bless you, respected مولانا، and your universal circle.</w:t>
      </w:r>
    </w:p>
    <w:p>
      <w:r>
        <w:rPr>
          <w:b/>
        </w:rPr>
        <w:t xml:space="preserve">[49:21] </w:t>
      </w:r>
      <w:r>
        <w:t>jazak Allah. masha Allah. Maulana, agla sawal Delhi se bheja hai Syed Ahmed Ali sahib ne.</w:t>
      </w:r>
    </w:p>
    <w:p>
      <w:pPr>
        <w:jc w:val="right"/>
      </w:pPr>
      <w:r>
        <w:t>جزاک اللہ۔ ماشاءاللہ۔ مولانا، اگلا سوال دلی سے بھیجا ہے سید احمد علی صاحب نے۔</w:t>
      </w:r>
    </w:p>
    <w:p>
      <w:r>
        <w:rPr>
          <w:b/>
        </w:rPr>
        <w:t xml:space="preserve">[49:31] </w:t>
      </w:r>
      <w:r>
        <w:t>unhon ne aapse poocha hai ke Maulana, kis tarah ki dua Allah taala ko sab se zyada pasand hai aur dua kaise mangi jaye?</w:t>
      </w:r>
    </w:p>
    <w:p>
      <w:pPr>
        <w:jc w:val="right"/>
      </w:pPr>
      <w:r>
        <w:t>انہوں نے آپ سے پوچھا ہے کہ مولانا، کس طرح کی دعا اللہ تعالیٰ کو سب سے زیادہ پسند ہے اور دعا کیسے مانگی جائے؟</w:t>
      </w:r>
    </w:p>
    <w:p>
      <w:r>
        <w:rPr>
          <w:b/>
        </w:rPr>
        <w:t xml:space="preserve">[49:42] </w:t>
      </w:r>
      <w:r>
        <w:t>kuch is par bataein.</w:t>
      </w:r>
    </w:p>
    <w:p>
      <w:pPr>
        <w:jc w:val="right"/>
      </w:pPr>
      <w:r>
        <w:t>کچھ اس پر بتائیں۔</w:t>
      </w:r>
    </w:p>
    <w:p>
      <w:r>
        <w:rPr>
          <w:b/>
        </w:rPr>
        <w:t xml:space="preserve">[49:49] </w:t>
      </w:r>
      <w:r>
        <w:t>yeh bara acha sawal hai. pehli baat to yeh samjhiye ke mein is ko dua, jo rate hue alfaaz ko dohrana, is ko dua samajhte hain.</w:t>
      </w:r>
    </w:p>
    <w:p>
      <w:pPr>
        <w:jc w:val="right"/>
      </w:pPr>
      <w:r>
        <w:t>یہ بڑا اچھا سوال ہے۔ پہلی بات تو یہ سمجھئے کہ میں اس کو دعا، جو رٹے ہوئے الفاظ کو دہرانا، اس کو دعا سمجھتے ہیں۔</w:t>
      </w:r>
    </w:p>
    <w:p>
      <w:r>
        <w:rPr>
          <w:b/>
        </w:rPr>
        <w:t xml:space="preserve">[50:03] </w:t>
      </w:r>
      <w:r>
        <w:t>mein hargiz nahin samajhta. koi rate hue alfaaz dua nahin hain.</w:t>
      </w:r>
    </w:p>
    <w:p>
      <w:pPr>
        <w:jc w:val="right"/>
      </w:pPr>
      <w:r>
        <w:t>میں ہرگز نہیں سمجھتا۔ کوئی رٹے ہوئے الفاظ دعا نہیں ہیں۔</w:t>
      </w:r>
    </w:p>
    <w:p>
      <w:r>
        <w:rPr>
          <w:b/>
        </w:rPr>
        <w:t xml:space="preserve">[50:10] </w:t>
      </w:r>
      <w:r>
        <w:t>dua mere nazdeek ek discovery ka item hai. discovery ka item hai.</w:t>
      </w:r>
    </w:p>
    <w:p>
      <w:pPr>
        <w:jc w:val="right"/>
      </w:pPr>
      <w:r>
        <w:t>دعا میرے نزدیک ایک discovery کا item ہے۔ Discovery کا item ہے۔</w:t>
      </w:r>
    </w:p>
    <w:p>
      <w:r>
        <w:rPr>
          <w:b/>
        </w:rPr>
        <w:t xml:space="preserve">[50:22] </w:t>
      </w:r>
      <w:r>
        <w:t>jab Allah rabbul alameen mein aap jeene lagte hain to aap us ke har din kuch na kuch nayi baat paate hain.</w:t>
      </w:r>
    </w:p>
    <w:p>
      <w:pPr>
        <w:jc w:val="right"/>
      </w:pPr>
      <w:r>
        <w:t>جب اللہ رب العالمین میں آپ جینے لگتے ہیں تو آپ اس کے ہر دن کچھ نہ کچھ نئی بات پاتے ہیں۔</w:t>
      </w:r>
    </w:p>
    <w:p>
      <w:r>
        <w:rPr>
          <w:b/>
        </w:rPr>
        <w:t xml:space="preserve">[50:33] </w:t>
      </w:r>
      <w:r>
        <w:t>کل یوم هو فی الشان</w:t>
      </w:r>
    </w:p>
    <w:p>
      <w:pPr>
        <w:jc w:val="right"/>
      </w:pPr>
      <w:r>
        <w:t>کل یوم هو فی الشان</w:t>
      </w:r>
    </w:p>
    <w:p>
      <w:r>
        <w:rPr>
          <w:b/>
        </w:rPr>
        <w:t xml:space="preserve">[50:36] </w:t>
      </w:r>
      <w:r>
        <w:t>is ko le kar aap dua nikalti hain aap ki. is ko le kar. to dua ek discovery ka item hai. har din nayi dua, har din nayi dua, har din nayi dua.</w:t>
      </w:r>
    </w:p>
    <w:p>
      <w:pPr>
        <w:jc w:val="right"/>
      </w:pPr>
      <w:r>
        <w:t>اس کو لے کر آپ دعا نکلتی ہیں آپ کی۔ اس کو لے کر۔ تو دعا ایک discovery کا item ہے۔ ہر دن نئی دعا، ہر دن نئی دعا، ہر دن نئی دعا۔</w:t>
      </w:r>
    </w:p>
    <w:p>
      <w:r>
        <w:rPr>
          <w:b/>
        </w:rPr>
        <w:t xml:space="preserve">[50:49] </w:t>
      </w:r>
      <w:r>
        <w:t>jaise aaj mujhe discovery hui duaon ke darmiyan ke Quran ko do ayaton ka nazm ke lehaz se sochna yeh bilkul hi absurd baat hai.</w:t>
      </w:r>
    </w:p>
    <w:p>
      <w:pPr>
        <w:jc w:val="right"/>
      </w:pPr>
      <w:r>
        <w:t>جیسے آج مجھے discovery ہوئی دعاؤں کے درمیان کہ قرآن کو دو آیتوں کا نظم کے لحاظ سے سوچنا یہ بالکل ہی absurd بات ہے۔</w:t>
      </w:r>
    </w:p>
    <w:p>
      <w:r>
        <w:rPr>
          <w:b/>
        </w:rPr>
        <w:t xml:space="preserve">[51:02] </w:t>
      </w:r>
      <w:r>
        <w:t>quran ko universal level par dekhiye. pure quran ko dekhiye. tab haqeeqat maloom hogi. misaal ke taur par main ne arz kiya ke quran mein ek ayat yahan hai, doosri ayat wahan hai.</w:t>
      </w:r>
    </w:p>
    <w:p>
      <w:pPr>
        <w:jc w:val="right"/>
      </w:pPr>
      <w:r>
        <w:t>قرآن کو universal level پر دیکھیے۔ پورے قرآن کو دیکھیے۔ تب حقیقت معلوم ہوگی۔ مثلاً میں نے عرض کیا کہ قرآن میں ایک آیت یہاں ہے، دوسری آیت وہاں ہے۔</w:t>
      </w:r>
    </w:p>
    <w:p>
      <w:r>
        <w:rPr>
          <w:b/>
        </w:rPr>
        <w:t xml:space="preserve">[51:17] </w:t>
      </w:r>
      <w:r>
        <w:t>ek ayat yahan hai ke</w:t>
      </w:r>
    </w:p>
    <w:p>
      <w:pPr>
        <w:jc w:val="right"/>
      </w:pPr>
      <w:r>
        <w:t>ایک آیت یہاں ہے کہ</w:t>
      </w:r>
    </w:p>
    <w:p>
      <w:r>
        <w:rPr>
          <w:b/>
        </w:rPr>
        <w:t xml:space="preserve">[51:21] </w:t>
      </w:r>
      <w:r>
        <w:t>wa qim min nabiyyin qatal maah rabiyyun kaseerun wa anoo ma ashaab ma ashaab fi sabilillah wa ma dhakoo mustakaan doosri jagah yeh hai ke asmaa wa baraa inni ma'akum asmaa wa baraa</w:t>
      </w:r>
    </w:p>
    <w:p>
      <w:pPr>
        <w:jc w:val="right"/>
      </w:pPr>
      <w:r>
        <w:t>وقيم من نبین قاتل ماہ ربیون کثیر وانو ما اصحاب ما اصحاب فی سبیل اللہ وما ذاکو مستکان دوسری جگہ یہ ہے کہ اسماء وبارا انی معکم اسماء وبار</w:t>
      </w:r>
    </w:p>
    <w:p>
      <w:r>
        <w:rPr>
          <w:b/>
        </w:rPr>
        <w:t xml:space="preserve">[51:38] </w:t>
      </w:r>
      <w:r>
        <w:t>aa is ko main ne baad joda ke kahin bhi aap agar Allah ke liye khade hue hain, chahe new zealand mein hon, chahe india mein hon, to wahan Allah aap ke saath khada hua hai.</w:t>
      </w:r>
    </w:p>
    <w:p>
      <w:pPr>
        <w:jc w:val="right"/>
      </w:pPr>
      <w:r>
        <w:t>ا اس کو میں نے بعد جوڑا کہ کہیں بھی آپ اگر اللہ کے لیے کھڑے ہوئے ہیں، چاہے نیوزی لینڈ میں ہوں، چاہے انڈیا میں ہوں، تو وہاں اللہ آپ کے ساتھ کھڑا ہوا ہے۔</w:t>
      </w:r>
    </w:p>
    <w:p>
      <w:r>
        <w:rPr>
          <w:b/>
        </w:rPr>
        <w:t xml:space="preserve">[51:49] </w:t>
      </w:r>
      <w:r>
        <w:t>aur keh raha hai ke mere bande, be himmat na ho, main tumhare saath hoon. yeh nazm ne mein is cheez ko mujh se be khabar kar rakha tha.</w:t>
      </w:r>
    </w:p>
    <w:p>
      <w:pPr>
        <w:jc w:val="right"/>
      </w:pPr>
      <w:r>
        <w:t>اور کہہ رہا ہے کہ میرے بندے، بے ہمت نہ ہو، میں تمہارے ساتھ ہوں۔ یہ نظم نے میں اس چیز کو مجھ سے بے خبر کر رکھا تھا۔</w:t>
      </w:r>
    </w:p>
    <w:p>
      <w:r>
        <w:rPr>
          <w:b/>
        </w:rPr>
        <w:t xml:space="preserve">[52:02] </w:t>
      </w:r>
      <w:r>
        <w:t>jab nazm toota tab main ne is jaana ke jahan bhi main khada hua hoon, chahe new zealand mein, chahe india mein, chahe america mein, jab main Allah ke liye koi struggle kar raha hoon to wahin mere saath Allah khada hua hai.</w:t>
      </w:r>
    </w:p>
    <w:p>
      <w:pPr>
        <w:jc w:val="right"/>
      </w:pPr>
      <w:r>
        <w:t>جب نظم ٹوٹا تب میں نے اس جانا کہ جہاں بھی میں کھڑا ہوا ہوں، چاہے نیوزی لینڈ میں، چاہے انڈیا میں، چاہے امریکہ میں، جب میں اللہ کے لیے کوئی struggle کر رہا ہوں تو وہیں میرے ساتھ اللہ کھڑا ہوا ہے۔</w:t>
      </w:r>
    </w:p>
    <w:p>
      <w:r>
        <w:rPr>
          <w:b/>
        </w:rPr>
        <w:t xml:space="preserve">[52:20] </w:t>
      </w:r>
      <w:r>
        <w:t>Allah ke farishtay khade hue hain. woh keh rahe hain ke aye mere bande, himmat na haar, main tumhare saath hoon.</w:t>
      </w:r>
    </w:p>
    <w:p>
      <w:pPr>
        <w:jc w:val="right"/>
      </w:pPr>
      <w:r>
        <w:t>اللہ کے فرشتے کھڑے ہوئے ہیں۔ وہ کہہ رہے ہیں کہ اے میرے بندے، ہمت نہ ہار، میں تمہارے ساتھ ہوں۔</w:t>
      </w:r>
    </w:p>
    <w:p>
      <w:r>
        <w:rPr>
          <w:b/>
        </w:rPr>
        <w:t xml:space="preserve">[52:30] </w:t>
      </w:r>
      <w:r>
        <w:t>yeh hai har din ek nayi baat daryaft karna. Allah rabbul alameen jitna sochenge aap, utni aap ke discovery ke item badhenge.</w:t>
      </w:r>
    </w:p>
    <w:p>
      <w:pPr>
        <w:jc w:val="right"/>
      </w:pPr>
      <w:r>
        <w:t>یہ ہے ہر دن ایک نئی بات دریافت کرنا۔ اللہ رب العالمین جتنا سوچیں گے آپ، اتنی آپ کے discovery کے item بڑھیں گے۔</w:t>
      </w:r>
    </w:p>
    <w:p>
      <w:r>
        <w:rPr>
          <w:b/>
        </w:rPr>
        <w:t xml:space="preserve">[52:45] </w:t>
      </w:r>
      <w:r>
        <w:t>ma'rifat ek unhunted process hai. ma'rifat koi baddu cheez nahi hai.</w:t>
      </w:r>
    </w:p>
    <w:p>
      <w:pPr>
        <w:jc w:val="right"/>
      </w:pPr>
      <w:r>
        <w:t>معرفت ایک unhunted process ہے۔ معرفت کوئی بدو چیز نہیں ہے۔</w:t>
      </w:r>
    </w:p>
    <w:p>
      <w:r>
        <w:rPr>
          <w:b/>
        </w:rPr>
        <w:t xml:space="preserve">[52:55] </w:t>
      </w:r>
      <w:r>
        <w:t>maulana, agla sawal lene se pehle comment padhna chahenge jo rashid ansari sahab ne bheja hai meerut se. unhon ne likha hai: "yeh sahi baat hai maulana ke communication ka daur poori tarah se hamare saath hai.</w:t>
      </w:r>
    </w:p>
    <w:p>
      <w:pPr>
        <w:jc w:val="right"/>
      </w:pPr>
      <w:r>
        <w:t>مولانا، اگلا سوال لینے سے پہلے کمنٹ پڑھنا چاہیں گے جو راشد انصاری صاحب نے بھیجا ہے میرٹھ سے۔ انہوں نے لکھا ہے: "یہ صحیح بات ہے مولانا کہ communication کا دور پوری طریقے سے ہمارے ساتھ ہے۔</w:t>
      </w:r>
    </w:p>
    <w:p>
      <w:r>
        <w:rPr>
          <w:b/>
        </w:rPr>
        <w:t xml:space="preserve">[53:12] </w:t>
      </w:r>
      <w:r>
        <w:t>is ka ek tajruba abhi chaar din pehle hamein hua. hamein ek da'wati safar karna tha. is se pehle hum ne kabhi koi safar nahi kiya tha aur rastay se bhi anjaan thay.</w:t>
      </w:r>
    </w:p>
    <w:p>
      <w:pPr>
        <w:jc w:val="right"/>
      </w:pPr>
      <w:r>
        <w:t>اس کا ایک تجربہ ابھی چار دن پہلے ہمیں ہوا۔ ہمیں ایک دعوتی سفر کرنا تھا۔ اس سے پہلے ہم نے کبھی کوئی سفر نہیں کیا تھا اور راستے سے بھی انجان تھے۔</w:t>
      </w:r>
    </w:p>
    <w:p>
      <w:r>
        <w:rPr>
          <w:b/>
        </w:rPr>
        <w:t xml:space="preserve">[53:25] </w:t>
      </w:r>
      <w:r>
        <w:t>lekin internet ki jo opportunity Allah ta'ala ne hamein di hai, is ko istemal kar ke hum wahan pahunche to hum ne yeh jaana ke technology jo Allah rabbul alameen aaj ke daur mein hamein di hai, yeh waqai hamare liye bohat bari divine help hai.</w:t>
      </w:r>
    </w:p>
    <w:p>
      <w:pPr>
        <w:jc w:val="right"/>
      </w:pPr>
      <w:r>
        <w:t>لیکن انٹرنیٹ کی جو opportunity اللہ تعالیٰ نے ہمیں دی ہے، اس کو استعمال کر کے ہم وہاں پہنچے تو ہم نے یہ جانا کہ ٹیکنالوجی جو اللہ رب العالمین آج کے دور میں ہمیں دی ہے، یہ واقعی ہمارے لیے بہت بڑی divine help ہے۔</w:t>
      </w:r>
    </w:p>
    <w:p>
      <w:r>
        <w:rPr>
          <w:b/>
        </w:rPr>
        <w:t xml:space="preserve">[53:47] </w:t>
      </w:r>
      <w:r>
        <w:t>masha Allah, masha Allah</w:t>
      </w:r>
    </w:p>
    <w:p>
      <w:pPr>
        <w:jc w:val="right"/>
      </w:pPr>
      <w:r>
        <w:t>ماشاءاللہ، ماشاءاللہ</w:t>
      </w:r>
    </w:p>
    <w:p>
      <w:r>
        <w:rPr>
          <w:b/>
        </w:rPr>
        <w:t xml:space="preserve">[53:49] </w:t>
      </w:r>
      <w:r>
        <w:t>maulana, lahore se muhammad asif sahab ne aap se poocha hai ke how to develop a habit of regular prayers is ke liye woh aap se guidance chahte hain.</w:t>
      </w:r>
    </w:p>
    <w:p>
      <w:pPr>
        <w:jc w:val="right"/>
      </w:pPr>
      <w:r>
        <w:t>۔ مولانا، لاہور سے محمد آصف صاحب نے آپ سے پوچھا ہے کہ how to develop a habit of regular prayers اس کے لیے وہ آپ سے guidance چاہتے ہیں۔</w:t>
      </w:r>
    </w:p>
    <w:p>
      <w:r>
        <w:rPr>
          <w:b/>
        </w:rPr>
        <w:t xml:space="preserve">[54:02] </w:t>
      </w:r>
      <w:r>
        <w:t>dekhiye, aap ke jo alfaaz hain regular prayer to main samajhta hoon ke aap ke zehen mein shayad yeh hai ke dohrana yaani dua ko dohrate rehna.</w:t>
      </w:r>
    </w:p>
    <w:p>
      <w:pPr>
        <w:jc w:val="right"/>
      </w:pPr>
      <w:r>
        <w:t>دیکھیے، آپ کے جو الفاظ ہیں regular prayer تو میں سمجھتا ہوں کہ آپ کے ذہن میں شاید یہ ہے کہ دہرانا یعنی دعا کو دہراتے رہنا۔</w:t>
      </w:r>
    </w:p>
    <w:p>
      <w:r>
        <w:rPr>
          <w:b/>
        </w:rPr>
        <w:t xml:space="preserve">[54:15] </w:t>
      </w:r>
      <w:r>
        <w:t>yeh dua hai hi nahi.</w:t>
      </w:r>
    </w:p>
    <w:p>
      <w:pPr>
        <w:jc w:val="right"/>
      </w:pPr>
      <w:r>
        <w:t>یہ دعا ہے ہی نہیں۔</w:t>
      </w:r>
    </w:p>
    <w:p>
      <w:r>
        <w:rPr>
          <w:b/>
        </w:rPr>
        <w:t xml:space="preserve">[54:18] </w:t>
      </w:r>
      <w:r>
        <w:t>jo log dua ke alfaaz rat lein aur is ko padhte rahein, woh mere nazdeek dua nahi. dua to discovery item hai.</w:t>
      </w:r>
    </w:p>
    <w:p>
      <w:pPr>
        <w:jc w:val="right"/>
      </w:pPr>
      <w:r>
        <w:t>جو لوگ دعا کے الفاظ رٹ لیں اور اس کو پڑھتے رہیں، وہ میرے نزدیک دعا نہیں۔ دعا تو discovery item ہے۔</w:t>
      </w:r>
    </w:p>
    <w:p>
      <w:r>
        <w:rPr>
          <w:b/>
        </w:rPr>
        <w:t xml:space="preserve">[54:27] </w:t>
      </w:r>
      <w:r>
        <w:t>har din aap ko dua discover karna chahiye. ek naye alfaaz, naye ma'ni, naya pehlu aap ko discover karna hai.</w:t>
      </w:r>
    </w:p>
    <w:p>
      <w:pPr>
        <w:jc w:val="right"/>
      </w:pPr>
      <w:r>
        <w:t>ہر دن آپ کو دعا discover کرنا چاہیے۔ ایک نئے الفاظ، نئے معنی، نیا پہلو آپ کو discover کرنا ہے۔</w:t>
      </w:r>
    </w:p>
    <w:p>
      <w:r>
        <w:rPr>
          <w:b/>
        </w:rPr>
        <w:t xml:space="preserve">[54:36] </w:t>
      </w:r>
      <w:r>
        <w:t>is ko le kar Allah ke liye dua karna hai.</w:t>
      </w:r>
    </w:p>
    <w:p>
      <w:pPr>
        <w:jc w:val="right"/>
      </w:pPr>
      <w:r>
        <w:t>اس کو لے کر اللہ کے لیے دعا کرنا ہے۔</w:t>
      </w:r>
    </w:p>
    <w:p>
      <w:r>
        <w:rPr>
          <w:b/>
        </w:rPr>
        <w:t xml:space="preserve">[54:45] </w:t>
      </w:r>
      <w:r>
        <w:t>dua ek process hai.</w:t>
      </w:r>
    </w:p>
    <w:p>
      <w:pPr>
        <w:jc w:val="right"/>
      </w:pPr>
      <w:r>
        <w:t>دعا ایک process ہے۔</w:t>
      </w:r>
    </w:p>
    <w:p>
      <w:r>
        <w:rPr>
          <w:b/>
        </w:rPr>
        <w:t xml:space="preserve">[54:47] </w:t>
      </w:r>
      <w:r>
        <w:t>har din naya process, naya item.</w:t>
      </w:r>
    </w:p>
    <w:p>
      <w:pPr>
        <w:jc w:val="right"/>
      </w:pPr>
      <w:r>
        <w:t>ہر دن نیا process، نیا item۔</w:t>
      </w:r>
    </w:p>
    <w:p>
      <w:r>
        <w:rPr>
          <w:b/>
        </w:rPr>
        <w:t xml:space="preserve">[54:54] </w:t>
      </w:r>
      <w:r>
        <w:t>pata hai ji, Allah jab ek laamtaahi hasti hai to us ki dua inteha wali cheez ki qism ban sakti hai.</w:t>
      </w:r>
    </w:p>
    <w:p>
      <w:pPr>
        <w:jc w:val="right"/>
      </w:pPr>
      <w:r>
        <w:t>پتہ ہے جی، اللہ جب ایک لامتناہی ہستی ہے تو اس کی دعا انتہا والی چیز کی قسم بن سکتی ہے۔</w:t>
      </w:r>
    </w:p>
    <w:p>
      <w:r>
        <w:rPr>
          <w:b/>
        </w:rPr>
        <w:t xml:space="preserve">[55:06] </w:t>
      </w:r>
      <w:r>
        <w:t>to beharhaal, main rati hui dua ko dua nahi samajhta. main dua ko ek discovery ka item samajhta hoon.</w:t>
      </w:r>
    </w:p>
    <w:p>
      <w:pPr>
        <w:jc w:val="right"/>
      </w:pPr>
      <w:r>
        <w:t>تو بہرحال، میں رٹی ہوئی دعا کو دعا نہیں سمجھتا۔ میں دعا کو ایک discovery کا item سمجھتا ہوں۔</w:t>
      </w:r>
    </w:p>
    <w:p>
      <w:r>
        <w:rPr>
          <w:b/>
        </w:rPr>
        <w:t xml:space="preserve">[55:22] </w:t>
      </w:r>
      <w:r>
        <w:t>maulana sajid ahmed khan sahab ne nagpur se likha hai: "maulana sahab, mera ek dost ka sawal hai ke jis tarah aap baat karte hain aur jo kuch unhon ne aap ka literature padha hai to to unhon ne yeh paya hai ke hum log aisa nahi soch sakte.</w:t>
      </w:r>
    </w:p>
    <w:p>
      <w:pPr>
        <w:jc w:val="right"/>
      </w:pPr>
      <w:r>
        <w:t>مولانا ساجد احمد خان صاحب نے ناگپور سے لکھا ہے: "مولانا صاحب، میرا ایک دوست کا سوال ہے کہ جس طرح آپ بات کرتے ہیں اور جو کچھ انہوں نے آپ کا literature پڑھا ہے تو تو انہوں نے یہ پایا ہے کہ ہم لوگ ایسا نہیں سوچ سکتے۔</w:t>
      </w:r>
    </w:p>
    <w:p>
      <w:r>
        <w:rPr>
          <w:b/>
        </w:rPr>
        <w:t xml:space="preserve">[55:41] </w:t>
      </w:r>
      <w:r>
        <w:t>maulana, woh pooch rahe hain ke apni apni soch ko right track par laane ke liye kya karna chahiye? is ke baray mein batayen."</w:t>
      </w:r>
    </w:p>
    <w:p>
      <w:pPr>
        <w:jc w:val="right"/>
      </w:pPr>
      <w:r>
        <w:t>مولانا، وہ پوچھ رہے ہیں کہ اپنی اپنی سوچ کوright track پر لانے کے لیے کیا کرنا چاہیے؟ اس کے بارے میں بتائیں۔"</w:t>
      </w:r>
    </w:p>
    <w:p>
      <w:r>
        <w:rPr>
          <w:b/>
        </w:rPr>
        <w:t xml:space="preserve">[55:51] </w:t>
      </w:r>
      <w:r>
        <w:t>bhai, dekhiye, main to sochta hoon ke ek hi bara rukta hai. You have to save yourself from all kinds of distraction.</w:t>
      </w:r>
    </w:p>
    <w:p>
      <w:pPr>
        <w:jc w:val="right"/>
      </w:pPr>
      <w:r>
        <w:t>بھائی، دیکھیے، میں تو سوچتا ہوں کہ ایک ہی بڑا رکتا ہے۔ You have to save yourself from all kinds of distraction.</w:t>
      </w:r>
    </w:p>
    <w:p>
      <w:r>
        <w:rPr>
          <w:b/>
        </w:rPr>
        <w:t xml:space="preserve">[56:06] </w:t>
      </w:r>
      <w:r>
        <w:t>You have to save yourself from all kinds of distraction. sab se bari jo bhagane wali cheez hai, woh distraction hai.</w:t>
      </w:r>
    </w:p>
    <w:p>
      <w:pPr>
        <w:jc w:val="right"/>
      </w:pPr>
      <w:r>
        <w:t>You have to save yourself from all kinds of distraction. سب سے بڑی جو بھاگانے والی چیز ہے، وہ distraction ہے۔</w:t>
      </w:r>
    </w:p>
    <w:p>
      <w:r>
        <w:rPr>
          <w:b/>
        </w:rPr>
        <w:t xml:space="preserve">[56:25] </w:t>
      </w:r>
      <w:r>
        <w:t>kal parson ki baat hai, ek sahab mere paas aaye, yahi yahi sawal kiya unhon ne. Yahi sawal.</w:t>
      </w:r>
    </w:p>
    <w:p>
      <w:pPr>
        <w:jc w:val="right"/>
      </w:pPr>
      <w:r>
        <w:t>کل پرسوں کی بات ہے، ایک صاحب میرے پاس آئے، یہی یہی سوال کیا انہوں نے۔ یہی سوال۔</w:t>
      </w:r>
    </w:p>
    <w:p>
      <w:r>
        <w:rPr>
          <w:b/>
        </w:rPr>
        <w:t xml:space="preserve">[56:35] </w:t>
      </w:r>
      <w:r>
        <w:t>to ittefaq se us waqt main kha raha tha to mera khana kya hai? Mera khana yeh hai ke ek pyala hota hai,</w:t>
      </w:r>
    </w:p>
    <w:p>
      <w:pPr>
        <w:jc w:val="right"/>
      </w:pPr>
      <w:r>
        <w:t>تو اتفاق سے اس وقت میں کھا رہا تھا تو میرا کھانا کیا ہے؟ میرا کھانا یہ ہے کہ ایک پیالہ ہوتا ہے،</w:t>
      </w:r>
    </w:p>
    <w:p>
      <w:r>
        <w:rPr>
          <w:b/>
        </w:rPr>
        <w:t xml:space="preserve">[56:47] </w:t>
      </w:r>
      <w:r>
        <w:t>is pyale mein hamara jo kaam karti hai bano, is mein roti aur salan la ke de deti hai.</w:t>
      </w:r>
    </w:p>
    <w:p>
      <w:pPr>
        <w:jc w:val="right"/>
      </w:pPr>
      <w:r>
        <w:t>اس پیالے میں ہمارا جو کام کرتی ہے بانو، اس میں روٹی اور سالن لا کے دے دیتی ہے۔</w:t>
      </w:r>
    </w:p>
    <w:p>
      <w:r>
        <w:rPr>
          <w:b/>
        </w:rPr>
        <w:t xml:space="preserve">[56:55] </w:t>
      </w:r>
      <w:r>
        <w:t>aur main apne haath mein leta hoon use aur use bhi khana shuru karta hoon. To main ne kaha, dekhiye, yahi asal hai. Aap phanse rehte hain dastarkhwan aur woh dining table aur yeh item, woh item.</w:t>
      </w:r>
    </w:p>
    <w:p>
      <w:pPr>
        <w:jc w:val="right"/>
      </w:pPr>
      <w:r>
        <w:t>اور میں اپنے ہاتھ میں لیتا ہوں اسے اور اسے بھی کھانا شروع کرتا ہوں۔ تو میں نے کہا، دیکھیے، یہی اصل ہے۔ آپ پھنسے رہتے ہیں دسترخوان اور وہ dining table اور یہ item، وہ item۔</w:t>
      </w:r>
    </w:p>
    <w:p>
      <w:r>
        <w:rPr>
          <w:b/>
        </w:rPr>
        <w:t xml:space="preserve">[57:13] </w:t>
      </w:r>
      <w:r>
        <w:t>main khata hoon aisa jaise ek aam aadmi khata hai. Kuch bhi ab distraction hota hi nahin.</w:t>
      </w:r>
    </w:p>
    <w:p>
      <w:pPr>
        <w:jc w:val="right"/>
      </w:pPr>
      <w:r>
        <w:t>میں کھاتا ہوں ایسا جیسے ایک عام آدمی کھاتا ہے۔ کچھ بھی اب distraction ہوتا ہی نہیں۔</w:t>
      </w:r>
    </w:p>
    <w:p>
      <w:r>
        <w:rPr>
          <w:b/>
        </w:rPr>
        <w:t xml:space="preserve">[57:22] </w:t>
      </w:r>
      <w:r>
        <w:t>aaj se aap ban jaiye, bas sab kuch theek ho jayega.</w:t>
      </w:r>
    </w:p>
    <w:p>
      <w:pPr>
        <w:jc w:val="right"/>
      </w:pPr>
      <w:r>
        <w:t>آج سے آپ بن جائیے، بس سب کچھ ٹھیک ہو جائے گا۔</w:t>
      </w:r>
    </w:p>
    <w:p>
      <w:r>
        <w:rPr>
          <w:b/>
        </w:rPr>
        <w:t xml:space="preserve">[57:32] </w:t>
      </w:r>
      <w:r>
        <w:t>Maulana, agla sawal Kuwait se Asad Parvez sahab ne bheja hai. Unhon ne likha hai: "Molana, it is said that there is a shaitan with every person</w:t>
      </w:r>
    </w:p>
    <w:p>
      <w:pPr>
        <w:jc w:val="right"/>
      </w:pPr>
      <w:r>
        <w:t>مولانا، اگلا سوال کویت سے اسد پرویز صاحب نے بھیجا ہے۔ انہوں نے لکھا ہے: "Molana, it is said that there is a شیطان with every person</w:t>
      </w:r>
    </w:p>
    <w:p>
      <w:r>
        <w:rPr>
          <w:b/>
        </w:rPr>
        <w:t xml:space="preserve">[57:42] </w:t>
      </w:r>
      <w:r>
        <w:t>. Does this mean that there is a jinn physically present with us or is it just a symbolic saying? What does it mean?" dekhiye, is ko aap ek dam aap chahein ke specific andaaz mein jaan saken to aap yeh jaan saken ge.</w:t>
      </w:r>
    </w:p>
    <w:p>
      <w:pPr>
        <w:jc w:val="right"/>
      </w:pPr>
      <w:r>
        <w:t>. Does this mean that there is a جن physically present with us or is it just a symbolic saying? What does it mean?" دیکھیے، اس کو آپ ایک دم آپ چاہیں کہ specific انداز میں جان سکیں تو آپ یہ جان سکیں گے۔</w:t>
      </w:r>
    </w:p>
    <w:p>
      <w:r>
        <w:rPr>
          <w:b/>
        </w:rPr>
        <w:t xml:space="preserve">[58:02] </w:t>
      </w:r>
      <w:r>
        <w:t>kyun ke yeh haqeeqat hai. Quran mein is tareeqe se nahin bayan ki gayi jaise ke yeh Dilli hai, yeh Multan hai.</w:t>
      </w:r>
    </w:p>
    <w:p>
      <w:pPr>
        <w:jc w:val="right"/>
      </w:pPr>
      <w:r>
        <w:t>کیونکہ یہ حقیقت ہے۔ قرآن میں اس طریقے سے نہیں بیان کی گئی جیسے کہ یہ دلی ہے، یہ ملتان ہے۔</w:t>
      </w:r>
    </w:p>
    <w:p>
      <w:r>
        <w:rPr>
          <w:b/>
        </w:rPr>
        <w:t xml:space="preserve">[58:12] </w:t>
      </w:r>
      <w:r>
        <w:t>to aap ko yani jitna bayan hua hai, usi ke lihaaz se yaqeen karna padega.</w:t>
      </w:r>
    </w:p>
    <w:p>
      <w:pPr>
        <w:jc w:val="right"/>
      </w:pPr>
      <w:r>
        <w:t>تو آپ کو یعنی جتنا بیان ہوا ہے، اسی کے لحاظ سے یقین کرنا پڑے گا۔</w:t>
      </w:r>
    </w:p>
    <w:p>
      <w:r>
        <w:rPr>
          <w:b/>
        </w:rPr>
        <w:t xml:space="preserve">[58:21] </w:t>
      </w:r>
      <w:r>
        <w:t>is se zyada janna chahein aap to woh possible hi nahin hai. Is ke liye aap wait kijiye qayamat tak ka.</w:t>
      </w:r>
    </w:p>
    <w:p>
      <w:pPr>
        <w:jc w:val="right"/>
      </w:pPr>
      <w:r>
        <w:t>اس سے زیادہ جاننا چاہیں آپ تو وہ possible ہی نہیں ہے۔ اس کے لیے آپ wait کیجیے قیامت تک کا۔</w:t>
      </w:r>
    </w:p>
    <w:p>
      <w:r>
        <w:rPr>
          <w:b/>
        </w:rPr>
        <w:t xml:space="preserve">[58:33] </w:t>
      </w:r>
      <w:r>
        <w:t>Maulana, ek comment parhna chahenge jo Bangalore se Ms. Syeda Fauzana Hussain ne bheja hai. Unhon ne likha hai</w:t>
      </w:r>
    </w:p>
    <w:p>
      <w:pPr>
        <w:jc w:val="right"/>
      </w:pPr>
      <w:r>
        <w:t>مولانا، ایک کمنٹ پڑھنا چاہیں گے جو بنگلور سے مس سیدہ فوزانہ حسین نے بھیجا ہے۔ انہوں نے لکھا ہے</w:t>
      </w:r>
    </w:p>
    <w:p>
      <w:r>
        <w:rPr>
          <w:b/>
        </w:rPr>
        <w:t xml:space="preserve">[58:41] </w:t>
      </w:r>
      <w:r>
        <w:t>: "Molana sahib, listening to your lecture, I came to my own understanding that our Quran is God's guidelines bestowed upon human beings.</w:t>
      </w:r>
    </w:p>
    <w:p>
      <w:pPr>
        <w:jc w:val="right"/>
      </w:pPr>
      <w:r>
        <w:t>: "Molana صاحب, listening to your lecture, I came to my own understanding that our Quran is God's guidelines bestowed upon human beings.</w:t>
      </w:r>
    </w:p>
    <w:p>
      <w:r>
        <w:rPr>
          <w:b/>
        </w:rPr>
        <w:t xml:space="preserve">[58:54] </w:t>
      </w:r>
      <w:r>
        <w:t>And by reading it in depth and following its principles meticulously, we will definitely find solutions to each of the problems that we face in day-to-day lives.</w:t>
      </w:r>
    </w:p>
    <w:p>
      <w:pPr>
        <w:jc w:val="right"/>
      </w:pPr>
      <w:r>
        <w:t>And by reading it in depth and following its principles meticulously, we will definitely find solutions to each of the problems that we face in day-to-day lives.</w:t>
      </w:r>
    </w:p>
    <w:p>
      <w:r>
        <w:rPr>
          <w:b/>
        </w:rPr>
        <w:t xml:space="preserve">[59:08] </w:t>
      </w:r>
      <w:r>
        <w:t>As God has already predicted the problems we might face in the future and has given us the right solution to it. Some are direct and some are indirect.</w:t>
      </w:r>
    </w:p>
    <w:p>
      <w:pPr>
        <w:jc w:val="right"/>
      </w:pPr>
      <w:r>
        <w:t>As God has already predicted the problems we might face in the future and has given us theright solution to it. Some are direct and some are indirect.</w:t>
      </w:r>
    </w:p>
    <w:p>
      <w:r>
        <w:rPr>
          <w:b/>
        </w:rPr>
        <w:t xml:space="preserve">[59:19] </w:t>
      </w:r>
      <w:r>
        <w:t>So first we have to take up the challenge to apply it appropriately and help ourselves. And I believe in every step God is beside us, guiding us to light from darkness.</w:t>
      </w:r>
    </w:p>
    <w:p>
      <w:pPr>
        <w:jc w:val="right"/>
      </w:pPr>
      <w:r>
        <w:t>So first we have to take up the challenge to apply it appropriately and help ourselves. And I believe in every step God is beside us, guiding us to light from darkness.</w:t>
      </w:r>
    </w:p>
    <w:p>
      <w:r>
        <w:rPr>
          <w:b/>
        </w:rPr>
        <w:t xml:space="preserve">[59:35] </w:t>
      </w:r>
      <w:r>
        <w:t>Life and problems are two sides to a coin, and we cannot run away from it, rather face it courageously. Thank you for this beautiful enlightenment." dekhiye,</w:t>
      </w:r>
    </w:p>
    <w:p>
      <w:pPr>
        <w:jc w:val="right"/>
      </w:pPr>
      <w:r>
        <w:t>Life and problems are two sides to a coin, and we cannot run away from it, rather face it courageously. Thank you for this beautiful enlightenment." دیکھیے،</w:t>
      </w:r>
    </w:p>
    <w:p>
      <w:r>
        <w:rPr>
          <w:b/>
        </w:rPr>
        <w:t xml:space="preserve">[59:49] </w:t>
      </w:r>
      <w:r>
        <w:t>aap ne baat to sahi kahi hai lekin is specific andaaz mein nahin bataya aap ne. Bahut achhi baat hai.</w:t>
      </w:r>
    </w:p>
    <w:p>
      <w:pPr>
        <w:jc w:val="right"/>
      </w:pPr>
      <w:r>
        <w:t>آپ نے بات تو صحیح کہی ہے لیکن اس specific انداز میں نہیں بتایا آپ نے۔ بہت اچھی بات ہے۔</w:t>
      </w:r>
    </w:p>
    <w:p>
      <w:r>
        <w:rPr>
          <w:b/>
        </w:rPr>
        <w:t xml:space="preserve">[59:59] </w:t>
      </w:r>
      <w:r>
        <w:t>is specific kya hai ke main ne discover kiya, is ko bataya nahin aap ne ke do aayaton ke beech mein rabt hum samajhte the ke yahi jahan hum ne padha, wahan yeh bataya jata tha.</w:t>
      </w:r>
    </w:p>
    <w:p>
      <w:pPr>
        <w:jc w:val="right"/>
      </w:pPr>
      <w:r>
        <w:t>اس specific کیا ہے کہ میں نے discover کیا، اس کو بتایا نہیں آپ نے کہ دو آیتوں کے بیچ میں ربط ہم سمجھتے تھے کہ یہی جہاں ہم نے پڑھا، وہاں یہ بتایا جاتا تھا۔</w:t>
      </w:r>
    </w:p>
    <w:p>
      <w:r>
        <w:rPr>
          <w:b/>
        </w:rPr>
        <w:t xml:space="preserve">[1:00:15] </w:t>
      </w:r>
      <w:r>
        <w:t>do aayaton ka rabt jo hai, wahi sab se important hai. Nahin, sari aayaton ko jis tarah aap badal ke roop mein dekhiye,</w:t>
      </w:r>
    </w:p>
    <w:p>
      <w:pPr>
        <w:jc w:val="right"/>
      </w:pPr>
      <w:r>
        <w:t>دو آیتوں کا ربط جو ہے، وہی سب سے important ہے۔ نہیں، ساری آیتوں کو جس طرح آپ بدل کے روپ میں دیکھیے،</w:t>
      </w:r>
    </w:p>
    <w:p>
      <w:r>
        <w:rPr>
          <w:b/>
        </w:rPr>
        <w:t xml:space="preserve">[1:00:25] </w:t>
      </w:r>
      <w:r>
        <w:t>maslan main ne misaal di aap ko ke aap ne Allah ke mission ko apnaya, is ke liye khade hue, aap is ke liye struggle shuru kiya.</w:t>
      </w:r>
    </w:p>
    <w:p>
      <w:pPr>
        <w:jc w:val="right"/>
      </w:pPr>
      <w:r>
        <w:t>مثلاً میں نے مثال دی آپ کو کہ آپ نے اللہ کے mission کو اپنایا، اس کے لیے کھڑے ہوئے، آپ اس کے لیے struggle شروع کیا۔</w:t>
      </w:r>
    </w:p>
    <w:p>
      <w:r>
        <w:rPr>
          <w:b/>
        </w:rPr>
        <w:t xml:space="preserve">[1:00:35] </w:t>
      </w:r>
      <w:r>
        <w:t>to doosri ayat jo wahin kahin nahin hai,</w:t>
      </w:r>
    </w:p>
    <w:p>
      <w:pPr>
        <w:jc w:val="right"/>
      </w:pPr>
      <w:r>
        <w:t>تو دوسری آیت جو وہیں کہیں نہیں ہے،</w:t>
      </w:r>
    </w:p>
    <w:p>
      <w:r>
        <w:rPr>
          <w:b/>
        </w:rPr>
        <w:t xml:space="preserve">[1:00:39] </w:t>
      </w:r>
      <w:r>
        <w:t>doosri jagah hai ke asma o bara. Doosri jagah hai ke Allah taala kehta hai Allah ke apne bando se ke main tum ko dekh raha hoon, main tum ko tumhare saath hoon, main tumhare madadgar ke taur par tumhare saath saath chal raha hoon.</w:t>
      </w:r>
    </w:p>
    <w:p>
      <w:pPr>
        <w:jc w:val="right"/>
      </w:pPr>
      <w:r>
        <w:t>دوسری جگہ ہے کہ اسماء وبارہ۔ دوسری جگہ ہے کہ اللہ تعالیٰ کہتا ہے اللہ کے اپنے بندوں سے کہ میں تم کو دیکھ رہا ہوں، میں تم کو تمہارے ساتھ ہوں، میں تمہارے مددگار کے طور پر تمہارے ساتھ ساتھ چل رہا ہوں۔</w:t>
      </w:r>
    </w:p>
    <w:p>
      <w:r>
        <w:rPr>
          <w:b/>
        </w:rPr>
        <w:t xml:space="preserve">[1:00:59] </w:t>
      </w:r>
      <w:r>
        <w:t>ab yeh is mein bulaya mein ne, tab meri samajh mein aaya ke Allah ki rah mein chalna ke liye zaroori hai ke aap yeh yaqeen karein ke Allah aap ke sath hai, aap ke sath sath chal raha hai.</w:t>
      </w:r>
    </w:p>
    <w:p>
      <w:pPr>
        <w:jc w:val="right"/>
      </w:pPr>
      <w:r>
        <w:t>اب یہ اس میں بلایا میں نے، تب میری سمجھ میں آیا کہ اللہ کی راہ میں چلنا کے لیے ضروری ہے کہ آپ یہ یقین کریں کہ اللہ آپ کے ساتھ ہے، آپ کے ساتھ ساتھ چل رہا ہے۔</w:t>
      </w:r>
    </w:p>
    <w:p>
      <w:r>
        <w:rPr>
          <w:b/>
        </w:rPr>
        <w:t xml:space="preserve">[1:01:11] </w:t>
      </w:r>
      <w:r>
        <w:t>to woh is ayat mein nahi hai, woh doosri ayat mein hai. to Quran mein jo yeh mein ne aap se arz kiya ke Quran mein jo style hai, woh jis tarah fazl ki style hai, woh woh nazm banl ayat ki style hai hi nahi.</w:t>
      </w:r>
    </w:p>
    <w:p>
      <w:pPr>
        <w:jc w:val="right"/>
      </w:pPr>
      <w:r>
        <w:t>تو وہ اس آیت میں نہیں ہے، وہ دوسری آیت میں ہے۔ تو قرآن میں جو یہ میں نے آپ سے عرض کیا کہ قرآن میں جو style ہے، وہ جس طرح فضل کی style ہے، وہ وہ نظم بنل آیات کی style ہے ہی نہیں۔</w:t>
      </w:r>
    </w:p>
    <w:p>
      <w:r>
        <w:rPr>
          <w:b/>
        </w:rPr>
        <w:t xml:space="preserve">[1:01:30] </w:t>
      </w:r>
      <w:r>
        <w:t>yani wohin kahin nazm hai, wohin kahin janiye is ko to aap phanse rahenge. nahi, jis tarah fazl ka jo tareeqa hai, is ke lehaz se aap dekhenge.</w:t>
      </w:r>
    </w:p>
    <w:p>
      <w:pPr>
        <w:jc w:val="right"/>
      </w:pPr>
      <w:r>
        <w:t>یعنی وہیں کہیں نظم ہے، وہیں کہیں جانیے اس کو تو آپ پھنسے رہیں گے۔ نہیں، جس طرح فضل کا جو طریقہ ہے، اس کے لحاظ سے آپ دیکھیں گے۔</w:t>
      </w:r>
    </w:p>
    <w:p>
      <w:r>
        <w:rPr>
          <w:b/>
        </w:rPr>
        <w:t xml:space="preserve">[1:01:41] </w:t>
      </w:r>
      <w:r>
        <w:t>yahan wahan, yahan wahan jo phaili hui ayatein hain, un un mein references hain, un ko discover kijiye. tab aap ko sahi rehnumai milegi.</w:t>
      </w:r>
    </w:p>
    <w:p>
      <w:pPr>
        <w:jc w:val="right"/>
      </w:pPr>
      <w:r>
        <w:t>یہاں وہاں، یہاں وہاں جو پھیلی ہوئی آیتیں ہیں، ان ان میں references ہیں، ان کو discover کیجیے۔ تب آپ کو صحیح رہنمائی ملے گی۔</w:t>
      </w:r>
    </w:p>
    <w:p>
      <w:r>
        <w:rPr>
          <w:b/>
        </w:rPr>
        <w:t xml:space="preserve">[1:01:52] </w:t>
      </w:r>
      <w:r>
        <w:t>is ko hi pakdiye aap.</w:t>
      </w:r>
    </w:p>
    <w:p>
      <w:pPr>
        <w:jc w:val="right"/>
      </w:pPr>
      <w:r>
        <w:t>اس کو ہی پکڑیے آپ۔</w:t>
      </w:r>
    </w:p>
    <w:p>
      <w:r>
        <w:rPr>
          <w:b/>
        </w:rPr>
        <w:t xml:space="preserve">[1:01:59] </w:t>
      </w:r>
      <w:r>
        <w:t>mol</w:t>
      </w:r>
    </w:p>
    <w:p>
      <w:pPr>
        <w:jc w:val="right"/>
      </w:pPr>
      <w:r>
        <w:t>مول</w:t>
      </w:r>
    </w:p>
    <w:p>
      <w:r>
        <w:rPr>
          <w:b/>
        </w:rPr>
        <w:t xml:space="preserve">[1:02:00] </w:t>
      </w:r>
      <w:r>
        <w:t>ana azhar mubarak sahib ne bhagalpur se likha hai: "maulana sahib, every time I experience that you do a great intellectual session and very creatively, your ideas are always new and original.</w:t>
      </w:r>
    </w:p>
    <w:p>
      <w:pPr>
        <w:jc w:val="right"/>
      </w:pPr>
      <w:r>
        <w:t>انا اظہر مبارک صاحب نے بھاگلپور سے لکھا ہے: "مولانا صاحب، every time I experience that you do a great intellectual session and very creatively, your ideas are always new and original.</w:t>
      </w:r>
    </w:p>
    <w:p>
      <w:r>
        <w:rPr>
          <w:b/>
        </w:rPr>
        <w:t xml:space="preserve">[1:02:17] </w:t>
      </w:r>
      <w:r>
        <w:t>jazak Allah." Maulana, agla sawal shohra pur se umar abdullah sahib ne bheja hai.</w:t>
      </w:r>
    </w:p>
    <w:p>
      <w:pPr>
        <w:jc w:val="right"/>
      </w:pPr>
      <w:r>
        <w:t>جزاک اللہ۔" مولانا، اگلا سوال شورہ پور سے عمر عبداللہ صاحب نے بھیجا ہے۔</w:t>
      </w:r>
    </w:p>
    <w:p>
      <w:r>
        <w:rPr>
          <w:b/>
        </w:rPr>
        <w:t xml:space="preserve">[1:02:26] </w:t>
      </w:r>
      <w:r>
        <w:t>unhon ne likha hai ke aaj musalman zam zam ke pani ko bohat muqaddas mante hain. kya yeh sahi hai?</w:t>
      </w:r>
    </w:p>
    <w:p>
      <w:pPr>
        <w:jc w:val="right"/>
      </w:pPr>
      <w:r>
        <w:t>انہوں نے لکھا ہے کہ آج مسلمان زم زم کے پانی کو بہت مقدس مانتے ہیں۔ کیا یہ صحیح ہے؟</w:t>
      </w:r>
    </w:p>
    <w:p>
      <w:r>
        <w:rPr>
          <w:b/>
        </w:rPr>
        <w:t xml:space="preserve">[1:02:36] </w:t>
      </w:r>
      <w:r>
        <w:t>nahi, yeh sab kuch sahi hai. zam zam aik nemat hai, muqaddas nahi hai. muqaddas ka tasawwur hi galat hai.</w:t>
      </w:r>
    </w:p>
    <w:p>
      <w:pPr>
        <w:jc w:val="right"/>
      </w:pPr>
      <w:r>
        <w:t>نہیں، یہ سب کچھ صحیح ہے۔ زم زم ایک نعمت ہے، مقدس نہیں ہے۔ مقدس کا تصور ہی غلط ہے۔</w:t>
      </w:r>
    </w:p>
    <w:p>
      <w:r>
        <w:rPr>
          <w:b/>
        </w:rPr>
        <w:t xml:space="preserve">[1:02:46] </w:t>
      </w:r>
      <w:r>
        <w:t>zam zam aik nemat hai, bas to nemat to lijiye is ko.</w:t>
      </w:r>
    </w:p>
    <w:p>
      <w:pPr>
        <w:jc w:val="right"/>
      </w:pPr>
      <w:r>
        <w:t>زم زم ایک نعمت ہے، بس تو نعمت تو لیجیے اس کو۔</w:t>
      </w:r>
    </w:p>
    <w:p>
      <w:r>
        <w:rPr>
          <w:b/>
        </w:rPr>
        <w:t xml:space="preserve">[1:02:50] </w:t>
      </w:r>
      <w:r>
        <w:t>asal jo zam zam ko dekh kar aap ko janna chahiye, woh yeh ke Allah ke kuch bande, yani hajra, ismail aur ibrahim,</w:t>
      </w:r>
    </w:p>
    <w:p>
      <w:pPr>
        <w:jc w:val="right"/>
      </w:pPr>
      <w:r>
        <w:t>اصل جو زم زم کو دیکھ کر آپ کو جاننا چاہیے، وہ یہ کہ اللہ کے کچھ بندے، یعنی ہاجرہ، اسماعیل اور ابراہیم،</w:t>
      </w:r>
    </w:p>
    <w:p>
      <w:r>
        <w:rPr>
          <w:b/>
        </w:rPr>
        <w:t xml:space="preserve">[1:03:03] </w:t>
      </w:r>
      <w:r>
        <w:t>ne yeh faisla kiya ke Allah ke mission ke liye unhein aik desert mein basna hai.</w:t>
      </w:r>
    </w:p>
    <w:p>
      <w:pPr>
        <w:jc w:val="right"/>
      </w:pPr>
      <w:r>
        <w:t>نے یہ فیصلہ کیا کہ اللہ کے مشن کے لیے انہیں ایک desert میں بسنا ہے۔</w:t>
      </w:r>
    </w:p>
    <w:p>
      <w:r>
        <w:rPr>
          <w:b/>
        </w:rPr>
        <w:t xml:space="preserve">[1:03:14] </w:t>
      </w:r>
      <w:r>
        <w:t>desert mein is is mein mission ko chalana hai. wahi kaha tha,</w:t>
      </w:r>
    </w:p>
    <w:p>
      <w:pPr>
        <w:jc w:val="right"/>
      </w:pPr>
      <w:r>
        <w:t>Desert میں اس اس میں mission کو چلانا ہے۔ وہی کہا تھا،</w:t>
      </w:r>
    </w:p>
    <w:p>
      <w:r>
        <w:rPr>
          <w:b/>
        </w:rPr>
        <w:t xml:space="preserve">[1:03:18] </w:t>
      </w:r>
      <w:r>
        <w:t>aik aisa group tayar karna jo poore banon mein, poore banon mein deconditioned ho, mahol se asar na liya ho.</w:t>
      </w:r>
    </w:p>
    <w:p>
      <w:pPr>
        <w:jc w:val="right"/>
      </w:pPr>
      <w:r>
        <w:t>ایک ایسا گروپ تیار کرنا جو پورے بانوں میں، پورے بانوں میں deconditioned ہو، ماحول سے اثر نہ لیا ہو۔</w:t>
      </w:r>
    </w:p>
    <w:p>
      <w:r>
        <w:rPr>
          <w:b/>
        </w:rPr>
        <w:t xml:space="preserve">[1:03:28] </w:t>
      </w:r>
      <w:r>
        <w:t>to that was possible only through desert trail bhi. to us waqt Allah taala ki madad zahir hui aur sehra mein pani zahir ho gaya.</w:t>
      </w:r>
    </w:p>
    <w:p>
      <w:pPr>
        <w:jc w:val="right"/>
      </w:pPr>
      <w:r>
        <w:t>تو that was possible only through desert trail بھی۔ تو اس وقت اللہ تعالیٰ کی مدد ظاہر ہوئی اور صحرا میں پانی ظاہر ہو گیا۔</w:t>
      </w:r>
    </w:p>
    <w:p>
      <w:r>
        <w:rPr>
          <w:b/>
        </w:rPr>
        <w:t xml:space="preserve">[1:03:39] </w:t>
      </w:r>
      <w:r>
        <w:t>tab un ko yaqeen ho gaya ke is kaam ko karna hi karna hai, kyunke jahan hum kuch bebas ho jayenge, wahan Allah maujood hai.</w:t>
      </w:r>
    </w:p>
    <w:p>
      <w:pPr>
        <w:jc w:val="right"/>
      </w:pPr>
      <w:r>
        <w:t>تب ان کو یقین ہو گیا کہ اس کام کو کرنا ہی کرنا ہے، کیونکہ جہاں ہم کچھ بے بس ہو جائیں گے، وہاں اللہ موجود ہے۔</w:t>
      </w:r>
    </w:p>
    <w:p>
      <w:r>
        <w:rPr>
          <w:b/>
        </w:rPr>
        <w:t xml:space="preserve">[1:03:48] </w:t>
      </w:r>
      <w:r>
        <w:t>to asal cheez muqaddas nahi hai, asal cheez Allah ki help ka yaqeen hai. musalman bas is ko muqaddas samajh kar ke jate hain, use late hain, apne kapde mein bhagate hain.</w:t>
      </w:r>
    </w:p>
    <w:p>
      <w:pPr>
        <w:jc w:val="right"/>
      </w:pPr>
      <w:r>
        <w:t>تو اصل چیز مقدس نہیں ہے، اصل چیز اللہ کی help کا یقین ہے۔ مسلمان بس اس کو مقدس سمجھ کر کے جاتے ہیں، اسے لاتے ہیں، اپنے کپڑے میں بھگاتے ہیں۔</w:t>
      </w:r>
    </w:p>
    <w:p>
      <w:r>
        <w:rPr>
          <w:b/>
        </w:rPr>
        <w:t xml:space="preserve">[1:04:03] </w:t>
      </w:r>
      <w:r>
        <w:t>yeh sab bilkul bekar baatein hain. zam zam aap ko taqdisen yaad dilat</w:t>
      </w:r>
    </w:p>
    <w:p>
      <w:pPr>
        <w:jc w:val="right"/>
      </w:pPr>
      <w:r>
        <w:t>یہ سب بالکل بیکار باتیں ہیں۔ زم زم آپ کو تقدسیں یاد دلات</w:t>
      </w:r>
    </w:p>
    <w:p>
      <w:r>
        <w:rPr>
          <w:b/>
        </w:rPr>
        <w:t xml:space="preserve">[1:04:09] </w:t>
      </w:r>
      <w:r>
        <w:t>a. zam zam aap ko yaad dilata hai ke chahe tum sehra mein ho, chahe tum kahin bhi ho, Allah ke liye uth khade ho.</w:t>
      </w:r>
    </w:p>
    <w:p>
      <w:pPr>
        <w:jc w:val="right"/>
      </w:pPr>
      <w:r>
        <w:t>ا۔ زم زم آپ کو یاد دلاتا ہے کہ چاہے تم صحرا میں ہو، چاہے تم کہیں بھی ہو، اللہ کے لیے اٹھ کھڑے ہو۔</w:t>
      </w:r>
    </w:p>
    <w:p>
      <w:r>
        <w:rPr>
          <w:b/>
        </w:rPr>
        <w:t xml:space="preserve">[1:04:18] </w:t>
      </w:r>
      <w:r>
        <w:t>Allah wahin tum ko mil jayega. Allah ki apni foujon ke sath, apni madad ke sath wahin zahir ho jayega. yeh hai zam zam ka paigham.</w:t>
      </w:r>
    </w:p>
    <w:p>
      <w:pPr>
        <w:jc w:val="right"/>
      </w:pPr>
      <w:r>
        <w:t>اللہ وہیں تم کو مل جائے گا۔ اللہ کی اپنی فوجوں کے ساتھ، اپنی مدد کے ساتھ وہیں ظاہر ہو جائے گا۔ یہ ہے زم زم کا پیغام۔</w:t>
      </w:r>
    </w:p>
    <w:p>
      <w:r>
        <w:rPr>
          <w:b/>
        </w:rPr>
        <w:t xml:space="preserve">[1:04:36] </w:t>
      </w:r>
      <w:r>
        <w:t>maulana peshawar se wasal ali khan sahib ka sawal hai. unhon ne likha hai ke main pehli dafa Maulana sahib ka talk sun raha hoon aur mera yeh sawal hai ke inaam yafta log kaun hain jis ke baray mein Quran pak mein aaya hai?</w:t>
      </w:r>
    </w:p>
    <w:p>
      <w:pPr>
        <w:jc w:val="right"/>
      </w:pPr>
      <w:r>
        <w:t>مولانا پشاور سے وصال علی خان صاحب کا سوال ہے۔ انہوں نے لکھا ہے کہ میں پہلی دفعہ مولانا صاحب کا talk سن رہا ہوں اور میرا یہ سوال ہے کہ انعام یافتہ لوگ کون ہیں جس کے بارے میں قرآن پاک میں آیا ہے؟</w:t>
      </w:r>
    </w:p>
    <w:p>
      <w:r>
        <w:rPr>
          <w:b/>
        </w:rPr>
        <w:t xml:space="preserve">[1:04:56] </w:t>
      </w:r>
      <w:r>
        <w:t>maulana, is ko wazeh karein.</w:t>
      </w:r>
    </w:p>
    <w:p>
      <w:pPr>
        <w:jc w:val="right"/>
      </w:pPr>
      <w:r>
        <w:t>مولانا، اس کو واضح کریں۔</w:t>
      </w:r>
    </w:p>
    <w:p>
      <w:r>
        <w:rPr>
          <w:b/>
        </w:rPr>
        <w:t xml:space="preserve">[1:05:01] </w:t>
      </w:r>
      <w:r>
        <w:t>abhi abhi isi ke sawal ka unhon ne jawab diya hai</w:t>
      </w:r>
    </w:p>
    <w:p>
      <w:pPr>
        <w:jc w:val="right"/>
      </w:pPr>
      <w:r>
        <w:t>ابھی ابھی اسی کے سوال کا انہوں نے جواب دیا ہے</w:t>
      </w:r>
    </w:p>
    <w:p>
      <w:r>
        <w:rPr>
          <w:b/>
        </w:rPr>
        <w:t xml:space="preserve">[1:05:06] </w:t>
      </w:r>
      <w:r>
        <w:t>ke cheezon ko right angle se dekhna, jis ko aata hai, woh inaam yafta hai. sare log jo hain, cheezon ko right angle se nahi dekhte.</w:t>
      </w:r>
    </w:p>
    <w:p>
      <w:pPr>
        <w:jc w:val="right"/>
      </w:pPr>
      <w:r>
        <w:t>کہ چیزوں کوright angle سے دیکھنا، جس کو آتا ہے، وہ انعام یافتہ ہے۔ سارے لوگ جو ہیں، چیزوں کوright angle سے نہیں دیکھتے۔</w:t>
      </w:r>
    </w:p>
    <w:p>
      <w:r>
        <w:rPr>
          <w:b/>
        </w:rPr>
        <w:t xml:space="preserve">[1:05:18] </w:t>
      </w:r>
      <w:r>
        <w:t>yahi ghalati karte hain. jaise maine aap ko zam zam ki misaal di. jo zam zam ko kya samajhte hain? muqaddas, muqaddas, muqaddas. woh right angle se dekhna hi hai.</w:t>
      </w:r>
    </w:p>
    <w:p>
      <w:pPr>
        <w:jc w:val="right"/>
      </w:pPr>
      <w:r>
        <w:t>یہی غلطی کرتے ہیں۔ جیسے میں نے آپ کو زم زم کی مثال دی۔ جو زم زم کو کیا سمجھتے ہیں؟ مقدس، مقدس، مقدس۔ وہright angle سے دیکھنا ہی ہے۔</w:t>
      </w:r>
    </w:p>
    <w:p>
      <w:r>
        <w:rPr>
          <w:b/>
        </w:rPr>
        <w:t xml:space="preserve">[1:05:29] </w:t>
      </w:r>
      <w:r>
        <w:t>maine aap ko bataya ke zam zam ko Allah ki help ki taraf dekhiye. Allah ki ke jahan bhi aap hon, yahan tak ke desert mein aap hon, tab bhi Allah ki madad aap ko pohnchegi.</w:t>
      </w:r>
    </w:p>
    <w:p>
      <w:pPr>
        <w:jc w:val="right"/>
      </w:pPr>
      <w:r>
        <w:t>میں نے آپ کو بتایا کہ زم زم کو اللہ کی help کی طرف دیکھیے۔ اللہ کی کہ جہاں بھی آپ ہوں، یہاں تک کہ desert میں آپ ہوں، تب بھی اللہ کی مدد آپ کو پہنچے گی۔</w:t>
      </w:r>
    </w:p>
    <w:p>
      <w:r>
        <w:rPr>
          <w:b/>
        </w:rPr>
        <w:t xml:space="preserve">[1:05:44] </w:t>
      </w:r>
      <w:r>
        <w:t>to Allah</w:t>
      </w:r>
    </w:p>
    <w:p>
      <w:pPr>
        <w:jc w:val="right"/>
      </w:pPr>
      <w:r>
        <w:t>تو اللہ</w:t>
      </w:r>
    </w:p>
    <w:p>
      <w:r>
        <w:rPr>
          <w:b/>
        </w:rPr>
        <w:t xml:space="preserve">[1:05:47] </w:t>
      </w:r>
      <w:r>
        <w:t>ki help har jagah milegi aap ko. is yaqeen ke saath Allah ke mission ke liye khade ho jaiye. yeh hai zam zam.</w:t>
      </w:r>
    </w:p>
    <w:p>
      <w:pPr>
        <w:jc w:val="right"/>
      </w:pPr>
      <w:r>
        <w:t>کی help ہر جگہ ملے گی آپ کو۔ اس یقین کے ساتھ اللہ کے مشن کے لیے کھڑے ہو جائیے۔ یہ ہے زم زم۔</w:t>
      </w:r>
    </w:p>
    <w:p>
      <w:r>
        <w:rPr>
          <w:b/>
        </w:rPr>
        <w:t xml:space="preserve">[1:05:58] </w:t>
      </w:r>
      <w:r>
        <w:t>aur taqaddus kya?</w:t>
      </w:r>
    </w:p>
    <w:p>
      <w:pPr>
        <w:jc w:val="right"/>
      </w:pPr>
      <w:r>
        <w:t>اور تقدس کیا؟</w:t>
      </w:r>
    </w:p>
    <w:p>
      <w:r>
        <w:rPr>
          <w:b/>
        </w:rPr>
        <w:t xml:space="preserve">[1:06:02] </w:t>
      </w:r>
      <w:r>
        <w:t>musalman bas use muqaddas samajhte hain. to unhon ne zam zam ki jo asal hai, woh is ko jaana hi nahi. zam zam ka asal yeh hai ke Allah ke kaam ke liye jab jahan bhi ho, uth jao, khade ho jao.</w:t>
      </w:r>
    </w:p>
    <w:p>
      <w:pPr>
        <w:jc w:val="right"/>
      </w:pPr>
      <w:r>
        <w:t>مسلمان بس اسے مقدس سمجھتے ہیں۔ تو انہوں نے زم زم کی جو اصل ہے، وہ اس کو جانا ہی نہیں۔ زم زم کا اصل یہ ہے کہ اللہ کے کام کے لیے جب جہاں بھی ہو، اٹھ جاؤ، کھڑے ہو جاؤ۔</w:t>
      </w:r>
    </w:p>
    <w:p>
      <w:r>
        <w:rPr>
          <w:b/>
        </w:rPr>
        <w:t xml:space="preserve">[1:06:21] </w:t>
      </w:r>
      <w:r>
        <w:t>wohin jahan tum ho, wahin tum ko Allah ki madad mil jayegi. bashart hai ke tum tashaddud na karo. tashaddud haram hai. saare musalman jo hain, ya to tashaddud karte hain ya tashaddud ka sochte hain.</w:t>
      </w:r>
    </w:p>
    <w:p>
      <w:pPr>
        <w:jc w:val="right"/>
      </w:pPr>
      <w:r>
        <w:t>وہیں جہاں تم ہو، وہیں تم کو اللہ کی مدد مل جائے گی۔ بشرط ہے کہ تم تشدد نہ کرو۔ تشدد حرام ہے۔ سارے مسلمان جو ہیں، یا تو تشدد کرتے ہیں یا تشدد کا سوچتے ہیں۔</w:t>
      </w:r>
    </w:p>
    <w:p>
      <w:r>
        <w:rPr>
          <w:b/>
        </w:rPr>
        <w:t xml:space="preserve">[1:06:35] </w:t>
      </w:r>
      <w:r>
        <w:t>nafrat, ya to nafrat ya tashaddud. nafrat ya tashaddud. is ke saath koi zam zam kaam nahi karne ka karega. nafrat aur tashaddud ko khatam karna padega, tab zam zam ka kaam shuru hoga.</w:t>
      </w:r>
    </w:p>
    <w:p>
      <w:pPr>
        <w:jc w:val="right"/>
      </w:pPr>
      <w:r>
        <w:t>نفرت، یا تو نفرت یا تشدد۔ نفرت یا تشدد۔ اس کے ساتھ کوئی زم زم کام نہیں کرنے کا کرے گا۔ نفرت اور تشدد کو ختم کرنا پڑے گا، تب زم زم کا کام شروع ہوگا۔</w:t>
      </w:r>
    </w:p>
    <w:p>
      <w:r>
        <w:rPr>
          <w:b/>
        </w:rPr>
        <w:t xml:space="preserve">[1:06:53] </w:t>
      </w:r>
      <w:r>
        <w:t>warna zam zam aap rakh ke rahenge, bohat hi apne bag mein, aur kuch milega nahi zam zam se. zam zam se pehle aap ko apne sine ko nafrat se aur tashaddud se kharch ke nikalna hoga.</w:t>
      </w:r>
    </w:p>
    <w:p>
      <w:pPr>
        <w:jc w:val="right"/>
      </w:pPr>
      <w:r>
        <w:t>ورنہ زم زم آپ رکھ کے رہیں گے، بہت ہی اپنے bag میں، اور کچھ ملے گا نہیں زم زم سے۔ زم زم سے پہلے آپ کو اپنے سینے کو نفرت سے اور تشدد سے کھرچ کے نکالنا ہوگا۔</w:t>
      </w:r>
    </w:p>
    <w:p>
      <w:r>
        <w:rPr>
          <w:b/>
        </w:rPr>
        <w:t xml:space="preserve">[1:07:12] </w:t>
      </w:r>
      <w:r>
        <w:t>yeh jaanna hoga ke nafrat haram hai, tashaddud haram hai.</w:t>
      </w:r>
    </w:p>
    <w:p>
      <w:pPr>
        <w:jc w:val="right"/>
      </w:pPr>
      <w:r>
        <w:t>یہ جاننا ہوگا کہ نفرت حرام ہے، تشدد حرام ہے۔</w:t>
      </w:r>
    </w:p>
    <w:p>
      <w:r>
        <w:rPr>
          <w:b/>
        </w:rPr>
        <w:t xml:space="preserve">[1:07:19] </w:t>
      </w:r>
      <w:r>
        <w:t>tab ja kar ke aap ko zam zam ka faida milega.</w:t>
      </w:r>
    </w:p>
    <w:p>
      <w:pPr>
        <w:jc w:val="right"/>
      </w:pPr>
      <w:r>
        <w:t>تب جا کر کے آپ کو زم زم کا فائدہ ملے گا۔</w:t>
      </w:r>
    </w:p>
    <w:p>
      <w:r>
        <w:rPr>
          <w:b/>
        </w:rPr>
        <w:t xml:space="preserve">[1:07:30] </w:t>
      </w:r>
      <w:r>
        <w:t>maulana saif anwar sahib ka sawal hai dilli se. unhon</w:t>
      </w:r>
    </w:p>
    <w:p>
      <w:pPr>
        <w:jc w:val="right"/>
      </w:pPr>
      <w:r>
        <w:t>مولانا صائف انور صاحب کا سوال ہے دلی سے۔ انہوں</w:t>
      </w:r>
    </w:p>
    <w:p>
      <w:r>
        <w:rPr>
          <w:b/>
        </w:rPr>
        <w:t xml:space="preserve">[1:07:35] </w:t>
      </w:r>
      <w:r>
        <w:t xml:space="preserve">ne likha hai: "quran ka bani israel ke bare mein jo bayan hai, kya woh sirf hazrat musa ke zamane ke yahudiyon ke liye tha ya madine ke yahudiyon ke liye khaas tha? </w:t>
      </w:r>
    </w:p>
    <w:p>
      <w:pPr>
        <w:jc w:val="right"/>
      </w:pPr>
      <w:r>
        <w:t>نے لکھا ہے: "قرآن کا بنی اسرائیل کے بارے میں جو بیان ہے، کیا وہ صرف حضرت موسیٰ کے زمانے کے یہودیوں کے لیے تھا یا مدینے کے یہودیوں کے لیے خاص تھا؟</w:t>
      </w:r>
    </w:p>
    <w:p>
      <w:r>
        <w:rPr>
          <w:b/>
        </w:rPr>
        <w:t xml:space="preserve">[1:07:50] </w:t>
      </w:r>
      <w:r>
        <w:t>kya baad ke yahudiyon par in ayat ka itlaq nahi ho sakta hai? ji sir, aaj ke daur mein in ayat ki manawiyat kya hai?" jis zamane mein woh aayatein utri hain, us zamane ke yahudiyon ke bare mein hai.</w:t>
      </w:r>
    </w:p>
    <w:p>
      <w:pPr>
        <w:jc w:val="right"/>
      </w:pPr>
      <w:r>
        <w:t>کیا بعد کے یہودیوں پر ان آیت کا اطلاق نہیں ہو سکتا ہے؟ جی سر، آج کے دور میں ان آیت کی مناویت کیا ہے؟" جس زمانے میں وہ آیتیں اتری ہیں، اس زمانے کے یہودیوں کے بارے میں ہے۔</w:t>
      </w:r>
    </w:p>
    <w:p>
      <w:r>
        <w:rPr>
          <w:b/>
        </w:rPr>
        <w:t xml:space="preserve">[1:08:05] </w:t>
      </w:r>
      <w:r>
        <w:t>agar musa ke bare mein utri hain to musa ke bare mein, rasool Allah ke bare mein utri hain, rasool Allah ke zamane mein. jis zamane mein woh aayatein utri hain, us zamane ke yahudiyon ko is mein padhiye.</w:t>
      </w:r>
    </w:p>
    <w:p>
      <w:pPr>
        <w:jc w:val="right"/>
      </w:pPr>
      <w:r>
        <w:t>اگر موسیٰ کے بارے میں اتری ہیں تو موسیٰ کے بارے میں، رسول اللہ کے بارے میں اتری ہیں، رسول اللہ کے زمانے میں۔ جس زمانے میں وہ آیتیں اتری ہیں، اس زمانے کے یہودیوں کو اس میں پڑھیے۔</w:t>
      </w:r>
    </w:p>
    <w:p>
      <w:r>
        <w:rPr>
          <w:b/>
        </w:rPr>
        <w:t xml:space="preserve">[1:08:18] </w:t>
      </w:r>
      <w:r>
        <w:t>utri to hain woh yani saatvi sadi mein, aur aap is ko padhein ikkeesvi sadi mein, yeh galat galat hai.</w:t>
      </w:r>
    </w:p>
    <w:p>
      <w:pPr>
        <w:jc w:val="right"/>
      </w:pPr>
      <w:r>
        <w:t>اتری تو ہیں وہ یعنی ساتویں صدی میں، اور آپ اس کو پڑھیں اکیسویں صدی میں، یہ غلط غلط ہے۔</w:t>
      </w:r>
    </w:p>
    <w:p>
      <w:r>
        <w:rPr>
          <w:b/>
        </w:rPr>
        <w:t xml:space="preserve">[1:08:28] </w:t>
      </w:r>
      <w:r>
        <w:t>aap kuch bhi na quran ko paayenge, na yahud ko samjhenge.</w:t>
      </w:r>
    </w:p>
    <w:p>
      <w:pPr>
        <w:jc w:val="right"/>
      </w:pPr>
      <w:r>
        <w:t>آپ کچھ بھی نہ قرآن کو پائیں گے، نہ یہود کو سمجھیں گے۔</w:t>
      </w:r>
    </w:p>
    <w:p>
      <w:r>
        <w:rPr>
          <w:b/>
        </w:rPr>
        <w:t xml:space="preserve">[1:08:35] </w:t>
      </w:r>
      <w:r>
        <w:t>aap sochiye, main misaal deta hoon aap ko. misaal deta hoon ke quran mein hai ke oonton par sawar ho kar hajj ke liye aao.</w:t>
      </w:r>
    </w:p>
    <w:p>
      <w:pPr>
        <w:jc w:val="right"/>
      </w:pPr>
      <w:r>
        <w:t>آپ سوچیں، میں مثال دیتا ہوں آپ کو۔ مثال دیتا ہوں کہ قرآن میں ہے کہ اونٹوں پر سوار ہو کر حج کے لیے آؤ۔</w:t>
      </w:r>
    </w:p>
    <w:p>
      <w:r>
        <w:rPr>
          <w:b/>
        </w:rPr>
        <w:t xml:space="preserve">[1:08:47] </w:t>
      </w:r>
      <w:r>
        <w:t>to is ko ayat ko lena padega aap ko is is daur se mutalliq jab ke oont par sawari hoti thi. aaj nahi lena padega.</w:t>
      </w:r>
    </w:p>
    <w:p>
      <w:pPr>
        <w:jc w:val="right"/>
      </w:pPr>
      <w:r>
        <w:t>تو اس کو آیت کو لینا پڑے گا آپ کو اس اس دور سے متعلق جب کہ اونٹ پر سواری ہوتی تھی۔ آج نہیں لینا پڑے گا۔</w:t>
      </w:r>
    </w:p>
    <w:p>
      <w:r>
        <w:rPr>
          <w:b/>
        </w:rPr>
        <w:t xml:space="preserve">[1:08:56] </w:t>
      </w:r>
      <w:r>
        <w:t>warna aaj bhi aap oont pe pat ke j</w:t>
      </w:r>
    </w:p>
    <w:p>
      <w:pPr>
        <w:jc w:val="right"/>
      </w:pPr>
      <w:r>
        <w:t>ورنہ آج بھی آپ اونٹ پہ پٹ کے ج</w:t>
      </w:r>
    </w:p>
    <w:p>
      <w:r>
        <w:rPr>
          <w:b/>
        </w:rPr>
        <w:t xml:space="preserve">[1:08:58] </w:t>
      </w:r>
      <w:r>
        <w:t>aayenge. aaj kyun aap jaate hain hawajat par? kyunke is ko aap is daur ki cheez samajhte hain jab ke duniya mein oont ki sawari hua karti thi.</w:t>
      </w:r>
    </w:p>
    <w:p>
      <w:pPr>
        <w:jc w:val="right"/>
      </w:pPr>
      <w:r>
        <w:t>ائیں گے۔ آج کیوں آپ جاتے ہیں حواجات پر؟ کیونکہ اس کو آپ اس دور کی چیز سمجھتے ہیں جب کہ دنیا میں اونٹ کی سواری ہوا کرتی تھی۔</w:t>
      </w:r>
    </w:p>
    <w:p>
      <w:r>
        <w:rPr>
          <w:b/>
        </w:rPr>
        <w:t xml:space="preserve">[1:09:07] </w:t>
      </w:r>
      <w:r>
        <w:t>to is ko padhiye, is ko kyun nahi maante aap?</w:t>
      </w:r>
    </w:p>
    <w:p>
      <w:pPr>
        <w:jc w:val="right"/>
      </w:pPr>
      <w:r>
        <w:t>تو اس کو پڑھیے، اس کو کیوں نہیں مانتے آپ؟</w:t>
      </w:r>
    </w:p>
    <w:p>
      <w:r>
        <w:rPr>
          <w:b/>
        </w:rPr>
        <w:t xml:space="preserve">[1:09:15] </w:t>
      </w:r>
      <w:r>
        <w:t>maulana miss shaista ramzan ne pakistan se sawal kiya hai. unhon ne likha hai: "maulana sahib, I want to ask a qu</w:t>
      </w:r>
    </w:p>
    <w:p>
      <w:pPr>
        <w:jc w:val="right"/>
      </w:pPr>
      <w:r>
        <w:t>مولانا مس شائستہ رمضان نے پاکستان سے سوال کیا ہے۔ انہوں نے لکھا ہے: "مولانا صاحب، I want to ask a qu</w:t>
      </w:r>
    </w:p>
    <w:p>
      <w:r>
        <w:rPr>
          <w:b/>
        </w:rPr>
        <w:t xml:space="preserve">[1:09:26] </w:t>
      </w:r>
      <w:r>
        <w:t>estion. sometimes I have to give my personal opinion in the form of precautionary measures to my best friends in order to save them.</w:t>
      </w:r>
    </w:p>
    <w:p>
      <w:pPr>
        <w:jc w:val="right"/>
      </w:pPr>
      <w:r>
        <w:t>estion. Sometimes I have to give my personal opinion in the form of precautionary measures to my best friends in order to save them.</w:t>
      </w:r>
    </w:p>
    <w:p>
      <w:r>
        <w:rPr>
          <w:b/>
        </w:rPr>
        <w:t xml:space="preserve">[1:09:37] </w:t>
      </w:r>
      <w:r>
        <w:t>for example, if I want to save my sister from a bad company, so can I explain wholeheartedly the bad habits of that person who is spoiling my brother or sister?</w:t>
      </w:r>
    </w:p>
    <w:p>
      <w:pPr>
        <w:jc w:val="right"/>
      </w:pPr>
      <w:r>
        <w:t>For example, if I want to save my sister from a bad company, so can I explain wholeheartedly the bad habits of that person who is spoiling my brother or sister?</w:t>
      </w:r>
    </w:p>
    <w:p>
      <w:r>
        <w:rPr>
          <w:b/>
        </w:rPr>
        <w:t xml:space="preserve">[1:09:50] </w:t>
      </w:r>
      <w:r>
        <w:t>Can I give my remarks explaining pros and cons?</w:t>
      </w:r>
    </w:p>
    <w:p>
      <w:pPr>
        <w:jc w:val="right"/>
      </w:pPr>
      <w:r>
        <w:t>Can I give my remarks explaining pros and cons?</w:t>
      </w:r>
    </w:p>
    <w:p>
      <w:r>
        <w:rPr>
          <w:b/>
        </w:rPr>
        <w:t xml:space="preserve">[1:09:54] </w:t>
      </w:r>
      <w:r>
        <w:t>There might be negative remarks, but it would be favorable for that person. Is it okay? dekhiye, asal shart jo hai honesty hai.</w:t>
      </w:r>
    </w:p>
    <w:p>
      <w:pPr>
        <w:jc w:val="right"/>
      </w:pPr>
      <w:r>
        <w:t>There might be negative remarks, but it would be favorable for that person. Is it okay?" دیکھیے، اصل شرط جو ہے honesty ہے۔</w:t>
      </w:r>
    </w:p>
    <w:p>
      <w:r>
        <w:rPr>
          <w:b/>
        </w:rPr>
        <w:t xml:space="preserve">[1:10:07] </w:t>
      </w:r>
      <w:r>
        <w:t>chahe aap apne bhai ke bare mein kahein ya apne dost ke bare mein kahein, agar aap honest hain to sab sahi hai.</w:t>
      </w:r>
    </w:p>
    <w:p>
      <w:pPr>
        <w:jc w:val="right"/>
      </w:pPr>
      <w:r>
        <w:t>چاہے آپ اپنے بھائی کے بارے میں کہیں یا اپنے دوست کے بارے میں کہیں، اگر آپ honest ہیں تو سب صحیح ہے۔</w:t>
      </w:r>
    </w:p>
    <w:p>
      <w:r>
        <w:rPr>
          <w:b/>
        </w:rPr>
        <w:t xml:space="preserve">[1:10:16] </w:t>
      </w:r>
      <w:r>
        <w:t>to dishonesty ke sath koi baat karna yahi ghalati hai. Honesty ke sath karna yeh bilkul sahi hai. to hamesha check kijiye ke aap kya honest hain,</w:t>
      </w:r>
    </w:p>
    <w:p>
      <w:pPr>
        <w:jc w:val="right"/>
      </w:pPr>
      <w:r>
        <w:t>تو dishonesty کے ساتھ کوئی بات کرنا یہی غلطی ہے۔ Honesty کے ساتھ کرنا یہ بالکل صحیح ہے۔ تو ہمیشہ چیک کیجیے کہ آپ کیا honest ہیں،</w:t>
      </w:r>
    </w:p>
    <w:p>
      <w:r>
        <w:rPr>
          <w:b/>
        </w:rPr>
        <w:t xml:space="preserve">[1:10:30] </w:t>
      </w:r>
      <w:r>
        <w:t>yeh check kijiye. kyunke hadith mein aata hai ke woh ek zamana aayega jab ke honesty uth jayegi.</w:t>
      </w:r>
    </w:p>
    <w:p>
      <w:pPr>
        <w:jc w:val="right"/>
      </w:pPr>
      <w:r>
        <w:t>یہ چیک کیجیے۔ کیونکہ حدیث میں آتا ہے کہ وہ ایک زمانہ آئے گا جب کہ honesty اٹھ جائے گی۔</w:t>
      </w:r>
    </w:p>
    <w:p>
      <w:r>
        <w:rPr>
          <w:b/>
        </w:rPr>
        <w:t xml:space="preserve">[1:10:43] </w:t>
      </w:r>
      <w:r>
        <w:t>ek zamana aayega jab ke honesty uth jayegi. diyanat dari uth jayegi. to apne ko check kijiye aap is aitbar se ke main jo kuch kar raha hoon, is mein main honest hoon ya dishonest hoon, bas.</w:t>
      </w:r>
    </w:p>
    <w:p>
      <w:pPr>
        <w:jc w:val="right"/>
      </w:pPr>
      <w:r>
        <w:t>ایک زمانہ آئے گا جب کہ honesty اٹھ جائے گی۔ دیانت داری اٹھ جائے گی۔ تو اپنے کو چیک کیجیے آپ اس اعتبار سے کہ میں جو کچھ کر رہا ہوں، اس میں میں honest ہوں یا dishonest ہوں، بس۔</w:t>
      </w:r>
    </w:p>
    <w:p>
      <w:r>
        <w:rPr>
          <w:b/>
        </w:rPr>
        <w:t xml:space="preserve">[1:11:02] </w:t>
      </w:r>
      <w:r>
        <w:t>Maulana Lucknow se Zahid sahib ne sawal bheja hai.</w:t>
      </w:r>
    </w:p>
    <w:p>
      <w:pPr>
        <w:jc w:val="right"/>
      </w:pPr>
      <w:r>
        <w:t>مولانا لکھنؤ سے زاہد صاحب نے سوال بھیجا ہے۔</w:t>
      </w:r>
    </w:p>
    <w:p>
      <w:r>
        <w:rPr>
          <w:b/>
        </w:rPr>
        <w:t xml:space="preserve">[1:11:06] </w:t>
      </w:r>
      <w:r>
        <w:t>unhone likha hai: "Real divine help is for developing oneself to qualify for paradise, but people in general today consider divine help in matters of family, wealth, or professional life.</w:t>
      </w:r>
    </w:p>
    <w:p>
      <w:pPr>
        <w:jc w:val="right"/>
      </w:pPr>
      <w:r>
        <w:t>انہوں نے لکھا ہے: "Real divine help is for developing oneself to qualify for paradise, but people in general today consider divine help in matters of family, wealth, or professional life.</w:t>
      </w:r>
    </w:p>
    <w:p>
      <w:r>
        <w:rPr>
          <w:b/>
        </w:rPr>
        <w:t xml:space="preserve">[1:11:24] </w:t>
      </w:r>
      <w:r>
        <w:t>Maulana, I want to know, does this kind of thinking put our paradise at risk</w:t>
      </w:r>
    </w:p>
    <w:p>
      <w:pPr>
        <w:jc w:val="right"/>
      </w:pPr>
      <w:r>
        <w:t>مولانا، I want to know, does this kind of thinking put our paradise at risk</w:t>
      </w:r>
    </w:p>
    <w:p>
      <w:r>
        <w:rPr>
          <w:b/>
        </w:rPr>
        <w:t xml:space="preserve">[1:11:30] </w:t>
      </w:r>
      <w:r>
        <w:t>? We should seek divine help only in matters of dawah work or spiritual development and not for material gains." yeh kya is ka just kya hai?</w:t>
      </w:r>
    </w:p>
    <w:p>
      <w:pPr>
        <w:jc w:val="right"/>
      </w:pPr>
      <w:r>
        <w:t>? We should seek divine help only in matters of دعویٰ work or spiritual development and not for material gains." یہ کیا اس کا جست کیا ہے؟</w:t>
      </w:r>
    </w:p>
    <w:p>
      <w:r>
        <w:rPr>
          <w:b/>
        </w:rPr>
        <w:t xml:space="preserve">[1:11:43] </w:t>
      </w:r>
      <w:r>
        <w:t>Maulana, woh yeh janna chah rahe hain ke aksar log jo dua karte hain ya madad mangte hain Khuda se, to woh ya to apne work ko le ke, professional life ya apni family ko le ke,</w:t>
      </w:r>
    </w:p>
    <w:p>
      <w:pPr>
        <w:jc w:val="right"/>
      </w:pPr>
      <w:r>
        <w:t>مولانا، وہ یہ جاننا چاہ رہے ہیں کہ اکثر لوگ جو دعا کرتے ہیں یا مدد مانگتے ہیں خدا سے، تو وہ یا تو اپنے work کو لے کے، professional life یا اپنی family کو لے کے،</w:t>
      </w:r>
    </w:p>
    <w:p>
      <w:r>
        <w:rPr>
          <w:b/>
        </w:rPr>
        <w:t xml:space="preserve">[1:11:57] </w:t>
      </w:r>
      <w:r>
        <w:t>aah, woh is baat ki help nahi mangte Khuda se ke mera spiritual development ho paradise ke hawale se.</w:t>
      </w:r>
    </w:p>
    <w:p>
      <w:pPr>
        <w:jc w:val="right"/>
      </w:pPr>
      <w:r>
        <w:t>آہ، وہ اس بات کی help نہیں مانگتے خدا سے کہ میرا spiritual development ہو paradise کے حوالے سے۔</w:t>
      </w:r>
    </w:p>
    <w:p>
      <w:r>
        <w:rPr>
          <w:b/>
        </w:rPr>
        <w:t xml:space="preserve">[1:12:04] </w:t>
      </w:r>
      <w:r>
        <w:t>to woh yeh puchna chah rahe hain ke yeh sab chhod ke, paradise aur personal development ko chhod ke, material cheezon ki dua karna to kya yeh paradise ko risk mein dal deta hai?</w:t>
      </w:r>
    </w:p>
    <w:p>
      <w:pPr>
        <w:jc w:val="right"/>
      </w:pPr>
      <w:r>
        <w:t>تو وہ یہ پوچھنا چاہ رہے ہیں کہ یہ سب چھوڑ کے، paradise اور personal development کو چھوڑ کے، material چیزوں کی دعا کرنا تو کیا یہ paradise کو risk میں ڈال دیتا ہے؟</w:t>
      </w:r>
    </w:p>
    <w:p>
      <w:r>
        <w:rPr>
          <w:b/>
        </w:rPr>
        <w:t xml:space="preserve">[1:12:15] </w:t>
      </w:r>
      <w:r>
        <w:t>Yaqinan, is liye ke woh to Allah taala ne de hi rakha hai. aap kahenge Khuda ya mujhe suraj ki roshni de, phir roshni to apne aap aa rahi hai.</w:t>
      </w:r>
    </w:p>
    <w:p>
      <w:pPr>
        <w:jc w:val="right"/>
      </w:pPr>
      <w:r>
        <w:t>یقیناً، اس لیے کہ وہ تو اللہ تعالیٰ نے دے ہی رکھا ہے۔ آپ کہیں گے خدایا مجھے سورج کی روشنی دے، پھر روشنی تو اپنے آپ آ رہی ہے۔</w:t>
      </w:r>
    </w:p>
    <w:p>
      <w:r>
        <w:rPr>
          <w:b/>
        </w:rPr>
        <w:t xml:space="preserve">[1:12:25] </w:t>
      </w:r>
      <w:r>
        <w:t>aap kahenge ke mujhe zameen mein ghalla paida ho, woh to apne aap hi paida ho raha hai. mamin da'a batnin fil ardi illa ala allahi rizquha to woh to Allah taala khud hi khud de raha hai,</w:t>
      </w:r>
    </w:p>
    <w:p>
      <w:pPr>
        <w:jc w:val="right"/>
      </w:pPr>
      <w:r>
        <w:t>آپ کہیں گے کہ مجھے زمین میں غلہ پیدا ہو، وہ تو اپنے آپ ہی پیدا ہو رہا ہے۔ مَمِنْ دَعَا بَطْنِ فِي الْأَرْضِ إِلَّا عَلَى اللَّهِ رِزْقُهَا تو وہ تو اللہ تعالیٰ خود ہی خود دے رہا ہے،</w:t>
      </w:r>
    </w:p>
    <w:p>
      <w:r>
        <w:rPr>
          <w:b/>
        </w:rPr>
        <w:t xml:space="preserve">[1:12:38] </w:t>
      </w:r>
      <w:r>
        <w:t>is ke liye aap dua kar rahe hain. jo Allah ke sath aati hai, us ke liye dua kijiye.</w:t>
      </w:r>
    </w:p>
    <w:p>
      <w:pPr>
        <w:jc w:val="right"/>
      </w:pPr>
      <w:r>
        <w:t>اس کے لیے آپ دعا کر رہے ہیں۔ جو اللہ کے ساتھ آتی ہے، اس کے لیے دعا کیجیے۔</w:t>
      </w:r>
    </w:p>
    <w:p>
      <w:r>
        <w:rPr>
          <w:b/>
        </w:rPr>
        <w:t xml:space="preserve">[1:12:50] </w:t>
      </w:r>
      <w:r>
        <w:t>Okay, so we will end today's session. Thank you.</w:t>
      </w:r>
    </w:p>
    <w:p>
      <w:pPr>
        <w:jc w:val="right"/>
      </w:pPr>
      <w:r>
        <w:t>Okay, so we will end today's session.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