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Month of The Quran June 28, 2015</w:t>
      </w:r>
    </w:p>
    <w:p>
      <w:r>
        <w:t>https://youtu.be/Ca7wr4bEy9Y</w:t>
      </w:r>
    </w:p>
    <w:p>
      <w:r>
        <w:rPr>
          <w:b/>
        </w:rPr>
        <w:t xml:space="preserve">[00:14] </w:t>
      </w:r>
      <w:r>
        <w:t>Bismillah hir rahman nir rahim, wa salla Allahu ala nabiyyi al-karim. Rabb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[00:30] </w:t>
      </w:r>
      <w:r>
        <w:t>28 June 2015.</w:t>
      </w:r>
    </w:p>
    <w:p>
      <w:pPr>
        <w:jc w:val="right"/>
      </w:pPr>
      <w:r>
        <w:t>28 جون 2015۔</w:t>
      </w:r>
    </w:p>
    <w:p>
      <w:r>
        <w:rPr>
          <w:b/>
        </w:rPr>
        <w:t xml:space="preserve">[00:37] </w:t>
      </w:r>
      <w:r>
        <w:t>yeh Ramadan ka mahina hai,</w:t>
      </w:r>
    </w:p>
    <w:p>
      <w:pPr>
        <w:jc w:val="right"/>
      </w:pPr>
      <w:r>
        <w:t>یہ رمضان کا مہینہ ہے،</w:t>
      </w:r>
    </w:p>
    <w:p>
      <w:r>
        <w:rPr>
          <w:b/>
        </w:rPr>
        <w:t xml:space="preserve">[00:41] </w:t>
      </w:r>
      <w:r>
        <w:t>is nisbat se main kuch kehna chahta hoon. Quran mein jahan roze ka hukum aaya hai, wahan yeh alfaz hain:</w:t>
      </w:r>
    </w:p>
    <w:p>
      <w:pPr>
        <w:jc w:val="right"/>
      </w:pPr>
      <w:r>
        <w:t>اس نسبت سے میں کچھ کہنا چاہتا ہوں۔ قرآن میں جہاں روزے کا حکم آیا ہے، وہاں یہ الفاظ ہیں:</w:t>
      </w:r>
    </w:p>
    <w:p>
      <w:r>
        <w:rPr>
          <w:b/>
        </w:rPr>
        <w:t xml:space="preserve">[00:56] </w:t>
      </w:r>
      <w:r>
        <w:t>shahr Ramadan alladhi unzila fi al-qur'an,</w:t>
      </w:r>
    </w:p>
    <w:p>
      <w:pPr>
        <w:jc w:val="right"/>
      </w:pPr>
      <w:r>
        <w:t>شر رمضان الذی انزل فی القرآن،</w:t>
      </w:r>
    </w:p>
    <w:p>
      <w:r>
        <w:rPr>
          <w:b/>
        </w:rPr>
        <w:t xml:space="preserve">[01:02] </w:t>
      </w:r>
      <w:r>
        <w:t>huda lil nas, wa bayyinatin min al-huda wal furqan.</w:t>
      </w:r>
    </w:p>
    <w:p>
      <w:pPr>
        <w:jc w:val="right"/>
      </w:pPr>
      <w:r>
        <w:t>هدى للناس، وبینات من الهدی والفرقان۔</w:t>
      </w:r>
    </w:p>
    <w:p>
      <w:r>
        <w:rPr>
          <w:b/>
        </w:rPr>
        <w:t xml:space="preserve">[01:07] </w:t>
      </w:r>
      <w:r>
        <w:t>yani roza Ramadan ka mahine mein farz kiya gaya. roza ek mahine ka hota hai, aur Ramadan ke mahine mein roza rakhne ko farz qarar diya gaya.</w:t>
      </w:r>
    </w:p>
    <w:p>
      <w:pPr>
        <w:jc w:val="right"/>
      </w:pPr>
      <w:r>
        <w:t>یعنی روزہ رمضان کا مہینے میں فرض کیا گیا۔ روزہ ایک مہینے کا ہوتا ہے، اور رمضان کے مہینے میں روزہ رکھنے کو فرض قرار دیا گیا۔</w:t>
      </w:r>
    </w:p>
    <w:p>
      <w:r>
        <w:rPr>
          <w:b/>
        </w:rPr>
        <w:t xml:space="preserve">[01:23] </w:t>
      </w:r>
      <w:r>
        <w:t>is se maloom hota hai ke roza aur Ramadan mein bohat munasibat hai.</w:t>
      </w:r>
    </w:p>
    <w:p>
      <w:pPr>
        <w:jc w:val="right"/>
      </w:pPr>
      <w:r>
        <w:t>اس سے معلوم ہوتا ہے کہ روزہ اور رمضان میں بہت مناسبت ہے۔</w:t>
      </w:r>
    </w:p>
    <w:p>
      <w:r>
        <w:rPr>
          <w:b/>
        </w:rPr>
        <w:t xml:space="preserve">[01:31] </w:t>
      </w:r>
      <w:r>
        <w:t>is liye main yeh kahoon to sahi hoga ke roza shehr-e-quran hai. roza shehr-e-quran hai, yaani quran ka mahina hai.</w:t>
      </w:r>
    </w:p>
    <w:p>
      <w:pPr>
        <w:jc w:val="right"/>
      </w:pPr>
      <w:r>
        <w:t>اس لیے میں یہ کہوں تو صحیح ہوگا کہ روزہ شہر القرآن ہے۔ روزہ شہر القرآن ہے، یعنی قرآن کا مہینہ ہے۔</w:t>
      </w:r>
    </w:p>
    <w:p>
      <w:r>
        <w:rPr>
          <w:b/>
        </w:rPr>
        <w:t xml:space="preserve">[01:49] </w:t>
      </w:r>
      <w:r>
        <w:t>isi liye ummat mein hamesha se yeh riwaj raha hai ke ramzan mein quran bohat ziyada parhaya jata</w:t>
      </w:r>
    </w:p>
    <w:p>
      <w:pPr>
        <w:jc w:val="right"/>
      </w:pPr>
      <w:r>
        <w:t>اسی لیے امت میں ہمیشہ سے یہ رواج رہا ہے کہ رمضان میں قرآن بہت زیادہ پڑھایا جاتا</w:t>
      </w:r>
    </w:p>
    <w:p>
      <w:r>
        <w:rPr>
          <w:b/>
        </w:rPr>
        <w:t xml:space="preserve">[01:58] </w:t>
      </w:r>
      <w:r>
        <w:t>hai. jo aaj kal jo taraveeh hoti hai, taraveeh khatm-e-quran ke liye hoti hai. taraveeh ka ijtimai nizam hazrat umar ke zamane mein qaim hua, aur us ke baad barabar poori tareekh mein jari raha.</w:t>
      </w:r>
    </w:p>
    <w:p>
      <w:pPr>
        <w:jc w:val="right"/>
      </w:pPr>
      <w:r>
        <w:t>ہے۔ جو آج کل جو تراویح ہوتی ہے، تراویح ختم قرآن کے لیے ہوتی ہے۔ تراویح کا اجتماعی نظم حضرت عمر کے زمانے میں قائم ہوا، اور اس کے بعد برابر پوری تاریخ میں جاری رہا۔</w:t>
      </w:r>
    </w:p>
    <w:p>
      <w:r>
        <w:rPr>
          <w:b/>
        </w:rPr>
        <w:t xml:space="preserve">[02:18] </w:t>
      </w:r>
      <w:r>
        <w:t>is mein to ikhtilaf hai ke taraveeh 20 rak'at ki hoti hai ya aath rak'at ki, lekin hazrat umar ke zamane se kar aaj tak hamesha taraveeh ramzan ke mahine mein ummat ne parhi hai.</w:t>
      </w:r>
    </w:p>
    <w:p>
      <w:pPr>
        <w:jc w:val="right"/>
      </w:pPr>
      <w:r>
        <w:t>اس میں تو اختلاف ہے کہ تراویح 20 رکعت کی ہوتی ہے یا آٹھ رکعت کی، لیکن حضرت عمر کے زمانے سے کر آج تک ہمیشہ تراویح رمضان کے مہینے میں امت نے پڑھی ہے۔</w:t>
      </w:r>
    </w:p>
    <w:p>
      <w:r>
        <w:rPr>
          <w:b/>
        </w:rPr>
        <w:t xml:space="preserve">[02:35] </w:t>
      </w:r>
      <w:r>
        <w:t>aur ek khatm kiya aata hai taraveeh mein.</w:t>
      </w:r>
    </w:p>
    <w:p>
      <w:pPr>
        <w:jc w:val="right"/>
      </w:pPr>
      <w:r>
        <w:t>اور ایک ختم کیا آتا ہے تراویح میں۔</w:t>
      </w:r>
    </w:p>
    <w:p>
      <w:r>
        <w:rPr>
          <w:b/>
        </w:rPr>
        <w:t xml:space="preserve">[02:41] </w:t>
      </w:r>
      <w:r>
        <w:t>main samajhta hoon ke yeh bohat sahi sunnat hai, lekin dekhiye khatm ka matlab kya hai. khatm ka matlab quran ke alfaaz ko dohra kar khatm karna, yeh to us ki shakal hai.</w:t>
      </w:r>
    </w:p>
    <w:p>
      <w:pPr>
        <w:jc w:val="right"/>
      </w:pPr>
      <w:r>
        <w:t>میں سمجھتا ہوں کہ یہ بہت صحیح سنت ہے، لیکن دیکھیے ختم کا مطلب کیا ہے۔ ختم کا مطلب قرآن کے الفاظ کو دہرا کر ختم کرنا، یہ تو اس کی شکل ہے۔</w:t>
      </w:r>
    </w:p>
    <w:p>
      <w:r>
        <w:rPr>
          <w:b/>
        </w:rPr>
        <w:t xml:space="preserve">[03:00] </w:t>
      </w:r>
      <w:r>
        <w:t>asal jo hai woh yeh hai ke quran mein tadabbur kiya jaye.</w:t>
      </w:r>
    </w:p>
    <w:p>
      <w:pPr>
        <w:jc w:val="right"/>
      </w:pPr>
      <w:r>
        <w:t>اصل جو ہے وہ یہ ہے کہ قرآن میں تدبر کیا جائے۔</w:t>
      </w:r>
    </w:p>
    <w:p>
      <w:r>
        <w:rPr>
          <w:b/>
        </w:rPr>
        <w:t xml:space="preserve">[03:05] </w:t>
      </w:r>
      <w:r>
        <w:t>kyunke quran mein bataya gaya hai ke quran utra hai tadabbur ke liye, yaani contemplation ke liye, ghor-o-fikr ke liye.</w:t>
      </w:r>
    </w:p>
    <w:p>
      <w:pPr>
        <w:jc w:val="right"/>
      </w:pPr>
      <w:r>
        <w:t>کیونکہ قرآن میں بتایا گیا ہے کہ قرآن اترا ہے تدبر کے لیے، یعنی کنٹمپریشن کے لیے، غور و فکر کے لیے۔</w:t>
      </w:r>
    </w:p>
    <w:p>
      <w:r>
        <w:rPr>
          <w:b/>
        </w:rPr>
        <w:t xml:space="preserve">[03:16] </w:t>
      </w:r>
      <w:r>
        <w:t>to ek shakal yeh hai ke aap quran lein, baith kar kahin quran ko parhein, tadabbur ke sath, ghor-o-fikr ke sath.</w:t>
      </w:r>
    </w:p>
    <w:p>
      <w:pPr>
        <w:jc w:val="right"/>
      </w:pPr>
      <w:r>
        <w:t>تو ایک شکل یہ ہے کہ آپ قرآن لیں، بیٹھ کر کہیں قرآن کو پڑھیں، تدبر کے ساتھ، غور و فکر کے ساتھ۔</w:t>
      </w:r>
    </w:p>
    <w:p>
      <w:r>
        <w:rPr>
          <w:b/>
        </w:rPr>
        <w:t xml:space="preserve">[03:26] </w:t>
      </w:r>
      <w:r>
        <w:t>taraveeh mein yeh hota hai ke ijtimai mutala. taraveeh darasal quran ka ijtimai mutala hai.</w:t>
      </w:r>
    </w:p>
    <w:p>
      <w:pPr>
        <w:jc w:val="right"/>
      </w:pPr>
      <w:r>
        <w:t>تراویح میں یہ ہوتا ہے کہ اجتماعی مطالعہ۔ تراویح دراصل قرآن کا اجتماعی مطالعہ ہے۔</w:t>
      </w:r>
    </w:p>
    <w:p>
      <w:r>
        <w:rPr>
          <w:b/>
        </w:rPr>
        <w:t xml:space="preserve">[03:33] </w:t>
      </w:r>
      <w:r>
        <w:t>yaani ek imam aage khada hota hai, peechay log sab baat kar ke khade ho jatay hain. to imam buland awaz se quran parhta hai, poora quran dohrata hai woh ek mahine ke andar.</w:t>
      </w:r>
    </w:p>
    <w:p>
      <w:pPr>
        <w:jc w:val="right"/>
      </w:pPr>
      <w:r>
        <w:t>یعنی ایک امام آگے کھڑا ہوتا ہے، پیچھے لوگ سب بات کر کے کھڑے ہو جاتے ہیں۔ تو امام بلند آواز سے قرآن پڑھتا ہے، پورا قرآن دہراتا ہے وہ ایک مہینے کے اندر۔</w:t>
      </w:r>
    </w:p>
    <w:p>
      <w:r>
        <w:rPr>
          <w:b/>
        </w:rPr>
        <w:t xml:space="preserve">[03:50] </w:t>
      </w:r>
      <w:r>
        <w:t>to peechay log use suntay hain. yeh goya</w:t>
      </w:r>
    </w:p>
    <w:p>
      <w:pPr>
        <w:jc w:val="right"/>
      </w:pPr>
      <w:r>
        <w:t>تو پیچھے لوگ اسے سنتے ہیں۔ یہ گویا</w:t>
      </w:r>
    </w:p>
    <w:p>
      <w:r>
        <w:rPr>
          <w:b/>
        </w:rPr>
        <w:t xml:space="preserve">[03:56] </w:t>
      </w:r>
      <w:r>
        <w:t>yun kehna chahiye ke yeh standing contemplation hai.</w:t>
      </w:r>
    </w:p>
    <w:p>
      <w:pPr>
        <w:jc w:val="right"/>
      </w:pPr>
      <w:r>
        <w:t>یوں کہنا چاہیے کہ یہ سٹینڈنگ کنٹمپریشن ہے۔</w:t>
      </w:r>
    </w:p>
    <w:p>
      <w:r>
        <w:rPr>
          <w:b/>
        </w:rPr>
        <w:t xml:space="preserve">[04:00] </w:t>
      </w:r>
      <w:r>
        <w:t>khade ho kar sunna aur ghor karna. to taraveeh khatm-e-quran ke liye nahi hai, balkeh khatm-e-mutala ke liye hai.</w:t>
      </w:r>
    </w:p>
    <w:p>
      <w:pPr>
        <w:jc w:val="right"/>
      </w:pPr>
      <w:r>
        <w:t>کھڑے ہو کر سننا اور غور کرنا۔ تو تراویح ختم قرآن کے لیے نہیں ہے، بلکہ ختم مطالعے کے لیے ہے۔</w:t>
      </w:r>
    </w:p>
    <w:p>
      <w:r>
        <w:rPr>
          <w:b/>
        </w:rPr>
        <w:t xml:space="preserve">[04:11] </w:t>
      </w:r>
      <w:r>
        <w:t>yaani poore quran ko taraveeh ki soorat mein parha jaye, aur us par dhyan dete hue, ghor karte hue.</w:t>
      </w:r>
    </w:p>
    <w:p>
      <w:pPr>
        <w:jc w:val="right"/>
      </w:pPr>
      <w:r>
        <w:t>یعنی پورے قرآن کو تراویح کی صورت میں پڑھا جائے، اور اس پر دھیان دیتے ہوئے، غور کرتے ہوئے۔</w:t>
      </w:r>
    </w:p>
    <w:p>
      <w:r>
        <w:rPr>
          <w:b/>
        </w:rPr>
        <w:t xml:space="preserve">[04:23] </w:t>
      </w:r>
      <w:r>
        <w:t>yeh hai main samajhta hoon ke taraveeh ka aur khatm-e-quran ka sahi tariqa. to hadith mein aata hai ke roze mein momin ka rizq barha diya jata hai. shariyyat-ud-fi rizq-ul-momin yaani ramzan ka mahina woh mahina hai jis mein momin ka rizq barha diya jata hai.</w:t>
      </w:r>
    </w:p>
    <w:p>
      <w:pPr>
        <w:jc w:val="right"/>
      </w:pPr>
      <w:r>
        <w:t>یہ ہے میں سمجھتا ہوں کہ تراویح کا اور ختم قرآن کا صحیح ط</w:t>
      </w:r>
    </w:p>
    <w:p>
      <w:r>
        <w:rPr>
          <w:b/>
        </w:rPr>
        <w:t xml:space="preserve">[04:28] </w:t>
      </w:r>
      <w:r>
        <w:t>dekhain, yahan rizq ke mani khana peena nahi hai. khana peena, maal-o-daulat, yeh nahi hai.</w:t>
      </w:r>
    </w:p>
    <w:p>
      <w:pPr>
        <w:jc w:val="right"/>
      </w:pPr>
      <w:r>
        <w:t>ریقہ۔ تو حدیث میں آتا ہے کہ روزے میں مومن کا رزق بڑھا دیا جاتا ہے۔ شار یا د فیہ رزق المومن یعنی رمضان کا مہینہ وہ مہینہ ہے جس میں مومن کا رزق بڑھا دیا جاتا ہے۔</w:t>
      </w:r>
    </w:p>
    <w:p>
      <w:r>
        <w:rPr>
          <w:b/>
        </w:rPr>
        <w:t xml:space="preserve">[04:45] </w:t>
      </w:r>
      <w:r>
        <w:t>balkeh rizq ka matlab hai rizq-e-rabb. rizq-e-rabb. yaani quran se jo hidayat lena hai, us hidayat mein ziyadati.</w:t>
      </w:r>
    </w:p>
    <w:p>
      <w:pPr>
        <w:jc w:val="right"/>
      </w:pPr>
      <w:r>
        <w:t>دیکھیں، یہاں رزق کے معنی کھانا پینا نہیں ہے۔ کھانا پینا، مال و دولت، یہ نہیں ہے۔</w:t>
      </w:r>
    </w:p>
    <w:p>
      <w:r>
        <w:rPr>
          <w:b/>
        </w:rPr>
        <w:t xml:space="preserve">[04:52] </w:t>
      </w:r>
      <w:r>
        <w:t>rizq-e-hidayat mein ziyadati.</w:t>
      </w:r>
    </w:p>
    <w:p>
      <w:pPr>
        <w:jc w:val="right"/>
      </w:pPr>
      <w:r>
        <w:t>بلکہ رزق کا مطلب ہے رزق رب۔ رزق رب۔ یعنی قرآن سے جو ہدایت لینا ہے، اس ہدایت میں زیادتی۔</w:t>
      </w:r>
    </w:p>
    <w:p>
      <w:r>
        <w:rPr>
          <w:b/>
        </w:rPr>
        <w:t xml:space="preserve">[05:05] </w:t>
      </w:r>
      <w:r>
        <w:t>to hadith mein jo aaya hai ke ramzan mein momin ka rizq barha diya jata hai, to us se murad hai rizq-e-hidayat.</w:t>
      </w:r>
    </w:p>
    <w:p>
      <w:pPr>
        <w:jc w:val="right"/>
      </w:pPr>
      <w:r>
        <w:t>رزق ہدایت میں زیادتی۔</w:t>
      </w:r>
    </w:p>
    <w:p>
      <w:r>
        <w:rPr>
          <w:b/>
        </w:rPr>
        <w:t xml:space="preserve">[05:11] </w:t>
      </w:r>
      <w:r>
        <w:t>yaani ramzan mein khaas tarah ki halaat mein quran ka mutala karta hai aadmi. distraction se apne ko bacha kar quran ko parhta hai, aur ziyada focus ke sath quran ka mutala karta hai.</w:t>
      </w:r>
    </w:p>
    <w:p>
      <w:pPr>
        <w:jc w:val="right"/>
      </w:pPr>
      <w:r>
        <w:t>تو حدیث میں جو آیا ہے کہ رمضان میں مومن کا رزق بڑھا دیا جاتا ہے، تو اس سے مراد ہے رزق ہدایت۔</w:t>
      </w:r>
    </w:p>
    <w:p>
      <w:r>
        <w:rPr>
          <w:b/>
        </w:rPr>
        <w:t xml:space="preserve">[05:19] </w:t>
      </w:r>
      <w:r>
        <w:t>is se quran ke naye naye mani us par khultay hain. yeh hai matlab momin ka rizq barha diya jana.</w:t>
      </w:r>
    </w:p>
    <w:p>
      <w:pPr>
        <w:jc w:val="right"/>
      </w:pPr>
      <w:r>
        <w:t>یعنی رمضان میں خاص طرح کی حالات میں قرآن کا مطالعہ کرتا ہے آدمی۔ ڈسٹریکشن سے اپنے کو بچا کر قرآن کو پڑھتا ہے، اور زیادہ فوکس کے ساتھ قرآن کا مطالعہ کرتا ہے۔</w:t>
      </w:r>
    </w:p>
    <w:p>
      <w:r>
        <w:rPr>
          <w:b/>
        </w:rPr>
        <w:t xml:space="preserve">[05:35] </w:t>
      </w:r>
      <w:r>
        <w:t>is se woh yeh matlab har giz nahi hai ke khane peene mein barkat ziyada ho jati hai. balkeh hidayat mein barkat barhti hai, rizq-e-rabb mein barkat hoti hai.</w:t>
      </w:r>
    </w:p>
    <w:p>
      <w:pPr>
        <w:jc w:val="right"/>
      </w:pPr>
      <w:r>
        <w:t>اس سے قرآن کے نئے نئے معنی اس پر کھلتے ہیں۔ یہ ہے مطلب مومن کا رزق بڑھا دیا جانا۔</w:t>
      </w:r>
    </w:p>
    <w:p>
      <w:r>
        <w:rPr>
          <w:b/>
        </w:rPr>
        <w:t xml:space="preserve">[05:45] </w:t>
      </w:r>
      <w:r>
        <w:t>ziyada gehrai ke sath quran samajh mein aata hai. kyunke ramzan mein yeh hota hai ke log ziyada ek suyi ke sath quran ko parhte hain.</w:t>
      </w:r>
    </w:p>
    <w:p>
      <w:pPr>
        <w:jc w:val="right"/>
      </w:pPr>
      <w:r>
        <w:t>اس سے وہ یہ مطلب ہرگز نہیں ہے کہ کھانے پینے میں برکت زیادہ ہو جاتی ہے۔ بلکہ ہدایت میں برکت بڑھتی ہے، رزق رب میں برکت ہوتی ہے۔</w:t>
      </w:r>
    </w:p>
    <w:p>
      <w:r>
        <w:rPr>
          <w:b/>
        </w:rPr>
        <w:t xml:space="preserve">[05:56] </w:t>
      </w:r>
      <w:r>
        <w:t>ziyada gehrayi ke sath quran samajh mein aata hai. kyunke ramzan mein yeh hota hai ke log ziyada ek sui ke sath quran ko parhte hain.</w:t>
      </w:r>
    </w:p>
    <w:p>
      <w:pPr>
        <w:jc w:val="right"/>
      </w:pPr>
      <w:r>
        <w:t>زیادہ گہرائی کے ساتھ قرآن سمجھ میں آتا ہے۔ کیونکہ رمضان میں یہ ہوتا ہے کہ لوگ زیادہ ایک سوئی کے ساتھ قرآن کو پڑھتے ہیں۔</w:t>
      </w:r>
    </w:p>
    <w:p>
      <w:r>
        <w:rPr>
          <w:b/>
        </w:rPr>
        <w:t xml:space="preserve">[06:09] </w:t>
      </w:r>
      <w:r>
        <w:t>mazeed yeh ke quran ka charchah hota hai. taravih ke ma'ne yeh bhi samajh lijiye ke quran ka charchah.</w:t>
      </w:r>
    </w:p>
    <w:p>
      <w:pPr>
        <w:jc w:val="right"/>
      </w:pPr>
      <w:r>
        <w:t>مزید یہ کہ قرآن کا چرچہ ہوتا ہے۔ تراویح کے معنی یہ بھی سمجھ لیجئے کہ قرآن کا چرچہ۔</w:t>
      </w:r>
    </w:p>
    <w:p>
      <w:r>
        <w:rPr>
          <w:b/>
        </w:rPr>
        <w:t xml:space="preserve">[06:15] </w:t>
      </w:r>
      <w:r>
        <w:t>jab bohat se log mil kar ke quran ko padhein ge, sunein ge, to yeh goya quran ka charchah ho gaya. sahih tareeqa yahi hai ke taravih mein jo hissah padha jane wala hai, us ko pehle se padh liya jaye.</w:t>
      </w:r>
    </w:p>
    <w:p>
      <w:pPr>
        <w:jc w:val="right"/>
      </w:pPr>
      <w:r>
        <w:t>جب بہت سے لوگ مل کر کے قرآن کو پڑھیں گے، سنیں گے، تو یہ گویا قرآن کا چرچہ ہو گیا۔ صحیح طریقہ یہی ہے کہ تراویح میں جو حصہ پڑھا جانے والا ہے، اس کو پہلے سے پڑھ لیا جائے۔</w:t>
      </w:r>
    </w:p>
    <w:p>
      <w:r>
        <w:rPr>
          <w:b/>
        </w:rPr>
        <w:t xml:space="preserve">[06:30] </w:t>
      </w:r>
      <w:r>
        <w:t>taravih ke baad jo sun kiya jaye ke aaj jo padha gaya quran, us mein kya lesson milta hai, yeh sab charchah.</w:t>
      </w:r>
    </w:p>
    <w:p>
      <w:pPr>
        <w:jc w:val="right"/>
      </w:pPr>
      <w:r>
        <w:t>تراویح کے بعد جو سن کیا جائے کہ آج جو پڑھا گیا قرآن، اس میں کیا لیسن ملتا ہے، یہ سب چرچہ۔</w:t>
      </w:r>
    </w:p>
    <w:p>
      <w:r>
        <w:rPr>
          <w:b/>
        </w:rPr>
        <w:t xml:space="preserve">[06:41] </w:t>
      </w:r>
      <w:r>
        <w:t>to taravih ka matlab sirf khatm quran nahi hai, balke quran ki standing study hai.</w:t>
      </w:r>
    </w:p>
    <w:p>
      <w:pPr>
        <w:jc w:val="right"/>
      </w:pPr>
      <w:r>
        <w:t>تو تراویح کا مطلب صرف ختم قرآن نہیں ہے، بلکہ قرآن کی سٹینڈنگ اسٹڈی ہے۔</w:t>
      </w:r>
    </w:p>
    <w:p>
      <w:r>
        <w:rPr>
          <w:b/>
        </w:rPr>
        <w:t xml:space="preserve">[06:51] </w:t>
      </w:r>
      <w:r>
        <w:t>khare ho kar quran ka mutala karna, quran ka phir charchah karna, quran ke ma'ne mein mazeed ghor o fikr karna, yeh hai taravih.</w:t>
      </w:r>
    </w:p>
    <w:p>
      <w:pPr>
        <w:jc w:val="right"/>
      </w:pPr>
      <w:r>
        <w:t>کھڑے ہو کر قرآن کا مطالعہ کرنا، قرآن کا پھر چرچہ کرنا، قرآن کے معنی میں مزید غور و فکر کرنا، یہ ہے تراویح۔</w:t>
      </w:r>
    </w:p>
    <w:p>
      <w:r>
        <w:rPr>
          <w:b/>
        </w:rPr>
        <w:t xml:space="preserve">[07:02] </w:t>
      </w:r>
      <w:r>
        <w:t>to main samajhta hoon ke har aadmi ko is ka tajurba hota hai, agar woh sahih ma'non mein quran padhe ramzan ke mahine mein.</w:t>
      </w:r>
    </w:p>
    <w:p>
      <w:pPr>
        <w:jc w:val="right"/>
      </w:pPr>
      <w:r>
        <w:t>تو میں سمجھتا ہوں کہ ہر آدمی کو اس کا تجربہ ہوتا ہے، اگر وہ صحیح معنوں میں قرآن پڑھے رمضان کے مہینے میں۔</w:t>
      </w:r>
    </w:p>
    <w:p>
      <w:r>
        <w:rPr>
          <w:b/>
        </w:rPr>
        <w:t xml:space="preserve">[07:13] </w:t>
      </w:r>
      <w:r>
        <w:t>misalan main apna aik tajurba batata hoon aap ko.</w:t>
      </w:r>
    </w:p>
    <w:p>
      <w:pPr>
        <w:jc w:val="right"/>
      </w:pPr>
      <w:r>
        <w:t>مثلاً میں اپنا ایک تجربہ بتاتا ہوں آپ کو۔</w:t>
      </w:r>
    </w:p>
    <w:p>
      <w:r>
        <w:rPr>
          <w:b/>
        </w:rPr>
        <w:t xml:space="preserve">[07:19] </w:t>
      </w:r>
      <w:r>
        <w:t>bohat dinon se yeh sawal tha mere zehn mein ke quran mein jo huroof muqatta'at hain, un ka kya matlab hai.</w:t>
      </w:r>
    </w:p>
    <w:p>
      <w:pPr>
        <w:jc w:val="right"/>
      </w:pPr>
      <w:r>
        <w:t>بہت دنوں سے یہ سوال تھا میرے ذہن میں کہ قرآن میں جو حروف مقطعات ہیں، ان کا کیا مطلب ہے۔</w:t>
      </w:r>
    </w:p>
    <w:p>
      <w:r>
        <w:rPr>
          <w:b/>
        </w:rPr>
        <w:t xml:space="preserve">[07:29] </w:t>
      </w:r>
      <w:r>
        <w:t>huroof muqatta'at ka matlab hai ke aap jante hain ke quran mein bohat si suraten hain jin ke shuru mein is tarah ke alfaaz ate hain: alif, lam, meem, alif, lam, ra.</w:t>
      </w:r>
    </w:p>
    <w:p>
      <w:pPr>
        <w:jc w:val="right"/>
      </w:pPr>
      <w:r>
        <w:t>حروف مقطعات کا مطلب ہے کہ آپ جانتے ہیں کہ قرآن میں بہت سی سورتیں ہیں جن کے شروع میں اس طرح کے الفاظ آتے ہیں: الف، لام، میم، الف، لام، را۔</w:t>
      </w:r>
    </w:p>
    <w:p>
      <w:r>
        <w:rPr>
          <w:b/>
        </w:rPr>
        <w:t xml:space="preserve">[07:40] </w:t>
      </w:r>
      <w:r>
        <w:t>yani quran ke shuru mein is tarah ke alfaaz ate hain. to us ko kehte hain huroof muqatta'at. huroof muqatta'at ka matlab hai alag alag huroof.</w:t>
      </w:r>
    </w:p>
    <w:p>
      <w:pPr>
        <w:jc w:val="right"/>
      </w:pPr>
      <w:r>
        <w:t>یعنی قرآن کے شروع میں اس طرح کے الفاظ آتے ہیں۔ تو اس کو کہتے ہیں حروف مقطعات۔ حروف مقطعات کا مطلب ہے الگ الگ حروف۔</w:t>
      </w:r>
    </w:p>
    <w:p>
      <w:r>
        <w:rPr>
          <w:b/>
        </w:rPr>
        <w:t xml:space="preserve">[07:53] </w:t>
      </w:r>
      <w:r>
        <w:t>yani disjointed letters.</w:t>
      </w:r>
    </w:p>
    <w:p>
      <w:pPr>
        <w:jc w:val="right"/>
      </w:pPr>
      <w:r>
        <w:t>یعنی ڈس جوائنٹڈ لیٹرز۔</w:t>
      </w:r>
    </w:p>
    <w:p>
      <w:r>
        <w:rPr>
          <w:b/>
        </w:rPr>
        <w:t xml:space="preserve">[07:57] </w:t>
      </w:r>
      <w:r>
        <w:t>yeh huroof muqatta'at ate hain quran majeed mein, is ka matlab hota hai alag alag huroof. disjointed letters. to is ka matlab kya hai?</w:t>
      </w:r>
    </w:p>
    <w:p>
      <w:pPr>
        <w:jc w:val="right"/>
      </w:pPr>
      <w:r>
        <w:t>یہ حروف مقطعات آتے ہیں قرآن مجید میں، اس کا مطلب ہوتا ہے الگ الگ حروف۔ ڈس جوائنٹڈ لیٹرز۔ تو اس کا مطلب کیا ہے؟</w:t>
      </w:r>
    </w:p>
    <w:p>
      <w:r>
        <w:rPr>
          <w:b/>
        </w:rPr>
        <w:t xml:space="preserve">[08:08] </w:t>
      </w:r>
      <w:r>
        <w:t>tafsiron mein bohat si baaten ki gayi hain, lekin koi yani aql ko appeal karne wali baaten nahi hain. mujh ko aik cheez daryaft hui, aur samajhta hoon ke ghaliban yahi matlab hai huroof muqatta'at ka.</w:t>
      </w:r>
    </w:p>
    <w:p>
      <w:pPr>
        <w:jc w:val="right"/>
      </w:pPr>
      <w:r>
        <w:t>تفسیروں میں بہت سی باتیں کی گئی ہیں، لیکن کوئی یعنی عقل کو اپیل کرنے والی باتیں نہیں ہیں۔ مجھ کو ایک چیز دریافت ہوئی، اور سمجھتا ہوں کہ غالباً یہی مطلب ہے حروف مقطعات کا۔</w:t>
      </w:r>
    </w:p>
    <w:p>
      <w:r>
        <w:rPr>
          <w:b/>
        </w:rPr>
        <w:t xml:space="preserve">[08:26] </w:t>
      </w:r>
      <w:r>
        <w:t>huroof muqatta'at kya hain? jis ko hum kehte hain alphabet. yani huroof tahajji. inhi ko alag alag shakal mein bayan kiya jata hai.</w:t>
      </w:r>
    </w:p>
    <w:p>
      <w:pPr>
        <w:jc w:val="right"/>
      </w:pPr>
      <w:r>
        <w:t>حروف مقطعات کیا ہیں؟ جس کو ہم کہتے ہیں الفابیٹ۔ یعنی حروف تہجی۔ انہی کو الگ الگ شکل میں بیان کیا جاتا ہے۔</w:t>
      </w:r>
    </w:p>
    <w:p>
      <w:r>
        <w:rPr>
          <w:b/>
        </w:rPr>
        <w:t xml:space="preserve">[08:38] </w:t>
      </w:r>
      <w:r>
        <w:t>yani huroof tahajji ya alphabets ko alag alag ada karna. main samajhta hoon ke is ka matlab yeh hai ke jab zaban kya hai?</w:t>
      </w:r>
    </w:p>
    <w:p>
      <w:pPr>
        <w:jc w:val="right"/>
      </w:pPr>
      <w:r>
        <w:t>یعنی حروف تہجی یا الفابیٹس کو الگ الگ ادا کرنا۔ میں سمجھتا ہوں کہ اس کا مطلب یہ ہے کہ جب زبان کیا ہے؟</w:t>
      </w:r>
    </w:p>
    <w:p>
      <w:r>
        <w:rPr>
          <w:b/>
        </w:rPr>
        <w:t xml:space="preserve">[08:48] </w:t>
      </w:r>
      <w:r>
        <w:t>zaban alphabets se banti hai.</w:t>
      </w:r>
    </w:p>
    <w:p>
      <w:pPr>
        <w:jc w:val="right"/>
      </w:pPr>
      <w:r>
        <w:t>زبان الفابیٹس سے بنتی ہے۔</w:t>
      </w:r>
    </w:p>
    <w:p>
      <w:r>
        <w:rPr>
          <w:b/>
        </w:rPr>
        <w:t xml:space="preserve">[08:51] </w:t>
      </w:r>
      <w:r>
        <w:t>har zaban ke kuch alphabets hote hain, jis tarah angrezi mein a, b, c, d hai, z tak. aise hi urdu mein alif, bay, tay, say hai.</w:t>
      </w:r>
    </w:p>
    <w:p>
      <w:pPr>
        <w:jc w:val="right"/>
      </w:pPr>
      <w:r>
        <w:t>ہر زبان کے کچھ الفابیٹس ہوتے ہیں، جس طرح انگریزی میں اے، بی، سی، ڈی ہے، زیڈ تک۔ ایسے ہی اردو میں الف، بے، تے، سے ہے۔</w:t>
      </w:r>
    </w:p>
    <w:p>
      <w:r>
        <w:rPr>
          <w:b/>
        </w:rPr>
        <w:t xml:space="preserve">[09:00] </w:t>
      </w:r>
      <w:r>
        <w:t>arabi mein bhi yahi hai, farsi mein bhi yahi hai. to har zaban ka har baat, har zaban ke kuch huroof hote hain jin ko alphabet kehte hain.</w:t>
      </w:r>
    </w:p>
    <w:p>
      <w:pPr>
        <w:jc w:val="right"/>
      </w:pPr>
      <w:r>
        <w:t>عربی میں بھی یہی ہے، فارسی میں بھی یہی ہے۔ تو ہر زبان کا ہر بات، ہر زبان کے کچھ حروف ہوتے ہیں جن کو الفابیٹ کہتے ہیں۔</w:t>
      </w:r>
    </w:p>
    <w:p>
      <w:r>
        <w:rPr>
          <w:b/>
        </w:rPr>
        <w:t xml:space="preserve">[09:12] </w:t>
      </w:r>
      <w:r>
        <w:t>in se mil kar tamam alfaaz bante hain.</w:t>
      </w:r>
    </w:p>
    <w:p>
      <w:pPr>
        <w:jc w:val="right"/>
      </w:pPr>
      <w:r>
        <w:t>ان سے مل کر تمام الفاظ بنتے ہیں۔</w:t>
      </w:r>
    </w:p>
    <w:p>
      <w:r>
        <w:rPr>
          <w:b/>
        </w:rPr>
        <w:t xml:space="preserve">[09:18] </w:t>
      </w:r>
      <w:r>
        <w:t>to main samajhta hoon ke yeh jo huroof muqatta'at hain, is ka matlab yeh hai ke quran insani zaban mein hai. quran kisi aasmani zaban mein nahi hai.</w:t>
      </w:r>
    </w:p>
    <w:p>
      <w:pPr>
        <w:jc w:val="right"/>
      </w:pPr>
      <w:r>
        <w:t>تو میں سمجھتا ہوں کہ یہ جو حروف مقطعات ہیں، اس کا مطلب یہ ہے کہ قرآن انسانی زبان میں ہے۔ قرآن کسی آسمانی زبان میں نہیں ہے۔</w:t>
      </w:r>
    </w:p>
    <w:p>
      <w:r>
        <w:rPr>
          <w:b/>
        </w:rPr>
        <w:t xml:space="preserve">[09:32] </w:t>
      </w:r>
      <w:r>
        <w:t>quran jo hai, koi farishton ki zaban mein ho, ya ahle jannat ki zaban mein ho, ya malak aala ki zaban mein ho</w:t>
      </w:r>
    </w:p>
    <w:p>
      <w:pPr>
        <w:jc w:val="right"/>
      </w:pPr>
      <w:r>
        <w:t>قرآن جو ہے، کوئی فرشتوں کی زبان میں ہو، یا اہل جنت کی زبان میں ہو، یا ملک اعلیٰ کی زبان میں ہو</w:t>
      </w:r>
    </w:p>
    <w:p>
      <w:r>
        <w:rPr>
          <w:b/>
        </w:rPr>
        <w:t xml:space="preserve">[09:42] </w:t>
      </w:r>
      <w:r>
        <w:t>, aisa nahi hai. is liye insani zaban ko samajhne ke liye jo usloob istemal hota hai, wahi usloob yahan bhi istemal hoga.</w:t>
      </w:r>
    </w:p>
    <w:p>
      <w:pPr>
        <w:jc w:val="right"/>
      </w:pPr>
      <w:r>
        <w:t>، ایسا نہیں ہے۔ اس لیے انسانی زبان کو سمجھنے کے لیے جو اسلوب استعمال ہوتا ہے، وہی اسلوب یہاں بھی استعمال ہوگا۔</w:t>
      </w:r>
    </w:p>
    <w:p>
      <w:r>
        <w:rPr>
          <w:b/>
        </w:rPr>
        <w:t xml:space="preserve">[09:51] </w:t>
      </w:r>
      <w:r>
        <w:t>aisa nahi ke quran ke ma'ne bilkul mysterious qism ke hain, purasrar hain, woh kuch samajh mein nahi ayen ge. kyunke woh bhi insani zaban hai.</w:t>
      </w:r>
    </w:p>
    <w:p>
      <w:pPr>
        <w:jc w:val="right"/>
      </w:pPr>
      <w:r>
        <w:t>ایسا نہیں کہ قرآن کے معنی بالکل مسٹیریس قسم کے ہیں، پراسرار ہیں، وہ کچھ سمجھ میں نہیں آئیں گے۔ کیونکہ وہ بھی انسانی زبان ہے۔</w:t>
      </w:r>
    </w:p>
    <w:p>
      <w:r>
        <w:rPr>
          <w:b/>
        </w:rPr>
        <w:t xml:space="preserve">[10:01] </w:t>
      </w:r>
      <w:r>
        <w:t>jab insani zaban mein hai to woh woh isi dhang par samjhi ja sakti hai jis dhang par doosri zabanein samjhi jati hain.</w:t>
      </w:r>
    </w:p>
    <w:p>
      <w:pPr>
        <w:jc w:val="right"/>
      </w:pPr>
      <w:r>
        <w:t>جب انسانی زبان میں ہے تو وہ وہ اسی ڈھنگ پر سمجھی جا سکتی ہے جس ڈھنگ پر دوسری زبانیں سمجھی جاتی ہیں۔</w:t>
      </w:r>
    </w:p>
    <w:p>
      <w:r>
        <w:rPr>
          <w:b/>
        </w:rPr>
        <w:t xml:space="preserve">[10:14] </w:t>
      </w:r>
      <w:r>
        <w:t>misalan main aik misal deta hoon. quran mein hai ke ashadd alal kuffar momin ke bare mein ke momin munkireen par sakht hote hain.</w:t>
      </w:r>
    </w:p>
    <w:p>
      <w:pPr>
        <w:jc w:val="right"/>
      </w:pPr>
      <w:r>
        <w:t>مثلاً میں ایک مثال دیتا ہوں۔ قرآن میں ہے کہ اشد علی الکفار مومن کے بارے میں کہ مومن منکرین پر سخت ہوتے ہیں۔</w:t>
      </w:r>
    </w:p>
    <w:p>
      <w:r>
        <w:rPr>
          <w:b/>
        </w:rPr>
        <w:t xml:space="preserve">[10:26] </w:t>
      </w:r>
      <w:r>
        <w:t>ab yahan sakht ka lafz jo hai, insani zaban mein hai, yeh is ka matlab yeh nahi ke crude hotay hain, un ko theek se baat nahi kartay, un se yeh matlab nahi hai.</w:t>
      </w:r>
    </w:p>
    <w:p>
      <w:pPr>
        <w:jc w:val="right"/>
      </w:pPr>
      <w:r>
        <w:t>اب یہاں سخت کا لفظ جو ہے، انسانی زبان میں ہے، یہ اس کا مطلب یہ نہیں کہ کروڈ ہوتے ہیں، ان کو ٹھیک سے بات نہیں کرتے، ان سے یہ مطلب نہیں ہے۔</w:t>
      </w:r>
    </w:p>
    <w:p>
      <w:r>
        <w:rPr>
          <w:b/>
        </w:rPr>
        <w:t xml:space="preserve">[10:39] </w:t>
      </w:r>
      <w:r>
        <w:t>balkay is ka matlab yeh hai ke woh ahle inkar ka se mutasir nahi hotay, ahle inkar ke ke culture se mutasir nahi hotay, ahle inkar ka culture apna nahi letay</w:t>
      </w:r>
    </w:p>
    <w:p>
      <w:pPr>
        <w:jc w:val="right"/>
      </w:pPr>
      <w:r>
        <w:t>بلکہ اس کا مطلب یہ ہے کہ وہ اہل انکار کا سے متاثر نہیں ہوتے، اہل انکار کے کے کلچر سے متاثر نہیں ہوتے، اہل انکار کا کلچر اپنا نہیں لیتے</w:t>
      </w:r>
    </w:p>
    <w:p>
      <w:r>
        <w:rPr>
          <w:b/>
        </w:rPr>
        <w:t xml:space="preserve">[10:54] </w:t>
      </w:r>
      <w:r>
        <w:t>, aisa nahi hota. apni apni identity ko barqarar rakhtay hain, yeh matlab hai. Aisa hi dekhiye, quran mein aya hai ke waqim min nabi qatal kaseer fma woh ma ashab fi sabilillah wa ma da'f mustaqar</w:t>
      </w:r>
    </w:p>
    <w:p>
      <w:pPr>
        <w:jc w:val="right"/>
      </w:pPr>
      <w:r>
        <w:t>، ایسا نہیں ہوتا۔ اپنی اپنی آئیڈینٹی کو برقرار رکھتے ہیں، یہ مطلب ہے۔ ایسے ہی دیکھیے، قرآن میں آیا ہے کہ وقیم من نبی قاتل کثیر فما وہ ما اصحاب فی سبیل اللہ وما ضعف مستقار</w:t>
      </w:r>
    </w:p>
    <w:p>
      <w:r>
        <w:rPr>
          <w:b/>
        </w:rPr>
        <w:t xml:space="preserve">[11:15] </w:t>
      </w:r>
      <w:r>
        <w:t>yani bohat se nabi hain jinho ne,</w:t>
      </w:r>
    </w:p>
    <w:p>
      <w:pPr>
        <w:jc w:val="right"/>
      </w:pPr>
      <w:r>
        <w:t>یعنی بہت سے نبی ہیں جنہوں نے،</w:t>
      </w:r>
    </w:p>
    <w:p>
      <w:r>
        <w:rPr>
          <w:b/>
        </w:rPr>
        <w:t xml:space="preserve">[11:20] </w:t>
      </w:r>
      <w:r>
        <w:t>bohat se nabi hain jin ke sath un ke sathiyon ne jang ki, qatal qital kiya. Ab is ayat ko le kar bohat mufassireen bohat se nikalte hain, matlab ke falan ne jang ki, falan ne jang ki, halankay tareekhi tor par koi sabit nahi hai.</w:t>
      </w:r>
    </w:p>
    <w:p>
      <w:pPr>
        <w:jc w:val="right"/>
      </w:pPr>
      <w:r>
        <w:t>بہت سے نبی ہیں جن کے ساتھ ان کے ساتھیوں نے جنگ کی، قاتل قتال کیا۔ اب اس آیت کو لے کر بہت مفسرین بہت سے نکالتے ہیں، مطلب کہ فلاں نے جنگ کی، فلاں نے جنگ کی، حالانکہ تاریخی طور پر کوئی ثابت نہیں ہے۔</w:t>
      </w:r>
    </w:p>
    <w:p>
      <w:r>
        <w:rPr>
          <w:b/>
        </w:rPr>
        <w:t xml:space="preserve">[11:41] </w:t>
      </w:r>
      <w:r>
        <w:t>lekan quran mein kisi bhi nabi ke baray mein, rasool Allah ke ilawa, yeh mazkoor nahi hai ke unhon ne larai ki thi. Hai hi nahi kisi kisi nabi ke baray mein, Hazrat Musa ke baray mein nahi hai, kisi ke baray mein nahi hai,</w:t>
      </w:r>
    </w:p>
    <w:p>
      <w:pPr>
        <w:jc w:val="right"/>
      </w:pPr>
      <w:r>
        <w:t>لیکن قرآن میں کسی بھی نبی کے بارے میں، رسول اللہ کے علاوہ، یہ مذکور نہیں ہے کہ انہوں نے لڑائی کی تھی۔ ہے ہی نہیں کسی کسی نبی کے بارے میں، حضرت موسیٰ کے بارے میں نہیں ہے، کسی کے بارے میں نہیں ہے،</w:t>
      </w:r>
    </w:p>
    <w:p>
      <w:r>
        <w:rPr>
          <w:b/>
        </w:rPr>
        <w:t xml:space="preserve">[11:56] </w:t>
      </w:r>
      <w:r>
        <w:t>Hazrat Ibrahim ke baray mein nahi hai. To idhar udhar se nikalte hain kuch bible waghera se ke filanay ne larai ki thi. Main samajhta hoon ke woh sab irrelevant hain.</w:t>
      </w:r>
    </w:p>
    <w:p>
      <w:pPr>
        <w:jc w:val="right"/>
      </w:pPr>
      <w:r>
        <w:t>حضرت ابراہیم کے بارے میں نہیں ہے۔ تو ادھر ادھر سے نکالتے ہیں کچھ بائبل وغیرہ سے کہ فلانے نے لڑائی کی تھی۔ میں سمجھتا ہوں کہ وہ سب اریلیونٹ ہیں۔</w:t>
      </w:r>
    </w:p>
    <w:p>
      <w:r>
        <w:rPr>
          <w:b/>
        </w:rPr>
        <w:t xml:space="preserve">[12:06] </w:t>
      </w:r>
      <w:r>
        <w:t>asal baat hai ke yeh yeh insan ki zaban mein hai. Qatal jo hai ke larai ki un ke sath mil kar logon ne, woh insan</w:t>
      </w:r>
    </w:p>
    <w:p>
      <w:pPr>
        <w:jc w:val="right"/>
      </w:pPr>
      <w:r>
        <w:t>اصل بات ہے کہ یہ یہ انسان کی زبان میں ہے۔ قاتل جو ہے کہ لڑائی کی ان کے ساتھ مل کر لوگوں نے، وہ انسان</w:t>
      </w:r>
    </w:p>
    <w:p>
      <w:r>
        <w:rPr>
          <w:b/>
        </w:rPr>
        <w:t xml:space="preserve">[12:18] </w:t>
      </w:r>
      <w:r>
        <w:t>ki zaban mein hai. Jaisay jab kahin aafat aati hai, flood aata hai to abhi jaisay Kashmir mein flood aya tha to aap ne dekha hoga media mein ke government ne war footing par relief pohanchaya.</w:t>
      </w:r>
    </w:p>
    <w:p>
      <w:pPr>
        <w:jc w:val="right"/>
      </w:pPr>
      <w:r>
        <w:t>کی زبان میں ہے۔ جیسے جب کہیں افت آتی ہے، فلڈ آتا ہے تو ابھی جیسے کشمیر میں فلڈ آیا تھا تو آپ نے دیکھا ہوگا میڈیا میں کہ گورنمنٹ نے وار فوڈنگ پر ریلیف پہنچایا۔</w:t>
      </w:r>
    </w:p>
    <w:p>
      <w:r>
        <w:rPr>
          <w:b/>
        </w:rPr>
        <w:t xml:space="preserve">[12:35] </w:t>
      </w:r>
      <w:r>
        <w:t>yani government ne Kashmir ke logon ko war footing par musalsal relief pohanchane ka kaam kiya.</w:t>
      </w:r>
    </w:p>
    <w:p>
      <w:pPr>
        <w:jc w:val="right"/>
      </w:pPr>
      <w:r>
        <w:t>یعنی گورنمنٹ نے کشمیر کے لوگوں کو وار فوڈنگ پر مسلسل ریلیف پہنچانے کا کام کیا۔</w:t>
      </w:r>
    </w:p>
    <w:p>
      <w:r>
        <w:rPr>
          <w:b/>
        </w:rPr>
        <w:t xml:space="preserve">[12:46] </w:t>
      </w:r>
      <w:r>
        <w:t>to war footing kya hai?</w:t>
      </w:r>
    </w:p>
    <w:p>
      <w:pPr>
        <w:jc w:val="right"/>
      </w:pPr>
      <w:r>
        <w:t>تو وار فوڈنگ کیا ہے؟</w:t>
      </w:r>
    </w:p>
    <w:p>
      <w:r>
        <w:rPr>
          <w:b/>
        </w:rPr>
        <w:t xml:space="preserve">[12:48] </w:t>
      </w:r>
      <w:r>
        <w:t>is ka matlab nahi ke larai ki, wahan hathyar bheje. War footing ka matlab yeh hai ke bohat bohat ziyada mehnat mehnat kiya.</w:t>
      </w:r>
    </w:p>
    <w:p>
      <w:pPr>
        <w:jc w:val="right"/>
      </w:pPr>
      <w:r>
        <w:t>اس کا مطلب نہیں کہ لڑائی کی، وہاں ہتھیار بھیجے۔ وار فوڈنگ کا مطلب یہ ہے کہ بہت بہت زیادہ محنت محنت کیا۔</w:t>
      </w:r>
    </w:p>
    <w:p>
      <w:r>
        <w:rPr>
          <w:b/>
        </w:rPr>
        <w:t xml:space="preserve">[12:59] </w:t>
      </w:r>
      <w:r>
        <w:t>yeh war ka lafz war ke mani mein nahi hai. To yeh aam hai, har zaban mein aisa hai. Jaisay main ne ek leader ki taqreer suni, unhon ne kaha ke hamari larai firqa parasti se hai.</w:t>
      </w:r>
    </w:p>
    <w:p>
      <w:pPr>
        <w:jc w:val="right"/>
      </w:pPr>
      <w:r>
        <w:t>یہ وار کا لفظ وار کے معنی میں نہیں ہے۔ تو یہ عام ہے، ہر زبان میں ایسا ہے۔ جیسے میں نے ایک لیڈر کی تقریر سنی، انہوں نے کہا کہ ہماری لڑائی فرقہ پرستی سے ہے۔</w:t>
      </w:r>
    </w:p>
    <w:p>
      <w:r>
        <w:rPr>
          <w:b/>
        </w:rPr>
        <w:t xml:space="preserve">[13:16] </w:t>
      </w:r>
      <w:r>
        <w:t>to firqa parasti jo hai, koi fauj nahi hai jis se aap ja ke larein ge. To firqa parasti ko khatam karne ke liye jo koshish karein ge, woh to is ko bohat ziyada emphasize karne ke liye unhon ne larai ka lafz istemal kiya.</w:t>
      </w:r>
    </w:p>
    <w:p>
      <w:pPr>
        <w:jc w:val="right"/>
      </w:pPr>
      <w:r>
        <w:t>تو فرقہ پرستی جو ہے، کوئی فوج نہیں ہے جس سے آپ جا کے لڑیں گے۔ تو فرقہ پرستی کو ختم کرنے کے لیے جو کوشش کریں گے، وہ تو اس کو بہت زیادہ ایمفیزائز کرنے کے لیے انہوں نے لڑائی کا لفظ استعمال کیا۔</w:t>
      </w:r>
    </w:p>
    <w:p>
      <w:r>
        <w:rPr>
          <w:b/>
        </w:rPr>
        <w:t xml:space="preserve">[13:34] </w:t>
      </w:r>
      <w:r>
        <w:t>aisa hi relief work ko bohat ziyada emphasize karne ke liye kaha gaya war footing par.</w:t>
      </w:r>
    </w:p>
    <w:p>
      <w:pPr>
        <w:jc w:val="right"/>
      </w:pPr>
      <w:r>
        <w:t>ایسے ریف ورک کو بہت زیادہ ایمفیزائز کرنے کے لیے کہا گیا وار فوٹنگ پر۔</w:t>
      </w:r>
    </w:p>
    <w:p>
      <w:r>
        <w:rPr>
          <w:b/>
        </w:rPr>
        <w:t xml:space="preserve">[13:41] </w:t>
      </w:r>
      <w:r>
        <w:t>to yahan pe dekhiye, qatal jo hai ke bohat se nabi hain jin ke sathiyon ne un ke sath mil kar larai ki, qital kiya.</w:t>
      </w:r>
    </w:p>
    <w:p>
      <w:pPr>
        <w:jc w:val="right"/>
      </w:pPr>
      <w:r>
        <w:t>تو یہاں پہ دیکھیے، قاتل جو ہے کہ بہت سے نبی ہیں جن کے ساتھیوں نے ان کے ساتھ مل کر لڑائی کی، قتال کیا۔</w:t>
      </w:r>
    </w:p>
    <w:p>
      <w:r>
        <w:rPr>
          <w:b/>
        </w:rPr>
        <w:t xml:space="preserve">[13:53] </w:t>
      </w:r>
      <w:r>
        <w:t>yahan qital lafzi mani mein nahi hai, struggle ke mani mein hai, jahad-o-juhad ke mani mein hai, bohat ziyada mehnat karne ke mani mein hai.</w:t>
      </w:r>
    </w:p>
    <w:p>
      <w:pPr>
        <w:jc w:val="right"/>
      </w:pPr>
      <w:r>
        <w:t>یہاں قتال لفظی معنی میں نہیں ہے، اسٹرگل کے معنی میں ہے، جدوجہد کے معنی میں ہے، بہت زیادہ محنت کرنے کے معنی میں ہے۔</w:t>
      </w:r>
    </w:p>
    <w:p>
      <w:r>
        <w:rPr>
          <w:b/>
        </w:rPr>
        <w:t xml:space="preserve">[14:04] </w:t>
      </w:r>
      <w:r>
        <w:t>phir main ne dekha hai lisur Arab jo bohat bari lughat hai arabi zaban ki, to exactly matlab likha hua hai. Is mein is mein likha hua hai ke qital ka lafz hamesha lafzi mani mein nahi aata,</w:t>
      </w:r>
    </w:p>
    <w:p>
      <w:pPr>
        <w:jc w:val="right"/>
      </w:pPr>
      <w:r>
        <w:t>پھر میں نے دیکھا ہے لسور عرب جو بہت بڑی لغت ہے عربی زبان کی، تو ایگزیکٹلی مطلب لکھا ہوا ہے۔ اس میں اس میں لکھا ہوا ہے کہ قتال کا لفظ ہمیشہ لفظی معنی میں نہیں آتا،</w:t>
      </w:r>
    </w:p>
    <w:p>
      <w:r>
        <w:rPr>
          <w:b/>
        </w:rPr>
        <w:t xml:space="preserve">[14:18] </w:t>
      </w:r>
      <w:r>
        <w:t>qital ka naam peaceful jahad-o-juhad ke liye bhi aata hai. To yahan par jo aya hai qatal ma'oor rabee' kaseer to woh hariba ke mani mein nahi hai,</w:t>
      </w:r>
    </w:p>
    <w:p>
      <w:pPr>
        <w:jc w:val="right"/>
      </w:pPr>
      <w:r>
        <w:t>قتال کا نام پیس فل جدوجہد کے لیے بھی آتا ہے۔ تو یہاں پر جو آیا ہے قاتل معور ربیع کثیر تو وہ حاربہ کے معنی میں نہیں ہے،</w:t>
      </w:r>
    </w:p>
    <w:p>
      <w:r>
        <w:rPr>
          <w:b/>
        </w:rPr>
        <w:t xml:space="preserve">[14:33] </w:t>
      </w:r>
      <w:r>
        <w:t>hariba nahi balkay jahada ke mani hain. Yani zabardast koshish ki dawat ke liye. Mission to sab ka dawat Allah tha, tamam nabiyon ka.</w:t>
      </w:r>
    </w:p>
    <w:p>
      <w:pPr>
        <w:jc w:val="right"/>
      </w:pPr>
      <w:r>
        <w:t>حاربہ نہیں بلکہ جہدہ کے معنی ہیں۔ یعنی زبردست کوشش کی دعوت کے لیے۔ مشن تو سب کا دعوت اللہ تھا، تمام نبیوں کا۔</w:t>
      </w:r>
    </w:p>
    <w:p>
      <w:r>
        <w:rPr>
          <w:b/>
        </w:rPr>
        <w:t xml:space="preserve">[14:45] </w:t>
      </w:r>
      <w:r>
        <w:t>to is ka matlab yeh hai ke bohat se nabi hain jin ke sath logon ne sath diya un ka, aur mil kar ke bohat zabardast koshish ki dawat Allah ke liye peaceful andaaz mein.</w:t>
      </w:r>
    </w:p>
    <w:p>
      <w:pPr>
        <w:jc w:val="right"/>
      </w:pPr>
      <w:r>
        <w:t>تو اس کا مطلب یہ ہے کہ بہت سے نبی ہیں جن کے ساتھ لوگوں نے ساتھ دیا ان کا، اور مل کر کے بہت زبردست کوشش کی دعوت اللہ کے لیے پیس فل انداز میں۔</w:t>
      </w:r>
    </w:p>
    <w:p>
      <w:r>
        <w:rPr>
          <w:b/>
        </w:rPr>
        <w:t xml:space="preserve">[14:57] </w:t>
      </w:r>
      <w:r>
        <w:t>yeh matlab hai.</w:t>
      </w:r>
    </w:p>
    <w:p>
      <w:pPr>
        <w:jc w:val="right"/>
      </w:pPr>
      <w:r>
        <w:t>یہ مطلب ہے۔</w:t>
      </w:r>
    </w:p>
    <w:p>
      <w:r>
        <w:rPr>
          <w:b/>
        </w:rPr>
        <w:t xml:space="preserve">[14:59] </w:t>
      </w:r>
      <w:r>
        <w:t>to yeh us waqt mujhe samajh mein aya jab ke mujhe yeh daryaft hui ke huroof muqatta'at ka matlab hai ke quran insani zaban mein hai, woh kisi bilkul dewi zaban mein nahi hai, woh jannat ki zaban mein nahi hai, ma'ala'ala ki zaban mein nahi hai.</w:t>
      </w:r>
    </w:p>
    <w:p>
      <w:pPr>
        <w:jc w:val="right"/>
      </w:pPr>
      <w:r>
        <w:t>تو یہ اس وقت مجھے سمجھ میں آیا جب کہ مجھے یہ دریافت ہوئی کہ حروف مقطعات کا مطلب ہے کہ قرآن انسانی زبان میں ہے، وہ کسی بالکل دی زبان میں نہیں ہے، وہ جنت کی زبان میں نہیں ہے، مال اعلیٰ کی زبان میں نہیں ہے۔</w:t>
      </w:r>
    </w:p>
    <w:p>
      <w:r>
        <w:rPr>
          <w:b/>
        </w:rPr>
        <w:t xml:space="preserve">[15:15] </w:t>
      </w:r>
      <w:r>
        <w:t>to insani zaban ki kisi kitab ko jis tarah samjha jata hai, us tarah quran bhi samjha jayega.</w:t>
      </w:r>
    </w:p>
    <w:p>
      <w:pPr>
        <w:jc w:val="right"/>
      </w:pPr>
      <w:r>
        <w:t>تو انسانی زبان کی کسی کتاب کو جس طرح سمجھا جاتا ہے، اس طرح قرآن بھی سمجھا جائے گا۔</w:t>
      </w:r>
    </w:p>
    <w:p>
      <w:r>
        <w:rPr>
          <w:b/>
        </w:rPr>
        <w:t xml:space="preserve">[15:25] </w:t>
      </w:r>
      <w:r>
        <w:t>to yeh kitni bari baat hai.</w:t>
      </w:r>
    </w:p>
    <w:p>
      <w:pPr>
        <w:jc w:val="right"/>
      </w:pPr>
      <w:r>
        <w:t>تو یہ کتنی بڑی بات ہے۔</w:t>
      </w:r>
    </w:p>
    <w:p>
      <w:r>
        <w:rPr>
          <w:b/>
        </w:rPr>
        <w:t xml:space="preserve">[15:29] </w:t>
      </w:r>
      <w:r>
        <w:t>to ramzan ka mahina quran ka mahina hai, is ka matlab hai ramzan ke mahine mein quran ko bohat ziyada parha jata hai, bohat ziyada is par study ki jati hai.</w:t>
      </w:r>
    </w:p>
    <w:p>
      <w:pPr>
        <w:jc w:val="right"/>
      </w:pPr>
      <w:r>
        <w:t>تو رمضان کا مہینہ قرآن کا مہینہ ہے، اس کا مطلب ہے رمضان کے مہینے میں قرآن کو بہت زیادہ پڑھا جاتا ہے، بہت زیادہ اس پر اسٹڈی کی جاتی ہے۔</w:t>
      </w:r>
    </w:p>
    <w:p>
      <w:r>
        <w:rPr>
          <w:b/>
        </w:rPr>
        <w:t xml:space="preserve">[15:44] </w:t>
      </w:r>
      <w:r>
        <w:t>to is se naye naye mani samajh mein ate hain. maslan dekhiye, aap quran ko parhna shuru karen to aap aage ek qissa padhenge adam ka</w:t>
      </w:r>
    </w:p>
    <w:p>
      <w:pPr>
        <w:jc w:val="right"/>
      </w:pPr>
      <w:r>
        <w:t>تو اس سے نئے نئے معنی سمجھ میں آتے ہیں۔ مثلاً دیکھیے، آپ قرآن کو پڑھنا شروع کریں تو آپ آگے ایک قصہ پڑھیں گے آدم کا</w:t>
      </w:r>
    </w:p>
    <w:p>
      <w:r>
        <w:rPr>
          <w:b/>
        </w:rPr>
        <w:t xml:space="preserve">[15:59] </w:t>
      </w:r>
      <w:r>
        <w:t>ke allah taala ne adam ko paida kiya, phir un ko jannat mein rakha, aur yeh kaha ke ek ek ek darakht ki ko bata diya ke is ke paas mat jana,</w:t>
      </w:r>
    </w:p>
    <w:p>
      <w:pPr>
        <w:jc w:val="right"/>
      </w:pPr>
      <w:r>
        <w:t>کہ اللہ تعالیٰ نے آدم کو پیدا کیا، پھر ان کو جنت میں رکھا، اور یہ کہا کہ ایک ایک ایک درخت کی کو بتا دیا کہ اس کے پاس مت جانا،</w:t>
      </w:r>
    </w:p>
    <w:p>
      <w:r>
        <w:rPr>
          <w:b/>
        </w:rPr>
        <w:t xml:space="preserve">[16:16] </w:t>
      </w:r>
      <w:r>
        <w:t>la taqrab al-shajar is ke paas mat jana, is ka phal mat khana.</w:t>
      </w:r>
    </w:p>
    <w:p>
      <w:pPr>
        <w:jc w:val="right"/>
      </w:pPr>
      <w:r>
        <w:t>لا تقرب الشجر اس کے پاس مت جانا، اس کا پھل مت کھانا۔</w:t>
      </w:r>
    </w:p>
    <w:p>
      <w:r>
        <w:rPr>
          <w:b/>
        </w:rPr>
        <w:t xml:space="preserve">[16:24] </w:t>
      </w:r>
      <w:r>
        <w:t>to adam aur hawa ne yahan par un ko woh bhool gaye, aur is ke paas gaye, aur is ka phal kha liya.</w:t>
      </w:r>
    </w:p>
    <w:p>
      <w:pPr>
        <w:jc w:val="right"/>
      </w:pPr>
      <w:r>
        <w:t>تو آدم اور حوا نے یہاں پر ان کو وہ بھول گئے، اور اس کے پاس گئے، اور اس کا پھل کھا لیا۔</w:t>
      </w:r>
    </w:p>
    <w:p>
      <w:r>
        <w:rPr>
          <w:b/>
        </w:rPr>
        <w:t xml:space="preserve">[16:33] </w:t>
      </w:r>
      <w:r>
        <w:t>to is ke baad woh jannat se mahroom ho gaye, jannat se un ko nikal diya gaya. to is par ghor kijiye to ek bohat bara sabak aap ko milega, bohat bara sabak.</w:t>
      </w:r>
    </w:p>
    <w:p>
      <w:pPr>
        <w:jc w:val="right"/>
      </w:pPr>
      <w:r>
        <w:t>تو اس کے بعد وہ جنت سے محروم ہو گئے، جنت سے ان کو نکال دیا گیا۔ تو اس پر غور کیجئے تو ایک بہت بڑا سبق آپ کو ملے گا، بہت بڑا سبق۔</w:t>
      </w:r>
    </w:p>
    <w:p>
      <w:r>
        <w:rPr>
          <w:b/>
        </w:rPr>
        <w:t xml:space="preserve">[16:46] </w:t>
      </w:r>
      <w:r>
        <w:t>dekhiye, bible mein hai ke yeh jannat jo thi adam ki, yeh kisi aasman mein nahi thi, woh eden mein thi.</w:t>
      </w:r>
    </w:p>
    <w:p>
      <w:pPr>
        <w:jc w:val="right"/>
      </w:pPr>
      <w:r>
        <w:t>دیکھیے، بائبل میں ہے کہ یہ جنت جو تھی آدم کی، یہ کسی آسمان میں نہیں تھی، وہ عدن میں تھی۔</w:t>
      </w:r>
    </w:p>
    <w:p>
      <w:r>
        <w:rPr>
          <w:b/>
        </w:rPr>
        <w:t xml:space="preserve">[16:57] </w:t>
      </w:r>
      <w:r>
        <w:t>babil mein hai ke khawand ne eden eden mein ek bagh ugaya,</w:t>
      </w:r>
    </w:p>
    <w:p>
      <w:pPr>
        <w:jc w:val="right"/>
      </w:pPr>
      <w:r>
        <w:t>بابل میں ہے کہ خداوند نے عدن عدن میں ایک باغ اگایا،</w:t>
      </w:r>
    </w:p>
    <w:p>
      <w:r>
        <w:rPr>
          <w:b/>
        </w:rPr>
        <w:t xml:space="preserve">[17:03] </w:t>
      </w:r>
      <w:r>
        <w:t>eden ek mulk hai, aap jante hain. to bible ke mutabiq woh jannat pehli jahan jannat jahan basaye gaye the hawa aur jahan adam aur hawa, woh eden mein eden mein thi.</w:t>
      </w:r>
    </w:p>
    <w:p>
      <w:pPr>
        <w:jc w:val="right"/>
      </w:pPr>
      <w:r>
        <w:t>عدن ایک ملک ہے، آپ جانتے ہیں۔ تو بائبل کے مطابق وہ جنت پہلی جہاں جنت جہاں بسائے گئے تھے حوا اور جہاں آدم اور حوا، وہ عدن میں عدن میں تھی۔</w:t>
      </w:r>
    </w:p>
    <w:p>
      <w:r>
        <w:rPr>
          <w:b/>
        </w:rPr>
        <w:t xml:space="preserve">[17:19] </w:t>
      </w:r>
      <w:r>
        <w:t>mein yeh nahi kehta ke waqeatan yahi hai, lekin quran mein to aisa nahi hai.</w:t>
      </w:r>
    </w:p>
    <w:p>
      <w:pPr>
        <w:jc w:val="right"/>
      </w:pPr>
      <w:r>
        <w:t>میں یہ نہیں کہتا کہ واقعتاً یہی ہے، لیکن قرآن میں تو ایسا نہیں ہے۔</w:t>
      </w:r>
    </w:p>
    <w:p>
      <w:r>
        <w:rPr>
          <w:b/>
        </w:rPr>
        <w:t xml:space="preserve">[17:24] </w:t>
      </w:r>
      <w:r>
        <w:t>beh-haal, jo sabak mein kehna chahta hoon, jo sabak milta hai, woh yeh hai ke</w:t>
      </w:r>
    </w:p>
    <w:p>
      <w:pPr>
        <w:jc w:val="right"/>
      </w:pPr>
      <w:r>
        <w:t>بہرحال، جو سبق میں کہنا چاہتا ہوں، جو سبق ملتا ہے، وہ یہ ہے کہ</w:t>
      </w:r>
    </w:p>
    <w:p>
      <w:r>
        <w:rPr>
          <w:b/>
        </w:rPr>
        <w:t xml:space="preserve">[17:33] </w:t>
      </w:r>
      <w:r>
        <w:t>jannat mein ek hissa ya ek darakht aisa tha jo un ko nahi mila tha, adam aur hawa ko. jannat poori mil gayi, lekin phir bhi is ka ek hissa nahi mila jahan ek darakht tha.</w:t>
      </w:r>
    </w:p>
    <w:p>
      <w:pPr>
        <w:jc w:val="right"/>
      </w:pPr>
      <w:r>
        <w:t>جنت میں ایک حصہ یا ایک درخت ایسا تھا جو ان کو نہیں ملا تھا، آدم اور حوا کو۔ جنت پوری مل گئی، لیکن پھر بھی اس کا ایک حصہ نہیں ملا جہاں ایک درخت تھا۔</w:t>
      </w:r>
    </w:p>
    <w:p>
      <w:r>
        <w:rPr>
          <w:b/>
        </w:rPr>
        <w:t xml:space="preserve">[17:49] </w:t>
      </w:r>
      <w:r>
        <w:t>yani yeh is ka matlab yeh hai ke adam ki jannat khandat jannat thi, khandat incomplete jannat thi. to mein samajhta hoon ke yeh bohat bara sabak hai ke dunya mein insan yeh na samjhe ke woh dunya mein complete jannat pa sakta hai,</w:t>
      </w:r>
    </w:p>
    <w:p>
      <w:pPr>
        <w:jc w:val="right"/>
      </w:pPr>
      <w:r>
        <w:t>یعنی یہ اس کا مطلب یہ ہے کہ آدم کی جنت کھنڈت جنت تھی، کھنڈت ان کمپلیٹ جنت تھی۔ تو میں سمجھتا ہوں کہ یہ بہت بڑا سبق ہے کہ دنیا میں انسان یہ نہ سمجھے کہ وہ دنیا میں کمپلیٹ جنت پا سکتا ہے،</w:t>
      </w:r>
    </w:p>
    <w:p>
      <w:r>
        <w:rPr>
          <w:b/>
        </w:rPr>
        <w:t xml:space="preserve">[18:10] </w:t>
      </w:r>
      <w:r>
        <w:t>apne liye mukammal zindagi bana sakta hai, yahan mukammal system bana sakta hai.</w:t>
      </w:r>
    </w:p>
    <w:p>
      <w:pPr>
        <w:jc w:val="right"/>
      </w:pPr>
      <w:r>
        <w:t>اپنے لیے مکمل زندگی بنا سکتا ہے، یہاں مکمل سسٹم بنا سکتا ہے۔</w:t>
      </w:r>
    </w:p>
    <w:p>
      <w:r>
        <w:rPr>
          <w:b/>
        </w:rPr>
        <w:t xml:space="preserve">[18:16] </w:t>
      </w:r>
      <w:r>
        <w:t>aisa mumkin nahi hai, yahan par incomplete dunya hogi insan ki, incomplete jannat jo banayega, woh incomplete hogi, jo system banayega, woh incomplete system hoga.</w:t>
      </w:r>
    </w:p>
    <w:p>
      <w:pPr>
        <w:jc w:val="right"/>
      </w:pPr>
      <w:r>
        <w:t>ایسا ممکن نہیں ہے، یہاں پر ان کمپلیٹ دنیا ہوگی انسان کی، ان کمپلیٹ جنت جو بنائے گا، وہ ان کمپلیٹ ہوگی، جو سسٹم بنائے گا، وہ ان کمپلیٹ سسٹم ہوگا۔</w:t>
      </w:r>
    </w:p>
    <w:p>
      <w:r>
        <w:rPr>
          <w:b/>
        </w:rPr>
        <w:t xml:space="preserve">[18:30] </w:t>
      </w:r>
      <w:r>
        <w:t>dekhiye, yeh agar maan len hum to sara tension khatam ho jaye. sara tension kyun hota hai? hum incomplete pe raazi nahi hote, hum chahte hain complete karna.</w:t>
      </w:r>
    </w:p>
    <w:p>
      <w:pPr>
        <w:jc w:val="right"/>
      </w:pPr>
      <w:r>
        <w:t>دیکھیے، یہ اگر مان لیں ہم تو سارا ٹینشن ختم ہو جائے۔ سارا ٹینشن کیوں ہوتا ہے؟ ہم ان کمپلیٹ پہ راضی نہیں ہوتے، ہم چاہتے ہیں کمپلیٹ کرنا۔</w:t>
      </w:r>
    </w:p>
    <w:p>
      <w:r>
        <w:rPr>
          <w:b/>
        </w:rPr>
        <w:t xml:space="preserve">[18:43] </w:t>
      </w:r>
      <w:r>
        <w:t>incomplete to sabhi ko mil jata hai.</w:t>
      </w:r>
    </w:p>
    <w:p>
      <w:pPr>
        <w:jc w:val="right"/>
      </w:pPr>
      <w:r>
        <w:t>ان کمپلیٹ تو سبھی کو مل جاتا ہے۔</w:t>
      </w:r>
    </w:p>
    <w:p>
      <w:r>
        <w:rPr>
          <w:b/>
        </w:rPr>
        <w:t xml:space="preserve">[18:46] </w:t>
      </w:r>
      <w:r>
        <w:t>aap ghor kijiye to is paas aap ke jitne log honge, sab ko incomplete dunya mili hui hogi, lekin phir bhi woh pareshan honge kyunke woh chahte hain ke mujhe complete mil jaye.</w:t>
      </w:r>
    </w:p>
    <w:p>
      <w:pPr>
        <w:jc w:val="right"/>
      </w:pPr>
      <w:r>
        <w:t>آپ غور کیجئے تو اس پاس آپ کے جتنے لوگ ہوں گے، سب کو ان کمپلیٹ دنیا ملی ہوئی ہوگی، لیکن پھر بھی وہ پریشان ہوں گے کیونکہ وہ چاہتے ہیں کہ مجھے کمپلیٹ مل جائے۔</w:t>
      </w:r>
    </w:p>
    <w:p>
      <w:r>
        <w:rPr>
          <w:b/>
        </w:rPr>
        <w:t xml:space="preserve">[19:00] </w:t>
      </w:r>
      <w:r>
        <w:t>maslan chota ghar hai to bara ghar mil jaye, ek car hai to do car mil jaye, chota job hai to bara job mil jaye, kam aamdani wala business hai to bari aamdani wala business mil jaye.</w:t>
      </w:r>
    </w:p>
    <w:p>
      <w:pPr>
        <w:jc w:val="right"/>
      </w:pPr>
      <w:r>
        <w:t>مثلاً چھوٹا گھر ہے تو بڑا گھر مل جائے، ایک کار ہے تو دو کار مل جائے، چھوٹا جاب ہے تو بڑا جاب مل جائے، کم آمدنی والا بزنس ہے تو بڑی آمدنی والا بزنس مل جائے۔</w:t>
      </w:r>
    </w:p>
    <w:p>
      <w:r>
        <w:rPr>
          <w:b/>
        </w:rPr>
        <w:t xml:space="preserve">[19:11] </w:t>
      </w:r>
      <w:r>
        <w:t>to har aadmi isi chakkar mein hai. hatta ke abhi ek report aayi thi, barack obama jo usa ke president hain, unhon ne apne ek interview mein kaha ke mein frustration mein jeeta hoon kyunke jo change lana chahta tha america, woh mein nahi la saka.</w:t>
      </w:r>
    </w:p>
    <w:p>
      <w:pPr>
        <w:jc w:val="right"/>
      </w:pPr>
      <w:r>
        <w:t>تو ہر آدمی اسی چکر میں ہے۔ حتیٰ کہ ابھی ایک رپورٹ آئی تھی، براک اوباما جو یو ایس اے کے پریزیڈنٹ ہیں، انہوں نے اپنے ایک انٹرویو میں کہا کہ میں فرسٹریشن میں جیتا ہوں کیونکہ جو چینج بلانا چاہتا تھا امریکہ، وہ میں نہیں لا سکا۔</w:t>
      </w:r>
    </w:p>
    <w:p>
      <w:r>
        <w:rPr>
          <w:b/>
        </w:rPr>
        <w:t xml:space="preserve">[19:35] </w:t>
      </w:r>
      <w:r>
        <w:t>frustration mein hai woh kyunke america mein jo change lana chahte the, woh nahi la sake. ab dekhen, do term mila un ko, do term to woh bhi isi us mein hain kyunke change to laye, kuch na kuch, bohat se kaam kiye unhon ne, lekin jo un ka ideal concept tha, ideal woh nahi poora hua.</w:t>
      </w:r>
    </w:p>
    <w:p>
      <w:pPr>
        <w:jc w:val="right"/>
      </w:pPr>
      <w:r>
        <w:t>فرسٹریشن میں ہے وہ کیونکہ امریکہ میں جو چینج بلانا چاہتے تھے، وہ نہیں لا سکے۔ اب دیکھیں، دو ٹرم ملا ان کو، دو ٹرم تو وہ بھی اسی اس میں ہیں کیونکہ چینج تو لائے، کچھ نہ کچھ، بہت سے کام کیے انہوں نے، لیکن جو ان کا آئیڈیل کانسیپٹ تھا، آئیڈیل وہ نہیں پورا ہوا۔</w:t>
      </w:r>
    </w:p>
    <w:p>
      <w:r>
        <w:rPr>
          <w:b/>
        </w:rPr>
        <w:t xml:space="preserve">[19:59] </w:t>
      </w:r>
      <w:r>
        <w:t>to yeh mein samajhta hoon ke quran mein bohat bara sabak diya gaya hai ke kabhi tum ideal ke peeche mat bhago, ideal se kam milega tum ko, hamesha jo milega,</w:t>
      </w:r>
    </w:p>
    <w:p>
      <w:pPr>
        <w:jc w:val="right"/>
      </w:pPr>
      <w:r>
        <w:t>تو یہ میں سمجھتا ہوں کہ قرآن میں بہت بڑا سبق دیا گیا ہے کہ کبھی تم آئیڈیل کے پیچھے مت بھاگو، آئیڈیل سے کم ملے گا تم کو، ہمیشہ جو ملے گا،</w:t>
      </w:r>
    </w:p>
    <w:p>
      <w:r>
        <w:rPr>
          <w:b/>
        </w:rPr>
        <w:t xml:space="preserve">[20:12] </w:t>
      </w:r>
      <w:r>
        <w:t>less than ideal milega, less than perfect milega. agar is agar is raat ko samjho to kabhi bhi tum ko tension nahi hoga, kabhi bhi tum ko stress nahi hoga,</w:t>
      </w:r>
    </w:p>
    <w:p>
      <w:pPr>
        <w:jc w:val="right"/>
      </w:pPr>
      <w:r>
        <w:t>لیس دین آئیڈیل ملے گا، لیس دین پرفیکٹ ملے گا۔ اگر اس اگر اس رات کو سمجھو تو کبھی بھی تم کو ٹینشن نہیں ہوگا، کبھی بھی تم کو اسٹریس نہیں ہوگا،</w:t>
      </w:r>
    </w:p>
    <w:p>
      <w:r>
        <w:rPr>
          <w:b/>
        </w:rPr>
        <w:t xml:space="preserve">[20:25] </w:t>
      </w:r>
      <w:r>
        <w:t>nahi to super power ka president ho kar bhi tum ko stress mein jeena padega. to itna bara sabak hai yeh, yeh ghor karne se samajh mein ata hai.</w:t>
      </w:r>
    </w:p>
    <w:p>
      <w:pPr>
        <w:jc w:val="right"/>
      </w:pPr>
      <w:r>
        <w:t>نہیں تو سپر پاور کا پریزیڈنٹ ہو کر بھی تم کو اسٹریس میں جینا پڑے گا۔ تو اتنا بڑا سبق ہے یہ، یہ غور کرنے سے سمجھ میں آتا ہے۔</w:t>
      </w:r>
    </w:p>
    <w:p>
      <w:r>
        <w:rPr>
          <w:b/>
        </w:rPr>
        <w:t xml:space="preserve">[20:38] </w:t>
      </w:r>
      <w:r>
        <w:t>agar aap sirf tilawat karen, sirf alfaz ko padhen to yeh baat nahi samajh mein ayegi, lekin jab aap ghor karen, ghor karen, ghor karen, tab yeh baaten khulengi aap ko</w:t>
      </w:r>
    </w:p>
    <w:p>
      <w:pPr>
        <w:jc w:val="right"/>
      </w:pPr>
      <w:r>
        <w:t>اگر آپ صرف تلاوت کریں، صرف الفاظ کو پڑھیں تو یہ بات نہیں سمجھ میں آئے گی، لیکن جب آپ غور کریں، غور کریں، غور کریں، تب یہ باتیں کھلیں گی آپ کو</w:t>
      </w:r>
    </w:p>
    <w:p>
      <w:r>
        <w:rPr>
          <w:b/>
        </w:rPr>
        <w:t xml:space="preserve">[20:51] </w:t>
      </w:r>
      <w:r>
        <w:t>keh Allah taala ne Adam aur jannat ke qisse ko jo bayan kiya hai, woh khwamkhwah to nahi ho sakta, wahan se story to nahi ho sakti hai.</w:t>
      </w:r>
    </w:p>
    <w:p>
      <w:pPr>
        <w:jc w:val="right"/>
      </w:pPr>
      <w:r>
        <w:t>کہ اللہ تعالیٰ نے آدم اور جنت کے قصے کو جو بیان کیا ہے، وہ خوامخواہ تو نہیں ہو سکتا، وہاں سے سٹوری تو نہیں ہو سکتی ہے۔</w:t>
      </w:r>
    </w:p>
    <w:p>
      <w:r>
        <w:rPr>
          <w:b/>
        </w:rPr>
        <w:t xml:space="preserve">[21:00] </w:t>
      </w:r>
      <w:r>
        <w:t>Yaqeenan is ke andar koi sabak hoga, aur sabak kya hai? Ke incomplete jannat pe raazi ho jao. Incomplete is duniya ke bare mein kehta hoon, jannat akhirat wali jo hogi, woh to complete hogi.</w:t>
      </w:r>
    </w:p>
    <w:p>
      <w:pPr>
        <w:jc w:val="right"/>
      </w:pPr>
      <w:r>
        <w:t>یقینا اس کے اندر کوئی سبق ہوگا، اور سبق کیا ہے؟ کہ ان کمپلیٹ جنت پہ راضی ہو جاؤ۔ ان کمپلیٹ اس دنیا کے بارے میں کہتا ہوں، جنت آخرت والی جو ہوگی، وہ تو کمپلیٹ ہوگی۔</w:t>
      </w:r>
    </w:p>
    <w:p>
      <w:r>
        <w:rPr>
          <w:b/>
        </w:rPr>
        <w:t xml:space="preserve">[21:17] </w:t>
      </w:r>
      <w:r>
        <w:t>Akhirat mein jo hamein milegi, duniya woh complete hogi.</w:t>
      </w:r>
    </w:p>
    <w:p>
      <w:pPr>
        <w:jc w:val="right"/>
      </w:pPr>
      <w:r>
        <w:t>آخرت میں جو ہمیں ملے گی، دنیا وہ کمپلیٹ ہوگی۔</w:t>
      </w:r>
    </w:p>
    <w:p>
      <w:r>
        <w:rPr>
          <w:b/>
        </w:rPr>
        <w:t xml:space="preserve">[21:20] </w:t>
      </w:r>
      <w:r>
        <w:t>Is duniya mein incomplete jannat pe raazi ho jao kyunke complete jannat milegi nahi, aur kya hoga? Ke tum frustration mein jiyoge, tension mein jiyoge.</w:t>
      </w:r>
    </w:p>
    <w:p>
      <w:pPr>
        <w:jc w:val="right"/>
      </w:pPr>
      <w:r>
        <w:t>اس دنیا میں ان کمپلیٹ جنت پہ راضی ہو جاؤ کیونکہ کمپلیٹ جنت ملے گی نہیں، اور کیا ہوگا؟ کہ تم فرسٹریشن میں جیو گے، ٹینشن میں جیو گے۔</w:t>
      </w:r>
    </w:p>
    <w:p>
      <w:r>
        <w:rPr>
          <w:b/>
        </w:rPr>
        <w:t xml:space="preserve">[21:33] </w:t>
      </w:r>
      <w:r>
        <w:t>To sari duniya is waqt sach poochhein to tension mein jee rahi hai, including president Obama.</w:t>
      </w:r>
    </w:p>
    <w:p>
      <w:pPr>
        <w:jc w:val="right"/>
      </w:pPr>
      <w:r>
        <w:t>تو ساری دنیا اس وقت سچ پوچھیں تو ٹینشن میں جی رہی ہے، انکلوڈنگ پریزیڈنٹ اوباما۔</w:t>
      </w:r>
    </w:p>
    <w:p>
      <w:r>
        <w:rPr>
          <w:b/>
        </w:rPr>
        <w:t xml:space="preserve">[21:42] </w:t>
      </w:r>
      <w:r>
        <w:t>Kyun? Is raat ko nahi jante ke jo un ka ideal naqsha hoga, woh kabhi milne wala nahi hai,</w:t>
      </w:r>
    </w:p>
    <w:p>
      <w:pPr>
        <w:jc w:val="right"/>
      </w:pPr>
      <w:r>
        <w:t>کیوں؟ اس رات کو نہیں جانتے کہ جو ان کا آئیڈیل نقشہ ہوگا، وہ کبھی ملنے والا نہیں ہے،</w:t>
      </w:r>
    </w:p>
    <w:p>
      <w:r>
        <w:rPr>
          <w:b/>
        </w:rPr>
        <w:t xml:space="preserve">[21:50] </w:t>
      </w:r>
      <w:r>
        <w:t>Woh to sirf akhirat mein milega.</w:t>
      </w:r>
    </w:p>
    <w:p>
      <w:pPr>
        <w:jc w:val="right"/>
      </w:pPr>
      <w:r>
        <w:t>وہ تو صرف آخرت میں ملے گا۔</w:t>
      </w:r>
    </w:p>
    <w:p>
      <w:r>
        <w:rPr>
          <w:b/>
        </w:rPr>
        <w:t xml:space="preserve">[21:55] </w:t>
      </w:r>
      <w:r>
        <w:t>To Ramzan ke mahine mein yeh jo bataya gaya hai ke Quran ko is Quran ko padho, aur kam az kam yani ummat mein yeh riwaj raha hai ke Ramzan mein kam az kam ek baar Quran ko khatam karte hain,</w:t>
      </w:r>
    </w:p>
    <w:p>
      <w:pPr>
        <w:jc w:val="right"/>
      </w:pPr>
      <w:r>
        <w:t>تو رمضان کے مہینے میں یہ جو بتایا گیا ہے کہ قرآن کو اس قرآن کو پڑھو، اور کم از کم یعنی امت میں یہ رواج رہا ہے کہ رمضان میں کم از کم ایک بار قرآن کو ختم کرتے ہیں،</w:t>
      </w:r>
    </w:p>
    <w:p>
      <w:r>
        <w:rPr>
          <w:b/>
        </w:rPr>
        <w:t xml:space="preserve">[22:13] </w:t>
      </w:r>
      <w:r>
        <w:t>Yeh hamesha se riwaj raha hai ke Ramzan ke mahine mein kam az kam ek baar Quran ko khatam karte</w:t>
      </w:r>
    </w:p>
    <w:p>
      <w:pPr>
        <w:jc w:val="right"/>
      </w:pPr>
      <w:r>
        <w:t>یہ ہمیشہ سے رواج رہا ہے کہ رمضان کے مہینے میں کم از کم ایک بار قرآن کو ختم کرتے</w:t>
      </w:r>
    </w:p>
    <w:p>
      <w:r>
        <w:rPr>
          <w:b/>
        </w:rPr>
        <w:t xml:space="preserve">[22:22] </w:t>
      </w:r>
      <w:r>
        <w:t>Hain. Isi liye jo 30 paray hain, to 30 paray Rasool Allah ke zamane mein nahi thay, baad ko banaye gaye hain. 30 paray yani 114 surtein to theen, lekin 30 paray nahi thay.</w:t>
      </w:r>
    </w:p>
    <w:p>
      <w:pPr>
        <w:jc w:val="right"/>
      </w:pPr>
      <w:r>
        <w:t>ہیں۔ اسی لیے جو 30 پارے ہیں، تو 30 پارے رسول اللہ کے زمانے میں نہیں تھے، بعد کو بنائے گئے ہیں۔ 30 پارے یعنی 114 سورتیں تو تھیں، لیکن 30 پارے نہیں تھے۔</w:t>
      </w:r>
    </w:p>
    <w:p>
      <w:r>
        <w:rPr>
          <w:b/>
        </w:rPr>
        <w:t xml:space="preserve">[22:34] </w:t>
      </w:r>
      <w:r>
        <w:t>Yeh 30 paray baad ke zamane mein is liye banaye gaye thay ke Ramzan mein 30 din, 30 din hote hain, har din ek para padhein, har din ek para padhein, minimum yeh minimum hai.</w:t>
      </w:r>
    </w:p>
    <w:p>
      <w:pPr>
        <w:jc w:val="right"/>
      </w:pPr>
      <w:r>
        <w:t>یہ 30 پارے بعد کے زمانے میں اس لیے بنائے گئے تھے کہ رمضان میں 30 دن، 30 دن ہوتے ہیں، ہر دن ایک پارہ پڑھیں، ہر دن ایک پارہ پڑھیں، منیمم یہ منیمم ہے۔</w:t>
      </w:r>
    </w:p>
    <w:p>
      <w:r>
        <w:rPr>
          <w:b/>
        </w:rPr>
        <w:t xml:space="preserve">[22:48] </w:t>
      </w:r>
      <w:r>
        <w:t>To yeh jo taleem di gayi ke Ramzan mein kam az kam ek baar Quran ko padho, to is ka matlab yeh to yeh tha ke is ke alfaaz ko khatam karo, is par ghaur o fikr karo,</w:t>
      </w:r>
    </w:p>
    <w:p>
      <w:pPr>
        <w:jc w:val="right"/>
      </w:pPr>
      <w:r>
        <w:t>تو یہ جو تعلیم دی گئی کہ رمضان میں کم از کم ایک بار قرآن کو پڑھو، تو اس کا مطلب یہ تو یہ تھا کہ اس کے الفاظ کو ختم کرو، اس پر غور و فکر کرو،</w:t>
      </w:r>
    </w:p>
    <w:p>
      <w:r>
        <w:rPr>
          <w:b/>
        </w:rPr>
        <w:t xml:space="preserve">[23:03] </w:t>
      </w:r>
      <w:r>
        <w:t>To is mein hidayat milegi, zindagi ka raaz milega, hikmat ki baatein milengi.</w:t>
      </w:r>
    </w:p>
    <w:p>
      <w:pPr>
        <w:jc w:val="right"/>
      </w:pPr>
      <w:r>
        <w:t>تو اس میں ہدایت ملے گی، زندگی کا راز ملے گا، حکمت کی باتیں ملیں گی۔</w:t>
      </w:r>
    </w:p>
    <w:p>
      <w:r>
        <w:rPr>
          <w:b/>
        </w:rPr>
        <w:t xml:space="preserve">[23:13] </w:t>
      </w:r>
      <w:r>
        <w:t>To yeh Ramzan ka mahina sirf bhook pyas ka mahina nahi hai, woh Quran mein tadabbur</w:t>
      </w:r>
    </w:p>
    <w:p>
      <w:pPr>
        <w:jc w:val="right"/>
      </w:pPr>
      <w:r>
        <w:t>تو یہ رمضان کا مہینہ صرف بھوک پیاس کا مہینہ نہیں ہے، وہ قرآن میں تدبر</w:t>
      </w:r>
    </w:p>
    <w:p>
      <w:r>
        <w:rPr>
          <w:b/>
        </w:rPr>
        <w:t xml:space="preserve">[23:21] </w:t>
      </w:r>
      <w:r>
        <w:t>Ka mahina hai. Ek aur surat mein bataya gaya hai ke</w:t>
      </w:r>
    </w:p>
    <w:p>
      <w:pPr>
        <w:jc w:val="right"/>
      </w:pPr>
      <w:r>
        <w:t>کا مہینہ ہے۔ ایک اور سورت میں بتایا گیا ہے کہ</w:t>
      </w:r>
    </w:p>
    <w:p>
      <w:r>
        <w:rPr>
          <w:b/>
        </w:rPr>
        <w:t xml:space="preserve">[23:27] </w:t>
      </w:r>
      <w:r>
        <w:t>Inna anzalna fi Lailat al-Qadr yani Quran utare gaye hain, aur Lailat al-Qadr thi Ramzan mein. Hadithon se maloom hota hai, hadithon se maloom hota hai ke Ramzan Lailat al-Qadr jo thi, woh Ramzan mein thi.</w:t>
      </w:r>
    </w:p>
    <w:p>
      <w:pPr>
        <w:jc w:val="right"/>
      </w:pPr>
      <w:r>
        <w:t>انا انزلنا فی لیلۃ القدر یعنی قرآن اتارے گئے ہیں، اور لیلۃ القدر تھی رمضان میں۔ حدیثوں سے معلوم ہوتا ہے، حدیثوں سے معلوم ہوتا ہے کہ رمضان لیلۃ القدر جو تھی، وہ رمضان میں تھی۔</w:t>
      </w:r>
    </w:p>
    <w:p>
      <w:r>
        <w:rPr>
          <w:b/>
        </w:rPr>
        <w:t xml:space="preserve">[23:42] </w:t>
      </w:r>
      <w:r>
        <w:t>To to Quran ko Allah taala ne utara hi Ramzan ke mahine mein.</w:t>
      </w:r>
    </w:p>
    <w:p>
      <w:pPr>
        <w:jc w:val="right"/>
      </w:pPr>
      <w:r>
        <w:t>تو تو قرآن کو اللہ تعالیٰ نے اتارا ہی رمضان کے مہینے میں۔</w:t>
      </w:r>
    </w:p>
    <w:p>
      <w:r>
        <w:rPr>
          <w:b/>
        </w:rPr>
        <w:t xml:space="preserve">[23:50] </w:t>
      </w:r>
      <w:r>
        <w:t>Quran jo hai, Ramzan ke mahine mein utarna shuru hua, aur phir yeh kaha gaya ke Ramzan mein kam az kam ek baar Quran ka mutala karo, ek kam az kam ek baar.</w:t>
      </w:r>
    </w:p>
    <w:p>
      <w:pPr>
        <w:jc w:val="right"/>
      </w:pPr>
      <w:r>
        <w:t>قرآن جو ہے، رمضان کے مہینے میں اترنا شروع ہوا، اور پھر یہ کہا گیا کہ رمضان میں کم از کم ایک بار قرآن کا مطالعہ کرو، ایک کم از کم ایک بار۔</w:t>
      </w:r>
    </w:p>
    <w:p>
      <w:r>
        <w:rPr>
          <w:b/>
        </w:rPr>
        <w:t xml:space="preserve">[24:06] </w:t>
      </w:r>
      <w:r>
        <w:t>To Tarawih jo hai, woh isi isi ka naam hai. Tarawih mein Quran khatam karne ka matlab yeh nahi hai ke is ke alfaaz ko padh kar kisi kisi tarah khatam kar diya jaye,</w:t>
      </w:r>
    </w:p>
    <w:p>
      <w:pPr>
        <w:jc w:val="right"/>
      </w:pPr>
      <w:r>
        <w:t>تو تراویح جو ہے، وہ اسی اسی کا نام ہے۔ تراویح میں قرآن ختم کرنے کا مطلب یہ نہیں ہے کہ اس کے الفاظ کو پڑھ کر کسی کسی طرح ختم کر دیا جائے،</w:t>
      </w:r>
    </w:p>
    <w:p>
      <w:r>
        <w:rPr>
          <w:b/>
        </w:rPr>
        <w:t xml:space="preserve">[24:21] </w:t>
      </w:r>
      <w:r>
        <w:t>Balke mein is mahine mein kam az kam ek baar Quran ko study ki jaye, aur is ke is ke mani ko samajhne ki koshish ki jaye.</w:t>
      </w:r>
    </w:p>
    <w:p>
      <w:pPr>
        <w:jc w:val="right"/>
      </w:pPr>
      <w:r>
        <w:t>بلکہ میں اس مہینے میں کم از کم ایک بار قرآن کو اسٹڈی کی جائے، اور اس کے اس کے معنی کو سمجھنے کی کوشش کی جائے۔</w:t>
      </w:r>
    </w:p>
    <w:p>
      <w:r>
        <w:rPr>
          <w:b/>
        </w:rPr>
        <w:t xml:space="preserve">[24:34] </w:t>
      </w:r>
      <w:r>
        <w:t>To yeh mein samajhta hoon ke bohat hi ahem baat hai jis ko hamein janna chahiye.</w:t>
      </w:r>
    </w:p>
    <w:p>
      <w:pPr>
        <w:jc w:val="right"/>
      </w:pPr>
      <w:r>
        <w:t>تو یہ میں سمجھتا ہوں کہ بہت ہی اہم بات ہے جس کو ہمیں جاننا چاہیے۔</w:t>
      </w:r>
    </w:p>
    <w:p>
      <w:r>
        <w:rPr>
          <w:b/>
        </w:rPr>
        <w:t xml:space="preserve">[24:45] </w:t>
      </w:r>
      <w:r>
        <w:t>Agar yeh baat wazeh na ho to log dhoom se Tarawih padhenge, Quran khatam karenge, lekin asal jo hai, wohi nahi milega.</w:t>
      </w:r>
    </w:p>
    <w:p>
      <w:pPr>
        <w:jc w:val="right"/>
      </w:pPr>
      <w:r>
        <w:t>اگر یہ بات واضح نہ ہو تو لوگ دھوم سے تراویح پڑھیں گے، قرآن ختم کریں گے، لیکن اصل جو ہے، وہی نہیں ملے گا۔</w:t>
      </w:r>
    </w:p>
    <w:p>
      <w:r>
        <w:rPr>
          <w:b/>
        </w:rPr>
        <w:t xml:space="preserve">[24:54] </w:t>
      </w:r>
      <w:r>
        <w:t>Yani mutala kar ke, ghaur o fikr kar ke, is ki hikmaton ko daryaft karna.</w:t>
      </w:r>
    </w:p>
    <w:p>
      <w:pPr>
        <w:jc w:val="right"/>
      </w:pPr>
      <w:r>
        <w:t>یعنی مطالعہ کر کے، غور و فکر کر کے، اس کی حکمتوں کو دریافت کرنا۔</w:t>
      </w:r>
    </w:p>
    <w:p>
      <w:r>
        <w:rPr>
          <w:b/>
        </w:rPr>
        <w:t xml:space="preserve">[25:04] </w:t>
      </w:r>
      <w:r>
        <w:t>Mein jab Adam Garh mein tha to wahan ek thay Maulana Mujeebullah Nadvi, to woh bohat achhe aalim thay, hafiz bhi thay.</w:t>
      </w:r>
    </w:p>
    <w:p>
      <w:pPr>
        <w:jc w:val="right"/>
      </w:pPr>
      <w:r>
        <w:t>میں جب آدم گڑھ میں تھا تو وہاں ایک تھے مولانا مجیب اللہ ندوی، تو وہ بہت اچھے عالم تھے، حافظ بھی تھے۔</w:t>
      </w:r>
    </w:p>
    <w:p>
      <w:r>
        <w:rPr>
          <w:b/>
        </w:rPr>
        <w:t xml:space="preserve">[25:16] </w:t>
      </w:r>
      <w:r>
        <w:t>Woh to woh Ramzan mein Tarawih sunate thay. Un ka tareeqa yeh tha ke bohat zyada, yani woh ruk ruk kar padhte thay, jaise aam taur par masjidon mein bohat tez padhte hain, bohat tez padhte hain,</w:t>
      </w:r>
    </w:p>
    <w:p>
      <w:pPr>
        <w:jc w:val="right"/>
      </w:pPr>
      <w:r>
        <w:t>وہ تو وہ رمضان میں تراویح سناتے تھے۔ ان کا طریقہ یہ تھا کہ بہت زیادہ، یعنی وہ رک رک کر پڑھتے تھے، جیسے عام طور پر مسجدوں میں بہت تیز پڑھتے ہیں، بہت تیز پڑھتے ہیں،</w:t>
      </w:r>
    </w:p>
    <w:p>
      <w:r>
        <w:rPr>
          <w:b/>
        </w:rPr>
        <w:t xml:space="preserve">[25:35] </w:t>
      </w:r>
      <w:r>
        <w:t>lekin woh ruk ruk kar parhte thay. to is se aadmi ko mauqa milta tha ke woh is ko sunaye to sab, aur aur is par ghaur karta jaye.</w:t>
      </w:r>
    </w:p>
    <w:p>
      <w:pPr>
        <w:jc w:val="right"/>
      </w:pPr>
      <w:r>
        <w:t>لیکن وہ رک رک کر پڑھتے تھے۔ تو اس سے آدمی کو موقع ملتا تھا کہ وہ اس کو سنائے تو سب، اور اور اس پر غور کرتا جائے۔</w:t>
      </w:r>
    </w:p>
    <w:p>
      <w:r>
        <w:rPr>
          <w:b/>
        </w:rPr>
        <w:t xml:space="preserve">[25:45] </w:t>
      </w:r>
      <w:r>
        <w:t>mein un ke ghar se taqreeban ek kilometer door tha, adhoor mein. adhoor mein mera ghar jo tha, un ka ghar, un ke ghar ke pas ek masjid thi, wahan woh sunate thay.</w:t>
      </w:r>
    </w:p>
    <w:p>
      <w:pPr>
        <w:jc w:val="right"/>
      </w:pPr>
      <w:r>
        <w:t>میں ان کے گھر سے تقریباً ایک کلومیٹر دور تھا، ادھور میں۔ ادھور میں میرا گھر جو تھا، ان کا گھر، ان کے گھر کے پاس ایک مسجد تھی، وہاں وہ سناتے تھے۔</w:t>
      </w:r>
    </w:p>
    <w:p>
      <w:r>
        <w:rPr>
          <w:b/>
        </w:rPr>
        <w:t xml:space="preserve">[25:56] </w:t>
      </w:r>
      <w:r>
        <w:t>to mein ramzan mein rozana wahan jaya karta tha, is masjid mein, aur woh sawa para parhte thay aam taur par.</w:t>
      </w:r>
    </w:p>
    <w:p>
      <w:pPr>
        <w:jc w:val="right"/>
      </w:pPr>
      <w:r>
        <w:t>تو میں رمضان میں روزانہ وہاں جایا کرتا تھا، اس مسجد میں، اور وہ سوا پارہ پڑھتے تھے عام طور پر۔</w:t>
      </w:r>
    </w:p>
    <w:p>
      <w:r>
        <w:rPr>
          <w:b/>
        </w:rPr>
        <w:t xml:space="preserve">[26:07] </w:t>
      </w:r>
      <w:r>
        <w:t>to mein koshish karta tha ke is sawa pare ko peshgi mein parh loon, aur phir sunoon.</w:t>
      </w:r>
    </w:p>
    <w:p>
      <w:pPr>
        <w:jc w:val="right"/>
      </w:pPr>
      <w:r>
        <w:t>تو میں کوشش کرتا تھا کہ اس سوا پارے کو پیشگی میں پڑھ لوں، اور پھر سنوں۔</w:t>
      </w:r>
    </w:p>
    <w:p>
      <w:r>
        <w:rPr>
          <w:b/>
        </w:rPr>
        <w:t xml:space="preserve">[26:13] </w:t>
      </w:r>
      <w:r>
        <w:t>to un is jo sunnat, woh jo sunnat, woh jo sunate thay, jo theher theher kar, theher theher kar ke, to ek ek lafz saaf sunai deta tha.</w:t>
      </w:r>
    </w:p>
    <w:p>
      <w:pPr>
        <w:jc w:val="right"/>
      </w:pPr>
      <w:r>
        <w:t>تو ان اس جو سنت، وہ جو سنت، وہ جو سناتے تھے، جو ٹھہر ٹھہر کر، ٹھہر ٹھہر کر کے، تو ایک ایک لفظ صاف سنائی دیتا تھا۔</w:t>
      </w:r>
    </w:p>
    <w:p>
      <w:r>
        <w:rPr>
          <w:b/>
        </w:rPr>
        <w:t xml:space="preserve">[26:24] </w:t>
      </w:r>
      <w:r>
        <w:t>ek ek lafz par mauqa milta tha ke aadmi ghaur kare. yahi tareeqa sahi hai taraveeh ka. aaj kal jo taraveeh parhte hain ke is mein sab yalamoon talamoon sunai deta hai, baqi koi samajhne tak kya parha unhon ne.</w:t>
      </w:r>
    </w:p>
    <w:p>
      <w:pPr>
        <w:jc w:val="right"/>
      </w:pPr>
      <w:r>
        <w:t>ایک ایک لفظ پر موقع ملتا تھا کہ آدمی غور کرے۔ یہی طریقہ صحیح ہے تراویح کا۔ آج کل جو تراویح پڑھتے ہیں کہ اس میں سب یعلمون تعلمون سنائی دیتا ہے، باقی کوئی سمجھنے تک کیا پڑھا انہوں نے۔</w:t>
      </w:r>
    </w:p>
    <w:p>
      <w:r>
        <w:rPr>
          <w:b/>
        </w:rPr>
        <w:t xml:space="preserve">[26:38] </w:t>
      </w:r>
      <w:r>
        <w:t>jo khare rehte hain, woh sahi tareeqa nahi hai.</w:t>
      </w:r>
    </w:p>
    <w:p>
      <w:pPr>
        <w:jc w:val="right"/>
      </w:pPr>
      <w:r>
        <w:t>جو کھڑے رہتے ہیں، وہ صحیح طریقہ نہیں ہے۔</w:t>
      </w:r>
    </w:p>
    <w:p>
      <w:r>
        <w:rPr>
          <w:b/>
        </w:rPr>
        <w:t xml:space="preserve">[26:42] </w:t>
      </w:r>
      <w:r>
        <w:t>jo tareeqa tha Maulana Mujeeb Nadvi ka, woh mujhe bohat pasand tha. to mein apne ghar se jaya karta tha, wahan jo taqreeban ek kilometer ki dori par tha, ek shayad se kuch kam ho.</w:t>
      </w:r>
    </w:p>
    <w:p>
      <w:pPr>
        <w:jc w:val="right"/>
      </w:pPr>
      <w:r>
        <w:t>جو طریقہ تھا مولانا مجیب ندوی کا، وہ مجھے بہت پسند تھا۔ تو میں اپنے گھر سے جایا کرتا تھا، وہاں جو تقریباً ایک کلومیٹر کی دوری پر تھا، ایک شاید سے کچھ کم ہو۔</w:t>
      </w:r>
    </w:p>
    <w:p>
      <w:r>
        <w:rPr>
          <w:b/>
        </w:rPr>
        <w:t xml:space="preserve">[26:58] </w:t>
      </w:r>
      <w:r>
        <w:t>to taraveeh ek bohat hi achi rivayat hai, bashart ke is ko mutala-e-quran ke hum maani bana diya jaye.</w:t>
      </w:r>
    </w:p>
    <w:p>
      <w:pPr>
        <w:jc w:val="right"/>
      </w:pPr>
      <w:r>
        <w:t>تو تراویح ایک بہت ہی اچھی روایت ہے، بشرط کہ اس کو مطالعہ قرآن کے ہم معنی بنا دیا جائے۔</w:t>
      </w:r>
    </w:p>
    <w:p>
      <w:r>
        <w:rPr>
          <w:b/>
        </w:rPr>
        <w:t xml:space="preserve">[27:09] </w:t>
      </w:r>
      <w:r>
        <w:t>kyunke jab imam jo hai,</w:t>
      </w:r>
    </w:p>
    <w:p>
      <w:pPr>
        <w:jc w:val="right"/>
      </w:pPr>
      <w:r>
        <w:t>کیونکہ جب امام جو ہے،</w:t>
      </w:r>
    </w:p>
    <w:p>
      <w:r>
        <w:rPr>
          <w:b/>
        </w:rPr>
        <w:t xml:space="preserve">[27:15] </w:t>
      </w:r>
      <w:r>
        <w:t>imam jo hai, woh ruk ruk kar parhe ga, theher theher kar parhe ga, to aap ko mauqa hoga ke aap is ke, is ko, is ke alfaaz ko dhyan dete rahen, ghaur karte rahen, samajhte rahen is ko.</w:t>
      </w:r>
    </w:p>
    <w:p>
      <w:pPr>
        <w:jc w:val="right"/>
      </w:pPr>
      <w:r>
        <w:t>امام جو ہے، وہ رک رک کر پڑھے گا، ٹھہر ٹھہر کر پڑھے گا، تو آپ کو موقع ہوگا کہ آپ اس کے، اس کو، اس کے الفاظ کو دھیان دیتے رہیں، غور کرتے رہیں، سمجھتے رہیں اس کو۔</w:t>
      </w:r>
    </w:p>
    <w:p>
      <w:r>
        <w:rPr>
          <w:b/>
        </w:rPr>
        <w:t xml:space="preserve">[27:31] </w:t>
      </w:r>
      <w:r>
        <w:t>lekin jo riwaj pad gaya hai taraveeh sunane ka, phir phir phir phir phir phir phir, is se to koi faida nahi milta,</w:t>
      </w:r>
    </w:p>
    <w:p>
      <w:pPr>
        <w:jc w:val="right"/>
      </w:pPr>
      <w:r>
        <w:t>لیکن جو رواج پڑ گیا ہے تراویح سنانے کا، پھر پھر پھر پھر پھر پھر پھر، اس سے تو کوئی فائدہ نہیں ملتا،</w:t>
      </w:r>
    </w:p>
    <w:p>
      <w:r>
        <w:rPr>
          <w:b/>
        </w:rPr>
        <w:t xml:space="preserve">[27:40] </w:t>
      </w:r>
      <w:r>
        <w:t>is se koi faida nahi milta. to ramzan ke mahine ko kaha jata hai ke barkat ka mahina hai, barkat ka mahina hai. is ka matlab kya hai?</w:t>
      </w:r>
    </w:p>
    <w:p>
      <w:pPr>
        <w:jc w:val="right"/>
      </w:pPr>
      <w:r>
        <w:t>اس سے کوئی فائدہ نہیں ملتا۔ تو رمضان کے مہینے کو کہا جاتا ہے کہ برکت کا مہینہ ہے، برکت کا مہینہ ہے۔ اس کا مطلب کیا ہے؟</w:t>
      </w:r>
    </w:p>
    <w:p>
      <w:r>
        <w:rPr>
          <w:b/>
        </w:rPr>
        <w:t xml:space="preserve">[27:52] </w:t>
      </w:r>
      <w:r>
        <w:t>barkat ka mahina yahi hai ke ziyada jab aap ka zehn bedar hoga, ziyada aap ki hassasiyat jaage gi, ziyada aap ke andar rabaniyat aaye gi, ziyada aap ghaur o fikr karen ge Allah wali baaton par, to aap ziyada zinda insan ban jayen ge,</w:t>
      </w:r>
    </w:p>
    <w:p>
      <w:pPr>
        <w:jc w:val="right"/>
      </w:pPr>
      <w:r>
        <w:t>برکت کا مہینہ یہی ہے کہ زیادہ جب آپ کا ذہن بیدار ہوگا، زیادہ آپ کی حساسیت جاگے گی، زیادہ آپ کے اندر ربانیت آئے گی، زیادہ آپ غور و فکر کریں گے اللہ والی باتوں پر، تو آپ زیادہ زندہ انسان بن جائیں گے،</w:t>
      </w:r>
    </w:p>
    <w:p>
      <w:r>
        <w:rPr>
          <w:b/>
        </w:rPr>
        <w:t xml:space="preserve">[28:11] </w:t>
      </w:r>
      <w:r>
        <w:t>aur ziyada aap ko rizq-e-rab mile ga, ziyada aap ko rizq-e-roohaniyat mile gi, ziyada gehre maani-e-marifat ke aap par khulte chale jayen ge.</w:t>
      </w:r>
    </w:p>
    <w:p>
      <w:pPr>
        <w:jc w:val="right"/>
      </w:pPr>
      <w:r>
        <w:t>اور زیادہ آپ کو رزق رب ملے گا، زیادہ آپ کو رزق روحانیت ملے گی، زیادہ گہرے معنی معرفت کے آپ پر کھلتے چلے جائیں گے۔</w:t>
      </w:r>
    </w:p>
    <w:p>
      <w:r>
        <w:rPr>
          <w:b/>
        </w:rPr>
        <w:t xml:space="preserve">[28:27] </w:t>
      </w:r>
      <w:r>
        <w:t>yeh matlab hai, yani barkat ramzan barkat ka mahina hai, koi mysterious maani mein nahi hai, mysterious maani mein nahi hai,</w:t>
      </w:r>
    </w:p>
    <w:p>
      <w:pPr>
        <w:jc w:val="right"/>
      </w:pPr>
      <w:r>
        <w:t>یہ مطلب ہے، یعنی برکت رمضان برکت کا مہینہ ہے، کوئی مسٹیریس معنی میں نہیں ہے، مسٹیریس معنی میں نہیں ہے،</w:t>
      </w:r>
    </w:p>
    <w:p>
      <w:r>
        <w:rPr>
          <w:b/>
        </w:rPr>
        <w:t xml:space="preserve">[28:39] </w:t>
      </w:r>
      <w:r>
        <w:t>balkeh woh bilkul, yani rationally understandable hai ke jab aap ziyada, aap ka mind ziyada active hoga, ziyada awaken hoga, ziyada dhyan ke sath aap quran ko parhen ge, taraveeh mein quran ko sunen ge, ziyada dhyan ke sath, to aap ko rozana kuch naye naye rizq milen ge,</w:t>
      </w:r>
    </w:p>
    <w:p>
      <w:pPr>
        <w:jc w:val="right"/>
      </w:pPr>
      <w:r>
        <w:t>بلکہ وہ بالکل، یعنی ریشنلی انڈرسٹینڈیبل ہے کہ جب آپ زیادہ، آپ کا مائنڈ زیادہ ایکٹیو ہوگا، زیادہ اویکن ہوگا، زیادہ دھیان کے ساتھ آپ قرآن کو پڑھیں گے، تراویح میں قرآن کو سنیں گے، زیادہ دھیان کے ساتھ، تو آپ کو روزانہ کچھ نئے نئے رزق ملیں گے،</w:t>
      </w:r>
    </w:p>
    <w:p>
      <w:r>
        <w:rPr>
          <w:b/>
        </w:rPr>
        <w:t xml:space="preserve">[29:01] </w:t>
      </w:r>
      <w:r>
        <w:t>naye naye maani khulen ge aap ke upar, Allah se qurbat aap ki badhe gi. yeh hoga.</w:t>
      </w:r>
    </w:p>
    <w:p>
      <w:pPr>
        <w:jc w:val="right"/>
      </w:pPr>
      <w:r>
        <w:t>نئے نئے معنی کھلیں گے آپ کے اوپر، اللہ سے قربت آپ کی بڑھے گی۔ یہ ہوگا۔</w:t>
      </w:r>
    </w:p>
    <w:p>
      <w:r>
        <w:rPr>
          <w:b/>
        </w:rPr>
        <w:t xml:space="preserve">[29:10] </w:t>
      </w:r>
      <w:r>
        <w:t>aise hi dekhiye, woh jo ayat maine parhi,</w:t>
      </w:r>
    </w:p>
    <w:p>
      <w:pPr>
        <w:jc w:val="right"/>
      </w:pPr>
      <w:r>
        <w:t>ایسے ہی دیکھیے، وہ جو آیت میں نے پڑھی،</w:t>
      </w:r>
    </w:p>
    <w:p>
      <w:r>
        <w:rPr>
          <w:b/>
        </w:rPr>
        <w:t xml:space="preserve">[29:16] </w:t>
      </w:r>
      <w:r>
        <w:t>is ka doosra hissa yeh hai ke in par fama wahan ma asab fi sabilillah wa ma du'fa wa istagan to bazahir log is ka matlab lete hain ke jang mein woh yahan teen lafz hain.</w:t>
      </w:r>
    </w:p>
    <w:p>
      <w:pPr>
        <w:jc w:val="right"/>
      </w:pPr>
      <w:r>
        <w:t>اس کا دوسرا حصہ یہ ہے کہ ان پر فما وہن ما اصاب فی سبیل اللہ وما ضعف واستقان تو بظاہر لوگ اس کا مطلب لیتے ہیں کہ جنگ میں وہ یہاں تین لفظ ہیں۔</w:t>
      </w:r>
    </w:p>
    <w:p>
      <w:r>
        <w:rPr>
          <w:b/>
        </w:rPr>
        <w:t xml:space="preserve">[29:32] </w:t>
      </w:r>
      <w:r>
        <w:t>dekhiye, fama wahan wa ma du'fa wa istagan teen lafz hain,</w:t>
      </w:r>
    </w:p>
    <w:p>
      <w:pPr>
        <w:jc w:val="right"/>
      </w:pPr>
      <w:r>
        <w:t>دیکھیے، فما وهن وما ضعف واستقان تین لفظ ہیں،</w:t>
      </w:r>
    </w:p>
    <w:p>
      <w:r>
        <w:rPr>
          <w:b/>
        </w:rPr>
        <w:t xml:space="preserve">[29:40] </w:t>
      </w:r>
      <w:r>
        <w:t>teenon qareeb, teenon ke maani qareeb qareeb hain, yani disheartened nahi hui, woh past himmat nahi hui. Allah ke raste mein in par jo jo kuch beeta, in ke upar to is par woh in ke andar wahan nahi aaya, du'f nahi aaya, istiqalat nahi aaya.</w:t>
      </w:r>
    </w:p>
    <w:p>
      <w:pPr>
        <w:jc w:val="right"/>
      </w:pPr>
      <w:r>
        <w:t>تینوں قریب، تینوں کے معنی قریب قریب ہیں، یعنی ڈس ہارڈن نہیں ہوئی، وہ پست ہمت نہیں ہوئی۔ اللہ کے راستے میں ان پر جو جو کچھ بیتا، ان کے اوپر تو اس پر وہ ان کے اندر وہن نہیں آیا، ضعف نہیں آیا، استقالت نہیں آیا۔</w:t>
      </w:r>
    </w:p>
    <w:p>
      <w:r>
        <w:rPr>
          <w:b/>
        </w:rPr>
        <w:t xml:space="preserve">[30:03] </w:t>
      </w:r>
      <w:r>
        <w:t>yeh teen lafz lafz hain, lekin teenon ke maani qareeb qareeb ek hain,</w:t>
      </w:r>
    </w:p>
    <w:p>
      <w:pPr>
        <w:jc w:val="right"/>
      </w:pPr>
      <w:r>
        <w:t>یہ تین لفظ لفظ ہیں، لیکن تینوں کے معنی قریب قریب ایک ہیں،</w:t>
      </w:r>
    </w:p>
    <w:p>
      <w:r>
        <w:rPr>
          <w:b/>
        </w:rPr>
        <w:t xml:space="preserve">[30:08] </w:t>
      </w:r>
      <w:r>
        <w:t>yani past himmat nahi hui, disheartened nahi hui. to is ko matlab samajhte hain ke kyunke wahan qatilon ka lafz aa gaya hai, to is ko jang ke maani mein lete hain.</w:t>
      </w:r>
    </w:p>
    <w:p>
      <w:pPr>
        <w:jc w:val="right"/>
      </w:pPr>
      <w:r>
        <w:t>یعنی پست ہمت نہیں ہوئی، ڈس ہارڈن نہیں ہوئی۔ تو اس کو مطلب سمجھتے ہیں کہ کیونکہ وہاں قاتلوں کا لفظ آ گیا ہے، تو اس کو جنگ کے معنی میں لیتے ہیں۔</w:t>
      </w:r>
    </w:p>
    <w:p>
      <w:r>
        <w:rPr>
          <w:b/>
        </w:rPr>
        <w:t xml:space="preserve">[30:22] </w:t>
      </w:r>
      <w:r>
        <w:t>to madain jang mein agar is aayat ka, yaani ke application hai, to woh to kabhi kabhi hota hai, khud rasool Allah ki zindagi mein chaar baar sirf hua tha, 23 saal mein, chaar din.</w:t>
      </w:r>
    </w:p>
    <w:p>
      <w:pPr>
        <w:jc w:val="right"/>
      </w:pPr>
      <w:r>
        <w:t>تو مدائیں جنگ میں اگر اس آیت کا، یعنی کہ ایپلیکیشن ہے، تو وہ تو کبھی کبھی ہوتا ہے، خود رسول اللہ کی زندگی میں چار بار صرف ہوا تھا، 23 سال میں، چار دن۔</w:t>
      </w:r>
    </w:p>
    <w:p>
      <w:r>
        <w:rPr>
          <w:b/>
        </w:rPr>
        <w:t xml:space="preserve">[30:34] </w:t>
      </w:r>
      <w:r>
        <w:t>to kaha, chaar din ke siwa is aayat ka koi application nahi hai.</w:t>
      </w:r>
    </w:p>
    <w:p>
      <w:pPr>
        <w:jc w:val="right"/>
      </w:pPr>
      <w:r>
        <w:t>تو کہا، چار دن کے سوا اس آیت کا کوئی ایپلیکیشن نہیں ہے۔</w:t>
      </w:r>
    </w:p>
    <w:p>
      <w:r>
        <w:rPr>
          <w:b/>
        </w:rPr>
        <w:t xml:space="preserve">[30:39] </w:t>
      </w:r>
      <w:r>
        <w:t>to is par sochte hue main samjha ke yeh daily life ke bare mein hai, yeh jang ke maidan ke bare mein nahi hai.</w:t>
      </w:r>
    </w:p>
    <w:p>
      <w:pPr>
        <w:jc w:val="right"/>
      </w:pPr>
      <w:r>
        <w:t>تو اس پر سوچتے ہوئے میں سمجھا کہ یہ ڈیلی لائف کے بارے میں ہے، یہ جنگ کے میدان کے بارے میں نہیں ہے۔</w:t>
      </w:r>
    </w:p>
    <w:p>
      <w:r>
        <w:rPr>
          <w:b/>
        </w:rPr>
        <w:t xml:space="preserve">[30:47] </w:t>
      </w:r>
      <w:r>
        <w:t>dekhein, aadmi daily life mein baar baar past himmat ho jata hai, past himmat maani us ke dil toot jata hai.</w:t>
      </w:r>
    </w:p>
    <w:p>
      <w:pPr>
        <w:jc w:val="right"/>
      </w:pPr>
      <w:r>
        <w:t>دیکھیں، آدمی ڈیلی لائف میں بار بار پست ہمت ہو جاتا ہے، پست ہمت معنی اس کے دل ٹوٹ جاتا ہے۔</w:t>
      </w:r>
    </w:p>
    <w:p>
      <w:r>
        <w:rPr>
          <w:b/>
        </w:rPr>
        <w:t xml:space="preserve">[30:57] </w:t>
      </w:r>
      <w:r>
        <w:t>kyun? duniya mein jin logon ke sath rehta hai, woh to baar baar aisa hota hai ke us ki umeedain poori nahi hoti,</w:t>
      </w:r>
    </w:p>
    <w:p>
      <w:pPr>
        <w:jc w:val="right"/>
      </w:pPr>
      <w:r>
        <w:t>کیوں؟ دنیا میں جن لوگوں کے ساتھ رہتا ہے، وہ تو بار بار ایسا ہوتا ہے کہ اس کی امیدیں پوری نہیں ہوتی،</w:t>
      </w:r>
    </w:p>
    <w:p>
      <w:r>
        <w:rPr>
          <w:b/>
        </w:rPr>
        <w:t xml:space="preserve">[31:05] </w:t>
      </w:r>
      <w:r>
        <w:t>kahin baar baar sath koi offend ho jata hai, baar baar aisa hota hai ke us ko koi takleef pahunch jati hai. to is se past himmat ho jata hai, us ka dil toot jata hai, disheartened ho jata hai.</w:t>
      </w:r>
    </w:p>
    <w:p>
      <w:pPr>
        <w:jc w:val="right"/>
      </w:pPr>
      <w:r>
        <w:t>کہیں بار بار ساتھ کوئی افنڈ ہو جاتا ہے، بار بار ایسا ہوتا ہے کہ اس کو کوئی تکلیف پہنچ جاتی ہے۔ تو اس سے پست ہمت ہو جاتا ہے، اس کا دل ٹوٹ جاتا ہے، ڈس ہارڈن ہو جاتا ہے۔</w:t>
      </w:r>
    </w:p>
    <w:p>
      <w:r>
        <w:rPr>
          <w:b/>
        </w:rPr>
        <w:t xml:space="preserve">[31:18] </w:t>
      </w:r>
      <w:r>
        <w:t>is se mana kiya gaya ke yeh to ho gayi, yeh to test hai, ho gayi. woh</w:t>
      </w:r>
    </w:p>
    <w:p>
      <w:pPr>
        <w:jc w:val="right"/>
      </w:pPr>
      <w:r>
        <w:t>اس سے منع کیا گیا کہ یہ تو ہو گئی، یہ تو ٹیسٹ ہے، ہو گئی۔ وہ</w:t>
      </w:r>
    </w:p>
    <w:p>
      <w:r>
        <w:rPr>
          <w:b/>
        </w:rPr>
        <w:t xml:space="preserve">[31:26] </w:t>
      </w:r>
      <w:r>
        <w:t>aisi baatein zaroor paish aayengi ke tum offend ho jao, aisi pareshaniyan zaroor paish aayengi jis se tumhara dil toot jaye, past himmat ho jao.</w:t>
      </w:r>
    </w:p>
    <w:p>
      <w:pPr>
        <w:jc w:val="right"/>
      </w:pPr>
      <w:r>
        <w:t>ایسی باتیں ضرور پیش آئیں گی کہ تم افنڈ ہو جاؤ، ایسی پیسے ضرور پیش آئیں گے جس سے تمہارا دل ٹوٹ جائے، پستی پتی آ جائے۔</w:t>
      </w:r>
    </w:p>
    <w:p>
      <w:r>
        <w:rPr>
          <w:b/>
        </w:rPr>
        <w:t xml:space="preserve">[31:35] </w:t>
      </w:r>
      <w:r>
        <w:t>lekin is ko foran ke foran sahi karna kar lena hai, sahi foran is se bahar aana hai, foran ke foran.</w:t>
      </w:r>
    </w:p>
    <w:p>
      <w:pPr>
        <w:jc w:val="right"/>
      </w:pPr>
      <w:r>
        <w:t>لیکن اس کو فوراً کے فوراً صحیح کرنا کر لینا ہے، صحیح فوراً اس سے باہر آنا ہے، فوراً کے فوراً۔</w:t>
      </w:r>
    </w:p>
    <w:p>
      <w:r>
        <w:rPr>
          <w:b/>
        </w:rPr>
        <w:t xml:space="preserve">[31:46] </w:t>
      </w:r>
      <w:r>
        <w:t>fama wahana ma asaba fi sabilillah wa ma da'ufa was takana</w:t>
      </w:r>
    </w:p>
    <w:p>
      <w:pPr>
        <w:jc w:val="right"/>
      </w:pPr>
      <w:r>
        <w:t>فما وهن ما اصاب فی سبیل اللہ وما ضعف واستقان</w:t>
      </w:r>
    </w:p>
    <w:p>
      <w:r>
        <w:rPr>
          <w:b/>
        </w:rPr>
        <w:t xml:space="preserve">[31:52] </w:t>
      </w:r>
      <w:r>
        <w:t>ke duniya ki zindagi mein logon ke sath zindagi guzarte hue jo logon se unwanted tajurba ho, logon ki taraf se jo aisi baatein paish aayen ke tumhara dil toot jaye, tum offend ho jao, to is ko effective na hone do.</w:t>
      </w:r>
    </w:p>
    <w:p>
      <w:pPr>
        <w:jc w:val="right"/>
      </w:pPr>
      <w:r>
        <w:t>کہ دنیا کی زندگی میں لوگوں کے ساتھ زندگی گزارتے ہوئے جو لوگوں سے ان وانٹڈ تجربہ ہو، لوگوں کی طرف سے جو ایسی باتیں پیش آئیں کہ تمہارا دل ٹوٹ جائے، تم افنڈ ہو جاؤ، تو اس کو ایفیکٹیو نہ ہونے دو۔</w:t>
      </w:r>
    </w:p>
    <w:p>
      <w:r>
        <w:rPr>
          <w:b/>
        </w:rPr>
        <w:t xml:space="preserve">[32:13] </w:t>
      </w:r>
      <w:r>
        <w:t>wahan ladai ki baat nahi hai,</w:t>
      </w:r>
    </w:p>
    <w:p>
      <w:pPr>
        <w:jc w:val="right"/>
      </w:pPr>
      <w:r>
        <w:t>وہاں لڑائی کی بات نہیں ہے،</w:t>
      </w:r>
    </w:p>
    <w:p>
      <w:r>
        <w:rPr>
          <w:b/>
        </w:rPr>
        <w:t xml:space="preserve">[32:16] </w:t>
      </w:r>
      <w:r>
        <w:t>is ko effective na hone do, is se asar na lo, yaani woh aisa na ho ke woh tumhare andar negative ban kar reh jaye.</w:t>
      </w:r>
    </w:p>
    <w:p>
      <w:pPr>
        <w:jc w:val="right"/>
      </w:pPr>
      <w:r>
        <w:t>اس کو ایفیکٹیو نہ ہونے دو، اس سے اثر نہ لو، یعنی وہ ایسا نہ ہو کہ وہ تمہارے اندر نیگیٹیو بن کر رہ جائے۔</w:t>
      </w:r>
    </w:p>
    <w:p>
      <w:r>
        <w:rPr>
          <w:b/>
        </w:rPr>
        <w:t xml:space="preserve">[32:26] </w:t>
      </w:r>
      <w:r>
        <w:t>is ko nikal do taake tumhari positive baqi rahe.</w:t>
      </w:r>
    </w:p>
    <w:p>
      <w:pPr>
        <w:jc w:val="right"/>
      </w:pPr>
      <w:r>
        <w:t>اس کو نکال دو تاکہ تمہاری پازیٹیو باقی رہے۔</w:t>
      </w:r>
    </w:p>
    <w:p>
      <w:r>
        <w:rPr>
          <w:b/>
        </w:rPr>
        <w:t xml:space="preserve">[32:33] </w:t>
      </w:r>
      <w:r>
        <w:t>is se pehle maine ek qissa aap se sunaya tha, is ko main dohrata hoon ke rasool Allah salallahu alaihi wasallam ek baar baithe hue the kuch sahaba ke sath, to ek shakhs samne se guzra.</w:t>
      </w:r>
    </w:p>
    <w:p>
      <w:pPr>
        <w:jc w:val="right"/>
      </w:pPr>
      <w:r>
        <w:t>اس سے پہلے میں نے ایک قصہ آپ سے سنایا تھا، اس کو میں دہراتا ہوں کہ رسول اللہ صلی اللہ علیہ وسلم ایک بار بیٹھے ہوئے تھے کچھ صحابہ کے ساتھ، تو ایک شخص سامنے سے گزرا۔</w:t>
      </w:r>
    </w:p>
    <w:p>
      <w:r>
        <w:rPr>
          <w:b/>
        </w:rPr>
        <w:t xml:space="preserve">[32:49] </w:t>
      </w:r>
      <w:r>
        <w:t>us ne salam bhi nahi kiya, bas guzar gaya. woh</w:t>
      </w:r>
    </w:p>
    <w:p>
      <w:pPr>
        <w:jc w:val="right"/>
      </w:pPr>
      <w:r>
        <w:t>اس نے سلام بھی نہیں کیا، بس گزر گیا۔ وہ</w:t>
      </w:r>
    </w:p>
    <w:p>
      <w:r>
        <w:rPr>
          <w:b/>
        </w:rPr>
        <w:t xml:space="preserve">[32:54] </w:t>
      </w:r>
      <w:r>
        <w:t>to rasool Allah ne us ko dekh kar kaha ke yeh jannati hai, yaani us ne na aa kar baitha, na baat cheet ki, na salam kiya, woh bas guzar gaya.</w:t>
      </w:r>
    </w:p>
    <w:p>
      <w:pPr>
        <w:jc w:val="right"/>
      </w:pPr>
      <w:r>
        <w:t>تو رسول اللہ نے اس کو دیکھ کر کہا کہ یہ جنتی ہے، یعنی اس نے نہ آ کر بیٹھا، نہ بات چیت کی، نہ سلام کیا، وہ بس گزر گیا۔</w:t>
      </w:r>
    </w:p>
    <w:p>
      <w:r>
        <w:rPr>
          <w:b/>
        </w:rPr>
        <w:t xml:space="preserve">[33:05] </w:t>
      </w:r>
      <w:r>
        <w:t>to aap ne kaha ke yeh jannati hai.</w:t>
      </w:r>
    </w:p>
    <w:p>
      <w:pPr>
        <w:jc w:val="right"/>
      </w:pPr>
      <w:r>
        <w:t>تو آپ نے کہا کہ یہ جنتی ہے۔</w:t>
      </w:r>
    </w:p>
    <w:p>
      <w:r>
        <w:rPr>
          <w:b/>
        </w:rPr>
        <w:t xml:space="preserve">[33:10] </w:t>
      </w:r>
      <w:r>
        <w:t>to ek sahabi kehte hain ke mujhe yeh shauq hua ke main pata karoon ke is ke kaun se amal yeh karta hai ke jis ko jis ne is ko jannati bana diya hai.</w:t>
      </w:r>
    </w:p>
    <w:p>
      <w:pPr>
        <w:jc w:val="right"/>
      </w:pPr>
      <w:r>
        <w:t>تو ایک صحابی کہتے ہیں کہ مجھے یہ شوق ہوا کہ میں پتہ کروں کہ اس کے کون سا عمل یہ کرتا ہے کہ جس کو جس نے اس کو جنتی بنا دیا ہے۔</w:t>
      </w:r>
    </w:p>
    <w:p>
      <w:r>
        <w:rPr>
          <w:b/>
        </w:rPr>
        <w:t xml:space="preserve">[33:22] </w:t>
      </w:r>
      <w:r>
        <w:t>to main is ke ghar gaya. to us qadeem zamane mein yeh riwaj tha ke teen din ki mehmaani hua karti thi. qadeem zamane mein jab hotel nahi the to log theharte the gharon mein.</w:t>
      </w:r>
    </w:p>
    <w:p>
      <w:pPr>
        <w:jc w:val="right"/>
      </w:pPr>
      <w:r>
        <w:t>تو میں اس کے گھر گیا۔ تو اس قدیم زمانے میں یہ رواج تھا کہ تین دن کی مہمانی ہوا کرتی تھی۔ قدیم زمانے میں جب ہوٹل نہیں تھے تو لوگ ٹھہرتے تھے گھروں میں۔</w:t>
      </w:r>
    </w:p>
    <w:p>
      <w:r>
        <w:rPr>
          <w:b/>
        </w:rPr>
        <w:t xml:space="preserve">[33:36] </w:t>
      </w:r>
      <w:r>
        <w:t>to us woh gaya, us ne kaha ke main tumhare haan teen din thehroonga. to us ne kaha ke theek hai. to teen din us ko ho subah shaam.</w:t>
      </w:r>
    </w:p>
    <w:p>
      <w:pPr>
        <w:jc w:val="right"/>
      </w:pPr>
      <w:r>
        <w:t>تو اس وہ گیا، اس نے کہا کہ میں تمہارے ہاں تین دن ٹھہروں گا۔ تو اس نے کہا کہ ٹھیک ہے۔ تو تین دن اس کو ہو صبح شام۔</w:t>
      </w:r>
    </w:p>
    <w:p>
      <w:r>
        <w:rPr>
          <w:b/>
        </w:rPr>
        <w:t xml:space="preserve">[33:47] </w:t>
      </w:r>
      <w:r>
        <w:t>aakhri baar jab woh jaane ke liye tayyar hua, us ne kaha ke sahib e khana se ke main ab ja raha hoon. to us ne poocha ke yeh batao ke tum aaye kis liye the?</w:t>
      </w:r>
    </w:p>
    <w:p>
      <w:pPr>
        <w:jc w:val="right"/>
      </w:pPr>
      <w:r>
        <w:t>آخری بار جب وہ جانے کے لیے تیار ہوا، اس نے کہا کہ صاحب خانہ سے کہ میں اب جا رہا ہوں۔ تو اس نے پوچھا کہ یہ بتاؤ کہ تم آئے کس لیے تھے؟</w:t>
      </w:r>
    </w:p>
    <w:p>
      <w:r>
        <w:rPr>
          <w:b/>
        </w:rPr>
        <w:t xml:space="preserve">[34:00] </w:t>
      </w:r>
      <w:r>
        <w:t>kyun ke us ne bataya nahi tha ke main kyun aaya hoon. to aakhri din us ne bataya ke rasool Allah ne aisa kaha tha ke tumhare bare mein ke tum jannati ho, tumhein pata karne aaya tha.</w:t>
      </w:r>
    </w:p>
    <w:p>
      <w:pPr>
        <w:jc w:val="right"/>
      </w:pPr>
      <w:r>
        <w:t>کیونکہ اس نے بتایا نہیں تھا کہ میں کیوں آیا ہوں۔ تو آخری دن اس نے بتایا کہ رسول اللہ نے ایسا کہا تھا کہ تمہارے بارے میں کہ تم جنتی ہو، تمہیں پتہ کرنے آیا تھا۔</w:t>
      </w:r>
    </w:p>
    <w:p>
      <w:r>
        <w:rPr>
          <w:b/>
        </w:rPr>
        <w:t xml:space="preserve">[34:11] </w:t>
      </w:r>
      <w:r>
        <w:t>main tumhari zindagi maine koi khaas baat to dekhi nahi ke tum bohat zyada namaz parhte ho, bohat zyada roza rakhte ho,</w:t>
      </w:r>
    </w:p>
    <w:p>
      <w:pPr>
        <w:jc w:val="right"/>
      </w:pPr>
      <w:r>
        <w:t>میں تمہاری زندگی میں نے کوئی خاص بات تو دیکھی نہیں کہ تم بہت زیادہ نماز پڑھتے ہو، بہت زیادہ روزہ رکھتے ہو،</w:t>
      </w:r>
    </w:p>
    <w:p>
      <w:r>
        <w:rPr>
          <w:b/>
        </w:rPr>
        <w:t xml:space="preserve">[34:18] </w:t>
      </w:r>
      <w:r>
        <w:t>bohat zyada tilawat karte ho, aisa kuch paya nahi maine. to us shakhs ne kaha ke tum ne jaisa mujh ko dekha, waise hi main hoon.</w:t>
      </w:r>
    </w:p>
    <w:p>
      <w:pPr>
        <w:jc w:val="right"/>
      </w:pPr>
      <w:r>
        <w:t>بہت زیادہ تلاوت کرتے ہو، ایسا کچھ پایا نہیں میں نے۔ تو اس شخص نے کہا کہ تم نے جیسا مجھ کو دیکھا، ویسے ہی میں ہوں۔</w:t>
      </w:r>
    </w:p>
    <w:p>
      <w:r>
        <w:rPr>
          <w:b/>
        </w:rPr>
        <w:t xml:space="preserve">[34:28] </w:t>
      </w:r>
      <w:r>
        <w:t>albatta ek sifat mere andar hai, woh yeh hai ke la ghill fi qalbi kashan lahad la</w:t>
      </w:r>
    </w:p>
    <w:p>
      <w:pPr>
        <w:jc w:val="right"/>
      </w:pPr>
      <w:r>
        <w:t>البتہ ایک صفت میرے اندر ہے، وہ یہ ہے کہ لا عید فی قلبی کشن لحد لا</w:t>
      </w:r>
    </w:p>
    <w:p>
      <w:r>
        <w:rPr>
          <w:b/>
        </w:rPr>
        <w:t xml:space="preserve">[34:39] </w:t>
      </w:r>
      <w:r>
        <w:t>ghill fi qalbi kashan lahad</w:t>
      </w:r>
    </w:p>
    <w:p>
      <w:pPr>
        <w:jc w:val="right"/>
      </w:pPr>
      <w:r>
        <w:t>عید فی قلبی کشن لحد</w:t>
      </w:r>
    </w:p>
    <w:p>
      <w:r>
        <w:rPr>
          <w:b/>
        </w:rPr>
        <w:t xml:space="preserve">[34:42] </w:t>
      </w:r>
      <w:r>
        <w:t>yani log mujhe offend karen, log mujhe koi takleef pahunchayen, logon se mujhe unwanted koi experience ho, lekin main main is ko dil mein rakh nahin leta.</w:t>
      </w:r>
    </w:p>
    <w:p>
      <w:pPr>
        <w:jc w:val="right"/>
      </w:pPr>
      <w:r>
        <w:t>یعنی لوگ مجھے افنڈ کریں، لوگ مجھے کوئی تکلیف پہنچائیں، لوگوں سے مجھے ان وانٹڈ کوئی ایکسپیرینس ہو، لیکن میں میں اس کو دل میں رکھ نہیں لیتا۔</w:t>
      </w:r>
    </w:p>
    <w:p>
      <w:r>
        <w:rPr>
          <w:b/>
        </w:rPr>
        <w:t xml:space="preserve">[34:55] </w:t>
      </w:r>
      <w:r>
        <w:t>yani main ne to kisi ke liye baish nahin, kisi ke liye keena nahin, kisi ke liye shikayat nahin. ghill mani yahi hoti hai, ghill mani wohi jo angrezi mein kehte hain, malice.</w:t>
      </w:r>
    </w:p>
    <w:p>
      <w:pPr>
        <w:jc w:val="right"/>
      </w:pPr>
      <w:r>
        <w:t>یعنی میں نے تو کسی کے لیے بالش نہیں، کسی کے لیے کینہ نہیں، کسی کے لیے شکایت نہیں۔ غش معنی یہی ہوتی ہے، غش معنی وہی جو انگریزی میں کہتے ہیں، مائلس۔</w:t>
      </w:r>
    </w:p>
    <w:p>
      <w:r>
        <w:rPr>
          <w:b/>
        </w:rPr>
        <w:t xml:space="preserve">[35:07] </w:t>
      </w:r>
      <w:r>
        <w:t>to us ne kaha ke bas yahi baat hai jis ki wajah se tum jannati ho.</w:t>
      </w:r>
    </w:p>
    <w:p>
      <w:pPr>
        <w:jc w:val="right"/>
      </w:pPr>
      <w:r>
        <w:t>تو اس نے کہا کہ بس یہی بات ہے جس کی وجہ سے تم جنتی ہو۔</w:t>
      </w:r>
    </w:p>
    <w:p>
      <w:r>
        <w:rPr>
          <w:b/>
        </w:rPr>
        <w:t xml:space="preserve">[35:17] </w:t>
      </w:r>
      <w:r>
        <w:t>to roza us ki tarbiyat hai, quran parh kar ke hi zehan banana hai.</w:t>
      </w:r>
    </w:p>
    <w:p>
      <w:pPr>
        <w:jc w:val="right"/>
      </w:pPr>
      <w:r>
        <w:t>تو روزہ اس کی تربیت ہے، قرآن پڑھ کر کے ہی ذہن بنانا ہے۔</w:t>
      </w:r>
    </w:p>
    <w:p>
      <w:r>
        <w:rPr>
          <w:b/>
        </w:rPr>
        <w:t xml:space="preserve">[35:23] </w:t>
      </w:r>
      <w:r>
        <w:t>la ghill fi qalbi kashan lahad ke ijtamai zindagi mein, character life mein bar bar aisa hoga ke aadmi ka hissa offend ho jayega, us ko ghussa aa jayega, kisi ki baat buri lag jayegi, us ko</w:t>
      </w:r>
    </w:p>
    <w:p>
      <w:pPr>
        <w:jc w:val="right"/>
      </w:pPr>
      <w:r>
        <w:t>لا عید فی قلبی کشن لحد کہ اجتماعی زندگی میں، کریکٹر لائف میں بار بار ایسا ہوگا کہ آدمی کا حصہ افنڈ ہو جائے گا، اس کو غصہ آ جائے گا، کسی کی بات بری لگ جائے گی، اس کو</w:t>
      </w:r>
    </w:p>
    <w:p>
      <w:r>
        <w:rPr>
          <w:b/>
        </w:rPr>
        <w:t xml:space="preserve">[35:42] </w:t>
      </w:r>
      <w:r>
        <w:t>koi na koi us se ek doori ban jayegi. to us isi ko dil mein rakhna nahin hai, isi ko nikaal dalna hai.</w:t>
      </w:r>
    </w:p>
    <w:p>
      <w:pPr>
        <w:jc w:val="right"/>
      </w:pPr>
      <w:r>
        <w:t>کوئی نہ کوئی اس سے ایک دوری بن جائے گی۔ تو اس اسی کو دل میں رکھنا نہیں ہے، اسی کو نکال ڈالنا ہے۔</w:t>
      </w:r>
    </w:p>
    <w:p>
      <w:r>
        <w:rPr>
          <w:b/>
        </w:rPr>
        <w:t xml:space="preserve">[35:54] </w:t>
      </w:r>
      <w:r>
        <w:t>to yeh jannat ki pehchan, jannati hone ki pehchan hai.</w:t>
      </w:r>
    </w:p>
    <w:p>
      <w:pPr>
        <w:jc w:val="right"/>
      </w:pPr>
      <w:r>
        <w:t>تو یہ جنت کی پہچان، جنتی ہونے کی پہچان ہے۔</w:t>
      </w:r>
    </w:p>
    <w:p>
      <w:r>
        <w:rPr>
          <w:b/>
        </w:rPr>
        <w:t xml:space="preserve">[36:04] </w:t>
      </w:r>
      <w:r>
        <w:t>yeh yeh yeh bohat hi bari baat hai jo hum quran mein ghore o fikr karne se jante hain.</w:t>
      </w:r>
    </w:p>
    <w:p>
      <w:pPr>
        <w:jc w:val="right"/>
      </w:pPr>
      <w:r>
        <w:t>یہ یہ یہ بہت ہی بڑی بات ہے جو ہم قرآن میں غور و فکر کرنے سے جانتے ہیں۔</w:t>
      </w:r>
    </w:p>
    <w:p>
      <w:r>
        <w:rPr>
          <w:b/>
        </w:rPr>
        <w:t xml:space="preserve">[36:14] </w:t>
      </w:r>
      <w:r>
        <w:t>aur yeh quran mein bhi aya hai ke jannat mein jo log jayenge, woh log aise honge jin ke andar kisi ke liye ghill nahin hoga, kisi ke liye ghill nahin hoga.</w:t>
      </w:r>
    </w:p>
    <w:p>
      <w:pPr>
        <w:jc w:val="right"/>
      </w:pPr>
      <w:r>
        <w:t>اور یہ قرآن میں بھی آیا ہے کہ جنت میں جو لوگ جائیں گے، وہ لوگ ایسے ہوں گے جن کے اندر کسی کے لیے غش نہیں ہوگا، کسی کے لیے غش نہیں ہوگا۔</w:t>
      </w:r>
    </w:p>
    <w:p>
      <w:r>
        <w:rPr>
          <w:b/>
        </w:rPr>
        <w:t xml:space="preserve">[36:30] </w:t>
      </w:r>
      <w:r>
        <w:t>ghill ka lafz hai is mein, ghill, woh dono ek hi mani hain. to quran mein yeh lafz hai ke</w:t>
      </w:r>
    </w:p>
    <w:p>
      <w:pPr>
        <w:jc w:val="right"/>
      </w:pPr>
      <w:r>
        <w:t>غل کا لفظ ہے اس میں، غل، وہ دونوں ایک ہی معنی ہیں۔ تو قرآن میں یہ لفظ ہے کہ</w:t>
      </w:r>
    </w:p>
    <w:p>
      <w:r>
        <w:rPr>
          <w:b/>
        </w:rPr>
        <w:t xml:space="preserve">[36:41] </w:t>
      </w:r>
      <w:r>
        <w:t>wa naj'ana ma fi sudoorihim min ghill wa naj'ana ma fi sudoorihim min ghill to ghill aur ghill ek hi mani mein, yani shikayat kisi ke bare mein, qadurat kisi ke khilaf, kuch ranjish</w:t>
      </w:r>
    </w:p>
    <w:p>
      <w:pPr>
        <w:jc w:val="right"/>
      </w:pPr>
      <w:r>
        <w:t>ونجعنا مافی صدورہم من غل ونجعنا مافی صدورہم من غل تو غل اور غش ایک ہی معنی میں، یعنی شکایت کسی کے بارے میں، قدورت کسی کے خلاف، کچھ رنجش</w:t>
      </w:r>
    </w:p>
    <w:p>
      <w:r>
        <w:rPr>
          <w:b/>
        </w:rPr>
        <w:t xml:space="preserve">[36:59] </w:t>
      </w:r>
      <w:r>
        <w:t>. to jannat mein woh log jayenge jo is se pak ho gaye.</w:t>
      </w:r>
    </w:p>
    <w:p>
      <w:pPr>
        <w:jc w:val="right"/>
      </w:pPr>
      <w:r>
        <w:t>۔ تو جنت میں وہ لوگ جائیں گے جو اس سے پاک ہو گئے۔</w:t>
      </w:r>
    </w:p>
    <w:p>
      <w:r>
        <w:rPr>
          <w:b/>
        </w:rPr>
        <w:t xml:space="preserve">[37:07] </w:t>
      </w:r>
      <w:r>
        <w:t>yahan nazrana ke mani yeh nahin ke Allah ke mani kheench lenge, is se nahin. Allah ki khauf se, Allah ki mohabbat se, aur jannat ke ishtiyaq mein woh aisa apne ko is tarah purify karenge.</w:t>
      </w:r>
    </w:p>
    <w:p>
      <w:pPr>
        <w:jc w:val="right"/>
      </w:pPr>
      <w:r>
        <w:t>یہاں نذرانہ کے معنی یہ نہیں کہ اللہ کے معنی کھینچ لیں گے، اس سے نہیں۔ اللہ کی خوف سے، اللہ کی محبت سے، اور جنت کے اشتیاق میں وہ ایسا اپنے کو اس طرح پیوریفائی کریں گے۔</w:t>
      </w:r>
    </w:p>
    <w:p>
      <w:r>
        <w:rPr>
          <w:b/>
        </w:rPr>
        <w:t xml:space="preserve">[37:21] </w:t>
      </w:r>
      <w:r>
        <w:t>ayat ka matlab yeh hai ke hum nikaal denge un ke andar se ghill, yani shikayat waghera, ghussa waghera, nafrat, thoot waghera.</w:t>
      </w:r>
    </w:p>
    <w:p>
      <w:pPr>
        <w:jc w:val="right"/>
      </w:pPr>
      <w:r>
        <w:t>آیت کا مطلب یہ ہے کہ ہم نکال دیں گے ان کے اندر سے غل، یعنی شکایت وغیرہ، غصہ وغیرہ، نفرت، تھوٹ وغیرہ۔</w:t>
      </w:r>
    </w:p>
    <w:p>
      <w:r>
        <w:rPr>
          <w:b/>
        </w:rPr>
        <w:t xml:space="preserve">[37:32] </w:t>
      </w:r>
      <w:r>
        <w:t>to is ka matlab nahin ke koi mysterious mein Allah nikaal denge.</w:t>
      </w:r>
    </w:p>
    <w:p>
      <w:pPr>
        <w:jc w:val="right"/>
      </w:pPr>
      <w:r>
        <w:t>تو اس کا مطلب نہیں کہ کوئی مسٹیریس میں اللہ نکال دیں گے۔</w:t>
      </w:r>
    </w:p>
    <w:p>
      <w:r>
        <w:rPr>
          <w:b/>
        </w:rPr>
        <w:t xml:space="preserve">[37:36] </w:t>
      </w:r>
      <w:r>
        <w:t>nahin, insan jo jo jo jis ko jannat ka shauq ho, jis ko Allah se qurbat ka shauq ho, to woh khud hi aisa karta hai, khud ke apne andar se ghill nikaalta hai, ghill nikaalta hai, shikayat nikaalta hai.</w:t>
      </w:r>
    </w:p>
    <w:p>
      <w:pPr>
        <w:jc w:val="right"/>
      </w:pPr>
      <w:r>
        <w:t>نہیں، انسان جو جو جو جس کو جنت کا شوق ہو، جس کو اللہ سے قربت کا شوق ہو، تو وہ خود ہی ایسا کرتا ہے، خود کہ اپنے اندر سے غل نکالتا ہے، خش نکالتا ہے، شکایت نکالتا ہے۔</w:t>
      </w:r>
    </w:p>
    <w:p>
      <w:r>
        <w:rPr>
          <w:b/>
        </w:rPr>
        <w:t xml:space="preserve">[37:54] </w:t>
      </w:r>
      <w:r>
        <w:t>to ghill aur ghill ka matlab yahi hai ke malice, negative thought, keena, ranjish kehte hain.</w:t>
      </w:r>
    </w:p>
    <w:p>
      <w:pPr>
        <w:jc w:val="right"/>
      </w:pPr>
      <w:r>
        <w:t>تو غل اور غش کا مطلب یہی ہے کہ مائلس، نیگیٹیو تھاٹ، کینہ، رنجش کہتے ہیں۔</w:t>
      </w:r>
    </w:p>
    <w:p>
      <w:r>
        <w:rPr>
          <w:b/>
        </w:rPr>
        <w:t xml:space="preserve">[38:07] </w:t>
      </w:r>
      <w:r>
        <w:t>ranjish to is is se jo log pak hon, wohi jannat mein dakhil kiye jayenge. to yeh quran mein bhi hai, yeh hadith mein bhi hai.</w:t>
      </w:r>
    </w:p>
    <w:p>
      <w:pPr>
        <w:jc w:val="right"/>
      </w:pPr>
      <w:r>
        <w:t>رنجش تو اس اس سے جو لوگ پاک ہوں، وہی جنت میں داخل کیے جائیں گے۔ تو یہ قرآن میں بھی ہے، یہ حدیث میں بھی ہے۔</w:t>
      </w:r>
    </w:p>
    <w:p>
      <w:r>
        <w:rPr>
          <w:b/>
        </w:rPr>
        <w:t xml:space="preserve">[38:16] </w:t>
      </w:r>
      <w:r>
        <w:t>yeh to yahi sab baaten hain jin ki tarbiyat ka yeh mahina hai,</w:t>
      </w:r>
    </w:p>
    <w:p>
      <w:pPr>
        <w:jc w:val="right"/>
      </w:pPr>
      <w:r>
        <w:t>یہ تو یہی سب باتیں ہیں جن کی تربیت کا یہ مہینہ ہے،</w:t>
      </w:r>
    </w:p>
    <w:p>
      <w:r>
        <w:rPr>
          <w:b/>
        </w:rPr>
        <w:t xml:space="preserve">[38:25] </w:t>
      </w:r>
      <w:r>
        <w:t>yani ramzan ka mahina jo hai, sach poochhen to tarbiyat ka mahina hai. tarbiyat ramzan ka mahina bhook pyas ka bana nahin hai. bhook pyas to us ki zahiri shakal hai.</w:t>
      </w:r>
    </w:p>
    <w:p>
      <w:pPr>
        <w:jc w:val="right"/>
      </w:pPr>
      <w:r>
        <w:t>یعنی رمضان کا مہینہ جو ہے، سچ پوچھیں تو تربیت کا مہینہ ہے۔ تربیت رمضان کا مہینہ بھوک پیاس کا بنا نہیں ہے۔ بھوک پیاس تو اس کی ظاہری شکل ہے۔</w:t>
      </w:r>
    </w:p>
    <w:p>
      <w:r>
        <w:rPr>
          <w:b/>
        </w:rPr>
        <w:t xml:space="preserve">[38:38] </w:t>
      </w:r>
      <w:r>
        <w:t>asal yeh hai ke tarbiyat, asal yeh hai ke woh tarbiyat ka mahina hai.</w:t>
      </w:r>
    </w:p>
    <w:p>
      <w:pPr>
        <w:jc w:val="right"/>
      </w:pPr>
      <w:r>
        <w:t>اصل یہ ہے کہ تربیت، اصل یہ ہے کہ وہ تربیت کا مہینہ ہے۔</w:t>
      </w:r>
    </w:p>
    <w:p>
      <w:r>
        <w:rPr>
          <w:b/>
        </w:rPr>
        <w:t xml:space="preserve">[38:43] </w:t>
      </w:r>
      <w:r>
        <w:t>apne aap ko ek aisa insan banana jo be shikayat ho, jis ke andar koi baish na ho, jis ke andar kisi ke liye koi ranjish na ho, jis ke liye, jis ke liye, jis ke andar kisi ke liye koi, jis ko kehte hain, keena na ho.</w:t>
      </w:r>
    </w:p>
    <w:p>
      <w:pPr>
        <w:jc w:val="right"/>
      </w:pPr>
      <w:r>
        <w:t>اپنے آپ کو ایک ایسا انسان بنانا جو بے شکایت ہو، جس کے اندر کوئی بالش نہ ہو، جس کے اندر کسی کے لیے کوئی رنجش نہ ہو، جس کے لیے، جس کے لیے، جس کے اندر کسی کے لیے کوئی، جس کو کہتے ہیں، کینہ نہ ہو۔</w:t>
      </w:r>
    </w:p>
    <w:p>
      <w:r>
        <w:rPr>
          <w:b/>
        </w:rPr>
        <w:t xml:space="preserve">[39:04] </w:t>
      </w:r>
      <w:r>
        <w:t>keena kehte hain, yani chupi hui shikayat ko. to is ki tarbiyat ka yeh mahina hai.</w:t>
      </w:r>
    </w:p>
    <w:p>
      <w:pPr>
        <w:jc w:val="right"/>
      </w:pPr>
      <w:r>
        <w:t>کینہ کہتے ہیں، یعنی چھپی ہوئی شکایت کو۔ تو اس کی تربیت کا یہ مہینہ ہے۔</w:t>
      </w:r>
    </w:p>
    <w:p>
      <w:r>
        <w:rPr>
          <w:b/>
        </w:rPr>
        <w:t xml:space="preserve">[39:13] </w:t>
      </w:r>
      <w:r>
        <w:t>to tarbiyat kaise banti hai? aisa nahi ke aap bhooke paas, yaani bhooke reh gaye ho, pyase reh gaye ho, to tarbiyat ho jayegi. Yeh tak tarbiyat jo hoti hai, woh bhook pyas se nahi hoti, balke Ramzan ka mahina hai, woh Quran ki study karne se hoti hai.</w:t>
      </w:r>
    </w:p>
    <w:p>
      <w:pPr>
        <w:jc w:val="right"/>
      </w:pPr>
      <w:r>
        <w:t>تو تربیت کیسے بنتی ہے؟ ایسا نہیں کہ آپ بھوکے پاس، یعنی بھوکے رہ گئے ہو، پیاسے رہ گئے ہو، تو تربیت ہو جائے گی۔ یہ تک تربیت جو ہوتی ہے، وہ بھوک پیاس سے نہیں ہوتی، بلکہ رمضان کا مہینہ ہے، وہ قرآن کی اسٹڈی کرنے سے ہوتی ہے۔</w:t>
      </w:r>
    </w:p>
    <w:p>
      <w:r>
        <w:rPr>
          <w:b/>
        </w:rPr>
        <w:t xml:space="preserve">[39:32] </w:t>
      </w:r>
      <w:r>
        <w:t>yeh bhi wazeh kar, yeh bhi aadmi ko samajhna chahiye ke Ramzan ka mahine tarbiyat jo hoti hai,</w:t>
      </w:r>
    </w:p>
    <w:p>
      <w:pPr>
        <w:jc w:val="right"/>
      </w:pPr>
      <w:r>
        <w:t>یہ بھی واضح کر، یہ بھی آدمی کو سمجھنا چاہیے کہ رمضان کا مہینے تربیت جو ہوتی ہے،</w:t>
      </w:r>
    </w:p>
    <w:p>
      <w:r>
        <w:rPr>
          <w:b/>
        </w:rPr>
        <w:t xml:space="preserve">[39:40] </w:t>
      </w:r>
      <w:r>
        <w:t>woh is liye nahi hoti ke aadmi bhooka rehta hai, pyasa rehta hai, balke Ramzan ke mahine woh khusoosi taur par Quran ka mutala karta hai, Quran ki study karta hai.</w:t>
      </w:r>
    </w:p>
    <w:p>
      <w:pPr>
        <w:jc w:val="right"/>
      </w:pPr>
      <w:r>
        <w:t>وہ اس لیے نہیں ہوتی کہ آدمی بھوکا رہتا ہے، پیاسا رہتا ہے، بلکہ رمضان کے مہینے وہ خصوصی طور پر قرآن کا مطالعہ کرتا ہے، قرآن کی اسٹڈی کرتا ہے۔</w:t>
      </w:r>
    </w:p>
    <w:p>
      <w:r>
        <w:rPr>
          <w:b/>
        </w:rPr>
        <w:t xml:space="preserve">[39:53] </w:t>
      </w:r>
      <w:r>
        <w:t>to is ki wajah se is ki tarbiyat hoti rehti hai aur taraveeh mein Quran ko sunta hai,</w:t>
      </w:r>
    </w:p>
    <w:p>
      <w:pPr>
        <w:jc w:val="right"/>
      </w:pPr>
      <w:r>
        <w:t>تو اس کی وجہ سے اس کی تربیت ہوتی رہتی ہے اور تراویح میں قرآن کو سنتا ہے،</w:t>
      </w:r>
    </w:p>
    <w:p>
      <w:r>
        <w:rPr>
          <w:b/>
        </w:rPr>
        <w:t xml:space="preserve">[39:59] </w:t>
      </w:r>
      <w:r>
        <w:t>namazon mein bhi Quran ka hissa padha jata hai. To yeh jo jo tarbiyah, taraveeh ka jo tareeqa ho, baatein padha, yeh bohat hikmat is ke andar hai ke Ramzan ke mahine mein poore Quran ko ghaur se padho aur suno, is se sabak lo.</w:t>
      </w:r>
    </w:p>
    <w:p>
      <w:pPr>
        <w:jc w:val="right"/>
      </w:pPr>
      <w:r>
        <w:t>نمازوں میں بھی قرآن کا حصہ پڑھا جاتا ہے۔ تو یہ جو جو تربیہ، تراویح کا جو طریقہ ہو، باتیں پڑھا، یہ بہت حکمت اس کے اندر ہے کہ رمضان کے مہینے میں پورے قرآن کو غور سے پڑھو اور سنو، اس سے سبق لو۔</w:t>
      </w:r>
    </w:p>
    <w:p>
      <w:r>
        <w:rPr>
          <w:b/>
        </w:rPr>
        <w:t xml:space="preserve">[40:20] </w:t>
      </w:r>
      <w:r>
        <w:t>logon ne bas is bahs par sara ho gaya ke 20 Rakat tak, 8 Rakat hai, 20 Rakat, 8 Rakat, bari bahsein is par hain.</w:t>
      </w:r>
    </w:p>
    <w:p>
      <w:pPr>
        <w:jc w:val="right"/>
      </w:pPr>
      <w:r>
        <w:t>لوگوں نے بس اس بحث پر سارا ہو گیا کہ 20 رکعت تک، اٹھ رکعت ہے، 20 رکعت، اٹھ رکعت، بڑی بحثیں اس پر ہیں۔</w:t>
      </w:r>
    </w:p>
    <w:p>
      <w:r>
        <w:rPr>
          <w:b/>
        </w:rPr>
        <w:t xml:space="preserve">[40:29] </w:t>
      </w:r>
      <w:r>
        <w:t>is mein bari bahsein hain ke 8 Rakat hai ke 20 Rakat hai, 8 Rakat hai ke 20 Rakat. Yeh to zahiri cheezein hain, chahe aap 20 Rakat padhein, chahe 8 Rakat padhein.</w:t>
      </w:r>
    </w:p>
    <w:p>
      <w:pPr>
        <w:jc w:val="right"/>
      </w:pPr>
      <w:r>
        <w:t>اس میں بڑی بحثیں ہیں کہ اٹھ رکعت ہے کہ 20 رکعت ہے، اٹھ رکعت ہے کہ 20 رکعت۔ یہ تو ظاہری چیزیں ہیں، چاہے آپ 20 رکعت پڑھیں، چاہے اٹھ رکعت پڑھیں۔</w:t>
      </w:r>
    </w:p>
    <w:p>
      <w:r>
        <w:rPr>
          <w:b/>
        </w:rPr>
        <w:t xml:space="preserve">[40:39] </w:t>
      </w:r>
      <w:r>
        <w:t>asal cheez yeh hai ke aap Ramzan ke mahine mein ko Quran ki tilawat ka, Quran ke mutale ka mahina bana dein. Khushi hui padhein, taraveeh mein sunein, namaz mein sunein aur is se sabak lein.</w:t>
      </w:r>
    </w:p>
    <w:p>
      <w:pPr>
        <w:jc w:val="right"/>
      </w:pPr>
      <w:r>
        <w:t>اصل چیز یہ ہے کہ آپ رمضان کے مہینے میں کو قرآن کی تلاوت کا، قرآن کے مطالعے کا مہینہ بنا دیں۔ خوش ہوئی پڑھیں، تراویح میں سنیں، نماز میں سنیں اور اس سے سبق لیں۔</w:t>
      </w:r>
    </w:p>
    <w:p>
      <w:r>
        <w:rPr>
          <w:b/>
        </w:rPr>
        <w:t xml:space="preserve">[41:00] </w:t>
      </w:r>
      <w:r>
        <w:t>to agar ek mahine mein aadmi is tarah se apni islaah kar le to poore saal tak is ka asar rahega, poore saal tak is ka asar rahega.</w:t>
      </w:r>
    </w:p>
    <w:p>
      <w:pPr>
        <w:jc w:val="right"/>
      </w:pPr>
      <w:r>
        <w:t>تو اگر ایک مہینے میں آدمی اس طرح سے اپنی اصلاح کر لے تو پورے سال تک اس کا اثر رہے گا، پورے سال تک اس کا اثر رہے گا۔</w:t>
      </w:r>
    </w:p>
    <w:p>
      <w:r>
        <w:rPr>
          <w:b/>
        </w:rPr>
        <w:t xml:space="preserve">[41:15] </w:t>
      </w:r>
      <w:r>
        <w:t>ab mazeed yeh ke Quran to namazon mein padhaya jata hai, jaari namazon mein baqayda buland awaz se padhaya jata</w:t>
      </w:r>
    </w:p>
    <w:p>
      <w:pPr>
        <w:jc w:val="right"/>
      </w:pPr>
      <w:r>
        <w:t>اب مزید یہ کہ قرآن تو نمازوں میں پڑھایا جاتا ہے، جاری نمازوں میں باقاعدہ بلند آواز سے پڑھایا جاتا</w:t>
      </w:r>
    </w:p>
    <w:p>
      <w:r>
        <w:rPr>
          <w:b/>
        </w:rPr>
        <w:t xml:space="preserve">[41:23] </w:t>
      </w:r>
      <w:r>
        <w:t>hai. To agar aadmi ke andar yeh mizaj ban jaye, woh is lihaaz se prepared mind ban jaye to rozana jo namaz Quran padhaya jata hai, us mein bhi wahi faida milega jo taraveeh mein milta hai.</w:t>
      </w:r>
    </w:p>
    <w:p>
      <w:pPr>
        <w:jc w:val="right"/>
      </w:pPr>
      <w:r>
        <w:t>ہے۔ تو اگر آدمی کے اندر یہ مزاج بن جائے، وہ اس لحاظ سے پریپریڈ مائنڈ بن جائے تو روزانہ جو نماز قرآن پڑھایا جاتا ہے، اس میں بھی وہی فائدہ ملے گا جو تراویح میں ملتا ہے۔</w:t>
      </w:r>
    </w:p>
    <w:p>
      <w:r>
        <w:rPr>
          <w:b/>
        </w:rPr>
        <w:t xml:space="preserve">[41:41] </w:t>
      </w:r>
      <w:r>
        <w:t>to main samajhta hoon ke yeh kehna sahi hai ke ke Ramzan yeh kehna sahi hai ke roza shehr al Quran hai, roza shehr al Quran hai,</w:t>
      </w:r>
    </w:p>
    <w:p>
      <w:pPr>
        <w:jc w:val="right"/>
      </w:pPr>
      <w:r>
        <w:t>تو میں سمجھتا ہوں کہ یہ کہنا صحیح ہے کہ کہ رمضان یہ کہنا صحیح ہے کہ روزہ شہر القرآن ہے، روزہ شہر القرآن ہے،</w:t>
      </w:r>
    </w:p>
    <w:p>
      <w:r>
        <w:rPr>
          <w:b/>
        </w:rPr>
        <w:t xml:space="preserve">[41:54] </w:t>
      </w:r>
      <w:r>
        <w:t>yaani ziyada se ziyada Quran se tilawat, tilawat Quran se ta'alluq qaim karne ka mahina hai,</w:t>
      </w:r>
    </w:p>
    <w:p>
      <w:pPr>
        <w:jc w:val="right"/>
      </w:pPr>
      <w:r>
        <w:t>یعنی زیادہ سے زیادہ قرآن سے تلاوت، تلاوت قرآن سے تعلق قائم کرنے کا مہینہ ہے،</w:t>
      </w:r>
    </w:p>
    <w:p>
      <w:r>
        <w:rPr>
          <w:b/>
        </w:rPr>
        <w:t xml:space="preserve">[42:03] </w:t>
      </w:r>
      <w:r>
        <w:t>ziyada se ziyada Quran se ta'alluq qaim karne ka mahina hai.</w:t>
      </w:r>
    </w:p>
    <w:p>
      <w:pPr>
        <w:jc w:val="right"/>
      </w:pPr>
      <w:r>
        <w:t>زیادہ سے زیادہ قرآن سے تعلق قائم کرنے کا مہینہ ہے۔</w:t>
      </w:r>
    </w:p>
    <w:p>
      <w:r>
        <w:rPr>
          <w:b/>
        </w:rPr>
        <w:t xml:space="preserve">[42:18] </w:t>
      </w:r>
      <w:r>
        <w:t>main jab gaon mein rehta tha to wahan par, ya us zamane ki jo zindagi thi, mere bachpan mein jo zindagi thi, to us waqt har Musalman baqayda kam az kam ek para Ramzan mein har din padhta tha,</w:t>
      </w:r>
    </w:p>
    <w:p>
      <w:pPr>
        <w:jc w:val="right"/>
      </w:pPr>
      <w:r>
        <w:t>میں جب گاؤں میں رہتا تھا تو وہاں پر، یا اس زمانے کی جو زندگی تھی، میرے بچپن میں جو زندگی تھی، تو اس وقت ہر مسلمان باقاعدہ کم از کم ایک پارہ رمضان میں ہر دن پڑھتا تھا،</w:t>
      </w:r>
    </w:p>
    <w:p>
      <w:r>
        <w:rPr>
          <w:b/>
        </w:rPr>
        <w:t xml:space="preserve">[42:38] </w:t>
      </w:r>
      <w:r>
        <w:t>yaani taraveeh ke ilawa. Wahan us ko har har har Musalman, har Musalman mere paas ek Quran hua karta tha, jo jis ko kehte hain Nizami Quran.</w:t>
      </w:r>
    </w:p>
    <w:p>
      <w:pPr>
        <w:jc w:val="right"/>
      </w:pPr>
      <w:r>
        <w:t>یعنی تراویح کے علاوہ۔ وہاں اس کو ہر ہر ہر مسلمان، ہر مسلمان میرے پاس ایک قرآن ہوا کرتا تھا، جو جس کو کہتے ہیں نظامی قرآن۔</w:t>
      </w:r>
    </w:p>
    <w:p>
      <w:r>
        <w:rPr>
          <w:b/>
        </w:rPr>
        <w:t xml:space="preserve">[42:51] </w:t>
      </w:r>
      <w:r>
        <w:t>ab to Nizami Quran ka riwaj nahi hai, to main us se padhta tha.</w:t>
      </w:r>
    </w:p>
    <w:p>
      <w:pPr>
        <w:jc w:val="right"/>
      </w:pPr>
      <w:r>
        <w:t>اب تو نظامی قرآن کا رواج نہیں ہے، تو میں اس سے پڑھتا تھا۔</w:t>
      </w:r>
    </w:p>
    <w:p>
      <w:r>
        <w:rPr>
          <w:b/>
        </w:rPr>
        <w:t xml:space="preserve">[42:56] </w:t>
      </w:r>
      <w:r>
        <w:t>to hamare bachpan mein ya hamari naujawaani ki umar mein ek riwaj tha ke har aadmi lazman ek para padhta tha, lekin bas padhna hota tha, ghaur karna nahi hota tha, ghaur karna nahi hota.</w:t>
      </w:r>
    </w:p>
    <w:p>
      <w:pPr>
        <w:jc w:val="right"/>
      </w:pPr>
      <w:r>
        <w:t>تو ہمارے بچپن میں یا ہماری نوجوانی کی عمر میں ایک رواج تھا کہ ہر آدمی لازماً ایک پارہ پڑھتا تھا، لیکن بس پڑھنا ہوتا تھا، غور کرنا نہیں ہوتا تھا، غور کرنا نہیں ہوتا۔</w:t>
      </w:r>
    </w:p>
    <w:p>
      <w:r>
        <w:rPr>
          <w:b/>
        </w:rPr>
        <w:t xml:space="preserve">[43:09] </w:t>
      </w:r>
      <w:r>
        <w:t>asal cheez hai ke Quran ke mani par ghaur kiya jaye, Quran se sabak liya jaye.</w:t>
      </w:r>
    </w:p>
    <w:p>
      <w:pPr>
        <w:jc w:val="right"/>
      </w:pPr>
      <w:r>
        <w:t>اصل چیز ہے کہ قرآن کے معنی پر غور کیا جائے، قرآن سے سبق لیا جائے۔</w:t>
      </w:r>
    </w:p>
    <w:p>
      <w:r>
        <w:rPr>
          <w:b/>
        </w:rPr>
        <w:t xml:space="preserve">[43:18] </w:t>
      </w:r>
      <w:r>
        <w:t>misal ke taur par aap dekhiye, aap Quran kholien to pehla pehli ayat jo milegi, Alhamdulillah Rabbil Alameen,</w:t>
      </w:r>
    </w:p>
    <w:p>
      <w:pPr>
        <w:jc w:val="right"/>
      </w:pPr>
      <w:r>
        <w:t>مثلاً آپ دیکھیے، آپ قرآن کھولیں تو پہلا پہلی آیت جو ملے گی، الحمدللہ رب العالمین،</w:t>
      </w:r>
    </w:p>
    <w:p>
      <w:r>
        <w:rPr>
          <w:b/>
        </w:rPr>
        <w:t xml:space="preserve">[43:26] </w:t>
      </w:r>
      <w:r>
        <w:t>to aam taur par log padh lete hain, padh ke guzar jate hain, lekin aap is par ghaur karein. Sahi padhna yeh hai ke is par ghaur kiya jaye, to ghaur kiya jaye ke hum Alhamdulillah Rabbil Alameen ke mani aap samajh aayenge ghaur karne ke baad ke hamd ki spirit mein jeena,</w:t>
      </w:r>
    </w:p>
    <w:p>
      <w:pPr>
        <w:jc w:val="right"/>
      </w:pPr>
      <w:r>
        <w:t>تو عام طور پر لوگ پڑھ لیتے ہیں، پڑھ کے گزر جاتے ہیں، لیکن آپ اس پر غور کریں۔ صحیح پڑھنا یہ ہے کہ اس پر غور کیا جائے، تو غور کیا جائے کہ ہم الحمدللہ رب العالمین کے معنی آپ سمجھ آئیں گے غور کرنے کے بعد کہ حمد کی سپرٹ میں جینا،</w:t>
      </w:r>
    </w:p>
    <w:p>
      <w:r>
        <w:rPr>
          <w:b/>
        </w:rPr>
        <w:t xml:space="preserve">[43:47] </w:t>
      </w:r>
      <w:r>
        <w:t>hamd mani shukr, yaani shukr ke kaifiyat mein jeena, hamd ki spirit mein jeena. To woh kaise hoga?</w:t>
      </w:r>
    </w:p>
    <w:p>
      <w:pPr>
        <w:jc w:val="right"/>
      </w:pPr>
      <w:r>
        <w:t>حمد معنی شکر، یعنی شکر کے کیفیت میں جینا، حمد کی سپرٹ میں جینا۔ تو وہ کیسے ہوگا؟</w:t>
      </w:r>
    </w:p>
    <w:p>
      <w:r>
        <w:rPr>
          <w:b/>
        </w:rPr>
        <w:t xml:space="preserve">[43:56] </w:t>
      </w:r>
      <w:r>
        <w:t>kyun ke duniya mein to hamesha kuch na kuch unwanted situation pesh aati hai, aadmi ke offend ho jata hai, kahin ghussa aa jata hai, kahin shikayat aa jati hai.</w:t>
      </w:r>
    </w:p>
    <w:p>
      <w:pPr>
        <w:jc w:val="right"/>
      </w:pPr>
      <w:r>
        <w:t>کیونکہ دنیا میں تو ہمیشہ کچھ نہ کچھ ان وانٹڈ سچوئیشن پیش آتی ہے، آدمی کے افنڈ ہو جاتا ہے، کہیں غصہ آ جاتا ہے، کہیں شکایت آ جاتی ہے۔</w:t>
      </w:r>
    </w:p>
    <w:p>
      <w:r>
        <w:rPr>
          <w:b/>
        </w:rPr>
        <w:t xml:space="preserve">[44:06] </w:t>
      </w:r>
      <w:r>
        <w:t>yeh to hota hi hota hai. To hamd ki spirit mein kaise jiya jaye? Yaani musalsal taur par shukr ka jazba kaise aadmi ke andar baqar rahe</w:t>
      </w:r>
    </w:p>
    <w:p>
      <w:pPr>
        <w:jc w:val="right"/>
      </w:pPr>
      <w:r>
        <w:t>یہ تو ہوتا ہی ہوتا ہے۔ تو حمد کی سپرٹ میں کیسے جیا جائے؟ یعنی مسلسل طور پر شکر کا جذبہ کیسے آدمی کے اندر باقر ہے</w:t>
      </w:r>
    </w:p>
    <w:p>
      <w:r>
        <w:rPr>
          <w:b/>
        </w:rPr>
        <w:t xml:space="preserve">[44:15] </w:t>
      </w:r>
      <w:r>
        <w:t>? Tab aap ghaur jab karenge, ghaur to shukr to tab aap daryaft karenge ke is ke sath sabr hai, yaani shukr ke sath sabr hai.</w:t>
      </w:r>
    </w:p>
    <w:p>
      <w:pPr>
        <w:jc w:val="right"/>
      </w:pPr>
      <w:r>
        <w:t>؟ تب آپ غور جب کریں گے، غور تو شکر تو تب آپ دریافت کریں گے کہ اس کے ساتھ صبر ہے، یعنی شکر کے ساتھ صبر ہے۔</w:t>
      </w:r>
    </w:p>
    <w:p>
      <w:r>
        <w:rPr>
          <w:b/>
        </w:rPr>
        <w:t xml:space="preserve">[44:27] </w:t>
      </w:r>
      <w:r>
        <w:t>sabr ka matlab kya hai? bhulana, bhulana, bhulana. to hamd ki spirit mein aadmi jab jiye ga, jab ke us ke andar yeh mizaj ho ke shikayat ki baton ko bhulaye, jo jis par insan offend ho jata hai, us ko bhulaye,</w:t>
      </w:r>
    </w:p>
    <w:p>
      <w:pPr>
        <w:jc w:val="right"/>
      </w:pPr>
      <w:r>
        <w:t>صبر کا مطلب کیا ہے؟ بھلانا، بھلانا، بھلانا۔ تو حمد کی سپرٹ میں آدمی جب جیے گا، جب کہ اس کے اندر یہ مزاج ہو کہ شکایت کی باتوں کو بھلائے، جو جس پر انسان افنڈ ہو جاتا ہے، اس کو بھلائے،</w:t>
      </w:r>
    </w:p>
    <w:p>
      <w:r>
        <w:rPr>
          <w:b/>
        </w:rPr>
        <w:t xml:space="preserve">[44:44] </w:t>
      </w:r>
      <w:r>
        <w:t>jis par aadmi ko bura lagta lag jata hai, us ko bhulaye. tab bhi ab mumkin hoga ke aadmi hamd ki spirit mein jiye.</w:t>
      </w:r>
    </w:p>
    <w:p>
      <w:pPr>
        <w:jc w:val="right"/>
      </w:pPr>
      <w:r>
        <w:t>جس پر آدمی کو برا لگتا لگ جاتا ہے، اس کو بھلائے۔ تب بھی اب ممکن ہوگا کہ آدمی حمد کی سپرٹ میں جیے۔</w:t>
      </w:r>
    </w:p>
    <w:p>
      <w:r>
        <w:rPr>
          <w:b/>
        </w:rPr>
        <w:t xml:space="preserve">[44:53] </w:t>
      </w:r>
      <w:r>
        <w:t>yeh ghor karne se maloom hoga, warna aadmi padh ke idhar guzar jaye ga aur is mein jo hikmat hai, us se bekhabar rahe ga.</w:t>
      </w:r>
    </w:p>
    <w:p>
      <w:pPr>
        <w:jc w:val="right"/>
      </w:pPr>
      <w:r>
        <w:t>یہ غور کرنے سے معلوم ہوگا، ورنہ آدمی پڑھ کے ادھر گزر جائے گا اور اس میں جو حکمت ہے، اس سے بے خبر رہے گا۔</w:t>
      </w:r>
    </w:p>
    <w:p>
      <w:r>
        <w:rPr>
          <w:b/>
        </w:rPr>
        <w:t xml:space="preserve">[45:03] </w:t>
      </w:r>
      <w:r>
        <w:t>to alhamdulillah rabbul alameen ka matlab yeh hai ke aye bande, tu hamd ki spirit mein jeena seekh, yani hamd, yani Allah ke shukr mein jeena seekh.</w:t>
      </w:r>
    </w:p>
    <w:p>
      <w:pPr>
        <w:jc w:val="right"/>
      </w:pPr>
      <w:r>
        <w:t>تو الحمدللہ رب العالمین کا مطلب یہ ہے کہ اے بندے، تو حمد کی سپرٹ میں جینا سیکھ، یعنی حمد، یعنی اللہ کے شکر میں جینا سیکھ۔</w:t>
      </w:r>
    </w:p>
    <w:p>
      <w:r>
        <w:rPr>
          <w:b/>
        </w:rPr>
        <w:t xml:space="preserve">[45:16] </w:t>
      </w:r>
      <w:r>
        <w:t>aur shukr mein jeene wala to jab banega, jab ke shikayat ki baton ko bhulta rahe, bhulta rahe, bhulta rahe.</w:t>
      </w:r>
    </w:p>
    <w:p>
      <w:pPr>
        <w:jc w:val="right"/>
      </w:pPr>
      <w:r>
        <w:t>اور شکر میں جینے والا تو جب بنے گا، جب کہ شکایت کی باتوں کو بھولتا رہے، بھولتا رہے، بھولتا رہے۔</w:t>
      </w:r>
    </w:p>
    <w:p>
      <w:r>
        <w:rPr>
          <w:b/>
        </w:rPr>
        <w:t xml:space="preserve">[45:26] </w:t>
      </w:r>
      <w:r>
        <w:t>to mein dua karta hoon ke Allah taala mujh ko aur aap ko tofeeq de ke hum in baton ko samjhein aur apne aap ko aisa banayein ke Allah hamein apni rehmaton aur jannat mein ki rehmat ki nemmat ata farmaye.</w:t>
      </w:r>
    </w:p>
    <w:p>
      <w:pPr>
        <w:jc w:val="right"/>
      </w:pPr>
      <w:r>
        <w:t>تو میں دعا کرتا ہوں کہ اللہ تعالی مجھ کو اور آپ کو توفیق دے کہ ہم ان باتوں کو سمجھیں اور اپنے آپ کو ایسا بنائیں کہ اللہ ہمیں اپنی رحمتوں اور جنت میں کی رحمت کی نعمت عطا فرمائے۔</w:t>
      </w:r>
    </w:p>
    <w:p>
      <w:r>
        <w:rPr>
          <w:b/>
        </w:rPr>
        <w:t xml:space="preserve">[45:46] </w:t>
      </w:r>
      <w:r>
        <w:t>assalam o alaikum wa rehmatullah</w:t>
      </w:r>
    </w:p>
    <w:p>
      <w:pPr>
        <w:jc w:val="right"/>
      </w:pPr>
      <w:r>
        <w:t>السلام علیکم ورحمۃ اللہ</w:t>
      </w:r>
    </w:p>
    <w:p>
      <w:r>
        <w:rPr>
          <w:b/>
        </w:rPr>
        <w:t xml:space="preserve">[45:55] </w:t>
      </w:r>
      <w:r>
        <w:t>rabbana</w:t>
      </w:r>
    </w:p>
    <w:p>
      <w:pPr>
        <w:jc w:val="right"/>
      </w:pPr>
      <w:r>
        <w:t>ربنا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