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Age of Peace November 18, 2012</w:t>
      </w:r>
    </w:p>
    <w:p>
      <w:r>
        <w:t>https://youtu.be/Y9nkQnBqbrs</w:t>
      </w:r>
    </w:p>
    <w:p>
      <w:r>
        <w:rPr>
          <w:b/>
        </w:rPr>
        <w:t xml:space="preserve">[00:13] </w:t>
      </w:r>
      <w:r>
        <w:t>aaj ke liye jo talk hai us ka unwan hai</w:t>
      </w:r>
    </w:p>
    <w:p>
      <w:pPr>
        <w:jc w:val="right"/>
      </w:pPr>
      <w:r>
        <w:t>آج کے لیے جو ٹاک ہے اس کا عنوان ہے</w:t>
      </w:r>
    </w:p>
    <w:p>
      <w:r>
        <w:rPr>
          <w:b/>
        </w:rPr>
        <w:t xml:space="preserve">[00:19] </w:t>
      </w:r>
      <w:r>
        <w:t>"age of peace" yani daur-e-aman.</w:t>
      </w:r>
    </w:p>
    <w:p>
      <w:pPr>
        <w:jc w:val="right"/>
      </w:pPr>
      <w:r>
        <w:t>"Age of Peace" یعنی دورِ امن۔</w:t>
      </w:r>
    </w:p>
    <w:p>
      <w:r>
        <w:rPr>
          <w:b/>
        </w:rPr>
        <w:t xml:space="preserve">[00:32] </w:t>
      </w:r>
      <w:r>
        <w:t>quran aur hadith ki shahadat aur tareekhi waqiat sab is baat ka saboot hain ke twenty first century aman ki century hai,</w:t>
      </w:r>
    </w:p>
    <w:p>
      <w:pPr>
        <w:jc w:val="right"/>
      </w:pPr>
      <w:r>
        <w:t>قرآن اور حدیث کی شہادت اور تاریخی واقعات سب اس بات کا ثبوت ہیں کہ ٹونٹی فرسٹ سینچری امن کی سینچری ہے،</w:t>
      </w:r>
    </w:p>
    <w:p>
      <w:r>
        <w:rPr>
          <w:b/>
        </w:rPr>
        <w:t xml:space="preserve">[00:51] </w:t>
      </w:r>
      <w:r>
        <w:t>century of peace hai.</w:t>
      </w:r>
    </w:p>
    <w:p>
      <w:pPr>
        <w:jc w:val="right"/>
      </w:pPr>
      <w:r>
        <w:t>سینچری آف پیس ہے۔</w:t>
      </w:r>
    </w:p>
    <w:p>
      <w:r>
        <w:rPr>
          <w:b/>
        </w:rPr>
        <w:t xml:space="preserve">[00:57] </w:t>
      </w:r>
      <w:r>
        <w:t>agarche bohat kam log hain jo is haqeeqat ko jante hon.</w:t>
      </w:r>
    </w:p>
    <w:p>
      <w:pPr>
        <w:jc w:val="right"/>
      </w:pPr>
      <w:r>
        <w:t>اگرچہ بہت کم لوگ ہیں جو اس حقیقت کو جانتے ہوں۔</w:t>
      </w:r>
    </w:p>
    <w:p>
      <w:r>
        <w:rPr>
          <w:b/>
        </w:rPr>
        <w:t xml:space="preserve">[01:07] </w:t>
      </w:r>
      <w:r>
        <w:t>is silsile mein aaj mein kuch baatein arz karna chahta hoon.</w:t>
      </w:r>
    </w:p>
    <w:p>
      <w:pPr>
        <w:jc w:val="right"/>
      </w:pPr>
      <w:r>
        <w:t>اس سلسلے میں آج میں کچھ باتیں عرض کرنا چاہتا ہوں۔</w:t>
      </w:r>
    </w:p>
    <w:p>
      <w:r>
        <w:rPr>
          <w:b/>
        </w:rPr>
        <w:t xml:space="preserve">[01:13] </w:t>
      </w:r>
      <w:r>
        <w:t>dekhein, aaj ke akhbaron mein ek khabar aap sab ne padhi hogi, do khabar, yani do khabar ek sath aaj ke akhbaron mein aayi hain.</w:t>
      </w:r>
    </w:p>
    <w:p>
      <w:pPr>
        <w:jc w:val="right"/>
      </w:pPr>
      <w:r>
        <w:t>دیکھیں، آج کے اخباروں میں ایک خبر آپ سب نے پڑھی ہوگی، دو خبر، یعنی دو خبر ایک ساتھ آج کے اخباروں میں آئی ہیں۔</w:t>
      </w:r>
    </w:p>
    <w:p>
      <w:r>
        <w:rPr>
          <w:b/>
        </w:rPr>
        <w:t xml:space="preserve">[01:27] </w:t>
      </w:r>
      <w:r>
        <w:t>ek taraf yeh ke</w:t>
      </w:r>
    </w:p>
    <w:p>
      <w:pPr>
        <w:jc w:val="right"/>
      </w:pPr>
      <w:r>
        <w:t>ایک طرف یہ کہ</w:t>
      </w:r>
    </w:p>
    <w:p>
      <w:r>
        <w:rPr>
          <w:b/>
        </w:rPr>
        <w:t xml:space="preserve">[01:31] </w:t>
      </w:r>
      <w:r>
        <w:t>"bal thackeray is dead".</w:t>
      </w:r>
    </w:p>
    <w:p>
      <w:pPr>
        <w:jc w:val="right"/>
      </w:pPr>
      <w:r>
        <w:t>"بال ٹھاکرے از ڈیڈ"۔</w:t>
      </w:r>
    </w:p>
    <w:p>
      <w:r>
        <w:rPr>
          <w:b/>
        </w:rPr>
        <w:t xml:space="preserve">[01:35] </w:t>
      </w:r>
      <w:r>
        <w:t>maharashtra ke bohat hi fiery leader the, king of maharashtra kaha jata tha un ko, aaj un ki death ho gayi.</w:t>
      </w:r>
    </w:p>
    <w:p>
      <w:pPr>
        <w:jc w:val="right"/>
      </w:pPr>
      <w:r>
        <w:t>مہاراش کے بہت ہی فائری لیڈر تھے، کنگ آف مہاراش کہا جاتا تھا ان کو، آج ان کی ڈیتھ ہو گئی۔</w:t>
      </w:r>
    </w:p>
    <w:p>
      <w:r>
        <w:rPr>
          <w:b/>
        </w:rPr>
        <w:t xml:space="preserve">[01:52] </w:t>
      </w:r>
      <w:r>
        <w:t>wo kaha karte the ke "I am a great admirer of Hitler". mein hitler ko bohat zyada pasand karta hoon.</w:t>
      </w:r>
    </w:p>
    <w:p>
      <w:pPr>
        <w:jc w:val="right"/>
      </w:pPr>
      <w:r>
        <w:t>وہ کہا کرتے تھے کہ "I am a great admirer of Hitler"۔ میں ہٹلر کو بہت زیادہ پسند کرتا ہوں۔</w:t>
      </w:r>
    </w:p>
    <w:p>
      <w:r>
        <w:rPr>
          <w:b/>
        </w:rPr>
        <w:t xml:space="preserve">[02:06] </w:t>
      </w:r>
      <w:r>
        <w:t>hitler ki jo ideology thi wahi bal thackeray ki ideology thi.</w:t>
      </w:r>
    </w:p>
    <w:p>
      <w:pPr>
        <w:jc w:val="right"/>
      </w:pPr>
      <w:r>
        <w:t>ہٹلر کی جو آئیڈیالوجی تھی وہی بال ٹھاکرے کی آئیڈیالوجی تھی۔</w:t>
      </w:r>
    </w:p>
    <w:p>
      <w:r>
        <w:rPr>
          <w:b/>
        </w:rPr>
        <w:t xml:space="preserve">[02:13] </w:t>
      </w:r>
      <w:r>
        <w:t>aap jante hain ke hitler jo hai bohat hi zabardast qism ka war monger tha, wo tashaddud mein yaqeen rakhta tha.</w:t>
      </w:r>
    </w:p>
    <w:p>
      <w:pPr>
        <w:jc w:val="right"/>
      </w:pPr>
      <w:r>
        <w:t>آپ جانتے ہیں کہ ہٹلر جو ہے بہت ہی زبردست قسم کا وار مانگر تھا، وہ تشدد میں یقین رکھتا تھا۔</w:t>
      </w:r>
    </w:p>
    <w:p>
      <w:r>
        <w:rPr>
          <w:b/>
        </w:rPr>
        <w:t xml:space="preserve">[02:25] </w:t>
      </w:r>
      <w:r>
        <w:t>lekin aap ghor kijiye, bal thackeray bhi apne target ko achieve kiye bina mar gaye.</w:t>
      </w:r>
    </w:p>
    <w:p>
      <w:pPr>
        <w:jc w:val="right"/>
      </w:pPr>
      <w:r>
        <w:t>لیکن آپ غور کیجیے، بال ٹھاکرے بھی اپنے ٹارگٹ کو اچیو کیے بنا مر گئے۔</w:t>
      </w:r>
    </w:p>
    <w:p>
      <w:r>
        <w:rPr>
          <w:b/>
        </w:rPr>
        <w:t xml:space="preserve">[02:34] </w:t>
      </w:r>
      <w:r>
        <w:t>isi tarah</w:t>
      </w:r>
    </w:p>
    <w:p>
      <w:pPr>
        <w:jc w:val="right"/>
      </w:pPr>
      <w:r>
        <w:t>اسی طرح</w:t>
      </w:r>
    </w:p>
    <w:p>
      <w:r>
        <w:rPr>
          <w:b/>
        </w:rPr>
        <w:t xml:space="preserve">[02:39] </w:t>
      </w:r>
      <w:r>
        <w:t>hitler bhi apne target ko achieve kiye bina khatma ho gaya, hitler ka.</w:t>
      </w:r>
    </w:p>
    <w:p>
      <w:pPr>
        <w:jc w:val="right"/>
      </w:pPr>
      <w:r>
        <w:t>ہٹلر بھی اپنے ٹارگٹ کو اچیو کیے بنا خاتمہ ہو گیا، ہٹلر کا۔</w:t>
      </w:r>
    </w:p>
    <w:p>
      <w:r>
        <w:rPr>
          <w:b/>
        </w:rPr>
        <w:t xml:space="preserve">[02:51] </w:t>
      </w:r>
      <w:r>
        <w:t>hitler ki umar is waqt fifty six years thi, fifty six, aur bal thackeray ki umar eighty six.</w:t>
      </w:r>
    </w:p>
    <w:p>
      <w:pPr>
        <w:jc w:val="right"/>
      </w:pPr>
      <w:r>
        <w:t>ہٹلر کی عمر اس وقت ففٹی سکس ایئرز تھی، ففٹی سکس، اور بال ٹھاکرے کی عمر ایٹی سکس۔</w:t>
      </w:r>
    </w:p>
    <w:p>
      <w:r>
        <w:rPr>
          <w:b/>
        </w:rPr>
        <w:t xml:space="preserve">[03:01] </w:t>
      </w:r>
      <w:r>
        <w:t>aur dono apne target ko achieve kiye bina khatm ho gaye.</w:t>
      </w:r>
    </w:p>
    <w:p>
      <w:pPr>
        <w:jc w:val="right"/>
      </w:pPr>
      <w:r>
        <w:t>اور دونوں اپنے ٹارگٹ کو اچیو کیے بنا ختم ہو گئے۔</w:t>
      </w:r>
    </w:p>
    <w:p>
      <w:r>
        <w:rPr>
          <w:b/>
        </w:rPr>
        <w:t xml:space="preserve">[03:07] </w:t>
      </w:r>
      <w:r>
        <w:t>hitler chahta tha ke poore europe mein rule kare, woh rule nahi kar saka, iska apna hi khatma ho gaya. Isi tarah dekhiye, falasteen mein aaj khabar hai ke hamas headquarter battered by israeli air force.</w:t>
      </w:r>
    </w:p>
    <w:p>
      <w:pPr>
        <w:jc w:val="right"/>
      </w:pPr>
      <w:r>
        <w:t>ہٹلر چاہتا تھا کہ پورے یورپ میں رول کرے، وہ رول نہیں کر سکا، اس کا اپنا ہی خاتمہ ہو گیا۔ اسی طرح دیکھیے، فلسطین میں آج خبر ہے کہ حماس ہیڈ کوارٹر بیٹرڈ بائی اسرائیلی ایئر فورس۔</w:t>
      </w:r>
    </w:p>
    <w:p>
      <w:r>
        <w:rPr>
          <w:b/>
        </w:rPr>
        <w:t xml:space="preserve">[03:34] </w:t>
      </w:r>
      <w:r>
        <w:t>hamas ke headquarter ko israeli air force ne destroy kar diya. Woh bhi badi badi baatein karte the,</w:t>
      </w:r>
    </w:p>
    <w:p>
      <w:pPr>
        <w:jc w:val="right"/>
      </w:pPr>
      <w:r>
        <w:t>حماس کے ہیڈ کوارٹر کو اسرائیلی ایئر فورس نے ڈسٹرائے کر دیا۔ وہ بھی بڑی بڑی باتیں کرتے تھے،</w:t>
      </w:r>
    </w:p>
    <w:p>
      <w:r>
        <w:rPr>
          <w:b/>
        </w:rPr>
        <w:t xml:space="preserve">[03:47] </w:t>
      </w:r>
      <w:r>
        <w:t>lekin kuch bhi achieve na kar sake aur unka haal yeh hua ke unka headquarter hi tabah kar diya gaya, unke leader maar daale gaye.</w:t>
      </w:r>
    </w:p>
    <w:p>
      <w:pPr>
        <w:jc w:val="right"/>
      </w:pPr>
      <w:r>
        <w:t>لیکن کچھ بھی اچیو نہ کر سکے اور ان کا حال یہ ہوا کہ ان کا ہیڈ کوارٹر ہی تباہ کر دیا گیا، ان کے لیڈر مار ڈالے گئے۔</w:t>
      </w:r>
    </w:p>
    <w:p>
      <w:r>
        <w:rPr>
          <w:b/>
        </w:rPr>
        <w:t xml:space="preserve">[03:55] </w:t>
      </w:r>
      <w:r>
        <w:t>dekhiye, yeh sirf do waqiyat nahi hain.</w:t>
      </w:r>
    </w:p>
    <w:p>
      <w:pPr>
        <w:jc w:val="right"/>
      </w:pPr>
      <w:r>
        <w:t>دیکھیے، یہ صرف دو واقعات نہیں ہیں۔</w:t>
      </w:r>
    </w:p>
    <w:p>
      <w:r>
        <w:rPr>
          <w:b/>
        </w:rPr>
        <w:t xml:space="preserve">[03:59] </w:t>
      </w:r>
      <w:r>
        <w:t>is poore daur mein, yaani woh daur jo shuru hua hai second world war ke baad, is poore daur mein bohat se aise waqiyat hue hain jo batate hain ke war ka zamana khatm ho gaya,</w:t>
      </w:r>
    </w:p>
    <w:p>
      <w:pPr>
        <w:jc w:val="right"/>
      </w:pPr>
      <w:r>
        <w:t>اس پورے دور میں، یعنی وہ دور جو شروع ہوا ہے سیکنڈ ولوار کے بعد، اس پورے دور میں بہت سے ایسے واقعات ہوئے ہیں جو بتاتے ہیں کہ وار کا زمانہ ختم ہو گیا،</w:t>
      </w:r>
    </w:p>
    <w:p>
      <w:r>
        <w:rPr>
          <w:b/>
        </w:rPr>
        <w:t xml:space="preserve">[04:18] </w:t>
      </w:r>
      <w:r>
        <w:t>yaani lad kar kuch jeet paane ka zamana khatm ho gaya, ab toh peace ka zamana hai.</w:t>
      </w:r>
    </w:p>
    <w:p>
      <w:pPr>
        <w:jc w:val="right"/>
      </w:pPr>
      <w:r>
        <w:t>یعنی لڑ کر کچھ جیت پانے کا زمانہ ختم ہو گیا، اب تو پیس کا زمانہ ہے۔</w:t>
      </w:r>
    </w:p>
    <w:p>
      <w:r>
        <w:rPr>
          <w:b/>
        </w:rPr>
        <w:t xml:space="preserve">[04:30] </w:t>
      </w:r>
      <w:r>
        <w:t>aap dekhiye, hitler ne lad kar chaha tha superiority hasil karna europe mein, magar hasil nahi kar saka woh.</w:t>
      </w:r>
    </w:p>
    <w:p>
      <w:pPr>
        <w:jc w:val="right"/>
      </w:pPr>
      <w:r>
        <w:t>آپ دیکھیے، ہٹلر نے لڑ کر چاہا تھا سپیریٹی حاصل کرنا یورپ میں، مگر حاصل نہیں کر سکا وہ۔</w:t>
      </w:r>
    </w:p>
    <w:p>
      <w:r>
        <w:rPr>
          <w:b/>
        </w:rPr>
        <w:t xml:space="preserve">[04:41] </w:t>
      </w:r>
      <w:r>
        <w:t>yahi haal japan ka hua. Japan jo hai second world war se pehle ek jangju qaum bana hua tha.</w:t>
      </w:r>
    </w:p>
    <w:p>
      <w:pPr>
        <w:jc w:val="right"/>
      </w:pPr>
      <w:r>
        <w:t>یہی حال جاپان کا ہوا۔ جاپان جو ہے سیکنڈ ولوار سے پہلے ایک جنگجو قوم بنا ہوا تھا۔</w:t>
      </w:r>
    </w:p>
    <w:p>
      <w:r>
        <w:rPr>
          <w:b/>
        </w:rPr>
        <w:t xml:space="preserve">[04:51] </w:t>
      </w:r>
      <w:r>
        <w:t>japan ne aur hitler ne, dono ne, war ki taaqat se chaha kamyabi hasil karna, lekin dono fail ho gaye.</w:t>
      </w:r>
    </w:p>
    <w:p>
      <w:pPr>
        <w:jc w:val="right"/>
      </w:pPr>
      <w:r>
        <w:t>جاپان نے اور ہٹلر نے، دونوں نے، وائرس کی طاقت سے چاہا کامیابی حاصل کرنا، لیکن دونوں فیل ہو گئے۔</w:t>
      </w:r>
    </w:p>
    <w:p>
      <w:r>
        <w:rPr>
          <w:b/>
        </w:rPr>
        <w:t xml:space="preserve">[05:08] </w:t>
      </w:r>
      <w:r>
        <w:t>yaani dono ne goya second world war mein zabaan-e-haal se yeh ailaan kiya ke "Age of War is over".</w:t>
      </w:r>
    </w:p>
    <w:p>
      <w:pPr>
        <w:jc w:val="right"/>
      </w:pPr>
      <w:r>
        <w:t>یعنی دونوں نے گویا سیکنڈ ولوار میں زبان حال سے یہ اعلان کیا کہ "Age of War is over"۔</w:t>
      </w:r>
    </w:p>
    <w:p>
      <w:r>
        <w:rPr>
          <w:b/>
        </w:rPr>
        <w:t xml:space="preserve">[05:19] </w:t>
      </w:r>
      <w:r>
        <w:t>is baad unhone bohat jald sabak liya. Germany ne industry mein apni taaqat laga di, bajaye ladai karne ke.</w:t>
      </w:r>
    </w:p>
    <w:p>
      <w:pPr>
        <w:jc w:val="right"/>
      </w:pPr>
      <w:r>
        <w:t>اس بعد انہوں نے بہت جلد سبق لیا۔ جرمنی نے انڈسٹری میں اپنی طاقت لگا دی، بجائے لڑائی کرنے کے۔</w:t>
      </w:r>
    </w:p>
    <w:p>
      <w:r>
        <w:rPr>
          <w:b/>
        </w:rPr>
        <w:t xml:space="preserve">[05:28] </w:t>
      </w:r>
      <w:r>
        <w:t>japan ne bhi laga di apni taaqat industry mein. Aap jante hain ke aaj germany europe ka number one mulk bana hua hai,</w:t>
      </w:r>
    </w:p>
    <w:p>
      <w:pPr>
        <w:jc w:val="right"/>
      </w:pPr>
      <w:r>
        <w:t>جاپان نے بھی لگا دی اپنی طاقت انڈسٹری میں۔ آپ جانتے ہیں کہ آج جرمنی یورپ کا نمبر ون ملک بنا ہوا ہے،</w:t>
      </w:r>
    </w:p>
    <w:p>
      <w:r>
        <w:rPr>
          <w:b/>
        </w:rPr>
        <w:t xml:space="preserve">[05:42] </w:t>
      </w:r>
      <w:r>
        <w:t>europe ka sab se zyada developed country bana hua hai, germany. Aur japan asia ka sab se zyada developed country bana hua hai.</w:t>
      </w:r>
    </w:p>
    <w:p>
      <w:pPr>
        <w:jc w:val="right"/>
      </w:pPr>
      <w:r>
        <w:t>یورپ کا سب سے زیادہ ڈویلپڈ کنٹری بنا ہوا ہے، جرمنی۔ اور جاپان ایشیا کا سب سے زیادہ ڈویلپڈ کنٹری بنا ہوا ہے۔</w:t>
      </w:r>
    </w:p>
    <w:p>
      <w:r>
        <w:rPr>
          <w:b/>
        </w:rPr>
        <w:t xml:space="preserve">[05:54] </w:t>
      </w:r>
      <w:r>
        <w:t>yeh kaise? War ki taaqat ko istemaal kar ke nahi, peace ki taaqat ko istemaal kar ke.</w:t>
      </w:r>
    </w:p>
    <w:p>
      <w:pPr>
        <w:jc w:val="right"/>
      </w:pPr>
      <w:r>
        <w:t>یہ کیسے؟ وار کی طاقت کو استعمال کر کے نہیں، پیس کی طاقت کو استعمال کر کے۔</w:t>
      </w:r>
    </w:p>
    <w:p>
      <w:r>
        <w:rPr>
          <w:b/>
        </w:rPr>
        <w:t xml:space="preserve">[06:05] </w:t>
      </w:r>
      <w:r>
        <w:t>aise hi aap dekhiye, aur bohat se qaumon ne chaha war ke zariye kamyabi hasil karna.</w:t>
      </w:r>
    </w:p>
    <w:p>
      <w:pPr>
        <w:jc w:val="right"/>
      </w:pPr>
      <w:r>
        <w:t>ایسے ہی آپ دیکھیے، اور بہت سے قوموں نے چاہا وار کے ذریعے کامیابی حاصل کرنا۔</w:t>
      </w:r>
    </w:p>
    <w:p>
      <w:r>
        <w:rPr>
          <w:b/>
        </w:rPr>
        <w:t xml:space="preserve">[06:16] </w:t>
      </w:r>
      <w:r>
        <w:t>misalan russia mein dekhiye, communist power mein aaye 1917 mein, unnis satrah mein.</w:t>
      </w:r>
    </w:p>
    <w:p>
      <w:pPr>
        <w:jc w:val="right"/>
      </w:pPr>
      <w:r>
        <w:t>مثلاً رشیا میں دیکھیے، کمیونسٹ پاور میں آئے نائنٹین سیونٹین میں، انیس سترہ میں۔</w:t>
      </w:r>
    </w:p>
    <w:p>
      <w:r>
        <w:rPr>
          <w:b/>
        </w:rPr>
        <w:t xml:space="preserve">[06:26] </w:t>
      </w:r>
      <w:r>
        <w:t>inko mauqa mila 75 years tak rule karne ka, bahattar saal, lekin aap jante hain ke toot gaya,</w:t>
      </w:r>
    </w:p>
    <w:p>
      <w:pPr>
        <w:jc w:val="right"/>
      </w:pPr>
      <w:r>
        <w:t>ان کو موقع ملا سیونٹی فائیو ایئرز تک رول کرنے کا، بہتر سال، لیکن آپ جانتے ہیں کہ ٹوٹ گیا،</w:t>
      </w:r>
    </w:p>
    <w:p>
      <w:r>
        <w:rPr>
          <w:b/>
        </w:rPr>
        <w:t xml:space="preserve">[06:39] </w:t>
      </w:r>
      <w:r>
        <w:t>communist empire toot gaya. Unka nazariya kya tha? Hitler ne kaha tha ek baar apni taqreer mein ke hum ko kamyabi ke liye teen cheezon ki zaroorat hai:</w:t>
      </w:r>
    </w:p>
    <w:p>
      <w:pPr>
        <w:jc w:val="right"/>
      </w:pPr>
      <w:r>
        <w:t>کمیونسٹ ایمپائر ٹوٹ گیا۔ ان کا نظریہ کیا تھا؟ ہٹلر نے کہا تھا ایک بار اپنی تقریر میں کہ ہم کو کامیابی کے لیے تین چیزوں کی ضرورت ہے:</w:t>
      </w:r>
    </w:p>
    <w:p>
      <w:r>
        <w:rPr>
          <w:b/>
        </w:rPr>
        <w:t xml:space="preserve">[06:55] </w:t>
      </w:r>
      <w:r>
        <w:t>awwal hathiyaar, doyam hathiyaar, so hathiyaar, aur aakhir mein phir hathiyaar. Aur hathiyaar unhone hasil kiya, atom bomb banaya,</w:t>
      </w:r>
    </w:p>
    <w:p>
      <w:pPr>
        <w:jc w:val="right"/>
      </w:pPr>
      <w:r>
        <w:t>اول ہتھیار، دوم ہتھیار، سو ہتھیار، اور آخر میں پھر ہتھیار۔ اور ہتھیار انہوں نے حاصل کیا، ایٹم بم بنایا،</w:t>
      </w:r>
    </w:p>
    <w:p>
      <w:r>
        <w:rPr>
          <w:b/>
        </w:rPr>
        <w:t xml:space="preserve">[07:08] </w:t>
      </w:r>
      <w:r>
        <w:t>superpower ban gaye hathiyaaron ke maamle mein. Lekin pachattar saal mein Soviet Union toot gaya, Afghanistan mein woh haar gaya, jo usko burai mili thi woh bhi khatm ho gayi.</w:t>
      </w:r>
    </w:p>
    <w:p>
      <w:pPr>
        <w:jc w:val="right"/>
      </w:pPr>
      <w:r>
        <w:t>سپر پاور بن گئے ہتھیاروں کے معاملے میں۔ لیکن پچھتر سال میں سوویت یونین ٹوٹ گیا، افغانستان میں وہ ہار گیا، جو اس کو برائی ملی تھی وہ بھی ختم ہو گئی۔</w:t>
      </w:r>
    </w:p>
    <w:p>
      <w:r>
        <w:rPr>
          <w:b/>
        </w:rPr>
        <w:t xml:space="preserve">[07:30] </w:t>
      </w:r>
      <w:r>
        <w:t>is ke baad dekhiye, USA ko dekhiye aap. USA bhi superpower kaha jata tha. George Bush jo America ke president the, unke zamane mein bohat badi war chhedi unhone,</w:t>
      </w:r>
    </w:p>
    <w:p>
      <w:pPr>
        <w:jc w:val="right"/>
      </w:pPr>
      <w:r>
        <w:t>اس کے بعد دیکھیے، یو ایس او کو دیکھیے آپ۔ یو ایس او بھی سپر پاور کہا جاتا تھا۔ جارج بش جو امریکہ کے پریزیڈنٹ تھے، ان کے زمانے میں بہت بڑی وار چھڑی انہوں نے،</w:t>
      </w:r>
    </w:p>
    <w:p>
      <w:r>
        <w:rPr>
          <w:b/>
        </w:rPr>
        <w:t xml:space="preserve">[07:47] </w:t>
      </w:r>
      <w:r>
        <w:t>jisko kehte hain Gulf War.</w:t>
      </w:r>
    </w:p>
    <w:p>
      <w:pPr>
        <w:jc w:val="right"/>
      </w:pPr>
      <w:r>
        <w:t>جس کو کہتے ہیں گلف وار۔</w:t>
      </w:r>
    </w:p>
    <w:p>
      <w:r>
        <w:rPr>
          <w:b/>
        </w:rPr>
        <w:t xml:space="preserve">[07:51] </w:t>
      </w:r>
      <w:r>
        <w:t>George Bush kehte the farq ke saath is ko Star Wars. Aur Amrici faujon ne Iraq mein carpet bombardment kiya, carpet bombardment.</w:t>
      </w:r>
    </w:p>
    <w:p>
      <w:pPr>
        <w:jc w:val="right"/>
      </w:pPr>
      <w:r>
        <w:t>جارج بش کہتے تھے فرق کے ساتھ اس کو اسٹار وار۔ اور امریکی فوجوں نے عراق میں کارپٹ بمبارمنٹ کیا، کارپٹ بمبارمنٹ۔</w:t>
      </w:r>
    </w:p>
    <w:p>
      <w:r>
        <w:rPr>
          <w:b/>
        </w:rPr>
        <w:t xml:space="preserve">[08:06] </w:t>
      </w:r>
      <w:r>
        <w:t>ab poori apni navy ko, air force ko, army ko istemaal kiya aur five trillion dollar kharch daala America ne.</w:t>
      </w:r>
    </w:p>
    <w:p>
      <w:pPr>
        <w:jc w:val="right"/>
      </w:pPr>
      <w:r>
        <w:t>اب پوری اپنی نیوی کو، ایئر فورس کو، آرمی کو استعمال کیا اور فائیو ٹریلین ڈالر خرچ کر ڈالا امریکہ نے۔</w:t>
      </w:r>
    </w:p>
    <w:p>
      <w:r>
        <w:rPr>
          <w:b/>
        </w:rPr>
        <w:t xml:space="preserve">[08:16] </w:t>
      </w:r>
      <w:r>
        <w:t>lekin kya hai? kuch bhi nahin achive hua in ko.</w:t>
      </w:r>
    </w:p>
    <w:p>
      <w:pPr>
        <w:jc w:val="right"/>
      </w:pPr>
      <w:r>
        <w:t>لیکن کیا ہے؟ کچھ بھی نہیں اچیو ہوا ان کو۔</w:t>
      </w:r>
    </w:p>
    <w:p>
      <w:r>
        <w:rPr>
          <w:b/>
        </w:rPr>
        <w:t xml:space="preserve">[08:21] </w:t>
      </w:r>
      <w:r>
        <w:t>america ko kuch bhi achive nahin hua gulf war se. is waqt jab ke jang chidi thi unhon ne to america dunya ki strongest economy samjha jata tha.</w:t>
      </w:r>
    </w:p>
    <w:p>
      <w:pPr>
        <w:jc w:val="right"/>
      </w:pPr>
      <w:r>
        <w:t>امریکہ کو کچھ بھی اچیو نہیں ہوا گلف وار سے۔ اس وقت جب کہ جنگ چھڑی تھی انہوں نے تو امریکہ دنیا کی اسٹرانگیسٹ اکانومی سمجھا جاتا تھا۔</w:t>
      </w:r>
    </w:p>
    <w:p>
      <w:r>
        <w:rPr>
          <w:b/>
        </w:rPr>
        <w:t xml:space="preserve">[08:35] </w:t>
      </w:r>
      <w:r>
        <w:t>aaj woh ek weak economy bana hua hai. to kya mila war se?</w:t>
      </w:r>
    </w:p>
    <w:p>
      <w:pPr>
        <w:jc w:val="right"/>
      </w:pPr>
      <w:r>
        <w:t>آج وہ ایک ویک اکانومی بنا ہوا ہے۔ تو کیا ملا وار سے؟</w:t>
      </w:r>
    </w:p>
    <w:p>
      <w:r>
        <w:rPr>
          <w:b/>
        </w:rPr>
        <w:t xml:space="preserve">[08:43] </w:t>
      </w:r>
      <w:r>
        <w:t>war se na mila america ko kuch, na mila roos ko kuch, na mila hitler ko kuch,</w:t>
      </w:r>
    </w:p>
    <w:p>
      <w:pPr>
        <w:jc w:val="right"/>
      </w:pPr>
      <w:r>
        <w:t>وار سے نہ ملا امریکہ کو کچھ، نہ ملا روس کو کچھ، نہ ملا ہٹلر کو کچھ،</w:t>
      </w:r>
    </w:p>
    <w:p>
      <w:r>
        <w:rPr>
          <w:b/>
        </w:rPr>
        <w:t xml:space="preserve">[08:54] </w:t>
      </w:r>
      <w:r>
        <w:t>na japan ko mila kuch. kisi ko kuch nahin mila. jis tarah bal thackeray ne kaha tha ke "I am a great admirer of Hitler".</w:t>
      </w:r>
    </w:p>
    <w:p>
      <w:pPr>
        <w:jc w:val="right"/>
      </w:pPr>
      <w:r>
        <w:t>نہ جاپان کو ملا کچھ۔ کسی کو کچھ نہیں ملا۔ جس طرح بال ٹھاکرے نے کہا تھا کہ "I am a great admirer of Hitler"۔</w:t>
      </w:r>
    </w:p>
    <w:p>
      <w:r>
        <w:rPr>
          <w:b/>
        </w:rPr>
        <w:t xml:space="preserve">[09:09] </w:t>
      </w:r>
      <w:r>
        <w:t>hitler ko glorify kiya bal thackeray ne.</w:t>
      </w:r>
    </w:p>
    <w:p>
      <w:pPr>
        <w:jc w:val="right"/>
      </w:pPr>
      <w:r>
        <w:t>ہٹلر کو گلوریفائی کیا بال ٹھاکرے نے۔</w:t>
      </w:r>
    </w:p>
    <w:p>
      <w:r>
        <w:rPr>
          <w:b/>
        </w:rPr>
        <w:t xml:space="preserve">[09:14] </w:t>
      </w:r>
      <w:r>
        <w:t>isi tarah arab arab mulkon ka haal tha. poore arab mulk mein yeh sher goonjta tha ek zamane mein ke "haath salahuddin sahib tanfina jadadi hatain aur shab hatina".</w:t>
      </w:r>
    </w:p>
    <w:p>
      <w:pPr>
        <w:jc w:val="right"/>
      </w:pPr>
      <w:r>
        <w:t>اسی طرح عرب عرب ملکوں کا حال تھا۔ پورے عرب ملک میں یہ شعر گونجتا تھا ایک زمانے میں کہ "ہاتھ صلاح الدین صاحب تنفینا جددی ہتین اور شب ہتینا"۔</w:t>
      </w:r>
    </w:p>
    <w:p>
      <w:r>
        <w:rPr>
          <w:b/>
        </w:rPr>
        <w:t xml:space="preserve">[09:30] </w:t>
      </w:r>
      <w:r>
        <w:t>salahuddin ko dobara wapas lao aur hatain ka moarka garam karo. aur yeh sab kiya unhon ne.</w:t>
      </w:r>
    </w:p>
    <w:p>
      <w:pPr>
        <w:jc w:val="right"/>
      </w:pPr>
      <w:r>
        <w:t>صلاح الدین کو دوبارہ واپس لاؤ اور ہتین کا معرکہ گرم کرو۔ اور یہ سب کیا انہوں نے۔</w:t>
      </w:r>
    </w:p>
    <w:p>
      <w:r>
        <w:rPr>
          <w:b/>
        </w:rPr>
        <w:t xml:space="preserve">[09:40] </w:t>
      </w:r>
      <w:r>
        <w:t>falasteen ki jang mein mein ne internet par nikal kar dekha to maloom hua ke barah trillion dollar kharch ho gaye israel aur falasteen ki jang mein.</w:t>
      </w:r>
    </w:p>
    <w:p>
      <w:pPr>
        <w:jc w:val="right"/>
      </w:pPr>
      <w:r>
        <w:t>فلسطین کی جنگ میں میں نے انٹرنیٹ پر نکال کر دیکھا تو معلوم ہوا کہ بارہ ٹریلین ڈالر خرچ ہو گئے اسرائیل اور فلسطین کی جنگ میں۔</w:t>
      </w:r>
    </w:p>
    <w:p>
      <w:r>
        <w:rPr>
          <w:b/>
        </w:rPr>
        <w:t xml:space="preserve">[09:51] </w:t>
      </w:r>
      <w:r>
        <w:t>magar kuch bhi nahin mila. khud israel ko bhi kya mila? israel jo hai apne faujiyon ki hifazat karne mein nakaam hai.</w:t>
      </w:r>
    </w:p>
    <w:p>
      <w:pPr>
        <w:jc w:val="right"/>
      </w:pPr>
      <w:r>
        <w:t>مگر کچھ بھی نہیں ملا۔ خود اسرائیل کو بھی کیا ملا؟ اسرائیل جو ہے اپنے فوجیوں کی حفاظت کرنے میں ناکام ہے۔</w:t>
      </w:r>
    </w:p>
    <w:p>
      <w:r>
        <w:rPr>
          <w:b/>
        </w:rPr>
        <w:t xml:space="preserve">[10:02] </w:t>
      </w:r>
      <w:r>
        <w:t>it's ek insecure state bana hua hai woh.</w:t>
      </w:r>
    </w:p>
    <w:p>
      <w:pPr>
        <w:jc w:val="right"/>
      </w:pPr>
      <w:r>
        <w:t>It's ایک ان سیکیور سٹیٹ بنا ہوا ہے وہ۔</w:t>
      </w:r>
    </w:p>
    <w:p>
      <w:r>
        <w:rPr>
          <w:b/>
        </w:rPr>
        <w:t xml:space="preserve">[10:05] </w:t>
      </w:r>
      <w:r>
        <w:t>yani jo falasteen hai, arabon ki jo falasteen, woh ek field state agar hai to khud israel bhi ek insecure state hai, ghair mehfooz riyasat hai.</w:t>
      </w:r>
    </w:p>
    <w:p>
      <w:pPr>
        <w:jc w:val="right"/>
      </w:pPr>
      <w:r>
        <w:t>یعنی جو فلسطین ہے، عربوں کی جو فلسطین، وہ ایک فیلڈ سٹیٹ اگر ہے تو خود اسرائیل بھی ایک ان سیکیور سٹیٹ ہے، غیر محفوظ ریاست ہے۔</w:t>
      </w:r>
    </w:p>
    <w:p>
      <w:r>
        <w:rPr>
          <w:b/>
        </w:rPr>
        <w:t xml:space="preserve">[10:18] </w:t>
      </w:r>
      <w:r>
        <w:t>to na to israel ko kuch mila positive sense mein, na falastiniyon ko kuch mila.</w:t>
      </w:r>
    </w:p>
    <w:p>
      <w:pPr>
        <w:jc w:val="right"/>
      </w:pPr>
      <w:r>
        <w:t>تو نہ تو اسرائیل کو کچھ ملا پازیٹیو سینس میں، نہ فلسطینیوں کو کچھ ملا۔</w:t>
      </w:r>
    </w:p>
    <w:p>
      <w:r>
        <w:rPr>
          <w:b/>
        </w:rPr>
        <w:t xml:space="preserve">[10:27] </w:t>
      </w:r>
      <w:r>
        <w:t>to yeh poori tareekh jo hai second walar ke baad ki batati hai ke ab "Age of War is over".</w:t>
      </w:r>
    </w:p>
    <w:p>
      <w:pPr>
        <w:jc w:val="right"/>
      </w:pPr>
      <w:r>
        <w:t>تو یہ پوری تاریخ جو ہے سیکنڈ ولوار کے بعد کی بتاتی ہے کہ اب "Age of War is over"۔</w:t>
      </w:r>
    </w:p>
    <w:p>
      <w:r>
        <w:rPr>
          <w:b/>
        </w:rPr>
        <w:t xml:space="preserve">[10:41] </w:t>
      </w:r>
      <w:r>
        <w:t>aap atom bomb bana lijie, aap weapons of mass defense bana lijie, kuch bhi kar lijie.</w:t>
      </w:r>
    </w:p>
    <w:p>
      <w:pPr>
        <w:jc w:val="right"/>
      </w:pPr>
      <w:r>
        <w:t>آپ ایٹم بم بنا لیجیے، آپ ویپنز آف ماس ڈیفنس بنا لیجیے، کچھ بھی کر لیجیے۔</w:t>
      </w:r>
    </w:p>
    <w:p>
      <w:r>
        <w:rPr>
          <w:b/>
        </w:rPr>
        <w:t xml:space="preserve">[10:49] </w:t>
      </w:r>
      <w:r>
        <w:t>war ke zariye aap jeetne wale nahin hain.</w:t>
      </w:r>
    </w:p>
    <w:p>
      <w:pPr>
        <w:jc w:val="right"/>
      </w:pPr>
      <w:r>
        <w:t>وار کے ذریعے آپ جیتنے والے نہیں ہیں۔</w:t>
      </w:r>
    </w:p>
    <w:p>
      <w:r>
        <w:rPr>
          <w:b/>
        </w:rPr>
        <w:t xml:space="preserve">[10:54] </w:t>
      </w:r>
      <w:r>
        <w:t>kaisi anokhi tareekh hai yeh.</w:t>
      </w:r>
    </w:p>
    <w:p>
      <w:pPr>
        <w:jc w:val="right"/>
      </w:pPr>
      <w:r>
        <w:t>کیسی انوکھی تاریخ ہے یہ۔</w:t>
      </w:r>
    </w:p>
    <w:p>
      <w:r>
        <w:rPr>
          <w:b/>
        </w:rPr>
        <w:t xml:space="preserve">[11:00] </w:t>
      </w:r>
      <w:r>
        <w:t>"The</w:t>
      </w:r>
    </w:p>
    <w:p>
      <w:pPr>
        <w:jc w:val="right"/>
      </w:pPr>
      <w:r>
        <w:t>"The</w:t>
      </w:r>
    </w:p>
    <w:p>
      <w:r>
        <w:rPr>
          <w:b/>
        </w:rPr>
        <w:t xml:space="preserve">[11:02] </w:t>
      </w:r>
      <w:r>
        <w:t>Age of War is over" poora yeh bata raha hai ke jang ka zamana khatam ho gaya.</w:t>
      </w:r>
    </w:p>
    <w:p>
      <w:pPr>
        <w:jc w:val="right"/>
      </w:pPr>
      <w:r>
        <w:t>Age of War is over" پورا یہ بتا رہا ہے کہ جنگ کا زمانہ ختم ہو گیا۔</w:t>
      </w:r>
    </w:p>
    <w:p>
      <w:r>
        <w:rPr>
          <w:b/>
        </w:rPr>
        <w:t xml:space="preserve">[11:14] </w:t>
      </w:r>
      <w:r>
        <w:t>yeh kya cheez hai? yeh batati hai ke jang ka zamana khatam hua, aman ka zamana aa gaya.</w:t>
      </w:r>
    </w:p>
    <w:p>
      <w:pPr>
        <w:jc w:val="right"/>
      </w:pPr>
      <w:r>
        <w:t>یہ کیا چیز ہے؟ یہ بتاتی ہے کہ جنگ کا زمانہ ختم ہوا، امن کا زمانہ آ گیا۔</w:t>
      </w:r>
    </w:p>
    <w:p>
      <w:r>
        <w:rPr>
          <w:b/>
        </w:rPr>
        <w:t xml:space="preserve">[11:26] </w:t>
      </w:r>
      <w:r>
        <w:t>jang ka zamana khatam hua, aman ka zamana aa gaya.</w:t>
      </w:r>
    </w:p>
    <w:p>
      <w:pPr>
        <w:jc w:val="right"/>
      </w:pPr>
      <w:r>
        <w:t>جنگ کا زمانہ ختم ہوا، امن کا زمانہ آ گیا۔</w:t>
      </w:r>
    </w:p>
    <w:p>
      <w:r>
        <w:rPr>
          <w:b/>
        </w:rPr>
        <w:t xml:space="preserve">[11:33] </w:t>
      </w:r>
      <w:r>
        <w:t>yani "Age of Peace is replaced by Age of War".</w:t>
      </w:r>
    </w:p>
    <w:p>
      <w:pPr>
        <w:jc w:val="right"/>
      </w:pPr>
      <w:r>
        <w:t>یعنی "Age of Peace is replaced by Age of War"۔</w:t>
      </w:r>
    </w:p>
    <w:p>
      <w:r>
        <w:rPr>
          <w:b/>
        </w:rPr>
        <w:t xml:space="preserve">[11:44] </w:t>
      </w:r>
      <w:r>
        <w:t>yahan par mein aap ko yaad dilaoon ga ke ab se chaudah so saal pehle quran o hadees mein is ki peshin goi kar di gayi thi.</w:t>
      </w:r>
    </w:p>
    <w:p>
      <w:pPr>
        <w:jc w:val="right"/>
      </w:pPr>
      <w:r>
        <w:t>یہاں پر میں آپ کو یاد دلاؤں گا کہ اب سے چودہ سو سال پہلے قرآن و حدیث میں اس کی پیشین گوئی کر دی گئی تھی۔</w:t>
      </w:r>
    </w:p>
    <w:p>
      <w:r>
        <w:rPr>
          <w:b/>
        </w:rPr>
        <w:t xml:space="preserve">[11:55] </w:t>
      </w:r>
      <w:r>
        <w:t>kaisi ajeeb baat hai?</w:t>
      </w:r>
    </w:p>
    <w:p>
      <w:pPr>
        <w:jc w:val="right"/>
      </w:pPr>
      <w:r>
        <w:t>کیسی عجیب بات ہے؟</w:t>
      </w:r>
    </w:p>
    <w:p>
      <w:r>
        <w:rPr>
          <w:b/>
        </w:rPr>
        <w:t xml:space="preserve">[11:58] </w:t>
      </w:r>
      <w:r>
        <w:t>chaudah so saal pehle. hadees mein dekhiye, sahih muslim bohat hi mashhoor kitab hai hadees ki.</w:t>
      </w:r>
    </w:p>
    <w:p>
      <w:pPr>
        <w:jc w:val="right"/>
      </w:pPr>
      <w:r>
        <w:t>چودہ سو سال پہلے۔ حدیث میں دیکھیے، صحیح مسلم بہت ہی مشہور کتاب ہے حدیث کی۔</w:t>
      </w:r>
    </w:p>
    <w:p>
      <w:r>
        <w:rPr>
          <w:b/>
        </w:rPr>
        <w:t xml:space="preserve">[12:11] </w:t>
      </w:r>
      <w:r>
        <w:t>is mein aap kitaab ul fitan mein dekhiye,</w:t>
      </w:r>
    </w:p>
    <w:p>
      <w:pPr>
        <w:jc w:val="right"/>
      </w:pPr>
      <w:r>
        <w:t>اس میں آپ کتاب الفتن میں دیکھیے،</w:t>
      </w:r>
    </w:p>
    <w:p>
      <w:r>
        <w:rPr>
          <w:b/>
        </w:rPr>
        <w:t xml:space="preserve">[12:17] </w:t>
      </w:r>
      <w:r>
        <w:t>is mein aik hadees hai kitaab ul fitan mein ke rasool Allah sal Allah alaihi wasallam ne farmaaya: "hazrat huzoor kehte hain ke aik zamana aaye ga jab ke tum na hathiyaar istemaal karo ge, na teer chalao ge."</w:t>
      </w:r>
    </w:p>
    <w:p>
      <w:pPr>
        <w:jc w:val="right"/>
      </w:pPr>
      <w:r>
        <w:t>اس میں ایک حدیث ہے کتاب الفتن میں کہ رسول اللہ صلی اللہ علیہ وسلم نے فرمایا: "حضرت حضور کہتے ہیں کہ ایک زمانہ آئے گا جب کہ تم نہ ہتھیار استعمال کرو گے، نہ تیر چلاؤ گے۔"</w:t>
      </w:r>
    </w:p>
    <w:p>
      <w:r>
        <w:rPr>
          <w:b/>
        </w:rPr>
        <w:t xml:space="preserve">[12:41] </w:t>
      </w:r>
      <w:r>
        <w:t>yeh hadees maujood hai, yahi woh kitaab yahan yahan bhi maujood hai, mere haafiz mein maujood hai, aap dekh sakte hain. Chaudah sau saal pehle aap ne farmaaya tha ke aik zamana aaye ga jab ke tum na hathiyaar istemaal karo ge aur na teer chalao ge.</w:t>
      </w:r>
    </w:p>
    <w:p>
      <w:pPr>
        <w:jc w:val="right"/>
      </w:pPr>
      <w:r>
        <w:t>یہ حدیث موجود ہے، یہی وہ کتاب یہاں یہاں بھی موجود ہے، میرے حافظ میں موجود ہے، آپ دیکھ سکتے ہیں۔ چودہ سو سال پہلے آپ نے فرمایا تھا کہ ایک زمانہ آئے گا جب کہ تم نہ ہتھیار استعمال کرو گے اور نہ تیر چلاؤ گے۔</w:t>
      </w:r>
    </w:p>
    <w:p>
      <w:r>
        <w:rPr>
          <w:b/>
        </w:rPr>
        <w:t xml:space="preserve">[13:04] </w:t>
      </w:r>
      <w:r>
        <w:t>sirf yeh hoga ke tum kaho ge "la ilaha illallah, Allah o Akbar" aur qale ki deewar gir jaaye gi.</w:t>
      </w:r>
    </w:p>
    <w:p>
      <w:pPr>
        <w:jc w:val="right"/>
      </w:pPr>
      <w:r>
        <w:t>صرف یہ ہوگا کہ تم کہو گے "لا الہ الا اللہ، اللہ اکبر" اور قلعے کی دیوار گر جائے گی۔</w:t>
      </w:r>
    </w:p>
    <w:p>
      <w:r>
        <w:rPr>
          <w:b/>
        </w:rPr>
        <w:t xml:space="preserve">[13:15] </w:t>
      </w:r>
      <w:r>
        <w:t>"la ilaha illallah, Allah o Akbar" kaho ge aur qale ki deewar gir jaaye gi. Is ka gate khul jaaye ga aur tum is ke andar daakhil ho jao ge.</w:t>
      </w:r>
    </w:p>
    <w:p>
      <w:pPr>
        <w:jc w:val="right"/>
      </w:pPr>
      <w:r>
        <w:t>"لا الہ الا اللہ، اللہ اکبر" کہو گے اور قلعے کی دیوار گر جائے گی۔ اس کا گیٹ کھل جائے گا اور تم اس کے اندر داخل ہو جاؤ گے۔</w:t>
      </w:r>
    </w:p>
    <w:p>
      <w:r>
        <w:rPr>
          <w:b/>
        </w:rPr>
        <w:t xml:space="preserve">[13:26] </w:t>
      </w:r>
      <w:r>
        <w:t>is hadees ko abhi tak hamare muhaddiseen samjhe nahi kyunke woh lafzon mein bat gaye hue hain. Woh samajhte hain sach much koi qila hoga, sach much koi deewar hogi, sach much koi dhal padegi.</w:t>
      </w:r>
    </w:p>
    <w:p>
      <w:pPr>
        <w:jc w:val="right"/>
      </w:pPr>
      <w:r>
        <w:t>اس حدیث کو ابھی تک ہمارے محدثین سمجھے نہیں کیونکہ وہ لفظوں میں بٹ گئے ہوئے ہیں۔ وہ سمجھتے ہیں سچ مچ کوئی قلعہ ہوگا، سچ مچ کوئی دیوار ہوگی، سچ مچ کوئی ڈھل پڑے گی۔</w:t>
      </w:r>
    </w:p>
    <w:p>
      <w:r>
        <w:rPr>
          <w:b/>
        </w:rPr>
        <w:t xml:space="preserve">[13:40] </w:t>
      </w:r>
      <w:r>
        <w:t>is liye yeh hadees aaj tak sarhon ke mutabiq mehma bani hui hai. Yeh</w:t>
      </w:r>
    </w:p>
    <w:p>
      <w:pPr>
        <w:jc w:val="right"/>
      </w:pPr>
      <w:r>
        <w:t>اس لیے یہ حدیث آج تک سرہوں کے مطابق معمہ بنی ہوئی ہے۔ یہ</w:t>
      </w:r>
    </w:p>
    <w:p>
      <w:r>
        <w:rPr>
          <w:b/>
        </w:rPr>
        <w:t xml:space="preserve">[13:48] </w:t>
      </w:r>
      <w:r>
        <w:t>baat nahi hai. Dekhiye, yahan par</w:t>
      </w:r>
    </w:p>
    <w:p>
      <w:pPr>
        <w:jc w:val="right"/>
      </w:pPr>
      <w:r>
        <w:t>بات نہیں ہے۔ دیکھیے، یہاں پر</w:t>
      </w:r>
    </w:p>
    <w:p>
      <w:r>
        <w:rPr>
          <w:b/>
        </w:rPr>
        <w:t xml:space="preserve">[13:53] </w:t>
      </w:r>
      <w:r>
        <w:t>kya kaha gaya hai? "la ilaha illallah, Allah o Akbar" ka matlab kya hai? Ideology. Yani is mein power of ideology ke bataya gaya hai aur hathiyaar istemaal ke kiye baghair kaamyaabi paane ke hathiyaar yahan numaindagi kar rahe hain war ki.</w:t>
      </w:r>
    </w:p>
    <w:p>
      <w:pPr>
        <w:jc w:val="right"/>
      </w:pPr>
      <w:r>
        <w:t>کیا کہا گیا ہے؟ "لا الہ الا اللہ، اللہ اکبر" کا مطلب کیا ہے؟ آئیڈیالوجی۔ یعنی اس میں پاور آف آئیڈیالوجی کے بتایا گیا ہے اور ہتھیار استعمال کے کیے بغیر کامیابی پانے کے ہتھیار یہاں نمائندگی کر رہے ہیں وار کی۔</w:t>
      </w:r>
    </w:p>
    <w:p>
      <w:r>
        <w:rPr>
          <w:b/>
        </w:rPr>
        <w:t xml:space="preserve">[14:16] </w:t>
      </w:r>
      <w:r>
        <w:t>yani war aur violence ke baghair sirf ideology ki taaqat se fateh karna mumkin ho jaaye ga.</w:t>
      </w:r>
    </w:p>
    <w:p>
      <w:pPr>
        <w:jc w:val="right"/>
      </w:pPr>
      <w:r>
        <w:t>یعنی وار اور وائیلنس کے بغیر صرف آئیڈیالوجی کی طاقت سے فتح کرنا ممکن ہو جائے گا۔</w:t>
      </w:r>
    </w:p>
    <w:p>
      <w:r>
        <w:rPr>
          <w:b/>
        </w:rPr>
        <w:t xml:space="preserve">[14:27] </w:t>
      </w:r>
      <w:r>
        <w:t>kaisi ajeeb baat hai yeh?</w:t>
      </w:r>
    </w:p>
    <w:p>
      <w:pPr>
        <w:jc w:val="right"/>
      </w:pPr>
      <w:r>
        <w:t>کیسی عجیب بات ہے یہ؟</w:t>
      </w:r>
    </w:p>
    <w:p>
      <w:r>
        <w:rPr>
          <w:b/>
        </w:rPr>
        <w:t xml:space="preserve">[14:33] </w:t>
      </w:r>
      <w:r>
        <w:t>to log lafzon mein bat ke ab yahi se samajhte rahe is baat ko</w:t>
      </w:r>
    </w:p>
    <w:p>
      <w:pPr>
        <w:jc w:val="right"/>
      </w:pPr>
      <w:r>
        <w:t>تو لوگ لفظوں میں بٹ کے اب یہی سے سمجھتے رہے اس بات کو</w:t>
      </w:r>
    </w:p>
    <w:p>
      <w:r>
        <w:rPr>
          <w:b/>
        </w:rPr>
        <w:t xml:space="preserve">[14:39] </w:t>
      </w:r>
      <w:r>
        <w:t>ke tashaddud ki taaqat khatm ho jaaye gi, aman ki taaqat sab se bari taaqat ban jaaye gi.</w:t>
      </w:r>
    </w:p>
    <w:p>
      <w:pPr>
        <w:jc w:val="right"/>
      </w:pPr>
      <w:r>
        <w:t>کہ تشدد کی طاقت ختم ہو جائے گی، امن کی طاقت سب سے بڑی طاقت بن جائے گی۔</w:t>
      </w:r>
    </w:p>
    <w:p>
      <w:r>
        <w:rPr>
          <w:b/>
        </w:rPr>
        <w:t xml:space="preserve">[14:46] </w:t>
      </w:r>
      <w:r>
        <w:t>yeh matlab hai is ka.</w:t>
      </w:r>
    </w:p>
    <w:p>
      <w:pPr>
        <w:jc w:val="right"/>
      </w:pPr>
      <w:r>
        <w:t>یہ مطلب ہے اس کا۔</w:t>
      </w:r>
    </w:p>
    <w:p>
      <w:r>
        <w:rPr>
          <w:b/>
        </w:rPr>
        <w:t xml:space="preserve">[14:50] </w:t>
      </w:r>
      <w:r>
        <w:t>achha, is ke asar khud Quran mein maujood hain. Is ke asar jo hai khud Quran mein maujood hai.</w:t>
      </w:r>
    </w:p>
    <w:p>
      <w:pPr>
        <w:jc w:val="right"/>
      </w:pPr>
      <w:r>
        <w:t>اچھا، اس کے اثر خود قرآن میں موجود ہے۔ اس کے اثر جو ہے خود قرآن میں موجود ہے۔</w:t>
      </w:r>
    </w:p>
    <w:p>
      <w:r>
        <w:rPr>
          <w:b/>
        </w:rPr>
        <w:t xml:space="preserve">[14:57] </w:t>
      </w:r>
      <w:r>
        <w:t>Quran mein aik aayat hai ke "qatiluhum hatta la takuna fitnatun wa yakuna ad deenu kulluhu lillah".</w:t>
      </w:r>
    </w:p>
    <w:p>
      <w:pPr>
        <w:jc w:val="right"/>
      </w:pPr>
      <w:r>
        <w:t>قرآن میں ایک آیت ہے کہ "قاتلہم حتی لا تکون فتنہ ویکون الدین کلہ للہ"۔</w:t>
      </w:r>
    </w:p>
    <w:p>
      <w:r>
        <w:rPr>
          <w:b/>
        </w:rPr>
        <w:t xml:space="preserve">[15:10] </w:t>
      </w:r>
      <w:r>
        <w:t>is ka translation yeh hai ke lado yahan tak ke fitna baqi na rahe aur deen sab ka sab Allah ke liye ho jaaye.</w:t>
      </w:r>
    </w:p>
    <w:p>
      <w:pPr>
        <w:jc w:val="right"/>
      </w:pPr>
      <w:r>
        <w:t>اس کا ٹرانسلیشن یہ ہے کہ لڑو یہاں تک کہ فتنہ باقی نہ رہے اور دین سب کا سب اللہ کے لیے ہو جائے۔</w:t>
      </w:r>
    </w:p>
    <w:p>
      <w:r>
        <w:rPr>
          <w:b/>
        </w:rPr>
        <w:t xml:space="preserve">[15:24] </w:t>
      </w:r>
      <w:r>
        <w:t>is aayat ko bhi log samajh nahi paaye kyunke</w:t>
      </w:r>
    </w:p>
    <w:p>
      <w:pPr>
        <w:jc w:val="right"/>
      </w:pPr>
      <w:r>
        <w:t>اس آیت کو بھی لوگ سمجھ نہیں پائے کیونکہ</w:t>
      </w:r>
    </w:p>
    <w:p>
      <w:r>
        <w:rPr>
          <w:b/>
        </w:rPr>
        <w:t xml:space="preserve">[15:33] </w:t>
      </w:r>
      <w:r>
        <w:t>fitna khatm ho aur deen Allah ke liye ho jaaye, is ko jode hue hain political power se. Is liye samajh mein nahi aati un ki koi baat ke jab tak political power musalmanon ke haath mein na ho, tab tak samajhte hain ke yeh waqea wajood mein nahi aaya.</w:t>
      </w:r>
    </w:p>
    <w:p>
      <w:pPr>
        <w:jc w:val="right"/>
      </w:pPr>
      <w:r>
        <w:t>فتنہ ختم ہو اور دین اللہ کے لیے ہو جائے، اس کو جوڑے ہوئے ہیں پولیٹیکل پاور سے۔ اس لیے سمجھ میں نہیں آتی ان کی کوئی بات کہ جب تک پولیٹیکل پاور مسلمانوں کے ہاتھ میں نہ ہو، تب تک سمجھتے ہیں کہ یہ واقعہ وجود میں نہیں آیا۔</w:t>
      </w:r>
    </w:p>
    <w:p>
      <w:r>
        <w:rPr>
          <w:b/>
        </w:rPr>
        <w:t xml:space="preserve">[15:52] </w:t>
      </w:r>
      <w:r>
        <w:t>yahan par political power ki baat hai hi nahi. Sarre se yahan par dekhiye, deen jo hai woh alamat hai ideology ki.</w:t>
      </w:r>
    </w:p>
    <w:p>
      <w:pPr>
        <w:jc w:val="right"/>
      </w:pPr>
      <w:r>
        <w:t>یہاں پر پولیٹیکل پاور کی بات ہے ہی نہیں۔ سرے سے یہاں پر دیکھیے، دین جو ہے وہ علامت ہے آئیڈیالوجی کی۔</w:t>
      </w:r>
    </w:p>
    <w:p>
      <w:r>
        <w:rPr>
          <w:b/>
        </w:rPr>
        <w:t xml:space="preserve">[16:06] </w:t>
      </w:r>
      <w:r>
        <w:t>to jis zamane mein rasool Allah sal Allah alaihi wasallam tashreef laaye, choudah sau saal pehle, us zamane mein kya tha?</w:t>
      </w:r>
    </w:p>
    <w:p>
      <w:pPr>
        <w:jc w:val="right"/>
      </w:pPr>
      <w:r>
        <w:t>تو جس زمانے میں رسول اللہ صلی اللہ علیہ وسلم تشریف لائے، چودہ سو سال پہلے، اس زمانے میں کیا تھا؟</w:t>
      </w:r>
    </w:p>
    <w:p>
      <w:r>
        <w:rPr>
          <w:b/>
        </w:rPr>
        <w:t xml:space="preserve">[16:15] </w:t>
      </w:r>
      <w:r>
        <w:t>talwar ki taaqat hi sab se bari taaqat samajhti thi.</w:t>
      </w:r>
    </w:p>
    <w:p>
      <w:pPr>
        <w:jc w:val="right"/>
      </w:pPr>
      <w:r>
        <w:t>تلوار کی طاقت ہی سب سے بڑی طاقت سمجھاتی تھی۔</w:t>
      </w:r>
    </w:p>
    <w:p>
      <w:r>
        <w:rPr>
          <w:b/>
        </w:rPr>
        <w:t xml:space="preserve">[16:20] </w:t>
      </w:r>
      <w:r>
        <w:t>woh tribal age tha. Bas talwar, talwar, talwar. Farsi shair ne kaha tha ke "har ke shamshir zarad, sikka o naamash khanan".</w:t>
      </w:r>
    </w:p>
    <w:p>
      <w:pPr>
        <w:jc w:val="right"/>
      </w:pPr>
      <w:r>
        <w:t>وہ ٹرائبل ایج تھا۔ بس تلوار، تلوار، تلوار۔ فارسی شاعر نے کہا تھا کہ "ہر کے شمشیر زرد، سکہ و نامش خانن"۔</w:t>
      </w:r>
    </w:p>
    <w:p>
      <w:r>
        <w:rPr>
          <w:b/>
        </w:rPr>
        <w:t xml:space="preserve">[16:32] </w:t>
      </w:r>
      <w:r>
        <w:t>matlab jo talwar chalaata hai, taaqat usi ke paas rehti hai. Yeh daur tha. Is aayat ka matlab yeh hai ke is daur ko khatm karo.</w:t>
      </w:r>
    </w:p>
    <w:p>
      <w:pPr>
        <w:jc w:val="right"/>
      </w:pPr>
      <w:r>
        <w:t>مطلب جو تلوار چلاتا ہے، طاقت اسی کے پاس رہتی ہے۔ یہ دور تھا۔ اس آیت کا مطلب یہ ہے کہ اس دور کو ختم کرو۔</w:t>
      </w:r>
    </w:p>
    <w:p>
      <w:r>
        <w:rPr>
          <w:b/>
        </w:rPr>
        <w:t xml:space="preserve">[16:44] </w:t>
      </w:r>
      <w:r>
        <w:t>yani jang kar ke jang ke daur ko khatm karo. Is ka matlab yeh tha</w:t>
      </w:r>
    </w:p>
    <w:p>
      <w:pPr>
        <w:jc w:val="right"/>
      </w:pPr>
      <w:r>
        <w:t>یعنی جنگ کر کے جنگ کے دور کو ختم کرو۔ اس کا مطلب یہ تھا</w:t>
      </w:r>
    </w:p>
    <w:p>
      <w:r>
        <w:rPr>
          <w:b/>
        </w:rPr>
        <w:t xml:space="preserve">[16:51] </w:t>
      </w:r>
      <w:r>
        <w:t>jang kar ke jang ke dour ko khatam karna yahan tak ke aman ka dour aa jaye aur aur ideology hi kafi ho kamyabi ke liye.</w:t>
      </w:r>
    </w:p>
    <w:p>
      <w:pPr>
        <w:jc w:val="right"/>
      </w:pPr>
      <w:r>
        <w:t>جنگ کر کے جنگ کے دور کو ختم کرنا یہاں تک کہ امن کا دور آ جائے اور اور آئیڈیالوجی ہی کافی ہو کامیابی کے لیے۔</w:t>
      </w:r>
    </w:p>
    <w:p>
      <w:r>
        <w:rPr>
          <w:b/>
        </w:rPr>
        <w:t xml:space="preserve">[17:04] </w:t>
      </w:r>
      <w:r>
        <w:t>yeh matlab tha. sara masla yeh hai ke is mein jore hue hain log political power ko. is liye un ki samajh nahi aati kya matlab is hadith, is ayat ka.</w:t>
      </w:r>
    </w:p>
    <w:p>
      <w:pPr>
        <w:jc w:val="right"/>
      </w:pPr>
      <w:r>
        <w:t>یہ مطلب تھا۔ سارا مسئلہ یہ ہے کہ اس میں جوڑے ہوئے ہیں لوگ پولیٹیکل پاور کو۔ اس لیے ان کی سمجھ نہیں آتی کیا مطلب اس حدیث، اس آیت کا۔</w:t>
      </w:r>
    </w:p>
    <w:p>
      <w:r>
        <w:rPr>
          <w:b/>
        </w:rPr>
        <w:t xml:space="preserve">[17:15] </w:t>
      </w:r>
      <w:r>
        <w:t>na hadith samajhte hain, na ayat ko samajhte hain. political power is nothing</w:t>
      </w:r>
    </w:p>
    <w:p>
      <w:pPr>
        <w:jc w:val="right"/>
      </w:pPr>
      <w:r>
        <w:t>نہ حدیث سمجھتے ہیں، نہ آیت کو سمجھتے ہیں۔ پولیٹیکل پاور از نتھنگ</w:t>
      </w:r>
    </w:p>
    <w:p>
      <w:r>
        <w:rPr>
          <w:b/>
        </w:rPr>
        <w:t xml:space="preserve">[17:20] </w:t>
      </w:r>
      <w:r>
        <w:t>, is ki koi haqeeqat nahi hai. political power to aik headache hai. headache. political power aik headache hai. aaj cheez ahmiyat jis cheez ki hai, woh hai opportunity ki, mawaqe ki,</w:t>
      </w:r>
    </w:p>
    <w:p>
      <w:pPr>
        <w:jc w:val="right"/>
      </w:pPr>
      <w:r>
        <w:t>، اس کی کوئی حقیقت نہیں ہے۔ پولیٹیکل پاور تو ایک ہیڈک ہے۔ ہیڈک۔ پولیٹیکل پاور ایک ہیڈک ہے۔ آج چیز اہمیت جس چیز کی ہے، وہ ہے اپرچونیٹی کی، مواقع کی،</w:t>
      </w:r>
    </w:p>
    <w:p>
      <w:r>
        <w:rPr>
          <w:b/>
        </w:rPr>
        <w:t xml:space="preserve">[17:34] </w:t>
      </w:r>
      <w:r>
        <w:t>kaam ke mawaqe. agar aap ke kaam ke mawaqe khule hue hon education ki field mein, da'wa ki field mein, business ki field mein, industry ki field mein, to bas aap sab kuch aap ko mila hua hai.</w:t>
      </w:r>
    </w:p>
    <w:p>
      <w:pPr>
        <w:jc w:val="right"/>
      </w:pPr>
      <w:r>
        <w:t>کام کے مواقع۔ اگر آپ کے کام کے مواقع کھلے ہوئے ہوں ایجوکیشن کی فیلڈ میں، دعویٰ کی فیلڈ میں، بزنس کی فیلڈ میں، انڈسٹری کی فیلڈ میں، تو بس آپ سب کچھ آپ کو ملا ہوا ہے۔</w:t>
      </w:r>
    </w:p>
    <w:p>
      <w:r>
        <w:rPr>
          <w:b/>
        </w:rPr>
        <w:t xml:space="preserve">[17:50] </w:t>
      </w:r>
      <w:r>
        <w:t>phir political power ki zaroorat hi nahi hai. to is ayat ka, is hadith ka matlab yeh hai ke aik zamana aye ga, yani Allah taala aise tadbeer farmayein ge halaat mein ke woh jagah, woh dour hi khatam ho jaye ga jis dour mein log samajhte the ke baghair lade kuch nahi mile ga,</w:t>
      </w:r>
    </w:p>
    <w:p>
      <w:pPr>
        <w:jc w:val="right"/>
      </w:pPr>
      <w:r>
        <w:t>پھر پولیٹیکل پاور کی ضرورت ہی نہیں ہے۔ تو اس آیت کا، اس حدیث کا مطلب یہ ہے کہ ایک زمانہ آئے گا، یعنی اللہ تعالی ایسے تدبیر فرمائیں گے حالات میں کہ وہ جگہ، وہ دور ہی ختم ہو جائے گا جس دور میں لوگ سمجھتے تھے کہ بغیر لڑے کچھ نہیں ملے گا،</w:t>
      </w:r>
    </w:p>
    <w:p>
      <w:r>
        <w:rPr>
          <w:b/>
        </w:rPr>
        <w:t xml:space="preserve">[18:14] </w:t>
      </w:r>
      <w:r>
        <w:t>baghair talwar ke kuch nahi mil sakta. woh dour khatam ho jaye ga.</w:t>
      </w:r>
    </w:p>
    <w:p>
      <w:pPr>
        <w:jc w:val="right"/>
      </w:pPr>
      <w:r>
        <w:t>بغیر تلوار کے کچھ نہیں مل سکتا۔ وہ دور ختم ہو جائے گا۔</w:t>
      </w:r>
    </w:p>
    <w:p>
      <w:r>
        <w:rPr>
          <w:b/>
        </w:rPr>
        <w:t xml:space="preserve">[18:21] </w:t>
      </w:r>
      <w:r>
        <w:t>woh dour ab aa chuka hai. woh dour kaise aya hai? is zamane mein dekhiye, second world war ke baad bohat sari tabdeeliyaan huin.</w:t>
      </w:r>
    </w:p>
    <w:p>
      <w:pPr>
        <w:jc w:val="right"/>
      </w:pPr>
      <w:r>
        <w:t>وہ دور اب آ چکا ہے۔ وہ دور کیسے آیا ہے؟ اس زمانے میں دیکھیے، سیکنڈ ولوار کے بعد بہت ساری تبدیلیاں ہوئیں۔</w:t>
      </w:r>
    </w:p>
    <w:p>
      <w:r>
        <w:rPr>
          <w:b/>
        </w:rPr>
        <w:t xml:space="preserve">[18:29] </w:t>
      </w:r>
      <w:r>
        <w:t>bohat zyada. maslan dekhiye, religious freedom aayi duniya mein jo ke pehle nahi thi.</w:t>
      </w:r>
    </w:p>
    <w:p>
      <w:pPr>
        <w:jc w:val="right"/>
      </w:pPr>
      <w:r>
        <w:t>بہت زیادہ۔ مثلاً دیکھیے، ریلیجس فریڈم آئی دنیا میں جو کہ پہلے نہیں تھی۔</w:t>
      </w:r>
    </w:p>
    <w:p>
      <w:r>
        <w:rPr>
          <w:b/>
        </w:rPr>
        <w:t xml:space="preserve">[18:40] </w:t>
      </w:r>
      <w:r>
        <w:t>azadi aayi duniya mein jo pehle nahi thi.</w:t>
      </w:r>
    </w:p>
    <w:p>
      <w:pPr>
        <w:jc w:val="right"/>
      </w:pPr>
      <w:r>
        <w:t>آزادی آئی دنیا میں جو پہلے نہیں تھی۔</w:t>
      </w:r>
    </w:p>
    <w:p>
      <w:r>
        <w:rPr>
          <w:b/>
        </w:rPr>
        <w:t xml:space="preserve">[18:44] </w:t>
      </w:r>
      <w:r>
        <w:t>economy ke darwaze khul gaye. pehle sirf agriculture yani ziraat thi, source tha economics ka, economy ka.</w:t>
      </w:r>
    </w:p>
    <w:p>
      <w:pPr>
        <w:jc w:val="right"/>
      </w:pPr>
      <w:r>
        <w:t>اکانومی کے دروازے کھل گئے۔ پہلے صرف ایگریکلچر یعنی زراعت تھی، سورس تھا اقتصادیات کا، اکانومی کا۔</w:t>
      </w:r>
    </w:p>
    <w:p>
      <w:r>
        <w:rPr>
          <w:b/>
        </w:rPr>
        <w:t xml:space="preserve">[18:54] </w:t>
      </w:r>
      <w:r>
        <w:t>ab to secondary cheez ban gaye woh. ab hazaron hazar naye tareeqe hain jis se aadmi paisa kamata hai modern industrial age mein.</w:t>
      </w:r>
    </w:p>
    <w:p>
      <w:pPr>
        <w:jc w:val="right"/>
      </w:pPr>
      <w:r>
        <w:t>اب تو سیکنڈری چیز بن گئے وہ۔ اب ہزاروں ہزار نئے طریقے ہیں جس سے آدمی پیسہ کماتا ہے ماڈرن انڈسٹریل ایج میں۔</w:t>
      </w:r>
    </w:p>
    <w:p>
      <w:r>
        <w:rPr>
          <w:b/>
        </w:rPr>
        <w:t xml:space="preserve">[19:07] </w:t>
      </w:r>
      <w:r>
        <w:t>to yeh hai decentralization.</w:t>
      </w:r>
    </w:p>
    <w:p>
      <w:pPr>
        <w:jc w:val="right"/>
      </w:pPr>
      <w:r>
        <w:t>تو یہ ہے ڈی سینٹرلائزیشن۔</w:t>
      </w:r>
    </w:p>
    <w:p>
      <w:r>
        <w:rPr>
          <w:b/>
        </w:rPr>
        <w:t xml:space="preserve">[19:12] </w:t>
      </w:r>
      <w:r>
        <w:t>age of decentralization yani economy ko ziraat se alag kar diya, power ko political hukoomat se alag kar diya.</w:t>
      </w:r>
    </w:p>
    <w:p>
      <w:pPr>
        <w:jc w:val="right"/>
      </w:pPr>
      <w:r>
        <w:t>ایج آف ڈی سینٹرلائزیشن یعنی اکانومی کو زراعت سے الگ کر دیا، پاور کو پولیٹیکل حکومت سے الگ کر دیا۔</w:t>
      </w:r>
    </w:p>
    <w:p>
      <w:r>
        <w:rPr>
          <w:b/>
        </w:rPr>
        <w:t xml:space="preserve">[19:23] </w:t>
      </w:r>
      <w:r>
        <w:t>ab har cheez azaad hai. aap jo bhi karein, aap madrassa qaim karein, idare banayein, da'wa work karein, education mein aage barhna chahein, aage barhein, kuch bhi karna chahein, koi rukawat hi nahi.</w:t>
      </w:r>
    </w:p>
    <w:p>
      <w:pPr>
        <w:jc w:val="right"/>
      </w:pPr>
      <w:r>
        <w:t>اب ہر چیز آزاد ہے۔ آپ جو بھی کریں، آپ مدرسہ قائم کریں، ادارے بنائیں، داؤ ورک کریں، ایجوکیشن میں آگے بڑھنا چاہیں، آگے بڑھیں، کچھ بھی کرنا چاہیں، کوئی رکاوٹ ہی نہیں۔</w:t>
      </w:r>
    </w:p>
    <w:p>
      <w:r>
        <w:rPr>
          <w:b/>
        </w:rPr>
        <w:t xml:space="preserve">[19:41] </w:t>
      </w:r>
      <w:r>
        <w:t>to mawaqe ka khul jana yeh asal cheez hai. political power asal cheez nahi hai. to yeh sab kuch ho gaya.</w:t>
      </w:r>
    </w:p>
    <w:p>
      <w:pPr>
        <w:jc w:val="right"/>
      </w:pPr>
      <w:r>
        <w:t>تو مواقع کا کھل جانا یہ اصل چیز ہے۔ پولیٹیکل پاور اصل چیز نہیں ہے۔ تو یہ سب کچھ ہو گیا۔</w:t>
      </w:r>
    </w:p>
    <w:p>
      <w:r>
        <w:rPr>
          <w:b/>
        </w:rPr>
        <w:t xml:space="preserve">[19:53] </w:t>
      </w:r>
      <w:r>
        <w:t>yeh sab kuch ho gaya. abhi dekhiye, aaj ka waqia batata hoon mein. abhi hamare is hamare is class mein aik sahib maujood hain, Maulana Abdullah Qasmi.</w:t>
      </w:r>
    </w:p>
    <w:p>
      <w:pPr>
        <w:jc w:val="right"/>
      </w:pPr>
      <w:r>
        <w:t>یہ سب کچھ ہو گیا۔ ابھی دیکھیے، آج کا واقعہ بتاتا ہوں میں۔ ابھی ہمارے اس ہمارے اس کلاس میں ایک صاحب موجود ہیں، مولانا عبداللہ قاسمی۔</w:t>
      </w:r>
    </w:p>
    <w:p>
      <w:r>
        <w:rPr>
          <w:b/>
        </w:rPr>
        <w:t xml:space="preserve">[20:09] </w:t>
      </w:r>
      <w:r>
        <w:t>woh bombay se aaye hain. is waqt hamare sath shareek hain. woh Maulana Abdullah Qasmi, woh bombay mein rehte hain.</w:t>
      </w:r>
    </w:p>
    <w:p>
      <w:pPr>
        <w:jc w:val="right"/>
      </w:pPr>
      <w:r>
        <w:t>وہ بمبئی سے آئے ہیں۔ اس وقت ہمارے ساتھ شریک ہیں۔ وہ مولانا عبداللہ قاسمی، وہ بمبئی میں رہتے ہیں۔</w:t>
      </w:r>
    </w:p>
    <w:p>
      <w:r>
        <w:rPr>
          <w:b/>
        </w:rPr>
        <w:t xml:space="preserve">[20:19] </w:t>
      </w:r>
      <w:r>
        <w:t>woh aaj hi unhone bataya ke do October 2012 ko Goa mein aik Christian conference thi.</w:t>
      </w:r>
    </w:p>
    <w:p>
      <w:pPr>
        <w:jc w:val="right"/>
      </w:pPr>
      <w:r>
        <w:t>وہ آج ہی انہوں نے بتایا کہ دو اکتوبر 2012 کو گواہ میں ایک کرسچن کانفرنس تھی۔</w:t>
      </w:r>
    </w:p>
    <w:p>
      <w:r>
        <w:rPr>
          <w:b/>
        </w:rPr>
        <w:t xml:space="preserve">[20:33] </w:t>
      </w:r>
      <w:r>
        <w:t>Goa aap jante hain ke wahan par Christian log bohat hain.</w:t>
      </w:r>
    </w:p>
    <w:p>
      <w:pPr>
        <w:jc w:val="right"/>
      </w:pPr>
      <w:r>
        <w:t>گواہ آپ جانتے ہیں کہ وہاں پر کرسچن لوگ بہت ہیں۔</w:t>
      </w:r>
    </w:p>
    <w:p>
      <w:r>
        <w:rPr>
          <w:b/>
        </w:rPr>
        <w:t xml:space="preserve">[20:37] </w:t>
      </w:r>
      <w:r>
        <w:t>to un ke jo head hain, jo top ke log hain, woh jama hue conference mein. bohat hi top post log, do darjan ki tadad mein.</w:t>
      </w:r>
    </w:p>
    <w:p>
      <w:pPr>
        <w:jc w:val="right"/>
      </w:pPr>
      <w:r>
        <w:t>تو ان کے جو ہیڈ ہیں، جو ٹاپ کے لوگ ہیں، وہ جمع ہوئے کانفرنس میں۔ بہت ہی ٹاپ پوسٹ لوگ، دو درجن کی تعداد میں۔</w:t>
      </w:r>
    </w:p>
    <w:p>
      <w:r>
        <w:rPr>
          <w:b/>
        </w:rPr>
        <w:t xml:space="preserve">[20:53] </w:t>
      </w:r>
      <w:r>
        <w:t>to Maulana Abdullah Qasmi Quran Majeed ke angrezi tarjuma le kar wahan gaye.</w:t>
      </w:r>
    </w:p>
    <w:p>
      <w:pPr>
        <w:jc w:val="right"/>
      </w:pPr>
      <w:r>
        <w:t>تو مولانا عبداللہ قاسمی قرآن مجید کے انگریزی ترجمہ لے کر وہاں گئے۔</w:t>
      </w:r>
    </w:p>
    <w:p>
      <w:r>
        <w:rPr>
          <w:b/>
        </w:rPr>
        <w:t xml:space="preserve">[21:00] </w:t>
      </w:r>
      <w:r>
        <w:t>bohat sari mushkilat pesh aayin, bohat si rukawatein pesh aayin. lekin woh dua karte rahe, dua karte rahe, Allah se madad mangte rahe yahan tak ke un ko mauqa mil gaya.</w:t>
      </w:r>
    </w:p>
    <w:p>
      <w:pPr>
        <w:jc w:val="right"/>
      </w:pPr>
      <w:r>
        <w:t>بہت ساری مشکلات پیش آئیں، بہت سی رکاوٹیں پیش آئیں۔ لیکن وہ دعا کرتے رہے، دعا کرتے رہے، اللہ سے مدد مانگتے رہے یہاں تک کہ ان کو موقع مل گیا۔</w:t>
      </w:r>
    </w:p>
    <w:p>
      <w:r>
        <w:rPr>
          <w:b/>
        </w:rPr>
        <w:t xml:space="preserve">[21:10] </w:t>
      </w:r>
      <w:r>
        <w:t>aur sab ko unhone Quran pohanchaya. yahan tak ke jo head tha, head aik daddy head hai wahan ki Goa ki, woh wahan us ko bhi pohancha diya.</w:t>
      </w:r>
    </w:p>
    <w:p>
      <w:pPr>
        <w:jc w:val="right"/>
      </w:pPr>
      <w:r>
        <w:t>اور سب کو انہوں نے قرآن پہنچایا۔ یہاں تک کہ جو ہیڈ تھا، ہیڈ ایک ڈیڈی ہیڈ ہے وہاں کی گواہ کی، وہ وہاں اس کو بھی پہنچا دیا۔</w:t>
      </w:r>
    </w:p>
    <w:p>
      <w:r>
        <w:rPr>
          <w:b/>
        </w:rPr>
        <w:t xml:space="preserve">[21:21] </w:t>
      </w:r>
      <w:r>
        <w:t>yeh waqia hua hai do October 2012 ko.</w:t>
      </w:r>
    </w:p>
    <w:p>
      <w:pPr>
        <w:jc w:val="right"/>
      </w:pPr>
      <w:r>
        <w:t>یہ واقعہ ہوا ہے دو اکتوبر 2012 کو۔</w:t>
      </w:r>
    </w:p>
    <w:p>
      <w:r>
        <w:rPr>
          <w:b/>
        </w:rPr>
        <w:t xml:space="preserve">[21:28] </w:t>
      </w:r>
      <w:r>
        <w:t>achha, is ke baad kya hua?</w:t>
      </w:r>
    </w:p>
    <w:p>
      <w:pPr>
        <w:jc w:val="right"/>
      </w:pPr>
      <w:r>
        <w:t>اچھا، اس کے بعد کیا ہوا؟</w:t>
      </w:r>
    </w:p>
    <w:p>
      <w:r>
        <w:rPr>
          <w:b/>
        </w:rPr>
        <w:t xml:space="preserve">[21:30] </w:t>
      </w:r>
      <w:r>
        <w:t>woh chalay gaye wapas bombay. unhon ne bataya ke bombay mein unhein aik telephone mila. is lady ka jo head hai christian mission ki gawah mein,</w:t>
      </w:r>
    </w:p>
    <w:p>
      <w:pPr>
        <w:jc w:val="right"/>
      </w:pPr>
      <w:r>
        <w:t>وہ چلے گئے واپس بمبئی۔ انہوں نے بتایا کہ بمبئی میں انہیں ایک ٹیلی فون ملا۔ اس لیڈی کا جو ہیڈ ہے کرسچن مشن کی گواہ میں،</w:t>
      </w:r>
    </w:p>
    <w:p>
      <w:r>
        <w:rPr>
          <w:b/>
        </w:rPr>
        <w:t xml:space="preserve">[21:44] </w:t>
      </w:r>
      <w:r>
        <w:t>isay bataya ke hum poona mein hain is waqt. poona mein hamari aik meeting ho rahi hai, aap yahan aa jaiye. toh yeh waqia bees din ke baad ka hai.</w:t>
      </w:r>
    </w:p>
    <w:p>
      <w:pPr>
        <w:jc w:val="right"/>
      </w:pPr>
      <w:r>
        <w:t>اسے بتایا کہ ہم پونا میں ہیں اس وقت۔ پونا میں ہماری ایک میٹنگ ہو رہی ہے، آپ یہاں آ جائیے۔ تو یہ واقعہ بیس دن کے بعد کا ہے۔</w:t>
      </w:r>
    </w:p>
    <w:p>
      <w:r>
        <w:rPr>
          <w:b/>
        </w:rPr>
        <w:t xml:space="preserve">[21:55] </w:t>
      </w:r>
      <w:r>
        <w:t>yani do october ko unhon ne quran diya us ko. us ke bees din ke baad telephone aata hai. toh yeh bombay se gaye poona.</w:t>
      </w:r>
    </w:p>
    <w:p>
      <w:pPr>
        <w:jc w:val="right"/>
      </w:pPr>
      <w:r>
        <w:t>یعنی دو اکتوبر کو انہوں نے قرآن دیا اس کو۔ اس کے بیس دن کے بعد ٹیلی فون آتا ہے۔ تو یہ بمبئی سے گئے پونا۔</w:t>
      </w:r>
    </w:p>
    <w:p>
      <w:r>
        <w:rPr>
          <w:b/>
        </w:rPr>
        <w:t xml:space="preserve">[22:06] </w:t>
      </w:r>
      <w:r>
        <w:t>poona mein is lady ne un se mulaqat ki aik kamray mein. aur us ne jo kaha, woh bohat anokhi baat thi. aik christian mission ke head hain woh, woh gawah ke</w:t>
      </w:r>
    </w:p>
    <w:p>
      <w:pPr>
        <w:jc w:val="right"/>
      </w:pPr>
      <w:r>
        <w:t>پونا میں اس لیڈی نے ان سے ملاقات کی ایک کمرے میں۔ اور اس نے جو کہا، وہ بہت انوکھی بات تھی۔ ایک کرسچن مشن کے ہیڈ ہیں وہ، وہ گواہ کے</w:t>
      </w:r>
    </w:p>
    <w:p>
      <w:r>
        <w:rPr>
          <w:b/>
        </w:rPr>
        <w:t xml:space="preserve">[22:21] </w:t>
      </w:r>
      <w:r>
        <w:t>senior lady. us ne kaha ke is jo quran diya tha, unhon ne english translation is ka shukriya ada kiya.</w:t>
      </w:r>
    </w:p>
    <w:p>
      <w:pPr>
        <w:jc w:val="right"/>
      </w:pPr>
      <w:r>
        <w:t>سینئر لیڈی۔ اس نے کہا کہ اس جو قرآن دیا تھا، انہوں نے انگلش ٹرانسلیشن اس کا شکریہ ادا کیا۔</w:t>
      </w:r>
    </w:p>
    <w:p>
      <w:r>
        <w:rPr>
          <w:b/>
        </w:rPr>
        <w:t xml:space="preserve">[22:32] </w:t>
      </w:r>
      <w:r>
        <w:t>us ne kaha ke ab tak meri aankhon par patti bandhi hui thi.</w:t>
      </w:r>
    </w:p>
    <w:p>
      <w:pPr>
        <w:jc w:val="right"/>
      </w:pPr>
      <w:r>
        <w:t>اس نے کہا کہ اب تک میری آنکھوں پر پٹی بندھی ہوئی تھی۔</w:t>
      </w:r>
    </w:p>
    <w:p>
      <w:r>
        <w:rPr>
          <w:b/>
        </w:rPr>
        <w:t xml:space="preserve">[22:40] </w:t>
      </w:r>
      <w:r>
        <w:t>mein khuda ko nahi dekh sakti thi. meri aankhon par patti bandhi hui thi. mein khuda ko nahi dekh sakti thi.</w:t>
      </w:r>
    </w:p>
    <w:p>
      <w:pPr>
        <w:jc w:val="right"/>
      </w:pPr>
      <w:r>
        <w:t>میں خدا کو نہیں دیکھ سکتی تھی۔ میری آنکھوں پر پٹی بندھی ہوئی تھی۔ میں خدا کو نہیں دیکھ سکتی تھی۔</w:t>
      </w:r>
    </w:p>
    <w:p>
      <w:r>
        <w:rPr>
          <w:b/>
        </w:rPr>
        <w:t xml:space="preserve">[22:52] </w:t>
      </w:r>
      <w:r>
        <w:t>lekin quran parhnay ke baad mein is qabil ho gayi ke mein khuda ko dekhun. kaisi ajeeb baat hai. yani woh quran jo logon ki aankhon ki patti khol de,</w:t>
      </w:r>
    </w:p>
    <w:p>
      <w:pPr>
        <w:jc w:val="right"/>
      </w:pPr>
      <w:r>
        <w:t>لیکن قرآن پڑھنے کے بعد میں اس قابل ہو گئی کہ میں خدا کو دیکھوں۔ کیسی عجیب بات ہے۔ یعنی وہ قرآن جو لوگوں کی آنکھوں کی پٹی کھول دے،</w:t>
      </w:r>
    </w:p>
    <w:p>
      <w:r>
        <w:rPr>
          <w:b/>
        </w:rPr>
        <w:t xml:space="preserve">[23:06] </w:t>
      </w:r>
      <w:r>
        <w:t>jo logon ko is qabil banaye ke woh</w:t>
      </w:r>
    </w:p>
    <w:p>
      <w:pPr>
        <w:jc w:val="right"/>
      </w:pPr>
      <w:r>
        <w:t>جو لوگوں کو اس قابل بنائے کہ وہ</w:t>
      </w:r>
    </w:p>
    <w:p>
      <w:r>
        <w:rPr>
          <w:b/>
        </w:rPr>
        <w:t xml:space="preserve">[23:13] </w:t>
      </w:r>
      <w:r>
        <w:t>khuda ko, khaliq-e-kainat ko dekhnay lagain.</w:t>
      </w:r>
    </w:p>
    <w:p>
      <w:pPr>
        <w:jc w:val="right"/>
      </w:pPr>
      <w:r>
        <w:t>خدا کو، خالق کائنات کو دیکھنے لگیں۔</w:t>
      </w:r>
    </w:p>
    <w:p>
      <w:r>
        <w:rPr>
          <w:b/>
        </w:rPr>
        <w:t xml:space="preserve">[23:18] </w:t>
      </w:r>
      <w:r>
        <w:t>woh quran jo logon ko sachai ka rasta dikhaye, woh quran jo logon ki roshni ban jaye, woh aap ke paas hai aur is ko bilkul free pohancha sakte hain logon ko.</w:t>
      </w:r>
    </w:p>
    <w:p>
      <w:pPr>
        <w:jc w:val="right"/>
      </w:pPr>
      <w:r>
        <w:t>وہ قرآن جو لوگوں کو سچائی کا راستہ دکھائے، وہ قرآن جو لوگوں کی روشنی بن جائے، وہ آپ کے پاس ہے اور اس کو بالکل فری پہنچا سکتے ہیں لوگوں کو۔</w:t>
      </w:r>
    </w:p>
    <w:p>
      <w:r>
        <w:rPr>
          <w:b/>
        </w:rPr>
        <w:t xml:space="preserve">[23:35] </w:t>
      </w:r>
      <w:r>
        <w:t>yeh toh political power yani sari dunya mein aap ko hukumat qaim ho, is se bhi bari bari baat hai.</w:t>
      </w:r>
    </w:p>
    <w:p>
      <w:pPr>
        <w:jc w:val="right"/>
      </w:pPr>
      <w:r>
        <w:t>یہ تو پولیٹیکل پاور یعنی ساری دنیا میں آپ کو حکومت قائم ہو، اس سے بھی بڑی بڑی بات ہے۔</w:t>
      </w:r>
    </w:p>
    <w:p>
      <w:r>
        <w:rPr>
          <w:b/>
        </w:rPr>
        <w:t xml:space="preserve">[23:43] </w:t>
      </w:r>
      <w:r>
        <w:t>aap ki hukumat sari dunya mein agar qaim ho jaye ba-z-farz, jo mumkin nahi hai, tab bhi is se bari baat yeh hai.</w:t>
      </w:r>
    </w:p>
    <w:p>
      <w:pPr>
        <w:jc w:val="right"/>
      </w:pPr>
      <w:r>
        <w:t>آپ کی حکومت ساری دنیا میں اگر قائم ہو جائے بالفرض، جو ممکن نہیں ہے، تب بھی اس سے بڑی بات یہ ہے۔</w:t>
      </w:r>
    </w:p>
    <w:p>
      <w:r>
        <w:rPr>
          <w:b/>
        </w:rPr>
        <w:t xml:space="preserve">[23:50] </w:t>
      </w:r>
      <w:r>
        <w:t>yani woh quran jis jo logon ke dilo ko jeet le, woh quran jo logon ke mind ko address kare, woh quran jo logon ki patti khol de aankhon ki, woh quran jo andhay ko bena bana de,</w:t>
      </w:r>
    </w:p>
    <w:p>
      <w:pPr>
        <w:jc w:val="right"/>
      </w:pPr>
      <w:r>
        <w:t>یعنی وہ قرآن جس جو لوگوں کے دلوں کو جیت لے، وہ قرآن جو لوگوں کے مائنڈ کو ایڈریس کرے، وہ قرآن جو لوگوں کی پٹی کھول دے آنکھوں کی، وہ قرآن جو اندھے کو بینا بنا دے،</w:t>
      </w:r>
    </w:p>
    <w:p>
      <w:r>
        <w:rPr>
          <w:b/>
        </w:rPr>
        <w:t xml:space="preserve">[24:05] </w:t>
      </w:r>
      <w:r>
        <w:t>woh quran jo logon ke liye apne khaliq ke introduction ka zariya ban jaye, woh quran aap ke paas hai.</w:t>
      </w:r>
    </w:p>
    <w:p>
      <w:pPr>
        <w:jc w:val="right"/>
      </w:pPr>
      <w:r>
        <w:t>وہ قرآن جو لوگوں کے لیے اپنے خالق کے انٹروڈکشن کا ذریعہ بن جائے، وہ قرآن آپ کے پاس ہے۔</w:t>
      </w:r>
    </w:p>
    <w:p>
      <w:r>
        <w:rPr>
          <w:b/>
        </w:rPr>
        <w:t xml:space="preserve">[24:17] </w:t>
      </w:r>
      <w:r>
        <w:t>aur is ka international language mein tarjuma kar ke aap har har aik ko pehan</w:t>
      </w:r>
    </w:p>
    <w:p>
      <w:pPr>
        <w:jc w:val="right"/>
      </w:pPr>
      <w:r>
        <w:t>اور اس کا انٹرنیشنل لینگویج میں ترجمہ کر کے آپ ہر ہر ایک کو پہن</w:t>
      </w:r>
    </w:p>
    <w:p>
      <w:r>
        <w:rPr>
          <w:b/>
        </w:rPr>
        <w:t xml:space="preserve">[24:23] </w:t>
      </w:r>
      <w:r>
        <w:t>cha sakte hain. aaj ki zaban aap jantay hain, english jo hai, international language hai. koi rukawat nahi, jahan bhi jayen aap pohancha sakte hain logon ko.</w:t>
      </w:r>
    </w:p>
    <w:p>
      <w:pPr>
        <w:jc w:val="right"/>
      </w:pPr>
      <w:r>
        <w:t>چا سکتے ہیں۔ آج کی زبان آپ جانتے ہیں، انگلش جو ہے، انٹرنیشنل لینگویج ہے۔ کوئی رکاوٹ نہیں، جہاں بھی جائیں آپ پہنچا سکتے ہیں لوگوں کو۔</w:t>
      </w:r>
    </w:p>
    <w:p>
      <w:r>
        <w:rPr>
          <w:b/>
        </w:rPr>
        <w:t xml:space="preserve">[24:37] </w:t>
      </w:r>
      <w:r>
        <w:t>yeh toh more than superpower hai. toh yeh matlab tha is ayat ka: "wa qatiluhum hatta la takuna fitnatun wa yakuna ad-deenu kulluhu lillah".</w:t>
      </w:r>
    </w:p>
    <w:p>
      <w:pPr>
        <w:jc w:val="right"/>
      </w:pPr>
      <w:r>
        <w:t>یہ تو مور دین سپر پاور ہے۔ تو یہ مطلب تھا اس آیت کا: "وقاتلہم حتی لا تکون فتنہ ویکون الدین کلہ للہ"۔</w:t>
      </w:r>
    </w:p>
    <w:p>
      <w:r>
        <w:rPr>
          <w:b/>
        </w:rPr>
        <w:t xml:space="preserve">[24:54] </w:t>
      </w:r>
      <w:r>
        <w:t>yani is is daur ko khatam karo larr kar ke jo daur tha jis mein ke yeh sab rukawatein theen.</w:t>
      </w:r>
    </w:p>
    <w:p>
      <w:pPr>
        <w:jc w:val="right"/>
      </w:pPr>
      <w:r>
        <w:t>یعنی اس اس دور کو ختم کرو لڑ کر کے جو دور تھا جس میں کہ یہ سب رکاوٹیں تھیں۔</w:t>
      </w:r>
    </w:p>
    <w:p>
      <w:r>
        <w:rPr>
          <w:b/>
        </w:rPr>
        <w:t xml:space="preserve">[25:01] </w:t>
      </w:r>
      <w:r>
        <w:t>rukawaton ke daur ko khatam kar do ta ke har qism ki opportunity ke darwazay khul jayen. aur khul gaye.</w:t>
      </w:r>
    </w:p>
    <w:p>
      <w:pPr>
        <w:jc w:val="right"/>
      </w:pPr>
      <w:r>
        <w:t>رکاوٹوں کے دور کو ختم کر دو تاکہ ہر قسم کی اپرچونیٹی کے دروازے کھل جائیں۔ اور کھل گئے۔</w:t>
      </w:r>
    </w:p>
    <w:p>
      <w:r>
        <w:rPr>
          <w:b/>
        </w:rPr>
        <w:t xml:space="preserve">[25:11] </w:t>
      </w:r>
      <w:r>
        <w:t>chunaanche hazrat abdullah umar ki riwayat mojood hai bukhari mein ke ibn zubair ke zamanay mein log larrhai chhayay hue thay jis mein hazrat abdullah ibn muslim nahi thay.</w:t>
      </w:r>
    </w:p>
    <w:p>
      <w:pPr>
        <w:jc w:val="right"/>
      </w:pPr>
      <w:r>
        <w:t>چنانچہ حضرت عبداللہ عمر کی روایت موجود ہے بخاری میں کہ ابن زبیر کے زمانے میں لوگ لڑائی چھڑے ہوئے تھے جس میں حضرت عبداللہ ابن مسلم نہیں تھے۔</w:t>
      </w:r>
    </w:p>
    <w:p>
      <w:r>
        <w:rPr>
          <w:b/>
        </w:rPr>
        <w:t xml:space="preserve">[25:24] </w:t>
      </w:r>
      <w:r>
        <w:t>logon ke paas gaye ke aap bhi aaiye aur yeh ayat parhi unhon ne</w:t>
      </w:r>
    </w:p>
    <w:p>
      <w:pPr>
        <w:jc w:val="right"/>
      </w:pPr>
      <w:r>
        <w:t>لوگوں کے پاس گئے کہ آپ بھی آئیے اور یہ آیت پڑھی انہوں نے</w:t>
      </w:r>
    </w:p>
    <w:p>
      <w:r>
        <w:rPr>
          <w:b/>
        </w:rPr>
        <w:t xml:space="preserve">[25:29] </w:t>
      </w:r>
      <w:r>
        <w:t>ke aap kaise aadmi hain ke quran mein hukum hai aap lartay nahi hamaray sath aa kar ke. yeh ayat parhi unhon ne: "wa qatiluhum hatta la takuna fitnatun wa yakuna ad-deenu kulluhu lillah".</w:t>
      </w:r>
    </w:p>
    <w:p>
      <w:pPr>
        <w:jc w:val="right"/>
      </w:pPr>
      <w:r>
        <w:t>کہ آپ کیسے آدمی ہیں کہ قرآن میں حکم ہے آپ لڑتے نہیں ہمارے ساتھ آ کر کے۔ یہ آیت پڑھی انہوں نے: "وقاتلہم حتی لا تکون فتنہ ویکون الدین کلہ للہ"۔</w:t>
      </w:r>
    </w:p>
    <w:p>
      <w:r>
        <w:rPr>
          <w:b/>
        </w:rPr>
        <w:t xml:space="preserve">[25:40] </w:t>
      </w:r>
      <w:r>
        <w:t>jantay hain kya kaha rasool Allah ke sahabi abdullah umar, hazrat umar farooq ke sahibzaday ne kya kaha?</w:t>
      </w:r>
    </w:p>
    <w:p>
      <w:pPr>
        <w:jc w:val="right"/>
      </w:pPr>
      <w:r>
        <w:t>جانتے ہیں کیا کہا رسول اللہ کے صحابی عبداللہ عمر، حضرت عمر فاروق کے صاحبزادے نے کیا کہا؟</w:t>
      </w:r>
    </w:p>
    <w:p>
      <w:r>
        <w:rPr>
          <w:b/>
        </w:rPr>
        <w:t xml:space="preserve">[25:51] </w:t>
      </w:r>
      <w:r>
        <w:t>unho ne kaha: "qatalna". woh to hum ne kar diya, woh waqia to ho chuka,</w:t>
      </w:r>
    </w:p>
    <w:p>
      <w:pPr>
        <w:jc w:val="right"/>
      </w:pPr>
      <w:r>
        <w:t>انہوں نے کہا: "قتلنا"۔ وہ تو ہم نے کر دیا، وہ واقعہ تو ہو چکا،</w:t>
      </w:r>
    </w:p>
    <w:p>
      <w:r>
        <w:rPr>
          <w:b/>
        </w:rPr>
        <w:t xml:space="preserve">[25:58] </w:t>
      </w:r>
      <w:r>
        <w:t>ab tum dobara larr kar ke is is ko zindah kar rahe ho guzre hue daur ko.</w:t>
      </w:r>
    </w:p>
    <w:p>
      <w:pPr>
        <w:jc w:val="right"/>
      </w:pPr>
      <w:r>
        <w:t>اب تم دوبارہ لڑ کر کے اس اس کو زندہ کر رہے ہو گزرے ہوئے دور کو۔</w:t>
      </w:r>
    </w:p>
    <w:p>
      <w:r>
        <w:rPr>
          <w:b/>
        </w:rPr>
        <w:t xml:space="preserve">[26:07] </w:t>
      </w:r>
      <w:r>
        <w:t>to aaj jab ke maine molana abdullah qasmi ki zaban se yeh waqia suna to mujhe aisa laga ke jaise abdullah omar ki awaz goonj rahi hai, aaj bhi goonj rahi hai.</w:t>
      </w:r>
    </w:p>
    <w:p>
      <w:pPr>
        <w:jc w:val="right"/>
      </w:pPr>
      <w:r>
        <w:t>تو آج جب کہ میں نے مولانا عبداللہ قاسمی کی زبان سے یہ واقعہ سنا تو مجھے ایسا لگا کہ جیسے عبداللہ عمر کی آواز گونج رہی ہے، آج بھی گونج رہی ہے۔</w:t>
      </w:r>
    </w:p>
    <w:p>
      <w:r>
        <w:rPr>
          <w:b/>
        </w:rPr>
        <w:t xml:space="preserve">[26:19] </w:t>
      </w:r>
      <w:r>
        <w:t>woh keh rahi hai: "qatalna". jang ka daur to hum khatm kar chuke, ab larrna kis baat ka?</w:t>
      </w:r>
    </w:p>
    <w:p>
      <w:pPr>
        <w:jc w:val="right"/>
      </w:pPr>
      <w:r>
        <w:t>وہ کہہ رہی ہے: "قتلنا"۔ جنگ کا دور تو ہم ختم کر چکے، اب لڑنا کس بات کا؟</w:t>
      </w:r>
    </w:p>
    <w:p>
      <w:r>
        <w:rPr>
          <w:b/>
        </w:rPr>
        <w:t xml:space="preserve">[26:30] </w:t>
      </w:r>
      <w:r>
        <w:t>kesi ajib baat hai yeh. aaj jab molana abdullah qasmi sahib ne bataya ke woh gaye gawah, woh gaye poona aur christians ke top ke logon ko unho ne quran pohanchaya aur christian ke head ne un se kaha ke ke quran ke pehle parhne se pehle to meri aankh par patti bandhi hui thi, main khuda ko dekh nahi sakti thi.</w:t>
      </w:r>
    </w:p>
    <w:p>
      <w:pPr>
        <w:jc w:val="right"/>
      </w:pPr>
      <w:r>
        <w:t>کیسی عجیب بات ہے یہ۔ آج جب مولانا عبداللہ قاسمی صاحب نے بتایا کہ وہ گئے گواہ، وہ گئے پونا اور کرسچنز کے ٹاپ کے لوگوں کو انہوں نے قرآن پہنچایا اور کرسچن کے ہیڈ نے ان سے کہا کہ کہ قرآن کے پہلے پڑھنے سے پہلے تو میری آنکھ پر پٹی بندھی ہوئی تھی، میں خدا کو دیکھ نہیں سکتی تھی۔</w:t>
      </w:r>
    </w:p>
    <w:p>
      <w:r>
        <w:rPr>
          <w:b/>
        </w:rPr>
        <w:t xml:space="preserve">[26:55] </w:t>
      </w:r>
      <w:r>
        <w:t>phir quran ne mujhe khuda ko dikha diya.</w:t>
      </w:r>
    </w:p>
    <w:p>
      <w:pPr>
        <w:jc w:val="right"/>
      </w:pPr>
      <w:r>
        <w:t>پھر قرآن نے مجھے خدا کو دکھا دیا۔</w:t>
      </w:r>
    </w:p>
    <w:p>
      <w:r>
        <w:rPr>
          <w:b/>
        </w:rPr>
        <w:t xml:space="preserve">[26:59] </w:t>
      </w:r>
      <w:r>
        <w:t>yeh waqia hai quran allah ka introduction hai, allah ka taaruf hai.</w:t>
      </w:r>
    </w:p>
    <w:p>
      <w:pPr>
        <w:jc w:val="right"/>
      </w:pPr>
      <w:r>
        <w:t>یہ واقعہ ہے قرآن اللہ کا انٹروڈکشن ہے، اللہ کا تعارف ہے۔</w:t>
      </w:r>
    </w:p>
    <w:p>
      <w:r>
        <w:rPr>
          <w:b/>
        </w:rPr>
        <w:t xml:space="preserve">[27:07] </w:t>
      </w:r>
      <w:r>
        <w:t>yani Quran as the introduction of of the creator of of the universe. yeh ek haqiqat hai ke Quran khaliq kainat ka taaruf hai.</w:t>
      </w:r>
    </w:p>
    <w:p>
      <w:pPr>
        <w:jc w:val="right"/>
      </w:pPr>
      <w:r>
        <w:t>یعنی قرآن از دا انٹروڈکشن آف آف دا کریٹر آف آف دا یونیورس۔ یہ ایک حقیقت ہے کہ قرآن خالق کائنات کا تعارف ہے۔</w:t>
      </w:r>
    </w:p>
    <w:p>
      <w:r>
        <w:rPr>
          <w:b/>
        </w:rPr>
        <w:t xml:space="preserve">[27:24] </w:t>
      </w:r>
      <w:r>
        <w:t>woh kitab parhi unho ne kyunke aur jo kitabein hain woh to kahaniyan hain lekin quran jo hai woh khudaوند عالم ka taaruf hai.</w:t>
      </w:r>
    </w:p>
    <w:p>
      <w:pPr>
        <w:jc w:val="right"/>
      </w:pPr>
      <w:r>
        <w:t>وہ کتاب پڑھی انہوں نے کیونکہ اور جو کتابیں ہیں وہ تو کہانیاں ہیں لیکن قرآن جو ہے وہ خداوند عالم کا تعارف ہے۔</w:t>
      </w:r>
    </w:p>
    <w:p>
      <w:r>
        <w:rPr>
          <w:b/>
        </w:rPr>
        <w:t xml:space="preserve">[27:39] </w:t>
      </w:r>
      <w:r>
        <w:t>to is ki aankhon ki patti khul gayi aur allah se barah-e-rast is ka taaruf ho gaya.</w:t>
      </w:r>
    </w:p>
    <w:p>
      <w:pPr>
        <w:jc w:val="right"/>
      </w:pPr>
      <w:r>
        <w:t>تو اس کی آنکھوں کی پٹی کھل گئی اور اللہ سے براہ راست اس کا تعارف ہو گیا۔</w:t>
      </w:r>
    </w:p>
    <w:p>
      <w:r>
        <w:rPr>
          <w:b/>
        </w:rPr>
        <w:t xml:space="preserve">[27:52] </w:t>
      </w:r>
      <w:r>
        <w:t>to quran woh kitab hai aur woh mehfooz hai. woh aaj ki international language mein is ka tarjuma ho chuka hai.</w:t>
      </w:r>
    </w:p>
    <w:p>
      <w:pPr>
        <w:jc w:val="right"/>
      </w:pPr>
      <w:r>
        <w:t>تو قرآن وہ کتاب ہے اور وہ محفوظ ہے۔ وہ آج کی انٹرنیشنل لینگویج میں اس کا ترجمہ ہو چکا ہے۔</w:t>
      </w:r>
    </w:p>
    <w:p>
      <w:r>
        <w:rPr>
          <w:b/>
        </w:rPr>
        <w:t xml:space="preserve">[28:03] </w:t>
      </w:r>
      <w:r>
        <w:t>printing press ke daur mein chhap kar ke woh octavo size mein available hai. yeh sab kuch ho chuka hai, ab to is ko pohanchaiye, is ko distribute kijiye.</w:t>
      </w:r>
    </w:p>
    <w:p>
      <w:pPr>
        <w:jc w:val="right"/>
      </w:pPr>
      <w:r>
        <w:t>پرنٹنگ پریس کے دور میں چھپ کر کے وہ آکٹ سائز میں اویلیبل ہے۔ یہ سب کچھ ہو چکا ہے، اب تو اس کو پہنچائیے، اس کو ڈسٹریبیوٹ کیجئے۔</w:t>
      </w:r>
    </w:p>
    <w:p>
      <w:r>
        <w:rPr>
          <w:b/>
        </w:rPr>
        <w:t xml:space="preserve">[28:19] </w:t>
      </w:r>
      <w:r>
        <w:t>sahaba ka zamana printing press se pehle ka zamana tha, tab kitab likhi nahi jati thi, sirf yaad karte the log.</w:t>
      </w:r>
    </w:p>
    <w:p>
      <w:pPr>
        <w:jc w:val="right"/>
      </w:pPr>
      <w:r>
        <w:t>صحابہ کا زمانہ پرنٹنگ پریس سے پہلے کا زمانہ تھا، تب کتاب لکھی نہیں جاتی تھی، صرف یاد کرتے تھے لوگ۔</w:t>
      </w:r>
    </w:p>
    <w:p>
      <w:r>
        <w:rPr>
          <w:b/>
        </w:rPr>
        <w:t xml:space="preserve">[28:29] </w:t>
      </w:r>
      <w:r>
        <w:t>to sahaba ne is tarah kaam kiya ke woh quran ke muqri ban gaye, yani parh kar sunane wale. un ko muqri kaha jata tha ke parh kar sunane wale.</w:t>
      </w:r>
    </w:p>
    <w:p>
      <w:pPr>
        <w:jc w:val="right"/>
      </w:pPr>
      <w:r>
        <w:t>تو صحابہ نے اس طرح کام کیا کہ وہ قرآن کے مقری بن گئے، یعنی پڑھ کر سنانے والے۔ ان کو مقری کہا جاتا تھا کہ پڑھ کر سنانے والے۔</w:t>
      </w:r>
    </w:p>
    <w:p>
      <w:r>
        <w:rPr>
          <w:b/>
        </w:rPr>
        <w:t xml:space="preserve">[28:42] </w:t>
      </w:r>
      <w:r>
        <w:t>is daur mein yahi mumkin tha.</w:t>
      </w:r>
    </w:p>
    <w:p>
      <w:pPr>
        <w:jc w:val="right"/>
      </w:pPr>
      <w:r>
        <w:t>اس دور میں یہی ممکن تھا۔</w:t>
      </w:r>
    </w:p>
    <w:p>
      <w:r>
        <w:rPr>
          <w:b/>
        </w:rPr>
        <w:t xml:space="preserve">[28:46] </w:t>
      </w:r>
      <w:r>
        <w:t>aaj press ka zamana hai, azadi ka zamana hai. to aaj aap ko kya banna hai? distributor of quran.</w:t>
      </w:r>
    </w:p>
    <w:p>
      <w:pPr>
        <w:jc w:val="right"/>
      </w:pPr>
      <w:r>
        <w:t>آج پریس کا زمانہ ہے، آزادی کا زمانہ ہے۔ تو آج آپ کو کیا بننا ہے؟ ڈسٹریبیوٹر آف قرآن۔</w:t>
      </w:r>
    </w:p>
    <w:p>
      <w:r>
        <w:rPr>
          <w:b/>
        </w:rPr>
        <w:t xml:space="preserve">[28:56] </w:t>
      </w:r>
      <w:r>
        <w:t>woh muqri of Quran the, aap ko distributor of Quran banna hai aur Quran apne aap hi kafi hai, khud fateh karne ke liye kafi hai.</w:t>
      </w:r>
    </w:p>
    <w:p>
      <w:pPr>
        <w:jc w:val="right"/>
      </w:pPr>
      <w:r>
        <w:t>وہ مقری آف قرآن تھے، آپ کو ڈسٹریبیوٹر آف قرآن بننا ہے اور قرآن اپنے آپ ہی کافی ہے، خود فتح کرنے کے لیے کافی ہے۔</w:t>
      </w:r>
    </w:p>
    <w:p>
      <w:r>
        <w:rPr>
          <w:b/>
        </w:rPr>
        <w:t xml:space="preserve">[29:10] </w:t>
      </w:r>
      <w:r>
        <w:t>to yeh matlab hai is ayat ka aur is hadith ka ke ek daur aayega jab ke talwar meaningless ho jayegi.</w:t>
      </w:r>
    </w:p>
    <w:p>
      <w:pPr>
        <w:jc w:val="right"/>
      </w:pPr>
      <w:r>
        <w:t>تو یہ مطلب ہے اس آیت کا اور اس حدیث کا کہ ایک دور آئے گا جب کہ تلوار میننگ لیس ہو جائے گی۔</w:t>
      </w:r>
    </w:p>
    <w:p>
      <w:r>
        <w:rPr>
          <w:b/>
        </w:rPr>
        <w:t xml:space="preserve">[29:21] </w:t>
      </w:r>
      <w:r>
        <w:t>talwar ka koi wazan nahi rahega, warfare ka koi wazan nahi rahega, yahan tak ke superpower bhi warfare se kuch achieve na kar payengi.</w:t>
      </w:r>
    </w:p>
    <w:p>
      <w:pPr>
        <w:jc w:val="right"/>
      </w:pPr>
      <w:r>
        <w:t>تلوار کا کوئی وزن نہیں رہے گا، وارئنس کا کوئی وزن نہیں رہے گا، یہاں تک کہ سپر پاور بھی وارئنس سے کچھ اچیو نہ کر پائیں گے۔</w:t>
      </w:r>
    </w:p>
    <w:p>
      <w:r>
        <w:rPr>
          <w:b/>
        </w:rPr>
        <w:t xml:space="preserve">[29:33] </w:t>
      </w:r>
      <w:r>
        <w:t>is waqt ideology ek taqat ban jayegi,</w:t>
      </w:r>
    </w:p>
    <w:p>
      <w:pPr>
        <w:jc w:val="right"/>
      </w:pPr>
      <w:r>
        <w:t>اس وقت آئیڈیالوجی ایک طاقت بن جائے گی،</w:t>
      </w:r>
    </w:p>
    <w:p>
      <w:r>
        <w:rPr>
          <w:b/>
        </w:rPr>
        <w:t xml:space="preserve">[29:41] </w:t>
      </w:r>
      <w:r>
        <w:t>yani ideology will replace the sword. woh daur aa jayega.</w:t>
      </w:r>
    </w:p>
    <w:p>
      <w:pPr>
        <w:jc w:val="right"/>
      </w:pPr>
      <w:r>
        <w:t>یعنی آئیڈیالوجی ول ریپلیس دا سورڈ۔ وہ دور آ جائے گا۔</w:t>
      </w:r>
    </w:p>
    <w:p>
      <w:r>
        <w:rPr>
          <w:b/>
        </w:rPr>
        <w:t xml:space="preserve">[29:50] </w:t>
      </w:r>
      <w:r>
        <w:t>to yeh jo ayat hai quran majeed ki ke "wa qatiluhum hatta la takuna fitna wa yakuna ad-deenu kulluh", is ka matlab kya hai?</w:t>
      </w:r>
    </w:p>
    <w:p>
      <w:pPr>
        <w:jc w:val="right"/>
      </w:pPr>
      <w:r>
        <w:t>تو یہ جو آیت ہے قرآن مجید کی کہ "وقاتلہم حتی لا تکون فتنہ ویکون الدین کلہ"، اس کا مطلب کیا ہے؟</w:t>
      </w:r>
    </w:p>
    <w:p>
      <w:r>
        <w:rPr>
          <w:b/>
        </w:rPr>
        <w:t xml:space="preserve">[30:01] </w:t>
      </w:r>
      <w:r>
        <w:t>ke so that the ideology may replace the sword</w:t>
      </w:r>
    </w:p>
    <w:p>
      <w:pPr>
        <w:jc w:val="right"/>
      </w:pPr>
      <w:r>
        <w:t>کہ سو دیٹ دی آئیڈیالوجی می ریپلیس دا سورڈ</w:t>
      </w:r>
    </w:p>
    <w:p>
      <w:r>
        <w:rPr>
          <w:b/>
        </w:rPr>
        <w:t xml:space="preserve">[30:09] </w:t>
      </w:r>
      <w:r>
        <w:t>taake daur talwar khatm ho aur woh daur aa jaye jab ke pur aman tabligh, pur aman nazariyati muhim, pur aman daawa work kafi ho jaye</w:t>
      </w:r>
    </w:p>
    <w:p>
      <w:pPr>
        <w:jc w:val="right"/>
      </w:pPr>
      <w:r>
        <w:t>تاکہ دور تلوار ختم ہو اور وہ دور آ جائے جب کہ پرامن تبلیغ، پرامن نظریاتی مہم، پرامن دعویٰ ورک کافی ہو جائے</w:t>
      </w:r>
    </w:p>
    <w:p>
      <w:r>
        <w:rPr>
          <w:b/>
        </w:rPr>
        <w:t xml:space="preserve">[30:25] </w:t>
      </w:r>
      <w:r>
        <w:t>allah ki azmat ko duniya mein qaim karne ke liye.</w:t>
      </w:r>
    </w:p>
    <w:p>
      <w:pPr>
        <w:jc w:val="right"/>
      </w:pPr>
      <w:r>
        <w:t>اللہ کی عظمت کو دنیا میں قائم کرنے کے لیے۔</w:t>
      </w:r>
    </w:p>
    <w:p>
      <w:r>
        <w:rPr>
          <w:b/>
        </w:rPr>
        <w:t xml:space="preserve">[30:31] </w:t>
      </w:r>
      <w:r>
        <w:t>yeh sab kuch sirf is waqt samajh mein aa jaye ga ke jab ke aap political mind ko khatam kar dein, political power ko khatam kar dein. Sab kuch bilkul clear hai.</w:t>
      </w:r>
    </w:p>
    <w:p>
      <w:pPr>
        <w:jc w:val="right"/>
      </w:pPr>
      <w:r>
        <w:t>یہ سب کچھ صرف اس وقت سمجھ میں آ جائے گا کہ جب کہ آپ پولیٹیکل مائنڈ کو ختم کر دیں، پولیٹیکل پاور کو ختم کر دیں۔ سب کچھ بالکل کلیئر ہے۔</w:t>
      </w:r>
    </w:p>
    <w:p>
      <w:r>
        <w:rPr>
          <w:b/>
        </w:rPr>
        <w:t xml:space="preserve">[30:43] </w:t>
      </w:r>
      <w:r>
        <w:t>Sara mamla yeh hai ke log political power mein atke hue hain, isi liye andhe bane hue hain, kuch samajh mein nahi aata in ki.</w:t>
      </w:r>
    </w:p>
    <w:p>
      <w:pPr>
        <w:jc w:val="right"/>
      </w:pPr>
      <w:r>
        <w:t>سارا معاملہ یہ ہے کہ لوگ پولیٹیکل پاور میں اٹکے ہوئے ہیں، اسی لیے اندھے بنے ہوئے ہیں، کچھ سمجھ میں نہیں آتا ان کی۔</w:t>
      </w:r>
    </w:p>
    <w:p>
      <w:r>
        <w:rPr>
          <w:b/>
        </w:rPr>
        <w:t xml:space="preserve">[30:59] </w:t>
      </w:r>
      <w:r>
        <w:t>To yeh aisi hi baat hai jaise ke Allah taala barish barsayein, khoob bohat umda qism ki barish ho, zameen jal thal ho jaye aur aa jaye woh zamana jab ke kisan ziraat kare, kheti kare,</w:t>
      </w:r>
    </w:p>
    <w:p>
      <w:pPr>
        <w:jc w:val="right"/>
      </w:pPr>
      <w:r>
        <w:t>تو یہ ایسی ہی بات ہے جیسے کہ اللہ تعالی بارش برسائیں، خوب بہت عمدہ قسم کی بارش ہو، زمین جل تھل ہو جائے اور آ جائے وہ زمانہ جب کہ کسان زراعت کرے، کھیتی کرے،</w:t>
      </w:r>
    </w:p>
    <w:p>
      <w:r>
        <w:rPr>
          <w:b/>
        </w:rPr>
        <w:t xml:space="preserve">[31:17] </w:t>
      </w:r>
      <w:r>
        <w:t>yani agriculture mein mashgool ho. Lekin kisan jo hai intezar kar raha ho ke fauj banane ki, ladai chhodne ki, to kya hoga?</w:t>
      </w:r>
    </w:p>
    <w:p>
      <w:pPr>
        <w:jc w:val="right"/>
      </w:pPr>
      <w:r>
        <w:t>یعنی ایگریکلچر میں مشغول ہو۔ لیکن کسان جو ہے انتظار کر رہا ہو کہ فوج بنانے کی، لڑائی چھوڑنے کی، تو کیا ہوگا؟</w:t>
      </w:r>
    </w:p>
    <w:p>
      <w:r>
        <w:rPr>
          <w:b/>
        </w:rPr>
        <w:t xml:space="preserve">[31:31] </w:t>
      </w:r>
      <w:r>
        <w:t>Mausam aye ga aur kisan ko kuch nahi mile ga.</w:t>
      </w:r>
    </w:p>
    <w:p>
      <w:pPr>
        <w:jc w:val="right"/>
      </w:pPr>
      <w:r>
        <w:t>موسم آئے گا اور کسان کو کچھ نہیں ملے گا۔</w:t>
      </w:r>
    </w:p>
    <w:p>
      <w:r>
        <w:rPr>
          <w:b/>
        </w:rPr>
        <w:t xml:space="preserve">[31:37] </w:t>
      </w:r>
      <w:r>
        <w:t>To mausam aa chuka, barish ho chuki,</w:t>
      </w:r>
    </w:p>
    <w:p>
      <w:pPr>
        <w:jc w:val="right"/>
      </w:pPr>
      <w:r>
        <w:t>تو موسم آ چکا، بارش ہو چکی،</w:t>
      </w:r>
    </w:p>
    <w:p>
      <w:r>
        <w:rPr>
          <w:b/>
        </w:rPr>
        <w:t xml:space="preserve">[31:43] </w:t>
      </w:r>
      <w:r>
        <w:t>lekin log atke hue hain, hukoomati zehan hai logon ka, hukoomaton mein atke hue hain, political power mein atke hue hain aur khawamkhwah lad rahe hain, khawamkhwah lad rahe hain.</w:t>
      </w:r>
    </w:p>
    <w:p>
      <w:pPr>
        <w:jc w:val="right"/>
      </w:pPr>
      <w:r>
        <w:t>لیکن لوگ اٹکے ہوئے ہیں، حکومتی ذہن ہے لوگوں کا، حکومتوں میں اٹکے ہوئے ہیں، پولیٹیکل پاور میں اٹکے ہوئے ہیں اور خوامخواہ لڑ رہے ہیں، خوامخواہ لڑ رہے ہیں۔</w:t>
      </w:r>
    </w:p>
    <w:p>
      <w:r>
        <w:rPr>
          <w:b/>
        </w:rPr>
        <w:t xml:space="preserve">[31:57] </w:t>
      </w:r>
      <w:r>
        <w:t>Dekhein, kal mein TV par ek discussion sun raha tha, BBC London mein tha, woh</w:t>
      </w:r>
    </w:p>
    <w:p>
      <w:pPr>
        <w:jc w:val="right"/>
      </w:pPr>
      <w:r>
        <w:t>دیکھیں، کل میں ٹی وی پر ایک ڈسکشن سن رہا تھا، بی بی سی لندن میں تھا، وہ</w:t>
      </w:r>
    </w:p>
    <w:p>
      <w:r>
        <w:rPr>
          <w:b/>
        </w:rPr>
        <w:t xml:space="preserve">[32:06] </w:t>
      </w:r>
      <w:r>
        <w:t>top ke log baat kar rahe thay Israel aur Palestine ke darmiyan jo ladai ho rahi hai. Aur is mein tha ke tasweer mein bata raha tha ke woh Gaza patti ko Israel ne bombardment ko tabah kar diya,</w:t>
      </w:r>
    </w:p>
    <w:p>
      <w:pPr>
        <w:jc w:val="right"/>
      </w:pPr>
      <w:r>
        <w:t>ٹاپ کے لوگ بات کر رہے تھے اسرائیل اور فلسطین کے درمیان جو لڑائی ہو رہی ہے۔ اور اس میں تھا کہ تصویر میں بتا رہا تھا کہ وہ غزہ پٹی کو اسرائیل نے بمبارٹمنٹ کو تباہ کر دیا،</w:t>
      </w:r>
    </w:p>
    <w:p>
      <w:r>
        <w:rPr>
          <w:b/>
        </w:rPr>
        <w:t xml:space="preserve">[32:26] </w:t>
      </w:r>
      <w:r>
        <w:t>is ki buildingon ko, woh sab dikha raha tha manzar.</w:t>
      </w:r>
    </w:p>
    <w:p>
      <w:pPr>
        <w:jc w:val="right"/>
      </w:pPr>
      <w:r>
        <w:t>اس کی بلڈنگوں کو، وہ سب دکھا رہا تھا منظر۔</w:t>
      </w:r>
    </w:p>
    <w:p>
      <w:r>
        <w:rPr>
          <w:b/>
        </w:rPr>
        <w:t xml:space="preserve">[32:30] </w:t>
      </w:r>
      <w:r>
        <w:t>To wahan par jo log thay, woh sab top intellectualist thay. To ek aadmi ne kaha, is par tabsarah karte hue ke yeh ek yeh ek uneven war hai,</w:t>
      </w:r>
    </w:p>
    <w:p>
      <w:pPr>
        <w:jc w:val="right"/>
      </w:pPr>
      <w:r>
        <w:t>تو وہاں پر جو لوگ تھے، وہ سب ٹاپ انٹلیکچولسٹ تھے۔ تو ایک آدمی نے کہا، اس پر تبصرہ کرتے ہوئے کہ یہ ایک یہ ایک ان ایون وار ہے،</w:t>
      </w:r>
    </w:p>
    <w:p>
      <w:r>
        <w:rPr>
          <w:b/>
        </w:rPr>
        <w:t xml:space="preserve">[32:49] </w:t>
      </w:r>
      <w:r>
        <w:t>naam masawi jang, yeh lafz istemal kiya us ne, uneven war,</w:t>
      </w:r>
    </w:p>
    <w:p>
      <w:pPr>
        <w:jc w:val="right"/>
      </w:pPr>
      <w:r>
        <w:t>نام مساوی جنگ، یہ لفظ استعمال کیا اس نے، ان ایون وار،</w:t>
      </w:r>
    </w:p>
    <w:p>
      <w:r>
        <w:rPr>
          <w:b/>
        </w:rPr>
        <w:t xml:space="preserve">[32:56] </w:t>
      </w:r>
      <w:r>
        <w:t>yani Falastiniyon ke paas koi taqat nahi, Israel ke paas modern hathiyar hain, bohat zabardast fauj hai. To yeh ek uneven war hai, in nabrari ki jang hai.</w:t>
      </w:r>
    </w:p>
    <w:p>
      <w:pPr>
        <w:jc w:val="right"/>
      </w:pPr>
      <w:r>
        <w:t>یعنی فلسطینیوں کے پاس کوئی طاقت نہیں، اسرائیل کے پاس ماڈرن ہتھیار ہیں، بہت زبردست فوج ہے۔ تو یہ ایک ان ایون وار ہے، ان نا برابری کی جنگ ہے۔</w:t>
      </w:r>
    </w:p>
    <w:p>
      <w:r>
        <w:rPr>
          <w:b/>
        </w:rPr>
        <w:t xml:space="preserve">[33:10] </w:t>
      </w:r>
      <w:r>
        <w:t>Yeh to mein ne socha ke galat ka yeh aadmi galat bol raha hai, is ko is ko baat samajh mein nahi aayi.</w:t>
      </w:r>
    </w:p>
    <w:p>
      <w:pPr>
        <w:jc w:val="right"/>
      </w:pPr>
      <w:r>
        <w:t>یہ تو میں نے سوچا کہ غلط کا یہ آدمی غلط بول رہا ہے، اس کو اس کو بات سمجھ میں نہیں آئی۔</w:t>
      </w:r>
    </w:p>
    <w:p>
      <w:r>
        <w:rPr>
          <w:b/>
        </w:rPr>
        <w:t xml:space="preserve">[33:20] </w:t>
      </w:r>
      <w:r>
        <w:t>Yeh uneven war nahi hai, yeh un unnecessary war hai,</w:t>
      </w:r>
    </w:p>
    <w:p>
      <w:pPr>
        <w:jc w:val="right"/>
      </w:pPr>
      <w:r>
        <w:t>یہ ان ایون وار نہیں ہے، یہ ان ان نیسیسری وار ہے،</w:t>
      </w:r>
    </w:p>
    <w:p>
      <w:r>
        <w:rPr>
          <w:b/>
        </w:rPr>
        <w:t xml:space="preserve">[33:27] </w:t>
      </w:r>
      <w:r>
        <w:t>unnecessary war, yani ghair ghair zaroori jang, jang ki koi zaroorat hi nahi hai.</w:t>
      </w:r>
    </w:p>
    <w:p>
      <w:pPr>
        <w:jc w:val="right"/>
      </w:pPr>
      <w:r>
        <w:t>ان نیسیسری وار، یعنی غیر غیر ضروری جنگ، جنگ کی کوئی ضرورت ہی نہیں ہے۔</w:t>
      </w:r>
    </w:p>
    <w:p>
      <w:r>
        <w:rPr>
          <w:b/>
        </w:rPr>
        <w:t xml:space="preserve">[33:40] </w:t>
      </w:r>
      <w:r>
        <w:t>To jitni bhi war hui hain, sab ke upar yeh cheez apply hoti hai. To yeh jo is waqt jo war ho rahi hai Palestine mein aur Israel mein, yeh uneven war nahi hai,</w:t>
      </w:r>
    </w:p>
    <w:p>
      <w:pPr>
        <w:jc w:val="right"/>
      </w:pPr>
      <w:r>
        <w:t>تو جتنی بھی وار ہوئی ہیں، سب کے اوپر یہ چیز اپلائی ہوتی ہے۔ تو یہ جو اس وقت جو وار ہو رہی ہے فلسطین میں اور اسرائیل میں، یہ ان ایون وار نہیں ہے،</w:t>
      </w:r>
    </w:p>
    <w:p>
      <w:r>
        <w:rPr>
          <w:b/>
        </w:rPr>
        <w:t xml:space="preserve">[33:55] </w:t>
      </w:r>
      <w:r>
        <w:t>yeh hai unnecessary war,</w:t>
      </w:r>
    </w:p>
    <w:p>
      <w:pPr>
        <w:jc w:val="right"/>
      </w:pPr>
      <w:r>
        <w:t>یہ ہے ان نیسیسری وار،</w:t>
      </w:r>
    </w:p>
    <w:p>
      <w:r>
        <w:rPr>
          <w:b/>
        </w:rPr>
        <w:t xml:space="preserve">[33:58] </w:t>
      </w:r>
      <w:r>
        <w:t>ghair zaroori jang. Yani sab kuch aap jo chahte hain, hasil kar sakte hain baghair lade hue, hatta ke khud Israel mein bhi, khud Israel mein bhi.</w:t>
      </w:r>
    </w:p>
    <w:p>
      <w:pPr>
        <w:jc w:val="right"/>
      </w:pPr>
      <w:r>
        <w:t>غیر ضروری جنگ۔ یعنی سب کچھ آپ جو چاہتے ہیں، حاصل کر سکتے ہیں بغیر لڑے ہوئے، حتی کہ خود اسرائیل میں بھی، خود اسرائیل میں بھی۔</w:t>
      </w:r>
    </w:p>
    <w:p>
      <w:r>
        <w:rPr>
          <w:b/>
        </w:rPr>
        <w:t xml:space="preserve">[34:14] </w:t>
      </w:r>
      <w:r>
        <w:t>Pichhle saal mein gaya tha Israel mein, ek ek seminar tha jis mein Falastini naujawan bhi bari tadad mein aaye hue thay, Israeli bhi aaye hue thay,</w:t>
      </w:r>
    </w:p>
    <w:p>
      <w:pPr>
        <w:jc w:val="right"/>
      </w:pPr>
      <w:r>
        <w:t>پچھلے سال میں گیا تھا اسرائیل میں، ایک ایک سیمینار تھا جس میں فلسطینی نوجوان بھی بڑی تعداد میں آئے ہوئے تھے، اسرائیلی بھی آئے ہوئے تھے،</w:t>
      </w:r>
    </w:p>
    <w:p>
      <w:r>
        <w:rPr>
          <w:b/>
        </w:rPr>
        <w:t xml:space="preserve">[34:25] </w:t>
      </w:r>
      <w:r>
        <w:t>woh dono ke darmiyan tha ek seminar.</w:t>
      </w:r>
    </w:p>
    <w:p>
      <w:pPr>
        <w:jc w:val="right"/>
      </w:pPr>
      <w:r>
        <w:t>وہ دونوں کے درمیان تھا ایک سیمینار۔</w:t>
      </w:r>
    </w:p>
    <w:p>
      <w:r>
        <w:rPr>
          <w:b/>
        </w:rPr>
        <w:t xml:space="preserve">[34:31] </w:t>
      </w:r>
      <w:r>
        <w:t>To mein ne dekha ke is Falastini ladke bohat shandar English bol rahe hain, bohat achhi English bol rahe hain, Falastini ladke aur ladkiyan wahan par.</w:t>
      </w:r>
    </w:p>
    <w:p>
      <w:pPr>
        <w:jc w:val="right"/>
      </w:pPr>
      <w:r>
        <w:t>تو میں نے دیکھا کہ اس فلسطینی لڑکے بہت شاندار انگریزی بول رہے ہیں، بہت اچھی انگلش بول رہے ہیں، فلسطینی لڑکے اور لڑکیاں وہاں پر۔</w:t>
      </w:r>
    </w:p>
    <w:p>
      <w:r>
        <w:rPr>
          <w:b/>
        </w:rPr>
        <w:t xml:space="preserve">[34:43] </w:t>
      </w:r>
      <w:r>
        <w:t>To mein ne ek sath poocha ke bhai yeh Falastini ladke itni achhi English bol rahe hain, yeh kahan parha hai inhon ne?</w:t>
      </w:r>
    </w:p>
    <w:p>
      <w:pPr>
        <w:jc w:val="right"/>
      </w:pPr>
      <w:r>
        <w:t>تو میں نے ایک ساتھ پوچھا کہ بھئی یہ فلسطینی لڑکے اتنی اچھی انگریزی بول رہے ہیں، یہ کہاں پڑھا ہے انہوں نے؟</w:t>
      </w:r>
    </w:p>
    <w:p>
      <w:r>
        <w:rPr>
          <w:b/>
        </w:rPr>
        <w:t xml:space="preserve">[34:53] </w:t>
      </w:r>
      <w:r>
        <w:t>To unhon ne kya bataya</w:t>
      </w:r>
    </w:p>
    <w:p>
      <w:pPr>
        <w:jc w:val="right"/>
      </w:pPr>
      <w:r>
        <w:t>تو انہوں نے کیا بتایا</w:t>
      </w:r>
    </w:p>
    <w:p>
      <w:r>
        <w:rPr>
          <w:b/>
        </w:rPr>
        <w:t xml:space="preserve">[34:54] </w:t>
      </w:r>
      <w:r>
        <w:t>? Unhon ne kaha ke Israel mein jo Falastini muqeem hain, yeh woh log hain, yeh abhi bhi 20 percent Arab jo hain Falastini, yani Arab Falastini jo hain 20 percent abhi bhi hain Israel mein.</w:t>
      </w:r>
    </w:p>
    <w:p>
      <w:pPr>
        <w:jc w:val="right"/>
      </w:pPr>
      <w:r>
        <w:t>؟ انہوں نے کہا کہ اسرائیل میں جو فلسطینی مقیم ہیں، یہ وہ لوگ ہیں، یہ ابھی بھی 20 پرسنٹ عرب جو ہیں فلسطین، یعنی عرب فلسطینی جو ہیں 20 پرسنٹ ابھی بھی ہیں اسرائیل میں۔</w:t>
      </w:r>
    </w:p>
    <w:p>
      <w:r>
        <w:rPr>
          <w:b/>
        </w:rPr>
        <w:t xml:space="preserve">[35:11] </w:t>
      </w:r>
      <w:r>
        <w:t>to un ke ladke yeh hain.</w:t>
      </w:r>
    </w:p>
    <w:p>
      <w:pPr>
        <w:jc w:val="right"/>
      </w:pPr>
      <w:r>
        <w:t>تو ان کے لڑکے یہ ہیں۔</w:t>
      </w:r>
    </w:p>
    <w:p>
      <w:r>
        <w:rPr>
          <w:b/>
        </w:rPr>
        <w:t xml:space="preserve">[35:14] </w:t>
      </w:r>
      <w:r>
        <w:t>aap ghore kijiye ke 60 baras se jang chal rahi hai falastiniyon aur israiliyon ke darmiyan</w:t>
      </w:r>
    </w:p>
    <w:p>
      <w:pPr>
        <w:jc w:val="right"/>
      </w:pPr>
      <w:r>
        <w:t>آپ غور کیجئے کہ 60 برس سے جنگ چل رہی ہے فلسطینیوں اور اسرائیلیوں کے درمیان</w:t>
      </w:r>
    </w:p>
    <w:p>
      <w:r>
        <w:rPr>
          <w:b/>
        </w:rPr>
        <w:t xml:space="preserve">[35:24] </w:t>
      </w:r>
      <w:r>
        <w:t>aur kitna nuqsan hua hai, kitna tabahi hui hai.</w:t>
      </w:r>
    </w:p>
    <w:p>
      <w:pPr>
        <w:jc w:val="right"/>
      </w:pPr>
      <w:r>
        <w:t>اور کتنا نقصان ہوا ہے، کتنا تباہی ہوئی ہے۔</w:t>
      </w:r>
    </w:p>
    <w:p>
      <w:r>
        <w:rPr>
          <w:b/>
        </w:rPr>
        <w:t xml:space="preserve">[35:30] </w:t>
      </w:r>
      <w:r>
        <w:t>lekin abhi bhi wahan par yeh haal hai ke jo chahta hai parhna ho, khoob parh raha hai, jo chahta hai business business karna ho, khoob business kar raha hai.</w:t>
      </w:r>
    </w:p>
    <w:p>
      <w:pPr>
        <w:jc w:val="right"/>
      </w:pPr>
      <w:r>
        <w:t>لیکن ابھی بھی وہاں پر یہ حال ہے کہ جو چاہتا ہے پڑھنا ہو، خوب پڑھ رہا ہے، جو چاہتا ہے بزنس بزنس کرنا ہو، خوب بزنس کر رہا ہے۔</w:t>
      </w:r>
    </w:p>
    <w:p>
      <w:r>
        <w:rPr>
          <w:b/>
        </w:rPr>
        <w:t xml:space="preserve">[35:39] </w:t>
      </w:r>
      <w:r>
        <w:t>maine khud dekha ke wahan par achhe achhe dukaanen theen arbon ki.</w:t>
      </w:r>
    </w:p>
    <w:p>
      <w:pPr>
        <w:jc w:val="right"/>
      </w:pPr>
      <w:r>
        <w:t>میں نے خود دیکھا کہ وہاں پر اچھے اچھے دکانیں تھیں عربوں کی۔</w:t>
      </w:r>
    </w:p>
    <w:p>
      <w:r>
        <w:rPr>
          <w:b/>
        </w:rPr>
        <w:t xml:space="preserve">[35:45] </w:t>
      </w:r>
      <w:r>
        <w:t>abhi aap ja ke dekhiye, masjid aqsa ke charon taraf arbon ki dukaanen hain, khoob bheed lagi rehti hai wahan par. to aap dekhiye ke log lad rahe hain zameen ke liye, zameen mein iqtadar qaim karne ke liye.</w:t>
      </w:r>
    </w:p>
    <w:p>
      <w:pPr>
        <w:jc w:val="right"/>
      </w:pPr>
      <w:r>
        <w:t>ابھی آپ جا کے دیکھیے، مسجد اقصیٰ کے چاروں طرف عربوں کی دکانیں ہیں، خوب بھیڑ لگی رہتی ہے وہاں پر۔ تو آپ دیکھیے کہ لوگ لڑ رہے ہیں زمین کے لیے، زمین میں اقتدار قائم کرنے کے لیے۔</w:t>
      </w:r>
    </w:p>
    <w:p>
      <w:r>
        <w:rPr>
          <w:b/>
        </w:rPr>
        <w:t xml:space="preserve">[36:02] </w:t>
      </w:r>
      <w:r>
        <w:t>lekin</w:t>
      </w:r>
    </w:p>
    <w:p>
      <w:pPr>
        <w:jc w:val="right"/>
      </w:pPr>
      <w:r>
        <w:t>لیکن</w:t>
      </w:r>
    </w:p>
    <w:p>
      <w:r>
        <w:rPr>
          <w:b/>
        </w:rPr>
        <w:t xml:space="preserve">[36:03] </w:t>
      </w:r>
      <w:r>
        <w:t>ain isi waqt kya hai? achhi education aap bhi aaj bhi le pa rahe hain, woh aaj bhi woh achha business kar rahe hain, aaj bhi wahan par tourism chal raha hai, aaj bhi yeh daawa work ho raha hai.</w:t>
      </w:r>
    </w:p>
    <w:p>
      <w:pPr>
        <w:jc w:val="right"/>
      </w:pPr>
      <w:r>
        <w:t>عین اسی وقت کیا ہے؟ اچھی ایجوکیشن آپ بھی آج بھی لے پا رہے ہیں، وہ آج بھی وہ اچھا بزنس کر رہے ہیں، آج بھی وہاں پر ٹورزم چل رہا ہے، آج بھی یہ دعویٰ ورک ہو رہا ہے۔</w:t>
      </w:r>
    </w:p>
    <w:p>
      <w:r>
        <w:rPr>
          <w:b/>
        </w:rPr>
        <w:t xml:space="preserve">[36:16] </w:t>
      </w:r>
      <w:r>
        <w:t>main khud teen baar gaya hoon wahan par, hamare saathi wahan par khoob unhon ne quran taqseem kiya, khoob kitaben deen, islami kitaben, khoob logon se baaten keen islam par.</w:t>
      </w:r>
    </w:p>
    <w:p>
      <w:pPr>
        <w:jc w:val="right"/>
      </w:pPr>
      <w:r>
        <w:t>میں خود تین بار گیا ہوں وہاں پر، ہمارے ساتھی وہاں پر خوب انہوں نے قرآن تقسیم کیا، خوب کتابیں دیں، اسلامی کتابیں، خوب لوگوں سے باتیں کیں اسلام پر۔</w:t>
      </w:r>
    </w:p>
    <w:p>
      <w:r>
        <w:rPr>
          <w:b/>
        </w:rPr>
        <w:t xml:space="preserve">[36:27] </w:t>
      </w:r>
      <w:r>
        <w:t>koi rukawat hi nahin, koi rukawat nahin.</w:t>
      </w:r>
    </w:p>
    <w:p>
      <w:pPr>
        <w:jc w:val="right"/>
      </w:pPr>
      <w:r>
        <w:t>کوئی رکاوٹ ہی نہیں، کوئی رکاوٹ نہیں۔</w:t>
      </w:r>
    </w:p>
    <w:p>
      <w:r>
        <w:rPr>
          <w:b/>
        </w:rPr>
        <w:t xml:space="preserve">[36:32] </w:t>
      </w:r>
      <w:r>
        <w:t>to aaj jab ke log ek unnecessary war mein mashgool hain, abhi bhi itne zabardast opportunities wahan par hain.</w:t>
      </w:r>
    </w:p>
    <w:p>
      <w:pPr>
        <w:jc w:val="right"/>
      </w:pPr>
      <w:r>
        <w:t>تو آج جب کہ لوگ ایک ان نیسیسری وار میں مشغول ہیں، ابھی بھی اتنے زبردست اپرچونیٹیز وہاں پر ہیں۔</w:t>
      </w:r>
    </w:p>
    <w:p>
      <w:r>
        <w:rPr>
          <w:b/>
        </w:rPr>
        <w:t xml:space="preserve">[36:46] </w:t>
      </w:r>
      <w:r>
        <w:t>aap un ko agar un ka avail karen to sab kuch aap ko hasil hai, yani ke education bhi, business bhi, daawa work bhi, tourism bhi, sab kuch hasil hai.</w:t>
      </w:r>
    </w:p>
    <w:p>
      <w:pPr>
        <w:jc w:val="right"/>
      </w:pPr>
      <w:r>
        <w:t>آپ ان کو اگر ان کا اویل کریں تو سب کچھ آپ کو حاصل ہے، یعنی کہ ایجوکیشن بھی، بزنس بھی، دعویٰ ورک بھی، ٹورزم بھی، سب کچھ حاصل ہے۔</w:t>
      </w:r>
    </w:p>
    <w:p>
      <w:r>
        <w:rPr>
          <w:b/>
        </w:rPr>
        <w:t xml:space="preserve">[37:01] </w:t>
      </w:r>
      <w:r>
        <w:t>to phir ladai kis liye? for what? isi liye maine jab suna is ko yeh kehte hue ke yeh ek uneven war hai, to maine kaha nahin, yeh ek unnecessary war hai.</w:t>
      </w:r>
    </w:p>
    <w:p>
      <w:pPr>
        <w:jc w:val="right"/>
      </w:pPr>
      <w:r>
        <w:t>تو پھر لڑائی کس لیے؟ فار واٹ؟ اسی لیے میں نے جب سنا اس کو یہ کہتے ہوئے کہ یہ ایک ان ایون وار ہے، تو میں نے کہا نہیں، یہ ایک ان نیسیسری وار ہے۔</w:t>
      </w:r>
    </w:p>
    <w:p>
      <w:r>
        <w:rPr>
          <w:b/>
        </w:rPr>
        <w:t xml:space="preserve">[37:17] </w:t>
      </w:r>
      <w:r>
        <w:t>jab sab kuch mil raha ho, ladhe baghair ladne ki zaroorat kya hai?</w:t>
      </w:r>
    </w:p>
    <w:p>
      <w:pPr>
        <w:jc w:val="right"/>
      </w:pPr>
      <w:r>
        <w:t>جب سب کچھ مل رہا ہو، لڑے بغیر لڑنے کی ضرورت کیا ہے؟</w:t>
      </w:r>
    </w:p>
    <w:p>
      <w:r>
        <w:rPr>
          <w:b/>
        </w:rPr>
        <w:t xml:space="preserve">[37:24] </w:t>
      </w:r>
      <w:r>
        <w:t>to wohi hai hazrat abdullah omar ne jo kaha tha, "qatalna", woh to hum ne kar diya,</w:t>
      </w:r>
    </w:p>
    <w:p>
      <w:pPr>
        <w:jc w:val="right"/>
      </w:pPr>
      <w:r>
        <w:t>تو وہی ہے حضرت عبداللہ عمر نے جو کہا تھا، "قتلنا"، وہ تو ہم نے کر دیا،</w:t>
      </w:r>
    </w:p>
    <w:p>
      <w:r>
        <w:rPr>
          <w:b/>
        </w:rPr>
        <w:t xml:space="preserve">[37:30] </w:t>
      </w:r>
      <w:r>
        <w:t>jo rukawat thi khatam kar di. ab to khoob avail karo mawaqe ko, opportunities ko khoob avail karo har field mein.</w:t>
      </w:r>
    </w:p>
    <w:p>
      <w:pPr>
        <w:jc w:val="right"/>
      </w:pPr>
      <w:r>
        <w:t>جو رکاوٹ تھی ختم کر دی۔ اب تو خوب اویل کرو مواقع کو، اپرچونیٹیز کو خوب اویل کرو ہر فیلڈ میں۔</w:t>
      </w:r>
    </w:p>
    <w:p>
      <w:r>
        <w:rPr>
          <w:b/>
        </w:rPr>
        <w:t xml:space="preserve">[37:44] </w:t>
      </w:r>
      <w:r>
        <w:t>to allah taala ne tareekh mein aise asbab paida kiye,</w:t>
      </w:r>
    </w:p>
    <w:p>
      <w:pPr>
        <w:jc w:val="right"/>
      </w:pPr>
      <w:r>
        <w:t>تو اللہ تعالی نے تاریخ میں ایسے اسباب پیدا کیے،</w:t>
      </w:r>
    </w:p>
    <w:p>
      <w:r>
        <w:rPr>
          <w:b/>
        </w:rPr>
        <w:t xml:space="preserve">[37:53] </w:t>
      </w:r>
      <w:r>
        <w:t>ek ek lamba process chalaya. achaanak aisi tablighaat dekhiye, achaanak nahin hoti hain,</w:t>
      </w:r>
    </w:p>
    <w:p>
      <w:pPr>
        <w:jc w:val="right"/>
      </w:pPr>
      <w:r>
        <w:t>ایک ایک لمبا پروسیس چلایا۔ اچانک ایسی تبلیغات دیکھیے، اچانک نہیں ہوتی ہیں،</w:t>
      </w:r>
    </w:p>
    <w:p>
      <w:r>
        <w:rPr>
          <w:b/>
        </w:rPr>
        <w:t xml:space="preserve">[38:00] </w:t>
      </w:r>
      <w:r>
        <w:t>yeh process ke roop mein hoti hain. process to allah taala ne tareekh mein ek aisa process chalaya,</w:t>
      </w:r>
    </w:p>
    <w:p>
      <w:pPr>
        <w:jc w:val="right"/>
      </w:pPr>
      <w:r>
        <w:t>یہ پروسیس کے روپ میں ہوتی ہیں۔ پروسیس تو اللہ تعالی نے تاریخ میں ایک ایسا پروسیس چلایا،</w:t>
      </w:r>
    </w:p>
    <w:p>
      <w:r>
        <w:rPr>
          <w:b/>
        </w:rPr>
        <w:t xml:space="preserve">[38:12] </w:t>
      </w:r>
      <w:r>
        <w:t>aise aisi tabdiliyan huin, aise inqilabat hue ke poora daur badal gaya. daur daur jang khatam ho gaya, daur aman aa gaya.</w:t>
      </w:r>
    </w:p>
    <w:p>
      <w:pPr>
        <w:jc w:val="right"/>
      </w:pPr>
      <w:r>
        <w:t>ایسے ایسی تبدیلیاں ہوئیں، ایسے انقلابات ہوئے کہ پورا دور بدل گیا۔ دور دور جنگ ختم ہوگیا، دور امن آگیا۔</w:t>
      </w:r>
    </w:p>
    <w:p>
      <w:r>
        <w:rPr>
          <w:b/>
        </w:rPr>
        <w:t xml:space="preserve">[38:25] </w:t>
      </w:r>
      <w:r>
        <w:t>talwar jo hai ghair zaroori cheez ban gayi, aman sab se badi taqat ban gayi. ab kisi bhi mulk mein, aap ki israel se le ke india tak, jahan bhi kisi bhi mulk mein aap jaiye,</w:t>
      </w:r>
    </w:p>
    <w:p>
      <w:pPr>
        <w:jc w:val="right"/>
      </w:pPr>
      <w:r>
        <w:t>تلوار جو ہے غیر ضروری چیز بن گئی، امن سب سے بڑی طاقت بن گئی۔ اب کسی بھی ملک میں، آپ کی اسرائیل سے لے کے انڈیا تک، جہاں بھی کسی بھی ملک میں آپ جائیے،</w:t>
      </w:r>
    </w:p>
    <w:p>
      <w:r>
        <w:rPr>
          <w:b/>
        </w:rPr>
        <w:t xml:space="preserve">[38:41] </w:t>
      </w:r>
      <w:r>
        <w:t>agar aap</w:t>
      </w:r>
    </w:p>
    <w:p>
      <w:pPr>
        <w:jc w:val="right"/>
      </w:pPr>
      <w:r>
        <w:t>اگر آپ</w:t>
      </w:r>
    </w:p>
    <w:p>
      <w:r>
        <w:rPr>
          <w:b/>
        </w:rPr>
        <w:t xml:space="preserve">[38:46] </w:t>
      </w:r>
      <w:r>
        <w:t>bashaoor hain, baaton ko samajhte hain, agar aap ke paas wisdom ho, aap ke paas baseerat hai to aap jo chahte hain woh kar sakte hain.</w:t>
      </w:r>
    </w:p>
    <w:p>
      <w:pPr>
        <w:jc w:val="right"/>
      </w:pPr>
      <w:r>
        <w:t>باشعور ہیں، باتوں کو سمجھتے ہیں، اگر آپ کے پاس وزڈم ہو، آپ کے پاس بصیرت ہے تو آپ جو چاہتے ہیں وہ کر سکتے ہیں۔</w:t>
      </w:r>
    </w:p>
    <w:p>
      <w:r>
        <w:rPr>
          <w:b/>
        </w:rPr>
        <w:t xml:space="preserve">[38:58] </w:t>
      </w:r>
      <w:r>
        <w:t>yani daawa work kijiye, education ke idare chalaiye, industry lagaiye, business kijiye.</w:t>
      </w:r>
    </w:p>
    <w:p>
      <w:pPr>
        <w:jc w:val="right"/>
      </w:pPr>
      <w:r>
        <w:t>یعنی دعویٰ ورک کیجئے، ایجوکیشن کے ادارے چلائیے، انڈسٹری لگائیے، بزنس کیجئے۔</w:t>
      </w:r>
    </w:p>
    <w:p>
      <w:r>
        <w:rPr>
          <w:b/>
        </w:rPr>
        <w:t xml:space="preserve">[39:10] </w:t>
      </w:r>
      <w:r>
        <w:t>sab kuch jab sab kuch hasil hai to phir ladna kis liye? ladai kis liye?</w:t>
      </w:r>
    </w:p>
    <w:p>
      <w:pPr>
        <w:jc w:val="right"/>
      </w:pPr>
      <w:r>
        <w:t>سب کچھ جب سب کچھ حاصل ہے تو پھر لڑنا کس لیے؟ لڑائی کس لیے؟</w:t>
      </w:r>
    </w:p>
    <w:p>
      <w:r>
        <w:rPr>
          <w:b/>
        </w:rPr>
        <w:t xml:space="preserve">[39:22] </w:t>
      </w:r>
      <w:r>
        <w:t>to yeh hai masjidon ke sab se bara paigham jo aaj ki khabar se mujhe mila ke bal thackeray ki death aik taraf aur doosri taraf hamas ka headquarter tabah.</w:t>
      </w:r>
    </w:p>
    <w:p>
      <w:pPr>
        <w:jc w:val="right"/>
      </w:pPr>
      <w:r>
        <w:t>تو یہ ہے مسجدوں کے سب سے بڑا پیغام جو آج کی خبر سے مجھے ملا کہ بال ٹھاکرے کی ڈیتھ ایک طرف اور دوسری طرف حماس کا ہیڈ کوارٹر تباہ۔</w:t>
      </w:r>
    </w:p>
    <w:p>
      <w:r>
        <w:rPr>
          <w:b/>
        </w:rPr>
        <w:t xml:space="preserve">[39:37] </w:t>
      </w:r>
      <w:r>
        <w:t>do waqiat ki khabar aaj hi aayi hai.</w:t>
      </w:r>
    </w:p>
    <w:p>
      <w:pPr>
        <w:jc w:val="right"/>
      </w:pPr>
      <w:r>
        <w:t>دو واقعات کی خبر آج ہی آئی ہے۔</w:t>
      </w:r>
    </w:p>
    <w:p>
      <w:r>
        <w:rPr>
          <w:b/>
        </w:rPr>
        <w:t xml:space="preserve">[39:43] </w:t>
      </w:r>
      <w:r>
        <w:t>is par sochte sochte mein samjha, is haqeeqat tak pohancha ke kitne naye zamane mein hum dakhil ho chuke hain. 21 century hai, aik nai century hai, bilkul nai.</w:t>
      </w:r>
    </w:p>
    <w:p>
      <w:pPr>
        <w:jc w:val="right"/>
      </w:pPr>
      <w:r>
        <w:t>اس پر سوچتے سوچتے میں سمجھا، اس حقیقت تک پہنچا کہ کتنے نئے زمانے میں ہم داخل ہو چکے ہیں۔ 21 سینچری ہے، ایک نئی سینچری ہے، بالکل نئی۔</w:t>
      </w:r>
    </w:p>
    <w:p>
      <w:r>
        <w:rPr>
          <w:b/>
        </w:rPr>
        <w:t xml:space="preserve">[39:59] </w:t>
      </w:r>
      <w:r>
        <w:t>in rukawaton ko khatam ki ki century hai. sab kuch jo aap chahte hain woh hasil kar sakte hain, aman ki taqat se, ideology ki taqat se.</w:t>
      </w:r>
    </w:p>
    <w:p>
      <w:pPr>
        <w:jc w:val="right"/>
      </w:pPr>
      <w:r>
        <w:t>ان رکاوٹوں کو ختم کی کی سینچری ہے۔ سب کچھ جو آپ چاہتے ہیں وہ حاصل کر سکتے ہیں، امن کی طاقت سے، آئیڈیالوجی کی طاقت سے۔</w:t>
      </w:r>
    </w:p>
    <w:p>
      <w:r>
        <w:rPr>
          <w:b/>
        </w:rPr>
        <w:t xml:space="preserve">[40:14] </w:t>
      </w:r>
      <w:r>
        <w:t>yani violent activism ka daur khatam aur peaceful activism ka daur ab duniya mein aa gaya.</w:t>
      </w:r>
    </w:p>
    <w:p>
      <w:pPr>
        <w:jc w:val="right"/>
      </w:pPr>
      <w:r>
        <w:t>یعنی وائلنٹ ایکٹیوزم کا دور ختم اور پیس فل ایکٹیوزم کا دور اب دنیا میں آگیا۔</w:t>
      </w:r>
    </w:p>
    <w:p>
      <w:r>
        <w:rPr>
          <w:b/>
        </w:rPr>
        <w:t xml:space="preserve">[40:24] </w:t>
      </w:r>
      <w:r>
        <w:t>violent activism ka daur khatam, woh to sach poochein to second world war ke baad hi khatam ho chuka tha. ab to aakhri taur par woh khatma ho chuka hai.</w:t>
      </w:r>
    </w:p>
    <w:p>
      <w:pPr>
        <w:jc w:val="right"/>
      </w:pPr>
      <w:r>
        <w:t>وائلنٹ ایکٹیوزم کا دور ختم، وہ تو سچ پوچھیں تو سیکنڈ ورلڈ وار کے بعد ہی ختم ہو چکا تھا۔ اب تو آخری طور پر وہ خاتمہ ہو چکا ہے۔</w:t>
      </w:r>
    </w:p>
    <w:p>
      <w:r>
        <w:rPr>
          <w:b/>
        </w:rPr>
        <w:t xml:space="preserve">[40:34] </w:t>
      </w:r>
      <w:r>
        <w:t>is ka</w:t>
      </w:r>
    </w:p>
    <w:p>
      <w:pPr>
        <w:jc w:val="right"/>
      </w:pPr>
      <w:r>
        <w:t>اس کا</w:t>
      </w:r>
    </w:p>
    <w:p>
      <w:r>
        <w:rPr>
          <w:b/>
        </w:rPr>
        <w:t xml:space="preserve">[40:40] </w:t>
      </w:r>
      <w:r>
        <w:t>log jhoote politics mein phanse rehte hain,</w:t>
      </w:r>
    </w:p>
    <w:p>
      <w:pPr>
        <w:jc w:val="right"/>
      </w:pPr>
      <w:r>
        <w:t>لوگ جھوٹے پولیٹکس میں پھنسے رہتے ہیں،</w:t>
      </w:r>
    </w:p>
    <w:p>
      <w:r>
        <w:rPr>
          <w:b/>
        </w:rPr>
        <w:t xml:space="preserve">[40:43] </w:t>
      </w:r>
      <w:r>
        <w:t>jhoote politics ke liye andhe bane bane rehte hain. andhe jhooti politics hai jis ne logon ko andha bana rakha hai.</w:t>
      </w:r>
    </w:p>
    <w:p>
      <w:pPr>
        <w:jc w:val="right"/>
      </w:pPr>
      <w:r>
        <w:t>جھوٹے پولیٹکس کے لیے اندھے بنے بنے رہتے ہیں۔ اندھے جھوٹی پولیٹکس ہے جس نے لوگوں کو اندھا بنا رکھا ہے۔</w:t>
      </w:r>
    </w:p>
    <w:p>
      <w:r>
        <w:rPr>
          <w:b/>
        </w:rPr>
        <w:t xml:space="preserve">[40:55] </w:t>
      </w:r>
      <w:r>
        <w:t>jhooti politics ne warna jab opportunities ke darwaze khul jayen, jab mawaqe ke rastay khul jayen to phir ladna kis liye?</w:t>
      </w:r>
    </w:p>
    <w:p>
      <w:pPr>
        <w:jc w:val="right"/>
      </w:pPr>
      <w:r>
        <w:t>جھوٹی پولیٹکس نے ورنہ جب اپرچونیٹیز کے دروازے کھل جائیں، جب مواقع کے راستے کھل جائیں تو پھر لڑنا کس لیے؟</w:t>
      </w:r>
    </w:p>
    <w:p>
      <w:r>
        <w:rPr>
          <w:b/>
        </w:rPr>
        <w:t xml:space="preserve">[41:06] </w:t>
      </w:r>
      <w:r>
        <w:t>kisi se ladna kis liye?</w:t>
      </w:r>
    </w:p>
    <w:p>
      <w:pPr>
        <w:jc w:val="right"/>
      </w:pPr>
      <w:r>
        <w:t>کسی سے لڑنا کس لیے؟</w:t>
      </w:r>
    </w:p>
    <w:p>
      <w:r>
        <w:rPr>
          <w:b/>
        </w:rPr>
        <w:t xml:space="preserve">[41:12] </w:t>
      </w:r>
      <w:r>
        <w:t>ladai hoti hai kisi maqsad ke liye. fuqaha kehte hain qital jo hai husn-e-zati nahi hai, husn-e-ghairi hai.</w:t>
      </w:r>
    </w:p>
    <w:p>
      <w:pPr>
        <w:jc w:val="right"/>
      </w:pPr>
      <w:r>
        <w:t>لڑائی ہوتی ہے کسی مقصد کے لیے۔ فقہاء کہتے ہیں قتال جو ہے حسن لذاتی نہیں ہے، حسن لغیری ہے۔</w:t>
      </w:r>
    </w:p>
    <w:p>
      <w:r>
        <w:rPr>
          <w:b/>
        </w:rPr>
        <w:t xml:space="preserve">[41:25] </w:t>
      </w:r>
      <w:r>
        <w:t>yani jang ka maqsad yeh nahi ke jang barah-e-jang, balkay jang ka maqsad hota hai kisi cheez ko hasil karna. to ab to agar aap ladein to woh jang barah-e-jang banay gi, jang-e-zati hi banay gi</w:t>
      </w:r>
    </w:p>
    <w:p>
      <w:pPr>
        <w:jc w:val="right"/>
      </w:pPr>
      <w:r>
        <w:t>یعنی جنگ کا مقصد یہ نہیں کہ جنگ براہ جنگ، بلکہ جنگ کا مقصد ہوتا ہے کسی چیز کو حاصل کرنا۔ تو اب تو اگر آپ لڑیں تو وہ جنگ براہ جنگ بنے گی، جنگ لذاتی ہی بنے گی</w:t>
      </w:r>
    </w:p>
    <w:p>
      <w:r>
        <w:rPr>
          <w:b/>
        </w:rPr>
        <w:t xml:space="preserve">[41:41] </w:t>
      </w:r>
      <w:r>
        <w:t>aur jang-e-zati deen mein kuch nahi hai.</w:t>
      </w:r>
    </w:p>
    <w:p>
      <w:pPr>
        <w:jc w:val="right"/>
      </w:pPr>
      <w:r>
        <w:t>اور جنگ لذاتی دین میں کچھ نہیں ہے۔</w:t>
      </w:r>
    </w:p>
    <w:p>
      <w:r>
        <w:rPr>
          <w:b/>
        </w:rPr>
        <w:t xml:space="preserve">[41:50] </w:t>
      </w:r>
      <w:r>
        <w:t>ab to planning ki ahmiyat hai, aql ki ahmiyat hai, shaoor ki ahmiyat hai, samajh boojh ki ahmiyat hai, wisdom ki ahmiyat hai.</w:t>
      </w:r>
    </w:p>
    <w:p>
      <w:pPr>
        <w:jc w:val="right"/>
      </w:pPr>
      <w:r>
        <w:t>اب تو پلاننگ کی اہمیت ہے، عقل کی اہمیت ہے، شعور کی اہمیت ہے، سمجھ بوجھ کی اہمیت ہے، وزڈم کی اہمیت ہے۔</w:t>
      </w:r>
    </w:p>
    <w:p>
      <w:r>
        <w:rPr>
          <w:b/>
        </w:rPr>
        <w:t xml:space="preserve">[41:58] </w:t>
      </w:r>
      <w:r>
        <w:t>wisdom, wisdom ko istemal kijiye aur samajh boojh kar ke halaat ko janiye aur planning kijiye.</w:t>
      </w:r>
    </w:p>
    <w:p>
      <w:pPr>
        <w:jc w:val="right"/>
      </w:pPr>
      <w:r>
        <w:t>وزڈم، وزڈم کو استعمال کیجئے اور سمجھ بوجھ کر کے حالات کو جانیے اور پلاننگ کیجئے۔</w:t>
      </w:r>
    </w:p>
    <w:p>
      <w:r>
        <w:rPr>
          <w:b/>
        </w:rPr>
        <w:t xml:space="preserve">[42:12] </w:t>
      </w:r>
      <w:r>
        <w:t>aur mein samajhta hoon ke sab se bara kaam jo hai daawa work, sab se bara kaam hai dawat, dawat, dawat il Allah.</w:t>
      </w:r>
    </w:p>
    <w:p>
      <w:pPr>
        <w:jc w:val="right"/>
      </w:pPr>
      <w:r>
        <w:t>اور میں سمجھتا ہوں کہ سب سے بڑا کام جو ہے دعویٰ ورک، سب سے بڑا کام ہے دعوت، دعوت، دعوت الی اللہ۔</w:t>
      </w:r>
    </w:p>
    <w:p>
      <w:r>
        <w:rPr>
          <w:b/>
        </w:rPr>
        <w:t xml:space="preserve">[42:23] </w:t>
      </w:r>
      <w:r>
        <w:t>sab se bara kaam hai jaise ke maine misaal di</w:t>
      </w:r>
    </w:p>
    <w:p>
      <w:pPr>
        <w:jc w:val="right"/>
      </w:pPr>
      <w:r>
        <w:t>سب سے بڑا کام ہے جیسے کہ میں نے مثال دی</w:t>
      </w:r>
    </w:p>
    <w:p>
      <w:r>
        <w:rPr>
          <w:b/>
        </w:rPr>
        <w:t xml:space="preserve">[42:30] </w:t>
      </w:r>
      <w:r>
        <w:t>ke hamare aik saathi pora mein gaye aur unhon ne quran pesh kiya to kitna bara waqia pesh aaya.</w:t>
      </w:r>
    </w:p>
    <w:p>
      <w:pPr>
        <w:jc w:val="right"/>
      </w:pPr>
      <w:r>
        <w:t>کہ ہمارے ایک ساتھی پورہ میں گئے اور انہوں نے قرآن پیش کیا تو کتنا بڑا واقعہ پیش آیا۔</w:t>
      </w:r>
    </w:p>
    <w:p>
      <w:r>
        <w:rPr>
          <w:b/>
        </w:rPr>
        <w:t xml:space="preserve">[42:43] </w:t>
      </w:r>
      <w:r>
        <w:t>quran angrezi mein kaha tha ke "he came isa ek kankar", wohi to ho gaya</w:t>
      </w:r>
    </w:p>
    <w:p>
      <w:pPr>
        <w:jc w:val="right"/>
      </w:pPr>
      <w:r>
        <w:t>قرآن انگریزی میں کہا تھا کہ "ہی کیم عیسیٰ اک کانکڑ"، وہی تو ہو گیا</w:t>
      </w:r>
    </w:p>
    <w:p>
      <w:r>
        <w:rPr>
          <w:b/>
        </w:rPr>
        <w:t xml:space="preserve">[42:51] </w:t>
      </w:r>
      <w:r>
        <w:t>"he came isa ek kankar" ke quran aap ne diya aur us ne dilon ka fateh kar liya. kyunke quran aadmi ke mind ko address karta hai, quran aadmi ke sawalat ka jawab deta hai, quran insaan ko apne khaliq ka taaruf karata hai,</w:t>
      </w:r>
    </w:p>
    <w:p>
      <w:pPr>
        <w:jc w:val="right"/>
      </w:pPr>
      <w:r>
        <w:t>"ہی کیم عیسیٰ اک کانکڑ" کہ قرآن آپ نے دیا اور اس نے دلوں کا فتح کر لیا۔ کیونکہ قرآن آدمی کے مائنڈ کو ایڈریس کرتا ہے، قرآن آدمی کے سوالات کا جواب دیتا ہے، قرآن انسان کو اپنے خالق کا تعارف کراتا ہے،</w:t>
      </w:r>
    </w:p>
    <w:p>
      <w:r>
        <w:rPr>
          <w:b/>
        </w:rPr>
        <w:t xml:space="preserve">[43:10] </w:t>
      </w:r>
      <w:r>
        <w:t>quran batata hai ke "what is the christian plan of God". in sari baaton ka jawab woh quran mein pa leta hai. to yehi to insaan ka masla hai,</w:t>
      </w:r>
    </w:p>
    <w:p>
      <w:pPr>
        <w:jc w:val="right"/>
      </w:pPr>
      <w:r>
        <w:t>قرآن بتاتا ہے کہ "واٹ از دا کرسچن پلان آف گاڈ"۔ ان ساری باتوں کا جواب وہ قرآن میں پا لیتا ہے۔ تو یہی تو انسان کا مسئلہ ہے،</w:t>
      </w:r>
    </w:p>
    <w:p>
      <w:r>
        <w:rPr>
          <w:b/>
        </w:rPr>
        <w:t xml:space="preserve">[43:24] </w:t>
      </w:r>
      <w:r>
        <w:t>yehi to insaan ka masla hai jis masle mein insaan subah shaam phansa hua hai, is masle mein quran ko uska jawab deta hai, jawab faraham karta hai.</w:t>
      </w:r>
    </w:p>
    <w:p>
      <w:pPr>
        <w:jc w:val="right"/>
      </w:pPr>
      <w:r>
        <w:t>یہی تو انسان کا مسئلہ ہے جس مسئلے میں انسان صبح شام پھنسا ہوا ہے، اس مسئلے میں قرآن کو اس کا جواب دیتا ہے، جواب فراہم کرتا ہے۔</w:t>
      </w:r>
    </w:p>
    <w:p>
      <w:r>
        <w:rPr>
          <w:b/>
        </w:rPr>
        <w:t xml:space="preserve">[43:43] </w:t>
      </w:r>
      <w:r>
        <w:t>to jin logon ko dawat ilahi se jazba na ho, un ko bhi ladne ki zaroorat nahi hai, woh bhi education ka kaam karein, taleem ka kaam karein, ladna kya hai?</w:t>
      </w:r>
    </w:p>
    <w:p>
      <w:pPr>
        <w:jc w:val="right"/>
      </w:pPr>
      <w:r>
        <w:t>تو جن لوگوں کو دعوت الہی سے جذبہ نہ ہو، ان کو بھی لڑنے کی ضرورت نہیں ہے، وہ بھی ایجوکیشن کا کام کریں، تعلیم کا کام کریں، لڑنا کیا ہے؟</w:t>
      </w:r>
    </w:p>
    <w:p>
      <w:r>
        <w:rPr>
          <w:b/>
        </w:rPr>
        <w:t xml:space="preserve">[43:55] </w:t>
      </w:r>
      <w:r>
        <w:t>lekin hamara jo mission hai, hamara mission to daawti mission hai, hum Allah Akbar se dawat ilahi ke kaam mein mashgool</w:t>
      </w:r>
    </w:p>
    <w:p>
      <w:pPr>
        <w:jc w:val="right"/>
      </w:pPr>
      <w:r>
        <w:t>لیکن ہمارا جو مشن ہے، ہمارا مشن تو دعوتی مشن ہے، ہم اللہ اکبر سے دعوت الہی کے کام میں مشغول</w:t>
      </w:r>
    </w:p>
    <w:p>
      <w:r>
        <w:rPr>
          <w:b/>
        </w:rPr>
        <w:t xml:space="preserve">[44:01] </w:t>
      </w:r>
      <w:r>
        <w:t>hain. Dekhiye, hadith mein aaya hai ke "la yabqa ala zahiri larz bait madreen wa bareen ila ataharallahu kalmatul islam".</w:t>
      </w:r>
    </w:p>
    <w:p>
      <w:pPr>
        <w:jc w:val="right"/>
      </w:pPr>
      <w:r>
        <w:t>ہیں۔ دیکھیے، حدیث میں آیا ہے کہ "لا یبق علی ظاہری لرز بیت مدرین وبرین الا اطہر اللہ کلمۃ الاسلام"۔</w:t>
      </w:r>
    </w:p>
    <w:p>
      <w:r>
        <w:rPr>
          <w:b/>
        </w:rPr>
        <w:t xml:space="preserve">[44:13] </w:t>
      </w:r>
      <w:r>
        <w:t>Yeh hadith musnad imam muhammad, musnad imam hambal mein maujood hai.</w:t>
      </w:r>
    </w:p>
    <w:p>
      <w:pPr>
        <w:jc w:val="right"/>
      </w:pPr>
      <w:r>
        <w:t>یہ حدیث مسند امام محمد، مسند امام حنبل میں موجود ہے۔</w:t>
      </w:r>
    </w:p>
    <w:p>
      <w:r>
        <w:rPr>
          <w:b/>
        </w:rPr>
        <w:t xml:space="preserve">[44:21] </w:t>
      </w:r>
      <w:r>
        <w:t>Yeh hadith ek peshangoi ki zaban mein hai, prediction ki zaban mein hai</w:t>
      </w:r>
    </w:p>
    <w:p>
      <w:pPr>
        <w:jc w:val="right"/>
      </w:pPr>
      <w:r>
        <w:t>یہ حدیث ایک پیشنگوئی کی زبان میں ہے، پریڈکشن کی زبان میں ہے</w:t>
      </w:r>
    </w:p>
    <w:p>
      <w:r>
        <w:rPr>
          <w:b/>
        </w:rPr>
        <w:t xml:space="preserve">[44:27] </w:t>
      </w:r>
      <w:r>
        <w:t>ke ek waqt aayega jabki zameen par, yaani globe par, koi chhota ya bada ghar nahi bachega magar wahan islam ka kalma dakhil ho jayega.</w:t>
      </w:r>
    </w:p>
    <w:p>
      <w:pPr>
        <w:jc w:val="right"/>
      </w:pPr>
      <w:r>
        <w:t>کہ ایک وقت آئے گا جبکہ زمین پر، یعنی گلوب پر، کوئی چھوٹا یا بڑا گھر نہیں بچے گا مگر وہاں اسلام کا کلمہ داخل ہو جائے گا۔</w:t>
      </w:r>
    </w:p>
    <w:p>
      <w:r>
        <w:rPr>
          <w:b/>
        </w:rPr>
        <w:t xml:space="preserve">[44:41] </w:t>
      </w:r>
      <w:r>
        <w:t>Dekhein, yeh hadith jo thi, iska yeh allah taala ke ek mansha ko bata rahi thi.</w:t>
      </w:r>
    </w:p>
    <w:p>
      <w:pPr>
        <w:jc w:val="right"/>
      </w:pPr>
      <w:r>
        <w:t>دیکھیں، یہ حدیث جو تھی، اس کا یہ اللہ تعالی کے ایک منشا کو بتا رہی تھی۔</w:t>
      </w:r>
    </w:p>
    <w:p>
      <w:r>
        <w:rPr>
          <w:b/>
        </w:rPr>
        <w:t xml:space="preserve">[44:48] </w:t>
      </w:r>
      <w:r>
        <w:t>Allah taala ka mansha yeh hai ke allah ka paigham se koi bhi ghar, koi bhi insan aisa na hai jisko pahunch na gaya ho.</w:t>
      </w:r>
    </w:p>
    <w:p>
      <w:pPr>
        <w:jc w:val="right"/>
      </w:pPr>
      <w:r>
        <w:t>اللہ تعالی کا منشا یہ ہے کہ اللہ کا پیغام سے کوئی بھی گھر، کوئی بھی انسان ایسا نہ ہے جس کو پہنچ نہ گیا ہو۔</w:t>
      </w:r>
    </w:p>
    <w:p>
      <w:r>
        <w:rPr>
          <w:b/>
        </w:rPr>
        <w:t xml:space="preserve">[45:00] </w:t>
      </w:r>
      <w:r>
        <w:t>Saari zameen par allah ka paigham pahunch jaye, ghar ghar pahunch jaye, har aurat aur mard tak pahunch jaye. "Liyakun lil aalameen nazeera" yeh allah taala ka mansha tha.</w:t>
      </w:r>
    </w:p>
    <w:p>
      <w:pPr>
        <w:jc w:val="right"/>
      </w:pPr>
      <w:r>
        <w:t>ساری زمین پر اللہ کا پیغام پہنچ جائے، گھر گھر پہنچ جائے، ہر عورت اور مرد تک پہنچ جائے۔ "لیکون للعالمین نذیرہ" یہ اللہ تعالی کا منشا تھا۔</w:t>
      </w:r>
    </w:p>
    <w:p>
      <w:r>
        <w:rPr>
          <w:b/>
        </w:rPr>
        <w:t xml:space="preserve">[45:13] </w:t>
      </w:r>
      <w:r>
        <w:t>Lekin dekhiye, ab mansha allah ka poora nahi ho raha tha,</w:t>
      </w:r>
    </w:p>
    <w:p>
      <w:pPr>
        <w:jc w:val="right"/>
      </w:pPr>
      <w:r>
        <w:t>لیکن دیکھیے، اب منشا اللہ کا پورا نہیں ہو رہا تھا،</w:t>
      </w:r>
    </w:p>
    <w:p>
      <w:r>
        <w:rPr>
          <w:b/>
        </w:rPr>
        <w:t xml:space="preserve">[45:18] </w:t>
      </w:r>
      <w:r>
        <w:t>yaani pichhle paighambaron ki zabanen poora nahi hua, rasool allah ki zabanen poora nahi hua, sahaba, tabayeen, tabay tabayeen ki zabanen poora nahi hua.</w:t>
      </w:r>
    </w:p>
    <w:p>
      <w:pPr>
        <w:jc w:val="right"/>
      </w:pPr>
      <w:r>
        <w:t>یعنی پچھلے پیغمبروں کی زبانیں پورا نہیں ہوا، رسول اللہ کی زبانیں پورا نہیں ہوا، صحابہ، تابعین، تبع تابعین کی زبانیں پورا نہیں ہوا۔</w:t>
      </w:r>
    </w:p>
    <w:p>
      <w:r>
        <w:rPr>
          <w:b/>
        </w:rPr>
        <w:t xml:space="preserve">[45:28] </w:t>
      </w:r>
      <w:r>
        <w:t>Kyun? Kyunke yeh kaam hoga asbab ke daira mein, yeh kaam karamati taur par nahi hoga.</w:t>
      </w:r>
    </w:p>
    <w:p>
      <w:pPr>
        <w:jc w:val="right"/>
      </w:pPr>
      <w:r>
        <w:t>کیوں؟ کیونکہ یہ کام ہوگا اسباب کے دائرے میں، یہ کام کراماتی طور پر نہیں ہوگا۔</w:t>
      </w:r>
    </w:p>
    <w:p>
      <w:r>
        <w:rPr>
          <w:b/>
        </w:rPr>
        <w:t xml:space="preserve">[45:38] </w:t>
      </w:r>
      <w:r>
        <w:t>To asbab maujood nahi the.</w:t>
      </w:r>
    </w:p>
    <w:p>
      <w:pPr>
        <w:jc w:val="right"/>
      </w:pPr>
      <w:r>
        <w:t>تو اسباب موجود نہیں تھے۔</w:t>
      </w:r>
    </w:p>
    <w:p>
      <w:r>
        <w:rPr>
          <w:b/>
        </w:rPr>
        <w:t xml:space="preserve">[45:43] </w:t>
      </w:r>
      <w:r>
        <w:t>Allah taala ne tareekh mein tareekh ko badal dala, tareekh mein naye halaat paida kiye taake woh asbab paida hon jabki yeh waqea,</w:t>
      </w:r>
    </w:p>
    <w:p>
      <w:pPr>
        <w:jc w:val="right"/>
      </w:pPr>
      <w:r>
        <w:t>اللہ تعالی نے تاریخ میں تاریخ کو بدل ڈالا، تاریخ میں نئے حالات پیدا کیے تاکہ وہ اسباب پیدا ہوں جبکہ یہ واقعہ،</w:t>
      </w:r>
    </w:p>
    <w:p>
      <w:r>
        <w:rPr>
          <w:b/>
        </w:rPr>
        <w:t xml:space="preserve">[45:59] </w:t>
      </w:r>
      <w:r>
        <w:t>yaani jabki yeh maqsad hasil ho chuka hai ke saari duniya mein ghar ghar mein kalma islam ko pahunchna.</w:t>
      </w:r>
    </w:p>
    <w:p>
      <w:pPr>
        <w:jc w:val="right"/>
      </w:pPr>
      <w:r>
        <w:t>یعنی جبکہ یہ مقصد حاصل ہو چکا ہے کہ ساری دنیا میں گھر گھر میں کلمہ اسلام کو پہنچنا۔</w:t>
      </w:r>
    </w:p>
    <w:p>
      <w:r>
        <w:rPr>
          <w:b/>
        </w:rPr>
        <w:t xml:space="preserve">[46:07] </w:t>
      </w:r>
      <w:r>
        <w:t>Ab maujooda zamane mein aap dekhiye, aap maujooda zamane mein communication aa gaya, mazhabi azadi aa gayi, safar karna aasan ho gaya, printing press aa gaya,</w:t>
      </w:r>
    </w:p>
    <w:p>
      <w:pPr>
        <w:jc w:val="right"/>
      </w:pPr>
      <w:r>
        <w:t>اب موجودہ زمانے میں آپ دیکھیے، آپ موجودہ زمانے میں کمیونیکیشن آگیا، مذہبی آزادی آگئی، سفر کرنا آسان ہو گیا، پرنٹنگ پریس آگیا،</w:t>
      </w:r>
    </w:p>
    <w:p>
      <w:r>
        <w:rPr>
          <w:b/>
        </w:rPr>
        <w:t xml:space="preserve">[46:22] </w:t>
      </w:r>
      <w:r>
        <w:t>print media aur electronic media ka zamana aa gaya. Yaani saare hi sources hasil ho gaye, saare darwaze khul gaye. Yeh kis baat ka ishara hai?</w:t>
      </w:r>
    </w:p>
    <w:p>
      <w:pPr>
        <w:jc w:val="right"/>
      </w:pPr>
      <w:r>
        <w:t>پرنٹ میڈیا اور الیکٹرانک میڈیا کا زمانہ آگیا۔ یعنی سارے ہی سورسز حاصل ہوگئے، سارے دروازے کھل گئے۔ یہ کس بات کا اشارہ ہے؟</w:t>
      </w:r>
    </w:p>
    <w:p>
      <w:r>
        <w:rPr>
          <w:b/>
        </w:rPr>
        <w:t xml:space="preserve">[46:34] </w:t>
      </w:r>
      <w:r>
        <w:t>Jis tarah se barish, barish jab hoti hai to yeh ishara hota hai ke "Ae kisan, uth aur kheti kar". Barish jo hai, awaz nahi deti, barish chalati nahi hai, barish ke paas koi koi loud speaker nahi hota hai.</w:t>
      </w:r>
    </w:p>
    <w:p>
      <w:pPr>
        <w:jc w:val="right"/>
      </w:pPr>
      <w:r>
        <w:t>جس طرح سے بارش، بارش جب ہوتی ہے تو یہ اشارہ ہوتا ہے کہ "اے کسان، اٹھ اور کھیتی کر"۔ بارش جو ہے، آواز نہیں دیتی، بارش چلاتی نہیں ہے، بارش کے پاس کوئی کوئی لاؤڈ سپیکر نہیں ہوتا ہے۔</w:t>
      </w:r>
    </w:p>
    <w:p>
      <w:r>
        <w:rPr>
          <w:b/>
        </w:rPr>
        <w:t xml:space="preserve">[46:53] </w:t>
      </w:r>
      <w:r>
        <w:t>Khamosh zaban mein barish is baat ka ailan karti hai ke "Ae kisan, uth</w:t>
      </w:r>
    </w:p>
    <w:p>
      <w:pPr>
        <w:jc w:val="right"/>
      </w:pPr>
      <w:r>
        <w:t>خاموش زبان میں بارش اس بات کا اعلان کرتی ہے کہ "اے کسان، اٹھ</w:t>
      </w:r>
    </w:p>
    <w:p>
      <w:r>
        <w:rPr>
          <w:b/>
        </w:rPr>
        <w:t xml:space="preserve">[46:59] </w:t>
      </w:r>
      <w:r>
        <w:t>, uth aur kheti kar". Isi tarah se jab yeh halaat badal gaye, yeh mawaqe paida ho gaye, saare asbab mahya ho gaye to ab khamosh zaban mein zameen aasman cheikh rahe hain.</w:t>
      </w:r>
    </w:p>
    <w:p>
      <w:pPr>
        <w:jc w:val="right"/>
      </w:pPr>
      <w:r>
        <w:t>، اٹھ اور کھیتی کر"۔ اسی طرح سے جب یہ حالات بدل گئے، یہ مواقع پیدا ہوگئے، سارے اسباب مہیا ہوگئے تو اب خاموش زبان میں زمین آسمان چیخ رہے ہیں۔</w:t>
      </w:r>
    </w:p>
    <w:p>
      <w:r>
        <w:rPr>
          <w:b/>
        </w:rPr>
        <w:t xml:space="preserve">[47:16] </w:t>
      </w:r>
      <w:r>
        <w:t>Khamosh zaban mein ke "Ae iman wale, utho! Ae quran ko manne wale, utho!</w:t>
      </w:r>
    </w:p>
    <w:p>
      <w:pPr>
        <w:jc w:val="right"/>
      </w:pPr>
      <w:r>
        <w:t>خاموش زبان میں کہ "اے ایمان والے، اٹھو! اے قرآن کو ماننے والے، اٹھو!</w:t>
      </w:r>
    </w:p>
    <w:p>
      <w:r>
        <w:rPr>
          <w:b/>
        </w:rPr>
        <w:t xml:space="preserve">[47:27] </w:t>
      </w:r>
      <w:r>
        <w:t>Ae paighambar islam ke followers, utho aur saari duniya mein kalma islam ko pahuncha do peaceful tareeqe se, aman tareeqe se".</w:t>
      </w:r>
    </w:p>
    <w:p>
      <w:pPr>
        <w:jc w:val="right"/>
      </w:pPr>
      <w:r>
        <w:t>اے پیغمبر اسلام کے فالوورز، اٹھو اور ساری دنیا میں کلمہ اسلام کو پہنچا دو پیس فل طریقے سے، پرامن طریقے سے"۔</w:t>
      </w:r>
    </w:p>
    <w:p>
      <w:r>
        <w:rPr>
          <w:b/>
        </w:rPr>
        <w:t xml:space="preserve">[47:44] </w:t>
      </w:r>
      <w:r>
        <w:t>To halaat khamosh zaban mein ailan kar rahe hain ke ab ab ahl e iman ko uthna hai isi ek kaam ke liye, daawa work ke liye.</w:t>
      </w:r>
    </w:p>
    <w:p>
      <w:pPr>
        <w:jc w:val="right"/>
      </w:pPr>
      <w:r>
        <w:t>تو حالات خاموش زبان میں اعلان کر رہے ہیں کہ اب اب اہل ایمان کو اٹھنا ہے اسی ایک کام کے لیے، دعویٰ ورک کے لیے۔</w:t>
      </w:r>
    </w:p>
    <w:p>
      <w:r>
        <w:rPr>
          <w:b/>
        </w:rPr>
        <w:t xml:space="preserve">[47:56] </w:t>
      </w:r>
      <w:r>
        <w:t>Ab daawa work jo hai, dawat allah ka kaam jo hai, woh har har momin ka, har har muslim ka pehla nishana hona chahiye, pehla goal hona chahiye.</w:t>
      </w:r>
    </w:p>
    <w:p>
      <w:pPr>
        <w:jc w:val="right"/>
      </w:pPr>
      <w:r>
        <w:t>اب دعویٰ ورک جو ہے، دعوت اللہ کا کام جو ہے، وہ ہر ہر مومن کا، ہر ہر مسلم کا پہلا نشانہ ہونا چاہیے، پہلا گول ہونا چاہیے۔</w:t>
      </w:r>
    </w:p>
    <w:p>
      <w:r>
        <w:rPr>
          <w:b/>
        </w:rPr>
        <w:t xml:space="preserve">[48:15] </w:t>
      </w:r>
      <w:r>
        <w:t>Is waqt duniya mein musalmanon ki tadad ek billion hai aur saari abadi jo duniya mein hai, woh saat billion se zyada hai.</w:t>
      </w:r>
    </w:p>
    <w:p>
      <w:pPr>
        <w:jc w:val="right"/>
      </w:pPr>
      <w:r>
        <w:t>اس وقت دنیا میں مسلمانوں کی تعداد ایک بلین ہے اور ساری آبادی جو دنیا میں ہے، وہ سات بلین سے زیادہ ہے۔</w:t>
      </w:r>
    </w:p>
    <w:p>
      <w:r>
        <w:rPr>
          <w:b/>
        </w:rPr>
        <w:t xml:space="preserve">[48:30] </w:t>
      </w:r>
      <w:r>
        <w:t>Aur musalman har mulk mein hain, har mulk mein</w:t>
      </w:r>
    </w:p>
    <w:p>
      <w:pPr>
        <w:jc w:val="right"/>
      </w:pPr>
      <w:r>
        <w:t>اور مسلمان ہر ملک میں ہیں، ہر ملک میں</w:t>
      </w:r>
    </w:p>
    <w:p>
      <w:r>
        <w:rPr>
          <w:b/>
        </w:rPr>
        <w:t xml:space="preserve">[48:35] </w:t>
      </w:r>
      <w:r>
        <w:t>koi mulk, yaani duniya mein is waqt mumalik ki tadad jo ke registered hain, united nations ke andar, unki tadad hoti hai 193.</w:t>
      </w:r>
    </w:p>
    <w:p>
      <w:pPr>
        <w:jc w:val="right"/>
      </w:pPr>
      <w:r>
        <w:t>کوئی ملک، یعنی دنیا میں اس وقت ممالک کی تعداد جو کہ رجسٹرڈ ہیں، انٹاری نیشنز کے اندر، ان کی تعداد ہوتی ہے 193۔</w:t>
      </w:r>
    </w:p>
    <w:p>
      <w:r>
        <w:rPr>
          <w:b/>
        </w:rPr>
        <w:t xml:space="preserve">[48:53] </w:t>
      </w:r>
      <w:r>
        <w:t>193 mumalik hain, un mein se har mulk mein musalman maujood hain.</w:t>
      </w:r>
    </w:p>
    <w:p>
      <w:pPr>
        <w:jc w:val="right"/>
      </w:pPr>
      <w:r>
        <w:t>193 ممالک ہیں، ان میں سے ہر ملک میں مسلمان موجود ہیں۔</w:t>
      </w:r>
    </w:p>
    <w:p>
      <w:r>
        <w:rPr>
          <w:b/>
        </w:rPr>
        <w:t xml:space="preserve">[48:59] </w:t>
      </w:r>
      <w:r>
        <w:t>Yeh saare musalman agar is ko apna nishana banayein ke unhein quran ka tarjuma logon ke qabil fehm zaban mein logon tak pahunchana hai to saare mawaqe khul gaye hain, har jagah maujood hain musalman, har jagah quran chhupa hua maujood hai, har jagah milna aasan hai,</w:t>
      </w:r>
    </w:p>
    <w:p>
      <w:pPr>
        <w:jc w:val="right"/>
      </w:pPr>
      <w:r>
        <w:t>یہ سارے مسلمان اگر اس کو اپنا نشانہ بنائیں کہ انہیں قرآن کا ترجمہ لوگوں کے قابل فہم زبان میں لوگوں تک پہنچانا ہے تو سارے مواقع کھل گئے ہیں، ہر جگہ موجود ہیں مسلمان، ہر جگہ قرآن چھپا ہوا موجود ہے، ہر جگہ ملنا آسان ہے،</w:t>
      </w:r>
    </w:p>
    <w:p>
      <w:r>
        <w:rPr>
          <w:b/>
        </w:rPr>
        <w:t xml:space="preserve">[49:22] </w:t>
      </w:r>
      <w:r>
        <w:t>koi rukawat nahi hai.</w:t>
      </w:r>
    </w:p>
    <w:p>
      <w:pPr>
        <w:jc w:val="right"/>
      </w:pPr>
      <w:r>
        <w:t>کوئی رکاوٹ نہیں ہے۔</w:t>
      </w:r>
    </w:p>
    <w:p>
      <w:r>
        <w:rPr>
          <w:b/>
        </w:rPr>
        <w:t xml:space="preserve">[49:26] </w:t>
      </w:r>
      <w:r>
        <w:t>To yeh hai sabaq halaat ka, halaat ka yeh sabaq hai ke jang ki baat chodo, hathiyar ko samandar mein phenk do, ult kar power ko kharabat kaho,</w:t>
      </w:r>
    </w:p>
    <w:p>
      <w:pPr>
        <w:jc w:val="right"/>
      </w:pPr>
      <w:r>
        <w:t>تو یہ ہے سبق حالات کا، حالات کا یہ سبق ہے کہ جنگ کی بات چھوڑو، ہتھیار کو سمندر میں پھینک دو، الٹ کر پاور کو خرابات کہو،</w:t>
      </w:r>
    </w:p>
    <w:p>
      <w:r>
        <w:rPr>
          <w:b/>
        </w:rPr>
        <w:t xml:space="preserve">[49:41] </w:t>
      </w:r>
      <w:r>
        <w:t>in saari baaton ko bilkul yak lakht chhod do aur ek hi kaam ko le lo, woh hai dawat-e-Ilah, dawah work.</w:t>
      </w:r>
    </w:p>
    <w:p>
      <w:pPr>
        <w:jc w:val="right"/>
      </w:pPr>
      <w:r>
        <w:t>ان ساری باتوں کو بالکل یک لخت چھوڑ دو اور ایک ہی کام کو لے لو، وہ ہے دعوت اللہ، دعویٰ ورک۔</w:t>
      </w:r>
    </w:p>
    <w:p>
      <w:r>
        <w:rPr>
          <w:b/>
        </w:rPr>
        <w:t xml:space="preserve">[49:54] </w:t>
      </w:r>
      <w:r>
        <w:t>Aur aasan tareen tareeqa yeh hai ke quran ka tarjuma aap apne pocket mein rakhein, apne bag mein rakhein, jahan koi mile, us ko dekhte rahein, dete rahein, dete rahein. Hamare saathi internet ke zariye se, website ke zariye se is ko pahuncha rahe hain logon tak</w:t>
      </w:r>
    </w:p>
    <w:p>
      <w:pPr>
        <w:jc w:val="right"/>
      </w:pPr>
      <w:r>
        <w:t>اور آسان ترین طریقہ یہ ہے کہ قرآن کا ترجمہ آپ اپنے پاکٹ میں رکھیں، اپنے بیگ میں رکھیں، جہاں کوئی ملے، اس کو دیکھتے رہیں، دیتے رہیں، دیتے رہیں۔ ہمارے ساتھی انٹرنیٹ کے ذریعے سے، ویب سائٹ کے ذریعے سے اس کو پہنچا رہے ہیں لوگوں تک</w:t>
      </w:r>
    </w:p>
    <w:p>
      <w:r>
        <w:rPr>
          <w:b/>
        </w:rPr>
        <w:t xml:space="preserve">[50:12] </w:t>
      </w:r>
      <w:r>
        <w:t>. Is ke ilawa chhupi hui shakal mein aap pahunchaiye kitabon ko, quran ko aur doosri islami kitabon ko pahunchaiye, pahunchaiye, pahunchaiye.</w:t>
      </w:r>
    </w:p>
    <w:p>
      <w:pPr>
        <w:jc w:val="right"/>
      </w:pPr>
      <w:r>
        <w:t>۔ اس کے علاوہ چھپی ہوئی شکل میں آپ پہنچائیے کتابوں کو، قرآن کو اور دوسری اسلامی کتابوں کو پہنچائیے، پہنچائیے، پہنچائیے۔</w:t>
      </w:r>
    </w:p>
    <w:p>
      <w:r>
        <w:rPr>
          <w:b/>
        </w:rPr>
        <w:t xml:space="preserve">[50:28] </w:t>
      </w:r>
      <w:r>
        <w:t>Yeh hai peaceful dawah work, peaceful dawah work. Hakoomat ka hai, hakoomat ki to koi hesiyat nahi hai.</w:t>
      </w:r>
    </w:p>
    <w:p>
      <w:pPr>
        <w:jc w:val="right"/>
      </w:pPr>
      <w:r>
        <w:t>یہ ہے پیس فل دعویٰ ورک، پیس فل دعویٰ ورک۔ حکومت کا ہے، حکومت کی تو کوئی حیثیت نہیں ہے۔</w:t>
      </w:r>
    </w:p>
    <w:p>
      <w:r>
        <w:rPr>
          <w:b/>
        </w:rPr>
        <w:t xml:space="preserve">[50:40] </w:t>
      </w:r>
      <w:r>
        <w:t>Yaani aap dekhiye, misaal mein deta hoon aap ko, hakoomat mil jaye tab bhi problem hai, na mile tab bhi problem hai. Masalan Pakistan ko hakoomat mil gayi, India se alag ho kar un ka ek aazad mulk qaim ho gaya.</w:t>
      </w:r>
    </w:p>
    <w:p>
      <w:pPr>
        <w:jc w:val="right"/>
      </w:pPr>
      <w:r>
        <w:t>یعنی آپ دیکھیے، مثال میں دیتا ہوں آپ کو، حکومت مل جائے تب بھی پرابلم ہے، نہ ملے تب بھی پرابلم ہے۔ مثلاً پاکستان کو حکومت مل گئی، انڈیا سے الگ ہو کر ان کا ایک آزاد ملک قائم ہو گیا۔</w:t>
      </w:r>
    </w:p>
    <w:p>
      <w:r>
        <w:rPr>
          <w:b/>
        </w:rPr>
        <w:t xml:space="preserve">[50:56] </w:t>
      </w:r>
      <w:r>
        <w:t>Work kya hai? Aapas ki ladai, aapas ki ladai, aapas ki ladai.</w:t>
      </w:r>
    </w:p>
    <w:p>
      <w:pPr>
        <w:jc w:val="right"/>
      </w:pPr>
      <w:r>
        <w:t>ورک کیا ہے؟ آپس کی لڑائی، آپس کی لڑائی، آپس کی لڑائی۔</w:t>
      </w:r>
    </w:p>
    <w:p>
      <w:r>
        <w:rPr>
          <w:b/>
        </w:rPr>
        <w:t xml:space="preserve">[51:01] </w:t>
      </w:r>
      <w:r>
        <w:t>Yaani pichhle aazadi, yaani Pakistan banne ke baad ab tak hazaron nahi, lakhon log mare ja chuke hain aapas ki jang mein.</w:t>
      </w:r>
    </w:p>
    <w:p>
      <w:pPr>
        <w:jc w:val="right"/>
      </w:pPr>
      <w:r>
        <w:t>یعنی پچھلے آزادی، یعنی پاکستان بننے کے بعد اب تک ہزاروں نہیں، لاکھوں لوگ مارے جا چکے ہیں آپس کی جنگ میں۔</w:t>
      </w:r>
    </w:p>
    <w:p>
      <w:r>
        <w:rPr>
          <w:b/>
        </w:rPr>
        <w:t xml:space="preserve">[51:14] </w:t>
      </w:r>
      <w:r>
        <w:t>Pakistan ko declare kar diya hai failed state to hakoomat mil kar kamyab, hakoomat mil kar bhi problem.</w:t>
      </w:r>
    </w:p>
    <w:p>
      <w:pPr>
        <w:jc w:val="right"/>
      </w:pPr>
      <w:r>
        <w:t>پاکستان کو ڈیکلیئر کر دیا ہے فیلڈ اسٹیٹ تو حکومت مل کر کامیاب، حکومت مل کر بھی پرابلم۔</w:t>
      </w:r>
    </w:p>
    <w:p>
      <w:r>
        <w:rPr>
          <w:b/>
        </w:rPr>
        <w:t xml:space="preserve">[51:29] </w:t>
      </w:r>
      <w:r>
        <w:t>Arkan ke musalman chahte the ke wahan ek aazad Muslim state banayein, nahi bana paye tab bhi problem.</w:t>
      </w:r>
    </w:p>
    <w:p>
      <w:pPr>
        <w:jc w:val="right"/>
      </w:pPr>
      <w:r>
        <w:t>ارکان کے مسلمان چاہتے تھے کہ وہاں ایک آزاد مسلم اسٹیٹ بنائیں، نہیں بنا پائے تب بھی پرابلم۔</w:t>
      </w:r>
    </w:p>
    <w:p>
      <w:r>
        <w:rPr>
          <w:b/>
        </w:rPr>
        <w:t xml:space="preserve">[51:39] </w:t>
      </w:r>
      <w:r>
        <w:t>Arkan ka jo qissa hai, woh yahi qissa hai. Arkan ka qissa yeh hai ke wahan ke, wahan par musalmanon ki majority thi</w:t>
      </w:r>
    </w:p>
    <w:p>
      <w:pPr>
        <w:jc w:val="right"/>
      </w:pPr>
      <w:r>
        <w:t>ارکان کا جو قصہ ہے، وہ یہی قصہ ہے۔ ارکان کا قصہ یہ ہے کہ وہاں کے، وہاں پر مسلمانوں کی میجورٹی تھ</w:t>
      </w:r>
    </w:p>
    <w:p>
      <w:r>
        <w:rPr>
          <w:b/>
        </w:rPr>
        <w:t xml:space="preserve">[51:48] </w:t>
      </w:r>
      <w:r>
        <w:t>, kuch leader paida hue jo be samajh wale leader jin ke andar wisdom nahi thi ke hum yahan par banayein ge aazad Muslim state.</w:t>
      </w:r>
    </w:p>
    <w:p>
      <w:pPr>
        <w:jc w:val="right"/>
      </w:pPr>
      <w:r>
        <w:t>ی، کچھ لیڈر پیدا ہوئے جو بے سمجھ والے لیڈر جن کے اندر وزڈم نہیں تھی کہ ہم یہاں پر بنائیں گے آزاد مسلم اسٹیٹ۔</w:t>
      </w:r>
    </w:p>
    <w:p>
      <w:r>
        <w:rPr>
          <w:b/>
        </w:rPr>
        <w:t xml:space="preserve">[52:00] </w:t>
      </w:r>
      <w:r>
        <w:t>To wahan takrao shuru ho gaya, zahir hai ke takrao hota hi, kyun na hota? To Arkan ke musalman apni aazad Muslim state nahi bana sake, to woh samajhte hain ke hum problem mein ghare hue hain.</w:t>
      </w:r>
    </w:p>
    <w:p>
      <w:pPr>
        <w:jc w:val="right"/>
      </w:pPr>
      <w:r>
        <w:t>تو وہاں ٹکراؤ شروع ہو گیا، ظاہر ہے کہ ٹکراؤ ہوتا ہی، کیوں نہ ہوتا؟ تو ارکان کے مسلمان اپنی آزاد مسلم اسٹیٹ نہیں بنا سکے، تو وہ سمجھتے ہیں کہ ہم پرابلم میں گھرے ہوئے ہیں۔</w:t>
      </w:r>
    </w:p>
    <w:p>
      <w:r>
        <w:rPr>
          <w:b/>
        </w:rPr>
        <w:t xml:space="preserve">[52:13] </w:t>
      </w:r>
      <w:r>
        <w:t>Lekin sawal yeh hai ke Pakistan to bana liya, to kya wahan wahan masail nahi hain?</w:t>
      </w:r>
    </w:p>
    <w:p>
      <w:pPr>
        <w:jc w:val="right"/>
      </w:pPr>
      <w:r>
        <w:t>لیکن سوال یہ ہے کہ پاکستان تو بنا لیا، تو کیا وہاں وہاں مسائل نہیں ہیں؟</w:t>
      </w:r>
    </w:p>
    <w:p>
      <w:r>
        <w:rPr>
          <w:b/>
        </w:rPr>
        <w:t xml:space="preserve">[52:21] </w:t>
      </w:r>
      <w:r>
        <w:t>Ek Pakistani ne mujh se kaha ke wahan par yeh haal hai ke aap ghar se jab niklte hain to yaqeen nahi hota ke ghar wapas aayenge.</w:t>
      </w:r>
    </w:p>
    <w:p>
      <w:pPr>
        <w:jc w:val="right"/>
      </w:pPr>
      <w:r>
        <w:t>ایک پاکستانی نے مجھ سے کہا کہ وہاں پر یہ حال ہے کہ آپ گھر سے جب نکلتے ہیں تو یقین نہیں ہوتا کہ گھر واپس آئیں گے۔</w:t>
      </w:r>
    </w:p>
    <w:p>
      <w:r>
        <w:rPr>
          <w:b/>
        </w:rPr>
        <w:t xml:space="preserve">[52:32] </w:t>
      </w:r>
      <w:r>
        <w:t>Itni barqat hai to hakoomat bana kar bhi masla hai, hakoomat na banayein to bhi masla hai. To palt kar power to is nothing, yeh to kuch bhi nahi hai.</w:t>
      </w:r>
    </w:p>
    <w:p>
      <w:pPr>
        <w:jc w:val="right"/>
      </w:pPr>
      <w:r>
        <w:t>اتنی بار کاٹ ہے تو حکومت بنا کر بھی مسئلہ ہے، حکومت نہ بنائیں تو بھی مسئلہ ہے۔ تو پلٹ کر پاور تو از نتھنگ، یہ تو کچھ بھی نہیں ہے۔</w:t>
      </w:r>
    </w:p>
    <w:p>
      <w:r>
        <w:rPr>
          <w:b/>
        </w:rPr>
        <w:t xml:space="preserve">[52:45] </w:t>
      </w:r>
      <w:r>
        <w:t>Asal cheez hai work, opportunity, is ko istemal kijiye.</w:t>
      </w:r>
    </w:p>
    <w:p>
      <w:pPr>
        <w:jc w:val="right"/>
      </w:pPr>
      <w:r>
        <w:t>اصل چیز ہے بواقع، اپرچونیٹی، اس کو استعمال کیجئے۔</w:t>
      </w:r>
    </w:p>
    <w:p>
      <w:r>
        <w:rPr>
          <w:b/>
        </w:rPr>
        <w:t xml:space="preserve">[52:51] </w:t>
      </w:r>
      <w:r>
        <w:t>Hum Allah Akbar se yahi kar rahe hain, yahi kaam hamari poori team yahi kaam kar rahi hai.</w:t>
      </w:r>
    </w:p>
    <w:p>
      <w:pPr>
        <w:jc w:val="right"/>
      </w:pPr>
      <w:r>
        <w:t>ہم اللہ اکبر سے یہی کر رہے ہیں، یہی کام ہماری پوری ٹیم یہی کام کر رہی ہے۔</w:t>
      </w:r>
    </w:p>
    <w:p>
      <w:r>
        <w:rPr>
          <w:b/>
        </w:rPr>
        <w:t xml:space="preserve">[53:00] </w:t>
      </w:r>
      <w:r>
        <w:t>Yeh hai halaat ka sabaq,</w:t>
      </w:r>
    </w:p>
    <w:p>
      <w:pPr>
        <w:jc w:val="right"/>
      </w:pPr>
      <w:r>
        <w:t>یہ ہے حالات کا سبق،</w:t>
      </w:r>
    </w:p>
    <w:p>
      <w:r>
        <w:rPr>
          <w:b/>
        </w:rPr>
        <w:t xml:space="preserve">[53:05] </w:t>
      </w:r>
      <w:r>
        <w:t>Yeh hai halaat ka sabaq. Yaani Allah taala ne dikha diya ke dekho, lad kar super power bhi nakam, lad kar badi badi taqatein nakam,</w:t>
      </w:r>
    </w:p>
    <w:p>
      <w:pPr>
        <w:jc w:val="right"/>
      </w:pPr>
      <w:r>
        <w:t>یہ ہے حالات کا سبق۔ یعنی اللہ تعالی نے دکھا دیا کہ دیکھو، لڑ کر سپر پاور بھی ناکام، لڑ کر بڑی بڑی طاقتیں ناکام،</w:t>
      </w:r>
    </w:p>
    <w:p>
      <w:r>
        <w:rPr>
          <w:b/>
        </w:rPr>
        <w:t xml:space="preserve">[53:21] </w:t>
      </w:r>
      <w:r>
        <w:t>lad kar kisi ko kuch milne wala nahi hai. To tum ko kis kis se mil jayega? Lad kar tum ko nahi, kaise mil jayega jabke doosron ko kuch nahi mila?</w:t>
      </w:r>
    </w:p>
    <w:p>
      <w:pPr>
        <w:jc w:val="right"/>
      </w:pPr>
      <w:r>
        <w:t>لڑ کر کسی کو کچھ ملنے والا نہیں ہے۔ تو تم کو کس کسے مل جائے گا؟ لڑ کر تم کو نہیں، کیسے مل جائے گا جبکہ دوسروں کو کچھ نہیں ملا؟</w:t>
      </w:r>
    </w:p>
    <w:p>
      <w:r>
        <w:rPr>
          <w:b/>
        </w:rPr>
        <w:t xml:space="preserve">[53:33] </w:t>
      </w:r>
      <w:r>
        <w:t>Jo second world war se le kar ab tak ki jo tareekh hai, yeh batati hai ke lad kar koi koi positive result nahi nikal sakta hai.</w:t>
      </w:r>
    </w:p>
    <w:p>
      <w:pPr>
        <w:jc w:val="right"/>
      </w:pPr>
      <w:r>
        <w:t>جو سکن والوار سے لے کر اب تک کی جو تاریخ ہے، یہ بتاتی ہے کہ لڑ کر کوئی کوئی پوزیٹیو رزلٹ نہیں نکال سکتا ہے۔</w:t>
      </w:r>
    </w:p>
    <w:p>
      <w:r>
        <w:rPr>
          <w:b/>
        </w:rPr>
        <w:t xml:space="preserve">[53:46] </w:t>
      </w:r>
      <w:r>
        <w:t>deen waai fighting,</w:t>
      </w:r>
    </w:p>
    <w:p>
      <w:pPr>
        <w:jc w:val="right"/>
      </w:pPr>
      <w:r>
        <w:t>دین وائی فائٹنگ،</w:t>
      </w:r>
    </w:p>
    <w:p>
      <w:r>
        <w:rPr>
          <w:b/>
        </w:rPr>
        <w:t xml:space="preserve">[53:51] </w:t>
      </w:r>
      <w:r>
        <w:t>waai fighting.</w:t>
      </w:r>
    </w:p>
    <w:p>
      <w:pPr>
        <w:jc w:val="right"/>
      </w:pPr>
      <w:r>
        <w:t>وائی فائٹنگ۔</w:t>
      </w:r>
    </w:p>
    <w:p>
      <w:r>
        <w:rPr>
          <w:b/>
        </w:rPr>
        <w:t xml:space="preserve">[53:55] </w:t>
      </w:r>
      <w:r>
        <w:t>yeh Allah taala ne is halaat paida kiye ke aap ke liye option aasan ho jaye, aap ke liye option aasan ho jaye.</w:t>
      </w:r>
    </w:p>
    <w:p>
      <w:pPr>
        <w:jc w:val="right"/>
      </w:pPr>
      <w:r>
        <w:t>یہ اللہ تعالی نے اس حالات پیدا کیے کہ آپ کے لیے آپشن آسان ہو جائے، آپ کے لیے آپشن آسان ہو جائے۔</w:t>
      </w:r>
    </w:p>
    <w:p>
      <w:r>
        <w:rPr>
          <w:b/>
        </w:rPr>
        <w:t xml:space="preserve">[54:07] </w:t>
      </w:r>
      <w:r>
        <w:t>jab tareekh bata rahi ho ke ladne baghair kuch milta nahi, hatta ke hukoomat qaim ho jaye tab bhi kuch milta nahi, to phir in cheezon mein apna waqt kyun zaya kiya jaye?</w:t>
      </w:r>
    </w:p>
    <w:p>
      <w:pPr>
        <w:jc w:val="right"/>
      </w:pPr>
      <w:r>
        <w:t>جب تاریخ بتا رہی ہو کہ لڑنے بغیر کچھ ملتا نہیں، حتیٰ کہ حکومت قائم ہو جائے تب بھی کچھ ملتا نہیں، تو پھر ان چیزوں میں اپنا وقت کیوں ضائع کیا جائے؟</w:t>
      </w:r>
    </w:p>
    <w:p>
      <w:r>
        <w:rPr>
          <w:b/>
        </w:rPr>
        <w:t xml:space="preserve">[54:22] </w:t>
      </w:r>
      <w:r>
        <w:t>to agar aap ke andar wisdom ho, samajh ho to aap janiye ke woh option hi nahi hai, woh khayali option hai.</w:t>
      </w:r>
    </w:p>
    <w:p>
      <w:pPr>
        <w:jc w:val="right"/>
      </w:pPr>
      <w:r>
        <w:t>تو اگر آپ کے اندر وزڈم ہو، سمجھ ہو تو آپ جانیں کہ وہ آپشن ہی نہیں ہے، وہ خیالی آپشن ہے۔</w:t>
      </w:r>
    </w:p>
    <w:p>
      <w:r>
        <w:rPr>
          <w:b/>
        </w:rPr>
        <w:t xml:space="preserve">[54:30] </w:t>
      </w:r>
      <w:r>
        <w:t>woh asal option to sirf ek hai, woh hai peaceful dawah work. Yahi option hai. Allah ke fazal se hum log, hamari team India mein aur doosri jagahon par dawah ka kaam kar rahi hai.</w:t>
      </w:r>
    </w:p>
    <w:p>
      <w:pPr>
        <w:jc w:val="right"/>
      </w:pPr>
      <w:r>
        <w:t>وہ اصل آپشن تو صرف ایک ہے، وہ ہے پیس فل دعویٰ ورک۔ یہی آپشن ہے۔ اللہ کے فضل سے ہم لوگ، ہماری ٹیم انڈیا میں اور دوسری جگہوں پر دعوت کا کام کر رہی ہے۔</w:t>
      </w:r>
    </w:p>
    <w:p>
      <w:r>
        <w:rPr>
          <w:b/>
        </w:rPr>
        <w:t xml:space="preserve">[54:44] </w:t>
      </w:r>
      <w:r>
        <w:t>kahin koi rukawat nahi, aaj tak mujhe koi aisi report nahi mili kahin rukawat hum ko, hamare sathiyon ko.</w:t>
      </w:r>
    </w:p>
    <w:p>
      <w:pPr>
        <w:jc w:val="right"/>
      </w:pPr>
      <w:r>
        <w:t>کہیں کوئی رکاوٹ نہیں، آج تک مجھے کوئی ایسی رپورٹ نہیں ملی کہیں رکاوٹ ہم کو، ہمارے ساتھیوں کو۔</w:t>
      </w:r>
    </w:p>
    <w:p>
      <w:r>
        <w:rPr>
          <w:b/>
        </w:rPr>
        <w:t xml:space="preserve">[54:54] </w:t>
      </w:r>
      <w:r>
        <w:t>aur is ke baraks jo lad rahe hain, un ka zara bas khoon kharaba ho raha hai.</w:t>
      </w:r>
    </w:p>
    <w:p>
      <w:pPr>
        <w:jc w:val="right"/>
      </w:pPr>
      <w:r>
        <w:t>اور اس کے برعکس جو لڑ رہے ہیں، ان کا ذرا بس خون خرابہ ہو رہا ہے۔</w:t>
      </w:r>
    </w:p>
    <w:p>
      <w:r>
        <w:rPr>
          <w:b/>
        </w:rPr>
        <w:t xml:space="preserve">[55:03] </w:t>
      </w:r>
      <w:r>
        <w:t>yani ek be nateeja, ek be be nateeja fighting hai, be nateeja,</w:t>
      </w:r>
    </w:p>
    <w:p>
      <w:pPr>
        <w:jc w:val="right"/>
      </w:pPr>
      <w:r>
        <w:t>یعنی ایک بے نتیجہ، ایک بے بے نتیجہ فائٹنگ ہے، بے نتیجہ،</w:t>
      </w:r>
    </w:p>
    <w:p>
      <w:r>
        <w:rPr>
          <w:b/>
        </w:rPr>
        <w:t xml:space="preserve">[55:12] </w:t>
      </w:r>
      <w:r>
        <w:t>koi nateeja nahi. Aur Allah ke fazal se hamari jo team hai, hamare jo sathiyon hain, woh jagah jagah kaam kar rahe hain aur har jagah unhein nateeja mil raha hai.</w:t>
      </w:r>
    </w:p>
    <w:p>
      <w:pPr>
        <w:jc w:val="right"/>
      </w:pPr>
      <w:r>
        <w:t>کوئی نتیجہ نہیں۔ اور اللہ کے فضل سے ہماری جو ٹیم ہے، ہمارے جو ساتھی ہیں، وہ جگہ جگہ کام کر رہے ہیں اور ہر جگہ انہیں نتیجہ مل رہا ہے۔</w:t>
      </w:r>
    </w:p>
    <w:p>
      <w:r>
        <w:rPr>
          <w:b/>
        </w:rPr>
        <w:t xml:space="preserve">[55:24] </w:t>
      </w:r>
      <w:r>
        <w:t>to Allah taala ne aise halaat paida kar diye hain ke aap ke liye dawah Allah hi ek hi option baqi raha hai. Sahi maano mein agar sochein to</w:t>
      </w:r>
    </w:p>
    <w:p>
      <w:pPr>
        <w:jc w:val="right"/>
      </w:pPr>
      <w:r>
        <w:t>تو اللہ تعالی نے ایسے حالات پیدا کر دیے ہیں کہ آپ کے لیے دعوت اللہ ہی ایک ہی آپشن باقی رہا ہے۔ صحیح معنوں میں اگر سوچیں تو</w:t>
      </w:r>
    </w:p>
    <w:p>
      <w:r>
        <w:rPr>
          <w:b/>
        </w:rPr>
        <w:t xml:space="preserve">[55:34] </w:t>
      </w:r>
      <w:r>
        <w:t>koi doosra option baqi hi nahi hai. Agar aap sochein to</w:t>
      </w:r>
    </w:p>
    <w:p>
      <w:pPr>
        <w:jc w:val="right"/>
      </w:pPr>
      <w:r>
        <w:t>کوئی دوسرا آپشن باقی ہی نہیں ہے۔ اگر آپ سوچیں تو</w:t>
      </w:r>
    </w:p>
    <w:p>
      <w:r>
        <w:rPr>
          <w:b/>
        </w:rPr>
        <w:t xml:space="preserve">[55:45] </w:t>
      </w:r>
      <w:r>
        <w:t>to kaisi ajeeb baat hai yeh.</w:t>
      </w:r>
    </w:p>
    <w:p>
      <w:pPr>
        <w:jc w:val="right"/>
      </w:pPr>
      <w:r>
        <w:t>تو کیسی عجیب بات ہے یہ۔</w:t>
      </w:r>
    </w:p>
    <w:p>
      <w:r>
        <w:rPr>
          <w:b/>
        </w:rPr>
        <w:t xml:space="preserve">[55:50] </w:t>
      </w:r>
      <w:r>
        <w:t>ab bhi agar, yani ab bhi agar aankh na khule, ab bhi agar log apne sahi option ko na samajh paayein,</w:t>
      </w:r>
    </w:p>
    <w:p>
      <w:pPr>
        <w:jc w:val="right"/>
      </w:pPr>
      <w:r>
        <w:t>اب بھی اگر، یعنی اب بھی اگر آنکھ نہ کھلے، اب بھی اگر لوگ اپنے صحیح آپشن کو نہ سمجھ پائیں،</w:t>
      </w:r>
    </w:p>
    <w:p>
      <w:r>
        <w:rPr>
          <w:b/>
        </w:rPr>
        <w:t xml:space="preserve">[56:02] </w:t>
      </w:r>
      <w:r>
        <w:t>ab bhi agar woh apna, apni priority ko na jaanein to kaisi ajeeb baat hai yeh. To ab aakhri waqt aa gaya hai ke hum jaan lein ke hamari priority kya hai, hamare sahi karne wala kaam kya hai.</w:t>
      </w:r>
    </w:p>
    <w:p>
      <w:pPr>
        <w:jc w:val="right"/>
      </w:pPr>
      <w:r>
        <w:t>اب بھی اگر وہ اپنا، اپنی پرائرٹی کو نہ جانیں تو کیسی عجیب بات ہے یہ۔ تو اب آخری وقت آ گیا ہے کہ ہم جان لیں کہ ہماری پرائرٹی کیا ہے، ہمارے صحیح کرنے والا کام کیا ہے۔</w:t>
      </w:r>
    </w:p>
    <w:p>
      <w:r>
        <w:rPr>
          <w:b/>
        </w:rPr>
        <w:t xml:space="preserve">[56:21] </w:t>
      </w:r>
      <w:r>
        <w:t>dekhiye, Allah taala ki taraf se jab bhi aata hai, aati hai koi nusrat to loud speaker ke sath nahi aati hai,</w:t>
      </w:r>
    </w:p>
    <w:p>
      <w:pPr>
        <w:jc w:val="right"/>
      </w:pPr>
      <w:r>
        <w:t>دیکھیے، اللہ تعالی کی طرف سے جب بھی آتا ہے، آتی ہے کوئی نصرت تو لاؤڈ سپیکر کے ساتھ نہیں آتی ہے،</w:t>
      </w:r>
    </w:p>
    <w:p>
      <w:r>
        <w:rPr>
          <w:b/>
        </w:rPr>
        <w:t xml:space="preserve">[56:32] </w:t>
      </w:r>
      <w:r>
        <w:t>loud speaker ke sath nahi aati. Nusrat yeh sirf nusrat hai yeh. Yeh Allah taala ki madad hai, Allah taala ki support hai, Allah taala ki nusrat hai</w:t>
      </w:r>
    </w:p>
    <w:p>
      <w:pPr>
        <w:jc w:val="right"/>
      </w:pPr>
      <w:r>
        <w:t>لاؤڈ سپیکر کے ساتھ نہیں آتی۔ نصرت یہ صرف نصرت ہے یہ۔ یہ اللہ تعالی کی مدد ہے، اللہ تعالی کی سپورٹ ہے، اللہ تعالی کی نصرت ہے</w:t>
      </w:r>
    </w:p>
    <w:p>
      <w:r>
        <w:rPr>
          <w:b/>
        </w:rPr>
        <w:t xml:space="preserve">[56:45] </w:t>
      </w:r>
      <w:r>
        <w:t>ke aap ko ladne ki zaroorat nahi, aap ko hathiyar uthane ki zaroorat nahi. Qile ki deewarein sirf audraulic power se girne ke liye tayyar hain,</w:t>
      </w:r>
    </w:p>
    <w:p>
      <w:pPr>
        <w:jc w:val="right"/>
      </w:pPr>
      <w:r>
        <w:t>کہ آپ کو لڑنے کی ضرورت نہیں، آپ کو ہتھیار اٹھانے کی ضرورت نہیں۔ قلعے کی دیواریں صرف آڈرالک پاور سے گرنے کے لیے تیار ہیں،</w:t>
      </w:r>
    </w:p>
    <w:p>
      <w:r>
        <w:rPr>
          <w:b/>
        </w:rPr>
        <w:t xml:space="preserve">[57:00] </w:t>
      </w:r>
      <w:r>
        <w:t>qile ke gate jo hain sirf audraulic ki kunji se khulne ke liye tayyar hain.</w:t>
      </w:r>
    </w:p>
    <w:p>
      <w:pPr>
        <w:jc w:val="right"/>
      </w:pPr>
      <w:r>
        <w:t>قلعے کے گیٹ جو ہیں صرف آڈرالک کی کنجی سے کھلنے کے لیے تیار ہیں۔</w:t>
      </w:r>
    </w:p>
    <w:p>
      <w:r>
        <w:rPr>
          <w:b/>
        </w:rPr>
        <w:t xml:space="preserve">[57:09] </w:t>
      </w:r>
      <w:r>
        <w:t>to ab sirf zehan ko mein samajhta hoon ke aakhri waqt aa gaya hai ke har ek soche aur doosre jin kaam ka mein masroof hain, log us ko chhoden,</w:t>
      </w:r>
    </w:p>
    <w:p>
      <w:pPr>
        <w:jc w:val="right"/>
      </w:pPr>
      <w:r>
        <w:t>تو اب صرف ذہن کو میں سمجھتا ہوں کہ آخری وقت آ گیا ہے کہ ہر ایک سوچے اور دوسرے جن کاموں کا میں مشغول ہیں، لوگ اس کو چھوڑیں،</w:t>
      </w:r>
    </w:p>
    <w:p>
      <w:r>
        <w:rPr>
          <w:b/>
        </w:rPr>
        <w:t xml:space="preserve">[57:26] </w:t>
      </w:r>
      <w:r>
        <w:t>hathiyaron ko phenk dein samundaron mein.</w:t>
      </w:r>
    </w:p>
    <w:p>
      <w:pPr>
        <w:jc w:val="right"/>
      </w:pPr>
      <w:r>
        <w:t>ہتھیاروں کو پھینک دیں سمندروں میں۔</w:t>
      </w:r>
    </w:p>
    <w:p>
      <w:r>
        <w:rPr>
          <w:b/>
        </w:rPr>
        <w:t xml:space="preserve">[57:31] </w:t>
      </w:r>
      <w:r>
        <w:t>jo Rasool Allah ne farmaya tha ke talwar ko tod dalna, ek hadith mein hai ke talwar ko tod dalo. To wahi waqt aa gaya hai. Meri dua hai ke Allah taala hum sab ko samajh de aur hum sahi rasta ikhtiyar kar ke us pe chalne lagayein.</w:t>
      </w:r>
    </w:p>
    <w:p>
      <w:pPr>
        <w:jc w:val="right"/>
      </w:pPr>
      <w:r>
        <w:t>جو رسول اللہ نے فرمایا تھا کہ تلوار کو توڑ ڈالنا، ایک حدیث میں ہے کہ تلوار کو توڑ ڈالو۔ تو وہی وقت آ گیا ہے۔ میری دعا ہے کہ اللہ تعالی ہم سب کو سمجھ دے اور ہم صحیح راستہ اختیار کر کے اس پہ چلنے لگیں۔</w:t>
      </w:r>
    </w:p>
    <w:p>
      <w:r>
        <w:rPr>
          <w:b/>
        </w:rPr>
        <w:t xml:space="preserve">[57:51] </w:t>
      </w:r>
      <w:r>
        <w:t>aqool qawli haza wastaghfirullaha li walakum ajmaeen.</w:t>
      </w:r>
    </w:p>
    <w:p>
      <w:pPr>
        <w:jc w:val="right"/>
      </w:pPr>
      <w:r>
        <w:t>اقول قولیھذا واستغفراللہ لی ولکم اجمعین۔</w:t>
      </w:r>
    </w:p>
    <w:p>
      <w:r>
        <w:rPr>
          <w:b/>
        </w:rPr>
        <w:t xml:space="preserve">[58:10] </w:t>
      </w:r>
      <w:r>
        <w:t>Maulana, yeh sawal aaya hai Kashmir se Aamir Jan sahib ka. Unhone likha hai: "form of a prayer varies from one group to another.</w:t>
      </w:r>
    </w:p>
    <w:p>
      <w:pPr>
        <w:jc w:val="right"/>
      </w:pPr>
      <w:r>
        <w:t>مولانا، یہ سوال آیا ہے کشمیر سے عامر جن صاحب کا۔ انہوں نے لکھا ہے: "فارم آف ا پریئر ویریز فرام ون گروپ ٹو انادر۔</w:t>
      </w:r>
    </w:p>
    <w:p>
      <w:r>
        <w:rPr>
          <w:b/>
        </w:rPr>
        <w:t xml:space="preserve">[58:23] </w:t>
      </w:r>
      <w:r>
        <w:t>Every group claims that their form is the correct one." Maulana sahib, I have heard of you saying that it is the spirit of namaz which matters and not the form.</w:t>
      </w:r>
    </w:p>
    <w:p>
      <w:pPr>
        <w:jc w:val="right"/>
      </w:pPr>
      <w:r>
        <w:t>ایوری گروپ کلیمز دیٹ دیر فارم از دا کریکٹ ون۔" مولانا صاحب، آئی ہیو ہرڈ آف یو سینگ دیٹ اٹ از دا سپرٹ آف نماز وچ میٹرز اینڈ ناٹ دا فارم۔</w:t>
      </w:r>
    </w:p>
    <w:p>
      <w:r>
        <w:rPr>
          <w:b/>
        </w:rPr>
        <w:t xml:space="preserve">[58:35] </w:t>
      </w:r>
      <w:r>
        <w:t>wud it bi correct to ignore da form and concentrate on spirit only? what is your comment? dekhiye, form mein farq ka matlab yeh nahi ke poore form mein farq hai.</w:t>
      </w:r>
    </w:p>
    <w:p>
      <w:pPr>
        <w:jc w:val="right"/>
      </w:pPr>
      <w:r>
        <w:t>وڈ اٹ بی کریکٹ ٹو اگنور دا فارم اینڈ کنسنٹریٹ ان سپرٹ اونلی؟ واٹ از یور کمنٹ؟ دیکھیے، فارم میں فرق کا مطلب یہ نہیں کہ پورے فارم میں فرق ہے۔</w:t>
      </w:r>
    </w:p>
    <w:p>
      <w:r>
        <w:rPr>
          <w:b/>
        </w:rPr>
        <w:t xml:space="preserve">[58:49] </w:t>
      </w:r>
      <w:r>
        <w:t>kuchh bahut hi travel cheezon mein farq hai, juzwi cheezon mein. maslan yeh ke haath niyat baandh yahan rakhein, yeh yahan rakhein.</w:t>
      </w:r>
    </w:p>
    <w:p>
      <w:pPr>
        <w:jc w:val="right"/>
      </w:pPr>
      <w:r>
        <w:t>کچھ بہت ہی ٹریول چیزوں میں فرق ہے، جزوی چیزوں میں۔ مثلاً یہ کہ ہاتھ نیت باندھ یہاں رکھیں، یہ یہاں رکھیں۔</w:t>
      </w:r>
    </w:p>
    <w:p>
      <w:r>
        <w:rPr>
          <w:b/>
        </w:rPr>
        <w:t xml:space="preserve">[59:01] </w:t>
      </w:r>
      <w:r>
        <w:t>yeh to bilkul travel baat hai, bahut hi juzwi baat hai.</w:t>
      </w:r>
    </w:p>
    <w:p>
      <w:pPr>
        <w:jc w:val="right"/>
      </w:pPr>
      <w:r>
        <w:t>یہ تو بالکل ٹریول بات ہے، بہت ہی جزوی بات ہے۔</w:t>
      </w:r>
    </w:p>
    <w:p>
      <w:r>
        <w:rPr>
          <w:b/>
        </w:rPr>
        <w:t xml:space="preserve">[59:07] </w:t>
      </w:r>
      <w:r>
        <w:t>to isi tarah ki kuchh cheezon hain jo bahut hi juzwi hain, un mein farq hai. yaani ke poore poore form mein farq hai.</w:t>
      </w:r>
    </w:p>
    <w:p>
      <w:pPr>
        <w:jc w:val="right"/>
      </w:pPr>
      <w:r>
        <w:t>تو اسی طرح کی کچھ چیزوں ہیں جو بہت ہی جزوی ہیں، ان میں فرق ہے۔ یعنی کہ پورے پورے فارم میں فرق ہے۔</w:t>
      </w:r>
    </w:p>
    <w:p>
      <w:r>
        <w:rPr>
          <w:b/>
        </w:rPr>
        <w:t xml:space="preserve">[59:18] </w:t>
      </w:r>
      <w:r>
        <w:t>to is liye farq hai woh juzwi cheezon mein. khud sahaba ke darmiyan mein yeh farq maujood tha. aisa nahi ke baad ke logon ne is ko ejaad kar liya hai, ejaad nahi kiya hai.</w:t>
      </w:r>
    </w:p>
    <w:p>
      <w:pPr>
        <w:jc w:val="right"/>
      </w:pPr>
      <w:r>
        <w:t>تو اس لیے فرق ہے وہ جزوی چیزوں میں۔ خود صحابہ کے درمیان میں یہ فرق موجود تھا۔ ایسا نہیں کہ بعد کے لوگوں نے اس کو ایجاد کر لیا ہے، ایجاد نہیں کیا ہے۔</w:t>
      </w:r>
    </w:p>
    <w:p>
      <w:r>
        <w:rPr>
          <w:b/>
        </w:rPr>
        <w:t xml:space="preserve">[59:32] </w:t>
      </w:r>
      <w:r>
        <w:t>sirf yeh hai ke unhon ne ke unhon ne israr kiya ke yeh sahi hai, woh nahi</w:t>
      </w:r>
    </w:p>
    <w:p>
      <w:pPr>
        <w:jc w:val="right"/>
      </w:pPr>
      <w:r>
        <w:t>صرف یہ ہے کہ انہوں نے کہ انہوں نے اصرار کیا کہ یہ صحیح ہے، وہ نہیں</w:t>
      </w:r>
    </w:p>
    <w:p>
      <w:r>
        <w:rPr>
          <w:b/>
        </w:rPr>
        <w:t xml:space="preserve">[59:36] </w:t>
      </w:r>
      <w:r>
        <w:t>sahi hai. matlab yeh, yahan yahan haath baandhna sahi hai, yahan baandhna galat hai. israr mein logon ne izafa kiya hai, khud form mein nahi.</w:t>
      </w:r>
    </w:p>
    <w:p>
      <w:pPr>
        <w:jc w:val="right"/>
      </w:pPr>
      <w:r>
        <w:t>صحیح ہے۔ مطلب یہ، یہاں یہاں ہاتھ باندھنا صحیح ہے، یہاں باندھنا غلط ہے۔ اصرار میں لوگوں نے اضافہ کیا ہے، خود فارم میں نہیں۔</w:t>
      </w:r>
    </w:p>
    <w:p>
      <w:r>
        <w:rPr>
          <w:b/>
        </w:rPr>
        <w:t xml:space="preserve">[59:46] </w:t>
      </w:r>
      <w:r>
        <w:t>yeh baat samajh lijiye aap ke sahaba jo thay, jo taqreeban do lakh ki tadad thi un ki, to rasool Allah ko dekha tha unhon ne.</w:t>
      </w:r>
    </w:p>
    <w:p>
      <w:pPr>
        <w:jc w:val="right"/>
      </w:pPr>
      <w:r>
        <w:t>یہ بات سمجھ لیجئے آپ کہ صحابہ جو تھے، جو تقریباً دو لاکھ کی تعداد تھی ان کی، تو رسول اللہ کو دیکھا تھا انہوں نے۔</w:t>
      </w:r>
    </w:p>
    <w:p>
      <w:r>
        <w:rPr>
          <w:b/>
        </w:rPr>
        <w:t xml:space="preserve">[59:59] </w:t>
      </w:r>
      <w:r>
        <w:t>to baad ke zamane mein logon ne paya hai ke sahaba jab namaz parhte hain to basically to form ek hi hota hai, basically. lekin kuchh juzwi cheezon mein farq hota hai.</w:t>
      </w:r>
    </w:p>
    <w:p>
      <w:pPr>
        <w:jc w:val="right"/>
      </w:pPr>
      <w:r>
        <w:t>تو بعد کے زمانے میں لوگوں نے پایا ہے کہ صحابہ جب نماز پڑھتے ہیں تو بیسیکلی تو فارم ایک ہی ہوتا ہے، بیسیکلی۔ لیکن کچھ جزوی چیزوں میں فرق ہوتا ہے۔</w:t>
      </w:r>
    </w:p>
    <w:p>
      <w:r>
        <w:rPr>
          <w:b/>
        </w:rPr>
        <w:t xml:space="preserve">[1:00:12] </w:t>
      </w:r>
      <w:r>
        <w:t>is juzwi cheezon ko le kar ke lage behas karne lagay. halankeh hadith maujood thi ke ashabi kanzum biayham iqtadayt ijtahadt.</w:t>
      </w:r>
    </w:p>
    <w:p>
      <w:pPr>
        <w:jc w:val="right"/>
      </w:pPr>
      <w:r>
        <w:t>اس جزوی چیزوں کو لے کر کے لگے بحث کرنے لگے۔ حالانکہ حدیث موجود تھی کہ اصحابی کنزوم بیایہم اقتدیت اجتہادت۔</w:t>
      </w:r>
    </w:p>
    <w:p>
      <w:r>
        <w:rPr>
          <w:b/>
        </w:rPr>
        <w:t xml:space="preserve">[1:00:25] </w:t>
      </w:r>
      <w:r>
        <w:t>mere sahabi jo hain, sab ke sab sitaron ke manind hain, un mein se jis ki pairwi karoge to hidayat par raho ge.</w:t>
      </w:r>
    </w:p>
    <w:p>
      <w:pPr>
        <w:jc w:val="right"/>
      </w:pPr>
      <w:r>
        <w:t>میرے صحابی جو ہیں، سب کے سب ستاروں کے مانند ہیں، ان میں سے جس کی پیروی کرو گے تو ہدایت پر رہو گے۔</w:t>
      </w:r>
    </w:p>
    <w:p>
      <w:r>
        <w:rPr>
          <w:b/>
        </w:rPr>
        <w:t xml:space="preserve">[1:00:33] </w:t>
      </w:r>
      <w:r>
        <w:t>to woh is mein behas karne tha hi nahi. woh samjhe yeh bhi theek hai, woh bhi theek hai. yahan baandh lo tab bhi theek hai, yahan baandh lo tab bhi theek hai.</w:t>
      </w:r>
    </w:p>
    <w:p>
      <w:pPr>
        <w:jc w:val="right"/>
      </w:pPr>
      <w:r>
        <w:t>تو وہ اس میں بحث کرنے تھا ہی نہیں۔ وہ سمجھے یہ بھی ٹھیک ہے، وہ بھی ٹھیک ہے۔ یہاں باندھ لو تب بھی ٹھیک ہے، یہاں باندھ لو تب بھی ٹھیک ہے۔</w:t>
      </w:r>
    </w:p>
    <w:p>
      <w:r>
        <w:rPr>
          <w:b/>
        </w:rPr>
        <w:t xml:space="preserve">[1:00:44] </w:t>
      </w:r>
      <w:r>
        <w:t>haath uthao tab bhi theek hai, na uthao tab bhi theek hai. kuchh juzwi cheezon mein farq tha. yeh masla yeh hai ke saare form mein farq tha aur khwamkhwah ki behas chhod di.</w:t>
      </w:r>
    </w:p>
    <w:p>
      <w:pPr>
        <w:jc w:val="right"/>
      </w:pPr>
      <w:r>
        <w:t>ہاتھ اٹھاؤ تب بھی ٹھیک ہے، نہ اٹھاؤ تب بھی ٹھیک ہے۔ کچھ جزوی چیزوں میں فرق تھا۔ یہ مسئلہ یہ ہے کہ سارے فارم میں فرق تھا اور خوامخواہ کی بحث چھوڑ دی۔</w:t>
      </w:r>
    </w:p>
    <w:p>
      <w:r>
        <w:rPr>
          <w:b/>
        </w:rPr>
        <w:t xml:space="preserve">[1:00:56] </w:t>
      </w:r>
      <w:r>
        <w:t>yeh to form mein farq galat nahi tha.</w:t>
      </w:r>
    </w:p>
    <w:p>
      <w:pPr>
        <w:jc w:val="right"/>
      </w:pPr>
      <w:r>
        <w:t>یہ تو فارم میں فرق غلط نہیں تھا۔</w:t>
      </w:r>
    </w:p>
    <w:p>
      <w:r>
        <w:rPr>
          <w:b/>
        </w:rPr>
        <w:t xml:space="preserve">[1:01:00] </w:t>
      </w:r>
      <w:r>
        <w:t>form mein yeh behas nikalna galat tha ke bas yahi sahi hai, woh nahi theek hai. jaise namaz mein khade hote hain to aise hi hanafi log jo hain, aise khade hote hain seedhe, aur aur jo salafi log hain, woh paon phailate hain.</w:t>
      </w:r>
    </w:p>
    <w:p>
      <w:pPr>
        <w:jc w:val="right"/>
      </w:pPr>
      <w:r>
        <w:t>فارم میں یہ بحث نکالنا غلط تھا کہ بس یہی صحیح ہے، وہ نہیں ٹھیک ہے۔ جیسے نماز میں کھڑے ہوتے ہیں تو ایسے ہی حنفی لوگ جو ہیں، ایسے کھڑے ہوتے ہیں سیدھے، اور اور جو سلفی لوگ ہیں، وہ پاؤں پھیلاتے ہیں۔</w:t>
      </w:r>
    </w:p>
    <w:p>
      <w:r>
        <w:rPr>
          <w:b/>
        </w:rPr>
        <w:t xml:space="preserve">[1:01:18] </w:t>
      </w:r>
      <w:r>
        <w:t>to yeh bhi theek hai, woh bhi theek hai. is mein kya hai? paon phailao to namaz ho gayi, na phailao to nahi hui. to chhoti chhoti baat, chhoti chhoti baaton ko logon ne is ko itna itna ahmiyat diya ke to yeh hai ghulu,</w:t>
      </w:r>
    </w:p>
    <w:p>
      <w:pPr>
        <w:jc w:val="right"/>
      </w:pPr>
      <w:r>
        <w:t>تو یہ بھی ٹھیک ہے، وہ بھی ٹھیک ہے۔ اس میں کیا ہے؟ پاؤں پھیلاؤ تو نماز ہو گئی، نہ پھیلاؤ تو نہیں ہوئی۔ تو چھوٹی چھوٹی بات، چھوٹی چھوٹی باتوں کو لوگوں نے اس کو اتنا اتنا اہمیت دیا کہ تو یہ ہے غلو،</w:t>
      </w:r>
    </w:p>
    <w:p>
      <w:r>
        <w:rPr>
          <w:b/>
        </w:rPr>
        <w:t xml:space="preserve">[1:01:34] </w:t>
      </w:r>
      <w:r>
        <w:t>extremism.</w:t>
      </w:r>
    </w:p>
    <w:p>
      <w:pPr>
        <w:jc w:val="right"/>
      </w:pPr>
      <w:r>
        <w:t>ایکسٹریمزم۔</w:t>
      </w:r>
    </w:p>
    <w:p>
      <w:r>
        <w:rPr>
          <w:b/>
        </w:rPr>
        <w:t xml:space="preserve">[1:01:36] </w:t>
      </w:r>
      <w:r>
        <w:t>to farq galat nahi hai, extremes galat hai. ghulu karna</w:t>
      </w:r>
    </w:p>
    <w:p>
      <w:pPr>
        <w:jc w:val="right"/>
      </w:pPr>
      <w:r>
        <w:t>تو فرق غلط نہیں ہے، ایکسٹریمز غلط ہے۔ غلو کرنا</w:t>
      </w:r>
    </w:p>
    <w:p>
      <w:r>
        <w:rPr>
          <w:b/>
        </w:rPr>
        <w:t xml:space="preserve">[1:01:43] </w:t>
      </w:r>
      <w:r>
        <w:t>isi liye meri kitab hai "tajdeedeen", is mein maine likha hai ke yeh bhi theek hai, woh bhi theek hai. is mein maine apni baat nahi likhi hai, matlab yeh ke jo ulama yeh kehte hain, un ko naqal kiya hai maine ke kuchh ulama thay jinhon ne israr kiya ke ek hi theek hai, doosra theek nahi hai.</w:t>
      </w:r>
    </w:p>
    <w:p>
      <w:pPr>
        <w:jc w:val="right"/>
      </w:pPr>
      <w:r>
        <w:t>اسی لیے میری کتاب ہے "تجدیدین"، اس میں میں نے لکھا ہے کہ یہ بھی ٹھیک ہے، وہ بھی ٹھیک ہے۔ اس میں میں نے اپنی بات نہیں لکھی ہے، مطلب یہ کہ جو علماء یہ کہتے ہیں، ان کو نقل کیا ہے میں نے کہ کچھ علماء تھے جنہوں نے اصرار کیا کہ ایک ہی ٹھیک ہے، دوسرا ٹھیک نہیں ہے۔</w:t>
      </w:r>
    </w:p>
    <w:p>
      <w:r>
        <w:rPr>
          <w:b/>
        </w:rPr>
        <w:t xml:space="preserve">[1:02:04] </w:t>
      </w:r>
      <w:r>
        <w:t>kuchh aur ulama thay, woh kehte hain yeh bhi theek hai, woh bhi theek hai. to wohi ulama sahi thay jinhon ne kaha ke yeh bhi theek hai, woh bhi theek hai. to jhagda is liye nahi hai ke form mein farq hai, jhagda is liye hai ke logon ne ghulu kiya.</w:t>
      </w:r>
    </w:p>
    <w:p>
      <w:pPr>
        <w:jc w:val="right"/>
      </w:pPr>
      <w:r>
        <w:t>کچھ اور علماء تھے، وہ کہتے ہیں یہ بھی ٹھیک ہے، وہ بھی ٹھیک ہے۔ تو وہی علماء صحیح تھے جنہوں نے کہا کہ یہ بھی ٹھیک ہے، وہ بھی ٹھیک ہے۔ تو جھگڑا اس لیے نہیں ہے کہ فارم میں فرق ہے، جھگڑا اس لیے ہے کہ لوگوں نے غلو کیا۔</w:t>
      </w:r>
    </w:p>
    <w:p>
      <w:r>
        <w:rPr>
          <w:b/>
        </w:rPr>
        <w:t xml:space="preserve">[1:02:20] </w:t>
      </w:r>
      <w:r>
        <w:t>ghulu na kiye to koi masla hi nahi hai.</w:t>
      </w:r>
    </w:p>
    <w:p>
      <w:pPr>
        <w:jc w:val="right"/>
      </w:pPr>
      <w:r>
        <w:t>غلو نہ کیے تو کوئی مسئلہ ہی نہیں ہے۔</w:t>
      </w:r>
    </w:p>
    <w:p>
      <w:r>
        <w:rPr>
          <w:b/>
        </w:rPr>
        <w:t xml:space="preserve">[1:02:25] </w:t>
      </w:r>
      <w:r>
        <w:t>maulana, agla sawal jnu new delhi se ahmed sahib ne kiya hai.</w:t>
      </w:r>
    </w:p>
    <w:p>
      <w:pPr>
        <w:jc w:val="right"/>
      </w:pPr>
      <w:r>
        <w:t>مولانا، اگلا سوال جے این یو نئی دلی سے احمد صاحب نے کیا ہے۔</w:t>
      </w:r>
    </w:p>
    <w:p>
      <w:r>
        <w:rPr>
          <w:b/>
        </w:rPr>
        <w:t xml:space="preserve">[1:02:30] </w:t>
      </w:r>
      <w:r>
        <w:t>unhon ne likha hai: "maulana, thanks a lot for the best and peaceful interpretation of the words discuss today, which has been misunderstood throughout the ages.</w:t>
      </w:r>
    </w:p>
    <w:p>
      <w:pPr>
        <w:jc w:val="right"/>
      </w:pPr>
      <w:r>
        <w:t>انہوں نے لکھا ہے: "مولانا، تھینکس ا لاٹ فار دا بیسٹ اینڈ پیس فل انٹرپریٹیشن اف دا ورڈز ڈسکس ٹوڈے، وچ ہیز بین مس انڈرسٹوڈ تھرو آؤٹ دی ایجز۔</w:t>
      </w:r>
    </w:p>
    <w:p>
      <w:r>
        <w:rPr>
          <w:b/>
        </w:rPr>
        <w:t xml:space="preserve">[1:02:42] </w:t>
      </w:r>
      <w:r>
        <w:t>my question is, what should be the methodology or approach applied to understand and interpret quran to apply it in a modern life?" question yeh hai: bas open mind ke sath padhiye aur dua karte rahiye.</w:t>
      </w:r>
    </w:p>
    <w:p>
      <w:pPr>
        <w:jc w:val="right"/>
      </w:pPr>
      <w:r>
        <w:t>مائی کوئسچن از، واٹ شوڈ بی دا میتھڈالوجی اور اپروچ اپلائیڈ ٹو انڈرسٹینڈ اینڈ انٹرپریٹ قرآن ٹو اپلائی اٹ ان ا ماڈرن لائف؟" کوئسچن یہ ہے: بس اوپن مائنڈ کے ساتھ پڑھیے اور دعا کرتے رہیے۔</w:t>
      </w:r>
    </w:p>
    <w:p>
      <w:r>
        <w:rPr>
          <w:b/>
        </w:rPr>
        <w:t xml:space="preserve">[1:03:00] </w:t>
      </w:r>
      <w:r>
        <w:t>koi is ke liye kisi aur cheez ki zaroorat hi nahi hai. open mind ke sath quran padhiye aur Allah taala se dua karte rahiye.</w:t>
      </w:r>
    </w:p>
    <w:p>
      <w:pPr>
        <w:jc w:val="right"/>
      </w:pPr>
      <w:r>
        <w:t>کوئی اس کے لیے کسی اور چیز کی ضرورت ہی نہیں ہے۔ اوپن مائنڈ کے ساتھ قرآن پڑھیے اور اللہ تعالی سے دعا کرتے رہیے۔</w:t>
      </w:r>
    </w:p>
    <w:p>
      <w:r>
        <w:rPr>
          <w:b/>
        </w:rPr>
        <w:t xml:space="preserve">[1:03:11] </w:t>
      </w:r>
      <w:r>
        <w:t>kyunke main aksar kaha karta hoon ke quran ek aisi kitaab hai, is ka author, jis ka author jo hai, consult karne ke liye har waqt available hai.</w:t>
      </w:r>
    </w:p>
    <w:p>
      <w:pPr>
        <w:jc w:val="right"/>
      </w:pPr>
      <w:r>
        <w:t>کیونکہ میں اکثر کہا کرتا ہوں کہ قرآن ایک ایسی کتاب ہے، اس کا اتھر، جس کا اتھر جو ہے، کنسلٹ کرنے کے لیے ہر وقت اویلیبل ہے۔</w:t>
      </w:r>
    </w:p>
    <w:p>
      <w:r>
        <w:rPr>
          <w:b/>
        </w:rPr>
        <w:t xml:space="preserve">[1:03:23] </w:t>
      </w:r>
      <w:r>
        <w:t>author se consult karna kehti hai bari baat hai ke author sab se acha baat batayega.</w:t>
      </w:r>
    </w:p>
    <w:p>
      <w:pPr>
        <w:jc w:val="right"/>
      </w:pPr>
      <w:r>
        <w:t>اتھر سے کنسلٹ کرنا کہتی ہے بڑی بات ہے کہ اتھر سب سے اچھا بات بتائے گا۔</w:t>
      </w:r>
    </w:p>
    <w:p>
      <w:r>
        <w:rPr>
          <w:b/>
        </w:rPr>
        <w:t xml:space="preserve">[1:03:30] </w:t>
      </w:r>
      <w:r>
        <w:t>to quran mein hai ke: "waza saluk abadi ani fini qareeb".</w:t>
      </w:r>
    </w:p>
    <w:p>
      <w:pPr>
        <w:jc w:val="right"/>
      </w:pPr>
      <w:r>
        <w:t>تو قرآن میں ہے کہ: "وذا سالک عبادی انی فنی قریب"۔</w:t>
      </w:r>
    </w:p>
    <w:p>
      <w:r>
        <w:rPr>
          <w:b/>
        </w:rPr>
        <w:t xml:space="preserve">[1:03:38] </w:t>
      </w:r>
      <w:r>
        <w:t>to Allah taala qareeb hai, matlab quran ka author tumhare qareeb maujood hai. jab chaho us se consult karo.</w:t>
      </w:r>
    </w:p>
    <w:p>
      <w:pPr>
        <w:jc w:val="right"/>
      </w:pPr>
      <w:r>
        <w:t>تو اللہ تعالی قریب ہے، مطلب قرآن کا اتھر تمہارے قریب موجود ہے۔ جب چاہو اس سے کنسلٹ کرو۔</w:t>
      </w:r>
    </w:p>
    <w:p>
      <w:r>
        <w:rPr>
          <w:b/>
        </w:rPr>
        <w:t xml:space="preserve">[1:03:48] </w:t>
      </w:r>
      <w:r>
        <w:t>to quran ko open mind ke sath parhna aur dua karte rehna, bas yahi kafi hai. kisi aur cheez ki zaroorat hi nahi hai.</w:t>
      </w:r>
    </w:p>
    <w:p>
      <w:pPr>
        <w:jc w:val="right"/>
      </w:pPr>
      <w:r>
        <w:t>تو قرآن کو اوپن مائنڈ کے ساتھ پڑھنا اور دعا کرتے رہنا، بس یہی کافی ہے۔ کسی اور چیز کی ضرورت ہی نہیں ہے۔</w:t>
      </w:r>
    </w:p>
    <w:p>
      <w:r>
        <w:rPr>
          <w:b/>
        </w:rPr>
        <w:t xml:space="preserve">[1:04:00] </w:t>
      </w:r>
      <w:r>
        <w:t>maulana, agla sawal dilli se hai. qaif sahab ne likha hai, unhone likha hai ke: "maulana, we muslims believe that the world is moving towards the end, that is qayamat.</w:t>
      </w:r>
    </w:p>
    <w:p>
      <w:pPr>
        <w:jc w:val="right"/>
      </w:pPr>
      <w:r>
        <w:t>مولانا، اگلا سوال دلی سے ہے۔ قائف صاحب نے لکھا ہے، انہوں نے لکھا ہے کہ: "مولانا، وی مسلمز بیلیو دیٹ دا ورلڈ از موونگ ٹورڈز دی اینڈ، دیٹ از قیامت۔</w:t>
      </w:r>
    </w:p>
    <w:p>
      <w:r>
        <w:rPr>
          <w:b/>
        </w:rPr>
        <w:t xml:space="preserve">[1:04:13] </w:t>
      </w:r>
      <w:r>
        <w:t>one of the signs of the end is violence and conflict everywhere. at the same time as you said today, we see the beginning of an age of peace.</w:t>
      </w:r>
    </w:p>
    <w:p>
      <w:pPr>
        <w:jc w:val="right"/>
      </w:pPr>
      <w:r>
        <w:t>ون اف دا سائنز اف دی اینڈ از وائلنس اینڈ کانفلکٹ ایوری ویئر۔ ایٹ دا سیم ٹائم ایز یو سیڈ ٹوڈے، وی سی دا بگننگ اف این ایج اف پیس۔</w:t>
      </w:r>
    </w:p>
    <w:p>
      <w:r>
        <w:rPr>
          <w:b/>
        </w:rPr>
        <w:t xml:space="preserve">[1:04:24] </w:t>
      </w:r>
      <w:r>
        <w:t>please explain how we may understand this apparent contradiction?"</w:t>
      </w:r>
    </w:p>
    <w:p>
      <w:pPr>
        <w:jc w:val="right"/>
      </w:pPr>
      <w:r>
        <w:t>پلیز ایکسپلین ہاؤ وی می انڈرسٹینڈ دس اپیرنٹ کانٹراڈکشن؟"</w:t>
      </w:r>
    </w:p>
    <w:p>
      <w:r>
        <w:rPr>
          <w:b/>
        </w:rPr>
        <w:t xml:space="preserve">[1:04:31] </w:t>
      </w:r>
      <w:r>
        <w:t>nahi, yeh contradiction ki baat nahi hai. woh baat apni jagah par qaim hai ke yeh duniya khatam hogi. yeh is is mein to koi shakk hi nahi hai.</w:t>
      </w:r>
    </w:p>
    <w:p>
      <w:pPr>
        <w:jc w:val="right"/>
      </w:pPr>
      <w:r>
        <w:t>نہیں، یہ کنٹراڈکشن کی بات نہیں ہے۔ وہ بات اپنی جگہ پر قائم ہے کہ یہ دنیا ختم ہوگی۔ یہ اس اس میں تو کوئی شک ہی نہیں ہے۔</w:t>
      </w:r>
    </w:p>
    <w:p>
      <w:r>
        <w:rPr>
          <w:b/>
        </w:rPr>
        <w:t xml:space="preserve">[1:04:40] </w:t>
      </w:r>
      <w:r>
        <w:t>sare scientist jo mutalea karte hain, woh keh rahe hain ke duniya ab khatme ke qareeb aa chuki hai. baqi jitne din baqi hain, utne din hum peaceful tareeqe se rahe hain.</w:t>
      </w:r>
    </w:p>
    <w:p>
      <w:pPr>
        <w:jc w:val="right"/>
      </w:pPr>
      <w:r>
        <w:t>سارے سائنسدان جو مطالعہ کرتے ہیں، وہ کہہ رہے ہیں کہ دنیا اب خاتمے کے قریب آ چکی ہے۔ باقی جتنے دن باقی ہیں، اتنے دن ہم پیس فل طریقے سے رہے ہیں۔</w:t>
      </w:r>
    </w:p>
    <w:p>
      <w:r>
        <w:rPr>
          <w:b/>
        </w:rPr>
        <w:t xml:space="preserve">[1:04:51] </w:t>
      </w:r>
      <w:r>
        <w:t>hum</w:t>
      </w:r>
    </w:p>
    <w:p>
      <w:pPr>
        <w:jc w:val="right"/>
      </w:pPr>
      <w:r>
        <w:t>ہم</w:t>
      </w:r>
    </w:p>
    <w:p>
      <w:r>
        <w:rPr>
          <w:b/>
        </w:rPr>
        <w:t xml:space="preserve">[1:04:53] </w:t>
      </w:r>
      <w:r>
        <w:t>kuch saal to baqi hain, behrahal jitne bhi baqi hon, chahe so saal hon ya das saal hon, to in dino mein hum yeh karein ke ladai ka tareeqa khatam kar dein, war culture khatam kar dein, peace culture ikhtiyar kar lein.</w:t>
      </w:r>
    </w:p>
    <w:p>
      <w:pPr>
        <w:jc w:val="right"/>
      </w:pPr>
      <w:r>
        <w:t>کچھ سال تو باقی ہیں، بہرحال جتنے بھی باقی ہوں، چاہے سو سال ہوں یا دس سال ہوں، تو ان دنوں میں ہم یہ کریں کہ لڑائی کا طریقہ ختم کر دیں، وار کلچر ختم کر دیں، پیس کلچر اختیار کر لیں۔</w:t>
      </w:r>
    </w:p>
    <w:p>
      <w:r>
        <w:rPr>
          <w:b/>
        </w:rPr>
        <w:t xml:space="preserve">[1:05:09] </w:t>
      </w:r>
      <w:r>
        <w:t>yeh matlab hai is ka. to woh baat apni jagah par hai, lekin jitne dino, jitne din hamein deen jeena hai is duniya mein, in dino ke liye main keh raha hoon, in dino ke liye main keh raha hoon, jitne din jeena hai hamein is duniya mein,</w:t>
      </w:r>
    </w:p>
    <w:p>
      <w:pPr>
        <w:jc w:val="right"/>
      </w:pPr>
      <w:r>
        <w:t>یہ مطلب ہے اس کا۔ تو وہ بات اپنی جگہ پر ہے، لیکن جتنے دنوں، جتنے دن ہمیں دین جینا ہے اس دنیا میں، ان دنوں کے لیے میں کہہ رہا ہوں، ان دنوں کے لیے میں کہہ رہا ہوں، جتنے دن جینا ہے ہمیں اس دنیا میں،</w:t>
      </w:r>
    </w:p>
    <w:p>
      <w:r>
        <w:rPr>
          <w:b/>
        </w:rPr>
        <w:t xml:space="preserve">[1:05:22] </w:t>
      </w:r>
      <w:r>
        <w:t>hum ko ya hamari naslon ko ke hum war kar, war culture ko khatam kar ke peace culture ko poori tarah ikhtiyar kar lein.</w:t>
      </w:r>
    </w:p>
    <w:p>
      <w:pPr>
        <w:jc w:val="right"/>
      </w:pPr>
      <w:r>
        <w:t>ہم کو یا ہماری نسلوں کو کہ ہم وار کر، وار کلچر کو ختم کر کے پیس کلچر کو پوری طرح اختیار کر لیں۔</w:t>
      </w:r>
    </w:p>
    <w:p>
      <w:r>
        <w:rPr>
          <w:b/>
        </w:rPr>
        <w:t xml:space="preserve">[1:05:33] </w:t>
      </w:r>
      <w:r>
        <w:t>maulana, agla sawal dilli se hai. shah imran hasan sahab ne kiya hai, unhone likha hai: "bal thakre ke nindhan par maine muslim samudaye mein harsh o ullas dekha".</w:t>
      </w:r>
    </w:p>
    <w:p>
      <w:pPr>
        <w:jc w:val="right"/>
      </w:pPr>
      <w:r>
        <w:t>مولانا، اگلا سوال دلی سے ہے۔ شاہ عمران حسن صاحب نے کیا ہے، انہوں نے لکھا ہے: "بال تھاکرے کے ندھن پر میں نے مسلم समुدائے میں حرش و اُلّاس دیکھا"۔</w:t>
      </w:r>
    </w:p>
    <w:p>
      <w:r>
        <w:rPr>
          <w:b/>
        </w:rPr>
        <w:t xml:space="preserve">[1:05:45] </w:t>
      </w:r>
      <w:r>
        <w:t>kaha: "tatha ek muslim doosre muslim ko badhai de raha hai".</w:t>
      </w:r>
    </w:p>
    <w:p>
      <w:pPr>
        <w:jc w:val="right"/>
      </w:pPr>
      <w:r>
        <w:t>کہا: "تথا ایک مسلم دوسرے مسلم کو بدائی دے رہا ہے"۔</w:t>
      </w:r>
    </w:p>
    <w:p>
      <w:r>
        <w:rPr>
          <w:b/>
        </w:rPr>
        <w:t xml:space="preserve">[1:05:49] </w:t>
      </w:r>
      <w:r>
        <w:t>facebook par bhi musalmanon ne jam kar bal thakre ke khilaf likha hai. mera sawal yeh hai ke kya islam dharm musalmanon ko is ki anumati deta hai ke kisi ke nindhan par khushi manayein?</w:t>
      </w:r>
    </w:p>
    <w:p>
      <w:pPr>
        <w:jc w:val="right"/>
      </w:pPr>
      <w:r>
        <w:t>فیس بک پر بھی مسلمانوں نے جم کر بال تھاکرے کے خلاف لکھا ہے۔ میرا سوال یہ ہے کہ کیا اسلام دھرم مسلمانوں کو اس کی انومتی دیتا ہے کہ کسی کے ندھن پر خوشی منائیں؟</w:t>
      </w:r>
    </w:p>
    <w:p>
      <w:r>
        <w:rPr>
          <w:b/>
        </w:rPr>
        <w:t xml:space="preserve">[1:06:05] </w:t>
      </w:r>
      <w:r>
        <w:t>kripa kar ke aap islam ka dashtri kaun batayein? yeh jo musalmanon ne kiya hai, yeh bilkul haram hai. islam mein haram, is se kam lafz mein nahi bolunga.</w:t>
      </w:r>
    </w:p>
    <w:p>
      <w:pPr>
        <w:jc w:val="right"/>
      </w:pPr>
      <w:r>
        <w:t>کرپا کر کے آپ اسلام کا دشتری کون بتائیں؟ یہ جو مسلمانوں نے کیا ہے، یہ بالکل حرام ہے۔ اسلام میں حرام، اس سے کم لفظ میں نہیں بولوں گا۔</w:t>
      </w:r>
    </w:p>
    <w:p>
      <w:r>
        <w:rPr>
          <w:b/>
        </w:rPr>
        <w:t xml:space="preserve">[1:06:16] </w:t>
      </w:r>
      <w:r>
        <w:t>dekhein, sahi tareeqa kya hai?</w:t>
      </w:r>
    </w:p>
    <w:p>
      <w:pPr>
        <w:jc w:val="right"/>
      </w:pPr>
      <w:r>
        <w:t>دیکھیں، صحیح طریقہ کیا ہے؟</w:t>
      </w:r>
    </w:p>
    <w:p>
      <w:r>
        <w:rPr>
          <w:b/>
        </w:rPr>
        <w:t xml:space="preserve">[1:06:19] </w:t>
      </w:r>
      <w:r>
        <w:t>sahi tareeqa yeh hai ke jab ek insan marta hai to aap yaad karein ke is insan tak farz tha ke main Allah ka paigham pahunchaun, woh na pahuncha saka.</w:t>
      </w:r>
    </w:p>
    <w:p>
      <w:pPr>
        <w:jc w:val="right"/>
      </w:pPr>
      <w:r>
        <w:t>صحیح طریقہ یہ ہے کہ جب ایک انسان مرتا ہے تو آپ یاد کریں کہ اس انسان تک فرض تھا کہ میں اللہ کا پیغام پہنچاؤں، وہ نہ پہنچا سکا۔</w:t>
      </w:r>
    </w:p>
    <w:p>
      <w:r>
        <w:rPr>
          <w:b/>
        </w:rPr>
        <w:t xml:space="preserve">[1:06:31] </w:t>
      </w:r>
      <w:r>
        <w:t>to Khuda agar mujh se pooche ke yeh banda mar gaya, tum ne kyun nahi pahunchaya us ko mera kalam? to main kya jawab dunga? main kya jawab dunga?</w:t>
      </w:r>
    </w:p>
    <w:p>
      <w:pPr>
        <w:jc w:val="right"/>
      </w:pPr>
      <w:r>
        <w:t>تو خدا اگر مجھ سے پوچھے کہ یہ بندہ مر گیا، تم نے کیوں نہیں پہنچایا اس کو میرا کلام؟ تو میں کیا جواب دوں گا؟ میں کیا جواب دوں گا؟</w:t>
      </w:r>
    </w:p>
    <w:p>
      <w:r>
        <w:rPr>
          <w:b/>
        </w:rPr>
        <w:t xml:space="preserve">[1:06:43] </w:t>
      </w:r>
      <w:r>
        <w:t>aur jab aap yeh sochenge to aap aap kya sochenge ke jo log ab tak zinda hain, kam az kam un par pahunchaun? main yeh sahi reaction hai.</w:t>
      </w:r>
    </w:p>
    <w:p>
      <w:pPr>
        <w:jc w:val="right"/>
      </w:pPr>
      <w:r>
        <w:t>اور جب آپ یہ سوچیں گے تو آپ آپ کیا سوچیں گے کہ جو لوگ اب تک زندہ ہیں، کم از کم ان پر پہنچاؤں؟ میں یہ صحیح ری ایکشن ہے۔</w:t>
      </w:r>
    </w:p>
    <w:p>
      <w:r>
        <w:rPr>
          <w:b/>
        </w:rPr>
        <w:t xml:space="preserve">[1:06:55] </w:t>
      </w:r>
      <w:r>
        <w:t>yeh to bilkul jahalat hai, haram hai aur gunah hai islam mein jo kar rahe hain musalman. aap dekhein, apni zimmedari, apni responsibilities ko yaad karna islam ka tareeqa hai.</w:t>
      </w:r>
    </w:p>
    <w:p>
      <w:pPr>
        <w:jc w:val="right"/>
      </w:pPr>
      <w:r>
        <w:t>یہ تو بالکل جاہلت ہے، حرام ہے اور گناہ ہے اسلام میں جو کر رہے ہیں مسلمان۔ آپ دیکھیں، اپنی ذمہ داری، اپنی ریسپانسبیلٹیز کو یاد کرنا اسلام کا طریقہ ہے۔</w:t>
      </w:r>
    </w:p>
    <w:p>
      <w:r>
        <w:rPr>
          <w:b/>
        </w:rPr>
        <w:t xml:space="preserve">[1:07:08] </w:t>
      </w:r>
      <w:r>
        <w:t>doosron ke aakhirat ka anjam kya hoga? aap ke aap ke domain mein nahi hai,</w:t>
      </w:r>
    </w:p>
    <w:p>
      <w:pPr>
        <w:jc w:val="right"/>
      </w:pPr>
      <w:r>
        <w:t>دوسروں کے آخرت کا انجام کیا ہوگا؟ آپ کے آپ کے ڈومین میں نہیں ہے،</w:t>
      </w:r>
    </w:p>
    <w:p>
      <w:r>
        <w:rPr>
          <w:b/>
        </w:rPr>
        <w:t xml:space="preserve">[1:07:13] </w:t>
      </w:r>
      <w:r>
        <w:t>woh aap ke domain se bahar ki baat hai. marne wale ke sath aakhirat mein kya anjam hoga, woh aap ke domain ki baat hi nahi hai. is par kyun bolte hain?</w:t>
      </w:r>
    </w:p>
    <w:p>
      <w:pPr>
        <w:jc w:val="right"/>
      </w:pPr>
      <w:r>
        <w:t>وہ آپ کے ڈومین سے باہر کی بات ہے۔ مرنے والے کے ساتھ آخرت میں کیا انجام ہوگا، وہ آپ کے ڈومین کی بات ہی نہیں ہے۔ اس پر کیوں بولتے ہیں؟</w:t>
      </w:r>
    </w:p>
    <w:p>
      <w:r>
        <w:rPr>
          <w:b/>
        </w:rPr>
        <w:t xml:space="preserve">[1:07:24] </w:t>
      </w:r>
      <w:r>
        <w:t>aap aap ke domain ki baat jo hai, woh yeh hai ke aap yeh sochein ke ek insaan duniya mein jeeta tha, 86 years tak aaj duniya mein raha, 86 years, aur main us ko Allah ka kalam na pohncha saka.</w:t>
      </w:r>
    </w:p>
    <w:p>
      <w:pPr>
        <w:jc w:val="right"/>
      </w:pPr>
      <w:r>
        <w:t>آپ آپ کے ڈومین کی بات جو ہے، وہ یہ ہے کہ آپ یہ سوچیں کہ ایک انسان دنیا میں جیتا تھا، 86 ایئرز تک آج دنیا میں رہا، 86 ایئرز، اور میں اس کو اللہ کا کلام نہ پہنچا سکا۔</w:t>
      </w:r>
    </w:p>
    <w:p>
      <w:r>
        <w:rPr>
          <w:b/>
        </w:rPr>
        <w:t xml:space="preserve">[1:07:39] </w:t>
      </w:r>
      <w:r>
        <w:t>to Allah agar mujh se pooche ke tum ne kyun nahi pohnchaya</w:t>
      </w:r>
    </w:p>
    <w:p>
      <w:pPr>
        <w:jc w:val="right"/>
      </w:pPr>
      <w:r>
        <w:t>تو اللہ اگر مجھ سے پوچھے کہ تم نے کیوں نہیں پہنچایا</w:t>
      </w:r>
    </w:p>
    <w:p>
      <w:r>
        <w:rPr>
          <w:b/>
        </w:rPr>
        <w:t xml:space="preserve">[1:07:43] </w:t>
      </w:r>
      <w:r>
        <w:t>? 86 years tak tha, woh kyun nahi pohnchaya tum ne? to main kya jawab doon ga? aur phir aap yeh sochein ke chalo, ab jo log zinda hain, un ko main pohncha doon.</w:t>
      </w:r>
    </w:p>
    <w:p>
      <w:pPr>
        <w:jc w:val="right"/>
      </w:pPr>
      <w:r>
        <w:t>؟ 86 ایئرز تک تھا، وہ کیوں نہیں پہنچایا تم نے؟ تو میں کیا جواب دوں گا؟ اور پھر آپ یہ سوچیں کہ چلو، اب جو لوگ زندہ ہیں، ان کو میں پہنچا دوں۔</w:t>
      </w:r>
    </w:p>
    <w:p>
      <w:r>
        <w:rPr>
          <w:b/>
        </w:rPr>
        <w:t xml:space="preserve">[1:07:56] </w:t>
      </w:r>
      <w:r>
        <w:t>yeh hai sahi reaction. baqi jo reaction musalman dikha rahe hain, woh to apne domain ke bahar ja ke kar rahe hain. woh bilashuba gunah hai aur musalman hi pakre jayenge sab se pehle.</w:t>
      </w:r>
    </w:p>
    <w:p>
      <w:pPr>
        <w:jc w:val="right"/>
      </w:pPr>
      <w:r>
        <w:t>یہ ہے صحیح ری ایکشن۔ باقی جو ری ایکشن مسلمان دکھا رہے ہیں، وہ تو اپنے ڈومین کے باہر جا کے کر رہے ہیں۔ وہ بلاشبہ گناہ ہے اور مسلمان ہی پکڑے جائیں گے سب سے پہلے۔</w:t>
      </w:r>
    </w:p>
    <w:p>
      <w:r>
        <w:rPr>
          <w:b/>
        </w:rPr>
        <w:t xml:space="preserve">[1:08:07] </w:t>
      </w:r>
      <w:r>
        <w:t>to tum ko kya haq tha ke Allah ke domain mein dakhil ho kar ke is tarah ki baatein karo?</w:t>
      </w:r>
    </w:p>
    <w:p>
      <w:pPr>
        <w:jc w:val="right"/>
      </w:pPr>
      <w:r>
        <w:t>تو تم کو کیا حق تھا کہ اللہ کے ڈومین میں داخل ہو کر کے اس طرح کی باتیں کرو؟</w:t>
      </w:r>
    </w:p>
    <w:p>
      <w:r>
        <w:rPr>
          <w:b/>
        </w:rPr>
        <w:t xml:space="preserve">[1:08:15] </w:t>
      </w:r>
      <w:r>
        <w:t>maulana, agla sawal dilli se hai. miss naghma siddiqui ne kiya hai, unhone likha hai: "da age of peace has come, but when we talk to people about peace, they say yes,</w:t>
      </w:r>
    </w:p>
    <w:p>
      <w:pPr>
        <w:jc w:val="right"/>
      </w:pPr>
      <w:r>
        <w:t>مولانا، اگلا سوال دلی سے ہے۔ مس نغمہ صدیقی نے کیا ہے، انہوں نے لکھا ہے: "دا ایج اف پیس ہیز کم، بٹ وین وی ٹاک ٹو پیپل اباؤٹ پیس، دے سے یس،</w:t>
      </w:r>
    </w:p>
    <w:p>
      <w:r>
        <w:rPr>
          <w:b/>
        </w:rPr>
        <w:t xml:space="preserve">[1:08:29] </w:t>
      </w:r>
      <w:r>
        <w:t>but then link justice and other rights to peace. how do we explain to them?" dekhiye, justice ideal maano mein is duniya mein kabhi mumkin nahi hai,</w:t>
      </w:r>
    </w:p>
    <w:p>
      <w:pPr>
        <w:jc w:val="right"/>
      </w:pPr>
      <w:r>
        <w:t>بٹ دین لنک جسٹس اینڈ ادر رائٹس ٹو پیس۔ ہاؤ ڈو وی ایکسپلین ٹو دیم؟" دیکھیے، جسٹس آئیڈیل معنوں میں اس دنیا میں کبھی ممکن نہیں ہے،</w:t>
      </w:r>
    </w:p>
    <w:p>
      <w:r>
        <w:rPr>
          <w:b/>
        </w:rPr>
        <w:t xml:space="preserve">[1:08:45] </w:t>
      </w:r>
      <w:r>
        <w:t>woh possible hi nahi hai. chahe peghambar rule kar raha ho, tab bhi mumkin nahi hai, kyunke duniya to test ke liye bani hai.</w:t>
      </w:r>
    </w:p>
    <w:p>
      <w:pPr>
        <w:jc w:val="right"/>
      </w:pPr>
      <w:r>
        <w:t>وہ پاسیبل ہی نہیں ہے۔ چاہے پیغمبر رول کر رہا ہو، تب بھی ممکن نہیں ہے، کیونکہ دنیا تو ٹیسٹ کے لیے بنی ہے۔</w:t>
      </w:r>
    </w:p>
    <w:p>
      <w:r>
        <w:rPr>
          <w:b/>
        </w:rPr>
        <w:t xml:space="preserve">[1:08:55] </w:t>
      </w:r>
      <w:r>
        <w:t>jab test hai to yahan tarah tarah ki baatein hongi. khud rasool Allah jab madine mein hakim ki hesiyat thi, aap ko hunain ka ghazwa hua, wahan par jo ghanimaten aayin, woh taqseem jo ki gayi,</w:t>
      </w:r>
    </w:p>
    <w:p>
      <w:pPr>
        <w:jc w:val="right"/>
      </w:pPr>
      <w:r>
        <w:t>جب ٹیسٹ ہے تو یہاں طرح طرح کی باتیں ہوں گی۔ خود رسول اللہ جب مدینے میں حاکم کی حیثیت تھی، آپ کو حنین کا غزوہ ہوا، وہاں پر جو غنیمتیں آئیں، وہ تقسیم جو کی گئی،</w:t>
      </w:r>
    </w:p>
    <w:p>
      <w:r>
        <w:rPr>
          <w:b/>
        </w:rPr>
        <w:t xml:space="preserve">[1:09:09] </w:t>
      </w:r>
      <w:r>
        <w:t>to aap ne kya kiya? ke muhajir ko nahi diya, yani muhajir ko de diya, ansar ko nahi diya. aata hai hadith mein: "wa lam yughal ansar shay'an".</w:t>
      </w:r>
    </w:p>
    <w:p>
      <w:pPr>
        <w:jc w:val="right"/>
      </w:pPr>
      <w:r>
        <w:t>تو آپ نے کیا کیا؟ کہ مہاجر کو نہیں دیا، یعنی مہاجر کو دے دیا، انصار کو نہیں دیا۔ آتا ہے حدیث میں: "ولم یغتل انصار شیئن"۔</w:t>
      </w:r>
    </w:p>
    <w:p>
      <w:r>
        <w:rPr>
          <w:b/>
        </w:rPr>
        <w:t xml:space="preserve">[1:09:20] </w:t>
      </w:r>
      <w:r>
        <w:t>to ek sahabi ne, baqayda jo sahabi the, rasool Allah se kaha ke: "wallah ma adalt". Khuda ki qasam, aap ne justice nahi kiya.</w:t>
      </w:r>
    </w:p>
    <w:p>
      <w:pPr>
        <w:jc w:val="right"/>
      </w:pPr>
      <w:r>
        <w:t>تو ایک صحابی نے، باقاعدہ جو صحابی تھے، رسول اللہ سے کہا کہ: "واللہ ما عدلت"۔ خدا کی قسم، آپ نے جسٹس نہیں کیا۔</w:t>
      </w:r>
    </w:p>
    <w:p>
      <w:r>
        <w:rPr>
          <w:b/>
        </w:rPr>
        <w:t xml:space="preserve">[1:09:32] </w:t>
      </w:r>
      <w:r>
        <w:t>to yeh justice ka jo concept hai, bilkul hi be asal hai, be haqeeqat hai.</w:t>
      </w:r>
    </w:p>
    <w:p>
      <w:pPr>
        <w:jc w:val="right"/>
      </w:pPr>
      <w:r>
        <w:t>تو یہ جسٹس کا جو کانسیپٹ ہے، بالکل ہی بے اصل ہے، بے حقیقت ہے۔</w:t>
      </w:r>
    </w:p>
    <w:p>
      <w:r>
        <w:rPr>
          <w:b/>
        </w:rPr>
        <w:t xml:space="preserve">[1:09:37] </w:t>
      </w:r>
      <w:r>
        <w:t>yeh sirf stupid log kehte hain aisi baatein, kyunke jab duniya test ke liye bani hai to yahan ideal maano mein test ho hi nahi sakti. to ideal ko peace se detach kijiye.</w:t>
      </w:r>
    </w:p>
    <w:p>
      <w:pPr>
        <w:jc w:val="right"/>
      </w:pPr>
      <w:r>
        <w:t>یہ صرف اسٹوپڈ لوگ کہتے ہیں ایسی باتیں، کیونکہ جب دنیا ٹیسٹ کے لیے بنی ہے تو یہاں آئیڈیل معنوں میں ٹیسٹ ہو ہی نہیں سکتی۔ تو آئیڈیل کو پیس سے ڈیٹیچ کیجئے۔</w:t>
      </w:r>
    </w:p>
    <w:p>
      <w:r>
        <w:rPr>
          <w:b/>
        </w:rPr>
        <w:t xml:space="preserve">[1:09:50] </w:t>
      </w:r>
      <w:r>
        <w:t>ideal ko peace ke sath bracket kar ke aap hamesha andhere mein jiyenge. kabhi sab aql mein nahi aayega, kabhi aql mein nahi aayega. to ideal ko peace ke sath bracket karna yeh bohat bari, main gumrahi samajhta</w:t>
      </w:r>
    </w:p>
    <w:p>
      <w:pPr>
        <w:jc w:val="right"/>
      </w:pPr>
      <w:r>
        <w:t>آئیڈیل کو پیس کے ساتھ بریکٹ کر کے آپ ہمیشہ اندھیرے میں جیئیں گے۔ کبھی سب عقل میں نہیں آئے گا، کبھی عقل میں نہیں آئے گا۔ تو آئیڈیل کو پیس کے ساتھ بریکٹ کرنا یہ بہت بڑی، میں گمراہی سمجھتا</w:t>
      </w:r>
    </w:p>
    <w:p>
      <w:r>
        <w:rPr>
          <w:b/>
        </w:rPr>
        <w:t xml:space="preserve">[1:10:04] </w:t>
      </w:r>
      <w:r>
        <w:t>hoon, kyunke jo cheez Allah ke kisi plan ke mutabiq possible na ho, woh woh kaise aap layenge duniya mein?</w:t>
      </w:r>
    </w:p>
    <w:p>
      <w:pPr>
        <w:jc w:val="right"/>
      </w:pPr>
      <w:r>
        <w:t>ہوں، کیونکہ جو چیز اللہ کے کسی پلان کے مطابق پاسیبل نہ ہو، وہ وہ کیسے آپ لائیں گے دنیا میں؟</w:t>
      </w:r>
    </w:p>
    <w:p>
      <w:r>
        <w:rPr>
          <w:b/>
        </w:rPr>
        <w:t xml:space="preserve">[1:10:13] </w:t>
      </w:r>
      <w:r>
        <w:t>kaise layenge? Allah ka jo kisi plan hai, woh yeh hai ke sab ko azadi ho, sab ko azadi ho. to azadi jab hogi to woh mehsoos bhi karenge, aadmi mehsoos karenge ke ab sab mamla jabr daiz kar denge.</w:t>
      </w:r>
    </w:p>
    <w:p>
      <w:pPr>
        <w:jc w:val="right"/>
      </w:pPr>
      <w:r>
        <w:t>کیسے لائیں گے؟ اللہ کا جو کسی پلان ہے، وہ یہ ہے کہ سب کو آزادی ہو، سب کو آزادی ہو۔ تو آزادی جب ہوگی تو وہ محسوس بھی کریں گے، آدمی محسوس کریں گے کہ اب سب معاملہ جبر ڈائز کر دیں گے۔</w:t>
      </w:r>
    </w:p>
    <w:p>
      <w:r>
        <w:rPr>
          <w:b/>
        </w:rPr>
        <w:t xml:space="preserve">[1:10:26] </w:t>
      </w:r>
      <w:r>
        <w:t>ek insaan Hazrat Umar ko moda lega, ek insaan Hazrat Yahya ko moda lega.</w:t>
      </w:r>
    </w:p>
    <w:p>
      <w:pPr>
        <w:jc w:val="right"/>
      </w:pPr>
      <w:r>
        <w:t>ایک انسان حضرت عمر کو موڈا لے گا، ایک انسان حضرت یحییٰ کو موڈا لے گا۔</w:t>
      </w:r>
    </w:p>
    <w:p>
      <w:r>
        <w:rPr>
          <w:b/>
        </w:rPr>
        <w:t xml:space="preserve">[1:10:33] </w:t>
      </w:r>
      <w:r>
        <w:t>to yeh sab hota rahega. daai ka jo mission hai, jo target hai, woh nida madad qaim karna nahi hai.</w:t>
      </w:r>
    </w:p>
    <w:p>
      <w:pPr>
        <w:jc w:val="right"/>
      </w:pPr>
      <w:r>
        <w:t>تو یہ سب ہوتا رہے گا۔ داعی کا جو مشن ہے، جو ٹارگٹ ہے، وہ ندا مدد قائم کرنا نہیں ہے۔</w:t>
      </w:r>
    </w:p>
    <w:p>
      <w:r>
        <w:rPr>
          <w:b/>
        </w:rPr>
        <w:t xml:space="preserve">[1:10:43] </w:t>
      </w:r>
      <w:r>
        <w:t>yeh jhoota jo logon ne nazariya banaya hai ke hamara kaam adl ka, justice ka nizam banana hai, yeh bilkul jhooti baat hai. jhooti baat is liye keh raha hoon ke is ne sare mamle ko bigaad rakha hai.</w:t>
      </w:r>
    </w:p>
    <w:p>
      <w:pPr>
        <w:jc w:val="right"/>
      </w:pPr>
      <w:r>
        <w:t>یہ جھوٹا جو لوگوں نے نظریہ بنایا ہے کہ ہمارا کام عدل کا، جسٹس کا نظام بنانا ہے، یہ بالکل جھوٹی بات ہے۔ جھوٹی بات اس لیے کہہ رہا ہوں کہ اس نے سارے معاملے کو بگاڑ رکھا ہے۔</w:t>
      </w:r>
    </w:p>
    <w:p>
      <w:r>
        <w:rPr>
          <w:b/>
        </w:rPr>
        <w:t xml:space="preserve">[1:10:55] </w:t>
      </w:r>
      <w:r>
        <w:t>daai ka nishana hai balagh pohnchana.</w:t>
      </w:r>
    </w:p>
    <w:p>
      <w:pPr>
        <w:jc w:val="right"/>
      </w:pPr>
      <w:r>
        <w:t>داعی کا نشانہ ہے بلاغ پہنچانا۔</w:t>
      </w:r>
    </w:p>
    <w:p>
      <w:r>
        <w:rPr>
          <w:b/>
        </w:rPr>
        <w:t xml:space="preserve">[1:11:01] </w:t>
      </w:r>
      <w:r>
        <w:t>yaad rakhiye, daai ka nishana harghiz harghiz yeh nahi ke duniya mein justice ka nizam qaim ho, kyunke woh to possible nahi hai. jo nishana hai, woh wahi nishana rahega jo possible ho.</w:t>
      </w:r>
    </w:p>
    <w:p>
      <w:pPr>
        <w:jc w:val="right"/>
      </w:pPr>
      <w:r>
        <w:t>یاد رکھیے، داعی کا نشانہ ہرگز ہرگز یہ نہیں کہ دنیا میں جسٹس کا نظام قائم ہو، کیونکہ وہ تو پاسیبل نہیں ہے۔ جو نشانہ ہے، وہ وہی نشانہ رہے گا جو پاسیبل ہو۔</w:t>
      </w:r>
    </w:p>
    <w:p>
      <w:r>
        <w:rPr>
          <w:b/>
        </w:rPr>
        <w:t xml:space="preserve">[1:11:14] </w:t>
      </w:r>
      <w:r>
        <w:t>aur possible kya hai? pohncha dena, pohncha dena, pohncha dena. jo log apna nazariya Quran se nahi nikalenge, apne dimagh se nikalenge, wahi aisi baatein karte hain.</w:t>
      </w:r>
    </w:p>
    <w:p>
      <w:pPr>
        <w:jc w:val="right"/>
      </w:pPr>
      <w:r>
        <w:t>اور پاسیبل کیا ہے؟ پہنچا دینا، پہنچا دینا، پہنچا دینا۔ جو لوگ اپنا نظریہ قرآن سے نہیں نکالیں، اپنے دماغ سے نکالیں، وہی ایسی باتیں کرتے ہیں۔</w:t>
      </w:r>
    </w:p>
    <w:p>
      <w:r>
        <w:rPr>
          <w:b/>
        </w:rPr>
        <w:t xml:space="preserve">[1:11:25] </w:t>
      </w:r>
      <w:r>
        <w:t>Quran se nikalein aap to Quran mein kahin bhi is ko yeh ayat nahi hai ke tumhari zimmedari yeh hai ke duniya mein tum adl ka nizam qaim karo.</w:t>
      </w:r>
    </w:p>
    <w:p>
      <w:pPr>
        <w:jc w:val="right"/>
      </w:pPr>
      <w:r>
        <w:t>قرآن سے نکالیں آپ تو قرآن میں کہیں بھی اس کو یہ آیت نہیں ہے کہ تمہاری ذمہ داری یہ ہے کہ دنیا میں تم عدل کا نظام قائم کرو۔</w:t>
      </w:r>
    </w:p>
    <w:p>
      <w:r>
        <w:rPr>
          <w:b/>
        </w:rPr>
        <w:t xml:space="preserve">[1:11:35] </w:t>
      </w:r>
      <w:r>
        <w:t>yeh kahin bhi nahi hai, yeh to logon ne apne dimagh se nikal rakha hai.</w:t>
      </w:r>
    </w:p>
    <w:p>
      <w:pPr>
        <w:jc w:val="right"/>
      </w:pPr>
      <w:r>
        <w:t>یہ کہیں بھی نہیں ہے، یہ تو لوگوں نے اپنے دماغ سے نکال رکھا ہے۔</w:t>
      </w:r>
    </w:p>
    <w:p>
      <w:r>
        <w:rPr>
          <w:b/>
        </w:rPr>
        <w:t xml:space="preserve">[1:11:41] </w:t>
      </w:r>
      <w:r>
        <w:t>maulana, agla sawal bangalore se hai. maulana inayat umri sahib ka, unhone likha hai: "maulana, kya yeh kehna sahi hai ke deen ek mukammal nizam hayat hai?" is ke bare mein aap batayein.</w:t>
      </w:r>
    </w:p>
    <w:p>
      <w:pPr>
        <w:jc w:val="right"/>
      </w:pPr>
      <w:r>
        <w:t>مولانا، اگلا سوال بینگلور سے ہے۔ مولانا عنایت عمری صاحب کا، انہوں نے لکھا ہے: "مولانا، کیا یہ کہنا صحیح ہے کہ دین ایک مکمل نظام حیات ہے؟" اس کے بارے میں آپ بتائیں۔</w:t>
      </w:r>
    </w:p>
    <w:p>
      <w:r>
        <w:rPr>
          <w:b/>
        </w:rPr>
        <w:t xml:space="preserve">[1:11:56] </w:t>
      </w:r>
      <w:r>
        <w:t>yeh term bilkul galat hai. yeh kahin na quran mein islam hua, na hadith mein istemal hua.</w:t>
      </w:r>
    </w:p>
    <w:p>
      <w:pPr>
        <w:jc w:val="right"/>
      </w:pPr>
      <w:r>
        <w:t>یہ ٹرم بالکل غلط ہے۔ یہ کہیں نہ قرآن میں اسلام ہوا، نہ حدیث میں استعمال ہوا۔</w:t>
      </w:r>
    </w:p>
    <w:p>
      <w:r>
        <w:rPr>
          <w:b/>
        </w:rPr>
        <w:t xml:space="preserve">[1:12:03] </w:t>
      </w:r>
      <w:r>
        <w:t>yeh to musalmanon ne garh rakha hai. quran ke mutabiq, hadith ke mutabiq, deen ek ideology hai. lehaza hum hayat ka lafz jo hai, sahi nahi hai is ke liye.</w:t>
      </w:r>
    </w:p>
    <w:p>
      <w:pPr>
        <w:jc w:val="right"/>
      </w:pPr>
      <w:r>
        <w:t>یہ تو مسلمانوں نے گڑھ رکھا ہے۔ قرآن کے مطابق، حدیث کے مطابق، دین ایک آئیڈیالوجی ہے۔ لہذا ہم حیات کا لفظ جو ہے، صحیح نہیں ہے اس کے لیے۔</w:t>
      </w:r>
    </w:p>
    <w:p>
      <w:r>
        <w:rPr>
          <w:b/>
        </w:rPr>
        <w:t xml:space="preserve">[1:12:14] </w:t>
      </w:r>
      <w:r>
        <w:t>ideology hai, yani ek soch deta hai, ek thinking deta hai, haan, ek mind banata hai. ek kitab hai, is ko aap parh lijiye: "da mind quran builds".</w:t>
      </w:r>
    </w:p>
    <w:p>
      <w:pPr>
        <w:jc w:val="right"/>
      </w:pPr>
      <w:r>
        <w:t>آئیڈیالوجی ہے، یعنی ایک سوچ دیتا ہے، ایک تھنکنگ دیتا ہے، ہاں، ایک مائنڈ بناتا ہے۔ ایک کتاب ہے، اس کو آپ پڑھ لیجئے: "دا مائنڈ القرآن بلڈز"۔</w:t>
      </w:r>
    </w:p>
    <w:p>
      <w:r>
        <w:rPr>
          <w:b/>
        </w:rPr>
        <w:t xml:space="preserve">[1:12:29] </w:t>
      </w:r>
      <w:r>
        <w:t>"da mind quran builds"</w:t>
      </w:r>
    </w:p>
    <w:p>
      <w:pPr>
        <w:jc w:val="right"/>
      </w:pPr>
      <w:r>
        <w:t>"دا مائنڈ القرآن بلڈز"</w:t>
      </w:r>
    </w:p>
    <w:p>
      <w:r>
        <w:rPr>
          <w:b/>
        </w:rPr>
        <w:t xml:space="preserve">[1:12:32] </w:t>
      </w:r>
      <w:r>
        <w:t>wahi wahi kal hai, yani mind banaya jaye, yeh islam ka nishana hai. nizam-e-hayat ka tasawwur bilkul liya gaya hai, yeh marxism se.</w:t>
      </w:r>
    </w:p>
    <w:p>
      <w:pPr>
        <w:jc w:val="right"/>
      </w:pPr>
      <w:r>
        <w:t>وہی وہی کل ہے، یعنی مائنڈ بنایا جائے، یہ اسلام کا نشانہ ہے۔ نظام حیات کا تصور بالکل لیا گیا ہے، یہ مارکسزم سے۔</w:t>
      </w:r>
    </w:p>
    <w:p>
      <w:r>
        <w:rPr>
          <w:b/>
        </w:rPr>
        <w:t xml:space="preserve">[1:12:43] </w:t>
      </w:r>
      <w:r>
        <w:t>yeh marxism ka tasawwur hai, yeh nizam-e-hayat ka tasawwur. to "da mind quran builds" jo kitab hai, is ko aap parhiye.</w:t>
      </w:r>
    </w:p>
    <w:p>
      <w:pPr>
        <w:jc w:val="right"/>
      </w:pPr>
      <w:r>
        <w:t>یہ مارکسزم کا تصور ہے، یہ نظام حیات کا تصور۔ تو "دا مائنڈ القرآن بلڈز" جو کتاب ہے، اس کو آپ پڑھیے۔</w:t>
      </w:r>
    </w:p>
    <w:p>
      <w:r>
        <w:rPr>
          <w:b/>
        </w:rPr>
        <w:t xml:space="preserve">[1:12:54] </w:t>
      </w:r>
      <w:r>
        <w:t>is mein unhon ne woh ayatein jama ki hain jin se maloom hota hai ke koi quran kis qism ka zehan banana chahta hai.</w:t>
      </w:r>
    </w:p>
    <w:p>
      <w:pPr>
        <w:jc w:val="right"/>
      </w:pPr>
      <w:r>
        <w:t>اس میں انہوں نے وہ آیتیں جمع کی ہیں جن سے معلوم ہوتا ہے کہ کوئی قرآن کس قسم کا ذہن بنانا چاہتا ہے۔</w:t>
      </w:r>
    </w:p>
    <w:p>
      <w:r>
        <w:rPr>
          <w:b/>
        </w:rPr>
        <w:t xml:space="preserve">[1:13:01] </w:t>
      </w:r>
      <w:r>
        <w:t>web thinking kaisi honi chahiye, yeh batata hai. aap ki personality jis se banti hai, woh soch kya hai, woh batata hai.</w:t>
      </w:r>
    </w:p>
    <w:p>
      <w:pPr>
        <w:jc w:val="right"/>
      </w:pPr>
      <w:r>
        <w:t>ویب تھنکنگ کیسی ہونی چاہیے، یہ بتاتا ہے۔ آپ کی پرسنیلٹی جس سے بنتی ہے، وہ سوچ کیا ہے، وہ بتاتا ہے۔</w:t>
      </w:r>
    </w:p>
    <w:p>
      <w:r>
        <w:rPr>
          <w:b/>
        </w:rPr>
        <w:t xml:space="preserve">[1:13:11] </w:t>
      </w:r>
      <w:r>
        <w:t>to asal cheez, cheez aisi cheez duniya mein matloob hai, woh hai ke aap ke andar positive personality bane.</w:t>
      </w:r>
    </w:p>
    <w:p>
      <w:pPr>
        <w:jc w:val="right"/>
      </w:pPr>
      <w:r>
        <w:t>تو اصل چیز، چیز ایسی چیز دنیا میں مطلوب ہے، وہ ہے کہ آپ کے اندر پازیٹیو پرسنیلٹی بنے۔</w:t>
      </w:r>
    </w:p>
    <w:p>
      <w:r>
        <w:rPr>
          <w:b/>
        </w:rPr>
        <w:t xml:space="preserve">[1:13:19] </w:t>
      </w:r>
      <w:r>
        <w:t>aap ke andar aisi personality bane jo hate se khali ho, jis ke andar logon ke liye khair khwahi ho, jis ke andar yani accountability ka jazba ho, jo akhirat ko soche, jo jannat ka mushtaq ho.</w:t>
      </w:r>
    </w:p>
    <w:p>
      <w:pPr>
        <w:jc w:val="right"/>
      </w:pPr>
      <w:r>
        <w:t>آپ کے اندر ایسی پرسنیلٹی بنے جو ہیٹ سے خالی ہو، جس کے اندر لوگوں کے لیے خیر خواہی ہو، جس کے اندر یعنی اکاؤنٹیبلٹی کا جذبہ ہو، جو آخرت کو سوچے، جو جنت کا مشتاق ہو۔</w:t>
      </w:r>
    </w:p>
    <w:p>
      <w:r>
        <w:rPr>
          <w:b/>
        </w:rPr>
        <w:t xml:space="preserve">[1:13:33] </w:t>
      </w:r>
      <w:r>
        <w:t>yeh personality bane, yeh target, yeh zabte, mukammal zabte ka jo lafz hai, yeh bilkul bid'at hai. is mein koi shakk nahi hai, is ka koi talluq nahi hai, yani islam se aur quran se</w:t>
      </w:r>
    </w:p>
    <w:p>
      <w:pPr>
        <w:jc w:val="right"/>
      </w:pPr>
      <w:r>
        <w:t>یہ پرسنیلٹی بنے، یہ ٹارگٹ، یہ ضابطے، مکمل ضابطے کا جو لفظ ہے، یہ بالکل بدعت ہے۔ اس میں کوئی شک نہیں ہے، اس کا کوئی تعلق نہیں ہے، یعنی اسلام سے اور قرآن سے</w:t>
      </w:r>
    </w:p>
    <w:p>
      <w:r>
        <w:rPr>
          <w:b/>
        </w:rPr>
        <w:t xml:space="preserve">[1:13:47] </w:t>
      </w:r>
      <w:r>
        <w:t>nahi hai. yeh sar-ta-pa hai, ek mubtadaana concept hai. ek mubtadaana matlab innovati, innovati concept, innovative concept.</w:t>
      </w:r>
    </w:p>
    <w:p>
      <w:pPr>
        <w:jc w:val="right"/>
      </w:pPr>
      <w:r>
        <w:t>نہیں ہے۔ یہ سرتابہ ہے، ایک مبتدانہ کانسیپٹ ہے۔ ایک مبتدانہ مطلب انوویٹی کا، انوویٹی کانسیپٹ، انویٹیو کانسیپٹ۔</w:t>
      </w:r>
    </w:p>
    <w:p>
      <w:r>
        <w:rPr>
          <w:b/>
        </w:rPr>
        <w:t xml:space="preserve">[1:13:59] </w:t>
      </w:r>
      <w:r>
        <w:t>maulana, agla sawal dilli se aya hai. ah, mr prateek sharma ne likha hai, unhon ne aap se poocha hai ke: "maulana, i have heard that in islam listening to music is haram.</w:t>
      </w:r>
    </w:p>
    <w:p>
      <w:pPr>
        <w:jc w:val="right"/>
      </w:pPr>
      <w:r>
        <w:t>مولانا، اگلا سوال دلی سے آیا ہے۔ اہ، مسٹر پرتیق شرما نے لکھا ہے، انہوں نے آپ سے پوچھا ہے کہ: "مولانا، آئی ہیو ہرڈ دیٹ ان اسلام لسننگ ٹو میوزک از حرام۔</w:t>
      </w:r>
    </w:p>
    <w:p>
      <w:r>
        <w:rPr>
          <w:b/>
        </w:rPr>
        <w:t xml:space="preserve">[1:14:12] </w:t>
      </w:r>
      <w:r>
        <w:t>is this true? if yes, then why?" nahi, nahi, haram nahi hai.</w:t>
      </w:r>
    </w:p>
    <w:p>
      <w:pPr>
        <w:jc w:val="right"/>
      </w:pPr>
      <w:r>
        <w:t>از دس ٹرو؟ اف یس، دین وائی؟" نہیں، نہیں، حرام نہیں ہے۔</w:t>
      </w:r>
    </w:p>
    <w:p>
      <w:r>
        <w:rPr>
          <w:b/>
        </w:rPr>
        <w:t xml:space="preserve">[1:14:17] </w:t>
      </w:r>
      <w:r>
        <w:t>jo log kehte hain, jo log fatwa dete hain, bilkul log yani be-khabar hain. hargiz haram nahi hai. albatta main jo manta hoon, woh yeh hai ke woh source of distraction hai.</w:t>
      </w:r>
    </w:p>
    <w:p>
      <w:pPr>
        <w:jc w:val="right"/>
      </w:pPr>
      <w:r>
        <w:t>جو لوگ کہتے ہیں، جو لوگ فتوی دیتے ہیں، بالکل لوگ یعنی بے خبر ہیں۔ ہرگز حرام نہیں ہے۔ البتہ میں جو مانتا ہوں، وہ یہ ہے کہ وہ سورس آف ڈسٹریکشن ہے۔</w:t>
      </w:r>
    </w:p>
    <w:p>
      <w:r>
        <w:rPr>
          <w:b/>
        </w:rPr>
        <w:t xml:space="preserve">[1:14:32] </w:t>
      </w:r>
      <w:r>
        <w:t>dekhiye, duniya mein aap ko yani mukhtalif qism ke options hain. ek yeh hai ke aap duniya mein bas enjoy karein, enjoy karein, enjoy karein, mar jayein.</w:t>
      </w:r>
    </w:p>
    <w:p>
      <w:pPr>
        <w:jc w:val="right"/>
      </w:pPr>
      <w:r>
        <w:t>دیکھیے، دنیا میں آپ کو یعنی مختلف قسم کے آپشنز ہیں۔ ایک یہ ہے کہ آپ دنیا میں بس انجوائے کریں، انجوائے کریں، انجوائے کریں، مر جائیں۔</w:t>
      </w:r>
    </w:p>
    <w:p>
      <w:r>
        <w:rPr>
          <w:b/>
        </w:rPr>
        <w:t xml:space="preserve">[1:14:43] </w:t>
      </w:r>
      <w:r>
        <w:t>ek yeh hai ke kuch creative kaam karein. creative kaam to creative kaam karne ke liye dedication chahiye, dedication, concentration chahiye.</w:t>
      </w:r>
    </w:p>
    <w:p>
      <w:pPr>
        <w:jc w:val="right"/>
      </w:pPr>
      <w:r>
        <w:t>ایک یہ ہے کہ کچھ کریٹیو کام کریں۔ کریٹیو کام تو کریٹیو کام کرنے کے لیے ڈیڈیکیشن چاہیے، ڈیڈیکیشن، کنسنٹریشن چاہیے۔</w:t>
      </w:r>
    </w:p>
    <w:p>
      <w:r>
        <w:rPr>
          <w:b/>
        </w:rPr>
        <w:t xml:space="preserve">[1:14:54] </w:t>
      </w:r>
      <w:r>
        <w:t>jab tak aap dedicate na karein, aap koi creative kaam nahi kar sakte. to ab is mein haram halaal ka masla nahi hai, yeh aap ke option ka masla hai ke kya aap yeh chahte hain ke bas duniya mein bas sirf entertainment ke liye jiyein aur mar jayein, ya koi creative kaam karein.</w:t>
      </w:r>
    </w:p>
    <w:p>
      <w:pPr>
        <w:jc w:val="right"/>
      </w:pPr>
      <w:r>
        <w:t>جب تک آپ ڈیڈیکیٹ نہ کریں، آپ کوئی کریٹیو کام نہیں کر سکتے۔ تو اب اس میں حرام حلال کا مسئلہ نہیں ہے، یہ آپ کے آپشن کا مسئلہ ہے کہ کیا آپ یہ چاہتے ہیں کہ بس دنیا میں بس صرف انٹرٹینمنٹ کے لیے جئیں اور مر جائیں، یا کوئی کریٹیو کام کریں۔</w:t>
      </w:r>
    </w:p>
    <w:p>
      <w:r>
        <w:rPr>
          <w:b/>
        </w:rPr>
        <w:t xml:space="preserve">[1:15:12] </w:t>
      </w:r>
      <w:r>
        <w:t>yeh aap ka option ka masla hai, yeh haram halaal ka masla nahi hai. to yeh cheezein jo hain, yeh source of distraction hain, woh haram hargiz nahi hain.</w:t>
      </w:r>
    </w:p>
    <w:p>
      <w:pPr>
        <w:jc w:val="right"/>
      </w:pPr>
      <w:r>
        <w:t>یہ آپ کا آپشن کا مسئلہ ہے، یہ حرام حلال کا مسئلہ نہیں ہے۔ تو یہ چیزیں جو ہیں، یہ سورس آف ڈسٹریکشن ہیں، وہ حرام ہرگز نہیں ہیں۔</w:t>
      </w:r>
    </w:p>
    <w:p>
      <w:r>
        <w:rPr>
          <w:b/>
        </w:rPr>
        <w:t xml:space="preserve">[1:15:28] </w:t>
      </w:r>
      <w:r>
        <w:t>maulana, agla sawal dilli se hai. muhammad hussain akhtar sahab ka, unhon ne likha hai: "kya kisi ghair muslim ke salam ka jawab dena islam mein jaiz hai?" is ke bare</w:t>
      </w:r>
    </w:p>
    <w:p>
      <w:pPr>
        <w:jc w:val="right"/>
      </w:pPr>
      <w:r>
        <w:t>مولانا، اگلا سوال دلی سے ہے۔ محمد حسین اختر صاحب کا، انہوں نے لکھا ہے: "کیا کسی غیر مسلم کے سلام کا جواب دینا اسلام میں جائز ہے؟" اس کے بارے</w:t>
      </w:r>
    </w:p>
    <w:p>
      <w:r>
        <w:rPr>
          <w:b/>
        </w:rPr>
        <w:t xml:space="preserve">[1:15:40] </w:t>
      </w:r>
      <w:r>
        <w:t>mein batayein. jaiz nahi hai, farz hai, sir, farz. jaiz kya hai? yeh jaiz ki kya baat hai? dekhiye, aap jab namaz padhte hain, sari duniya ke musalman to kya karte hain?</w:t>
      </w:r>
    </w:p>
    <w:p>
      <w:pPr>
        <w:jc w:val="right"/>
      </w:pPr>
      <w:r>
        <w:t>میں بتائیں۔ جائز نہیں ہے، فرض ہے، سر، فرض۔ جائز کیا ہے؟ یہ جائز کی کیا بات ہے؟ دیکھیے، آپ جب نماز پڑھتے ہیں، ساری دنیا کے مسلمان تو کیا کرتے ہیں؟</w:t>
      </w:r>
    </w:p>
    <w:p>
      <w:r>
        <w:rPr>
          <w:b/>
        </w:rPr>
        <w:t xml:space="preserve">[1:15:53] </w:t>
      </w:r>
      <w:r>
        <w:t>aakhir mein khatam karte hain to kehte hain: "assalamu alaikum wa rahmatullah." "assalamu alaikum wa rahmatullah." tumhare upar salamati ho.</w:t>
      </w:r>
    </w:p>
    <w:p>
      <w:pPr>
        <w:jc w:val="right"/>
      </w:pPr>
      <w:r>
        <w:t>آخر میں ختم کرتے ہیں تو کہتے ہیں: "السلام علیکم ورحمۃ اللہ۔" "السلام علیکم ورحمۃ اللہ۔" تمہارے اوپر سلامتی ہو۔</w:t>
      </w:r>
    </w:p>
    <w:p>
      <w:r>
        <w:rPr>
          <w:b/>
        </w:rPr>
        <w:t xml:space="preserve">[1:16:02] </w:t>
      </w:r>
      <w:r>
        <w:t>yeh tum kaun ho? yeh kaun tum ho? is ko aap keh rahe hain ke tumhare upar salamati ho. idhar kaun hai? idhar kaun hai?</w:t>
      </w:r>
    </w:p>
    <w:p>
      <w:pPr>
        <w:jc w:val="right"/>
      </w:pPr>
      <w:r>
        <w:t>یہ تم کون ہیں؟ یہ کون تم ہو؟ اس کو آپ کہہ رہے ہیں کہ تمہارے اوپر سلامتی ہو۔ ادھر کون ہے؟ ادھر کون ہے؟</w:t>
      </w:r>
    </w:p>
    <w:p>
      <w:r>
        <w:rPr>
          <w:b/>
        </w:rPr>
        <w:t xml:space="preserve">[1:16:09] </w:t>
      </w:r>
      <w:r>
        <w:t>aap bataiye. "peace be upon you." "assalamu alaikum" maani hote hain "peace be upon you." to jab aap kehte hain "peace be upon you" to you kaun hai?</w:t>
      </w:r>
    </w:p>
    <w:p>
      <w:pPr>
        <w:jc w:val="right"/>
      </w:pPr>
      <w:r>
        <w:t>آپ بتائیے۔ "پیس بی اپان یو۔" "السلام علیکم" معنی ہوتے ہیں "پیس بی اپان یو۔" تو جب آپ کہتے ہیں "پیس بی اپان یو" تو یو کون ہے؟</w:t>
      </w:r>
    </w:p>
    <w:p>
      <w:r>
        <w:rPr>
          <w:b/>
        </w:rPr>
        <w:t xml:space="preserve">[1:16:19] </w:t>
      </w:r>
      <w:r>
        <w:t>woh kahan hai? woh to jhoota nikal rakha hai ke farishton ko karte hain, farishton ko salam karte hain. yeh bilkul jhooti taweel hai.</w:t>
      </w:r>
    </w:p>
    <w:p>
      <w:pPr>
        <w:jc w:val="right"/>
      </w:pPr>
      <w:r>
        <w:t>وہ کہاں ہے؟ وہ تو جھوٹا نکال رکھا ہے کہ فرشتوں کو کرتے ہیں، فرشتوں کو سلام کرتے ہیں۔ یہ بالکل جھوٹی تاویل ہے۔</w:t>
      </w:r>
    </w:p>
    <w:p>
      <w:r>
        <w:rPr>
          <w:b/>
        </w:rPr>
        <w:t xml:space="preserve">[1:16:29] </w:t>
      </w:r>
      <w:r>
        <w:t>nahin, insanon ko karte hain.</w:t>
      </w:r>
    </w:p>
    <w:p>
      <w:pPr>
        <w:jc w:val="right"/>
      </w:pPr>
      <w:r>
        <w:t>نہیں، انسانوں کو کرتے ہیں۔</w:t>
      </w:r>
    </w:p>
    <w:p>
      <w:r>
        <w:rPr>
          <w:b/>
        </w:rPr>
        <w:t xml:space="preserve">[1:16:32] </w:t>
      </w:r>
      <w:r>
        <w:t>jo insan east mein hain, jo insan west mein hain, jo insan south mein hain, jo insan north mein hain, sab ko hum kehte hain: "ae logon!</w:t>
      </w:r>
    </w:p>
    <w:p>
      <w:pPr>
        <w:jc w:val="right"/>
      </w:pPr>
      <w:r>
        <w:t>جو انسان ایسٹ میں ہیں، جو انسان ویسٹ میں ہیں، جو انسان ساؤتھ میں ہیں، جو انسان نارتھ میں ہیں، سب کو ہم کہتے ہیں: "اے لوگوں!</w:t>
      </w:r>
    </w:p>
    <w:p>
      <w:r>
        <w:rPr>
          <w:b/>
        </w:rPr>
        <w:t xml:space="preserve">[1:16:40] </w:t>
      </w:r>
      <w:r>
        <w:t>peace be upon you! peace be upon you!" to namaz mein roza karte hi hain. hum is mein masle ki kya baat kar rahe hain? ek jhoota masla bana rakha hai, bilkul jhoota ke hum farishton ko karte hain.</w:t>
      </w:r>
    </w:p>
    <w:p>
      <w:pPr>
        <w:jc w:val="right"/>
      </w:pPr>
      <w:r>
        <w:t>پیس بی اپان یو! پیس بی اپان یو!" تو نماز میں روزہ کرتے ہی ہیں۔ ہم اس میں مسئلے کی کیا بات کر رہے ہیں؟ ایک جھوٹا مسئلہ بنا رکھا ہے، بالکل جھوٹا کہ ہم فرشتوں کو کرتے ہیں۔</w:t>
      </w:r>
    </w:p>
    <w:p>
      <w:r>
        <w:rPr>
          <w:b/>
        </w:rPr>
        <w:t xml:space="preserve">[1:16:54] </w:t>
      </w:r>
      <w:r>
        <w:t>farishte hamare salamati ke intezar mein nahin hain, unko salamati mili hui hai, already</w:t>
      </w:r>
    </w:p>
    <w:p>
      <w:pPr>
        <w:jc w:val="right"/>
      </w:pPr>
      <w:r>
        <w:t>فرشتے ہمارے سلامتی کے انتظار میں نہیں ہیں، ان کو سلامتی ملی ہوئی ہے، الریڈی</w:t>
      </w:r>
    </w:p>
    <w:p>
      <w:r>
        <w:rPr>
          <w:b/>
        </w:rPr>
        <w:t xml:space="preserve">[1:16:59] </w:t>
      </w:r>
      <w:r>
        <w:t>. farishte to already peaceful life hain, unki peace insanon ki peaceful life nahin hai. peace ki zaroorat insanon ko hai,</w:t>
      </w:r>
    </w:p>
    <w:p>
      <w:pPr>
        <w:jc w:val="right"/>
      </w:pPr>
      <w:r>
        <w:t>۔ فرشتے تو الریڈی پیس فل لائف ہیں، ان کی پیس انسانوں کی پیس فل لائف نہیں ہے۔ پیس کی ضرورت انسانوں کو ہے،</w:t>
      </w:r>
    </w:p>
    <w:p>
      <w:r>
        <w:rPr>
          <w:b/>
        </w:rPr>
        <w:t xml:space="preserve">[1:17:12] </w:t>
      </w:r>
      <w:r>
        <w:t>peace ki zaroorat farishton ko nahin hai. woh to peace to already unko mili hui hai, insanon ko. to hum apni tamanna ka izhar karte hain, apni tamanna ka, apni khwahish ka ke Allah taala unko bhi peace de, unko bhi peace de, unko bhi, unko bhi, sab ko peace de.</w:t>
      </w:r>
    </w:p>
    <w:p>
      <w:pPr>
        <w:jc w:val="right"/>
      </w:pPr>
      <w:r>
        <w:t>پیس کی ضرورت فرشتوں کو نہیں ہے۔ وہ تو پیس تو الریڈی ان کو ملی ہوئی ہے، انسانوں کو۔ تو ہم اپنی تمنا کا اظہار کرتے ہیں، اپنی تمنا کا، اپنی خواہش کا کہ اللہ تعالی ان کو بھی پیس دے، ان کو بھی پیس دے، ان کو بھی، ان کو بھی، سب کو پیس دے۔</w:t>
      </w:r>
    </w:p>
    <w:p>
      <w:r>
        <w:rPr>
          <w:b/>
        </w:rPr>
        <w:t xml:space="preserve">[1:17:27] </w:t>
      </w:r>
      <w:r>
        <w:t>yeh to hamara culture hai, yani ibadat, ibadat culture mein shamil hai ke sari dunya ko peace bhejo. yeh fatwa, fatwa hi galat hai, bilkul is masla hi galat hai.</w:t>
      </w:r>
    </w:p>
    <w:p>
      <w:pPr>
        <w:jc w:val="right"/>
      </w:pPr>
      <w:r>
        <w:t>یہ تو ہمارا کلچر ہے، یعنی عبادت، عبادت کلچر میں شامل ہے کہ ساری دنیا کو پیس بھیجو۔ یہ فتوہ، فتوہ ہی غلط ہے، بالکل اس مسئلہ ہی غلط ہے۔</w:t>
      </w:r>
    </w:p>
    <w:p>
      <w:r>
        <w:rPr>
          <w:b/>
        </w:rPr>
        <w:t xml:space="preserve">[1:17:37] </w:t>
      </w:r>
      <w:r>
        <w:t>yeh</w:t>
      </w:r>
    </w:p>
    <w:p>
      <w:pPr>
        <w:jc w:val="right"/>
      </w:pPr>
      <w:r>
        <w:t>یہ</w:t>
      </w:r>
    </w:p>
    <w:p>
      <w:r>
        <w:rPr>
          <w:b/>
        </w:rPr>
        <w:t xml:space="preserve">[1:17:41] </w:t>
      </w:r>
      <w:r>
        <w:t>maulana, agla sawal aaya hai maulana farhad salafi sahab ka, tamil nadu se. unhone likha hai: "maulana sahab!</w:t>
      </w:r>
    </w:p>
    <w:p>
      <w:pPr>
        <w:jc w:val="right"/>
      </w:pPr>
      <w:r>
        <w:t>مولانا، اگلا سوال آیا ہے مولانا فرہاد سلفی صاحب کا، تمل ناڈو سے۔ انہوں نے لکھا ہے: "مولانا صاحب!</w:t>
      </w:r>
    </w:p>
    <w:p>
      <w:r>
        <w:rPr>
          <w:b/>
        </w:rPr>
        <w:t xml:space="preserve">[1:17:49] </w:t>
      </w:r>
      <w:r>
        <w:t>fikri azadi ke hudood kya hain?"</w:t>
      </w:r>
    </w:p>
    <w:p>
      <w:pPr>
        <w:jc w:val="right"/>
      </w:pPr>
      <w:r>
        <w:t>فکری آزادی کے حدود کیا ہیں؟"</w:t>
      </w:r>
    </w:p>
    <w:p>
      <w:r>
        <w:rPr>
          <w:b/>
        </w:rPr>
        <w:t xml:space="preserve">[1:17:53] </w:t>
      </w:r>
      <w:r>
        <w:t>kyunke musalman yeh kehte hain ke fikri azadi se aadmi gumrah ho jata hai. magar aap ne ek talk mein kaha tha ke ek atheist scientist sochte sochte Khuda se qareeb ho raha tha, to achanak usne sochna rok diya, is dar se ke kahin woh Khuda ko na maan le.</w:t>
      </w:r>
    </w:p>
    <w:p>
      <w:pPr>
        <w:jc w:val="right"/>
      </w:pPr>
      <w:r>
        <w:t>کیونکہ مسلمان یہ کہتے ہیں کہ فکری آزادی سے آدمی گمراہ ہو جاتا ہے۔ مگر آپ نے ایک ٹاک میں کہا تھا کہ ایک ایتھیسٹ سائنٹسٹ سوچتے سوچتے خدا سے قریب ہو رہا تھا، تو اچانک اس نے سوچنا روک دیا، اس ڈر سے کہ کہیں وہ خدا کو نہ مان لے۔</w:t>
      </w:r>
    </w:p>
    <w:p>
      <w:r>
        <w:rPr>
          <w:b/>
        </w:rPr>
        <w:t xml:space="preserve">[1:18:14] </w:t>
      </w:r>
      <w:r>
        <w:t>yeh waqia batata hai ke fikri azadi se insan Khuda ke qareeb bhi ho sakta hai. is ke bare mein aap batayen. bhai, fikri azadi to mili hui hai insan ko</w:t>
      </w:r>
    </w:p>
    <w:p>
      <w:pPr>
        <w:jc w:val="right"/>
      </w:pPr>
      <w:r>
        <w:t>یہ واقعہ بتاتا ہے کہ فکری آزادی سے انسان خدا کے قریب بھی ہو سکتا ہے۔ اس کے بارے میں آپ بتائیں۔ بھئی، فکری آزادی تو ملی ہوئی ہے انسان کو</w:t>
      </w:r>
    </w:p>
    <w:p>
      <w:r>
        <w:rPr>
          <w:b/>
        </w:rPr>
        <w:t xml:space="preserve">[1:18:23] </w:t>
      </w:r>
      <w:r>
        <w:t>. aap kaise rokenge? fiqh ka amal yahan hota hai khamoshi ke sath. ke aap rok denge? is log, log laga denge. koi itna powerful hai ke insan ke mind ko control kare?</w:t>
      </w:r>
    </w:p>
    <w:p>
      <w:pPr>
        <w:jc w:val="right"/>
      </w:pPr>
      <w:r>
        <w:t>۔ آپ کیسے روکیں گے؟ فقہ کا عمل یہاں ہوتا ہے خاموشی کے ساتھ۔ کہ آپ روک دیں گے؟ اس لوگ، لوگ لگا دیں گے۔ کوئی اتنا پاور فل ہے کہ انسان کے مائنڈ کو کنٹرول کرے؟</w:t>
      </w:r>
    </w:p>
    <w:p>
      <w:r>
        <w:rPr>
          <w:b/>
        </w:rPr>
        <w:t xml:space="preserve">[1:18:38] </w:t>
      </w:r>
      <w:r>
        <w:t>ek shayar the, woh azadi ke streak mein bhi shareek the. woh carbon faiz ka sher hai ke angrezon ne unko jail mein daal diya.</w:t>
      </w:r>
    </w:p>
    <w:p>
      <w:pPr>
        <w:jc w:val="right"/>
      </w:pPr>
      <w:r>
        <w:t>ایک شاعر تھے، وہ آزادی کے اسٹریکٹ میں بھی شریک تھے۔ وہ کاربن فیض کا شعر ہے کہ انگریزوں نے ان کو جیل میں ڈال دیا۔</w:t>
      </w:r>
    </w:p>
    <w:p>
      <w:r>
        <w:rPr>
          <w:b/>
        </w:rPr>
        <w:t xml:space="preserve">[1:18:48] </w:t>
      </w:r>
      <w:r>
        <w:t>to jab jail mein daal diya to us waqt unhone sher kaha tha ke: "zinda mein to mujh ko daal diya, ae sahib! zinda tu ne, magar parwaz jo meri rok sake, aisi bhi koi deewar utha." to kaise rokenge?</w:t>
      </w:r>
    </w:p>
    <w:p>
      <w:pPr>
        <w:jc w:val="right"/>
      </w:pPr>
      <w:r>
        <w:t>تو جب جیل میں ڈال دیا تو اس وقت انہوں نے شعر کہا تھا کہ: "زندہ میں تو مجھ کو ڈال دیا، اے صاحب! زندہ تو نے، مگر پرواز جو میری روک سکے، ایسی بھی کوئی دیوار اٹھا۔" تو کیسے روکیں گے؟</w:t>
      </w:r>
    </w:p>
    <w:p>
      <w:r>
        <w:rPr>
          <w:b/>
        </w:rPr>
        <w:t xml:space="preserve">[1:19:03] </w:t>
      </w:r>
      <w:r>
        <w:t>aap sochte hain koi insan ki? yeh aap ke liye, aap ki basti mein nahin hai? yeh sawal hi jhoota hai.</w:t>
      </w:r>
    </w:p>
    <w:p>
      <w:pPr>
        <w:jc w:val="right"/>
      </w:pPr>
      <w:r>
        <w:t>آپ سوچتے ہیں کوئی انسان کی؟ یہ آپ کے لیے، آپ کی بستی میں نہیں ہے؟ یہ سوال ہی جھوٹا ہے۔</w:t>
      </w:r>
    </w:p>
    <w:p>
      <w:r>
        <w:rPr>
          <w:b/>
        </w:rPr>
        <w:t xml:space="preserve">[1:19:13] </w:t>
      </w:r>
      <w:r>
        <w:t>aap insan ki fikr ko rok nahin sakte</w:t>
      </w:r>
    </w:p>
    <w:p>
      <w:pPr>
        <w:jc w:val="right"/>
      </w:pPr>
      <w:r>
        <w:t>آپ انسان کی فکر کو روک نہیں سکتے</w:t>
      </w:r>
    </w:p>
    <w:p>
      <w:r>
        <w:rPr>
          <w:b/>
        </w:rPr>
        <w:t xml:space="preserve">[1:19:16] </w:t>
      </w:r>
      <w:r>
        <w:t>, aap sirf insan ko lead de sakte hain. lead, yani view of thinking bata sakte hain. bas rokna aap bas mein hai nahin.</w:t>
      </w:r>
    </w:p>
    <w:p>
      <w:pPr>
        <w:jc w:val="right"/>
      </w:pPr>
      <w:r>
        <w:t>، آپ صرف انسان کو لیڈ دے سکتے ہیں۔ لیڈ، یعنی ویو آف تھنکنگ بتا سکتے ہیں۔ بس روکنا آپ بس میں ہے نہیں۔</w:t>
      </w:r>
    </w:p>
    <w:p>
      <w:r>
        <w:rPr>
          <w:b/>
        </w:rPr>
        <w:t xml:space="preserve">[1:19:27] </w:t>
      </w:r>
      <w:r>
        <w:t>view of thinking bataiye, art of thinking bataiye ke sachi soch kya hai, jhooti soch kya hai, yeh bataiye aap. to ajeeb ghareeb qism ke aise sawalat hain.</w:t>
      </w:r>
    </w:p>
    <w:p>
      <w:pPr>
        <w:jc w:val="right"/>
      </w:pPr>
      <w:r>
        <w:t>ویو آف تھنکنگ بتائیے، آرٹ آف تھنکنگ بتائیے کہ سچی سوچ کیا ہے، جھوٹی سوچ کیا ہے، یہ بتائیے آپ۔ تو عجیب غریب قسم کے ایسے سوالات ہیں۔</w:t>
      </w:r>
    </w:p>
    <w:p>
      <w:r>
        <w:rPr>
          <w:b/>
        </w:rPr>
        <w:t xml:space="preserve">[1:19:41] </w:t>
      </w:r>
      <w:r>
        <w:t>aur doosri baat dekhiye, yeh hai ke fikr ki soch ki azadi khatam karne ke maani kya hain? creativity khatam, development khatam, intellectual progress khatam.</w:t>
      </w:r>
    </w:p>
    <w:p>
      <w:pPr>
        <w:jc w:val="right"/>
      </w:pPr>
      <w:r>
        <w:t>اور دوسری بات دیکھیے، یہ ہے کہ فکر کی سوچ کی آزادی ختم کرنے کے معنی کیا ہیں؟ کریٹیوٹی ختم، ڈیولپمنٹ ختم، انٹلیکچول پروگریس ختم۔</w:t>
      </w:r>
    </w:p>
    <w:p>
      <w:r>
        <w:rPr>
          <w:b/>
        </w:rPr>
        <w:t xml:space="preserve">[1:19:56] </w:t>
      </w:r>
      <w:r>
        <w:t>jaise dictatorship jahan hoti hai, dekh lijiye aap, dictatorship mein koi bara scientist nahin paida hota, koi bara scholar nahin paida hota, kyunke us ko mauqa hi nahin kaam karne ka.</w:t>
      </w:r>
    </w:p>
    <w:p>
      <w:pPr>
        <w:jc w:val="right"/>
      </w:pPr>
      <w:r>
        <w:t>جیسے ڈکٹیٹرشپ جہاں ہوتی ہے، دیکھ لیجئے آپ، ڈکٹیٹرشپ میں کوئی بڑا سائنٹسٹ نہیں پیدا ہوتا، کوئی بڑا اسکالر نہیں پیدا ہوتا، کیونکہ اس کو موقع ہی نہیں کام کرنے کا۔</w:t>
      </w:r>
    </w:p>
    <w:p>
      <w:r>
        <w:rPr>
          <w:b/>
        </w:rPr>
        <w:t xml:space="preserve">[1:20:07] </w:t>
      </w:r>
      <w:r>
        <w:t>ghut ghut karata hai us ko.</w:t>
      </w:r>
    </w:p>
    <w:p>
      <w:pPr>
        <w:jc w:val="right"/>
      </w:pPr>
      <w:r>
        <w:t>گھٹ گھٹ کراتا ہے اس کو۔</w:t>
      </w:r>
    </w:p>
    <w:p>
      <w:r>
        <w:rPr>
          <w:b/>
        </w:rPr>
        <w:t xml:space="preserve">[1:20:10] </w:t>
      </w:r>
      <w:r>
        <w:t>to mere nazdeek Islam mein fikri azadi pure maani mein summ bonum ke taur par hai. azadi summ bonum, har aadmi ko azadi, har aadmi ko azadi, azadi.</w:t>
      </w:r>
    </w:p>
    <w:p>
      <w:pPr>
        <w:jc w:val="right"/>
      </w:pPr>
      <w:r>
        <w:t>تو میرے نزدیک اسلام میں فکری آزادی پورے معنی میں سمم بونم کے طور پر ہے۔ آزادی سمم بونم، ہر آدمی کو آزادی، ہر آدمی کو آزادی، آزادی۔</w:t>
      </w:r>
    </w:p>
    <w:p>
      <w:r>
        <w:rPr>
          <w:b/>
        </w:rPr>
        <w:t xml:space="preserve">[1:20:25] </w:t>
      </w:r>
      <w:r>
        <w:t>jo kaam hamein karna hai, woh yeh hai ke insan ko batayen ke right view of thinking kya hai. bas right view of thinking yahan par us ko lead dein, yeh kaam hamein karna hai.</w:t>
      </w:r>
    </w:p>
    <w:p>
      <w:pPr>
        <w:jc w:val="right"/>
      </w:pPr>
      <w:r>
        <w:t>جو کام ہمیں کرنا ہے، وہ یہ ہے کہ انسان کو بتائیں کہ رائٹ ویو آف تھنکنگ کیا ہے۔ بس رائٹ ویو آف تھنکنگ یہاں پر اس کو لیڈ دیں، یہ کام ہمیں کرنا ہے۔</w:t>
      </w:r>
    </w:p>
    <w:p>
      <w:r>
        <w:rPr>
          <w:b/>
        </w:rPr>
        <w:t xml:space="preserve">[1:20:41] </w:t>
      </w:r>
      <w:r>
        <w:t>ah, maulana, agla sawal lene se pehle ek comment parhna chahenge jo abhi abhi aaya hai. doctor saniya stand khan, jo abhi turkey mein yeh program dekh rahe hain, unhone likha hai: "i am watching the program in istanbul.</w:t>
      </w:r>
    </w:p>
    <w:p>
      <w:pPr>
        <w:jc w:val="right"/>
      </w:pPr>
      <w:r>
        <w:t>اہ، مولانا، اگلا سوال لینے سے پہلے ایک کمنٹ پڑھنا چاہیں گے جو ابھی ابھی آیا ہے۔ ڈاکٹر سانیا سٹینڈ خان، جو ابھی ٹرکی میں یہ پروگرام دیکھ رہے ہیں، انہوں نے لکھا ہے: "آئی ایم واچنگ دا پروگرام ان استانبول۔</w:t>
      </w:r>
    </w:p>
    <w:p>
      <w:r>
        <w:rPr>
          <w:b/>
        </w:rPr>
        <w:t xml:space="preserve">[1:20:53] </w:t>
      </w:r>
      <w:r>
        <w:t>The voice and picture as very good. Here in Turkey, the Quran distribution to tourist as going on a full swing.</w:t>
      </w:r>
    </w:p>
    <w:p>
      <w:pPr>
        <w:jc w:val="right"/>
      </w:pPr>
      <w:r>
        <w:t>دا وائس اینڈ پکچر از ویری گڈ۔ ہیئر ان ٹرکی، دا قرآن ڈسٹریبیوشن ٹو ٹورسٹ از گوئنگ ان ا فل سوئنگ۔</w:t>
      </w:r>
    </w:p>
    <w:p>
      <w:r>
        <w:rPr>
          <w:b/>
        </w:rPr>
        <w:t xml:space="preserve">[1:21:02] </w:t>
      </w:r>
      <w:r>
        <w:t>The Imam of Rishat Pasha Mosque has printed the Quran in his own. I will bring a copy of this Quran.</w:t>
      </w:r>
    </w:p>
    <w:p>
      <w:pPr>
        <w:jc w:val="right"/>
      </w:pPr>
      <w:r>
        <w:t>دا امام اف رشتم پاشاہ ماسک ہیز پرنٹڈ دا قرآن ان ہز اون۔ آئی ویل برنگ ا کاپی اف دس قرآن۔</w:t>
      </w:r>
    </w:p>
    <w:p>
      <w:r>
        <w:rPr>
          <w:b/>
        </w:rPr>
        <w:t xml:space="preserve">[1:21:11] </w:t>
      </w:r>
      <w:r>
        <w:t>Now we are planning to bring out some Dawah literature in Japanese and Russian as well, as a number of tourists here come from Japan and Russia.</w:t>
      </w:r>
    </w:p>
    <w:p>
      <w:pPr>
        <w:jc w:val="right"/>
      </w:pPr>
      <w:r>
        <w:t>ناؤ وی آر پلاننگ ٹو برنگ آؤٹ سم داوا لٹریچر ان جاپنیز اینڈ رشین ایز ویل، ایز ا نمبر اف ٹورسٹ ہیئر کم فرام جاپان اینڈ رشیا۔" دیکھیں، جو بات میں نے کہی تھی، اس کی بھی ایک مثال یہ ہے کہ سارا دروازہ کھلا ہوا ہے۔</w:t>
      </w:r>
    </w:p>
    <w:p>
      <w:r>
        <w:rPr>
          <w:b/>
        </w:rPr>
        <w:t xml:space="preserve">[1:21:29] </w:t>
      </w:r>
      <w:r>
        <w:t>ap kion larte hain? khwamkhwah larnay ki zarurat hi kia hai? sari dunya mein ap ke liye khulay hue hain aprchuneeties, kahin ruka</w:t>
      </w:r>
    </w:p>
    <w:p>
      <w:pPr>
        <w:jc w:val="right"/>
      </w:pPr>
      <w:r>
        <w:t>آپ کیوں لڑتے ہیں؟ خوامخواہ لڑنے کی ضرورت ہی کیا ہے؟ ساری دنیا میں آپ کے لیے کھلے ہوئے ہیں اپرچونیٹیز، کہیں رکا</w:t>
      </w:r>
    </w:p>
    <w:p>
      <w:r>
        <w:rPr>
          <w:b/>
        </w:rPr>
        <w:t xml:space="preserve">[1:21:39] </w:t>
      </w:r>
      <w:r>
        <w:t>wat nahin hai. na rushia mein, na amrika mein, na trki mein, na japan mein, na jarmani mein. din wai war? wai fighting?</w:t>
      </w:r>
    </w:p>
    <w:p>
      <w:pPr>
        <w:jc w:val="right"/>
      </w:pPr>
      <w:r>
        <w:t>وٹ نہیں ہے۔ نہ رشیا میں، نہ امریکہ میں، نہ ٹرکی میں، نہ جاپان میں، نہ جرمنی میں۔ دین وائی وار؟ وائی فائٹنگ؟</w:t>
      </w:r>
    </w:p>
    <w:p>
      <w:r>
        <w:rPr>
          <w:b/>
        </w:rPr>
        <w:t xml:space="preserve">[1:21:48] </w:t>
      </w:r>
      <w:r>
        <w:t>is ki aik misal ap ne dekhi hai.</w:t>
      </w:r>
    </w:p>
    <w:p>
      <w:pPr>
        <w:jc w:val="right"/>
      </w:pPr>
      <w:r>
        <w:t>اس کی ایک مثال آپ نے دیکھی ہے۔</w:t>
      </w:r>
    </w:p>
    <w:p>
      <w:r>
        <w:rPr>
          <w:b/>
        </w:rPr>
        <w:t xml:space="preserve">[1:21:53] </w:t>
      </w:r>
      <w:r>
        <w:t>tu main kehta hun musalmanon se is zamane ke hathiyaron ko phank do samandar mein, tashaddud ko, nafrat ko haram samajh kar chhod do aur peaceful da'o work mein lag jao.</w:t>
      </w:r>
    </w:p>
    <w:p>
      <w:pPr>
        <w:jc w:val="right"/>
      </w:pPr>
      <w:r>
        <w:t>تو میں کہتا ہوں مسلمانوں سے اس زمانے کے ہتھیاروں کو پھینک دو سمندر میں، تشدد کو، نفرت کو حرام سمجھ کر چھوڑ دو اور پیس فل داؤ ورک میں لگ جاؤ۔</w:t>
      </w:r>
    </w:p>
    <w:p>
      <w:r>
        <w:rPr>
          <w:b/>
        </w:rPr>
        <w:t xml:space="preserve">[1:22:09] </w:t>
      </w:r>
      <w:r>
        <w:t>maulana, agla sawal ah mumbei se maulana abdulqasmi sahib ka hai. unhon ne likha hai: "maulana, ap ne bataya ke jang ka daur khatm ho chuka hai, ab jang ki zarurat hi baqi nahin rahi.</w:t>
      </w:r>
    </w:p>
    <w:p>
      <w:pPr>
        <w:jc w:val="right"/>
      </w:pPr>
      <w:r>
        <w:t>مولانا، اگلا سوال اہ ممبئی سے مولانا عبدالقاسمی صاحب کا ہے۔ انہوں نے لکھا ہے: "مولانا، آپ نے بتایا کہ جنگ کا دور ختم ہو چکا ہے، اب جنگ کی ضرورت ہی باقی نہیں رہی۔</w:t>
      </w:r>
    </w:p>
    <w:p>
      <w:r>
        <w:rPr>
          <w:b/>
        </w:rPr>
        <w:t xml:space="preserve">[1:22:23] </w:t>
      </w:r>
      <w:r>
        <w:t>phir tisri jang ka kia matlab hai jis ka kitabon mein zikr milta hai?" kaun jang? tisri jang jis ka kitabon mein zikr?</w:t>
      </w:r>
    </w:p>
    <w:p>
      <w:pPr>
        <w:jc w:val="right"/>
      </w:pPr>
      <w:r>
        <w:t>پھر تیسری جنگ کا کیا مطلب ہے جس کا کتابوں میں ذکر ملتا ہے؟" کون جنگ؟ تیسری جنگ جس کا کتابوں میں ذکر؟</w:t>
      </w:r>
    </w:p>
    <w:p>
      <w:r>
        <w:rPr>
          <w:b/>
        </w:rPr>
        <w:t xml:space="preserve">[1:22:34] </w:t>
      </w:r>
      <w:r>
        <w:t>thard world war?</w:t>
      </w:r>
    </w:p>
    <w:p>
      <w:pPr>
        <w:jc w:val="right"/>
      </w:pPr>
      <w:r>
        <w:t>تھرڈ ورلڈ وار؟</w:t>
      </w:r>
    </w:p>
    <w:p>
      <w:r>
        <w:rPr>
          <w:b/>
        </w:rPr>
        <w:t xml:space="preserve">[1:22:35] </w:t>
      </w:r>
      <w:r>
        <w:t>thard world war tu koi yeh tu aise bolte hain bas log. yeh koi rasul Allah ki peshingoi tu hai nahin. thard war aik hipostotical war hai.</w:t>
      </w:r>
    </w:p>
    <w:p>
      <w:pPr>
        <w:jc w:val="right"/>
      </w:pPr>
      <w:r>
        <w:t>تھرڈ ورلڈ وار تو کوئی یہ تو ایسے بولتے ہیں بس لوگ۔ یہ کوئی رسول اللہ کی پیشنگوئی تو ہے نہیں۔ تھرڈ وار ایک ہیپوسٹوٹیکل وار ہے۔</w:t>
      </w:r>
    </w:p>
    <w:p>
      <w:r>
        <w:rPr>
          <w:b/>
        </w:rPr>
        <w:t xml:space="preserve">[1:22:47] </w:t>
      </w:r>
      <w:r>
        <w:t>hipostotical war aisa nahin ke rasul Allah ne kaha ho ya quran mein kahin kaha ho. kahin sahib ji aisa hai? kahin nahin. yeh yeh hipostotical war hai, aik farzi war hai.</w:t>
      </w:r>
    </w:p>
    <w:p>
      <w:pPr>
        <w:jc w:val="right"/>
      </w:pPr>
      <w:r>
        <w:t>ہیپوسٹوٹیکل وار ایسا نہیں کہ رسول اللہ نے کہا ہو یا قرآن میں کہیں کہا ہو۔ کہیں صاحب جی ایسا ہے؟ کہیں نہیں۔ یہ یہ ہیپوسٹوٹیکل وار ہے، ایک فرضی وار ہے۔</w:t>
      </w:r>
    </w:p>
    <w:p>
      <w:r>
        <w:rPr>
          <w:b/>
        </w:rPr>
        <w:t xml:space="preserve">[1:23:01] </w:t>
      </w:r>
      <w:r>
        <w:t>maulana, woh keh rahe hain ke log aksar aisa bolte</w:t>
      </w:r>
    </w:p>
    <w:p>
      <w:pPr>
        <w:jc w:val="right"/>
      </w:pPr>
      <w:r>
        <w:t>مولانا، وہ کہہ رہے ہیں کہ لوگ اکثر ایسا بولتے</w:t>
      </w:r>
    </w:p>
    <w:p>
      <w:r>
        <w:rPr>
          <w:b/>
        </w:rPr>
        <w:t xml:space="preserve">[1:23:03] </w:t>
      </w:r>
      <w:r>
        <w:t>hain. han, tu log bolte hain ke is is sense mein ke ab larai agar hogi balfarz tu dunya khatm ho jaye gi, kyunke ab lar koi jeeta hai ke nahin?</w:t>
      </w:r>
    </w:p>
    <w:p>
      <w:pPr>
        <w:jc w:val="right"/>
      </w:pPr>
      <w:r>
        <w:t>ہیں۔ ہاں، تو لوگ بولتے ہیں کہ اس اس سینس میں کہ اب لڑائی اگر ہوگی بالفرض تو دنیا ختم ہو جائے گی، کیونکہ اب لڑ کوئی جیتا ہے کہ نہیں؟</w:t>
      </w:r>
    </w:p>
    <w:p>
      <w:r>
        <w:rPr>
          <w:b/>
        </w:rPr>
        <w:t xml:space="preserve">[1:23:15] </w:t>
      </w:r>
      <w:r>
        <w:t>yani jo fateh karega, us ki fateh mein perk victory hogi. us ko kehte hain perk victory. is tarah se bolte hain.</w:t>
      </w:r>
    </w:p>
    <w:p>
      <w:pPr>
        <w:jc w:val="right"/>
      </w:pPr>
      <w:r>
        <w:t>یعنی جو فتح کرے گا، اس کی فتح میں پرک وکٹری ہوگی۔ اس کو کہتے ہیں پرک وکٹری۔ اس طرح سے بولتے ہیں۔</w:t>
      </w:r>
    </w:p>
    <w:p>
      <w:r>
        <w:rPr>
          <w:b/>
        </w:rPr>
        <w:t xml:space="preserve">[1:23:22] </w:t>
      </w:r>
      <w:r>
        <w:t>ise kaha tha na hitler ne? hitler jis zamane bunker mein tha aur suicide karne wala tha, us se pehle us ne kaha tha ke ab jo hai, agar jang hoti hai, yani first war aur second war ke baad jo talkh tajrube ho chuke hain, ab agar jang hoti hai tu kia hoga?</w:t>
      </w:r>
    </w:p>
    <w:p>
      <w:pPr>
        <w:jc w:val="right"/>
      </w:pPr>
      <w:r>
        <w:t>اسے کہا تھا نا ہٹلر نے؟ ہٹلر جس زمانے بنکر میں تھا اور سوسائیڈ کرنے والا تھا، اس سے پہلے اس نے کہا تھا کہ اب جو ہے، اگر جنگ ہوتی ہے، یعنی فرسٹ وار اور سیکنڈ وار کے بعد جو تلخ تجربے ہو چکے ہیں، اب اگر جنگ ہوتی ہے تو کیا ہوگا؟</w:t>
      </w:r>
    </w:p>
    <w:p>
      <w:r>
        <w:rPr>
          <w:b/>
        </w:rPr>
        <w:t xml:space="preserve">[1:23:41] </w:t>
      </w:r>
      <w:r>
        <w:t>no victors, only survivors. no victors, only survivors. yani ab agar jang ho gayi tu koi jeetne wala nahin hoga.</w:t>
      </w:r>
    </w:p>
    <w:p>
      <w:pPr>
        <w:jc w:val="right"/>
      </w:pPr>
      <w:r>
        <w:t>نو وکٹرز، اونلی سروائیورز۔ نو وکٹرز، اونلی سروائیورز۔ یعنی اب اگر جنگ ہو گئی تو کوئی جیتنے والا نہیں ہوگا۔</w:t>
      </w:r>
    </w:p>
    <w:p>
      <w:r>
        <w:rPr>
          <w:b/>
        </w:rPr>
        <w:t xml:space="preserve">[1:23:50] </w:t>
      </w:r>
      <w:r>
        <w:t>is mein</w:t>
      </w:r>
    </w:p>
    <w:p>
      <w:pPr>
        <w:jc w:val="right"/>
      </w:pPr>
      <w:r>
        <w:t>اس میں</w:t>
      </w:r>
    </w:p>
    <w:p>
      <w:r>
        <w:rPr>
          <w:b/>
        </w:rPr>
        <w:t xml:space="preserve">[1:23:51] </w:t>
      </w:r>
      <w:r>
        <w:t>chand log bach jayenge, bas yahi hoga. tu ab ab tisri jang ke mani yahi hain ke yani be-natija larai ki aakhri shakal, bas aur kuch nahin.</w:t>
      </w:r>
    </w:p>
    <w:p>
      <w:pPr>
        <w:jc w:val="right"/>
      </w:pPr>
      <w:r>
        <w:t>چند لوگ بچ جائیں گے، بس یہی ہوگا۔ تو اب اب تیسری جنگ کے معنی یہی ہیں کہ یعنی بے نتیجہ لڑائی کی آخری شکل، بس اور کچھ نہیں۔</w:t>
      </w:r>
    </w:p>
    <w:p>
      <w:r>
        <w:rPr>
          <w:b/>
        </w:rPr>
        <w:t xml:space="preserve">[1:24:08] </w:t>
      </w:r>
      <w:r>
        <w:t>maulana, agla sawal bangalor se hai. maulana naseerullah sahib ka, unhon ne likha hai: "maulana sahib! nuclear hathiyar ke zamane mein ideology ka power kaise zyada ho sakta hai?</w:t>
      </w:r>
    </w:p>
    <w:p>
      <w:pPr>
        <w:jc w:val="right"/>
      </w:pPr>
      <w:r>
        <w:t>مولانا، اگلا سوال بینگلور سے ہے۔ مولانا نصیر اللہ صاحب کا، انہوں نے لکھا ہے: "مولانا صاحب! نیوکلیئر ہتھیار کے زمانے میں آئیڈیالوجی کا پاور کیسے زیادہ ہو سکتا ہے؟</w:t>
      </w:r>
    </w:p>
    <w:p>
      <w:r>
        <w:rPr>
          <w:b/>
        </w:rPr>
        <w:t xml:space="preserve">[1:24:21] </w:t>
      </w:r>
      <w:r>
        <w:t>kyunke israel aur amrika ke pas nuclear weapons hain, tu musalman bhi muqable ke liye ana chahte hain. aisi halat mein ideology ke power, ideology ki power kaise sabit karen?" dekhiye, misal se dekhiye.</w:t>
      </w:r>
    </w:p>
    <w:p>
      <w:pPr>
        <w:jc w:val="right"/>
      </w:pPr>
      <w:r>
        <w:t>کیونکہ اسرائیل اور امریکہ کے پاس نیوکلیئر ویپنز ہیں، تو مسلمان بھی مقابلے کے لیے آنا چاہتے ہیں۔ ایسی حالت میں آئیڈیالوجی کے پاور، آئیڈیالوجی کی پاور کیسے ثابت کریں؟" دیکھیے، مثال سے دیکھیے۔</w:t>
      </w:r>
    </w:p>
    <w:p>
      <w:r>
        <w:rPr>
          <w:b/>
        </w:rPr>
        <w:t xml:space="preserve">[1:24:41] </w:t>
      </w:r>
      <w:r>
        <w:t>amrika ke pas atom bomb tha.</w:t>
      </w:r>
    </w:p>
    <w:p>
      <w:pPr>
        <w:jc w:val="right"/>
      </w:pPr>
      <w:r>
        <w:t>امریکہ کے پاس ایٹم بم تھا۔</w:t>
      </w:r>
    </w:p>
    <w:p>
      <w:r>
        <w:rPr>
          <w:b/>
        </w:rPr>
        <w:t xml:space="preserve">[1:24:46] </w:t>
      </w:r>
      <w:r>
        <w:t>second world war mein us ne do atom bomb giraye japan par aur hiroshima, nagasaki ko tabah kar diya. tu us ke baad kia hua?</w:t>
      </w:r>
    </w:p>
    <w:p>
      <w:pPr>
        <w:jc w:val="right"/>
      </w:pPr>
      <w:r>
        <w:t>سیکنڈ ورلڈ وار میں اس نے دو ایٹم بم گرائے جاپان پر اور ہیروشما، نیگاسی کو تباہ کر دیا۔ تو اس کے بعد کیا ہوا؟</w:t>
      </w:r>
    </w:p>
    <w:p>
      <w:r>
        <w:rPr>
          <w:b/>
        </w:rPr>
        <w:t xml:space="preserve">[1:25:00] </w:t>
      </w:r>
      <w:r>
        <w:t>us ke baad kia hua? kia amrika jeet gaya? amrika har gaya? yani japan ne yeh kiya ke us ne war ko chhod kar peace ka tareeqa ikhtiyar kiya.</w:t>
      </w:r>
    </w:p>
    <w:p>
      <w:pPr>
        <w:jc w:val="right"/>
      </w:pPr>
      <w:r>
        <w:t>اس کے بعد کیا ہوا؟ کیا امریکہ جیت گیا؟ امریکہ ہار گیا؟ یعنی جاپان نے یہ کیا کہ اس نے وار کو چھوڑ کر پیس کا طریقہ اختیار کیا۔</w:t>
      </w:r>
    </w:p>
    <w:p>
      <w:r>
        <w:rPr>
          <w:b/>
        </w:rPr>
        <w:t xml:space="preserve">[1:25:12] </w:t>
      </w:r>
      <w:r>
        <w:t>us ke baad education, industry, scientific training, yeh sab kiya us ne. aur 30 sal ke andar, 30 sal ke andar woh economic power ban gaya.</w:t>
      </w:r>
    </w:p>
    <w:p>
      <w:pPr>
        <w:jc w:val="right"/>
      </w:pPr>
      <w:r>
        <w:t>اس کے بعد ایجوکیشن، انڈسٹری، سائنٹیفک ٹریننگ، یہ سب کیا اس نے۔ اور 30 سال کے اندر، 30 سال کے اندر وہ اکانومک پاور بن گیا۔</w:t>
      </w:r>
    </w:p>
    <w:p>
      <w:r>
        <w:rPr>
          <w:b/>
        </w:rPr>
        <w:t xml:space="preserve">[1:25:22] </w:t>
      </w:r>
      <w:r>
        <w:t>economic power. mein abhi amreeka gaya tha to raat ke waqt sarkon par mein chal raha tha, to wahan roshan advertisement hotay hain.</w:t>
      </w:r>
    </w:p>
    <w:p>
      <w:pPr>
        <w:jc w:val="right"/>
      </w:pPr>
      <w:r>
        <w:t>اکانومک پاور۔ میں ابھی امریکہ گیا تھا تو رات کے وقت سڑکوں پر میں چل رہا تھا، تو وہاں روشن ایڈورٹائزمنٹ ہوتے ہیں۔</w:t>
      </w:r>
    </w:p>
    <w:p>
      <w:r>
        <w:rPr>
          <w:b/>
        </w:rPr>
        <w:t xml:space="preserve">[1:25:34] </w:t>
      </w:r>
      <w:r>
        <w:t>to mein sarkon par bhara hua tha, ab japan ke car waghera ke advertisement</w:t>
      </w:r>
    </w:p>
    <w:p>
      <w:pPr>
        <w:jc w:val="right"/>
      </w:pPr>
      <w:r>
        <w:t>تو میں سڑکوں پر بھرا ہوا تھا، اب جاپان کے کار وغیرہ کے ایڈورٹائزمنٹ</w:t>
      </w:r>
    </w:p>
    <w:p>
      <w:r>
        <w:rPr>
          <w:b/>
        </w:rPr>
        <w:t xml:space="preserve">[1:25:41] </w:t>
      </w:r>
      <w:r>
        <w:t>amreeka ki sarkon par. amreeka ki sarkon par japan ki industry jo hai, woh yaani dominate kar rahi hai. to mujhe bataiye ke amreeka ne atom bomb gira kar ke japan ko jeeta hai ke woh khud hi haar gaya?</w:t>
      </w:r>
    </w:p>
    <w:p>
      <w:pPr>
        <w:jc w:val="right"/>
      </w:pPr>
      <w:r>
        <w:t>امریکہ کی سڑکوں پر۔ امریکہ کی سڑکوں پر جاپان کی انڈسٹری جو ہے، وہ یعنی ڈومینیٹ کر رہی ہے۔ تو مجھے بتائیے کہ امریکہ نے ایٹم بم گرا کر کے جاپان کو جیتا ہے کہ وہ خود ہی ہار گیا؟</w:t>
      </w:r>
    </w:p>
    <w:p>
      <w:r>
        <w:rPr>
          <w:b/>
        </w:rPr>
        <w:t xml:space="preserve">[1:25:57] </w:t>
      </w:r>
      <w:r>
        <w:t>woh jeeta to japan ke woh economic superpower ban kar ubhra aaya.</w:t>
      </w:r>
    </w:p>
    <w:p>
      <w:pPr>
        <w:jc w:val="right"/>
      </w:pPr>
      <w:r>
        <w:t>وہ جیتا تو جاپان کہ وہ اکانومک سپر پاور بن کر ابھرا آیا۔</w:t>
      </w:r>
    </w:p>
    <w:p>
      <w:r>
        <w:rPr>
          <w:b/>
        </w:rPr>
        <w:t xml:space="preserve">[1:26:06] </w:t>
      </w:r>
      <w:r>
        <w:t>to yeh bilkul jhooti tasweer hai ke atom</w:t>
      </w:r>
    </w:p>
    <w:p>
      <w:pPr>
        <w:jc w:val="right"/>
      </w:pPr>
      <w:r>
        <w:t>تو یہ بالکل جھوٹی تصویر ہے کہ ایٹ</w:t>
      </w:r>
    </w:p>
    <w:p>
      <w:r>
        <w:rPr>
          <w:b/>
        </w:rPr>
        <w:t xml:space="preserve">[1:26:09] </w:t>
      </w:r>
      <w:r>
        <w:t>bomb banao. atom bomb bana kar ke kya karoge? dekhiye, jo log atom bomb banane ki baatein karte hain, woh bilkul yaani mere nazdeek bilkul hi mad hain.</w:t>
      </w:r>
    </w:p>
    <w:p>
      <w:pPr>
        <w:jc w:val="right"/>
      </w:pPr>
      <w:r>
        <w:t>م بم بناؤ۔ ایٹم بم بنا کر کے کیا کرو گے؟ دیکھیے، جو لوگ ایٹم بم بنانے کی باتیں کرتے ہیں، وہ بالکل یعنی میں میرے نزدیک بالکل ہی میڈ ہیں۔</w:t>
      </w:r>
    </w:p>
    <w:p>
      <w:r>
        <w:rPr>
          <w:b/>
        </w:rPr>
        <w:t xml:space="preserve">[1:26:18] </w:t>
      </w:r>
      <w:r>
        <w:t>mad kyun? atom bomb agar aap istemal karein to woh boom rang khel hota hai. boom rang yaani khud bhi tabah ho jao,</w:t>
      </w:r>
    </w:p>
    <w:p>
      <w:pPr>
        <w:jc w:val="right"/>
      </w:pPr>
      <w:r>
        <w:t>میڈ کیوں؟ ایٹم بم اگر آپ استعمال کریں تو وہ بوم رینک کھیل ہوتا ہے۔ بوم رینک یعنی خود بھی تباہ ہو جاؤ،</w:t>
      </w:r>
    </w:p>
    <w:p>
      <w:r>
        <w:rPr>
          <w:b/>
        </w:rPr>
        <w:t xml:space="preserve">[1:26:28] </w:t>
      </w:r>
      <w:r>
        <w:t>kyunke woh us ko kehte hain weapons of mass destruction ka sab se bara. woh jab atom bomb giraya jaye ga to charon taraf nuqsan pounchaye ga, woh sab ko pounchaye ga, sab ko tabah kare ga.</w:t>
      </w:r>
    </w:p>
    <w:p>
      <w:pPr>
        <w:jc w:val="right"/>
      </w:pPr>
      <w:r>
        <w:t>کیونکہ وہ اس کو کہتے ہیں ویپنز آف باس ڈسٹرکشن کا سب سے بڑا۔ وہ جب ایٹم بم گرایا جائے گا تو چاروں طرف نقصان پہنچائے گا، وہ سب کو پہنچائے گا، سب کو تباہ کرے گا۔</w:t>
      </w:r>
    </w:p>
    <w:p>
      <w:r>
        <w:rPr>
          <w:b/>
        </w:rPr>
        <w:t xml:space="preserve">[1:26:44] </w:t>
      </w:r>
      <w:r>
        <w:t>misalan farz kiye ke pakistan agar india par bomb giraye to pakistan bhi tabah ho jaye ga. yeh thori ke pakistan bacha rahe ga. to jo log yeh kehte hain atom bomb banao, woh mere kehte hain mad hain.</w:t>
      </w:r>
    </w:p>
    <w:p>
      <w:pPr>
        <w:jc w:val="right"/>
      </w:pPr>
      <w:r>
        <w:t>مثلاً فرض کیے کہ پاکستان اگر انڈیا پر بم گرائے تو پاکستان بھی تباہ ہو جائے گا۔ یہ تھوڑی کہ پاکستان بچا رہے گا۔ تو جو لوگ یہ کہتے ہیں ایٹم بم بناؤ، وہ میرے کہتے ہیں میڈ ہیں۔</w:t>
      </w:r>
    </w:p>
    <w:p>
      <w:r>
        <w:rPr>
          <w:b/>
        </w:rPr>
        <w:t xml:space="preserve">[1:26:56] </w:t>
      </w:r>
      <w:r>
        <w:t>mad log hain, yeh aql se khali hain. yaani wisdom ka, yaani idea bhi un ka andar nahi hai.</w:t>
      </w:r>
    </w:p>
    <w:p>
      <w:pPr>
        <w:jc w:val="right"/>
      </w:pPr>
      <w:r>
        <w:t>میڈ لوگ ہیں، یہ عقل سے خالی ہیں۔ یعنی وزڈم کا، یعنی آئیڈیا بھی ان کا اندر نہیں ہے۔</w:t>
      </w:r>
    </w:p>
    <w:p>
      <w:r>
        <w:rPr>
          <w:b/>
        </w:rPr>
        <w:t xml:space="preserve">[1:27:03] </w:t>
      </w:r>
      <w:r>
        <w:t>balakhir kya karoge? atom bomb ko to istemal kiya amreeka ne, lekin kya amreeka jeet gaya? aaj amreeka jo hai, khud hara hua mulk ban gaya hai.</w:t>
      </w:r>
    </w:p>
    <w:p>
      <w:pPr>
        <w:jc w:val="right"/>
      </w:pPr>
      <w:r>
        <w:t>بالاخر کیا کرو گے؟ ایٹم بم کو تو استعمال کیا امریکہ نے، لیکن کیا امریکہ جیت گیا؟ آج امریکہ جو ہے، خود ہارا ہوا ملک بن گیا ہے۔</w:t>
      </w:r>
    </w:p>
    <w:p>
      <w:r>
        <w:rPr>
          <w:b/>
        </w:rPr>
        <w:t xml:space="preserve">[1:27:14] </w:t>
      </w:r>
      <w:r>
        <w:t>aap jante hain ke amreeka ka dollar itna kamzor ho gaya ke europe ne apni currency alag kar li. pehle europe mein bhi dollar chalta tha, europe mein bhi.</w:t>
      </w:r>
    </w:p>
    <w:p>
      <w:pPr>
        <w:jc w:val="right"/>
      </w:pPr>
      <w:r>
        <w:t>آپ جانتے ہیں کہ امریکہ کا ڈالر اتنا کمزور ہو گیا کہ یورپ نے اپنی کرنسی الگ کر لی۔ پہلے یورپ میں بھی ڈالر چلتا تھا، یورپ میں بھی۔</w:t>
      </w:r>
    </w:p>
    <w:p>
      <w:r>
        <w:rPr>
          <w:b/>
        </w:rPr>
        <w:t xml:space="preserve">[1:27:25] </w:t>
      </w:r>
      <w:r>
        <w:t>ab unhon ne euro alag kar liya, rozoon alag kar liya. yaani amreeka ki dollar ki jo supremacy thi, woh khatam ho gayi.</w:t>
      </w:r>
    </w:p>
    <w:p>
      <w:pPr>
        <w:jc w:val="right"/>
      </w:pPr>
      <w:r>
        <w:t>اب انہوں نے یورو الگ کر لیا، روزون الگ کر لیا۔ یعنی امریکہ کی ڈالر کی جو سپریمیسی تھی، وہ ختم ہو گئی۔</w:t>
      </w:r>
    </w:p>
    <w:p>
      <w:r>
        <w:rPr>
          <w:b/>
        </w:rPr>
        <w:t xml:space="preserve">[1:27:34] </w:t>
      </w:r>
      <w:r>
        <w:t>to kahan atom? atom bomb ne kya kiya? kya karname atom bomb ka hai? yeh sab jhoote, jhooti soch hai aur yeh be-aqli ki soch hai.</w:t>
      </w:r>
    </w:p>
    <w:p>
      <w:pPr>
        <w:jc w:val="right"/>
      </w:pPr>
      <w:r>
        <w:t>تو کہاں ایٹم؟ ایٹم بم نے کیا کیا؟ کیا کارنامہ ایٹم بم کا ہے؟ یہ سب جھوٹے، جھوٹی سوچ ہے اور یہ بے عقلی کی سوچ ہے۔</w:t>
      </w:r>
    </w:p>
    <w:p>
      <w:r>
        <w:rPr>
          <w:b/>
        </w:rPr>
        <w:t xml:space="preserve">[1:27:44] </w:t>
      </w:r>
      <w:r>
        <w:t>jinke paas wisdom nahi hai, wahi yeh sab banda sochte hain. cheezon ko dekhiye, mein aik usool batata hoon aap ko: you have to think, you have to think in terms of result.</w:t>
      </w:r>
    </w:p>
    <w:p>
      <w:pPr>
        <w:jc w:val="right"/>
      </w:pPr>
      <w:r>
        <w:t>جن کے پاس وزڈم نہیں ہے، وہی یہ سب بندہ سوچتے ہیں۔ چیزوں کو دیکھیے، میں ایک اصول بتاتا ہوں آپ کو: یو ہیو ٹو تھنک، یو ہیو ٹو تھنک ان ٹرمز آف رزلٹ۔</w:t>
      </w:r>
    </w:p>
    <w:p>
      <w:r>
        <w:rPr>
          <w:b/>
        </w:rPr>
        <w:t xml:space="preserve">[1:27:58] </w:t>
      </w:r>
      <w:r>
        <w:t>yaani natije ko le kar sochiye, aik hypothetical sense mein mat so-</w:t>
      </w:r>
    </w:p>
    <w:p>
      <w:pPr>
        <w:jc w:val="right"/>
      </w:pPr>
      <w:r>
        <w:t>یعنی نتیجے کو لے کر سوچیے، ایک ہیپوتھوٹیکل سینس میں مت سو</w:t>
      </w:r>
    </w:p>
    <w:p>
      <w:r>
        <w:rPr>
          <w:b/>
        </w:rPr>
        <w:t xml:space="preserve">[1:28:03] </w:t>
      </w:r>
      <w:r>
        <w:t>chiye. log hypothetical sense mein sochne lagte hain. result ko le kar sochiye to sab se zyada be-aqli ka kaam ban gaya atom bomb banana.</w:t>
      </w:r>
    </w:p>
    <w:p>
      <w:pPr>
        <w:jc w:val="right"/>
      </w:pPr>
      <w:r>
        <w:t>چیے۔ لوگ ہیپوتھوٹیکل سینس میں سوچنے لگتے ہیں۔ رزلٹ کو لے کر سوچیے تو سب سے زیادہ بے عقلی کا کام بن گیا ایٹم بم بنانا۔</w:t>
      </w:r>
    </w:p>
    <w:p>
      <w:r>
        <w:rPr>
          <w:b/>
        </w:rPr>
        <w:t xml:space="preserve">[1:28:13] </w:t>
      </w:r>
      <w:r>
        <w:t>atom bomb banao, apni economy ko tabah karo, aakhir mein kuch bhi nahi hath aaye. ab jo taqat hai, woh education mein hai, daao work mein hai, peace mein hai.</w:t>
      </w:r>
    </w:p>
    <w:p>
      <w:pPr>
        <w:jc w:val="right"/>
      </w:pPr>
      <w:r>
        <w:t>ایٹم بم بناؤ، اپنی اکانومی کو تباہ کرو، آخر میں کچھ بھی نہیں ہاتھ آئے۔ اب جو طاقت ہے، وہ ایجوکیشن میں ہے، داؤ ورک میں ہے، پیس میں ہے۔</w:t>
      </w:r>
    </w:p>
    <w:p>
      <w:r>
        <w:rPr>
          <w:b/>
        </w:rPr>
        <w:t xml:space="preserve">[1:28:24] </w:t>
      </w:r>
      <w:r>
        <w:t>yeh bilkul madness hai ke musalman agar sochein ke un ke paas atom bomb ho.</w:t>
      </w:r>
    </w:p>
    <w:p>
      <w:pPr>
        <w:jc w:val="right"/>
      </w:pPr>
      <w:r>
        <w:t>یہ بالکل میڈنس ہے کہ مسلمان اگر سوچیں کہ ان کے پاس ایٹم بم ہو۔</w:t>
      </w:r>
    </w:p>
    <w:p>
      <w:r>
        <w:rPr>
          <w:b/>
        </w:rPr>
        <w:t xml:space="preserve">[1:28:30] </w:t>
      </w:r>
      <w:r>
        <w:t>maulana, agla sawal dilli se hai muhammad ans sahib ka. unhon ne likha hai: "maulana, mein aik musalman sahib se dawat ke baray mein baat kar raha tha.</w:t>
      </w:r>
    </w:p>
    <w:p>
      <w:pPr>
        <w:jc w:val="right"/>
      </w:pPr>
      <w:r>
        <w:t>مولانا، اگلا سوال دلی سے ہے محمد انس صاحب کا۔ انہوں نے لکھا ہے: "مولانا، میں ایک مسلمان صاحب سے دعوت کے بارے میں بات کر رہا تھا۔</w:t>
      </w:r>
    </w:p>
    <w:p>
      <w:r>
        <w:rPr>
          <w:b/>
        </w:rPr>
        <w:t xml:space="preserve">[1:28:40] </w:t>
      </w:r>
      <w:r>
        <w:t>aik baat yeh reh gayi, russia ke paas atom bomb tha, jab woh toota. 75 saal ke baad jab russia ka empire toota to atom bomb maujood tha us ke paas, lekin seven states alag ho gayi, us ki khud toot gaya.</w:t>
      </w:r>
    </w:p>
    <w:p>
      <w:pPr>
        <w:jc w:val="right"/>
      </w:pPr>
      <w:r>
        <w:t>ایک بات یہ رہ گئی، رشیا کے پاس ایٹم بم تھا، جب وہ ٹوٹا۔ 75 سال کے بعد جب رشیا کا ایمپائر ٹوٹا تو ایٹم بم موجود تھا اس کے پاس، لیکن سیون اسٹیٹس الگ ہو گئی، اس کی خود ٹوٹ گیا۔</w:t>
      </w:r>
    </w:p>
    <w:p>
      <w:r>
        <w:rPr>
          <w:b/>
        </w:rPr>
        <w:t xml:space="preserve">[1:28:56] </w:t>
      </w:r>
      <w:r>
        <w:t>?</w:t>
      </w:r>
    </w:p>
    <w:p>
      <w:pPr>
        <w:jc w:val="right"/>
      </w:pPr>
      <w:r>
        <w:t>تو کیا ہوا</w:t>
      </w:r>
    </w:p>
    <w:p>
      <w:r>
        <w:rPr>
          <w:b/>
        </w:rPr>
        <w:t xml:space="preserve">[1:28:57] </w:t>
      </w:r>
      <w:r>
        <w:t>atom bomb se kya? atom bomb se kya apne empire ko baqi rakh saka? woh atom bomb se kya apne jo states thay, qabze mein thay, us ko baqi rakh saka?</w:t>
      </w:r>
    </w:p>
    <w:p>
      <w:pPr>
        <w:jc w:val="right"/>
      </w:pPr>
      <w:r>
        <w:t>؟ ایٹم بم سے کیا؟ ایٹم بم سے کیا اپنے ایمپائر کو باقی رکھ سکا؟ وہ ایٹم بم سے کیا اپنے جو اسٹیٹس تھے، قبضے میں تھے، اس کو باقی رکھ سکا؟</w:t>
      </w:r>
    </w:p>
    <w:p>
      <w:r>
        <w:rPr>
          <w:b/>
        </w:rPr>
        <w:t xml:space="preserve">[1:29:07] </w:t>
      </w:r>
      <w:r>
        <w:t>us us europe is se nikal gaya aur jo states theen, sab nikal gaein. aaj russia ki, russia jo hai, aik second class power bana hua hai.</w:t>
      </w:r>
    </w:p>
    <w:p>
      <w:pPr>
        <w:jc w:val="right"/>
      </w:pPr>
      <w:r>
        <w:t>اس اس یورپ اس سے نکل گیا اور جو اسٹیٹس تھیں، سب نکل گئیں۔ آج روس کی، روس جو ہے، ایک سیکنڈ کلاس پاور بنا ہوا ہے۔</w:t>
      </w:r>
    </w:p>
    <w:p>
      <w:r>
        <w:rPr>
          <w:b/>
        </w:rPr>
        <w:t xml:space="preserve">[1:29:16] </w:t>
      </w:r>
      <w:r>
        <w:t>second class jo to kis ko? mujhe bataiye ke jis ke paas atom bomb hai, us ko kya mila? atom bomb se kya mila? kisi ko nahi mila kuch.</w:t>
      </w:r>
    </w:p>
    <w:p>
      <w:pPr>
        <w:jc w:val="right"/>
      </w:pPr>
      <w:r>
        <w:t>سیکنڈ کلاس جو تو کس کو؟ مجھے بتائیے کہ جس کے پاس ایٹم بم ہے، اس کو کیا ملا؟ ایٹم بم سے کیا ملا؟ کسی کو نہیں ملا کچھ۔</w:t>
      </w:r>
    </w:p>
    <w:p>
      <w:r>
        <w:rPr>
          <w:b/>
        </w:rPr>
        <w:t xml:space="preserve">[1:29:28] </w:t>
      </w:r>
      <w:r>
        <w:t>to yeh bilkul mere madness hai. madness yaani be aqli bhi nahi hai, madness hai yeh sochna ke atom bomb banao. hmm, kya karein?</w:t>
      </w:r>
    </w:p>
    <w:p>
      <w:pPr>
        <w:jc w:val="right"/>
      </w:pPr>
      <w:r>
        <w:t>تو یہ بالکل میرے میڈنس ہے۔ میڈنس یعنی بے عقلی بھی نہیں ہے، میڈنس ہے یہ سوچنا کہ ایٹم بم بناؤ۔ ہمم، کیا کریں؟</w:t>
      </w:r>
    </w:p>
    <w:p>
      <w:r>
        <w:rPr>
          <w:b/>
        </w:rPr>
        <w:t xml:space="preserve">[1:29:39] </w:t>
      </w:r>
      <w:r>
        <w:t>molana, yeh sawal dilli se hai muhammad ans sahib ka. unhone likha hai: "molana, main ek musalman sahib se dawat ke bare mein baat kar raha tha ke quran ko logon tak pahunchana zaroori hai.</w:t>
      </w:r>
    </w:p>
    <w:p>
      <w:pPr>
        <w:jc w:val="right"/>
      </w:pPr>
      <w:r>
        <w:t>مولانا، یہ سوال دلی سے ہے محمد انس صاحب کا۔ انہوں نے لکھا ہے: "مولانا، میں ایک مسلمان صاحب سے دعوت کے بارے میں بات کر رہا تھا کہ قرآن کو لوگوں تک پہنچانا ضروری ہے۔</w:t>
      </w:r>
    </w:p>
    <w:p>
      <w:r>
        <w:rPr>
          <w:b/>
        </w:rPr>
        <w:t xml:space="preserve">[1:29:52] </w:t>
      </w:r>
      <w:r>
        <w:t>to unhone kaha ke quran to shia hazrat bhi parhte hain aur hum logon se zyada wahi log samajh kar parhte hain. unhone kaha ke to kya woh log sahi musalman ban gaye?</w:t>
      </w:r>
    </w:p>
    <w:p>
      <w:pPr>
        <w:jc w:val="right"/>
      </w:pPr>
      <w:r>
        <w:t>تو انہوں نے کہا کہ قرآن تو شیعہ حضرات بھی پڑھتے ہیں اور ہم لوگوں سے زیادہ وہی لوگ سمجھ کر پڑھتے ہیں۔ انہوں نے کہا کہ تو کیا وہ لوگ صحیح مسلمان بن گئے؟</w:t>
      </w:r>
    </w:p>
    <w:p>
      <w:r>
        <w:rPr>
          <w:b/>
        </w:rPr>
        <w:t xml:space="preserve">[1:30:05] </w:t>
      </w:r>
      <w:r>
        <w:t>molana, is ke bare mein batayein ke aise logon ko kya aur kis tarah samjhana chahiye? dekhiye, yeh sab apne dimagh se sochna hai.</w:t>
      </w:r>
    </w:p>
    <w:p>
      <w:pPr>
        <w:jc w:val="right"/>
      </w:pPr>
      <w:r>
        <w:t>مولانا، اس کے بارے میں بتائیں کہ ایسے لوگوں کو کیا اور کس طرح سمجھانا چاہیے؟ دیکھیے، یہ سب اپنے دماغ سے سوچنا ہے۔</w:t>
      </w:r>
    </w:p>
    <w:p>
      <w:r>
        <w:rPr>
          <w:b/>
        </w:rPr>
        <w:t xml:space="preserve">[1:30:14] </w:t>
      </w:r>
      <w:r>
        <w:t>apne dimagh se sochna kufar hai, kufar ya shaitani</w:t>
      </w:r>
    </w:p>
    <w:p>
      <w:pPr>
        <w:jc w:val="right"/>
      </w:pPr>
      <w:r>
        <w:t>اپنے دماغ سے سوچنا کفر ہے، کفر یا شیطانی</w:t>
      </w:r>
    </w:p>
    <w:p>
      <w:r>
        <w:rPr>
          <w:b/>
        </w:rPr>
        <w:t xml:space="preserve">[1:30:19] </w:t>
      </w:r>
      <w:r>
        <w:t>pan hai. yeh shaitan ne apne dimagh socha to Allah ke mukhalif ban gaya. woh nahi, quran ke dimagh socheye. aap apne dimagh sochna shaitani soch hai.</w:t>
      </w:r>
    </w:p>
    <w:p>
      <w:pPr>
        <w:jc w:val="right"/>
      </w:pPr>
      <w:r>
        <w:t>پن ہے۔ یہ شیطان نے اپنے دماغ سوچا تو اللہ کے مخالف بن گیا۔ وہ نہیں، قرآن کے دماغ سوچیے۔ آپ اپنے دماغ سوچنا شیطانی سوچ ہے۔</w:t>
      </w:r>
    </w:p>
    <w:p>
      <w:r>
        <w:rPr>
          <w:b/>
        </w:rPr>
        <w:t xml:space="preserve">[1:30:30] </w:t>
      </w:r>
      <w:r>
        <w:t>yeh quran se socheye to kya likha hai quran mein? fadhakkar innama anta mudhakkir. lasta alaihim bimusaitir. illaa man tawalla wa kafara fayu'adhdhibuhullahu al-adhab al-akbar. innana ilayna iyabahum thumma inna alayna hisabahum</w:t>
      </w:r>
    </w:p>
    <w:p>
      <w:pPr>
        <w:jc w:val="right"/>
      </w:pPr>
      <w:r>
        <w:t>یہ قرآن سے سوچیے تو کیا لکھا ہے قرآن میں؟ فذکر انما انت مذکر لست علیہ بمساتر الا من تولی وكفر فیض اللہ العذاب الاكبر وین اعلان عیابہ ثم علینا حسابہ</w:t>
      </w:r>
    </w:p>
    <w:p>
      <w:r>
        <w:rPr>
          <w:b/>
        </w:rPr>
        <w:t xml:space="preserve">[1:30:49] </w:t>
      </w:r>
      <w:r>
        <w:t>is ka matlab hai ke Allah taala ne farmaya rasool Allah salallaho alaihi wasallam se ke tum logon ko baat pahunchate raho, yaad dehani karte raho.</w:t>
      </w:r>
    </w:p>
    <w:p>
      <w:pPr>
        <w:jc w:val="right"/>
      </w:pPr>
      <w:r>
        <w:t>اس کا مطلب ہے کہ اللہ تعالی نے فرمایا رسول اللہ صلی اللہ علیہ وسلم سے کہ تم لوگوں کو بات پہنچاتے رہو، یاد دہانی کرتے رہو۔</w:t>
      </w:r>
    </w:p>
    <w:p>
      <w:r>
        <w:rPr>
          <w:b/>
        </w:rPr>
        <w:t xml:space="preserve">[1:30:58] </w:t>
      </w:r>
      <w:r>
        <w:t>tum logon ke upar darogha nahi ho, matlab tum koi power nahi, koi badal dalo, un ko is ki fikr mat karo. tum pahuncha do, baqi mamla Allah taala ka hai, woh akhirat mein is ka hisab le ga.</w:t>
      </w:r>
    </w:p>
    <w:p>
      <w:pPr>
        <w:jc w:val="right"/>
      </w:pPr>
      <w:r>
        <w:t>تم لوگوں کے اوپر داروغہ نہیں ہو، مطلب تم کوئی پاور نہیں، کوئی بدل ڈالو، ان کو اس کی فکر مت کرو۔ تم پہنچا دو، باقی معاملہ اللہ تعالی کا ہے، وہ آخرت میں اس کا حساب لے گا۔</w:t>
      </w:r>
    </w:p>
    <w:p>
      <w:r>
        <w:rPr>
          <w:b/>
        </w:rPr>
        <w:t xml:space="preserve">[1:31:12] </w:t>
      </w:r>
      <w:r>
        <w:t>to yeh yeh sab jhooti soch hai. hamara kaam hai pahunchana, pahunchana, peh</w:t>
      </w:r>
    </w:p>
    <w:p>
      <w:pPr>
        <w:jc w:val="right"/>
      </w:pPr>
      <w:r>
        <w:t>تو یہ یہ سب جھوٹی سوچ ہے۔ ہمارا کام ہے پہنچانا، پہنچانا، پہن</w:t>
      </w:r>
    </w:p>
    <w:p>
      <w:r>
        <w:rPr>
          <w:b/>
        </w:rPr>
        <w:t xml:space="preserve">[1:31:17] </w:t>
      </w:r>
      <w:r>
        <w:t>chana. baqi amal Allah taala ka hai. agar hum ne pahuncha diya to is ke baad jo doosra kaam hai, woh Allah taala ka kaam hai. that is yaani that is demand of, that is domain of god.</w:t>
      </w:r>
    </w:p>
    <w:p>
      <w:pPr>
        <w:jc w:val="right"/>
      </w:pPr>
      <w:r>
        <w:t>چانا۔ باقی عمل اللہ تعالی کا ہے۔ اگر ہم نے پہنچا دیا تو اس کے بعد جو دوسرا کام ہے، وہ اللہ تعالی کا کام ہے۔ دیٹ از یعنی دیٹ از ڈیمانڈ اف، دیٹ از ڈومین اف گاڈ۔</w:t>
      </w:r>
    </w:p>
    <w:p>
      <w:r>
        <w:rPr>
          <w:b/>
        </w:rPr>
        <w:t xml:space="preserve">[1:31:29] </w:t>
      </w:r>
      <w:r>
        <w:t>sare musalmanon ka mamla hai ke Khuda ke domain mein ja kar sochna chahte hain aur apna jo kaam hai, us ko bhule hue hain.</w:t>
      </w:r>
    </w:p>
    <w:p>
      <w:pPr>
        <w:jc w:val="right"/>
      </w:pPr>
      <w:r>
        <w:t>سارے مسلمانوں کا معاملہ ہے کہ خدا کے ڈومین میں جا کر سوچنا چاہتے ہیں اور اپنا جو کام ہے، اس کو بھولے ہوئے ہیں۔</w:t>
      </w:r>
    </w:p>
    <w:p>
      <w:r>
        <w:rPr>
          <w:b/>
        </w:rPr>
        <w:t xml:space="preserve">[1:31:39] </w:t>
      </w:r>
      <w:r>
        <w:t>baharhal, yeh bilkul galat soch hai.</w:t>
      </w:r>
    </w:p>
    <w:p>
      <w:pPr>
        <w:jc w:val="right"/>
      </w:pPr>
      <w:r>
        <w:t>بہرحال، یہ بالکل غلط سوچ ہے۔</w:t>
      </w:r>
    </w:p>
    <w:p>
      <w:r>
        <w:rPr>
          <w:b/>
        </w:rPr>
        <w:t xml:space="preserve">[1:31:42] </w:t>
      </w:r>
      <w:r>
        <w:t>yeh shia ki baat hai, na sunni ki baat hai, na hindu ki baat hai, na muslim ki baat hai. asal baat yeh hai ke jis ko yeh ehsas ho ke quran Allah ka kalam hai aur woh hai li'l 'alamina nazeera. matloob hai yaani har har ek ko pahunchana to humein pahunchana hai, pahunchana hai, pahunchana hai aur dua karna hai.</w:t>
      </w:r>
    </w:p>
    <w:p>
      <w:pPr>
        <w:jc w:val="right"/>
      </w:pPr>
      <w:r>
        <w:t>یہ شیعہ کی بات ہے، نہ سنی کی بات ہے، نہ ہندو کی بات ہے، نہ مسلم کی بات ہے۔ اصل بات یہ ہے کہ جس کو یہ احساس ہو کہ قرآن اللہ کا کلام ہے اور وہ ہے لیکون للعالمین نظیرہ مطلوب ہے یعنی ہر ہر ایک کو پہنچانا تو ہمیں پہنچانا ہے، پہنچانا ہے، پہنچانا ہے اور دعا کرنا ہے۔</w:t>
      </w:r>
    </w:p>
    <w:p>
      <w:r>
        <w:rPr>
          <w:b/>
        </w:rPr>
        <w:t xml:space="preserve">[1:32:02] </w:t>
      </w:r>
      <w:r>
        <w:t>pahunchane ke baad jo kaam aap ka hai, woh dua karna hai. yeh sab sochna nahi hai.</w:t>
      </w:r>
    </w:p>
    <w:p>
      <w:pPr>
        <w:jc w:val="right"/>
      </w:pPr>
      <w:r>
        <w:t>پہنچانے کے بعد جو کام آپ کا ہے، وہ دعا کرنا ہے۔ یہ سب سوچنا نہیں ہے۔</w:t>
      </w:r>
    </w:p>
    <w:p>
      <w:r>
        <w:rPr>
          <w:b/>
        </w:rPr>
        <w:t xml:space="preserve">[1:32:09] </w:t>
      </w:r>
      <w:r>
        <w:t>dawat aur dua, dawat aur dua, bas yahi hamari zimmedari hai. molana, agla sawal dhampur se hai mehtab ahmad sahib ka.</w:t>
      </w:r>
    </w:p>
    <w:p>
      <w:pPr>
        <w:jc w:val="right"/>
      </w:pPr>
      <w:r>
        <w:t>دعوت اور دعا، دعوت اور دعا، بس یہی ہماری ذمہ داری ہے۔ مولانا، اگلا سوال دھامپور سے ہے مہتاب احمد صاحب کا۔</w:t>
      </w:r>
    </w:p>
    <w:p>
      <w:r>
        <w:rPr>
          <w:b/>
        </w:rPr>
        <w:t xml:space="preserve">[1:32:19] </w:t>
      </w:r>
      <w:r>
        <w:t>unhone likha hai: "molana sahib! what is the easy formula of doing the dawah work?"</w:t>
      </w:r>
    </w:p>
    <w:p>
      <w:pPr>
        <w:jc w:val="right"/>
      </w:pPr>
      <w:r>
        <w:t>انہوں نے لکھا ہے: "مولانا صاحب! واٹ از دا ایزی فارمولا اف ڈوئنگ داوا ورک؟"</w:t>
      </w:r>
    </w:p>
    <w:p>
      <w:r>
        <w:rPr>
          <w:b/>
        </w:rPr>
        <w:t xml:space="preserve">[1:32:35] </w:t>
      </w:r>
      <w:r>
        <w:t>dekhiye, formula to ek hi hai: jo ilm aap ke paas Allah ka hai, us ko pahunchayein, chahe bol kar ya kitab ki shakal mein, aur jitna aap ke bas mein ho.</w:t>
      </w:r>
    </w:p>
    <w:p>
      <w:pPr>
        <w:jc w:val="right"/>
      </w:pPr>
      <w:r>
        <w:t>دیکھیے، فارمولا تو ایک ہی ہے: جو علم آپ کے پاس اللہ کا ہے، اس کو پہنچائیں، چاہے بول کر یا کتاب کی شکل میں، اور جتنا آپ کے بس میں ہو۔</w:t>
      </w:r>
    </w:p>
    <w:p>
      <w:r>
        <w:rPr>
          <w:b/>
        </w:rPr>
        <w:t xml:space="preserve">[1:32:51] </w:t>
      </w:r>
      <w:r>
        <w:t>atqullaha masta ta'tum yaani itna kaam karo jo tumhare bas mein hai. to bol kar agar hum samajhte hain ke effective tor par bata sakte hain, to bol kar batayein,</w:t>
      </w:r>
    </w:p>
    <w:p>
      <w:pPr>
        <w:jc w:val="right"/>
      </w:pPr>
      <w:r>
        <w:t>اتقوا اللہ واستطاعتكم یعنی اتنا کام کرو جو تمہارے بس میں ہے۔ تو بول کر اگر ہم سمجھتے ہیں کہ ایفیکٹیو طور پر بتا سکتے ہیں، تو بول کر بتائیں،</w:t>
      </w:r>
    </w:p>
    <w:p>
      <w:r>
        <w:rPr>
          <w:b/>
        </w:rPr>
        <w:t xml:space="preserve">[1:33:04] </w:t>
      </w:r>
      <w:r>
        <w:t>nahi to aap kitab pahunchayein, quran pahunchayein. to is ka faisla hoga halaat se, yaani hamari kya capacity hai, halaat kya hain, un ke lehaz se jo hamare bas mein effective tareeqa hai, effective,</w:t>
      </w:r>
    </w:p>
    <w:p>
      <w:pPr>
        <w:jc w:val="right"/>
      </w:pPr>
      <w:r>
        <w:t>نہیں تو آپ کتاب پہنچائیں، قرآن پہنچائیں۔ تو اس کا فیصلہ ہوگا حالات سے، یعنی ہماری کیا کپیسٹی ہے، حالات کیا ہیں، ان کے لحاظ سے جو ہمارے بس میں ایفیکٹیو طریقہ ہے، ایفیکٹیو،</w:t>
      </w:r>
    </w:p>
    <w:p>
      <w:r>
        <w:rPr>
          <w:b/>
        </w:rPr>
        <w:t xml:space="preserve">[1:33:20] </w:t>
      </w:r>
      <w:r>
        <w:t>woh hamein karna chahiye. yeh aadmi khud samajh sakta hai ke main kis aitbar se zyada effective ho sakta hoon, zyada moassar ho sakta hoon.</w:t>
      </w:r>
    </w:p>
    <w:p>
      <w:pPr>
        <w:jc w:val="right"/>
      </w:pPr>
      <w:r>
        <w:t>وہ ہمیں کرنا چاہیے۔ یہ آدمی خود سمجھ سکتا ہے کہ میں کس اعتبار سے زیادہ ایفیکٹیو ہو سکتا ہوں، زیادہ موثر ہو سکتا ہوں۔</w:t>
      </w:r>
    </w:p>
    <w:p>
      <w:r>
        <w:rPr>
          <w:b/>
        </w:rPr>
        <w:t xml:space="preserve">[1:33:29] </w:t>
      </w:r>
      <w:r>
        <w:t>to apni samajh se jis cheez ko samjhe ke yeh mere liye effective dawah work hai, woh kare aadmi aur jitna bas mein ho, utna kare. yeh aadmi khud faisla kar sakta hai, yaani dawi khud faisla kar sakta hai.</w:t>
      </w:r>
    </w:p>
    <w:p>
      <w:pPr>
        <w:jc w:val="right"/>
      </w:pPr>
      <w:r>
        <w:t>تو اپنی سمجھ سے جس چیز کو سمجھے کہ یہ میرے لیے ایفیکٹیو داؤ ورک ہے، وہ کرے آدمی اور جتنا بس میں ہو، اتنا کرے۔ یہ آدمی خود فیصلہ کر سکتا ہے، یعنی داعی خود فیصلہ کر سکتا ہے۔</w:t>
      </w:r>
    </w:p>
    <w:p>
      <w:r>
        <w:rPr>
          <w:b/>
        </w:rPr>
        <w:t xml:space="preserve">[1:33:46] </w:t>
      </w:r>
      <w:r>
        <w:t>molana, agla sawal lene se pehle ek comment padhna chahenge jo doha, qatar se aaya hai molana abdul basit umri sahib ka</w:t>
      </w:r>
    </w:p>
    <w:p>
      <w:pPr>
        <w:jc w:val="right"/>
      </w:pPr>
      <w:r>
        <w:t>مولانا، اگلا سوال لینے سے پہلے ایک کمنٹ پڑھنا چاہیں گے جو دوحہ، قطر سے آیا ہے مولانا عبدالباسط عمری صاحب کا</w:t>
      </w:r>
    </w:p>
    <w:p>
      <w:r>
        <w:rPr>
          <w:b/>
        </w:rPr>
        <w:t xml:space="preserve">[1:33:54] </w:t>
      </w:r>
      <w:r>
        <w:t>. unhone likha hai: "molana! aaj aap ki ek baat ne mujhe bechain kar diya. is baat ko sunne ke baad se sirf is intezar mein hoon ke kab class khatm ho aur main Khuda se fehm-e-quran mangne lag jaon.</w:t>
      </w:r>
    </w:p>
    <w:p>
      <w:pPr>
        <w:jc w:val="right"/>
      </w:pPr>
      <w:r>
        <w:t>۔ انہوں نے لکھا ہے: "مولانا! آج آپ کی ایک بات نے مجھے بے چین کر دیا۔ اس بات کو سننے کے بعد سے صرف اس انتظار میں ہوں کہ کب کلاس ختم ہو اور میں خدا سے فہم قرآن مانگنے لگ جاؤں۔</w:t>
      </w:r>
    </w:p>
    <w:p>
      <w:r>
        <w:rPr>
          <w:b/>
        </w:rPr>
        <w:t xml:space="preserve">[1:34:11] </w:t>
      </w:r>
      <w:r>
        <w:t>woh baat yeh hai ke hum quran ke author se 24 ghante baat kar sakte hain aur quran ke author se zyada kaun hamein acha bata sakta hai?"</w:t>
      </w:r>
    </w:p>
    <w:p>
      <w:pPr>
        <w:jc w:val="right"/>
      </w:pPr>
      <w:r>
        <w:t>وہ بات یہ ہے کہ ہم قرآن کے آتھر سے 24 گھنٹے بات کر سکتے ہیں اور قرآن کے آتھر سے زیادہ کون ہمیں اچھا بتا سکتا ہے؟"</w:t>
      </w:r>
    </w:p>
    <w:p>
      <w:r>
        <w:rPr>
          <w:b/>
        </w:rPr>
        <w:t xml:space="preserve">[1:34:23] </w:t>
      </w:r>
      <w:r>
        <w:t>masha allah, bhai! class ke douran bhi kar sakte hain aap,</w:t>
      </w:r>
    </w:p>
    <w:p>
      <w:pPr>
        <w:jc w:val="right"/>
      </w:pPr>
      <w:r>
        <w:t>ماشاءاللہ، بھئی! کلاس کے دوران بھی کر سکتے ہیں آپ،</w:t>
      </w:r>
    </w:p>
    <w:p>
      <w:r>
        <w:rPr>
          <w:b/>
        </w:rPr>
        <w:t xml:space="preserve">[1:34:31] </w:t>
      </w:r>
      <w:r>
        <w:t>kyunke dekhiye, hadith mein aata hai ke يناجي ربہ yani allah se whisper ke roop mein baat hoti hai.</w:t>
      </w:r>
    </w:p>
    <w:p>
      <w:pPr>
        <w:jc w:val="right"/>
      </w:pPr>
      <w:r>
        <w:t>کیونکہ دیکھیے، حدیث میں آتا ہے کہ يناجي ربہ یعنی اللہ سے وسپر کے روپ میں بات ہوتی ہے۔</w:t>
      </w:r>
    </w:p>
    <w:p>
      <w:r>
        <w:rPr>
          <w:b/>
        </w:rPr>
        <w:t xml:space="preserve">[1:34:41] </w:t>
      </w:r>
      <w:r>
        <w:t>يناجي ربہ ke maani hain whisper ke roop mein baat karna. to aap class ho rahi ho, tab bhi whisper aap ka chal sakta hai. allah se contact bana sakte hain aap.</w:t>
      </w:r>
    </w:p>
    <w:p>
      <w:pPr>
        <w:jc w:val="right"/>
      </w:pPr>
      <w:r>
        <w:t>يناجي ربہ کے معنی ہیں وسپر کے روپ میں بات کرنا۔ تو آپ کلاس ہو رہی ہو، تب بھی وسپر آپ کا چل سکتا ہے۔ اللہ سے کنٹیکٹ بنا سکتے ہیں آپ۔</w:t>
      </w:r>
    </w:p>
    <w:p>
      <w:r>
        <w:rPr>
          <w:b/>
        </w:rPr>
        <w:t xml:space="preserve">[1:34:51] </w:t>
      </w:r>
      <w:r>
        <w:t>to koi lamha aisa nahi hai jab ke aap allah se yani contact na kar sakte hon, kyunke woh to whisper ke roop mein hota hai.</w:t>
      </w:r>
    </w:p>
    <w:p>
      <w:pPr>
        <w:jc w:val="right"/>
      </w:pPr>
      <w:r>
        <w:t>تو کوئی لمحہ ایسا نہیں ہے جب کہ آپ اللہ سے یعنی کنٹیکٹ نہ کر سکتے ہوں، کیونکہ وہ تو وسپر کے روپ میں ہوتا ہے۔</w:t>
      </w:r>
    </w:p>
    <w:p>
      <w:r>
        <w:rPr>
          <w:b/>
        </w:rPr>
        <w:t xml:space="preserve">[1:35:00] </w:t>
      </w:r>
      <w:r>
        <w:t>whisper har waqt chal sakti hai.</w:t>
      </w:r>
    </w:p>
    <w:p>
      <w:pPr>
        <w:jc w:val="right"/>
      </w:pPr>
      <w:r>
        <w:t>وسپر ہر وقت چل سکتی ہے۔</w:t>
      </w:r>
    </w:p>
    <w:p>
      <w:r>
        <w:rPr>
          <w:b/>
        </w:rPr>
        <w:t xml:space="preserve">[1:35:05] </w:t>
      </w:r>
      <w:r>
        <w:t>maulana, agla sawal dilli se hai doctor tahir mustafa sahab ka. unhon ne likha hai: "There is a common belief, especially among Hindus, that one gets reward for his doings, good or bad, in this world only.</w:t>
      </w:r>
    </w:p>
    <w:p>
      <w:pPr>
        <w:jc w:val="right"/>
      </w:pPr>
      <w:r>
        <w:t>مولانا، اگلا سوال دلی سے ہے ڈاکٹر طاہ مصطفی صاحب کا۔ انہوں نے لکھا ہے: "There is a common belief, especially among Hindus, that one gets reward for his doings, good or bad, in this world only.</w:t>
      </w:r>
    </w:p>
    <w:p>
      <w:r>
        <w:rPr>
          <w:b/>
        </w:rPr>
        <w:t xml:space="preserve">[1:35:21] </w:t>
      </w:r>
      <w:r>
        <w:t>What is the Islamic viewpoint about it?"</w:t>
      </w:r>
    </w:p>
    <w:p>
      <w:pPr>
        <w:jc w:val="right"/>
      </w:pPr>
      <w:r>
        <w:t>What is the Islamic viewpoint about it?"</w:t>
      </w:r>
    </w:p>
    <w:p>
      <w:r>
        <w:rPr>
          <w:b/>
        </w:rPr>
        <w:t xml:space="preserve">[1:35:28] </w:t>
      </w:r>
      <w:r>
        <w:t>nahi, dekhiye, yeh hindu dharm ka yeh bhi nazariya nahi jo aap keh rahe hain, sahi nahi hai. mere nazdeek hindu dharm mein to punarjanm hai, yeh nahi hai sahi.</w:t>
      </w:r>
    </w:p>
    <w:p>
      <w:pPr>
        <w:jc w:val="right"/>
      </w:pPr>
      <w:r>
        <w:t>نہیں، دیکھیے، یہ ہندو دھرم کا یہ بھی نظریہ نہیں جو آپ کہہ رہے ہیں، صحیح نہیں ہے۔ میرے نزدیک ہندو دھرم میں تو پنرجنم ہے، یہ نہیں ہے صحیح۔</w:t>
      </w:r>
    </w:p>
    <w:p>
      <w:r>
        <w:rPr>
          <w:b/>
        </w:rPr>
        <w:t xml:space="preserve">[1:35:36] </w:t>
      </w:r>
      <w:r>
        <w:t>yeh shukr log aisa kehte honge,</w:t>
      </w:r>
    </w:p>
    <w:p>
      <w:pPr>
        <w:jc w:val="right"/>
      </w:pPr>
      <w:r>
        <w:t>یہ شکر لوگ ایسا کہتے ہوں گے،</w:t>
      </w:r>
    </w:p>
    <w:p>
      <w:r>
        <w:rPr>
          <w:b/>
        </w:rPr>
        <w:t xml:space="preserve">[1:35:39] </w:t>
      </w:r>
      <w:r>
        <w:t>kisi bhi dharm mein yeh baat nahi hai. lekin jahan tak islam ki baat hai, islam mein dekhiye, yeh baat saaf hai ke allah taala ne ek farq kar rakha hai: pre death period aur post death period.</w:t>
      </w:r>
    </w:p>
    <w:p>
      <w:pPr>
        <w:jc w:val="right"/>
      </w:pPr>
      <w:r>
        <w:t>کسی بھی دھرم میں یہ بات نہیں ہے۔ لیکن جہاں تک اسلام کی بات ہے، اسلام میں دیکھیے، یہ بات صاف ہے کہ اللہ تعالی نے ایک فرق کر رکھا ہے: پری ڈیتھ پیریڈ اور پوسٹ ڈیتھ پیریڈ۔</w:t>
      </w:r>
    </w:p>
    <w:p>
      <w:r>
        <w:rPr>
          <w:b/>
        </w:rPr>
        <w:t xml:space="preserve">[1:35:53] </w:t>
      </w:r>
      <w:r>
        <w:t>pre death period jo hai, woh testing period hai aur post death period jo hai, woh reward period hai. yahan par amal karna hai, wahan par jaza paana hai.</w:t>
      </w:r>
    </w:p>
    <w:p>
      <w:pPr>
        <w:jc w:val="right"/>
      </w:pPr>
      <w:r>
        <w:t>پری ڈیتھ پیریڈ جو ہے، وہ ٹیسٹنگ پیریڈ ہے اور پوسٹ ڈیتھ پیریڈ جو ہے، وہ ریوارڈ پیریڈ ہے۔ یہاں پر عمل کرنا ہے، وہاں پر جزا پانا ہے۔</w:t>
      </w:r>
    </w:p>
    <w:p>
      <w:r>
        <w:rPr>
          <w:b/>
        </w:rPr>
        <w:t xml:space="preserve">[1:36:03] </w:t>
      </w:r>
      <w:r>
        <w:t>yeh islam ka tareeqa hai.</w:t>
      </w:r>
    </w:p>
    <w:p>
      <w:pPr>
        <w:jc w:val="right"/>
      </w:pPr>
      <w:r>
        <w:t>یہ اسلام کا طریقہ ہے۔</w:t>
      </w:r>
    </w:p>
    <w:p>
      <w:r>
        <w:rPr>
          <w:b/>
        </w:rPr>
        <w:t xml:space="preserve">[1:36:06] </w:t>
      </w:r>
      <w:r>
        <w:t>baqi jo unhon ne kaha hai, woh mere nazdeek kisi mazhab mein nahi hai. secular logon ka nazariya albatta ho sakta hai aisa.</w:t>
      </w:r>
    </w:p>
    <w:p>
      <w:pPr>
        <w:jc w:val="right"/>
      </w:pPr>
      <w:r>
        <w:t>باقی جو انہوں نے کہا ہے، وہ میرے نزدیک کسی مذہب میں نہیں ہے۔ سیکولر لوگوں کا نظریہ البتہ ہو سکتا ہے ایسا۔</w:t>
      </w:r>
    </w:p>
    <w:p>
      <w:r>
        <w:rPr>
          <w:b/>
        </w:rPr>
        <w:t xml:space="preserve">[1:36:17] </w:t>
      </w:r>
      <w:r>
        <w:t>maulana, agla sawal dilli se hai doctor pradhan ne kiya hai. unhon ne aapse poocha hai ke "How can we save us from distractions?" is ke baray mein batayen.</w:t>
      </w:r>
    </w:p>
    <w:p>
      <w:pPr>
        <w:jc w:val="right"/>
      </w:pPr>
      <w:r>
        <w:t>مولانا، اگلا سوال دلی سے ہے ڈاکٹر پردھان نے کیا ہے۔ انہوں نے آپ سے پوچھا ہے کہ "How can we save us from distractions?" اس کے بارے میں بتائیں۔</w:t>
      </w:r>
    </w:p>
    <w:p>
      <w:r>
        <w:rPr>
          <w:b/>
        </w:rPr>
        <w:t xml:space="preserve">[1:36:29] </w:t>
      </w:r>
      <w:r>
        <w:t>bas dua, mein sirf sab se samajhta hoon ke sab se powerful cheez dua hai.</w:t>
      </w:r>
    </w:p>
    <w:p>
      <w:pPr>
        <w:jc w:val="right"/>
      </w:pPr>
      <w:r>
        <w:t>بس دعا، میں صرف سب سے سمجھتا ہوں کہ سب سے پاورفل چیز دعا ہے۔</w:t>
      </w:r>
    </w:p>
    <w:p>
      <w:r>
        <w:rPr>
          <w:b/>
        </w:rPr>
        <w:t xml:space="preserve">[1:36:38] </w:t>
      </w:r>
      <w:r>
        <w:t>hazrat masih ne exas ko is tarah ki baatein kahin to is aadmi ne hazrat masih se kaha ke yeh insaan se to ho nahi sakta.</w:t>
      </w:r>
    </w:p>
    <w:p>
      <w:pPr>
        <w:jc w:val="right"/>
      </w:pPr>
      <w:r>
        <w:t>حضرت مسیح نے ایکساس کو اس طرح کی باتیں کہیں تو اس آدمی نے حضرت مسیح سے کہا کہ یہ انسان سے تو ہو نہیں سکتا۔</w:t>
      </w:r>
    </w:p>
    <w:p>
      <w:r>
        <w:rPr>
          <w:b/>
        </w:rPr>
        <w:t xml:space="preserve">[1:36:51] </w:t>
      </w:r>
      <w:r>
        <w:t>yeh to hazrat masih ne kaha ke insaan se nahi ho sakta, bara khuda se ho sakta hai. yeh bohat ajeeb baat hai ke insaan se nahi ho sakta, bara khuda se ho sakta hai.</w:t>
      </w:r>
    </w:p>
    <w:p>
      <w:pPr>
        <w:jc w:val="right"/>
      </w:pPr>
      <w:r>
        <w:t>یہ تو حضرت مسیح نے کہا کہ انسان سے نہیں ہو سکتا، برا خدا سے ہو سکتا ہے۔ یہ بہت عجیب بات ہے کہ انسان سے نہیں ہو سکتا، برا خدا سے ہو سکتا ہے۔</w:t>
      </w:r>
    </w:p>
    <w:p>
      <w:r>
        <w:rPr>
          <w:b/>
        </w:rPr>
        <w:t xml:space="preserve">[1:37:03] </w:t>
      </w:r>
      <w:r>
        <w:t>woh to jahan mein helpless hoon, wahan woh allah se dua karoon</w:t>
      </w:r>
    </w:p>
    <w:p>
      <w:pPr>
        <w:jc w:val="right"/>
      </w:pPr>
      <w:r>
        <w:t>وہ تو جہاں میں ہیلپ لیس ہوں، وہاں وہ اللہ سے دعا کروں</w:t>
      </w:r>
    </w:p>
    <w:p>
      <w:r>
        <w:rPr>
          <w:b/>
        </w:rPr>
        <w:t xml:space="preserve">[1:37:09] </w:t>
      </w:r>
      <w:r>
        <w:t>to meri meri kami ko allah poora kar dega, mere helplessness ko ki talafi kar dega. yahi sahi tareeqa hai.</w:t>
      </w:r>
    </w:p>
    <w:p>
      <w:pPr>
        <w:jc w:val="right"/>
      </w:pPr>
      <w:r>
        <w:t>تو میری میری کمی کو اللہ پورا کر دے گا، میرے ہیلپ لیسنس کو کی تلافی کر دے گا۔ یہی صحیح طریقہ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