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Build A Strong Personality June 14, 2008</w:t>
      </w:r>
    </w:p>
    <w:p>
      <w:r>
        <w:t>https://youtu.be/CEzRHSVoQlI</w:t>
      </w:r>
    </w:p>
    <w:p>
      <w:r>
        <w:rPr>
          <w:b/>
        </w:rPr>
        <w:t xml:space="preserve">[00:13] </w:t>
      </w:r>
      <w:r>
        <w:t>bismillah hir rahman nir rahim, wa salla allah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 al uqdata min lisani yafqahu qawli.</w:t>
      </w:r>
    </w:p>
    <w:p>
      <w:pPr>
        <w:jc w:val="right"/>
      </w:pPr>
      <w:r>
        <w:t>واحل العقدۃ من لسانی یفقہ قولی۔</w:t>
      </w:r>
    </w:p>
    <w:p>
      <w:r>
        <w:rPr>
          <w:b/>
        </w:rPr>
        <w:t xml:space="preserve">[00:35] </w:t>
      </w:r>
      <w:r>
        <w:t>aaj ka topic hai</w:t>
      </w:r>
    </w:p>
    <w:p>
      <w:pPr>
        <w:jc w:val="right"/>
      </w:pPr>
      <w:r>
        <w:t>آج کا ٹاپک ہے</w:t>
      </w:r>
    </w:p>
    <w:p>
      <w:r>
        <w:rPr>
          <w:b/>
        </w:rPr>
        <w:t xml:space="preserve">[00:41] </w:t>
      </w:r>
      <w:r>
        <w:t>"How to build a strong personality",</w:t>
      </w:r>
    </w:p>
    <w:p>
      <w:pPr>
        <w:jc w:val="right"/>
      </w:pPr>
      <w:r>
        <w:t>"How to build a strong personality"،</w:t>
      </w:r>
    </w:p>
    <w:p>
      <w:r>
        <w:rPr>
          <w:b/>
        </w:rPr>
        <w:t xml:space="preserve">[00:49] </w:t>
      </w:r>
      <w:r>
        <w:t>yani mazboot shakhsiyat ki taameer.</w:t>
      </w:r>
    </w:p>
    <w:p>
      <w:pPr>
        <w:jc w:val="right"/>
      </w:pPr>
      <w:r>
        <w:t>یعنی مضبوط شخصیت کی تعمیر۔</w:t>
      </w:r>
    </w:p>
    <w:p>
      <w:r>
        <w:rPr>
          <w:b/>
        </w:rPr>
        <w:t xml:space="preserve">[00:59] </w:t>
      </w:r>
      <w:r>
        <w:t>yeh theme mujhe is tarah, yeh theme is tarah mere mind mein aayi ke maine ek hadith padhi.</w:t>
      </w:r>
    </w:p>
    <w:p>
      <w:pPr>
        <w:jc w:val="right"/>
      </w:pPr>
      <w:r>
        <w:t>یہ تھیم مجھے اس طرح، یہ تھیم اس طرح میرے مائنڈ میں آئی کہ میں نے ایک حدیث پڑھی۔</w:t>
      </w:r>
    </w:p>
    <w:p>
      <w:r>
        <w:rPr>
          <w:b/>
        </w:rPr>
        <w:t xml:space="preserve">[01:11] </w:t>
      </w:r>
      <w:r>
        <w:t>ek hadith hai, is mein bohat important baat kahi gayi hai, aur is ka talluq isi theme se hai.</w:t>
      </w:r>
    </w:p>
    <w:p>
      <w:pPr>
        <w:jc w:val="right"/>
      </w:pPr>
      <w:r>
        <w:t>ایک حدیث ہے، اس میں بہت امپورٹنٹ بات کہی گئی ہے، اور اس کا تعلق اسی تھیم سے ہے۔</w:t>
      </w:r>
    </w:p>
    <w:p>
      <w:r>
        <w:rPr>
          <w:b/>
        </w:rPr>
        <w:t xml:space="preserve">[01:20] </w:t>
      </w:r>
      <w:r>
        <w:t>woh hadith, yaani peghambar e islam ka</w:t>
      </w:r>
    </w:p>
    <w:p>
      <w:pPr>
        <w:jc w:val="right"/>
      </w:pPr>
      <w:r>
        <w:t>وہ حدیث، یعنی پیغمبر اسلام کا</w:t>
      </w:r>
    </w:p>
    <w:p>
      <w:r>
        <w:rPr>
          <w:b/>
        </w:rPr>
        <w:t xml:space="preserve">[01:25] </w:t>
      </w:r>
      <w:r>
        <w:t>qoul, is tarah hai ke "la yablug al-abd an yakoon min al-muttaqeen hattaida mala bas bihi, hadar lima bi bas" .</w:t>
      </w:r>
    </w:p>
    <w:p>
      <w:pPr>
        <w:jc w:val="right"/>
      </w:pPr>
      <w:r>
        <w:t>قول، اس طرح ہے کہ "لا یبلغ العبد أن يكون من المتقين حتىیدا مالا باس به، حضر لما به باس" ۔</w:t>
      </w:r>
    </w:p>
    <w:p>
      <w:r>
        <w:rPr>
          <w:b/>
        </w:rPr>
        <w:t xml:space="preserve">[01:42] </w:t>
      </w:r>
      <w:r>
        <w:t>y</w:t>
      </w:r>
    </w:p>
    <w:p>
      <w:pPr>
        <w:jc w:val="right"/>
      </w:pPr>
      <w:r>
        <w:t>ی</w:t>
      </w:r>
    </w:p>
    <w:p>
      <w:r>
        <w:rPr>
          <w:b/>
        </w:rPr>
        <w:t xml:space="preserve">[01:43] </w:t>
      </w:r>
      <w:r>
        <w:t>ani koi insan</w:t>
      </w:r>
    </w:p>
    <w:p>
      <w:pPr>
        <w:jc w:val="right"/>
      </w:pPr>
      <w:r>
        <w:t>عنی کوئی انسان</w:t>
      </w:r>
    </w:p>
    <w:p>
      <w:r>
        <w:rPr>
          <w:b/>
        </w:rPr>
        <w:t xml:space="preserve">[01:49] </w:t>
      </w:r>
      <w:r>
        <w:t>baais insan nahi ban sakta.</w:t>
      </w:r>
    </w:p>
    <w:p>
      <w:pPr>
        <w:jc w:val="right"/>
      </w:pPr>
      <w:r>
        <w:t>باعث انسان نہیں بن سکتا۔</w:t>
      </w:r>
    </w:p>
    <w:p>
      <w:r>
        <w:rPr>
          <w:b/>
        </w:rPr>
        <w:t xml:space="preserve">[01:54] </w:t>
      </w:r>
      <w:r>
        <w:t>koi insan mutqi insan nahi ban sakta,</w:t>
      </w:r>
    </w:p>
    <w:p>
      <w:pPr>
        <w:jc w:val="right"/>
      </w:pPr>
      <w:r>
        <w:t>کوئی انسان متقی انسان نہیں بن سکتا،</w:t>
      </w:r>
    </w:p>
    <w:p>
      <w:r>
        <w:rPr>
          <w:b/>
        </w:rPr>
        <w:t xml:space="preserve">[01:58] </w:t>
      </w:r>
      <w:r>
        <w:t>yahan tak ke is ka yeh haal ho jaye ke woh</w:t>
      </w:r>
    </w:p>
    <w:p>
      <w:pPr>
        <w:jc w:val="right"/>
      </w:pPr>
      <w:r>
        <w:t>یہاں تک کہ اس کا یہ حال ہو جائے کہ وہ</w:t>
      </w:r>
    </w:p>
    <w:p>
      <w:r>
        <w:rPr>
          <w:b/>
        </w:rPr>
        <w:t xml:space="preserve">[02:07] </w:t>
      </w:r>
      <w:r>
        <w:t>aisi cheezon ko bhi chhod de jis mein bazahir koi kharabi nahi hai, is dar se ke shayad is mein koi kharabi ho.</w:t>
      </w:r>
    </w:p>
    <w:p>
      <w:pPr>
        <w:jc w:val="right"/>
      </w:pPr>
      <w:r>
        <w:t>ایسی چیزوں کو بھی چھوڑ دے جس میں بظاہر کوئی خرابی نہیں ہے، اس ڈر سے کہ شاید اس میں کوئی خرابی ہو۔</w:t>
      </w:r>
    </w:p>
    <w:p>
      <w:r>
        <w:rPr>
          <w:b/>
        </w:rPr>
        <w:t xml:space="preserve">[02:22] </w:t>
      </w:r>
      <w:r>
        <w:t>yaani itna zyada kashas ho, kashas.</w:t>
      </w:r>
    </w:p>
    <w:p>
      <w:pPr>
        <w:jc w:val="right"/>
      </w:pPr>
      <w:r>
        <w:t>یعنی اتنا زیادہ کاشس ہو، کاشس۔</w:t>
      </w:r>
    </w:p>
    <w:p>
      <w:r>
        <w:rPr>
          <w:b/>
        </w:rPr>
        <w:t xml:space="preserve">[02:28] </w:t>
      </w:r>
      <w:r>
        <w:t>to ek insan woh hota hai jo careless ho, be parwahi ke sath har tarah ka kaam karta rahe, jhoot bhi bole, sach bhi bole, yeh bhi kare, woh bhi kare.</w:t>
      </w:r>
    </w:p>
    <w:p>
      <w:pPr>
        <w:jc w:val="right"/>
      </w:pPr>
      <w:r>
        <w:t>تو ایک انسان وہ ہوتا ہے جو کیئرلیس ہو، بے پرواہی کے ساتھ ہر طرح کا کام کرتا رہے، جھوٹ بھی بولے، سچ بھی بولے، یہ بھی کرے، وہ بھی کرے۔</w:t>
      </w:r>
    </w:p>
    <w:p>
      <w:r>
        <w:rPr>
          <w:b/>
        </w:rPr>
        <w:t xml:space="preserve">[02:46] </w:t>
      </w:r>
      <w:r>
        <w:t>to yeh hai carelessness. doosra insan woh hai jo bohat kashas ho. kashas ka matlab hota hai muhtat.</w:t>
      </w:r>
    </w:p>
    <w:p>
      <w:pPr>
        <w:jc w:val="right"/>
      </w:pPr>
      <w:r>
        <w:t>تو یہ ہے کیئرلیسنس۔ دوسرا انسان وہ ہے جو بہت کاشس ہو۔ کاشس کا مطلب ہوتا ہے محتاط۔</w:t>
      </w:r>
    </w:p>
    <w:p>
      <w:r>
        <w:rPr>
          <w:b/>
        </w:rPr>
        <w:t xml:space="preserve">[02:58] </w:t>
      </w:r>
      <w:r>
        <w:t>yaani koi bhi baat bolna ho, koi kaam karna ho, to woh bohat zyada soche.</w:t>
      </w:r>
    </w:p>
    <w:p>
      <w:pPr>
        <w:jc w:val="right"/>
      </w:pPr>
      <w:r>
        <w:t>یعنی کوئی بھی بات بولنا ہو، کوئی کام کرنا ہو، تو وہ بہت زیادہ سوچے۔</w:t>
      </w:r>
    </w:p>
    <w:p>
      <w:r>
        <w:rPr>
          <w:b/>
        </w:rPr>
        <w:t xml:space="preserve">[03:10] </w:t>
      </w:r>
      <w:r>
        <w:t>is ka har response well considered response ho.</w:t>
      </w:r>
    </w:p>
    <w:p>
      <w:pPr>
        <w:jc w:val="right"/>
      </w:pPr>
      <w:r>
        <w:t>اس کا ہر رسپانس ویل کنسیڈرڈ رسپانس ہو۔</w:t>
      </w:r>
    </w:p>
    <w:p>
      <w:r>
        <w:rPr>
          <w:b/>
        </w:rPr>
        <w:t xml:space="preserve">[03:18] </w:t>
      </w:r>
      <w:r>
        <w:t>woh ek responsible aadmi ki tarah behave kare.</w:t>
      </w:r>
    </w:p>
    <w:p>
      <w:pPr>
        <w:jc w:val="right"/>
      </w:pPr>
      <w:r>
        <w:t>وہ ایک ریسپانسبل آدمی کی طرح بیہیو کرے۔</w:t>
      </w:r>
    </w:p>
    <w:p>
      <w:r>
        <w:rPr>
          <w:b/>
        </w:rPr>
        <w:t xml:space="preserve">[03:26] </w:t>
      </w:r>
      <w:r>
        <w:t>to is hadith se maloom hua ke jo log kashas honge, bohat zyada care karenge cheezon ka, to woh sirf yahi nahi karenge ke khuli khuli buraiyon se bachenge,</w:t>
      </w:r>
    </w:p>
    <w:p>
      <w:pPr>
        <w:jc w:val="right"/>
      </w:pPr>
      <w:r>
        <w:t>تو اس حدیث سے معلوم ہوا کہ جو لوگ کاشس ہوں گے، بہت زیادہ کیئر کریں گے چیزوں کا، تو وہ صرف یہی نہیں کریں گے کہ کھلی کھلی برائیوں سے بچیں گے،</w:t>
      </w:r>
    </w:p>
    <w:p>
      <w:r>
        <w:rPr>
          <w:b/>
        </w:rPr>
        <w:t xml:space="preserve">[03:43] </w:t>
      </w:r>
      <w:r>
        <w:t>balkeh aisi cheezon se bhi bachenge jo dekhne mein bazahir, apparently, buri na dikhai deti hon, lekin phir bhi is mein koi shubah ho.</w:t>
      </w:r>
    </w:p>
    <w:p>
      <w:pPr>
        <w:jc w:val="right"/>
      </w:pPr>
      <w:r>
        <w:t>بلکہ ایسی چیزوں سے بھی بچیں گے جو دیکھنے میں بظاہر، اپیرنٹلی، بری نہ دکھائی دیتی ہوں، لیکن پھر بھی اس میں کوئی شبہ ہو۔</w:t>
      </w:r>
    </w:p>
    <w:p>
      <w:r>
        <w:rPr>
          <w:b/>
        </w:rPr>
        <w:t xml:space="preserve">[04:00] </w:t>
      </w:r>
      <w:r>
        <w:t>is shubah se bachne ke liye woh is se bhi door rahe.</w:t>
      </w:r>
    </w:p>
    <w:p>
      <w:pPr>
        <w:jc w:val="right"/>
      </w:pPr>
      <w:r>
        <w:t>اس شبہ سے بچنے کے لیے وہ اس سے بھی دور رہے۔</w:t>
      </w:r>
    </w:p>
    <w:p>
      <w:r>
        <w:rPr>
          <w:b/>
        </w:rPr>
        <w:t xml:space="preserve">[04:07] </w:t>
      </w:r>
      <w:r>
        <w:t>yeh bohat hi important baat hai. kyunke dekhiye, zindagi mein do moral layers hain.</w:t>
      </w:r>
    </w:p>
    <w:p>
      <w:pPr>
        <w:jc w:val="right"/>
      </w:pPr>
      <w:r>
        <w:t>یہ بہت ہی امپورٹنٹ بات ہے۔ کیونکہ دیکھیے، زندگی میں دو مورل لیئرز ہیں۔</w:t>
      </w:r>
    </w:p>
    <w:p>
      <w:r>
        <w:rPr>
          <w:b/>
        </w:rPr>
        <w:t xml:space="preserve">[04:19] </w:t>
      </w:r>
      <w:r>
        <w:t>yaani hamara character, hamara behaviour jo hota hai, us ke do layers hain, do satahain hain. ek hai haram aur halal ki satah.</w:t>
      </w:r>
    </w:p>
    <w:p>
      <w:pPr>
        <w:jc w:val="right"/>
      </w:pPr>
      <w:r>
        <w:t>یعنی ہمارا کریکٹر، ہمارا بیہیویئر جو ہوتا ہے، اس کے دو لیئرز ہیں، دو سطحیں ہیں۔ ایک ہے حرام اور حلال کی سطح۔</w:t>
      </w:r>
    </w:p>
    <w:p>
      <w:r>
        <w:rPr>
          <w:b/>
        </w:rPr>
        <w:t xml:space="preserve">[04:32] </w:t>
      </w:r>
      <w:r>
        <w:t>yaani well known cheezen. jaise ke sab log jante hain ke islam mein sharab haram hai.</w:t>
      </w:r>
    </w:p>
    <w:p>
      <w:pPr>
        <w:jc w:val="right"/>
      </w:pPr>
      <w:r>
        <w:t>یعنی ویل نون چیزیں۔ جیسے کہ سب لوگ جانتے ہیں کہ اسلام میں شراب حرام ہے۔</w:t>
      </w:r>
    </w:p>
    <w:p>
      <w:r>
        <w:rPr>
          <w:b/>
        </w:rPr>
        <w:t xml:space="preserve">[04:43] </w:t>
      </w:r>
      <w:r>
        <w:t>sab log jante hain ke islam mein khinzir khana haram hai. to aadmi is se bache, woh sharab na piye, woh khinzir na khaye,</w:t>
      </w:r>
    </w:p>
    <w:p>
      <w:pPr>
        <w:jc w:val="right"/>
      </w:pPr>
      <w:r>
        <w:t>سب لوگ جانتے ہیں کہ اسلام میں خنزیر کھانا حرام ہے۔ تو آدمی اس سے بچے، وہ شراب نہ پیے، وہ خنزیر نہ کھائے،</w:t>
      </w:r>
    </w:p>
    <w:p>
      <w:r>
        <w:rPr>
          <w:b/>
        </w:rPr>
        <w:t xml:space="preserve">[04:59] </w:t>
      </w:r>
      <w:r>
        <w:t>to woh ek darje ka hua. is ke bar aks agar woh sharab piye, khinzir khaye, to jo aisa kare to us ke andar haram personality banegi.</w:t>
      </w:r>
    </w:p>
    <w:p>
      <w:pPr>
        <w:jc w:val="right"/>
      </w:pPr>
      <w:r>
        <w:t>تو وہ ایک درجے کا ہوا۔ اس کے برعکس اگر وہ شراب پیے، خنزیر کھائے، تو جو ایسا کرے تو اس کے اندر حرام پرسنیلٹی بنے گی۔</w:t>
      </w:r>
    </w:p>
    <w:p>
      <w:r>
        <w:rPr>
          <w:b/>
        </w:rPr>
        <w:t xml:space="preserve">[05:12] </w:t>
      </w:r>
      <w:r>
        <w:t>yaani jo khuli khuli haram cheezen hain, sab jante hain ke islam mein sharab haram hai, islam mein khinzir khana haram hai.</w:t>
      </w:r>
    </w:p>
    <w:p>
      <w:pPr>
        <w:jc w:val="right"/>
      </w:pPr>
      <w:r>
        <w:t>یعنی جو کھلی کھلی حرام چیزیں ہیں، سب جانتے ہیں کہ اسلام میں شراب حرام ہے، اسلام میں خنزیر کھانا حرام ہے۔</w:t>
      </w:r>
    </w:p>
    <w:p>
      <w:r>
        <w:rPr>
          <w:b/>
        </w:rPr>
        <w:t xml:space="preserve">[05:22] </w:t>
      </w:r>
      <w:r>
        <w:t>to jo aadmi jante boojhte in cheezon ko kare, to us ke andar kya hoga?</w:t>
      </w:r>
    </w:p>
    <w:p>
      <w:pPr>
        <w:jc w:val="right"/>
      </w:pPr>
      <w:r>
        <w:t>تو جو آدمی جانتے بوجھتے ان چیزوں کو کرے، تو اس کے اندر کیا ہوگا؟</w:t>
      </w:r>
    </w:p>
    <w:p>
      <w:r>
        <w:rPr>
          <w:b/>
        </w:rPr>
        <w:t xml:space="preserve">[05:31] </w:t>
      </w:r>
      <w:r>
        <w:t>harram personality banegi. yeh bohat hi buri personality hai. lekin yahi ek satah nahi hai, yahi ek level nahi hai.</w:t>
      </w:r>
    </w:p>
    <w:p>
      <w:pPr>
        <w:jc w:val="right"/>
      </w:pPr>
      <w:r>
        <w:t>حرام پرسنیلٹی بنے گی۔ یہ بہت ہی بری پرسنیلٹی ہے۔ لیکن یہی ایک سطح نہیں ہے، یہی ایک لیول نہیں ہے۔</w:t>
      </w:r>
    </w:p>
    <w:p>
      <w:r>
        <w:rPr>
          <w:b/>
        </w:rPr>
        <w:t xml:space="preserve">[05:46] </w:t>
      </w:r>
      <w:r>
        <w:t>is ke sawab bhi ek level hain. aur wahi hai jo hadith mein bataya gaya hai.</w:t>
      </w:r>
    </w:p>
    <w:p>
      <w:pPr>
        <w:jc w:val="right"/>
      </w:pPr>
      <w:r>
        <w:t>اس کے ثواب بھی ایک لیول ہیں۔ اور وہی ہے جو حدیث میں بتایا گیا ہے۔</w:t>
      </w:r>
    </w:p>
    <w:p>
      <w:r>
        <w:rPr>
          <w:b/>
        </w:rPr>
        <w:t xml:space="preserve">[05:53] </w:t>
      </w:r>
      <w:r>
        <w:t>to is ko mein apne shabdon mein kahunga ke weak personality. yani apne aap ko is se bachana ke apne andar weak personality develop kare.</w:t>
      </w:r>
    </w:p>
    <w:p>
      <w:pPr>
        <w:jc w:val="right"/>
      </w:pPr>
      <w:r>
        <w:t>تو اس کو میں اپنے शब्दوں میں کہوں گا کہ ویک پرسنیلٹی۔ یعنی اپنے آپ کو اس سے بچانا کہ اپنے اندر ویک پرسنیلٹی ڈیولپ کرے۔</w:t>
      </w:r>
    </w:p>
    <w:p>
      <w:r>
        <w:rPr>
          <w:b/>
        </w:rPr>
        <w:t xml:space="preserve">[06:08] </w:t>
      </w:r>
      <w:r>
        <w:t>to jahan tak mein dekhta hoon, log aise to bohat milenge, bohat milenge, jo harram cheezon se bachein.</w:t>
      </w:r>
    </w:p>
    <w:p>
      <w:pPr>
        <w:jc w:val="right"/>
      </w:pPr>
      <w:r>
        <w:t>تو جہاں تک میں دیکھتا ہوں، لوگ ایسے تو بہت ملیں گے، بہت ملیں گے، جو حرام چیزوں سے بچیں۔</w:t>
      </w:r>
    </w:p>
    <w:p>
      <w:r>
        <w:rPr>
          <w:b/>
        </w:rPr>
        <w:t xml:space="preserve">[06:19] </w:t>
      </w:r>
      <w:r>
        <w:t>yani harram persnality apne andar na banayein.</w:t>
      </w:r>
    </w:p>
    <w:p>
      <w:pPr>
        <w:jc w:val="right"/>
      </w:pPr>
      <w:r>
        <w:t>یعنی حرام پرسنیلٹی اپنے اندر نہ بنائیں۔</w:t>
      </w:r>
    </w:p>
    <w:p>
      <w:r>
        <w:rPr>
          <w:b/>
        </w:rPr>
        <w:t xml:space="preserve">[06:23] </w:t>
      </w:r>
      <w:r>
        <w:t>to aise to bohat milenge. lekin aise log bohat hi kam, bohat hi kam, yani rarest among the rare hain, jo apne aap, jo weak personality ki burai ko jante hon,</w:t>
      </w:r>
    </w:p>
    <w:p>
      <w:pPr>
        <w:jc w:val="right"/>
      </w:pPr>
      <w:r>
        <w:t>تو ایسے تو بہت ملیں گے۔ لیکن ایسے لوگ بہت ہی کم، بہت ہی کم، یعنی ریرسٹ امنگ دا ریر ہیں، جو اپنے آپ، جو ویک پرسنیلٹی کی برائی کو جانتے ہوں،</w:t>
      </w:r>
    </w:p>
    <w:p>
      <w:r>
        <w:rPr>
          <w:b/>
        </w:rPr>
        <w:t xml:space="preserve">[06:39] </w:t>
      </w:r>
      <w:r>
        <w:t>aur apne aap ko is se bachate hon. halanke weak personality bhi apne result ke aitbar se itni hi buri hai jitna ke harram.</w:t>
      </w:r>
    </w:p>
    <w:p>
      <w:pPr>
        <w:jc w:val="right"/>
      </w:pPr>
      <w:r>
        <w:t>اور اپنے آپ کو اس سے بچاتے ہوں۔ حالانکہ ویک پرسنیلٹی بھی اپنے رزلٹ کے اعتبار سے اتنی ہی بری ہے جتنا کہ حرام۔</w:t>
      </w:r>
    </w:p>
    <w:p>
      <w:r>
        <w:rPr>
          <w:b/>
        </w:rPr>
        <w:t xml:space="preserve">[06:52] </w:t>
      </w:r>
      <w:r>
        <w:t>result ke aitbar se keh raha hoon mein. yani legally harram cheez zyada buri dikhai padti hai. lekin result ko dekhiye, result ka, yani paradise mein,</w:t>
      </w:r>
    </w:p>
    <w:p>
      <w:pPr>
        <w:jc w:val="right"/>
      </w:pPr>
      <w:r>
        <w:t>رزلٹ کے اعتبار سے کہہ رہا ہوں میں۔ یعنی لیگلی حرام چیز زیادہ بری دکھائی پڑتی ہے۔ لیکن رزلٹ کو دیکھیے، رزلٹ کا، یعنی پیراڈائز میں،</w:t>
      </w:r>
    </w:p>
    <w:p>
      <w:r>
        <w:rPr>
          <w:b/>
        </w:rPr>
        <w:t xml:space="preserve">[07:08] </w:t>
      </w:r>
      <w:r>
        <w:t>paradise ki entry milna. to yaad rakhiye, paradise ki entry jis tarah un logon ko nahi milegi jin ke andar harram persnality bani ho.</w:t>
      </w:r>
    </w:p>
    <w:p>
      <w:pPr>
        <w:jc w:val="right"/>
      </w:pPr>
      <w:r>
        <w:t>پیراڈائز کی انٹری ملنا۔ تو یاد رکھیے، پیراڈائز کی انٹری جس طرح ان لوگوں کو نہیں ملے گی جن کے اندر حرام پرسنیلٹی بنی ہو۔</w:t>
      </w:r>
    </w:p>
    <w:p>
      <w:r>
        <w:rPr>
          <w:b/>
        </w:rPr>
        <w:t xml:space="preserve">[07:22] </w:t>
      </w:r>
      <w:r>
        <w:t>hadith mein aata hai ke "كل لحم نبت من السو فنار اولی بہ" .</w:t>
      </w:r>
    </w:p>
    <w:p>
      <w:pPr>
        <w:jc w:val="right"/>
      </w:pPr>
      <w:r>
        <w:t>حدیث میں آتا ہے کہ "كل لحم نبت من السو فنار اولی بہ" ۔</w:t>
      </w:r>
    </w:p>
    <w:p>
      <w:r>
        <w:rPr>
          <w:b/>
        </w:rPr>
        <w:t xml:space="preserve">[07:31] </w:t>
      </w:r>
      <w:r>
        <w:t>yani har woh flesh, har woh gosht jo harram se bane, to is ke liye aag hi behtar hai.</w:t>
      </w:r>
    </w:p>
    <w:p>
      <w:pPr>
        <w:jc w:val="right"/>
      </w:pPr>
      <w:r>
        <w:t>یعنی ہر وہ فلیش، ہر وہ گوشت جو حرام سے بنے، تو اس کے لیے آگ ہی بہتر ہے۔</w:t>
      </w:r>
    </w:p>
    <w:p>
      <w:r>
        <w:rPr>
          <w:b/>
        </w:rPr>
        <w:t xml:space="preserve">[07:46] </w:t>
      </w:r>
      <w:r>
        <w:t>yani jo persnality bane harram cheezon se, to is ke liye khuda ne aag likh diya gaya, hell likh diya hai. yeh to seedha seedha mamla hai.</w:t>
      </w:r>
    </w:p>
    <w:p>
      <w:pPr>
        <w:jc w:val="right"/>
      </w:pPr>
      <w:r>
        <w:t>یعنی جو پرسنیلٹی بنے حرام چیزوں سے، تو اس کے لیے خدا نے آگ لکھ دیا گیا، ہیل لکھ دیا ہے۔ یہ تو سیدھا سیدھا معاملہ ہے۔</w:t>
      </w:r>
    </w:p>
    <w:p>
      <w:r>
        <w:rPr>
          <w:b/>
        </w:rPr>
        <w:t xml:space="preserve">[07:59] </w:t>
      </w:r>
      <w:r>
        <w:t>lekin yeh bhi yaad rakhiye ke jo weak persnality hain, un ko bhi paradise mein entry nahi milne wali hai. paradise woh jagah hai jahan sirf strong persnality ke log rahenge.</w:t>
      </w:r>
    </w:p>
    <w:p>
      <w:pPr>
        <w:jc w:val="right"/>
      </w:pPr>
      <w:r>
        <w:t>لیکن یہ بھی یاد رکھیے کہ جو ویک پرسنیلٹی ہیں، ان کو بھی پیراڈائز میں انٹری نہیں ملنے والی ہے۔ پیراڈائز وہ جگہ ہے جہاں صرف اسٹرانگ پرسنیلٹی کے لوگ رہیں گے۔</w:t>
      </w:r>
    </w:p>
    <w:p>
      <w:r>
        <w:rPr>
          <w:b/>
        </w:rPr>
        <w:t xml:space="preserve">[08:14] </w:t>
      </w:r>
      <w:r>
        <w:t>is strong persnality. to weak persnality kya hai? is ka mein ek example dunga.</w:t>
      </w:r>
    </w:p>
    <w:p>
      <w:pPr>
        <w:jc w:val="right"/>
      </w:pPr>
      <w:r>
        <w:t>اس اسٹرانگ پرسنیلٹی۔ تو ویک پرسنیلٹی کیا ہے؟ اس کا میں ایک ایگزامپل دوں گا۔</w:t>
      </w:r>
    </w:p>
    <w:p>
      <w:r>
        <w:rPr>
          <w:b/>
        </w:rPr>
        <w:t xml:space="preserve">[08:26] </w:t>
      </w:r>
      <w:r>
        <w:t>meri mulaqat ek sahab se hui. woh educated aadmi the. woh English bohat achhi jante the.</w:t>
      </w:r>
    </w:p>
    <w:p>
      <w:pPr>
        <w:jc w:val="right"/>
      </w:pPr>
      <w:r>
        <w:t>میری ملاقات ایک صاحب سے ہوئی۔ وہ ایجوکیٹڈ آدمی تھے۔ وہ انگلش بہت اچھی جانتے تھے۔</w:t>
      </w:r>
    </w:p>
    <w:p>
      <w:r>
        <w:rPr>
          <w:b/>
        </w:rPr>
        <w:t xml:space="preserve">[08:38] </w:t>
      </w:r>
      <w:r>
        <w:t>koi job bhi kar rahe the woh.</w:t>
      </w:r>
    </w:p>
    <w:p>
      <w:pPr>
        <w:jc w:val="right"/>
      </w:pPr>
      <w:r>
        <w:t>کوئی جاب بھی کر رہے تھے وہ۔</w:t>
      </w:r>
    </w:p>
    <w:p>
      <w:r>
        <w:rPr>
          <w:b/>
        </w:rPr>
        <w:t xml:space="preserve">[08:42] </w:t>
      </w:r>
      <w:r>
        <w:t>to mein ne un se poocha ke aap jo job kar rahe hain to is mein aap ko kuch time milta hoga? 24 ghante ka to job to hoga nahi.</w:t>
      </w:r>
    </w:p>
    <w:p>
      <w:pPr>
        <w:jc w:val="right"/>
      </w:pPr>
      <w:r>
        <w:t>تو میں نے ان سے پوچھا کہ آپ جو جاب کر رہے ہیں تو اس میں آپ کو کچھ ٹائم ملتا ہوگا؟ 24 گھنٹے کا تو جاب تو ہوگا نہیں۔</w:t>
      </w:r>
    </w:p>
    <w:p>
      <w:r>
        <w:rPr>
          <w:b/>
        </w:rPr>
        <w:t xml:space="preserve">[08:52] </w:t>
      </w:r>
      <w:r>
        <w:t>to aap ka jo aur time milta hai aap ko, jo aap ke paas time bachta hai job ke baad, us mein aap kya karte hain?</w:t>
      </w:r>
    </w:p>
    <w:p>
      <w:pPr>
        <w:jc w:val="right"/>
      </w:pPr>
      <w:r>
        <w:t>تو آپ کا جو اور ٹائم ملتا ہے آپ کو، جو آپ کے پاس ٹائم بچتا ہے جاب کے بعد، اس میں آپ کیا کرتے ہیں؟</w:t>
      </w:r>
    </w:p>
    <w:p>
      <w:r>
        <w:rPr>
          <w:b/>
        </w:rPr>
        <w:t xml:space="preserve">[09:03] </w:t>
      </w:r>
      <w:r>
        <w:t>aap ki hobby kya hai? to unhone kaha ke mujhe parhne ka shauk hai, kitabon ki study ka shauk hai.</w:t>
      </w:r>
    </w:p>
    <w:p>
      <w:pPr>
        <w:jc w:val="right"/>
      </w:pPr>
      <w:r>
        <w:t>آپ کی ہابی کیا ہے؟ تو انہوں نے کہا کہ مجھے پڑھنے کا شوق ہے، کتابوں کی اسٹڈی کا شوق ہے۔</w:t>
      </w:r>
    </w:p>
    <w:p>
      <w:r>
        <w:rPr>
          <w:b/>
        </w:rPr>
        <w:t xml:space="preserve">[09:14] </w:t>
      </w:r>
      <w:r>
        <w:t>to baat hoti rahi, yahan tak ke mein yeh samjha mein ne un ki baaton se ke woh novel padhte hain, English novel, zyada tar.</w:t>
      </w:r>
    </w:p>
    <w:p>
      <w:pPr>
        <w:jc w:val="right"/>
      </w:pPr>
      <w:r>
        <w:t>تو بات ہوتی رہی، یہاں تک کہ میں یہ سمجھا میں نے ان کی باتوں سے کہ وہ ناول پڑھتے ہیں، انگلش ناول، زیادہ تر۔</w:t>
      </w:r>
    </w:p>
    <w:p>
      <w:r>
        <w:rPr>
          <w:b/>
        </w:rPr>
        <w:t xml:space="preserve">[09:26] </w:t>
      </w:r>
      <w:r>
        <w:t>to mein ne kaha ke aap novel padhte hain, novel to fiction hota hai. yani farzi kahaniyan, banawati kahaniyan.</w:t>
      </w:r>
    </w:p>
    <w:p>
      <w:pPr>
        <w:jc w:val="right"/>
      </w:pPr>
      <w:r>
        <w:t>تو میں نے کہا کہ آپ ناول پڑھتے ہیں، ناول تو فکشن ہوتا ہے۔ یعنی فرضی کہانیاں، بناوٹی کہانیاں۔</w:t>
      </w:r>
    </w:p>
    <w:p>
      <w:r>
        <w:rPr>
          <w:b/>
        </w:rPr>
        <w:t xml:space="preserve">[09:40] </w:t>
      </w:r>
      <w:r>
        <w:t>to is ko kyun padhte hain aap?</w:t>
      </w:r>
    </w:p>
    <w:p>
      <w:pPr>
        <w:jc w:val="right"/>
      </w:pPr>
      <w:r>
        <w:t>تو اس کو کیوں پڑھتے ہیں آپ؟</w:t>
      </w:r>
    </w:p>
    <w:p>
      <w:r>
        <w:rPr>
          <w:b/>
        </w:rPr>
        <w:t xml:space="preserve">[09:43] </w:t>
      </w:r>
      <w:r>
        <w:t>aap real story padhiye, jaise ke history padhiye aap. aap facts wali cheezein padhiye, jaise ke aap science padhein.</w:t>
      </w:r>
    </w:p>
    <w:p>
      <w:pPr>
        <w:jc w:val="right"/>
      </w:pPr>
      <w:r>
        <w:t>آپ ریل سٹوری پڑھیے، جیسے کہ ہسٹری پڑھیے آپ۔ آپ فیکٹس والی چیزیں پڑھیے، جیسے کہ آپ سائنس پڑھیں۔</w:t>
      </w:r>
    </w:p>
    <w:p>
      <w:r>
        <w:rPr>
          <w:b/>
        </w:rPr>
        <w:t xml:space="preserve">[09:55] </w:t>
      </w:r>
      <w:r>
        <w:t>to mein ne kaha ke aap serious study kijiye, bajaye novel padhne ki. to unhone bare josh kharosh se kaha ke aap samjhe nahi, mein koi kharab novel thodi padhta hoon.</w:t>
      </w:r>
    </w:p>
    <w:p>
      <w:pPr>
        <w:jc w:val="right"/>
      </w:pPr>
      <w:r>
        <w:t>تو میں نے کہا کہ آپ سیریس اسٹڈی کیجیے، بجائے ناول پڑھنے کی۔ تو انہوں نے بڑے جوش خروش سے کہا کہ آپ سمجھے نہیں، میں کوئی خراب ناول تھوڑی پڑھتا ہوں۔</w:t>
      </w:r>
    </w:p>
    <w:p>
      <w:r>
        <w:rPr>
          <w:b/>
        </w:rPr>
        <w:t xml:space="preserve">[10:12] </w:t>
      </w:r>
      <w:r>
        <w:t>mein bohat hi high class ke novel padhta hoon. un ke nazdeek high class ke novel ka matlab tha, un ke kehne ke mutabiq, jis mein wisdom ki baatein hoti hain.</w:t>
      </w:r>
    </w:p>
    <w:p>
      <w:pPr>
        <w:jc w:val="right"/>
      </w:pPr>
      <w:r>
        <w:t>میں بہت ہی ہائی کلاس کے ناول پڑھتا ہوں۔ ان کے نزدیک ہائی کلاس کے ناول کا مطلب تھا، ان کے کہنے کے مطابق، جس میں وزڈم کی باتیں ہوتی ہیں۔</w:t>
      </w:r>
    </w:p>
    <w:p>
      <w:r>
        <w:rPr>
          <w:b/>
        </w:rPr>
        <w:t xml:space="preserve">[10:24] </w:t>
      </w:r>
      <w:r>
        <w:t>yani mein aise novel parhta hoon jis mein wisdom ki baatein hoti hain, hikmat ki baatein hoti hain.</w:t>
      </w:r>
    </w:p>
    <w:p>
      <w:pPr>
        <w:jc w:val="right"/>
      </w:pPr>
      <w:r>
        <w:t>یعنی میں ایسے ناول پڑھتا ہوں جس میں وزڈم کی باتیں ہوتی ہیں، حکمت کی باتیں ہوتی ہیں۔</w:t>
      </w:r>
    </w:p>
    <w:p>
      <w:r>
        <w:rPr>
          <w:b/>
        </w:rPr>
        <w:t xml:space="preserve">[10:34] </w:t>
      </w:r>
      <w:r>
        <w:t>to mein ne kaha theek hai. un ki baaton se mein ne yeh bhi samjha ke kam az kam so novel to unhon ne zaroor parhe hon ge, so mote mote novel.</w:t>
      </w:r>
    </w:p>
    <w:p>
      <w:pPr>
        <w:jc w:val="right"/>
      </w:pPr>
      <w:r>
        <w:t>تو میں نے کہا ٹھیک ہے۔ ان کی باتوں سے میں نے یہ بھی سمجھا کہ کم از کم سو ناول تو انہوں نے ضرور پڑھے ہوں گے، سو موٹے موٹے ناول۔</w:t>
      </w:r>
    </w:p>
    <w:p>
      <w:r>
        <w:rPr>
          <w:b/>
        </w:rPr>
        <w:t xml:space="preserve">[10:45] </w:t>
      </w:r>
      <w:r>
        <w:t>to mein ne kaha ke itne saare novel parhe hain aap ne, to kam az kam ek wisdom ki baat ab mujhe bataiye.</w:t>
      </w:r>
    </w:p>
    <w:p>
      <w:pPr>
        <w:jc w:val="right"/>
      </w:pPr>
      <w:r>
        <w:t>تو میں نے کہا کہ اتنے سارے ناول پڑھے ہیں آپ نے، تو کم از کم ایک وزڈم کی بات اب مجھے بتائیے۔</w:t>
      </w:r>
    </w:p>
    <w:p>
      <w:r>
        <w:rPr>
          <w:b/>
        </w:rPr>
        <w:t xml:space="preserve">[10:55] </w:t>
      </w:r>
      <w:r>
        <w:t>s</w:t>
      </w:r>
    </w:p>
    <w:p>
      <w:pPr>
        <w:jc w:val="right"/>
      </w:pPr>
      <w:r>
        <w:t>ص</w:t>
      </w:r>
    </w:p>
    <w:p>
      <w:r>
        <w:rPr>
          <w:b/>
        </w:rPr>
        <w:t xml:space="preserve">[10:56] </w:t>
      </w:r>
      <w:r>
        <w:t>sirf ek. wisdom ki baat, koi meaningful baat, koi aisi baat jis mein lesson ho, koi aisi baat jis mein meri bhi learning ho.</w:t>
      </w:r>
    </w:p>
    <w:p>
      <w:pPr>
        <w:jc w:val="right"/>
      </w:pPr>
      <w:r>
        <w:t>رف ایک۔ وزڈم کی بات، کوئی میننگ فل بات، کوئی ایسی بات جس میں لیسن ہو، کوئی ایسی بات جس میں میری بھی لرننگ ہو۔</w:t>
      </w:r>
    </w:p>
    <w:p>
      <w:r>
        <w:rPr>
          <w:b/>
        </w:rPr>
        <w:t xml:space="preserve">[11:09] </w:t>
      </w:r>
      <w:r>
        <w:t>to unhon ne kaha ke bohat baatein hain, bohat baatein. mein ne kaha ke dekhiye, mein bohat baat aap se nahi pooch raha hoon.</w:t>
      </w:r>
    </w:p>
    <w:p>
      <w:pPr>
        <w:jc w:val="right"/>
      </w:pPr>
      <w:r>
        <w:t>تو انہوں نے کہا کہ بہت باتیں ہیں، بہت باتیں۔ میں نے کہا کہ دیکھیے، میں بہت بات آپ سے نہیں پوچھ رہا ہوں۔</w:t>
      </w:r>
    </w:p>
    <w:p>
      <w:r>
        <w:rPr>
          <w:b/>
        </w:rPr>
        <w:t xml:space="preserve">[11:19] </w:t>
      </w:r>
      <w:r>
        <w:t>mein yeh kar raha hoon ke sirf ek wisdom ki baat aap mujhe bataiye.</w:t>
      </w:r>
    </w:p>
    <w:p>
      <w:pPr>
        <w:jc w:val="right"/>
      </w:pPr>
      <w:r>
        <w:t>میں یہ کر رہا ہوں کہ صرف ایک وزڈم کی بات آپ مجھے بتائیں۔</w:t>
      </w:r>
    </w:p>
    <w:p>
      <w:r>
        <w:rPr>
          <w:b/>
        </w:rPr>
        <w:t xml:space="preserve">[11:26] </w:t>
      </w:r>
      <w:r>
        <w:t>to taqreeban ghanta bhar un se baat hoti rahi, lekin unhon ne ek wisdom ki baat nahi batai.</w:t>
      </w:r>
    </w:p>
    <w:p>
      <w:pPr>
        <w:jc w:val="right"/>
      </w:pPr>
      <w:r>
        <w:t>تو تقریباً گھنٹہ بھر ان سے بات ہوتی رہی، لیکن انہوں نے ایک وزڈم کی بات نہیں بتائی۔</w:t>
      </w:r>
    </w:p>
    <w:p>
      <w:r>
        <w:rPr>
          <w:b/>
        </w:rPr>
        <w:t xml:space="preserve">[11:37] </w:t>
      </w:r>
      <w:r>
        <w:t>specific tor par. bas baatein idhar udhar hi karte rahe woh. to mein ne kaha, phir mein ne kaha ke dekhiye, meri baat suniye.</w:t>
      </w:r>
    </w:p>
    <w:p>
      <w:pPr>
        <w:jc w:val="right"/>
      </w:pPr>
      <w:r>
        <w:t>اسپیسیفک طور پر۔ بس باتیں ادھر ادھر ہی کرتے رہے وہ۔ تو میں نے کہا، پھر میں نے کہا کہ دیکھیے، میری بات سنیے۔</w:t>
      </w:r>
    </w:p>
    <w:p>
      <w:r>
        <w:rPr>
          <w:b/>
        </w:rPr>
        <w:t xml:space="preserve">[11:48] </w:t>
      </w:r>
      <w:r>
        <w:t>aap ek ghalti karte rahe hain, is ghalti ko maaniye aap.</w:t>
      </w:r>
    </w:p>
    <w:p>
      <w:pPr>
        <w:jc w:val="right"/>
      </w:pPr>
      <w:r>
        <w:t>آپ ایک غلطی کرتے رہے ہیں، اس غلطی کو مانیے آپ۔</w:t>
      </w:r>
    </w:p>
    <w:p>
      <w:r>
        <w:rPr>
          <w:b/>
        </w:rPr>
        <w:t xml:space="preserve">[11:53] </w:t>
      </w:r>
      <w:r>
        <w:t>mein ne kaha ke aap parhte the entertainment ke liye. entertainment ke liye. wisdom seekhne ke liye nahi.</w:t>
      </w:r>
    </w:p>
    <w:p>
      <w:pPr>
        <w:jc w:val="right"/>
      </w:pPr>
      <w:r>
        <w:t>میں نے کہا کہ آپ پڑھتے تھے انٹرٹینمنٹ کے لیے۔ انٹرٹینمنٹ کے لیے۔ وزڈم سیکھنے کے لیے نہیں۔</w:t>
      </w:r>
    </w:p>
    <w:p>
      <w:r>
        <w:rPr>
          <w:b/>
        </w:rPr>
        <w:t xml:space="preserve">[12:05] </w:t>
      </w:r>
      <w:r>
        <w:t>yani tafreeh ke liye. intellectual entertainment ke liye.</w:t>
      </w:r>
    </w:p>
    <w:p>
      <w:pPr>
        <w:jc w:val="right"/>
      </w:pPr>
      <w:r>
        <w:t>یعنی تفریح کے لیے۔ انٹلیکچول انٹرٹینمنٹ کے لیے۔</w:t>
      </w:r>
    </w:p>
    <w:p>
      <w:r>
        <w:rPr>
          <w:b/>
        </w:rPr>
        <w:t xml:space="preserve">[12:12] </w:t>
      </w:r>
      <w:r>
        <w:t>to mein ne kaha, chounke aap ka parhne ka jo maqsad tha, woh intellectual entertainment tha, to aap parhte the aur time pass karte the, parhte the aur tafreeh lete the.</w:t>
      </w:r>
    </w:p>
    <w:p>
      <w:pPr>
        <w:jc w:val="right"/>
      </w:pPr>
      <w:r>
        <w:t>تو میں نے کہا، چونکہ آپ کا پڑھنے کا جو مقصد تھا، وہ انٹلیکچول انٹرٹینمنٹ تھا، تو آپ پڑھتے تھے اور ٹائم پاس کرتے تھے، پڑھتے تھے اور تفریح لیتے تھے۔</w:t>
      </w:r>
    </w:p>
    <w:p>
      <w:r>
        <w:rPr>
          <w:b/>
        </w:rPr>
        <w:t xml:space="preserve">[12:25] </w:t>
      </w:r>
      <w:r>
        <w:t>bas woh ho gaya. aap ka yeh maqsad hi nahi tha ke aap is mein se koi wisdom ki baat nikalen.</w:t>
      </w:r>
    </w:p>
    <w:p>
      <w:pPr>
        <w:jc w:val="right"/>
      </w:pPr>
      <w:r>
        <w:t>بس وہ ہو گیا۔ آپ کا یہ مقصد ہی نہیں تھا کہ آپ اس میں سے کوئی وزڈم کی بات نکالیں۔</w:t>
      </w:r>
    </w:p>
    <w:p>
      <w:r>
        <w:rPr>
          <w:b/>
        </w:rPr>
        <w:t xml:space="preserve">[12:37] </w:t>
      </w:r>
      <w:r>
        <w:t>to aap nikal bhi nahi sake.</w:t>
      </w:r>
    </w:p>
    <w:p>
      <w:pPr>
        <w:jc w:val="right"/>
      </w:pPr>
      <w:r>
        <w:t>تو آپ نکال بھی نہیں سکے۔</w:t>
      </w:r>
    </w:p>
    <w:p>
      <w:r>
        <w:rPr>
          <w:b/>
        </w:rPr>
        <w:t xml:space="preserve">[12:41] </w:t>
      </w:r>
      <w:r>
        <w:t>to kaha nahi nahi, aisi baat nahi hai. mein entertainment ke liye nahi parhta, mein tafreeh ke liye nahi parhta. to mein ne bohat kaafi un se kaha ke dekhiye, aap jab ek bhi wisdom ki baat na bata saken, to matlab to yahi hua ke aap parhte the tafreeh ke liye, entertainment ke liye.</w:t>
      </w:r>
    </w:p>
    <w:p>
      <w:pPr>
        <w:jc w:val="right"/>
      </w:pPr>
      <w:r>
        <w:t>تو کہا نہیں نہیں، ایسی بات نہیں ہے۔ میں انٹرٹینمنٹ کے لیے نہیں پڑھتا، میں تفریح کے لیے نہیں پڑھتا۔ تو میں نے بہت کافی ان سے کہا کہ دیکھیے، آپ جب ایک بھی وزڈم کی بات نہ بتا سکیں، تو مطلب تو یہی ہوا کہ آپ پڑھتے تھے تفریح کے لیے، انٹرٹینمنٹ کے لیے۔</w:t>
      </w:r>
    </w:p>
    <w:p>
      <w:r>
        <w:rPr>
          <w:b/>
        </w:rPr>
        <w:t xml:space="preserve">[13:02] </w:t>
      </w:r>
      <w:r>
        <w:t>gharz yeh ke unhon ne maana nahi. aakhir mein mein chup ho gaya.</w:t>
      </w:r>
    </w:p>
    <w:p>
      <w:pPr>
        <w:jc w:val="right"/>
      </w:pPr>
      <w:r>
        <w:t>غرض یہ کہ انہوں نے مانا نہیں۔ آخر میں میں چپ ہو گیا۔</w:t>
      </w:r>
    </w:p>
    <w:p>
      <w:r>
        <w:rPr>
          <w:b/>
        </w:rPr>
        <w:t xml:space="preserve">[13:08] </w:t>
      </w:r>
      <w:r>
        <w:t>is misaal se aap samajh sakte hain ke weak personality kya hoti hai. ke aap ko, aap ek ghalti mein pade hue the.</w:t>
      </w:r>
    </w:p>
    <w:p>
      <w:pPr>
        <w:jc w:val="right"/>
      </w:pPr>
      <w:r>
        <w:t>اس مثال سے آپ سمجھ سکتے ہیں کہ ویک پرسنیلٹی کیا ہوتی ہے۔ کہ آپ کو، آپ ایک غلطی میں پڑے ہوئے تھے۔</w:t>
      </w:r>
    </w:p>
    <w:p>
      <w:r>
        <w:rPr>
          <w:b/>
        </w:rPr>
        <w:t xml:space="preserve">[13:18] </w:t>
      </w:r>
      <w:r>
        <w:t>kisi ne point out kiya. kisi ne bataya ke yeh ek ghalti hai jis mein aap pade hue hain. magar aap maane nahi.</w:t>
      </w:r>
    </w:p>
    <w:p>
      <w:pPr>
        <w:jc w:val="right"/>
      </w:pPr>
      <w:r>
        <w:t>کسی نے پوائنٹ آؤٹ کیا۔ کسی نے بتایا کہ یہ ایک غلطی ہے جس میں آپ پڑے ہوئے ہیں۔ مگر آپ مانے نہیں۔</w:t>
      </w:r>
    </w:p>
    <w:p>
      <w:r>
        <w:rPr>
          <w:b/>
        </w:rPr>
        <w:t xml:space="preserve">[13:29] </w:t>
      </w:r>
      <w:r>
        <w:t>behas karte rahe. data aaluji karte rahe.</w:t>
      </w:r>
    </w:p>
    <w:p>
      <w:pPr>
        <w:jc w:val="right"/>
      </w:pPr>
      <w:r>
        <w:t>بحث کرتے رہے۔ ٹاٹا آلوجی کرتے رہے۔</w:t>
      </w:r>
    </w:p>
    <w:p>
      <w:r>
        <w:rPr>
          <w:b/>
        </w:rPr>
        <w:t xml:space="preserve">[13:35] </w:t>
      </w:r>
      <w:r>
        <w:t>yani i was wrong na keh saken. ke ab tak mein ne yeh ghalti ki thi aur ab mein aisi ghalti nahi karunga.</w:t>
      </w:r>
    </w:p>
    <w:p>
      <w:pPr>
        <w:jc w:val="right"/>
      </w:pPr>
      <w:r>
        <w:t>یعنی آئی واز رونگ نہ کہہ سکیں۔ کہ اب تک میں نے یہ غلطی کی تھی اور اب میں ایسی غلطی نہیں کروں گا۔</w:t>
      </w:r>
    </w:p>
    <w:p>
      <w:r>
        <w:rPr>
          <w:b/>
        </w:rPr>
        <w:t xml:space="preserve">[13:44] </w:t>
      </w:r>
      <w:r>
        <w:t>mujhe ek cheez ki learning ho gayi. yeh na keh saken. to isi ka naam hai weak personality. yani weak personality woh hai jo sahi ya ghalat dono mein pada rahe.</w:t>
      </w:r>
    </w:p>
    <w:p>
      <w:pPr>
        <w:jc w:val="right"/>
      </w:pPr>
      <w:r>
        <w:t>مجھے ایک چیز کی لرننگ ہو گئی۔ یہ نہ کہہ سکیں۔ تو اسی کا نام ہے ویک پرسنیلٹی۔ یعنی ویک پرسنیلٹی وہ ہے جو صحیح یا غلط دونوں میں پڑا رہے۔</w:t>
      </w:r>
    </w:p>
    <w:p>
      <w:r>
        <w:rPr>
          <w:b/>
        </w:rPr>
        <w:t xml:space="preserve">[13:58] </w:t>
      </w:r>
      <w:r>
        <w:t>ghalat kare magar us ko sahi kahe. us ko sahi aur ghalat ka farq hi nahi</w:t>
      </w:r>
    </w:p>
    <w:p>
      <w:pPr>
        <w:jc w:val="right"/>
      </w:pPr>
      <w:r>
        <w:t>غلط کرے مگر اس کو صحیح کہے۔ اس کو صحیح اور غلط کا فرق ہی نہیں</w:t>
      </w:r>
    </w:p>
    <w:p>
      <w:r>
        <w:rPr>
          <w:b/>
        </w:rPr>
        <w:t xml:space="preserve">[14:03] </w:t>
      </w:r>
      <w:r>
        <w:t>pata chalega us ko. to confusion mein rahega. is ke andar ek dual personality banegi.</w:t>
      </w:r>
    </w:p>
    <w:p>
      <w:pPr>
        <w:jc w:val="right"/>
      </w:pPr>
      <w:r>
        <w:t>پتہ چلے گا اس کو۔ تو کنفیوژن میں رہے گا۔ اس کے اندر ایک ڈول پرسنیلٹی بنے گی۔</w:t>
      </w:r>
    </w:p>
    <w:p>
      <w:r>
        <w:rPr>
          <w:b/>
        </w:rPr>
        <w:t xml:space="preserve">[14:13] </w:t>
      </w:r>
      <w:r>
        <w:t>is ke andar hypocrisy aayegi. ke ek ghalti woh kar raha hai aur prove ho gaya ke woh ghalti thi, phir bhi nahi maan raha hai. yahi to hai dual personality.</w:t>
      </w:r>
    </w:p>
    <w:p>
      <w:pPr>
        <w:jc w:val="right"/>
      </w:pPr>
      <w:r>
        <w:t>اس کے اندر ہپوکریسی آئے گی۔ کہ ایک غلطی وہ کر رہا ہے اور پروف ہو گیا کہ وہ غلطی تھی، پھر بھی نہیں مان رہا ہے۔ یہی تو ہے ڈول پرسنیلٹی۔</w:t>
      </w:r>
    </w:p>
    <w:p>
      <w:r>
        <w:rPr>
          <w:b/>
        </w:rPr>
        <w:t xml:space="preserve">[14:23] </w:t>
      </w:r>
      <w:r>
        <w:t>yahi to hai hypocrisy.</w:t>
      </w:r>
    </w:p>
    <w:p>
      <w:pPr>
        <w:jc w:val="right"/>
      </w:pPr>
      <w:r>
        <w:t>یہی تو ہے ہپوکریسی۔</w:t>
      </w:r>
    </w:p>
    <w:p>
      <w:r>
        <w:rPr>
          <w:b/>
        </w:rPr>
        <w:t xml:space="preserve">[14:27] </w:t>
      </w:r>
      <w:r>
        <w:t>to dekhiye, agar aap yeh chahte hain ke aap ke andar weak personality na bane, balke strong personality bane, to kam az kam aik formula to aap zaroor pakar li jiye.</w:t>
      </w:r>
    </w:p>
    <w:p>
      <w:pPr>
        <w:jc w:val="right"/>
      </w:pPr>
      <w:r>
        <w:t>تو دیکھیے، اگر آپ یہ چاہتے ہیں کہ آپ کے اندر ویک پرسنیلٹی نہ بنے، بلکہ اسٹرانگ پرسنیلٹی بنے، تو کم از کم ایک فارمولا تو آپ ضرور پکڑ لیجیے۔</w:t>
      </w:r>
    </w:p>
    <w:p>
      <w:r>
        <w:rPr>
          <w:b/>
        </w:rPr>
        <w:t xml:space="preserve">[14:44] </w:t>
      </w:r>
      <w:r>
        <w:t>woh hai yeh kehna khule dil se ke i was wrong. i was wrong.</w:t>
      </w:r>
    </w:p>
    <w:p>
      <w:pPr>
        <w:jc w:val="right"/>
      </w:pPr>
      <w:r>
        <w:t>وہ ہے یہ کہنا کھلے دل سے کہ آئی واز رونگ۔ آئی واز رونگ۔</w:t>
      </w:r>
    </w:p>
    <w:p>
      <w:r>
        <w:rPr>
          <w:b/>
        </w:rPr>
        <w:t xml:space="preserve">[14:54] </w:t>
      </w:r>
      <w:r>
        <w:t>dekhiye, jab aap yeh kehte hain to apne andar aap self correction ka process jaari kar dete hain.</w:t>
      </w:r>
    </w:p>
    <w:p>
      <w:pPr>
        <w:jc w:val="right"/>
      </w:pPr>
      <w:r>
        <w:t>دیکھیے، جب آپ یہ کہتے ہیں تو اپنے اندر آپ سیلف کریکشن کا پراسیس جاری کر دیتے ہیں۔</w:t>
      </w:r>
    </w:p>
    <w:p>
      <w:r>
        <w:rPr>
          <w:b/>
        </w:rPr>
        <w:t xml:space="preserve">[15:03] </w:t>
      </w:r>
      <w:r>
        <w:t>jab bhi aap ne yeh keh diya ke i was wrong, is ka matlab kya hua? ke aap ne apne aap ko correct kiya, aage ke liye decide kiya ke aap aisa nahi karenge.</w:t>
      </w:r>
    </w:p>
    <w:p>
      <w:pPr>
        <w:jc w:val="right"/>
      </w:pPr>
      <w:r>
        <w:t>جب بھی آپ نے یہ کہہ دیا کہ آئی واز رونگ، اس کا مطلب کیا ہوا؟ کہ آپ نے اپنے آپ کو کریکٹ کیا، آگے کے لیے ڈیسائیڈ کیا کہ آپ ایسا نہیں کریں گے۔</w:t>
      </w:r>
    </w:p>
    <w:p>
      <w:r>
        <w:rPr>
          <w:b/>
        </w:rPr>
        <w:t xml:space="preserve">[15:19] </w:t>
      </w:r>
      <w:r>
        <w:t>to yeh hai self correction ka process.</w:t>
      </w:r>
    </w:p>
    <w:p>
      <w:pPr>
        <w:jc w:val="right"/>
      </w:pPr>
      <w:r>
        <w:t>تو یہ ہے سیلف کریکشن کا پراسیس۔</w:t>
      </w:r>
    </w:p>
    <w:p>
      <w:r>
        <w:rPr>
          <w:b/>
        </w:rPr>
        <w:t xml:space="preserve">[15:23] </w:t>
      </w:r>
      <w:r>
        <w:t>to aik sab mein mein kahunga ke jo aadmi apne andar self correction ka process na jaari kare, us ke andar weak personality banegi.</w:t>
      </w:r>
    </w:p>
    <w:p>
      <w:pPr>
        <w:jc w:val="right"/>
      </w:pPr>
      <w:r>
        <w:t>تو ایک سب میں میں کہوں گا کہ جو آدمی اپنے اندر سیلف کریکشن کا پراسیس نہ جاری کرے، اس کے اندر ویک پرسنیلٹی بنے گی۔</w:t>
      </w:r>
    </w:p>
    <w:p>
      <w:r>
        <w:rPr>
          <w:b/>
        </w:rPr>
        <w:t xml:space="preserve">[15:39] </w:t>
      </w:r>
      <w:r>
        <w:t>aur jo aadmi apne andar self correction ka process jaari kare, us ke liye tayyar rahe, to us ke andar strong personality banegi.</w:t>
      </w:r>
    </w:p>
    <w:p>
      <w:pPr>
        <w:jc w:val="right"/>
      </w:pPr>
      <w:r>
        <w:t>اور جو آدمی اپنے اندر سیلف کریکشن کا پراسیس جاری کرے، اس کے لیے تیار رہے، تو اس کے اندر اسٹرانگ پرسنیلٹی بنے گی۔</w:t>
      </w:r>
    </w:p>
    <w:p>
      <w:r>
        <w:rPr>
          <w:b/>
        </w:rPr>
        <w:t xml:space="preserve">[15:52] </w:t>
      </w:r>
      <w:r>
        <w:t>yani bohat hi simple way mein yeh hai is ka answer. aap apni daily experiences mein is ko jaanach sakte hain.</w:t>
      </w:r>
    </w:p>
    <w:p>
      <w:pPr>
        <w:jc w:val="right"/>
      </w:pPr>
      <w:r>
        <w:t>یعنی بہت ہی سمپل وے میں یہ ہے اس کا آنسر۔ آپ اپنی ڈیلی ایکسپیرئینسز میں اس کو جانچ سکتے ہیں۔</w:t>
      </w:r>
    </w:p>
    <w:p>
      <w:r>
        <w:rPr>
          <w:b/>
        </w:rPr>
        <w:t xml:space="preserve">[16:03] </w:t>
      </w:r>
      <w:r>
        <w:t>aap jin se milte hain, jin se aap ki baat cheet hoti hai, aap un ke upar criticize kar ke dekh lijiye.</w:t>
      </w:r>
    </w:p>
    <w:p>
      <w:pPr>
        <w:jc w:val="right"/>
      </w:pPr>
      <w:r>
        <w:t>آپ جن سے ملتے ہیں، جن سے آپ کی بات چیت ہوتی ہے، آپ ان کے اوپر کریٹیسائز کر کے دیکھ لیجیے۔</w:t>
      </w:r>
    </w:p>
    <w:p>
      <w:r>
        <w:rPr>
          <w:b/>
        </w:rPr>
        <w:t xml:space="preserve">[16:13] </w:t>
      </w:r>
      <w:r>
        <w:t>un ki ghalati ko point out kar ke dekh lijiye. woh manenge nahi.</w:t>
      </w:r>
    </w:p>
    <w:p>
      <w:pPr>
        <w:jc w:val="right"/>
      </w:pPr>
      <w:r>
        <w:t>ان کی غلطی کو پوائنٹ آؤٹ کر کے دیکھ لیجیے۔ وہ مانیں گے نہیں۔</w:t>
      </w:r>
    </w:p>
    <w:p>
      <w:r>
        <w:rPr>
          <w:b/>
        </w:rPr>
        <w:t xml:space="preserve">[16:19] </w:t>
      </w:r>
      <w:r>
        <w:t>yeh khul jayega ya prove ho jayega ke ab tak woh aik bhool, aik bhool mein pade hue thay. aik ghalati kar rahe thay.</w:t>
      </w:r>
    </w:p>
    <w:p>
      <w:pPr>
        <w:jc w:val="right"/>
      </w:pPr>
      <w:r>
        <w:t>یہ کھل جائے گا یا پروف ہو جائے گا کہ اب تک وہ ایک بھول، ایک بھول میں پڑے ہوئے تھے۔ ایک غلطی کر رہے تھے۔</w:t>
      </w:r>
    </w:p>
    <w:p>
      <w:r>
        <w:rPr>
          <w:b/>
        </w:rPr>
        <w:t xml:space="preserve">[16:32] </w:t>
      </w:r>
      <w:r>
        <w:t>to aap kitna hi un ko batayein, woh nahi kahenge ke mein ghalati par tha. i was wrong. bas ghuma phira kar ke dikhayenge ke mein to sahi tha pehle bhi aur ab bhi sahi hoon.</w:t>
      </w:r>
    </w:p>
    <w:p>
      <w:pPr>
        <w:jc w:val="right"/>
      </w:pPr>
      <w:r>
        <w:t>تو آپ کتنا ہی ان کو بتائیں، وہ نہیں کہیں گے کہ میں غلطی پر تھا۔ آئی واز رونگ۔ بس گھما پھرا کر کے دکھائیں گے کہ میں تو صحیح تھا پہلے بھی اور اب بھی صحیح ہوں۔</w:t>
      </w:r>
    </w:p>
    <w:p>
      <w:r>
        <w:rPr>
          <w:b/>
        </w:rPr>
        <w:t xml:space="preserve">[16:45] </w:t>
      </w:r>
      <w:r>
        <w:t>yahi hai weak personality.</w:t>
      </w:r>
    </w:p>
    <w:p>
      <w:pPr>
        <w:jc w:val="right"/>
      </w:pPr>
      <w:r>
        <w:t>یہی ہے ویک پرسنیلٹی۔</w:t>
      </w:r>
    </w:p>
    <w:p>
      <w:r>
        <w:rPr>
          <w:b/>
        </w:rPr>
        <w:t xml:space="preserve">[16:50] </w:t>
      </w:r>
      <w:r>
        <w:t>dekhiye, weak personality ka do bara, yani price deni padti hai aadmi ko.</w:t>
      </w:r>
    </w:p>
    <w:p>
      <w:pPr>
        <w:jc w:val="right"/>
      </w:pPr>
      <w:r>
        <w:t>دیکھیے، ویک پرسنیلٹی کا دو بڑا، یعنی پرائز دینی پڑتی ہے آدمی کو۔</w:t>
      </w:r>
    </w:p>
    <w:p>
      <w:r>
        <w:rPr>
          <w:b/>
        </w:rPr>
        <w:t xml:space="preserve">[16:59] </w:t>
      </w:r>
      <w:r>
        <w:t>jo shakhs apne andar weak personality paida kare, us ko do bhaari price deni padti hai. aik is dunya mein, aik akhirat mein.</w:t>
      </w:r>
    </w:p>
    <w:p>
      <w:pPr>
        <w:jc w:val="right"/>
      </w:pPr>
      <w:r>
        <w:t>جو شخص اپنے اندر ویک پرسنیلٹی پیدا کرے، اس کو دو بھاری پرائز دینی پڑتی ہے۔ ایک اس دنیا میں، ایک آخرت میں۔</w:t>
      </w:r>
    </w:p>
    <w:p>
      <w:r>
        <w:rPr>
          <w:b/>
        </w:rPr>
        <w:t xml:space="preserve">[17:12] </w:t>
      </w:r>
      <w:r>
        <w:t>is dunya mein kya price hai?</w:t>
      </w:r>
    </w:p>
    <w:p>
      <w:pPr>
        <w:jc w:val="right"/>
      </w:pPr>
      <w:r>
        <w:t>اس دنیا میں کیا پرائز ہے؟</w:t>
      </w:r>
    </w:p>
    <w:p>
      <w:r>
        <w:rPr>
          <w:b/>
        </w:rPr>
        <w:t xml:space="preserve">[17:15] </w:t>
      </w:r>
      <w:r>
        <w:t>woh yeh hai ke insaan ka jo nature hai, jo true nature hai, jo consciousness hai, jo natural wisdom hai, us ke andar parakh hoti hai, parakh.</w:t>
      </w:r>
    </w:p>
    <w:p>
      <w:pPr>
        <w:jc w:val="right"/>
      </w:pPr>
      <w:r>
        <w:t>وہ یہ ہے کہ انسان کا جو نیچر ہے، جو ٹرو نیچر ہے، جو کانشیسنس ہے، جو نیچرل وزڈم ہے، اس کے اندر پرکھ ہوتی ہے، پرکھ۔</w:t>
      </w:r>
    </w:p>
    <w:p>
      <w:r>
        <w:rPr>
          <w:b/>
        </w:rPr>
        <w:t xml:space="preserve">[17:33] </w:t>
      </w:r>
      <w:r>
        <w:t>bohat jald woh samajh leta hai aadmi ka idhar jo nature hai.</w:t>
      </w:r>
    </w:p>
    <w:p>
      <w:pPr>
        <w:jc w:val="right"/>
      </w:pPr>
      <w:r>
        <w:t>بہت جلد وہ سمجھ لیتا ہے آدمی کا ادھر جو نیچر ہے۔</w:t>
      </w:r>
    </w:p>
    <w:p>
      <w:r>
        <w:rPr>
          <w:b/>
        </w:rPr>
        <w:t xml:space="preserve">[17:42] </w:t>
      </w:r>
      <w:r>
        <w:t>woh samajh leta hai.</w:t>
      </w:r>
    </w:p>
    <w:p>
      <w:pPr>
        <w:jc w:val="right"/>
      </w:pPr>
      <w:r>
        <w:t>وہ سمجھ لیتا ہے۔</w:t>
      </w:r>
    </w:p>
    <w:p>
      <w:r>
        <w:rPr>
          <w:b/>
        </w:rPr>
        <w:t xml:space="preserve">[17:45] </w:t>
      </w:r>
      <w:r>
        <w:t>to agar, lekin aap aap inkar kar rahe hain, aap mante nahi, to kaha ke aap ka apna inner nature address nahi hua. aap ke consciousness ne jana ke yeh to ghalati thi.</w:t>
      </w:r>
    </w:p>
    <w:p>
      <w:pPr>
        <w:jc w:val="right"/>
      </w:pPr>
      <w:r>
        <w:t>تو اگر، لیکن آپ آپ انکار کر رہے ہیں، آپ مانتے نہیں، تو کہا کہ آپ کا اپنا انر نیچر ایڈریس نہیں ہوا۔ آپ کے کانشیسنس نے جانا کہ یہ تو غلطی تھی۔</w:t>
      </w:r>
    </w:p>
    <w:p>
      <w:r>
        <w:rPr>
          <w:b/>
        </w:rPr>
        <w:t xml:space="preserve">[17:58] </w:t>
      </w:r>
      <w:r>
        <w:t>aap ke inner nature ne jana ke yeh to ghalati thi.</w:t>
      </w:r>
    </w:p>
    <w:p>
      <w:pPr>
        <w:jc w:val="right"/>
      </w:pPr>
      <w:r>
        <w:t>آپ کے انر نیچر نے جانا کہ یہ تو غلطی تھی۔</w:t>
      </w:r>
    </w:p>
    <w:p>
      <w:r>
        <w:rPr>
          <w:b/>
        </w:rPr>
        <w:t xml:space="preserve">[18:03] </w:t>
      </w:r>
      <w:r>
        <w:t>lekin aap nahi maan rahe hain is ko. to is ka matlab hai ke aap ka apna nature address nahi hua. to yahi hai tension.</w:t>
      </w:r>
    </w:p>
    <w:p>
      <w:pPr>
        <w:jc w:val="right"/>
      </w:pPr>
      <w:r>
        <w:t>لیکن آپ نہیں مان رہے ہیں اس کو۔ تو اس کا معنی ہے کہ آپ کا اپنا نیچر ایڈریس نہیں ہوا۔ تو یہی ہے ٹینشن۔</w:t>
      </w:r>
    </w:p>
    <w:p>
      <w:r>
        <w:rPr>
          <w:b/>
        </w:rPr>
        <w:t xml:space="preserve">[18:13] </w:t>
      </w:r>
      <w:r>
        <w:t>to har aadmi ko chahiye ke woh self correction ke liye har waqt tayyar rahe. is ko mein keh sakta hoon ke yeh hai inner engineering.</w:t>
      </w:r>
    </w:p>
    <w:p>
      <w:pPr>
        <w:jc w:val="right"/>
      </w:pPr>
      <w:r>
        <w:t>تو ہر آدمی کو چاہیے کہ وہ سیلف کریکشن کے لیے ہر وقت تیار رہے۔ اس کو میں کہہ سکتا ہوں کہ یہ ہے انر انجینئرنگ۔</w:t>
      </w:r>
    </w:p>
    <w:p>
      <w:r>
        <w:rPr>
          <w:b/>
        </w:rPr>
        <w:t xml:space="preserve">[18:26] </w:t>
      </w:r>
      <w:r>
        <w:t>aik sab mein agar yeh batana ho to mein keh sakta hoon ke yeh hai inner engineering. apne andar jo hai, us ko engineer karna.</w:t>
      </w:r>
    </w:p>
    <w:p>
      <w:pPr>
        <w:jc w:val="right"/>
      </w:pPr>
      <w:r>
        <w:t>ایک سب میں اگر یہ بتانا ہو تو میں کہہ سکتا ہوں کہ یہ ہے انر انجینئرنگ۔ اپنے اندر جو ہے، اس کو انجینئر کرنا۔</w:t>
      </w:r>
    </w:p>
    <w:p>
      <w:r>
        <w:rPr>
          <w:b/>
        </w:rPr>
        <w:t xml:space="preserve">[18:36] </w:t>
      </w:r>
      <w:r>
        <w:t>is ko durust karna, aap ko theek karna, is ko banana.</w:t>
      </w:r>
    </w:p>
    <w:p>
      <w:pPr>
        <w:jc w:val="right"/>
      </w:pPr>
      <w:r>
        <w:t>اس کو درست کرنا، آپ کو ٹھیک کرنا، اس کو بنانا۔</w:t>
      </w:r>
    </w:p>
    <w:p>
      <w:r>
        <w:rPr>
          <w:b/>
        </w:rPr>
        <w:t xml:space="preserve">[18:41] </w:t>
      </w:r>
      <w:r>
        <w:t>apne andar wali personality ko build karna.</w:t>
      </w:r>
    </w:p>
    <w:p>
      <w:pPr>
        <w:jc w:val="right"/>
      </w:pPr>
      <w:r>
        <w:t>اپنے اندر والی پرسنیلٹی کو بلڈ کرنا۔</w:t>
      </w:r>
    </w:p>
    <w:p>
      <w:r>
        <w:rPr>
          <w:b/>
        </w:rPr>
        <w:t xml:space="preserve">[18:47] </w:t>
      </w:r>
      <w:r>
        <w:t>to dunya mein yeh price deni parti hai ke aap tension mein jeete hain. kyunke jab aap ka inner nature address na ho raha ho, to isi ka naam to tension hai.</w:t>
      </w:r>
    </w:p>
    <w:p>
      <w:pPr>
        <w:jc w:val="right"/>
      </w:pPr>
      <w:r>
        <w:t>تو دنیا میں یہ پرائز دینی پڑتی ہے کہ آپ ٹینشن میں جیتے ہیں۔ کیونکہ جب آپ کا انر نیچر ایڈریس نہ ہو رہا ہو، تو اسی کا نام تو ٹینشن ہے۔</w:t>
      </w:r>
    </w:p>
    <w:p>
      <w:r>
        <w:rPr>
          <w:b/>
        </w:rPr>
        <w:t xml:space="preserve">[19:04] </w:t>
      </w:r>
      <w:r>
        <w:t>dusra jo, dusri price jo deni parti hai, woh akhirat mein</w:t>
      </w:r>
    </w:p>
    <w:p>
      <w:pPr>
        <w:jc w:val="right"/>
      </w:pPr>
      <w:r>
        <w:t>دوسرا جو، دوسری پرائز جو دینی پڑتی ہے، وہ آخرت میں</w:t>
      </w:r>
    </w:p>
    <w:p>
      <w:r>
        <w:rPr>
          <w:b/>
        </w:rPr>
        <w:t xml:space="preserve">[19:08] </w:t>
      </w:r>
      <w:r>
        <w:t>hai. aise log jannat mein, paradise mein entry nahi payenge. aise log paradise mein entry nahi payenge.</w:t>
      </w:r>
    </w:p>
    <w:p>
      <w:pPr>
        <w:jc w:val="right"/>
      </w:pPr>
      <w:r>
        <w:t>ہے۔ ایسے لوگ جنت میں، پیراڈائز میں انٹری نہیں پائیں گے۔ ایسے لوگ پیراڈائز میں انٹری نہیں پائیں گے۔</w:t>
      </w:r>
    </w:p>
    <w:p>
      <w:r>
        <w:rPr>
          <w:b/>
        </w:rPr>
        <w:t xml:space="preserve">[19:20] </w:t>
      </w:r>
      <w:r>
        <w:t>paradise to aap dekhiye, khuda ke neighborhood ka naam hai paradise.</w:t>
      </w:r>
    </w:p>
    <w:p>
      <w:pPr>
        <w:jc w:val="right"/>
      </w:pPr>
      <w:r>
        <w:t>پیراڈائز تو آپ دیکھیے، خدا کے نیبرہڈ کا نام ہے پیراڈائز۔</w:t>
      </w:r>
    </w:p>
    <w:p>
      <w:r>
        <w:rPr>
          <w:b/>
        </w:rPr>
        <w:t xml:space="preserve">[19:30] </w:t>
      </w:r>
      <w:r>
        <w:t>kaisi ajeeb baat hai.</w:t>
      </w:r>
    </w:p>
    <w:p>
      <w:pPr>
        <w:jc w:val="right"/>
      </w:pPr>
      <w:r>
        <w:t>کیسی عجیب بات ہے۔</w:t>
      </w:r>
    </w:p>
    <w:p>
      <w:r>
        <w:rPr>
          <w:b/>
        </w:rPr>
        <w:t xml:space="preserve">[19:37] </w:t>
      </w:r>
      <w:r>
        <w:t>rublu baitna fil jannah. is ayat se maloom hota hai ke</w:t>
      </w:r>
    </w:p>
    <w:p>
      <w:pPr>
        <w:jc w:val="right"/>
      </w:pPr>
      <w:r>
        <w:t>ربلی بیتنا فی الجنہ۔ اس آیت سے معلوم ہوتا ہے کہ</w:t>
      </w:r>
    </w:p>
    <w:p>
      <w:r>
        <w:rPr>
          <w:b/>
        </w:rPr>
        <w:t xml:space="preserve">[19:41] </w:t>
      </w:r>
      <w:r>
        <w:t>ke neighborhood ke paradise kya hai. khuda ke neighborhood mein rehne ka naam hai paradise. ab aap sochiye, kya khuda ke neighborhood mein aise logon ko jagah milegi jis ke, jinke andar weak personality ho?</w:t>
      </w:r>
    </w:p>
    <w:p>
      <w:pPr>
        <w:jc w:val="right"/>
      </w:pPr>
      <w:r>
        <w:t>کہ نیبرہڈ کے پیراڈائز کیا ہے۔ خدا کے نیبرہڈ میں رہنے کا نام ہے پیراڈائز۔ اب آپ سوچیے، کیا خدا کے نیبرہڈ میں ایسے لوگوں کو جگہ ملے گی جس کے، جن کے اندر ویک پرسنیلٹی ہو؟</w:t>
      </w:r>
    </w:p>
    <w:p>
      <w:r>
        <w:rPr>
          <w:b/>
        </w:rPr>
        <w:t xml:space="preserve">[19:58] </w:t>
      </w:r>
      <w:r>
        <w:t>kabhi nahi mil sakti.</w:t>
      </w:r>
    </w:p>
    <w:p>
      <w:pPr>
        <w:jc w:val="right"/>
      </w:pPr>
      <w:r>
        <w:t>کبھی نہیں مل سکتی۔</w:t>
      </w:r>
    </w:p>
    <w:p>
      <w:r>
        <w:rPr>
          <w:b/>
        </w:rPr>
        <w:t xml:space="preserve">[20:04] </w:t>
      </w:r>
      <w:r>
        <w:t>yaad rakhiye, khuda ke neighborhood mein na to in logon ko jagah milegi jo haram personality le kar wahan pahunchen,</w:t>
      </w:r>
    </w:p>
    <w:p>
      <w:pPr>
        <w:jc w:val="right"/>
      </w:pPr>
      <w:r>
        <w:t>یاد رکھیے، خدا کے نیبرہڈ میں نہ تو ان لوگوں کو جگہ ملے گی جو حرام پرسنیلٹی لے کر وہاں پہنچیں،</w:t>
      </w:r>
    </w:p>
    <w:p>
      <w:r>
        <w:rPr>
          <w:b/>
        </w:rPr>
        <w:t xml:space="preserve">[20:14] </w:t>
      </w:r>
      <w:r>
        <w:t>aur na in logon ko jagah milegi jo weak personality le kar wahan pahunchen. is wajah se bohat zaroori hai ke aadmi har waqt apna introspection karta rahe.</w:t>
      </w:r>
    </w:p>
    <w:p>
      <w:pPr>
        <w:jc w:val="right"/>
      </w:pPr>
      <w:r>
        <w:t>اور نہ ان لوگوں کو جگہ ملے گی جو ویک پرسنیلٹی لے کر وہاں پہنچیں۔ اس وجہ سے بہت ضروری ہے کہ آدمی ہر وقت اپنا انٹراسپیکشن کرتا رہے۔</w:t>
      </w:r>
    </w:p>
    <w:p>
      <w:r>
        <w:rPr>
          <w:b/>
        </w:rPr>
        <w:t xml:space="preserve">[20:30] </w:t>
      </w:r>
      <w:r>
        <w:t>apni inner engineering karta rahe. apne aap ko durust karta rahe. har ek ke liye, har aurat ke liye, har mard ke liye zaroori hai, zaroori hai, zaroori hai.</w:t>
      </w:r>
    </w:p>
    <w:p>
      <w:pPr>
        <w:jc w:val="right"/>
      </w:pPr>
      <w:r>
        <w:t>اپنی انر انجینئرنگ کرتا رہے۔ اپنے آپ کو درست کرتا رہے۔ ہر ایک کے لیے، ہر عورت کے لیے، ہر مرد کے لیے ضروری ہے، ضروری ہے، ضروری ہے۔</w:t>
      </w:r>
    </w:p>
    <w:p>
      <w:r>
        <w:rPr>
          <w:b/>
        </w:rPr>
        <w:t xml:space="preserve">[20:42] </w:t>
      </w:r>
      <w:r>
        <w:t>ab ek aur ayat lijiye is silsile mein.</w:t>
      </w:r>
    </w:p>
    <w:p>
      <w:pPr>
        <w:jc w:val="right"/>
      </w:pPr>
      <w:r>
        <w:t>اب ایک اور آیت لیجیے اس سلسلے میں۔</w:t>
      </w:r>
    </w:p>
    <w:p>
      <w:r>
        <w:rPr>
          <w:b/>
        </w:rPr>
        <w:t xml:space="preserve">[20:48] </w:t>
      </w:r>
      <w:r>
        <w:t>quran ki</w:t>
      </w:r>
    </w:p>
    <w:p>
      <w:pPr>
        <w:jc w:val="right"/>
      </w:pPr>
      <w:r>
        <w:t>قرآن کی</w:t>
      </w:r>
    </w:p>
    <w:p>
      <w:r>
        <w:rPr>
          <w:b/>
        </w:rPr>
        <w:t xml:space="preserve">[20:52] </w:t>
      </w:r>
      <w:r>
        <w:t>surah al-hujurat yaani number 49. is mein ek moral teaching di gayi hai.</w:t>
      </w:r>
    </w:p>
    <w:p>
      <w:pPr>
        <w:jc w:val="right"/>
      </w:pPr>
      <w:r>
        <w:t>سورہ الحجرات یعنی نمبر 49۔ اس میں ایک مورل ٹیچنگ دی گئی ہے۔</w:t>
      </w:r>
    </w:p>
    <w:p>
      <w:r>
        <w:rPr>
          <w:b/>
        </w:rPr>
        <w:t xml:space="preserve">[21:06] </w:t>
      </w:r>
      <w:r>
        <w:t>is ke wording yeh hai: ya ayyuhal ladheena amanu istaniboo katheeran minaz zanni fa inna ba'daz zanni ism</w:t>
      </w:r>
    </w:p>
    <w:p>
      <w:pPr>
        <w:jc w:val="right"/>
      </w:pPr>
      <w:r>
        <w:t>اس کے ورڈنگ یہ ہے: یا ایہا الذین آمنوا استنبوا کثیرا من الذن فان بعد الذن اسم</w:t>
      </w:r>
    </w:p>
    <w:p>
      <w:r>
        <w:rPr>
          <w:b/>
        </w:rPr>
        <w:t xml:space="preserve">[21:22] </w:t>
      </w:r>
      <w:r>
        <w:t>ae logon, ae iman laane walon!</w:t>
      </w:r>
    </w:p>
    <w:p>
      <w:pPr>
        <w:jc w:val="right"/>
      </w:pPr>
      <w:r>
        <w:t>اے لوگوں، اے ایمان لانے والوں!</w:t>
      </w:r>
    </w:p>
    <w:p>
      <w:r>
        <w:rPr>
          <w:b/>
        </w:rPr>
        <w:t xml:space="preserve">[21:30] </w:t>
      </w:r>
      <w:r>
        <w:t>tum log</w:t>
      </w:r>
    </w:p>
    <w:p>
      <w:pPr>
        <w:jc w:val="right"/>
      </w:pPr>
      <w:r>
        <w:t>تم لوگ</w:t>
      </w:r>
    </w:p>
    <w:p>
      <w:r>
        <w:rPr>
          <w:b/>
        </w:rPr>
        <w:t xml:space="preserve">[21:33] </w:t>
      </w:r>
      <w:r>
        <w:t>zann se bacho,</w:t>
      </w:r>
    </w:p>
    <w:p>
      <w:pPr>
        <w:jc w:val="right"/>
      </w:pPr>
      <w:r>
        <w:t>زن سے بچو،</w:t>
      </w:r>
    </w:p>
    <w:p>
      <w:r>
        <w:rPr>
          <w:b/>
        </w:rPr>
        <w:t xml:space="preserve">[21:37] </w:t>
      </w:r>
      <w:r>
        <w:t>guman se bacho, kyunke bohat se guman gunah hote hain. in ba'daz zanni ism kyunke bohat se gunah, kyunke bohat se guman gunah hote hain.</w:t>
      </w:r>
    </w:p>
    <w:p>
      <w:pPr>
        <w:jc w:val="right"/>
      </w:pPr>
      <w:r>
        <w:t>گمان سے بچو، کیونکہ بہت سے گمان گناہ ہوتے ہیں۔ ان بعد الذن اسم کیونکہ بہت سے گناہ، کیونکہ بہت سے گمان گناہ ہوتے ہیں۔</w:t>
      </w:r>
    </w:p>
    <w:p>
      <w:r>
        <w:rPr>
          <w:b/>
        </w:rPr>
        <w:t xml:space="preserve">[21:54] </w:t>
      </w:r>
      <w:r>
        <w:t>dekhein, guman kis ko kehte hain?</w:t>
      </w:r>
    </w:p>
    <w:p>
      <w:pPr>
        <w:jc w:val="right"/>
      </w:pPr>
      <w:r>
        <w:t>دیکھیں، گمان کس کو کہتے ہیں؟</w:t>
      </w:r>
    </w:p>
    <w:p>
      <w:r>
        <w:rPr>
          <w:b/>
        </w:rPr>
        <w:t xml:space="preserve">[21:58] </w:t>
      </w:r>
      <w:r>
        <w:t>guman kehte hain supposition ke base par koi statement dena. supposition ke base par koi statement dena, yaani qiyas kar ke aap ko poori maloomat nahi hai, koi jankari nahi hai, aap ne guess kiya aur guess kar ke aap ne ek remark de diya.</w:t>
      </w:r>
    </w:p>
    <w:p>
      <w:pPr>
        <w:jc w:val="right"/>
      </w:pPr>
      <w:r>
        <w:t>گمان کہتے ہیں سپوزیشن کے بیس پر کوئی سٹیٹمنٹ دینا۔ سپوزیشن کے بیس پر کوئی سٹیٹمنٹ دینا، یعنی قیاس کر کے آپ کو پوری معلومات نہیں ہے، کوئی جانکاری نہیں ہے، آپ نے گیس کیا اور گیس کر کے آپ نے ایک ریمارک دے دیا۔</w:t>
      </w:r>
    </w:p>
    <w:p>
      <w:r>
        <w:rPr>
          <w:b/>
        </w:rPr>
        <w:t xml:space="preserve">[22:18] </w:t>
      </w:r>
      <w:r>
        <w:t>supposition ke base par aap ne ek remark de diya. yeh hai zann ya guman.</w:t>
      </w:r>
    </w:p>
    <w:p>
      <w:pPr>
        <w:jc w:val="right"/>
      </w:pPr>
      <w:r>
        <w:t>سپوزیشن کے بیس پر آپ نے ایک ریمارک دے دیا۔ یہ ہے زن یا گمان۔</w:t>
      </w:r>
    </w:p>
    <w:p>
      <w:r>
        <w:rPr>
          <w:b/>
        </w:rPr>
        <w:t xml:space="preserve">[22:25] </w:t>
      </w:r>
      <w:r>
        <w:t>ab is ayat par sochiye ke ae logon, bohat ziyada guman se bacho, kyunke baz guman gunah hote hain.</w:t>
      </w:r>
    </w:p>
    <w:p>
      <w:pPr>
        <w:jc w:val="right"/>
      </w:pPr>
      <w:r>
        <w:t>اب اس آیت پر سوچیے کہ اے لوگوں، بہت زیادہ گمان سے بچو، کیونکہ بعض گمان گناہ ہوتے ہیں۔</w:t>
      </w:r>
    </w:p>
    <w:p>
      <w:r>
        <w:rPr>
          <w:b/>
        </w:rPr>
        <w:t xml:space="preserve">[22:41] </w:t>
      </w:r>
      <w:r>
        <w:t>is mein dekhiye, is se yeh nikalta hai ke gumaan ke, gumaan ki do qismein hain. is supposition par, yeh guess par kalam jo karte hain log, to is ki do qismein hain.</w:t>
      </w:r>
    </w:p>
    <w:p>
      <w:pPr>
        <w:jc w:val="right"/>
      </w:pPr>
      <w:r>
        <w:t>اس میں دیکھیے، اس سے یہ نکلتا ہے کہ گمان کے، گمان کی دو قسمیں ہیں۔ اس سپوزیشن پر، یہ گیس پر کلام جو کرتے ہیں لوگ، تو اس کی دو قسمیں ہیں۔</w:t>
      </w:r>
    </w:p>
    <w:p>
      <w:r>
        <w:rPr>
          <w:b/>
        </w:rPr>
        <w:t xml:space="preserve">[22:56] </w:t>
      </w:r>
      <w:r>
        <w:t>ek woh qism hai jo gunaah hai, gunaah. ek is se kam hai.</w:t>
      </w:r>
    </w:p>
    <w:p>
      <w:pPr>
        <w:jc w:val="right"/>
      </w:pPr>
      <w:r>
        <w:t>ایک وہ قسم ہے جو گناہ ہے، گناہ۔ ایک اس سے کم ہے۔</w:t>
      </w:r>
    </w:p>
    <w:p>
      <w:r>
        <w:rPr>
          <w:b/>
        </w:rPr>
        <w:t xml:space="preserve">[23:03] </w:t>
      </w:r>
      <w:r>
        <w:t>to yeh do qism kaun kaun si hain?</w:t>
      </w:r>
    </w:p>
    <w:p>
      <w:pPr>
        <w:jc w:val="right"/>
      </w:pPr>
      <w:r>
        <w:t>تو یہ دو قسم کون کون سی ہیں؟</w:t>
      </w:r>
    </w:p>
    <w:p>
      <w:r>
        <w:rPr>
          <w:b/>
        </w:rPr>
        <w:t xml:space="preserve">[23:06] </w:t>
      </w:r>
      <w:r>
        <w:t>is par maine socha to mujhe samajh mein aaya ke dekhein, isi ke baare mein ek hai positive remark dena, ek hai negative remark dena.</w:t>
      </w:r>
    </w:p>
    <w:p>
      <w:pPr>
        <w:jc w:val="right"/>
      </w:pPr>
      <w:r>
        <w:t>اس پر میں نے سوچا تو مجھے سمجھ میں آیا کہ دیکھیں، اسی کے بارے میں ایک ہے پازیٹیو ریمارک دینا، ایک ہے نیگیٹیو ریمارک دینا۔</w:t>
      </w:r>
    </w:p>
    <w:p>
      <w:r>
        <w:rPr>
          <w:b/>
        </w:rPr>
        <w:t xml:space="preserve">[23:22] </w:t>
      </w:r>
      <w:r>
        <w:t>positive remark dena aur negative remark dena. farz kiye ke ek aadmi aap ko nazar pada, woh kurta pehne hue, topi pehne hue ja raha tha.</w:t>
      </w:r>
    </w:p>
    <w:p>
      <w:pPr>
        <w:jc w:val="right"/>
      </w:pPr>
      <w:r>
        <w:t>پازیٹیو ریمارک دینا اور نیگیٹیو ریمارک دینا۔ فرض کیے کہ ایک آدمی آپ کو نظر پڑا، وہ کرتا پہنے ہوئے، ٹوپی پہنے ہوئے جا رہا تھا۔</w:t>
      </w:r>
    </w:p>
    <w:p>
      <w:r>
        <w:rPr>
          <w:b/>
        </w:rPr>
        <w:t xml:space="preserve">[23:35] </w:t>
      </w:r>
      <w:r>
        <w:t>is ko dekh kar aap ne kaha ke mujhe aisa lagta hai ke yeh aadmi quran ka haafiz hai. yeh guess kar ke kaha aap ne. to suppose woh quran ka haafiz na ho aur aap ne keh diya ke mujhe lagta hai ke yeh quran ka haafiz hai,</w:t>
      </w:r>
    </w:p>
    <w:p>
      <w:pPr>
        <w:jc w:val="right"/>
      </w:pPr>
      <w:r>
        <w:t>اس کو دیکھ کر آپ نے کہا کہ مجھے ایسا لگتا ہے کہ یہ آدمی قرآن کا حافظ ہے۔ یہ گیس کر کے کہا آپ نے۔ تو سپوز وہ قرآن کا حافظ نہ ہو اور آپ نے کہہ دیا کہ مجھے لگتا ہے کہ یہ قرآن کا حافظ ہے،</w:t>
      </w:r>
    </w:p>
    <w:p>
      <w:r>
        <w:rPr>
          <w:b/>
        </w:rPr>
        <w:t xml:space="preserve">[23:50] </w:t>
      </w:r>
      <w:r>
        <w:t>to yeh koi gunaah ki baat nahi hui, kyunke that was a positive remark toward that person. to hum rozana bolte rehte hain guess ke base par roz</w:t>
      </w:r>
    </w:p>
    <w:p>
      <w:pPr>
        <w:jc w:val="right"/>
      </w:pPr>
      <w:r>
        <w:t>تو یہ کوئی گناہ کی بات نہیں ہوئی، کیونکہ دیٹ واز ا پازیٹیو ریمارک ٹورڈ دیٹ پرسن۔ تو ہم روزانہ بولتے رہتے ہیں گیس کے بیس پر روز</w:t>
      </w:r>
    </w:p>
    <w:p>
      <w:r>
        <w:rPr>
          <w:b/>
        </w:rPr>
        <w:t xml:space="preserve">[24:04] </w:t>
      </w:r>
      <w:r>
        <w:t>ana. to do qismein huin: ek hai guess ya supposition ke base par kisi ke baare mein ek positive remark dena.</w:t>
      </w:r>
    </w:p>
    <w:p>
      <w:pPr>
        <w:jc w:val="right"/>
      </w:pPr>
      <w:r>
        <w:t>انہ۔ تو دو قسمیں ہوئیں: ایک ہے گیس یا سپوزیشن کے بیس پر کسی کے بارے میں ایک پازیٹیو ریمارک دینا۔</w:t>
      </w:r>
    </w:p>
    <w:p>
      <w:r>
        <w:rPr>
          <w:b/>
        </w:rPr>
        <w:t xml:space="preserve">[24:19] </w:t>
      </w:r>
      <w:r>
        <w:t>positive remark woh hai jis mein, is ki mein ek definition bataunga. definition: positive remark woh hai jis ko woh aadmi sune to us ko woh bura na maloom ho.</w:t>
      </w:r>
    </w:p>
    <w:p>
      <w:pPr>
        <w:jc w:val="right"/>
      </w:pPr>
      <w:r>
        <w:t>پازیٹیو ریمارک وہ ہے جس میں، اس کی میں ایک ڈیفینیشن بتاؤں گا۔ ڈیفینیشن: پازیٹیو ریمارک وہ ہے جس کو وہ آدمی سنے تو اس کو وہ برا نہ معلوم ہو۔</w:t>
      </w:r>
    </w:p>
    <w:p>
      <w:r>
        <w:rPr>
          <w:b/>
        </w:rPr>
        <w:t xml:space="preserve">[24:35] </w:t>
      </w:r>
      <w:r>
        <w:t>jaise ke aap ne kaha ke aadmi mujhe lagta hai ke quran ka haafiz hai, to aur woh haafiz na ho quran ka, to sune ga to woh bura nahi maloom hoga.</w:t>
      </w:r>
    </w:p>
    <w:p>
      <w:pPr>
        <w:jc w:val="right"/>
      </w:pPr>
      <w:r>
        <w:t>جیسے کہ آپ نے کہا کہ آدمی مجھے لگتا ہے کہ قرآن کا حافظ ہے، تو اور وہ حافظ نہ ہو قرآن کا، تو سنے گا تو وہ برا نہیں معلوم ہوگا۔</w:t>
      </w:r>
    </w:p>
    <w:p>
      <w:r>
        <w:rPr>
          <w:b/>
        </w:rPr>
        <w:t xml:space="preserve">[24:44] </w:t>
      </w:r>
      <w:r>
        <w:t>is ko, is ko bura nahi maloom hoga. aap yeh kahein ke aadmi mujhe lagta hai ke nadwa se parh kar aaya hai.</w:t>
      </w:r>
    </w:p>
    <w:p>
      <w:pPr>
        <w:jc w:val="right"/>
      </w:pPr>
      <w:r>
        <w:t>اس کو، اس کو برا نہیں معلوم ہوگا۔ آپ یہ کہیں کہ آدمی مجھے لگتا ہے کہ ندوہ سے پڑھ کر آیا ہے۔</w:t>
      </w:r>
    </w:p>
    <w:p>
      <w:r>
        <w:rPr>
          <w:b/>
        </w:rPr>
        <w:t xml:space="preserve">[24:54] </w:t>
      </w:r>
      <w:r>
        <w:t>farz kiye ke nadwa se na parha ho us ne, to us ko bura nahi lage ga, kyunke that was a positive remark.</w:t>
      </w:r>
    </w:p>
    <w:p>
      <w:pPr>
        <w:jc w:val="right"/>
      </w:pPr>
      <w:r>
        <w:t>فرض کیے کہ ندوہ سے نہ پڑھا ہو اس نے، تو اس کو برا نہیں لگے گا، کیونکہ دیٹ واز ا پازیٹیو ریمارک۔</w:t>
      </w:r>
    </w:p>
    <w:p>
      <w:r>
        <w:rPr>
          <w:b/>
        </w:rPr>
        <w:t xml:space="preserve">[25:02] </w:t>
      </w:r>
      <w:r>
        <w:t>to ek hai woh guess, woh supposition</w:t>
      </w:r>
    </w:p>
    <w:p>
      <w:pPr>
        <w:jc w:val="right"/>
      </w:pPr>
      <w:r>
        <w:t>تو ایک ہے وہ گیس، وہ سپوزیشن</w:t>
      </w:r>
    </w:p>
    <w:p>
      <w:r>
        <w:rPr>
          <w:b/>
        </w:rPr>
        <w:t xml:space="preserve">[25:10] </w:t>
      </w:r>
      <w:r>
        <w:t>jis ke tehat aap kisi ke baare mein koi positive remark dein. to positive remark par aap ki pakar nahi hai, woh aap ke liye gunaah nahi hai.</w:t>
      </w:r>
    </w:p>
    <w:p>
      <w:pPr>
        <w:jc w:val="right"/>
      </w:pPr>
      <w:r>
        <w:t>جس کے تحت آپ کسی کے بارے میں کوئی پازیٹیو ریمارک دیں۔ تو پازیٹیو ریمارک پر آپ کی پکڑ نہیں ہے، وہ آپ کے لیے گناہ نہیں ہے۔</w:t>
      </w:r>
    </w:p>
    <w:p>
      <w:r>
        <w:rPr>
          <w:b/>
        </w:rPr>
        <w:t xml:space="preserve">[25:23] </w:t>
      </w:r>
      <w:r>
        <w:t>doosra remark woh hai jo negative remark ho. negative remark</w:t>
      </w:r>
    </w:p>
    <w:p>
      <w:pPr>
        <w:jc w:val="right"/>
      </w:pPr>
      <w:r>
        <w:t>دوسرا ریمارک وہ ہے جو نیگیٹیو ریمارک ہو۔ نیگیٹیو ریمارک</w:t>
      </w:r>
    </w:p>
    <w:p>
      <w:r>
        <w:rPr>
          <w:b/>
        </w:rPr>
        <w:t xml:space="preserve">[25:29] </w:t>
      </w:r>
      <w:r>
        <w:t>yaani kisi ke baare mein aisi baat kehna jis ko woh sune to us ko bura lagay.</w:t>
      </w:r>
    </w:p>
    <w:p>
      <w:pPr>
        <w:jc w:val="right"/>
      </w:pPr>
      <w:r>
        <w:t>یعنی کسی کے بارے میں ایسی بات کہنا جس کو وہ سنے تو اس کو برا لگے۔</w:t>
      </w:r>
    </w:p>
    <w:p>
      <w:r>
        <w:rPr>
          <w:b/>
        </w:rPr>
        <w:t xml:space="preserve">[25:38] </w:t>
      </w:r>
      <w:r>
        <w:t>negative remark dena kisi ke baare mein, is ki definition yeh hogi ke jis ko woh aadmi sune to us ko bura lagay.</w:t>
      </w:r>
    </w:p>
    <w:p>
      <w:pPr>
        <w:jc w:val="right"/>
      </w:pPr>
      <w:r>
        <w:t>نیگیٹیو ریمارک دینا کسی کے بارے میں، اس کی ڈیفینیشن یہ ہوگی کہ جس کو وہ آدمی سنے تو اس کو برا لگے۔</w:t>
      </w:r>
    </w:p>
    <w:p>
      <w:r>
        <w:rPr>
          <w:b/>
        </w:rPr>
        <w:t xml:space="preserve">[25:49] </w:t>
      </w:r>
      <w:r>
        <w:t>jaise ke ek aadmi hai, woh chal raha hai. ab woh ek suppose, woh ek coat pehne hue hai.</w:t>
      </w:r>
    </w:p>
    <w:p>
      <w:pPr>
        <w:jc w:val="right"/>
      </w:pPr>
      <w:r>
        <w:t>جیسے کہ ایک آدمی ہے، وہ چل رہا ہے۔ اب وہ ایک سپوز، وہ ایک کوٹ پہنے ہوئے ہے۔</w:t>
      </w:r>
    </w:p>
    <w:p>
      <w:r>
        <w:rPr>
          <w:b/>
        </w:rPr>
        <w:t xml:space="preserve">[25:59] </w:t>
      </w:r>
      <w:r>
        <w:t>aap kahein ke mujhe lagta hai ke yeh coat jo hai, is ne falan store se chura li hai. yeh negative remark hua, kyunke aap ko pata to tha nahi ke woh coat chura kar laya hai woh ya khareed kar ke laya hai.</w:t>
      </w:r>
    </w:p>
    <w:p>
      <w:pPr>
        <w:jc w:val="right"/>
      </w:pPr>
      <w:r>
        <w:t>آپ کہیں کہ مجھے لگتا ہے کہ یہ کوٹ جو ہے، اس نے فلاں اسٹور سے چرا لی ہے۔ یہ نیگیٹیو ریمارک ہوا، کیونکہ آپ کو پتہ تو تھا نہیں کہ وہ کوٹ چرا کر لایا ہے وہ یا خرید کر کے لایا ہے۔</w:t>
      </w:r>
    </w:p>
    <w:p>
      <w:r>
        <w:rPr>
          <w:b/>
        </w:rPr>
        <w:t xml:space="preserve">[26:14] </w:t>
      </w:r>
      <w:r>
        <w:t>to agar aap yeh kahein ke yeh aadmi jo hai, mujhe lagta hai ke yeh coat chura kar laya hai falan store se, to woh sune ga to bura lagay ga us ko. zaahir hai, woh ghussa hoga.</w:t>
      </w:r>
    </w:p>
    <w:p>
      <w:pPr>
        <w:jc w:val="right"/>
      </w:pPr>
      <w:r>
        <w:t>تو اگر آپ یہ کہیں کہ یہ آدمی جو ہے، مجھے لگتا ہے کہ یہ کوٹ چرا کر لایا ہے فلاں اسٹور سے، تو وہ سنے گا تو برا لگے گا اس کو۔ ظاہر ہے، وہ غصہ ہوگا۔</w:t>
      </w:r>
    </w:p>
    <w:p>
      <w:r>
        <w:rPr>
          <w:b/>
        </w:rPr>
        <w:t xml:space="preserve">[26:25] </w:t>
      </w:r>
      <w:r>
        <w:t>to yeh hai negative remark.</w:t>
      </w:r>
    </w:p>
    <w:p>
      <w:pPr>
        <w:jc w:val="right"/>
      </w:pPr>
      <w:r>
        <w:t>تو یہ ہے نیگیٹیو ریمارک۔</w:t>
      </w:r>
    </w:p>
    <w:p>
      <w:r>
        <w:rPr>
          <w:b/>
        </w:rPr>
        <w:t xml:space="preserve">[26:28] </w:t>
      </w:r>
      <w:r>
        <w:t>to quran mein dekhiye, remark pass karne ki do qismein batai gayi hain. ek hai negative remark, ek hai positive remark.</w:t>
      </w:r>
    </w:p>
    <w:p>
      <w:pPr>
        <w:jc w:val="right"/>
      </w:pPr>
      <w:r>
        <w:t>تو قرآن میں دیکھیے، ریمارک پاس کرنے کی دو قسمیں بتائی گئی ہیں۔ ایک ہے نیگیٹیو ریمارک، ایک ہے پازیٹیو ریمارک۔</w:t>
      </w:r>
    </w:p>
    <w:p>
      <w:r>
        <w:rPr>
          <w:b/>
        </w:rPr>
        <w:t xml:space="preserve">[26:39] </w:t>
      </w:r>
      <w:r>
        <w:t>to positive remark kisi ke baare mein bhi aap de sakte hain, yes ke base par. yaani poori jankari aap ko nahi hai, phir bhi aap us ke baare mein ek baat keh</w:t>
      </w:r>
    </w:p>
    <w:p>
      <w:pPr>
        <w:jc w:val="right"/>
      </w:pPr>
      <w:r>
        <w:t>تو پازیٹیو ریمارک کسی کے بارے میں بھی آپ دے سکتے ہیں، یس کے بیس پر۔ یعنی پوری جانکاری آپ کو نہیں ہے، پھر بھی آپ اس کے بارے میں ایک بات کہہ</w:t>
      </w:r>
    </w:p>
    <w:p>
      <w:r>
        <w:rPr>
          <w:b/>
        </w:rPr>
        <w:t xml:space="preserve">[26:52] </w:t>
      </w:r>
      <w:r>
        <w:t>rahe hain. to agar woh positive remark hai, yaani musbat remark hai, to is par aap ki pakar nahi hogi.</w:t>
      </w:r>
    </w:p>
    <w:p>
      <w:pPr>
        <w:jc w:val="right"/>
      </w:pPr>
      <w:r>
        <w:t>رہے ہیں۔ تو اگر وہ پازیٹیو ریمارک ہے، یعنی مثبت ریمارک ہے، تو اس پر آپ کی پکڑ نہیں ہوگی۔</w:t>
      </w:r>
    </w:p>
    <w:p>
      <w:r>
        <w:rPr>
          <w:b/>
        </w:rPr>
        <w:t xml:space="preserve">[27:03] </w:t>
      </w:r>
      <w:r>
        <w:t>lekin agar woh negative remark hai,</w:t>
      </w:r>
    </w:p>
    <w:p>
      <w:pPr>
        <w:jc w:val="right"/>
      </w:pPr>
      <w:r>
        <w:t>لیکن اگر وہ نیگیٹیو ریمارک ہے،</w:t>
      </w:r>
    </w:p>
    <w:p>
      <w:r>
        <w:rPr>
          <w:b/>
        </w:rPr>
        <w:t xml:space="preserve">[27:09] </w:t>
      </w:r>
      <w:r>
        <w:t>tab to zaroor pakad hogi. is zamane mein, aaj kal jo hai, negative remark ki bohat hi well known surat woh hai jis ko kehte hain character assassination.</w:t>
      </w:r>
    </w:p>
    <w:p>
      <w:pPr>
        <w:jc w:val="right"/>
      </w:pPr>
      <w:r>
        <w:t>تب تو ضرور پکڑ ہوگی۔ اس زمانے میں، آج کل جو ہے، نیگیٹیو ریمارک کی بہت ہی ویل نون صورت وہ ہے جس کو کہتے ہیں کریکٹر اسیسینیشن۔</w:t>
      </w:r>
    </w:p>
    <w:p>
      <w:r>
        <w:rPr>
          <w:b/>
        </w:rPr>
        <w:t xml:space="preserve">[27:24] </w:t>
      </w:r>
      <w:r>
        <w:t>character assassination yani kisi ke character ke bare mein aisi baat kehna jis se us ki image kharab hoti ho.</w:t>
      </w:r>
    </w:p>
    <w:p>
      <w:pPr>
        <w:jc w:val="right"/>
      </w:pPr>
      <w:r>
        <w:t>کریکٹر اسیسینیشن یعنی کسی کے کریکٹر کے بارے میں ایسی بات کہنا جس سے اس کی امیج خراب ہوتی ہو۔</w:t>
      </w:r>
    </w:p>
    <w:p>
      <w:r>
        <w:rPr>
          <w:b/>
        </w:rPr>
        <w:t xml:space="preserve">[27:35] </w:t>
      </w:r>
      <w:r>
        <w:t>jis se us ki image kharab hoti ho, to woh negative remark hai. aur negative remark bhi ek zan ke base par hota hai, ek guman ke base par hota hai.</w:t>
      </w:r>
    </w:p>
    <w:p>
      <w:pPr>
        <w:jc w:val="right"/>
      </w:pPr>
      <w:r>
        <w:t>جس سے اس کی امیج خراب ہوتی ہو، تو وہ نیگیٹیو ریمارک ہے۔ اور نیگیٹیو ریمارک بھی ایک زن کے بیس پر ہوتا ہے، ایک گمان کے بیس پر ہوتا ہے۔</w:t>
      </w:r>
    </w:p>
    <w:p>
      <w:r>
        <w:rPr>
          <w:b/>
        </w:rPr>
        <w:t xml:space="preserve">[27:46] </w:t>
      </w:r>
      <w:r>
        <w:t>lekin woh aisa remark kharab hai, woh gunah hai.</w:t>
      </w:r>
    </w:p>
    <w:p>
      <w:pPr>
        <w:jc w:val="right"/>
      </w:pPr>
      <w:r>
        <w:t>لیکن وہ ایسا ریمارک خراب ہے، وہ گناہ ہے۔</w:t>
      </w:r>
    </w:p>
    <w:p>
      <w:r>
        <w:rPr>
          <w:b/>
        </w:rPr>
        <w:t xml:space="preserve">[27:51] </w:t>
      </w:r>
      <w:r>
        <w:t>to guess ke base par kehni ki do qismein huin. ek yeh hai ke aap kisi ke bare mein positive remark dein to woh haram nahi hai. aur doosra yeh hai ke aap kisi ke bare mein negative remark dein to woh haram hai.</w:t>
      </w:r>
    </w:p>
    <w:p>
      <w:pPr>
        <w:jc w:val="right"/>
      </w:pPr>
      <w:r>
        <w:t>تو گیس کے بیس پر کہنی کی دو قسمیں ہوئیں۔ ایک یہ ہے کہ آپ کسی کے بارے میں پازیٹیو ریمارک دیں تو وہ حرام نہیں ہے۔ اور دوسرا یہ ہے کہ آپ کسی کے بارے میں نیگیٹیو ریمارک دیں تو وہ حرام ہے۔</w:t>
      </w:r>
    </w:p>
    <w:p>
      <w:r>
        <w:rPr>
          <w:b/>
        </w:rPr>
        <w:t xml:space="preserve">[28:07] </w:t>
      </w:r>
      <w:r>
        <w:t>to ab yahan par dekhiye, aap ko cautious rehna parega, bohat zyada cautious. nahi to phir aap ke andar weak personality banegi. be soojh, be soch samjhe aap bolein, aisa aap bolein, waisa aap bolein.</w:t>
      </w:r>
    </w:p>
    <w:p>
      <w:pPr>
        <w:jc w:val="right"/>
      </w:pPr>
      <w:r>
        <w:t>تو اب یہاں پر دیکھیے، آپ کو کاشس رہنا پڑے گا، بہت زیادہ کاشس۔ نہیں تو پھر آپ کے اندر ویک پرسنیلٹی بنے گی۔ بے سوجھ، بے سوچ سمجھے آپ بولیں، ایسا آپ بول دیں، ویسا آپ بول دیں۔</w:t>
      </w:r>
    </w:p>
    <w:p>
      <w:r>
        <w:rPr>
          <w:b/>
        </w:rPr>
        <w:t xml:space="preserve">[28:21] </w:t>
      </w:r>
      <w:r>
        <w:t>koi zyada jaanch na karein, scrutiny na karein, bas keh dein aise hi kisi ke bare mein. woh us ke against mein jaye ya us ke favor mein jaye, bas aise hi keh rahe hain.</w:t>
      </w:r>
    </w:p>
    <w:p>
      <w:pPr>
        <w:jc w:val="right"/>
      </w:pPr>
      <w:r>
        <w:t>کوئی زیادہ جانچ نہ کریں، اسکرپٹی نہ کریں، بس کہہ دیں ایسے ہی کسی کے بارے میں۔ وہ اس کے اگینسٹ میں جائے یا اس کے فیور میں جائے، بس ایسے ہی کہہ رہے ہیں۔</w:t>
      </w:r>
    </w:p>
    <w:p>
      <w:r>
        <w:rPr>
          <w:b/>
        </w:rPr>
        <w:t xml:space="preserve">[28:35] </w:t>
      </w:r>
      <w:r>
        <w:t>to aap is mani ke aap ke andar ek, aap ke andar woh nahi hai. yani aap ka, aap ka jo mizaj hai, woh is mein sanjeedgi nahi hai,</w:t>
      </w:r>
    </w:p>
    <w:p>
      <w:pPr>
        <w:jc w:val="right"/>
      </w:pPr>
      <w:r>
        <w:t>تو آپ اس معنی کہ آپ کے اندر ایک، آپ کے اندر وہ نہیں ہے۔ یعنی آپ کا، آپ کا جو مزاج ہے، وہ اس میں سنجیدگی نہیں ہے،</w:t>
      </w:r>
    </w:p>
    <w:p>
      <w:r>
        <w:rPr>
          <w:b/>
        </w:rPr>
        <w:t xml:space="preserve">[28:49] </w:t>
      </w:r>
      <w:r>
        <w:t>ehtiyat nahi hai.</w:t>
      </w:r>
    </w:p>
    <w:p>
      <w:pPr>
        <w:jc w:val="right"/>
      </w:pPr>
      <w:r>
        <w:t>احتیاط نہیں ہے۔</w:t>
      </w:r>
    </w:p>
    <w:p>
      <w:r>
        <w:rPr>
          <w:b/>
        </w:rPr>
        <w:t xml:space="preserve">[28:53] </w:t>
      </w:r>
      <w:r>
        <w:t>aap cheezon ke bare mein cautious nahi hain. to yeh hai weak personality. dekhein, yeh jo hum bolein, zan wali baat ya guman wali baat, jab hum bolein to zaban se bolein.</w:t>
      </w:r>
    </w:p>
    <w:p>
      <w:pPr>
        <w:jc w:val="right"/>
      </w:pPr>
      <w:r>
        <w:t>آپ چیزوں کے بارے میں کاشس نہیں ہیں۔ تو یہ ہے ویک پرسنیلٹی۔ دیکھیں، یہ جو ہم بولتے ہیں، زن کے والی بات یا گمان والی بات، جب ہم بولتے ہیں تو زبان سے بولتے ہیں۔</w:t>
      </w:r>
    </w:p>
    <w:p>
      <w:r>
        <w:rPr>
          <w:b/>
        </w:rPr>
        <w:t xml:space="preserve">[29:10] </w:t>
      </w:r>
      <w:r>
        <w:t>woh speech ka ek fana hota hai. speech, yeh zaban jo hai, bohat zyada, bohat zyada important hai insan ke body mein.</w:t>
      </w:r>
    </w:p>
    <w:p>
      <w:pPr>
        <w:jc w:val="right"/>
      </w:pPr>
      <w:r>
        <w:t>وہ اسپیچ کا ایک فنا ہوتا ہے۔ اسپیچ، یہ زبان جو ہے، بہت زیادہ، بہت زیادہ امپورٹنٹ ہے انسان کے باڈی میں۔</w:t>
      </w:r>
    </w:p>
    <w:p>
      <w:r>
        <w:rPr>
          <w:b/>
        </w:rPr>
        <w:t xml:space="preserve">[29:24] </w:t>
      </w:r>
      <w:r>
        <w:t>Rasool Allah ne ek sahabi ko, apne ek contemporary musalman ko</w:t>
      </w:r>
    </w:p>
    <w:p>
      <w:pPr>
        <w:jc w:val="right"/>
      </w:pPr>
      <w:r>
        <w:t>رسول اللہ نے ایک صحابی کو، اپنے ایک کنٹمپریری مسلمان کو</w:t>
      </w:r>
    </w:p>
    <w:p>
      <w:r>
        <w:rPr>
          <w:b/>
        </w:rPr>
        <w:t xml:space="preserve">[29:33] </w:t>
      </w:r>
      <w:r>
        <w:t>dekha ke woh kuch bol raha hai,</w:t>
      </w:r>
    </w:p>
    <w:p>
      <w:pPr>
        <w:jc w:val="right"/>
      </w:pPr>
      <w:r>
        <w:t>دیکھا کہ وہ کچھ بول رہا ہے،</w:t>
      </w:r>
    </w:p>
    <w:p>
      <w:r>
        <w:rPr>
          <w:b/>
        </w:rPr>
        <w:t xml:space="preserve">[29:39] </w:t>
      </w:r>
      <w:r>
        <w:t>carefree andaaz mein. to aap ne kaha ke apni zaban se bacho, apni zaban se bacho.</w:t>
      </w:r>
    </w:p>
    <w:p>
      <w:pPr>
        <w:jc w:val="right"/>
      </w:pPr>
      <w:r>
        <w:t>کیئر فری انداز میں۔ تو آپ نے کہا کہ اپنی زبان سے بچو، اپنی زبان سے بچو۔</w:t>
      </w:r>
    </w:p>
    <w:p>
      <w:r>
        <w:rPr>
          <w:b/>
        </w:rPr>
        <w:t xml:space="preserve">[29:50] </w:t>
      </w:r>
      <w:r>
        <w:t>to us ne poocha ke humein apni zaban se hi bachna hai?</w:t>
      </w:r>
    </w:p>
    <w:p>
      <w:pPr>
        <w:jc w:val="right"/>
      </w:pPr>
      <w:r>
        <w:t>تو اس نے پوچھا کہ ہمیں اپنی زبان سے ہی بچنا ہے؟</w:t>
      </w:r>
    </w:p>
    <w:p>
      <w:r>
        <w:rPr>
          <w:b/>
        </w:rPr>
        <w:t xml:space="preserve">[29:54] </w:t>
      </w:r>
      <w:r>
        <w:t>to aap ne kaha ke yahi zaban jo hai, yahi to ko jahannum mein le jayegi. illa hasaida al-sunatihim zaban ki kheti hi to tum ko jahannum mein le jayegi.</w:t>
      </w:r>
    </w:p>
    <w:p>
      <w:pPr>
        <w:jc w:val="right"/>
      </w:pPr>
      <w:r>
        <w:t>تو آپ نے کہا کہ یہی زبان جو ہے، یہی تو کو جہنم میں لے جائے گی۔ الا حسائد السنتہم زبان کی کھیتی ہی تو تم کو جہنم میں لے جائے گی۔</w:t>
      </w:r>
    </w:p>
    <w:p>
      <w:r>
        <w:rPr>
          <w:b/>
        </w:rPr>
        <w:t xml:space="preserve">[30:09] </w:t>
      </w:r>
      <w:r>
        <w:t>to kheti se kya murad hai? zaban ki kheti se murad zahir hai ke positive remark murad nahi hai, is se murad hai negative remark.</w:t>
      </w:r>
    </w:p>
    <w:p>
      <w:pPr>
        <w:jc w:val="right"/>
      </w:pPr>
      <w:r>
        <w:t>تو کھیتی سے کیا مراد ہے؟ زبان کی کھیتی سے مراد ظاہر ہے کہ پازیٹیو ریمارک مراد نہیں ہے، اس سے مراد ہے نیگیٹیو ریمارک۔</w:t>
      </w:r>
    </w:p>
    <w:p>
      <w:r>
        <w:rPr>
          <w:b/>
        </w:rPr>
        <w:t xml:space="preserve">[30:19] </w:t>
      </w:r>
      <w:r>
        <w:t>to aap apni zaban ko istemal karne ke mamle mein cautious na hon, muhtat na hon, kuch bhi keh diya karein kisi ke bare mein ke main to janta hoon ke yeh jhoota aadmi hai,</w:t>
      </w:r>
    </w:p>
    <w:p>
      <w:pPr>
        <w:jc w:val="right"/>
      </w:pPr>
      <w:r>
        <w:t>تو آپ اپنی زبان کو استعمال کرنے کے معاملے میں کاشس نہ ہوں، محتاط نہ ہوں، کچھ بھی کہہ دیا کریں کسی کے بارے میں کہ میں تو جانتا ہوں کہ یہ جھوٹا آدمی ہے،</w:t>
      </w:r>
    </w:p>
    <w:p>
      <w:r>
        <w:rPr>
          <w:b/>
        </w:rPr>
        <w:t xml:space="preserve">[30:33] </w:t>
      </w:r>
      <w:r>
        <w:t>main janta hoon ke yeh corrupt aadmi hai, main to janta hoon ke yeh expatrator aadmi hai. aise log bolte rehte hain,</w:t>
      </w:r>
    </w:p>
    <w:p>
      <w:pPr>
        <w:jc w:val="right"/>
      </w:pPr>
      <w:r>
        <w:t>میں جانتا ہوں کہ یہ کرپٹ آدمی ہے، میں تو جانتا ہوں کہ یہ ایکسپائٹر آدمی ہے۔ ایسے لوگ بولتے رہتے ہیں،</w:t>
      </w:r>
    </w:p>
    <w:p>
      <w:r>
        <w:rPr>
          <w:b/>
        </w:rPr>
        <w:t xml:space="preserve">[30:44] </w:t>
      </w:r>
      <w:r>
        <w:t>bolte rehte hain. aise hi</w:t>
      </w:r>
    </w:p>
    <w:p>
      <w:pPr>
        <w:jc w:val="right"/>
      </w:pPr>
      <w:r>
        <w:t>بولتے رہتے ہیں۔ ایسے ہی</w:t>
      </w:r>
    </w:p>
    <w:p>
      <w:r>
        <w:rPr>
          <w:b/>
        </w:rPr>
        <w:t xml:space="preserve">[30:47] </w:t>
      </w:r>
      <w:r>
        <w:t>misalan main hinduo ke jalse mein jata hoon bohat dinon se, to ab mere bare mein kuch logon ne kiya propaganda kiya ke yeh to pro hindu hain aur anti muslim hain.</w:t>
      </w:r>
    </w:p>
    <w:p>
      <w:pPr>
        <w:jc w:val="right"/>
      </w:pPr>
      <w:r>
        <w:t>مثلاً میں ہندوؤں کے جلسے میں جاتا ہوں بہت دنوں سے، تو اب میرے بارے میں کچھ لوگوں نے کیا پروپیگنڈا کیا کہ یہ تو پرو ہندو ہیں اور اینٹی مسلم ہیں۔</w:t>
      </w:r>
    </w:p>
    <w:p>
      <w:r>
        <w:rPr>
          <w:b/>
        </w:rPr>
        <w:t xml:space="preserve">[31:00] </w:t>
      </w:r>
      <w:r>
        <w:t>yani pro hindu aur anti muslim hain. yeh kisi ne nahi kiya ke mujh se aage poocha ke wahan ja kar aap kya karte hain? main ne kaha ke main Islam ki baatein kehta hoon, aur kya kehta hoon?</w:t>
      </w:r>
    </w:p>
    <w:p>
      <w:pPr>
        <w:jc w:val="right"/>
      </w:pPr>
      <w:r>
        <w:t>یعنی پرو ہندو اور اینٹی مسلم ہیں۔ یہ کسی نے نہیں کیا کہ مجھ سے آگے پوچھتا کہ وہاں جا کر آپ کیا کرتے ہیں؟ میں نے کہا کہ میں اسلام کی باتیں کہتا ہوں، اور کیا کہتا ہوں؟</w:t>
      </w:r>
    </w:p>
    <w:p>
      <w:r>
        <w:rPr>
          <w:b/>
        </w:rPr>
        <w:t xml:space="preserve">[31:14] </w:t>
      </w:r>
      <w:r>
        <w:t>yeh zamana free inquiry ka zamana hai, janne ka zamana hai. log cheezon ke bare mein janna chahte hain.</w:t>
      </w:r>
    </w:p>
    <w:p>
      <w:pPr>
        <w:jc w:val="right"/>
      </w:pPr>
      <w:r>
        <w:t>یہ زمانہ فری انکوائری کا زمانہ ہے، جاننے کا زمانہ ہے۔ لوگ چیزوں کے بارے میں جاننا چاہتے ہیں۔</w:t>
      </w:r>
    </w:p>
    <w:p>
      <w:r>
        <w:rPr>
          <w:b/>
        </w:rPr>
        <w:t xml:space="preserve">[31:25] </w:t>
      </w:r>
      <w:r>
        <w:t>to log chahte hain ke Islam kya hai? chahe hindu ho ya isai ho, koi bhi ho, woh janna chahta hai ke Islam kya hai. to main wahan ja kar ke batata hoon un ko simple way mein ke Islam yeh hai.</w:t>
      </w:r>
    </w:p>
    <w:p>
      <w:pPr>
        <w:jc w:val="right"/>
      </w:pPr>
      <w:r>
        <w:t>تو لوگ چاہتے ہیں کہ اسلام کیا ہے؟ چاہے ہندو ہو یا عیسائی ہو، کوئی بھی ہو، وہ جاننا چاہتا ہے کہ اسلام کیا ہے۔ تو میں وہاں جا کر کے بتاتا ہوں ان کو سمپل وے میں کہ اسلام یہ ہے۔</w:t>
      </w:r>
    </w:p>
    <w:p>
      <w:r>
        <w:rPr>
          <w:b/>
        </w:rPr>
        <w:t xml:space="preserve">[31:42] </w:t>
      </w:r>
      <w:r>
        <w:t>to agar woh mujh se poochte to main batata ke main wahan jata hoon, yani Islam ko introduce karne ke liye, lekin na poocha, na telephone kiya.</w:t>
      </w:r>
    </w:p>
    <w:p>
      <w:pPr>
        <w:jc w:val="right"/>
      </w:pPr>
      <w:r>
        <w:t>تو اگر وہ مجھ سے پوچھتے تو میں بتاتا کہ میں وہاں جاتا ہوں، یعنی اسلام کو انٹروڈیوس کرنے کے لیے، لیکن نہ پوچھا، نہ ٹیلی فون کیا۔</w:t>
      </w:r>
    </w:p>
    <w:p>
      <w:r>
        <w:rPr>
          <w:b/>
        </w:rPr>
        <w:t xml:space="preserve">[31:52] </w:t>
      </w:r>
      <w:r>
        <w:t>apne aap lage logon se bata kehne keh dekho, yeh to hinduo ke jalsay mein jatay hain, yeh to pro hindu hain aur anti muslim hain. yeh hai gas se bolna.</w:t>
      </w:r>
    </w:p>
    <w:p>
      <w:pPr>
        <w:jc w:val="right"/>
      </w:pPr>
      <w:r>
        <w:t>اپنے آپ لگے لوگوں سے بتا کہنے کہ دیکھو، یہ تو ہندوؤں کے جلسے میں جاتے ہیں، یہ تو پرو ہندو ہیں اور اینٹی مسلم ہیں۔ یہ ہے گیس سے بولنا۔</w:t>
      </w:r>
    </w:p>
    <w:p>
      <w:r>
        <w:rPr>
          <w:b/>
        </w:rPr>
        <w:t xml:space="preserve">[32:05] </w:t>
      </w:r>
      <w:r>
        <w:t>to gas se agar aap bolen to bohat ziyada sochein keh aap jo bolne ja rahe hain, woh negative hai ya positive hai.</w:t>
      </w:r>
    </w:p>
    <w:p>
      <w:pPr>
        <w:jc w:val="right"/>
      </w:pPr>
      <w:r>
        <w:t>تو گیس سے اگر آپ بولیں تو بہت زیادہ سوچیے کہ آپ جو بولنے جا رہے ہیں، وہ نیگیٹیو ہے یا پازیٹیو ہے۔</w:t>
      </w:r>
    </w:p>
    <w:p>
      <w:r>
        <w:rPr>
          <w:b/>
        </w:rPr>
        <w:t xml:space="preserve">[32:16] </w:t>
      </w:r>
      <w:r>
        <w:t>dekhen, kisi bhi aadmi ko yeh right hai keh doosre ke baray mein achi baat bole, is mein koi pakar nahi hai. is ki kisi ke baray mein kahein keh bhai yeh sacha aadmi hai, to is mein kya pakar kya</w:t>
      </w:r>
    </w:p>
    <w:p>
      <w:pPr>
        <w:jc w:val="right"/>
      </w:pPr>
      <w:r>
        <w:t>دیکھیں، کسی بھی آدمی کو یہ رائٹ ہے کہ دوسرے کے بارے میں اچھی بات بولے، اس میں کوئی پکڑ نہیں ہے۔ اس کی کسی کے بارے میں کہیں کہ بھئی یہ سچا آدمی ہے، تو اس میں کیا پکڑ کیا</w:t>
      </w:r>
    </w:p>
    <w:p>
      <w:r>
        <w:rPr>
          <w:b/>
        </w:rPr>
        <w:t xml:space="preserve">[32:29] </w:t>
      </w:r>
      <w:r>
        <w:t>hai? aap kahein keh kisi ke baray mein agar aap ko positive remark dena ho to wahan aap ki koi pakar nahi hai, na dunya mein, na akhirat mein.</w:t>
      </w:r>
    </w:p>
    <w:p>
      <w:pPr>
        <w:jc w:val="right"/>
      </w:pPr>
      <w:r>
        <w:t>ہے؟ آپ کہیے کہ کسی کے بارے میں اگر آپ کو پازیٹیو ریمارک دینا ہو تو وہاں آپ کی کوئی پکڑ نہیں ہے، نہ دنیا میں، نہ آخرت میں۔</w:t>
      </w:r>
    </w:p>
    <w:p>
      <w:r>
        <w:rPr>
          <w:b/>
        </w:rPr>
        <w:t xml:space="preserve">[32:41] </w:t>
      </w:r>
      <w:r>
        <w:t>lekin jab kisi ke baray mein aap negative remark dene ja rahe hain to hazar bar sochein keh main aisa kahoon ya na kahoon?</w:t>
      </w:r>
    </w:p>
    <w:p>
      <w:pPr>
        <w:jc w:val="right"/>
      </w:pPr>
      <w:r>
        <w:t>لیکن جب کسی کے بارے میں آپ نیگیٹیو ریمارک دینے جا رہے ہیں تو ہزار بار سوچیے کہ میں ایسا کہوں یا نہ کہوں؟</w:t>
      </w:r>
    </w:p>
    <w:p>
      <w:r>
        <w:rPr>
          <w:b/>
        </w:rPr>
        <w:t xml:space="preserve">[32:54] </w:t>
      </w:r>
      <w:r>
        <w:t>main aisa kahoon ya na kahoon?</w:t>
      </w:r>
    </w:p>
    <w:p>
      <w:pPr>
        <w:jc w:val="right"/>
      </w:pPr>
      <w:r>
        <w:t>میں ایسا کہوں یا نہ کہوں؟</w:t>
      </w:r>
    </w:p>
    <w:p>
      <w:r>
        <w:rPr>
          <w:b/>
        </w:rPr>
        <w:t xml:space="preserve">[32:58] </w:t>
      </w:r>
      <w:r>
        <w:t>aisa kahoon ya na kahoon?</w:t>
      </w:r>
    </w:p>
    <w:p>
      <w:pPr>
        <w:jc w:val="right"/>
      </w:pPr>
      <w:r>
        <w:t>ایسا کہوں یا نہ کہوں؟</w:t>
      </w:r>
    </w:p>
    <w:p>
      <w:r>
        <w:rPr>
          <w:b/>
        </w:rPr>
        <w:t xml:space="preserve">[33:02] </w:t>
      </w:r>
      <w:r>
        <w:t>to munh ke bol jo hai, yeh aik mamooli baat nahi hai.</w:t>
      </w:r>
    </w:p>
    <w:p>
      <w:pPr>
        <w:jc w:val="right"/>
      </w:pPr>
      <w:r>
        <w:t>تو منہ کے بول جو ہے، یہ ایک معمولی بات نہیں ہے۔</w:t>
      </w:r>
    </w:p>
    <w:p>
      <w:r>
        <w:rPr>
          <w:b/>
        </w:rPr>
        <w:t xml:space="preserve">[33:09] </w:t>
      </w:r>
      <w:r>
        <w:t>rasool Allah ke zamanay mein aik muslim khatoon ne, aik aik muslim khatoon ke samnay aik aur khatoon ka zikr hua jo thora un ka qad kam tha, jo kehte hain naata qad.</w:t>
      </w:r>
    </w:p>
    <w:p>
      <w:pPr>
        <w:jc w:val="right"/>
      </w:pPr>
      <w:r>
        <w:t>رسول اللہ کے زمانے میں ایک مسلم خاتون نے، ایک ایک مسلم خاتون کے سامنے ایک اور خاتون کا ذکر ہوا جو تھوڑا ان کا قد کم تھا، جو کہتے ہیں ناٹا قد۔</w:t>
      </w:r>
    </w:p>
    <w:p>
      <w:r>
        <w:rPr>
          <w:b/>
        </w:rPr>
        <w:t xml:space="preserve">[33:25] </w:t>
      </w:r>
      <w:r>
        <w:t>to is ka naam liye baghair unhon ne kaha keh woh aisa kaha keh woh aaj is mein aata hai keh taani qaseera, aisa keh keh woh yani matlab woh lathey qad ke hain.</w:t>
      </w:r>
    </w:p>
    <w:p>
      <w:pPr>
        <w:jc w:val="right"/>
      </w:pPr>
      <w:r>
        <w:t>تو اس کا نام لیے بغیر انہوں نے کہا کہ وہ ایسا کہا کہ وہ تو آج اس میں آتا ہے کہ تانی قصیرہ، ایسا کہ کہ وہ یعنی مطلب وہ جو لاٹھے قد کے ہیں۔</w:t>
      </w:r>
    </w:p>
    <w:p>
      <w:r>
        <w:rPr>
          <w:b/>
        </w:rPr>
        <w:t xml:space="preserve">[33:43] </w:t>
      </w:r>
      <w:r>
        <w:t>to yeh yani aik qism ka negative remark tha, yani bohat hi slight sense mein.</w:t>
      </w:r>
    </w:p>
    <w:p>
      <w:pPr>
        <w:jc w:val="right"/>
      </w:pPr>
      <w:r>
        <w:t>تو یہ یعنی ایک قسم کا نیگیٹیو ریمارک تھا، یعنی بہت ہی سلائٹ سینس میں۔</w:t>
      </w:r>
    </w:p>
    <w:p>
      <w:r>
        <w:rPr>
          <w:b/>
        </w:rPr>
        <w:t xml:space="preserve">[33:53] </w:t>
      </w:r>
      <w:r>
        <w:t>to aap ne kaha keh tum ne aik aisi baat kahi jis ko agar dala jaye samandar mein to samandar ka pani pollute ho jaye, samandar mein pollution phail jaye.</w:t>
      </w:r>
    </w:p>
    <w:p>
      <w:pPr>
        <w:jc w:val="right"/>
      </w:pPr>
      <w:r>
        <w:t>تو آپ نے کہا کہ تم نے ایک ایسی بات کہی جس کو اگر ڈالا جائے سمندر میں تو سمندر کا پانی پلوٹ ہو جائے، سمندر میں پولیوشن پھیل جائے۔</w:t>
      </w:r>
    </w:p>
    <w:p>
      <w:r>
        <w:rPr>
          <w:b/>
        </w:rPr>
        <w:t xml:space="preserve">[34:08] </w:t>
      </w:r>
      <w:r>
        <w:t>sirf itna kaha tha keh woh to woh naati khatoon, woh naati aurat.</w:t>
      </w:r>
    </w:p>
    <w:p>
      <w:pPr>
        <w:jc w:val="right"/>
      </w:pPr>
      <w:r>
        <w:t>صرف اتنا کہا تھا کہ وہ تو وہ ناٹی خاتون، وہ ناٹی عورت۔</w:t>
      </w:r>
    </w:p>
    <w:p>
      <w:r>
        <w:rPr>
          <w:b/>
        </w:rPr>
        <w:t xml:space="preserve">[34:19] </w:t>
      </w:r>
      <w:r>
        <w:t>isi tarah se aik aik rasool Allah ke zamanay ke aik musalman jo white race se taluq tha, un ka to aik aur sahib thay jo black race se un ka taluq tha.</w:t>
      </w:r>
    </w:p>
    <w:p>
      <w:pPr>
        <w:jc w:val="right"/>
      </w:pPr>
      <w:r>
        <w:t>اسی طرح سے ایک ایک رسول اللہ کے زمانے کے ایک مسلمان جو وائٹ ریس سے تعلق تھا، ان کا تو ایک اور صاحب تھے جو بلیک ریس سے ان کا تعلق تھا۔</w:t>
      </w:r>
    </w:p>
    <w:p>
      <w:r>
        <w:rPr>
          <w:b/>
        </w:rPr>
        <w:t xml:space="preserve">[34:31] </w:t>
      </w:r>
      <w:r>
        <w:t>to white race walay ne black walay se keh diya: ya ibn al-sawda ya ibn al-sawda, yani aye black maan ke betay,</w:t>
      </w:r>
    </w:p>
    <w:p>
      <w:pPr>
        <w:jc w:val="right"/>
      </w:pPr>
      <w:r>
        <w:t>تو وائٹ ریس والے نے بلیک والے سے کہہ دیا: يا ابن السودہ یا ابن السودہ، یعنی اے بلیک ماں کے بیٹے،</w:t>
      </w:r>
    </w:p>
    <w:p>
      <w:r>
        <w:rPr>
          <w:b/>
        </w:rPr>
        <w:t xml:space="preserve">[34:46] </w:t>
      </w:r>
      <w:r>
        <w:t>aye black, aye black maan ke betay. is ke baad un ko ehsas hoga keh main ne to galat baat keh di.</w:t>
      </w:r>
    </w:p>
    <w:p>
      <w:pPr>
        <w:jc w:val="right"/>
      </w:pPr>
      <w:r>
        <w:t>اے بلیک، اے بلیک ماں کے بیٹے۔ اس کے بعد ان کو احساس ہوگا کہ میں نے تو غلط بات کہہ دی۔</w:t>
      </w:r>
    </w:p>
    <w:p>
      <w:r>
        <w:rPr>
          <w:b/>
        </w:rPr>
        <w:t xml:space="preserve">[34:57] </w:t>
      </w:r>
      <w:r>
        <w:t>to ehsas yeh hai keh koi aadmi aap ko yaad dehani dilaye. aik shakal woh hoti hai keh bhai aap ka conscious aap ko remind kare. conscious is also a reminder, inner reminder.</w:t>
      </w:r>
    </w:p>
    <w:p>
      <w:pPr>
        <w:jc w:val="right"/>
      </w:pPr>
      <w:r>
        <w:t>تو احساس یہ ہے کہ کوئی آدمی آپ کو یاد دہانی دلائے۔ ایک شکل وہ ہوتی ہے کہ بھئی آپ کا کانشیس آپ کو ریمائنڈ کرے۔ کانشیس از السو ا ریمائنڈر، انر ریمائنڈر۔</w:t>
      </w:r>
    </w:p>
    <w:p>
      <w:r>
        <w:rPr>
          <w:b/>
        </w:rPr>
        <w:t xml:space="preserve">[35:13] </w:t>
      </w:r>
      <w:r>
        <w:t>to un ke conscious ne un ko</w:t>
      </w:r>
    </w:p>
    <w:p>
      <w:pPr>
        <w:jc w:val="right"/>
      </w:pPr>
      <w:r>
        <w:t>تو ان کے کانشیس نے ان کو</w:t>
      </w:r>
    </w:p>
    <w:p>
      <w:r>
        <w:rPr>
          <w:b/>
        </w:rPr>
        <w:t xml:space="preserve">[35:15] </w:t>
      </w:r>
      <w:r>
        <w:t>remind kiya kya? kya keh diya tum ne keh aye black aurat ke betay? to usi waqt woh gir paray zameen par, yani mitti mein apne ko lita diya aur kaha keh tum mere face par apna paon rakho.</w:t>
      </w:r>
    </w:p>
    <w:p>
      <w:pPr>
        <w:jc w:val="right"/>
      </w:pPr>
      <w:r>
        <w:t>ریمائنڈ کیا کیا؟ کیا کہہ دیا تم نے کہ اے بلیک عورت کے بیٹے؟ تو اسی وقت وہ گر پڑے زمین پر، یعنی مٹی میں اپنے کو لٹا دیا اور کہا کہ تم میرے فیس پر اپنا پاؤں رکھو۔</w:t>
      </w:r>
    </w:p>
    <w:p>
      <w:r>
        <w:rPr>
          <w:b/>
        </w:rPr>
        <w:t xml:space="preserve">[35:35] </w:t>
      </w:r>
      <w:r>
        <w:t>is black aadmi se kaha keh tum mere face par apna paon rakho taake woh barabar ho jaye.</w:t>
      </w:r>
    </w:p>
    <w:p>
      <w:pPr>
        <w:jc w:val="right"/>
      </w:pPr>
      <w:r>
        <w:t>اس بلیک آدمی سے کہا کہ تم میرے فیس پر اپنا پاؤں رکھو تاکہ وہ برابر ہو جائے۔</w:t>
      </w:r>
    </w:p>
    <w:p>
      <w:r>
        <w:rPr>
          <w:b/>
        </w:rPr>
        <w:t xml:space="preserve">[35:43] </w:t>
      </w:r>
      <w:r>
        <w:t>to agar aap ke munh se koi nikal jaye negative remark, jo keh gunah hai, to is ki usi waqt deen and there aap ko is tarah se talafi karna chahiye.</w:t>
      </w:r>
    </w:p>
    <w:p>
      <w:pPr>
        <w:jc w:val="right"/>
      </w:pPr>
      <w:r>
        <w:t>تو اگر آپ کے منہ سے کوئی نکل جائے نیگیٹیو ریمارک، جو کہ گناہ ہے، تو اس کی اسی وقت دین اینڈ دیر آپ کو اس طرح سے تلافی کرنا چاہیے۔</w:t>
      </w:r>
    </w:p>
    <w:p>
      <w:r>
        <w:rPr>
          <w:b/>
        </w:rPr>
        <w:t xml:space="preserve">[36:00] </w:t>
      </w:r>
      <w:r>
        <w:t>apni ghalti manen, Khuda se toba karen, is ki talafi karen, jo ho sakta hai woh karen.</w:t>
      </w:r>
    </w:p>
    <w:p>
      <w:pPr>
        <w:jc w:val="right"/>
      </w:pPr>
      <w:r>
        <w:t>اپنی غلطی مانیں، خدا سے توبہ کریں، اس کی تلافی کریں، جو ہو سکتا ہے وہ کریں۔</w:t>
      </w:r>
    </w:p>
    <w:p>
      <w:r>
        <w:rPr>
          <w:b/>
        </w:rPr>
        <w:t xml:space="preserve">[36:10] </w:t>
      </w:r>
      <w:r>
        <w:t>aap ko idhar repent, bohat ziyada repent, repentance aa jaye. repentance, lekin jo repentance na aaye aur phir bhi woh sarkashi karta rahe, phir bhi bolta rahe, barh barh ke,</w:t>
      </w:r>
    </w:p>
    <w:p>
      <w:pPr>
        <w:jc w:val="right"/>
      </w:pPr>
      <w:r>
        <w:t>آپ کو ادھر ریپٹ، بہت زیادہ ریپٹ، ریپنٹنس آ جائے۔ ریپنٹنس، لیکن جو ریپنٹنس نہ آئے اور پھر بھی وہ سرکشی کرتا رہے، پھر بھی بولتا رہے، بڑھ بڑھ کر کے،</w:t>
      </w:r>
    </w:p>
    <w:p>
      <w:r>
        <w:rPr>
          <w:b/>
        </w:rPr>
        <w:t xml:space="preserve">[36:27] </w:t>
      </w:r>
      <w:r>
        <w:t>to woh to gaya keh pakka ho gaya keh is ne negative remark diya hai.</w:t>
      </w:r>
    </w:p>
    <w:p>
      <w:pPr>
        <w:jc w:val="right"/>
      </w:pPr>
      <w:r>
        <w:t>تو وہ تو گیا کہ پکا ہو گیا کہ اس نے نیگیٹیو ریمارک دیا ہے۔</w:t>
      </w:r>
    </w:p>
    <w:p>
      <w:r>
        <w:rPr>
          <w:b/>
        </w:rPr>
        <w:t xml:space="preserve">[36:38] </w:t>
      </w:r>
      <w:r>
        <w:t>to aadmi ko subah se sham tak yeh sochna chahiye keh woh kya soch raha hai, kya bol raha hai, kya kaise behave kar raha hai logon ke beech mein.</w:t>
      </w:r>
    </w:p>
    <w:p>
      <w:pPr>
        <w:jc w:val="right"/>
      </w:pPr>
      <w:r>
        <w:t>تو آدمی کو صبح سے شام تک یہ سوچنا چاہیے کہ وہ کیا سوچ رہا ہے، کیا بول رہا ہے، کیا کیسے بیہیو کر رہا ہے لوگوں کے بیچ میں۔</w:t>
      </w:r>
    </w:p>
    <w:p>
      <w:r>
        <w:rPr>
          <w:b/>
        </w:rPr>
        <w:t xml:space="preserve">[36:54] </w:t>
      </w:r>
      <w:r>
        <w:t>kyun? is liye ke sirf yahi galat nahi hai ke aadmi haram kaam kare. bohat se log yeh samajhte hain ke bhai hum to koi haram kaam nahi karte,</w:t>
      </w:r>
    </w:p>
    <w:p>
      <w:pPr>
        <w:jc w:val="right"/>
      </w:pPr>
      <w:r>
        <w:t>کیوں؟ اس لیے کہ صرف یہی غلط نہیں ہے کہ آدمی حرام کام کرے۔ بہت سے لوگ یہ سمجھتے ہیں کہ بھئی ہم تو کوئی حرام کام نہیں کرتے،</w:t>
      </w:r>
    </w:p>
    <w:p>
      <w:r>
        <w:rPr>
          <w:b/>
        </w:rPr>
        <w:t xml:space="preserve">[37:07] </w:t>
      </w:r>
      <w:r>
        <w:t>matlab hum sharab nahi peete, hum khinzir nahi khate, hum kisi ko qatal nahi karte, hum kisi ka maal nahi chhente.</w:t>
      </w:r>
    </w:p>
    <w:p>
      <w:pPr>
        <w:jc w:val="right"/>
      </w:pPr>
      <w:r>
        <w:t>مطلب ہم شراب نہیں پیتے، ہم خنزیر نہیں کھاتے، ہم کسی کو قتل نہیں کرتے، ہم کسی کا مال نہیں چھینتے۔</w:t>
      </w:r>
    </w:p>
    <w:p>
      <w:r>
        <w:rPr>
          <w:b/>
        </w:rPr>
        <w:t xml:space="preserve">[37:17] </w:t>
      </w:r>
      <w:r>
        <w:t>theek hai, aisa aap kar rahe hain to acha hai, lekin yaad rakhiye ke sirf wohi cheezein haram nahi hain jo aam taur par kaha jata hai ke jo well known haram hain.</w:t>
      </w:r>
    </w:p>
    <w:p>
      <w:pPr>
        <w:jc w:val="right"/>
      </w:pPr>
      <w:r>
        <w:t>ٹھیک ہے، ایسا آپ کر رہے ہیں تو اچھا ہے، لیکن یاد رکھیے کہ صرف وہی چیزیں حرام نہیں ہیں جو عام طور پر کہا جاتا ہے کہ جو ویل نون حرام ہیں۔</w:t>
      </w:r>
    </w:p>
    <w:p>
      <w:r>
        <w:rPr>
          <w:b/>
        </w:rPr>
        <w:t xml:space="preserve">[37:32] </w:t>
      </w:r>
      <w:r>
        <w:t>sirf well known haram hi haram nahi hai,</w:t>
      </w:r>
    </w:p>
    <w:p>
      <w:pPr>
        <w:jc w:val="right"/>
      </w:pPr>
      <w:r>
        <w:t>صرف ویل نون حرام ہی حرام نہیں ہے،</w:t>
      </w:r>
    </w:p>
    <w:p>
      <w:r>
        <w:rPr>
          <w:b/>
        </w:rPr>
        <w:t xml:space="preserve">[37:36] </w:t>
      </w:r>
      <w:r>
        <w:t>aur bhi cheezein hain shariat mein jo unwanted hain, aur woh hain wahi cheezein jis se aadmi ke andar, aadmi ke andar weak personality banti hai.</w:t>
      </w:r>
    </w:p>
    <w:p>
      <w:pPr>
        <w:jc w:val="right"/>
      </w:pPr>
      <w:r>
        <w:t>اور بھی چیزیں ہیں شریعت میں جو ان وانٹڈ ہیں، اور وہ ہیں وہی چیزیں جس سے آدمی کے اندر، آدمی کے اندر ویک پرسنیلٹی بنتی ہے۔</w:t>
      </w:r>
    </w:p>
    <w:p>
      <w:r>
        <w:rPr>
          <w:b/>
        </w:rPr>
        <w:t xml:space="preserve">[37:49] </w:t>
      </w:r>
      <w:r>
        <w:t>weak personality</w:t>
      </w:r>
    </w:p>
    <w:p>
      <w:pPr>
        <w:jc w:val="right"/>
      </w:pPr>
      <w:r>
        <w:t>ویک پرسنیلٹی</w:t>
      </w:r>
    </w:p>
    <w:p>
      <w:r>
        <w:rPr>
          <w:b/>
        </w:rPr>
        <w:t xml:space="preserve">[37:52] </w:t>
      </w:r>
      <w:r>
        <w:t>to aadmi ko is se bhi bachna chahiye ke woh haram kaam kare, aur is se bhi bachna chahiye ke woh aisa kaam kare jis se us ke andar weak personality develop kare.</w:t>
      </w:r>
    </w:p>
    <w:p>
      <w:pPr>
        <w:jc w:val="right"/>
      </w:pPr>
      <w:r>
        <w:t>تو آدمی کو اس سے بھی بچنا چاہیے کہ وہ حرام کام کرے، اور اس سے بھی بچنا چاہیے کہ وہ ایسا کام کرے جس سے اس کے اندر ویک پرسنیلٹی ڈیولپ کرے۔</w:t>
      </w:r>
    </w:p>
    <w:p>
      <w:r>
        <w:rPr>
          <w:b/>
        </w:rPr>
        <w:t xml:space="preserve">[38:12] </w:t>
      </w:r>
      <w:r>
        <w:t>mera tajurba yeh hai ke aaj kal aam taur par log jhoot bolte hain. to kya hai?</w:t>
      </w:r>
    </w:p>
    <w:p>
      <w:pPr>
        <w:jc w:val="right"/>
      </w:pPr>
      <w:r>
        <w:t>میرا تجربہ یہ ہے کہ آج کل عام طور پر لوگ جھوٹ بولتے ہیں۔ تو کیا ہے؟</w:t>
      </w:r>
    </w:p>
    <w:p>
      <w:r>
        <w:rPr>
          <w:b/>
        </w:rPr>
        <w:t xml:space="preserve">[38:20] </w:t>
      </w:r>
      <w:r>
        <w:t>jo naked jhoot ho, khula khula jhoot ho, us ko to jhoot samajhte hain log, aur samajhte hain ke hum to jhoot bolte nahi.</w:t>
      </w:r>
    </w:p>
    <w:p>
      <w:pPr>
        <w:jc w:val="right"/>
      </w:pPr>
      <w:r>
        <w:t>جو نیکڈ جھوٹ ہو، کھلا کھلا جھوٹ ہو، اس کو تو جھوٹ سمجھتے ہیں لوگ، اور سمجھتے ہیں کہ ہم تو جھوٹ بولتے نہیں۔</w:t>
      </w:r>
    </w:p>
    <w:p>
      <w:r>
        <w:rPr>
          <w:b/>
        </w:rPr>
        <w:t xml:space="preserve">[38:30] </w:t>
      </w:r>
      <w:r>
        <w:t>un se aap puchiye to kahenge ke hum to jhoot bolte nahi. lekin ek aur jhoot mein sab log mubtala hain, woh kya?</w:t>
      </w:r>
    </w:p>
    <w:p>
      <w:pPr>
        <w:jc w:val="right"/>
      </w:pPr>
      <w:r>
        <w:t>ان سے آپ پوچھیے تو کہیں گے کہ ہم تو جھوٹ بولتے نہیں۔ لیکن ایک اور جھوٹ میں سب لوگ مبتلا ہیں، وہ کیا؟</w:t>
      </w:r>
    </w:p>
    <w:p>
      <w:r>
        <w:rPr>
          <w:b/>
        </w:rPr>
        <w:t xml:space="preserve">[38:42] </w:t>
      </w:r>
      <w:r>
        <w:t>indirect way mein jhoot bolna.</w:t>
      </w:r>
    </w:p>
    <w:p>
      <w:pPr>
        <w:jc w:val="right"/>
      </w:pPr>
      <w:r>
        <w:t>ان ڈائریکٹ وے میں جھوٹ بولنا۔</w:t>
      </w:r>
    </w:p>
    <w:p>
      <w:r>
        <w:rPr>
          <w:b/>
        </w:rPr>
        <w:t xml:space="preserve">[38:45] </w:t>
      </w:r>
      <w:r>
        <w:t>to ek hai direct jhoot, ek hai indirect way mein jhoot bolna. to direct jhoot to bolne wale aap kam milenge, lekin indirect jhoot to sab hi bolte hain.</w:t>
      </w:r>
    </w:p>
    <w:p>
      <w:pPr>
        <w:jc w:val="right"/>
      </w:pPr>
      <w:r>
        <w:t>تو ایک ہے ڈائریکٹ جھوٹ، ایک ہے ان ڈائریکٹ وے میں جھوٹ بولنا۔ تو ڈائریکٹ جھوٹ تو بولنے والے آپ کم ملیں گے، لیکن ان ڈائریکٹ جھوٹ تو سب ہی بولتے ہیں۔</w:t>
      </w:r>
    </w:p>
    <w:p>
      <w:r>
        <w:rPr>
          <w:b/>
        </w:rPr>
        <w:t xml:space="preserve">[39:01] </w:t>
      </w:r>
      <w:r>
        <w:t>kyun? is zamane mein ek obsession logon ko yeh rehta hai ke samaj mein meri image kharab na ho,</w:t>
      </w:r>
    </w:p>
    <w:p>
      <w:pPr>
        <w:jc w:val="right"/>
      </w:pPr>
      <w:r>
        <w:t>کیوں؟ اس زمانے میں ایک ابسیشن لوگوں کو یہ رہتا ہے کہ سماج میں میری امیج خراب نہ ہو،</w:t>
      </w:r>
    </w:p>
    <w:p>
      <w:r>
        <w:rPr>
          <w:b/>
        </w:rPr>
        <w:t xml:space="preserve">[39:12] </w:t>
      </w:r>
      <w:r>
        <w:t>society mein meri image kharab na ho. yeh obsession rehta hai in ko. to insan to aap jante hain ke to is human, insan se ghaltiyan hoti rehti hain.</w:t>
      </w:r>
    </w:p>
    <w:p>
      <w:pPr>
        <w:jc w:val="right"/>
      </w:pPr>
      <w:r>
        <w:t>سوسائٹی میں میری امیج خراب نہ ہو۔ یہ ابسیشن رہتا ہے ان کو۔ تو انسان تو آپ جانتے ہیں کہ ٹو از ہیومن، انسان سے غلطیاں ہوتی رہتی ہیں۔</w:t>
      </w:r>
    </w:p>
    <w:p>
      <w:r>
        <w:rPr>
          <w:b/>
        </w:rPr>
        <w:t xml:space="preserve">[39:26] </w:t>
      </w:r>
      <w:r>
        <w:t>to is dar se woh apni ghalti ko ghalti nahi kehte ke samaj mein un ki image kharab ho jayegi.</w:t>
      </w:r>
    </w:p>
    <w:p>
      <w:pPr>
        <w:jc w:val="right"/>
      </w:pPr>
      <w:r>
        <w:t>تو اس ڈر سے وہ اپنی غلطی کو غلطی نہیں کہتے کہ سماج میں ان کی امیج خراب ہو جائے گی۔</w:t>
      </w:r>
    </w:p>
    <w:p>
      <w:r>
        <w:rPr>
          <w:b/>
        </w:rPr>
        <w:t xml:space="preserve">[39:34] </w:t>
      </w:r>
      <w:r>
        <w:t>jaldi se jhoot bol dete hain.</w:t>
      </w:r>
    </w:p>
    <w:p>
      <w:pPr>
        <w:jc w:val="right"/>
      </w:pPr>
      <w:r>
        <w:t>جلدی سے جھوٹ بول دیتے ہیں۔</w:t>
      </w:r>
    </w:p>
    <w:p>
      <w:r>
        <w:rPr>
          <w:b/>
        </w:rPr>
        <w:t xml:space="preserve">[39:39] </w:t>
      </w:r>
      <w:r>
        <w:t>jaise mein ek baar ek shehar mein gaya, kisi institution ne mujhe bulaya tha. yeh safar train ke zariye hua tha.</w:t>
      </w:r>
    </w:p>
    <w:p>
      <w:pPr>
        <w:jc w:val="right"/>
      </w:pPr>
      <w:r>
        <w:t>جیسے میں ایک بار ایک شہر میں گیا، کسی انسٹیٹیوشن نے مجھے بلایا تھا۔ یہ سفر ٹرین کے ذریعے ہوا تھا۔</w:t>
      </w:r>
    </w:p>
    <w:p>
      <w:r>
        <w:rPr>
          <w:b/>
        </w:rPr>
        <w:t xml:space="preserve">[39:55] </w:t>
      </w:r>
      <w:r>
        <w:t>jab mein wahan pahuncha railway station par</w:t>
      </w:r>
    </w:p>
    <w:p>
      <w:pPr>
        <w:jc w:val="right"/>
      </w:pPr>
      <w:r>
        <w:t>جب میں وہاں پہنچا ریلوے اسٹیشن پر</w:t>
      </w:r>
    </w:p>
    <w:p>
      <w:r>
        <w:rPr>
          <w:b/>
        </w:rPr>
        <w:t xml:space="preserve">[40:03] </w:t>
      </w:r>
      <w:r>
        <w:t>to train se utar kar mein platform par aaya.</w:t>
      </w:r>
    </w:p>
    <w:p>
      <w:pPr>
        <w:jc w:val="right"/>
      </w:pPr>
      <w:r>
        <w:t>تو ٹرین سے اتر کر میں پلیٹ فارم پر آیا۔</w:t>
      </w:r>
    </w:p>
    <w:p>
      <w:r>
        <w:rPr>
          <w:b/>
        </w:rPr>
        <w:t xml:space="preserve">[40:10] </w:t>
      </w:r>
      <w:r>
        <w:t>wahan mujhe jahan jahan mujhe jana tha, us ka mujhe rasta nahi maloom tha. apne aap mein nahi ja sakta tha. to</w:t>
      </w:r>
    </w:p>
    <w:p>
      <w:pPr>
        <w:jc w:val="right"/>
      </w:pPr>
      <w:r>
        <w:t>وہاں مجھے جہاں جہاں مجھے جانا تھا، اس کا مجھے راستہ نہیں معلوم تھا۔ اپنے آپ میں نہیں جا سکتا تھا۔ تو</w:t>
      </w:r>
    </w:p>
    <w:p>
      <w:r>
        <w:rPr>
          <w:b/>
        </w:rPr>
        <w:t xml:space="preserve">[40:22] </w:t>
      </w:r>
      <w:r>
        <w:t>mein dhoondne laga ke koi aadmi wahan aya hoga, us ke sath jaon ga. to platform par mujhe koi aadmi nahi mila.</w:t>
      </w:r>
    </w:p>
    <w:p>
      <w:pPr>
        <w:jc w:val="right"/>
      </w:pPr>
      <w:r>
        <w:t>میں ڈھونڈنے لگا کہ کوئی آدمی وہاں آیا ہوگا، اس کے ساتھ جاؤں گا۔ تو پلیٹ فارم پر مجھے کوئی آدمی نہیں ملا۔</w:t>
      </w:r>
    </w:p>
    <w:p>
      <w:r>
        <w:rPr>
          <w:b/>
        </w:rPr>
        <w:t xml:space="preserve">[40:32] </w:t>
      </w:r>
      <w:r>
        <w:t>ab mein kafi pareshan hua ke kya karon.</w:t>
      </w:r>
    </w:p>
    <w:p>
      <w:pPr>
        <w:jc w:val="right"/>
      </w:pPr>
      <w:r>
        <w:t>اب میں کافی پریشان ہوا کہ کیا کروں۔</w:t>
      </w:r>
    </w:p>
    <w:p>
      <w:r>
        <w:rPr>
          <w:b/>
        </w:rPr>
        <w:t xml:space="preserve">[40:36] </w:t>
      </w:r>
      <w:r>
        <w:t>to wahan par railway station mein jo ek police ke log hote hain, wahan pe kafi se hota hai, un ka wahan par gaya, pata kiya.</w:t>
      </w:r>
    </w:p>
    <w:p>
      <w:pPr>
        <w:jc w:val="right"/>
      </w:pPr>
      <w:r>
        <w:t>تو وہاں پر ریلوے اسٹیشن میں جو ایک پولیس کے لوگ ہوتے ہیں، وہاں پہ کافی سے ہوتا ہے، ان کا وہاں پر گیا، پتہ کیا۔</w:t>
      </w:r>
    </w:p>
    <w:p>
      <w:r>
        <w:rPr>
          <w:b/>
        </w:rPr>
        <w:t xml:space="preserve">[40:47] </w:t>
      </w:r>
      <w:r>
        <w:t>kafi der ke baad behal mein wahan pahuncha. to wahan pahunch kar maloom hua ke ek sahib ko institution walon ne ek sahib se kaha tha ke aap jaiye receive karne ke liye.</w:t>
      </w:r>
    </w:p>
    <w:p>
      <w:pPr>
        <w:jc w:val="right"/>
      </w:pPr>
      <w:r>
        <w:t>کافی دیر کے بعد بہرحال میں وہاں پہنچا۔ تو وہاں پہنچ کر معلوم ہوا کہ ایک صاحب کو انسٹیٹیوشن والوں نے ایک صاحب سے کہا تھا کہ آپ جائیے ریسیو کرنے کے لیے۔</w:t>
      </w:r>
    </w:p>
    <w:p>
      <w:r>
        <w:rPr>
          <w:b/>
        </w:rPr>
        <w:t xml:space="preserve">[41:03] </w:t>
      </w:r>
      <w:r>
        <w:t>un ko gari bhi di gayi thi. to</w:t>
      </w:r>
    </w:p>
    <w:p>
      <w:pPr>
        <w:jc w:val="right"/>
      </w:pPr>
      <w:r>
        <w:t>ان کو گاڑی بھی دی گئی تھی۔ تو</w:t>
      </w:r>
    </w:p>
    <w:p>
      <w:r>
        <w:rPr>
          <w:b/>
        </w:rPr>
        <w:t xml:space="preserve">[41:07] </w:t>
      </w:r>
      <w:r>
        <w:t>station wale log samajhte the ke woh gaye honge. aur hum jab yahan utre to wahan woh maujood nahi the.</w:t>
      </w:r>
    </w:p>
    <w:p>
      <w:pPr>
        <w:jc w:val="right"/>
      </w:pPr>
      <w:r>
        <w:t>اسٹیشن والے لوگ سمجھتے تھے کہ وہ گئے ہوں گے۔ اور ہم جب یہاں اترے تو وہاں وہ موجود نہیں تھے۔</w:t>
      </w:r>
    </w:p>
    <w:p>
      <w:r>
        <w:rPr>
          <w:b/>
        </w:rPr>
        <w:t xml:space="preserve">[41:18] </w:t>
      </w:r>
      <w:r>
        <w:t>to maine unse poocha to saaf kaha unhone ke main to gaya tha, aap ko dhoondta raha, aap mujhe mile nahi. seedhe seedhe ke main gaya tha station aur main wahan aap ko dhoondta raha, aap mile nahi.</w:t>
      </w:r>
    </w:p>
    <w:p>
      <w:pPr>
        <w:jc w:val="right"/>
      </w:pPr>
      <w:r>
        <w:t>تو میں نے ان سے پوچھا تو صاف کہا انہوں نے کہ میں تو گیا تھا، آپ کو ڈھونڈتا رہا، آپ مجھے ملے نہیں۔ سیدھے سیدھے کہ میں گیا تھا اسٹیشن اور میں وہاں آپ کو ڈھونڈتا رہا، آپ ملے نہیں۔</w:t>
      </w:r>
    </w:p>
    <w:p>
      <w:r>
        <w:rPr>
          <w:b/>
        </w:rPr>
        <w:t xml:space="preserve">[41:34] </w:t>
      </w:r>
      <w:r>
        <w:t>phir main laut aaya.</w:t>
      </w:r>
    </w:p>
    <w:p>
      <w:pPr>
        <w:jc w:val="right"/>
      </w:pPr>
      <w:r>
        <w:t>پھر میں لوٹ آیا۔</w:t>
      </w:r>
    </w:p>
    <w:p>
      <w:r>
        <w:rPr>
          <w:b/>
        </w:rPr>
        <w:t xml:space="preserve">[41:38] </w:t>
      </w:r>
      <w:r>
        <w:t>baad ko mujhe maloom hua ke woh bilkul seedhe seedhe jhoot bol rahe the. woh gaye hi nahi the railway station par, woh aaye hi nahi the.</w:t>
      </w:r>
    </w:p>
    <w:p>
      <w:pPr>
        <w:jc w:val="right"/>
      </w:pPr>
      <w:r>
        <w:t>بعد کو مجھے معلوم ہوا کہ وہ بالکل سیدھے سیدھے جھوٹ بول رہے تھے۔ وہ گئے ہی نہیں تھے ریلوے اسٹیشن پر، وہ آئے ہی نہیں تھے۔</w:t>
      </w:r>
    </w:p>
    <w:p>
      <w:r>
        <w:rPr>
          <w:b/>
        </w:rPr>
        <w:t xml:space="preserve">[41:51] </w:t>
      </w:r>
      <w:r>
        <w:t>to unke apne kuch sathiyon ne mujhe bataya ke woh to aise hi jhoot bol dete hain. bas</w:t>
      </w:r>
    </w:p>
    <w:p>
      <w:pPr>
        <w:jc w:val="right"/>
      </w:pPr>
      <w:r>
        <w:t>تو ان کے اپنے کچھ ساتھیوں نے مجھے بتایا کہ وہ تو ایسے ہی جھوٹ بول دیتے ہیں۔ بس</w:t>
      </w:r>
    </w:p>
    <w:p>
      <w:r>
        <w:rPr>
          <w:b/>
        </w:rPr>
        <w:t xml:space="preserve">[41:59] </w:t>
      </w:r>
      <w:r>
        <w:t>to dekhiye, ek tareeqa yeh hai ke apni image ko banaye rakhne ke liye aadmi jhoot bol deta hai.</w:t>
      </w:r>
    </w:p>
    <w:p>
      <w:pPr>
        <w:jc w:val="right"/>
      </w:pPr>
      <w:r>
        <w:t>تو دیکھیے، ایک طریقہ یہ ہے کہ اپنی امیج کو بنائے رکھنے کے لیے آدمی جھوٹ بول دیتا ہے۔</w:t>
      </w:r>
    </w:p>
    <w:p>
      <w:r>
        <w:rPr>
          <w:b/>
        </w:rPr>
        <w:t xml:space="preserve">[42:09] </w:t>
      </w:r>
      <w:r>
        <w:t>yani social image, us ko aap keh sakte hain ke apni social image ko maintain karne ke liye, ya agar image damage ho gayi ho to us ko theek karne ke liye.</w:t>
      </w:r>
    </w:p>
    <w:p>
      <w:pPr>
        <w:jc w:val="right"/>
      </w:pPr>
      <w:r>
        <w:t>یعنی سوشل امیج، اس کو آپ کہہ سکتے ہیں کہ اپنی سوشل امیج کو مینٹین کرنے کے لیے، یا اگر امیج ڈیمج ہو گئی ہو تو اس کو ٹھیک کرنے کے لیے۔</w:t>
      </w:r>
    </w:p>
    <w:p>
      <w:r>
        <w:rPr>
          <w:b/>
        </w:rPr>
        <w:t xml:space="preserve">[42:25] </w:t>
      </w:r>
      <w:r>
        <w:t>to yeh jhoot bohat zyada aam hai. bohat log bolte hain is qism ka jhoot ke jhoot to halaal mein jhoot hai.</w:t>
      </w:r>
    </w:p>
    <w:p>
      <w:pPr>
        <w:jc w:val="right"/>
      </w:pPr>
      <w:r>
        <w:t>تو یہ جھوٹ بہت زیادہ عام ہے۔ بہت لوگ بولتے ہیں اس قسم کا جھوٹ کہ جھوٹ تو حلال میں جھوٹ ہے۔</w:t>
      </w:r>
    </w:p>
    <w:p>
      <w:r>
        <w:rPr>
          <w:b/>
        </w:rPr>
        <w:t xml:space="preserve">[42:35] </w:t>
      </w:r>
      <w:r>
        <w:t>direct jhoot bolen aap, tab bhi jhoot hai. indirect way mein aap jhoot bolen, tab bhi woh jhoot hai.</w:t>
      </w:r>
    </w:p>
    <w:p>
      <w:pPr>
        <w:jc w:val="right"/>
      </w:pPr>
      <w:r>
        <w:t>ڈائریکٹ جھوٹ بولیں آپ، تب بھی جھوٹ ہے۔ ان ڈائریکٹ وے میں آپ جھوٹ بولیں، تب بھی وہ جھوٹ ہے۔</w:t>
      </w:r>
    </w:p>
    <w:p>
      <w:r>
        <w:rPr>
          <w:b/>
        </w:rPr>
        <w:t xml:space="preserve">[42:45] </w:t>
      </w:r>
      <w:r>
        <w:t>to jhoot beharhaal ek buri cheez hai. rasool Allah ke paas ek aadmi aaya ke main bohat sari buraiyan mere andar hain, sab se pehle kaun si chhodun?</w:t>
      </w:r>
    </w:p>
    <w:p>
      <w:pPr>
        <w:jc w:val="right"/>
      </w:pPr>
      <w:r>
        <w:t>تو جھوٹ بہرحال ایک بری چیز ہے۔ رسول اللہ کے پاس ایک آدمی آیا کہ میں بہت ساری برائیاں میرے اندر ہیں، سب سے پہلے کون سی چھوڑوں؟</w:t>
      </w:r>
    </w:p>
    <w:p>
      <w:r>
        <w:rPr>
          <w:b/>
        </w:rPr>
        <w:t xml:space="preserve">[42:58] </w:t>
      </w:r>
      <w:r>
        <w:t>to gradual tareeqe se ek ek chhod doonga. aap ne kaha aaj jhoot mat bolo.</w:t>
      </w:r>
    </w:p>
    <w:p>
      <w:pPr>
        <w:jc w:val="right"/>
      </w:pPr>
      <w:r>
        <w:t>تو گریجول طریقے سے ایک ایک چھوڑ دوں گا۔ آپ نے کہا آج جھوٹ مت بولو۔</w:t>
      </w:r>
    </w:p>
    <w:p>
      <w:r>
        <w:rPr>
          <w:b/>
        </w:rPr>
        <w:t xml:space="preserve">[43:04] </w:t>
      </w:r>
      <w:r>
        <w:t>jab woh lauta to maloom hua ke jhoot nahi bolunga to sab cheez chhodna padega. jhoot bol bol kar ke to main chhupaye hua tha apni doosri buraiyon ko.</w:t>
      </w:r>
    </w:p>
    <w:p>
      <w:pPr>
        <w:jc w:val="right"/>
      </w:pPr>
      <w:r>
        <w:t>جب وہ لوٹا تو معلوم ہوا کہ جھوٹ نہیں بولوں گا تو سب چیز چھوڑنا پڑے گا۔ جھوٹ بول بول کر کے تو میں چھپائے ہوا تھا اپنی دوسری برائیوں کو۔</w:t>
      </w:r>
    </w:p>
    <w:p>
      <w:r>
        <w:rPr>
          <w:b/>
        </w:rPr>
        <w:t xml:space="preserve">[43:16] </w:t>
      </w:r>
      <w:r>
        <w:t>to gharaaz yeh ke jhoot bolna jab chhoda unhone to unko doosri tamam buraiyan bhi chhodni padin. kyunke jhoot bolte the woh doosri buraiyon ko chhupane ke liye.</w:t>
      </w:r>
    </w:p>
    <w:p>
      <w:pPr>
        <w:jc w:val="right"/>
      </w:pPr>
      <w:r>
        <w:t>تو غرض یہ کہ جھوٹ بولنا جب چھوڑا انہوں نے تو ان کو دوسری تمام برائیاں بھی چھوڑنی پڑیں۔ کیونکہ جھوٹ بولتے تھے وہ دوسری برائیوں کو چھپانے کے لیے۔</w:t>
      </w:r>
    </w:p>
    <w:p>
      <w:r>
        <w:rPr>
          <w:b/>
        </w:rPr>
        <w:t xml:space="preserve">[43:29] </w:t>
      </w:r>
      <w:r>
        <w:t>jab chhipa nahi sakte to phir kya karein?</w:t>
      </w:r>
    </w:p>
    <w:p>
      <w:pPr>
        <w:jc w:val="right"/>
      </w:pPr>
      <w:r>
        <w:t>جب چھپا نہیں سکتے تو پھر کیا کریں؟</w:t>
      </w:r>
    </w:p>
    <w:p>
      <w:r>
        <w:rPr>
          <w:b/>
        </w:rPr>
        <w:t xml:space="preserve">[43:32] </w:t>
      </w:r>
      <w:r>
        <w:t>to jhoot jo hai, saare evils ka yani sab se bada evil hai, greatest evil hai insaan ki zindagi mein.</w:t>
      </w:r>
    </w:p>
    <w:p>
      <w:pPr>
        <w:jc w:val="right"/>
      </w:pPr>
      <w:r>
        <w:t>تو جھوٹ جو ہے، سارے ایولز کا یعنی سب سے بڑا ایول ہے، گریٹسٹ ایول ہے انسان کی زندگی میں۔</w:t>
      </w:r>
    </w:p>
    <w:p>
      <w:r>
        <w:rPr>
          <w:b/>
        </w:rPr>
        <w:t xml:space="preserve">[43:49] </w:t>
      </w:r>
      <w:r>
        <w:t>aise hi dekhiye, ek cheez jis mein bohat log pade hue rehte hain, woh hai excuse lene.</w:t>
      </w:r>
    </w:p>
    <w:p>
      <w:pPr>
        <w:jc w:val="right"/>
      </w:pPr>
      <w:r>
        <w:t>ایسے ہی دیکھیے، ایک چیز جس میں بہت لوگ پڑے ہوئے رہتے ہیں، وہ ہے ایکسکیوز لینا۔</w:t>
      </w:r>
    </w:p>
    <w:p>
      <w:r>
        <w:rPr>
          <w:b/>
        </w:rPr>
        <w:t xml:space="preserve">[43:59] </w:t>
      </w:r>
      <w:r>
        <w:t>bar bar aadmi excuse deta rehta hai. bar bar koi kaam nahi karega, foran ek excuse pesh kar dega.</w:t>
      </w:r>
    </w:p>
    <w:p>
      <w:pPr>
        <w:jc w:val="right"/>
      </w:pPr>
      <w:r>
        <w:t>بار بار آدمی ایکسکیوز دیتا رہتا ہے۔ بار بار کوئی کام نہیں کرے گا، فوراً ایک ایکسکیوز پیش کر دے گا۔</w:t>
      </w:r>
    </w:p>
    <w:p>
      <w:r>
        <w:rPr>
          <w:b/>
        </w:rPr>
        <w:t xml:space="preserve">[44:11] </w:t>
      </w:r>
      <w:r>
        <w:t>lekin excuse jo hai, woh bilkul hi nahi lena chahiye. excuse aadmi kyun leta hai? us se bachne ke liye ke woh yeh kahe ke "I was wrong, I was wrong"</w:t>
      </w:r>
    </w:p>
    <w:p>
      <w:pPr>
        <w:jc w:val="right"/>
      </w:pPr>
      <w:r>
        <w:t>لیکن ایکسکیوز جو ہے، وہ بالکل ہی نہیں لینا چاہیے۔ ایکسکیوز آدمی کیوں لیتا ہے؟ اس سے بچنے کے لیے کہ وہ یہ کہے کہ "آئی واز رونگ، آئی واز رونگ"</w:t>
      </w:r>
    </w:p>
    <w:p>
      <w:r>
        <w:rPr>
          <w:b/>
        </w:rPr>
        <w:t xml:space="preserve">[44:25] </w:t>
      </w:r>
      <w:r>
        <w:t>. to apni ghalti ko na maanne ke liye woh ek excuse pesh kar deta hai. isi liye kaha gaya hai ke "if you have a good excuse,</w:t>
      </w:r>
    </w:p>
    <w:p>
      <w:pPr>
        <w:jc w:val="right"/>
      </w:pPr>
      <w:r>
        <w:t>۔ تو اپنی غلطی کو نہ ماننے کے لیے وہ ایک ایکسکیوز پیش کر دیتا ہے۔ اسی لیے کہا گیا ہے کہ "اف یو ہیو ا گڈ ایکسکیوز،</w:t>
      </w:r>
    </w:p>
    <w:p>
      <w:r>
        <w:rPr>
          <w:b/>
        </w:rPr>
        <w:t xml:space="preserve">[44:38] </w:t>
      </w:r>
      <w:r>
        <w:t>don't use it".</w:t>
      </w:r>
    </w:p>
    <w:p>
      <w:pPr>
        <w:jc w:val="right"/>
      </w:pPr>
      <w:r>
        <w:t>ڈونٹ یوز اٹ"۔</w:t>
      </w:r>
    </w:p>
    <w:p>
      <w:r>
        <w:rPr>
          <w:b/>
        </w:rPr>
        <w:t xml:space="preserve">[44:43] </w:t>
      </w:r>
      <w:r>
        <w:t>to excuse to aadmi ko use hi nahi karna chahiye. seedhe se maan lena chahiye ke main ghalti par tha.</w:t>
      </w:r>
    </w:p>
    <w:p>
      <w:pPr>
        <w:jc w:val="right"/>
      </w:pPr>
      <w:r>
        <w:t>تو ایکسکیوز تو آدمی کو یوز ہی نہیں کرنا چاہیے۔ سیدھے سے مان لینا چاہیے کہ میں غلطی پر تھا۔</w:t>
      </w:r>
    </w:p>
    <w:p>
      <w:r>
        <w:rPr>
          <w:b/>
        </w:rPr>
        <w:t xml:space="preserve">[44:51] </w:t>
      </w:r>
      <w:r>
        <w:t>dekhiye, jo hamare ancestors the, yani Adam, Adam tamam insaanon ke baap kahe jaate hain.</w:t>
      </w:r>
    </w:p>
    <w:p>
      <w:pPr>
        <w:jc w:val="right"/>
      </w:pPr>
      <w:r>
        <w:t>دیکھیے، جو ہمارے انسسٹرز تھے، یعنی آدم، آدم تمام انسانوں کے باپ کہے جاتے ہیں۔</w:t>
      </w:r>
    </w:p>
    <w:p>
      <w:r>
        <w:rPr>
          <w:b/>
        </w:rPr>
        <w:t xml:space="preserve">[45:02] </w:t>
      </w:r>
      <w:r>
        <w:t>to woh paradise mein rakhe gaye the, paida karne ke baad Khuda ne rakha tha. to wahan yeh tha ke ek forbidden tree hai, us ko mat khana, us ka phal mat khana.</w:t>
      </w:r>
    </w:p>
    <w:p>
      <w:pPr>
        <w:jc w:val="right"/>
      </w:pPr>
      <w:r>
        <w:t>تو وہ پیراڈائز میں رکھے گئے تھے، پیدا کرنے کے بعد خدا نے رکھا تھا۔ تو وہاں یہ تھا کہ ایک فاربیڈن ٹری ہے، اس کو مت کھانا، اس کا پھل مت کھانا۔</w:t>
      </w:r>
    </w:p>
    <w:p>
      <w:r>
        <w:rPr>
          <w:b/>
        </w:rPr>
        <w:t xml:space="preserve">[45:17] </w:t>
      </w:r>
      <w:r>
        <w:t>to kisi wajah se unhone woh phal kha liya. to Khuda ne kaha ke "yeh kya kiya tum ne?</w:t>
      </w:r>
    </w:p>
    <w:p>
      <w:pPr>
        <w:jc w:val="right"/>
      </w:pPr>
      <w:r>
        <w:t>تو کسی وجہ سے انہوں نے وہ پھل کھا لیا۔ تو خدا نے کہا کہ "یہ کیا کیا تم نے؟</w:t>
      </w:r>
    </w:p>
    <w:p>
      <w:r>
        <w:rPr>
          <w:b/>
        </w:rPr>
        <w:t xml:space="preserve">[45:26] </w:t>
      </w:r>
      <w:r>
        <w:t>jo mana kiya tha maine, woh to unhone kyun kha liya?"</w:t>
      </w:r>
    </w:p>
    <w:p>
      <w:pPr>
        <w:jc w:val="right"/>
      </w:pPr>
      <w:r>
        <w:t>جو منع کیا تھا میں نے، وہ تو انہوں نے کیوں کھا لیا؟"</w:t>
      </w:r>
    </w:p>
    <w:p>
      <w:r>
        <w:rPr>
          <w:b/>
        </w:rPr>
        <w:t xml:space="preserve">[45:34] </w:t>
      </w:r>
      <w:r>
        <w:t>is waqt jo aata hai quran mein, unhon ne yani woh aur un ki biwi dono ne khaya tha. to unhon ne kaha ke "rabana zalamna anfusana".</w:t>
      </w:r>
    </w:p>
    <w:p>
      <w:pPr>
        <w:jc w:val="right"/>
      </w:pPr>
      <w:r>
        <w:t>اس وقت جو آتا ہے قرآن میں، انہوں نے یعنی وہ اور ان کی بیوی دونوں نے کھایا تھا۔ تو انہوں نے کہا کہ "ربنا ظلمنا انفسنا"۔</w:t>
      </w:r>
    </w:p>
    <w:p>
      <w:r>
        <w:rPr>
          <w:b/>
        </w:rPr>
        <w:t xml:space="preserve">[45:46] </w:t>
      </w:r>
      <w:r>
        <w:t>khudaya, hum ne ghalti ki, hum zalim thehre, hum ne ghalti ki, hum se to apni ghalti ko seedhe seedhe unhon ne maan liya.</w:t>
      </w:r>
    </w:p>
    <w:p>
      <w:pPr>
        <w:jc w:val="right"/>
      </w:pPr>
      <w:r>
        <w:t>خدایا، ہم نے غلطی کی، ہم ظالم ٹھہرے، ہم نے غلطی کی، ہم سے تو اپنی غلطی کو سیدھے سیدھے انہوں نے مان لیا۔</w:t>
      </w:r>
    </w:p>
    <w:p>
      <w:r>
        <w:rPr>
          <w:b/>
        </w:rPr>
        <w:t xml:space="preserve">[46:01] </w:t>
      </w:r>
      <w:r>
        <w:t>excuse pesh nahi kiya unhon ne. woh keh sakte the ke yeh reason, woh reason de kar ke apni is ghalti ko chhipane ki koshish kar sakte the,</w:t>
      </w:r>
    </w:p>
    <w:p>
      <w:pPr>
        <w:jc w:val="right"/>
      </w:pPr>
      <w:r>
        <w:t>ایکسکیوز پیش نہیں کیا انہوں نے۔ وہ کہہ سکتے تھے کہ یہ ریزن، وہ ریزن دے کر کے اپنی اس غلطی کو چھپانے کی کوشش کر سکتے تھے،</w:t>
      </w:r>
    </w:p>
    <w:p>
      <w:r>
        <w:rPr>
          <w:b/>
        </w:rPr>
        <w:t xml:space="preserve">[46:15] </w:t>
      </w:r>
      <w:r>
        <w:t>jaisa ke log karte hain ke ek ghalti karenge aur us ke baad jab un se poocha jayega, yeh nahi kahenge ke "mujh se ghalti ho gayi, mujhe maaf karo".</w:t>
      </w:r>
    </w:p>
    <w:p>
      <w:pPr>
        <w:jc w:val="right"/>
      </w:pPr>
      <w:r>
        <w:t>جیسا کہ لوگ کرتے ہیں کہ ایک غلطی کریں گے اور اس کے بعد جب ان سے پوچھا جائے گا، یہ نہیں کہیں گے کہ "مجھ سے غلطی ہو گئی، مجھے معاف کرو"۔</w:t>
      </w:r>
    </w:p>
    <w:p>
      <w:r>
        <w:rPr>
          <w:b/>
        </w:rPr>
        <w:t xml:space="preserve">[46:32] </w:t>
      </w:r>
      <w:r>
        <w:t>balkeh us ke reason dena shuru karenge, excuse pesh karna shuru karenge.</w:t>
      </w:r>
    </w:p>
    <w:p>
      <w:pPr>
        <w:jc w:val="right"/>
      </w:pPr>
      <w:r>
        <w:t>بلکہ اس کے ریزن دینا شروع کریں گے، ایکسکیوز پیش کرنا شروع کریں گے۔</w:t>
      </w:r>
    </w:p>
    <w:p>
      <w:r>
        <w:rPr>
          <w:b/>
        </w:rPr>
        <w:t xml:space="preserve">[46:39] </w:t>
      </w:r>
      <w:r>
        <w:t>to adam ne koi, adam ne aur hawa ne, yani adam ne aur un ki biwi ne, dono ne is waqt koi excuse pesh nahi kiya.</w:t>
      </w:r>
    </w:p>
    <w:p>
      <w:pPr>
        <w:jc w:val="right"/>
      </w:pPr>
      <w:r>
        <w:t>تو آدم نے کوئی، آدم نے اور حوا نے، یعنی آدم نے اور ان کی بیوی نے، دونوں نے اس وقت کوئی ایکسکیوز پیش نہیں کیا۔</w:t>
      </w:r>
    </w:p>
    <w:p>
      <w:r>
        <w:rPr>
          <w:b/>
        </w:rPr>
        <w:t xml:space="preserve">[46:51] </w:t>
      </w:r>
      <w:r>
        <w:t>seedhe seedhe keh diya ke "rabana zalamna anfusana". hum dono ne bhaari ghalti ki hai, hamare paas koi uzr nahi hai.</w:t>
      </w:r>
    </w:p>
    <w:p>
      <w:pPr>
        <w:jc w:val="right"/>
      </w:pPr>
      <w:r>
        <w:t>سیدھے سیدھے کہہ دیا کہ "ربنا ظلمنا انفسنا"۔ ہم دونوں نے بھاری غلطی کی ہے، ہمارے پاس کوئی عذر نہیں ہے۔</w:t>
      </w:r>
    </w:p>
    <w:p>
      <w:r>
        <w:rPr>
          <w:b/>
        </w:rPr>
        <w:t xml:space="preserve">[47:02] </w:t>
      </w:r>
      <w:r>
        <w:t>yeh hai sahi tareeqa.</w:t>
      </w:r>
    </w:p>
    <w:p>
      <w:pPr>
        <w:jc w:val="right"/>
      </w:pPr>
      <w:r>
        <w:t>یہ ہے صحیح طریقہ۔</w:t>
      </w:r>
    </w:p>
    <w:p>
      <w:r>
        <w:rPr>
          <w:b/>
        </w:rPr>
        <w:t xml:space="preserve">[47:07] </w:t>
      </w:r>
      <w:r>
        <w:t>insan se ghalti to beharhaal hoti hai, yeh sachai hai. lekin ghalti hone ke baad aadmi ke saamne do options hote hain.</w:t>
      </w:r>
    </w:p>
    <w:p>
      <w:pPr>
        <w:jc w:val="right"/>
      </w:pPr>
      <w:r>
        <w:t>انسان سے غلطی تو بہرحال ہوتی ہے، یہ سچائی ہے۔ لیکن غلطی ہونے کے بعد آدمی کے سامنے دو آپشنز ہوتے ہیں۔</w:t>
      </w:r>
    </w:p>
    <w:p>
      <w:r>
        <w:rPr>
          <w:b/>
        </w:rPr>
        <w:t xml:space="preserve">[47:17] </w:t>
      </w:r>
      <w:r>
        <w:t>ek hai excuse pesh karna, ek hai ke saaf saaf keh dena ke "i was wrong". to excuse ka option jo log dete hain, woh goya ke double ghalti kar rahe hain.</w:t>
      </w:r>
    </w:p>
    <w:p>
      <w:pPr>
        <w:jc w:val="right"/>
      </w:pPr>
      <w:r>
        <w:t>ایک ہے ایکسکیوز پیش کرنا، ایک ہے کہ صاف صاف کہہ دینا کہ "آئی واز رونگ"۔ تو ایکسکیوز کا آپشن جو لوگ دیتے ہیں، وہ گویا کہ ڈبل غلطی کر رہے ہیں۔</w:t>
      </w:r>
    </w:p>
    <w:p>
      <w:r>
        <w:rPr>
          <w:b/>
        </w:rPr>
        <w:t xml:space="preserve">[47:34] </w:t>
      </w:r>
      <w:r>
        <w:t>excuse ka option jo log lete hain, woh goya ke double ghalti kar rahe hain.</w:t>
      </w:r>
    </w:p>
    <w:p>
      <w:pPr>
        <w:jc w:val="right"/>
      </w:pPr>
      <w:r>
        <w:t>ایکسکیوز کا آپشن جو لوگ لیتے ہیں، وہ گویا کہ ڈبل غلطی کر رہے ہیں۔</w:t>
      </w:r>
    </w:p>
    <w:p>
      <w:r>
        <w:rPr>
          <w:b/>
        </w:rPr>
        <w:t xml:space="preserve">[47:44] </w:t>
      </w:r>
      <w:r>
        <w:t>yani ek ghalti to woh jo kiya unhon ne, doosri ghalti yeh ke apni ghalti ko chhipane ke liye excuse pesh kar rahe hain.</w:t>
      </w:r>
    </w:p>
    <w:p>
      <w:pPr>
        <w:jc w:val="right"/>
      </w:pPr>
      <w:r>
        <w:t>یعنی ایک غلطی تو وہ جو کیا انہوں نے، دوسری غلطی یہ کہ اپنی غلطی کو چھپانے کے لیے ایکسکیوز پیش کر رہے ہیں۔</w:t>
      </w:r>
    </w:p>
    <w:p>
      <w:r>
        <w:rPr>
          <w:b/>
        </w:rPr>
        <w:t xml:space="preserve">[47:57] </w:t>
      </w:r>
      <w:r>
        <w:t>to aisa insan ko kabhi nahi karna chahiye.</w:t>
      </w:r>
    </w:p>
    <w:p>
      <w:pPr>
        <w:jc w:val="right"/>
      </w:pPr>
      <w:r>
        <w:t>تو ایسا انسان کو کبھی نہیں کرنا چاہیے۔</w:t>
      </w:r>
    </w:p>
    <w:p>
      <w:r>
        <w:rPr>
          <w:b/>
        </w:rPr>
        <w:t xml:space="preserve">[48:03] </w:t>
      </w:r>
      <w:r>
        <w:t>ek hi option lena chahiye, bas woh hai apni ghalti ko maan lena, bilkul without yani reservation, openly aur dil se keh dena ke "i was wrong".</w:t>
      </w:r>
    </w:p>
    <w:p>
      <w:pPr>
        <w:jc w:val="right"/>
      </w:pPr>
      <w:r>
        <w:t>ایک ہی آپشن لینا چاہیے، بس وہ ہے اپنی غلطی کو مان لینا، بالکل ودا آؤٹ یعنی ریزرویشن، اوپنلی اور دل سے کہہ دینا کہ "آئی واز رونگ"۔</w:t>
      </w:r>
    </w:p>
    <w:p>
      <w:r>
        <w:rPr>
          <w:b/>
        </w:rPr>
        <w:t xml:space="preserve">[48:19] </w:t>
      </w:r>
      <w:r>
        <w:t>islam ki tareekh mein ek bahut bada naam hai hazrat umar farooq ka, jo second caliph the.</w:t>
      </w:r>
    </w:p>
    <w:p>
      <w:pPr>
        <w:jc w:val="right"/>
      </w:pPr>
      <w:r>
        <w:t>اسلام کی تاریخ میں ایک بہت بڑا نام ہے حضرت عمر فاروق کا، جو سیکنڈ کیلیف تھے۔</w:t>
      </w:r>
    </w:p>
    <w:p>
      <w:r>
        <w:rPr>
          <w:b/>
        </w:rPr>
        <w:t xml:space="preserve">[48:30] </w:t>
      </w:r>
      <w:r>
        <w:t>to un se ek baar ghalti ho gayi.</w:t>
      </w:r>
    </w:p>
    <w:p>
      <w:pPr>
        <w:jc w:val="right"/>
      </w:pPr>
      <w:r>
        <w:t>تو ان سے ایک بار غلطی ہو گئی۔</w:t>
      </w:r>
    </w:p>
    <w:p>
      <w:r>
        <w:rPr>
          <w:b/>
        </w:rPr>
        <w:t xml:space="preserve">[48:36] </w:t>
      </w:r>
      <w:r>
        <w:t>to unhon ne ghalti ko itna zyada, yani itna zyada interestingli is ko mehsoos kiya</w:t>
      </w:r>
    </w:p>
    <w:p>
      <w:pPr>
        <w:jc w:val="right"/>
      </w:pPr>
      <w:r>
        <w:t>تو انہوں نے غلطی کو اتنا زیادہ، یعنی اتنا زیادہ انٹرسٹنگلی اس کو محسوس کیا</w:t>
      </w:r>
    </w:p>
    <w:p>
      <w:r>
        <w:rPr>
          <w:b/>
        </w:rPr>
        <w:t xml:space="preserve">[48:46] </w:t>
      </w:r>
      <w:r>
        <w:t>aur itna zyada,</w:t>
      </w:r>
    </w:p>
    <w:p>
      <w:pPr>
        <w:jc w:val="right"/>
      </w:pPr>
      <w:r>
        <w:t>اور اتنا زیادہ،</w:t>
      </w:r>
    </w:p>
    <w:p>
      <w:r>
        <w:rPr>
          <w:b/>
        </w:rPr>
        <w:t xml:space="preserve">[48:50] </w:t>
      </w:r>
      <w:r>
        <w:t>itna itna zyada, yani</w:t>
      </w:r>
    </w:p>
    <w:p>
      <w:pPr>
        <w:jc w:val="right"/>
      </w:pPr>
      <w:r>
        <w:t>اتنا اتنا زیادہ، یعنی</w:t>
      </w:r>
    </w:p>
    <w:p>
      <w:r>
        <w:rPr>
          <w:b/>
        </w:rPr>
        <w:t xml:space="preserve">[48:56] </w:t>
      </w:r>
      <w:r>
        <w:t>shiddat ke saath is ko unhon ne maana apni ghalti ko ke un ki zuban se nikla ke "lola falan lehalak umar".</w:t>
      </w:r>
    </w:p>
    <w:p>
      <w:pPr>
        <w:jc w:val="right"/>
      </w:pPr>
      <w:r>
        <w:t>شدت کے ساتھ اس کو انہوں نے مانا اپنی غلطی کو کہ ان کی زبان سے نکلا کہ "لولا فلان لہلک عمر"۔</w:t>
      </w:r>
    </w:p>
    <w:p>
      <w:r>
        <w:rPr>
          <w:b/>
        </w:rPr>
        <w:t xml:space="preserve">[49:05] </w:t>
      </w:r>
      <w:r>
        <w:t>asal mein ek case tha un ke saamne, yani khalifa ke saamne.</w:t>
      </w:r>
    </w:p>
    <w:p>
      <w:pPr>
        <w:jc w:val="right"/>
      </w:pPr>
      <w:r>
        <w:t>اصل میں ایک کیس تھا ان کے سامنے، یعنی خلیفہ کے سامنے۔</w:t>
      </w:r>
    </w:p>
    <w:p>
      <w:r>
        <w:rPr>
          <w:b/>
        </w:rPr>
        <w:t xml:space="preserve">[49:11] </w:t>
      </w:r>
      <w:r>
        <w:t>to unhon ne is mein ek judgment diya. is judgment mein ek kami thi, ek ghalti thi. to ek aadmi ne is ki taraf unhein dhyan dilaya ke "yeh judgment mein to dekhiye, yeh ghalti hai aap ke".</w:t>
      </w:r>
    </w:p>
    <w:p>
      <w:pPr>
        <w:jc w:val="right"/>
      </w:pPr>
      <w:r>
        <w:t>تو انہوں نے اس میں ایک ججمنٹ دیا۔ اس ججمنٹ میں ایک کمی تھی، ایک غلطی تھی۔ تو ایک آدمی نے اس کی طرف انہیں دھیان دلایا کہ "یہ ججمنٹ میں تو دیکھیے، یہ غلطی ہے آپ کے"۔</w:t>
      </w:r>
    </w:p>
    <w:p>
      <w:r>
        <w:rPr>
          <w:b/>
        </w:rPr>
        <w:t xml:space="preserve">[49:29] </w:t>
      </w:r>
      <w:r>
        <w:t>to unhon ne mehsoos kiya. to yeh nahi kaha unhon ne ke "theek hai, theek hai, tum jo keh rahe ho woh theek hai". yeh matlab halke phulke tareeqe se,</w:t>
      </w:r>
    </w:p>
    <w:p>
      <w:pPr>
        <w:jc w:val="right"/>
      </w:pPr>
      <w:r>
        <w:t>تو انہوں نے محسوس کیا۔ تو یہ نہیں کہا انہوں نے کہ "ٹھیک ہے، ٹھیک ہے، تم جو کہہ رہے ہو وہ ٹھیک ہے"۔ یہ مطلب ہلکے پھلکے طریقے سے،</w:t>
      </w:r>
    </w:p>
    <w:p>
      <w:r>
        <w:rPr>
          <w:b/>
        </w:rPr>
        <w:t xml:space="preserve">[49:40] </w:t>
      </w:r>
      <w:r>
        <w:t>bahut zyada strongly unhon ne kaha ke "lola falan lehalak umar" ke "agar falan aadmi na hota to main to halak ho gaya tha, main to distrra ho gaya tha,</w:t>
      </w:r>
    </w:p>
    <w:p>
      <w:pPr>
        <w:jc w:val="right"/>
      </w:pPr>
      <w:r>
        <w:t>بہت زیادہ اسٹرونگلی انہوں نے کہا کہ "لولا فلان لہلک عمر" کہ "اگر فلاں آدمی نہ ہوتا تو میں تو ہلاک ہو گیا تھا، میں تو ڈسٹرا ہو گیا تھا،</w:t>
      </w:r>
    </w:p>
    <w:p>
      <w:r>
        <w:rPr>
          <w:b/>
        </w:rPr>
        <w:t xml:space="preserve">[49:53] </w:t>
      </w:r>
      <w:r>
        <w:t>main to apne aap ko kill kar liya tha".</w:t>
      </w:r>
    </w:p>
    <w:p>
      <w:pPr>
        <w:jc w:val="right"/>
      </w:pPr>
      <w:r>
        <w:t>میں تو اپنے آپ کو کل کر لیا تھا"۔</w:t>
      </w:r>
    </w:p>
    <w:p>
      <w:r>
        <w:rPr>
          <w:b/>
        </w:rPr>
        <w:t xml:space="preserve">[49:59] </w:t>
      </w:r>
      <w:r>
        <w:t>to dekhiye, ek yeh hai ke aap bohat hi halke phulke tareeqe se keh dein ke "haan bhai, mujh se ghalati ho gayi".</w:t>
      </w:r>
    </w:p>
    <w:p>
      <w:pPr>
        <w:jc w:val="right"/>
      </w:pPr>
      <w:r>
        <w:t>تو دیکھیے، ایک یہ ہے کہ آپ بہت ہی ہلکے پھلکے طریقے سے کہہ دیں کہ "ہاں بھئی، مجھ سے غلطی ہو گئی"۔</w:t>
      </w:r>
    </w:p>
    <w:p>
      <w:r>
        <w:rPr>
          <w:b/>
        </w:rPr>
        <w:t xml:space="preserve">[50:09] </w:t>
      </w:r>
      <w:r>
        <w:t>doosra, doosra yeh hai ke aap poori dil se aur poori is par zor dete hue kahein ke "i was wrong".</w:t>
      </w:r>
    </w:p>
    <w:p>
      <w:pPr>
        <w:jc w:val="right"/>
      </w:pPr>
      <w:r>
        <w:t>دوسرا، دوسرا یہ ہے کہ آپ پوری دل سے اور پوری اس پر زور دیتے ہوئے کہیں کہ "آئی واز رونگ"۔</w:t>
      </w:r>
    </w:p>
    <w:p>
      <w:r>
        <w:rPr>
          <w:b/>
        </w:rPr>
        <w:t xml:space="preserve">[50:21] </w:t>
      </w:r>
      <w:r>
        <w:t>aur is se bhi bara darja yeh hai ke aap aur ziyada kade shabdon mein keh padein, jaisa ke Hazrat Umar Farooq ne kaha "laula fulan lehlak Umar".</w:t>
      </w:r>
    </w:p>
    <w:p>
      <w:pPr>
        <w:jc w:val="right"/>
      </w:pPr>
      <w:r>
        <w:t>اور اس سے بھی بڑا درجہ یہ ہے کہ آپ اور زیادہ کڑے शब्दوں میں کہہ پڑیں، جیسا کہ حضرت عمر فاروق نے کہا "لولا فلان لہلک عمر"۔</w:t>
      </w:r>
    </w:p>
    <w:p>
      <w:r>
        <w:rPr>
          <w:b/>
        </w:rPr>
        <w:t xml:space="preserve">[50:35] </w:t>
      </w:r>
      <w:r>
        <w:t>to apni ghalati ko na mante hue excuse pesh karna, yeh to bilkul hi is ka koi darja nahi hai.</w:t>
      </w:r>
    </w:p>
    <w:p>
      <w:pPr>
        <w:jc w:val="right"/>
      </w:pPr>
      <w:r>
        <w:t>تو اپنی غلطی کو نہ مانتے ہوئے ایکسکیوز پیش کرنا، یہ تو بالکل ہی اس کا کوئی درجہ نہیں ہے۔</w:t>
      </w:r>
    </w:p>
    <w:p>
      <w:r>
        <w:rPr>
          <w:b/>
        </w:rPr>
        <w:t xml:space="preserve">[50:45] </w:t>
      </w:r>
      <w:r>
        <w:t>apni ghalati ko na maan kar excuse pesh karna, uzar pesh karna, is ka to koi bhi darja nahi.</w:t>
      </w:r>
    </w:p>
    <w:p>
      <w:pPr>
        <w:jc w:val="right"/>
      </w:pPr>
      <w:r>
        <w:t>اپنی غلطی کو نہ مان کر ایکسکیوز پیش کرنا، عذر پیش کرنا، اس کا تو کوئی بھی درجہ نہیں۔</w:t>
      </w:r>
    </w:p>
    <w:p>
      <w:r>
        <w:rPr>
          <w:b/>
        </w:rPr>
        <w:t xml:space="preserve">[50:55] </w:t>
      </w:r>
      <w:r>
        <w:t>lekin apni ghalati ko manne ke bhi kai darje hain. ek yeh hai ke simple tareeqe se keh diya aap ne ke "haan bhai, mujh se ghalati ho gayi".</w:t>
      </w:r>
    </w:p>
    <w:p>
      <w:pPr>
        <w:jc w:val="right"/>
      </w:pPr>
      <w:r>
        <w:t>لیکن اپنی غلطی کو ماننے کے بھی کئی درجے ہیں۔ ایک یہ ہے کہ سمپل طریقے سے کہہ دیا آپ نے کہ "ہاں بھئی، مجھ سے غلطی ہو گئی"۔</w:t>
      </w:r>
    </w:p>
    <w:p>
      <w:r>
        <w:rPr>
          <w:b/>
        </w:rPr>
        <w:t xml:space="preserve">[51:05] </w:t>
      </w:r>
      <w:r>
        <w:t>ek yeh hai ke aap bohat hi strong tareeqe se kahein ke "i was wrong". lekin is se bhi ziyada bari baat yeh hai ke aap aur kade shabdon mein kahein,</w:t>
      </w:r>
    </w:p>
    <w:p>
      <w:pPr>
        <w:jc w:val="right"/>
      </w:pPr>
      <w:r>
        <w:t>ایک یہ ہے کہ آپ بہت ہی اسٹرونگ طریقے سے کہیں کہ "آئی واز رونگ"۔ لیکن اس سے بھی زیادہ بڑی بات یہ ہے کہ آپ اور کڑے शब्दوں میں کہیں،</w:t>
      </w:r>
    </w:p>
    <w:p>
      <w:r>
        <w:rPr>
          <w:b/>
        </w:rPr>
        <w:t xml:space="preserve">[51:18] </w:t>
      </w:r>
      <w:r>
        <w:t>jaise ke unhon ne kaha tha ke "laula fulan lehlak Umar".</w:t>
      </w:r>
    </w:p>
    <w:p>
      <w:pPr>
        <w:jc w:val="right"/>
      </w:pPr>
      <w:r>
        <w:t>جیسے کہ انہوں نے کہا تھا کہ "لولا فلان لہلک عمر"۔</w:t>
      </w:r>
    </w:p>
    <w:p>
      <w:r>
        <w:rPr>
          <w:b/>
        </w:rPr>
        <w:t xml:space="preserve">[51:26] </w:t>
      </w:r>
      <w:r>
        <w:t>ek martaba woh sermon de rahe the jumma ki namaz mein</w:t>
      </w:r>
    </w:p>
    <w:p>
      <w:pPr>
        <w:jc w:val="right"/>
      </w:pPr>
      <w:r>
        <w:t>ایک مرتبہ وہ سرمن دے رہے تھے جمعہ کی نماز میں</w:t>
      </w:r>
    </w:p>
    <w:p>
      <w:r>
        <w:rPr>
          <w:b/>
        </w:rPr>
        <w:t xml:space="preserve">[51:33] </w:t>
      </w:r>
      <w:r>
        <w:t>, to wahan par bhi unhon ne ek baat kahi jis mein ek ghalati ho sakti thi. to ek boodhi aurat khadi ho gayi, unhon ne kaha ke "Umar, tum aisa jo keh rahe ho to yeh to Quran ke khilaf hai,</w:t>
      </w:r>
    </w:p>
    <w:p>
      <w:pPr>
        <w:jc w:val="right"/>
      </w:pPr>
      <w:r>
        <w:t>، تو وہاں پر بھی انہوں نے ایک بات کہی جس میں ایک غلطی ہو سکتی تھی۔ تو ایک بوڑھی عورت کھڑی ہوگئی، انہوں نے کہا کہ "عمر، تم ایسا جو کہہ رہے ہو تو یہ تو قرآن کے خلاف ہے،</w:t>
      </w:r>
    </w:p>
    <w:p>
      <w:r>
        <w:rPr>
          <w:b/>
        </w:rPr>
        <w:t xml:space="preserve">[51:49] </w:t>
      </w:r>
      <w:r>
        <w:t>Quran ke mutabiq nahi hai".</w:t>
      </w:r>
    </w:p>
    <w:p>
      <w:pPr>
        <w:jc w:val="right"/>
      </w:pPr>
      <w:r>
        <w:t>قرآن کے مطابق نہیں ہے"۔</w:t>
      </w:r>
    </w:p>
    <w:p>
      <w:r>
        <w:rPr>
          <w:b/>
        </w:rPr>
        <w:t xml:space="preserve">[51:54] </w:t>
      </w:r>
      <w:r>
        <w:t>to jab us ne kaha to aap mimbar se, mimbar jo stage hota tha, jis par aadmi khada hota tha, aap us se utar gaye.</w:t>
      </w:r>
    </w:p>
    <w:p>
      <w:pPr>
        <w:jc w:val="right"/>
      </w:pPr>
      <w:r>
        <w:t>تو جب اس نے کہا تو آپ ممبر سے، ممبر جو اسٹیج ہوتا تھا، جس پر آدمی کھڑا ہوتا تھا، آپ اس سے اتر گئے۔</w:t>
      </w:r>
    </w:p>
    <w:p>
      <w:r>
        <w:rPr>
          <w:b/>
        </w:rPr>
        <w:t xml:space="preserve">[52:07] </w:t>
      </w:r>
      <w:r>
        <w:t>utar kar aap ne kaha ke "kullu nasin aalam min Umar hatta al-ajaaib". har aadmi Umar se ziyada jaanta hai, yahan tak ke budhiya bhi, yaani boodhi aurtein bhi.</w:t>
      </w:r>
    </w:p>
    <w:p>
      <w:pPr>
        <w:jc w:val="right"/>
      </w:pPr>
      <w:r>
        <w:t>اتر کر آپ نے کہا کہ "کل الناس عالم من عمر حتی العجائب"۔ ہر آدمی عمر سے زیادہ جانتا ہے، یہاں تک کہ بڑھیا بھی، یعنی بوڑھی عورتیں بھی۔</w:t>
      </w:r>
    </w:p>
    <w:p>
      <w:r>
        <w:rPr>
          <w:b/>
        </w:rPr>
        <w:t xml:space="preserve">[52:23] </w:t>
      </w:r>
      <w:r>
        <w:t>har aadmi Umar se ziyada jaanta hai, yahan tak ke boodhi aurtein bhi.</w:t>
      </w:r>
    </w:p>
    <w:p>
      <w:pPr>
        <w:jc w:val="right"/>
      </w:pPr>
      <w:r>
        <w:t>ہر آدمی عمر سے زیادہ جانتا ہے، یہاں تک کہ بوڑھی عورتیں بھی۔</w:t>
      </w:r>
    </w:p>
    <w:p>
      <w:r>
        <w:rPr>
          <w:b/>
        </w:rPr>
        <w:t xml:space="preserve">[52:32] </w:t>
      </w:r>
      <w:r>
        <w:t>dekhein, yeh saada baat nahi hai. jab aap apni ghalati ko, jab aap se koi ghalati ho jaye, us waqt aap ke samne do option hota hai.</w:t>
      </w:r>
    </w:p>
    <w:p>
      <w:pPr>
        <w:jc w:val="right"/>
      </w:pPr>
      <w:r>
        <w:t>دیکھیں، یہ سادہ بات نہیں ہے۔ جب آپ اپنی غلطی کو، جب آپ سے کوئی غلطی ہو جائے، اس وقت آپ کے سامنے دو آپشن ہوتا ہے۔</w:t>
      </w:r>
    </w:p>
    <w:p>
      <w:r>
        <w:rPr>
          <w:b/>
        </w:rPr>
        <w:t xml:space="preserve">[52:46] </w:t>
      </w:r>
      <w:r>
        <w:t>ek yeh hai ke aap apni ghalati ko na maanein, tarah tarah se is ko aap</w:t>
      </w:r>
    </w:p>
    <w:p>
      <w:pPr>
        <w:jc w:val="right"/>
      </w:pPr>
      <w:r>
        <w:t>ایک یہ ہے کہ آپ اپنی غلطی کو نہ مانیں، طرح طرح سے اس کو آپ</w:t>
      </w:r>
    </w:p>
    <w:p>
      <w:r>
        <w:rPr>
          <w:b/>
        </w:rPr>
        <w:t xml:space="preserve">[52:54] </w:t>
      </w:r>
      <w:r>
        <w:t>ko nikalen, aise bahane ke aap ko apni ghalati ko na manna pade. aur doosra yeh ke seedhe seedhe maan lein. agar aap apni ghalati ko na maanein, bahane nikalen, excuse pesh karein to aap ke andar weak personality janam legi.</w:t>
      </w:r>
    </w:p>
    <w:p>
      <w:pPr>
        <w:jc w:val="right"/>
      </w:pPr>
      <w:r>
        <w:t>کوئی نکالیں، ایسے بہانے کہ آپ کو اپنی غلطی کو نہ ماننا پڑے۔ اور دوسرا یہ کہ سیدھے سیدھے مان لیں۔ اگر آپ اپنی غلطی کو نہ مانیں، بہانے نکالیں، ایکسکیوز پیش کریں تو آپ کے اندر ویک پرسنیلٹی جنم لے گی۔</w:t>
      </w:r>
    </w:p>
    <w:p>
      <w:r>
        <w:rPr>
          <w:b/>
        </w:rPr>
        <w:t xml:space="preserve">[53:18] </w:t>
      </w:r>
      <w:r>
        <w:t>yaad rakhiye, jab bhi aap koi ghalati karein to aap do option ke beech mein ho jate hain hamesha.</w:t>
      </w:r>
    </w:p>
    <w:p>
      <w:pPr>
        <w:jc w:val="right"/>
      </w:pPr>
      <w:r>
        <w:t>یاد رکھیے، جب بھی آپ کوئی غلطی کریں تو آپ دو آپشن کے بیچ میں ہو جاتے ہیں ہمیشہ۔</w:t>
      </w:r>
    </w:p>
    <w:p>
      <w:r>
        <w:rPr>
          <w:b/>
        </w:rPr>
        <w:t xml:space="preserve">[53:28] </w:t>
      </w:r>
      <w:r>
        <w:t>agar aap ne saaf tareeqe se apni ghalati maan li, bilkul openly apni ghalati maan li to aap ne apne andar strong personality paida ki.</w:t>
      </w:r>
    </w:p>
    <w:p>
      <w:pPr>
        <w:jc w:val="right"/>
      </w:pPr>
      <w:r>
        <w:t>اگر آپ نے صاف طریقے سے اپنی غلطی مان لی، بالکل اوپنلی اپنی غلطی مان لی تو آپ نے اپنے اندر اسٹرونگ پرسنیلٹی پیدا کی۔</w:t>
      </w:r>
    </w:p>
    <w:p>
      <w:r>
        <w:rPr>
          <w:b/>
        </w:rPr>
        <w:t xml:space="preserve">[53:46] </w:t>
      </w:r>
      <w:r>
        <w:t>strong personality ko apne andar aap ne,</w:t>
      </w:r>
    </w:p>
    <w:p>
      <w:pPr>
        <w:jc w:val="right"/>
      </w:pPr>
      <w:r>
        <w:t>اسٹرونگ پرسنیلٹی کو اپنے اندر آپ نے،</w:t>
      </w:r>
    </w:p>
    <w:p>
      <w:r>
        <w:rPr>
          <w:b/>
        </w:rPr>
        <w:t xml:space="preserve">[53:52] </w:t>
      </w:r>
      <w:r>
        <w:t>apne apni apni personality ko aap ne strong personality banaya.</w:t>
      </w:r>
    </w:p>
    <w:p>
      <w:pPr>
        <w:jc w:val="right"/>
      </w:pPr>
      <w:r>
        <w:t>اپنے اپنی اپنی پرسنیلٹی کو آپ نے اسٹرونگ پرسنیلٹی بنایا۔</w:t>
      </w:r>
    </w:p>
    <w:p>
      <w:r>
        <w:rPr>
          <w:b/>
        </w:rPr>
        <w:t xml:space="preserve">[53:59] </w:t>
      </w:r>
      <w:r>
        <w:t>is ka, is ke bajaye agar aap yeh kiya ke aap lage excuse pesh karne ya ghalati kahein ke "nahi, ghalati to nahi</w:t>
      </w:r>
    </w:p>
    <w:p>
      <w:pPr>
        <w:jc w:val="right"/>
      </w:pPr>
      <w:r>
        <w:t>اس کا، اس کے بجائے اگر آپ یہ کیا کہ آپ لگے ایکسکیوز پیش کرنے یا غلطی کہیں کہ "نہیں، غلطی تو نہیں</w:t>
      </w:r>
    </w:p>
    <w:p>
      <w:r>
        <w:rPr>
          <w:b/>
        </w:rPr>
        <w:t xml:space="preserve">[54:08] </w:t>
      </w:r>
      <w:r>
        <w:t>hai", yeh tarah tarah se is ko explain karein ke "theek hai, kuch na kuch" to aap ne apne andar weak personality paida ki.</w:t>
      </w:r>
    </w:p>
    <w:p>
      <w:pPr>
        <w:jc w:val="right"/>
      </w:pPr>
      <w:r>
        <w:t>ہے"، یہ طرح طرح سے اس کو ایکسپلین کریں کہ "ٹھیک ہے، کچھ نہ کچھ" تو آپ نے اپنے اندر ویک پرسنیلٹی پیدا کی۔</w:t>
      </w:r>
    </w:p>
    <w:p>
      <w:r>
        <w:rPr>
          <w:b/>
        </w:rPr>
        <w:t xml:space="preserve">[54:23] </w:t>
      </w:r>
      <w:r>
        <w:t>to har waqt aadmi do mein se ek ke beech mein hota hai,</w:t>
      </w:r>
    </w:p>
    <w:p>
      <w:pPr>
        <w:jc w:val="right"/>
      </w:pPr>
      <w:r>
        <w:t>تو ہر وقت آدمی دو میں سے ایک کے بیچ میں ہوتا ہے،</w:t>
      </w:r>
    </w:p>
    <w:p>
      <w:r>
        <w:rPr>
          <w:b/>
        </w:rPr>
        <w:t xml:space="preserve">[54:28] </w:t>
      </w:r>
      <w:r>
        <w:t>yaani ek qism ka behavior is ke andar weak personality paida karta hai aur doosre qism ka behavior is ke andar strong personality paida karta hai.</w:t>
      </w:r>
    </w:p>
    <w:p>
      <w:pPr>
        <w:jc w:val="right"/>
      </w:pPr>
      <w:r>
        <w:t>یعنی ایک قسم کا بیہیویئر اس کے اندر ویک پرسنیلٹی پیدا کرتا ہے اور دوسرے قسم کا بیہیویئر اس کے اندر اسٹرونگ پرسنیلٹی پیدا کرتا ہے۔</w:t>
      </w:r>
    </w:p>
    <w:p>
      <w:r>
        <w:rPr>
          <w:b/>
        </w:rPr>
        <w:t xml:space="preserve">[54:42] </w:t>
      </w:r>
      <w:r>
        <w:t>aur yeh saada baat nahi hai. dunya se agar aakhirat tak is ka hamein price deni parti hai, agar dunya mein kisi ne weak personality banai to phir woh paradise mein jagah nahi paye ga.</w:t>
      </w:r>
    </w:p>
    <w:p>
      <w:pPr>
        <w:jc w:val="right"/>
      </w:pPr>
      <w:r>
        <w:t>اور یہ سادہ بات نہیں ہے۔ دنیا سے اگر آخرت تک اس کا ہمیں پرائس دینی پڑتی ہے، اگر دنیا میں کسی نے ویک پرسنیلٹی بنائی تو پھر وہ پیراڈائز میں جگہ نہیں پائے گا۔</w:t>
      </w:r>
    </w:p>
    <w:p>
      <w:r>
        <w:rPr>
          <w:b/>
        </w:rPr>
        <w:t xml:space="preserve">[54:59] </w:t>
      </w:r>
      <w:r>
        <w:t>paradise weak personality walon ke liye nahi hai.</w:t>
      </w:r>
    </w:p>
    <w:p>
      <w:pPr>
        <w:jc w:val="right"/>
      </w:pPr>
      <w:r>
        <w:t>پیراڈائز ویک پرسنیلٹی والوں کے لیے نہیں ہے۔</w:t>
      </w:r>
    </w:p>
    <w:p>
      <w:r>
        <w:rPr>
          <w:b/>
        </w:rPr>
        <w:t xml:space="preserve">[55:05] </w:t>
      </w:r>
      <w:r>
        <w:t>aur agar aap ne apne andar strong personality banai to aap ka selection hoga paradise ke liye. to dekhen, kitna bara masla hai.</w:t>
      </w:r>
    </w:p>
    <w:p>
      <w:pPr>
        <w:jc w:val="right"/>
      </w:pPr>
      <w:r>
        <w:t>اور اگر آپ نے اپنے اندر اسٹرونگ پرسنیلٹی بنائی تو آپ کا سلیکشن ہوگا پیراڈائز کے لیے۔ تو دیکھیں، کتنا بڑا مسئلہ ہے۔</w:t>
      </w:r>
    </w:p>
    <w:p>
      <w:r>
        <w:rPr>
          <w:b/>
        </w:rPr>
        <w:t xml:space="preserve">[55:19] </w:t>
      </w:r>
      <w:r>
        <w:t>ghalti karne ke baad agar aap yeh soch lein ke "main jannat aur jahannum ke beech mein puhanch gaya hoon, aisa karoon to jahannum mein jata hoon, waisa karoon to paradise mein jaunga" to aap ke liye aise mauqe par sahi faisla lena bilkul aasan ho jayega.</w:t>
      </w:r>
    </w:p>
    <w:p>
      <w:pPr>
        <w:jc w:val="right"/>
      </w:pPr>
      <w:r>
        <w:t>غلطی کرنے کے بعد اگر آپ یہ سوچ لیں کہ "میں جنت اور جہنم کے بیچ میں پہنچ گیا ہوں، ایسا کروں تو جہنم میں جاتا ہوں، ویسا کروں تو پیراڈائز میں جاؤں گا" تو آپ کے لیے ایسے موقع پر صحیح فیصلہ لینا بالکل آسان ہو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