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Powerful Life-Changing Quranic Duas with Explanation (English) October 27, 2024</w:t>
      </w:r>
    </w:p>
    <w:p>
      <w:r>
        <w:t>https://youtu.be/4cYteSjPIKw</w:t>
      </w:r>
    </w:p>
    <w:p>
      <w:r>
        <w:rPr>
          <w:b/>
        </w:rPr>
        <w:t xml:space="preserve">[00:21] </w:t>
      </w:r>
      <w:r>
        <w:t>today we will discuss some of the Quranic dua and try to understand the deeper meanings of these dua.</w:t>
      </w:r>
    </w:p>
    <w:p>
      <w:pPr>
        <w:jc w:val="right"/>
      </w:pPr>
      <w:r>
        <w:t>ٹوڈے ویویلڈسکس سم افدی قر آنک دعاز اینڈٹرائیٹوانڈرسٹینڈ دا ڈی پر میننگز اف دیز دعا۔</w:t>
      </w:r>
    </w:p>
    <w:p>
      <w:r>
        <w:rPr>
          <w:b/>
        </w:rPr>
        <w:t xml:space="preserve">[00:32] </w:t>
      </w:r>
      <w:r>
        <w:t>Prophet Muhammad SAW said: "likulli aayatin minha zahr wa batin". Every verse has a deeper meaning and has a outer meaning, has an inner meaning.</w:t>
      </w:r>
    </w:p>
    <w:p>
      <w:pPr>
        <w:jc w:val="right"/>
      </w:pPr>
      <w:r>
        <w:t>پرافٹمحمد صلیاللہعلیہوسلم سیڈ: "لکل ایت منہا زہر وب طن"۔ ایوری و رس ہیزاےڈیپرمیننگاین ڈہیز اے اؤٹرمیننگ،ہیزاےانرمیننگ۔</w:t>
      </w:r>
    </w:p>
    <w:p>
      <w:r>
        <w:rPr>
          <w:b/>
        </w:rPr>
        <w:t xml:space="preserve">[00:45] </w:t>
      </w:r>
      <w:r>
        <w:t>So we will try to understand what was the deeper meaning of these dua, so and explore how we can apply them in our life, inshallah.</w:t>
      </w:r>
    </w:p>
    <w:p>
      <w:pPr>
        <w:jc w:val="right"/>
      </w:pPr>
      <w:r>
        <w:t>سوویویلٹرائیٹوانڈرسٹینڈ واٹازدا ڈیپر میننگاف دیز دعا، سو اینڈایکسپلور ہاؤ ویکیناپلائی دیماناور لائف، انشاءاللہ۔</w:t>
      </w:r>
    </w:p>
    <w:p>
      <w:r>
        <w:rPr>
          <w:b/>
        </w:rPr>
        <w:t xml:space="preserve">[00:59] </w:t>
      </w:r>
      <w:r>
        <w:t>The Prophet Muhammad SAW was sitting with the Sahaba, and the Prophet said that every dua a believer makes Allah give something in return</w:t>
      </w:r>
    </w:p>
    <w:p>
      <w:pPr>
        <w:jc w:val="right"/>
      </w:pPr>
      <w:r>
        <w:t>داپرافٹمحمد صلیاللہعلیہوسلموازسٹنگ وددی صحابہ ،اینڈداپرافٹ سیڈ دیٹ ایوری دعا ابیلیور میکس اللہ گیو سمتھنگ انریٹرن</w:t>
      </w:r>
    </w:p>
    <w:p>
      <w:r>
        <w:rPr>
          <w:b/>
        </w:rPr>
        <w:t xml:space="preserve">[01:13] </w:t>
      </w:r>
      <w:r>
        <w:t>.Even if that dua is not accepted, Allah compensates it with some other thing. So the Sahaba were very happy, and they said that we will make a lot of duas. They thought if we will make too much duas, that we will all accept. So the Prophet said: "Allah akthar,</w:t>
      </w:r>
    </w:p>
    <w:p>
      <w:pPr>
        <w:jc w:val="right"/>
      </w:pPr>
      <w:r>
        <w:t>۔ایوناف دیٹدعاازناٹایکسیپٹڈ ،اللہ کمپنسیٹاٹ ودسم ادر تھنگ ۔سو داصحابہ وارویریہی پی، اینڈدےسیڈ دیٹویویلمیک لاٹاف دعاز ۔دےتھاٹ اف ویویلمیک ٹومچدعاز،دیٹویلاللہ ایکسیپٹ ۔سوداپرافٹسیڈ:"اللہ اکثر ،</w:t>
      </w:r>
    </w:p>
    <w:p>
      <w:r>
        <w:rPr>
          <w:b/>
        </w:rPr>
        <w:t xml:space="preserve">[01:37] </w:t>
      </w:r>
      <w:r>
        <w:t>God has enough" .And then he said something beautiful</w:t>
      </w:r>
    </w:p>
    <w:p>
      <w:pPr>
        <w:jc w:val="right"/>
      </w:pPr>
      <w:r>
        <w:t>گاڈہیزایونمور" ۔اینڈدینہیسیڈسمتھنگبیوٹیفل</w:t>
      </w:r>
    </w:p>
    <w:p>
      <w:r>
        <w:rPr>
          <w:b/>
        </w:rPr>
        <w:t xml:space="preserve">[01:43] </w:t>
      </w:r>
      <w:r>
        <w:t>.He said that Allah has said, this is a Hadith Qudsi. Allah has said: "Ya ibadi, law al awwalakum wa akhirakum".</w:t>
      </w:r>
    </w:p>
    <w:p>
      <w:pPr>
        <w:jc w:val="right"/>
      </w:pPr>
      <w:r>
        <w:t>۔ہی سیڈدیٹاللہ ہیزسیڈ، دسازاےحدیثقد سی ۔اللہ ہیزسیڈ :"یا عب ادی، لو انااول کم وا خر کم"۔</w:t>
      </w:r>
    </w:p>
    <w:p>
      <w:r>
        <w:rPr>
          <w:b/>
        </w:rPr>
        <w:t xml:space="preserve">[01:53] </w:t>
      </w:r>
      <w:r>
        <w:t>O my servants, O my servants, if your first ones and the last ones, meaning the entire humanity, ones come to you, your men, your people, and your generation,</w:t>
      </w:r>
    </w:p>
    <w:p>
      <w:pPr>
        <w:jc w:val="right"/>
      </w:pPr>
      <w:r>
        <w:t>او مائیسر ونٹس، اومائیسر ونٹ، اف یورفرسٹ ونز اینڈدالاسٹونز،میننگداانٹائرہیومین ٹی، و انس کموج نکم ، یور مین، یورپیپل، اینڈیورجن ،</w:t>
      </w:r>
    </w:p>
    <w:p>
      <w:r>
        <w:rPr>
          <w:b/>
        </w:rPr>
        <w:t xml:space="preserve">[02:09] </w:t>
      </w:r>
      <w:r>
        <w:t>qamu fi saeed wahid.</w:t>
      </w:r>
    </w:p>
    <w:p>
      <w:pPr>
        <w:jc w:val="right"/>
      </w:pPr>
      <w:r>
        <w:t>قاموفی سعید واحد ۔</w:t>
      </w:r>
    </w:p>
    <w:p>
      <w:r>
        <w:rPr>
          <w:b/>
        </w:rPr>
        <w:t xml:space="preserve">[02:12] </w:t>
      </w:r>
      <w:r>
        <w:t>they gather together in one place, fasalu ni. And they begin to ask every single desired they have.</w:t>
      </w:r>
    </w:p>
    <w:p>
      <w:pPr>
        <w:jc w:val="right"/>
      </w:pPr>
      <w:r>
        <w:t>دےگیدرٹوگیدر انونپلیس ، فسال ونی۔ اینڈدےبیگنٹو اسک ای وری سنگ ل ڈیزائردےہیو۔</w:t>
      </w:r>
    </w:p>
    <w:p>
      <w:r>
        <w:rPr>
          <w:b/>
        </w:rPr>
        <w:t xml:space="preserve">[02:23] </w:t>
      </w:r>
      <w:r>
        <w:t>fa atit kulla insani masalata. I will give everything to them, fulfilling their desire.</w:t>
      </w:r>
    </w:p>
    <w:p>
      <w:pPr>
        <w:jc w:val="right"/>
      </w:pPr>
      <w:r>
        <w:t>ف اط یت کل انسانی مسئلتہ ۔ائیویلگیوایوریتھنگٹودیم، ف لفلنگ دیرڈیزائر۔</w:t>
      </w:r>
    </w:p>
    <w:p>
      <w:r>
        <w:rPr>
          <w:b/>
        </w:rPr>
        <w:t xml:space="preserve">[02:33] </w:t>
      </w:r>
      <w:r>
        <w:t>ma naq s zalkum ma'andi, that would not diminish my dominion, illa kama ynaqas al-makhiyat al-bahr.</w:t>
      </w:r>
    </w:p>
    <w:p>
      <w:pPr>
        <w:jc w:val="right"/>
      </w:pPr>
      <w:r>
        <w:t>ما نق ص ذالکمماعندی، دیٹوڈناٹ ڈیمنش مائیڈومینین، الا کما ینقص المخیت الب حر ۔</w:t>
      </w:r>
    </w:p>
    <w:p>
      <w:r>
        <w:rPr>
          <w:b/>
        </w:rPr>
        <w:t xml:space="preserve">[02:46] </w:t>
      </w:r>
      <w:r>
        <w:t>A'zmchayz a'nidldpd antuda'ushan andtikinaut. Af a'nidlazdpd andada'ushan andtikinaut, haumchwatratvilkiri?</w:t>
      </w:r>
    </w:p>
    <w:p>
      <w:pPr>
        <w:jc w:val="right"/>
      </w:pPr>
      <w:r>
        <w:t>ایزمچایز اےنیڈلڈپڈ انٹودااوشن اینڈٹیکناؤٹ ۔اف اےنیڈلازڈپڈاندااوشن اینڈٹیکناؤٹ، ہاؤمچواٹراٹویلکیری؟</w:t>
      </w:r>
    </w:p>
    <w:p>
      <w:r>
        <w:rPr>
          <w:b/>
        </w:rPr>
        <w:t xml:space="preserve">[02:57] </w:t>
      </w:r>
      <w:r>
        <w:t>atvilnatkiriyunadrapaf wattr. sawallah his the keys of the treasures of hi wanza'ind</w:t>
      </w:r>
    </w:p>
    <w:p>
      <w:pPr>
        <w:jc w:val="right"/>
      </w:pPr>
      <w:r>
        <w:t>اٹویلناٹکیریایوناڈراپاف واٹر ۔ سواللہ ہیز دا کیز اف دا ٹریژرز اف ہی ونزاینڈ</w:t>
      </w:r>
    </w:p>
    <w:p>
      <w:r>
        <w:rPr>
          <w:b/>
        </w:rPr>
        <w:t xml:space="preserve">[03:05] </w:t>
      </w:r>
      <w:r>
        <w:t>earth. So this is a very hopeful hadith that when you will pray, God will surely listen our dua, and would, and would get some some reward, and that dua which you are making is not accepted.</w:t>
      </w:r>
    </w:p>
    <w:p>
      <w:pPr>
        <w:jc w:val="right"/>
      </w:pPr>
      <w:r>
        <w:t>ارتھ۔ سو دسازاےویریہوپفل حدیث دیٹوینایوروی پری، گاڈویلشور لیلسن ار دعا، اینڈ ویوڈ ، اینڈ ویوڈگیٹ سم سم ریوارڈ ،ایوناف دیدعاوچویارمیکنگازناٹ ایکسیپٹڈ۔</w:t>
      </w:r>
    </w:p>
    <w:p>
      <w:r>
        <w:rPr>
          <w:b/>
        </w:rPr>
        <w:t xml:space="preserve">[03:26] </w:t>
      </w:r>
      <w:r>
        <w:t>and the Prophet Muhammad sallallahu alayhi wasallam was teaching his Sahabah, and a Bedouin man came, a village person, not very educated. He said: "Ya Rasulullah, teach me some dua." So the Prophet said:</w:t>
      </w:r>
    </w:p>
    <w:p>
      <w:pPr>
        <w:jc w:val="right"/>
      </w:pPr>
      <w:r>
        <w:t>اینڈداپرافٹمحمد صلیاللہعلیہوسلم وازسٹنگود ہز صح ابہ ،اینڈ اےبیڈون مین کی، اےولیجپرسن،ناٹویریایجوکیٹڈ ۔ہی سیڈ:"یارسولاللہ ،ٹیچمیسم دعاز" ۔سوداپرافٹسیڈ:</w:t>
      </w:r>
    </w:p>
    <w:p>
      <w:r>
        <w:rPr>
          <w:b/>
        </w:rPr>
        <w:t xml:space="preserve">[03:46] </w:t>
      </w:r>
      <w:r>
        <w:t>"yusay subhanallah, alhamdulillah, la ilaha illa Allah, Allah akbar".</w:t>
      </w:r>
    </w:p>
    <w:p>
      <w:pPr>
        <w:jc w:val="right"/>
      </w:pPr>
      <w:r>
        <w:t>"یوسے سبحاناللہ ، الحمدللہ، لا الہالا اللہ ، اللہ اک بر"۔</w:t>
      </w:r>
    </w:p>
    <w:p>
      <w:r>
        <w:rPr>
          <w:b/>
        </w:rPr>
        <w:t xml:space="preserve">[03:53] </w:t>
      </w:r>
      <w:r>
        <w:t>so that he can count it: one, two, three, four, and he started going like this. And then he returns. Prophet saw him, and has said: "The prophet said, this means thinking".</w:t>
      </w:r>
    </w:p>
    <w:p>
      <w:pPr>
        <w:jc w:val="right"/>
      </w:pPr>
      <w:r>
        <w:t>سودابیڈونمینکاؤنٹڈ اٹ : ون،ٹو،تھری،فور، اینڈہیسٹارٹڈگوئنگلائکدس۔ اینڈدینہیریٹرنز۔ پرافٹ ساوہم ،اینڈہیسیڈ: "داپرافٹسیڈ، دسمینازتھنکنگ"۔</w:t>
      </w:r>
    </w:p>
    <w:p>
      <w:r>
        <w:rPr>
          <w:b/>
        </w:rPr>
        <w:t xml:space="preserve">[04:09] </w:t>
      </w:r>
      <w:r>
        <w:t>sodabidonmankimagitnthe prophet, andsaid: "yarusulallah, subhanallah, alhamdulillah, la ilaha illa Allah, Allah akbar".</w:t>
      </w:r>
    </w:p>
    <w:p>
      <w:pPr>
        <w:jc w:val="right"/>
      </w:pPr>
      <w:r>
        <w:t>سودابیڈونمینکیماگینٹوداپرافٹ، اینڈسیڈ: "یا رسول اللہ ، سبحاناللہ ، الحمدللہ، لاالہالا اللہ،اللہ اکبر "۔</w:t>
      </w:r>
    </w:p>
    <w:p>
      <w:r>
        <w:rPr>
          <w:b/>
        </w:rPr>
        <w:t xml:space="preserve">[04:20] </w:t>
      </w:r>
      <w:r>
        <w:t>dizar al far Allah</w:t>
      </w:r>
    </w:p>
    <w:p>
      <w:pPr>
        <w:jc w:val="right"/>
      </w:pPr>
      <w:r>
        <w:t>دیزار ال فار اللہ</w:t>
      </w:r>
    </w:p>
    <w:p>
      <w:r>
        <w:rPr>
          <w:b/>
        </w:rPr>
        <w:t xml:space="preserve">[04:23] </w:t>
      </w:r>
      <w:r>
        <w:t>,batwatazfarm? So the prophet said: "When you say Subhanallah, Allah responds, you have spoken the truth".</w:t>
      </w:r>
    </w:p>
    <w:p>
      <w:pPr>
        <w:jc w:val="right"/>
      </w:pPr>
      <w:r>
        <w:t>،بٹواٹازفارمی ؟ سوداپرافٹسیڈ:"اوبیڈون، وینیوسےسبحاناللہ ، اللہ ریسپانڈ ،یوہیوسپوکنداٹروتھ"۔</w:t>
      </w:r>
    </w:p>
    <w:p>
      <w:r>
        <w:rPr>
          <w:b/>
        </w:rPr>
        <w:t xml:space="preserve">[04:36] </w:t>
      </w:r>
      <w:r>
        <w:t>And when he says alhamdulillah, Allah says: "You have spoken the truth." And when he says la ilaha illa Allah, Allah responds: "You have spoken the truth."</w:t>
      </w:r>
    </w:p>
    <w:p>
      <w:pPr>
        <w:jc w:val="right"/>
      </w:pPr>
      <w:r>
        <w:t>اینڈوینیوسے الحمدللہ ، اللہ سیز:"یوہیوسپوکنداٹروتھ"۔ اینڈوینیوسے لا الہالا اللہ ،اللہ ریسپانڈز: "یوہیوسپوکنداٹروتھ"۔</w:t>
      </w:r>
    </w:p>
    <w:p>
      <w:r>
        <w:rPr>
          <w:b/>
        </w:rPr>
        <w:t xml:space="preserve">[04:46] </w:t>
      </w:r>
      <w:r>
        <w:t>and when you say Allah akbar, Allah says: "You have spoken the truth." And when you say: "O Allah, forgive me</w:t>
      </w:r>
    </w:p>
    <w:p>
      <w:pPr>
        <w:jc w:val="right"/>
      </w:pPr>
      <w:r>
        <w:t>اینڈوینیوسے اللہ اک بر ،اللہ سیز:"یوہیوسپوکنداٹروتھ"۔ اینڈوینیوسے:"اواللہ ،فorgiveme</w:t>
      </w:r>
    </w:p>
    <w:p>
      <w:r>
        <w:rPr>
          <w:b/>
        </w:rPr>
        <w:t xml:space="preserve">[04:53] </w:t>
      </w:r>
      <w:r>
        <w:t>", Allah says: "I hear and see". And Venus: "O Allah, you are seeing me", Allah says: "I hear and see".</w:t>
      </w:r>
    </w:p>
    <w:p>
      <w:pPr>
        <w:jc w:val="right"/>
      </w:pPr>
      <w:r>
        <w:t>"،اللہ سیز: "ائیہیوڈن سو"۔ اینڈوینیوسے :"اواللہ ،ہیومرسیانمی " ،اللہ سیز:"ائیہیوڈنسو"۔</w:t>
      </w:r>
    </w:p>
    <w:p>
      <w:r>
        <w:rPr>
          <w:b/>
        </w:rPr>
        <w:t xml:space="preserve">[05:02] </w:t>
      </w:r>
      <w:r>
        <w:t>and when you say: "Allah, provide for me?", Allah says: "I heard you." So this is a, so the Bedouin man is counting on his fingers, and he went away.</w:t>
      </w:r>
    </w:p>
    <w:p>
      <w:pPr>
        <w:jc w:val="right"/>
      </w:pPr>
      <w:r>
        <w:t>اینڈوینیوسے:"اواللہ ، پرووائیڈفارمی" ،اللہ سیز: "ائیہیوڈنسو"۔ سو دساز اے، سو دا بیڈونمیناگین کاؤنٹڈان ہزفنگرز، اینڈہیوینٹاوے۔</w:t>
      </w:r>
    </w:p>
    <w:p>
      <w:r>
        <w:rPr>
          <w:b/>
        </w:rPr>
        <w:t xml:space="preserve">[05:16] </w:t>
      </w:r>
      <w:r>
        <w:t>Dua is very very important to understand the twin way make a dua, it's not a one way communication, it's a two way communication.</w:t>
      </w:r>
    </w:p>
    <w:p>
      <w:pPr>
        <w:jc w:val="right"/>
      </w:pPr>
      <w:r>
        <w:t>بٹدسدعا از ویریویریامپورٹنٹٹوانڈرسٹینڈ دی ٹ وینویمیکاےدعا، اٹسناٹاےونوےکمیونیکی شن، اٹساےٹووےکمیونیکی شن۔</w:t>
      </w:r>
    </w:p>
    <w:p>
      <w:r>
        <w:rPr>
          <w:b/>
        </w:rPr>
        <w:t xml:space="preserve">[05:28] </w:t>
      </w:r>
      <w:r>
        <w:t>Allah listens to our dua, and responds to us in real time. So this is a very hopeful idea, amazing idea.</w:t>
      </w:r>
    </w:p>
    <w:p>
      <w:pPr>
        <w:jc w:val="right"/>
      </w:pPr>
      <w:r>
        <w:t>اللہ لسنزٹواور دعا، اینڈ ریسپانڈز ٹواس ان ریئلٹائم ۔سو دسازاےویری ہوپفل ائیڈ یا ،امیزنگائیڈیا۔</w:t>
      </w:r>
    </w:p>
    <w:p>
      <w:r>
        <w:rPr>
          <w:b/>
        </w:rPr>
        <w:t xml:space="preserve">[05:40] </w:t>
      </w:r>
      <w:r>
        <w:t>so a'yiltakdafrst dua, vchazakchulida frst duaafdaahiyumanti. didua'vch Allah tatadmayandayu: "qala rabana zalamna anfusana, wal ataghfir lana wa tarhamna lanakun min al-khasir</w:t>
      </w:r>
    </w:p>
    <w:p>
      <w:pPr>
        <w:jc w:val="right"/>
      </w:pPr>
      <w:r>
        <w:t>سو ائیویلٹیکدافرسٹ دعا، وچازایکچولیدا فرسٹ دعاافداہیومین ٹی۔ دیدعاوچ اللہ ٹاٹ ایڈماینڈایو :"قال ربنا ظلم ناانفس نا ،وال ا تغفر لنا وترحمنا لن کون من الخاسر</w:t>
      </w:r>
    </w:p>
    <w:p>
      <w:r>
        <w:rPr>
          <w:b/>
        </w:rPr>
        <w:t xml:space="preserve">[06:00] </w:t>
      </w:r>
      <w:r>
        <w:t>in". O Lord, we wronged ourselves, and if You will not have mercy on us, and You will not forgive us and have mercy on us, we will be among the lost. So that's the prayer which Allah taught to Adam and Eve,</w:t>
      </w:r>
    </w:p>
    <w:p>
      <w:pPr>
        <w:jc w:val="right"/>
      </w:pPr>
      <w:r>
        <w:t>ین"۔ اور لارڈ ،ویہیورونگ ڈاور سولز، اینڈافیوویلناٹہیو، اف یوویلناٹفorgiveاس اینڈہیومرسیاناس ،ویویلبی امنگدالاسٹ ۔سو دسازدا پریر وچ اللہ ٹاٹ ٹو ایڈم اینڈای و،</w:t>
      </w:r>
    </w:p>
    <w:p>
      <w:r>
        <w:rPr>
          <w:b/>
        </w:rPr>
        <w:t xml:space="preserve">[06:19] </w:t>
      </w:r>
      <w:r>
        <w:t>and we can see that that's the first dua of the humanity.</w:t>
      </w:r>
    </w:p>
    <w:p>
      <w:pPr>
        <w:jc w:val="right"/>
      </w:pPr>
      <w:r>
        <w:t>اینڈوی کین سی دیٹدسازدا فر سٹ دعاافداہیومین ٹی</w:t>
      </w:r>
    </w:p>
    <w:p>
      <w:r>
        <w:rPr>
          <w:b/>
        </w:rPr>
        <w:t xml:space="preserve">[06:25] </w:t>
      </w:r>
      <w:r>
        <w:t>. But after thinking, we will realize that that's the last dua of the humanity as well. And on the Day of Judgment, standing before God, and witnessing His blessings, man can only confess and acknowledge his wrongdoings, his mistakes.</w:t>
      </w:r>
    </w:p>
    <w:p>
      <w:pPr>
        <w:jc w:val="right"/>
      </w:pPr>
      <w:r>
        <w:t>۔ بٹافویتھنک ،ویویلریلائز دیٹدساز دا لاسٹ دعاافداہیومینٹیازویل۔ اندا ڈےافججمنٹ ، اسٹینڈنگبیفورگاڈ ،اینڈ وٹنس نگ ہز بلیسنگز ، مین کیناونلی کنفیس اینڈاکنال ج ہزرونگڈوئنگز ،ہزمسٹیکس</w:t>
      </w:r>
    </w:p>
    <w:p>
      <w:r>
        <w:rPr>
          <w:b/>
        </w:rPr>
        <w:t xml:space="preserve">[06:54] </w:t>
      </w:r>
      <w:r>
        <w:t>. so hivvilnatbia'bltusaynitheksptsiynagdsdua:"rab nazalamna anfusana, wal ataghfir lana wa tarhamna lanakun min al-khasirin".</w:t>
      </w:r>
    </w:p>
    <w:p>
      <w:pPr>
        <w:jc w:val="right"/>
      </w:pPr>
      <w:r>
        <w:t>۔سو ہیویلناٹبیایبلٹوسےاینیتھنگایکسیپٹ سیئنگدسدعا:"رب نا ظلم ناانفس نا، وال اتغ فر لنا وترحمنا لن کون من الخاسرین"۔</w:t>
      </w:r>
    </w:p>
    <w:p>
      <w:r>
        <w:rPr>
          <w:b/>
        </w:rPr>
        <w:t xml:space="preserve">[07:10] </w:t>
      </w:r>
      <w:r>
        <w:t>anddiraza'yvirinayisdua, vchazandaquran:"wa rub adkhilni madkhala sidq".</w:t>
      </w:r>
    </w:p>
    <w:p>
      <w:pPr>
        <w:jc w:val="right"/>
      </w:pPr>
      <w:r>
        <w:t>اینڈ دیرازاےویرینائسدعا، وچاز انداقرآن:"وق رب اد خل نیمد خل صدق" ۔</w:t>
      </w:r>
    </w:p>
    <w:p>
      <w:r>
        <w:rPr>
          <w:b/>
        </w:rPr>
        <w:t xml:space="preserve">[07:20] </w:t>
      </w:r>
      <w:r>
        <w:t>Lord, grant me an honorable entrance, wa kharj ni makhraja sidq, and grant me an honorable exit, waj al li miladunka sultan nasira, and grant me from your presence an authority to help me.</w:t>
      </w:r>
    </w:p>
    <w:p>
      <w:pPr>
        <w:jc w:val="right"/>
      </w:pPr>
      <w:r>
        <w:t>لارڈ، گرانٹمی این ڈانریبل انٹرنس، وا خرج نی مخرج صدق، اینڈگرانٹمی اےان ریبل ایگزٹ ،وج عل نی منلدنکاسلطان نصیرا، اینڈگرانٹ می فرامیور پریزنس اینڈاتھار ٹی ٹوہیلپمی ۔</w:t>
      </w:r>
    </w:p>
    <w:p>
      <w:r>
        <w:rPr>
          <w:b/>
        </w:rPr>
        <w:t xml:space="preserve">[07:41] </w:t>
      </w:r>
      <w:r>
        <w:t>This period, Prophet Muhammad (Sallallahu Alayhi Wasallam) period while in Mecca, and while in Madinah.</w:t>
      </w:r>
    </w:p>
    <w:p>
      <w:pPr>
        <w:jc w:val="right"/>
      </w:pPr>
      <w:r>
        <w:t>دس پریر پرافٹمحمد صلیاللہعلیہوسلم پریڈ وائل انٹرنگ مک ہ، اینڈوائل انٹرنگ مدینہ ۔</w:t>
      </w:r>
    </w:p>
    <w:p>
      <w:r>
        <w:rPr>
          <w:b/>
        </w:rPr>
        <w:t xml:space="preserve">[07:52] </w:t>
      </w:r>
      <w:r>
        <w:t>and when you are in prayer like occasions when you are travelling, or you are starting some work, or you are finishing some work, or you find it hard to achieve something</w:t>
      </w:r>
    </w:p>
    <w:p>
      <w:pPr>
        <w:jc w:val="right"/>
      </w:pPr>
      <w:r>
        <w:t>اینڈیوکین پریڈ لائک اوکیژنز وینیوارٹریولنگ، اور یوارسٹارٹنگ سمورک،اوریوارفنشنگسم ورک ،اور یو فائنڈاٹہارڈٹواچی و سمتھنگ</w:t>
      </w:r>
    </w:p>
    <w:p>
      <w:r>
        <w:rPr>
          <w:b/>
        </w:rPr>
        <w:t xml:space="preserve">[08:08] </w:t>
      </w:r>
      <w:r>
        <w:t>.this will provide confidence, and in particularly in moments of nervousness, it will provide a lot of ease and confidence.</w:t>
      </w:r>
    </w:p>
    <w:p>
      <w:pPr>
        <w:jc w:val="right"/>
      </w:pPr>
      <w:r>
        <w:t>۔دسویل پرووائیڈ کانفیڈنس ،اینڈ ان پرٹیکولرلیان مومنٹساف ن روس نس ،اٹویل پرووائیڈ لاٹاف ایزاینڈکانفیڈنسانیو۔</w:t>
      </w:r>
    </w:p>
    <w:p>
      <w:r>
        <w:rPr>
          <w:b/>
        </w:rPr>
        <w:t xml:space="preserve">[08:22] </w:t>
      </w:r>
      <w:r>
        <w:t>venverid surah numberthri ,surah al imran, it endzudae beautyfildua :"ana fikhlaq alsamawat walard, wakhtilaf allailuwalnahaar ,layat alali albab".</w:t>
      </w:r>
    </w:p>
    <w:p>
      <w:pPr>
        <w:jc w:val="right"/>
      </w:pPr>
      <w:r>
        <w:t>وینویریڈ سورہنمبرتھری ،سورہال عمران، اٹ اینڈزوداےبیوٹیفلدعا :"انا فیخلق السماوات والارض، واختلاف اللیلوالنہار ،لایات الالی الباب"۔</w:t>
      </w:r>
    </w:p>
    <w:p>
      <w:r>
        <w:rPr>
          <w:b/>
        </w:rPr>
        <w:t xml:space="preserve">[08:39] </w:t>
      </w:r>
      <w:r>
        <w:t>dear signs and creation of heavens and earth, and alternation of night and day, for people of understanding: "alzhinyadhkrnallah qiyamah wa q aud wa li jnubh hum".</w:t>
      </w:r>
    </w:p>
    <w:p>
      <w:pPr>
        <w:jc w:val="right"/>
      </w:pPr>
      <w:r>
        <w:t>دیرار سائنز اندا کری شن اف ہیونزاینڈارتھ ،اینڈاندا الٹرنیشناف نائٹاینڈڈے ،فار پیپلاف انڈرسٹینڈ نگ: "الذ ینیذکرون اللہ قیامہ وق عود وع لیجنوب ہم"۔</w:t>
      </w:r>
    </w:p>
    <w:p>
      <w:r>
        <w:rPr>
          <w:b/>
        </w:rPr>
        <w:t xml:space="preserve">[08:54] </w:t>
      </w:r>
      <w:r>
        <w:t>dozhorimembr gad wail standing ,sitting, and lyingan deirsides.</w:t>
      </w:r>
    </w:p>
    <w:p>
      <w:pPr>
        <w:jc w:val="right"/>
      </w:pPr>
      <w:r>
        <w:t>دوزہوریممبر گاڈ وائل اسٹینڈ نگ ،سٹنگ، اینڈ لائنگان دیرسائیڈز۔</w:t>
      </w:r>
    </w:p>
    <w:p>
      <w:r>
        <w:rPr>
          <w:b/>
        </w:rPr>
        <w:t xml:space="preserve">[09:02] </w:t>
      </w:r>
      <w:r>
        <w:t>"vitafakr nfi khlaq alsamawat walard", and ponder over the creation of heavens and earth. So the believers are reflecting on the creation, and as a result,</w:t>
      </w:r>
    </w:p>
    <w:p>
      <w:pPr>
        <w:jc w:val="right"/>
      </w:pPr>
      <w:r>
        <w:t>"ویتفکر ونفی خلق السماوات والارض"، اینڈہو پ ونڈر اوورداکریشناف ہیونزاینڈارتھ ۔سودابیلیوراز ریفلیکٹنگ انداکری شن ،اینڈ ایزاےرزلٹ،</w:t>
      </w:r>
    </w:p>
    <w:p>
      <w:r>
        <w:rPr>
          <w:b/>
        </w:rPr>
        <w:t xml:space="preserve">[09:18] </w:t>
      </w:r>
      <w:r>
        <w:t>deyar ooruimad wadaaimooshn ,and destart prayingtugaad :"rb namakhlaq batlah"</w:t>
      </w:r>
    </w:p>
    <w:p>
      <w:pPr>
        <w:jc w:val="right"/>
      </w:pPr>
      <w:r>
        <w:t>دے ار اوورویمڈ ودداایمو شن ،اینڈ دےسٹارٹ پریئنگٹوگاڈ :"رب نا ماخلق با طلہ"</w:t>
      </w:r>
    </w:p>
    <w:p>
      <w:r>
        <w:rPr>
          <w:b/>
        </w:rPr>
        <w:t xml:space="preserve">[09:29] </w:t>
      </w:r>
      <w:r>
        <w:t>.or lord,younatcreated thisudautpurposes. "subhan k wqn aazab alnar" . "glorybetiv, saivasfromditurmentaffir".</w:t>
      </w:r>
    </w:p>
    <w:p>
      <w:pPr>
        <w:jc w:val="right"/>
      </w:pPr>
      <w:r>
        <w:t>۔اور لارڈ،یوہیوناٹکریٹڈ دسوداؤٹپرپس۔ "سبحان ک وق ناعذاب النار"۔ "گلوریبیٹویو، سیواسفرامدی ٹورمنٹاففائر"۔</w:t>
      </w:r>
    </w:p>
    <w:p>
      <w:r>
        <w:rPr>
          <w:b/>
        </w:rPr>
        <w:t xml:space="preserve">[09:40] </w:t>
      </w:r>
      <w:r>
        <w:t>so these are the feelings of a believer when he thinks about the creation, when he ponders over life, his own existence</w:t>
      </w:r>
    </w:p>
    <w:p>
      <w:pPr>
        <w:jc w:val="right"/>
      </w:pPr>
      <w:r>
        <w:t>سو دیز ار دا فیل نگزاف ابیلیور وینہیتھنکساباؤٹداکری شن ،وینہی پونڈرز اوور لائف ،ہزاون ایگزسٹ نس</w:t>
      </w:r>
    </w:p>
    <w:p>
      <w:r>
        <w:rPr>
          <w:b/>
        </w:rPr>
        <w:t xml:space="preserve">[09:54] </w:t>
      </w:r>
      <w:r>
        <w:t>.God has given everything so perfectly, in such harmony. So these kinds of words come, start coming from his heart. So all this inspired him to pray: "God, you have not created this without purposes". There are deep purposes behind all this creation.</w:t>
      </w:r>
    </w:p>
    <w:p>
      <w:pPr>
        <w:jc w:val="right"/>
      </w:pPr>
      <w:r>
        <w:t>۔گاڈ ہیز گ یون ہم ایوریتھنگ سو پرفیکٹلی ،انسچ ہارم ونی ۔سو دی ز کائنڈاف ورڈز کم ،سٹارٹکمنگفرامہزہارٹ ۔سو ال دس انسپائر ہم ٹو پری: "گاڈ،یوہیوناٹ کریٹڈ دسوداؤٹپرپس" ۔دیرازاےڈیپ پرپس بیہائنڈ ال دسکری شن۔</w:t>
      </w:r>
    </w:p>
    <w:p>
      <w:r>
        <w:rPr>
          <w:b/>
        </w:rPr>
        <w:t xml:space="preserve">[10:23] </w:t>
      </w:r>
      <w:r>
        <w:t>"rabna tuakhiznaan nsinawaakht ana" .or lord,dunaattak us totaskif wi forget or makmistak .</w:t>
      </w:r>
    </w:p>
    <w:p>
      <w:pPr>
        <w:jc w:val="right"/>
      </w:pPr>
      <w:r>
        <w:t>" ربنا لا تواخذناان نسینااواخت انا"۔ اور لارڈ،ڈوناٹ ٹیک اس ٹو ٹاسک اف وی فورگیٹ اور میکمسٹیک ۔</w:t>
      </w:r>
    </w:p>
    <w:p>
      <w:r>
        <w:rPr>
          <w:b/>
        </w:rPr>
        <w:t xml:space="preserve">[10:35] </w:t>
      </w:r>
      <w:r>
        <w:t>The believer asks Allah to forgive us if we forget something knowingly, unknowingly.</w:t>
      </w:r>
    </w:p>
    <w:p>
      <w:pPr>
        <w:jc w:val="right"/>
      </w:pPr>
      <w:r>
        <w:t>دابیلیورازاسک نگاللہ ٹوفورگیواس اف ویفورگیٹ سمتھنگ نوئنگلی ،اننوئنگلی ۔</w:t>
      </w:r>
    </w:p>
    <w:p>
      <w:r>
        <w:rPr>
          <w:b/>
        </w:rPr>
        <w:t xml:space="preserve">[10:44] </w:t>
      </w:r>
      <w:r>
        <w:t>as you have gone, it's like saying: "as you have gone respite and so your respite in the hereafter, and a day of judgment is well". "rb na la ahmal alaynaas rakmahala thzn minqbl</w:t>
      </w:r>
    </w:p>
    <w:p>
      <w:pPr>
        <w:jc w:val="right"/>
      </w:pPr>
      <w:r>
        <w:t>ایز یو ہیوگیون، اٹسلائکسیئنگ:"ایزیوہیوگیون رسپائٹ اندسورلڈ ،وی سیک یور رسپائٹ ان دا ہیرافٹر، انداڈےافججمنٹ ازویل" ۔"رب نا ولا اح مل علینااس را کماحمل تہالذ ین منقبل</w:t>
      </w:r>
    </w:p>
    <w:p>
      <w:r>
        <w:rPr>
          <w:b/>
        </w:rPr>
        <w:t xml:space="preserve">[11:06] </w:t>
      </w:r>
      <w:r>
        <w:t>na" .or lord,dunaatplas us ,dunaatplas uponas aabrdn likdat wchyu placdanzdaz biforas .</w:t>
      </w:r>
    </w:p>
    <w:p>
      <w:pPr>
        <w:jc w:val="right"/>
      </w:pPr>
      <w:r>
        <w:t>نا"۔ اور لارڈ ،ڈوناٹپلیس اس ،ڈوناٹپلیس اپوناس اےبرڈن لائکدیٹ و چیو پلیسڈان دوز بیفوراس ۔</w:t>
      </w:r>
    </w:p>
    <w:p>
      <w:r>
        <w:rPr>
          <w:b/>
        </w:rPr>
        <w:t xml:space="preserve">[11:19] </w:t>
      </w:r>
      <w:r>
        <w:t>dizaz avery amazing dua.</w:t>
      </w:r>
    </w:p>
    <w:p>
      <w:pPr>
        <w:jc w:val="right"/>
      </w:pPr>
      <w:r>
        <w:t>دسازاےویری امیزنگ دعا۔</w:t>
      </w:r>
    </w:p>
    <w:p>
      <w:r>
        <w:rPr>
          <w:b/>
        </w:rPr>
        <w:t xml:space="preserve">[11:22] </w:t>
      </w:r>
      <w:r>
        <w:t>It reflects, it refers to the believers of the past, far from religious duties and spreading the word against war, very burdensome due to persecution, intolerance, and hardship.</w:t>
      </w:r>
    </w:p>
    <w:p>
      <w:pPr>
        <w:jc w:val="right"/>
      </w:pPr>
      <w:r>
        <w:t>اٹریفلیکٹس ،اٹریفرز ٹودابیلیورزافدی پاسٹ ،فار ہوم ریلیجیس ڈیوٹیز اینڈ سپریڈنگداورڈافگاڈ وارویریبرڈنسم ڈیوٹوپرسیکیوشن، انٹولرنس ،اینڈہارڈشپ</w:t>
      </w:r>
    </w:p>
    <w:p>
      <w:r>
        <w:rPr>
          <w:b/>
        </w:rPr>
        <w:t xml:space="preserve">[11:42] </w:t>
      </w:r>
      <w:r>
        <w:t>.There was no freedom at that time. But we are fortunate, and we should be grateful to God that we are living in a time when opportunities to spread the message of the Quran become easier.</w:t>
      </w:r>
    </w:p>
    <w:p>
      <w:pPr>
        <w:jc w:val="right"/>
      </w:pPr>
      <w:r>
        <w:t>۔دیروازنو فریڈمایٹدیٹٹائم ۔بٹویارفورچونیٹ ،اینڈویشوڈبیگریٹفلٹوگاڈ دیٹویارلیونگان ٹائم وین اپرچونی ٹیز ٹو سپریڈدیمیسجافدا قرآن بیکممچایز یر ۔</w:t>
      </w:r>
    </w:p>
    <w:p>
      <w:r>
        <w:rPr>
          <w:b/>
        </w:rPr>
        <w:t xml:space="preserve">[11:58] </w:t>
      </w:r>
      <w:r>
        <w:t>we are now in times, societies are more open, tolerant, and peaceful, as long as to spread our word engaged with much greater ease</w:t>
      </w:r>
    </w:p>
    <w:p>
      <w:pPr>
        <w:jc w:val="right"/>
      </w:pPr>
      <w:r>
        <w:t>وی اناور ٹائم ، سوسائٹیازمور اوپن، ٹولرنٹ ،اینڈپیسفل ،الاؤنگاس ٹوسپریڈدیورڈافگاڈ ود مچ گریٹر ایز</w:t>
      </w:r>
    </w:p>
    <w:p>
      <w:r>
        <w:rPr>
          <w:b/>
        </w:rPr>
        <w:t xml:space="preserve">[12:12] </w:t>
      </w:r>
      <w:r>
        <w:t>So we also have existing modern facilities like travel, aviation, communication, internet, AI, which made it even more convenient to share this message of God to people.</w:t>
      </w:r>
    </w:p>
    <w:p>
      <w:pPr>
        <w:jc w:val="right"/>
      </w:pPr>
      <w:r>
        <w:t>۔سووی السو ہیوایکسیسٹو ماڈرن فیسلیٹیزلائک ٹریول ، ایویایشن، کمیونیکی شن، انٹرنیٹ، اےائی، وچہیز میڈ اٹایونمور کنوینینٹ ٹوشیئردی میسجاف گاڈ ٹوپیپل</w:t>
      </w:r>
    </w:p>
    <w:p>
      <w:r>
        <w:rPr>
          <w:b/>
        </w:rPr>
        <w:t xml:space="preserve">[12:31] </w:t>
      </w:r>
      <w:r>
        <w:t>.swatsviminiigful dua,wchriminds ubtobigratfultualah foral da ez vihubengrantdinmodrntim ."rab natzqqulubna badazhidatna" .</w:t>
      </w:r>
    </w:p>
    <w:p>
      <w:pPr>
        <w:jc w:val="right"/>
      </w:pPr>
      <w:r>
        <w:t>۔سواٹسویری میننگفل دعا، وچریمائنڈز اس ٹوبیگریٹفلٹواللہ فار ال دا ایز ویہیوبین گرانٹڈ ان ماڈرن ٹائم ۔" رب نا لاتزققلوبنابعد ازہدایتنا"۔</w:t>
      </w:r>
    </w:p>
    <w:p>
      <w:r>
        <w:rPr>
          <w:b/>
        </w:rPr>
        <w:t xml:space="preserve">[12:48] </w:t>
      </w:r>
      <w:r>
        <w:t>or lord, don't let our hearts deviate after you have guided us.</w:t>
      </w:r>
    </w:p>
    <w:p>
      <w:pPr>
        <w:jc w:val="right"/>
      </w:pPr>
      <w:r>
        <w:t>اور لارڈ، ڈوناٹلیٹاور ہارٹس ڈیویٹ افٹریوہیوگائیڈڈاس</w:t>
      </w:r>
    </w:p>
    <w:p>
      <w:r>
        <w:rPr>
          <w:b/>
        </w:rPr>
        <w:t xml:space="preserve">[12:55] </w:t>
      </w:r>
      <w:r>
        <w:t>."whablnamldnkrhmah ,inkant alwahab" .Bestow upon us your mercy, surely you are bountiful giver. This is a prayer of istiqamah,</w:t>
      </w:r>
    </w:p>
    <w:p>
      <w:pPr>
        <w:jc w:val="right"/>
      </w:pPr>
      <w:r>
        <w:t>۔"وہبلنا منلدنکارحمہ، ان کانت الوہاب"۔ بیسٹواپوناس یور مر سی ، شور لی یوار باؤنٹیفل گیور ۔دساز اےپریراف استقامہ،</w:t>
      </w:r>
    </w:p>
    <w:p>
      <w:r>
        <w:rPr>
          <w:b/>
        </w:rPr>
        <w:t xml:space="preserve">[13:11] </w:t>
      </w:r>
      <w:r>
        <w:t>which means to be firm in your belief. O Allah, do not let our hearts go to misguidance once you have guided us.</w:t>
      </w:r>
    </w:p>
    <w:p>
      <w:pPr>
        <w:jc w:val="right"/>
      </w:pPr>
      <w:r>
        <w:t>وچمینز ٹوبی فرمانیوربیلیف۔ اواللہ،ڈونٹ لیٹاور ہارٹسگوٹومس گائیڈنس ونسیوہیوگائیڈڈاس</w:t>
      </w:r>
    </w:p>
    <w:p>
      <w:r>
        <w:rPr>
          <w:b/>
        </w:rPr>
        <w:t xml:space="preserve">[13:21] </w:t>
      </w:r>
      <w:r>
        <w:t>.So this prayer of introspection. It's like praying for steadfastness.</w:t>
      </w:r>
    </w:p>
    <w:p>
      <w:pPr>
        <w:jc w:val="right"/>
      </w:pPr>
      <w:r>
        <w:t>۔سو دس پریراز اے فارماف انٹروسپیک شن۔ اٹس لائک پریئنگ فار سٹیڈفاسٹنس ۔</w:t>
      </w:r>
    </w:p>
    <w:p>
      <w:r>
        <w:rPr>
          <w:b/>
        </w:rPr>
        <w:t xml:space="preserve">[13:32] </w:t>
      </w:r>
      <w:r>
        <w:t>when should always prefer the protection of his guidance.</w:t>
      </w:r>
    </w:p>
    <w:p>
      <w:pPr>
        <w:jc w:val="right"/>
      </w:pPr>
      <w:r>
        <w:t>وینشوڈالویز پریفار دی پروٹیکشناف ہزگائیڈنس</w:t>
      </w:r>
    </w:p>
    <w:p>
      <w:r>
        <w:rPr>
          <w:b/>
        </w:rPr>
        <w:t xml:space="preserve">[13:39] </w:t>
      </w:r>
      <w:r>
        <w:t>.wnafdinimzofallah azalowhab, wchazyuzdan diswrs. "In kanat alwahab", which means</w:t>
      </w:r>
    </w:p>
    <w:p>
      <w:pPr>
        <w:jc w:val="right"/>
      </w:pPr>
      <w:r>
        <w:t>۔ونافدی نیمز اف اللہ از الوہاب، وچازیوزڈان دس و رس۔ "ان کانت الوہاب" ،وچمینز</w:t>
      </w:r>
    </w:p>
    <w:p>
      <w:r>
        <w:rPr>
          <w:b/>
        </w:rPr>
        <w:t xml:space="preserve">[13:52] </w:t>
      </w:r>
      <w:r>
        <w:t>who knows abundantly, who knows every generous. So we are praying, we are invoking God with this attribute, Al-Wahhab, asking for mercy, for guidance, for steadfastness.</w:t>
      </w:r>
    </w:p>
    <w:p>
      <w:pPr>
        <w:jc w:val="right"/>
      </w:pPr>
      <w:r>
        <w:t>ونہوگیوز ابینڈنٹ لی ،ونہوازویری جن رس ۔سوویارپریئنگ ،ویارانوکنگگاڈ ود دس ایٹریبیوٹ، الوہاب ،اسک نگفار مر سی، فار گائیڈنس ،فار سٹیڈفاسٹنس۔</w:t>
      </w:r>
    </w:p>
    <w:p>
      <w:r>
        <w:rPr>
          <w:b/>
        </w:rPr>
        <w:t xml:space="preserve">[14:09] </w:t>
      </w:r>
      <w:r>
        <w:t>"rab na an ka jam ul nasi um fi " .And Lord, you will surely gather mankind in the Day of whose coming there is no doubt.</w:t>
      </w:r>
    </w:p>
    <w:p>
      <w:pPr>
        <w:jc w:val="right"/>
      </w:pPr>
      <w:r>
        <w:t>"رب نا ان ک جام ع الناسی وم فی " ۔اور لارڈ ،یوویلشور لی گیدر ال مینکائنڈ ان دا ڈےاف ہوزکم نگ ،دیرازنوڈاؤٹ۔</w:t>
      </w:r>
    </w:p>
    <w:p>
      <w:r>
        <w:rPr>
          <w:b/>
        </w:rPr>
        <w:t xml:space="preserve">[14:27] </w:t>
      </w:r>
      <w:r>
        <w:t>"an alla layakhlaf almiad". God will fulfill his promises.</w:t>
      </w:r>
    </w:p>
    <w:p>
      <w:pPr>
        <w:jc w:val="right"/>
      </w:pPr>
      <w:r>
        <w:t>"ان اللہ لایخلف المیاد"۔ گاڈنیورفیل زٹوفلفل ہز پرومس</w:t>
      </w:r>
    </w:p>
    <w:p>
      <w:r>
        <w:rPr>
          <w:b/>
        </w:rPr>
        <w:t xml:space="preserve">[14:33] </w:t>
      </w:r>
      <w:r>
        <w:t>.This is the prayer of Prophet Ibrahim, Ibrahim Alaihis Salam. This is a prayer of a believer when he contemplates in the Day of Judgment, and the doom said.</w:t>
      </w:r>
    </w:p>
    <w:p>
      <w:pPr>
        <w:jc w:val="right"/>
      </w:pPr>
      <w:r>
        <w:t>۔دساز دی پریراف ابراہم ،ابراہیمعلیہالسلام ۔دسازاےپریر افاےبیلیور وینہی کنٹمپلیٹس ان دا ڈےافججمنٹ ،اندا ڈوم سڈے۔</w:t>
      </w:r>
    </w:p>
    <w:p>
      <w:r>
        <w:rPr>
          <w:b/>
        </w:rPr>
        <w:t xml:space="preserve">[14:49] </w:t>
      </w:r>
      <w:r>
        <w:t>when God will bring the entire humanity together, the belief, reflection, the today, and the Day of Judgment</w:t>
      </w:r>
    </w:p>
    <w:p>
      <w:pPr>
        <w:jc w:val="right"/>
      </w:pPr>
      <w:r>
        <w:t>وینگاڈویلبرنگ داانٹائر ہیومینٹیٹوگیدر ،دابیلیور ریفلیکٹسان دیٹڈے ،اندا ڈےافججمنٹ</w:t>
      </w:r>
    </w:p>
    <w:p>
      <w:r>
        <w:rPr>
          <w:b/>
        </w:rPr>
        <w:t xml:space="preserve">[15:00] </w:t>
      </w:r>
      <w:r>
        <w:t>, and that turns into a dua. Allah, save us from the difficult moment when no one is in a help.</w:t>
      </w:r>
    </w:p>
    <w:p>
      <w:pPr>
        <w:jc w:val="right"/>
      </w:pPr>
      <w:r>
        <w:t>،اینڈاٹٹرنزانٹواےدعا۔ اواللہ ، سیواس فرامدا ڈیفیکلٹ مومنٹ ویننوونایلس کینہیلپ ۔</w:t>
      </w:r>
    </w:p>
    <w:p>
      <w:r>
        <w:rPr>
          <w:b/>
        </w:rPr>
        <w:t xml:space="preserve">[15:14] </w:t>
      </w:r>
      <w:r>
        <w:t>"rab na an naam na fighfir lanazunubna waqn aazab an nar" .</w:t>
      </w:r>
    </w:p>
    <w:p>
      <w:pPr>
        <w:jc w:val="right"/>
      </w:pPr>
      <w:r>
        <w:t>"رب نا ان ناام نا فغفرلناذنوبنا وق ناعذاب النار"۔</w:t>
      </w:r>
    </w:p>
    <w:p>
      <w:r>
        <w:rPr>
          <w:b/>
        </w:rPr>
        <w:t xml:space="preserve">[15:23] </w:t>
      </w:r>
      <w:r>
        <w:t>aur larad ,wibiliyawaniyu,</w:t>
      </w:r>
    </w:p>
    <w:p>
      <w:pPr>
        <w:jc w:val="right"/>
      </w:pPr>
      <w:r>
        <w:t>اور لارڈ ،ویبیلیوانیو،</w:t>
      </w:r>
    </w:p>
    <w:p>
      <w:r>
        <w:rPr>
          <w:b/>
        </w:rPr>
        <w:t xml:space="preserve">[15:27] </w:t>
      </w:r>
      <w:r>
        <w:t>f vrgiwas sun z andakipasfiramdipanishmantaf fayar .This is a prayer of the great beliefs of the past, which is a result of marifa, realization.</w:t>
      </w:r>
    </w:p>
    <w:p>
      <w:pPr>
        <w:jc w:val="right"/>
      </w:pPr>
      <w:r>
        <w:t>ف ورگیواس سن ز اینڈکیپاسفرامدیپنشمنٹاف فائر ۔دساز اےپریر اف دی گریٹ بیلیورزافدیپاسٹ ، وچازاےرزلٹاف معرفہ ،ریلائزی شن۔</w:t>
      </w:r>
    </w:p>
    <w:p>
      <w:r>
        <w:rPr>
          <w:b/>
        </w:rPr>
        <w:t xml:space="preserve">[15:45] </w:t>
      </w:r>
      <w:r>
        <w:t>When he believes, realizes the greatness of the creator, his immense powers being a creator, sustainer, a giver, and then he acknowledges his greatness. So it is intensely such a prayer emerge from his heart.</w:t>
      </w:r>
    </w:p>
    <w:p>
      <w:pPr>
        <w:jc w:val="right"/>
      </w:pPr>
      <w:r>
        <w:t>ویناےبیلیور ریلائزز دا گریٹنس اف دا کریٹر ،ہز ایمنس پاورز بینگاےکریٹر ،اےسسٹینر، اےگیور ،اینڈدینہی ف لی اکنالجز ہزگریٹنس ۔سو اسپ انٹینیسلی سچپریرز امر ج فرامہزہارٹ ۔</w:t>
      </w:r>
    </w:p>
    <w:p>
      <w:r>
        <w:rPr>
          <w:b/>
        </w:rPr>
        <w:t xml:space="preserve">[16:13] </w:t>
      </w:r>
      <w:r>
        <w:t>So this was an acknowledgement that as humans, we are not running. Our Lord, we believe in you, so forgive us, forgive us sins, forgive us mistakes, and save us from the torment of fire.</w:t>
      </w:r>
    </w:p>
    <w:p>
      <w:pPr>
        <w:jc w:val="right"/>
      </w:pPr>
      <w:r>
        <w:t>سو دسدعااز اناکنالجمنٹ دیٹ ایز ہیومنز ،ویہیوڈنرونگ ۔اور لارڈ ،ویہیوبیلیوڈان یو، سو فورگیواس ،فورگیواس سنز ،فورگیواس مسٹیکس، اینڈسیواس فرام دی ٹورمنٹ اف فائر۔</w:t>
      </w:r>
    </w:p>
    <w:p>
      <w:r>
        <w:rPr>
          <w:b/>
        </w:rPr>
        <w:t xml:space="preserve">[16:35] </w:t>
      </w:r>
      <w:r>
        <w:t>"rab na wa at naam au at na alai ras wulak" .aur Lord, grant us what you promised through your messengers.</w:t>
      </w:r>
    </w:p>
    <w:p>
      <w:pPr>
        <w:jc w:val="right"/>
      </w:pPr>
      <w:r>
        <w:t>" رب نا و ات ناماو عت ناعلی رس ولک"۔ اور لارڈ ، گرانٹاس واٹیوہیوپرو مسڈ تھرویورمیس نجرز۔</w:t>
      </w:r>
    </w:p>
    <w:p>
      <w:r>
        <w:rPr>
          <w:b/>
        </w:rPr>
        <w:t xml:space="preserve">[16:45] </w:t>
      </w:r>
      <w:r>
        <w:t>"wala tag z na yom alqiyamah" .and on that day of resurrection . "an kalatakh lif almiad" .</w:t>
      </w:r>
    </w:p>
    <w:p>
      <w:pPr>
        <w:jc w:val="right"/>
      </w:pPr>
      <w:r>
        <w:t>"ولا تغ ز نا یوم القیامہ"۔ اینڈڈوناٹہیومیلیٹاسانداڈےافریزرکشن ۔ "ان ک لاتخ لف المیاد"۔</w:t>
      </w:r>
    </w:p>
    <w:p>
      <w:r>
        <w:rPr>
          <w:b/>
        </w:rPr>
        <w:t xml:space="preserve">[16:57] </w:t>
      </w:r>
      <w:r>
        <w:t>surely you will never feel that you will fulfill your promise</w:t>
      </w:r>
    </w:p>
    <w:p>
      <w:pPr>
        <w:jc w:val="right"/>
      </w:pPr>
      <w:r>
        <w:t>شور لی یو نیور فیل ڈٹوفلفلیورپرو مس</w:t>
      </w:r>
    </w:p>
    <w:p>
      <w:r>
        <w:rPr>
          <w:b/>
        </w:rPr>
        <w:t xml:space="preserve">[17:04] </w:t>
      </w:r>
      <w:r>
        <w:t>So this reflects the inner feelings that under attachment, we might be at par with the great believers. That as I appear in working Almighty. You promise through the great prophets that if we believe, you will give us Jannah, you will give us Paradise.</w:t>
      </w:r>
    </w:p>
    <w:p>
      <w:pPr>
        <w:jc w:val="right"/>
      </w:pPr>
      <w:r>
        <w:t>۔سو دس ریفلیکٹس دا ان ر فیل نگز دیٹ انداڈےافججمنٹ ،وی میناٹ بی ایٹ پار ودداگریٹبیلیورز ۔اٹازاےپریر ان وک نگ الم ائٹی ۔یوہیوپرو مسڈ تھروداگریٹپرافٹس دیٹافویبیلیو، یوویلگیواس جن ہ، یوویلگیواس پیراڈائزایزری</w:t>
      </w:r>
    </w:p>
    <w:p>
      <w:r>
        <w:rPr>
          <w:b/>
        </w:rPr>
        <w:t xml:space="preserve">[17:34] </w:t>
      </w:r>
      <w:r>
        <w:t>word. So we are subjecting you, we are rebuking you, we are reminding you,</w:t>
      </w:r>
    </w:p>
    <w:p>
      <w:pPr>
        <w:jc w:val="right"/>
      </w:pPr>
      <w:r>
        <w:t>وارڈ ۔سووی آر بسیجنگیو، ویآران وکنگیو، ویآرریمائنڈنگیو،</w:t>
      </w:r>
    </w:p>
    <w:p>
      <w:r>
        <w:rPr>
          <w:b/>
        </w:rPr>
        <w:t xml:space="preserve">[17:50] </w:t>
      </w:r>
      <w:r>
        <w:t>We are reminding you of your promise, and you are one who will fulfill his promise.</w:t>
      </w:r>
    </w:p>
    <w:p>
      <w:pPr>
        <w:jc w:val="right"/>
      </w:pPr>
      <w:r>
        <w:t>ویآرریمائنڈنگیو اف یورپرو مس، اینڈیوآر ون ہو نیورفیل زٹو فلفل ہزپرو مس۔</w:t>
      </w:r>
    </w:p>
    <w:p>
      <w:r>
        <w:rPr>
          <w:b/>
        </w:rPr>
        <w:t xml:space="preserve">[18:05] </w:t>
      </w:r>
      <w:r>
        <w:t>and this is the prayer of the disciples of Jesus, alaihis salam. "rabnaam nabam anzalata wa atba anar rasul faktabnam a shhidin".</w:t>
      </w:r>
    </w:p>
    <w:p>
      <w:pPr>
        <w:jc w:val="right"/>
      </w:pPr>
      <w:r>
        <w:t>اینڈدسازدا پریراف دا ڈسائپلزافجیسس، عیسیعلیہالسلام ۔ "ربناام نا بماانزلت و اتبعناالرسول فکتبنامع الشاہدین"۔</w:t>
      </w:r>
    </w:p>
    <w:p>
      <w:r>
        <w:rPr>
          <w:b/>
        </w:rPr>
        <w:t xml:space="preserve">[18:19] </w:t>
      </w:r>
      <w:r>
        <w:t>aur Lord, we believe in what you revealed, and we have followed the messenger. So register us among the witnesses.</w:t>
      </w:r>
    </w:p>
    <w:p>
      <w:pPr>
        <w:jc w:val="right"/>
      </w:pPr>
      <w:r>
        <w:t>اور لارڈ ،ویہیوبیلیوڈانواٹیوریویلڈ، اینڈوی ہیو فالوڈ دیمیس نجر ۔سو رج سٹر اس امنگداوٹنس</w:t>
      </w:r>
    </w:p>
    <w:p>
      <w:r>
        <w:rPr>
          <w:b/>
        </w:rPr>
        <w:t xml:space="preserve">[18:35] </w:t>
      </w:r>
      <w:r>
        <w:t>at as also preparatory of a belief who he understands purpose of life. He also realized and acknowledged that art brought by the prophet.</w:t>
      </w:r>
    </w:p>
    <w:p>
      <w:pPr>
        <w:jc w:val="right"/>
      </w:pPr>
      <w:r>
        <w:t>۔اٹازالس و پریر اف اےبیلیور ہوہیزانڈرسٹڈ داپرپساف لائف ۔ہی الس و ریلائزڈ اینڈ اکنالجز دا ٹرتھ براٹ بائیداپرافٹ</w:t>
      </w:r>
    </w:p>
    <w:p>
      <w:r>
        <w:rPr>
          <w:b/>
        </w:rPr>
        <w:t xml:space="preserve">[18:55] </w:t>
      </w:r>
      <w:r>
        <w:t>.anayuri ayaj andatim, believes who got marifa, trumarifa, I realization of career, I you talked to them of spreading the word of God, spreading the Quran to people.</w:t>
      </w:r>
    </w:p>
    <w:p>
      <w:pPr>
        <w:jc w:val="right"/>
      </w:pPr>
      <w:r>
        <w:t>۔انایوری ایج اینڈٹائم، بیلیورز ہو گینڈ معرفہ ،ٹرومعرفہ ، اےٹروریلائزیشناف کریٹر ،اےٹوکٹودامشناف سپریڈنگداورڈافگاڈ ، سپریڈنگدا قرآن ٹوپیپل۔</w:t>
      </w:r>
    </w:p>
    <w:p>
      <w:r>
        <w:rPr>
          <w:b/>
        </w:rPr>
        <w:t xml:space="preserve">[19:15] </w:t>
      </w:r>
      <w:r>
        <w:t>and they are prior of the Christian precepts who come from a Scandinavian journey.</w:t>
      </w:r>
    </w:p>
    <w:p>
      <w:pPr>
        <w:jc w:val="right"/>
      </w:pPr>
      <w:r>
        <w:t>اینڈ دیراز اےپریر اف دی کرسچنپریسٹس ہو کیمفرام اےسٹیکالڈنجر ان۔</w:t>
      </w:r>
    </w:p>
    <w:p>
      <w:r>
        <w:rPr>
          <w:b/>
        </w:rPr>
        <w:t xml:space="preserve">[19:29] </w:t>
      </w:r>
      <w:r>
        <w:t>Najran is in the south of Saudi Arabia. And at that time, some Christians were living there, and their language was also Arabic. So the prophet, in the prophet's time, a group of</w:t>
      </w:r>
    </w:p>
    <w:p>
      <w:pPr>
        <w:jc w:val="right"/>
      </w:pPr>
      <w:r>
        <w:t>نجرانازاےسٹی ناو ان دا ساؤتھاف سعودیعربیہ۔ اینڈ ایٹدیٹٹائم،سم کرسچنزوارلیونگدیر، اینڈدیرلینگویجوازالسوعرب ک ۔سوداپرافٹس،انداپرافٹس ٹائم ،اےگروپاف</w:t>
      </w:r>
    </w:p>
    <w:p>
      <w:r>
        <w:rPr>
          <w:b/>
        </w:rPr>
        <w:t xml:space="preserve">[19:51] </w:t>
      </w:r>
      <w:r>
        <w:t>Christian priests visited Medina and met the Prophet (SAW). The Prophet explained Islam to them and recited the Quran.</w:t>
      </w:r>
    </w:p>
    <w:p>
      <w:pPr>
        <w:jc w:val="right"/>
      </w:pPr>
      <w:r>
        <w:t>کرسچن پریسٹس وز ٹڈ مدینہ اینڈمیٹودداپرافٹصلیاللہعلیہوسلم۔ پرافٹ ایکسپلینڈ اسلام ٹودیماینڈریسائیٹڈداقرآن</w:t>
      </w:r>
    </w:p>
    <w:p>
      <w:r>
        <w:rPr>
          <w:b/>
        </w:rPr>
        <w:t xml:space="preserve">[20:03] </w:t>
      </w:r>
      <w:r>
        <w:t>.they immediately understood, and at their surprise, they started praying to Allah. And the Quran mentions them in a very amazing way.</w:t>
      </w:r>
    </w:p>
    <w:p>
      <w:pPr>
        <w:jc w:val="right"/>
      </w:pPr>
      <w:r>
        <w:t>۔دےامیڈیٹلیانڈرسٹوڈ ،اینڈود ٹیئرزاندیرائیز، دےسٹارٹڈپریئنگٹواللہ ۔اینڈداقرآن مینشنز دیم اناےویریامیزنگوے۔</w:t>
      </w:r>
    </w:p>
    <w:p>
      <w:r>
        <w:rPr>
          <w:b/>
        </w:rPr>
        <w:t xml:space="preserve">[20:19] </w:t>
      </w:r>
      <w:r>
        <w:t>waiz asma'u ma unzila ila ar-rasool</w:t>
      </w:r>
    </w:p>
    <w:p>
      <w:pPr>
        <w:jc w:val="right"/>
      </w:pPr>
      <w:r>
        <w:t>"وَإِذَاسَمِعُوا مَاأُنْزِلَإِلَىالرَّسُولِ</w:t>
      </w:r>
    </w:p>
    <w:p>
      <w:r>
        <w:rPr>
          <w:b/>
        </w:rPr>
        <w:t xml:space="preserve">[20:27] </w:t>
      </w:r>
      <w:r>
        <w:t>, tara a'yunuhum tafeedu min ad-dammi mimma 'arafoo min al-haqq."</w:t>
      </w:r>
    </w:p>
    <w:p>
      <w:pPr>
        <w:jc w:val="right"/>
      </w:pPr>
      <w:r>
        <w:t>، تَرَىأَعْيُنُهُمْ تَفِيدُهُمْمِنَالْدَّمِ مِمَّاعَرَفُوامِنَالْحَقِّ."</w:t>
      </w:r>
    </w:p>
    <w:p>
      <w:r>
        <w:rPr>
          <w:b/>
        </w:rPr>
        <w:t xml:space="preserve">[20:34] </w:t>
      </w:r>
      <w:r>
        <w:t>wende lesan,</w:t>
      </w:r>
    </w:p>
    <w:p>
      <w:pPr>
        <w:jc w:val="right"/>
      </w:pPr>
      <w:r>
        <w:t>ویندےلسن،</w:t>
      </w:r>
    </w:p>
    <w:p>
      <w:r>
        <w:rPr>
          <w:b/>
        </w:rPr>
        <w:t xml:space="preserve">[20:41] </w:t>
      </w:r>
      <w:r>
        <w:t>the as the was as his come right and at beginning of just session, para number session. "waiz asma'u, wa hende lesan to what is been send down to them is najar, yosi there is overflowing with tears</w:t>
      </w:r>
    </w:p>
    <w:p>
      <w:pPr>
        <w:jc w:val="right"/>
      </w:pPr>
      <w:r>
        <w:t>دساز دس ورسہیزکم رائٹاندابگننگاف جوسسیون، پارہنمبرسیون۔"وَإِذَاسَمِعُوا، وَهِندےلسنٹوواٹہیزبین سینڈڈاؤن ٹودامیس نجر ،یوسی دیرائیز اوورفلوئنگودٹیئرز</w:t>
      </w:r>
    </w:p>
    <w:p>
      <w:r>
        <w:rPr>
          <w:b/>
        </w:rPr>
        <w:t xml:space="preserve">[21:04] </w:t>
      </w:r>
      <w:r>
        <w:t>because of the truth they recognize. "so this kind of experience, this kind of prayer arises from deep realization, from deep marifa.</w:t>
      </w:r>
    </w:p>
    <w:p>
      <w:pPr>
        <w:jc w:val="right"/>
      </w:pPr>
      <w:r>
        <w:t>بیکاز اف داٹرتھ دےریکگنائز ۔"سو دس کائنڈاف ایکسپیرینس،دسکائنڈاف پریر ارائززفرام ڈیپریلائزی شن ،فرامڈیپ معرفہ۔</w:t>
      </w:r>
    </w:p>
    <w:p>
      <w:r>
        <w:rPr>
          <w:b/>
        </w:rPr>
        <w:t xml:space="preserve">[21:22] </w:t>
      </w:r>
      <w:r>
        <w:t>and this prayer is the prayer of magicians during moses time, moses alaihis salam . "rab na afra' alaina sabran wa tawaffana muslimeen.</w:t>
      </w:r>
    </w:p>
    <w:p>
      <w:pPr>
        <w:jc w:val="right"/>
      </w:pPr>
      <w:r>
        <w:t>اینڈ دسپریراز داپریراف میجیشنزڈیورنگ موزسٹائم، موسی علیہالسلام ۔ "رب نا افرغعلیناصبرا وت وف نا مسلم ین۔</w:t>
      </w:r>
    </w:p>
    <w:p>
      <w:r>
        <w:rPr>
          <w:b/>
        </w:rPr>
        <w:t xml:space="preserve">[21:34] </w:t>
      </w:r>
      <w:r>
        <w:t>"aur lord, pour patience upon us, pour patience upon us, and cause us to die in the state of submission to you.</w:t>
      </w:r>
    </w:p>
    <w:p>
      <w:pPr>
        <w:jc w:val="right"/>
      </w:pPr>
      <w:r>
        <w:t>"اور لارڈ، پور پیشنساپوناس ، پورپی شنساپوناس ، اینڈکازاس ٹوڈائی ان داسٹیٹاف سبمیشنٹویو۔</w:t>
      </w:r>
    </w:p>
    <w:p>
      <w:r>
        <w:rPr>
          <w:b/>
        </w:rPr>
        <w:t xml:space="preserve">[21:50] </w:t>
      </w:r>
      <w:r>
        <w:t>When Pharaoh threatened them, the magicians, with severe punishment, they said, "Whatever you can do, do it." And then they prayed, "Our Lord, pour patience upon us, pour patience upon us, and let us die as followers, as believers."</w:t>
      </w:r>
    </w:p>
    <w:p>
      <w:pPr>
        <w:jc w:val="right"/>
      </w:pPr>
      <w:r>
        <w:t>ویندافیرو تھریٹندیم ،دامیجی شنز ودسیویر پنشمنٹ ،دےسیڈ، "واٹایور یوکینڈو،ڈواٹ ۔"اینڈدیندےپریڈ ،"اور لارڈ ، پورپی شنس اپوناس، ر ین پیشنس اناس ،اینڈلیٹاس ڈائیایز فالوورز، ایزبیلی ورز،</w:t>
      </w:r>
    </w:p>
    <w:p>
      <w:r>
        <w:rPr>
          <w:b/>
        </w:rPr>
        <w:t xml:space="preserve">[22:14] </w:t>
      </w:r>
      <w:r>
        <w:t>as those who acknowledge the truth</w:t>
      </w:r>
    </w:p>
    <w:p>
      <w:pPr>
        <w:jc w:val="right"/>
      </w:pPr>
      <w:r>
        <w:t>ایزدوز ہو اکنالجداٹرتھ</w:t>
      </w:r>
    </w:p>
    <w:p>
      <w:r>
        <w:rPr>
          <w:b/>
        </w:rPr>
        <w:t xml:space="preserve">[22:19] </w:t>
      </w:r>
      <w:r>
        <w:t>. "they were able to do that because the message they received from Moses alaihis salam was so great and so powerful that they could demonstrate such patience in front of the tyrant king</w:t>
      </w:r>
    </w:p>
    <w:p>
      <w:pPr>
        <w:jc w:val="right"/>
      </w:pPr>
      <w:r>
        <w:t>۔" دےوارایبلٹوڈواٹبیکاز دا م شن دےریسیوڈ فرام موسی علیہالسلام وازسو گریٹ اینڈسو پاورفل دیٹدےکڈ ڈیمانسٹریٹ سچ پی شنس ان فرنٹافدا ٹائرنٹ کنگ</w:t>
      </w:r>
    </w:p>
    <w:p>
      <w:r>
        <w:rPr>
          <w:b/>
        </w:rPr>
        <w:t xml:space="preserve">[22:40] </w:t>
      </w:r>
      <w:r>
        <w:t>. and this is a dua of ibrahim alaihis salam. "ibrahim, rabbana ighfir li waliwalidayya walil mu'mineena yawma yaqoomul hisab.</w:t>
      </w:r>
    </w:p>
    <w:p>
      <w:pPr>
        <w:jc w:val="right"/>
      </w:pPr>
      <w:r>
        <w:t>۔ اینڈدسازاےدعااف ابراہیمعلیہالسلام۔"ابراہم ،ربنااغفر لی ولیوالد ین ول لموم نین یوم یقوم الحساب ۔</w:t>
      </w:r>
    </w:p>
    <w:p>
      <w:r>
        <w:rPr>
          <w:b/>
        </w:rPr>
        <w:t xml:space="preserve">[22:52] </w:t>
      </w:r>
      <w:r>
        <w:t>forgive me lord, and forgive my parents, and all the believers on the day of judgment ."</w:t>
      </w:r>
    </w:p>
    <w:p>
      <w:pPr>
        <w:jc w:val="right"/>
      </w:pPr>
      <w:r>
        <w:t>فورگیومیلارڈ ،اینڈفورگیومائیپیرنٹس ،اینڈ ال دابیلیورز انداڈےافججمنٹ ۔"</w:t>
      </w:r>
    </w:p>
    <w:p>
      <w:r>
        <w:rPr>
          <w:b/>
        </w:rPr>
        <w:t xml:space="preserve">[23:03] </w:t>
      </w:r>
      <w:r>
        <w:t>if you notice this prayer, and this prayer, ibrahim prays for everyone on the planet, including us. first ibrahim alaihis salam prays for himself, then his parents, then finally he prays for the entire humanity until the day of judgment . the entire human race is included in his prayers.</w:t>
      </w:r>
    </w:p>
    <w:p>
      <w:pPr>
        <w:jc w:val="right"/>
      </w:pPr>
      <w:r>
        <w:t>افیونوٹس دس پریر ،اندسپریر ،ابراہم پریز فار ایوریونانداپلینٹ، انکلوڈنگاس ۔فرسٹابراہیمعلیہالسلام پریزفار ہمسیلف ،دینہزپیرنٹس، دین فائنلیہیپریزفارداانٹائرہیومین ٹی انٹلداڈےافججمنٹ ۔داانٹائر ہی ومن ریساز انکلوڈڈانہزپریرز۔</w:t>
      </w:r>
    </w:p>
    <w:p>
      <w:r>
        <w:rPr>
          <w:b/>
        </w:rPr>
        <w:t xml:space="preserve">[23:31] </w:t>
      </w:r>
      <w:r>
        <w:t>this reflects the mindset of a believer that he has valor of everyone, of every single human being that lives on the planet. he has valor because if you will be negative with people, how can you do dawah? how can you</w:t>
      </w:r>
    </w:p>
    <w:p>
      <w:pPr>
        <w:jc w:val="right"/>
      </w:pPr>
      <w:r>
        <w:t>دس ریفلیکٹسدا مائنڈسیٹاف اےبیلیور دیٹہیاز ویلوش راف ای وریون ،اف ای وری سنگ ل ہیومنبینگدیٹلیوز ان دا پلینٹ ۔ہیازویلوشر بیکازافیوویلبینیگیٹیو ودپیپل ،ہاؤکینیوڈو دعویٰ؟ہاؤکینیو</w:t>
      </w:r>
    </w:p>
    <w:p>
      <w:r>
        <w:rPr>
          <w:b/>
        </w:rPr>
        <w:t xml:space="preserve">[23:55] </w:t>
      </w:r>
      <w:r>
        <w:t>try to share the message of the quran with them</w:t>
      </w:r>
    </w:p>
    <w:p>
      <w:pPr>
        <w:jc w:val="right"/>
      </w:pPr>
      <w:r>
        <w:t>ٹرائیٹو شی ئر دیمیسجافدا قرآنوددیم</w:t>
      </w:r>
    </w:p>
    <w:p>
      <w:r>
        <w:rPr>
          <w:b/>
        </w:rPr>
        <w:t xml:space="preserve">[24:00] </w:t>
      </w:r>
      <w:r>
        <w:t>? and the Prophet Muhammad sallallahu alaihi wasallam used to say almost every day that, "O Allah, I bear witness that all your servants, everyone on the planet, are brothers and sisters to one another." So this should be the feeling of a believer that he should be valor to the entire humanity.</w:t>
      </w:r>
    </w:p>
    <w:p>
      <w:pPr>
        <w:jc w:val="right"/>
      </w:pPr>
      <w:r>
        <w:t>؟اینڈداپرافٹمحمد صلیاللہعلیہوسلم یوزٹوسے الموسٹایوریڈے دیٹ،"اواللہ ،ائیبیئروٹنس دیٹ ال یورسر ونٹس ،ای وریون انداپلینٹ ،ار برادرزاینڈسسٹرز ٹو وناینڈادر۔" سو دسشوڈبیدا فیل نگ اف اےبیلیوردیٹہیشوڈبی ویلوش ر ٹوداانٹائر ہیومین ٹی۔</w:t>
      </w:r>
    </w:p>
    <w:p>
      <w:r>
        <w:rPr>
          <w:b/>
        </w:rPr>
        <w:t xml:space="preserve">[24:26] </w:t>
      </w:r>
      <w:r>
        <w:t>"rabbana atina min ladunka rahmatan wa hayyi' lana min amrina rashada.</w:t>
      </w:r>
    </w:p>
    <w:p>
      <w:pPr>
        <w:jc w:val="right"/>
      </w:pPr>
      <w:r>
        <w:t>"رب نا ات نا منلدنکرحمہ وح ی لنا من امرنا رشدا۔</w:t>
      </w:r>
    </w:p>
    <w:p>
      <w:r>
        <w:rPr>
          <w:b/>
        </w:rPr>
        <w:t xml:space="preserve">[24:34] </w:t>
      </w:r>
      <w:r>
        <w:t>"this is the prayer of the seven sleepers, ashab al kahf. o our lord, grant us your special mercy and give us the right guidance in our affairs."</w:t>
      </w:r>
    </w:p>
    <w:p>
      <w:pPr>
        <w:jc w:val="right"/>
      </w:pPr>
      <w:r>
        <w:t>"دساز دا پریراف دی سیونسلیپرز، اصحاب الکہ ف۔ اور لارڈ ، گرانٹاس یور سپیشلمر سی اینڈ گیواسدارائٹ گائیڈنس اناور افیئرز۔</w:t>
      </w:r>
    </w:p>
    <w:p>
      <w:r>
        <w:rPr>
          <w:b/>
        </w:rPr>
        <w:t xml:space="preserve">[24:52] </w:t>
      </w:r>
      <w:r>
        <w:t>this is the prayer of ashab al kahf</w:t>
      </w:r>
    </w:p>
    <w:p>
      <w:pPr>
        <w:jc w:val="right"/>
      </w:pPr>
      <w:r>
        <w:t>دسازدا پریراف اصحابالکہ ف</w:t>
      </w:r>
    </w:p>
    <w:p>
      <w:r>
        <w:rPr>
          <w:b/>
        </w:rPr>
        <w:t xml:space="preserve">[24:56] </w:t>
      </w:r>
      <w:r>
        <w:t>. they were being persecuted by the king, so they ran away from the city and they took shelter in a cave.</w:t>
      </w:r>
    </w:p>
    <w:p>
      <w:pPr>
        <w:jc w:val="right"/>
      </w:pPr>
      <w:r>
        <w:t>۔ دےواربینگپرسیکیوٹڈبائیداکنگ ،سو دےرین اوے فرامدا سٹی اینڈ دےٹوکشیلٹر اندا کیو۔</w:t>
      </w:r>
    </w:p>
    <w:p>
      <w:r>
        <w:rPr>
          <w:b/>
        </w:rPr>
        <w:t xml:space="preserve">[25:07] </w:t>
      </w:r>
      <w:r>
        <w:t>and this prayer comes right at the beginning of surah ashab, surah al kahf</w:t>
      </w:r>
    </w:p>
    <w:p>
      <w:pPr>
        <w:jc w:val="right"/>
      </w:pPr>
      <w:r>
        <w:t>اینڈدس پریرکمز رائٹاندابگننگ اف سورہ اصحاب، سورہالکہ ف</w:t>
      </w:r>
    </w:p>
    <w:p>
      <w:r>
        <w:rPr>
          <w:b/>
        </w:rPr>
        <w:t xml:space="preserve">[25:16] </w:t>
      </w:r>
      <w:r>
        <w:t>. and a very very important prayer as they are asking god for right guidance because without right guidance, we cannot accomplish anything, anything meaningful</w:t>
      </w:r>
    </w:p>
    <w:p>
      <w:pPr>
        <w:jc w:val="right"/>
      </w:pPr>
      <w:r>
        <w:t>۔اینڈویریویریامپورٹنٹپریر ایز دےاراسک نگ گاڈ فار رائٹگائیڈنس بیکاز وداؤٹ رائٹ گائیڈنس،ویکینناٹ اکمپلشاینیتھنگ ،اینیتھنگ میننگفل</w:t>
      </w:r>
    </w:p>
    <w:p>
      <w:r>
        <w:rPr>
          <w:b/>
        </w:rPr>
        <w:t xml:space="preserve">[25:32] </w:t>
      </w:r>
      <w:r>
        <w:t>. seeking guidance from god is very crucial, especially in times of difficulty, in times of disagreement, confusion,</w:t>
      </w:r>
    </w:p>
    <w:p>
      <w:pPr>
        <w:jc w:val="right"/>
      </w:pPr>
      <w:r>
        <w:t>۔ سیکنگگائیڈنسفرامگاڈ از ویریکروشل ،اسپیشلی انٹائمزاف ڈیفیکلٹی،انٹائماف ٹائمزاف ڈسایگری منٹ،کنفیوژن،</w:t>
      </w:r>
    </w:p>
    <w:p>
      <w:r>
        <w:rPr>
          <w:b/>
        </w:rPr>
        <w:t xml:space="preserve">[25:45] </w:t>
      </w:r>
      <w:r>
        <w:t>when it becomes very hard to understand things clearly . even if we read surah al fatiha every day, several times, ihdina as-sirat al-mustaqeem, guide us to the straight path .</w:t>
      </w:r>
    </w:p>
    <w:p>
      <w:pPr>
        <w:jc w:val="right"/>
      </w:pPr>
      <w:r>
        <w:t>وین اٹبیکمزویریہارڈٹوانڈرسٹینڈ تھنگزکلی ئرلی ۔ ایوناف وی ریڈ سورہ الف اتحہ ایوریڈے، سیورلٹائمز، اہدناالصراط المست قیم، گائیڈاس ٹودا سٹریٹپاتھ ۔</w:t>
      </w:r>
    </w:p>
    <w:p>
      <w:r>
        <w:rPr>
          <w:b/>
        </w:rPr>
        <w:t xml:space="preserve">[26:02] </w:t>
      </w:r>
      <w:r>
        <w:t>so this is very important that we should pray for guidance . and this is the hadith, the the the dua of the wife of firo, \</w:t>
      </w:r>
    </w:p>
    <w:p>
      <w:pPr>
        <w:jc w:val="right"/>
      </w:pPr>
      <w:r>
        <w:t>سودسازویریامپورٹنٹدیٹویشوڈ پریفار گائیڈنس ۔اینڈدساز دیحدیث، دی دی دی دعااف دی وائفاف فیرو،</w:t>
      </w:r>
    </w:p>
    <w:p>
      <w:r>
        <w:rPr>
          <w:b/>
        </w:rPr>
        <w:t xml:space="preserve">[26:16] </w:t>
      </w:r>
      <w:r>
        <w:t>quainasiya, wichaz amazing dua, beautiful dua</w:t>
      </w:r>
    </w:p>
    <w:p>
      <w:pPr>
        <w:jc w:val="right"/>
      </w:pPr>
      <w:r>
        <w:t>کوئیناسیہ، وچاز امیزنگدعا،بیوٹیفلدع</w:t>
      </w:r>
    </w:p>
    <w:p>
      <w:r>
        <w:rPr>
          <w:b/>
        </w:rPr>
        <w:t xml:space="preserve">[26:20] </w:t>
      </w:r>
      <w:r>
        <w:t>a. "rabbana la tuzigh qulubana ba'da id hadaytana wa hab lana min ladunka rahmatan innaka antal wahhab." my lord, build me a house near you in paradise.</w:t>
      </w:r>
    </w:p>
    <w:p>
      <w:pPr>
        <w:jc w:val="right"/>
      </w:pPr>
      <w:r>
        <w:t>ا۔ "رب نی لیعند کبیت فی الجنہ۔" مائیلارڈ ،بلٹمی اےہاؤسان نیئرنس ٹویو انپیراڈائز ۔</w:t>
      </w:r>
    </w:p>
    <w:p>
      <w:r>
        <w:rPr>
          <w:b/>
        </w:rPr>
        <w:t xml:space="preserve">[26:34] </w:t>
      </w:r>
      <w:r>
        <w:t>the pharaoh's wife</w:t>
      </w:r>
    </w:p>
    <w:p>
      <w:pPr>
        <w:jc w:val="right"/>
      </w:pPr>
      <w:r>
        <w:t>دی فیروزوائف</w:t>
      </w:r>
    </w:p>
    <w:p>
      <w:r>
        <w:rPr>
          <w:b/>
        </w:rPr>
        <w:t xml:space="preserve">[26:39] </w:t>
      </w:r>
      <w:r>
        <w:t>prayer</w:t>
      </w:r>
    </w:p>
    <w:p>
      <w:pPr>
        <w:jc w:val="right"/>
      </w:pPr>
      <w:r>
        <w:t>پریڈ</w:t>
      </w:r>
    </w:p>
    <w:p>
      <w:r>
        <w:rPr>
          <w:b/>
        </w:rPr>
        <w:t xml:space="preserve">[26:44] </w:t>
      </w:r>
      <w:r>
        <w:t>for neighborhood of god in your nearness. and perhaps she was the first one to make such dua that allah liked it so much and mentioned it in the quran.</w:t>
      </w:r>
    </w:p>
    <w:p>
      <w:pPr>
        <w:jc w:val="right"/>
      </w:pPr>
      <w:r>
        <w:t>فار نیبرہڈافگاڈ انیورنیئرنس ۔اینڈپرہیپسشیوازدافرسٹ ون ٹومیک سچ دعا دیٹاللہ لائکڈاٹسومچاینڈ مینشنڈاٹانداقرآن۔</w:t>
      </w:r>
    </w:p>
    <w:p>
      <w:r>
        <w:rPr>
          <w:b/>
        </w:rPr>
        <w:t xml:space="preserve">[27:00] </w:t>
      </w:r>
      <w:r>
        <w:t>and this dua tells it, tells us that paradise is the neighborhood of god. so living in god's neighborhood should be the greatest motivation for all the believers.</w:t>
      </w:r>
    </w:p>
    <w:p>
      <w:pPr>
        <w:jc w:val="right"/>
      </w:pPr>
      <w:r>
        <w:t>اینڈدس دعا ٹیلز اٹ ،ٹیلزاس دیٹ پیراڈائز از دانیبرہڈافگاڈ۔ سو لیونگان گاڈز نیبرہڈ شوڈبیدا گریٹسٹ موٹیوی شن فار ال دابیلیورز۔</w:t>
      </w:r>
    </w:p>
    <w:p>
      <w:r>
        <w:rPr>
          <w:b/>
        </w:rPr>
        <w:t xml:space="preserve">[27:17] </w:t>
      </w:r>
      <w:r>
        <w:t>And the concept of living in God's neighborhood is so amazing and really very very thrilling concept.</w:t>
      </w:r>
    </w:p>
    <w:p>
      <w:pPr>
        <w:jc w:val="right"/>
      </w:pPr>
      <w:r>
        <w:t>اینڈداکانسیپٹ اف لیونگان گاڈز نیبرہڈاز سوامیزنگ اینڈ ریلی ویریویریتھرلنگکانسیپٹ</w:t>
      </w:r>
    </w:p>
    <w:p>
      <w:r>
        <w:rPr>
          <w:b/>
        </w:rPr>
        <w:t xml:space="preserve">[27:26] </w:t>
      </w:r>
      <w:r>
        <w:t>And it was also remarkable how she made such a unique dua despite being the queen.</w:t>
      </w:r>
    </w:p>
    <w:p>
      <w:pPr>
        <w:jc w:val="right"/>
      </w:pPr>
      <w:r>
        <w:t>۔اینڈ اٹازالس و ریمارکیبل ہاؤ شی میڈسچاےیون یکدعا ڈسپائٹبینگدا کوئین</w:t>
      </w:r>
    </w:p>
    <w:p>
      <w:r>
        <w:rPr>
          <w:b/>
        </w:rPr>
        <w:t xml:space="preserve">[27:36] </w:t>
      </w:r>
      <w:r>
        <w:t>da waifaaf wanafda</w:t>
      </w:r>
    </w:p>
    <w:p>
      <w:pPr>
        <w:jc w:val="right"/>
      </w:pPr>
      <w:r>
        <w:t>، دا وائفاف ونافدا</w:t>
      </w:r>
    </w:p>
    <w:p>
      <w:r>
        <w:rPr>
          <w:b/>
        </w:rPr>
        <w:t xml:space="preserve">[27:41] </w:t>
      </w:r>
      <w:r>
        <w:t>very powerful kings of all time. And she</w:t>
      </w:r>
    </w:p>
    <w:p>
      <w:pPr>
        <w:jc w:val="right"/>
      </w:pPr>
      <w:r>
        <w:t>ویری پاورفل ک نگز اف ال ٹائم ۔اینڈشی</w:t>
      </w:r>
    </w:p>
    <w:p>
      <w:r>
        <w:rPr>
          <w:b/>
        </w:rPr>
        <w:t xml:space="preserve">[27:46] </w:t>
      </w:r>
      <w:r>
        <w:t>rejected, she was living in the palace, luxurious life, and she rejected the king's neighborhood and preferred</w:t>
      </w:r>
    </w:p>
    <w:p>
      <w:pPr>
        <w:jc w:val="right"/>
      </w:pPr>
      <w:r>
        <w:t>ریجیکٹڈ ،شیوازلیونگ اندا پیلس، لگزریسلائف ،اینڈشی ریجیکٹڈ دا کنگز نیبر ہڈ اینڈپریفرڈ</w:t>
      </w:r>
    </w:p>
    <w:p>
      <w:r>
        <w:rPr>
          <w:b/>
        </w:rPr>
        <w:t xml:space="preserve">[27:57] </w:t>
      </w:r>
      <w:r>
        <w:t>toliyungan gad zni brhd</w:t>
      </w:r>
    </w:p>
    <w:p>
      <w:pPr>
        <w:jc w:val="right"/>
      </w:pPr>
      <w:r>
        <w:t>ٹولیونگانگاڈزنیبرہڈ۔</w:t>
      </w:r>
    </w:p>
    <w:p>
      <w:r>
        <w:rPr>
          <w:b/>
        </w:rPr>
        <w:t xml:space="preserve">[27:59] </w:t>
      </w:r>
      <w:r>
        <w:t>so amazing dua by queen asiya. "rabbana innana amanna." or lord, we believe in you,</w:t>
      </w:r>
    </w:p>
    <w:p>
      <w:pPr>
        <w:jc w:val="right"/>
      </w:pPr>
      <w:r>
        <w:t>سو امیزنگ دعابائی کوئین اسیہ۔ "رب نا ام نا فغفر لنا ۔"اور لارڈ ،ویبیلیوانیو،</w:t>
      </w:r>
    </w:p>
    <w:p>
      <w:r>
        <w:rPr>
          <w:b/>
        </w:rPr>
        <w:t xml:space="preserve">[28:12] </w:t>
      </w:r>
      <w:r>
        <w:t>so forgive us, wa rahmna and have mercy on us, wa anta khairur rahimin, and you are the best one to show mercy.</w:t>
      </w:r>
    </w:p>
    <w:p>
      <w:pPr>
        <w:jc w:val="right"/>
      </w:pPr>
      <w:r>
        <w:t>سو فورگیواس ، ورحمنا اینڈہیومرسیاناس ،و انت خیر الراحمین ، اینڈیواردابیسٹ ون ٹوشومر سی۔</w:t>
      </w:r>
    </w:p>
    <w:p>
      <w:r>
        <w:rPr>
          <w:b/>
        </w:rPr>
        <w:t xml:space="preserve">[28:24] </w:t>
      </w:r>
      <w:r>
        <w:t>it's a very beautiful dua we are desperately asking for forgiveness and mercy, acknowledging their need for god's compassion.</w:t>
      </w:r>
    </w:p>
    <w:p>
      <w:pPr>
        <w:jc w:val="right"/>
      </w:pPr>
      <w:r>
        <w:t>اٹساےویری بیوٹیفل دعا وی ئر دیسپلیکنٹ اسک فار فورگی ونس اینڈمرسی، ایکنالجنگ دیر نی ڈ فار گاڈزکمپی شن۔</w:t>
      </w:r>
    </w:p>
    <w:p>
      <w:r>
        <w:rPr>
          <w:b/>
        </w:rPr>
        <w:t xml:space="preserve">[28:39] </w:t>
      </w:r>
      <w:r>
        <w:t>" rabbana atina fid dunya hasanah wa fil akhirati hasanah wa qina azabannar."</w:t>
      </w:r>
    </w:p>
    <w:p>
      <w:pPr>
        <w:jc w:val="right"/>
      </w:pPr>
      <w:r>
        <w:t>" رب نا ات نا فیالدنیاحسنہ وفیالاخرۃ حسنہ وق نا عذاب النار۔"</w:t>
      </w:r>
    </w:p>
    <w:p>
      <w:r>
        <w:rPr>
          <w:b/>
        </w:rPr>
        <w:t xml:space="preserve">[28:47] </w:t>
      </w:r>
      <w:r>
        <w:t>or lord, give us the good of this world and the good of the hereafter, and save us from the torment of fire.</w:t>
      </w:r>
    </w:p>
    <w:p>
      <w:pPr>
        <w:jc w:val="right"/>
      </w:pPr>
      <w:r>
        <w:t>اور لارڈ، گیواس داگڈافدسورلڈ اینڈداگڈاف داہیراف ٹر، اینڈ سیواس فر امدی ٹومنٹاففائر۔</w:t>
      </w:r>
    </w:p>
    <w:p>
      <w:r>
        <w:rPr>
          <w:b/>
        </w:rPr>
        <w:t xml:space="preserve">[29:00] </w:t>
      </w:r>
      <w:r>
        <w:t>this is a very important dua, but most of the people think it in a wrong way.</w:t>
      </w:r>
    </w:p>
    <w:p>
      <w:pPr>
        <w:jc w:val="right"/>
      </w:pPr>
      <w:r>
        <w:t>دسازاےویریامپورٹنٹ دعا، بٹ موسٹافداپیپلتھنک اٹان اے رونگوے۔</w:t>
      </w:r>
    </w:p>
    <w:p>
      <w:r>
        <w:rPr>
          <w:b/>
        </w:rPr>
        <w:t xml:space="preserve">[29:09] </w:t>
      </w:r>
      <w:r>
        <w:t>they think that when believer asks allah for good in this world, they are asking for wealth, children, power, material things, worldly comfort.</w:t>
      </w:r>
    </w:p>
    <w:p>
      <w:pPr>
        <w:jc w:val="right"/>
      </w:pPr>
      <w:r>
        <w:t>دےتھنک دیٹ وین بیلیور اسک اللہ فار گڈ ان دسورلڈ، دےاراسک نگفار ویلتھ ،چلڈرن ، پ اور، مٹیریلتھنگز، ورلڈلیکمفرٹ۔</w:t>
      </w:r>
    </w:p>
    <w:p>
      <w:r>
        <w:rPr>
          <w:b/>
        </w:rPr>
        <w:t xml:space="preserve">[29:23] </w:t>
      </w:r>
      <w:r>
        <w:t>but this is not what the believers are asking for. the believers are saying, "o allah, give me what is good for me in your eyes."</w:t>
      </w:r>
    </w:p>
    <w:p>
      <w:pPr>
        <w:jc w:val="right"/>
      </w:pPr>
      <w:r>
        <w:t>بٹدسازناٹواٹدابیلیورازاسک نگفار ۔ دابیلیورازسینگ،"یا اللہ ،گیومیواٹازگڈفار می انیورائیز۔"</w:t>
      </w:r>
    </w:p>
    <w:p>
      <w:r>
        <w:rPr>
          <w:b/>
        </w:rPr>
        <w:t xml:space="preserve">[29:34] </w:t>
      </w:r>
      <w:r>
        <w:t>he is not asking worldly things, but rather he is asking, "o allah, you decide what is good for me." because material things, property, fame, they all come with greater accountability.</w:t>
      </w:r>
    </w:p>
    <w:p>
      <w:pPr>
        <w:jc w:val="right"/>
      </w:pPr>
      <w:r>
        <w:t>ہیازناٹاسکنگ ورلڈلیتھنگز، بٹرادر ہیازاسک نگ،"اواللہ ، یو ڈیسائیڈ واٹازگڈفارمی ۔" بیکاز مٹیریلتھنگز، پراپر ٹی، ف یم، دےال کمودگریٹر اکاؤنٹیبل ٹی۔</w:t>
      </w:r>
    </w:p>
    <w:p>
      <w:r>
        <w:rPr>
          <w:b/>
        </w:rPr>
        <w:t xml:space="preserve">[29:49] </w:t>
      </w:r>
      <w:r>
        <w:t>so why would the believer ask for something which will increase his accountability?</w:t>
      </w:r>
    </w:p>
    <w:p>
      <w:pPr>
        <w:jc w:val="right"/>
      </w:pPr>
      <w:r>
        <w:t>سووائیوڈ دابیلیوراسک فار سمتھنگ وچ ول انکریز ہزاکاؤنٹیبل ٹی؟</w:t>
      </w:r>
    </w:p>
    <w:p>
      <w:r>
        <w:rPr>
          <w:b/>
        </w:rPr>
        <w:t xml:space="preserve">[29:56] </w:t>
      </w:r>
      <w:r>
        <w:t>and if you look at the life of the prophets, most of them did not receive worldly riches, yet they were spiritual giants. so the believers are asking here to grant what is best for him in the eyes of god.</w:t>
      </w:r>
    </w:p>
    <w:p>
      <w:pPr>
        <w:jc w:val="right"/>
      </w:pPr>
      <w:r>
        <w:t>اینڈافیولوکایٹدا لائفاف دی پرافٹس ،موسٹاف دیمڈیڈناٹ ریسیو ورلڈلیریچز، یٹدےوار سپریچولجائنٹس ۔سودابیلیورازاسک نگ ہیر ٹو گرانٹ واٹازبیسٹفار ہم انداائیزافگاڈ۔</w:t>
      </w:r>
    </w:p>
    <w:p>
      <w:r>
        <w:rPr>
          <w:b/>
        </w:rPr>
        <w:t xml:space="preserve">[30:15] </w:t>
      </w:r>
      <w:r>
        <w:t>and this is the prayer of ibrahim, ibrahim alaihissalam. "wa idh yarfa'u ibrahimu al qawa'ida min al baiti wa isma'il.</w:t>
      </w:r>
    </w:p>
    <w:p>
      <w:pPr>
        <w:jc w:val="right"/>
      </w:pPr>
      <w:r>
        <w:t>اینڈدساز داپریراف ابراہم ،ابراہیمعلیہالسلام ۔"وَإِذْيَرْفَعُإِبْرَاهِيمُال ْقَوَائِدَمِنَالْبَيْتِوَإِسْمَاعِيلَ۔</w:t>
      </w:r>
    </w:p>
    <w:p>
      <w:r>
        <w:rPr>
          <w:b/>
        </w:rPr>
        <w:t xml:space="preserve">[30:24] </w:t>
      </w:r>
      <w:r>
        <w:t>"when ibrahim and ismail were raising the foundation of kaaba, they prayed, "rabbana taqabbal minna innaka antas sami'ul alim." o lord, accept this from us.</w:t>
      </w:r>
    </w:p>
    <w:p>
      <w:pPr>
        <w:jc w:val="right"/>
      </w:pPr>
      <w:r>
        <w:t>"وینابراہم اینڈاسم اعیل وارریزنگدافاؤنڈیشناف کعبہ، دےپریڈ ،"رب نا تقبل مناان کانت السمیعالعلیم۔" اور لارڈ، ایکسیپٹ دسفراماس ۔</w:t>
      </w:r>
    </w:p>
    <w:p>
      <w:r>
        <w:rPr>
          <w:b/>
        </w:rPr>
        <w:t xml:space="preserve">[30:37] </w:t>
      </w:r>
      <w:r>
        <w:t>you are all hearing, all knowing.</w:t>
      </w:r>
    </w:p>
    <w:p>
      <w:pPr>
        <w:jc w:val="right"/>
      </w:pPr>
      <w:r>
        <w:t>یوار ال ہیئرنگ، ال نوئنگ۔</w:t>
      </w:r>
    </w:p>
    <w:p>
      <w:r>
        <w:rPr>
          <w:b/>
        </w:rPr>
        <w:t xml:space="preserve">[30:41] </w:t>
      </w:r>
      <w:r>
        <w:t>this is a very amazing dua from prophet ibrahim and ismail alaihissalam, when they were building the kaaba.</w:t>
      </w:r>
    </w:p>
    <w:p>
      <w:pPr>
        <w:jc w:val="right"/>
      </w:pPr>
      <w:r>
        <w:t>دسازاےویری امیزنگ دعا فر ام پرافٹابراہیم اینڈ اسماعیلعلیہالسلام ، ویندےواربلڈنگداکعبہ۔</w:t>
      </w:r>
    </w:p>
    <w:p>
      <w:r>
        <w:rPr>
          <w:b/>
        </w:rPr>
        <w:t xml:space="preserve">[30:52] </w:t>
      </w:r>
      <w:r>
        <w:t>this prayer teaches a very very important lesson. when you do something for the sake of god, you should ask allah to accept your good deeds.</w:t>
      </w:r>
    </w:p>
    <w:p>
      <w:pPr>
        <w:jc w:val="right"/>
      </w:pPr>
      <w:r>
        <w:t>دس پریر ٹیچزاےویری ویری امپورٹنٹ لی سن ۔وینیوڈوسمتھنگفاردا سیکافگاڈ ،یوشوڈ اسک اللہ ٹوایکسیپٹیورگڈڈیڈز۔</w:t>
      </w:r>
    </w:p>
    <w:p>
      <w:r>
        <w:rPr>
          <w:b/>
        </w:rPr>
        <w:t xml:space="preserve">[31:09] </w:t>
      </w:r>
      <w:r>
        <w:t>it is not enough to just do good. we need to seek allah's acceptance and guidance. we are also asking allah to give us taufiq, the ability, the opportunity, the strength to continue doing good deeds</w:t>
      </w:r>
    </w:p>
    <w:p>
      <w:pPr>
        <w:jc w:val="right"/>
      </w:pPr>
      <w:r>
        <w:t>اٹازناٹانفدیٹیوجسٹڈوگڈ ۔وینیڈٹو س یک اللہ زایکسیپٹنساینڈگائیڈنس ۔ویارالس و اسک نگ اللہ ٹو گیواستوفیق ،دیایبیلی ٹی ،دیاپرچونی ٹی، دیسٹرینتھ ٹو کنٹینیو ڈوئنگگڈڈیڈز</w:t>
      </w:r>
    </w:p>
    <w:p>
      <w:r>
        <w:rPr>
          <w:b/>
        </w:rPr>
        <w:t xml:space="preserve">[31:31] </w:t>
      </w:r>
      <w:r>
        <w:t>. so this dua is both success in doing good and also allah's acceptance.</w:t>
      </w:r>
    </w:p>
    <w:p>
      <w:pPr>
        <w:jc w:val="right"/>
      </w:pPr>
      <w:r>
        <w:t>۔سو دس دعااز بوت ھسکسیسانڈوئنگگڈ اینڈ السو اللہ ز ایکسیپٹنس ۔</w:t>
      </w:r>
    </w:p>
    <w:p>
      <w:r>
        <w:rPr>
          <w:b/>
        </w:rPr>
        <w:t xml:space="preserve">[31:43] </w:t>
      </w:r>
      <w:r>
        <w:t>in one place, the Quran mentions five key qualities of a believer:</w:t>
      </w:r>
    </w:p>
    <w:p>
      <w:pPr>
        <w:jc w:val="right"/>
      </w:pPr>
      <w:r>
        <w:t>ان ون پلیس،دا قرآن مینشنز فائیو کی کوالٹیز اف اےبیلیور:</w:t>
      </w:r>
    </w:p>
    <w:p>
      <w:r>
        <w:rPr>
          <w:b/>
        </w:rPr>
        <w:t xml:space="preserve">[31:51] </w:t>
      </w:r>
      <w:r>
        <w:t>as-sabireen, was-sadiqeen, wal-qaniteen, wal-munfiqeen, wal-mustaghfireen bil-as-haar.</w:t>
      </w:r>
    </w:p>
    <w:p>
      <w:pPr>
        <w:jc w:val="right"/>
      </w:pPr>
      <w:r>
        <w:t>الص ابر ین، وصادقین ، والقانت ین ، وال منفقین، والم ستغفرین بال اسحار۔</w:t>
      </w:r>
    </w:p>
    <w:p>
      <w:r>
        <w:rPr>
          <w:b/>
        </w:rPr>
        <w:t xml:space="preserve">[32:01] </w:t>
      </w:r>
      <w:r>
        <w:t>those who are steadfast, truthful, obedient, and those who spend for God's cause, and who pray before dawn for forgiveness.</w:t>
      </w:r>
    </w:p>
    <w:p>
      <w:pPr>
        <w:jc w:val="right"/>
      </w:pPr>
      <w:r>
        <w:t>دوزہوار اسٹیٹفاسٹ ،ٹروتھفل ، اوبیڈینٹ، اینڈدوزہو سپینڈ فار گاڈزکا ز، اینڈہو پریبی فور ڈانٹفارفورگی ونس ۔</w:t>
      </w:r>
    </w:p>
    <w:p>
      <w:r>
        <w:rPr>
          <w:b/>
        </w:rPr>
        <w:t xml:space="preserve">[32:14] </w:t>
      </w:r>
      <w:r>
        <w:t>as-sabireen, steadfast</w:t>
      </w:r>
    </w:p>
    <w:p>
      <w:pPr>
        <w:jc w:val="right"/>
      </w:pPr>
      <w:r>
        <w:t>الصابر ین ،سٹیٹفاسٹ</w:t>
      </w:r>
    </w:p>
    <w:p>
      <w:r>
        <w:rPr>
          <w:b/>
        </w:rPr>
        <w:t xml:space="preserve">[32:17] </w:t>
      </w:r>
      <w:r>
        <w:t>, they remain patient in the face of difficulties and trials. Was-sadiqeen, truthful, their words and actions are honest.</w:t>
      </w:r>
    </w:p>
    <w:p>
      <w:pPr>
        <w:jc w:val="right"/>
      </w:pPr>
      <w:r>
        <w:t>، دے ریمین پیشنٹ اندا فیساف ڈیفیکلٹیزاینڈٹرائلز۔ وصادقین ،ٹروتھفل ، دیرورڈز اینڈ ایک شن ز ار ہونسٹ۔</w:t>
      </w:r>
    </w:p>
    <w:p>
      <w:r>
        <w:rPr>
          <w:b/>
        </w:rPr>
        <w:t xml:space="preserve">[32:29] </w:t>
      </w:r>
      <w:r>
        <w:t>wal-qaniteen, obedient, they humbly submit to Allah, to Allah's commands. Wal-munfiqeen, spenders on God's ka</w:t>
      </w:r>
    </w:p>
    <w:p>
      <w:pPr>
        <w:jc w:val="right"/>
      </w:pPr>
      <w:r>
        <w:t>وال قانت ین ، اوبیڈینٹ ،دےہملی سب مٹ ٹواللہ ،ٹواللہ زکمانڈز۔ وال منفقین، سپینڈرزانگاڈزکا</w:t>
      </w:r>
    </w:p>
    <w:p>
      <w:r>
        <w:rPr>
          <w:b/>
        </w:rPr>
        <w:t xml:space="preserve">[32:41] </w:t>
      </w:r>
      <w:r>
        <w:t>z, they generously give from their wealth to support the charitable causes, to support the da'wah efforts.</w:t>
      </w:r>
    </w:p>
    <w:p>
      <w:pPr>
        <w:jc w:val="right"/>
      </w:pPr>
      <w:r>
        <w:t>ز ،دےجن رسلیگیو فرامدیرویلتھ ٹوسپورٹدا چیریٹیبلکا زز، ٹوسپورٹدی دعویٰ ایفر ٹس۔</w:t>
      </w:r>
    </w:p>
    <w:p>
      <w:r>
        <w:rPr>
          <w:b/>
        </w:rPr>
        <w:t xml:space="preserve">[32:52] </w:t>
      </w:r>
      <w:r>
        <w:t>wal-mustaghfireen bil-as-haar,</w:t>
      </w:r>
    </w:p>
    <w:p>
      <w:pPr>
        <w:jc w:val="right"/>
      </w:pPr>
      <w:r>
        <w:t>والم ستغفرین بالاسحار،</w:t>
      </w:r>
    </w:p>
    <w:p>
      <w:r>
        <w:rPr>
          <w:b/>
        </w:rPr>
        <w:t xml:space="preserve">[32:57] </w:t>
      </w:r>
      <w:r>
        <w:t>they pray before dawn for forgiveness. This refers to the, to their devotion in the earlier hours, like Tahajjud, when they seek forgiveness from Allah.</w:t>
      </w:r>
    </w:p>
    <w:p>
      <w:pPr>
        <w:jc w:val="right"/>
      </w:pPr>
      <w:r>
        <w:t>دےپری بیفورڈانٹفارفورگی ونس۔ دس ریفرزٹودا ،ٹودیرڈیوشن اندا ارلیاور ز،لائکتہجد ،ویندےسیکفورگیونس فراماللہ ۔</w:t>
      </w:r>
    </w:p>
    <w:p>
      <w:r>
        <w:rPr>
          <w:b/>
        </w:rPr>
        <w:t xml:space="preserve">[33:13] </w:t>
      </w:r>
      <w:r>
        <w:t>this action shows their humility and earnestness in asking for Allah's pardon. Tahajjud time is considered the best time to make dua.</w:t>
      </w:r>
    </w:p>
    <w:p>
      <w:pPr>
        <w:jc w:val="right"/>
      </w:pPr>
      <w:r>
        <w:t>دس ایکٹشوز دیرہمیل ٹی اینڈ ارنسٹنس ان اسک نگ فار اللہ ز پارڈن۔ تہجد ٹائم از کنسیڈر ڈدابیسٹٹائمٹومیک دعا۔</w:t>
      </w:r>
    </w:p>
    <w:p>
      <w:r>
        <w:rPr>
          <w:b/>
        </w:rPr>
        <w:t xml:space="preserve">[33:26] </w:t>
      </w:r>
      <w:r>
        <w:t>it's not because that time has some special thing that if you say your dua, it will be accepted, but it has distractions are not there. You are free from all distractions</w:t>
      </w:r>
    </w:p>
    <w:p>
      <w:pPr>
        <w:jc w:val="right"/>
      </w:pPr>
      <w:r>
        <w:t>اٹسناٹبیکاز دیٹ ٹائمہیز سم اسپیشل تھنگ دیٹافیوویلسے یوردعا،اٹویلبیایکسیپٹڈ، بٹاٹاز ڈسٹرکشناز ناٹدیر۔یوارفریفرام ال ڈسٹرکشنز</w:t>
      </w:r>
    </w:p>
    <w:p>
      <w:r>
        <w:rPr>
          <w:b/>
        </w:rPr>
        <w:t xml:space="preserve">[33:42] </w:t>
      </w:r>
      <w:r>
        <w:t>, therefore you can focus in a better way, and you can make better duas, and with great support.</w:t>
      </w:r>
    </w:p>
    <w:p>
      <w:pPr>
        <w:jc w:val="right"/>
      </w:pPr>
      <w:r>
        <w:t>، دیرفوریوکینفوکس اناےبیٹروے، اینڈیوکینمیک مور بیٹر دع از، اینڈ ودگریٹ سپر ٹ۔</w:t>
      </w:r>
    </w:p>
    <w:p>
      <w:r>
        <w:rPr>
          <w:b/>
        </w:rPr>
        <w:t xml:space="preserve">[33:51] </w:t>
      </w:r>
      <w:r>
        <w:t>that's why the duas are accepted during this time. And there is a very beautiful dua of Prophet Ibrahim (AS): "Rabbana alaika tawakkalna.</w:t>
      </w:r>
    </w:p>
    <w:p>
      <w:pPr>
        <w:jc w:val="right"/>
      </w:pPr>
      <w:r>
        <w:t>دیٹسوائی دا دعازارایکسیپٹڈڈیورنگدسٹائم۔ اینڈ دیرازاےویری بیوٹیفل دعا اف پرافٹابراہیمعلیہالسلام :" ربناعلیکتو کل نا۔</w:t>
      </w:r>
    </w:p>
    <w:p>
      <w:r>
        <w:rPr>
          <w:b/>
        </w:rPr>
        <w:t xml:space="preserve">[34:03] </w:t>
      </w:r>
      <w:r>
        <w:t>"O our Lord, in You we have placed our trust</w:t>
      </w:r>
    </w:p>
    <w:p>
      <w:pPr>
        <w:jc w:val="right"/>
      </w:pPr>
      <w:r>
        <w:t>"اور لارڈ ،انیو ویہیوپلیسڈ ار ٹرسٹ</w:t>
      </w:r>
    </w:p>
    <w:p>
      <w:r>
        <w:rPr>
          <w:b/>
        </w:rPr>
        <w:t xml:space="preserve">[34:08] </w:t>
      </w:r>
      <w:r>
        <w:t>. "Wa alaika anabna. "And to You we turn in repentance. "Wa alaika al-masir. "And to You is the final return.</w:t>
      </w:r>
    </w:p>
    <w:p>
      <w:pPr>
        <w:jc w:val="right"/>
      </w:pPr>
      <w:r>
        <w:t>۔"وال یکان بنا۔ "اینڈٹویو وی ٹرن انریپینڈنس ۔"وال یک المس یر ۔"اینڈٹویو ازدا فائنلریٹرن ۔</w:t>
      </w:r>
    </w:p>
    <w:p>
      <w:r>
        <w:rPr>
          <w:b/>
        </w:rPr>
        <w:t xml:space="preserve">[34:20] </w:t>
      </w:r>
      <w:r>
        <w:t>Ibrahim (AS), if you see his life, he placed his complete trust in God.</w:t>
      </w:r>
    </w:p>
    <w:p>
      <w:pPr>
        <w:jc w:val="right"/>
      </w:pPr>
      <w:r>
        <w:t>ابراہیمعلیہالسلام ، افیوسی ہزلائف ، ہی پلیسڈ ہز کمپلیٹ ٹرسٹ انگاڈ۔</w:t>
      </w:r>
    </w:p>
    <w:p>
      <w:r>
        <w:rPr>
          <w:b/>
        </w:rPr>
        <w:t xml:space="preserve">[34:32] </w:t>
      </w:r>
      <w:r>
        <w:t>His father expelled him from them, from his home. His father expelled him from his home. The king threw him into fire, and ultimately he was forced to leave his own hometown.</w:t>
      </w:r>
    </w:p>
    <w:p>
      <w:pPr>
        <w:jc w:val="right"/>
      </w:pPr>
      <w:r>
        <w:t>ہزفادر ایکسپیلڈہم فرامہوم ،فرامہزہوم ۔ہزفادر ایکسپیلڈہمفرامہزہوم۔ داکنگ تھروہمانٹودافائر ،اینڈ الٹیمیٹلی ہیواز فورسڈ ٹولیوہز اونہومٹاؤن۔</w:t>
      </w:r>
    </w:p>
    <w:p>
      <w:r>
        <w:rPr>
          <w:b/>
        </w:rPr>
        <w:t xml:space="preserve">[34:49] </w:t>
      </w:r>
      <w:r>
        <w:t>But throughout his life, he kept his complete trust in Allah. That is why God helped him at every step.</w:t>
      </w:r>
    </w:p>
    <w:p>
      <w:pPr>
        <w:jc w:val="right"/>
      </w:pPr>
      <w:r>
        <w:t>بٹتھرواؤٹہزلائف ،ہیپٹہز کمپلیٹ ٹرسٹاناللہ ۔ دیٹازوائیگاڈ ہیلپہم ایٹایوریسٹیپ ۔</w:t>
      </w:r>
    </w:p>
    <w:p>
      <w:r>
        <w:rPr>
          <w:b/>
        </w:rPr>
        <w:t xml:space="preserve">[34:59] </w:t>
      </w:r>
      <w:r>
        <w:t>He had no support, no financial, no material support, yet he fully trusted God, and God helped him in miraculous ways.</w:t>
      </w:r>
    </w:p>
    <w:p>
      <w:pPr>
        <w:jc w:val="right"/>
      </w:pPr>
      <w:r>
        <w:t>ہیہیڈنو سپور ٹر،نو فائن نشل،نو مٹیریلسپورٹ ،یٹ ہی ف لی ٹرسٹڈ گاڈ ،اینڈگاڈ ہیلپہم ان میراکولسویز۔</w:t>
      </w:r>
    </w:p>
    <w:p>
      <w:r>
        <w:rPr>
          <w:b/>
        </w:rPr>
        <w:t xml:space="preserve">[35:12] </w:t>
      </w:r>
      <w:r>
        <w:t>So trust in God is so important.</w:t>
      </w:r>
    </w:p>
    <w:p>
      <w:pPr>
        <w:jc w:val="right"/>
      </w:pPr>
      <w:r>
        <w:t>سوٹرسٹان گاڈ از سوامپورٹنٹ ۔</w:t>
      </w:r>
    </w:p>
    <w:p>
      <w:r>
        <w:rPr>
          <w:b/>
        </w:rPr>
        <w:t xml:space="preserve">[35:15] </w:t>
      </w:r>
      <w:r>
        <w:t>This is a crucial message that we learn from the life of Prophet Ibrahim (AS). "Rabbana atina min ladunka rahmatan.</w:t>
      </w:r>
    </w:p>
    <w:p>
      <w:pPr>
        <w:jc w:val="right"/>
      </w:pPr>
      <w:r>
        <w:t>دساز اےکروشل میس ج دیٹوی لرن فر ام دی لائفاف پرافٹابراہیم علیہالسلام۔ "رب نا اط معلنا نور نا۔</w:t>
      </w:r>
    </w:p>
    <w:p>
      <w:r>
        <w:rPr>
          <w:b/>
        </w:rPr>
        <w:t xml:space="preserve">[35:27] </w:t>
      </w:r>
      <w:r>
        <w:t>"O Lord, perfect our guidance for us. "Waghfir lana. "And forgive us. "Inna ala kulli shay'in qadeer. "You have power over all things." This is a profound verse.</w:t>
      </w:r>
    </w:p>
    <w:p>
      <w:pPr>
        <w:jc w:val="right"/>
      </w:pPr>
      <w:r>
        <w:t>"لارڈ،پرفیکٹار لائٹفار اس۔ "وغفرلنا اینڈفورگی وس۔ "ان کعلی کل شی قد یر۔ یوہیو پاور اوور ال تھنگز ۔دسازاےپراؤنڈ ورس۔</w:t>
      </w:r>
    </w:p>
    <w:p>
      <w:r>
        <w:rPr>
          <w:b/>
        </w:rPr>
        <w:t xml:space="preserve">[35:43] </w:t>
      </w:r>
      <w:r>
        <w:t>It says that the inner personality, the reality of a person will be revealed on the Day of Judgement. Today people cannot see, or can only partially see our outer personality.</w:t>
      </w:r>
    </w:p>
    <w:p>
      <w:pPr>
        <w:jc w:val="right"/>
      </w:pPr>
      <w:r>
        <w:t>اٹسیز دی ٹدا انرپرسن یل ٹی اف اےپر سن ول بیریویلڈانداڈےافججمنٹ ۔ٹوڈےپی پل کینناٹسی اور کیناونلیسی اور اؤٹرپرسن یل ٹی۔</w:t>
      </w:r>
    </w:p>
    <w:p>
      <w:r>
        <w:rPr>
          <w:b/>
        </w:rPr>
        <w:t xml:space="preserve">[35:59] </w:t>
      </w:r>
      <w:r>
        <w:t>They cannot see our inner personality. And the Day of Judgement, when God will appear, we will stand before Him. Our entire inner personality will be exposed</w:t>
      </w:r>
    </w:p>
    <w:p>
      <w:pPr>
        <w:jc w:val="right"/>
      </w:pPr>
      <w:r>
        <w:t>دےکینناٹسیاور انر پرسن یل ٹی۔ اندا ڈےاف ججمنٹ ، وین گاڈول اپیئر ،ویول سٹینڈ بیفورہم ۔اور انٹائر انر پرسن یل ٹیولبیایکسپوزڈ</w:t>
      </w:r>
    </w:p>
    <w:p>
      <w:r>
        <w:rPr>
          <w:b/>
        </w:rPr>
        <w:t xml:space="preserve">[36:14] </w:t>
      </w:r>
      <w:r>
        <w:t>. Today it is hidden, it is, it is, it remains hidden. But on the Day of Judgement, it will manifest in some kind of light.</w:t>
      </w:r>
    </w:p>
    <w:p>
      <w:pPr>
        <w:jc w:val="right"/>
      </w:pPr>
      <w:r>
        <w:t>۔ٹوڈےاٹازرڈن،اٹاز،اٹاز،اٹریمینز ہڈن۔ بٹانداڈےافججمنٹ ، اٹول مینیفیسٹ ان سمکائنڈاف لائٹ ۔</w:t>
      </w:r>
    </w:p>
    <w:p>
      <w:r>
        <w:rPr>
          <w:b/>
        </w:rPr>
        <w:t xml:space="preserve">[36:28] </w:t>
      </w:r>
      <w:r>
        <w:t>the better the inner person will be, the more light will shine. The noor will appear on person's face, hands, feet, and entire body.</w:t>
      </w:r>
    </w:p>
    <w:p>
      <w:pPr>
        <w:jc w:val="right"/>
      </w:pPr>
      <w:r>
        <w:t>دی بیٹر دا انرپرسن یل ٹی،دامور لائٹول شائن۔ دا نور ول اپیئران پرسنز ف یس ، ہینڈز، فی ٹ، انٹائربا ڈی۔</w:t>
      </w:r>
    </w:p>
    <w:p>
      <w:r>
        <w:rPr>
          <w:b/>
        </w:rPr>
        <w:t xml:space="preserve">[36:43] </w:t>
      </w:r>
      <w:r>
        <w:t>so the inner personality will take some kind of form, some kind of shape. and this is, this is an astonishing concept that Maulana Wahiduddin Khan has explained in his writings.</w:t>
      </w:r>
    </w:p>
    <w:p>
      <w:pPr>
        <w:jc w:val="right"/>
      </w:pPr>
      <w:r>
        <w:t>سوداانر پرسنیل ٹیول ٹیک سمکائنڈاف فار م ، سمکائنڈاف شیپ ۔اینڈدساز ،دساز این اسٹونشنگ کانسیپٹدیٹ مول اناوحیدالدینخان ہیزایکسپلینڈانہزرائٹنگز۔</w:t>
      </w:r>
    </w:p>
    <w:p>
      <w:r>
        <w:rPr>
          <w:b/>
        </w:rPr>
        <w:t xml:space="preserve">[37:02] </w:t>
      </w:r>
      <w:r>
        <w:t>so those moments of deep realization and closeness to God, which only God knows, will become evident for all.</w:t>
      </w:r>
    </w:p>
    <w:p>
      <w:pPr>
        <w:jc w:val="right"/>
      </w:pPr>
      <w:r>
        <w:t>سو دوز مومنٹساف ڈیپ ریلائزی شن اینڈ کلوز نسٹوگاڈ ،وچاونلیگاڈنوز ،ول بیکم ایویڈنٹفارال</w:t>
      </w:r>
    </w:p>
    <w:p>
      <w:r>
        <w:rPr>
          <w:b/>
        </w:rPr>
        <w:t xml:space="preserve">[37:14] </w:t>
      </w:r>
      <w:r>
        <w:t>. who can, who can know the moment of profound ma'rifah we experience. but in that day, in the day of judgment, it will be clear for everyone to see. so this is a very amazing concept which Maulana has explained in his writings.</w:t>
      </w:r>
    </w:p>
    <w:p>
      <w:pPr>
        <w:jc w:val="right"/>
      </w:pPr>
      <w:r>
        <w:t>۔ ہو کین ،ہو کیننو دا مومنٹاف پراؤنڈ مع رفہ ویایکسپیرینس۔ بٹ ان دیٹ ڈے، انداڈےافججمنٹ ،اٹول بی کلی ئر فار ایوریونٹوسی ۔سودسازاےویری امیزنگ کانسیپٹ و چمول انا ہیز ایکسپلینڈ انہزرائٹنگز۔</w:t>
      </w:r>
    </w:p>
    <w:p>
      <w:r>
        <w:rPr>
          <w:b/>
        </w:rPr>
        <w:t xml:space="preserve">[37:36] </w:t>
      </w:r>
      <w:r>
        <w:t>this is the prayer of Isa alaihissalam. actually, the followers of Isa alaihissalam, the followers of Jesus, the disciples, were passing through very difficult times. so they requested Jesus to pray for them for food from heaven.</w:t>
      </w:r>
    </w:p>
    <w:p>
      <w:pPr>
        <w:jc w:val="right"/>
      </w:pPr>
      <w:r>
        <w:t>دسازدا پریراف عیسیعلیہالسلام ۔ ایکچولی، دا فالوورزاف عیسیعلیہالسلام،دافالوورزافجیسس، داڈسائپلز ،وارپاسنگتھرو ویریڈیفیکلٹ ٹائم ۔سودےریکویسٹڈ جیسسٹوپریفار دیم فار فوڈفرامہی ون۔</w:t>
      </w:r>
    </w:p>
    <w:p>
      <w:r>
        <w:rPr>
          <w:b/>
        </w:rPr>
        <w:t xml:space="preserve">[37:58] </w:t>
      </w:r>
      <w:r>
        <w:t>so Jesus said, "Don't ask me to do this kind of prayer." but they insisted, they kept on insisting.</w:t>
      </w:r>
    </w:p>
    <w:p>
      <w:pPr>
        <w:jc w:val="right"/>
      </w:pPr>
      <w:r>
        <w:t>سوجیسسسیڈ،"ڈونٹ اسک می ٹوڈو دسکائنڈاف پریر۔" بٹدےانسسٹڈ،دےکیپٹان انسسٹنگ ۔</w:t>
      </w:r>
    </w:p>
    <w:p>
      <w:r>
        <w:rPr>
          <w:b/>
        </w:rPr>
        <w:t xml:space="preserve">[38:06] </w:t>
      </w:r>
      <w:r>
        <w:t>so Jesus prayed, "Qala Isa ibn Maryam: Rabbana anzil 'alayna ma'idatan min as-sama'."</w:t>
      </w:r>
    </w:p>
    <w:p>
      <w:pPr>
        <w:jc w:val="right"/>
      </w:pPr>
      <w:r>
        <w:t>سو جیسس پریڈ ،"قال عیسیابن مریم :اللہ م ربنا انزلعلینامائدۃ من السماء۔</w:t>
      </w:r>
    </w:p>
    <w:p>
      <w:r>
        <w:rPr>
          <w:b/>
        </w:rPr>
        <w:t xml:space="preserve">[38:17] </w:t>
      </w:r>
      <w:r>
        <w:t>"Jesus son of Mary said, "O God, our Lord, send down for us a table spread with food from heaven."</w:t>
      </w:r>
    </w:p>
    <w:p>
      <w:pPr>
        <w:jc w:val="right"/>
      </w:pPr>
      <w:r>
        <w:t>"جیسس سنافمیریسیڈ، "اوگاڈ،اور لارڈ، سینڈڈاؤنفاراس اےٹیبل سپریڈ ودفوڈفرامہی ون۔</w:t>
      </w:r>
    </w:p>
    <w:p>
      <w:r>
        <w:rPr>
          <w:b/>
        </w:rPr>
        <w:t xml:space="preserve">[38:28] </w:t>
      </w:r>
      <w:r>
        <w:t>"takun 'eedan li awwalina</w:t>
      </w:r>
    </w:p>
    <w:p>
      <w:pPr>
        <w:jc w:val="right"/>
      </w:pPr>
      <w:r>
        <w:t>"تکن ع یدالا ول نا وا خر نا ،وایۃ</w:t>
      </w:r>
    </w:p>
    <w:p>
      <w:r>
        <w:rPr>
          <w:b/>
        </w:rPr>
        <w:t xml:space="preserve">[38:33] </w:t>
      </w:r>
      <w:r>
        <w:t>mina, so that it may be a feast for us, for the first of us, and for the last of us, a sign from You."</w:t>
      </w:r>
    </w:p>
    <w:p>
      <w:pPr>
        <w:jc w:val="right"/>
      </w:pPr>
      <w:r>
        <w:t>منک، سو دیٹ اٹمی بی اےفیسٹ فار اس ،فار دیفرسٹ اف اس،اینڈ فاردالاسٹافاس ، اےسائنفرامیو۔</w:t>
      </w:r>
    </w:p>
    <w:p>
      <w:r>
        <w:rPr>
          <w:b/>
        </w:rPr>
        <w:t xml:space="preserve">[38:45] </w:t>
      </w:r>
      <w:r>
        <w:t>wa rizqana wa anta khayr ar-raziqeen. Give us our sustenance, for You are the best sustainers, best of sustainers."</w:t>
      </w:r>
    </w:p>
    <w:p>
      <w:pPr>
        <w:jc w:val="right"/>
      </w:pPr>
      <w:r>
        <w:t>ورز قنا وانت خیر الرازقین۔ گیواس اور سسٹیننس ،فار یو اردابیسٹ سسٹینرز ،بیسٹ اف سسٹینرز۔</w:t>
      </w:r>
    </w:p>
    <w:p>
      <w:r>
        <w:rPr>
          <w:b/>
        </w:rPr>
        <w:t xml:space="preserve">[38:58] </w:t>
      </w:r>
      <w:r>
        <w:t>so the angels brought a table spread full of delicious food.</w:t>
      </w:r>
    </w:p>
    <w:p>
      <w:pPr>
        <w:jc w:val="right"/>
      </w:pPr>
      <w:r>
        <w:t>سو دااینجلزبراٹ ٹیبل سپریڈ فل اف ڈیلشیسفوڈ ۔</w:t>
      </w:r>
    </w:p>
    <w:p>
      <w:r>
        <w:rPr>
          <w:b/>
        </w:rPr>
        <w:t xml:space="preserve">[39:07] </w:t>
      </w:r>
      <w:r>
        <w:t>there is a very good lesson for all of us here.</w:t>
      </w:r>
    </w:p>
    <w:p>
      <w:pPr>
        <w:jc w:val="right"/>
      </w:pPr>
      <w:r>
        <w:t>دیرازاےویری گڈلیسنفار ال افاس ہیر</w:t>
      </w:r>
    </w:p>
    <w:p>
      <w:r>
        <w:rPr>
          <w:b/>
        </w:rPr>
        <w:t xml:space="preserve">[39:11] </w:t>
      </w:r>
      <w:r>
        <w:t>. if we contemplate, we will realize that everything that we have, food and water and air, everything is, all these things, actually there is no difference from the table spread that was brought to Jesus.</w:t>
      </w:r>
    </w:p>
    <w:p>
      <w:pPr>
        <w:jc w:val="right"/>
      </w:pPr>
      <w:r>
        <w:t>۔اف وی کنٹیمپلیٹ ،ویول ریلائز دی ٹ ای وریتھنگدیٹوی ہیو، فوڈ اینڈ وا ٹر اینڈ ای ئر ،ایوریتھنگ از ،ال دیزتھنگز ،ایکچولیدیرازنوڈیفرنس فرامدا ٹیبل سپریڈ دیٹوازبراٹ ٹوجیسس۔</w:t>
      </w:r>
    </w:p>
    <w:p>
      <w:r>
        <w:rPr>
          <w:b/>
        </w:rPr>
        <w:t xml:space="preserve">[39:39] </w:t>
      </w:r>
      <w:r>
        <w:t>so we should generalize this and make it our personal dua, saying God, just as You provided heavenly food for disciples,</w:t>
      </w:r>
    </w:p>
    <w:p>
      <w:pPr>
        <w:jc w:val="right"/>
      </w:pPr>
      <w:r>
        <w:t>دسویشوڈ جنرلائز دس اینڈمیکاٹاور پرسنلدعا، سینگگاڈ ، جسٹ ایزیوپرووائیڈڈ ہیونلیفوڈفار ڈسائپلز،</w:t>
      </w:r>
    </w:p>
    <w:p>
      <w:r>
        <w:rPr>
          <w:b/>
        </w:rPr>
        <w:t xml:space="preserve">[39:55] </w:t>
      </w:r>
      <w:r>
        <w:t>in the same way You are providing us food, water, air, everything we need, in a similar miraculous way.</w:t>
      </w:r>
    </w:p>
    <w:p>
      <w:pPr>
        <w:jc w:val="right"/>
      </w:pPr>
      <w:r>
        <w:t>اندا سیموےیوارپرووائیڈنگاسفوڈ ،وا ٹر ، ایئر، ایوریتھنگ وینیڈ ،اناےسمیلرلی میراکولسوے۔</w:t>
      </w:r>
    </w:p>
    <w:p>
      <w:r>
        <w:rPr>
          <w:b/>
        </w:rPr>
        <w:t xml:space="preserve">[40:07] </w:t>
      </w:r>
      <w:r>
        <w:t>so in this way, the soul is inspired, and we will recognize Allah as a great benefactor, as a great giver. so the soul is inspired to realize that God is taking care of us, care of every single need, and He is taking care of every single individual. He is taking care of every single need of us.</w:t>
      </w:r>
    </w:p>
    <w:p>
      <w:pPr>
        <w:jc w:val="right"/>
      </w:pPr>
      <w:r>
        <w:t>سو اندسوے، دیورسول انسپائریو، اینڈیوولریکگنائز اللہ ایزاےگریٹبینیفیکٹر، ایزاےگریٹ گیور ۔سودسول انسپائریو ٹو ریلائز دیٹگاڈازٹیکنگ کیئراف اس ،کیئر اف ای وری سنگ لنی ڈ ،اینڈہیازٹیکنگ کیئراف ای وریسنگ ل انڈیویج ول ۔ہیازٹیکنگ کیئراف ایوریسنگ لنیڈاف اس</w:t>
      </w:r>
    </w:p>
    <w:p>
      <w:r>
        <w:rPr>
          <w:b/>
        </w:rPr>
        <w:t xml:space="preserve">[40:37] </w:t>
      </w:r>
      <w:r>
        <w:t>. so this realization will inspire us to pray, our Lord, You have taken care of us in this world. Will You not take care of us in the hereafter as well?</w:t>
      </w:r>
    </w:p>
    <w:p>
      <w:pPr>
        <w:jc w:val="right"/>
      </w:pPr>
      <w:r>
        <w:t>۔سو دس ریلائزی شن ول انسپائر اسٹوپری ،اور لارڈ ،یوہیوٹیکن کیئراف اس ان دسورلڈ ۔ولیوناٹٹیککیئراف اس اندا ہیرافٹرایزویل؟</w:t>
      </w:r>
    </w:p>
    <w:p>
      <w:r>
        <w:rPr>
          <w:b/>
        </w:rPr>
        <w:t xml:space="preserve">[40:50] </w:t>
      </w:r>
      <w:r>
        <w:t>so this is a very amazing dua.</w:t>
      </w:r>
    </w:p>
    <w:p>
      <w:pPr>
        <w:jc w:val="right"/>
      </w:pPr>
      <w:r>
        <w:t>سودسازاےویری امیزنگ دعا۔</w:t>
      </w:r>
    </w:p>
    <w:p>
      <w:r>
        <w:rPr>
          <w:b/>
        </w:rPr>
        <w:t xml:space="preserve">[40:56] </w:t>
      </w:r>
      <w:r>
        <w:t>Rabbana, Rabbana ighfir lana wali ikhwani nalladheena sabaqoona bil imani.</w:t>
      </w:r>
    </w:p>
    <w:p>
      <w:pPr>
        <w:jc w:val="right"/>
      </w:pPr>
      <w:r>
        <w:t>ربنا ،ربنااغفر لنا والی اخوانناالذ ین سب قون بالای مان۔</w:t>
      </w:r>
    </w:p>
    <w:p>
      <w:r>
        <w:rPr>
          <w:b/>
        </w:rPr>
        <w:t xml:space="preserve">[41:03] </w:t>
      </w:r>
      <w:r>
        <w:t>Our Lord, forgive us and our brothers who preceded us in faith.</w:t>
      </w:r>
    </w:p>
    <w:p>
      <w:pPr>
        <w:jc w:val="right"/>
      </w:pPr>
      <w:r>
        <w:t>اور لارڈ ،فورگی واس اینڈاوربرادرز ہو پریسیڈڈاس ان فیتھ ۔</w:t>
      </w:r>
    </w:p>
    <w:p>
      <w:r>
        <w:rPr>
          <w:b/>
        </w:rPr>
        <w:t xml:space="preserve">[41:11] </w:t>
      </w:r>
      <w:r>
        <w:t>Wa la taj'al fi quloobina ghillan lilladheena amanu, and leave no malice in our hearts towards those who believe. Rabbana innaka ra'oofun raheem.</w:t>
      </w:r>
    </w:p>
    <w:p>
      <w:pPr>
        <w:jc w:val="right"/>
      </w:pPr>
      <w:r>
        <w:t>ولا تج عل فیقلوب ناغلاللذینامنو، اینڈلیو نو میل ساناورہارٹس ٹورڈزدوز ہو بیلیو ۔ربنا ان ک رؤوف الرحیم۔</w:t>
      </w:r>
    </w:p>
    <w:p>
      <w:r>
        <w:rPr>
          <w:b/>
        </w:rPr>
        <w:t xml:space="preserve">[41:25] </w:t>
      </w:r>
      <w:r>
        <w:t>Our Lord, You are indeed Compassionate and Merciful."</w:t>
      </w:r>
    </w:p>
    <w:p>
      <w:pPr>
        <w:jc w:val="right"/>
      </w:pPr>
      <w:r>
        <w:t>اور لارڈ ،یوارانڈیڈ کمپیشن ٹ اینڈمرسیفل ۔</w:t>
      </w:r>
    </w:p>
    <w:p>
      <w:r>
        <w:rPr>
          <w:b/>
        </w:rPr>
        <w:t xml:space="preserve">[41:31] </w:t>
      </w:r>
      <w:r>
        <w:t>This is an important dua for the social life. Sometimes we harbor hatred, negativity, ill feelings, animosity towards others. But this dua teaches us that we should strive to remove all such negativity from our hearts towards people.</w:t>
      </w:r>
    </w:p>
    <w:p>
      <w:pPr>
        <w:jc w:val="right"/>
      </w:pPr>
      <w:r>
        <w:t>دساز اےامپورٹنٹ دعافار داسوشللائف ۔سم ٹائمز وی ہاربر ہیٹریڈ، نیگیٹیو ٹی، الفیل نگ، اینیم وس ٹی ٹورڈزادر ۔بٹدسدعاٹیچزاس دیٹویشوڈ اسٹرائیو ٹوریموو ال سچنیگیٹیو ٹی فراماور ہارٹسٹورڈزپیپل</w:t>
      </w:r>
    </w:p>
    <w:p>
      <w:r>
        <w:rPr>
          <w:b/>
        </w:rPr>
        <w:t xml:space="preserve">[41:53] </w:t>
      </w:r>
      <w:r>
        <w:t>. In the day of judgment, any hatred, any bitterness, any resentment we held for others will be revealed.</w:t>
      </w:r>
    </w:p>
    <w:p>
      <w:pPr>
        <w:jc w:val="right"/>
      </w:pPr>
      <w:r>
        <w:t>۔ انداڈےافججمنٹ ، اینی ہیٹریڈ ،اینی بٹرنس ،اینی ریزنٹمنٹ ویہیلڈفارادرزولبیریویلڈ۔</w:t>
      </w:r>
    </w:p>
    <w:p>
      <w:r>
        <w:rPr>
          <w:b/>
        </w:rPr>
        <w:t xml:space="preserve">[42:03] </w:t>
      </w:r>
      <w:r>
        <w:t>so as we try to decline our hearts now</w:t>
      </w:r>
    </w:p>
    <w:p>
      <w:pPr>
        <w:jc w:val="right"/>
      </w:pPr>
      <w:r>
        <w:t>سواٹازبی ٹر دیٹوی کل ینز اور ہارٹسناو</w:t>
      </w:r>
    </w:p>
    <w:p>
      <w:r>
        <w:rPr>
          <w:b/>
        </w:rPr>
        <w:t xml:space="preserve">[42:11] </w:t>
      </w:r>
      <w:r>
        <w:t>unrecorded videos which Maulana recorded, maybe not towards his last days, he said,</w:t>
      </w:r>
    </w:p>
    <w:p>
      <w:pPr>
        <w:jc w:val="right"/>
      </w:pPr>
      <w:r>
        <w:t>۔ونافدی ویڈیوز وچ مول اناریکارڈڈ، میبی ناٹ ٹورڈزہز لاسٹ ڈی ز ،ہیسیڈ،</w:t>
      </w:r>
    </w:p>
    <w:p>
      <w:r>
        <w:rPr>
          <w:b/>
        </w:rPr>
        <w:t xml:space="preserve">[42:26] </w:t>
      </w:r>
      <w:r>
        <w:t>"My last discovery is the tale of an estate where my heart is free from all hate, from all negativity,</w:t>
      </w:r>
    </w:p>
    <w:p>
      <w:pPr>
        <w:jc w:val="right"/>
      </w:pPr>
      <w:r>
        <w:t>"مائیلاسٹ ڈسکوری ازدیٹائیلیودسورلڈان اےسٹیٹ ویرمائی ہارٹ از ف ری فر ام ال ہی ٹ ،فرامال نیگیٹیو ٹی ،</w:t>
      </w:r>
    </w:p>
    <w:p>
      <w:r>
        <w:rPr>
          <w:b/>
        </w:rPr>
        <w:t xml:space="preserve">[42:39] </w:t>
      </w:r>
      <w:r>
        <w:t>no ill feeling or animosity left in my heart for anyone. This is very important because if you have animosity, if you have negative feelings for people, how can you feel like delivering the message of God to them?</w:t>
      </w:r>
    </w:p>
    <w:p>
      <w:pPr>
        <w:jc w:val="right"/>
      </w:pPr>
      <w:r>
        <w:t>نو ال فیل نگ اور این یموس ٹیلیفٹانمائیہارٹ فاراینیون۔" دسازویری امپورٹنٹ بیکاز افیوول ہیو این یموس ٹی،افیوہیونیگیٹیوفیلنگفارپیپل ،ہاؤیوکین فیل لائک ڈیلیورنگدامیسجاف گاڈٹودیم</w:t>
      </w:r>
    </w:p>
    <w:p>
      <w:r>
        <w:rPr>
          <w:b/>
        </w:rPr>
        <w:t xml:space="preserve">[43:01] </w:t>
      </w:r>
      <w:r>
        <w:t>So far as I, it is very important that he should remove all kinds of negative things from his heart. And this is a dua of those angels who are carrying the throne of God. They are the mightiest angels God has created, and they are praying for us.</w:t>
      </w:r>
    </w:p>
    <w:p>
      <w:pPr>
        <w:jc w:val="right"/>
      </w:pPr>
      <w:r>
        <w:t>؟سوفار اےدائی،اٹ از ویری امپورٹنٹدیٹ ہیشوڈ ریموو ال کائنڈاف نیگیٹیو ٹیز فر ام ہزہارٹ ۔اینڈدساز اے دعا اف دوز اینجلزہوکی رینگدا تھرونافگاڈ۔دےاردا مائٹی سٹ اینجل زگاڈہیز کریٹڈ ،اینڈدےارپرینگفاراس</w:t>
      </w:r>
    </w:p>
    <w:p>
      <w:r>
        <w:rPr>
          <w:b/>
        </w:rPr>
        <w:t xml:space="preserve">[43:24] </w:t>
      </w:r>
      <w:r>
        <w:t>.rab na, wadkhal hum jannat adni, adni uat hum. aur lord, admit dem todai eternal garden, wichuvheyuprumistodaim. wumansulhman ab aham wazwaj hum wazriyat hum, alon gwoddierrightsparents, spausz andchildren</w:t>
      </w:r>
    </w:p>
    <w:p>
      <w:pPr>
        <w:jc w:val="right"/>
      </w:pPr>
      <w:r>
        <w:t>۔ رب نا ،ودخل ہم جن ات اد نی ،ادنیو عت ہم۔ اور لارڈ، ایڈمٹ دیم ٹوداایٹرنلگارڈن، وچیوہیوپرومس ٹودیم ۔ومن سلحمن اب اہم وازواج ہم وذریات ہم، الونگوددیررائٹسپیرنٹس ،سپاؤسز اینڈچلڈرن</w:t>
      </w:r>
    </w:p>
    <w:p>
      <w:r>
        <w:rPr>
          <w:b/>
        </w:rPr>
        <w:t xml:space="preserve">[43:48] </w:t>
      </w:r>
      <w:r>
        <w:t>.un kant al aziz al hakim. You are almighty, the wise. This is the dua of the angels who pray for us, for human beings.</w:t>
      </w:r>
    </w:p>
    <w:p>
      <w:pPr>
        <w:jc w:val="right"/>
      </w:pPr>
      <w:r>
        <w:t>۔ ان کانت العزیز الحکیم۔ یوالون اردیمائٹی، داوائز۔ دسازدا دعاافدا اینجل ز ہو پرینگفاراس ،فار ہیومنبین گز۔</w:t>
      </w:r>
    </w:p>
    <w:p>
      <w:r>
        <w:rPr>
          <w:b/>
        </w:rPr>
        <w:t xml:space="preserve">[44:04] </w:t>
      </w:r>
      <w:r>
        <w:t>and these angels are the, are among the greatest angels God has created, as they are the ones who are carrying the throne of God</w:t>
      </w:r>
    </w:p>
    <w:p>
      <w:pPr>
        <w:jc w:val="right"/>
      </w:pPr>
      <w:r>
        <w:t>اینڈدیز اینجل ز ار دی ار امنگدا گریٹسٹ اینجلز گاڈہیزکریٹڈ، ایزدےارداونزہو کیرینگداتھرونافگاڈ</w:t>
      </w:r>
    </w:p>
    <w:p>
      <w:r>
        <w:rPr>
          <w:b/>
        </w:rPr>
        <w:t xml:space="preserve">[44:16] </w:t>
      </w:r>
      <w:r>
        <w:t>.You can imagine how glorious and how magnificent these angels must be. Prophet Muhammad sallallahu alaihi wasallam once said to the Sahaba that, "If you give me permission to tell you about the angels who are carrying the throne of God,</w:t>
      </w:r>
    </w:p>
    <w:p>
      <w:pPr>
        <w:jc w:val="right"/>
      </w:pPr>
      <w:r>
        <w:t>۔یوکینامیجن ہاؤ کلوز اینڈہاؤ میگنیفیسنٹ دیز اینجل ز مسٹ بی۔ پرافٹمحمد صلیاللہعلیہوسلم ونسیڈٹودا صحابہ دیٹائیہیوگیون پرمیشنٹوٹیلیو اباؤٹدا اینجلزہو کیرینگدا تھرونافگاڈ۔</w:t>
      </w:r>
    </w:p>
    <w:p>
      <w:r>
        <w:rPr>
          <w:b/>
        </w:rPr>
        <w:t xml:space="preserve">[44:35] </w:t>
      </w:r>
      <w:r>
        <w:t>prophet said that the distance from the distance from their earlobe to their shoulder, like this distance, like sixty-one inches in our case, the distance from their earlobe to their shoulder is a journey of seven hundred years. So we can imagine how great and massive these angels are.</w:t>
      </w:r>
    </w:p>
    <w:p>
      <w:pPr>
        <w:jc w:val="right"/>
      </w:pPr>
      <w:r>
        <w:t>پرافٹسیڈ دیٹدا ڈسٹنس فر ام دا ڈسٹنسفرامدیر ایئرلوب ٹودیرشولڈر، لائکدسڈسٹنس،لائک سکسسیونان چز اناور کیس، داڈسٹنس فرام دیر ایئرلوب ٹودیرشولڈر از اےجرنیاف سیون ہنڈرڈایئرز ۔سویوکینامی جن ہاؤ گریٹاینڈمیسو دیز اینجلزار ۔</w:t>
      </w:r>
    </w:p>
    <w:p>
      <w:r>
        <w:rPr>
          <w:b/>
        </w:rPr>
        <w:t xml:space="preserve">[45:00] </w:t>
      </w:r>
      <w:r>
        <w:t>anddearamangdaniyarstaf allah.</w:t>
      </w:r>
    </w:p>
    <w:p>
      <w:pPr>
        <w:jc w:val="right"/>
      </w:pPr>
      <w:r>
        <w:t>اینڈدےارامنگدانیئرسٹاف اللہ ۔</w:t>
      </w:r>
    </w:p>
    <w:p>
      <w:r>
        <w:rPr>
          <w:b/>
        </w:rPr>
        <w:t xml:space="preserve">[45:04] </w:t>
      </w:r>
      <w:r>
        <w:t>dear praying for humans, asking God to admit them in the Garden of Eden, along with their parents, their spouses and children.</w:t>
      </w:r>
    </w:p>
    <w:p>
      <w:pPr>
        <w:jc w:val="right"/>
      </w:pPr>
      <w:r>
        <w:t>دےارپرینگ فار ہیومنز ،اسکنگگاڈ ٹوایڈمٹ دیم اندا گارڈناف ایڈن، الونگوددیرپیرنٹس،دیرسپاؤسز اینڈ چلڈرن۔</w:t>
      </w:r>
    </w:p>
    <w:p>
      <w:r>
        <w:rPr>
          <w:b/>
        </w:rPr>
        <w:t xml:space="preserve">[45:17] </w:t>
      </w:r>
      <w:r>
        <w:t>And this is the dua of Musa alaihissalam. When he was in very difficult state, Firaun wanted to arrest him, and he had to flee from the palace.</w:t>
      </w:r>
    </w:p>
    <w:p>
      <w:pPr>
        <w:jc w:val="right"/>
      </w:pPr>
      <w:r>
        <w:t>اینڈدساز دی دعا اف موسی علیہالسلام ۔ وینہی واز انویریڈیفیکلٹ سٹیٹ ،فی رو وانٹڈٹو اریسٹہم ،اینڈہی ہیڈٹو فلیڈ فرامدی پیلس ۔</w:t>
      </w:r>
    </w:p>
    <w:p>
      <w:r>
        <w:rPr>
          <w:b/>
        </w:rPr>
        <w:t xml:space="preserve">[45:37] </w:t>
      </w:r>
      <w:r>
        <w:t>He left from the past, nothing, nothing.</w:t>
      </w:r>
    </w:p>
    <w:p>
      <w:pPr>
        <w:jc w:val="right"/>
      </w:pPr>
      <w:r>
        <w:t>ہی لیفٹفرام دی پیلس بیرفٹ ،نومنی، نتھنگ</w:t>
      </w:r>
    </w:p>
    <w:p>
      <w:r>
        <w:rPr>
          <w:b/>
        </w:rPr>
        <w:t xml:space="preserve">[45:43] </w:t>
      </w:r>
      <w:r>
        <w:t>And he traveled across the Sinai Desert and reached to the town which is called Madain.</w:t>
      </w:r>
    </w:p>
    <w:p>
      <w:pPr>
        <w:jc w:val="right"/>
      </w:pPr>
      <w:r>
        <w:t>۔اینڈہی ٹریولڈ اکراس دا سین ائی ڈیزرٹ اینڈریچڈ ٹودا ٹاؤنوچازکالڈمد ین۔</w:t>
      </w:r>
    </w:p>
    <w:p>
      <w:r>
        <w:rPr>
          <w:b/>
        </w:rPr>
        <w:t xml:space="preserve">[45:54] </w:t>
      </w:r>
      <w:r>
        <w:t>and their house told his standing there, and they wanted to water their animals. And Moses helped these ladies and water their animals.</w:t>
      </w:r>
    </w:p>
    <w:p>
      <w:pPr>
        <w:jc w:val="right"/>
      </w:pPr>
      <w:r>
        <w:t>اینڈدیرہی ساؤ ٹولیڈیز سٹینڈنگ دیر ،اینڈدےوانٹڈٹو واٹر دیراین یملز ۔اینڈموسی زہیلپڈ دوز لیڈیز اینڈوا ٹرڈ دیراینیملز۔</w:t>
      </w:r>
    </w:p>
    <w:p>
      <w:r>
        <w:rPr>
          <w:b/>
        </w:rPr>
        <w:t xml:space="preserve">[46:06] </w:t>
      </w:r>
      <w:r>
        <w:t>and he went and lay down under the shade of a tree. And the Quran says, "fasaqa lahumma thumma tawalla ilaz zilli." So Moses watered their flocks for them and returned into the shade of the tree.</w:t>
      </w:r>
    </w:p>
    <w:p>
      <w:pPr>
        <w:jc w:val="right"/>
      </w:pPr>
      <w:r>
        <w:t>اینڈدینہی وینٹ اینڈ لیڈڈاؤن انڈردا شیڈاف اٹری ۔اینڈداقر انسیز، "فسقاہ ما ثم تول ی الازل۔"سو موسیز واٹرڈدیرفلاکس فار دیم اینڈ ریٹرنڈ انٹودا شیڈاف دا ٹری۔</w:t>
      </w:r>
    </w:p>
    <w:p>
      <w:r>
        <w:rPr>
          <w:b/>
        </w:rPr>
        <w:t xml:space="preserve">[46:32] </w:t>
      </w:r>
      <w:r>
        <w:t>faqal, and this beautiful prayer comes to his heart, "faqal rabi ini lmaanazlt aly min khair faqir." Lord, I am truly in need of whatever blessing, whatever good you send down for me.</w:t>
      </w:r>
    </w:p>
    <w:p>
      <w:pPr>
        <w:jc w:val="right"/>
      </w:pPr>
      <w:r>
        <w:t>فقال ، اینڈدسبیوٹیفل پریر کمز ٹوہزہارٹ ،"فقال ربی انی لماانزلت ال ی من خیر فقیر ۔ " لارڈ ،ائیایمٹرولی اننیڈاف واٹایور بلیسنگ،واٹایورگڈ یومیس ینڈ ڈاؤن فار می</w:t>
      </w:r>
    </w:p>
    <w:p>
      <w:r>
        <w:rPr>
          <w:b/>
        </w:rPr>
        <w:t xml:space="preserve">[46:52] </w:t>
      </w:r>
      <w:r>
        <w:t>.and as dua of Musa alaihissalam, was so powerful that it was accepted right away.</w:t>
      </w:r>
    </w:p>
    <w:p>
      <w:pPr>
        <w:jc w:val="right"/>
      </w:pPr>
      <w:r>
        <w:t>۔اینڈدسدعا اف موسی ز، موسی علیہالسلام ، واز سو پاورفل دیٹاٹواز ایکسیپٹڈ رائٹاوے۔</w:t>
      </w:r>
    </w:p>
    <w:p>
      <w:r>
        <w:rPr>
          <w:b/>
        </w:rPr>
        <w:t xml:space="preserve">[47:04] </w:t>
      </w:r>
      <w:r>
        <w:t>He was in a very difficult situation. The Pharaoh was trying to arrest him.</w:t>
      </w:r>
    </w:p>
    <w:p>
      <w:pPr>
        <w:jc w:val="right"/>
      </w:pPr>
      <w:r>
        <w:t>ہی واز انویریڈیفیکلٹسچوی شن ۔ دی فیرو واز ٹرائنگٹواریسٹہم</w:t>
      </w:r>
    </w:p>
    <w:p>
      <w:r>
        <w:rPr>
          <w:b/>
        </w:rPr>
        <w:t xml:space="preserve">[47:11] </w:t>
      </w:r>
      <w:r>
        <w:t>So, the moment he made this dua, two of the talib's came and said, "The two of our father is inviting us for lunch."</w:t>
      </w:r>
    </w:p>
    <w:p>
      <w:pPr>
        <w:jc w:val="right"/>
      </w:pPr>
      <w:r>
        <w:t>۔سوہ ی،دا مومنٹ ہی میڈ دسدعا دی ٹ ونافدا ٹولیڈیز کیم اینڈسیڈ دی ٹ اور فادر از انوائٹنگیوفار لنچ۔</w:t>
      </w:r>
    </w:p>
    <w:p>
      <w:r>
        <w:rPr>
          <w:b/>
        </w:rPr>
        <w:t xml:space="preserve">[47:28] </w:t>
      </w:r>
      <w:r>
        <w:t>and he went to their house and started living with that pious man who probably a prophet. And he married to one of his daughters.</w:t>
      </w:r>
    </w:p>
    <w:p>
      <w:pPr>
        <w:jc w:val="right"/>
      </w:pPr>
      <w:r>
        <w:t>اینڈہی وینٹ ٹودیرہاؤس اینڈ سٹارٹڈلیونگ وددیٹ پائسمینہو پروبلی اےپرافٹ ۔اینڈہیمیریڈ ٹووناف ہزڈاٹرز۔</w:t>
      </w:r>
    </w:p>
    <w:p>
      <w:r>
        <w:rPr>
          <w:b/>
        </w:rPr>
        <w:t xml:space="preserve">[47:42] </w:t>
      </w:r>
      <w:r>
        <w:t>and after years, he started going back to Egypt with family, with children, with his wife.</w:t>
      </w:r>
    </w:p>
    <w:p>
      <w:pPr>
        <w:jc w:val="right"/>
      </w:pPr>
      <w:r>
        <w:t>اینڈ افٹر ایئرز ،ہی سٹارٹڈگوئنگبیک ٹوایجپٹ ود فیملی، ودچلڈرن،ودہزوائف۔</w:t>
      </w:r>
    </w:p>
    <w:p>
      <w:r>
        <w:rPr>
          <w:b/>
        </w:rPr>
        <w:t xml:space="preserve">[47:52] </w:t>
      </w:r>
      <w:r>
        <w:t>andindawiy in mauntsin ai,</w:t>
      </w:r>
    </w:p>
    <w:p>
      <w:pPr>
        <w:jc w:val="right"/>
      </w:pPr>
      <w:r>
        <w:t>اینڈ انداوے ان ماؤنٹسین ائی،</w:t>
      </w:r>
    </w:p>
    <w:p>
      <w:r>
        <w:rPr>
          <w:b/>
        </w:rPr>
        <w:t xml:space="preserve">[48:02] </w:t>
      </w:r>
      <w:r>
        <w:t>gad spokodhum.</w:t>
      </w:r>
    </w:p>
    <w:p>
      <w:pPr>
        <w:jc w:val="right"/>
      </w:pPr>
      <w:r>
        <w:t>گاڈ سپوکودہم۔</w:t>
      </w:r>
    </w:p>
    <w:p>
      <w:r>
        <w:rPr>
          <w:b/>
        </w:rPr>
        <w:t xml:space="preserve">[48:07] </w:t>
      </w:r>
      <w:r>
        <w:t>so</w:t>
      </w:r>
    </w:p>
    <w:p>
      <w:pPr>
        <w:jc w:val="right"/>
      </w:pPr>
      <w:r>
        <w:t>سو</w:t>
      </w:r>
    </w:p>
    <w:p>
      <w:r>
        <w:rPr>
          <w:b/>
        </w:rPr>
        <w:t xml:space="preserve">[48:10] </w:t>
      </w:r>
      <w:r>
        <w:t>This is a beautiful dua of Musa Alaihisalam. How he, he prayed such a touching dua which was accepted right away.</w:t>
      </w:r>
    </w:p>
    <w:p>
      <w:pPr>
        <w:jc w:val="right"/>
      </w:pPr>
      <w:r>
        <w:t>دساز اے بیوٹیفل دعااف موسی علیہالسلام ۔ ہاؤہ ی،ہی پریڈ سچاے ٹچنگ دعا وچوازایکسیپٹڈ رائٹاوے۔</w:t>
      </w:r>
    </w:p>
    <w:p>
      <w:r>
        <w:rPr>
          <w:b/>
        </w:rPr>
        <w:t xml:space="preserve">[48:25] </w:t>
      </w:r>
      <w:r>
        <w:t>and this dua is for the family, "rabbana hablana min azwajina wa zurriyatina qurrata a'yunin waj'alna lil muttaqeena imama</w:t>
      </w:r>
    </w:p>
    <w:p>
      <w:pPr>
        <w:jc w:val="right"/>
      </w:pPr>
      <w:r>
        <w:t>اینڈدسدعا ازفار دیفیملی ،"رب نا حبل نامنازواج ناوذریات نا قر ۃ اع ین وج عل نا للمتقین امامہ</w:t>
      </w:r>
    </w:p>
    <w:p>
      <w:r>
        <w:rPr>
          <w:b/>
        </w:rPr>
        <w:t xml:space="preserve">[48:36] </w:t>
      </w:r>
      <w:r>
        <w:t>. " and lord, grant us joy in our spouses and our children, and make us a model for the righteous.</w:t>
      </w:r>
    </w:p>
    <w:p>
      <w:pPr>
        <w:jc w:val="right"/>
      </w:pPr>
      <w:r>
        <w:t>۔" اور لارڈ، گرانٹاس جوئے اناور سپاؤسز اینڈاور چلڈرن ،اینڈمیکاس ماڈل فار دیرائٹس۔</w:t>
      </w:r>
    </w:p>
    <w:p>
      <w:r>
        <w:rPr>
          <w:b/>
        </w:rPr>
        <w:t xml:space="preserve">[48:48] </w:t>
      </w:r>
      <w:r>
        <w:t>so this prayer for the family is very important because a righteous servant of god not only follows the right path himself, but he also cares for the spiritual growth of the family.</w:t>
      </w:r>
    </w:p>
    <w:p>
      <w:pPr>
        <w:jc w:val="right"/>
      </w:pPr>
      <w:r>
        <w:t>سو دس پریرفاردیفیملی از ویریامپورٹنٹ بیکاز اےرائٹس سرونٹاف گاڈ ناٹاونلی فالوز دا رائٹ پاتھ ہمسیلف، بٹ ہی الس و کیئرزفار دیسپریچول گروتھاف دی فیملی۔</w:t>
      </w:r>
    </w:p>
    <w:p>
      <w:r>
        <w:rPr>
          <w:b/>
        </w:rPr>
        <w:t xml:space="preserve">[49:09] </w:t>
      </w:r>
      <w:r>
        <w:t>then they pray to allah for guidance of their loved ones.</w:t>
      </w:r>
    </w:p>
    <w:p>
      <w:pPr>
        <w:jc w:val="right"/>
      </w:pPr>
      <w:r>
        <w:t>دین دےپری ٹواللہ فار گائیڈنس اف دیرلوڈونز۔</w:t>
      </w:r>
    </w:p>
    <w:p>
      <w:r>
        <w:rPr>
          <w:b/>
        </w:rPr>
        <w:t xml:space="preserve">[49:18] </w:t>
      </w:r>
      <w:r>
        <w:t>and this is the sense, he has called imam or leader of the family. rabbana wala tuhammilna malataqata lana.</w:t>
      </w:r>
    </w:p>
    <w:p>
      <w:pPr>
        <w:jc w:val="right"/>
      </w:pPr>
      <w:r>
        <w:t>اندسسینس،ہیازکال ڈ امام اور لیڈر اف دیفیملی۔ ربنا ولا تح مل نا مالاطاقت لنا۔</w:t>
      </w:r>
    </w:p>
    <w:p>
      <w:r>
        <w:rPr>
          <w:b/>
        </w:rPr>
        <w:t xml:space="preserve">[49:30] </w:t>
      </w:r>
      <w:r>
        <w:t>and lord, do not place on us a burden. we have not a strength to bear.</w:t>
      </w:r>
    </w:p>
    <w:p>
      <w:pPr>
        <w:jc w:val="right"/>
      </w:pPr>
      <w:r>
        <w:t>اورلارڈ ،ڈوناٹ پلیس ان اس اےبرڈن ۔وی ہیو ناٹ اےسٹرینتھ ٹوویئر۔</w:t>
      </w:r>
    </w:p>
    <w:p>
      <w:r>
        <w:rPr>
          <w:b/>
        </w:rPr>
        <w:t xml:space="preserve">[49:40] </w:t>
      </w:r>
      <w:r>
        <w:t>wa'fu anna, pardon us, waghfir lana, forgive us, warhamna</w:t>
      </w:r>
    </w:p>
    <w:p>
      <w:pPr>
        <w:jc w:val="right"/>
      </w:pPr>
      <w:r>
        <w:t>وعفوع نا، پارڈناس ، واغفرلنا ،فورگیواس ، ورحمنا</w:t>
      </w:r>
    </w:p>
    <w:p>
      <w:r>
        <w:rPr>
          <w:b/>
        </w:rPr>
        <w:t xml:space="preserve">[49:48] </w:t>
      </w:r>
      <w:r>
        <w:t>, have mercy on us. anta mawlana, you're our lord, you're our master. fansurna 'alal qawmil kafirin.</w:t>
      </w:r>
    </w:p>
    <w:p>
      <w:pPr>
        <w:jc w:val="right"/>
      </w:pPr>
      <w:r>
        <w:t>،ہیومرسیاناس ۔ انت مول انا، یوار اور لارڈ ،یواراور ماسٹر۔ فنصرناعلی الق وم الکافرین۔</w:t>
      </w:r>
    </w:p>
    <w:p>
      <w:r>
        <w:rPr>
          <w:b/>
        </w:rPr>
        <w:t xml:space="preserve">[49:58] </w:t>
      </w:r>
      <w:r>
        <w:t>so help us against those who deny the truth.</w:t>
      </w:r>
    </w:p>
    <w:p>
      <w:pPr>
        <w:jc w:val="right"/>
      </w:pPr>
      <w:r>
        <w:t>سوہیلپاس اگینسٹ دوز ہو ڈینائی داٹروتھ۔</w:t>
      </w:r>
    </w:p>
    <w:p>
      <w:r>
        <w:rPr>
          <w:b/>
        </w:rPr>
        <w:t xml:space="preserve">[50:06] </w:t>
      </w:r>
      <w:r>
        <w:t>so we end this, we end this session of prayers from the quran. and the most important thing that we should learn from these duas is that</w:t>
      </w:r>
    </w:p>
    <w:p>
      <w:pPr>
        <w:jc w:val="right"/>
      </w:pPr>
      <w:r>
        <w:t>سو وددس،وی اینڈداسی شن اف پریرزفرامداقر ان۔ اینڈ دیموسٹ امپورٹنٹتھنگ دیٹویشوڈلرن فرام دیز دع از از دیٹ</w:t>
      </w:r>
    </w:p>
    <w:p>
      <w:r>
        <w:rPr>
          <w:b/>
        </w:rPr>
        <w:t xml:space="preserve">[50:23] </w:t>
      </w:r>
      <w:r>
        <w:t>you should convert your experiences, daily experiences into dua.</w:t>
      </w:r>
    </w:p>
    <w:p>
      <w:pPr>
        <w:jc w:val="right"/>
      </w:pPr>
      <w:r>
        <w:t>یو شوڈ کنورٹیورایکسپیرین سز ، ڈیلیایکسپیرینسز انٹودعا۔</w:t>
      </w:r>
    </w:p>
    <w:p>
      <w:r>
        <w:rPr>
          <w:b/>
        </w:rPr>
        <w:t xml:space="preserve">[50:32] </w:t>
      </w:r>
      <w:r>
        <w:t>you're walking, you're working, you're eating. when water and food comes in front of you, you remember how god has provided. when you get success, you remember god.</w:t>
      </w:r>
    </w:p>
    <w:p>
      <w:pPr>
        <w:jc w:val="right"/>
      </w:pPr>
      <w:r>
        <w:t>یوار واکنگ ،یوار ورکنگ ،یوار ایٹنگ ۔وین واٹراینڈفوڈکمز انفرنٹافیو، یوریممبر ہاؤگاڈہیز پرووائیڈڈ ۔وینیوگیٹسم سکسیس،یوریممبرگاڈ ۔</w:t>
      </w:r>
    </w:p>
    <w:p>
      <w:r>
        <w:rPr>
          <w:b/>
        </w:rPr>
        <w:t xml:space="preserve">[50:49] </w:t>
      </w:r>
      <w:r>
        <w:t>so all the experiences should turn into a dua.</w:t>
      </w:r>
    </w:p>
    <w:p>
      <w:pPr>
        <w:jc w:val="right"/>
      </w:pPr>
      <w:r>
        <w:t>سو ال دا ایکسپیرین سز شوڈ ٹرنانٹو اےدعا۔</w:t>
      </w:r>
    </w:p>
    <w:p>
      <w:r>
        <w:rPr>
          <w:b/>
        </w:rPr>
        <w:t xml:space="preserve">[50:55] </w:t>
      </w:r>
      <w:r>
        <w:t>This is the ethnic, the most important aspect of the prayers in the Quran. So</w:t>
      </w:r>
    </w:p>
    <w:p>
      <w:pPr>
        <w:jc w:val="right"/>
      </w:pPr>
      <w:r>
        <w:t>دساز دا،ائیتھنک،داموسٹامپورٹنٹ ایسپیکٹ اف دی پریرز اندا قر ان ۔سو</w:t>
      </w:r>
    </w:p>
    <w:p>
      <w:r>
        <w:rPr>
          <w:b/>
        </w:rPr>
        <w:t xml:space="preserve">[51:04] </w:t>
      </w:r>
      <w:r>
        <w:t>We end the session here and pray to Allah.</w:t>
      </w:r>
    </w:p>
    <w:p>
      <w:pPr>
        <w:jc w:val="right"/>
      </w:pPr>
      <w:r>
        <w:t>وی اینڈ دا سی شن ہ یر اینڈپریٹواللہ</w:t>
      </w:r>
    </w:p>
    <w:p>
      <w:r>
        <w:rPr>
          <w:b/>
        </w:rPr>
        <w:t xml:space="preserve">[51:11] </w:t>
      </w:r>
      <w:r>
        <w:t>so that he makes understand the deep meaning of the</w:t>
      </w:r>
    </w:p>
    <w:p>
      <w:pPr>
        <w:jc w:val="right"/>
      </w:pPr>
      <w:r>
        <w:t>سودیٹ ہی میکاسانڈرسٹینڈ دا ڈی پر میننگ اف دی</w:t>
      </w:r>
    </w:p>
    <w:p>
      <w:r>
        <w:rPr>
          <w:b/>
        </w:rPr>
        <w:t xml:space="preserve">[51:19] </w:t>
      </w:r>
      <w:r>
        <w:t>Duas. And he may he ease our problems and difficulties and give us a place in Jannat-ul-Firdaus-ul-Aala, where we can see him.</w:t>
      </w:r>
    </w:p>
    <w:p>
      <w:pPr>
        <w:jc w:val="right"/>
      </w:pPr>
      <w:r>
        <w:t>دعاز۔اینڈہی میہی ایز اور پرابلمزاینڈڈیفیکل ٹیز اینڈگیواس اے پلیس ان جن ت الفردوس الاعلی، ویرویکینسی ہم</w:t>
      </w:r>
    </w:p>
    <w:p>
      <w:r>
        <w:rPr>
          <w:b/>
        </w:rPr>
        <w:t xml:space="preserve">[51:31] </w:t>
      </w:r>
      <w:r>
        <w:t>wiro wikintaktohm wiro wikinstahz prezens rabna</w:t>
      </w:r>
    </w:p>
    <w:p>
      <w:pPr>
        <w:jc w:val="right"/>
      </w:pPr>
      <w:r>
        <w:t>،ویرویکینٹاکٹوہم ،ویرویکینسٹانہز پریزنس ۔ربنا</w:t>
      </w:r>
    </w:p>
    <w:p>
      <w:r>
        <w:rPr>
          <w:b/>
        </w:rPr>
        <w:t xml:space="preserve">[51:38] </w:t>
      </w:r>
      <w:r>
        <w:t>taqbal min a in kanta</w:t>
      </w:r>
    </w:p>
    <w:p>
      <w:pPr>
        <w:jc w:val="right"/>
      </w:pPr>
      <w:r>
        <w:t>تقبل من ا، ان کانت</w:t>
      </w:r>
    </w:p>
    <w:p>
      <w:r>
        <w:rPr>
          <w:b/>
        </w:rPr>
        <w:t xml:space="preserve">[51:39] </w:t>
      </w:r>
      <w:r>
        <w:t>as-sami'ul 'alim, wa tub 'alayna, innaka antat tawwabur rahim. wa salli allah ta'ala 'ala khayri khalqihi muhammad</w:t>
      </w:r>
    </w:p>
    <w:p>
      <w:pPr>
        <w:jc w:val="right"/>
      </w:pPr>
      <w:r>
        <w:t>السمیعالعلیم، وت ب علینا، ان کانت التوابالرحیم۔وصلیاللہ تع الی علی خیرخلقہ محمد</w:t>
      </w:r>
    </w:p>
    <w:p>
      <w:r>
        <w:rPr>
          <w:b/>
        </w:rPr>
        <w:t xml:space="preserve">[51:47] </w:t>
      </w:r>
      <w:r>
        <w:t>wa 'ala alihi wa ashhabihi ajma'in birahmatika ya arhamar rahimin.</w:t>
      </w:r>
    </w:p>
    <w:p>
      <w:pPr>
        <w:jc w:val="right"/>
      </w:pPr>
      <w:r>
        <w:t>وع لیالہ واصحابہاجمعین برحمت ک یا ارحمالراحمین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