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Death June 08, 2014</w:t>
      </w:r>
    </w:p>
    <w:p>
      <w:r>
        <w:t>https://youtu.be/p0lSKQ0edmw</w:t>
      </w:r>
    </w:p>
    <w:p>
      <w:r>
        <w:rPr>
          <w:b/>
        </w:rPr>
        <w:t xml:space="preserve">[00:29] </w:t>
      </w:r>
      <w:r>
        <w:t>wahal al-uqdah min lisani, yafqah qawli.</w:t>
      </w:r>
    </w:p>
    <w:p>
      <w:pPr>
        <w:jc w:val="right"/>
      </w:pPr>
      <w:r>
        <w:t>واحل العقدۃ من لسانی، یفقہ قولی۔</w:t>
      </w:r>
    </w:p>
    <w:p>
      <w:r>
        <w:rPr>
          <w:b/>
        </w:rPr>
        <w:t xml:space="preserve">[00:38] </w:t>
      </w:r>
      <w:r>
        <w:t>aap ko yaad hoga 4 may 2014 ke akhbaron ki headline sirf ek thi,</w:t>
      </w:r>
    </w:p>
    <w:p>
      <w:pPr>
        <w:jc w:val="right"/>
      </w:pPr>
      <w:r>
        <w:t>آپ کو یاد ہوگا 4 مئی 2014 کے اخباروں کی ہیڈ لائن صرف ایک تھی،</w:t>
      </w:r>
    </w:p>
    <w:p>
      <w:r>
        <w:rPr>
          <w:b/>
        </w:rPr>
        <w:t xml:space="preserve">[00:53] </w:t>
      </w:r>
      <w:r>
        <w:t>woh thi ek barhe leader ki maut.</w:t>
      </w:r>
    </w:p>
    <w:p>
      <w:pPr>
        <w:jc w:val="right"/>
      </w:pPr>
      <w:r>
        <w:t>وہ تھی ایک بڑے لیڈر کی موت۔</w:t>
      </w:r>
    </w:p>
    <w:p>
      <w:r>
        <w:rPr>
          <w:b/>
        </w:rPr>
        <w:t xml:space="preserve">[00:59] </w:t>
      </w:r>
      <w:r>
        <w:t>Gopinath Munde, jo India ke ek barhe leader the, parliament ke election mein woh jeet chuke the.</w:t>
      </w:r>
    </w:p>
    <w:p>
      <w:pPr>
        <w:jc w:val="right"/>
      </w:pPr>
      <w:r>
        <w:t>گوپیناتھ منڈے، جو انڈیا کے ایک بڑے لیڈر تھے، پارلیمنٹ کے الیکشن میں وہ جیت چکے تھے۔</w:t>
      </w:r>
    </w:p>
    <w:p>
      <w:r>
        <w:rPr>
          <w:b/>
        </w:rPr>
        <w:t xml:space="preserve">[01:14] </w:t>
      </w:r>
      <w:r>
        <w:t>India ki jo cabinet bani thi, union cabinet, us mein woh ek senior minister ke taur par select ho chuke the.</w:t>
      </w:r>
    </w:p>
    <w:p>
      <w:pPr>
        <w:jc w:val="right"/>
      </w:pPr>
      <w:r>
        <w:t>انڈیا کی جو کیبنٹ بنی تھی، یونین کیبنٹ، اس میں وہ ایک سینئر منسٹر کے طور پر سلیکٹ ہو چکے تھے۔</w:t>
      </w:r>
    </w:p>
    <w:p>
      <w:r>
        <w:rPr>
          <w:b/>
        </w:rPr>
        <w:t xml:space="preserve">[01:25] </w:t>
      </w:r>
      <w:r>
        <w:t>sirf agle din un ko apne office ko sambhalna tha, apne office ka charge lena tha.</w:t>
      </w:r>
    </w:p>
    <w:p>
      <w:pPr>
        <w:jc w:val="right"/>
      </w:pPr>
      <w:r>
        <w:t>صرف اگلے دن ان کو اپنے آفس کو سنبھالنا تھا، اپنے آفس کا چارج لینا تھا۔</w:t>
      </w:r>
    </w:p>
    <w:p>
      <w:r>
        <w:rPr>
          <w:b/>
        </w:rPr>
        <w:t xml:space="preserve">[01:37] </w:t>
      </w:r>
      <w:r>
        <w:t>aur ek din pehle road accident hua aur woh on the spot un ki death ho gayi.</w:t>
      </w:r>
    </w:p>
    <w:p>
      <w:pPr>
        <w:jc w:val="right"/>
      </w:pPr>
      <w:r>
        <w:t>اور ایک دن پہلے روڈ ایکسیڈنٹ ہوا اور وہ آن دی سپاٹ ان کی ڈیتھ ہو گئی۔</w:t>
      </w:r>
    </w:p>
    <w:p>
      <w:r>
        <w:rPr>
          <w:b/>
        </w:rPr>
        <w:t xml:space="preserve">[01:50] </w:t>
      </w:r>
      <w:r>
        <w:t>yeh waqia aap sab ko yaad hoga.</w:t>
      </w:r>
    </w:p>
    <w:p>
      <w:pPr>
        <w:jc w:val="right"/>
      </w:pPr>
      <w:r>
        <w:t>یہ واقعہ آپ سب کو یاد ہوگا۔</w:t>
      </w:r>
    </w:p>
    <w:p>
      <w:r>
        <w:rPr>
          <w:b/>
        </w:rPr>
        <w:t xml:space="preserve">[01:53] </w:t>
      </w:r>
      <w:r>
        <w:t>us waqt se aaj tak main is ke baray mein sochta raha hoon.</w:t>
      </w:r>
    </w:p>
    <w:p>
      <w:pPr>
        <w:jc w:val="right"/>
      </w:pPr>
      <w:r>
        <w:t>اس وقت سے آج تک میں اس کے بارے میں سوچتا رہا ہوں۔</w:t>
      </w:r>
    </w:p>
    <w:p>
      <w:r>
        <w:rPr>
          <w:b/>
        </w:rPr>
        <w:t xml:space="preserve">[02:01] </w:t>
      </w:r>
      <w:r>
        <w:t>maut kaisi ajeeb o ghareeb cheez hai.</w:t>
      </w:r>
    </w:p>
    <w:p>
      <w:pPr>
        <w:jc w:val="right"/>
      </w:pPr>
      <w:r>
        <w:t>موت کیسی عجیب و غریب چیز ہے۔</w:t>
      </w:r>
    </w:p>
    <w:p>
      <w:r>
        <w:rPr>
          <w:b/>
        </w:rPr>
        <w:t xml:space="preserve">[02:07] </w:t>
      </w:r>
      <w:r>
        <w:t>insan paida hota hai, bachpan, jawani ki umar guzarte hue woh bara hota hai.</w:t>
      </w:r>
    </w:p>
    <w:p>
      <w:pPr>
        <w:jc w:val="right"/>
      </w:pPr>
      <w:r>
        <w:t>انسان پیدا ہوتا ہے، بچپن، جوانی کی عمر گزارتے ہوئے وہ بڑا ہوتا ہے۔</w:t>
      </w:r>
    </w:p>
    <w:p>
      <w:r>
        <w:rPr>
          <w:b/>
        </w:rPr>
        <w:t xml:space="preserve">[02:16] </w:t>
      </w:r>
      <w:r>
        <w:t>phir woh apna ek career banata hai, job mein, business mein. aur jab woh taraqqi ke aakhri manzil par hota hai, ain us waqt us ki maut aa jati hai.</w:t>
      </w:r>
    </w:p>
    <w:p>
      <w:pPr>
        <w:jc w:val="right"/>
      </w:pPr>
      <w:r>
        <w:t>پھر وہ اپنا ایک کیریئر بناتا ہے، جاب میں، بزنس میں۔ اور جب وہ ترقی کے آخری منزل پر ہوتا ہے، عین اس وقت اس کی موت آ جاتی ہے۔</w:t>
      </w:r>
    </w:p>
    <w:p>
      <w:r>
        <w:rPr>
          <w:b/>
        </w:rPr>
        <w:t xml:space="preserve">[02:32] </w:t>
      </w:r>
      <w:r>
        <w:t>Gopinath Munde abhi 64, un ki age jo thi sirf 64 saal thi. aur aap jante hain ke aaj kal jo average age hai insan ki, woh 70 saal hai.</w:t>
      </w:r>
    </w:p>
    <w:p>
      <w:pPr>
        <w:jc w:val="right"/>
      </w:pPr>
      <w:r>
        <w:t>گوپیناتھ منڈے ابھی 64، ان کی ایج جو تھی صرف 64 سال تھی۔ اور آپ جانتے ہیں کہ آج کل جو ایوریج ایج ہے انسان کی، وہ 70 سال ہے۔</w:t>
      </w:r>
    </w:p>
    <w:p>
      <w:r>
        <w:rPr>
          <w:b/>
        </w:rPr>
        <w:t xml:space="preserve">[02:59] </w:t>
      </w:r>
      <w:r>
        <w:t>dunya bhar mein saat billion se ziyada insan hain.</w:t>
      </w:r>
    </w:p>
    <w:p>
      <w:pPr>
        <w:jc w:val="right"/>
      </w:pPr>
      <w:r>
        <w:t>دنیا بھر میں سات بلین سے زیادہ انسان ہیں۔</w:t>
      </w:r>
    </w:p>
    <w:p>
      <w:r>
        <w:rPr>
          <w:b/>
        </w:rPr>
        <w:t xml:space="preserve">[03:07] </w:t>
      </w:r>
      <w:r>
        <w:t>jo</w:t>
      </w:r>
    </w:p>
    <w:p>
      <w:pPr>
        <w:jc w:val="right"/>
      </w:pPr>
      <w:r>
        <w:t>جو فگر تیار کیا گیا ہے، اس سے معلوم ہوتا ہے کہ ہر دن مور دین 100 تھا انسان مر جاتے ہیں۔</w:t>
      </w:r>
    </w:p>
    <w:p>
      <w:r>
        <w:rPr>
          <w:b/>
        </w:rPr>
        <w:t xml:space="preserve">[03:20] </w:t>
      </w:r>
      <w:r>
        <w:t>yani ek lakh se ziyada, har din</w:t>
      </w:r>
    </w:p>
    <w:p>
      <w:pPr>
        <w:jc w:val="right"/>
      </w:pPr>
      <w:r>
        <w:t>یعنی ایک لاکھ سے زیادہ، ہر دن</w:t>
      </w:r>
    </w:p>
    <w:p>
      <w:r>
        <w:rPr>
          <w:b/>
        </w:rPr>
        <w:t xml:space="preserve">[03:24] </w:t>
      </w:r>
      <w:r>
        <w:t>. ab aap ghor kijiye ke kal ke liye jo angels jo list bana rahe hain ke kal ek lakh se ziyada jo insanon ki age ban rahi hai,</w:t>
      </w:r>
    </w:p>
    <w:p>
      <w:pPr>
        <w:jc w:val="right"/>
      </w:pPr>
      <w:r>
        <w:t>۔ اب آپ غور کیجیے کہ کل کے لیے جو اینجلز جو لسٹ بنا رہے ہیں کہ کل ایک لاکھ سے زیادہ جو انسانوں کی ایج بن رہی ہے،</w:t>
      </w:r>
    </w:p>
    <w:p>
      <w:r>
        <w:rPr>
          <w:b/>
        </w:rPr>
        <w:t xml:space="preserve">[03:42] </w:t>
      </w:r>
      <w:r>
        <w:t>kya maloom kis ka kis ka naam ho. mera naam ho, aap ka naam ho, kis ka naam ho, kaun janta hai.</w:t>
      </w:r>
    </w:p>
    <w:p>
      <w:pPr>
        <w:jc w:val="right"/>
      </w:pPr>
      <w:r>
        <w:t>کیا معلوم کس کا کس کا نام ہو۔ میرا نام ہو، آپ کا نام ہو، کس کا نام ہو، کون جانتا ہے۔</w:t>
      </w:r>
    </w:p>
    <w:p>
      <w:r>
        <w:rPr>
          <w:b/>
        </w:rPr>
        <w:t xml:space="preserve">[03:53] </w:t>
      </w:r>
      <w:r>
        <w:t>kyun ke Gopinath Munde</w:t>
      </w:r>
    </w:p>
    <w:p>
      <w:pPr>
        <w:jc w:val="right"/>
      </w:pPr>
      <w:r>
        <w:t>کیونکہ گوپیناتھ منڈے</w:t>
      </w:r>
    </w:p>
    <w:p>
      <w:r>
        <w:rPr>
          <w:b/>
        </w:rPr>
        <w:t xml:space="preserve">[03:59] </w:t>
      </w:r>
      <w:r>
        <w:t>jab road par chal rahe the to unhein kuch bhi nahi pata tha ke agle moment un ki maut anay wali hai.</w:t>
      </w:r>
    </w:p>
    <w:p>
      <w:pPr>
        <w:jc w:val="right"/>
      </w:pPr>
      <w:r>
        <w:t>جب روڈ پر چل رہے تھے تو انہیں کچھ بھی نہیں پتہ تھا کہ اگلے مومنٹ ان کی موت آنے والی ہے۔</w:t>
      </w:r>
    </w:p>
    <w:p>
      <w:r>
        <w:rPr>
          <w:b/>
        </w:rPr>
        <w:t xml:space="preserve">[04:10] </w:t>
      </w:r>
      <w:r>
        <w:t>to maut dekhiye, achaanak ati hai.</w:t>
      </w:r>
    </w:p>
    <w:p>
      <w:pPr>
        <w:jc w:val="right"/>
      </w:pPr>
      <w:r>
        <w:t>تو موت دیکھیے، اچانک آتی ہے۔</w:t>
      </w:r>
    </w:p>
    <w:p>
      <w:r>
        <w:rPr>
          <w:b/>
        </w:rPr>
        <w:t xml:space="preserve">[04:14] </w:t>
      </w:r>
      <w:r>
        <w:t>maut ka sab se zyada jo</w:t>
      </w:r>
    </w:p>
    <w:p>
      <w:pPr>
        <w:jc w:val="right"/>
      </w:pPr>
      <w:r>
        <w:t>موت کا سب سے زیادہ جو</w:t>
      </w:r>
    </w:p>
    <w:p>
      <w:r>
        <w:rPr>
          <w:b/>
        </w:rPr>
        <w:t xml:space="preserve">[04:22] </w:t>
      </w:r>
      <w:r>
        <w:t>alarming pehlu hai, woh yeh hai ke maut achaanak aati hai. is ki koi date fix nahin.</w:t>
      </w:r>
    </w:p>
    <w:p>
      <w:pPr>
        <w:jc w:val="right"/>
      </w:pPr>
      <w:r>
        <w:t>الارمنگ پہلو ہے، وہ یہ ہے کہ موت اچانک آتی ہے۔ اس کی کوئی ڈیٹ فکس نہیں۔</w:t>
      </w:r>
    </w:p>
    <w:p>
      <w:r>
        <w:rPr>
          <w:b/>
        </w:rPr>
        <w:t xml:space="preserve">[04:32] </w:t>
      </w:r>
      <w:r>
        <w:t>aap jante hain ke insaan ke andar jo DNA hai, DNA mein million billion information hoti hain.</w:t>
      </w:r>
    </w:p>
    <w:p>
      <w:pPr>
        <w:jc w:val="right"/>
      </w:pPr>
      <w:r>
        <w:t>آپ جانتے ہیں کہ انسان کے اندر جو ڈی این اے ہے، ڈی این اے میں ملین بلین انفارمیشن ہوتی ہیں۔</w:t>
      </w:r>
    </w:p>
    <w:p>
      <w:r>
        <w:rPr>
          <w:b/>
        </w:rPr>
        <w:t xml:space="preserve">[04:43] </w:t>
      </w:r>
      <w:r>
        <w:t>lekin sirf ek information miss kar rahi hai, ek ek information maujood nahin hai is mein. ab woh kya, kisi insaan ki maut kab aayegi?</w:t>
      </w:r>
    </w:p>
    <w:p>
      <w:pPr>
        <w:jc w:val="right"/>
      </w:pPr>
      <w:r>
        <w:t>لیکن صرف ایک انفارمیشن مس کر کر رہی ہے، ایک ایک انفارمیشن موجود نہیں ہے اس میں۔ اب وہ کیا، کسی انسان کی موت کب آئے گی؟</w:t>
      </w:r>
    </w:p>
    <w:p>
      <w:r>
        <w:rPr>
          <w:b/>
        </w:rPr>
        <w:t xml:space="preserve">[04:57] </w:t>
      </w:r>
      <w:r>
        <w:t>yahi ek cheez missing hai.</w:t>
      </w:r>
    </w:p>
    <w:p>
      <w:pPr>
        <w:jc w:val="right"/>
      </w:pPr>
      <w:r>
        <w:t>یہی ایک چیز مسنگ ہے۔</w:t>
      </w:r>
    </w:p>
    <w:p>
      <w:r>
        <w:rPr>
          <w:b/>
        </w:rPr>
        <w:t xml:space="preserve">[05:03] </w:t>
      </w:r>
      <w:r>
        <w:t>to kaisi bhayanak baat hai yeh. ab aap dekhiye ke Quran mein is ke bare mein kya hai.</w:t>
      </w:r>
    </w:p>
    <w:p>
      <w:pPr>
        <w:jc w:val="right"/>
      </w:pPr>
      <w:r>
        <w:t>تو کیسی بھیانک بات ہے یہ۔ اب آپ دیکھیے کہ قرآن میں اس کے بارے میں کیا ہے۔</w:t>
      </w:r>
    </w:p>
    <w:p>
      <w:r>
        <w:rPr>
          <w:b/>
        </w:rPr>
        <w:t xml:space="preserve">[05:15] </w:t>
      </w:r>
      <w:r>
        <w:t>Quran mein ayat hai: kul nafsin za'iqatul maut, thumma ilaina turja'un</w:t>
      </w:r>
    </w:p>
    <w:p>
      <w:pPr>
        <w:jc w:val="right"/>
      </w:pPr>
      <w:r>
        <w:t>قرآن میں آیت ہے: کل نفس ذائقۃ الموت ثم الینا ترجعون</w:t>
      </w:r>
    </w:p>
    <w:p>
      <w:r>
        <w:rPr>
          <w:b/>
        </w:rPr>
        <w:t xml:space="preserve">[05:28] </w:t>
      </w:r>
      <w:r>
        <w:t>kaisi ajeeb ayat hai yeh.</w:t>
      </w:r>
    </w:p>
    <w:p>
      <w:pPr>
        <w:jc w:val="right"/>
      </w:pPr>
      <w:r>
        <w:t>کیسی عجیب آیت ہے یہ۔</w:t>
      </w:r>
    </w:p>
    <w:p>
      <w:r>
        <w:rPr>
          <w:b/>
        </w:rPr>
        <w:t xml:space="preserve">[05:31] </w:t>
      </w:r>
      <w:r>
        <w:t>kul nafsin za'iqatul maut, thumma ilaina turja'un har insaan ko zaroor marna hai.</w:t>
      </w:r>
    </w:p>
    <w:p>
      <w:pPr>
        <w:jc w:val="right"/>
      </w:pPr>
      <w:r>
        <w:t>کل نفس ذائقۃ الموت ثم الینا ترجعون ہر انسان کو ضرور مرنا ہے۔</w:t>
      </w:r>
    </w:p>
    <w:p>
      <w:r>
        <w:rPr>
          <w:b/>
        </w:rPr>
        <w:t xml:space="preserve">[05:44] </w:t>
      </w:r>
      <w:r>
        <w:t>phir tum Allah ki taraf lotaye jaoge.</w:t>
      </w:r>
    </w:p>
    <w:p>
      <w:pPr>
        <w:jc w:val="right"/>
      </w:pPr>
      <w:r>
        <w:t>پھر تم اللہ کی طرف لوٹائے جاؤ گے۔</w:t>
      </w:r>
    </w:p>
    <w:p>
      <w:r>
        <w:rPr>
          <w:b/>
        </w:rPr>
        <w:t xml:space="preserve">[05:51] </w:t>
      </w:r>
      <w:r>
        <w:t>yeh lotaya jana kitna bhayanak baat hai.</w:t>
      </w:r>
    </w:p>
    <w:p>
      <w:pPr>
        <w:jc w:val="right"/>
      </w:pPr>
      <w:r>
        <w:t>یہ لوٹایا جانا کتنا بھیانک بات ہے۔</w:t>
      </w:r>
    </w:p>
    <w:p>
      <w:r>
        <w:rPr>
          <w:b/>
        </w:rPr>
        <w:t xml:space="preserve">[06:00] </w:t>
      </w:r>
      <w:r>
        <w:t>aam taur par yeh samjha jata hai ke aam taur par logon ka farq zindagi ka jo principle hai, woh hai: right here, right now.</w:t>
      </w:r>
    </w:p>
    <w:p>
      <w:pPr>
        <w:jc w:val="right"/>
      </w:pPr>
      <w:r>
        <w:t>عام طور پر یہ سمجھا جاتا ہے کہ عام طور پر لوگوں کا فرق زندگی کا جو پرنسپل ہے، وہ ہے: رائٹ ہیئر، رائٹ ناو۔</w:t>
      </w:r>
    </w:p>
    <w:p>
      <w:r>
        <w:rPr>
          <w:b/>
        </w:rPr>
        <w:t xml:space="preserve">[06:10] </w:t>
      </w:r>
      <w:r>
        <w:t>lekin yeh to fast formula hai.</w:t>
      </w:r>
    </w:p>
    <w:p>
      <w:pPr>
        <w:jc w:val="right"/>
      </w:pPr>
      <w:r>
        <w:t>لیکن یہ تو فاسٹ فارمولا ہے۔</w:t>
      </w:r>
    </w:p>
    <w:p>
      <w:r>
        <w:rPr>
          <w:b/>
        </w:rPr>
        <w:t xml:space="preserve">[06:16] </w:t>
      </w:r>
      <w:r>
        <w:t>maut jo hai, aadmi ke</w:t>
      </w:r>
    </w:p>
    <w:p>
      <w:pPr>
        <w:jc w:val="right"/>
      </w:pPr>
      <w:r>
        <w:t>موت جو ہے، آدمی کے</w:t>
      </w:r>
    </w:p>
    <w:p>
      <w:r>
        <w:rPr>
          <w:b/>
        </w:rPr>
        <w:t xml:space="preserve">[06:22] </w:t>
      </w:r>
      <w:r>
        <w:t>liye sab se bari reminder hai</w:t>
      </w:r>
    </w:p>
    <w:p>
      <w:pPr>
        <w:jc w:val="right"/>
      </w:pPr>
      <w:r>
        <w:t>لیے سب سے بڑی ریمائنڈر ہے</w:t>
      </w:r>
    </w:p>
    <w:p>
      <w:r>
        <w:rPr>
          <w:b/>
        </w:rPr>
        <w:t xml:space="preserve">[06:28] </w:t>
      </w:r>
      <w:r>
        <w:t>ke tum abhi tak dunya ki zindagi mein the, ab tumhein creator ke paas jana hai, khalique ke paas jana hai. maut ka matlab hai: return to the creator.</w:t>
      </w:r>
    </w:p>
    <w:p>
      <w:pPr>
        <w:jc w:val="right"/>
      </w:pPr>
      <w:r>
        <w:t>کہ تم ابھی تک دنیا کی زندگی میں تھے، اب تمہیں کریٹر کے پاس جانا ہے، خالق کے پاس جانا ہے۔ موت کا مطلب ہے: ریٹرن ٹو دا کریٹر۔</w:t>
      </w:r>
    </w:p>
    <w:p>
      <w:r>
        <w:rPr>
          <w:b/>
        </w:rPr>
        <w:t xml:space="preserve">[06:42] </w:t>
      </w:r>
      <w:r>
        <w:t>kaisi bhayanak baat hai yeh.</w:t>
      </w:r>
    </w:p>
    <w:p>
      <w:pPr>
        <w:jc w:val="right"/>
      </w:pPr>
      <w:r>
        <w:t>کیسی بھیانک بات ہے یہ۔</w:t>
      </w:r>
    </w:p>
    <w:p>
      <w:r>
        <w:rPr>
          <w:b/>
        </w:rPr>
        <w:t xml:space="preserve">[06:49] </w:t>
      </w:r>
      <w:r>
        <w:t>maut ka din end ka din nahin hai, khatme ka din nahin hai. balke Khuda ki taraf wapsi ka din hai.</w:t>
      </w:r>
    </w:p>
    <w:p>
      <w:pPr>
        <w:jc w:val="right"/>
      </w:pPr>
      <w:r>
        <w:t>موت کا دن اینڈ کا دن نہیں ہے، خاتمے کا دن نہیں ہے۔ بلکہ خدا کی طرف واپسی کا دن ہے۔</w:t>
      </w:r>
    </w:p>
    <w:p>
      <w:r>
        <w:rPr>
          <w:b/>
        </w:rPr>
        <w:t xml:space="preserve">[06:59] </w:t>
      </w:r>
      <w:r>
        <w:t>thumma ilaina turja'un phir tum hamare paas, hamari taraf lotaye jaoge.</w:t>
      </w:r>
    </w:p>
    <w:p>
      <w:pPr>
        <w:jc w:val="right"/>
      </w:pPr>
      <w:r>
        <w:t>ثم الینا ترجعون پھر تم ہمارے پاس، ہماری طرف لوٹائے جاؤ گے۔</w:t>
      </w:r>
    </w:p>
    <w:p>
      <w:r>
        <w:rPr>
          <w:b/>
        </w:rPr>
        <w:t xml:space="preserve">[07:08] </w:t>
      </w:r>
      <w:r>
        <w:t>kaisi ajeeb baat yeh hai ke maut aap ki zindagi. har aadmi ko maut ka tajurba hona hai.</w:t>
      </w:r>
    </w:p>
    <w:p>
      <w:pPr>
        <w:jc w:val="right"/>
      </w:pPr>
      <w:r>
        <w:t>کیسی عجیب بات یہ ہے کہ موت آپ کی زندگی۔ ہر آدمی کو موت کا تجربہ ہونا ہے۔</w:t>
      </w:r>
    </w:p>
    <w:p>
      <w:r>
        <w:rPr>
          <w:b/>
        </w:rPr>
        <w:t xml:space="preserve">[07:19] </w:t>
      </w:r>
      <w:r>
        <w:t>kul nafsin za'iqatul maut aur maut kisi insaan ke liye end nahin hai, khatma nahin hai.</w:t>
      </w:r>
    </w:p>
    <w:p>
      <w:pPr>
        <w:jc w:val="right"/>
      </w:pPr>
      <w:r>
        <w:t>كل نفس ذائقۃ الموت اور موت کسی انسان کے لیے اینڈ نہیں ہے، خاتمہ نہیں ہے۔</w:t>
      </w:r>
    </w:p>
    <w:p>
      <w:r>
        <w:rPr>
          <w:b/>
        </w:rPr>
        <w:t xml:space="preserve">[07:30] </w:t>
      </w:r>
      <w:r>
        <w:t>maut woh din hai jabke paida hone wala, paida hone wala, paida karne wale ki taraf lota diya jata hai. aur phir wahan par hisab kitab hota hai, us ke abadi,</w:t>
      </w:r>
    </w:p>
    <w:p>
      <w:pPr>
        <w:jc w:val="right"/>
      </w:pPr>
      <w:r>
        <w:t>موت وہ دن ہے جبکہ پیدا ہونے والا، پیدا ہونے والا، پیدا کرنے والے کی طرف لوٹا دیا جاتا ہے۔ اور پھر وہاں پر حساب کتاب ہوتا ہے، اس کے ابدی،</w:t>
      </w:r>
    </w:p>
    <w:p>
      <w:r>
        <w:rPr>
          <w:b/>
        </w:rPr>
        <w:t xml:space="preserve">[07:46] </w:t>
      </w:r>
      <w:r>
        <w:t>us ke eternal future ka faisla kiya jata hai. us ke amal ke mutabiq. yaani maut ke baad eternity hai.</w:t>
      </w:r>
    </w:p>
    <w:p>
      <w:pPr>
        <w:jc w:val="right"/>
      </w:pPr>
      <w:r>
        <w:t>اس کے ایٹرنل فیوچر کا فیصلہ کیا جاتا ہے۔ اس کے عمل کے مطابق۔ یعنی موت کے بعد ایٹرنیٹی ہے۔</w:t>
      </w:r>
    </w:p>
    <w:p>
      <w:r>
        <w:rPr>
          <w:b/>
        </w:rPr>
        <w:t xml:space="preserve">[08:00] </w:t>
      </w:r>
      <w:r>
        <w:t>ek sahib se meri baat hui thi, ho rahi thi. woh bohat badh badh ke baatein kar rahe the. to meri zuban se nikla: aap yeh sochiye ke eternity ko aap kaise face karenge?</w:t>
      </w:r>
    </w:p>
    <w:p>
      <w:pPr>
        <w:jc w:val="right"/>
      </w:pPr>
      <w:r>
        <w:t>ایک صاحب سے میری بات ہوئی تھی، ہو رہی تھی۔ وہ بہت بڑھ بڑھ کے باتیں کر رہے تھے۔ تو میری زبان سے نکلا: آپ یہ سوچیے کہ ایٹرنیٹی کو آپ کیسے فیس کریں گے؟</w:t>
      </w:r>
    </w:p>
    <w:p>
      <w:r>
        <w:rPr>
          <w:b/>
        </w:rPr>
        <w:t xml:space="preserve">[08:18] </w:t>
      </w:r>
      <w:r>
        <w:t>abhi to mamla 64 saal ka tha. 64, 64 saal ko to aap ne jhel liya. eternity ko kaise face karenge?</w:t>
      </w:r>
    </w:p>
    <w:p>
      <w:pPr>
        <w:jc w:val="right"/>
      </w:pPr>
      <w:r>
        <w:t>ابھی تو معاملہ 64 سال کا تھا۔ 64، 64 سال کو تو آپ نے جھیل لیا۔ ایٹرنیٹی کو کیسے فیس کریں گے؟</w:t>
      </w:r>
    </w:p>
    <w:p>
      <w:r>
        <w:rPr>
          <w:b/>
        </w:rPr>
        <w:t xml:space="preserve">[08:33] </w:t>
      </w:r>
      <w:r>
        <w:t>kaise face karen ge?</w:t>
      </w:r>
    </w:p>
    <w:p>
      <w:pPr>
        <w:jc w:val="right"/>
      </w:pPr>
      <w:r>
        <w:t>کیسے فیس کریں گے؟</w:t>
      </w:r>
    </w:p>
    <w:p>
      <w:r>
        <w:rPr>
          <w:b/>
        </w:rPr>
        <w:t xml:space="preserve">[08:38] </w:t>
      </w:r>
      <w:r>
        <w:t>abhi jo moza mein pehne hon, moze ke andar aik chota sa koi cheez chali gayi thi. to paon mein chubh rahi thi woh.</w:t>
      </w:r>
    </w:p>
    <w:p>
      <w:pPr>
        <w:jc w:val="right"/>
      </w:pPr>
      <w:r>
        <w:t>ابھی جو موزہ میں پہنے ہوں، موزے کے اندر ایک چھوٹا سا کوئی چیز چلی گئی تھی۔ تو پاؤں میں چبھ رہی تھی وہ۔</w:t>
      </w:r>
    </w:p>
    <w:p>
      <w:r>
        <w:rPr>
          <w:b/>
        </w:rPr>
        <w:t xml:space="preserve">[08:49] </w:t>
      </w:r>
      <w:r>
        <w:t>bar bar. to jab tak maine moze se is cheez ko nikal nahi liya, tab tak mujhe chain nahi aaya.</w:t>
      </w:r>
    </w:p>
    <w:p>
      <w:pPr>
        <w:jc w:val="right"/>
      </w:pPr>
      <w:r>
        <w:t>بار بار۔ تو جب تک میں نے موزے سے اس چیز کو نکال نہیں لیا، تب تک مجھے چین نہیں آیا۔</w:t>
      </w:r>
    </w:p>
    <w:p>
      <w:r>
        <w:rPr>
          <w:b/>
        </w:rPr>
        <w:t xml:space="preserve">[09:00] </w:t>
      </w:r>
      <w:r>
        <w:t>to maine socha ke agar itna sa bhi akhirat mein itni si bhi mujhe, itni si punishment bhi di jaye ke tumhare paon mein aik keil chupi rahe gi, woh kabhi nikle gi nahi.</w:t>
      </w:r>
    </w:p>
    <w:p>
      <w:pPr>
        <w:jc w:val="right"/>
      </w:pPr>
      <w:r>
        <w:t>تو میں نے سوچا کہ اگر اتنا سا بھی آخرت میں اتنی سی بھی مجھے، اتنی سی پنشمنٹ بھی دی جائے کہ تمہارے پاؤں میں ایک کیل چھپی رہے گی، وہ کبھی نکلے گی نہیں۔</w:t>
      </w:r>
    </w:p>
    <w:p>
      <w:r>
        <w:rPr>
          <w:b/>
        </w:rPr>
        <w:t xml:space="preserve">[09:18] </w:t>
      </w:r>
      <w:r>
        <w:t>aik choti si keil.</w:t>
      </w:r>
    </w:p>
    <w:p>
      <w:pPr>
        <w:jc w:val="right"/>
      </w:pPr>
      <w:r>
        <w:t>ایک چھوٹی سی کیل۔</w:t>
      </w:r>
    </w:p>
    <w:p>
      <w:r>
        <w:rPr>
          <w:b/>
        </w:rPr>
        <w:t xml:space="preserve">[09:25] </w:t>
      </w:r>
      <w:r>
        <w:t>to kya haal hoga mera?</w:t>
      </w:r>
    </w:p>
    <w:p>
      <w:pPr>
        <w:jc w:val="right"/>
      </w:pPr>
      <w:r>
        <w:t>تو کیا حال ہوگا میرا؟</w:t>
      </w:r>
    </w:p>
    <w:p>
      <w:r>
        <w:rPr>
          <w:b/>
        </w:rPr>
        <w:t xml:space="preserve">[09:29] </w:t>
      </w:r>
      <w:r>
        <w:t>to dekhiye, hadith mein aata hai: al-nasu niyamun idha matu intabahu log so rahe hain.</w:t>
      </w:r>
    </w:p>
    <w:p>
      <w:pPr>
        <w:jc w:val="right"/>
      </w:pPr>
      <w:r>
        <w:t>تو دیکھیے، حدیث میں آتا ہے: الناس نیام اذا ماتو انتبهوا لوگ سو رہے ہیں۔</w:t>
      </w:r>
    </w:p>
    <w:p>
      <w:r>
        <w:rPr>
          <w:b/>
        </w:rPr>
        <w:t xml:space="preserve">[09:44] </w:t>
      </w:r>
      <w:r>
        <w:t>jab un par maut aaye gi, tab woh jaagen ge.</w:t>
      </w:r>
    </w:p>
    <w:p>
      <w:pPr>
        <w:jc w:val="right"/>
      </w:pPr>
      <w:r>
        <w:t>جب ان پر موت آئے گی، تب وہ جاگیں گے۔</w:t>
      </w:r>
    </w:p>
    <w:p>
      <w:r>
        <w:rPr>
          <w:b/>
        </w:rPr>
        <w:t xml:space="preserve">[09:49] </w:t>
      </w:r>
      <w:r>
        <w:t>kaisi ajeeb baat hai. yeh jis ko aap zindagi samajh rahe hain, yeh yeh sona hai, bekhabari hai.</w:t>
      </w:r>
    </w:p>
    <w:p>
      <w:pPr>
        <w:jc w:val="right"/>
      </w:pPr>
      <w:r>
        <w:t>کیسی عجیب بات ہے۔ یہ جس کو آپ زندگی سمجھ رہے ہیں، یہ یہ سونا ہے، بے خبری ہے۔</w:t>
      </w:r>
    </w:p>
    <w:p>
      <w:r>
        <w:rPr>
          <w:b/>
        </w:rPr>
        <w:t xml:space="preserve">[09:58] </w:t>
      </w:r>
      <w:r>
        <w:t>kyunke hum jo eternity ka jo, yeh eternity ka jo face karne ka muamla hai, us ko soche baghair hum dunya mein jee rahe hain.</w:t>
      </w:r>
    </w:p>
    <w:p>
      <w:pPr>
        <w:jc w:val="right"/>
      </w:pPr>
      <w:r>
        <w:t>کیونکہ ہم جو ایٹرنیٹی کا جو، یہ ایٹرنیٹی کا جو فیس کرنے کا معاملہ ہے، اس کو سوچے بغیر ہم دنیا میں جی رہے ہیں۔</w:t>
      </w:r>
    </w:p>
    <w:p>
      <w:r>
        <w:rPr>
          <w:b/>
        </w:rPr>
        <w:t xml:space="preserve">[10:18] </w:t>
      </w:r>
      <w:r>
        <w:t>to 64 saal ki zindagi ke bare mein to hum sara jatan karte hain. aur is ke baad jo eternity aane wali hai hamare samne, us ka koi, us ki koi tayari nahi.</w:t>
      </w:r>
    </w:p>
    <w:p>
      <w:pPr>
        <w:jc w:val="right"/>
      </w:pPr>
      <w:r>
        <w:t>تو 64 سال کی زندگی کے بارے میں تو ہم سارا جتن کرتے ہیں۔ اور اس کے بعد جو ایٹرنیٹی آنے والی ہے ہمارے سامنے، اس کا کوئی، اس کی کوئی تیاری نہیں۔</w:t>
      </w:r>
    </w:p>
    <w:p>
      <w:r>
        <w:rPr>
          <w:b/>
        </w:rPr>
        <w:t xml:space="preserve">[10:28] </w:t>
      </w:r>
      <w:r>
        <w:t>yeh hai sara masla.</w:t>
      </w:r>
    </w:p>
    <w:p>
      <w:pPr>
        <w:jc w:val="right"/>
      </w:pPr>
      <w:r>
        <w:t>یہ ہے سارا مسئلہ۔</w:t>
      </w:r>
    </w:p>
    <w:p>
      <w:r>
        <w:rPr>
          <w:b/>
        </w:rPr>
        <w:t xml:space="preserve">[10:35] </w:t>
      </w:r>
      <w:r>
        <w:t>to jab se maine woh khabar ko parha ke to rozana hi khabar aati rehti hai. lekin aik aisa insan jo abhi election mein jeeta ho, kal ministry ke charge lene wala ho,</w:t>
      </w:r>
    </w:p>
    <w:p>
      <w:pPr>
        <w:jc w:val="right"/>
      </w:pPr>
      <w:r>
        <w:t>تو جب سے میں نے وہ خبر کو پڑھا کہ تو روزانہ ہی خبر آتی رہتی ہے۔ لیکن ایک ایسا انسان جو ابھی الیکشن میں جیتا ہو، کل منسٹری کے چارج لینے والا ہو،</w:t>
      </w:r>
    </w:p>
    <w:p>
      <w:r>
        <w:rPr>
          <w:b/>
        </w:rPr>
        <w:t xml:space="preserve">[10:49] </w:t>
      </w:r>
      <w:r>
        <w:t>to aik bohat hi bara career is ke samne, zindagi bhar ki kamyabi ka din, aur achanak mar jaye.</w:t>
      </w:r>
    </w:p>
    <w:p>
      <w:pPr>
        <w:jc w:val="right"/>
      </w:pPr>
      <w:r>
        <w:t>تو ایک بہت ہی بڑا کیریئر اس کے سامنے، زندگی بھر کی کامیابی کا دن، اور اچانک مر جائے۔</w:t>
      </w:r>
    </w:p>
    <w:p>
      <w:r>
        <w:rPr>
          <w:b/>
        </w:rPr>
        <w:t xml:space="preserve">[11:01] </w:t>
      </w:r>
      <w:r>
        <w:t>to Allah taala is tarah ke waqiaat, yeh aaiye na samjhen ke yeh accidental death thi. yeh dunya mein koi cheez ba sabab accident nahi hoti.</w:t>
      </w:r>
    </w:p>
    <w:p>
      <w:pPr>
        <w:jc w:val="right"/>
      </w:pPr>
      <w:r>
        <w:t>تو اللہ تعالیٰ اس طرح کے واقعات، یہ آئیے نہ سمجھیں کہ یہ ایکسیڈنٹل ڈیتھ تھی۔ یہ دنیا میں کوئی چیز بطور ایکسیڈنٹ نہیں ہوتی۔</w:t>
      </w:r>
    </w:p>
    <w:p>
      <w:r>
        <w:rPr>
          <w:b/>
        </w:rPr>
        <w:t xml:space="preserve">[11:13] </w:t>
      </w:r>
      <w:r>
        <w:t>woh planning ke tehat hoti hai.</w:t>
      </w:r>
    </w:p>
    <w:p>
      <w:pPr>
        <w:jc w:val="right"/>
      </w:pPr>
      <w:r>
        <w:t>وہ پلاننگ کے تحت ہوتی ہے۔</w:t>
      </w:r>
    </w:p>
    <w:p>
      <w:r>
        <w:rPr>
          <w:b/>
        </w:rPr>
        <w:t xml:space="preserve">[11:18] </w:t>
      </w:r>
      <w:r>
        <w:t>dunya mein kai bar aisa hota hai ke unexpected maut aati hai. koi bacha mar gaya. ya kal woh apni victory rally ko address karne wala hai, aaj mar gaya.</w:t>
      </w:r>
    </w:p>
    <w:p>
      <w:pPr>
        <w:jc w:val="right"/>
      </w:pPr>
      <w:r>
        <w:t>دنیا میں کئی بار ایسا ہوتا ہے کہ ان ایکسپیکٹڈ موت آتی ہے۔ کوئی بچہ مر گیا۔ یا کل وہ اپنی وکٹری ریلی کو ایڈریس کرنے والا ہے، آج مر گیا۔</w:t>
      </w:r>
    </w:p>
    <w:p>
      <w:r>
        <w:rPr>
          <w:b/>
        </w:rPr>
        <w:t xml:space="preserve">[11:34] </w:t>
      </w:r>
      <w:r>
        <w:t>yeh sab unexpected maut hai. woh is liye hoti hai taake logon ko jhanjhoda jaye.</w:t>
      </w:r>
    </w:p>
    <w:p>
      <w:pPr>
        <w:jc w:val="right"/>
      </w:pPr>
      <w:r>
        <w:t>یہ سب ان ایکسپیکٹڈ موت ہے۔ وہ اس لیے ہوتی ہے تاکہ لوگوں کو جھنجھوڑا جائے۔</w:t>
      </w:r>
    </w:p>
    <w:p>
      <w:r>
        <w:rPr>
          <w:b/>
        </w:rPr>
        <w:t xml:space="preserve">[11:44] </w:t>
      </w:r>
      <w:r>
        <w:t>logon ke andar brainstorming paida ki jaye.</w:t>
      </w:r>
    </w:p>
    <w:p>
      <w:pPr>
        <w:jc w:val="right"/>
      </w:pPr>
      <w:r>
        <w:t>لوگوں کے اندر برین اسٹارمنگ پیدا کی جائے۔</w:t>
      </w:r>
    </w:p>
    <w:p>
      <w:r>
        <w:rPr>
          <w:b/>
        </w:rPr>
        <w:t xml:space="preserve">[11:50] </w:t>
      </w:r>
      <w:r>
        <w:t>isi liye dekhiye, hadith mein aya hai:</w:t>
      </w:r>
    </w:p>
    <w:p>
      <w:pPr>
        <w:jc w:val="right"/>
      </w:pPr>
      <w:r>
        <w:t>اسی لیے دیکھیے، حدیث میں آیا ہے:</w:t>
      </w:r>
    </w:p>
    <w:p>
      <w:r>
        <w:rPr>
          <w:b/>
        </w:rPr>
        <w:t xml:space="preserve">[11:58] </w:t>
      </w:r>
      <w:r>
        <w:t>akthro zikr had bil lazzat il maut</w:t>
      </w:r>
    </w:p>
    <w:p>
      <w:pPr>
        <w:jc w:val="right"/>
      </w:pPr>
      <w:r>
        <w:t>اکثرو ذکر ہاد باللذات الموت</w:t>
      </w:r>
    </w:p>
    <w:p>
      <w:r>
        <w:rPr>
          <w:b/>
        </w:rPr>
        <w:t xml:space="preserve">[12:04] </w:t>
      </w:r>
      <w:r>
        <w:t>maut ko bohat ziyada yaad karo. jo lazzaton ko utha dene wali hai. is par ghhor kijiye.</w:t>
      </w:r>
    </w:p>
    <w:p>
      <w:pPr>
        <w:jc w:val="right"/>
      </w:pPr>
      <w:r>
        <w:t>موت کو بہت زیادہ یاد کرو۔ جو لذتوں کو اٹھا دینے والی ہے۔ اس پر غور کیجیے۔</w:t>
      </w:r>
    </w:p>
    <w:p>
      <w:r>
        <w:rPr>
          <w:b/>
        </w:rPr>
        <w:t xml:space="preserve">[12:17] </w:t>
      </w:r>
      <w:r>
        <w:t>maut ka lazzaton ko uthaane ka matlab kya hai? yahan lazzat ke maani koi test ki baat nahin hai.</w:t>
      </w:r>
    </w:p>
    <w:p>
      <w:pPr>
        <w:jc w:val="right"/>
      </w:pPr>
      <w:r>
        <w:t>موت کا لذتوں کو اٹھانے کا مطلب کیا ہے؟ یہاں لذت کے معنی کوئی ٹیسٹ کی بات نہیں ہے۔</w:t>
      </w:r>
    </w:p>
    <w:p>
      <w:r>
        <w:rPr>
          <w:b/>
        </w:rPr>
        <w:t xml:space="preserve">[12:30] </w:t>
      </w:r>
      <w:r>
        <w:t>yeh ka maani yeh hai ke jo aap apni zindagi ka naqsha banate hain, jis mein aap jeete hain. jin ambitions mein aap jeete hain.</w:t>
      </w:r>
    </w:p>
    <w:p>
      <w:pPr>
        <w:jc w:val="right"/>
      </w:pPr>
      <w:r>
        <w:t>یہ کا معنی یہ ہے کہ جو آپ اپنی زندگی کا نقشہ بناتے ہیں، جس میں آپ جیتے ہیں۔ جن ایمبیشنز میں آپ جیتے ہیں۔</w:t>
      </w:r>
    </w:p>
    <w:p>
      <w:r>
        <w:rPr>
          <w:b/>
        </w:rPr>
        <w:t xml:space="preserve">[12:42] </w:t>
      </w:r>
      <w:r>
        <w:t>jin desires ko poora karne ke liye aap daurte hain.</w:t>
      </w:r>
    </w:p>
    <w:p>
      <w:pPr>
        <w:jc w:val="right"/>
      </w:pPr>
      <w:r>
        <w:t>جن ڈیزائرز کو پورا کرنے کے لیے آپ دوڑتے ہیں۔</w:t>
      </w:r>
    </w:p>
    <w:p>
      <w:r>
        <w:rPr>
          <w:b/>
        </w:rPr>
        <w:t xml:space="preserve">[12:48] </w:t>
      </w:r>
      <w:r>
        <w:t>jis gol ko poora karne ke liye aap apni sari energy lagaye hue hote hain. That is your lazzat.</w:t>
      </w:r>
    </w:p>
    <w:p>
      <w:pPr>
        <w:jc w:val="right"/>
      </w:pPr>
      <w:r>
        <w:t>جس گول کو پورا کرنے کے لیے آپ اپنی ساری انرجی لگائے ہوئے ہوتے ہیں۔ That is your لذت۔</w:t>
      </w:r>
    </w:p>
    <w:p>
      <w:r>
        <w:rPr>
          <w:b/>
        </w:rPr>
        <w:t xml:space="preserve">[12:58] </w:t>
      </w:r>
      <w:r>
        <w:t>to utha dene wali hai.</w:t>
      </w:r>
    </w:p>
    <w:p>
      <w:pPr>
        <w:jc w:val="right"/>
      </w:pPr>
      <w:r>
        <w:t>تو اٹھا دینے والی ہے۔</w:t>
      </w:r>
    </w:p>
    <w:p>
      <w:r>
        <w:rPr>
          <w:b/>
        </w:rPr>
        <w:t xml:space="preserve">[13:01] </w:t>
      </w:r>
      <w:r>
        <w:t>yani achaanak batati hai ke kya paya hai tum ne.</w:t>
      </w:r>
    </w:p>
    <w:p>
      <w:pPr>
        <w:jc w:val="right"/>
      </w:pPr>
      <w:r>
        <w:t>یعنی اچانک بتاتی ہے کہ کیا پایا ہے تم نے۔</w:t>
      </w:r>
    </w:p>
    <w:p>
      <w:r>
        <w:rPr>
          <w:b/>
        </w:rPr>
        <w:t xml:space="preserve">[13:08] </w:t>
      </w:r>
      <w:r>
        <w:t>maut demolish kar deti hai is sari planning ko jo is dunya ko le kar insan karta hai. Woh remind karti hai ke akhirat ko le kar planning karo.</w:t>
      </w:r>
    </w:p>
    <w:p>
      <w:pPr>
        <w:jc w:val="right"/>
      </w:pPr>
      <w:r>
        <w:t>موت ڈیمالش کر دیتی ہے اس ساری پلاننگ کو جو اس دنیا کو لے کر انسان کرتا ہے۔ وہ ریمائنڈ کرتی ہے کہ آخرت کو لے کر پلاننگ کرو۔</w:t>
      </w:r>
    </w:p>
    <w:p>
      <w:r>
        <w:rPr>
          <w:b/>
        </w:rPr>
        <w:t xml:space="preserve">[13:21] </w:t>
      </w:r>
      <w:r>
        <w:t>yani eternity ko le kar planning karo. To main samajhta hoon ke maut jo hai, maut, maut ka jo concept hai,</w:t>
      </w:r>
    </w:p>
    <w:p>
      <w:pPr>
        <w:jc w:val="right"/>
      </w:pPr>
      <w:r>
        <w:t>یعنی ایٹرنیٹی کو لے کر پلاننگ کرو۔ تو میں سمجھتا ہوں کہ موت جو ہے، موت، موت کا جو کانسیپٹ ہے،</w:t>
      </w:r>
    </w:p>
    <w:p>
      <w:r>
        <w:rPr>
          <w:b/>
        </w:rPr>
        <w:t xml:space="preserve">[13:31] </w:t>
      </w:r>
      <w:r>
        <w:t>kisi insan ke liye ek regulator hai. Regulator. Regulator hai woh. Yani aap ki zindagi ko sahi direction deta hai.</w:t>
      </w:r>
    </w:p>
    <w:p>
      <w:pPr>
        <w:jc w:val="right"/>
      </w:pPr>
      <w:r>
        <w:t>کسی انسان کے لیے ایک ریگولیٹر ہے۔ ریگولیٹر۔ ریگولیٹر ہے وہ۔ یعنی آپ کی زندگی کو صحیح ڈائریکشن دیتا ہے۔</w:t>
      </w:r>
    </w:p>
    <w:p>
      <w:r>
        <w:rPr>
          <w:b/>
        </w:rPr>
        <w:t xml:space="preserve">[13:44] </w:t>
      </w:r>
      <w:r>
        <w:t>aap ke liye sahi line of action deta hai. Aap ki planning kis dhang par ho, woh batata hai.</w:t>
      </w:r>
    </w:p>
    <w:p>
      <w:pPr>
        <w:jc w:val="right"/>
      </w:pPr>
      <w:r>
        <w:t>آپ کے لیے صحیح لائن آف ایکشن دیتا ہے۔ آپ کی پلاننگ کس ڈھنگ پر ہو، وہ بتاتا ہے۔</w:t>
      </w:r>
    </w:p>
    <w:p>
      <w:r>
        <w:rPr>
          <w:b/>
        </w:rPr>
        <w:t xml:space="preserve">[13:57] </w:t>
      </w:r>
      <w:r>
        <w:t>sari aap ki jo thinking, way of thinking, aap ka behaviour, aap ka bolna, aap ka activity, har ek ke liye woh regulator hai.</w:t>
      </w:r>
    </w:p>
    <w:p>
      <w:pPr>
        <w:jc w:val="right"/>
      </w:pPr>
      <w:r>
        <w:t>ساری آپ کی جو تھنکنگ، وے آف تھنکنگ، آپ کا بیہیویئر، آپ کا بولنا، آپ کا ایکٹیویٹی، ہر ایک کے لیے وہ ریگولیٹر ہے۔</w:t>
      </w:r>
    </w:p>
    <w:p>
      <w:r>
        <w:rPr>
          <w:b/>
        </w:rPr>
        <w:t xml:space="preserve">[14:11] </w:t>
      </w:r>
      <w:r>
        <w:t>rukh bandi karti hai ke rukh aap ka kya ho.</w:t>
      </w:r>
    </w:p>
    <w:p>
      <w:pPr>
        <w:jc w:val="right"/>
      </w:pPr>
      <w:r>
        <w:t>رخ بندی کرتی ہے کہ رخ آپ کا کیا ہو۔</w:t>
      </w:r>
    </w:p>
    <w:p>
      <w:r>
        <w:rPr>
          <w:b/>
        </w:rPr>
        <w:t xml:space="preserve">[14:18] </w:t>
      </w:r>
      <w:r>
        <w:t>kaisi ajeeb baat hai ke</w:t>
      </w:r>
    </w:p>
    <w:p>
      <w:pPr>
        <w:jc w:val="right"/>
      </w:pPr>
      <w:r>
        <w:t>کیسی عجیب بات ہے کہ</w:t>
      </w:r>
    </w:p>
    <w:p>
      <w:r>
        <w:rPr>
          <w:b/>
        </w:rPr>
        <w:t xml:space="preserve">[14:25] </w:t>
      </w:r>
      <w:r>
        <w:t>itne zyada insan rozana mar rahe hain. Yani more than 100 thapr day. Phir bhi koi sochta nahin.</w:t>
      </w:r>
    </w:p>
    <w:p>
      <w:pPr>
        <w:jc w:val="right"/>
      </w:pPr>
      <w:r>
        <w:t>اتنے زیادہ انسان روزانہ مر رہے ہیں۔ یعنی مور دین 100 تھا پر ڈے۔ پھر بھی کوئی سوچتا نہیں۔</w:t>
      </w:r>
    </w:p>
    <w:p>
      <w:r>
        <w:rPr>
          <w:b/>
        </w:rPr>
        <w:t xml:space="preserve">[14:36] </w:t>
      </w:r>
      <w:r>
        <w:t>main ne is par ek pata research kiya. Research karne ke baad mujhe samajh mein aaya ke aadmi ki poori zindagi DNA ke tehat chalti hai.</w:t>
      </w:r>
    </w:p>
    <w:p>
      <w:pPr>
        <w:jc w:val="right"/>
      </w:pPr>
      <w:r>
        <w:t>میں نے اس پر ایک پتہ ریسرچ کیا۔ ریسرچ کرنے کے بعد مجھے سمجھ میں آیا کہ آدمی کی پوری زندگی ڈی این اے کے تحت چلتی ہے۔</w:t>
      </w:r>
    </w:p>
    <w:p>
      <w:r>
        <w:rPr>
          <w:b/>
        </w:rPr>
        <w:t xml:space="preserve">[14:48] </w:t>
      </w:r>
      <w:r>
        <w:t>DNA mein jo kuch ثبت hai, wohi isi ke mutabiq hamari zindagi banti hai. Maslan DNA mein yeh likha hua hai ke aap ki aankh yahan ho.</w:t>
      </w:r>
    </w:p>
    <w:p>
      <w:pPr>
        <w:jc w:val="right"/>
      </w:pPr>
      <w:r>
        <w:t>ڈی این اے میں جو کچھ ثبت ہے، وہی اسی کے مطابق ہماری زندگی بنتی ہے۔ مثلاً ڈی این اے میں یہ لکھا ہوا ہے کہ آپ کی آنکھ یہاں ہو۔</w:t>
      </w:r>
    </w:p>
    <w:p>
      <w:r>
        <w:rPr>
          <w:b/>
        </w:rPr>
        <w:t xml:space="preserve">[14:59] </w:t>
      </w:r>
      <w:r>
        <w:t>agar yahan likh jaye to yahan aankh ho jayegi. DNA mein bataya hua hai ke kaan yahan hone chahiye. Agar yahan hua to yahan aap ka kaan ho jayega.</w:t>
      </w:r>
    </w:p>
    <w:p>
      <w:pPr>
        <w:jc w:val="right"/>
      </w:pPr>
      <w:r>
        <w:t>اگر یہاں لکھ جائے تو یہاں آنکھ ہو جائے گی۔ ڈی این اے میں بتایا ہوا ہے کہ کان یہاں ہونے چاہیے۔ اگر یہاں ہوا تو یہاں آپ کا کان ہو جائے گا۔</w:t>
      </w:r>
    </w:p>
    <w:p>
      <w:r>
        <w:rPr>
          <w:b/>
        </w:rPr>
        <w:t xml:space="preserve">[15:10] </w:t>
      </w:r>
      <w:r>
        <w:t>sab kuch aap ka test, aap ka bolne ka tone, aap ki way of thinking, ghraz har cheez DNA mein maujood hoti hai.</w:t>
      </w:r>
    </w:p>
    <w:p>
      <w:pPr>
        <w:jc w:val="right"/>
      </w:pPr>
      <w:r>
        <w:t>سب کچھ آپ کا ٹیسٹ، آپ کا بولنے کا ٹون، آپ کی وے آف تھنکنگ، غرض ہر چیز ڈی این اے میں موجود ہوتی ہے۔</w:t>
      </w:r>
    </w:p>
    <w:p>
      <w:r>
        <w:rPr>
          <w:b/>
        </w:rPr>
        <w:t xml:space="preserve">[15:24] </w:t>
      </w:r>
      <w:r>
        <w:t>sirf ek hi cheez nahin hai, woh hai death. Death ka concept.</w:t>
      </w:r>
    </w:p>
    <w:p>
      <w:pPr>
        <w:jc w:val="right"/>
      </w:pPr>
      <w:r>
        <w:t>صرف ایک ہی چیز نہیں ہے، وہ ہے ڈیتھ۔ ڈیتھ کا کانسیپٹ۔</w:t>
      </w:r>
    </w:p>
    <w:p>
      <w:r>
        <w:rPr>
          <w:b/>
        </w:rPr>
        <w:t xml:space="preserve">[15:31] </w:t>
      </w:r>
      <w:r>
        <w:t>isi liye aadmi bhoola rehta hai. Kyun ke DNA mein nahin hai, is liye hamare mind, is liye hamari living memory mein woh maujood nahin hai.</w:t>
      </w:r>
    </w:p>
    <w:p>
      <w:pPr>
        <w:jc w:val="right"/>
      </w:pPr>
      <w:r>
        <w:t>اسی لیے آدمی بھولا رہتا ہے۔ کیونکہ ڈی این اے میں نہیں ہے، اس لیے ہمارے مائنڈ، اس لیے ہماری لیونگ میموری میں وہ موجود نہیں ہے۔</w:t>
      </w:r>
    </w:p>
    <w:p>
      <w:r>
        <w:rPr>
          <w:b/>
        </w:rPr>
        <w:t xml:space="preserve">[15:45] </w:t>
      </w:r>
      <w:r>
        <w:t>sari cheezein hamari living memory mein maujood hoti hain, except death. To Allah taala ne aisa kyun kiya? Yahan dekhiye, yeh Allah taala ki ek rehmat hai.</w:t>
      </w:r>
    </w:p>
    <w:p>
      <w:pPr>
        <w:jc w:val="right"/>
      </w:pPr>
      <w:r>
        <w:t>ساری چیزیں ہماری لیونگ میموری میں موجود ہوتی ہیں، ایکسیپٹ ڈیتھ۔ تو اللہ تعالیٰ نے ایسا کیوں کیا؟ یہاں دیکھیے، یہ اللہ تعالیٰ کی ایک رحمت ہے۔</w:t>
      </w:r>
    </w:p>
    <w:p>
      <w:r>
        <w:rPr>
          <w:b/>
        </w:rPr>
        <w:t xml:space="preserve">[15:59] </w:t>
      </w:r>
      <w:r>
        <w:t>agar death hamari living memory mein hoti to hum kuch kar na paate. Har waqt maut hi ka khayal aata.</w:t>
      </w:r>
    </w:p>
    <w:p>
      <w:pPr>
        <w:jc w:val="right"/>
      </w:pPr>
      <w:r>
        <w:t>اگر ڈیتھ ہماری لیونگ میموری میں ہوتی تو ہم کچھ کر نہ پاتے۔ ہر وقت موت ہی کا خیال آتا۔</w:t>
      </w:r>
    </w:p>
    <w:p>
      <w:r>
        <w:rPr>
          <w:b/>
        </w:rPr>
        <w:t xml:space="preserve">[16:11] </w:t>
      </w:r>
      <w:r>
        <w:t>aur phir aap koi planning nahin kar paate. Aap ki activities nahin ho sakti theen. Kuch nahin ho sakti thi. To Allah taala ki yeh rehmat hai ke Allah ne aap ki living memory mein death ko nahin rakha.</w:t>
      </w:r>
    </w:p>
    <w:p>
      <w:pPr>
        <w:jc w:val="right"/>
      </w:pPr>
      <w:r>
        <w:t>اور پھر آپ کوئی پلاننگ نہیں کر پاتے۔ آپ کی ایکٹیویٹیز نہیں ہو سکتی تھیں۔ کچھ نہیں ہو سکتی تھی۔ تو اللہ تعالیٰ کی یہ رحمت ہے کہ اللہ نے آپ کی لیونگ میموری میں ڈیتھ کو نہیں رکھا۔</w:t>
      </w:r>
    </w:p>
    <w:p>
      <w:r>
        <w:rPr>
          <w:b/>
        </w:rPr>
        <w:t xml:space="preserve">[16:26] </w:t>
      </w:r>
      <w:r>
        <w:t>albata aap ke liye keh diya ke soch kar maut ko samjho.</w:t>
      </w:r>
    </w:p>
    <w:p>
      <w:pPr>
        <w:jc w:val="right"/>
      </w:pPr>
      <w:r>
        <w:t>البتہ آپ کے لیے کہہ دیا کہ سوچ کر موت کو سمجھو۔</w:t>
      </w:r>
    </w:p>
    <w:p>
      <w:r>
        <w:rPr>
          <w:b/>
        </w:rPr>
        <w:t xml:space="preserve">[16:33] </w:t>
      </w:r>
      <w:r>
        <w:t>socho ke jo mar rahe hain, mere dayen koi mara, koi bayen mara, koi mere country mein mara, koi doosre country mein mara. Is ko le kar socho.</w:t>
      </w:r>
    </w:p>
    <w:p>
      <w:pPr>
        <w:jc w:val="right"/>
      </w:pPr>
      <w:r>
        <w:t>سوچو کہ جو مر رہے ہیں، میرے دائیں کوئی مرا، کوئی بائیں مرا، کوئی میرے کنٹری میں مرا، کوئی دوسرے کنٹری میں مرا۔ اس کو لے کر سوچو۔</w:t>
      </w:r>
    </w:p>
    <w:p>
      <w:r>
        <w:rPr>
          <w:b/>
        </w:rPr>
        <w:t xml:space="preserve">[16:46] </w:t>
      </w:r>
      <w:r>
        <w:t>yani death ko sochne ka item bana diya, na ke memory ka item.</w:t>
      </w:r>
    </w:p>
    <w:p>
      <w:pPr>
        <w:jc w:val="right"/>
      </w:pPr>
      <w:r>
        <w:t>یعنی ڈیتھ کو سوچنے کا آئٹم بنا دیا، نہ کہ میموری کا آئٹم۔</w:t>
      </w:r>
    </w:p>
    <w:p>
      <w:r>
        <w:rPr>
          <w:b/>
        </w:rPr>
        <w:t xml:space="preserve">[16:55] </w:t>
      </w:r>
      <w:r>
        <w:t>bahut badi baat hai yeh. Main jo alfaaz bol raha hoon, yeh sab memory mein hai. Yeh jo main recall kar raha hoon, is ko bol raha hoon</w:t>
      </w:r>
    </w:p>
    <w:p>
      <w:pPr>
        <w:jc w:val="right"/>
      </w:pPr>
      <w:r>
        <w:t>بہت بڑی بات ہے یہ۔ میں جو الفاظ بول رہا ہوں، یہ سب میموری میں ہے۔ یہ جو میں ریکال کر رہا ہوں، اس کو بول رہا ہوں</w:t>
      </w:r>
    </w:p>
    <w:p>
      <w:r>
        <w:rPr>
          <w:b/>
        </w:rPr>
        <w:t xml:space="preserve">[17:04] </w:t>
      </w:r>
      <w:r>
        <w:t>. Yeh saare jo alfaaz bol raha hoon, woh meri memory mein already maujood hain. Isi ko main recall kar ke bol raha hoon.</w:t>
      </w:r>
    </w:p>
    <w:p>
      <w:pPr>
        <w:jc w:val="right"/>
      </w:pPr>
      <w:r>
        <w:t>۔ یہ سارے جو الفاظ بول رہا ہوں، وہ میری میموری میں آلریڈی موجود ہیں۔ اسی کو میں ریکال کر کے بول رہا ہوں۔</w:t>
      </w:r>
    </w:p>
    <w:p>
      <w:r>
        <w:rPr>
          <w:b/>
        </w:rPr>
        <w:t xml:space="preserve">[17:13] </w:t>
      </w:r>
      <w:r>
        <w:t>isi tarah se meri memory mein death nahi hai.</w:t>
      </w:r>
    </w:p>
    <w:p>
      <w:pPr>
        <w:jc w:val="right"/>
      </w:pPr>
      <w:r>
        <w:t>اسی طرح سے میری میموری میں ڈیتھ نہیں ہے۔</w:t>
      </w:r>
    </w:p>
    <w:p>
      <w:r>
        <w:rPr>
          <w:b/>
        </w:rPr>
        <w:t xml:space="preserve">[17:19] </w:t>
      </w:r>
      <w:r>
        <w:t>to death ko Allah taala ne memory ka item nahi banaya, balkay soch ka item bana diya.</w:t>
      </w:r>
    </w:p>
    <w:p>
      <w:pPr>
        <w:jc w:val="right"/>
      </w:pPr>
      <w:r>
        <w:t>تو ڈیتھ کو اللہ تعالیٰ نے میموری کا آئٹم نہیں بنایا، بلکہ سوچ کا آئٹم بنا دیا۔</w:t>
      </w:r>
    </w:p>
    <w:p>
      <w:r>
        <w:rPr>
          <w:b/>
        </w:rPr>
        <w:t xml:space="preserve">[17:29] </w:t>
      </w:r>
      <w:r>
        <w:t>thinking ka item bana diya.</w:t>
      </w:r>
    </w:p>
    <w:p>
      <w:pPr>
        <w:jc w:val="right"/>
      </w:pPr>
      <w:r>
        <w:t>تھنکنگ کا آئٹم بنا دیا۔</w:t>
      </w:r>
    </w:p>
    <w:p>
      <w:r>
        <w:rPr>
          <w:b/>
        </w:rPr>
        <w:t xml:space="preserve">[17:32] </w:t>
      </w:r>
      <w:r>
        <w:t>yeh bohat bari rehmat hai.</w:t>
      </w:r>
    </w:p>
    <w:p>
      <w:pPr>
        <w:jc w:val="right"/>
      </w:pPr>
      <w:r>
        <w:t>یہ بہت بڑی رحمت ہے۔</w:t>
      </w:r>
    </w:p>
    <w:p>
      <w:r>
        <w:rPr>
          <w:b/>
        </w:rPr>
        <w:t xml:space="preserve">[17:38] </w:t>
      </w:r>
      <w:r>
        <w:t>agar aisa na hota to aap har waqt mout mout karte aur kuch kar nahi sakte thay.</w:t>
      </w:r>
    </w:p>
    <w:p>
      <w:pPr>
        <w:jc w:val="right"/>
      </w:pPr>
      <w:r>
        <w:t>اگر ایسا نہ ہوتا تو آپ ہر وقت موت موت کرتے اور کچھ کر نہیں سکتے تھے۔</w:t>
      </w:r>
    </w:p>
    <w:p>
      <w:r>
        <w:rPr>
          <w:b/>
        </w:rPr>
        <w:t xml:space="preserve">[17:46] </w:t>
      </w:r>
      <w:r>
        <w:t>to dna ke baray mein sochte hue yeh baat mujhe samajh mein aayi ke Allah taala ki aik rehmat hai ke is ne mout ko hamari memory ka item nahi banaya, balkay hamare thinking ka item bana diya.</w:t>
      </w:r>
    </w:p>
    <w:p>
      <w:pPr>
        <w:jc w:val="right"/>
      </w:pPr>
      <w:r>
        <w:t>تو ڈی این اے کے بارے میں سوچتے ہوئے یہ بات مجھے سمجھ میں آئی کہ اللہ تعالیٰ کی ایک رحمت ہے کہ اس نے موت کو ہماری میموری کا آئٹم نہیں بنایا، بلکہ ہمارے تھنکنگ کا آئٹم بنا دیا۔</w:t>
      </w:r>
    </w:p>
    <w:p>
      <w:r>
        <w:rPr>
          <w:b/>
        </w:rPr>
        <w:t xml:space="preserve">[18:01] </w:t>
      </w:r>
      <w:r>
        <w:t>soch kar ja lo. discover karo is ko. yeh discovery ka item hai mout hamare liye, na ke memory ka item.</w:t>
      </w:r>
    </w:p>
    <w:p>
      <w:pPr>
        <w:jc w:val="right"/>
      </w:pPr>
      <w:r>
        <w:t>سوچ کر جا لو۔ ڈسکور کرو اس کو۔ یہ ڈسکوری کا آئٹم ہے موت ہمارے لیے، نہ کہ میموری کا آئٹم۔</w:t>
      </w:r>
    </w:p>
    <w:p>
      <w:r>
        <w:rPr>
          <w:b/>
        </w:rPr>
        <w:t xml:space="preserve">[18:12] </w:t>
      </w:r>
      <w:r>
        <w:t>lekin is se is ki importance ghattati nahi hai.</w:t>
      </w:r>
    </w:p>
    <w:p>
      <w:pPr>
        <w:jc w:val="right"/>
      </w:pPr>
      <w:r>
        <w:t>لیکن اس سے اس کی امپورٹنس گھٹتی نہیں ہے۔</w:t>
      </w:r>
    </w:p>
    <w:p>
      <w:r>
        <w:rPr>
          <w:b/>
        </w:rPr>
        <w:t xml:space="preserve">[18:18] </w:t>
      </w:r>
      <w:r>
        <w:t>is se ghattati nahi hai is ki importance. kyunke dekhiye,</w:t>
      </w:r>
    </w:p>
    <w:p>
      <w:pPr>
        <w:jc w:val="right"/>
      </w:pPr>
      <w:r>
        <w:t>اس سے گھٹتی نہیں ہے اس کی امپورٹنس۔ کیونکہ دیکھیے،</w:t>
      </w:r>
    </w:p>
    <w:p>
      <w:r>
        <w:rPr>
          <w:b/>
        </w:rPr>
        <w:t xml:space="preserve">[18:28] </w:t>
      </w:r>
      <w:r>
        <w:t>masla yeh hai ke Allah ne mujhe aur aap ko</w:t>
      </w:r>
    </w:p>
    <w:p>
      <w:pPr>
        <w:jc w:val="right"/>
      </w:pPr>
      <w:r>
        <w:t>مسئلہ یہ ہے کہ اللہ نے مجھے اور آپ کو</w:t>
      </w:r>
    </w:p>
    <w:p>
      <w:r>
        <w:rPr>
          <w:b/>
        </w:rPr>
        <w:t xml:space="preserve">[18:39] </w:t>
      </w:r>
      <w:r>
        <w:t>paida karte hi eternal life de di. ab hamein, ab hamein khatam nahi hona hai.</w:t>
      </w:r>
    </w:p>
    <w:p>
      <w:pPr>
        <w:jc w:val="right"/>
      </w:pPr>
      <w:r>
        <w:t>پیدا کرتے ہی ایٹرنل لائف دے دی۔ اب ہمیں، اب ہمیں ختم نہیں ہونا ہے۔</w:t>
      </w:r>
    </w:p>
    <w:p>
      <w:r>
        <w:rPr>
          <w:b/>
        </w:rPr>
        <w:t xml:space="preserve">[18:46] </w:t>
      </w:r>
      <w:r>
        <w:t>ab hamein hamesha ke liye zinda rehna hai. paida hote hi hamein eternal life mil gayi. ab 70 saal ke baad hum mar jate hain.</w:t>
      </w:r>
    </w:p>
    <w:p>
      <w:pPr>
        <w:jc w:val="right"/>
      </w:pPr>
      <w:r>
        <w:t>اب ہمیں ہمیشہ کے لیے زندہ رہنا ہے۔ پیدا ہوتے ہی ہمیں ایٹرنل لائف مل گئی۔ اب 70 سال کے بعد ہم مر جاتے ہیں۔</w:t>
      </w:r>
    </w:p>
    <w:p>
      <w:r>
        <w:rPr>
          <w:b/>
        </w:rPr>
        <w:t xml:space="preserve">[19:00] </w:t>
      </w:r>
      <w:r>
        <w:t>to is ka matlab kya ho gaya? hum aik aur zindagi mein chale jate hain.</w:t>
      </w:r>
    </w:p>
    <w:p>
      <w:pPr>
        <w:jc w:val="right"/>
      </w:pPr>
      <w:r>
        <w:t>تو اس کا معنی کیا ہو گیا؟ ہم ایک اور زندگی میں چلے جاتے ہیں۔</w:t>
      </w:r>
    </w:p>
    <w:p>
      <w:r>
        <w:rPr>
          <w:b/>
        </w:rPr>
        <w:t xml:space="preserve">[19:06] </w:t>
      </w:r>
      <w:r>
        <w:t>to yeh jo situation hai, yeh hamein aik compulsion create karti hai ke hum sochein.</w:t>
      </w:r>
    </w:p>
    <w:p>
      <w:pPr>
        <w:jc w:val="right"/>
      </w:pPr>
      <w:r>
        <w:t>تو یہ جو سچویشن ہے، یہ ہمیں ایک کمپشن کریٹ کرتی ہے کہ ہم سوچیں۔</w:t>
      </w:r>
    </w:p>
    <w:p>
      <w:r>
        <w:rPr>
          <w:b/>
        </w:rPr>
        <w:t xml:space="preserve">[19:16] </w:t>
      </w:r>
      <w:r>
        <w:t>mout hamare liye aik compulsion create karti hai ke hum sochein ke what is pre death, what is post death, yeh sab sochein.</w:t>
      </w:r>
    </w:p>
    <w:p>
      <w:pPr>
        <w:jc w:val="right"/>
      </w:pPr>
      <w:r>
        <w:t>موت ہمارے لیے ایک کمپشن کریٹ کرتی ہے کہ ہم سوچیں کہ واٹ از پری ڈیتھ، واٹ از پوسٹ ڈیتھ، یہ سب سوچیں۔</w:t>
      </w:r>
    </w:p>
    <w:p>
      <w:r>
        <w:rPr>
          <w:b/>
        </w:rPr>
        <w:t xml:space="preserve">[19:30] </w:t>
      </w:r>
      <w:r>
        <w:t>mujhe apne jo maine study kiya hai, aik hi aadmi mujhe mila apni apni study ke dayre mein. jo waqai mout ka aik aik aik zinda jis ko shaoor tha.</w:t>
      </w:r>
    </w:p>
    <w:p>
      <w:pPr>
        <w:jc w:val="right"/>
      </w:pPr>
      <w:r>
        <w:t>مجھے اپنے جو میں نے اسٹڈی کیا ہے، ایک ہی آدمی مجھے ملا اپنی اپنی اسٹڈی کے دائرے میں۔ جو واقعی موت کا ایک ایک ایک زندہ جس کو شعور تھا۔</w:t>
      </w:r>
    </w:p>
    <w:p>
      <w:r>
        <w:rPr>
          <w:b/>
        </w:rPr>
        <w:t xml:space="preserve">[19:48] </w:t>
      </w:r>
      <w:r>
        <w:t>aur bhi ho sakte hon duniya mein, lekin mere mutale mein aik hi aadmi.</w:t>
      </w:r>
    </w:p>
    <w:p>
      <w:pPr>
        <w:jc w:val="right"/>
      </w:pPr>
      <w:r>
        <w:t>اور بھی ہو سکتے ہوں دنیا میں، لیکن میرے مطالعے میں ایک ہی آدمی۔</w:t>
      </w:r>
    </w:p>
    <w:p>
      <w:r>
        <w:rPr>
          <w:b/>
        </w:rPr>
        <w:t xml:space="preserve">[19:56] </w:t>
      </w:r>
      <w:r>
        <w:t>woh America ka aik aik audition tha.</w:t>
      </w:r>
    </w:p>
    <w:p>
      <w:pPr>
        <w:jc w:val="right"/>
      </w:pPr>
      <w:r>
        <w:t>وہ امریکہ کا ایک ایک آڈیشن تھا۔</w:t>
      </w:r>
    </w:p>
    <w:p>
      <w:r>
        <w:rPr>
          <w:b/>
        </w:rPr>
        <w:t xml:space="preserve">[20:07] </w:t>
      </w:r>
      <w:r>
        <w:t>to us ne aik baar yahi soch is par bohat ziyada taari hui. to us ne aik christian missionary ko urgent masjid de kar bulaya.</w:t>
      </w:r>
    </w:p>
    <w:p>
      <w:pPr>
        <w:jc w:val="right"/>
      </w:pPr>
      <w:r>
        <w:t>تو اس نے ایک بار یہی سوچ اس پر بہت زیادہ طاری ہوئی۔ تو اس نے ایک قسطر مشنری کو ارجنٹ مسجد دے کر بلایا۔</w:t>
      </w:r>
    </w:p>
    <w:p>
      <w:r>
        <w:rPr>
          <w:b/>
        </w:rPr>
        <w:t xml:space="preserve">[20:27] </w:t>
      </w:r>
      <w:r>
        <w:t>jab woh pahuncha wahan,</w:t>
      </w:r>
    </w:p>
    <w:p>
      <w:pPr>
        <w:jc w:val="right"/>
      </w:pPr>
      <w:r>
        <w:t>جب وہ پہنچا وہاں،</w:t>
      </w:r>
    </w:p>
    <w:p>
      <w:r>
        <w:rPr>
          <w:b/>
        </w:rPr>
        <w:t xml:space="preserve">[20:31] </w:t>
      </w:r>
      <w:r>
        <w:t>aur dono aik kamre mein ikhatta hue.</w:t>
      </w:r>
    </w:p>
    <w:p>
      <w:pPr>
        <w:jc w:val="right"/>
      </w:pPr>
      <w:r>
        <w:t>اور دونوں ایک کمرے میں اکٹھا ہوئے۔</w:t>
      </w:r>
    </w:p>
    <w:p>
      <w:r>
        <w:rPr>
          <w:b/>
        </w:rPr>
        <w:t xml:space="preserve">[20:37] </w:t>
      </w:r>
      <w:r>
        <w:t>to woh jo boodha ho chuka tha, aur yeh christian missionary abhi ziyada umar nahi thi is ki.</w:t>
      </w:r>
    </w:p>
    <w:p>
      <w:pPr>
        <w:jc w:val="right"/>
      </w:pPr>
      <w:r>
        <w:t>تو وہ جو بوڑھا ہو چکا تھا، اور یہ قسطر مشنری ابھی زیادہ عمر نہیں تھی اس کی۔</w:t>
      </w:r>
    </w:p>
    <w:p>
      <w:r>
        <w:rPr>
          <w:b/>
        </w:rPr>
        <w:t xml:space="preserve">[20:47] </w:t>
      </w:r>
      <w:r>
        <w:t>kisi tamheed ke baghair foran hi us ne jo kaha jumla, wo jumla yeh tha:</w:t>
      </w:r>
    </w:p>
    <w:p>
      <w:pPr>
        <w:jc w:val="right"/>
      </w:pPr>
      <w:r>
        <w:t>کسی تمہید کے بغیر فوراً ہی اس نے جو کہا جملہ، وہ جملہ یہ تھا:</w:t>
      </w:r>
    </w:p>
    <w:p>
      <w:r>
        <w:rPr>
          <w:b/>
        </w:rPr>
        <w:t xml:space="preserve">[20:58] </w:t>
      </w:r>
      <w:r>
        <w:t>"You see, I am an old man.</w:t>
      </w:r>
    </w:p>
    <w:p>
      <w:pPr>
        <w:jc w:val="right"/>
      </w:pPr>
      <w:r>
        <w:t>"You see, I am an old man.</w:t>
      </w:r>
    </w:p>
    <w:p>
      <w:r>
        <w:rPr>
          <w:b/>
        </w:rPr>
        <w:t xml:space="preserve">[21:05] </w:t>
      </w:r>
      <w:r>
        <w:t>Life has lost all meanings. I am going to take a faithful leap into the unknown.\</w:t>
      </w:r>
    </w:p>
    <w:p>
      <w:pPr>
        <w:jc w:val="right"/>
      </w:pPr>
      <w:r>
        <w:t>Life has lost all meanings. I am going to take a faithful leap into the unknown.</w:t>
      </w:r>
    </w:p>
    <w:p>
      <w:r>
        <w:rPr>
          <w:b/>
        </w:rPr>
        <w:t xml:space="preserve">[21:17] </w:t>
      </w:r>
      <w:r>
        <w:t>Young man, can you give me a ray of hope?" yeh zindah shaoor maut ka mujhe aik hi insaan aisa mila۔</w:t>
      </w:r>
    </w:p>
    <w:p>
      <w:pPr>
        <w:jc w:val="right"/>
      </w:pPr>
      <w:r>
        <w:t>Young man, can you give me a ray of hope?" یہ زندہ شعور موت کا مجھے ایک ہی انسان ایسا ملا۔</w:t>
      </w:r>
    </w:p>
    <w:p>
      <w:r>
        <w:rPr>
          <w:b/>
        </w:rPr>
        <w:t xml:space="preserve">[21:29] </w:t>
      </w:r>
      <w:r>
        <w:t>lekin hum mein se har shakhs ke liye is ne namoone de diya ke tum bhi isi tarah socho۔</w:t>
      </w:r>
    </w:p>
    <w:p>
      <w:pPr>
        <w:jc w:val="right"/>
      </w:pPr>
      <w:r>
        <w:t>لیکن ہم میں سے ہر شخص کے لیے اس نے نمونے دے دیا کہ تم بھی اسی طرح سوچو۔</w:t>
      </w:r>
    </w:p>
    <w:p>
      <w:r>
        <w:rPr>
          <w:b/>
        </w:rPr>
        <w:t xml:space="preserve">[21:37] </w:t>
      </w:r>
      <w:r>
        <w:t>kyunke dekhiye, quran aik hi kitaab hai jo hamein batati hai ke paida karne wale ne hamein jo paida kiya hai to is ka ke is ne plan kiya tha۔</w:t>
      </w:r>
    </w:p>
    <w:p>
      <w:pPr>
        <w:jc w:val="right"/>
      </w:pPr>
      <w:r>
        <w:t>کیونکہ دیکھیے، قرآن ایک ہی کتاب ہے جو ہمیں بتاتی ہے کہ پیدا کرنے والے نے ہمیں جو پیدا کیا ہے تو اس کا کہ اس نے پلان کیا تھا۔</w:t>
      </w:r>
    </w:p>
    <w:p>
      <w:r>
        <w:rPr>
          <w:b/>
        </w:rPr>
        <w:t xml:space="preserve">[21:58] </w:t>
      </w:r>
      <w:r>
        <w:t>is ka plan kiya tha, kis mansoobe ke tehat is ne paida kiya, yeh quran mein hai۔</w:t>
      </w:r>
    </w:p>
    <w:p>
      <w:pPr>
        <w:jc w:val="right"/>
      </w:pPr>
      <w:r>
        <w:t>اس کا پلان کیا تھا، کس منصوبے کے تحت اس نے پیدا کیا، یہ قرآن میں ہے۔</w:t>
      </w:r>
    </w:p>
    <w:p>
      <w:r>
        <w:rPr>
          <w:b/>
        </w:rPr>
        <w:t xml:space="preserve">[22:04] </w:t>
      </w:r>
      <w:r>
        <w:t>to quran ke mutabiq woh hai "liyaeblūkum ayyākum wa'aṣṭu'nā" ۔ is ka matlab yeh hai ke yeh duniya jo hai, yeh duniya</w:t>
      </w:r>
    </w:p>
    <w:p>
      <w:pPr>
        <w:jc w:val="right"/>
      </w:pPr>
      <w:r>
        <w:t>تو قرآن کے مطابق وہ ہے "لِيَعْبْلُوْكُمْ أَيَّكُمْ وَأَصْتُعْنَا" ۔ اس کا مطلب یہ ہے کہ یہ دنیا جو ہے، یہ دنیا</w:t>
      </w:r>
    </w:p>
    <w:p>
      <w:r>
        <w:rPr>
          <w:b/>
        </w:rPr>
        <w:t xml:space="preserve">[22:18] </w:t>
      </w:r>
      <w:r>
        <w:t>right here right doubt ki duniya nahi hai. yeh duniya hai preparation ki duniya, apne aap ko tayyar karne ki duniya۔</w:t>
      </w:r>
    </w:p>
    <w:p>
      <w:pPr>
        <w:jc w:val="right"/>
      </w:pPr>
      <w:r>
        <w:t>رائٹ ہیئر رائٹ ڈاؤٹ کی دنیا نہیں ہے۔ یہ دنیا ہے پریپریشن کی دنیا، اپنے آپ کو تیار کرنے کی دنیا۔</w:t>
      </w:r>
    </w:p>
    <w:p>
      <w:r>
        <w:rPr>
          <w:b/>
        </w:rPr>
        <w:t xml:space="preserve">[22:33] </w:t>
      </w:r>
      <w:r>
        <w:t>jaise aap college mein parhte hain, university mein parhte hain to aap un ko prepare karte hain. aage jo job lena hai aap ko, maslan ab aap, maslan aap mba ka course karte hain to kis liye aage aap ko job lena hai؟</w:t>
      </w:r>
    </w:p>
    <w:p>
      <w:pPr>
        <w:jc w:val="right"/>
      </w:pPr>
      <w:r>
        <w:t>جیسے آپ کالج میں پڑھتے ہیں، یونیورسٹی میں پڑھتے ہیں تو آپ ان کو پریپیئر کرتے ہیں۔ آگے جو جاب لینا ہے آپ کو، مثلاً اب آپ، مثلاً آپ ایم بی اے کا کورس کرتے ہیں تو کس لیے آگے آپ کو جاب لینا ہے؟</w:t>
      </w:r>
    </w:p>
    <w:p>
      <w:r>
        <w:rPr>
          <w:b/>
        </w:rPr>
        <w:t xml:space="preserve">[22:53] </w:t>
      </w:r>
      <w:r>
        <w:t>aisi yeh duniya hai. is duniya mein aap ko apne aap ko prepare karna hai. isi ko quran mein tazkiyah kaha gaya hai۔</w:t>
      </w:r>
    </w:p>
    <w:p>
      <w:pPr>
        <w:jc w:val="right"/>
      </w:pPr>
      <w:r>
        <w:t>ایسی یہ دنیا ہے۔ اس دنیا میں آپ کو اپنے آپ کو پریپیئر کرنا ہے۔ اسی کو قرآن میں تزکیہ کہا گیا ہے۔</w:t>
      </w:r>
    </w:p>
    <w:p>
      <w:r>
        <w:rPr>
          <w:b/>
        </w:rPr>
        <w:t xml:space="preserve">[23:05] </w:t>
      </w:r>
      <w:r>
        <w:t>jaisa aap un ko prepare karenge, waise hi aap ko seat milegi۔</w:t>
      </w:r>
    </w:p>
    <w:p>
      <w:pPr>
        <w:jc w:val="right"/>
      </w:pPr>
      <w:r>
        <w:t>جیسا آپ ان کو پریپیئر کریں گے، ویسے ہی آپ کو سیٹ ملے گی۔</w:t>
      </w:r>
    </w:p>
    <w:p>
      <w:r>
        <w:rPr>
          <w:b/>
        </w:rPr>
        <w:t xml:space="preserve">[23:13] </w:t>
      </w:r>
      <w:r>
        <w:t>jaisa ke aap jante hain ke education mein jo aadmi sirf matric tak parhe, is ke baad woh aage na parh sake to us ko mamooli service milegi۔</w:t>
      </w:r>
    </w:p>
    <w:p>
      <w:pPr>
        <w:jc w:val="right"/>
      </w:pPr>
      <w:r>
        <w:t>جیسا کہ آپ جانتے ہیں کہ ایجوکیشن میں جو آدمی صرف میٹرک تک پڑھے، اس کے بعد وہ آگے نہ پڑھ سکے تو اس کو معمولی سروس ملے گی۔</w:t>
      </w:r>
    </w:p>
    <w:p>
      <w:r>
        <w:rPr>
          <w:b/>
        </w:rPr>
        <w:t xml:space="preserve">[23:25] </w:t>
      </w:r>
      <w:r>
        <w:t>jo aage parhe, aage parhe, aage parhe, koi bari qualification is ki ho to us ko bara job milta hai۔</w:t>
      </w:r>
    </w:p>
    <w:p>
      <w:pPr>
        <w:jc w:val="right"/>
      </w:pPr>
      <w:r>
        <w:t>جو آگے پڑھے، آگے پڑھے، آگے پڑھے، کوئی بڑی کوالیفیکیشن اس کی ہو تو اس کو بڑا جاب ملتا ہے۔</w:t>
      </w:r>
    </w:p>
    <w:p>
      <w:r>
        <w:rPr>
          <w:b/>
        </w:rPr>
        <w:t xml:space="preserve">[23:35] </w:t>
      </w:r>
      <w:r>
        <w:t>aise hi muamla duniya ka hai ke aadmi is duniya mein, yaani pre death period jo hai, woh preparatory period hai۔</w:t>
      </w:r>
    </w:p>
    <w:p>
      <w:pPr>
        <w:jc w:val="right"/>
      </w:pPr>
      <w:r>
        <w:t>ایسے ہی معاملہ دنیا کا ہے کہ آدمی اس دنیا میں، یعنی پری ڈیتھ پیریڈ جو ہے، وہ پریپریٹری پیریڈ ہے۔</w:t>
      </w:r>
    </w:p>
    <w:p>
      <w:r>
        <w:rPr>
          <w:b/>
        </w:rPr>
        <w:t xml:space="preserve">[23:49] </w:t>
      </w:r>
      <w:r>
        <w:t>jaisa aap banayenge, waisa aap wahan ko maqam payenge۔</w:t>
      </w:r>
    </w:p>
    <w:p>
      <w:pPr>
        <w:jc w:val="right"/>
      </w:pPr>
      <w:r>
        <w:t>جیسا آپ بنائیں گے، ویسا آپ وہاں کو مقام پائیں گے۔</w:t>
      </w:r>
    </w:p>
    <w:p>
      <w:r>
        <w:rPr>
          <w:b/>
        </w:rPr>
        <w:t xml:space="preserve">[23:58] </w:t>
      </w:r>
      <w:r>
        <w:t>quran mein hai ke aakhirat ke bare mein "fi maqati sittin 'inda malīkin muqtadirin" ۔</w:t>
      </w:r>
    </w:p>
    <w:p>
      <w:pPr>
        <w:jc w:val="right"/>
      </w:pPr>
      <w:r>
        <w:t>قرآن میں ہے کہ آخرت کے بارے میں "في مَقَةٍ سِتٍّ عِنْدَ مَلِيكٍ مُقْتَدِرٍ" ۔</w:t>
      </w:r>
    </w:p>
    <w:p>
      <w:r>
        <w:rPr>
          <w:b/>
        </w:rPr>
        <w:t xml:space="preserve">[24:07] </w:t>
      </w:r>
      <w:r>
        <w:t>yeh bari ajeeb ayat hai yeh. "fi maqati sittin 'inda malīkin muqtadirin" ۔</w:t>
      </w:r>
    </w:p>
    <w:p>
      <w:pPr>
        <w:jc w:val="right"/>
      </w:pPr>
      <w:r>
        <w:t>یہ بڑی عجیب آیت ہے یہ۔ "في مَقَةٍ سِتٍّ عِنْدَ مَلِيكٍ مُقْتَدِرٍ" ۔</w:t>
      </w:r>
    </w:p>
    <w:p>
      <w:r>
        <w:rPr>
          <w:b/>
        </w:rPr>
        <w:t xml:space="preserve">[24:17] </w:t>
      </w:r>
      <w:r>
        <w:t>yaani kainaat ke badshah ke paas sachai ki seaton par baithegi۔</w:t>
      </w:r>
    </w:p>
    <w:p>
      <w:pPr>
        <w:jc w:val="right"/>
      </w:pPr>
      <w:r>
        <w:t>یعنی کائنات کے بادشاہ کے پاس سچائی کی سیٹوں پر بیٹھے گی۔</w:t>
      </w:r>
    </w:p>
    <w:p>
      <w:r>
        <w:rPr>
          <w:b/>
        </w:rPr>
        <w:t xml:space="preserve">[24:27] </w:t>
      </w:r>
      <w:r>
        <w:t>ab aap ghor kijiye ke badshah kainaat ka jo creator hai, jo rab al-alameen hai, us ke paas</w:t>
      </w:r>
    </w:p>
    <w:p>
      <w:pPr>
        <w:jc w:val="right"/>
      </w:pPr>
      <w:r>
        <w:t>اب آپ غور کیجئے کہ بادشاہ کائنات کا جو کریٹر ہے، جو رب العالمین ہے، اس کے پاس</w:t>
      </w:r>
    </w:p>
    <w:p>
      <w:r>
        <w:rPr>
          <w:b/>
        </w:rPr>
        <w:t xml:space="preserve">[24:42] </w:t>
      </w:r>
      <w:r>
        <w:t>sachai ki seaton par baithna kis ko hasil hoga؟ jo woh aala quality apne andar paida kare. jo apne andar woh aala quality paida kare۔</w:t>
      </w:r>
    </w:p>
    <w:p>
      <w:pPr>
        <w:jc w:val="right"/>
      </w:pPr>
      <w:r>
        <w:t>سچائی کی سیٹوں پر بیٹھنا کس کو حاصل ہوگا؟ جو وہ اعلیٰ کوالٹی اپنے اندر پیدا کرے۔ جو اپنے اندر وہ اعلیٰ کوالٹی پیدا کرے۔</w:t>
      </w:r>
    </w:p>
    <w:p>
      <w:r>
        <w:rPr>
          <w:b/>
        </w:rPr>
        <w:t xml:space="preserve">[24:57] </w:t>
      </w:r>
      <w:r>
        <w:t>woh aala quality kya hai؟</w:t>
      </w:r>
    </w:p>
    <w:p>
      <w:pPr>
        <w:jc w:val="right"/>
      </w:pPr>
      <w:r>
        <w:t>وہ اعلیٰ کوالٹی کیا ہے؟</w:t>
      </w:r>
    </w:p>
    <w:p>
      <w:r>
        <w:rPr>
          <w:b/>
        </w:rPr>
        <w:t xml:space="preserve">[25:01] </w:t>
      </w:r>
      <w:r>
        <w:t>woh aala quality quran mein batai hui hai. maslan dekhiye،</w:t>
      </w:r>
    </w:p>
    <w:p>
      <w:pPr>
        <w:jc w:val="right"/>
      </w:pPr>
      <w:r>
        <w:t>وہ اعلیٰ کوالٹی قرآن میں بتائی ہوئی ہے۔ مثلاً دیکھیے،</w:t>
      </w:r>
    </w:p>
    <w:p>
      <w:r>
        <w:rPr>
          <w:b/>
        </w:rPr>
        <w:t xml:space="preserve">[25:10] </w:t>
      </w:r>
      <w:r>
        <w:t>quran ki aik ayat hai</w:t>
      </w:r>
    </w:p>
    <w:p>
      <w:pPr>
        <w:jc w:val="right"/>
      </w:pPr>
      <w:r>
        <w:t>قرآن کی ایک آیت ہے</w:t>
      </w:r>
    </w:p>
    <w:p>
      <w:r>
        <w:rPr>
          <w:b/>
        </w:rPr>
        <w:t xml:space="preserve">[25:20] </w:t>
      </w:r>
      <w:r>
        <w:t>"wallāhīda'ū ilā dāri s-salāmi" ۔ "And God calls to the home of peace" ۔ Allah bulata hai home of peace ki taraf۔</w:t>
      </w:r>
    </w:p>
    <w:p>
      <w:pPr>
        <w:jc w:val="right"/>
      </w:pPr>
      <w:r>
        <w:t>"واللہیدعو الی دار السلام" ۔ "And God calls to the home of peace" ۔ اللہ بلاتا ہے ہوم آف پیس کی طرف۔</w:t>
      </w:r>
    </w:p>
    <w:p>
      <w:r>
        <w:rPr>
          <w:b/>
        </w:rPr>
        <w:t xml:space="preserve">[25:30] </w:t>
      </w:r>
      <w:r>
        <w:t>is ka matlab kya hua؟ ke woh jo duniya hai, aakhirat ki duniya, khuda ke paros ki duniya, jannat ki duniya, wahan peace hi peace hai۔</w:t>
      </w:r>
    </w:p>
    <w:p>
      <w:pPr>
        <w:jc w:val="right"/>
      </w:pPr>
      <w:r>
        <w:t>اس کا مطلب کیا ہوا؟ کہ وہ جو دنیا ہے، آخرت کی دنیا، خدا کے پڑوس کی دنیا، جنت کی دنیا، وہاں پیس ہی پیس ہے۔</w:t>
      </w:r>
    </w:p>
    <w:p>
      <w:r>
        <w:rPr>
          <w:b/>
        </w:rPr>
        <w:t xml:space="preserve">[25:43] </w:t>
      </w:r>
      <w:r>
        <w:t>peace jo hai, peace aap dictionary mein dekhen to likha rahega ke absence of war. dictionary mein likha rahega ke is ka matlab absence of war۔</w:t>
      </w:r>
    </w:p>
    <w:p>
      <w:pPr>
        <w:jc w:val="right"/>
      </w:pPr>
      <w:r>
        <w:t>پیس جو ہے، پیس آپ ڈکشنری میں دیکھیں تو لکھا رہے گا کہ ایبسنس آف وار۔ ڈکشنری میں لکھا رہے گا کہ اس کا مطلب ایبسنس آف وار۔</w:t>
      </w:r>
    </w:p>
    <w:p>
      <w:r>
        <w:rPr>
          <w:b/>
        </w:rPr>
        <w:t xml:space="preserve">[25:56] </w:t>
      </w:r>
      <w:r>
        <w:t>lekin quran mein jo peace hai, woh is mani mein nahi hai ke ladai nahi hui to peace hai. nahi quran ka jo salam hai, woh bohat hi aik comprehensive word hai۔</w:t>
      </w:r>
    </w:p>
    <w:p>
      <w:pPr>
        <w:jc w:val="right"/>
      </w:pPr>
      <w:r>
        <w:t>لیکن قرآن میں جو پیس ہے، وہ اس معنی میں نہیں ہے کہ لڑائی نہیں ہوئی تو پیس ہے۔ نہیں۔ قرآن کا جو سلام ہے، وہ بہت ہی ایک کمپرہنسیو ورڈ ہے۔</w:t>
      </w:r>
    </w:p>
    <w:p>
      <w:r>
        <w:rPr>
          <w:b/>
        </w:rPr>
        <w:t xml:space="preserve">[26:12] </w:t>
      </w:r>
      <w:r>
        <w:t>woh saare positive attitude ko liye gaye hain. peace ka matlab yeh hai. yaani quran mein jo lafz hai, salam hai.</w:t>
      </w:r>
    </w:p>
    <w:p>
      <w:pPr>
        <w:jc w:val="right"/>
      </w:pPr>
      <w:r>
        <w:t>وہ سارے پازیٹیو ایٹیٹیوڈ کو لیے گئے ہیں۔ پیس کا مطلب یہ ہے۔ یعنی قرآن میں جو لفظ ہے، سلام ہے۔</w:t>
      </w:r>
    </w:p>
    <w:p>
      <w:r>
        <w:rPr>
          <w:b/>
        </w:rPr>
        <w:t xml:space="preserve">[26:25] </w:t>
      </w:r>
      <w:r>
        <w:t>ek dua bhi isi tarah ki aati hai</w:t>
      </w:r>
    </w:p>
    <w:p>
      <w:pPr>
        <w:jc w:val="right"/>
      </w:pPr>
      <w:r>
        <w:t>ایک دعا بھی اسی طرح کی آتی ہے</w:t>
      </w:r>
    </w:p>
    <w:p>
      <w:r>
        <w:rPr>
          <w:b/>
        </w:rPr>
        <w:t xml:space="preserve">[26:28] </w:t>
      </w:r>
      <w:r>
        <w:t>"allahumma antas salam wa minkas salam" .</w:t>
      </w:r>
    </w:p>
    <w:p>
      <w:pPr>
        <w:jc w:val="right"/>
      </w:pPr>
      <w:r>
        <w:t>"اللهم انت السلام ومنک السلام" ۔</w:t>
      </w:r>
    </w:p>
    <w:p>
      <w:r>
        <w:rPr>
          <w:b/>
        </w:rPr>
        <w:t xml:space="preserve">[26:35] </w:t>
      </w:r>
      <w:r>
        <w:t>"ilaika yudassalam" . "adkhilna daraka daras salam" . "tabarak rabbana wa ta'alaita ya dhal jalali wal ikram" .</w:t>
      </w:r>
    </w:p>
    <w:p>
      <w:pPr>
        <w:jc w:val="right"/>
      </w:pPr>
      <w:r>
        <w:t>"الیک یو السلام" ۔ "ادخلنا دارک دار السلام" ۔ "تبارک ربنا وطالت یا ذوالجلال والاکرام" ۔</w:t>
      </w:r>
    </w:p>
    <w:p>
      <w:r>
        <w:rPr>
          <w:b/>
        </w:rPr>
        <w:t xml:space="preserve">[26:43] </w:t>
      </w:r>
      <w:r>
        <w:t>khudaya tu peace hai. peace tujh se aati hai.</w:t>
      </w:r>
    </w:p>
    <w:p>
      <w:pPr>
        <w:jc w:val="right"/>
      </w:pPr>
      <w:r>
        <w:t>خدایا تو پیس ہے۔ پیس تجھ سے آتی ہے۔</w:t>
      </w:r>
    </w:p>
    <w:p>
      <w:r>
        <w:rPr>
          <w:b/>
        </w:rPr>
        <w:t xml:space="preserve">[26:52] </w:t>
      </w:r>
      <w:r>
        <w:t>peace teri taraf lotati hai. tu hum ko peace ke ghar mein dakhil kar de. tu yeh jo quran ka jo concept hai peace ka ya salam ka, that includes all kinds of positive attitude .</w:t>
      </w:r>
    </w:p>
    <w:p>
      <w:pPr>
        <w:jc w:val="right"/>
      </w:pPr>
      <w:r>
        <w:t>پیس تیری طرف لوٹتی ہے۔ تو ہم کو پیس کے گھر میں داخل کر دے۔ تو یہ جو قرآن کا جو کانسیپٹ ہے پیس کا یا سلام کا، that includes all kinds of positive attitude ۔</w:t>
      </w:r>
    </w:p>
    <w:p>
      <w:r>
        <w:rPr>
          <w:b/>
        </w:rPr>
        <w:t xml:space="preserve">[27:12] </w:t>
      </w:r>
      <w:r>
        <w:t>yaani aap ke andar hate na ho. aap poore maani mein hate free hon. aap ke andar protest na ho, complaint na ho, revenge na ho,</w:t>
      </w:r>
    </w:p>
    <w:p>
      <w:pPr>
        <w:jc w:val="right"/>
      </w:pPr>
      <w:r>
        <w:t>یعنی آپ کے اندر ہیٹ نہ ہو۔ آپ پورے معنی میں ہیٹ فری ہوں۔ آپ کے اندر پروٹیسٹ نہ ہو، کمپلینٹ نہ ہو، ریونج نہ ہو،</w:t>
      </w:r>
    </w:p>
    <w:p>
      <w:r>
        <w:rPr>
          <w:b/>
        </w:rPr>
        <w:t xml:space="preserve">[27:26] </w:t>
      </w:r>
      <w:r>
        <w:t>lust na ho,</w:t>
      </w:r>
    </w:p>
    <w:p>
      <w:pPr>
        <w:jc w:val="right"/>
      </w:pPr>
      <w:r>
        <w:t>لسٹ نہ ہو،</w:t>
      </w:r>
    </w:p>
    <w:p>
      <w:r>
        <w:rPr>
          <w:b/>
        </w:rPr>
        <w:t xml:space="preserve">[27:31] </w:t>
      </w:r>
      <w:r>
        <w:t>haris na ho, khwahish parasti na ho.</w:t>
      </w:r>
    </w:p>
    <w:p>
      <w:pPr>
        <w:jc w:val="right"/>
      </w:pPr>
      <w:r>
        <w:t>حرص نہ ہو، خواہش پرستی نہ ہو۔</w:t>
      </w:r>
    </w:p>
    <w:p>
      <w:r>
        <w:rPr>
          <w:b/>
        </w:rPr>
        <w:t xml:space="preserve">[27:36] </w:t>
      </w:r>
      <w:r>
        <w:t>yeh jitne bhi negative attitude hain, is se jab aap free ho jayen, tab aap ke andar peace aaya.</w:t>
      </w:r>
    </w:p>
    <w:p>
      <w:pPr>
        <w:jc w:val="right"/>
      </w:pPr>
      <w:r>
        <w:t>یہ جتنے بھی نیگیٹیو ایٹیٹیوڈ ہیں، اس سے جب آپ فری ہو جائیں، تب آپ کے اندر پیس آیا۔</w:t>
      </w:r>
    </w:p>
    <w:p>
      <w:r>
        <w:rPr>
          <w:b/>
        </w:rPr>
        <w:t xml:space="preserve">[27:46] </w:t>
      </w:r>
      <w:r>
        <w:t>tu quran mein ek "ya ayyatun nafsul mutma'innah" . "irji'i ila rabbiki radhiyatammardhiyyah" .</w:t>
      </w:r>
    </w:p>
    <w:p>
      <w:pPr>
        <w:jc w:val="right"/>
      </w:pPr>
      <w:r>
        <w:t>تو قرآن میں ایک "یا ایت النسل المطمئنہ" ۔ "ارجع الی المرضیہ" ۔</w:t>
      </w:r>
    </w:p>
    <w:p>
      <w:r>
        <w:rPr>
          <w:b/>
        </w:rPr>
        <w:t xml:space="preserve">[27:56] </w:t>
      </w:r>
      <w:r>
        <w:t>woh insaan jo jannat mein jayega, us ko quran mein kaha gaya "nafsul mutma'innah" .</w:t>
      </w:r>
    </w:p>
    <w:p>
      <w:pPr>
        <w:jc w:val="right"/>
      </w:pPr>
      <w:r>
        <w:t>وہ انسان جو جنت میں جائے گا، اس کو قرآن میں کہا گیا "النفس المطمئنہ" ۔</w:t>
      </w:r>
    </w:p>
    <w:p>
      <w:r>
        <w:rPr>
          <w:b/>
        </w:rPr>
        <w:t xml:space="preserve">[28:04] </w:t>
      </w:r>
      <w:r>
        <w:t>"nafsul mutma'innah" . complex free soul.</w:t>
      </w:r>
    </w:p>
    <w:p>
      <w:pPr>
        <w:jc w:val="right"/>
      </w:pPr>
      <w:r>
        <w:t>"النفس المطمئنہ"۔ کمپلیکس فری سول۔</w:t>
      </w:r>
    </w:p>
    <w:p>
      <w:r>
        <w:rPr>
          <w:b/>
        </w:rPr>
        <w:t xml:space="preserve">[28:10] </w:t>
      </w:r>
      <w:r>
        <w:t>ek lafz agar bolna ho ke jannat mein qaul ho jayenge to woh hai complex free soul.</w:t>
      </w:r>
    </w:p>
    <w:p>
      <w:pPr>
        <w:jc w:val="right"/>
      </w:pPr>
      <w:r>
        <w:t>ایک لفظ اگر بولنا ہو کہ جنت میں قول ہو جائیں گے تو وہ ہے کمپلیکس فری سول۔</w:t>
      </w:r>
    </w:p>
    <w:p>
      <w:r>
        <w:rPr>
          <w:b/>
        </w:rPr>
        <w:t xml:space="preserve">[28:22] </w:t>
      </w:r>
      <w:r>
        <w:t>yeh bohat hi zyada comprehensive word hai. complex free soul. "nafsul mutma'innah" . tu hum ko apne aap ko aisa banana hai.</w:t>
      </w:r>
    </w:p>
    <w:p>
      <w:pPr>
        <w:jc w:val="right"/>
      </w:pPr>
      <w:r>
        <w:t>یہ بہت ہی زیادہ کمپرہنسیو ورڈ ہے۔ کمپلیکس فری سول۔ "النفس المطمئنہ" ۔ تو ہم کو اپنے آپ کو ایسا بنانا ہے۔</w:t>
      </w:r>
    </w:p>
    <w:p>
      <w:r>
        <w:rPr>
          <w:b/>
        </w:rPr>
        <w:t xml:space="preserve">[28:35] </w:t>
      </w:r>
      <w:r>
        <w:t>aap jante hain ke dunya jo hai, is mein kabhi bhi yeh saboot halaat nahi hote. hamesha yahan par unwanted situation, yahan par hamesha koi koi loss hota hai, koi nuksan hota hai, koi bimari hoti hai, koi accident hota hai.</w:t>
      </w:r>
    </w:p>
    <w:p>
      <w:pPr>
        <w:jc w:val="right"/>
      </w:pPr>
      <w:r>
        <w:t>آپ جانتے ہیں کہ دنیا جو ہے، اس میں کبھی بھی یہ ثبوت حالات نہیں ہوتے۔ ہمیشہ یہاں پر ان وانٹڈ سچویشن، یہاں پر ہمیشہ کوئی کوئی لاس ہوتا ہے، کوئی نقصان ہوتا ہے، کوئی بیماری ہوتی ہے، کوئی ایکسیڈنٹ ہوتا ہے۔</w:t>
      </w:r>
    </w:p>
    <w:p>
      <w:r>
        <w:rPr>
          <w:b/>
        </w:rPr>
        <w:t xml:space="preserve">[28:52] </w:t>
      </w:r>
      <w:r>
        <w:t>koi provoke karta hai. koi aisi baat karta hai jo hum ko zulm lagti hai. koi aisi baat karta hai jo hum ko injustice lagti hai.</w:t>
      </w:r>
    </w:p>
    <w:p>
      <w:pPr>
        <w:jc w:val="right"/>
      </w:pPr>
      <w:r>
        <w:t>کوئی پرووک کرتا ہے۔ کوئی ایسی بات کرتا ہے جو ہم کو ظلم لگتی ہے۔ کوئی ایسی بات کرتا ہے جو ہم کو انجسٹس لگتی ہے۔</w:t>
      </w:r>
    </w:p>
    <w:p>
      <w:r>
        <w:rPr>
          <w:b/>
        </w:rPr>
        <w:t xml:space="preserve">[29:03] </w:t>
      </w:r>
      <w:r>
        <w:t>isi ke naam dunya hai. yaani jungle of negative items ka naam dunya hai.</w:t>
      </w:r>
    </w:p>
    <w:p>
      <w:pPr>
        <w:jc w:val="right"/>
      </w:pPr>
      <w:r>
        <w:t>اسی کے نام دنیا ہے۔ یعنی جنگل آف نیگیٹیو آئٹمز کا نام دنیا ہے۔</w:t>
      </w:r>
    </w:p>
    <w:p>
      <w:r>
        <w:rPr>
          <w:b/>
        </w:rPr>
        <w:t xml:space="preserve">[29:12] </w:t>
      </w:r>
      <w:r>
        <w:t>tu is ka matlab kya hua? aap ko woh shakhsiyat banane ke liye jo pride paradise-ment ke liye jazvi candidate ho, us ko apne andar yeh sifat paida karni hai.</w:t>
      </w:r>
    </w:p>
    <w:p>
      <w:pPr>
        <w:jc w:val="right"/>
      </w:pPr>
      <w:r>
        <w:t>تو اس کا مطلب کیا ہوا؟ آپ کو وہ شخصیت بنانے کے لیے جو پرائیڈ پارائیڈائزمنٹ کے لیے جذروی کینڈیڈیٹ ہو، اس کو اپنے اندر یہ صفت پیدا کرنی ہے۔</w:t>
      </w:r>
    </w:p>
    <w:p>
      <w:r>
        <w:rPr>
          <w:b/>
        </w:rPr>
        <w:t xml:space="preserve">[29:29] </w:t>
      </w:r>
      <w:r>
        <w:t>yaani you have to live in positive tree in spite of all those negative items . har qism ke negative item, har qism ke manfi jungle mein jeete hue apni positivity ko qaim rakhna.</w:t>
      </w:r>
    </w:p>
    <w:p>
      <w:pPr>
        <w:jc w:val="right"/>
      </w:pPr>
      <w:r>
        <w:t>یعنی you have to live in positive tree in spite of all those negative items ۔ ہر قسم کے نیگیٹیو آئٹم، ہر قسم کے منفی جنگل میں جیتے ہوئے اپنی پازیٹیوٹی کو قائم رکھنا۔</w:t>
      </w:r>
    </w:p>
    <w:p>
      <w:r>
        <w:rPr>
          <w:b/>
        </w:rPr>
        <w:t xml:space="preserve">[29:52] </w:t>
      </w:r>
      <w:r>
        <w:t>tab woh shakhsiyat banti hai jo jannat mein dakhle ke qabil ho.</w:t>
      </w:r>
    </w:p>
    <w:p>
      <w:pPr>
        <w:jc w:val="right"/>
      </w:pPr>
      <w:r>
        <w:t>تب وہ شخصیت بنتی ہے جو جنت میں داخلے کے قابل ہو۔</w:t>
      </w:r>
    </w:p>
    <w:p>
      <w:r>
        <w:rPr>
          <w:b/>
        </w:rPr>
        <w:t xml:space="preserve">[30:02] </w:t>
      </w:r>
      <w:r>
        <w:t>tu maut in sab baton ko yaad dilati hai.</w:t>
      </w:r>
    </w:p>
    <w:p>
      <w:pPr>
        <w:jc w:val="right"/>
      </w:pPr>
      <w:r>
        <w:t>تو موت ان سب باتوں کو یاد دلاتی ہے۔</w:t>
      </w:r>
    </w:p>
    <w:p>
      <w:r>
        <w:rPr>
          <w:b/>
        </w:rPr>
        <w:t xml:space="preserve">[30:08] </w:t>
      </w:r>
      <w:r>
        <w:t>isi liye maine kaha ke maut hamari zindagi ke liye ek regulator ka kaam karti hai. regulator. woh hum ko bar bar batati hai.</w:t>
      </w:r>
    </w:p>
    <w:p>
      <w:pPr>
        <w:jc w:val="right"/>
      </w:pPr>
      <w:r>
        <w:t>اسی لیے میں نے کہا کہ موت ہماری زندگی کے لیے ایک ریگولیٹر کا کام کرتی ہے۔ ریگولیٹر۔ وہ ہم کو بار بار بتاتی ہے۔</w:t>
      </w:r>
    </w:p>
    <w:p>
      <w:r>
        <w:rPr>
          <w:b/>
        </w:rPr>
        <w:t xml:space="preserve">[30:19] </w:t>
      </w:r>
      <w:r>
        <w:t>dekhen, agar aadmi apni maut se sabak le to to sabak le nahi sakta woh. kyunke apni maut to us ke liye khatme ka din hota hai.</w:t>
      </w:r>
    </w:p>
    <w:p>
      <w:pPr>
        <w:jc w:val="right"/>
      </w:pPr>
      <w:r>
        <w:t>دیکھیں، اگر آدمی اپنی موت سے سبق لے تو تو سبق لے نہیں سکتا وہ۔ کیونکہ اپنی موت تو اس کے لیے خاتمے کا دن ہوتا ہے۔</w:t>
      </w:r>
    </w:p>
    <w:p>
      <w:r>
        <w:rPr>
          <w:b/>
        </w:rPr>
        <w:t xml:space="preserve">[30:32] </w:t>
      </w:r>
      <w:r>
        <w:t>maut se sabak lene ka matlab yeh hai ke doosre ki maut se sabak lena.</w:t>
      </w:r>
    </w:p>
    <w:p>
      <w:pPr>
        <w:jc w:val="right"/>
      </w:pPr>
      <w:r>
        <w:t>موت سے سبق لینے کا مطلب یہ ہے کہ دوسرے کی موت سے سبق لینا۔</w:t>
      </w:r>
    </w:p>
    <w:p>
      <w:r>
        <w:rPr>
          <w:b/>
        </w:rPr>
        <w:t xml:space="preserve">[30:39] </w:t>
      </w:r>
      <w:r>
        <w:t>yeh jo bataya gaya hai ke maut se sabaq lo, lesson lo, is ka matlab yeh nahi ke apni maut se.</w:t>
      </w:r>
    </w:p>
    <w:p>
      <w:pPr>
        <w:jc w:val="right"/>
      </w:pPr>
      <w:r>
        <w:t>یہ جو بتایا گیا ہے کہ موت سے سبق لو، لیسن لو، اس کا مطلب یہ نہیں کہ اپنی موت سے۔</w:t>
      </w:r>
    </w:p>
    <w:p>
      <w:r>
        <w:rPr>
          <w:b/>
        </w:rPr>
        <w:t xml:space="preserve">[30:50] </w:t>
      </w:r>
      <w:r>
        <w:t>apni maut se sabaq lene ka. ab to is baat to is baat chapter close ho gaya. yeh kya faida sabaq lene ka? to maut se sabaq lene ka matlab yeh hai ke doosron ki maut se sabaq lo.</w:t>
      </w:r>
    </w:p>
    <w:p>
      <w:pPr>
        <w:jc w:val="right"/>
      </w:pPr>
      <w:r>
        <w:t>اپنی موت سے سبق لینے کا۔ اب تو اس بات تو اس بات چیپٹر کلوز ہو گیا۔ یہ کیا فائدہ سبق لینے کا؟ تو موت سے سبق لینے کا مطلب یہ ہے کہ دوسروں کی موت سے سبق لو۔</w:t>
      </w:r>
    </w:p>
    <w:p>
      <w:r>
        <w:rPr>
          <w:b/>
        </w:rPr>
        <w:t xml:space="preserve">[31:04] </w:t>
      </w:r>
      <w:r>
        <w:t>yani hum parhein media mein ke dunya mein ek lakh se zyada aadmi daily mar rahe hain. is se sabaq len. is se sabaq len.</w:t>
      </w:r>
    </w:p>
    <w:p>
      <w:pPr>
        <w:jc w:val="right"/>
      </w:pPr>
      <w:r>
        <w:t>یعنی ہم پڑھیں میڈیا میں کہ دنیا میں ایک لاکھ سے زیادہ آدمی ڈیلی مر رہے ہیں۔ اس سے سبق لیں۔ اس سے سبق لیں۔</w:t>
      </w:r>
    </w:p>
    <w:p>
      <w:r>
        <w:rPr>
          <w:b/>
        </w:rPr>
        <w:t xml:space="preserve">[31:17] </w:t>
      </w:r>
      <w:r>
        <w:t>tab aap apni zindagi ko sahi dhang par chala payenge.</w:t>
      </w:r>
    </w:p>
    <w:p>
      <w:pPr>
        <w:jc w:val="right"/>
      </w:pPr>
      <w:r>
        <w:t>تب آپ اپنی زندگی کو صحیح ڈھنگ پر چلا پائیں گے۔</w:t>
      </w:r>
    </w:p>
    <w:p>
      <w:r>
        <w:rPr>
          <w:b/>
        </w:rPr>
        <w:t xml:space="preserve">[31:25] </w:t>
      </w:r>
      <w:r>
        <w:t>to jab se maine woh khabar padhi hai Gopinath Mandi ki, to barabar wahi soch mere dimagh mein chal rahi hai ke maut kis tarah achaanak aa jati hai.</w:t>
      </w:r>
    </w:p>
    <w:p>
      <w:pPr>
        <w:jc w:val="right"/>
      </w:pPr>
      <w:r>
        <w:t>تو جب سے میں نے وہ خبر پڑھی ہے گوپیناتھ منڈی کی، تو برابر وہی سوچ میرے دماغ میں چل رہی ہے کہ موت کس طرح اچانک آ جاتی ہے۔</w:t>
      </w:r>
    </w:p>
    <w:p>
      <w:r>
        <w:rPr>
          <w:b/>
        </w:rPr>
        <w:t xml:space="preserve">[31:42] </w:t>
      </w:r>
      <w:r>
        <w:t>aur phir maut jo hai aati hai point of no return par</w:t>
      </w:r>
    </w:p>
    <w:p>
      <w:pPr>
        <w:jc w:val="right"/>
      </w:pPr>
      <w:r>
        <w:t>اور پھر موت جو ہے آتی ہے پوائنٹ آف نو ریٹرن پر</w:t>
      </w:r>
    </w:p>
    <w:p>
      <w:r>
        <w:rPr>
          <w:b/>
        </w:rPr>
        <w:t xml:space="preserve">[31:45] </w:t>
      </w:r>
      <w:r>
        <w:t>. aap chahein ke laut aayen to laut nahi sakte. Gopinath Mandi agar chahein ke laut aayen to laut nahi sakte woh.</w:t>
      </w:r>
    </w:p>
    <w:p>
      <w:pPr>
        <w:jc w:val="right"/>
      </w:pPr>
      <w:r>
        <w:t>۔ آپ چاہیں کہ لوٹ آئیں تو لوٹ نہیں سکتے۔ گوپیناتھ منڈی اگر چاہیں کہ لوٹ آئیں تو لوٹ نہیں سکتے وہ۔</w:t>
      </w:r>
    </w:p>
    <w:p>
      <w:r>
        <w:rPr>
          <w:b/>
        </w:rPr>
        <w:t xml:space="preserve">[31:57] </w:t>
      </w:r>
      <w:r>
        <w:t>to maut ek reminder hai. maut ek regulator hai. maut ek bohat bara source hai lesson ka.</w:t>
      </w:r>
    </w:p>
    <w:p>
      <w:pPr>
        <w:jc w:val="right"/>
      </w:pPr>
      <w:r>
        <w:t>تو موت ایک ریمائنڈر ہے۔ موت ایک ریگولیٹر ہے۔ موت ایک بہت بڑا سورس ہے لیسن کا۔</w:t>
      </w:r>
    </w:p>
    <w:p>
      <w:r>
        <w:rPr>
          <w:b/>
        </w:rPr>
        <w:t xml:space="preserve">[32:08] </w:t>
      </w:r>
      <w:r>
        <w:t>ke aye insaan, pre death period mein is death period ki tayyari karo. yeh jo hadith mein hai ke "أخر الذكر حازم لذات الموت" ۔</w:t>
      </w:r>
    </w:p>
    <w:p>
      <w:pPr>
        <w:jc w:val="right"/>
      </w:pPr>
      <w:r>
        <w:t>کہ اے انسان، پری ڈیتھ پیریڈ میں اس ڈیتھ پیریڈ کی تیاری کرو۔ یہ جو حدیث میں ہے کہ "أخر الذكر حازم لذات الموت" ۔</w:t>
      </w:r>
    </w:p>
    <w:p>
      <w:r>
        <w:rPr>
          <w:b/>
        </w:rPr>
        <w:t xml:space="preserve">[32:22] </w:t>
      </w:r>
      <w:r>
        <w:t>is ka matlab kya hai? ke aye insaan, pre death period mein is death period ki tayyari karo.</w:t>
      </w:r>
    </w:p>
    <w:p>
      <w:pPr>
        <w:jc w:val="right"/>
      </w:pPr>
      <w:r>
        <w:t>اس کا مطلب کیا ہے؟ کہ اے انسان، پری ڈیتھ پیریڈ میں اس ڈیتھ پیریڈ کی تیاری کرو۔</w:t>
      </w:r>
    </w:p>
    <w:p>
      <w:r>
        <w:rPr>
          <w:b/>
        </w:rPr>
        <w:t xml:space="preserve">[32:38] </w:t>
      </w:r>
      <w:r>
        <w:t>magar ajeeb baat hai ke poori tareekh mein aise insaan bohat hi kam jo is shart par poore utre. ek bari ajeeb hadith ek hai: "مار آئے تو میں سے نار نامہ حارب ہوا ومار آئے تو میں سے جنت نامہ طالب ہوا"</w:t>
      </w:r>
    </w:p>
    <w:p>
      <w:pPr>
        <w:jc w:val="right"/>
      </w:pPr>
      <w:r>
        <w:t>مگر عجیب بات ہے کہ پوری تاریخ میں ایسے انسان بہت ہی کم جو اس شرط پر پورے اترے۔ ایک بڑی عجیب حدیث ایک ہے: "مار آئے تو میں سے نار نامہ حارب ہوا ومار آئے تو میں سے جنت نامہ طالب ہوا"</w:t>
      </w:r>
    </w:p>
    <w:p>
      <w:r>
        <w:rPr>
          <w:b/>
        </w:rPr>
        <w:t xml:space="preserve">[33:00] </w:t>
      </w:r>
      <w:r>
        <w:t>. yani aap ne farmaya ke aadmi ko chahiye ke woh aag se bhage, woh jahannum se bhage.</w:t>
      </w:r>
    </w:p>
    <w:p>
      <w:pPr>
        <w:jc w:val="right"/>
      </w:pPr>
      <w:r>
        <w:t>۔ یعنی آپ نے فرمایا کہ آدمی کو چاہیے کہ وہ آگ سے بھاگے، وہ جہنم سے بھاگے۔</w:t>
      </w:r>
    </w:p>
    <w:p>
      <w:r>
        <w:rPr>
          <w:b/>
        </w:rPr>
        <w:t xml:space="preserve">[33:10] </w:t>
      </w:r>
      <w:r>
        <w:t>lekin koi is se bhagne wala nahi. "مار آئے تو مثل نار نامہ حارب ہوا" ۔ sleeping hai woh.</w:t>
      </w:r>
    </w:p>
    <w:p>
      <w:pPr>
        <w:jc w:val="right"/>
      </w:pPr>
      <w:r>
        <w:t>لیکن کوئی اس سے بھاگنے والا نہیں۔ "مار آئے تو مثل نار نامہ حارب ہوا" ۔ سویا ہوا ہے وہ۔</w:t>
      </w:r>
    </w:p>
    <w:p>
      <w:r>
        <w:rPr>
          <w:b/>
        </w:rPr>
        <w:t xml:space="preserve">[33:21] </w:t>
      </w:r>
      <w:r>
        <w:t>jahannum se bhag nahi raha hai.</w:t>
      </w:r>
    </w:p>
    <w:p>
      <w:pPr>
        <w:jc w:val="right"/>
      </w:pPr>
      <w:r>
        <w:t>جہنم سے بھاگ نہیں رہا ہے۔</w:t>
      </w:r>
    </w:p>
    <w:p>
      <w:r>
        <w:rPr>
          <w:b/>
        </w:rPr>
        <w:t xml:space="preserve">[33:24] </w:t>
      </w:r>
      <w:r>
        <w:t>phir is dafa farmaya aap ne ke maine nahi dekha ke jannat ki taraf daudna chahiye lekin wahan bhi insaan so gaya hai.</w:t>
      </w:r>
    </w:p>
    <w:p>
      <w:pPr>
        <w:jc w:val="right"/>
      </w:pPr>
      <w:r>
        <w:t>پھر اس دفعہ فرمایا آپ نے کہ میں نے نہیں دیکھا کہ جنت کی طرف دوڑنا چاہیے لیکن وہاں بھی انسان سو گیا ہے۔</w:t>
      </w:r>
    </w:p>
    <w:p>
      <w:r>
        <w:rPr>
          <w:b/>
        </w:rPr>
        <w:t xml:space="preserve">[33:34] </w:t>
      </w:r>
      <w:r>
        <w:t>woh kyun daud nahi raha is ki taraf? "مار آئے تو مثل نار نامہ حارب ہوا ومار آئے تو میں سے جنت نامہ طالب ہوا" ۔</w:t>
      </w:r>
    </w:p>
    <w:p>
      <w:pPr>
        <w:jc w:val="right"/>
      </w:pPr>
      <w:r>
        <w:t>وہ کیوں دوڑ نہیں رہا اس کی طرف؟ "مار آئے تو مثل نار نامہ حارب ہوا ومار آئے تو میں سے جنت نامہ طالب ہوا" ۔</w:t>
      </w:r>
    </w:p>
    <w:p>
      <w:r>
        <w:rPr>
          <w:b/>
        </w:rPr>
        <w:t xml:space="preserve">[33:45] </w:t>
      </w:r>
      <w:r>
        <w:t>ke logon ko jahannum se bhagna chahiye lekin soye hain, soye hain, be khabar hain.</w:t>
      </w:r>
    </w:p>
    <w:p>
      <w:pPr>
        <w:jc w:val="right"/>
      </w:pPr>
      <w:r>
        <w:t>کہ لوگوں کو جہنم سے بھاگنا چاہیے لیکن سوئے ہیں، سوئے ہیں، بے خبر ہیں۔</w:t>
      </w:r>
    </w:p>
    <w:p>
      <w:r>
        <w:rPr>
          <w:b/>
        </w:rPr>
        <w:t xml:space="preserve">[33:53] </w:t>
      </w:r>
      <w:r>
        <w:t>logon ko jannat ki taraf daudna chahiye lekin yahan bhi log soye hain, be khabar hain.</w:t>
      </w:r>
    </w:p>
    <w:p>
      <w:pPr>
        <w:jc w:val="right"/>
      </w:pPr>
      <w:r>
        <w:t>لوگوں کو جنت کی طرف دوڑنا چاہیے لیکن یہاں بھی لوگ سوئے ہیں، بے خبر ہیں۔</w:t>
      </w:r>
    </w:p>
    <w:p>
      <w:r>
        <w:rPr>
          <w:b/>
        </w:rPr>
        <w:t xml:space="preserve">[34:06] </w:t>
      </w:r>
      <w:r>
        <w:t>main aksar yeh sochta hoon ke jab maut aayegi to sab se bara jo punishment hai woh kya hoga? woh hoga hasrat, hasrat ka punishment.</w:t>
      </w:r>
    </w:p>
    <w:p>
      <w:pPr>
        <w:jc w:val="right"/>
      </w:pPr>
      <w:r>
        <w:t>میں اکثر یہ سوچتا ہوں کہ جب موت آئے گی تو سب سے بڑا جو پنشمنٹ ہے وہ کیا ہوگا؟ وہ ہوگا حسرت، حسرت کا پنشمنٹ۔</w:t>
      </w:r>
    </w:p>
    <w:p>
      <w:r>
        <w:rPr>
          <w:b/>
        </w:rPr>
        <w:t xml:space="preserve">[34:17] </w:t>
      </w:r>
      <w:r>
        <w:t>hasrat,</w:t>
      </w:r>
    </w:p>
    <w:p>
      <w:pPr>
        <w:jc w:val="right"/>
      </w:pPr>
      <w:r>
        <w:t>حسرت،</w:t>
      </w:r>
    </w:p>
    <w:p>
      <w:r>
        <w:rPr>
          <w:b/>
        </w:rPr>
        <w:t xml:space="preserve">[34:21] </w:t>
      </w:r>
      <w:r>
        <w:t>hasrat ka punishment.</w:t>
      </w:r>
    </w:p>
    <w:p>
      <w:pPr>
        <w:jc w:val="right"/>
      </w:pPr>
      <w:r>
        <w:t>حسرت کا پنشمنٹ۔</w:t>
      </w:r>
    </w:p>
    <w:p>
      <w:r>
        <w:rPr>
          <w:b/>
        </w:rPr>
        <w:t xml:space="preserve">[34:25] </w:t>
      </w:r>
      <w:r>
        <w:t>aap ko farz kijiye jana hai yahan se airport se, aap ko UK ki flight leni hai. aap airport pahunchein aur flight chhoot jaye aur maloom ho ke agli flight to kal milegi.</w:t>
      </w:r>
    </w:p>
    <w:p>
      <w:pPr>
        <w:jc w:val="right"/>
      </w:pPr>
      <w:r>
        <w:t>آپ کو فرض کیجیے جانا ہے یہاں سے ایئرپورٹ سے، آپ کو یو کے کی فلائٹ لینی ہے۔ آپ ایئرپورٹ پہنچیں اور فلائٹ چھوٹ جائے اور معلوم ہو کہ اگلی فلائٹ تو کل ملے گی۔</w:t>
      </w:r>
    </w:p>
    <w:p>
      <w:r>
        <w:rPr>
          <w:b/>
        </w:rPr>
        <w:t xml:space="preserve">[34:39] </w:t>
      </w:r>
      <w:r>
        <w:t>to ek ajeeb ehsas hota hai ke maine to thori si der kar di, nateeja kya aaj aaj mein nahi ja sakta, mein kal ja paunga wahan.</w:t>
      </w:r>
    </w:p>
    <w:p>
      <w:pPr>
        <w:jc w:val="right"/>
      </w:pPr>
      <w:r>
        <w:t>تو ایک عجیب احساس ہوتا ہے کہ میں نے تو تھوڑی سی دیر کر دی، نتیجہ کیا آج آج میں نہیں جا سکتا، میں کل جا پاؤں گا وہاں۔</w:t>
      </w:r>
    </w:p>
    <w:p>
      <w:r>
        <w:rPr>
          <w:b/>
        </w:rPr>
        <w:t xml:space="preserve">[34:50] </w:t>
      </w:r>
      <w:r>
        <w:t>to is hasrat ko aap billion time badhaiye, trillion time badhaiye. tab aap samajh payenge ke maut ke baad insaan ko hasrat hogi.</w:t>
      </w:r>
    </w:p>
    <w:p>
      <w:pPr>
        <w:jc w:val="right"/>
      </w:pPr>
      <w:r>
        <w:t>تو اس حسرت کو آپ بلین ٹائم بڑھائیے، ٹریلین ٹائم بڑھائیے۔ تب آپ سمجھ پائیں گے کہ موت کے بعد انسان کو حسرت ہوگی۔</w:t>
      </w:r>
    </w:p>
    <w:p>
      <w:r>
        <w:rPr>
          <w:b/>
        </w:rPr>
        <w:t xml:space="preserve">[35:04] </w:t>
      </w:r>
      <w:r>
        <w:t>aah, kaisa ajeeb chance maine kho diya.</w:t>
      </w:r>
    </w:p>
    <w:p>
      <w:pPr>
        <w:jc w:val="right"/>
      </w:pPr>
      <w:r>
        <w:t>آہ، کیسا عجیب چانس میں نے کھو دیا۔</w:t>
      </w:r>
    </w:p>
    <w:p>
      <w:r>
        <w:rPr>
          <w:b/>
        </w:rPr>
        <w:t xml:space="preserve">[35:10] </w:t>
      </w:r>
      <w:r>
        <w:t>to mein aksar yeh sochta rehta hoon ke aadmi kahega ke "Mine was a case of missed opportunity."</w:t>
      </w:r>
    </w:p>
    <w:p>
      <w:pPr>
        <w:jc w:val="right"/>
      </w:pPr>
      <w:r>
        <w:t>تو میں اکثر یہ سوچتا رہتا ہوں کہ آدمی کہے گا کہ "Mine was a case of missed opportunity."</w:t>
      </w:r>
    </w:p>
    <w:p>
      <w:r>
        <w:rPr>
          <w:b/>
        </w:rPr>
        <w:t xml:space="preserve">[35:20] </w:t>
      </w:r>
      <w:r>
        <w:t>"Mine was a case of missed opportunity."</w:t>
      </w:r>
    </w:p>
    <w:p>
      <w:pPr>
        <w:jc w:val="right"/>
      </w:pPr>
      <w:r>
        <w:t>"Mine was a case of missed opportunity."</w:t>
      </w:r>
    </w:p>
    <w:p>
      <w:r>
        <w:rPr>
          <w:b/>
        </w:rPr>
        <w:t xml:space="preserve">[35:27] </w:t>
      </w:r>
      <w:r>
        <w:t>ek martaba meri mulaqat ek sahab se hui to woh government service mein thay.</w:t>
      </w:r>
    </w:p>
    <w:p>
      <w:pPr>
        <w:jc w:val="right"/>
      </w:pPr>
      <w:r>
        <w:t>ایک مرتبہ میری ملاقات ایک صاحب سے ہوئی تو وہ گورنمنٹ سروس میں تھے۔</w:t>
      </w:r>
    </w:p>
    <w:p>
      <w:r>
        <w:rPr>
          <w:b/>
        </w:rPr>
        <w:t xml:space="preserve">[35:34] </w:t>
      </w:r>
      <w:r>
        <w:t>un ke paas degree jo thi, koi oonchi qualification nahi thi. to sirf choti service mili thi un ko.</w:t>
      </w:r>
    </w:p>
    <w:p>
      <w:pPr>
        <w:jc w:val="right"/>
      </w:pPr>
      <w:r>
        <w:t>ان کے پاس ڈگری جو تھی، کوئی اونچی کوالیفیکیشن نہیں تھی۔ تو صرف چھوٹی سروس ملی تھی ان کو۔</w:t>
      </w:r>
    </w:p>
    <w:p>
      <w:r>
        <w:rPr>
          <w:b/>
        </w:rPr>
        <w:t xml:space="preserve">[35:45] </w:t>
      </w:r>
      <w:r>
        <w:t>to wahan bari bari services bhi thi, kai baar vacant pari jaati thi lekin yeh us mein apply nahi kar paate thay kyunke is ke liye qualified nahi thi.</w:t>
      </w:r>
    </w:p>
    <w:p>
      <w:pPr>
        <w:jc w:val="right"/>
      </w:pPr>
      <w:r>
        <w:t>تو وہاں بڑی بڑی سروسز بھی تھیں، کئی بار ویکنٹ پڑی جاتی تھیں لیکن یہ اس میں اپلائی نہیں کر پاتے تھے کیونکہ اس کے لیے کوالیفائیڈ نہیں تھی۔</w:t>
      </w:r>
    </w:p>
    <w:p>
      <w:r>
        <w:rPr>
          <w:b/>
        </w:rPr>
        <w:t xml:space="preserve">[35:56] </w:t>
      </w:r>
      <w:r>
        <w:t>ab woh dobara ja kar parhein, yeh kar nahi sakte thay.</w:t>
      </w:r>
    </w:p>
    <w:p>
      <w:pPr>
        <w:jc w:val="right"/>
      </w:pPr>
      <w:r>
        <w:t>اب وہ دوبارہ جا کر پڑھیں، یہ کر نہیں سکتے تھے۔</w:t>
      </w:r>
    </w:p>
    <w:p>
      <w:r>
        <w:rPr>
          <w:b/>
        </w:rPr>
        <w:t xml:space="preserve">[36:02] </w:t>
      </w:r>
      <w:r>
        <w:t>to is ka zikr karte hue unhon ne bohat hasrat se kaha tha ke zindagi sirf ek baar milti hai. zindagi sirf ek baar milti hai.</w:t>
      </w:r>
    </w:p>
    <w:p>
      <w:pPr>
        <w:jc w:val="right"/>
      </w:pPr>
      <w:r>
        <w:t>تو اس کا ذکر کرتے ہوئے انہوں نے بہت حسرت سے کہا تھا کہ زندگی صرف ایک بار ملتی ہے۔ زندگی صرف ایک بار ملتی ہے۔</w:t>
      </w:r>
    </w:p>
    <w:p>
      <w:r>
        <w:rPr>
          <w:b/>
        </w:rPr>
        <w:t xml:space="preserve">[36:13] </w:t>
      </w:r>
      <w:r>
        <w:t>chahe to is ko avail karein, chahe kho dein.</w:t>
      </w:r>
    </w:p>
    <w:p>
      <w:pPr>
        <w:jc w:val="right"/>
      </w:pPr>
      <w:r>
        <w:t>چاہے تو اس کو اویل کریں، چاہے کھو دیں۔</w:t>
      </w:r>
    </w:p>
    <w:p>
      <w:r>
        <w:rPr>
          <w:b/>
        </w:rPr>
        <w:t xml:space="preserve">[36:20] </w:t>
      </w:r>
      <w:r>
        <w:t>zindagi sirf ek baar milti hai. to hamari zindagi sirf ek baar mili hui hai.</w:t>
      </w:r>
    </w:p>
    <w:p>
      <w:pPr>
        <w:jc w:val="right"/>
      </w:pPr>
      <w:r>
        <w:t>زندگی صرف ایک بار ملتی ہے۔ تو ہماری زندگی صرف ایک بار ملی ہوئی ہے۔</w:t>
      </w:r>
    </w:p>
    <w:p>
      <w:r>
        <w:rPr>
          <w:b/>
        </w:rPr>
        <w:t xml:space="preserve">[36:27] </w:t>
      </w:r>
      <w:r>
        <w:t>chahe to avail kijiye, chahe to khojiyey. aur is ke baad kya hai? hasrat, hasrat, hasrat.</w:t>
      </w:r>
    </w:p>
    <w:p>
      <w:pPr>
        <w:jc w:val="right"/>
      </w:pPr>
      <w:r>
        <w:t>چاہے تو اویل کیجئے، چاہے تو کھوجیے۔ اور اس کے بعد کیا ہے؟ حسرت، حسرت، حسرت۔</w:t>
      </w:r>
    </w:p>
    <w:p>
      <w:r>
        <w:rPr>
          <w:b/>
        </w:rPr>
        <w:t xml:space="preserve">[36:40] </w:t>
      </w:r>
      <w:r>
        <w:t>ab mein ek aur baat ki taraf aap ko dhiyan dilana chahta hoon ke aadmi kyun akhirat ko bhula rehta hai?</w:t>
      </w:r>
    </w:p>
    <w:p>
      <w:pPr>
        <w:jc w:val="right"/>
      </w:pPr>
      <w:r>
        <w:t>اب میں ایک اور بات کی طرف آپ کو دھیان دلانا چاہتا ہوں کہ آدمی کیوں آخرت کو بھلا رہتا ہے؟</w:t>
      </w:r>
    </w:p>
    <w:p>
      <w:r>
        <w:rPr>
          <w:b/>
        </w:rPr>
        <w:t xml:space="preserve">[36:53] </w:t>
      </w:r>
      <w:r>
        <w:t>yeh jo hadith mein aata hai ke "mar aaye to misl jannat nama talib hua" . yaani kyun aadmi akhirat ko bhula rehta hai?</w:t>
      </w:r>
    </w:p>
    <w:p>
      <w:pPr>
        <w:jc w:val="right"/>
      </w:pPr>
      <w:r>
        <w:t>یہ جو حدیث میں آتا ہے کہ "مار آئے تو مثل جنت نامہ طالب ہوا" ۔ یعنی کیوں آدمی آخرت کو بھلا رہتا ہے؟</w:t>
      </w:r>
    </w:p>
    <w:p>
      <w:r>
        <w:rPr>
          <w:b/>
        </w:rPr>
        <w:t xml:space="preserve">[37:02] </w:t>
      </w:r>
      <w:r>
        <w:t>kyun jannat ko bhula rehta hai? is ki wajah yeh hai ke dunya ki lazzaton mein phansa rehna. lazzat se murad testy food nahi hai.</w:t>
      </w:r>
    </w:p>
    <w:p>
      <w:pPr>
        <w:jc w:val="right"/>
      </w:pPr>
      <w:r>
        <w:t>کیوں جنت کو بھلا رہتا ہے؟ اس کی وجہ یہ ہے کہ دنیا کی لذتوں میں پھنسا رہنا۔ لذت سے مراد ٹیسٹی فوڈ نہیں ہے۔</w:t>
      </w:r>
    </w:p>
    <w:p>
      <w:r>
        <w:rPr>
          <w:b/>
        </w:rPr>
        <w:t xml:space="preserve">[37:16] </w:t>
      </w:r>
      <w:r>
        <w:t>har woh cheez lazzat hai jis mein aap apne ko active kiye hue ho.</w:t>
      </w:r>
    </w:p>
    <w:p>
      <w:pPr>
        <w:jc w:val="right"/>
      </w:pPr>
      <w:r>
        <w:t>ہر وہ چیز لذت ہے جس میں آپ اپنے کو ایکٹیو کیے ہوئے ہوں۔</w:t>
      </w:r>
    </w:p>
    <w:p>
      <w:r>
        <w:rPr>
          <w:b/>
        </w:rPr>
        <w:t xml:space="preserve">[37:22] </w:t>
      </w:r>
      <w:r>
        <w:t>jis mein aap sochte hain ke is mein meri taraqqi hai, is mein mere liye bara darja milega, is mein mujhe paisa milega, is mein mujhe status milega.</w:t>
      </w:r>
    </w:p>
    <w:p>
      <w:pPr>
        <w:jc w:val="right"/>
      </w:pPr>
      <w:r>
        <w:t>جس میں آپ سوچتے ہیں کہ اس میں میری ترقی ہے، اس میں میرے لیے بڑا درجہ ملے گا، اس میں مجھے پیسہ ملے گا، اس میں مجھے سٹیٹس ملے گا۔</w:t>
      </w:r>
    </w:p>
    <w:p>
      <w:r>
        <w:rPr>
          <w:b/>
        </w:rPr>
        <w:t xml:space="preserve">[37:30] </w:t>
      </w:r>
      <w:r>
        <w:t>woh sab is mein shamil hai.</w:t>
      </w:r>
    </w:p>
    <w:p>
      <w:pPr>
        <w:jc w:val="right"/>
      </w:pPr>
      <w:r>
        <w:t>وہ سب اس میں شامل ہے۔</w:t>
      </w:r>
    </w:p>
    <w:p>
      <w:r>
        <w:rPr>
          <w:b/>
        </w:rPr>
        <w:t xml:space="preserve">[37:36] </w:t>
      </w:r>
      <w:r>
        <w:t>mein ne is par bohat kaafi research kiya internet ke zariye se ke jo log lage rahe, lage rahe dunya ki mein apne jo chahte thay dunya mein hasil karne ke liye,</w:t>
      </w:r>
    </w:p>
    <w:p>
      <w:pPr>
        <w:jc w:val="right"/>
      </w:pPr>
      <w:r>
        <w:t>میں نے اس پر بہت کافی ریسرچ کیا انٹرنیٹ کے ذریعے سے کہ جو لوگ لگے رہے، لگے رہے دنیا کی میں اپنے جو چاہتے تھے دنیا میں حاصل کرنے کے لیے،</w:t>
      </w:r>
    </w:p>
    <w:p>
      <w:r>
        <w:rPr>
          <w:b/>
        </w:rPr>
        <w:t xml:space="preserve">[37:51] </w:t>
      </w:r>
      <w:r>
        <w:t>chahe business ki line ho, job ki line ho, ab fame ki line ho, jis cheez line mein jo ho. to kya woh unhein woh cheez mili jo woh chahte thay?</w:t>
      </w:r>
    </w:p>
    <w:p>
      <w:pPr>
        <w:jc w:val="right"/>
      </w:pPr>
      <w:r>
        <w:t>چاہے بزنس کی لائن ہو، جاب کی لائن ہو، اب فیم کی لائن ہو، جس چیز لائن میں جو ہو۔ تو کیا وہ انہیں وہ چیز ملی جو وہ چاہتے تھے؟</w:t>
      </w:r>
    </w:p>
    <w:p>
      <w:r>
        <w:rPr>
          <w:b/>
        </w:rPr>
        <w:t xml:space="preserve">[38:05] </w:t>
      </w:r>
      <w:r>
        <w:t>ke meri research mein aaj tak koi ek aadmi aisa nahi paya jis ko ke woh cheez mili ho jo woh chahta tha.</w:t>
      </w:r>
    </w:p>
    <w:p>
      <w:pPr>
        <w:jc w:val="right"/>
      </w:pPr>
      <w:r>
        <w:t>کہ میری ریسرچ میں آج تک کوئی ایک آدمی ایسا نہیں پایا جس کو کہ وہ چیز ملی ہو جو وہ چاہتا تھا۔</w:t>
      </w:r>
    </w:p>
    <w:p>
      <w:r>
        <w:rPr>
          <w:b/>
        </w:rPr>
        <w:t xml:space="preserve">[38:18] </w:t>
      </w:r>
      <w:r>
        <w:t>kyun? is ka sabab kya hai? har aadmi aap dekhiye, kyun aisa hai ke har aadmi pressure mein jeet marta hai? koi marne wala aisa nahi hai jo despair mein na mare.</w:t>
      </w:r>
    </w:p>
    <w:p>
      <w:pPr>
        <w:jc w:val="right"/>
      </w:pPr>
      <w:r>
        <w:t>کیوں؟ اس کا سبب کیا ہے؟ ہر آدمی آپ دیکھیے، کیوں ایسا ہے کہ ہر آدمی پریشر میں جیت مرتا ہے؟ کوئی مرنے والا ایسا نہیں ہے جو ڈسپیر میں نہ مرے۔</w:t>
      </w:r>
    </w:p>
    <w:p>
      <w:r>
        <w:rPr>
          <w:b/>
        </w:rPr>
        <w:t xml:space="preserve">[38:32] </w:t>
      </w:r>
      <w:r>
        <w:t>sab despair marte hain.</w:t>
      </w:r>
    </w:p>
    <w:p>
      <w:pPr>
        <w:jc w:val="right"/>
      </w:pPr>
      <w:r>
        <w:t>سب ڈسپیر مرتے ہیں۔</w:t>
      </w:r>
    </w:p>
    <w:p>
      <w:r>
        <w:rPr>
          <w:b/>
        </w:rPr>
        <w:t xml:space="preserve">[38:35] </w:t>
      </w:r>
      <w:r>
        <w:t>woh despair kya hai? jo mein paana chahta tha, us ko banna phans gaya.</w:t>
      </w:r>
    </w:p>
    <w:p>
      <w:pPr>
        <w:jc w:val="right"/>
      </w:pPr>
      <w:r>
        <w:t>وہ ڈسپیر کیا ہے؟ جو میں پانا چاہتا تھا، اس کو بننا پھنس گیا۔</w:t>
      </w:r>
    </w:p>
    <w:p>
      <w:r>
        <w:rPr>
          <w:b/>
        </w:rPr>
        <w:t xml:space="preserve">[38:45] </w:t>
      </w:r>
      <w:r>
        <w:t>Tagore ne ki jo kitaab hai, Geetanjali, us ki ek line hai. bari ajeeb line hai.</w:t>
      </w:r>
    </w:p>
    <w:p>
      <w:pPr>
        <w:jc w:val="right"/>
      </w:pPr>
      <w:r>
        <w:t>ٹائیگور نے کی جو کتاب ہے، گیتنجلی، اس کی ایک لائن ہے۔ بڑی عجیب لائن ہے۔</w:t>
      </w:r>
    </w:p>
    <w:p>
      <w:r>
        <w:rPr>
          <w:b/>
        </w:rPr>
        <w:t xml:space="preserve">[38:53] </w:t>
      </w:r>
      <w:r>
        <w:t>yeh asal mein bangla zaban mein hai, phir is ka tarjuma hua hai English mein. Geetanjali ka. us ki ek line hai ke sari umar bina ke taaron ko sajane mein beet gayi.</w:t>
      </w:r>
    </w:p>
    <w:p>
      <w:pPr>
        <w:jc w:val="right"/>
      </w:pPr>
      <w:r>
        <w:t>یہ اصل میں بنگلہ زبان میں ہے، پھر اس کا ترجمہ ہوا ہے انگلش میں۔ گیتنجلی کا۔ اس کی ایک لائن ہے کہ ساری عمر بینا کے تاروں کو سجانے میں بیت گئی۔</w:t>
      </w:r>
    </w:p>
    <w:p>
      <w:r>
        <w:rPr>
          <w:b/>
        </w:rPr>
        <w:t xml:space="preserve">[39:11] </w:t>
      </w:r>
      <w:r>
        <w:t>bina kehte hain sitar ko. jis ko hum Urdu mein sitar kehte hain, Urdu kehte hain bina. bangla zaban mein.</w:t>
      </w:r>
    </w:p>
    <w:p>
      <w:pPr>
        <w:jc w:val="right"/>
      </w:pPr>
      <w:r>
        <w:t>بینا کہتے ہیں ستار کو۔ جس کو ہم اردو میں ستار کہتے ہیں، اردو کہتے ہیں بینا۔ بنگلہ زبان میں۔</w:t>
      </w:r>
    </w:p>
    <w:p>
      <w:r>
        <w:rPr>
          <w:b/>
        </w:rPr>
        <w:t xml:space="preserve">[39:20] </w:t>
      </w:r>
      <w:r>
        <w:t>saari zindagi bina ke taaron ko sajaane mein beet gai. jo aakhri geet mein gaana chahta tha, woh geet mein na ga saka.</w:t>
      </w:r>
    </w:p>
    <w:p>
      <w:pPr>
        <w:jc w:val="right"/>
      </w:pPr>
      <w:r>
        <w:t>ساری زندگی بینا کے تاروں کو سجانے میں بیت گئی۔ جو آخری گیت میں گانا چاہتا تھا، وہ گیت میں نہ گا سکا۔</w:t>
      </w:r>
    </w:p>
    <w:p>
      <w:r>
        <w:rPr>
          <w:b/>
        </w:rPr>
        <w:t xml:space="preserve">[39:35] </w:t>
      </w:r>
      <w:r>
        <w:t>saari umar bina ke taaron ko sajaane mein beet gai. jo aakhri geet mein gaana chahta tha, woh geet mein na ga saka.</w:t>
      </w:r>
    </w:p>
    <w:p>
      <w:pPr>
        <w:jc w:val="right"/>
      </w:pPr>
      <w:r>
        <w:t>ساری عمر بینا کے تاروں کو سجانے میں بیت گئی۔ جو آخری گیت میں گانا چاہتا تھا، وہ گیت میں نہ گا سکا۔</w:t>
      </w:r>
    </w:p>
    <w:p>
      <w:r>
        <w:rPr>
          <w:b/>
        </w:rPr>
        <w:t xml:space="preserve">[39:44] </w:t>
      </w:r>
      <w:r>
        <w:t>dekhiye, is ko aap extended sentence lijie.</w:t>
      </w:r>
    </w:p>
    <w:p>
      <w:pPr>
        <w:jc w:val="right"/>
      </w:pPr>
      <w:r>
        <w:t>دیکھیے، اس کو آپ ایکسٹینڈڈ سینٹ لیجیے۔</w:t>
      </w:r>
    </w:p>
    <w:p>
      <w:r>
        <w:rPr>
          <w:b/>
        </w:rPr>
        <w:t xml:space="preserve">[39:49] </w:t>
      </w:r>
      <w:r>
        <w:t>extended sentence mein. to ek to yeh hai ke jo baat mere mud rahi thi, mere mind mein is baat ko mein lafzon ki shakal na de saka.</w:t>
      </w:r>
    </w:p>
    <w:p>
      <w:pPr>
        <w:jc w:val="right"/>
      </w:pPr>
      <w:r>
        <w:t>ایکسٹینڈڈ سینٹ میں۔ تو ایک تو یہ ہے کہ جو بات میرے مڑ رہی تھی، میرے مائنڈ میں اس بات کو میں لفظوں کی شکل نہ دے سکا۔</w:t>
      </w:r>
    </w:p>
    <w:p>
      <w:r>
        <w:rPr>
          <w:b/>
        </w:rPr>
        <w:t xml:space="preserve">[40:03] </w:t>
      </w:r>
      <w:r>
        <w:t>lekin extended sentence mein aap lein to sab cheez mein aa jati hai. kyunke jaisa business mein chahta tha, waisa business mein nahi khara kar saka.</w:t>
      </w:r>
    </w:p>
    <w:p>
      <w:pPr>
        <w:jc w:val="right"/>
      </w:pPr>
      <w:r>
        <w:t>لیکن ایکسٹینڈڈ سینٹ میں آپ لیں تو سب چیز میں آ جاتی ہے۔ کیونکہ جیسا بزنس میں چاہتا تھا، ویسا بزنس میں نہیں کھڑا کر سکا۔</w:t>
      </w:r>
    </w:p>
    <w:p>
      <w:r>
        <w:rPr>
          <w:b/>
        </w:rPr>
        <w:t xml:space="preserve">[40:13] </w:t>
      </w:r>
      <w:r>
        <w:t>jo job mein chahta tha, woh job mein nahi pa saka. jo fame mein chahta tha, woh fame mujhe nahi mili. jo stage mein chahta tha, woh stage mein nahi hasil hui mujh ko.</w:t>
      </w:r>
    </w:p>
    <w:p>
      <w:pPr>
        <w:jc w:val="right"/>
      </w:pPr>
      <w:r>
        <w:t>جو جاب میں چاہتا تھا، وہ جاب میں نہیں پا سکا۔ جو فیم میں چاہتا تھا، وہ فیم مجھے نہیں ملی۔ جو اسٹیج میں چاہتا تھا، وہ اسٹیج میں نہیں حاصل ہوئی مجھ کو۔</w:t>
      </w:r>
    </w:p>
    <w:p>
      <w:r>
        <w:rPr>
          <w:b/>
        </w:rPr>
        <w:t xml:space="preserve">[40:23] </w:t>
      </w:r>
      <w:r>
        <w:t>jo health mein chahta tha, woh health mujhe nahi mili.</w:t>
      </w:r>
    </w:p>
    <w:p>
      <w:pPr>
        <w:jc w:val="right"/>
      </w:pPr>
      <w:r>
        <w:t>جو ہیلتھ میں چاہتا تھا، وہ ہیلتھ مجھے نہیں ملی۔</w:t>
      </w:r>
    </w:p>
    <w:p>
      <w:r>
        <w:rPr>
          <w:b/>
        </w:rPr>
        <w:t xml:space="preserve">[40:29] </w:t>
      </w:r>
      <w:r>
        <w:t>to</w:t>
      </w:r>
    </w:p>
    <w:p>
      <w:pPr>
        <w:jc w:val="right"/>
      </w:pPr>
      <w:r>
        <w:t>تو</w:t>
      </w:r>
    </w:p>
    <w:p>
      <w:r>
        <w:rPr>
          <w:b/>
        </w:rPr>
        <w:t xml:space="preserve">[40:30] </w:t>
      </w:r>
      <w:r>
        <w:t>har aadmi jo hai, kya hai? na paane ka case hai. paane ka case nahi hai koi bhi. kisi ke case bhi paane ka case nahi hai.</w:t>
      </w:r>
    </w:p>
    <w:p>
      <w:pPr>
        <w:jc w:val="right"/>
      </w:pPr>
      <w:r>
        <w:t>ہر آدمی جو ہے، کیا ہے؟ نہ پانے کا کیس ہے۔ پانے کا کیس نہیں ہے کوئی بھی۔ کسی کے کیس بھی پانے کا کیس نہیں ہے۔</w:t>
      </w:r>
    </w:p>
    <w:p>
      <w:r>
        <w:rPr>
          <w:b/>
        </w:rPr>
        <w:t xml:space="preserve">[40:43] </w:t>
      </w:r>
      <w:r>
        <w:t>kisi bhi insaan ko aap sochiye, bara koi bare se bara insaan, is ke paas ja ke miliye aap. pata kijiye ke kya jo woh paana chahta tha, woh pa liya us ne?</w:t>
      </w:r>
    </w:p>
    <w:p>
      <w:pPr>
        <w:jc w:val="right"/>
      </w:pPr>
      <w:r>
        <w:t>کسی بھی انسان کو آپ سوچیے، بڑا کوئی بڑے سے بڑا انسان، اس کے پاس جا کے ملیے آپ۔ پتہ کیجیے کہ کیا جو وہ پانا چاہتا تھا، وہ پا لیا اس نے؟</w:t>
      </w:r>
    </w:p>
    <w:p>
      <w:r>
        <w:rPr>
          <w:b/>
        </w:rPr>
        <w:t xml:space="preserve">[40:58] </w:t>
      </w:r>
      <w:r>
        <w:t>in terms of health, in terms of job, in terms of business, in terms of fame, in terms of stage, in terms of status.</w:t>
      </w:r>
    </w:p>
    <w:p>
      <w:pPr>
        <w:jc w:val="right"/>
      </w:pPr>
      <w:r>
        <w:t>ان ٹرمز آف ہیلتھ، ان ٹرمز آف جاب، ان ٹرمز آف بزنس، ان ٹرمز آف فیم، ان ٹرمز آف اسٹیج، ان ٹرمز آف اسٹیٹس۔</w:t>
      </w:r>
    </w:p>
    <w:p>
      <w:r>
        <w:rPr>
          <w:b/>
        </w:rPr>
        <w:t xml:space="preserve">[41:08] </w:t>
      </w:r>
      <w:r>
        <w:t>jo chahta tha ke woh pa liya us ne, to woh nahi paaya us ne. to is maani mein har aadmi un fulfilled wishes mein mar raha hai.</w:t>
      </w:r>
    </w:p>
    <w:p>
      <w:pPr>
        <w:jc w:val="right"/>
      </w:pPr>
      <w:r>
        <w:t>جو چاہتا تھا کہ وہ پا لیا اس نے، تو وہ نہیں پایا اس نے۔ تو اس معنی میں ہر آدمی ان فلفل وشت میں مر رہا ہے۔</w:t>
      </w:r>
    </w:p>
    <w:p>
      <w:r>
        <w:rPr>
          <w:b/>
        </w:rPr>
        <w:t xml:space="preserve">[41:21] </w:t>
      </w:r>
      <w:r>
        <w:t>har aadmi un fulfilled wishes mein mar raha hai.</w:t>
      </w:r>
    </w:p>
    <w:p>
      <w:pPr>
        <w:jc w:val="right"/>
      </w:pPr>
      <w:r>
        <w:t>ہر آدمی ان فلفل وشت میں مر رہا ہے۔</w:t>
      </w:r>
    </w:p>
    <w:p>
      <w:r>
        <w:rPr>
          <w:b/>
        </w:rPr>
        <w:t xml:space="preserve">[41:27] </w:t>
      </w:r>
      <w:r>
        <w:t>aur mein aap ko ek baat arz karta hoon. dekhiye, yeh jo sense of fulfillment hai, jo sense of fulfillment hai, yeh yeh mera creation nahi hai.</w:t>
      </w:r>
    </w:p>
    <w:p>
      <w:pPr>
        <w:jc w:val="right"/>
      </w:pPr>
      <w:r>
        <w:t>اور میں آپ کو ایک بات عرض کرتا ہوں۔ دیکھیے، یہ جو سینس آف فلفلمنٹ ہے، جو سینس آف فلفلمنٹ ہے، یہ یہ میرا کریشن نہیں ہے۔</w:t>
      </w:r>
    </w:p>
    <w:p>
      <w:r>
        <w:rPr>
          <w:b/>
        </w:rPr>
        <w:t xml:space="preserve">[41:41] </w:t>
      </w:r>
      <w:r>
        <w:t>yeh god ka creation hai.</w:t>
      </w:r>
    </w:p>
    <w:p>
      <w:pPr>
        <w:jc w:val="right"/>
      </w:pPr>
      <w:r>
        <w:t>یہ گاڈ کا کریشن ہے۔</w:t>
      </w:r>
    </w:p>
    <w:p>
      <w:r>
        <w:rPr>
          <w:b/>
        </w:rPr>
        <w:t xml:space="preserve">[41:46] </w:t>
      </w:r>
      <w:r>
        <w:t>aaj subah mein baitha tha, mere ghar mein ek corner hai, wahan chiriyaan aati hain.</w:t>
      </w:r>
    </w:p>
    <w:p>
      <w:pPr>
        <w:jc w:val="right"/>
      </w:pPr>
      <w:r>
        <w:t>آج صبح میں بیٹھا تھا، میرے گھر میں ایک کارنر ہے، وہاں چڑیاں آتی ہیں۔</w:t>
      </w:r>
    </w:p>
    <w:p>
      <w:r>
        <w:rPr>
          <w:b/>
        </w:rPr>
        <w:t xml:space="preserve">[41:53] </w:t>
      </w:r>
      <w:r>
        <w:t>ek kawa aaya to wahan paani rakha hua tha. kaway ka tareeqa hai ke paani jo peeta hai to ek saath nahi peeta.</w:t>
      </w:r>
    </w:p>
    <w:p>
      <w:pPr>
        <w:jc w:val="right"/>
      </w:pPr>
      <w:r>
        <w:t>ایک کوا آیا تو وہاں پانی رکھا ہوا تھا۔ کوے کا طریقہ ہے کہ پانی جو پیتا ہے تو ایک ساتھ نہیں پیتا۔</w:t>
      </w:r>
    </w:p>
    <w:p>
      <w:r>
        <w:rPr>
          <w:b/>
        </w:rPr>
        <w:t xml:space="preserve">[42:02] </w:t>
      </w:r>
      <w:r>
        <w:t>kai baar woh is mein apna choanch daale ga aur piyega. chand baar piya us ne. to kaway ne chand baar aisa kiya aur paani pi kar urr gaya.</w:t>
      </w:r>
    </w:p>
    <w:p>
      <w:pPr>
        <w:jc w:val="right"/>
      </w:pPr>
      <w:r>
        <w:t>کئی بار وہ اس میں اپنا چونچ ڈالے گا اور پیئے گا۔ چند بار پیا اس نے۔ تو کوے نے چند بار ایسا کیا اور پانی پی کر اڑ گیا۔</w:t>
      </w:r>
    </w:p>
    <w:p>
      <w:r>
        <w:rPr>
          <w:b/>
        </w:rPr>
        <w:t xml:space="preserve">[42:16] </w:t>
      </w:r>
      <w:r>
        <w:t>to mein ne socha ke is ko fulfillment mil gaya.</w:t>
      </w:r>
    </w:p>
    <w:p>
      <w:pPr>
        <w:jc w:val="right"/>
      </w:pPr>
      <w:r>
        <w:t>تو میں نے سوچا کہ اس کو فلفلمنٹ مل گیا۔</w:t>
      </w:r>
    </w:p>
    <w:p>
      <w:r>
        <w:rPr>
          <w:b/>
        </w:rPr>
        <w:t xml:space="preserve">[42:21] </w:t>
      </w:r>
      <w:r>
        <w:t>is ke andar jo fulfillment ka concept hai, insaan wala, woh hai hi nahi. is ko chand boond paani ki chahiye, woh mil gayi to bas ho gaya.</w:t>
      </w:r>
    </w:p>
    <w:p>
      <w:pPr>
        <w:jc w:val="right"/>
      </w:pPr>
      <w:r>
        <w:t>اس کے اندر جو فلفلمنٹ کا کانسیپٹ ہے، انسان والا، وہ ہے ہی نہیں۔ اس کو چند بوند پانی کی چاہیے، وہ مل گئی تو بس ہو گیا۔</w:t>
      </w:r>
    </w:p>
    <w:p>
      <w:r>
        <w:rPr>
          <w:b/>
        </w:rPr>
        <w:t xml:space="preserve">[42:33] </w:t>
      </w:r>
      <w:r>
        <w:t>to mein ne socha ke is dunya mein sab ke liye fulfillment, fulfillment hai, insaan ke liye nahi. ab dekhiye, animal ke liye fulfillment hai, chiriyon ke liye fulfillment hai,</w:t>
      </w:r>
    </w:p>
    <w:p>
      <w:pPr>
        <w:jc w:val="right"/>
      </w:pPr>
      <w:r>
        <w:t>تو میں نے سوچا کہ اس دنیا میں سب کے لیے فلفلمنٹ، فلفلمنٹ ہے، انسان کے لیے نہیں۔ اب دیکھیے، اینیمل کے لیے فلفلمنٹ ہے، چڑیوں کے لیے فلفلمنٹ ہے،</w:t>
      </w:r>
    </w:p>
    <w:p>
      <w:r>
        <w:rPr>
          <w:b/>
        </w:rPr>
        <w:t xml:space="preserve">[42:46] </w:t>
      </w:r>
      <w:r>
        <w:t>keere makoron ke liye fulfillment hai.</w:t>
      </w:r>
    </w:p>
    <w:p>
      <w:pPr>
        <w:jc w:val="right"/>
      </w:pPr>
      <w:r>
        <w:t>کیڑے مکوڑوں کے لیے فلفلمنٹ ہے۔</w:t>
      </w:r>
    </w:p>
    <w:p>
      <w:r>
        <w:rPr>
          <w:b/>
        </w:rPr>
        <w:t xml:space="preserve">[42:49] </w:t>
      </w:r>
      <w:r>
        <w:t>insaan jo hai, is ko fulfillment nahi milta aur un fulfilled wishes mein mar jata hai. yeh kyun?</w:t>
      </w:r>
    </w:p>
    <w:p>
      <w:pPr>
        <w:jc w:val="right"/>
      </w:pPr>
      <w:r>
        <w:t>انسان جو ہے، اس کو فلفلمنٹ نہیں ملتا اور ان فلفلمنٹ وشت میں مر جاتا ہے۔ یہ کیوں؟</w:t>
      </w:r>
    </w:p>
    <w:p>
      <w:r>
        <w:rPr>
          <w:b/>
        </w:rPr>
        <w:t xml:space="preserve">[42:59] </w:t>
      </w:r>
      <w:r>
        <w:t>yeh is baat ka ek, yaani ek reminder hai ke tumhare fulfillment ka saaman is dunya mein hai hi nahi.</w:t>
      </w:r>
    </w:p>
    <w:p>
      <w:pPr>
        <w:jc w:val="right"/>
      </w:pPr>
      <w:r>
        <w:t>یہ اس بات کا ایک، یعنی ایک ریمائنڈر ہے کہ تمہارے فلفلمنٹ کا سامان اس دنیا میں ہے ہی نہیں۔</w:t>
      </w:r>
    </w:p>
    <w:p>
      <w:r>
        <w:rPr>
          <w:b/>
        </w:rPr>
        <w:t xml:space="preserve">[43:08] </w:t>
      </w:r>
      <w:r>
        <w:t>woh to paradise mein hai.</w:t>
      </w:r>
    </w:p>
    <w:p>
      <w:pPr>
        <w:jc w:val="right"/>
      </w:pPr>
      <w:r>
        <w:t>وہ تو پیراڈائز میں ہے۔</w:t>
      </w:r>
    </w:p>
    <w:p>
      <w:r>
        <w:rPr>
          <w:b/>
        </w:rPr>
        <w:t xml:space="preserve">[43:12] </w:t>
      </w:r>
      <w:r>
        <w:t>paradise ko apna goal banao. kyunke yeh jo ehsaas hai, woh mein ne create nahin kiya. sense of desire, sense of fulfillment, yeh sab creation hai.</w:t>
      </w:r>
    </w:p>
    <w:p>
      <w:pPr>
        <w:jc w:val="right"/>
      </w:pPr>
      <w:r>
        <w:t>پیراڈائز کو اپنا گول بناؤ۔ کیونکہ یہ جو احساس ہے، وہ میں نے کریٹ نہیں کیا۔ سینس آف ڈیزائر، سینس آف فلفلمنٹ، یہ سب کریشن ہے۔</w:t>
      </w:r>
    </w:p>
    <w:p>
      <w:r>
        <w:rPr>
          <w:b/>
        </w:rPr>
        <w:t xml:space="preserve">[43:28] </w:t>
      </w:r>
      <w:r>
        <w:t>to jab sense of desire ko Khuda ne create kiya to fulfillment bhi zaroor create kiya us ne. aur woh hai paradise, woh hai mera habitat.</w:t>
      </w:r>
    </w:p>
    <w:p>
      <w:pPr>
        <w:jc w:val="right"/>
      </w:pPr>
      <w:r>
        <w:t>تو جب سینس آف ڈیزائر کو خدا نے کریٹ کیا تو فلفلمنٹ بھی ضرور کریٹ کیا اس نے۔ اور وہ ہے پیراڈائز، وہ ہے میرا ہیبیٹاٹ۔</w:t>
      </w:r>
    </w:p>
    <w:p>
      <w:r>
        <w:rPr>
          <w:b/>
        </w:rPr>
        <w:t xml:space="preserve">[43:42] </w:t>
      </w:r>
      <w:r>
        <w:t>jo Quran mein hai ke "min kulli shay'in khalaqna zawjain la'allakum tadhakkaroon" . yaani har cheez pair ki shakal mein hai. to ek pair to yahan hai, sense of desire.</w:t>
      </w:r>
    </w:p>
    <w:p>
      <w:pPr>
        <w:jc w:val="right"/>
      </w:pPr>
      <w:r>
        <w:t>جو قرآن میں ہے کہ "من کل شيء خلقنا زوجين لعلكم تذکرون" ۔ یعنی ہر چیز پیئر کی شکل میں ہے۔ تو ایک پیئر تو یہاں ہے، سینس آف ڈیزائر۔</w:t>
      </w:r>
    </w:p>
    <w:p>
      <w:r>
        <w:rPr>
          <w:b/>
        </w:rPr>
        <w:t xml:space="preserve">[43:54] </w:t>
      </w:r>
      <w:r>
        <w:t>doosra pair kahan hai?</w:t>
      </w:r>
    </w:p>
    <w:p>
      <w:pPr>
        <w:jc w:val="right"/>
      </w:pPr>
      <w:r>
        <w:t>دوسرا پیئر کہاں ہے؟</w:t>
      </w:r>
    </w:p>
    <w:p>
      <w:r>
        <w:rPr>
          <w:b/>
        </w:rPr>
        <w:t xml:space="preserve">[43:58] </w:t>
      </w:r>
      <w:r>
        <w:t>yeh kisi chidiya ke liye, kisi animal ke liye sawal nahin hai. insaan ke liye hai.</w:t>
      </w:r>
    </w:p>
    <w:p>
      <w:pPr>
        <w:jc w:val="right"/>
      </w:pPr>
      <w:r>
        <w:t>یہ کسی چڑیا کے لیے، کسی اینیمل کے لیے سوال نہیں ہے۔ انسان کے لیے ہے۔</w:t>
      </w:r>
    </w:p>
    <w:p>
      <w:r>
        <w:rPr>
          <w:b/>
        </w:rPr>
        <w:t xml:space="preserve">[44:06] </w:t>
      </w:r>
      <w:r>
        <w:t>to ek pair, yaani sense of desire, yahan hai. sense of fulfillment jo hai, woh kahan hai? woh paradise mein hai.</w:t>
      </w:r>
    </w:p>
    <w:p>
      <w:pPr>
        <w:jc w:val="right"/>
      </w:pPr>
      <w:r>
        <w:t>تو ایک پیئر، یعنی سینس آف ڈیزائر، یہاں ہے۔ سینس آف فلفلمنٹ جو ہے، وہ کہاں ہے؟ وہ پیراڈائز میں ہے۔</w:t>
      </w:r>
    </w:p>
    <w:p>
      <w:r>
        <w:rPr>
          <w:b/>
        </w:rPr>
        <w:t xml:space="preserve">[44:16] </w:t>
      </w:r>
      <w:r>
        <w:t>maut isi haqeeqat ko yaad dilati hai. to meri dua hai ke Allah taala mujh ko aur aap ko yeh tofeeq de ke hum zindagi ki reality ko samjhein.</w:t>
      </w:r>
    </w:p>
    <w:p>
      <w:pPr>
        <w:jc w:val="right"/>
      </w:pPr>
      <w:r>
        <w:t>موت اسی حقیقت کو یاد دلاتی ہے۔ تو میری دعا ہے کہ اللہ تعالی مجھ کو اور آپ کو یہ توفیق دے کہ ہم زندگی کی ریلیٹی کو سمجھیں۔</w:t>
      </w:r>
    </w:p>
    <w:p>
      <w:r>
        <w:rPr>
          <w:b/>
        </w:rPr>
        <w:t xml:space="preserve">[44:32] </w:t>
      </w:r>
      <w:r>
        <w:t>jis reality ko hum face karne wale hain, us ke baray mein sochein aur apni zindagi ko sahi direction mein chalaein.</w:t>
      </w:r>
    </w:p>
    <w:p>
      <w:pPr>
        <w:jc w:val="right"/>
      </w:pPr>
      <w:r>
        <w:t>جس ریلیٹی کو ہم فیس کرنے والے ہیں، اس کے بارے میں سوچیں اور اپنی زندگی کو صحیح ڈائریکشن میں چلائیں۔</w:t>
      </w:r>
    </w:p>
    <w:p>
      <w:r>
        <w:rPr>
          <w:b/>
        </w:rPr>
        <w:t xml:space="preserve">[44:44] </w:t>
      </w:r>
      <w:r>
        <w:t>hamari zindagi ka jo</w:t>
      </w:r>
    </w:p>
    <w:p>
      <w:pPr>
        <w:jc w:val="right"/>
      </w:pPr>
      <w:r>
        <w:t>ہماری زندگی کا جو</w:t>
      </w:r>
    </w:p>
    <w:p>
      <w:r>
        <w:rPr>
          <w:b/>
        </w:rPr>
        <w:t xml:space="preserve">[44:48] </w:t>
      </w:r>
      <w:r>
        <w:t>line of direction hai, woh sahi rukh par ho jaye. yeh mein dua karta hoon apne liye aur aap ke liye.</w:t>
      </w:r>
    </w:p>
    <w:p>
      <w:pPr>
        <w:jc w:val="right"/>
      </w:pPr>
      <w:r>
        <w:t>لائن آف ڈائریکشن ہے، وہ صحیح رخ پر ہو جائے۔ یہ میں دعا کرتا ہوں اپنے لیے اور آپ کے لیے۔</w:t>
      </w:r>
    </w:p>
    <w:p>
      <w:r>
        <w:rPr>
          <w:b/>
        </w:rPr>
        <w:t xml:space="preserve">[44:56] </w:t>
      </w:r>
      <w:r>
        <w:t>assalam o alaikum wa rehmatullah</w:t>
      </w:r>
    </w:p>
    <w:p>
      <w:pPr>
        <w:jc w:val="right"/>
      </w:pPr>
      <w:r>
        <w:t>السلام علیکم ورحمۃ اللہ</w:t>
      </w:r>
    </w:p>
    <w:p>
      <w:r>
        <w:rPr>
          <w:b/>
        </w:rPr>
        <w:t xml:space="preserve">[45:13] </w:t>
      </w:r>
      <w:r>
        <w:t>okay viewers, starting with the question answer session now. all the online viewers are requested to send their questions on info@cpsglobal.org.</w:t>
      </w:r>
    </w:p>
    <w:p>
      <w:pPr>
        <w:jc w:val="right"/>
      </w:pPr>
      <w:r>
        <w:t>اوکے ویورز، سٹارٹنگ ود دی کوئسچن انسر سیشن ناو۔ All the online viewers are requested to send their questions on info@cpsglobal.org.</w:t>
      </w:r>
    </w:p>
    <w:p>
      <w:r>
        <w:rPr>
          <w:b/>
        </w:rPr>
        <w:t xml:space="preserve">[45:25] </w:t>
      </w:r>
      <w:r>
        <w:t>Maulana, yeh sawal Bhopal se kiya hai Haider sahab ne, aur unhon ne likha hai ke: "Maulana sahib, how can a person begin his or her spiritual journey?</w:t>
      </w:r>
    </w:p>
    <w:p>
      <w:pPr>
        <w:jc w:val="right"/>
      </w:pPr>
      <w:r>
        <w:t>مولانا، یہ سوال بھوپال سے کیا ہے حیدر صاحب نے، اور انہوں نے لکھا ہے کہ: "مولانا صاحب، how can a person begin his or her spiritual journey?</w:t>
      </w:r>
    </w:p>
    <w:p>
      <w:r>
        <w:rPr>
          <w:b/>
        </w:rPr>
        <w:t xml:space="preserve">[45:38] </w:t>
      </w:r>
      <w:r>
        <w:t>What should be the starting point? Please advise."</w:t>
      </w:r>
    </w:p>
    <w:p>
      <w:pPr>
        <w:jc w:val="right"/>
      </w:pPr>
      <w:r>
        <w:t>What should be the starting point? Please advise."</w:t>
      </w:r>
    </w:p>
    <w:p>
      <w:r>
        <w:rPr>
          <w:b/>
        </w:rPr>
        <w:t xml:space="preserve">[45:52] </w:t>
      </w:r>
      <w:r>
        <w:t>bhai, mera jo experience hai, woh yahi hai ke sab se zaroori cheez hai apne ko destruction se bachana.</w:t>
      </w:r>
    </w:p>
    <w:p>
      <w:pPr>
        <w:jc w:val="right"/>
      </w:pPr>
      <w:r>
        <w:t>بھئی، میرا جو ایکسپیرئینس ہے، وہ یہی ہے کہ سب سے ضروری چیز ہے اپنے کو ڈسٹرکشن سے بچانا۔</w:t>
      </w:r>
    </w:p>
    <w:p>
      <w:r>
        <w:rPr>
          <w:b/>
        </w:rPr>
        <w:t xml:space="preserve">[46:07] </w:t>
      </w:r>
      <w:r>
        <w:t>jab spirituality ki taraf safar shuru nahin ho sakta jab tak aap apne aap ko destruction se na bachaein.</w:t>
      </w:r>
    </w:p>
    <w:p>
      <w:pPr>
        <w:jc w:val="right"/>
      </w:pPr>
      <w:r>
        <w:t>جب سپرچویلٹی کی طرف سفر شروع نہیں ہو سکتا جب تک آپ اپنے آپ کو ڈسٹرکشن سے نہ بچائیں۔</w:t>
      </w:r>
    </w:p>
    <w:p>
      <w:r>
        <w:rPr>
          <w:b/>
        </w:rPr>
        <w:t xml:space="preserve">[46:17] </w:t>
      </w:r>
      <w:r>
        <w:t>har aadmi kisi na kisi destruction mein phansa hua hai, har aadmi.</w:t>
      </w:r>
    </w:p>
    <w:p>
      <w:pPr>
        <w:jc w:val="right"/>
      </w:pPr>
      <w:r>
        <w:t>ہر آدمی کسی نہ کسی ڈسٹرکشن میں پھنسا ہوا ہے، ہر آدمی۔</w:t>
      </w:r>
    </w:p>
    <w:p>
      <w:r>
        <w:rPr>
          <w:b/>
        </w:rPr>
        <w:t xml:space="preserve">[46:25] </w:t>
      </w:r>
      <w:r>
        <w:t>aur destruction ka maamla yeh hai ke kuch dinon ke baad destruction jo hota hai, woh aap ka addiction ban jata hai.</w:t>
      </w:r>
    </w:p>
    <w:p>
      <w:pPr>
        <w:jc w:val="right"/>
      </w:pPr>
      <w:r>
        <w:t>اور ڈسٹرکشن کا معاملہ یہ ہے کہ کچھ دنوں کے بعد ڈسٹرکشن جو ہوتا ہے، وہ آپ کا ایڈکشن بن جاتا ہے۔</w:t>
      </w:r>
    </w:p>
    <w:p>
      <w:r>
        <w:rPr>
          <w:b/>
        </w:rPr>
        <w:t xml:space="preserve">[46:34] </w:t>
      </w:r>
      <w:r>
        <w:t>addiction. aap soch nahin paate ke koi destruction hai.</w:t>
      </w:r>
    </w:p>
    <w:p>
      <w:pPr>
        <w:jc w:val="right"/>
      </w:pPr>
      <w:r>
        <w:t>ایڈکشن۔ آپ سوچ نہیں پاتے کہ کوئی ڈسٹرکشن ہے۔</w:t>
      </w:r>
    </w:p>
    <w:p>
      <w:r>
        <w:rPr>
          <w:b/>
        </w:rPr>
        <w:t xml:space="preserve">[46:41] </w:t>
      </w:r>
      <w:r>
        <w:t>to jab tak addiction na bana ho, tab tak to apne ko is se bachana aasan hai. dekhiye, ek hai habit, ek hai addiction.</w:t>
      </w:r>
    </w:p>
    <w:p>
      <w:pPr>
        <w:jc w:val="right"/>
      </w:pPr>
      <w:r>
        <w:t>تو جب تک ایڈکشن نہ بنا ہو، تب تک تو اپنے کو اس سے بچانا آسان ہے۔ دیکھیے، ایک ہے ہیبٹ، ایک ہے ایڈکشن۔</w:t>
      </w:r>
    </w:p>
    <w:p>
      <w:r>
        <w:rPr>
          <w:b/>
        </w:rPr>
        <w:t xml:space="preserve">[46:54] </w:t>
      </w:r>
      <w:r>
        <w:t>haibat, addiction. to jab haibat ke darjay mein ho, tab us ko samajhna aasan hai. lekin haibat aagay barh kar ban jati hai addiction, to aap us ko chhor nahin paate.</w:t>
      </w:r>
    </w:p>
    <w:p>
      <w:pPr>
        <w:jc w:val="right"/>
      </w:pPr>
      <w:r>
        <w:t>ہیبٹ، ایڈکشن۔ تو جب ہیبٹ کے درجے میں ہو، تب اس کو سمجھنا آسان ہے۔ لیکن ہیبٹ آگے بڑھ کر بن جاتی ہے ایڈکشن، تو آپ اس کو چھوڑ نہیں پاتے۔</w:t>
      </w:r>
    </w:p>
    <w:p>
      <w:r>
        <w:rPr>
          <w:b/>
        </w:rPr>
        <w:t xml:space="preserve">[47:10] </w:t>
      </w:r>
      <w:r>
        <w:t>to beharhaal, jis ko spirituality chahiye, to yeh sab us ko karna parega. us ko instra, us ko instrastructure karna parega.</w:t>
      </w:r>
    </w:p>
    <w:p>
      <w:pPr>
        <w:jc w:val="right"/>
      </w:pPr>
      <w:r>
        <w:t>تو بہرحال، جس کو سپرچویلٹی چاہیے، تو یہ سب اس کو کرنا پڑے گا۔ اس کو انسٹرا، اس کو انسٹراسٹرکچر کرنا پڑے گا۔</w:t>
      </w:r>
    </w:p>
    <w:p>
      <w:r>
        <w:rPr>
          <w:b/>
        </w:rPr>
        <w:t xml:space="preserve">[47:22] </w:t>
      </w:r>
      <w:r>
        <w:t>balkay mein yeh kaha karta hoon ke us ko self-hambry karna paregi. tab ja kar ke destruction se bachega.</w:t>
      </w:r>
    </w:p>
    <w:p>
      <w:pPr>
        <w:jc w:val="right"/>
      </w:pPr>
      <w:r>
        <w:t>بلکہ میں یہ کہا کرتا ہوں کہ اس کو سیلف ہیمبری کرنی پڑے گی۔ تب جا کر کے ڈسٹرکشن سے بچے گا۔</w:t>
      </w:r>
    </w:p>
    <w:p>
      <w:r>
        <w:rPr>
          <w:b/>
        </w:rPr>
        <w:t xml:space="preserve">[47:31] </w:t>
      </w:r>
      <w:r>
        <w:t>tab ja kar ke woh apnay habits ko, apnay addiction ko discover kar payega. tab woh apni zindagi ki re-planning karega.</w:t>
      </w:r>
    </w:p>
    <w:p>
      <w:pPr>
        <w:jc w:val="right"/>
      </w:pPr>
      <w:r>
        <w:t>تب جا کر کے وہ اپنے ہیبٹس کو، اپنے ایڈکشن کو ڈسکور کر پائے گا۔ تب وہ اپنی زندگی کی ری پلاننگ کرے گا۔</w:t>
      </w:r>
    </w:p>
    <w:p>
      <w:r>
        <w:rPr>
          <w:b/>
        </w:rPr>
        <w:t xml:space="preserve">[47:42] </w:t>
      </w:r>
      <w:r>
        <w:t>is ke baghair mumkin nahin hai.</w:t>
      </w:r>
    </w:p>
    <w:p>
      <w:pPr>
        <w:jc w:val="right"/>
      </w:pPr>
      <w:r>
        <w:t>اس کے بغیر ممکن نہیں ہے۔</w:t>
      </w:r>
    </w:p>
    <w:p>
      <w:r>
        <w:rPr>
          <w:b/>
        </w:rPr>
        <w:t xml:space="preserve">[47:47] </w:t>
      </w:r>
      <w:r>
        <w:t>maulana, agla sawal lene se pehle ek comment parhna chahenge, jo Kashmir se Hamidullah Hameed sahib ne bheja hai. unhon ne likha hai ke "1526 Quran were distributed on the day of Mela Khir Bhivani Temple on the 5th and 6th June 2014.</w:t>
      </w:r>
    </w:p>
    <w:p>
      <w:pPr>
        <w:jc w:val="right"/>
      </w:pPr>
      <w:r>
        <w:t>مولانا، اگلا سوال لینے سے پہلے ایک کمنٹ پڑھنا چاہیں گے، جو کشمیر سے حامد اللہ حمید صاحب نے بھیجا ہے۔ انہوں نے لکھا ہے کہ "1526 Quran were distributed on the day of Mela Khir Bhivani Temple on the 5th and 6th June 2014.</w:t>
      </w:r>
    </w:p>
    <w:p>
      <w:r>
        <w:rPr>
          <w:b/>
        </w:rPr>
        <w:t xml:space="preserve">[48:10] </w:t>
      </w:r>
      <w:r>
        <w:t>Devotees from Delhi, Punjab, Mumbai and Kashmiri migrants even offered donation for the mission. A lady who was offered the Quran said to one of the volunteers, Mr.</w:t>
      </w:r>
    </w:p>
    <w:p>
      <w:pPr>
        <w:jc w:val="right"/>
      </w:pPr>
      <w:r>
        <w:t>Devotees from Delhi, Punjab, Mumbai and Kashmiri migrants even offered donation for the mission. A lady who was offered the Quran said to one of the volunteers, Mr.</w:t>
      </w:r>
    </w:p>
    <w:p>
      <w:r>
        <w:rPr>
          <w:b/>
        </w:rPr>
        <w:t xml:space="preserve">[48:24] </w:t>
      </w:r>
      <w:r>
        <w:t>Giyasuddin Sahab, that I was looking for a copy of the Quran for the last twenty years." Maulana sahib, there are many opportunities here.</w:t>
      </w:r>
    </w:p>
    <w:p>
      <w:pPr>
        <w:jc w:val="right"/>
      </w:pPr>
      <w:r>
        <w:t>Giyasuddin Sahab, that I was looking for a copy of the Quran for the last twenty years." مولانا صاحب، there are many opportunities here.</w:t>
      </w:r>
    </w:p>
    <w:p>
      <w:r>
        <w:rPr>
          <w:b/>
        </w:rPr>
        <w:t xml:space="preserve">[48:34] </w:t>
      </w:r>
      <w:r>
        <w:t>Mr. Rauf, a manager of a renowned hotel at Srinagar, took copies of the Quran for distribution. He said that one day a tourist lady from the US heard the azan in the morning and inquired about Islam.</w:t>
      </w:r>
    </w:p>
    <w:p>
      <w:pPr>
        <w:jc w:val="right"/>
      </w:pPr>
      <w:r>
        <w:t>Mr. Rauf, a manager of a renowned hotel at Srinagar, took copies of the Quran for distribution. He said that one day a tourist lady from the US heard the azan in the morning and inquired about Islam.</w:t>
      </w:r>
    </w:p>
    <w:p>
      <w:r>
        <w:rPr>
          <w:b/>
        </w:rPr>
        <w:t xml:space="preserve">[48:53] </w:t>
      </w:r>
      <w:r>
        <w:t>But he could not provide her a copy of the Quran since he did not have any copies.</w:t>
      </w:r>
    </w:p>
    <w:p>
      <w:pPr>
        <w:jc w:val="right"/>
      </w:pPr>
      <w:r>
        <w:t>But he could not provide her a copy of the Quran since he did not have any copies.</w:t>
      </w:r>
    </w:p>
    <w:p>
      <w:r>
        <w:rPr>
          <w:b/>
        </w:rPr>
        <w:t xml:space="preserve">[48:59] </w:t>
      </w:r>
      <w:r>
        <w:t>Now that he is having the copies of the Quran, he further said that he will distribute it to the tourist visiting Srinagar.</w:t>
      </w:r>
    </w:p>
    <w:p>
      <w:pPr>
        <w:jc w:val="right"/>
      </w:pPr>
      <w:r>
        <w:t>Now that he is having the copies of the Quran, he further said that he will distribute it to the tourist visiting Srinagar.</w:t>
      </w:r>
    </w:p>
    <w:p>
      <w:r>
        <w:rPr>
          <w:b/>
        </w:rPr>
        <w:t xml:space="preserve">[49:09] </w:t>
      </w:r>
      <w:r>
        <w:t>masha'Allah.</w:t>
      </w:r>
    </w:p>
    <w:p>
      <w:pPr>
        <w:jc w:val="right"/>
      </w:pPr>
      <w:r>
        <w:t>ماشاءاللہ۔</w:t>
      </w:r>
    </w:p>
    <w:p>
      <w:r>
        <w:rPr>
          <w:b/>
        </w:rPr>
        <w:t xml:space="preserve">[49:15] </w:t>
      </w:r>
      <w:r>
        <w:t>maulana, agla sawal aaya hai Indore se. Abdul sahib ne kiya hai. unhon ne likha hai ke "Moulana am usually distracted, restless and not at peace</w:t>
      </w:r>
    </w:p>
    <w:p>
      <w:pPr>
        <w:jc w:val="right"/>
      </w:pPr>
      <w:r>
        <w:t>مولانا، اگلا سوال آیا ہے اندور سے۔ عبدال صاحب نے کیا ہے۔ انہوں نے لکھا ہے کہ "Moulana am usually distracted, restless and not at peace</w:t>
      </w:r>
    </w:p>
    <w:p>
      <w:r>
        <w:rPr>
          <w:b/>
        </w:rPr>
        <w:t xml:space="preserve">[49:28] </w:t>
      </w:r>
      <w:r>
        <w:t>. Please give me a master formula so that I can achieve peace of mind." Kya matlab? Maulana, unhon ne example to nahin diya, but kaha hai ke woh usually bohat ziyada restless rehte hain.</w:t>
      </w:r>
    </w:p>
    <w:p>
      <w:pPr>
        <w:jc w:val="right"/>
      </w:pPr>
      <w:r>
        <w:t>. Please give me a master formula so that I can achieve peace of mind." کیا مطلب؟ مولانا، انہوں نے example تو نہیں دیا، but کہا ہے کہ وہ usually بہت زیادہ restless رہتے ہیں۔</w:t>
      </w:r>
    </w:p>
    <w:p>
      <w:r>
        <w:rPr>
          <w:b/>
        </w:rPr>
        <w:t xml:space="preserve">[49:41] </w:t>
      </w:r>
      <w:r>
        <w:t>Peace of mind nahin hai. to koi aap un ko aisa koi formula bataen jis se... Bhai, dekhiye, is tarah ke jo question hain, to jab tak specific taur par aadmi na bataye ke kahan woh distract ho raha hai, to hum kya bataenge?</w:t>
      </w:r>
    </w:p>
    <w:p>
      <w:pPr>
        <w:jc w:val="right"/>
      </w:pPr>
      <w:r>
        <w:t>Peace of mind نہیں ہے۔ تو کوئی آپ ان کو ایسا کوئی فارمولا بتائیں جس سے... بھائی، دیکھیے، اس طرح کے جو question ہیں، تو جب تک specific طور پر آدمی نہ بتائے کہ کہاں وہ distract ہو رہا ہے، تو ہم کیا بتائیں گے؟</w:t>
      </w:r>
    </w:p>
    <w:p>
      <w:r>
        <w:rPr>
          <w:b/>
        </w:rPr>
        <w:t xml:space="preserve">[49:57] </w:t>
      </w:r>
      <w:r>
        <w:t>General taur par to hum bata chuke. General taur par to hum bata chuke. Ab is aadmi ka case specific sense mein kya hai, woh us ko batana parega.</w:t>
      </w:r>
    </w:p>
    <w:p>
      <w:pPr>
        <w:jc w:val="right"/>
      </w:pPr>
      <w:r>
        <w:t>جنرل طور پر تو ہم بتا چکے۔ جنرل طور پر تو ہم بتا چکے۔ اب اس آدمی کا case specific sense میں کیا ہے، وہ اس کو بتانا پڑے گا۔</w:t>
      </w:r>
    </w:p>
    <w:p>
      <w:r>
        <w:rPr>
          <w:b/>
        </w:rPr>
        <w:t xml:space="preserve">[50:11] </w:t>
      </w:r>
      <w:r>
        <w:t>tab hum bataenge ke woh kaise apnay aap ko is se bachaye. Warna jahan tak general sense mein batane ki baat hai, woh to hum bata chuke.</w:t>
      </w:r>
    </w:p>
    <w:p>
      <w:pPr>
        <w:jc w:val="right"/>
      </w:pPr>
      <w:r>
        <w:t>تب ہم بتائیں گے کہ وہ کیسے اپنے آپ کو اس سے بچائے۔ ورنہ جہاں تک جنرل sense میں بتانے کی بات ہے، وہ تو ہم بتا چکے۔</w:t>
      </w:r>
    </w:p>
    <w:p>
      <w:r>
        <w:rPr>
          <w:b/>
        </w:rPr>
        <w:t xml:space="preserve">[50:24] </w:t>
      </w:r>
      <w:r>
        <w:t>maulana, agla sawal kya hai Agra se Usman sahib ne. Aur unhon ne poocha hai aap se ke "Please tell us according to you, what are the things which hampers a person's spiritual growth?" Woh to mein ne wohi keh diya.</w:t>
      </w:r>
    </w:p>
    <w:p>
      <w:pPr>
        <w:jc w:val="right"/>
      </w:pPr>
      <w:r>
        <w:t>مولانا، اگلا سوال کیا ہے آگرہ سے عثمان صاحب نے۔ اور انہوں نے پوچھا ہے آپ سے کہ "Please tell us according to you, what are the things which hampers a person's spiritual growth?" وہ تو میں نے وہی کہہ دیا۔</w:t>
      </w:r>
    </w:p>
    <w:p>
      <w:r>
        <w:rPr>
          <w:b/>
        </w:rPr>
        <w:t xml:space="preserve">[50:43] </w:t>
      </w:r>
      <w:r>
        <w:t>Distraction. Ji, sab se bari killer jo hai, killer cheez woh hai distraction.</w:t>
      </w:r>
    </w:p>
    <w:p>
      <w:pPr>
        <w:jc w:val="right"/>
      </w:pPr>
      <w:r>
        <w:t>Distraction۔ جی، سب سے بڑی killer جو ہے، killer چیز وہ ہے distraction۔</w:t>
      </w:r>
    </w:p>
    <w:p>
      <w:r>
        <w:rPr>
          <w:b/>
        </w:rPr>
        <w:t xml:space="preserve">[50:51] </w:t>
      </w:r>
      <w:r>
        <w:t>Distraction se mein har cheez ko leta hoon. Yaani bare necessity jo hai, jo bilkul zaroori cheez hai, us ke siwa jahan jahan aap apnay ko mashghool karte hain, woh sab distraction hai.</w:t>
      </w:r>
    </w:p>
    <w:p>
      <w:pPr>
        <w:jc w:val="right"/>
      </w:pPr>
      <w:r>
        <w:t>Distraction سے میں ہر چیز کو لیتا ہوں۔ یعنی bare necessity جو ہے، جو بالکل ضروری چیز ہے، اس کے سوا جہاں جہاں آپ اپنے کو مشغول کرتے ہیں، وہ سب distraction ہے۔</w:t>
      </w:r>
    </w:p>
    <w:p>
      <w:r>
        <w:rPr>
          <w:b/>
        </w:rPr>
        <w:t xml:space="preserve">[51:08] </w:t>
      </w:r>
      <w:r>
        <w:t>To ya to aadmi spirituality ki baat na kare. Woh kahe ke mujhe spirituality chahiye nahin. Agar baat karta hai to us ko us ki price deni paregi.</w:t>
      </w:r>
    </w:p>
    <w:p>
      <w:pPr>
        <w:jc w:val="right"/>
      </w:pPr>
      <w:r>
        <w:t>تو یا تو آدمی spirituality کی بات نہ کرے۔ وہ کہے کہ مجھے spirituality چاہیے نہیں۔ اگر بات کرتا ہے تو اس کو اس کی price دینی پڑے گی۔</w:t>
      </w:r>
    </w:p>
    <w:p>
      <w:r>
        <w:rPr>
          <w:b/>
        </w:rPr>
        <w:t xml:space="preserve">[51:20] </w:t>
      </w:r>
      <w:r>
        <w:t>Logon ka haal yeh hai ke price diye baghair chahte hain ke un ko spirituality mil jaye. Kehte hain to possible nahin hai.</w:t>
      </w:r>
    </w:p>
    <w:p>
      <w:pPr>
        <w:jc w:val="right"/>
      </w:pPr>
      <w:r>
        <w:t>لوگوں کا حال یہ ہے کہ price دیے بغیر چاہتے ہیں کہ ان کو spirituality مل جائے۔ کہتے ہیں تو possible نہیں ہے۔</w:t>
      </w:r>
    </w:p>
    <w:p>
      <w:r>
        <w:rPr>
          <w:b/>
        </w:rPr>
        <w:t xml:space="preserve">[51:31] </w:t>
      </w:r>
      <w:r>
        <w:t>Aksar logon ko mein ne yahi paya hai ke woh chahte hain ke price diye baghair woh spirituality ko pa jayen. Yeh to possible nahin hai. Yeh to law of nature ke khilaf hai.</w:t>
      </w:r>
    </w:p>
    <w:p>
      <w:pPr>
        <w:jc w:val="right"/>
      </w:pPr>
      <w:r>
        <w:t>اکثر لوگوں کو میں نے یہی پایا ہے کہ وہ چاہتے ہیں کہ price دیے بغیر وہ spirituality کو پا جائیں۔ یہ تو possible نہیں ہے۔ یہ تو law of nature کے خلاف ہے۔</w:t>
      </w:r>
    </w:p>
    <w:p>
      <w:r>
        <w:rPr>
          <w:b/>
        </w:rPr>
        <w:t xml:space="preserve">[51:43] </w:t>
      </w:r>
      <w:r>
        <w:t>To yaad rakhiye, spirituality ki jo price hai, woh hai apnay aap ko distraction se bachana. Yahi price hai.</w:t>
      </w:r>
    </w:p>
    <w:p>
      <w:pPr>
        <w:jc w:val="right"/>
      </w:pPr>
      <w:r>
        <w:t>تو یاد رکھیے، spirituality کی جو price ہے، وہ ہے اپنے آپ کو distraction سے بچانا۔ یہی price ہے۔</w:t>
      </w:r>
    </w:p>
    <w:p>
      <w:r>
        <w:rPr>
          <w:b/>
        </w:rPr>
        <w:t xml:space="preserve">[51:53] </w:t>
      </w:r>
      <w:r>
        <w:t>Ya to dijiye yeh price aur spirituality ko hasil kijiye. Aur nahin dena hai aap ko to phir spirituality ki baat hi mat kijiye.</w:t>
      </w:r>
    </w:p>
    <w:p>
      <w:pPr>
        <w:jc w:val="right"/>
      </w:pPr>
      <w:r>
        <w:t>یا تو دیجیے یہ price اور spirituality کو حاصل کیجیے۔ اور نہیں دینا ہے آپ کو تو پھر spirituality کی بات ہی مت کیجیے۔</w:t>
      </w:r>
    </w:p>
    <w:p>
      <w:r>
        <w:rPr>
          <w:b/>
        </w:rPr>
        <w:t xml:space="preserve">[52:10] </w:t>
      </w:r>
      <w:r>
        <w:t>dekhiye, jaise main kehta hoon, distraction se bachana wohi cheez hai jo Quran mein sabr kaha gaya hai.</w:t>
      </w:r>
    </w:p>
    <w:p>
      <w:pPr>
        <w:jc w:val="right"/>
      </w:pPr>
      <w:r>
        <w:t>دیکھیے، جیسے میں کہتا ہوں، distraction سے بچانا وہ وہی چیز ہے جو قرآن میں صبر کہا گیا ہے۔</w:t>
      </w:r>
    </w:p>
    <w:p>
      <w:r>
        <w:rPr>
          <w:b/>
        </w:rPr>
        <w:t xml:space="preserve">[52:20] </w:t>
      </w:r>
      <w:r>
        <w:t>isi ko to Quran mein sabr kaha gaya hai.</w:t>
      </w:r>
    </w:p>
    <w:p>
      <w:pPr>
        <w:jc w:val="right"/>
      </w:pPr>
      <w:r>
        <w:t>اسی کو تو قرآن میں صبر کہا گیا ہے۔</w:t>
      </w:r>
    </w:p>
    <w:p>
      <w:r>
        <w:rPr>
          <w:b/>
        </w:rPr>
        <w:t xml:space="preserve">[52:25] </w:t>
      </w:r>
      <w:r>
        <w:t>Quran mein yeh ayat hai ke "ولنبلونكم بشيء من الخوف والجوء منقص من الأموال والنفس والصبرات وبشر الصابرين" ۔</w:t>
      </w:r>
    </w:p>
    <w:p>
      <w:pPr>
        <w:jc w:val="right"/>
      </w:pPr>
      <w:r>
        <w:t>قرآن میں یہ آیت ہے کہ "ولنبلونكم بشيء من الخوف والجوء منقص من الأموال والنفس والصبرات وبشر الصابرين" ۔</w:t>
      </w:r>
    </w:p>
    <w:p>
      <w:r>
        <w:rPr>
          <w:b/>
        </w:rPr>
        <w:t xml:space="preserve">[52:40] </w:t>
      </w:r>
      <w:r>
        <w:t>to tarah tarah ke nuksan, tarah tarah ka khona, tarah tarah ki aisi cheezein jo hum chahte nahi, woh pesh aati hain. Is par sabr karenge, tab ja kar aap ko Allah ki se qareeb hone ki tofeeq milegi.</w:t>
      </w:r>
    </w:p>
    <w:p>
      <w:pPr>
        <w:jc w:val="right"/>
      </w:pPr>
      <w:r>
        <w:t>تو طرح طرح کے نقصان، طرح طرح کا کھونا، طرح طرح کی ایسی چیزیں جو ہم چاہتے نہیں، وہ پیش آتی ہیں۔ اس پر صبر کریں گے، تب جا کر آپ کو اللہ کی سے قریب ہونے کی توفیق ملے گی۔</w:t>
      </w:r>
    </w:p>
    <w:p>
      <w:r>
        <w:rPr>
          <w:b/>
        </w:rPr>
        <w:t xml:space="preserve">[52:58] </w:t>
      </w:r>
      <w:r>
        <w:t>yahi to hai distraction. Distraction mein bolta hoon aaj ke mind ko address karne ke liye, warna woh wohi cheez hai jis ko Quran mein sabr kaha gaya hai.</w:t>
      </w:r>
    </w:p>
    <w:p>
      <w:pPr>
        <w:jc w:val="right"/>
      </w:pPr>
      <w:r>
        <w:t>یہی تو ہے distraction۔ Distraction میں بولتا ہوں آج کے mind کو address کرنے کے لیے، ورنہ وہ وہی چیز ہے جس کو قرآن میں صبر کہا گیا ہے۔</w:t>
      </w:r>
    </w:p>
    <w:p>
      <w:r>
        <w:rPr>
          <w:b/>
        </w:rPr>
        <w:t xml:space="preserve">[53:15] </w:t>
      </w:r>
      <w:r>
        <w:t>Maulana, agla sawal Muzaffar Nagar UP se kiya hai Aasif Zameer sahib ne. Aur unhon ne aap se poocha hai ke "How can one remember paradise and what is the way of remembering death?" ۔</w:t>
      </w:r>
    </w:p>
    <w:p>
      <w:pPr>
        <w:jc w:val="right"/>
      </w:pPr>
      <w:r>
        <w:t>مولانا، اگلا سوال مظفر نگر یو پی سے کیا ہے آصف ضمیر صاحب نے۔ اور انہوں نے آپ سے پوچھا ہے کہ "How can one remember paradise and what is the way of remembering death?" ۔</w:t>
      </w:r>
    </w:p>
    <w:p>
      <w:r>
        <w:rPr>
          <w:b/>
        </w:rPr>
        <w:t xml:space="preserve">[53:31] </w:t>
      </w:r>
      <w:r>
        <w:t>in dono cheezon ke bare mein aap batayein. Remember karna to theek hai, jaise aaj kal garmi padh rahi hai, aap jante hain.</w:t>
      </w:r>
    </w:p>
    <w:p>
      <w:pPr>
        <w:jc w:val="right"/>
      </w:pPr>
      <w:r>
        <w:t>ان دونوں چیزوں کے بارے میں آپ بتائیں۔ remember کرنا تو ٹھیک ہے، جیسے آج کل گرمی پڑ رہی ہے، آپ جانتے ہیں۔</w:t>
      </w:r>
    </w:p>
    <w:p>
      <w:r>
        <w:rPr>
          <w:b/>
        </w:rPr>
        <w:t xml:space="preserve">[53:43] </w:t>
      </w:r>
      <w:r>
        <w:t>forty-eight degree tak pahunch gaya. To hum mein subah shaam yeh sochta hoon. Ke dunya mein abhi dekhein, jaada tha, sakht sardi thi, uska problem tha.</w:t>
      </w:r>
    </w:p>
    <w:p>
      <w:pPr>
        <w:jc w:val="right"/>
      </w:pPr>
      <w:r>
        <w:t>forty-eight degree تک پہنچ گیا۔ تو ہم میں صبح شام یہ سوچتا ہوں۔ کہ دنیا میں ابھی دیکھیں، جاڑا تھا، سخت سردی تھی، اس کا problem تھا۔</w:t>
      </w:r>
    </w:p>
    <w:p>
      <w:r>
        <w:rPr>
          <w:b/>
        </w:rPr>
        <w:t xml:space="preserve">[53:58] </w:t>
      </w:r>
      <w:r>
        <w:t>ab garmi hai to garmi ka problem hai. To is ayat ko yaad karta rehta hoon main. "لا يرون فيها شمس ولا ضمريرا" ۔</w:t>
      </w:r>
    </w:p>
    <w:p>
      <w:pPr>
        <w:jc w:val="right"/>
      </w:pPr>
      <w:r>
        <w:t>اب گرمی ہے تو گرمی کا problem ہے۔ تو اس آیت کو یاد کرتا رہتا ہوں میں۔ "لا يرون فيها شمس ولا ضمريرا" ۔</w:t>
      </w:r>
    </w:p>
    <w:p>
      <w:r>
        <w:rPr>
          <w:b/>
        </w:rPr>
        <w:t xml:space="preserve">[54:09] </w:t>
      </w:r>
      <w:r>
        <w:t>yani jannat woh maqam hai jahan na sardi ka problem hai na garmi ka problem. To har waqt aise cheezein pesh aati hain, har waqt.</w:t>
      </w:r>
    </w:p>
    <w:p>
      <w:pPr>
        <w:jc w:val="right"/>
      </w:pPr>
      <w:r>
        <w:t>یعنی جنت وہ مقام ہے جہاں نہ سردی کا problem ہے نہ گرمی کا problem۔ تو ہر وقت ایسے چیزیں پیش آتی ہیں، ہر وقت۔</w:t>
      </w:r>
    </w:p>
    <w:p>
      <w:r>
        <w:rPr>
          <w:b/>
        </w:rPr>
        <w:t xml:space="preserve">[54:22] </w:t>
      </w:r>
      <w:r>
        <w:t>subah shaam. Woh aap ko remind karti hain. Un se aap, un se aap sabak lijiye.</w:t>
      </w:r>
    </w:p>
    <w:p>
      <w:pPr>
        <w:jc w:val="right"/>
      </w:pPr>
      <w:r>
        <w:t>صبح شام۔ وہ آپ کو remind کرتی ہیں۔ ان سے آپ، ان سے آپ سبق لیجیے۔</w:t>
      </w:r>
    </w:p>
    <w:p>
      <w:r>
        <w:rPr>
          <w:b/>
        </w:rPr>
        <w:t xml:space="preserve">[54:31] </w:t>
      </w:r>
      <w:r>
        <w:t>un se aap lesson extract kijiye. Yahi tareeqa hai aur koi doosra tareeqa nahi hai.</w:t>
      </w:r>
    </w:p>
    <w:p>
      <w:pPr>
        <w:jc w:val="right"/>
      </w:pPr>
      <w:r>
        <w:t>ان سے آپ lesson extract کیجیے۔ یہی طریقہ ہے اور کوئی دوسرا طریقہ نہیں ہے۔</w:t>
      </w:r>
    </w:p>
    <w:p>
      <w:r>
        <w:rPr>
          <w:b/>
        </w:rPr>
        <w:t xml:space="preserve">[54:47] </w:t>
      </w:r>
      <w:r>
        <w:t>Maulana, agla sawal kiya hai Maulana Iqbal Umri ne Chennai se. Unhon ne likha hai ke. Maulana, aaj ke talk se bohat zyada thrill hua.</w:t>
      </w:r>
    </w:p>
    <w:p>
      <w:pPr>
        <w:jc w:val="right"/>
      </w:pPr>
      <w:r>
        <w:t>مولانا، اگلا سوال کیا ہے مولانا اقبال عمری نے چنئی سے۔ انہوں نے لکھا ہے کہ۔ مولانا، آج کے ٹاک سے بہت زیادہ thrill ہوا۔</w:t>
      </w:r>
    </w:p>
    <w:p>
      <w:r>
        <w:rPr>
          <w:b/>
        </w:rPr>
        <w:t xml:space="preserve">[55:00] </w:t>
      </w:r>
      <w:r>
        <w:t>aap ne jo aaj baat kahi ke DNA mein maut ke siwa tamam information hai. To kya Maulana, insan ko sochne ke liye Khuda ne aisa kiya?</w:t>
      </w:r>
    </w:p>
    <w:p>
      <w:pPr>
        <w:jc w:val="right"/>
      </w:pPr>
      <w:r>
        <w:t>آپ نے جو آج بات کہی کہ ڈی این اے میں موت کے سوا تمام information ہے۔ تو کیا مولانا، انسان کو سوچنے کے لیے خدا نے ایسا کیا؟</w:t>
      </w:r>
    </w:p>
    <w:p>
      <w:r>
        <w:rPr>
          <w:b/>
        </w:rPr>
        <w:t xml:space="preserve">[55:12] </w:t>
      </w:r>
      <w:r>
        <w:t>is ke bare mein batayein.</w:t>
      </w:r>
    </w:p>
    <w:p>
      <w:pPr>
        <w:jc w:val="right"/>
      </w:pPr>
      <w:r>
        <w:t>اس کے بارے میں بتائیں۔</w:t>
      </w:r>
    </w:p>
    <w:p>
      <w:r>
        <w:rPr>
          <w:b/>
        </w:rPr>
        <w:t xml:space="preserve">[55:17] </w:t>
      </w:r>
      <w:r>
        <w:t>dekhiye, agar maut hamari memory mein bilkul vivid jis ko kehte hain vivid memory.</w:t>
      </w:r>
    </w:p>
    <w:p>
      <w:pPr>
        <w:jc w:val="right"/>
      </w:pPr>
      <w:r>
        <w:t>دیکھیے، اگر موت ہماری memory میں بالکل vivid جس کو کہتے ہیں vivid memory۔</w:t>
      </w:r>
    </w:p>
    <w:p>
      <w:r>
        <w:rPr>
          <w:b/>
        </w:rPr>
        <w:t xml:space="preserve">[55:25] </w:t>
      </w:r>
      <w:r>
        <w:t>vivid memory mein hoti hai. Har waqt hum ko yaad aata hai. Yaad aane ke maani hain ke DNA mein likha hota ke mujh ko</w:t>
      </w:r>
    </w:p>
    <w:p>
      <w:pPr>
        <w:jc w:val="right"/>
      </w:pPr>
      <w:r>
        <w:t>vivid memory میں ہوتی ہے۔ ہر وقت ہم کو یاد آتا ہے۔ یاد آنے کے معنی ہیں کہ ڈی این اے میں لکھا ہوتا کہ مجھ کو</w:t>
      </w:r>
    </w:p>
    <w:p>
      <w:r>
        <w:rPr>
          <w:b/>
        </w:rPr>
        <w:t xml:space="preserve">[55:37] </w:t>
      </w:r>
      <w:r>
        <w:t>pandrah July do hazar pandrah ko marna hai.</w:t>
      </w:r>
    </w:p>
    <w:p>
      <w:pPr>
        <w:jc w:val="right"/>
      </w:pPr>
      <w:r>
        <w:t>پندرہ جولائی دو ہزار پندرہ کو مرنا ہے۔</w:t>
      </w:r>
    </w:p>
    <w:p>
      <w:r>
        <w:rPr>
          <w:b/>
        </w:rPr>
        <w:t xml:space="preserve">[55:42] </w:t>
      </w:r>
      <w:r>
        <w:t>mera matlab yeh hai ke DNA mein har cheez likhi hui hai. Meri aankh choti ho gayi ya badi ho gayi. Mera kaan chota ho gaya ya bada ho gaya.</w:t>
      </w:r>
    </w:p>
    <w:p>
      <w:pPr>
        <w:jc w:val="right"/>
      </w:pPr>
      <w:r>
        <w:t>میرا مطلب یہ ہے کہ ڈی این اے میں ہر چیز لکھی ہوئی ہے۔ میری آنکھ چھوٹی ہو گئی یا بڑی ہو گئی۔ میرا کان چھوٹا ہو گیا یا بڑا ہو گیا۔</w:t>
      </w:r>
    </w:p>
    <w:p>
      <w:r>
        <w:rPr>
          <w:b/>
        </w:rPr>
        <w:t xml:space="preserve">[55:52] </w:t>
      </w:r>
      <w:r>
        <w:t>meri ungliyan kaisi ho gayi, sab kuch likha hua hai. To agar DNA mein likha hota ke mujhe marna hai pandrah July do hazar pandrah ko.</w:t>
      </w:r>
    </w:p>
    <w:p>
      <w:pPr>
        <w:jc w:val="right"/>
      </w:pPr>
      <w:r>
        <w:t>میری انگلیاں کیسی ہو گئی، سب کچھ لکھا ہوا ہے۔ تو اگر ڈی این اے میں لکھا ہوتا کہ مجھے مرنا ہے پندرہ جولائی دو ہزار پندرہ کو۔</w:t>
      </w:r>
    </w:p>
    <w:p>
      <w:r>
        <w:rPr>
          <w:b/>
        </w:rPr>
        <w:t xml:space="preserve">[56:02] </w:t>
      </w:r>
      <w:r>
        <w:t>to kya hota, aap sochein.</w:t>
      </w:r>
    </w:p>
    <w:p>
      <w:pPr>
        <w:jc w:val="right"/>
      </w:pPr>
      <w:r>
        <w:t>تو کیا ہوتا، آپ سوچیں۔</w:t>
      </w:r>
    </w:p>
    <w:p>
      <w:r>
        <w:rPr>
          <w:b/>
        </w:rPr>
        <w:t xml:space="preserve">[56:07] </w:t>
      </w:r>
      <w:r>
        <w:t>ek ek stagnation ka mahol rehta hai mere upar taari.</w:t>
      </w:r>
    </w:p>
    <w:p>
      <w:pPr>
        <w:jc w:val="right"/>
      </w:pPr>
      <w:r>
        <w:t>ایک ایک stagnation کا ماحول رہتا ہے میرے اوپر طاری۔</w:t>
      </w:r>
    </w:p>
    <w:p>
      <w:r>
        <w:rPr>
          <w:b/>
        </w:rPr>
        <w:t xml:space="preserve">[56:11] </w:t>
      </w:r>
      <w:r>
        <w:t>achha, lekin jab aisa nahi hai, sochne ka item bana diya. To sochne ka item se kya hota hai? Intellectual development hota hai. Agar DNA mein likha hota to aata is se intellectual stagnation.</w:t>
      </w:r>
    </w:p>
    <w:p>
      <w:pPr>
        <w:jc w:val="right"/>
      </w:pPr>
      <w:r>
        <w:t>اچھا، لیکن جب ایسا نہیں ہے، سوچنے کا item بنا دیا۔ تو سوچنے کا item سے کیا ہوتا ہے؟ Intellectual development ہوتا ہے۔ اگر ڈی این اے میں لکھا ہوتا تو آتا اس سے intellectual stagnation۔</w:t>
      </w:r>
    </w:p>
    <w:p>
      <w:r>
        <w:rPr>
          <w:b/>
        </w:rPr>
        <w:t xml:space="preserve">[56:27] </w:t>
      </w:r>
      <w:r>
        <w:t>jab nahi likha hua hai to mujhe think karna hai, sochna hai. Is se aata hai kya? Meri creativity badhti hai. Thinking process jaari hota hai.</w:t>
      </w:r>
    </w:p>
    <w:p>
      <w:pPr>
        <w:jc w:val="right"/>
      </w:pPr>
      <w:r>
        <w:t>جب نہیں لکھا ہوا ہے تو مجھے think کرنا ہے، سوچنا ہے۔ اس سے آتا ہے کیا؟ میری creativity بڑھتی ہے۔ Thinking process جاری ہوتا ہے۔</w:t>
      </w:r>
    </w:p>
    <w:p>
      <w:r>
        <w:rPr>
          <w:b/>
        </w:rPr>
        <w:t xml:space="preserve">[56:37] </w:t>
      </w:r>
      <w:r>
        <w:t>Intellectual development hota hai. Yeh to bohat badi nemat hai.</w:t>
      </w:r>
    </w:p>
    <w:p>
      <w:pPr>
        <w:jc w:val="right"/>
      </w:pPr>
      <w:r>
        <w:t>Intellectual development ہوتا ہے۔ یہ تو بہت بڑی نعمت ہے۔</w:t>
      </w:r>
    </w:p>
    <w:p>
      <w:r>
        <w:rPr>
          <w:b/>
        </w:rPr>
        <w:t xml:space="preserve">[56:42] </w:t>
      </w:r>
      <w:r>
        <w:t>boht bari nemat hai agar d n a mein likha hua hota to us waqt yeh sab paate nahi ho sakte thay. tab na to creative thinking aati hai mere andar.</w:t>
      </w:r>
    </w:p>
    <w:p>
      <w:pPr>
        <w:jc w:val="right"/>
      </w:pPr>
      <w:r>
        <w:t>بہت بڑی نعمت ہے۔ اگر ڈی این اے میں لکھا ہوا ہوتا تو اس وقت یہ سب پاتے نہیں ہو سکتے تھے۔ تب نہ تو creative thinking آتی ہے میرے اندر۔</w:t>
      </w:r>
    </w:p>
    <w:p>
      <w:r>
        <w:rPr>
          <w:b/>
        </w:rPr>
        <w:t xml:space="preserve">[56:55] </w:t>
      </w:r>
      <w:r>
        <w:t>na intellectual development hota. na sochne ka maada mere andar develop karta, yeh sab kuch na hota.</w:t>
      </w:r>
    </w:p>
    <w:p>
      <w:pPr>
        <w:jc w:val="right"/>
      </w:pPr>
      <w:r>
        <w:t>نہ intellectual development ہوتا۔ نہ سوچنے کا مادہ میرے اندر develop کرتا، یہ سب کچھ نہ ہوتا۔</w:t>
      </w:r>
    </w:p>
    <w:p>
      <w:r>
        <w:rPr>
          <w:b/>
        </w:rPr>
        <w:t xml:space="preserve">[57:08] </w:t>
      </w:r>
      <w:r>
        <w:t>to yeh Allah ki rehmat hai aur insan ko chahiye ke woh is ko samjhe aur is ko avail kare.</w:t>
      </w:r>
    </w:p>
    <w:p>
      <w:pPr>
        <w:jc w:val="right"/>
      </w:pPr>
      <w:r>
        <w:t>تو یہ اللہ کی رحمت ہے اور انسان کو چاہیے کہ وہ اس کو سمجھے اور اس کو avail کرے۔</w:t>
      </w:r>
    </w:p>
    <w:p>
      <w:r>
        <w:rPr>
          <w:b/>
        </w:rPr>
        <w:t xml:space="preserve">[57:19] </w:t>
      </w:r>
      <w:r>
        <w:t>maulana, agla sawal dilli se kya hai doctor sajjit shukla ne. unhon ne likha hai ke "As Allah has made everything in pair, what will happen to those male and female who remain unmarried in this life?</w:t>
      </w:r>
    </w:p>
    <w:p>
      <w:pPr>
        <w:jc w:val="right"/>
      </w:pPr>
      <w:r>
        <w:t>مولانا، اگلا سوال دلی سے کیا ہے ڈاکٹر سجیت شکلا نے۔ انہوں نے لکھا ہے کہ "As Allah has made everything in pair, what will happen to those male and female who remain unmarried in this life?</w:t>
      </w:r>
    </w:p>
    <w:p>
      <w:r>
        <w:rPr>
          <w:b/>
        </w:rPr>
        <w:t xml:space="preserve">[57:37] </w:t>
      </w:r>
      <w:r>
        <w:t>Who will be their pair in paradise? Can you also throw some light on third gender people who will be their pair in paradise?" acha, kya matlab hua?</w:t>
      </w:r>
    </w:p>
    <w:p>
      <w:pPr>
        <w:jc w:val="right"/>
      </w:pPr>
      <w:r>
        <w:t>Who will be their pair in paradise? Can you also throw some light on third gender people who will be their pair in paradise?" اچھا، کیا مطلب ہوا؟</w:t>
      </w:r>
    </w:p>
    <w:p>
      <w:r>
        <w:rPr>
          <w:b/>
        </w:rPr>
        <w:t xml:space="preserve">[57:49] </w:t>
      </w:r>
      <w:r>
        <w:t>ke jo aaj aap ne pair ki baat ki maulana. acha. to in logon ka pair aa jannat mein kya hoga jin ki shadi nahi hui?</w:t>
      </w:r>
    </w:p>
    <w:p>
      <w:pPr>
        <w:jc w:val="right"/>
      </w:pPr>
      <w:r>
        <w:t>کہ جو آج آپ نے pair کی بات کی مولانا۔ اچھا۔ تو ان لوگوں کا pair آ جنت میں کیا ہوگا جن کی شادی نہیں ہوئی؟</w:t>
      </w:r>
    </w:p>
    <w:p>
      <w:r>
        <w:rPr>
          <w:b/>
        </w:rPr>
        <w:t xml:space="preserve">[57:58] </w:t>
      </w:r>
      <w:r>
        <w:t>aur aur woh log jo maulana, aa jo units hain, aa in logon ka pair kon hoga</w:t>
      </w:r>
    </w:p>
    <w:p>
      <w:pPr>
        <w:jc w:val="right"/>
      </w:pPr>
      <w:r>
        <w:t>اور اور وہ لوگ جو مولانا، آ جو units ہیں، آ ان لوگوں کا pair کون ہوگا</w:t>
      </w:r>
    </w:p>
    <w:p>
      <w:r>
        <w:rPr>
          <w:b/>
        </w:rPr>
        <w:t xml:space="preserve">[58:06] </w:t>
      </w:r>
      <w:r>
        <w:t>paradise mein? acha, acha. ji. wahan unit nahi rahenge. ji. koi aadmi dunya mein unit ke wahan unit nahi rahega. aur baqi hai ke shadi jo hai, yeh dunya ki shadi hai, wahi akhirat ki shadi nahi hai.</w:t>
      </w:r>
    </w:p>
    <w:p>
      <w:pPr>
        <w:jc w:val="right"/>
      </w:pPr>
      <w:r>
        <w:t>paradise میں؟ اچھا، اچھا۔ جی۔ وہاں unit نہیں رہیں گے۔ جی۔ کوئی آدمی دنیا میں unit کے وہاں unit نہیں رہے گا۔ اور باقی ہے کہ شادی جو ہے، یہ دنیا کی شادی ہے، وہی آخرت کی شادی نہیں ہے۔</w:t>
      </w:r>
    </w:p>
    <w:p>
      <w:r>
        <w:rPr>
          <w:b/>
        </w:rPr>
        <w:t xml:space="preserve">[58:20] </w:t>
      </w:r>
      <w:r>
        <w:t>agar dunya mein dono waqeatan yaani competent hain paradise ke liye, tab to ikatthe ho jayenge wahan par.</w:t>
      </w:r>
    </w:p>
    <w:p>
      <w:pPr>
        <w:jc w:val="right"/>
      </w:pPr>
      <w:r>
        <w:t>اگر دنیا میں دونوں واقعتا یعنی competent ہیں paradise کے لیے، تب تو اکٹھے ہو جائیں گے وہاں پر۔</w:t>
      </w:r>
    </w:p>
    <w:p>
      <w:r>
        <w:rPr>
          <w:b/>
        </w:rPr>
        <w:t xml:space="preserve">[58:31] </w:t>
      </w:r>
      <w:r>
        <w:t>agar woh competent nahi hain to koi doosra pair un ko milega. aur shadi jo nahi ki hai, un ke liye bhi koi koi pair milega. kyunke wahan bohat si aurtein hongi jin ko ke paradise mili, un ke husband ko nahi mili.</w:t>
      </w:r>
    </w:p>
    <w:p>
      <w:pPr>
        <w:jc w:val="right"/>
      </w:pPr>
      <w:r>
        <w:t>اگر وہ competent نہیں ہیں تو کوئی دوسرا pair ان کو ملے گا۔ اور شادی جو نہیں کی ہے، ان کے لیے بھی کوئی کوئی pair ملے گا۔ کیونکہ وہاں بہت سی عورتیں ہوں گی جن کو کہ paradise ملی، ان کے husband کو نہیں ملی۔</w:t>
      </w:r>
    </w:p>
    <w:p>
      <w:r>
        <w:rPr>
          <w:b/>
        </w:rPr>
        <w:t xml:space="preserve">[58:46] </w:t>
      </w:r>
      <w:r>
        <w:t>bohat husband honge, un ko paradise mili lekin auraton ko nahi mili. to kitne sare log wahan alone ho jayenge.</w:t>
      </w:r>
    </w:p>
    <w:p>
      <w:pPr>
        <w:jc w:val="right"/>
      </w:pPr>
      <w:r>
        <w:t>بہت husband ہوں گے، ان کو paradise ملی لیکن عورتوں کو نہیں ملی۔ تو کتنے سارے لوگ وہاں alone ہو جائیں گے۔</w:t>
      </w:r>
    </w:p>
    <w:p>
      <w:r>
        <w:rPr>
          <w:b/>
        </w:rPr>
        <w:t xml:space="preserve">[58:54] </w:t>
      </w:r>
      <w:r>
        <w:t>to wahan ka jo</w:t>
      </w:r>
    </w:p>
    <w:p>
      <w:pPr>
        <w:jc w:val="right"/>
      </w:pPr>
      <w:r>
        <w:t>تو وہاں کا جو</w:t>
      </w:r>
    </w:p>
    <w:p>
      <w:r>
        <w:rPr>
          <w:b/>
        </w:rPr>
        <w:t xml:space="preserve">[58:58] </w:t>
      </w:r>
      <w:r>
        <w:t>Khuda jo manage karega, us se aap samajh sakte hain. wahan ke manage karne ka mamla is se mukhtalif hoga jo dunya mein hai.</w:t>
      </w:r>
    </w:p>
    <w:p>
      <w:pPr>
        <w:jc w:val="right"/>
      </w:pPr>
      <w:r>
        <w:t>خدا جو manage کرے گا، اس سے آپ سمجھ سکتے ہیں۔ وہاں کے manage کرنے کا معاملہ اس سے مختلف ہوگا جو دنیا میں ہے۔</w:t>
      </w:r>
    </w:p>
    <w:p>
      <w:r>
        <w:rPr>
          <w:b/>
        </w:rPr>
        <w:t xml:space="preserve">[59:09] </w:t>
      </w:r>
      <w:r>
        <w:t>ji. maulana, agla sawal abhi dilli se hai.</w:t>
      </w:r>
    </w:p>
    <w:p>
      <w:pPr>
        <w:jc w:val="right"/>
      </w:pPr>
      <w:r>
        <w:t>جی۔ مولانا، اگلا سوال ابھی دلی سے ہے۔</w:t>
      </w:r>
    </w:p>
    <w:p>
      <w:r>
        <w:rPr>
          <w:b/>
        </w:rPr>
        <w:t xml:space="preserve">[59:14] </w:t>
      </w:r>
      <w:r>
        <w:t>jameel akhtar sahib ne kiya hai. aur unhon ne likha hai ke... ek muqarrir ne bayan kiya ke...</w:t>
      </w:r>
    </w:p>
    <w:p>
      <w:pPr>
        <w:jc w:val="right"/>
      </w:pPr>
      <w:r>
        <w:t>جمیل اختر صاحب نے کیا ہے۔ اور انہوں نے لکھا ہے کہ۔۔۔ ایک مقرر نے بیان کیا کہ۔۔۔</w:t>
      </w:r>
    </w:p>
    <w:p>
      <w:r>
        <w:rPr>
          <w:b/>
        </w:rPr>
        <w:t xml:space="preserve">[59:22] </w:t>
      </w:r>
      <w:r>
        <w:t>hazrat ali ne asr ki namaz mein taakhir ke waqt suraj ko rukne ka ishara kiya. aur woh ruk gaya. kaisi ajeeb baat hai ke kainat ke nizam mein insan dakhal andazi kare aur gadbadi paida na ho.</w:t>
      </w:r>
    </w:p>
    <w:p>
      <w:pPr>
        <w:jc w:val="right"/>
      </w:pPr>
      <w:r>
        <w:t>حضرت علی نے عصر کی نماز میں تاخیر کے وقت سورج کو رکنے کا اشارہ کیا۔ اور وہ رک گیا۔ کیسی عجیب بات ہے کہ کائنات کے نظام میں انسان دخل اندازی کرے اور گڑبڑی پیدا نہ ہو۔</w:t>
      </w:r>
    </w:p>
    <w:p>
      <w:r>
        <w:rPr>
          <w:b/>
        </w:rPr>
        <w:t xml:space="preserve">[59:39] </w:t>
      </w:r>
      <w:r>
        <w:t>is ki wazahat karen. nahi, yeh to jhooti hadith hai.</w:t>
      </w:r>
    </w:p>
    <w:p>
      <w:pPr>
        <w:jc w:val="right"/>
      </w:pPr>
      <w:r>
        <w:t>اس کی وضاحت کریں۔ نہیں، یہ تو جھوٹی حدیث ہے۔</w:t>
      </w:r>
    </w:p>
    <w:p>
      <w:r>
        <w:rPr>
          <w:b/>
        </w:rPr>
        <w:t xml:space="preserve">[59:42] </w:t>
      </w:r>
      <w:r>
        <w:t>yaani yahi to mauzu hadith hai. ghari hui hadith, ghari hui. yeh hadith ghari hui hai. aur muhaddiseen ne is ko is ki tanqeed kar ke dikha diya hai.</w:t>
      </w:r>
    </w:p>
    <w:p>
      <w:pPr>
        <w:jc w:val="right"/>
      </w:pPr>
      <w:r>
        <w:t>یعنی یہی تو موضوع حدیث ہے۔ گھڑی ہوئی حدیث، گھڑی ہوئی۔ یہ حدیث گھڑی ہوئی ہے۔ اور محدثین نے اس کو اس کی تنقید کر کے دکھا دیا ہے۔</w:t>
      </w:r>
    </w:p>
    <w:p>
      <w:r>
        <w:rPr>
          <w:b/>
        </w:rPr>
        <w:t xml:space="preserve">[59:58] </w:t>
      </w:r>
      <w:r>
        <w:t>yeh bilashuba yeh hadith mauzu hadith hai. is ka koi taalluq hazrat ali se nahi hai. na na solar system se hai.</w:t>
      </w:r>
    </w:p>
    <w:p>
      <w:pPr>
        <w:jc w:val="right"/>
      </w:pPr>
      <w:r>
        <w:t>یہ بلاشبہ یہ حدیث موضوع حدیث ہے۔ اس کا کوئی تعلق حضرت علی سے نہیں ہے۔ نہ نہ solar system سے ہے۔</w:t>
      </w:r>
    </w:p>
    <w:p>
      <w:r>
        <w:rPr>
          <w:b/>
        </w:rPr>
        <w:t xml:space="preserve">[1:00:07] </w:t>
      </w:r>
      <w:r>
        <w:t>kuch bhi nahi hai.</w:t>
      </w:r>
    </w:p>
    <w:p>
      <w:pPr>
        <w:jc w:val="right"/>
      </w:pPr>
      <w:r>
        <w:t>کچھ بھی نہیں ہے۔</w:t>
      </w:r>
    </w:p>
    <w:p>
      <w:r>
        <w:rPr>
          <w:b/>
        </w:rPr>
        <w:t xml:space="preserve">[1:00:21] </w:t>
      </w:r>
      <w:r>
        <w:t>maulana, ek sawal abhi aaya hai bangalore se. sawal karne wale ne apna naam nahi likha hai. sawal is tarah hai. maulana, jo dua aap ne aaj batai.</w:t>
      </w:r>
    </w:p>
    <w:p>
      <w:pPr>
        <w:jc w:val="right"/>
      </w:pPr>
      <w:r>
        <w:t>مولانا، ایک سوال ابھی آیا ہے بنگلور سے۔ سوال کرنے والے نے اپنا نام نہیں لکھا ہے۔ سوال اس طرح ہے۔ مولانا، جو دعا آپ نے آج بتائی۔</w:t>
      </w:r>
    </w:p>
    <w:p>
      <w:r>
        <w:rPr>
          <w:b/>
        </w:rPr>
        <w:t xml:space="preserve">[1:00:34] </w:t>
      </w:r>
      <w:r>
        <w:t>jis mein ek jumla tha ke... salamati teri hai aur teri taraf laut ti hai. maulana sahib, is ka matlab kya hai?</w:t>
      </w:r>
    </w:p>
    <w:p>
      <w:pPr>
        <w:jc w:val="right"/>
      </w:pPr>
      <w:r>
        <w:t>جس میں ایک جملہ تھا کہ۔۔۔ سلامتی تیری ہے اور تیری طرف لوٹتی ہے۔ مولانا صاحب، اس کا مطلب کیا ہے؟</w:t>
      </w:r>
    </w:p>
    <w:p>
      <w:r>
        <w:rPr>
          <w:b/>
        </w:rPr>
        <w:t xml:space="preserve">[1:00:45] </w:t>
      </w:r>
      <w:r>
        <w:t>is ko wazeh karen.</w:t>
      </w:r>
    </w:p>
    <w:p>
      <w:pPr>
        <w:jc w:val="right"/>
      </w:pPr>
      <w:r>
        <w:t>اس کو واضح کریں۔</w:t>
      </w:r>
    </w:p>
    <w:p>
      <w:r>
        <w:rPr>
          <w:b/>
        </w:rPr>
        <w:t xml:space="preserve">[1:00:48] </w:t>
      </w:r>
      <w:r>
        <w:t>matlab yeh hai ke dunya mein agar aap ko peaceful rehna hai. to is ka source sirf Khuda hi hai. dunya mein itne asbab hain aap ki peace ko disturb karne ke liye.</w:t>
      </w:r>
    </w:p>
    <w:p>
      <w:pPr>
        <w:jc w:val="right"/>
      </w:pPr>
      <w:r>
        <w:t>مطلب یہ ہے کہ دنیا میں اگر آپ کو peaceful رہنا ہے۔ تو اس کا source صرف خدا ہی ہے۔ دنیا میں اتنے اسباب ہیں آپ کی peace کو disturb کرنے کے لیے۔</w:t>
      </w:r>
    </w:p>
    <w:p>
      <w:r>
        <w:rPr>
          <w:b/>
        </w:rPr>
        <w:t xml:space="preserve">[1:01:00] </w:t>
      </w:r>
      <w:r>
        <w:t>ke aap peaceful reh nahi sakte. isi liye dekhen, koi peaceful rehta hai. yaani peaceful mind ka aap talash karen, dunya mein ek bhi nahi milega.</w:t>
      </w:r>
    </w:p>
    <w:p>
      <w:pPr>
        <w:jc w:val="right"/>
      </w:pPr>
      <w:r>
        <w:t>کہ آپ peaceful رہ نہیں سکتے۔ اسی لیے دیکھیں، کوئی peaceful رہتا ہے۔ یعنی peaceful mind کا آپ تلاش کریں، دنیا میں ایک بھی نہیں ملے گا۔</w:t>
      </w:r>
    </w:p>
    <w:p>
      <w:r>
        <w:rPr>
          <w:b/>
        </w:rPr>
        <w:t xml:space="preserve">[1:01:11] </w:t>
      </w:r>
      <w:r>
        <w:t>kyun? peaceful mind banne ke liye Allah se taluq jodna padta hai.</w:t>
      </w:r>
    </w:p>
    <w:p>
      <w:pPr>
        <w:jc w:val="right"/>
      </w:pPr>
      <w:r>
        <w:t>کیوں؟ peaceful mind بننے کے لیے اللہ سے تعلق جوڑنا پڑتا ہے۔</w:t>
      </w:r>
    </w:p>
    <w:p>
      <w:r>
        <w:rPr>
          <w:b/>
        </w:rPr>
        <w:t xml:space="preserve">[1:01:17] </w:t>
      </w:r>
      <w:r>
        <w:t>yani peace ka source Allah hai. dunya mein hai hi nahin. dunya mein to har waqt disturbance hai. har waqt provocation hai.</w:t>
      </w:r>
    </w:p>
    <w:p>
      <w:pPr>
        <w:jc w:val="right"/>
      </w:pPr>
      <w:r>
        <w:t>یعنی peace کا source اللہ ہے۔ دنیا میں ہے ہی نہیں۔ دنیا میں تو ہر وقت disturbance ہے۔ ہر وقت provocation ہے۔</w:t>
      </w:r>
    </w:p>
    <w:p>
      <w:r>
        <w:rPr>
          <w:b/>
        </w:rPr>
        <w:t xml:space="preserve">[1:01:25] </w:t>
      </w:r>
      <w:r>
        <w:t>har waqt negative tajurbaat hain. to dunya se aap peace rehna chahein to nahin milegi. kyunke dunya mein to iska ulta hai.</w:t>
      </w:r>
    </w:p>
    <w:p>
      <w:pPr>
        <w:jc w:val="right"/>
      </w:pPr>
      <w:r>
        <w:t>ہر وقت negative تجربات ہیں۔ تو دنیا سے آپ peace رہنا چاہیں تو نہیں ملے گی۔ کیونکہ دنیا میں تو اس کا الٹا ہے۔</w:t>
      </w:r>
    </w:p>
    <w:p>
      <w:r>
        <w:rPr>
          <w:b/>
        </w:rPr>
        <w:t xml:space="preserve">[1:01:36] </w:t>
      </w:r>
      <w:r>
        <w:t>peace ka food jo hai, food. woh rizq-e-Rabb se milega, Allah se milega. ka matlab kya hai? Allah par dalna.</w:t>
      </w:r>
    </w:p>
    <w:p>
      <w:pPr>
        <w:jc w:val="right"/>
      </w:pPr>
      <w:r>
        <w:t>peace کا food جو ہے، food۔ وہ رزق رب سے ملے گا، اللہ سے ملے گا۔ کا مطلب کیا ہے؟ اللہ پر ڈالنا۔</w:t>
      </w:r>
    </w:p>
    <w:p>
      <w:r>
        <w:rPr>
          <w:b/>
        </w:rPr>
        <w:t xml:space="preserve">[1:01:47] </w:t>
      </w:r>
      <w:r>
        <w:t>jab bhi koi cheez aap ko disturb kare. jab bhi koi cheez aap ki peace ko bhang kare. jab bhi aap ke mind mein koi negative thought aaye.</w:t>
      </w:r>
    </w:p>
    <w:p>
      <w:pPr>
        <w:jc w:val="right"/>
      </w:pPr>
      <w:r>
        <w:t>جب بھی کوئی چیز آپ کو disturb کرے۔ جب بھی کوئی چیز آپ کی peace کو بھنگ کرے۔ جب بھی آپ کے mind میں کوئی negative thought آئے۔</w:t>
      </w:r>
    </w:p>
    <w:p>
      <w:r>
        <w:rPr>
          <w:b/>
        </w:rPr>
        <w:t xml:space="preserve">[1:01:58] </w:t>
      </w:r>
      <w:r>
        <w:t>to is sab ko Allah ke khane mein daliye. Allah ke khane mein daliye. jab tak aap aisa nahin karenge. kabhi aap peaceful mind ke sath dunya mein reh nahin sakte.</w:t>
      </w:r>
    </w:p>
    <w:p>
      <w:pPr>
        <w:jc w:val="right"/>
      </w:pPr>
      <w:r>
        <w:t>تو اس سب کو اللہ کے خانے میں ڈالیے۔ اللہ کے خانے میں ڈالیے۔ جب تک آپ ایسا نہیں کریں گے۔ کبھی آپ peaceful mind کے ساتھ دنیا میں رہ نہیں سکتے۔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