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Democracy May 25, 2014</w:t>
      </w:r>
    </w:p>
    <w:p>
      <w:r>
        <w:t>https://youtu.be/pyZy1-EhW1Q</w:t>
      </w:r>
    </w:p>
    <w:p>
      <w:r>
        <w:rPr>
          <w:b/>
        </w:rPr>
        <w:t xml:space="preserve">[00:13] </w:t>
      </w:r>
      <w:r>
        <w:t>bismillah-hir-rahman-nir-rahim, wa-sallallahu 'ala-n-nabiyyi-l-karim. Rabb-ishrah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yaf-qahu qawli.</w:t>
      </w:r>
    </w:p>
    <w:p>
      <w:pPr>
        <w:jc w:val="right"/>
      </w:pPr>
      <w:r>
        <w:t>یفقہ قولی.</w:t>
      </w:r>
    </w:p>
    <w:p>
      <w:r>
        <w:rPr>
          <w:b/>
        </w:rPr>
        <w:t xml:space="preserve">[00:39] </w:t>
      </w:r>
      <w:r>
        <w:t>main apne bare mein keh sakta hoon ke main poori umr sirf ek kaam karta raha, woh hai sachai ki daryaft.</w:t>
      </w:r>
    </w:p>
    <w:p>
      <w:pPr>
        <w:jc w:val="right"/>
      </w:pPr>
      <w:r>
        <w:t>میں اپنے بارے میں کہہ سکتا ہوں کہ میں پوری عمر صرف ایک کام کرتا رہا، وہ ہے سچائی کی دریافت۔</w:t>
      </w:r>
    </w:p>
    <w:p>
      <w:r>
        <w:rPr>
          <w:b/>
        </w:rPr>
        <w:t xml:space="preserve">[00:54] </w:t>
      </w:r>
      <w:r>
        <w:t>yani sachai kya hai, is ko discover karna.</w:t>
      </w:r>
    </w:p>
    <w:p>
      <w:pPr>
        <w:jc w:val="right"/>
      </w:pPr>
      <w:r>
        <w:t>یعنی سچائی کیا ہے، اس کو ڈسکور کرنا۔</w:t>
      </w:r>
    </w:p>
    <w:p>
      <w:r>
        <w:rPr>
          <w:b/>
        </w:rPr>
        <w:t xml:space="preserve">[01:00] </w:t>
      </w:r>
      <w:r>
        <w:t>mera koi job nahin, mera koi business nahin, meri koi doosri activity nahin, mera koi shauq nahin. to maine Quran ko aur hadith ko, aur doosra jo relevant literature hai, us ko padha.</w:t>
      </w:r>
    </w:p>
    <w:p>
      <w:pPr>
        <w:jc w:val="right"/>
      </w:pPr>
      <w:r>
        <w:t>میرا کوئی جاب نہیں، میرا کوئی بزنس نہیں، میری کوئی دوسری ایکٹیویٹی نہیں، میرا کوئی شوق نہیں۔ تو میں نے قرآن کو اور حدیث کو، اور دوسرا جو ریلیونٹ لٹریچر ہے، اس کو پڑھا۔</w:t>
      </w:r>
    </w:p>
    <w:p>
      <w:r>
        <w:rPr>
          <w:b/>
        </w:rPr>
        <w:t xml:space="preserve">[01:18] </w:t>
      </w:r>
      <w:r>
        <w:t>phir maine doosre mazahib ko padha, phir maine philosophy ko padha, phir maine science ko padha.</w:t>
      </w:r>
    </w:p>
    <w:p>
      <w:pPr>
        <w:jc w:val="right"/>
      </w:pPr>
      <w:r>
        <w:t>پھر میں نے دوسرے مذہبوں کو پڑھا، پھر میں نے فلاسفی کو پڑھا، پھر میں نے سائنس کو پڑھا۔</w:t>
      </w:r>
    </w:p>
    <w:p>
      <w:r>
        <w:rPr>
          <w:b/>
        </w:rPr>
        <w:t xml:space="preserve">[01:27] </w:t>
      </w:r>
      <w:r>
        <w:t>warna sachai se related jitne bhi discipline hain, sab ko padha.</w:t>
      </w:r>
    </w:p>
    <w:p>
      <w:pPr>
        <w:jc w:val="right"/>
      </w:pPr>
      <w:r>
        <w:t>ورنہ سچائی سے ریلیٹڈ جتنے بھی ڈسپلن ہیں، سب کو پڑھا۔</w:t>
      </w:r>
    </w:p>
    <w:p>
      <w:r>
        <w:rPr>
          <w:b/>
        </w:rPr>
        <w:t xml:space="preserve">[01:38] </w:t>
      </w:r>
      <w:r>
        <w:t>is ke baad main jis nateeje pahuncha hoon, us ko maine apni is kitab mein likh diya hai, is ka naam hai "Azhar-e-Deen".</w:t>
      </w:r>
    </w:p>
    <w:p>
      <w:pPr>
        <w:jc w:val="right"/>
      </w:pPr>
      <w:r>
        <w:t>اس کے بعد میں جس نتیجے پہنچا ہوں، اس کو میں نے اپنی اس کتاب میں لکھ دیا ہے، اس کا نام ہے "اظہار دین"۔</w:t>
      </w:r>
    </w:p>
    <w:p>
      <w:r>
        <w:rPr>
          <w:b/>
        </w:rPr>
        <w:t xml:space="preserve">[01:52] </w:t>
      </w:r>
      <w:r>
        <w:t>yeh 700 pages se zyada hain, is ke safhaat. is ka naam hai "Azhar-e-Deen". to is ko aap padhein, is mein aap sari baatein detail ke sath padh sakte hain.</w:t>
      </w:r>
    </w:p>
    <w:p>
      <w:pPr>
        <w:jc w:val="right"/>
      </w:pPr>
      <w:r>
        <w:t>یہ 700 پیجز سے زیادہ ہیں، اس کے صفحات۔ اس کا نام ہے "اظہار دین"۔ تو اس کو آپ پڑھیں، اس میں آپ ساری باتیں ڈیٹیل کے ساتھ پڑھ سکتے ہیں۔</w:t>
      </w:r>
    </w:p>
    <w:p>
      <w:r>
        <w:rPr>
          <w:b/>
        </w:rPr>
        <w:t xml:space="preserve">[02:11] </w:t>
      </w:r>
      <w:r>
        <w:t>is waqt main jo kehna chahta hoon, woh yeh hai ke hum</w:t>
      </w:r>
    </w:p>
    <w:p>
      <w:pPr>
        <w:jc w:val="right"/>
      </w:pPr>
      <w:r>
        <w:t>اس وقت میں جو کہنا چاہتا ہوں، وہ یہ ہے کہ ہم</w:t>
      </w:r>
    </w:p>
    <w:p>
      <w:r>
        <w:rPr>
          <w:b/>
        </w:rPr>
        <w:t xml:space="preserve">[02:20] </w:t>
      </w:r>
      <w:r>
        <w:t>is dunya mein akele nahin hain. hamara creator hamare sath hai.</w:t>
      </w:r>
    </w:p>
    <w:p>
      <w:pPr>
        <w:jc w:val="right"/>
      </w:pPr>
      <w:r>
        <w:t>اس دنیا میں اکیلے نہیں ہیں۔ ہمارا کریٹر ہمارے ساتھ ہے۔</w:t>
      </w:r>
    </w:p>
    <w:p>
      <w:r>
        <w:rPr>
          <w:b/>
        </w:rPr>
        <w:t xml:space="preserve">[02:29] </w:t>
      </w:r>
      <w:r>
        <w:t>sab se anokhi cheez jo maine daryaft ki, woh yeh thi ke mera creator har moment mere sath hai, mujhe guide karne ke liye, mujhe help karne ke liye.</w:t>
      </w:r>
    </w:p>
    <w:p>
      <w:pPr>
        <w:jc w:val="right"/>
      </w:pPr>
      <w:r>
        <w:t>سب سے انوکھی چیز جو میں نے دریافت کی، وہ یہ تھی کہ میرا کریٹر ہر مومنٹ میرے ساتھ ہے، مجھے گائیڈ کرنے کے لیے، مجھے ہیلپ کرنے کے لیے۔</w:t>
      </w:r>
    </w:p>
    <w:p>
      <w:r>
        <w:rPr>
          <w:b/>
        </w:rPr>
        <w:t xml:space="preserve">[02:43] </w:t>
      </w:r>
      <w:r>
        <w:t>har lamha, har moment.</w:t>
      </w:r>
    </w:p>
    <w:p>
      <w:pPr>
        <w:jc w:val="right"/>
      </w:pPr>
      <w:r>
        <w:t>ہر لمحہ، ہر مومنٹ۔</w:t>
      </w:r>
    </w:p>
    <w:p>
      <w:r>
        <w:rPr>
          <w:b/>
        </w:rPr>
        <w:t xml:space="preserve">[02:48] </w:t>
      </w:r>
      <w:r>
        <w:t>lekin is ko log jaan nahin paate, kyunke creator ne insaan ko di hai azadi.</w:t>
      </w:r>
    </w:p>
    <w:p>
      <w:pPr>
        <w:jc w:val="right"/>
      </w:pPr>
      <w:r>
        <w:t>لیکن اس کو لوگ جان نہیں پاتے، کیونکہ کریٹر نے انسان کو دی ہے آزادی۔</w:t>
      </w:r>
    </w:p>
    <w:p>
      <w:r>
        <w:rPr>
          <w:b/>
        </w:rPr>
        <w:t xml:space="preserve">[03:00] </w:t>
      </w:r>
      <w:r>
        <w:t>total azadi.</w:t>
      </w:r>
    </w:p>
    <w:p>
      <w:pPr>
        <w:jc w:val="right"/>
      </w:pPr>
      <w:r>
        <w:t>ٹوٹل آزادی۔</w:t>
      </w:r>
    </w:p>
    <w:p>
      <w:r>
        <w:rPr>
          <w:b/>
        </w:rPr>
        <w:t xml:space="preserve">[03:04] </w:t>
      </w:r>
      <w:r>
        <w:t>is azadi ko creator kabhi abolish karne wala nahin hai, yahan tak ke doob jaye.</w:t>
      </w:r>
    </w:p>
    <w:p>
      <w:pPr>
        <w:jc w:val="right"/>
      </w:pPr>
      <w:r>
        <w:t>اس آزادی کو کریٹر کبھی ابالش کرنے والا نہیں ہے، یہاں تک کہ ڈوب جائے۔</w:t>
      </w:r>
    </w:p>
    <w:p>
      <w:r>
        <w:rPr>
          <w:b/>
        </w:rPr>
        <w:t xml:space="preserve">[03:14] </w:t>
      </w:r>
      <w:r>
        <w:t>is azadi ki wajah se, is freedom of choice jo mila hua hai insaan ko, us ki wajah se bohat se problems paida hote hain, bohat se challenges.</w:t>
      </w:r>
    </w:p>
    <w:p>
      <w:pPr>
        <w:jc w:val="right"/>
      </w:pPr>
      <w:r>
        <w:t>اس آزادی کی وجہ سے، اس فریڈم آف چوائس جو ملا ہوا ہے انسان کو، اس کی وجہ سے بہت سے پرابلم پیدا ہوتے ہیں، بہت سے چیلنجز۔</w:t>
      </w:r>
    </w:p>
    <w:p>
      <w:r>
        <w:rPr>
          <w:b/>
        </w:rPr>
        <w:t xml:space="preserve">[03:27] </w:t>
      </w:r>
      <w:r>
        <w:t>to Khuda bilashuba hamari madad karta hai, lekin insaan ki azadi ko abolish kiye baghair.</w:t>
      </w:r>
    </w:p>
    <w:p>
      <w:pPr>
        <w:jc w:val="right"/>
      </w:pPr>
      <w:r>
        <w:t>تو خدا بلاشبہ ہماری مدد کرتا ہے، لیکن انسان کی آزادی کو ابالش کیے بغیر۔</w:t>
      </w:r>
    </w:p>
    <w:p>
      <w:r>
        <w:rPr>
          <w:b/>
        </w:rPr>
        <w:t xml:space="preserve">[03:35] </w:t>
      </w:r>
      <w:r>
        <w:t>yahi woh point hai, is se log samajh nahin paate.</w:t>
      </w:r>
    </w:p>
    <w:p>
      <w:pPr>
        <w:jc w:val="right"/>
      </w:pPr>
      <w:r>
        <w:t>یہی وہ پوائنٹ ہے، اس سے لوگ سمجھ نہیں پاتے۔</w:t>
      </w:r>
    </w:p>
    <w:p>
      <w:r>
        <w:rPr>
          <w:b/>
        </w:rPr>
        <w:t xml:space="preserve">[03:40] </w:t>
      </w:r>
      <w:r>
        <w:t>insaan ki azaadi ko baqi rakhte hue,</w:t>
      </w:r>
    </w:p>
    <w:p>
      <w:pPr>
        <w:jc w:val="right"/>
      </w:pPr>
      <w:r>
        <w:t>انسان کی آزادی کو باقی رکھتے ہوئے،</w:t>
      </w:r>
    </w:p>
    <w:p>
      <w:r>
        <w:rPr>
          <w:b/>
        </w:rPr>
        <w:t xml:space="preserve">[03:47] </w:t>
      </w:r>
      <w:r>
        <w:t>apne bando ki madad karna, saare insaano ki madad karna, yeh poori history mein ho raha hai. Is ko agar aap jaan lein,</w:t>
      </w:r>
    </w:p>
    <w:p>
      <w:pPr>
        <w:jc w:val="right"/>
      </w:pPr>
      <w:r>
        <w:t>اپنے بندوں کی مدد کرنا، سارے انسانوں کی مدد کرنا، یہ پوری ہسٹری میں ہو رہا ہے۔ اس کو اگر آپ جان لیں،</w:t>
      </w:r>
    </w:p>
    <w:p>
      <w:r>
        <w:rPr>
          <w:b/>
        </w:rPr>
        <w:t xml:space="preserve">[04:01] </w:t>
      </w:r>
      <w:r>
        <w:t>tab isi ko kahenge ke aap ne sachai ko discover kiya. Is ko agar na jaanein to aap bhatakte rahenge.</w:t>
      </w:r>
    </w:p>
    <w:p>
      <w:pPr>
        <w:jc w:val="right"/>
      </w:pPr>
      <w:r>
        <w:t>تب اسی کو کہیں گے کہ آپ نے سچائی کو ڈسکور کیا۔ اس کو اگر نہ جانیں تو آپ بھٹکتے رہیں گے۔</w:t>
      </w:r>
    </w:p>
    <w:p>
      <w:r>
        <w:rPr>
          <w:b/>
        </w:rPr>
        <w:t xml:space="preserve">[04:10] </w:t>
      </w:r>
      <w:r>
        <w:t>dekhein, insaan ko is planet earth par settle karne ke baad, insaan ko Allah ne de di azaadi, lekin saath saath is ki guidance ke liye barabar paighambar bhejta raha.</w:t>
      </w:r>
    </w:p>
    <w:p>
      <w:pPr>
        <w:jc w:val="right"/>
      </w:pPr>
      <w:r>
        <w:t>دیکھیں، انسان کو اس پلینٹ ارتھ پر سیٹل کرنے کے بعد، انسان کو اللہ نے دے دی آزادی، لیکن ساتھ ساتھ اس کی گائیڈنس کے لیے برابر پیغمبر بھیجتا رہا۔</w:t>
      </w:r>
    </w:p>
    <w:p>
      <w:r>
        <w:rPr>
          <w:b/>
        </w:rPr>
        <w:t xml:space="preserve">[04:28] </w:t>
      </w:r>
      <w:r>
        <w:t>paighambar. Paighambar</w:t>
      </w:r>
    </w:p>
    <w:p>
      <w:pPr>
        <w:jc w:val="right"/>
      </w:pPr>
      <w:r>
        <w:t>پیغمبر۔ پیغمبر</w:t>
      </w:r>
    </w:p>
    <w:p>
      <w:r>
        <w:rPr>
          <w:b/>
        </w:rPr>
        <w:t xml:space="preserve">[04:35] </w:t>
      </w:r>
      <w:r>
        <w:t>ek lakh se zyada tadad mein duniya mein aaye.</w:t>
      </w:r>
    </w:p>
    <w:p>
      <w:pPr>
        <w:jc w:val="right"/>
      </w:pPr>
      <w:r>
        <w:t>ایک لاکھ سے زیادہ تعداد میں دنیا میں آئے۔</w:t>
      </w:r>
    </w:p>
    <w:p>
      <w:r>
        <w:rPr>
          <w:b/>
        </w:rPr>
        <w:t xml:space="preserve">[04:39] </w:t>
      </w:r>
      <w:r>
        <w:t>Is ke baad Muhammad (SAW) aaye, jin par nubuwwat khatm ho gayi. Main ne ghaur kiya to yeh teen age bante hain, teen daur.</w:t>
      </w:r>
    </w:p>
    <w:p>
      <w:pPr>
        <w:jc w:val="right"/>
      </w:pPr>
      <w:r>
        <w:t>اس کے بعد محمد صلی اللہ علیہ وسلم آئے، جن پر نبوت ختم ہو گئی۔ میں نے غور کیا تو یہ تین ایج بنتے ہیں، تین دور۔</w:t>
      </w:r>
    </w:p>
    <w:p>
      <w:r>
        <w:rPr>
          <w:b/>
        </w:rPr>
        <w:t xml:space="preserve">[04:51] </w:t>
      </w:r>
      <w:r>
        <w:t>Pichhle nabiyon ke zamane mein Allah taala ne chaha tha. Allah taala ka jo asal jo concern hai, woh yeh hai ke duniya mein deen Allah qaaim ho jaaye.</w:t>
      </w:r>
    </w:p>
    <w:p>
      <w:pPr>
        <w:jc w:val="right"/>
      </w:pPr>
      <w:r>
        <w:t>پچھلے نبیوں کے زمانے میں اللہ تعالیٰ نے چاہا تھا۔ اللہ تعالیٰ کا جو اصل جو کنسرن ہے، وہ یہ ہے کہ دنیا میں دین اللہ قائم ہو جائے۔</w:t>
      </w:r>
    </w:p>
    <w:p>
      <w:r>
        <w:rPr>
          <w:b/>
        </w:rPr>
        <w:t xml:space="preserve">[05:05] </w:t>
      </w:r>
      <w:r>
        <w:t>Deen Allah ka matlab yeh nahi ke Islam ki hukumat ya musalmano ki hukumat.</w:t>
      </w:r>
    </w:p>
    <w:p>
      <w:pPr>
        <w:jc w:val="right"/>
      </w:pPr>
      <w:r>
        <w:t>دین اللہ کا معنی یہ نہیں کہ اسلام کی حکومت یا مسلمانوں کی حکومت۔</w:t>
      </w:r>
    </w:p>
    <w:p>
      <w:r>
        <w:rPr>
          <w:b/>
        </w:rPr>
        <w:t xml:space="preserve">[05:09] </w:t>
      </w:r>
      <w:r>
        <w:t>Jo log aisa kehte hain, woh kuch samajhte nahi baaton ko. Masla hukumat ka nahi hai, masla guidance ka hai, masla sirat-e-mustaqeem ka hai.</w:t>
      </w:r>
    </w:p>
    <w:p>
      <w:pPr>
        <w:jc w:val="right"/>
      </w:pPr>
      <w:r>
        <w:t>جو لوگ ایسا کہتے ہیں، وہ کچھ سمجھتے نہیں باتوں کو۔ مسئلہ حکومت کا نہیں ہے، مسئلہ گائیڈنس کا ہے، مسئلہ صراط مستقیم کا ہے۔</w:t>
      </w:r>
    </w:p>
    <w:p>
      <w:r>
        <w:rPr>
          <w:b/>
        </w:rPr>
        <w:t xml:space="preserve">[05:23] </w:t>
      </w:r>
      <w:r>
        <w:t>To pichhle tamam nabiyon ke zamane mein yeh nahi ho saka ke deen Allah qaaim ho.</w:t>
      </w:r>
    </w:p>
    <w:p>
      <w:pPr>
        <w:jc w:val="right"/>
      </w:pPr>
      <w:r>
        <w:t>تو پچھلے تمام نبیوں کے زمانے میں یہ نہیں ہو سکا کہ دین اللہ قائم ہو۔</w:t>
      </w:r>
    </w:p>
    <w:p>
      <w:r>
        <w:rPr>
          <w:b/>
        </w:rPr>
        <w:t xml:space="preserve">[05:30] </w:t>
      </w:r>
      <w:r>
        <w:t>To Rasool Allah ko Allah taala ne ek taaqatwar team di, aur is ko</w:t>
      </w:r>
    </w:p>
    <w:p>
      <w:pPr>
        <w:jc w:val="right"/>
      </w:pPr>
      <w:r>
        <w:t>تو رسول اللہ کو اللہ تعالیٰ نے ایک طاقتور ٹیم دی، اور اس کو</w:t>
      </w:r>
    </w:p>
    <w:p>
      <w:r>
        <w:rPr>
          <w:b/>
        </w:rPr>
        <w:t xml:space="preserve">[05:37] </w:t>
      </w:r>
      <w:r>
        <w:t>help di ke woh deen Allah ko qaaim kar sake. Aur deen Allah qaaim ho gaya. Is baat ka zikr Quran ki is aayat mein hai: 'Wa qaatiluhum hatta la takuna fitnatun wa yakunad deenu kulluhu lillah' (Aur jang karo yahan tak ke fitna khatm ho jaaye, aur deen sab Allah ke liye ho jaaye).</w:t>
      </w:r>
    </w:p>
    <w:p>
      <w:pPr>
        <w:jc w:val="right"/>
      </w:pPr>
      <w:r>
        <w:t>ہیلپ دی کہ وہ دین اللہ کو قائم کر سکے۔ اور دین اللہ قائم ہو گیا۔ اس بات کا ذکر قرآن کی اس آیت میں ہے: وقاتلوہم حتیٰ لا تكون فتنہ ویکون الدین کل للہ جنگ کرو یہاں تک کہ فتنہ ختم ہو جائے، اور دن سب اللہ کے لیے ہو جائے۔</w:t>
      </w:r>
    </w:p>
    <w:p>
      <w:r>
        <w:rPr>
          <w:b/>
        </w:rPr>
        <w:t xml:space="preserve">[05:59] </w:t>
      </w:r>
      <w:r>
        <w:t>Yeh aayat ka matlab yeh nahi ke Allah ki hukumat, musalmano ki hukumat qaaim ho jaaye. Nahi. Is ka hargiz yeh matlab nahi.</w:t>
      </w:r>
    </w:p>
    <w:p>
      <w:pPr>
        <w:jc w:val="right"/>
      </w:pPr>
      <w:r>
        <w:t>یہ آیت کا مطلب یہ نہیں کہ اللہ کی حکومت، مسلمانوں کی حکومت قائم ہو جائے۔ نہیں۔ اس کا ہرگز یہ مطلب نہیں۔</w:t>
      </w:r>
    </w:p>
    <w:p>
      <w:r>
        <w:rPr>
          <w:b/>
        </w:rPr>
        <w:t xml:space="preserve">[06:11] </w:t>
      </w:r>
      <w:r>
        <w:t>Islam ka daur aa jaaye duniya mein, is ka matlab hai ke duniya mein Islam ka daur aa jaaye. Is ka politics se koi matlab nahi hai. Political iqdaar se koi matlab nahi hai.</w:t>
      </w:r>
    </w:p>
    <w:p>
      <w:pPr>
        <w:jc w:val="right"/>
      </w:pPr>
      <w:r>
        <w:t>اسلام کا دور آ جائے دنیا میں، اس کا مطلب ہے کہ دنیا میں اسلام کا دور آ جائے۔ اس کا پولیٹکس سے کوئی مطلب نہیں ہے۔ پولیٹیکل اقدار سے کوئی مطلب نہیں ہے۔</w:t>
      </w:r>
    </w:p>
    <w:p>
      <w:r>
        <w:rPr>
          <w:b/>
        </w:rPr>
        <w:t xml:space="preserve">[06:22] </w:t>
      </w:r>
      <w:r>
        <w:t>Kyunke is se pehle duniya mein daur jo tha, aap jaante hain, king kingship ka daur tha.</w:t>
      </w:r>
    </w:p>
    <w:p>
      <w:pPr>
        <w:jc w:val="right"/>
      </w:pPr>
      <w:r>
        <w:t>کیونکہ اس سے پہلے دنیا میں دور جو تھا، آپ جانتے ہیں، کنگ کنگ شپ کا دور تھا۔</w:t>
      </w:r>
    </w:p>
    <w:p>
      <w:r>
        <w:rPr>
          <w:b/>
        </w:rPr>
        <w:t xml:space="preserve">[06:27] </w:t>
      </w:r>
      <w:r>
        <w:t>Poori tareekh mein kingship ka daur raha hai. Yeh kingship hi ka chhote paimane par kya tha?</w:t>
      </w:r>
    </w:p>
    <w:p>
      <w:pPr>
        <w:jc w:val="right"/>
      </w:pPr>
      <w:r>
        <w:t>پوری تاریخ میں کنگ شپ کا دور رہا ہے۔ یہ کنگ شپ ہی کا چھوٹے پیمانے پر کیا تھا؟</w:t>
      </w:r>
    </w:p>
    <w:p>
      <w:r>
        <w:rPr>
          <w:b/>
        </w:rPr>
        <w:t xml:space="preserve">[06:37] </w:t>
      </w:r>
      <w:r>
        <w:t>Tribal chief hua karte the, is ke aage kings hua karte the, is ke aage emperors hua karte the. Yeh tha age of kingship.</w:t>
      </w:r>
    </w:p>
    <w:p>
      <w:pPr>
        <w:jc w:val="right"/>
      </w:pPr>
      <w:r>
        <w:t>ٹرائبل چیف ہوا کرتے تھے، اس کے آگے کنگز ہوا کرتے تھے، اس کے آگے ایمپرر ہوا کرتے تھے۔ یہ تھا ایج آف کنگ شپ۔</w:t>
      </w:r>
    </w:p>
    <w:p>
      <w:r>
        <w:rPr>
          <w:b/>
        </w:rPr>
        <w:t xml:space="preserve">[06:45] </w:t>
      </w:r>
      <w:r>
        <w:t>Is ki wajah se duniya mein azaadi nahi thi.</w:t>
      </w:r>
    </w:p>
    <w:p>
      <w:pPr>
        <w:jc w:val="right"/>
      </w:pPr>
      <w:r>
        <w:t>اس کی وجہ سے دنیا میں آزادی نہیں تھی۔</w:t>
      </w:r>
    </w:p>
    <w:p>
      <w:r>
        <w:rPr>
          <w:b/>
        </w:rPr>
        <w:t xml:space="preserve">[06:50] </w:t>
      </w:r>
      <w:r>
        <w:t>Aur insaan ko yeh mauqa nahi tha ke woh poori apni poori freedom ko exercise karte hue jis tarah chahe zindagi guzare. Yaani politics se koi matlab nahi is ka hai.</w:t>
      </w:r>
    </w:p>
    <w:p>
      <w:pPr>
        <w:jc w:val="right"/>
      </w:pPr>
      <w:r>
        <w:t>اور انسان کو یہ موقع نہیں تھا کہ وہ پوری اپنی پوری فریڈم کو ایکسرسائز کرتے ہوئے جس طرح چاہے زندگی گزارے۔ یعنی پولیٹکس سے کوئی مطلب نہیں اس کا ہے۔</w:t>
      </w:r>
    </w:p>
    <w:p>
      <w:r>
        <w:rPr>
          <w:b/>
        </w:rPr>
        <w:t xml:space="preserve">[07:01] </w:t>
      </w:r>
      <w:r>
        <w:t>Main apni apni zindagi mein kaise rahoon, yeh mujh ke liye ya is ki poori azaadi ho.</w:t>
      </w:r>
    </w:p>
    <w:p>
      <w:pPr>
        <w:jc w:val="right"/>
      </w:pPr>
      <w:r>
        <w:t>میں اپنی اپنی زندگی میں کیسے رہوں، یہ مجھ کے لیے یا اس کی پوری آزادی ہو۔</w:t>
      </w:r>
    </w:p>
    <w:p>
      <w:r>
        <w:rPr>
          <w:b/>
        </w:rPr>
        <w:t xml:space="preserve">[07:09] </w:t>
      </w:r>
      <w:r>
        <w:t>To kingship jo thi, is ki wajah se yeh mumkin nahi hota tha ke king log jo hain, bahut zyada</w:t>
      </w:r>
    </w:p>
    <w:p>
      <w:pPr>
        <w:jc w:val="right"/>
      </w:pPr>
      <w:r>
        <w:t>تو کنگ شپ جو تھی، اس کی وجہ سے یہ ممکن نہیں ہوتا تھا کہ کنگ لوگ جو ہیں، بہت زیادہ</w:t>
      </w:r>
    </w:p>
    <w:p>
      <w:r>
        <w:rPr>
          <w:b/>
        </w:rPr>
        <w:t xml:space="preserve">[07:21] </w:t>
      </w:r>
      <w:r>
        <w:t>despotation qaaim kiye hue rehte the. Insaan ki azaadi ko unhone chheen rakha tha. Unko yeh hamesha yeh khatra rehta tha ke koi mere political power ko ke liye risk na ban jaaye.</w:t>
      </w:r>
    </w:p>
    <w:p>
      <w:pPr>
        <w:jc w:val="right"/>
      </w:pPr>
      <w:r>
        <w:t>ڈیزپنٹیشن قائم کیے ہوئے رہتے تھے۔ انسان کی آزادی کو انہوں نے چھین رکھا تھا۔ ان کو یہ ہمیشہ یہ خطرہ رہتا تھا کہ کوئی میرے پولیٹیکل پاور کو کے لیے رسک نہ بن جائے۔</w:t>
      </w:r>
    </w:p>
    <w:p>
      <w:r>
        <w:rPr>
          <w:b/>
        </w:rPr>
        <w:t xml:space="preserve">[07:37] </w:t>
      </w:r>
      <w:r>
        <w:t>To Rasool Allah ke zamane mein jo waaqiyaat hue, woh dar woh haqeeqat mein divine operation tha. Woh is liye tha ke jang, woh jo jang ki gayi thi, woh jang thi is liye ke aindah jang khatm ho jaaye.</w:t>
      </w:r>
    </w:p>
    <w:p>
      <w:pPr>
        <w:jc w:val="right"/>
      </w:pPr>
      <w:r>
        <w:t>تو رسول اللہ کے زمانے میں جو واقعات ہوئے، وہ در وہ حقیقت میں ڈیوائن آپریشن تھا۔ وہ اس لیے تھا کہ جنگ، وہ جو جنگ کی گئی تھی، وہ جنگ تھی اس لیے کہ آئندہ جنگ ختم ہو جائے۔</w:t>
      </w:r>
    </w:p>
    <w:p>
      <w:r>
        <w:rPr>
          <w:b/>
        </w:rPr>
        <w:t xml:space="preserve">[07:59] </w:t>
      </w:r>
      <w:r>
        <w:t>War for the sake of end of war. Is liye thi woh.</w:t>
      </w:r>
    </w:p>
    <w:p>
      <w:pPr>
        <w:jc w:val="right"/>
      </w:pPr>
      <w:r>
        <w:t>وار فار دا سیک آف اینڈ آف وار۔ اس لیے تھی وہ۔</w:t>
      </w:r>
    </w:p>
    <w:p>
      <w:r>
        <w:rPr>
          <w:b/>
        </w:rPr>
        <w:t xml:space="preserve">[08:05] </w:t>
      </w:r>
      <w:r>
        <w:t>lekin sab se bari ghalati jo musalmanon ne kar rakhi hai, woh yeh hai ke isi model mein ab bhi woh jee rahe hain. political model ko khatam kar diya Allah taala ne.</w:t>
      </w:r>
    </w:p>
    <w:p>
      <w:pPr>
        <w:jc w:val="right"/>
      </w:pPr>
      <w:r>
        <w:t>لیکن سب سے بڑی غلطی جو مسلمانوں نے کر رکھی ہے، وہ یہ ہے کہ اسی ماڈل میں اب بھی وہ جی رہے ہیں۔ پولیٹیکل ماڈل کو ختم کر دیا اللہ تعالیٰ نے۔</w:t>
      </w:r>
    </w:p>
    <w:p>
      <w:r>
        <w:rPr>
          <w:b/>
        </w:rPr>
        <w:t xml:space="preserve">[08:19] </w:t>
      </w:r>
      <w:r>
        <w:t>ab ab doosra model hai, peace hai.</w:t>
      </w:r>
    </w:p>
    <w:p>
      <w:pPr>
        <w:jc w:val="right"/>
      </w:pPr>
      <w:r>
        <w:t>اب اب دوسرا ماڈل ہے، پیس ہے۔</w:t>
      </w:r>
    </w:p>
    <w:p>
      <w:r>
        <w:rPr>
          <w:b/>
        </w:rPr>
        <w:t xml:space="preserve">[08:25] </w:t>
      </w:r>
      <w:r>
        <w:t>ab har taraf peace hai, har taraf freedom hai. lekin musalman abhi bhi jee rahe hain isi political model mein</w:t>
      </w:r>
    </w:p>
    <w:p>
      <w:pPr>
        <w:jc w:val="right"/>
      </w:pPr>
      <w:r>
        <w:t>اب ہر طرف پیس ہے، ہر طرف فریڈم ہے۔ لیکن مسلمان ابھی بھی جی رہے ہیں اسی پولیٹیکل ماڈل میں</w:t>
      </w:r>
    </w:p>
    <w:p>
      <w:r>
        <w:rPr>
          <w:b/>
        </w:rPr>
        <w:t xml:space="preserve">[08:33] </w:t>
      </w:r>
      <w:r>
        <w:t>. isi liye aap dekhiye, har jagah takrate hain, har jagah larai chheede rehte hain. kyunke inka jo political model hai, isko chahte hain ke woh har jagah implement ho.</w:t>
      </w:r>
    </w:p>
    <w:p>
      <w:pPr>
        <w:jc w:val="right"/>
      </w:pPr>
      <w:r>
        <w:t>۔ اسی لیے آپ دیکھیے، ہر جگہ ٹکراتے ہیں، ہر جگہ لڑائی چھیڑے رہتے ہیں۔ کیونکہ ان کا جو پولیٹیکل ماڈل ہے، اس کو چاہتے ہیں کہ وہ ہر جگہ امپلیمنٹ ہو۔</w:t>
      </w:r>
    </w:p>
    <w:p>
      <w:r>
        <w:rPr>
          <w:b/>
        </w:rPr>
        <w:t xml:space="preserve">[08:46] </w:t>
      </w:r>
      <w:r>
        <w:t>misalan mujhe dekhiye, mere zehan mein koi political model nahi hai. toh main apne ko poori tarah, poori tarah free samajhta hoon. koi government aaye, koi government jaaye, is se mujhe koi farq nahi padta.</w:t>
      </w:r>
    </w:p>
    <w:p>
      <w:pPr>
        <w:jc w:val="right"/>
      </w:pPr>
      <w:r>
        <w:t>مثلاً مجھے دیکھیے، میرے ذہن میں کوئی پولیٹیکل ماڈل نہیں ہے۔ تو میں اپنے کو پوری طرح، پوری طرح فری سمجھتا ہوں۔ کوئی گورنمنٹ آئے، کوئی گورنمنٹ جائے، اس سے مجھے کوئی فرق نہیں پڑتا۔</w:t>
      </w:r>
    </w:p>
    <w:p>
      <w:r>
        <w:rPr>
          <w:b/>
        </w:rPr>
        <w:t xml:space="preserve">[09:03] </w:t>
      </w:r>
      <w:r>
        <w:t>bahir ke log rule karein, tab bhi koi farq nahi padta. India ke log rule karein, tab bhi koi farq nahi padta. kyunke mujhe apni zindagi mein jis ideology ko apnana hai, jis life pattern ko mujhe apni zindagi mein ikhtiyar karna hai,</w:t>
      </w:r>
    </w:p>
    <w:p>
      <w:pPr>
        <w:jc w:val="right"/>
      </w:pPr>
      <w:r>
        <w:t>باہر کے لوگ رول کریں، تب بھی کوئی فرق نہیں پڑتا۔ انڈیا کے لوگ رول کریں، تب بھی کوئی فرق نہیں پڑتا۔ کیونکہ مجھے اپنی زندگی میں جس آئیڈیالوجی کو اپنانا ہے، جس لائف پیٹرن کو مجھے اپنی زندگی میں اختیار کرنا ہے،</w:t>
      </w:r>
    </w:p>
    <w:p>
      <w:r>
        <w:rPr>
          <w:b/>
        </w:rPr>
        <w:t xml:space="preserve">[09:21] </w:t>
      </w:r>
      <w:r>
        <w:t>jo god oriented life jo mujhe, jis par mujhe zindagi guzarna hai, us ke liye bhi azaad hoon main.</w:t>
      </w:r>
    </w:p>
    <w:p>
      <w:pPr>
        <w:jc w:val="right"/>
      </w:pPr>
      <w:r>
        <w:t>جو گاڈ اوریٹڈ لائف جو مجھے، جس پر مجھے زندگی گزارنا ہے، اس کے لیے بھی آزاد ہوں میں۔</w:t>
      </w:r>
    </w:p>
    <w:p>
      <w:r>
        <w:rPr>
          <w:b/>
        </w:rPr>
        <w:t xml:space="preserve">[09:30] </w:t>
      </w:r>
      <w:r>
        <w:t>political seat par kisi ka bhi kabza ho. lekin musalmanon ka haal yeh hai ke woh political seat hi ko sab kuch samajhte hain. bas jahan political seat par dekha, unhone ke un ke siwa koi aur baitha hua hai, toh bas bohat hi zyada pareshan ho jaate hain.</w:t>
      </w:r>
    </w:p>
    <w:p>
      <w:pPr>
        <w:jc w:val="right"/>
      </w:pPr>
      <w:r>
        <w:t>پولیٹیکل سیٹ پر کسی کا بھی قبضہ ہو۔ لیکن مسلمانوں کا حال یہ ہے کہ وہ پولیٹیکل سیٹ ہی کو سب کچھ سمجھتے ہیں۔ بس جہاں پولیٹیکل سیٹ پر دیکھا، انہوں نے کہ ان کے سوا کوئی اور بیٹھا ہوا ہے، تو بس بہت ہی زیادہ پریشان ہو جاتے ہیں۔</w:t>
      </w:r>
    </w:p>
    <w:p>
      <w:r>
        <w:rPr>
          <w:b/>
        </w:rPr>
        <w:t xml:space="preserve">[09:50] </w:t>
      </w:r>
      <w:r>
        <w:t>koi log desperation mein pad jaate hain, mayusi mein, koi ladne lagte hain, koi society bombing karte hain.</w:t>
      </w:r>
    </w:p>
    <w:p>
      <w:pPr>
        <w:jc w:val="right"/>
      </w:pPr>
      <w:r>
        <w:t>کوئی لوگ ڈسپریشن میں پڑ جاتے ہیں، مایوسی میں، کوئی لڑنے لگتے ہیں، کوئی سوسائٹی بم کرتے ہیں۔</w:t>
      </w:r>
    </w:p>
    <w:p>
      <w:r>
        <w:rPr>
          <w:b/>
        </w:rPr>
        <w:t xml:space="preserve">[09:57] </w:t>
      </w:r>
      <w:r>
        <w:t>saari duniya ke musalmanon ka case is waqt yeh hai ke sab abnormal ho gaye hain, abnormal. normal tareeqe se, mo'tadil andaaz mein, woh aaj insaanon ke sath rehne ki koshish mein nahi hain.</w:t>
      </w:r>
    </w:p>
    <w:p>
      <w:pPr>
        <w:jc w:val="right"/>
      </w:pPr>
      <w:r>
        <w:t>ساری دنیا کے مسلمانوں کا کیس اس وقت یہ ہے کہ سب اب نارمل ہو گئے ہیں، اب نارمل۔ نارمل طریقے سے، معتدل انداز میں، وہ آج انسانوں کے ساتھ رہنے کی پوشش میں نہیں ہیں۔</w:t>
      </w:r>
    </w:p>
    <w:p>
      <w:r>
        <w:rPr>
          <w:b/>
        </w:rPr>
        <w:t xml:space="preserve">[10:10] </w:t>
      </w:r>
      <w:r>
        <w:t>hate karte hain, doosron se hate karte hain, complain karte hain, larai karte hain. kyunke aakhri had hai society bombing. rozana aap dekhiye, aaj bhi akhbar mein tha.</w:t>
      </w:r>
    </w:p>
    <w:p>
      <w:pPr>
        <w:jc w:val="right"/>
      </w:pPr>
      <w:r>
        <w:t>ہیٹ کرتے ہیں، دوسروں سے ہیٹ کرتے ہیں، کمپلین کرتے ہیں، لڑائی کرتے ہیں۔ کیونکہ آخری حد ہے سوسائٹی بمنگ۔ روزانہ آپ دیکھیے، آج بھی اخبار میں تھا۔</w:t>
      </w:r>
    </w:p>
    <w:p>
      <w:r>
        <w:rPr>
          <w:b/>
        </w:rPr>
        <w:t xml:space="preserve">[10:22] </w:t>
      </w:r>
      <w:r>
        <w:t>iski wajah kya hai? ke inka jo model jo hai, woh wohi isi model mein jee rahe hain, kingship model mein. aaj model doosra hai. aaj model hai democracy ka model.</w:t>
      </w:r>
    </w:p>
    <w:p>
      <w:pPr>
        <w:jc w:val="right"/>
      </w:pPr>
      <w:r>
        <w:t>اس کی وجہ کیا ہے؟ کہ ان کا جو ماڈل جو ہے، وہ وہی اسی ماڈل میں جی رہے ہیں، کنگ شپ ماڈل میں۔ آج ماڈل دوسرا ہے۔ آج ماڈل ہے ڈیموکریسی کا ماڈل۔</w:t>
      </w:r>
    </w:p>
    <w:p>
      <w:r>
        <w:rPr>
          <w:b/>
        </w:rPr>
        <w:t xml:space="preserve">[10:36] </w:t>
      </w:r>
      <w:r>
        <w:t>ek of king age of kingship khatam ho gaya, ab age of democracy aa gaya. is ko musalman jante hi nahi. sab se bara jo change aaya hai, change is daur mein,</w:t>
      </w:r>
    </w:p>
    <w:p>
      <w:pPr>
        <w:jc w:val="right"/>
      </w:pPr>
      <w:r>
        <w:t>ایک آف کنگ ایج آف کنگ شپ ختم ہو گیا، اب ایج آف ڈیموکریسی آ گیا۔ اس کو مسلمان جانتے ہی نہیں۔ سب سے بڑا جو چینج آیا ہے، چینج اس دور میں،</w:t>
      </w:r>
    </w:p>
    <w:p>
      <w:r>
        <w:rPr>
          <w:b/>
        </w:rPr>
        <w:t xml:space="preserve">[10:50] </w:t>
      </w:r>
      <w:r>
        <w:t>woh yeh hai ke hazaron saal ka jo kingship ka model tha, woh khatam ho gaya aur democracy ka model aa gaya.</w:t>
      </w:r>
    </w:p>
    <w:p>
      <w:pPr>
        <w:jc w:val="right"/>
      </w:pPr>
      <w:r>
        <w:t>وہ یہ ہے کہ ہزاروں سال کا جو کنگ شپ کا ماڈل تھا، وہ ختم ہو گیا اور ڈیموکریسی کا ماڈل آ گیا۔</w:t>
      </w:r>
    </w:p>
    <w:p>
      <w:r>
        <w:rPr>
          <w:b/>
        </w:rPr>
        <w:t xml:space="preserve">[11:00] </w:t>
      </w:r>
      <w:r>
        <w:t>democracy ka model jo hai, woh hamare liye boon hai, hamare liye blessing hai. yahi hai jis ko Quran mein kaha gaya tha ke وَكُلُّ الدُّنْيَا كُلُّ لِلّٰهِ yani age of Islam aa jaaye.</w:t>
      </w:r>
    </w:p>
    <w:p>
      <w:pPr>
        <w:jc w:val="right"/>
      </w:pPr>
      <w:r>
        <w:t>ڈیموکریسی کا ماڈل جو ہے، وہ ہمارے لیے بون ہے، ہمارے لیے بلیسنگ ہے۔ یہی ہے جس کو قرآن میں کہا گیا تھا کہ وَكُلُّ الدُّنْيَا كُلُّ لِلّٰهِ یعنی ایج آف اسلام آ جائے۔</w:t>
      </w:r>
    </w:p>
    <w:p>
      <w:r>
        <w:rPr>
          <w:b/>
        </w:rPr>
        <w:t xml:space="preserve">[11:13] </w:t>
      </w:r>
      <w:r>
        <w:t>democracy ka aana age of Islam ka aana hai. science ka aana age of Islam ka aana hai.</w:t>
      </w:r>
    </w:p>
    <w:p>
      <w:pPr>
        <w:jc w:val="right"/>
      </w:pPr>
      <w:r>
        <w:t>ڈیموکریسی کا آنا ایج آف اسلام کا آنا ہے۔ سائنس کا آنا ایج آف اسلام کا آنا ہے۔</w:t>
      </w:r>
    </w:p>
    <w:p>
      <w:r>
        <w:rPr>
          <w:b/>
        </w:rPr>
        <w:t xml:space="preserve">[11:20] </w:t>
      </w:r>
      <w:r>
        <w:t>azaadi ka aana age of Islam ka aana hai. isi haqeeqat se log bekhabar hain.</w:t>
      </w:r>
    </w:p>
    <w:p>
      <w:pPr>
        <w:jc w:val="right"/>
      </w:pPr>
      <w:r>
        <w:t>آزادی کا آنا ایج آف اسلام کا آنا ہے۔ اسی حقیقت سے لوگ بے خبر ہیں۔</w:t>
      </w:r>
    </w:p>
    <w:p>
      <w:r>
        <w:rPr>
          <w:b/>
        </w:rPr>
        <w:t xml:space="preserve">[11:31] </w:t>
      </w:r>
      <w:r>
        <w:t>ab main aap ko ek ayat aur ek hadith pesh karna chahta hoon. dekhiye, Quran mein ek ayat hai:</w:t>
      </w:r>
    </w:p>
    <w:p>
      <w:pPr>
        <w:jc w:val="right"/>
      </w:pPr>
      <w:r>
        <w:t>اب میں آپ کو ایک آیت اور ایک حدیث پیش کرنا چاہتا ہوں۔ دیکھیے، قرآن میں ایک آیت ہے:</w:t>
      </w:r>
    </w:p>
    <w:p>
      <w:r>
        <w:rPr>
          <w:b/>
        </w:rPr>
        <w:t xml:space="preserve">[11:45] </w:t>
      </w:r>
      <w:r>
        <w:t>أَمْرُهُمْ شُورَىٰ بَيْنُهُمْ un ke mamlaat mashware se tay hote hain. yani democratic way mein tay hote hain.</w:t>
      </w:r>
    </w:p>
    <w:p>
      <w:pPr>
        <w:jc w:val="right"/>
      </w:pPr>
      <w:r>
        <w:t>أَمْرُهُمْ شُورَىٰ بَيْنُهُمْ ان کے معاملات مشورے سے طے ہوتے ہیں۔ یعنی ڈیموکریٹک وے میں طے ہوتے ہیں۔</w:t>
      </w:r>
    </w:p>
    <w:p>
      <w:r>
        <w:rPr>
          <w:b/>
        </w:rPr>
        <w:t xml:space="preserve">[11:55] </w:t>
      </w:r>
      <w:r>
        <w:t>is ayat ko log samajhte hain ke makka madine ke liye thi. nahi, yeh yeh poore yeh ek ek ek global civilization ki baat is ke andar hai.</w:t>
      </w:r>
    </w:p>
    <w:p>
      <w:pPr>
        <w:jc w:val="right"/>
      </w:pPr>
      <w:r>
        <w:t>اس آیت کو لوگ سمجھتے ہیں کہ مکہ مدینے کے لیے تھی۔ نہیں، یہ یہ پورے یہ ایک ایک ایک گلوبل سویلائزیشن کی بات اس کے اندر ہے۔</w:t>
      </w:r>
    </w:p>
    <w:p>
      <w:r>
        <w:rPr>
          <w:b/>
        </w:rPr>
        <w:t xml:space="preserve">[12:08] </w:t>
      </w:r>
      <w:r>
        <w:t>kyunke dekhiye, Quran jo aaya hai sare alam ke liye لَيَكُونُ لِلْعَالَمِ نَذِيرًا</w:t>
      </w:r>
    </w:p>
    <w:p>
      <w:pPr>
        <w:jc w:val="right"/>
      </w:pPr>
      <w:r>
        <w:t>کیونکہ دیکھیے، قرآن جو آیا ہے سارے عالم کے لیے لَيَكُونُ لِلْعَالَمِ نَذِيرًا</w:t>
      </w:r>
    </w:p>
    <w:p>
      <w:r>
        <w:rPr>
          <w:b/>
        </w:rPr>
        <w:t xml:space="preserve">[12:14] </w:t>
      </w:r>
      <w:r>
        <w:t>لَيَكُونُ لِلْعَالَمِ نَذِيرًا sare alam ke liye guide bane, guide book bane. toh Quran ki ayaton ko aap dekhna padega, aap global context mein Quran ki har ayat ko aap ko dekhna padega poori history ke context mein.</w:t>
      </w:r>
    </w:p>
    <w:p>
      <w:pPr>
        <w:jc w:val="right"/>
      </w:pPr>
      <w:r>
        <w:t>لَيَكُونُ لِلْعَالَمِ نَذِيرًا سارے عالم کے لیے گائیڈ بنے، گائیڈ بک بنے۔ تو قرآن کی آیتوں کو آپ دیکھنا پڑے گا، آپ گلوبل کنٹیکسٹ میں قرآن کی ہر آیت کو آپ کو دیکھنا پڑے گا پوری ہسٹری کے کنٹیکسٹ میں۔</w:t>
      </w:r>
    </w:p>
    <w:p>
      <w:r>
        <w:rPr>
          <w:b/>
        </w:rPr>
        <w:t xml:space="preserve">[12:33] </w:t>
      </w:r>
      <w:r>
        <w:t>yeh jo farmaya ke أَمْرُهُمْ شُورَىٰ بَيْنُهُمْ yeh isi ki taraf ishara tha ke ek process shuru hua hai Islam ke zamane mein, democracy ka pro</w:t>
      </w:r>
    </w:p>
    <w:p>
      <w:pPr>
        <w:jc w:val="right"/>
      </w:pPr>
      <w:r>
        <w:t>یہ جو فرمایا کہ أَمْرُهُمْ شُورَىٰ بَيْنُهُمْ یہ اسی کی طرف اشارہ تھا کہ ایک پروسیس شروع ہوا ہے اسلام کے زمانے میں، ڈیموکریسی کا پرو</w:t>
      </w:r>
    </w:p>
    <w:p>
      <w:r>
        <w:rPr>
          <w:b/>
        </w:rPr>
        <w:t xml:space="preserve">[12:44] </w:t>
      </w:r>
      <w:r>
        <w:t>cess. ek din culmination hoga, culmination hoga toh poora ka poora mamla democracy par base karega. aaj hum age of democracy mein jee rahe hain.</w:t>
      </w:r>
    </w:p>
    <w:p>
      <w:pPr>
        <w:jc w:val="right"/>
      </w:pPr>
      <w:r>
        <w:t>سیس۔ ایک دن کلمیشن ہوگا، کلمیشن ہوگا تو پورا کا پورا معاملہ ڈیموکریسی پر بیس کرے گا۔ آج ہم ایج آف ڈیموکریسی میں جی رہے ہیں۔</w:t>
      </w:r>
    </w:p>
    <w:p>
      <w:r>
        <w:rPr>
          <w:b/>
        </w:rPr>
        <w:t xml:space="preserve">[12:55] </w:t>
      </w:r>
      <w:r>
        <w:t>age of democracy jo hai, woh kya hai? age of Islam hai. hum ko saari azaadi mili hui hai. age of science kya hai?</w:t>
      </w:r>
    </w:p>
    <w:p>
      <w:pPr>
        <w:jc w:val="right"/>
      </w:pPr>
      <w:r>
        <w:t>ایج آف ڈیموکریسی جو ہے، وہ کیا ہے؟ ایج آف اسلام ہے۔ ہم کو ساری آزادی ملی ہوئی ہے۔ ایج آف سائنس کیا ہے؟</w:t>
      </w:r>
    </w:p>
    <w:p>
      <w:r>
        <w:rPr>
          <w:b/>
        </w:rPr>
        <w:t xml:space="preserve">[13:04] </w:t>
      </w:r>
      <w:r>
        <w:t>age of islam hai. kyunke sari scientific discoveries jo hain, woh hamare aqaaid ki tasdeeq karti hain.</w:t>
      </w:r>
    </w:p>
    <w:p>
      <w:pPr>
        <w:jc w:val="right"/>
      </w:pPr>
      <w:r>
        <w:t>ایج آف اسلام ہے۔ کیونکہ ساری سائنٹیفک ڈسکوریز جو ہیں، وہ ہمارے عقائد کی تصدیق کرتی ہیں۔</w:t>
      </w:r>
    </w:p>
    <w:p>
      <w:r>
        <w:rPr>
          <w:b/>
        </w:rPr>
        <w:t xml:space="preserve">[13:13] </w:t>
      </w:r>
      <w:r>
        <w:t>toh yeh jo farmaaya gaya tha ke wa koonu deenan kullun lillahi is ka matlab yeh tha ke Allah taala ne ek aisa, yaani pehle nabiyon ke zariye se Allah taala ne woh age laana,</w:t>
      </w:r>
    </w:p>
    <w:p>
      <w:pPr>
        <w:jc w:val="right"/>
      </w:pPr>
      <w:r>
        <w:t>تو یہ جو فرمایا گیا تھا کہ وَكُونُوا دِّينًا كُلُّ لِلّٰهِ اس کا مطلب یہ تھا کہ اللہ تعالیٰ نے ایک ایسا، یعنی پہلے نبیوں کے ذریعے سے اللہ تعالیٰ نے وہ ایج لانا،</w:t>
      </w:r>
    </w:p>
    <w:p>
      <w:r>
        <w:rPr>
          <w:b/>
        </w:rPr>
        <w:t xml:space="preserve">[13:26] </w:t>
      </w:r>
      <w:r>
        <w:t>lekin woh nabiyon ki team nahi bani toh woh nahi kar paaye. Woh Rasool Allah ke zamane mein team bani toh team ko le kar ek operation jaari kiya gaya, ek naya process history mein chala.</w:t>
      </w:r>
    </w:p>
    <w:p>
      <w:pPr>
        <w:jc w:val="right"/>
      </w:pPr>
      <w:r>
        <w:t>لیکن وہ نبیوں کی ٹیم نہیں بنی تو وہ نہیں کر پائے۔ وہ رسول اللہ کے زمانے میں ٹیم بنی تو ٹیم کو لے کر ایک آپریشن جاری کیا گیا، ایک نیا پروسیس ہسٹری میں چلا۔</w:t>
      </w:r>
    </w:p>
    <w:p>
      <w:r>
        <w:rPr>
          <w:b/>
        </w:rPr>
        <w:t xml:space="preserve">[13:40] </w:t>
      </w:r>
      <w:r>
        <w:t>is process ka culmination hai twenty century.</w:t>
      </w:r>
    </w:p>
    <w:p>
      <w:pPr>
        <w:jc w:val="right"/>
      </w:pPr>
      <w:r>
        <w:t>اس پروسیس کا کلمیشن ہے ٹونٹی سنچری۔</w:t>
      </w:r>
    </w:p>
    <w:p>
      <w:r>
        <w:rPr>
          <w:b/>
        </w:rPr>
        <w:t xml:space="preserve">[13:48] </w:t>
      </w:r>
      <w:r>
        <w:t>toh yeh jo jis ko deen Allah kaha gaya Quran majeed mein, woh deen Allah yahi hai:</w:t>
      </w:r>
    </w:p>
    <w:p>
      <w:pPr>
        <w:jc w:val="right"/>
      </w:pPr>
      <w:r>
        <w:t>تو یہ جو جس کو دین اللہ کہا گیا قرآن مجید میں، وہ دین اللہ یہی ہے:</w:t>
      </w:r>
    </w:p>
    <w:p>
      <w:r>
        <w:rPr>
          <w:b/>
        </w:rPr>
        <w:t xml:space="preserve">[13:52] </w:t>
      </w:r>
      <w:r>
        <w:t>aazadi ka daur, democracy ka daur, science ka daur, superstition ko khatme ka daur,</w:t>
      </w:r>
    </w:p>
    <w:p>
      <w:pPr>
        <w:jc w:val="right"/>
      </w:pPr>
      <w:r>
        <w:t>آزادی کا دور، ڈیموکریسی کا دور، سائنس کا دور، سپر اسٹیشن کو خاتمے کا دور،</w:t>
      </w:r>
    </w:p>
    <w:p>
      <w:r>
        <w:rPr>
          <w:b/>
        </w:rPr>
        <w:t xml:space="preserve">[14:04] </w:t>
      </w:r>
      <w:r>
        <w:t>reason ka daur. Yahi yahi age age age of Islam hai.</w:t>
      </w:r>
    </w:p>
    <w:p>
      <w:pPr>
        <w:jc w:val="right"/>
      </w:pPr>
      <w:r>
        <w:t>ریزن کا دور۔ یہی یہی ایج ایج ایج آف اسلام ہے۔</w:t>
      </w:r>
    </w:p>
    <w:p>
      <w:r>
        <w:rPr>
          <w:b/>
        </w:rPr>
        <w:t xml:space="preserve">[14:10] </w:t>
      </w:r>
      <w:r>
        <w:t>toh is ka is is ayat ka matlab yeh hai ke ke</w:t>
      </w:r>
    </w:p>
    <w:p>
      <w:pPr>
        <w:jc w:val="right"/>
      </w:pPr>
      <w:r>
        <w:t>تو اس کا اس اس آیت کا مطلب یہ ہے کہ کہ</w:t>
      </w:r>
    </w:p>
    <w:p>
      <w:r>
        <w:rPr>
          <w:b/>
        </w:rPr>
        <w:t xml:space="preserve">[14:17] </w:t>
      </w:r>
      <w:r>
        <w:t>is waqt tak in se jang karo jab tak age of Islam aa jaye. Toh woh age age age age of Islam aa chuka, ab koi jang nahi, koi takrao nahi, koi hathiyar nahi, sari hathiyaron ko samandar mein phenk dijiye.</w:t>
      </w:r>
    </w:p>
    <w:p>
      <w:pPr>
        <w:jc w:val="right"/>
      </w:pPr>
      <w:r>
        <w:t>اس وقت تک ان سے جنگ کرو جب تک ایج آف اسلام آ جائے۔ تو وہ ایج ایج ایج ایج آف اسلام آ چکا، اب کوئی جنگ نہیں، کوئی ٹکراؤ نہیں، کوئی ہتھیار نہیں، ساری ہتھیاروں کو سمندر میں پھینک دیجیے۔</w:t>
      </w:r>
    </w:p>
    <w:p>
      <w:r>
        <w:rPr>
          <w:b/>
        </w:rPr>
        <w:t xml:space="preserve">[14:31] </w:t>
      </w:r>
      <w:r>
        <w:t>yeh</w:t>
      </w:r>
    </w:p>
    <w:p>
      <w:pPr>
        <w:jc w:val="right"/>
      </w:pPr>
      <w:r>
        <w:t>یہ</w:t>
      </w:r>
    </w:p>
    <w:p>
      <w:r>
        <w:rPr>
          <w:b/>
        </w:rPr>
        <w:t xml:space="preserve">[14:32] </w:t>
      </w:r>
      <w:r>
        <w:t>baat ek hadith mein is tarah kahi gayi hai. Yeh hadith sahih Muslim mein hai aur doosri ki kitabon mein hai ke peshangoi ke andaaz mein, prediction ke andaaz mein aap ne bataya ke ek zamana aayega jab ke tum</w:t>
      </w:r>
    </w:p>
    <w:p>
      <w:pPr>
        <w:jc w:val="right"/>
      </w:pPr>
      <w:r>
        <w:t>بات ایک حدیث میں اس طرح کہی گئی ہے۔ یہ حدیث صحیح مسلم میں ہے اور دوسری کی کتابوں میں ہے کہ پیشنگوئی کے انداز میں، پریڈکشن کے انداز میں آپ نے بتایا کہ ایک زمانہ آئے گا جب کہ تم</w:t>
      </w:r>
    </w:p>
    <w:p>
      <w:r>
        <w:rPr>
          <w:b/>
        </w:rPr>
        <w:t xml:space="preserve">[14:53] </w:t>
      </w:r>
      <w:r>
        <w:t>ek qale par pahunchoge, lekin tum lado ge nahi, hathiyar nahi uthaoge, koi talwar nahi chalao</w:t>
      </w:r>
    </w:p>
    <w:p>
      <w:pPr>
        <w:jc w:val="right"/>
      </w:pPr>
      <w:r>
        <w:t>ایک قلعے پر پہنچو گے، لیکن تم لڑو گے نہیں، ہتھیار نہیں اٹھاؤ گے، کوئی تلوار نہیں چلاؤ</w:t>
      </w:r>
    </w:p>
    <w:p>
      <w:r>
        <w:rPr>
          <w:b/>
        </w:rPr>
        <w:t xml:space="preserve">[15:01] </w:t>
      </w:r>
      <w:r>
        <w:t>ge, sirf kahoge la ilaha illallah Allahu Akbar, aur qale ki deewarein gir jayengi.</w:t>
      </w:r>
    </w:p>
    <w:p>
      <w:pPr>
        <w:jc w:val="right"/>
      </w:pPr>
      <w:r>
        <w:t>گے، صرف کہو گے لا إله إلا الله اللہ اکبر، اور قلعے کی دیواریں گر جائیں گی۔</w:t>
      </w:r>
    </w:p>
    <w:p>
      <w:r>
        <w:rPr>
          <w:b/>
        </w:rPr>
        <w:t xml:space="preserve">[15:11] </w:t>
      </w:r>
      <w:r>
        <w:t>toh is hadith ko log apply karte hain Qustuntuniya ki fateh par. Ho sakta hai ke is se murad Qustuntuniya ki fateh ho, lekin woh toh ek ek alamat hai jis mein ek daur ki baat kahi gayi.</w:t>
      </w:r>
    </w:p>
    <w:p>
      <w:pPr>
        <w:jc w:val="right"/>
      </w:pPr>
      <w:r>
        <w:t>تو اس حدیث کو لوگ اپلائی کرتے ہیں قسطنطنیہ کی فتح پر۔ ہو سکتا ہے کہ اس سے مراد قسطنطنیہ کی فتح ہو، لیکن وہ تو ایک ایک علامت ہے جس میں ایک دور کی بات کہی گئی۔</w:t>
      </w:r>
    </w:p>
    <w:p>
      <w:r>
        <w:rPr>
          <w:b/>
        </w:rPr>
        <w:t xml:space="preserve">[15:26] </w:t>
      </w:r>
      <w:r>
        <w:t>yaani Qustuntuniya ke fateh ke baad ho sakta hai ke yeh daur shuru hua ho, lekin behal is mein ek age ki baat hai, ek daur ki baat hai, ek zamane ki baat hai.</w:t>
      </w:r>
    </w:p>
    <w:p>
      <w:pPr>
        <w:jc w:val="right"/>
      </w:pPr>
      <w:r>
        <w:t>یعنی قسطنطنیہ کے فتح کے بعد ہو سکتا ہے کہ یہ دور شروع ہوا ہو، لیکن بہرحال اس میں ایک ایج کی بات ہے، ایک دور کی بات ہے، ایک زمانے کی بات ہے۔</w:t>
      </w:r>
    </w:p>
    <w:p>
      <w:r>
        <w:rPr>
          <w:b/>
        </w:rPr>
        <w:t xml:space="preserve">[15:35] </w:t>
      </w:r>
      <w:r>
        <w:t>ek aisa zamana aa gaya hai ab jis mein aap ko na talwar ki zaroorat hai, na bandook ki, na society bombing chahiye, kuch bhi nahi. Ab sari taqat ideology mein hai.</w:t>
      </w:r>
    </w:p>
    <w:p>
      <w:pPr>
        <w:jc w:val="right"/>
      </w:pPr>
      <w:r>
        <w:t>ایک ایسا زمانہ آ گیا ہے اب جس میں آپ کو نہ تلوار کی ضرورت ہے، نہ بندوق کی، نہ سوسائٹی بمنگ چاہیے، کچھ بھی نہیں۔ اب ساری طاقت آئیڈیالوجی میں ہے۔</w:t>
      </w:r>
    </w:p>
    <w:p>
      <w:r>
        <w:rPr>
          <w:b/>
        </w:rPr>
        <w:t xml:space="preserve">[15:47] </w:t>
      </w:r>
      <w:r>
        <w:t>is ka matlab yeh hai ke age of sources se ke age of sources ke ke baad age of ideology ka aana.</w:t>
      </w:r>
    </w:p>
    <w:p>
      <w:pPr>
        <w:jc w:val="right"/>
      </w:pPr>
      <w:r>
        <w:t>اس کا مطلب یہ ہے کہ ایج آف سورٹس سے کہ ایج آف سورٹس کے کے بعد ایج آف آئیڈیالوجی کا آنا۔</w:t>
      </w:r>
    </w:p>
    <w:p>
      <w:r>
        <w:rPr>
          <w:b/>
        </w:rPr>
        <w:t xml:space="preserve">[15:58] </w:t>
      </w:r>
      <w:r>
        <w:t>pehla zamana tha woh age of sources tha, ab age zamana hai age of ideology ka. Ab ideology mein taqat hai, ab press ka zamana hai, communication ka zamana hai, technology ka zamana hai,</w:t>
      </w:r>
    </w:p>
    <w:p>
      <w:pPr>
        <w:jc w:val="right"/>
      </w:pPr>
      <w:r>
        <w:t>پہلا زمانہ تھا وہ ایج آف سورٹس تھا، اب ایج زمانہ ہے ایج آف آئیڈیالوجی کا۔ اب آئیڈیالوجی میں طاقت ہے، اب پریس کا زمانہ ہے، کمیونیکیشن کا زمانہ ہے، ٹیکنالوجی کا زمانہ ہے،</w:t>
      </w:r>
    </w:p>
    <w:p>
      <w:r>
        <w:rPr>
          <w:b/>
        </w:rPr>
        <w:t xml:space="preserve">[16:12] </w:t>
      </w:r>
      <w:r>
        <w:t>ab mukammal freedom aap ko mila hua hai.</w:t>
      </w:r>
    </w:p>
    <w:p>
      <w:pPr>
        <w:jc w:val="right"/>
      </w:pPr>
      <w:r>
        <w:t>اب مکمل فریڈم آپ کو ملا ہوا ہے۔</w:t>
      </w:r>
    </w:p>
    <w:p>
      <w:r>
        <w:rPr>
          <w:b/>
        </w:rPr>
        <w:t xml:space="preserve">[16:17] </w:t>
      </w:r>
      <w:r>
        <w:t>toh apni ideology ko, jo tauheed ki ideology hai, us ko phailaiye, aap koi rukawat nahi hai aap ke liye. Ab is zamane mein sirf ek hi condition hai, woh hai ke aap violence na karein.</w:t>
      </w:r>
    </w:p>
    <w:p>
      <w:pPr>
        <w:jc w:val="right"/>
      </w:pPr>
      <w:r>
        <w:t>تو اپنی آئیڈیالوجی کو، جو توحید کی آئیڈیالوجی ہے، اس کو پھیلائیے، آپ کوئی رکاوٹ نہیں ہے آپ کے لیے۔ اب اس زمانے میں صرف ایک ہی کنڈیشن ہے، وہ ہے کہ آپ وائیلنس نہ کریں۔</w:t>
      </w:r>
    </w:p>
    <w:p>
      <w:r>
        <w:rPr>
          <w:b/>
        </w:rPr>
        <w:t xml:space="preserve">[16:28] </w:t>
      </w:r>
      <w:r>
        <w:t>violence! Agar aap violence na karein toh kuch bhi restriction nahi hai, koi bhi rukawat nahi hai.</w:t>
      </w:r>
    </w:p>
    <w:p>
      <w:pPr>
        <w:jc w:val="right"/>
      </w:pPr>
      <w:r>
        <w:t>وائیلنس! اگر آپ وائیلنس نہ کریں تو کچھ بھی ریسٹرکشن نہیں ہے، کوئی بھی رکاوٹ نہیں ہے۔</w:t>
      </w:r>
    </w:p>
    <w:p>
      <w:r>
        <w:rPr>
          <w:b/>
        </w:rPr>
        <w:t xml:space="preserve">[16:39] </w:t>
      </w:r>
      <w:r>
        <w:t>lekin log lad rahe hain kyunke un ka model wahi hai, pehle wala model.</w:t>
      </w:r>
    </w:p>
    <w:p>
      <w:pPr>
        <w:jc w:val="right"/>
      </w:pPr>
      <w:r>
        <w:t>لیکن لوگ لڑ رہے ہیں کیونکہ ان کا ماڈل وہی ہے، پہلے والا ماڈل۔</w:t>
      </w:r>
    </w:p>
    <w:p>
      <w:r>
        <w:rPr>
          <w:b/>
        </w:rPr>
        <w:t xml:space="preserve">[16:44] </w:t>
      </w:r>
      <w:r>
        <w:t>woh samajhte hain ke jaise badshah takht par hota tha, ek aadmi laya gaya, badshah ne kaha ke gardan maaro is ki, aur ek jallad khada hua hai, us ko maara is ki gardan.</w:t>
      </w:r>
    </w:p>
    <w:p>
      <w:pPr>
        <w:jc w:val="right"/>
      </w:pPr>
      <w:r>
        <w:t>وہ سمجھتے ہیں کہ جیسے بادشاہ تخت پر ہوتا تھا، ایک آدمی لایا گیا، بادشاہ نے کہا کہ گردن مارو اس کی، اور ایک جلاد کھڑا ہوا ہے، اس کو مارا اس کی گردن۔</w:t>
      </w:r>
    </w:p>
    <w:p>
      <w:r>
        <w:rPr>
          <w:b/>
        </w:rPr>
        <w:t xml:space="preserve">[16:58] </w:t>
      </w:r>
      <w:r>
        <w:t>wahi daur mein jeena chahte hain hum sona aaj bhi. Yaani un ke zehen mein ab bhi wahi political model hai, wahi kingship ka model hai. Isi liye hum jo lad rahe hain, jahan bhi dekhiye lad rahe hain.</w:t>
      </w:r>
    </w:p>
    <w:p>
      <w:pPr>
        <w:jc w:val="right"/>
      </w:pPr>
      <w:r>
        <w:t>وہی دور میں جینا چاہتے ہیں ہم سونا آج بھی۔ یعنی ان کے ذہن میں اب بھی وہی پولیٹیکل ماڈل ہے، وہی کنگ شپ کا ماڈل ہے۔ اسی لیے ہم جو لڑ رہے ہیں، جہاں بھی دیکھیے لڑ رہے ہیں۔</w:t>
      </w:r>
    </w:p>
    <w:p>
      <w:r>
        <w:rPr>
          <w:b/>
        </w:rPr>
        <w:t xml:space="preserve">[17:11] </w:t>
      </w:r>
      <w:r>
        <w:t>lekin main aap ko ek baat aur batana chahta hoon ke har zamane mein Allah aise bando ko khada karta hai jo logon ko batayein. Lekin Musalmanon ka haal yeh hai, Musalmanon ka haal yeh hai ke Quran mein ek ayat hai wa yarsubu al rushda la taqzeerun sabeelan</w:t>
      </w:r>
    </w:p>
    <w:p>
      <w:pPr>
        <w:jc w:val="right"/>
      </w:pPr>
      <w:r>
        <w:t>لیکن میں آپ کو ایک بات اور بتانا چاہتا ہوں کہ ہر زمانے میں اللہ ایسے بندوں کو کھڑا کرتا ہے جو لوگوں کو بتائیں۔ لیکن مسلمانوں کا حال یہ ہے، مسلمانوں کا حال یہ ہے کہ قرآن میں ایک آیت ہے وَيَرَسُبُ الْرُشْدَ لَا تَقْذِيرٌ سَبِيلًا</w:t>
      </w:r>
    </w:p>
    <w:p>
      <w:r>
        <w:rPr>
          <w:b/>
        </w:rPr>
        <w:t xml:space="preserve">[17:35] </w:t>
      </w:r>
      <w:r>
        <w:t>yani sachay rastay ki taraf koi bulaye to us ko nahi, us ke peechay nahi chalengay.</w:t>
      </w:r>
    </w:p>
    <w:p>
      <w:pPr>
        <w:jc w:val="right"/>
      </w:pPr>
      <w:r>
        <w:t>یعنی سچے راستے کی طرف کوئی بلائے تو اس کو نہیں، اس کے پیچھے نہیں چلیں گے۔</w:t>
      </w:r>
    </w:p>
    <w:p>
      <w:r>
        <w:rPr>
          <w:b/>
        </w:rPr>
        <w:t xml:space="preserve">[17:41] </w:t>
      </w:r>
      <w:r>
        <w:t>ghalat rastay ki taraf bulaye to us ko us ke peechay khoob dorain gay. kyunke door-e-zawaal mein jab declassification ho chuka ho to yahi hota hai. main aap ko kuch misalein deta hoon.</w:t>
      </w:r>
    </w:p>
    <w:p>
      <w:pPr>
        <w:jc w:val="right"/>
      </w:pPr>
      <w:r>
        <w:t>غلط راستے کی طرف بلائے تو اس کو اس کے پیچھے خوب دوڑیں گے۔ کیونکہ دور زوال میں جب ڈیکریشن ہو چکا ہو تو یہی ہوتا ہے۔ میں آپ کو کچھ مثالیں دیتا ہوں۔</w:t>
      </w:r>
    </w:p>
    <w:p>
      <w:r>
        <w:rPr>
          <w:b/>
        </w:rPr>
        <w:t xml:space="preserve">[17:54] </w:t>
      </w:r>
      <w:r>
        <w:t>dekhiye, jab british India mein aaye to saaray musalman bas anti-british ban gaye. bas angrezon ke khilaaf jihad, angrezon ke khilaaf jihad.</w:t>
      </w:r>
    </w:p>
    <w:p>
      <w:pPr>
        <w:jc w:val="right"/>
      </w:pPr>
      <w:r>
        <w:t>دیکھیے، جب برٹش انڈیا میں آئے تو سارے مسلمان بس اینٹی برٹش بن گئے۔ بس انگریزوں کے خلاف جہاد، انگریزوں کے خلاف جہاد۔</w:t>
      </w:r>
    </w:p>
    <w:p>
      <w:r>
        <w:rPr>
          <w:b/>
        </w:rPr>
        <w:t xml:space="preserve">[18:07] </w:t>
      </w:r>
      <w:r>
        <w:t>ab beshumar logon ne apnay ko marwa</w:t>
      </w:r>
    </w:p>
    <w:p>
      <w:pPr>
        <w:jc w:val="right"/>
      </w:pPr>
      <w:r>
        <w:t>اب بے شمار لوگوں نے اپنے کو مروا</w:t>
      </w:r>
    </w:p>
    <w:p>
      <w:r>
        <w:rPr>
          <w:b/>
        </w:rPr>
        <w:t xml:space="preserve">[18:09] </w:t>
      </w:r>
      <w:r>
        <w:t>liya. main is ko shahadat nahi kehta, marwaana kehta hoon apnay aap ko. phir kehtay hain ke beshumar itnay log shaheed ho gaye, woh shaheed nahi hue, apnay ko marwaya unhon ne khwah makhwah.</w:t>
      </w:r>
    </w:p>
    <w:p>
      <w:pPr>
        <w:jc w:val="right"/>
      </w:pPr>
      <w:r>
        <w:t>لیا۔ میں اس کو شہادت نہیں کہتا، مروانا کہتا ہوں اپنے آپ کو۔ پھر کہتے ہیں کہ بے شمار اتنے لوگ شہید ہو گئے، وہ شہید نہیں ہوئے، اپنے کو مروایا انہوں نے خواہ مخواہ۔</w:t>
      </w:r>
    </w:p>
    <w:p>
      <w:r>
        <w:rPr>
          <w:b/>
        </w:rPr>
        <w:t xml:space="preserve">[18:19] </w:t>
      </w:r>
      <w:r>
        <w:t>aik hi aadmi tha mere ilm mein, Maulana Altaf Hussain Haali, us ne sachi baat kahi thi. hukoomat ne azadiyan tum ko di hain, taraqqi ki raahein sarasar khuli hain.</w:t>
      </w:r>
    </w:p>
    <w:p>
      <w:pPr>
        <w:jc w:val="right"/>
      </w:pPr>
      <w:r>
        <w:t>ایک ہی آدمی تھا میرے علم میں، مولانا الطاف حسین حالی، اس نے سچی بات کہی تھی۔ حکومت نے آزادیاں تم کو دی ہیں، ترقی کی راہیں سراسر کھلی ہیں۔</w:t>
      </w:r>
    </w:p>
    <w:p>
      <w:r>
        <w:rPr>
          <w:b/>
        </w:rPr>
        <w:t xml:space="preserve">[18:33] </w:t>
      </w:r>
      <w:r>
        <w:t>Maulana Altaf Hussain Haali, dedh so saal ka zamana hai un ka, pehlay ka.</w:t>
      </w:r>
    </w:p>
    <w:p>
      <w:pPr>
        <w:jc w:val="right"/>
      </w:pPr>
      <w:r>
        <w:t>مولانا الطاف حسین حالی، ڈیڑھ سو سال کا زمانہ ہے ان کا، پہلے کا۔</w:t>
      </w:r>
    </w:p>
    <w:p>
      <w:r>
        <w:rPr>
          <w:b/>
        </w:rPr>
        <w:t xml:space="preserve">[18:39] </w:t>
      </w:r>
      <w:r>
        <w:t>apni kitaab mein unhon ne bohat si achi baatein kahi theen. is mein aik yeh tha, yahan hukoomat se muraad hai British government. hukoomat ne azadiyan tum ko di hain, taraqqi ki raahein sarasar khuli hain.</w:t>
      </w:r>
    </w:p>
    <w:p>
      <w:pPr>
        <w:jc w:val="right"/>
      </w:pPr>
      <w:r>
        <w:t>اپنی کتاب میں انہوں نے بہت سی اچھی باتیں کہی تھیں۔ اس میں ایک یہ تھا، یہاں حکومت سے مراد ہے برٹش گورنمنٹ۔ حکومت نے آزادیاں تم کو دی ہیں، ترقی کی راہیں سراسر کھلی ہیں۔</w:t>
      </w:r>
    </w:p>
    <w:p>
      <w:r>
        <w:rPr>
          <w:b/>
        </w:rPr>
        <w:t xml:space="preserve">[18:52] </w:t>
      </w:r>
      <w:r>
        <w:t>yani British period mein main bhi paida hua hoon, isi mein maine dekha woh zamana. aap ko education ki azadi, aap ko business ki azadi, aap ko job ki azadi, aap ko dawat ki azadi.</w:t>
      </w:r>
    </w:p>
    <w:p>
      <w:pPr>
        <w:jc w:val="right"/>
      </w:pPr>
      <w:r>
        <w:t>یعنی برٹش پیریڈ میں میں بھی پیدا ہوا ہوں، اسی میں میں نے دیکھا وہ زمانہ۔ آپ کو ایجوکیشن کی آزادی، آپ کو بزنس کی آزادی، آپ کو جاب کی آزادی، آپ کو دعوت کی آزادی۔</w:t>
      </w:r>
    </w:p>
    <w:p>
      <w:r>
        <w:rPr>
          <w:b/>
        </w:rPr>
        <w:t xml:space="preserve">[19:04] </w:t>
      </w:r>
      <w:r>
        <w:t>yani koi bhi aisi cheez nahi jis ki azadi na ho, siwaye is ke ke aap violence karein to us ki azadi nahi rahay gi. except violence in every aspect, you are free.</w:t>
      </w:r>
    </w:p>
    <w:p>
      <w:pPr>
        <w:jc w:val="right"/>
      </w:pPr>
      <w:r>
        <w:t>یعنی کوئی بھی ایسی چیز نہیں جس کی آزادی نہ ہو، سوائے اس کے کہ آپ وائیلنس کریں تو اس کی آزادی نہیں رہے گی۔ ایکسیپٹ وائیلنس ان ایوری ایسپیکٹ، یو آر فری۔</w:t>
      </w:r>
    </w:p>
    <w:p>
      <w:r>
        <w:rPr>
          <w:b/>
        </w:rPr>
        <w:t xml:space="preserve">[19:19] </w:t>
      </w:r>
      <w:r>
        <w:t>lekin Haali Haali ko kaha gaya ke Haali hi jo hai, government ka patto hai, government is ka zar-khez molvi hai. keh kar un ki baat ko nahi maana gaya.</w:t>
      </w:r>
    </w:p>
    <w:p>
      <w:pPr>
        <w:jc w:val="right"/>
      </w:pPr>
      <w:r>
        <w:t>لیکن حال حال ہی کو کہا گیا کہ حال ہی جو ہے، گورنمنٹ کا پٹو ہے، گورنمنٹ اس کا زرخیز مولوی ہے۔ کہہ کر ان کی بات کو نہیں مانا گیا۔</w:t>
      </w:r>
    </w:p>
    <w:p>
      <w:r>
        <w:rPr>
          <w:b/>
        </w:rPr>
        <w:t xml:space="preserve">[19:30] </w:t>
      </w:r>
      <w:r>
        <w:t>to musalmanon ki jo backwardness jo hai, yeh chalta hai wahan se dedh so saal se. yeh jo opportunity laaye thay Britishers, us se unhon ne faida nahi uthaya, us se larnay lagay khali.</w:t>
      </w:r>
    </w:p>
    <w:p>
      <w:pPr>
        <w:jc w:val="right"/>
      </w:pPr>
      <w:r>
        <w:t>تو مسلمانوں کی جو بیک ورڈنس جو ہے، یہ چلتا ہے وہاں سے ڈیڑھ سو سال سے۔ یہ جو اپرچونیٹی لائے تھے برٹشرز، اس سے انہوں نے فائدہ نہیں اٹھایا، اس سے لڑنے لگے خالی۔</w:t>
      </w:r>
    </w:p>
    <w:p>
      <w:r>
        <w:rPr>
          <w:b/>
        </w:rPr>
        <w:t xml:space="preserve">[19:45] </w:t>
      </w:r>
      <w:r>
        <w:t>woh laaye thay modern age Britishers se, to modern age laaye thay woh. woh science laaye thay, woh modern education laaye thay, modern opportunity laaye thay.</w:t>
      </w:r>
    </w:p>
    <w:p>
      <w:pPr>
        <w:jc w:val="right"/>
      </w:pPr>
      <w:r>
        <w:t>وہ لائے تھے ماڈرن ایج برٹشرز سے، تو ماڈرن ایج لائے تھے وہ۔ وہ سائنس لائے تھے، وہ ماڈرن ایجوکیشن لائے تھے، ماڈرن اپرچونیٹی لائے تھے۔</w:t>
      </w:r>
    </w:p>
    <w:p>
      <w:r>
        <w:rPr>
          <w:b/>
        </w:rPr>
        <w:t xml:space="preserve">[19:59] </w:t>
      </w:r>
      <w:r>
        <w:t>lekin is ko avail nahi kiya musalmanon ne, sirf laraai, laraai, laraai, laraai. to bohat se log is se maare gaye. musalman likhtay hain apni kitabon mein ke taraf shaheed hue, main kehta hoon shaheed nahi hue, apnay ko marwaya unhon ne khwah makhwah.</w:t>
      </w:r>
    </w:p>
    <w:p>
      <w:pPr>
        <w:jc w:val="right"/>
      </w:pPr>
      <w:r>
        <w:t>لیکن اس کو اویل نہیں کیا مسلمانوں نے، صرف لڑائی، لڑائی، لڑائی، لڑائی۔ تو بہت سے لوگ اس سے مارے گئے۔ مسلمان لکھتے ہیں اپنی کتابوں میں کہ طرف شہید ہوئے، میں کہتا ہوں شہید نہیں ہوئے، اپنے کو مروایا انہوں نے خواہ مخواہ۔</w:t>
      </w:r>
    </w:p>
    <w:p>
      <w:r>
        <w:rPr>
          <w:b/>
        </w:rPr>
        <w:t xml:space="preserve">[20:15] </w:t>
      </w:r>
      <w:r>
        <w:t>Maulana Altaf Hussain Haali ne jo baat kahi thi, us ko suna nahi kisi ne, balkay mazaaq uraya. aap ko main aik qissa batata hoon ke Maulana Altaf Hussain Haali ne Sir Syed ki life likhi thi.</w:t>
      </w:r>
    </w:p>
    <w:p>
      <w:pPr>
        <w:jc w:val="right"/>
      </w:pPr>
      <w:r>
        <w:t>مولانا الطاف حسین حالی نے جو بات کہی تھی، اس کو سنا نہیں کسی نے، بلکہ مذاق اڑایا۔ آپ کو میں ایک قصہ بتاتا ہوں کہ مولانا الطاف حسین حالی نے سر سید کی لائف لکھی تھی۔</w:t>
      </w:r>
    </w:p>
    <w:p>
      <w:r>
        <w:rPr>
          <w:b/>
        </w:rPr>
        <w:t xml:space="preserve">[20:31] </w:t>
      </w:r>
      <w:r>
        <w:t>life to us zamanay mein Sir Syed ko hi bohat bara samajhtay thay, log bohat bara. to aik thay Akbar Allahabadi,</w:t>
      </w:r>
    </w:p>
    <w:p>
      <w:pPr>
        <w:jc w:val="right"/>
      </w:pPr>
      <w:r>
        <w:t>لائف تو اس زمانے میں سر سید کو ہی بہت بڑا سمجھتے تھے، لوگ بہت بڑا۔ تو ایک تھے اکبر الہ آبادی،</w:t>
      </w:r>
    </w:p>
    <w:p>
      <w:r>
        <w:rPr>
          <w:b/>
        </w:rPr>
        <w:t xml:space="preserve">[20:43] </w:t>
      </w:r>
      <w:r>
        <w:t>to unhon ne Maulana Altaf Hussain Haali ke baray mein yeh likha tha: "Syed ki dastaan ko Haali se poochay, Ghazi Mian ka haal Daffali se poochay." yani kis qadar ziyada bekhabar thay log haqiqaton se ke Britishers laaye thay modern opportunities, woh samajhtay hain ke woh hamara dushman hai aur hum ko khatam karna chahta hai.</w:t>
      </w:r>
    </w:p>
    <w:p>
      <w:pPr>
        <w:jc w:val="right"/>
      </w:pPr>
      <w:r>
        <w:t>تو انہوں نے مولانا الطاف حسین حالی کے بارے میں یہ لکھا تھا: "سید کی داستان کو حالی سے پوچھے، غازی میاں کا حال ڈفالی سے پوچھے۔" یعنی کس قدر زیادہ بے خبر تھے لوگ حقیقتوں سے کہ برٹشز لائے تھے ماڈرن اپرچونیٹیز، وہ سمجھتے ہیں کہ وہ ہمارا دشمن ہے اور ہم کو ختم کرنا چاہتا ہے۔</w:t>
      </w:r>
    </w:p>
    <w:p>
      <w:r>
        <w:rPr>
          <w:b/>
        </w:rPr>
        <w:t xml:space="preserve">[21:09] </w:t>
      </w:r>
      <w:r>
        <w:t>aisay hi dekhiye, 1948 mein Arab world mein Israel qaaim hua, Balfour Declaration ke tehat.</w:t>
      </w:r>
    </w:p>
    <w:p>
      <w:pPr>
        <w:jc w:val="right"/>
      </w:pPr>
      <w:r>
        <w:t>ایسے ہی دیکھیے، 1948 میں عرب ورلڈ میں اسرائیل قائم ہوا، بالفور ورٹک کے تحت۔</w:t>
      </w:r>
    </w:p>
    <w:p>
      <w:r>
        <w:rPr>
          <w:b/>
        </w:rPr>
        <w:t xml:space="preserve">[21:19] </w:t>
      </w:r>
      <w:r>
        <w:t>mere nazdeek Balfour Declaration bilkul sahi tha, us mein koi ghalati nahi thi aur Quran ke mutabiq bhi tha. lekin saaray Arab world ka dushman ban gaya, maro un ko, nikalo un ko, un ko samandar mein dhak kar lo.</w:t>
      </w:r>
    </w:p>
    <w:p>
      <w:pPr>
        <w:jc w:val="right"/>
      </w:pPr>
      <w:r>
        <w:t>میرے نزدیک بالفور ورٹک بالکل صحیح تھا، اس میں کوئی غلطی نہیں تھی اور قرآن کے مطابق بھی تھا۔ لیکن سارے عرب ورلڈ کا دشمن بن گیا، مارو ان کو، نکالو ان کو، ان کو سمندر میں ڈھک کر لو۔</w:t>
      </w:r>
    </w:p>
    <w:p>
      <w:r>
        <w:rPr>
          <w:b/>
        </w:rPr>
        <w:t xml:space="preserve">[21:34] </w:t>
      </w:r>
      <w:r>
        <w:t>us waqt aik aalim tha, sirf Arab, aik Arab aalim, us ne kaha ke tum jeet nahi pao gay, tumhari tabaahi mein aur izafa ho jaye ga.</w:t>
      </w:r>
    </w:p>
    <w:p>
      <w:pPr>
        <w:jc w:val="right"/>
      </w:pPr>
      <w:r>
        <w:t>اس وقت ایک عالم تھا، صرف عرب، ایک عرب عالم، اس نے کہا کہ تم جیت نہیں پاؤ گے، تمہاری تباہی میں اور اضافہ ہو جائے گا۔</w:t>
      </w:r>
    </w:p>
    <w:p>
      <w:r>
        <w:rPr>
          <w:b/>
        </w:rPr>
        <w:t xml:space="preserve">[21:43] </w:t>
      </w:r>
      <w:r>
        <w:t>accept karo Israel ke qaayam ko, accept karo. magar sab ne kaha ke ghaddar hai, yeh ghaddar hai,</w:t>
      </w:r>
    </w:p>
    <w:p>
      <w:pPr>
        <w:jc w:val="right"/>
      </w:pPr>
      <w:r>
        <w:t>ایکسیپٹ کرو اسرائیل کے قیام کو، ایکسیپٹ کرو۔ مگر سب نے کہا کہ غدار ہے، یہ غدار ہے،</w:t>
      </w:r>
    </w:p>
    <w:p>
      <w:r>
        <w:rPr>
          <w:b/>
        </w:rPr>
        <w:t xml:space="preserve">[21:52] </w:t>
      </w:r>
      <w:r>
        <w:t>woh bechara mar gaya. yeh shair parhtay huay ke sajalam qawmi sajalam qawmi andani la ghish wa ma istataala lafz yani meri qaum jaan legi ke meri qaum se ghaddari nahi ki hai.</w:t>
      </w:r>
    </w:p>
    <w:p>
      <w:pPr>
        <w:jc w:val="right"/>
      </w:pPr>
      <w:r>
        <w:t>وہ بیچارہ مر گیا۔ یہ شعر پڑھتے ہوئے کہ سجالم قومی سجالم قومی اندنی لا غش وما استطال لفظ یعنی میری قوم جان لے گی کہ میری قوم سے غداری نہیں کی ہے۔</w:t>
      </w:r>
    </w:p>
    <w:p>
      <w:r>
        <w:rPr>
          <w:b/>
        </w:rPr>
        <w:t xml:space="preserve">[22:19] </w:t>
      </w:r>
      <w:r>
        <w:t>raat kitni lambi ho, aakhir kaar to subah ho kar rahay gi.</w:t>
      </w:r>
    </w:p>
    <w:p>
      <w:pPr>
        <w:jc w:val="right"/>
      </w:pPr>
      <w:r>
        <w:t>رات کتنی لمبی ہو، آخر کار تو صبح ہو کر رہے گی۔</w:t>
      </w:r>
    </w:p>
    <w:p>
      <w:r>
        <w:rPr>
          <w:b/>
        </w:rPr>
        <w:t xml:space="preserve">[22:23] </w:t>
      </w:r>
      <w:r>
        <w:t>aik poora daur guzra hai, yeh jo French aaye, Afirqi mulkon mein, Britishers aaye, Ashiai mulkon mein, Israel aaya, Palestine mein.</w:t>
      </w:r>
    </w:p>
    <w:p>
      <w:pPr>
        <w:jc w:val="right"/>
      </w:pPr>
      <w:r>
        <w:t>ایک پورا دور گزرا ہے، یہ جو فرینچ آئے، افریقی ملکوں میں، برٹشز آئے، ایشیائی ملکوں میں، اسرائیل آیا، فلسطین میں۔</w:t>
      </w:r>
    </w:p>
    <w:p>
      <w:r>
        <w:rPr>
          <w:b/>
        </w:rPr>
        <w:t xml:space="preserve">[22:36] </w:t>
      </w:r>
      <w:r>
        <w:t>to aik shair thay, Arab shair, un ka shair is tarah goonja, har aadmi us shair ko parhta tha: Hata salāḥ ad-dīn thanī tanfīnā jiddī ḥattayn wa shaf ḥattayn</w:t>
      </w:r>
    </w:p>
    <w:p>
      <w:pPr>
        <w:jc w:val="right"/>
      </w:pPr>
      <w:r>
        <w:t>تو ایک شاعر تھے، عرب شاعر، ان کا شعر اس طرح گونجا، ہر آدمی اس شعر کو پڑھتا تھا: حات صلاح الدین ثانی تنفینا جددی حتین اور شف حتینا</w:t>
      </w:r>
    </w:p>
    <w:p>
      <w:r>
        <w:rPr>
          <w:b/>
        </w:rPr>
        <w:t xml:space="preserve">[22:50] </w:t>
      </w:r>
      <w:r>
        <w:t>phir se hamein lao, phir salahuddin ko, aur phir se jang ke maidan garam karo. hamare india ke maulana ali miyan the, woh gaye sham, wahan salahuddin ayubi ki qabr hai, to unhon ne taqreer ki.</w:t>
      </w:r>
    </w:p>
    <w:p>
      <w:pPr>
        <w:jc w:val="right"/>
      </w:pPr>
      <w:r>
        <w:t>پھر سے ہمیں لاؤ، پھر صلاح الدین کو، اور پھر سے جنگ کے میدان گرم کرو۔ ہمارے انڈیا کے مولانا علی میاں تھے، وہ گئے شام، وہاں صلاح الدین ایوبی کی قبر ہے، تو انہوں نے تقریر کی۔</w:t>
      </w:r>
    </w:p>
    <w:p>
      <w:r>
        <w:rPr>
          <w:b/>
        </w:rPr>
        <w:t xml:space="preserve">[23:08] </w:t>
      </w:r>
      <w:r>
        <w:t>unhon ne kaha ke hamein salahuddin ayubi ki talwar ki zaroorat hai. yeh kis qadar be khabar the yeh log, yaani mor din blind the yeh log. yaani zamana keh raha tha ke azadi</w:t>
      </w:r>
    </w:p>
    <w:p>
      <w:pPr>
        <w:jc w:val="right"/>
      </w:pPr>
      <w:r>
        <w:t>انہوں نے کہا کہ ہمیں صلاح الدین ایوبی کی تلوار کی ضرورت ہے۔ یہ کس قدر بے خبر تھے یہ لوگ، یعنی مور دین بلائنڈ تھے یہ لوگ۔ یعنی زمانہ کہہ رہا تھا کہ آزادی</w:t>
      </w:r>
    </w:p>
    <w:p>
      <w:r>
        <w:rPr>
          <w:b/>
        </w:rPr>
        <w:t xml:space="preserve">[23:19] </w:t>
      </w:r>
      <w:r>
        <w:t>aa gayi duniya mein, khoob da'wati kaam karo, khoob Allah ka paigham phailao. age of islam aa gaya, ab in ko talwar chahiye taake mare logon ko.</w:t>
      </w:r>
    </w:p>
    <w:p>
      <w:pPr>
        <w:jc w:val="right"/>
      </w:pPr>
      <w:r>
        <w:t>آ گئی دنیا میں، خوب دعوتی کام کرو، خوب اللہ کا پیغام پھیلاؤ۔ ایج آف اسلام آ گیا، اب ان کو تلوار چاہیے تاکہ مارے لوگوں کو۔</w:t>
      </w:r>
    </w:p>
    <w:p>
      <w:r>
        <w:rPr>
          <w:b/>
        </w:rPr>
        <w:t xml:space="preserve">[23:34] </w:t>
      </w:r>
      <w:r>
        <w:t>isi india ke baad qissa batata hoon aap ko.</w:t>
      </w:r>
    </w:p>
    <w:p>
      <w:pPr>
        <w:jc w:val="right"/>
      </w:pPr>
      <w:r>
        <w:t>اسی انڈیا کے بعد قصہ بتاتا ہوں آپ کو۔</w:t>
      </w:r>
    </w:p>
    <w:p>
      <w:r>
        <w:rPr>
          <w:b/>
        </w:rPr>
        <w:t xml:space="preserve">[23:42] </w:t>
      </w:r>
      <w:r>
        <w:t>india mein aap jante hain ke bohat bara idara hai, darul uloom deoband, jo dedh so saal qaim hai.</w:t>
      </w:r>
    </w:p>
    <w:p>
      <w:pPr>
        <w:jc w:val="right"/>
      </w:pPr>
      <w:r>
        <w:t>انڈیا میں آپ جانتے ہیں کہ بہت بڑا ادارہ ہے، دارالعلوم دیوبند، جو ڈیڑھ سو سال قائم ہے۔</w:t>
      </w:r>
    </w:p>
    <w:p>
      <w:r>
        <w:rPr>
          <w:b/>
        </w:rPr>
        <w:t xml:space="preserve">[23:49] </w:t>
      </w:r>
      <w:r>
        <w:t>to 1911 mein, 2011 mein, wahan ek muhtamim banaye gaye, maulana ghulam muhammad wistani, yeh gujrati the,</w:t>
      </w:r>
    </w:p>
    <w:p>
      <w:pPr>
        <w:jc w:val="right"/>
      </w:pPr>
      <w:r>
        <w:t>تو 1911 میں، 2011 میں، وہاں ایک محتمم بنائے گئے، مولانا غلام محمد وستانی، یہ گجراتی تھے،</w:t>
      </w:r>
    </w:p>
    <w:p>
      <w:r>
        <w:rPr>
          <w:b/>
        </w:rPr>
        <w:t xml:space="preserve">[24:03] </w:t>
      </w:r>
      <w:r>
        <w:t>bohat bare aalim the aur kai madrase chala rahe the. woh bohat ta'meeri kaam kar rahe the, un ko muhtamim banaya gaya. to us waqt gujrat ke right ko aath saal beet chuke the,</w:t>
      </w:r>
    </w:p>
    <w:p>
      <w:pPr>
        <w:jc w:val="right"/>
      </w:pPr>
      <w:r>
        <w:t>بہت بڑے عالم تھے اور کئی مدرسے چلا رہے تھے۔ وہ بہت تعمیری کام کر رہے تھے، ان کو محتمم بنایا گیا۔ تو اس وقت گجرات کے رائٹ کو آٹھ سال بیت چکے تھے،</w:t>
      </w:r>
    </w:p>
    <w:p>
      <w:r>
        <w:rPr>
          <w:b/>
        </w:rPr>
        <w:t xml:space="preserve">[24:17] </w:t>
      </w:r>
      <w:r>
        <w:t>ab das saal beet chuke hain.</w:t>
      </w:r>
    </w:p>
    <w:p>
      <w:pPr>
        <w:jc w:val="right"/>
      </w:pPr>
      <w:r>
        <w:t>اب دس سال بیت چکے ہیں۔</w:t>
      </w:r>
    </w:p>
    <w:p>
      <w:r>
        <w:rPr>
          <w:b/>
        </w:rPr>
        <w:t xml:space="preserve">[24:21] </w:t>
      </w:r>
      <w:r>
        <w:t>to unhon ne keh diya, muhtamim banne ke baad, ke gujrat mein musalman bhi taraqqi kar rahe hain. koi asi woh jo aath saal pehle jo waqea hua, isi ke liye ke baithe hain aap, aap ja ke dekhen ke musalman khoob taraqqi kar rahe hain.</w:t>
      </w:r>
    </w:p>
    <w:p>
      <w:pPr>
        <w:jc w:val="right"/>
      </w:pPr>
      <w:r>
        <w:t>تو انہوں نے کہہ دیا، محتمم بننے کے بعد، کہ گجرات میں مسلمان بھی ترقی کر رہے ہیں۔ کوئی اسی وہ جو آٹھ سال پہلے جو واقعہ ہوا، اسی کے لیے کہ بیٹھے ہیں آپ، آپ جا کے دیکھیں کہ مسلمان خوب ترقی کر رہے ہیں۔</w:t>
      </w:r>
    </w:p>
    <w:p>
      <w:r>
        <w:rPr>
          <w:b/>
        </w:rPr>
        <w:t xml:space="preserve">[24:38] </w:t>
      </w:r>
      <w:r>
        <w:t>yaani is ko itna zyada le ke uchhala gaya, uchhala gaya ke un ko majboor kiya gaya ke woh deoband chhod ke chale jayen.</w:t>
      </w:r>
    </w:p>
    <w:p>
      <w:pPr>
        <w:jc w:val="right"/>
      </w:pPr>
      <w:r>
        <w:t>یعنی اس کو اتنا زیادہ لے کے اچھالا گیا، اچھالا گیا کہ ان کو مجبور کیا گیا کہ وہ دیوبند چھوڑ کے چلے جائیں۔</w:t>
      </w:r>
    </w:p>
    <w:p>
      <w:r>
        <w:rPr>
          <w:b/>
        </w:rPr>
        <w:t xml:space="preserve">[24:48] </w:t>
      </w:r>
      <w:r>
        <w:t>agar</w:t>
      </w:r>
    </w:p>
    <w:p>
      <w:pPr>
        <w:jc w:val="right"/>
      </w:pPr>
      <w:r>
        <w:t>اگر</w:t>
      </w:r>
    </w:p>
    <w:p>
      <w:r>
        <w:rPr>
          <w:b/>
        </w:rPr>
        <w:t xml:space="preserve">[24:49] </w:t>
      </w:r>
      <w:r>
        <w:t>aaj maulana ustani ki baat maani jati thi to aaj jo musalmanon ki halat hai, yeh saare musalman mayusi mein jee rahe hain. haan, ab kya hoga? aaj ab kya hoga?</w:t>
      </w:r>
    </w:p>
    <w:p>
      <w:pPr>
        <w:jc w:val="right"/>
      </w:pPr>
      <w:r>
        <w:t>آج مولانا استانی کی بات مانی جاتی تھی تو آج جو مسلمانوں کی حالت ہے، یہ سارے مسلمان مایوسی میں جی رہے ہیں۔ ہاں، اب کیا ہوگا؟ آج اب کیا ہوگا؟</w:t>
      </w:r>
    </w:p>
    <w:p>
      <w:r>
        <w:rPr>
          <w:b/>
        </w:rPr>
        <w:t xml:space="preserve">[24:59] </w:t>
      </w:r>
      <w:r>
        <w:t>woh na hota.</w:t>
      </w:r>
    </w:p>
    <w:p>
      <w:pPr>
        <w:jc w:val="right"/>
      </w:pPr>
      <w:r>
        <w:t>وہ نہ ہوتا۔</w:t>
      </w:r>
    </w:p>
    <w:p>
      <w:r>
        <w:rPr>
          <w:b/>
        </w:rPr>
        <w:t xml:space="preserve">[25:04] </w:t>
      </w:r>
      <w:r>
        <w:t>maulana ghulam muhammad wistani isi deoband ke pade hue hain, jis deoband mein un ko muhtamim banaya gaya tha. ab woh gujrat hi ke hain, surat mein un ka jae paidaish hai,</w:t>
      </w:r>
    </w:p>
    <w:p>
      <w:pPr>
        <w:jc w:val="right"/>
      </w:pPr>
      <w:r>
        <w:t>مولانا غلام محمد وستانی اسی دیوبند کے پڑے ہوئے ہیں، جس دیوبند میں ان کو محتمم بنایا گیا تھا۔ اب وہ گجرات ہی کے ہیں، سورت میں ان کا جائے پیدائش ہے،</w:t>
      </w:r>
    </w:p>
    <w:p>
      <w:r>
        <w:rPr>
          <w:b/>
        </w:rPr>
        <w:t xml:space="preserve">[25:17] </w:t>
      </w:r>
      <w:r>
        <w:t>wohan bohat acha hai, woh kaam kar rahe hain. aur barah e raast taur par gujrat ko jante the, woh barah e raast taur par.</w:t>
      </w:r>
    </w:p>
    <w:p>
      <w:pPr>
        <w:jc w:val="right"/>
      </w:pPr>
      <w:r>
        <w:t>وہاں بہت اچھا ہے، وہ کام کر رہے ہیں۔ اور براہ راست طور پر گجرات کو جانتے تھے، وہ براہ راست طور پر۔</w:t>
      </w:r>
    </w:p>
    <w:p>
      <w:r>
        <w:rPr>
          <w:b/>
        </w:rPr>
        <w:t xml:space="preserve">[25:26] </w:t>
      </w:r>
      <w:r>
        <w:t>to unhon ne kaha ke main janta hoon ke gujrat mein musalman taraqqi kar rahe hain. kuch right waghera jo hue the, woh bohat purani baat hai, us ko chhodo. ab wahan par taleem ke mawaqe hain, business ke mawaqe hain, saari azadiyan mili hui hain, sab kuch.</w:t>
      </w:r>
    </w:p>
    <w:p>
      <w:pPr>
        <w:jc w:val="right"/>
      </w:pPr>
      <w:r>
        <w:t>تو انہوں نے کہا کہ میں جانتا ہوں کہ گجرات میں مسلمان ترقی کر رہے ہیں۔ کچھ رائٹ وغیرہ جو ہوئے تھے، وہ بہت پرانی بات ہے، اس کو چھوڑو۔ اب وہاں پر تعلیم کے مواقع ہیں، بزنس کے مواقع ہیں، سارے آزادیاں ملی ہوئی ہیں، سب کچھ۔</w:t>
      </w:r>
    </w:p>
    <w:p>
      <w:r>
        <w:rPr>
          <w:b/>
        </w:rPr>
        <w:t xml:space="preserve">[25:43] </w:t>
      </w:r>
      <w:r>
        <w:t>jaise koi description, unhon ne kaha tha ke koi description nahi, aur sahi kaha tha unhon ne. main bhi do baar gujrat gaya hoon, main ne paya hai ke wahan musalman ko yeh yeh bahar ke outsiders sara hungama karte hain.</w:t>
      </w:r>
    </w:p>
    <w:p>
      <w:pPr>
        <w:jc w:val="right"/>
      </w:pPr>
      <w:r>
        <w:t>جیسے کوئی ڈسکرپشن، انہوں نے کہا تھا کہ کوئی ڈسکرپشن نہیں، اور صحیح کہا تھا انہوں نے۔ میں بھی دو بار گجرات گیا ہوں، میں نے پایا ہے کہ وہاں مسلمان کو یہ یہ باہر کے آؤٹ سائیڈرز سارا ہنگامہ کرتے ہیں۔</w:t>
      </w:r>
    </w:p>
    <w:p>
      <w:r>
        <w:rPr>
          <w:b/>
        </w:rPr>
        <w:t xml:space="preserve">[25:59] </w:t>
      </w:r>
      <w:r>
        <w:t>bahar ke log ja kar wahan bayanat dete hain.</w:t>
      </w:r>
    </w:p>
    <w:p>
      <w:pPr>
        <w:jc w:val="right"/>
      </w:pPr>
      <w:r>
        <w:t>باہر کے لوگ جا کر وہاں بیانات دیتے ہیں۔</w:t>
      </w:r>
    </w:p>
    <w:p>
      <w:r>
        <w:rPr>
          <w:b/>
        </w:rPr>
        <w:t xml:space="preserve">[26:03] </w:t>
      </w:r>
      <w:r>
        <w:t>khud gujrat ke musalmanon se aap miliye, aap to woh achi tarah reh rahe hain wahan par. yeh mujrim hain, mujrim bhi hain, outsiders jo wahan ja kar ke taqreeren karte hain, fiery taqreeren.</w:t>
      </w:r>
    </w:p>
    <w:p>
      <w:pPr>
        <w:jc w:val="right"/>
      </w:pPr>
      <w:r>
        <w:t>خود گجرات کے مسلمانوں سے آپ ملیے، آپ تو وہ اچھی طرح رہ رہے ہیں وہاں پر۔ یہ مجرم ہیں، مجرم بھی ہیں، آؤٹ سائیڈرز جو وہاں جا کر کے تقریریں کرتے ہیں، فائری تقریریں۔</w:t>
      </w:r>
    </w:p>
    <w:p>
      <w:r>
        <w:rPr>
          <w:b/>
        </w:rPr>
        <w:t xml:space="preserve">[26:15] </w:t>
      </w:r>
      <w:r>
        <w:t>bahar ke, bahar yaani outsider criblence hain jinhon ne saare masle paida kar diye hain. outsider criblence gujrat ka koi masla nahi hai, outsider ka masla hai.</w:t>
      </w:r>
    </w:p>
    <w:p>
      <w:pPr>
        <w:jc w:val="right"/>
      </w:pPr>
      <w:r>
        <w:t>آؤٹ سائیڈ، آؤٹ یعنی آؤٹ سائیڈر کریبلنس ہیں جنہوں نے سارے مسئلے پیدا کر دیے ہیں۔ آؤٹ سائیڈر کریبلنس گجرات کا کوئی مسئلہ نہیں ہے، آؤٹ سائیڈر کا مسئلہ ہے۔</w:t>
      </w:r>
    </w:p>
    <w:p>
      <w:r>
        <w:rPr>
          <w:b/>
        </w:rPr>
        <w:t xml:space="preserve">[26:29] </w:t>
      </w:r>
      <w:r>
        <w:t>jo gujrat ke bahar jo parche nikalte hain, gujrat ke bahar jo magazine nikalte hain, gujrat ke bahar jo log taqreeren karte hain, unhon ne masla paida kar rakha hai.</w:t>
      </w:r>
    </w:p>
    <w:p>
      <w:pPr>
        <w:jc w:val="right"/>
      </w:pPr>
      <w:r>
        <w:t>جو گجرات کے باہر جو پرچے نکلتے ہیں، گجرات کے باہر جو میگزین نکلتے ہیں، گجرات کے باہر جو لوگ تقریریں کرتے ہیں، انہوں نے مسئلہ پیدا کر رکھا ہے۔</w:t>
      </w:r>
    </w:p>
    <w:p>
      <w:r>
        <w:rPr>
          <w:b/>
        </w:rPr>
        <w:t xml:space="preserve">[26:38] </w:t>
      </w:r>
      <w:r>
        <w:t>koi gujrat mein koi masla nahi hai,</w:t>
      </w:r>
    </w:p>
    <w:p>
      <w:pPr>
        <w:jc w:val="right"/>
      </w:pPr>
      <w:r>
        <w:t>کوئی گجرات میں کوئی مسئلہ نہیں ہے،</w:t>
      </w:r>
    </w:p>
    <w:p>
      <w:r>
        <w:rPr>
          <w:b/>
        </w:rPr>
        <w:t xml:space="preserve">[26:42] </w:t>
      </w:r>
      <w:r>
        <w:t>saara masla outsiders ne paida kiya hai. lekin jis jo sachai ki baat kehta hai, usi ke peeche pad jate</w:t>
      </w:r>
    </w:p>
    <w:p>
      <w:pPr>
        <w:jc w:val="right"/>
      </w:pPr>
      <w:r>
        <w:t>سارا مسئلہ آؤٹ سائیڈرز نے پیدا کیا ہے۔ لیکن جس جو سچائی کی بات کہتا ہے، اسی کے پیچھے پڑ جاتے</w:t>
      </w:r>
    </w:p>
    <w:p>
      <w:r>
        <w:rPr>
          <w:b/>
        </w:rPr>
        <w:t xml:space="preserve">[26:52] </w:t>
      </w:r>
      <w:r>
        <w:t>hain. maulana ghulam muhammad wistani ne sachai ki baat kahi to un ko deoband se nikalne par majboor kiya. main khud apne bare mein kehta hoon, kamra rights ke bare mein main ne justice ki baat kahi, mere khilaf ho gaye.</w:t>
      </w:r>
    </w:p>
    <w:p>
      <w:pPr>
        <w:jc w:val="right"/>
      </w:pPr>
      <w:r>
        <w:t>ہیں۔ مولانا غلام محمد وستانی نے سچائی کی بات کہی تو ان کو دیوبند سے نکلنے پر مجبور کیا۔ میں خود اپنے بارے میں کہتا ہوں، کمرہ رائٹس کے بارے میں میں نے جسٹس کی بات کہی، میرے خلاف ہو گئے۔</w:t>
      </w:r>
    </w:p>
    <w:p>
      <w:r>
        <w:rPr>
          <w:b/>
        </w:rPr>
        <w:t xml:space="preserve">[27:09] </w:t>
      </w:r>
      <w:r>
        <w:t>babri masjid ke bare mein main ne justice ki baat kahi, mere khilaf ho gaye. aur sari duniya mein mujh ko badnam kiya. main jahan jata tha, europe mein, america mein, arab mein, har jagah</w:t>
      </w:r>
    </w:p>
    <w:p>
      <w:pPr>
        <w:jc w:val="right"/>
      </w:pPr>
      <w:r>
        <w:t>بابری مسجد کے بارے میں میں نے جسٹس کی بات کہی، میرے خلاف ہو گئے۔ اور ساری دنیا میں مجھ کو بدنام کیا۔ میں جہاں جاتا تھا، یورپ میں، امریکہ میں، عرب میں، ہر جگہ</w:t>
      </w:r>
    </w:p>
    <w:p>
      <w:r>
        <w:rPr>
          <w:b/>
        </w:rPr>
        <w:t xml:space="preserve">[27:22] </w:t>
      </w:r>
      <w:r>
        <w:t>keh aap aise hain, aap waise hain.</w:t>
      </w:r>
    </w:p>
    <w:p>
      <w:pPr>
        <w:jc w:val="right"/>
      </w:pPr>
      <w:r>
        <w:t>کہ آپ ایسے ہیں، آپ ویسے ہیں۔</w:t>
      </w:r>
    </w:p>
    <w:p>
      <w:r>
        <w:rPr>
          <w:b/>
        </w:rPr>
        <w:t xml:space="preserve">[27:27] </w:t>
      </w:r>
      <w:r>
        <w:t>to mujhe yaad aata hai keh azaadi se pehle hi se yeh log sargaram thay, azaadi ke baad bhi sargaram rahay. Main ne poora daur dekha hai, main azaadi se pehle paida hua, azaadi ke baad ka daur poora mere saamne hai.</w:t>
      </w:r>
    </w:p>
    <w:p>
      <w:pPr>
        <w:jc w:val="right"/>
      </w:pPr>
      <w:r>
        <w:t>تو مجھے یاد آتا ہے کہ آزادی سے پہلے ہی سے یہ لوگ سرگرم تھے، آزادی کے بعد بھی سرگرم رہے۔ میں نے پورا دور دیکھا ہے، میں آزادی سے پہلے پیدا ہوا، آزادی کے بعد کا دور پورا میرے سامنے ہے۔</w:t>
      </w:r>
    </w:p>
    <w:p>
      <w:r>
        <w:rPr>
          <w:b/>
        </w:rPr>
        <w:t xml:space="preserve">[27:44] </w:t>
      </w:r>
      <w:r>
        <w:t>1947 ke baad aik hi obsession tha saaray musalmanon ka, mujh ko chhod kar ke</w:t>
      </w:r>
    </w:p>
    <w:p>
      <w:pPr>
        <w:jc w:val="right"/>
      </w:pPr>
      <w:r>
        <w:t>1947 کے بعد ایک ہی آپسیشن تھا سارے مسلمانوں کا، مجھ کو چھوڑ کر کے</w:t>
      </w:r>
    </w:p>
    <w:p>
      <w:r>
        <w:rPr>
          <w:b/>
        </w:rPr>
        <w:t xml:space="preserve">[27:50] </w:t>
      </w:r>
      <w:r>
        <w:t>۔ Main Allah ke fazal se bacha hua hoon, pehle bhi aur aaj bhi bacha hua hoon. Aik hi obsession tha. In logon ne yeh farz kar rakha tha keh yeh jo Hindu hain, in mein kuch aisi parties hain jin ko woh kehte thay keh yeh yeh fundamentalist hain.</w:t>
      </w:r>
    </w:p>
    <w:p>
      <w:pPr>
        <w:jc w:val="right"/>
      </w:pPr>
      <w:r>
        <w:t>۔ میں اللہ کے فضل سے بچا ہوا ہوں، پہلے بھی اور آج بھی بچا ہوا ہوں۔ ایک ہی آپسیشن تھا۔ ان لوگوں نے یہ فرض کر رکھا تھا کہ یہ جو ہندو ہیں، ان میں کچھ ایسی پارٹیاں ہیں جن کو وہ کہتے تھے کہ یہ یہ فنڈامینٹلسٹ ہیں۔</w:t>
      </w:r>
    </w:p>
    <w:p>
      <w:r>
        <w:rPr>
          <w:b/>
        </w:rPr>
        <w:t xml:space="preserve">[28:07] </w:t>
      </w:r>
      <w:r>
        <w:t>In ke liye tarah tarah ke naam: Hindu fundamentalist, Hindu fundamentalist, Hindu Nazi aur Hindu extremist, Hindu Zionist.</w:t>
      </w:r>
    </w:p>
    <w:p>
      <w:pPr>
        <w:jc w:val="right"/>
      </w:pPr>
      <w:r>
        <w:t>ان کے لیے طرح طرح کے نام: ہندو فنڈامینٹلسٹ، ہندو فنڈامینٹلسٹ، ہندو نازی اور ہندو ایکسٹریمسٹ، ہندو زائنسٹ۔</w:t>
      </w:r>
    </w:p>
    <w:p>
      <w:r>
        <w:rPr>
          <w:b/>
        </w:rPr>
        <w:t xml:space="preserve">[28:16] </w:t>
      </w:r>
      <w:r>
        <w:t>Yeh sab alfaaz thay in ke.</w:t>
      </w:r>
    </w:p>
    <w:p>
      <w:pPr>
        <w:jc w:val="right"/>
      </w:pPr>
      <w:r>
        <w:t>یہ سب الفاظ تھے ان کے۔</w:t>
      </w:r>
    </w:p>
    <w:p>
      <w:r>
        <w:rPr>
          <w:b/>
        </w:rPr>
        <w:t xml:space="preserve">[28:19] </w:t>
      </w:r>
      <w:r>
        <w:t>Bas isi ko khatam karna. Saari Muslim policy 1947 ke baad kya thi? Keh Hindu jo yeh fundamentalist hain ya ya un ke alfaaz mein jo Hindu Zionist hain, un ko khatam karna.</w:t>
      </w:r>
    </w:p>
    <w:p>
      <w:pPr>
        <w:jc w:val="right"/>
      </w:pPr>
      <w:r>
        <w:t>بس اسی کو ختم کرنا۔ ساری مسلم پالیسی 1947 کے بعد کیا تھی؟ کہ ہندو جو یہ فنڈامینٹلسٹ ہیں یا یا ان کے الفاظ میں جو ہندو زائنسٹ ہیں، ان کو ختم کرنا۔</w:t>
      </w:r>
    </w:p>
    <w:p>
      <w:r>
        <w:rPr>
          <w:b/>
        </w:rPr>
        <w:t xml:space="preserve">[28:33] </w:t>
      </w:r>
      <w:r>
        <w:t>Abhi is election mein jo abhi election hua hai, is mein bhi saaray musalman aik hi woh tha keh yeh log in in power mein, in in power mein.</w:t>
      </w:r>
    </w:p>
    <w:p>
      <w:pPr>
        <w:jc w:val="right"/>
      </w:pPr>
      <w:r>
        <w:t>ابھی اس الیکشن میں جو ابھی الیکشن ہوا ہے، اس میں بھی سارے مسلمان ایک ہی وہ تھا کہ یہ لوگ ان ان پاور میں، ان ان پاور میں۔</w:t>
      </w:r>
    </w:p>
    <w:p>
      <w:r>
        <w:rPr>
          <w:b/>
        </w:rPr>
        <w:t xml:space="preserve">[28:45] </w:t>
      </w:r>
      <w:r>
        <w:t>Aur hua in ke khilaaf.</w:t>
      </w:r>
    </w:p>
    <w:p>
      <w:pPr>
        <w:jc w:val="right"/>
      </w:pPr>
      <w:r>
        <w:t>اور ہوا ان کے خلاف۔</w:t>
      </w:r>
    </w:p>
    <w:p>
      <w:r>
        <w:rPr>
          <w:b/>
        </w:rPr>
        <w:t xml:space="preserve">[28:49] </w:t>
      </w:r>
      <w:r>
        <w:t>Yaani saara verdict musalmanon ke khilaaf ho gaya. Yeh Allah ki taraf se aik paigham hai keh tum ne age ko samjha nahin, yeh tumhari policy galat thi.</w:t>
      </w:r>
    </w:p>
    <w:p>
      <w:pPr>
        <w:jc w:val="right"/>
      </w:pPr>
      <w:r>
        <w:t>یعنی سارا ورڈکٹ مسلمانوں کے خلاف ہو گیا۔ یہ اللہ کی طرف سے ایک پیغام ہے کہ تم نے ایج کو سمجھا نہیں، یہ تمہاری پالیسی غلط تھی۔</w:t>
      </w:r>
    </w:p>
    <w:p>
      <w:r>
        <w:rPr>
          <w:b/>
        </w:rPr>
        <w:t xml:space="preserve">[29:02] </w:t>
      </w:r>
      <w:r>
        <w:t>Musalmanon ko is waqt jo beet raha hai, is liye beet raha hai keh Allah ke Allah ke message ko nahin samjha unhon ne. Dekhiye, yeh daur democracy ka daur hai.</w:t>
      </w:r>
    </w:p>
    <w:p>
      <w:pPr>
        <w:jc w:val="right"/>
      </w:pPr>
      <w:r>
        <w:t>مسلمانوں کو اس وقت جو بیت رہا ہے، اس لیے بیت رہا ہے کہ اللہ کے اللہ کے میسج کو نہیں سمجھا انہوں نے۔ دیکھیے، یہ دور ڈیموکریسی کا دور ہے۔</w:t>
      </w:r>
    </w:p>
    <w:p>
      <w:r>
        <w:rPr>
          <w:b/>
        </w:rPr>
        <w:t xml:space="preserve">[29:13] </w:t>
      </w:r>
      <w:r>
        <w:t>Democracy mein na koi friend hai, na koi</w:t>
      </w:r>
    </w:p>
    <w:p>
      <w:pPr>
        <w:jc w:val="right"/>
      </w:pPr>
      <w:r>
        <w:t>ڈیموکریسی میں نہ کوئی فرینڈ ہے، نہ کوئی</w:t>
      </w:r>
    </w:p>
    <w:p>
      <w:r>
        <w:rPr>
          <w:b/>
        </w:rPr>
        <w:t xml:space="preserve">[29:16] </w:t>
      </w:r>
      <w:r>
        <w:t>dushman hai. Democracy mein har party national party hai. Yeh main bohat dinon se keh raha hoon yeh baat keh India mein jo parties hon, aap label na lagaiye in ko keh anti Muslim hai ya pro Muslim.</w:t>
      </w:r>
    </w:p>
    <w:p>
      <w:pPr>
        <w:jc w:val="right"/>
      </w:pPr>
      <w:r>
        <w:t>دشمن ہے۔ ڈیموکریسی میں ہر پارٹی نیشنل پارٹی ہے۔ یہ میں بہت دنوں سے کہہ رہا ہوں یہ بات کہ انڈیا میں جو پارٹیاں ہوں، آپ لیبل نہ لگائیے ان کو کہ اینٹی مسلم ہے یا پرو مسلم۔</w:t>
      </w:r>
    </w:p>
    <w:p>
      <w:r>
        <w:rPr>
          <w:b/>
        </w:rPr>
        <w:t xml:space="preserve">[29:30] </w:t>
      </w:r>
      <w:r>
        <w:t>Yeh label mat lagaiye, koi na na anti Muslim hai, na koi pro Muslim hai. Sab ke sab hamare hamare mulk ke log hain,</w:t>
      </w:r>
    </w:p>
    <w:p>
      <w:pPr>
        <w:jc w:val="right"/>
      </w:pPr>
      <w:r>
        <w:t>یہ لیبل مت لگائیے، کوئی نہ نہ اینٹی مسلم ہے، نہ کوئی پرو مسلم ہے۔ سب کے سب ہمارے ہمارے ملک کے لوگ ہیں،</w:t>
      </w:r>
    </w:p>
    <w:p>
      <w:r>
        <w:rPr>
          <w:b/>
        </w:rPr>
        <w:t xml:space="preserve">[29:43] </w:t>
      </w:r>
      <w:r>
        <w:t>hamare bhai</w:t>
      </w:r>
    </w:p>
    <w:p>
      <w:pPr>
        <w:jc w:val="right"/>
      </w:pPr>
      <w:r>
        <w:t>ہمارے بھ</w:t>
      </w:r>
    </w:p>
    <w:p>
      <w:r>
        <w:rPr>
          <w:b/>
        </w:rPr>
        <w:t xml:space="preserve">[29:44] </w:t>
      </w:r>
      <w:r>
        <w:t>hain. Koi party ho, koi party ho, woh meri party hai. Democracy mein aise hi hota hai. Aap democracy mein yeh kar nahin sakte keh yeh kahein keh sahib label lagaiye, aap yeh anti Muslim hai, woh pro Muslim hai,</w:t>
      </w:r>
    </w:p>
    <w:p>
      <w:pPr>
        <w:jc w:val="right"/>
      </w:pPr>
      <w:r>
        <w:t>ائی ہیں۔ کوئی پارٹی ہو، کوئی پارٹی ہو، وہ میری پارٹی ہے۔ ڈیموکریسی میں ایسے ہی ہوتا ہے۔ آپ ڈیموکریسی میں یہ کر نہیں سکتے کہ یہ کہیں کہ صاحب لیبل لگائیں، آپ یہ اینٹی مسلم ہے، وہ پرو مسلم ہے،</w:t>
      </w:r>
    </w:p>
    <w:p>
      <w:r>
        <w:rPr>
          <w:b/>
        </w:rPr>
        <w:t xml:space="preserve">[29:59] </w:t>
      </w:r>
      <w:r>
        <w:t>yeh Zionist hai, yeh Nazi hai. Yeh nahin kar sakte aap. Yeh democracy ka jo culture hai, is ke khilaaf hai. To Allah ne yeh bataya hai keh tum democracy ko phir se rediscover karo.</w:t>
      </w:r>
    </w:p>
    <w:p>
      <w:pPr>
        <w:jc w:val="right"/>
      </w:pPr>
      <w:r>
        <w:t>یہ زائنسٹ ہے، یہ نازی ہے۔ یہ نہیں کر سکتے آپ۔ یہ ڈیموکریسی کا جو کلچر ہے، اس کے خلاف ہے۔ تو اللہ نے یہ بتایا ہے کہ تم ڈیموکریسی کو پھر سے ری ڈسکور کرو۔</w:t>
      </w:r>
    </w:p>
    <w:p>
      <w:r>
        <w:rPr>
          <w:b/>
        </w:rPr>
        <w:t xml:space="preserve">[30:14] </w:t>
      </w:r>
      <w:r>
        <w:t>Election mein jo hua hai, woh is liye hua hai keh musalman democracy ko rediscover karein. Democracy aik boon hai, aik blessing hai, aik rehmat hamare liye.</w:t>
      </w:r>
    </w:p>
    <w:p>
      <w:pPr>
        <w:jc w:val="right"/>
      </w:pPr>
      <w:r>
        <w:t>الیکشن میں جو ہوا ہے، وہ اس لیے ہوا ہے کہ مسلمان ڈیموکریسی کو ری ڈسکور کریں۔ ڈیموکریسی ایک بون ہے، ایک بلیسنگ ہے، ایک رحمت ہمارے لیے۔</w:t>
      </w:r>
    </w:p>
    <w:p>
      <w:r>
        <w:rPr>
          <w:b/>
        </w:rPr>
        <w:t xml:space="preserve">[30:25] </w:t>
      </w:r>
      <w:r>
        <w:t>Kyun? Dekhiye, is se pehle jo kingship ka zamana tha, us mein dissent ke koi mauqa nahin tha.</w:t>
      </w:r>
    </w:p>
    <w:p>
      <w:pPr>
        <w:jc w:val="right"/>
      </w:pPr>
      <w:r>
        <w:t>کیوں؟ دیکھیں، اس سے پہلے جو کنگ شپ کا زمانہ تھا، اس میں ڈیسنٹ کے کوئی موقع نہیں تھا۔</w:t>
      </w:r>
    </w:p>
    <w:p>
      <w:r>
        <w:rPr>
          <w:b/>
        </w:rPr>
        <w:t xml:space="preserve">[30:37] </w:t>
      </w:r>
      <w:r>
        <w:t>Dissent was not allowed during that age.</w:t>
      </w:r>
    </w:p>
    <w:p>
      <w:pPr>
        <w:jc w:val="right"/>
      </w:pPr>
      <w:r>
        <w:t>ڈیسنٹ واز ناٹ الاؤڈ ڈیورنگ دیٹ ایج۔</w:t>
      </w:r>
    </w:p>
    <w:p>
      <w:r>
        <w:rPr>
          <w:b/>
        </w:rPr>
        <w:t xml:space="preserve">[30:42] </w:t>
      </w:r>
      <w:r>
        <w:t>Dissent ko mauqa na hone ki wajah se kya hota tha? Keh dawat Allah ka mauqa nahin tha.</w:t>
      </w:r>
    </w:p>
    <w:p>
      <w:pPr>
        <w:jc w:val="right"/>
      </w:pPr>
      <w:r>
        <w:t>ڈیسنٹ کو موقع نہ ہونے کی وجہ سے کیا ہوتا تھا؟ کہ دعوت اللہ کا موقع نہیں تھا۔</w:t>
      </w:r>
    </w:p>
    <w:p>
      <w:r>
        <w:rPr>
          <w:b/>
        </w:rPr>
        <w:t xml:space="preserve">[30:49] </w:t>
      </w:r>
      <w:r>
        <w:t>Kingship ke zamane mein chuki dissent allowed nahin tha, is wajah se dawat Allah ka mauqa nahin tha. Jo paighambaron ko jo sataya gaya, mara gaya, isi liye hua keh dissent is zamane mein allowed nahin tha.</w:t>
      </w:r>
    </w:p>
    <w:p>
      <w:pPr>
        <w:jc w:val="right"/>
      </w:pPr>
      <w:r>
        <w:t>کنگ شپ کے زمانے میں چونکہ ڈیسنٹ الاؤڈ نہیں تھا، اس وجہ سے دعوت اللہ کا موقع نہیں تھا۔ جو پیغمبروں کو جو ستایا گیا، مارا گیا، اسی لیے ہوا کہ ڈیسنٹ اس زمانے میں الاؤڈ نہیں تھا۔</w:t>
      </w:r>
    </w:p>
    <w:p>
      <w:r>
        <w:rPr>
          <w:b/>
        </w:rPr>
        <w:t xml:space="preserve">[31:06] </w:t>
      </w:r>
      <w:r>
        <w:t>Dissent ki azaadi nahin hoti, ikhtilaf ki azaadi nahin hoti thi.</w:t>
      </w:r>
    </w:p>
    <w:p>
      <w:pPr>
        <w:jc w:val="right"/>
      </w:pPr>
      <w:r>
        <w:t>ڈیسنٹ کی آزادی نہیں ہوتی، اختلاف کی آزادی نہیں ہوتی تھی۔</w:t>
      </w:r>
    </w:p>
    <w:p>
      <w:r>
        <w:rPr>
          <w:b/>
        </w:rPr>
        <w:t xml:space="preserve">[31:11] </w:t>
      </w:r>
      <w:r>
        <w:t>Democracy jo hai, woh is yeh to yahi to democracy ka matlab yahi hai keh dissent ko khula azaadi hai.</w:t>
      </w:r>
    </w:p>
    <w:p>
      <w:pPr>
        <w:jc w:val="right"/>
      </w:pPr>
      <w:r>
        <w:t>ڈیموکریسی جو ہے، وہ اس یہ تو یہی تو ڈیموکریسی کا مطلب یہی ہے کہ ڈیسنٹ کو کھلا آزادی ہے۔</w:t>
      </w:r>
    </w:p>
    <w:p>
      <w:r>
        <w:rPr>
          <w:b/>
        </w:rPr>
        <w:t xml:space="preserve">[31:21] </w:t>
      </w:r>
      <w:r>
        <w:t>Democracy ka khaas khaas jo pehlu hai, woh yeh hai keh aaj dissent par koi pabandi nahin, no restriction at all.</w:t>
      </w:r>
    </w:p>
    <w:p>
      <w:pPr>
        <w:jc w:val="right"/>
      </w:pPr>
      <w:r>
        <w:t>ڈیموکریسی کا خاص الخاص جو پہلو ہے، وہ یہ ہے کہ آج ڈیسنٹ پر کوئی پابندی نہیں، نو ریسٹرکشن ایٹ آل۔</w:t>
      </w:r>
    </w:p>
    <w:p>
      <w:r>
        <w:rPr>
          <w:b/>
        </w:rPr>
        <w:t xml:space="preserve">[31:31] </w:t>
      </w:r>
      <w:r>
        <w:t>yeh kitna bara nemat hai ke hum dawat ka kaam karna chahte hain, jo dawati machine chalana chahte hain. Koi rukawat hi is ke liye nahi rahi.</w:t>
      </w:r>
    </w:p>
    <w:p>
      <w:pPr>
        <w:jc w:val="right"/>
      </w:pPr>
      <w:r>
        <w:t>یہ کتنا بڑا نعمت ہے کہ ہم دعوت کا کام کرنا چاہتے ہیں، جو دعوتی مشین چلانا چاہتے ہیں۔ کوئی رکاوٹ ہی اس کے لیے نہیں رہی۔</w:t>
      </w:r>
    </w:p>
    <w:p>
      <w:r>
        <w:rPr>
          <w:b/>
        </w:rPr>
        <w:t xml:space="preserve">[31:42] </w:t>
      </w:r>
      <w:r>
        <w:t>Democracy mein decent ke liye koi bhi restriction nahi hai.</w:t>
      </w:r>
    </w:p>
    <w:p>
      <w:pPr>
        <w:jc w:val="right"/>
      </w:pPr>
      <w:r>
        <w:t>ڈیموکریسی میں ڈیسنٹ کے لیے کوئی بھی ریسٹرکشن نہیں ہے۔</w:t>
      </w:r>
    </w:p>
    <w:p>
      <w:r>
        <w:rPr>
          <w:b/>
        </w:rPr>
        <w:t xml:space="preserve">[31:51] </w:t>
      </w:r>
      <w:r>
        <w:t>Isi liye yeh yeh yeh jis ko maine kaha ke age of Islam hai, yeh yeh age age of age of taghoot nahi hai.</w:t>
      </w:r>
    </w:p>
    <w:p>
      <w:pPr>
        <w:jc w:val="right"/>
      </w:pPr>
      <w:r>
        <w:t>اسی لیے یہ یہ یہ جس کو میں نے کہا کہ ایج آف اسلام ہے، یہ یہ ایج ایج آف ایج آف طاغوت نہیں ہے۔</w:t>
      </w:r>
    </w:p>
    <w:p>
      <w:r>
        <w:rPr>
          <w:b/>
        </w:rPr>
        <w:t xml:space="preserve">[32:03] </w:t>
      </w:r>
      <w:r>
        <w:t>Kuch bilkul bekhabar log, kuch jo dunya ko nahi jante, na kuch na deen ko jante, woh is ko kehte hain ke age of taghoot. Age of taghoot nahi hai, yeh age of Islam hai.</w:t>
      </w:r>
    </w:p>
    <w:p>
      <w:pPr>
        <w:jc w:val="right"/>
      </w:pPr>
      <w:r>
        <w:t>کچھ بالکل بے خبر لوگ، کچھ جو دنیا کو نہیں جانتے، نہ کچھ نہ دین کو جانتے، وہ اس کو کہتے ہیں کہ ایج آف طاغوت۔ ایج آف طاغوت نہیں ہے، یہ ایج آف اسلام ہے۔</w:t>
      </w:r>
    </w:p>
    <w:p>
      <w:r>
        <w:rPr>
          <w:b/>
        </w:rPr>
        <w:t xml:space="preserve">[32:12] </w:t>
      </w:r>
      <w:r>
        <w:t>Yeh kyunke decent ko unhon ne azadi de di.</w:t>
      </w:r>
    </w:p>
    <w:p>
      <w:pPr>
        <w:jc w:val="right"/>
      </w:pPr>
      <w:r>
        <w:t>یہ کیونکہ ڈیسنٹ کو انہوں نے آزادی دے دی۔</w:t>
      </w:r>
    </w:p>
    <w:p>
      <w:r>
        <w:rPr>
          <w:b/>
        </w:rPr>
        <w:t xml:space="preserve">[32:17] </w:t>
      </w:r>
      <w:r>
        <w:t>Is ka matlab hai ke main apni ideality ko phailaoon, apne mission ko phailaoon. Yeh bachte hain ke main provided i am peaceful to main peaceful hoon.</w:t>
      </w:r>
    </w:p>
    <w:p>
      <w:pPr>
        <w:jc w:val="right"/>
      </w:pPr>
      <w:r>
        <w:t>اس کا معنی ہے کہ میں اپنی آئیڈیلٹی کو پھیلاؤں، اپنے مشن کو پھیلاؤں۔ یہ بچتے ہیں کہ میں پرووائیڈڈ آئی ایم پیس فل تو میں پیس فل ہوں۔</w:t>
      </w:r>
    </w:p>
    <w:p>
      <w:r>
        <w:rPr>
          <w:b/>
        </w:rPr>
        <w:t xml:space="preserve">[32:27] </w:t>
      </w:r>
      <w:r>
        <w:t>Mujhe marne ki kya zaroorat hai? Kisi ko kya zaroorat hai? Main kisi ko maroon? Dekhein, peace jo hai, peace jo hai, saada baat nahi hai.</w:t>
      </w:r>
    </w:p>
    <w:p>
      <w:pPr>
        <w:jc w:val="right"/>
      </w:pPr>
      <w:r>
        <w:t>مجھے مارنے کی کیا ضرورت ہے؟ کسی کو کیا ضرورت ہے؟ میں کسی کو ماروں؟ دیکھیں، پیس جو ہے، پیس جو ہے، سادہ بات نہیں ہے۔</w:t>
      </w:r>
    </w:p>
    <w:p>
      <w:r>
        <w:rPr>
          <w:b/>
        </w:rPr>
        <w:t xml:space="preserve">[32:39] </w:t>
      </w:r>
      <w:r>
        <w:t>Peace mere apni paradise ke liye zaroori hai.</w:t>
      </w:r>
    </w:p>
    <w:p>
      <w:pPr>
        <w:jc w:val="right"/>
      </w:pPr>
      <w:r>
        <w:t>پیس میرے اپنی پیراڈائز کے لیے ضروری ہے۔</w:t>
      </w:r>
    </w:p>
    <w:p>
      <w:r>
        <w:rPr>
          <w:b/>
        </w:rPr>
        <w:t xml:space="preserve">[32:45] </w:t>
      </w:r>
      <w:r>
        <w:t>Mujhe paradise mein jana hai, mujhe Allah ki jannat mein dakhil hona hai. Is ke liye peace zaroori hai. Kyunke main jab peaceful rahoon ga, tab main normal rahoon ga.</w:t>
      </w:r>
    </w:p>
    <w:p>
      <w:pPr>
        <w:jc w:val="right"/>
      </w:pPr>
      <w:r>
        <w:t>مجھے پیراڈائز میں جانا ہے، مجھے اللہ کی جنت میں داخل ہونا ہے۔ اس کے لیے پیس ضروری ہے۔ کیونکہ میں جب پیس فل رہوں گا، تب میں نارمل رہوں گا۔</w:t>
      </w:r>
    </w:p>
    <w:p>
      <w:r>
        <w:rPr>
          <w:b/>
        </w:rPr>
        <w:t xml:space="preserve">[32:57] </w:t>
      </w:r>
      <w:r>
        <w:t>Jab main normal rahoon ga, tabhi mere andar positive thinking aaye gi, tabhi mere andar tazkiya ka process jaari hoga. To peace jarr hai paradise culture ki.</w:t>
      </w:r>
    </w:p>
    <w:p>
      <w:pPr>
        <w:jc w:val="right"/>
      </w:pPr>
      <w:r>
        <w:t>جب میں نارمل رہوں گا، تبھی میرے اندر پازیٹیو تھنکنگ آئے گی، تبھی میرے اندر تزکیہ کا پراسیس جاری ہوگا۔ تو پیس جڑ ہے پیراڈائز کلچر کی۔</w:t>
      </w:r>
    </w:p>
    <w:p>
      <w:r>
        <w:rPr>
          <w:b/>
        </w:rPr>
        <w:t xml:space="preserve">[33:12] </w:t>
      </w:r>
      <w:r>
        <w:t>Agar aap peaceful na hon to aap to aap samajh lijiye ke aap paradise se koi matlab nahi. Aap ko jab peaceful honge to aap ke andar positivity hogi, aap ke andar love hoga, doosron ke liye khair khwahi hogi.</w:t>
      </w:r>
    </w:p>
    <w:p>
      <w:pPr>
        <w:jc w:val="right"/>
      </w:pPr>
      <w:r>
        <w:t>اگر آپ پیس فل نہ ہوں تو آپ تو آپ سمجھ لیجئے کہ آپ پیراڈائز سے کوئی مطلب نہیں۔ آپ کو جب پیس فل ہوں گے تو آپ کے اندر پازیٹیوٹی ہوگی، آپ کے اندر لو ہوگا، دوسروں کے لیے خیر خواہی ہوگی۔</w:t>
      </w:r>
    </w:p>
    <w:p>
      <w:r>
        <w:rPr>
          <w:b/>
        </w:rPr>
        <w:t xml:space="preserve">[33:28] </w:t>
      </w:r>
      <w:r>
        <w:t>Aap positive thinking aaye gi, aap ke andar phir aap ke paas marifat aaye gi, tazkiya aaye ga, yeh sab kuch aaye ga. To peace jarr hai. Peace to main kyun peace peace ke khilaf karoon?</w:t>
      </w:r>
    </w:p>
    <w:p>
      <w:pPr>
        <w:jc w:val="right"/>
      </w:pPr>
      <w:r>
        <w:t>آپ پازیٹیو تھنکنگ آئے گی، آپ کے اندر پھر آپ کے پاس معرفت آئے گی، تزکیہ آئے گا، یہ سب کچھ آئے گا۔ تو پیس جڑ ہے۔ پیس تو میں کیوں پیس پیس کے خلاف کروں؟</w:t>
      </w:r>
    </w:p>
    <w:p>
      <w:r>
        <w:rPr>
          <w:b/>
        </w:rPr>
        <w:t xml:space="preserve">[33:40] </w:t>
      </w:r>
      <w:r>
        <w:t>Main peace ke khilaf kyun karoon?</w:t>
      </w:r>
    </w:p>
    <w:p>
      <w:pPr>
        <w:jc w:val="right"/>
      </w:pPr>
      <w:r>
        <w:t>میں پیس کے خلاف کیوں کروں؟</w:t>
      </w:r>
    </w:p>
    <w:p>
      <w:r>
        <w:rPr>
          <w:b/>
        </w:rPr>
        <w:t xml:space="preserve">[33:43] </w:t>
      </w:r>
      <w:r>
        <w:t>Democracy ne mujhe azadi di hai ke tum peace par raho, to jo chahe karo. Tum peaceful raho, to jo chahe karo.</w:t>
      </w:r>
    </w:p>
    <w:p>
      <w:pPr>
        <w:jc w:val="right"/>
      </w:pPr>
      <w:r>
        <w:t>ڈیموکریسی نے مجھے آزادی دی ہے کہ تم پیس پر رہو، تو جو چاہے کرو۔ تم پیس فل رہو، تو جو چاہے کرو۔</w:t>
      </w:r>
    </w:p>
    <w:p>
      <w:r>
        <w:rPr>
          <w:b/>
        </w:rPr>
        <w:t xml:space="preserve">[33:52] </w:t>
      </w:r>
      <w:r>
        <w:t>Aur Allah ke fazl se main is pe kar raha hoon. Hamari team kar rahi hai, hamare saathi se kar rahe hain. Isi aise hi yani if you are peaceful, then you are allowed to do anything without any restriction at all.</w:t>
      </w:r>
    </w:p>
    <w:p>
      <w:pPr>
        <w:jc w:val="right"/>
      </w:pPr>
      <w:r>
        <w:t>اور اللہ کے فضل سے میں اس پہ کر رہا ہوں۔ ہماری ٹیم کر رہی ہے، ہمارے ساتھی سے کر رہے ہیں۔ اسی ایسے ہی یعنی اف یو آر پیس فل، دین یو آر الاؤڈ ٹو ڈو اینی تھنگ ودا آؤٹ اینی ریسٹرکشن ایٹ آل۔</w:t>
      </w:r>
    </w:p>
    <w:p>
      <w:r>
        <w:rPr>
          <w:b/>
        </w:rPr>
        <w:t xml:space="preserve">[34:10] </w:t>
      </w:r>
      <w:r>
        <w:t>Isi ko main kehta hoon ke yeh age of Islam hai, yeh age of Islam hai. Age of Islam ka matlab yeh hai ke agar aap peaceful rahen to Islam ke mission ko chalane ke liye aap ko koi rokne wala nahi hai.</w:t>
      </w:r>
    </w:p>
    <w:p>
      <w:pPr>
        <w:jc w:val="right"/>
      </w:pPr>
      <w:r>
        <w:t>اسی کو میں کہتا ہوں کہ یہ ایج آف اسلام ہے، یہ ایج آف اسلام ہے۔ ایج آف اسلام کا معنی یہ ہے کہ اگر آپ پیس فل رہیں تو اسلام کے مشن کو چلانے کے لیے آپ کو کوئی روکنے والا نہیں ہے۔</w:t>
      </w:r>
    </w:p>
    <w:p>
      <w:r>
        <w:rPr>
          <w:b/>
        </w:rPr>
        <w:t xml:space="preserve">[34:21] </w:t>
      </w:r>
      <w:r>
        <w:t>Aap ko Islam hargiz nahi kehta ke sahib hukoomat qaim karo, Islam mein qanoon nafiz karo. Yeh to kuch jahilon ke baatein hain. Yeh kuch log jin ko deen gehra ilm nahi tha, unhon ne yeh sab baatein nikali thin.</w:t>
      </w:r>
    </w:p>
    <w:p>
      <w:pPr>
        <w:jc w:val="right"/>
      </w:pPr>
      <w:r>
        <w:t>آپ کو اسلام ہرگز نہیں کہتا کہ صاحب حکومت قائم کرو، اسلام میں قانون نافذ کرو۔ یہ تو کچھ جاہلوں کے باتیں ہیں۔ یہ کچھ لوگ جن کو دین گہرا علم نہیں تھا، انہوں نے یہ سب باتیں نکالی تھیں۔</w:t>
      </w:r>
    </w:p>
    <w:p>
      <w:r>
        <w:rPr>
          <w:b/>
        </w:rPr>
        <w:t xml:space="preserve">[34:33] </w:t>
      </w:r>
      <w:r>
        <w:t>Woh phail gayi bohat ziyada.</w:t>
      </w:r>
    </w:p>
    <w:p>
      <w:pPr>
        <w:jc w:val="right"/>
      </w:pPr>
      <w:r>
        <w:t>وہ پھیل گئی بہت زیادہ۔</w:t>
      </w:r>
    </w:p>
    <w:p>
      <w:r>
        <w:rPr>
          <w:b/>
        </w:rPr>
        <w:t xml:space="preserve">[34:36] </w:t>
      </w:r>
      <w:r>
        <w:t>Jin logon ne, main saaf kehta hoon aap se ke jin logon ne Islam ka gehra mutalia nahi kiya tha, gehra mutalia nahi kiya tha, unhon ne yeh sab baatein nikali thin ke hamein hukoomat qaim karo, Muslim hukoomat qaim karo, qanoon nafiz karo.</w:t>
      </w:r>
    </w:p>
    <w:p>
      <w:pPr>
        <w:jc w:val="right"/>
      </w:pPr>
      <w:r>
        <w:t>جن لوگوں نے، میں صاف کہتا ہوں آپ سے کہ جن لوگوں نے اسلام کا گہرا مطالعہ نہیں کیا تھا، گہرا مطالعہ نہیں کیا تھا، انہوں نے یہ سب باتیں نکالی تھیں کہ ہمیں حکومت قائم کرو، مسلم حکومت قائم کرو، قانون نافذ کرو۔</w:t>
      </w:r>
    </w:p>
    <w:p>
      <w:r>
        <w:rPr>
          <w:b/>
        </w:rPr>
        <w:t xml:space="preserve">[34:50] </w:t>
      </w:r>
      <w:r>
        <w:t>Yeh sab un logon ki baatein hain jinhon ne Islam ka gehra mutalia nahi kiya tha. Maine is mein kitabein likhi hain, maine sabit kiya hai ke yeh bilkul galat baatein kehte hain.</w:t>
      </w:r>
    </w:p>
    <w:p>
      <w:pPr>
        <w:jc w:val="right"/>
      </w:pPr>
      <w:r>
        <w:t>یہ سب ان لوگوں کی باتیں ہیں جنہوں نے اسلام کا گہرا مطالعہ نہیں کیا تھا۔ میں نے اس میں کتابیں لکھی ہیں، میں نے ثابت کیا ہے کہ یہ بالکل غلط باتیں کہتے ہیں۔</w:t>
      </w:r>
    </w:p>
    <w:p>
      <w:r>
        <w:rPr>
          <w:b/>
        </w:rPr>
        <w:t xml:space="preserve">[34:58] </w:t>
      </w:r>
      <w:r>
        <w:t>Ab main aap ko aik misaal deta hoon, aaj hi ki. Abhi mujhe aisi mili hai,</w:t>
      </w:r>
    </w:p>
    <w:p>
      <w:pPr>
        <w:jc w:val="right"/>
      </w:pPr>
      <w:r>
        <w:t>اب میں آپ کو ایک مثال دیتا ہوں، آج ہی کی۔ ابھی مجھے ایسی ملی ہے،</w:t>
      </w:r>
    </w:p>
    <w:p>
      <w:r>
        <w:rPr>
          <w:b/>
        </w:rPr>
        <w:t xml:space="preserve">[35:04] </w:t>
      </w:r>
      <w:r>
        <w:t>Is qadar log bekhabar hain baaton se. Aik Arab jin ki zuban Arabi hai, jin ki zuban Arabi hai, aur jo Arab world mein aik author hain, woh writer hain.</w:t>
      </w:r>
    </w:p>
    <w:p>
      <w:pPr>
        <w:jc w:val="right"/>
      </w:pPr>
      <w:r>
        <w:t>اس قدر لوگ بے خبر ہیں باتوں سے۔ ایک عرب جن کی زبان عربی ہے، جن کی زبان عربی ہے، اور جو عرب ورلڈ میں ایک اتھر ہیں، وہ رائٹر ہیں۔</w:t>
      </w:r>
    </w:p>
    <w:p>
      <w:r>
        <w:rPr>
          <w:b/>
        </w:rPr>
        <w:t xml:space="preserve">[35:16] </w:t>
      </w:r>
      <w:r>
        <w:t>Woh mere paas in ka yeh internet se internet se nikal kar mujhe diya gaya hai. Aik article un ka chupa hai, aik Arab magazine mein chupa hai, yeh o Indian ke India ke musalmanon ke bare mein.</w:t>
      </w:r>
    </w:p>
    <w:p>
      <w:pPr>
        <w:jc w:val="right"/>
      </w:pPr>
      <w:r>
        <w:t>وہ میرے پاس ان کا یہ انٹرنیٹ سے انٹرنیٹ سے نکال کر مجھے دیا گیا ہے۔ ایک آرٹیکل ان کا چھپا ہے، ایک عرب میگزین میں چھپا ہے، یہ او انڈین کے انڈیا کے مسلمانوں کے بارے میں۔</w:t>
      </w:r>
    </w:p>
    <w:p>
      <w:r>
        <w:rPr>
          <w:b/>
        </w:rPr>
        <w:t xml:space="preserve">[35:29] </w:t>
      </w:r>
      <w:r>
        <w:t>Yeh</w:t>
      </w:r>
    </w:p>
    <w:p>
      <w:pPr>
        <w:jc w:val="right"/>
      </w:pPr>
      <w:r>
        <w:t>یہ</w:t>
      </w:r>
    </w:p>
    <w:p>
      <w:r>
        <w:rPr>
          <w:b/>
        </w:rPr>
        <w:t xml:space="preserve">[35:30] </w:t>
      </w:r>
      <w:r>
        <w:t>Aap mein se jo chahe is ko parh sakta hai, internet par is ka link le sakta hai.</w:t>
      </w:r>
    </w:p>
    <w:p>
      <w:pPr>
        <w:jc w:val="right"/>
      </w:pPr>
      <w:r>
        <w:t>آپ میں سے جو چاہے اس کو پڑھ سکتا ہے، انٹرنیٹ پر اس کا لنک لے سکتا ہے۔</w:t>
      </w:r>
    </w:p>
    <w:p>
      <w:r>
        <w:rPr>
          <w:b/>
        </w:rPr>
        <w:t xml:space="preserve">[35:38] </w:t>
      </w:r>
      <w:r>
        <w:t>yeh arab writer likhte hain is article mein ke India ke musalmanon ko mein aik white voice dena chahta hoon.</w:t>
      </w:r>
    </w:p>
    <w:p>
      <w:pPr>
        <w:jc w:val="right"/>
      </w:pPr>
      <w:r>
        <w:t>یہ عرب رائٹر لکھتے ہیں اس آرٹیکل میں کہ انڈیا کے مسلمانوں کو میں ایک وائٹ وائس دینا چاہتا ہوں۔</w:t>
      </w:r>
    </w:p>
    <w:p>
      <w:r>
        <w:rPr>
          <w:b/>
        </w:rPr>
        <w:t xml:space="preserve">[35:47] </w:t>
      </w:r>
      <w:r>
        <w:t>Musa ne jis tarah se Firon ke muqable mein uthe thay, is tarah isi tarah in ko uthna chahiye. In ke yeh kis qadar be khabar hain, yeh sahib</w:t>
      </w:r>
    </w:p>
    <w:p>
      <w:pPr>
        <w:jc w:val="right"/>
      </w:pPr>
      <w:r>
        <w:t>موسیٰ نے جس طرح سے فرعون کے مقابلے میں اٹھے تھے، اس طرح اسی طرح ان کو اٹھنا چاہیے۔ ان کے یہ کس قدر بے خبر ہیں، یہ صاحب</w:t>
      </w:r>
    </w:p>
    <w:p>
      <w:r>
        <w:rPr>
          <w:b/>
        </w:rPr>
        <w:t xml:space="preserve">[35:59] </w:t>
      </w:r>
      <w:r>
        <w:t>ke Musa ne kya kiya tha? Kya Firon se laray laray thay? Woh kya Musa Firon se laray thay? Aap Babul ko parhiye, aap Quran ko parhiye.</w:t>
      </w:r>
    </w:p>
    <w:p>
      <w:pPr>
        <w:jc w:val="right"/>
      </w:pPr>
      <w:r>
        <w:t>کہ موسیٰ نے کیا کیا تھا؟ کیا فرعون سے لڑے لڑے تھے؟ وہ کیا موسیٰ فرعون سے لڑے تھے؟ آپ بابل کو پڑھیے، آپ قرآن کو پڑھیے۔</w:t>
      </w:r>
    </w:p>
    <w:p>
      <w:r>
        <w:rPr>
          <w:b/>
        </w:rPr>
        <w:t xml:space="preserve">[36:11] </w:t>
      </w:r>
      <w:r>
        <w:t>Musa ne sirf yeh kaha tha, yeh kiya tha ke Misr ko chhod kar sarasar chale gaye.</w:t>
      </w:r>
    </w:p>
    <w:p>
      <w:pPr>
        <w:jc w:val="right"/>
      </w:pPr>
      <w:r>
        <w:t>موسیٰ نے صرف یہ کہا تھا، یہ کیا تھا کہ مصر کو چھوڑ کر سراسر چلے گئے۔</w:t>
      </w:r>
    </w:p>
    <w:p>
      <w:r>
        <w:rPr>
          <w:b/>
        </w:rPr>
        <w:t xml:space="preserve">[36:17] </w:t>
      </w:r>
      <w:r>
        <w:t>Bani Israel jo wahan thay, us waqt jo wahan abad thay, Misr mein Hazrat Hazrat Yusuf ke zamane se, un ko saath le kar unhon ne Misr ko chhod diya aur chala chale gaye desert se, Sinai desert mein chale gaye.</w:t>
      </w:r>
    </w:p>
    <w:p>
      <w:pPr>
        <w:jc w:val="right"/>
      </w:pPr>
      <w:r>
        <w:t>بنی اسرائیل جو وہاں تھے، اس وقت جو وہاں آباد تھے، مصر میں حضرت حضرت یوسف کے زمانے سے، ان کو ساتھ لے کر انہوں نے مصر کو چھوڑ دیا اور چلا چلے گئے ڈیزرٹ سے، سینائی ڈیزرٹ میں چلے گئے۔</w:t>
      </w:r>
    </w:p>
    <w:p>
      <w:r>
        <w:rPr>
          <w:b/>
        </w:rPr>
        <w:t xml:space="preserve">[36:33] </w:t>
      </w:r>
      <w:r>
        <w:t>To kya yeh mashwara dena hai ke musalman chhod kar India chale jayen? Yeh arab writer kya yeh farma rahe hain ke musalman jo hain, Hazrat Musa ne jo kiya tha, wahi karen?</w:t>
      </w:r>
    </w:p>
    <w:p>
      <w:pPr>
        <w:jc w:val="right"/>
      </w:pPr>
      <w:r>
        <w:t>تو کیا یہ مشورہ دینا ہے کہ مسلمان چھوڑ کر انڈیا چلے جائیں؟ یہ عرب رائٹر کیا یہ فرما رہے ہیں کہ مسلمان جو ہیں، حضرت موسیٰ نے جو کیا تھا، وہی کریں؟</w:t>
      </w:r>
    </w:p>
    <w:p>
      <w:r>
        <w:rPr>
          <w:b/>
        </w:rPr>
        <w:t xml:space="preserve">[36:42] </w:t>
      </w:r>
      <w:r>
        <w:t>Yaani India ko chhod ke chale jayen kisi desert desert mein? To mein un se kahunga ke tum pehle kisi mulk ko tayyar karo ke hum ko qabool kare. Woh kon mulk ko qabool karega?</w:t>
      </w:r>
    </w:p>
    <w:p>
      <w:pPr>
        <w:jc w:val="right"/>
      </w:pPr>
      <w:r>
        <w:t>یعنی انڈیا کو چھوڑ کے چلے جائیں کسی ڈیزرٹ ڈیزرٹ میں؟ تو میں ان سے کہوں گا کہ تم پہلے کسی ملک کو تیار کرو کہ ہم کو قبول کرے۔ وہ کون ملک کو قبول کرے گا؟</w:t>
      </w:r>
    </w:p>
    <w:p>
      <w:r>
        <w:rPr>
          <w:b/>
        </w:rPr>
        <w:t xml:space="preserve">[36:52] </w:t>
      </w:r>
      <w:r>
        <w:t>Yeh bilkul jahalat ki baatein hain, bilkul hamakat ki baatein hain. Mein aise logon ko koi sakht se sakht lafz bol sakta hoon jo musalmanon ke mashwara de rahe hain.</w:t>
      </w:r>
    </w:p>
    <w:p>
      <w:pPr>
        <w:jc w:val="right"/>
      </w:pPr>
      <w:r>
        <w:t>یہ بالکل جہالت کی باتیں ہیں، بالکل حماقت کی باتیں ہیں۔ میں ایسے لوگوں کو کوئی سخت سے سخت لفظ بول سکتا ہوں جو مسلمانوں کے مشورہ دے رہے ہیں۔</w:t>
      </w:r>
    </w:p>
    <w:p>
      <w:r>
        <w:rPr>
          <w:b/>
        </w:rPr>
        <w:t xml:space="preserve">[37:04] </w:t>
      </w:r>
      <w:r>
        <w:t>Ghor kijiye ke Hazrat Musa ne kya kiya tha? Hazrat Musa ne jo kiya tha Firon ke muqable mein, woh humein karna chahiye Modi ke muqable mein.</w:t>
      </w:r>
    </w:p>
    <w:p>
      <w:pPr>
        <w:jc w:val="right"/>
      </w:pPr>
      <w:r>
        <w:t>غور کیجئے کہ حضرت موسیٰ نے کیا کیا تھا؟ حضرت موسیٰ نے جو کیا تھا فرعون کے مقابلے میں، وہ ہمیں کرنا چاہیے مودی کے مقابلے میں۔</w:t>
      </w:r>
    </w:p>
    <w:p>
      <w:r>
        <w:rPr>
          <w:b/>
        </w:rPr>
        <w:t xml:space="preserve">[37:13] </w:t>
      </w:r>
      <w:r>
        <w:t>To sawal yeh hai ke unhon ne kya kiya tha? Unhon ne to Egypt ko chhod kar chale gaye thay bahar. To hum chhod kar chale jayen to kahan jayen?</w:t>
      </w:r>
    </w:p>
    <w:p>
      <w:pPr>
        <w:jc w:val="right"/>
      </w:pPr>
      <w:r>
        <w:t>تو سوال یہ ہے کہ انہوں نے کیا کیا تھا؟ انہوں نے تو ایجپٹ کو چھوڑ کر چلے گئے تھے باہر۔ تو ہم چھوڑ کے چلے جائیں تو کہاں جائیں؟</w:t>
      </w:r>
    </w:p>
    <w:p>
      <w:r>
        <w:rPr>
          <w:b/>
        </w:rPr>
        <w:t xml:space="preserve">[37:22] </w:t>
      </w:r>
      <w:r>
        <w:t>Batao, kis mulk mein jayen? Yeh log bilkul blind hain, bilkul pub mein. Mein in ko mad kahunga, mad jo aise advice dete hain musalmanon ko.</w:t>
      </w:r>
    </w:p>
    <w:p>
      <w:pPr>
        <w:jc w:val="right"/>
      </w:pPr>
      <w:r>
        <w:t>بتاؤ، کس ملک میں جائیں؟ یہ لوگ بالکل بلائنڈ ہیں، بالکل پب میں۔ میں ان کو میڈ کہوں گا، میڈ جو ایسے ایڈوائس دیتے ہیں مسلمانوں کو۔</w:t>
      </w:r>
    </w:p>
    <w:p>
      <w:r>
        <w:rPr>
          <w:b/>
        </w:rPr>
        <w:t xml:space="preserve">[37:36] </w:t>
      </w:r>
      <w:r>
        <w:t>Yeh log jante nahi ke yeh democracy ka zamana hai. Democracy mein yaad rakhiye, koi yeh yeh jo India mein jo minority aur minority chala gaya, abhi galat samajhta hoon mein is ko.</w:t>
      </w:r>
    </w:p>
    <w:p>
      <w:pPr>
        <w:jc w:val="right"/>
      </w:pPr>
      <w:r>
        <w:t>یہ لوگ جانتے نہیں کہ یہ ڈیموکریسی کا زمانہ ہے۔ ڈیموکریسی میں یاد رکھیے، کوئی یہ یہ جو انڈیا میں جو مائنورٹی اور مائنورٹی چلا گیا، ابھی غلط سمجھتا ہوں میں اس کو۔</w:t>
      </w:r>
    </w:p>
    <w:p>
      <w:r>
        <w:rPr>
          <w:b/>
        </w:rPr>
        <w:t xml:space="preserve">[37:46] </w:t>
      </w:r>
      <w:r>
        <w:t>Koi minority nahi, koi minority nahi, no minority, no majority. Every everyone is Indian. Mein yeh is equation ko galat samajhta hoon ke koi minority hai, koi majority hai.</w:t>
      </w:r>
    </w:p>
    <w:p>
      <w:pPr>
        <w:jc w:val="right"/>
      </w:pPr>
      <w:r>
        <w:t>کوئی مائنورٹی نہیں، کوئی مائنورٹی نہیں، نو مائنورٹی، نو میجورٹی۔ ایوری ایوری ون از انڈین۔ میں یہ اس ایکویشن کو غلط سمجھتا ہوں کہ کوئی مائنورٹی ہے، کوئی میجورٹی ہے۔</w:t>
      </w:r>
    </w:p>
    <w:p>
      <w:r>
        <w:rPr>
          <w:b/>
        </w:rPr>
        <w:t xml:space="preserve">[38:01] </w:t>
      </w:r>
      <w:r>
        <w:t>Har aadmi Indian hai, aadmi har aadmi India ka equal citizen hai.</w:t>
      </w:r>
    </w:p>
    <w:p>
      <w:pPr>
        <w:jc w:val="right"/>
      </w:pPr>
      <w:r>
        <w:t>ہر آدمی انڈین ہے، آدمی ہر آدمی انڈیا کا ایکول سٹیزن ہے۔</w:t>
      </w:r>
    </w:p>
    <w:p>
      <w:r>
        <w:rPr>
          <w:b/>
        </w:rPr>
        <w:t xml:space="preserve">[38:08] </w:t>
      </w:r>
      <w:r>
        <w:t>Yahi democracy hai. Democracy ka matlab yeh hai ke in democracies there is no minority, no majority. To mein is dunya, is mulk mein is tarah se rehta hoon ke mein apne aap ko aik Indian samajhta hoon, India ka citizen samajhta hoon, mein apne aap ko minority samajhta hoon.</w:t>
      </w:r>
    </w:p>
    <w:p>
      <w:pPr>
        <w:jc w:val="right"/>
      </w:pPr>
      <w:r>
        <w:t>یہی ڈیموکریسی ہے۔ ڈیموکریسی کا مطلب یہ ہے کہ ان ڈیموکریسیز دیر از نو مائنورٹی، نو میجورٹی۔ تو میں اس دنیا، اس ملک میں اس طرح سے رہتا ہوں کہ میں اپنے آپ کو ایک انڈین سمجھتا ہوں، انڈیا کا سٹیزن سمجھتا ہوں، میں اپنے آپ کو مائنورٹی سمجھتا ہوں۔</w:t>
      </w:r>
    </w:p>
    <w:p>
      <w:r>
        <w:rPr>
          <w:b/>
        </w:rPr>
        <w:t xml:space="preserve">[38:26] </w:t>
      </w:r>
      <w:r>
        <w:t>Yeh woh log jo jo Muslim leader mang, yeh yeh mang ki thi ke hum ko minority declare kiya jaye. Mein in ka sakht khilaf hoon.</w:t>
      </w:r>
    </w:p>
    <w:p>
      <w:pPr>
        <w:jc w:val="right"/>
      </w:pPr>
      <w:r>
        <w:t>یہ وہ لوگ جو جو مسلم لیڈر مانگ، یہ یہ مانگ کی تھی کہ ہم کو مائنورٹی ڈیکلیئر کیا جائے۔ میں ان کا سخت خلاف ہوں۔</w:t>
      </w:r>
    </w:p>
    <w:p>
      <w:r>
        <w:rPr>
          <w:b/>
        </w:rPr>
        <w:t xml:space="preserve">[38:34] </w:t>
      </w:r>
      <w:r>
        <w:t>In logon ka</w:t>
      </w:r>
    </w:p>
    <w:p>
      <w:pPr>
        <w:jc w:val="right"/>
      </w:pPr>
      <w:r>
        <w:t>ان لوگوں کا</w:t>
      </w:r>
    </w:p>
    <w:p>
      <w:r>
        <w:rPr>
          <w:b/>
        </w:rPr>
        <w:t xml:space="preserve">[38:36] </w:t>
      </w:r>
      <w:r>
        <w:t>Constitution mein jo minority ka is shart diya gaya hai, yeh musalmanon ke ke mang mang thi diya gaya tha. Is ke zimmedar Gandhi aur Nehru nahi hain, is ke zimmedar musalman hain.</w:t>
      </w:r>
    </w:p>
    <w:p>
      <w:pPr>
        <w:jc w:val="right"/>
      </w:pPr>
      <w:r>
        <w:t>کانسٹیٹیوشن میں جو مائنورٹی کا اس شرط دیا گیا ہے، یہ مسلمانوں کے کہ مانگ مانگ تھی دیا گیا تھا۔ اس کے ذمہ دار گاندھی اور نرو نہیں ہیں، اس کے ذمہ دار مسلمان ہیں۔</w:t>
      </w:r>
    </w:p>
    <w:p>
      <w:r>
        <w:rPr>
          <w:b/>
        </w:rPr>
        <w:t xml:space="preserve">[38:48] </w:t>
      </w:r>
      <w:r>
        <w:t>Constitution mein jo diya gaya hai minority ka status, yeh musalmanon ki zimmedari hai, Gandhi aur Nehru ki zimmedari nahi hai. Yeh</w:t>
      </w:r>
    </w:p>
    <w:p>
      <w:pPr>
        <w:jc w:val="right"/>
      </w:pPr>
      <w:r>
        <w:t>کانسٹیٹیوشن میں جو دیا گیا ہے مائنورٹی کا اسٹیٹس، یہ مسلمانوں کی ذمہ داری ہے، گاندھی اور نرو کی ذمہ داری نہیں ہے۔ یہ</w:t>
      </w:r>
    </w:p>
    <w:p>
      <w:r>
        <w:rPr>
          <w:b/>
        </w:rPr>
        <w:t xml:space="preserve">[38:56] </w:t>
      </w:r>
      <w:r>
        <w:t>Hum sab bara aap ghor kijiye, America mein kya minority, minority, minority? America mein koi majority hai, koi minority hai? Europe mein koi majority aur minority chalti hai?</w:t>
      </w:r>
    </w:p>
    <w:p>
      <w:pPr>
        <w:jc w:val="right"/>
      </w:pPr>
      <w:r>
        <w:t>ہم سب بڑا آپ غور کیجئے، امریکہ میں کیا مائنورٹی، مائنورٹی، مائنورٹی؟ امریکہ میں کوئی میجورٹی ہے، کوئی مائنورٹی ہے؟ یورپ میں کوئی میجورٹی اور مائنورٹی چلتی ہے؟</w:t>
      </w:r>
    </w:p>
    <w:p>
      <w:r>
        <w:rPr>
          <w:b/>
        </w:rPr>
        <w:t xml:space="preserve">[39:07] </w:t>
      </w:r>
      <w:r>
        <w:t>Kisi mulk mein nahi hai. Yeh minority aur majority is mulk mein hamare leaderon ne aik galat kaam kiya. Is wajah se musalman jeete hain is mein ke hum minority, hum minority, hum minority nahi, hum India ke equal citizen hain.</w:t>
      </w:r>
    </w:p>
    <w:p>
      <w:pPr>
        <w:jc w:val="right"/>
      </w:pPr>
      <w:r>
        <w:t>کسی ملک میں نہیں ہے۔ یہ مائنورٹی اور میجورٹی اس ملک میں ہمارے لیڈروں نے ایک غلط کام کیا۔ اس وجہ سے مسلمان جیتے ہیں اس میں کہ ہم مائنورٹی، ہم مائنورٹی، ہم مائنورٹی نہیں، ہم انڈیا کے ایکول سٹیزن ہیں۔</w:t>
      </w:r>
    </w:p>
    <w:p>
      <w:r>
        <w:rPr>
          <w:b/>
        </w:rPr>
        <w:t xml:space="preserve">[39:23] </w:t>
      </w:r>
      <w:r>
        <w:t>To is qism ke mashware de rahe hain musalmanon ko. Yeh aik baat nahi, yeh sab log isi tarah ki baatein bol rahe hain. Koi press mein bol raha hai, koi ghar mein bol raha hai, koi woh koi mind mein soch raha hai.</w:t>
      </w:r>
    </w:p>
    <w:p>
      <w:pPr>
        <w:jc w:val="right"/>
      </w:pPr>
      <w:r>
        <w:t>تو اس قسم کے مشورے دے رہے ہیں مسلمانوں کو۔ یہ ایک بات نہیں، یہ سب لوگ اسی طرح کی باتیں بول رہے ہیں۔ کوئی پریس میں بول رہا ہے، کوئی گھر میں بول رہا ہے، کوئی وہ کوئی مائنڈ میں سوچ رہا ہے۔</w:t>
      </w:r>
    </w:p>
    <w:p>
      <w:r>
        <w:rPr>
          <w:b/>
        </w:rPr>
        <w:t xml:space="preserve">[39:38] </w:t>
      </w:r>
      <w:r>
        <w:t>Mein samajhta hoon ke India mein kuch bhi nahi hua siwaye is ke ke democracy mein aisa hota hai ke election hoga, jo jeetega woh rule karega paanch saal ke baad.</w:t>
      </w:r>
    </w:p>
    <w:p>
      <w:pPr>
        <w:jc w:val="right"/>
      </w:pPr>
      <w:r>
        <w:t>میں سمجھتا ہوں کہ انڈیا میں کچھ بھی نہیں ہوا سوائے اس کے کہ ڈیموکریسی میں ایسا ہوتا ہے کہ الیکشن ہوگا، جو جیتے گا وہ رول کرے گا پانچ سال کے بعد۔</w:t>
      </w:r>
    </w:p>
    <w:p>
      <w:r>
        <w:rPr>
          <w:b/>
        </w:rPr>
        <w:t xml:space="preserve">[39:48] </w:t>
      </w:r>
      <w:r>
        <w:t>Bas lekin ab normal baat yeh hai ke India mein jo hua, woh aik normal baat hai.</w:t>
      </w:r>
    </w:p>
    <w:p>
      <w:pPr>
        <w:jc w:val="right"/>
      </w:pPr>
      <w:r>
        <w:t>بس لیکن اب نارمل بات یہ ہے کہ انڈیا میں جو ہوا، وہ ایک نارمل بات ہے۔</w:t>
      </w:r>
    </w:p>
    <w:p>
      <w:r>
        <w:rPr>
          <w:b/>
        </w:rPr>
        <w:t xml:space="preserve">[39:54] </w:t>
      </w:r>
      <w:r>
        <w:t>Democracy mein yeh hota hai ke aap election karaya jata hai, jo logon ka verdict hota hai, us ko bataya ke koi rule karte hain, aap maniye us ko. Democracy naam hai opposition ko accept karne ka, democracy naam hai apne khilaf verdict ko accept karne ka.</w:t>
      </w:r>
    </w:p>
    <w:p>
      <w:pPr>
        <w:jc w:val="right"/>
      </w:pPr>
      <w:r>
        <w:t>ڈیموکریسی میں یہ ہوتا ہے کہ آپ الیکشن کرایا جاتا ہے، جو لوگوں کا ورڈکٹ ہوتا ہے، اس کو بتایا کہ کوئی رول کرتے ہیں، آپ مانیے اس کو۔ ڈیموکریسی نام ہے اپوزیشن کو ایکسیپٹ کرنے کا، ڈیموکریسی نام ہے اپنے خلاف ورڈکٹ کو ایکسیپٹ کرنے کا۔</w:t>
      </w:r>
    </w:p>
    <w:p>
      <w:r>
        <w:rPr>
          <w:b/>
        </w:rPr>
        <w:t xml:space="preserve">[40:13] </w:t>
      </w:r>
      <w:r>
        <w:t>yeh kingship mein tha ke woh accept nahin karte thay, kingship mein aisa tha ke woh accept nahin karte thay. woh</w:t>
      </w:r>
    </w:p>
    <w:p>
      <w:pPr>
        <w:jc w:val="right"/>
      </w:pPr>
      <w:r>
        <w:t>یہ کنگ شپ میں تھا کہ وہ ایکسیپٹ نہیں کرتے تھے، کنگ شپ میں ایسا تھا کہ وہ ایکسیپٹ نہیں کرتے تھے۔ وہ</w:t>
      </w:r>
    </w:p>
    <w:p>
      <w:r>
        <w:rPr>
          <w:b/>
        </w:rPr>
        <w:t xml:space="preserve">[40:21] </w:t>
      </w:r>
      <w:r>
        <w:t>democracy naam hai doosron ko accept karna.</w:t>
      </w:r>
    </w:p>
    <w:p>
      <w:pPr>
        <w:jc w:val="right"/>
      </w:pPr>
      <w:r>
        <w:t>ڈیموکریسی نام ہے دوسروں کو ایکسیپٹ کرنا۔</w:t>
      </w:r>
    </w:p>
    <w:p>
      <w:r>
        <w:rPr>
          <w:b/>
        </w:rPr>
        <w:t xml:space="preserve">[40:27] </w:t>
      </w:r>
      <w:r>
        <w:t>kingship mein we and they ka concept tha, kuch ruler hain, kuch ruled hain. we and they ka concept tha, democracy ne is ko khatam kar diya hai.</w:t>
      </w:r>
    </w:p>
    <w:p>
      <w:pPr>
        <w:jc w:val="right"/>
      </w:pPr>
      <w:r>
        <w:t>کنگ شپ میں وی اینڈ دے کا کانسیپٹ تھا، کچھ رولر ہیں، کچھ رولڈ ہیں۔ وی اینڈ دے کا کانسیپٹ تھا، ڈیموکریسی نے اس کو ختم کر دیا ہے۔</w:t>
      </w:r>
    </w:p>
    <w:p>
      <w:r>
        <w:rPr>
          <w:b/>
        </w:rPr>
        <w:t xml:space="preserve">[40:36] </w:t>
      </w:r>
      <w:r>
        <w:t>ab we and we ka concept hai, sab barabar hain.</w:t>
      </w:r>
    </w:p>
    <w:p>
      <w:pPr>
        <w:jc w:val="right"/>
      </w:pPr>
      <w:r>
        <w:t>اب وی اینڈ وی کا کانسیپٹ ہے، سب برابر ہیں۔</w:t>
      </w:r>
    </w:p>
    <w:p>
      <w:r>
        <w:rPr>
          <w:b/>
        </w:rPr>
        <w:t xml:space="preserve">[40:44] </w:t>
      </w:r>
      <w:r>
        <w:t>to yeh musalmanon ke so called leader ne sara fasaad yeh barpa kiya hai. main dekh, koi muslim dushman nahin hai, na hindu muslim dushman hai, na israel muslim dushman hai,</w:t>
      </w:r>
    </w:p>
    <w:p>
      <w:pPr>
        <w:jc w:val="right"/>
      </w:pPr>
      <w:r>
        <w:t>تو یہ مسلمانوں کے سو کالڈ لیڈر نے سارا فساد یہ برپا کیا ہے۔ میں دیکھ، کوئی مسلم دشمن نہیں ہے، نہ ہندو مسلم دشمن ہے، نہ اسرائیل مسلم دشمن ہے،</w:t>
      </w:r>
    </w:p>
    <w:p>
      <w:r>
        <w:rPr>
          <w:b/>
        </w:rPr>
        <w:t xml:space="preserve">[40:59] </w:t>
      </w:r>
      <w:r>
        <w:t>na america muslim dushman, koi muslim dushman nahin hai. sirf muslim dushman agar koi hai to muslim leader hain.</w:t>
      </w:r>
    </w:p>
    <w:p>
      <w:pPr>
        <w:jc w:val="right"/>
      </w:pPr>
      <w:r>
        <w:t>نہ امریکہ مسلم دشمن، کوئی مسلم دشمن نہیں ہے۔ صرف مسلم دشمن اگر کوئی ہے تو مسلم لیڈر ہیں۔</w:t>
      </w:r>
    </w:p>
    <w:p>
      <w:r>
        <w:rPr>
          <w:b/>
        </w:rPr>
        <w:t xml:space="preserve">[41:06] </w:t>
      </w:r>
      <w:r>
        <w:t>agar koi duniya mein musalmanon ka dushman hai to woh sirf musalmanon ka so called leader hai. unhon ne musalmanon ko tabah kar rakha hai.</w:t>
      </w:r>
    </w:p>
    <w:p>
      <w:pPr>
        <w:jc w:val="right"/>
      </w:pPr>
      <w:r>
        <w:t>اگر کوئی دنیا میں مسلمانوں کا دشمن ہے تو وہ صرف مسلمانوں کا سو کالڈ لیڈر ہے۔ انہوں نے مسلمانوں کو تباہ کر رکھا ہے۔</w:t>
      </w:r>
    </w:p>
    <w:p>
      <w:r>
        <w:rPr>
          <w:b/>
        </w:rPr>
        <w:t xml:space="preserve">[41:17] </w:t>
      </w:r>
      <w:r>
        <w:t>main yahi kehne ke liye shayad zinda hoon, ho sakta hai ke kal main mar jaon, mujhe nahin maloom ke kal mera kya hoga. lekin main yeh kahoon ga ke musalmanon ka koi bhi dushman nahin, na hindu dushman hai, na yahoodi dushman hai, na isai dushman hai, na america dushman, koi dushman nahin nahin.</w:t>
      </w:r>
    </w:p>
    <w:p>
      <w:pPr>
        <w:jc w:val="right"/>
      </w:pPr>
      <w:r>
        <w:t>میں یہی کہنے کے لیے شاید زندہ ہوں، ہو سکتا ہے کہ کل میں مر جاؤں، مجھے نہیں معلوم کہ کل میرا کیا ہوگا۔ لیکن میں یہ کہوں گا کہ مسلمانوں کا کوئی بھی دشمن نہیں، نہ ہندو دشمن ہے، نہ یہودی دشمن ہے، نہ عیسائی دشمن ہے، نہ امریکہ دشمن، کوئی دشمن نہیں۔</w:t>
      </w:r>
    </w:p>
    <w:p>
      <w:r>
        <w:rPr>
          <w:b/>
        </w:rPr>
        <w:t xml:space="preserve">[41:34] </w:t>
      </w:r>
      <w:r>
        <w:t>dushman agar hai to yeh musalmanon ke leader hain.</w:t>
      </w:r>
    </w:p>
    <w:p>
      <w:pPr>
        <w:jc w:val="right"/>
      </w:pPr>
      <w:r>
        <w:t>دشمن اگر ہے تو یہ مسلمانوں کے لیڈر ہیں۔</w:t>
      </w:r>
    </w:p>
    <w:p>
      <w:r>
        <w:rPr>
          <w:b/>
        </w:rPr>
        <w:t xml:space="preserve">[41:38] </w:t>
      </w:r>
      <w:r>
        <w:t>aur main aap ko bataon ke aik martaba main gaya lucknow, wahan par kuch leader thay, kuch us zamane mein ab un ka intaqal ho chuka tha, kuch baray leader thay jo musalmanon mein maqbool thay.</w:t>
      </w:r>
    </w:p>
    <w:p>
      <w:pPr>
        <w:jc w:val="right"/>
      </w:pPr>
      <w:r>
        <w:t>اور میں آپ کو بتاؤں کہ ایک مرتبہ میں گیا لکھنو، وہاں پر کچھ لیڈر تھے، کچھ اس زمانے میں اب ان کا انتقال ہو چکا تھا، کچھ بڑے لیڈر تھے جو مسلمانوں میں مقبول تھے۔</w:t>
      </w:r>
    </w:p>
    <w:p>
      <w:r>
        <w:rPr>
          <w:b/>
        </w:rPr>
        <w:t xml:space="preserve">[41:51] </w:t>
      </w:r>
      <w:r>
        <w:t>woh un se aik ghantay se ziyada der tak main ne baat ki thi. yeh jo policies chalate hain, log negative politics, negative politics, to meri baat ko nahin mana tha unhon ne.</w:t>
      </w:r>
    </w:p>
    <w:p>
      <w:pPr>
        <w:jc w:val="right"/>
      </w:pPr>
      <w:r>
        <w:t>وہ ان سے ایک گھنٹے سے زیادہ دیر تک میں نے بات کی تھی۔ یہ جو پالیسیاں چلاتے ہیں، لوگ نیگیٹیو پولیٹکس، نیگیٹیو پولیٹکس، تو میری بات کو نہیں مانا تھا انہوں نے۔</w:t>
      </w:r>
    </w:p>
    <w:p>
      <w:r>
        <w:rPr>
          <w:b/>
        </w:rPr>
        <w:t xml:space="preserve">[42:04] </w:t>
      </w:r>
      <w:r>
        <w:t>to aakhir mein mera haal yeh hai ke main zaar zaar rota raha, aur rote hue main utha un ke kamray se, aur main yeh shair parh raha tha. parha main ne: "ada kaar-ul-ghurab-o-raees-e-qom, qom-e-sayadi mala daar-ul-bawari".</w:t>
      </w:r>
    </w:p>
    <w:p>
      <w:pPr>
        <w:jc w:val="right"/>
      </w:pPr>
      <w:r>
        <w:t>تو آخر میں میرا حال یہ ہے کہ میں زارخ ہوتا رونے لگا، اور روتے ہوئے میں اٹھا ان کے کمرے سے، اور میں یہ شعر پڑھ رہا تھا۔ پڑھا میں نے: "ادا کارل غراب و رئیس قوم قوم سیادی ملا دار البواری"۔</w:t>
      </w:r>
    </w:p>
    <w:p>
      <w:r>
        <w:rPr>
          <w:b/>
        </w:rPr>
        <w:t xml:space="preserve">[42:19] </w:t>
      </w:r>
      <w:r>
        <w:t>is ka matlab yeh hai ke jab kawa kisi qom ka leader ban jaye to woh qom tabah ho kar rahe gi.</w:t>
      </w:r>
    </w:p>
    <w:p>
      <w:pPr>
        <w:jc w:val="right"/>
      </w:pPr>
      <w:r>
        <w:t>اس کا مطلب یہ ہے کہ جب کوا کسی قوم کا لیڈر بن جائے تو وہ قوم تباہ ہو کر رہے گی۔</w:t>
      </w:r>
    </w:p>
    <w:p>
      <w:r>
        <w:rPr>
          <w:b/>
        </w:rPr>
        <w:t xml:space="preserve">[42:30] </w:t>
      </w:r>
      <w:r>
        <w:t>dekhen, yeh jo halaat hain, in halaat mein aik bohat bara message Allah ki taraf se aya hai. aap ke paas is is message ko samjhiye. woh message kya hai?</w:t>
      </w:r>
    </w:p>
    <w:p>
      <w:pPr>
        <w:jc w:val="right"/>
      </w:pPr>
      <w:r>
        <w:t>دیکھیں، یہ جو حالات ہیں، ان حالات میں ایک بہت بڑا میسج اللہ کی طرف سے آیا ہے۔ آپ کے پاس اس اس میسج کو سمجھیے۔ وہ میسج کیا ہے؟</w:t>
      </w:r>
    </w:p>
    <w:p>
      <w:r>
        <w:rPr>
          <w:b/>
        </w:rPr>
        <w:t xml:space="preserve">[42:39] </w:t>
      </w:r>
      <w:r>
        <w:t>woh message yeh hai ke "hate activism never works". "hate activism never works" yeh hai message, kyunke sari duniya mein musalmanon ne hate hate hate chalaya.</w:t>
      </w:r>
    </w:p>
    <w:p>
      <w:pPr>
        <w:jc w:val="right"/>
      </w:pPr>
      <w:r>
        <w:t>وہ میسج یہ ہے کہ "ہیٹ ایکٹیوزم نیور ورکس"۔ "ہیٹ ایکٹیوزم نیور ورکس" یہ ہے میسج، کیونکہ ساری دنیا میں مسلمانوں نے ہیٹ ہیٹ ہیٹ چلا دیا۔</w:t>
      </w:r>
    </w:p>
    <w:p>
      <w:r>
        <w:rPr>
          <w:b/>
        </w:rPr>
        <w:t xml:space="preserve">[42:55] </w:t>
      </w:r>
      <w:r>
        <w:t>arab mein jaiye, wahan bhi hate. aap Europe, America mein</w:t>
      </w:r>
    </w:p>
    <w:p>
      <w:pPr>
        <w:jc w:val="right"/>
      </w:pPr>
      <w:r>
        <w:t>عرب میں جائیے، وہاں بھی ہیٹ۔ آپ یورپ، امریکہ میں</w:t>
      </w:r>
    </w:p>
    <w:p>
      <w:r>
        <w:rPr>
          <w:b/>
        </w:rPr>
        <w:t xml:space="preserve">[42:59] </w:t>
      </w:r>
      <w:r>
        <w:t>jaiye, wahan bhi hate. India mein dekhen, wahan bhi hate. sare musalman hate mein jee rahe hain, koi passive hate mein hai, koi active hate mein hai. to sare musalman hate activism chalaye hue hain, nafrat ki policy hai,</w:t>
      </w:r>
    </w:p>
    <w:p>
      <w:pPr>
        <w:jc w:val="right"/>
      </w:pPr>
      <w:r>
        <w:t>جائیے، وہاں بھی ہیٹ۔ انڈیا میں دیکھیں، وہاں بھی ہیٹ۔ سارے مسلمان ہیٹ میں جی رہے ہیں، کوئی پیسو ہیٹ میں ہے، کوئی ایکٹیو ہیٹ میں ہے۔ تو سارے مسلمان ہیٹ ایکٹیوزم چلائے ہوئے ہیں، نفرت کی پالیسی ہے،</w:t>
      </w:r>
    </w:p>
    <w:p>
      <w:r>
        <w:rPr>
          <w:b/>
        </w:rPr>
        <w:t xml:space="preserve">[43:13] </w:t>
      </w:r>
      <w:r>
        <w:t>nafrat ki siyasat. lekin aap ghor kijiye, is sare India ke musalmanon ne mil kar chaha ke main falan party ko haraon, aur hara nahin sakay.</w:t>
      </w:r>
    </w:p>
    <w:p>
      <w:pPr>
        <w:jc w:val="right"/>
      </w:pPr>
      <w:r>
        <w:t>نفرت کی سیاست۔ لیکن آپ غور کیجئے، اس سارے انڈیا کے مسلمانوں نے مل کر چاہا کہ میں فلاں پارٹی کو ہراؤں، اور ہرا نہیں سکے۔</w:t>
      </w:r>
    </w:p>
    <w:p>
      <w:r>
        <w:rPr>
          <w:b/>
        </w:rPr>
        <w:t xml:space="preserve">[43:23] </w:t>
      </w:r>
      <w:r>
        <w:t>woh koi party aaj aur main aa gayi.</w:t>
      </w:r>
    </w:p>
    <w:p>
      <w:pPr>
        <w:jc w:val="right"/>
      </w:pPr>
      <w:r>
        <w:t>وہ کوئی پارٹی آج اور میں آ گئی۔</w:t>
      </w:r>
    </w:p>
    <w:p>
      <w:r>
        <w:rPr>
          <w:b/>
        </w:rPr>
        <w:t xml:space="preserve">[43:27] </w:t>
      </w:r>
      <w:r>
        <w:t>is ka matlab ke Allah taala ne dikhaya ke hate activism se kuch nahin hone wala.</w:t>
      </w:r>
    </w:p>
    <w:p>
      <w:pPr>
        <w:jc w:val="right"/>
      </w:pPr>
      <w:r>
        <w:t>اس کا معنی کہ اللہ تعالی نے دکھایا کہ ہیٹ ایکٹیوزم سے کچھ نہیں ہونے والا۔</w:t>
      </w:r>
    </w:p>
    <w:p>
      <w:r>
        <w:rPr>
          <w:b/>
        </w:rPr>
        <w:t xml:space="preserve">[43:34] </w:t>
      </w:r>
      <w:r>
        <w:t>to yeh sab se bara sabak jo hamein lena hai, woh hai ke "hate activism never works". to musalmanon ko main yahi kahoon ga ke positive andaaz mein sochiye, positive andaaz mein policy banaiye, positive andaaz mein planning kijiye,</w:t>
      </w:r>
    </w:p>
    <w:p>
      <w:pPr>
        <w:jc w:val="right"/>
      </w:pPr>
      <w:r>
        <w:t>تو یہ سب سے بڑا سبق جو ہمیں لینا ہے، وہ ہے کہ "ہیٹ ایکٹیوزم نیور ورکس"۔ تو مسلمانوں کو میں یہی کہوں گا کہ پازیٹیو انداز میں سوچیے، پازیٹیو انداز میں پالیسی بنائیے، پازیٹیو انداز میں پلاننگ کیجئے،</w:t>
      </w:r>
    </w:p>
    <w:p>
      <w:r>
        <w:rPr>
          <w:b/>
        </w:rPr>
        <w:t xml:space="preserve">[43:48] </w:t>
      </w:r>
      <w:r>
        <w:t>positive andaaz mein apna sara mamlaat ko durust kijiye, aur negative andaaz ko mukammal taur par chhod dijiye.</w:t>
      </w:r>
    </w:p>
    <w:p>
      <w:pPr>
        <w:jc w:val="right"/>
      </w:pPr>
      <w:r>
        <w:t>پازیٹیو انداز میں اپنا سارا معاملات کو درست کیجئے، اور نیگیٹیو انداز کو مکمل طور پر چھوڑ دیجئے۔</w:t>
      </w:r>
    </w:p>
    <w:p>
      <w:r>
        <w:rPr>
          <w:b/>
        </w:rPr>
        <w:t xml:space="preserve">[43:57] </w:t>
      </w:r>
      <w:r>
        <w:t>yahi sabak hai is jo halaat paida hue hain, is ka sabak yahi hai musalmanon ko ke chhod dijiye nafrat ko, chhod dijiye violence ko, aur sari duniya ko apna samjhiye, sab ko bhai samjhiye, sab se mohabbat kijiye, sab se khair khwahi kijiye.</w:t>
      </w:r>
    </w:p>
    <w:p>
      <w:pPr>
        <w:jc w:val="right"/>
      </w:pPr>
      <w:r>
        <w:t>یہی سبق ہے اس جو حالات پیدا ہوئے ہیں، اس کا سبق یہی ہے مسلمانوں کو کہ چھوڑ دیجئے نفرت کو، چھوڑ دیجئے وائیلنس کو، اور ساری دنیا کو اپنا سمجھیے، سب کو بھائی سمجھیے، سب سے محبت کیجئے، سب سے خیر خواہی کیجئے۔</w:t>
      </w:r>
    </w:p>
    <w:p>
      <w:r>
        <w:rPr>
          <w:b/>
        </w:rPr>
        <w:t xml:space="preserve">[44:20] </w:t>
      </w:r>
      <w:r>
        <w:t>yani aik lafz mein positive thinking aur positive behavior musalman ikhtiyar karen.</w:t>
      </w:r>
    </w:p>
    <w:p>
      <w:pPr>
        <w:jc w:val="right"/>
      </w:pPr>
      <w:r>
        <w:t>یعنی ایک لفظ میں پازیٹیو تھنکنگ اور پازیٹیو بیہیویئر مسلمان اختیار کریں۔</w:t>
      </w:r>
    </w:p>
    <w:p>
      <w:r>
        <w:rPr>
          <w:b/>
        </w:rPr>
        <w:t xml:space="preserve">[44:26] </w:t>
      </w:r>
      <w:r>
        <w:t>yahi waqt ka sab se bara paigham hai.</w:t>
      </w:r>
    </w:p>
    <w:p>
      <w:pPr>
        <w:jc w:val="right"/>
      </w:pPr>
      <w:r>
        <w:t>یہی وقت کا سب سے بڑا پیغام ہے۔</w:t>
      </w:r>
    </w:p>
    <w:p>
      <w:r>
        <w:rPr>
          <w:b/>
        </w:rPr>
        <w:t xml:space="preserve">[44:34] </w:t>
      </w:r>
      <w:r>
        <w:t>to mein dua karta hoon ke Allah taala, mein Allah gawah hai ke meri kisi kisi ki nafrat mere dil mein nahin. mein jo kuch mein ne kaha, woh khair khwahi ke liye kaha hai.</w:t>
      </w:r>
    </w:p>
    <w:p>
      <w:pPr>
        <w:jc w:val="right"/>
      </w:pPr>
      <w:r>
        <w:t>تو میں دعا کرتا ہوں کہ اللہ تعالی، میں اللہ گواہ ہے کہ میری کسی کسی کی نفرت میرے دل میں نہیں۔ میں جو کچھ میں نے کہا، وہ خیر خواہی کے لیے کہا ہے۔</w:t>
      </w:r>
    </w:p>
    <w:p>
      <w:r>
        <w:rPr>
          <w:b/>
        </w:rPr>
        <w:t xml:space="preserve">[44:46] </w:t>
      </w:r>
      <w:r>
        <w:t>mere dil mein insaan ki mohabbat ke siwa koi cheez nahin. agar</w:t>
      </w:r>
    </w:p>
    <w:p>
      <w:pPr>
        <w:jc w:val="right"/>
      </w:pPr>
      <w:r>
        <w:t>میرے دل میں انسان کی محبت کے سوا کوئی چیز نہیں۔ اگر</w:t>
      </w:r>
    </w:p>
    <w:p>
      <w:r>
        <w:rPr>
          <w:b/>
        </w:rPr>
        <w:t xml:space="preserve">[44:50] </w:t>
      </w:r>
      <w:r>
        <w:t>aap operation karwayein mera to mere dil mein aap ko mohabbat ke siwa kuch nahin mile ga. mere dil mein koi heat nahin, mere dil mein koi nafrat nahin. jo kuch mein ne kaha, woh insaan ki khair khwahi ke liye kaha hai, musalmanon ki khair khwahi ke liye kaha hai.</w:t>
      </w:r>
    </w:p>
    <w:p>
      <w:pPr>
        <w:jc w:val="right"/>
      </w:pPr>
      <w:r>
        <w:t>آپ آپریشن کروائیں میرا تو میرے دل میں آپ کو محبت کے سوا کچھ نہیں ملے گا۔ میرے دل میں کوئی ہیٹ نہیں، میرے دل میں کوئی نفرت نہیں۔ جو کچھ میں نے کہا، وہ انسان کی خیر خواہی کے لیے کہا ہے، مسلمانوں کی خیر خواہی کے لیے کہا ہے۔</w:t>
      </w:r>
    </w:p>
    <w:p>
      <w:r>
        <w:rPr>
          <w:b/>
        </w:rPr>
        <w:t xml:space="preserve">[45:06] </w:t>
      </w:r>
      <w:r>
        <w:t>qayamat mein inshallah khud Allah taala gawaahi den ge ke yeh banda jo tha, is ke dil mein kisi ki nafrat nahin thi.</w:t>
      </w:r>
    </w:p>
    <w:p>
      <w:pPr>
        <w:jc w:val="right"/>
      </w:pPr>
      <w:r>
        <w:t>قیامت میں انشاءاللہ خود اللہ تعالی گواہی دیں گے کہ یہ بندہ جو تھا، اس کے دل میں کسی کی نفرت نہیں تھی۔</w:t>
      </w:r>
    </w:p>
    <w:p>
      <w:r>
        <w:rPr>
          <w:b/>
        </w:rPr>
        <w:t xml:space="preserve">[45:12] </w:t>
      </w:r>
      <w:r>
        <w:t>mujhe yaqeen hai ke jab saare insaan jama hon ge qayamat mein to khud Khuda gawaahi de ga ke is bande ke dil mein kisi ki nafrat nahin thi.</w:t>
      </w:r>
    </w:p>
    <w:p>
      <w:pPr>
        <w:jc w:val="right"/>
      </w:pPr>
      <w:r>
        <w:t>مجھے یقین ہے کہ جب سارے انسان جمع ہوں گے قیامت میں تو خود خدا گواہی دے گا کہ اس بندے کے دل میں کسی کی نفرت نہیں تھی۔</w:t>
      </w:r>
    </w:p>
    <w:p>
      <w:r>
        <w:rPr>
          <w:b/>
        </w:rPr>
        <w:t xml:space="preserve">[45:21] </w:t>
      </w:r>
      <w:r>
        <w:t>yeh banda sab ka well o washr tha, jo kuch kehta tha, woh nafrat se nahin kehta tha, sachai ko le kar kehta tha. to meri dua hai ke Allah taala</w:t>
      </w:r>
    </w:p>
    <w:p>
      <w:pPr>
        <w:jc w:val="right"/>
      </w:pPr>
      <w:r>
        <w:t>یہ بندہ سب کا ویل وشر تھا، جو کچھ کہتا تھا، وہ نفرت سے نہیں کہتا تھا، سچائی کو لے کر کہتا تھا۔ تو میری دعا ہے کہ اللہ تعالی</w:t>
      </w:r>
    </w:p>
    <w:p>
      <w:r>
        <w:rPr>
          <w:b/>
        </w:rPr>
        <w:t xml:space="preserve">[45:35] </w:t>
      </w:r>
      <w:r>
        <w:t>hum ko, hum sab ko aqal de,</w:t>
      </w:r>
    </w:p>
    <w:p>
      <w:pPr>
        <w:jc w:val="right"/>
      </w:pPr>
      <w:r>
        <w:t>ہم کو، ہم سب کو عقل دے،</w:t>
      </w:r>
    </w:p>
    <w:p>
      <w:r>
        <w:rPr>
          <w:b/>
        </w:rPr>
        <w:t xml:space="preserve">[45:38] </w:t>
      </w:r>
      <w:r>
        <w:t>hum waqt ke waqt ko pehchanen, deen ko pehchanen, Allah ke Allah ke paigham ko pehchanen, kyun ke ek din aane wala hai jab yeh dunya kaan saf safha ban jaye gi.</w:t>
      </w:r>
    </w:p>
    <w:p>
      <w:pPr>
        <w:jc w:val="right"/>
      </w:pPr>
      <w:r>
        <w:t>ہم وقت کے وقت کو پہچانیں، دین کو پہچانیں، اللہ کے اللہ کے پیغام کو پہچانیں، کیونکہ ایک دن آنے والا ہے جب یہ دنیا کان صف صفحہ بن جائے گی۔</w:t>
      </w:r>
    </w:p>
    <w:p>
      <w:r>
        <w:rPr>
          <w:b/>
        </w:rPr>
        <w:t xml:space="preserve">[45:54] </w:t>
      </w:r>
      <w:r>
        <w:t>poori dunya kaan saf safha, yaani poori dunya khatm ho kar ke saare log Allah ke saamne haazir hon ge hashr ke maidan mein. yaum yaqoom un nas bi rabbil aalameen.</w:t>
      </w:r>
    </w:p>
    <w:p>
      <w:pPr>
        <w:jc w:val="right"/>
      </w:pPr>
      <w:r>
        <w:t>پوری دنیا کان صف صفحہ، یعنی پوری دنیا ختم ہو کر کے سارے لوگ اللہ کے سامنے حاضر ہوں گے حشر کے میدان میں۔ یوم یعقوب الناس برب العالمین۔</w:t>
      </w:r>
    </w:p>
    <w:p>
      <w:r>
        <w:rPr>
          <w:b/>
        </w:rPr>
        <w:t xml:space="preserve">[46:07] </w:t>
      </w:r>
      <w:r>
        <w:t>is din ko soch kar ke mein yaad rakhiye ke mein apni is baaton jo kuch kehta hoon, kehta hoon ke is waqt mein jab ke mujhe khada hona hoga Allah Allah ke aage, is waqt mujhe wahan sharminda na hona parre.</w:t>
      </w:r>
    </w:p>
    <w:p>
      <w:pPr>
        <w:jc w:val="right"/>
      </w:pPr>
      <w:r>
        <w:t>اس دن کو سوچ کر کے میں یاد رکھیے کہ میں اپنی اس باتوں جو کچھ کہتا ہوں، کہتا ہوں کہ اس وقت میں جب کہ مجھے کھڑا ہونا ہوگا اللہ اللہ کے آگے، اس وقت مجھے وہاں شرمندہ نہ ہونا پڑے۔</w:t>
      </w:r>
    </w:p>
    <w:p>
      <w:r>
        <w:rPr>
          <w:b/>
        </w:rPr>
        <w:t xml:space="preserve">[46:20] </w:t>
      </w:r>
      <w:r>
        <w:t>mujhe to mein aap sab logon se yahi kehta hoon, is din ko soch kar ke jeena seekhiye jab aap Allah ke saamne khare hon ge.</w:t>
      </w:r>
    </w:p>
    <w:p>
      <w:pPr>
        <w:jc w:val="right"/>
      </w:pPr>
      <w:r>
        <w:t>مجھے تو میں آپ سب لوگوں سے یہی کہتا ہوں، اس دن کو سوچ کر کے جینا سیکھیے جب آپ اللہ کے سامنے کھڑے ہوں گے۔</w:t>
      </w:r>
    </w:p>
    <w:p>
      <w:r>
        <w:rPr>
          <w:b/>
        </w:rPr>
        <w:t xml:space="preserve">[46:31] </w:t>
      </w:r>
      <w:r>
        <w:t>assalamu alaikum wa rahmatullahi wa barakatuh.</w:t>
      </w:r>
    </w:p>
    <w:p>
      <w:pPr>
        <w:jc w:val="right"/>
      </w:pPr>
      <w:r>
        <w:t>السلام علیکم ورحمۃ اللہ وبرکاتہ۔</w:t>
      </w:r>
    </w:p>
    <w:p>
      <w:r>
        <w:rPr>
          <w:b/>
        </w:rPr>
        <w:t xml:space="preserve">[46:47] </w:t>
      </w:r>
      <w:r>
        <w:t>okay, we'll be starting with the question answer session now. all the online viewers are requested to send their questions on info at cpsglobal.org.</w:t>
      </w:r>
    </w:p>
    <w:p>
      <w:pPr>
        <w:jc w:val="right"/>
      </w:pPr>
      <w:r>
        <w:t>اوکے، ویل بی سٹارٹنگ ود دی کوئسچن انسر سیشن ناو۔ ال دی ان لائن ویوورز ار ریکویسٹڈ ٹو سینڈ دیر کوئسچنز ان انفو ایٹ سی پی ایس گلوبل ڈاٹ او آر جی۔</w:t>
      </w:r>
    </w:p>
    <w:p>
      <w:r>
        <w:rPr>
          <w:b/>
        </w:rPr>
        <w:t xml:space="preserve">[47:01] </w:t>
      </w:r>
      <w:r>
        <w:t>maulana, yeh sawal pune se kiya hai Mr Waqas Mehra ne. unhon ne likha hai: "maulana, i have been meaning to ask this question for a long time.</w:t>
      </w:r>
    </w:p>
    <w:p>
      <w:pPr>
        <w:jc w:val="right"/>
      </w:pPr>
      <w:r>
        <w:t>مولانا، یہ سوال پونے سے کیا ہے مسٹر وقاص مہرا نے۔ انہوں نے لکھا ہے: "مولانا، ائی ہیو بین میننگ ٹو اسک دس کوئسچن فار ا لانگ ٹائم۔</w:t>
      </w:r>
    </w:p>
    <w:p>
      <w:r>
        <w:rPr>
          <w:b/>
        </w:rPr>
        <w:t xml:space="preserve">[47:18] </w:t>
      </w:r>
      <w:r>
        <w:t>there are two words frequently used in Islam that are very distorted and almost abusive, which is kafir and jihad.</w:t>
      </w:r>
    </w:p>
    <w:p>
      <w:pPr>
        <w:jc w:val="right"/>
      </w:pPr>
      <w:r>
        <w:t>دیر ار ٹو ورڈز فریکونٹلی یوزڈ ان اسلام دیٹ ار ویری ڈسٹورٹڈ اینڈ الموسٹ ابیوزو، وچ از کافر اینڈ جہاد۔</w:t>
      </w:r>
    </w:p>
    <w:p>
      <w:r>
        <w:rPr>
          <w:b/>
        </w:rPr>
        <w:t xml:space="preserve">[47:28] </w:t>
      </w:r>
      <w:r>
        <w:t>as i understand it, kafir means a non believer and was used by the prophet at a time when there were large number of non believers when he was trying to spread his teachings in Arabia.</w:t>
      </w:r>
    </w:p>
    <w:p>
      <w:pPr>
        <w:jc w:val="right"/>
      </w:pPr>
      <w:r>
        <w:t>ایز ائی انڈرسٹینڈ اٹ، کافر مینز ا نان بیلیور اینڈ واز یوزڈ بائی دا پرافٹ ایٹ ا ٹائم وین دیر وار لارج نمبر اف نان بیلیورز وین ہی واز ٹرائنگ ٹو سپریڈ ہز ٹیچنگز ان عربیہ۔</w:t>
      </w:r>
    </w:p>
    <w:p>
      <w:r>
        <w:rPr>
          <w:b/>
        </w:rPr>
        <w:t xml:space="preserve">[47:44] </w:t>
      </w:r>
      <w:r>
        <w:t>question is if it was a contextual term, why is it being so fiercely used today in our society, especially when it is likely to hurt sentiments of non muslim people, hindus in particular,</w:t>
      </w:r>
    </w:p>
    <w:p>
      <w:pPr>
        <w:jc w:val="right"/>
      </w:pPr>
      <w:r>
        <w:t>کوئسچن از اف اٹ واز ا کنٹیکسچول ٹرم، وائی از اٹ بینگ سو فیلی یوزڈ ٹوڈے ان اور سوسائٹی، اسپیشلی وین اٹ از لائکلی ٹو ہرٹ سینٹیمنٹس اف نان مسلم پیپل، ہندوز ان پرٹیکولر،</w:t>
      </w:r>
    </w:p>
    <w:p>
      <w:r>
        <w:rPr>
          <w:b/>
        </w:rPr>
        <w:t xml:space="preserve">[48:00] </w:t>
      </w:r>
      <w:r>
        <w:t>and its wrong use is also giving a wrong interpretation of Islam, which as a religion is all inclusive.</w:t>
      </w:r>
    </w:p>
    <w:p>
      <w:pPr>
        <w:jc w:val="right"/>
      </w:pPr>
      <w:r>
        <w:t>اینڈ اٹس رونگ یوز از السو گیونگ ا رونگ انٹرپریٹیشن اف اسلام، وچ ایز ا ریلیجن از ال انکلوسیو۔</w:t>
      </w:r>
    </w:p>
    <w:p>
      <w:r>
        <w:rPr>
          <w:b/>
        </w:rPr>
        <w:t xml:space="preserve">[48:10] </w:t>
      </w:r>
      <w:r>
        <w:t>should the word not be kept out of daily usage, or on the other hand, does it actually really mean to show idol worshippers of today, mainly hindus, also in bad light?</w:t>
      </w:r>
    </w:p>
    <w:p>
      <w:pPr>
        <w:jc w:val="right"/>
      </w:pPr>
      <w:r>
        <w:t>شوڈ دا ورڈ ناٹ بی کیپٹ آؤٹ اف ڈیلی یوسیج، اور ان دی ادر ہینڈ، ڈز اٹ ایکچولی ریلی مین ٹو شو ائیڈل ورشپرز اف ٹوڈے، مینلی ہندوز، السو ان بیڈ لائٹ؟</w:t>
      </w:r>
    </w:p>
    <w:p>
      <w:r>
        <w:rPr>
          <w:b/>
        </w:rPr>
        <w:t xml:space="preserve">[48:25] </w:t>
      </w:r>
      <w:r>
        <w:t>i shall appreciate your views. dekhiye, is par mein ne bohat tafseel se likha hai, aap is ko parh sakte hain.</w:t>
      </w:r>
    </w:p>
    <w:p>
      <w:pPr>
        <w:jc w:val="right"/>
      </w:pPr>
      <w:r>
        <w:t>ائی شیل ایپریشیٹ یور ویوز۔ دیکھیے، اس پر میں نے بہت تفصیل سے لکھا ہے، آپ اس کو پڑھ سکتے ہیں۔</w:t>
      </w:r>
    </w:p>
    <w:p>
      <w:r>
        <w:rPr>
          <w:b/>
        </w:rPr>
        <w:t xml:space="preserve">[48:37] </w:t>
      </w:r>
      <w:r>
        <w:t>aam taur par musalman yeh samajhte hain ke dunya mein do qaumein hain, ek kafir qaum, ek muslim qaum. yeh bilkul hi be silsila hai, har giz har giz yeh sahi nahin hai.</w:t>
      </w:r>
    </w:p>
    <w:p>
      <w:pPr>
        <w:jc w:val="right"/>
      </w:pPr>
      <w:r>
        <w:t>عام طور پر مسلمان یہ سمجھتے ہیں کہ دنیا میں دو قومیں ہیں، ایک کافر قوم، ایک مسلم قوم۔ یہ بالکل ہی بے سلیس ہے، ہرگز ہرگز یہ صحیح نہیں ہے۔</w:t>
      </w:r>
    </w:p>
    <w:p>
      <w:r>
        <w:rPr>
          <w:b/>
        </w:rPr>
        <w:t xml:space="preserve">[48:55] </w:t>
      </w:r>
      <w:r>
        <w:t>koi Islam ka ta'alluq qaum se nahin hai,</w:t>
      </w:r>
    </w:p>
    <w:p>
      <w:pPr>
        <w:jc w:val="right"/>
      </w:pPr>
      <w:r>
        <w:t>کوئی اسلام کا تعلق قوم سے نہیں ہے،</w:t>
      </w:r>
    </w:p>
    <w:p>
      <w:r>
        <w:rPr>
          <w:b/>
        </w:rPr>
        <w:t xml:space="preserve">[49:04] </w:t>
      </w:r>
      <w:r>
        <w:t>is tarah kafir ka ta'alluq kisi qaum se nahin hai.</w:t>
      </w:r>
    </w:p>
    <w:p>
      <w:pPr>
        <w:jc w:val="right"/>
      </w:pPr>
      <w:r>
        <w:t>اس طرح کافر کا تعلق کسی قوم سے نہیں ہے۔</w:t>
      </w:r>
    </w:p>
    <w:p>
      <w:r>
        <w:rPr>
          <w:b/>
        </w:rPr>
        <w:t xml:space="preserve">[49:07] </w:t>
      </w:r>
      <w:r>
        <w:t>yeh aadmi ka apna ek behaviour hai jis se koi shakhs momin banta hai ya kafir banta hai. yeh individual word hai, individual.</w:t>
      </w:r>
    </w:p>
    <w:p>
      <w:pPr>
        <w:jc w:val="right"/>
      </w:pPr>
      <w:r>
        <w:t>یہ آدمی کا اپنا ایک بیہیویئر ہے جس سے کوئی شخص مومن بنتا ہے یا کافر بنتا ہے۔ یہ انڈیویجول ورڈ ہے، انڈیویجول۔</w:t>
      </w:r>
    </w:p>
    <w:p>
      <w:r>
        <w:rPr>
          <w:b/>
        </w:rPr>
        <w:t xml:space="preserve">[49:18] </w:t>
      </w:r>
      <w:r>
        <w:t>to kafir ke lafzi ma'ane hain inkaar karne wala, Khuda ke baaton ka inkaar karne wala. koi bhi shakhs jo inkaar kare, woh kafir ho jaye ga Allah ki nazar mein.</w:t>
      </w:r>
    </w:p>
    <w:p>
      <w:pPr>
        <w:jc w:val="right"/>
      </w:pPr>
      <w:r>
        <w:t>تو کافر کے لفظی معنی ہیں انکار کرنے والا، خدا کے باتوں کا انکار کرنے والا۔ کوئی بھی شخص جو انکار کرے، وہ کافر ہو جائے گا اللہ کی نظر میں۔</w:t>
      </w:r>
    </w:p>
    <w:p>
      <w:r>
        <w:rPr>
          <w:b/>
        </w:rPr>
        <w:t xml:space="preserve">[49:29] </w:t>
      </w:r>
      <w:r>
        <w:t>hamare kisi ko yeh haq nahi ke fatwa de ke mister so and so kaafir hai.</w:t>
      </w:r>
    </w:p>
    <w:p>
      <w:pPr>
        <w:jc w:val="right"/>
      </w:pPr>
      <w:r>
        <w:t>ہمارے کسی کو یہ حق نہیں کہ فتوی دے کہ مسٹر سو اینڈ سو کافر ہے۔</w:t>
      </w:r>
    </w:p>
    <w:p>
      <w:r>
        <w:rPr>
          <w:b/>
        </w:rPr>
        <w:t xml:space="preserve">[49:35] </w:t>
      </w:r>
      <w:r>
        <w:t>agar koi fatwa de to woh bhi galat kaam hai. kisi ko yeh right nahi hai ke fatwa de ke mister so and so kaafir. yahan tak ke khud musalmanon ke bare mein yeh lafz istemal hua hai hadith mein.</w:t>
      </w:r>
    </w:p>
    <w:p>
      <w:pPr>
        <w:jc w:val="right"/>
      </w:pPr>
      <w:r>
        <w:t>اگر کوئی فتوی دے تو وہ بھی غلط کام ہے۔ کسی کو یہ رائٹ نہیں ہے کہ فتوی دے کہ مسٹر سو اینڈ سو کافر۔ یہاں تک کہ خود مسلمانوں کے بارے میں یہ لفظ استعمال ہوا ہے حدیث میں۔</w:t>
      </w:r>
    </w:p>
    <w:p>
      <w:r>
        <w:rPr>
          <w:b/>
        </w:rPr>
        <w:t xml:space="preserve">[49:48] </w:t>
      </w:r>
      <w:r>
        <w:t>hadith mein istemal hua hai: "la turjau ba'di kuffaraidru ba'dukum riqaba ba'd" ke mere baad tum kaafir na ho jana.</w:t>
      </w:r>
    </w:p>
    <w:p>
      <w:pPr>
        <w:jc w:val="right"/>
      </w:pPr>
      <w:r>
        <w:t>حدیث میں استعمال ہوا ہے: "لا ترجعوا بعدی کفارایدرو بعضکم رقاب بعض" کہ میرے بعد تم کافر نہ ہو جانا۔</w:t>
      </w:r>
    </w:p>
    <w:p>
      <w:r>
        <w:rPr>
          <w:b/>
        </w:rPr>
        <w:t xml:space="preserve">[50:00] </w:t>
      </w:r>
      <w:r>
        <w:t>musalmanon ke bare mein Allah taala ne farmaya, woh musalmanon ko rasool Allah salallaho alaihi wasallam ne farmaya: "la turjau ba'di kuffaraidru ba'dukum riqaba ba'd" ke tum rasool Allah ne farmaya ke tum log mere baad kaafir na ho jana</w:t>
      </w:r>
    </w:p>
    <w:p>
      <w:pPr>
        <w:jc w:val="right"/>
      </w:pPr>
      <w:r>
        <w:t>مسلمانوں کے بارے میں اللہ تعالی نے فرمایا، وہ مسلمانوں کو رسول اللہ صلی اللہ علیہ وسلم نے فرمایا: "لا ترجعوا بعدی کفارایدرو بعضکم رقاب بعض" کہ تم رسول اللہ نے فرمایا کہ تم لوگ میرے بعد کافر نہ ہو جانا</w:t>
      </w:r>
    </w:p>
    <w:p>
      <w:r>
        <w:rPr>
          <w:b/>
        </w:rPr>
        <w:t xml:space="preserve">[50:17] </w:t>
      </w:r>
      <w:r>
        <w:t>ke aapas mein ek doosre ko qadar karne lago. kya tum musalmanon ko mein bataya ke musalman bhi kaafir ho sakte hain? to kaafir na koi qaum hai, na musalman koi qaum hai.</w:t>
      </w:r>
    </w:p>
    <w:p>
      <w:pPr>
        <w:jc w:val="right"/>
      </w:pPr>
      <w:r>
        <w:t>کہ آپس میں ایک دوسرے کو قدر کرنے لگو۔ کیا تم مسلمانوں کو میں بتایا کہ مسلمان بھی کافر ہو سکتے ہیں؟ تو کافر نہ کوئی قوم ہے، نہ مسلمان کوئی قوم ہے۔</w:t>
      </w:r>
    </w:p>
    <w:p>
      <w:r>
        <w:rPr>
          <w:b/>
        </w:rPr>
        <w:t xml:space="preserve">[50:31] </w:t>
      </w:r>
      <w:r>
        <w:t>aadmi ka apna jo jo uski jo apni ideology hai, uska jo life style hai, uska jo behavior hai, uska jo jis bar code ko ikhtiyar karta hai, woh in sab se mil kar koi shakhs muslim banta hai ya kaafir banta hai, woh bhi Allah ki nazar mein, duniya mein nahi.</w:t>
      </w:r>
    </w:p>
    <w:p>
      <w:pPr>
        <w:jc w:val="right"/>
      </w:pPr>
      <w:r>
        <w:t>آدمی کا اپنا جو جو اس کی جو اپنی آئیڈالوجی ہے، اس کا جو لائف اسٹائل ہے، اس کا جو بیہیویئر ہے، اس کا جو جس بارڈر کوڈ کو اختیار کرتا ہے، وہ ان سب سے مل کر کوئی شخص مسلم بنتا ہے یا کافر بنتا ہے، وہ بھی اللہ کی نظر میں، دنیا میں نہیں۔</w:t>
      </w:r>
    </w:p>
    <w:p>
      <w:r>
        <w:rPr>
          <w:b/>
        </w:rPr>
        <w:t xml:space="preserve">[50:55] </w:t>
      </w:r>
      <w:r>
        <w:t>duniya mein to sab insaan hain,</w:t>
      </w:r>
    </w:p>
    <w:p>
      <w:pPr>
        <w:jc w:val="right"/>
      </w:pPr>
      <w:r>
        <w:t>دنیا میں تو سب انسان ہیں،</w:t>
      </w:r>
    </w:p>
    <w:p>
      <w:r>
        <w:rPr>
          <w:b/>
        </w:rPr>
        <w:t xml:space="preserve">[50:58] </w:t>
      </w:r>
      <w:r>
        <w:t>lekin duniya ke hisab se har insaan insaan hai. bas isi liye yeh jo lafz banaya gaya hai, baat ko banaya gaya hai ke "dar ul har" "dar ul kuffar", usko mein galat samajhta hoon.</w:t>
      </w:r>
    </w:p>
    <w:p>
      <w:pPr>
        <w:jc w:val="right"/>
      </w:pPr>
      <w:r>
        <w:t>لیکن دنیا کے حساب سے ہر انسان انسان ہے۔ بس اسی لیے یہ جو لفظ بنایا گیا ہے، بات کو بنایا گیا ہے کہ "دار الحر" "دار الکفر"، اس کو میں غلط سمجھتا ہوں۔</w:t>
      </w:r>
    </w:p>
    <w:p>
      <w:r>
        <w:rPr>
          <w:b/>
        </w:rPr>
        <w:t xml:space="preserve">[51:12] </w:t>
      </w:r>
      <w:r>
        <w:t>"dar ul islam" "dar ul kuffar" ka term ko mein bilkul galat samajhta hoon. yeh baat ko banaya gaya hai. sahi term yeh hai ke "dar ul insaan" poori duniya "dar ul insaan" hai, bas aur kuch nahi.</w:t>
      </w:r>
    </w:p>
    <w:p>
      <w:pPr>
        <w:jc w:val="right"/>
      </w:pPr>
      <w:r>
        <w:t>"دار الاسلام" "دار الکفر" کا ٹرم کو میں بالکل غلط سمجھتا ہوں۔ یہ بات کو بنایا گیا ہے۔ صحیح ٹرم یہ ہے کہ "دار الانسان" پوری دنیا "دار الانسان" ہے، بس اور کچھ نہیں۔</w:t>
      </w:r>
    </w:p>
    <w:p>
      <w:r>
        <w:rPr>
          <w:b/>
        </w:rPr>
        <w:t xml:space="preserve">[51:27] </w:t>
      </w:r>
      <w:r>
        <w:t>to</w:t>
      </w:r>
    </w:p>
    <w:p>
      <w:pPr>
        <w:jc w:val="right"/>
      </w:pPr>
      <w:r>
        <w:t>تو</w:t>
      </w:r>
    </w:p>
    <w:p>
      <w:r>
        <w:rPr>
          <w:b/>
        </w:rPr>
        <w:t xml:space="preserve">[51:28] </w:t>
      </w:r>
      <w:r>
        <w:t>unke zehen mein jo sawal hai, woh musalmanon ko le kar, unhon ne jo khud se jo bana liya hai, usko le kar ke jahan tak Quran o hadith ka taluq hai, aisa hargiz nahi hai.</w:t>
      </w:r>
    </w:p>
    <w:p>
      <w:pPr>
        <w:jc w:val="right"/>
      </w:pPr>
      <w:r>
        <w:t>ان کے ذہن میں جو سوال ہے، وہ مسلمانوں کو لے کر، انہوں نے جو خود سے جو بنا لیا ہے، اس کو لے کر کے جہاں تک قرآن و حدیث کا تعلق ہے، ایسا ہرگز نہیں ہے۔</w:t>
      </w:r>
    </w:p>
    <w:p>
      <w:r>
        <w:rPr>
          <w:b/>
        </w:rPr>
        <w:t xml:space="preserve">[51:39] </w:t>
      </w:r>
      <w:r>
        <w:t>har insaan bas insaan hai,</w:t>
      </w:r>
    </w:p>
    <w:p>
      <w:pPr>
        <w:jc w:val="right"/>
      </w:pPr>
      <w:r>
        <w:t>ہر انسان بس انسان ہے،</w:t>
      </w:r>
    </w:p>
    <w:p>
      <w:r>
        <w:rPr>
          <w:b/>
        </w:rPr>
        <w:t xml:space="preserve">[51:42] </w:t>
      </w:r>
      <w:r>
        <w:t>aur yeh duniya na to "dar ul islam" hai, na "dar ul kuffar" hai. yeh duniya "dar ul insaan" hai. Quran mein dekhiye, aap bar bar "aya al insan" "aya al insan" "aya al insan" ke khitab ki ayat hai.</w:t>
      </w:r>
    </w:p>
    <w:p>
      <w:pPr>
        <w:jc w:val="right"/>
      </w:pPr>
      <w:r>
        <w:t>اور یہ دنیا نہ تو "دار الاسلام" ہے، نہ "دار الکفر" ہے۔ یہ دنیا "دار الانسان" ہے۔ قرآن میں دیکھیے، آپ بار بار "ایہا الانسان" "ایہا الانسان" "ایہا الانسان" کے خطاب کی آیت ہے۔</w:t>
      </w:r>
    </w:p>
    <w:p>
      <w:r>
        <w:rPr>
          <w:b/>
        </w:rPr>
        <w:t xml:space="preserve">[51:56] </w:t>
      </w:r>
      <w:r>
        <w:t>to poori duniya mere nazdeek "dar ul insaan" hai, bas iske siwa aur kuch nahi hai. baqi jo kuch hai, woh Allah taala se hai. kya faisla hone wala hai duniya mein?</w:t>
      </w:r>
    </w:p>
    <w:p>
      <w:pPr>
        <w:jc w:val="right"/>
      </w:pPr>
      <w:r>
        <w:t>تو پوری دنیا میرے نزدیک "دار الانسان" ہے، بس اس کے سوا اور کچھ نہیں ہے۔ باقی جو کچھ ہے، وہ اللہ تعالی سے ہے۔ کیا فیصلہ ہونے والا ہے دنیا میں؟</w:t>
      </w:r>
    </w:p>
    <w:p>
      <w:r>
        <w:rPr>
          <w:b/>
        </w:rPr>
        <w:t xml:space="preserve">[52:04] </w:t>
      </w:r>
      <w:r>
        <w:t>nahi.</w:t>
      </w:r>
    </w:p>
    <w:p>
      <w:pPr>
        <w:jc w:val="right"/>
      </w:pPr>
      <w:r>
        <w:t>نہیں۔</w:t>
      </w:r>
    </w:p>
    <w:p>
      <w:r>
        <w:rPr>
          <w:b/>
        </w:rPr>
        <w:t xml:space="preserve">[52:07] </w:t>
      </w:r>
      <w:r>
        <w:t>maulana, unka ek aur sawal hai, unhon ne likha hai: "as i understand jihad, its a war with in my self to change my self, not a real war of destruction.</w:t>
      </w:r>
    </w:p>
    <w:p>
      <w:pPr>
        <w:jc w:val="right"/>
      </w:pPr>
      <w:r>
        <w:t>مولانا، ان کا ایک اور سوال ہے، انہوں نے لکھا ہے: "ایز ائی انڈرسٹینڈ جہاد، اٹس ا وار ود ان مائی سیلف ٹو چینج مائی سیلف، ناٹ ا ریئل وار اف ڈسٹرکشن۔</w:t>
      </w:r>
    </w:p>
    <w:p>
      <w:r>
        <w:rPr>
          <w:b/>
        </w:rPr>
        <w:t xml:space="preserve">[52:21] </w:t>
      </w:r>
      <w:r>
        <w:t>it can not be a harmful term if its in any holy book, but thats not how the word is being used today.</w:t>
      </w:r>
    </w:p>
    <w:p>
      <w:pPr>
        <w:jc w:val="right"/>
      </w:pPr>
      <w:r>
        <w:t>اٹ کین ناٹ بی ا ہارم فل ٹرم اف اٹس ان اینی ہولی بک، بٹ دیٹس ناٹ ہاؤ دا ورڈ از بینگ یوزڈ ٹوڈے۔</w:t>
      </w:r>
    </w:p>
    <w:p>
      <w:r>
        <w:rPr>
          <w:b/>
        </w:rPr>
        <w:t xml:space="preserve">[52:31] </w:t>
      </w:r>
      <w:r>
        <w:t>it has been distorted, this bringing a bad name to islam.</w:t>
      </w:r>
    </w:p>
    <w:p>
      <w:pPr>
        <w:jc w:val="right"/>
      </w:pPr>
      <w:r>
        <w:t>اٹ ہیز بین ڈسٹورٹڈ، دس برنگنگ ا بیڈ نیم ٹو اسلام۔</w:t>
      </w:r>
    </w:p>
    <w:p>
      <w:r>
        <w:rPr>
          <w:b/>
        </w:rPr>
        <w:t xml:space="preserve">[52:36] </w:t>
      </w:r>
      <w:r>
        <w:t>how can a peaceful word that talks of self inquiry be distorted so much in today times? and why is no one making an attempt to stop this distortion of words?</w:t>
      </w:r>
    </w:p>
    <w:p>
      <w:pPr>
        <w:jc w:val="right"/>
      </w:pPr>
      <w:r>
        <w:t>ہاؤ کین ا پیس فل ورڈ دیٹ ٹاکس اف سیلف انکوائری بی ڈسٹورٹڈ سو مچ ان ٹوڈے ٹائمز؟ اینڈ وائی از نو ون میکنگ این اٹیمپٹ ٹو سٹاپ دس ڈسٹورشن اف ورڈز؟</w:t>
      </w:r>
    </w:p>
    <w:p>
      <w:r>
        <w:rPr>
          <w:b/>
        </w:rPr>
        <w:t xml:space="preserve">[52:50] </w:t>
      </w:r>
      <w:r>
        <w:t>what is your interpretation of this much misinterpreted word?" dekhen, aaj kal jihad ka lafz bola jata hai ladai bhadai ke liye, yeh bilkul galat hai.</w:t>
      </w:r>
    </w:p>
    <w:p>
      <w:pPr>
        <w:jc w:val="right"/>
      </w:pPr>
      <w:r>
        <w:t>واٹ از یور انٹرپریٹیشن اف دس مچ مس انٹرپریٹڈ ورڈ؟" دیکھیں، آج کل جہاد کا لفظ بولا جاتا ہے لڑائی بھڑائی کے لیے، یہ بالکل غلط ہے۔</w:t>
      </w:r>
    </w:p>
    <w:p>
      <w:r>
        <w:rPr>
          <w:b/>
        </w:rPr>
        <w:t xml:space="preserve">[53:00] </w:t>
      </w:r>
      <w:r>
        <w:t>yeh</w:t>
      </w:r>
    </w:p>
    <w:p>
      <w:pPr>
        <w:jc w:val="right"/>
      </w:pPr>
      <w:r>
        <w:t>یہ</w:t>
      </w:r>
    </w:p>
    <w:p>
      <w:r>
        <w:rPr>
          <w:b/>
        </w:rPr>
        <w:t xml:space="preserve">[53:02] </w:t>
      </w:r>
      <w:r>
        <w:t>dekhen, jihad ke lafzi matlab hai koshish, to strive, to struggle. bas</w:t>
      </w:r>
    </w:p>
    <w:p>
      <w:pPr>
        <w:jc w:val="right"/>
      </w:pPr>
      <w:r>
        <w:t>دیکھیں، جہاد کے لفظی مطلب ہے کوشش، ٹو اسٹرائیو، ٹو اسٹرگل۔ بس</w:t>
      </w:r>
    </w:p>
    <w:p>
      <w:r>
        <w:rPr>
          <w:b/>
        </w:rPr>
        <w:t xml:space="preserve">[53:12] </w:t>
      </w:r>
      <w:r>
        <w:t>to jihad ka matlab sirf itna hi hai: kisi achhe kaam ke liye koshish karna, apni islaah ke liye koshish karna to woh bhi jihad hai. aap samaj mein islaah ke liye kuch karen to woh bhi jihad</w:t>
      </w:r>
    </w:p>
    <w:p>
      <w:pPr>
        <w:jc w:val="right"/>
      </w:pPr>
      <w:r>
        <w:t>تو جہاد کا مطلب صرف اتنا ہی ہے: کسی اچھے کام کے لیے کوشش کرنا، اپنی اصلاح کے لیے کوشش کرنا تو وہ بھی جہاد ہے۔ آپ سماج میں اصلاح کے لیے کچھ کریں تو وہ بھی جہاد</w:t>
      </w:r>
    </w:p>
    <w:p>
      <w:r>
        <w:rPr>
          <w:b/>
        </w:rPr>
        <w:t xml:space="preserve">[53:23] </w:t>
      </w:r>
      <w:r>
        <w:t>hai. to jihad sirf koshish ka naam hai, aur albattah is mein exaggeration hai, yani bohat ziyada koshish karna, bohat ziyada koshish karna.</w:t>
      </w:r>
    </w:p>
    <w:p>
      <w:pPr>
        <w:jc w:val="right"/>
      </w:pPr>
      <w:r>
        <w:t>ہے۔ تو جہاد صرف کوشش کا نام ہے، اور البتہ اس میں ایگزیجیشن ہے، یعنی بہت زیادہ کوشش کرنا، بہت زیادہ کوشش کرنا۔</w:t>
      </w:r>
    </w:p>
    <w:p>
      <w:r>
        <w:rPr>
          <w:b/>
        </w:rPr>
        <w:t xml:space="preserve">[53:35] </w:t>
      </w:r>
      <w:r>
        <w:t>yeh matlab hai iska. baqi jihad ka koi ladai bhadai se nahi. is ke liye Quran mein lafz "qital" aaya hai.</w:t>
      </w:r>
    </w:p>
    <w:p>
      <w:pPr>
        <w:jc w:val="right"/>
      </w:pPr>
      <w:r>
        <w:t>یہ مطلب ہے اس کا۔ باقی جہاد کا کوئی لڑائی بھڑائی سے نہیں۔ اس کے لیے قرآن میں لفظ "قتال" آیا ہے۔</w:t>
      </w:r>
    </w:p>
    <w:p>
      <w:r>
        <w:rPr>
          <w:b/>
        </w:rPr>
        <w:t xml:space="preserve">[53:44] </w:t>
      </w:r>
      <w:r>
        <w:t>qitaal ka maani ladaai hote hain, lekin Islam mein qitaal sirf defence ke liye hai.</w:t>
      </w:r>
    </w:p>
    <w:p>
      <w:pPr>
        <w:jc w:val="right"/>
      </w:pPr>
      <w:r>
        <w:t>قتال کا معنی لڑائی ہوتے ہیں، لیکن اسلام میں قتال صرف ڈیفنس کے لیے ہے۔</w:t>
      </w:r>
    </w:p>
    <w:p>
      <w:r>
        <w:rPr>
          <w:b/>
        </w:rPr>
        <w:t xml:space="preserve">[53:50] </w:t>
      </w:r>
      <w:r>
        <w:t>Under the defense, under the defense, there is no war in Islam. Offensive war in Islam is absolutely non-existent.</w:t>
      </w:r>
    </w:p>
    <w:p>
      <w:pPr>
        <w:jc w:val="right"/>
      </w:pPr>
      <w:r>
        <w:t>ادر دا ڈیفنس، ادر دا ڈیفنس، دیر از نو وار ان اسلام۔ افینسو وار اسلام میں بالکل ہے ہی نہیں۔</w:t>
      </w:r>
    </w:p>
    <w:p>
      <w:r>
        <w:rPr>
          <w:b/>
        </w:rPr>
        <w:t xml:space="preserve">[54:01] </w:t>
      </w:r>
      <w:r>
        <w:t>offensive waar Islam mein nahin hai, aur guerrilla waar nahin hai, aur proxy waar nahin. yeh saari waar Islam mein nahin hai. koi state agar qaaim hai, us state pe koi attack karta hai to</w:t>
      </w:r>
    </w:p>
    <w:p>
      <w:pPr>
        <w:jc w:val="right"/>
      </w:pPr>
      <w:r>
        <w:t>افینسو وار اسلام میں نہیں ہے، اور گوریلا وار نہیں ہے، اور پروکسی وار نہیں۔ یہ ساری وار اسلام میں نہیں ہے۔ کوئی اسٹیٹ اگر قائم ہے، اس اسٹیٹ پہ کوئی اٹیک کرتا ہے تو</w:t>
      </w:r>
    </w:p>
    <w:p>
      <w:r>
        <w:rPr>
          <w:b/>
        </w:rPr>
        <w:t xml:space="preserve">[54:17] </w:t>
      </w:r>
      <w:r>
        <w:t>in that situation state is allowed to go to waar, otherwise not. bas itna hi matlab hai jihad ka. Maulana, agla sawal lene se pehle ek comment padhna chahenge jo Maulana Iqbal Umri ne bheja hai Chennai se.</w:t>
      </w:r>
    </w:p>
    <w:p>
      <w:pPr>
        <w:jc w:val="right"/>
      </w:pPr>
      <w:r>
        <w:t>ان دیٹ سچویشن اسٹیٹ از الاؤڈ ٹو گو ٹو وار، ادروائز ناٹ۔ بس اتنا ہی مطلب ہے جہاد کا۔ مولانا، اگلا سوال لینے سے پہلے ایک کمنٹ پڑھنا چاہیں گے جو مولانا اقبال عمری نے بھیجا ہے چنئی سے۔</w:t>
      </w:r>
    </w:p>
    <w:p>
      <w:r>
        <w:rPr>
          <w:b/>
        </w:rPr>
        <w:t xml:space="preserve">[54:35] </w:t>
      </w:r>
      <w:r>
        <w:t>unhone likha hai: "Maulana, aaj ka talk i opener tha.</w:t>
      </w:r>
    </w:p>
    <w:p>
      <w:pPr>
        <w:jc w:val="right"/>
      </w:pPr>
      <w:r>
        <w:t>انہوں نے لکھا ہے: "مولانا، آج کا ٹاک آئی اوپنر تھا۔</w:t>
      </w:r>
    </w:p>
    <w:p>
      <w:r>
        <w:rPr>
          <w:b/>
        </w:rPr>
        <w:t xml:space="preserve">[54:41] </w:t>
      </w:r>
      <w:r>
        <w:t>aap ne aakhri khair khwaahi ki hai Musalmanon ke saath, jabke koi Musalman sachche dil se aap ki khair khwaahi ka itraaf nahin karta.</w:t>
      </w:r>
    </w:p>
    <w:p>
      <w:pPr>
        <w:jc w:val="right"/>
      </w:pPr>
      <w:r>
        <w:t>آپ نے آخری خیر خواہی کی ہے مسلمانوں کے ساتھ، جبکہ کوئی مسلمان سچے دل سے آپ کی خیر خواہی کا اعتراف نہیں کرتا۔</w:t>
      </w:r>
    </w:p>
    <w:p>
      <w:r>
        <w:rPr>
          <w:b/>
        </w:rPr>
        <w:t xml:space="preserve">[54:52] </w:t>
      </w:r>
      <w:r>
        <w:t>jazak Allah. Maulana, Allah mission walon ko mazeed hausla de aur Allah ki madad par hundred percent yaqeen kare."</w:t>
      </w:r>
    </w:p>
    <w:p>
      <w:pPr>
        <w:jc w:val="right"/>
      </w:pPr>
      <w:r>
        <w:t>جزاک اللہ۔ مولانا، اللہ مشن والوں کو مزید حوصلہ دے اور اللہ کی مدد پر ہنڈرڈ پرسنٹ یقین کرے۔"</w:t>
      </w:r>
    </w:p>
    <w:p>
      <w:r>
        <w:rPr>
          <w:b/>
        </w:rPr>
        <w:t xml:space="preserve">[55:04] </w:t>
      </w:r>
      <w:r>
        <w:t>Maulana, agla sawal Kashmir se hai. Aamir Jan Sa</w:t>
      </w:r>
    </w:p>
    <w:p>
      <w:pPr>
        <w:jc w:val="right"/>
      </w:pPr>
      <w:r>
        <w:t>مولانا، اگلا سوال کشمیر سے ہے۔ عامر جن ص</w:t>
      </w:r>
    </w:p>
    <w:p>
      <w:r>
        <w:rPr>
          <w:b/>
        </w:rPr>
        <w:t xml:space="preserve">[55:08] </w:t>
      </w:r>
      <w:r>
        <w:t>hab ne kiya hai, unhone likha hai: "We are living in a world of, we are living in a world where desires of a person increase with the time.</w:t>
      </w:r>
    </w:p>
    <w:p>
      <w:pPr>
        <w:jc w:val="right"/>
      </w:pPr>
      <w:r>
        <w:t>احب نے کیا ہے، انہوں نے لکھا ہے: "وی آر لیونگ ان ا ورلڈ اف، وی آر لیونگ ان ا ورلڈ ویئر ڈیزائرز اف ا پرسن انکریز ود دا ٹائم۔</w:t>
      </w:r>
    </w:p>
    <w:p>
      <w:r>
        <w:rPr>
          <w:b/>
        </w:rPr>
        <w:t xml:space="preserve">[55:20] </w:t>
      </w:r>
      <w:r>
        <w:t>when a person tests one desire, he develops a feeling of testing another desire, and it goes on.</w:t>
      </w:r>
    </w:p>
    <w:p>
      <w:pPr>
        <w:jc w:val="right"/>
      </w:pPr>
      <w:r>
        <w:t>وین ا پرسن ٹیسٹ ون ڈیزائر، ہی ڈیویلپس ا فیلنگ اف ٹیسٹنگ انادر ڈیزائر، اینڈ اٹ گوز ان۔</w:t>
      </w:r>
    </w:p>
    <w:p>
      <w:r>
        <w:rPr>
          <w:b/>
        </w:rPr>
        <w:t xml:space="preserve">[55:29] </w:t>
      </w:r>
      <w:r>
        <w:t>there is no end to to his desires. Maulana, please guide us how to manage a desire."</w:t>
      </w:r>
    </w:p>
    <w:p>
      <w:pPr>
        <w:jc w:val="right"/>
      </w:pPr>
      <w:r>
        <w:t>دیر از نو اینڈ ٹو ٹو ہز ڈیزائرز۔ مولانا، پلیز گائیڈ اس ہاؤ ٹو مینج ا ڈیزائر۔"</w:t>
      </w:r>
    </w:p>
    <w:p>
      <w:r>
        <w:rPr>
          <w:b/>
        </w:rPr>
        <w:t xml:space="preserve">[55:38] </w:t>
      </w:r>
      <w:r>
        <w:t>hamaari ek kitaab hai, is ka naam hai "Islami Zindagi". is ko padhein, inshallah is mein un ko poora jawab mil jayega.</w:t>
      </w:r>
    </w:p>
    <w:p>
      <w:pPr>
        <w:jc w:val="right"/>
      </w:pPr>
      <w:r>
        <w:t>ہماری ایک کتاب ہے، اس کا نام ہے "اسلامی زندگی"۔ اس کو پڑھیں، انشاءاللہ اس میں ان کو پورا جواب مل جائے گا۔</w:t>
      </w:r>
    </w:p>
    <w:p>
      <w:r>
        <w:rPr>
          <w:b/>
        </w:rPr>
        <w:t xml:space="preserve">[55:50] </w:t>
      </w:r>
      <w:r>
        <w:t>aur doosri cheez yeh hai ke "Tazkir ul Quran" jo hamaari kitaab hai, Quran ki commentary, is ko padhein.</w:t>
      </w:r>
    </w:p>
    <w:p>
      <w:pPr>
        <w:jc w:val="right"/>
      </w:pPr>
      <w:r>
        <w:t>اور دوسری چیز یہ ہے کہ "تذکر القرآن" جو ہماری کتاب ہے، قرآن کی کمنٹری، اس کو پڑھیں۔</w:t>
      </w:r>
    </w:p>
    <w:p>
      <w:r>
        <w:rPr>
          <w:b/>
        </w:rPr>
        <w:t xml:space="preserve">[55:59] </w:t>
      </w:r>
      <w:r>
        <w:t>baghair study ke in baaton ka islaah nahin ho sakti.</w:t>
      </w:r>
    </w:p>
    <w:p>
      <w:pPr>
        <w:jc w:val="right"/>
      </w:pPr>
      <w:r>
        <w:t>بغیر اسٹڈی کے ان باتوں کا اصلاح نہیں ہو سکتی۔</w:t>
      </w:r>
    </w:p>
    <w:p>
      <w:r>
        <w:rPr>
          <w:b/>
        </w:rPr>
        <w:t xml:space="preserve">[56:07] </w:t>
      </w:r>
      <w:r>
        <w:t>sirf sawal o jawab se yeh baat clear nahin ho sakti. aap ko study karni padegi. to main do cheezon ko padhne ke liye kahunga: ek "Islami Zindagi" jo kitaab hai, woh aur doosri "Tazkir ul Quran" jo hai, jo Quran ki commentary hai.</w:t>
      </w:r>
    </w:p>
    <w:p>
      <w:pPr>
        <w:jc w:val="right"/>
      </w:pPr>
      <w:r>
        <w:t>صرف سوال و جواب سے یہ بات کلیئر نہیں ہو سکتی۔ آپ کو اسٹڈی کرنی پڑے گی۔ تو میں دو چیزوں کو پڑھنے کے لیے کہوں گا: ایک "اسلامی زندگی" جو کتاب ہے، وہ اور دوسری "تذکر القرآن" جو ہے، جو قرآن کی کمنٹری ہے۔</w:t>
      </w:r>
    </w:p>
    <w:p>
      <w:r>
        <w:rPr>
          <w:b/>
        </w:rPr>
        <w:t xml:space="preserve">[56:23] </w:t>
      </w:r>
      <w:r>
        <w:t>Maulana, agla sawal Delhi se kiya hai Danish Faz</w:t>
      </w:r>
    </w:p>
    <w:p>
      <w:pPr>
        <w:jc w:val="right"/>
      </w:pPr>
      <w:r>
        <w:t>مولانا، اگلا سوال دلی سے کیا ہے دانش فض</w:t>
      </w:r>
    </w:p>
    <w:p>
      <w:r>
        <w:rPr>
          <w:b/>
        </w:rPr>
        <w:t xml:space="preserve">[56:27] </w:t>
      </w:r>
      <w:r>
        <w:t>il sahib ne. unhone likha hai: "Maulana, in one of the Sundays lecture, the story of Prophet Yusuf, you mentioned about taqwa and sabr.</w:t>
      </w:r>
    </w:p>
    <w:p>
      <w:pPr>
        <w:jc w:val="right"/>
      </w:pPr>
      <w:r>
        <w:t>ل صاحب نے۔ انہوں نے لکھا ہے: "مولانا، ان ون اف دا سنڈیز لیکچر، دا سٹوری اف پرافٹ یوسف، یو مینشنڈ اباؤٹ تقوی اینڈ صبر۔</w:t>
      </w:r>
    </w:p>
    <w:p>
      <w:r>
        <w:rPr>
          <w:b/>
        </w:rPr>
        <w:t xml:space="preserve">[56:39] </w:t>
      </w:r>
      <w:r>
        <w:t>Maulana, please explain with an example what is taqwa, how I can lead a life of taqwa, and also what is positive attitude, and how we can achieve positive attitude." main is par ab bahut zyada likh chuke hain.</w:t>
      </w:r>
    </w:p>
    <w:p>
      <w:pPr>
        <w:jc w:val="right"/>
      </w:pPr>
      <w:r>
        <w:t>مولانا، پلیز ایکسپلین ود این ایگزیمپل واٹ از تقوی، ہاؤ ائی کین لیڈ ا لائف اف تقوی، اینڈ السو واٹ از پوزیٹیو ایٹیٹیوڈ، اینڈ ہاؤ وی کین اچیو پوزیٹیو ایٹیٹیوڈ۔" میں اس پر اب بہت زیادہ لکھ چکے ہیں۔</w:t>
      </w:r>
    </w:p>
    <w:p>
      <w:r>
        <w:rPr>
          <w:b/>
        </w:rPr>
        <w:t xml:space="preserve">[56:56] </w:t>
      </w:r>
      <w:r>
        <w:t>kitaabon ko padhiye</w:t>
      </w:r>
    </w:p>
    <w:p>
      <w:pPr>
        <w:jc w:val="right"/>
      </w:pPr>
      <w:r>
        <w:t>کتابوں کو پڑھی</w:t>
      </w:r>
    </w:p>
    <w:p>
      <w:r>
        <w:rPr>
          <w:b/>
        </w:rPr>
        <w:t xml:space="preserve">[56:57] </w:t>
      </w:r>
      <w:r>
        <w:t>e. main ne baar baar kaha hai aap logon se ke kitaab ko padh kar ke jo point is mein reh gaya, woh bataiye. yeh general andaaz mein question mat kijiye.</w:t>
      </w:r>
    </w:p>
    <w:p>
      <w:pPr>
        <w:jc w:val="right"/>
      </w:pPr>
      <w:r>
        <w:t>ے۔ میں نے بار بار کہا ہے آپ لوگوں سے کہ کتاب کو پڑھ کر کے جو پوائنٹ اس میں رہ گیا، وہ بتائیے۔ یہ جنرل انداز میں کوئسچن مت کیجئے۔</w:t>
      </w:r>
    </w:p>
    <w:p>
      <w:r>
        <w:rPr>
          <w:b/>
        </w:rPr>
        <w:t xml:space="preserve">[57:09] </w:t>
      </w:r>
      <w:r>
        <w:t>to bahut zyada likh chuke hain. hum in kitaabon ko padhiye aur padh kar ke bataiye ke wahan kaun si baat</w:t>
      </w:r>
    </w:p>
    <w:p>
      <w:pPr>
        <w:jc w:val="right"/>
      </w:pPr>
      <w:r>
        <w:t>تو بہت زیادہ لکھ چکے ہیں۔ ہم ان کتابوں کو پڑھیے اور پڑھ کر کے بتائیے کہ وہاں کون سی بات</w:t>
      </w:r>
    </w:p>
    <w:p>
      <w:r>
        <w:rPr>
          <w:b/>
        </w:rPr>
        <w:t xml:space="preserve">[57:20] </w:t>
      </w:r>
      <w:r>
        <w:t>clear nahin hui hai. to is par inshallah main arz karunga.</w:t>
      </w:r>
    </w:p>
    <w:p>
      <w:pPr>
        <w:jc w:val="right"/>
      </w:pPr>
      <w:r>
        <w:t>کلیئر نہیں ہوئی ہے۔ تو اس پر انشاءاللہ میں عرض کروں گا۔</w:t>
      </w:r>
    </w:p>
    <w:p>
      <w:r>
        <w:rPr>
          <w:b/>
        </w:rPr>
        <w:t xml:space="preserve">[57:27] </w:t>
      </w:r>
      <w:r>
        <w:t>Maulana, agla sawal Ahmed sahib ne kiya hai Japan se. unhone likha hai: "Quran talks about Satan in serious ways, that it is it is an open enemy of Muslim.</w:t>
      </w:r>
    </w:p>
    <w:p>
      <w:pPr>
        <w:jc w:val="right"/>
      </w:pPr>
      <w:r>
        <w:t>مولانا، اگلا سوال احمد صاحب نے کیا ہے جاپان سے۔ انہوں نے لکھا ہے: "قرآن ٹاکس اباؤٹ سیٹن ان سیریس ویز، دیٹ اٹ از اٹ از این اوپن اینمی اف مسلم۔</w:t>
      </w:r>
    </w:p>
    <w:p>
      <w:r>
        <w:rPr>
          <w:b/>
        </w:rPr>
        <w:t xml:space="preserve">[57:43] </w:t>
      </w:r>
      <w:r>
        <w:t>what does Satan stand for in today scientific literature? or is there any scientific evidence regarding the existence of Satan in the modern age?</w:t>
      </w:r>
    </w:p>
    <w:p>
      <w:pPr>
        <w:jc w:val="right"/>
      </w:pPr>
      <w:r>
        <w:t>واٹ ڈز سیٹن سٹینڈز فار ان ٹوڈے سائنٹیفک لٹریچر؟ اور از دیر اینی سائنٹیفک ایویڈنس ریگارڈنگ دی ایگزسٹنس اف سیٹن ان دا ماڈرن ایج؟</w:t>
      </w:r>
    </w:p>
    <w:p>
      <w:r>
        <w:rPr>
          <w:b/>
        </w:rPr>
        <w:t xml:space="preserve">[57:56] </w:t>
      </w:r>
      <w:r>
        <w:t>please comment." bhai, door jo hai, kis cheez ka existence aap science se, kya aap ki soul ka existence bata sakte hain?</w:t>
      </w:r>
    </w:p>
    <w:p>
      <w:pPr>
        <w:jc w:val="right"/>
      </w:pPr>
      <w:r>
        <w:t>پلیز کمنٹ۔" بھئی، دور جو ہے، کس چیز کا ایگزسٹنس آپ سائنس سے، کیا آپ کی سول کا ایگزسٹنس بتا سکتے ہیں؟</w:t>
      </w:r>
    </w:p>
    <w:p>
      <w:r>
        <w:rPr>
          <w:b/>
        </w:rPr>
        <w:t xml:space="preserve">[58:06] </w:t>
      </w:r>
      <w:r>
        <w:t>science se mind jo hai, mind ka existence bata sakte hain? science se to science to jo, yani jo cheezein measure ki jaati hain, jo observe ki jaati hain, usi ke bare mein statement deti hai.</w:t>
      </w:r>
    </w:p>
    <w:p>
      <w:pPr>
        <w:jc w:val="right"/>
      </w:pPr>
      <w:r>
        <w:t>سائنس سے مائنڈ جو ہے، مائنڈ کا ایگزسٹنس بتا سکتے ہیں؟ سائنس سے تو سائنس تو جو، یعنی جو چیزیں میژر کی جاتی ہیں، جو ابزرو کی جاتی ہیں، اسی کے بارے میں اسٹیٹمنٹ دیتی ہے۔</w:t>
      </w:r>
    </w:p>
    <w:p>
      <w:r>
        <w:rPr>
          <w:b/>
        </w:rPr>
        <w:t xml:space="preserve">[58:20] </w:t>
      </w:r>
      <w:r>
        <w:t>lekin woh to one percent se bhi kam</w:t>
      </w:r>
    </w:p>
    <w:p>
      <w:pPr>
        <w:jc w:val="right"/>
      </w:pPr>
      <w:r>
        <w:t>لیکن وہ تو ون پرسنٹ سے بھی کم</w:t>
      </w:r>
    </w:p>
    <w:p>
      <w:r>
        <w:rPr>
          <w:b/>
        </w:rPr>
        <w:t xml:space="preserve">[58:22] </w:t>
      </w:r>
      <w:r>
        <w:t>hai. baqi cheezein jo hain, jo science ke, yani telescope ya microscope se detect nahi hoti, woh to bohat hi zyada hain.</w:t>
      </w:r>
    </w:p>
    <w:p>
      <w:pPr>
        <w:jc w:val="right"/>
      </w:pPr>
      <w:r>
        <w:t>ہے۔ باقی چیزیں جو ہیں، جو سائنس کے، یعنی ٹیلیسکوپ یا مائیکروپس سے ڈیٹیکٹ نہیں ہوتی، وہ تو بہت ہی زیادہ ہیں۔</w:t>
      </w:r>
    </w:p>
    <w:p>
      <w:r>
        <w:rPr>
          <w:b/>
        </w:rPr>
        <w:t xml:space="preserve">[58:36] </w:t>
      </w:r>
      <w:r>
        <w:t>usi mein se ek satan bhi hai. yeh main to nahi pata ke is mein koi koi doubt hai.</w:t>
      </w:r>
    </w:p>
    <w:p>
      <w:pPr>
        <w:jc w:val="right"/>
      </w:pPr>
      <w:r>
        <w:t>اسی میں سے ایک سیٹن بھی ہے۔ یہ میں تو نہیں پتہ کہ اس میں کوئی کوئی ڈاؤٹ ہے۔</w:t>
      </w:r>
    </w:p>
    <w:p>
      <w:r>
        <w:rPr>
          <w:b/>
        </w:rPr>
        <w:t xml:space="preserve">[58:45] </w:t>
      </w:r>
      <w:r>
        <w:t>science ne khud maan liya hai ke science give this bit a partial knowledge of reality.</w:t>
      </w:r>
    </w:p>
    <w:p>
      <w:pPr>
        <w:jc w:val="right"/>
      </w:pPr>
      <w:r>
        <w:t>سائنس نے خود مان لیا ہے کہ سائنس گیو دس بٹ اے پارشل نالج اف ریلیٹی۔</w:t>
      </w:r>
    </w:p>
    <w:p>
      <w:r>
        <w:rPr>
          <w:b/>
        </w:rPr>
        <w:t xml:space="preserve">[58:52] </w:t>
      </w:r>
      <w:r>
        <w:t>jab sirf partial knowledge of reality de sakti hai science, to aap kyun umeed kar sakte hain ke woh har cheez ke bare mein bataye?</w:t>
      </w:r>
    </w:p>
    <w:p>
      <w:pPr>
        <w:jc w:val="right"/>
      </w:pPr>
      <w:r>
        <w:t>جب صرف پارشل نالج اف ریلیٹی دے سکتی ہے سائنس، تو آپ کیوں امید کر سکتے ہیں کہ وہ ہر چیز کے بارے میں بتائے؟</w:t>
      </w:r>
    </w:p>
    <w:p>
      <w:r>
        <w:rPr>
          <w:b/>
        </w:rPr>
        <w:t xml:space="preserve">[59:03] </w:t>
      </w:r>
      <w:r>
        <w:t>main samajhta hoon ke satan ka existence jo hai, har aadmi apne aap ko le kar samajh sakta hai. aap mehsoos karte hain ke bar bar aap ko khud aisa hoga ke satan aap ke andar nafrat jaagti hai.</w:t>
      </w:r>
    </w:p>
    <w:p>
      <w:pPr>
        <w:jc w:val="right"/>
      </w:pPr>
      <w:r>
        <w:t>میں سمجھتا ہوں کہ سیٹن کا ایگزسٹنس جو ہے، ہر آدمی اپنے آپ کو لے کر سمجھ سکتا ہے۔ آپ محسوس کرتے ہیں کہ بار بار آپ کو خود ایسا ہوگا کہ سیٹن آپ کے اندر نفرت جاگتی ہے۔</w:t>
      </w:r>
    </w:p>
    <w:p>
      <w:r>
        <w:rPr>
          <w:b/>
        </w:rPr>
        <w:t xml:space="preserve">[59:17] </w:t>
      </w:r>
      <w:r>
        <w:t>yeh nafrat kis ne kis ne jagai?</w:t>
      </w:r>
    </w:p>
    <w:p>
      <w:pPr>
        <w:jc w:val="right"/>
      </w:pPr>
      <w:r>
        <w:t>یہ نفرت کس نے کس نے جگائی؟</w:t>
      </w:r>
    </w:p>
    <w:p>
      <w:r>
        <w:rPr>
          <w:b/>
        </w:rPr>
        <w:t xml:space="preserve">[59:20] </w:t>
      </w:r>
      <w:r>
        <w:t>revenge jaagta hai, yeh kis ne jagaya? aap ko kehta hai list aata hai, woh kis ne paida kiya? negative thought aate hain, woh kis ne paida kiya?</w:t>
      </w:r>
    </w:p>
    <w:p>
      <w:pPr>
        <w:jc w:val="right"/>
      </w:pPr>
      <w:r>
        <w:t>ریونج جاگتا ہے، یہ کس نے جگایا؟ آپ کو کہتا ہے لسٹ آتا ہے، وہ کس نے پیدا کیا؟ نیگیٹیو تھاٹ آتے ہیں، وہ کس نے پیدا کیا؟</w:t>
      </w:r>
    </w:p>
    <w:p>
      <w:r>
        <w:rPr>
          <w:b/>
        </w:rPr>
        <w:t xml:space="preserve">[59:30] </w:t>
      </w:r>
      <w:r>
        <w:t>yeh that is an inner internal evidence. yeh yeh jo yeh jo aap har aadmi, har aadmi ka yeh tajurba hai, woh satan satan ke existence ka internal evidence hai.</w:t>
      </w:r>
    </w:p>
    <w:p>
      <w:pPr>
        <w:jc w:val="right"/>
      </w:pPr>
      <w:r>
        <w:t>یہ دیٹ از ان انر انٹرنل ایویڈنس۔ یہ یہ جو یہ جو آپ ہر آدمی، ہر آدمی کا یہ تجربہ ہے، وہ سیٹن سیٹن کے ایگزسٹنس کا انٹرنل ایویڈنس ہے۔</w:t>
      </w:r>
    </w:p>
    <w:p>
      <w:r>
        <w:rPr>
          <w:b/>
        </w:rPr>
        <w:t xml:space="preserve">[59:48] </w:t>
      </w:r>
      <w:r>
        <w:t>mujhe to is mein kuch shaq nahi hai,</w:t>
      </w:r>
    </w:p>
    <w:p>
      <w:pPr>
        <w:jc w:val="right"/>
      </w:pPr>
      <w:r>
        <w:t>مجھے تو اس میں کچھ شک نہیں ہے،</w:t>
      </w:r>
    </w:p>
    <w:p>
      <w:r>
        <w:rPr>
          <w:b/>
        </w:rPr>
        <w:t xml:space="preserve">[59:50] </w:t>
      </w:r>
      <w:r>
        <w:t>kyun ke agar agar satan ko na manenge, sab kaise aa gaya? ek evil, ek ek koi evil hai, mister evil.</w:t>
      </w:r>
    </w:p>
    <w:p>
      <w:pPr>
        <w:jc w:val="right"/>
      </w:pPr>
      <w:r>
        <w:t>کیونکہ اگر اگر سیٹن کو نہ مانیں گے، سب کیسے آ گیا؟ ایک ایول، ایک ایک کوئی ایول ہے، مسٹر ایول۔</w:t>
      </w:r>
    </w:p>
    <w:p>
      <w:r>
        <w:rPr>
          <w:b/>
        </w:rPr>
        <w:t xml:space="preserve">[1:00:00] </w:t>
      </w:r>
      <w:r>
        <w:t>isko jab manenge, koi mister evil hai, tab in cheezon ka explain kar payenge aap. kyun ke aap dekhiye, aadmi jab bachcha hota hai, chhota to us ke andar kuch bhi aisi baatein nahi hoti.</w:t>
      </w:r>
    </w:p>
    <w:p>
      <w:pPr>
        <w:jc w:val="right"/>
      </w:pPr>
      <w:r>
        <w:t>اس کو جب مانیں گے، کوئی مسٹر ایول ہے، تب ان چیزوں کا ایکسپلین کر پائیں گے آپ۔ کیونکہ آپ دیکھیے، آدمی جب بچہ ہوتا ہے، چھوٹا تو اس کے اندر کچھ بھی ایسی باتیں نہیں ہوتی۔</w:t>
      </w:r>
    </w:p>
    <w:p>
      <w:r>
        <w:rPr>
          <w:b/>
        </w:rPr>
        <w:t xml:space="preserve">[1:00:12] </w:t>
      </w:r>
      <w:r>
        <w:t>ek bachche ke andar na koi hate hai, na koi revenge hai, na koi violence hai, kuch bhi nahi.</w:t>
      </w:r>
    </w:p>
    <w:p>
      <w:pPr>
        <w:jc w:val="right"/>
      </w:pPr>
      <w:r>
        <w:t>ایک بچے کے اندر نہ کوئی ہیٹ ہے، نہ کوئی ریونج ہے، نہ کوئی وائیلنس ہے، کچھ بھی نہیں۔</w:t>
      </w:r>
    </w:p>
    <w:p>
      <w:r>
        <w:rPr>
          <w:b/>
        </w:rPr>
        <w:t xml:space="preserve">[1:00:20] </w:t>
      </w:r>
      <w:r>
        <w:t>to bada hone ke baad kahan se aa gaya? yeh bachcha le kar paida nahi hua tha, yeh kahan se aa gaya? to ek mister evil hai, koi woh hum ko bhagata hai, usi ka naam satan hai.</w:t>
      </w:r>
    </w:p>
    <w:p>
      <w:pPr>
        <w:jc w:val="right"/>
      </w:pPr>
      <w:r>
        <w:t>تو بڑا ہونے کے بعد کہاں سے آ گیا؟ یہ بچہ لے کر پیدا نہیں ہوا تھا، یہ کہاں سے آ گیا؟ تو ایک مسٹر ایول ہے، کوئی وہ ہم کو بھگاتا ہے، اسی کا نام سیٹن ہے۔</w:t>
      </w:r>
    </w:p>
    <w:p>
      <w:r>
        <w:rPr>
          <w:b/>
        </w:rPr>
        <w:t xml:space="preserve">[1:00:36] </w:t>
      </w:r>
      <w:r>
        <w:t>maulana, in ka ek aur sawal hai. unhon ne likha hai: "some people seem to have prejudice about arabic quran and arabic prophet.</w:t>
      </w:r>
    </w:p>
    <w:p>
      <w:pPr>
        <w:jc w:val="right"/>
      </w:pPr>
      <w:r>
        <w:t>مولانا، ان کا ایک اور سوال ہے۔ انہوں نے لکھا ہے: "سم پیپلز سیم ٹو ہیو پریجوڈس اباؤٹ عربک قرآن اینڈ عربک پرافٹ۔</w:t>
      </w:r>
    </w:p>
    <w:p>
      <w:r>
        <w:rPr>
          <w:b/>
        </w:rPr>
        <w:t xml:space="preserve">[1:00:47] </w:t>
      </w:r>
      <w:r>
        <w:t>some have argued with me in this way, that middle east is a region where all known prophets came. so it seems as if its in their genes to follow prophets and prophets emerging out of that region.</w:t>
      </w:r>
    </w:p>
    <w:p>
      <w:pPr>
        <w:jc w:val="right"/>
      </w:pPr>
      <w:r>
        <w:t>سم ہیو ارگیوڈ ود می ان دس وے، دیٹ مڈل ایسٹ از ا ریجن ویئر ال نون پرافٹس کیم۔ سو اٹ سیمز ایز اف اٹس ان دیر جینز ٹو فالو پرافٹس اینڈ پرافٹس ایمرجنگ آؤٹ اف دیٹ ریجن۔</w:t>
      </w:r>
    </w:p>
    <w:p>
      <w:r>
        <w:rPr>
          <w:b/>
        </w:rPr>
        <w:t xml:space="preserve">[1:01:03] </w:t>
      </w:r>
      <w:r>
        <w:t>but why is it that they want other regions to follow them as learning and understanding arabic quran?</w:t>
      </w:r>
    </w:p>
    <w:p>
      <w:pPr>
        <w:jc w:val="right"/>
      </w:pPr>
      <w:r>
        <w:t>بٹ وائی از اٹ دیٹ دے وانٹ ادر ریجنز ٹو فالو دیم ایز لرننگ اینڈ انڈرسٹینڈنگ عربک قرآن؟</w:t>
      </w:r>
    </w:p>
    <w:p>
      <w:r>
        <w:rPr>
          <w:b/>
        </w:rPr>
        <w:t xml:space="preserve">[1:01:11] </w:t>
      </w:r>
      <w:r>
        <w:t>promotion of arabic quran means bringing the world under the sway of arabic nationalism." Maulana, what is your comment on this?</w:t>
      </w:r>
    </w:p>
    <w:p>
      <w:pPr>
        <w:jc w:val="right"/>
      </w:pPr>
      <w:r>
        <w:t>پروموشن اف عربک قرآن مینز برنگنگ دا ورلڈ انڈر دا سوی اف عربک نیشنلزم۔" مولانا، واٹ از یور کمنٹ ان دس؟</w:t>
      </w:r>
    </w:p>
    <w:p>
      <w:r>
        <w:rPr>
          <w:b/>
        </w:rPr>
        <w:t xml:space="preserve">[1:01:21] </w:t>
      </w:r>
      <w:r>
        <w:t>dekhiye, yeh sab is ko kehte hain table talk. aap is tarah kyun sochte hain? aap yeh sochte hain ke mera purpose of life kya hai?</w:t>
      </w:r>
    </w:p>
    <w:p>
      <w:pPr>
        <w:jc w:val="right"/>
      </w:pPr>
      <w:r>
        <w:t>دیکھیے، یہ سب اس کو کہتے ہیں ٹیبل ٹاک۔ آپ اس طرح کیوں سوچتے ہیں؟ آپ یہ سوچتے ہیں کہ میرا پرپس اف لائف کیا ہے؟</w:t>
      </w:r>
    </w:p>
    <w:p>
      <w:r>
        <w:rPr>
          <w:b/>
        </w:rPr>
        <w:t xml:space="preserve">[1:01:31] </w:t>
      </w:r>
      <w:r>
        <w:t>main kyun paida hua? post</w:t>
      </w:r>
    </w:p>
    <w:p>
      <w:pPr>
        <w:jc w:val="right"/>
      </w:pPr>
      <w:r>
        <w:t>میں کیوں پیدا ہوا؟ پوس</w:t>
      </w:r>
    </w:p>
    <w:p>
      <w:r>
        <w:rPr>
          <w:b/>
        </w:rPr>
        <w:t xml:space="preserve">[1:01:35] </w:t>
      </w:r>
      <w:r>
        <w:t>death kya hai? pre death kya hai? yeh sab jo question hai, is ko janne ki koshish karenge, tab aap ko samajh mein aayega is ki ahmiyat kya hai. yeh sab irrelevant, irrelevant question, irrelevant.</w:t>
      </w:r>
    </w:p>
    <w:p>
      <w:pPr>
        <w:jc w:val="right"/>
      </w:pPr>
      <w:r>
        <w:t>ٹ ڈیتھ کیا ہے؟ پری ڈیتھ کیا ہے؟ یہ سب جو کوئسچن ہے، اس کو جاننے کی کوشش کریں گے، تب آپ کو سمجھ میں آئے گا اس کی اہمیت کیا ہے۔ یہ سب اریلیونٹ، اریلیونٹ کوئسچن، اریلیونٹ۔</w:t>
      </w:r>
    </w:p>
    <w:p>
      <w:r>
        <w:rPr>
          <w:b/>
        </w:rPr>
        <w:t xml:space="preserve">[1:01:48] </w:t>
      </w:r>
      <w:r>
        <w:t>yeh sab yeh sab relevant question nahi hai. relevant question to yeh hai ke main apne bare mein janoon. to jab main janne ki koshish karta hoon to mujhe lagta hai ke sirf quran hi mein is ka jawab hai aur kahin is ka jawab hi nahi.</w:t>
      </w:r>
    </w:p>
    <w:p>
      <w:pPr>
        <w:jc w:val="right"/>
      </w:pPr>
      <w:r>
        <w:t>یہ سب یہ سب ریلیونٹ کوئسچن نہیں ہے۔ ریلیونٹ کوئسچن تو یہ ہے کہ میں اپنے بارے میں جانوں۔ تو جب میں جاننے کی کوشش کرتا ہوں تو مجھے لگتا ہے کہ صرف قرآن ہی میں اس کا جواب ہے اور کہیں اس کا جواب ہی نہیں۔</w:t>
      </w:r>
    </w:p>
    <w:p>
      <w:r>
        <w:rPr>
          <w:b/>
        </w:rPr>
        <w:t xml:space="preserve">[1:02:02] </w:t>
      </w:r>
      <w:r>
        <w:t>yeh khuda ne, yani quran mein to bataya ke har jagah khuda ne bheje apne paighambar, lekin history mein to kisi paighambar ka record hi nahi hai.</w:t>
      </w:r>
    </w:p>
    <w:p>
      <w:pPr>
        <w:jc w:val="right"/>
      </w:pPr>
      <w:r>
        <w:t>یہ خدا نے، یعنی قرآن میں تو بتایا کہ ہر جگہ خدا نے بھیجے اپنے پیغمبر، لیکن ہسٹری میں تو کسی پیغمبر کا ریکارڈ ہی نہیں ہے۔</w:t>
      </w:r>
    </w:p>
    <w:p>
      <w:r>
        <w:rPr>
          <w:b/>
        </w:rPr>
        <w:t xml:space="preserve">[1:02:13] </w:t>
      </w:r>
      <w:r>
        <w:t>rasool Allah sal Allahu alaihi wasallam ke siwa kisi paighambar ka history mein koi record hi nahi. to aap kaise keh sakte hain ke woh doosre jo hum paighambar nahi aaye, jab</w:t>
      </w:r>
    </w:p>
    <w:p>
      <w:pPr>
        <w:jc w:val="right"/>
      </w:pPr>
      <w:r>
        <w:t>رسول اللہ صلی اللہ علیہ وسلم کے سوا کسی پیغمبر کا ہسٹری میں کوئی ریکارڈ ہی نہیں۔ تو آپ کیسے کہہ سکتے ہیں کہ وہ دوسرے جو ہم پیغمبر نہیں آئے، جب</w:t>
      </w:r>
    </w:p>
    <w:p>
      <w:r>
        <w:rPr>
          <w:b/>
        </w:rPr>
        <w:t xml:space="preserve">[1:02:25] </w:t>
      </w:r>
      <w:r>
        <w:t>keh aap jante hain keh Jesus Christ jo qareebi zamanay ke peghambar hain, un ke baray mein likha hai batan sir ne keh historically it is quite doubtful whether Christ ever existed at all.</w:t>
      </w:r>
    </w:p>
    <w:p>
      <w:pPr>
        <w:jc w:val="right"/>
      </w:pPr>
      <w:r>
        <w:t>کہ آپ جانتے ہیں کہ جیز کرائسٹ جو قریبی زمانے کے پیغمبر ہیں، ان کے بارے میں لکھا ہے بٹن سر نے کہ ہسٹوریکلی اٹ از کاٹ ڈاؤٹ فل ویدر کرائسٹ ایور ایگزسٹڈ ایٹ آل۔</w:t>
      </w:r>
    </w:p>
    <w:p>
      <w:r>
        <w:rPr>
          <w:b/>
        </w:rPr>
        <w:t xml:space="preserve">[1:02:39] </w:t>
      </w:r>
      <w:r>
        <w:t>to history ne jab record hi nahi kiya hai peghambaron ko, to aap kaise keh sakte hain keh peghambar wahin aaye aur nahi kahin aaye?</w:t>
      </w:r>
    </w:p>
    <w:p>
      <w:pPr>
        <w:jc w:val="right"/>
      </w:pPr>
      <w:r>
        <w:t>تو ہسٹری نے جب ریکارڈ ہی نہیں کیا ہے پیغمبروں کو، تو آپ کیسے کہہ سکتے ہیں کہ پیغمبر وہیں آئے اور نہیں کہیں آئے؟</w:t>
      </w:r>
    </w:p>
    <w:p>
      <w:r>
        <w:rPr>
          <w:b/>
        </w:rPr>
        <w:t xml:space="preserve">[1:02:48] </w:t>
      </w:r>
      <w:r>
        <w:t>kis birth ke, yani yani kis base par aap keh sakte hain aisa? jab history mein record nahi hai to aap ke paas yeh eknomical koi base nahi hai.</w:t>
      </w:r>
    </w:p>
    <w:p>
      <w:pPr>
        <w:jc w:val="right"/>
      </w:pPr>
      <w:r>
        <w:t>کس برتھ کے، یعنی یعنی کس بیس پر آپ کہہ سکتے ہیں ایسا؟ جب ہسٹری میں ریکارڈ نہیں ہے تو آپ کے پاس یہ اکنیکل کوئی بیس نہیں ہے۔</w:t>
      </w:r>
    </w:p>
    <w:p>
      <w:r>
        <w:rPr>
          <w:b/>
        </w:rPr>
        <w:t xml:space="preserve">[1:02:58] </w:t>
      </w:r>
      <w:r>
        <w:t>ho sakta hai keh har jagah peghambar aaye hon, lekin chounkeh history mein record nahi hua, is liye aap jante nahi un ko.</w:t>
      </w:r>
    </w:p>
    <w:p>
      <w:pPr>
        <w:jc w:val="right"/>
      </w:pPr>
      <w:r>
        <w:t>ہو سکتا ہے کہ ہر جگہ پیغمبر آئے ہوں، لیکن چونکہ ہسٹری میں ریکارڈ نہیں ہوا، اس لیے آپ جانتے نہیں ان کو۔</w:t>
      </w:r>
    </w:p>
    <w:p>
      <w:r>
        <w:rPr>
          <w:b/>
        </w:rPr>
        <w:t xml:space="preserve">[1:03:05] </w:t>
      </w:r>
      <w:r>
        <w:t>is ko yaad rakhiye keh jitne peghambar aaye hain, un mein aik hi peghambar hai jis ko historical posheeda hasil hai, woh Muhammad sallallahu alaihi wasallam.</w:t>
      </w:r>
    </w:p>
    <w:p>
      <w:pPr>
        <w:jc w:val="right"/>
      </w:pPr>
      <w:r>
        <w:t>اس کو یاد رکھیے کہ جتنے پیغمبر آئے ہیں، ان میں ایک ہی پیغمبر ہے جس کو ہسٹوریکل پوشیدہ حاصل ہے، وہ محمد صلی اللہ علیہ وسلم۔</w:t>
      </w:r>
    </w:p>
    <w:p>
      <w:r>
        <w:rPr>
          <w:b/>
        </w:rPr>
        <w:t xml:space="preserve">[1:03:15] </w:t>
      </w:r>
      <w:r>
        <w:t>aap ke baray mein aik likha hai, aik aik scholar ne keh Muhammad was born with in full light of history. to yeh aik exception tha.</w:t>
      </w:r>
    </w:p>
    <w:p>
      <w:pPr>
        <w:jc w:val="right"/>
      </w:pPr>
      <w:r>
        <w:t>آپ کے بارے میں ایک لکھا ہے، ایک ایک اسکالر نے کہ محمد واز بارن ود ان فل آئیٹ اف ہسٹری۔ تو یہ ایک ایکسیپشن تھا۔</w:t>
      </w:r>
    </w:p>
    <w:p>
      <w:r>
        <w:rPr>
          <w:b/>
        </w:rPr>
        <w:t xml:space="preserve">[1:03:26] </w:t>
      </w:r>
      <w:r>
        <w:t>to sawal hai keh history se to aap jante hain peghambaron ke baray mein aur history mein record hi nahi hai. to kis base par aap kahengay keh doosray jagah peghambar nahi aaye?</w:t>
      </w:r>
    </w:p>
    <w:p>
      <w:pPr>
        <w:jc w:val="right"/>
      </w:pPr>
      <w:r>
        <w:t>تو سوال ہے کہ ہسٹری سے تو آپ جانتے ہیں پیغمبروں کے بارے میں اور ہسٹری میں ریکارڈ ہی نہیں ہے۔ تو کس بیس پر آپ کہیں گے کہ دوسرے جگہ پیغمبر نہیں آئے؟</w:t>
      </w:r>
    </w:p>
    <w:p>
      <w:r>
        <w:rPr>
          <w:b/>
        </w:rPr>
        <w:t xml:space="preserve">[1:03:39] </w:t>
      </w:r>
      <w:r>
        <w:t>to baharhal yeh yeh is ki, yani yeh yeh yeh koi koi scientific question nahi. maine dekhiye.</w:t>
      </w:r>
    </w:p>
    <w:p>
      <w:pPr>
        <w:jc w:val="right"/>
      </w:pPr>
      <w:r>
        <w:t>تو بہرحال یہ یہ اس کی، یعنی یہ یہ یہ کوئی کوئی سائنٹیفک کوئسچن نہیں۔ میں نے دیکھیے۔</w:t>
      </w:r>
    </w:p>
    <w:p>
      <w:r>
        <w:rPr>
          <w:b/>
        </w:rPr>
        <w:t xml:space="preserve">[1:03:50] </w:t>
      </w:r>
      <w:r>
        <w:t>maulana, agla sawal lete hain jo pakistan se bheja hai abdul latif sahib ne. unhon ne likha hai: "aik shakhs apni azadi ka ghalat istemal kar ke hamein ghussa dilata hai, to hamein ghussa nahi hona chahiye.</w:t>
      </w:r>
    </w:p>
    <w:p>
      <w:pPr>
        <w:jc w:val="right"/>
      </w:pPr>
      <w:r>
        <w:t>مولانا، اگلا سوال لیتے ہیں جو پاکستان سے بھیجا ہے عبداللطیف صاحب نے۔ انہوں نے لکھا ہے: "ایک شخص اپنی آزادی کا غلط استعمال کر کے ہمیں غصہ دلاتا ہے، تو ہمیں غصہ نہیں ہونا چاہیے۔</w:t>
      </w:r>
    </w:p>
    <w:p>
      <w:r>
        <w:rPr>
          <w:b/>
        </w:rPr>
        <w:t xml:space="preserve">[1:04:06] </w:t>
      </w:r>
      <w:r>
        <w:t>kyunkeh is ka hamein ghussa dilana Allah ke takhleeqi mansoobay ke bana par hai. lekin rasool Allah sallallahu alaihi wasallam basa auqat ghussa ho jatay thay.</w:t>
      </w:r>
    </w:p>
    <w:p>
      <w:pPr>
        <w:jc w:val="right"/>
      </w:pPr>
      <w:r>
        <w:t>کیونکہ اس کا ہمیں غصہ دلانا اللہ کے تخلیقی منصوبے کے بنا پر ہے۔ لیکن رسول اللہ صلی اللہ علیہ وسلم بسا اوقات غصہ ہو جاتے تھے۔</w:t>
      </w:r>
    </w:p>
    <w:p>
      <w:r>
        <w:rPr>
          <w:b/>
        </w:rPr>
        <w:t xml:space="preserve">[1:04:19] </w:t>
      </w:r>
      <w:r>
        <w:t>to aap ki is amal ki tawjeeh ka hum kya karengay?" dekhiye, rasool Allah ka jo ghussa hota tha, apni zaat ke liye nahi hota tha.</w:t>
      </w:r>
    </w:p>
    <w:p>
      <w:pPr>
        <w:jc w:val="right"/>
      </w:pPr>
      <w:r>
        <w:t>تو آپ کی اس عمل کی توجیح کا ہم کیا کریں گے؟" دیکھیے، رسول اللہ کا جو غصہ ہوتا تھا، اپنی ذات کے لیے نہیں ہوتا تھا۔</w:t>
      </w:r>
    </w:p>
    <w:p>
      <w:r>
        <w:rPr>
          <w:b/>
        </w:rPr>
        <w:t xml:space="preserve">[1:04:29] </w:t>
      </w:r>
      <w:r>
        <w:t>yeh hadith mein aaya hai, woh principle par hota tha. woh woh ghussa haqeeqat mein wohi hai jis ko main kehta hoon language of hammering.</w:t>
      </w:r>
    </w:p>
    <w:p>
      <w:pPr>
        <w:jc w:val="right"/>
      </w:pPr>
      <w:r>
        <w:t>یہ حدیث میں آیا ہے، وہ پرنسپل پر ہوتا تھا۔ وہ وہ غصہ حقیقت میں وہی ہے جس کو میں کہتا ہوں لینگویج آف ہیمرنگ۔</w:t>
      </w:r>
    </w:p>
    <w:p>
      <w:r>
        <w:rPr>
          <w:b/>
        </w:rPr>
        <w:t xml:space="preserve">[1:04:39] </w:t>
      </w:r>
      <w:r>
        <w:t>is ko ghussa hona mat kahiye. yani jaise aaj maine bola, main yeh yeh koi keh sakta hai keh aap ghusay mein bol</w:t>
      </w:r>
    </w:p>
    <w:p>
      <w:pPr>
        <w:jc w:val="right"/>
      </w:pPr>
      <w:r>
        <w:t>اس کو غصہ ہونا مت کہیے۔ یعنی جیسے آج میں نے بولا، میں یہ یہ کوئی کہہ سکتا ہے کہ آپ غصے میں بول</w:t>
      </w:r>
    </w:p>
    <w:p>
      <w:r>
        <w:rPr>
          <w:b/>
        </w:rPr>
        <w:t xml:space="preserve">[1:04:46] </w:t>
      </w:r>
      <w:r>
        <w:t>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p>
    <w:p>
      <w:pPr>
        <w:jc w:val="right"/>
      </w:pPr>
      <w:r>
        <w:t>یں، غصہ نہیں بولے۔ وہ لینگویج، دیٹ واز لینگویج آف ہیمرنگ۔ تو رسول اللہ اس طرح بولتے تھے: "اتا تھا اس طرح تقاضا ہو، یہ یہ مرہ تنا حدیث میں آتا ہے کہ کن مندرجہ اس طرح بولتے تھے آپ کسی سے کہ کوئی فوج حملہ کرنے والی ہو، اس کی خبر دے رہے ہو آپ۔" تو رسول اللہ کا جو غضب ہوتا تھا، اسی بارے میں ہوتا تھا۔</w:t>
      </w:r>
    </w:p>
    <w:p>
      <w:r>
        <w:rPr>
          <w:b/>
        </w:rPr>
        <w:t xml:space="preserve">[1:05:12] </w:t>
      </w:r>
      <w:r>
        <w:t>aaj main bola hoon, isi tarah ka hota tha. keh shiddat, yani shiddat kalam. jab aap jab aap bohat ziyada mehsoos karein kisi baat ko, to aap ke andar shiddat aa jayegi.</w:t>
      </w:r>
    </w:p>
    <w:p>
      <w:pPr>
        <w:jc w:val="right"/>
      </w:pPr>
      <w:r>
        <w:t>آج میں بولا ہوں، اسی طرح کا ہوتا تھا۔ کہ شدت، یعنی شدت کلام۔ جب آپ جب آپ بہت زیادہ محسوس کریں کسی بات کو، تو آپ کے اندر شدت آ جائے گی۔</w:t>
      </w:r>
    </w:p>
    <w:p>
      <w:r>
        <w:rPr>
          <w:b/>
        </w:rPr>
        <w:t xml:space="preserve">[1:05:27] </w:t>
      </w:r>
      <w:r>
        <w:t>isi ko log kahengay keh sahib ghusay mein bolay. main jo kuch bola aaj, ghusay mein nahi bol raha hoon. yeh shiddat ehsas tha jo ubal pada.</w:t>
      </w:r>
    </w:p>
    <w:p>
      <w:pPr>
        <w:jc w:val="right"/>
      </w:pPr>
      <w:r>
        <w:t>اسی کو لوگ کہیں گے کہ صاحب غصے میں بولے۔ میں جو کچھ بولا آج، غصے میں نہیں بول رہا ہوں۔ یہ شدت احساس تھا جو ابل پڑا۔</w:t>
      </w:r>
    </w:p>
    <w:p>
      <w:r>
        <w:rPr>
          <w:b/>
        </w:rPr>
        <w:t xml:space="preserve">[1:05:38] </w:t>
      </w:r>
      <w:r>
        <w:t>yaad rakhiye, rasool Allah ke baray mein jo ghazab ka lafz aata hai, woh shiddat izhaar ke maani mein hai. woh shiddat izhaar. aur aaj main bol raha hoon, wohi mera muamla tha keh maine jo bola hoon, woh woh shiddat izhaar tha, woh ghussa nahi tha.</w:t>
      </w:r>
    </w:p>
    <w:p>
      <w:pPr>
        <w:jc w:val="right"/>
      </w:pPr>
      <w:r>
        <w:t>یاد رکھیے، رسول اللہ کے بارے میں جو غضب کا لفظ آتا ہے، وہ شدت اظہار کے معنی میں ہے۔ وہ شدت اظہار۔ اور آج میں بول رہا ہوں، وہی میرا معاملہ تھا کہ میں نے جو بولا ہوں، وہ وہ شدت اظہار تھا، وہ غصہ نہیں تھا۔</w:t>
      </w:r>
    </w:p>
    <w:p>
      <w:r>
        <w:rPr>
          <w:b/>
        </w:rPr>
        <w:t xml:space="preserve">[1:05:57] </w:t>
      </w:r>
      <w:r>
        <w:t>is ko aap nafsiati aitbar se ghor kiye to yeh baat clear ho jayegi.</w:t>
      </w:r>
    </w:p>
    <w:p>
      <w:pPr>
        <w:jc w:val="right"/>
      </w:pPr>
      <w:r>
        <w:t>اس کو آپ نفسیاتی اعتبار سے غور کیے تو یہ بات کلیئر ہو جائے گی۔</w:t>
      </w:r>
    </w:p>
    <w:p>
      <w:r>
        <w:rPr>
          <w:b/>
        </w:rPr>
        <w:t xml:space="preserve">[1:06:04] </w:t>
      </w:r>
      <w:r>
        <w:t>maulana, agla sawal roorkee se kiya hai sajid anwar sahib ne. unhon ne likha hai: "maulana, what is the root cause of muslims failure to recognize the age of democracy and the age of science?</w:t>
      </w:r>
    </w:p>
    <w:p>
      <w:pPr>
        <w:jc w:val="right"/>
      </w:pPr>
      <w:r>
        <w:t>مولانا، اگلا سوال روڑکی سے کیا ہے ساجد انور صاحب نے۔ انہوں نے لکھا ہے: "مولانا، واٹ از دا روٹ کاز اف مسلمز فیلیر ٹو ریکگنائز دا ایج اف ڈیموکریسی اینڈ دی ایج اف سائنس؟</w:t>
      </w:r>
    </w:p>
    <w:p>
      <w:r>
        <w:rPr>
          <w:b/>
        </w:rPr>
        <w:t xml:space="preserve">[1:06:19] </w:t>
      </w:r>
      <w:r>
        <w:t>and how can they replan their activities?" dekhiye, Allah taala ne musalmanon ko iqtidaar diya. unhon ne empire banaya.</w:t>
      </w:r>
    </w:p>
    <w:p>
      <w:pPr>
        <w:jc w:val="right"/>
      </w:pPr>
      <w:r>
        <w:t>اینڈ ہاؤ کین دے ری پلان دیر ایکٹیویٹیز؟" دیکھیے، اللہ تعالی نے مسلمانوں کو اقتدار دیا۔ انہوں نے ایمپائر بنایا۔</w:t>
      </w:r>
    </w:p>
    <w:p>
      <w:r>
        <w:rPr>
          <w:b/>
        </w:rPr>
        <w:t xml:space="preserve">[1:06:31] </w:t>
      </w:r>
      <w:r>
        <w:t>woh tha kis liye? woh tha quran ki hifazat ke liye. tareekh batati hai keh pichli kitabein jo Allah ki taraf se aayin, woh mehfooz nahi rahien.</w:t>
      </w:r>
    </w:p>
    <w:p>
      <w:pPr>
        <w:jc w:val="right"/>
      </w:pPr>
      <w:r>
        <w:t>وہ تھا کس لیے؟ وہ تھا قرآن کی حفاظت کے لیے۔ تاریخ بتاتی ہے کہ پچھلی کتابیں جو اللہ کی طرف سے آئیں، وہ محفوظ نہیں رہیں۔</w:t>
      </w:r>
    </w:p>
    <w:p>
      <w:r>
        <w:rPr>
          <w:b/>
        </w:rPr>
        <w:t xml:space="preserve">[1:06:40] </w:t>
      </w:r>
      <w:r>
        <w:t>is ki wajah yeh kya thi keh pichlay jo anbiya thay, jo un ke saathi thay, un ko power nahi mila, political power nahi mila.</w:t>
      </w:r>
    </w:p>
    <w:p>
      <w:pPr>
        <w:jc w:val="right"/>
      </w:pPr>
      <w:r>
        <w:t>اس کی وجہ یہ کیا تھی کہ پچھلے جو انبیاء تھے، جو ان کے ساتھی تھے، ان کو پاور نہیں ملا، پولیٹیکل پاور نہیں ملا۔</w:t>
      </w:r>
    </w:p>
    <w:p>
      <w:r>
        <w:rPr>
          <w:b/>
        </w:rPr>
        <w:t xml:space="preserve">[1:06:50] </w:t>
      </w:r>
      <w:r>
        <w:t>to main aap se arz kar chuka hoon keh pichlay zamanay mein dissent allowed nahi tha.</w:t>
      </w:r>
    </w:p>
    <w:p>
      <w:pPr>
        <w:jc w:val="right"/>
      </w:pPr>
      <w:r>
        <w:t>تو میں آپ سے عرض کر چکا ہوں کہ پچھلے زمانے میں ڈیسنٹ الاؤڈ نہیں تھا۔</w:t>
      </w:r>
    </w:p>
    <w:p>
      <w:r>
        <w:rPr>
          <w:b/>
        </w:rPr>
        <w:t xml:space="preserve">[1:06:56] </w:t>
      </w:r>
      <w:r>
        <w:t>pura jo daur hai democracy ke pehlay ka, is mein dissent allowed nahi tha. is liye is ko khatam kar dete thay. woh to Allah taala ne insanon ko political power diya taakeh quran ko mehfooz kar sakein.</w:t>
      </w:r>
    </w:p>
    <w:p>
      <w:pPr>
        <w:jc w:val="right"/>
      </w:pPr>
      <w:r>
        <w:t>پورا جو دور ہے ڈیموکریسی کے پہلے کا، اس میں ڈیسنٹ الاؤڈ نہیں تھا۔ اس لیے اس کو ختم کر دیتے تھے۔ وہ تو اللہ تعالی نے انسانوں کو پولیٹیکل پاور دیا تاکہ قرآن کو محفوظ کر سکیں۔</w:t>
      </w:r>
    </w:p>
    <w:p>
      <w:r>
        <w:rPr>
          <w:b/>
        </w:rPr>
        <w:t xml:space="preserve">[1:07:11] </w:t>
      </w:r>
      <w:r>
        <w:t>lekin aik lambi muddat tak, yani press ka daur aanay tak baqi raha yeh. to musalman ka obsession ban gaya power.</w:t>
      </w:r>
    </w:p>
    <w:p>
      <w:pPr>
        <w:jc w:val="right"/>
      </w:pPr>
      <w:r>
        <w:t>لیکن ایک لمبی مدت تک، یعنی پریس کا دور آنے تک باقی رہا یہ۔ تو مسلمان کا ابسیشن بن گیا پاور۔</w:t>
      </w:r>
    </w:p>
    <w:p>
      <w:r>
        <w:rPr>
          <w:b/>
        </w:rPr>
        <w:t xml:space="preserve">[1:07:21] </w:t>
      </w:r>
      <w:r>
        <w:t>ab woh isi bare mein jee rahe hain. wohi political model, kingship model basa hua hai in ke dimagh mein.</w:t>
      </w:r>
    </w:p>
    <w:p>
      <w:pPr>
        <w:jc w:val="right"/>
      </w:pPr>
      <w:r>
        <w:t>اب وہ اسی بارے میں جی رہے ہیں۔ وہی پولیٹیکل ماڈل، کنگ شپ ماڈل بسا ہوا ہے ان کے دماغ میں۔</w:t>
      </w:r>
    </w:p>
    <w:p>
      <w:r>
        <w:rPr>
          <w:b/>
        </w:rPr>
        <w:t xml:space="preserve">[1:07:27] </w:t>
      </w:r>
      <w:r>
        <w:t>ab in ko nai soch aana chahiye ke ab woh daur khatam ho gaya. jab quran mehfooz ho gaya to ab hamein is ki zaroorat nahi hai.</w:t>
      </w:r>
    </w:p>
    <w:p>
      <w:pPr>
        <w:jc w:val="right"/>
      </w:pPr>
      <w:r>
        <w:t>اب ان کو نئی سوچ آنا چاہیے کہ اب وہ دور ختم ہو گیا۔ جب قرآن محفوظ ہو گیا تو اب ہمیں اس کی ضرورت نہیں ہے۔</w:t>
      </w:r>
    </w:p>
    <w:p>
      <w:r>
        <w:rPr>
          <w:b/>
        </w:rPr>
        <w:t xml:space="preserve">[1:07:38] </w:t>
      </w:r>
      <w:r>
        <w:t>to rethink jab tak nahi karenge, jab tak apni ghalti ko daryaft nahi karenge, is ki mere khayal se islaah nahi ho sakti hai.</w:t>
      </w:r>
    </w:p>
    <w:p>
      <w:pPr>
        <w:jc w:val="right"/>
      </w:pPr>
      <w:r>
        <w:t>تو ری تھنک جب تک نہیں کریں گے، جب تک اپنی غلطی کو دریافت نہیں کریں گے، اس کی میرے خیال سے اصلاح نہیں ہو سکتی ہے۔</w:t>
      </w:r>
    </w:p>
    <w:p>
      <w:r>
        <w:rPr>
          <w:b/>
        </w:rPr>
        <w:t xml:space="preserve">[1:07:48] </w:t>
      </w:r>
      <w:r>
        <w:t>yeh ab musalmanon ko daryaft karna parega ke yeh ماضی ke obsession mein jee rahe hain.</w:t>
      </w:r>
    </w:p>
    <w:p>
      <w:pPr>
        <w:jc w:val="right"/>
      </w:pPr>
      <w:r>
        <w:t>یہ اب مسلمانوں کو دریافت کرنا پڑے گا کہ یہ ماضی کے ابسیشن میں جی رہے ہیں۔</w:t>
      </w:r>
    </w:p>
    <w:p>
      <w:r>
        <w:rPr>
          <w:b/>
        </w:rPr>
        <w:t xml:space="preserve">[1:07:54] </w:t>
      </w:r>
      <w:r>
        <w:t>maazi ka jo model tha, is model ko ke ab zaroorat hi nahi rahi, woh model khatam ho chuka. woh ab model doosra aa gaya. kyunke hamare jitne likhne wale hain, jitne hamare bolne wale hain, unhone isi ko pakka kiya hai.</w:t>
      </w:r>
    </w:p>
    <w:p>
      <w:pPr>
        <w:jc w:val="right"/>
      </w:pPr>
      <w:r>
        <w:t>ماضی کا جو ماڈل تھا، اس ماڈل کو کہ اب ضرورت ہی نہیں رہی، وہ ماڈل ختم ہو چکا۔ وہ اب ماڈل دوسرا آ گیا۔ کیونکہ ہمارے جتنے لکھنے والے ہیں، جتنے ہمارے بولنے والے ہیں، انہوں نے اسی کو پکا کیا ہے۔</w:t>
      </w:r>
    </w:p>
    <w:p>
      <w:r>
        <w:rPr>
          <w:b/>
        </w:rPr>
        <w:t xml:space="preserve">[1:08:09] </w:t>
      </w:r>
      <w:r>
        <w:t>one to all, jitne bhi likhne wale hain, chahe arab se paida hue hon, india mein paida hue hon, sab isi isi model ko pakka kiye chale ja rahe hain.</w:t>
      </w:r>
    </w:p>
    <w:p>
      <w:pPr>
        <w:jc w:val="right"/>
      </w:pPr>
      <w:r>
        <w:t>ون ٹو آل، جتنے بھی لکھنے والے ہیں، چاہے عرب سے پیدا ہوئے ہوں، انڈیا میں پیدا ہوئے ہوں، سب اسی اسی ماڈل کو پکا کیے چلے جا رہے ہیں۔</w:t>
      </w:r>
    </w:p>
    <w:p>
      <w:r>
        <w:rPr>
          <w:b/>
        </w:rPr>
        <w:t xml:space="preserve">[1:08:20] </w:t>
      </w:r>
      <w:r>
        <w:t>to awam kya</w:t>
      </w:r>
    </w:p>
    <w:p>
      <w:pPr>
        <w:jc w:val="right"/>
      </w:pPr>
      <w:r>
        <w:t>تو عوام کیا</w:t>
      </w:r>
    </w:p>
    <w:p>
      <w:r>
        <w:rPr>
          <w:b/>
        </w:rPr>
        <w:t xml:space="preserve">[1:08:21] </w:t>
      </w:r>
      <w:r>
        <w:t>karein? ab chalen, maashrat ko to aql khud khud to hoti nahi. aur jo likhne wala aur bolne wala tabqa hai, woh isi ko pakka kar raha hai, isi ko pakka kar raha hai.</w:t>
      </w:r>
    </w:p>
    <w:p>
      <w:pPr>
        <w:jc w:val="right"/>
      </w:pPr>
      <w:r>
        <w:t>کریں؟ اب چلیں، معاشرت کو تو عقل خود خود تو ہوتی نہیں۔ اور جو لکھنے والا اور بولنے والا طبقہ ہے، وہ اسی کو پکا کر رہا ہے، اسی کو پکا کر رہا ہے۔</w:t>
      </w:r>
    </w:p>
    <w:p>
      <w:r>
        <w:rPr>
          <w:b/>
        </w:rPr>
        <w:t xml:space="preserve">[1:08:32] </w:t>
      </w:r>
      <w:r>
        <w:t>misal ke taur par dekhiye, ameer shirk barsaran ki kitab hai, is ka title hai ke "limaza ta'akhkhar al-muslimun wa taqaddama ghayruhu?" musalman kyun peeche reh gaye, doosre log kyun aage ho gaye?</w:t>
      </w:r>
    </w:p>
    <w:p>
      <w:pPr>
        <w:jc w:val="right"/>
      </w:pPr>
      <w:r>
        <w:t>مثال کے طور پر دیکھیے، امیر شرک برسران کی کتاب ہے، اس کا ٹائٹل ہے کہ "لماذا تاخر المسلمون وتقدم غيرہ؟" مسلمان کیوں پیچھے رہ گئے، دوسرے لوگ کیوں آگے ہو گئے؟</w:t>
      </w:r>
    </w:p>
    <w:p>
      <w:r>
        <w:rPr>
          <w:b/>
        </w:rPr>
        <w:t xml:space="preserve">[1:08:46] </w:t>
      </w:r>
      <w:r>
        <w:t>to is mein kehte hain jihad, jihad bar qata. yeh yeh is liye ke woh jante hain, unhone yeh yahi jante hain ke main lar lar kar ek hukoomat qaim karoon.</w:t>
      </w:r>
    </w:p>
    <w:p>
      <w:pPr>
        <w:jc w:val="right"/>
      </w:pPr>
      <w:r>
        <w:t>تو اس میں کہتے ہیں جہاد، جہاد بار قطع۔ یہ یہ اس لیے کہ وہ جانتے ہیں، انہوں نے یہ یہی جانتے ہیں کہ میں لڑ لڑ کر ایک حکومت قائم کروں۔</w:t>
      </w:r>
    </w:p>
    <w:p>
      <w:r>
        <w:rPr>
          <w:b/>
        </w:rPr>
        <w:t xml:space="preserve">[1:08:55] </w:t>
      </w:r>
      <w:r>
        <w:t>yeh jante hi nahi ke democracy mein to ladne ki zaroorat hi nahi hai.</w:t>
      </w:r>
    </w:p>
    <w:p>
      <w:pPr>
        <w:jc w:val="right"/>
      </w:pPr>
      <w:r>
        <w:t>یہ جانتے ہی نہیں کہ ڈیموکریسی میں تو لڑنے کی ضرورت ہی نہیں ہے۔</w:t>
      </w:r>
    </w:p>
    <w:p>
      <w:r>
        <w:rPr>
          <w:b/>
        </w:rPr>
        <w:t xml:space="preserve">[1:09:00] </w:t>
      </w:r>
      <w:r>
        <w:t>saari opportunity khuli hui hain har ek aadmi ke liye.</w:t>
      </w:r>
    </w:p>
    <w:p>
      <w:pPr>
        <w:jc w:val="right"/>
      </w:pPr>
      <w:r>
        <w:t>ساری اپرچونیٹی کھلی ہوئی ہیں ہر ایک آدمی کے لیے۔</w:t>
      </w:r>
    </w:p>
    <w:p>
      <w:r>
        <w:rPr>
          <w:b/>
        </w:rPr>
        <w:t xml:space="preserve">[1:09:05] </w:t>
      </w:r>
      <w:r>
        <w:t>to rethinking musalmanon mein nahi aayi, is wajah se woh kisi cheez ko daryaft nahi kar sake.</w:t>
      </w:r>
    </w:p>
    <w:p>
      <w:pPr>
        <w:jc w:val="right"/>
      </w:pPr>
      <w:r>
        <w:t>تو ری تھنکنگ مسلمانوں میں نہیں آئی، اس وجہ سے وہ کسی چیز کو دریافت نہیں کر سکے۔</w:t>
      </w:r>
    </w:p>
    <w:p>
      <w:r>
        <w:rPr>
          <w:b/>
        </w:rPr>
        <w:t xml:space="preserve">[1:09:15] </w:t>
      </w:r>
      <w:r>
        <w:t>maulana, agla sawal kya hai muhammad faisal sahab ne pakistan se</w:t>
      </w:r>
    </w:p>
    <w:p>
      <w:pPr>
        <w:jc w:val="right"/>
      </w:pPr>
      <w:r>
        <w:t>مولانا، اگلا سوال کیا ہے محمد فیصل صاحب نے پاکستان سے</w:t>
      </w:r>
    </w:p>
    <w:p>
      <w:r>
        <w:rPr>
          <w:b/>
        </w:rPr>
        <w:t xml:space="preserve">[1:09:20] </w:t>
      </w:r>
      <w:r>
        <w:t>unhone likha hai: "maulana, as you know that yesterday pakistan prime minister mr nawaz sharif has accepted the invitation for the oath ceremony of the new indian prime minister mr narendra modi.</w:t>
      </w:r>
    </w:p>
    <w:p>
      <w:pPr>
        <w:jc w:val="right"/>
      </w:pPr>
      <w:r>
        <w:t>۔ انہوں نے لکھا ہے: "مولانا، ایز یو نو دیٹ یسٹرڈے پاکستان پرائم منسٹر مسٹر نواز شریف ہیز ایکسیپٹڈ دی انویٹیشن فار دی اوتھ سرمنی اف دا نیو انڈین پرائم منسٹر مسٹر نریندر مودی۔</w:t>
      </w:r>
    </w:p>
    <w:p>
      <w:r>
        <w:rPr>
          <w:b/>
        </w:rPr>
        <w:t xml:space="preserve">[1:09:37] </w:t>
      </w:r>
      <w:r>
        <w:t>maulana, i want to know what is your view on this new development?" bhai, yeh to dono neighbouring country hain aur isi country hain.</w:t>
      </w:r>
    </w:p>
    <w:p>
      <w:pPr>
        <w:jc w:val="right"/>
      </w:pPr>
      <w:r>
        <w:t>مولانا، آئی وانٹ ٹو نو واٹ از یور ویو ان دس نیو ڈیویلپمنٹ؟" بھئی، یہ تو دونوں نیور کنٹری ہیں اور اسی کنٹری ہیں۔</w:t>
      </w:r>
    </w:p>
    <w:p>
      <w:r>
        <w:rPr>
          <w:b/>
        </w:rPr>
        <w:t xml:space="preserve">[1:09:49] </w:t>
      </w:r>
      <w:r>
        <w:t>aapas mein achhe taluqat hone hi chahiye. is mein sochna kya hai? yani india aur pakistan jab dono parosi mulk hain to achhe taluqat hone hi chahiye in mein.</w:t>
      </w:r>
    </w:p>
    <w:p>
      <w:pPr>
        <w:jc w:val="right"/>
      </w:pPr>
      <w:r>
        <w:t>آپس میں اچھے تعلقات ہونے ہی چاہیے۔ اس میں سوچنا کیا ہے؟ یعنی انڈیا اور پاکستان جب دونوں پڑوسی ملک ہیں تو اچھے تعلقات ہونے ہی چاہیے ان میں۔</w:t>
      </w:r>
    </w:p>
    <w:p>
      <w:r>
        <w:rPr>
          <w:b/>
        </w:rPr>
        <w:t xml:space="preserve">[1:10:02] </w:t>
      </w:r>
      <w:r>
        <w:t>yeh to koi is mein koi do ra'ay ho nahi sakti hai. main sochta hoon ke achhi baat hai yeh.</w:t>
      </w:r>
    </w:p>
    <w:p>
      <w:pPr>
        <w:jc w:val="right"/>
      </w:pPr>
      <w:r>
        <w:t>یہ تو کوئی اس میں کوئی دو رائے ہو نہیں سکتی ہے۔ میں سوچتا ہوں کہ اچھی بات ہے یہ۔</w:t>
      </w:r>
    </w:p>
    <w:p>
      <w:r>
        <w:rPr>
          <w:b/>
        </w:rPr>
        <w:t xml:space="preserve">[1:10:12] </w:t>
      </w:r>
      <w:r>
        <w:t>maulana, agla sawal lene se pehle ek comment padhna chahenge jo mehtab ahmed sahab ne dhampur se bheja hai. unhone likha hai: "maulana, inshallah your new book izhar-e-deen will grow iman and conviction of all the readers." mashallah.</w:t>
      </w:r>
    </w:p>
    <w:p>
      <w:pPr>
        <w:jc w:val="right"/>
      </w:pPr>
      <w:r>
        <w:t>مولانا، اگلا سوال لینے سے پہلے ایک کمنٹ پڑھنا چاہیں گے جو مہتاب احمد صاحب نے دھامپور سے بھیجا ہے۔ انہوں نے لکھا ہے: "مولانا، انشاءاللہ یور نیو بک اظہار دین ول گرو ایمان اینڈ کنوکشن اف آل دا ریڈرز۔" ماشاءاللہ۔</w:t>
      </w:r>
    </w:p>
    <w:p>
      <w:r>
        <w:rPr>
          <w:b/>
        </w:rPr>
        <w:t xml:space="preserve">[1:10:35] </w:t>
      </w:r>
      <w:r>
        <w:t>maulana, agla sawal kya hai aamir jinn sahab ne kashmir se.</w:t>
      </w:r>
    </w:p>
    <w:p>
      <w:pPr>
        <w:jc w:val="right"/>
      </w:pPr>
      <w:r>
        <w:t>مولانا، اگلا سوال کیا ہے عامر جن صاحب نے کشمیر سے۔</w:t>
      </w:r>
    </w:p>
    <w:p>
      <w:r>
        <w:rPr>
          <w:b/>
        </w:rPr>
        <w:t xml:space="preserve">[1:10:41] </w:t>
      </w:r>
      <w:r>
        <w:t>unhone likha hai: "if it is a fact that there is no war or qital in islam against established governments, then what was in the regime of earlier times of islam where country like egypt or iran were conquered by the muslims?" please comment karein.</w:t>
      </w:r>
    </w:p>
    <w:p>
      <w:pPr>
        <w:jc w:val="right"/>
      </w:pPr>
      <w:r>
        <w:t>انہوں نے لکھا ہے: "اف اٹ از ا فیکٹ دیٹ دیر از نو وار اور قتال ان اسلام اگینسٹ اسٹیبلش گورنمنٹس، دین واٹ واز ان دا ریجیم اف ارلیئر ٹائمز اف اسلام ویئر کنٹری لائک ایجپٹ اور ایران وار کنکرڈ بائے دا مسلمز؟" پلیز کمنٹ کریں۔</w:t>
      </w:r>
    </w:p>
    <w:p>
      <w:r>
        <w:rPr>
          <w:b/>
        </w:rPr>
        <w:t xml:space="preserve">[1:11:01] </w:t>
      </w:r>
      <w:r>
        <w:t>dekhiye, yeh baat bahut achhi tarah se tafseel se likh chuka hoon ke woh islam ke rule ko establish karne ke liye nahi hua tha. woh</w:t>
      </w:r>
    </w:p>
    <w:p>
      <w:pPr>
        <w:jc w:val="right"/>
      </w:pPr>
      <w:r>
        <w:t>دیکھیے، یہ بات بہت اچھی طرح سے تفصیل سے لکھ چکا ہوں کہ وہ اسلام کے رول کو اسٹیبلش کرنے کے لیے نہیں ہوا تھا۔ وہ</w:t>
      </w:r>
    </w:p>
    <w:p>
      <w:r>
        <w:rPr>
          <w:b/>
        </w:rPr>
        <w:t xml:space="preserve">[1:11:10] </w:t>
      </w:r>
      <w:r>
        <w:t>mein ne arz kiya ke woh ek divine operation tha ke duniya mein kingship ka jo nizam tha, us ne decent ko khatam kar rakha tha. that was against the creation plan of god.</w:t>
      </w:r>
    </w:p>
    <w:p>
      <w:pPr>
        <w:jc w:val="right"/>
      </w:pPr>
      <w:r>
        <w:t>میں نے عرض کیا کہ وہ ایک ڈیوائن آپریشن تھا کہ دنیا میں کنگ شپ کا جو نظام تھا، اس نے ڈیسنٹ کو ختم کر رکھا تھا۔ دیٹ واز اگینسٹ دی کرشن پلان اف گاڈ۔</w:t>
      </w:r>
    </w:p>
    <w:p>
      <w:r>
        <w:rPr>
          <w:b/>
        </w:rPr>
        <w:t xml:space="preserve">[1:11:21] </w:t>
      </w:r>
      <w:r>
        <w:t>khuda ko manzoor hai ke log azaad hon, logon ko freedom of choice ho. to tabhi hoga jab ke decent ki azaadi ho.</w:t>
      </w:r>
    </w:p>
    <w:p>
      <w:pPr>
        <w:jc w:val="right"/>
      </w:pPr>
      <w:r>
        <w:t>خدا کو منظور ہے کہ لوگ آزاد ہوں، لوگوں کو فریڈم اف چوائس ہو۔ تو تبھی ہوگا جب کہ ڈیسنٹ کی آزادی ہو۔</w:t>
      </w:r>
    </w:p>
    <w:p>
      <w:r>
        <w:rPr>
          <w:b/>
        </w:rPr>
        <w:t xml:space="preserve">[1:11:30] </w:t>
      </w:r>
      <w:r>
        <w:t>is ko khatam karne ke liye yeh hua. yeh nahi ke koi qanoon hai, us ko naafiz</w:t>
      </w:r>
    </w:p>
    <w:p>
      <w:pPr>
        <w:jc w:val="right"/>
      </w:pPr>
      <w:r>
        <w:t>اس کو ختم کرنے کے لیے یہ ہوا۔ یہ نہیں کہ کوئی قانون ہے، اس کو نافذ</w:t>
      </w:r>
    </w:p>
    <w:p>
      <w:r>
        <w:rPr>
          <w:b/>
        </w:rPr>
        <w:t xml:space="preserve">[1:11:35] </w:t>
      </w:r>
      <w:r>
        <w:t>karna hai. yeh to musalman is zamane mein kuch aise paida hue, kuch aise log yeh nikala hai inhon ne ke islam ke qanoon ko nafiz karne ke liye.</w:t>
      </w:r>
    </w:p>
    <w:p>
      <w:pPr>
        <w:jc w:val="right"/>
      </w:pPr>
      <w:r>
        <w:t>کرنا ہے۔ یہ تو مسلمان اس زمانے میں کچھ ایسے پیدا ہوئے، کچھ ایسے لوگ یہ نکالا ہے انہوں نے کہ اسلام کے قانون کو نافذ کرنے کے لیے۔</w:t>
      </w:r>
    </w:p>
    <w:p>
      <w:r>
        <w:rPr>
          <w:b/>
        </w:rPr>
        <w:t xml:space="preserve">[1:11:43] </w:t>
      </w:r>
      <w:r>
        <w:t>nahi, kingship ne allah ke kisi plan ko moattal karna chaha tha, dissent ko tabu bana kar ke.</w:t>
      </w:r>
    </w:p>
    <w:p>
      <w:pPr>
        <w:jc w:val="right"/>
      </w:pPr>
      <w:r>
        <w:t>نہیں، کنگ شپ نے اللہ کے کسی پلان کو معطل کرنا چاہا تھا، ڈیسنٹ کو ٹیبو بنا کر کے۔</w:t>
      </w:r>
    </w:p>
    <w:p>
      <w:r>
        <w:rPr>
          <w:b/>
        </w:rPr>
        <w:t xml:space="preserve">[1:11:56] </w:t>
      </w:r>
      <w:r>
        <w:t>to woh khatm ho gaya. ab ab dunya mein azadi hai, ab dissent pe koi pabandi nahi hai. to bas ab woh waqt khatm ho gaya.</w:t>
      </w:r>
    </w:p>
    <w:p>
      <w:pPr>
        <w:jc w:val="right"/>
      </w:pPr>
      <w:r>
        <w:t>تو وہ ختم ہو گیا۔ اب اب دنیا میں آزادی ہے، اب ڈیسنٹ پہ کوئی پابندی نہیں ہے۔ تو بس اب وہ وقت ختم ہو گیا۔</w:t>
      </w:r>
    </w:p>
    <w:p>
      <w:r>
        <w:rPr>
          <w:b/>
        </w:rPr>
        <w:t xml:space="preserve">[1:12:04] </w:t>
      </w:r>
      <w:r>
        <w:t>ab ladne ki koi zaroorat hi nahi. ab ladna to yani yani koi is ka koi islamic pehlu se is ko value nahi.</w:t>
      </w:r>
    </w:p>
    <w:p>
      <w:pPr>
        <w:jc w:val="right"/>
      </w:pPr>
      <w:r>
        <w:t>اب لڑنے کی کوئی ضرورت ہی نہیں۔ اب لڑنا تو یعنی یعنی کوئی اس کا کوئی اسلامک پہلو سے اس کو ویلیو نہیں۔</w:t>
      </w:r>
    </w:p>
    <w:p>
      <w:r>
        <w:rPr>
          <w:b/>
        </w:rPr>
        <w:t xml:space="preserve">[1:12:15] </w:t>
      </w:r>
      <w:r>
        <w:t>is ki koi.</w:t>
      </w:r>
    </w:p>
    <w:p>
      <w:pPr>
        <w:jc w:val="right"/>
      </w:pPr>
      <w:r>
        <w:t>اس کی کوئی۔</w:t>
      </w:r>
    </w:p>
    <w:p>
      <w:r>
        <w:rPr>
          <w:b/>
        </w:rPr>
        <w:t xml:space="preserve">[1:12:20] </w:t>
      </w:r>
      <w:r>
        <w:t>maulana, agla sawal dilli se hai. miss priya malik ne kiya hai.</w:t>
      </w:r>
    </w:p>
    <w:p>
      <w:pPr>
        <w:jc w:val="right"/>
      </w:pPr>
      <w:r>
        <w:t>مولانا، اگلا سوال دلی سے ہے۔ مس پریا ملک نے کیا ہے۔</w:t>
      </w:r>
    </w:p>
    <w:p>
      <w:r>
        <w:rPr>
          <w:b/>
        </w:rPr>
        <w:t xml:space="preserve">[1:12:24] </w:t>
      </w:r>
      <w:r>
        <w:t>inhon ne likha hai: "What is the magical formula to live in present without thinking about past setbacks and future uncertainties?" bhai, bohat hi philosophical question hai.</w:t>
      </w:r>
    </w:p>
    <w:p>
      <w:pPr>
        <w:jc w:val="right"/>
      </w:pPr>
      <w:r>
        <w:t>انہوں نے لکھا ہے: "واٹ از دا میجیکل فارمولا ٹو لیو ان پریزنٹ وداؤٹ تھنکنگ اباؤٹ پاسٹ سیٹ بیکس اینڈ فیوچر انسرٹینٹیز؟" بھائی، بہت ہی فلاسفیکل کوئسچن ہے۔</w:t>
      </w:r>
    </w:p>
    <w:p>
      <w:r>
        <w:rPr>
          <w:b/>
        </w:rPr>
        <w:t xml:space="preserve">[1:12:40] </w:t>
      </w:r>
      <w:r>
        <w:t>haan, bataiye kya matlab is ka hai? bohat hi maulana, aksar log jo hain past mein jeete hain ya future ko le ke pareshan hote hain.</w:t>
      </w:r>
    </w:p>
    <w:p>
      <w:pPr>
        <w:jc w:val="right"/>
      </w:pPr>
      <w:r>
        <w:t>ہاں، بتائیے کیا مطلب اس کا ہے؟ بہت ہی مولانا، اکثر لوگ جو ہیں پاسٹ میں جیتے ہیں یا فیوچر کو لے کے پریشان ہوتے ہیں۔</w:t>
      </w:r>
    </w:p>
    <w:p>
      <w:r>
        <w:rPr>
          <w:b/>
        </w:rPr>
        <w:t xml:space="preserve">[1:12:49] </w:t>
      </w:r>
      <w:r>
        <w:t>to woh yeh aap se janana chahti hain ke kya formula hai ke aaj mein jiye insan,</w:t>
      </w:r>
    </w:p>
    <w:p>
      <w:pPr>
        <w:jc w:val="right"/>
      </w:pPr>
      <w:r>
        <w:t>تو وہ یہ آپ سے جاننا چاہتی ہیں کہ کیا فارمولا ہے کہ آج میں جیے انسان،</w:t>
      </w:r>
    </w:p>
    <w:p>
      <w:r>
        <w:rPr>
          <w:b/>
        </w:rPr>
        <w:t xml:space="preserve">[1:12:56] </w:t>
      </w:r>
      <w:r>
        <w:t>future ki chinta na kare aur past ko le ke pareshan na ho? yeh poochna cha rahi hain woh. meri ek kitab padh lijiye: "simple wisdom".</w:t>
      </w:r>
    </w:p>
    <w:p>
      <w:pPr>
        <w:jc w:val="right"/>
      </w:pPr>
      <w:r>
        <w:t>فیوچر کی چینتہ نہ کرے اور پاسٹ کو لے کے پریشان نہ ہو؟ یہ پوچھنا چاہ رہی ہیں وہ۔ میری ایک کتاب پڑھ لیجئے: "سمپل وزڈم"۔</w:t>
      </w:r>
    </w:p>
    <w:p>
      <w:r>
        <w:rPr>
          <w:b/>
        </w:rPr>
        <w:t xml:space="preserve">[1:13:06] </w:t>
      </w:r>
      <w:r>
        <w:t>inshallah is mein aap ko jawab mil jayega. agar phir bhi na mile to aap bataiye ke is mein konsi baat clear nahi? ji, simply wisdom mein konsi baat clear nahi hai?</w:t>
      </w:r>
    </w:p>
    <w:p>
      <w:pPr>
        <w:jc w:val="right"/>
      </w:pPr>
      <w:r>
        <w:t>انشاءاللہ اس میں آپ کو جواب مل جائے گا۔ اگر پھر بھی نہ ملے تو آپ بتائیے کہ اس میں کون سی بات کلیئر نہیں؟ جی، سمپلی وزڈم میں کون سی بات کلیئر نہیں ہے؟</w:t>
      </w:r>
    </w:p>
    <w:p>
      <w:r>
        <w:rPr>
          <w:b/>
        </w:rPr>
        <w:t xml:space="preserve">[1:13:17] </w:t>
      </w:r>
      <w:r>
        <w:t>phir is ke baad inshallah. thank you ji.</w:t>
      </w:r>
    </w:p>
    <w:p>
      <w:pPr>
        <w:jc w:val="right"/>
      </w:pPr>
      <w:r>
        <w:t>پھر اس کے بعد انشاءاللہ۔ تھینک یو جی۔</w:t>
      </w:r>
    </w:p>
    <w:p>
      <w:r>
        <w:rPr>
          <w:b/>
        </w:rPr>
        <w:t xml:space="preserve">[1:13:23] </w:t>
      </w:r>
      <w:r>
        <w:t>maulana, agla sawal dilli se kiya hai jamil akhtar sahab ne. inhon ne likha hai ke jab islam ke mool strot Quran aur hadith apni asal halat mein hain to tarah tarah ke firqe kis tarah ban gaye hain?</w:t>
      </w:r>
    </w:p>
    <w:p>
      <w:pPr>
        <w:jc w:val="right"/>
      </w:pPr>
      <w:r>
        <w:t>مولانا، اگلا سوال دلی سے کیا ہے جمیل اختر صاحب نے۔ انہوں نے لکھا ہے کہ جب اسلام کے মূল سٹروتھ قرآن اور حدیث اپنی اصل حالت میں ہیں تو طرح طرح کے فرقے کس طرح بن گئے ہیں؟</w:t>
      </w:r>
    </w:p>
    <w:p>
      <w:r>
        <w:rPr>
          <w:b/>
        </w:rPr>
        <w:t xml:space="preserve">[1:13:39] </w:t>
      </w:r>
      <w:r>
        <w:t>is ke bare mein bataiye. dekhiye, Quran ko mehfooz karne ka matlab yeh nahi hai ke insan ki azadi ko waris kar diya gaya. insan ki azadi bas surat mein jo qaim hai.</w:t>
      </w:r>
    </w:p>
    <w:p>
      <w:pPr>
        <w:jc w:val="right"/>
      </w:pPr>
      <w:r>
        <w:t>اس کے بارے میں بتائیں۔ دیکھیے، قرآن کو محفوظ کرنے کا مطلب یہ نہیں ہے کہ انسان کی آزادی کو وارث کر دیا گیا۔ انسان کی آزادی بس صورت میں جو قائم ہے۔</w:t>
      </w:r>
    </w:p>
    <w:p>
      <w:r>
        <w:rPr>
          <w:b/>
        </w:rPr>
        <w:t xml:space="preserve">[1:13:54] </w:t>
      </w:r>
      <w:r>
        <w:t>Quran bilashuba mehfooz hai lekin insan ko azadi phir bhi hai, freedom of choice phir bhi hai. to islam ka andar bhi hai, islam ke bahar bhi hai.</w:t>
      </w:r>
    </w:p>
    <w:p>
      <w:pPr>
        <w:jc w:val="right"/>
      </w:pPr>
      <w:r>
        <w:t>قرآن بلاشبہ محفوظ ہے لیکن انسان کو آزادی پھر بھی ہے، فریڈم اف چوائس پھر بھی ہے۔ تو اسلام کا اندر بھی ہے، اسلام کے باہر بھی ہے۔</w:t>
      </w:r>
    </w:p>
    <w:p>
      <w:r>
        <w:rPr>
          <w:b/>
        </w:rPr>
        <w:t xml:space="preserve">[1:14:05] </w:t>
      </w:r>
      <w:r>
        <w:t>islam ke bahar bhi aadmi apni azadi ko mehsoos kar sakta hai aur muslim community ke andar bhi mehsoos kar sakta hai. to yeh firqa bandiyan jo hain musalmanon ka apni azadi ko mehsoos karna hai.</w:t>
      </w:r>
    </w:p>
    <w:p>
      <w:pPr>
        <w:jc w:val="right"/>
      </w:pPr>
      <w:r>
        <w:t>اسلام کے باہر بھی آدمی اپنی آزادی کو محسوس کر سکتا ہے اور مسلم کمیونٹی کے اندر بھی محسوس کر سکتا ہے۔ تو یہ فرقہ بندیاں جو ہیں مسلمانوں کا اپنی آزادی کو محسوس کرنا ہے۔</w:t>
      </w:r>
    </w:p>
    <w:p>
      <w:r>
        <w:rPr>
          <w:b/>
        </w:rPr>
        <w:t xml:space="preserve">[1:14:22] </w:t>
      </w:r>
      <w:r>
        <w:t>bohat hi saada baat hai. That is phenomenon of misuse of freedom.</w:t>
      </w:r>
    </w:p>
    <w:p>
      <w:pPr>
        <w:jc w:val="right"/>
      </w:pPr>
      <w:r>
        <w:t>بہت ہی سادہ بات ہے۔ دیٹ از فیناومینا اف مس یوز اف فریڈم۔</w:t>
      </w:r>
    </w:p>
    <w:p>
      <w:r>
        <w:rPr>
          <w:b/>
        </w:rPr>
        <w:t xml:space="preserve">[1:14:35] </w:t>
      </w:r>
      <w:r>
        <w:t>maulana, in ka doosra sawal is tarah hai. inhon ne likha hai ke dunya mein sankaron naye purane mazhab hain. aisi halat mein woh konsa peymana hai jis se sachche mazhab ko parkha ja sake?</w:t>
      </w:r>
    </w:p>
    <w:p>
      <w:pPr>
        <w:jc w:val="right"/>
      </w:pPr>
      <w:r>
        <w:t>مولانا، ان کا دوسرا سوال اس طرح ہے۔ انہوں نے لکھا ہے کہ دنیا میں سینکڑوں نئے پرانے مذہب ہیں۔ ایسی حالت میں وہ کون سا پیمانہ ہے جس سے سچے مذہب کو پرکھا جا سکے؟</w:t>
      </w:r>
    </w:p>
    <w:p>
      <w:r>
        <w:rPr>
          <w:b/>
        </w:rPr>
        <w:t xml:space="preserve">[1:14:54] </w:t>
      </w:r>
      <w:r>
        <w:t>dunya mein major religion to sirf ek darja hai, ek darja, ek ek darjan se zyada nahi hai.</w:t>
      </w:r>
    </w:p>
    <w:p>
      <w:pPr>
        <w:jc w:val="right"/>
      </w:pPr>
      <w:r>
        <w:t>دنیا میں میجر ریلیجن تو صرف ایک درجہ ہے، ایک درجہ، ایک ایک درجن سے زیادہ نہیں ہے۔</w:t>
      </w:r>
    </w:p>
    <w:p>
      <w:r>
        <w:rPr>
          <w:b/>
        </w:rPr>
        <w:t xml:space="preserve">[1:15:02] </w:t>
      </w:r>
      <w:r>
        <w:t>major religion. aur agar aap sachche seeker hain to bohat asan hai pata karna.</w:t>
      </w:r>
    </w:p>
    <w:p>
      <w:pPr>
        <w:jc w:val="right"/>
      </w:pPr>
      <w:r>
        <w:t>میجر ریلیجن۔ اور اگر آپ سچے سیکر ہیں تو بہت آسان ہے پتہ کرنا۔</w:t>
      </w:r>
    </w:p>
    <w:p>
      <w:r>
        <w:rPr>
          <w:b/>
        </w:rPr>
        <w:t xml:space="preserve">[1:15:15] </w:t>
      </w:r>
      <w:r>
        <w:t>ab mein aap ko misaal deta hoon doctor rishi kanth rabadiya ki. doctor rishi kanth rabadiya the, sachche seeker the woh.</w:t>
      </w:r>
    </w:p>
    <w:p>
      <w:pPr>
        <w:jc w:val="right"/>
      </w:pPr>
      <w:r>
        <w:t>اب میں آپ کو مثال دیتا ہوں ڈاکٹر رشی کانچ ربادیہ کی۔ ڈاکٹر رشی کانچ ربادیہ تھے، سچے سیکر تھے وہ۔</w:t>
      </w:r>
    </w:p>
    <w:p>
      <w:r>
        <w:rPr>
          <w:b/>
        </w:rPr>
        <w:t xml:space="preserve">[1:15:24] </w:t>
      </w:r>
      <w:r>
        <w:t>yeh bangali, bengal mein hindu family mein paida hue woh.</w:t>
      </w:r>
    </w:p>
    <w:p>
      <w:pPr>
        <w:jc w:val="right"/>
      </w:pPr>
      <w:r>
        <w:t>یہ بنگالی، بنگال میں ہندو فیملی میں پیدا ہوئے وہ۔</w:t>
      </w:r>
    </w:p>
    <w:p>
      <w:r>
        <w:rPr>
          <w:b/>
        </w:rPr>
        <w:t xml:space="preserve">[1:15:30] </w:t>
      </w:r>
      <w:r>
        <w:t>to</w:t>
      </w:r>
    </w:p>
    <w:p>
      <w:pPr>
        <w:jc w:val="right"/>
      </w:pPr>
      <w:r>
        <w:t>تو</w:t>
      </w:r>
    </w:p>
    <w:p>
      <w:r>
        <w:rPr>
          <w:b/>
        </w:rPr>
        <w:t xml:space="preserve">[1:15:34] </w:t>
      </w:r>
      <w:r>
        <w:t>aur bohat padhe likhe aadmi the, bohat well educated aadmi the, kai language jante the. to unhon ne kya kiya ke sachai ko talash shuru ki unhon ne.</w:t>
      </w:r>
    </w:p>
    <w:p>
      <w:pPr>
        <w:jc w:val="right"/>
      </w:pPr>
      <w:r>
        <w:t>اور بہت پڑھے لکھے آدمی تھے، بہت ویل ایجوکیٹڈ آدمی تھے، کئی لینگویج جانتے تھے۔ تو انہوں نے کیا کیا کہ سچائی کو تلاش شروع کی انہوں نے۔</w:t>
      </w:r>
    </w:p>
    <w:p>
      <w:r>
        <w:rPr>
          <w:b/>
        </w:rPr>
        <w:t xml:space="preserve">[1:15:44] </w:t>
      </w:r>
      <w:r>
        <w:t>philosophy ko padha, legend ko padha, history ko padha, doosre mazhabon ko padha.</w:t>
      </w:r>
    </w:p>
    <w:p>
      <w:pPr>
        <w:jc w:val="right"/>
      </w:pPr>
      <w:r>
        <w:t>فلاسفی کو پڑھا، لیجنڈ کو پڑھا، ہسٹری کو پڑھا، دوسرے مذہبوں کو پڑھا۔</w:t>
      </w:r>
    </w:p>
    <w:p>
      <w:r>
        <w:rPr>
          <w:b/>
        </w:rPr>
        <w:t xml:space="preserve">[1:15:53] </w:t>
      </w:r>
      <w:r>
        <w:t>lekin unhein kahin unhein woh cheez nahi mili jo woh chahte thay.</w:t>
      </w:r>
    </w:p>
    <w:p>
      <w:pPr>
        <w:jc w:val="right"/>
      </w:pPr>
      <w:r>
        <w:t>لیکن انہیں کہیں انہیں وہ چیز نہیں ملی جو وہ چاہتے تھے۔</w:t>
      </w:r>
    </w:p>
    <w:p>
      <w:r>
        <w:rPr>
          <w:b/>
        </w:rPr>
        <w:t xml:space="preserve">[1:15:58] </w:t>
      </w:r>
      <w:r>
        <w:t>aakhir mein islam ko parha to unhein mil gayi. woh kya? woh chahte thay ke aisa koi prophet jis ko historical credibility hasil ho.</w:t>
      </w:r>
    </w:p>
    <w:p>
      <w:pPr>
        <w:jc w:val="right"/>
      </w:pPr>
      <w:r>
        <w:t>آخر میں اسلام کو پڑھا تو انہیں مل گئی۔ وہ کیا؟ وہ چاہتے تھے کہ ایسا کوئی پرافٹ جس کو ہسٹوریکل کریڈیبلٹی حاصل ہو۔</w:t>
      </w:r>
    </w:p>
    <w:p>
      <w:r>
        <w:rPr>
          <w:b/>
        </w:rPr>
        <w:t xml:space="preserve">[1:16:09] </w:t>
      </w:r>
      <w:r>
        <w:t>hum keh saken ke yeh aadmi ek aisa ek insaan tha jo paida hua falan date ko, falan date ko is ki wafat hui, yeh is ka mission tha ya aisa is ne kiya.</w:t>
      </w:r>
    </w:p>
    <w:p>
      <w:pPr>
        <w:jc w:val="right"/>
      </w:pPr>
      <w:r>
        <w:t>ہم کہہ سکیں کہ یہ آدمی ایک ایسا ایک انسان تھا جو پیدا ہوا فلاں ڈیٹ کو، فلاں ڈیٹ کو اس کی وفات ہوئی، یہ اس کا مشن تھا یا ایسا اس نے کیا۔</w:t>
      </w:r>
    </w:p>
    <w:p>
      <w:r>
        <w:rPr>
          <w:b/>
        </w:rPr>
        <w:t xml:space="preserve">[1:16:21] </w:t>
      </w:r>
      <w:r>
        <w:t>to aap jante hain ke jitne bhi major religions hain, un mein kisi ki bhi history nahi hai.</w:t>
      </w:r>
    </w:p>
    <w:p>
      <w:pPr>
        <w:jc w:val="right"/>
      </w:pPr>
      <w:r>
        <w:t>تو آپ جانتے ہیں کہ جتنے بھی میجر ریلیجنز ہیں، ان میں کسی کی بھی ہسٹری نہیں ہے۔</w:t>
      </w:r>
    </w:p>
    <w:p>
      <w:r>
        <w:rPr>
          <w:b/>
        </w:rPr>
        <w:t xml:space="preserve">[1:16:29] </w:t>
      </w:r>
      <w:r>
        <w:t>kisi ki bhi nahi hai.</w:t>
      </w:r>
    </w:p>
    <w:p>
      <w:pPr>
        <w:jc w:val="right"/>
      </w:pPr>
      <w:r>
        <w:t>کسی کی بھی نہیں ہے۔</w:t>
      </w:r>
    </w:p>
    <w:p>
      <w:r>
        <w:rPr>
          <w:b/>
        </w:rPr>
        <w:t xml:space="preserve">[1:16:33] </w:t>
      </w:r>
      <w:r>
        <w:t>to jab unhone islam ko parha aur rasool Allah ko parha to us waqt unhone ek kitaab likhi hai, is par aap is par aap parh sakte hain. unhone is mein likha hai ke "oh what a relief to find after all a truly historical prophet to believe in".</w:t>
      </w:r>
    </w:p>
    <w:p>
      <w:pPr>
        <w:jc w:val="right"/>
      </w:pPr>
      <w:r>
        <w:t>تو جب انہوں نے اسلام کو پڑھا اور رسول اللہ کو پڑھا تو اس وقت انہوں نے ایک کتاب لکھی ہے، اس پر آپ اس پر آپ پڑھ سکتے ہیں۔ انہوں نے اس میں لکھا ہے کہ "او واٹ اے ریلیف ٹو فائنڈ افٹر آل ا ٹرولی ہسٹوریکل پرافٹ ٹو بیلیو ان"۔</w:t>
      </w:r>
    </w:p>
    <w:p>
      <w:r>
        <w:rPr>
          <w:b/>
        </w:rPr>
        <w:t xml:space="preserve">[1:16:51] </w:t>
      </w:r>
      <w:r>
        <w:t>to meri kitaab hai, is ka naam hai "Islam Rediscovered". is mein maine un ke case ko naqal kiya hai.</w:t>
      </w:r>
    </w:p>
    <w:p>
      <w:pPr>
        <w:jc w:val="right"/>
      </w:pPr>
      <w:r>
        <w:t>تو میری کتاب ہے، اس کا نام ہے "اسلام ری ڈسکورڈ"۔ اس میں میں نے ان کے کیس کو نقل کیا ہے۔</w:t>
      </w:r>
    </w:p>
    <w:p>
      <w:r>
        <w:rPr>
          <w:b/>
        </w:rPr>
        <w:t xml:space="preserve">[1:16:57] </w:t>
      </w:r>
      <w:r>
        <w:t>is ek chapter hi ke baray mein hai doctor Rishicarat Rabadiya ka. is ko aap parhiye. "Islam Rediscovered" ka ek poora chapter hi isi par hai.</w:t>
      </w:r>
    </w:p>
    <w:p>
      <w:pPr>
        <w:jc w:val="right"/>
      </w:pPr>
      <w:r>
        <w:t>اس ایک چیپٹر ہی کے بارے میں ہے ڈاکٹر رشی کارٹ ربادیہ کا۔ اس کو آپ پڑھیے۔ "اسلام ری ڈسکورڈ" کا ایک پورا چیپٹر ہی اسی پر ہے۔</w:t>
      </w:r>
    </w:p>
    <w:p>
      <w:r>
        <w:rPr>
          <w:b/>
        </w:rPr>
        <w:t xml:space="preserve">[1:17:08] </w:t>
      </w:r>
      <w:r>
        <w:t>is ko aap parhen ge to inshallah is masle ki wazahat ho jaye gi.</w:t>
      </w:r>
    </w:p>
    <w:p>
      <w:pPr>
        <w:jc w:val="right"/>
      </w:pPr>
      <w:r>
        <w:t>اس کو آپ پڑھیں گے تو انشاءاللہ اس مسئلے کی وضاحت ہو جائے گی۔</w:t>
      </w:r>
    </w:p>
    <w:p>
      <w:r>
        <w:rPr>
          <w:b/>
        </w:rPr>
        <w:t xml:space="preserve">[1:17:15] </w:t>
      </w:r>
      <w:r>
        <w:t>maulana, agla sawal raipur se kiya hai Idris sahib ne</w:t>
      </w:r>
    </w:p>
    <w:p>
      <w:pPr>
        <w:jc w:val="right"/>
      </w:pPr>
      <w:r>
        <w:t>مولانا، اگلا سوال رائے پور سے کیا ہے ادریس صاحب نے</w:t>
      </w:r>
    </w:p>
    <w:p>
      <w:r>
        <w:rPr>
          <w:b/>
        </w:rPr>
        <w:t xml:space="preserve">[1:17:19] </w:t>
      </w:r>
      <w:r>
        <w:t>. unhone likha hai: "over to hundred years of failure of muslims can be easily changed to success if they acknowledge the reality.</w:t>
      </w:r>
    </w:p>
    <w:p>
      <w:pPr>
        <w:jc w:val="right"/>
      </w:pPr>
      <w:r>
        <w:t>۔ انہوں نے لکھا ہے: "اوور ٹو ہنڈرڈ ایئرز اف فیلیر اف مسلم کین بی ایزیلی چینج ٹو سکسیس اف دے ایکنالج دا ریلیٹی۔</w:t>
      </w:r>
    </w:p>
    <w:p>
      <w:r>
        <w:rPr>
          <w:b/>
        </w:rPr>
        <w:t xml:space="preserve">[1:17:30] </w:t>
      </w:r>
      <w:r>
        <w:t>if anyone with objective mind considers today's lecture, it is very easy to say, it is very easy to see that what you presented is the reality.</w:t>
      </w:r>
    </w:p>
    <w:p>
      <w:pPr>
        <w:jc w:val="right"/>
      </w:pPr>
      <w:r>
        <w:t>اف اینی ون ود ابجیکٹو مائنڈ کنسیڈرز ٹوڈے لیکچر، اٹ از ویری ایزی ٹو سے، اٹ از ویری ایزی ٹو سی دیٹ واٹ یو پریزنٹڈ از دا ریلیٹی۔</w:t>
      </w:r>
    </w:p>
    <w:p>
      <w:r>
        <w:rPr>
          <w:b/>
        </w:rPr>
        <w:t xml:space="preserve">[1:17:43] </w:t>
      </w:r>
      <w:r>
        <w:t>but whenever reality about religion is presented, people fail to consider it objectively and disregard it.</w:t>
      </w:r>
    </w:p>
    <w:p>
      <w:pPr>
        <w:jc w:val="right"/>
      </w:pPr>
      <w:r>
        <w:t>بٹ وین ایور ریلیٹی اباؤٹ ریلیجن از پریزنٹڈ، پیپل فیل ٹو کنسیڈر اٹ ابجیکٹولی اینڈ ڈس ریگارڈ اٹ۔</w:t>
      </w:r>
    </w:p>
    <w:p>
      <w:r>
        <w:rPr>
          <w:b/>
        </w:rPr>
        <w:t xml:space="preserve">[1:17:52] </w:t>
      </w:r>
      <w:r>
        <w:t>however, the same people adopt objective approach for their personal and economical issues. Maulana, why is there this difference?</w:t>
      </w:r>
    </w:p>
    <w:p>
      <w:pPr>
        <w:jc w:val="right"/>
      </w:pPr>
      <w:r>
        <w:t>ہاؤ ایور، دا سیم پیپل اڈاپٹ ابجیکٹو اپروچ فار دیر پرسنل اینڈ اکنامیکل ایشوز۔ مولانا، وائی از دیر دس ڈیفرنس؟</w:t>
      </w:r>
    </w:p>
    <w:p>
      <w:r>
        <w:rPr>
          <w:b/>
        </w:rPr>
        <w:t xml:space="preserve">[1:18:03] </w:t>
      </w:r>
      <w:r>
        <w:t>is liye ke ek compulsion hai, doosri compulsion nahi hai.</w:t>
      </w:r>
    </w:p>
    <w:p>
      <w:pPr>
        <w:jc w:val="right"/>
      </w:pPr>
      <w:r>
        <w:t>اس لیے کہ ایک کمپرشن ہے، دوسری کمپرشن نہیں ہے۔</w:t>
      </w:r>
    </w:p>
    <w:p>
      <w:r>
        <w:rPr>
          <w:b/>
        </w:rPr>
        <w:t xml:space="preserve">[1:18:09] </w:t>
      </w:r>
      <w:r>
        <w:t>yani job ke maamle mein agar woh aisa na kare to wahan woh job khatam ho jaye gi. business ka na kare to business khatam ho jaye ga.</w:t>
      </w:r>
    </w:p>
    <w:p>
      <w:pPr>
        <w:jc w:val="right"/>
      </w:pPr>
      <w:r>
        <w:t>یعنی جاب کے معاملے میں اگر وہ ایسا نہ کرے تو وہاں وہ جاب ختم ہو جائے گا۔ بزنس کا نہ کرے تو بزنس ختم ہو جائے گا۔</w:t>
      </w:r>
    </w:p>
    <w:p>
      <w:r>
        <w:rPr>
          <w:b/>
        </w:rPr>
        <w:t xml:space="preserve">[1:18:18] </w:t>
      </w:r>
      <w:r>
        <w:t>is compulsion ki wajah se wahan par theek thaak rehte hain woh. lekin sachai ko mannay na mannay mein compulsion nahi hai. is wajah se woh itna sincere nahi hote is ke maamle mein.</w:t>
      </w:r>
    </w:p>
    <w:p>
      <w:pPr>
        <w:jc w:val="right"/>
      </w:pPr>
      <w:r>
        <w:t>اس کمپرشن کی وجہ سے وہاں پر ٹھیک ٹھاک رہتے ہیں وہ۔ لیکن سچائی کو ماننے نہ ماننے میں کمپرشن نہیں ہے۔ اس وجہ سے وہ اتنا سنسیئر نہیں ہوتے اس کے معاملے میں۔</w:t>
      </w:r>
    </w:p>
    <w:p>
      <w:r>
        <w:rPr>
          <w:b/>
        </w:rPr>
        <w:t xml:space="preserve">[1:18:31] </w:t>
      </w:r>
      <w:r>
        <w:t>saada si baat mere nazdeek hai ji ke jahan compulsion hai, wahan to foran maan lete hain woh.</w:t>
      </w:r>
    </w:p>
    <w:p>
      <w:pPr>
        <w:jc w:val="right"/>
      </w:pPr>
      <w:r>
        <w:t>سادہ سی بات میرے نزدیک ہے جی کہ جہاں کمپرشن ہے، وہاں تو فوراً مان لیتے ہیں وہ۔</w:t>
      </w:r>
    </w:p>
    <w:p>
      <w:r>
        <w:rPr>
          <w:b/>
        </w:rPr>
        <w:t xml:space="preserve">[1:18:36] </w:t>
      </w:r>
      <w:r>
        <w:t>jahan compulsion nahi hai to</w:t>
      </w:r>
    </w:p>
    <w:p>
      <w:pPr>
        <w:jc w:val="right"/>
      </w:pPr>
      <w:r>
        <w:t>جہاں کمپرشن نہیں ہے تو</w:t>
      </w:r>
    </w:p>
    <w:p>
      <w:r>
        <w:rPr>
          <w:b/>
        </w:rPr>
        <w:t xml:space="preserve">[1:18:42] </w:t>
      </w:r>
      <w:r>
        <w:t>jahan yeh hai ke soch kar ke aur apni azadi ke tehat is ko ikhtiyar karna, jahan yeh baat hoti hai to wahan par is ko brush aside kar dete hain.</w:t>
      </w:r>
    </w:p>
    <w:p>
      <w:pPr>
        <w:jc w:val="right"/>
      </w:pPr>
      <w:r>
        <w:t>جہاں یہ ہے کہ سوچ کر کے اور اپنی آزادی کے تحت اس کو اختیار کرنا، جہاں یہ بات ہوتی ہے تو وہاں پر اس کو برش سائیڈ کر دیتے ہیں۔</w:t>
      </w:r>
    </w:p>
    <w:p>
      <w:r>
        <w:rPr>
          <w:b/>
        </w:rPr>
        <w:t xml:space="preserve">[1:18:53] </w:t>
      </w:r>
      <w:r>
        <w:t>to main sochta hoon ke yeh aisa hona bilkul fitri hai kyunke Allah taala compulsion ke tehat ikhtiyar ki hui sachai ka koi aitbaar nahi hai Allah ke haan.</w:t>
      </w:r>
    </w:p>
    <w:p>
      <w:pPr>
        <w:jc w:val="right"/>
      </w:pPr>
      <w:r>
        <w:t>تو میں سوچتا ہوں کہ یہ ایسا ہونا بالکل فطری ہے کیونکہ اللہ تعالی کمپرشن کے تحت اختیار کی ہوئی سچائی کا کوئی اعتبار نہیں ہے اللہ کے ہاں۔</w:t>
      </w:r>
    </w:p>
    <w:p>
      <w:r>
        <w:rPr>
          <w:b/>
        </w:rPr>
        <w:t xml:space="preserve">[1:19:03] </w:t>
      </w:r>
      <w:r>
        <w:t>agar Allah taala compulsion daal dein sachai ke maamle mein bhi to is is ko mannay ka koi aitbaar nahi hoga. sachai ko manna is waqt qabil aitbaar hai jab ke aap ko freedom ho aur aap ko koi compulsion na ho, phir bhi aap is ko manen.</w:t>
      </w:r>
    </w:p>
    <w:p>
      <w:pPr>
        <w:jc w:val="right"/>
      </w:pPr>
      <w:r>
        <w:t>اگر اللہ تعالی کمپرشن ڈال دیں سچائی کے معاملے میں بھی تو اس اس کو ماننے کا کوئی اعتبار نہیں ہوگا۔ سچائی کو ماننا اس وقت قابل اعتبار ہے جب کہ آپ کو فریڈم ہو اور آپ کو کوئی کمپرشن نہ ہو، پھر بھی آپ اس کو مانیں۔</w:t>
      </w:r>
    </w:p>
    <w:p>
      <w:r>
        <w:rPr>
          <w:b/>
        </w:rPr>
        <w:t xml:space="preserve">[1:19:24] </w:t>
      </w:r>
      <w:r>
        <w:t>yeh to creation plan of God ko bata to khair hai, is ko kharab nahi ho sakta.</w:t>
      </w:r>
    </w:p>
    <w:p>
      <w:pPr>
        <w:jc w:val="right"/>
      </w:pPr>
      <w:r>
        <w:t>یہ تو کرشن پلان اف گارڈ کو بتا تو خیر ہے، اس کو خراب نہیں ہو سکتا۔</w:t>
      </w:r>
    </w:p>
    <w:p>
      <w:r>
        <w:rPr>
          <w:b/>
        </w:rPr>
        <w:t xml:space="preserve">[1:19:34] </w:t>
      </w:r>
      <w:r>
        <w:t>maulana, agla sawal Miss Naghma Siddiqui ne kiya hai Delhi se. unhone aapse poocha hai ke "is it right to say that age of democracy is age of reason, freedom, opportunity and peace?" what is your comment?</w:t>
      </w:r>
    </w:p>
    <w:p>
      <w:pPr>
        <w:jc w:val="right"/>
      </w:pPr>
      <w:r>
        <w:t>مولانا، اگلا سوال مس نغمہ صدیقی نے کیا ہے دلی سے۔ انہوں نے آپ سے پوچھا ہے کہ "از اٹ رائٹ ٹو سے دیٹ ایج اف ڈیموکریسی از ایج اف ریزن، فریڈم، اپرچونیٹی اینڈ پیس؟" واٹ از یور کمنٹ؟</w:t>
      </w:r>
    </w:p>
    <w:p>
      <w:r>
        <w:rPr>
          <w:b/>
        </w:rPr>
        <w:t xml:space="preserve">[1:19:51] </w:t>
      </w:r>
      <w:r>
        <w:t>sahi, sahi baat hai, theek baat hai.</w:t>
      </w:r>
    </w:p>
    <w:p>
      <w:pPr>
        <w:jc w:val="right"/>
      </w:pPr>
      <w:r>
        <w:t>صحیح، صحیح بات ہے، ٹھیک بات ہے۔</w:t>
      </w:r>
    </w:p>
    <w:p>
      <w:r>
        <w:rPr>
          <w:b/>
        </w:rPr>
        <w:t xml:space="preserve">[1:19:57] </w:t>
      </w:r>
      <w:r>
        <w:t>maulana, agla sawal ajay ne kiya hai dilli se.</w:t>
      </w:r>
    </w:p>
    <w:p>
      <w:pPr>
        <w:jc w:val="right"/>
      </w:pPr>
      <w:r>
        <w:t>مولانا، اگلا سوال اجے نے کیا ہے دلی سے۔</w:t>
      </w:r>
    </w:p>
    <w:p>
      <w:r>
        <w:rPr>
          <w:b/>
        </w:rPr>
        <w:t xml:space="preserve">[1:20:01] </w:t>
      </w:r>
      <w:r>
        <w:t>unhon ne likha hai ke "maulana, az it correct that lack of modern education and negative leadership has been responsible for today muslim mindset?" haan, to maine khud hi keh diya ke negative leadership sari zimmedari hai.</w:t>
      </w:r>
    </w:p>
    <w:p>
      <w:pPr>
        <w:jc w:val="right"/>
      </w:pPr>
      <w:r>
        <w:t>انہوں نے لکھا ہے کہ "مولانا، از اٹ کریکٹ دیٹ لیک اف ماڈرن ایجوکیشن اینڈ نیگیٹیو لیڈرشپ ہیز بین ریسپانسبل فار ٹوڈے مسلم مائنڈ سیٹ؟" ہاں، تو میں نے خود ہی کہہ دیا کہ نیگیٹیو لیڈرشپ ساری ذمہ داری ہے۔</w:t>
      </w:r>
    </w:p>
    <w:p>
      <w:r>
        <w:rPr>
          <w:b/>
        </w:rPr>
        <w:t xml:space="preserve">[1:20:19] </w:t>
      </w:r>
      <w:r>
        <w:t>maashrat ki kya zimmedari hai? baaz to samajhte nahi baaton ko. maashrat sath baaton ko samajhte nahi.</w:t>
      </w:r>
    </w:p>
    <w:p>
      <w:pPr>
        <w:jc w:val="right"/>
      </w:pPr>
      <w:r>
        <w:t>معاشرت کی کیا ذمہ داری ہے؟ بعض تو سمجھتے نہیں باتوں کو۔ معاشرت ساتھ باتوں کو سمجھتے نہیں۔</w:t>
      </w:r>
    </w:p>
    <w:p>
      <w:r>
        <w:rPr>
          <w:b/>
        </w:rPr>
        <w:t xml:space="preserve">[1:20:26] </w:t>
      </w:r>
      <w:r>
        <w:t>jaise jaise ke aaj hi jo maine bataya aap ko, ek top ke arab ka yeh article hai. ab aap log padhenge to kahenge ke wah bhai, achi baat likhi hai.</w:t>
      </w:r>
    </w:p>
    <w:p>
      <w:pPr>
        <w:jc w:val="right"/>
      </w:pPr>
      <w:r>
        <w:t>جیسے جیسے کہ آج ہی جو میں نے بتایا آپ کو، ایک ٹاپ کے عرب کا یہ آرٹیکل ہے۔ اب آپ لوگ پڑھیں گے تو کہیں گے کہ واہ بھائی، اچھی بات لکھی ہے۔</w:t>
      </w:r>
    </w:p>
    <w:p>
      <w:r>
        <w:rPr>
          <w:b/>
        </w:rPr>
        <w:t xml:space="preserve">[1:20:35] </w:t>
      </w:r>
      <w:r>
        <w:t>musa ne jo kiya tha, wahi hamein karna chahiye. yeh to firoun hai, yeh bhi. lekin bilkul galat baat hai, baseless hai. hazrat musa ne kab ladai ki thi firoun se?</w:t>
      </w:r>
    </w:p>
    <w:p>
      <w:pPr>
        <w:jc w:val="right"/>
      </w:pPr>
      <w:r>
        <w:t>موسی نے جو کیا تھا، وہی ہمیں کرنا چاہیے۔ یہ تو فرعون ہے، یہ بھی۔ لیکن بالکل غلط بات ہے، بیسلیس ہے۔ حضرت موسی نے کب لڑائی کی تھی فرعون سے؟</w:t>
      </w:r>
    </w:p>
    <w:p>
      <w:r>
        <w:rPr>
          <w:b/>
        </w:rPr>
        <w:t xml:space="preserve">[1:20:45] </w:t>
      </w:r>
      <w:r>
        <w:t>to maashrat cheezon ko explore nahi kar paati.</w:t>
      </w:r>
    </w:p>
    <w:p>
      <w:pPr>
        <w:jc w:val="right"/>
      </w:pPr>
      <w:r>
        <w:t>تو معاشرت چیزوں کو ایکسپلور نہیں کر پاتے۔</w:t>
      </w:r>
    </w:p>
    <w:p>
      <w:r>
        <w:rPr>
          <w:b/>
        </w:rPr>
        <w:t xml:space="preserve">[1:20:50] </w:t>
      </w:r>
      <w:r>
        <w:t>jo intellectuals hain, jo leaders hain, wo ek unki zimmedari hai ke unko aisi kai logon ko mis lead kar rahe hain.</w:t>
      </w:r>
    </w:p>
    <w:p>
      <w:pPr>
        <w:jc w:val="right"/>
      </w:pPr>
      <w:r>
        <w:t>جو انٹلیکچولز ہیں، جو لیڈرز ہیں، وہ ایک ان کی ذمہ داری ہے کہ ان کو ایسی کئی لوگوں کو مس لیڈ کر رہے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