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Importance of Patience October 26, 2014</w:t>
      </w:r>
    </w:p>
    <w:p>
      <w:r>
        <w:t>https://youtu.be/XdOlp9-fPG0</w:t>
      </w:r>
    </w:p>
    <w:p>
      <w:r>
        <w:rPr>
          <w:b/>
        </w:rPr>
        <w:t xml:space="preserve">[00:13] </w:t>
      </w:r>
      <w:r>
        <w:t>bismillah rahman rahim.</w:t>
      </w:r>
    </w:p>
    <w:p>
      <w:pPr>
        <w:jc w:val="right"/>
      </w:pPr>
      <w:r>
        <w:t>بسم اللہ الرحمن الرحیم۔</w:t>
      </w:r>
    </w:p>
    <w:p>
      <w:r>
        <w:rPr>
          <w:b/>
        </w:rPr>
        <w:t xml:space="preserve">[00:19]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26 october 2014.</w:t>
      </w:r>
    </w:p>
    <w:p>
      <w:pPr>
        <w:jc w:val="right"/>
      </w:pPr>
      <w:r>
        <w:t>26 اکتوبر 2014۔</w:t>
      </w:r>
    </w:p>
    <w:p>
      <w:r>
        <w:rPr>
          <w:b/>
        </w:rPr>
        <w:t xml:space="preserve">[00:42] </w:t>
      </w:r>
      <w:r>
        <w:t>aaj ka topic hai:</w:t>
      </w:r>
    </w:p>
    <w:p>
      <w:pPr>
        <w:jc w:val="right"/>
      </w:pPr>
      <w:r>
        <w:t>آج کا ٹاپک ہے:</w:t>
      </w:r>
    </w:p>
    <w:p>
      <w:r>
        <w:rPr>
          <w:b/>
        </w:rPr>
        <w:t xml:space="preserve">[00:46] </w:t>
      </w:r>
      <w:r>
        <w:t>importance of patience, sabr ki ahmiyat. aap quran ko padhen to aap payenge ke quran mein sab se zyada jis cheez par zor diya gaya hai wo hai sabr.</w:t>
      </w:r>
    </w:p>
    <w:p>
      <w:pPr>
        <w:jc w:val="right"/>
      </w:pPr>
      <w:r>
        <w:t>امپورٹنس آف پیشنس، صبر کی اہمیت۔ آپ قرآن کو پڑھیں تو آپ پائیں گے کہ قرآن میں سب سے زیادہ جس چیز پر زور دیا گیا ہے وہ ہے صبر۔</w:t>
      </w:r>
    </w:p>
    <w:p>
      <w:r>
        <w:rPr>
          <w:b/>
        </w:rPr>
        <w:t xml:space="preserve">[01:07] </w:t>
      </w:r>
      <w:r>
        <w:t>ek aisi ayat hai quran mein jo sirf sabr hi ke bare mein hai: "inma yuwaffa al-sabiruna ajruhum bighayri hisab"</w:t>
      </w:r>
    </w:p>
    <w:p>
      <w:pPr>
        <w:jc w:val="right"/>
      </w:pPr>
      <w:r>
        <w:t>ایک ایسی آیت ہے قرآن میں جو صرف صبر ہی کے بارے میں ہے: "إنما يوفَّ الصابرون أجرهم بغير حساب"</w:t>
      </w:r>
    </w:p>
    <w:p>
      <w:r>
        <w:rPr>
          <w:b/>
        </w:rPr>
        <w:t xml:space="preserve">[01:17] </w:t>
      </w:r>
      <w:r>
        <w:t>. yani sabr karne wale unlimited reward payenge. aisi ayat quran mein kisi aur hukum ke bare mein nahi hai.</w:t>
      </w:r>
    </w:p>
    <w:p>
      <w:pPr>
        <w:jc w:val="right"/>
      </w:pPr>
      <w:r>
        <w:t>۔ یعنی صبر کرنے والے ان لمیٹڈ ریوارڈ پائیں گے۔ ایسی آیت قرآن میں کسی اور حکم کے بارے میں نہیں ہے۔</w:t>
      </w:r>
    </w:p>
    <w:p>
      <w:r>
        <w:rPr>
          <w:b/>
        </w:rPr>
        <w:t xml:space="preserve">[01:32] </w:t>
      </w:r>
      <w:r>
        <w:t>main bohat din se sochta tha ke sabr ki itni ahmiyat kyun hai.</w:t>
      </w:r>
    </w:p>
    <w:p>
      <w:pPr>
        <w:jc w:val="right"/>
      </w:pPr>
      <w:r>
        <w:t>میں بہت دن سے سوچتا تھا کہ صبر کی اتنی اہمیت کیوں ہے۔</w:t>
      </w:r>
    </w:p>
    <w:p>
      <w:r>
        <w:rPr>
          <w:b/>
        </w:rPr>
        <w:t xml:space="preserve">[01:38] </w:t>
      </w:r>
      <w:r>
        <w:t>kyun ke aam taur par to hum sabr ko samajhte hain ke peeche hat jana, ek majboori ki baat samajhte hain sabr ko.</w:t>
      </w:r>
    </w:p>
    <w:p>
      <w:pPr>
        <w:jc w:val="right"/>
      </w:pPr>
      <w:r>
        <w:t>کیونکہ عام طور پر تو ہم صبر کو سمجھتے ہیں کہ پیچھے ہٹ جانا، ایک مجبوری کی بات سمجھتے ہیں صبر کو۔</w:t>
      </w:r>
    </w:p>
    <w:p>
      <w:r>
        <w:rPr>
          <w:b/>
        </w:rPr>
        <w:t xml:space="preserve">[01:49] </w:t>
      </w:r>
      <w:r>
        <w:t>sabr ko negative sense mein lete hain. lekin quran mein sabr ko sab se zyada rewardable amal bataya gaya hai.</w:t>
      </w:r>
    </w:p>
    <w:p>
      <w:pPr>
        <w:jc w:val="right"/>
      </w:pPr>
      <w:r>
        <w:t>صبر کو نیگیٹیو سینس میں لیتے ہیں۔ لیکن قرآن میں صبر کو سب سے زیادہ ریوارڈیبل عمل بتایا گیا ہے۔</w:t>
      </w:r>
    </w:p>
    <w:p>
      <w:r>
        <w:rPr>
          <w:b/>
        </w:rPr>
        <w:t xml:space="preserve">[02:02] </w:t>
      </w:r>
      <w:r>
        <w:t>yeh mamla kya hai?</w:t>
      </w:r>
    </w:p>
    <w:p>
      <w:pPr>
        <w:jc w:val="right"/>
      </w:pPr>
      <w:r>
        <w:t>یہ معاملہ کیا ہے؟</w:t>
      </w:r>
    </w:p>
    <w:p>
      <w:r>
        <w:rPr>
          <w:b/>
        </w:rPr>
        <w:t xml:space="preserve">[02:07] </w:t>
      </w:r>
      <w:r>
        <w:t>dekhen, yeh mamla yeh hai</w:t>
      </w:r>
    </w:p>
    <w:p>
      <w:pPr>
        <w:jc w:val="right"/>
      </w:pPr>
      <w:r>
        <w:t>دیکھیں، یہ معاملہ یہ ہے</w:t>
      </w:r>
    </w:p>
    <w:p>
      <w:r>
        <w:rPr>
          <w:b/>
        </w:rPr>
        <w:t xml:space="preserve">[02:12] </w:t>
      </w:r>
      <w:r>
        <w:t>ke is duniya mein allah taala ne har ek ko azadi di hai. azadi ki wajah se har aadmi apna apna daud laga raha hai.</w:t>
      </w:r>
    </w:p>
    <w:p>
      <w:pPr>
        <w:jc w:val="right"/>
      </w:pPr>
      <w:r>
        <w:t>کہ اس دنیا میں اللہ تعالیٰ نے ہر ایک کو آزادی دی ہے۔ آزادی کی وجہ سے ہر آدمی اپنا اپنا دوڑ لگا رہا ہے۔</w:t>
      </w:r>
    </w:p>
    <w:p>
      <w:r>
        <w:rPr>
          <w:b/>
        </w:rPr>
        <w:t xml:space="preserve">[02:24] </w:t>
      </w:r>
      <w:r>
        <w:t>har aadmi jo chahta hai kar raha hai.</w:t>
      </w:r>
    </w:p>
    <w:p>
      <w:pPr>
        <w:jc w:val="right"/>
      </w:pPr>
      <w:r>
        <w:t>ہر آدمی جو چاہتا ہے کر رہا ہے۔</w:t>
      </w:r>
    </w:p>
    <w:p>
      <w:r>
        <w:rPr>
          <w:b/>
        </w:rPr>
        <w:t xml:space="preserve">[02:30] </w:t>
      </w:r>
      <w:r>
        <w:t>is wajah se duniya mein kabhi bhi</w:t>
      </w:r>
    </w:p>
    <w:p>
      <w:pPr>
        <w:jc w:val="right"/>
      </w:pPr>
      <w:r>
        <w:t>اس وجہ سے دنیا میں کبھی بھی</w:t>
      </w:r>
    </w:p>
    <w:p>
      <w:r>
        <w:rPr>
          <w:b/>
        </w:rPr>
        <w:t xml:space="preserve">[02:35] </w:t>
      </w:r>
      <w:r>
        <w:t>wo cheez nahi hoti jis ko hum kehte hain muaddal halaat. kabhi aisa nahi hota. hamesha yahan par competition hai, challenge hai, fasad hai, qatl hai.</w:t>
      </w:r>
    </w:p>
    <w:p>
      <w:pPr>
        <w:jc w:val="right"/>
      </w:pPr>
      <w:r>
        <w:t>وہ چیز نہیں ہوتی جس کو ہم کہتے ہیں معدل حالات۔ کبھی ایسا نہیں ہوتا۔ ہمیشہ یہاں پر کمپٹیشن ہے، چیلنج ہے، فساد ہے، قتل ہے۔</w:t>
      </w:r>
    </w:p>
    <w:p>
      <w:r>
        <w:rPr>
          <w:b/>
        </w:rPr>
        <w:t xml:space="preserve">[02:51] </w:t>
      </w:r>
      <w:r>
        <w:t>har qism ki gadbad. kis ko rokenge</w:t>
      </w:r>
    </w:p>
    <w:p>
      <w:pPr>
        <w:jc w:val="right"/>
      </w:pPr>
      <w:r>
        <w:t>ہر قسم کی گڑبڑ۔ کس کو روکیں گے</w:t>
      </w:r>
    </w:p>
    <w:p>
      <w:r>
        <w:rPr>
          <w:b/>
        </w:rPr>
        <w:t xml:space="preserve">[02:54] </w:t>
      </w:r>
      <w:r>
        <w:t>aap? ek ko rokega, doosra aadmi gadbad karega. aur chunke yeh azadi khud khaliq ne di hai to aap is ki azadi ko chhed nahi sakte.</w:t>
      </w:r>
    </w:p>
    <w:p>
      <w:pPr>
        <w:jc w:val="right"/>
      </w:pPr>
      <w:r>
        <w:t>آپ؟ ایک کو روکیں گے، دوسرا آدمی گڑبڑ کرے گا۔ اور چونکہ یہ آزادی خود خالق نے دی ہے تو آپ اس کی آزادی کو چھیڑ نہیں سکتے۔</w:t>
      </w:r>
    </w:p>
    <w:p>
      <w:r>
        <w:rPr>
          <w:b/>
        </w:rPr>
        <w:t xml:space="preserve">[03:09] </w:t>
      </w:r>
      <w:r>
        <w:t>yani yeh god given hai har ek ke liye.</w:t>
      </w:r>
    </w:p>
    <w:p>
      <w:pPr>
        <w:jc w:val="right"/>
      </w:pPr>
      <w:r>
        <w:t>یعنی یہ گاڈ گیون ہے ہر ایک کے لیے۔</w:t>
      </w:r>
    </w:p>
    <w:p>
      <w:r>
        <w:rPr>
          <w:b/>
        </w:rPr>
        <w:t xml:space="preserve">[03:15] </w:t>
      </w:r>
      <w:r>
        <w:t>is bina par ek bohat bara, ek bohat bari wisdom ki baat karni parti hai tab aap koi kamyabi hasil karte hain.</w:t>
      </w:r>
    </w:p>
    <w:p>
      <w:pPr>
        <w:jc w:val="right"/>
      </w:pPr>
      <w:r>
        <w:t>اس بنا پر ایک بہت بڑا، ایک بہت بڑی وزڈم کی بات کرنی پڑتی ہے تب آپ کوئی کامیابی حاصل کرتے ہیں۔</w:t>
      </w:r>
    </w:p>
    <w:p>
      <w:r>
        <w:rPr>
          <w:b/>
        </w:rPr>
        <w:t xml:space="preserve">[03:26] </w:t>
      </w:r>
      <w:r>
        <w:t>woh kya hai?</w:t>
      </w:r>
    </w:p>
    <w:p>
      <w:pPr>
        <w:jc w:val="right"/>
      </w:pPr>
      <w:r>
        <w:t>وہ کیا ہے؟</w:t>
      </w:r>
    </w:p>
    <w:p>
      <w:r>
        <w:rPr>
          <w:b/>
        </w:rPr>
        <w:t xml:space="preserve">[03:30] </w:t>
      </w:r>
      <w:r>
        <w:t>ke problem ko ignore karna, opportunity ko avail karna. sab se mushkil kaam poori history mein.</w:t>
      </w:r>
    </w:p>
    <w:p>
      <w:pPr>
        <w:jc w:val="right"/>
      </w:pPr>
      <w:r>
        <w:t>کہ پرابلم کو اگنور کرنا، اپرچونیٹی کو اویل کرنا۔ سب سے مشکل کام پوری ہسٹری میں۔</w:t>
      </w:r>
    </w:p>
    <w:p>
      <w:r>
        <w:rPr>
          <w:b/>
        </w:rPr>
        <w:t xml:space="preserve">[03:40] </w:t>
      </w:r>
      <w:r>
        <w:t>kyun ke problem hamesha har ek ke liye rehte hain, badshah ke liye bhi rehte hain.</w:t>
      </w:r>
    </w:p>
    <w:p>
      <w:pPr>
        <w:jc w:val="right"/>
      </w:pPr>
      <w:r>
        <w:t>کیونکہ پرابلم ہمیشہ ہر ایک کے لیے رہتے ہیں، بادشاہ کے لیے بھی رہتے ہیں۔</w:t>
      </w:r>
    </w:p>
    <w:p>
      <w:r>
        <w:rPr>
          <w:b/>
        </w:rPr>
        <w:t xml:space="preserve">[03:47] </w:t>
      </w:r>
      <w:r>
        <w:t>kabhi kisi ke liye bhi dunya problem free nahi rahi hai. khud paighambar ke liye bhi nahi.</w:t>
      </w:r>
    </w:p>
    <w:p>
      <w:pPr>
        <w:jc w:val="right"/>
      </w:pPr>
      <w:r>
        <w:t>کبھی کسی کے لیے بھی دنیا پرابلم فری نہیں رہی ہے۔ خود پیغمبر کے لیے بھی نہیں۔</w:t>
      </w:r>
    </w:p>
    <w:p>
      <w:r>
        <w:rPr>
          <w:b/>
        </w:rPr>
        <w:t xml:space="preserve">[03:59] </w:t>
      </w:r>
      <w:r>
        <w:t>toh aisi halat mein karna kya chahiye? agar aap problem se ladein toh lad kar bhi aap problem ko khatm nahi kar sakenge. kyun ke jo cheez khud khalique ne de rakhi hai woh khatm kaise karenge us ko?</w:t>
      </w:r>
    </w:p>
    <w:p>
      <w:pPr>
        <w:jc w:val="right"/>
      </w:pPr>
      <w:r>
        <w:t>تو ایسی حالت میں کرنا کیا چاہیے؟ اگر آپ پرابلم سے لڑیں تو لڑ کر بھی آپ پرابلم کو ختم نہیں کر سکیں گے۔ کیونکہ جو چیز خود خالق نے دے رکھی ہے وہ ختم کیسے کریں گے اس کو؟</w:t>
      </w:r>
    </w:p>
    <w:p>
      <w:r>
        <w:rPr>
          <w:b/>
        </w:rPr>
        <w:t xml:space="preserve">[04:17] </w:t>
      </w:r>
      <w:r>
        <w:t>kya jaade ke mausam se aap thand ko khatm kar sakte hain? may june ke mausam se aap garmi ko khatm kar sakte hain?</w:t>
      </w:r>
    </w:p>
    <w:p>
      <w:pPr>
        <w:jc w:val="right"/>
      </w:pPr>
      <w:r>
        <w:t>کیا جاڑے کے موسم سے آپ ٹھنڈ کو ختم کر سکتے ہیں؟ مئی جون کے موسم سے آپ گرمی کو ختم کر سکتے ہیں؟</w:t>
      </w:r>
    </w:p>
    <w:p>
      <w:r>
        <w:rPr>
          <w:b/>
        </w:rPr>
        <w:t xml:space="preserve">[04:27] </w:t>
      </w:r>
      <w:r>
        <w:t>nahi kar sakte. gulab ke phool se aap kaante ko khatm kar sakte hain. yeh sab toh part of nature hai, part of creation hai.</w:t>
      </w:r>
    </w:p>
    <w:p>
      <w:pPr>
        <w:jc w:val="right"/>
      </w:pPr>
      <w:r>
        <w:t>نہیں کر سکتے۔ گلاب کے پھول سے آپ کاٹے کو ختم کر سکتے ہیں۔ یہ سب تو پارٹ آف نیچر ہے، پارٹ آف کریشن ہے۔</w:t>
      </w:r>
    </w:p>
    <w:p>
      <w:r>
        <w:rPr>
          <w:b/>
        </w:rPr>
        <w:t xml:space="preserve">[04:38] </w:t>
      </w:r>
      <w:r>
        <w:t>toh aap khatm hi nahi kar sakte.</w:t>
      </w:r>
    </w:p>
    <w:p>
      <w:pPr>
        <w:jc w:val="right"/>
      </w:pPr>
      <w:r>
        <w:t>تو آپ ختم ہی نہیں کر سکتے۔</w:t>
      </w:r>
    </w:p>
    <w:p>
      <w:r>
        <w:rPr>
          <w:b/>
        </w:rPr>
        <w:t xml:space="preserve">[04:40] </w:t>
      </w:r>
      <w:r>
        <w:t>aise hi yeh bhi impossible hai ke aap problem ko khatm batalen aur phir aap ke liye ek problem free dunya mil jaye aap ko.</w:t>
      </w:r>
    </w:p>
    <w:p>
      <w:pPr>
        <w:jc w:val="right"/>
      </w:pPr>
      <w:r>
        <w:t>ایسے ہی یہ بھی امپاسیبل ہے کہ آپ پرابلم کو ختم بٹالیں اور پھر آپ کے لیے ایک پرابلم فری دنیا مل جائے آپ کو۔</w:t>
      </w:r>
    </w:p>
    <w:p>
      <w:r>
        <w:rPr>
          <w:b/>
        </w:rPr>
        <w:t xml:space="preserve">[04:52] </w:t>
      </w:r>
      <w:r>
        <w:t>toh poori tareekh mein sab se bari jo ghalti insaan ne ki hai ke us us law of nature ko ya us deewani plant ko jaane baghair apna naqsha banana.</w:t>
      </w:r>
    </w:p>
    <w:p>
      <w:pPr>
        <w:jc w:val="right"/>
      </w:pPr>
      <w:r>
        <w:t>تو پوری تاریخ میں سب سے بڑی جو غلطی انسان نے کی ہے کہ اس اس لاء آف نیچر کو یا اس دیوانی پلانٹ کو جانے بغیر اپنا نقشہ بنانا۔</w:t>
      </w:r>
    </w:p>
    <w:p>
      <w:r>
        <w:rPr>
          <w:b/>
        </w:rPr>
        <w:t xml:space="preserve">[05:08] </w:t>
      </w:r>
      <w:r>
        <w:t>har aadmi apne mind mein kuch socha us ne, us ki kuch ambitions theen, woh bas us ke liye daud pada woh. toh log jo hain woh self self option tak kaam karte hain, khuda ke naqshe ke mutabiq nahi.</w:t>
      </w:r>
    </w:p>
    <w:p>
      <w:pPr>
        <w:jc w:val="right"/>
      </w:pPr>
      <w:r>
        <w:t>ہر آدمی اپنے مائنڈ میں کچھ سوچا اس نے، اس کی کچھ ایمبیشنز تھیں، وہ بس اس کے لیے دوڑ پڑا وہ۔ تو لوگ جو ہیں وہ سیلف سیلف آپشن تک کام کرتے ہیں، خدا کے نقشے کے مطابق نہیں۔</w:t>
      </w:r>
    </w:p>
    <w:p>
      <w:r>
        <w:rPr>
          <w:b/>
        </w:rPr>
        <w:t xml:space="preserve">[05:27] </w:t>
      </w:r>
      <w:r>
        <w:t>isi liye secular log bhi fail hain aur mazhabi log bhi fail hain.</w:t>
      </w:r>
    </w:p>
    <w:p>
      <w:pPr>
        <w:jc w:val="right"/>
      </w:pPr>
      <w:r>
        <w:t>اسی لیے سیکولر لوگ بھی فیل ہیں اور مذہبی لوگ بھی فیل ہیں۔</w:t>
      </w:r>
    </w:p>
    <w:p>
      <w:r>
        <w:rPr>
          <w:b/>
        </w:rPr>
        <w:t xml:space="preserve">[05:36] </w:t>
      </w:r>
      <w:r>
        <w:t>sab fail hain, sab fail hain, sab fail hain. poore history mein sab ka case case of failure hai.</w:t>
      </w:r>
    </w:p>
    <w:p>
      <w:pPr>
        <w:jc w:val="right"/>
      </w:pPr>
      <w:r>
        <w:t>سب فیل ہیں، سب فیل ہیں، سب فیل ہیں۔ پورے ہسٹری میں سب کا کیس کیس آف فیلیر ہے۔</w:t>
      </w:r>
    </w:p>
    <w:p>
      <w:r>
        <w:rPr>
          <w:b/>
        </w:rPr>
        <w:t xml:space="preserve">[05:48] </w:t>
      </w:r>
      <w:r>
        <w:t>kyun? har ek ne naqsha banaya apne mind ke mutabiq, baghair yeh dekhe hue ke khalique ka plant kya hai.</w:t>
      </w:r>
    </w:p>
    <w:p>
      <w:pPr>
        <w:jc w:val="right"/>
      </w:pPr>
      <w:r>
        <w:t>کیوں؟ ہر ایک نے نقشہ بنایا اپنے مائنڈ کے مطابق، بغیر یہ دیکھے ہوئے کہ خالق کا پلانٹ کیا ہے۔</w:t>
      </w:r>
    </w:p>
    <w:p>
      <w:r>
        <w:rPr>
          <w:b/>
        </w:rPr>
        <w:t xml:space="preserve">[05:59] </w:t>
      </w:r>
      <w:r>
        <w:t>khalique ki us ki of things kya hai.</w:t>
      </w:r>
    </w:p>
    <w:p>
      <w:pPr>
        <w:jc w:val="right"/>
      </w:pPr>
      <w:r>
        <w:t>خالق کی اس کی آف تھنگز کیا ہے۔</w:t>
      </w:r>
    </w:p>
    <w:p>
      <w:r>
        <w:rPr>
          <w:b/>
        </w:rPr>
        <w:t xml:space="preserve">[06:05] </w:t>
      </w:r>
      <w:r>
        <w:t>toh har ek ka</w:t>
      </w:r>
    </w:p>
    <w:p>
      <w:pPr>
        <w:jc w:val="right"/>
      </w:pPr>
      <w:r>
        <w:t>تو ہر ایک کا</w:t>
      </w:r>
    </w:p>
    <w:p>
      <w:r>
        <w:rPr>
          <w:b/>
        </w:rPr>
        <w:t xml:space="preserve">[06:09] </w:t>
      </w:r>
      <w:r>
        <w:t>naqsha takra gaya khalique ke naqshe se. toh zahir hai ke khalique ka naqsha jo hai woh zyada strong hai, toh aap hi harenge.</w:t>
      </w:r>
    </w:p>
    <w:p>
      <w:pPr>
        <w:jc w:val="right"/>
      </w:pPr>
      <w:r>
        <w:t>نقشہ ٹکرا گیا خالق کے نقشے سے۔ تو ظاہر ہے کہ خالق کا نقشہ جو ہے وہ زیادہ اسٹرانگ ہے، تو آپ ہی ہاریں گے۔</w:t>
      </w:r>
    </w:p>
    <w:p>
      <w:r>
        <w:rPr>
          <w:b/>
        </w:rPr>
        <w:t xml:space="preserve">[06:20] </w:t>
      </w:r>
      <w:r>
        <w:t>khalique ka naqsha toh haar nahi sakta.</w:t>
      </w:r>
    </w:p>
    <w:p>
      <w:pPr>
        <w:jc w:val="right"/>
      </w:pPr>
      <w:r>
        <w:t>خالق کا نقشہ تو ہار نہیں سکتا۔</w:t>
      </w:r>
    </w:p>
    <w:p>
      <w:r>
        <w:rPr>
          <w:b/>
        </w:rPr>
        <w:t xml:space="preserve">[06:27] </w:t>
      </w:r>
      <w:r>
        <w:t>isi liye dekhein, maslan aristotle ne banaya naqsh apne zehen mein: ideal state.</w:t>
      </w:r>
    </w:p>
    <w:p>
      <w:pPr>
        <w:jc w:val="right"/>
      </w:pPr>
      <w:r>
        <w:t>اسی لیے دیکھیں، مثلاً ارسٹوٹل نے بنایا نقش اپنے ذہن میں: آئیڈیل اسٹیٹ۔</w:t>
      </w:r>
    </w:p>
    <w:p>
      <w:r>
        <w:rPr>
          <w:b/>
        </w:rPr>
        <w:t xml:space="preserve">[06:38] </w:t>
      </w:r>
      <w:r>
        <w:t>magar woh fail ho gaya aur pressure ne mara. pressure ne mara woh. bertsl ne banaya ke world government.</w:t>
      </w:r>
    </w:p>
    <w:p>
      <w:pPr>
        <w:jc w:val="right"/>
      </w:pPr>
      <w:r>
        <w:t>مگر وہ فیل ہو گیا اور پریشر نے مرا۔ پریشر نے مرا وہ۔ برٹسل نے بنایا کہ ورلڈ گورنمنٹ۔</w:t>
      </w:r>
    </w:p>
    <w:p>
      <w:r>
        <w:rPr>
          <w:b/>
        </w:rPr>
        <w:t xml:space="preserve">[06:51] </w:t>
      </w:r>
      <w:r>
        <w:t>toh world government bana nahi paya woh aur pressure ne mara woh.</w:t>
      </w:r>
    </w:p>
    <w:p>
      <w:pPr>
        <w:jc w:val="right"/>
      </w:pPr>
      <w:r>
        <w:t>تو ورلڈ گورنمنٹ بنا نہیں پایا وہ اور پریشر نے مرا وہ۔</w:t>
      </w:r>
    </w:p>
    <w:p>
      <w:r>
        <w:rPr>
          <w:b/>
        </w:rPr>
        <w:t xml:space="preserve">[06:57] </w:t>
      </w:r>
      <w:r>
        <w:t>gandhi ne banaya ke</w:t>
      </w:r>
    </w:p>
    <w:p>
      <w:pPr>
        <w:jc w:val="right"/>
      </w:pPr>
      <w:r>
        <w:t>گاندھی نے بنایا کہ</w:t>
      </w:r>
    </w:p>
    <w:p>
      <w:r>
        <w:rPr>
          <w:b/>
        </w:rPr>
        <w:t xml:space="preserve">[07:04] </w:t>
      </w:r>
      <w:r>
        <w:t>ideal village. saare india mein village jo hai sab, har ek village ek unit ho aur har ek ka ek ideal nizam ho.</w:t>
      </w:r>
    </w:p>
    <w:p>
      <w:pPr>
        <w:jc w:val="right"/>
      </w:pPr>
      <w:r>
        <w:t>آئیڈیل ولیج۔ سارے انڈیا میں ولیج جو ہے سب، ہر ایک ولیج ایک یونٹ ہو اور ہر ایک کا ایک آئیڈیل نظام ہو۔</w:t>
      </w:r>
    </w:p>
    <w:p>
      <w:r>
        <w:rPr>
          <w:b/>
        </w:rPr>
        <w:t xml:space="preserve">[07:13] </w:t>
      </w:r>
      <w:r>
        <w:t>woh fail ho gaya aur gandhi mray first mein. yahi haal muslim thinkers ka hai.</w:t>
      </w:r>
    </w:p>
    <w:p>
      <w:pPr>
        <w:jc w:val="right"/>
      </w:pPr>
      <w:r>
        <w:t>وہ فیل ہو گیا اور گاندھی مرے فرسٹ میں۔ یہی حال مسلم تھنکرز کا ہے۔</w:t>
      </w:r>
    </w:p>
    <w:p>
      <w:r>
        <w:rPr>
          <w:b/>
        </w:rPr>
        <w:t xml:space="preserve">[07:21] </w:t>
      </w:r>
      <w:r>
        <w:t>hassan binah, syed qutb, abul lahab modi, iqbal, jinnah, abul kalam azad, sab ke sab jo hain unhon ne jo naqsha banaya tha woh naqsha kamyab nahi hua aur mray first mein.</w:t>
      </w:r>
    </w:p>
    <w:p>
      <w:pPr>
        <w:jc w:val="right"/>
      </w:pPr>
      <w:r>
        <w:t>حسن بنہ، سید قطب، ابو لہب مودی، اقبال، جناح، ابوالکلام آزاد، سب کے سب جو ہیں انہوں نے جو نقشہ بنایا تھا وہ نقشہ کامیاب نہیں ہوا اور مرے فرسٹ میں۔</w:t>
      </w:r>
    </w:p>
    <w:p>
      <w:r>
        <w:rPr>
          <w:b/>
        </w:rPr>
        <w:t xml:space="preserve">[07:38] </w:t>
      </w:r>
      <w:r>
        <w:t>kyunke har ek ne apne zehn se ideal nizam, ideal justice, ideal government, ideal society, yeh sab un ke mind mein tha isi ke liye daud para.</w:t>
      </w:r>
    </w:p>
    <w:p>
      <w:pPr>
        <w:jc w:val="right"/>
      </w:pPr>
      <w:r>
        <w:t>کیونکہ ہر ایک نے اپنے ذہن سے آئیڈیل نظام، آئیڈیل جسٹس، آئیڈیل گورنمنٹ، آئیڈیل سوسائٹی، یہ سب ان کے مائنڈ میں تھا اسی کے لیے دوڑ پڑے۔</w:t>
      </w:r>
    </w:p>
    <w:p>
      <w:r>
        <w:rPr>
          <w:b/>
        </w:rPr>
        <w:t xml:space="preserve">[07:53] </w:t>
      </w:r>
      <w:r>
        <w:t>yeh nahi socha ke mere naqshe nahi chalega. chalega naqsha to khaliq ka. to mujhe adjust karna padega. mislan jaare ka mausam hai, thand pad rahi hai.</w:t>
      </w:r>
    </w:p>
    <w:p>
      <w:pPr>
        <w:jc w:val="right"/>
      </w:pPr>
      <w:r>
        <w:t>یہ نہیں سوچا کہ میرے نقشے نہیں چلے گا۔ چلے گا نقشہ تو خالق کا۔ تو مجھے ایڈجسٹ کرنا پڑے گا۔ مثلاً جاڑے کا موسم ہے، ٹھنڈ پڑ رہی ہے۔</w:t>
      </w:r>
    </w:p>
    <w:p>
      <w:r>
        <w:rPr>
          <w:b/>
        </w:rPr>
        <w:t xml:space="preserve">[08:05] </w:t>
      </w:r>
      <w:r>
        <w:t>aap chahein ke mujhe garam kapre nahi pehanne aur baghair garam kapre bhi pehne hue aap nikal parein to kya hoga?</w:t>
      </w:r>
    </w:p>
    <w:p>
      <w:pPr>
        <w:jc w:val="right"/>
      </w:pPr>
      <w:r>
        <w:t>آپ چاہیں کہ مجھے گرم کپڑے نہیں پہننے اور بغیر گرم کپڑے بھی پہنے ہوئے آپ نکل پڑیں تو کیا ہوگا؟</w:t>
      </w:r>
    </w:p>
    <w:p>
      <w:r>
        <w:rPr>
          <w:b/>
        </w:rPr>
        <w:t xml:space="preserve">[08:13] </w:t>
      </w:r>
      <w:r>
        <w:t>aap bimar padenge. aap khud hi bimar pad jayenge.</w:t>
      </w:r>
    </w:p>
    <w:p>
      <w:pPr>
        <w:jc w:val="right"/>
      </w:pPr>
      <w:r>
        <w:t>آپ بیمار پڑیں گے۔ آپ خود ہی بیمار پڑ جائیں گے۔</w:t>
      </w:r>
    </w:p>
    <w:p>
      <w:r>
        <w:rPr>
          <w:b/>
        </w:rPr>
        <w:t xml:space="preserve">[08:20] </w:t>
      </w:r>
      <w:r>
        <w:t>thand nahi chali jayegi duniya se. thand to</w:t>
      </w:r>
    </w:p>
    <w:p>
      <w:pPr>
        <w:jc w:val="right"/>
      </w:pPr>
      <w:r>
        <w:t>ٹھنڈ نہیں چلی جائے گی دنیا سے۔ ٹھنڈ تو</w:t>
      </w:r>
    </w:p>
    <w:p>
      <w:r>
        <w:rPr>
          <w:b/>
        </w:rPr>
        <w:t xml:space="preserve">[08:22] </w:t>
      </w:r>
      <w:r>
        <w:t>rahegi. ab to aap bimar pad jayenge. to saare logon ne yahi kiya hai.</w:t>
      </w:r>
    </w:p>
    <w:p>
      <w:pPr>
        <w:jc w:val="right"/>
      </w:pPr>
      <w:r>
        <w:t>رہے گی۔ اب تو آپ بیمار پڑ جائیں گے۔ تو سارے لوگوں نے یہی کیا ہے۔</w:t>
      </w:r>
    </w:p>
    <w:p>
      <w:r>
        <w:rPr>
          <w:b/>
        </w:rPr>
        <w:t xml:space="preserve">[08:31] </w:t>
      </w:r>
      <w:r>
        <w:t>aur sab se zyada ebrat naak case musalmanon ka hai. jo kai so saal se lad rahe hain, lad rahe hain, lad rahe hain aur cheez kuch nahi kar kar pa rahe hain.</w:t>
      </w:r>
    </w:p>
    <w:p>
      <w:pPr>
        <w:jc w:val="right"/>
      </w:pPr>
      <w:r>
        <w:t>اور سب سے زیادہ عبرت ناک کیس مسلمانوں کا ہے۔ جو کئی سو سال سے لڑ رہے ہیں، لڑ رہے ہیں، لڑ رہے ہیں اور چیز کچھ نہیں کر کر پا رہے ہیں۔</w:t>
      </w:r>
    </w:p>
    <w:p>
      <w:r>
        <w:rPr>
          <w:b/>
        </w:rPr>
        <w:t xml:space="preserve">[08:46] </w:t>
      </w:r>
      <w:r>
        <w:t>aap dekhein, kashmir mein ladai nakaam. egypt mein ladai nakaam. india mein angrezon se ladai nakaam.</w:t>
      </w:r>
    </w:p>
    <w:p>
      <w:pPr>
        <w:jc w:val="right"/>
      </w:pPr>
      <w:r>
        <w:t>آپ دیکھیں، کشمیر میں لڑائی ناکام۔ ایجپٹ میں لڑائی ناکام۔ انڈیا میں انگریزوں سے لڑائی ناکام۔</w:t>
      </w:r>
    </w:p>
    <w:p>
      <w:r>
        <w:rPr>
          <w:b/>
        </w:rPr>
        <w:t xml:space="preserve">[08:56] </w:t>
      </w:r>
      <w:r>
        <w:t>africa mein faransisiyon se ladai nakaam. saare big big top ke jo musalman hain sab is mein involve hain.</w:t>
      </w:r>
    </w:p>
    <w:p>
      <w:pPr>
        <w:jc w:val="right"/>
      </w:pPr>
      <w:r>
        <w:t>افریقہ میں فرانسیسیوں سے لڑائی ناکام۔ سارے بگ بگ ٹاپ کے جو مسلمان ہیں سب اس میں انوالو ہیں۔</w:t>
      </w:r>
    </w:p>
    <w:p>
      <w:r>
        <w:rPr>
          <w:b/>
        </w:rPr>
        <w:t xml:space="preserve">[09:05] </w:t>
      </w:r>
      <w:r>
        <w:t>mere ilm ke mutabiq koi exception nahi.</w:t>
      </w:r>
    </w:p>
    <w:p>
      <w:pPr>
        <w:jc w:val="right"/>
      </w:pPr>
      <w:r>
        <w:t>میرے علم کے مطابق کوئی ایکسیپشن نہیں۔</w:t>
      </w:r>
    </w:p>
    <w:p>
      <w:r>
        <w:rPr>
          <w:b/>
        </w:rPr>
        <w:t xml:space="preserve">[09:09] </w:t>
      </w:r>
      <w:r>
        <w:t>saare muslim leader sab ke sab shuru karte hain big big naaron ke sath aur marte hain frustration mein. kyunke koi naqsha banate hain woh apni zaat se banate hain.</w:t>
      </w:r>
    </w:p>
    <w:p>
      <w:pPr>
        <w:jc w:val="right"/>
      </w:pPr>
      <w:r>
        <w:t>سارے مسلم لیڈر سب کے سب شروع کرتے ہیں بگ بگ نعروں کے ساتھ اور مرتے ہیں فرسٹریشن میں۔ کیونکہ کوئی نقشہ بناتے ہیں وہ اپنی ذات سے بناتے ہیں۔</w:t>
      </w:r>
    </w:p>
    <w:p>
      <w:r>
        <w:rPr>
          <w:b/>
        </w:rPr>
        <w:t xml:space="preserve">[09:24] </w:t>
      </w:r>
      <w:r>
        <w:t>woh yeh dekhe baghair ke ke creator ka, ke creation plant kya hai, creator ki is ki of things kya hai.</w:t>
      </w:r>
    </w:p>
    <w:p>
      <w:pPr>
        <w:jc w:val="right"/>
      </w:pPr>
      <w:r>
        <w:t>وہ یہ دیکھے بغیر کہ کہ کریٹر کا، کہ کریشن پلانٹ کیا ہے، کریٹر کی اس کی آف تھنگز کیا ہے۔</w:t>
      </w:r>
    </w:p>
    <w:p>
      <w:r>
        <w:rPr>
          <w:b/>
        </w:rPr>
        <w:t xml:space="preserve">[09:36] </w:t>
      </w:r>
      <w:r>
        <w:t>to us waqt mein un mein se ek cheez arz karna chahta hoon</w:t>
      </w:r>
    </w:p>
    <w:p>
      <w:pPr>
        <w:jc w:val="right"/>
      </w:pPr>
      <w:r>
        <w:t>تو اس وقت میں ان میں سے ایک چیز عرض کرنا چاہتا ہوں</w:t>
      </w:r>
    </w:p>
    <w:p>
      <w:r>
        <w:rPr>
          <w:b/>
        </w:rPr>
        <w:t xml:space="preserve">[09:39] </w:t>
      </w:r>
      <w:r>
        <w:t>. aaj kal saari duniya ke musalmanon mein ek lafz bohat hi aam hai woh hai zulm. zulm.</w:t>
      </w:r>
    </w:p>
    <w:p>
      <w:pPr>
        <w:jc w:val="right"/>
      </w:pPr>
      <w:r>
        <w:t>۔ آج کل ساری دنیا کے مسلمانوں میں ایک لفظ بہت ہی عام ہے وہ ہے ظلم۔ ظلم۔</w:t>
      </w:r>
    </w:p>
    <w:p>
      <w:r>
        <w:rPr>
          <w:b/>
        </w:rPr>
        <w:t xml:space="preserve">[09:47] </w:t>
      </w:r>
      <w:r>
        <w:t>saari duniya ke musalman samajhte hain hamare par zulm ho raha hai.</w:t>
      </w:r>
    </w:p>
    <w:p>
      <w:pPr>
        <w:jc w:val="right"/>
      </w:pPr>
      <w:r>
        <w:t>ساری دنیا کے مسلمان سمجھتے ہیں ہمارے پر ظلم ہو رہا ہے۔</w:t>
      </w:r>
    </w:p>
    <w:p>
      <w:r>
        <w:rPr>
          <w:b/>
        </w:rPr>
        <w:t xml:space="preserve">[09:52] </w:t>
      </w:r>
      <w:r>
        <w:t>angrezon ne zulm kiya asia mein, faransisiyon ne zulm kiya africa mein,</w:t>
      </w:r>
    </w:p>
    <w:p>
      <w:pPr>
        <w:jc w:val="right"/>
      </w:pPr>
      <w:r>
        <w:t>انگریزوں نے ظلم کیا ایشیا میں، فرانسیسیوں نے ظلم کیا افریقہ میں،</w:t>
      </w:r>
    </w:p>
    <w:p>
      <w:r>
        <w:rPr>
          <w:b/>
        </w:rPr>
        <w:t xml:space="preserve">[10:05] </w:t>
      </w:r>
      <w:r>
        <w:t>egypt mein zulm, iraq mein zulm, india mein zulm, pakistan mein zulm, har taraf zulm hi zulm. america zulm kar raha hai, israel zulm kar raha hai.</w:t>
      </w:r>
    </w:p>
    <w:p>
      <w:pPr>
        <w:jc w:val="right"/>
      </w:pPr>
      <w:r>
        <w:t>ایجپٹ میں ظلم، عراق میں ظلم، انڈیا میں ظلم، پاکستان میں ظلم، ہر طرف ظلم ہی ظلم۔ امریکہ ظلم کر رہا ہے، اسرائیل ظلم کر رہا ہے۔</w:t>
      </w:r>
    </w:p>
    <w:p>
      <w:r>
        <w:rPr>
          <w:b/>
        </w:rPr>
        <w:t xml:space="preserve">[10:15] </w:t>
      </w:r>
      <w:r>
        <w:t>dekhein, yaad rakhiye, zulm ka lafz khuda ki dictionary mein nahi hai. yeh musalmanon, insaanon ki dictionary mein hai.</w:t>
      </w:r>
    </w:p>
    <w:p>
      <w:pPr>
        <w:jc w:val="right"/>
      </w:pPr>
      <w:r>
        <w:t>دیکھیں، یاد رکھیے، ظلم کا لفظ خدا کی ڈکشنری میں نہیں ہے۔ یہ مسلمانوں، انسانوں کی ڈکشنری میں ہے۔</w:t>
      </w:r>
    </w:p>
    <w:p>
      <w:r>
        <w:rPr>
          <w:b/>
        </w:rPr>
        <w:t xml:space="preserve">[10:25] </w:t>
      </w:r>
      <w:r>
        <w:t>zulm ka lafz jo hai sirf human dictionary mein paya jata hai. khuda ki dictionary mein nahi hai.</w:t>
      </w:r>
    </w:p>
    <w:p>
      <w:pPr>
        <w:jc w:val="right"/>
      </w:pPr>
      <w:r>
        <w:t>ظلم کا لفظ جو ہے صرف ہیومن ڈکشنری میں پایا جاتا ہے۔ خدا کی ڈکشنری میں نہیں ہے۔</w:t>
      </w:r>
    </w:p>
    <w:p>
      <w:r>
        <w:rPr>
          <w:b/>
        </w:rPr>
        <w:t xml:space="preserve">[10:33] </w:t>
      </w:r>
      <w:r>
        <w:t>yeh bohat hi serious baat hai, is ko achhe se samjhiye.</w:t>
      </w:r>
    </w:p>
    <w:p>
      <w:pPr>
        <w:jc w:val="right"/>
      </w:pPr>
      <w:r>
        <w:t>یہ بہت ہی سیریس بات ہے، اس کو اچھے سے سمجھیے۔</w:t>
      </w:r>
    </w:p>
    <w:p>
      <w:r>
        <w:rPr>
          <w:b/>
        </w:rPr>
        <w:t xml:space="preserve">[10:44] </w:t>
      </w:r>
      <w:r>
        <w:t>dekhein, yani kashmir mein india ki army chali gayi to us se lad rahe hain ke hamein nikalna hai army ko.</w:t>
      </w:r>
    </w:p>
    <w:p>
      <w:pPr>
        <w:jc w:val="right"/>
      </w:pPr>
      <w:r>
        <w:t>دیکھیں، یعنی کشمیر میں انڈیا کی آرمی چلی گئی تو اس سے لڑ رہے ہیں کہ ہمیں نکالنا ہے آرمی کو۔</w:t>
      </w:r>
    </w:p>
    <w:p>
      <w:r>
        <w:rPr>
          <w:b/>
        </w:rPr>
        <w:t xml:space="preserve">[10:54] </w:t>
      </w:r>
      <w:r>
        <w:t>to army ko nikal nahi paye, khud hi tabah ho gaye.</w:t>
      </w:r>
    </w:p>
    <w:p>
      <w:pPr>
        <w:jc w:val="right"/>
      </w:pPr>
      <w:r>
        <w:t>تو آرمی کو نکال نہیں پائے، خود ہی تباہ ہو گئے۔</w:t>
      </w:r>
    </w:p>
    <w:p>
      <w:r>
        <w:rPr>
          <w:b/>
        </w:rPr>
        <w:t xml:space="preserve">[10:59] </w:t>
      </w:r>
      <w:r>
        <w:t>angrez aaye asia mein to un se lad rahe hain lekin kuch paye nahi, mar gaye lad lad ke. faransisi africa mein aa gaye, un se lad rahe hain, lad rahe hain, paya kuch bhi nahi.</w:t>
      </w:r>
    </w:p>
    <w:p>
      <w:pPr>
        <w:jc w:val="right"/>
      </w:pPr>
      <w:r>
        <w:t>انگریز آئے ایشیا میں تو ان سے لڑ رہے ہیں لیکن کچھ پائے نہیں، مر گئے لڑ لڑ کے۔ فرانسیسی افریقہ میں آ گئے، ان سے لڑ رہے ہیں، لڑ رہے ہیں، پایا کچھ بھی نہیں۔</w:t>
      </w:r>
    </w:p>
    <w:p>
      <w:r>
        <w:rPr>
          <w:b/>
        </w:rPr>
        <w:t xml:space="preserve">[11:15] </w:t>
      </w:r>
      <w:r>
        <w:t>israel aa gaya, yahoodi aa gaye, falasteen mein lar rahe hain, lar rahe hain. khud hi tabah hue, israel ko to khatm nahi kar sake.</w:t>
      </w:r>
    </w:p>
    <w:p>
      <w:pPr>
        <w:jc w:val="right"/>
      </w:pPr>
      <w:r>
        <w:t>اسرائیل آ گیا، یہودی آ گئے، فلسطین میں لڑ رہے ہیں، لڑ رہے ہیں۔ خود ہی تباہ ہوئے، اسرائیل کو تو ختم نہیں کر سکے۔</w:t>
      </w:r>
    </w:p>
    <w:p>
      <w:r>
        <w:rPr>
          <w:b/>
        </w:rPr>
        <w:t xml:space="preserve">[11:26] </w:t>
      </w:r>
      <w:r>
        <w:t>to cheez kya hai? dekhen, is tarah ke waqeaat zulm ke waqeaat nahi hain. woh istibdaal ke waqeaat hain, replacement ke waqeaat hain.</w:t>
      </w:r>
    </w:p>
    <w:p>
      <w:pPr>
        <w:jc w:val="right"/>
      </w:pPr>
      <w:r>
        <w:t>تو چیز کیا ہے؟ دیکھیں، اس طرح کے واقعات ظلم کے واقعات نہیں ہیں۔ وہ استبدال کے واقعات ہیں، ریپلیسمنٹ کے واقعات ہیں۔</w:t>
      </w:r>
    </w:p>
    <w:p>
      <w:r>
        <w:rPr>
          <w:b/>
        </w:rPr>
        <w:t xml:space="preserve">[11:38] </w:t>
      </w:r>
      <w:r>
        <w:t>yeh law of nature hai, is ko samjhiye. yeh bohat hi important baat hai, bohat hi important baat hai jo samajhna chahiye aadmi ko.</w:t>
      </w:r>
    </w:p>
    <w:p>
      <w:pPr>
        <w:jc w:val="right"/>
      </w:pPr>
      <w:r>
        <w:t>یہ لا آف نیچر ہے، اس کو سمجھیے۔ یہ بہت ہی امپورٹنٹ بات ہے، بہت ہی امپورٹنٹ بات ہے جو سمجھنا چاہیے آدمی کو۔</w:t>
      </w:r>
    </w:p>
    <w:p>
      <w:r>
        <w:rPr>
          <w:b/>
        </w:rPr>
        <w:t xml:space="preserve">[11:47] </w:t>
      </w:r>
      <w:r>
        <w:t>ke khuda ke yahan jo hai law yeh hai ke</w:t>
      </w:r>
    </w:p>
    <w:p>
      <w:pPr>
        <w:jc w:val="right"/>
      </w:pPr>
      <w:r>
        <w:t>کہ خدا کے یہاں جو ہے لا یہ ہے کہ</w:t>
      </w:r>
    </w:p>
    <w:p>
      <w:r>
        <w:rPr>
          <w:b/>
        </w:rPr>
        <w:t xml:space="preserve">[11:55] </w:t>
      </w:r>
      <w:r>
        <w:t>to replace</w:t>
      </w:r>
    </w:p>
    <w:p>
      <w:pPr>
        <w:jc w:val="right"/>
      </w:pPr>
      <w:r>
        <w:t>to replace</w:t>
      </w:r>
    </w:p>
    <w:p>
      <w:r>
        <w:rPr>
          <w:b/>
        </w:rPr>
        <w:t xml:space="preserve">[12:01] </w:t>
      </w:r>
      <w:r>
        <w:t>old blood by the new blood yani purane khoon ko hatana, naye khoon ko is ki jagah pilana. jaise aap har ghar mein yeh misaal maujood hai.</w:t>
      </w:r>
    </w:p>
    <w:p>
      <w:pPr>
        <w:jc w:val="right"/>
      </w:pPr>
      <w:r>
        <w:t>old blood by the new blood یعنی پرانے خون کو ہٹانا، نئے خون کو اس کی جگہ پلانا۔ جیسے آپ ہر گھر میں یہ مثال موجود ہے۔</w:t>
      </w:r>
    </w:p>
    <w:p>
      <w:r>
        <w:rPr>
          <w:b/>
        </w:rPr>
        <w:t xml:space="preserve">[12:15] </w:t>
      </w:r>
      <w:r>
        <w:t>misalan meri family jo hai paanch sau saal se hai india mein. hamare jo hain ancestor the, woh afghanistan se aaye</w:t>
      </w:r>
    </w:p>
    <w:p>
      <w:pPr>
        <w:jc w:val="right"/>
      </w:pPr>
      <w:r>
        <w:t>مثلاً میری فیملی جو ہے پانچ سو سال سے ہے انڈیا میں۔ ہمارے جو ہیں انسٹر تھے، وہ افغانستان سے آئے</w:t>
      </w:r>
    </w:p>
    <w:p>
      <w:r>
        <w:rPr>
          <w:b/>
        </w:rPr>
        <w:t xml:space="preserve">[12:26] </w:t>
      </w:r>
      <w:r>
        <w:t>the paanch sau saal pehle. to paanch sau saal mein kya hua? boorhe hote hain, marte hain, naye paida hota hai. woh phir woh boorhe hote hain, woh mar jaate hain, phir naya paida hota hai.</w:t>
      </w:r>
    </w:p>
    <w:p>
      <w:pPr>
        <w:jc w:val="right"/>
      </w:pPr>
      <w:r>
        <w:t>تھے پانچ سو سال پہلے۔ تو پانچ سو سال میں کیا ہوا؟ بوڑھے ہوتے ہیں، مرتے ہیں، نئے پیدا ہوتا ہے۔ وہ پھر وہ بوڑھے ہوتے ہیں، وہ مر جاتے ہیں، پھر نیا پیدا ہوتا ہے۔</w:t>
      </w:r>
    </w:p>
    <w:p>
      <w:r>
        <w:rPr>
          <w:b/>
        </w:rPr>
        <w:t xml:space="preserve">[12:37] </w:t>
      </w:r>
      <w:r>
        <w:t>to yeh replacement ho raha hai. yani old blood hata hataya jata hai, naya blood aata hai. tab yeh paanch sau saal se salary family nahi to khatm ho gayi hoti.</w:t>
      </w:r>
    </w:p>
    <w:p>
      <w:pPr>
        <w:jc w:val="right"/>
      </w:pPr>
      <w:r>
        <w:t>تو یہ ریپلیسمنٹ ہو رہا ہے۔ یعنی اولڈ بلڈ ہٹا ہٹایا جاتا ہے، نیا بلڈ آتا ہے۔ تب یہ پانچ سو سال سے سیلری فیملی نہیں تو ختم ہو گئی ہوتی۔</w:t>
      </w:r>
    </w:p>
    <w:p>
      <w:r>
        <w:rPr>
          <w:b/>
        </w:rPr>
        <w:t xml:space="preserve">[12:53] </w:t>
      </w:r>
      <w:r>
        <w:t>replacement of old blood with the new blood yeh har family mein ho raha hai. wahi qaumon ke liye bhi ho raha hai.</w:t>
      </w:r>
    </w:p>
    <w:p>
      <w:pPr>
        <w:jc w:val="right"/>
      </w:pPr>
      <w:r>
        <w:t>ریپلیسمنٹ آف اولڈ بلڈ ود دی نیو بلڈ یہ ہر فیملی میں ہو رہا ہے۔ وہی قوموں کے لیے بھی ہو رہا ہے۔</w:t>
      </w:r>
    </w:p>
    <w:p>
      <w:r>
        <w:rPr>
          <w:b/>
        </w:rPr>
        <w:t xml:space="preserve">[13:05] </w:t>
      </w:r>
      <w:r>
        <w:t>qaumon mein bhi yahi replacement ka usool qaim hai jis ko quran mein kaha gaya hai ke wa in tatawallaw yastabdil qawman ghayrakum thumma la yakoonu amthalakum yeh surah muhammad mein ayat hai, is mein lafz istibdaal aaya hai.</w:t>
      </w:r>
    </w:p>
    <w:p>
      <w:pPr>
        <w:jc w:val="right"/>
      </w:pPr>
      <w:r>
        <w:t>قوموں میں بھی یہی ریپلیسمنٹ کا اصول قائم ہے جس کو قرآن میں کہا گیا ہے کہ وَإِنْ تَتَوَلَّىٰ يَسْتَبِّلْ قَوْمًا غَيْرَكُمْ ثُمَّ لَا يَكُونُوا أَمْثَالَكُمْ یہ سورہ محمد میں آیت ہے، اس میں لفظ استبدال آیا ہے۔</w:t>
      </w:r>
    </w:p>
    <w:p>
      <w:r>
        <w:rPr>
          <w:b/>
        </w:rPr>
        <w:t xml:space="preserve">[13:20] </w:t>
      </w:r>
      <w:r>
        <w:t>istibdaal ka matlab replacement.</w:t>
      </w:r>
    </w:p>
    <w:p>
      <w:pPr>
        <w:jc w:val="right"/>
      </w:pPr>
      <w:r>
        <w:t>استبدال کا مطلب ریپلیسمنٹ۔</w:t>
      </w:r>
    </w:p>
    <w:p>
      <w:r>
        <w:rPr>
          <w:b/>
        </w:rPr>
        <w:t xml:space="preserve">[13:25] </w:t>
      </w:r>
      <w:r>
        <w:t>yeh is mein bataya ke is dunya mein istibdaal ka usool hai. ek aur ayat hai ke tilka al-ayyam nudawiruha bayna al-nas yeh surah aal-imran mein hai.</w:t>
      </w:r>
    </w:p>
    <w:p>
      <w:pPr>
        <w:jc w:val="right"/>
      </w:pPr>
      <w:r>
        <w:t>یہ اس میں بتایا کہ اس دنیا میں استبدال کا اصول ہے۔ ایک اور آیت ہے کہ تِلْكَ الْأَيَّامُ نُدَاعُ الْهُوَى بَيْنَ النَّاسِ یہ سورہ آل عمران میں ہے۔</w:t>
      </w:r>
    </w:p>
    <w:p>
      <w:r>
        <w:rPr>
          <w:b/>
        </w:rPr>
        <w:t xml:space="preserve">[13:40] </w:t>
      </w:r>
      <w:r>
        <w:t>yani yahan par kisi ki monopoly nahi hai ke kisi ka rule qaim hoga to bas hamesha ke liye is ka rule chal raha hai.</w:t>
      </w:r>
    </w:p>
    <w:p>
      <w:pPr>
        <w:jc w:val="right"/>
      </w:pPr>
      <w:r>
        <w:t>یعنی یہاں پر کسی کی مناپلی نہیں ہے کہ کسی کا رول قائم ہوگا تو بس ہمیشہ کے لیے اس کا رول چل رہا ہے۔</w:t>
      </w:r>
    </w:p>
    <w:p>
      <w:r>
        <w:rPr>
          <w:b/>
        </w:rPr>
        <w:t xml:space="preserve">[13:50] </w:t>
      </w:r>
      <w:r>
        <w:t>nahi, monopoly nahi hai. ek aayega, doosra jayega. ek aayega, doos</w:t>
      </w:r>
    </w:p>
    <w:p>
      <w:pPr>
        <w:jc w:val="right"/>
      </w:pPr>
      <w:r>
        <w:t>نہیں، مناپلی نہیں ہے۔ ایک آئے گا، دوسرا جائے گا۔ ایک آئے گا، دوس</w:t>
      </w:r>
    </w:p>
    <w:p>
      <w:r>
        <w:rPr>
          <w:b/>
        </w:rPr>
        <w:t xml:space="preserve">[13:54] </w:t>
      </w:r>
      <w:r>
        <w:t>ra jayega. ab musalman kahan hain? lar rahe hain. yani musalman samajhte hain ke hamari jo hukoomatein thin, un woh un ki jagah par jo log aaye, woh zalim hain.</w:t>
      </w:r>
    </w:p>
    <w:p>
      <w:pPr>
        <w:jc w:val="right"/>
      </w:pPr>
      <w:r>
        <w:t>را جائے گا۔ اب مسلمان کہاں ہیں؟ لڑ رہے ہیں۔ یعنی مسلمان سمجھتے ہیں کہ ہماری جو حکومتیں تھیں، ان وہ ان کی جگہ پر جو لوگ آئے، وہ ظالم ہیں۔</w:t>
      </w:r>
    </w:p>
    <w:p>
      <w:r>
        <w:rPr>
          <w:b/>
        </w:rPr>
        <w:t xml:space="preserve">[14:04] </w:t>
      </w:r>
      <w:r>
        <w:t>ab inhe lar lar kar nikalna hai, regain karna hai. sari dunya ke musalmanon ka mind kya hai? ke asli political group ko regain karna hai.</w:t>
      </w:r>
    </w:p>
    <w:p>
      <w:pPr>
        <w:jc w:val="right"/>
      </w:pPr>
      <w:r>
        <w:t>اب انہیں لڑ لڑ کر نکالنا ہے، ریگین کرنا ہے۔ ساری دنیا کے مسلمانوں کا مائنڈ کیا ہے؟ کہ اسلی پولیٹیکل گروہی کو ریگین کرنا ہے۔</w:t>
      </w:r>
    </w:p>
    <w:p>
      <w:r>
        <w:rPr>
          <w:b/>
        </w:rPr>
        <w:t xml:space="preserve">[14:18] </w:t>
      </w:r>
      <w:r>
        <w:t>sari dunya ke musalmanon ka yeh mizaj hai. mere ilm mein kisi ka exception nahi hai.</w:t>
      </w:r>
    </w:p>
    <w:p>
      <w:pPr>
        <w:jc w:val="right"/>
      </w:pPr>
      <w:r>
        <w:t>ساری دنیا کے مسلمانوں کا یہ مزاج ہے۔ میرے علم میں کسی کا ایکسیپشن نہیں ہے۔</w:t>
      </w:r>
    </w:p>
    <w:p>
      <w:r>
        <w:rPr>
          <w:b/>
        </w:rPr>
        <w:t xml:space="preserve">[14:24] </w:t>
      </w:r>
      <w:r>
        <w:t>jo musalmanon ko ek political group mili hui thi, ek zamane mein un ka empire tha, un ki hukoomatein thin, un ki political dab dabah tha, us ko regain karna hai.</w:t>
      </w:r>
    </w:p>
    <w:p>
      <w:pPr>
        <w:jc w:val="right"/>
      </w:pPr>
      <w:r>
        <w:t>جو مسلمانوں کو ایک پولیٹیکل گروہی ملی ہوئی تھی، ایک زمانے میں ان کا ایمپائر تھا، ان کی حکومتیں تھیں، ان کی پولیٹیکل دبدبہ تھا، اس کو ریگین کرنا ہے۔</w:t>
      </w:r>
    </w:p>
    <w:p>
      <w:r>
        <w:rPr>
          <w:b/>
        </w:rPr>
        <w:t xml:space="preserve">[14:37] </w:t>
      </w:r>
      <w:r>
        <w:t>kyun? woh sochte hain ke yeh zulm tha. woh log zulm kar ke qabza kar liya unhone. nahi, woh that was replacement.</w:t>
      </w:r>
    </w:p>
    <w:p>
      <w:pPr>
        <w:jc w:val="right"/>
      </w:pPr>
      <w:r>
        <w:t>کیوں؟ وہ سوچتے ہیں کہ یہ ظلم تھا۔ وہ لوگ ظلم کر کے قبضہ کر لیا انہوں نے۔ نہیں، وہ دیٹ واز ریپلیسمنٹ۔</w:t>
      </w:r>
    </w:p>
    <w:p>
      <w:r>
        <w:rPr>
          <w:b/>
        </w:rPr>
        <w:t xml:space="preserve">[14:47] </w:t>
      </w:r>
      <w:r>
        <w:t>replacement</w:t>
      </w:r>
    </w:p>
    <w:p>
      <w:pPr>
        <w:jc w:val="right"/>
      </w:pPr>
      <w:r>
        <w:t>ریپلیسمنٹ</w:t>
      </w:r>
    </w:p>
    <w:p>
      <w:r>
        <w:rPr>
          <w:b/>
        </w:rPr>
        <w:t xml:space="preserve">[14:49] </w:t>
      </w:r>
      <w:r>
        <w:t>yani khuda ko manzoor hua ke koi musalmanon ko hataya jaye, doosron ko laya jaye. wa tilka al-ayyam nudawiruha bayna al-nas yeh istibdaal ka mamla tha.</w:t>
      </w:r>
    </w:p>
    <w:p>
      <w:pPr>
        <w:jc w:val="right"/>
      </w:pPr>
      <w:r>
        <w:t>یعنی خدا کو منظور ہوا کہ کوئی مسلمانوں کو ہٹایا جائے، دوسروں کو لایا جائے۔ وَتِلْكَ الْأَيَّامُ نُدَاعُ الْهُوَى بَيْنَ النَّاسِ یہ استبدال کا معاملہ تھا۔</w:t>
      </w:r>
    </w:p>
    <w:p>
      <w:r>
        <w:rPr>
          <w:b/>
        </w:rPr>
        <w:t xml:space="preserve">[15:01] </w:t>
      </w:r>
      <w:r>
        <w:t>ise istibdaal kyun hota hai? istibdaal na ho to taraqqiyan khatm ho jayen. kyunke dekhen, jis tarah se aadmi boorha ho jata hai to kisi kaam ka nahi rehta.</w:t>
      </w:r>
    </w:p>
    <w:p>
      <w:pPr>
        <w:jc w:val="right"/>
      </w:pPr>
      <w:r>
        <w:t>اسے استبدال کیوں ہوتا ہے؟ استبدال نہ ہو تو ترقیاں ختم ہو جائیں۔ کیونکہ دیکھیں، جس طرح سے آدمی بوڑھا ہو جاتا ہے تو کسی کام کا نہیں رہتا۔</w:t>
      </w:r>
    </w:p>
    <w:p>
      <w:r>
        <w:rPr>
          <w:b/>
        </w:rPr>
        <w:t xml:space="preserve">[15:19] </w:t>
      </w:r>
      <w:r>
        <w:t>jo boorha dada, boorha nana jo hota hai ghar mein, woh kis kaam ka? woh to liability hai. ab jo bete pote hain, woh kaam sambhalte hain.</w:t>
      </w:r>
    </w:p>
    <w:p>
      <w:pPr>
        <w:jc w:val="right"/>
      </w:pPr>
      <w:r>
        <w:t>جو بوڑھا دادا، بوڑھا نانا جو ہوتا ہے گھر میں، وہ کس کام کا؟ وہ تو لائبلٹی ہے۔ اب جو بیٹے پوتے ہیں، وہ کام سنبھالتے ہیں۔</w:t>
      </w:r>
    </w:p>
    <w:p>
      <w:r>
        <w:rPr>
          <w:b/>
        </w:rPr>
        <w:t xml:space="preserve">[15:32] </w:t>
      </w:r>
      <w:r>
        <w:t>fi dhi nukra pay sar tamamkum</w:t>
      </w:r>
    </w:p>
    <w:p>
      <w:pPr>
        <w:jc w:val="right"/>
      </w:pPr>
      <w:r>
        <w:t>فِيْذَا النَّكُرَةُ پَيْسَرُ تَمَامُكُم</w:t>
      </w:r>
    </w:p>
    <w:p>
      <w:r>
        <w:rPr>
          <w:b/>
        </w:rPr>
        <w:t xml:space="preserve">[15:37] </w:t>
      </w:r>
      <w:r>
        <w:t>agar aisa na ho to family mein sara kaam chhop ho jaye. aise hi qomon ka maamla</w:t>
      </w:r>
    </w:p>
    <w:p>
      <w:pPr>
        <w:jc w:val="right"/>
      </w:pPr>
      <w:r>
        <w:t>اگر ایسا نہ ہو تو فیملی میں سارا کام چھپ ہو جائے۔ ایسے ہی قوموں کا معامل</w:t>
      </w:r>
    </w:p>
    <w:p>
      <w:r>
        <w:rPr>
          <w:b/>
        </w:rPr>
        <w:t xml:space="preserve">[15:44] </w:t>
      </w:r>
      <w:r>
        <w:t>hai. Ibn e Khaldun ne sahi likha hai ke lil-aqwami a'maarun kamal afraad a'maarun jis tarah in fard boodha hota hai, aisi qomein hi boodhi hoti hain.</w:t>
      </w:r>
    </w:p>
    <w:p>
      <w:pPr>
        <w:jc w:val="right"/>
      </w:pPr>
      <w:r>
        <w:t>ہ ہے۔ ابن خلدون نے صحیح لکھا ہے کہ لِلْأَقْوَامِ أَعْمَارٍ كَمَالِ الأَفْرَادِ أَعْمَارٍ جس طرح ان فرد بوڑھا ہوتا ہے، ایسی قومیں ہی بوڑھی ہوتی ہیں۔</w:t>
      </w:r>
    </w:p>
    <w:p>
      <w:r>
        <w:rPr>
          <w:b/>
        </w:rPr>
        <w:t xml:space="preserve">[15:58] </w:t>
      </w:r>
      <w:r>
        <w:t>boodhe hone ka matlab hota hai ke un ki creativity khatam ho jati hai. Un ki, un ki, un ki zindagi baqi nahi rehti.</w:t>
      </w:r>
    </w:p>
    <w:p>
      <w:pPr>
        <w:jc w:val="right"/>
      </w:pPr>
      <w:r>
        <w:t>بوڑھے ہونے کا مطلب ہوتا ہے کہ ان کی کریٹیوٹی ختم ہو جاتی ہے۔ ان کی، ان کی، ان کی زندگی باقی نہیں رہتی۔</w:t>
      </w:r>
    </w:p>
    <w:p>
      <w:r>
        <w:rPr>
          <w:b/>
        </w:rPr>
        <w:t xml:space="preserve">[16:09] </w:t>
      </w:r>
      <w:r>
        <w:t>un ka hausla baqi rehta hai. To qomon ka bhi replacement kiya jata</w:t>
      </w:r>
    </w:p>
    <w:p>
      <w:pPr>
        <w:jc w:val="right"/>
      </w:pPr>
      <w:r>
        <w:t>ان کا حوصلہ باقی رہتا ہے۔ تو قوموں کا بھی ریپلیسمنٹ کیا جاتا</w:t>
      </w:r>
    </w:p>
    <w:p>
      <w:r>
        <w:rPr>
          <w:b/>
        </w:rPr>
        <w:t xml:space="preserve">[16:14] </w:t>
      </w:r>
      <w:r>
        <w:t>hai. In ko hatao, in ko lao, in ko hatao, in ko lao. Yeh Allah taala ka tareeqa hai.</w:t>
      </w:r>
    </w:p>
    <w:p>
      <w:pPr>
        <w:jc w:val="right"/>
      </w:pPr>
      <w:r>
        <w:t>ہے۔ ان کو ہٹاؤ، ان کو لاؤ، ان کو ہٹاؤ، ان کو لاؤ۔ یہ اللہ تعالیٰ کا طریقہ ہے۔</w:t>
      </w:r>
    </w:p>
    <w:p>
      <w:r>
        <w:rPr>
          <w:b/>
        </w:rPr>
        <w:t xml:space="preserve">[16:21] </w:t>
      </w:r>
      <w:r>
        <w:t>misalan dekhein, India mein angrez aaye to saare musalman samajhte thay ke bas zalim hain, zalim hain, zalim hain. Nahi, that was replacement.</w:t>
      </w:r>
    </w:p>
    <w:p>
      <w:pPr>
        <w:jc w:val="right"/>
      </w:pPr>
      <w:r>
        <w:t>مثلاً دیکھیں، انڈیا میں انگریز آئے تو سارے مسلمان سمجھتے تھے کہ بس ظالم ہیں، ظالم ہیں، ظالم ہیں۔ نہیں، دیٹ واز ریپلیسمنٹ۔</w:t>
      </w:r>
    </w:p>
    <w:p>
      <w:r>
        <w:rPr>
          <w:b/>
        </w:rPr>
        <w:t xml:space="preserve">[16:32] </w:t>
      </w:r>
      <w:r>
        <w:t>agar angrez na aaye hotay to aaj India mein koi bhi taraqqi na hoti. Koi bhi taraqqi na</w:t>
      </w:r>
    </w:p>
    <w:p>
      <w:pPr>
        <w:jc w:val="right"/>
      </w:pPr>
      <w:r>
        <w:t>اگر انجاب انگریز نہ آئے ہوتے تو آج انڈیا میں کوئی بھی ترقی نہ ہوتی۔ کوئی بھی ترقی نہ</w:t>
      </w:r>
    </w:p>
    <w:p>
      <w:r>
        <w:rPr>
          <w:b/>
        </w:rPr>
        <w:t xml:space="preserve">[16:40] </w:t>
      </w:r>
      <w:r>
        <w:t>hoti. Wohi thay jahan English language laye, usi ki wajah se India aaj zinda hai. India woh technology laye, woh modern infrastructure laye, modern education laye, modern thinking laye.</w:t>
      </w:r>
    </w:p>
    <w:p>
      <w:pPr>
        <w:jc w:val="right"/>
      </w:pPr>
      <w:r>
        <w:t>ہوتی۔ وہی تھے جہاں انگلش لینگویج لائے، اسی کی وجہ سے انڈیا آج زندہ ہے۔ انڈیا وہ ٹیکنالوجی لائے، وہ ماڈرن انفراسٹرکچر لائے، ماڈرن ایجوکیشن لائے، ماڈرن تھنکنگ لائے۔</w:t>
      </w:r>
    </w:p>
    <w:p>
      <w:r>
        <w:rPr>
          <w:b/>
        </w:rPr>
        <w:t xml:space="preserve">[16:57] </w:t>
      </w:r>
      <w:r>
        <w:t>mein bachpan mein jab chhota tha to hamare gaon mein rehta tha. Hamare gaon ke paas railway line thi.</w:t>
      </w:r>
    </w:p>
    <w:p>
      <w:pPr>
        <w:jc w:val="right"/>
      </w:pPr>
      <w:r>
        <w:t>میں بچپن میں جب چھوٹا تھا تو ہمارے گاؤں میں رہتا تھا۔ ہمارے گاؤں کے پاس ریلوے لائن تھی۔</w:t>
      </w:r>
    </w:p>
    <w:p>
      <w:r>
        <w:rPr>
          <w:b/>
        </w:rPr>
        <w:t xml:space="preserve">[17:07] </w:t>
      </w:r>
      <w:r>
        <w:t>to mujhe yaad hai ke aik martaba mein apne ghar ki chhat par khara tha to mein ne dekha to aik laal rang ki aik roshni aisi ja rahi hai.</w:t>
      </w:r>
    </w:p>
    <w:p>
      <w:pPr>
        <w:jc w:val="right"/>
      </w:pPr>
      <w:r>
        <w:t>تو مجھے یاد ہے کہ ایک مرتبہ میں اپنے گھر کی چھت پر کھڑا تھا تو میں نے دیکھا تو ایک لال لگ کی ایک روشنی ایسی جا رہی ہے۔</w:t>
      </w:r>
    </w:p>
    <w:p>
      <w:r>
        <w:rPr>
          <w:b/>
        </w:rPr>
        <w:t xml:space="preserve">[17:17] </w:t>
      </w:r>
      <w:r>
        <w:t>woh roshni kya thi? Raat ke waqt jab dhabbon mein bulb jalte thay, roshni hoti thi to jo chalta tha to aik lakeer ban jati thi.</w:t>
      </w:r>
    </w:p>
    <w:p>
      <w:pPr>
        <w:jc w:val="right"/>
      </w:pPr>
      <w:r>
        <w:t>وہ روشنی کیا تھی؟ رات کے وقت جب ڈبوں میں بلب جلتے تھے، روشنی ہوتی تھی تو جو چلتا تھا تو ایک لکیر بن جاتی تھی۔</w:t>
      </w:r>
    </w:p>
    <w:p>
      <w:r>
        <w:rPr>
          <w:b/>
        </w:rPr>
        <w:t xml:space="preserve">[17:29] </w:t>
      </w:r>
      <w:r>
        <w:t>yani alag alag bulb hain har dhabbe mein, lekin jab gaadi chal rahi hai to woh aik roshan lakeer ban jati hai.</w:t>
      </w:r>
    </w:p>
    <w:p>
      <w:pPr>
        <w:jc w:val="right"/>
      </w:pPr>
      <w:r>
        <w:t>یعنی الگ الگ بلب ہیں ہر ڈبے میں، لیکن جب گاڑی چل رہی ہے تو وہ ایک روشن لکیر بن جاتی ہے۔</w:t>
      </w:r>
    </w:p>
    <w:p>
      <w:r>
        <w:rPr>
          <w:b/>
        </w:rPr>
        <w:t xml:space="preserve">[17:37] </w:t>
      </w:r>
      <w:r>
        <w:t>to mein ne dekha ke aik roshan lakeer hai jo chali ja rahi hai, chali ja rahi hai. To bas mein us ko dekha, aise hi bane. Bahut baad ko mein ne daryaft kiya ke yeh to angrez aik dash laye India mein,</w:t>
      </w:r>
    </w:p>
    <w:p>
      <w:pPr>
        <w:jc w:val="right"/>
      </w:pPr>
      <w:r>
        <w:t>تو میں نے دیکھا کہ ایک روشن لکیر ہے جو چلی جا رہی ہے، چلی جا رہی ہے۔ تو بس میں اس کو دیکھا، ایسے ہی بنے۔ بہت بعد کو میں نے دریافت کیا کہ یہ تو انگریز ایک ڈیش لائے انڈیا میں،</w:t>
      </w:r>
    </w:p>
    <w:p>
      <w:r>
        <w:rPr>
          <w:b/>
        </w:rPr>
        <w:t xml:space="preserve">[17:52] </w:t>
      </w:r>
      <w:r>
        <w:t>railway line jo pehle thi nahi. Aisi to aam cheez hai. To agar India mein wohi raja pade rehte, wohi Mughal pade rehte to India mein koi taraqqi nahi ho sakti thi.</w:t>
      </w:r>
    </w:p>
    <w:p>
      <w:pPr>
        <w:jc w:val="right"/>
      </w:pPr>
      <w:r>
        <w:t>ریلوے لائن جو پہلے تھی نہیں۔ ایسی تو عام چیز ہے۔ تو اگر انڈیا میں وہی راجہ پڑے رہتے، وہی مغل پڑے رہتے تو انڈیا میں کوئی ترقی نہیں ہو سکتی تھی۔</w:t>
      </w:r>
    </w:p>
    <w:p>
      <w:r>
        <w:rPr>
          <w:b/>
        </w:rPr>
        <w:t xml:space="preserve">[18:05] </w:t>
      </w:r>
      <w:r>
        <w:t>to Allah taala ne rajaon, rajaon ko hataya, Mughalon ko hataya, angrez ko hataya aur phir sari taraqqiyan huin. Agar India mein aaj English na hoti, bas sirf Hindi aur Sanskrit log jante, Urdu jante, koi taraqqi na hoti.</w:t>
      </w:r>
    </w:p>
    <w:p>
      <w:pPr>
        <w:jc w:val="right"/>
      </w:pPr>
      <w:r>
        <w:t>تو اللہ تعالیٰ نے راجہؤں، راجہؤں کو ہٹایا، مغلوں کو ہٹایا، انگریز کو ہٹایا اور پھر ساری ترقیاں ہوئیں۔ اگر انڈیا میں آج انگلش نہ ہوتی، بس صرف ہندی اور سنسکرت لوگ جانتے، اردو جانتے، کوئی ترقی نہ ہوتی۔</w:t>
      </w:r>
    </w:p>
    <w:p>
      <w:r>
        <w:rPr>
          <w:b/>
        </w:rPr>
        <w:t xml:space="preserve">[18:25] </w:t>
      </w:r>
      <w:r>
        <w:t>musalman Urdu jante, Hindu Hindi jante, koi taraqqi nahi. To yeh language kaun laye? Angrez laye.</w:t>
      </w:r>
    </w:p>
    <w:p>
      <w:pPr>
        <w:jc w:val="right"/>
      </w:pPr>
      <w:r>
        <w:t>مسلمان اردو جانتے، ہندو ہندی جانتے، کوئی ترقی نہیں۔ تو یہ لینگویج کون لایا؟ انگریز لائے۔</w:t>
      </w:r>
    </w:p>
    <w:p>
      <w:r>
        <w:rPr>
          <w:b/>
        </w:rPr>
        <w:t xml:space="preserve">[18:37] </w:t>
      </w:r>
      <w:r>
        <w:t>to yeh aisa kya karna chahiye? Aise mauqe par jab replacement ho to karna kya chahiye? Isay seekhna chahiye.</w:t>
      </w:r>
    </w:p>
    <w:p>
      <w:pPr>
        <w:jc w:val="right"/>
      </w:pPr>
      <w:r>
        <w:t>تو یہ ایسا کیا کرنا چاہیے؟ ایسے موقع پر جب ریپلیسمنٹ ہو تو کرنا کیا چاہیے؟ اسے سیکھنا چاہیے۔</w:t>
      </w:r>
    </w:p>
    <w:p>
      <w:r>
        <w:rPr>
          <w:b/>
        </w:rPr>
        <w:t xml:space="preserve">[18:51] </w:t>
      </w:r>
      <w:r>
        <w:t>mein India ki misal deta hoon. India mein jab angrez aaye to musalmanon ka ehsas tha ke unhon ne hamari hukoomat chheni hai.</w:t>
      </w:r>
    </w:p>
    <w:p>
      <w:pPr>
        <w:jc w:val="right"/>
      </w:pPr>
      <w:r>
        <w:t>میں انڈیا کی مثال دیتا ہوں۔ انڈیا میں جب انگریز آئے تو مسلمانوں کا احساس تھا کہ انہوں نے ہماری حکومت چھینی ہے۔</w:t>
      </w:r>
    </w:p>
    <w:p>
      <w:r>
        <w:rPr>
          <w:b/>
        </w:rPr>
        <w:t xml:space="preserve">[19:01] </w:t>
      </w:r>
      <w:r>
        <w:t>woh ghassib hain, woh occupier hain.</w:t>
      </w:r>
    </w:p>
    <w:p>
      <w:pPr>
        <w:jc w:val="right"/>
      </w:pPr>
      <w:r>
        <w:t>وہ غاصب ہیں، وہ اکوپائر ہیں۔</w:t>
      </w:r>
    </w:p>
    <w:p>
      <w:r>
        <w:rPr>
          <w:b/>
        </w:rPr>
        <w:t xml:space="preserve">[19:04] </w:t>
      </w:r>
      <w:r>
        <w:t>to musalmanon ke zehan mein aa gaya, bas ladna hai, ladna hai, ladna hai, hate karna hai. Saare musalman hate karne gaye angrez.</w:t>
      </w:r>
    </w:p>
    <w:p>
      <w:pPr>
        <w:jc w:val="right"/>
      </w:pPr>
      <w:r>
        <w:t>تو مسلمانوں کے ذہن میں آ گیا، بس لڑنا ہے، لڑنا ہے، لڑنا ہے، ہیٹ کرنا ہے۔ سارے مسلمان ہیٹ کرنے گئے انگریز۔</w:t>
      </w:r>
    </w:p>
    <w:p>
      <w:r>
        <w:rPr>
          <w:b/>
        </w:rPr>
        <w:t xml:space="preserve">[19:13] </w:t>
      </w:r>
      <w:r>
        <w:t>hamare ulama ke aap un ke upar parhiye halaat. Ulama ke halaat mein likha rehta hai ke Hazrat ko angrezon se bari nafrat thi. Yeh likha rehta hai, baqayda chha hua.</w:t>
      </w:r>
    </w:p>
    <w:p>
      <w:pPr>
        <w:jc w:val="right"/>
      </w:pPr>
      <w:r>
        <w:t>ہمارے علماء کے آپ ان کے اوپر پڑھیے حالات۔ علماء کے حالات میں لکھا رہتا ہے کہ حضرت کو انگریزوں سے بڑی نفرت تھی۔ یہ لکھا رہتا ہے، باقاعدہ چھپا ہوا۔</w:t>
      </w:r>
    </w:p>
    <w:p>
      <w:r>
        <w:rPr>
          <w:b/>
        </w:rPr>
        <w:t xml:space="preserve">[19:25] </w:t>
      </w:r>
      <w:r>
        <w:t>hamare Urduani ke ulama ke Hazrat ko angrezon se bari nafrat thi. Mein sochta hoon ke Hazrat ko nafrat kyun thi? Bhai, Allah ki paida hui hai insaan se.</w:t>
      </w:r>
    </w:p>
    <w:p>
      <w:pPr>
        <w:jc w:val="right"/>
      </w:pPr>
      <w:r>
        <w:t>ہمارے اردوانی کے علماء کہ حضرت کو انگریزوں سے بڑی نفرت تھی۔ میں سوچتا ہوں کہ حضرت کو نفرت کیوں تھی؟ بھئی، اللہ کی پیدا ہوئی ہے انسان سے۔</w:t>
      </w:r>
    </w:p>
    <w:p>
      <w:r>
        <w:rPr>
          <w:b/>
        </w:rPr>
        <w:t xml:space="preserve">[19:35] </w:t>
      </w:r>
      <w:r>
        <w:t>Allah ki paida ki hui insaan Hazrat ko nafrat ki thi.</w:t>
      </w:r>
    </w:p>
    <w:p>
      <w:pPr>
        <w:jc w:val="right"/>
      </w:pPr>
      <w:r>
        <w:t>اللہ کی پیدا کی ہوئی انسان حضرت کو نفرت کی تھی۔</w:t>
      </w:r>
    </w:p>
    <w:p>
      <w:r>
        <w:rPr>
          <w:b/>
        </w:rPr>
        <w:t xml:space="preserve">[19:39] </w:t>
      </w:r>
      <w:r>
        <w:t>to Hazrat jante nahi thay qanoon e istibdaal ko ke angrez aaye hain taake un se aap zarra nahi karein. Aik to yeh ke aap un ko dawat dein.</w:t>
      </w:r>
    </w:p>
    <w:p>
      <w:pPr>
        <w:jc w:val="right"/>
      </w:pPr>
      <w:r>
        <w:t>تو حضرت جانتے نہیں تھے قانون استبدال کو کہ انگریز آئے ہیں تاکہ ان سے آپ ضرر نہیں کریں۔ ایک تو یہ کہ آپ ان کو دعوت دیں۔</w:t>
      </w:r>
    </w:p>
    <w:p>
      <w:r>
        <w:rPr>
          <w:b/>
        </w:rPr>
        <w:t xml:space="preserve">[19:51] </w:t>
      </w:r>
      <w:r>
        <w:t>bahir ki qom aap mulk mein aa gayi hai. Mad'u jo hai, aap ke darwaze pahunch gaya hai. Dawat dijiye. Aik pehlu yeh hai.</w:t>
      </w:r>
    </w:p>
    <w:p>
      <w:pPr>
        <w:jc w:val="right"/>
      </w:pPr>
      <w:r>
        <w:t>باہر کی قوم آپ ملک میں آ گئی ہے۔ مدعو جو ہے، آپ کے دروازے پہنچ گیا ہے۔ دعوت دیجئے۔ ایک پہلو یہ ہے۔</w:t>
      </w:r>
    </w:p>
    <w:p>
      <w:r>
        <w:rPr>
          <w:b/>
        </w:rPr>
        <w:t xml:space="preserve">[19:59] </w:t>
      </w:r>
      <w:r>
        <w:t>dosra pehlu ke in se aap seekhiye. modern knowledge seekhiye. modern science seekhiye. in se angrezi seekhiye. in se modern technologies seekhiye.</w:t>
      </w:r>
    </w:p>
    <w:p>
      <w:pPr>
        <w:jc w:val="right"/>
      </w:pPr>
      <w:r>
        <w:t>دوسرا پہلو کہ ان سے آپ سیکھیے۔ ماڈرن نالج سیکھیے۔ ماڈرن سائنس سیکھیے۔ ان سے انگریزی سیکھیے۔ ان سے ماڈرن ٹیکنالوجیز سیکھیے۔</w:t>
      </w:r>
    </w:p>
    <w:p>
      <w:r>
        <w:rPr>
          <w:b/>
        </w:rPr>
        <w:t xml:space="preserve">[20:11] </w:t>
      </w:r>
      <w:r>
        <w:t>lekin yeh musalmanon ka zehan chhaya hua tha ke hamein to recapture karna hai apne apne past glory ko.</w:t>
      </w:r>
    </w:p>
    <w:p>
      <w:pPr>
        <w:jc w:val="right"/>
      </w:pPr>
      <w:r>
        <w:t>لیکن یہ مسلمانوں کا ذہن چھایا ہوا تھا کہ ہمیں تو ری کیپچر کرنا ہے اپنے اپنے پاسٹ گلوری کو۔</w:t>
      </w:r>
    </w:p>
    <w:p>
      <w:r>
        <w:rPr>
          <w:b/>
        </w:rPr>
        <w:t xml:space="preserve">[20:22] </w:t>
      </w:r>
      <w:r>
        <w:t>to woh kuch hasil na kar sake.</w:t>
      </w:r>
    </w:p>
    <w:p>
      <w:pPr>
        <w:jc w:val="right"/>
      </w:pPr>
      <w:r>
        <w:t>تو وہ کچھ حاصل نہ کر سکے۔</w:t>
      </w:r>
    </w:p>
    <w:p>
      <w:r>
        <w:rPr>
          <w:b/>
        </w:rPr>
        <w:t xml:space="preserve">[20:25] </w:t>
      </w:r>
      <w:r>
        <w:t>hindu ka yeh izhaar nahi tha ke kyunke hindu ka yeh izhaar nahi tha ke hamari hukumat chheni hai unhon ne. yeh musalmanon ka zehan tha ke hamari hukumat chheni hai.</w:t>
      </w:r>
    </w:p>
    <w:p>
      <w:pPr>
        <w:jc w:val="right"/>
      </w:pPr>
      <w:r>
        <w:t>ہندو کا یہ اظہار نہیں تھا کہ کیونکہ ہندو کا یہ اظہار نہیں تھا کہ ہماری حکومت چھینی ہے انہوں نے۔ یہ مسلمانوں کا ذہن تھا کہ ہماری حکومت چھینی ہے۔</w:t>
      </w:r>
    </w:p>
    <w:p>
      <w:r>
        <w:rPr>
          <w:b/>
        </w:rPr>
        <w:t xml:space="preserve">[20:37] </w:t>
      </w:r>
      <w:r>
        <w:t>to hindu ka is maamle mein un ke andar indifference tha. indifference. to hindu bohat tezi se angrezi seekhne laga.</w:t>
      </w:r>
    </w:p>
    <w:p>
      <w:pPr>
        <w:jc w:val="right"/>
      </w:pPr>
      <w:r>
        <w:t>تو ہندو کا اس معاملے میں ان کے اندر ان ڈیفرنس تھا۔ ان ڈیفرنس۔ تو ہندو بہت تیزی سے انگریزی سیکھنے لگا۔</w:t>
      </w:r>
    </w:p>
    <w:p>
      <w:r>
        <w:rPr>
          <w:b/>
        </w:rPr>
        <w:t xml:space="preserve">[20:48] </w:t>
      </w:r>
      <w:r>
        <w:t>hindu ne industry lagai, naye tareeqe ko bata ke. angrezi seekhi, science parhi unhon ne.</w:t>
      </w:r>
    </w:p>
    <w:p>
      <w:pPr>
        <w:jc w:val="right"/>
      </w:pPr>
      <w:r>
        <w:t>ہندو نے انڈسٹری لگائی، نئے طریقے کو بتا کے۔ انگریزی سیکھی، سائنس پڑھی انہوں نے۔</w:t>
      </w:r>
    </w:p>
    <w:p>
      <w:r>
        <w:rPr>
          <w:b/>
        </w:rPr>
        <w:t xml:space="preserve">[20:55] </w:t>
      </w:r>
      <w:r>
        <w:t>kitne kai log hinduo mein jo science mein nobel prize mila un ko. har lihaaz se unhon ne taraqqi ki.</w:t>
      </w:r>
    </w:p>
    <w:p>
      <w:pPr>
        <w:jc w:val="right"/>
      </w:pPr>
      <w:r>
        <w:t>کتنے کئی لوگ ہندوؤں میں جو سائنس میں نوبل پرائز ملا ان کو۔ ہر لحاظ سے انہوں نے ترقی کی۔</w:t>
      </w:r>
    </w:p>
    <w:p>
      <w:r>
        <w:rPr>
          <w:b/>
        </w:rPr>
        <w:t xml:space="preserve">[21:07] </w:t>
      </w:r>
      <w:r>
        <w:t>aise poori dunya ka maamla hai.</w:t>
      </w:r>
    </w:p>
    <w:p>
      <w:pPr>
        <w:jc w:val="right"/>
      </w:pPr>
      <w:r>
        <w:t>ایسے پوری دنیا کا معاملہ ہے۔</w:t>
      </w:r>
    </w:p>
    <w:p>
      <w:r>
        <w:rPr>
          <w:b/>
        </w:rPr>
        <w:t xml:space="preserve">[21:13] </w:t>
      </w:r>
      <w:r>
        <w:t>poori dunya mein musalman bas maghribi qomon se ladna, ladna, ladna, un ko maarna, un ko un ko khatam karna.</w:t>
      </w:r>
    </w:p>
    <w:p>
      <w:pPr>
        <w:jc w:val="right"/>
      </w:pPr>
      <w:r>
        <w:t>پوری دنیا میں مسلمان بس مغربی قوموں سے لڑنا، لڑنا، لڑنا، ان کو مارنا، ان کو ان کو ختم کرنا۔</w:t>
      </w:r>
    </w:p>
    <w:p>
      <w:r>
        <w:rPr>
          <w:b/>
        </w:rPr>
        <w:t xml:space="preserve">[21:22] </w:t>
      </w:r>
      <w:r>
        <w:t>kyunke woh samjhe ke zalim hain, occupier hain.</w:t>
      </w:r>
    </w:p>
    <w:p>
      <w:pPr>
        <w:jc w:val="right"/>
      </w:pPr>
      <w:r>
        <w:t>کیونکہ وہ سمجھے کہ ظالم ہیں، اکوپائر ہیں۔</w:t>
      </w:r>
    </w:p>
    <w:p>
      <w:r>
        <w:rPr>
          <w:b/>
        </w:rPr>
        <w:t xml:space="preserve">[21:26] </w:t>
      </w:r>
      <w:r>
        <w:t>is wajah se yeh kya hua? ek misaal mein deta hoon.</w:t>
      </w:r>
    </w:p>
    <w:p>
      <w:pPr>
        <w:jc w:val="right"/>
      </w:pPr>
      <w:r>
        <w:t>اس وجہ سے یہ کیا ہوا؟ ایک مثال میں دیتا ہوں۔</w:t>
      </w:r>
    </w:p>
    <w:p>
      <w:r>
        <w:rPr>
          <w:b/>
        </w:rPr>
        <w:t xml:space="preserve">[21:35] </w:t>
      </w:r>
      <w:r>
        <w:t>germany mein gutenberg paida hua aur us ne pehli baar ek printing press banaya.</w:t>
      </w:r>
    </w:p>
    <w:p>
      <w:pPr>
        <w:jc w:val="right"/>
      </w:pPr>
      <w:r>
        <w:t>جرمنی میں گوٹن برگ پیدا ہوا اور اس نے پہلی بار ایک پرنٹنگ پریس بنایا۔</w:t>
      </w:r>
    </w:p>
    <w:p>
      <w:r>
        <w:rPr>
          <w:b/>
        </w:rPr>
        <w:t xml:space="preserve">[21:48] </w:t>
      </w:r>
      <w:r>
        <w:t>qabil amal printing press. workable printing press.</w:t>
      </w:r>
    </w:p>
    <w:p>
      <w:pPr>
        <w:jc w:val="right"/>
      </w:pPr>
      <w:r>
        <w:t>قابل عمل پرنٹنگ پریس۔ ورک ورک ایبل پرنٹنگ پریس۔</w:t>
      </w:r>
    </w:p>
    <w:p>
      <w:r>
        <w:rPr>
          <w:b/>
        </w:rPr>
        <w:t xml:space="preserve">[21:54] </w:t>
      </w:r>
      <w:r>
        <w:t>ab is ke baad daradar europe mein yeh hua ke kitabein pehle hua karti thi'n hath ki likhi hui. hath ki likhi hui kitab phailti nahi thi. to ilm jo hai phailta nahi tha.</w:t>
      </w:r>
    </w:p>
    <w:p>
      <w:pPr>
        <w:jc w:val="right"/>
      </w:pPr>
      <w:r>
        <w:t>اب اس کے بعد درادر یورپ میں یہ ہوا کہ کتابیں پہلے ہوا کرتی تھیں ہاتھ کی لکھی ہوئی۔ ہاتھ کی لکھی ہوئی کتاب پھیلتی نہیں تھی۔ تو علم جو ہے پھیلتا نہیں تھا۔</w:t>
      </w:r>
    </w:p>
    <w:p>
      <w:r>
        <w:rPr>
          <w:b/>
        </w:rPr>
        <w:t xml:space="preserve">[22:06] </w:t>
      </w:r>
      <w:r>
        <w:t>ek shakhs ne kitab likhi, ab hath ki likhi hui rakh diya almirah mein. ab koi wahi ja ke parhe to parhe. saare log kaise parhein?</w:t>
      </w:r>
    </w:p>
    <w:p>
      <w:pPr>
        <w:jc w:val="right"/>
      </w:pPr>
      <w:r>
        <w:t>ایک شخص نے کتاب لکھی، اب ہاتھ کی لکھی ہوئی رکھ دیا الباری میں۔ اب کوئی وہی جا کے پڑھے تو پڑھے۔ سارے لوگ کیسے پڑھیں؟</w:t>
      </w:r>
    </w:p>
    <w:p>
      <w:r>
        <w:rPr>
          <w:b/>
        </w:rPr>
        <w:t xml:space="preserve">[22:16] </w:t>
      </w:r>
      <w:r>
        <w:t>printing press ne is ko mumkin kar diya ke ek shakhs kitab likha hai, woh chhape chhap ke saari dunya mein phailay.</w:t>
      </w:r>
    </w:p>
    <w:p>
      <w:pPr>
        <w:jc w:val="right"/>
      </w:pPr>
      <w:r>
        <w:t>پرنٹنگ پریس نے اس کو ممکن کر دیا کہ ایک شخص کتاب لکھا ہے، وہ چھپے چھپ کے ساری دنیا میں پھیلے۔</w:t>
      </w:r>
    </w:p>
    <w:p>
      <w:r>
        <w:rPr>
          <w:b/>
        </w:rPr>
        <w:t xml:space="preserve">[22:24] </w:t>
      </w:r>
      <w:r>
        <w:t>to europe mein ilm khoob phaila. aur muslim dunya mein ilm phaila hi nahi.</w:t>
      </w:r>
    </w:p>
    <w:p>
      <w:pPr>
        <w:jc w:val="right"/>
      </w:pPr>
      <w:r>
        <w:t>تو یورپ میں علم خوب پھیلا۔ اور مسلم دنیا میں علم پھیلا ہی نہیں۔</w:t>
      </w:r>
    </w:p>
    <w:p>
      <w:r>
        <w:rPr>
          <w:b/>
        </w:rPr>
        <w:t xml:space="preserve">[22:33] </w:t>
      </w:r>
      <w:r>
        <w:t>dekhiye, yeh ek waqia hai ke printing press europe mein chaudhveen sadi mein aam ho chuka tha.</w:t>
      </w:r>
    </w:p>
    <w:p>
      <w:pPr>
        <w:jc w:val="right"/>
      </w:pPr>
      <w:r>
        <w:t>دیکھیے، یہ ایک واقعہ ہے کہ پرنٹنگ پریس یورپ میں چودھویں صدی میں عام ہو چکا تھا۔</w:t>
      </w:r>
    </w:p>
    <w:p>
      <w:r>
        <w:rPr>
          <w:b/>
        </w:rPr>
        <w:t xml:space="preserve">[22:42] </w:t>
      </w:r>
      <w:r>
        <w:t>fourteen century mein. ab muslim dunya mein printing press aaya hai atharveen sadi mein. woh bhi aaye napoleon ke zariye se.</w:t>
      </w:r>
    </w:p>
    <w:p>
      <w:pPr>
        <w:jc w:val="right"/>
      </w:pPr>
      <w:r>
        <w:t>فورٹین سینچری میں۔ اب مسلم دنیا میں پرنٹنگ پریس آیا ہے اٹھارویں صدی میں۔ وہ بھی آئے نیپولین کے ذریعے سے۔</w:t>
      </w:r>
    </w:p>
    <w:p>
      <w:r>
        <w:rPr>
          <w:b/>
        </w:rPr>
        <w:t xml:space="preserve">[22:51] </w:t>
      </w:r>
      <w:r>
        <w:t>musalman nahi laye.</w:t>
      </w:r>
    </w:p>
    <w:p>
      <w:pPr>
        <w:jc w:val="right"/>
      </w:pPr>
      <w:r>
        <w:t>مسلمان نہیں لائے۔</w:t>
      </w:r>
    </w:p>
    <w:p>
      <w:r>
        <w:rPr>
          <w:b/>
        </w:rPr>
        <w:t xml:space="preserve">[22:53] </w:t>
      </w:r>
      <w:r>
        <w:t>to teen sau saal musalman maghrib se peechay ho gaye. seedhe seedhe. waise dekhein to teen sau saal mein bhi aur bhi zyada peechay hain.</w:t>
      </w:r>
    </w:p>
    <w:p>
      <w:pPr>
        <w:jc w:val="right"/>
      </w:pPr>
      <w:r>
        <w:t>تو تین سو سال مسلمان مغرب سے پیچھے ہو گئے۔ سیدھے سیدھے۔ ویسے دیکھیں تو تین سو سال میں بھی اور بھی زیادہ پیچھے ہیں۔</w:t>
      </w:r>
    </w:p>
    <w:p>
      <w:r>
        <w:rPr>
          <w:b/>
        </w:rPr>
        <w:t xml:space="preserve">[23:07] </w:t>
      </w:r>
      <w:r>
        <w:t>yaani agar printing press ke lihaaz se dekha hai aap to 300 years peech</w:t>
      </w:r>
    </w:p>
    <w:p>
      <w:pPr>
        <w:jc w:val="right"/>
      </w:pPr>
      <w:r>
        <w:t>یعنی اگر پرنٹنگ پریس کے لحاظ سے دیکھا ہے آپ تو تھری ہنڈرڈ ایئرز پیچھ</w:t>
      </w:r>
    </w:p>
    <w:p>
      <w:r>
        <w:rPr>
          <w:b/>
        </w:rPr>
        <w:t xml:space="preserve">[23:12] </w:t>
      </w:r>
      <w:r>
        <w:t>ay hain. aaj muslim dunya mein kisi muslim dunya mein na to kaghaz banta hai, na printing press banta hai, na modern technology jo printing ke upar banti hai.</w:t>
      </w:r>
    </w:p>
    <w:p>
      <w:pPr>
        <w:jc w:val="right"/>
      </w:pPr>
      <w:r>
        <w:t>ے ہیں۔ آج مسلم دنیا میں کسی مسلم دنیا میں نہ تو کاغذ بنتا ہے، نہ پرنٹنگ پریس بنتا ہے، نہ ماڈرن ٹیکنالوجی جو پرنٹنگ کے اوپر بنتی ہے۔</w:t>
      </w:r>
    </w:p>
    <w:p>
      <w:r>
        <w:rPr>
          <w:b/>
        </w:rPr>
        <w:t xml:space="preserve">[23:21] </w:t>
      </w:r>
      <w:r>
        <w:t>la kar arab se khareed kar late hain. yahan tak ke musalmanon ki jo military ki hai, woh bhi maghrib ke bil par chal rahi hai.</w:t>
      </w:r>
    </w:p>
    <w:p>
      <w:pPr>
        <w:jc w:val="right"/>
      </w:pPr>
      <w:r>
        <w:t>لا اور عرب سے خرید کر لاتے ہیں۔ یہاں تک کہ مسلمانوں کی جو ملٹریسی ہے، وہ بھی مغرب کے بل پر چل رہی ہے۔</w:t>
      </w:r>
    </w:p>
    <w:p>
      <w:r>
        <w:rPr>
          <w:b/>
        </w:rPr>
        <w:t xml:space="preserve">[23:31] </w:t>
      </w:r>
      <w:r>
        <w:t>jo gun woh log istemal karte hain, jo bomb istemal karte hain, woh kahan se late hain? wohi'n se khareed kar late hain.</w:t>
      </w:r>
    </w:p>
    <w:p>
      <w:pPr>
        <w:jc w:val="right"/>
      </w:pPr>
      <w:r>
        <w:t>جو گن وہ لوگ استعمال کرتے ہیں، جو بم استعمال کرتے ہیں، وہ کہاں سے لاتے ہیں؟ وہیں سے خرید کر لاتے ہیں۔</w:t>
      </w:r>
    </w:p>
    <w:p>
      <w:r>
        <w:rPr>
          <w:b/>
        </w:rPr>
        <w:t xml:space="preserve">[23:38] </w:t>
      </w:r>
      <w:r>
        <w:t>kesi ajeeb baat hai ke modern technology agar na ho to un ki military bhi khatam ho jaye gi. itna peechay hain musalman.</w:t>
      </w:r>
    </w:p>
    <w:p>
      <w:pPr>
        <w:jc w:val="right"/>
      </w:pPr>
      <w:r>
        <w:t>کیسی عجیب بات ہے کہ ماڈرن ٹیکنالوجی اگر نہ ہو تو ان کی ملٹریسی بھی ختم ہو جائے۔ اتنا پیچھے ہیں مسلمان۔</w:t>
      </w:r>
    </w:p>
    <w:p>
      <w:r>
        <w:rPr>
          <w:b/>
        </w:rPr>
        <w:t xml:space="preserve">[23:53] </w:t>
      </w:r>
      <w:r>
        <w:t>to kyun hai? unhon ne is waqt maamle ko nahi samjha ke is yeh maamla istibdaal ka, replacement ka hai. yeh zulm ka nahi hai.</w:t>
      </w:r>
    </w:p>
    <w:p>
      <w:pPr>
        <w:jc w:val="right"/>
      </w:pPr>
      <w:r>
        <w:t>تو کیوں ہے؟ انہوں نے اس وقت معاملے کو نہیں سمجھا کہ اس یہ معاملہ استبدال کا، ریپلیسمنٹ کا ہے۔ یہ ظلم کا نہیں ہے۔</w:t>
      </w:r>
    </w:p>
    <w:p>
      <w:r>
        <w:rPr>
          <w:b/>
        </w:rPr>
        <w:t xml:space="preserve">[24:02] </w:t>
      </w:r>
      <w:r>
        <w:t>falasteen mein jaisay israel aaye, yeh yahoodiyon ke sath kiya maamla hua tha?</w:t>
      </w:r>
    </w:p>
    <w:p>
      <w:pPr>
        <w:jc w:val="right"/>
      </w:pPr>
      <w:r>
        <w:t>فلسطین میں جیسے اسرائیل آئے، یہ یہودیوں کے ساتھ کیا معاملہ ہوا تھا؟</w:t>
      </w:r>
    </w:p>
    <w:p>
      <w:r>
        <w:rPr>
          <w:b/>
        </w:rPr>
        <w:t xml:space="preserve">[24:08] </w:t>
      </w:r>
      <w:r>
        <w:t>yahoodi jo hai, un par badshah ne do baar un ko attack kiya. aik babal ke badshah ne, iran ke badshah ne.</w:t>
      </w:r>
    </w:p>
    <w:p>
      <w:pPr>
        <w:jc w:val="right"/>
      </w:pPr>
      <w:r>
        <w:t>یہودی جو ہے، ان پر بادشاہ نے دو بار ان کو اٹیک کیا۔ ایک بابل کے بادشاہ نے، ایران کے بادشاہ نے۔</w:t>
      </w:r>
    </w:p>
    <w:p>
      <w:r>
        <w:rPr>
          <w:b/>
        </w:rPr>
        <w:t xml:space="preserve">[24:18] </w:t>
      </w:r>
      <w:r>
        <w:t>to yahoodi bhagay. un ki bari tadad chali gayi Europe mein. wahan unhon ne angrezi parhi, science parhi.</w:t>
      </w:r>
    </w:p>
    <w:p>
      <w:pPr>
        <w:jc w:val="right"/>
      </w:pPr>
      <w:r>
        <w:t>تو یہودی بھاگے۔ ان کی بڑی تعداد چلی گئی یورپ میں۔ وہاں انہوں نے انگریزی پڑھی، سائنس پڑھی۔</w:t>
      </w:r>
    </w:p>
    <w:p>
      <w:r>
        <w:rPr>
          <w:b/>
        </w:rPr>
        <w:t xml:space="preserve">[24:30] </w:t>
      </w:r>
      <w:r>
        <w:t>to yeh jo yeh yahoodi jo 1948 mein, yaani aaye israel mein, falasteen mein, jo diaspora mein thay, yeh jo jo yahoodi diaspora mein thay aur lotay falasteen, woh sab modern education liye hue thay.</w:t>
      </w:r>
    </w:p>
    <w:p>
      <w:pPr>
        <w:jc w:val="right"/>
      </w:pPr>
      <w:r>
        <w:t>تو یہ جو یہ یہودی جو 1948 میں، یعنی آئے اسرائیل میں، فلسطین میں، جو ڈائسپورا میں تھے، یہ جو جو یہودی ڈائسپورا میں تھے اور لوٹے فلسطین، وہ سب ماڈرن ایجوکیشن لیے ہوئے تھے۔</w:t>
      </w:r>
    </w:p>
    <w:p>
      <w:r>
        <w:rPr>
          <w:b/>
        </w:rPr>
        <w:t xml:space="preserve">[24:56] </w:t>
      </w:r>
      <w:r>
        <w:t>woh aik developed nation thay</w:t>
      </w:r>
    </w:p>
    <w:p>
      <w:pPr>
        <w:jc w:val="right"/>
      </w:pPr>
      <w:r>
        <w:t>وہ ایک ڈیولپڈ نیشن تھ</w:t>
      </w:r>
    </w:p>
    <w:p>
      <w:r>
        <w:rPr>
          <w:b/>
        </w:rPr>
        <w:t xml:space="preserve">[24:58] </w:t>
      </w:r>
      <w:r>
        <w:t>yeh, woh musalmanon ki tarah nahi tha. woh mein ne dekha, koi replacement, replacement ka maamla tha. ab arabon ko chahiye tha ke un se seekhein, un se interact karein.</w:t>
      </w:r>
    </w:p>
    <w:p>
      <w:pPr>
        <w:jc w:val="right"/>
      </w:pPr>
      <w:r>
        <w:t>ی، وہ مسلمانوں کی طرح نہیں تھا۔ وہ میں نے دیکھا، کوئی ریپلیسمنٹ، ریپلیسمنٹ کا معاملہ تھا۔ اب عربوں کو چاہیے تھا کہ ان سے سیکھیں، ان سے انٹریکٹ کریں۔</w:t>
      </w:r>
    </w:p>
    <w:p>
      <w:r>
        <w:rPr>
          <w:b/>
        </w:rPr>
        <w:t xml:space="preserve">[25:12] </w:t>
      </w:r>
      <w:r>
        <w:t>dono mil jul kar falasteen ko develop karein. larne ka kiya matlab hai? agar yeh maamla zulm ka hota to 60 saal tak koi zulm nahi kar sakta.</w:t>
      </w:r>
    </w:p>
    <w:p>
      <w:pPr>
        <w:jc w:val="right"/>
      </w:pPr>
      <w:r>
        <w:t>دونوں مل جل کر فلسطین کو ڈیولپ کریں۔ لڑنے کا کیا مطلب ہے؟ اگر یہ معاملہ ظلم کا ہوتا تو 60 سال تک کوئی ظلم نہیں کر سکتا۔</w:t>
      </w:r>
    </w:p>
    <w:p>
      <w:r>
        <w:rPr>
          <w:b/>
        </w:rPr>
        <w:t xml:space="preserve">[25:25] </w:t>
      </w:r>
      <w:r>
        <w:t>yaad rakhiye,</w:t>
      </w:r>
    </w:p>
    <w:p>
      <w:pPr>
        <w:jc w:val="right"/>
      </w:pPr>
      <w:r>
        <w:t>یاد رکھیے،</w:t>
      </w:r>
    </w:p>
    <w:p>
      <w:r>
        <w:rPr>
          <w:b/>
        </w:rPr>
        <w:t xml:space="preserve">[25:28] </w:t>
      </w:r>
      <w:r>
        <w:t>Allah taala kisi ko mauqa nahi de de sakta ke 60 baras tak zulm hi zulm karta rahe ho, sab ko maarta peetta rahe ho.</w:t>
      </w:r>
    </w:p>
    <w:p>
      <w:pPr>
        <w:jc w:val="right"/>
      </w:pPr>
      <w:r>
        <w:t>اللہ تعالیٰ کسی کو موقع نہیں دے دے سکتا کہ 60 برس تک ظلم ہی ظلم کرتا رہے ہو، سب کو مارتا پیٹتا رہے ہو۔</w:t>
      </w:r>
    </w:p>
    <w:p>
      <w:r>
        <w:rPr>
          <w:b/>
        </w:rPr>
        <w:t xml:space="preserve">[25:38] </w:t>
      </w:r>
      <w:r>
        <w:t>is duniya ka jo ko jo manage kar raha hai, woh khud Allah taala hai. to yeh impossible hai ke Allah taala kisi ko mauqa de ke woh 60 baras se ziyada muddat tak aik tarafah tor par logon ko maarta peetta rahe,</w:t>
      </w:r>
    </w:p>
    <w:p>
      <w:pPr>
        <w:jc w:val="right"/>
      </w:pPr>
      <w:r>
        <w:t>اس دنیا کا جو کو جو مینج کر رہا ہے، وہ خود اللہ تعالیٰ ہے۔ تو یہ امپاسیبل ہے کہ اللہ تعالیٰ کسی کو موقع دے کہ وہ 60 برس سے زیادہ مدت تک ایک طرفہ طور پر لوگوں کو مارتا پیٹتا رہے،</w:t>
      </w:r>
    </w:p>
    <w:p>
      <w:r>
        <w:rPr>
          <w:b/>
        </w:rPr>
        <w:t xml:space="preserve">[25:55] </w:t>
      </w:r>
      <w:r>
        <w:t>interview na kare woh.</w:t>
      </w:r>
    </w:p>
    <w:p>
      <w:pPr>
        <w:jc w:val="right"/>
      </w:pPr>
      <w:r>
        <w:t>انٹرویو نہ کرے وہ۔</w:t>
      </w:r>
    </w:p>
    <w:p>
      <w:r>
        <w:rPr>
          <w:b/>
        </w:rPr>
        <w:t xml:space="preserve">[25:57] </w:t>
      </w:r>
      <w:r>
        <w:t>to sari ghalti is mein arabon ki hai, musalmanon ki hai, aur sari duniya ki hai. kyunke sari duniya jo hai, un logon ko himayat kar rahi hai, unhein log shabashi de rahi hai, un arabon ko jo khwamkhwah lar rahe hain.</w:t>
      </w:r>
    </w:p>
    <w:p>
      <w:pPr>
        <w:jc w:val="right"/>
      </w:pPr>
      <w:r>
        <w:t>تو ساری غلطی اس میں عربوں کی ہے، مسلمانوں کی ہے، اور ساری دنیا کی ہے۔ کیونکہ ساری دنیا جو ہے، ان لوگوں کو حمایت کر رہی ہے، انہیں لوگ شاباشی دے رہی ہے، ان عربوں کو جو خوامخواہ لڑ رہے ہیں۔</w:t>
      </w:r>
    </w:p>
    <w:p>
      <w:r>
        <w:rPr>
          <w:b/>
        </w:rPr>
        <w:t xml:space="preserve">[26:11] </w:t>
      </w:r>
      <w:r>
        <w:t>yaani mere siwa, mein aik akela aik aadmi hoon poori duniya mein jo kehta hoon ke arab ghalti par hain. sab samajhte hain ke zulm ka waqia hai aur arab jo hai, sahi kaam kar rahe hain.</w:t>
      </w:r>
    </w:p>
    <w:p>
      <w:pPr>
        <w:jc w:val="right"/>
      </w:pPr>
      <w:r>
        <w:t>یعنی میرے سوا، میں ایک اکیلا ایک آدمی ہوں پوری دنیا میں جو کہتا ہوں کہ عرب غلطی پر ہیں۔ سب سمجھتے ہیں کہ ظلم کا واقعہ ہے اور عرب جو ہے، صحیح کام کر رہے ہیں۔</w:t>
      </w:r>
    </w:p>
    <w:p>
      <w:r>
        <w:rPr>
          <w:b/>
        </w:rPr>
        <w:t xml:space="preserve">[26:24] </w:t>
      </w:r>
      <w:r>
        <w:t>sab one to all.</w:t>
      </w:r>
    </w:p>
    <w:p>
      <w:pPr>
        <w:jc w:val="right"/>
      </w:pPr>
      <w:r>
        <w:t>سب ون ٹو آل۔</w:t>
      </w:r>
    </w:p>
    <w:p>
      <w:r>
        <w:rPr>
          <w:b/>
        </w:rPr>
        <w:t xml:space="preserve">[26:28] </w:t>
      </w:r>
      <w:r>
        <w:t>to dekhiye, agar arab samajhte ke istibdaal ka maamla hai to kiya hota? un se technology seekhte, un se English seekhte, un se modern education lete.</w:t>
      </w:r>
    </w:p>
    <w:p>
      <w:pPr>
        <w:jc w:val="right"/>
      </w:pPr>
      <w:r>
        <w:t>تو دیکھیے، اگر عرب سمجھتے کہ استبدال کا معاملہ ہے تو کیا ہوتا؟ ان سے ٹیکنالوجی سیکھتے، ان سے انگلش سیکھتے، ان سے ماڈرن ایجوکیشن لیتے۔</w:t>
      </w:r>
    </w:p>
    <w:p>
      <w:r>
        <w:rPr>
          <w:b/>
        </w:rPr>
        <w:t xml:space="preserve">[26:43] </w:t>
      </w:r>
      <w:r>
        <w:t>mein aik misaal deta hoon aap ko. aik baar mein gaya falasteen aik seminar mein. is seminar mein israeli bhi aaye thay aur arab bhi aaye thay.</w:t>
      </w:r>
    </w:p>
    <w:p>
      <w:pPr>
        <w:jc w:val="right"/>
      </w:pPr>
      <w:r>
        <w:t>میں ایک مثال دیتا ہوں آپ کو۔ ایک بار میں گیا فلسطین ایک سیمینار میں۔ اس سیمینار میں اسرائیلی بھی آئے تھے اور عرب بھی آئے تھے۔</w:t>
      </w:r>
    </w:p>
    <w:p>
      <w:r>
        <w:rPr>
          <w:b/>
        </w:rPr>
        <w:t xml:space="preserve">[26:58] </w:t>
      </w:r>
      <w:r>
        <w:t>to mein ne dekha ke wahan arab nojawan kai hain jo bohat umda angrezi bol rahe hain, bohat achi English bol rahe hain, jo ke hum to arab log nahi bolte.</w:t>
      </w:r>
    </w:p>
    <w:p>
      <w:pPr>
        <w:jc w:val="right"/>
      </w:pPr>
      <w:r>
        <w:t>تو میں نے دیکھا کہ وہاں عرب نوجوان کئی ہیں جو بہت عمدہ انگریزی بول رہے ہیں، بہت اچھی انگلش بول رہے ہیں، جو کہ ہم تو عرب لوگ نہیں بولتے۔</w:t>
      </w:r>
    </w:p>
    <w:p>
      <w:r>
        <w:rPr>
          <w:b/>
        </w:rPr>
        <w:t xml:space="preserve">[27:10] </w:t>
      </w:r>
      <w:r>
        <w:t>to mujhe bara taajjub tha ke aakhir yeh woh arab thay, arab nojawan thay, aur English bohat umda bol rahe thay. to mein ne poocha ke aakhir yeh English kahan seekhte hain, kahan parha hai unhon ne?</w:t>
      </w:r>
    </w:p>
    <w:p>
      <w:pPr>
        <w:jc w:val="right"/>
      </w:pPr>
      <w:r>
        <w:t>تو مجھے بڑا تعجب تھا کہ آخر یہ وہ عرب تھے، عرب نوجوان تھے، اور انگلش بہت عمدہ بول رہے تھے۔ تو میں نے پوچھا کہ آخر یہ انگلش کہاں سیکھتے ہیں، کہاں پڑھا ہے انہوں نے؟</w:t>
      </w:r>
    </w:p>
    <w:p>
      <w:r>
        <w:rPr>
          <w:b/>
        </w:rPr>
        <w:t xml:space="preserve">[27:24] </w:t>
      </w:r>
      <w:r>
        <w:t>phir pata chala ke israel mein jo school hain, jo bohat hi standard school hotay hain, wahan parha hai unhon ne. aur yeh israeli arab hain.</w:t>
      </w:r>
    </w:p>
    <w:p>
      <w:pPr>
        <w:jc w:val="right"/>
      </w:pPr>
      <w:r>
        <w:t>پھر پتہ چلا کہ اسرائیل میں جو سکول ہیں، جو بہت ہی سٹینڈرڈ سکول ہوتے ہیں، وہاں پڑھا ہے انہوں نے۔ اور یہ اسرائیلی عرب ہیں۔</w:t>
      </w:r>
    </w:p>
    <w:p>
      <w:r>
        <w:rPr>
          <w:b/>
        </w:rPr>
        <w:t xml:space="preserve">[27:34] </w:t>
      </w:r>
      <w:r>
        <w:t>yeh</w:t>
      </w:r>
    </w:p>
    <w:p>
      <w:pPr>
        <w:jc w:val="right"/>
      </w:pPr>
      <w:r>
        <w:t>یہ</w:t>
      </w:r>
    </w:p>
    <w:p>
      <w:r>
        <w:rPr>
          <w:b/>
        </w:rPr>
        <w:t xml:space="preserve">[27:38] </w:t>
      </w:r>
      <w:r>
        <w:t>dekhiye, falasteen mein kuch arab hain aur abhi bhi bohat se arab khud israel mein basay hue hain.</w:t>
      </w:r>
    </w:p>
    <w:p>
      <w:pPr>
        <w:jc w:val="right"/>
      </w:pPr>
      <w:r>
        <w:t>دیکھیے، فلسطین میں کچھ عرب ہیں اور ابھی بھی بہت سے عرب خود اسرائیل میں بسے ہوئے ہیں۔</w:t>
      </w:r>
    </w:p>
    <w:p>
      <w:r>
        <w:rPr>
          <w:b/>
        </w:rPr>
        <w:t xml:space="preserve">[27:46] </w:t>
      </w:r>
      <w:r>
        <w:t>to jo arab israel mein basay hue hain, un ke bachon ne parha un in schoolon mein aur bohat shandar English bol rahe thay.</w:t>
      </w:r>
    </w:p>
    <w:p>
      <w:pPr>
        <w:jc w:val="right"/>
      </w:pPr>
      <w:r>
        <w:t>تو جو عرب اسرائیل میں بسے ہوئے ہیں، ان کے بچوں نے پڑھا ان ان سکولوں میں اور بہت شاندار انگلش بول رہے تھے۔</w:t>
      </w:r>
    </w:p>
    <w:p>
      <w:r>
        <w:rPr>
          <w:b/>
        </w:rPr>
        <w:t xml:space="preserve">[27:55] </w:t>
      </w:r>
      <w:r>
        <w:t>woh yeh is waqt hai jab ke 60 baras lar lar rahe hain,</w:t>
      </w:r>
    </w:p>
    <w:p>
      <w:pPr>
        <w:jc w:val="right"/>
      </w:pPr>
      <w:r>
        <w:t>وہ یہ اس وقت ہے جب کہ 60 برس لڑ لڑ رہے ہیں،</w:t>
      </w:r>
    </w:p>
    <w:p>
      <w:r>
        <w:rPr>
          <w:b/>
        </w:rPr>
        <w:t xml:space="preserve">[28:03] </w:t>
      </w:r>
      <w:r>
        <w:t>60 baras lar rahe hain.</w:t>
      </w:r>
    </w:p>
    <w:p>
      <w:pPr>
        <w:jc w:val="right"/>
      </w:pPr>
      <w:r>
        <w:t>60 برس لڑ رہے ہیں۔</w:t>
      </w:r>
    </w:p>
    <w:p>
      <w:r>
        <w:rPr>
          <w:b/>
        </w:rPr>
        <w:t xml:space="preserve">[28:10] </w:t>
      </w:r>
      <w:r>
        <w:t>Agar lare na hote to kitni bari faida hota.</w:t>
      </w:r>
    </w:p>
    <w:p>
      <w:pPr>
        <w:jc w:val="right"/>
      </w:pPr>
      <w:r>
        <w:t>اگر لڑے نہ ہوتے تو کتنی بڑی فائدہ ہوتا۔</w:t>
      </w:r>
    </w:p>
    <w:p>
      <w:r>
        <w:rPr>
          <w:b/>
        </w:rPr>
        <w:t xml:space="preserve">[28:13] </w:t>
      </w:r>
      <w:r>
        <w:t>Aik martaba main aap ko bataon aik bohat hi ibret naak waqia. Aik martaba main falasteen gaya to yerushlem mein aik dialogue tha, us mein main</w:t>
      </w:r>
    </w:p>
    <w:p>
      <w:pPr>
        <w:jc w:val="right"/>
      </w:pPr>
      <w:r>
        <w:t>ایک مرتبہ میں آپ کو بتاؤں ایک بہت ہی عبرت ناک واقعہ۔ ایک مرتبہ میں فلسطین گیا تو یروشلم میں ایک ڈائیلاگ تھا، اس میں میں</w:t>
      </w:r>
    </w:p>
    <w:p>
      <w:r>
        <w:rPr>
          <w:b/>
        </w:rPr>
        <w:t xml:space="preserve">[28:30] </w:t>
      </w:r>
      <w:r>
        <w:t>sharik tha, yaani speaker ke tor par nahi, kyunke speaker to us mein do hi the: aik arab tha aur aik israeli. Israel ka jo education minister tha, us waqt woh tha</w:t>
      </w:r>
    </w:p>
    <w:p>
      <w:pPr>
        <w:jc w:val="right"/>
      </w:pPr>
      <w:r>
        <w:t>شریک تھا، یعنی اسپیکر کے طور پر نہیں، کیونکہ اسپیکر تو اس میں دو ہی تھے: ایک عرب تھا اور ایک اسرائیلی۔ اسرائیل کا جو ایجوکیشن منسٹر تھا، اس وقت وہ تھا</w:t>
      </w:r>
    </w:p>
    <w:p>
      <w:r>
        <w:rPr>
          <w:b/>
        </w:rPr>
        <w:t xml:space="preserve">[28:44] </w:t>
      </w:r>
      <w:r>
        <w:t>Israel ka education minister, woh tha. Aur aik arab jo the, woh bohat hi top ke arab samjhate the. Ab shayad un ka intqaal ho chuka hai.</w:t>
      </w:r>
    </w:p>
    <w:p>
      <w:pPr>
        <w:jc w:val="right"/>
      </w:pPr>
      <w:r>
        <w:t>اسرائیل کا ایجوکیشن منسٹر، وہ تھا۔ اور ایک عرب جو تھے، وہ بہت ہی ٹاپ کے عرب سمجھاتے تھے۔ اب شاید ان کا انتقال ہو چکا ہے۔</w:t>
      </w:r>
    </w:p>
    <w:p>
      <w:r>
        <w:rPr>
          <w:b/>
        </w:rPr>
        <w:t xml:space="preserve">[28:54] </w:t>
      </w:r>
      <w:r>
        <w:t>To baat cheet zahir hai aik English ho rahi thi. To education minister jo tha Israel ka, bohat umda angrezi bol raha tha, bohat hi scientific baat pesh kar raha tha.</w:t>
      </w:r>
    </w:p>
    <w:p>
      <w:pPr>
        <w:jc w:val="right"/>
      </w:pPr>
      <w:r>
        <w:t>تو بات چیت ظاہر ہے ایک انگلش ہو رہی تھی۔ تو ایجوکیشن منسٹر جو تھا اسرائیل کا، بہت عمدہ انگریزی بول رہا تھا، بہت ہی سائنٹیفک بات پیش کر رہا تھا۔</w:t>
      </w:r>
    </w:p>
    <w:p>
      <w:r>
        <w:rPr>
          <w:b/>
        </w:rPr>
        <w:t xml:space="preserve">[29:06] </w:t>
      </w:r>
      <w:r>
        <w:t>Us ke muqable mein jo arab the, woh apne case pesh nahi kar paate the,</w:t>
      </w:r>
    </w:p>
    <w:p>
      <w:pPr>
        <w:jc w:val="right"/>
      </w:pPr>
      <w:r>
        <w:t>اس کے مقابلے میں جو عرب تھے، وہ اپنے کیس پیش نہیں کر پاتے تھے،</w:t>
      </w:r>
    </w:p>
    <w:p>
      <w:r>
        <w:rPr>
          <w:b/>
        </w:rPr>
        <w:t xml:space="preserve">[29:11] </w:t>
      </w:r>
      <w:r>
        <w:t>kyunke un ki training badhaisiyat hui thi, modern education nahi li thi unhon ne, achi English thi nahi un ki.</w:t>
      </w:r>
    </w:p>
    <w:p>
      <w:pPr>
        <w:jc w:val="right"/>
      </w:pPr>
      <w:r>
        <w:t>کیونکہ ان کی ٹریننگ بدحیثیت ہوئی تھی، ماڈرن ایجوکیشن نہیں لی تھی انہوں نے، اچھی انگلش تھی نہیں ان کی۔</w:t>
      </w:r>
    </w:p>
    <w:p>
      <w:r>
        <w:rPr>
          <w:b/>
        </w:rPr>
        <w:t xml:space="preserve">[29:22] </w:t>
      </w:r>
      <w:r>
        <w:t>To apne case ko bohat acha defence nahi kar paate the. Woh ab woh jo tha israeli education minister tha wahan ka, woh shandar tareeqe se apna case pesh karta tha.</w:t>
      </w:r>
    </w:p>
    <w:p>
      <w:pPr>
        <w:jc w:val="right"/>
      </w:pPr>
      <w:r>
        <w:t>تو اپنے کیس کو بہت اچھا ڈیفنس نہیں کر پاتے تھے۔ وہ اب وہ جو تھا اسرائیلی ایجوکیشن منسٹر تھا وہاں کا، وہ شاندار طریقے سے اپنا کیس پیش کرتا تھا۔</w:t>
      </w:r>
    </w:p>
    <w:p>
      <w:r>
        <w:rPr>
          <w:b/>
        </w:rPr>
        <w:t xml:space="preserve">[29:33] </w:t>
      </w:r>
      <w:r>
        <w:t>Yeh sab kyun hua? Is liye ke ladna, ladna, lad</w:t>
      </w:r>
    </w:p>
    <w:p>
      <w:pPr>
        <w:jc w:val="right"/>
      </w:pPr>
      <w:r>
        <w:t>یہ سب کیوں ہوا؟ اس لیے کہ لڑنا، لڑنا، لڑ</w:t>
      </w:r>
    </w:p>
    <w:p>
      <w:r>
        <w:rPr>
          <w:b/>
        </w:rPr>
        <w:t xml:space="preserve">[29:38] </w:t>
      </w:r>
      <w:r>
        <w:t>na. Agar yeh arab yahudiyon se ladte na ladte, balkeh un ke sath interaction karte, cooperation karte, mil kar kaam karte to aaj bohat aage hote, bohat aage hote.</w:t>
      </w:r>
    </w:p>
    <w:p>
      <w:pPr>
        <w:jc w:val="right"/>
      </w:pPr>
      <w:r>
        <w:t>نا۔ اگر یہ عرب یہودیوں سے لڑتے نہ لڑتے، بلکہ ان کے ساتھ انٹریکشن کرتے، کوآپریشن کرتے، مل کر کام کرتے تو آج بہت آگے ہوتے، بہت آگے ہوتے۔</w:t>
      </w:r>
    </w:p>
    <w:p>
      <w:r>
        <w:rPr>
          <w:b/>
        </w:rPr>
        <w:t xml:space="preserve">[29:53] </w:t>
      </w:r>
      <w:r>
        <w:t>Woh yeh baat mein yeh bhi arz kar doon ke log jo jante hain yahud ka lafz jab bolte hain to use woh yahudi samajhte hain jo madine mein</w:t>
      </w:r>
    </w:p>
    <w:p>
      <w:pPr>
        <w:jc w:val="right"/>
      </w:pPr>
      <w:r>
        <w:t>وہ یہ بات میں یہ بھی عرض کر دوں کہ لوگ جو جانتے ہیں یہود کا لفظ جب بولتے ہیں تو اسے وہ یہودی سمجھتے ہیں جو مدینے میں</w:t>
      </w:r>
    </w:p>
    <w:p>
      <w:r>
        <w:rPr>
          <w:b/>
        </w:rPr>
        <w:t xml:space="preserve">[30:03] </w:t>
      </w:r>
      <w:r>
        <w:t>tha. Saatveen sadi isvi mein jis musalman ko dekhiye, jitne ulma hain, without exception, jab lafz yahud aayega to woh samjhenge woh yahudi hai jo madine mein tha.</w:t>
      </w:r>
    </w:p>
    <w:p>
      <w:pPr>
        <w:jc w:val="right"/>
      </w:pPr>
      <w:r>
        <w:t>تھا۔ ساتویں صدی عیسوی میں جس مسلمان کو دیکھیے، جتنے علماء ہیں، ودا آؤٹ ایکسیپشن، جب لفظ یہود آئے گا تو وہ سمجھیں گے وہ یہودی ہے جو مدینے میں تھا۔</w:t>
      </w:r>
    </w:p>
    <w:p>
      <w:r>
        <w:rPr>
          <w:b/>
        </w:rPr>
        <w:t xml:space="preserve">[30:16] </w:t>
      </w:r>
      <w:r>
        <w:t>Aaj ka yahudi woh nahi hai jo madine mein tha. Sare hi ulma is bare mein bekhabar hain. One to all, jab woh lafz yahudi bolenge to un ke zehn mein hoga ke woh yahudi hai jo madine mein tha.</w:t>
      </w:r>
    </w:p>
    <w:p>
      <w:pPr>
        <w:jc w:val="right"/>
      </w:pPr>
      <w:r>
        <w:t>آج کا یہودی وہ نہیں ہے جو مدینے میں تھا۔ سارے ہی علماء اس بارے میں بے خبر ہیں۔ ون ٹو آل، جب وہ لفظ یہودی بولیں گے تو ان کے ذہن میں ہوگا کہ وہ یہودی ہے جو مدینے میں تھا۔</w:t>
      </w:r>
    </w:p>
    <w:p>
      <w:r>
        <w:rPr>
          <w:b/>
        </w:rPr>
        <w:t xml:space="preserve">[30:31] </w:t>
      </w:r>
      <w:r>
        <w:t>Aaj ka yahudi aik developed nation hai, educated nation hai, un mein bohat zabardast education hai, bohat top ke log hote hain.</w:t>
      </w:r>
    </w:p>
    <w:p>
      <w:pPr>
        <w:jc w:val="right"/>
      </w:pPr>
      <w:r>
        <w:t>آج کا یہودی ایک ڈیولپڈ نیشن ہے، ایجوکیٹڈ نیشن ہے، ان میں بہت زبردست ایجوکیشن ہے، بہت ٹاپ کے لوگ ہوتے ہیں۔</w:t>
      </w:r>
    </w:p>
    <w:p>
      <w:r>
        <w:rPr>
          <w:b/>
        </w:rPr>
        <w:t xml:space="preserve">[30:40] </w:t>
      </w:r>
      <w:r>
        <w:t>America mein woh dominate kar rahe hain, woh apni oonchi education ki wajah se. Main aik martaba America gaya to main ne pata kiya ke aakhir yahudiyon mein itni zabardast taleem kyun hai?</w:t>
      </w:r>
    </w:p>
    <w:p>
      <w:pPr>
        <w:jc w:val="right"/>
      </w:pPr>
      <w:r>
        <w:t>امریکہ میں وہ ڈومینیٹ کر رہے ہیں، وہ اپنی اونچی ایجوکیشن کی وجہ سے۔ میں ایک مرتبہ امریکہ گیا تو میں نے پتہ کیا کہ آخر یہودیوں میں اتنی زبردست تعلیم کیوں ہے؟</w:t>
      </w:r>
    </w:p>
    <w:p>
      <w:r>
        <w:rPr>
          <w:b/>
        </w:rPr>
        <w:t xml:space="preserve">[30:56] </w:t>
      </w:r>
      <w:r>
        <w:t>Itna zyada learned kyun hote hain yeh log?</w:t>
      </w:r>
    </w:p>
    <w:p>
      <w:pPr>
        <w:jc w:val="right"/>
      </w:pPr>
      <w:r>
        <w:t>اتنا زیادہ لرنڈ کیوں ہوتے ہیں یہ لوگ؟</w:t>
      </w:r>
    </w:p>
    <w:p>
      <w:r>
        <w:rPr>
          <w:b/>
        </w:rPr>
        <w:t xml:space="preserve">[30:59] </w:t>
      </w:r>
      <w:r>
        <w:t>To pata chala ke un ke haan aik tradition hai, yaani maa baap apne bachon ko aik cheez sikhate hain, aik lafz dete hain un ko, woh hai excellence.</w:t>
      </w:r>
    </w:p>
    <w:p>
      <w:pPr>
        <w:jc w:val="right"/>
      </w:pPr>
      <w:r>
        <w:t>تو پتہ چلا کہ ان کے ہاں ایک ٹریڈیشن ہے، یعنی ماں باپ اپنے بچوں کو ایک چیز سکھاتے ہیں، ایک لفظ دیتے ہیں ان کو، وہ ہے ایکسیلنس۔</w:t>
      </w:r>
    </w:p>
    <w:p>
      <w:r>
        <w:rPr>
          <w:b/>
        </w:rPr>
        <w:t xml:space="preserve">[31:13] </w:t>
      </w:r>
      <w:r>
        <w:t>Excellence! Woh kehte hain tum ko excellence ko apna goal banana hai, excellence se kam par razi nahi hona hai. Yaani yahudi waldein apne bachon ko kehte hain ke tum ko excellence par se kam par razi nahi hona hai.</w:t>
      </w:r>
    </w:p>
    <w:p>
      <w:pPr>
        <w:jc w:val="right"/>
      </w:pPr>
      <w:r>
        <w:t>ایکسیلنس! وہ کہتے ہیں تم کو ایکسیلنس کو اپنا گول بنانا ہے، ایکسیلنس سے کم پر راضی نہیں ہونا ہے۔ یعنی یہودی والدین اپنے بچوں کو کہتے ہیں کہ تم کو ایکسیلنس پر سے کم پر راضی نہیں ہونا ہے۔</w:t>
      </w:r>
    </w:p>
    <w:p>
      <w:r>
        <w:rPr>
          <w:b/>
        </w:rPr>
        <w:t xml:space="preserve">[31:30] </w:t>
      </w:r>
      <w:r>
        <w:t>Yeh un ki tradition hai, un ki family tradition. Ab musalmanon mein kya hai? Musalmanon mein kya hai ke hamein reservation do, hum ko favour do, hum ko wazifa do, hum ko,</w:t>
      </w:r>
    </w:p>
    <w:p>
      <w:pPr>
        <w:jc w:val="right"/>
      </w:pPr>
      <w:r>
        <w:t>یہ ان کی ٹریڈیشن ہے، ان کی فیملی ٹریڈیشن۔ اب مسلمانوں میں کیا ہے؟ مسلمانوں میں کیا ہے کہ ہمیں ریزرویشن دو، ہم کو فیور دو، ہم کو وظیفہ دو، ہم کو،</w:t>
      </w:r>
    </w:p>
    <w:p>
      <w:r>
        <w:rPr>
          <w:b/>
        </w:rPr>
        <w:t xml:space="preserve">[31:47] </w:t>
      </w:r>
      <w:r>
        <w:t>Yaani hum hamein admission de do, chahe hamare number kam hi kyun na hon. Aap jaiye, Aligarh mein jaiye, dekhiye, Jamea mein ja kar dekhiye, jahan bhi jaiye.</w:t>
      </w:r>
    </w:p>
    <w:p>
      <w:pPr>
        <w:jc w:val="right"/>
      </w:pPr>
      <w:r>
        <w:t>یعنی ہم ہمیں ایڈمیشن دے دو، چاہے ہمارے نمبر کم ہی کیوں نہ ہوں۔ آپ جائیے، علی گڑھ میں جائیے، دیکھیے، جامعہ میں جا کر دیکھیے، جہاں بھی جائیے۔</w:t>
      </w:r>
    </w:p>
    <w:p>
      <w:r>
        <w:rPr>
          <w:b/>
        </w:rPr>
        <w:t xml:space="preserve">[31:58] </w:t>
      </w:r>
      <w:r>
        <w:t>Yaani musalman ke bachhe ko un ke ghar mein jo mahaul hai, woh bataya jata hai ke tum ko favour chahiye, tum ko reservation chahiye.</w:t>
      </w:r>
    </w:p>
    <w:p>
      <w:pPr>
        <w:jc w:val="right"/>
      </w:pPr>
      <w:r>
        <w:t>یعنی مسلمان کے بچے کو ان کے گھر میں جو ماحول ہے، وہ بتایا جاتا ہے کہ تم کو فیور چاہیے، تم کو ریزرویشن چاہیے۔</w:t>
      </w:r>
    </w:p>
    <w:p>
      <w:r>
        <w:rPr>
          <w:b/>
        </w:rPr>
        <w:t xml:space="preserve">[32:09] </w:t>
      </w:r>
      <w:r>
        <w:t>Aur Israel ka jo bachha hai, us ke maa baap sikhate hain ke nahi, kuch nahi, tum ko competition mein aur challenge ka muqabla karna hai, competition mein aana hai, excellence ko apna goal banana hai.</w:t>
      </w:r>
    </w:p>
    <w:p>
      <w:pPr>
        <w:jc w:val="right"/>
      </w:pPr>
      <w:r>
        <w:t>اور اسرائیل کا جو بچہ ہے، اس کے ماں باپ سکھاتے ہیں کہ نہیں، کچھ نہیں، تم کو کمپیٹیشن میں اور چیلنج کا مقابلہ کرنا ہے، کمپیٹیشن میں آنا ہے، ایکسیلنس کو اپنا گول بنانا ہے۔</w:t>
      </w:r>
    </w:p>
    <w:p>
      <w:r>
        <w:rPr>
          <w:b/>
        </w:rPr>
        <w:t xml:space="preserve">[32:26] </w:t>
      </w:r>
      <w:r>
        <w:t>To agar yeh arab ladte na, balkeh Israel se mil jul kar rehte wahan par, to zabardast taraqqi hui hoti is is area ki.</w:t>
      </w:r>
    </w:p>
    <w:p>
      <w:pPr>
        <w:jc w:val="right"/>
      </w:pPr>
      <w:r>
        <w:t>تو اگر یہ عرب لڑتے نہ، بلکہ اسرائیل سے مل جل کر رہتے وہاں پر، تو زبردست ترقی ہوئی ہوتی اس اس ایریا کی۔</w:t>
      </w:r>
    </w:p>
    <w:p>
      <w:r>
        <w:rPr>
          <w:b/>
        </w:rPr>
        <w:t xml:space="preserve">[32:38] </w:t>
      </w:r>
      <w:r>
        <w:t>Is area ki zabardast taraqqi hoti. Aise hi doosre ilaqe jo hain, maslan is Asia ke ilaqe ko liye jahan angrez aaye, agar yeh log nafrat na karte, na ladte to bohat kuch seekhte the.</w:t>
      </w:r>
    </w:p>
    <w:p>
      <w:pPr>
        <w:jc w:val="right"/>
      </w:pPr>
      <w:r>
        <w:t>اس ایریا کی زبردست ترقی ہوتی۔ ایسے ہی دوسرے علاقے جو ہیں، مثلاً اس ایشیا کے علاقے کو لیے جہاں انگریز آئے، اگر یہ لوگ نفرت نہ کرتے، نہ لڑتے تو بہت کچھ سیکھتے تھے۔</w:t>
      </w:r>
    </w:p>
    <w:p>
      <w:r>
        <w:rPr>
          <w:b/>
        </w:rPr>
        <w:t xml:space="preserve">[32:54] </w:t>
      </w:r>
      <w:r>
        <w:t>is ka nateeja aap dekhiye ke is ke nateeje mein kya aaya? ek munafiqat ka ek bohat bara sailab. aap ghore kijiye ke jin logon ke dada aur nana angrez se lade thay, yeh keh kar ke yeh zalim hain, woh un ke bachche wahi ja ke bas bas rahay hain.</w:t>
      </w:r>
    </w:p>
    <w:p>
      <w:pPr>
        <w:jc w:val="right"/>
      </w:pPr>
      <w:r>
        <w:t>اس کا نتیجہ آپ دیکھیے کہ اس کے نتیجے میں کیا آیا؟ ایک منافقت کا ایک بہت بڑا سیلاب۔ آپ غور کیجئے کہ جن لوگوں کے دادا اور نانا انگریز سے لڑے تھے، یہ کہہ کر کہ یہ ظالم ہیں، وہ ان کے بچے وہی جا کے بس بس رہے ہیں۔</w:t>
      </w:r>
    </w:p>
    <w:p>
      <w:r>
        <w:rPr>
          <w:b/>
        </w:rPr>
        <w:t xml:space="preserve">[33:15] </w:t>
      </w:r>
      <w:r>
        <w:t>europe mein, america mein jin bachchon ke dada nana lade thay, un ko dushman bata kar ke america dushman hai, europe dushman hai, inhi ke bete aur pote aaj ja kar ke wahan bas rahay hain.</w:t>
      </w:r>
    </w:p>
    <w:p>
      <w:pPr>
        <w:jc w:val="right"/>
      </w:pPr>
      <w:r>
        <w:t>یورپ میں، امریکہ میں جن بچوں کے دادا نانا لڑے تھے، ان کو دشمن بتا کر کہ امریکہ دشمن ہے، یورپ دشمن ہے، انہی کے بیٹے اور پوتے آج جا کر کے وہاں بس رہے ہیں۔</w:t>
      </w:r>
    </w:p>
    <w:p>
      <w:r>
        <w:rPr>
          <w:b/>
        </w:rPr>
        <w:t xml:space="preserve">[33:29] </w:t>
      </w:r>
      <w:r>
        <w:t>munafiqat nahi hai? yeh sab kyun aata hai? jo aap law of nature ko follow na karein. yaad rakhiye, law of nature ko follow na karne ke baad jo chahti hai, woh munafiqat hoti hai.</w:t>
      </w:r>
    </w:p>
    <w:p>
      <w:pPr>
        <w:jc w:val="right"/>
      </w:pPr>
      <w:r>
        <w:t>منافقت نہیں ہے؟ یہ سب کیوں آتا ہے؟ جو آپ لاء آف نیچر کو فالو نہ کریں۔ یاد رکھیے، لاء آف نیچر کو فالو نہ کرنے کے بعد جو چاہتی ہے، وہ منافقت ہوتی ہے۔</w:t>
      </w:r>
    </w:p>
    <w:p>
      <w:r>
        <w:rPr>
          <w:b/>
        </w:rPr>
        <w:t xml:space="preserve">[33:46] </w:t>
      </w:r>
      <w:r>
        <w:t>kyun ke aap jeet kamyab to ho nahi paate, nateeja kya hoga? phir un se munafiq, munafiq ban kar un se aap faide hadaf karna chahte hain.</w:t>
      </w:r>
    </w:p>
    <w:p>
      <w:pPr>
        <w:jc w:val="right"/>
      </w:pPr>
      <w:r>
        <w:t>کیونکہ آپ جیت کامیاب تو ہو نہیں پاتے، نتیجہ کیا ہوگا؟ پھر ان سے منافق، منافق بن کر ان سے آپ فائدے حذف کرنا چاہتے ہیں۔</w:t>
      </w:r>
    </w:p>
    <w:p>
      <w:r>
        <w:rPr>
          <w:b/>
        </w:rPr>
        <w:t xml:space="preserve">[34:00] </w:t>
      </w:r>
      <w:r>
        <w:t>to is waqt mein samajhta hoon ke sab se bari wisdom jo hai musalmanon ko batane ki, poori ummat e muslema ko batane ki ke jis cheez ko tum zulm kar rahay ho, woh istibdaal hai,</w:t>
      </w:r>
    </w:p>
    <w:p>
      <w:pPr>
        <w:jc w:val="right"/>
      </w:pPr>
      <w:r>
        <w:t>تو اس وقت میں سمجھتا ہوں کہ سب سے بڑی وزڈم جو ہے مسلمانوں کو بتانے کی، پوری امت مسلمہ کو بتانے کی کہ جس چیز کو تم ظلم کر رہے ہو، وہ استبدال ہے،</w:t>
      </w:r>
    </w:p>
    <w:p>
      <w:r>
        <w:rPr>
          <w:b/>
        </w:rPr>
        <w:t xml:space="preserve">[34:15] </w:t>
      </w:r>
      <w:r>
        <w:t>replacement hai. ek qaum ko hata kar ek doosri qaum is ke oopar laayi gayi hai. to un se cooperation karo, un se interact karo, un se seekho, un se learning process chalao.</w:t>
      </w:r>
    </w:p>
    <w:p>
      <w:pPr>
        <w:jc w:val="right"/>
      </w:pPr>
      <w:r>
        <w:t>ریپلیسمنٹ ہے۔ ایک قوم کو ہٹا کر ایک دوسری قوم اس کے اوپر لائی گئی ہے۔ تو ان سے کوآپریشن کرو، ان سے انٹریکٹ کرو، ان سے سیکھو، ان سے لرننگ پروسیس چلاؤ۔</w:t>
      </w:r>
    </w:p>
    <w:p>
      <w:r>
        <w:rPr>
          <w:b/>
        </w:rPr>
        <w:t xml:space="preserve">[34:31] </w:t>
      </w:r>
      <w:r>
        <w:t>hazrat umar r.a. ke baray mein kaha jata hai ke woh "kan yata'allamu min kulli ahad". woh har ek se seekhte thay. dekhiye, yeh infiradi cheez nahi hai.</w:t>
      </w:r>
    </w:p>
    <w:p>
      <w:pPr>
        <w:jc w:val="right"/>
      </w:pPr>
      <w:r>
        <w:t>حضرت عمر رضی اللہ عنہ کے بارے میں کہا جاتا ہے کہ وہ "کان یتعلم من کل احد"۔ وہ ہر ایک سے سیکھتے تھے۔ دیکھیے، یہ انفرادی چیز نہیں ہے۔</w:t>
      </w:r>
    </w:p>
    <w:p>
      <w:r>
        <w:rPr>
          <w:b/>
        </w:rPr>
        <w:t xml:space="preserve">[34:43] </w:t>
      </w:r>
      <w:r>
        <w:t>qaumon ko bhi seekhna parta hai ek doosre se. qaumon ke mamlay bhi seekhna parta hai. jis tarah hazrat umar apni zaat ke aitbar se seekhte thay, poori qaum ko seekhna chahiye doosri qaum se.</w:t>
      </w:r>
    </w:p>
    <w:p>
      <w:pPr>
        <w:jc w:val="right"/>
      </w:pPr>
      <w:r>
        <w:t>قوموں کو بھی سیکھنا پڑتا ہے ایک دوسرے سے۔ قوموں کے معاملے بھی سیکھنا پڑتا ہے۔ جس طرح حضرت عمر اپنی ذات کے اعتبار سے سیکھتے تھے، پوری قوم کو سیکھنا چاہیے دوسری قوم سے۔</w:t>
      </w:r>
    </w:p>
    <w:p>
      <w:r>
        <w:rPr>
          <w:b/>
        </w:rPr>
        <w:t xml:space="preserve">[34:59] </w:t>
      </w:r>
      <w:r>
        <w:t>is ki misaal ek le lijiye, india mein jo musalman purely muslim ke pocket mein rehte hain, woh abhi tak koi taraqqi nahi kar sake.</w:t>
      </w:r>
    </w:p>
    <w:p>
      <w:pPr>
        <w:jc w:val="right"/>
      </w:pPr>
      <w:r>
        <w:t>اس کی مثال ایک لے لیجئے، انڈیا میں جو مسلمان پیورلی مسلم کا پاکٹ میں رہتے ہیں، وہ ابھی تک کوئی ترقی نہیں کر سکے۔</w:t>
      </w:r>
    </w:p>
    <w:p>
      <w:r>
        <w:rPr>
          <w:b/>
        </w:rPr>
        <w:t xml:space="preserve">[35:09] </w:t>
      </w:r>
      <w:r>
        <w:t>lekin jo musalman rehte hain hinduo ke sath mil jul kar ke, hindu ilaqay mein, woh zyada taraqqi ki hai. unhon ne zyada taraqqi unhon ne ki hai.</w:t>
      </w:r>
    </w:p>
    <w:p>
      <w:pPr>
        <w:jc w:val="right"/>
      </w:pPr>
      <w:r>
        <w:t>لیکن جو مسلمان رہتے ہیں ہندوؤں کے ساتھ مل جل کر کے، ہندو علاقے میں، وہ زیادہ ترقی کی ہے۔ انہوں نے زیادہ ترقی انہوں نے کی ہے۔</w:t>
      </w:r>
    </w:p>
    <w:p>
      <w:r>
        <w:rPr>
          <w:b/>
        </w:rPr>
        <w:t xml:space="preserve">[35:19] </w:t>
      </w:r>
      <w:r>
        <w:t>khud yahin jahan mein baitha hua hoon, yeh musalman jo puranay dilli mein play thay, wahan koi taraqqi nahi kar paate thay.</w:t>
      </w:r>
    </w:p>
    <w:p>
      <w:pPr>
        <w:jc w:val="right"/>
      </w:pPr>
      <w:r>
        <w:t>خود یہیں جہاں میں بیٹھا ہوا ہوں، یہ مسلمان جو پرانے دلی میں پلے تھے، وہاں کوئی ترقی نہیں کر پاتے تھے۔</w:t>
      </w:r>
    </w:p>
    <w:p>
      <w:r>
        <w:rPr>
          <w:b/>
        </w:rPr>
        <w:t xml:space="preserve">[35:27] </w:t>
      </w:r>
      <w:r>
        <w:t>woh jab idhar aaye to bari bari taraqqiyan karein unhon ne. yahan musalmanon ke sath jab wahan aa kar abad hue to Allah taala ka mansha yeh hai ke afraad aur qaum dono mil jul kar rahen, interact share karein.</w:t>
      </w:r>
    </w:p>
    <w:p>
      <w:pPr>
        <w:jc w:val="right"/>
      </w:pPr>
      <w:r>
        <w:t>وہ جب ادھر آئے تو بڑی بڑی ترقیاں کیں انہوں نے۔ یہاں مسلمانوں کے ساتھ جب وہاں آ کر آباد ہوئے تو اللہ تعالیٰ کا منشا یہ ہے کہ افراد اور قوم دونوں مل جل کر رہیں، انٹریکٹ شیئر کریں۔</w:t>
      </w:r>
    </w:p>
    <w:p>
      <w:r>
        <w:rPr>
          <w:b/>
        </w:rPr>
        <w:t xml:space="preserve">[35:46] </w:t>
      </w:r>
      <w:r>
        <w:t>yani un se woh seekhen, un se woh seekhen.</w:t>
      </w:r>
    </w:p>
    <w:p>
      <w:pPr>
        <w:jc w:val="right"/>
      </w:pPr>
      <w:r>
        <w:t>یعنی ان سے وہ سیکھیں، ان سے وہ سیکھیں۔</w:t>
      </w:r>
    </w:p>
    <w:p>
      <w:r>
        <w:rPr>
          <w:b/>
        </w:rPr>
        <w:t xml:space="preserve">[35:49] </w:t>
      </w:r>
      <w:r>
        <w:t>dialogue process chala jaye, learning process chala jaye, aur hate ko haram samjha jaye, nafrat ko haram samjha jaye, violence ko haram samjha jaye.</w:t>
      </w:r>
    </w:p>
    <w:p>
      <w:pPr>
        <w:jc w:val="right"/>
      </w:pPr>
      <w:r>
        <w:t>ڈائیلاگ پروسیس چلا جائے، لرننگ پروسیس چلا جائے، اور ہیٹ کو حرام سمجھا جائے، نفرت کو حرام سمجھا جائے، وائلنس کو حرام سمجھا جائے۔</w:t>
      </w:r>
    </w:p>
    <w:p>
      <w:r>
        <w:rPr>
          <w:b/>
        </w:rPr>
        <w:t xml:space="preserve">[36:01] </w:t>
      </w:r>
      <w:r>
        <w:t>kyun ke agar aap ke haan hate hai, violence hai to aap normal tareeqay se doosron se seekh nahi sakte.</w:t>
      </w:r>
    </w:p>
    <w:p>
      <w:pPr>
        <w:jc w:val="right"/>
      </w:pPr>
      <w:r>
        <w:t>کیونکہ اگر آپ کے ہاں ہیٹ ہے، وائلنس ہے تو آپ نارمل طریقے سے دوسروں سے سیکھ نہیں سکتے۔</w:t>
      </w:r>
    </w:p>
    <w:p>
      <w:r>
        <w:rPr>
          <w:b/>
        </w:rPr>
        <w:t xml:space="preserve">[36:12] </w:t>
      </w:r>
      <w:r>
        <w:t>kabhi bhi mumkin nahi ke aap doosron se normal tareeqay se seekhen.</w:t>
      </w:r>
    </w:p>
    <w:p>
      <w:pPr>
        <w:jc w:val="right"/>
      </w:pPr>
      <w:r>
        <w:t>کبھی بھی ممکن نہیں کہ آپ دوسروں سے نارمل طریقے سے سیکھیں۔</w:t>
      </w:r>
    </w:p>
    <w:p>
      <w:r>
        <w:rPr>
          <w:b/>
        </w:rPr>
        <w:t xml:space="preserve">[36:16] </w:t>
      </w:r>
      <w:r>
        <w:t>to poora Allah taala ka jo nizam hai, woh sab chalta hai learning par. ek se doosra seekhe, yeh nahi ke woh maro kaato.</w:t>
      </w:r>
    </w:p>
    <w:p>
      <w:pPr>
        <w:jc w:val="right"/>
      </w:pPr>
      <w:r>
        <w:t>تو پورا اللہ تعالیٰ کا جو نظام ہے، وہ سب چلتا ہے لرننگ پر۔ ایک سے دوسرا سیکھے، یہ نہیں کہ وہ مارو کاٹو۔</w:t>
      </w:r>
    </w:p>
    <w:p>
      <w:r>
        <w:rPr>
          <w:b/>
        </w:rPr>
        <w:t xml:space="preserve">[36:27] </w:t>
      </w:r>
      <w:r>
        <w:t>yeh to yeh to bilkul, yani yeh koi jagah hi nahi hai. marpeet culture jo musalmanon mein chal chal raha hai, woh to is ke to koi jagah hi nahi hai.</w:t>
      </w:r>
    </w:p>
    <w:p>
      <w:pPr>
        <w:jc w:val="right"/>
      </w:pPr>
      <w:r>
        <w:t>یہ تو یہ تو بالکل، یعنی یہ کوئی جگہ ہی نہیں ہے۔ مارپیٹ کلچر جو مسلمانوں میں چل چل رہا ہے، وہ تو اس کے تو کوئی جگہ ہی نہیں ہے۔</w:t>
      </w:r>
    </w:p>
    <w:p>
      <w:r>
        <w:rPr>
          <w:b/>
        </w:rPr>
        <w:t xml:space="preserve">[36:38] </w:t>
      </w:r>
      <w:r>
        <w:t>khudayi nizam mein</w:t>
      </w:r>
    </w:p>
    <w:p>
      <w:pPr>
        <w:jc w:val="right"/>
      </w:pPr>
      <w:r>
        <w:t>خدائی نظام میں</w:t>
      </w:r>
    </w:p>
    <w:p>
      <w:r>
        <w:rPr>
          <w:b/>
        </w:rPr>
        <w:t xml:space="preserve">[36:42] </w:t>
      </w:r>
      <w:r>
        <w:t>nafrat culture, violence culture, fighting culture, aur woh</w:t>
      </w:r>
    </w:p>
    <w:p>
      <w:pPr>
        <w:jc w:val="right"/>
      </w:pPr>
      <w:r>
        <w:t>نفرت کلچر، وائلنس کلچر، فائٹنگ کلچر، اور وہ</w:t>
      </w:r>
    </w:p>
    <w:p>
      <w:r>
        <w:rPr>
          <w:b/>
        </w:rPr>
        <w:t xml:space="preserve">[36:54] </w:t>
      </w:r>
      <w:r>
        <w:t>hate culture, culture of confrontation, is ki koi jagah nahi hai Khuda ki duniya mein.</w:t>
      </w:r>
    </w:p>
    <w:p>
      <w:pPr>
        <w:jc w:val="right"/>
      </w:pPr>
      <w:r>
        <w:t>ہیٹ کلچر، کلچر آف کنفrontiشن، اس کی کوئی جگہ نہیں ہے خدا کی دنیا میں۔</w:t>
      </w:r>
    </w:p>
    <w:p>
      <w:r>
        <w:rPr>
          <w:b/>
        </w:rPr>
        <w:t xml:space="preserve">[37:05] </w:t>
      </w:r>
      <w:r>
        <w:t>jagah is sense mein ke aap taraqqi nahi kar sakein ge.</w:t>
      </w:r>
    </w:p>
    <w:p>
      <w:pPr>
        <w:jc w:val="right"/>
      </w:pPr>
      <w:r>
        <w:t>جگہ اس سینس میں کہ آپ ترقی نہیں کر سکیں گے۔</w:t>
      </w:r>
    </w:p>
    <w:p>
      <w:r>
        <w:rPr>
          <w:b/>
        </w:rPr>
        <w:t xml:space="preserve">[37:10] </w:t>
      </w:r>
      <w:r>
        <w:t>aap animal ki tarah zinda reh sakte hain, lekin taraqqi nahi kar sakte.</w:t>
      </w:r>
    </w:p>
    <w:p>
      <w:pPr>
        <w:jc w:val="right"/>
      </w:pPr>
      <w:r>
        <w:t>آپ انیمل کی طرح زندہ رہ سکتے ہیں، لیکن ترقی نہیں کر سکتے۔</w:t>
      </w:r>
    </w:p>
    <w:p>
      <w:r>
        <w:rPr>
          <w:b/>
        </w:rPr>
        <w:t xml:space="preserve">[37:18] </w:t>
      </w:r>
      <w:r>
        <w:t>mein samajhta hoon ke yeh waqia sab se pehle hua tha tatariyon ke zamanay mein. woh bhi replacement tha, kyun ke abbasi saltanat bilkul ek demaak zadah saltanat ban chuki thi.</w:t>
      </w:r>
    </w:p>
    <w:p>
      <w:pPr>
        <w:jc w:val="right"/>
      </w:pPr>
      <w:r>
        <w:t>میں سمجھتا ہوں کہ یہ واقعہ سب سے پہلے ہوا تھا تاتاریوں کے زمانے میں۔ وہ بھی ریپلیسمنٹ تھا، کیونکہ عباسی سلطنت بالکل ایک دیمک زدہ سلطنت بن چکی تھی۔</w:t>
      </w:r>
    </w:p>
    <w:p>
      <w:r>
        <w:rPr>
          <w:b/>
        </w:rPr>
        <w:t xml:space="preserve">[37:32] </w:t>
      </w:r>
      <w:r>
        <w:t>Allah taala ne is ko hataya aur tatari aaye, aur phir taraqqi ke naye darwazay khulay.</w:t>
      </w:r>
    </w:p>
    <w:p>
      <w:pPr>
        <w:jc w:val="right"/>
      </w:pPr>
      <w:r>
        <w:t>اللہ تعالیٰ نے اس کو ہٹایا اور تاتاری آئے، اور پھر ترقی کے نئے دروازے کھلے۔</w:t>
      </w:r>
    </w:p>
    <w:p>
      <w:r>
        <w:rPr>
          <w:b/>
        </w:rPr>
        <w:t xml:space="preserve">[37:39] </w:t>
      </w:r>
      <w:r>
        <w:t>is waqt se yeh ghalati hai ke musalman yeh samajhte hain ke yeh zulm hai, zulm hai, hamein larr kar ke unhein bhagana hai. is waqt se yeh yeh trend chal raha hai.</w:t>
      </w:r>
    </w:p>
    <w:p>
      <w:pPr>
        <w:jc w:val="right"/>
      </w:pPr>
      <w:r>
        <w:t>اس وقت سے یہ غلطی ہے کہ مسلمان یہ سمجھتے ہیں کہ یہ ظلم ہے، ظلم ہے، ہمیں لڑ کر کے انہیں بھگانا ہے۔ اس وقت سے یہ یہ ٹرینڈ چل رہا ہے۔</w:t>
      </w:r>
    </w:p>
    <w:p>
      <w:r>
        <w:rPr>
          <w:b/>
        </w:rPr>
        <w:t xml:space="preserve">[37:53] </w:t>
      </w:r>
      <w:r>
        <w:t>ab aakhri waqt aa gaya hai ke musalmanon mein yeh trend khatm ho. jis cheez ko zulm samajhte hain, us ko istibdaal, replacement samjhein.</w:t>
      </w:r>
    </w:p>
    <w:p>
      <w:pPr>
        <w:jc w:val="right"/>
      </w:pPr>
      <w:r>
        <w:t>اب آخری وقت آ گیا ہے کہ مسلمانوں میں یہ ٹرینڈ ختم ہو۔ جس چیز کو ظلم سمجھتے ہیں، اس کو استبدال، ریپلیسمنٹ سمجھیں۔</w:t>
      </w:r>
    </w:p>
    <w:p>
      <w:r>
        <w:rPr>
          <w:b/>
        </w:rPr>
        <w:t xml:space="preserve">[38:03] </w:t>
      </w:r>
      <w:r>
        <w:t>doosri qaumon se nafrat karna band karein.</w:t>
      </w:r>
    </w:p>
    <w:p>
      <w:pPr>
        <w:jc w:val="right"/>
      </w:pPr>
      <w:r>
        <w:t>دوسری قوموں سے نفرت کرنا بند کریں۔</w:t>
      </w:r>
    </w:p>
    <w:p>
      <w:r>
        <w:rPr>
          <w:b/>
        </w:rPr>
        <w:t xml:space="preserve">[38:06] </w:t>
      </w:r>
      <w:r>
        <w:t>doosri qaumon se humdardi aur dosti ka ta'alluq qaim karein. doosri qaumon se seekhein.</w:t>
      </w:r>
    </w:p>
    <w:p>
      <w:pPr>
        <w:jc w:val="right"/>
      </w:pPr>
      <w:r>
        <w:t>دوسری قوموں سے ہمدردی اور دوستی کا تعلق قائم کریں۔ دوسری قوموں سے سیکھیں۔</w:t>
      </w:r>
    </w:p>
    <w:p>
      <w:r>
        <w:rPr>
          <w:b/>
        </w:rPr>
        <w:t xml:space="preserve">[38:17] </w:t>
      </w:r>
      <w:r>
        <w:t>doosri qaumon se seekhein, mil jul kar ke aage badhein. is ko yeh yeh law of nature hai.</w:t>
      </w:r>
    </w:p>
    <w:p>
      <w:pPr>
        <w:jc w:val="right"/>
      </w:pPr>
      <w:r>
        <w:t>دوسری قوموں سے سیکھیں، مل جل کر کے آگے بڑھیں۔ اس کو یہ یہ لاء آف نیچر ہے۔</w:t>
      </w:r>
    </w:p>
    <w:p>
      <w:r>
        <w:rPr>
          <w:b/>
        </w:rPr>
        <w:t xml:space="preserve">[38:27] </w:t>
      </w:r>
      <w:r>
        <w:t>ab aakhri waqt aa gaya hai ke musalman is baat ko samjhein,</w:t>
      </w:r>
    </w:p>
    <w:p>
      <w:pPr>
        <w:jc w:val="right"/>
      </w:pPr>
      <w:r>
        <w:t>اب آخری وقت آ گیا ہے کہ مسلمان اس بات کو سمجھیں،</w:t>
      </w:r>
    </w:p>
    <w:p>
      <w:r>
        <w:rPr>
          <w:b/>
        </w:rPr>
        <w:t xml:space="preserve">[38:31] </w:t>
      </w:r>
      <w:r>
        <w:t>warna agar yeh jo abhi chal raha hai, yeh chalta raha to abhi tak bhi woh peechhe rahega.</w:t>
      </w:r>
    </w:p>
    <w:p>
      <w:pPr>
        <w:jc w:val="right"/>
      </w:pPr>
      <w:r>
        <w:t>ورنہ اگر یہ جو ابھی چل رہا ہے، یہ چلتا رہا تو ابھی تک بھی وہ پیچھے رہے گا۔</w:t>
      </w:r>
    </w:p>
    <w:p>
      <w:r>
        <w:rPr>
          <w:b/>
        </w:rPr>
        <w:t xml:space="preserve">[38:40] </w:t>
      </w:r>
      <w:r>
        <w:t>aik backward committee, aage bhi backward committee bane rahenge.</w:t>
      </w:r>
    </w:p>
    <w:p>
      <w:pPr>
        <w:jc w:val="right"/>
      </w:pPr>
      <w:r>
        <w:t>ایک بیکورڈ کمیٹی، آگے بھی بیکورڈ کمیٹی بنے رہیں گے۔</w:t>
      </w:r>
    </w:p>
    <w:p>
      <w:r>
        <w:rPr>
          <w:b/>
        </w:rPr>
        <w:t xml:space="preserve">[38:49] </w:t>
      </w:r>
      <w:r>
        <w:t>islami aik state banana aur islami jihad ke naam se larrhai larrna, is se kuch hone wala nahi hai. aap aik state banayein, is ka naam rakh dein islami state.</w:t>
      </w:r>
    </w:p>
    <w:p>
      <w:pPr>
        <w:jc w:val="right"/>
      </w:pPr>
      <w:r>
        <w:t>اسلامی ایک اسٹیٹ بنانا اور اسلامی جہاد کے نام سے لڑائی لڑنا، اس سے کچھ ہونے والا نہیں ہے۔ آپ ایک اسٹیٹ بنائیں، اس کا نام رکھ دیں اسلامی اسٹیٹ۔</w:t>
      </w:r>
    </w:p>
    <w:p>
      <w:r>
        <w:rPr>
          <w:b/>
        </w:rPr>
        <w:t xml:space="preserve">[39:00] </w:t>
      </w:r>
      <w:r>
        <w:t>ab larrhai chhoden aur kahein ke yeh yeh jihad hai. aap takrao kahein, kahein ke nizam e mustafa hai, is se kuch hone wala nahi hai.</w:t>
      </w:r>
    </w:p>
    <w:p>
      <w:pPr>
        <w:jc w:val="right"/>
      </w:pPr>
      <w:r>
        <w:t>اب لڑائی چھوڑیں اور کہیں کہ یہ یہ جہاد ہے۔ آپ ٹکراؤ کہیں، کہیں کہ نظام مصطفیٰ ہے، اس سے کچھ ہونے والا نہیں ہے۔</w:t>
      </w:r>
    </w:p>
    <w:p>
      <w:r>
        <w:rPr>
          <w:b/>
        </w:rPr>
        <w:t xml:space="preserve">[39:11] </w:t>
      </w:r>
      <w:r>
        <w:t>aap ke naam rakhne se woh cheez jo hai, badal nahi jayegi. qaumi larrhai, qaumi larrhai rahegi, woh islami jihad nahi ban jayegi.</w:t>
      </w:r>
    </w:p>
    <w:p>
      <w:pPr>
        <w:jc w:val="right"/>
      </w:pPr>
      <w:r>
        <w:t>آپ کے نام رکھنے سے وہ چیز جو ہے، بدل نہیں جائے گی۔ قومی لڑائی، قومی لڑائی رہے گی، وہ اسلامی جہاد نہیں بن جائے گا۔</w:t>
      </w:r>
    </w:p>
    <w:p>
      <w:r>
        <w:rPr>
          <w:b/>
        </w:rPr>
        <w:t xml:space="preserve">[39:24] </w:t>
      </w:r>
      <w:r>
        <w:t>qaumi state, qaumi state hi rahegi. islami hukoomatein ban jayengi naam rakhne se.</w:t>
      </w:r>
    </w:p>
    <w:p>
      <w:pPr>
        <w:jc w:val="right"/>
      </w:pPr>
      <w:r>
        <w:t>قومی اسٹیٹ، قومی اسٹیٹ ہی رہے گا۔ اسلامی حکومتیں بن جائیں گی نام رکھنے سے۔</w:t>
      </w:r>
    </w:p>
    <w:p>
      <w:r>
        <w:rPr>
          <w:b/>
        </w:rPr>
        <w:t xml:space="preserve">[39:31] </w:t>
      </w:r>
      <w:r>
        <w:t>to is zamane mein musalmanon ka maamla yeh hai ke woh har cheez jo qaumi jazbe ke tehat hai, us ko islam ka title de dete hain.</w:t>
      </w:r>
    </w:p>
    <w:p>
      <w:pPr>
        <w:jc w:val="right"/>
      </w:pPr>
      <w:r>
        <w:t>تو اس زمانے میں مسلمانوں کا معاملہ یہ ہے کہ وہ ہر چیز جو قومی جذبے کے تحت ہے، اس کو اسلام کا ٹائٹل دے دیتے ہیں۔</w:t>
      </w:r>
    </w:p>
    <w:p>
      <w:r>
        <w:rPr>
          <w:b/>
        </w:rPr>
        <w:t xml:space="preserve">[39:45] </w:t>
      </w:r>
      <w:r>
        <w:t>to hamare qaumi jazbat ki koi ahmiyat nahi hai. ahmiyat yeh hai ke hum yeh jaanein ke law of nature kya hai, khuda ka plan kya hai, khuda ki scheme of things kya hai.</w:t>
      </w:r>
    </w:p>
    <w:p>
      <w:pPr>
        <w:jc w:val="right"/>
      </w:pPr>
      <w:r>
        <w:t>تو ہمارے قومی جذبات کی کوئی اہمیت نہیں ہے۔ اہمیت یہ ہے کہ ہم یہ جانیں کہ لاء آف نیچر کیا ہے، خدا کا پلان کیا ہے، خدا کی سکیم آف تھنگز کیا ہے۔</w:t>
      </w:r>
    </w:p>
    <w:p>
      <w:r>
        <w:rPr>
          <w:b/>
        </w:rPr>
        <w:t xml:space="preserve">[39:59] </w:t>
      </w:r>
      <w:r>
        <w:t>phir is se hum apne ko adjust karein.</w:t>
      </w:r>
    </w:p>
    <w:p>
      <w:pPr>
        <w:jc w:val="right"/>
      </w:pPr>
      <w:r>
        <w:t>پھر اس سے ہم اپنے کو ایڈجسٹ کریں۔</w:t>
      </w:r>
    </w:p>
    <w:p>
      <w:r>
        <w:rPr>
          <w:b/>
        </w:rPr>
        <w:t xml:space="preserve">[40:11] </w:t>
      </w:r>
      <w:r>
        <w:t>to aik pehlu to yeh hai, main zaati taur par to da'wati da'i hoon, mera mizaj da'wat ka mizaj</w:t>
      </w:r>
    </w:p>
    <w:p>
      <w:pPr>
        <w:jc w:val="right"/>
      </w:pPr>
      <w:r>
        <w:t>تو ایک پہلو تو یہ ہے، میں ذاتی طور پر تو دعوتی داعی ہوں، میرا مزاج دعوت کا مزاج</w:t>
      </w:r>
    </w:p>
    <w:p>
      <w:r>
        <w:rPr>
          <w:b/>
        </w:rPr>
        <w:t xml:space="preserve">[40:19] </w:t>
      </w:r>
      <w:r>
        <w:t>hai. to da'wat ka kaam karne ke liye bhi isi yahi zaroori hai. lekin jo log industry aur business in lineon mein chahte hain, un ke liye bhi yahi zaroori hai.</w:t>
      </w:r>
    </w:p>
    <w:p>
      <w:pPr>
        <w:jc w:val="right"/>
      </w:pPr>
      <w:r>
        <w:t>ہے۔ تو دعوت کا کام کرنے کے لیے بھی اسی یہی ضروری ہے۔ لیکن جو لوگ انڈسٹری اور بزنس ان لائنوں میں چاہتے ہیں، ان کے لیے بھی یہی ضروری ہے۔</w:t>
      </w:r>
    </w:p>
    <w:p>
      <w:r>
        <w:rPr>
          <w:b/>
        </w:rPr>
        <w:t xml:space="preserve">[40:31] </w:t>
      </w:r>
      <w:r>
        <w:t>yani secular taraqqi ke liye bhi zaroori hai aur religious taraqqi ke liye bhi zaroori hai.</w:t>
      </w:r>
    </w:p>
    <w:p>
      <w:pPr>
        <w:jc w:val="right"/>
      </w:pPr>
      <w:r>
        <w:t>یعنی سیکولر ترقی کے لیے بھی ضروری ہے اور ریلیجس ترقی کے لیے بھی ضروری ہے۔</w:t>
      </w:r>
    </w:p>
    <w:p>
      <w:r>
        <w:rPr>
          <w:b/>
        </w:rPr>
        <w:t xml:space="preserve">[40:40] </w:t>
      </w:r>
      <w:r>
        <w:t>chahe aap secular taraqqi karna chahte hon ya religious taraqqi karna chahte hon, aap ko apne zehan se yeh baat khatm karni padegi ke yeh zulm hai.</w:t>
      </w:r>
    </w:p>
    <w:p>
      <w:pPr>
        <w:jc w:val="right"/>
      </w:pPr>
      <w:r>
        <w:t>چاہے آپ سیکولر ترقی کرنا چاہتے ہوں یا ریلیجس ترقی کرنا چاہتے ہوں، آپ کو اپنے ذہن سے یہ بات ختم کرنی پڑے گی کہ یہ ظلم ہے۔</w:t>
      </w:r>
    </w:p>
    <w:p>
      <w:r>
        <w:rPr>
          <w:b/>
        </w:rPr>
        <w:t xml:space="preserve">[40:50] </w:t>
      </w:r>
      <w:r>
        <w:t>nahi, yeh istibdaal hai, replacement hai. aik khoon, yani purane khoon ko hatana aur naye khoon ko lana,</w:t>
      </w:r>
    </w:p>
    <w:p>
      <w:pPr>
        <w:jc w:val="right"/>
      </w:pPr>
      <w:r>
        <w:t>نہیں، یہ استبدال ہے، ریپلیسمنٹ ہے۔ ایک خون، یعنی پرانے خون کو ہٹانا اور نئے خون کو لانا،</w:t>
      </w:r>
    </w:p>
    <w:p>
      <w:r>
        <w:rPr>
          <w:b/>
        </w:rPr>
        <w:t xml:space="preserve">[41:01] </w:t>
      </w:r>
      <w:r>
        <w:t>woh hoga. aap aap kitni protest karein, kitni larrhai ladein, kitni apne ko tabah karein, lekin woh replacement hota hi rahega.</w:t>
      </w:r>
    </w:p>
    <w:p>
      <w:pPr>
        <w:jc w:val="right"/>
      </w:pPr>
      <w:r>
        <w:t>وہ ہوگا۔ آپ آپ کتنی پروٹیسٹ کریں، کتنی لڑائی لڑیں، کتنی اپنے کو تباہ کریں، لیکن وہ ریپلیسمنٹ ہوتا ہی رہے گا۔</w:t>
      </w:r>
    </w:p>
    <w:p>
      <w:r>
        <w:rPr>
          <w:b/>
        </w:rPr>
        <w:t xml:space="preserve">[41:12] </w:t>
      </w:r>
      <w:r>
        <w:t>agar replacement na rahe, duniya mein stagnation aa jayega, taraqqi ruk jayegi.</w:t>
      </w:r>
    </w:p>
    <w:p>
      <w:pPr>
        <w:jc w:val="right"/>
      </w:pPr>
      <w:r>
        <w:t>اگر ریپلیسمنٹ نہ رہے، دنیا میں سٹیگنیشن آ جائے گا، ترقی رک جائے گی۔</w:t>
      </w:r>
    </w:p>
    <w:p>
      <w:r>
        <w:rPr>
          <w:b/>
        </w:rPr>
        <w:t xml:space="preserve">[41:23] </w:t>
      </w:r>
      <w:r>
        <w:t>jaise hamari body mein aap jaante hain ke cell badalte rehte hain.</w:t>
      </w:r>
    </w:p>
    <w:p>
      <w:pPr>
        <w:jc w:val="right"/>
      </w:pPr>
      <w:r>
        <w:t>جیسے ہماری باڈی میں آپ جانتے ہیں کہ سیل بدلتے رہتے ہیں۔</w:t>
      </w:r>
    </w:p>
    <w:p>
      <w:r>
        <w:rPr>
          <w:b/>
        </w:rPr>
        <w:t xml:space="preserve">[41:29] </w:t>
      </w:r>
      <w:r>
        <w:t>hamari body mein agar cell na badlein to hum itni muddat tak zinda nahi reh sakte. darakhton ka bhi aise hi hota hai, hamari body ka bhi aise hi hota hai.</w:t>
      </w:r>
    </w:p>
    <w:p>
      <w:pPr>
        <w:jc w:val="right"/>
      </w:pPr>
      <w:r>
        <w:t>ہماری باڈی میں اگر سیل نہ بدلیں تو ہم اتنی مدت تک زندہ نہیں رہ سکتے۔ درختوں کا بھی ایسے ہی ہوتا ہے، ہماری باڈی کا بھی ایسے ہی ہوتا ہے۔</w:t>
      </w:r>
    </w:p>
    <w:p>
      <w:r>
        <w:rPr>
          <w:b/>
        </w:rPr>
        <w:t xml:space="preserve">[41:45] </w:t>
      </w:r>
      <w:r>
        <w:t>to yeh replacement ka maamla hai, na ke zulm ka maamla hai.</w:t>
      </w:r>
    </w:p>
    <w:p>
      <w:pPr>
        <w:jc w:val="right"/>
      </w:pPr>
      <w:r>
        <w:t>تو یہ ریپلیسمنٹ کا معاملہ ہے، نہ کہ ظلم کا معاملہ ہے۔</w:t>
      </w:r>
    </w:p>
    <w:p>
      <w:r>
        <w:rPr>
          <w:b/>
        </w:rPr>
        <w:t xml:space="preserve">[41:53] </w:t>
      </w:r>
      <w:r>
        <w:t>to jo log dawat ka kaam karne aa jate hain, un ko bhi janna chahiye ke yeh replacement ka mamla hai. aur jo log, yani maadi taraqqi chahte hain karna, un ko bhi janna parega ke yeh replacement ka mamla hai, zulm ka mamla nahi hai.</w:t>
      </w:r>
    </w:p>
    <w:p>
      <w:pPr>
        <w:jc w:val="right"/>
      </w:pPr>
      <w:r>
        <w:t>تو جو لوگ دعوت کا کام کرنے آ جاتے ہیں، ان کو بھی جاننا چاہیے کہ یہ ریپلیسمنٹ کا معاملہ ہے۔ اور جو لوگ، یعنی مادی ترقی چاہتے ہیں کرنا، ان کو بھی جاننا پڑے گا کہ یہ ریپلیسمنٹ کا معاملہ ہے، ظلم کا معاملہ نہیں ہے۔</w:t>
      </w:r>
    </w:p>
    <w:p>
      <w:r>
        <w:rPr>
          <w:b/>
        </w:rPr>
        <w:t xml:space="preserve">[42:13] </w:t>
      </w:r>
      <w:r>
        <w:t>jab aap aisa sooch, jab yeh sooch ayegi to kya hoga?</w:t>
      </w:r>
    </w:p>
    <w:p>
      <w:pPr>
        <w:jc w:val="right"/>
      </w:pPr>
      <w:r>
        <w:t>جب آپ ایسا سوچ، جب یہ سوچ آئے گی تو کیا ہوگا؟</w:t>
      </w:r>
    </w:p>
    <w:p>
      <w:r>
        <w:rPr>
          <w:b/>
        </w:rPr>
        <w:t xml:space="preserve">[42:18] </w:t>
      </w:r>
      <w:r>
        <w:t>phir hate khatam, intolerance khatam, protest khatam, ladai khatam, gun culture aur bomb culture khatam, negative activities khatam.</w:t>
      </w:r>
    </w:p>
    <w:p>
      <w:pPr>
        <w:jc w:val="right"/>
      </w:pPr>
      <w:r>
        <w:t>پھر ہیٹ ختم، انٹولرنس ختم، پروٹیسٹ ختم، لڑائی ختم، گن کلچر اور بم کلچر ختم، نیگیٹیو ایکٹیویٹیز ختم۔</w:t>
      </w:r>
    </w:p>
    <w:p>
      <w:r>
        <w:rPr>
          <w:b/>
        </w:rPr>
        <w:t xml:space="preserve">[42:33] </w:t>
      </w:r>
      <w:r>
        <w:t>phir bilkul ek ek nai dunya banegi, ek positive dunya.</w:t>
      </w:r>
    </w:p>
    <w:p>
      <w:pPr>
        <w:jc w:val="right"/>
      </w:pPr>
      <w:r>
        <w:t>پھر بالکل ایک ایک نئی دنیا بنے گی، ایک پازیٹیو دنیا۔</w:t>
      </w:r>
    </w:p>
    <w:p>
      <w:r>
        <w:rPr>
          <w:b/>
        </w:rPr>
        <w:t xml:space="preserve">[42:45] </w:t>
      </w:r>
      <w:r>
        <w:t>jab tak yeh sooch nahi ayegi, musalmanon mein yeh sooch, tab tak koi badi taraqqi hone wali nahi hai.</w:t>
      </w:r>
    </w:p>
    <w:p>
      <w:pPr>
        <w:jc w:val="right"/>
      </w:pPr>
      <w:r>
        <w:t>جب تک یہ سوچ نہیں آئے گی، مسلمانوں میں یہ سوچ، تب تک کوئی بڑی ترقی ہونے والی نہیں ہے۔</w:t>
      </w:r>
    </w:p>
    <w:p>
      <w:r>
        <w:rPr>
          <w:b/>
        </w:rPr>
        <w:t xml:space="preserve">[42:57] </w:t>
      </w:r>
      <w:r>
        <w:t>kal mein internet pe ek sahib ki taqreer sun raha tha, bohat popular reader aaj kal muqarrar ho gaye hain.</w:t>
      </w:r>
    </w:p>
    <w:p>
      <w:pPr>
        <w:jc w:val="right"/>
      </w:pPr>
      <w:r>
        <w:t>کل میں انٹرنیٹ پہ ایک صاحب کی تقریر سن رہا تھا، بہت پاپولر ریڈر آج کل مقرر ہو گئے ہیں۔</w:t>
      </w:r>
    </w:p>
    <w:p>
      <w:r>
        <w:rPr>
          <w:b/>
        </w:rPr>
        <w:t xml:space="preserve">[43:06] </w:t>
      </w:r>
      <w:r>
        <w:t>wo popular, ab bheer ikhatta hoti hai, lakhon lakhon copy. lekin kya tha? alfaaz ki bharmar, khushboo alfaaz ki bharmar.</w:t>
      </w:r>
    </w:p>
    <w:p>
      <w:pPr>
        <w:jc w:val="right"/>
      </w:pPr>
      <w:r>
        <w:t>وہ پاپولر، اب بھیڑ اکٹھا ہوتی ہے، لاکھوں لاکھوں کاپی۔ لیکن کیا تھا؟ الفاظ کی بھرمار، خوشبو الفاظ کی بھرمار۔</w:t>
      </w:r>
    </w:p>
    <w:p>
      <w:r>
        <w:rPr>
          <w:b/>
        </w:rPr>
        <w:t xml:space="preserve">[43:17] </w:t>
      </w:r>
      <w:r>
        <w:t>is tarah ki taqreer se kuch nahi hoga, kyunke wo un ki taqreer se logon ko koi sooch nahi mil rahi thi, koi rethinking nahi mil rahi thi. bas wah wah wah wah,</w:t>
      </w:r>
    </w:p>
    <w:p>
      <w:pPr>
        <w:jc w:val="right"/>
      </w:pPr>
      <w:r>
        <w:t>اس طرح کی تقریر سے کچھ نہیں ہوگا، کیونکہ وہ ان کی تقریر سے لوگوں کو کوئی سوچ نہیں مل رہی تھی، کوئی ری تھنکنگ نہیں مل رہی تھی۔ بس واہ واہ واہ واہ،</w:t>
      </w:r>
    </w:p>
    <w:p>
      <w:r>
        <w:rPr>
          <w:b/>
        </w:rPr>
        <w:t xml:space="preserve">[43:28] </w:t>
      </w:r>
      <w:r>
        <w:t>taaliyan bajana, wah wah karna, bheer jama hona, is se kuch hone wala nahi hai. aap ko logon ki sooch badalni paregi, aap thinking badalna parega.</w:t>
      </w:r>
    </w:p>
    <w:p>
      <w:pPr>
        <w:jc w:val="right"/>
      </w:pPr>
      <w:r>
        <w:t>تالیاں بجانا، واہ واہ کرنا، بھیڑ جمع ہونا، اس سے کچھ ہونے والا نہیں ہے۔ آپ کو لوگوں کی سوچ بدلنی پڑے گی، آپ تھنکنگ بدلنا پڑے گا۔</w:t>
      </w:r>
    </w:p>
    <w:p>
      <w:r>
        <w:rPr>
          <w:b/>
        </w:rPr>
        <w:t xml:space="preserve">[43:40] </w:t>
      </w:r>
      <w:r>
        <w:t>tab koi koi bada change ayega, koi naya daur shuru hoga.</w:t>
      </w:r>
    </w:p>
    <w:p>
      <w:pPr>
        <w:jc w:val="right"/>
      </w:pPr>
      <w:r>
        <w:t>تب کوئی کوئی بڑا چینج آئے گا، کوئی نیا دور شروع ہوگا۔</w:t>
      </w:r>
    </w:p>
    <w:p>
      <w:r>
        <w:rPr>
          <w:b/>
        </w:rPr>
        <w:t xml:space="preserve">[43:55] </w:t>
      </w:r>
      <w:r>
        <w:t>aaj kal bohat nikle hain log, taraqqi, taraqqi, taqreer wale stage par khare ho kar ke khoob josheeli taqreerein karte hain, aur log taaliyan bajate hain, aur bheer ikhatta hoti hai.</w:t>
      </w:r>
    </w:p>
    <w:p>
      <w:pPr>
        <w:jc w:val="right"/>
      </w:pPr>
      <w:r>
        <w:t>آج کل بہت نکلے ہیں لوگ، ترقی، ترقی، تقریر والے اسٹیج پر کھڑے ہو کر کے خوب جوشیلی تقریریں کرتے ہیں، اور لوگ تالیاں بجاتے ہیں، اور بھیڑ اکٹھا ہوتی ہے۔</w:t>
      </w:r>
    </w:p>
    <w:p>
      <w:r>
        <w:rPr>
          <w:b/>
        </w:rPr>
        <w:t xml:space="preserve">[44:07] </w:t>
      </w:r>
      <w:r>
        <w:t>har muslim mulk mein aise speaker paida ho gaye hain. inhi ko quran mein kaha gaya "al-siraroon". yeh sab sirsaroon hain.</w:t>
      </w:r>
    </w:p>
    <w:p>
      <w:pPr>
        <w:jc w:val="right"/>
      </w:pPr>
      <w:r>
        <w:t>ہر مسلم ملک میں ایسے اسپیکر پیدا ہوگئے ہیں۔ انہی کو قرآن میں کہا گیا "السرارون"۔ یہ سب سرسارون ہیں۔</w:t>
      </w:r>
    </w:p>
    <w:p>
      <w:r>
        <w:rPr>
          <w:b/>
        </w:rPr>
        <w:t xml:space="preserve">[44:16] </w:t>
      </w:r>
      <w:r>
        <w:t>yeh</w:t>
      </w:r>
    </w:p>
    <w:p>
      <w:pPr>
        <w:jc w:val="right"/>
      </w:pPr>
      <w:r>
        <w:t>یہ</w:t>
      </w:r>
    </w:p>
    <w:p>
      <w:r>
        <w:rPr>
          <w:b/>
        </w:rPr>
        <w:t xml:space="preserve">[44:21] </w:t>
      </w:r>
      <w:r>
        <w:t>to logon ki sooch ko badlie, logon ke mind ko badlie, way of thinking ko badlie. tab koi naya daur shuru hoga.</w:t>
      </w:r>
    </w:p>
    <w:p>
      <w:pPr>
        <w:jc w:val="right"/>
      </w:pPr>
      <w:r>
        <w:t>تو لوگوں کی سوچ کو بدلیے، لوگوں کے مائنڈ کو بدلیے، وے آف تھنکنگ کو بدلیے۔ تب کوئی نیا دور شروع ہوگا۔</w:t>
      </w:r>
    </w:p>
    <w:p>
      <w:r>
        <w:rPr>
          <w:b/>
        </w:rPr>
        <w:t xml:space="preserve">[44:33] </w:t>
      </w:r>
      <w:r>
        <w:t>to meri dua hai ke Allah taala hum sab ko tofeeq de ke hum ab sirat-e-mustaqeem par chalein, aur is dunya mein bhi Allah ki rehmat mile humein, akhirat mein bhi rehmat mile.</w:t>
      </w:r>
    </w:p>
    <w:p>
      <w:pPr>
        <w:jc w:val="right"/>
      </w:pPr>
      <w:r>
        <w:t>تو میری دعا ہے کہ اللہ تعالیٰ ہم سب کو توفیق دے کہ ہم اب صراط مستقیم پر چلیں، اور اس دنیا میں بھی اللہ کی رحمت ملے ہمیں، آخرت میں بھی رحمت ملے۔</w:t>
      </w:r>
    </w:p>
    <w:p>
      <w:r>
        <w:rPr>
          <w:b/>
        </w:rPr>
        <w:t xml:space="preserve">[44:51] </w:t>
      </w:r>
      <w:r>
        <w:t>assalam o alaikum wa rehmatullah.</w:t>
      </w:r>
    </w:p>
    <w:p>
      <w:pPr>
        <w:jc w:val="right"/>
      </w:pPr>
      <w:r>
        <w:t>السلام علیکم ورحمۃ اللہ۔</w:t>
      </w:r>
    </w:p>
    <w:p>
      <w:r>
        <w:rPr>
          <w:b/>
        </w:rPr>
        <w:t xml:space="preserve">[45:08] </w:t>
      </w:r>
      <w:r>
        <w:t>okay, we'll be starting with the question answer session now. all the online viewers are requested to send their questions on info at cpsglobal.org.</w:t>
      </w:r>
    </w:p>
    <w:p>
      <w:pPr>
        <w:jc w:val="right"/>
      </w:pPr>
      <w:r>
        <w:t>اوکے، وی بی سٹارٹنگ ود دی کوئسچن انسر سیشن ناو۔ ال دی ان لائن ویوورز ار ریکویسٹڈ ٹو سینڈ دیر کوئسچنز ان انفو ایٹ سی پی ایس گلوبل ڈاٹ او آر جی۔</w:t>
      </w:r>
    </w:p>
    <w:p>
      <w:r>
        <w:rPr>
          <w:b/>
        </w:rPr>
        <w:t xml:space="preserve">[45:19] </w:t>
      </w:r>
      <w:r>
        <w:t>please mention your location when you send your questions. Maulana, yeh sawal aaya hai pune se, Aftab sahib ne kiya hai, aur wo is waqt program dekh rahe hain, aur unhone likha hai:</w:t>
      </w:r>
    </w:p>
    <w:p>
      <w:pPr>
        <w:jc w:val="right"/>
      </w:pPr>
      <w:r>
        <w:t>پلیز مینشن یور لوکیشن وین یو سینڈ یور کوئسچنز۔ مولانا، یہ سوال آیا ہے پونے سے، آفتاب صاحب نے کیا ہے، اور وہ اس وقت پروگرام دیکھ رہے ہیں، اور انہوں نے لکھا ہے:</w:t>
      </w:r>
    </w:p>
    <w:p>
      <w:r>
        <w:rPr>
          <w:b/>
        </w:rPr>
        <w:t xml:space="preserve">[45:33] </w:t>
      </w:r>
      <w:r>
        <w:t>"Maulana, I totally agree with you on importance of patience, and I want to also live my life being a patient person, but unfortunately, whenever I face a provocative situation,</w:t>
      </w:r>
    </w:p>
    <w:p>
      <w:pPr>
        <w:jc w:val="right"/>
      </w:pPr>
      <w:r>
        <w:t>"مولانا، آئی ٹوٹلی ایگری ود یو ان امپورٹنس آف پیشنس، اینڈ آئی وانٹ ٹو السو لیو مائی لائف بینگ ا پیشنٹ پرسن، بٹ انفارچونیٹلی، وین ایور آئی فیس ا پرووکیٹیو سچویشن،</w:t>
      </w:r>
    </w:p>
    <w:p>
      <w:r>
        <w:rPr>
          <w:b/>
        </w:rPr>
        <w:t xml:space="preserve">[45:49] </w:t>
      </w:r>
      <w:r>
        <w:t>I lose temper, despite my knowing that I should exercise patience. it is only later that I realize my mistake</w:t>
      </w:r>
    </w:p>
    <w:p>
      <w:pPr>
        <w:jc w:val="right"/>
      </w:pPr>
      <w:r>
        <w:t>آئی لوز ٹیمپر، ڈسپائٹ مائی نوئنگ دیٹ آئی شوڈ ایکسرسائز پیشنس۔ اٹ از اونلی لیٹر دیٹ آئی ریلائز مائی مسٹیک</w:t>
      </w:r>
    </w:p>
    <w:p>
      <w:r>
        <w:rPr>
          <w:b/>
        </w:rPr>
        <w:t xml:space="preserve">[45:58] </w:t>
      </w:r>
      <w:r>
        <w:t>. Maulana sahib, please advise me and guide me how I can change myself, as in the heat of moment, I forget all the Quranic teachings."</w:t>
      </w:r>
    </w:p>
    <w:p>
      <w:pPr>
        <w:jc w:val="right"/>
      </w:pPr>
      <w:r>
        <w:t>۔ مولانا صاحب، پلیز ایڈوائز می اینڈ گائیڈ می ہاؤ آئی کین چینج مائی سیلف، ایز ان دا ہیٹ آف مومنٹ، آئی فارگیٹ ال دا قرآنک ٹیچنگز۔"</w:t>
      </w:r>
    </w:p>
    <w:p>
      <w:r>
        <w:rPr>
          <w:b/>
        </w:rPr>
        <w:t xml:space="preserve">[46:11] </w:t>
      </w:r>
      <w:r>
        <w:t>dekhiye, yeh forget karne ki baat nahi hai.</w:t>
      </w:r>
    </w:p>
    <w:p>
      <w:pPr>
        <w:jc w:val="right"/>
      </w:pPr>
      <w:r>
        <w:t>دیکھیے، یہ فارگیٹ کرنے کی بات نہیں ہے۔</w:t>
      </w:r>
    </w:p>
    <w:p>
      <w:r>
        <w:rPr>
          <w:b/>
        </w:rPr>
        <w:t xml:space="preserve">[46:17] </w:t>
      </w:r>
      <w:r>
        <w:t>aap ne, ya aap jaise doosre logon ne, apne zehan ko abhi banaya nahi hai, isi pichle mindset par aap jee rahe hain.</w:t>
      </w:r>
    </w:p>
    <w:p>
      <w:pPr>
        <w:jc w:val="right"/>
      </w:pPr>
      <w:r>
        <w:t>آپ نے، یا آپ جیسے دوسرے لوگوں نے، اپنے ذہن کو ابھی بنایا نہیں ہے، اسی پچھلے مائنڈ سیٹ پر آپ جی رہے ہیں۔</w:t>
      </w:r>
    </w:p>
    <w:p>
      <w:r>
        <w:rPr>
          <w:b/>
        </w:rPr>
        <w:t xml:space="preserve">[46:29] </w:t>
      </w:r>
      <w:r>
        <w:t>to sirf yeh janna ke quran mein yeh baat likhi hui hai, yeh kafi nahi hai. apne mindset ko change karna parta hai. maslan yeh baat jo mein ne arz ki ke aap sochein bar bar ke quran mein sabr ki ahmiyat kyun hai?</w:t>
      </w:r>
    </w:p>
    <w:p>
      <w:pPr>
        <w:jc w:val="right"/>
      </w:pPr>
      <w:r>
        <w:t>تو صرف یہ جاننا کہ قرآن میں یہ بات لکھی ہوئی ہے، یہ کافی نہیں ہے۔ اپنے مائنڈ سیٹ کو چینج کرنا پڑتا ہے۔ مثلاً یہ بات جو میں نے عرض کی کہ آپ سوچیں بار بار کہ قرآن میں صبر کی اہمیت کیوں ہے؟</w:t>
      </w:r>
    </w:p>
    <w:p>
      <w:r>
        <w:rPr>
          <w:b/>
        </w:rPr>
        <w:t xml:space="preserve">[46:44] </w:t>
      </w:r>
      <w:r>
        <w:t>sabr ki ahmiyat is liye hai ke aap ko apne jazbat ko agar qabu na dain to aap aap hi ko safar karna parega, kyunke aap nizam-e-fitrat ko badal nahi sakte.</w:t>
      </w:r>
    </w:p>
    <w:p>
      <w:pPr>
        <w:jc w:val="right"/>
      </w:pPr>
      <w:r>
        <w:t>صبر کی اہمیت اس لیے ہے کہ آپ کو اپنے جذبات کو اگر قابو ننڈا لائیں تو آپ آپ ہی کو سفر کرنا پڑے گا، کیونکہ آپ نظام فطرت کو بدل نہیں سکتے۔</w:t>
      </w:r>
    </w:p>
    <w:p>
      <w:r>
        <w:rPr>
          <w:b/>
        </w:rPr>
        <w:t xml:space="preserve">[46:58] </w:t>
      </w:r>
      <w:r>
        <w:t>yeh masla yeh hai ke yeh dunya maine nahi banai hai, Khuda ne banai hai. To main is dunya ko avail kar sakta hoon, Khuda ke qanoon ko jan kar ke.</w:t>
      </w:r>
    </w:p>
    <w:p>
      <w:pPr>
        <w:jc w:val="right"/>
      </w:pPr>
      <w:r>
        <w:t>یہ مسئلہ یہ ہے کہ یہ دنیا میں نے نہیں بنائی ہے، خدا نے بنائی ہے۔ تو میں اس دنیا کو اویل کر سکتا ہوں، خدا کے قانون کو جان کر کے۔</w:t>
      </w:r>
    </w:p>
    <w:p>
      <w:r>
        <w:rPr>
          <w:b/>
        </w:rPr>
        <w:t xml:space="preserve">[47:10] </w:t>
      </w:r>
      <w:r>
        <w:t>To is ke liye sabr karna parta hai. Jahan Khuda ka qanoon jo hai, meri marzi ke sath na de raha ho, wahan mujhe sabr karna parega.</w:t>
      </w:r>
    </w:p>
    <w:p>
      <w:pPr>
        <w:jc w:val="right"/>
      </w:pPr>
      <w:r>
        <w:t>تو اس کے لیے صبر کرنا پڑتا ہے۔ جہاں خدا کا قانون جو ہے، میری مرضی کے ساتھ نہ دے رہا ہو، وہاں مجھے صبر کرنا پڑے گا۔</w:t>
      </w:r>
    </w:p>
    <w:p>
      <w:r>
        <w:rPr>
          <w:b/>
        </w:rPr>
        <w:t xml:space="preserve">[47:20] </w:t>
      </w:r>
      <w:r>
        <w:t>Sabr na karoon to mujhe koi sabr, main sabr karunga.</w:t>
      </w:r>
    </w:p>
    <w:p>
      <w:pPr>
        <w:jc w:val="right"/>
      </w:pPr>
      <w:r>
        <w:t>صبر نہ کروں تو مجھے کوئی صبر، میں صبر کروں گا۔</w:t>
      </w:r>
    </w:p>
    <w:p>
      <w:r>
        <w:rPr>
          <w:b/>
        </w:rPr>
        <w:t xml:space="preserve">[47:25] </w:t>
      </w:r>
      <w:r>
        <w:t>To aap jaise logon ke bare mein meri rai yeh hai ke aap ne apne mindset ko change nahi kiya hai. Aap bas yeh jante hain ke Quran mein likha hua hai, lekin mindset to wahi ka wahi hai.</w:t>
      </w:r>
    </w:p>
    <w:p>
      <w:pPr>
        <w:jc w:val="right"/>
      </w:pPr>
      <w:r>
        <w:t>تو آپ جیسے لوگوں کے بارے میں میری رائے یہ ہے کہ آپ نے اپنے مائنڈ سیٹ کو چینج نہیں کیا ہے۔ آپ بس یہ جانتے ہیں کہ قرآن میں لکھا ہوا ہے، لیکن مائنڈ سیٹ تو وہی کا وہی ہے۔</w:t>
      </w:r>
    </w:p>
    <w:p>
      <w:r>
        <w:rPr>
          <w:b/>
        </w:rPr>
        <w:t xml:space="preserve">[47:36] </w:t>
      </w:r>
      <w:r>
        <w:t>To bohat zabardast tareeqe par apni deconditioning karni paregi. Deconditioning</w:t>
      </w:r>
    </w:p>
    <w:p>
      <w:pPr>
        <w:jc w:val="right"/>
      </w:pPr>
      <w:r>
        <w:t>تو بہت زبردست طریقے پر اپنی ڈی کنڈیشننگ کرنی پڑے گی۔ ڈی کنڈیشننگ</w:t>
      </w:r>
    </w:p>
    <w:p>
      <w:r>
        <w:rPr>
          <w:b/>
        </w:rPr>
        <w:t xml:space="preserve">[47:44] </w:t>
      </w:r>
      <w:r>
        <w:t>Apne mind mein yeh bithana parega ke sabr ki ahmiyat is liye hai taake hum problem ko ignore karein aur opportunities ko avail karein.</w:t>
      </w:r>
    </w:p>
    <w:p>
      <w:pPr>
        <w:jc w:val="right"/>
      </w:pPr>
      <w:r>
        <w:t>اپنے مائنڈ میں یہ بٹھانا پڑے گا کہ صبر کی اہمیت اس لیے ہے تاکہ ہم پرابلم کو اگنور کریں اور اپرچونیٹیز کو اویل کریں۔</w:t>
      </w:r>
    </w:p>
    <w:p>
      <w:r>
        <w:rPr>
          <w:b/>
        </w:rPr>
        <w:t xml:space="preserve">[47:58] </w:t>
      </w:r>
      <w:r>
        <w:t>Yeh ek sabr, ek wisdom hai. To jab tak aap ne mindset ko badlenge nahi aur mind mein is baat ko bithayenge nahi, apni deconditioning kar ke ke sabr ka mamla wisdom ka mamla hai,</w:t>
      </w:r>
    </w:p>
    <w:p>
      <w:pPr>
        <w:jc w:val="right"/>
      </w:pPr>
      <w:r>
        <w:t>یہ ایک صبر، ایک وزڈم ہے۔ تو جب تک آپ نے مائنڈ سیٹ کو بدلیں گے نہیں اور مائنڈ میں اس بات کو بٹھائیں گے نہیں، اپنی ڈی کنڈیشننگ کر کے کہ صبر کا معاملہ وزڈم کا معاملہ ہے،</w:t>
      </w:r>
    </w:p>
    <w:p>
      <w:r>
        <w:rPr>
          <w:b/>
        </w:rPr>
        <w:t xml:space="preserve">[48:15] </w:t>
      </w:r>
      <w:r>
        <w:t>To maine dekha, main bohat se aise logon ko janta hoon ke unka case yeh hai ke woh mindset ko change to kiya lene hain. Woh kehte hain ke aisa hota hai, waisa hota hai.</w:t>
      </w:r>
    </w:p>
    <w:p>
      <w:pPr>
        <w:jc w:val="right"/>
      </w:pPr>
      <w:r>
        <w:t>تو میں نے دیکھا، میں بہت سے ایسے لوگوں کو جانتا ہوں کہ ان کا کیس یہ ہے کہ وہ مائنڈ سیٹ کو چینج تو کیا لینے ہیں۔ وہ کہتے ہیں کہ ایسا ہوتا ہے، ویسا ہوتا ہے۔</w:t>
      </w:r>
    </w:p>
    <w:p>
      <w:r>
        <w:rPr>
          <w:b/>
        </w:rPr>
        <w:t xml:space="preserve">[48:26] </w:t>
      </w:r>
      <w:r>
        <w:t>Maine khud apne mindset ko change kiya hai. Pehle main aaj aasan nahi tha, meri soch jaise ab bolta hoon main.</w:t>
      </w:r>
    </w:p>
    <w:p>
      <w:pPr>
        <w:jc w:val="right"/>
      </w:pPr>
      <w:r>
        <w:t>میں نے خود اپنے مائنڈ سیٹ کو چینج کیا ہے۔ پہلے میں آج آسان نہیں تھا، میری سوچ جیسے اب بولتا ہوں میں۔</w:t>
      </w:r>
    </w:p>
    <w:p>
      <w:r>
        <w:rPr>
          <w:b/>
        </w:rPr>
        <w:t xml:space="preserve">[48:36] </w:t>
      </w:r>
      <w:r>
        <w:t>To first of all, you have to change your mindset.</w:t>
      </w:r>
    </w:p>
    <w:p>
      <w:pPr>
        <w:jc w:val="right"/>
      </w:pPr>
      <w:r>
        <w:t>تو فرسٹ آف آل، یو ہیو ٹو چینج یور مائنڈ سیٹ۔</w:t>
      </w:r>
    </w:p>
    <w:p>
      <w:r>
        <w:rPr>
          <w:b/>
        </w:rPr>
        <w:t xml:space="preserve">[48:41] </w:t>
      </w:r>
      <w:r>
        <w:t>Is ke baad aisa hoga ke aap ke andar right thinking aegi, right andaaz mein aap response, woh aap ka response sahi ho jayega har mauqe par.</w:t>
      </w:r>
    </w:p>
    <w:p>
      <w:pPr>
        <w:jc w:val="right"/>
      </w:pPr>
      <w:r>
        <w:t>اس کے بعد ایسا ہوگا کہ آپ کے اندر رائٹ تھنکنگ آئے گی، رائٹ انداز میں آپ رسپانس، وہ آپ کا رسپانس صحیح ہو جائے گا ہر موقع پر۔</w:t>
      </w:r>
    </w:p>
    <w:p>
      <w:r>
        <w:rPr>
          <w:b/>
        </w:rPr>
        <w:t xml:space="preserve">[48:56] </w:t>
      </w:r>
      <w:r>
        <w:t>Yeh yahi sahi tareeqa hai.</w:t>
      </w:r>
    </w:p>
    <w:p>
      <w:pPr>
        <w:jc w:val="right"/>
      </w:pPr>
      <w:r>
        <w:t>یہ یہی صحیح طریقہ ہے۔</w:t>
      </w:r>
    </w:p>
    <w:p>
      <w:r>
        <w:rPr>
          <w:b/>
        </w:rPr>
        <w:t xml:space="preserve">[49:02] </w:t>
      </w:r>
      <w:r>
        <w:t>Maulana, agla sawal kya hai Kashmir se Hamza sahib ne, aur unhone likha hai: "Maulana, recently in a television interview, former president of Pakistan General Pervez Musharraf said that we are Muslims, we know how to give a befitting reply.</w:t>
      </w:r>
    </w:p>
    <w:p>
      <w:pPr>
        <w:jc w:val="right"/>
      </w:pPr>
      <w:r>
        <w:t>مولانا، اگلا سوال کیا ہے کشمیر سے حمزہ صاحب نے، اور انہوں نے لکھا ہے: "مولانا، ریسنٹلی ان ا ٹیلی ویژن انٹرویو، فارمر پریزیڈنٹ آف پاکستان جنرل پرویز مشرف سیڈ دیٹ وی آر مسلمز، وی نو ہاؤ ٹو گیو ا بفٹنگ ریپلائی۔</w:t>
      </w:r>
    </w:p>
    <w:p>
      <w:r>
        <w:rPr>
          <w:b/>
        </w:rPr>
        <w:t xml:space="preserve">[49:25] </w:t>
      </w:r>
      <w:r>
        <w:t>He said this in reference to a question on Kashmir issue.</w:t>
      </w:r>
    </w:p>
    <w:p>
      <w:pPr>
        <w:jc w:val="right"/>
      </w:pPr>
      <w:r>
        <w:t>ہی سیڈ دس ان ریفرنس ٹو ا کوئسچن ان کشمیر ایشو۔</w:t>
      </w:r>
    </w:p>
    <w:p>
      <w:r>
        <w:rPr>
          <w:b/>
        </w:rPr>
        <w:t xml:space="preserve">[49:30] </w:t>
      </w:r>
      <w:r>
        <w:t>It is the statements which makes Muslim youth think that retaliation is the way in Islam and not patience.</w:t>
      </w:r>
    </w:p>
    <w:p>
      <w:pPr>
        <w:jc w:val="right"/>
      </w:pPr>
      <w:r>
        <w:t>اٹ از دی سٹیٹمنٹس وچ میکس مسلم یوتھ تھنک دیٹ ریٹیلیشن از دا وے ان اسلام اینڈ ناٹ پیشنس۔</w:t>
      </w:r>
    </w:p>
    <w:p>
      <w:r>
        <w:rPr>
          <w:b/>
        </w:rPr>
        <w:t xml:space="preserve">[49:39] </w:t>
      </w:r>
      <w:r>
        <w:t>Maulana, what is your opinion on this?" Dekhiye, logon ko yeh bataiye ke chahe General Pervez Musharraf hon ya koi aur ho, jab woh koi baat kehta hai to aap Quran mein is ka reference dhoondiye.</w:t>
      </w:r>
    </w:p>
    <w:p>
      <w:pPr>
        <w:jc w:val="right"/>
      </w:pPr>
      <w:r>
        <w:t>مولانا، واٹ از یور اوپینین ان دس؟" دیکھیے، لوگوں کو یہ بتائیے کہ چاہے جنرل پرویز مشرف ہوں یا کوئی اور ہو، جب وہ کوئی بات کہتا ہے تو آپ قرآن میں اس کا ریفرنس ڈھونڈیے۔</w:t>
      </w:r>
    </w:p>
    <w:p>
      <w:r>
        <w:rPr>
          <w:b/>
        </w:rPr>
        <w:t xml:space="preserve">[49:55] </w:t>
      </w:r>
      <w:r>
        <w:t>Agar woh available hai to poochhein un se ke tum jo baat kar rahe ho, woh Quran mein kahan likhi hui hai?</w:t>
      </w:r>
    </w:p>
    <w:p>
      <w:pPr>
        <w:jc w:val="right"/>
      </w:pPr>
      <w:r>
        <w:t>اگر وہ اویلیبل ہے تو پوچھیں ان سے کہ تم جو بات کر رہے ہو، وہ قرآن میں کہاں لکھی ہوئی ہے؟</w:t>
      </w:r>
    </w:p>
    <w:p>
      <w:r>
        <w:rPr>
          <w:b/>
        </w:rPr>
        <w:t xml:space="preserve">[50:04] </w:t>
      </w:r>
      <w:r>
        <w:t>Un se poochhein, telephone kar ke, internet ke zariye se mil kar ke, jaise bhi apne mindset se log bolte hain.</w:t>
      </w:r>
    </w:p>
    <w:p>
      <w:pPr>
        <w:jc w:val="right"/>
      </w:pPr>
      <w:r>
        <w:t>ان سے پوچھیں، ٹیلی فون کر کے، انٹرنیٹ کے ذریعے سے مل کر کے، جیسے بھی اپنے مائنڈ سیٹ سے لوگ بولتے ہیں۔</w:t>
      </w:r>
    </w:p>
    <w:p>
      <w:r>
        <w:rPr>
          <w:b/>
        </w:rPr>
        <w:t xml:space="preserve">[50:13] </w:t>
      </w:r>
      <w:r>
        <w:t>Apne apne mind se to jab tak woh Quran ka koi reference na dein, un ki baat ko bilkul ek yani letter bin mein daal dijiye.</w:t>
      </w:r>
    </w:p>
    <w:p>
      <w:pPr>
        <w:jc w:val="right"/>
      </w:pPr>
      <w:r>
        <w:t>اپنے اپنے مائنڈ سے تو جب تک وہ قرآن کا کوئی ریفرنس نہ دیں، ان کی بات کو بالکل ایک یعنی لیٹر بین میں ڈال دیجئے۔</w:t>
      </w:r>
    </w:p>
    <w:p>
      <w:r>
        <w:rPr>
          <w:b/>
        </w:rPr>
        <w:t xml:space="preserve">[50:26] </w:t>
      </w:r>
      <w:r>
        <w:t>Un ki baat ko aap</w:t>
      </w:r>
    </w:p>
    <w:p>
      <w:pPr>
        <w:jc w:val="right"/>
      </w:pPr>
      <w:r>
        <w:t>ان کی بات کو آپ</w:t>
      </w:r>
    </w:p>
    <w:p>
      <w:r>
        <w:rPr>
          <w:b/>
        </w:rPr>
        <w:t xml:space="preserve">[50:30] </w:t>
      </w:r>
      <w:r>
        <w:t>Letter bin mein daal dijiye.</w:t>
      </w:r>
    </w:p>
    <w:p>
      <w:pPr>
        <w:jc w:val="right"/>
      </w:pPr>
      <w:r>
        <w:t>لیٹر بین میں ڈال دیجئے۔</w:t>
      </w:r>
    </w:p>
    <w:p>
      <w:r>
        <w:rPr>
          <w:b/>
        </w:rPr>
        <w:t xml:space="preserve">[50:34] </w:t>
      </w:r>
      <w:r>
        <w:t>Main hairaan hoon ke kaise log kisi ek kehne par rai bana lete hain. To bhaiya, aap kahein ke hum Quran ko nahi mante, hum Quran se hamara koi matlab nahi hai.</w:t>
      </w:r>
    </w:p>
    <w:p>
      <w:pPr>
        <w:jc w:val="right"/>
      </w:pPr>
      <w:r>
        <w:t>میں حیران ہوں کہ کیسے لوگ کسی ایک کہنے پر رائے بنا لیتے ہیں۔ تو بھیا، آپ کہیں کہ ہم قرآن کو نہیں مانتے، ہم قرآن سے ہمارا کوئی مطلب نہیں ہے۔</w:t>
      </w:r>
    </w:p>
    <w:p>
      <w:r>
        <w:rPr>
          <w:b/>
        </w:rPr>
        <w:t xml:space="preserve">[50:45] </w:t>
      </w:r>
      <w:r>
        <w:t>Yaani Quran bhi mante hain aur woh ek kisi ki ulti seedhi baat ko hi paal lete hain.</w:t>
      </w:r>
    </w:p>
    <w:p>
      <w:pPr>
        <w:jc w:val="right"/>
      </w:pPr>
      <w:r>
        <w:t>یعنی قرآن بھی مانتے ہیں اور وہ ایک کسی کی الٹی سیدھی بات کو ہی پال لیتے ہیں۔</w:t>
      </w:r>
    </w:p>
    <w:p>
      <w:r>
        <w:rPr>
          <w:b/>
        </w:rPr>
        <w:t xml:space="preserve">[50:53] </w:t>
      </w:r>
      <w:r>
        <w:t>Aisa har statement jo koi aadmi deta hai, woh aap ke liye test hai. Aap ke test hai ke aap kisi kehne par na manen, balkeh Quran mein is ka reference dhoondhen.</w:t>
      </w:r>
    </w:p>
    <w:p>
      <w:pPr>
        <w:jc w:val="right"/>
      </w:pPr>
      <w:r>
        <w:t>ایسا ہر اسٹیٹمنٹ جو کوئی آدمی دیتا ہے، وہ آپ کے لیے ٹیسٹ ہے۔ آپ کے ٹیسٹ ہے کہ آپ کسی کہنے پر نہ مانیں، بلکہ قرآن میں اس کا ریفرنس ڈھونڈیں۔</w:t>
      </w:r>
    </w:p>
    <w:p>
      <w:r>
        <w:rPr>
          <w:b/>
        </w:rPr>
        <w:t xml:space="preserve">[51:04] </w:t>
      </w:r>
      <w:r>
        <w:t>Agar Quran se woh theek nikla hai to manen, to na manen, woh aap ka test hai. Bajaye is ke ke koi is ke kehne ke peeche daudein, aap yeh koshish karein ke aap test mein poore utren.</w:t>
      </w:r>
    </w:p>
    <w:p>
      <w:pPr>
        <w:jc w:val="right"/>
      </w:pPr>
      <w:r>
        <w:t>اگر قرآن سے وہ ٹھیک نکلا ہے تو مانیں، تو نہ مانیں، وہ آپ کا ٹیسٹ ہے۔ بجائے اس کے کہ کوئی اس کے کہنے کے پیچھے دوڑیں، آپ یہ کوشش کیں کہ آپ ٹیسٹ میں پورے اتریں۔</w:t>
      </w:r>
    </w:p>
    <w:p>
      <w:r>
        <w:rPr>
          <w:b/>
        </w:rPr>
        <w:t xml:space="preserve">[51:19] </w:t>
      </w:r>
      <w:r>
        <w:t>har aadmi, chahe koi bhi ho, us ko us ki baat ko quran par jaancha jayega. agar quran ke mutabiq hai to liya jayega, nahi to nahi.</w:t>
      </w:r>
    </w:p>
    <w:p>
      <w:pPr>
        <w:jc w:val="right"/>
      </w:pPr>
      <w:r>
        <w:t>ہر آدمی، چاہے کوئی بھی ہو، اس کو اس کی بات کو قرآن پر جانچا جائے گا۔ اگر قرآن کے مطابق ہے تو لیا جائے گا، نہیں تو نہیں۔</w:t>
      </w:r>
    </w:p>
    <w:p>
      <w:r>
        <w:rPr>
          <w:b/>
        </w:rPr>
        <w:t xml:space="preserve">[51:33] </w:t>
      </w:r>
      <w:r>
        <w:t>aur main samajhta hoon parvez musharraf ki jo main kaha, wo wo main beharhaal ma'raz wo hai, yaani rhetoric jo kehte hain, rhetoric hai, is ke ilawa kuch bhi nahi, sirf rhetoric hai.</w:t>
      </w:r>
    </w:p>
    <w:p>
      <w:pPr>
        <w:jc w:val="right"/>
      </w:pPr>
      <w:r>
        <w:t>اور میں سمجھتا ہوں پرویز مشرف کی جو میں کہا، وہ وہ میں بہرحال معرض وہ ہے، یعنی ریٹیرک جو کہتے ہیں، ریٹیرک ہے، اس کے علاوہ کچھ بھی نہیں، صرف ریٹیرک ہے۔</w:t>
      </w:r>
    </w:p>
    <w:p>
      <w:r>
        <w:rPr>
          <w:b/>
        </w:rPr>
        <w:t xml:space="preserve">[51:48] </w:t>
      </w:r>
      <w:r>
        <w:t>sawal yeh hai ke parvez musharraf ki zabani mein to kehte hain waqiat hue, to wahan kyun nahi wo jeete? wo jeet nahi sake, wo to yeh to rhetoric hai.</w:t>
      </w:r>
    </w:p>
    <w:p>
      <w:pPr>
        <w:jc w:val="right"/>
      </w:pPr>
      <w:r>
        <w:t>سوال یہ ہے کہ پرویز مشرف کی زبانی میں تو کہتے ہیں واقعات ہوئے، تو وہاں کیوں نہیں وہ جیتے؟ وہ جیت نہیں سکے، وہ تو یہ تو ریٹیرک ہے۔</w:t>
      </w:r>
    </w:p>
    <w:p>
      <w:r>
        <w:rPr>
          <w:b/>
        </w:rPr>
        <w:t xml:space="preserve">[51:59] </w:t>
      </w:r>
      <w:r>
        <w:t>musalman rhetoric ke peeche daurte hain, ajeeb o ghareeb muamla hai ke musalmanon ki badai ke rhetoric ke peeche daurte hain. wo yeh nahi sochte ke is ki haqeeqat kya hai.</w:t>
      </w:r>
    </w:p>
    <w:p>
      <w:pPr>
        <w:jc w:val="right"/>
      </w:pPr>
      <w:r>
        <w:t>مسلمان ریٹیرک کے پیچھے دوڑتے ہیں، عجیب و غریب معاملہ ہے کہ مسلمانوں کی بدائی کے ریٹیرک کے پیچھے دوڑتے ہیں۔ وہ یہ نہیں سوچتے کہ اس کی حقیقت کیا ہے۔</w:t>
      </w:r>
    </w:p>
    <w:p>
      <w:r>
        <w:rPr>
          <w:b/>
        </w:rPr>
        <w:t xml:space="preserve">[52:09] </w:t>
      </w:r>
      <w:r>
        <w:t>maulana, agla sawal rampur se hai muhammad matloob sahib ka, aur wo aap se yeh jaanna chahte hain ke "what is the difference between tauba and istighfar?" dekhen, tauba ke lafzi ma'ne hain paltna.</w:t>
      </w:r>
    </w:p>
    <w:p>
      <w:pPr>
        <w:jc w:val="right"/>
      </w:pPr>
      <w:r>
        <w:t>مولانا، اگلا سوال رامپور سے ہے محمد مطلوب صاحب کا، اور وہ آپ سے یہ جاننا چاہتے ہیں کہ "واٹ از دا ڈیفرنس بٹوین توبہ اینڈ استغفار؟" دیکھیں، توبہ کے لفظی معنی ہیں پلٹنا۔</w:t>
      </w:r>
    </w:p>
    <w:p>
      <w:r>
        <w:rPr>
          <w:b/>
        </w:rPr>
        <w:t xml:space="preserve">[52:26] </w:t>
      </w:r>
      <w:r>
        <w:t>tauba ya taubon ke lafzi ma'ne hote hain paltna. yaani ek hum ghalat kaam ho gaya tha hum se to hum palte.</w:t>
      </w:r>
    </w:p>
    <w:p>
      <w:pPr>
        <w:jc w:val="right"/>
      </w:pPr>
      <w:r>
        <w:t>توبہ یا توبوں کے لفظی معنی ہوتے ہیں پلٹنا۔ یعنی ایک ہم غلط کام ہو گیا تھا ہم سے تو ہم پلٹے۔</w:t>
      </w:r>
    </w:p>
    <w:p>
      <w:r>
        <w:rPr>
          <w:b/>
        </w:rPr>
        <w:t xml:space="preserve">[52:36] </w:t>
      </w:r>
      <w:r>
        <w:t>that is tauba.</w:t>
      </w:r>
    </w:p>
    <w:p>
      <w:pPr>
        <w:jc w:val="right"/>
      </w:pPr>
      <w:r>
        <w:t>دیٹ از توبہ۔</w:t>
      </w:r>
    </w:p>
    <w:p>
      <w:r>
        <w:rPr>
          <w:b/>
        </w:rPr>
        <w:t xml:space="preserve">[52:38] </w:t>
      </w:r>
      <w:r>
        <w:t>to quran mein aata hai ke "sum yatubuna min qareeb" ke jab ghalati ho jaye to foran hi lotna chahiye. dekhiye, is ko yaad rakhiye is baat ko ke islam mein tauba baeed nahi hai, sirf tauba qareeb hai.</w:t>
      </w:r>
    </w:p>
    <w:p>
      <w:pPr>
        <w:jc w:val="right"/>
      </w:pPr>
      <w:r>
        <w:t>تو قرآن میں آتا ہے کہ "ثمیتوبون من قریب" کہ جب غلطی ہو جائے تو فوراً ہی لوٹنا چاہیے۔ دیکھیے، اس کو یاد رکھیے اس بات کو کہ اسلام میں توبہ بعید نہیں ہے، صرف توبہ قریب ہے۔</w:t>
      </w:r>
    </w:p>
    <w:p>
      <w:r>
        <w:rPr>
          <w:b/>
        </w:rPr>
        <w:t xml:space="preserve">[52:57] </w:t>
      </w:r>
      <w:r>
        <w:t>yeh bohat important baat hai. tauba ke baad istighf</w:t>
      </w:r>
    </w:p>
    <w:p>
      <w:pPr>
        <w:jc w:val="right"/>
      </w:pPr>
      <w:r>
        <w:t>یہ بہت امپورٹنٹ بات ہے۔ توبہ کے بعد استغف</w:t>
      </w:r>
    </w:p>
    <w:p>
      <w:r>
        <w:rPr>
          <w:b/>
        </w:rPr>
        <w:t xml:space="preserve">[53:02] </w:t>
      </w:r>
      <w:r>
        <w:t>far aata hai. istighfar ke lafzi ma'ne hain bakhshish chahna. tauba ke lafzi ma'ne hain lotna. jab aap lotenge, yaani abhi ghalati se lotenge, you turn lenge, to is ke baad kya karenge?</w:t>
      </w:r>
    </w:p>
    <w:p>
      <w:pPr>
        <w:jc w:val="right"/>
      </w:pPr>
      <w:r>
        <w:t>ار آتا ہے۔ استغفار کے لفظی معنی ہیں بخشش چاہنا۔ توبہ کے لفظی معنی ہیں لوٹنا۔ جب آپ لوٹیں گے، یعنی ابھی غلطی سے لوٹیں گے، یو ٹرن لیں گے، تو اس کے بعد کیا کریں گے؟</w:t>
      </w:r>
    </w:p>
    <w:p>
      <w:r>
        <w:rPr>
          <w:b/>
        </w:rPr>
        <w:t xml:space="preserve">[53:17] </w:t>
      </w:r>
      <w:r>
        <w:t>aap duaein karenge, maghfirat mangenge. ise kehte hain istighfar. to tauba ke baad istighfar aata hai. pehle tauba, is ke baad istigh</w:t>
      </w:r>
    </w:p>
    <w:p>
      <w:pPr>
        <w:jc w:val="right"/>
      </w:pPr>
      <w:r>
        <w:t>آپ دعائیں کریں گے، مغفرت مانگیں گے۔ اسے کہتے ہیں استغفار۔ تو توبہ کے بعد استغفار آتا ہے۔ پہلے توبہ، اس کے بعد استغ</w:t>
      </w:r>
    </w:p>
    <w:p>
      <w:r>
        <w:rPr>
          <w:b/>
        </w:rPr>
        <w:t xml:space="preserve">[53:29] </w:t>
      </w:r>
      <w:r>
        <w:t>far. lekin tauba ke bare mein ek bohat aham baat hai ke quran mein hai ke "sum yatubuna min qareeb". phir jald hi wo tauba karte hain, yaani ghalati se palte hain.</w:t>
      </w:r>
    </w:p>
    <w:p>
      <w:pPr>
        <w:jc w:val="right"/>
      </w:pPr>
      <w:r>
        <w:t>فار۔ لیکن توبہ کے بارے میں ایک بہت اہم بات ہے کہ قرآن میں ہے کہ "ثمیتوبون من قریب"۔ پھر جلد ہی وہ توبہ کرتے ہیں، یعنی غلطی سے پلٹتے ہیں۔</w:t>
      </w:r>
    </w:p>
    <w:p>
      <w:r>
        <w:rPr>
          <w:b/>
        </w:rPr>
        <w:t xml:space="preserve">[53:43] </w:t>
      </w:r>
      <w:r>
        <w:t>is par maine ghor kiya ke tauba qareeb kyun hai quran majeed mein. is ki wajah dekhen, yeh hai ke nafsiyat ke mutale se yeh baat samajh mein aati hai</w:t>
      </w:r>
    </w:p>
    <w:p>
      <w:pPr>
        <w:jc w:val="right"/>
      </w:pPr>
      <w:r>
        <w:t>اس پر میں نے غور کیا کہ توبہ قریب کیوں ہے قرآن مجید میں۔ اس کی وجہ دیکھیں، یہ ہے کہ نفسیات کے مطالعے سے یہ بات سمجھ میں آتی ہے</w:t>
      </w:r>
    </w:p>
    <w:p>
      <w:r>
        <w:rPr>
          <w:b/>
        </w:rPr>
        <w:t xml:space="preserve">[53:56] </w:t>
      </w:r>
      <w:r>
        <w:t>ke aadmi ke mind mein jab ek baat aati hai ke maine falan kaam ghalat kiya, to pehle din zamir is ko tokta hai.</w:t>
      </w:r>
    </w:p>
    <w:p>
      <w:pPr>
        <w:jc w:val="right"/>
      </w:pPr>
      <w:r>
        <w:t>کہ آدمی کے مائنڈ میں جب ایک بات آتی ہے کہ میں نے فلاں کام غلط کیا، تو پہلے دن ضمیر اس کو ٹوکتا ہے۔</w:t>
      </w:r>
    </w:p>
    <w:p>
      <w:r>
        <w:rPr>
          <w:b/>
        </w:rPr>
        <w:t xml:space="preserve">[54:06] </w:t>
      </w:r>
      <w:r>
        <w:t>achha, agar aap tauba na karen to dheere dheere dheere usi waqt condition hone lagte hain. condition to dheere dheere is ki is ki burai khatm ho jati hai.</w:t>
      </w:r>
    </w:p>
    <w:p>
      <w:pPr>
        <w:jc w:val="right"/>
      </w:pPr>
      <w:r>
        <w:t>اچھا، اگر آپ توبہ نہ کریں تو دھیرے دھیرے دھیرے اسی وقت کنڈیشن ہونے لگتے ہیں۔ کنڈیشن تو دھیرے دھیرے اس کی اس کی برائی ختم ہو جاتی ہے۔</w:t>
      </w:r>
    </w:p>
    <w:p>
      <w:r>
        <w:rPr>
          <w:b/>
        </w:rPr>
        <w:t xml:space="preserve">[54:20] </w:t>
      </w:r>
      <w:r>
        <w:t>kahin memory mein rehta hai, aisa maine kiya tha, lekin is ki burai khatm ho jati hai. to phir tauba ka speed bhi khatm ho jati hai.</w:t>
      </w:r>
    </w:p>
    <w:p>
      <w:pPr>
        <w:jc w:val="right"/>
      </w:pPr>
      <w:r>
        <w:t>کہیں میموری میں رہتا ہے، ایسا میں نے کیا تھا، لیکن اس کی برائی ختم ہو جاتی ہے۔ تو پھر توبہ کا اسپیڈ بھی ختم ہو جاتی ہے۔</w:t>
      </w:r>
    </w:p>
    <w:p>
      <w:r>
        <w:rPr>
          <w:b/>
        </w:rPr>
        <w:t xml:space="preserve">[54:33] </w:t>
      </w:r>
      <w:r>
        <w:t>to jaise hi aadmi ko ehsas ho ke mujh se ghalati ho gayi, to jaldi se is ko tauba karna chahiye. yaani tauba ka ma'na wapas hona chahiye.</w:t>
      </w:r>
    </w:p>
    <w:p>
      <w:pPr>
        <w:jc w:val="right"/>
      </w:pPr>
      <w:r>
        <w:t>تو جیسے ہی آدمی کو احساس ہو کہ مجھ سے غلطی ہو گئی، تو جلدی سے اس کو توبہ کرنا چاہیے۔ یعنی توبہ کا معنی واپس ہونا چاہیے۔</w:t>
      </w:r>
    </w:p>
    <w:p>
      <w:r>
        <w:rPr>
          <w:b/>
        </w:rPr>
        <w:t xml:space="preserve">[54:43] </w:t>
      </w:r>
      <w:r>
        <w:t>wapas hone ka ma'na hai ke ghalati ki islaah karni chahiye. aur istighfar yaani allah se dua karna chahiye.</w:t>
      </w:r>
    </w:p>
    <w:p>
      <w:pPr>
        <w:jc w:val="right"/>
      </w:pPr>
      <w:r>
        <w:t>واپس ہونے کا معنی ہے کہ غلطی کی اصلاح کرنی چاہیے۔ اور استغفار یعنی اللہ سے دعا کرنا چاہیے۔</w:t>
      </w:r>
    </w:p>
    <w:p>
      <w:r>
        <w:rPr>
          <w:b/>
        </w:rPr>
        <w:t xml:space="preserve">[54:54] </w:t>
      </w:r>
      <w:r>
        <w:t>apni taraf se aadmi jo tauba karta hai, us mein allah ki madad chahiye is ki. to goya ke istighfar ka matlab hota hai ke aadmi tauba ke baad jo nayi zindagi bana raha hai, us mein allah ki madad ka talib hona.</w:t>
      </w:r>
    </w:p>
    <w:p>
      <w:pPr>
        <w:jc w:val="right"/>
      </w:pPr>
      <w:r>
        <w:t>اپنی طرف سے آدمی جو توبہ کرتا ہے، اس میں اللہ کی مدد چاہیے اس کی۔ تو گویا کہ استغفار کا مطلب ہوتا ہے کہ آدمی توبہ کے بعد جو نئی زندگی بنا رہا ہے، اس میں اللہ کی مدد کا طالب ہونا۔</w:t>
      </w:r>
    </w:p>
    <w:p>
      <w:r>
        <w:rPr>
          <w:b/>
        </w:rPr>
        <w:t xml:space="preserve">[55:09] </w:t>
      </w:r>
      <w:r>
        <w:t>yeh matlab hai is ka.</w:t>
      </w:r>
    </w:p>
    <w:p>
      <w:pPr>
        <w:jc w:val="right"/>
      </w:pPr>
      <w:r>
        <w:t>یہ مطلب ہے اس کا۔</w:t>
      </w:r>
    </w:p>
    <w:p>
      <w:r>
        <w:rPr>
          <w:b/>
        </w:rPr>
        <w:t xml:space="preserve">[55:15] </w:t>
      </w:r>
      <w:r>
        <w:t>maulana, agla sawal kya hai? chennai se maulana iqbal umri ne, aur unhon ne likha hai: "maulana, aaj hi maloom hua ke zulm khuda ki dictionary mein nahi hai.</w:t>
      </w:r>
    </w:p>
    <w:p>
      <w:pPr>
        <w:jc w:val="right"/>
      </w:pPr>
      <w:r>
        <w:t>مولانا، اگلا سوال کیا ہے؟ چنئی سے مولانا اقبال عمری نے، اور انہوں نے لکھا ہے: "مولانا، آج ہی معلوم ہوا کہ ظلم خدا کی ڈکشنری میں نہیں ہے۔</w:t>
      </w:r>
    </w:p>
    <w:p>
      <w:r>
        <w:rPr>
          <w:b/>
        </w:rPr>
        <w:t xml:space="preserve">[55:29] </w:t>
      </w:r>
      <w:r>
        <w:t>musalman apni ghalati ko khuda par kyun dalte hain? aur yeh samajhte hain ke musalman hone ki wajah se hi zulm ho raha hai." is ke bare mein bataen.</w:t>
      </w:r>
    </w:p>
    <w:p>
      <w:pPr>
        <w:jc w:val="right"/>
      </w:pPr>
      <w:r>
        <w:t>مسلمان اپنی غلطی کو خدا پر کیوں ڈالتے ہیں؟ اور یہ سمجھتے ہیں کہ مسلمان ہونے کی وجہ سے ہی ظلم ہو رہا ہے۔" اس کے بارے میں بتائیں۔</w:t>
      </w:r>
    </w:p>
    <w:p>
      <w:r>
        <w:rPr>
          <w:b/>
        </w:rPr>
        <w:t xml:space="preserve">[55:43] </w:t>
      </w:r>
      <w:r>
        <w:t>musalman hote to zulm hi na hota.</w:t>
      </w:r>
    </w:p>
    <w:p>
      <w:pPr>
        <w:jc w:val="right"/>
      </w:pPr>
      <w:r>
        <w:t>مسلمان ہوتے تو ظلم ہی نہ ہوتا۔</w:t>
      </w:r>
    </w:p>
    <w:p>
      <w:r>
        <w:rPr>
          <w:b/>
        </w:rPr>
        <w:t xml:space="preserve">[55:47] </w:t>
      </w:r>
      <w:r>
        <w:t>yeh to khud sakhta logic hai. quran mein dekhen hai ke "lan yaj'al allahu lilkafirina sabila".</w:t>
      </w:r>
    </w:p>
    <w:p>
      <w:pPr>
        <w:jc w:val="right"/>
      </w:pPr>
      <w:r>
        <w:t>یہ تو خود ساختہ لاجک ہے۔ قرآن میں دیکھیں ہے کہ "لئیں اجل اللہ للکافرین سبیلا"۔</w:t>
      </w:r>
    </w:p>
    <w:p>
      <w:r>
        <w:rPr>
          <w:b/>
        </w:rPr>
        <w:t xml:space="preserve">[55:59] </w:t>
      </w:r>
      <w:r>
        <w:t>is ayat ke hote hue aap yeh nahi keh sakte ke musalman hone ke barabar zulm ho raha hai. aap ko to yeh ayat ka inkar karna padega. is ayat ka inkar karna padega.</w:t>
      </w:r>
    </w:p>
    <w:p>
      <w:pPr>
        <w:jc w:val="right"/>
      </w:pPr>
      <w:r>
        <w:t>اس آیت کے ہوتے ہوئے آپ یہ نہیں کہہ سکتے کہ مسلمان ہونے کے برابر ظلم ہو رہا ہے۔ آپ کو تو یہ آیت کا انکار کرنا پڑے گا۔ اس آیت کا انکار کرنا پڑے گا۔</w:t>
      </w:r>
    </w:p>
    <w:p>
      <w:r>
        <w:rPr>
          <w:b/>
        </w:rPr>
        <w:t xml:space="preserve">[56:11] </w:t>
      </w:r>
      <w:r>
        <w:t>yeh aayat batati hai ke agar tum islam par ho to kabhi kisi ko zulm karne ka Allah mauqa nahi de ga. yeh to jhooti baat hai.</w:t>
      </w:r>
    </w:p>
    <w:p>
      <w:pPr>
        <w:jc w:val="right"/>
      </w:pPr>
      <w:r>
        <w:t>یہ آیت بتاتی ہے کہ اگر تم اسلام پر ہو تو کبھی کسی کو ظلم کرنے کا اللہ موقع نہیں دے گا۔ یہ تو جھوٹی بات ہے۔</w:t>
      </w:r>
    </w:p>
    <w:p>
      <w:r>
        <w:rPr>
          <w:b/>
        </w:rPr>
        <w:t xml:space="preserve">[56:21] </w:t>
      </w:r>
      <w:r>
        <w:t>hum musalmanon ne aise zulm baraye is se bara jhoot koi nahi. jhoot mein is liye keh raha hoon ke is se quran ke nafi hoti hai, khuda ke qanoon ki nafi hoti hai.</w:t>
      </w:r>
    </w:p>
    <w:p>
      <w:pPr>
        <w:jc w:val="right"/>
      </w:pPr>
      <w:r>
        <w:t>ہم مسلمانوں نے ایسے ظلم برائے اس سے بڑا جھوٹ کوئی نہیں۔ جھوٹ میں اس لیے کہہ رہا ہوں کہ اس سے قرآن کے نفی ہوتی ہے، خدا کے قانون کی نفی ہوتی ہے۔</w:t>
      </w:r>
    </w:p>
    <w:p>
      <w:r>
        <w:rPr>
          <w:b/>
        </w:rPr>
        <w:t xml:space="preserve">[56:35] </w:t>
      </w:r>
      <w:r>
        <w:t>asal cheez hai ke musalman ki soch qoumi soch</w:t>
      </w:r>
    </w:p>
    <w:p>
      <w:pPr>
        <w:jc w:val="right"/>
      </w:pPr>
      <w:r>
        <w:t>اصل چیز ہے کہ مسلمان کی سوچ قومی سوچ</w:t>
      </w:r>
    </w:p>
    <w:p>
      <w:r>
        <w:rPr>
          <w:b/>
        </w:rPr>
        <w:t xml:space="preserve">[56:38] </w:t>
      </w:r>
      <w:r>
        <w:t>ban gayi hai. qoumi soch jaise doosri qoumein sochti hain, waise musalman sochte hain. is qoumi soch ko unhon ne islamize kar rakha hai. yaani apni khud sakhta ladai ko jihad bana rakha hai.</w:t>
      </w:r>
    </w:p>
    <w:p>
      <w:pPr>
        <w:jc w:val="right"/>
      </w:pPr>
      <w:r>
        <w:t>بن گئی ہے۔ قومی سوچ جیسے دوسری قومیں سوچتی ہیں، ویسے مسلمان سوچتے ہیں۔ اس قومی سوچ کو انہوں نے اسلامائز کر رکھا ہے۔ یعنی اپنی خود ساختہ لڑائی کو جہاد بنا رکھا ہے۔</w:t>
      </w:r>
    </w:p>
    <w:p>
      <w:r>
        <w:rPr>
          <w:b/>
        </w:rPr>
        <w:t xml:space="preserve">[56:54] </w:t>
      </w:r>
      <w:r>
        <w:t>khud sakhta siyasat ko islami hukoomat bana rakha hai. khud sakhta hangame karein ge aur kahein ge nizam e mustafa yeh hai.</w:t>
      </w:r>
    </w:p>
    <w:p>
      <w:pPr>
        <w:jc w:val="right"/>
      </w:pPr>
      <w:r>
        <w:t>خود ساختہ سیاست کو اسلامی حکومت بنا رکھا ہے۔ خود ساختہ ہنگامے کریں گے اور کہیں گے نظام مصطفیٰ یہ ہے۔</w:t>
      </w:r>
    </w:p>
    <w:p>
      <w:r>
        <w:rPr>
          <w:b/>
        </w:rPr>
        <w:t xml:space="preserve">[57:05] </w:t>
      </w:r>
      <w:r>
        <w:t>to apni qoumi,</w:t>
      </w:r>
    </w:p>
    <w:p>
      <w:pPr>
        <w:jc w:val="right"/>
      </w:pPr>
      <w:r>
        <w:t>تو اپنی قومی،</w:t>
      </w:r>
    </w:p>
    <w:p>
      <w:r>
        <w:rPr>
          <w:b/>
        </w:rPr>
        <w:t xml:space="preserve">[57:10] </w:t>
      </w:r>
      <w:r>
        <w:t>yaani apni qoumi sargarmiyon ko unhon ne islamize kar rakha hai. yeh mein kahoon ga ke is ko islam ka title de rakha hai.</w:t>
      </w:r>
    </w:p>
    <w:p>
      <w:pPr>
        <w:jc w:val="right"/>
      </w:pPr>
      <w:r>
        <w:t>یعنی اپنی قومی سرگرمیوں کو انہوں نے اسلامائز کر رکھا ہے۔ یہ میں کہوں گا کہ اس کو اسلام کا ٹائٹل دے رکھا ہے۔</w:t>
      </w:r>
    </w:p>
    <w:p>
      <w:r>
        <w:rPr>
          <w:b/>
        </w:rPr>
        <w:t xml:space="preserve">[57:21] </w:t>
      </w:r>
      <w:r>
        <w:t>koi bhi shakhs jo sacha ho, mein samajhta hoon ke ek baar sirf quran parhe, ek baar to apni ghalti ki ki daryaft kar le ga.</w:t>
      </w:r>
    </w:p>
    <w:p>
      <w:pPr>
        <w:jc w:val="right"/>
      </w:pPr>
      <w:r>
        <w:t>کوئی بھی شخص جو سچیر ہو، میں سمجھتا ہوں کہ ایک بار صرف قرآن پڑھے، ایک بار تو اپنی غلطی کی کی دریافت کر لے گا۔</w:t>
      </w:r>
    </w:p>
    <w:p>
      <w:r>
        <w:rPr>
          <w:b/>
        </w:rPr>
        <w:t xml:space="preserve">[57:29] </w:t>
      </w:r>
      <w:r>
        <w:t>woh</w:t>
      </w:r>
    </w:p>
    <w:p>
      <w:pPr>
        <w:jc w:val="right"/>
      </w:pPr>
      <w:r>
        <w:t>وہ</w:t>
      </w:r>
    </w:p>
    <w:p>
      <w:r>
        <w:rPr>
          <w:b/>
        </w:rPr>
        <w:t xml:space="preserve">[57:34] </w:t>
      </w:r>
      <w:r>
        <w:t>maulana, agla sawal kya hai? aamir bin yusuf sahib ne pakistan se, aur unhon ne likha hai ke quran ke chapter 64, verse number 16 mein aaya hai:</w:t>
      </w:r>
    </w:p>
    <w:p>
      <w:pPr>
        <w:jc w:val="right"/>
      </w:pPr>
      <w:r>
        <w:t>مولانا، اگلا سوال کیا ہے؟ عامر بن یوسف صاحب نے پاکستان سے، اور انہوں نے لکھا ہے کہ قرآن کے چیپٹر 64، ورس نمبر 16 میں آیا ہے:</w:t>
      </w:r>
    </w:p>
    <w:p>
      <w:r>
        <w:rPr>
          <w:b/>
        </w:rPr>
        <w:t xml:space="preserve">[57:48] </w:t>
      </w:r>
      <w:r>
        <w:t>"jo hirs se bacha liya gaya, woh kamyab ho gaya." maulana sahib, mein yeh janna chahta hoon ke is ka matlab kya hai? is ke baray mein hamein batayein.</w:t>
      </w:r>
    </w:p>
    <w:p>
      <w:pPr>
        <w:jc w:val="right"/>
      </w:pPr>
      <w:r>
        <w:t>"جو حرص سے بچا لیا گیا، وہ کامیاب ہو گیا۔" مولانا صاحب، میں یہ جاننا چاہتا ہوں کہ اس کا مطلب کیا ہے؟ اس کے بارے میں ہمیں بتائیں۔</w:t>
      </w:r>
    </w:p>
    <w:p>
      <w:r>
        <w:rPr>
          <w:b/>
        </w:rPr>
        <w:t xml:space="preserve">[58:01] </w:t>
      </w:r>
      <w:r>
        <w:t>aap meri tafsir parhiye: "tazkir ul quran". is ke baad sawal kijiye. meri tafsir urdu mein, angrezi mein, arabi mein, teen zabanon mein hai.</w:t>
      </w:r>
    </w:p>
    <w:p>
      <w:pPr>
        <w:jc w:val="right"/>
      </w:pPr>
      <w:r>
        <w:t>آپ میری تفسیر پڑھیے: "تذکر القرآن"۔ اس کے بعد سوال کیجئے۔ میری تفسیر اردو میں، انگریزی میں، عربی میں، تین زبانوں میں ہے۔</w:t>
      </w:r>
    </w:p>
    <w:p>
      <w:r>
        <w:rPr>
          <w:b/>
        </w:rPr>
        <w:t xml:space="preserve">[58:16] </w:t>
      </w:r>
      <w:r>
        <w:t>is ko parhiye aur phir sawal kijiye. kya ho sakta hai ke is mein aap ke sawal ka jawab mil jaye? aap ko</w:t>
      </w:r>
    </w:p>
    <w:p>
      <w:pPr>
        <w:jc w:val="right"/>
      </w:pPr>
      <w:r>
        <w:t>اس کو پڑھیے اور پھر سوال کیجئے۔ کیا ہو سکتا ہے کہ اس میں آپ کے سوال کا جواب مل جائے؟ آپ کو</w:t>
      </w:r>
    </w:p>
    <w:p>
      <w:r>
        <w:rPr>
          <w:b/>
        </w:rPr>
        <w:t xml:space="preserve">[58:26] </w:t>
      </w:r>
      <w:r>
        <w:t>maulana, inhi ka ek aur s</w:t>
      </w:r>
    </w:p>
    <w:p>
      <w:pPr>
        <w:jc w:val="right"/>
      </w:pPr>
      <w:r>
        <w:t>مولانا، انہی کا ایک اور س</w:t>
      </w:r>
    </w:p>
    <w:p>
      <w:r>
        <w:rPr>
          <w:b/>
        </w:rPr>
        <w:t xml:space="preserve">[58:28] </w:t>
      </w:r>
      <w:r>
        <w:t>wal hai. woh aap se yeh janna chahte hain ke muslims mein tribal age ki beginning kab se hui? is ke baray mein batayein.</w:t>
      </w:r>
    </w:p>
    <w:p>
      <w:pPr>
        <w:jc w:val="right"/>
      </w:pPr>
      <w:r>
        <w:t>وال ہے۔ وہ آپ سے یہ جاننا چاہتے ہیں کہ مسلمز میں ٹرائبل ایج کی بگننگ کب سے ہوئی؟ اس کے بارے میں بتائیں۔</w:t>
      </w:r>
    </w:p>
    <w:p>
      <w:r>
        <w:rPr>
          <w:b/>
        </w:rPr>
        <w:t xml:space="preserve">[58:38] </w:t>
      </w:r>
      <w:r>
        <w:t>yeh beginning ki baat nahi hai. jo log islam mein dakhil hue, woh tribal culture mein jeete thay. us waqt woh condition ho chuke thay.</w:t>
      </w:r>
    </w:p>
    <w:p>
      <w:pPr>
        <w:jc w:val="right"/>
      </w:pPr>
      <w:r>
        <w:t>یہ بگننگ کی بات نہیں ہے۔ جو لوگ اسلام میں داخل ہوئے، وہ ٹرائبل کلچر میں جیتے تھے۔ اس وقت وہ کنڈیشن ہو چکے تھے۔</w:t>
      </w:r>
    </w:p>
    <w:p>
      <w:r>
        <w:rPr>
          <w:b/>
        </w:rPr>
        <w:t xml:space="preserve">[58:50] </w:t>
      </w:r>
      <w:r>
        <w:t>us waqt condition ho chuke thay. woh to beginning ki baat nahi hai. woh to tribal culture hi ko le kar aaye islam mein.</w:t>
      </w:r>
    </w:p>
    <w:p>
      <w:pPr>
        <w:jc w:val="right"/>
      </w:pPr>
      <w:r>
        <w:t>اس وقت کنڈیشن ہو چکے تھے۔ وہ تو بگننگ کی بات نہیں ہے۔ وہ تو ٹرائبل کلچر ہی کو لے کر آئے اسلام میں۔</w:t>
      </w:r>
    </w:p>
    <w:p>
      <w:r>
        <w:rPr>
          <w:b/>
        </w:rPr>
        <w:t xml:space="preserve">[59:00] </w:t>
      </w:r>
      <w:r>
        <w:t>to us zamane mein, yaani jo tarbiyat aur taleem darkar thi, woh nahi ho saki.</w:t>
      </w:r>
    </w:p>
    <w:p>
      <w:pPr>
        <w:jc w:val="right"/>
      </w:pPr>
      <w:r>
        <w:t>تو اس زمانے میں، یعنی جو تربیت اور تعلیم درکار تھی، وہ نہیں ہو سکی۔</w:t>
      </w:r>
    </w:p>
    <w:p>
      <w:r>
        <w:rPr>
          <w:b/>
        </w:rPr>
        <w:t xml:space="preserve">[59:11] </w:t>
      </w:r>
      <w:r>
        <w:t>quran mein jo ek usool bataya gaya tha ke "ma kaana mumin kaffah fal yafur min kull firqatin minhum", yaani sari ki sari qoum nahi aa sakti.</w:t>
      </w:r>
    </w:p>
    <w:p>
      <w:pPr>
        <w:jc w:val="right"/>
      </w:pPr>
      <w:r>
        <w:t>قرآن میں جو ایک اصول بتایا گیا تھا کہ "ما کان مومن کافہ فلو نفر من کل فرقۃ منہ"، یعنی ساری کی ساری قوم نہیں آ سکتی۔</w:t>
      </w:r>
    </w:p>
    <w:p>
      <w:r>
        <w:rPr>
          <w:b/>
        </w:rPr>
        <w:t xml:space="preserve">[59:21] </w:t>
      </w:r>
      <w:r>
        <w:t>to yaani ek group ki shakal mein log aaye madina aur un ki taleem</w:t>
      </w:r>
    </w:p>
    <w:p>
      <w:pPr>
        <w:jc w:val="right"/>
      </w:pPr>
      <w:r>
        <w:t>تو یعنی ایک گروپ کی شکل میں لوگ آئیں مدینہ اور ان کی تعلیم</w:t>
      </w:r>
    </w:p>
    <w:p>
      <w:r>
        <w:rPr>
          <w:b/>
        </w:rPr>
        <w:t xml:space="preserve">[59:29] </w:t>
      </w:r>
      <w:r>
        <w:t>tarbiyat ho. lekin yeh amalana yeh yeh nizam bana nahi wahan par, kyunke ladai chhid gayi. ladai chhid gayi. ladai chhid gayi.</w:t>
      </w:r>
    </w:p>
    <w:p>
      <w:pPr>
        <w:jc w:val="right"/>
      </w:pPr>
      <w:r>
        <w:t>تربیت ہو۔ لیکن یہ عملاً یہ یہ نظام بنا نہیں وہاں پر، کیونکہ لڑائی چھڑ گئی۔ لڑائی چھڑ گئی۔ لڑائی چھڑ گئی۔</w:t>
      </w:r>
    </w:p>
    <w:p>
      <w:r>
        <w:rPr>
          <w:b/>
        </w:rPr>
        <w:t xml:space="preserve">[59:42] </w:t>
      </w:r>
      <w:r>
        <w:t>to ab bhi musalman, yaani abhi bhi woh kaam nahi kar rahe hain talib tarbiyat ka.</w:t>
      </w:r>
    </w:p>
    <w:p>
      <w:pPr>
        <w:jc w:val="right"/>
      </w:pPr>
      <w:r>
        <w:t>تو اب بھی مسلمان، یعنی ابھی بھی وہ کام نہیں کر رہے ہیں طالب تربیت کا۔</w:t>
      </w:r>
    </w:p>
    <w:p>
      <w:r>
        <w:rPr>
          <w:b/>
        </w:rPr>
        <w:t xml:space="preserve">[59:51] </w:t>
      </w:r>
      <w:r>
        <w:t>to abhi tak woh sara masla, abhi tak is ka asar hai. abhi jo jangain dekh rahe hain aap, woh sab abhi bhi tribal culture ka woh nishan hai.</w:t>
      </w:r>
    </w:p>
    <w:p>
      <w:pPr>
        <w:jc w:val="right"/>
      </w:pPr>
      <w:r>
        <w:t>تو ابھی تک وہ سارا مسئلہ، ابھی تک اس کا اثر ہے۔ ابھی جو جنگیں دیکھ رہے ہیں آپ، وہ سب ابھی بھی ٹرائبل کلچر کا وہ نشان ہے۔</w:t>
      </w:r>
    </w:p>
    <w:p>
      <w:r>
        <w:rPr>
          <w:b/>
        </w:rPr>
        <w:t xml:space="preserve">[1:00:00] </w:t>
      </w:r>
      <w:r>
        <w:t>isi ka trace hai. tribal culture se abhi musalman bahar nahi aaye hain. isi isi aapas ki ladai hai, inteqam aur nafrat, woh sab tribal culture hi kitne din hain.</w:t>
      </w:r>
    </w:p>
    <w:p>
      <w:pPr>
        <w:jc w:val="right"/>
      </w:pPr>
      <w:r>
        <w:t>اسی کا ٹریس ہے۔ ٹرائبل کلچر سے ابھی مسلمان باہر نہیں آئے ہیں۔ اسی اسی آپس کی لڑائی ہے، انتقام اور نفرت، وہ سب ٹرائبل کلچر ہی کتنے دن ہیں۔</w:t>
      </w:r>
    </w:p>
    <w:p>
      <w:r>
        <w:rPr>
          <w:b/>
        </w:rPr>
        <w:t xml:space="preserve">[1:00:17] </w:t>
      </w:r>
      <w:r>
        <w:t>to</w:t>
      </w:r>
    </w:p>
    <w:p>
      <w:pPr>
        <w:jc w:val="right"/>
      </w:pPr>
      <w:r>
        <w:t>تو</w:t>
      </w:r>
    </w:p>
    <w:p>
      <w:r>
        <w:rPr>
          <w:b/>
        </w:rPr>
        <w:t xml:space="preserve">[1:00:18] </w:t>
      </w:r>
      <w:r>
        <w:t>is ka is ka tor sirf education ho sakta tha, lekin education musalman mein hui nahin. jo madrase ka education bilkul nakafi hai. jo madrase mein education hoti hai, woh nakafi hai is ke liye.</w:t>
      </w:r>
    </w:p>
    <w:p>
      <w:pPr>
        <w:jc w:val="right"/>
      </w:pPr>
      <w:r>
        <w:t>اس کا اس کا توڑ صرف ایجوکیشن ہو سکتا تھا، لیکن ایجوکیشن مسلمان میں ہوئی نہیں۔ جو مدرسے کا ایجوکیشن بالکل ناکافی ہے۔ جو مدرسے میں ایجوکیشن ہوتی ہے، وہ ناکافی ہے اس کے لیے۔</w:t>
      </w:r>
    </w:p>
    <w:p>
      <w:r>
        <w:rPr>
          <w:b/>
        </w:rPr>
        <w:t xml:space="preserve">[1:00:32] </w:t>
      </w:r>
      <w:r>
        <w:t>balkeh jo log jatay hain secular education mein, woh kisi had tak behtar ho jatay hain. un ki de-conditioning ho jati hai.</w:t>
      </w:r>
    </w:p>
    <w:p>
      <w:pPr>
        <w:jc w:val="right"/>
      </w:pPr>
      <w:r>
        <w:t>بلکہ جو لوگ جاتے ہیں سیکولر ایجوکیشن میں، وہ کسی حد تک بہتر ہو جاتے ہیں۔ ان کی ڈی کارنڈیشن ہو جاتی ہے۔</w:t>
      </w:r>
    </w:p>
    <w:p>
      <w:r>
        <w:rPr>
          <w:b/>
        </w:rPr>
        <w:t xml:space="preserve">[1:00:41] </w:t>
      </w:r>
      <w:r>
        <w:t>madrase walon ko nahin hoti.</w:t>
      </w:r>
    </w:p>
    <w:p>
      <w:pPr>
        <w:jc w:val="right"/>
      </w:pPr>
      <w:r>
        <w:t>مدرسے والوں کو نہیں ہوتی۔</w:t>
      </w:r>
    </w:p>
    <w:p>
      <w:r>
        <w:rPr>
          <w:b/>
        </w:rPr>
        <w:t xml:space="preserve">[1:00:45] </w:t>
      </w:r>
      <w:r>
        <w:t>to tribal culture ko le kar hi aaye log Islam, aur woh continue raha, kyunke taleem ka jo nizam mutlub tha, woh nahin ho saka.</w:t>
      </w:r>
    </w:p>
    <w:p>
      <w:pPr>
        <w:jc w:val="right"/>
      </w:pPr>
      <w:r>
        <w:t>تو ٹرائبل کلچر کو لے کر ہی آئے لوگ اسلام، اور وہ کنٹینیو رہا، کیونکہ تعلیم کا جو نظام مطلوب تھا، وہ نہیں ہو سکا۔</w:t>
      </w:r>
    </w:p>
    <w:p>
      <w:r>
        <w:rPr>
          <w:b/>
        </w:rPr>
        <w:t xml:space="preserve">[1:00:55] </w:t>
      </w:r>
      <w:r>
        <w:t>jo khud Quran mein bataya gaya tha, woh nizam nahin ban saka.</w:t>
      </w:r>
    </w:p>
    <w:p>
      <w:pPr>
        <w:jc w:val="right"/>
      </w:pPr>
      <w:r>
        <w:t>جو خود قرآن میں بتایا گیا تھا، وہ نظام نہیں بن سکا۔</w:t>
      </w:r>
    </w:p>
    <w:p>
      <w:r>
        <w:rPr>
          <w:b/>
        </w:rPr>
        <w:t xml:space="preserve">[1:01:02] </w:t>
      </w:r>
      <w:r>
        <w:t>is ayat ko aap parhiye: "ma kaana al-mu'minu li yanfirro kaffah, falaw lafara min kulli firqatin minhum taa'ifatun".</w:t>
      </w:r>
    </w:p>
    <w:p>
      <w:pPr>
        <w:jc w:val="right"/>
      </w:pPr>
      <w:r>
        <w:t>اس آیت کو آپ پڑھیے: "ما کان المومن لیلف کافہ فلو نفر من کل فرقۃ منہم طائفتم"۔</w:t>
      </w:r>
    </w:p>
    <w:p>
      <w:r>
        <w:rPr>
          <w:b/>
        </w:rPr>
        <w:t xml:space="preserve">[1:01:10] </w:t>
      </w:r>
      <w:r>
        <w:t>yeh mashhoor ayat hai. is ko aap parhiye aur is ki tafseer. yeh bataya gaya tha ke ek nizam-e-taleem qaim karo, lekin woh nizam-e-taleem jahan tak mein janta hoon, kabhi bhi tareekh mein qaim nahin ho saka.</w:t>
      </w:r>
    </w:p>
    <w:p>
      <w:pPr>
        <w:jc w:val="right"/>
      </w:pPr>
      <w:r>
        <w:t>یہ مشہور آیت ہے۔ اس کو آپ پڑھیے اور اس کی تفسیر۔ یہ بتایا گیا تھا کہ ایک نظام تعلیم قائم کرو، لیکن وہ نظام تعلیم جہاں تک میں جانتا ہوں، کبھی بھی تاریخ میں قائم نہیں ہو سکا۔</w:t>
      </w:r>
    </w:p>
    <w:p>
      <w:r>
        <w:rPr>
          <w:b/>
        </w:rPr>
        <w:t xml:space="preserve">[1:01:23] </w:t>
      </w:r>
      <w:r>
        <w:t>un ki de-conditioning ka yeh ayat ka matlab tha ke logon ki conditioning ko todo,</w:t>
      </w:r>
    </w:p>
    <w:p>
      <w:pPr>
        <w:jc w:val="right"/>
      </w:pPr>
      <w:r>
        <w:t>ان کی ڈی کارنڈیشن کا یہ آیت کا مطلب تھا کہ لوگوں کی کنڈیشننگ کو توڑو،</w:t>
      </w:r>
    </w:p>
    <w:p>
      <w:r>
        <w:rPr>
          <w:b/>
        </w:rPr>
        <w:t xml:space="preserve">[1:01:31] </w:t>
      </w:r>
      <w:r>
        <w:t>yani sabaq mind set ko le kar ke jo Islam mein dakhil ho gaye hain, is ko khatam karo, aur agar naya zehn banao, naya mind banao, nayi soch banao,</w:t>
      </w:r>
    </w:p>
    <w:p>
      <w:pPr>
        <w:jc w:val="right"/>
      </w:pPr>
      <w:r>
        <w:t>یعنی سابق مائنڈ سیٹ کو لے کر کے جو اسلام میں داخل ہو گئے ہیں، اس کو ختم کرو، اور اگر نیا ذہن بناؤ، نیا مائنڈ بناؤ، نئی سوچ بناؤ،</w:t>
      </w:r>
    </w:p>
    <w:p>
      <w:r>
        <w:rPr>
          <w:b/>
        </w:rPr>
        <w:t xml:space="preserve">[1:01:44] </w:t>
      </w:r>
      <w:r>
        <w:t>to musalman pehle bhi ladaai phadaai mein mashghool rahe, aaj bhi ladaai phadaai mein mashghool hain, aur sahih maanon mein woh taaleemi nizam nahin ban saka jo mutlub tha.</w:t>
      </w:r>
    </w:p>
    <w:p>
      <w:pPr>
        <w:jc w:val="right"/>
      </w:pPr>
      <w:r>
        <w:t>تو مسلمان پہلے بھی لڑائی پھڑائی میں مشغول رہے، آج بھی لڑائی پھڑائی میں مشغول ہیں، اور صحیح معنوں میں وہ تعلیمی نظام نہیں بن سکا جو مطلوب تھا۔</w:t>
      </w:r>
    </w:p>
    <w:p>
      <w:r>
        <w:rPr>
          <w:b/>
        </w:rPr>
        <w:t xml:space="preserve">[1:01:54] </w:t>
      </w:r>
      <w:r>
        <w:t>dekhiye, yeh hai Surah At-Tawbah ayat number 122.</w:t>
      </w:r>
    </w:p>
    <w:p>
      <w:pPr>
        <w:jc w:val="right"/>
      </w:pPr>
      <w:r>
        <w:t>دیکھیے، یہ ہے سورہ التوبہ آیت نمبر 122۔</w:t>
      </w:r>
    </w:p>
    <w:p>
      <w:r>
        <w:rPr>
          <w:b/>
        </w:rPr>
        <w:t xml:space="preserve">[1:02:00] </w:t>
      </w:r>
      <w:r>
        <w:t>bohat zabardast is mein taleem thi ke jo log pichlay mind set ko le kar ke dakhil ho gaye hain Islam mein, kalma parh kar ke, un ki de-conditioning zaroori hai, aur woh de-conditioning hogi taleem, tarbiyat, tarbiyat, tarbiyat ke zariye.</w:t>
      </w:r>
    </w:p>
    <w:p>
      <w:pPr>
        <w:jc w:val="right"/>
      </w:pPr>
      <w:r>
        <w:t>بہت زبردست اس میں تعلیم تھی کہ جو لوگ پچھلے مائنڈ سیٹ کو لے کر کے داخل ہو گئے ہیں اسلام میں، کلمہ پڑھ کر کے، ان کی ڈی کارنڈیشن ضروری ہے، اور وہ ڈی کارنڈیشن ہوگی تعلیم، تربیت، تربیت، تربیت کے ذریعے۔</w:t>
      </w:r>
    </w:p>
    <w:p>
      <w:r>
        <w:rPr>
          <w:b/>
        </w:rPr>
        <w:t xml:space="preserve">[1:02:16] </w:t>
      </w:r>
      <w:r>
        <w:t>yeh kaam bohat hi juzwi tor par hua, baqaida nahin hua, ab bhi nahin ho raha hai.</w:t>
      </w:r>
    </w:p>
    <w:p>
      <w:pPr>
        <w:jc w:val="right"/>
      </w:pPr>
      <w:r>
        <w:t>یہ کام بہت ہی جزوی طور پر ہوا، باقاعدہ نہیں ہوا، اب بھی نہیں ہو رہا ہے۔</w:t>
      </w:r>
    </w:p>
    <w:p>
      <w:r>
        <w:rPr>
          <w:b/>
        </w:rPr>
        <w:t xml:space="preserve">[1:02:24] </w:t>
      </w:r>
      <w:r>
        <w:t>to aaj hamein yeh kaam karna hai ke hum apni taleem ke nizam ko is nahaj par qaim karein ke logon ki de-conditioning karne ke nahaj par.</w:t>
      </w:r>
    </w:p>
    <w:p>
      <w:pPr>
        <w:jc w:val="right"/>
      </w:pPr>
      <w:r>
        <w:t>تو آج ہمیں یہ کام کرنا ہے کہ ہم اپنی تعلیم کے نظام کو اس نہج پر قائم کریں کہ لوگوں کی ڈی کارنڈیشن کرنے کے نہج پر۔</w:t>
      </w:r>
    </w:p>
    <w:p>
      <w:r>
        <w:rPr>
          <w:b/>
        </w:rPr>
        <w:t xml:space="preserve">[1:02:35] </w:t>
      </w:r>
      <w:r>
        <w:t>tab ja kar yeh cheez khatam hogi. Maulana, agla sawal kya hai? Ajmer se Dr. Safeena Tabassum ne, aur unhone aap se poocha hai ke "how to identify a sincerity in a person"</w:t>
      </w:r>
    </w:p>
    <w:p>
      <w:pPr>
        <w:jc w:val="right"/>
      </w:pPr>
      <w:r>
        <w:t>تب جا کر یہ چیز ختم ہوگی۔ مولانا، اگلا سوال کیا ہے؟ اجمیر سے ڈاکٹر سفینہ تبسم نے، اور انہوں نے آپ سے پوچھا ہے کہ "ہاؤ ٹو آئیڈینٹیفائی ا سنسیریٹی ان ا پرسن"</w:t>
      </w:r>
    </w:p>
    <w:p>
      <w:r>
        <w:rPr>
          <w:b/>
        </w:rPr>
        <w:t xml:space="preserve">[1:02:50] </w:t>
      </w:r>
      <w:r>
        <w:t>. bhai, dekhein, sincerity jo hai, yeh koi mathematical formula nahin hai. do aur do chaar ki tarah se is ko aap define nahin kar sakte.</w:t>
      </w:r>
    </w:p>
    <w:p>
      <w:pPr>
        <w:jc w:val="right"/>
      </w:pPr>
      <w:r>
        <w:t>۔ بھائی، دیکھیں، سنسیریٹی جو ہے، یہ کوئی میتھمیٹیکل فارمولا نہیں ہے۔ دو اور دو چار کی طرح سے اس کو آپ ڈیفائن نہیں کر سکتے۔</w:t>
      </w:r>
    </w:p>
    <w:p>
      <w:r>
        <w:rPr>
          <w:b/>
        </w:rPr>
        <w:t xml:space="preserve">[1:03:03] </w:t>
      </w:r>
      <w:r>
        <w:t>yeh ek subjective matter hai. subjective matter hai. ek pehchaan bata deta hoon aap ko, mere tajrube ke mutabiq, ke apni ghalti ko manna khule tor par.</w:t>
      </w:r>
    </w:p>
    <w:p>
      <w:pPr>
        <w:jc w:val="right"/>
      </w:pPr>
      <w:r>
        <w:t>یہ ایک سبجیکٹو میٹر ہے۔ سبجیکٹو میٹر ہے۔ ایک پہچان بتا دیتا ہوں آپ کو، میرے تجربے کے مطابق، کہ اپنی غلطی کو ماننا کھلے طور پر۔</w:t>
      </w:r>
    </w:p>
    <w:p>
      <w:r>
        <w:rPr>
          <w:b/>
        </w:rPr>
        <w:t xml:space="preserve">[1:03:22] </w:t>
      </w:r>
      <w:r>
        <w:t>sincerity ki ek pehchaan yeh hai ke aadmi apni ghalti ko khule tor par maane, bilkul khule tor par. main ne apne tajrube mein to, yaani shayad ek do aadmi tareekh mile hon, mujhe ek do aadmi apni ghalti ko mante hi nahin.</w:t>
      </w:r>
    </w:p>
    <w:p>
      <w:pPr>
        <w:jc w:val="right"/>
      </w:pPr>
      <w:r>
        <w:t>سنسیریٹی کی ایک پہچان یہ ہے کہ آدمی اپنی غلطی کو کھلے طور پر مانے، بالکل کھلے طور پر۔ میں نے اپنے تجربے میں تو، یعنی شاید ایک دو آدمی تاریخ ملے ہوں، مجھے ایک دو آدمی اپنی غلطی کو مانتے ہی نہیں۔</w:t>
      </w:r>
    </w:p>
    <w:p>
      <w:r>
        <w:rPr>
          <w:b/>
        </w:rPr>
        <w:t xml:space="preserve">[1:03:39] </w:t>
      </w:r>
      <w:r>
        <w:t>log piece up karte hain, twist karte hain, ghumate phirate hain, lip service karte hain.</w:t>
      </w:r>
    </w:p>
    <w:p>
      <w:pPr>
        <w:jc w:val="right"/>
      </w:pPr>
      <w:r>
        <w:t>لوگ پیس اپ کرتے ہیں، ٹوسٹ کرتے ہیں، گھماتے پھراتے ہیں، لپ سروس کرتے ہیں۔</w:t>
      </w:r>
    </w:p>
    <w:p>
      <w:r>
        <w:rPr>
          <w:b/>
        </w:rPr>
        <w:t xml:space="preserve">[1:03:48] </w:t>
      </w:r>
      <w:r>
        <w:t>khule dil se apni ghalti ko agar maan le aadmi sach much, to woh sincere hai. aadmi yeh is ki pehchaan hai, aur khule dil se pehchanne ka jo jo namoona hai, woh hai tum ne qaim kiya hai ke un ko ek ghalti nishandahi ki gayi un ki ke aap ne yeh jab bhi jab woh khaleefa thay, yeh faisla aap ka durust nahin hai.</w:t>
      </w:r>
    </w:p>
    <w:p>
      <w:pPr>
        <w:jc w:val="right"/>
      </w:pPr>
      <w:r>
        <w:t>کھلے دل سے اپنی غلطی کو اگر مان لے آدمی سچ مچ، تو وہ سنسیئر ہے۔ آدمی یہ اس کی پہچان ہے، اور کھلے دل سے پہچاننے کا جو جو نمونہ ہے، وہ ہے تو نے قائم کیا ہے کہ ان کو ایک غلطی نشاندہی کی گئی ان کی کہ آپ نے یہ جب بھی جب وہ خلیفہ تھے، یہ فیصلہ آپ کا درست نہیں ہے۔</w:t>
      </w:r>
    </w:p>
    <w:p>
      <w:r>
        <w:rPr>
          <w:b/>
        </w:rPr>
        <w:t xml:space="preserve">[1:04:16] </w:t>
      </w:r>
      <w:r>
        <w:t>to aap bol pade: "lawla, lawla fulan lahlik Umar, lawla Ali lahlik Umar" ke agar fulan shakhs na hota to main to halak ho gaya tha.</w:t>
      </w:r>
    </w:p>
    <w:p>
      <w:pPr>
        <w:jc w:val="right"/>
      </w:pPr>
      <w:r>
        <w:t>تو آپ بول پڑے: "لولا، لولا فلان لہلک عمر، لولا علی لہلک عمر" کہ اگر فلاں شخص نہ ہوتا تو میں تو ہلاک ہو گیا تھا۔</w:t>
      </w:r>
    </w:p>
    <w:p>
      <w:r>
        <w:rPr>
          <w:b/>
        </w:rPr>
        <w:t xml:space="preserve">[1:04:30] </w:t>
      </w:r>
      <w:r>
        <w:t>is darje ka etraaf agar aap dekhein kisi ke andar, aap sab lein ke woh sincere aadmi hai.</w:t>
      </w:r>
    </w:p>
    <w:p>
      <w:pPr>
        <w:jc w:val="right"/>
      </w:pPr>
      <w:r>
        <w:t>اس درجے کا اعتراف اگر آپ دیکھیں کسی کے اندر، آپ سب لیں کہ وہ سنسیئر آدمی ہے۔</w:t>
      </w:r>
    </w:p>
    <w:p>
      <w:r>
        <w:rPr>
          <w:b/>
        </w:rPr>
        <w:t xml:space="preserve">[1:04:38] </w:t>
      </w:r>
      <w:r>
        <w:t>is darje ka etraaf aur lip service wala etraaf to sab hi karte hain. is ki koi, is ki koi value nahin hai.</w:t>
      </w:r>
    </w:p>
    <w:p>
      <w:pPr>
        <w:jc w:val="right"/>
      </w:pPr>
      <w:r>
        <w:t>اس درجے کا اعتراف اور لپ سروس والا اعتراف تو سب ہی کرتے ہیں۔ اس کی کوئی، اس کی کوئی ویلیو نہیں ہے۔</w:t>
      </w:r>
    </w:p>
    <w:p>
      <w:r>
        <w:rPr>
          <w:b/>
        </w:rPr>
        <w:t xml:space="preserve">[1:04:47] </w:t>
      </w:r>
      <w:r>
        <w:t>is ki koi value nahin hai. is darje ka etraaf ke "lawla fulan lahlik Umar", tab samjhein ke woh aadmi sincere aadmi hai.</w:t>
      </w:r>
    </w:p>
    <w:p>
      <w:pPr>
        <w:jc w:val="right"/>
      </w:pPr>
      <w:r>
        <w:t>اس کی کوئی ویلیو نہیں ہے۔ اس درجے کا اعتراف کہ "لولا فلان لہلک عمر"، تب سمجھیں کہ وہ آدمی سنسیئر آدمی ہے۔</w:t>
      </w:r>
    </w:p>
    <w:p>
      <w:r>
        <w:rPr>
          <w:b/>
        </w:rPr>
        <w:t xml:space="preserve">[1:04:59] </w:t>
      </w:r>
      <w:r>
        <w:t>Maulana, agla sawal Dilli se aaya hai Miss Anki ka, aur unhone likha hai: "time and again I come across the question that Islam is a religion which spread with the power of sword from earliest days till current times".</w:t>
      </w:r>
    </w:p>
    <w:p>
      <w:pPr>
        <w:jc w:val="right"/>
      </w:pPr>
      <w:r>
        <w:t>مولانا، اگلا سوال دلی سے آیا ہے مس آنکھی کا، اور انہوں نے لکھا ہے: "ٹائم اینڈ اگین آئی کم اکراس دا کوئسچن دیٹ اسلام از ا ریلیجن وچ سپریڈ ودا پاور اف سورڈ فرام ارلیسٹ ڈیز ٹل کرنٹ ٹائمز"۔</w:t>
      </w:r>
    </w:p>
    <w:p>
      <w:r>
        <w:rPr>
          <w:b/>
        </w:rPr>
        <w:t xml:space="preserve">[1:05:18] </w:t>
      </w:r>
      <w:r>
        <w:t>maulana sahib, mai question is: "how should we approach this issue so that the wrong ideas among non muslims can be rectified"?</w:t>
      </w:r>
    </w:p>
    <w:p>
      <w:pPr>
        <w:jc w:val="right"/>
      </w:pPr>
      <w:r>
        <w:t>مولانا صاحب، مائی کوئسچن از: "ہاؤ شوڈ وی اپروچ دس ایشو سو دیٹ دا رونگ آئیڈیاز امنگ نان مسلمز کین بی ریکٹیفائیڈ"؟</w:t>
      </w:r>
    </w:p>
    <w:p>
      <w:r>
        <w:rPr>
          <w:b/>
        </w:rPr>
        <w:t xml:space="preserve">[1:05:30] </w:t>
      </w:r>
      <w:r>
        <w:t>dekhen, main is par main ne bohat likha hai. yeh islam, yani sword jo hai ya war jo hai, yeh islam ki koi teaching nahi hai.</w:t>
      </w:r>
    </w:p>
    <w:p>
      <w:pPr>
        <w:jc w:val="right"/>
      </w:pPr>
      <w:r>
        <w:t>دیکھیں، میں اس پر میں نے بہت لکھا ہے۔ یہ اسلام، یعنی سورڈ جو ہے یا وار جو ہے، یہ اسلام کی کوئی ٹیچنگ نہیں ہے۔</w:t>
      </w:r>
    </w:p>
    <w:p>
      <w:r>
        <w:rPr>
          <w:b/>
        </w:rPr>
        <w:t xml:space="preserve">[1:05:49] </w:t>
      </w:r>
      <w:r>
        <w:t>islam ki teaching ka part nahi hai. jaise islam mein hai ke allah ko ek mano, sach bolo, allah ki ibadat karo,</w:t>
      </w:r>
    </w:p>
    <w:p>
      <w:pPr>
        <w:jc w:val="right"/>
      </w:pPr>
      <w:r>
        <w:t>اسلام کی ٹیچنگ کا پارٹ نہیں ہے۔ جیسے اسلام میں ہے کہ اللہ کو ایک مانو، سچ بولو، اللہ کی عبادت کرو،</w:t>
      </w:r>
    </w:p>
    <w:p>
      <w:r>
        <w:rPr>
          <w:b/>
        </w:rPr>
        <w:t xml:space="preserve">[1:06:00] </w:t>
      </w:r>
      <w:r>
        <w:t>yeh islam ki teaching ka part hai. lekin yeh jo war hai, yeh islam ki apni teaching ka part nahi hai.</w:t>
      </w:r>
    </w:p>
    <w:p>
      <w:pPr>
        <w:jc w:val="right"/>
      </w:pPr>
      <w:r>
        <w:t>یہ اسلام کی ٹیچنگ کا پارٹ ہے۔ لیکن یہ جو وار ہے، یہ اسلام کی اپنی ٹیچنگ کا پارٹ نہیں ہے۔</w:t>
      </w:r>
    </w:p>
    <w:p>
      <w:r>
        <w:rPr>
          <w:b/>
        </w:rPr>
        <w:t xml:space="preserve">[1:06:10] </w:t>
      </w:r>
      <w:r>
        <w:t>yeh hai is ke peechay age factor. us waqt dunya mein tribal culture tha, aur tribes jo hua karte thay, un mein un ka culture hi tha larna phirna.</w:t>
      </w:r>
    </w:p>
    <w:p>
      <w:pPr>
        <w:jc w:val="right"/>
      </w:pPr>
      <w:r>
        <w:t>یہ ہے اس کے پیچھے ایج فیکٹر۔ اس وقت دنیا میں ٹرائبل کلچر تھا، اور ٹرائبز جو ہوا کرتے تھے، ان میں ان کا کلچر ہی تھا لڑنا پھرنا۔</w:t>
      </w:r>
    </w:p>
    <w:p>
      <w:r>
        <w:rPr>
          <w:b/>
        </w:rPr>
        <w:t xml:space="preserve">[1:06:23] </w:t>
      </w:r>
      <w:r>
        <w:t>barabar larte phirte rehte thay. woh</w:t>
      </w:r>
    </w:p>
    <w:p>
      <w:pPr>
        <w:jc w:val="right"/>
      </w:pPr>
      <w:r>
        <w:t>برابر لڑتے پھرتے رہتے تھے۔ وہ</w:t>
      </w:r>
    </w:p>
    <w:p>
      <w:r>
        <w:rPr>
          <w:b/>
        </w:rPr>
        <w:t xml:space="preserve">[1:06:26] </w:t>
      </w:r>
      <w:r>
        <w:t>jahan jahan bhi tribal culture tha, har jagah bas larna phirna, larna phirna. is wajah se jab un ke haan ek rasool allah salallaho alaihi wasallam ne ek ek tauheed ka baat kahi to woh us ko ek nai baat lagi,</w:t>
      </w:r>
    </w:p>
    <w:p>
      <w:pPr>
        <w:jc w:val="right"/>
      </w:pPr>
      <w:r>
        <w:t>جہاں جہاں بھی ٹرائبل کلچر تھا، ہر جگہ بس لڑنا پھرنا، لڑنا پھرنا۔ اس وجہ سے جب ان کے ہاں ایک رسول اللہ صلی اللہ علیہ وسلم نے ایک ایک توحید کا بات کہی تو وہ اس کو ایک نئی بات لگی،</w:t>
      </w:r>
    </w:p>
    <w:p>
      <w:r>
        <w:rPr>
          <w:b/>
        </w:rPr>
        <w:t xml:space="preserve">[1:06:45] </w:t>
      </w:r>
      <w:r>
        <w:t>aur nai baat ke khilaf ho jatay thay woh log. to is bina par woh larnay shuru kar diya. unhon ne</w:t>
      </w:r>
    </w:p>
    <w:p>
      <w:pPr>
        <w:jc w:val="right"/>
      </w:pPr>
      <w:r>
        <w:t>اور نئی بات کے خلاف ہو جاتے تھے وہ لوگ۔ تو اس بنا پر وہ لڑنے شروع کر دیا۔ انہوں نے</w:t>
      </w:r>
    </w:p>
    <w:p>
      <w:r>
        <w:rPr>
          <w:b/>
        </w:rPr>
        <w:t xml:space="preserve">[1:06:52] </w:t>
      </w:r>
      <w:r>
        <w:t>to islam mein dekhiye, jo chand jangain hui hain, woh jangain bhi bohat choti jangain theen. yani woh waqt is ka miss thi, woh war nahi thi.</w:t>
      </w:r>
    </w:p>
    <w:p>
      <w:pPr>
        <w:jc w:val="right"/>
      </w:pPr>
      <w:r>
        <w:t>تو اسلام میں دیکھیے، جو چند جنگیں ہوئی ہیں، وہ جنگیں بھی بہت چھوٹی جنگیں تھیں۔ یعنی وہ وقت اس کا مسز تھی، وہ وار نہیں تھی۔</w:t>
      </w:r>
    </w:p>
    <w:p>
      <w:r>
        <w:rPr>
          <w:b/>
        </w:rPr>
        <w:t xml:space="preserve">[1:07:04] </w:t>
      </w:r>
      <w:r>
        <w:t>islam mein koi ek bhi full-fledged war nahi. jo chand war hain, woh sab us ke us ka miss hain. woh bhi is liye ke unhon ne attack kiya, unhon ne aggression kiya, aur woh attack bhi is liye ke woh un ka mind set jo tha, tribal mind set tha.</w:t>
      </w:r>
    </w:p>
    <w:p>
      <w:pPr>
        <w:jc w:val="right"/>
      </w:pPr>
      <w:r>
        <w:t>اسلام میں کوئی ایک بھی فل فلیج وار نہیں۔ جو چند وار ہیں، وہ سب اس کے اس کا مسز ہیں۔ وہ بھی اس لیے کہ انہوں نے اٹیک کیا، انہوں نے ایگریشن کیا، اور وہ اٹیک بھی اس لیے کہ وہ ان کا مائنڈ سیٹ جو تھا، ٹرائبل مائنڈ سیٹ تھا۔</w:t>
      </w:r>
    </w:p>
    <w:p>
      <w:r>
        <w:rPr>
          <w:b/>
        </w:rPr>
        <w:t xml:space="preserve">[1:07:22] </w:t>
      </w:r>
      <w:r>
        <w:t>ab to main samajhta hoon ke islam mein war ka koi jagah hi nahi hai. ab islam mein ab war ek irrelevant baat ban chuki hai.</w:t>
      </w:r>
    </w:p>
    <w:p>
      <w:pPr>
        <w:jc w:val="right"/>
      </w:pPr>
      <w:r>
        <w:t>اب تو میں سمجھتا ہوں کہ اسلام میں وار کا کوئی جگہ ہی نہیں ہے۔ اب اسلام میں اب وار ایک اریلیونٹ بات بن چکی ہے۔</w:t>
      </w:r>
    </w:p>
    <w:p>
      <w:r>
        <w:rPr>
          <w:b/>
        </w:rPr>
        <w:t xml:space="preserve">[1:07:33] </w:t>
      </w:r>
      <w:r>
        <w:t>aaj ab to islam, ab to dunya mein peace hai, freedom hai, tolerance hai. ab larnay ka koi sawal hi nahi.</w:t>
      </w:r>
    </w:p>
    <w:p>
      <w:pPr>
        <w:jc w:val="right"/>
      </w:pPr>
      <w:r>
        <w:t>آج اب تو اسلام، اب تو دنیا میں پیس ہے، فریڈم ہے، ٹالرنس ہے۔ اب لڑنے کا کوئی سوال ہی نہیں۔</w:t>
      </w:r>
    </w:p>
    <w:p>
      <w:r>
        <w:rPr>
          <w:b/>
        </w:rPr>
        <w:t xml:space="preserve">[1:07:42] </w:t>
      </w:r>
      <w:r>
        <w:t>kon aap se larnay aata hai? hum jo yeh kaam kar rahay hain, kon aap se</w:t>
      </w:r>
    </w:p>
    <w:p>
      <w:pPr>
        <w:jc w:val="right"/>
      </w:pPr>
      <w:r>
        <w:t>کون آپ سے لڑنے آتا ہے؟ ہم جو یہ کام کر رہے ہیں، کون آپ سے</w:t>
      </w:r>
    </w:p>
    <w:p>
      <w:r>
        <w:rPr>
          <w:b/>
        </w:rPr>
        <w:t xml:space="preserve">[1:07:48] </w:t>
      </w:r>
      <w:r>
        <w:t>larnay aata hai? lekin isi kaam ke liye pehlay zamanay mein log larnay aa jatay thay, tod phod karte thay. isi kaam ke liye jo hum kar rahay hain, to woh hai age factor ki wajah se.</w:t>
      </w:r>
    </w:p>
    <w:p>
      <w:pPr>
        <w:jc w:val="right"/>
      </w:pPr>
      <w:r>
        <w:t>لڑنے آتا ہے؟ لیکن اسی کام کے لیے پہلے زمانے میں لوگ لڑنے آ جاتے تھے، توڑ پھوڑ کرتے تھے۔ اسی کام کے لیے جو ہم کر رہے ہیں، تو وہ ہے ایج فیکٹر کی وجہ سے۔</w:t>
      </w:r>
    </w:p>
    <w:p>
      <w:r>
        <w:rPr>
          <w:b/>
        </w:rPr>
        <w:t xml:space="preserve">[1:08:02] </w:t>
      </w:r>
      <w:r>
        <w:t>is ka koi talluq islam ki teaching se nahi hai.</w:t>
      </w:r>
    </w:p>
    <w:p>
      <w:pPr>
        <w:jc w:val="right"/>
      </w:pPr>
      <w:r>
        <w:t>اس کا کوئی تعلق اسلام کی ٹیچنگ سے نہیں ہے۔</w:t>
      </w:r>
    </w:p>
    <w:p>
      <w:r>
        <w:rPr>
          <w:b/>
        </w:rPr>
        <w:t xml:space="preserve">[1:08:10] </w:t>
      </w:r>
      <w:r>
        <w:t>Maulana, agla sawal padhne se pehle ek</w:t>
      </w:r>
    </w:p>
    <w:p>
      <w:pPr>
        <w:jc w:val="right"/>
      </w:pPr>
      <w:r>
        <w:t>مولانا، اگلا سوال پڑھنے سے پہلے ایک</w:t>
      </w:r>
    </w:p>
    <w:p>
      <w:r>
        <w:rPr>
          <w:b/>
        </w:rPr>
        <w:t xml:space="preserve">[1:08:13] </w:t>
      </w:r>
      <w:r>
        <w:t>comment padhna chahenge jo Maulana Inayat Umri ne bheja hai Bangalore se, aur unhone likha hai:</w:t>
      </w:r>
    </w:p>
    <w:p>
      <w:pPr>
        <w:jc w:val="right"/>
      </w:pPr>
      <w:r>
        <w:t>کمنٹ پڑھنا چاہیں گے جو مولانا عنایت عمری نے بھیجا ہے بینگلور سے، اور انہوں نے لکھا ہے:</w:t>
      </w:r>
    </w:p>
    <w:p>
      <w:r>
        <w:rPr>
          <w:b/>
        </w:rPr>
        <w:t xml:space="preserve">[1:08:21] </w:t>
      </w:r>
      <w:r>
        <w:t>"Maulana, pehli dafa maloom hua ke sabr haqeeqat waqe'a ka itraaf ka naam hai, aur haqeeqat waqe'a ka</w:t>
      </w:r>
    </w:p>
    <w:p>
      <w:pPr>
        <w:jc w:val="right"/>
      </w:pPr>
      <w:r>
        <w:t>"مولانا، پہلی دفعہ معلوم ہوا کہ صبر حقیقت واقعہ کا اعتراف کا نام ہے، اور حقیقت واقعہ کا</w:t>
      </w:r>
    </w:p>
    <w:p>
      <w:r>
        <w:rPr>
          <w:b/>
        </w:rPr>
        <w:t xml:space="preserve">[1:08:29] </w:t>
      </w:r>
      <w:r>
        <w:t>itraaf hi woh cheez hai jo aadmi ko yeh mauqa deti hai ke woh maane ke usko</w:t>
      </w:r>
    </w:p>
    <w:p>
      <w:pPr>
        <w:jc w:val="right"/>
      </w:pPr>
      <w:r>
        <w:t>اعتراف ہی وہ چیز ہے جو آدمی کو یہ موقع دیتی ہے کہ وہ مانے کہ اس کو</w:t>
      </w:r>
    </w:p>
    <w:p>
      <w:r>
        <w:rPr>
          <w:b/>
        </w:rPr>
        <w:t xml:space="preserve">[1:08:36] </w:t>
      </w:r>
      <w:r>
        <w:t>problem ke darmiyan reh kar mauqe ko avail karna hai."</w:t>
      </w:r>
    </w:p>
    <w:p>
      <w:pPr>
        <w:jc w:val="right"/>
      </w:pPr>
      <w:r>
        <w:t>پرابلم کے درمیان رہ کر مواقع کو اویل کرنا ہے۔"</w:t>
      </w:r>
    </w:p>
    <w:p>
      <w:r>
        <w:rPr>
          <w:b/>
        </w:rPr>
        <w:t xml:space="preserve">[1:08:42] </w:t>
      </w:r>
      <w:r>
        <w:t>theek, jazak allah. maulana, agla sawal delhi se kiya hai sikandar saifi sahib ne, aur unhon ne ek statement likhi hai, aur woh chahtay hain ke aap is ki tashreeh karen.</w:t>
      </w:r>
    </w:p>
    <w:p>
      <w:pPr>
        <w:jc w:val="right"/>
      </w:pPr>
      <w:r>
        <w:t>ٹھیک، جزاک اللہ۔ مولانا، اگلا سوال دلی سے کیا ہے سکندر سیفی صاحب نے، اور انہوں نے ایک سٹیٹمنٹ لکھی ہے، اور وہ چاہتے ہیں کہ آپ اس کی تشریح کریں۔</w:t>
      </w:r>
    </w:p>
    <w:p>
      <w:r>
        <w:rPr>
          <w:b/>
        </w:rPr>
        <w:t xml:space="preserve">[1:08:56] </w:t>
      </w:r>
      <w:r>
        <w:t>aur woh statement is tareeqay se hai: "agar kisi shakhs par zulm ho raha hai to agar aap mein taqat hai to usay hath se rokiye, aur agar nahi hai to zaban se, warna dil se bura maan lijie."</w:t>
      </w:r>
    </w:p>
    <w:p>
      <w:pPr>
        <w:jc w:val="right"/>
      </w:pPr>
      <w:r>
        <w:t>اور وہ سٹیٹمنٹ اس طریقے سے ہے: "اگر کسی شخص پر ظلم ہو رہا ہے تو اگر آپ میں طاقت ہے تو اسے ہاتھ سے روکیے، اور اگر نہیں ہے تو زبان سے، ورنہ دل سے برا مان لیجئے۔"</w:t>
      </w:r>
    </w:p>
    <w:p>
      <w:r>
        <w:rPr>
          <w:b/>
        </w:rPr>
        <w:t xml:space="preserve">[1:09:12] </w:t>
      </w:r>
      <w:r>
        <w:t>yeh galat quote kiya hai unhon ne. is mein zulm ka lafz hi nahi hai. is mein hai: "man ra minkum munkar". aap ne zulm kahan se bana lia?</w:t>
      </w:r>
    </w:p>
    <w:p>
      <w:pPr>
        <w:jc w:val="right"/>
      </w:pPr>
      <w:r>
        <w:t>یہ غلط کوٹ کیا ہے انہوں نے۔ اس میں ظلم کا لفظ ہی نہیں ہے۔ اس میں ہے: "من را منکم منکر"۔ آپ نے ظلم کہاں سے بنا لیا؟</w:t>
      </w:r>
    </w:p>
    <w:p>
      <w:r>
        <w:rPr>
          <w:b/>
        </w:rPr>
        <w:t xml:space="preserve">[1:09:23] </w:t>
      </w:r>
      <w:r>
        <w:t>sab se pehlay aap phir se ja kar hadith ko parhiye, aur is par toba kijiye ke aap ne galat quote kiya. jis par zulm ho raha hai to is mein is mein lafz yeh nahi hai.</w:t>
      </w:r>
    </w:p>
    <w:p>
      <w:pPr>
        <w:jc w:val="right"/>
      </w:pPr>
      <w:r>
        <w:t>سب سے پہلے آپ پھر سے جا کر حدیث کو پڑھیے، اور اس پر توبہ کیجئے کہ آپ نے غلط کوٹ کیا۔ جس پر ظلم ہو رہا ہے تو اس میں اس میں لفظ یہ نہیں ہے۔</w:t>
      </w:r>
    </w:p>
    <w:p>
      <w:r>
        <w:rPr>
          <w:b/>
        </w:rPr>
        <w:t xml:space="preserve">[1:09:35] </w:t>
      </w:r>
      <w:r>
        <w:t>is mein "man ra munkar" hai.</w:t>
      </w:r>
    </w:p>
    <w:p>
      <w:pPr>
        <w:jc w:val="right"/>
      </w:pPr>
      <w:r>
        <w:t>اس میں "من را منکرن" ہے۔</w:t>
      </w:r>
    </w:p>
    <w:p>
      <w:r>
        <w:rPr>
          <w:b/>
        </w:rPr>
        <w:t xml:space="preserve">[1:09:37] </w:t>
      </w:r>
      <w:r>
        <w:t>to main aap se kahoon ga ke sab se pehlay aap ja kar dekhiye kitab mein, aur jab aap payen ke is mein zulm ka lafz nahi to aap sab se pehlay toba kijiye.</w:t>
      </w:r>
    </w:p>
    <w:p>
      <w:pPr>
        <w:jc w:val="right"/>
      </w:pPr>
      <w:r>
        <w:t>تو میں آپ سے کہوں گا کہ سب سے پہلے آپ جا کر دیکھیے کتاب میں، اور جب آپ پائیں کہ اس میں ظلم کا لفظ نہیں تو آپ سب سے پہلے توبہ کیجئے۔</w:t>
      </w:r>
    </w:p>
    <w:p>
      <w:r>
        <w:rPr>
          <w:b/>
        </w:rPr>
        <w:t xml:space="preserve">[1:09:47] </w:t>
      </w:r>
      <w:r>
        <w:t>do rakat namaz parh kar allah se maafii mangiye. hadith quran is tarah se quote karna galat, bohat hi gunah ki baat hai. aap ja ke dekhiye ga, phir aglay itwar ko mujhe bataiye ke is is is kahan yeh hai zulm ka lafz.</w:t>
      </w:r>
    </w:p>
    <w:p>
      <w:pPr>
        <w:jc w:val="right"/>
      </w:pPr>
      <w:r>
        <w:t>دو رکعت نماز پڑھ کر اللہ سے معافی مانگیے۔ حدیث قرآن اس طرح سے کوٹ کرنا غلط، بہت ہی گناہ کی بات ہے۔ آپ جا کے دیکھیے گا، پھر اگلے اتوار کو مجھے بتائیے کہ اس اس اس کہاں یہ ہے ظلم کا لفظ۔</w:t>
      </w:r>
    </w:p>
    <w:p>
      <w:r>
        <w:rPr>
          <w:b/>
        </w:rPr>
        <w:t xml:space="preserve">[1:10:03] </w:t>
      </w:r>
      <w:r>
        <w:t>wahan zulm ka lafz nahi hai, wahan "man ra munkar" ka lafz hai.</w:t>
      </w:r>
    </w:p>
    <w:p>
      <w:pPr>
        <w:jc w:val="right"/>
      </w:pPr>
      <w:r>
        <w:t>وہاں ظلم کا لفظ نہیں ہے، وہاں "من را منکرن" کا لفظ ہے۔</w:t>
      </w:r>
    </w:p>
    <w:p>
      <w:r>
        <w:rPr>
          <w:b/>
        </w:rPr>
        <w:t xml:space="preserve">[1:10:10] </w:t>
      </w:r>
      <w:r>
        <w:t>maulana, agla sawal kiya hai delhi se miss naghma siddiqui ne, aur unhon ne likha hai: "When the ideal cannot be achieved in this world where everybody has freedom,</w:t>
      </w:r>
    </w:p>
    <w:p>
      <w:pPr>
        <w:jc w:val="right"/>
      </w:pPr>
      <w:r>
        <w:t>مولانا، اگلا سوال کیا ہے دلی سے مس نغمہ صدیقی نے، اور انہوں نے لکھا ہے: "When the ideal cannot be achieved in this world where everybody has freedom,</w:t>
      </w:r>
    </w:p>
    <w:p>
      <w:r>
        <w:rPr>
          <w:b/>
        </w:rPr>
        <w:t xml:space="preserve">[1:10:23] </w:t>
      </w:r>
      <w:r>
        <w:t>then why have philosophers and thinkers continued to strive for ideal? Don't they think</w:t>
      </w:r>
    </w:p>
    <w:p>
      <w:pPr>
        <w:jc w:val="right"/>
      </w:pPr>
      <w:r>
        <w:t>then why have philosophers and thinkers continued to strive for ideal? Don't they think</w:t>
      </w:r>
    </w:p>
    <w:p>
      <w:r>
        <w:rPr>
          <w:b/>
        </w:rPr>
        <w:t xml:space="preserve">[1:10:33] </w:t>
      </w:r>
      <w:r>
        <w:t>dekhiye, in ko yeh pata nahi tha ke Allah taala ki jo scheme of things hai, us ke mutabiq hamari zindagi ke do part hain, yani pre death period aur post death period.</w:t>
      </w:r>
    </w:p>
    <w:p>
      <w:pPr>
        <w:jc w:val="right"/>
      </w:pPr>
      <w:r>
        <w:t>؟" دیکھیے، ان کو یہ پتہ نہیں تھا کہ اللہ تعالی کی جو اسکیم آف تھنگز ہے، اس کے مطابق ہماری زندگی کے دو پارٹ ہیں، یعنی پری ڈیتھ پیریڈ اور پوسٹ ڈیتھ پیریڈ۔</w:t>
      </w:r>
    </w:p>
    <w:p>
      <w:r>
        <w:rPr>
          <w:b/>
        </w:rPr>
        <w:t xml:space="preserve">[1:10:48] </w:t>
      </w:r>
      <w:r>
        <w:t>to ideal word sirf post death period mein Allah ne rakha hai, yani khaliq ne rakha hai, pre death period mein rakha nahi hai.</w:t>
      </w:r>
    </w:p>
    <w:p>
      <w:pPr>
        <w:jc w:val="right"/>
      </w:pPr>
      <w:r>
        <w:t>تو آئیڈیل ورڈ صرف پوسٹ ڈیتھ پیریڈ میں اللہ نے رکھا ہے، یعنی خالق نے رکھا ہے، پری ڈیتھ پیریڈ میں رکھا نہیں ہے۔</w:t>
      </w:r>
    </w:p>
    <w:p>
      <w:r>
        <w:rPr>
          <w:b/>
        </w:rPr>
        <w:t xml:space="preserve">[1:10:57] </w:t>
      </w:r>
      <w:r>
        <w:t>to yeh log jo in logon ki ghalati kya hai ke jo cheez sirf post death period mein mil sakti thi, us ko unhon ne chaha ke pre death period mein hasil karein, aur woh chunaanche Allah ke naqshe ke khilaf thi, is liye woh achieve hi nahi hui.</w:t>
      </w:r>
    </w:p>
    <w:p>
      <w:pPr>
        <w:jc w:val="right"/>
      </w:pPr>
      <w:r>
        <w:t>تو یہ لوگ جو ان لوگوں کی غلطی کیا ہے کہ جو چیز صرف پوسٹ ڈیتھ پیریڈ میں مل سکتی تھی، اس کو انہوں نے چاہا کہ پری ڈیتھ پیریڈ میں حاصل کریں، اور وہ چونکہ اللہ کے نقشے کے خلاف تھی، اس لیے وہ اچیو ہی نہیں ہوئی۔</w:t>
      </w:r>
    </w:p>
    <w:p>
      <w:r>
        <w:rPr>
          <w:b/>
        </w:rPr>
        <w:t xml:space="preserve">[1:11:13] </w:t>
      </w:r>
      <w:r>
        <w:t>yeh hai khulasa.</w:t>
      </w:r>
    </w:p>
    <w:p>
      <w:pPr>
        <w:jc w:val="right"/>
      </w:pPr>
      <w:r>
        <w:t>یہ ہے خلاصہ۔</w:t>
      </w:r>
    </w:p>
    <w:p>
      <w:r>
        <w:rPr>
          <w:b/>
        </w:rPr>
        <w:t xml:space="preserve">[1:11:17] </w:t>
      </w:r>
      <w:r>
        <w:t>Maulana, agla sawal Delhi se kya hai Raj Malik Sahab ne, aur unhon ne likha hai: "Maulana, yeh bataein ke Paighambar-e-Islam kis maslak ke the?</w:t>
      </w:r>
    </w:p>
    <w:p>
      <w:pPr>
        <w:jc w:val="right"/>
      </w:pPr>
      <w:r>
        <w:t>مولانا، اگلا سوال دلی سے کیا ہے راج ملک صاحب نے، اور انہوں نے لکھا ہے: "مولانا، یہ بتائیں کہ پیغمبر اسلام کس مسلک کے تھے؟</w:t>
      </w:r>
    </w:p>
    <w:p>
      <w:r>
        <w:rPr>
          <w:b/>
        </w:rPr>
        <w:t xml:space="preserve">[1:11:29] </w:t>
      </w:r>
      <w:r>
        <w:t>kyun ke jis maslak ke logon se mila jaye, woh yahi kehte hain ke Rasool us ke maslak ke the." Is ko wazeh karein. Bhai, yeh maslak jo aaj kal na hai, lafz maslak bola jata hai fiqhi school ke liye,</w:t>
      </w:r>
    </w:p>
    <w:p>
      <w:pPr>
        <w:jc w:val="right"/>
      </w:pPr>
      <w:r>
        <w:t>کیونکہ جس مسلک کے لوگوں سے ملا جائے، وہ یہی کہتے ہیں کہ رسول اس کے مسلک کے تھے۔" اس کو واضح کریں۔ بھئی، یہ مسلک جو آج کل نا ہے، لفظ مسلک بولا جاتا ہے فقہی اسکول کے لیے،</w:t>
      </w:r>
    </w:p>
    <w:p>
      <w:r>
        <w:rPr>
          <w:b/>
        </w:rPr>
        <w:t xml:space="preserve">[1:11:46] </w:t>
      </w:r>
      <w:r>
        <w:t>to fiqhi school to tha hi nahi is zamane mein. Ab bahri daur mein yeh hua, woh abhi tab bhi itna katar nahi tha jo aaj ab hai.</w:t>
      </w:r>
    </w:p>
    <w:p>
      <w:pPr>
        <w:jc w:val="right"/>
      </w:pPr>
      <w:r>
        <w:t>تو فقہی اسکول تو تھا ہی نہیں اس زمانے میں۔ اب باہری دور میں یہ ہوا، وہ ابھی تب بھی اتنا کٹر نہیں تھا جو آج اب ہے۔</w:t>
      </w:r>
    </w:p>
    <w:p>
      <w:r>
        <w:rPr>
          <w:b/>
        </w:rPr>
        <w:t xml:space="preserve">[1:11:55] </w:t>
      </w:r>
      <w:r>
        <w:t>Ab bahri daur mein yeh is char maktab nahi bane the, ab jo char fiqh bani hui hai, yeh yeh sirf ek bas log aate the, masla puchte the, usi darje mein thi.</w:t>
      </w:r>
    </w:p>
    <w:p>
      <w:pPr>
        <w:jc w:val="right"/>
      </w:pPr>
      <w:r>
        <w:t>اب باہری دور میں یہ اس چار مکتب نہیں بنے تھے، اب جو چار فقہ بنی ہوئی ہے، یہ یہ صرف ایک بس لوگ آتے تھے، مسئلہ پوچھتے تھے، اسی درجے میں تھی۔</w:t>
      </w:r>
    </w:p>
    <w:p>
      <w:r>
        <w:rPr>
          <w:b/>
        </w:rPr>
        <w:t xml:space="preserve">[1:12:08] </w:t>
      </w:r>
      <w:r>
        <w:t>baqi ek group ban gaya hai, char alag alag, yeh yeh is zamane mein bhi the nahi tha.</w:t>
      </w:r>
    </w:p>
    <w:p>
      <w:pPr>
        <w:jc w:val="right"/>
      </w:pPr>
      <w:r>
        <w:t>باقی ایک گروپ بن گیا ہے، چار الگ الگ، یہ یہ اس زمانے میں بھی تھے نہیں تھا۔</w:t>
      </w:r>
    </w:p>
    <w:p>
      <w:r>
        <w:rPr>
          <w:b/>
        </w:rPr>
        <w:t xml:space="preserve">[1:12:14] </w:t>
      </w:r>
      <w:r>
        <w:t>to maslak ka jo concept hai maujooda zamane mein fiqhi school ke ma'ne mein, to woh tha hi nahi.</w:t>
      </w:r>
    </w:p>
    <w:p>
      <w:pPr>
        <w:jc w:val="right"/>
      </w:pPr>
      <w:r>
        <w:t>تو مسلک کا جو کانسیپٹ ہے موجودہ زمانے میں فقہی اسکول کے معنی میں، تو وہ تھا ہی نہیں۔</w:t>
      </w:r>
    </w:p>
    <w:p>
      <w:r>
        <w:rPr>
          <w:b/>
        </w:rPr>
        <w:t xml:space="preserve">[1:12:23] </w:t>
      </w:r>
      <w:r>
        <w:t>Paighambar zamane mein yeh to innovation hai, yeh to innovation hai baat ko, aur yeh aaya hai ghulu ki wajah se, jis ko kehte hain extremism.</w:t>
      </w:r>
    </w:p>
    <w:p>
      <w:pPr>
        <w:jc w:val="right"/>
      </w:pPr>
      <w:r>
        <w:t>پغمہ زمانے میں یہ تو انوویشن ہے، یہ تو انوویشن ہے بات کو، اور یہ آیا ہے غلو کی وجہ سے، جس کو کہتے ہیں ایکسٹریمزم۔</w:t>
      </w:r>
    </w:p>
    <w:p>
      <w:r>
        <w:rPr>
          <w:b/>
        </w:rPr>
        <w:t xml:space="preserve">[1:12:35] </w:t>
      </w:r>
      <w:r>
        <w:t>Is se is se aadmi ko, yani bahar rehna chahiye.</w:t>
      </w:r>
    </w:p>
    <w:p>
      <w:pPr>
        <w:jc w:val="right"/>
      </w:pPr>
      <w:r>
        <w:t>اس سے اس سے آدمی کو، یعنی باہر رہنا چاہیے۔</w:t>
      </w:r>
    </w:p>
    <w:p>
      <w:r>
        <w:rPr>
          <w:b/>
        </w:rPr>
        <w:t xml:space="preserve">[1:12:40] </w:t>
      </w:r>
      <w:r>
        <w:t>Islam mein koi maslak nahi, koi fiqhi group bandi nahi, ek hi Islam hai, woh sab ke liye hai.</w:t>
      </w:r>
    </w:p>
    <w:p>
      <w:pPr>
        <w:jc w:val="right"/>
      </w:pPr>
      <w:r>
        <w:t>اسلام میں کوئی مسلک نہیں، کوئی فقہی گروپ بندی نہیں، ایک ہی اسلام ہے، وہ سب کے لیے ہے۔</w:t>
      </w:r>
    </w:p>
    <w:p>
      <w:r>
        <w:rPr>
          <w:b/>
        </w:rPr>
        <w:t xml:space="preserve">[1:12:49] </w:t>
      </w:r>
      <w:r>
        <w:t>Maulana, agla sawal Delhi se, is par maine ek kitaab likhi hai, aap us ko padh sakte hain, uska naam hai "Tajdeed-e-Deen". Tajdeed-e-Deen, jo log Urdu na na jante hain, woh padhwa ke sun lein kisi se.</w:t>
      </w:r>
    </w:p>
    <w:p>
      <w:pPr>
        <w:jc w:val="right"/>
      </w:pPr>
      <w:r>
        <w:t>مولانا، اگلا سوال دلی سے، اس پر میں نے ایک کتاب لکھی ہے، آپ اس کو پڑھ سکتے ہیں، اس کا نام ہے "تجدید دین"۔ تجدید دین، جو لوگ اردو نہ نہ جانتے ہیں، وہ پڑھوا کے سن لیں کسی سے۔</w:t>
      </w:r>
    </w:p>
    <w:p>
      <w:r>
        <w:rPr>
          <w:b/>
        </w:rPr>
        <w:t xml:space="preserve">[1:13:06] </w:t>
      </w:r>
      <w:r>
        <w:t>Maulana, agla sawal kya hai Delhi se Muhammad Salman Sahab ne, aur unhon ne likha hai: "Agar poori duniya mein Musalman apne haq ke liye lad rahe hain, to phir itne nakaam kyun hain?</w:t>
      </w:r>
    </w:p>
    <w:p>
      <w:pPr>
        <w:jc w:val="right"/>
      </w:pPr>
      <w:r>
        <w:t>مولانا، اگلا سوال کیا ہے دلی سے محمد سلمان صاحب نے، اور انہوں نے لکھا ہے: "اگر پوری دنیا میں مسلمان اپنے حق کے لیے لڑ رہے ہیں، تو پھر اتنے ناکام کیوں ہیں؟</w:t>
      </w:r>
    </w:p>
    <w:p>
      <w:r>
        <w:rPr>
          <w:b/>
        </w:rPr>
        <w:t xml:space="preserve">[1:13:20] </w:t>
      </w:r>
      <w:r>
        <w:t>Wajah kya hai hum jeet nahi pa rahe hain?" Is is ke bare mein bataein. Haq ki ladai Islam mein nahi hai. Yaad rakhiye, Islam mein haq ki ladai hai hi nahi.</w:t>
      </w:r>
    </w:p>
    <w:p>
      <w:pPr>
        <w:jc w:val="right"/>
      </w:pPr>
      <w:r>
        <w:t>وجہ کیا ہے ہم جیت نہیں پا رہے ہیں؟" اس اس کے بارے میں بتائیں۔ حق کی لڑائی اسلام میں نہیں ہے۔ یاد رکھیے، اسلام میں حق کی لڑائی ہے ہی نہیں۔</w:t>
      </w:r>
    </w:p>
    <w:p>
      <w:r>
        <w:rPr>
          <w:b/>
        </w:rPr>
        <w:t xml:space="preserve">[1:13:31] </w:t>
      </w:r>
      <w:r>
        <w:t>Yeh to modern age mein jo hai, us ka jo hai, yani jo concept aaya hai human right ka, jis ko main galat samajhta hoon, human right ke se yeh cheez aayi hai.</w:t>
      </w:r>
    </w:p>
    <w:p>
      <w:pPr>
        <w:jc w:val="right"/>
      </w:pPr>
      <w:r>
        <w:t>یہ تو ماڈرن ایج میں جو ہے، اس کا جو ہے، یعنی جو کانسیپٹ آیا ہے ہیومن رائٹ کا، جس کو میں غلط سمجھتا ہوں، ہیومن رائٹ کے سے یہ چیز آئی ہے۔</w:t>
      </w:r>
    </w:p>
    <w:p>
      <w:r>
        <w:rPr>
          <w:b/>
        </w:rPr>
        <w:t xml:space="preserve">[1:13:45] </w:t>
      </w:r>
      <w:r>
        <w:t>Islam mein hai hi nahi. Islam mein dekhiye, Bukhari mein ek riwayat hai: "Adu ilaihim haqqahum wa sallo Allah haqqakum".</w:t>
      </w:r>
    </w:p>
    <w:p>
      <w:pPr>
        <w:jc w:val="right"/>
      </w:pPr>
      <w:r>
        <w:t>اسلام میں ہے ہی نہیں۔ اسلام میں دیکھیے، بخاری میں ایک روایت ہے: "ادو الیہم حقہم و صلو اللہ حقکم"۔</w:t>
      </w:r>
    </w:p>
    <w:p>
      <w:r>
        <w:rPr>
          <w:b/>
        </w:rPr>
        <w:t xml:space="preserve">[1:13:56] </w:t>
      </w:r>
      <w:r>
        <w:t>Yeh Bukhari mein hai: "Adu ilaihim haqqahum wa sallo Allah haqqakum". Yani doosron ka jo haq hai, woh do un ko, apna haq Allah se mango.</w:t>
      </w:r>
    </w:p>
    <w:p>
      <w:pPr>
        <w:jc w:val="right"/>
      </w:pPr>
      <w:r>
        <w:t>یہ بخاری میں ہے: "ادو الیہم حقہم و صلو اللہ حقکم"۔ یعنی دوسروں کا جو حق ہے، وہ دو ان کو، اپنا حق اللہ سے مانگو۔</w:t>
      </w:r>
    </w:p>
    <w:p>
      <w:r>
        <w:rPr>
          <w:b/>
        </w:rPr>
        <w:t xml:space="preserve">[1:14:09] </w:t>
      </w:r>
      <w:r>
        <w:t>Haq ki ladai hai hi nahi, haq ke liye dua hai, yani haq ke liye zaati koshish ya dua, yeh hai Islam mein. Haq ki ladai to hai hi nahi: "Adu ilaihim haqqahum wa sallo Allah haqqakum".</w:t>
      </w:r>
    </w:p>
    <w:p>
      <w:pPr>
        <w:jc w:val="right"/>
      </w:pPr>
      <w:r>
        <w:t>حق کی لڑائی ہے ہی نہیں، حق کے لیے دعا ہے، یعنی حق کے لیے ذاتی کوشش یا دعا، یہ ہے اسلام میں۔ حق کی لڑائی تو ہے ہی نہیں: "ادو الیہم حقہم و صلو اللہ حقکم"۔</w:t>
      </w:r>
    </w:p>
    <w:p>
      <w:r>
        <w:rPr>
          <w:b/>
        </w:rPr>
        <w:t xml:space="preserve">[1:14:25] </w:t>
      </w:r>
      <w:r>
        <w:t>Doosron ka haq jo tumhare par aata hai, woh doosron ka haq do un ko, aur tumhara jo haq hai, woh Allah se mango. Yani apne haq ke liye humein mehnat karna hai aur dua karna hai.</w:t>
      </w:r>
    </w:p>
    <w:p>
      <w:pPr>
        <w:jc w:val="right"/>
      </w:pPr>
      <w:r>
        <w:t>دوسروں کا حق جو تمہارے پر آتا ہے، وہ دوسروں کا حق دو ان کو، اور تمہارا جو حق ہے، وہ اللہ سے مانگو۔ یعنی اپنے حق کے لیے ہمیں محنت کرنا ہے اور دعا کرنا ہے۔</w:t>
      </w:r>
    </w:p>
    <w:p>
      <w:r>
        <w:rPr>
          <w:b/>
        </w:rPr>
        <w:t xml:space="preserve">[1:14:36] </w:t>
      </w:r>
      <w:r>
        <w:t>Yeh to haq ki ladai bilkul hi baseless hai, un Islamic hai, is ka koi ta'alluq nahi Quran o Hadees se.</w:t>
      </w:r>
    </w:p>
    <w:p>
      <w:pPr>
        <w:jc w:val="right"/>
      </w:pPr>
      <w:r>
        <w:t>یہ تو حق کی لڑائی بالکل ہی بیس لیس ہے، ان اسلامک ہے، اس کا کوئی تعلق نہیں قرآن و حدیث سے۔</w:t>
      </w:r>
    </w:p>
    <w:p>
      <w:r>
        <w:rPr>
          <w:b/>
        </w:rPr>
        <w:t xml:space="preserve">[1:14:44] </w:t>
      </w:r>
      <w:r>
        <w:t>To nakaam ho gayi, jis se is ka ta'alluq Islam se na ho, to to nakaami to hona hi hona hai, hona hi hona hai. Wahan</w:t>
      </w:r>
    </w:p>
    <w:p>
      <w:pPr>
        <w:jc w:val="right"/>
      </w:pPr>
      <w:r>
        <w:t>تو ناکام ہو گئی، جس سے اس کا تعلق اسلام سے نہ ہو، تو تو ناکامی تو ہونا ہی ہونا ہے، ہونا ہی ہونا ہے۔ وہاں</w:t>
      </w:r>
    </w:p>
    <w:p>
      <w:r>
        <w:rPr>
          <w:b/>
        </w:rPr>
        <w:t xml:space="preserve">[1:14:53] </w:t>
      </w:r>
      <w:r>
        <w:t>Maulana, agla sawal kya hai Delhi se Dr. Farida Khanam ne, aur unhon ne likha hai: "The principle of replacement of nations is clearly mentioned in the Quran.</w:t>
      </w:r>
    </w:p>
    <w:p>
      <w:pPr>
        <w:jc w:val="right"/>
      </w:pPr>
      <w:r>
        <w:t>مولانا، اگلا سوال کیا ہے دلی سے ڈاکٹر فریدہ خانم نے، اور انہوں نے لکھا ہے: "دس پرنسپل آف ریپلیسمنٹ آف نیشنز از کلیئرلی مینشنڈ ان دا قرآن۔</w:t>
      </w:r>
    </w:p>
    <w:p>
      <w:r>
        <w:rPr>
          <w:b/>
        </w:rPr>
        <w:t xml:space="preserve">[1:15:06] </w:t>
      </w:r>
      <w:r>
        <w:t>why is it that our commentators of the quran have failed to highlight the importance of such an eternal principle in operation in this world?</w:t>
      </w:r>
    </w:p>
    <w:p>
      <w:pPr>
        <w:jc w:val="right"/>
      </w:pPr>
      <w:r>
        <w:t>وائی از اٹ دیٹ آر کمنٹیٹرز آف دا قرآن ہیو فیل ٹو ہائی لائٹ دا امپورٹنس آف سچ اینڈ ایٹرنل پرنسپل ان آپریشن ان دس ورلڈ؟</w:t>
      </w:r>
    </w:p>
    <w:p>
      <w:r>
        <w:rPr>
          <w:b/>
        </w:rPr>
        <w:t xml:space="preserve">[1:15:17] </w:t>
      </w:r>
      <w:r>
        <w:t>what is your comment</w:t>
      </w:r>
    </w:p>
    <w:p>
      <w:pPr>
        <w:jc w:val="right"/>
      </w:pPr>
      <w:r>
        <w:t>واٹ از یور کمنٹ</w:t>
      </w:r>
    </w:p>
    <w:p>
      <w:r>
        <w:rPr>
          <w:b/>
        </w:rPr>
        <w:t xml:space="preserve">[1:15:18] </w:t>
      </w:r>
      <w:r>
        <w:t>on this? dekhiye, quran ki tafseeron mein ek bahut badi ghalati hui hai ke is ko woh shan-e-nazool tak mehdood kar diya gaya.</w:t>
      </w:r>
    </w:p>
    <w:p>
      <w:pPr>
        <w:jc w:val="right"/>
      </w:pPr>
      <w:r>
        <w:t>آن دس؟" دیکھیے، قرآن کی تفسیروں میں ایک بہت بڑی غلطی ہوئی ہے کہ اس کو وہ شان نزول تک محدود کر دیا گیا۔</w:t>
      </w:r>
    </w:p>
    <w:p>
      <w:r>
        <w:rPr>
          <w:b/>
        </w:rPr>
        <w:t xml:space="preserve">[1:15:33] </w:t>
      </w:r>
      <w:r>
        <w:t>shan-e-nazool se jo nikle, wohi is ka matlab hai.</w:t>
      </w:r>
    </w:p>
    <w:p>
      <w:pPr>
        <w:jc w:val="right"/>
      </w:pPr>
      <w:r>
        <w:t>شان نزول سے جو نکلے، وہ وہی اس کا مطلب ہے۔</w:t>
      </w:r>
    </w:p>
    <w:p>
      <w:r>
        <w:rPr>
          <w:b/>
        </w:rPr>
        <w:t xml:space="preserve">[1:15:40] </w:t>
      </w:r>
      <w:r>
        <w:t>aise hi is zamane mein koi log paida hue to woh kehte hain ke nazm sab se badi cheez hai, yaani aayaton ke do aayaton ke beech mein nazm, do suraton ke beech mein nazm, woh woh bhi mere khayal se ek ek parda dalna hai.</w:t>
      </w:r>
    </w:p>
    <w:p>
      <w:pPr>
        <w:jc w:val="right"/>
      </w:pPr>
      <w:r>
        <w:t>ایسے ہی اس زمانے میں کوئی لوگ پیدا ہوئے تو وہ کہتے ہیں کہ نظم سب سے بڑی چیز ہے، یعنی آیتوں کے دو آیتوں کے بیچ میں نظم، دو سورتوں کے بیچ میں نظم، وہ وہ بھی میرے خیال سے ایک ایک پردہ ڈالنا ہے۔</w:t>
      </w:r>
    </w:p>
    <w:p>
      <w:r>
        <w:rPr>
          <w:b/>
        </w:rPr>
        <w:t xml:space="preserve">[1:15:56] </w:t>
      </w:r>
      <w:r>
        <w:t>kyunki aap aayaton ke nazm se aap kya samjhenge? samjhenge, is ko applied mein nahi samajh sakte. aap</w:t>
      </w:r>
    </w:p>
    <w:p>
      <w:pPr>
        <w:jc w:val="right"/>
      </w:pPr>
      <w:r>
        <w:t>کیونکہ آپ آیتوں کے نظم سے آپ کیا سمجھیں گے؟ سمجھیں گے، اس کو اپلائیڈ میں نہیں سمجھ سکتے۔ آپ</w:t>
      </w:r>
    </w:p>
    <w:p>
      <w:r>
        <w:rPr>
          <w:b/>
        </w:rPr>
        <w:t xml:space="preserve">[1:16:06] </w:t>
      </w:r>
      <w:r>
        <w:t>quran ke silsile mein abhi maine ek article likha hai ke ek hai quran, ek hai applied quran.</w:t>
      </w:r>
    </w:p>
    <w:p>
      <w:pPr>
        <w:jc w:val="right"/>
      </w:pPr>
      <w:r>
        <w:t>قرآن کے سلسلے میں ابھی میں نے ایک آرٹیکل لکھا ہے کہ ایک ہے قرآن، ایک ہے اپلائیڈ قرآن۔</w:t>
      </w:r>
    </w:p>
    <w:p>
      <w:r>
        <w:rPr>
          <w:b/>
        </w:rPr>
        <w:t xml:space="preserve">[1:16:13] </w:t>
      </w:r>
      <w:r>
        <w:t>to yeh nazm ka tareeqa ya shan-e-nazool ka tareeqa, yeh aap ko quran ka ilm de sakta hai kuch, lekin applied quran se bekhabar rahenge aap.</w:t>
      </w:r>
    </w:p>
    <w:p>
      <w:pPr>
        <w:jc w:val="right"/>
      </w:pPr>
      <w:r>
        <w:t>تو یہ نظم کا طریقہ یا شان نزول کا طریقہ، یہ آپ کو قرآن کا علم دے سکتا ہے کچھ، لیکن اپلائیڈ قرآن سے بے خبر رہیں گے آپ۔</w:t>
      </w:r>
    </w:p>
    <w:p>
      <w:r>
        <w:rPr>
          <w:b/>
        </w:rPr>
        <w:t xml:space="preserve">[1:16:25] </w:t>
      </w:r>
      <w:r>
        <w:t>aur jab tak aap applied way mein quran ko</w:t>
      </w:r>
    </w:p>
    <w:p>
      <w:pPr>
        <w:jc w:val="right"/>
      </w:pPr>
      <w:r>
        <w:t>اور جب تک آپ اپلائیڈ وے میں قرآن کو</w:t>
      </w:r>
    </w:p>
    <w:p>
      <w:r>
        <w:rPr>
          <w:b/>
        </w:rPr>
        <w:t xml:space="preserve">[1:16:31] </w:t>
      </w:r>
      <w:r>
        <w:t>is ki tashreeh na kar saken, tab tak yeh quran aap ke liye irrelevant bana rahega.</w:t>
      </w:r>
    </w:p>
    <w:p>
      <w:pPr>
        <w:jc w:val="right"/>
      </w:pPr>
      <w:r>
        <w:t>اس کی تشریح نہ کر سکیں، تب تک آپ یہ قرآن آپ کے لیے اریلیونٹ بنا رہے گا۔</w:t>
      </w:r>
    </w:p>
    <w:p>
      <w:r>
        <w:rPr>
          <w:b/>
        </w:rPr>
        <w:t xml:space="preserve">[1:16:38] </w:t>
      </w:r>
      <w:r>
        <w:t>to chahe pichhla tareeqa jo tafseeron ka tha, woh ho ya maujooda zamane mein jo nazm ka tareeqa hai, quran mein order dhoondhna aur nazm talash kar ke is ki tafseer karna, yeh dono hi tareeqe jo hain, hamein applied quran se bekhabar rakhte hain,</w:t>
      </w:r>
    </w:p>
    <w:p>
      <w:pPr>
        <w:jc w:val="right"/>
      </w:pPr>
      <w:r>
        <w:t>تو چاہے پچھلا طریقہ جو تفسیروں کا تھا، وہ ہو یا موجودہ زمانے میں جو نظم کا طریقہ ہے، قرآن میں آرڈر ڈھونڈنا اور نظم تلاش کر کے اس کی تفسیر کرنا، یہ دونوں ہی طریقے جو ہیں، ہمیں اپلائیڈ قرآن سے بے خبر رکھتے ہیں،</w:t>
      </w:r>
    </w:p>
    <w:p>
      <w:r>
        <w:rPr>
          <w:b/>
        </w:rPr>
        <w:t xml:space="preserve">[1:16:57] </w:t>
      </w:r>
      <w:r>
        <w:t>quran ka applied meaning se bekhabar rakhte hain. to</w:t>
      </w:r>
    </w:p>
    <w:p>
      <w:pPr>
        <w:jc w:val="right"/>
      </w:pPr>
      <w:r>
        <w:t>قرآن کا اپلائیڈ میننگ سے بے خبر رکھتے ہیں۔ تو</w:t>
      </w:r>
    </w:p>
    <w:p>
      <w:r>
        <w:rPr>
          <w:b/>
        </w:rPr>
        <w:t xml:space="preserve">[1:17:01] </w:t>
      </w:r>
      <w:r>
        <w:t>asal cheez yeh hai quran ki applied meaning, aur woh jitne bhi logon ne tareeqe ikhtiyar kiye hain tafseer karne ke liye, is mein applied meaning un ka concern hi nahi hota.</w:t>
      </w:r>
    </w:p>
    <w:p>
      <w:pPr>
        <w:jc w:val="right"/>
      </w:pPr>
      <w:r>
        <w:t>اصل چیز یہ ہے قرآن کی اپلائیڈ میننگ، اور وہ جتنے بھی لوگوں نے طریقے اختیار کیے ہیں تفسیر کرنے کے لیے، اس میں اپلائیڈ میننگ ان کا کنسرن ہی نہیں ہوتا۔</w:t>
      </w:r>
    </w:p>
    <w:p>
      <w:r>
        <w:rPr>
          <w:b/>
        </w:rPr>
        <w:t xml:space="preserve">[1:17:15] </w:t>
      </w:r>
      <w:r>
        <w:t>un ka ek concern nahi hota ke woh applied meaning ko daryaft karen, to phir woh woh hamare liye quran se koi rahnumai nahi de paate.</w:t>
      </w:r>
    </w:p>
    <w:p>
      <w:pPr>
        <w:jc w:val="right"/>
      </w:pPr>
      <w:r>
        <w:t>ان کا ایک کنسرن نہیں ہوتا کہ وہ اپلائیڈ میننگ کو دریافت کریں، تو پھر وہ وہ ہمارے لیے قرآن سے کوئی رہنمائی نہیں دے پاتے۔</w:t>
      </w:r>
    </w:p>
    <w:p>
      <w:r>
        <w:rPr>
          <w:b/>
        </w:rPr>
        <w:t xml:space="preserve">[1:17:24] </w:t>
      </w:r>
      <w:r>
        <w:t>kuch technical andaaz mein baaten keh paate hain, woh</w:t>
      </w:r>
    </w:p>
    <w:p>
      <w:pPr>
        <w:jc w:val="right"/>
      </w:pPr>
      <w:r>
        <w:t>کچھ ٹیکنیکل انداز میں باتیں کہہ پاتے ہیں، وہ</w:t>
      </w:r>
    </w:p>
    <w:p>
      <w:r>
        <w:rPr>
          <w:b/>
        </w:rPr>
        <w:t xml:space="preserve">[1:17:28] </w:t>
      </w:r>
      <w:r>
        <w:t>fanni tashreeh, technical kuch point nikal ke us ko wazahat karte hain. lekin jab tak quran ko aap applied way mein na bataen logon ko, tab tak un ka mind address nahi hoga, aur koi baat bhi un ki samajh mein nahi aayegi</w:t>
      </w:r>
    </w:p>
    <w:p>
      <w:pPr>
        <w:jc w:val="right"/>
      </w:pPr>
      <w:r>
        <w:t>فنی تشریح، ٹیکنیکل کچھ پوائنٹ نکال کے اس کو وضاحت کرتے ہیں۔ لیکن جب تک قرآن کو آپ اپلائیڈ وے میں نہ بتائیں لوگوں کو، تب تک ان کا مائنڈ ایڈریس نہیں ہوگا، اور کوئی بات بھی ان کی سمجھ میں نہیں آئے گی</w:t>
      </w:r>
    </w:p>
    <w:p>
      <w:r>
        <w:rPr>
          <w:b/>
        </w:rPr>
        <w:t xml:space="preserve">[1:17:44] </w:t>
      </w:r>
      <w:r>
        <w:t>. maulana, agla sawal dilli se hai abrar sahab ka, aur unhone likha hai: "maulana, madaris mein secular education ki zaroorat hai ya nahi?</w:t>
      </w:r>
    </w:p>
    <w:p>
      <w:pPr>
        <w:jc w:val="right"/>
      </w:pPr>
      <w:r>
        <w:t>۔ مولانا، اگلا سوال دلی سے ہے ابرار صاحب کا، اور انہوں نے لکھا ہے: "مولانا، مدارس میں سیکولر ایجوکیشن کی ضرورت ہے یا نہیں؟</w:t>
      </w:r>
    </w:p>
    <w:p>
      <w:r>
        <w:rPr>
          <w:b/>
        </w:rPr>
        <w:t xml:space="preserve">[1:17:55] </w:t>
      </w:r>
      <w:r>
        <w:t>aap ki kya rai hai is ke bare mein bataen?" yeh madaris ke nisaab mein main nahi kehta ke secular education zaroorat hai, lekin madaris mein yeh haal hai ke log kharji kitabon ko padhne se mana karte hain.</w:t>
      </w:r>
    </w:p>
    <w:p>
      <w:pPr>
        <w:jc w:val="right"/>
      </w:pPr>
      <w:r>
        <w:t>آپ کی کیا رائے ہے اس کے بارے میں بتائیں؟" یہ مدارس کے نصاب میں میں نہیں کہتا کہ سیکولر ایجوکیشن ضرورت ہے، لیکن مدارس میں یہ حال ہے کہ لوگ خارجی کتابوں کو پڑھنے سے منع کرتے ہیں۔</w:t>
      </w:r>
    </w:p>
    <w:p>
      <w:r>
        <w:rPr>
          <w:b/>
        </w:rPr>
        <w:t xml:space="preserve">[1:18:11] </w:t>
      </w:r>
      <w:r>
        <w:t>yeh yeh bahut galat riwayat hai ke bas woh jo, yaani jis ko kehte hain mutoon, bas mutoon ko padho.</w:t>
      </w:r>
    </w:p>
    <w:p>
      <w:pPr>
        <w:jc w:val="right"/>
      </w:pPr>
      <w:r>
        <w:t>یہ یہ بہت غلط روایت ہے کہ بس وہ جو، یعنی جس کو کہتے ہیں متون، بس متون کو پڑھو۔</w:t>
      </w:r>
    </w:p>
    <w:p>
      <w:r>
        <w:rPr>
          <w:b/>
        </w:rPr>
        <w:t xml:space="preserve">[1:18:22] </w:t>
      </w:r>
      <w:r>
        <w:t>to yeh to bilkul galat tareeqa hai. aap mutoon ko padhaiye, lekin talib ilm ko aazadi ho ke doosri cheezen padhe. woh aap aap ke haan jo library hai, jaise collegeon, institute, libraryan hoti hain, har qism ki kitaben wahan hoti hain.</w:t>
      </w:r>
    </w:p>
    <w:p>
      <w:pPr>
        <w:jc w:val="right"/>
      </w:pPr>
      <w:r>
        <w:t>تو یہ تو بالکل غلط طریقہ ہے۔ آپ متون کو پڑھائیے، لیکن طالب علم کو آزادی ہو کہ دوسری چیزیں پڑھے۔ وہ آپ آپ کے ہاں جو لائبریری ہے، جیسے کالجوں، انسٹیٹیوٹ، لائبریریاں ہوتی ہیں، ہر قسم کی کتابیں وہاں ہوتی ہیں۔</w:t>
      </w:r>
    </w:p>
    <w:p>
      <w:r>
        <w:rPr>
          <w:b/>
        </w:rPr>
        <w:t xml:space="preserve">[1:18:36] </w:t>
      </w:r>
      <w:r>
        <w:t>to aap ki is mein bhi har qism ki kitaben hon.</w:t>
      </w:r>
    </w:p>
    <w:p>
      <w:pPr>
        <w:jc w:val="right"/>
      </w:pPr>
      <w:r>
        <w:t>تو آپ کی اس میں بھی ہر قسم کی کتابیں ہوں۔</w:t>
      </w:r>
    </w:p>
    <w:p>
      <w:r>
        <w:rPr>
          <w:b/>
        </w:rPr>
        <w:t xml:space="preserve">[1:18:40] </w:t>
      </w:r>
      <w:r>
        <w:t>to kharji matlab mein har cheez padhna chahiye, lekin jahan tak syllabus ki baat hai, to syllabus mein mujhe koi aitraaz nahi hai.</w:t>
      </w:r>
    </w:p>
    <w:p>
      <w:pPr>
        <w:jc w:val="right"/>
      </w:pPr>
      <w:r>
        <w:t>تو خارجی مطالبے میں ہر چیز پڑھنا چاہیے، لیکن جہاں تک سلیبس کی بات ہے، تو سلیبس میں مجھے کوئی اعتراض نہیں ہے۔</w:t>
      </w:r>
    </w:p>
    <w:p>
      <w:r>
        <w:rPr>
          <w:b/>
        </w:rPr>
        <w:t xml:space="preserve">[1:18:50] </w:t>
      </w:r>
      <w:r>
        <w:t>mujhe aitraaz is par hai ke madaris mein yeh mahaul hai ke kuch aur mat padho, kuch aur mat padho. yeh mahaul bahut hi galat hai. is ki wajah se logon ke andar stagnation aata hai,</w:t>
      </w:r>
    </w:p>
    <w:p>
      <w:pPr>
        <w:jc w:val="right"/>
      </w:pPr>
      <w:r>
        <w:t>مجھے اعتراض اس پر ہے کہ مدارس میں یہ ماحول ہے کہ کچھ اور مت پڑھو، کچھ اور مت پڑھو۔ یہ ماحول بہت ہی غلط ہے۔ اس کی وجہ سے لوگوں کے اندر اسٹیگنیشن آتا ہے،</w:t>
      </w:r>
    </w:p>
    <w:p>
      <w:r>
        <w:rPr>
          <w:b/>
        </w:rPr>
        <w:t xml:space="preserve">[1:19:03] </w:t>
      </w:r>
      <w:r>
        <w:t>duniya se bekhabar rehte hain,</w:t>
      </w:r>
    </w:p>
    <w:p>
      <w:pPr>
        <w:jc w:val="right"/>
      </w:pPr>
      <w:r>
        <w:t>دنیا سے بے خبر رہتے ہیں،</w:t>
      </w:r>
    </w:p>
    <w:p>
      <w:r>
        <w:rPr>
          <w:b/>
        </w:rPr>
        <w:t xml:space="preserve">[1:19:07] </w:t>
      </w:r>
      <w:r>
        <w:t>aur is kuch kuch jante nahi ke duniya mein kya ho raha hai, kis age mein hain, woh us se bekhabar rehte hain. to main jo chahta hoon, woh us ko kharji matlab ke aitbar se hai, nisaab ke aitbar se nahi hai.</w:t>
      </w:r>
    </w:p>
    <w:p>
      <w:pPr>
        <w:jc w:val="right"/>
      </w:pPr>
      <w:r>
        <w:t>اور اس کچھ کچھ جانتے نہیں کہ دنیا میں کیا ہو رہا ہے، کس ایج میں ہیں، وہ اس سے بے خبر رہتے ہیں۔ تو میں جو چاہتا ہوں، وہ اس کو خارجی مطالبے کے اعتبار سے ہے، نصاب کے اعتبار سے نہیں ہے۔</w:t>
      </w:r>
    </w:p>
    <w:p>
      <w:r>
        <w:rPr>
          <w:b/>
        </w:rPr>
        <w:t xml:space="preserve">[1:19:24] </w:t>
      </w:r>
      <w:r>
        <w:t>maulana, agla sawal kya hai faisal sahab ne bhopal se, aur unhon ne likha hai: "maulana, you always emphasize on doing conversion, that is converting negativity to positivity.</w:t>
      </w:r>
    </w:p>
    <w:p>
      <w:pPr>
        <w:jc w:val="right"/>
      </w:pPr>
      <w:r>
        <w:t>مولانا، اگلا سوال کیا ہے فیصل صاحب نے بھوپال سے، اور انہوں نے لکھا ہے: "مولانا، یو آلویز ایمفسائز آن ڈوئنگ کنورژن، دیٹ از کنورٹنگ نیگیٹیوٹی ٹو پوزیٹیوٹی۔</w:t>
      </w:r>
    </w:p>
    <w:p>
      <w:r>
        <w:rPr>
          <w:b/>
        </w:rPr>
        <w:t xml:space="preserve">[1:19:38] </w:t>
      </w:r>
      <w:r>
        <w:t>can you please elaborate on the same as to why is it so important?" important is liye hai ke yeh dunya convert negative ideas se bhari hui hai.</w:t>
      </w:r>
    </w:p>
    <w:p>
      <w:pPr>
        <w:jc w:val="right"/>
      </w:pPr>
      <w:r>
        <w:t>کین یو پلیز ایلیبریٹ آن دا سیم ایز ٹو وائی از اٹ سو امپورٹنٹ؟" امپورٹنٹ اس لیے ہے کہ یہ دنیا کنور نیگیٹیو آئیڈیاز سے بھری ہوئی ہے۔</w:t>
      </w:r>
    </w:p>
    <w:p>
      <w:r>
        <w:rPr>
          <w:b/>
        </w:rPr>
        <w:t xml:space="preserve">[1:19:54] </w:t>
      </w:r>
      <w:r>
        <w:t>yeh dunya mein khud Allah taala ne shaitan ko chhod diya hai, har waqt shaitan hamare saath hai. kya aap shaitan ko baandh sakte hain? shaitan ko khatam kar sakte hain?</w:t>
      </w:r>
    </w:p>
    <w:p>
      <w:pPr>
        <w:jc w:val="right"/>
      </w:pPr>
      <w:r>
        <w:t>یہ دنیا میں خود اللہ تعالی نے شیطان کو چھوڑ دیا ہے، ہر وقت شیطان ہمارے ساتھ ہے۔ کیا آپ شیطان کو باندھ سکتے ہیں؟ شیطان کو کل کر سکتے ہیں؟</w:t>
      </w:r>
    </w:p>
    <w:p>
      <w:r>
        <w:rPr>
          <w:b/>
        </w:rPr>
        <w:t xml:space="preserve">[1:20:06] </w:t>
      </w:r>
      <w:r>
        <w:t>shaitan ne Allah ki aazadi pa kar ke har waqt hamare dayen bayen, aage peeche daud raha hai. to woh woh is ki wajah se negative thought aate hain, is ki wajah se negative waqt waqt hote hain, to logon ko mis lead karta hai.</w:t>
      </w:r>
    </w:p>
    <w:p>
      <w:pPr>
        <w:jc w:val="right"/>
      </w:pPr>
      <w:r>
        <w:t>شیطان نے اللہ کی آزادی پا کر کے ہر وقت ہمارے دائیں بائیں، آگے پیچھے دوڑ رہا ہے۔ تو وہ وہ اس کی وجہ سے نیگیٹیو تھاٹ آتے ہیں، اس کی وجہ سے نیگیٹیو وقت وقت ہوتے ہیں، تو لوگوں کو مس لیڈ کرتا ہے۔</w:t>
      </w:r>
    </w:p>
    <w:p>
      <w:r>
        <w:rPr>
          <w:b/>
        </w:rPr>
        <w:t xml:space="preserve">[1:20:22] </w:t>
      </w:r>
      <w:r>
        <w:t>to yeh to shaitan se jo hamein woh is se jo fight karna hai, yeh fight hi galat hai jo musalman kar rahe hain idhar udhar, yani so called enemies se.</w:t>
      </w:r>
    </w:p>
    <w:p>
      <w:pPr>
        <w:jc w:val="right"/>
      </w:pPr>
      <w:r>
        <w:t>تو یہ تو شیطان سے جو ہمیں وہ اس سے جو فائٹ کرنا ہے، یہ فائٹ ہی غلط ہے جو مسلمان کر رہے ہیں ادھر ادھر، یعنی سو کالڈ اینمیز سے۔</w:t>
      </w:r>
    </w:p>
    <w:p>
      <w:r>
        <w:rPr>
          <w:b/>
        </w:rPr>
        <w:t xml:space="preserve">[1:20:34] </w:t>
      </w:r>
      <w:r>
        <w:t>asal fighting to hamein shaitan se karna hai, aur fighting yahi hai ke is ke negative thought ko hum is ka asar na lein, balkeh is ko badal lein positive thought mein.</w:t>
      </w:r>
    </w:p>
    <w:p>
      <w:pPr>
        <w:jc w:val="right"/>
      </w:pPr>
      <w:r>
        <w:t>اصل فائٹنگ تو ہمیں شیطان سے کرنا ہے، اور فائٹنگ یہی ہے کہ اس کے نیگیٹیو تھاٹ کو ہم اس کا اثر نہ لیں، بلکہ اس کو بدل لیں پازیٹیو تھاٹ میں۔</w:t>
      </w:r>
    </w:p>
    <w:p>
      <w:r>
        <w:rPr>
          <w:b/>
        </w:rPr>
        <w:t xml:space="preserve">[1:20:48] </w:t>
      </w:r>
      <w:r>
        <w:t>yahi baat quran mein hai ke ashaddul kuffar, yani un ki jo negative thought se mutasir na hona, aur apne aap ko positivity par baqi rakhna.</w:t>
      </w:r>
    </w:p>
    <w:p>
      <w:pPr>
        <w:jc w:val="right"/>
      </w:pPr>
      <w:r>
        <w:t>یہی بات قرآن میں ہے کہ اشدہ الکفار، یعنی ان کی جو نیگیٹیو تھاٹ سے متاثر نہ ہونا، اور اپنے آپ کو پازیٹیوٹی پر باقی رکھنا۔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