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God's Protection November 28, 2013</w:t>
      </w:r>
    </w:p>
    <w:p>
      <w:r>
        <w:t>https://youtu.be/QgqXbChsr5c</w:t>
      </w:r>
    </w:p>
    <w:p>
      <w:r>
        <w:rPr>
          <w:b/>
        </w:rPr>
        <w:t xml:space="preserve">[00:13] </w:t>
      </w:r>
      <w:r>
        <w:t>bismillah hir rahman nir rahim, wa salallahu ala nabiyyil karim. rab ishrah li sadri, wa yassir li amri, wahlul uqdatan min lisani yafqahu qawli.</w:t>
      </w:r>
    </w:p>
    <w:p>
      <w:pPr>
        <w:jc w:val="right"/>
      </w:pPr>
      <w:r>
        <w:t>بسم اللہ الرحمن الرحیم، وصلی اللہ علی نبی الکریم۔ رب اشرح لی صدری، ویسر لی امری، واحل العقدۃ من لسانی یفقہ قولی۔</w:t>
      </w:r>
    </w:p>
    <w:p>
      <w:r>
        <w:rPr>
          <w:b/>
        </w:rPr>
        <w:t xml:space="preserve">[00:32] </w:t>
      </w:r>
      <w:r>
        <w:t>aaj november 2013 ki 28 tareekh hai, hum sab log is waqt hyderabad mein hain.</w:t>
      </w:r>
    </w:p>
    <w:p>
      <w:pPr>
        <w:jc w:val="right"/>
      </w:pPr>
      <w:r>
        <w:t>آج نومبر 2013 کی 28 تاریخ ہے، ہم سب لوگ اس وقت حیدرآباد میں ہیں۔</w:t>
      </w:r>
    </w:p>
    <w:p>
      <w:r>
        <w:rPr>
          <w:b/>
        </w:rPr>
        <w:t xml:space="preserve">[00:45] </w:t>
      </w:r>
      <w:r>
        <w:t>yahan hum logon ne jamaat ke saath fajar ki namaz padhi, is ke baad osmania university ke ek hall mein hum log ikhatta hain.</w:t>
      </w:r>
    </w:p>
    <w:p>
      <w:pPr>
        <w:jc w:val="right"/>
      </w:pPr>
      <w:r>
        <w:t>یہاں ہم لوگوں نے جماعت کے ساتھ فجر کی نماز پڑھی، اس کے بعد عثمانہ یونیورسٹی کے ایک ہال میں ہم لوگ اکٹھا ہیں۔</w:t>
      </w:r>
    </w:p>
    <w:p>
      <w:r>
        <w:rPr>
          <w:b/>
        </w:rPr>
        <w:t xml:space="preserve">[00:56] </w:t>
      </w:r>
      <w:r>
        <w:t>yahan mujhe kuch bolne ke liye kaha gaya hai.</w:t>
      </w:r>
    </w:p>
    <w:p>
      <w:pPr>
        <w:jc w:val="right"/>
      </w:pPr>
      <w:r>
        <w:t>یہاں مجھے کچھ بولنے کے لیے کہا گیا ہے۔</w:t>
      </w:r>
    </w:p>
    <w:p>
      <w:r>
        <w:rPr>
          <w:b/>
        </w:rPr>
        <w:t xml:space="preserve">[01:02] </w:t>
      </w:r>
      <w:r>
        <w:t>dekhiye, fajar ki namaz jab hum ne ada ki to is ke baad mujhe ek hadith yaad aayi.</w:t>
      </w:r>
    </w:p>
    <w:p>
      <w:pPr>
        <w:jc w:val="right"/>
      </w:pPr>
      <w:r>
        <w:t>دیکھیے، فجر کی نماز جب ہم نے ادا کی تو اس کے بعد مجھے ایک حدیث یاد آئی۔</w:t>
      </w:r>
    </w:p>
    <w:p>
      <w:r>
        <w:rPr>
          <w:b/>
        </w:rPr>
        <w:t xml:space="preserve">[01:13] </w:t>
      </w:r>
      <w:r>
        <w:t>ek hadith hai: "man salla al-subha fa-fi zimmatillah". jis ne subah ki namaz ada ki,</w:t>
      </w:r>
    </w:p>
    <w:p>
      <w:pPr>
        <w:jc w:val="right"/>
      </w:pPr>
      <w:r>
        <w:t>ایک حدیث ہے: "من صلی الصبح فو فی ذمت اللہ"۔ جس نے صبح کی نماز ادا کی،</w:t>
      </w:r>
    </w:p>
    <w:p>
      <w:r>
        <w:rPr>
          <w:b/>
        </w:rPr>
        <w:t xml:space="preserve">[01:28] </w:t>
      </w:r>
      <w:r>
        <w:t>woh Allah ki guarantee mein aa gaya.</w:t>
      </w:r>
    </w:p>
    <w:p>
      <w:pPr>
        <w:jc w:val="right"/>
      </w:pPr>
      <w:r>
        <w:t>وہ اللہ کی گارنٹی میں آ گیا۔</w:t>
      </w:r>
    </w:p>
    <w:p>
      <w:r>
        <w:rPr>
          <w:b/>
        </w:rPr>
        <w:t xml:space="preserve">[01:34] </w:t>
      </w:r>
      <w:r>
        <w:t>dekhiye, yeh koi mysterious baat nahi hai, yeh koi purasrar baat nahi hai.</w:t>
      </w:r>
    </w:p>
    <w:p>
      <w:pPr>
        <w:jc w:val="right"/>
      </w:pPr>
      <w:r>
        <w:t>دیکھیے، یہ کوئی مسٹیریس بات نہیں ہے، یہ کوئی پراسرار بات نہیں ہے۔</w:t>
      </w:r>
    </w:p>
    <w:p>
      <w:r>
        <w:rPr>
          <w:b/>
        </w:rPr>
        <w:t xml:space="preserve">[01:43] </w:t>
      </w:r>
      <w:r>
        <w:t>ek aisi baat hai jis ko aap soch kar ke ba-khubi taur par jaan sakte hain.</w:t>
      </w:r>
    </w:p>
    <w:p>
      <w:pPr>
        <w:jc w:val="right"/>
      </w:pPr>
      <w:r>
        <w:t>ایک ایسی بات ہے جس کو آپ سوچ کر کے بخوبی طور پر جان سکتے ہیں۔</w:t>
      </w:r>
    </w:p>
    <w:p>
      <w:r>
        <w:rPr>
          <w:b/>
        </w:rPr>
        <w:t xml:space="preserve">[01:52] </w:t>
      </w:r>
      <w:r>
        <w:t>woh kya hai? dekhiye, subah ki namaz ka matlab ek to yeh hai ke form ke aitbar se aap ne namaz ada ki,</w:t>
      </w:r>
    </w:p>
    <w:p>
      <w:pPr>
        <w:jc w:val="right"/>
      </w:pPr>
      <w:r>
        <w:t>وہ کیا ہے؟ دیکھیے، صبح کی نماز کا مطلب ایک تو یہ ہے کہ فارم کے اعتبار سے آپ نے نماز ادا کی،</w:t>
      </w:r>
    </w:p>
    <w:p>
      <w:r>
        <w:rPr>
          <w:b/>
        </w:rPr>
        <w:t xml:space="preserve">[02:02] </w:t>
      </w:r>
      <w:r>
        <w:t>is mein to kuch bhi nahi hone wala hai.</w:t>
      </w:r>
    </w:p>
    <w:p>
      <w:pPr>
        <w:jc w:val="right"/>
      </w:pPr>
      <w:r>
        <w:t>اس میں تو کچھ بھی نہیں ہونے والا ہے۔</w:t>
      </w:r>
    </w:p>
    <w:p>
      <w:r>
        <w:rPr>
          <w:b/>
        </w:rPr>
        <w:t xml:space="preserve">[02:07] </w:t>
      </w:r>
      <w:r>
        <w:t>form ke aitbar se namaz ada ki aap ne to woh aap ke liye guarantee nahi banegi.</w:t>
      </w:r>
    </w:p>
    <w:p>
      <w:pPr>
        <w:jc w:val="right"/>
      </w:pPr>
      <w:r>
        <w:t>فارم کے اعتبار سے نماز ادا کی آپ نے تو وہ آپ کے لیے گارنٹی نہیں بنے گی۔</w:t>
      </w:r>
    </w:p>
    <w:p>
      <w:r>
        <w:rPr>
          <w:b/>
        </w:rPr>
        <w:t xml:space="preserve">[02:16] </w:t>
      </w:r>
      <w:r>
        <w:t>speed ke aitbar se namaz ada ki to woh guarantee banegi.</w:t>
      </w:r>
    </w:p>
    <w:p>
      <w:pPr>
        <w:jc w:val="right"/>
      </w:pPr>
      <w:r>
        <w:t>اسپیڈ کے اعتبار سے نماز ادا کی تو وہ گارنٹی بنے گی۔</w:t>
      </w:r>
    </w:p>
    <w:p>
      <w:r>
        <w:rPr>
          <w:b/>
        </w:rPr>
        <w:t xml:space="preserve">[02:23] </w:t>
      </w:r>
      <w:r>
        <w:t>log samajhte hain ke bas form ke aitbar se namaz ada ki gayi to woh guarantee ban jayegi.</w:t>
      </w:r>
    </w:p>
    <w:p>
      <w:pPr>
        <w:jc w:val="right"/>
      </w:pPr>
      <w:r>
        <w:t>لوگ سمجھتے ہیں کہ بس فارم کے اعتبار سے نماز ادا کیے گی تو وہ گارنٹی بن جائے گی۔</w:t>
      </w:r>
    </w:p>
    <w:p>
      <w:r>
        <w:rPr>
          <w:b/>
        </w:rPr>
        <w:t xml:space="preserve">[02:32] </w:t>
      </w:r>
      <w:r>
        <w:t>harghiz, harghiz aisa nahi hai. speed ke aitbar se agar fajar ki namaz ada ki kisi ne to is ke liye din bhar ke liye guarantee ban jayegi,</w:t>
      </w:r>
    </w:p>
    <w:p>
      <w:pPr>
        <w:jc w:val="right"/>
      </w:pPr>
      <w:r>
        <w:t>ہرگز، ہرگز ایسا نہیں ہے۔ اسپیڈ کے اعتبار سے اگر فجر کی نماز ادا کی کسی نے تو اس کے لیے دن بھر کے لیے گارنٹی بن جائے گی،</w:t>
      </w:r>
    </w:p>
    <w:p>
      <w:r>
        <w:rPr>
          <w:b/>
        </w:rPr>
        <w:t xml:space="preserve">[02:45] </w:t>
      </w:r>
      <w:r>
        <w:t>yeh saare din ke liye. woh kaise? dekhiye, namaz jab aap padhte hain to kya karte hain?</w:t>
      </w:r>
    </w:p>
    <w:p>
      <w:pPr>
        <w:jc w:val="right"/>
      </w:pPr>
      <w:r>
        <w:t>یہ سارے دن کے لیے۔ وہ کیسے؟ دیکھیے، نماز جب آپ پڑھتے ہیں تو کیا کرتے ہیں؟</w:t>
      </w:r>
    </w:p>
    <w:p>
      <w:r>
        <w:rPr>
          <w:b/>
        </w:rPr>
        <w:t xml:space="preserve">[02:53] </w:t>
      </w:r>
      <w:r>
        <w:t>kuch kalmat ada karte hain, quran koi hissa padhte hain.</w:t>
      </w:r>
    </w:p>
    <w:p>
      <w:pPr>
        <w:jc w:val="right"/>
      </w:pPr>
      <w:r>
        <w:t>کچھ کلمات ادا کرتے ہیں، قرآن کوئی حصہ پڑھتے ہیں۔</w:t>
      </w:r>
    </w:p>
    <w:p>
      <w:r>
        <w:rPr>
          <w:b/>
        </w:rPr>
        <w:t xml:space="preserve">[02:59] </w:t>
      </w:r>
      <w:r>
        <w:t>yeh kalmat ya quran ki ayatein aap ko kuch realities ko batati hain. pura pura quran kuch realities ka reminder hai,</w:t>
      </w:r>
    </w:p>
    <w:p>
      <w:pPr>
        <w:jc w:val="right"/>
      </w:pPr>
      <w:r>
        <w:t>یہ کلمات یا قرآن کی آیتیں آپ کو کچھ ریلیٹیز کو بتاتی ہیں۔ پورا پورا قرآن کچھ ریلیٹیز کا ریمائنڈر ہے،</w:t>
      </w:r>
    </w:p>
    <w:p>
      <w:r>
        <w:rPr>
          <w:b/>
        </w:rPr>
        <w:t xml:space="preserve">[03:19] </w:t>
      </w:r>
      <w:r>
        <w:t>kuchh realities ko batata hai.</w:t>
      </w:r>
    </w:p>
    <w:p>
      <w:pPr>
        <w:jc w:val="right"/>
      </w:pPr>
      <w:r>
        <w:t>کچھ ریلیٹیز کو بتاتا ہے۔</w:t>
      </w:r>
    </w:p>
    <w:p>
      <w:r>
        <w:rPr>
          <w:b/>
        </w:rPr>
        <w:t xml:space="preserve">[03:23] </w:t>
      </w:r>
      <w:r>
        <w:t>to is waqt aap in haqiqaton ko, in realities ko remind karte hain, recall karte hain. is tarah aap ke mind mein ek process jaari hota hai,</w:t>
      </w:r>
    </w:p>
    <w:p>
      <w:pPr>
        <w:jc w:val="right"/>
      </w:pPr>
      <w:r>
        <w:t>تو اس وقت آپ ان حقیقتوں کو، ان ریلیٹیز کو ریمائنڈ کرتے ہیں، ریکال کرتے ہیں۔ اس طرح آپ کے مائنڈ میں ایک پروسیس جاری ہوتا ہے،</w:t>
      </w:r>
    </w:p>
    <w:p>
      <w:r>
        <w:rPr>
          <w:b/>
        </w:rPr>
        <w:t xml:space="preserve">[03:36] </w:t>
      </w:r>
      <w:r>
        <w:t>intellectual process. wo chalta hai, chalta hai, chalta hai.</w:t>
      </w:r>
    </w:p>
    <w:p>
      <w:pPr>
        <w:jc w:val="right"/>
      </w:pPr>
      <w:r>
        <w:t>انٹلیکچول پروسیس۔ وہ چلتا ہے، چلتا ہے، چلتا ہے۔</w:t>
      </w:r>
    </w:p>
    <w:p>
      <w:r>
        <w:rPr>
          <w:b/>
        </w:rPr>
        <w:t xml:space="preserve">[03:41] </w:t>
      </w:r>
      <w:r>
        <w:t>misalan dekhiye, abhi jab namaz padhi gayi to jante hain aap ke pehli hoti hai Surah Fatiha, jis mein padha gaya: "Alhamdulillah Rabbil Alameen".</w:t>
      </w:r>
    </w:p>
    <w:p>
      <w:pPr>
        <w:jc w:val="right"/>
      </w:pPr>
      <w:r>
        <w:t>مثلاً دیکھیے، ابھی جب نماز پڑھی گئی تو جانتے ہیں آپ کہ پہلی ہوتی ہے سورہ فاتحہ، جس میں پڑھا گیا: "الحمدللہ رب العالمین"۔</w:t>
      </w:r>
    </w:p>
    <w:p>
      <w:r>
        <w:rPr>
          <w:b/>
        </w:rPr>
        <w:t xml:space="preserve">[03:58] </w:t>
      </w:r>
      <w:r>
        <w:t>to main ne socha ke dekhiye, Rabbil Alameen ki hamd ke matlab kya hai?</w:t>
      </w:r>
    </w:p>
    <w:p>
      <w:pPr>
        <w:jc w:val="right"/>
      </w:pPr>
      <w:r>
        <w:t>تو میں نے سوچا کہ دیکھیے، رب العالمین کی حمد کے مطلب کیا ہے؟</w:t>
      </w:r>
    </w:p>
    <w:p>
      <w:r>
        <w:rPr>
          <w:b/>
        </w:rPr>
        <w:t xml:space="preserve">[04:08] </w:t>
      </w:r>
      <w:r>
        <w:t>hamd, hamd kya cheez hai</w:t>
      </w:r>
    </w:p>
    <w:p>
      <w:pPr>
        <w:jc w:val="right"/>
      </w:pPr>
      <w:r>
        <w:t>حمد، حمد کیا چیز ہے</w:t>
      </w:r>
    </w:p>
    <w:p>
      <w:r>
        <w:rPr>
          <w:b/>
        </w:rPr>
        <w:t xml:space="preserve">[04:10] </w:t>
      </w:r>
      <w:r>
        <w:t>? hamd ke maani hain</w:t>
      </w:r>
    </w:p>
    <w:p>
      <w:pPr>
        <w:jc w:val="right"/>
      </w:pPr>
      <w:r>
        <w:t>؟ حمد کے معنی ہیں</w:t>
      </w:r>
    </w:p>
    <w:p>
      <w:r>
        <w:rPr>
          <w:b/>
        </w:rPr>
        <w:t xml:space="preserve">[04:14] </w:t>
      </w:r>
      <w:r>
        <w:t>Allah ke azmat ko, uski glory ko, uske attributes ko, uski badai ko yaad karna aur yeh aitraf karna.</w:t>
      </w:r>
    </w:p>
    <w:p>
      <w:pPr>
        <w:jc w:val="right"/>
      </w:pPr>
      <w:r>
        <w:t>اللہ کے عظمت کو، اس کی گلوری کو، اس کے ایٹریبیوٹس کو، اس کی بڑائی کو یاد کرنا اور یہ اعتراف کرنا۔</w:t>
      </w:r>
    </w:p>
    <w:p>
      <w:r>
        <w:rPr>
          <w:b/>
        </w:rPr>
        <w:t xml:space="preserve">[04:26] </w:t>
      </w:r>
      <w:r>
        <w:t>yaad kar ke usko acknowledge karna.</w:t>
      </w:r>
    </w:p>
    <w:p>
      <w:pPr>
        <w:jc w:val="right"/>
      </w:pPr>
      <w:r>
        <w:t>یاد کر کے اس کو اکنالش کرنا۔</w:t>
      </w:r>
    </w:p>
    <w:p>
      <w:r>
        <w:rPr>
          <w:b/>
        </w:rPr>
        <w:t xml:space="preserve">[04:31] </w:t>
      </w:r>
      <w:r>
        <w:t>to hamd kis ke liye? Rabbil Alameen ke liye. iske maani hain ke hamd matloob hai aalami rububiyat ke qadar.</w:t>
      </w:r>
    </w:p>
    <w:p>
      <w:pPr>
        <w:jc w:val="right"/>
      </w:pPr>
      <w:r>
        <w:t>تو حمد کس کے لیے؟ رب العالمین کے لیے۔ اس کے معنی ہیں کہ حمد مطلوب ہے عالمی ربوبیت کے بقدر۔</w:t>
      </w:r>
    </w:p>
    <w:p>
      <w:r>
        <w:rPr>
          <w:b/>
        </w:rPr>
        <w:t xml:space="preserve">[04:43] </w:t>
      </w:r>
      <w:r>
        <w:t>ab yeh kalma sun kar ke mind trigger ho gaya mera, trigger ho gaya ke rububiyat ke qadar hamd kya hai.</w:t>
      </w:r>
    </w:p>
    <w:p>
      <w:pPr>
        <w:jc w:val="right"/>
      </w:pPr>
      <w:r>
        <w:t>اب یہ کلمہ سن کر کے مائنڈ ٹریگر ہو گیا میرا، ٹریگر ہو گیا کہ ربوبیت کے بقدر حمد کیا ہے۔</w:t>
      </w:r>
    </w:p>
    <w:p>
      <w:r>
        <w:rPr>
          <w:b/>
        </w:rPr>
        <w:t xml:space="preserve">[05:00] </w:t>
      </w:r>
      <w:r>
        <w:t>ab jab main nikla masjid namaz ke baad to har cheez mein wahi cheez dikhai dene lagi. misalan hum chal rahe the apne kuchh saathiyon ke hamrah to mujhe yaad aaya ke dekhiye, zameen mein jo gravity hai,</w:t>
      </w:r>
    </w:p>
    <w:p>
      <w:pPr>
        <w:jc w:val="right"/>
      </w:pPr>
      <w:r>
        <w:t>اب جب میں نکلا مسجد نماز کے بعد تو ہر چیز میں وہی چیز دکھائی دینے لگی۔ مثلاً ہم چل رہے تھے اپنے کچھ ساتھیوں کے ہمراہ تو مجھے یاد آیا کہ دیکھیے، زمین میں جو گریویٹی ہے،</w:t>
      </w:r>
    </w:p>
    <w:p>
      <w:r>
        <w:rPr>
          <w:b/>
        </w:rPr>
        <w:t xml:space="preserve">[05:20] </w:t>
      </w:r>
      <w:r>
        <w:t>zameen mein jo kashish hai, wo na ho to hum chal nahin sakte. hum urenge idhar udhar. yeh ghar jo khade hue hain,</w:t>
      </w:r>
    </w:p>
    <w:p>
      <w:pPr>
        <w:jc w:val="right"/>
      </w:pPr>
      <w:r>
        <w:t>زمین میں جو کشش ہے، وہ نہ ہو تو ہم چل نہیں سکتے۔ ہم اڑیں گے ادھر ادھر۔ یہ گھر جو کھڑے ہوئے ہیں،</w:t>
      </w:r>
    </w:p>
    <w:p>
      <w:r>
        <w:rPr>
          <w:b/>
        </w:rPr>
        <w:t xml:space="preserve">[05:32] </w:t>
      </w:r>
      <w:r>
        <w:t>wo jam nahin, jam is tarah se khade nahin hote, wo bhi urenge hawa mein. to iska maani kya hai? agar kashish na ho to kya hoga?</w:t>
      </w:r>
    </w:p>
    <w:p>
      <w:pPr>
        <w:jc w:val="right"/>
      </w:pPr>
      <w:r>
        <w:t>وہ جم نہیں، جم اس طرح سے کھڑے نہیں ہوتے، وہ بھی اڑیں گے ہوا میں۔ تو اس کا معنی کیا ہے؟ اگر کشش نہ ہو تو کیا ہوگا؟</w:t>
      </w:r>
    </w:p>
    <w:p>
      <w:r>
        <w:rPr>
          <w:b/>
        </w:rPr>
        <w:t xml:space="preserve">[05:43] </w:t>
      </w:r>
      <w:r>
        <w:t>poori zameen mein disability aa jayegi.</w:t>
      </w:r>
    </w:p>
    <w:p>
      <w:pPr>
        <w:jc w:val="right"/>
      </w:pPr>
      <w:r>
        <w:t>پوری زمین میں ڈس ایبیلیٹی آ جائے گی۔</w:t>
      </w:r>
    </w:p>
    <w:p>
      <w:r>
        <w:rPr>
          <w:b/>
        </w:rPr>
        <w:t xml:space="preserve">[05:50] </w:t>
      </w:r>
      <w:r>
        <w:t>hamara chalna, gharon ka zameen par khada hona, darakht ka zameen par ug kar khada hona, har cheez, har cheez, motor car ka chalna, har cheez ke liye zaroori hai ke zameen mein kashish ho.</w:t>
      </w:r>
    </w:p>
    <w:p>
      <w:pPr>
        <w:jc w:val="right"/>
      </w:pPr>
      <w:r>
        <w:t>ہمارا چلنا، گھروں کا زمین پر کھڑا ہونا، درخت کا زمین پر اگ کر کھڑا ہونا، ہر چیز، ہر چیز، موٹر کار کا چلنا، ہر چیز کے لیے ضروری ہے کہ زمین میں کشش ہو۔</w:t>
      </w:r>
    </w:p>
    <w:p>
      <w:r>
        <w:rPr>
          <w:b/>
        </w:rPr>
        <w:t xml:space="preserve">[06:10] </w:t>
      </w:r>
      <w:r>
        <w:t>tabhi zameen par disability hai. to</w:t>
      </w:r>
    </w:p>
    <w:p>
      <w:pPr>
        <w:jc w:val="right"/>
      </w:pPr>
      <w:r>
        <w:t>تبھی زمین پر ڈس ایبیلیٹی ہے۔ تو</w:t>
      </w:r>
    </w:p>
    <w:p>
      <w:r>
        <w:rPr>
          <w:b/>
        </w:rPr>
        <w:t xml:space="preserve">[06:19] </w:t>
      </w:r>
      <w:r>
        <w:t>zameen mein har cheez mustahkam tabqa juri hui, har cheez stable hai. yaani ke disability aa jaye.</w:t>
      </w:r>
    </w:p>
    <w:p>
      <w:pPr>
        <w:jc w:val="right"/>
      </w:pPr>
      <w:r>
        <w:t>زمین میں ہر چیز مستحکم طبقہ جڑی ہوئی، ہر چیز اسٹیبل ہے۔ یعنی کہ ڈس ایبیلیٹی آ جائے۔</w:t>
      </w:r>
    </w:p>
    <w:p>
      <w:r>
        <w:rPr>
          <w:b/>
        </w:rPr>
        <w:t xml:space="preserve">[06:29] </w:t>
      </w:r>
      <w:r>
        <w:t>jo zameen par stability hai, jo cheezein qaim hain mustahkam taur par, uske liye</w:t>
      </w:r>
    </w:p>
    <w:p>
      <w:pPr>
        <w:jc w:val="right"/>
      </w:pPr>
      <w:r>
        <w:t>جو زمین پر اسٹیبلٹی ہے، جو چیزیں قائم ہیں مستحکم طور پر، اس کے لیے</w:t>
      </w:r>
    </w:p>
    <w:p>
      <w:r>
        <w:rPr>
          <w:b/>
        </w:rPr>
        <w:t xml:space="preserve">[06:36] </w:t>
      </w:r>
      <w:r>
        <w:t>kashish. to ab yeh Alhamdulillah Rabbil Alameen ka matlab kya hua? ke jidhar aap ne nazar ki, jo tajurba hua, un sab mein aap ko dikhai dena chahiye rububiyat.</w:t>
      </w:r>
    </w:p>
    <w:p>
      <w:pPr>
        <w:jc w:val="right"/>
      </w:pPr>
      <w:r>
        <w:t>کشش۔ تو اب یہ الحمدللہ رب العالمین کا مطلب کیا ہوا؟ کہ جدھر آپ نے نظر کی، جو تجربہ ہوا، ان سب میں آپ کو دکھائی دینا چاہیے ربوبیت۔</w:t>
      </w:r>
    </w:p>
    <w:p>
      <w:r>
        <w:rPr>
          <w:b/>
        </w:rPr>
        <w:t xml:space="preserve">[06:51] </w:t>
      </w:r>
      <w:r>
        <w:t>rububiyat. to is tarah se jab subah ka aaghaz aap karenge to kya hoga?</w:t>
      </w:r>
    </w:p>
    <w:p>
      <w:pPr>
        <w:jc w:val="right"/>
      </w:pPr>
      <w:r>
        <w:t>ربوبیت۔ تو اس طرح سے جب صبح کا آغاز آپ کریں گے تو کیا ہوگا؟</w:t>
      </w:r>
    </w:p>
    <w:p>
      <w:r>
        <w:rPr>
          <w:b/>
        </w:rPr>
        <w:t xml:space="preserve">[07:02] </w:t>
      </w:r>
      <w:r>
        <w:t>aap ki, aap ki personality, aap ka zehn, aap ka character, sab kuchh isi mein dhalta chala jayega.</w:t>
      </w:r>
    </w:p>
    <w:p>
      <w:pPr>
        <w:jc w:val="right"/>
      </w:pPr>
      <w:r>
        <w:t>آپ کی، آپ کی پرسنیلٹی، آپ کا ذہن، آپ کا کریکٹر، سب کچھ اسی میں ڈھلتا چلا جائے گا۔</w:t>
      </w:r>
    </w:p>
    <w:p>
      <w:r>
        <w:rPr>
          <w:b/>
        </w:rPr>
        <w:t xml:space="preserve">[07:16] </w:t>
      </w:r>
      <w:r>
        <w:t>ab sochiye ke is se kisi ajeeb o ghareeb shakhsiyat banegi, rabbani shakhsiyat. aise hi main is haal mein dakhil hua to main ne kaha: "Assalamualaikum".</w:t>
      </w:r>
    </w:p>
    <w:p>
      <w:pPr>
        <w:jc w:val="right"/>
      </w:pPr>
      <w:r>
        <w:t>اب سوچیں کہ اس سے کسی عجیب و غریب شخصیت بنے گی، ربانی شخصیت۔ ایسے ہی میں اس حال میں داخل ہوا تو میں نے کہا: "السلام علیکم"۔</w:t>
      </w:r>
    </w:p>
    <w:p>
      <w:r>
        <w:rPr>
          <w:b/>
        </w:rPr>
        <w:t xml:space="preserve">[07:30] </w:t>
      </w:r>
      <w:r>
        <w:t>to mujhe yaad aaya ke yahan insaan nahin hain, beshumar farishte hain. kyunke hadith mein aata hai ke kainat ke har, yaani</w:t>
      </w:r>
    </w:p>
    <w:p>
      <w:pPr>
        <w:jc w:val="right"/>
      </w:pPr>
      <w:r>
        <w:t>تو مجھے یاد آیا کہ یہاں انسان نہیں ہیں، بے شمار فرشتے ہیں۔ کیونکہ حدیث میں آتا ہے کہ کائنات کے ہر، یعنی</w:t>
      </w:r>
    </w:p>
    <w:p>
      <w:r>
        <w:rPr>
          <w:b/>
        </w:rPr>
        <w:t xml:space="preserve">[07:43] </w:t>
      </w:r>
      <w:r>
        <w:t>chaar angle zameen bhi koi aisi nahin hai jahan ke ek farishta maujood na ho. to saara nizam-e-alam farishte chala rahe hain. to agar aap yeh mustahzar ho to aap jab "Assalamualaikum" kahenge to aap ko lagega ke main farishton samet "Assalamualaikum" keh raha hoon.</w:t>
      </w:r>
    </w:p>
    <w:p>
      <w:pPr>
        <w:jc w:val="right"/>
      </w:pPr>
      <w:r>
        <w:t>چار اینگل زمین بھی کوئی ایسی نہیں ہے جہاں کہ ایک فرشتہ موجود نہ ہو۔ تو سارا نظام عالم فرشتے چلا رہے ہیں۔ تو اگر آپ یہ مستحضر ہو تو آپ جب "السلام علیکم" کہیں گے تو آپ کو لگے گا کہ میں فرشتوں سمیت "السلام علیکم" کہہ رہا ہوں۔</w:t>
      </w:r>
    </w:p>
    <w:p>
      <w:r>
        <w:rPr>
          <w:b/>
        </w:rPr>
        <w:t xml:space="preserve">[08:04] </w:t>
      </w:r>
      <w:r>
        <w:t>achha, yahan par jitne log hain woh kahengay aap ko "alaikum assalam". lekin jab aap yeh sochen ke main sare farishton ko le kar keh raha hoon to aap dekhen, billion trillion log aap ko "alaikum assalam" keh rahe honge.</w:t>
      </w:r>
    </w:p>
    <w:p>
      <w:pPr>
        <w:jc w:val="right"/>
      </w:pPr>
      <w:r>
        <w:t>اچھا، یہاں پر جتنے لوگ ہیں وہ کہیں گے آپ کو "علیکم السلام"۔ لیکن جب آپ یہ سوچیں کہ میں سارے فرشتوں کو لے کر کہہ رہا ہوں تو آپ دیکھیں، بلین ٹریلین لوگ آپ کو "علیکم السلام" کہہ رہے ہوں گے۔</w:t>
      </w:r>
    </w:p>
    <w:p>
      <w:r>
        <w:rPr>
          <w:b/>
        </w:rPr>
        <w:t xml:space="preserve">[08:18] </w:t>
      </w:r>
      <w:r>
        <w:t>billion trillion log. kaisa ajeeb trill aata hai yeh soch kar ke ke billion trillion log bhi "assalam" ko jawab mein keh rahe hain "alaikum assalam".</w:t>
      </w:r>
    </w:p>
    <w:p>
      <w:pPr>
        <w:jc w:val="right"/>
      </w:pPr>
      <w:r>
        <w:t>بلین ٹریلین لوگ۔ کیسا عجیب ٹرل آتا ہے یہ سوچ کر کے کہ بلین ٹریلین لوگ بھی "السلام" کو جواب میں کہہ رہے ہیں "علیکم السلام"۔</w:t>
      </w:r>
    </w:p>
    <w:p>
      <w:r>
        <w:rPr>
          <w:b/>
        </w:rPr>
        <w:t xml:space="preserve">[08:29] </w:t>
      </w:r>
      <w:r>
        <w:t>tum par salamati ho.</w:t>
      </w:r>
    </w:p>
    <w:p>
      <w:pPr>
        <w:jc w:val="right"/>
      </w:pPr>
      <w:r>
        <w:t>تم پر سلامتی ہو۔</w:t>
      </w:r>
    </w:p>
    <w:p>
      <w:r>
        <w:rPr>
          <w:b/>
        </w:rPr>
        <w:t xml:space="preserve">[08:33] </w:t>
      </w:r>
      <w:r>
        <w:t>to yeh hai alhamdulillah rabb al-alameen.</w:t>
      </w:r>
    </w:p>
    <w:p>
      <w:pPr>
        <w:jc w:val="right"/>
      </w:pPr>
      <w:r>
        <w:t>تو یہ ہے الحمدللہ رب العالمین۔</w:t>
      </w:r>
    </w:p>
    <w:p>
      <w:r>
        <w:rPr>
          <w:b/>
        </w:rPr>
        <w:t xml:space="preserve">[08:39] </w:t>
      </w:r>
      <w:r>
        <w:t>to fajar ki namaz mein aap jante hain ke kuch kalmat hote hain, quran ki kuch ayaten hoti hain, kuch duayen hoti hain, woh aap dohrate hain.</w:t>
      </w:r>
    </w:p>
    <w:p>
      <w:pPr>
        <w:jc w:val="right"/>
      </w:pPr>
      <w:r>
        <w:t>تو فجر کی نماز میں آپ جانتے ہیں کہ کچھ کلمات ہوتے ہیں، قرآن کی کچھ آیتیں ہوتی ہیں، کچھ دعائیں ہوتی ہیں، وہ آپ دہراتے ہیں۔</w:t>
      </w:r>
    </w:p>
    <w:p>
      <w:r>
        <w:rPr>
          <w:b/>
        </w:rPr>
        <w:t xml:space="preserve">[08:53] </w:t>
      </w:r>
      <w:r>
        <w:t>misalan dekhiye, sab se pehle aap jab aaghaz karte hain to kehte hain: "allahu akbar".</w:t>
      </w:r>
    </w:p>
    <w:p>
      <w:pPr>
        <w:jc w:val="right"/>
      </w:pPr>
      <w:r>
        <w:t>مثلاً دیکھیے، سب سے پہلے آپ جب آغاز کرتے ہیں تو کہتے ہیں: "اللہ اکبر"۔</w:t>
      </w:r>
    </w:p>
    <w:p>
      <w:r>
        <w:rPr>
          <w:b/>
        </w:rPr>
        <w:t xml:space="preserve">[09:03] </w:t>
      </w:r>
      <w:r>
        <w:t>is se bhi pehle aap ne wuzu kiya. wuzu kya hai? wuzu dhone ka naam nahi hai.</w:t>
      </w:r>
    </w:p>
    <w:p>
      <w:pPr>
        <w:jc w:val="right"/>
      </w:pPr>
      <w:r>
        <w:t>اس سے بھی پہلے آپ نے وضو کیا۔ وضو کیا ہے؟ وضو دھونے کا نام نہیں ہے۔</w:t>
      </w:r>
    </w:p>
    <w:p>
      <w:r>
        <w:rPr>
          <w:b/>
        </w:rPr>
        <w:t xml:space="preserve">[09:15] </w:t>
      </w:r>
      <w:r>
        <w:t>wuzu ke khatme par yeh dua aayi hai hadithon mein: "allahumma j'alni min at-tawwabeen wa j'alni min at-tahireen".</w:t>
      </w:r>
    </w:p>
    <w:p>
      <w:pPr>
        <w:jc w:val="right"/>
      </w:pPr>
      <w:r>
        <w:t>وضو کے خاتمے پر یہ دعا آئی ہے حدیثوں میں: "اللہم جعلنی من التوابین وجعلنی من الطاہرین"۔</w:t>
      </w:r>
    </w:p>
    <w:p>
      <w:r>
        <w:rPr>
          <w:b/>
        </w:rPr>
        <w:t xml:space="preserve">[09:25] </w:t>
      </w:r>
      <w:r>
        <w:t>iska matlab kya hai? yeh ke wuzu jo hai, amali, ek amali dua hai.</w:t>
      </w:r>
    </w:p>
    <w:p>
      <w:pPr>
        <w:jc w:val="right"/>
      </w:pPr>
      <w:r>
        <w:t>اس کا معنی کیا ہے؟ یہ کہ وضو جو ہے، عملی، ایک عملی دعا ہے۔</w:t>
      </w:r>
    </w:p>
    <w:p>
      <w:r>
        <w:rPr>
          <w:b/>
        </w:rPr>
        <w:t xml:space="preserve">[09:33] </w:t>
      </w:r>
      <w:r>
        <w:t>ek badan ko dhote hue aap ke yeh khuda hai, mere wajood ko pak pak kar de. bazahir pani se aap pak kar rahe hain.</w:t>
      </w:r>
    </w:p>
    <w:p>
      <w:pPr>
        <w:jc w:val="right"/>
      </w:pPr>
      <w:r>
        <w:t>ایک بدن کو دھوتے ہوئے آپ کہ یہ خدا ہے، میرے وجود کو پاک پاک کر دے۔ بظاہر پانی سے آپ پاک کر رہے ہیں۔</w:t>
      </w:r>
    </w:p>
    <w:p>
      <w:r>
        <w:rPr>
          <w:b/>
        </w:rPr>
        <w:t xml:space="preserve">[09:46] </w:t>
      </w:r>
      <w:r>
        <w:t>aap ka poora dakhili wajood jo hai, woh allah sargoshi kar raha hai. jaise hadith mein aata hai ke "ya rabba".</w:t>
      </w:r>
    </w:p>
    <w:p>
      <w:pPr>
        <w:jc w:val="right"/>
      </w:pPr>
      <w:r>
        <w:t>آپ کا پورا داخلی وجود جو ہے، وہ اللہ سرگوشی کر رہا ہے۔ جیسے حدیث میں آتا ہے کہ "یا ربا"۔</w:t>
      </w:r>
    </w:p>
    <w:p>
      <w:r>
        <w:rPr>
          <w:b/>
        </w:rPr>
        <w:t xml:space="preserve">[09:58] </w:t>
      </w:r>
      <w:r>
        <w:t>to bazahir aap apne body ko pani se saaf kar rahe hain, lekin aap ka jo wajood hai, laga hua hai allah ki taraf: "khudaya mere, dakhili wajood ko pak kar de, meri soch ko pak kar de, mere jazbat ko pak kar de, mere amal ko pak kar de, meri niyat ko pak kar de".</w:t>
      </w:r>
    </w:p>
    <w:p>
      <w:pPr>
        <w:jc w:val="right"/>
      </w:pPr>
      <w:r>
        <w:t>تو بظاہر آپ اپنے باڈی کو پانی سے صاف کر رہے ہیں، لیکن آپ کا جو وجود ہے، لگا ہوا ہے اللہ کی طرف: "خدائے میرے، داخلی وجود کو پاک کر دے، میری سوچ کو پاک کر دے، میرے جذبات کو پاک کر دے، میرے عمل کو پاک کر دے، میری نیت کو پاک کر دے"۔</w:t>
      </w:r>
    </w:p>
    <w:p>
      <w:r>
        <w:rPr>
          <w:b/>
        </w:rPr>
        <w:t xml:space="preserve">[10:18] </w:t>
      </w:r>
      <w:r>
        <w:t>to aap bataiye ke is tarah se jab wuzu kiya aap ne to kaisa ek inqalabi, ek revolutionary act kiya aap ne?</w:t>
      </w:r>
    </w:p>
    <w:p>
      <w:pPr>
        <w:jc w:val="right"/>
      </w:pPr>
      <w:r>
        <w:t>تو آپ بتائیے کہ اس طرح سے جب وضو کیا آپ نے تو کیسا ایک انقلابی، ایک ریولیوشنری ایکٹ کیا آپ نے؟</w:t>
      </w:r>
    </w:p>
    <w:p>
      <w:r>
        <w:rPr>
          <w:b/>
        </w:rPr>
        <w:t xml:space="preserve">[10:31] </w:t>
      </w:r>
      <w:r>
        <w:t>phir aap ne namaz shuru ki to aap ne kaha ke "allahu akbar"</w:t>
      </w:r>
    </w:p>
    <w:p>
      <w:pPr>
        <w:jc w:val="right"/>
      </w:pPr>
      <w:r>
        <w:t>پھر آپ نے نماز شروع کی تو آپ نے کہا کہ "اللہ اکبر"</w:t>
      </w:r>
    </w:p>
    <w:p>
      <w:r>
        <w:rPr>
          <w:b/>
        </w:rPr>
        <w:t xml:space="preserve">[10:35] </w:t>
      </w:r>
      <w:r>
        <w:t>. to aap ne kya yaad kiya? ke bada to sirf allah hai. "god is great". is ka matlab kya hua?</w:t>
      </w:r>
    </w:p>
    <w:p>
      <w:pPr>
        <w:jc w:val="right"/>
      </w:pPr>
      <w:r>
        <w:t>۔ تو آپ نے کیا یاد کیا؟ کہ بڑا تو صرف اللہ ہے۔ "گاڈ از گریٹ"۔ اس کا مطلب کیا ہوا؟</w:t>
      </w:r>
    </w:p>
    <w:p>
      <w:r>
        <w:rPr>
          <w:b/>
        </w:rPr>
        <w:t xml:space="preserve">[10:49] </w:t>
      </w:r>
      <w:r>
        <w:t>ke "allahu akbar wa an asghar". bada to khuda hai, main to chhota hoon. ab ghor kijiye, kitni badi haqeeqat hai.</w:t>
      </w:r>
    </w:p>
    <w:p>
      <w:pPr>
        <w:jc w:val="right"/>
      </w:pPr>
      <w:r>
        <w:t>کہ "اللہ اکبر وان اصغر"۔ بڑا تو خدا ہے، میں تو چھوٹا ہوں۔ اب غور کیجیے، کتنی بڑی حقیقت ہے۔</w:t>
      </w:r>
    </w:p>
    <w:p>
      <w:r>
        <w:rPr>
          <w:b/>
        </w:rPr>
        <w:t xml:space="preserve">[11:01] </w:t>
      </w:r>
      <w:r>
        <w:t>"allahu akbar" keh kar aap ne apni mind state ko yaad kiya, apni haqeeqat ko yaad kiya. aur sab se badi cheez yaad rakhiye, is duniya mein hai realistic approach.</w:t>
      </w:r>
    </w:p>
    <w:p>
      <w:pPr>
        <w:jc w:val="right"/>
      </w:pPr>
      <w:r>
        <w:t>"اللہ اکبر" کہہ کر آپ نے اپنی مائنڈ سٹی کو یاد کیا، اپنی حقیقت کو یاد کیا۔ اور سب سے بڑی چیز یاد رکھیے، اس دنیا میں ہے ریلسٹک اپروچ۔</w:t>
      </w:r>
    </w:p>
    <w:p>
      <w:r>
        <w:rPr>
          <w:b/>
        </w:rPr>
        <w:t xml:space="preserve">[11:18] </w:t>
      </w:r>
      <w:r>
        <w:t>sab se is se badi koi cheez nahi. yani haqeeqat waqea ke mutabiq sochna, haqeeqat waqea ke mutabiq zindagi guzarna,</w:t>
      </w:r>
    </w:p>
    <w:p>
      <w:pPr>
        <w:jc w:val="right"/>
      </w:pPr>
      <w:r>
        <w:t>سب سے اس سے بڑی کوئی چیز نہیں۔ یعنی حقیقت واقعہ کے مطابق سوچنا، حقیقت واقعہ کے مطابق زندگی گزارنا،</w:t>
      </w:r>
    </w:p>
    <w:p>
      <w:r>
        <w:rPr>
          <w:b/>
        </w:rPr>
        <w:t xml:space="preserve">[11:29] </w:t>
      </w:r>
      <w:r>
        <w:t>is se badi koi cheez nahi. to yeh jab aap ne kaha "allahu akbar" to aap ne goya ek ek universal reality ko acknowledge kiya, us ko yaad kiya.</w:t>
      </w:r>
    </w:p>
    <w:p>
      <w:pPr>
        <w:jc w:val="right"/>
      </w:pPr>
      <w:r>
        <w:t>اس سے بڑی کوئی چیز نہیں۔ تو یہ جب آپ نے کہا "اللہ اکبر" تو آپ نے گویا ایک ایک یونیورسل ریلیٹی کو اکنالش کیا، اس کو یاد کیا۔</w:t>
      </w:r>
    </w:p>
    <w:p>
      <w:r>
        <w:rPr>
          <w:b/>
        </w:rPr>
        <w:t xml:space="preserve">[11:43] </w:t>
      </w:r>
      <w:r>
        <w:t>khuda bada hai, khuda khaliq hai, khuda ne banaya hai, khuda sab kuch hai. main to us ki makhlooq hoon, mujhe us se milta hai, tab main pata hoon.</w:t>
      </w:r>
    </w:p>
    <w:p>
      <w:pPr>
        <w:jc w:val="right"/>
      </w:pPr>
      <w:r>
        <w:t>خدا بڑا ہے، خدا خالق ہے، خدا نے بنایا ہے، خدا سب کچھ ہے۔ میں تو اس کی مخلوق ہوں، مجھے اس سے ملتا ہے، تب میں پاتا ہوں۔</w:t>
      </w:r>
    </w:p>
    <w:p>
      <w:r>
        <w:rPr>
          <w:b/>
        </w:rPr>
        <w:t xml:space="preserve">[11:58] </w:t>
      </w:r>
      <w:r>
        <w:t>kuch bhi jo mere paas hai, woh sab allah ka diya hua hai. yeh sab yaad kiya aap ne. to isi ka to naam, isi is se kya cheez paida hoti hai?</w:t>
      </w:r>
    </w:p>
    <w:p>
      <w:pPr>
        <w:jc w:val="right"/>
      </w:pPr>
      <w:r>
        <w:t>کچھ بھی جو میرے پاس ہے، وہ سب اللہ کا دیا ہوا ہے۔ یہ سب یاد کیا آپ نے۔ تو اسی کا تو نام، اسی اس سے کیا چیز پیدا ہوتی ہے؟</w:t>
      </w:r>
    </w:p>
    <w:p>
      <w:r>
        <w:rPr>
          <w:b/>
        </w:rPr>
        <w:t xml:space="preserve">[12:09] </w:t>
      </w:r>
      <w:r>
        <w:t>mind state. is se kya paida hota hai? realistic thinking. haqeeqat waqea ke mutabiq sochna.</w:t>
      </w:r>
    </w:p>
    <w:p>
      <w:pPr>
        <w:jc w:val="right"/>
      </w:pPr>
      <w:r>
        <w:t>مائنڈ سٹی۔ اس سے کیا پیدا ہوتا ہے؟ ریلسٹک تھنکنگ۔ حقیقت واقعہ کے مطابق سوچنا۔</w:t>
      </w:r>
    </w:p>
    <w:p>
      <w:r>
        <w:rPr>
          <w:b/>
        </w:rPr>
        <w:t xml:space="preserve">[12:19] </w:t>
      </w:r>
      <w:r>
        <w:t>yani haqeeqat waqea yeh hai ke bada sirf allah hai. aur haqeeqat waqea yeh hai ke main bada nahi hoon.</w:t>
      </w:r>
    </w:p>
    <w:p>
      <w:pPr>
        <w:jc w:val="right"/>
      </w:pPr>
      <w:r>
        <w:t>یعنی حقیقت واقعہ یہ ہے کہ بڑا صرف اللہ ہے۔ اور حقیقت واقعہ یہ ہے کہ میں بڑا نہیں ہوں۔</w:t>
      </w:r>
    </w:p>
    <w:p>
      <w:r>
        <w:rPr>
          <w:b/>
        </w:rPr>
        <w:t xml:space="preserve">[12:29] </w:t>
      </w:r>
      <w:r>
        <w:t>yeh saada baaten, is mazhabi aqeeday ki baat nahi hain. yeh yeh sirf mazhabi aqeeday ki baat nahi hain. yeh poori zindagi ko cover ki hui hai.</w:t>
      </w:r>
    </w:p>
    <w:p>
      <w:pPr>
        <w:jc w:val="right"/>
      </w:pPr>
      <w:r>
        <w:t>یہ سادہ باتیں، اس مذہبی عقیدے کی بات نہیں ہیں۔ یہ یہ صرف مذہبی عقیدے کی بات نہیں ہیں۔ یہ پوری زندگی کو کور کی ہوئی ہے۔</w:t>
      </w:r>
    </w:p>
    <w:p>
      <w:r>
        <w:rPr>
          <w:b/>
        </w:rPr>
        <w:t xml:space="preserve">[12:44] </w:t>
      </w:r>
      <w:r>
        <w:t>jaisa ke maine arz kiya, kis se aata hai? realistic thinking. realistic thinking to sare kamyabon ki jar hai.</w:t>
      </w:r>
    </w:p>
    <w:p>
      <w:pPr>
        <w:jc w:val="right"/>
      </w:pPr>
      <w:r>
        <w:t>جیسا کہ میں نے عرض کیا، کس سے آتا ہے؟ ریلسٹک تھنکنگ۔ ریلسٹک تھنکنگ تو سارے کامیابوں کی جڑ ہے۔</w:t>
      </w:r>
    </w:p>
    <w:p>
      <w:r>
        <w:rPr>
          <w:b/>
        </w:rPr>
        <w:t xml:space="preserve">[12:57] </w:t>
      </w:r>
      <w:r>
        <w:t>jaise misaal ke taur par dekhiye, shadi hoti hai, miyan biwi ekatha hote hain to jhagda hota hai hamesha.</w:t>
      </w:r>
    </w:p>
    <w:p>
      <w:pPr>
        <w:jc w:val="right"/>
      </w:pPr>
      <w:r>
        <w:t>جیسے مثال کے طور پر دیکھیے، شادی ہوتی ہے، میاں بیوی اکٹھا ہوتے ہیں تو جھگڑا ہوتا ہے ہمیشہ۔</w:t>
      </w:r>
    </w:p>
    <w:p>
      <w:r>
        <w:rPr>
          <w:b/>
        </w:rPr>
        <w:t xml:space="preserve">[13:06] </w:t>
      </w:r>
      <w:r>
        <w:t>taqreeban 99 feesad shadiyon mein aapas mein jhagda shuru hota hai. kyon? It is due to lack of realistic approach.</w:t>
      </w:r>
    </w:p>
    <w:p>
      <w:pPr>
        <w:jc w:val="right"/>
      </w:pPr>
      <w:r>
        <w:t>تقریباً 99 فیصد شادیوں میں آپس میں جھگڑا شروع ہوتا ہے۔ کیوں؟ اٹ از ڈیو ٹو لیک آف ریلسٹک اپروچ۔</w:t>
      </w:r>
    </w:p>
    <w:p>
      <w:r>
        <w:rPr>
          <w:b/>
        </w:rPr>
        <w:t xml:space="preserve">[13:22] </w:t>
      </w:r>
      <w:r>
        <w:t>yani shadi ke baad agar husband aur wife yeh sochein ke is se pehle hum jab family mein thay to hum blood relationship ke darmiyan thay.</w:t>
      </w:r>
    </w:p>
    <w:p>
      <w:pPr>
        <w:jc w:val="right"/>
      </w:pPr>
      <w:r>
        <w:t>یعنی شادی کے بعد اگر ہسبینڈ اور وائف یہ سوچیں کہ اس سے پہلے ہم جب فیملی میں تھے تو ہم بلڈ ریلیشن شپ کے درمیان تھے۔</w:t>
      </w:r>
    </w:p>
    <w:p>
      <w:r>
        <w:rPr>
          <w:b/>
        </w:rPr>
        <w:t xml:space="preserve">[13:38] </w:t>
      </w:r>
      <w:r>
        <w:t>ab hum non blood relationship ke darmiyan hain. yani family mein har aadmi ek doosre se juda hua tha, is liye ke khooni taluq tha.</w:t>
      </w:r>
    </w:p>
    <w:p>
      <w:pPr>
        <w:jc w:val="right"/>
      </w:pPr>
      <w:r>
        <w:t>اب ہم نان بلڈ ریلیشن شپ کے درمیان ہیں۔ یعنی فیملی میں ہر آدمی ایک دوسرے سے جڑا ہوا تھا، اس لیے کہ خونی تعلق تھا۔</w:t>
      </w:r>
    </w:p>
    <w:p>
      <w:r>
        <w:rPr>
          <w:b/>
        </w:rPr>
        <w:t xml:space="preserve">[13:48] </w:t>
      </w:r>
      <w:r>
        <w:t>ab hum hain aisi jagah jahan khooni taluq nahi hai.</w:t>
      </w:r>
    </w:p>
    <w:p>
      <w:pPr>
        <w:jc w:val="right"/>
      </w:pPr>
      <w:r>
        <w:t>اب ہم ہیں ایسی جگہ جہاں خونی تعلق نہیں ہے۔</w:t>
      </w:r>
    </w:p>
    <w:p>
      <w:r>
        <w:rPr>
          <w:b/>
        </w:rPr>
        <w:t xml:space="preserve">[13:52] </w:t>
      </w:r>
      <w:r>
        <w:t>yani jo kehte hain in laws, jitne in laws hain, woh sab ghair khooni rishtedar hain aap ke. yeh sochein aap to sara approach badal jayega.</w:t>
      </w:r>
    </w:p>
    <w:p>
      <w:pPr>
        <w:jc w:val="right"/>
      </w:pPr>
      <w:r>
        <w:t>یعنی جو کہتے ہیں ان لاز، جتنے ان لاز ہیں، وہ سب غیر خونی رشتہ دار ہیں آپ کے۔ یہ سوچیں آپ تو سارا اپروچ بدل جائے گا۔</w:t>
      </w:r>
    </w:p>
    <w:p>
      <w:r>
        <w:rPr>
          <w:b/>
        </w:rPr>
        <w:t xml:space="preserve">[14:06] </w:t>
      </w:r>
      <w:r>
        <w:t>sara approach badal jayega. apne ghar par jab mein tha to</w:t>
      </w:r>
    </w:p>
    <w:p>
      <w:pPr>
        <w:jc w:val="right"/>
      </w:pPr>
      <w:r>
        <w:t>سارا اپروچ بدل جائے گا۔ اپنے گھر پر جب میں تھا تو</w:t>
      </w:r>
    </w:p>
    <w:p>
      <w:r>
        <w:rPr>
          <w:b/>
        </w:rPr>
        <w:t xml:space="preserve">[14:15] </w:t>
      </w:r>
      <w:r>
        <w:t>baghair kisi koshish ke mujhe mohabbat mili hui thi. kyunke jahan khooni taluq hai to wahan mohabbat</w:t>
      </w:r>
    </w:p>
    <w:p>
      <w:pPr>
        <w:jc w:val="right"/>
      </w:pPr>
      <w:r>
        <w:t>بغیر کسی کوشش کے مجھے محبت ملی ہوئی تھی۔ کیونکہ جہاں خونی تعلق ہے تو وہاں محبت</w:t>
      </w:r>
    </w:p>
    <w:p>
      <w:r>
        <w:rPr>
          <w:b/>
        </w:rPr>
        <w:t xml:space="preserve">[14:20] </w:t>
      </w:r>
      <w:r>
        <w:t>hai. fitri taur par mujhe kuch karna nahi hai. ek ghar mein give and take ka usool nahi hota hai.</w:t>
      </w:r>
    </w:p>
    <w:p>
      <w:pPr>
        <w:jc w:val="right"/>
      </w:pPr>
      <w:r>
        <w:t>ہے۔ فطری طور پر مجھے کچھ کرنا نہیں ہے۔ ایک گھر میں گیو اینڈ ٹیک کا اصول نہیں ہوتا ہے۔</w:t>
      </w:r>
    </w:p>
    <w:p>
      <w:r>
        <w:rPr>
          <w:b/>
        </w:rPr>
        <w:t xml:space="preserve">[14:29] </w:t>
      </w:r>
      <w:r>
        <w:t>do tap paoge. ghar mein kya ho? baghair diye milta hai.</w:t>
      </w:r>
    </w:p>
    <w:p>
      <w:pPr>
        <w:jc w:val="right"/>
      </w:pPr>
      <w:r>
        <w:t>دو تپ پاؤ گے۔ گھر میں کیا ہو؟ بغیر دیے ملتا ہے۔</w:t>
      </w:r>
    </w:p>
    <w:p>
      <w:r>
        <w:rPr>
          <w:b/>
        </w:rPr>
        <w:t xml:space="preserve">[14:37] </w:t>
      </w:r>
      <w:r>
        <w:t>baghair diye mitti milti hai. baghair diye khane par khana mez par rakha hua hota hai. to ghar family life mein aap ko rehna padta hai</w:t>
      </w:r>
    </w:p>
    <w:p>
      <w:pPr>
        <w:jc w:val="right"/>
      </w:pPr>
      <w:r>
        <w:t>بغیر دیے مٹی ملتی ہے۔ بغیر دیے کھانے پر کھانا میز پر رکھا ہوا ہوتا ہے۔ تو گھر فیملی لائف میں آپ کو رہنا پڑتا ہے</w:t>
      </w:r>
    </w:p>
    <w:p>
      <w:r>
        <w:rPr>
          <w:b/>
        </w:rPr>
        <w:t xml:space="preserve">[14:48] </w:t>
      </w:r>
      <w:r>
        <w:t>ek aise culture mein jo give and take nahi hai. yani jitna doge utna hi paoge. yeh nahi hai.</w:t>
      </w:r>
    </w:p>
    <w:p>
      <w:pPr>
        <w:jc w:val="right"/>
      </w:pPr>
      <w:r>
        <w:t>ایک ایسے کلچر میں جو گیو اینڈ ٹیک نہیں ہے۔ یعنی جتنا دو گے اتنا ہی پاؤ گے۔ یہ نہیں ہے۔</w:t>
      </w:r>
    </w:p>
    <w:p>
      <w:r>
        <w:rPr>
          <w:b/>
        </w:rPr>
        <w:t xml:space="preserve">[14:57] </w:t>
      </w:r>
      <w:r>
        <w:t>baghair diye milta hai. maa baap mohabbat karte hain, behan bhai mohabbat karte hain. achha, ab aa gaye aap yani yeh mahr rishte mein yani sasural wale rishte mein to sab kuch ho jati hai give and take ke usool par.</w:t>
      </w:r>
    </w:p>
    <w:p>
      <w:pPr>
        <w:jc w:val="right"/>
      </w:pPr>
      <w:r>
        <w:t>بغیر دیے ملتا ہے۔ ماں باپ محبت کرتے ہیں، بہن بھائی محبت کرتے ہیں۔ اچھا، اب آگئے آپ یعنی یہ مہر رشتے میں یعنی سسرال والے رشتے میں تو سب کچھ ہو جاتی ہے گیو اینڈ ٹیک کے اصول پر۔</w:t>
      </w:r>
    </w:p>
    <w:p>
      <w:r>
        <w:rPr>
          <w:b/>
        </w:rPr>
        <w:t xml:space="preserve">[15:17] </w:t>
      </w:r>
      <w:r>
        <w:t>jitna dena utna pana. kyunke haan, ghair khooni taluqat hain. ab bataiye ke agar yeh soch aa jaye, is ko mein kehta hoon realistic thinking, to ek bhi shadi kamyab na fail na ho.</w:t>
      </w:r>
    </w:p>
    <w:p>
      <w:pPr>
        <w:jc w:val="right"/>
      </w:pPr>
      <w:r>
        <w:t>جتنا دینا اتنا پانا۔ کیونکہ ہاں، غیر خونی تعلقات ہیں۔ اب بتائیے کہ اگر یہ سوچ آ جائے، اس کو میں کہتا ہوں ریلسٹک تھنکنگ، تو ایک بھی شادی کامیاب نہ فیل نہ ہو۔</w:t>
      </w:r>
    </w:p>
    <w:p>
      <w:r>
        <w:rPr>
          <w:b/>
        </w:rPr>
        <w:t xml:space="preserve">[15:35] </w:t>
      </w:r>
      <w:r>
        <w:t>har shadi kamyab ho.</w:t>
      </w:r>
    </w:p>
    <w:p>
      <w:pPr>
        <w:jc w:val="right"/>
      </w:pPr>
      <w:r>
        <w:t>ہر شادی کامیاب ہو۔</w:t>
      </w:r>
    </w:p>
    <w:p>
      <w:r>
        <w:rPr>
          <w:b/>
        </w:rPr>
        <w:t xml:space="preserve">[15:40] </w:t>
      </w:r>
      <w:r>
        <w:t>isi tarah se kamyab ho jaise ke aap safar karte hain, chahe train mein hon, bus mein hon, hawa jahaz mein hon, aas pas jo log hain, woh ajnabi log hain.</w:t>
      </w:r>
    </w:p>
    <w:p>
      <w:pPr>
        <w:jc w:val="right"/>
      </w:pPr>
      <w:r>
        <w:t>اسی طرح سے کامیاب ہو جیسے کہ آپ سفر کرتے ہیں، چاہے ٹرین میں ہوں، بس میں ہوں، ہوا جہاز میں ہوں، آس پاس جو لوگ ہیں، وہ اجنبی لوگ ہیں۔</w:t>
      </w:r>
    </w:p>
    <w:p>
      <w:r>
        <w:rPr>
          <w:b/>
        </w:rPr>
        <w:t xml:space="preserve">[15:49] </w:t>
      </w:r>
      <w:r>
        <w:t>un se aap umeed hi nahi karte ke woh aap ke sath woh response denge jo ghar mein milta hai aap ko. to aap bohat hi comfortable tareeqe par safar karte hain.</w:t>
      </w:r>
    </w:p>
    <w:p>
      <w:pPr>
        <w:jc w:val="right"/>
      </w:pPr>
      <w:r>
        <w:t>ان سے آپ امید ہی نہیں کرتے کہ وہ آپ کے ساتھ وہ رسپانس دیں گے جو گھر میں ملتا ہے آپ کو۔ تو آپ بہت ہی کمفرٹیبل طریقے پر سفر کرتے ہیں۔</w:t>
      </w:r>
    </w:p>
    <w:p>
      <w:r>
        <w:rPr>
          <w:b/>
        </w:rPr>
        <w:t xml:space="preserve">[16:02] </w:t>
      </w:r>
      <w:r>
        <w:t>chahe train mein hon ya bus mein hon, hawa jahaz mein hon.</w:t>
      </w:r>
    </w:p>
    <w:p>
      <w:pPr>
        <w:jc w:val="right"/>
      </w:pPr>
      <w:r>
        <w:t>چاہے ٹرین میں ہوں یا بس میں ہوں، ہوا جہاز میں ہوں۔</w:t>
      </w:r>
    </w:p>
    <w:p>
      <w:r>
        <w:rPr>
          <w:b/>
        </w:rPr>
        <w:t xml:space="preserve">[16:06] </w:t>
      </w:r>
      <w:r>
        <w:t>aap bilkul comfortable hote hain. kyunke aap expect hi nahi karte ho. un se kuch expect nahi karte.</w:t>
      </w:r>
    </w:p>
    <w:p>
      <w:pPr>
        <w:jc w:val="right"/>
      </w:pPr>
      <w:r>
        <w:t>آپ بالکل کمفرٹیبل ہوتے ہیں۔ کیونکہ آپ ایکسپیکٹ ہی نہیں کرتے ہو۔ ان سے کچھ ایکسپیکٹ نہیں کرتے۔</w:t>
      </w:r>
    </w:p>
    <w:p>
      <w:r>
        <w:rPr>
          <w:b/>
        </w:rPr>
        <w:t xml:space="preserve">[16:15] </w:t>
      </w:r>
      <w:r>
        <w:t>to yeh hai compulsory. yani under compression ka aadmi maan leta hai is ko. lekin jahan compression na ho, wahan react karta hai.</w:t>
      </w:r>
    </w:p>
    <w:p>
      <w:pPr>
        <w:jc w:val="right"/>
      </w:pPr>
      <w:r>
        <w:t>تو یہ ہے کمپلسری۔ یعنی انڈر کمپریشن کا آدمی مان لیتا ہے اس کو۔ لیکن جہاں کمپریشن نہ ہو، وہاں ری ایکٹ کرتا ہے۔</w:t>
      </w:r>
    </w:p>
    <w:p>
      <w:r>
        <w:rPr>
          <w:b/>
        </w:rPr>
        <w:t xml:space="preserve">[16:25] </w:t>
      </w:r>
      <w:r>
        <w:t>to jitne bhi cheezein hain, chahe woh family life ho, social life ho, ya national life ho, international life ho,</w:t>
      </w:r>
    </w:p>
    <w:p>
      <w:pPr>
        <w:jc w:val="right"/>
      </w:pPr>
      <w:r>
        <w:t>تو جتنے بھی چیزیں ہیں، چاہے وہ فیملی لائف ہو، سوشل لائف ہو، یا نیشنل لائف ہو، انٹرنیشنل لائف ہو،</w:t>
      </w:r>
    </w:p>
    <w:p>
      <w:r>
        <w:rPr>
          <w:b/>
        </w:rPr>
        <w:t xml:space="preserve">[16:35] </w:t>
      </w:r>
      <w:r>
        <w:t>har jagah sab se bari cheez hai yaad rakhiye, realistic approach.</w:t>
      </w:r>
    </w:p>
    <w:p>
      <w:pPr>
        <w:jc w:val="right"/>
      </w:pPr>
      <w:r>
        <w:t>ہر جگہ سب سے بڑی چیز ہے یاد رکھیے، ریلسٹک اپروچ۔</w:t>
      </w:r>
    </w:p>
    <w:p>
      <w:r>
        <w:rPr>
          <w:b/>
        </w:rPr>
        <w:t xml:space="preserve">[16:44] </w:t>
      </w:r>
      <w:r>
        <w:t>realistic approach. jaise ek misaal deta hoon mein ke hamare India ke kuch VIP, jo kaha jata hai VIP aur BVIp log, America gaye to airport par un ki jo security hoti hai, to un ka utara gaya.</w:t>
      </w:r>
    </w:p>
    <w:p>
      <w:pPr>
        <w:jc w:val="right"/>
      </w:pPr>
      <w:r>
        <w:t>ریلسٹک اپروچ۔ جیسے ایک مثال دیتا ہوں میں کہ ہمارے انڈیا کے کچھ وی آئی پی، جو کہا جاتا ہے وی آئی پی اور بی وی آئی پی لوگ، امریکہ گئے تو ایئرپورٹ پر ان کی جو سیکیورٹی ہوتی ہے، تو ان کا اتارا گیا۔</w:t>
      </w:r>
    </w:p>
    <w:p>
      <w:r>
        <w:rPr>
          <w:b/>
        </w:rPr>
        <w:t xml:space="preserve">[17:07] </w:t>
      </w:r>
      <w:r>
        <w:t>ab woh akhbaron mein chapa, bara ghussa ke dekho hamare falan sahib ka unhone joota utar kar check kiya.</w:t>
      </w:r>
    </w:p>
    <w:p>
      <w:pPr>
        <w:jc w:val="right"/>
      </w:pPr>
      <w:r>
        <w:t>اب وہ اخباروں میں چھپا، بڑا غصہ کہ دیکھو ہمارے فلاں صاحب کا انہوں نے جوتا اتار کر چک کیا۔</w:t>
      </w:r>
    </w:p>
    <w:p>
      <w:r>
        <w:rPr>
          <w:b/>
        </w:rPr>
        <w:t xml:space="preserve">[17:18] </w:t>
      </w:r>
      <w:r>
        <w:t>mein pichle thore dino mein do baar America gaya hoon, mera bhi joota utara kiya gaya.</w:t>
      </w:r>
    </w:p>
    <w:p>
      <w:pPr>
        <w:jc w:val="right"/>
      </w:pPr>
      <w:r>
        <w:t>میں پچھلے تھوڑے دنوں میں دو بار امریکہ گیا ہوں، میرا بھی جوتا اتارا کیا گیا۔</w:t>
      </w:r>
    </w:p>
    <w:p>
      <w:r>
        <w:rPr>
          <w:b/>
        </w:rPr>
        <w:t xml:space="preserve">[17:27] </w:t>
      </w:r>
      <w:r>
        <w:t>woh to sirf is ne dekha mere joote ki tarah to mein ne jaldi utar diya. khud hi utar diya. to woh thank you, thank you kehne laga.</w:t>
      </w:r>
    </w:p>
    <w:p>
      <w:pPr>
        <w:jc w:val="right"/>
      </w:pPr>
      <w:r>
        <w:t>وہ تو صرف اس نے دیکھا میرے جوتے کی طرح تو میں نے جلدی اتار دیا۔ خود ہی اتار دیا۔ تو وہ تھینک یو، تھینک یو کہنے لگا۔</w:t>
      </w:r>
    </w:p>
    <w:p>
      <w:r>
        <w:rPr>
          <w:b/>
        </w:rPr>
        <w:t xml:space="preserve">[17:37] </w:t>
      </w:r>
      <w:r>
        <w:t>to woh hazraat jinho ne react kiya, woh jante nahi thay ke realistic approach kya hota hai. kitna ehtiyat paida ho jayega ke jahan bhi koi cheez Quran o Sunnat sabit ho jaye, bas aap under kar dein.</w:t>
      </w:r>
    </w:p>
    <w:p>
      <w:pPr>
        <w:jc w:val="right"/>
      </w:pPr>
      <w:r>
        <w:t>تو وہ حضرات جنہوں نے ری ایکٹ کیا، وہ جانتے نہیں تھے کہ ریلسٹک اپروچ کیا ہوتا ہے۔ کتنا احتیاط پیدا ہو جائے گا کہ جہاں بھی کوئی چیز قرآن و سنت ثابت ہو جائے، بس آپ انڈر کر دیں۔</w:t>
      </w:r>
    </w:p>
    <w:p>
      <w:r>
        <w:rPr>
          <w:b/>
        </w:rPr>
        <w:t xml:space="preserve">[17:56] </w:t>
      </w:r>
      <w:r>
        <w:t>is ko follow karne lagien.</w:t>
      </w:r>
    </w:p>
    <w:p>
      <w:pPr>
        <w:jc w:val="right"/>
      </w:pPr>
      <w:r>
        <w:t>اس کو فالو کرنے لگیں۔</w:t>
      </w:r>
    </w:p>
    <w:p>
      <w:r>
        <w:rPr>
          <w:b/>
        </w:rPr>
        <w:t xml:space="preserve">[18:00] </w:t>
      </w:r>
      <w:r>
        <w:t>to subah ki namaz agar aap parhein shaoor ke sath</w:t>
      </w:r>
    </w:p>
    <w:p>
      <w:pPr>
        <w:jc w:val="right"/>
      </w:pPr>
      <w:r>
        <w:t>تو صبح کی نماز اگر آپ پڑھیں شعور کے ساتھ</w:t>
      </w:r>
    </w:p>
    <w:p>
      <w:r>
        <w:rPr>
          <w:b/>
        </w:rPr>
        <w:t xml:space="preserve">[18:06] </w:t>
      </w:r>
      <w:r>
        <w:t>to ek hi namaz hai, poora din ka, poori zindagi ke liye kafi ho jaye.</w:t>
      </w:r>
    </w:p>
    <w:p>
      <w:pPr>
        <w:jc w:val="right"/>
      </w:pPr>
      <w:r>
        <w:t>تو ایک ہی نماز ہے، پورا دن کا، پوری زندگی کے لیے کافی ہو جائے۔</w:t>
      </w:r>
    </w:p>
    <w:p>
      <w:r>
        <w:rPr>
          <w:b/>
        </w:rPr>
        <w:t xml:space="preserve">[18:14] </w:t>
      </w:r>
      <w:r>
        <w:t>poori zindagi ke liye kafi ho jaye.</w:t>
      </w:r>
    </w:p>
    <w:p>
      <w:pPr>
        <w:jc w:val="right"/>
      </w:pPr>
      <w:r>
        <w:t>پوری زندگی کے لیے کافی ہو جائے۔</w:t>
      </w:r>
    </w:p>
    <w:p>
      <w:r>
        <w:rPr>
          <w:b/>
        </w:rPr>
        <w:t xml:space="preserve">[18:24] </w:t>
      </w:r>
      <w:r>
        <w:t>to logon ne kya kiya hai ke hadithon ko aur ayaton ko mysterious mein likha hai.</w:t>
      </w:r>
    </w:p>
    <w:p>
      <w:pPr>
        <w:jc w:val="right"/>
      </w:pPr>
      <w:r>
        <w:t>تو لوگوں نے کیا کیا ہے کہ حدیثوں کو اور آیتوں کو مسٹیریسز میں لکھا ہے۔</w:t>
      </w:r>
    </w:p>
    <w:p>
      <w:r>
        <w:rPr>
          <w:b/>
        </w:rPr>
        <w:t xml:space="preserve">[18:32] </w:t>
      </w:r>
      <w:r>
        <w:t>kuch mysterious, kuch asrar fawaid is ke andar hain. nahi, is ko aap sochiye to aap ko is mein intellectual food milega.</w:t>
      </w:r>
    </w:p>
    <w:p>
      <w:pPr>
        <w:jc w:val="right"/>
      </w:pPr>
      <w:r>
        <w:t>کچھ مسٹیریس، کچھ پراسرار فائدے اس کے اندر ہیں۔ نہیں، اس کو آپ سوچیے تو آپ کو اس میں انٹلیکچول فوڈ ملے گا۔</w:t>
      </w:r>
    </w:p>
    <w:p>
      <w:r>
        <w:rPr>
          <w:b/>
        </w:rPr>
        <w:t xml:space="preserve">[18:47] </w:t>
      </w:r>
      <w:r>
        <w:t>is mein aap ko way of thinking milega.</w:t>
      </w:r>
    </w:p>
    <w:p>
      <w:pPr>
        <w:jc w:val="right"/>
      </w:pPr>
      <w:r>
        <w:t>اس میں آپ کو وے آف تھنکنگ ملے گی۔</w:t>
      </w:r>
    </w:p>
    <w:p>
      <w:r>
        <w:rPr>
          <w:b/>
        </w:rPr>
        <w:t xml:space="preserve">[18:53] </w:t>
      </w:r>
      <w:r>
        <w:t>is mein aap ko yani woh cheez milega jo kehte hain art of thinking.</w:t>
      </w:r>
    </w:p>
    <w:p>
      <w:pPr>
        <w:jc w:val="right"/>
      </w:pPr>
      <w:r>
        <w:t>اس میں آپ کو یعنی وہ چیز ملے گا جو کہتے ہیں آرٹ آف تھنکنگ۔</w:t>
      </w:r>
    </w:p>
    <w:p>
      <w:r>
        <w:rPr>
          <w:b/>
        </w:rPr>
        <w:t xml:space="preserve">[19:02] </w:t>
      </w:r>
      <w:r>
        <w:t>art of thinking le kar aap bahar ayenge to kaisa aajayega, aap ka har mamla aap ka durust ho jayega.</w:t>
      </w:r>
    </w:p>
    <w:p>
      <w:pPr>
        <w:jc w:val="right"/>
      </w:pPr>
      <w:r>
        <w:t>آرٹ آف تھنکنگ لے کر آپ باہر آئیں گے تو کیسا آجائے گا، آپ کا ہر معاملہ آپ کا درست ہو جائے گا۔</w:t>
      </w:r>
    </w:p>
    <w:p>
      <w:r>
        <w:rPr>
          <w:b/>
        </w:rPr>
        <w:t xml:space="preserve">[19:19] </w:t>
      </w:r>
      <w:r>
        <w:t>arzi dekhiye, aap imam ne kaha Allah o Akbar to aap jhuk gaye, ruku mein jhuk gaye, sajde mein jhuk gaye. yeh kya hai?</w:t>
      </w:r>
    </w:p>
    <w:p>
      <w:pPr>
        <w:jc w:val="right"/>
      </w:pPr>
      <w:r>
        <w:t>عرضی دیکھیے، آپ امام نے کہا اللہ اکبر تو آپ جھک گئے، رکوع میں جھک گئے، سجدے میں جھک گئے۔ یہ کیا ہے؟</w:t>
      </w:r>
    </w:p>
    <w:p>
      <w:r>
        <w:rPr>
          <w:b/>
        </w:rPr>
        <w:t xml:space="preserve">[19:30] </w:t>
      </w:r>
      <w:r>
        <w:t>log is ko bator form dohrate hain, bator form. bator form dohrate hain. is ka matlab kya hai</w:t>
      </w:r>
    </w:p>
    <w:p>
      <w:pPr>
        <w:jc w:val="right"/>
      </w:pPr>
      <w:r>
        <w:t>لوگ اس کو بطور فارم دہراتے ہیں، بطور فارم۔ بطور فارم دہراتے ہیں۔ اس کا مطلب کیا ہے</w:t>
      </w:r>
    </w:p>
    <w:p>
      <w:r>
        <w:rPr>
          <w:b/>
        </w:rPr>
        <w:t xml:space="preserve">[19:38] </w:t>
      </w:r>
      <w:r>
        <w:t>? jahan Allah ka naam aa jaye, wahan sar dar karo. jahan Allah ki baat aa jaye, wahan sar dar karo. jahan Allah ka mamla aa jaye, wahan sar dar karo.</w:t>
      </w:r>
    </w:p>
    <w:p>
      <w:pPr>
        <w:jc w:val="right"/>
      </w:pPr>
      <w:r>
        <w:t>؟ جہاں اللہ کا نام آ جائے، وہاں سر ڈر کرو۔ جہاں اللہ کی بات آ جائے، وہاں سر ڈر کرو۔ جہاں اللہ کا معاملہ آ جائے، وہاں سر ڈر کرو۔</w:t>
      </w:r>
    </w:p>
    <w:p>
      <w:r>
        <w:rPr>
          <w:b/>
        </w:rPr>
        <w:t xml:space="preserve">[19:50] </w:t>
      </w:r>
      <w:r>
        <w:t>yani Allah o Akbar ki awaz sun kar ke ruku mein jana ya sajde mein jana, yeh ek ek symbolize kar raha hai total surrender ko.</w:t>
      </w:r>
    </w:p>
    <w:p>
      <w:pPr>
        <w:jc w:val="right"/>
      </w:pPr>
      <w:r>
        <w:t>یعنی اللہ اکبر کی آواز سن کر کے رکوع میں جانا یا سجدے میں جانا، یہ ایک ایک سمبلائز کر رہا ہے ٹوٹل سرنڈر کو۔</w:t>
      </w:r>
    </w:p>
    <w:p>
      <w:r>
        <w:rPr>
          <w:b/>
        </w:rPr>
        <w:t xml:space="preserve">[20:05] </w:t>
      </w:r>
      <w:r>
        <w:t>ab ghor kijiye, kis tarah se namaz parh ke niklenge aap fajar ki to kya yeh sadah waqia hoga? ek ek revolutionary waqia hoga, ek revolutionary waqia hoga.</w:t>
      </w:r>
    </w:p>
    <w:p>
      <w:pPr>
        <w:jc w:val="right"/>
      </w:pPr>
      <w:r>
        <w:t>اب غور کیجیے، کس طرح سے نماز پڑھ کے نکلیں گے آپ فجر کی تو کیا یہ سادہ واقعہ ہوگا؟ ایک ایک انقلابی واقعہ ہوگا، ایک ریولیوشنری واقعہ ہوگا۔</w:t>
      </w:r>
    </w:p>
    <w:p>
      <w:r>
        <w:rPr>
          <w:b/>
        </w:rPr>
        <w:t xml:space="preserve">[20:16] </w:t>
      </w:r>
      <w:r>
        <w:t>yeh</w:t>
      </w:r>
    </w:p>
    <w:p>
      <w:pPr>
        <w:jc w:val="right"/>
      </w:pPr>
      <w:r>
        <w:t>یہ</w:t>
      </w:r>
    </w:p>
    <w:p>
      <w:r>
        <w:rPr>
          <w:b/>
        </w:rPr>
        <w:t xml:space="preserve">[20:20] </w:t>
      </w:r>
      <w:r>
        <w:t>ek ajib o gharib personality emerge kar gayi aap ke andar. is sense mein hai hadith mein: "man salsab azmat</w:t>
      </w:r>
    </w:p>
    <w:p>
      <w:pPr>
        <w:jc w:val="right"/>
      </w:pPr>
      <w:r>
        <w:t>ایک عجیب و غریب پرسنیلٹی ایمرج کر گئی آپ کے اندر۔ اس سینس میں ہے حدیث میں: "من سلسب عظمت</w:t>
      </w:r>
    </w:p>
    <w:p>
      <w:r>
        <w:rPr>
          <w:b/>
        </w:rPr>
        <w:t xml:space="preserve">[20:31] </w:t>
      </w:r>
      <w:r>
        <w:t>Allah". azmat Allah mein hona yeh koi mysterious tor par nahi hota,</w:t>
      </w:r>
    </w:p>
    <w:p>
      <w:pPr>
        <w:jc w:val="right"/>
      </w:pPr>
      <w:r>
        <w:t>اللہ"۔ عظمت اللہ میں ہونا یہ کوئی مسٹیریس طور پر نہیں ہوتا،</w:t>
      </w:r>
    </w:p>
    <w:p>
      <w:r>
        <w:rPr>
          <w:b/>
        </w:rPr>
        <w:t xml:space="preserve">[20:38] </w:t>
      </w:r>
      <w:r>
        <w:t>yeh hota hai yani Allah ke qanoon ke</w:t>
      </w:r>
    </w:p>
    <w:p>
      <w:pPr>
        <w:jc w:val="right"/>
      </w:pPr>
      <w:r>
        <w:t>یہ ہوتا ہے یعنی اللہ کے قانون کے</w:t>
      </w:r>
    </w:p>
    <w:p>
      <w:r>
        <w:rPr>
          <w:b/>
        </w:rPr>
        <w:t xml:space="preserve">[20:48] </w:t>
      </w:r>
      <w:r>
        <w:t>se mutabiqat karne mein.</w:t>
      </w:r>
    </w:p>
    <w:p>
      <w:pPr>
        <w:jc w:val="right"/>
      </w:pPr>
      <w:r>
        <w:t>سے مطابقت کرنے میں۔</w:t>
      </w:r>
    </w:p>
    <w:p>
      <w:r>
        <w:rPr>
          <w:b/>
        </w:rPr>
        <w:t xml:space="preserve">[20:52] </w:t>
      </w:r>
      <w:r>
        <w:t>arzi dekhiye, jab aap namaz khatam karte hain aur fajar mein jab aap ne namaz khatam ki to aakhir mein kaha jata hai: "Assalamu Alaikum Wa Rahmatullahi".</w:t>
      </w:r>
    </w:p>
    <w:p>
      <w:pPr>
        <w:jc w:val="right"/>
      </w:pPr>
      <w:r>
        <w:t>عرضی دیکھیے، جب آپ نماز ختم کرتے ہیں اور فجر میں جب آپ نے نماز ختم کی تو آخر میں کہا جاتا ہے: "السلام علیکم ورحمۃ اللہ"۔</w:t>
      </w:r>
    </w:p>
    <w:p>
      <w:r>
        <w:rPr>
          <w:b/>
        </w:rPr>
        <w:t xml:space="preserve">[21:08] </w:t>
      </w:r>
      <w:r>
        <w:t>aur is mein chehra pheraya jata hai, idhar pheraya jata hai, idhar pheraya jata hai.</w:t>
      </w:r>
    </w:p>
    <w:p>
      <w:pPr>
        <w:jc w:val="right"/>
      </w:pPr>
      <w:r>
        <w:t>اور اس میں چہرہ پھیرایا جاتا ہے، ادھر پھیرایا جاتا ہے، ادھر پھیرایا جاتا ہے۔</w:t>
      </w:r>
    </w:p>
    <w:p>
      <w:r>
        <w:rPr>
          <w:b/>
        </w:rPr>
        <w:t xml:space="preserve">[21:17] </w:t>
      </w:r>
      <w:r>
        <w:t>to aap jante hain ke namaz parhi jati hai kaba ko rukh kar ke. to ab koi yahan is is taraf hai, woh bhi dayen bayein pher raha hai, idhar hai, tab bhi pher raha hai, idhar hai, tab bhi pher raha hai.</w:t>
      </w:r>
    </w:p>
    <w:p>
      <w:pPr>
        <w:jc w:val="right"/>
      </w:pPr>
      <w:r>
        <w:t>تو آپ جانتے ہیں کہ نماز پڑھی جاتی ہے کعبہ کو رخ کر کے۔ تو اب کوئی یہاں اس اس طرف ہے، وہ بھی دائیں بائیں پھیر رہا ہے، ادھر ہے، تب بھی پھیر رہا ہے، ادھر ہے، تب بھی پھیر رہا ہے۔</w:t>
      </w:r>
    </w:p>
    <w:p>
      <w:r>
        <w:rPr>
          <w:b/>
        </w:rPr>
        <w:t xml:space="preserve">[21:31] </w:t>
      </w:r>
      <w:r>
        <w:t>is mani ke tamam namaziyon ko le kar aap sochen to sare alam ki taraf chehra pher pher phira ja raha hai. yani matlab yahan kaba hai, koi jo yahan parh rahe hain, woh kuch wahan parh rahe honge, kuch yahan parh rahe honge, kuch yahan parh rahe honge.</w:t>
      </w:r>
    </w:p>
    <w:p>
      <w:pPr>
        <w:jc w:val="right"/>
      </w:pPr>
      <w:r>
        <w:t>اس معنی کہ تمام نمازیوں کو لے کر آپ سوچیں تو سارے عالم کی طرف چہرہ پھیر پھر پھرا جا رہا ہے۔ یعنی مطلب یہاں کعبہ ہے، کوئی جو یہاں پڑھ رہے ہیں، وہ کچھ وہاں پڑھ رہے ہوں گے، کچھ یہاں پڑھ رہے ہوں گے، کچھ یہاں پڑھ رہے ہوں گے۔</w:t>
      </w:r>
    </w:p>
    <w:p>
      <w:r>
        <w:rPr>
          <w:b/>
        </w:rPr>
        <w:t xml:space="preserve">[21:46] </w:t>
      </w:r>
      <w:r>
        <w:t>har jagah aisa chehra pher ke kar rahe hon, keh rahe hon ge: "assalam o alaikum wa rehmatullah". to sara east and west, south and north cover ho gaya is mein.</w:t>
      </w:r>
    </w:p>
    <w:p>
      <w:pPr>
        <w:jc w:val="right"/>
      </w:pPr>
      <w:r>
        <w:t>ہر جگہ ایسا چہرہ پھیر کے کر رہے ہوں، کہہ رہے ہوں گے: "السلام علیکم ورحمۃ اللہ"۔ تو سارا ایسٹ اینڈ ویسٹ، ساؤتھ اینڈ نارتھ کور ہو گیا اس میں۔</w:t>
      </w:r>
    </w:p>
    <w:p>
      <w:r>
        <w:rPr>
          <w:b/>
        </w:rPr>
        <w:t xml:space="preserve">[22:02] </w:t>
      </w:r>
      <w:r>
        <w:t>is ke maani kya hue? ke poore globe par, poore is planet par jo log base hue hain, woh sab se aap keh rahe hain:</w:t>
      </w:r>
    </w:p>
    <w:p>
      <w:pPr>
        <w:jc w:val="right"/>
      </w:pPr>
      <w:r>
        <w:t>اس کے معنی کیا ہوئے؟ کہ پورے گلوب پر، پورے اس پلینٹ پر جو لوگ بسے ہوئے ہیں، وہ سب سے آپ کہہ رہے ہیں:</w:t>
      </w:r>
    </w:p>
    <w:p>
      <w:r>
        <w:rPr>
          <w:b/>
        </w:rPr>
        <w:t xml:space="preserve">[22:14] </w:t>
      </w:r>
      <w:r>
        <w:t>"chehra pherne ke maani kya hain?" idhar jitne insaan hain, idhar jitne insaan hain, idhar jitne insaan hain, sab ko ke liye keh rahe hain ke: "ae logon!</w:t>
      </w:r>
    </w:p>
    <w:p>
      <w:pPr>
        <w:jc w:val="right"/>
      </w:pPr>
      <w:r>
        <w:t>"چہرہ پھیرنے کے معنی کیا ہیں؟" ادھر جتنے انسان ہیں، ادھر جتنے انسان ہیں، ادھر جتنے انسان ہیں، سب کو کے لیے کہہ رہے ہیں کہ: "اے لوگوں!</w:t>
      </w:r>
    </w:p>
    <w:p>
      <w:r>
        <w:rPr>
          <w:b/>
        </w:rPr>
        <w:t xml:space="preserve">[22:24] </w:t>
      </w:r>
      <w:r>
        <w:t>tum par salamti ho, ae logon! tum par salamti ho".</w:t>
      </w:r>
    </w:p>
    <w:p>
      <w:pPr>
        <w:jc w:val="right"/>
      </w:pPr>
      <w:r>
        <w:t>تم پر سلامتی ہو، اے لوگوں! تم پر سلامتی ہو"۔</w:t>
      </w:r>
    </w:p>
    <w:p>
      <w:r>
        <w:rPr>
          <w:b/>
        </w:rPr>
        <w:t xml:space="preserve">[22:30] </w:t>
      </w:r>
      <w:r>
        <w:t>ab yeh keh kar niklen ge, aap sochen ge, sochen ge, sochen ge to aap sochen ge: kya lip service kaafi hai?</w:t>
      </w:r>
    </w:p>
    <w:p>
      <w:pPr>
        <w:jc w:val="right"/>
      </w:pPr>
      <w:r>
        <w:t>اب یہ کہہ کر نکلیں گے، آپ سوچیں گے، سوچیں گے، سوچیں گے تو آپ سوچیں گے: کیا لپ سروس کافی ہے؟</w:t>
      </w:r>
    </w:p>
    <w:p>
      <w:r>
        <w:rPr>
          <w:b/>
        </w:rPr>
        <w:t xml:space="preserve">[22:41] </w:t>
      </w:r>
      <w:r>
        <w:t>duniya walon ke liye maine bol diya ke: "peace be upon you, peace be upon you" to yeh kaafi ho gaya. aap sochen ke ke formula peace dena hai,</w:t>
      </w:r>
    </w:p>
    <w:p>
      <w:pPr>
        <w:jc w:val="right"/>
      </w:pPr>
      <w:r>
        <w:t>دنیا والوں کے لیے میں نے بول دیا کہ: "پیس بی اپان یو، پیس بی اپان یو" تو یہ کافی ہو گیا۔ آپ سوچیں کہ کہ فارمولا پیس دینا ہے،</w:t>
      </w:r>
    </w:p>
    <w:p>
      <w:r>
        <w:rPr>
          <w:b/>
        </w:rPr>
        <w:t xml:space="preserve">[22:58] </w:t>
      </w:r>
      <w:r>
        <w:t>isi formula peace hi ka daam dawat hai.</w:t>
      </w:r>
    </w:p>
    <w:p>
      <w:pPr>
        <w:jc w:val="right"/>
      </w:pPr>
      <w:r>
        <w:t>اسی فارمولا پیس ہی کا دام دعوت ہے۔</w:t>
      </w:r>
    </w:p>
    <w:p>
      <w:r>
        <w:rPr>
          <w:b/>
        </w:rPr>
        <w:t xml:space="preserve">[23:04] </w:t>
      </w:r>
      <w:r>
        <w:t>yaani jab aap ne logon ki taraf saare alam walon ko keh diya ke: "ae logon! peace be upon you, peace be upon you" to agar aap waqai serious hain, agar waqai aap aap ke andar sincerity hai to aap zaroor sochen ge ke kya Allah is par raazi ho jaye ga ke maine is lip service ke taur par keh diya: "peace be upon you, peace be upon you"?</w:t>
      </w:r>
    </w:p>
    <w:p>
      <w:pPr>
        <w:jc w:val="right"/>
      </w:pPr>
      <w:r>
        <w:t>یعنی جب آپ نے لوگوں کی طرف سارے عالم والوں کو کہہ دیا کہ: "اے لوگوں! پیس بی اپان یو، پیس بی اپان یو" تو اگر آپ واقعی سیریس ہیں، اگر واقعی آپ آپ کے اندر سنسیرٹی ہے تو آپ ضرور سوچیں گے کہ کیا اللہ اس پر راضی ہو جائے گا کہ میں نے اس لپ سروس کے طور پر کہہ دیا: "پیس بی اپان یو، پیس بی اپان یو"؟</w:t>
      </w:r>
    </w:p>
    <w:p>
      <w:r>
        <w:rPr>
          <w:b/>
        </w:rPr>
        <w:t xml:space="preserve">[23:32] </w:t>
      </w:r>
      <w:r>
        <w:t>kya Allah Allah raazi ho jaye ga is par?</w:t>
      </w:r>
    </w:p>
    <w:p>
      <w:pPr>
        <w:jc w:val="right"/>
      </w:pPr>
      <w:r>
        <w:t>کیا اللہ اللہ راضی ہو جائے گا اس پر؟</w:t>
      </w:r>
    </w:p>
    <w:p>
      <w:r>
        <w:rPr>
          <w:b/>
        </w:rPr>
        <w:t xml:space="preserve">[23:39] </w:t>
      </w:r>
      <w:r>
        <w:t>to aap kahen ge: "nahi, aisa kabhi nahi ho sakta".</w:t>
      </w:r>
    </w:p>
    <w:p>
      <w:pPr>
        <w:jc w:val="right"/>
      </w:pPr>
      <w:r>
        <w:t>تو آپ کہیں گے: "نہیں، ایسا کبھی نہیں ہو سکتا"۔</w:t>
      </w:r>
    </w:p>
    <w:p>
      <w:r>
        <w:rPr>
          <w:b/>
        </w:rPr>
        <w:t xml:space="preserve">[23:45] </w:t>
      </w:r>
      <w:r>
        <w:t>is se nikle ga sara, yaani sara woh, yaani</w:t>
      </w:r>
    </w:p>
    <w:p>
      <w:pPr>
        <w:jc w:val="right"/>
      </w:pPr>
      <w:r>
        <w:t>اس سے نکلے گا سارا، یعنی سارا وہ، یعنی</w:t>
      </w:r>
    </w:p>
    <w:p>
      <w:r>
        <w:rPr>
          <w:b/>
        </w:rPr>
        <w:t xml:space="preserve">[23:57] </w:t>
      </w:r>
      <w:r>
        <w:t>dawat Allah ka poora jo culture hai, woh nikle ga</w:t>
      </w:r>
    </w:p>
    <w:p>
      <w:pPr>
        <w:jc w:val="right"/>
      </w:pPr>
      <w:r>
        <w:t>دعوت اللہ کا پورا جو کلچر ہے، وہ نکلے گا</w:t>
      </w:r>
    </w:p>
    <w:p>
      <w:r>
        <w:rPr>
          <w:b/>
        </w:rPr>
        <w:t xml:space="preserve">[24:04] </w:t>
      </w:r>
      <w:r>
        <w:t>ke jin insaanon ko maine kaha hai lip service ke taur par: "peace be upon you", un ko mujhe is ka formula batana hai ke duniya mein tum ko peace kaise mile gi.</w:t>
      </w:r>
    </w:p>
    <w:p>
      <w:pPr>
        <w:jc w:val="right"/>
      </w:pPr>
      <w:r>
        <w:t>کہ جن انسانوں کو میں نے کہا ہے لپ سروس کے طور پر: "پیس بی اپان یو"، ان کو مجھے اس کا فارمولا بتانا ہے کہ دنیا میں تم کو پیس کیسے ملے گی۔</w:t>
      </w:r>
    </w:p>
    <w:p>
      <w:r>
        <w:rPr>
          <w:b/>
        </w:rPr>
        <w:t xml:space="preserve">[24:17] </w:t>
      </w:r>
      <w:r>
        <w:t>aur phir woh jannat jis ko quran mein darus salam kaha gaya hai,</w:t>
      </w:r>
    </w:p>
    <w:p>
      <w:pPr>
        <w:jc w:val="right"/>
      </w:pPr>
      <w:r>
        <w:t>اور پھر وہ جنت جس کو قرآن میں دارالسلام کہا گیا ہے،</w:t>
      </w:r>
    </w:p>
    <w:p>
      <w:r>
        <w:rPr>
          <w:b/>
        </w:rPr>
        <w:t xml:space="preserve">[24:24] </w:t>
      </w:r>
      <w:r>
        <w:t>aap jante hain quran mein jannat ka naam hai darus salam,</w:t>
      </w:r>
    </w:p>
    <w:p>
      <w:pPr>
        <w:jc w:val="right"/>
      </w:pPr>
      <w:r>
        <w:t>آپ جانتے ہیں قرآن میں جنت کا نام ہے دارالسلام،</w:t>
      </w:r>
    </w:p>
    <w:p>
      <w:r>
        <w:rPr>
          <w:b/>
        </w:rPr>
        <w:t xml:space="preserve">[24:33] </w:t>
      </w:r>
      <w:r>
        <w:t>yaani aman ka ghar.</w:t>
      </w:r>
    </w:p>
    <w:p>
      <w:pPr>
        <w:jc w:val="right"/>
      </w:pPr>
      <w:r>
        <w:t>یعنی امن کا گھر۔</w:t>
      </w:r>
    </w:p>
    <w:p>
      <w:r>
        <w:rPr>
          <w:b/>
        </w:rPr>
        <w:t xml:space="preserve">[24:39] </w:t>
      </w:r>
      <w:r>
        <w:t>to aman ke ghar ki taraf nahi bulayen ge aap?</w:t>
      </w:r>
    </w:p>
    <w:p>
      <w:pPr>
        <w:jc w:val="right"/>
      </w:pPr>
      <w:r>
        <w:t>تو امن کے گھر کی طرف نہیں بلائیں گے آپ؟</w:t>
      </w:r>
    </w:p>
    <w:p>
      <w:r>
        <w:rPr>
          <w:b/>
        </w:rPr>
        <w:t xml:space="preserve">[24:48] </w:t>
      </w:r>
      <w:r>
        <w:t>yaani lip service ke taur par to aap ne keh diya ke: "ae logon! tum par peace ho", lekin kya aap un ko yeh nahi batayen ge ke duniya mein peace full life kaise hasil hoti hai?</w:t>
      </w:r>
    </w:p>
    <w:p>
      <w:pPr>
        <w:jc w:val="right"/>
      </w:pPr>
      <w:r>
        <w:t>یعنی لپ سروس کے طور پر تو آپ نے کہہ دیا کہ: "اے لوگوں! تم پر پیس ہو"، لیکن کیا آپ ان کو یہ نہیں بتائیں گے کہ دنیا میں پیس فل لائف کیسے حاصل ہوتی ہے؟</w:t>
      </w:r>
    </w:p>
    <w:p>
      <w:r>
        <w:rPr>
          <w:b/>
        </w:rPr>
        <w:t xml:space="preserve">[25:00] </w:t>
      </w:r>
      <w:r>
        <w:t>duniya mein peace full society kaise banti hai? duniya mein peace full family kaise banti hai? duniya mein peace full personality kaise banti hai?</w:t>
      </w:r>
    </w:p>
    <w:p>
      <w:pPr>
        <w:jc w:val="right"/>
      </w:pPr>
      <w:r>
        <w:t>دنیا میں پیس فل سوسائٹی کیسے بنتی ہے؟ دنیا میں پیس فل فیملی کیسے بنتی ہے؟ دنیا میں پیس فل پرسنیلٹی کیسے بنتی ہے؟</w:t>
      </w:r>
    </w:p>
    <w:p>
      <w:r>
        <w:rPr>
          <w:b/>
        </w:rPr>
        <w:t xml:space="preserve">[25:11] </w:t>
      </w:r>
      <w:r>
        <w:t>aur phir quran mein aap yeh parhen ge ke: "wallahu yad'u ila daris salam"</w:t>
      </w:r>
    </w:p>
    <w:p>
      <w:pPr>
        <w:jc w:val="right"/>
      </w:pPr>
      <w:r>
        <w:t>اور پھر قرآن میں آپ یہ پڑھیں گے کہ: "واللہ یادو علی دارالسلام"</w:t>
      </w:r>
    </w:p>
    <w:p>
      <w:r>
        <w:rPr>
          <w:b/>
        </w:rPr>
        <w:t xml:space="preserve">[25:16] </w:t>
      </w:r>
      <w:r>
        <w:t>. Allah bulata hai, yaani "god casts to the home of peace". Allah bulata hai salamti ke ghar ki taraf.</w:t>
      </w:r>
    </w:p>
    <w:p>
      <w:pPr>
        <w:jc w:val="right"/>
      </w:pPr>
      <w:r>
        <w:t>۔ اللہ بلاتا ہے، یعنی "گاڈ کاسٹ ٹو دا ہوم آف پیس"۔ اللہ بلاتا ہے سلامتی کے گھر کی طرف۔</w:t>
      </w:r>
    </w:p>
    <w:p>
      <w:r>
        <w:rPr>
          <w:b/>
        </w:rPr>
        <w:t xml:space="preserve">[25:28] </w:t>
      </w:r>
      <w:r>
        <w:t>to aap sochen ge ke mujhe to karna hai yeh kaam. Allah taala khud thoda aage bolay ga, yaani Allah bulata hai insaan ke zariye se.</w:t>
      </w:r>
    </w:p>
    <w:p>
      <w:pPr>
        <w:jc w:val="right"/>
      </w:pPr>
      <w:r>
        <w:t>تو آپ سوچیں گے کہ مجھے تو کرنا ہے یہ کام۔ اللہ تعالیٰ خود تھوڑا آگے بولے گا، یعنی اللہ بلاتا ہے انسان کے ذریعے سے۔</w:t>
      </w:r>
    </w:p>
    <w:p>
      <w:r>
        <w:rPr>
          <w:b/>
        </w:rPr>
        <w:t xml:space="preserve">[25:42] </w:t>
      </w:r>
      <w:r>
        <w:t>faithful logon ko Allah ki taraf se yeh kaam karna parta hai. to "assalam o alaikum" mein saari dawati baaten aap ko mil jayen gi.</w:t>
      </w:r>
    </w:p>
    <w:p>
      <w:pPr>
        <w:jc w:val="right"/>
      </w:pPr>
      <w:r>
        <w:t>فیتھ فل لوگوں کو اللہ کی طرف سے یہ کام کرنا پڑتا ہے۔ تو "السلام علیکم" میں ساری دعوتی باتیں آپ کو مل جائیں گی۔</w:t>
      </w:r>
    </w:p>
    <w:p>
      <w:r>
        <w:rPr>
          <w:b/>
        </w:rPr>
        <w:t xml:space="preserve">[25:58] </w:t>
      </w:r>
      <w:r>
        <w:t>aap kahen ge: "aap ab masjid se main nikla hoon, assalam o alaikum wa rehmatullah" keh kar ke.</w:t>
      </w:r>
    </w:p>
    <w:p>
      <w:pPr>
        <w:jc w:val="right"/>
      </w:pPr>
      <w:r>
        <w:t>آپ کہیں گے: "آپ اب مسجد سے میں نکلا ہوں، السلام علیکم ورحمۃ اللہ" کہہ کر کے۔</w:t>
      </w:r>
    </w:p>
    <w:p>
      <w:r>
        <w:rPr>
          <w:b/>
        </w:rPr>
        <w:t xml:space="preserve">[26:04] </w:t>
      </w:r>
      <w:r>
        <w:t>to ab to bazahir logon ko</w:t>
      </w:r>
    </w:p>
    <w:p>
      <w:pPr>
        <w:jc w:val="right"/>
      </w:pPr>
      <w:r>
        <w:t>تو اب تو بظاہر لوگوں کو</w:t>
      </w:r>
    </w:p>
    <w:p>
      <w:r>
        <w:rPr>
          <w:b/>
        </w:rPr>
        <w:t xml:space="preserve">[26:09] </w:t>
      </w:r>
      <w:r>
        <w:t>salamti ka paigham dena hai, salamti ka formula batana hai.</w:t>
      </w:r>
    </w:p>
    <w:p>
      <w:pPr>
        <w:jc w:val="right"/>
      </w:pPr>
      <w:r>
        <w:t>سلامتی کا پیغام دینا ہے، سلامتی کا فارمولا بتانا ہے۔</w:t>
      </w:r>
    </w:p>
    <w:p>
      <w:r>
        <w:rPr>
          <w:b/>
        </w:rPr>
        <w:t xml:space="preserve">[26:17] </w:t>
      </w:r>
      <w:r>
        <w:t>hum poland gaye to wahan par aik christian thay, un ko quran ka tarjuma jo hai, jo hamara chupa hai, us ko diya gaya. us ko parhne ke baad unhon ne kaha tha ke:</w:t>
      </w:r>
    </w:p>
    <w:p>
      <w:pPr>
        <w:jc w:val="right"/>
      </w:pPr>
      <w:r>
        <w:t>ہم پولینڈ گئے تو وہاں پر ایک کرسچن تھے، ان کو قرآن کا ترجمہ جو ہے، جو ہمارا چھپا ہے، اس کو دیا گیا۔ اس کو پڑھنے کے بعد انہوں نے کہا تھا کہ:</w:t>
      </w:r>
    </w:p>
    <w:p>
      <w:r>
        <w:rPr>
          <w:b/>
        </w:rPr>
        <w:t xml:space="preserve">[26:31] </w:t>
      </w:r>
      <w:r>
        <w:t>"it is a peaceful translation"</w:t>
      </w:r>
    </w:p>
    <w:p>
      <w:pPr>
        <w:jc w:val="right"/>
      </w:pPr>
      <w:r>
        <w:t>"اٹ از ا پیس فل ٹرانسلیشن"</w:t>
      </w:r>
    </w:p>
    <w:p>
      <w:r>
        <w:rPr>
          <w:b/>
        </w:rPr>
        <w:t xml:space="preserve">[26:34] </w:t>
      </w:r>
      <w:r>
        <w:t>. to translation kaha hai: "peaceful book". yeh yeh aik kitab jo hai, yani is mein aman ka formula bataya gaya hai.</w:t>
      </w:r>
    </w:p>
    <w:p>
      <w:pPr>
        <w:jc w:val="right"/>
      </w:pPr>
      <w:r>
        <w:t>۔ تو ٹرانسلیشن کہا ہے: "پیس فل بک"۔ یہ یہ ایک کتاب جو ہے، یعنی اس میں امن کا فارمولا بتایا گیا ہے۔</w:t>
      </w:r>
    </w:p>
    <w:p>
      <w:r>
        <w:rPr>
          <w:b/>
        </w:rPr>
        <w:t xml:space="preserve">[26:46] </w:t>
      </w:r>
      <w:r>
        <w:t>to aap sochen ke jab quran peace ka formula hai, to phailao, phailao, phailao.</w:t>
      </w:r>
    </w:p>
    <w:p>
      <w:pPr>
        <w:jc w:val="right"/>
      </w:pPr>
      <w:r>
        <w:t>تو آپ سوچیں کہ جب قرآن پیس کا فارمولا ہے، تو پھیلاؤ، پھیلاؤ، پھیلاؤ۔</w:t>
      </w:r>
    </w:p>
    <w:p>
      <w:r>
        <w:rPr>
          <w:b/>
        </w:rPr>
        <w:t xml:space="preserve">[26:56] </w:t>
      </w:r>
      <w:r>
        <w:t>jab is tarah se aap namaz parhen ge fajr ki, tab woh sare din ke liye, kiya sari umar ke liye, aap ko is mein Allah ki guarantee mil jaye gi.</w:t>
      </w:r>
    </w:p>
    <w:p>
      <w:pPr>
        <w:jc w:val="right"/>
      </w:pPr>
      <w:r>
        <w:t>جب اس طرح سے آپ نماز پڑھیں گے فجر کی، تب وہ سارے دن کے لیے، کیا ساری عمر کے لیے، آپ کو اس میں اللہ کی گارنٹی مل جائے گی۔</w:t>
      </w:r>
    </w:p>
    <w:p>
      <w:r>
        <w:rPr>
          <w:b/>
        </w:rPr>
        <w:t xml:space="preserve">[27:08] </w:t>
      </w:r>
      <w:r>
        <w:t>to jitni bhi ayaten hain, jitni bhi hadisen hain, log is ko sawab ki taraf parh lete hain. parh liya to sawab ho gaya.</w:t>
      </w:r>
    </w:p>
    <w:p>
      <w:pPr>
        <w:jc w:val="right"/>
      </w:pPr>
      <w:r>
        <w:t>تو جتنی بھی آیتیں ہیں، جتنی بھی حدیثیں ہیں، لوگ اس کو ثواب کی طرف پڑھ لیتے ہیں۔ پڑھ لیا تو ثواب ہو گیا۔</w:t>
      </w:r>
    </w:p>
    <w:p>
      <w:r>
        <w:rPr>
          <w:b/>
        </w:rPr>
        <w:t xml:space="preserve">[27:22] </w:t>
      </w:r>
      <w:r>
        <w:t>nahi, is ke andar jo jo,</w:t>
      </w:r>
    </w:p>
    <w:p>
      <w:pPr>
        <w:jc w:val="right"/>
      </w:pPr>
      <w:r>
        <w:t>نہیں، اس کے اندر جو جو،</w:t>
      </w:r>
    </w:p>
    <w:p>
      <w:r>
        <w:rPr>
          <w:b/>
        </w:rPr>
        <w:t xml:space="preserve">[27:27] </w:t>
      </w:r>
      <w:r>
        <w:t>yani jo jo meaning ka samandar hai, jo meaning ka jo khazana hai, us ke andar jo gehri marfat hai, us ko daryaft karna,</w:t>
      </w:r>
    </w:p>
    <w:p>
      <w:pPr>
        <w:jc w:val="right"/>
      </w:pPr>
      <w:r>
        <w:t>یعنی جو جو میننگ کا سمندر ہے، جو میننگ کا جو خزانہ ہے، اس کے اندر جو گہری معرفت ہے، اس کو دریافت کرنا،</w:t>
      </w:r>
    </w:p>
    <w:p>
      <w:r>
        <w:rPr>
          <w:b/>
        </w:rPr>
        <w:t xml:space="preserve">[27:44] </w:t>
      </w:r>
      <w:r>
        <w:t>us ko janna.</w:t>
      </w:r>
    </w:p>
    <w:p>
      <w:pPr>
        <w:jc w:val="right"/>
      </w:pPr>
      <w:r>
        <w:t>اس کو جاننا۔</w:t>
      </w:r>
    </w:p>
    <w:p>
      <w:r>
        <w:rPr>
          <w:b/>
        </w:rPr>
        <w:t xml:space="preserve">[27:49] </w:t>
      </w:r>
      <w:r>
        <w:t>to yeh namazon mein jo</w:t>
      </w:r>
    </w:p>
    <w:p>
      <w:pPr>
        <w:jc w:val="right"/>
      </w:pPr>
      <w:r>
        <w:t>تو یہ نمازوں میں جو</w:t>
      </w:r>
    </w:p>
    <w:p>
      <w:r>
        <w:rPr>
          <w:b/>
        </w:rPr>
        <w:t xml:space="preserve">[27:56] </w:t>
      </w:r>
      <w:r>
        <w:t>quran ki ghalt ki ati hai aur doosre jo kalma ada kiye atay hain, chahe chahe woh sarn ho ya jahren ho, dono halaton mein agar sarn ho to aap apne mind mein sochen ge,</w:t>
      </w:r>
    </w:p>
    <w:p>
      <w:pPr>
        <w:jc w:val="right"/>
      </w:pPr>
      <w:r>
        <w:t>قرآن کی غلط کی آتی ہے اور دوسرے جو کلمہ ادا کیے آتے ہیں، چاہے چاہے وہ سرن ہو یا جہرن ہو، دونوں حالتوں میں اگر سرن ہو تو آپ اپنے مائنڈ میں سوچیں گے،</w:t>
      </w:r>
    </w:p>
    <w:p>
      <w:r>
        <w:rPr>
          <w:b/>
        </w:rPr>
        <w:t xml:space="preserve">[28:11] </w:t>
      </w:r>
      <w:r>
        <w:t>jahren ho to sun kar ke aap ghor karen ge. dono halaton mein</w:t>
      </w:r>
    </w:p>
    <w:p>
      <w:pPr>
        <w:jc w:val="right"/>
      </w:pPr>
      <w:r>
        <w:t>جہرن ہو تو سن کر کے آپ غور کریں گے۔ دونوں حالتوں میں</w:t>
      </w:r>
    </w:p>
    <w:p>
      <w:r>
        <w:rPr>
          <w:b/>
        </w:rPr>
        <w:t xml:space="preserve">[28:16] </w:t>
      </w:r>
      <w:r>
        <w:t>har kalma, har ayat, har zikr jo aap namaz mein dohrate hain, woh sab aap ko aap ke mind ko activate karne wala hona chahiye.</w:t>
      </w:r>
    </w:p>
    <w:p>
      <w:pPr>
        <w:jc w:val="right"/>
      </w:pPr>
      <w:r>
        <w:t>ہر کلمہ، ہر آیت، ہر ذکر جو آپ نماز میں دہراتے ہیں، وہ سب آپ کو آپ کے مائنڈ کو ایکٹیویٹ کرنے والا ہونا چاہیے۔</w:t>
      </w:r>
    </w:p>
    <w:p>
      <w:r>
        <w:rPr>
          <w:b/>
        </w:rPr>
        <w:t xml:space="preserve">[28:29] </w:t>
      </w:r>
      <w:r>
        <w:t>har har aik par aap ka mind trigger ho, activate ho. ab ab soch sochne ka aik aik way of thinking mil jaye aap ko is mein.</w:t>
      </w:r>
    </w:p>
    <w:p>
      <w:pPr>
        <w:jc w:val="right"/>
      </w:pPr>
      <w:r>
        <w:t>ہر ہر ایک پر آپ کا مائنڈ ٹریگر ہو، ایکٹیویٹ ہو۔ اب اب سوچ سوچنے کا ایک ایک وے آف تھنکنگ مل جائے آپ کو اس میں۔</w:t>
      </w:r>
    </w:p>
    <w:p>
      <w:r>
        <w:rPr>
          <w:b/>
        </w:rPr>
        <w:t xml:space="preserve">[28:46] </w:t>
      </w:r>
      <w:r>
        <w:t>to munsal subah ka matlab yeh hua, pura yeh matlab hua ke jis ne fajr ki namaz parhi shaoor ke sath, us ke mutabiq us ka mind banaya,</w:t>
      </w:r>
    </w:p>
    <w:p>
      <w:pPr>
        <w:jc w:val="right"/>
      </w:pPr>
      <w:r>
        <w:t>تو منسل صبح کا مطلب یہ ہوا، پورا یہ مطلب ہوا کہ جس نے فجر کی نماز پڑھی شعور کے ساتھ، اس کے مطابق اس کا مائنڈ بنایا،</w:t>
      </w:r>
    </w:p>
    <w:p>
      <w:r>
        <w:rPr>
          <w:b/>
        </w:rPr>
        <w:t xml:space="preserve">[29:01] </w:t>
      </w:r>
      <w:r>
        <w:t>phir us ke mutabiq us ki character banaya, us ke mutabiq us ki personality bani. aisa insan jab bahar aye ga namaz ke baad</w:t>
      </w:r>
    </w:p>
    <w:p>
      <w:pPr>
        <w:jc w:val="right"/>
      </w:pPr>
      <w:r>
        <w:t>پھر اس کے مطابق اس کی کریکٹر بنایا، اس کے مطابق اس کی پرسنیلٹی بنی۔ ایسا انسان جب باہر آئے گا نماز کے بعد</w:t>
      </w:r>
    </w:p>
    <w:p>
      <w:r>
        <w:rPr>
          <w:b/>
        </w:rPr>
        <w:t xml:space="preserve">[29:18] </w:t>
      </w:r>
      <w:r>
        <w:t>to qadam qadam par woh Allah ki rehmat ka tajurba kare ga aur Allah ki guarantee mein rahe ga.</w:t>
      </w:r>
    </w:p>
    <w:p>
      <w:pPr>
        <w:jc w:val="right"/>
      </w:pPr>
      <w:r>
        <w:t>تو قدم قدم پر وہ اللہ کی رحمت کا تجربہ کرے گا اور اللہ کی گارنٹی میں رہے گا۔</w:t>
      </w:r>
    </w:p>
    <w:p>
      <w:r>
        <w:rPr>
          <w:b/>
        </w:rPr>
        <w:t xml:space="preserve">[29:27] </w:t>
      </w:r>
      <w:r>
        <w:t>kyun ke jis ne Allah ke qanoon ko follow kiya to foran hi farishte us ke pas jama ho jatay hain.</w:t>
      </w:r>
    </w:p>
    <w:p>
      <w:pPr>
        <w:jc w:val="right"/>
      </w:pPr>
      <w:r>
        <w:t>کیونکہ جس نے اللہ کے قانون کو فالو کیا تو فوراً ہی فرشتے اس کے پاس جمع ہو جاتے ہیں۔</w:t>
      </w:r>
    </w:p>
    <w:p>
      <w:r>
        <w:rPr>
          <w:b/>
        </w:rPr>
        <w:t xml:space="preserve">[29:43] </w:t>
      </w:r>
      <w:r>
        <w:t>dekhen, quran mein hai ke: "inna allatheena qalo rabbuna Allahu thumma istiqamo</w:t>
      </w:r>
    </w:p>
    <w:p>
      <w:pPr>
        <w:jc w:val="right"/>
      </w:pPr>
      <w:r>
        <w:t>دیکھیں، قرآن میں ہے کہ: "إن الذين قالوا ربنا الله ثم استقاموا</w:t>
      </w:r>
    </w:p>
    <w:p>
      <w:r>
        <w:rPr>
          <w:b/>
        </w:rPr>
        <w:t xml:space="preserve">[29:52] </w:t>
      </w:r>
      <w:r>
        <w:t>tatanazzalu alayhimul malaikatu alla takhafoo wala tahzanoo wa albiru bil jannati allati kuntum tooadoon".</w:t>
      </w:r>
    </w:p>
    <w:p>
      <w:pPr>
        <w:jc w:val="right"/>
      </w:pPr>
      <w:r>
        <w:t>تتنزل عليهم الملائکہ الله تخافوا ولعتذرون ويعبدون بالجنة"۔</w:t>
      </w:r>
    </w:p>
    <w:p>
      <w:r>
        <w:rPr>
          <w:b/>
        </w:rPr>
        <w:t xml:space="preserve">[30:03] </w:t>
      </w:r>
      <w:r>
        <w:t>to allatheena qalo rabbuna Allah, jinhon ne kaha ke Allah hamara rab hai, un ke liye farishte utarte hain. yahi to kaha aap ne namaz mein: "alhamdulillah rabbil alameen".</w:t>
      </w:r>
    </w:p>
    <w:p>
      <w:pPr>
        <w:jc w:val="right"/>
      </w:pPr>
      <w:r>
        <w:t>تو الذین قالوا ربنا اللہ، جنہوں نے کہا کہ اللہ ہمارا رب ہے، ان کے لیے فرشتے اترتے ہیں۔ یہی تو کہا آپ نے نماز میں: "الحمدللہ رب العالمین"۔</w:t>
      </w:r>
    </w:p>
    <w:p>
      <w:r>
        <w:rPr>
          <w:b/>
        </w:rPr>
        <w:t xml:space="preserve">[30:16] </w:t>
      </w:r>
      <w:r>
        <w:t>yahi to kaha aap ne.</w:t>
      </w:r>
    </w:p>
    <w:p>
      <w:pPr>
        <w:jc w:val="right"/>
      </w:pPr>
      <w:r>
        <w:t>یہی تو کہا آپ نے۔</w:t>
      </w:r>
    </w:p>
    <w:p>
      <w:r>
        <w:rPr>
          <w:b/>
        </w:rPr>
        <w:t xml:space="preserve">[30:20] </w:t>
      </w:r>
      <w:r>
        <w:t>to allatheena qalo rabbuna Allahu thumma istiqamo, thumma istiqamo ke mani kiya hain? woh purasarar nahi hain. thumma istiqamo ke mani ke rabbana Allah ko applied way mein liya.</w:t>
      </w:r>
    </w:p>
    <w:p>
      <w:pPr>
        <w:jc w:val="right"/>
      </w:pPr>
      <w:r>
        <w:t>تو الذین قالوا ربنا الله ثم استقاموا، ثم استقاموا کے معنی کیا ہیں؟ وہ پراسرار نہیں ہیں۔ ثم استقاموا کے معنی کہ ربنا اللہ کو اپلائیڈ وے میں لیا۔</w:t>
      </w:r>
    </w:p>
    <w:p>
      <w:r>
        <w:rPr>
          <w:b/>
        </w:rPr>
        <w:t xml:space="preserve">[30:38] </w:t>
      </w:r>
      <w:r>
        <w:t>jab unhon ne kaha ke: "alhamdulillah rabbil alameen", rabbana ne kaha ke: "rabbana Allah", to is kehne ko unhon ne applied way pe liya, yani usi ke mutabiq sochne lage, usi ke mutabiq apni zindagi mein us us ko follow karne lage, us ke usi ke mutabiq woh cheezon ko dekhne aur sunne lage.</w:t>
      </w:r>
    </w:p>
    <w:p>
      <w:pPr>
        <w:jc w:val="right"/>
      </w:pPr>
      <w:r>
        <w:t>جب انہوں نے کہا کہ: "الحمدللہ رب العالمین"، ربنا نے کہا کہ: "ربنا اللہ"، تو اس کہنے کو انہوں نے اپلائیڈ وے پہ لیا، یعنی اسی کے مطابق سوچنے لگے، اسی کے مطابق اپنی زندگی میں اس اس کو فالو کرنے لگے، اس کے اسی کے مطابق وہ چیزوں کو دیکھنے اور سننے لگے۔</w:t>
      </w:r>
    </w:p>
    <w:p>
      <w:r>
        <w:rPr>
          <w:b/>
        </w:rPr>
        <w:t xml:space="preserve">[31:01] </w:t>
      </w:r>
      <w:r>
        <w:t>yeh matlab hai: thum istqamah. istqamat ka matlab yeh nahi ke kuch pathar ki tarah se kahin jam gaye aap.</w:t>
      </w:r>
    </w:p>
    <w:p>
      <w:pPr>
        <w:jc w:val="right"/>
      </w:pPr>
      <w:r>
        <w:t>یہ مطلب ہے: ثم استقامہ۔ استقامت کا معنی یہ نہیں کہ کچھ پتھر کی طرح سے کہیں جم گئے آپ۔</w:t>
      </w:r>
    </w:p>
    <w:p>
      <w:r>
        <w:rPr>
          <w:b/>
        </w:rPr>
        <w:t xml:space="preserve">[31:11] </w:t>
      </w:r>
      <w:r>
        <w:t>yani qaul-e-rab ko applied way pe lena, kehne ke sath sath is ko apply bhi karna, yeh matlab hai har mamle mein.</w:t>
      </w:r>
    </w:p>
    <w:p>
      <w:pPr>
        <w:jc w:val="right"/>
      </w:pPr>
      <w:r>
        <w:t>یعنی قول رب کو اپلائیڈ وے پہ لینا، کہنے کے ساتھ ساتھ اس کو اپلائی بھی کرنا، یہ مطلب ہے ہر معاملے میں۔</w:t>
      </w:r>
    </w:p>
    <w:p>
      <w:r>
        <w:rPr>
          <w:b/>
        </w:rPr>
        <w:t xml:space="preserve">[31:29] </w:t>
      </w:r>
      <w:r>
        <w:t>to kitni bari nemat hai! aap ghore kijiye ke jaise hi aap rabana Allah kaha, aap ne is ko liya, aap ne applied way mein to farishton ka, yani hujoom aap ki taraf aa jata hai.</w:t>
      </w:r>
    </w:p>
    <w:p>
      <w:pPr>
        <w:jc w:val="right"/>
      </w:pPr>
      <w:r>
        <w:t>تو کتنی بڑی نعمت ہے! آپ غور کیجئے کہ جیسے ہی آپ ربنا اللہ کہا، آپ نے اس کو لیا، آپ نے اپلائیڈ وے میں تو فرشتوں کا، یعنی ہجوم آپ کی طرف آ جاتا ہے۔</w:t>
      </w:r>
    </w:p>
    <w:p>
      <w:r>
        <w:rPr>
          <w:b/>
        </w:rPr>
        <w:t xml:space="preserve">[31:45] </w:t>
      </w:r>
      <w:r>
        <w:t>tatanazalu alaihimul malaikah, tatanazalu mubaalgha ka seigha hai, bohat ziyada utarte hain. kaisi ajeeb baat hai!</w:t>
      </w:r>
    </w:p>
    <w:p>
      <w:pPr>
        <w:jc w:val="right"/>
      </w:pPr>
      <w:r>
        <w:t>تتنزل علیہم الملائکہ، تتنزل مبالغہ کا صیغہ ہے، بہت زیادہ اترتے ہیں۔ کیسی عجیب بات ہے!</w:t>
      </w:r>
    </w:p>
    <w:p>
      <w:r>
        <w:rPr>
          <w:b/>
        </w:rPr>
        <w:t xml:space="preserve">[31:57] </w:t>
      </w:r>
      <w:r>
        <w:t>innallazeena qaaloo rabbanal laahu thumma</w:t>
      </w:r>
    </w:p>
    <w:p>
      <w:pPr>
        <w:jc w:val="right"/>
      </w:pPr>
      <w:r>
        <w:t>إن الذين قالوا ربنا الله ثم</w:t>
      </w:r>
    </w:p>
    <w:p>
      <w:r>
        <w:rPr>
          <w:b/>
        </w:rPr>
        <w:t xml:space="preserve">[31:59] </w:t>
      </w:r>
      <w:r>
        <w:t>istqamoo tatanazalu alaihimul malaikah.</w:t>
      </w:r>
    </w:p>
    <w:p>
      <w:pPr>
        <w:jc w:val="right"/>
      </w:pPr>
      <w:r>
        <w:t>استقاموا تتنزل عليهم الملائکہ۔</w:t>
      </w:r>
    </w:p>
    <w:p>
      <w:r>
        <w:rPr>
          <w:b/>
        </w:rPr>
        <w:t xml:space="preserve">[32:05] </w:t>
      </w:r>
      <w:r>
        <w:t>dekhiye, is dunya mein jo kuch ho raha hai, yeh bhi sab ke sab farishton ki madad se ho raha hai. jaise mein abhi aa raha tha to mein ne socha ke yeh hawa jahaz ki technology kaise?</w:t>
      </w:r>
    </w:p>
    <w:p>
      <w:pPr>
        <w:jc w:val="right"/>
      </w:pPr>
      <w:r>
        <w:t>دیکھیں، اس دنیا میں جو کچھ ہو رہا ہے، یہ بھی سب کے سب فرشتوں کی مدد سے ہو رہا ہے۔ جیسے میں ابھی آ رہا تھا تو میں نے سوچا کہ یہ ہوا جہاز کی ٹیکنالوجی کیسے؟</w:t>
      </w:r>
    </w:p>
    <w:p>
      <w:r>
        <w:rPr>
          <w:b/>
        </w:rPr>
        <w:t xml:space="preserve">[32:17] </w:t>
      </w:r>
      <w:r>
        <w:t>insaan ne jaana ajeeb o ghareeb technology hai hawa jahaz ki.</w:t>
      </w:r>
    </w:p>
    <w:p>
      <w:pPr>
        <w:jc w:val="right"/>
      </w:pPr>
      <w:r>
        <w:t>انسان نے جانا عجیب و غریب ٹیکنالوجی ہے ہوا جہاز کی۔</w:t>
      </w:r>
    </w:p>
    <w:p>
      <w:r>
        <w:rPr>
          <w:b/>
        </w:rPr>
        <w:t xml:space="preserve">[32:23] </w:t>
      </w:r>
      <w:r>
        <w:t>aik baar to aap America gaye to wahan par aik workshop mein gaya to aik hawa jahaz khol ke is ko repair kiya ja raha tha. to khula hua hawa jahaz tha wahan par, yeh itne itne tool, itne purze, itne star, itna</w:t>
      </w:r>
    </w:p>
    <w:p>
      <w:pPr>
        <w:jc w:val="right"/>
      </w:pPr>
      <w:r>
        <w:t>ایک بار تو آپ امریکہ گئے تو وہاں پر ایک ورکشاپ میں گیا تو ایک ہوا جہاز کھول کے اس کو ریپیئر کیا جا رہا تھا۔ تو کھلا ہوا ہوا جہاز تھا وہاں پر، یہ اتنے اتنے ٹول، اتنے پرزے، اتنے ستار، اتنا</w:t>
      </w:r>
    </w:p>
    <w:p>
      <w:r>
        <w:rPr>
          <w:b/>
        </w:rPr>
        <w:t xml:space="preserve">[32:41] </w:t>
      </w:r>
      <w:r>
        <w:t>ke sab ajeeb o ghareeb dikhai deta tha. woh to kaise insaan ne is technology ko jaana? is ka nuqta dekhiye, Quran ki ayat ko jab padhenge aap, aap ka imam padhega ke Hazrat Nuh jab kashti bana rahe the, us waqt yeh lafz hai</w:t>
      </w:r>
    </w:p>
    <w:p>
      <w:pPr>
        <w:jc w:val="right"/>
      </w:pPr>
      <w:r>
        <w:t>کہ سب عجیب و غریب دکھائی دیتا تھا۔ وہ تو کیسے انسان نے اس ٹیکنالوجی کو جانا؟ اس کا نقطہ دیکھیے، قرآن کی آیت کو جب پڑھیں گے آپ، آپ کا امام پڑھے گا کہ حضرت نوح جب کشتی بنا رہے تھے، اس وقت یہ لفظ ہے</w:t>
      </w:r>
    </w:p>
    <w:p>
      <w:r>
        <w:rPr>
          <w:b/>
        </w:rPr>
        <w:t xml:space="preserve">[33:04] </w:t>
      </w:r>
      <w:r>
        <w:t>ke:</w:t>
      </w:r>
    </w:p>
    <w:p>
      <w:pPr>
        <w:jc w:val="right"/>
      </w:pPr>
      <w:r>
        <w:t>کہ:</w:t>
      </w:r>
    </w:p>
    <w:p>
      <w:r>
        <w:rPr>
          <w:b/>
        </w:rPr>
        <w:t xml:space="preserve">[33:09] </w:t>
      </w:r>
      <w:r>
        <w:t>"yasna'ul fulka bi'ayni wa wahina". yani Hazrat Nuh ne kashti banai to us ke liye farmaya ke hamari wahi ke mutabiq aur hamari nazron mein to yeh kya hai?</w:t>
      </w:r>
    </w:p>
    <w:p>
      <w:pPr>
        <w:jc w:val="right"/>
      </w:pPr>
      <w:r>
        <w:t>"یسد الفلک بعینہ ووحنا"۔ یعنی حضرت نوح نے کشتی بنائی تو اس کے لیے فرمایا کہ ہماری وحی کے مطابق اور ہماری نظروں میں تو یہ کیا ہے؟</w:t>
      </w:r>
    </w:p>
    <w:p>
      <w:r>
        <w:rPr>
          <w:b/>
        </w:rPr>
        <w:t xml:space="preserve">[33:26] </w:t>
      </w:r>
      <w:r>
        <w:t>is se mein yeh akhaz karta hoon ke woh farishte wahan par bata rahe the kaisi ajeeb o ghareeb cheez hogi is zamane mein jab ke ab tasawwur ki jab dunya mein kashti nahi thi aur insaan jaanta nahi tha ke pani mein kaise paar kare.</w:t>
      </w:r>
    </w:p>
    <w:p>
      <w:pPr>
        <w:jc w:val="right"/>
      </w:pPr>
      <w:r>
        <w:t>اس سے میں یہ اخذ کرتا ہوں کہ وہ فرشتے وہاں پر بتا رہے تھے کیسی عجیب و غریب چیز ہوگی اس زمانے میں جب کہ اب تصور کی جب دنیا میں کشتی نہیں تھی اور انسان جانتا نہیں تھا کہ پانی میں کیسے پار کرے۔</w:t>
      </w:r>
    </w:p>
    <w:p>
      <w:r>
        <w:rPr>
          <w:b/>
        </w:rPr>
        <w:t xml:space="preserve">[33:45] </w:t>
      </w:r>
      <w:r>
        <w:t>to farishton ne woh technology batai ke aisa karo, aisa karo, aisa karo to kashti banao, woh kashti tairay gi.</w:t>
      </w:r>
    </w:p>
    <w:p>
      <w:pPr>
        <w:jc w:val="right"/>
      </w:pPr>
      <w:r>
        <w:t>تو فرشتوں نے وہ ٹیکنالوجی بتائی کہ ایسا کرو، ایسا کرو، ایسا کرو تو کشتی بناؤ، وہ کشتی تیرے گی۔</w:t>
      </w:r>
    </w:p>
    <w:p>
      <w:r>
        <w:rPr>
          <w:b/>
        </w:rPr>
        <w:t xml:space="preserve">[33:55] </w:t>
      </w:r>
      <w:r>
        <w:t>to chahe kashti ki technology ho ya car ki technology ho ya kashti ki technology ho ya hawa jahaz ki technology ho ya kashti ki technology ho ya jo koi service hum kar rahe hain, hamari awaaz record ho rahi hai,</w:t>
      </w:r>
    </w:p>
    <w:p>
      <w:pPr>
        <w:jc w:val="right"/>
      </w:pPr>
      <w:r>
        <w:t>تو چاہے کشتی کی ٹیکنالوجی ہو یا یا کار کی ٹیکنالوجی ہو یا کشتی کی ٹیکنالوجی ہو یا ہوا جہاز کی ٹیکنالوجی ہو یا کشتی کی ٹیکنالوجی ہو یا یا جو کوئی سروس ہم کر رہے ہیں، ہماری آواز ریکارڈ ہو رہی ہے،</w:t>
      </w:r>
    </w:p>
    <w:p>
      <w:r>
        <w:rPr>
          <w:b/>
        </w:rPr>
        <w:t xml:space="preserve">[34:10] </w:t>
      </w:r>
      <w:r>
        <w:t>kamra hamara is ko catch kar raha hai waghera, yeh sari baatein.</w:t>
      </w:r>
    </w:p>
    <w:p>
      <w:pPr>
        <w:jc w:val="right"/>
      </w:pPr>
      <w:r>
        <w:t>کمرہ ہمارا اس کو کیچ کر رہا ہے وغیرہ، یہ ساری باتیں۔</w:t>
      </w:r>
    </w:p>
    <w:p>
      <w:r>
        <w:rPr>
          <w:b/>
        </w:rPr>
        <w:t xml:space="preserve">[34:19] </w:t>
      </w:r>
      <w:r>
        <w:t>to yeh jo hai sari technology jo hai yeh farishton ki madad se wajood mein aai hai. is is is is ayat ko aap generalize kijiye,</w:t>
      </w:r>
    </w:p>
    <w:p>
      <w:pPr>
        <w:jc w:val="right"/>
      </w:pPr>
      <w:r>
        <w:t>تو یہ جو ہے ساری ٹیکنالوجی جو ہے یہ فرشتوں کی مدد سے وجود میں آئی ہے۔ اس اس اس اس آیت کو آپ جنرلائز کیجئے،</w:t>
      </w:r>
    </w:p>
    <w:p>
      <w:r>
        <w:rPr>
          <w:b/>
        </w:rPr>
        <w:t xml:space="preserve">[34:33] </w:t>
      </w:r>
      <w:r>
        <w:t>Hazrat Nuh jab kashti bana rahe the, us ke bare mein jo ayat aai hai: "yasna'ul fulka bi'ayni wa wahina" ke woh bana rahe the kashti Allah ki nazron mein aur Allah ki wahi ke mutabiq.</w:t>
      </w:r>
    </w:p>
    <w:p>
      <w:pPr>
        <w:jc w:val="right"/>
      </w:pPr>
      <w:r>
        <w:t>حضرت نوح جب کشتی بنا رہے تھے، اس کے بارے میں جو آیت آئی ہے: "یسد الفلک بعینہ ووحنا" کہ وہ بنا رہے تھے کشتی اللہ کی نظروں میں اور اللہ کی وحی کے مطابق۔</w:t>
      </w:r>
    </w:p>
    <w:p>
      <w:r>
        <w:rPr>
          <w:b/>
        </w:rPr>
        <w:t xml:space="preserve">[34:49] </w:t>
      </w:r>
      <w:r>
        <w:t>is ko aap generalize kijiye to jo kuch bhi dunya mein logon ne kiya hai, technology ki dunya mein, industry ki dunya mein, woh sab bhi wahan farishte maujood hote the.</w:t>
      </w:r>
    </w:p>
    <w:p>
      <w:pPr>
        <w:jc w:val="right"/>
      </w:pPr>
      <w:r>
        <w:t>اس کو آپ جنرلائز کیجئے تو جو کچھ بھی دنیا میں لوگوں نے کیا ہے، ٹیکنالوجی کی دنیا میں، انڈسٹری کی دنیا میں، وہ سب بھی وہاں فرشتے موجود ہوتے تھے۔</w:t>
      </w:r>
    </w:p>
    <w:p>
      <w:r>
        <w:rPr>
          <w:b/>
        </w:rPr>
        <w:t xml:space="preserve">[35:03] </w:t>
      </w:r>
      <w:r>
        <w:t>par insaan ko hum samjhein kaise? kaise insaan jaane? har aadmi ki jeb mein aaj kal mobile hai, mujhe koi aik insaan aisa nahi mila jo is mobile mein is haqeeqat ko daryaft kare ke yeh mobile jo hai kaise bana?</w:t>
      </w:r>
    </w:p>
    <w:p>
      <w:pPr>
        <w:jc w:val="right"/>
      </w:pPr>
      <w:r>
        <w:t>پر انسان کو ہم سمجھیں کیسے؟ کیسے انسان جانے؟ ہر آدمی کی جیب میں آج کل موبائل ہے، مجھے کوئی ایک انسان ایسا نہیں ملا جو اس موبائل میں اس حقیقت کو دریافت کرے کہ یہ موبائل جو ہے کیسے بنا؟</w:t>
      </w:r>
    </w:p>
    <w:p>
      <w:r>
        <w:rPr>
          <w:b/>
        </w:rPr>
        <w:t xml:space="preserve">[35:19] </w:t>
      </w:r>
      <w:r>
        <w:t>woh farishton ki madad se bana. innallazeena qaaloo rabbanal laahu thumma istqamoo tatanazalu alaihimul malaikah utarte hain jo ka jo farishte to kahan utarte hain?</w:t>
      </w:r>
    </w:p>
    <w:p>
      <w:pPr>
        <w:jc w:val="right"/>
      </w:pPr>
      <w:r>
        <w:t>وہ فرشتوں کی مدد سے بنا۔ إن الذين قالوا ربنا الله ثم استقاموا تتنزل عليهم الملائكة اترتے ہیں جو کا جو فرشتے تو کہاں اترتے ہیں؟</w:t>
      </w:r>
    </w:p>
    <w:p>
      <w:r>
        <w:rPr>
          <w:b/>
        </w:rPr>
        <w:t xml:space="preserve">[35:28] </w:t>
      </w:r>
      <w:r>
        <w:t>khali masjid gate par</w:t>
      </w:r>
    </w:p>
    <w:p>
      <w:pPr>
        <w:jc w:val="right"/>
      </w:pPr>
      <w:r>
        <w:t>خالی مسجد گیٹ پر</w:t>
      </w:r>
    </w:p>
    <w:p>
      <w:r>
        <w:rPr>
          <w:b/>
        </w:rPr>
        <w:t xml:space="preserve">[35:31] </w:t>
      </w:r>
      <w:r>
        <w:t>sari zindagi utarte hain ke yeh aisa insaan jo aik tareekh se pehle wajood hi is ka nahi tha, paida hua jis birth jo jis din is ki birth hui, us se pehle is ka wajood hi nahi tha.</w:t>
      </w:r>
    </w:p>
    <w:p>
      <w:pPr>
        <w:jc w:val="right"/>
      </w:pPr>
      <w:r>
        <w:t>ساری زندگی اترتے ہیں کہ یہ ایسا انسان جو ایک تاریخ سے پہلے وجود ہی اس کا نہیں تھا، پیدا ہوا جس برتھ جو جس دن اس کی برتھ ہوئی، اس سے پہلے اس کا وجود ہی نہیں تھا۔</w:t>
      </w:r>
    </w:p>
    <w:p>
      <w:r>
        <w:rPr>
          <w:b/>
        </w:rPr>
        <w:t xml:space="preserve">[35:49] </w:t>
      </w:r>
      <w:r>
        <w:t>kaise ghair maujood cheez maujood ho gai? aik non existent cheez existent karne lagi.</w:t>
      </w:r>
    </w:p>
    <w:p>
      <w:pPr>
        <w:jc w:val="right"/>
      </w:pPr>
      <w:r>
        <w:t>کیسے غیر موجود چیز موجود ہو گئی؟ ایک نان ایگزسٹنٹ چیز ایگزسٹ کرنے لگی۔</w:t>
      </w:r>
    </w:p>
    <w:p>
      <w:r>
        <w:rPr>
          <w:b/>
        </w:rPr>
        <w:t xml:space="preserve">[35:56] </w:t>
      </w:r>
      <w:r>
        <w:t>aap sochiye, phir paida hua to yeh itni sari is ke andar sifaat dekhta hai, bolta hai, sunta hai, chalta hai. yeh ajeeb o ghareeb!</w:t>
      </w:r>
    </w:p>
    <w:p>
      <w:pPr>
        <w:jc w:val="right"/>
      </w:pPr>
      <w:r>
        <w:t>آپ سوچیے، پھر پیدا ہوا تو یہ اتنی ساری اس کے اندر صفات دیکھتا ہے، بولتا ہے، سنتا ہے، چلتا ہے۔ یہ عجیب و غریب!</w:t>
      </w:r>
    </w:p>
    <w:p>
      <w:r>
        <w:rPr>
          <w:b/>
        </w:rPr>
        <w:t xml:space="preserve">[36:06] </w:t>
      </w:r>
      <w:r>
        <w:t>phir zameen ke is paas life support system, yeh kaise sab hai? yeh sab kaise hai? to yeh har waqt, har lamha aap ka namaz ban jata hai.</w:t>
      </w:r>
    </w:p>
    <w:p>
      <w:pPr>
        <w:jc w:val="right"/>
      </w:pPr>
      <w:r>
        <w:t>پھر زمین کے اس پاس لائف سپورٹ سسٹم، یہ کیسے سب ہے؟ یہ سب کیسے ہے؟ تو یہ ہر وقت، ہر لمحہ آپ کا نماز بن جاتا ہے۔</w:t>
      </w:r>
    </w:p>
    <w:p>
      <w:r>
        <w:rPr>
          <w:b/>
        </w:rPr>
        <w:t xml:space="preserve">[36:20] </w:t>
      </w:r>
      <w:r>
        <w:t>har waqt aap sochte hain.</w:t>
      </w:r>
    </w:p>
    <w:p>
      <w:pPr>
        <w:jc w:val="right"/>
      </w:pPr>
      <w:r>
        <w:t>ہر وقت آپ سوچتے ہیں۔</w:t>
      </w:r>
    </w:p>
    <w:p>
      <w:r>
        <w:rPr>
          <w:b/>
        </w:rPr>
        <w:t xml:space="preserve">[36:25] </w:t>
      </w:r>
      <w:r>
        <w:t>to namaz ko agar speed ke silsile mein lein to namaz jo hai,</w:t>
      </w:r>
    </w:p>
    <w:p>
      <w:pPr>
        <w:jc w:val="right"/>
      </w:pPr>
      <w:r>
        <w:t>تو نماز کو اگر اسپیڈ کے سلسلے میں لیں تو نماز جو ہے،</w:t>
      </w:r>
    </w:p>
    <w:p>
      <w:r>
        <w:rPr>
          <w:b/>
        </w:rPr>
        <w:t xml:space="preserve">[36:33] </w:t>
      </w:r>
      <w:r>
        <w:t>woh jo hai hadith hai, us ko bhi log matlab nahi samajhte. Hazrat Musa ki jo hadith hai ke miraj mein Rasool Allah salla Allahu alaihi wasallam jab loot rahe the to Hazrat Musa se mulaqat hui to unhon ne kaha ke kya laye aap?</w:t>
      </w:r>
    </w:p>
    <w:p>
      <w:pPr>
        <w:jc w:val="right"/>
      </w:pPr>
      <w:r>
        <w:t>وہ جو ہے حدیث ہے، اس کو بھی لوگ مطلب نہیں سمجھتے۔ حضرت موسیٰ کی جو حدیث ہے کہ معراج میں رسول اللہ صلی اللہ علیہ وسلم جب لوٹ رہے تھے تو حضرت موسیٰ سے ملاقات ہوئی تو انہوں نے کہا کہ کیا لائے آپ؟</w:t>
      </w:r>
    </w:p>
    <w:p>
      <w:r>
        <w:rPr>
          <w:b/>
        </w:rPr>
        <w:t xml:space="preserve">[36:51] </w:t>
      </w:r>
      <w:r>
        <w:t>to unhon ne kaha ke pachaas waqt ki namaz.</w:t>
      </w:r>
    </w:p>
    <w:p>
      <w:pPr>
        <w:jc w:val="right"/>
      </w:pPr>
      <w:r>
        <w:t>تو انہوں نے کہا کہ پچاس وقت کی نماز۔</w:t>
      </w:r>
    </w:p>
    <w:p>
      <w:r>
        <w:rPr>
          <w:b/>
        </w:rPr>
        <w:t xml:space="preserve">[36:55] </w:t>
      </w:r>
      <w:r>
        <w:t>kaha ke pachaas waqt? ummat kaise padhegi aap ki pachaas waqt? aur ghataiye to aik yeh sab tamseel ki zaban mein hai. yaar, yeh matlab hai ke sach much aisa kuch dialogue hua, aisa aana jaana hua.</w:t>
      </w:r>
    </w:p>
    <w:p>
      <w:pPr>
        <w:jc w:val="right"/>
      </w:pPr>
      <w:r>
        <w:t>کہا کہ پچاس وقت؟ امت کیسے پڑھے گی آپ کی پچاس وقت؟ اور گھٹائیے تو ایک یہ سب تمثیل کی زبان میں ہے۔ یار، یہ مطلب ہے کہ سچ مچ ایسا کچھ ڈائیلاگ ہوا، ایسا آنا جانا ہوا۔</w:t>
      </w:r>
    </w:p>
    <w:p>
      <w:r>
        <w:rPr>
          <w:b/>
        </w:rPr>
        <w:t xml:space="preserve">[37:14] </w:t>
      </w:r>
      <w:r>
        <w:t>is ka matlab yeh hai ke paanch waqt ki namaz to bait par farma hai, bait par shakal hai, form. baqi to pachaason waqt ki namaz padhna hai, pachaas hazar waqt ki namaz padhna hai, namazi namaz padhna hai.</w:t>
      </w:r>
    </w:p>
    <w:p>
      <w:pPr>
        <w:jc w:val="right"/>
      </w:pPr>
      <w:r>
        <w:t>اس کا مطلب یہ ہے کہ پانچ وقت کی نماز تو بیت پر فرم ہے، بیت پر شکل ہے، فارم۔ باقی تو پچاسوں وقت کی نماز پڑھنا ہے، پچاس ہزار وقت کی نماز پڑھنا ہے، نمازی نماز پڑھنا ہے۔</w:t>
      </w:r>
    </w:p>
    <w:p>
      <w:r>
        <w:rPr>
          <w:b/>
        </w:rPr>
        <w:t xml:space="preserve">[37:29] </w:t>
      </w:r>
      <w:r>
        <w:t>bait bibana zikr, zikr ke mani mein ke aap ne pani piya, tab bhi aap ne zikr kiya ke kaise pani ban gaya.</w:t>
      </w:r>
    </w:p>
    <w:p>
      <w:pPr>
        <w:jc w:val="right"/>
      </w:pPr>
      <w:r>
        <w:t>بیت ببانہ ذکر، ذکر کے معنی میں کہ آپ نے پانی پیا، تب بھی آپ نے ذکر کیا کہ کیسے پانی بن گیا۔</w:t>
      </w:r>
    </w:p>
    <w:p>
      <w:r>
        <w:rPr>
          <w:b/>
        </w:rPr>
        <w:t xml:space="preserve">[37:39] </w:t>
      </w:r>
      <w:r>
        <w:t>mein to jab wash basin mein ja ke hath dhota hoon, kuch hath pe lag gaya to sochta hoon ke agar pani na hota to mera hath kaise saaf hota? kaise saaf hota?</w:t>
      </w:r>
    </w:p>
    <w:p>
      <w:pPr>
        <w:jc w:val="right"/>
      </w:pPr>
      <w:r>
        <w:t>میں تو جب واش بیسن میں جا کے ہاتھ دھوتا ہوں، کچھ ہاتھ پہ لگ گیا تو سوچتا ہوں کہ اگر پانی نہ ہوتا تو میرا ہاتھ کیسے صاف ہوتا؟ کیسے صاف ہوتا؟</w:t>
      </w:r>
    </w:p>
    <w:p>
      <w:r>
        <w:rPr>
          <w:b/>
        </w:rPr>
        <w:t xml:space="preserve">[37:52] </w:t>
      </w:r>
      <w:r>
        <w:t>yani pani ka kaam aap kisi aur cheez se nahi le sakte, petrol se ya mitti se ya kisi cheez se. lag gayi cheez to woh lagi hi reh jayegi aur pani saafai kar deti hai.</w:t>
      </w:r>
    </w:p>
    <w:p>
      <w:pPr>
        <w:jc w:val="right"/>
      </w:pPr>
      <w:r>
        <w:t>یعنی پانی کا کام آپ کسی اور چیز سے نہیں لے سکتے، پٹرول سے یا مٹی سے یا کسی چیز سے۔ لگ گئی چیز تو وہ لگی ہی رہ جائے گی اور پانی صفائی کر دیتی ہے۔</w:t>
      </w:r>
    </w:p>
    <w:p>
      <w:r>
        <w:rPr>
          <w:b/>
        </w:rPr>
        <w:t xml:space="preserve">[38:07] </w:t>
      </w:r>
      <w:r>
        <w:t>be shumar kaam hote hain pani ke</w:t>
      </w:r>
    </w:p>
    <w:p>
      <w:pPr>
        <w:jc w:val="right"/>
      </w:pPr>
      <w:r>
        <w:t>بے شمار کام ہوتے ہیں پانی کے</w:t>
      </w:r>
    </w:p>
    <w:p>
      <w:r>
        <w:rPr>
          <w:b/>
        </w:rPr>
        <w:t xml:space="preserve">[38:12] </w:t>
      </w:r>
      <w:r>
        <w:t>to har cheez, har cheez, har cheez aap ko remind karti hai Allah ki qudrat, rehmat, blessing ki. wohi to namaz hai.</w:t>
      </w:r>
    </w:p>
    <w:p>
      <w:pPr>
        <w:jc w:val="right"/>
      </w:pPr>
      <w:r>
        <w:t>تو ہر چیز، ہر چیز، ہر چیز آپ کو ریمائنڈ کرتی ہے اللہ کی قدرت، رحمت، بلیسنگ کی۔ وہی تو نماز ہے۔</w:t>
      </w:r>
    </w:p>
    <w:p>
      <w:r>
        <w:rPr>
          <w:b/>
        </w:rPr>
        <w:t xml:space="preserve">[38:24] </w:t>
      </w:r>
      <w:r>
        <w:t>to is hadith ka matlab lafzan na lijiye, is ka ahadith ka matlab tamseel ke mani mein lijiye.</w:t>
      </w:r>
    </w:p>
    <w:p>
      <w:pPr>
        <w:jc w:val="right"/>
      </w:pPr>
      <w:r>
        <w:t>تو اس حدیث کا مطلب لفظاً نہ لیجئے، اس کا احادیث کا مطلب تمثیل کے معنی میں لیجئے۔</w:t>
      </w:r>
    </w:p>
    <w:p>
      <w:r>
        <w:rPr>
          <w:b/>
        </w:rPr>
        <w:t xml:space="preserve">[38:33] </w:t>
      </w:r>
      <w:r>
        <w:t>is ka matlab yeh hai ke namaz agarche by aitbaar form sirf paanch waqt muqarrar ki gayi hai, lekin by par haqeeqat, by par speed to namaz padhna hi padhna hai.</w:t>
      </w:r>
    </w:p>
    <w:p>
      <w:pPr>
        <w:jc w:val="right"/>
      </w:pPr>
      <w:r>
        <w:t>اس کا مطلب یہ ہے کہ نماز اگرچہ بائے اعتبار فارم صرف پانچ وقت مقرر کی گئی ہے، لیکن بائے پر حقیقت، بائے پر اسپیڈ تو نماز پڑھنا ہی پڑھنا ہے۔</w:t>
      </w:r>
    </w:p>
    <w:p>
      <w:r>
        <w:rPr>
          <w:b/>
        </w:rPr>
        <w:t xml:space="preserve">[38:46] </w:t>
      </w:r>
      <w:r>
        <w:t>pachaas time ka pachaas hazar time. dekhein, yeh sab jo arz kar raha hoon, yeh sirf mazhabi baat nahi hai.</w:t>
      </w:r>
    </w:p>
    <w:p>
      <w:pPr>
        <w:jc w:val="right"/>
      </w:pPr>
      <w:r>
        <w:t>پچاس ٹائم کا پچاس ہزار ٹائم۔ دیکھیں، یہ سب جو عرض کر رہا ہوں، یہ صرف مذہبی بات نہیں ہے۔</w:t>
      </w:r>
    </w:p>
    <w:p>
      <w:r>
        <w:rPr>
          <w:b/>
        </w:rPr>
        <w:t xml:space="preserve">[38:57] </w:t>
      </w:r>
      <w:r>
        <w:t>is ka aik aspect mazhabi hai. is se aap ka pata hai kya hota hai</w:t>
      </w:r>
    </w:p>
    <w:p>
      <w:pPr>
        <w:jc w:val="right"/>
      </w:pPr>
      <w:r>
        <w:t>اس کا ایک اسپیکٹ مذہبی ہے۔ اس سے آپ کا پتہ ہے کیا ہوتا ہے</w:t>
      </w:r>
    </w:p>
    <w:p>
      <w:r>
        <w:rPr>
          <w:b/>
        </w:rPr>
        <w:t xml:space="preserve">[39:02] </w:t>
      </w:r>
      <w:r>
        <w:t>? universal thinking, openness, saare insaanon ko aik apne jaisa samajhna.</w:t>
      </w:r>
    </w:p>
    <w:p>
      <w:pPr>
        <w:jc w:val="right"/>
      </w:pPr>
      <w:r>
        <w:t>؟ یونیورسل تھنکنگ، اوپننس، سارے انسانوں کو ایک اپنے جیسا سمجھنا۔</w:t>
      </w:r>
    </w:p>
    <w:p>
      <w:r>
        <w:rPr>
          <w:b/>
        </w:rPr>
        <w:t xml:space="preserve">[39:12] </w:t>
      </w:r>
      <w:r>
        <w:t>yeh samajhna ke sara kainat mere liye hai. phir sara jhagda khatam. jaise muslim mulkon mein aap jante hain ke jhagde ho rahe hain, qanoon naafiz karo, yeh karo, woh karo.</w:t>
      </w:r>
    </w:p>
    <w:p>
      <w:pPr>
        <w:jc w:val="right"/>
      </w:pPr>
      <w:r>
        <w:t>یہ سمجھنا کہ سارا کائنات میرے لیے ہے۔ پھر سارا جھگڑا ختم۔ جیسے مسلم ملکوں میں آپ جانتے ہیں کہ جھگڑے ہو رہے ہیں، قانون نافذ کرو، یہ کرو، وہ کرو۔</w:t>
      </w:r>
    </w:p>
    <w:p>
      <w:r>
        <w:rPr>
          <w:b/>
        </w:rPr>
        <w:t xml:space="preserve">[39:26] </w:t>
      </w:r>
      <w:r>
        <w:t>jhagda hi chalta hai, jhagde hi bomb bomb maare jaate hain.</w:t>
      </w:r>
    </w:p>
    <w:p>
      <w:pPr>
        <w:jc w:val="right"/>
      </w:pPr>
      <w:r>
        <w:t>جھگڑا ہی چلتا ہے، جھگڑے ہی بم بم مارے جاتے ہیں۔</w:t>
      </w:r>
    </w:p>
    <w:p>
      <w:r>
        <w:rPr>
          <w:b/>
        </w:rPr>
        <w:t xml:space="preserve">[39:30] </w:t>
      </w:r>
      <w:r>
        <w:t>hum India mein hain, hamein koi, hum yeh sab sochte hi nahi kyunke already hamein sab kuch mila hua hai. yani hukumat agar falan qanoon naafiz na kare,</w:t>
      </w:r>
    </w:p>
    <w:p>
      <w:pPr>
        <w:jc w:val="right"/>
      </w:pPr>
      <w:r>
        <w:t>ہم انڈیا میں ہیں، ہمیں کوئی، ہم یہ سب سوچتے ہی نہیں کیونکہ الریڈی ہمیں سب کچھ ملا ہوا ہے۔ یعنی حکومت اگر فلاں قانون نافذ نہ کرے،</w:t>
      </w:r>
    </w:p>
    <w:p>
      <w:r>
        <w:rPr>
          <w:b/>
        </w:rPr>
        <w:t xml:space="preserve">[39:44] </w:t>
      </w:r>
      <w:r>
        <w:t>tab bhi billion qanoon naafiz hain. yahan hamare liye suraj nikal raha hai, hawaein chal rahi hain, oxygen supply ho raha hai, zameen gardish kar rahi hai.</w:t>
      </w:r>
    </w:p>
    <w:p>
      <w:pPr>
        <w:jc w:val="right"/>
      </w:pPr>
      <w:r>
        <w:t>تب بھی بلین قانون نافذ ہیں۔ یہاں ہمارے لیے سورج نکل رہا ہے، ہوائیں چل رہی ہیں، اکسیجن سپلائی ہو رہا ہے، زمین گردش کر رہی ہے۔</w:t>
      </w:r>
    </w:p>
    <w:p>
      <w:r>
        <w:rPr>
          <w:b/>
        </w:rPr>
        <w:t xml:space="preserve">[39:57] </w:t>
      </w:r>
      <w:r>
        <w:t>yeh sab kya hai?</w:t>
      </w:r>
    </w:p>
    <w:p>
      <w:pPr>
        <w:jc w:val="right"/>
      </w:pPr>
      <w:r>
        <w:t>یہ سب کیا ہے؟</w:t>
      </w:r>
    </w:p>
    <w:p>
      <w:r>
        <w:rPr>
          <w:b/>
        </w:rPr>
        <w:t xml:space="preserve">[39:58] </w:t>
      </w:r>
      <w:r>
        <w:t>woh chote se chand qanoon hukumat pass karaye na karaye. Khuda qanoon to har lamha yahan par naafiz hai aur mere liye kitna zyada, yani mujhe har aitbaar support karta hai.</w:t>
      </w:r>
    </w:p>
    <w:p>
      <w:pPr>
        <w:jc w:val="right"/>
      </w:pPr>
      <w:r>
        <w:t>وہ چھوٹے سے چند قانون حکومت پاس کرائے نہ کرے۔ خدا قانون تو ہر لمحہ یہاں پر نافذ ہے اور میرے لیے کتنا زیادہ، یعنی مجھے ہر اعتبار سپورٹ کرتا ہے۔</w:t>
      </w:r>
    </w:p>
    <w:p>
      <w:r>
        <w:rPr>
          <w:b/>
        </w:rPr>
        <w:t xml:space="preserve">[40:11] </w:t>
      </w:r>
      <w:r>
        <w:t>is ko to kaisa kaisa hukoomati qanoon isi ke liye lad rahe hain log. jis jis jitne muslim mulk hain, har jagah naafiz qanoon, tatbeeq shariyat ke janab hangama jari hai.</w:t>
      </w:r>
    </w:p>
    <w:p>
      <w:pPr>
        <w:jc w:val="right"/>
      </w:pPr>
      <w:r>
        <w:t>اس کو تو کیسا کیسا حکومتی قانون اسی کے لیے لڑ رہے ہیں لوگ۔ جس جس جتنے مسلم ملک ہیں، ہر جگہ نفاذ قانون، تطبیق شریعت کہ جناب ہنگامہ جاری ہے۔</w:t>
      </w:r>
    </w:p>
    <w:p>
      <w:r>
        <w:rPr>
          <w:b/>
        </w:rPr>
        <w:t xml:space="preserve">[40:26] </w:t>
      </w:r>
      <w:r>
        <w:t>yeh sab bilkul nothing hai, nothing.</w:t>
      </w:r>
    </w:p>
    <w:p>
      <w:pPr>
        <w:jc w:val="right"/>
      </w:pPr>
      <w:r>
        <w:t>یہ سب بالکل نتھنگ ہے، نتھنگ۔</w:t>
      </w:r>
    </w:p>
    <w:p>
      <w:r>
        <w:rPr>
          <w:b/>
        </w:rPr>
        <w:t xml:space="preserve">[40:29] </w:t>
      </w:r>
      <w:r>
        <w:t>aap ne yeh kyun nahi discover kiya ke yani sari kainat mein Allah ka qanoon jari hai, kisi ke nafiz kiye baghair, kisi ki hukoomat ke baghair?</w:t>
      </w:r>
    </w:p>
    <w:p>
      <w:pPr>
        <w:jc w:val="right"/>
      </w:pPr>
      <w:r>
        <w:t>آپ نے یہ کیوں نہیں ڈسکور کیا کہ یعنی ساری کائنات میں اللہ کا قانون جاری ہے، کسی کے نافذ کیے بغیر، کسی کی حکومت کے بغیر؟</w:t>
      </w:r>
    </w:p>
    <w:p>
      <w:r>
        <w:rPr>
          <w:b/>
        </w:rPr>
        <w:t xml:space="preserve">[40:48] </w:t>
      </w:r>
      <w:r>
        <w:t>hukoomat nafiz karaye na karaye to yeh jo mein arz kar raha hoon, yeh sirf namaz ki baat nahi, sirf mazhab ki baat nahi.</w:t>
      </w:r>
    </w:p>
    <w:p>
      <w:pPr>
        <w:jc w:val="right"/>
      </w:pPr>
      <w:r>
        <w:t>حکومت نافذ کرائے نہ کرے تو یہ جو میں عرض کر رہا ہوں، یہ صرف نماز کی بات نہیں، صرف مذہب کی بات نہیں۔</w:t>
      </w:r>
    </w:p>
    <w:p>
      <w:r>
        <w:rPr>
          <w:b/>
        </w:rPr>
        <w:t xml:space="preserve">[40:59] </w:t>
      </w:r>
      <w:r>
        <w:t>is se aik aalami zehan banta hai, aik universal personality banti hai, aik opinion aata hai.</w:t>
      </w:r>
    </w:p>
    <w:p>
      <w:pPr>
        <w:jc w:val="right"/>
      </w:pPr>
      <w:r>
        <w:t>اس سے ایک عالمی ذہن بنتا ہے، ایک یونیورسل پرسنیلٹی بنتی ہے، ایک اوپیننس آتا ہے۔</w:t>
      </w:r>
    </w:p>
    <w:p>
      <w:r>
        <w:rPr>
          <w:b/>
        </w:rPr>
        <w:t xml:space="preserve">[41:08] </w:t>
      </w:r>
      <w:r>
        <w:t>aap ke andar aik aik kainaati fikr jaagta hai.</w:t>
      </w:r>
    </w:p>
    <w:p>
      <w:pPr>
        <w:jc w:val="right"/>
      </w:pPr>
      <w:r>
        <w:t>آپ کے اندر ایک ایک کائناتی فکر جاگتا ہے۔</w:t>
      </w:r>
    </w:p>
    <w:p>
      <w:r>
        <w:rPr>
          <w:b/>
        </w:rPr>
        <w:t xml:space="preserve">[41:15] </w:t>
      </w:r>
      <w:r>
        <w:t>aap aik aisay insaan ban jatay hain jo woh jis ko koi conquer na kar sake, ji koi tasheer na kar sake.</w:t>
      </w:r>
    </w:p>
    <w:p>
      <w:pPr>
        <w:jc w:val="right"/>
      </w:pPr>
      <w:r>
        <w:t>آپ ایک ایسے انسان بن جاتے ہیں جو وہ جس کو کوئی کانکر نہ کر سکے، جی کوئی تسخیر نہ کر سکے۔</w:t>
      </w:r>
    </w:p>
    <w:p>
      <w:r>
        <w:rPr>
          <w:b/>
        </w:rPr>
        <w:t xml:space="preserve">[41:31] </w:t>
      </w:r>
      <w:r>
        <w:t>to yeh bhi yaad rakhiye ke mazhab jo hai, kisi jins ka naam nahi hai, kal ka naam hai. har cheez yeh dunya ka nizam aisa hai, har cheez doosre se juri hui hai, aik cheez doosre se juri hui hai.</w:t>
      </w:r>
    </w:p>
    <w:p>
      <w:pPr>
        <w:jc w:val="right"/>
      </w:pPr>
      <w:r>
        <w:t>تو یہ بھی یاد رکھیے کہ مذہب جو ہے، کسی جنس کا نام نہیں ہے، کل کا نام ہے۔ ہر چیز یہ دنیا کا نظام ایسا ہے، ہر چیز دوسرے سے جڑی ہوئی ہے، ایک چیز دوسرے سے جڑی ہوئی ہے۔</w:t>
      </w:r>
    </w:p>
    <w:p>
      <w:r>
        <w:rPr>
          <w:b/>
        </w:rPr>
        <w:t xml:space="preserve">[41:47] </w:t>
      </w:r>
      <w:r>
        <w:t>to mazhab bhi sari zindagi se jura hua hai. aap ke andar yeh zehan agar aa jaye ga to woh sirf sirf namaz ke liye nahi aye ga,</w:t>
      </w:r>
    </w:p>
    <w:p>
      <w:pPr>
        <w:jc w:val="right"/>
      </w:pPr>
      <w:r>
        <w:t>تو مذہب بھی ساری زندگی سے جڑا ہوا ہے۔ آپ کے اندر یہ ذہن اگر آ جائے گا تو وہ صرف صرف نماز کے لیے نہیں آئے گا،</w:t>
      </w:r>
    </w:p>
    <w:p>
      <w:r>
        <w:rPr>
          <w:b/>
        </w:rPr>
        <w:t xml:space="preserve">[42:00] </w:t>
      </w:r>
      <w:r>
        <w:t>woh sari zindagi ke liye aye ga.</w:t>
      </w:r>
    </w:p>
    <w:p>
      <w:pPr>
        <w:jc w:val="right"/>
      </w:pPr>
      <w:r>
        <w:t>وہ ساری زندگی کے لیے آئے گا۔</w:t>
      </w:r>
    </w:p>
    <w:p>
      <w:r>
        <w:rPr>
          <w:b/>
        </w:rPr>
        <w:t xml:space="preserve">[42:07] </w:t>
      </w:r>
      <w:r>
        <w:t>to mein sochta hoon ke dunya mein zindagi guzarne ke liye sab se bari cheez jo matloob hai, woh universal thinking, kainaati fikr, opinion, afaqiyat.</w:t>
      </w:r>
    </w:p>
    <w:p>
      <w:pPr>
        <w:jc w:val="right"/>
      </w:pPr>
      <w:r>
        <w:t>تو میں سوچتا ہوں کہ دنیا میں زندگی گزارنے کے لیے سب سے بڑی چیز جو مطلوب ہے، وہ یونیورسل تھنکنگ، کائناتی فکر، اوپیننس، افاقیت۔</w:t>
      </w:r>
    </w:p>
    <w:p>
      <w:r>
        <w:rPr>
          <w:b/>
        </w:rPr>
        <w:t xml:space="preserve">[42:24] </w:t>
      </w:r>
      <w:r>
        <w:t>yeh sab bhi to is se mil rahi hai.</w:t>
      </w:r>
    </w:p>
    <w:p>
      <w:pPr>
        <w:jc w:val="right"/>
      </w:pPr>
      <w:r>
        <w:t>یہ سب بھی تو اس سے مل رہی ہے۔</w:t>
      </w:r>
    </w:p>
    <w:p>
      <w:r>
        <w:rPr>
          <w:b/>
        </w:rPr>
        <w:t xml:space="preserve">[42:31] </w:t>
      </w:r>
      <w:r>
        <w:t>in sab cheezon ko agar aap sochenge, tab aap samajh payenge ke is hadith ka matlab kya hai. man salla subha wa azmat Allah, jis ne subha ki namaz padh li to woh Allah ki guarantee mein aa gaya.</w:t>
      </w:r>
    </w:p>
    <w:p>
      <w:pPr>
        <w:jc w:val="right"/>
      </w:pPr>
      <w:r>
        <w:t>ان سب چیزوں کو اگر آپ سوچیں گے، تب آپ سمجھ پائیں گے کہ اس حدیث کا مطلب کیا ہے۔ من صلی صبح و عظمت اللہ، جس نے صبح کی نماز پڑھ لی تو وہ اللہ کی گارنٹی میں آ گیا۔</w:t>
      </w:r>
    </w:p>
    <w:p>
      <w:r>
        <w:rPr>
          <w:b/>
        </w:rPr>
        <w:t xml:space="preserve">[42:46] </w:t>
      </w:r>
      <w:r>
        <w:t>yani subha ki namaz padh li to us ke andar aik nai personality ubhar kare gi, us ke andar aik nai shakhsiyat banegi, us ke andar aik naya insaan jaag uthe ga, us ke andar aik naya mind paida hoga, us ke andar nai thinking aa jaye gi.</w:t>
      </w:r>
    </w:p>
    <w:p>
      <w:pPr>
        <w:jc w:val="right"/>
      </w:pPr>
      <w:r>
        <w:t>یعنی صبح کی نماز پڑھ لی تو اس کے اندر ایک نئی پرسنیلٹی ابھر کرے گی، اس کے اندر ایک نئی شخصیت بنے گی، اس کے اندر ایک نیا انسان جاگ اٹھے گا، اس کے اندر ایک نیا مائنڈ پیدا ہوگا، اس کے اندر نئی تھنکنگ آ جائے گی۔</w:t>
      </w:r>
    </w:p>
    <w:p>
      <w:r>
        <w:rPr>
          <w:b/>
        </w:rPr>
        <w:t xml:space="preserve">[43:02] </w:t>
      </w:r>
      <w:r>
        <w:t>is is ki, is ka, is ki nazar aik aur qism nazar ban jaye gi, us ka kaan aik aur qism kaan ban jaye ga, us ka sochna, us ka dekhna, us ka sunna, us ka chalna, har cheez mein aik aik naya andaaz aa jaye ga.</w:t>
      </w:r>
    </w:p>
    <w:p>
      <w:pPr>
        <w:jc w:val="right"/>
      </w:pPr>
      <w:r>
        <w:t>اس اس کی، اس کا، اس کی نظر ایک اور قسم نظر بن جائے گی، اس کا کان ایک اور قسم کان بن جائے گا، اس کا سوچنا، اس کا دیکھنا، اس کا سننا، اس کا چلنا، ہر چیز میں ایک ایک نیا انداز آ جائے گا۔</w:t>
      </w:r>
    </w:p>
    <w:p>
      <w:r>
        <w:rPr>
          <w:b/>
        </w:rPr>
        <w:t xml:space="preserve">[43:20] </w:t>
      </w:r>
      <w:r>
        <w:t>to aisay insaan ko kaun kuch bigaad sakta hai? kaun bigaad sakta hai?</w:t>
      </w:r>
    </w:p>
    <w:p>
      <w:pPr>
        <w:jc w:val="right"/>
      </w:pPr>
      <w:r>
        <w:t>تو ایسے انسان کو کون کچھ بگاڑ سکتا ہے؟ کون بگاڑ سکتا ہے؟</w:t>
      </w:r>
    </w:p>
    <w:p>
      <w:r>
        <w:rPr>
          <w:b/>
        </w:rPr>
        <w:t xml:space="preserve">[43:35] </w:t>
      </w:r>
      <w:r>
        <w:t>to dekhen, Quran ho ya hadith, har aik ko aap</w:t>
      </w:r>
    </w:p>
    <w:p>
      <w:pPr>
        <w:jc w:val="right"/>
      </w:pPr>
      <w:r>
        <w:t>تو دیکھیں، قرآن ہو یا حدیث، ہر ایک کو آپ</w:t>
      </w:r>
    </w:p>
    <w:p>
      <w:r>
        <w:rPr>
          <w:b/>
        </w:rPr>
        <w:t xml:space="preserve">[43:43] </w:t>
      </w:r>
      <w:r>
        <w:t>tafsiri andaaz mein lena seekhiye, extended andaaz mein lena seekhiye, mehdood andaaz mein nahi.</w:t>
      </w:r>
    </w:p>
    <w:p>
      <w:pPr>
        <w:jc w:val="right"/>
      </w:pPr>
      <w:r>
        <w:t>تفسیری انداز میں لینا سیکھیے، ایکسٹینڈڈ انداز میں لینا سیکھیے، محدود انداز میں نہیں۔</w:t>
      </w:r>
    </w:p>
    <w:p>
      <w:r>
        <w:rPr>
          <w:b/>
        </w:rPr>
        <w:t xml:space="preserve">[43:57] </w:t>
      </w:r>
      <w:r>
        <w:t>hata ke jin cheezon ko log samajhte hain ke to yeh to na qabil e fahm hai, maslan alif, laam, meem, huroof e muqattaat, is ko bhi lena seekhiye.</w:t>
      </w:r>
    </w:p>
    <w:p>
      <w:pPr>
        <w:jc w:val="right"/>
      </w:pPr>
      <w:r>
        <w:t>حتی کہ جن چیزوں کو لوگ سمجھتے ہیں کہ تو یہ تو ناقابل فہم ہے، مثلاً الف، لام، میم، حروف مقطعات، اس کو بھی لینا سیکھیے۔</w:t>
      </w:r>
    </w:p>
    <w:p>
      <w:r>
        <w:rPr>
          <w:b/>
        </w:rPr>
        <w:t xml:space="preserve">[44:12] </w:t>
      </w:r>
      <w:r>
        <w:t>aap sochen ke Quran jo hai, woh bhi alif bay teesri ki zaban mein hai, wohi alif bay tesre, wohi alif laam meem hum bhi bolte hain, lekin Quran aik aik aik bartar kalam ban gaya.</w:t>
      </w:r>
    </w:p>
    <w:p>
      <w:pPr>
        <w:jc w:val="right"/>
      </w:pPr>
      <w:r>
        <w:t>آپ سوچیے کہ قرآن جو ہے، وہ بھی الف بے تیسری کی زبان میں ہے، وہی الف بے تیسرے، وہی الف لام میم ہم بھی بولتے ہیں، لیکن قرآن ایک ایک ایک برتر کلام بن گیا۔</w:t>
      </w:r>
    </w:p>
    <w:p>
      <w:r>
        <w:rPr>
          <w:b/>
        </w:rPr>
        <w:t xml:space="preserve">[44:28] </w:t>
      </w:r>
      <w:r>
        <w:t>isi inhi alfaaz se aik bartar kalam wajood mein aa gaya. is mein bhi aap ko aik ajeeb o ghareeb aik khurak mil jaye gi, aik intellectual food, spiritual food mil jaye ga</w:t>
      </w:r>
    </w:p>
    <w:p>
      <w:pPr>
        <w:jc w:val="right"/>
      </w:pPr>
      <w:r>
        <w:t>اسی انہی الفاظ سے ایک برتر کلام وجود میں آ گیا۔ اس میں بھی آپ کو ایک عجیب و غریب ایک خوراک مل جائے گی، ایک انٹلیکچول فوڈ، اسپریچول فوڈ مل جائے گا</w:t>
      </w:r>
    </w:p>
    <w:p>
      <w:r>
        <w:rPr>
          <w:b/>
        </w:rPr>
        <w:t xml:space="preserve">[44:41] </w:t>
      </w:r>
      <w:r>
        <w:t>ke Allah bhi jo kalam karta hai, isi huroof e tahajji mein. huroof e muqattaat kahan hain? huroof e tahajji ki alamat hai, woh</w:t>
      </w:r>
    </w:p>
    <w:p>
      <w:pPr>
        <w:jc w:val="right"/>
      </w:pPr>
      <w:r>
        <w:t>کہ اللہ بھی جو کلام کرتا ہے، اسی حروف تہجی میں۔ حروف مقطعات کہاں ہیں؟ حروف تہجی کی علامت ہے، وہ</w:t>
      </w:r>
    </w:p>
    <w:p>
      <w:r>
        <w:rPr>
          <w:b/>
        </w:rPr>
        <w:t xml:space="preserve">[44:54] </w:t>
      </w:r>
      <w:r>
        <w:t>alphabets ki alamat hai, wohi to hain.</w:t>
      </w:r>
    </w:p>
    <w:p>
      <w:pPr>
        <w:jc w:val="right"/>
      </w:pPr>
      <w:r>
        <w:t>الفابیٹس کی علامت ہے، وہی تو ہیں۔</w:t>
      </w:r>
    </w:p>
    <w:p>
      <w:r>
        <w:rPr>
          <w:b/>
        </w:rPr>
        <w:t xml:space="preserve">[45:01] </w:t>
      </w:r>
      <w:r>
        <w:t>huroof e muqattaat jo hain, kya hain? jo jo kehte hain alphabets ya huroof e tahajji ki alamat to hain, woh saare alfaaz hi se bante hain.</w:t>
      </w:r>
    </w:p>
    <w:p>
      <w:pPr>
        <w:jc w:val="right"/>
      </w:pPr>
      <w:r>
        <w:t>حروف مقطعات جو ہیں، کیا ہیں؟ جو جو کہتے ہیں الفابیٹس یا حروف تہجی کی علامت تو ہیں، وہ سارے الفاظ ہی سے بنتے ہیں۔</w:t>
      </w:r>
    </w:p>
    <w:p>
      <w:r>
        <w:rPr>
          <w:b/>
        </w:rPr>
        <w:t xml:space="preserve">[45:13] </w:t>
      </w:r>
      <w:r>
        <w:t>to aap sochen ke dekho, inhi huroof e tahajji ko mila kar hum bolte hain, humaray</w:t>
      </w:r>
    </w:p>
    <w:p>
      <w:pPr>
        <w:jc w:val="right"/>
      </w:pPr>
      <w:r>
        <w:t>تو آپ سوچیں کہ دیکھو، انہی حروف تہجی کو ملا کر ہم بولتے ہیں، ہمار</w:t>
      </w:r>
    </w:p>
    <w:p>
      <w:r>
        <w:rPr>
          <w:b/>
        </w:rPr>
        <w:t xml:space="preserve">[45:19] </w:t>
      </w:r>
      <w:r>
        <w:t>kalam mein woh baat nahi hoti. Khuda bol raha hai to is mein kitni maanoiyat aa gayi?</w:t>
      </w:r>
    </w:p>
    <w:p>
      <w:pPr>
        <w:jc w:val="right"/>
      </w:pPr>
      <w:r>
        <w:t>ے کلام میں وہ بات نہیں ہوتی۔ خدا بول رہا ہے تو اس میں کتنی معنویت آ گئی؟</w:t>
      </w:r>
    </w:p>
    <w:p>
      <w:r>
        <w:rPr>
          <w:b/>
        </w:rPr>
        <w:t xml:space="preserve">[45:26] </w:t>
      </w:r>
      <w:r>
        <w:t>to kaise ajeeb hai yeh cheez jis ko mein kehta hoon ke cheezon ko tafsiri maani mein lena, extended sense mein lena, mehdood sense mein len to kuch bhi nahi milta aap ko, koi koi rizq nahi milta.</w:t>
      </w:r>
    </w:p>
    <w:p>
      <w:pPr>
        <w:jc w:val="right"/>
      </w:pPr>
      <w:r>
        <w:t>تو کیسے عجیب ہے یہ چیز جس کو میں کہتا ہوں کہ چیزوں کو تفسیری معنی میں لینا، ایکسٹینڈڈ سینس میں لینا، محدود سینس میں لیں تو کچھ بھی نہیں ملتا آپ کو، کوئی کوئی رزق نہیں ملتا۔</w:t>
      </w:r>
    </w:p>
    <w:p>
      <w:r>
        <w:rPr>
          <w:b/>
        </w:rPr>
        <w:t xml:space="preserve">[45:47] </w:t>
      </w:r>
      <w:r>
        <w:t>aur</w:t>
      </w:r>
    </w:p>
    <w:p>
      <w:pPr>
        <w:jc w:val="right"/>
      </w:pPr>
      <w:r>
        <w:t>اور</w:t>
      </w:r>
    </w:p>
    <w:p>
      <w:r>
        <w:rPr>
          <w:b/>
        </w:rPr>
        <w:t xml:space="preserve">[45:48] </w:t>
      </w:r>
      <w:r>
        <w:t>extended sense mein lein to samandar, mani ka samandar aap ke dimagh mein aa jata hai. Dekhein, yeh sab baatein jo hain, yeh yeh koi khatabat nahi hai,</w:t>
      </w:r>
    </w:p>
    <w:p>
      <w:pPr>
        <w:jc w:val="right"/>
      </w:pPr>
      <w:r>
        <w:t>ایکسٹینڈڈ سینس میں لیں تو سمندر، معنی کا سمندر آپ کے دماغ میں آ جاتا ہے۔ دیکھیں، یہ سب باتیں جو ہیں، یہ یہ کوئی خطابت نہیں ہے،</w:t>
      </w:r>
    </w:p>
    <w:p>
      <w:r>
        <w:rPr>
          <w:b/>
        </w:rPr>
        <w:t xml:space="preserve">[46:03] </w:t>
      </w:r>
      <w:r>
        <w:t>yeh zindagi ka raaz hai.</w:t>
      </w:r>
    </w:p>
    <w:p>
      <w:pPr>
        <w:jc w:val="right"/>
      </w:pPr>
      <w:r>
        <w:t>یہ زندگی کا راز ہے۔</w:t>
      </w:r>
    </w:p>
    <w:p>
      <w:r>
        <w:rPr>
          <w:b/>
        </w:rPr>
        <w:t xml:space="preserve">[46:10] </w:t>
      </w:r>
      <w:r>
        <w:t>quran mein hai ke jannat, al jannat kahenge ke waah</w:t>
      </w:r>
    </w:p>
    <w:p>
      <w:pPr>
        <w:jc w:val="right"/>
      </w:pPr>
      <w:r>
        <w:t>قرآن میں ہے کہ جنت، الجنت کہیں گے کہ واہ</w:t>
      </w:r>
    </w:p>
    <w:p>
      <w:r>
        <w:rPr>
          <w:b/>
        </w:rPr>
        <w:t xml:space="preserve">[46:22] </w:t>
      </w:r>
      <w:r>
        <w:t>samawat, yani jannati zindagi ek kainati zindagi hogi.</w:t>
      </w:r>
    </w:p>
    <w:p>
      <w:pPr>
        <w:jc w:val="right"/>
      </w:pPr>
      <w:r>
        <w:t>سماوات، یعنی جنتی زندگی ایک کائناتی زندگی ہوگی۔</w:t>
      </w:r>
    </w:p>
    <w:p>
      <w:r>
        <w:rPr>
          <w:b/>
        </w:rPr>
        <w:t xml:space="preserve">[46:33] </w:t>
      </w:r>
      <w:r>
        <w:t>jannati zindagi ek kainati zindagi hogi.</w:t>
      </w:r>
    </w:p>
    <w:p>
      <w:pPr>
        <w:jc w:val="right"/>
      </w:pPr>
      <w:r>
        <w:t>جنتی زندگی ایک کائناتی زندگی ہوگی۔</w:t>
      </w:r>
    </w:p>
    <w:p>
      <w:r>
        <w:rPr>
          <w:b/>
        </w:rPr>
        <w:t xml:space="preserve">[46:37] </w:t>
      </w:r>
      <w:r>
        <w:t>to dunya hi mein aap ko kainati zindagi guzarna hai.</w:t>
      </w:r>
    </w:p>
    <w:p>
      <w:pPr>
        <w:jc w:val="right"/>
      </w:pPr>
      <w:r>
        <w:t>تو دنیا ہی میں آپ کو کائناتی زندگی گزارنا ہے۔</w:t>
      </w:r>
    </w:p>
    <w:p>
      <w:r>
        <w:rPr>
          <w:b/>
        </w:rPr>
        <w:t xml:space="preserve">[46:44] </w:t>
      </w:r>
      <w:r>
        <w:t>jannati zindagi ki training is dunya mein ho rahi hai.</w:t>
      </w:r>
    </w:p>
    <w:p>
      <w:pPr>
        <w:jc w:val="right"/>
      </w:pPr>
      <w:r>
        <w:t>جنتی زندگی کی ٹریننگ اس دنیا میں ہو رہی ہے۔</w:t>
      </w:r>
    </w:p>
    <w:p>
      <w:r>
        <w:rPr>
          <w:b/>
        </w:rPr>
        <w:t xml:space="preserve">[46:50] </w:t>
      </w:r>
      <w:r>
        <w:t>arz o samawat o al arz, yani jannat ki zindagi ek kainati zindagi hogi. Kainati fiqh ke log wahan par honge, afaqi shakhsiyat ke log wahan par honge.</w:t>
      </w:r>
    </w:p>
    <w:p>
      <w:pPr>
        <w:jc w:val="right"/>
      </w:pPr>
      <w:r>
        <w:t>عرض و سماوات و الارض، یعنی جنت کی زندگی ایک کائناتی زندگی ہوگی۔ کائناتی فقہ کے لوگ وہاں پر ہوں گے، افاقی شخصیت کے لوگ وہاں پر ہوں گے۔</w:t>
      </w:r>
    </w:p>
    <w:p>
      <w:r>
        <w:rPr>
          <w:b/>
        </w:rPr>
        <w:t xml:space="preserve">[47:04] </w:t>
      </w:r>
      <w:r>
        <w:t>to achaanak nahi ho jayega aisa.</w:t>
      </w:r>
    </w:p>
    <w:p>
      <w:pPr>
        <w:jc w:val="right"/>
      </w:pPr>
      <w:r>
        <w:t>تو اچانک نہیں ہو جائے گا ایسا۔</w:t>
      </w:r>
    </w:p>
    <w:p>
      <w:r>
        <w:rPr>
          <w:b/>
        </w:rPr>
        <w:t xml:space="preserve">[47:07] </w:t>
      </w:r>
      <w:r>
        <w:t>yeh dunya mein aap ko is ki training lena hai,</w:t>
      </w:r>
    </w:p>
    <w:p>
      <w:pPr>
        <w:jc w:val="right"/>
      </w:pPr>
      <w:r>
        <w:t>یہ دنیا میں آپ کو اس کی ٹریننگ لینا ہے،</w:t>
      </w:r>
    </w:p>
    <w:p>
      <w:r>
        <w:rPr>
          <w:b/>
        </w:rPr>
        <w:t xml:space="preserve">[47:12] </w:t>
      </w:r>
      <w:r>
        <w:t>yeh dunya mein aap ko training lena hai is ki.</w:t>
      </w:r>
    </w:p>
    <w:p>
      <w:pPr>
        <w:jc w:val="right"/>
      </w:pPr>
      <w:r>
        <w:t>یہ دنیا میں آپ کو ٹریننگ لینا ہے اس کی۔</w:t>
      </w:r>
    </w:p>
    <w:p>
      <w:r>
        <w:rPr>
          <w:b/>
        </w:rPr>
        <w:t xml:space="preserve">[47:17] </w:t>
      </w:r>
      <w:r>
        <w:t>to meri dua hai ke Allah taala</w:t>
      </w:r>
    </w:p>
    <w:p>
      <w:pPr>
        <w:jc w:val="right"/>
      </w:pPr>
      <w:r>
        <w:t>تو میری دعا ہے کہ اللہ تعالیٰ</w:t>
      </w:r>
    </w:p>
    <w:p>
      <w:r>
        <w:rPr>
          <w:b/>
        </w:rPr>
        <w:t xml:space="preserve">[47:22] </w:t>
      </w:r>
      <w:r>
        <w:t>aaj ki subah</w:t>
      </w:r>
    </w:p>
    <w:p>
      <w:pPr>
        <w:jc w:val="right"/>
      </w:pPr>
      <w:r>
        <w:t>آج کی صبح</w:t>
      </w:r>
    </w:p>
    <w:p>
      <w:r>
        <w:rPr>
          <w:b/>
        </w:rPr>
        <w:t xml:space="preserve">[47:26] </w:t>
      </w:r>
      <w:r>
        <w:t>qubool farmaye hamari.</w:t>
      </w:r>
    </w:p>
    <w:p>
      <w:pPr>
        <w:jc w:val="right"/>
      </w:pPr>
      <w:r>
        <w:t>قبول فرمائے ہماری۔</w:t>
      </w:r>
    </w:p>
    <w:p>
      <w:r>
        <w:rPr>
          <w:b/>
        </w:rPr>
        <w:t xml:space="preserve">[47:31] </w:t>
      </w:r>
      <w:r>
        <w:t>Allah taala hamari aaj ki subah ko nai subah bana de.</w:t>
      </w:r>
    </w:p>
    <w:p>
      <w:pPr>
        <w:jc w:val="right"/>
      </w:pPr>
      <w:r>
        <w:t>اللہ تعالیٰ ہماری آج کی صبح کو نئی صبح بنا دے۔</w:t>
      </w:r>
    </w:p>
    <w:p>
      <w:r>
        <w:rPr>
          <w:b/>
        </w:rPr>
        <w:t xml:space="preserve">[47:38] </w:t>
      </w:r>
      <w:r>
        <w:t>Allah taala aaj ki subah ko hamare liye ek naya aaghaz bana de. Aaj ki subah ko hamare liye jannat ke dakhle ka mani bana de.</w:t>
      </w:r>
    </w:p>
    <w:p>
      <w:pPr>
        <w:jc w:val="right"/>
      </w:pPr>
      <w:r>
        <w:t>اللہ تعالیٰ آج کی صبح کو ہمارے لیے ایک نیا آغاز بنا دے۔ آج کی صبح کو ہمارے لیے جنت کے داخلے کا معنی بنا دے۔</w:t>
      </w:r>
    </w:p>
    <w:p>
      <w:r>
        <w:rPr>
          <w:b/>
        </w:rPr>
        <w:t xml:space="preserve">[47:54] </w:t>
      </w:r>
      <w:r>
        <w:t>Allah taala mujh ko aur aap ko</w:t>
      </w:r>
    </w:p>
    <w:p>
      <w:pPr>
        <w:jc w:val="right"/>
      </w:pPr>
      <w:r>
        <w:t>اللہ تعالیٰ مجھ کو اور آپ کو</w:t>
      </w:r>
    </w:p>
    <w:p>
      <w:r>
        <w:rPr>
          <w:b/>
        </w:rPr>
        <w:t xml:space="preserve">[48:01] </w:t>
      </w:r>
      <w:r>
        <w:t>qubool farmaye apni rehmaton ke liye, apni jannat ke liye. Hum ko is</w:t>
      </w:r>
    </w:p>
    <w:p>
      <w:pPr>
        <w:jc w:val="right"/>
      </w:pPr>
      <w:r>
        <w:t>قبول فرمائے اپنی رحمتوں کے لیے، اپنی جنت کے لیے۔ ہم کو اس</w:t>
      </w:r>
    </w:p>
    <w:p>
      <w:r>
        <w:rPr>
          <w:b/>
        </w:rPr>
        <w:t xml:space="preserve">[48:13] </w:t>
      </w:r>
      <w:r>
        <w:t>is maashre mein dakhil farmaye jis ke baray mein hai ke</w:t>
      </w:r>
    </w:p>
    <w:p>
      <w:pPr>
        <w:jc w:val="right"/>
      </w:pPr>
      <w:r>
        <w:t>اس معاشرے میں داخل فرمائے جس کے بارے میں ہے کہ</w:t>
      </w:r>
    </w:p>
    <w:p>
      <w:r>
        <w:rPr>
          <w:b/>
        </w:rPr>
        <w:t xml:space="preserve">[48:22] </w:t>
      </w:r>
      <w:r>
        <w:t>anbiya aur sulaha aur shuhada aur saleheen wahan honge. Kaisa ajeeb woh maashra hoga!</w:t>
      </w:r>
    </w:p>
    <w:p>
      <w:pPr>
        <w:jc w:val="right"/>
      </w:pPr>
      <w:r>
        <w:t>انبیاء اور صلحاء اور شہداء اور صالحین وہاں ہوں گے۔ کیسا عجیب وہ معاشرہ ہوگا!</w:t>
      </w:r>
    </w:p>
    <w:p>
      <w:r>
        <w:rPr>
          <w:b/>
        </w:rPr>
        <w:t xml:space="preserve">[48:32] </w:t>
      </w:r>
      <w:r>
        <w:t>to Allah taala hum sab ko is ka is mein dakhil farmaye,</w:t>
      </w:r>
    </w:p>
    <w:p>
      <w:pPr>
        <w:jc w:val="right"/>
      </w:pPr>
      <w:r>
        <w:t>تو اللہ تعالیٰ ہم سب کو اس کا اس میں داخل فرمائے،</w:t>
      </w:r>
    </w:p>
    <w:p>
      <w:r>
        <w:rPr>
          <w:b/>
        </w:rPr>
        <w:t xml:space="preserve">[48:40] </w:t>
      </w:r>
      <w:r>
        <w:t>har aitbar se hamari madad farmaye,</w:t>
      </w:r>
    </w:p>
    <w:p>
      <w:pPr>
        <w:jc w:val="right"/>
      </w:pPr>
      <w:r>
        <w:t>ہر اعتبار سے ہماری مدد فرمائے،</w:t>
      </w:r>
    </w:p>
    <w:p>
      <w:r>
        <w:rPr>
          <w:b/>
        </w:rPr>
        <w:t xml:space="preserve">[48:49] </w:t>
      </w:r>
      <w:r>
        <w:t>humain</w:t>
      </w:r>
    </w:p>
    <w:p>
      <w:pPr>
        <w:jc w:val="right"/>
      </w:pPr>
      <w:r>
        <w:t>ہمیں</w:t>
      </w:r>
    </w:p>
    <w:p>
      <w:r>
        <w:rPr>
          <w:b/>
        </w:rPr>
        <w:t xml:space="preserve">[48:53] </w:t>
      </w:r>
      <w:r>
        <w:t>buraiyon se bachaye aur achaiyon ki tofeeq de.</w:t>
      </w:r>
    </w:p>
    <w:p>
      <w:pPr>
        <w:jc w:val="right"/>
      </w:pPr>
      <w:r>
        <w:t>برائیوں سے بچائے اور اچھائیوں کی توفیق دے۔</w:t>
      </w:r>
    </w:p>
    <w:p>
      <w:r>
        <w:rPr>
          <w:b/>
        </w:rPr>
        <w:t xml:space="preserve">[49:00] </w:t>
      </w:r>
      <w:r>
        <w:t>bana tana fi al-dunya hasana wa fakhirah hasana wa qana azab al-nar.</w:t>
      </w:r>
    </w:p>
    <w:p>
      <w:pPr>
        <w:jc w:val="right"/>
      </w:pPr>
      <w:r>
        <w:t>بنا تنا فی الدنیا حسنہ وفاخرۃ حسنہ وقنا عذاب النار۔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