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Ramadan June 14, 2015</w:t>
      </w:r>
    </w:p>
    <w:p>
      <w:r>
        <w:t>https://youtu.be/mKQdhE2rhdQ</w:t>
      </w:r>
    </w:p>
    <w:p>
      <w:r>
        <w:rPr>
          <w:b/>
        </w:rPr>
        <w:t xml:space="preserve">[00:13] </w:t>
      </w:r>
      <w:r>
        <w:t>bismillah al-rahman al-rahim, wa salla Allahu ala nabiy al-karim. rab ishrah li sadri, wa yassir li amri, wa ahlu al-uqdah min lisani,</w:t>
      </w:r>
    </w:p>
    <w:p>
      <w:pPr>
        <w:jc w:val="right"/>
      </w:pPr>
      <w:r>
        <w:t>بسم اللہ الرحمن الرحیم، وصلی اللہ علی نبی الکریم۔ رب اشرح لی صدری، ویسر لی امری، واحل العقدۃ من لسانی،</w:t>
      </w:r>
    </w:p>
    <w:p>
      <w:r>
        <w:rPr>
          <w:b/>
        </w:rPr>
        <w:t xml:space="preserve">[00:29] </w:t>
      </w:r>
      <w:r>
        <w:t>yafqahu qawli.</w:t>
      </w:r>
    </w:p>
    <w:p>
      <w:pPr>
        <w:jc w:val="right"/>
      </w:pPr>
      <w:r>
        <w:t>یفقہ قولی۔</w:t>
      </w:r>
    </w:p>
    <w:p>
      <w:r>
        <w:rPr>
          <w:b/>
        </w:rPr>
        <w:t xml:space="preserve">[00:37] </w:t>
      </w:r>
      <w:r>
        <w:t>dekhen, yeh mere hath mein aaj ka times of india hai, yani 14 june 2015.</w:t>
      </w:r>
    </w:p>
    <w:p>
      <w:pPr>
        <w:jc w:val="right"/>
      </w:pPr>
      <w:r>
        <w:t>دیکھیں، یہ میرے ہاتھ میں آج کا ٹائمز آف انڈیا ہے، یعنی 14 جون 2015۔</w:t>
      </w:r>
    </w:p>
    <w:p>
      <w:r>
        <w:rPr>
          <w:b/>
        </w:rPr>
        <w:t xml:space="preserve">[00:48] </w:t>
      </w:r>
      <w:r>
        <w:t>aaj 26 shaban hai, yani chand din reh gaye hain roze ke shuru hone mein. to is nisbat se unhon ne mera ek mazmoon is mein shaya kiya hai,</w:t>
      </w:r>
    </w:p>
    <w:p>
      <w:pPr>
        <w:jc w:val="right"/>
      </w:pPr>
      <w:r>
        <w:t>آج 26 شعبان ہے، یعنی چند دن رہ گئے ہیں روزہ کے شروع ہونے میں۔ تو اس نسبت سے انہوں نے میرا ایک مضمون اس میں شائع کیا ہے،</w:t>
      </w:r>
    </w:p>
    <w:p>
      <w:r>
        <w:rPr>
          <w:b/>
        </w:rPr>
        <w:t xml:space="preserve">[01:01] </w:t>
      </w:r>
      <w:r>
        <w:t>jis ka title hai "ramzan street", aur second title banaya hai unhon ne "give what you can".</w:t>
      </w:r>
    </w:p>
    <w:p>
      <w:pPr>
        <w:jc w:val="right"/>
      </w:pPr>
      <w:r>
        <w:t>جس کا ٹائٹل ہے "رمضان اسٹریٹ"، اور سیکنڈ ٹائٹل بنایا ہے انہوں نے "گیو واٹ یو کین"۔</w:t>
      </w:r>
    </w:p>
    <w:p>
      <w:r>
        <w:rPr>
          <w:b/>
        </w:rPr>
        <w:t xml:space="preserve">[01:16] </w:t>
      </w:r>
      <w:r>
        <w:t>main samajhta hoon ke yeh bohat hi sahih title hai ramzan ke bare mein.</w:t>
      </w:r>
    </w:p>
    <w:p>
      <w:pPr>
        <w:jc w:val="right"/>
      </w:pPr>
      <w:r>
        <w:t>میں سمجھتا ہوں کہ یہ بہت ہی صحیح ٹائٹل ہے رمضان کے بارے میں۔</w:t>
      </w:r>
    </w:p>
    <w:p>
      <w:r>
        <w:rPr>
          <w:b/>
        </w:rPr>
        <w:t xml:space="preserve">[01:24] </w:t>
      </w:r>
      <w:r>
        <w:t>ramzan sach poochhen to bhook ki speed asal nahi hai, asal yeh hai giving speed.</w:t>
      </w:r>
    </w:p>
    <w:p>
      <w:pPr>
        <w:jc w:val="right"/>
      </w:pPr>
      <w:r>
        <w:t>رمضان سچ پوچھیں تو بھوک کی اسپیڈ اصل نہیں ہے، اصل یہ ہے گیونگ اسپیڈ۔</w:t>
      </w:r>
    </w:p>
    <w:p>
      <w:r>
        <w:rPr>
          <w:b/>
        </w:rPr>
        <w:t xml:space="preserve">[01:35] </w:t>
      </w:r>
      <w:r>
        <w:t>giving speed, yani bhook ke mani ke aap ne din mein kam khana, yani 24 ghante mein rozana ka mamool jo hai us se kam khana liya.</w:t>
      </w:r>
    </w:p>
    <w:p>
      <w:pPr>
        <w:jc w:val="right"/>
      </w:pPr>
      <w:r>
        <w:t>گیونگ اسپیڈ، یعنی بھوک کے معنی کہ آپ نے دن میں کم کھانا، یعنی 24 گھنٹے میں روزانہ کا معمول جو ہے اس سے کم کھانا لیا۔</w:t>
      </w:r>
    </w:p>
    <w:p>
      <w:r>
        <w:rPr>
          <w:b/>
        </w:rPr>
        <w:t xml:space="preserve">[01:47] </w:t>
      </w:r>
      <w:r>
        <w:t>to kam khana kyun liya? is liye ke aap ko dena hai, khud kam lena, doosre ko dena, yeh hai giving speed.</w:t>
      </w:r>
    </w:p>
    <w:p>
      <w:pPr>
        <w:jc w:val="right"/>
      </w:pPr>
      <w:r>
        <w:t>تو کم کھانا کیوں لیا؟ اس لیے کہ آپ کو دینا ہے، خود کم لینا، دوسرے کو دینا، یہ ہے گیونگ اسپیڈ۔</w:t>
      </w:r>
    </w:p>
    <w:p>
      <w:r>
        <w:rPr>
          <w:b/>
        </w:rPr>
        <w:t xml:space="preserve">[01:58] </w:t>
      </w:r>
      <w:r>
        <w:t>to ramzan asal mein giving speed ki training hai. yeh baat ek hadith se maloom hoti hai jo sahih al-bukhari mein aayi hai.</w:t>
      </w:r>
    </w:p>
    <w:p>
      <w:pPr>
        <w:jc w:val="right"/>
      </w:pPr>
      <w:r>
        <w:t>تو رمضان اصل میں گیونگ اسپیڈ کی ٹریننگ ہے۔ یہ بات ایک حدیث سے معلوم ہوتی ہے جو صحیح البخاری میں آئی ہے۔</w:t>
      </w:r>
    </w:p>
    <w:p>
      <w:r>
        <w:rPr>
          <w:b/>
        </w:rPr>
        <w:t xml:space="preserve">[02:10] </w:t>
      </w:r>
      <w:r>
        <w:t>aap jante hain ke sahih al-bukhari jo hai "asah al-kutub ba'd kitab Allah" mani jati hai.</w:t>
      </w:r>
    </w:p>
    <w:p>
      <w:pPr>
        <w:jc w:val="right"/>
      </w:pPr>
      <w:r>
        <w:t>آپ جانتے ہیں کہ صحیح البخاری جو ہے "اصحہ الکتب بعد کتاب اللہ" مانی جاتی ہے۔</w:t>
      </w:r>
    </w:p>
    <w:p>
      <w:r>
        <w:rPr>
          <w:b/>
        </w:rPr>
        <w:t xml:space="preserve">[02:16] </w:t>
      </w:r>
      <w:r>
        <w:t>to is mein ek lambi riwayat hai ramzan ke bare mein. to is ka ek tukra yeh hai ke "kana rasul Allah sallallahu alayhi wa sallam ajwad bil khayri min al-ri al-mursali",</w:t>
      </w:r>
    </w:p>
    <w:p>
      <w:pPr>
        <w:jc w:val="right"/>
      </w:pPr>
      <w:r>
        <w:t>تو اس میں ایک لمبی روایت ہے رمضان کے بارے میں۔ تو اس کا ایک ٹکڑا یہ ہے کہ "کان رسول اللہ صلی اللہ علیہ وسلم اجود بالخیر من الری المرسل"،</w:t>
      </w:r>
    </w:p>
    <w:p>
      <w:r>
        <w:rPr>
          <w:b/>
        </w:rPr>
        <w:t xml:space="preserve">[02:33] </w:t>
      </w:r>
      <w:r>
        <w:t>yani rasul Allah sallallahu alayhi wa sallam ramzan ke mani mein</w:t>
      </w:r>
    </w:p>
    <w:p>
      <w:pPr>
        <w:jc w:val="right"/>
      </w:pPr>
      <w:r>
        <w:t>یعنی رسول اللہ صلی اللہ علیہ وسلم رمضان کے معنی میں</w:t>
      </w:r>
    </w:p>
    <w:p>
      <w:r>
        <w:rPr>
          <w:b/>
        </w:rPr>
        <w:t xml:space="preserve">[02:39] </w:t>
      </w:r>
      <w:r>
        <w:t>khair ke liye bohat fayaz aate thay.</w:t>
      </w:r>
    </w:p>
    <w:p>
      <w:pPr>
        <w:jc w:val="right"/>
      </w:pPr>
      <w:r>
        <w:t>خیر کے لیے بہت فیاض آتے تھے۔</w:t>
      </w:r>
    </w:p>
    <w:p>
      <w:r>
        <w:rPr>
          <w:b/>
        </w:rPr>
        <w:t xml:space="preserve">[02:47] </w:t>
      </w:r>
      <w:r>
        <w:t>yani</w:t>
      </w:r>
    </w:p>
    <w:p>
      <w:pPr>
        <w:jc w:val="right"/>
      </w:pPr>
      <w:r>
        <w:t>یعنی</w:t>
      </w:r>
    </w:p>
    <w:p>
      <w:r>
        <w:rPr>
          <w:b/>
        </w:rPr>
        <w:t xml:space="preserve">[02:51] </w:t>
      </w:r>
      <w:r>
        <w:t>jaise tez hawa ki tarah, jaise hawa guzarti hai tezi ke sath, waise hi aap fayaz aate thay khair ke mamle mein.</w:t>
      </w:r>
    </w:p>
    <w:p>
      <w:pPr>
        <w:jc w:val="right"/>
      </w:pPr>
      <w:r>
        <w:t>جیسے تیز ہوا کی طرح، جیسے ہوا گزرتی ہے تیزی کے ساتھ، ویسے ہی آپ فیاض آتے تھے خیر کے معاملے میں۔</w:t>
      </w:r>
    </w:p>
    <w:p>
      <w:r>
        <w:rPr>
          <w:b/>
        </w:rPr>
        <w:t xml:space="preserve">[03:02] </w:t>
      </w:r>
      <w:r>
        <w:t>yani itna zyada, itna zyada, itna zyada aap ke andar jazba badh jata tha khair ka.</w:t>
      </w:r>
    </w:p>
    <w:p>
      <w:pPr>
        <w:jc w:val="right"/>
      </w:pPr>
      <w:r>
        <w:t>یعنی اتنا زیادہ، اتنا زیادہ، اتنا زیادہ آپ کے اندر جذبہ بڑھ جاتا تھا خیر کا۔</w:t>
      </w:r>
    </w:p>
    <w:p>
      <w:r>
        <w:rPr>
          <w:b/>
        </w:rPr>
        <w:t xml:space="preserve">[03:11] </w:t>
      </w:r>
      <w:r>
        <w:t>kyun ke khair ke mani hain good. to khair yahan sirf khana peena ya paise ke mani mein nahi hai,</w:t>
      </w:r>
    </w:p>
    <w:p>
      <w:pPr>
        <w:jc w:val="right"/>
      </w:pPr>
      <w:r>
        <w:t>کیونکہ خیر کے معنی ہیں گڈ۔ تو خیر یہاں صرف کھانا پینا یا پیسے کے معنی میں نہیں ہے،</w:t>
      </w:r>
    </w:p>
    <w:p>
      <w:r>
        <w:rPr>
          <w:b/>
        </w:rPr>
        <w:t xml:space="preserve">[03:21] </w:t>
      </w:r>
      <w:r>
        <w:t>jo cheez bhi doosron ke liye khair ho. aadmi jo jo sadqa karta hai doosron ke liye, to doosron ke liye jo cheez khair ho, jo un ke liye nafa dene wali ho,</w:t>
      </w:r>
    </w:p>
    <w:p>
      <w:pPr>
        <w:jc w:val="right"/>
      </w:pPr>
      <w:r>
        <w:t>جو چیز بھی دوسروں کے لیے خیر ہو۔ آدمی جو جو صدقہ کرتا ہے دوسروں کے لیے، تو دوسروں کے لیے جو چیز خیر ہو، جو ان کے لیے نفع دینے والی ہو،</w:t>
      </w:r>
    </w:p>
    <w:p>
      <w:r>
        <w:rPr>
          <w:b/>
        </w:rPr>
        <w:t xml:space="preserve">[03:37] </w:t>
      </w:r>
      <w:r>
        <w:t>wo sab is mein shamil hogi.</w:t>
      </w:r>
    </w:p>
    <w:p>
      <w:pPr>
        <w:jc w:val="right"/>
      </w:pPr>
      <w:r>
        <w:t>وہ سب اس میں شامل ہوگی۔</w:t>
      </w:r>
    </w:p>
    <w:p>
      <w:r>
        <w:rPr>
          <w:b/>
        </w:rPr>
        <w:t xml:space="preserve">[03:41] </w:t>
      </w:r>
      <w:r>
        <w:t>to ramzan goya is baat ki speed paida karne ke liye hai ke</w:t>
      </w:r>
    </w:p>
    <w:p>
      <w:pPr>
        <w:jc w:val="right"/>
      </w:pPr>
      <w:r>
        <w:t>تو رمضان گویا اس بات کی اسپیڈ پیدا کرنے کے لیے ہے کہ</w:t>
      </w:r>
    </w:p>
    <w:p>
      <w:r>
        <w:rPr>
          <w:b/>
        </w:rPr>
        <w:t xml:space="preserve">[03:51] </w:t>
      </w:r>
      <w:r>
        <w:t>khud kam lo, doosron ko zyada do,</w:t>
      </w:r>
    </w:p>
    <w:p>
      <w:pPr>
        <w:jc w:val="right"/>
      </w:pPr>
      <w:r>
        <w:t>خود کم لو، دوسروں کو زیادہ دو،</w:t>
      </w:r>
    </w:p>
    <w:p>
      <w:r>
        <w:rPr>
          <w:b/>
        </w:rPr>
        <w:t xml:space="preserve">[03:57] </w:t>
      </w:r>
      <w:r>
        <w:t>ya yun kahiye ke doosron ko khoob do, chahe tum ko khud kam lena pare. yeh hai speed of ramzan.</w:t>
      </w:r>
    </w:p>
    <w:p>
      <w:pPr>
        <w:jc w:val="right"/>
      </w:pPr>
      <w:r>
        <w:t>یا یوں کہیے کہ دوسروں کو خوب دو، چاہے تم کو خود کم لینا پڑے۔ یہ ہے اسپیڈ آف رمضان۔</w:t>
      </w:r>
    </w:p>
    <w:p>
      <w:r>
        <w:rPr>
          <w:b/>
        </w:rPr>
        <w:t xml:space="preserve">[04:09] </w:t>
      </w:r>
      <w:r>
        <w:t>to aur yeh quran mein aap padhenge ke quran mein ramzan ka hukum jahan aaya hai, wahan par yeh hai ke "ya alladhina amanu kutiba alaykum al-siyam kama kutiba alladhina min qablikum" ke tum par ramzan ke mahine mein roza rakhna farz kiya gaya, jis tarah pichli ummaton mein farz kiya</w:t>
      </w:r>
    </w:p>
    <w:p>
      <w:pPr>
        <w:jc w:val="right"/>
      </w:pPr>
      <w:r>
        <w:t>تو اور یہ قرآن میں آپ پڑھیں گے کہ قرآن میں رمضان کا حکم جہاں آیا ہے، وہاں پر یہ ہے کہ "یا الذین آمنوا کتب علیکم الصیام کما کتب الذین من قبلکم" کہ تم پر رمضان کے مہینے میں روزہ رکھنا فرض کیا گیا، جس طرح پچھلی امتوں میں فرض کیا</w:t>
      </w:r>
    </w:p>
    <w:p>
      <w:r>
        <w:rPr>
          <w:b/>
        </w:rPr>
        <w:t xml:space="preserve">[04:33] </w:t>
      </w:r>
      <w:r>
        <w:t>gaya tha. is mani hai ke yeh roza jo hai rasool Allah sal Allah aleh wasalam ke zamane mein nahi aaya, har nabbi ke zamane mein is ko Allah ne farz kiya.</w:t>
      </w:r>
    </w:p>
    <w:p>
      <w:pPr>
        <w:jc w:val="right"/>
      </w:pPr>
      <w:r>
        <w:t>گیا تھا۔ اس معنی ہے کہ یہ روزہ جو ہے رسول اللہ صلی اللہ علیہ وسلم کے زمانے میں نہیں آیا، ہر نبی کے زمانے میں اس کو اللہ نے فرض کیا۔</w:t>
      </w:r>
    </w:p>
    <w:p>
      <w:r>
        <w:rPr>
          <w:b/>
        </w:rPr>
        <w:t xml:space="preserve">[04:45] </w:t>
      </w:r>
      <w:r>
        <w:t>goya yeh universal taleem hai Islam ki. to yeh universal taleem ke asal yeh nahi ke bhook bhooka rehna, asal cheez giving speed ke sath duniya mein rehna,</w:t>
      </w:r>
    </w:p>
    <w:p>
      <w:pPr>
        <w:jc w:val="right"/>
      </w:pPr>
      <w:r>
        <w:t>گویا یہ یونیورسل تعلیم ہے اسلام کی۔ تو یہ یونیورسل تعلیم کہ اصل یہ نہیں کہ بھوک بھوکا رہنا، اصل چیز گیونگ اسپیڈ کے ساتھ دنیا میں رہنا،</w:t>
      </w:r>
    </w:p>
    <w:p>
      <w:r>
        <w:rPr>
          <w:b/>
        </w:rPr>
        <w:t xml:space="preserve">[05:00] </w:t>
      </w:r>
      <w:r>
        <w:t>yeh samajhne ki baat hai.</w:t>
      </w:r>
    </w:p>
    <w:p>
      <w:pPr>
        <w:jc w:val="right"/>
      </w:pPr>
      <w:r>
        <w:t>یہ سمجھنے کی بات ہے۔</w:t>
      </w:r>
    </w:p>
    <w:p>
      <w:r>
        <w:rPr>
          <w:b/>
        </w:rPr>
        <w:t xml:space="preserve">[05:06] </w:t>
      </w:r>
      <w:r>
        <w:t>kal mere pas telephone aaya America se, kuch logon ne poocha ke hamein koi naseehat ki jiye. to maine kaha main do baat ki naseehat karunga: ek marifat aur doosri dawat.</w:t>
      </w:r>
    </w:p>
    <w:p>
      <w:pPr>
        <w:jc w:val="right"/>
      </w:pPr>
      <w:r>
        <w:t>کل میرے پاس ٹیلی فون آیا امریکہ سے، کچھ لوگوں نے پوچھا کہ ہمیں کوئی نصیحت کیجئے۔ تو میں نے کہا میں دو بات کی نصیحت کروں گا: ایک معرفت اور دوسری دعوت۔</w:t>
      </w:r>
    </w:p>
    <w:p>
      <w:r>
        <w:rPr>
          <w:b/>
        </w:rPr>
        <w:t xml:space="preserve">[05:20] </w:t>
      </w:r>
      <w:r>
        <w:t>marifat aur dawat. marifat, marifat ka matlab kya hai? khud sachai ko janna.</w:t>
      </w:r>
    </w:p>
    <w:p>
      <w:pPr>
        <w:jc w:val="right"/>
      </w:pPr>
      <w:r>
        <w:t>معرفت اور دعوت۔ معرفت، معرفت کا مطلب کیا ہے؟ خود سچائی کو جاننا۔</w:t>
      </w:r>
    </w:p>
    <w:p>
      <w:r>
        <w:rPr>
          <w:b/>
        </w:rPr>
        <w:t xml:space="preserve">[05:30] </w:t>
      </w:r>
      <w:r>
        <w:t>jitne bhi zariye hain janne ke ke kainat mein ghore o fikr, Quran mein ghore o fikr, hadith, hadith ka mutala, sahaba ki zindagiun ka mutala, tadabbur karna,</w:t>
      </w:r>
    </w:p>
    <w:p>
      <w:pPr>
        <w:jc w:val="right"/>
      </w:pPr>
      <w:r>
        <w:t>جتنے بھی ذرائع ہیں جاننے کے کہ کائنات میں غور و فکر، قرآن میں غور و فکر، حدیث، حدیث کا مطالعہ، صحابہ کی زندگیوں کا مطالعہ، تدبر کرنا،</w:t>
      </w:r>
    </w:p>
    <w:p>
      <w:r>
        <w:rPr>
          <w:b/>
        </w:rPr>
        <w:t xml:space="preserve">[05:46] </w:t>
      </w:r>
      <w:r>
        <w:t>to in sab tareeqon ko istemal kar ke marifat hasil karna, Allah ki marifat, sachai ki marifat. aur doosri cheez dawat.</w:t>
      </w:r>
    </w:p>
    <w:p>
      <w:pPr>
        <w:jc w:val="right"/>
      </w:pPr>
      <w:r>
        <w:t>تو ان سب طریقوں کو استعمال کر کے معرفت حاصل کرنا، اللہ کی معرفت، سچائی کی معرفت۔ اور دوسری چیز دعوت۔</w:t>
      </w:r>
    </w:p>
    <w:p>
      <w:r>
        <w:rPr>
          <w:b/>
        </w:rPr>
        <w:t xml:space="preserve">[05:57] </w:t>
      </w:r>
      <w:r>
        <w:t>dawat ke mani kya hain?</w:t>
      </w:r>
    </w:p>
    <w:p>
      <w:pPr>
        <w:jc w:val="right"/>
      </w:pPr>
      <w:r>
        <w:t>دعوت کے معنی کیا ہیں؟</w:t>
      </w:r>
    </w:p>
    <w:p>
      <w:r>
        <w:rPr>
          <w:b/>
        </w:rPr>
        <w:t xml:space="preserve">[05:59] </w:t>
      </w:r>
      <w:r>
        <w:t>jo cheez aap, jo cheez aap ne daryaft ki hai, us ko doosron tak pahunchana, doosron ke liye nafeh bakhsh banna.</w:t>
      </w:r>
    </w:p>
    <w:p>
      <w:pPr>
        <w:jc w:val="right"/>
      </w:pPr>
      <w:r>
        <w:t>جو چیز آپ، جو چیز آپ نے دریافت کی ہے، اس کو دوسروں تک پہنچانا، دوسروں کے لیے نفع بخش بننا۔</w:t>
      </w:r>
    </w:p>
    <w:p>
      <w:r>
        <w:rPr>
          <w:b/>
        </w:rPr>
        <w:t xml:space="preserve">[06:09] </w:t>
      </w:r>
      <w:r>
        <w:t>yeh do cheezein hain deen mein. to yeh jo Ramzan ka mahine mein roza rakhna hai, is mein dono cheezein shamil hain.</w:t>
      </w:r>
    </w:p>
    <w:p>
      <w:pPr>
        <w:jc w:val="right"/>
      </w:pPr>
      <w:r>
        <w:t>یہ دو چیز ہیں دین میں۔ تو یہ جو رمضان کا مہینے میں روزہ رکھنا ہے، اس میں دونوں چیزیں شامل ہیں۔</w:t>
      </w:r>
    </w:p>
    <w:p>
      <w:r>
        <w:rPr>
          <w:b/>
        </w:rPr>
        <w:t xml:space="preserve">[06:21] </w:t>
      </w:r>
      <w:r>
        <w:t>dono cheezein aap samajh li hain ke Ramzan ki ibadat mein ek aap bataya gaya hai ke zyada se zyada Quran ki tilawat karna, zyada se zyada Quran ki tilawat karna, aur apne ko distraction se bachana.</w:t>
      </w:r>
    </w:p>
    <w:p>
      <w:pPr>
        <w:jc w:val="right"/>
      </w:pPr>
      <w:r>
        <w:t>دونوں چیزیں آپ سمجھ لی ہیں کہ رمضان کی عبادت میں ایک آپ بتایا گیا ہے کہ زیادہ سے زیادہ قرآن کی تلاوت کرنا، زیادہ سے زیادہ قرآن کی تلاوت کرنا، اور اپنے کو ڈسٹریکشن سے بچانا۔</w:t>
      </w:r>
    </w:p>
    <w:p>
      <w:r>
        <w:rPr>
          <w:b/>
        </w:rPr>
        <w:t xml:space="preserve">[06:37] </w:t>
      </w:r>
      <w:r>
        <w:t>to yeh kis liye hai? tadabbur ke liye hai, ghore o fikr ke liye hai, yani distraction se apne ko bachana, jis ki aakhri surat hoti hai itikaf.</w:t>
      </w:r>
    </w:p>
    <w:p>
      <w:pPr>
        <w:jc w:val="right"/>
      </w:pPr>
      <w:r>
        <w:t>تو یہ کس لیے ہے؟ تدبر کے لیے ہے، غور و فکر کے لیے ہے، یعنی ڈسٹریکشن سے اپنے کو بچانا، جس کی آخری صورت ہوتی ہے اعتکاف۔</w:t>
      </w:r>
    </w:p>
    <w:p>
      <w:r>
        <w:rPr>
          <w:b/>
        </w:rPr>
        <w:t xml:space="preserve">[06:48] </w:t>
      </w:r>
      <w:r>
        <w:t>distraction se bachana kis liye hota hai? ta ke aap ka thinking process sahi tareeqe se jari rahe.</w:t>
      </w:r>
    </w:p>
    <w:p>
      <w:pPr>
        <w:jc w:val="right"/>
      </w:pPr>
      <w:r>
        <w:t>ڈسٹریکشن سے بچانا کس لیے ہوتا ہے؟ تاکہ آپ کا تھنکنگ پروسیس صحیح طریقے سے جاری رہے۔</w:t>
      </w:r>
    </w:p>
    <w:p>
      <w:r>
        <w:rPr>
          <w:b/>
        </w:rPr>
        <w:t xml:space="preserve">[07:00] </w:t>
      </w:r>
      <w:r>
        <w:t>Ramzan mein bataya gaya hai ke ghair cheezon, ghair zaroori cheezon mein mashgool mat ho, bekar kamon mein mashgool mat ho, yahan tak ke kisi se jhagda bhi mat karo, tum ko is mein ghussa aa jaye aur lage bura bura karne lago.</w:t>
      </w:r>
    </w:p>
    <w:p>
      <w:pPr>
        <w:jc w:val="right"/>
      </w:pPr>
      <w:r>
        <w:t>رمضان میں بتایا گیا ہے کہ غیر چیزوں، غیر ضروری چیزوں میں مشغول مت ہو، بیکار کاموں میں مشغول مت ہو، یہاں تک کہ کسی سے جھگڑا بھی مت کرو، تم کو اس میں غصہ آ جائے اور لگے برا برا کرنے لگو۔</w:t>
      </w:r>
    </w:p>
    <w:p>
      <w:r>
        <w:rPr>
          <w:b/>
        </w:rPr>
        <w:t xml:space="preserve">[07:17] </w:t>
      </w:r>
      <w:r>
        <w:t>to har us cheez se apne ko bachao jo tum ko distract karne wali hai. to distract karne wali ka matlab kya hai? is ka matlab hai ke jo tum ko tadabbur, tafakkur se hatane wali ho.</w:t>
      </w:r>
    </w:p>
    <w:p>
      <w:pPr>
        <w:jc w:val="right"/>
      </w:pPr>
      <w:r>
        <w:t>تو ہر اس چیز سے اپنے کو بچاؤ جو تم کو ڈسٹریکٹ کرنے والی ہے۔ تو ڈسٹریکٹ کرنے والی کا مطلب کیا ہے؟ اس کا مطلب ہے کہ جو تم کو تدبر، تفکر سے ہٹانے والی ہو۔</w:t>
      </w:r>
    </w:p>
    <w:p>
      <w:r>
        <w:rPr>
          <w:b/>
        </w:rPr>
        <w:t xml:space="preserve">[07:34] </w:t>
      </w:r>
      <w:r>
        <w:t>yeh hai speed Ramzan ki. to dawat aur to marifat aur dawat dono Ramzan ki speed mein shamil hain.</w:t>
      </w:r>
    </w:p>
    <w:p>
      <w:pPr>
        <w:jc w:val="right"/>
      </w:pPr>
      <w:r>
        <w:t>یہ ہے اسپیڈ رمضان کی۔ تو دعوت اور تو معرفت اور دعوت دونوں رمضان کی اسپیڈ میں شامل ہیں۔</w:t>
      </w:r>
    </w:p>
    <w:p>
      <w:r>
        <w:rPr>
          <w:b/>
        </w:rPr>
        <w:t xml:space="preserve">[07:48] </w:t>
      </w:r>
      <w:r>
        <w:t>yeh to zahiri surat is ki hai ke aap ne subah se sham tak khana peena chhod diya, yeh zahiri surat hai, yani form hai is ka, lekin speed kya hai, us ko janiye.</w:t>
      </w:r>
    </w:p>
    <w:p>
      <w:pPr>
        <w:jc w:val="right"/>
      </w:pPr>
      <w:r>
        <w:t>یہ تو ظاہری صورت اس کی ہے کہ آپ نے صبح سے شام تک کھانا پینا چھوڑ دیا، یہ ظاہری صورت ہے، یعنی فارم ہے اس کا، لیکن اسپیڈ کیا ہے، اس کو جانیے۔</w:t>
      </w:r>
    </w:p>
    <w:p>
      <w:r>
        <w:rPr>
          <w:b/>
        </w:rPr>
        <w:t xml:space="preserve">[08:01] </w:t>
      </w:r>
      <w:r>
        <w:t>har cheez ki ek zahiri surat hoti hai, ek speed hoti hai. jaise qurbani ke liye aaya hai ke "layalla lahuma wala dimagh taqwa".</w:t>
      </w:r>
    </w:p>
    <w:p>
      <w:pPr>
        <w:jc w:val="right"/>
      </w:pPr>
      <w:r>
        <w:t>ہر چیز کی ایک ظاہری صورت ہوتی ہے، ایک اسپیڈ ہوتی ہے۔ جیسے قربانی کے لیے آیا ہے کہ "لیلی اللہ لہما ولا دماغ تقوی"۔</w:t>
      </w:r>
    </w:p>
    <w:p>
      <w:r>
        <w:rPr>
          <w:b/>
        </w:rPr>
        <w:t xml:space="preserve">[08:15] </w:t>
      </w:r>
      <w:r>
        <w:t>Quran mein yeh ayat aayi hai qurbani ke bare mein ke Allah ko tumhara, tumhari qurbani ka gosht aur khoon nahi pahunchta, tumhara apna jo taqwa hai, tumhara apne andar jo speed hai, woh pahunchti hai Allah taala ko.</w:t>
      </w:r>
    </w:p>
    <w:p>
      <w:pPr>
        <w:jc w:val="right"/>
      </w:pPr>
      <w:r>
        <w:t>قرآن میں یہ آیت آئی ہے قربانی کے بارے میں کہ اللہ کو تمہارا، تمہاری قربانی کا گوشت اور خون نہیں پہنچتا، تمہارا اپنا جو تقویٰ ہے، تمہارا اپنے اندر جو اسپیڈ ہے، وہ پہنچتی ہے اللہ تعالیٰ کو۔</w:t>
      </w:r>
    </w:p>
    <w:p>
      <w:r>
        <w:rPr>
          <w:b/>
        </w:rPr>
        <w:t xml:space="preserve">[08:32] </w:t>
      </w:r>
      <w:r>
        <w:t>yeh Ramzan ke bare mein hadith aayi aayi hai ke jis shakhs ne Ramzan ko is ki speed ke sath roza nahi rakha, to ek is mein hadith mein aaya hai ke ke Allah ko is ki hajat nahi ke woh chhota bhookha rahe aur pyasa rahe.</w:t>
      </w:r>
    </w:p>
    <w:p>
      <w:pPr>
        <w:jc w:val="right"/>
      </w:pPr>
      <w:r>
        <w:t>یہ رمضان کے بارے میں حدیث آئی آئی ہے کہ جس شخص نے رمضان کو اس کی اسپیڈ کے ساتھ روزہ نہیں رکھا، تو ایک اس میں حدیث میں آیا ہے کہ کہ اللہ کو اس کی حاجت نہیں کہ وہ چھوٹا بھوکا رہے اور پیاسا رہے۔</w:t>
      </w:r>
    </w:p>
    <w:p>
      <w:r>
        <w:rPr>
          <w:b/>
        </w:rPr>
        <w:t xml:space="preserve">[08:50] </w:t>
      </w:r>
      <w:r>
        <w:t>Allah ko is ki hajat nahi ke aadmi ke woh bhookha rahe aur pyasa rahe. to kaha asal ahmiyat speed ki hai har cheez mein.</w:t>
      </w:r>
    </w:p>
    <w:p>
      <w:pPr>
        <w:jc w:val="right"/>
      </w:pPr>
      <w:r>
        <w:t>اللہ کو اس کی حاجت نہیں کہ آدمی کہ وہ بھوکا رہے اور پیاسا رہے۔ تو کہا اصل اہمیت اسپیڈ کی ہے ہر چیز میں۔</w:t>
      </w:r>
    </w:p>
    <w:p>
      <w:r>
        <w:rPr>
          <w:b/>
        </w:rPr>
        <w:t xml:space="preserve">[08:59] </w:t>
      </w:r>
      <w:r>
        <w:t>hadith mein aata hai ke "innal a'malu binniyat". yeh niyat ka lafz jo hai, yeh logon ko clear nahi hai, pata nahi kis cheez ko niyat samajhte hain.</w:t>
      </w:r>
    </w:p>
    <w:p>
      <w:pPr>
        <w:jc w:val="right"/>
      </w:pPr>
      <w:r>
        <w:t>حدیث میں آتا ہے کہ "انب الاعمال بالنیات"۔ یہ نیت کا لفظ جو ہے، یہ لوگوں کو کلیئر نہیں ہے، پتہ نہیں کس چیز کو نیت سمجھتے ہیں۔</w:t>
      </w:r>
    </w:p>
    <w:p>
      <w:r>
        <w:rPr>
          <w:b/>
        </w:rPr>
        <w:t xml:space="preserve">[09:10] </w:t>
      </w:r>
      <w:r>
        <w:t>niyat mani hai speed. "innal a'malu binniyat" ka mani hai ke amal ka daromadar speed par hai, yani jo inner, yani internal content kahiye us ko.</w:t>
      </w:r>
    </w:p>
    <w:p>
      <w:pPr>
        <w:jc w:val="right"/>
      </w:pPr>
      <w:r>
        <w:t>نیت معنی ہے اسپیڈ۔ "انب الاعمال بالنیات" کا معنی ہے کہ عمل کا دارومدار اسپیڈ پر ہے، یعنی جو انر، یعنی انٹرنل کنٹینٹ کہیے اس کو۔</w:t>
      </w:r>
    </w:p>
    <w:p>
      <w:r>
        <w:rPr>
          <w:b/>
        </w:rPr>
        <w:t xml:space="preserve">[09:25] </w:t>
      </w:r>
      <w:r>
        <w:t>ek hai kharji form, ek hai dakhli content. to aur "innal a'malu binniyat" ka matlab yeh hai ke a'mal ka jo criteria hai judge karne ka,</w:t>
      </w:r>
    </w:p>
    <w:p>
      <w:pPr>
        <w:jc w:val="right"/>
      </w:pPr>
      <w:r>
        <w:t>ایک ہے خارجی فارم، ایک ہے داخلی کنٹینٹ۔ تو اور "انب الاعمال بالنیات" کا مطلب یہ ہے کہ اعمال کا کا جو کرائٹیریا ہے جج کرنے کا،</w:t>
      </w:r>
    </w:p>
    <w:p>
      <w:r>
        <w:rPr>
          <w:b/>
        </w:rPr>
        <w:t xml:space="preserve">[09:40] </w:t>
      </w:r>
      <w:r>
        <w:t>to yeh nahi ke is ke form mein kehte hain aap ne ihtimam dikhaya, yeh nahi hai. kis speed se aap ne woh kam kiya,</w:t>
      </w:r>
    </w:p>
    <w:p>
      <w:pPr>
        <w:jc w:val="right"/>
      </w:pPr>
      <w:r>
        <w:t>تو یہ نہیں کہ اس کے فارم میں کہتے ہیں آپ نے اہتمام دکھایا، یہ نہیں ہے۔ کس اسپیڈ سے آپ نے وہ کام کیا،</w:t>
      </w:r>
    </w:p>
    <w:p>
      <w:r>
        <w:rPr>
          <w:b/>
        </w:rPr>
        <w:t xml:space="preserve">[09:50] </w:t>
      </w:r>
      <w:r>
        <w:t>yeh hai. "anb al-a'maal bil-niyat" ka matlab hai ke spirit ke aitbaar se jaancha jayega, na ke form ke aitbaar se. to yeh mamla ramzan ke roze ka hai ke is ko bhi spirit ke aitbaar se jaancha jayega, na ke form ke aitbaar se.</w:t>
      </w:r>
    </w:p>
    <w:p>
      <w:pPr>
        <w:jc w:val="right"/>
      </w:pPr>
      <w:r>
        <w:t>یہ ہے۔ "انب الاعمال بالنیات" کا مطلب ہے کہ اسپیڈ کے اعتبار سے جانچا جائے گا، نہ کہ فارم کے اعتبار سے۔ تو یہ معاملہ رمضان کے روزے کا ہے کہ اس کو بھی اسپیڈ کے اعتبار سے جانچا جائے گا، نہ کہ فارم کے اعتبار سے۔</w:t>
      </w:r>
    </w:p>
    <w:p>
      <w:r>
        <w:rPr>
          <w:b/>
        </w:rPr>
        <w:t xml:space="preserve">[10:09] </w:t>
      </w:r>
      <w:r>
        <w:t>to speed yahi hai ke aap zyada se zyada apne ko ghair zaroori mashghooliyaton se bachayen aur tadabbur, tafakkur ki ibadat karen, quran ka mutala karen.</w:t>
      </w:r>
    </w:p>
    <w:p>
      <w:pPr>
        <w:jc w:val="right"/>
      </w:pPr>
      <w:r>
        <w:t>تو اسپیڈ یہی ہے کہ آپ زیادہ سے زیادہ اپنے کو غیر ضروری مشغولیتوں سے بچائیں اور تدبر، تفکر کی عبادت کریں، قرآن کا مطالعہ کریں۔</w:t>
      </w:r>
    </w:p>
    <w:p>
      <w:r>
        <w:rPr>
          <w:b/>
        </w:rPr>
        <w:t xml:space="preserve">[10:24] </w:t>
      </w:r>
      <w:r>
        <w:t>yeh hai is ka ek pehlu ke aap marifat hasil karen, Allah ki marifat, sachai ki marifat, jannat ki marifat, farishton ki marifat, wahi ki marifat, yeh yeh hasil karen.</w:t>
      </w:r>
    </w:p>
    <w:p>
      <w:pPr>
        <w:jc w:val="right"/>
      </w:pPr>
      <w:r>
        <w:t>یہ ہے اس کا ایک پہلو کہ آپ معرفت حاصل کریں، اللہ کی معرفت، سچائی کی معرفت، جنت کی معرفت، فرشتوں کی معرفت، وحی کی معرفت، یہ یہ حاصل کریں۔</w:t>
      </w:r>
    </w:p>
    <w:p>
      <w:r>
        <w:rPr>
          <w:b/>
        </w:rPr>
        <w:t xml:space="preserve">[10:41] </w:t>
      </w:r>
      <w:r>
        <w:t>zyada se zyada aap ka waqt isi mein lage. aur doosri cheez jo hai, woh dawat hai. to jo rasool Allah ke bare mein jo hadith mein mein ne parhi aap ke samne ke aap hawa se zyada tez ho jate the khair ke liye,</w:t>
      </w:r>
    </w:p>
    <w:p>
      <w:pPr>
        <w:jc w:val="right"/>
      </w:pPr>
      <w:r>
        <w:t>زیادہ سے زیادہ آپ کا وقت اسی میں لگے۔ اور دوسری چیز جو ہے، وہ دعوت ہے۔ تو جو رسول اللہ کے بارے میں جو حدیث میں میں نے پڑھی آپ کے سامنے کہ آپ ہوا سے زیادہ تیز ہو جاتے تھے خیر کے لیے،</w:t>
      </w:r>
    </w:p>
    <w:p>
      <w:r>
        <w:rPr>
          <w:b/>
        </w:rPr>
        <w:t xml:space="preserve">[10:59] </w:t>
      </w:r>
      <w:r>
        <w:t>yani ramzan ke zamane mein aap ki jo speed hoti thi doosron ko faida pohnchanay ki, woh bohat barh jati thi.</w:t>
      </w:r>
    </w:p>
    <w:p>
      <w:pPr>
        <w:jc w:val="right"/>
      </w:pPr>
      <w:r>
        <w:t>یعنی رمضان کے زمانے میں آپ کی جو اسپیڈ ہوتی تھی دوسروں کو فائدہ پہنچانے کی، وہ بہت بڑھ جاتی تھی۔</w:t>
      </w:r>
    </w:p>
    <w:p>
      <w:r>
        <w:rPr>
          <w:b/>
        </w:rPr>
        <w:t xml:space="preserve">[11:08] </w:t>
      </w:r>
      <w:r>
        <w:t>to dekhiye, doosron ko khair pohnchana yeh ek to hota hai maal se, khane peenay ki cheezain denay se, lekin yeh yeh sirf ek pehlu hai, ek pehlu hai,</w:t>
      </w:r>
    </w:p>
    <w:p>
      <w:pPr>
        <w:jc w:val="right"/>
      </w:pPr>
      <w:r>
        <w:t>تو دیکھیے، دوسروں کو خیر پہنچانا یہ ایک تو ہوتا ہے مال سے، کھانے پینے کی چیزیں دینے سے، لیکن یہ یہ صرف ایک پہلو ہے، ایک پہلو ہے،</w:t>
      </w:r>
    </w:p>
    <w:p>
      <w:r>
        <w:rPr>
          <w:b/>
        </w:rPr>
        <w:t xml:space="preserve">[11:27] </w:t>
      </w:r>
      <w:r>
        <w:t>ek pehlu hai. is se zyada bara pehlu yeh hai ke aap un ko woh woh woh sachai batayen logon ko jo sachai un ko jannat mein dakhil karne wali ho, yani woh sachai jo un ko jannat ka jannat mein dakhla de,</w:t>
      </w:r>
    </w:p>
    <w:p>
      <w:pPr>
        <w:jc w:val="right"/>
      </w:pPr>
      <w:r>
        <w:t>ایک پہلو ہے۔ اس سے زیادہ بڑا پہلو یہ ہے کہ آپ ان کو وہ وہ وہ سچائی بتائیں لوگوں کو جو سچائی ان کو جنت میں داخل کرنے والی ہو، یعنی وہ سچائی جو ان کو جنت کا جنت میں داخلہ دے،</w:t>
      </w:r>
    </w:p>
    <w:p>
      <w:r>
        <w:rPr>
          <w:b/>
        </w:rPr>
        <w:t xml:space="preserve">[11:45] </w:t>
      </w:r>
      <w:r>
        <w:t>eternal jo eternal jannat hai, us mein dakhla mile, woh zyada bari bari baat hai, zyada bari baat hai.</w:t>
      </w:r>
    </w:p>
    <w:p>
      <w:pPr>
        <w:jc w:val="right"/>
      </w:pPr>
      <w:r>
        <w:t>ایٹرنل جو ایٹرنل جنت ہے، اس میں داخلہ ملے، وہ زیادہ بڑی بڑی بات ہے، زیادہ بڑی بات ہے۔</w:t>
      </w:r>
    </w:p>
    <w:p>
      <w:r>
        <w:rPr>
          <w:b/>
        </w:rPr>
        <w:t xml:space="preserve">[11:55] </w:t>
      </w:r>
      <w:r>
        <w:t>to is mani hai ke mali sadqa bhi bilashuba ek khair hai, lekin is se zyada bara khair yeh hai ke aap logon ko dawti sadqa den, dawti sadqa,</w:t>
      </w:r>
    </w:p>
    <w:p>
      <w:pPr>
        <w:jc w:val="right"/>
      </w:pPr>
      <w:r>
        <w:t>تو اس معنی ہے کہ مالی صدقہ بھی بلاشبہ ایک خیر ہے، لیکن اس سے زیادہ بڑا خیر یہ ہے کہ آپ لوگوں کو دعوتی صدقہ دیں، دعوتی صدقہ،</w:t>
      </w:r>
    </w:p>
    <w:p>
      <w:r>
        <w:rPr>
          <w:b/>
        </w:rPr>
        <w:t xml:space="preserve">[12:10] </w:t>
      </w:r>
      <w:r>
        <w:t>is ka zyada bari koshish nahin. to ramzan mein aadmi apne aap ko is ke liye tayyar karta hai.</w:t>
      </w:r>
    </w:p>
    <w:p>
      <w:pPr>
        <w:jc w:val="right"/>
      </w:pPr>
      <w:r>
        <w:t>اس کا زیادہ بڑی کوشش نہیں۔ تو رمضان میں آدمی اپنے آپ کو اس کے لیے تیار کرتا ہے۔</w:t>
      </w:r>
    </w:p>
    <w:p>
      <w:r>
        <w:rPr>
          <w:b/>
        </w:rPr>
        <w:t xml:space="preserve">[12:21] </w:t>
      </w:r>
      <w:r>
        <w:t>ramzan mein aadmi apne aap ko is ke liye tayyar karta hai aur itna zyada apne ko tayyar karta hai. tayyari ka dekhen, criteria kya hai?</w:t>
      </w:r>
    </w:p>
    <w:p>
      <w:pPr>
        <w:jc w:val="right"/>
      </w:pPr>
      <w:r>
        <w:t>رمضان میں آدمی اپنے آپ کو اس کے لیے تیار کرتا ہے اور اتنا زیادہ اپنے کو تیار کرتا ہے۔ تیاری کا دیکھیں، کرائٹیریا کیا ہے؟</w:t>
      </w:r>
    </w:p>
    <w:p>
      <w:r>
        <w:rPr>
          <w:b/>
        </w:rPr>
        <w:t xml:space="preserve">[12:31] </w:t>
      </w:r>
      <w:r>
        <w:t>mein samajhta hoon ke quran mein surah al-baqarah mein jahan aya hai zikr ramzan ka aur roze ka, wahan ek ayat hai, wahi criteria hai judge karne ke liye ke aap ka roza kaisa hai Allah ki nazar mein.</w:t>
      </w:r>
    </w:p>
    <w:p>
      <w:pPr>
        <w:jc w:val="right"/>
      </w:pPr>
      <w:r>
        <w:t>میں سمجھتا ہوں کہ قرآن میں سورہ البقرہ میں جہاں آیا ہے ذکر رمضان کا اور روزے کا، وہاں ایک آیت ہے، وہی کرائٹیریا ہے جج کرنے کے لیے کہ آپ کا روزہ کیسا ہے اللہ کی نظر میں۔</w:t>
      </w:r>
    </w:p>
    <w:p>
      <w:r>
        <w:rPr>
          <w:b/>
        </w:rPr>
        <w:t xml:space="preserve">[12:47] </w:t>
      </w:r>
      <w:r>
        <w:t>Allah ki nazar mein aap ka roza kaisa hai?</w:t>
      </w:r>
    </w:p>
    <w:p>
      <w:pPr>
        <w:jc w:val="right"/>
      </w:pPr>
      <w:r>
        <w:t>اللہ کی نظر میں آپ کا روزہ کیسا ہے؟</w:t>
      </w:r>
    </w:p>
    <w:p>
      <w:r>
        <w:rPr>
          <w:b/>
        </w:rPr>
        <w:t xml:space="preserve">[12:50] </w:t>
      </w:r>
      <w:r>
        <w:t>woh ayat hai: "wa idha saalaka 'ibadi 'anni fa'inni qarib".</w:t>
      </w:r>
    </w:p>
    <w:p>
      <w:pPr>
        <w:jc w:val="right"/>
      </w:pPr>
      <w:r>
        <w:t>وہ آیت ہے: "وَإِذَا سَالَكَ عِبَادِي أَنِّي فَإِنِّي قَرِيبٌ"۔ اس کا</w:t>
      </w:r>
    </w:p>
    <w:p>
      <w:r>
        <w:rPr>
          <w:b/>
        </w:rPr>
        <w:t xml:space="preserve">[13:03] </w:t>
      </w:r>
      <w:r>
        <w:t>tarjuma yeh hai: "bande jab poochen tum se mere bare mein, yani Allah ke bare mein, to kaho ke mein qareeb hoon, kaho ke mein qareeb hoon,</w:t>
      </w:r>
    </w:p>
    <w:p>
      <w:pPr>
        <w:jc w:val="right"/>
      </w:pPr>
      <w:r>
        <w:t>ترجمہ یہ ہے: "بندے جب پوچھیں تم سے میرے بارے میں، یعنی اللہ کے بارے میں، تو کہو کہ میں قریب ہوں، کہو کہ میں قریب ہوں،</w:t>
      </w:r>
    </w:p>
    <w:p>
      <w:r>
        <w:rPr>
          <w:b/>
        </w:rPr>
        <w:t xml:space="preserve">[13:20] </w:t>
      </w:r>
      <w:r>
        <w:t>mein pukarnay walay ki pukar ko sunta hoon, to tum mujhe pukaro."</w:t>
      </w:r>
    </w:p>
    <w:p>
      <w:pPr>
        <w:jc w:val="right"/>
      </w:pPr>
      <w:r>
        <w:t>میں پکارنے والے کی پکار کو سنتا ہوں، تو تم مجھے پکارو۔"</w:t>
      </w:r>
    </w:p>
    <w:p>
      <w:r>
        <w:rPr>
          <w:b/>
        </w:rPr>
        <w:t xml:space="preserve">[13:29] </w:t>
      </w:r>
      <w:r>
        <w:t>kehti hai: "ajeeb baat hai yeh, aur aisa tum karoge to tum ko rushd milegi, hidayat milegi." ab yahan par dekhiye, ek ek aam pehlu is ka hai ke Allah apne bondon se qareeb hai, ek aam baat</w:t>
      </w:r>
    </w:p>
    <w:p>
      <w:pPr>
        <w:jc w:val="right"/>
      </w:pPr>
      <w:r>
        <w:t>کہتی ہے: "عجیب بات ہے یہ، اور ایسا تم کرو گے تو تم کو رشد ملے گی، ہدایت ملے گی۔" اب یہاں پر دیکھیے، ایک ایک عام پہلو اس کا ہے کہ اللہ اپنے بندوں سے قریب ہے، ایک عام بات</w:t>
      </w:r>
    </w:p>
    <w:p>
      <w:r>
        <w:rPr>
          <w:b/>
        </w:rPr>
        <w:t xml:space="preserve">[13:43] </w:t>
      </w:r>
      <w:r>
        <w:t>hai, lekin is mein doosra pehlu ek aur hai ke ramzan agar sahi tareeqay se guzare, aadmi sahi tareeqay se is ki jo asal speed hai, us ke sath guzare to woh apne, yani roohaniyat ke aitbaar se, spirituality ke aitbaar se,</w:t>
      </w:r>
    </w:p>
    <w:p>
      <w:pPr>
        <w:jc w:val="right"/>
      </w:pPr>
      <w:r>
        <w:t>ہے، لیکن اس میں دوسرا پہلو ایک اور ہے کہ رمضان اگر صحیح طریقے سے گزارے، آدمی صحیح طریقے سے اس کی جو اصل اسپیڈ ہے، اس کے ساتھ گزارے تو وہ اپنے، یعنی روحانیت کے اعتبار سے، سپریچولیٹی کے اعتبار سے،</w:t>
      </w:r>
    </w:p>
    <w:p>
      <w:r>
        <w:rPr>
          <w:b/>
        </w:rPr>
        <w:t xml:space="preserve">[14:03] </w:t>
      </w:r>
      <w:r>
        <w:t>Allah se qareeb ho jata hai, yani ehsas-e-qurbat mein jeenay lagta hai. woh</w:t>
      </w:r>
    </w:p>
    <w:p>
      <w:pPr>
        <w:jc w:val="right"/>
      </w:pPr>
      <w:r>
        <w:t>اللہ سے قریب ہو جاتا ہے، یعنی احساس قربت میں جینے لگتا ہے۔ وہ</w:t>
      </w:r>
    </w:p>
    <w:p>
      <w:r>
        <w:rPr>
          <w:b/>
        </w:rPr>
        <w:t xml:space="preserve">[14:10] </w:t>
      </w:r>
      <w:r>
        <w:t>aam taur par jo log jo hain, ehsas-e-doori bhi jeetay hain. mein apne ghar ke samne jo khara hota hoon, dekhta hoon log aa rahe hain, ja rahe hain, aa rahe hain, ja rahe hain, to mujhe lagta hai ke, yani khamoshi ke sath woh ailan kar rahe hain ke hum ehsas-e-doori mein jee rahe hain,</w:t>
      </w:r>
    </w:p>
    <w:p>
      <w:pPr>
        <w:jc w:val="right"/>
      </w:pPr>
      <w:r>
        <w:t>عام طور پر جو لوگ جو ہیں، احساس دوری بھی جیتے ہیں۔ میں اپنے گھر کے سامنے جو کھڑا ہوتا ہوں، دیکھتا ہوں لوگ آ رہے ہیں، جا رہے ہیں، آ رہے ہیں، جا رہے ہیں، تو مجھے لگتا ہے کہ، یعنی خاموشی کے ساتھ وہ اعلان کر رہے ہیں کہ ہم احساس دوری میں جی رہے ہیں،</w:t>
      </w:r>
    </w:p>
    <w:p>
      <w:r>
        <w:rPr>
          <w:b/>
        </w:rPr>
        <w:t xml:space="preserve">[14:30] </w:t>
      </w:r>
      <w:r>
        <w:t>ehsas-e-qurbat mein nahin jee rahe hain. to</w:t>
      </w:r>
    </w:p>
    <w:p>
      <w:pPr>
        <w:jc w:val="right"/>
      </w:pPr>
      <w:r>
        <w:t>احساس قربت میں نہیں جی رہے ہیں۔ تو</w:t>
      </w:r>
    </w:p>
    <w:p>
      <w:r>
        <w:rPr>
          <w:b/>
        </w:rPr>
        <w:t xml:space="preserve">[14:34] </w:t>
      </w:r>
      <w:r>
        <w:t>ramzan mein agar aadmi sahi tareeqay se is ke aadab ka ehtimam kare, yani tadabbur kare, tafakkur kare, quran ka mutala kare,</w:t>
      </w:r>
    </w:p>
    <w:p>
      <w:pPr>
        <w:jc w:val="right"/>
      </w:pPr>
      <w:r>
        <w:t>رمضان میں اگر آدمی صحیح طریقے سے اس کے آداب کا اہتمام کرے، یعنی تدبر کرے، تفکر کرے، قرآن کا مطالعہ کرے،</w:t>
      </w:r>
    </w:p>
    <w:p>
      <w:r>
        <w:rPr>
          <w:b/>
        </w:rPr>
        <w:t xml:space="preserve">[14:48] </w:t>
      </w:r>
      <w:r>
        <w:t>to woh Allah ke muamle mein ehsas-e-qurbat mein jeenay lagta hai, jeenay lagega. yeh qurbat ka ehsas is ko shadeed hoga is ke andar.</w:t>
      </w:r>
    </w:p>
    <w:p>
      <w:pPr>
        <w:jc w:val="right"/>
      </w:pPr>
      <w:r>
        <w:t>تو وہ اللہ کے معاملے میں احساس قربت میں جینے لگتا ہے، جینے لگے گا۔ یہ قربت کا احساس اس کو شدید ہوگا اس کے اندر۔</w:t>
      </w:r>
    </w:p>
    <w:p>
      <w:r>
        <w:rPr>
          <w:b/>
        </w:rPr>
        <w:t xml:space="preserve">[15:00] </w:t>
      </w:r>
      <w:r>
        <w:t>to farmaya ke jab tum Allah se itni qurbat aa jaye, tum ko ehsas-e-qurbat tumhare andar paida ho jaye, to tum khud yeh daryaft kar liya tum ne ke Khuda to mere pas hi hai, ke door ki khabar nahin hai,</w:t>
      </w:r>
    </w:p>
    <w:p>
      <w:pPr>
        <w:jc w:val="right"/>
      </w:pPr>
      <w:r>
        <w:t>تو فرمایا کہ جب تم اللہ سے اتنی قربت آ جائے، تم کو احساس قربت تمہارے اندر پیدا ہو جائے، تو تم خود یہ دریافت کر لیا تم نے کہ خدا تو میرے پاس ہی ہے، کہ دور کی خبر نہیں ہے،</w:t>
      </w:r>
    </w:p>
    <w:p>
      <w:r>
        <w:rPr>
          <w:b/>
        </w:rPr>
        <w:t xml:space="preserve">[15:17] </w:t>
      </w:r>
      <w:r>
        <w:t>yani Khuda insan ke qareeb hai, yeh is insan ke liye hai jo aam insan hai,</w:t>
      </w:r>
    </w:p>
    <w:p>
      <w:pPr>
        <w:jc w:val="right"/>
      </w:pPr>
      <w:r>
        <w:t>یعنی خدا انسان کے قریب ہے، یہ اس انسان کے لیے ہے جو عام انسان ہے،</w:t>
      </w:r>
    </w:p>
    <w:p>
      <w:r>
        <w:rPr>
          <w:b/>
        </w:rPr>
        <w:t xml:space="preserve">[15:24] </w:t>
      </w:r>
      <w:r>
        <w:t>is ke liye khabar hai, lekin ek sachche rozedaar ke liye jo sachchi speed ko jagaye apne andar, us ke liye yeh khabar nahi hai, yeh us ke liye ek waqea hai, yaani ehsaas ke aitbaar se mehsoos karne lagta hai ke main Allah se qareeb pahunch gaya hoon.</w:t>
      </w:r>
    </w:p>
    <w:p>
      <w:pPr>
        <w:jc w:val="right"/>
      </w:pPr>
      <w:r>
        <w:t>اس کے لیے خبر ہے، لیکن ایک سچے روزے دار کے لیے جو سچی اسپیڈ کو جگائے اپنے اندر، اس کے لیے یہ خبر نہیں ہے، یہ اس کے لیے ایک واقعہ ہے، یعنی احساس کے اعتبار سے محسوس کرنے لگتا ہے کہ میں اللہ سے قریب پہنچ گیا ہوں۔</w:t>
      </w:r>
    </w:p>
    <w:p>
      <w:r>
        <w:rPr>
          <w:b/>
        </w:rPr>
        <w:t xml:space="preserve">[15:43] </w:t>
      </w:r>
      <w:r>
        <w:t>to jab yeh ehsaas taari ho jaye, Allah se qurbat ka ehsaas, to kya hoga?</w:t>
      </w:r>
    </w:p>
    <w:p>
      <w:pPr>
        <w:jc w:val="right"/>
      </w:pPr>
      <w:r>
        <w:t>تو جب یہ احساس طاری ہو جائے، اللہ سے قربت کا احساس، تو کیا ہوگا؟</w:t>
      </w:r>
    </w:p>
    <w:p>
      <w:r>
        <w:rPr>
          <w:b/>
        </w:rPr>
        <w:t xml:space="preserve">[15:50] </w:t>
      </w:r>
      <w:r>
        <w:t>to aadmi khoob duaen karega, khoob tazarrue karega, yeh karega woh.</w:t>
      </w:r>
    </w:p>
    <w:p>
      <w:pPr>
        <w:jc w:val="right"/>
      </w:pPr>
      <w:r>
        <w:t>تو آدمی خوب دعائیں کرے گا، خوب تضرع کرے گا، یہ کرے گا وہ۔</w:t>
      </w:r>
    </w:p>
    <w:p>
      <w:r>
        <w:rPr>
          <w:b/>
        </w:rPr>
        <w:t xml:space="preserve">[16:00] </w:t>
      </w:r>
      <w:r>
        <w:t>to yeh hai Ramzan ki speed. Achha, doosri baat dekhen, yeh hai ke aisa nahi ke Ramzan aaya to achaanak aap kehte hain speed jaag uthegi, jaise hi Ramzan ka chand dikhai diya, aur achaanak ab andar speed aur Ramzan aa jayega.</w:t>
      </w:r>
    </w:p>
    <w:p>
      <w:pPr>
        <w:jc w:val="right"/>
      </w:pPr>
      <w:r>
        <w:t>تو یہ ہے رمضان کی اسپیڈ۔ اچھا، دوسری بات دیکھیں، یہ ہے کہ ایسا نہیں کہ رمضان آیا تو اچانک آپ کہتے ہیں اسپیڈ جاگ اٹھے گی، جیسے ہی رمضان کا چاند دکھائی دیا، اور اچانک اب اندر اسپیڈ اور رمضان آ جائے گی۔</w:t>
      </w:r>
    </w:p>
    <w:p>
      <w:r>
        <w:rPr>
          <w:b/>
        </w:rPr>
        <w:t xml:space="preserve">[16:20] </w:t>
      </w:r>
      <w:r>
        <w:t>aisa nahi hota, yeh tasalsul ka mamla hai, continuity ka mamla hai,</w:t>
      </w:r>
    </w:p>
    <w:p>
      <w:pPr>
        <w:jc w:val="right"/>
      </w:pPr>
      <w:r>
        <w:t>ایسا نہیں ہوتا، یہ تسلسل کا معاملہ ہے، کنٹینیوٹی کا معاملہ ہے،</w:t>
      </w:r>
    </w:p>
    <w:p>
      <w:r>
        <w:rPr>
          <w:b/>
        </w:rPr>
        <w:t xml:space="preserve">[16:26] </w:t>
      </w:r>
      <w:r>
        <w:t>yaani pre Ramzan bhi aap isi tarah ke speed mein zindagi guzar rahe honge, tab post Ramzan mein aap ko woh kaifiyat milegi, yaani aap ko aaj kahani ke aap ko ek prepared mind ke sath Ramzan mein dakhil hona hai.</w:t>
      </w:r>
    </w:p>
    <w:p>
      <w:pPr>
        <w:jc w:val="right"/>
      </w:pPr>
      <w:r>
        <w:t>یعنی پری رمضان بھی آپ اسی طرح کے اسپیڈ میں زندگی گزار رہے ہوں گے، تب پوسٹ رمضان میں آپ کو وہ کیفیت ملے گی، یعنی آپ کو آج کہانی کہ آپ کو ایک پریپیرڈ مائنڈ کے ساتھ رمضان میں داخل ہونا ہے۔</w:t>
      </w:r>
    </w:p>
    <w:p>
      <w:r>
        <w:rPr>
          <w:b/>
        </w:rPr>
        <w:t xml:space="preserve">[16:47] </w:t>
      </w:r>
      <w:r>
        <w:t>Ramzan mein aap ko prepared mind ke sath dakhil hona hai. Agar aap prepared nahi hain to kya hoga?</w:t>
      </w:r>
    </w:p>
    <w:p>
      <w:pPr>
        <w:jc w:val="right"/>
      </w:pPr>
      <w:r>
        <w:t>رمضان میں آپ کو پریپیرڈ مائنڈ کے ساتھ داخل ہونا ہے۔ اگر آپ پریپیرڈ نہیں ہیں تو کیا ہوگا؟</w:t>
      </w:r>
    </w:p>
    <w:p>
      <w:r>
        <w:rPr>
          <w:b/>
        </w:rPr>
        <w:t xml:space="preserve">[16:56] </w:t>
      </w:r>
      <w:r>
        <w:t>bas khane peena, khane peene ki baaten janenge. Aap maine akhbar mein ek ek boodhi khatoon ka mazmoon padha, woh UP ke kisi shehar karne wali theen,</w:t>
      </w:r>
    </w:p>
    <w:p>
      <w:pPr>
        <w:jc w:val="right"/>
      </w:pPr>
      <w:r>
        <w:t>بس کھانے پینا، کھانے پینے کی باتیں جانیں گے۔ آپ میں نے اخبار میں ایک ایک بوڑھی خاتون کا مضمون پڑھا، وہ یو پی کے کسی شہر کرنے والی تھیں،</w:t>
      </w:r>
    </w:p>
    <w:p>
      <w:r>
        <w:rPr>
          <w:b/>
        </w:rPr>
        <w:t xml:space="preserve">[17:13] </w:t>
      </w:r>
      <w:r>
        <w:t>yeh pichhle saal ki baat hai, to un se kaha gaya tha ke aap apne zamane ke Ramzan ke bare mein likhen. Woh boodhi khatoon se apne zamane ke Ramzan ke bare mein</w:t>
      </w:r>
    </w:p>
    <w:p>
      <w:pPr>
        <w:jc w:val="right"/>
      </w:pPr>
      <w:r>
        <w:t>یہ پچھلے سال کی بات ہے، تو ان سے کہا گیا تھا کہ آپ اپنے زمانے کے رمضان کے بارے میں لکھیں۔ وہ بوڑھی خاتون سے اپنے زمانے کے رمضان کے بارے میں</w:t>
      </w:r>
    </w:p>
    <w:p>
      <w:r>
        <w:rPr>
          <w:b/>
        </w:rPr>
        <w:t xml:space="preserve">[17:27] </w:t>
      </w:r>
      <w:r>
        <w:t>to boodhi khatoon ne likha ke hamare ghar mein, yaani yeh haalat thi ke</w:t>
      </w:r>
    </w:p>
    <w:p>
      <w:pPr>
        <w:jc w:val="right"/>
      </w:pPr>
      <w:r>
        <w:t>تو بوڑھی خاتون نے لکھا کہ ہمارے گھر میں، یعنی یہ حالت تھی کہ</w:t>
      </w:r>
    </w:p>
    <w:p>
      <w:r>
        <w:rPr>
          <w:b/>
        </w:rPr>
        <w:t xml:space="preserve">[17:40] </w:t>
      </w:r>
      <w:r>
        <w:t>dopehar se hi se tayyari shuru ho jati thi, yaani ghar mein yeh haalat thi ke dopehar ke baad se sari khawateen ghar ki Ramzan ki tayyari shuru ho jati thi.</w:t>
      </w:r>
    </w:p>
    <w:p>
      <w:pPr>
        <w:jc w:val="right"/>
      </w:pPr>
      <w:r>
        <w:t>دوپہر سے ہی سے تیاری شروع ہو جاتی تھی، یعنی گھر میں یہ حالت تھی کہ دوپہر کے بعد سے ساری خواتین گھر کی رمضان کی تیاری شروع ہو جاتی تھی۔</w:t>
      </w:r>
    </w:p>
    <w:p>
      <w:r>
        <w:rPr>
          <w:b/>
        </w:rPr>
        <w:t xml:space="preserve">[17:51] </w:t>
      </w:r>
      <w:r>
        <w:t>ab maine socha ke kya tayyari karti hongi woh</w:t>
      </w:r>
    </w:p>
    <w:p>
      <w:pPr>
        <w:jc w:val="right"/>
      </w:pPr>
      <w:r>
        <w:t>اب میں نے سوچا کہ کیا تیاری کرتی ہوں گی وہ</w:t>
      </w:r>
    </w:p>
    <w:p>
      <w:r>
        <w:rPr>
          <w:b/>
        </w:rPr>
        <w:t xml:space="preserve">[17:53] </w:t>
      </w:r>
      <w:r>
        <w:t>? To us ne bataya, unhon ne ke mashroobat kaun se aaj rahenge, aaj kaun si cheez se roza iftar kiya jayega, khane mein kya item hoga, yaani yahi sab baaten.</w:t>
      </w:r>
    </w:p>
    <w:p>
      <w:pPr>
        <w:jc w:val="right"/>
      </w:pPr>
      <w:r>
        <w:t>؟ تو اس نے بتایا، انہوں نے کہ مشروبات کون سے آج رہیں گے، آج کون سی چیز سے روزہ افطار کیا جائے گا، کھانے میں کیا آئٹم ہوگا، یعنی یہی سب باتیں۔</w:t>
      </w:r>
    </w:p>
    <w:p>
      <w:r>
        <w:rPr>
          <w:b/>
        </w:rPr>
        <w:t xml:space="preserve">[18:07] </w:t>
      </w:r>
      <w:r>
        <w:t>to kaha, yaani din ka second half isi pe kharch hota tha, ghar ke tamam khawateen. Aur yeh yeh yeh baat koi nahi, ek ki baat nahi hai, yeh sab ki baat hai,</w:t>
      </w:r>
    </w:p>
    <w:p>
      <w:pPr>
        <w:jc w:val="right"/>
      </w:pPr>
      <w:r>
        <w:t>تو کہا، یعنی دن کا سیکنڈ ہاف اسی پہ خرچ ہوتا تھا، گھر کے تمام خواتین۔ اور یہ یہ یہ بات کوئی نہیں، ایک کی بات نہیں ہے، یہ سب کی بات ہے،</w:t>
      </w:r>
    </w:p>
    <w:p>
      <w:r>
        <w:rPr>
          <w:b/>
        </w:rPr>
        <w:t xml:space="preserve">[18:19] </w:t>
      </w:r>
      <w:r>
        <w:t>yeh sab ka ghar ki khawateen ke liye roza jo hai, isi liye hai ke woh sham ke khane mein kya kya item ho, us ki tayyari karen.</w:t>
      </w:r>
    </w:p>
    <w:p>
      <w:pPr>
        <w:jc w:val="right"/>
      </w:pPr>
      <w:r>
        <w:t>یہ سب کا گھر کی خواتین کے لیے روزہ جو ہے، اسی لیے ہے کہ وہ شام کے کھانے میں کیا کیا آئٹم ہو، اس کی تیاری کریں۔</w:t>
      </w:r>
    </w:p>
    <w:p>
      <w:r>
        <w:rPr>
          <w:b/>
        </w:rPr>
        <w:t xml:space="preserve">[18:28] </w:t>
      </w:r>
      <w:r>
        <w:t>ghar ki khawateen ke liye yeh hai. To yeh yeh yeh form ka ehtamam hai, form ke ehtamam se kuch nahi hota. Wohi ayat, wohi ayat</w:t>
      </w:r>
    </w:p>
    <w:p>
      <w:pPr>
        <w:jc w:val="right"/>
      </w:pPr>
      <w:r>
        <w:t>گھر کی خواتین کے لیے یہ ہے۔ تو یہ یہ یہ فارم کا اہتمام ہے، فارم کے اہتمام سے کچھ نہیں ہوتا۔ وہی آیت، وہی آیت</w:t>
      </w:r>
    </w:p>
    <w:p>
      <w:r>
        <w:rPr>
          <w:b/>
        </w:rPr>
        <w:t xml:space="preserve">[18:40] </w:t>
      </w:r>
      <w:r>
        <w:t>yahan bhi saadiq aati hai ke ke tareek kowani ka gosht aur khoon nahi pahunchta Allah ko, balke dil ka taqwa pahunchta hai.</w:t>
      </w:r>
    </w:p>
    <w:p>
      <w:pPr>
        <w:jc w:val="right"/>
      </w:pPr>
      <w:r>
        <w:t>یہاں بھی صادق آتی ہے کہ کہ تاریک کوانی کا گوشت اور خون نہیں پہنچتا اللہ کو، بلکہ دل کا تقویٰ پہنچتا ہے۔</w:t>
      </w:r>
    </w:p>
    <w:p>
      <w:r>
        <w:rPr>
          <w:b/>
        </w:rPr>
        <w:t xml:space="preserve">[18:50] </w:t>
      </w:r>
      <w:r>
        <w:t>aise hi main kahunga ke Ramzan ke bare mein aap ka khane peene ka ehtamam nahi pahunchta. Kya iftar mein ke liye aap ne khane mein kya khaya, sehri mein kya khaya, yeh nahi pahunchta,</w:t>
      </w:r>
    </w:p>
    <w:p>
      <w:pPr>
        <w:jc w:val="right"/>
      </w:pPr>
      <w:r>
        <w:t>ایسے ہی میں کہوں گا کہ رمضان کے بارے میں آپ کا کھانے پینے کا اہتمام نہیں پہنچتا۔ کیا افطار میں کے لیے آپ نے کھانے میں کیا کھایا، سحری میں کیا کھایا، یہ نہیں پہنچتا،</w:t>
      </w:r>
    </w:p>
    <w:p>
      <w:r>
        <w:rPr>
          <w:b/>
        </w:rPr>
        <w:t xml:space="preserve">[19:03] </w:t>
      </w:r>
      <w:r>
        <w:t>balke dil ka taqwa pahunchta hai.</w:t>
      </w:r>
    </w:p>
    <w:p>
      <w:pPr>
        <w:jc w:val="right"/>
      </w:pPr>
      <w:r>
        <w:t>بلکہ دل کا تقویٰ پہنچتا ہے۔</w:t>
      </w:r>
    </w:p>
    <w:p>
      <w:r>
        <w:rPr>
          <w:b/>
        </w:rPr>
        <w:t xml:space="preserve">[19:06] </w:t>
      </w:r>
      <w:r>
        <w:t>ek martaba ek sahib ke hamein Ramzan mein chand din thehra, ek shehar ki baat hai, to maine kaha ji woh ghareeb manzar dekha.</w:t>
      </w:r>
    </w:p>
    <w:p>
      <w:pPr>
        <w:jc w:val="right"/>
      </w:pPr>
      <w:r>
        <w:t>ایک مرتبہ ایک صاحب کے ہمیں رمضان میں چند دن ٹھہرا، ایک شہر کی بات ہے، تو میں نے کہا جی وہ غریب منظر دیکھا۔</w:t>
      </w:r>
    </w:p>
    <w:p>
      <w:r>
        <w:rPr>
          <w:b/>
        </w:rPr>
        <w:t xml:space="preserve">[19:19] </w:t>
      </w:r>
      <w:r>
        <w:t>main to aadi tha, yaani jab main rehta tha apne gaon mein ke hum log iftar kar lete the, yaani us zamane mein chana hota tha, do char chana khaya aur pani piya to iftar ho gaya.</w:t>
      </w:r>
    </w:p>
    <w:p>
      <w:pPr>
        <w:jc w:val="right"/>
      </w:pPr>
      <w:r>
        <w:t>میں تو عادی تھا، یعنی جب میں رہتا تھا اپنے گاؤں میں کہ ہم لوگ افطار کر لیتے تھے، یعنی اس زمانے میں چنا ہوتا تھا، دو چار چنا کھایا اور پانی پیا تو افطار ہو گیا۔</w:t>
      </w:r>
    </w:p>
    <w:p>
      <w:r>
        <w:rPr>
          <w:b/>
        </w:rPr>
        <w:t xml:space="preserve">[19:34] </w:t>
      </w:r>
      <w:r>
        <w:t>us ke baad khana khate the, namaz ke baad un ko maine dekha ke baqayda poora cork aadat hai, woh iftar ke baad, phir isha ke baad dobara poora khana khate the.</w:t>
      </w:r>
    </w:p>
    <w:p>
      <w:pPr>
        <w:jc w:val="right"/>
      </w:pPr>
      <w:r>
        <w:t>اس کے بعد کھانا کھاتے تھے، نماز کے بعد ان کو میں نے دیکھا کہ باقاعدہ پورا کارک عادت ہے، وہ افطار کے بعد، پھر عشاء کے بعد دوبارہ پورا کھانا کھاتے تھے۔</w:t>
      </w:r>
    </w:p>
    <w:p>
      <w:r>
        <w:rPr>
          <w:b/>
        </w:rPr>
        <w:t xml:space="preserve">[19:47] </w:t>
      </w:r>
      <w:r>
        <w:t>main hairaan tha ke yeh kaise itna sab farq hazam karte hain. Nateeja kya hua ke itne mote ho gaye ke jahan tak mujhe maloom hai, aur un ka inteqal bhi ho gaya, halankeh us waqt chote the mujh se.</w:t>
      </w:r>
    </w:p>
    <w:p>
      <w:pPr>
        <w:jc w:val="right"/>
      </w:pPr>
      <w:r>
        <w:t>میں حیران تھا کہ یہ کیسے اتنا سب فرق ہضم کرتے ہیں۔ نتیجہ کیا ہوا کہ اتنے موٹے ہو گئے کہ جہاں تک مجھے معلوم ہے، اور ان کا انتقال بھی ہو گیا، حالانکہ اس وقت چھوٹے تھے مجھ سے۔</w:t>
      </w:r>
    </w:p>
    <w:p>
      <w:r>
        <w:rPr>
          <w:b/>
        </w:rPr>
        <w:t xml:space="preserve">[20:00] </w:t>
      </w:r>
      <w:r>
        <w:t>woh</w:t>
      </w:r>
    </w:p>
    <w:p>
      <w:pPr>
        <w:jc w:val="right"/>
      </w:pPr>
      <w:r>
        <w:t>وہ</w:t>
      </w:r>
    </w:p>
    <w:p>
      <w:r>
        <w:rPr>
          <w:b/>
        </w:rPr>
        <w:t xml:space="preserve">[20:02] </w:t>
      </w:r>
      <w:r>
        <w:t>to mardon ke liye aur auraton ke liye Ramzan aane ke maane khane peene ka ehtamam karo, yeh Ramzan nahi hai.</w:t>
      </w:r>
    </w:p>
    <w:p>
      <w:pPr>
        <w:jc w:val="right"/>
      </w:pPr>
      <w:r>
        <w:t>تو مردوں کے لیے اور عورتوں کے لیے رمضان آنے کے معنی کھانے پینے کا اہتمام کرو، یہ رمضان نہیں ہے۔</w:t>
      </w:r>
    </w:p>
    <w:p>
      <w:r>
        <w:rPr>
          <w:b/>
        </w:rPr>
        <w:t xml:space="preserve">[20:15] </w:t>
      </w:r>
      <w:r>
        <w:t>ramzan deny ka ihtimam karo, apna leny ka ihtimam nahi. khany ka hisab mani hai ke aap leny par sara focus kar rahy hain, mujhe mily, mujhe mily, mujhe mily.</w:t>
      </w:r>
    </w:p>
    <w:p>
      <w:pPr>
        <w:jc w:val="right"/>
      </w:pPr>
      <w:r>
        <w:t>رمضان دینے کا اہتمام کرو، اپنا لینے کا اہتمام نہیں۔ کھانے کا احتساب معنی ہے کہ آپ لینے پر سارا فوکس کر رہے ہیں، مجھے ملے، مجھے ملے، مجھے ملے۔</w:t>
      </w:r>
    </w:p>
    <w:p>
      <w:r>
        <w:rPr>
          <w:b/>
        </w:rPr>
        <w:t xml:space="preserve">[20:26] </w:t>
      </w:r>
      <w:r>
        <w:t>aur rasool allah salallaho alaihi wasallam tareeqa kehty hain ke dono doosron ko pohanchy, doosron ko pohanchy, doosron ko pohanchy.</w:t>
      </w:r>
    </w:p>
    <w:p>
      <w:pPr>
        <w:jc w:val="right"/>
      </w:pPr>
      <w:r>
        <w:t>اور رسول اللہ صلی اللہ علیہ وسلم طریقہ کہتے ہیں کہ دونوں دوسروں کو پہنچے، دوسروں کو پہنچے، دوسروں کو پہنچے۔</w:t>
      </w:r>
    </w:p>
    <w:p>
      <w:r>
        <w:rPr>
          <w:b/>
        </w:rPr>
        <w:t xml:space="preserve">[20:33] </w:t>
      </w:r>
      <w:r>
        <w:t>to aik lafz mein yeh kahoon ga ke ramzan taking speed ke liye nahi hai, giving speed ke liye. aaj kal jo hai musalmanon mein ramzan woh taking speed ke liye hai, mein kya khaoon, kya peeyoon, kya sehri karoon, kya iftar karoon, yeh sara isi par sochtay hain.</w:t>
      </w:r>
    </w:p>
    <w:p>
      <w:pPr>
        <w:jc w:val="right"/>
      </w:pPr>
      <w:r>
        <w:t>تو ایک لفظ میں یہ کہوں گا کہ رمضان ٹیکنگ اسپیڈ کے لیے نہیں ہے، گیونگ اسپیڈ کے لیے۔ آج کل جو ہے مسلمانوں میں رمضان وہ ٹیکنگ اسپیڈ کے لیے ہے، میں کیا کھاؤں، کیا پیوں، کیا سحری کروں، کیا افطار کروں، یہ سارا اسی پر سوچتے ہیں۔</w:t>
      </w:r>
    </w:p>
    <w:p>
      <w:r>
        <w:rPr>
          <w:b/>
        </w:rPr>
        <w:t xml:space="preserve">[20:52] </w:t>
      </w:r>
      <w:r>
        <w:t>woh yeh hai taking speed. lekin rasool allah salallaho alaihi wasallam ki jo hadith maine sunai hai aap ko, woh yeh hai ke rasool allah giving speed mein jeet</w:t>
      </w:r>
    </w:p>
    <w:p>
      <w:pPr>
        <w:jc w:val="right"/>
      </w:pPr>
      <w:r>
        <w:t>وہ یہ ہے ٹیکنگ اسپیڈ۔ لیکن رسول اللہ صلی اللہ علیہ وسلم کی جو حدیث میں نے سنائی ہے آپ کو، وہ یہ ہے کہ رسول اللہ گیونگ اسپیڈ میں جیت</w:t>
      </w:r>
    </w:p>
    <w:p>
      <w:r>
        <w:rPr>
          <w:b/>
        </w:rPr>
        <w:t xml:space="preserve">[21:02] </w:t>
      </w:r>
      <w:r>
        <w:t>y thay, doosron ko kya dy dein woh.</w:t>
      </w:r>
    </w:p>
    <w:p>
      <w:pPr>
        <w:jc w:val="right"/>
      </w:pPr>
      <w:r>
        <w:t>ے تھے، دوسروں کو کیا دے دیں وہ۔</w:t>
      </w:r>
    </w:p>
    <w:p>
      <w:r>
        <w:rPr>
          <w:b/>
        </w:rPr>
        <w:t xml:space="preserve">[21:07] </w:t>
      </w:r>
      <w:r>
        <w:t>to main yeh arz karoon ga ke ramzan ke mahiny mein hum ko chahiye ke soch kar, soch kar, soch kar aur quran o hadith ka mutala kar ke dawat ki planning karen.</w:t>
      </w:r>
    </w:p>
    <w:p>
      <w:pPr>
        <w:jc w:val="right"/>
      </w:pPr>
      <w:r>
        <w:t>تو میں یہ عرض کروں گا کہ رمضان کے مہینے میں ہم کو چاہیے کہ سوچ کر، سوچ کر، سوچ کر اور قرآن و حدیث کا مطالعہ کر کے دعوت کی پلاننگ کریں۔</w:t>
      </w:r>
    </w:p>
    <w:p>
      <w:r>
        <w:rPr>
          <w:b/>
        </w:rPr>
        <w:t xml:space="preserve">[21:24] </w:t>
      </w:r>
      <w:r>
        <w:t>dawat aik aik aik aik mansooba band kaam hai,</w:t>
      </w:r>
    </w:p>
    <w:p>
      <w:pPr>
        <w:jc w:val="right"/>
      </w:pPr>
      <w:r>
        <w:t>دعوت ایک ایک ایک ایک منصوبہ بند کام ہے،</w:t>
      </w:r>
    </w:p>
    <w:p>
      <w:r>
        <w:rPr>
          <w:b/>
        </w:rPr>
        <w:t xml:space="preserve">[21:30] </w:t>
      </w:r>
      <w:r>
        <w:t>dawat announcement ka naam nahi hai. dawat yeh bhi nahi ke kuch kitaben aap bant dein masjid mein khary ho kar ke, yeh bhi dawat nahi hai.</w:t>
      </w:r>
    </w:p>
    <w:p>
      <w:pPr>
        <w:jc w:val="right"/>
      </w:pPr>
      <w:r>
        <w:t>دعوت اناؤنسمنٹ کا نام نہیں ہے۔ دعوت یہ بھی نہیں کہ کچھ کتابیں آپ بانٹ دیں مسجد میں کھڑے ہو کر کے، یہ بھی دعوت نہیں ہے۔</w:t>
      </w:r>
    </w:p>
    <w:p>
      <w:r>
        <w:rPr>
          <w:b/>
        </w:rPr>
        <w:t xml:space="preserve">[21:39] </w:t>
      </w:r>
      <w:r>
        <w:t>nahi, dawat naam hai planning ka, yani aap apny audience ko samjhen ke logon ke darmiyan aap ko paigham pohanchana hai, un ke mind set ko parhen, is ke lehaz se planning karen,</w:t>
      </w:r>
    </w:p>
    <w:p>
      <w:pPr>
        <w:jc w:val="right"/>
      </w:pPr>
      <w:r>
        <w:t>نہیں، دعوت نام ہے پلاننگ کا، یعنی آپ اپنے آڈینس کو سمجھیں کہ لوگوں کے درمیان آپ کو پیغام پہنچانا ہے، ان کے مائنڈ سیٹ کو پڑھیں، اس کے لحاظ سے پلاننگ کریں،</w:t>
      </w:r>
    </w:p>
    <w:p>
      <w:r>
        <w:rPr>
          <w:b/>
        </w:rPr>
        <w:t xml:space="preserve">[21:55] </w:t>
      </w:r>
      <w:r>
        <w:t>is ke lehaz se kya kitab dena hai, kya paigham dy raha hai un ko, is ko samjhen.</w:t>
      </w:r>
    </w:p>
    <w:p>
      <w:pPr>
        <w:jc w:val="right"/>
      </w:pPr>
      <w:r>
        <w:t>اس کے لحاظ سے کیا کتاب دینا ہے، اس کیا پیغام دے رہا ہے ان کو، اس کو سمجھیں۔</w:t>
      </w:r>
    </w:p>
    <w:p>
      <w:r>
        <w:rPr>
          <w:b/>
        </w:rPr>
        <w:t xml:space="preserve">[22:01] </w:t>
      </w:r>
      <w:r>
        <w:t>to dawat aik mansooba band amal ka naam hai, dawat koi announcement ka naam nahi hai. kuch log yeh sochtay hain, bohat hi ajeeb aqeeda musalmanon mein hai, bohat aqeeda hai.</w:t>
      </w:r>
    </w:p>
    <w:p>
      <w:pPr>
        <w:jc w:val="right"/>
      </w:pPr>
      <w:r>
        <w:t>تو دعوت ایک منصوبہ بند عمل کا نام ہے، دعوت کوئی اناؤنسمنٹ کا نام نہیں ہے۔ کچھ لوگ یہ سوچتے ہیں، بہت ہی عجیب عقیدہ مسلمانوں میں ہے، بہت عقیدہ ہے۔</w:t>
      </w:r>
    </w:p>
    <w:p>
      <w:r>
        <w:rPr>
          <w:b/>
        </w:rPr>
        <w:t xml:space="preserve">[22:15] </w:t>
      </w:r>
      <w:r>
        <w:t>aam tor par musalmanon ka mizaj yeh hai ke dawat musalmanon ke oopar farz nahi hai. haan, dawat musalmanon ke oopar farz nahi hai.</w:t>
      </w:r>
    </w:p>
    <w:p>
      <w:pPr>
        <w:jc w:val="right"/>
      </w:pPr>
      <w:r>
        <w:t>عام طور پر مسلمانوں کا مزاج یہ ہے کہ دعوت مسلمانوں کے اوپر فرض نہیں ہے۔ ہاں، دعوت مسلمانوں کے اوپر فرض نہیں ہے۔</w:t>
      </w:r>
    </w:p>
    <w:p>
      <w:r>
        <w:rPr>
          <w:b/>
        </w:rPr>
        <w:t xml:space="preserve">[22:25] </w:t>
      </w:r>
      <w:r>
        <w:t>kyun?</w:t>
      </w:r>
    </w:p>
    <w:p>
      <w:pPr>
        <w:jc w:val="right"/>
      </w:pPr>
      <w:r>
        <w:t>کیوں؟</w:t>
      </w:r>
    </w:p>
    <w:p>
      <w:r>
        <w:rPr>
          <w:b/>
        </w:rPr>
        <w:t xml:space="preserve">[22:26] </w:t>
      </w:r>
      <w:r>
        <w:t>is liye ke jo woh samjhtay hain ke jo azan hoti hai masjidon ke mein, rozana panch waqt, woh woh namaz jo hai, woh dawat is ke zariye pohanch rahi hai logon ko.</w:t>
      </w:r>
    </w:p>
    <w:p>
      <w:pPr>
        <w:jc w:val="right"/>
      </w:pPr>
      <w:r>
        <w:t>اس لیے کہ جو وہ سمجھتے ہیں کہ جو اذان ہوتی ہے مسجدوں کے میں، روزانہ پانچ وقت، وہ وہ نماز جو ہے، وہ دعوت اس کے ذریعے پہنچ رہی ہے لوگوں کو۔</w:t>
      </w:r>
    </w:p>
    <w:p>
      <w:r>
        <w:rPr>
          <w:b/>
        </w:rPr>
        <w:t xml:space="preserve">[22:39] </w:t>
      </w:r>
      <w:r>
        <w:t>woh azan jo hai, is azan ke zariye logon tak dawat pohanch rahi hai. yeh bohat ajeeb o ghareeb aqeeda hai,</w:t>
      </w:r>
    </w:p>
    <w:p>
      <w:pPr>
        <w:jc w:val="right"/>
      </w:pPr>
      <w:r>
        <w:t>وہ اذان جو ہے، اس اذان کے ذریعے لوگوں تک دعوت پہنچ رہی ہے۔ یہ بہت عجیب و غریب عقیدہ ہے،</w:t>
      </w:r>
    </w:p>
    <w:p>
      <w:r>
        <w:rPr>
          <w:b/>
        </w:rPr>
        <w:t xml:space="preserve">[22:46] </w:t>
      </w:r>
      <w:r>
        <w:t>yani arabi zaban mein aap ne kuch kalmat kahay, azan azan mein jis ne suna, us ke liye to woh shor hai ke woh janta nahi arabi zaban.</w:t>
      </w:r>
    </w:p>
    <w:p>
      <w:pPr>
        <w:jc w:val="right"/>
      </w:pPr>
      <w:r>
        <w:t>یعنی عربی زبان میں آپ نے کچھ کلمات کہے، اذان اذان میں جس نے سنا، اس کے لیے تو وہ شور ہے کہ وہ جانتا نہیں عربی زبان۔</w:t>
      </w:r>
    </w:p>
    <w:p>
      <w:r>
        <w:rPr>
          <w:b/>
        </w:rPr>
        <w:t xml:space="preserve">[22:56] </w:t>
      </w:r>
      <w:r>
        <w:t>to aap shor karen ge aur dawat ho jaye gi? aisa ho sakta hai? to yeh bilkul be buniyad aqeeda hai ke azan ke zariye dawat pohanch rahi hai logon ko.</w:t>
      </w:r>
    </w:p>
    <w:p>
      <w:pPr>
        <w:jc w:val="right"/>
      </w:pPr>
      <w:r>
        <w:t>تو آپ شور کریں گے اور دعوت ہو جائے گی؟ ایسا ہو سکتا ہے؟ تو یہ بالکل بے بنیاد عقیدہ ہے کہ اذان کے ذریعے دعوت پہنچ رہی ہے لوگوں کو۔</w:t>
      </w:r>
    </w:p>
    <w:p>
      <w:r>
        <w:rPr>
          <w:b/>
        </w:rPr>
        <w:t xml:space="preserve">[23:10] </w:t>
      </w:r>
      <w:r>
        <w:t>ab is ko humein kuch karna nahi hai.</w:t>
      </w:r>
    </w:p>
    <w:p>
      <w:pPr>
        <w:jc w:val="right"/>
      </w:pPr>
      <w:r>
        <w:t>اب اس کو ہمیں کچھ کرنا نہیں ہے۔</w:t>
      </w:r>
    </w:p>
    <w:p>
      <w:r>
        <w:rPr>
          <w:b/>
        </w:rPr>
        <w:t xml:space="preserve">[23:14] </w:t>
      </w:r>
      <w:r>
        <w:t>dawat aik bohat hi sanjeeda amal ka naam hai, bohat hi zyada speed ke sath karny ka naam hai.</w:t>
      </w:r>
    </w:p>
    <w:p>
      <w:pPr>
        <w:jc w:val="right"/>
      </w:pPr>
      <w:r>
        <w:t>دعوت ایک بہت ہی سنجیدہ عمل کا نام ہے، بہت ہی زیادہ اسپیڈ کے ساتھ کرنے کا نام ہے۔</w:t>
      </w:r>
    </w:p>
    <w:p>
      <w:r>
        <w:rPr>
          <w:b/>
        </w:rPr>
        <w:t xml:space="preserve">[23:24] </w:t>
      </w:r>
      <w:r>
        <w:t>woh yeh hai ke aap badu ke sath khair khwahi karen, badu ke sath aap</w:t>
      </w:r>
    </w:p>
    <w:p>
      <w:pPr>
        <w:jc w:val="right"/>
      </w:pPr>
      <w:r>
        <w:t>وہ یہ ہے کہ آپ بدو کے ساتھ خیر خواہی کریں، بدو کے ساتھ آپ</w:t>
      </w:r>
    </w:p>
    <w:p>
      <w:r>
        <w:rPr>
          <w:b/>
        </w:rPr>
        <w:t xml:space="preserve">[23:31] </w:t>
      </w:r>
      <w:r>
        <w:t>apny andar negative thought agar hai to nikal dein, us ko us ke liye duaen karen, us ki khair khwahi ko samny rakh kar ke planning karen, aur us aitbar se nizam banayen ke kya cheez us ko zyada asar dalay gi.</w:t>
      </w:r>
    </w:p>
    <w:p>
      <w:pPr>
        <w:jc w:val="right"/>
      </w:pPr>
      <w:r>
        <w:t>اپنے اندر نیگیٹیو تھاٹ اگر ہے تو نکال دیں، اس کو اس کے لیے دعائیں کریں، اس کی خیر خواہی کو سامنے رکھ کر کے پلاننگ کریں، اور اس اعتبار سے نظام بنائیں کہ کیا چیز اس کو زیادہ اثر ڈالے گی۔</w:t>
      </w:r>
    </w:p>
    <w:p>
      <w:r>
        <w:rPr>
          <w:b/>
        </w:rPr>
        <w:t xml:space="preserve">[23:51] </w:t>
      </w:r>
      <w:r>
        <w:t>yeh sab karen.</w:t>
      </w:r>
    </w:p>
    <w:p>
      <w:pPr>
        <w:jc w:val="right"/>
      </w:pPr>
      <w:r>
        <w:t>یہ سب کریں۔</w:t>
      </w:r>
    </w:p>
    <w:p>
      <w:r>
        <w:rPr>
          <w:b/>
        </w:rPr>
        <w:t xml:space="preserve">[23:54] </w:t>
      </w:r>
      <w:r>
        <w:t>to main samajhta hoon ke ramzan ka mahina is tarah guzarna chahiye ke us ko dawat ki planning ke liye sirf isi mahiny mein dawat ki planning nahi hai, saal bhar ke liye,</w:t>
      </w:r>
    </w:p>
    <w:p>
      <w:pPr>
        <w:jc w:val="right"/>
      </w:pPr>
      <w:r>
        <w:t>تو میں سمجھتا ہوں کہ رمضان کا مہینہ اس طرح گزارنا چاہیے کہ اس کو دعوت کی پلاننگ کے لیے صرف اسی مہینے میں دعوت کی پلاننگ نہیں ہے، سال بھر کے لیے،</w:t>
      </w:r>
    </w:p>
    <w:p>
      <w:r>
        <w:rPr>
          <w:b/>
        </w:rPr>
        <w:t xml:space="preserve">[24:08] </w:t>
      </w:r>
      <w:r>
        <w:t>saal bhar ke liye dawat ki planning. main allah ke fazal se khud isi pe qaim hoon jo</w:t>
      </w:r>
    </w:p>
    <w:p>
      <w:pPr>
        <w:jc w:val="right"/>
      </w:pPr>
      <w:r>
        <w:t>سال بھر کے لیے دعوت کی پلاننگ۔ میں اللہ کے فضل سے خود اسی پہ قائم ہوں جو</w:t>
      </w:r>
    </w:p>
    <w:p>
      <w:r>
        <w:rPr>
          <w:b/>
        </w:rPr>
        <w:t xml:space="preserve">[24:18] </w:t>
      </w:r>
      <w:r>
        <w:t>akhbaron mein khabren ati hain, ati hain terrorism ki, violence ki, islam ke naam par tashaddud ki. aap jantay hain, baqayda media mein aata rehta hai, us ko yeh log jihad kehtay hain.</w:t>
      </w:r>
    </w:p>
    <w:p>
      <w:pPr>
        <w:jc w:val="right"/>
      </w:pPr>
      <w:r>
        <w:t>اخباروں میں خبریں آتی ہیں، آتی ہیں ٹیررزم کی، وائلنس کی، اسلام کے نام پر تشدد کی۔ آپ جانتے ہیں، باقاعدہ میڈیا میں آتا رہتا ہے، اس کو یہ لوگ جہاد کہتے ہیں۔</w:t>
      </w:r>
    </w:p>
    <w:p>
      <w:r>
        <w:rPr>
          <w:b/>
        </w:rPr>
        <w:t xml:space="preserve">[24:32] </w:t>
      </w:r>
      <w:r>
        <w:t>to mein bohat dinon se soch raha tha ke is par kuch bohat hi ek mo'asir kitaab likhi jaye.</w:t>
      </w:r>
    </w:p>
    <w:p>
      <w:pPr>
        <w:jc w:val="right"/>
      </w:pPr>
      <w:r>
        <w:t>تو میں بہت دنوں سے سوچ رہا تھا کہ اس پر کچھ بہت ہی ایک موثر کتاب لکھی جائے۔</w:t>
      </w:r>
    </w:p>
    <w:p>
      <w:r>
        <w:rPr>
          <w:b/>
        </w:rPr>
        <w:t xml:space="preserve">[24:42] </w:t>
      </w:r>
      <w:r>
        <w:t>bohat parha, bohat parha, bohat parha mein ne.</w:t>
      </w:r>
    </w:p>
    <w:p>
      <w:pPr>
        <w:jc w:val="right"/>
      </w:pPr>
      <w:r>
        <w:t>بہت پڑھا، بہت پڑھا، بہت پڑھا میں نے۔</w:t>
      </w:r>
    </w:p>
    <w:p>
      <w:r>
        <w:rPr>
          <w:b/>
        </w:rPr>
        <w:t xml:space="preserve">[24:45] </w:t>
      </w:r>
      <w:r>
        <w:t>to mere mutale'ay mein koi kitaab aisi nahi mili jis ko mein is ka tarjuma kar doon ya is ko chhaap ke phailaon. to mein ne khud ek kitaab likhi.</w:t>
      </w:r>
    </w:p>
    <w:p>
      <w:pPr>
        <w:jc w:val="right"/>
      </w:pPr>
      <w:r>
        <w:t>تو میرے مطالعے میں کوئی کتاب ایسی نہیں ملی جس کو میں اس کا ترجمہ کر دوں یا اس کو چھاپ کے پھیلاؤں۔ تو میں نے خود ایک کتاب لکھی۔</w:t>
      </w:r>
    </w:p>
    <w:p>
      <w:r>
        <w:rPr>
          <w:b/>
        </w:rPr>
        <w:t xml:space="preserve">[24:55] </w:t>
      </w:r>
      <w:r>
        <w:t>Allah ke fazl se woh kal hi is kitaab ka aakhri chapter tayyar hua hai. is kitaab ke 51 chapters hain</w:t>
      </w:r>
    </w:p>
    <w:p>
      <w:pPr>
        <w:jc w:val="right"/>
      </w:pPr>
      <w:r>
        <w:t>اللہ کے فضل سے وہ کل ہی اس کتاب کا آخری چیپٹر تیار ہوا ہے۔ اس کتاب کے 51 چیپٹرز ہیں</w:t>
      </w:r>
    </w:p>
    <w:p>
      <w:r>
        <w:rPr>
          <w:b/>
        </w:rPr>
        <w:t xml:space="preserve">[25:05] </w:t>
      </w:r>
      <w:r>
        <w:t>, 51, 50, ek 51, aur is mein is ka naam hai, is ka naam hai "Peace Dasum Bonum".</w:t>
      </w:r>
    </w:p>
    <w:p>
      <w:pPr>
        <w:jc w:val="right"/>
      </w:pPr>
      <w:r>
        <w:t>، 51، 50، ایک 51، اور اس میں اس کا نام ہے، اس کا نام ہے "پیس دسوم بونم"۔</w:t>
      </w:r>
    </w:p>
    <w:p>
      <w:r>
        <w:rPr>
          <w:b/>
        </w:rPr>
        <w:t xml:space="preserve">[25:18] </w:t>
      </w:r>
      <w:r>
        <w:t>abhi woh English mein hai, woh inshallah is ke baad Arabi mein aur Urdu mein chhaapi jaye gi. "Peace Dasum Bonum".</w:t>
      </w:r>
    </w:p>
    <w:p>
      <w:pPr>
        <w:jc w:val="right"/>
      </w:pPr>
      <w:r>
        <w:t>ابھی وہ انگلش میں ہے، وہ انشاءاللہ اس کے بعد عربی میں اور اردو میں چھاپی جائے گی۔ "پیس دسوم بونم"۔</w:t>
      </w:r>
    </w:p>
    <w:p>
      <w:r>
        <w:rPr>
          <w:b/>
        </w:rPr>
        <w:t xml:space="preserve">[25:26] </w:t>
      </w:r>
      <w:r>
        <w:t>to is is is waqt jo meri planning thi, woh mukammal hui hai kal.</w:t>
      </w:r>
    </w:p>
    <w:p>
      <w:pPr>
        <w:jc w:val="right"/>
      </w:pPr>
      <w:r>
        <w:t>تو اس اس اس وقت جو میری پلاننگ تھی، وہ مکمل ہوئی ہے کل۔</w:t>
      </w:r>
    </w:p>
    <w:p>
      <w:r>
        <w:rPr>
          <w:b/>
        </w:rPr>
        <w:t xml:space="preserve">[25:31] </w:t>
      </w:r>
      <w:r>
        <w:t>"Peace Dasum Bonum" yaani peace sab se bara khair hai. "Sum Bonum" ka matlab hota hai "Greatest Good" ke peace sab se bara good hai, sab se bara khair hai.</w:t>
      </w:r>
    </w:p>
    <w:p>
      <w:pPr>
        <w:jc w:val="right"/>
      </w:pPr>
      <w:r>
        <w:t>"پیس دسوم بونم" یعنی پیس سب سے بڑا خیر ہے۔ "سام بون" کا مطلب ہوتا ہے "گریٹسٹ گڈ" کہ پیس سب سے بڑا گڈ ہے، سب سے بڑا خیر ہے۔</w:t>
      </w:r>
    </w:p>
    <w:p>
      <w:r>
        <w:rPr>
          <w:b/>
        </w:rPr>
        <w:t xml:space="preserve">[25:45] </w:t>
      </w:r>
      <w:r>
        <w:t>to is mein mein ne mukhtalif pehluon se 51 chapters mein is baat ko wazeh kiya hai ke peace kitni bari cheez hai.</w:t>
      </w:r>
    </w:p>
    <w:p>
      <w:pPr>
        <w:jc w:val="right"/>
      </w:pPr>
      <w:r>
        <w:t>تو اس میں میں نے مختلف پہلوؤں سے 51 چیپٹرز میں اس بات کو واضح کیا ہے کہ پیس کتنی بڑی چیز ہے۔</w:t>
      </w:r>
    </w:p>
    <w:p>
      <w:r>
        <w:rPr>
          <w:b/>
        </w:rPr>
        <w:t xml:space="preserve">[25:55] </w:t>
      </w:r>
      <w:r>
        <w:t>aur mein dekhen, Quran ki jo ayat hai "Al-Salatu Khair", is ka matlab yahi hai ke sulah khair hai. sulah kiya hai?</w:t>
      </w:r>
    </w:p>
    <w:p>
      <w:pPr>
        <w:jc w:val="right"/>
      </w:pPr>
      <w:r>
        <w:t>اور میں دیکھیں، قرآن کی جو آیت ہے "الصلوۃ خیر"، اس کا مطلب یہی ہے کہ صلح خیر ہے۔ صلح کیا ہے؟</w:t>
      </w:r>
    </w:p>
    <w:p>
      <w:r>
        <w:rPr>
          <w:b/>
        </w:rPr>
        <w:t xml:space="preserve">[26:04] </w:t>
      </w:r>
      <w:r>
        <w:t>sulah ka ma'ana hai peace. to khair ke baray mein, khair baray mein "Sum Bonum" "Greatest Good". to "Peace is the Greatest Good" yeh Quran ka concept hai.</w:t>
      </w:r>
    </w:p>
    <w:p>
      <w:pPr>
        <w:jc w:val="right"/>
      </w:pPr>
      <w:r>
        <w:t>صلح کا معنی ہے پیس۔ تو خیر کے بارے میں، خیر بارے میں "سوم بونم" "گریٹسٹ گڈ"۔ تو "پیس از دا گریٹسٹ گڈ" یہ قرآن کا کانسیپٹ ہے۔</w:t>
      </w:r>
    </w:p>
    <w:p>
      <w:r>
        <w:rPr>
          <w:b/>
        </w:rPr>
        <w:t xml:space="preserve">[26:15] </w:t>
      </w:r>
      <w:r>
        <w:t>"Al-Salatu Khair" "Peace is the Greatest Good" "Peace is the Sum Bonum". to mein is is is kitaab ka jo title mein ne rakha hai, woh sach poochte hain, Quranic title hai.</w:t>
      </w:r>
    </w:p>
    <w:p>
      <w:pPr>
        <w:jc w:val="right"/>
      </w:pPr>
      <w:r>
        <w:t>"الصلوۃ خیر" "پیس از دا گریٹسٹ گڈ" "پیس از دا سوم بونم"۔ تو میں اس اس اس کتاب کا جو ٹائٹل میں نے رکھا ہے، وہ سچ پوچھتے ہیں، قرآنی ٹائٹل ہے۔</w:t>
      </w:r>
    </w:p>
    <w:p>
      <w:r>
        <w:rPr>
          <w:b/>
        </w:rPr>
        <w:t xml:space="preserve">[26:28] </w:t>
      </w:r>
      <w:r>
        <w:t>yaani is ko Arabi mein kahein to is ka hoga "Al-Salatu Khair", English mein kahein to woh kahe ga "Peace is the Sum Bonum".</w:t>
      </w:r>
    </w:p>
    <w:p>
      <w:pPr>
        <w:jc w:val="right"/>
      </w:pPr>
      <w:r>
        <w:t>یعنی اس کو عربی میں کہیں تو اس کا ہوگا "الصلوۃ خیر"، انگریزی میں کہیں تو وہ کہے گا "پیس از دا سوم بونم"۔</w:t>
      </w:r>
    </w:p>
    <w:p>
      <w:r>
        <w:rPr>
          <w:b/>
        </w:rPr>
        <w:t xml:space="preserve">[26:41] </w:t>
      </w:r>
      <w:r>
        <w:t>to yeh is ko mein kahoon ga ke yeh planning hai, is ka naam hai ke mein ne dekha ke logon ko hataana hai tashaddud se. log tashaddud ko bari cheez samajhte hain, sab se bari cheez, kyunke qadeem zamanay se riwayat chali aa rahi hai ke sab se bari cheez shamshir ki taqat hai.</w:t>
      </w:r>
    </w:p>
    <w:p>
      <w:pPr>
        <w:jc w:val="right"/>
      </w:pPr>
      <w:r>
        <w:t>تو یہ اس کو میں کہوں گا کہ یہ پلاننگ ہے، اس کا نام ہے کہ میں نے دیکھا کہ لوگوں کو ہٹانا ہے تشدد سے۔ لوگ تشدد کو بڑی چیز سمجھتے ہیں، سب سے بڑی چیز، کیونکہ قدیم زمانے سے روایت چلی آ رہی ہے کہ سب سے بڑی چیز شمشیر کی طاقت ہے۔</w:t>
      </w:r>
    </w:p>
    <w:p>
      <w:r>
        <w:rPr>
          <w:b/>
        </w:rPr>
        <w:t xml:space="preserve">[27:05] </w:t>
      </w:r>
      <w:r>
        <w:t>"Har ke shamshir zanat sikka bana mush khan"</w:t>
      </w:r>
    </w:p>
    <w:p>
      <w:pPr>
        <w:jc w:val="right"/>
      </w:pPr>
      <w:r>
        <w:t>"ہر کے شمشیر زنت سکہ بنا مش خان"</w:t>
      </w:r>
    </w:p>
    <w:p>
      <w:r>
        <w:rPr>
          <w:b/>
        </w:rPr>
        <w:t xml:space="preserve">[27:09] </w:t>
      </w:r>
      <w:r>
        <w:t>. yeh Farsi ki line hai "Har ke shamshir zanat sikka bana mush khan". jo talwar ki taqat jis ke paas ho gi, hoti hai, usi ka dabdaba qaim hota hai.</w:t>
      </w:r>
    </w:p>
    <w:p>
      <w:pPr>
        <w:jc w:val="right"/>
      </w:pPr>
      <w:r>
        <w:t>۔ یہ فارسی کی لائن ہے "ہر کے شمشیر زنت سکہ بنا مش خان"۔ جو تلوار کی طاقت جس کے پاس ہوگی، ہوتی ہے، اسی کا دبدبہ قائم ہوتا ہے۔</w:t>
      </w:r>
    </w:p>
    <w:p>
      <w:r>
        <w:rPr>
          <w:b/>
        </w:rPr>
        <w:t xml:space="preserve">[27:19] </w:t>
      </w:r>
      <w:r>
        <w:t>yeh purani baat hai, yeh purani baat hai. ab talwar ki taqat kuch nahi rahi. abhi dekhen, ek article aaya hai, ek ek news aayi hai, Hindu paper mein aap parh sakte hain, is ko</w:t>
      </w:r>
    </w:p>
    <w:p>
      <w:pPr>
        <w:jc w:val="right"/>
      </w:pPr>
      <w:r>
        <w:t>یہ پرانی بات ہے، یہ پرانی بات ہے۔ اب تلوار کی طاقت کچھ نہیں رہی۔ ابھی دیکھیں، ایک آرٹیکل آیا ہے، ایک ایک نیوز آئی ہے، ہندو پیپر میں آپ پڑھ سکتے ہیں، اس کو</w:t>
      </w:r>
    </w:p>
    <w:p>
      <w:r>
        <w:rPr>
          <w:b/>
        </w:rPr>
        <w:t xml:space="preserve">[27:35] </w:t>
      </w:r>
      <w:r>
        <w:t>is mein bataya hai ke un ka bayan chhaapa hai, woh Barack Obama ka, jo president hain America ke, jo super power maana jata hai,</w:t>
      </w:r>
    </w:p>
    <w:p>
      <w:pPr>
        <w:jc w:val="right"/>
      </w:pPr>
      <w:r>
        <w:t>اس میں بتایا ہے کہ ان کا بیان چھاپا ہے، وہ براک اوباما کا، جو پریزیڈنٹ ہیں امریکہ کے، جو سپر پاور مانا جاتا ہے،</w:t>
      </w:r>
    </w:p>
    <w:p>
      <w:r>
        <w:rPr>
          <w:b/>
        </w:rPr>
        <w:t xml:space="preserve">[27:49] </w:t>
      </w:r>
      <w:r>
        <w:t>ke hum ne jo doosre, doosre hamare jo allies hain, jo hamare saathi mulk hain, un ki madad se hum ne mil kar ke jo iqdamaat kiya, to woh iqdamaat yaani effective nahi hua.</w:t>
      </w:r>
    </w:p>
    <w:p>
      <w:pPr>
        <w:jc w:val="right"/>
      </w:pPr>
      <w:r>
        <w:t>کہ ہم نے جو دوسرے، دوسرے ہمارے جو الائز ہیں، جو ہمارے ساتھی ملک ہیں، ان کی مدد سے ہم نے مل کر کے جو اقدام کیا، تو وہ اقدام یعنی ایفیکٹو نہیں ہوا۔</w:t>
      </w:r>
    </w:p>
    <w:p>
      <w:r>
        <w:rPr>
          <w:b/>
        </w:rPr>
        <w:t xml:space="preserve">[28:07] </w:t>
      </w:r>
      <w:r>
        <w:t>na Saddam ke khilaaf effective hua, na abhi jo ISIS jo hai, is ke khilaaf kar rahe hain, woh bhi effective nahi hai. to is se ziyada taqat kaun istemal kar sakta hai?</w:t>
      </w:r>
    </w:p>
    <w:p>
      <w:pPr>
        <w:jc w:val="right"/>
      </w:pPr>
      <w:r>
        <w:t>نہ صدام کے خلاف ایفیکٹو ہوا، نہ ابھی جو آئی آئی ایس جو ہے، اس کے خلاف کر رہے ہیں، وہ بھی ایفیکٹو نہیں ہے۔ تو اس سے زیادہ طاقت کون استعمال کر سکتا ہے؟</w:t>
      </w:r>
    </w:p>
    <w:p>
      <w:r>
        <w:rPr>
          <w:b/>
        </w:rPr>
        <w:t xml:space="preserve">[28:19] </w:t>
      </w:r>
      <w:r>
        <w:t>woh to super power hai, aur sirf akele nahi, balkeh tamam allies ke sath wahan iqdamaat kar rahe hain. woh to Barack Obama ne khud yeh maana hai ke hamara iqdamaat jo hai, effective nahi ho raha hai.</w:t>
      </w:r>
    </w:p>
    <w:p>
      <w:pPr>
        <w:jc w:val="right"/>
      </w:pPr>
      <w:r>
        <w:t>وہ تو سپر پاور ہے، اور صرف اکیلے نہیں، بلکہ تمام الائز کے ساتھ وہاں اقدام کر رہے ہیں۔ وہ تو براک اوباما نے خود یہ مانا ہے کہ ہمارا اقدام جو ہے، ایفیکٹو نہیں ہو رہا ہے۔</w:t>
      </w:r>
    </w:p>
    <w:p>
      <w:r>
        <w:rPr>
          <w:b/>
        </w:rPr>
        <w:t xml:space="preserve">[28:35] </w:t>
      </w:r>
      <w:r>
        <w:t>to is kitaab mein mein ne yeh dikhaya hai ke Musalmanon ko is se hataana hai, hataane ki koshish ki hai ke mazi ki qadeem chala hua jo soch hai ke sab se bari taqat talwar hai, woh zamana khatam ho gaya.</w:t>
      </w:r>
    </w:p>
    <w:p>
      <w:pPr>
        <w:jc w:val="right"/>
      </w:pPr>
      <w:r>
        <w:t>تو اس کتاب میں میں نے یہ دکھایا ہے کہ مسلمانوں کو اس سے ہٹایا ہے، ہٹانے کی کوشش کی ہے کہ ماضی کی قدیم چلا ہوا جو سوچ ہے کہ سب سے بڑی طاقت تلوار ہے، وہ زمانہ ختم ہو گیا۔</w:t>
      </w:r>
    </w:p>
    <w:p>
      <w:r>
        <w:rPr>
          <w:b/>
        </w:rPr>
        <w:t xml:space="preserve">[28:49] </w:t>
      </w:r>
      <w:r>
        <w:t>yeh purane zamanay ki baat thi. "Har ke shamshir zart sikka bana mush khanand" ka zamana kh</w:t>
      </w:r>
    </w:p>
    <w:p>
      <w:pPr>
        <w:jc w:val="right"/>
      </w:pPr>
      <w:r>
        <w:t>یہ پرانے زمانے کی بات تھی۔ "ہر کے شمشیر زرت سکہ بنا مش خانند" کا زمانہ خ</w:t>
      </w:r>
    </w:p>
    <w:p>
      <w:r>
        <w:rPr>
          <w:b/>
        </w:rPr>
        <w:t xml:space="preserve">[28:56] </w:t>
      </w:r>
      <w:r>
        <w:t>tam ho gaya. ab to jis ke paas science hoti hai, jis ke paas technology hoti hai, jis ke paas industry hoti hai, jis ke paas modern education hoti hai, woh is ka is ka dabdaba qaim hota hai.</w:t>
      </w:r>
    </w:p>
    <w:p>
      <w:pPr>
        <w:jc w:val="right"/>
      </w:pPr>
      <w:r>
        <w:t>تم ہو گیا۔ اب تو جس کے پاس سائنس ہوتی ہے، جس کے پاس ٹیکنالوجی ہوتی ہے، جس کے پاس انڈسٹری ہوتی ہے، جس کے پاس ماڈرن ایجوکیشن ہوتی ہے، وہ اس کا اس کا دبدبہ قائم ہوتا ہے۔</w:t>
      </w:r>
    </w:p>
    <w:p>
      <w:r>
        <w:rPr>
          <w:b/>
        </w:rPr>
        <w:t xml:space="preserve">[29:06] </w:t>
      </w:r>
      <w:r>
        <w:t>dunya mein is tarah mein ne chaha ke un ka zehn tashaddud se hate aur pur aman da'awat ki taraf, pur aman da'awat ko ziyada bari baat samjhein aur pur aman da'awat ka koi ikhtiyar karein.</w:t>
      </w:r>
    </w:p>
    <w:p>
      <w:pPr>
        <w:jc w:val="right"/>
      </w:pPr>
      <w:r>
        <w:t>دنیا میں اس طرح میں نے چاہا کہ ان کا ذہن تشدد سے ہٹے اور پرامن دعوت کی طرف، پرامن دعوت کو زیادہ بڑی بات سمجھیں اور پرامن دعوت کا کوئی اختیار کریں۔</w:t>
      </w:r>
    </w:p>
    <w:p>
      <w:r>
        <w:rPr>
          <w:b/>
        </w:rPr>
        <w:t xml:space="preserve">[29:27] </w:t>
      </w:r>
      <w:r>
        <w:t>to is mein maine ek waqia bhi naqal kiya hai ke jab mein falasteen gaya tha to maine dekha ke kuch bachche course ke andaaz mein ek ek gaana ga rahe hain: "halma nuqatil, halma nuqatil, fein al qitaal, sabir al rashadi".</w:t>
      </w:r>
    </w:p>
    <w:p>
      <w:pPr>
        <w:jc w:val="right"/>
      </w:pPr>
      <w:r>
        <w:t>تو اس میں میں نے ایک واقعہ بھی نقل کیا ہے کہ جب میں فلسطین گیا تھا تو میں نے دیکھا کہ کچھ بچے کورس کے انداز میں ایک ایک گانا گا رہے ہیں: "حلمہ نقاتل، حلمہ نقاتل، فین القتال، سبیر الرشادی"۔</w:t>
      </w:r>
    </w:p>
    <w:p>
      <w:r>
        <w:rPr>
          <w:b/>
        </w:rPr>
        <w:t xml:space="preserve">[29:45] </w:t>
      </w:r>
      <w:r>
        <w:t>wahan baron ne un ko yeh gaana diya hai. yeh bachche ne khud nahi gaana banaya hai, bachchon ne yaani baron ne unhein yeh gaana diya ke aise gaao:</w:t>
      </w:r>
    </w:p>
    <w:p>
      <w:pPr>
        <w:jc w:val="right"/>
      </w:pPr>
      <w:r>
        <w:t>وہاں بڑوں نے ان کو یہ گانا دیا ہے۔ یہ بچے نے خود نہیں گانا بنایا ہے، بچوں نے یعنی بڑوں نے انہیں یہ گانا دیا کہ ایسے گاؤ:</w:t>
      </w:r>
    </w:p>
    <w:p>
      <w:r>
        <w:rPr>
          <w:b/>
        </w:rPr>
        <w:t xml:space="preserve">[29:55] </w:t>
      </w:r>
      <w:r>
        <w:t>"halma nuqatil, halma nuqatil, fein al qitaal, sabir al rashadi". aao hum ladein, aao hum ladein, aao hum jang karein, kyunke jang hi se kaamyaabi hoti hai.</w:t>
      </w:r>
    </w:p>
    <w:p>
      <w:pPr>
        <w:jc w:val="right"/>
      </w:pPr>
      <w:r>
        <w:t>"حلمہ نقاتل، حلمہ نقاتل، فین القتال، سبیر الرشادی"۔ آؤ ہم لڑیں، آؤ ہم لڑیں، آؤ ہم جنگ کریں، کیونکہ جنگ ہی سے کامیابی ہوتی ہے۔</w:t>
      </w:r>
    </w:p>
    <w:p>
      <w:r>
        <w:rPr>
          <w:b/>
        </w:rPr>
        <w:t xml:space="preserve">[30:09] </w:t>
      </w:r>
      <w:r>
        <w:t>to maine kaha kitna ulta gaana hai yeh. ab zamana woh aa gaya hai ke "halma nusalam, halma nusalam, waan al salam sabir al rashadi" ke aao hum peace ka tareeqa ikhtiyaar karein, aao hum peace ka tareeqa ikht</w:t>
      </w:r>
    </w:p>
    <w:p>
      <w:pPr>
        <w:jc w:val="right"/>
      </w:pPr>
      <w:r>
        <w:t>تو میں نے کہا کتنا الٹا گانا ہے یہ۔ اب زمانہ وہ آ گیا ہے کہ "حلم النسالم، حلم النسالم، وان السلام سبیر الرشادی" کہ آؤ ہم پیس کا طریقہ اختیار کریں، آؤ ہم پیس کا طریقہ اخت</w:t>
      </w:r>
    </w:p>
    <w:p>
      <w:r>
        <w:rPr>
          <w:b/>
        </w:rPr>
        <w:t xml:space="preserve">[30:24] </w:t>
      </w:r>
      <w:r>
        <w:t>yaar karein, kyunke peace se kaamyaabi hoti hai. lekin hazaaron saal se jo zehan chala raha hai, abhi musalmanon par isi ka isi ka ghalba hai, is se bahar nahi aaya.</w:t>
      </w:r>
    </w:p>
    <w:p>
      <w:pPr>
        <w:jc w:val="right"/>
      </w:pPr>
      <w:r>
        <w:t>یار کریں، کیونکہ پیس سے کامیابی ہوتی ہے۔ لیکن ہزاروں سال سے جو ذہن چلا رہا ہے، ابھی مسلمانوں پر اسی کا اسی کا غلبہ ہے، اس سے باہر نہیں آیا۔</w:t>
      </w:r>
    </w:p>
    <w:p>
      <w:r>
        <w:rPr>
          <w:b/>
        </w:rPr>
        <w:t xml:space="preserve">[30:35] </w:t>
      </w:r>
      <w:r>
        <w:t>woh ke talwar ko badi taaqat samajhte hain, haalanke woh daur hi khatm ho gaya. ab woh daur khatm ho gaya jab talwar ya gun badi cheez hoti thi, woh daur khatm ho gaya.</w:t>
      </w:r>
    </w:p>
    <w:p>
      <w:pPr>
        <w:jc w:val="right"/>
      </w:pPr>
      <w:r>
        <w:t>وہ کہ تلوار کو بڑی طاقت سمجھتے ہیں، حالانکہ وہ دور ہی ختم ہو گیا۔ اب وہ دور ختم ہو گیا جب تلوار یا گن بڑی چیز ہوتی تھی، وہ دور ختم ہو گیا۔</w:t>
      </w:r>
    </w:p>
    <w:p>
      <w:r>
        <w:rPr>
          <w:b/>
        </w:rPr>
        <w:t xml:space="preserve">[30:52] </w:t>
      </w:r>
      <w:r>
        <w:t>to is kitaab ka, is kitaab ke zariye maine koshish ki hai ke musalmanon ke zehan ko hataya jaaye is is mizaaj se ke gun culture, bomb culture se woh kuch haasil kar sakte hain.</w:t>
      </w:r>
    </w:p>
    <w:p>
      <w:pPr>
        <w:jc w:val="right"/>
      </w:pPr>
      <w:r>
        <w:t>تو اس کتاب کا، اس کتاب کے ذریعے میں نے کوشش کی ہے کہ مسلمانوں کے ذہن کو ہٹایا جائے اس اس مزاج سے کہ گن کلچر، بم کلچر سے وہ کچھ حاصل کر سکتے ہیں۔</w:t>
      </w:r>
    </w:p>
    <w:p>
      <w:r>
        <w:rPr>
          <w:b/>
        </w:rPr>
        <w:t xml:space="preserve">[31:05] </w:t>
      </w:r>
      <w:r>
        <w:t>na ab tak kuch haasil hua hai, na aindah bhi kuch haasil kar sakenge. to aap sab logon se main yeh kahunga ke aap apne halaat ke lihaaz se planning karein, planning mansooba bandi ke aap duniya ko kya de sakte hain,</w:t>
      </w:r>
    </w:p>
    <w:p>
      <w:pPr>
        <w:jc w:val="right"/>
      </w:pPr>
      <w:r>
        <w:t>نہ اب تک کچھ حاصل ہوا ہے، نہ آئندہ بھی کچھ حاصل کر سکیں گے۔ تو آپ سب لوگوں سے میں یہ کہوں گا کہ آپ اپنے حالات کے لحاظ سے پلاننگ کریں، پلاننگ منصوبہ بندی کہ آپ دنیا کو کیا دے سکتے ہیں،</w:t>
      </w:r>
    </w:p>
    <w:p>
      <w:r>
        <w:rPr>
          <w:b/>
        </w:rPr>
        <w:t xml:space="preserve">[31:22] </w:t>
      </w:r>
      <w:r>
        <w:t>duniya ko kya khair aap de sakte hain. yaani khair khwaahi ke taqaze ke tehat yeh planning honi chahiye. yaani aap ko nafrat ko khatm karna padega, aap ko inteqaam ko khatm karna padega, shikaayat ko khatm karna padega.</w:t>
      </w:r>
    </w:p>
    <w:p>
      <w:pPr>
        <w:jc w:val="right"/>
      </w:pPr>
      <w:r>
        <w:t>دنیا کو کیا خیر آپ دے سکتے ہیں۔ یعنی خیر خواہی کے تقاضے کے تحت یہ پلاننگ ہونی چاہیے۔ یعنی آپ کو نفرت کو ختم کرنا پڑے گا، آپ کو انتقام کو ختم کرنا پڑے گا، شکایت کو ختم کرنا پڑے گا۔</w:t>
      </w:r>
    </w:p>
    <w:p>
      <w:r>
        <w:rPr>
          <w:b/>
        </w:rPr>
        <w:t xml:space="preserve">[31:40] </w:t>
      </w:r>
      <w:r>
        <w:t>shikaayat musalmanon ko har har ek se shikaayat hai, har qaum se shikaayat hai. un un ke parche padhiye, un ke jalson mein jaaiye to bas shikaayat aur protest.</w:t>
      </w:r>
    </w:p>
    <w:p>
      <w:pPr>
        <w:jc w:val="right"/>
      </w:pPr>
      <w:r>
        <w:t>شکایت مسلمانوں کو ہر ہر ایک سے شکایت ہے، ہر قوم سے شکایت ہے۔ ان ان کے پرچے پڑھیے، ان کے جلسوں میں جائیے تو بس شکایت اور پروٹیسٹ۔</w:t>
      </w:r>
    </w:p>
    <w:p>
      <w:r>
        <w:rPr>
          <w:b/>
        </w:rPr>
        <w:t xml:space="preserve">[31:52] </w:t>
      </w:r>
      <w:r>
        <w:t>is ko aap jab khatm karenge,</w:t>
      </w:r>
    </w:p>
    <w:p>
      <w:pPr>
        <w:jc w:val="right"/>
      </w:pPr>
      <w:r>
        <w:t>اس کو آپ جب ختم کریں گے،</w:t>
      </w:r>
    </w:p>
    <w:p>
      <w:r>
        <w:rPr>
          <w:b/>
        </w:rPr>
        <w:t xml:space="preserve">[31:55] </w:t>
      </w:r>
      <w:r>
        <w:t>tab aisa hoga ke aap mabni be khair planning kar kar paayenge, aur tab woh cheez hogi jo logon ko appeal kare.</w:t>
      </w:r>
    </w:p>
    <w:p>
      <w:pPr>
        <w:jc w:val="right"/>
      </w:pPr>
      <w:r>
        <w:t>تب ایسا ہوگا کہ آپ مبنی بے خیر پلاننگ کر کر پائیں گے، اور تب وہ چیز ہوگی جو لوگوں کو اپیل کرے۔</w:t>
      </w:r>
    </w:p>
    <w:p>
      <w:r>
        <w:rPr>
          <w:b/>
        </w:rPr>
        <w:t xml:space="preserve">[32:07] </w:t>
      </w:r>
      <w:r>
        <w:t>aaj ke zamane mein koi aap ke gun aur bomb se mutaasir hone wala nahi hai.</w:t>
      </w:r>
    </w:p>
    <w:p>
      <w:pPr>
        <w:jc w:val="right"/>
      </w:pPr>
      <w:r>
        <w:t>آج کے زمانے میں کوئی آپ کے گن اور بم سے متاثر ہونے والا نہیں ہے۔</w:t>
      </w:r>
    </w:p>
    <w:p>
      <w:r>
        <w:rPr>
          <w:b/>
        </w:rPr>
        <w:t xml:space="preserve">[32:16] </w:t>
      </w:r>
      <w:r>
        <w:t>is ke is ke andar woh woh taaqatein khatm ho chuki hain jo pehle hua karti thi.</w:t>
      </w:r>
    </w:p>
    <w:p>
      <w:pPr>
        <w:jc w:val="right"/>
      </w:pPr>
      <w:r>
        <w:t>اس کے اس کے اندر وہ وہ طاقتیں ختم ہو چکی ہیں جو پہلے ہوا کرتی تھیں۔</w:t>
      </w:r>
    </w:p>
    <w:p>
      <w:r>
        <w:rPr>
          <w:b/>
        </w:rPr>
        <w:t xml:space="preserve">[32:21] </w:t>
      </w:r>
      <w:r>
        <w:t>pehla musalmanon ne ek lambi muddat tak, taqreeban ek hazaar saal tak, talwar ke daur par hukoomatein qaaim karein, khud india mein bhi</w:t>
      </w:r>
    </w:p>
    <w:p>
      <w:pPr>
        <w:jc w:val="right"/>
      </w:pPr>
      <w:r>
        <w:t>پہلے مسلمانوں نے ایک لمبی مدت تک، تقریباً ایک ہزار سال تک، تلوار کے دور پر حکومتیں قائم کیں، خود انڈیا میں بھی</w:t>
      </w:r>
    </w:p>
    <w:p>
      <w:r>
        <w:rPr>
          <w:b/>
        </w:rPr>
        <w:t xml:space="preserve">[32:32] </w:t>
      </w:r>
      <w:r>
        <w:t>. lekin woh daur ab khatm ho gaya. woh daur ki baat thi kyunke talwar jo taaqat thi, woh daur ki barabar thi. yeh bhi dekhein, bahut badi ghalati hai. aap kitaabein padhein, kitaabein padhein musalmanon ki jo kitaabein likhi hui hain, to us mein woh dikhaein ke kamaal, yaani is ka, yaani mujahideen ka kamaal ke talwar ke zor par unhone alam ka fateh kar daala.</w:t>
      </w:r>
    </w:p>
    <w:p>
      <w:pPr>
        <w:jc w:val="right"/>
      </w:pPr>
      <w:r>
        <w:t>۔ لیکن وہ دور اب ختم ہو گیا۔ وہ دور کی بات تھی کیونکہ تلوار جو طاقت تھی، وہ دور کی برابر تھی۔ یہ بھی دیکھیں، بہت بڑی غلطی ہے۔ آپ کتابیں پڑھیں، کتابیں پڑھیں مسلمانوں کی جو کتابیں لکھی ہوئی ہیں، تو اس میں وہ دکھائیں کہ کمال، یعنی اس کا، یعنی مجاہدین کا کمال کہ تلوار کے زور پر انہوں نے عالم کا فتح کر ڈالا۔</w:t>
      </w:r>
    </w:p>
    <w:p>
      <w:r>
        <w:rPr>
          <w:b/>
        </w:rPr>
        <w:t xml:space="preserve">[32:58] </w:t>
      </w:r>
      <w:r>
        <w:t>misal ke taur par dekhiye, ek arab shayar the, un ka naam tha zarkali, british eastern ki shayar thi. woh unhone ek sher kaha tha: "saare arab phailaao, haath salahuddin, sanha tanfeena, jadeed ul deen aur shubha ul deena" ke dobara salahuddin laao, hamare hamare paas dobara salahuddin ayyubi ko dobara laao, aur dobara maarka qaaim karo.</w:t>
      </w:r>
    </w:p>
    <w:p>
      <w:pPr>
        <w:jc w:val="right"/>
      </w:pPr>
      <w:r>
        <w:t>مثلاً دیکھیے، ایک عرب شاعر تھے، ان کا نام تھا زرکلی، برٹش ایسٹرن کی شاعر تھے۔ وہ انہوں نے ایک شعر کہا تھا: "سارے عرب پھیلاؤ، ہاتھ صلاح الدین، سانح تنفینہ، جدت الدین اور شبہ الدینہ" کہ دوبارہ صلاح الدین لاؤ، ہمارے ہمارے پاس دوبارہ صلاح الدین ایوبی کو دوبارہ لاؤ، اور دوبارہ معرکہ قائم کرو۔</w:t>
      </w:r>
    </w:p>
    <w:p>
      <w:r>
        <w:rPr>
          <w:b/>
        </w:rPr>
        <w:t xml:space="preserve">[33:25] </w:t>
      </w:r>
      <w:r>
        <w:t>woh woh is yeh log jaante hain nahi ke dobara aakar kuch nahi hone wala hai. woh jo musalmanon ko talwar ki taaqat se jo kaamyaabi hui, woh zamane ki wajah se hui.</w:t>
      </w:r>
    </w:p>
    <w:p>
      <w:pPr>
        <w:jc w:val="right"/>
      </w:pPr>
      <w:r>
        <w:t>وہ وہ اس یہ لوگ جانتے ہیں نہیں کہ دوبارہ آ کر کچھ نہیں ہونے والا ہے۔ وہ جو مسلمانوں کو تلوار کی طاقت سے جو کامیابی ہوئی، وہ زمانے کی وجہ سے ہوئی۔</w:t>
      </w:r>
    </w:p>
    <w:p>
      <w:r>
        <w:rPr>
          <w:b/>
        </w:rPr>
        <w:t xml:space="preserve">[33:39] </w:t>
      </w:r>
      <w:r>
        <w:t>woh zamana tha, ab woh dobara khatm ho gaya. ab talwar ke daur mein kuch nahi hone wala hai.</w:t>
      </w:r>
    </w:p>
    <w:p>
      <w:pPr>
        <w:jc w:val="right"/>
      </w:pPr>
      <w:r>
        <w:t>وہ زمانہ تھا، اب وہ دوبارہ ختم ہو گیا۔ اب تلوار کے دور میں کچھ نہیں ہونے والا ہے۔</w:t>
      </w:r>
    </w:p>
    <w:p>
      <w:r>
        <w:rPr>
          <w:b/>
        </w:rPr>
        <w:t xml:space="preserve">[33:46] </w:t>
      </w:r>
      <w:r>
        <w:t>ek zamana tha ke napoleon ne kaha tha, napoleon ne kaha tha ke agar mujhe ek lakh afghani fauji mil jaayein, ek lakh to main saari duniya fateh kara loon.</w:t>
      </w:r>
    </w:p>
    <w:p>
      <w:pPr>
        <w:jc w:val="right"/>
      </w:pPr>
      <w:r>
        <w:t>ایک زمانہ تھا کہ نیپورین نے کہا تھا، نیپورین نے کہا تھا کہ اگر مجھے ایک لاکھ افغانی فوجی مل جائیں، ایک لاکھ تو میں ساری دنیا فتح کرا لوں۔</w:t>
      </w:r>
    </w:p>
    <w:p>
      <w:r>
        <w:rPr>
          <w:b/>
        </w:rPr>
        <w:t xml:space="preserve">[34:03] </w:t>
      </w:r>
      <w:r>
        <w:t>ab wahi wahi afghani lad phir toh rahe hain, kya fateh kiya unhone? woh woh daur tha ek jab ke report ne aisa kaha tha, jab muscle power ki ahmiyat hua karti thi.</w:t>
      </w:r>
    </w:p>
    <w:p>
      <w:pPr>
        <w:jc w:val="right"/>
      </w:pPr>
      <w:r>
        <w:t>اب وہی وہی افغانی لڑ پھر تو رہے ہیں، کیا فتح کیا انہوں نے؟ وہ وہ دور تھا ایک جب کہ رپورٹ نے ایسا کہا تھا، جب مسل پاور کی اہمیت ہوا کرتی تھی۔</w:t>
      </w:r>
    </w:p>
    <w:p>
      <w:r>
        <w:rPr>
          <w:b/>
        </w:rPr>
        <w:t xml:space="preserve">[34:13] </w:t>
      </w:r>
      <w:r>
        <w:t>aaj muscle power ki ahmiyat nahi hai,</w:t>
      </w:r>
    </w:p>
    <w:p>
      <w:pPr>
        <w:jc w:val="right"/>
      </w:pPr>
      <w:r>
        <w:t>آج مسل پاور کی اہمیت نہیں ہے،</w:t>
      </w:r>
    </w:p>
    <w:p>
      <w:r>
        <w:rPr>
          <w:b/>
        </w:rPr>
        <w:t xml:space="preserve">[34:15] </w:t>
      </w:r>
      <w:r>
        <w:t>aaj to technology hai, science hai, modern thought hai, woh woh chahiye. to main samajhta hoon ke aane wala jo ramzan hai, is mein hum ek nayi planning karein duniya ko khair dene ki.</w:t>
      </w:r>
    </w:p>
    <w:p>
      <w:pPr>
        <w:jc w:val="right"/>
      </w:pPr>
      <w:r>
        <w:t>آج تو ٹیکنالوجی ہے، سائنس ہے، ماڈرن تھاٹ ہے، وہ وہ چاہیے۔ تو میں سمجھتا ہوں کہ آنے والا جو رمضان ہے، اس میں ہم ایک نئی پلاننگ کریں دنیا کو خیر دینے کی۔</w:t>
      </w:r>
    </w:p>
    <w:p>
      <w:r>
        <w:rPr>
          <w:b/>
        </w:rPr>
        <w:t xml:space="preserve">[34:32] </w:t>
      </w:r>
      <w:r>
        <w:t>ek nayi planning duniya ko kya khair de sakte hain hum, duniya ko kya good hum de sakte hain?</w:t>
      </w:r>
    </w:p>
    <w:p>
      <w:pPr>
        <w:jc w:val="right"/>
      </w:pPr>
      <w:r>
        <w:t>ایک نئی پلاننگ دنیا کو کیا خیر دے سکتے ہیں ہم، دنیا کو کیا گڈ ہم دے سکتے ہیں؟</w:t>
      </w:r>
    </w:p>
    <w:p>
      <w:r>
        <w:rPr>
          <w:b/>
        </w:rPr>
        <w:t xml:space="preserve">[34:38] </w:t>
      </w:r>
      <w:r>
        <w:t>kyunke musalman woh hai jo naafe ho, giver. musalman ko duniya ka giver member banna hai, duniya ki society ka giver member, taker nahi.</w:t>
      </w:r>
    </w:p>
    <w:p>
      <w:pPr>
        <w:jc w:val="right"/>
      </w:pPr>
      <w:r>
        <w:t>کیونکہ مسلمان وہ ہے جو نافع ہو، گیور۔ مسلمان کو دنیا کا گیور ممبر بننا ہے، دنیا کی سوسائٹی کا گیور ممبر، ٹیکر نہیں۔</w:t>
      </w:r>
    </w:p>
    <w:p>
      <w:r>
        <w:rPr>
          <w:b/>
        </w:rPr>
        <w:t xml:space="preserve">[34:51] </w:t>
      </w:r>
      <w:r>
        <w:t>wa ma mind for naas pillar.</w:t>
      </w:r>
    </w:p>
    <w:p>
      <w:pPr>
        <w:jc w:val="right"/>
      </w:pPr>
      <w:r>
        <w:t>وما مائنڈ فور ناس پلر۔</w:t>
      </w:r>
    </w:p>
    <w:p>
      <w:r>
        <w:rPr>
          <w:b/>
        </w:rPr>
        <w:t xml:space="preserve">[34:55] </w:t>
      </w:r>
      <w:r>
        <w:t>to mein samajhta hoon ke aanay walay ramzan mein hum ko yeh chahiye, aur mein Allah ke fazl se khud is mein shareek hoon ke hum yeh sochen ke hum dunya ko kya de sakte hain.</w:t>
      </w:r>
    </w:p>
    <w:p>
      <w:pPr>
        <w:jc w:val="right"/>
      </w:pPr>
      <w:r>
        <w:t>تو میں سمجھتا ہوں کہ آنے والے رمضان میں ہم کو یہ چاہیے، اور میں اللہ کے فضل سے خود اس میں شریک ہوں کہ ہم یہ سوچیں کہ ہم دنیا کو کیا دے سکتے ہیں۔</w:t>
      </w:r>
    </w:p>
    <w:p>
      <w:r>
        <w:rPr>
          <w:b/>
        </w:rPr>
        <w:t xml:space="preserve">[35:11] </w:t>
      </w:r>
      <w:r>
        <w:t>dunya ko aap industry ke sath kuch nahi de sakte, gas library nahi de sakte aap. aur karwayaat, karwayaat kahan den ge?</w:t>
      </w:r>
    </w:p>
    <w:p>
      <w:pPr>
        <w:jc w:val="right"/>
      </w:pPr>
      <w:r>
        <w:t>دنیا کو آپ انڈسٹری کے ساتھ کچھ نہیں دے سکتے، گیس لائبریری نہیں دے سکتے آپ۔ اور کاروایات، کاروایات کہاں دیں گے؟</w:t>
      </w:r>
    </w:p>
    <w:p>
      <w:r>
        <w:rPr>
          <w:b/>
        </w:rPr>
        <w:t xml:space="preserve">[35:21] </w:t>
      </w:r>
      <w:r>
        <w:t>kal mein ne ek arab scholar ki ek taqreer parhi, idhar unhon ne likha hai ke is mein kaha tha unhon ne ke hum ko maghrib ke saman ka boycott karna chahiye.</w:t>
      </w:r>
    </w:p>
    <w:p>
      <w:pPr>
        <w:jc w:val="right"/>
      </w:pPr>
      <w:r>
        <w:t>کل میں نے ایک عرب اسکالر کی ایک تقریر پڑھی، ادھر انہوں نے لکھا ہے کہ اس میں کہا تھا انہوں نے کہ ہم کو مغرب کے سامان کا بائیکاٹ کرنا چاہیے۔</w:t>
      </w:r>
    </w:p>
    <w:p>
      <w:r>
        <w:rPr>
          <w:b/>
        </w:rPr>
        <w:t xml:space="preserve">[35:33] </w:t>
      </w:r>
      <w:r>
        <w:t>to mujhe bohat ta'ajjub hua, maghrib ke saman ka boycott kar ke aap kya karein ge? kai baar yeh baatein kahi gayi hain, kai baar ke maghrib ke saman ka boycott.</w:t>
      </w:r>
    </w:p>
    <w:p>
      <w:pPr>
        <w:jc w:val="right"/>
      </w:pPr>
      <w:r>
        <w:t>تو مجھے بہت تعجب ہوا، مغرب کے سامان کا بائیکاٹ کر کے آپ کیا کریں گے؟ کئی بار یہ باتیں کہی گئی ہیں، کئی بار کہ مغرب کے سامان کا بائیکاٹ۔</w:t>
      </w:r>
    </w:p>
    <w:p>
      <w:r>
        <w:rPr>
          <w:b/>
        </w:rPr>
        <w:t xml:space="preserve">[35:46] </w:t>
      </w:r>
      <w:r>
        <w:t>maghribi kitaab ko sab cheez mil rahi hai, boycott karein ge aap? yaani jo aadmi taqreer kar raha tha, mein ne socha khud us ki jeb mein jo mobile hoga, woh maghrib pe din hai, us ka jo kapra pehanne hoga, woh maghrib pe din hai,</w:t>
      </w:r>
    </w:p>
    <w:p>
      <w:pPr>
        <w:jc w:val="right"/>
      </w:pPr>
      <w:r>
        <w:t>مغربی کتاب کو سب چیز مل رہی ہے، بائیکاٹ کریں گے آپ؟ یعنی جو آدمی تقریر کر رہا تھا، میں نے سوچا خود اس کی جیب میں جو موبائل ہوگا، وہ مغرب پہ دین ہے، اس کا جو کپڑا پہننے ہوگا، وہ مغرب پہ دین ہے،</w:t>
      </w:r>
    </w:p>
    <w:p>
      <w:r>
        <w:rPr>
          <w:b/>
        </w:rPr>
        <w:t xml:space="preserve">[36:02] </w:t>
      </w:r>
      <w:r>
        <w:t>jis loud speaker bol raha hoga, woh maghrib pe din hai. to kaise boycott karein ge aap? yeh koi planning nahi hai ke aap planning karein ke hamein boycott karna hai maghrib ke maal maal ka</w:t>
      </w:r>
    </w:p>
    <w:p>
      <w:pPr>
        <w:jc w:val="right"/>
      </w:pPr>
      <w:r>
        <w:t>جس لاؤڈ سپیکر بول رہا ہوگا، وہ مغرب پہ دین ہے۔ تو کیسے بائیکاٹ کریں گے آپ؟ یہ کوئی پلاننگ نہیں ہے کہ آپ پلاننگ کریں کہ ہمیں بائیکاٹ کرنا ہے مغرب کے مال مال کا</w:t>
      </w:r>
    </w:p>
    <w:p>
      <w:r>
        <w:rPr>
          <w:b/>
        </w:rPr>
        <w:t xml:space="preserve">[36:14] </w:t>
      </w:r>
      <w:r>
        <w:t>. nahi, hum ne dena hai. aap aise literature tayyar kijiye jo un ke Islam ki sachai ko un par babraan kare, un ko is Islam ki sachai ko maanne wala banaye.</w:t>
      </w:r>
    </w:p>
    <w:p>
      <w:pPr>
        <w:jc w:val="right"/>
      </w:pPr>
      <w:r>
        <w:t>۔ نہیں، ہم نے دینا ہے۔ آپ ایسے لٹریچر تیار کیجئے جو ان کے اسلام کی سچائی کو ان پر ببارن کرے، ان کو اس اسلام کی سچائی کو ماننے والا بنائے۔</w:t>
      </w:r>
    </w:p>
    <w:p>
      <w:r>
        <w:rPr>
          <w:b/>
        </w:rPr>
        <w:t xml:space="preserve">[36:29] </w:t>
      </w:r>
      <w:r>
        <w:t>maal nahi kaatne se kya faida? maal kaatne se kya faida?</w:t>
      </w:r>
    </w:p>
    <w:p>
      <w:pPr>
        <w:jc w:val="right"/>
      </w:pPr>
      <w:r>
        <w:t>مال نہیں کاٹنے سے کیا فائدہ؟ مال کاٹنے سے کیا فائدہ؟</w:t>
      </w:r>
    </w:p>
    <w:p>
      <w:r>
        <w:rPr>
          <w:b/>
        </w:rPr>
        <w:t xml:space="preserve">[36:34] </w:t>
      </w:r>
      <w:r>
        <w:t>yaani ek ek lateefa arz karunga, jab cartoon chupa tha Denmark ke parche mein to Muslim countries mein yahi naarha utha tha ke Denmark ke Denmark jo hai, woh wahan mulk product bohat hai.</w:t>
      </w:r>
    </w:p>
    <w:p>
      <w:pPr>
        <w:jc w:val="right"/>
      </w:pPr>
      <w:r>
        <w:t>یعنی ایک ایک لطیفہ عرض کروں گا، جب کارٹون چھپا تھا ڈنمارک کے پرچے میں تو مسلم کنٹریز میں یہی نعرہ اٹھا تھا کہ ڈنمارک کے ڈنمارک جو ہے، وہ وہاں ملک پروڈکٹ بہت ہے۔</w:t>
      </w:r>
    </w:p>
    <w:p>
      <w:r>
        <w:rPr>
          <w:b/>
        </w:rPr>
        <w:t xml:space="preserve">[36:54] </w:t>
      </w:r>
      <w:r>
        <w:t>wahan par</w:t>
      </w:r>
    </w:p>
    <w:p>
      <w:pPr>
        <w:jc w:val="right"/>
      </w:pPr>
      <w:r>
        <w:t>وہاں پر</w:t>
      </w:r>
    </w:p>
    <w:p>
      <w:r>
        <w:rPr>
          <w:b/>
        </w:rPr>
        <w:t xml:space="preserve">[36:55] </w:t>
      </w:r>
      <w:r>
        <w:t>Denmark mein jo doodh se banne walay saman hotay hain, us ka bohat wahan par industries hain, bohat ziyada mulk product ki.</w:t>
      </w:r>
    </w:p>
    <w:p>
      <w:pPr>
        <w:jc w:val="right"/>
      </w:pPr>
      <w:r>
        <w:t>ڈنمارک میں جو دودھ سے بننے والے سامان ہوتے ہیں، اس کا بہت وہاں پر انڈسٹریز ہیں، بہت زیادہ ملک پروڈکٹ کی۔</w:t>
      </w:r>
    </w:p>
    <w:p>
      <w:r>
        <w:rPr>
          <w:b/>
        </w:rPr>
        <w:t xml:space="preserve">[37:05] </w:t>
      </w:r>
      <w:r>
        <w:t>to hamein Denmark ke mulk products ka boycott karna chahiye.</w:t>
      </w:r>
    </w:p>
    <w:p>
      <w:pPr>
        <w:jc w:val="right"/>
      </w:pPr>
      <w:r>
        <w:t>تو ہمیں ڈنمارک کے ملک پروڈکٹس کا بائیکاٹ کرنا چاہیے۔</w:t>
      </w:r>
    </w:p>
    <w:p>
      <w:r>
        <w:rPr>
          <w:b/>
        </w:rPr>
        <w:t xml:space="preserve">[37:13] </w:t>
      </w:r>
      <w:r>
        <w:t>to mujhe mujhe pata chala tha ke kuch gharon mein josh mein is pe amal kiya unhon ne. yaani Denmark se aata tha jo jo butter aur doosre mulk product, us ko boycott kiya unhon ne.</w:t>
      </w:r>
    </w:p>
    <w:p>
      <w:pPr>
        <w:jc w:val="right"/>
      </w:pPr>
      <w:r>
        <w:t>تو مجھے مجھے پتہ چلا تھا کہ کچھ گھروں میں جوش میں اس پہ عمل کیا انہوں نے۔ یعنی ڈنمارک سے آتا تھا جو جو بٹر اور دوسرے ملک پروڈکٹ، اس کو بائیکاٹ کیا انہوں نے۔</w:t>
      </w:r>
    </w:p>
    <w:p>
      <w:r>
        <w:rPr>
          <w:b/>
        </w:rPr>
        <w:t xml:space="preserve">[37:27] </w:t>
      </w:r>
      <w:r>
        <w:t>to chand din ke baad un ke bachon ne kaha ke bhai yeh nahi khana hai. yaani doosre mulkon ke mangwa ke ghar mein fridge mein rakh diya unhon ne, doosre mulkon ke ke mulk products.</w:t>
      </w:r>
    </w:p>
    <w:p>
      <w:pPr>
        <w:jc w:val="right"/>
      </w:pPr>
      <w:r>
        <w:t>تو چند دن کے بعد ان کے بچوں نے کہا کہ بھئی یہ نہیں کھانا ہے۔ یعنی دوسرے ملکوں کے منگوا کے گھر میں فریج میں رکھ دیا انہوں نے، دوسرے ملکوں کے کے ملک پروڈکٹس۔</w:t>
      </w:r>
    </w:p>
    <w:p>
      <w:r>
        <w:rPr>
          <w:b/>
        </w:rPr>
        <w:t xml:space="preserve">[37:38] </w:t>
      </w:r>
      <w:r>
        <w:t>to bachon ne kaha hamein hamein nahi khana, hamein to wahi chahiye,</w:t>
      </w:r>
    </w:p>
    <w:p>
      <w:pPr>
        <w:jc w:val="right"/>
      </w:pPr>
      <w:r>
        <w:t>تو بچوں نے کہا ہمیں ہمیں نہیں کھانا، ہمیں تو وہی چاہیے،</w:t>
      </w:r>
    </w:p>
    <w:p>
      <w:r>
        <w:rPr>
          <w:b/>
        </w:rPr>
        <w:t xml:space="preserve">[37:42] </w:t>
      </w:r>
      <w:r>
        <w:t>hamein wahi Denmark wala chahiye kyunke sab se aala quality ka hota hai Denmark ka. to kya hua? maa baap jo thay, unhon ne surrender kar diya.</w:t>
      </w:r>
    </w:p>
    <w:p>
      <w:pPr>
        <w:jc w:val="right"/>
      </w:pPr>
      <w:r>
        <w:t>ہمیں وہی ڈنمارک والا چاہیے کیونکہ سب سے اعلیٰ کوالٹی کا ہوتا ہے ڈنمارک کا۔ تو کیا ہوا؟ ماں باپ جو تھے، انہوں نے سرینڈر کر دیا۔</w:t>
      </w:r>
    </w:p>
    <w:p>
      <w:r>
        <w:rPr>
          <w:b/>
        </w:rPr>
        <w:t xml:space="preserve">[37:53] </w:t>
      </w:r>
      <w:r>
        <w:t>jo bachay bachon ne kaha, wahi wahi karne lagay. to aisa yaani ridiculous hai, aisa naarha dena jo chalne wala na ho, jo naarha chalne wala na ho.</w:t>
      </w:r>
    </w:p>
    <w:p>
      <w:pPr>
        <w:jc w:val="right"/>
      </w:pPr>
      <w:r>
        <w:t>جو بچے بچوں نے کہا، وہی وہی کرنے لگے۔ تو ایسا یعنی ریڈیکولس ہے، ایسا نعرہ دینا جو چلنے والا نہ ہو، جو نعرہ چلنے والا نہ ہو۔</w:t>
      </w:r>
    </w:p>
    <w:p>
      <w:r>
        <w:rPr>
          <w:b/>
        </w:rPr>
        <w:t xml:space="preserve">[38:05] </w:t>
      </w:r>
      <w:r>
        <w:t>to ridiculous hai. kya aap awaz par nahi urein ge? kya aap car par nahi baithein ge? kya aap mobile istemal nahi karein ge?</w:t>
      </w:r>
    </w:p>
    <w:p>
      <w:pPr>
        <w:jc w:val="right"/>
      </w:pPr>
      <w:r>
        <w:t>تو ریڈیکولس ہے۔ کیا آپ آوازات پر نہیں اڑیں گے؟ کیا آپ کار پر نہیں بیٹھیں گے؟ کیا آپ موبائل استعمال نہیں کریں گے؟</w:t>
      </w:r>
    </w:p>
    <w:p>
      <w:r>
        <w:rPr>
          <w:b/>
        </w:rPr>
        <w:t xml:space="preserve">[38:12] </w:t>
      </w:r>
      <w:r>
        <w:t>har har cheez to wahin se aati hai, wahin unhi ki technology hai jo jo agar doosre jagahon par saman ban raha hai to woh bhi unhi ki technology hai, unhi ka expert hai.</w:t>
      </w:r>
    </w:p>
    <w:p>
      <w:pPr>
        <w:jc w:val="right"/>
      </w:pPr>
      <w:r>
        <w:t>ہر ہر چیز تو وہیں سے آتی ہے، وہیں انہی کی ٹیکنالوجی ہے جو جو اگر دوسرے جگہوں پر سامان بن رہا ہے تو وہ بھی انہی کی ٹیکنالوجی ہے، انہی کا ایکسپرٹ ہے۔</w:t>
      </w:r>
    </w:p>
    <w:p>
      <w:r>
        <w:rPr>
          <w:b/>
        </w:rPr>
        <w:t xml:space="preserve">[38:25] </w:t>
      </w:r>
      <w:r>
        <w:t>to mein yahi kahunga ke is baar hum mein se har shakhs ko ramzan mein yeh spirit jagana hai, yaani giving spirit.</w:t>
      </w:r>
    </w:p>
    <w:p>
      <w:pPr>
        <w:jc w:val="right"/>
      </w:pPr>
      <w:r>
        <w:t>تو میں یہی کہوں گا کہ اس بار ہم میں سے ہر شخص کو رمضان میں یہ سپرٹ جگانا ہے، یعنی گیونگ اسپرٹ۔</w:t>
      </w:r>
    </w:p>
    <w:p>
      <w:r>
        <w:rPr>
          <w:b/>
        </w:rPr>
        <w:t xml:space="preserve">[38:40] </w:t>
      </w:r>
      <w:r>
        <w:t>ab dunya ko kya dein?</w:t>
      </w:r>
    </w:p>
    <w:p>
      <w:pPr>
        <w:jc w:val="right"/>
      </w:pPr>
      <w:r>
        <w:t>اب دنیا کو کیا دیں؟</w:t>
      </w:r>
    </w:p>
    <w:p>
      <w:r>
        <w:rPr>
          <w:b/>
        </w:rPr>
        <w:t xml:space="preserve">[38:43] </w:t>
      </w:r>
      <w:r>
        <w:t>to mein arz karunga ke hamare paas dene ke liye sirf ek cheez hai, woh hai ideology, tauheed ki ideology. hamare paas kuch nahi hai dene ke liye kyunke saare technology to unhi ke hain, har cheez unhi se lete hain.</w:t>
      </w:r>
    </w:p>
    <w:p>
      <w:pPr>
        <w:jc w:val="right"/>
      </w:pPr>
      <w:r>
        <w:t>تو میں عرض کروں گا کہ ہمارے پاس دینے کے لیے صرف ایک چیز ہے، وہ ہے آئیڈیالوجی، توحید کی آئیڈیالوجی۔ ہمارے پاس کچھ نہیں ہے دینے کے لیے کیونکہ سارے ٹیکنالوجی تو انہی کے ہیں، ہر چیز انہی سے لیتے ہیں۔</w:t>
      </w:r>
    </w:p>
    <w:p>
      <w:r>
        <w:rPr>
          <w:b/>
        </w:rPr>
        <w:t xml:space="preserve">[38:59] </w:t>
      </w:r>
      <w:r>
        <w:t>saare market, saare saabiq center unhi ki technology se bhare hue hain. lekin ek cheez hamare paas woh hai jo un ke paas nahi hai, woh hai ideology,</w:t>
      </w:r>
    </w:p>
    <w:p>
      <w:pPr>
        <w:jc w:val="right"/>
      </w:pPr>
      <w:r>
        <w:t>سارے مارکیٹ، سارے سابق سینٹر انہی کی ٹیکنالوجی سے بھرے ہوئے ہیں۔ لیکن ایک چیز ہمارے پاس وہ ہے جو ان کے پاس نہیں ہے، وہ ہے آئیڈیالوجی،</w:t>
      </w:r>
    </w:p>
    <w:p>
      <w:r>
        <w:rPr>
          <w:b/>
        </w:rPr>
        <w:t xml:space="preserve">[39:09] </w:t>
      </w:r>
      <w:r>
        <w:t>ideology of truth. hamare paas yeh cheez maujood hai. to hamein isi ki planning karna chahiye, dawat ki planning,</w:t>
      </w:r>
    </w:p>
    <w:p>
      <w:pPr>
        <w:jc w:val="right"/>
      </w:pPr>
      <w:r>
        <w:t>آئیڈیالوجی آف ٹروتھ۔ ہمارے پاس یہ چیز موجود ہے۔ تو ہمیں اسی کی پلاننگ کرنا چاہیے، دعوت کی پلاننگ،</w:t>
      </w:r>
    </w:p>
    <w:p>
      <w:r>
        <w:rPr>
          <w:b/>
        </w:rPr>
        <w:t xml:space="preserve">[39:24] </w:t>
      </w:r>
      <w:r>
        <w:t>quran ko har zaban mein tarjuma kar ke logon tak pohnchana, sirat rasool pe kitab mein likh kar ke, yani peaceful andaz mein is ko logon tak pohnchana har zaban mein.</w:t>
      </w:r>
    </w:p>
    <w:p>
      <w:pPr>
        <w:jc w:val="right"/>
      </w:pPr>
      <w:r>
        <w:t>قرآن کو ہر زبان میں ترجمہ کر کے لوگوں تک پہنچانا، سیرت رسول پہ کتاب میں لکھ کر کے، یعنی پیس فل انداز میں اس کو لوگوں تک پہنچانا ہر زبان میں۔</w:t>
      </w:r>
    </w:p>
    <w:p>
      <w:r>
        <w:rPr>
          <w:b/>
        </w:rPr>
        <w:t xml:space="preserve">[39:39] </w:t>
      </w:r>
      <w:r>
        <w:t>to hamari jo jo planning hoti hogi, wo ideology based hogi. ye nahi ke maal ka boycott karein, un ke khilaf mazameen chapaein, un ke khilaf taqreerein karein.</w:t>
      </w:r>
    </w:p>
    <w:p>
      <w:pPr>
        <w:jc w:val="right"/>
      </w:pPr>
      <w:r>
        <w:t>تو ہماری جو جو پلاننگ ہوتی ہوگی، وہ آئیڈیالوجی بیسڈ ہوگی۔ یہ نہیں کہ مال کا بائیکاٹ کریں، ان کے خلاف مضامین چھاپیں، ان کے خلاف تقریریں کریں۔</w:t>
      </w:r>
    </w:p>
    <w:p>
      <w:r>
        <w:rPr>
          <w:b/>
        </w:rPr>
        <w:t xml:space="preserve">[39:49] </w:t>
      </w:r>
      <w:r>
        <w:t>ye koi planning nahi hai. dekhein, jo jo planning chalne wali na ho, jo effective na ho, wo planning nahi hai.</w:t>
      </w:r>
    </w:p>
    <w:p>
      <w:pPr>
        <w:jc w:val="right"/>
      </w:pPr>
      <w:r>
        <w:t>یہ کوئی پلاننگ نہیں ہے۔ دیکھیں، جو جو پلاننگ چلنے والی نہ ہو، جو ایفیکٹیو نہ ہو، وہ پلاننگ نہیں ہے۔</w:t>
      </w:r>
    </w:p>
    <w:p>
      <w:r>
        <w:rPr>
          <w:b/>
        </w:rPr>
        <w:t xml:space="preserve">[39:58] </w:t>
      </w:r>
      <w:r>
        <w:t>wo koi bhi doosri planning to musalman bohat kar chuke hain, wo effective nahi hui.</w:t>
      </w:r>
    </w:p>
    <w:p>
      <w:pPr>
        <w:jc w:val="right"/>
      </w:pPr>
      <w:r>
        <w:t>وہ کوئی بھی دوسری پلاننگ تو مسلمان بہت کر چکے ہیں، وہ ایفیکٹیو نہیں ہوئی۔</w:t>
      </w:r>
    </w:p>
    <w:p>
      <w:r>
        <w:rPr>
          <w:b/>
        </w:rPr>
        <w:t xml:space="preserve">[40:08] </w:t>
      </w:r>
      <w:r>
        <w:t>to jo mansooba amal mein na aa sake, matlab result jo chahte hain aap, wo result is se na nikle, to wo wo mansooba nahi tha, wo planning nahi thi.</w:t>
      </w:r>
    </w:p>
    <w:p>
      <w:pPr>
        <w:jc w:val="right"/>
      </w:pPr>
      <w:r>
        <w:t>تو جو منصوبہ عمل میں نہ آ سکے، مطلب رزلٹ جو چاہتے ہیں آپ، وہ رزلٹ اس سے نہ نکلے، تو وہ وہ منصوبہ نہیں تھا، وہ پلاننگ نہیں تھی۔</w:t>
      </w:r>
    </w:p>
    <w:p>
      <w:r>
        <w:rPr>
          <w:b/>
        </w:rPr>
        <w:t xml:space="preserve">[40:21] </w:t>
      </w:r>
      <w:r>
        <w:t>wo</w:t>
      </w:r>
    </w:p>
    <w:p>
      <w:pPr>
        <w:jc w:val="right"/>
      </w:pPr>
      <w:r>
        <w:t>وہ</w:t>
      </w:r>
    </w:p>
    <w:p>
      <w:r>
        <w:rPr>
          <w:b/>
        </w:rPr>
        <w:t xml:space="preserve">[40:24] </w:t>
      </w:r>
      <w:r>
        <w:t>to main samajhta hoon ke hum hamare paas sirf ek hi cheez hai, wo hai ideology of tauheed. hamare paas jo mehfooz quran hai, mehfooz sunnat rasool hai,</w:t>
      </w:r>
    </w:p>
    <w:p>
      <w:pPr>
        <w:jc w:val="right"/>
      </w:pPr>
      <w:r>
        <w:t>تو میں سمجھتا ہوں کہ ہم ہمارے پاس صرف ایک ہی چیز ہے، وہ ہے آئیڈیالوجی آف توحید۔ ہمارے پاس جو محفوظ قرآن ہے، محفوظ سنت رسول ہے،</w:t>
      </w:r>
    </w:p>
    <w:p>
      <w:r>
        <w:rPr>
          <w:b/>
        </w:rPr>
        <w:t xml:space="preserve">[40:39] </w:t>
      </w:r>
      <w:r>
        <w:t>ye cheezein hamare paas hain. sahaba ke sahaba ki zindagiun ki shakal mein hamare paas bohat bari tareekh hai. to ye is ki buniyad par hamein planning karna chahiye, is ki buniyad par.</w:t>
      </w:r>
    </w:p>
    <w:p>
      <w:pPr>
        <w:jc w:val="right"/>
      </w:pPr>
      <w:r>
        <w:t>یہ چیزیں ہمارے پاس ہیں۔ صحابہ کے صحابہ کی زندگیوں کی شکل میں ہمارے پاس بہت بڑی تاریخ ہے۔ تو یہ اس کی بنیاد پر ہمیں پلاننگ کرنا چاہیے، اس کی بنیاد پر۔</w:t>
      </w:r>
    </w:p>
    <w:p>
      <w:r>
        <w:rPr>
          <w:b/>
        </w:rPr>
        <w:t xml:space="preserve">[40:53] </w:t>
      </w:r>
      <w:r>
        <w:t>aur is ki dunya dunya ko isi ka intezar hai, aaj bhi dunya ko isi ka intezar hai. hum is ka sawal koi aur cheez dunya ko nahi de sakte.</w:t>
      </w:r>
    </w:p>
    <w:p>
      <w:pPr>
        <w:jc w:val="right"/>
      </w:pPr>
      <w:r>
        <w:t>اور اس کی دنیا دنیا کو اسی کا انتظار ہے، آج بھی دنیا کو اسی کا انتظار ہے۔ ہم اس کا سوال کوئی اور چیز دنیا کو نہیں دے سکتے۔</w:t>
      </w:r>
    </w:p>
    <w:p>
      <w:r>
        <w:rPr>
          <w:b/>
        </w:rPr>
        <w:t xml:space="preserve">[41:08] </w:t>
      </w:r>
      <w:r>
        <w:t>to aaj ka jo akhbar hai, us mein yani isi unwan ke tehat mera mazmoon chupa hai ke ramzan is liye ke giving spirit logon ke andar aaye, giving spirit.</w:t>
      </w:r>
    </w:p>
    <w:p>
      <w:pPr>
        <w:jc w:val="right"/>
      </w:pPr>
      <w:r>
        <w:t>تو آج کا جو اخبار ہے، اس میں یعنی اسی عنوان کے تحت میرا مضمون چھپا ہے کہ رمضان اس لیے کہ گیونگ اسپرٹ لوگوں کے اندر آئے، گیونگ اسپرٹ۔</w:t>
      </w:r>
    </w:p>
    <w:p>
      <w:r>
        <w:rPr>
          <w:b/>
        </w:rPr>
        <w:t xml:space="preserve">[41:26] </w:t>
      </w:r>
      <w:r>
        <w:t>aur khud rasool ALLAH صلی اللہ علیہ وسلم ki ka jo namoona hai, us se yahi sabit hota hai. jaisa ke maine bukhari ki riwayat aap ko sunai</w:t>
      </w:r>
    </w:p>
    <w:p>
      <w:pPr>
        <w:jc w:val="right"/>
      </w:pPr>
      <w:r>
        <w:t>اور خود رسول اللہ صلی اللہ علیہ وسلم کی کا جو نمونہ ہے، اس سے یہی ثابت ہوتا ہے۔ جیسا کہ میں نے بخاری کی روایت آپ کو سنائی</w:t>
      </w:r>
    </w:p>
    <w:p>
      <w:r>
        <w:rPr>
          <w:b/>
        </w:rPr>
        <w:t xml:space="preserve">[41:35] </w:t>
      </w:r>
      <w:r>
        <w:t>ke rasool ALLAH صلی اللہ علیہ وسلم ramzan ke maade mein zamane mein khair dono ko doosron ko dein. is ke liye aap hawa ki tarah tez jate they.</w:t>
      </w:r>
    </w:p>
    <w:p>
      <w:pPr>
        <w:jc w:val="right"/>
      </w:pPr>
      <w:r>
        <w:t>کہ رسول اللہ صلی اللہ علیہ وسلم رمضان کے مادے میں زمانے میں خیر دونوں کو دوسروں کو دیں۔ اس کے لیے آپ ہوا کی طرح تیز جاتے تھے۔</w:t>
      </w:r>
    </w:p>
    <w:p>
      <w:r>
        <w:rPr>
          <w:b/>
        </w:rPr>
        <w:t xml:space="preserve">[41:47] </w:t>
      </w:r>
      <w:r>
        <w:t>to log is ko yani khair ko sirf sadqa ke maani mein lete hain, yani mali sadqa ya khane peene ka sadqa.</w:t>
      </w:r>
    </w:p>
    <w:p>
      <w:pPr>
        <w:jc w:val="right"/>
      </w:pPr>
      <w:r>
        <w:t>تو لوگ اس کو یعنی خیر کو صرف صدقہ کے معنی میں لیتے ہیں، یعنی مالی صدقہ یا کھانے پینے کا صدقہ۔</w:t>
      </w:r>
    </w:p>
    <w:p>
      <w:r>
        <w:rPr>
          <w:b/>
        </w:rPr>
        <w:t xml:space="preserve">[41:58] </w:t>
      </w:r>
      <w:r>
        <w:t>wo is ka ek pehlu hai.</w:t>
      </w:r>
    </w:p>
    <w:p>
      <w:pPr>
        <w:jc w:val="right"/>
      </w:pPr>
      <w:r>
        <w:t>وہ اس کا ایک پہلو ہے۔</w:t>
      </w:r>
    </w:p>
    <w:p>
      <w:r>
        <w:rPr>
          <w:b/>
        </w:rPr>
        <w:t xml:space="preserve">[42:01] </w:t>
      </w:r>
      <w:r>
        <w:t>hadith mein lafz khair hai, roti ka lafz nahi hai. to khair ko aap is ke jamay maani mein lijiye, is ke universal maani mein lijiye.</w:t>
      </w:r>
    </w:p>
    <w:p>
      <w:pPr>
        <w:jc w:val="right"/>
      </w:pPr>
      <w:r>
        <w:t>حدیث میں لفظ خیر ہے، روٹی کا لفظ نہیں ہے۔ تو خیر کو آپ اس کے جامع معنی میں لیجئے، اس کے یونیورسل معنی میں لیجئے۔</w:t>
      </w:r>
    </w:p>
    <w:p>
      <w:r>
        <w:rPr>
          <w:b/>
        </w:rPr>
        <w:t xml:space="preserve">[42:17] </w:t>
      </w:r>
      <w:r>
        <w:t>to</w:t>
      </w:r>
    </w:p>
    <w:p>
      <w:pPr>
        <w:jc w:val="right"/>
      </w:pPr>
      <w:r>
        <w:t>تو</w:t>
      </w:r>
    </w:p>
    <w:p>
      <w:r>
        <w:rPr>
          <w:b/>
        </w:rPr>
        <w:t xml:space="preserve">[42:22] </w:t>
      </w:r>
      <w:r>
        <w:t>ye baat</w:t>
      </w:r>
    </w:p>
    <w:p>
      <w:pPr>
        <w:jc w:val="right"/>
      </w:pPr>
      <w:r>
        <w:t>یہ بات</w:t>
      </w:r>
    </w:p>
    <w:p>
      <w:r>
        <w:rPr>
          <w:b/>
        </w:rPr>
        <w:t xml:space="preserve">[42:25] </w:t>
      </w:r>
      <w:r>
        <w:t>hamein hamein sab ko sochna hai.</w:t>
      </w:r>
    </w:p>
    <w:p>
      <w:pPr>
        <w:jc w:val="right"/>
      </w:pPr>
      <w:r>
        <w:t>ہمیں ہم سب کو سوچنا ہے۔</w:t>
      </w:r>
    </w:p>
    <w:p>
      <w:r>
        <w:rPr>
          <w:b/>
        </w:rPr>
        <w:t xml:space="preserve">[42:30] </w:t>
      </w:r>
      <w:r>
        <w:t>ab sirf chand din reh gaye hain roze ke shuru mein, teesra to hum poore ramzan period se guzar rahe hain.</w:t>
      </w:r>
    </w:p>
    <w:p>
      <w:pPr>
        <w:jc w:val="right"/>
      </w:pPr>
      <w:r>
        <w:t>اب صرف چند دن رہ گئے ہیں روزے کے شروع میں، تیسرا تو ہم پورے رمضان پیریڈ سے گزر رہے ہیں۔</w:t>
      </w:r>
    </w:p>
    <w:p>
      <w:r>
        <w:rPr>
          <w:b/>
        </w:rPr>
        <w:t xml:space="preserve">[42:41] </w:t>
      </w:r>
      <w:r>
        <w:t>to hamein chahiye ke hum sochein, tayari karein, tadabbur aur tafakkur karein, aur apne aap ko prepare karein is is kaam ke liye ke hum dunya ke liye giver giver community banein.</w:t>
      </w:r>
    </w:p>
    <w:p>
      <w:pPr>
        <w:jc w:val="right"/>
      </w:pPr>
      <w:r>
        <w:t>تو ہمیں چاہیے کہ ہم سوچیں، تیاری کریں، تدبر اور تفکر کریں، اور اپنے آپ کو پریپیئر کریں اس اس کام کے لیے کہ ہم دنیا کے لیے گیور گیور کمیونٹی بنیں۔</w:t>
      </w:r>
    </w:p>
    <w:p>
      <w:r>
        <w:rPr>
          <w:b/>
        </w:rPr>
        <w:t xml:space="preserve">[42:58] </w:t>
      </w:r>
      <w:r>
        <w:t>giver community</w:t>
      </w:r>
    </w:p>
    <w:p>
      <w:pPr>
        <w:jc w:val="right"/>
      </w:pPr>
      <w:r>
        <w:t>گیور کمیونٹی</w:t>
      </w:r>
    </w:p>
    <w:p>
      <w:r>
        <w:rPr>
          <w:b/>
        </w:rPr>
        <w:t xml:space="preserve">[43:00] </w:t>
      </w:r>
      <w:r>
        <w:t>abhi tak musalman taker community bane hue hain, hum giver community banein. ye hai wo baat jis ke liye hamein apne ko tayar karna hai.</w:t>
      </w:r>
    </w:p>
    <w:p>
      <w:pPr>
        <w:jc w:val="right"/>
      </w:pPr>
      <w:r>
        <w:t>ابھی تک مسلمان ٹیکر کمیونٹی بنے ہوئے ہیں، ہم گیور کمیونٹی بنے۔ یہ ہے وہ بات جس کے لیے ہمیں اپنے کو تیار کرنا ہے۔</w:t>
      </w:r>
    </w:p>
    <w:p>
      <w:r>
        <w:rPr>
          <w:b/>
        </w:rPr>
        <w:t xml:space="preserve">[43:13] </w:t>
      </w:r>
      <w:r>
        <w:t>to main dua karta hoon ke ALLAH taala mujh ko aur aap ko tofeeq de ke hum is is is is spirit ko samjhein aur spirit ko apne andar inculcate karein taake ALLAH hum se raazi ho.</w:t>
      </w:r>
    </w:p>
    <w:p>
      <w:pPr>
        <w:jc w:val="right"/>
      </w:pPr>
      <w:r>
        <w:t>تو میں دعا کرتا ہوں کہ اللہ تعالی مجھ کو اور آپ کو توفیق دے کہ ہم اس اس اس اس سپرٹ کو سمجھیں اور سپرٹ کو اپنے اندر انکلکیٹ کریں تاکہ اللہ ہم سے راضی ہو۔</w:t>
      </w:r>
    </w:p>
    <w:p>
      <w:r>
        <w:rPr>
          <w:b/>
        </w:rPr>
        <w:t xml:space="preserve">[43:32] </w:t>
      </w:r>
      <w:r>
        <w:t>aur ALLAH hamein dunya mein aur akhirat mein apni madad farmaye, ALLAH hamein hamari maghfirat farmaye aur jannat mein dakhla ata farmaye.</w:t>
      </w:r>
    </w:p>
    <w:p>
      <w:pPr>
        <w:jc w:val="right"/>
      </w:pPr>
      <w:r>
        <w:t>اور اللہ ہمیں دنیا میں اور آخرت میں اپنی مدد فرمائے، اللہ ہمیں ہماری مغفرت فرمائے اور جنت میں داخلہ عطا فرمائے۔</w:t>
      </w:r>
    </w:p>
    <w:p>
      <w:r>
        <w:rPr>
          <w:b/>
        </w:rPr>
        <w:t xml:space="preserve">[43:51] </w:t>
      </w:r>
      <w:r>
        <w:t>assalam o alaikum wa rehmatullahi wa barakatuh.</w:t>
      </w:r>
    </w:p>
    <w:p>
      <w:pPr>
        <w:jc w:val="right"/>
      </w:pPr>
      <w:r>
        <w:t>السلام علیکم ورحمۃ اللہ وبرکاتہ۔</w:t>
      </w:r>
    </w:p>
    <w:p>
      <w:r>
        <w:rPr>
          <w:b/>
        </w:rPr>
        <w:t xml:space="preserve">[44:07] </w:t>
      </w:r>
      <w:r>
        <w:t>we are starting with the question answer session now. i request our online viewers to please send in their questions or info at cpsglobal.org.</w:t>
      </w:r>
    </w:p>
    <w:p>
      <w:pPr>
        <w:jc w:val="right"/>
      </w:pPr>
      <w:r>
        <w:t>وی آر سٹارٹنگ ود دا کوئسچن انسر سیشن ناؤ۔ آئی ریکویسٹ اور آن لائن ویوورز ٹو پلیز سینڈ ان دیر کوئسچنز اور انفو ایٹ سی پی ایس گلوبل ڈاٹ او آر جی۔</w:t>
      </w:r>
    </w:p>
    <w:p>
      <w:r>
        <w:rPr>
          <w:b/>
        </w:rPr>
        <w:t xml:space="preserve">[44:20] </w:t>
      </w:r>
      <w:r>
        <w:t>mona yeh sawal kya hai miss naghma siddiqui ne delhi se: "when the age of weapon is over, why do people still live in it?</w:t>
      </w:r>
    </w:p>
    <w:p>
      <w:pPr>
        <w:jc w:val="right"/>
      </w:pPr>
      <w:r>
        <w:t>مونا یہ سوال کیا ہے مس نغمہ صدیقی نے دہلی سے: "وین دی ایج آف ویپن از اوور، وائی ڈو پیپل سٹل لیو ان اٹ؟</w:t>
      </w:r>
    </w:p>
    <w:p>
      <w:r>
        <w:rPr>
          <w:b/>
        </w:rPr>
        <w:t xml:space="preserve">[44:33] </w:t>
      </w:r>
      <w:r>
        <w:t>" dekhen, yeh tareekh ka tajurba hai ke mazi ki jo tradition hoti hai, bohat der mein nikaltay hain.</w:t>
      </w:r>
    </w:p>
    <w:p>
      <w:pPr>
        <w:jc w:val="right"/>
      </w:pPr>
      <w:r>
        <w:t>" دیکھیں، یہ تاریخ کا تجربہ ہے کہ ماضی کی جو ٹریڈیشن ہوتی ہے، بہت دیر میں نکلتے ہیں۔</w:t>
      </w:r>
    </w:p>
    <w:p>
      <w:r>
        <w:rPr>
          <w:b/>
        </w:rPr>
        <w:t xml:space="preserve">[44:43] </w:t>
      </w:r>
      <w:r>
        <w:t>is se log khud europe bohat der mein nikla hai. aisa nahi ke aaj ka jo europe hai, woh pehle se bhi aisa hi tha.</w:t>
      </w:r>
    </w:p>
    <w:p>
      <w:pPr>
        <w:jc w:val="right"/>
      </w:pPr>
      <w:r>
        <w:t>اس سے لوگ خود یورپ بہت دیر میں نکلا ہے۔ ایسا نہیں کہ آج کا جو یورپ ہے، وہ پہلے سے بھی ایسا ہی تھا۔</w:t>
      </w:r>
    </w:p>
    <w:p>
      <w:r>
        <w:rPr>
          <w:b/>
        </w:rPr>
        <w:t xml:space="preserve">[44:54] </w:t>
      </w:r>
      <w:r>
        <w:t>bohat zabardast shauq laga un ko, wahan bohat bari tarike chalay. tab mazi ki train se bahar aaye woh</w:t>
      </w:r>
    </w:p>
    <w:p>
      <w:pPr>
        <w:jc w:val="right"/>
      </w:pPr>
      <w:r>
        <w:t>بہت زبردست شوق لگا ان کو، وہاں بہت بڑی طریقے چلیں۔ تب ماضی کی ٹرین سے باہر آئے وہ</w:t>
      </w:r>
    </w:p>
    <w:p>
      <w:r>
        <w:rPr>
          <w:b/>
        </w:rPr>
        <w:t xml:space="preserve">[45:02] </w:t>
      </w:r>
      <w:r>
        <w:t>۔ acha, musalmanon mein abhi yeh yeh process sirf shuru hua hai, abhi ziyada yani mukammal andaaz mein nahi chala hai ke mazi ki tradition se bahar aayein.</w:t>
      </w:r>
    </w:p>
    <w:p>
      <w:pPr>
        <w:jc w:val="right"/>
      </w:pPr>
      <w:r>
        <w:t>۔ اچھا، مسلمانوں میں ابھی یہ یہ پروسیس صرف شروع ہوا ہے، ابھی زیادہ یعنی مکمل انداز میں نہیں چلا ہے کہ ماضی کی ٹریڈیشن سے باہر آئیں۔</w:t>
      </w:r>
    </w:p>
    <w:p>
      <w:r>
        <w:rPr>
          <w:b/>
        </w:rPr>
        <w:t xml:space="preserve">[45:17] </w:t>
      </w:r>
      <w:r>
        <w:t>yeh sab cheezein tribal age ki traditions hain. tribal age, tribal age mein kya hota tha</w:t>
      </w:r>
    </w:p>
    <w:p>
      <w:pPr>
        <w:jc w:val="right"/>
      </w:pPr>
      <w:r>
        <w:t>یہ سب چیزیں ٹرائبل ایج کی ٹریڈیشن ہیں۔ ٹرائبل ایج، ٹرائبل ایج میں کیا ہوتا تھا</w:t>
      </w:r>
    </w:p>
    <w:p>
      <w:r>
        <w:rPr>
          <w:b/>
        </w:rPr>
        <w:t xml:space="preserve">[45:26] </w:t>
      </w:r>
      <w:r>
        <w:t>ke yeh samajhtay thay ke talwar faisla kun cheez hai. talwar se hum har cheez hasil kar saktay hain,</w:t>
      </w:r>
    </w:p>
    <w:p>
      <w:pPr>
        <w:jc w:val="right"/>
      </w:pPr>
      <w:r>
        <w:t>کہ یہ سمجھتے تھے کہ تلوار فیصلہ کن چیز ہے۔ تلوار سے ہم ہر چیز حاصل کر سکتے ہیں،</w:t>
      </w:r>
    </w:p>
    <w:p>
      <w:r>
        <w:rPr>
          <w:b/>
        </w:rPr>
        <w:t xml:space="preserve">[45:39] </w:t>
      </w:r>
      <w:r>
        <w:t>har cheez hum ko jab chahtay hain, hum sab talwar hasil kar saktay hain.</w:t>
      </w:r>
    </w:p>
    <w:p>
      <w:pPr>
        <w:jc w:val="right"/>
      </w:pPr>
      <w:r>
        <w:t>ہر چیز ہم کو جب چاہتے ہیں، ہم سب تلوار حاصل کر سکتے ہیں۔</w:t>
      </w:r>
    </w:p>
    <w:p>
      <w:r>
        <w:rPr>
          <w:b/>
        </w:rPr>
        <w:t xml:space="preserve">[45:47] </w:t>
      </w:r>
      <w:r>
        <w:t>to isi isi tradition mein abhi tak musalman jee rahay hain, aur is ki tradition jeenay ki wajah yeh hai ke hamari kitabon mein isi charchay hai, masjidon mein isi ki taqreerein hoti hain.</w:t>
      </w:r>
    </w:p>
    <w:p>
      <w:pPr>
        <w:jc w:val="right"/>
      </w:pPr>
      <w:r>
        <w:t>تو اسی اسی ٹریڈیشن میں ابھی تک مسلمان جی رہے ہیں، اور اس کی ٹریڈیشن جینے کی وجہ یہ ہے کہ ہماری کتابوں میں اسی چرچہ ہے، مسجدوں میں اسی کی تقریریں ہوتی ہیں۔</w:t>
      </w:r>
    </w:p>
    <w:p>
      <w:r>
        <w:rPr>
          <w:b/>
        </w:rPr>
        <w:t xml:space="preserve">[45:59] </w:t>
      </w:r>
      <w:r>
        <w:t>jaisay mein aik dilli ki aik masjid maine juma ki namaz parhi hui hai, bohat ajeeb baat yeh hai ke dilli ki masjid mein namaz parhi to jo imam sahib jo thay,</w:t>
      </w:r>
    </w:p>
    <w:p>
      <w:pPr>
        <w:jc w:val="right"/>
      </w:pPr>
      <w:r>
        <w:t>جیسے میں ایک دلی کی ایک مسجد میں نے جمعہ کی نماز پڑھی ہوئی ہے، بہت عجیب بات یہ ہے کہ دلی کی مسجد میں نماز پڑھی تو جو امام صاحب جو تھے،</w:t>
      </w:r>
    </w:p>
    <w:p>
      <w:r>
        <w:rPr>
          <w:b/>
        </w:rPr>
        <w:t xml:space="preserve">[46:12] </w:t>
      </w:r>
      <w:r>
        <w:t>baray josh o kharosh ka taaruf kar rahay thay.</w:t>
      </w:r>
    </w:p>
    <w:p>
      <w:pPr>
        <w:jc w:val="right"/>
      </w:pPr>
      <w:r>
        <w:t>بڑے جوش و خروش کا تعارف کر رہے تھے۔</w:t>
      </w:r>
    </w:p>
    <w:p>
      <w:r>
        <w:rPr>
          <w:b/>
        </w:rPr>
        <w:t xml:space="preserve">[46:15] </w:t>
      </w:r>
      <w:r>
        <w:t>khutbay se pehle aik taqreer ki aati hai, masjidon mein taqreer kar rahay thay. is mein unhon ne kaha ke yani kahin chupa tha kuch ke hinduon ne yeh naqsha banaya hai ke musalmanon ko india se kisi aisay keh detay hain log kuch baatein ke musalmanon ka koi muqam nahi india mein nahi hai waghera is tarah</w:t>
      </w:r>
    </w:p>
    <w:p>
      <w:pPr>
        <w:jc w:val="right"/>
      </w:pPr>
      <w:r>
        <w:t>خطبے سے پہلے ایک تقریر کی آتی ہے، مسجدوں میں تقریر کر رہے تھے۔ اس میں انہوں نے کہا کہ یعنی کہیں چھپا تھا کچھ کہ ہندوؤں نے یہ نقشہ بنایا ہے کہ مسلمانوں کو انڈیا سے کسی ایسے کہہ دیتے ہیں لوگ کچھ باتیں کہ مسلمانوں کا کوئی مقام نہیں انڈیا میں نہیں ہے وغیرہ اس طرح</w:t>
      </w:r>
    </w:p>
    <w:p>
      <w:r>
        <w:rPr>
          <w:b/>
        </w:rPr>
        <w:t xml:space="preserve">[46:36] </w:t>
      </w:r>
      <w:r>
        <w:t>ki baatein. to baray josh se keh rahay thay ke hum ne is mulk par aath sau saal tak hukoomat ki hai, hamara koi kaise kuch bigaar sakta hai?</w:t>
      </w:r>
    </w:p>
    <w:p>
      <w:pPr>
        <w:jc w:val="right"/>
      </w:pPr>
      <w:r>
        <w:t>کی باتیں۔ تو بڑے جوش سے کہہ رہے تھے کہ ہم نے اس ملک پر آٹھ سو سال تک حکومت کی ہے، ہمارا کوئی کیسے کچھ بگاڑ سکتا ہے؟</w:t>
      </w:r>
    </w:p>
    <w:p>
      <w:r>
        <w:rPr>
          <w:b/>
        </w:rPr>
        <w:t xml:space="preserve">[46:47] </w:t>
      </w:r>
      <w:r>
        <w:t>ab dekhen, aath sau saal tak hukoomat ki hai, yeh yeh is mein shamil karna chahiye ke dour Saif mein hukoomat ki hai.</w:t>
      </w:r>
    </w:p>
    <w:p>
      <w:pPr>
        <w:jc w:val="right"/>
      </w:pPr>
      <w:r>
        <w:t>اب دیکھیں، آٹھ سو سال تک حکومت کی ہے، یہ یہ اس میں شامل کرنا چاہیے کہ دور سیف میں حکومت کی ہے۔</w:t>
      </w:r>
    </w:p>
    <w:p>
      <w:r>
        <w:rPr>
          <w:b/>
        </w:rPr>
        <w:t xml:space="preserve">[46:57] </w:t>
      </w:r>
      <w:r>
        <w:t>aath sau saal ki baat nahi hai, yeh yeh dour Saif ki baat hai,</w:t>
      </w:r>
    </w:p>
    <w:p>
      <w:pPr>
        <w:jc w:val="right"/>
      </w:pPr>
      <w:r>
        <w:t>آٹھ سو سال کی بات نہیں ہے، یہ یہ دور سیف کی بات ہے،</w:t>
      </w:r>
    </w:p>
    <w:p>
      <w:r>
        <w:rPr>
          <w:b/>
        </w:rPr>
        <w:t xml:space="preserve">[47:04] </w:t>
      </w:r>
      <w:r>
        <w:t>yeh dour Saif ki baat</w:t>
      </w:r>
    </w:p>
    <w:p>
      <w:pPr>
        <w:jc w:val="right"/>
      </w:pPr>
      <w:r>
        <w:t>یہ دور سیف کی بات</w:t>
      </w:r>
    </w:p>
    <w:p>
      <w:r>
        <w:rPr>
          <w:b/>
        </w:rPr>
        <w:t xml:space="preserve">[47:05] </w:t>
      </w:r>
      <w:r>
        <w:t>hai. aap dekhen, yani abhi jo maine shair parha ke "salahuddin ko dobara lao" to salahuddin ko dobara hum laye.</w:t>
      </w:r>
    </w:p>
    <w:p>
      <w:pPr>
        <w:jc w:val="right"/>
      </w:pPr>
      <w:r>
        <w:t>ہے۔ آپ دیکھیں، یعنی ابھی جو میں نے شعر پڑھا کہ "صلاح الدین کو دوبارہ لاؤ" تو صلاح الدین کو دوبارہ ہم لائے۔</w:t>
      </w:r>
    </w:p>
    <w:p>
      <w:r>
        <w:rPr>
          <w:b/>
        </w:rPr>
        <w:t xml:space="preserve">[47:15] </w:t>
      </w:r>
      <w:r>
        <w:t>tareekh wapas aaya, salahuddin sultan tipu jis jo thay, sultan tipu shaheed jin ko kaha jata hai, bohat bahadur aadmi thay, yani salahuddin se kam nahi thay woh bahaduri mein.</w:t>
      </w:r>
    </w:p>
    <w:p>
      <w:pPr>
        <w:jc w:val="right"/>
      </w:pPr>
      <w:r>
        <w:t>تاریخ واپس آیا، صلاح الدین سلطان ٹیپو جس جو تھے، سلطان ٹیپو شہید جن کو کہا جاتا ہے، بہت بہادر آدمی تھے، یعنی صلاح الدین سے کم نہیں تھے وہ بہادری میں۔</w:t>
      </w:r>
    </w:p>
    <w:p>
      <w:r>
        <w:rPr>
          <w:b/>
        </w:rPr>
        <w:t xml:space="preserve">[47:29] </w:t>
      </w:r>
      <w:r>
        <w:t>lekin sergapdam mein unhon ne woh laray angrezon ki fauj se, aur is mein woh maray gaye. is mein aur is mein angrez general tha jo tha, us ne kaha tha ke jab usay mara khatam kiya, jab salahuddin ko kaha ke "today India's or today India's or" to salahuddin tareekh mein wapas aaya.</w:t>
      </w:r>
    </w:p>
    <w:p>
      <w:pPr>
        <w:jc w:val="right"/>
      </w:pPr>
      <w:r>
        <w:t>لیکن سرگاپڈم میں انہوں نے وہ لڑ گئے انگریزوں کی فوج سے، اور اس میں وہ مارے گئے۔ اس میں اور اس میں انگریز جنرل تھا جو تھا، اس نے کہا تھا کہ جب اسے مارا ختم کیا، جب صلاح الدین کو کہا کہ "ٹوڈے انڈیاز اور ٹوڈے انڈیاز اور" تو صلاح الدین تاریخ میں واپس آیا۔</w:t>
      </w:r>
    </w:p>
    <w:p>
      <w:r>
        <w:rPr>
          <w:b/>
        </w:rPr>
        <w:t xml:space="preserve">[47:54] </w:t>
      </w:r>
      <w:r>
        <w:t>salahuddin yani sultan tipu salahuddin thay,</w:t>
      </w:r>
    </w:p>
    <w:p>
      <w:pPr>
        <w:jc w:val="right"/>
      </w:pPr>
      <w:r>
        <w:t>صلاح الدین یعنی سلطان ٹیپو صلاح الدین تھے،</w:t>
      </w:r>
    </w:p>
    <w:p>
      <w:r>
        <w:rPr>
          <w:b/>
        </w:rPr>
        <w:t xml:space="preserve">[47:58] </w:t>
      </w:r>
      <w:r>
        <w:t>yasser arafat dour jadeed salahuddin thay, hazrat binah aur syed qutb dour jadeed ke salahuddin thay. phir result woh koi result nahi nikaal sakay kyunke ayat dour aman mein aaye aur salahuddin aaye thay dour science mein.</w:t>
      </w:r>
    </w:p>
    <w:p>
      <w:pPr>
        <w:jc w:val="right"/>
      </w:pPr>
      <w:r>
        <w:t>یاسر عرفات دور جدید صلاح الدین تھے، حضرت بنہ اور سید قطب دور جدید کے صلاح الدین تھے۔ پھر رزلٹ وہ کوئی رزلٹ نہیں نکال سکے کیونکہ آیت دور امن میں آئے اور صلاح الدین آئے تھے دور سائنس میں۔</w:t>
      </w:r>
    </w:p>
    <w:p>
      <w:r>
        <w:rPr>
          <w:b/>
        </w:rPr>
        <w:t xml:space="preserve">[48:16] </w:t>
      </w:r>
      <w:r>
        <w:t>lekin abhi tak hamari taqreeron mein, hamaray jalson mein, hamari kitabon mein wohi baatein dohratay hain: "haad salahuddin, saan peena".</w:t>
      </w:r>
    </w:p>
    <w:p>
      <w:pPr>
        <w:jc w:val="right"/>
      </w:pPr>
      <w:r>
        <w:t>لیکن ابھی تک ہماری تقریروں میں، ہمارے جلسوں میں، ہماری کتابوں میں وہی باتیں دہراتے ہیں: "حاد صلاح الدین، سان پینا"۔</w:t>
      </w:r>
    </w:p>
    <w:p>
      <w:r>
        <w:rPr>
          <w:b/>
        </w:rPr>
        <w:t xml:space="preserve">[48:25] </w:t>
      </w:r>
      <w:r>
        <w:t>yeh kaho ke dour khatam ho gaya,</w:t>
      </w:r>
    </w:p>
    <w:p>
      <w:pPr>
        <w:jc w:val="right"/>
      </w:pPr>
      <w:r>
        <w:t>یہ کہو کہ دور ختم ہو گیا،</w:t>
      </w:r>
    </w:p>
    <w:p>
      <w:r>
        <w:rPr>
          <w:b/>
        </w:rPr>
        <w:t xml:space="preserve">[48:27] </w:t>
      </w:r>
      <w:r>
        <w:t>salahuddin ka karnameh dour Saif ke liye tha, dour aman ke liye nahi tha. isi kaam ko karnay ki zaroorat hai, logon ko batany ki zaroorat hai ke dour badal gaya.</w:t>
      </w:r>
    </w:p>
    <w:p>
      <w:pPr>
        <w:jc w:val="right"/>
      </w:pPr>
      <w:r>
        <w:t>صلاح الدین کا کارنامہ دور سیف کے لیے تھا، دور امن کے لیے نہیں تھا۔ اسی کام کو کرنے کی ضرورت ہے، لوگوں کو بتانے کی ضرورت ہے کہ دور بدل گیا۔</w:t>
      </w:r>
    </w:p>
    <w:p>
      <w:r>
        <w:rPr>
          <w:b/>
        </w:rPr>
        <w:t xml:space="preserve">[48:43] </w:t>
      </w:r>
      <w:r>
        <w:t>maulana, yeh agla sawal aya hai mr imran ka bahrain se: "maulana sahib, you mentioned in today lecture ke dawah means spreading the message which you have discovered,</w:t>
      </w:r>
    </w:p>
    <w:p>
      <w:pPr>
        <w:jc w:val="right"/>
      </w:pPr>
      <w:r>
        <w:t>مولانا، یہ اگلا سوال آیا ہے مسٹر عمران کا بحرین سے: "مولانا صاحب، یو مینشنڈ ان ٹوڈے لیکچر کہ دعویٰ مینز سپریڈنگ دا میسج وچ یو ہیو ڈسکورڈ،</w:t>
      </w:r>
    </w:p>
    <w:p>
      <w:r>
        <w:rPr>
          <w:b/>
        </w:rPr>
        <w:t xml:space="preserve">[48:56] </w:t>
      </w:r>
      <w:r>
        <w:t>but many ulama say first we need to correct our self and then spread the message. my question is, since the process of self correction is life long, then when to do dawah?" dekhen, main aashiron se bohat m</w:t>
      </w:r>
    </w:p>
    <w:p>
      <w:pPr>
        <w:jc w:val="right"/>
      </w:pPr>
      <w:r>
        <w:t>بٹ مینی علماء سے فرسٹ وی نیڈ ٹو کریکٹ اور سیلف اینڈ دین سپریڈ دا میسج۔ مائی کوئسچن از، سنس دی پروسیس آف سیلف کریکشن از لائف لانگ، دین وین ٹو ڈو دعویٰ؟" دیکھیں، میں عاشروں سے بہت م</w:t>
      </w:r>
    </w:p>
    <w:p>
      <w:r>
        <w:rPr>
          <w:b/>
        </w:rPr>
        <w:t xml:space="preserve">[49:15] </w:t>
      </w:r>
      <w:r>
        <w:t>la hoon, un se main poochta hoon ke koi ayat bataiye quran ki, koi quran ki ayat ya hadith bataiye ke pehle apne ko theek karen, is ke baad dawat ka kaam karna hai.</w:t>
      </w:r>
    </w:p>
    <w:p>
      <w:pPr>
        <w:jc w:val="right"/>
      </w:pPr>
      <w:r>
        <w:t>لا ہوں، ان سے میں پوچھتا ہوں کہ کوئی آیت بتائیے قرآن کی، کوئی قرآن کی آیت یا حدیث بتائیے کہ پہلے اپنے کو ٹھیک کریں، اس کے بعد دعوت کا کام کرنا ہے۔</w:t>
      </w:r>
    </w:p>
    <w:p>
      <w:r>
        <w:rPr>
          <w:b/>
        </w:rPr>
        <w:t xml:space="preserve">[49:23] </w:t>
      </w:r>
      <w:r>
        <w:t>yeh to yeh to bilkul baseless baat hai, koi ek ayat nahi quran majeed mein, koi ek hadith nahi jo yeh kehti ho ke pehle apni islah karo, phir dawat ka kaam baat ko hoga.</w:t>
      </w:r>
    </w:p>
    <w:p>
      <w:pPr>
        <w:jc w:val="right"/>
      </w:pPr>
      <w:r>
        <w:t>یہ تو یہ تو بالکل بیسلیس بات ہے، کوئی ایک آیت نہیں قرآن مجید میں، کوئی ایک حدیث نہیں جو یہ کہتی ہو کہ پہلے اپنی اصلاح کرو، پھر دعوت کا کام بات کو ہوگا۔</w:t>
      </w:r>
    </w:p>
    <w:p>
      <w:r>
        <w:rPr>
          <w:b/>
        </w:rPr>
        <w:t xml:space="preserve">[49:36] </w:t>
      </w:r>
      <w:r>
        <w:t>yeh to farzi baat hai, jo log aisa kehte hain un se aap poochhen ke koi hawala do quran o sunnat ka hawala do, koi hawala d</w:t>
      </w:r>
    </w:p>
    <w:p>
      <w:pPr>
        <w:jc w:val="right"/>
      </w:pPr>
      <w:r>
        <w:t>یہ تو فرضی بات ہے، جو لوگ ایسا کہتے ہیں ان سے آپ پوچھیں کہ کوئی حوالہ دو قرآن و سنت کا حوالہ دو، کوئی حوالہ د</w:t>
      </w:r>
    </w:p>
    <w:p>
      <w:r>
        <w:rPr>
          <w:b/>
        </w:rPr>
        <w:t xml:space="preserve">[49:44] </w:t>
      </w:r>
      <w:r>
        <w:t>e sakte ho. main bohat asar baaten keen, main is ko bohat zyada galat samajhta hoon yeh kehne ko ke pehle apni islah karo, phir dawat ka kaam. yani yeh main is ko bohat hi zyada galat samajhta hoon aur yeh جسارت samajhta hoon ke deen mein ek aisi baat zalim dakhil kar rahe hain jo deen mein hai nahi,</w:t>
      </w:r>
    </w:p>
    <w:p>
      <w:pPr>
        <w:jc w:val="right"/>
      </w:pPr>
      <w:r>
        <w:t>ے سکتے ہو۔ میں بہت اثر باتیں کیں، میں اس کو بہت زیادہ غلط سمجھتا ہوں یہ کہنے کو کہ پہلے اپنی اصلاح کرو، پھر دعوت کا کام۔ یعنی یہ میں اس کو بہت ہی زیادہ غلط سمجھتا ہوں اور یہ جسارت سمجھتا ہوں کہ دین میں ایک ایسی بات ظالم داخل کر رہے ہیں جو دین میں ہے نہیں،</w:t>
      </w:r>
    </w:p>
    <w:p>
      <w:r>
        <w:rPr>
          <w:b/>
        </w:rPr>
        <w:t xml:space="preserve">[50:03] </w:t>
      </w:r>
      <w:r>
        <w:t>ek aisi baat jo deen mein hai nahi. yeh tasawwur quran aur hadith ajnabi hai ke pehle apni islah kar lo, phir baat baat ko dawat ka ho</w:t>
      </w:r>
    </w:p>
    <w:p>
      <w:pPr>
        <w:jc w:val="right"/>
      </w:pPr>
      <w:r>
        <w:t>ایک ایسی بات جو دین میں ہے نہیں۔ یہ تصور قرآن اور حدیث اجنبی ہے کہ پہلے اپنی اصلاح کر لو، پھر بات بات کو دعوت کا ہو</w:t>
      </w:r>
    </w:p>
    <w:p>
      <w:r>
        <w:rPr>
          <w:b/>
        </w:rPr>
        <w:t xml:space="preserve">[50:12] </w:t>
      </w:r>
      <w:r>
        <w:t>ga. yeh tasawwur quran aur hadith mein ajnabi hai, kya haq hai kisi ko aisi baat kehne ka? to jo aap se kahe, ab us se poochhen, reference poochhen, us ko sun kar mat maan lijiye.</w:t>
      </w:r>
    </w:p>
    <w:p>
      <w:pPr>
        <w:jc w:val="right"/>
      </w:pPr>
      <w:r>
        <w:t>گا۔ یہ تصور قرآن اور حدیث میں اجنبی ہے، کیا حق ہے کسی کو ایسی بات کہنے کا؟ تو جو آپ سے کہے، اب اس سے پوچھیں، ریفرنس پوچھیں، اس کو سن کر مت مان لیجئے۔</w:t>
      </w:r>
    </w:p>
    <w:p>
      <w:r>
        <w:rPr>
          <w:b/>
        </w:rPr>
        <w:t xml:space="preserve">[50:29] </w:t>
      </w:r>
      <w:r>
        <w:t>mona, yeh sawal aya hai mr amir jaan ka kashmir se: "it is rightly said that ramzan is all about desire management</w:t>
      </w:r>
    </w:p>
    <w:p>
      <w:pPr>
        <w:jc w:val="right"/>
      </w:pPr>
      <w:r>
        <w:t>مونا، یہ سوال آیا ہے مسٹر عامر جان کا کشمیر سے: "اٹ از رائٹلی سیڈ دیٹ رمضان از آل اباؤٹ ڈیزائر مینجمنٹ</w:t>
      </w:r>
    </w:p>
    <w:p>
      <w:r>
        <w:rPr>
          <w:b/>
        </w:rPr>
        <w:t xml:space="preserve">[50:40] </w:t>
      </w:r>
      <w:r>
        <w:t>۔ why is it that majority of people are able to manage their desires in this month, but once its over, their desires again take control and they follow the wrong path to meet their desires?" kindly guide</w:t>
      </w:r>
    </w:p>
    <w:p>
      <w:pPr>
        <w:jc w:val="right"/>
      </w:pPr>
      <w:r>
        <w:t>۔ وائی از اٹ دیٹ میجورٹی آف پیپل آر ایبل ٹو مینج دیر ڈیزائرز ان دس منتھ، بٹ ونس اٹس اوور، دیر ڈیزائرز اگین ٹیک کنٹرول اینڈ دے فالو دی رونگ پاتھ ٹو میٹ دیر ڈیزائرز؟" کائنڈلی گائیڈ</w:t>
      </w:r>
    </w:p>
    <w:p>
      <w:r>
        <w:rPr>
          <w:b/>
        </w:rPr>
        <w:t xml:space="preserve">[50:59] </w:t>
      </w:r>
      <w:r>
        <w:t>bhai, yeh yeh is ka jawab bilkul saada hai ke har masjid mein aap jaiye to sirf misaal bayan kiye jayenge ke roza kab tootta hai aur sehri ka waqt kab shuru hota hai.</w:t>
      </w:r>
    </w:p>
    <w:p>
      <w:pPr>
        <w:jc w:val="right"/>
      </w:pPr>
      <w:r>
        <w:t>بھائی، یہ یہ اس کا جواب بالکل سادہ ہے کہ ہر مسجد میں آپ جائیے تو صرف مثال بیان کیے جائیں گے کہ روزہ کب ٹوٹتا ہے اور سحری کا وقت کب شروع ہوتا ہے۔</w:t>
      </w:r>
    </w:p>
    <w:p>
      <w:r>
        <w:rPr>
          <w:b/>
        </w:rPr>
        <w:t xml:space="preserve">[51:15] </w:t>
      </w:r>
      <w:r>
        <w:t>yeh jo masail hain, woh bayan kiye jate hain, yani haqeeqat hai ramzan kahin batai batai nahi jati. aap jaiye kisi masjid mein, ek ek chart laga hoga, wahan chart masail ramzan,</w:t>
      </w:r>
    </w:p>
    <w:p>
      <w:pPr>
        <w:jc w:val="right"/>
      </w:pPr>
      <w:r>
        <w:t>یہ جو مسائل ہیں، وہ بیان کیے جاتے ہیں، یعنی حقیقت ہے رمضان کہیں بتائی بتائی نہیں جاتی۔ آپ جائیے کسی مسجد میں، ایک ایک چارٹ لگا ہوگا، وہاں چارٹ مسائل رمضان،</w:t>
      </w:r>
    </w:p>
    <w:p>
      <w:r>
        <w:rPr>
          <w:b/>
        </w:rPr>
        <w:t xml:space="preserve">[51:29] </w:t>
      </w:r>
      <w:r>
        <w:t>koi chart nahi dekhenge aap jo haqeeqat hai ramzan. rooh ramzan par ho to yeh jo log masjidon aur madarson ko chala rahe hain, un ki zimmedari hai ke woh form based region chala rakha hai, unhon ne spirit based region ki baaten nahi karte.</w:t>
      </w:r>
    </w:p>
    <w:p>
      <w:pPr>
        <w:jc w:val="right"/>
      </w:pPr>
      <w:r>
        <w:t>کوئی چارٹ نہیں دیکھیں گے آپ جو حقیقت ہے رمضان۔ روح رمضان پر ہو تو یہ جو لوگ مسجدوں اور مدرسوں کو چلا رہے ہیں، ان کی ذمہ داری ہے کہ وہ فارم بیسڈ ریجن چلا رکھا ہے، انہوں نے اسپرٹ بیسڈ ریجن کی باتیں نہیں کرتے۔</w:t>
      </w:r>
    </w:p>
    <w:p>
      <w:r>
        <w:rPr>
          <w:b/>
        </w:rPr>
        <w:t xml:space="preserve">[51:47] </w:t>
      </w:r>
      <w:r>
        <w:t>woh isi ka wajah se yeh sab hai, yeh halat hai. maulana, yeh agla comment aur question hai mr danish fazal ka lucknow se</w:t>
      </w:r>
    </w:p>
    <w:p>
      <w:pPr>
        <w:jc w:val="right"/>
      </w:pPr>
      <w:r>
        <w:t>وہ اسی کا وجہ سے یہ سب ہے، یہ حالت ہے۔ مولانا، یہ اگلا کمنٹ اور کوئسچن ہے مسٹر دانش فضل کا لکھنو سے</w:t>
      </w:r>
    </w:p>
    <w:p>
      <w:r>
        <w:rPr>
          <w:b/>
        </w:rPr>
        <w:t xml:space="preserve">[51:57] </w:t>
      </w:r>
      <w:r>
        <w:t>: "thank you maulana sahib for giving us such a valuable thought provoking gift for ramzan, that is giving spirit.</w:t>
      </w:r>
    </w:p>
    <w:p>
      <w:pPr>
        <w:jc w:val="right"/>
      </w:pPr>
      <w:r>
        <w:t>: "تھینک یو مولانا صاحب فار گیونگ ایس سچ ا ویلیو ایبل تھاٹ پرووکنگ گفٹ فار رمضان، دیٹ از گیونگ سپرٹ۔</w:t>
      </w:r>
    </w:p>
    <w:p>
      <w:r>
        <w:rPr>
          <w:b/>
        </w:rPr>
        <w:t xml:space="preserve">[52:07] </w:t>
      </w:r>
      <w:r>
        <w:t>today i really discovered the spirit of ramzan." un ka sawal hai: "while in the state of tadabbur, we might go astray because of less knowledge of islam.</w:t>
      </w:r>
    </w:p>
    <w:p>
      <w:pPr>
        <w:jc w:val="right"/>
      </w:pPr>
      <w:r>
        <w:t>ٹوڈے آئی ریلی ڈسکورڈ دی سپرٹ آف رمضان۔" ان کا سوال ہے: "وائل ان دا سٹیٹ آف تدبر، وی مائٹ گو ایز سٹری بیکاز آف لیس نالج آف اسلام۔</w:t>
      </w:r>
    </w:p>
    <w:p>
      <w:r>
        <w:rPr>
          <w:b/>
        </w:rPr>
        <w:t xml:space="preserve">[52:21] </w:t>
      </w:r>
      <w:r>
        <w:t>so how can we save us from un authentic distractive things?" distractive things</w:t>
      </w:r>
    </w:p>
    <w:p>
      <w:pPr>
        <w:jc w:val="right"/>
      </w:pPr>
      <w:r>
        <w:t>سو ہاؤ کین وی سیو اس فرام ان اتھینٹک ڈسٹریکٹک تھنگز؟" ڈسٹریکٹک تھنگز</w:t>
      </w:r>
    </w:p>
    <w:p>
      <w:r>
        <w:rPr>
          <w:b/>
        </w:rPr>
        <w:t xml:space="preserve">[52:27] </w:t>
      </w:r>
      <w:r>
        <w:t>bhai, is ka taalluq knowledge se nahi hai. har insan ke paas nature hai, consciousness hai, sochne ki taqat hai. bas bhai, kafi hai sochne ke liye, wahi sochne ke liye kafi hai.</w:t>
      </w:r>
    </w:p>
    <w:p>
      <w:pPr>
        <w:jc w:val="right"/>
      </w:pPr>
      <w:r>
        <w:t>بھئی، اس کا تعلق نالج سے نہیں ہے۔ ہر انسان کے پاس نیچر ہے، کانشیسنس ہے، سوچنے کی طاقت ہے۔ بس بھئی، کافی ہے سوچنے کے لیے، وہی سوچنے کے لیے کافی ہے۔</w:t>
      </w:r>
    </w:p>
    <w:p>
      <w:r>
        <w:rPr>
          <w:b/>
        </w:rPr>
        <w:t xml:space="preserve">[52:43] </w:t>
      </w:r>
      <w:r>
        <w:t>jaise main bol raha tha to main ajeeb, mera haal hua ke main kaise bol raha hoon. yani dimagh ne socha, zuban par woh thought kaise aya, zuban kaise boli,</w:t>
      </w:r>
    </w:p>
    <w:p>
      <w:pPr>
        <w:jc w:val="right"/>
      </w:pPr>
      <w:r>
        <w:t>جیسے میں بول رہا تھا تو میں عجیب، میرا حال ہوا کہ میں کیسے بول رہا ہوں۔ یعنی دماغ نے سوچا، زبان پر وہ تھاٹ کیسے آیا، زبان کیسے بولی،</w:t>
      </w:r>
    </w:p>
    <w:p>
      <w:r>
        <w:rPr>
          <w:b/>
        </w:rPr>
        <w:t xml:space="preserve">[52:55] </w:t>
      </w:r>
      <w:r>
        <w:t>kaise woh dhal gaya alfaaz mein. is ke liye kya zaroorat hai ke aap scientific degree len? scientific degree zaroorat hai.</w:t>
      </w:r>
    </w:p>
    <w:p>
      <w:pPr>
        <w:jc w:val="right"/>
      </w:pPr>
      <w:r>
        <w:t>کیسے وہ ڈھل گیا الفاظ میں۔ اس کے لیے کیا ضرورت ہے کہ آپ سائنٹیفک ڈگری لیں؟ سائنٹیفک ڈگری ضرورت ہے۔</w:t>
      </w:r>
    </w:p>
    <w:p>
      <w:r>
        <w:rPr>
          <w:b/>
        </w:rPr>
        <w:t xml:space="preserve">[53:04] </w:t>
      </w:r>
      <w:r>
        <w:t>abhi kal jab main main khana bohat mamooli khana khata hoon, saada khana, jab main kha raha tha to main ne apa se kaha ke dekho, yeh yeh hum pet mein daal dete hain, is ke baad hamein kuch nahi karna.</w:t>
      </w:r>
    </w:p>
    <w:p>
      <w:pPr>
        <w:jc w:val="right"/>
      </w:pPr>
      <w:r>
        <w:t>ابھی کل جب میں میں کھانا بہت معمولی کھانا کھاتا ہوں، سادہ کھانا، جب میں کھا رہا تھا تو میں نے آپا سے کہا کہ دیکھو، یہ یہ ہم پیٹ میں ڈال دیتے ہیں، اس کے بعد ہمیں کچھ نہیں کرنا۔</w:t>
      </w:r>
    </w:p>
    <w:p>
      <w:r>
        <w:rPr>
          <w:b/>
        </w:rPr>
        <w:t xml:space="preserve">[53:17] </w:t>
      </w:r>
      <w:r>
        <w:t>apne aap hi ek ek factory chal jati hai jo is ko tarah tarah ke cell mein tabdeel karti hai. yani khoon banta hai, gosht banta hai, naakhoon banta hai, baal banta hai.</w:t>
      </w:r>
    </w:p>
    <w:p>
      <w:pPr>
        <w:jc w:val="right"/>
      </w:pPr>
      <w:r>
        <w:t>اپنے آپ ہی ایک ایک فیکٹری چل جاتی ہے جو اس کو طرح طرح کے سیل میں تبدیل کرتی ہے۔ یعنی خون بنتا ہے، گوشت بنتا ہے، ناخن بنتا ہے، بال بنتا ہے۔</w:t>
      </w:r>
    </w:p>
    <w:p>
      <w:r>
        <w:rPr>
          <w:b/>
        </w:rPr>
        <w:t xml:space="preserve">[53:30] </w:t>
      </w:r>
      <w:r>
        <w:t>is ke liye scientific degree kya zaroorat hai? yeh aqal jo hai, is ko kehte hain aqal aam, common sense.</w:t>
      </w:r>
    </w:p>
    <w:p>
      <w:pPr>
        <w:jc w:val="right"/>
      </w:pPr>
      <w:r>
        <w:t>اس کے لیے سائنٹیفک ڈگری کیا ضرورت ہے؟ یہ عقل جو ہے، اس کو کہتے ہیں عقل عام، کامن سینس۔</w:t>
      </w:r>
    </w:p>
    <w:p>
      <w:r>
        <w:rPr>
          <w:b/>
        </w:rPr>
        <w:t xml:space="preserve">[53:39] </w:t>
      </w:r>
      <w:r>
        <w:t>dekhen, tadabbur hota hai common sense ke zariye se, degree ke zariye se nahi.</w:t>
      </w:r>
    </w:p>
    <w:p>
      <w:pPr>
        <w:jc w:val="right"/>
      </w:pPr>
      <w:r>
        <w:t>دیکھیں، تدبر ہوتا ہے کامن سینس کے ذریعے سے، ڈگری کے ذریعے سے نہیں۔</w:t>
      </w:r>
    </w:p>
    <w:p>
      <w:r>
        <w:rPr>
          <w:b/>
        </w:rPr>
        <w:t xml:space="preserve">[53:45] </w:t>
      </w:r>
      <w:r>
        <w:t>isi liye jo bare bare degree yafta hain, un ka tadabbur hai hi nahi. bare bare degree yafta ka main ne tadabbur nahi paya. aap bhi dhoond lijiye, tadabbur hota hai common sense ke zariye se, aur common sense aap ko khalq ki taraf se milta hai.</w:t>
      </w:r>
    </w:p>
    <w:p>
      <w:pPr>
        <w:jc w:val="right"/>
      </w:pPr>
      <w:r>
        <w:t>اسی لیے جو بڑے بڑے ڈگری یافتہ ہیں، ان کا تدبر ہے ہی نہیں۔ بڑے بڑے ڈگری یافتہ کا میں نے تدبر نہیں پایا۔ آپ بھی ڈھونڈ لیجئے، تدبر ہوتا ہے کامن سینس کے ذریعے سے، اور کامن سینس آپ کو خالق کی طرف سے ملتا ہے۔</w:t>
      </w:r>
    </w:p>
    <w:p>
      <w:r>
        <w:rPr>
          <w:b/>
        </w:rPr>
        <w:t xml:space="preserve">[54:02] </w:t>
      </w:r>
      <w:r>
        <w:t>khaliq ki taraf se yeh bilkul galat soch hai ke degreeon wale soch tadabbur kar sakte hain. degree wale tadabbur karte hi nahi kyunke woh technical knowledge in ko hoti hai, fanni knowledge hoti hai.</w:t>
      </w:r>
    </w:p>
    <w:p>
      <w:pPr>
        <w:jc w:val="right"/>
      </w:pPr>
      <w:r>
        <w:t>خالق کی طرف سے یہ بالکل غلط سوچ ہے کہ ڈگریوں والے سوچ تدبر کر سکتے ہیں۔ ڈگری والے تدبر کرتے ہی نہیں کیونکہ وہ ٹیکنیکل نالج ان کو ہوتی ہے، فنی نالج ہوتی ہے۔</w:t>
      </w:r>
    </w:p>
    <w:p>
      <w:r>
        <w:rPr>
          <w:b/>
        </w:rPr>
        <w:t xml:space="preserve">[54:13] </w:t>
      </w:r>
      <w:r>
        <w:t>fanniyat mein phanse rehte hain woh.</w:t>
      </w:r>
    </w:p>
    <w:p>
      <w:pPr>
        <w:jc w:val="right"/>
      </w:pPr>
      <w:r>
        <w:t>فنیات میں پھنسے رہتے ہیں وہ۔</w:t>
      </w:r>
    </w:p>
    <w:p>
      <w:r>
        <w:rPr>
          <w:b/>
        </w:rPr>
        <w:t xml:space="preserve">[54:16] </w:t>
      </w:r>
      <w:r>
        <w:t>yeh soch mein bilkul bilkul baseless samajhta hoon aisi soch ko. Maulana, yeh agla sawal aaya hai Mr. Asif ka Mumbai se: "Maulana sahib, many of my Muslim friends they spend lavishly on iftar.</w:t>
      </w:r>
    </w:p>
    <w:p>
      <w:pPr>
        <w:jc w:val="right"/>
      </w:pPr>
      <w:r>
        <w:t>یہ سوچ میں بالکل بالکل بیسلیس سمجھتا ہوں ایسی سوچ کو۔ مولانا، یہ اگلا سوال آیا ہے مسٹر اصف کا ممبئی سے: "مولانا صاحب، مینی آف مائی مسلمز فرینڈز دے سپینڈ لیوشلی ان افطار۔</w:t>
      </w:r>
    </w:p>
    <w:p>
      <w:r>
        <w:rPr>
          <w:b/>
        </w:rPr>
        <w:t xml:space="preserve">[54:31] </w:t>
      </w:r>
      <w:r>
        <w:t>when they are being told its not right, they say food is a blessing from God, for we fasted whole day. Maulana sahib, how Muslims in such a situation can inculcate the spirit of Ramadan?</w:t>
      </w:r>
    </w:p>
    <w:p>
      <w:pPr>
        <w:jc w:val="right"/>
      </w:pPr>
      <w:r>
        <w:t>وین دے آر بینگ ٹولڈ اٹس ناٹ رائٹ، دے سے فوڈ از ا بلیسنگ فرام گاڈ، فار وی فاسٹڈ ہول ڈے۔ مولانا صاحب، ہاؤ مسلمز ان سچ ا سچویشن کین انکلکیٹ دا سپرٹ آف رمضان؟</w:t>
      </w:r>
    </w:p>
    <w:p>
      <w:r>
        <w:rPr>
          <w:b/>
        </w:rPr>
        <w:t xml:space="preserve">[54:47] </w:t>
      </w:r>
      <w:r>
        <w:t>" dekhiye, yeh baatein jo log kehte hain, un se aap Quran o Hadees ka hawala poochiye. yeh to apni baat kahi inhone, apni baat,</w:t>
      </w:r>
    </w:p>
    <w:p>
      <w:pPr>
        <w:jc w:val="right"/>
      </w:pPr>
      <w:r>
        <w:t>" دیکھیں، یہ باتیں جو لوگ کہتے ہیں، ان سے آپ قرآن و حدیث کا حوالہ پوچھیے۔ یہ تو اپنی بات کہی انہوں نے، اپنی بات،</w:t>
      </w:r>
    </w:p>
    <w:p>
      <w:r>
        <w:rPr>
          <w:b/>
        </w:rPr>
        <w:t xml:space="preserve">[55:00] </w:t>
      </w:r>
      <w:r>
        <w:t>apni baat kahi inhone.</w:t>
      </w:r>
    </w:p>
    <w:p>
      <w:pPr>
        <w:jc w:val="right"/>
      </w:pPr>
      <w:r>
        <w:t>اپنی بات کہی انہوں نے۔</w:t>
      </w:r>
    </w:p>
    <w:p>
      <w:r>
        <w:rPr>
          <w:b/>
        </w:rPr>
        <w:t xml:space="preserve">[55:05] </w:t>
      </w:r>
      <w:r>
        <w:t>jaise Aqsa se meri baat hui, bohat pehle ki baat hai, woh roza nahi rakhte thay. to inhone kaha, "Allah ke fazl se hum ko sab cheez mila hua hai, to hum roza kyun rakhein</w:t>
      </w:r>
    </w:p>
    <w:p>
      <w:pPr>
        <w:jc w:val="right"/>
      </w:pPr>
      <w:r>
        <w:t>جیسے اقصیٰ سے میری بات ہوئی، بہت پہلے کی بات ہے، وہ روزہ نہیں رکھتے تھے۔ تو انہوں نے کہا، "اللہ کے فضل سے ہم کو سب چیز ملا ہوا ہے، تو ہم روزہ کیوں رکھیں</w:t>
      </w:r>
    </w:p>
    <w:p>
      <w:r>
        <w:rPr>
          <w:b/>
        </w:rPr>
        <w:t xml:space="preserve">[55:16] </w:t>
      </w:r>
      <w:r>
        <w:t>?" roza woh rakha hai jis ko khane peene na milta ho. to maine us se ladai nahi ki, maine kaha ke yeh yeh kahan se nikala hai aap ne?</w:t>
      </w:r>
    </w:p>
    <w:p>
      <w:pPr>
        <w:jc w:val="right"/>
      </w:pPr>
      <w:r>
        <w:t>؟" روزہ وہ رکھا ہے جس کو کھانے پینے نہ ملتا ہو۔ تو میں نے اس سے لڑائی نہیں کی، میں نے کہا کہ یہ یہ کہاں سے نکالا ہے آپ نے؟</w:t>
      </w:r>
    </w:p>
    <w:p>
      <w:r>
        <w:rPr>
          <w:b/>
        </w:rPr>
        <w:t xml:space="preserve">[55:26] </w:t>
      </w:r>
      <w:r>
        <w:t>kis Quran ki ayat se nikalta hai? yeh kis Hadees se yeh nikalta hai? kis Sahabi ne aisa kaha hai? to aap sawal karna seekhiye, logon ki baaton par sun kar na maaniye, sawal karna seekhiye,</w:t>
      </w:r>
    </w:p>
    <w:p>
      <w:pPr>
        <w:jc w:val="right"/>
      </w:pPr>
      <w:r>
        <w:t>کس قرآن کی آیت سے نکلتا ہے؟ یہ کس حدیث سے یہ نکلتا ہے؟ کس صحابی نے ایسا کہا ہے؟ تو آپ سوال کرنا سیکھیے، لوگوں کی باتوں پر سن کر نہ مانیے، سوال کرنا سیکھیے،</w:t>
      </w:r>
    </w:p>
    <w:p>
      <w:r>
        <w:rPr>
          <w:b/>
        </w:rPr>
        <w:t xml:space="preserve">[55:40] </w:t>
      </w:r>
      <w:r>
        <w:t>aur sawal yahi kijiye ke aap kahan se bol rahe hain?</w:t>
      </w:r>
    </w:p>
    <w:p>
      <w:pPr>
        <w:jc w:val="right"/>
      </w:pPr>
      <w:r>
        <w:t>اور سوال یہی کیجئے کہ آپ کہاں سے بول رہے ہیں؟</w:t>
      </w:r>
    </w:p>
    <w:p>
      <w:r>
        <w:rPr>
          <w:b/>
        </w:rPr>
        <w:t xml:space="preserve">[55:44] </w:t>
      </w:r>
      <w:r>
        <w:t>yeh ke yeh bohat bol rahe hain Quran se, Hadees se, Sahaba se, kahan se bol rahe hain? aap woh bataiye, apne dimagh se bol rahe hain to aap aap ka dimagh to koi authentic nahi mana jayega.</w:t>
      </w:r>
    </w:p>
    <w:p>
      <w:pPr>
        <w:jc w:val="right"/>
      </w:pPr>
      <w:r>
        <w:t>یہ کہ یہ بہت بول رہے ہیں قرآن سے، حدیث سے، صحابہ سے، کہاں سے بول رہے ہیں؟ آپ وہ بتائیے، اپنے دماغ سے بول رہے ہیں تو آپ آپ کا دماغ تو کوئی اتھینٹک نہیں مانا جائے گا۔</w:t>
      </w:r>
    </w:p>
    <w:p>
      <w:r>
        <w:rPr>
          <w:b/>
        </w:rPr>
        <w:t xml:space="preserve">[55:58] </w:t>
      </w:r>
      <w:r>
        <w:t>Maulana, yeh agla sawal kiya hai Dr. Iqbal Pardhan ne Delhi se</w:t>
      </w:r>
    </w:p>
    <w:p>
      <w:pPr>
        <w:jc w:val="right"/>
      </w:pPr>
      <w:r>
        <w:t>مولانا، یہ اگلا سوال کیا ہے ڈاکٹر اقبال پردھان نے دہلی سے</w:t>
      </w:r>
    </w:p>
    <w:p>
      <w:r>
        <w:rPr>
          <w:b/>
        </w:rPr>
        <w:t xml:space="preserve">[56:03] </w:t>
      </w:r>
      <w:r>
        <w:t>: "Maulana, aaj kal Musalmanon ke kuch ghar agar kisi ghair Muslim colony mein ban jaate hain to Muslim wahan namaz parhne ki jagah hote hue bhi baqayda Masjid qaim karna chahte hain.</w:t>
      </w:r>
    </w:p>
    <w:p>
      <w:pPr>
        <w:jc w:val="right"/>
      </w:pPr>
      <w:r>
        <w:t>: "مولانا، آج کل مسلمانوں کے کچھ گھر اگر کسی غیر مسلم کالونی میں بن جاتے ہیں تو مسلم وہاں نماز پڑھنے کی جگہ ہوتے ہوئے بھی باقاعدہ مسجد قائم کرنا چاہتے ہیں۔</w:t>
      </w:r>
    </w:p>
    <w:p>
      <w:r>
        <w:rPr>
          <w:b/>
        </w:rPr>
        <w:t xml:space="preserve">[56:18] </w:t>
      </w:r>
      <w:r>
        <w:t>Quran aur Hadees ki roshni mein is par roshni daliye." dekhiye, yeh to bilkul bohat hi zyada galat zehan hai mere nazdeek. is mein khwamkhwah jhagda paida</w:t>
      </w:r>
    </w:p>
    <w:p>
      <w:pPr>
        <w:jc w:val="right"/>
      </w:pPr>
      <w:r>
        <w:t>قرآن اور حدیث کی روشنی میں اس پر روشنی ڈالیے۔" دیکھیں، یہ تو بالکل بہت ہی زیادہ غلط ذہن ہے میرے نزدیک۔ اس میں خوامخواہ جھگڑا پیدا</w:t>
      </w:r>
    </w:p>
    <w:p>
      <w:r>
        <w:rPr>
          <w:b/>
        </w:rPr>
        <w:t xml:space="preserve">[56:29] </w:t>
      </w:r>
      <w:r>
        <w:t>hota hai. Masjid banayenge, phir loud speaker lagayenge, phir shor karenge, aur nafratein paida hongi. ek museebat</w:t>
      </w:r>
    </w:p>
    <w:p>
      <w:pPr>
        <w:jc w:val="right"/>
      </w:pPr>
      <w:r>
        <w:t>ہوتا ہے۔ مسجد بنائیں گے، پھر لاڈ شوگر لگائیں گے، پھر شور کریں گے، اور نفرتیں پیدا ہوں گی۔ ایک مصیبت</w:t>
      </w:r>
    </w:p>
    <w:p>
      <w:r>
        <w:rPr>
          <w:b/>
        </w:rPr>
        <w:t xml:space="preserve">[56:38] </w:t>
      </w:r>
      <w:r>
        <w:t>dekhiye. yeh Bani Israel jo thay Hazrat Musa ke zamane mein, to Misr mein woh aqalliyat mein thay, majority doosre logon ki thi.</w:t>
      </w:r>
    </w:p>
    <w:p>
      <w:pPr>
        <w:jc w:val="right"/>
      </w:pPr>
      <w:r>
        <w:t>دیکھیے۔ یہ بنی اسرائیل جو تھے حضرت موسیٰ کے زمانے میں، تو مصر میں وہ اقلیت میں تھے، میجورٹی دوسرے لوگوں کی تھی۔</w:t>
      </w:r>
    </w:p>
    <w:p>
      <w:r>
        <w:rPr>
          <w:b/>
        </w:rPr>
        <w:t xml:space="preserve">[56:51] </w:t>
      </w:r>
      <w:r>
        <w:t>to isi tarah ki sooratenhaal thi wahan par jo India mein.</w:t>
      </w:r>
    </w:p>
    <w:p>
      <w:pPr>
        <w:jc w:val="right"/>
      </w:pPr>
      <w:r>
        <w:t>تو اسی طرح کی صورتحال تھی وہاں پر جو انڈیا میں۔</w:t>
      </w:r>
    </w:p>
    <w:p>
      <w:r>
        <w:rPr>
          <w:b/>
        </w:rPr>
        <w:t xml:space="preserve">[56:57] </w:t>
      </w:r>
      <w:r>
        <w:t>to Quran mein aap parh lijiye yeh ayat ke "waj'alu buyutakum qiblatan wa aqimu salata". apne ghar ki qibla bana lo, apne ghar ki Masjid bana lo, apne ghar ki Masjid bana ke namaz parho.</w:t>
      </w:r>
    </w:p>
    <w:p>
      <w:pPr>
        <w:jc w:val="right"/>
      </w:pPr>
      <w:r>
        <w:t>تو قرآن میں آپ پڑھ لیجئے یہ آیت کہ "وجلو بیتکم قبلہ واقعہ مصرا"۔ اپنے گھر کی قبلہ بنا لو، اپنے گھر کی مسجد بنا لو، اپنے گھر کی مسجد بنا کے نماز پڑھو۔</w:t>
      </w:r>
    </w:p>
    <w:p>
      <w:r>
        <w:rPr>
          <w:b/>
        </w:rPr>
        <w:t xml:space="preserve">[57:12] </w:t>
      </w:r>
      <w:r>
        <w:t>yeh yeh kuch nahi hai ke aap wahan khwamkhwah lad bhad kar kahein ke hum humein Masjid chahiye, hamara haq hai ke Masjid banayein. yeh Islam se koi ta'alluq nahi hai, yeh yeh Islam se koi ta'alluq is ka nahi</w:t>
      </w:r>
    </w:p>
    <w:p>
      <w:pPr>
        <w:jc w:val="right"/>
      </w:pPr>
      <w:r>
        <w:t>یہ یہ کچھ نہیں ہے کہ آپ وہاں خوامخواہ لڑ بھڑ کر کہیں کہ ہم ہمیں مسجد چاہیے، ہمارا حق ہے کہ مسجد بنائیں۔ یہ اسلام سے کوئی تعلق نہیں ہے، یہ یہ اسلام سے کوئی تعلق اس کا نہیں</w:t>
      </w:r>
    </w:p>
    <w:p>
      <w:r>
        <w:rPr>
          <w:b/>
        </w:rPr>
        <w:t xml:space="preserve">[57:24] </w:t>
      </w:r>
      <w:r>
        <w:t>hai. "waj'alu buyutakum qiblatan wa aqimu salata". Masjidon ka yani apne apne gharon ko Masjid bana lo, wahan par namaz parho.</w:t>
      </w:r>
    </w:p>
    <w:p>
      <w:pPr>
        <w:jc w:val="right"/>
      </w:pPr>
      <w:r>
        <w:t>ہے۔ "وجلو بیتکم وجلو بیتکم قبلہ واقعہ مصرا"۔ مسجدوں کا یعنی اپنے اپنے گھروں کو مسجد بنا لو، وہاں پر نماز پڑھو۔</w:t>
      </w:r>
    </w:p>
    <w:p>
      <w:r>
        <w:rPr>
          <w:b/>
        </w:rPr>
        <w:t xml:space="preserve">[57:35] </w:t>
      </w:r>
      <w:r>
        <w:t>haan, jahan mauqa hai, wahan Masjid banaiye, jahan mauqa nahi hai to wahan ghar mein namaz padhiye. Maulana, yeh agla sawal aaya hai Maulana Iqbal Umri ka Chennai se: "Maulana, ideology ki ahmiyat aur is ki planning karne ki zaroorat kyun ummat mein nahi hai?</w:t>
      </w:r>
    </w:p>
    <w:p>
      <w:pPr>
        <w:jc w:val="right"/>
      </w:pPr>
      <w:r>
        <w:t>ہاں، جہاں موقع ہے، وہاں مسجد بنائیے، جہاں موقع نہیں ہے تو وہاں گھر میں نماز پڑھیے۔ مولانا، یہ اگلا سوال آیا ہے مولانا اقبال عمری کا چینئی سے: "مولانا، آئیڈیالوجی کی اہمیت اور اس کی پلاننگ کرنے کی ضرورت کیوں امت میں نہیں ہے؟</w:t>
      </w:r>
    </w:p>
    <w:p>
      <w:r>
        <w:rPr>
          <w:b/>
        </w:rPr>
        <w:t xml:space="preserve">[57:54] </w:t>
      </w:r>
      <w:r>
        <w:t>kya is ka sabab qaumi fakhr aur siyasi fikr hai?" please wazahat karein. sahi baat hai, sahi baat hai.</w:t>
      </w:r>
    </w:p>
    <w:p>
      <w:pPr>
        <w:jc w:val="right"/>
      </w:pPr>
      <w:r>
        <w:t>کیا اس کا سبب قومی فخر اور سیاسی فکر ہے؟" پلیز وضاحت کریں۔ صحیح بات ہے، صحیح بات ہے۔</w:t>
      </w:r>
    </w:p>
    <w:p>
      <w:r>
        <w:rPr>
          <w:b/>
        </w:rPr>
        <w:t xml:space="preserve">[58:03] </w:t>
      </w:r>
      <w:r>
        <w:t>qaumi fakhr aur siyasi soch asal wajah yahi hai. isi ki buniyad par Musalmanon ne modern education nahi liya, modern education peeche ho gaye.</w:t>
      </w:r>
    </w:p>
    <w:p>
      <w:pPr>
        <w:jc w:val="right"/>
      </w:pPr>
      <w:r>
        <w:t>قومی فخر اور عیسائی سوچ اصل وجہ یہی ہے۔ اسی کی بنیاد پر مسلمانوں نے ماڈرن ایجوکیشن نہیں لیا، ماڈرن ایجوکیشن پیچھے ہو گئے۔</w:t>
      </w:r>
    </w:p>
    <w:p>
      <w:r>
        <w:rPr>
          <w:b/>
        </w:rPr>
        <w:t xml:space="preserve">[58:14] </w:t>
      </w:r>
      <w:r>
        <w:t>to jar ki baat to yahi hai.</w:t>
      </w:r>
    </w:p>
    <w:p>
      <w:pPr>
        <w:jc w:val="right"/>
      </w:pPr>
      <w:r>
        <w:t>تو جڑ کی بات تو یہی ہے۔</w:t>
      </w:r>
    </w:p>
    <w:p>
      <w:r>
        <w:rPr>
          <w:b/>
        </w:rPr>
        <w:t xml:space="preserve">[58:18] </w:t>
      </w:r>
      <w:r>
        <w:t>agar hum chahte hain ke sahi ma'ano mein islaah to humein qaumi fakhr ko khatm karna padega, political soch ko khatm karna padega, logon ko modern education mein dakhil karna padega.</w:t>
      </w:r>
    </w:p>
    <w:p>
      <w:pPr>
        <w:jc w:val="right"/>
      </w:pPr>
      <w:r>
        <w:t>اگر ہم چاہتے ہیں کہ صحیح معنوں میں اصلاح تو ہمیں قومی فخر کو ختم کرنا پڑے گا، پولیٹیکل سوچ کو ختم کرنا پڑے گا، لوگوں کو ماڈرن ایجوکیشن میں داخل کرنا پڑے گا۔</w:t>
      </w:r>
    </w:p>
    <w:p>
      <w:r>
        <w:rPr>
          <w:b/>
        </w:rPr>
        <w:t xml:space="preserve">[58:29] </w:t>
      </w:r>
      <w:r>
        <w:t>tab ja kar ke koi sahi maano mein islaah hogi.</w:t>
      </w:r>
    </w:p>
    <w:p>
      <w:pPr>
        <w:jc w:val="right"/>
      </w:pPr>
      <w:r>
        <w:t>تب جا کر کے کوئی صحیح معنوں میں اصلاح ہوگی۔</w:t>
      </w:r>
    </w:p>
    <w:p>
      <w:r>
        <w:rPr>
          <w:b/>
        </w:rPr>
        <w:t xml:space="preserve">[58:35] </w:t>
      </w:r>
      <w:r>
        <w:t>mat purjosh taqreeron se islaah hone wali nahin hai. Maulana, yeh agla sawal aaya hai Mr Ajay Duveri ka Gurgaon se</w:t>
      </w:r>
    </w:p>
    <w:p>
      <w:pPr>
        <w:jc w:val="right"/>
      </w:pPr>
      <w:r>
        <w:t>مت پرجوش تقریروں سے اصلاح ہونے والی نہیں ہے۔ مولانا، یہ اگلا سوال آیا ہے مسٹر اجے دویری کا گڑگاؤں سے</w:t>
      </w:r>
    </w:p>
    <w:p>
      <w:r>
        <w:rPr>
          <w:b/>
        </w:rPr>
        <w:t xml:space="preserve">[58:45] </w:t>
      </w:r>
      <w:r>
        <w:t>: "Maulana sahib, is there any way I can be free from anxiety, negative thoughts and fear? Please suggest me a formula of life that helps me manage such feelings." Bhai, anxiety kis baat par?</w:t>
      </w:r>
    </w:p>
    <w:p>
      <w:pPr>
        <w:jc w:val="right"/>
      </w:pPr>
      <w:r>
        <w:t>: "مولانا صاحب، از دیر اینی وے آئی کین بی فری فرام اینگزائٹی، نیگیٹیو تھاٹس اینڈ فیئر؟ پلیز سجیسٹ می ا فارمولا آف لائف دیٹ ہیلپس می مینج سچ فیلنگز۔" بھئی، اینگزائٹی کس بات پر؟</w:t>
      </w:r>
    </w:p>
    <w:p>
      <w:r>
        <w:rPr>
          <w:b/>
        </w:rPr>
        <w:t xml:space="preserve">[59:01] </w:t>
      </w:r>
      <w:r>
        <w:t>job ko le kar, business ko le kar, kis baat ko le kar? Paise ko le kar? To dekhiye, abhi kal ke akhbar mein main ek reference doonga.</w:t>
      </w:r>
    </w:p>
    <w:p>
      <w:pPr>
        <w:jc w:val="right"/>
      </w:pPr>
      <w:r>
        <w:t>جاب کو لے کر، بزنس کو لے کر، کس بات کو لے کر؟ پیسے کو لے کر؟ تو دیکھیے، ابھی کل کے اخبار میں میں ایک ریفرنس دوں گا۔</w:t>
      </w:r>
    </w:p>
    <w:p>
      <w:r>
        <w:rPr>
          <w:b/>
        </w:rPr>
        <w:t xml:space="preserve">[59:11] </w:t>
      </w:r>
      <w:r>
        <w:t>duniya ke richest aadmi ka woh aaya hai,</w:t>
      </w:r>
    </w:p>
    <w:p>
      <w:pPr>
        <w:jc w:val="right"/>
      </w:pPr>
      <w:r>
        <w:t>دنیا کے رچیسٹ آدمی کا وہ آیا ہے،</w:t>
      </w:r>
    </w:p>
    <w:p>
      <w:r>
        <w:rPr>
          <w:b/>
        </w:rPr>
        <w:t xml:space="preserve">[59:14] </w:t>
      </w:r>
      <w:r>
        <w:t>abhi kal ke terms of media hum padha padhenge. Woh China ka hai, duniya ka richest aadmi. Is ne taqreer ki hai jo terms of media mein chhapi hai ke pehle main school teacher tha aur mahine mujh ko 12 dollar milta tha China mein.</w:t>
      </w:r>
    </w:p>
    <w:p>
      <w:pPr>
        <w:jc w:val="right"/>
      </w:pPr>
      <w:r>
        <w:t>ابھی کل کے ٹرمس آف ویڈیا ہم پڑھا پڑھیں گے۔ وہ چائنہ کا ہے، دنیا کا رچیسٹ آدمی۔ اس نے تقریر کی ہے جو ٹرمس آف ویڈیا میں چھپی ہے کہ پہلے میں اسکول ٹیچر تھا اور مہینے مجھ کو 12 ڈالر ملتا تھا چائنہ میں۔</w:t>
      </w:r>
    </w:p>
    <w:p>
      <w:r>
        <w:rPr>
          <w:b/>
        </w:rPr>
        <w:t xml:space="preserve">[59:35] </w:t>
      </w:r>
      <w:r>
        <w:t>woh English jaanta tha to English teacher tha. Woh phir us ne business shuru kiya</w:t>
      </w:r>
    </w:p>
    <w:p>
      <w:pPr>
        <w:jc w:val="right"/>
      </w:pPr>
      <w:r>
        <w:t>وہ انگلش جانتا تھا تو انگلش ٹیچر تھا۔ وہ پھر اس نے بزنس شروع کیا</w:t>
      </w:r>
    </w:p>
    <w:p>
      <w:r>
        <w:rPr>
          <w:b/>
        </w:rPr>
        <w:t xml:space="preserve">[59:41] </w:t>
      </w:r>
      <w:r>
        <w:t>to 12 us ne likha hai ke jab main mahine mein jo 12 dollar kamata tha to woh bohat khush rehta tha. Ab mere paas billion billion paisa hai, lekin ab main khush nahin hoon.</w:t>
      </w:r>
    </w:p>
    <w:p>
      <w:pPr>
        <w:jc w:val="right"/>
      </w:pPr>
      <w:r>
        <w:t>تو 12 اس نے لکھا ہے کہ جب میں مہینے میں جو 12 ڈالر کماتا تھا تو وہ بہت خوش رہتا تھا۔ اب میرے پاس بلین بلین پیسہ ہے، لیکن اب میں خوش نہیں ہوں۔</w:t>
      </w:r>
    </w:p>
    <w:p>
      <w:r>
        <w:rPr>
          <w:b/>
        </w:rPr>
        <w:t xml:space="preserve">[59:57] </w:t>
      </w:r>
      <w:r>
        <w:t>to to yeh yeh anxiety hai. Anxiety is cheez ke liye hai jo is se anxiety barha</w:t>
      </w:r>
    </w:p>
    <w:p>
      <w:pPr>
        <w:jc w:val="right"/>
      </w:pPr>
      <w:r>
        <w:t>تو تو یہ یہ اینگزائٹی ہے۔ اینگزائٹی اس چیز کے لیے ہے جو اس سے انگزائٹی بڑھا</w:t>
      </w:r>
    </w:p>
    <w:p>
      <w:r>
        <w:rPr>
          <w:b/>
        </w:rPr>
        <w:t xml:space="preserve">[1:00:02] </w:t>
      </w:r>
      <w:r>
        <w:t>way hai. Aisi cheez ki, aisi cheez ke liye log anxiety ko paalte hain ke woh agar poori ho jaye to aur aur anxiety barh jaye ke zyada bara ghar, zyada bari, bohat hi caray, zyada bara jawab, job, bohat zyada business.</w:t>
      </w:r>
    </w:p>
    <w:p>
      <w:pPr>
        <w:jc w:val="right"/>
      </w:pPr>
      <w:r>
        <w:t>وے ہے۔ ایسی چیز کی، ایسی چیز کے لیے لوگ اینگزائٹی کو پالتے ہیں کہ وہ اگر پوری ہو جائے تو اور اور اینگزائٹی بڑھ جائے کہ زیادہ بڑا گھر، زیادہ بڑی، بہت ہی کارے، زیادہ بڑا جواب، جاب، بہت زیادہ بزنس۔</w:t>
      </w:r>
    </w:p>
    <w:p>
      <w:r>
        <w:rPr>
          <w:b/>
        </w:rPr>
        <w:t xml:space="preserve">[1:00:17] </w:t>
      </w:r>
      <w:r>
        <w:t>woh to anxiety aur barhane wali cheez hai. To dekhen, anxiety jo hai woh ek intellectual state ka naam hai, ek zehni haalat.</w:t>
      </w:r>
    </w:p>
    <w:p>
      <w:pPr>
        <w:jc w:val="right"/>
      </w:pPr>
      <w:r>
        <w:t>وہ تو اینگزائٹی اور بڑھانے والی چیز ہے۔ تو دیکھیں، اینگزائٹی جو ہے وہ ایک انٹلیکچول اسٹیٹ کا نام ہے، ایک ذہنی حالت۔</w:t>
      </w:r>
    </w:p>
    <w:p>
      <w:r>
        <w:rPr>
          <w:b/>
        </w:rPr>
        <w:t xml:space="preserve">[1:00:28] </w:t>
      </w:r>
      <w:r>
        <w:t>aap zehen ki satah par apne ko positive banaiye. Bahar bahar ki satah par aap sochenge.</w:t>
      </w:r>
    </w:p>
    <w:p>
      <w:pPr>
        <w:jc w:val="right"/>
      </w:pPr>
      <w:r>
        <w:t>آپ ذہن کی سطح پر اپنے کو پازیٹیو بنائیے۔ باہر باہر کی سطح پر آپ سوچیں گے۔</w:t>
      </w:r>
    </w:p>
    <w:p>
      <w:r>
        <w:rPr>
          <w:b/>
        </w:rPr>
        <w:t xml:space="preserve">[1:00:38] </w:t>
      </w:r>
      <w:r>
        <w:t>bahar koi anxiety ka sabab nikaal kar us ko door karne ki koshish karenge to is se anxiety door hone wali nahin hai.</w:t>
      </w:r>
    </w:p>
    <w:p>
      <w:pPr>
        <w:jc w:val="right"/>
      </w:pPr>
      <w:r>
        <w:t>باہر کوئی اینگزائٹی کا سبب نکال کر اس کو دور کرنے کی کوشش کریں گے تو اس سے اینگزائٹی دور ہونے والی نہیں ہے۔</w:t>
      </w:r>
    </w:p>
    <w:p>
      <w:r>
        <w:rPr>
          <w:b/>
        </w:rPr>
        <w:t xml:space="preserve">[1:00:47] </w:t>
      </w:r>
      <w:r>
        <w:t>misalan main hoon, dekhiye, main koi anxiety nahin hoon kyunke har anxiety, dekhiye, har anxiety jo hoti hai kisi external reason se hoti hai, internal reason se nahin hoti.</w:t>
      </w:r>
    </w:p>
    <w:p>
      <w:pPr>
        <w:jc w:val="right"/>
      </w:pPr>
      <w:r>
        <w:t>مثلاً میں ہوں، دیکھیے، میں کوئی اینگزائٹی نہیں ہوں کیونکہ ہر اینگزائٹی، دیکھیے، ہر اینگزائٹی جو ہوتی ہے کسی ایکسٹرنل ریزن سے ہوتی ہے، انٹرنل ریزن سے نہیں ہوتی۔</w:t>
      </w:r>
    </w:p>
    <w:p>
      <w:r>
        <w:rPr>
          <w:b/>
        </w:rPr>
        <w:t xml:space="preserve">[1:01:01] </w:t>
      </w:r>
      <w:r>
        <w:t>to bas batao ke chalo bhai, yeh yeh bhi theek hai. Mere paas agar falan cheez nahin hai to yeh bhi theek hai, paisa kam hai to bhi theek hai.</w:t>
      </w:r>
    </w:p>
    <w:p>
      <w:pPr>
        <w:jc w:val="right"/>
      </w:pPr>
      <w:r>
        <w:t>تو بس بتاؤ کہ چلو بھئی، یہ یہ بھی ٹھیک ہے۔ میرے پاس اگر فلاں چیز نہیں ہے تو یہ بھی ٹھیک ہے، پیسہ کم ہے تو بھی ٹھیک ہے۔</w:t>
      </w:r>
    </w:p>
    <w:p>
      <w:r>
        <w:rPr>
          <w:b/>
        </w:rPr>
        <w:t xml:space="preserve">[1:01:11] </w:t>
      </w:r>
      <w:r>
        <w:t>main America mein ek sahib ka qissa main ne bataya hoga aap ko pehle ke ek sahib ka main woh le gaye. Main kahin gaya tha kisi program mein to hotel mein thehra tha to woh hotel se utha ke apne ghar le gaye mujh ko.</w:t>
      </w:r>
    </w:p>
    <w:p>
      <w:pPr>
        <w:jc w:val="right"/>
      </w:pPr>
      <w:r>
        <w:t>میں امریکہ میں ایک صاحب کا قصہ میں نے بتایا ہوگا آپ کو پہلے کہ ایک صاحب کا میں وہ لے گئے۔ میں کہیں گیا تھا کسی پروگرام میں تو ہوٹل میں ٹھہرا تھا تو وہ ہوٹل سے اٹھا کے اپنے گھر لے گئے مجھ کو۔</w:t>
      </w:r>
    </w:p>
    <w:p>
      <w:r>
        <w:rPr>
          <w:b/>
        </w:rPr>
        <w:t xml:space="preserve">[1:01:25] </w:t>
      </w:r>
      <w:r>
        <w:t>woh paise wale aadmi the. To baharhaal main dekha ke woh bohat khush rehte hain. Aam taur par America mein kisi ko khush nahin paya.</w:t>
      </w:r>
    </w:p>
    <w:p>
      <w:pPr>
        <w:jc w:val="right"/>
      </w:pPr>
      <w:r>
        <w:t>وہ پیسے والے آدمی تھے۔ تو بہرحال میں دیکھا کہ وہ بہت خوش رہتے ہیں۔ عام طور پر امریکہ میں کسی کو خوش نہیں پایا۔</w:t>
      </w:r>
    </w:p>
    <w:p>
      <w:r>
        <w:rPr>
          <w:b/>
        </w:rPr>
        <w:t xml:space="preserve">[1:01:34] </w:t>
      </w:r>
      <w:r>
        <w:t>main ne aam taur par wohi anxiety wale paye, main ne woh khush the.</w:t>
      </w:r>
    </w:p>
    <w:p>
      <w:pPr>
        <w:jc w:val="right"/>
      </w:pPr>
      <w:r>
        <w:t>میں نے عام طور پر وہی اینگزائٹی والے پائے، میں نے وہ خوش تھے۔</w:t>
      </w:r>
    </w:p>
    <w:p>
      <w:r>
        <w:rPr>
          <w:b/>
        </w:rPr>
        <w:t xml:space="preserve">[1:01:40] </w:t>
      </w:r>
      <w:r>
        <w:t>to main ne wash kiya un ko to mujhe samajh aaya ke unhon ne ek wohi formula pakad liya hai ke chalo yeh bhi theek hai, jo bhi ho jaye kaha chalo yeh bhi theek hai.</w:t>
      </w:r>
    </w:p>
    <w:p>
      <w:pPr>
        <w:jc w:val="right"/>
      </w:pPr>
      <w:r>
        <w:t>تو میں نے واش کیا ان کو تو مجھے سمجھ آیا کہ انہوں نے ایک وہی فارمولا پکڑ لیا ہے کہ چلو یہ بھی ٹھیک ہے، جو بھی ہو جائے کہا چلو یہ بھی ٹھیک ہے۔</w:t>
      </w:r>
    </w:p>
    <w:p>
      <w:r>
        <w:rPr>
          <w:b/>
        </w:rPr>
        <w:t xml:space="preserve">[1:01:51] </w:t>
      </w:r>
      <w:r>
        <w:t>misalan ek din main ne un se kaha ke chaliye kal hum America ke kisi park mein chalenge. Kaha theek hai. To program ban gaya.</w:t>
      </w:r>
    </w:p>
    <w:p>
      <w:pPr>
        <w:jc w:val="right"/>
      </w:pPr>
      <w:r>
        <w:t>مثلاً ایک دن میں نے ان سے کہا کہ چلیے کل ہم امریکہ کے کسی پارک میں چلیں گے۔ کہا ٹھیک ہے۔ تو پروگرام بن گیا۔</w:t>
      </w:r>
    </w:p>
    <w:p>
      <w:r>
        <w:rPr>
          <w:b/>
        </w:rPr>
        <w:t xml:space="preserve">[1:02:00] </w:t>
      </w:r>
      <w:r>
        <w:t>agle din subah ko woh apna tayyar ho kar aaye, kapda pakad kar tayyar ho kar aaye ke chaliye.</w:t>
      </w:r>
    </w:p>
    <w:p>
      <w:pPr>
        <w:jc w:val="right"/>
      </w:pPr>
      <w:r>
        <w:t>اگلے دن صبح کو وہ اپنا تیار ہو کر آئے، کپڑا پکڑ کر تیار ہو کر آئے کہ چلیے۔</w:t>
      </w:r>
    </w:p>
    <w:p>
      <w:r>
        <w:rPr>
          <w:b/>
        </w:rPr>
        <w:t xml:space="preserve">[1:02:07] </w:t>
      </w:r>
      <w:r>
        <w:t>to main ne kaha bhai mera mood nahin jaane ka yeh to to kya kehte hain chalo yeh bhi theek hai. To sab se acha formula hai jo hai us ko chalo yeh bhi theek hai.</w:t>
      </w:r>
    </w:p>
    <w:p>
      <w:pPr>
        <w:jc w:val="right"/>
      </w:pPr>
      <w:r>
        <w:t>تو میں نے کہا بھئی میرا موڈ نہیں جانے کا یہ تو تو کیا کہتے ہیں چلو یہ بھی ٹھیک ہے۔ تو سب سے اچھا فارمولا ہے جو ہے اس کو چلو یہ بھی ٹھیک ہے۔</w:t>
      </w:r>
    </w:p>
    <w:p>
      <w:r>
        <w:rPr>
          <w:b/>
        </w:rPr>
        <w:t xml:space="preserve">[1:02:19] </w:t>
      </w:r>
      <w:r>
        <w:t>to anxiety zehen mein paida hoti hai aur zehni mein khatam kar sakte hain. Aap anxiety mind mein paida hoti hai aur mind hi woh khatam kar sakte ho us ko.</w:t>
      </w:r>
    </w:p>
    <w:p>
      <w:pPr>
        <w:jc w:val="right"/>
      </w:pPr>
      <w:r>
        <w:t>تو اینگزائٹی ذہن میں پیدا ہوتی ہے اور ذہنی میں ختم کر سکتے ہیں۔ آپ اینگزائٹی مائنڈ میں پیدا ہوتی ہے اور مائنڈ ہی وہ ختم کر سکتے ہو اس کو۔</w:t>
      </w:r>
    </w:p>
    <w:p>
      <w:r>
        <w:rPr>
          <w:b/>
        </w:rPr>
        <w:t xml:space="preserve">[1:02:28] </w:t>
      </w:r>
      <w:r>
        <w:t>aap agar wohi wohi jo the America mein kaha ji kaisa aadmi aap hain, aap ki wajah se main ne program sab cancel kar diya</w:t>
      </w:r>
    </w:p>
    <w:p>
      <w:pPr>
        <w:jc w:val="right"/>
      </w:pPr>
      <w:r>
        <w:t>آپ اگر وہی وہی جو تھے امریکہ میں کہا جی کیسا آدمی آپ ہیں، آپ کی وجہ سے میں نے پروگرام سب کینسل کر دیا</w:t>
      </w:r>
    </w:p>
    <w:p>
      <w:r>
        <w:rPr>
          <w:b/>
        </w:rPr>
        <w:t xml:space="preserve">[1:02:36] </w:t>
      </w:r>
      <w:r>
        <w:t>. Aaj main ne sab ko program cancel kar ke tayyar hua ke aap ke sath jaunga aur aap yeh aisa kar rahe hain. Kal ko nahin bataya to aisa nahin kiya unhon ne.</w:t>
      </w:r>
    </w:p>
    <w:p>
      <w:pPr>
        <w:jc w:val="right"/>
      </w:pPr>
      <w:r>
        <w:t>۔ آج میں نے سب کو پروگرام کینسل کر کے تیار ہوا کہ آپ کے ساتھ جاؤں گا اور آپ یہ ایسا کر رہے ہیں۔ کل کو نہیں بتایا تو ایسا نہیں کیا انہوں نے۔</w:t>
      </w:r>
    </w:p>
    <w:p>
      <w:r>
        <w:rPr>
          <w:b/>
        </w:rPr>
        <w:t xml:space="preserve">[1:02:46] </w:t>
      </w:r>
      <w:r>
        <w:t>unhon ne kaha chalo yeh bhi theek hai. sab se acha formula yahi hai. Maulana, inhi ka agla sawal hai. Maulana, aap ne bataya asal cheez taqwa hai.</w:t>
      </w:r>
    </w:p>
    <w:p>
      <w:pPr>
        <w:jc w:val="right"/>
      </w:pPr>
      <w:r>
        <w:t>انہوں نے کہا چلو یہ بھی ٹھیک ہے۔ سب سے اچھا فارمولا یہی ہے۔ مولانا، انہی کا اگلا سوال ہے۔ مولانا، آپ نے بتایا اصل چیز تقویٰ ہے۔</w:t>
      </w:r>
    </w:p>
    <w:p>
      <w:r>
        <w:rPr>
          <w:b/>
        </w:rPr>
        <w:t xml:space="preserve">[1:02:59] </w:t>
      </w:r>
      <w:r>
        <w:t>yeh taqwa kya hai?</w:t>
      </w:r>
    </w:p>
    <w:p>
      <w:pPr>
        <w:jc w:val="right"/>
      </w:pPr>
      <w:r>
        <w:t>یہ تقویٰ کیا ہے؟</w:t>
      </w:r>
    </w:p>
    <w:p>
      <w:r>
        <w:rPr>
          <w:b/>
        </w:rPr>
        <w:t xml:space="preserve">[1:03:01] </w:t>
      </w:r>
      <w:r>
        <w:t>taqwa spirit ka naam hai. taqwa koi mysterious cheez nahi hai. spirit, spirit yani aik hota hai form, aik hoti hai spirit.</w:t>
      </w:r>
    </w:p>
    <w:p>
      <w:pPr>
        <w:jc w:val="right"/>
      </w:pPr>
      <w:r>
        <w:t>تقویٰ اسپیریٹ کا نام ہے۔ تقویٰ کوئی مسٹیریس چیز نہیں ہے۔ اسپیریٹ، اسپیریٹ یعنی ایک ہوتا ہے فارم، ایک ہوتی ہے اسپیریٹ۔</w:t>
      </w:r>
    </w:p>
    <w:p>
      <w:r>
        <w:rPr>
          <w:b/>
        </w:rPr>
        <w:t xml:space="preserve">[1:03:13] </w:t>
      </w:r>
      <w:r>
        <w:t>to jo log aam taur par log bas form ko jante hain, is form ke peeche jo spirit hai us se bekhabar hain. misaal ke taur par roza hai.</w:t>
      </w:r>
    </w:p>
    <w:p>
      <w:pPr>
        <w:jc w:val="right"/>
      </w:pPr>
      <w:r>
        <w:t>تو جو لوگ عام طور پر لوگ بس فارم کو جانتے ہیں، اس فارم کے پیچھے جو اسپیریٹ ہے اس سے بے خبر ہیں۔ مثلاً روزہ ہے۔</w:t>
      </w:r>
    </w:p>
    <w:p>
      <w:r>
        <w:rPr>
          <w:b/>
        </w:rPr>
        <w:t xml:space="preserve">[1:03:21] </w:t>
      </w:r>
      <w:r>
        <w:t>roze mein yeh jante hain ke kya hamein lena hai?</w:t>
      </w:r>
    </w:p>
    <w:p>
      <w:pPr>
        <w:jc w:val="right"/>
      </w:pPr>
      <w:r>
        <w:t>روزے میں یہ جانتے ہیں کہ کیا ہمیں لینا ہے؟</w:t>
      </w:r>
    </w:p>
    <w:p>
      <w:r>
        <w:rPr>
          <w:b/>
        </w:rPr>
        <w:t xml:space="preserve">[1:03:26] </w:t>
      </w:r>
      <w:r>
        <w:t>yeh khana, yeh pani, woh samaan, yeh chahiye mujhe taake khoob khayein sehri ke waqt taake bhook na lage.</w:t>
      </w:r>
    </w:p>
    <w:p>
      <w:pPr>
        <w:jc w:val="right"/>
      </w:pPr>
      <w:r>
        <w:t>یہ کھانا، یہ پانی، وہ سامان، یہ چاہیے مجھے تاکہ خوب کھائیں سحری کے وقت تاکہ بھوک نہ لگے۔</w:t>
      </w:r>
    </w:p>
    <w:p>
      <w:r>
        <w:rPr>
          <w:b/>
        </w:rPr>
        <w:t xml:space="preserve">[1:03:37] </w:t>
      </w:r>
      <w:r>
        <w:t>to yeh lena hai. to roze mein log jo jo form logon ne pakad rakha hai woh taking spirit par base karta hai.</w:t>
      </w:r>
    </w:p>
    <w:p>
      <w:pPr>
        <w:jc w:val="right"/>
      </w:pPr>
      <w:r>
        <w:t>تو یہ لینا ہے۔ تو روزے میں لوگ جو جو فارم لوگوں نے پکڑ رکھا ہے وہ ٹیکنگ اسپیریٹ پر بیس کرتا ہے۔</w:t>
      </w:r>
    </w:p>
    <w:p>
      <w:r>
        <w:rPr>
          <w:b/>
        </w:rPr>
        <w:t xml:space="preserve">[1:03:46] </w:t>
      </w:r>
      <w:r>
        <w:t>doosra jo maine arz kiya woh giving spirit, doosron ko dena.</w:t>
      </w:r>
    </w:p>
    <w:p>
      <w:pPr>
        <w:jc w:val="right"/>
      </w:pPr>
      <w:r>
        <w:t>دوسرا جو میں نے عرض کیا وہ گیونگ اسپیریٹ، دوسروں کو دینا۔</w:t>
      </w:r>
    </w:p>
    <w:p>
      <w:r>
        <w:rPr>
          <w:b/>
        </w:rPr>
        <w:t xml:space="preserve">[1:03:53] </w:t>
      </w:r>
      <w:r>
        <w:t>to har cheez mein aik form hota hai, aik spirit hoti hai. Islam ki jitni bhi taleemat hain, jitni bhi teaching hain, sab spirit ke aitbaar se unki importance hai, form ke aitbaar se nahi hai.</w:t>
      </w:r>
    </w:p>
    <w:p>
      <w:pPr>
        <w:jc w:val="right"/>
      </w:pPr>
      <w:r>
        <w:t>تو ہر چیز میں ایک فارم ہوتا ہے، ایک اسپیریٹ ہوتی ہے۔ اسلام کی جتنی بھی تعلیمات ہیں، جتنی بھی ٹیچنگ ہیں، سب اسپیریٹ کے اعتبار سے ان کی امپورٹنس ہے، فارم کے اعتبار سے نہیں ہے۔</w:t>
      </w:r>
    </w:p>
    <w:p>
      <w:r>
        <w:rPr>
          <w:b/>
        </w:rPr>
        <w:t xml:space="preserve">[1:04:08] </w:t>
      </w:r>
      <w:r>
        <w:t>Maulana, yeh agla comment aaya hai Shafi Dar sahib ka Kashmir se. Respected Maulana sahib, Assalam-o-Alaikum. I heard your last Sunday talk and it was full of inspiration.</w:t>
      </w:r>
    </w:p>
    <w:p>
      <w:pPr>
        <w:jc w:val="right"/>
      </w:pPr>
      <w:r>
        <w:t>مولانا، یہ اگلا کمنٹ آیا ہے شفیع ڈار صاحب کا کشمیر سے۔ ریسپیکٹڈ مولانا صاحب، السلام علیکم۔ آئی ہرڈ یور لاسٹ سنڈے ٹاک اینڈ اٹ واز فل آف انسپیریشن۔</w:t>
      </w:r>
    </w:p>
    <w:p>
      <w:r>
        <w:rPr>
          <w:b/>
        </w:rPr>
        <w:t xml:space="preserve">[1:04:22] </w:t>
      </w:r>
      <w:r>
        <w:t>I was thinking that I am suffering in discrimination somewhere in my job and in my relationship, but your Sunday lecture helped me a lot and I thank Allah Almighty that He provided me a chance to hear your lecture.</w:t>
      </w:r>
    </w:p>
    <w:p>
      <w:pPr>
        <w:jc w:val="right"/>
      </w:pPr>
      <w:r>
        <w:t>آئی واز تھنکنگ دیٹ آئی ایم سفرنگ ان ڈسکرمینیشن سم ویر ان مائی جاب اینڈ ان مائی ریلیشن شپ، بٹ یور سنڈے لیکچر ہیلپڈ می ا لٹ اینڈ آئی تھینک اللہ المائٹی دیٹ ہی پرووائیڈڈ می ا چانس ٹو ہیئر یور لیکچر۔</w:t>
      </w:r>
    </w:p>
    <w:p>
      <w:r>
        <w:rPr>
          <w:b/>
        </w:rPr>
        <w:t xml:space="preserve">[1:04:39] </w:t>
      </w:r>
      <w:r>
        <w:t>otherwise I would have died in a state of negative mentality and discrimination.</w:t>
      </w:r>
    </w:p>
    <w:p>
      <w:pPr>
        <w:jc w:val="right"/>
      </w:pPr>
      <w:r>
        <w:t>ادروائز آئی وڈ ہیو ڈائیڈ ان ا سٹیٹ آف نیگیٹیو مینٹیلیٹی اینڈ ڈسکرمینیشن۔</w:t>
      </w:r>
    </w:p>
    <w:p>
      <w:r>
        <w:rPr>
          <w:b/>
        </w:rPr>
        <w:t xml:space="preserve">[1:04:46] </w:t>
      </w:r>
      <w:r>
        <w:t>dekhiye, main phir kahunga ke jo aadmi discrimination ki boli bolta hai, woh ka koi talluq Islam se nahi hai.</w:t>
      </w:r>
    </w:p>
    <w:p>
      <w:pPr>
        <w:jc w:val="right"/>
      </w:pPr>
      <w:r>
        <w:t>دیکھیے، میں پھر کہوں گا کہ جو آدمی ڈسکرمینیشن کی بولی بولتا ہے، وہ کا کوئی تعلق اسلام سے نہیں ہے۔</w:t>
      </w:r>
    </w:p>
    <w:p>
      <w:r>
        <w:rPr>
          <w:b/>
        </w:rPr>
        <w:t xml:space="preserve">[1:04:57] </w:t>
      </w:r>
      <w:r>
        <w:t>Islam mein discrimination ki boli sirf Satan ki thi, Satan ki, na Rasool ki, na Sahabi ki. yeh yeh Rasool Islam ki boli nahi hai.</w:t>
      </w:r>
    </w:p>
    <w:p>
      <w:pPr>
        <w:jc w:val="right"/>
      </w:pPr>
      <w:r>
        <w:t>اسلام میں ڈسکرمینیشن کی بولی صرف سیٹن کی تھی، سیٹن کی، نہ رسول کی، نہ صحابی کی۔ یہ یہ رسول اسلام کی بولی نہیں ہے۔</w:t>
      </w:r>
    </w:p>
    <w:p>
      <w:r>
        <w:rPr>
          <w:b/>
        </w:rPr>
        <w:t xml:space="preserve">[1:05:08] </w:t>
      </w:r>
      <w:r>
        <w:t>discrimination yeh Satan ki boli hai.</w:t>
      </w:r>
    </w:p>
    <w:p>
      <w:pPr>
        <w:jc w:val="right"/>
      </w:pPr>
      <w:r>
        <w:t>ڈسکرمینیشن یہ سیٹن کی بولی ہے۔</w:t>
      </w:r>
    </w:p>
    <w:p>
      <w:r>
        <w:rPr>
          <w:b/>
        </w:rPr>
        <w:t xml:space="preserve">[1:05:11] </w:t>
      </w:r>
      <w:r>
        <w:t>Satan ne kaha tha ke khalaqni min naar wa khalaqtani min teen ke main is se mera darja bada hai aur insaan ka darja chota hai.</w:t>
      </w:r>
    </w:p>
    <w:p>
      <w:pPr>
        <w:jc w:val="right"/>
      </w:pPr>
      <w:r>
        <w:t>سیٹن نے کہا تھا کہ خلق خلق من تین کہ میں اس سے میرا درجہ بڑا ہے اور انسان کا درجہ چھوٹا ہے۔</w:t>
      </w:r>
    </w:p>
    <w:p>
      <w:r>
        <w:rPr>
          <w:b/>
        </w:rPr>
        <w:t xml:space="preserve">[1:05:22] </w:t>
      </w:r>
      <w:r>
        <w:t>to to ne is ko badha diya, mujhe peeche peeche kar diya. yeh discriminate ki Rasool Allah par ilzaam lagaya discrimination ka.</w:t>
      </w:r>
    </w:p>
    <w:p>
      <w:pPr>
        <w:jc w:val="right"/>
      </w:pPr>
      <w:r>
        <w:t>تو تو نے اس کو بڑھا دیا، مجھے پیچھے پیچھے کر دیا۔ یہ ڈسکرمینیٹ کی رسول اللہ پر الزام لگایا ڈسکرمینیشن کا۔</w:t>
      </w:r>
    </w:p>
    <w:p>
      <w:r>
        <w:rPr>
          <w:b/>
        </w:rPr>
        <w:t xml:space="preserve">[1:05:31] </w:t>
      </w:r>
      <w:r>
        <w:t>to jo aadmi yaad rakhiye, discrimination mein ki boli bolta hai, woh Satan ki boli bolta hai, Satan ki boli bolta hai.</w:t>
      </w:r>
    </w:p>
    <w:p>
      <w:pPr>
        <w:jc w:val="right"/>
      </w:pPr>
      <w:r>
        <w:t>تو جو آدمی یاد رکھیے، ڈسکرمینیشن میں کی بولی بولتا ہے، وہ سیٹن کی بولی بولتا ہے، سیٹن کی بولی بولتا ہے۔</w:t>
      </w:r>
    </w:p>
    <w:p>
      <w:r>
        <w:rPr>
          <w:b/>
        </w:rPr>
        <w:t xml:space="preserve">[1:05:40] </w:t>
      </w:r>
      <w:r>
        <w:t>isi liye aap poora jo Quran o Hadees hai, kahin padh kar dikha dijiye, koi paighambar bola ho description ki boli, koi Sahabi bola ho description ki boli, yeh sirf Satan hai jo bola tha.</w:t>
      </w:r>
    </w:p>
    <w:p>
      <w:pPr>
        <w:jc w:val="right"/>
      </w:pPr>
      <w:r>
        <w:t>اسی لیے آپ پورا جو قرآن و حدیث ہے، کہیں پڑھ کر دکھا دیجئے، کوئی پیغمبر بولا ہو ڈسکرپشن کی بولی، کوئی صحابی بولا ہو ڈسکرپشن کی بولی، یہ صرف سیٹن ہے جو بولا تھا۔</w:t>
      </w:r>
    </w:p>
    <w:p>
      <w:r>
        <w:rPr>
          <w:b/>
        </w:rPr>
        <w:t xml:space="preserve">[1:05:52] </w:t>
      </w:r>
      <w:r>
        <w:t>isi ko log follow kar rahe hain. ab bohat khatarnak baat yaad rakhiye ke Quran mein hai Allah taala ne farmaya ke jo Shaitan ko follow karega to main uska anjaam Shaitan ke saath karunga.</w:t>
      </w:r>
    </w:p>
    <w:p>
      <w:pPr>
        <w:jc w:val="right"/>
      </w:pPr>
      <w:r>
        <w:t>اسی کو لوگ فالو کر رہے ہیں۔ اب بہت خطرناک بات یاد رکھیے کہ قرآن میں ہے اللہ تعالی نے فرمایا کہ جو شیطان کو فالو کرے گا تو میں اس کا انجام شیطان کے ساتھ کروں گا۔</w:t>
      </w:r>
    </w:p>
    <w:p>
      <w:r>
        <w:rPr>
          <w:b/>
        </w:rPr>
        <w:t xml:space="preserve">[1:06:04] </w:t>
      </w:r>
      <w:r>
        <w:t>to kya yeh yeh risk lene ke tayyar hain woh log jo discrimination ki boli bolte hain? jo log discrimination ki boli bolte hain, woh Satan ki boli bolte hain.</w:t>
      </w:r>
    </w:p>
    <w:p>
      <w:pPr>
        <w:jc w:val="right"/>
      </w:pPr>
      <w:r>
        <w:t>تو کیا یہ یہ رسک لینے کے تیار ہیں وہ لوگ جو ڈسکرمینیشن کی بولی بولتے ہیں؟ جو لوگ ڈسکرمینیشن کی بولی بولتے ہیں، وہ سیٹن کی بولی بولتے ہیں۔</w:t>
      </w:r>
    </w:p>
    <w:p>
      <w:r>
        <w:rPr>
          <w:b/>
        </w:rPr>
        <w:t xml:space="preserve">[1:06:15] </w:t>
      </w:r>
      <w:r>
        <w:t>aur Satan ki boli walon ke liye Quran mein hai ke jo boli bolega to uska wahi hoga anjaam jo Satan ka ho</w:t>
      </w:r>
    </w:p>
    <w:p>
      <w:pPr>
        <w:jc w:val="right"/>
      </w:pPr>
      <w:r>
        <w:t>اور سیٹن کی بولی والوں کے لیے قرآن میں ہے کہ جو بولی بولے گا تو اس کا وہی ہوگا انجام جو سیٹن کا ہو</w:t>
      </w:r>
    </w:p>
    <w:p>
      <w:r>
        <w:rPr>
          <w:b/>
        </w:rPr>
        <w:t xml:space="preserve">[1:06:24] </w:t>
      </w:r>
      <w:r>
        <w:t>ga. to sochna chahiye in logon ko ke woh kya kis cheez ka risk le rahe hain jo Satan ki boli ko, jo risk discrimination ki boli bolte hain.</w:t>
      </w:r>
    </w:p>
    <w:p>
      <w:pPr>
        <w:jc w:val="right"/>
      </w:pPr>
      <w:r>
        <w:t>گا۔ تو سوچنا چاہیے ان لوگوں کو کہ وہ کیا کس چیز کا رسک لے رہے ہیں جو سیٹن کی بولی کو، جو رسک ڈسکرپشن کی بولی بولتے ہیں۔</w:t>
      </w:r>
    </w:p>
    <w:p>
      <w:r>
        <w:rPr>
          <w:b/>
        </w:rPr>
        <w:t xml:space="preserve">[1:06:33] </w:t>
      </w:r>
      <w:r>
        <w:t>bohat bohat hi bohat hi bara risk le rahe hain aise log. Discrimination ko main Islam mein bilkul hi jaiz nahi samajhta. Yeh Satan ki boli jaiz kaise ho jayegi?</w:t>
      </w:r>
    </w:p>
    <w:p>
      <w:pPr>
        <w:jc w:val="right"/>
      </w:pPr>
      <w:r>
        <w:t>بہت بہت ہی بہت ہی بڑا رسک لے رہے ہیں ایسے لوگ۔ ڈسکرمینیشن کو میں اسلام میں بالکل ہی جائز نہیں سمجھتا۔ یہ سیٹن کی بولی جائز کیسے ہو جائے گی؟</w:t>
      </w:r>
    </w:p>
    <w:p>
      <w:r>
        <w:rPr>
          <w:b/>
        </w:rPr>
        <w:t xml:space="preserve">[1:06:46] </w:t>
      </w:r>
      <w:r>
        <w:t>Maulana, yeh agla sawal aaya hai Maulana Farhad Umri sahib ka Delhi se.</w:t>
      </w:r>
    </w:p>
    <w:p>
      <w:pPr>
        <w:jc w:val="right"/>
      </w:pPr>
      <w:r>
        <w:t>مولانا، یہ اگلا سوال آیا ہے مولانا فرہاد عمری صاحب کا دہلی سے۔</w:t>
      </w:r>
    </w:p>
    <w:p>
      <w:r>
        <w:rPr>
          <w:b/>
        </w:rPr>
        <w:t xml:space="preserve">[1:06:51] </w:t>
      </w:r>
      <w:r>
        <w:t>musalman apne waar concept ko sahi sabit karne ke liye yeh hadith bayan karte hain: "mein yeh pasand karta hoon ke mein Allah ke raste mein qatl kiya jaon,</w:t>
      </w:r>
    </w:p>
    <w:p>
      <w:pPr>
        <w:jc w:val="right"/>
      </w:pPr>
      <w:r>
        <w:t>مسلمان اپنے وار کانسیپٹ کو صحیح ثابت کرنے کے لیے یہ حدیث بیان کرتے ہیں: "میں یہ پسند کرتا ہوں کہ میں اللہ کے راستے میں قتل کیا جاؤں،</w:t>
      </w:r>
    </w:p>
    <w:p>
      <w:r>
        <w:rPr>
          <w:b/>
        </w:rPr>
        <w:t xml:space="preserve">[1:07:04] </w:t>
      </w:r>
      <w:r>
        <w:t>phir zinda kiya jaon, phir qatl kiya jaon, phir mujhe zindagi mile, phir qatl kiya jaon." Maulana, is hadith ka sahi interpretation kya hai?</w:t>
      </w:r>
    </w:p>
    <w:p>
      <w:pPr>
        <w:jc w:val="right"/>
      </w:pPr>
      <w:r>
        <w:t>پھر زندہ کیا جاؤں، پھر قتل کیا جاؤں، پھر مجھے زندگی ملے، پھر قتل کیا جاؤں۔" مولانا، اس حدیث کا صحیح انٹرپریٹیشن کیا ہے؟</w:t>
      </w:r>
    </w:p>
    <w:p>
      <w:r>
        <w:rPr>
          <w:b/>
        </w:rPr>
        <w:t xml:space="preserve">[1:07:17] </w:t>
      </w:r>
      <w:r>
        <w:t>dekhiye, yeh sochiye ke kya Rasool Allah salallaho alaihi wasallam nauzubillah nauzubillah munafiq the? Aap aap yeh keh sakte hain ke jab aap ko pasand tha to aisa kiya kyun nahi?</w:t>
      </w:r>
    </w:p>
    <w:p>
      <w:pPr>
        <w:jc w:val="right"/>
      </w:pPr>
      <w:r>
        <w:t>دیکھیے، یہ سوچیے کہ کیا رسول اللہ صلی اللہ علیہ وسلم نعوذ باللہ نعوذ باللہ منافق تھے؟ آپ آپ یہ کہہ سکتے ہیں کہ جب آپ کو پسند تھا تو ایسا کیا کیوں نہیں؟</w:t>
      </w:r>
    </w:p>
    <w:p>
      <w:r>
        <w:rPr>
          <w:b/>
        </w:rPr>
        <w:t xml:space="preserve">[1:07:29] </w:t>
      </w:r>
      <w:r>
        <w:t>kitabon se padhiye, aap Rasool Allah salallaho alaihi wasallam kabhi bhi jang mein shareek nahi hote the. Bahar un ka ek areesh lafz aata hai, areesh kehte hain jhopra.</w:t>
      </w:r>
    </w:p>
    <w:p>
      <w:pPr>
        <w:jc w:val="right"/>
      </w:pPr>
      <w:r>
        <w:t>کتابوں سے پڑھیے، آپ رسول اللہ صلی اللہ علیہ وسلم کبھی بھی جنگ میں شریک نہیں ہوتے تھے۔ باہر ان کا ایک عریش لفظ آتا ہے، عریش کہتے ہیں جھوپڑا۔</w:t>
      </w:r>
    </w:p>
    <w:p>
      <w:r>
        <w:rPr>
          <w:b/>
        </w:rPr>
        <w:t xml:space="preserve">[1:07:39] </w:t>
      </w:r>
      <w:r>
        <w:t>battlefield se bahar ek areesh banta tha, jhopra. Is mein rehte the. Aap kabhi talwar le kar Uhud mein ya Badr mein kabhi khud se nahi lade?</w:t>
      </w:r>
    </w:p>
    <w:p>
      <w:pPr>
        <w:jc w:val="right"/>
      </w:pPr>
      <w:r>
        <w:t>بیٹل فیلڈ سے باہر ایک عریش بنتا تھا، جھوپڑا۔ اس میں رہتے تھے۔ آپ کبھی تلوار لے کر احد میں یا بدر میں کبھی خود سے نہیں لڑے؟</w:t>
      </w:r>
    </w:p>
    <w:p>
      <w:r>
        <w:rPr>
          <w:b/>
        </w:rPr>
        <w:t xml:space="preserve">[1:07:50] </w:t>
      </w:r>
      <w:r>
        <w:t>to nauzubillah ke aap kahein ke nauzubillah nauzubillah Rasool Allah munafiq the</w:t>
      </w:r>
    </w:p>
    <w:p>
      <w:pPr>
        <w:jc w:val="right"/>
      </w:pPr>
      <w:r>
        <w:t>تو نعوذ باللہ کہ آپ کہیں کہ نعوذ باللہ نعوذ باللہ رسول اللہ منافق تھے</w:t>
      </w:r>
    </w:p>
    <w:p>
      <w:r>
        <w:rPr>
          <w:b/>
        </w:rPr>
        <w:t xml:space="preserve">[1:07:55] </w:t>
      </w:r>
      <w:r>
        <w:t>? Kaha to yeh aur kiya? Un ka ulta kabhi lade nahi? Aap kitabon mein padh lijiye, aap battlefield mein nahi hote the, areesh mein hote the jo bahar banta tha, wahan se dekh dekhte the bas aur dua karte the, sajde mein dua karte the.</w:t>
      </w:r>
    </w:p>
    <w:p>
      <w:pPr>
        <w:jc w:val="right"/>
      </w:pPr>
      <w:r>
        <w:t>؟ کہا تو یہ اور کیا؟ ان کا الٹا کبھی لڑے نہیں؟ آپ کتابوں میں پڑھ لیجئے، آپ بیٹل فیلڈ میں نہیں ہوتے تھے، عریش میں ہوتے تھے جو باہر بنتا تھا، وہاں سے دیکھ دیکھتے تھے بس اور دعا کرتے تھے، سجدے میں دعا کرتے تھے۔</w:t>
      </w:r>
    </w:p>
    <w:p>
      <w:r>
        <w:rPr>
          <w:b/>
        </w:rPr>
        <w:t xml:space="preserve">[1:08:13] </w:t>
      </w:r>
      <w:r>
        <w:t>jo log is hadith ko le kar kehte hain, unhein sab se pehle sochna chahiye ke kya nauzubillah nauzubillah Rasool Allah munafiq the? Kaha kuch kiya kuch.</w:t>
      </w:r>
    </w:p>
    <w:p>
      <w:pPr>
        <w:jc w:val="right"/>
      </w:pPr>
      <w:r>
        <w:t>جو لوگ اس حدیث کو لے کر کہتے ہیں، انہیں سب سے پہلے سوچنا چاہیے کہ کیا نعوذ باللہ نعوذ باللہ رسول اللہ منافق تھے؟ کہا کچھ کیا کچھ۔</w:t>
      </w:r>
    </w:p>
    <w:p>
      <w:r>
        <w:rPr>
          <w:b/>
        </w:rPr>
        <w:t xml:space="preserve">[1:08:23] </w:t>
      </w:r>
      <w:r>
        <w:t>is liye aap ko is hadith ki aisi tafsir karni padegi jis mein Rasool Allah yeh yeh sabit na hota ke nauzubillah Rasool Allah munafiq the.</w:t>
      </w:r>
    </w:p>
    <w:p>
      <w:pPr>
        <w:jc w:val="right"/>
      </w:pPr>
      <w:r>
        <w:t>اس لیے آپ کو اس حدیث کی ایسی تفسیر کرنی پڑے گی جس میں رسول اللہ یہ یہ ثابت نہ ہوتا کہ نعوذ باللہ رسول اللہ منافق تھے۔</w:t>
      </w:r>
    </w:p>
    <w:p>
      <w:r>
        <w:rPr>
          <w:b/>
        </w:rPr>
        <w:t xml:space="preserve">[1:08:35] </w:t>
      </w:r>
      <w:r>
        <w:t>yeh sab mein likh chuka hoon is hadith ke bare mein, mein likh chuka hoon, aap padh sakte hain.</w:t>
      </w:r>
    </w:p>
    <w:p>
      <w:pPr>
        <w:jc w:val="right"/>
      </w:pPr>
      <w:r>
        <w:t>یہ سب میں لکھ چکا ہوں اس حدیث کے بارے میں، میں لکھ چکا ہوں، آپ پڑھ سکتے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