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and Revivalist June 7, 2015</w:t>
      </w:r>
    </w:p>
    <w:p>
      <w:r>
        <w:t>https://youtu.be/MCY8AJ87BXc</w:t>
      </w:r>
    </w:p>
    <w:p>
      <w:r>
        <w:rPr>
          <w:b/>
        </w:rPr>
        <w:t xml:space="preserve">[00:13] </w:t>
      </w:r>
      <w:r>
        <w:t>Bismillah hir rahman nir rahim, wa sallallaho ala nabiyyil 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aaj ka</w:t>
      </w:r>
    </w:p>
    <w:p>
      <w:pPr>
        <w:jc w:val="right"/>
      </w:pPr>
      <w:r>
        <w:t>آج کا</w:t>
      </w:r>
    </w:p>
    <w:p>
      <w:r>
        <w:rPr>
          <w:b/>
        </w:rPr>
        <w:t xml:space="preserve">[00:35] </w:t>
      </w:r>
      <w:r>
        <w:t>subject hai: tajdeed aur mujaddid, yani mujaddid kaun hai?</w:t>
      </w:r>
    </w:p>
    <w:p>
      <w:pPr>
        <w:jc w:val="right"/>
      </w:pPr>
      <w:r>
        <w:t>سبجیکٹ ہے: تجدید اور مجدد، یعنی مجدد کون ہے؟</w:t>
      </w:r>
    </w:p>
    <w:p>
      <w:r>
        <w:rPr>
          <w:b/>
        </w:rPr>
        <w:t xml:space="preserve">[00:45] </w:t>
      </w:r>
      <w:r>
        <w:t>ek hadith hai jo Abu Dawood mein aayi hai: "Inna yubassu lil ummati 'ala ra'si kulli baiti sanatin".</w:t>
      </w:r>
    </w:p>
    <w:p>
      <w:pPr>
        <w:jc w:val="right"/>
      </w:pPr>
      <w:r>
        <w:t>ایک حدیث ہے جو ابو داؤد میں آئی ہے: "إنّا يبسُّ لعلُ الأمة على رأسِ كلِّ بيتِ سنةٍ" ۔</w:t>
      </w:r>
    </w:p>
    <w:p>
      <w:r>
        <w:rPr>
          <w:b/>
        </w:rPr>
        <w:t xml:space="preserve">[00:57] </w:t>
      </w:r>
      <w:r>
        <w:t>mein yujaddidu laha deenaha. Allah is ummat ke liye har sadi ke siray par ek mujaddid bhejega, jo is ke deen ki tajdeed karega.</w:t>
      </w:r>
    </w:p>
    <w:p>
      <w:pPr>
        <w:jc w:val="right"/>
      </w:pPr>
      <w:r>
        <w:t>میں جدّدُ رادِی را۔ اللہ اس امت کے لیے ہر صدی کے سرے پر ایک مجدد بھیجے گا، جو اس کے دین کی تجدید کرے گا۔</w:t>
      </w:r>
    </w:p>
    <w:p>
      <w:r>
        <w:rPr>
          <w:b/>
        </w:rPr>
        <w:t xml:space="preserve">[01:14] </w:t>
      </w:r>
      <w:r>
        <w:t>is hadith mein aam taur par log</w:t>
      </w:r>
    </w:p>
    <w:p>
      <w:pPr>
        <w:jc w:val="right"/>
      </w:pPr>
      <w:r>
        <w:t>اس حدیث میں عام طور پر لوگ</w:t>
      </w:r>
    </w:p>
    <w:p>
      <w:r>
        <w:rPr>
          <w:b/>
        </w:rPr>
        <w:t xml:space="preserve">[01:19] </w:t>
      </w:r>
      <w:r>
        <w:t>is talash mein lage ke kis century ka kaun mujaddid tha. Main samajhta hoon ke yeh secondary baat hai.</w:t>
      </w:r>
    </w:p>
    <w:p>
      <w:pPr>
        <w:jc w:val="right"/>
      </w:pPr>
      <w:r>
        <w:t>اس تلاش میں لگے کہ کس سنچری کا کون مجدد تھا۔ میں سمجھتا ہوں کہ یہ سیکنڈری بات ہے۔</w:t>
      </w:r>
    </w:p>
    <w:p>
      <w:r>
        <w:rPr>
          <w:b/>
        </w:rPr>
        <w:t xml:space="preserve">[01:31] </w:t>
      </w:r>
      <w:r>
        <w:t>yeh personality cult mein jeete hain log, is liye aam taur par log isi talash mein rehte hain ke kaun mujaddid tha kis sadi ka, kaun mujaddid tha kis sadi ka.</w:t>
      </w:r>
    </w:p>
    <w:p>
      <w:pPr>
        <w:jc w:val="right"/>
      </w:pPr>
      <w:r>
        <w:t>یہ پرسنیلٹی کلٹ میں جیتے ہیں لوگ، اس لیے عام طور پر لوگ اسی تلاش میں رہتے ہیں کہ کون مجدد تھا کس صدی کا، کون مجدد تھا کس صدی کا۔</w:t>
      </w:r>
    </w:p>
    <w:p>
      <w:r>
        <w:rPr>
          <w:b/>
        </w:rPr>
        <w:t xml:space="preserve">[01:44] </w:t>
      </w:r>
      <w:r>
        <w:t>is ki wajah se zyada jo gehri baat hai, woh is ko samajh nahi paate. Dekhein, is dunya ke liye ek aam qanoon hai.</w:t>
      </w:r>
    </w:p>
    <w:p>
      <w:pPr>
        <w:jc w:val="right"/>
      </w:pPr>
      <w:r>
        <w:t>اس کی وجہ سے زیادہ جو گہری بات ہے، وہ اس کو سمجھ نہیں پاتے۔ دیکھیں، اس دنیا کے لیے ایک عام قانون ہے۔</w:t>
      </w:r>
    </w:p>
    <w:p>
      <w:r>
        <w:rPr>
          <w:b/>
        </w:rPr>
        <w:t xml:space="preserve">[01:57] </w:t>
      </w:r>
      <w:r>
        <w:t>woh qanoon kya hai? "Wa ma tashaawwaru illa an yashaa' Allahu Rabbul 'aalameen".</w:t>
      </w:r>
    </w:p>
    <w:p>
      <w:pPr>
        <w:jc w:val="right"/>
      </w:pPr>
      <w:r>
        <w:t>وہ قانون کیا ہے؟ "وما تشاور إلا إشاء الله رب العالمين" ۔</w:t>
      </w:r>
    </w:p>
    <w:p>
      <w:r>
        <w:rPr>
          <w:b/>
        </w:rPr>
        <w:t xml:space="preserve">[02:03] </w:t>
      </w:r>
      <w:r>
        <w:t>is tarah ki bohat si aayatein hain ke is dunya mein jo kuch hota hai, woh Allah ke izin se, sanction se hota hai.</w:t>
      </w:r>
    </w:p>
    <w:p>
      <w:pPr>
        <w:jc w:val="right"/>
      </w:pPr>
      <w:r>
        <w:t>اس طرح کی بہت سی آیتیں ہیں کہ اس دنیا میں جو کچھ ہوتا ہے، وہ اللہ کے اذن سے، سینکشن سے ہوتا ہے۔</w:t>
      </w:r>
    </w:p>
    <w:p>
      <w:r>
        <w:rPr>
          <w:b/>
        </w:rPr>
        <w:t xml:space="preserve">[02:18] </w:t>
      </w:r>
      <w:r>
        <w:t>jo kuch hota hai.</w:t>
      </w:r>
    </w:p>
    <w:p>
      <w:pPr>
        <w:jc w:val="right"/>
      </w:pPr>
      <w:r>
        <w:t>جو کچھ ہوتا ہے۔</w:t>
      </w:r>
    </w:p>
    <w:p>
      <w:r>
        <w:rPr>
          <w:b/>
        </w:rPr>
        <w:t xml:space="preserve">[02:21] </w:t>
      </w:r>
      <w:r>
        <w:t>to in aayaton ko le kar aap sochein to mujaddid ka role secondary ho jayega.</w:t>
      </w:r>
    </w:p>
    <w:p>
      <w:pPr>
        <w:jc w:val="right"/>
      </w:pPr>
      <w:r>
        <w:t>تو ان آیتوں کو لے کر آپ سوچیں تو مجدد کا رول سیکنڈری ہو جائے گا۔</w:t>
      </w:r>
    </w:p>
    <w:p>
      <w:r>
        <w:rPr>
          <w:b/>
        </w:rPr>
        <w:t xml:space="preserve">[02:28] </w:t>
      </w:r>
      <w:r>
        <w:t>primary role hoga</w:t>
      </w:r>
    </w:p>
    <w:p>
      <w:pPr>
        <w:jc w:val="right"/>
      </w:pPr>
      <w:r>
        <w:t>پرائمری رول ہوگا</w:t>
      </w:r>
    </w:p>
    <w:p>
      <w:r>
        <w:rPr>
          <w:b/>
        </w:rPr>
        <w:t xml:space="preserve">[02:32] </w:t>
      </w:r>
      <w:r>
        <w:t>khud Allah rabb ul alameen ka. woh kis tarah? dekhen, koi bhi shakhs koi bhi kaam agar karna chahta hai to woh sirf yeh kar sakta hai ke jo hamari duniya mein jo jo cheezen</w:t>
      </w:r>
    </w:p>
    <w:p>
      <w:pPr>
        <w:jc w:val="right"/>
      </w:pPr>
      <w:r>
        <w:t>خود اللہ رب العالمین کا۔ وہ کس طرح؟ دیکھیں، کوئی بھی شخص کوئی بھی کام اگر کرنا چاہتا ہے تو وہ صرف یہ کر سکتا ہے کہ جو ہماری دنیا میں جو جو چیزیں</w:t>
      </w:r>
    </w:p>
    <w:p>
      <w:r>
        <w:rPr>
          <w:b/>
        </w:rPr>
        <w:t xml:space="preserve">[03:00] </w:t>
      </w:r>
      <w:r>
        <w:t>maujood hain, un ko discover kare aur un ko istemal kar sake.</w:t>
      </w:r>
    </w:p>
    <w:p>
      <w:pPr>
        <w:jc w:val="right"/>
      </w:pPr>
      <w:r>
        <w:t>موجود ہیں، ان کو ڈسکور کرے اور ان کو استعمال کرے۔</w:t>
      </w:r>
    </w:p>
    <w:p>
      <w:r>
        <w:rPr>
          <w:b/>
        </w:rPr>
        <w:t xml:space="preserve">[03:08] </w:t>
      </w:r>
      <w:r>
        <w:t>yahi kar sakta hai. woh khud koi invention nahi kar sakta, koi takhleeq nahi kar sakta, koi cheez create nahi kar sakta.</w:t>
      </w:r>
    </w:p>
    <w:p>
      <w:pPr>
        <w:jc w:val="right"/>
      </w:pPr>
      <w:r>
        <w:t>یہی کر سکتا ہے۔ وہ خود کوئی انوینشن نہیں کر سکتا، کوئی تخلیق نہیں کر سکتا، کوئی چیز کریٹ نہیں کر سکتا۔</w:t>
      </w:r>
    </w:p>
    <w:p>
      <w:r>
        <w:rPr>
          <w:b/>
        </w:rPr>
        <w:t xml:space="preserve">[03:17] </w:t>
      </w:r>
      <w:r>
        <w:t>balkeh</w:t>
      </w:r>
    </w:p>
    <w:p>
      <w:pPr>
        <w:jc w:val="right"/>
      </w:pPr>
      <w:r>
        <w:t>بلکہ</w:t>
      </w:r>
    </w:p>
    <w:p>
      <w:r>
        <w:rPr>
          <w:b/>
        </w:rPr>
        <w:t xml:space="preserve">[03:21] </w:t>
      </w:r>
      <w:r>
        <w:t>available zarea ko istemal kar ke koi waqea kar sakta hai. misaal ke taur par dekhiye, ek kisan ko lijiye,</w:t>
      </w:r>
    </w:p>
    <w:p>
      <w:pPr>
        <w:jc w:val="right"/>
      </w:pPr>
      <w:r>
        <w:t>اویلیبل ذرائع کو استعمال کر کے کوئی واقعہ کر سکتا ہے۔ مثال کے طور پر دیکھیے، ایک کسان کو لیجئے،</w:t>
      </w:r>
    </w:p>
    <w:p>
      <w:r>
        <w:rPr>
          <w:b/>
        </w:rPr>
        <w:t xml:space="preserve">[03:34] </w:t>
      </w:r>
      <w:r>
        <w:t>farmer ko.</w:t>
      </w:r>
    </w:p>
    <w:p>
      <w:pPr>
        <w:jc w:val="right"/>
      </w:pPr>
      <w:r>
        <w:t>فارمر کو۔</w:t>
      </w:r>
    </w:p>
    <w:p>
      <w:r>
        <w:rPr>
          <w:b/>
        </w:rPr>
        <w:t xml:space="preserve">[03:37] </w:t>
      </w:r>
      <w:r>
        <w:t>to kisan kaha jata hai ke kisan ghalla paida karta hai, lekin ghalla paida karne mein bhi kisan ka kitna hissa hai?</w:t>
      </w:r>
    </w:p>
    <w:p>
      <w:pPr>
        <w:jc w:val="right"/>
      </w:pPr>
      <w:r>
        <w:t>تو کسان کہا جاتا ہے کہ کسان غلہ پیدا کرتا ہے، لیکن غلہ پیدا کرنے میں بھی کسان کا کتنا حصہ ہے؟</w:t>
      </w:r>
    </w:p>
    <w:p>
      <w:r>
        <w:rPr>
          <w:b/>
        </w:rPr>
        <w:t xml:space="preserve">[03:49] </w:t>
      </w:r>
      <w:r>
        <w:t>yani 99 feesad hissa nature ka hai. nature ne saal banaya, nature ne pani barsaya, nature ne zameen mein chemical rakha,</w:t>
      </w:r>
    </w:p>
    <w:p>
      <w:pPr>
        <w:jc w:val="right"/>
      </w:pPr>
      <w:r>
        <w:t>یعنی 99 فیصد حصہ نیچر کا ہے۔ نیچر نے سال بنایا، نیچر نے پانی برسایا، نیچر نے زمین میں کیمیکل رکھا،</w:t>
      </w:r>
    </w:p>
    <w:p>
      <w:r>
        <w:rPr>
          <w:b/>
        </w:rPr>
        <w:t xml:space="preserve">[04:03] </w:t>
      </w:r>
      <w:r>
        <w:t>nature ne beshumar halaat paida kiye, suraj ke zariye heat bheji. phir is mein ek thoda sa role kisan ka hota hai.</w:t>
      </w:r>
    </w:p>
    <w:p>
      <w:pPr>
        <w:jc w:val="right"/>
      </w:pPr>
      <w:r>
        <w:t>نیچر نے بے شمار حالات پیدا کیے، سورج کے ذریعے ہیٹ بھیجی۔ پھر اس میں ایک تھوڑا سا رول کسان کا ہوتا ہے۔</w:t>
      </w:r>
    </w:p>
    <w:p>
      <w:r>
        <w:rPr>
          <w:b/>
        </w:rPr>
        <w:t xml:space="preserve">[04:17] </w:t>
      </w:r>
      <w:r>
        <w:t>yani more than 99 feesad hota hai nature ka, less than 1 feesad hota hai farmer ka, kisan ka. yeh yahi mamla deen ka bhi hai.</w:t>
      </w:r>
    </w:p>
    <w:p>
      <w:pPr>
        <w:jc w:val="right"/>
      </w:pPr>
      <w:r>
        <w:t>یعنی مور دین 99 فیصد ہوتا ہے نیچر کا، لیس دین ون فیصد ہوتا ہے فارمر کا، کسان کا۔ یہ یہی معاملہ دین کا بھی ہے۔</w:t>
      </w:r>
    </w:p>
    <w:p>
      <w:r>
        <w:rPr>
          <w:b/>
        </w:rPr>
        <w:t xml:space="preserve">[04:29] </w:t>
      </w:r>
      <w:r>
        <w:t>deen bhi jo kaam hota hai, is mein bhi aisa hi ho. maslan mujaddid jo hai, mujaddid yani revive karne wala, tajdeed ke maani revive karna.</w:t>
      </w:r>
    </w:p>
    <w:p>
      <w:pPr>
        <w:jc w:val="right"/>
      </w:pPr>
      <w:r>
        <w:t>دین بھی جو کام ہوتا ہے، اس میں بھی ایسا ہی ہوئے۔ مثلاً مجدد جو ہے، مجدد یعنی ریوائیو کرنے والا، تجدید کے معنی ریوائیو کرنا۔</w:t>
      </w:r>
    </w:p>
    <w:p>
      <w:r>
        <w:rPr>
          <w:b/>
        </w:rPr>
        <w:t xml:space="preserve">[04:45] </w:t>
      </w:r>
      <w:r>
        <w:t>to yeh ummat jo hai, chounke yeh ummat aakhri ummat hai, yeh ummat kabhi khatam nahi hogi, kabhi mansookh nahi ki jayegi.</w:t>
      </w:r>
    </w:p>
    <w:p>
      <w:pPr>
        <w:jc w:val="right"/>
      </w:pPr>
      <w:r>
        <w:t>تو یہ امت جو ہے، چونکہ یہ امت آخری امت ہے، یہ امت کبھی ختم نہیں ہوگی، کبھی منسوخ نہیں کی جائے گی۔</w:t>
      </w:r>
    </w:p>
    <w:p>
      <w:r>
        <w:rPr>
          <w:b/>
        </w:rPr>
        <w:t xml:space="preserve">[04:57] </w:t>
      </w:r>
      <w:r>
        <w:t>to qayamat tak is ko Allah taala ka matlab hai ke yeh ummat qayamat tak zinda rahe. zinda ke maani kya hain?</w:t>
      </w:r>
    </w:p>
    <w:p>
      <w:pPr>
        <w:jc w:val="right"/>
      </w:pPr>
      <w:r>
        <w:t>تو قیامت تک اس کو اللہ تعالیٰ کا مطلوب ہے کہ یہ امت قیامت تک زندہ رہے۔ زندہ کے معنی کیا ہیں؟</w:t>
      </w:r>
    </w:p>
    <w:p>
      <w:r>
        <w:rPr>
          <w:b/>
        </w:rPr>
        <w:t xml:space="preserve">[05:07] </w:t>
      </w:r>
      <w:r>
        <w:t>jo Quran o Sunnat mein bataya gaya hai principle, woh principle is mein waqe rahen.</w:t>
      </w:r>
    </w:p>
    <w:p>
      <w:pPr>
        <w:jc w:val="right"/>
      </w:pPr>
      <w:r>
        <w:t>جو قرآن و سنت میں بتایا گیا ہے پرنسپل، وہ پرنسپل اس میں واقع رہیں۔</w:t>
      </w:r>
    </w:p>
    <w:p>
      <w:r>
        <w:rPr>
          <w:b/>
        </w:rPr>
        <w:t xml:space="preserve">[05:14] </w:t>
      </w:r>
      <w:r>
        <w:t>yani zawal ka koi aisa darja na aaye jab ke bilkul khatma ho jaye. to is ke liye</w:t>
      </w:r>
    </w:p>
    <w:p>
      <w:pPr>
        <w:jc w:val="right"/>
      </w:pPr>
      <w:r>
        <w:t>یعنی زوال کا کوئی ایسا درجہ نہ آئے جب کہ بالکل خاتمہ ہو جائے۔ تو اس کے لیے</w:t>
      </w:r>
    </w:p>
    <w:p>
      <w:r>
        <w:rPr>
          <w:b/>
        </w:rPr>
        <w:t xml:space="preserve">[05:24] </w:t>
      </w:r>
      <w:r>
        <w:t>tajdeed ki aati hai. tajdeed ke maani revive karna, revival. yeh kaise hota hai?</w:t>
      </w:r>
    </w:p>
    <w:p>
      <w:pPr>
        <w:jc w:val="right"/>
      </w:pPr>
      <w:r>
        <w:t>تجدید کی آتی ہے۔ تجدید کے معنی ریوائیو کرنا، ریوائیول۔ یہ کیسے ہوتا ہے؟</w:t>
      </w:r>
    </w:p>
    <w:p>
      <w:r>
        <w:rPr>
          <w:b/>
        </w:rPr>
        <w:t xml:space="preserve">[05:34] </w:t>
      </w:r>
      <w:r>
        <w:t>yeh kisi ek shakhs ka karname nahi hota ke ek shakhs utha, us ne is ke andar koi bohat hi mysterious qualities theen, aur us ne koi kamal kar ke ummat ko zinda kar diya.</w:t>
      </w:r>
    </w:p>
    <w:p>
      <w:pPr>
        <w:jc w:val="right"/>
      </w:pPr>
      <w:r>
        <w:t>یہ کسی ایک شخص کا کارنامہ نہیں ہوتا کہ ایک شخص اٹھا، اس نے اس کے اندر کوئی بہت ہی مسریس کوالٹیز تھیں، اور اس نے کوئی کمال کر کے امت کو زندہ کر دیا۔</w:t>
      </w:r>
    </w:p>
    <w:p>
      <w:r>
        <w:rPr>
          <w:b/>
        </w:rPr>
        <w:t xml:space="preserve">[05:48] </w:t>
      </w:r>
      <w:r>
        <w:t>aisa nahi hota hai.</w:t>
      </w:r>
    </w:p>
    <w:p>
      <w:pPr>
        <w:jc w:val="right"/>
      </w:pPr>
      <w:r>
        <w:t>ایسا نہیں ہوتا ہے۔</w:t>
      </w:r>
    </w:p>
    <w:p>
      <w:r>
        <w:rPr>
          <w:b/>
        </w:rPr>
        <w:t xml:space="preserve">[05:50] </w:t>
      </w:r>
      <w:r>
        <w:t>balkeh har zaman mein yeh hai ke har so saal mein ek ek mujaddid aayega. is ka matlab yeh hai ke naye naye halaat paida honge jab.</w:t>
      </w:r>
    </w:p>
    <w:p>
      <w:pPr>
        <w:jc w:val="right"/>
      </w:pPr>
      <w:r>
        <w:t>بلکہ ہر زمانے میں یہ ہے کہ ہر سو سال میں ایک ایک مجدد آئے گا۔ اس کا مطلب یہ ہے کہ نئے نئے حالات پیدا ہوں گے جب۔</w:t>
      </w:r>
    </w:p>
    <w:p>
      <w:r>
        <w:rPr>
          <w:b/>
        </w:rPr>
        <w:t xml:space="preserve">[06:03] </w:t>
      </w:r>
      <w:r>
        <w:t>to har naye halaat mein aise afraad uthenge jo halaat ko discover karenge, apne zaman ke lehaz se jo opportunity hai, us ko janenge,</w:t>
      </w:r>
    </w:p>
    <w:p>
      <w:pPr>
        <w:jc w:val="right"/>
      </w:pPr>
      <w:r>
        <w:t>تو ہر نئے حالات میں ایسے افراد اٹھیں گے جو حالات کو ڈسکور کریں گے، اپنے زمانے کے لحاظ سے جو اپرچونیٹی ہے، اس کو جانیں گے،</w:t>
      </w:r>
    </w:p>
    <w:p>
      <w:r>
        <w:rPr>
          <w:b/>
        </w:rPr>
        <w:t xml:space="preserve">[06:18] </w:t>
      </w:r>
      <w:r>
        <w:t>aur phir ummat ko phir se revive karenge.</w:t>
      </w:r>
    </w:p>
    <w:p>
      <w:pPr>
        <w:jc w:val="right"/>
      </w:pPr>
      <w:r>
        <w:t>اور پھر امت کو پھر سے ریوائیو کریں گے۔</w:t>
      </w:r>
    </w:p>
    <w:p>
      <w:r>
        <w:rPr>
          <w:b/>
        </w:rPr>
        <w:t xml:space="preserve">[06:21] </w:t>
      </w:r>
      <w:r>
        <w:t>yeh matlab hai.</w:t>
      </w:r>
    </w:p>
    <w:p>
      <w:pPr>
        <w:jc w:val="right"/>
      </w:pPr>
      <w:r>
        <w:t>یہ مطلب ہے۔</w:t>
      </w:r>
    </w:p>
    <w:p>
      <w:r>
        <w:rPr>
          <w:b/>
        </w:rPr>
        <w:t xml:space="preserve">[06:27] </w:t>
      </w:r>
      <w:r>
        <w:t>to tajdeed ka kaam ek individual se nahi shuru hota, balkeh woh history mein halaat paida hote hain.</w:t>
      </w:r>
    </w:p>
    <w:p>
      <w:pPr>
        <w:jc w:val="right"/>
      </w:pPr>
      <w:r>
        <w:t>تو تجدید کا کام ایک انڈیویجول سے نہیں شروع ہوتا، بلکہ وہ ہسٹری میں حالات پیدا ہوتے ہیں۔</w:t>
      </w:r>
    </w:p>
    <w:p>
      <w:r>
        <w:rPr>
          <w:b/>
        </w:rPr>
        <w:t xml:space="preserve">[06:38] </w:t>
      </w:r>
      <w:r>
        <w:t>Allah taala ke hukum ke tehat history mein halaat paida hote hain. in halaat ko daryaft karna padta hai, phir aap ummat ko revive kar sakte hain.</w:t>
      </w:r>
    </w:p>
    <w:p>
      <w:pPr>
        <w:jc w:val="right"/>
      </w:pPr>
      <w:r>
        <w:t>اللہ تعالیٰ کے حکم کے تحت ہسٹری میں حالات پیدا ہوتے ہیں۔ ان حالات کو دریافت کرنا پڑتا ہے، پھر آپ امت کو ریوائیو کر سکتے ہیں۔</w:t>
      </w:r>
    </w:p>
    <w:p>
      <w:r>
        <w:rPr>
          <w:b/>
        </w:rPr>
        <w:t xml:space="preserve">[06:50] </w:t>
      </w:r>
      <w:r>
        <w:t>is lehaz se Muslim ummat ko sochiye. Muslim ummat jo hai, yeh to hadith se sabit hai ke woh zawal ka shikar hogi.</w:t>
      </w:r>
    </w:p>
    <w:p>
      <w:pPr>
        <w:jc w:val="right"/>
      </w:pPr>
      <w:r>
        <w:t>اس لحاظ سے مسلم امت کو سوچیے۔ مسلم امت جو ہے، یہ تو حدیث سے ثابت ہے کہ وہ زوال کا شکار ہوگی۔</w:t>
      </w:r>
    </w:p>
    <w:p>
      <w:r>
        <w:rPr>
          <w:b/>
        </w:rPr>
        <w:t xml:space="preserve">[07:02] </w:t>
      </w:r>
      <w:r>
        <w:t>zawal ka matlab hota hai degeneration. to degeneration ka shikar hogi, lekin kabhi bhi khatm nahi hogi.</w:t>
      </w:r>
    </w:p>
    <w:p>
      <w:pPr>
        <w:jc w:val="right"/>
      </w:pPr>
      <w:r>
        <w:t>زوال کا مطلب ہوتا ہے ڈی جنریشن۔ تو ڈی جنریشن کا شکار ہوگی، لیکن کبھی بھی ختم نہیں ہوگی۔</w:t>
      </w:r>
    </w:p>
    <w:p>
      <w:r>
        <w:rPr>
          <w:b/>
        </w:rPr>
        <w:t xml:space="preserve">[07:11] </w:t>
      </w:r>
      <w:r>
        <w:t>jaise pichli ummaten mansookh ho gayeen, to aisa ummat-e-muslima ke sath nahi hoga. lekin zawal to aata rahega, kyunke zawal bhi ek law of nature hai.</w:t>
      </w:r>
    </w:p>
    <w:p>
      <w:pPr>
        <w:jc w:val="right"/>
      </w:pPr>
      <w:r>
        <w:t>جیسے پچھلی امتیں منسوخ ہو گئیں، تو ایسا امت مسلمہ کے ساتھ نہیں ہوگا۔ لیکن زوال تو آتا رہے گا، کیونکہ زوال بھی ایک لاء آف نیچر ہے۔</w:t>
      </w:r>
    </w:p>
    <w:p>
      <w:r>
        <w:rPr>
          <w:b/>
        </w:rPr>
        <w:t xml:space="preserve">[07:27] </w:t>
      </w:r>
      <w:r>
        <w:t>to zawal ka qanoon baqi rahe, to phir kya karna chahiye? woh yahi hai ke har zamane mein mujaddid uthein aur woh dobara zinda karte rahen, revive karte rahen.</w:t>
      </w:r>
    </w:p>
    <w:p>
      <w:pPr>
        <w:jc w:val="right"/>
      </w:pPr>
      <w:r>
        <w:t>تو زوال کا قانون باقی رہے، تو پھر کیا کرنا چاہیے؟ وہ یہی ہے کہ ہر زمانے میں مجدد اٹھیں اور وہ دوبارہ زندہ کرتے رہیں، ریوائیو کرتے رہیں۔</w:t>
      </w:r>
    </w:p>
    <w:p>
      <w:r>
        <w:rPr>
          <w:b/>
        </w:rPr>
        <w:t xml:space="preserve">[07:43] </w:t>
      </w:r>
      <w:r>
        <w:t>to zinda karna kaise possible hoga? halaat ko discover karna padega. jis zamane mein koi shakhs utha hai revive karne ke liye, usko apne zamane ke bare mein,</w:t>
      </w:r>
    </w:p>
    <w:p>
      <w:pPr>
        <w:jc w:val="right"/>
      </w:pPr>
      <w:r>
        <w:t>تو زندہ کرنا کیسے پاسیبل ہوگا؟ حالات کو ڈسکور کرنا پڑے گا۔ جس زمانے میں کوئی شخص اٹھا ہے ریوائیو کرنے کے لیے، اس کو اپنے زمانے کے بارے میں،</w:t>
      </w:r>
    </w:p>
    <w:p>
      <w:r>
        <w:rPr>
          <w:b/>
        </w:rPr>
        <w:t xml:space="preserve">[08:01] </w:t>
      </w:r>
      <w:r>
        <w:t>apne zamane mein jo halaat hain, usko discover karna padega. jaise ek hadith mein hai ke momin ki sifat batai gayi hai: "an yakoon baseeran bizamani"</w:t>
      </w:r>
    </w:p>
    <w:p>
      <w:pPr>
        <w:jc w:val="right"/>
      </w:pPr>
      <w:r>
        <w:t>اپنے زمانے میں جو حالات ہیں، اس کو ڈسکور کرنا پڑے گا۔ جیسے ایک حدیث میں ہے کہ مومن کی صفت بتائی گئی ہے: "ان یکون بصیرا بزمانی"</w:t>
      </w:r>
    </w:p>
    <w:p>
      <w:r>
        <w:rPr>
          <w:b/>
        </w:rPr>
        <w:t xml:space="preserve">[08:14] </w:t>
      </w:r>
      <w:r>
        <w:t>ke momin jo hai, apne zamane ko janne wala hota hai. to yahan par sirf momin ki baat nahi hai, mujaddid ki baat bhi hai.</w:t>
      </w:r>
    </w:p>
    <w:p>
      <w:pPr>
        <w:jc w:val="right"/>
      </w:pPr>
      <w:r>
        <w:t>کہ مومن جو ہے، اپنے زمانے کو جاننے والا ہوتا ہے۔ تو یہاں پر صرف مومن کی بات نہیں ہے، مجدد کی بات بھی ہے۔</w:t>
      </w:r>
    </w:p>
    <w:p>
      <w:r>
        <w:rPr>
          <w:b/>
        </w:rPr>
        <w:t xml:space="preserve">[08:27] </w:t>
      </w:r>
      <w:r>
        <w:t>mujaddid ko apne zamane se baghaibar hona chahiye, warna woh kuch nahi kar sakega.</w:t>
      </w:r>
    </w:p>
    <w:p>
      <w:pPr>
        <w:jc w:val="right"/>
      </w:pPr>
      <w:r>
        <w:t>مجدد کو اپنے زمانے سے باخبر ہونا چاہیے، ورنہ وہ کچھ نہیں کر سکے گا۔</w:t>
      </w:r>
    </w:p>
    <w:p>
      <w:r>
        <w:rPr>
          <w:b/>
        </w:rPr>
        <w:t xml:space="preserve">[08:35] </w:t>
      </w:r>
      <w:r>
        <w:t>misalan, misalan ek misal mein deta hoon ke maujooda zamane mein kis tarah se ek is zamane mein bohat bari nadani ho rahi hai.</w:t>
      </w:r>
    </w:p>
    <w:p>
      <w:pPr>
        <w:jc w:val="right"/>
      </w:pPr>
      <w:r>
        <w:t>مثلاً، مثلاً ایک مثال میں دیتا ہوں کہ موجودہ زمانے میں کس طرح سے ایک اس زمانے میں بہت بڑی نادانی ہو رہی ہے۔</w:t>
      </w:r>
    </w:p>
    <w:p>
      <w:r>
        <w:rPr>
          <w:b/>
        </w:rPr>
        <w:t xml:space="preserve">[08:44] </w:t>
      </w:r>
      <w:r>
        <w:t>misalan, maujooda zamane mein bohat se log dunya bhar mein active hain, musalman hi sam'e hukoomat qaim karne ke liye, aur jihad ke naam par violence kar rahe hain, society bombing kar rahe hain, lad rahe hain.</w:t>
      </w:r>
    </w:p>
    <w:p>
      <w:pPr>
        <w:jc w:val="right"/>
      </w:pPr>
      <w:r>
        <w:t>مثلاً، موجودہ زمانے میں بہت سے لوگ دنیا بھر میں ایکٹیو ہیں، مسلمان ہی سامع حکومت قائم کرنے کے لیے، اور جہاد کے نام پر وائیلنس کر رہے ہیں، سوسائٹی بابنگ کر رہے ہیں، لڑ رہے ہیں۔</w:t>
      </w:r>
    </w:p>
    <w:p>
      <w:r>
        <w:rPr>
          <w:b/>
        </w:rPr>
        <w:t xml:space="preserve">[08:58] </w:t>
      </w:r>
      <w:r>
        <w:t>unse poocha jaye ke bhai tum kyun kar rahe ho? to woh kahenge: "hum sham'e hukoomat qaim karna chahte hain". yeh kahenge.</w:t>
      </w:r>
    </w:p>
    <w:p>
      <w:pPr>
        <w:jc w:val="right"/>
      </w:pPr>
      <w:r>
        <w:t>ان سے پوچھا جائے کہ بھئی تم کیوں کر رہے ہو؟ تو وہ کہیں گے: "ہم شام حکومت قائم کرنا چاہتے ہیں"۔ یہ کہیں گے۔</w:t>
      </w:r>
    </w:p>
    <w:p>
      <w:r>
        <w:rPr>
          <w:b/>
        </w:rPr>
        <w:t xml:space="preserve">[09:05] </w:t>
      </w:r>
      <w:r>
        <w:t>lekin yeh kya hai? yeh zamane se bekhabari ki baat hai. kyunke ab woh zamana khatm hoga jab lad kar hukoomat qaim hoti thi.</w:t>
      </w:r>
    </w:p>
    <w:p>
      <w:pPr>
        <w:jc w:val="right"/>
      </w:pPr>
      <w:r>
        <w:t>لیکن یہ کیا ہے؟ یہ زمانے سے بے خبری کی بات ہے۔ کیونکہ اب وہ زمانہ ختم ہوگا جب لڑ کر حکومت قائم ہوتی تھی۔</w:t>
      </w:r>
    </w:p>
    <w:p>
      <w:r>
        <w:rPr>
          <w:b/>
        </w:rPr>
        <w:t xml:space="preserve">[09:16] </w:t>
      </w:r>
      <w:r>
        <w:t>ab to democratic process se hukoomat emerge karti hai. ab lad kar koi hukoomat nahi qaim ho sakti.</w:t>
      </w:r>
    </w:p>
    <w:p>
      <w:pPr>
        <w:jc w:val="right"/>
      </w:pPr>
      <w:r>
        <w:t>اب تو ڈیموکریٹک پراسیس سے حکومت ایمرج کرتی ہے۔ اب لڑ کر کوئی حکومت نہیں قائم ہو سکتی۔</w:t>
      </w:r>
    </w:p>
    <w:p>
      <w:r>
        <w:rPr>
          <w:b/>
        </w:rPr>
        <w:t xml:space="preserve">[09:25] </w:t>
      </w:r>
      <w:r>
        <w:t>woh zamana khatm hoga. woh to pichle zamane mein kingship tha. hazaron saal tak dunya mein kingship ka riwaj tha.</w:t>
      </w:r>
    </w:p>
    <w:p>
      <w:pPr>
        <w:jc w:val="right"/>
      </w:pPr>
      <w:r>
        <w:t>وہ زمانہ ختم ہوگا۔ وہ تو پچھلے زمانے میں کنگ شپ تھا۔ ہزاروں سال تک دنیا میں کنگ شپ کا رواج تھا۔</w:t>
      </w:r>
    </w:p>
    <w:p>
      <w:r>
        <w:rPr>
          <w:b/>
        </w:rPr>
        <w:t xml:space="preserve">[09:36] </w:t>
      </w:r>
      <w:r>
        <w:t>is zamane mein ek hukoomat doosri hukoomat se ladti thi, lad kar uska taaj chheenti thi, uska takht chheenti thi, aur hukoomat par qabza kar leti thi.</w:t>
      </w:r>
    </w:p>
    <w:p>
      <w:pPr>
        <w:jc w:val="right"/>
      </w:pPr>
      <w:r>
        <w:t>اس زمانے میں ایک حکومت دوسری حکومت سے لڑتی تھی، لڑ کر اس کا تاج چھینتی تھی، اس کا تخت چھینتی تھی، اور حکومت پر قبضہ کر لیتی تھی۔</w:t>
      </w:r>
    </w:p>
    <w:p>
      <w:r>
        <w:rPr>
          <w:b/>
        </w:rPr>
        <w:t xml:space="preserve">[09:48] </w:t>
      </w:r>
      <w:r>
        <w:t>to woh zamana to khatm hogaya. woh zamana atharveen sadi mein khatm hogaya. ab democracy ka zamana hai.</w:t>
      </w:r>
    </w:p>
    <w:p>
      <w:pPr>
        <w:jc w:val="right"/>
      </w:pPr>
      <w:r>
        <w:t>تو وہ زمانہ تو ختم ہوگیا۔ وہ زمانہ اٹھارویں صدی میں ختم ہوگیا۔ اب ڈیموکریسی کا زمانہ ہے۔</w:t>
      </w:r>
    </w:p>
    <w:p>
      <w:r>
        <w:rPr>
          <w:b/>
        </w:rPr>
        <w:t xml:space="preserve">[09:58] </w:t>
      </w:r>
      <w:r>
        <w:t>democracy mein koi mustaqil rule nahi kar sakta.</w:t>
      </w:r>
    </w:p>
    <w:p>
      <w:pPr>
        <w:jc w:val="right"/>
      </w:pPr>
      <w:r>
        <w:t>ڈیموکریسی میں کوئی مستقل رول نہیں کر سکتا۔</w:t>
      </w:r>
    </w:p>
    <w:p>
      <w:r>
        <w:rPr>
          <w:b/>
        </w:rPr>
        <w:t xml:space="preserve">[10:03] </w:t>
      </w:r>
      <w:r>
        <w:t>ab rule jo hai, periodical hogaya. yani paanch paanch saal ke liye. har paanch saal mein election kiya jayega. election mein log vote denge.</w:t>
      </w:r>
    </w:p>
    <w:p>
      <w:pPr>
        <w:jc w:val="right"/>
      </w:pPr>
      <w:r>
        <w:t>اب رول جو ہے، پیریڈیکل ہو گیا۔ یعنی پانچ پانچ سال کے لیے۔ ہر پانچ سال میں الیکشن کیا جائے گا۔ الیکشن میں لوگ ووٹ دیں گے۔</w:t>
      </w:r>
    </w:p>
    <w:p>
      <w:r>
        <w:rPr>
          <w:b/>
        </w:rPr>
        <w:t xml:space="preserve">[10:14] </w:t>
      </w:r>
      <w:r>
        <w:t>to jis ko zyada vote milega, woh paanch saal tak rule karega. to</w:t>
      </w:r>
    </w:p>
    <w:p>
      <w:pPr>
        <w:jc w:val="right"/>
      </w:pPr>
      <w:r>
        <w:t>تو جس کو زیادہ ووٹ ملے گا، وہ پانچ سال تک رول کرے گا۔ تو</w:t>
      </w:r>
    </w:p>
    <w:p>
      <w:r>
        <w:rPr>
          <w:b/>
        </w:rPr>
        <w:t xml:space="preserve">[10:20] </w:t>
      </w:r>
      <w:r>
        <w:t>is mani ke jo log lad rahe hain hukoomat qaim karne ke liye, woh zamane se bekhabari ka saboot de rahe hain ke jab zamana hai democracy ka, to woh jee rahe hain abhi tak is zamane mein,</w:t>
      </w:r>
    </w:p>
    <w:p>
      <w:pPr>
        <w:jc w:val="right"/>
      </w:pPr>
      <w:r>
        <w:t>اس معنی کہ جو لوگ لڑ رہے ہیں حکومت قائم کرنے کے لیے، وہ زمانے سے بے خبری کا ثبوت دے رہے ہیں کہ جب زمانہ ہے ڈیموکریسی کا، تو وہ جی رہے ہیں ابھی تک اس زمانے میں،</w:t>
      </w:r>
    </w:p>
    <w:p>
      <w:r>
        <w:rPr>
          <w:b/>
        </w:rPr>
        <w:t xml:space="preserve">[10:35] </w:t>
      </w:r>
      <w:r>
        <w:t>kingship ke zamane mein. aise log tajdeed ka kaam nahi kar sakte. tajdeed ka kaam karne ke liye zaroori hai ke aadmi zamane se baghaibar</w:t>
      </w:r>
    </w:p>
    <w:p>
      <w:pPr>
        <w:jc w:val="right"/>
      </w:pPr>
      <w:r>
        <w:t>کنگ شپ کے زمانے میں۔ ایسے لوگ تجدید کا کام نہیں کر سکتے۔ تجدید کا کام کرنے کے لیے ضروری ہے کہ آدمی زمانے سے باخبر</w:t>
      </w:r>
    </w:p>
    <w:p>
      <w:r>
        <w:rPr>
          <w:b/>
        </w:rPr>
        <w:t xml:space="preserve">[10:47] </w:t>
      </w:r>
      <w:r>
        <w:t>ho. zamana jo hai, uska jo amal hota hai, woh through process hota hai. process yani zamana har zamane mein ek process chalta hai.</w:t>
      </w:r>
    </w:p>
    <w:p>
      <w:pPr>
        <w:jc w:val="right"/>
      </w:pPr>
      <w:r>
        <w:t>ہو۔ زمانہ جو ہے، اس کا جو عمل ہوتا ہے، وہ تھرو پراسیس ہوتا ہے۔ پراسیس یعنی زمانہ ہر زمانے میں ایک پراسیس چلتا ہے۔</w:t>
      </w:r>
    </w:p>
    <w:p>
      <w:r>
        <w:rPr>
          <w:b/>
        </w:rPr>
        <w:t xml:space="preserve">[11:01] </w:t>
      </w:r>
      <w:r>
        <w:t>to gradual to par ek cheez khatm hoti hai, doosri cheez aati hai. achaanak nahi aati hai. to is woh jo process hai, us process mein qaumen banti hain, qaumen aage badhti hain.</w:t>
      </w:r>
    </w:p>
    <w:p>
      <w:pPr>
        <w:jc w:val="right"/>
      </w:pPr>
      <w:r>
        <w:t>تو گریجول طور پر ایک چیز ختم ہوتی ہے، دوسری چیز آتی ہے۔ اچانک نہیں آتی ہے۔ تو اس وہ جو پراسیس ہے، اس پراسیس میں قومیں بنتی ہیں، قومیں آگے بڑھتی ہیں۔</w:t>
      </w:r>
    </w:p>
    <w:p>
      <w:r>
        <w:rPr>
          <w:b/>
        </w:rPr>
        <w:t xml:space="preserve">[11:16] </w:t>
      </w:r>
      <w:r>
        <w:t>jo is process ko jaane, usko avail kare, uske liye kamyabi hai.</w:t>
      </w:r>
    </w:p>
    <w:p>
      <w:pPr>
        <w:jc w:val="right"/>
      </w:pPr>
      <w:r>
        <w:t>جو اس پراسیس کو جانے، اس کو اویل کرے، اس کے لیے کامیابی ہے۔</w:t>
      </w:r>
    </w:p>
    <w:p>
      <w:r>
        <w:rPr>
          <w:b/>
        </w:rPr>
        <w:t xml:space="preserve">[11:23] </w:t>
      </w:r>
      <w:r>
        <w:t>to is par mein mein ne ghore kiya musalmanon ki halat ko. to mujhe ek sahib se baat ho rahi thi, abhi parson kuch log aaye thay, parhe likhe log.</w:t>
      </w:r>
    </w:p>
    <w:p>
      <w:pPr>
        <w:jc w:val="right"/>
      </w:pPr>
      <w:r>
        <w:t>تو اس پر میں میں نے غور کیا مسلمانوں کی حالت کو۔ تو مجھے ایک صاحب سے بات ہو رہی تھی، ابھی پرسوں کچھ لوگ آئے تھے، پڑھے لکھے لوگ۔</w:t>
      </w:r>
    </w:p>
    <w:p>
      <w:r>
        <w:rPr>
          <w:b/>
        </w:rPr>
        <w:t xml:space="preserve">[11:38] </w:t>
      </w:r>
      <w:r>
        <w:t>unhone kaha ke musalmanon ke liye kya mustaqbil hai? woh mayusi ki baat kar rahe thay ke musalmanon ko mustaqbil nahi hai. ab doosri qaumen aage badh rahi hain, musalman peechhe ho gaye hain.</w:t>
      </w:r>
    </w:p>
    <w:p>
      <w:pPr>
        <w:jc w:val="right"/>
      </w:pPr>
      <w:r>
        <w:t>انہوں نے کہا کہ مسلمانوں کے لیے کیا مستقبل ہے؟ وہ مایوسی کی بات کر رہے تھے کہ مسلمانوں کو مستقبل نہیں ہے۔ اب دوسری قومیں آگے بڑھ رہی ہیں، مسلمان پیچھے ہو گئے ہیں۔</w:t>
      </w:r>
    </w:p>
    <w:p>
      <w:r>
        <w:rPr>
          <w:b/>
        </w:rPr>
        <w:t xml:space="preserve">[11:52] </w:t>
      </w:r>
      <w:r>
        <w:t>to mein ne un ko un ko aik aayat sunai: "kam min fiyatin khaleelah ghalabat fiyatan kaseerah bi-iznillah" .</w:t>
      </w:r>
    </w:p>
    <w:p>
      <w:pPr>
        <w:jc w:val="right"/>
      </w:pPr>
      <w:r>
        <w:t>تو میں نے ان کو ان کو ایک آیت سنائی: "کم من فیت خلیلۃ غلبت فیتا کثیرۃ بإذن الله" ۔</w:t>
      </w:r>
    </w:p>
    <w:p>
      <w:r>
        <w:rPr>
          <w:b/>
        </w:rPr>
        <w:t xml:space="preserve">[12:01] </w:t>
      </w:r>
      <w:r>
        <w:t>yani peechay jo log peechay ho jatay hain, woh phir agay barh jatay hain. Yeh law of nature hai. Yani is dunya mein jo Allah ne jo fitrat ka nizam qaim kiya hai,</w:t>
      </w:r>
    </w:p>
    <w:p>
      <w:pPr>
        <w:jc w:val="right"/>
      </w:pPr>
      <w:r>
        <w:t>یعنی پیچھے جو لوگ پیچھے ہو جاتے ہیں، وہ پھر آگے بڑھ جاتے ہیں۔ یہ لاء آف نیچر ہے۔ یعنی اس دنیا میں جو اللہ نے جو فطرت کا نظام قائم کیا ہے،</w:t>
      </w:r>
    </w:p>
    <w:p>
      <w:r>
        <w:rPr>
          <w:b/>
        </w:rPr>
        <w:t xml:space="preserve">[12:16] </w:t>
      </w:r>
      <w:r>
        <w:t>is mein kisi ki monopoly nahi hai.</w:t>
      </w:r>
    </w:p>
    <w:p>
      <w:pPr>
        <w:jc w:val="right"/>
      </w:pPr>
      <w:r>
        <w:t>اس میں کسی کی موناپولی نہیں ہے۔</w:t>
      </w:r>
    </w:p>
    <w:p>
      <w:r>
        <w:rPr>
          <w:b/>
        </w:rPr>
        <w:t xml:space="preserve">[12:20] </w:t>
      </w:r>
      <w:r>
        <w:t>monopoly nahi hai ke koi koi agar agay barh jaye to agay barhta rahe, koi hukoomat par qabza kar le to hamesha hukoomat to qabza rahe is ka.</w:t>
      </w:r>
    </w:p>
    <w:p>
      <w:pPr>
        <w:jc w:val="right"/>
      </w:pPr>
      <w:r>
        <w:t>موناپولی نہیں ہے کہ کوئی کوئی اگر آگے بڑھ جائے تو آگے بڑھتا رہے، کوئی حکومت پر قبضہ کر لے تو ہمیشہ حکومت تو قبضہ رہے اس کا۔</w:t>
      </w:r>
    </w:p>
    <w:p>
      <w:r>
        <w:rPr>
          <w:b/>
        </w:rPr>
        <w:t xml:space="preserve">[12:30] </w:t>
      </w:r>
      <w:r>
        <w:t>aisa nahi hota. "kam min fiyatin khaleelah ghalabat fiyatan kaseerah bi-iznillah" . Yani jo peechay rehtay hain, woh woh bhi agay barhtay hain.</w:t>
      </w:r>
    </w:p>
    <w:p>
      <w:pPr>
        <w:jc w:val="right"/>
      </w:pPr>
      <w:r>
        <w:t>ایسا نہیں ہوتا۔ "کم من فیت خلیلۃ غلبت فیتا کثیرۃ بإذن الله" ۔ یعنی جو پیچھے رہتے ہیں، وہ وہ بھی آگے بڑھتے ہیں۔</w:t>
      </w:r>
    </w:p>
    <w:p>
      <w:r>
        <w:rPr>
          <w:b/>
        </w:rPr>
        <w:t xml:space="preserve">[12:42] </w:t>
      </w:r>
      <w:r>
        <w:t>jo mahkoom ban jatay hain, woh bhi hakim bantay hain.</w:t>
      </w:r>
    </w:p>
    <w:p>
      <w:pPr>
        <w:jc w:val="right"/>
      </w:pPr>
      <w:r>
        <w:t>جو محکوم بن جاتے ہیں، وہ بھی حاکم بنتے ہیں۔</w:t>
      </w:r>
    </w:p>
    <w:p>
      <w:r>
        <w:rPr>
          <w:b/>
        </w:rPr>
        <w:t xml:space="preserve">[12:48] </w:t>
      </w:r>
      <w:r>
        <w:t>woh kaisay hota hai?</w:t>
      </w:r>
    </w:p>
    <w:p>
      <w:pPr>
        <w:jc w:val="right"/>
      </w:pPr>
      <w:r>
        <w:t>وہ کیسے ہوتا ہے؟</w:t>
      </w:r>
    </w:p>
    <w:p>
      <w:r>
        <w:rPr>
          <w:b/>
        </w:rPr>
        <w:t xml:space="preserve">[12:50] </w:t>
      </w:r>
      <w:r>
        <w:t>to is par research hui hai baqaaidah ke kaisay aisa hota hai. Is mein bataya gaya hai ke har har bar jab aisa hota hai, koi jeeta, koi hara,</w:t>
      </w:r>
    </w:p>
    <w:p>
      <w:pPr>
        <w:jc w:val="right"/>
      </w:pPr>
      <w:r>
        <w:t>تو اس پر ریسرچ ہوئی ہے باقاعدہ کہ کیسے ایسا ہوتا ہے۔ اس میں بتایا گیا ہے کہ ہر ہر بار جب ایسا ہوتا ہے، کوئی جیتا، کوئی ہارا،</w:t>
      </w:r>
    </w:p>
    <w:p>
      <w:r>
        <w:rPr>
          <w:b/>
        </w:rPr>
        <w:t xml:space="preserve">[13:04] </w:t>
      </w:r>
      <w:r>
        <w:t>to wahan par aik challenge create hota hai. Challenge haarne walay ke liye. Challenge yeh law of nature hai.</w:t>
      </w:r>
    </w:p>
    <w:p>
      <w:pPr>
        <w:jc w:val="right"/>
      </w:pPr>
      <w:r>
        <w:t>تو وہاں پر ایک چیلنج کریٹ ہوتا ہے۔ چیلنج ہارنے والے کے لیے۔ چیلنج یہ لاء آف نیچر ہے۔</w:t>
      </w:r>
    </w:p>
    <w:p>
      <w:r>
        <w:rPr>
          <w:b/>
        </w:rPr>
        <w:t xml:space="preserve">[13:13] </w:t>
      </w:r>
      <w:r>
        <w:t>jab bhi koi haar jeet ka mamla hoga, to zaroor wahan challenge create hoga.</w:t>
      </w:r>
    </w:p>
    <w:p>
      <w:pPr>
        <w:jc w:val="right"/>
      </w:pPr>
      <w:r>
        <w:t>جب بھی کوئی ہار جیت کا معاملہ ہوگا، تو ضرور وہاں چیلنج کریٹ ہوگا۔</w:t>
      </w:r>
    </w:p>
    <w:p>
      <w:r>
        <w:rPr>
          <w:b/>
        </w:rPr>
        <w:t xml:space="preserve">[13:20] </w:t>
      </w:r>
      <w:r>
        <w:t>to challenge kiya karta hai? Challenge jo hai, haarne walay ke liye peechay ho janay ke liye muharrik ban jata hai.</w:t>
      </w:r>
    </w:p>
    <w:p>
      <w:pPr>
        <w:jc w:val="right"/>
      </w:pPr>
      <w:r>
        <w:t>تو چیلنج کیا کرتا ہے؟ چیلنج جو ہے، ہارنے والے کے لیے پیچھے ہو جانے کے لیے محرک بن جاتا ہے۔</w:t>
      </w:r>
    </w:p>
    <w:p>
      <w:r>
        <w:rPr>
          <w:b/>
        </w:rPr>
        <w:t xml:space="preserve">[13:29] </w:t>
      </w:r>
      <w:r>
        <w:t>incentive un ko motivate karta hai ke phir se utho, phir se karo.</w:t>
      </w:r>
    </w:p>
    <w:p>
      <w:pPr>
        <w:jc w:val="right"/>
      </w:pPr>
      <w:r>
        <w:t>انسنٹیو ان کو موٹیویٹ کرتا ہے کہ پھر سے اٹھو، پھر سے کرو۔</w:t>
      </w:r>
    </w:p>
    <w:p>
      <w:r>
        <w:rPr>
          <w:b/>
        </w:rPr>
        <w:t xml:space="preserve">[13:37] </w:t>
      </w:r>
      <w:r>
        <w:t>yani har har bar jab koi haarta hai, to us ko challenge ko face karna parta hai. Woh us ko motivate karta hai.</w:t>
      </w:r>
    </w:p>
    <w:p>
      <w:pPr>
        <w:jc w:val="right"/>
      </w:pPr>
      <w:r>
        <w:t>یعنی ہر ہر بار جب کوئی ہارتا ہے، تو اس کو چیلنج کو فیس کرنا پڑتا ہے۔ وہ اس کو موٹیویٹ کرتا ہے۔</w:t>
      </w:r>
    </w:p>
    <w:p>
      <w:r>
        <w:rPr>
          <w:b/>
        </w:rPr>
        <w:t xml:space="preserve">[13:49] </w:t>
      </w:r>
      <w:r>
        <w:t>motivate karta hai ke tum dobara utho, dobara koshish karo, dobara apnay ko azaad karo. Is tarah haara hua phir jeet jata hai.</w:t>
      </w:r>
    </w:p>
    <w:p>
      <w:pPr>
        <w:jc w:val="right"/>
      </w:pPr>
      <w:r>
        <w:t>موٹیویٹ کرتا ہے کہ تم دوبارہ اٹھو، دوبارہ کوشش کرو، دوبارہ اپنے کو آزاد کرو۔ اس طرح ہارا ہوا پھر جیت جاتا ہے۔</w:t>
      </w:r>
    </w:p>
    <w:p>
      <w:r>
        <w:rPr>
          <w:b/>
        </w:rPr>
        <w:t xml:space="preserve">[14:00] </w:t>
      </w:r>
      <w:r>
        <w:t>minority phir kamyab ho jati hai.</w:t>
      </w:r>
    </w:p>
    <w:p>
      <w:pPr>
        <w:jc w:val="right"/>
      </w:pPr>
      <w:r>
        <w:t>مائنارٹی پھر کامیاب ہو جاتی ہے۔</w:t>
      </w:r>
    </w:p>
    <w:p>
      <w:r>
        <w:rPr>
          <w:b/>
        </w:rPr>
        <w:t xml:space="preserve">[14:06] </w:t>
      </w:r>
      <w:r>
        <w:t>to is ko research mein bataya gaya hai ke minority jab peechay ho jaye, ab majority jo hai, woh agay barh jaye, to minority ke liye aik aik situation create hoti hai.</w:t>
      </w:r>
    </w:p>
    <w:p>
      <w:pPr>
        <w:jc w:val="right"/>
      </w:pPr>
      <w:r>
        <w:t>تو اس کو ریسرچ میں بتایا گیا ہے کہ مائنارٹی جب پیچھے ہو جائے، اب میجورٹی جو ہے، وہ آگے بڑھ جائے، تو مائنارٹی کے لیے ایک ایک سچوئیشن کریٹ ہوتی ہے۔</w:t>
      </w:r>
    </w:p>
    <w:p>
      <w:r>
        <w:rPr>
          <w:b/>
        </w:rPr>
        <w:t xml:space="preserve">[14:21] </w:t>
      </w:r>
      <w:r>
        <w:t>woh yeh hai ke us ke potential jaagnay lagtay hain. Us ke potential jagtay hain. Aur us ko aik mauqa tak agar kaam karnay ka mauqa mila, to woh un creative minority creative minority ban jati hai.</w:t>
      </w:r>
    </w:p>
    <w:p>
      <w:pPr>
        <w:jc w:val="right"/>
      </w:pPr>
      <w:r>
        <w:t>وہ یہ ہے کہ اس کے پوٹینشل جاگنے لگتے ہیں۔ اس کے پوٹینشل جاگتے ہیں۔ اور اس کو ایک موقع تک اگر کام کرنے کا موقع ملا، تو وہ ان کریٹیو مائنارٹی کریٹیو مائنارٹی بن جاتی ہے۔</w:t>
      </w:r>
    </w:p>
    <w:p>
      <w:r>
        <w:rPr>
          <w:b/>
        </w:rPr>
        <w:t xml:space="preserve">[14:39] </w:t>
      </w:r>
      <w:r>
        <w:t>us ki creativity jagti hai. Yeh bohat hi khaas baat hai jo jaanna chahiye. Quran mein is ko apnay lafzon mein kaha gaya hai.</w:t>
      </w:r>
    </w:p>
    <w:p>
      <w:pPr>
        <w:jc w:val="right"/>
      </w:pPr>
      <w:r>
        <w:t>اس کی کریٹیوٹی جاگتی ہے۔ یہ بہت ہی خاص بات ہے جو جاننا چاہیے۔ قرآن میں اس کو اپنے لفظوں میں کہا گیا ہے۔</w:t>
      </w:r>
    </w:p>
    <w:p>
      <w:r>
        <w:rPr>
          <w:b/>
        </w:rPr>
        <w:t xml:space="preserve">[14:49] </w:t>
      </w:r>
      <w:r>
        <w:t>is ko mein jo jadeed tehqeeqat hain, us ke lihaaz se bata raha hoon ke hamesha aisa hota hai ke jo group,</w:t>
      </w:r>
    </w:p>
    <w:p>
      <w:pPr>
        <w:jc w:val="right"/>
      </w:pPr>
      <w:r>
        <w:t>اس کو میں جو جدید تحقیقات ہیں، اس کے لحاظ سے بتا رہا ہوں کہ ہمیشہ ایسا ہوتا ہے کہ جو گروپ،</w:t>
      </w:r>
    </w:p>
    <w:p>
      <w:r>
        <w:rPr>
          <w:b/>
        </w:rPr>
        <w:t xml:space="preserve">[15:01] </w:t>
      </w:r>
      <w:r>
        <w:t>jis group par jo group under challenge hota hai, jo group under challenge hota hai, dabaao mein aa jata hai, to us ki creativity barhnay lagti hai.</w:t>
      </w:r>
    </w:p>
    <w:p>
      <w:pPr>
        <w:jc w:val="right"/>
      </w:pPr>
      <w:r>
        <w:t>جس گروپ پر جو گروپ انڈر چیلنج ہوتا ہے، جو گروپ انڈر چیلنج ہوتا ہے، دباؤ میں آ جاتا ہے، تو اس کی کریٹیوٹی بڑھنے لگتی ہے۔</w:t>
      </w:r>
    </w:p>
    <w:p>
      <w:r>
        <w:rPr>
          <w:b/>
        </w:rPr>
        <w:t xml:space="preserve">[15:14] </w:t>
      </w:r>
      <w:r>
        <w:t>pehlay agar un creative group tha, to ab creative group ban'nay lagta hai. Woh</w:t>
      </w:r>
    </w:p>
    <w:p>
      <w:pPr>
        <w:jc w:val="right"/>
      </w:pPr>
      <w:r>
        <w:t>پہلے اگر ان کریٹیو گروپ تھا، تو اب کریٹیو گروپ بننے لگتا ہے۔ وہ</w:t>
      </w:r>
    </w:p>
    <w:p>
      <w:r>
        <w:rPr>
          <w:b/>
        </w:rPr>
        <w:t xml:space="preserve">[15:19] </w:t>
      </w:r>
      <w:r>
        <w:t>yeh law of nature hai.</w:t>
      </w:r>
    </w:p>
    <w:p>
      <w:pPr>
        <w:jc w:val="right"/>
      </w:pPr>
      <w:r>
        <w:t>یہ لاء آف نیچر ہے۔</w:t>
      </w:r>
    </w:p>
    <w:p>
      <w:r>
        <w:rPr>
          <w:b/>
        </w:rPr>
        <w:t xml:space="preserve">[15:23] </w:t>
      </w:r>
      <w:r>
        <w:t>to yeh law of nature sab ke liye hai. Yeh sab ke liye. To India mein musalmanon ko yeh soorat-e-haal pesh aai.</w:t>
      </w:r>
    </w:p>
    <w:p>
      <w:pPr>
        <w:jc w:val="right"/>
      </w:pPr>
      <w:r>
        <w:t>تو یہ لاء آف نیچر سب کے لیے ہے۔ یہ سب کے لیے۔ تو انڈیا میں مسلمانوں کو یہ صورتحال پیش آئی۔</w:t>
      </w:r>
    </w:p>
    <w:p>
      <w:r>
        <w:rPr>
          <w:b/>
        </w:rPr>
        <w:t xml:space="preserve">[15:38] </w:t>
      </w:r>
      <w:r>
        <w:t>47 ke baad, 1947 mein jab partition hua, to aam taur par sab log kehtay thay ke ab to musalmanon ke liye kuch nahi hai. Yeh is country mein.</w:t>
      </w:r>
    </w:p>
    <w:p>
      <w:pPr>
        <w:jc w:val="right"/>
      </w:pPr>
      <w:r>
        <w:t>47 کے بعد، 1947 میں جب پارٹیشن ہوا، تو عام طور پر سب لوگ کہتے تھے کہ اب تو مسلمانوں کے لیے کچھ نہیں ہے۔ یہ اس کن</w:t>
      </w:r>
    </w:p>
    <w:p>
      <w:r>
        <w:rPr>
          <w:b/>
        </w:rPr>
        <w:t xml:space="preserve">[15:48] </w:t>
      </w:r>
      <w:r>
        <w:t>yani musalman apnay ko displaced community samajhtay samajhnay lagay. Displaced community.</w:t>
      </w:r>
    </w:p>
    <w:p>
      <w:pPr>
        <w:jc w:val="right"/>
      </w:pPr>
      <w:r>
        <w:t>ٹری میں ہے۔ یعنی مسلمان اپنے کو ڈسپلیسڈ کمیونٹی سمجھتے سمجھنے لگے۔ ڈسپلیسڈ کمیونٹی۔</w:t>
      </w:r>
    </w:p>
    <w:p>
      <w:r>
        <w:rPr>
          <w:b/>
        </w:rPr>
        <w:t xml:space="preserve">[15:57] </w:t>
      </w:r>
      <w:r>
        <w:t>aur aam taur par mayusi chha gayi ke ab ab india mein hamare liye kya hai?</w:t>
      </w:r>
    </w:p>
    <w:p>
      <w:pPr>
        <w:jc w:val="right"/>
      </w:pPr>
      <w:r>
        <w:t>اور عام طور پر مایوسی چھا گئی کہ اب اب انڈیا میں ہمارے لیے کیا ہے؟</w:t>
      </w:r>
    </w:p>
    <w:p>
      <w:r>
        <w:rPr>
          <w:b/>
        </w:rPr>
        <w:t xml:space="preserve">[16:04] </w:t>
      </w:r>
      <w:r>
        <w:t>to is zamane mein musalmanon ke leader jo the, unhon ne ek ek nuskhah daryaft kiya, reservation ke musalman to peechhe ho gaye, to hum ko reservation milna chahiye.</w:t>
      </w:r>
    </w:p>
    <w:p>
      <w:pPr>
        <w:jc w:val="right"/>
      </w:pPr>
      <w:r>
        <w:t>تو اس زمانے میں مسلمانوں کے لیڈر جو تھے، انہوں نے ایک ایک نسخہ دریافت کیا، ریزرویشن کہ مسلمان تو پیچھے ہو گئے، تو ہم کو ریزرویشن ملنا چاہیے۔</w:t>
      </w:r>
    </w:p>
    <w:p>
      <w:r>
        <w:rPr>
          <w:b/>
        </w:rPr>
        <w:t xml:space="preserve">[16:17] </w:t>
      </w:r>
      <w:r>
        <w:t>to main shayad india mein akela tha jis ne yeh kaha ke reservation work hi nahin karega. reservation ki baat karna ek aisa formula pesh karna hai jo work workable nahin, workable nahin hai.</w:t>
      </w:r>
    </w:p>
    <w:p>
      <w:pPr>
        <w:jc w:val="right"/>
      </w:pPr>
      <w:r>
        <w:t>تو میں شاید انڈیا میں اکیلا تھا جس نے یہ کہا کہ ریزرویشن ورک ہی نہیں کرے گا۔ ریزرویشن کی بات کرنا ایک ایسا فارمولا پیش کرنا ہے جو ورک ورک ایبل نہیں، ورک ایبل نہیں ہے۔</w:t>
      </w:r>
    </w:p>
    <w:p>
      <w:r>
        <w:rPr>
          <w:b/>
        </w:rPr>
        <w:t xml:space="preserve">[16:31] </w:t>
      </w:r>
      <w:r>
        <w:t>kaun aap ko reservation dega? aap apni taraqqi ko roke ga? aap ko badhaye ga?</w:t>
      </w:r>
    </w:p>
    <w:p>
      <w:pPr>
        <w:jc w:val="right"/>
      </w:pPr>
      <w:r>
        <w:t>کون آپ کو ریزرویشن دے گا؟ آپ اپنی ترقی کو روکے گا؟ آپ کو بڑھائے گا؟</w:t>
      </w:r>
    </w:p>
    <w:p>
      <w:r>
        <w:rPr>
          <w:b/>
        </w:rPr>
        <w:t xml:space="preserve">[16:39] </w:t>
      </w:r>
      <w:r>
        <w:t>to mujhe yaad hai ek bahut pehle ki baat hai, main ek jalse mein sharik hua. ek bade muslim leader ne is ko organize kiya tha.</w:t>
      </w:r>
    </w:p>
    <w:p>
      <w:pPr>
        <w:jc w:val="right"/>
      </w:pPr>
      <w:r>
        <w:t>تو مجھے یاد ہے ایک بہت پہلے کی بات ہے، میں ایک جلسے میں شریک ہوا۔ ایک بڑے مسلم لیڈر نے اس کو ارگنائز کیا تھا۔</w:t>
      </w:r>
    </w:p>
    <w:p>
      <w:r>
        <w:rPr>
          <w:b/>
        </w:rPr>
        <w:t xml:space="preserve">[16:49] </w:t>
      </w:r>
      <w:r>
        <w:t>mujh ko bhi bulaya tha wahan. to main ne wahan taqreer jo ki thi, to wahan ke logon ka jo mizaj tha, us ke khilaf thi.</w:t>
      </w:r>
    </w:p>
    <w:p>
      <w:pPr>
        <w:jc w:val="right"/>
      </w:pPr>
      <w:r>
        <w:t>مجھ کو بھی بلایا تھا وہاں۔ تو میں نے وہاں تقریر جو کی تھی، تو وہاں کے لوگوں کا جو مزاج تھا، اس کے خلاف تھی۔</w:t>
      </w:r>
    </w:p>
    <w:p>
      <w:r>
        <w:rPr>
          <w:b/>
        </w:rPr>
        <w:t xml:space="preserve">[16:59] </w:t>
      </w:r>
      <w:r>
        <w:t>saare log baat kar rahe the reservation ki. reservation har cheez mein. aur keh rahe the ke india to mein yeh hamare masail hain, woh problem hain.</w:t>
      </w:r>
    </w:p>
    <w:p>
      <w:pPr>
        <w:jc w:val="right"/>
      </w:pPr>
      <w:r>
        <w:t>سارے لوگ بات کر رہے تھے ریزرویشن کی۔ ریزرویشن ہر چیز میں۔ اور کہہ رہے تھے کہ انڈیا تو میں یہ اپنے مسائل ہیں، وہ پرابلم ہیں۔</w:t>
      </w:r>
    </w:p>
    <w:p>
      <w:r>
        <w:rPr>
          <w:b/>
        </w:rPr>
        <w:t xml:space="preserve">[17:11] </w:t>
      </w:r>
      <w:r>
        <w:t>to main ne taqreer mein apni kaha ke india problem country nahin hai. india country country of opportunity hai.</w:t>
      </w:r>
    </w:p>
    <w:p>
      <w:pPr>
        <w:jc w:val="right"/>
      </w:pPr>
      <w:r>
        <w:t>تو میں نے تقریر میں اپنی کہا کہ انڈیا پرابلم کنٹری نہیں ہے۔ انڈیا کنٹری کنٹری آف اپرچونیٹی ہے۔</w:t>
      </w:r>
    </w:p>
    <w:p>
      <w:r>
        <w:rPr>
          <w:b/>
        </w:rPr>
        <w:t xml:space="preserve">[17:24] </w:t>
      </w:r>
      <w:r>
        <w:t>log mujh ko aise dekhne lage ke kya baat kar raha hai yeh? kyunke saare log yeh keh rahe the ke india mein hamesha yeh masail, woh masail, woh masail.</w:t>
      </w:r>
    </w:p>
    <w:p>
      <w:pPr>
        <w:jc w:val="right"/>
      </w:pPr>
      <w:r>
        <w:t>لوگ مجھ کو ایسے دیکھنے لگے کہ کیا بات کر رہا ہے یہ؟ کیونکہ سارے لوگ یہ کہہ رہے تھے کہ انڈیا میں ہمیشہ یہ مسائل، وہ مسائل، وہ مسائل۔</w:t>
      </w:r>
    </w:p>
    <w:p>
      <w:r>
        <w:rPr>
          <w:b/>
        </w:rPr>
        <w:t xml:space="preserve">[17:34] </w:t>
      </w:r>
      <w:r>
        <w:t>to main ne kaha ke india problem country musalmanon ke liye nahin hai. india musalmanon ke liye country of opportunity hai.</w:t>
      </w:r>
    </w:p>
    <w:p>
      <w:pPr>
        <w:jc w:val="right"/>
      </w:pPr>
      <w:r>
        <w:t>تو میں نے کہا کہ انڈیا پرابلم کنٹری مسلمانوں کے لیے نہیں ہے۔ انڈیا مسلمانوں کے لیے کنٹری آف اپرچونیٹی ہے۔</w:t>
      </w:r>
    </w:p>
    <w:p>
      <w:r>
        <w:rPr>
          <w:b/>
        </w:rPr>
        <w:t xml:space="preserve">[17:44] </w:t>
      </w:r>
      <w:r>
        <w:t>to ek shakhs bhi nahin tha jis ne meri taeed ki ho us waqt.</w:t>
      </w:r>
    </w:p>
    <w:p>
      <w:pPr>
        <w:jc w:val="right"/>
      </w:pPr>
      <w:r>
        <w:t>تو ایک شخص بھی نہیں تھا جس نے میری تائید کی ہو اس وقت۔</w:t>
      </w:r>
    </w:p>
    <w:p>
      <w:r>
        <w:rPr>
          <w:b/>
        </w:rPr>
        <w:t xml:space="preserve">[17:49] </w:t>
      </w:r>
      <w:r>
        <w:t>aur main bilkul wahan aise lag gaya jaise koi anokhi baat kar raha hoon main. us waqt main ne kaha tha ke bar waqt musalman is ko jante nahin hain ke india mein un ke liye opportunity hai.</w:t>
      </w:r>
    </w:p>
    <w:p>
      <w:pPr>
        <w:jc w:val="right"/>
      </w:pPr>
      <w:r>
        <w:t>اور میں بالکل وہاں ایسے لگ گیا جیسے کوئی انوکھی بات کر رہا ہوں میں۔ اس وقت میں نے کہا تھا کہ بروقت مسلمان اس کو جانتے نہیں ہیں کہ انڈیا میں ان کے لیے اپرچونیٹی ہے۔</w:t>
      </w:r>
    </w:p>
    <w:p>
      <w:r>
        <w:rPr>
          <w:b/>
        </w:rPr>
        <w:t xml:space="preserve">[18:02] </w:t>
      </w:r>
      <w:r>
        <w:t>lekin jab woh jaan lenge to yeh musalman hero ban jayenge. us waqt main ne kaha tha. yeh baat bahut pehle ki hai.</w:t>
      </w:r>
    </w:p>
    <w:p>
      <w:pPr>
        <w:jc w:val="right"/>
      </w:pPr>
      <w:r>
        <w:t>لیکن جب وہ جان لیں گے تو یہ مسلمان ہیرو بن جائیں گے۔ اس وقت میں نے کہا تھا۔ یہ بات بہت پہلے کی ہے۔</w:t>
      </w:r>
    </w:p>
    <w:p>
      <w:r>
        <w:rPr>
          <w:b/>
        </w:rPr>
        <w:t xml:space="preserve">[18:11] </w:t>
      </w:r>
      <w:r>
        <w:t>shayad main dilli nahin aaya tha, is se pehle ki baat hai.</w:t>
      </w:r>
    </w:p>
    <w:p>
      <w:pPr>
        <w:jc w:val="right"/>
      </w:pPr>
      <w:r>
        <w:t>شاید میں دلی نہیں آیا تھا، اس سے پہلے کی بات ہے۔</w:t>
      </w:r>
    </w:p>
    <w:p>
      <w:r>
        <w:rPr>
          <w:b/>
        </w:rPr>
        <w:t xml:space="preserve">[18:16] </w:t>
      </w:r>
      <w:r>
        <w:t>nahin, dilli aa chuka tha lekin nizamuddin mein nahin aaya tha. ek baat yeh baat ghaliban hogi yani 1970 ke aas paas ki.</w:t>
      </w:r>
    </w:p>
    <w:p>
      <w:pPr>
        <w:jc w:val="right"/>
      </w:pPr>
      <w:r>
        <w:t>نہیں، دلی آ چکا تھا لیکن نظام الدین میں نہیں آیا تھا۔ ایک بات یہ بات غالباً ہوگی یعنی 1970 کے آس پاس کی۔</w:t>
      </w:r>
    </w:p>
    <w:p>
      <w:r>
        <w:rPr>
          <w:b/>
        </w:rPr>
        <w:t xml:space="preserve">[18:29] </w:t>
      </w:r>
      <w:r>
        <w:t>to main ne us waqt yeh kaha tha ke musalman jab jaan lenge ke india mein un ke liye opportunity hai to sab hero ban jayenge.</w:t>
      </w:r>
    </w:p>
    <w:p>
      <w:pPr>
        <w:jc w:val="right"/>
      </w:pPr>
      <w:r>
        <w:t>تو میں نے اس وقت یہ کہا تھا کہ مسلمان جب جان لیں گے کہ انڈیا میں ان کے لیے اپرچونیٹی ہے تو سب ہیرو بن جائیں گے۔</w:t>
      </w:r>
    </w:p>
    <w:p>
      <w:r>
        <w:rPr>
          <w:b/>
        </w:rPr>
        <w:t xml:space="preserve">[18:39] </w:t>
      </w:r>
      <w:r>
        <w:t>aaj allah ke fazl se aap dekhiye, saare india mein musalman hero bane hue hain.</w:t>
      </w:r>
    </w:p>
    <w:p>
      <w:pPr>
        <w:jc w:val="right"/>
      </w:pPr>
      <w:r>
        <w:t>آج اللہ کے فضل سے آپ دیکھیے، سارے انڈیا میں مسلمان ہیرو بنے ہوئے ہیں۔</w:t>
      </w:r>
    </w:p>
    <w:p>
      <w:r>
        <w:rPr>
          <w:b/>
        </w:rPr>
        <w:t xml:space="preserve">[18:45] </w:t>
      </w:r>
      <w:r>
        <w:t>hero ka matlab yeh hai ke un ke paas woh job mein dekhiye, jahan jaiye. ek martaba main gaya rashid bhawan mein, rashpati bhawan mein, wahan bhi musalman bahut se the.</w:t>
      </w:r>
    </w:p>
    <w:p>
      <w:pPr>
        <w:jc w:val="right"/>
      </w:pPr>
      <w:r>
        <w:t>ہیرو کا معنی یہ ہے کہ ان کے پاس وہ جاب میں دیکھیے، جہاں جائیے۔ ایک مرتبہ میں گیا راشد بھون میں، راشپتی بھون میں، وہاں بھی مسلمان بہت سے تھے۔</w:t>
      </w:r>
    </w:p>
    <w:p>
      <w:r>
        <w:rPr>
          <w:b/>
        </w:rPr>
        <w:t xml:space="preserve">[19:00] </w:t>
      </w:r>
      <w:r>
        <w:t>yeh multinational companiyon mein jata hoon to wahan bhi musalman sab hain. airport mein jata hoon to wahan musalman hain. yani har jagah musalman nazar aate hain.</w:t>
      </w:r>
    </w:p>
    <w:p>
      <w:pPr>
        <w:jc w:val="right"/>
      </w:pPr>
      <w:r>
        <w:t>یہ ملٹی نیشنل کمپنیوں میں جاتا ہوں تو وہاں بھی مسلمان سب ہیں۔ ایئرپورٹ میں جاتا ہوں تو وہاں مسلمان ہیں۔ یعنی ہر جگہ مسلمان نظر آتے ہیں۔</w:t>
      </w:r>
    </w:p>
    <w:p>
      <w:r>
        <w:rPr>
          <w:b/>
        </w:rPr>
        <w:t xml:space="preserve">[19:12] </w:t>
      </w:r>
      <w:r>
        <w:t>kyun</w:t>
      </w:r>
    </w:p>
    <w:p>
      <w:pPr>
        <w:jc w:val="right"/>
      </w:pPr>
      <w:r>
        <w:t>کیوں</w:t>
      </w:r>
    </w:p>
    <w:p>
      <w:r>
        <w:rPr>
          <w:b/>
        </w:rPr>
        <w:t xml:space="preserve">[19:14] </w:t>
      </w:r>
      <w:r>
        <w:t>hota yeh hai? dekhiye, ek musalman ka heera raha hai, us ke aas paas mein doosre log hain. to pata chala ke wahan ka ladka jo hai, us ne parha parh kar ke yeh kiya, woh kiya, aur ab is job ko pahunch gaya hai.</w:t>
      </w:r>
    </w:p>
    <w:p>
      <w:pPr>
        <w:jc w:val="right"/>
      </w:pPr>
      <w:r>
        <w:t>ہوتا یہ ہے؟ دیکھیے، ایک مسلمان کا ہیرا رہا ہے، اس کے آس پاس میں دوسرے لوگ ہیں۔ تو پتہ چلا کہ وہاں کا لڑکا جو ہے، اس نے پڑھا پڑھ کر کے یہ کیا، وہ کیا، اور اب اس جاب کو پہنچ گیا ہے۔</w:t>
      </w:r>
    </w:p>
    <w:p>
      <w:r>
        <w:rPr>
          <w:b/>
        </w:rPr>
        <w:t xml:space="preserve">[19:26] </w:t>
      </w:r>
      <w:r>
        <w:t>woh to aadmi sochta hai ke yeh job to main bhi kar sakta hoon. aas paas ke logon ko dekh kar ke ke us ke paas car nahin thi, ab car ho gayi.</w:t>
      </w:r>
    </w:p>
    <w:p>
      <w:pPr>
        <w:jc w:val="right"/>
      </w:pPr>
      <w:r>
        <w:t>وہ تو آدمی سوچتا ہے کہ یہ جاب تو میں بھی کر سکتا ہوں۔ آس پاس کے لوگوں کو دیکھ کر کے کہ اس کے پاس کار نہیں تھی، اب کار ہو گئی۔</w:t>
      </w:r>
    </w:p>
    <w:p>
      <w:r>
        <w:rPr>
          <w:b/>
        </w:rPr>
        <w:t xml:space="preserve">[19:37] </w:t>
      </w:r>
      <w:r>
        <w:t>us ke paas ghar nahin tha, ab ghar ho gaya, to main bhi kar sakta hoon aisa.</w:t>
      </w:r>
    </w:p>
    <w:p>
      <w:pPr>
        <w:jc w:val="right"/>
      </w:pPr>
      <w:r>
        <w:t>اس کے پاس گھر نہیں تھا، اب گھر ہو گیا، تو میں بھی کر سکتا ہوں ایسا۔</w:t>
      </w:r>
    </w:p>
    <w:p>
      <w:r>
        <w:rPr>
          <w:b/>
        </w:rPr>
        <w:t xml:space="preserve">[19:42] </w:t>
      </w:r>
      <w:r>
        <w:t>to yeh jo situation hai, yeh jo halaat hain, woh batate hain ke aage barho, aage barho, aage barho.</w:t>
      </w:r>
    </w:p>
    <w:p>
      <w:pPr>
        <w:jc w:val="right"/>
      </w:pPr>
      <w:r>
        <w:t>تو یہ جو سچوئیشن ہے، یہ جو حالات ہیں، وہ بتاتے ہیں کہ آگے بڑھو، آگے بڑھو، آگے بڑھو۔</w:t>
      </w:r>
    </w:p>
    <w:p>
      <w:r>
        <w:rPr>
          <w:b/>
        </w:rPr>
        <w:t xml:space="preserve">[19:51] </w:t>
      </w:r>
      <w:r>
        <w:t>yeh hua, yeh process chalta raha. aur ab halat yeh hai ke maslan main apna tajurba batata hoon ke main 1967 mein dilli aaya tha.</w:t>
      </w:r>
    </w:p>
    <w:p>
      <w:pPr>
        <w:jc w:val="right"/>
      </w:pPr>
      <w:r>
        <w:t>یہ ہوا، یہ پراسیس چلتا رہا۔ اور اب حالت یہ ہے کہ مثلاً میں اپنا تجربہ بتاتا ہوں کہ میں 1967 میں دلی آیا تھا۔</w:t>
      </w:r>
    </w:p>
    <w:p>
      <w:r>
        <w:rPr>
          <w:b/>
        </w:rPr>
        <w:t xml:space="preserve">[20:04] </w:t>
      </w:r>
      <w:r>
        <w:t>yahan 1967 se mein dili mein hoon.</w:t>
      </w:r>
    </w:p>
    <w:p>
      <w:pPr>
        <w:jc w:val="right"/>
      </w:pPr>
      <w:r>
        <w:t>یہاں 1967 سے میں دلی میں ہوں۔</w:t>
      </w:r>
    </w:p>
    <w:p>
      <w:r>
        <w:rPr>
          <w:b/>
        </w:rPr>
        <w:t xml:space="preserve">[20:08] </w:t>
      </w:r>
      <w:r>
        <w:t>is waqt mujhe yaad hai ke masjidon mein jab mein namaz parh jata tha juma ke din to ek bhi car nahin hoti thi. eidgah mein ek car nahin hoti thi.</w:t>
      </w:r>
    </w:p>
    <w:p>
      <w:pPr>
        <w:jc w:val="right"/>
      </w:pPr>
      <w:r>
        <w:t>اس وقت مجھے یاد ہے کہ مسجدوں میں جب میں نماز پڑھ جاتا تھا جمعہ کے دن تو ایک بھی کار نہیں ہوتی تھی۔ عید گاہ میں ایک کار نہیں ہوتی تھی۔</w:t>
      </w:r>
    </w:p>
    <w:p>
      <w:r>
        <w:rPr>
          <w:b/>
        </w:rPr>
        <w:t xml:space="preserve">[20:20] </w:t>
      </w:r>
      <w:r>
        <w:t>eid ki namaz mein mein jata tha to ek car nahin. juma ki namaz parhne jata tha to ek car nahin. aaj caron ki bheed hai. juma juma ke liye wahan log aate hain, car mein baith kar ke.</w:t>
      </w:r>
    </w:p>
    <w:p>
      <w:pPr>
        <w:jc w:val="right"/>
      </w:pPr>
      <w:r>
        <w:t>عید کی نماز میں میں جاتا تھا تو ایک کار نہیں۔ جمعہ کی نماز پڑھنے جاتا تھا تو ایک کار نہیں۔ آج کاروں کی بھیڑ ہے۔ جمعہ جمعہ کے لیے وہاں لوگ آتے ہیں، کار میں بیٹھ کر کے۔</w:t>
      </w:r>
    </w:p>
    <w:p>
      <w:r>
        <w:rPr>
          <w:b/>
        </w:rPr>
        <w:t xml:space="preserve">[20:34] </w:t>
      </w:r>
      <w:r>
        <w:t>eid ke liye log aate hain, car mein baith kar ke.</w:t>
      </w:r>
    </w:p>
    <w:p>
      <w:pPr>
        <w:jc w:val="right"/>
      </w:pPr>
      <w:r>
        <w:t>عید کے لیے لوگ آتے ہیں، کار میں بیٹھ کر کے۔</w:t>
      </w:r>
    </w:p>
    <w:p>
      <w:r>
        <w:rPr>
          <w:b/>
        </w:rPr>
        <w:t xml:space="preserve">[20:37] </w:t>
      </w:r>
      <w:r>
        <w:t>to itni muddat mein itna barh gaye log. khud is colony mein jab mein aaya tha</w:t>
      </w:r>
    </w:p>
    <w:p>
      <w:pPr>
        <w:jc w:val="right"/>
      </w:pPr>
      <w:r>
        <w:t>تو اتنی مدت میں اتنا بڑھ گئے لوگ۔ خود اس کالونی میں جب میں آیا تھا</w:t>
      </w:r>
    </w:p>
    <w:p>
      <w:r>
        <w:rPr>
          <w:b/>
        </w:rPr>
        <w:t xml:space="preserve">[20:46] </w:t>
      </w:r>
      <w:r>
        <w:t>1980 ke lag bhag zamane mein to koi musalman nahin tha yahan. shayad ek adha rahe hon, sab hindu log the. yahan tak ke jab mein purani dili ko chhod kar yahan aane wala tha to kuch musalmanon ne mujh se kaha ke wahan kahan ja rahe ho?</w:t>
      </w:r>
    </w:p>
    <w:p>
      <w:pPr>
        <w:jc w:val="right"/>
      </w:pPr>
      <w:r>
        <w:t>1980 کے لگ بھگ زمانے میں تو کوئی مسلمان نہیں تھا یہاں۔ شاید ایک ادھ رہے ہوں، سب ہندو لوگ تھے۔ یہاں تک کہ جب میں پرانی دلی کو چھوڑ کر یہاں آنے والا تھا تو کچھ مسلمانوں نے مجھ سے کہا کہ وہاں کہاں جا رہے ہیں؟</w:t>
      </w:r>
    </w:p>
    <w:p>
      <w:r>
        <w:rPr>
          <w:b/>
        </w:rPr>
        <w:t xml:space="preserve">[21:01] </w:t>
      </w:r>
      <w:r>
        <w:t>wahan to sab musalman hain, wahan maar dalenge aap ko. yeh halat thi.</w:t>
      </w:r>
    </w:p>
    <w:p>
      <w:pPr>
        <w:jc w:val="right"/>
      </w:pPr>
      <w:r>
        <w:t>وہاں تو سب مسلمان ہیں، وہاں مار ڈالیں گے آپ کو۔ یہ حالت تھی۔</w:t>
      </w:r>
    </w:p>
    <w:p>
      <w:r>
        <w:rPr>
          <w:b/>
        </w:rPr>
        <w:t xml:space="preserve">[21:06] </w:t>
      </w:r>
      <w:r>
        <w:t>aaj nizamuddin west jo hai, is mein majority musalmanon ki hai. aise hi india mein jahan bhi jaiye, aap</w:t>
      </w:r>
    </w:p>
    <w:p>
      <w:pPr>
        <w:jc w:val="right"/>
      </w:pPr>
      <w:r>
        <w:t>آج نظام الدین ویسٹ جو ہے، اس میں میجورٹی مسلمانوں کی ہے۔ ایسے ہی انڈیا میں جہاں بھی جائیے، آپ</w:t>
      </w:r>
    </w:p>
    <w:p>
      <w:r>
        <w:rPr>
          <w:b/>
        </w:rPr>
        <w:t xml:space="preserve">[21:16] </w:t>
      </w:r>
      <w:r>
        <w:t>haiderabad jab mein pehli bar gaya tha azadi ke baad to train se gaya tha. station par sab rickshaw wale khade the, bahut sare, bhool bhool sab musalman hain.</w:t>
      </w:r>
    </w:p>
    <w:p>
      <w:pPr>
        <w:jc w:val="right"/>
      </w:pPr>
      <w:r>
        <w:t>حیدرآباد جب میں پہلی بار گیا تھا آزادی کے بعد تو ٹرین سے گیا تھا۔ اسٹیشن پر سب رکشہ والے کھڑے تھے، بہت سارے، بھول بھول سب مسلمان ہیں۔</w:t>
      </w:r>
    </w:p>
    <w:p>
      <w:r>
        <w:rPr>
          <w:b/>
        </w:rPr>
        <w:t xml:space="preserve">[21:28] </w:t>
      </w:r>
      <w:r>
        <w:t>yeh musalman hain. yeh yeh baat hai 1948 ki.</w:t>
      </w:r>
    </w:p>
    <w:p>
      <w:pPr>
        <w:jc w:val="right"/>
      </w:pPr>
      <w:r>
        <w:t>یہ مسلمان ہیں۔ یہ یہ بات ہے 1948 کی۔</w:t>
      </w:r>
    </w:p>
    <w:p>
      <w:r>
        <w:rPr>
          <w:b/>
        </w:rPr>
        <w:t xml:space="preserve">[21:35] </w:t>
      </w:r>
      <w:r>
        <w:t>ab mein jata hoon to chahe railway se jaon ya hawai jahaz se jaon, wahan par caron ki bheed lagi rehti hai, musalmanon ki car.</w:t>
      </w:r>
    </w:p>
    <w:p>
      <w:pPr>
        <w:jc w:val="right"/>
      </w:pPr>
      <w:r>
        <w:t>اب میں جاتا ہوں تو چاہے ریلوے سے جاؤں یا ہوائی جہاز سے جاؤں، وہاں پر کاروں کی بھیڑ لگی رہتی ہے، مسلمانوں کی کار۔</w:t>
      </w:r>
    </w:p>
    <w:p>
      <w:r>
        <w:rPr>
          <w:b/>
        </w:rPr>
        <w:t xml:space="preserve">[21:46] </w:t>
      </w:r>
      <w:r>
        <w:t>to yeh yeh jo hai, yani halaton ne musalmanon ko creative bana diya.</w:t>
      </w:r>
    </w:p>
    <w:p>
      <w:pPr>
        <w:jc w:val="right"/>
      </w:pPr>
      <w:r>
        <w:t>تو یہ یہ جو ہے، یعنی حالات نے مسلمانوں کو کریٹیو بنا دیا۔</w:t>
      </w:r>
    </w:p>
    <w:p>
      <w:r>
        <w:rPr>
          <w:b/>
        </w:rPr>
        <w:t xml:space="preserve">[21:56] </w:t>
      </w:r>
      <w:r>
        <w:t>halaton ne musalmanon ko sikhaya ke tum bhi aap ke paas kama sakte ho, tum bhi aap ghar bana sakte ho, tum bhi jawab le sakte ho.</w:t>
      </w:r>
    </w:p>
    <w:p>
      <w:pPr>
        <w:jc w:val="right"/>
      </w:pPr>
      <w:r>
        <w:t>حالات نے مسلمانوں کو سکھایا کہ تم بھی آپ کے پاس کما سکتے ہو، تم بھی آپ گھر بنا سکتے ہو، تم بھی جواب لے سکتے ہو۔</w:t>
      </w:r>
    </w:p>
    <w:p>
      <w:r>
        <w:rPr>
          <w:b/>
        </w:rPr>
        <w:t xml:space="preserve">[22:03] </w:t>
      </w:r>
      <w:r>
        <w:t>to yeh poori india mein yeh hai ke musalman tezi se aage barh rahe hain, tezi se aage barh rahe hain. to yeh to baat hai, yani ek economy ke lihaz se,</w:t>
      </w:r>
    </w:p>
    <w:p>
      <w:pPr>
        <w:jc w:val="right"/>
      </w:pPr>
      <w:r>
        <w:t>تو یہ پوری انڈیا میں یہ ہے کہ مسلمان تیزی سے آگے بڑھ رہے ہیں، تیزی سے آگے بڑھ رہے ہیں۔ تو یہ تو بات ہے، یعنی ایک اکانومی کے لحاظ سے،</w:t>
      </w:r>
    </w:p>
    <w:p>
      <w:r>
        <w:rPr>
          <w:b/>
        </w:rPr>
        <w:t xml:space="preserve">[22:17] </w:t>
      </w:r>
      <w:r>
        <w:t>maashiyat ke lihaz se. to mera mera andaza yeh hai ke musalman jo hain, is waqt asal masla yeh hai ke hamare leaderon ko pata nahin hai in baaton ka.</w:t>
      </w:r>
    </w:p>
    <w:p>
      <w:pPr>
        <w:jc w:val="right"/>
      </w:pPr>
      <w:r>
        <w:t>معاشیات کے لحاظ سے۔ تو میرا میرا اندازہ یہ ہے کہ مسلمان جو ہیں، اس وقت اصل مسئلہ یہ ہے کہ ہمارے لیڈروں کو پتہ نہیں ہے ان باتوں کا۔</w:t>
      </w:r>
    </w:p>
    <w:p>
      <w:r>
        <w:rPr>
          <w:b/>
        </w:rPr>
        <w:t xml:space="preserve">[22:29] </w:t>
      </w:r>
      <w:r>
        <w:t>woh abhi bhi shikayat ki boli bolte hain.</w:t>
      </w:r>
    </w:p>
    <w:p>
      <w:pPr>
        <w:jc w:val="right"/>
      </w:pPr>
      <w:r>
        <w:t>وہ ابھی بھی شکایت کی بولی بولتے ہیں۔</w:t>
      </w:r>
    </w:p>
    <w:p>
      <w:r>
        <w:rPr>
          <w:b/>
        </w:rPr>
        <w:t xml:space="preserve">[22:32] </w:t>
      </w:r>
      <w:r>
        <w:t>yani halat jo hain, halat keh rahe hain ke aage barho. jaise barish hui aur sabza uga to halat keh rahe hain ke aye kisan, kisan ja apne khet mein aur fasal ki tayari kar aur kisan keh raha hai nahin to kuch hone wala nahin hai.</w:t>
      </w:r>
    </w:p>
    <w:p>
      <w:pPr>
        <w:jc w:val="right"/>
      </w:pPr>
      <w:r>
        <w:t>یعنی حالات جو ہیں، حالات کہہ رہے ہیں کہ آگے بڑھو۔ جیسے بارش ہوئی اور سبزہ اگا تو حالات کہہ رہے ہیں کہ اے کسان، کسان جا اپنے کھیت میں اور فصل کی تیاری کر اور کسان کہہ رہا ہے نہیں تو کچھ ہونے والا نہیں ہے۔</w:t>
      </w:r>
    </w:p>
    <w:p>
      <w:r>
        <w:rPr>
          <w:b/>
        </w:rPr>
        <w:t xml:space="preserve">[22:53] </w:t>
      </w:r>
      <w:r>
        <w:t>waisi halat hai. is waqt musalmanon ka sab se bada masla india ke halat nahin hain. india ke muslim leader hain</w:t>
      </w:r>
    </w:p>
    <w:p>
      <w:pPr>
        <w:jc w:val="right"/>
      </w:pPr>
      <w:r>
        <w:t>ویسی حالت ہے۔ اس وقت مسلمانوں کا سب سے بڑا مسئلہ انڈیا کے حالات نہیں ہیں۔ انڈیا کے مسلم لیڈر ہیں</w:t>
      </w:r>
    </w:p>
    <w:p>
      <w:r>
        <w:rPr>
          <w:b/>
        </w:rPr>
        <w:t xml:space="preserve">[23:02] </w:t>
      </w:r>
      <w:r>
        <w:t>jo taqreeban sab ke sab mayusi ki boli bolte hain. jitne parche musalmanon ke hain, sare parche mayusi ki boli bolte hain. ab dekhiye, kal ki baat hai.</w:t>
      </w:r>
    </w:p>
    <w:p>
      <w:pPr>
        <w:jc w:val="right"/>
      </w:pPr>
      <w:r>
        <w:t>جو تقریباً سب کے سب مایوسی کی بولی بولتے ہیں۔ جتنے پرچے مسلمانوں کے ہیں، سارے پرچے مایوسی کی بولی بولتے ہیں۔ اب دیکھیے، کل کی بات ہے۔</w:t>
      </w:r>
    </w:p>
    <w:p>
      <w:r>
        <w:rPr>
          <w:b/>
        </w:rPr>
        <w:t xml:space="preserve">[23:17] </w:t>
      </w:r>
      <w:r>
        <w:t>kal bombay se ek sahib aaye the jo wahan ek bahut hi bada idara hai musalmanon ka jo dedh saal se qaim hai.</w:t>
      </w:r>
    </w:p>
    <w:p>
      <w:pPr>
        <w:jc w:val="right"/>
      </w:pPr>
      <w:r>
        <w:t>کل بمبئی سے ایک صاحب آئے تھے جو وہاں ایک بہت ہی بڑا ادارہ ہے مسلمانوں کا جو ڈیڑھ سال سے قائم ہے۔</w:t>
      </w:r>
    </w:p>
    <w:p>
      <w:r>
        <w:rPr>
          <w:b/>
        </w:rPr>
        <w:t xml:space="preserve">[23:28] </w:t>
      </w:r>
      <w:r>
        <w:t>is ke 95 school chal rahe hain, school college,</w:t>
      </w:r>
    </w:p>
    <w:p>
      <w:pPr>
        <w:jc w:val="right"/>
      </w:pPr>
      <w:r>
        <w:t>اس کے 95 اسکول چل رہے ہیں، اسکول کالج،</w:t>
      </w:r>
    </w:p>
    <w:p>
      <w:r>
        <w:rPr>
          <w:b/>
        </w:rPr>
        <w:t xml:space="preserve">[23:32] </w:t>
      </w:r>
      <w:r>
        <w:t>95 school college chal rahe hain in ke. to unhon ne bataya ke hum ek naya college bana rahe hain, shayad medical college bataya unhon ne kuch.</w:t>
      </w:r>
    </w:p>
    <w:p>
      <w:pPr>
        <w:jc w:val="right"/>
      </w:pPr>
      <w:r>
        <w:t>95 اسکول کالج چل رہے ہیں ان کے۔ تو انہوں نے بتایا کہ ہم ایک نیا کالج بنا رہے ہیں، شاید میڈیکل کالج بتایا انہوں نے کچھ۔</w:t>
      </w:r>
    </w:p>
    <w:p>
      <w:r>
        <w:rPr>
          <w:b/>
        </w:rPr>
        <w:t xml:space="preserve">[23:42] </w:t>
      </w:r>
      <w:r>
        <w:t>is mein ek hindu ne 60 crore rupay ka donation diya hai bombay mein. lekin yeh khabar mein ne kisi musalman parche mein nahin padhi.</w:t>
      </w:r>
    </w:p>
    <w:p>
      <w:pPr>
        <w:jc w:val="right"/>
      </w:pPr>
      <w:r>
        <w:t>اس میں ایک ہندو نے 60 کروڑ روپے کا ڈونیشن دیا ہے بمبئی میں۔ لیکن یہ خبر میں نے کسی مسلمان پرچے میں نہیں پڑھی۔</w:t>
      </w:r>
    </w:p>
    <w:p>
      <w:r>
        <w:rPr>
          <w:b/>
        </w:rPr>
        <w:t xml:space="preserve">[23:52] </w:t>
      </w:r>
      <w:r>
        <w:t>woh chairman sahib jo aaye the, unhon ne bataya to maloom hua. aisi khabrein nahin aati hamare parchon mein. hamare parchon mein aati hai kya?</w:t>
      </w:r>
    </w:p>
    <w:p>
      <w:pPr>
        <w:jc w:val="right"/>
      </w:pPr>
      <w:r>
        <w:t>وہ چیئرمین صاحب جو آئے تھے، انہوں نے بتایا تو معلوم ہوا۔ ایسی خبریں نہیں آتی ہمارے پرچوں میں۔ ہمارے پرچوں میں آتی ہے کیا؟</w:t>
      </w:r>
    </w:p>
    <w:p>
      <w:r>
        <w:rPr>
          <w:b/>
        </w:rPr>
        <w:t xml:space="preserve">[24:02] </w:t>
      </w:r>
      <w:r>
        <w:t>negative khabrein, negative jhoot jhoot ke jhoote hain, jhoot jhoot ke late hain koi na koi khabar. aur positive khabrein woh chhapte nahin.</w:t>
      </w:r>
    </w:p>
    <w:p>
      <w:pPr>
        <w:jc w:val="right"/>
      </w:pPr>
      <w:r>
        <w:t>نیگیٹیو خبریں، نیگیٹیو جھوٹ جھوٹ کے جھوٹتے ہیں، جھوٹ جھوٹ کے لاتے ہیں کوئی نہ کوئی خبر۔ اور پازیٹیو خبریں وہ چھاپتے نہیں۔</w:t>
      </w:r>
    </w:p>
    <w:p>
      <w:r>
        <w:rPr>
          <w:b/>
        </w:rPr>
        <w:t xml:space="preserve">[24:14] </w:t>
      </w:r>
      <w:r>
        <w:t>to is waqt musalmanon ka jo masla hai, woh un ki yani un ki capital leadership jahan tak halaat ka ta'alluq hai, halaat to bilkul musalmanon ki favor mein ho chuke hain aur is se musalmanon ko faida bhi ho raha hai.</w:t>
      </w:r>
    </w:p>
    <w:p>
      <w:pPr>
        <w:jc w:val="right"/>
      </w:pPr>
      <w:r>
        <w:t>تو اس وقت مسلمانوں کا جو مسئلہ ہے، وہ ان کی یعنی ان کیپیٹل لیڈرشپ جہاں تک حالات کا تعلق ہے، حالات تو بالکل مسلمانوں کی فیور میں ہو چکے ہیں اور اس سے مسلمانوں کو فائدہ بھی ہو رہا ہے۔</w:t>
      </w:r>
    </w:p>
    <w:p>
      <w:r>
        <w:rPr>
          <w:b/>
        </w:rPr>
        <w:t xml:space="preserve">[24:30] </w:t>
      </w:r>
      <w:r>
        <w:t>yeh pehlu hai yani economic ke aitbar se, maashiyat ke aitbar se. ab doosra doosri pehlu ko lijiye to kisi community ke liye pehli baat yeh hai ke is ko ek maashiyati buniyad mile, economic base,</w:t>
      </w:r>
    </w:p>
    <w:p>
      <w:pPr>
        <w:jc w:val="right"/>
      </w:pPr>
      <w:r>
        <w:t>یہ پہلو ہے یعنی اکنامک کے اعتبار سے، معاشیات کے اعتبار سے۔ اب دوسرا دوسری پہلو کو لیجئے تو کسی کمیونٹی کے لیے پہلی بات یہ ہے کہ اس کو ایک معاشیاتی بنیاد ملے، اکانومک بیس،</w:t>
      </w:r>
    </w:p>
    <w:p>
      <w:r>
        <w:rPr>
          <w:b/>
        </w:rPr>
        <w:t xml:space="preserve">[24:50] </w:t>
      </w:r>
      <w:r>
        <w:t>economic base mile. pehli pehli cheez hai yani is ke paas ghar ho, is ke bachchon ke taleem ke liye kharch ho. economic base</w:t>
      </w:r>
    </w:p>
    <w:p>
      <w:pPr>
        <w:jc w:val="right"/>
      </w:pPr>
      <w:r>
        <w:t>اکانومک بیس ملے۔ پہلی پہلی چیز ہے یعنی اس کے پاس گھر ہو، اس کے بچوں کے تعلیم کے لیے خرچ ہو۔ اکانومک بیس</w:t>
      </w:r>
    </w:p>
    <w:p>
      <w:r>
        <w:rPr>
          <w:b/>
        </w:rPr>
        <w:t xml:space="preserve">[25:00] </w:t>
      </w:r>
      <w:r>
        <w:t>yeh already musalmanon ko India mein mil chuka hai.</w:t>
      </w:r>
    </w:p>
    <w:p>
      <w:pPr>
        <w:jc w:val="right"/>
      </w:pPr>
      <w:r>
        <w:t>یہ الریڈی مسلمانوں کو انڈیا میں مل چکا ہے۔</w:t>
      </w:r>
    </w:p>
    <w:p>
      <w:r>
        <w:rPr>
          <w:b/>
        </w:rPr>
        <w:t xml:space="preserve">[25:06] </w:t>
      </w:r>
      <w:r>
        <w:t>yani jo pehla stage hai, woh already ho chuka hai ke musalmanon ko economic base is mulk mein mil chuki hai. un ke paas ghar hai, un ke paas job hai, un ke bachche padh rahe hain, yeh sab ho raha hai.</w:t>
      </w:r>
    </w:p>
    <w:p>
      <w:pPr>
        <w:jc w:val="right"/>
      </w:pPr>
      <w:r>
        <w:t>یعنی جو پہلا اسٹیج ہے، وہ الریڈی ہو چکا ہے کہ مسلمانوں کو اکنامک بیس اس ملک میں مل چکی ہے۔ ان کے پاس گھر ہے، ان کے پاس جاب ہے، ان کے بچے پڑھ رہے ہیں، یہ سب ہو رہا ہے۔</w:t>
      </w:r>
    </w:p>
    <w:p>
      <w:r>
        <w:rPr>
          <w:b/>
        </w:rPr>
        <w:t xml:space="preserve">[25:19] </w:t>
      </w:r>
      <w:r>
        <w:t>ab doosra, ab doosra stage hai. doosra stage hai taleem ka, education ka.</w:t>
      </w:r>
    </w:p>
    <w:p>
      <w:pPr>
        <w:jc w:val="right"/>
      </w:pPr>
      <w:r>
        <w:t>اب دوسرا، اب دوسرا اسٹیج ہے۔ دوسرا اسٹیج ہے تعلیم کا، ایجوکیشن کا۔</w:t>
      </w:r>
    </w:p>
    <w:p>
      <w:r>
        <w:rPr>
          <w:b/>
        </w:rPr>
        <w:t xml:space="preserve">[25:26] </w:t>
      </w:r>
      <w:r>
        <w:t>to ab musalman bari tadad mein aa rahe hain education mein, har jagah. education ki importance kya hai?</w:t>
      </w:r>
    </w:p>
    <w:p>
      <w:pPr>
        <w:jc w:val="right"/>
      </w:pPr>
      <w:r>
        <w:t>تو اب مسلمان بڑی تعداد میں آ رہے ہیں ایجوکیشن میں، ہر جگہ۔ ایجوکیشن کی امپورٹنس کیا ہے؟</w:t>
      </w:r>
    </w:p>
    <w:p>
      <w:r>
        <w:rPr>
          <w:b/>
        </w:rPr>
        <w:t xml:space="preserve">[25:37] </w:t>
      </w:r>
      <w:r>
        <w:t>education aadmi ko bashaoor banata hai yani intellectual development lata hai.</w:t>
      </w:r>
    </w:p>
    <w:p>
      <w:pPr>
        <w:jc w:val="right"/>
      </w:pPr>
      <w:r>
        <w:t>ایجوکیشن آدمی کو باشعور بناتا ہے یعنی انٹلیکچول ڈیویلپمنٹ لاتا ہے۔</w:t>
      </w:r>
    </w:p>
    <w:p>
      <w:r>
        <w:rPr>
          <w:b/>
        </w:rPr>
        <w:t xml:space="preserve">[25:46] </w:t>
      </w:r>
      <w:r>
        <w:t>is ke andar sochne ki taqat aati hai. education ka sab se bara role yeh nahi ke aap ko job mil jata hai, woh secondary baat hai.</w:t>
      </w:r>
    </w:p>
    <w:p>
      <w:pPr>
        <w:jc w:val="right"/>
      </w:pPr>
      <w:r>
        <w:t>اس کے اندر سوچنے کی طاقت آتی ہے۔ ایجوکیشن کا سب سے بڑا رول یہ نہیں کہ آپ کو جاب مل جاتا ہے، وہ سیکنڈری بات ہے۔</w:t>
      </w:r>
    </w:p>
    <w:p>
      <w:r>
        <w:rPr>
          <w:b/>
        </w:rPr>
        <w:t xml:space="preserve">[25:59] </w:t>
      </w:r>
      <w:r>
        <w:t>education ka sab se bara role yeh hai ke woh aap ko batata hai ke how to think, sochne ka tareeqa kya hai, sochne ka tareeqa kya hai.</w:t>
      </w:r>
    </w:p>
    <w:p>
      <w:pPr>
        <w:jc w:val="right"/>
      </w:pPr>
      <w:r>
        <w:t>ایجوکیشن کا سب سے بڑا رول یہ ہے کہ وہ آپ کو بتاتا ہے کہ ہاؤ ٹو تھنک، سوچنے کا طریقہ کیا ہے، سوچنے کا طریقہ کیا ہے۔</w:t>
      </w:r>
    </w:p>
    <w:p>
      <w:r>
        <w:rPr>
          <w:b/>
        </w:rPr>
        <w:t xml:space="preserve">[26:11] </w:t>
      </w:r>
      <w:r>
        <w:t>to ab musalman dakhil ho gaye hain dhire dhire yani maashiya maidan mein to aage badh chuke hain, kafi taleem ke maidan mein dhire dhire aage badh rahe hain.</w:t>
      </w:r>
    </w:p>
    <w:p>
      <w:pPr>
        <w:jc w:val="right"/>
      </w:pPr>
      <w:r>
        <w:t>تو اب مسلمان داخل ہو گئے ہیں دھیرے دھیرے یعنی معاشیہ میدان میں تو آگے بڑھ چکے ہیں، کافی تعلیم کے میدان میں دھیرے دھیرے آگے بڑھ رہے ہیں۔</w:t>
      </w:r>
    </w:p>
    <w:p>
      <w:r>
        <w:rPr>
          <w:b/>
        </w:rPr>
        <w:t xml:space="preserve">[26:22] </w:t>
      </w:r>
      <w:r>
        <w:t>to kya ke woh ek waqt aayega, woh shayad bohat jald aayega jab musalmanon ke andar shaoor paida ho chuka hoga yani intellectual awakening aa chuki hogi.</w:t>
      </w:r>
    </w:p>
    <w:p>
      <w:pPr>
        <w:jc w:val="right"/>
      </w:pPr>
      <w:r>
        <w:t>تو کیا کہ وہ ایک وقت آئے گا، وہ شاید بہت جلد آئے گا جب مسلمانوں کے اندر شعور پیدا ہو چکا ہوگا یعنی انٹلیکچول اویکننگ آ چکی ہوگی۔</w:t>
      </w:r>
    </w:p>
    <w:p>
      <w:r>
        <w:rPr>
          <w:b/>
        </w:rPr>
        <w:t xml:space="preserve">[26:34] </w:t>
      </w:r>
      <w:r>
        <w:t>woh is qabil ho chuke honge ke ek sach hai, right way mein, right thinking un ke andar aa chuki hogi. to shayad bohat jald aisa hoga aur is ke, is ke, is ka yani yeh process shuru ho chuka hai.</w:t>
      </w:r>
    </w:p>
    <w:p>
      <w:pPr>
        <w:jc w:val="right"/>
      </w:pPr>
      <w:r>
        <w:t>وہ اس قابل ہو چکے ہوں گے کہ ایک سچ ہے، رائٹ وے میں، رائٹ تھنکنگ ان کے اندر آ چکی ہوگی۔ تو شاید بہت جلد ایسا ہوگا اور اس کے، اس کے، اس کا یعنی یہ پراسیس شروع ہو چکا ہے۔</w:t>
      </w:r>
    </w:p>
    <w:p>
      <w:r>
        <w:rPr>
          <w:b/>
        </w:rPr>
        <w:t xml:space="preserve">[26:49] </w:t>
      </w:r>
      <w:r>
        <w:t>yeh process shuru ho chuka hai.</w:t>
      </w:r>
    </w:p>
    <w:p>
      <w:pPr>
        <w:jc w:val="right"/>
      </w:pPr>
      <w:r>
        <w:t>یہ پراسیس شروع ہو چکا ہے۔</w:t>
      </w:r>
    </w:p>
    <w:p>
      <w:r>
        <w:rPr>
          <w:b/>
        </w:rPr>
        <w:t xml:space="preserve">[26:53] </w:t>
      </w:r>
      <w:r>
        <w:t>doosra, is ke baad to teesra stage hai. teesra woh hai dawat. dawat kya hai? dawat kya hai ke musalman pehle is mulk mein ek liability ke taur par the,</w:t>
      </w:r>
    </w:p>
    <w:p>
      <w:pPr>
        <w:jc w:val="right"/>
      </w:pPr>
      <w:r>
        <w:t>دوسرا، اس کے بعد تو تیسرا اسٹیج ہے۔ تیسرا وہ ہے دعوت۔ دعوت کیا ہے؟ دعوت کیا ہے کہ مسلمان پہلے اس ملک میں ایک لائبلٹی کے طور پر تھے،</w:t>
      </w:r>
    </w:p>
    <w:p>
      <w:r>
        <w:rPr>
          <w:b/>
        </w:rPr>
        <w:t xml:space="preserve">[27:08] </w:t>
      </w:r>
      <w:r>
        <w:t>phir un ke zehan mein aaya ke hum ek taker group bane hain. taker group, taker company bane hue the.</w:t>
      </w:r>
    </w:p>
    <w:p>
      <w:pPr>
        <w:jc w:val="right"/>
      </w:pPr>
      <w:r>
        <w:t>پھر ان کے ذہن میں آیا کہ ہم ایک ٹیکر گروپ بنے ہیں۔ ٹیکر گروپ، ٹیکر کمپنی بنے ہوئے تھے۔</w:t>
      </w:r>
    </w:p>
    <w:p>
      <w:r>
        <w:rPr>
          <w:b/>
        </w:rPr>
        <w:t xml:space="preserve">[27:19] </w:t>
      </w:r>
      <w:r>
        <w:t>to ab is se nikal kar ke woh daur aayega inshallah ke jab un ke andar yeh soch aayegi ke hamein giver group banna hai. dawi banne ke maani hain giver group banna.</w:t>
      </w:r>
    </w:p>
    <w:p>
      <w:pPr>
        <w:jc w:val="right"/>
      </w:pPr>
      <w:r>
        <w:t>تو اب اس سے نکل کر کے وہ دور آئے گا انشاءاللہ کہ جب ان کے اندر یہ سوچ آئے کہ ہمیں گیور گروپ بننا ہے۔ داعی بننے کے معنی ہیں گیور گروپ بننا۔</w:t>
      </w:r>
    </w:p>
    <w:p>
      <w:r>
        <w:rPr>
          <w:b/>
        </w:rPr>
        <w:t xml:space="preserve">[27:31] </w:t>
      </w:r>
      <w:r>
        <w:t>dawat kya hai? doosron ko dena. aap jab job karte hain, doosron se lete hain. aap business karte hain to tab bhi aap customer se lete hain.</w:t>
      </w:r>
    </w:p>
    <w:p>
      <w:pPr>
        <w:jc w:val="right"/>
      </w:pPr>
      <w:r>
        <w:t>دعوت کیا ہے؟ دوسروں کو دینا۔ آپ جب جاب کرتے ہیں، دوسروں سے لیتے ہیں۔ آپ بزنس کرتے ہیں تو تب بھی آپ کسٹمر سے لیتے ہیں۔</w:t>
      </w:r>
    </w:p>
    <w:p>
      <w:r>
        <w:rPr>
          <w:b/>
        </w:rPr>
        <w:t xml:space="preserve">[27:42] </w:t>
      </w:r>
      <w:r>
        <w:t>lekin dawat ek aisa kaam hai jo aap ko taker group se utha kar ke giver group mein dakhil kar deta hai, dene wala bana deta hai aap ko.</w:t>
      </w:r>
    </w:p>
    <w:p>
      <w:pPr>
        <w:jc w:val="right"/>
      </w:pPr>
      <w:r>
        <w:t>لیکن دعوت ایک ایسا کام ہے جو آپ کو ٹیکر گروپ سے اٹھا کر کے گیور گروپ میں داخل کر دیتا ہے، دینے والا بنا دیتا ہے آپ کو۔</w:t>
      </w:r>
    </w:p>
    <w:p>
      <w:r>
        <w:rPr>
          <w:b/>
        </w:rPr>
        <w:t xml:space="preserve">[27:55] </w:t>
      </w:r>
      <w:r>
        <w:t>to Quran mein hai ke wa ma yanfa'u an-nasa fayabqa yani jo giver group hota hai, usi ko barhai milti hai, usi ko establishment milta hai, usi ka darja badhta hai.</w:t>
      </w:r>
    </w:p>
    <w:p>
      <w:pPr>
        <w:jc w:val="right"/>
      </w:pPr>
      <w:r>
        <w:t>تو قرآن میں ہے کہ وما منفع الناس فیبک یعنی جو گیور گروپ ہوتا ہے، اسی کو بڑائی ملتی ہے، اسی کو اسٹیبلشمنٹ ملتا ہے، اسی کا درجہ بڑھتا ہے۔</w:t>
      </w:r>
    </w:p>
    <w:p>
      <w:r>
        <w:rPr>
          <w:b/>
        </w:rPr>
        <w:t xml:space="preserve">[28:11] </w:t>
      </w:r>
      <w:r>
        <w:t>to ab main samajhta hoon ke teesra jo daur hai ke musalman is mulk ke taker group ban jayen, woh woh abhi shuru ho chuka hai, agarche bohat hi dheemi raftaar se.</w:t>
      </w:r>
    </w:p>
    <w:p>
      <w:pPr>
        <w:jc w:val="right"/>
      </w:pPr>
      <w:r>
        <w:t>تو اب میں سمجھتا ہوں کہ تیسرا جو دور ہے کہ مسلمان اس ملک کے ٹیکر گروپ بن جائیں، وہ وہ ابھی شروع ہو چکا ہے، اگرچہ بہت ہی دھیمی رفتار سے۔</w:t>
      </w:r>
    </w:p>
    <w:p>
      <w:r>
        <w:rPr>
          <w:b/>
        </w:rPr>
        <w:t xml:space="preserve">[28:23] </w:t>
      </w:r>
      <w:r>
        <w:t>to yeh is ko samajhne ki baat hai. isi ko samajhne wala tajdeed ka kaam kar payega. jo is ko na samjhe, woh tajdeed kaam nahi kar sakta.</w:t>
      </w:r>
    </w:p>
    <w:p>
      <w:pPr>
        <w:jc w:val="right"/>
      </w:pPr>
      <w:r>
        <w:t>تو یہ اس کو سمجھنے کی بات ہے۔ اسی کو سمجھنے کے والا تجدید کا کام کر پائے گا۔ جو اس کو نہ سمجھے، وہ تجدید کام نہیں کر سکتا۔</w:t>
      </w:r>
    </w:p>
    <w:p>
      <w:r>
        <w:rPr>
          <w:b/>
        </w:rPr>
        <w:t xml:space="preserve">[28:34] </w:t>
      </w:r>
      <w:r>
        <w:t>mujaddid ka role koi, koi apartment ka role nahi. ise nabi apartment kiya jata hai.</w:t>
      </w:r>
    </w:p>
    <w:p>
      <w:pPr>
        <w:jc w:val="right"/>
      </w:pPr>
      <w:r>
        <w:t>مجدد کا رول کوئی، کوئی اپارٹمنٹ کا رول نہیں۔ اسے نبی اپارٹمنٹ کیا جاتا ہے۔</w:t>
      </w:r>
    </w:p>
    <w:p>
      <w:r>
        <w:rPr>
          <w:b/>
        </w:rPr>
        <w:t xml:space="preserve">[28:41] </w:t>
      </w:r>
      <w:r>
        <w:t>nabi ka role apartment ka role hota hai. yani Allah ne ek shakhs ko nabi bana diya, ab farishta aaya, us ko wahi di, us wahi ko logon ko suna diya us ne.</w:t>
      </w:r>
    </w:p>
    <w:p>
      <w:pPr>
        <w:jc w:val="right"/>
      </w:pPr>
      <w:r>
        <w:t>نبی کا رول اپارٹمنٹ کا رول ہوتا ہے۔ یعنی اللہ نے ایک شخص کو نبی بنا دیا، اب فرشتہ آیا، اس کو وحی دی، اس وحی کو لوگوں کو سنا دیا اس نے۔</w:t>
      </w:r>
    </w:p>
    <w:p>
      <w:r>
        <w:rPr>
          <w:b/>
        </w:rPr>
        <w:t xml:space="preserve">[28:50] </w:t>
      </w:r>
      <w:r>
        <w:t>to yeh apartment ka role hota hai. lekin mujaddid ka role apartment ka role nahi hota. yeh to self appointment hai, self discovery ki baat hai.</w:t>
      </w:r>
    </w:p>
    <w:p>
      <w:pPr>
        <w:jc w:val="right"/>
      </w:pPr>
      <w:r>
        <w:t>تو یہ اپارٹمنٹ کا رول ہوتا ہے۔ لیکن مجدد کا رول اپارٹمنٹ کا رول نہیں ہوتا۔ یہ تو سیلف اپوائنٹمنٹ ہے، سیلف ڈسکوری کی بات ہے۔</w:t>
      </w:r>
    </w:p>
    <w:p>
      <w:r>
        <w:rPr>
          <w:b/>
        </w:rPr>
        <w:t xml:space="preserve">[29:02] </w:t>
      </w:r>
      <w:r>
        <w:t>yani jis aadmi ka dil tarap ho ke ummat mein dobara revival ho, dobara is mein zindagi aaye, dobara spirit jaage, ek tarap aayi to us ko kya karna hai?</w:t>
      </w:r>
    </w:p>
    <w:p>
      <w:pPr>
        <w:jc w:val="right"/>
      </w:pPr>
      <w:r>
        <w:t>یعنی جس آدمی کا دل تڑپ ہو کہ امت میں دوبارہ ریوائیول ہو، دوبارہ اس میں زندگی آئے، دوبارہ اسپرٹ جاگے، ایک تڑپ آئی تو اس کو کیا کرنا ہے؟</w:t>
      </w:r>
    </w:p>
    <w:p>
      <w:r>
        <w:rPr>
          <w:b/>
        </w:rPr>
        <w:t xml:space="preserve">[29:17] </w:t>
      </w:r>
      <w:r>
        <w:t>wo halaat ki study kar raha hai, halaat ka mutala kar ke jaane ke wo wo zamana kya hai jis mein wo kaam karna chahta hai.</w:t>
      </w:r>
    </w:p>
    <w:p>
      <w:pPr>
        <w:jc w:val="right"/>
      </w:pPr>
      <w:r>
        <w:t>وہ حالات کی سٹڈی کر رہا ہے، حالات کا مطالعہ کر کے جانے کہ وہ وہ زمانہ کیا ہے جس میں وہ کام کرنا چاہتا ہے۔</w:t>
      </w:r>
    </w:p>
    <w:p>
      <w:r>
        <w:rPr>
          <w:b/>
        </w:rPr>
        <w:t xml:space="preserve">[29:28] </w:t>
      </w:r>
      <w:r>
        <w:t>to aaj ka jo mujaddid hoga, wo is tareeqe se us ko apne ko tayyar karna parega ke wo daryaft ye kare ke jo qaum is se pehle samjha jata tha ke wo zawaal yafta ho chuki hai, jaise Iqbal ne ailaan kiya tha ke tere muheet mein kahin gohar-e-zindagi nahi, dhoond dhoond chuka hoon, main mauj-e-mosh de chuka hoon, sadr sadr.</w:t>
      </w:r>
    </w:p>
    <w:p>
      <w:pPr>
        <w:jc w:val="right"/>
      </w:pPr>
      <w:r>
        <w:t>تو آج کا جو مجدد ہوگا، وہ اس طریقے سے اس کو اپنے کو تیار کرنا پڑے گا کہ وہ دریافت یہ کرے کہ جو قوم اس سے پہلے سمجھا جاتا تھا کہ وہ زوال یافتہ ہو چکی ہے، جیسے اقبال نے اعلان کیا تھا کہ تیرے محیط میں کہیں گوہر زندگی نہیں، ڈھونڈ ڈھونڈ چکا ہوں، میں موج موش دے چکا ہوں، صدر صدر۔</w:t>
      </w:r>
    </w:p>
    <w:p>
      <w:r>
        <w:rPr>
          <w:b/>
        </w:rPr>
        <w:t xml:space="preserve">[29:57] </w:t>
      </w:r>
      <w:r>
        <w:t>to ye samjha jata tha ke ummat apne zawaal ke aakhri dauray pahunch chuki hai. ab kya hai? revival ho raha hai, revival.</w:t>
      </w:r>
    </w:p>
    <w:p>
      <w:pPr>
        <w:jc w:val="right"/>
      </w:pPr>
      <w:r>
        <w:t>تو یہ سمجھا جاتا تھا کہ امت اپنے زوال کے آخری دورے پہنچ چکی ہے۔ اب کیا ہے؟ ریوائیول ہو رہا ہے، ریوائیول۔</w:t>
      </w:r>
    </w:p>
    <w:p>
      <w:r>
        <w:rPr>
          <w:b/>
        </w:rPr>
        <w:t xml:space="preserve">[30:09] </w:t>
      </w:r>
      <w:r>
        <w:t>ab zawaal se nikal rahi hai aur ye law of nature ke mutabiq hai. to mujaddid tajdeed ka kaam wo kar payega jo jaane is baat ko ke wo daur khatm ho chuka.</w:t>
      </w:r>
    </w:p>
    <w:p>
      <w:pPr>
        <w:jc w:val="right"/>
      </w:pPr>
      <w:r>
        <w:t>اب زوال سے نکل رہی ہے اور یہ لاء آف نیچر کے مطابق ہے۔ تو مجدد تجدید کا کام وہ کر پائے گا جو جانے اس بات کو کہ وہ دور ختم ہو چکا۔</w:t>
      </w:r>
    </w:p>
    <w:p>
      <w:r>
        <w:rPr>
          <w:b/>
        </w:rPr>
        <w:t xml:space="preserve">[30:24] </w:t>
      </w:r>
      <w:r>
        <w:t>shikayaton ka daur, protest ka daur, maeeshi ka daur to khatm ho chuka. ye jaane tab wo tajdeed ka kaam kar payega.</w:t>
      </w:r>
    </w:p>
    <w:p>
      <w:pPr>
        <w:jc w:val="right"/>
      </w:pPr>
      <w:r>
        <w:t>شکایتوں کا دور، پروٹیسٹ کا دور، معاشی کا دور تو ختم ہو چکا۔ یہ جانے تب وہ تجدید کا کام کر پائے گا۔</w:t>
      </w:r>
    </w:p>
    <w:p>
      <w:r>
        <w:rPr>
          <w:b/>
        </w:rPr>
        <w:t xml:space="preserve">[30:38] </w:t>
      </w:r>
      <w:r>
        <w:t>to ab jo process tareekh ka chala hai is partition ke baad, wo is tarah kis tarah se is ne kaam kiya hai ke pehle daur aaya is baat ka ke musalman is mulk ko apne ko displace samajhne lage.</w:t>
      </w:r>
    </w:p>
    <w:p>
      <w:pPr>
        <w:jc w:val="right"/>
      </w:pPr>
      <w:r>
        <w:t>تو اب جو پراسیس تاریخ کا چلا ہے اس پارٹیشن کے بعد، وہ اس طرح کس طرح سے اس نے کام کیا ہے کہ پہلے دور آیا اس بات کا کہ مسلمان اس ملک کو اپنے کو ڈسپلیس سمجھنے لگے۔</w:t>
      </w:r>
    </w:p>
    <w:p>
      <w:r>
        <w:rPr>
          <w:b/>
        </w:rPr>
        <w:t xml:space="preserve">[30:56] </w:t>
      </w:r>
      <w:r>
        <w:t>displace. lekin is displace jab aap samjhenge to saada baat nahi hogi.</w:t>
      </w:r>
    </w:p>
    <w:p>
      <w:pPr>
        <w:jc w:val="right"/>
      </w:pPr>
      <w:r>
        <w:t>ڈسپلیس۔ لیکن اس ڈسپلیس جب آپ سمجھیں گے تو سادہ بات نہیں ہوگی۔</w:t>
      </w:r>
    </w:p>
    <w:p>
      <w:r>
        <w:rPr>
          <w:b/>
        </w:rPr>
        <w:t xml:space="preserve">[31:02] </w:t>
      </w:r>
      <w:r>
        <w:t>aap ke andar ek aap ka andar ka jo personality hai, us ko wo motivate karegi aap ko ke karo, tum bhi karo, tum bhi karo. jab aap samajhte hain ke main pachhad gaya, main to displace person ban gaya,</w:t>
      </w:r>
    </w:p>
    <w:p>
      <w:pPr>
        <w:jc w:val="right"/>
      </w:pPr>
      <w:r>
        <w:t>آپ کے اندر ایک آپ کا اندر کا جو پرسنیلٹی ہے، اس کو وہ موٹیویٹ کرے گی آپ کو کہ کرو، تم بھی کرو، تم بھی کرو۔ جب آپ سمجھتے ہیں کہ میں پچھڑ گیا، میں تو ڈسپلیس پرسن بن گیا،</w:t>
      </w:r>
    </w:p>
    <w:p>
      <w:r>
        <w:rPr>
          <w:b/>
        </w:rPr>
        <w:t xml:space="preserve">[31:18] </w:t>
      </w:r>
      <w:r>
        <w:t>to ye saada baat nahi hai. aadmi ka jo nature hai, nature us ko motivate karta hai, uska incentive ban jata hai ke wo hua.</w:t>
      </w:r>
    </w:p>
    <w:p>
      <w:pPr>
        <w:jc w:val="right"/>
      </w:pPr>
      <w:r>
        <w:t>تو یہ سادہ بات نہیں ہے۔ آدمی کا جو نیچر ہے، نیچر اس کو موٹیویٹ کرتا ہے، اس کا انسنٹیو بن جاتا ہے کہ وہ ہوا۔</w:t>
      </w:r>
    </w:p>
    <w:p>
      <w:r>
        <w:rPr>
          <w:b/>
        </w:rPr>
        <w:t xml:space="preserve">[31:29] </w:t>
      </w:r>
      <w:r>
        <w:t>yani musalman jo 47 ke baad un ko jo maeeshi aayi thi, jo apne ko displace hone lage the, to phir un ka wo fitrat ke qanoon ke mutabiq un ko un ke nature ne motivate kiya, motivate kiya, motivate kiya.</w:t>
      </w:r>
    </w:p>
    <w:p>
      <w:pPr>
        <w:jc w:val="right"/>
      </w:pPr>
      <w:r>
        <w:t>یعنی مسلمان جو 47 کے بعد ان کو جو معاشی آئی تھی، جو اپنے کو ڈسپلیس ہونے لگے تھے، تو پھر ان کا وہ فطرت کے قانون کے مطابق ان کو ان کے نیچر نے موٹیویٹ کیا، موٹیویٹ کیا، موٹیویٹ کیا۔</w:t>
      </w:r>
    </w:p>
    <w:p>
      <w:r>
        <w:rPr>
          <w:b/>
        </w:rPr>
        <w:t xml:space="preserve">[31:49] </w:t>
      </w:r>
      <w:r>
        <w:t>yahan tak ke wo dakhil ho gaye, yani main street mein dakhil ho gaye.</w:t>
      </w:r>
    </w:p>
    <w:p>
      <w:pPr>
        <w:jc w:val="right"/>
      </w:pPr>
      <w:r>
        <w:t>یہاں تک کہ وہ داخل ہو گئے، یعنی مین اسٹریٹ میں داخل ہو گئے۔</w:t>
      </w:r>
    </w:p>
    <w:p>
      <w:r>
        <w:rPr>
          <w:b/>
        </w:rPr>
        <w:t xml:space="preserve">[31:55] </w:t>
      </w:r>
      <w:r>
        <w:t>ab business mein, job mein, education mein haj ka wo dikhai dene lage. to is tarah law of nature ne kaam kiya.</w:t>
      </w:r>
    </w:p>
    <w:p>
      <w:pPr>
        <w:jc w:val="right"/>
      </w:pPr>
      <w:r>
        <w:t>اب بزنس میں، جاب میں، ایجوکیشن میں حج کا وہ دکھائی دینے لگے۔ تو اس طرح لاء آف نیچر نے کام کیا۔</w:t>
      </w:r>
    </w:p>
    <w:p>
      <w:r>
        <w:rPr>
          <w:b/>
        </w:rPr>
        <w:t xml:space="preserve">[32:08] </w:t>
      </w:r>
      <w:r>
        <w:t>phir ab wo aage badh rahe hain ke bachchon ko padha rahe hain, bachchon ko padha kar apne ko, yani apne ko ilmi aitbaar se tayyar kar rahe hain.</w:t>
      </w:r>
    </w:p>
    <w:p>
      <w:pPr>
        <w:jc w:val="right"/>
      </w:pPr>
      <w:r>
        <w:t>پھر اب وہ آگے بڑھ رہے ہیں کہ بچوں کو پڑھا رہے ہیں، بچوں کو پڑھا کر اپنے کو، یعنی اپنے کو علمی اعتبار سے تیار کر رہے ہیں۔</w:t>
      </w:r>
    </w:p>
    <w:p>
      <w:r>
        <w:rPr>
          <w:b/>
        </w:rPr>
        <w:t xml:space="preserve">[32:21] </w:t>
      </w:r>
      <w:r>
        <w:t>jo doosra daur aa raha hai, yani shaoor ka daur, intellectual awakening ka daur, mamlaat ko zyada gehrai ke saath samajhne ka daur,</w:t>
      </w:r>
    </w:p>
    <w:p>
      <w:pPr>
        <w:jc w:val="right"/>
      </w:pPr>
      <w:r>
        <w:t>جو دوسرا دور آ رہا ہے، یعنی شعور کا دور، انٹلیکچول اویکننگ کا دور، معاملات کو زیادہ گہرائی کے ساتھ سمجھنے کا دور،</w:t>
      </w:r>
    </w:p>
    <w:p>
      <w:r>
        <w:rPr>
          <w:b/>
        </w:rPr>
        <w:t xml:space="preserve">[32:34] </w:t>
      </w:r>
      <w:r>
        <w:t>yani thinking develop hui, musalmanon mein develop ho rahi hai. to ye doosre daur mein ummat dakhil ho gayi.</w:t>
      </w:r>
    </w:p>
    <w:p>
      <w:pPr>
        <w:jc w:val="right"/>
      </w:pPr>
      <w:r>
        <w:t>یعنی تھنکنگ ڈیولپ ہوئی، مسلمانوں میں ڈیولپ ہو رہی ہے۔ تو یہ دوسرے دور میں امت داخل ہو گئی۔</w:t>
      </w:r>
    </w:p>
    <w:p>
      <w:r>
        <w:rPr>
          <w:b/>
        </w:rPr>
        <w:t xml:space="preserve">[32:44] </w:t>
      </w:r>
      <w:r>
        <w:t>to ye daur chalta rahega, ye process chalta rahega, kyunke ye law of nature hai ke jab ek process jaari ho jaye to wo non-stop chalta rehta hai, ruk nahi sakta beech mein.</w:t>
      </w:r>
    </w:p>
    <w:p>
      <w:pPr>
        <w:jc w:val="right"/>
      </w:pPr>
      <w:r>
        <w:t>تو یہ دور چلتا رہے گا، یہ پراسیس چلتا رہے گا، کیونکہ یہ لاء آف نیچر ہے کہ جب ایک پراسیس جاری ہو جائے تو وہ نان اسٹاپ چلتا رہتا ہے، رک نہیں سکتا بیچ میں۔</w:t>
      </w:r>
    </w:p>
    <w:p>
      <w:r>
        <w:rPr>
          <w:b/>
        </w:rPr>
        <w:t xml:space="preserve">[32:59] </w:t>
      </w:r>
      <w:r>
        <w:t>to ek process jaari ho gaya ke musalman 47 ke baad stagnation mein chale gaye the, stagnation, junoob, jamood, jamood mein.</w:t>
      </w:r>
    </w:p>
    <w:p>
      <w:pPr>
        <w:jc w:val="right"/>
      </w:pPr>
      <w:r>
        <w:t>تو ایک پراسیس جاری ہو گیا کہ مسلمان 47 کے بعد اسٹیگنیشن میں چلے گئے تھے، اسٹیگنیشن، جنوب، جمود، جمود میں۔</w:t>
      </w:r>
    </w:p>
    <w:p>
      <w:r>
        <w:rPr>
          <w:b/>
        </w:rPr>
        <w:t xml:space="preserve">[33:09] </w:t>
      </w:r>
      <w:r>
        <w:t>phir un ke andar creativity shuru hui, halaat ke dabaav ke tehat.</w:t>
      </w:r>
    </w:p>
    <w:p>
      <w:pPr>
        <w:jc w:val="right"/>
      </w:pPr>
      <w:r>
        <w:t>پھر ان کے اندر کریٹیوٹی شروع ہوئی، حالات کے دباؤ کے تحت۔</w:t>
      </w:r>
    </w:p>
    <w:p>
      <w:r>
        <w:rPr>
          <w:b/>
        </w:rPr>
        <w:t xml:space="preserve">[33:15] </w:t>
      </w:r>
      <w:r>
        <w:t>phir wo dakhil ho gaye mainstream mein, to unhone business se job mein har jagah dakhil hue, wo phir ab taleem ke maidan mein dakhil ho gaye.</w:t>
      </w:r>
    </w:p>
    <w:p>
      <w:pPr>
        <w:jc w:val="right"/>
      </w:pPr>
      <w:r>
        <w:t>پھر وہ داخل ہو گئے مین اسٹریم میں، تو انہوں نے بزنس سے جاب میں ہر جگہ داخل ہوئے، وہ پھر اب تعلیم کے میدان میں داخل ہو گئے۔</w:t>
      </w:r>
    </w:p>
    <w:p>
      <w:r>
        <w:rPr>
          <w:b/>
        </w:rPr>
        <w:t xml:space="preserve">[33:27] </w:t>
      </w:r>
      <w:r>
        <w:t>wo ab ab teesra daur jo hai, wo shuru ho chuka hai aur main samajhta hoon ke CPS isi ka ek alamat hai. CPS is baat ki alamat hai ke muslim CPS bhi, yani muslim ummat ka ek hissa hai.</w:t>
      </w:r>
    </w:p>
    <w:p>
      <w:pPr>
        <w:jc w:val="right"/>
      </w:pPr>
      <w:r>
        <w:t>وہ اب اب تیسرا دور جو ہے، وہ شروع ہو چکا ہے اور میں سمجھتا ہوں کہ سی پی ایس اسی کا ایک علامت ہے۔ سی پی ایس اس بات کی علامت ہے کہ مسلم سی پی ایس بھی، یعنی مسلم امت کا ایک حصہ ہے۔</w:t>
      </w:r>
    </w:p>
    <w:p>
      <w:r>
        <w:rPr>
          <w:b/>
        </w:rPr>
        <w:t xml:space="preserve">[33:42] </w:t>
      </w:r>
      <w:r>
        <w:t>to CPS ek alamat hai ke musalman ab dawat ke daur mein dakhil ho gaye hain. dawat ka daur kya hai? apne aap ko giver community banana,</w:t>
      </w:r>
    </w:p>
    <w:p>
      <w:pPr>
        <w:jc w:val="right"/>
      </w:pPr>
      <w:r>
        <w:t>تو سی پی ایس ایک علامت ہے کہ مسلمان اب دعوت کے دور میں داخل ہو گئے ہیں۔ دعوت کا دور کیا ہے؟ اپنے آپ کو گیور کمیونٹی بنانا،</w:t>
      </w:r>
    </w:p>
    <w:p>
      <w:r>
        <w:rPr>
          <w:b/>
        </w:rPr>
        <w:t xml:space="preserve">[33:55] </w:t>
      </w:r>
      <w:r>
        <w:t>taker community se nikal kar apne aap ko giver community banana, yani nafeh group banana. ye ab chal raha hai.</w:t>
      </w:r>
    </w:p>
    <w:p>
      <w:pPr>
        <w:jc w:val="right"/>
      </w:pPr>
      <w:r>
        <w:t>ٹیکر کمیونٹی سے نکال کر اپنے آپ کو گیور کمیونٹی بنانا، یعنی نافع گروپ بنانا۔ یہ اب چل رہا ہے۔</w:t>
      </w:r>
    </w:p>
    <w:p>
      <w:r>
        <w:rPr>
          <w:b/>
        </w:rPr>
        <w:t xml:space="preserve">[34:04] </w:t>
      </w:r>
      <w:r>
        <w:t>ab hamara kaam kya hai?</w:t>
      </w:r>
    </w:p>
    <w:p>
      <w:pPr>
        <w:jc w:val="right"/>
      </w:pPr>
      <w:r>
        <w:t>اب ہمارا کام کیا ہے؟</w:t>
      </w:r>
    </w:p>
    <w:p>
      <w:r>
        <w:rPr>
          <w:b/>
        </w:rPr>
        <w:t xml:space="preserve">[34:06] </w:t>
      </w:r>
      <w:r>
        <w:t>hamara kaam ye hai ke jitne ye musalman likhne bolne wale hain, jo abhi tak boli bol rahe hain, maeeshi ki, abhi kal mein ek mashhoor ek magazine hai musalmanon ka,</w:t>
      </w:r>
    </w:p>
    <w:p>
      <w:pPr>
        <w:jc w:val="right"/>
      </w:pPr>
      <w:r>
        <w:t>ہمارا کام یہ ہے کہ جتنے یہ مسلمانوں لکھنے بولنے والے ہیں، جو ابھی تک بولی بول رہے ہیں، معاشی کی، ابھی کل میں ایک مشہور ایک میگزین ہے مسلمانوں کا،</w:t>
      </w:r>
    </w:p>
    <w:p>
      <w:r>
        <w:rPr>
          <w:b/>
        </w:rPr>
        <w:t xml:space="preserve">[34:21] </w:t>
      </w:r>
      <w:r>
        <w:t>aaya to mein ne us ki heading parhwai.</w:t>
      </w:r>
    </w:p>
    <w:p>
      <w:pPr>
        <w:jc w:val="right"/>
      </w:pPr>
      <w:r>
        <w:t>آیا تو میں نے اس کی ہیڈنگ پڑھوائی۔</w:t>
      </w:r>
    </w:p>
    <w:p>
      <w:r>
        <w:rPr>
          <w:b/>
        </w:rPr>
        <w:t xml:space="preserve">[34:24] </w:t>
      </w:r>
      <w:r>
        <w:t>jitni heading thi, sab shikayati, sab zulm ki dastan. aur us colleague jo shaam ko mere paas aaye, bombay ke ek bohat badi muslim munjhman ke chairman, unhon ne kaha ke hum medical college bana rahe hain, to us ke liye ek hindu ne humein 60 crore rupay diya hai donation.</w:t>
      </w:r>
    </w:p>
    <w:p>
      <w:pPr>
        <w:jc w:val="right"/>
      </w:pPr>
      <w:r>
        <w:t>جتنی ہیڈنگ تھی، سب شکایتی، سب ظلم کی داستان۔ اور اس کولیگ جو شام کو میرے پاس آئے، بمبئی کے ایک بہت بڑی مسلم منجمن کے چیئرمین، انہوں نے کہا کہ ہم میڈیکل کالج بنا رہے ہیں، تو اس کے لیے ایک ہندو نے ہمیں 60 کروڑ روپے دیا ہے ڈونیشن۔</w:t>
      </w:r>
    </w:p>
    <w:p>
      <w:r>
        <w:rPr>
          <w:b/>
        </w:rPr>
        <w:t xml:space="preserve">[34:47] </w:t>
      </w:r>
      <w:r>
        <w:t>yeh khabar nahi thi, yeh khabar kahin nahi hai.</w:t>
      </w:r>
    </w:p>
    <w:p>
      <w:pPr>
        <w:jc w:val="right"/>
      </w:pPr>
      <w:r>
        <w:t>یہ خبر نہیں تھی، یہ خبر کہیں نہیں ہے۔</w:t>
      </w:r>
    </w:p>
    <w:p>
      <w:r>
        <w:rPr>
          <w:b/>
        </w:rPr>
        <w:t xml:space="preserve">[34:50] </w:t>
      </w:r>
      <w:r>
        <w:t>kyun? logon par itna saada negative thinking chhai hui hai ke is tarah ki baaton ko yaqeen nahi karte. woh yaqeen nahi aata un ko, yaani positive khabron ko suntay hain to un ko yaqeen nahi aata, is liye woh chhapte bhi nahi.</w:t>
      </w:r>
    </w:p>
    <w:p>
      <w:pPr>
        <w:jc w:val="right"/>
      </w:pPr>
      <w:r>
        <w:t>کیوں؟ لوگوں پر اتنا سادہ نیگیٹیو تھنکنگ چھائی ہوئی ہے کہ اس طرح کی باتوں کو یقین نہیں کرتے۔ وہ یقین نہیں آتا ان کو، یعنی پازیٹیو خبروں کو سنتے ہیں تو ان کو یقین نہیں آتا، اس لیے وہ چھاپتے بھی نہیں۔</w:t>
      </w:r>
    </w:p>
    <w:p>
      <w:r>
        <w:rPr>
          <w:b/>
        </w:rPr>
        <w:t xml:space="preserve">[35:10] </w:t>
      </w:r>
      <w:r>
        <w:t>to sab se bara, sab se jo bura role jo hai, is waqt woh musalmanon ke likhne aur bolne wale tabqe ka hai, musalmanon ke danish</w:t>
      </w:r>
    </w:p>
    <w:p>
      <w:pPr>
        <w:jc w:val="right"/>
      </w:pPr>
      <w:r>
        <w:t>تو سب سے بڑا، سب سے جو برا رول جو ہے، اس وقت وہ مسلمانوں کے لکھنے اور بولنے والے طبقے کا ہے، مسلمانوں کے دانش</w:t>
      </w:r>
    </w:p>
    <w:p>
      <w:r>
        <w:rPr>
          <w:b/>
        </w:rPr>
        <w:t xml:space="preserve">[35:19] </w:t>
      </w:r>
      <w:r>
        <w:t>war tabqe ka hai, jis mein ulma bhi shareek hain. shikayati baat hai, shikayati baat hai, maashi ki baat hai, zulm ki baat hai, sab yahi kar rahe hain.</w:t>
      </w:r>
    </w:p>
    <w:p>
      <w:pPr>
        <w:jc w:val="right"/>
      </w:pPr>
      <w:r>
        <w:t>ور طبقے کا ہے، جس میں علماء بھی شریک ہیں۔ شکایتی بات ہے، شکایتی بات ہے، معاشی کی بات ہے، ظلم کی بات ہے، سب یہی کر رہے ہیں۔</w:t>
      </w:r>
    </w:p>
    <w:p>
      <w:r>
        <w:rPr>
          <w:b/>
        </w:rPr>
        <w:t xml:space="preserve">[35:32] </w:t>
      </w:r>
      <w:r>
        <w:t>to mein samajhta hoon ke humein is baat ko jaanna chahiye ke ab muslim ummat teesray daur mein dakhil ho gayi hai. pehle daur se guzar chuki, doosre daur se taqreeban guzar chuki,</w:t>
      </w:r>
    </w:p>
    <w:p>
      <w:pPr>
        <w:jc w:val="right"/>
      </w:pPr>
      <w:r>
        <w:t>تو میں سمجھتا ہوں کہ ہمیں اس بات کو جاننا چاہیے کہ اب مسلم امت تیسرے دور میں داخل ہو گئی ہے۔ پہلے دور سے گزر چکی، دوسرے دور سے تقریباً گزر چکی،</w:t>
      </w:r>
    </w:p>
    <w:p>
      <w:r>
        <w:rPr>
          <w:b/>
        </w:rPr>
        <w:t xml:space="preserve">[35:45] </w:t>
      </w:r>
      <w:r>
        <w:t>ab teesray daur mein dakhil ho gayi, yaani apnay ko giver community ke taur par establish karna.</w:t>
      </w:r>
    </w:p>
    <w:p>
      <w:pPr>
        <w:jc w:val="right"/>
      </w:pPr>
      <w:r>
        <w:t>اب تیسرے دور میں داخل ہو گئی، یعنی اپنے کو گیور کمیونٹی کے طور پر اسٹیبلش کرنا۔</w:t>
      </w:r>
    </w:p>
    <w:p>
      <w:r>
        <w:rPr>
          <w:b/>
        </w:rPr>
        <w:t xml:space="preserve">[35:54] </w:t>
      </w:r>
      <w:r>
        <w:t>yeh ab sab se bara mein samajhta hoon ke role hoga. to is waqt zaroorat kis baat ki hai? zaroorat ki baat yeh hai ke logon ko aisay aisay akhbar nikale jayein, aisay parche nikale jayein, aisay kitabein chhapi jayein.</w:t>
      </w:r>
    </w:p>
    <w:p>
      <w:pPr>
        <w:jc w:val="right"/>
      </w:pPr>
      <w:r>
        <w:t>یہ اب سب سے بڑا میں سمجھتا ہوں کہ رول ہوگا۔ تو اس وقت ضرورت کس بات کی ہے؟ ضرورت کی بات یہ ہے کہ لوگوں کو ایسے ایسے اخبار نکالے جائیں، ایسے پرچے نکالے جائیں، ایسی کتابیں چھاپی جائیں۔</w:t>
      </w:r>
    </w:p>
    <w:p>
      <w:r>
        <w:rPr>
          <w:b/>
        </w:rPr>
        <w:t xml:space="preserve">[36:11] </w:t>
      </w:r>
      <w:r>
        <w:t>hum Allah ke farz yahi kar rahe hain, hum Allah ke farz yahi kaam kar rahe hain, lekin is mein bohat baray pemanay par logon ko shareek hona chahiye ke ummat ko zehn diya jaye, ummat ko soch di jaye ke woh daur khatam ho gaya,</w:t>
      </w:r>
    </w:p>
    <w:p>
      <w:pPr>
        <w:jc w:val="right"/>
      </w:pPr>
      <w:r>
        <w:t>ہم اللہ کے فرض یہی کر رہے ہیں، ہم اللہ کے فرض یہی کام کر رہے ہیں، لیکن اس میں بہت بڑے پیمانے پر لوگوں کو شریک ہونا چاہیے کہ امت کو ذہن دیا جائے، امت کو سوچ دی جائے کہ وہ دور ختم ہو گیا،</w:t>
      </w:r>
    </w:p>
    <w:p>
      <w:r>
        <w:rPr>
          <w:b/>
        </w:rPr>
        <w:t xml:space="preserve">[36:31] </w:t>
      </w:r>
      <w:r>
        <w:t>woh daur khatam ho gaya.</w:t>
      </w:r>
    </w:p>
    <w:p>
      <w:pPr>
        <w:jc w:val="right"/>
      </w:pPr>
      <w:r>
        <w:t>وہ دور ختم ہو گیا۔</w:t>
      </w:r>
    </w:p>
    <w:p>
      <w:r>
        <w:rPr>
          <w:b/>
        </w:rPr>
        <w:t xml:space="preserve">[36:35] </w:t>
      </w:r>
      <w:r>
        <w:t>mujhe yaad aata hai ek qissa, mein apnay office mein baitha hua tha,</w:t>
      </w:r>
    </w:p>
    <w:p>
      <w:pPr>
        <w:jc w:val="right"/>
      </w:pPr>
      <w:r>
        <w:t>مجھے یاد آتا ہے ایک قصہ، میں اپنے آفس میں بیٹھا ہوا تھا،</w:t>
      </w:r>
    </w:p>
    <w:p>
      <w:r>
        <w:rPr>
          <w:b/>
        </w:rPr>
        <w:t xml:space="preserve">[36:41] </w:t>
      </w:r>
      <w:r>
        <w:t>ek naujawan aaya, woh naujawan ki taleem America mein hui thi, kisi wajah se woh America ko chhod kar India wapas aa gaya.</w:t>
      </w:r>
    </w:p>
    <w:p>
      <w:pPr>
        <w:jc w:val="right"/>
      </w:pPr>
      <w:r>
        <w:t>ایک نوجوان آیا، وہ نوجوان کی تعلیم امریکہ میں ہوئی تھی، کسی وجہ سے وہ امریکہ کو چھوڑ کر انڈیا واپس آ گیا۔</w:t>
      </w:r>
    </w:p>
    <w:p>
      <w:r>
        <w:rPr>
          <w:b/>
        </w:rPr>
        <w:t xml:space="preserve">[36:52] </w:t>
      </w:r>
      <w:r>
        <w:t>to us ke jo saathi thay, sab us ko kya kehte thay? yeh to America chhod kar yahan aa gaye, yahan koi scope kahan hai?</w:t>
      </w:r>
    </w:p>
    <w:p>
      <w:pPr>
        <w:jc w:val="right"/>
      </w:pPr>
      <w:r>
        <w:t>تو اس کے جو ساتھی تھے، سب اس کو کیا کہتے تھے؟ یہ تو امریکہ چھوڑ کر یہاں آ گئے، یہاں کوئی اسکوپ کہاں ہے؟</w:t>
      </w:r>
    </w:p>
    <w:p>
      <w:r>
        <w:rPr>
          <w:b/>
        </w:rPr>
        <w:t xml:space="preserve">[37:02] </w:t>
      </w:r>
      <w:r>
        <w:t>us ne mujhe bataya ke mere jitnay saathi hain, mere rishtedar hain, sab aik hi baat kehte hain,</w:t>
      </w:r>
    </w:p>
    <w:p>
      <w:pPr>
        <w:jc w:val="right"/>
      </w:pPr>
      <w:r>
        <w:t>اس نے مجھے بتایا کہ میرے جتنے ساتھی ہیں، میرے رشتہ دار ہیں، سب ایک ہی بات کہتے ہیں،</w:t>
      </w:r>
    </w:p>
    <w:p>
      <w:r>
        <w:rPr>
          <w:b/>
        </w:rPr>
        <w:t xml:space="preserve">[37:09] </w:t>
      </w:r>
      <w:r>
        <w:t>to America ko chhod kar India aa gaye, yahan to koi scope nahi. to mein ne usay kaha ke scope na hona sab se bara scope hai,</w:t>
      </w:r>
    </w:p>
    <w:p>
      <w:pPr>
        <w:jc w:val="right"/>
      </w:pPr>
      <w:r>
        <w:t>تو امریکہ کو چھوڑ کر انڈیا آ گئے، یہاں تو کوئی اسکوپ نہیں۔ تو میں نے اسے کہا کہ اسکوپ نہ ہونا سب سے بڑا اسکوپ ہے،</w:t>
      </w:r>
    </w:p>
    <w:p>
      <w:r>
        <w:rPr>
          <w:b/>
        </w:rPr>
        <w:t xml:space="preserve">[37:23] </w:t>
      </w:r>
      <w:r>
        <w:t>India mein agar scope na ho to woh sab se bara scope hai. to us ne kaha, woh kaisay</w:t>
      </w:r>
    </w:p>
    <w:p>
      <w:pPr>
        <w:jc w:val="right"/>
      </w:pPr>
      <w:r>
        <w:t>انڈیا میں اگر اسکوپ نہ ہو تو وہ سب سے بڑا اسکوپ ہے۔ تو اس نے کہا، وہ کیسے</w:t>
      </w:r>
    </w:p>
    <w:p>
      <w:r>
        <w:rPr>
          <w:b/>
        </w:rPr>
        <w:t xml:space="preserve">[37:31] </w:t>
      </w:r>
      <w:r>
        <w:t>? mein ne kaha, jab scope na ho to aap ko challenge ban jata hai, woh scope, scope na hona aik challenge ban jata hai, aap ko motivate karta hai, motivate karta hai ke aakhri mein bhi insan hoon, mere paas bhi dimaagh hai, mere paas bhi degree hai, mein bhi koshish karoon, mein bhi aagay aagay barh sakta hoon.</w:t>
      </w:r>
    </w:p>
    <w:p>
      <w:pPr>
        <w:jc w:val="right"/>
      </w:pPr>
      <w:r>
        <w:t>؟ میں نے کہا، جب اسکوپ نہ ہو تو آپ کو چیلنج ہو بن جاتا ہے، وہ اسکوپ، اسکوپ نہ ہونا ایک چیلنج بن جاتا ہے، آپ کو موٹیویٹ کرتا ہے، موٹیویٹ کرتا ہے کہ آخری میں بھی انسان ہوں، میرے پاس بھی دماغ ہے، میرے پاس بھی ڈگری ہے، میں بھی کوشش کروں، میں بھی آگے آگے بڑھ سکتا ہوں۔</w:t>
      </w:r>
    </w:p>
    <w:p>
      <w:r>
        <w:rPr>
          <w:b/>
        </w:rPr>
        <w:t xml:space="preserve">[37:55] </w:t>
      </w:r>
      <w:r>
        <w:t>to mein ne kaha ke India mein aap agar wapas na jayenge, America inshallah, to isi mulk mein aap taraqqi karenge. ab mujhe nahi maloom ke woh ladka kya karta hai, lekin us se mein ne kaha tha ke aap agar theher gaye India mein to aap dekhenge ke aap ke nature ne aap ko motivate kiya aur motivate kar ke aap ko taraqqi tak pahuncha diya.</w:t>
      </w:r>
    </w:p>
    <w:p>
      <w:pPr>
        <w:jc w:val="right"/>
      </w:pPr>
      <w:r>
        <w:t>تو میں نے کہا کہ انڈیا میں آپ اگر واپس نہ جائیں گے، امریکہ انشاءاللہ، تو اسی ملک میں آپ ترقی کریں گے۔ اب مجھے نہیں معلوم کہ وہ لڑکا کیا کرتا ہے، لیکن اس سے میں نے کہا تھا کہ آپ اگر ٹھہر گئے انڈیا میں تو آپ دیکھیں گے کہ آپ کے نیچر نے آپ کو موٹیویٹ کیا اور موٹیویٹ کر کے آپ کو ترقی تک پہنچا دیا۔</w:t>
      </w:r>
    </w:p>
    <w:p>
      <w:r>
        <w:rPr>
          <w:b/>
        </w:rPr>
        <w:t xml:space="preserve">[38:18] </w:t>
      </w:r>
      <w:r>
        <w:t>jahan scope na ho, wahan motivation hota hai, jahan scope na ho, wahan muharrik hota hai,</w:t>
      </w:r>
    </w:p>
    <w:p>
      <w:pPr>
        <w:jc w:val="right"/>
      </w:pPr>
      <w:r>
        <w:t>جہاں اسکوپ نہ ہو، وہاں موٹیویشن ہوتا ہے، جہاں اسکوپ نہ ہو، وہاں محرک ہوتا ہے،</w:t>
      </w:r>
    </w:p>
    <w:p>
      <w:r>
        <w:rPr>
          <w:b/>
        </w:rPr>
        <w:t xml:space="preserve">[38:25] </w:t>
      </w:r>
      <w:r>
        <w:t>jahan scope na ho, wahan challenge hota hai. yeh raaz hai zindagi ka. to jo log tajdeed ka kaam karne ke liye uthay hue hain, yeh sab pata jaanna chahiye.</w:t>
      </w:r>
    </w:p>
    <w:p>
      <w:pPr>
        <w:jc w:val="right"/>
      </w:pPr>
      <w:r>
        <w:t>جہاں اسکوپ نہ ہو، وہاں چیلنج ہوتا ہے۔ یہ راز ہے زندگی کا۔ تو جو لوگ تجدید کا کام کرنے کے لیے اٹھے ہوئے ہیں، یہ سب پتہ جاننا چاہیے۔</w:t>
      </w:r>
    </w:p>
    <w:p>
      <w:r>
        <w:rPr>
          <w:b/>
        </w:rPr>
        <w:t xml:space="preserve">[38:37] </w:t>
      </w:r>
      <w:r>
        <w:t>ab shikayat ki baatein karna ke India mein discrimination hota hai, yeh sab bilkul mein to us ko haram ke darjay mein galat manta hoon, haram ke darjay mein.</w:t>
      </w:r>
    </w:p>
    <w:p>
      <w:pPr>
        <w:jc w:val="right"/>
      </w:pPr>
      <w:r>
        <w:t>اب شکایت کی باتیں کرنا کہ انڈیا میں ڈسکریمینیشن ہوتا ہے، یہ سب بالکل میں تو اس کو حرام کے درجے میں غلط مانتا ہوں، حرام کے درجے میں۔</w:t>
      </w:r>
    </w:p>
    <w:p>
      <w:r>
        <w:rPr>
          <w:b/>
        </w:rPr>
        <w:t xml:space="preserve">[38:50] </w:t>
      </w:r>
      <w:r>
        <w:t>chand din hue aik sahib aaye, un ka ke India mein to discrimination hota hai musalmanon ke sath.</w:t>
      </w:r>
    </w:p>
    <w:p>
      <w:pPr>
        <w:jc w:val="right"/>
      </w:pPr>
      <w:r>
        <w:t>چند دن ہوئے ایک صاحب آئے، ان کا کہ انڈیا میں تو ڈسکریمینیشن ہوتا ہے مسلمانوں کے ساتھ۔</w:t>
      </w:r>
    </w:p>
    <w:p>
      <w:r>
        <w:rPr>
          <w:b/>
        </w:rPr>
        <w:t xml:space="preserve">[38:57] </w:t>
      </w:r>
      <w:r>
        <w:t>to mein ne kaha ke discrimination ki boli jo bolta hai, woh shaitan ki boli bolta hai. unhon ne kaha, woh kaisay? mein ne kaha, jab Allah taala ne insan ko paida kiya aur us ko khalifa banaya,</w:t>
      </w:r>
    </w:p>
    <w:p>
      <w:pPr>
        <w:jc w:val="right"/>
      </w:pPr>
      <w:r>
        <w:t>تو میں نے کہا کہ ڈسکریمینیشن کی بولی جو بولتا ہے، وہ شیطان کی بولی بولتا ہے۔ انہوں نے کہا، وہ کیسے؟ میں نے کہا، جب اللہ تعالی نے انسان کو پیدا کیا اور اس کو خلیفہ بنایا،</w:t>
      </w:r>
    </w:p>
    <w:p>
      <w:r>
        <w:rPr>
          <w:b/>
        </w:rPr>
        <w:t xml:space="preserve">[39:14] </w:t>
      </w:r>
      <w:r>
        <w:t>to shaitan ne kya kiya tha? yahi to kaha tha ke woh us ko paida kiya gaya mitti se, ab mujhe paida kiya aag se, aur us ko darja nahi diya, us</w:t>
      </w:r>
    </w:p>
    <w:p>
      <w:pPr>
        <w:jc w:val="right"/>
      </w:pPr>
      <w:r>
        <w:t>تو شیطان نے کیا کیا تھا؟ یہی تو کہا تھا کہ وہ اس کو پیدا کیا گیا مٹی سے، اب مجھے پیدا کیا آگ سے، اور اس کو درجہ نہیں دیا، اس</w:t>
      </w:r>
    </w:p>
    <w:p>
      <w:r>
        <w:rPr>
          <w:b/>
        </w:rPr>
        <w:t xml:space="preserve">[39:25] </w:t>
      </w:r>
      <w:r>
        <w:t>ko darja nahi diya. yeh to discrimination hai. yani iblis samajhta tha ke darja mujh ko milna chahiye, kyunke mujhe aag se paida kiya gaya hai, aur mil gaya Adam ko.</w:t>
      </w:r>
    </w:p>
    <w:p>
      <w:pPr>
        <w:jc w:val="right"/>
      </w:pPr>
      <w:r>
        <w:t>کو درجہ نہیں دیا۔ یہ تو ڈسکریمینیشن ہے۔ یعنی ابلیس سمجھتا تھا کہ درجہ مجھ کو ملنا چاہیے، کیونکہ مجھے آگ سے پیدا کیا گیا ہے، اور مل گیا آدم کو۔</w:t>
      </w:r>
    </w:p>
    <w:p>
      <w:r>
        <w:rPr>
          <w:b/>
        </w:rPr>
        <w:t xml:space="preserve">[39:39] </w:t>
      </w:r>
      <w:r>
        <w:t>to yeh to discrimination hai. to sab se pehle dunya mein yeh boli bola kaun?</w:t>
      </w:r>
    </w:p>
    <w:p>
      <w:pPr>
        <w:jc w:val="right"/>
      </w:pPr>
      <w:r>
        <w:t>تو یہ تو ڈسکریمینیشن ہے۔ تو سب سے پہلے دنیا میں یہ بولی بولا کون؟</w:t>
      </w:r>
    </w:p>
    <w:p>
      <w:r>
        <w:rPr>
          <w:b/>
        </w:rPr>
        <w:t xml:space="preserve">[39:49] </w:t>
      </w:r>
      <w:r>
        <w:t>Satan bola.</w:t>
      </w:r>
    </w:p>
    <w:p>
      <w:pPr>
        <w:jc w:val="right"/>
      </w:pPr>
      <w:r>
        <w:t>سیٹن بولا۔</w:t>
      </w:r>
    </w:p>
    <w:p>
      <w:r>
        <w:rPr>
          <w:b/>
        </w:rPr>
        <w:t xml:space="preserve">[39:53] </w:t>
      </w:r>
      <w:r>
        <w:t>yani language of discrimination jo istemal kiya tha, Satan istemal kiya. ab jo yeh boli bolta hai, woh Satan ki pairvi karta hai. aur jante hain, Quran mein likha hua hai, ek ayat hai Quran mein ke jo insan Shaitan ki ko follow karega, us ko aur Shaitan ko dono ko jahannum mein daal diya jayega.</w:t>
      </w:r>
    </w:p>
    <w:p>
      <w:pPr>
        <w:jc w:val="right"/>
      </w:pPr>
      <w:r>
        <w:t>یعنی لینگویج آف ڈسکریمینیشن جو استعمال کیا تھا، سیٹن استعمال کیا۔ اب جو یہ بولی بولتا ہے، وہ سیٹن کی پیروی کرتا ہے۔ اور جانتے ہیں، قرآن میں لکھا ہوا ہے، ایک آیت ہے قرآن میں کہ جو انسان شیطان کی کو فالو کرے گا، اس کو اور شیطان کو دونوں کو جہنم میں ڈال دیا جائے گا۔</w:t>
      </w:r>
    </w:p>
    <w:p>
      <w:r>
        <w:rPr>
          <w:b/>
        </w:rPr>
        <w:t xml:space="preserve">[40:14] </w:t>
      </w:r>
      <w:r>
        <w:t>to kitna kitna risky baat hai yeh kehna ke India mein Musalmanon ke sath discrimination hota hai.</w:t>
      </w:r>
    </w:p>
    <w:p>
      <w:pPr>
        <w:jc w:val="right"/>
      </w:pPr>
      <w:r>
        <w:t>تو کتنا کتنا رسکی بات ہے یہ کہنا کہ انڈیا میں مسلمانوں کے ساتھ ڈسکریمینیشن ہوتا ہے۔</w:t>
      </w:r>
    </w:p>
    <w:p>
      <w:r>
        <w:rPr>
          <w:b/>
        </w:rPr>
        <w:t xml:space="preserve">[40:22] </w:t>
      </w:r>
      <w:r>
        <w:t>yani yeh keh kar aap ne ko aap bracket kar rahe hain Satan se. bohat hi zyada khatarnak baat hai jab aap yeh bolein ke India mein Musalmanon ke sath discrimination hota hai, to aap yeh risk le rahe hain ke aap ko bracket kar diya jaye Satan se.</w:t>
      </w:r>
    </w:p>
    <w:p>
      <w:pPr>
        <w:jc w:val="right"/>
      </w:pPr>
      <w:r>
        <w:t>یعنی یہ کہہ کر آپ نے کو آپ بریکٹ کر رہے ہیں سیٹن سے۔ بہت ہی زیادہ خطرناک بات ہے جب آپ یہ بولیں کہ انڈیا میں مسلمانوں کے ساتھ ڈسکریمینیشن ہوتا ہے، تو آپ یہ رسک لے رہے ہیں کہ آپ کو بریکٹ کر دیا جائے سیٹن سے۔</w:t>
      </w:r>
    </w:p>
    <w:p>
      <w:r>
        <w:rPr>
          <w:b/>
        </w:rPr>
        <w:t xml:space="preserve">[40:40] </w:t>
      </w:r>
      <w:r>
        <w:t>kehti hai, khatarnak baat hai, yeh</w:t>
      </w:r>
    </w:p>
    <w:p>
      <w:pPr>
        <w:jc w:val="right"/>
      </w:pPr>
      <w:r>
        <w:t>کہتی ہے، خطرناک بات ہے، یہ</w:t>
      </w:r>
    </w:p>
    <w:p>
      <w:r>
        <w:rPr>
          <w:b/>
        </w:rPr>
        <w:t xml:space="preserve">[40:46] </w:t>
      </w:r>
      <w:r>
        <w:t>kehti hai, khatarnak baat hai. to baat kya hai? discrimination is a part of nature.</w:t>
      </w:r>
    </w:p>
    <w:p>
      <w:pPr>
        <w:jc w:val="right"/>
      </w:pPr>
      <w:r>
        <w:t>کہتی ہے، خطرناک بات ہے۔ تو بات کیا ہے؟ ڈسکریمینیشن از ا پارٹ آف نیچر۔</w:t>
      </w:r>
    </w:p>
    <w:p>
      <w:r>
        <w:rPr>
          <w:b/>
        </w:rPr>
        <w:t xml:space="preserve">[40:54] </w:t>
      </w:r>
      <w:r>
        <w:t>discrimination ek bura naam de diya gaya hai ek haqeeqat ka. discrimination koi cheez hai hi nahi. yani Khuda ki takhleeq mein, Khuda ke creation plan mein, discrimination is nothing.</w:t>
      </w:r>
    </w:p>
    <w:p>
      <w:pPr>
        <w:jc w:val="right"/>
      </w:pPr>
      <w:r>
        <w:t>ڈسکریمینیشن ایک برا نام دے دیا گیا ہے ایک حقیقت کا۔ ڈسکریمینیشن کوئی چیز ہے ہی نہیں۔ یعنی خدا کی تخلیق میں، خدا کے کیشن پلان میں، ڈسکریمینیشن از نتھنگ۔</w:t>
      </w:r>
    </w:p>
    <w:p>
      <w:r>
        <w:rPr>
          <w:b/>
        </w:rPr>
        <w:t xml:space="preserve">[41:08] </w:t>
      </w:r>
      <w:r>
        <w:t>insan ne ek lafz ijad kiya, ek ek ek negative term, ek reality ka ek negative term hai.</w:t>
      </w:r>
    </w:p>
    <w:p>
      <w:pPr>
        <w:jc w:val="right"/>
      </w:pPr>
      <w:r>
        <w:t>انسان نے ایک لفظ ایجاد کیا، ایک ایک ایک نیگیٹیو ٹرم، ایک ریلیٹی کا ایک نیگیٹیو ٹرم ہے۔</w:t>
      </w:r>
    </w:p>
    <w:p>
      <w:r>
        <w:rPr>
          <w:b/>
        </w:rPr>
        <w:t xml:space="preserve">[41:16] </w:t>
      </w:r>
      <w:r>
        <w:t>yeh woh kya hai? ke</w:t>
      </w:r>
    </w:p>
    <w:p>
      <w:pPr>
        <w:jc w:val="right"/>
      </w:pPr>
      <w:r>
        <w:t>یہ وہ کیا ہے؟ کہ</w:t>
      </w:r>
    </w:p>
    <w:p>
      <w:r>
        <w:rPr>
          <w:b/>
        </w:rPr>
        <w:t xml:space="preserve">[41:21] </w:t>
      </w:r>
      <w:r>
        <w:t>according to the law of nature, zindagi mein competition hai, challenge hai, koi aage jata hai, koi peechay hota hai. yeh yeh hota hi hota hai. to is ko kaha gaya discrimination.</w:t>
      </w:r>
    </w:p>
    <w:p>
      <w:pPr>
        <w:jc w:val="right"/>
      </w:pPr>
      <w:r>
        <w:t>اکارڈنگ ٹو دا لاء آف نیچر، زندگی میں کمپیٹیشن ہے، چیلنج ہے، کوئی آگے جاتا ہے، کوئی پیچھے ہوتا ہے۔ یہ یہ ہوتا ہی ہوتا ہے۔ تو اس کو کہا گیا ڈسکریمینیشن۔</w:t>
      </w:r>
    </w:p>
    <w:p>
      <w:r>
        <w:rPr>
          <w:b/>
        </w:rPr>
        <w:t xml:space="preserve">[41:33] </w:t>
      </w:r>
      <w:r>
        <w:t>discrimination nahi hai, woh discrimination nahi hota hai. you are paying the price of your income or your backwardness.</w:t>
      </w:r>
    </w:p>
    <w:p>
      <w:pPr>
        <w:jc w:val="right"/>
      </w:pPr>
      <w:r>
        <w:t>ڈسکریمینیشن نہیں ہے، وہ ڈسکریمینیشن نہیں ہوتا ہے۔ یو آر پینگ دا پرائس آف یور انکم اور یور بیکورڈنس۔</w:t>
      </w:r>
    </w:p>
    <w:p>
      <w:r>
        <w:rPr>
          <w:b/>
        </w:rPr>
        <w:t xml:space="preserve">[41:47] </w:t>
      </w:r>
      <w:r>
        <w:t>aap ki taleem mein agar peechay reh gaye hain, agar aap ke paas achi degree nahi hai, to aap ko select nahi kiya jayega. to discrimination nahi hai, woh woh aap apni hi backwardness ki qeemat ada kar rahe hain.</w:t>
      </w:r>
    </w:p>
    <w:p>
      <w:pPr>
        <w:jc w:val="right"/>
      </w:pPr>
      <w:r>
        <w:t>آپ کی تعلیم میں اگر پیچھے رہ گئے ہیں، اگر آپ کے پاس اچھی ڈگری نہیں ہے، تو آپ کو سلیکٹ نہیں کیا جائے گا۔ تو ڈسکریپشن نہیں ہے، وہ وہ آپ اپنی ہی بیکورڈنس کی قیمت ادا کر رہے ہیں۔</w:t>
      </w:r>
    </w:p>
    <w:p>
      <w:r>
        <w:rPr>
          <w:b/>
        </w:rPr>
        <w:t xml:space="preserve">[42:05] </w:t>
      </w:r>
      <w:r>
        <w:t>to agar hamare leader, hamare likhne aur bolne wale log, hamare jo parche nikalte hain, woh log yeh baat kahein to jahan aadmi dekha ke mera mere sath aisa qissa hua, to woh woh motivation ban jayega ke tum ke woh mislan us ki English kamzor hai to English improve karega, mathematics kamzor hai to mathematics improve karega,</w:t>
      </w:r>
    </w:p>
    <w:p>
      <w:pPr>
        <w:jc w:val="right"/>
      </w:pPr>
      <w:r>
        <w:t>تو اگر ہمارے لیڈر، ہمارے لکھنے اور بولنے والے لوگ، ہمارے جو پرچے نکالتے ہیں، وہ لوگ یہ بات کہیں تو جہاں آدمی دیکھا کہ میرا میرے ساتھ ایسا قصہ ہوا، تو وہ وہ موٹیویشن بن جائے گا کہ تم کہ وہ مثلاً اس کی انگلش کمزور ہے تو انگلش امپروو کرے گا، میتھمیٹک کمزور ہے تو میتھمیٹک امپروو کرے گا،</w:t>
      </w:r>
    </w:p>
    <w:p>
      <w:r>
        <w:rPr>
          <w:b/>
        </w:rPr>
        <w:t xml:space="preserve">[42:35] </w:t>
      </w:r>
      <w:r>
        <w:t>us ka professor degree nahi hai to professor degree lega, aur phir woh aage badh jayega. to jo log Musalmanon ko yeh samajhte rahe hain ke anjam mein Musalmanon ke sath discrimination hota hai, woh Shaitan ki boli bolte hain.</w:t>
      </w:r>
    </w:p>
    <w:p>
      <w:pPr>
        <w:jc w:val="right"/>
      </w:pPr>
      <w:r>
        <w:t>اس کا پروفیسر ڈگری نہیں ہے تو پروفیسر ڈگری لے گا، اور پھر وہ آگے بڑھ جائے گا۔ تو جو لوگ مسلمانوں کو یہ سمجھتے رہے ہیں کہ انجام میں مسلمانوں کے ساتھ ڈسکریمینیشن ہوتا ہے، وہ شیطان کی بولی بولتے ہیں۔</w:t>
      </w:r>
    </w:p>
    <w:p>
      <w:r>
        <w:rPr>
          <w:b/>
        </w:rPr>
        <w:t xml:space="preserve">[42:50] </w:t>
      </w:r>
      <w:r>
        <w:t>woh yeh risk le rahe hain ke un ko wahi un ka anjam wahi ho jo Shaitan ka anjam muqaddar hai. main discrimination ke concept se bilkul inkar karta hoon.</w:t>
      </w:r>
    </w:p>
    <w:p>
      <w:pPr>
        <w:jc w:val="right"/>
      </w:pPr>
      <w:r>
        <w:t>وہ یہ رسک لے رہے ہیں کہ ان کو وہی ان کا انجام وہی ہو جو شیطان کا انجام مقدر ہے۔ میں ڈسکریپشن کے کانسیپٹ سے بالکل انکار کرتا ہوں۔</w:t>
      </w:r>
    </w:p>
    <w:p>
      <w:r>
        <w:rPr>
          <w:b/>
        </w:rPr>
        <w:t xml:space="preserve">[43:00] </w:t>
      </w:r>
      <w:r>
        <w:t>discrimination koi cheez nahi, koi cheez nahi. ek ghar hai, farz kijiye do bete hain ek ke baap ke.</w:t>
      </w:r>
    </w:p>
    <w:p>
      <w:pPr>
        <w:jc w:val="right"/>
      </w:pPr>
      <w:r>
        <w:t>ڈسکریپشن کوئی چیز نہیں، کوئی چیز نہیں۔ ایک گھر ہے، فرض کیجئے دو بیٹے ہیں ایک کے باپ کے۔</w:t>
      </w:r>
    </w:p>
    <w:p>
      <w:r>
        <w:rPr>
          <w:b/>
        </w:rPr>
        <w:t xml:space="preserve">[43:11] </w:t>
      </w:r>
      <w:r>
        <w:t>ek baap, ek bete ne acha parha, job kar raha hai, ghar mein paisa lata hai. acha, doosre bete ne nahi parha, woh paisa nahi nahi lata. to zahir hai ke us ki izzat woh nahi hogi jo ladka paisa lata hai ghar mein, us ki izzat hogi, aur jo paisa nahi lata, us ki izzat nahi hogi.</w:t>
      </w:r>
    </w:p>
    <w:p>
      <w:pPr>
        <w:jc w:val="right"/>
      </w:pPr>
      <w:r>
        <w:t>ایک باپ، ایک بیٹے نے اچھا پڑھا، جاب کر رہا ہے، گھر میں پیسہ لاتا ہے۔ اچھا، دوسرے بیٹے نے نہیں پڑھا، وہ پیسہ نہیں نہیں لاتا۔ تو ظاہر ہے کہ اس کی عزت وہ نہیں ہوگی جو لڑکا پیسہ لاتا ہے گھر میں، اس کی عزت ہوگی، اور جو پیسہ نہیں لاتا، اس کی عزت نہیں ہوگی۔</w:t>
      </w:r>
    </w:p>
    <w:p>
      <w:r>
        <w:rPr>
          <w:b/>
        </w:rPr>
        <w:t xml:space="preserve">[43:29] </w:t>
      </w:r>
      <w:r>
        <w:t>to yeh discrimination nahi hai. yeh yani apparently, it is discrimination. it is a case of discrimination. apparently, it is a case of discrimination, lekin aisa hai nahi.</w:t>
      </w:r>
    </w:p>
    <w:p>
      <w:pPr>
        <w:jc w:val="right"/>
      </w:pPr>
      <w:r>
        <w:t>تو یہ ڈسکریمینیشن نہیں ہے۔ یہ یعنی اپرینٹلی، اٹ از ڈسکریمینیشن۔ اٹ از ا کیس آف ڈسکریمینیشن۔ اپرینٹلی، اٹ از ا کیس آف ڈسکریمینیشن، لیکن ایسا ہے نہیں۔</w:t>
      </w:r>
    </w:p>
    <w:p>
      <w:r>
        <w:rPr>
          <w:b/>
        </w:rPr>
        <w:t xml:space="preserve">[43:40] </w:t>
      </w:r>
      <w:r>
        <w:t>woh woh woh ladka jis ne parha nahi, to woh apne na parhne ki price de raha hai.</w:t>
      </w:r>
    </w:p>
    <w:p>
      <w:pPr>
        <w:jc w:val="right"/>
      </w:pPr>
      <w:r>
        <w:t>وہ وہ وہ لڑکا جس نے پڑھا نہیں، تو وہ اپنے نہ پڑھنے کی پرائس دے رہا ہے۔</w:t>
      </w:r>
    </w:p>
    <w:p>
      <w:r>
        <w:rPr>
          <w:b/>
        </w:rPr>
        <w:t xml:space="preserve">[43:52] </w:t>
      </w:r>
      <w:r>
        <w:t>yani he is paying the price of his own backwardness. koi discrimination ki baat nahi hai.</w:t>
      </w:r>
    </w:p>
    <w:p>
      <w:pPr>
        <w:jc w:val="right"/>
      </w:pPr>
      <w:r>
        <w:t>یعنی ہی از پینگ دا پرائس آف ہز اون بیکورڈنس۔ کوئی ڈسکریپشن کی بات نہیں ہے۔</w:t>
      </w:r>
    </w:p>
    <w:p>
      <w:r>
        <w:rPr>
          <w:b/>
        </w:rPr>
        <w:t xml:space="preserve">[44:00] </w:t>
      </w:r>
      <w:r>
        <w:t>to hadith mein aata hai ke ya to achi baat bolo, bolo hi mat, chup raho. falaq al-khaliq awliya.</w:t>
      </w:r>
    </w:p>
    <w:p>
      <w:pPr>
        <w:jc w:val="right"/>
      </w:pPr>
      <w:r>
        <w:t>تو حدیث میں آتا ہے کہ یا تو اچھی بات بولو، بولو ہی مت، چپ رہو۔ فلیق الخالق اولیاء۔</w:t>
      </w:r>
    </w:p>
    <w:p>
      <w:r>
        <w:rPr>
          <w:b/>
        </w:rPr>
        <w:t xml:space="preserve">[44:11] </w:t>
      </w:r>
      <w:r>
        <w:t>jis ke paas achi baat bolne ki naemat hai, chup raha chahiye us ko. jis ke paas yeh hai ke zulm barash aur hum ko sataya ja raha hai, hum under siege hain, hum hum ko discrimination kiya ja raha hai hamare sath.</w:t>
      </w:r>
    </w:p>
    <w:p>
      <w:pPr>
        <w:jc w:val="right"/>
      </w:pPr>
      <w:r>
        <w:t>جس کے پاس اچھی بات بولنے کی نعوت ہے، چپ رہا چاہیے اس کو۔ جس کے پاس یہ ہے کہ ظلم براش اور ہم کو ستایا جا رہا ہے، ہم انڈر سیج ہیں، ہم ہم کو ڈسکریمینیشن کیا جا رہا ہے ہمارے ساتھ۔</w:t>
      </w:r>
    </w:p>
    <w:p>
      <w:r>
        <w:rPr>
          <w:b/>
        </w:rPr>
        <w:t xml:space="preserve">[44:26] </w:t>
      </w:r>
      <w:r>
        <w:t>jis ke paas yeh boli, us ko bolna nahi chahiye us ko.</w:t>
      </w:r>
    </w:p>
    <w:p>
      <w:pPr>
        <w:jc w:val="right"/>
      </w:pPr>
      <w:r>
        <w:t>جس کے پاس یہ بولی، اس کو بولنا نہیں چاہیے اس کو۔</w:t>
      </w:r>
    </w:p>
    <w:p>
      <w:r>
        <w:rPr>
          <w:b/>
        </w:rPr>
        <w:t xml:space="preserve">[44:32] </w:t>
      </w:r>
      <w:r>
        <w:t>faliq al-khaliq bolo to achhi baat bolo, warna bolo hi mat, chup raho. yeh saare log jo musalmanon ke likhne aur bolne wale hain, un par farz hai ke woh chup ho jayen.</w:t>
      </w:r>
    </w:p>
    <w:p>
      <w:pPr>
        <w:jc w:val="right"/>
      </w:pPr>
      <w:r>
        <w:t>فلیق الخالق بولو تو اچھی بات بولو، ورنہ بولو ہی مت، چپ رہو۔ یہ سارے لوگ جو مسلمانوں کے لکھنے اور بولنے والے ہیں، ان پر فرض ہے کہ وہ چپ ہو جائیں۔</w:t>
      </w:r>
    </w:p>
    <w:p>
      <w:r>
        <w:rPr>
          <w:b/>
        </w:rPr>
        <w:t xml:space="preserve">[44:45] </w:t>
      </w:r>
      <w:r>
        <w:t>ya to apni boli ko badlen, nahin badalte to chup ho jayen. ab musalmanon ko sirf yeh baat batana hai ke tum ne tumhari economy durust ho gayi, mashallah durust ho gaye, tumhare bachche padh bhi</w:t>
      </w:r>
    </w:p>
    <w:p>
      <w:pPr>
        <w:jc w:val="right"/>
      </w:pPr>
      <w:r>
        <w:t>یا تو اپنی بولی کو بدلیں، نہیں بدلتے تو چپ ہو جائیں۔ اب مسلمانوں کو صرف یہ بات بتانا ہے کہ تم نے تمہاری اکانومی درست ہو گئی، ماشاءاللہ درست ہو گئے، تمہارے بچے پڑھ بھی</w:t>
      </w:r>
    </w:p>
    <w:p>
      <w:r>
        <w:rPr>
          <w:b/>
        </w:rPr>
        <w:t xml:space="preserve">[44:58] </w:t>
      </w:r>
      <w:r>
        <w:t>rahe hain. ab tum teesre daur mein dakhil ho jao, yani giver group bano is mulk mein, yani daai bano.</w:t>
      </w:r>
    </w:p>
    <w:p>
      <w:pPr>
        <w:jc w:val="right"/>
      </w:pPr>
      <w:r>
        <w:t>رہے ہیں۔ اب تم تیسرے دور میں داخل ہو جاؤ، یعنی گیور گروپ بنو اس ملک میں، یعنی داعی بنو۔</w:t>
      </w:r>
    </w:p>
    <w:p>
      <w:r>
        <w:rPr>
          <w:b/>
        </w:rPr>
        <w:t xml:space="preserve">[45:08] </w:t>
      </w:r>
      <w:r>
        <w:t>to main dua karta hoon ke Allah taala mujh ko aur aap ko tofeeq de ke hum sahi raste par chalen, Allah ki rehmat ke mustahiq banen, inshallah. assalam o alaikum wa rehmatullah.</w:t>
      </w:r>
    </w:p>
    <w:p>
      <w:pPr>
        <w:jc w:val="right"/>
      </w:pPr>
      <w:r>
        <w:t>تو میں دعا کرتا ہوں کہ اللہ تعالی مجھ کو اور آپ کو توفیق دے کہ ہم صحیح راستے پر چلیں، اللہ کی رحمت کے مستحق بنیں، انشاءاللہ۔ السلام علیکم ورحمۃ اللہ۔</w:t>
      </w:r>
    </w:p>
    <w:p>
      <w:r>
        <w:rPr>
          <w:b/>
        </w:rPr>
        <w:t xml:space="preserve">[45:36] </w:t>
      </w:r>
      <w:r>
        <w:t>we are starting with the question and answer session now. i request our online viewers to please send in their questions on info at cpsglobal.org.</w:t>
      </w:r>
    </w:p>
    <w:p>
      <w:pPr>
        <w:jc w:val="right"/>
      </w:pPr>
      <w:r>
        <w:t>وی آر سٹارٹنگ ود دا کوئسچن اینڈ انسر سیشن ناؤ۔ آئی ریکویسٹ اور آن لائن ویوورز ٹو پلیز سینڈ ان دیر کوئسچنز ان انفو ایٹ سی پی ایس گلوبل ڈاٹ او آر جی۔</w:t>
      </w:r>
    </w:p>
    <w:p>
      <w:r>
        <w:rPr>
          <w:b/>
        </w:rPr>
        <w:t xml:space="preserve">[45:50] </w:t>
      </w:r>
      <w:r>
        <w:t>ma'ni yeh pehla sawal aaya hai mr. asif ka dehli se. why muslims consider dawah a wastage of money?</w:t>
      </w:r>
    </w:p>
    <w:p>
      <w:pPr>
        <w:jc w:val="right"/>
      </w:pPr>
      <w:r>
        <w:t>معنی یہ پہلا سوال آیا ہے مسٹر آصف کا دہلی سے۔ وائی مسلمز کنسیڈر دعویٰ ا ویسٹج آف منی؟</w:t>
      </w:r>
    </w:p>
    <w:p>
      <w:r>
        <w:rPr>
          <w:b/>
        </w:rPr>
        <w:t xml:space="preserve">[46:01] </w:t>
      </w:r>
      <w:r>
        <w:t>dekhiye, dawah</w:t>
      </w:r>
    </w:p>
    <w:p>
      <w:pPr>
        <w:jc w:val="right"/>
      </w:pPr>
      <w:r>
        <w:t>دیکھیے، دعوت</w:t>
      </w:r>
    </w:p>
    <w:p>
      <w:r>
        <w:rPr>
          <w:b/>
        </w:rPr>
        <w:t xml:space="preserve">[46:05] </w:t>
      </w:r>
      <w:r>
        <w:t>ki importance to musalmanon ko pata hi nahin thi. masla yeh hai ke jitne musalmanon ke jo likhne wale aur bolne wale log hain, unhon ne kabhi dawah ki amd batai hi nahin.</w:t>
      </w:r>
    </w:p>
    <w:p>
      <w:pPr>
        <w:jc w:val="right"/>
      </w:pPr>
      <w:r>
        <w:t>کی امپورٹنس تو مسلمانوں کو پتہ ہی نہیں تھی۔ مسئلہ یہ ہے کہ جتنے مسلمانوں کے جو لکھنے والے اور بولنے والے لوگ ہیں، انہوں نے کبھی دعوت کی امد بتائی ہی نہیں۔</w:t>
      </w:r>
    </w:p>
    <w:p>
      <w:r>
        <w:rPr>
          <w:b/>
        </w:rPr>
        <w:t xml:space="preserve">[46:18] </w:t>
      </w:r>
      <w:r>
        <w:t>to woh yeh samajhte hain ke dawah ka kaam karna time waste karna hai.</w:t>
      </w:r>
    </w:p>
    <w:p>
      <w:pPr>
        <w:jc w:val="right"/>
      </w:pPr>
      <w:r>
        <w:t>تو وہ یہ سمجھتے ہیں کہ دعوت کا کا کام کرنا ٹائم ویسٹ کرنا ہے۔</w:t>
      </w:r>
    </w:p>
    <w:p>
      <w:r>
        <w:rPr>
          <w:b/>
        </w:rPr>
        <w:t xml:space="preserve">[46:27] </w:t>
      </w:r>
      <w:r>
        <w:t>time dawah woh cheez hai jo aap ko, yani is aap ko nabi ka, aap ko yeh credit deti deti hai ke aap ne woh kaam kiya jo jis kaam ko nabi ne chhora tha apne baad.</w:t>
      </w:r>
    </w:p>
    <w:p>
      <w:pPr>
        <w:jc w:val="right"/>
      </w:pPr>
      <w:r>
        <w:t>ٹائم دعوت وہ چیز ہے جو آپ کو، یعنی اس آپ کو نبی کا، آپ کو یہ کریڈٹ دیتی دیتی ہے کہ آپ نے وہ کام کیا جو جس کام کو نبی نے چھوڑا تھا اپنے بعد۔</w:t>
      </w:r>
    </w:p>
    <w:p>
      <w:r>
        <w:rPr>
          <w:b/>
        </w:rPr>
        <w:t xml:space="preserve">[46:45] </w:t>
      </w:r>
      <w:r>
        <w:t>woh kaam kar rahe hain. wa laika min nabiyyin, yeh woh log hain jo nabi ke saathi honge.</w:t>
      </w:r>
    </w:p>
    <w:p>
      <w:pPr>
        <w:jc w:val="right"/>
      </w:pPr>
      <w:r>
        <w:t>وہ کام کر رہے ہیں۔ ولائک من نبین، یہ وہ لوگ ہیں جو نبی کے ساتھی ہوں گے۔</w:t>
      </w:r>
    </w:p>
    <w:p>
      <w:r>
        <w:rPr>
          <w:b/>
        </w:rPr>
        <w:t xml:space="preserve">[46:52] </w:t>
      </w:r>
      <w:r>
        <w:t>unhein itna bada darja milega ke qayamat mein anbiya ke saathi honge. yeh log yeh bataya nahin gaya to na batane ki wajah se aisa hai.</w:t>
      </w:r>
    </w:p>
    <w:p>
      <w:pPr>
        <w:jc w:val="right"/>
      </w:pPr>
      <w:r>
        <w:t>انہیں اتنا بڑا درجہ ملے گا کہ قیامت میں انبیاء کے ساتھی ہوں گے۔ یہ لوگ یہ بتایا نہیں گیا تو نہ بتانے کی وجہ سے ایسا ہے۔</w:t>
      </w:r>
    </w:p>
    <w:p>
      <w:r>
        <w:rPr>
          <w:b/>
        </w:rPr>
        <w:t xml:space="preserve">[47:02] </w:t>
      </w:r>
      <w:r>
        <w:t>is ka hal yeh hai ke logon ko bataya jaye ke dawah karti aam baat hai. dawah ki qeemat kya hai? ma'ni agla sawal kya hai?</w:t>
      </w:r>
    </w:p>
    <w:p>
      <w:pPr>
        <w:jc w:val="right"/>
      </w:pPr>
      <w:r>
        <w:t>اس کا حل یہ ہے کہ لوگوں کو بتایا جائے کہ دعوت کرتی عام بات ہے۔ دعوت کی قیمت کیا ہے؟ معنی اگلا سوال کیا ہے؟</w:t>
      </w:r>
    </w:p>
    <w:p>
      <w:r>
        <w:rPr>
          <w:b/>
        </w:rPr>
        <w:t xml:space="preserve">[47:11] </w:t>
      </w:r>
      <w:r>
        <w:t>mukhtar ahmed ne bihar se e</w:t>
      </w:r>
    </w:p>
    <w:p>
      <w:pPr>
        <w:jc w:val="right"/>
      </w:pPr>
      <w:r>
        <w:t>مختار احمد نے بہار سے ای</w:t>
      </w:r>
    </w:p>
    <w:p>
      <w:r>
        <w:rPr>
          <w:b/>
        </w:rPr>
        <w:t xml:space="preserve">[47:14] </w:t>
      </w:r>
      <w:r>
        <w:t>at the time of start of our prayer, we should tell the niyat or is intention enough.</w:t>
      </w:r>
    </w:p>
    <w:p>
      <w:pPr>
        <w:jc w:val="right"/>
      </w:pPr>
      <w:r>
        <w:t>ٹ دا ٹائم آف سٹارٹ آف اور پریئر، وی شوڈ ٹیل دی نیت اور از انٹینشن انف۔</w:t>
      </w:r>
    </w:p>
    <w:p>
      <w:r>
        <w:rPr>
          <w:b/>
        </w:rPr>
        <w:t xml:space="preserve">[47:27] </w:t>
      </w:r>
      <w:r>
        <w:t>to niyat aur intention to ek hi cheez hai. sawal mere khayal se sahi alfaaz mein nahin hai. sawal karne ka matlab ghaleban yeh hai ke lafzon mein niyat ko kehna zaroori hai ke niyat kafi hai.</w:t>
      </w:r>
    </w:p>
    <w:p>
      <w:pPr>
        <w:jc w:val="right"/>
      </w:pPr>
      <w:r>
        <w:t>تو نیت اور انٹینشن تو ایک ہی چیز ہے۔ سوال میرے خیال سے صحیح الفاظ میں نہیں ہے۔ سوال کرنے کا مطلب غالباً یہ ہے کہ لفظوں میں نیت کو کہنا ضروری ہے کہ نیت کافی ہے۔</w:t>
      </w:r>
    </w:p>
    <w:p>
      <w:r>
        <w:rPr>
          <w:b/>
        </w:rPr>
        <w:t xml:space="preserve">[47:40] </w:t>
      </w:r>
      <w:r>
        <w:t>shayad matlab sawal ka yeh hai</w:t>
      </w:r>
    </w:p>
    <w:p>
      <w:pPr>
        <w:jc w:val="right"/>
      </w:pPr>
      <w:r>
        <w:t>شاید مطلب سوال کا یہ ہے</w:t>
      </w:r>
    </w:p>
    <w:p>
      <w:r>
        <w:rPr>
          <w:b/>
        </w:rPr>
        <w:t xml:space="preserve">[47:43] </w:t>
      </w:r>
      <w:r>
        <w:t>kiyunke aam taur par log yeh karte hain ke munh mera taraf kabe ke waghera alfaaz bolte hain. to yeh alfaaz bolna hargiz zaroori nahin hai.</w:t>
      </w:r>
    </w:p>
    <w:p>
      <w:pPr>
        <w:jc w:val="right"/>
      </w:pPr>
      <w:r>
        <w:t>کیونکہ عام طور پر لوگ یہ کرتے ہیں کہ منہ میرا طرف کعبے کے وغیرہ الفاظ بولتے ہیں۔ تو یہ الفاظ بولنا ہرگز ضروری نہیں ہے۔</w:t>
      </w:r>
    </w:p>
    <w:p>
      <w:r>
        <w:rPr>
          <w:b/>
        </w:rPr>
        <w:t xml:space="preserve">[47:54] </w:t>
      </w:r>
      <w:r>
        <w:t>sahaba aise alfaaz nahin bolte the. yeh to awam ke liye hain. yeh saare alfaaz</w:t>
      </w:r>
    </w:p>
    <w:p>
      <w:pPr>
        <w:jc w:val="right"/>
      </w:pPr>
      <w:r>
        <w:t>صحابہ ایسے الفاظ نہیں بولتے تھے۔ یہ تو عوام کے لیے ہیں۔ یہ سارے الفاظ</w:t>
      </w:r>
    </w:p>
    <w:p>
      <w:r>
        <w:rPr>
          <w:b/>
        </w:rPr>
        <w:t xml:space="preserve">[48:00] </w:t>
      </w:r>
      <w:r>
        <w:t>. agli cheez yeh hai ke aap niyat. niyat ke ma'ni yeh hain ke aap, yani zehn aap ka bedaar ho. aap aap samajhte hon, yani aap aap ke zehn mein yeh yeh khayal taza ho ke main namaz parhne ke khada hua hoon.</w:t>
      </w:r>
    </w:p>
    <w:p>
      <w:pPr>
        <w:jc w:val="right"/>
      </w:pPr>
      <w:r>
        <w:t>۔ اگلی چیز یہ ہے کہ آپ نیت۔ نیت کے معنی یہ ہیں کہ آپ، یعنی ذہن آپ کا بیدار ہو۔ آپ آپ سمجھتے ہوں، یعنی آپ آپ کے ذہن میں یہ یہ خیال تازہ ہو کہ میں نماز پڑھنے کے کھڑا ہوا ہوں۔</w:t>
      </w:r>
    </w:p>
    <w:p>
      <w:r>
        <w:rPr>
          <w:b/>
        </w:rPr>
        <w:t xml:space="preserve">[48:18] </w:t>
      </w:r>
      <w:r>
        <w:t>to alfaaz dohrana hargiz zaroori nahin hai, lekin niyat zaroori hai.</w:t>
      </w:r>
    </w:p>
    <w:p>
      <w:pPr>
        <w:jc w:val="right"/>
      </w:pPr>
      <w:r>
        <w:t>تو الفاظ دہرانا ہرگز ضروری نہیں ہے، لیکن نیت ضروری ہے۔</w:t>
      </w:r>
    </w:p>
    <w:p>
      <w:r>
        <w:rPr>
          <w:b/>
        </w:rPr>
        <w:t xml:space="preserve">[48:24] </w:t>
      </w:r>
      <w:r>
        <w:t>niyat ke ma'ni hain, yani</w:t>
      </w:r>
    </w:p>
    <w:p>
      <w:pPr>
        <w:jc w:val="right"/>
      </w:pPr>
      <w:r>
        <w:t>نیت کے معنی ہیں، یعنی</w:t>
      </w:r>
    </w:p>
    <w:p>
      <w:r>
        <w:rPr>
          <w:b/>
        </w:rPr>
        <w:t xml:space="preserve">[48:29] </w:t>
      </w:r>
      <w:r>
        <w:t>yani yani</w:t>
      </w:r>
    </w:p>
    <w:p>
      <w:pPr>
        <w:jc w:val="right"/>
      </w:pPr>
      <w:r>
        <w:t>یعنی یعنی</w:t>
      </w:r>
    </w:p>
    <w:p>
      <w:r>
        <w:rPr>
          <w:b/>
        </w:rPr>
        <w:t xml:space="preserve">[48:33] </w:t>
      </w:r>
      <w:r>
        <w:t>zehn ke zehn idhar udhar na bhatak raha ho, balkeh sach much ehsaas aap par taari ho ke hum Allah ki namaz parh rahe hain.</w:t>
      </w:r>
    </w:p>
    <w:p>
      <w:pPr>
        <w:jc w:val="right"/>
      </w:pPr>
      <w:r>
        <w:t>ذہن کے ذہن ادھر ادھر نہ بھٹک رہا ہو، بلکہ سچ مچ احساس آپ پر طاری ہو کہ ہم اللہ کی نماز پڑھ رہے ہیں۔</w:t>
      </w:r>
    </w:p>
    <w:p>
      <w:r>
        <w:rPr>
          <w:b/>
        </w:rPr>
        <w:t xml:space="preserve">[48:41] </w:t>
      </w:r>
      <w:r>
        <w:t>yeh niyat hai aur is liye yeh ma'ni. agla sawal aaya hai hussain arha ka srinagar se. assalam o alaikum molana sahib.</w:t>
      </w:r>
    </w:p>
    <w:p>
      <w:pPr>
        <w:jc w:val="right"/>
      </w:pPr>
      <w:r>
        <w:t>یہ نیت ہے اور اس لیے یہ معنی۔ اگلا سوال آیا ہے حسین ارہا کا سری نگر سے۔ السلام علیکم مولانا صاحب۔</w:t>
      </w:r>
    </w:p>
    <w:p>
      <w:r>
        <w:rPr>
          <w:b/>
        </w:rPr>
        <w:t xml:space="preserve">[48:53] </w:t>
      </w:r>
      <w:r>
        <w:t>recently i attended a school function with my child and there was a great discussion on morality development in children.</w:t>
      </w:r>
    </w:p>
    <w:p>
      <w:pPr>
        <w:jc w:val="right"/>
      </w:pPr>
      <w:r>
        <w:t>ریسنٹلی آئی اٹینڈڈ ا سکول فنکشن ود مائی چائلڈ اینڈ دیر واز ا گریٹ ڈسکشن ان موریلٹی ڈیولپمنٹ ان چلڈرن۔</w:t>
      </w:r>
    </w:p>
    <w:p>
      <w:r>
        <w:rPr>
          <w:b/>
        </w:rPr>
        <w:t xml:space="preserve">[49:03] </w:t>
      </w:r>
      <w:r>
        <w:t>at the end of the function i failed to understand how can we develop morality in our children. Maulana sahib, my question to you is what is morality and how can we develop this in our children?</w:t>
      </w:r>
    </w:p>
    <w:p>
      <w:pPr>
        <w:jc w:val="right"/>
      </w:pPr>
      <w:r>
        <w:t>ایٹ دی اینڈ اف دی فنکشن آئی فیلڈ ٹو انڈرسٹینڈ ہاؤ کین وی ڈیویلپ موریلٹی ان اور چلڈرن۔ مولانا صاحب، مائی کوئسچن ٹو یو از واٹ از موریلٹی اینڈ ہاؤ کین وی ڈیویلپ دس ان اور چلڈرن؟</w:t>
      </w:r>
    </w:p>
    <w:p>
      <w:r>
        <w:rPr>
          <w:b/>
        </w:rPr>
        <w:t xml:space="preserve">[49:20] </w:t>
      </w:r>
      <w:r>
        <w:t>yeh jo aap aaj jo baatein keen, yeh sab moral ko boost karne ki baatein hain. abhi jo maine baatein kahi hain, moral ko boost karne ki baatein hain.</w:t>
      </w:r>
    </w:p>
    <w:p>
      <w:pPr>
        <w:jc w:val="right"/>
      </w:pPr>
      <w:r>
        <w:t>یہ جو آپ آج جو باتیں کیں، یہ سب مورال کو بوسٹ کرنے کی باتیں ہیں۔ ابھی جو میں نے باتیں کہی ہیں، مورال کو بوسٹ کرنے کی باتیں ہیں۔</w:t>
      </w:r>
    </w:p>
    <w:p>
      <w:r>
        <w:rPr>
          <w:b/>
        </w:rPr>
        <w:t xml:space="preserve">[49:31] </w:t>
      </w:r>
      <w:r>
        <w:t>to hamari hamare lecture, hum hamare jo lecture hote hain, woh ka audio aur video tape maujood hai, usko sunwaiye ya kitabein padhwaiye.</w:t>
      </w:r>
    </w:p>
    <w:p>
      <w:pPr>
        <w:jc w:val="right"/>
      </w:pPr>
      <w:r>
        <w:t>تو ہماری ہمارے لیکچر، ہم ہمارے جو لیکچر ہوتے ہیں، وہ کا آڈیو اور ویڈیو ٹیپ موجود ہے، اس کو سنوائیے یا کتابیں پڑھوائیے۔</w:t>
      </w:r>
    </w:p>
    <w:p>
      <w:r>
        <w:rPr>
          <w:b/>
        </w:rPr>
        <w:t xml:space="preserve">[49:43] </w:t>
      </w:r>
      <w:r>
        <w:t>hamare mareezi nikalte hain, usko padhwaiye.</w:t>
      </w:r>
    </w:p>
    <w:p>
      <w:pPr>
        <w:jc w:val="right"/>
      </w:pPr>
      <w:r>
        <w:t>ہمارے مریضی نکلتے ہیں، اس کو پڑھوائیے۔</w:t>
      </w:r>
    </w:p>
    <w:p>
      <w:r>
        <w:rPr>
          <w:b/>
        </w:rPr>
        <w:t xml:space="preserve">[49:47] </w:t>
      </w:r>
      <w:r>
        <w:t>is hamara hamare mission ka maqsad yeh hai ke moral boost karna. to aap is ko, hamari kitabon ko, hamare video ko istemal kijiye.</w:t>
      </w:r>
    </w:p>
    <w:p>
      <w:pPr>
        <w:jc w:val="right"/>
      </w:pPr>
      <w:r>
        <w:t>اس ہمارا ہمارے مشن کا مقصد یہ ہے کہ مورال بوسٹ کرنا۔ تو آپ اس کو، ہماری کتابوں کو، ہمارے ویڈیو کو استعمال کیجئے۔</w:t>
      </w:r>
    </w:p>
    <w:p>
      <w:r>
        <w:rPr>
          <w:b/>
        </w:rPr>
        <w:t xml:space="preserve">[49:57] </w:t>
      </w:r>
      <w:r>
        <w:t>inshallah mustafeed hoga.</w:t>
      </w:r>
    </w:p>
    <w:p>
      <w:pPr>
        <w:jc w:val="right"/>
      </w:pPr>
      <w:r>
        <w:t>انشاءاللہ استفادہ ہوگا۔</w:t>
      </w:r>
    </w:p>
    <w:p>
      <w:r>
        <w:rPr>
          <w:b/>
        </w:rPr>
        <w:t xml:space="preserve">[50:02] </w:t>
      </w:r>
      <w:r>
        <w:t>Maulana, yeh agla sawal aaya hai Mr Raj Malik ka Delhi se. Maulana, ek sahib ko maine aap ki kitab Shatm Rasool ka masla diya.</w:t>
      </w:r>
    </w:p>
    <w:p>
      <w:pPr>
        <w:jc w:val="right"/>
      </w:pPr>
      <w:r>
        <w:t>مولانا، یہ اگلا سوال آیا ہے مسٹر راج ملک کا دہلی سے۔ مولانا، ایک صاحب کو میں نے آپ کی کتاب شتم رسول کا مسئلہ دیا۔</w:t>
      </w:r>
    </w:p>
    <w:p>
      <w:r>
        <w:rPr>
          <w:b/>
        </w:rPr>
        <w:t xml:space="preserve">[50:14] </w:t>
      </w:r>
      <w:r>
        <w:t>baad mein is sahib ne kitab ki tareef ki, lekin yeh kaha ke Maulana Azrael aur RSS ke liye kaam karte hain, wahan se unko paisa milta hai.</w:t>
      </w:r>
    </w:p>
    <w:p>
      <w:pPr>
        <w:jc w:val="right"/>
      </w:pPr>
      <w:r>
        <w:t>بعد میں اس صاحب نے کتاب کی تعریف کی، لیکن یہ کہا کہ مولانا عزرائیل اور آر ایس ایس کے لیے کام کرتے ہیں، وہاں سے ان کو پیسہ ملتا ہے۔</w:t>
      </w:r>
    </w:p>
    <w:p>
      <w:r>
        <w:rPr>
          <w:b/>
        </w:rPr>
        <w:t xml:space="preserve">[50:26] </w:t>
      </w:r>
      <w:r>
        <w:t>Maulana, maine kaha ke yeh sab propaganda hai, to woh ghussa ho gaye aur kaha ke main journalist hoon, kai baar Maulana ka interview liya hai, main unko achi tarah jaanta hoon, woh sara blame Musalmanon ko dete hain.</w:t>
      </w:r>
    </w:p>
    <w:p>
      <w:pPr>
        <w:jc w:val="right"/>
      </w:pPr>
      <w:r>
        <w:t>مولانا، میں نے کہا کہ یہ سب پروپیگنڈا ہے، تو وہ غصہ ہو گئے اور کہا کہ میں جرنلسٹ ہوں، کئی بار مولانا کا انٹرویو لیا ہے، میں ان کو اچھی طرح جانتا ہوں، وہ سارا بلیم مسلمانوں کو دیتے ہیں۔</w:t>
      </w:r>
    </w:p>
    <w:p>
      <w:r>
        <w:rPr>
          <w:b/>
        </w:rPr>
        <w:t xml:space="preserve">[50:45] </w:t>
      </w:r>
      <w:r>
        <w:t>dekhiye, masla yeh nahi hai ke kis ko blame diya jata hai.</w:t>
      </w:r>
    </w:p>
    <w:p>
      <w:pPr>
        <w:jc w:val="right"/>
      </w:pPr>
      <w:r>
        <w:t>دیکھیے، مسئلہ یہ نہیں ہے کہ کس کو بلیم دیا جاتا ہے۔</w:t>
      </w:r>
    </w:p>
    <w:p>
      <w:r>
        <w:rPr>
          <w:b/>
        </w:rPr>
        <w:t xml:space="preserve">[50:52] </w:t>
      </w:r>
      <w:r>
        <w:t>masla yeh hai ke daleel kya hai? woh jo baat woh keh rahe hain, uski unke paas koi daleel honi chahiye. yaani kis daleel se woh kehte hain ke hum, yaani Israel ka kaam kar rahe hain ya BJP ka kaam kar rahe hain?</w:t>
      </w:r>
    </w:p>
    <w:p>
      <w:pPr>
        <w:jc w:val="right"/>
      </w:pPr>
      <w:r>
        <w:t>مسئلہ یہ ہے کہ دلیل کیا ہے؟ وہ جو بات وہ کہہ رہے ہیں، اس کی ان کے پاس کوئی دلیل ہونی چاہیے۔ یعنی کس دلیل سے وہ کہتے ہیں کہ ہم، یعنی اسرائیل کا کام کر رہے ہیں یا بی جے پی کا کام کر رہے ہیں؟</w:t>
      </w:r>
    </w:p>
    <w:p>
      <w:r>
        <w:rPr>
          <w:b/>
        </w:rPr>
        <w:t xml:space="preserve">[51:08] </w:t>
      </w:r>
      <w:r>
        <w:t>ko</w:t>
      </w:r>
    </w:p>
    <w:p>
      <w:pPr>
        <w:jc w:val="right"/>
      </w:pPr>
      <w:r>
        <w:t>کو</w:t>
      </w:r>
    </w:p>
    <w:p>
      <w:r>
        <w:rPr>
          <w:b/>
        </w:rPr>
        <w:t xml:space="preserve">[51:09] </w:t>
      </w:r>
      <w:r>
        <w:t>i daleel chahiye? to daleel daleel kya hai? ke jo baat humne kahi hai, woh Quran ke mutabiq hai, Quran ke mutabiq nahi hai. misaal ke taur par dekhiye, Shat Rasool ka masla lijiye.</w:t>
      </w:r>
    </w:p>
    <w:p>
      <w:pPr>
        <w:jc w:val="right"/>
      </w:pPr>
      <w:r>
        <w:t>ئی دلیل چاہیے؟ تو دلیل دلیل کیا ہے؟ کہ جو بات ہم نے کہی ہے، وہ قرآن کے مطابق ہے، قرآن کے مطابق نہیں ہے۔ مثلاً دیکھیے، شط رسول کا مسئلہ لیجئے۔</w:t>
      </w:r>
    </w:p>
    <w:p>
      <w:r>
        <w:rPr>
          <w:b/>
        </w:rPr>
        <w:t xml:space="preserve">[51:22] </w:t>
      </w:r>
      <w:r>
        <w:t>Quran mein kahin bhi yeh nahi ke jo shat kahe, usko maar dalo. jo Musalman kar rahe hain, already Quran mein iska ulta hai. Quran mein hai ke doosron ko tum shat na karo, warna woh retaliate karenge.</w:t>
      </w:r>
    </w:p>
    <w:p>
      <w:pPr>
        <w:jc w:val="right"/>
      </w:pPr>
      <w:r>
        <w:t>قرآن میں کہیں بھی یہ نہیں کہ جو شط کہے، اس کو مار ڈالو۔ جو مسلمان کر رہے ہیں، الریڈی قرآن میں اس کا الٹا ہے۔ قرآن میں ہے کہ دوسروں کو تم شط نہ کرو، ورنہ وہ ریٹیلیٹ کریں گے۔</w:t>
      </w:r>
    </w:p>
    <w:p>
      <w:r>
        <w:rPr>
          <w:b/>
        </w:rPr>
        <w:t xml:space="preserve">[51:40] </w:t>
      </w:r>
      <w:r>
        <w:t>Musalmanon ko is se mana kiya gaya hai ke doosron ko bhadak aisi baat kaha jis se bhadak uthe hain aur woh reaction mein kuch karne lage hain.</w:t>
      </w:r>
    </w:p>
    <w:p>
      <w:pPr>
        <w:jc w:val="right"/>
      </w:pPr>
      <w:r>
        <w:t>مسلمانوں کو اس سے منع کیا گیا ہے کہ دوسروں کو بھڑک ایسی بات کہا جس سے بھڑک اٹھے ہیں اور وہ ری ایکشن میں کچھ کرنے لگے ہیں۔</w:t>
      </w:r>
    </w:p>
    <w:p>
      <w:r>
        <w:rPr>
          <w:b/>
        </w:rPr>
        <w:t xml:space="preserve">[51:49] </w:t>
      </w:r>
      <w:r>
        <w:t>to Musalmanon se kaha, Musalmanon se kaha gaya, doosron ko nahi.</w:t>
      </w:r>
    </w:p>
    <w:p>
      <w:pPr>
        <w:jc w:val="right"/>
      </w:pPr>
      <w:r>
        <w:t>تو مسلمانوں سے کہا، مسلمانوں سے کہا گیا، دوسروں کو نہیں۔</w:t>
      </w:r>
    </w:p>
    <w:p>
      <w:r>
        <w:rPr>
          <w:b/>
        </w:rPr>
        <w:t xml:space="preserve">[51:56] </w:t>
      </w:r>
      <w:r>
        <w:t>to hum jo baat karte hain, Quran o Hadees ke hawale se kehte hain, kisi ko hamare upar ek criticism karne ka haq hai, lekin daleel shayad karna chahiye.</w:t>
      </w:r>
    </w:p>
    <w:p>
      <w:pPr>
        <w:jc w:val="right"/>
      </w:pPr>
      <w:r>
        <w:t>تو ہم جو بات کرتے ہیں، قرآن و حدیث کے حوالے سے کہتے ہیں، کسی کو ہمارے اوپر ایک کریٹیسز کرنے کا حق ہے، لیکن دلیل شاید کرنا چاہیے۔</w:t>
      </w:r>
    </w:p>
    <w:p>
      <w:r>
        <w:rPr>
          <w:b/>
        </w:rPr>
        <w:t xml:space="preserve">[52:07] </w:t>
      </w:r>
      <w:r>
        <w:t>yeh to ilzaam ki boli hai, allegation ki boli hai. to allegation to kis ke upar laga dijiye? Shaitan ne naoozubillah Allah mere upar laga diya allegation ke tum ne Khudaaya to ne discrimination se kaam liya.</w:t>
      </w:r>
    </w:p>
    <w:p>
      <w:pPr>
        <w:jc w:val="right"/>
      </w:pPr>
      <w:r>
        <w:t>یہ تو الزام کی بولی ہے، ایلیگیشن کی بولی ہے۔ تو ایلیگیشن تو کس کے اوپر لگا دیجئے؟ شیطان نے نعوذ باللہ اللہ میرے اوپر لگا دیا ایلیگیشن کہ تم نے خدایا تو نے ڈسکریمینیشن سے کام لیا۔</w:t>
      </w:r>
    </w:p>
    <w:p>
      <w:r>
        <w:rPr>
          <w:b/>
        </w:rPr>
        <w:t xml:space="preserve">[52:24] </w:t>
      </w:r>
      <w:r>
        <w:t>to allegation se kuch nahi hota, aap ko daleel deni padegi.</w:t>
      </w:r>
    </w:p>
    <w:p>
      <w:pPr>
        <w:jc w:val="right"/>
      </w:pPr>
      <w:r>
        <w:t>تو ایلیگیشن سے کچھ نہیں ہوتا، آپ کو دلیل دینی پڑے گی۔</w:t>
      </w:r>
    </w:p>
    <w:p>
      <w:r>
        <w:rPr>
          <w:b/>
        </w:rPr>
        <w:t xml:space="preserve">[52:32] </w:t>
      </w:r>
      <w:r>
        <w:t>Maulana, yeh agla sawal aaya hai Mr Imran ka Bahrain se. Maulana sahib, today in your lecture, you said that Muslims have entered next phase of intellectual revival.</w:t>
      </w:r>
    </w:p>
    <w:p>
      <w:pPr>
        <w:jc w:val="right"/>
      </w:pPr>
      <w:r>
        <w:t>مولانا، یہ اگلا سوال آیا ہے مسٹر عمران کا بحرین سے۔ مولانا صاحب، ٹوڈے ان یور لیکچر، یو سیڈ دیٹ مسلمز ہیو انٹرڈ نیکسٹ فیز اف انٹلیکچول ریوائیول۔</w:t>
      </w:r>
    </w:p>
    <w:p>
      <w:r>
        <w:rPr>
          <w:b/>
        </w:rPr>
        <w:t xml:space="preserve">[52:45] </w:t>
      </w:r>
      <w:r>
        <w:t>but how is it possible when every literature they collect information from and every gathering they sit in?</w:t>
      </w:r>
    </w:p>
    <w:p>
      <w:pPr>
        <w:jc w:val="right"/>
      </w:pPr>
      <w:r>
        <w:t>بٹ ہاؤ از اٹ پوسیبل وین ایوری لٹریچر دے کلیکٹ انفارمیشن فرام اینڈ ایوری گیدرنگ دے سٹ ان؟</w:t>
      </w:r>
    </w:p>
    <w:p>
      <w:r>
        <w:rPr>
          <w:b/>
        </w:rPr>
        <w:t xml:space="preserve">[52:53] </w:t>
      </w:r>
      <w:r>
        <w:t>they only hear and read negative news and and conspiracy of others. dekhiye, maine yeh nahi kaha hai ke ke woh culminating point tak pahunch pahunch gaya.</w:t>
      </w:r>
    </w:p>
    <w:p>
      <w:pPr>
        <w:jc w:val="right"/>
      </w:pPr>
      <w:r>
        <w:t>دے اونلی ہیئر اینڈ ریڈ نیگیٹیو نیوز اینڈ اینڈ کانسپریسی اف ادرز۔ دیکھیے، میں نے یہ نہیں کہا ہے کہ کہ وہ کلمیٹنگ پوائنٹ تک پہنچ پہنچ گیا۔</w:t>
      </w:r>
    </w:p>
    <w:p>
      <w:r>
        <w:rPr>
          <w:b/>
        </w:rPr>
        <w:t xml:space="preserve">[53:09] </w:t>
      </w:r>
      <w:r>
        <w:t>maine kaha hai ke process shuru ho gaya hai, culmination ka point abhi nahi aaya hai.</w:t>
      </w:r>
    </w:p>
    <w:p>
      <w:pPr>
        <w:jc w:val="right"/>
      </w:pPr>
      <w:r>
        <w:t>میں نے کہا ہے کہ پراسیس شروع ہو گیا ہے، کلمیشن کا پوائنٹ ابھی نہیں آیا ہے۔</w:t>
      </w:r>
    </w:p>
    <w:p>
      <w:r>
        <w:rPr>
          <w:b/>
        </w:rPr>
        <w:t xml:space="preserve">[53:16] </w:t>
      </w:r>
      <w:r>
        <w:t>to hum aap koshish kar ke is ko boost karein, is process ko boost karein yahan tak ke woh culminating point tak pahunch jaye. to maine jo kaha hai, woh process ka shuru hona hai, process ka ka culmination mein pahunchana nahi hai.</w:t>
      </w:r>
    </w:p>
    <w:p>
      <w:pPr>
        <w:jc w:val="right"/>
      </w:pPr>
      <w:r>
        <w:t>تو ہم آپ کوشش کر کے اس کو بوسٹ کریں، اس پراسیس کو بوسٹ کریں یہاں تک کہ وہ کلمیٹنگ پوائنٹ تک پہنچ جائے۔ تو میں نے جو کہا ہے، وہ پراسیس کا شروع ہونا ہے، پراسیس کا کا کلمیشن میں پہنچانا نہیں ہے۔</w:t>
      </w:r>
    </w:p>
    <w:p>
      <w:r>
        <w:rPr>
          <w:b/>
        </w:rPr>
        <w:t xml:space="preserve">[53:33] </w:t>
      </w:r>
      <w:r>
        <w:t>is ka mani ke hamari ab hamari zimmedari yeh hai ke hum is ko boost karein, hum booster banein. to inshallah woh mukammal ho jayega.</w:t>
      </w:r>
    </w:p>
    <w:p>
      <w:pPr>
        <w:jc w:val="right"/>
      </w:pPr>
      <w:r>
        <w:t>اس کا معنی کہ ہماری اب ہماری ذمہ داری یہ ہے کہ ہم اس کو بوسٹ کریں، ہم بوسٹر بنیں۔ تو انشاءاللہ وہ مکمل ہو جائے گا۔</w:t>
      </w:r>
    </w:p>
    <w:p>
      <w:r>
        <w:rPr>
          <w:b/>
        </w:rPr>
        <w:t xml:space="preserve">[53:45] </w:t>
      </w:r>
      <w:r>
        <w:t>mani yeh agla sawal kiya hai doctor fareeda khanum ne dehli se. nowadays muslims are laying great emphasis on form in their worship.</w:t>
      </w:r>
    </w:p>
    <w:p>
      <w:pPr>
        <w:jc w:val="right"/>
      </w:pPr>
      <w:r>
        <w:t>معنی یہ اگلا سوال کیا ہے ڈاکٹر فریدہ خانم نے دہلی سے۔ ناؤ ڈیز مسلمز آر لینگ گریٹ ایمفیسز ان فارم ان دیر ورشپ۔</w:t>
      </w:r>
    </w:p>
    <w:p>
      <w:r>
        <w:rPr>
          <w:b/>
        </w:rPr>
        <w:t xml:space="preserve">[53:57] </w:t>
      </w:r>
      <w:r>
        <w:t>how this tendency develops in the people of the book? why the spirit gets lost in later generations of the people of the book?</w:t>
      </w:r>
    </w:p>
    <w:p>
      <w:pPr>
        <w:jc w:val="right"/>
      </w:pPr>
      <w:r>
        <w:t>ہاؤ دس ٹینڈنسی ڈیویلپس ان دی پیپل اف دا بک؟ وائی دا سپرٹ گیٹس لاسٹ ان لیٹر جنریشنز اف دا پیپل اف دا بک؟</w:t>
      </w:r>
    </w:p>
    <w:p>
      <w:r>
        <w:rPr>
          <w:b/>
        </w:rPr>
        <w:t xml:space="preserve">[54:07] </w:t>
      </w:r>
      <w:r>
        <w:t>please explain. dekhiye, yehhi yehhi hamesha hota hai.</w:t>
      </w:r>
    </w:p>
    <w:p>
      <w:pPr>
        <w:jc w:val="right"/>
      </w:pPr>
      <w:r>
        <w:t>پلیز ایکسپلین۔ دیکھیے، یہی یہی ہمیشہ ہوتا ہے۔</w:t>
      </w:r>
    </w:p>
    <w:p>
      <w:r>
        <w:rPr>
          <w:b/>
        </w:rPr>
        <w:t xml:space="preserve">[54:12] </w:t>
      </w:r>
      <w:r>
        <w:t>pichhli ummaton mein bhi hua, musalmanon mein bhi hua. kyunke jab spirit khatam hoti hai to tab bhi deen baqi rehta hai, lekin form ke aitbar se baqi rehta hai.</w:t>
      </w:r>
    </w:p>
    <w:p>
      <w:pPr>
        <w:jc w:val="right"/>
      </w:pPr>
      <w:r>
        <w:t>پچھلی امتوں میں بھی ہوا، مسلمانوں میں بھی ہوا۔ کیونکہ جب اسپرٹ ختم ہوتی ہے تو تو تب بھی دین باقی رہتا ہے، لیکن فارم کے اعتبار سے باقی رہتا ہے۔</w:t>
      </w:r>
    </w:p>
    <w:p>
      <w:r>
        <w:rPr>
          <w:b/>
        </w:rPr>
        <w:t xml:space="preserve">[54:25] </w:t>
      </w:r>
      <w:r>
        <w:t>kabhi bhi deen khatam nahi hota, spirit khatam hoti hai. to mujaddid ka kaam yeh hai ke spirit ko revive karein. woh form ko revive karne ki zaroorat hi nahi hai, woh to already maujood hota hai hamesha.</w:t>
      </w:r>
    </w:p>
    <w:p>
      <w:pPr>
        <w:jc w:val="right"/>
      </w:pPr>
      <w:r>
        <w:t>کبھی بھی دین ختم نہیں ہوتا، اسپرٹ ختم ہوتی ہے۔ تو مجدد کا کام یہ ہے کہ اسٹریٹ کو ریوائیو کریں۔ وہ فارم کو ریوائیو کرنے کی ضرورت ہی نہیں ہے، وہ تو الریڈی موجود ہوتا ہے ہمیشہ۔</w:t>
      </w:r>
    </w:p>
    <w:p>
      <w:r>
        <w:rPr>
          <w:b/>
        </w:rPr>
        <w:t xml:space="preserve">[54:38] </w:t>
      </w:r>
      <w:r>
        <w:t>to mujaddid ka kaam asal mein sach poochhein to revive karna hai spirit ko, aur yeh hamesha jari rahega. kyunke ek rasool Allah sallallahu alaihi wasallam ne kuch logon ke darmiyan kaam kiya, un mein aap ne spirit paida ki.</w:t>
      </w:r>
    </w:p>
    <w:p>
      <w:pPr>
        <w:jc w:val="right"/>
      </w:pPr>
      <w:r>
        <w:t>تو مجدد کا کام اصل میں سچ پوچھیں تو ریوائیو کرنا ہے اسپرٹ کو، اور یہ ہمیشہ جاری رہے گا۔ کیونکہ ایک رسول اللہ صلی اللہ علیہ وسلم نے کچھ لوگوں کے درمیان کام کیا، ان میں آپ نے اسپرٹ پیدا کی۔</w:t>
      </w:r>
    </w:p>
    <w:p>
      <w:r>
        <w:rPr>
          <w:b/>
        </w:rPr>
        <w:t xml:space="preserve">[54:54] </w:t>
      </w:r>
      <w:r>
        <w:t>to hamesha jadid jadid rehte hain, nahi mar jate hain. woh phir un ke bete, phir un ke pote. to baad ki naslon mein kabhi bhi woh spirit baqi nahi rehti.</w:t>
      </w:r>
    </w:p>
    <w:p>
      <w:pPr>
        <w:jc w:val="right"/>
      </w:pPr>
      <w:r>
        <w:t>تو ہمیشہ جدت جدت رہتے ہیں، نہیں مر جاتے ہیں۔ وہ پھر ان کے بیٹے، پھر ان کے پوتے۔ تو بعد کی نسلوں میں کبھی بھی وہ اسپرٹ باقی نہیں رہتی۔</w:t>
      </w:r>
    </w:p>
    <w:p>
      <w:r>
        <w:rPr>
          <w:b/>
        </w:rPr>
        <w:t xml:space="preserve">[55:04] </w:t>
      </w:r>
      <w:r>
        <w:t>form to rehta hai, lekin spirit nahi baqi rehti. to tajdid haqiqatan baad ki naslon ke mein aata</w:t>
      </w:r>
    </w:p>
    <w:p>
      <w:pPr>
        <w:jc w:val="right"/>
      </w:pPr>
      <w:r>
        <w:t>فارم تو رہتا ہے، لیکن اسپرٹ نہیں باقی رہتی۔ تو تجدید حقیقتاً بعد کی نسلوں کے میں آتا</w:t>
      </w:r>
    </w:p>
    <w:p>
      <w:r>
        <w:rPr>
          <w:b/>
        </w:rPr>
        <w:t xml:space="preserve">[55:11] </w:t>
      </w:r>
      <w:r>
        <w:t>hai, pehli nasal ki nahi hai. yeh to ek ek law of nature hai, yeh chalta rahega. mani yeh agla sawal aaya hai Maulana Iqbal Umri ka Chennai se.</w:t>
      </w:r>
    </w:p>
    <w:p>
      <w:pPr>
        <w:jc w:val="right"/>
      </w:pPr>
      <w:r>
        <w:t>ہے، پہلی نسل کی نہیں ہے۔ یہ تو ایک ایک لاء آف نیچر ہے، یہ چلتا رہے گا۔ معنی یہ اگلا سوال آیا ہے مولانا اقبال عمری کا چنئی سے۔</w:t>
      </w:r>
    </w:p>
    <w:p>
      <w:r>
        <w:rPr>
          <w:b/>
        </w:rPr>
        <w:t xml:space="preserve">[55:24] </w:t>
      </w:r>
      <w:r>
        <w:t>Maulana, positive approach rakhna aur insaniyat ki mukammal khair khwahi karna hi asal tajdid hai. aaj wazeh hua.</w:t>
      </w:r>
    </w:p>
    <w:p>
      <w:pPr>
        <w:jc w:val="right"/>
      </w:pPr>
      <w:r>
        <w:t>مولانا، پوزیٹیو اپروچ رکھنا اور انسانیت کی مکمل خیر خواہی کرنا ہی اصل تجدید ہے۔ آج واضح ہوا۔</w:t>
      </w:r>
    </w:p>
    <w:p>
      <w:r>
        <w:rPr>
          <w:b/>
        </w:rPr>
        <w:t xml:space="preserve">[55:33] </w:t>
      </w:r>
      <w:r>
        <w:t>tajaddud aur tajdid mein kiya farq hai? tajaddud pasand kis ko kaha jata hai?</w:t>
      </w:r>
    </w:p>
    <w:p>
      <w:pPr>
        <w:jc w:val="right"/>
      </w:pPr>
      <w:r>
        <w:t>تجدد اور تجدید میں کیا فرق ہے؟ تجدد پسند کس کو کہا جاتا ہے؟</w:t>
      </w:r>
    </w:p>
    <w:p>
      <w:r>
        <w:rPr>
          <w:b/>
        </w:rPr>
        <w:t xml:space="preserve">[55:42] </w:t>
      </w:r>
      <w:r>
        <w:t>dekhiye, tajdid ka matlab hota hai asal deen ki tajdid. maslan asal deen kiya hai? ke namaz ka form baqi rahe, rooh na baqi rahe.</w:t>
      </w:r>
    </w:p>
    <w:p>
      <w:pPr>
        <w:jc w:val="right"/>
      </w:pPr>
      <w:r>
        <w:t>دیکھیے، تجدید کا مطلب ہوتا ہے اصل دین کی تجدید۔ مثلاً اصل دین کیا ہے؟ کہ نماز کا فارم باقی رہے، روح نہ باقی رہے۔</w:t>
      </w:r>
    </w:p>
    <w:p>
      <w:r>
        <w:rPr>
          <w:b/>
        </w:rPr>
        <w:t xml:space="preserve">[55:57] </w:t>
      </w:r>
      <w:r>
        <w:t>jaise hadith mein aata hai ke "la salata liman lam yatasah"</w:t>
      </w:r>
    </w:p>
    <w:p>
      <w:pPr>
        <w:jc w:val="right"/>
      </w:pPr>
      <w:r>
        <w:t>جیسے حدیث میں آتا ہے کہ "لا صلاۃ لملم یتخش"</w:t>
      </w:r>
    </w:p>
    <w:p>
      <w:r>
        <w:rPr>
          <w:b/>
        </w:rPr>
        <w:t xml:space="preserve">[56:01] </w:t>
      </w:r>
      <w:r>
        <w:t>to log is ko bhool jayen aur samjhen ke misal wali namaz parh lo to namaz ho gayi. aur "la salata liman lam yatasah" ya bhool jayen woh.</w:t>
      </w:r>
    </w:p>
    <w:p>
      <w:pPr>
        <w:jc w:val="right"/>
      </w:pPr>
      <w:r>
        <w:t>تو لوگ اس کو بھول جائیں اور سمجھیں کہ مثال والی نماز پڑھ لو تو نماز ہو گئی۔ اور "لا صلاۃ لملم یتخش" یا بھول جائیں وہ۔</w:t>
      </w:r>
    </w:p>
    <w:p>
      <w:r>
        <w:rPr>
          <w:b/>
        </w:rPr>
        <w:t xml:space="preserve">[56:11] </w:t>
      </w:r>
      <w:r>
        <w:t>to tajdid ka kaam yeh hai ke is ko yaad dilaya jaye, is ko yaad dilaya jaye. aur taake log jo hain apne form wali namaz ke sath sath khushu wali namaz is mein izafa karein.</w:t>
      </w:r>
    </w:p>
    <w:p>
      <w:pPr>
        <w:jc w:val="right"/>
      </w:pPr>
      <w:r>
        <w:t>تو تجدید کا کام یہ ہے کہ اس کو یاد دلایا جائے، اس کو یاد دلایا جائے۔ اور تاکہ لوگ جو ہیں اپنے فارم والی نماز کے ساتھ ساتھ خشوع والی نماز اس میں اضافہ کریں۔</w:t>
      </w:r>
    </w:p>
    <w:p>
      <w:r>
        <w:rPr>
          <w:b/>
        </w:rPr>
        <w:t xml:space="preserve">[56:24] </w:t>
      </w:r>
      <w:r>
        <w:t>yeh to hua tajdid ka kaam. tajaddud yeh hai ke apne dimagh se nikalna.</w:t>
      </w:r>
    </w:p>
    <w:p>
      <w:pPr>
        <w:jc w:val="right"/>
      </w:pPr>
      <w:r>
        <w:t>یہ تو ہوا تجدید کا کام۔ تجدد یہ ہے کہ اپنے دماغ سے نکالنا۔</w:t>
      </w:r>
    </w:p>
    <w:p>
      <w:r>
        <w:rPr>
          <w:b/>
        </w:rPr>
        <w:t xml:space="preserve">[56:30] </w:t>
      </w:r>
      <w:r>
        <w:t>maslan kuch log kehte hain ke yeh kuch log kehte hain ke yeh qurbani jo hai, yeh paise ka zaya hai.</w:t>
      </w:r>
    </w:p>
    <w:p>
      <w:pPr>
        <w:jc w:val="right"/>
      </w:pPr>
      <w:r>
        <w:t>مثلاً کچھ لوگ کہتے ہیں کہ یہ کچھ لوگ کہتے ہیں کہ یہ قربانی جو ہے، یہ پیسے کا ضیاء ہے۔</w:t>
      </w:r>
    </w:p>
    <w:p>
      <w:r>
        <w:rPr>
          <w:b/>
        </w:rPr>
        <w:t xml:space="preserve">[56:44] </w:t>
      </w:r>
      <w:r>
        <w:t>qurbani band karo aur logon ko paisa bant do. yeh sab tajaddud hai. kyunke jo jadid mein nahi hai, us ko aap ne apne dimagh se nikala. roze ke liye kehte hain ke woh arab mein khane ki cheezein kam hoti theen.</w:t>
      </w:r>
    </w:p>
    <w:p>
      <w:pPr>
        <w:jc w:val="right"/>
      </w:pPr>
      <w:r>
        <w:t>قربانی بند کرو اور لوگوں کو پیسہ بانٹ دو۔ یہ سب تجدید ہے۔ کیونکہ جو جدید میں نہیں ہے، اس کو آپ نے اپنے دماغ سے نکالا۔ روزہ کے لیے کہتے ہیں کہ وہ عرب میں کھانے کی چیزیں کم ہوتی تھیں۔</w:t>
      </w:r>
    </w:p>
    <w:p>
      <w:r>
        <w:rPr>
          <w:b/>
        </w:rPr>
        <w:t xml:space="preserve">[56:57] </w:t>
      </w:r>
      <w:r>
        <w:t>likh kar</w:t>
      </w:r>
    </w:p>
    <w:p>
      <w:pPr>
        <w:jc w:val="right"/>
      </w:pPr>
      <w:r>
        <w:t>لکھ کر</w:t>
      </w:r>
    </w:p>
    <w:p>
      <w:r>
        <w:rPr>
          <w:b/>
        </w:rPr>
        <w:t xml:space="preserve">[56:58] </w:t>
      </w:r>
      <w:r>
        <w:t>de ke roza rakho, ab roze ki zaroorat nahi. yeh sab tajaddud hai. yani jo cheez deen mein maujood ho, apne dimagh se aap kahein ke nahi, yeh nahi hai.</w:t>
      </w:r>
    </w:p>
    <w:p>
      <w:pPr>
        <w:jc w:val="right"/>
      </w:pPr>
      <w:r>
        <w:t>دے کہ روزہ رکھو، اب روزے کی ضرورت نہیں۔ یہ سب تجدد ہے۔ یعنی جو چیز دین میں موجود ہو، اپنے دماغ سے آپ کہیں کہ نہیں، یہ نہیں ہے۔</w:t>
      </w:r>
    </w:p>
    <w:p>
      <w:r>
        <w:rPr>
          <w:b/>
        </w:rPr>
        <w:t xml:space="preserve">[57:12] </w:t>
      </w:r>
      <w:r>
        <w:t>roze ke bare mein yeh kahein ke arab mein khane peene kam hota tha, is liye roze rakhte hain. kaha ab roze ki zaroorat nahi hai. yeh tajaddud hai. lekin agar roze ke form baqi rehne ke spirit khatam ho jaye to us ko zinda kar rahe hain aap, to woh tajdid hai.</w:t>
      </w:r>
    </w:p>
    <w:p>
      <w:pPr>
        <w:jc w:val="right"/>
      </w:pPr>
      <w:r>
        <w:t>روزے کے بارے میں یہ کہیں کہ عرب میں کھانے پینے کم ہوتا تھا، اس لیے روزہ رکھتے ہیں۔ کہا اب روزے کی ضرورت نہیں ہے۔ یہ تجدد ہے۔ لیکن اگر روزہ کے فارم باقی رہنے کے اسپرٹ ختم ہو جائے تو اس کو زندہ کر رہے ہیں آپ، تو وہ تجدید ہے۔</w:t>
      </w:r>
    </w:p>
    <w:p>
      <w:r>
        <w:rPr>
          <w:b/>
        </w:rPr>
        <w:t xml:space="preserve">[57:32] </w:t>
      </w:r>
      <w:r>
        <w:t>yeh yeh hai dono ka farq. Maulana, yeh agla sawal kiya hai? Mahtab sahib ne Dhampur se. Maulana sahib, maa ke pairon ke neeche jannat hai.</w:t>
      </w:r>
    </w:p>
    <w:p>
      <w:pPr>
        <w:jc w:val="right"/>
      </w:pPr>
      <w:r>
        <w:t>یہ یہ ہے دونوں کا فرق۔ مولانا، یہ اگلا سوال کیا ہے؟ مہتاب صاحب نے دھامپور سے۔ مولانا صاحب، ماں کے پیروں کے نیچے جنت ہے۔</w:t>
      </w:r>
    </w:p>
    <w:p>
      <w:r>
        <w:rPr>
          <w:b/>
        </w:rPr>
        <w:t xml:space="preserve">[57:44] </w:t>
      </w:r>
      <w:r>
        <w:t>please expl</w:t>
      </w:r>
    </w:p>
    <w:p>
      <w:pPr>
        <w:jc w:val="right"/>
      </w:pPr>
      <w:r>
        <w:t>پلیز ایکسپل</w:t>
      </w:r>
    </w:p>
    <w:p>
      <w:r>
        <w:rPr>
          <w:b/>
        </w:rPr>
        <w:t xml:space="preserve">[57:45] </w:t>
      </w:r>
      <w:r>
        <w:t>ain. yeh yeh to ek yani maa ke pairon ke jannat hai. is ki koi yani is ka lafzi mani mein koi le lein to yeh bilkul galat hai.</w:t>
      </w:r>
    </w:p>
    <w:p>
      <w:pPr>
        <w:jc w:val="right"/>
      </w:pPr>
      <w:r>
        <w:t>ین۔ یہ یہ تو ایک یعنی ماں کے پیروں کے جنت ہے۔ اس کی کوئی یعنی اس کا لفظی معنی میں کوئی لے لیں تو یہ بالکل غلط ہے۔</w:t>
      </w:r>
    </w:p>
    <w:p>
      <w:r>
        <w:rPr>
          <w:b/>
        </w:rPr>
        <w:t xml:space="preserve">[57:57] </w:t>
      </w:r>
      <w:r>
        <w:t>woh aik usoolon pe kerne ka ke barhon ki barhon ki khidmat karo. Maa baap bhi barhon mein shamil hain, barhon mein se hotay hain.</w:t>
      </w:r>
    </w:p>
    <w:p>
      <w:pPr>
        <w:jc w:val="right"/>
      </w:pPr>
      <w:r>
        <w:t>وہ ایک اصولوں پہ کرنے کا کہ بڑوں کی بڑوں کی خدمت کرو۔ ماں باپ بھی بڑوں میں شامل ہیں، بڑوں میں سے ہوتے ہیں۔</w:t>
      </w:r>
    </w:p>
    <w:p>
      <w:r>
        <w:rPr>
          <w:b/>
        </w:rPr>
        <w:t xml:space="preserve">[58:07] </w:t>
      </w:r>
      <w:r>
        <w:t>Maa barhon ki khidmat karo, barhon ka adab karo, barhon se naseehat lo.</w:t>
      </w:r>
    </w:p>
    <w:p>
      <w:pPr>
        <w:jc w:val="right"/>
      </w:pPr>
      <w:r>
        <w:t>ماں بڑوں کی خدمت کرو، بڑوں کا ادب کرو، بڑوں سے نصیحت لو۔</w:t>
      </w:r>
    </w:p>
    <w:p>
      <w:r>
        <w:rPr>
          <w:b/>
        </w:rPr>
        <w:t xml:space="preserve">[58:13] </w:t>
      </w:r>
      <w:r>
        <w:t>baqi aisa nahi ke bas is ke paon ke neeche jannat hai. Ab maa ne kaha jannat mile gi, nahi kaha jannat nahi mile gi. Yeh sab is ka talluq deen se kuch bhi nahi hai.</w:t>
      </w:r>
    </w:p>
    <w:p>
      <w:pPr>
        <w:jc w:val="right"/>
      </w:pPr>
      <w:r>
        <w:t>باقی ایسا نہیں کہ بس اس کے پاؤں کے نیچے جنت ہے۔ اب ماں نے کہا جنت ملے گی، نہیں کہا جنت نہیں ملے گی۔ یہ سب اس کا تعلق دین سے کچھ بھی نہیں ہے۔</w:t>
      </w:r>
    </w:p>
    <w:p>
      <w:r>
        <w:rPr>
          <w:b/>
        </w:rPr>
        <w:t xml:space="preserve">[58:26] </w:t>
      </w:r>
      <w:r>
        <w:t>Mani yeh agla sawal aya hai doctor Fareeda Khanam ka Delhi se.</w:t>
      </w:r>
    </w:p>
    <w:p>
      <w:pPr>
        <w:jc w:val="right"/>
      </w:pPr>
      <w:r>
        <w:t>معنی یہ اگلا سوال آیا ہے ڈاکٹر فریدہ خانم کا دہلی سے۔</w:t>
      </w:r>
    </w:p>
    <w:p>
      <w:r>
        <w:rPr>
          <w:b/>
        </w:rPr>
        <w:t xml:space="preserve">[58:31] </w:t>
      </w:r>
      <w:r>
        <w:t>What is this phenomenon that even those Muslims who have good jobs, who are successful businessmen and are also successful in other fields, they are busy complaining against others?</w:t>
      </w:r>
    </w:p>
    <w:p>
      <w:pPr>
        <w:jc w:val="right"/>
      </w:pPr>
      <w:r>
        <w:t>واٹ از دس فیناومینا دیٹ ایون دوز مسلمز ہو ہیو گڈ جابز، ہو آر سکسیس فل بزنس مین اینڈ آر السو سکسیس فل ان ادر فیلڈز، دے آر بزی کمپلیننگ اگینسٹ ادرز؟</w:t>
      </w:r>
    </w:p>
    <w:p>
      <w:r>
        <w:rPr>
          <w:b/>
        </w:rPr>
        <w:t xml:space="preserve">[58:45] </w:t>
      </w:r>
      <w:r>
        <w:t>I don't understand it. Is liye ke dekhiye, woh rehte kahan hain? Muslim society mein rehte hain.</w:t>
      </w:r>
    </w:p>
    <w:p>
      <w:pPr>
        <w:jc w:val="right"/>
      </w:pPr>
      <w:r>
        <w:t>آئی ڈونٹ انڈرسٹینڈ اٹ۔ اس لیے کہ دیکھیے، وہ رہتے کہاں ہیں؟ مسلم سوسائٹی میں رہتے ہیں۔</w:t>
      </w:r>
    </w:p>
    <w:p>
      <w:r>
        <w:rPr>
          <w:b/>
        </w:rPr>
        <w:t xml:space="preserve">[58:55] </w:t>
      </w:r>
      <w:r>
        <w:t>Agarche woh un ka aik job place mein ya work place mein jatay hain, wahan paisay kama ke wapas atay hain.</w:t>
      </w:r>
    </w:p>
    <w:p>
      <w:pPr>
        <w:jc w:val="right"/>
      </w:pPr>
      <w:r>
        <w:t>اگرچہ وہ ان کا ایک جاب پلیس میں یا ورک پلیس میں جاتے ہیں، وہاں پیسے کما کے واپس آتے ہیں۔</w:t>
      </w:r>
    </w:p>
    <w:p>
      <w:r>
        <w:rPr>
          <w:b/>
        </w:rPr>
        <w:t xml:space="preserve">[59:03] </w:t>
      </w:r>
      <w:r>
        <w:t>Lekin un ka jo rehna hai, zindagi guzarna hai, woh isi Muslim muashray mein hota hai jahan charchay ho raha hai ke Musalmanon ke sath ziyadti ho rahi hai.</w:t>
      </w:r>
    </w:p>
    <w:p>
      <w:pPr>
        <w:jc w:val="right"/>
      </w:pPr>
      <w:r>
        <w:t>لیکن ان کا جو رہنا ہے، زندگی گزارنا ہے، وہ اسی مسلم معاشرے میں ہوتا ہے جہاں چرچہ ہو رہا ہے کہ مسلمانوں کے ساتھ زیادتی ہو رہی ہے۔</w:t>
      </w:r>
    </w:p>
    <w:p>
      <w:r>
        <w:rPr>
          <w:b/>
        </w:rPr>
        <w:t xml:space="preserve">[59:16] </w:t>
      </w:r>
      <w:r>
        <w:t>Kyunke jitnay bhi Musalmanon ke likhne bolne walay log hain, jo stage par bolte hain, jo kitabein chapte hain, jo P.E.D. gul nikalte hain, woh sab ke sab one to all negative boli bol rahe hain.</w:t>
      </w:r>
    </w:p>
    <w:p>
      <w:pPr>
        <w:jc w:val="right"/>
      </w:pPr>
      <w:r>
        <w:t>کیونکہ جتنے بھی مسلمانوں کے لکھنے بولنے والے لوگ ہیں، جو اسٹیج پر بولتے ہیں، جو کتابیں چھاپتے ہیں، جو پی ای ڈی گل نکالتے ہیں، وہ سب کے سب ون ٹو ال نیگیٹیو بولی بول رہے ہیں۔</w:t>
      </w:r>
    </w:p>
    <w:p>
      <w:r>
        <w:rPr>
          <w:b/>
        </w:rPr>
        <w:t xml:space="preserve">[59:28] </w:t>
      </w:r>
      <w:r>
        <w:t>Aik tradition chal para hai. To isi isi pe lot'te hain, woh thora sa waqt guzartay hain apne work place mein, us ke baad isi pe lot atay hain, isi isi charchay mein woh khud bhi shamil ho jatay hain.</w:t>
      </w:r>
    </w:p>
    <w:p>
      <w:pPr>
        <w:jc w:val="right"/>
      </w:pPr>
      <w:r>
        <w:t>ایک ٹریڈیشن چل پڑا ہے۔ تو اسی اسی پہ لوٹتے ہیں، وہ تھوڑا سا وقت گزارتے ہیں اپنے ورک پلیس میں، اس کے بعد اسی پہ لوٹ آتے ہیں، اسی اسی چرچے میں وہ خود بھی شامل ہو جاتے ہیں۔</w:t>
      </w:r>
    </w:p>
    <w:p>
      <w:r>
        <w:rPr>
          <w:b/>
        </w:rPr>
        <w:t xml:space="preserve">[59:42] </w:t>
      </w:r>
      <w:r>
        <w:t>To kaha un ka mindset jo jo cheez banati hai, woh un ka apna muashra hai, un ka apna ghar hai. To</w:t>
      </w:r>
    </w:p>
    <w:p>
      <w:pPr>
        <w:jc w:val="right"/>
      </w:pPr>
      <w:r>
        <w:t>تو کہا ان کا مائنڈ سیٹ جو جو چیز بناتی ہے، وہ ان کا اپنا معاشرہ ہے، ان کا اپنا گھر ہے۔ تو</w:t>
      </w:r>
    </w:p>
    <w:p>
      <w:r>
        <w:rPr>
          <w:b/>
        </w:rPr>
        <w:t xml:space="preserve">[59:52] </w:t>
      </w:r>
      <w:r>
        <w:t>To is wajah se bohat hi ziyada yani gehrai ke sath kaam karna hoga, tab mindset toote ga.</w:t>
      </w:r>
    </w:p>
    <w:p>
      <w:pPr>
        <w:jc w:val="right"/>
      </w:pPr>
      <w:r>
        <w:t>تو اس وجہ سے بہت ہی زیادہ یعنی گہرائی کے ساتھ کام کرنا ہوگا، تب مائنڈ سیٹ ٹوٹے گا۔</w:t>
      </w:r>
    </w:p>
    <w:p>
      <w:r>
        <w:rPr>
          <w:b/>
        </w:rPr>
        <w:t xml:space="preserve">[1:00:02] </w:t>
      </w:r>
      <w:r>
        <w:t>Maulana, yeh agla sawal kiya hai doctor Najma Siddiqui ne Delhi se. Maulana, your talk today has given a different angle of thinking and mindset, which would give confidence to minorities instead of low self-esteem.</w:t>
      </w:r>
    </w:p>
    <w:p>
      <w:pPr>
        <w:jc w:val="right"/>
      </w:pPr>
      <w:r>
        <w:t>مولانا، یہ اگلا سوال کیا ہے ڈاکٹر نجمہ صدیقی نے دہلی سے۔ مولانا، یور ٹاک ٹوڈے ہیز گیون ا ڈفرنٹ اینگل اف تھنکنگ اینڈ مائنڈ سیٹ، وچ وڈ گیو کانفیڈنس ٹو مائنورٹیز انسٹیڈ اف لو سیلف اسٹیم۔</w:t>
      </w:r>
    </w:p>
    <w:p>
      <w:r>
        <w:rPr>
          <w:b/>
        </w:rPr>
        <w:t xml:space="preserve">[1:00:19] </w:t>
      </w:r>
      <w:r>
        <w:t>I am thinking to propagate this message to the women groups and educational institutions where I go. What is your opinion?</w:t>
      </w:r>
    </w:p>
    <w:p>
      <w:pPr>
        <w:jc w:val="right"/>
      </w:pPr>
      <w:r>
        <w:t>آئی ایم تھنکنگ ٹو پروپیگیٹ دس میسج ٹو دا وومن گروپس اینڈ ایجوکیشنل انسٹیٹیوشنز ویر آئی گو۔ واٹ از یور اوپینین؟</w:t>
      </w:r>
    </w:p>
    <w:p>
      <w:r>
        <w:rPr>
          <w:b/>
        </w:rPr>
        <w:t xml:space="preserve">[1:00:29] </w:t>
      </w:r>
      <w:r>
        <w:t>To bohat achi baat hai, aap ne sahi pakra baat ko. Aur yeh is nahj par aap already kaam kar rahe hain, mere khayal se.</w:t>
      </w:r>
    </w:p>
    <w:p>
      <w:pPr>
        <w:jc w:val="right"/>
      </w:pPr>
      <w:r>
        <w:t>تو بہت اچھی بات ہے، آپ نے صحیح پکڑا بات کو۔ اور یہ اس نہج پر آپ الریڈی کام کر رہے ہیں، میرے خیال سے۔</w:t>
      </w:r>
    </w:p>
    <w:p>
      <w:r>
        <w:rPr>
          <w:b/>
        </w:rPr>
        <w:t xml:space="preserve">[1:00:40] </w:t>
      </w:r>
      <w:r>
        <w:t>Ab is ko aur barhaiye. Allah taala aap ki madad farmaye.</w:t>
      </w:r>
    </w:p>
    <w:p>
      <w:pPr>
        <w:jc w:val="right"/>
      </w:pPr>
      <w:r>
        <w:t>اب اس کو اور بڑھائیے۔ اللہ تعالی آپ کی مدد فرمائے۔</w:t>
      </w:r>
    </w:p>
    <w:p>
      <w:r>
        <w:rPr>
          <w:b/>
        </w:rPr>
        <w:t xml:space="preserve">[1:00:46] </w:t>
      </w:r>
      <w:r>
        <w:t>Maulana, yeh agla sawal aya hai Idrees sahib ka Raipur se. So called discrimination against Muslims is nothing compared to the scale of discrimination faced by Jews in many places around the world.</w:t>
      </w:r>
    </w:p>
    <w:p>
      <w:pPr>
        <w:jc w:val="right"/>
      </w:pPr>
      <w:r>
        <w:t>مولانا، یہ اگلا سوال آیا ہے ادریس صاحب کا رائے پور سے۔ سو کالڈ ڈسکریمینیشن اگینسٹ مسلم از نتھنگ کمپیر ٹو دا سکیل اف ڈسکریمینیشن فیسڈ بائے جیوز ان مینی پلیسز اراؤنڈ دا ورلڈ۔</w:t>
      </w:r>
    </w:p>
    <w:p>
      <w:r>
        <w:rPr>
          <w:b/>
        </w:rPr>
        <w:t xml:space="preserve">[1:01:02] </w:t>
      </w:r>
      <w:r>
        <w:t>But despite the problems, Jews have progressed far better than others. How they could do it and what we can learn from it?</w:t>
      </w:r>
    </w:p>
    <w:p>
      <w:pPr>
        <w:jc w:val="right"/>
      </w:pPr>
      <w:r>
        <w:t>بٹ ڈسپائٹ دا پرابلمز، جیوز ہیو پروگریسڈ فار بیٹر دین ادرز۔ ہاؤ دے کڈ ڈو اٹ اینڈ واٹ وی کین لرن فرام اٹ؟</w:t>
      </w:r>
    </w:p>
    <w:p>
      <w:r>
        <w:rPr>
          <w:b/>
        </w:rPr>
        <w:t xml:space="preserve">[1:01:14] </w:t>
      </w:r>
      <w:r>
        <w:t>Dekhiye, is ka jawab is se milta hai jahan hum</w:t>
      </w:r>
    </w:p>
    <w:p>
      <w:pPr>
        <w:jc w:val="right"/>
      </w:pPr>
      <w:r>
        <w:t>دیکھیے، اس کا جواب اس سے ملتا ہے جہاں ہم</w:t>
      </w:r>
    </w:p>
    <w:p>
      <w:r>
        <w:rPr>
          <w:b/>
        </w:rPr>
        <w:t xml:space="preserve">[1:01:21] </w:t>
      </w:r>
      <w:r>
        <w:t>Yahud ki history ko parhein. Yahud ke sath kya hua? Yeh Quran mein bataya gaya ke martain, yani do bar, un ko apne Falasteen se nikalna para.</w:t>
      </w:r>
    </w:p>
    <w:p>
      <w:pPr>
        <w:jc w:val="right"/>
      </w:pPr>
      <w:r>
        <w:t>یہود کی ہسٹری کو پڑھیں۔ یہود کے ساتھ کیا ہوا؟ یہ قرآن میں بتایا گیا کہ مرتین، یعنی دو بار، ان کو اپنے فلسطین سے نکلنا پڑا۔</w:t>
      </w:r>
    </w:p>
    <w:p>
      <w:r>
        <w:rPr>
          <w:b/>
        </w:rPr>
        <w:t xml:space="preserve">[1:01:33] </w:t>
      </w:r>
      <w:r>
        <w:t>Aik bar Iraq ke badshah ne hamla kiya, doosri taraf Iran ke badshah ne hamla kiya. Yeh Quran mein maujood hai. To woh woh chalay gaye diaspora mein,</w:t>
      </w:r>
    </w:p>
    <w:p>
      <w:pPr>
        <w:jc w:val="right"/>
      </w:pPr>
      <w:r>
        <w:t>ایک بار عراق کے بادشاہ نے حملہ کیا، دوسری طرف ایران کے بادشاہ نے حملہ کیا۔ یہ قرآن میں موجود ہے۔ تو وہ وہ چلے گئے ڈائسپورا میں،</w:t>
      </w:r>
    </w:p>
    <w:p>
      <w:r>
        <w:rPr>
          <w:b/>
        </w:rPr>
        <w:t xml:space="preserve">[1:01:44] </w:t>
      </w:r>
      <w:r>
        <w:t>yani Falasteen chor kar diaspora mein chalay gaye. Yeh log us waqt ziyadatar gaye Europe mulk, Europe mein ziyadatar gaye. Us waqt ke halaat aisay thay. To Europe mein kya hua ke unhon ne yeh science ki education li.</w:t>
      </w:r>
    </w:p>
    <w:p>
      <w:pPr>
        <w:jc w:val="right"/>
      </w:pPr>
      <w:r>
        <w:t>یعنی فلسطین چھوڑ کر ڈائسپورا میں چلے گئے۔ یہ لوگ اس وقت زیادہ تر گئے یورپ ملک، یورپ میں زیادہ تر گئے۔ اس وقت کے حالات ایسے تھے۔ تو یورپ میں کیا ہوا کہ انہوں نے یہ سائنس کی ایجوکیشن لی۔</w:t>
      </w:r>
    </w:p>
    <w:p>
      <w:r>
        <w:rPr>
          <w:b/>
        </w:rPr>
        <w:t xml:space="preserve">[1:01:59] </w:t>
      </w:r>
      <w:r>
        <w:t>Science ki education mein un ke andar aik transformation aa gaya. Musalmanon ke sath aisa nahi hua. Musalman isi ghettos mein rehte hain, isi ghettos mein.</w:t>
      </w:r>
    </w:p>
    <w:p>
      <w:pPr>
        <w:jc w:val="right"/>
      </w:pPr>
      <w:r>
        <w:t>سائنس کی ایجوکیشن میں ان کے اندر ایک ٹرانسفارمیشن آ گیا۔ مسلمانوں کے ساتھ ایسا نہیں ہوا۔ مسلمان اسی گھیٹوں میں رہتے ہیں، اسی گھیٹوں میں۔</w:t>
      </w:r>
    </w:p>
    <w:p>
      <w:r>
        <w:rPr>
          <w:b/>
        </w:rPr>
        <w:t xml:space="preserve">[1:02:09] </w:t>
      </w:r>
      <w:r>
        <w:t>Yani</w:t>
      </w:r>
    </w:p>
    <w:p>
      <w:pPr>
        <w:jc w:val="right"/>
      </w:pPr>
      <w:r>
        <w:t>یعنی</w:t>
      </w:r>
    </w:p>
    <w:p>
      <w:r>
        <w:rPr>
          <w:b/>
        </w:rPr>
        <w:t xml:space="preserve">[1:02:10] </w:t>
      </w:r>
      <w:r>
        <w:t>Agar agar Falasteen se nikala na gaya hota Yahud ko to woh bhi isi tarah paray rehtay hain. Woh lekin nikal kar ke gaye Europe mein. Aaj aap jantay hain ke har European mulk Yahud hain maujood.</w:t>
      </w:r>
    </w:p>
    <w:p>
      <w:pPr>
        <w:jc w:val="right"/>
      </w:pPr>
      <w:r>
        <w:t>اگر اگر فلسطین سے نکالا نہ گیا ہوتا یہود کو تو وہ بھی اسی طرح پڑے رہتے ہیں۔ وہ لیکن نکل کر کے گئے یورپ میں۔ آج آپ جانتے ہیں کہ ہر یورپی ملک یہود ہیں موجود۔</w:t>
      </w:r>
    </w:p>
    <w:p>
      <w:r>
        <w:rPr>
          <w:b/>
        </w:rPr>
        <w:t xml:space="preserve">[1:02:21] </w:t>
      </w:r>
      <w:r>
        <w:t>wahan ja kar unhon ne modern education li, science parha. to aaj ke zamanay se waqif hi hain. woh aaj ka zamana kya hai?</w:t>
      </w:r>
    </w:p>
    <w:p>
      <w:pPr>
        <w:jc w:val="right"/>
      </w:pPr>
      <w:r>
        <w:t>وہاں جا کر انہوں نے ماڈرن ایجوکیشن لی، سائنس پڑھا۔ تو آج کے زمانے سے واقف ہی ہیں۔ وہ آج کا زمانہ کیا ہے؟</w:t>
      </w:r>
    </w:p>
    <w:p>
      <w:r>
        <w:rPr>
          <w:b/>
        </w:rPr>
        <w:t xml:space="preserve">[1:02:31] </w:t>
      </w:r>
      <w:r>
        <w:t>is ke mutabiq un ki zehn mana. musalmanon ke sath yeh waqia pesh nahi aya. musalman to apne gheton mein thay, isi gheton mein reh gaye.</w:t>
      </w:r>
    </w:p>
    <w:p>
      <w:pPr>
        <w:jc w:val="right"/>
      </w:pPr>
      <w:r>
        <w:t>اس کے مطابق ان کی ذہن منا۔ مسلمانوں کے ساتھ یہ واقعہ پیش نہیں آیا۔ مسلمان تو اپنے گھیٹوں میں تھے، اسی گھیٹوں میں رہ گئے۔</w:t>
      </w:r>
    </w:p>
    <w:p>
      <w:r>
        <w:rPr>
          <w:b/>
        </w:rPr>
        <w:t xml:space="preserve">[1:02:41] </w:t>
      </w:r>
      <w:r>
        <w:t>isi liye main yeh kaha karta hoon ke jin logon ne muslim idaray banaye, muslim college, muslim university, to woh kuch zyada acha kaam nahi tha.</w:t>
      </w:r>
    </w:p>
    <w:p>
      <w:pPr>
        <w:jc w:val="right"/>
      </w:pPr>
      <w:r>
        <w:t>اسی لیے میں یہ کہا کرتا ہوں کہ جن لوگوں نے مسلم ادارے بنائے، مسلم کالج، مسلم یونیورسٹی، تو وہ کچھ زیادہ اچھا کام نہیں تھا۔</w:t>
      </w:r>
    </w:p>
    <w:p>
      <w:r>
        <w:rPr>
          <w:b/>
        </w:rPr>
        <w:t xml:space="preserve">[1:02:51] </w:t>
      </w:r>
      <w:r>
        <w:t>musalmanon ko chahiye tha dhakay do is ko isi system mein jo already hai, yani hindu college aur christian college ya government college, sab jayen musalman bhi taake un ko un ko cooperation pesh aye.</w:t>
      </w:r>
    </w:p>
    <w:p>
      <w:pPr>
        <w:jc w:val="right"/>
      </w:pPr>
      <w:r>
        <w:t>مسلمانوں کو چاہیے تھا دھکے دو اس کو اسی سسٹم میں جو الریڈی ہے، یعنی ہندو کالج اور کرسچن کالج یا گورنمنٹ کالج، سب جائیں مسلمان بھی تاکہ ان کو ان کو کاپریشن پیش آئے۔</w:t>
      </w:r>
    </w:p>
    <w:p>
      <w:r>
        <w:rPr>
          <w:b/>
        </w:rPr>
        <w:t xml:space="preserve">[1:03:08] </w:t>
      </w:r>
      <w:r>
        <w:t>to musalmanon ke apne jo idaray banaye gaye, woh sab favor pe pesh karte thay. favor khoob un ko favor diya gaya to un ko cooperation pesh nahi ayi.</w:t>
      </w:r>
    </w:p>
    <w:p>
      <w:pPr>
        <w:jc w:val="right"/>
      </w:pPr>
      <w:r>
        <w:t>تو مسلمانوں کے اپنے جو ادارے بنائے گئے، وہ سب فیور پہ پیش کرتے تھے۔ فیور خوب ان کو فیور دیا گیا تو ان کو کاپریشن پیش نہیں آئی۔</w:t>
      </w:r>
    </w:p>
    <w:p>
      <w:r>
        <w:rPr>
          <w:b/>
        </w:rPr>
        <w:t xml:space="preserve">[1:03:19] </w:t>
      </w:r>
      <w:r>
        <w:t>aur yahood ko cooperation pesh ayi Europe Africa mein. to main samajhta hoon ke yeh cooperation aur challenge tha jis ne yahood ko badal diya.</w:t>
      </w:r>
    </w:p>
    <w:p>
      <w:pPr>
        <w:jc w:val="right"/>
      </w:pPr>
      <w:r>
        <w:t>اور یہود کو کاپریشن پیش آئی یورپ افریقہ میں۔ تو میں سمجھتا ہوں کہ یہ کاپریشن اور چیلنج تھا جس نے یہود کو بدل دیا۔</w:t>
      </w:r>
    </w:p>
    <w:p>
      <w:r>
        <w:rPr>
          <w:b/>
        </w:rPr>
        <w:t xml:space="preserve">[1:03:32] </w:t>
      </w:r>
      <w:r>
        <w:t>musalman abhi is se bekhabar hain. musalman abhi bhi wohi boli bolte hain jise Arab kehte hain. ya aap ne al-qardah. mujhe taajjub hota hai ke abhi bhi Arab yeh boli bolte hain.</w:t>
      </w:r>
    </w:p>
    <w:p>
      <w:pPr>
        <w:jc w:val="right"/>
      </w:pPr>
      <w:r>
        <w:t>مسلمان ابھی اس سے بے خبر ہیں۔ مسلمان ابھی بھی وہی بولی بولتے ہیں جسے عرب کہتے ہیں۔ یا آپ نے القردہ۔ مجھے تعجب ہوتا ہے کہ ابھی بھی عرب یہ بولی بولتے ہیں۔</w:t>
      </w:r>
    </w:p>
    <w:p>
      <w:r>
        <w:rPr>
          <w:b/>
        </w:rPr>
        <w:t xml:space="preserve">[1:03:41] </w:t>
      </w:r>
      <w:r>
        <w:t>ya aap ne al-qardah. aye brother bandaron ki aulad. halankay woh bandaron ki aulad nahi hai. woh modern education ki aulad hai. woh</w:t>
      </w:r>
    </w:p>
    <w:p>
      <w:pPr>
        <w:jc w:val="right"/>
      </w:pPr>
      <w:r>
        <w:t>یا آپ نے القردہ۔ اے برادر بندروں کی اولاد۔ حالانکہ وہ بندروں کی اولاد نہیں ہے۔ وہ ماڈرن ایجوکیشن کی اولاد ہے۔ وہ</w:t>
      </w:r>
    </w:p>
    <w:p>
      <w:r>
        <w:rPr>
          <w:b/>
        </w:rPr>
        <w:t xml:space="preserve">[1:03:50] </w:t>
      </w:r>
      <w:r>
        <w:t>jo yahoodi thay, rasool Allah ke zamanay thay, aaj woh yahoodi nahi hain. kisi musalman ko khabar nahi hai is ki. wohi boli bolte hain ab bhi.</w:t>
      </w:r>
    </w:p>
    <w:p>
      <w:pPr>
        <w:jc w:val="right"/>
      </w:pPr>
      <w:r>
        <w:t>جو یہودی تھے، رسول اللہ کے زمانے تھے، آج وہ یہودی نہیں ہیں۔ کسی مسلمان کو خبر نہیں ہے اس کی۔ وہی بولی بولتے ہیں اب بھی۔</w:t>
      </w:r>
    </w:p>
    <w:p>
      <w:r>
        <w:rPr>
          <w:b/>
        </w:rPr>
        <w:t xml:space="preserve">[1:04:00] </w:t>
      </w:r>
      <w:r>
        <w:t>jo yahoodi thay rasool Allah ke zamanay mein, woh woh yahoodi scientific age se pehle ke yahoodi thay.</w:t>
      </w:r>
    </w:p>
    <w:p>
      <w:pPr>
        <w:jc w:val="right"/>
      </w:pPr>
      <w:r>
        <w:t>جو یہودی تھے رسول اللہ کے زمانے میں، وہ وہ یہودی سائنٹیفک ایج سے پہلے کے یہودی تھے۔</w:t>
      </w:r>
    </w:p>
    <w:p>
      <w:r>
        <w:rPr>
          <w:b/>
        </w:rPr>
        <w:t xml:space="preserve">[1:04:08] </w:t>
      </w:r>
      <w:r>
        <w:t>ab woh jo gaye diaspora mein aur zyada tar Europe mein, America mein gaye to un ko wahan challenge pesh aya.</w:t>
      </w:r>
    </w:p>
    <w:p>
      <w:pPr>
        <w:jc w:val="right"/>
      </w:pPr>
      <w:r>
        <w:t>اب وہ جو گئے ڈائسپورا میں اور زیادہ تر یورپ میں، امریکہ میں گئے تو ان کو وہاں چیلنج پیش آیا۔</w:t>
      </w:r>
    </w:p>
    <w:p>
      <w:r>
        <w:rPr>
          <w:b/>
        </w:rPr>
        <w:t xml:space="preserve">[1:04:18] </w:t>
      </w:r>
      <w:r>
        <w:t>wahan unhon ne modern education li, science ki taleem li, modern jo sir activities hain, un se dakhil hue.</w:t>
      </w:r>
    </w:p>
    <w:p>
      <w:pPr>
        <w:jc w:val="right"/>
      </w:pPr>
      <w:r>
        <w:t>وہاں انہوں نے ماڈرن ایجوکیشن لی، سائنس کی تعلیم لی، ماڈرن جو سر ایکٹیویٹیز ہیں، ان سے داخل ہوئے۔</w:t>
      </w:r>
    </w:p>
    <w:p>
      <w:r>
        <w:rPr>
          <w:b/>
        </w:rPr>
        <w:t xml:space="preserve">[1:04:27] </w:t>
      </w:r>
      <w:r>
        <w:t>is ne un ko bilkul aaj ka yahoodi bilkul different hai, lekin musalman is ko jante nahi.</w:t>
      </w:r>
    </w:p>
    <w:p>
      <w:pPr>
        <w:jc w:val="right"/>
      </w:pPr>
      <w:r>
        <w:t>اس نے ان کو بالکل آج کا یہودی بالکل ڈفرنٹ ہے، لیکن مسلمان اس کو جانتے نہیں۔</w:t>
      </w:r>
    </w:p>
    <w:p>
      <w:r>
        <w:rPr>
          <w:b/>
        </w:rPr>
        <w:t xml:space="preserve">[1:04:36] </w:t>
      </w:r>
      <w:r>
        <w:t>ab jo musalman hain, is waqt main samajhta hoon ke un ko favor dena, un ke sath dushmani karna hai, har giz favor nahi dena chahiye. un ko karna chahiye ke jao comprehension mein apne aap ko, apne aap ko prove karo apni apni salahiyat ko.</w:t>
      </w:r>
    </w:p>
    <w:p>
      <w:pPr>
        <w:jc w:val="right"/>
      </w:pPr>
      <w:r>
        <w:t>اب جو مسلمان ہیں، اس وقت میں سمجھتا ہوں کہ ان کو فیور دینا، ان کے ساتھ دشمنی کرنا ہے، ہرگز فیور نہیں دینا چاہیے۔ ان کو کرنا چاہیے کہ جاؤ کمپریشن میں اپنے آپ کو، اپنے آپ کو پروف کرو اپنی اپنی صلاحیت کو۔</w:t>
      </w:r>
    </w:p>
    <w:p>
      <w:r>
        <w:rPr>
          <w:b/>
        </w:rPr>
        <w:t xml:space="preserve">[1:04:52] </w:t>
      </w:r>
      <w:r>
        <w:t>koi favor nahi mile de diya jaye ga tum ko. main samajhta hoon ke musalmanon ke sath dushmani yeh hai ke dost musalmanon ke sath dosti yeh hai ke un ko favor na diya jaye.</w:t>
      </w:r>
    </w:p>
    <w:p>
      <w:pPr>
        <w:jc w:val="right"/>
      </w:pPr>
      <w:r>
        <w:t>کوئی فیور نہیں ملے دے دیا جائے گا تم کو۔ میں سمجھتا ہوں کہ مسلمانوں کے ساتھ دشمنی یہ کہ دوست مسلمانوں کے ساتھ دوستی یہ ہے کہ ان کو فیور نہ دیا جائے۔</w:t>
      </w:r>
    </w:p>
    <w:p>
      <w:r>
        <w:rPr>
          <w:b/>
        </w:rPr>
        <w:t xml:space="preserve">[1:05:03] </w:t>
      </w:r>
      <w:r>
        <w:t>favor zyada dushmani dosti nahi hai.</w:t>
      </w:r>
    </w:p>
    <w:p>
      <w:pPr>
        <w:jc w:val="right"/>
      </w:pPr>
      <w:r>
        <w:t>فیور زیادہ دشمنی دوستی نہیں ہے۔</w:t>
      </w:r>
    </w:p>
    <w:p>
      <w:r>
        <w:rPr>
          <w:b/>
        </w:rPr>
        <w:t xml:space="preserve">[1:05:07] </w:t>
      </w:r>
      <w:r>
        <w:t>aap dekhen, main aik baat arz karta hoon aap ko ke America mein aik sahib, aik musalman ki taleem America mein hui, aik yahood ke college mein, yahoodi college mein America mein.</w:t>
      </w:r>
    </w:p>
    <w:p>
      <w:pPr>
        <w:jc w:val="right"/>
      </w:pPr>
      <w:r>
        <w:t>آپ دیکھیں، میں ایک بات عرض کرتا ہوں آپ کو کہ امریکہ میں ایک صاحب، ایک مسلمان کی تعلیم امریکہ میں ہوئی، ایک یہود کے کالج میں، یہودی کالج میں امریکہ میں۔</w:t>
      </w:r>
    </w:p>
    <w:p>
      <w:r>
        <w:rPr>
          <w:b/>
        </w:rPr>
        <w:t xml:space="preserve">[1:05:19] </w:t>
      </w:r>
      <w:r>
        <w:t>un se main ne poocha ke ab aap batayen yahood ke baray mein kya tajruba aap ka hai? unhon ne kaha ke hamare college mein yeh halat thi ke yahood ka zyada sakht imtehan le aata tha.</w:t>
      </w:r>
    </w:p>
    <w:p>
      <w:pPr>
        <w:jc w:val="right"/>
      </w:pPr>
      <w:r>
        <w:t>ان سے میں نے پوچھا کہ اب آپ بتائیں یہود کے بارے میں کیا تجربہ آپ کا ہے؟ انہوں نے کہا کہ ہمارے کالج میں یہ حالت تھی کہ یہود کا زیادہ سخت امتحان لے آتا تھا۔</w:t>
      </w:r>
    </w:p>
    <w:p>
      <w:r>
        <w:rPr>
          <w:b/>
        </w:rPr>
        <w:t xml:space="preserve">[1:05:33] </w:t>
      </w:r>
      <w:r>
        <w:t>koi grace bar nahi milta tha un ko.</w:t>
      </w:r>
    </w:p>
    <w:p>
      <w:pPr>
        <w:jc w:val="right"/>
      </w:pPr>
      <w:r>
        <w:t>کوئی گریس بار نہیں ملتا تھا ان کو۔</w:t>
      </w:r>
    </w:p>
    <w:p>
      <w:r>
        <w:rPr>
          <w:b/>
        </w:rPr>
        <w:t xml:space="preserve">[1:05:36] </w:t>
      </w:r>
      <w:r>
        <w:t>hum logon ko grace bar mil jata tha. yani yahood ke apne college mein zyada sakht test le aata tha yahood ka. kabhi un ko grace bar nahi diya gaya.</w:t>
      </w:r>
    </w:p>
    <w:p>
      <w:pPr>
        <w:jc w:val="right"/>
      </w:pPr>
      <w:r>
        <w:t>ہم لوگوں کو گریس بار مل جاتا تھا۔ یعنی یہود کے اپنے کالج میں زیادہ سخت ٹیسٹ لے آتا تھا یہود کا۔ کبھی ان کو گریس بار نہیں دیا گیا۔</w:t>
      </w:r>
    </w:p>
    <w:p>
      <w:r>
        <w:rPr>
          <w:b/>
        </w:rPr>
        <w:t xml:space="preserve">[1:05:47] </w:t>
      </w:r>
      <w:r>
        <w:t>koi favor nahi kiya gaya un ke sath. aur doosron ko grace bar de ke agay barha dete thay. yeh yeh soch jo ayi yahood mein, yeh musalman mein maujood nahi hai.</w:t>
      </w:r>
    </w:p>
    <w:p>
      <w:pPr>
        <w:jc w:val="right"/>
      </w:pPr>
      <w:r>
        <w:t>کوئی فیور نہیں کیا گیا ان کے ساتھ۔ اور دوسروں کو گریس بار دے کے آگے بڑھا دیتے تھے۔ یہ یہ سوچ جو آئی یہود میں، یہ مسلمان میں موجود نہیں ہے۔</w:t>
      </w:r>
    </w:p>
    <w:p>
      <w:r>
        <w:rPr>
          <w:b/>
        </w:rPr>
        <w:t xml:space="preserve">[1:05:59] </w:t>
      </w:r>
      <w:r>
        <w:t>musalman jo hai grace bar de kar ke agay barh dete hain.</w:t>
      </w:r>
    </w:p>
    <w:p>
      <w:pPr>
        <w:jc w:val="right"/>
      </w:pPr>
      <w:r>
        <w:t>مسلمان جو ہے گریس بار دے کر کے آگے بڑھ دیتے ہیں۔</w:t>
      </w:r>
    </w:p>
    <w:p>
      <w:r>
        <w:rPr>
          <w:b/>
        </w:rPr>
        <w:t xml:space="preserve">[1:06:04] </w:t>
      </w:r>
      <w:r>
        <w:t>musalman jante hi nahi importance of, yani yeh jo comprehension ki importance jo hai, challenge ki jo importance hai, musalman is ko jante hi nahi.</w:t>
      </w:r>
    </w:p>
    <w:p>
      <w:pPr>
        <w:jc w:val="right"/>
      </w:pPr>
      <w:r>
        <w:t>مسلمان جانتے ہی نہیں امپورٹنس آف، یعنی یہ جو کمپریشن کی امپورٹنس جو ہے، چیلنج کی جو امپورٹنس ہے، مسلمان اس کو جانتے ہی نہیں۔</w:t>
      </w:r>
    </w:p>
    <w:p>
      <w:r>
        <w:rPr>
          <w:b/>
        </w:rPr>
        <w:t xml:space="preserve">[1:06:14] </w:t>
      </w:r>
      <w:r>
        <w:t>sab se bara masla musalmanon ko yahi hai ke woh favor ko jante hain aur challenge ko nahi jante.</w:t>
      </w:r>
    </w:p>
    <w:p>
      <w:pPr>
        <w:jc w:val="right"/>
      </w:pPr>
      <w:r>
        <w:t>سب سے بڑا مسئلہ مسلمانوں کو یہی ہے کہ وہ فیور کو جانتے ہیں اور چیلنج کو نہیں جانتے۔</w:t>
      </w:r>
    </w:p>
    <w:p>
      <w:r>
        <w:rPr>
          <w:b/>
        </w:rPr>
        <w:t xml:space="preserve">[1:06:25] </w:t>
      </w:r>
      <w:r>
        <w:t>Maulana, yeh agla sawal aya hai Dr. Saleha Siddiqui ka Delhi se.</w:t>
      </w:r>
    </w:p>
    <w:p>
      <w:pPr>
        <w:jc w:val="right"/>
      </w:pPr>
      <w:r>
        <w:t>مولانا، یہ اگلا سوال آیا ہے ڈاکٹر مسلمہ صدیقی کا دہلی سے۔</w:t>
      </w:r>
    </w:p>
    <w:p>
      <w:r>
        <w:rPr>
          <w:b/>
        </w:rPr>
        <w:t xml:space="preserve">[1:06:30] </w:t>
      </w:r>
      <w:r>
        <w:t>az dawa work responsibility of every muslim or it is the responsibility of only a group?</w:t>
      </w:r>
    </w:p>
    <w:p>
      <w:pPr>
        <w:jc w:val="right"/>
      </w:pPr>
      <w:r>
        <w:t>از داوا ورک رسپانسبیلٹی آف ایوری مسلم اور اٹ از دی رسپانسبیلٹی آف اونلی ا گروپ؟</w:t>
      </w:r>
    </w:p>
    <w:p>
      <w:r>
        <w:rPr>
          <w:b/>
        </w:rPr>
        <w:t xml:space="preserve">[1:06:39] </w:t>
      </w:r>
      <w:r>
        <w:t>nahi, nahi, yeh yeh purana masla hai ke farz ain hai ya farz kifaya hai. main kehta hoon ke yeh farz ain hai. yani har musalman jahan kisi se mile to us ko pata hai woh ke Allah ne kya hukum bheja hai.</w:t>
      </w:r>
    </w:p>
    <w:p>
      <w:pPr>
        <w:jc w:val="right"/>
      </w:pPr>
      <w:r>
        <w:t>نہیں، نہیں، یہ یہ پرانا مسئلہ ہے کہ فرض عین ہے یا فرض کفایہ ہے۔ میں کہتا ہوں کہ یہ فرض عین ہے۔ یعنی ہر مسلمان جہاں کسی سے ملے تو اس کو پتہ ہے وہ کہ اللہ نے کیا حکم بھیجا ہے۔</w:t>
      </w:r>
    </w:p>
    <w:p>
      <w:r>
        <w:rPr>
          <w:b/>
        </w:rPr>
        <w:t xml:space="preserve">[1:06:55] </w:t>
      </w:r>
      <w:r>
        <w:t>yeh nahi ke koi doosra kar de to mujh se saqat ho gaya. yeh galat tasawwur, yeh tasawwur galat hai.</w:t>
      </w:r>
    </w:p>
    <w:p>
      <w:pPr>
        <w:jc w:val="right"/>
      </w:pPr>
      <w:r>
        <w:t>یہ نہیں کہ کوئی دوسرا کر دے تو مجھ سے ساقط ہو گیا۔ یہ غلط تصور، یہ تصور غلط ہے۔</w:t>
      </w:r>
    </w:p>
    <w:p>
      <w:r>
        <w:rPr>
          <w:b/>
        </w:rPr>
        <w:t xml:space="preserve">[1:07:00] </w:t>
      </w:r>
      <w:r>
        <w:t>to farz alal kifaya nahi hai, yeh farz ain hai. har musalman ko jis tarah namaz farz hai, is tarah dawat farz hai. jo nahi karega, pakra jayega.</w:t>
      </w:r>
    </w:p>
    <w:p>
      <w:pPr>
        <w:jc w:val="right"/>
      </w:pPr>
      <w:r>
        <w:t>تو فرض علی الکفایہ نہیں ہے، یہ فرض عین ہے۔ ہر مسلمان کو جس طرح نماز فرض ہے، اس طرح دعوت فرض ہے۔ جو نہیں کرے گا، پکڑا جائے گا۔</w:t>
      </w:r>
    </w:p>
    <w:p>
      <w:r>
        <w:rPr>
          <w:b/>
        </w:rPr>
        <w:t xml:space="preserve">[1:07:14] </w:t>
      </w:r>
      <w:r>
        <w:t>Maulana, yeh agla question aaya hai Mr. Danish Fazil ka Lucknow se. While listening your lecture on class or online, we have no negativity, but we when we are not in your lecture, then negativity comes in our mind.</w:t>
      </w:r>
    </w:p>
    <w:p>
      <w:pPr>
        <w:jc w:val="right"/>
      </w:pPr>
      <w:r>
        <w:t>مولانا، یہ اگلا کوئسچن آیا ہے مسٹر دانش فضل کا لکھنو سے۔ وائل لسننگ یور لیکچر ان کلاس اور ان لائن، وی ہیو نو نیگیٹیوٹی، بٹ وی وین وی آر ناٹ ان یور لیکچر، دین نیگیٹیوٹی کمز ان اور مائنڈ۔</w:t>
      </w:r>
    </w:p>
    <w:p>
      <w:r>
        <w:rPr>
          <w:b/>
        </w:rPr>
        <w:t xml:space="preserve">[1:07:30] </w:t>
      </w:r>
      <w:r>
        <w:t>how to eliminate this?</w:t>
      </w:r>
    </w:p>
    <w:p>
      <w:pPr>
        <w:jc w:val="right"/>
      </w:pPr>
      <w:r>
        <w:t>ہاؤ ٹو ایلیمینیٹ دس؟</w:t>
      </w:r>
    </w:p>
    <w:p>
      <w:r>
        <w:rPr>
          <w:b/>
        </w:rPr>
        <w:t xml:space="preserve">[1:07:35] </w:t>
      </w:r>
      <w:r>
        <w:t>dekhiye, main jahan tak samajhta hoon, is ki wajah yeh hai ke log aik bar sun lete hain. aik bar sunne se yahi hoga. aap ko bar bar sunna chahiye aur kitabein bhi padhni chahiye.</w:t>
      </w:r>
    </w:p>
    <w:p>
      <w:pPr>
        <w:jc w:val="right"/>
      </w:pPr>
      <w:r>
        <w:t>دیکھیے، میں جہاں تک سمجھتا ہوں، اس کی وجہ یہ ہے کہ لوگ ایک بار سن لیتے ہیں۔ ایک بار سننے سے یہی ہوگا۔ آپ کو بار بار سننا چاہیے اور کتابیں بھی پڑھنی چاہیے۔</w:t>
      </w:r>
    </w:p>
    <w:p>
      <w:r>
        <w:rPr>
          <w:b/>
        </w:rPr>
        <w:t xml:space="preserve">[1:07:45] </w:t>
      </w:r>
      <w:r>
        <w:t>supportive literature ko main kehta hoon, lecture ko bar bar suniye aur sath sath report jo supportive literature hai, us ko bhi padhiye.</w:t>
      </w:r>
    </w:p>
    <w:p>
      <w:pPr>
        <w:jc w:val="right"/>
      </w:pPr>
      <w:r>
        <w:t>سپورٹیو لٹریچر کو میں کہتا ہوں، لیکچر کو بار بار سنیے اور ساتھ ساتھ رپورٹ جو سپورٹیو لٹریچر ہے، اس کو بھی پڑھیے۔</w:t>
      </w:r>
    </w:p>
    <w:p>
      <w:r>
        <w:rPr>
          <w:b/>
        </w:rPr>
        <w:t xml:space="preserve">[1:07:57] </w:t>
      </w:r>
      <w:r>
        <w:t>warna is ke baad aap jate hain society mein. society wahi hai to is ka asar pahunchega aap ko. lekin agar aap lecture ko repeat karein aur kitabein padhein to inshallah is se aap mukammal taur par bach jayenge.</w:t>
      </w:r>
    </w:p>
    <w:p>
      <w:pPr>
        <w:jc w:val="right"/>
      </w:pPr>
      <w:r>
        <w:t>ورنہ اس کے بعد آپ جاتے ہیں سوسائٹی میں۔ سوسائٹی وہی ہے تو اس کا اثر پہنچ پہنچے گا آپ کو۔ لیکن اگر آپ لیکچر کو ریپیٹ کریں اور کتابیں پڑھیں تو انشاءاللہ اس سے آپ مکمل طور پر بچ جائیں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