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Multi Religious Society and Islam (English) March 3, 2007</w:t>
      </w:r>
    </w:p>
    <w:p>
      <w:r>
        <w:t>https://youtu.be/13uSBqf_XHg</w:t>
      </w:r>
    </w:p>
    <w:p>
      <w:r>
        <w:rPr>
          <w:b/>
        </w:rPr>
        <w:t xml:space="preserve">[00:10] </w:t>
      </w:r>
      <w:r>
        <w:t>bismillah hir rahman nir rahim, wa salli Allahu ala nabi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[00:23] </w:t>
      </w:r>
      <w:r>
        <w:t>wah lul uqdata min lisani yafqahu qawli.</w:t>
      </w:r>
    </w:p>
    <w:p>
      <w:pPr>
        <w:jc w:val="right"/>
      </w:pPr>
      <w:r>
        <w:t>واحل العقدۃ من لسانی یفقہ قولی۔</w:t>
      </w:r>
    </w:p>
    <w:p>
      <w:r>
        <w:rPr>
          <w:b/>
        </w:rPr>
        <w:t xml:space="preserve">[00:33] </w:t>
      </w:r>
      <w:r>
        <w:t>the theme for the present talk is multi religious society and Islam.</w:t>
      </w:r>
    </w:p>
    <w:p>
      <w:pPr>
        <w:jc w:val="right"/>
      </w:pPr>
      <w:r>
        <w:t>دا تھیم فار دا پریزنٹ ٹاک از ملٹی ڈیلیجس سوسائٹی اینڈ اسلام۔</w:t>
      </w:r>
    </w:p>
    <w:p>
      <w:r>
        <w:rPr>
          <w:b/>
        </w:rPr>
        <w:t xml:space="preserve">[00:52] </w:t>
      </w:r>
      <w:r>
        <w:t>the Islamic principle in this regard is very simple and at the same time quite national.</w:t>
      </w:r>
    </w:p>
    <w:p>
      <w:pPr>
        <w:jc w:val="right"/>
      </w:pPr>
      <w:r>
        <w:t>دا اسلامک پرنسپل ان دس ریگارڈ از ویری سمپل اینڈ ایٹ دا سیم ٹائم کوائٹ نیشنل۔</w:t>
      </w:r>
    </w:p>
    <w:p>
      <w:r>
        <w:rPr>
          <w:b/>
        </w:rPr>
        <w:t xml:space="preserve">[01:09] </w:t>
      </w:r>
      <w:r>
        <w:t>it is this formula can be stated in two simple words:</w:t>
      </w:r>
    </w:p>
    <w:p>
      <w:pPr>
        <w:jc w:val="right"/>
      </w:pPr>
      <w:r>
        <w:t>اٹ از دس فارمولا کین بی اسٹیٹڈ ان ٹو سمپل ورڈز:</w:t>
      </w:r>
    </w:p>
    <w:p>
      <w:r>
        <w:rPr>
          <w:b/>
        </w:rPr>
        <w:t xml:space="preserve">[01:19] </w:t>
      </w:r>
      <w:r>
        <w:t>follow one and respect all.</w:t>
      </w:r>
    </w:p>
    <w:p>
      <w:pPr>
        <w:jc w:val="right"/>
      </w:pPr>
      <w:r>
        <w:t>فالو ون اینڈ ریسپیکٹ ال۔</w:t>
      </w:r>
    </w:p>
    <w:p>
      <w:r>
        <w:rPr>
          <w:b/>
        </w:rPr>
        <w:t xml:space="preserve">[01:27] </w:t>
      </w:r>
      <w:r>
        <w:t>follow one and respect all. this formula is a universal formula.</w:t>
      </w:r>
    </w:p>
    <w:p>
      <w:pPr>
        <w:jc w:val="right"/>
      </w:pPr>
      <w:r>
        <w:t>فالو ون اینڈ ریسپیکٹ ال۔ دس فارمولا از ا یونیورسل فارمولا۔</w:t>
      </w:r>
    </w:p>
    <w:p>
      <w:r>
        <w:rPr>
          <w:b/>
        </w:rPr>
        <w:t xml:space="preserve">[01:37] </w:t>
      </w:r>
      <w:r>
        <w:t>the whole universe is following this formula.</w:t>
      </w:r>
    </w:p>
    <w:p>
      <w:pPr>
        <w:jc w:val="right"/>
      </w:pPr>
      <w:r>
        <w:t>دا ہول یونیورس از فالونگ دس فارمولا۔</w:t>
      </w:r>
    </w:p>
    <w:p>
      <w:r>
        <w:rPr>
          <w:b/>
        </w:rPr>
        <w:t xml:space="preserve">[01:44] </w:t>
      </w:r>
      <w:r>
        <w:t>you say there are numerous stars in the space.</w:t>
      </w:r>
    </w:p>
    <w:p>
      <w:pPr>
        <w:jc w:val="right"/>
      </w:pPr>
      <w:r>
        <w:t>یو سے دیر ار نیومرسٹ سٹارز ان دا سپیس۔</w:t>
      </w:r>
    </w:p>
    <w:p>
      <w:r>
        <w:rPr>
          <w:b/>
        </w:rPr>
        <w:t xml:space="preserve">[01:58] </w:t>
      </w:r>
      <w:r>
        <w:t>every star is moving, moving, moving continuously.</w:t>
      </w:r>
    </w:p>
    <w:p>
      <w:pPr>
        <w:jc w:val="right"/>
      </w:pPr>
      <w:r>
        <w:t>ایوری سٹار از موونگ، موونگ، موونگ کنٹینیوسلی۔</w:t>
      </w:r>
    </w:p>
    <w:p>
      <w:r>
        <w:rPr>
          <w:b/>
        </w:rPr>
        <w:t xml:space="preserve">[02:04] </w:t>
      </w:r>
      <w:r>
        <w:t>but there is no confrontation</w:t>
      </w:r>
    </w:p>
    <w:p>
      <w:pPr>
        <w:jc w:val="right"/>
      </w:pPr>
      <w:r>
        <w:t>بٹ دیر از نو کنفرنٹیشن</w:t>
      </w:r>
    </w:p>
    <w:p>
      <w:r>
        <w:rPr>
          <w:b/>
        </w:rPr>
        <w:t xml:space="preserve">[02:14] </w:t>
      </w:r>
      <w:r>
        <w:t>between different stars. why?</w:t>
      </w:r>
    </w:p>
    <w:p>
      <w:pPr>
        <w:jc w:val="right"/>
      </w:pPr>
      <w:r>
        <w:t>بٹوین ڈفرنٹ سٹارز۔ وائی؟</w:t>
      </w:r>
    </w:p>
    <w:p>
      <w:r>
        <w:rPr>
          <w:b/>
        </w:rPr>
        <w:t xml:space="preserve">[02:22] </w:t>
      </w:r>
      <w:r>
        <w:t>because all the stars have adopted the principle of non interference.</w:t>
      </w:r>
    </w:p>
    <w:p>
      <w:pPr>
        <w:jc w:val="right"/>
      </w:pPr>
      <w:r>
        <w:t>بیکاز ال دا سٹارز ہیو اڈاپٹڈ دا پرنسپل آف نان انٹرفیرنس۔</w:t>
      </w:r>
    </w:p>
    <w:p>
      <w:r>
        <w:rPr>
          <w:b/>
        </w:rPr>
        <w:t xml:space="preserve">[02:33] </w:t>
      </w:r>
      <w:r>
        <w:t>non interference. all stars are moving, but they are moving strictly following their own orbits.</w:t>
      </w:r>
    </w:p>
    <w:p>
      <w:pPr>
        <w:jc w:val="right"/>
      </w:pPr>
      <w:r>
        <w:t>نان انٹرفیرنس۔ ال سٹارز ار موونگ، بٹ دے ار موونگ اسٹرکٹلی فالونگ دیر اون اربٹس۔</w:t>
      </w:r>
    </w:p>
    <w:p>
      <w:r>
        <w:rPr>
          <w:b/>
        </w:rPr>
        <w:t xml:space="preserve">[02:50] </w:t>
      </w:r>
      <w:r>
        <w:t>eternally. no star try to enter into the other orbit, so there is no star war</w:t>
      </w:r>
    </w:p>
    <w:p>
      <w:pPr>
        <w:jc w:val="right"/>
      </w:pPr>
      <w:r>
        <w:t>ایٹرنلی۔ نو سٹار ٹرائی ٹو انٹر انٹو دا ادر اربٹ، سو دیر از نو سٹار وار</w:t>
      </w:r>
    </w:p>
    <w:p>
      <w:r>
        <w:rPr>
          <w:b/>
        </w:rPr>
        <w:t xml:space="preserve">[03:03] </w:t>
      </w:r>
      <w:r>
        <w:t>. this kind of voice you can hear in human world. they speak star war.</w:t>
      </w:r>
    </w:p>
    <w:p>
      <w:pPr>
        <w:jc w:val="right"/>
      </w:pPr>
      <w:r>
        <w:t>۔ دس کائنڈ آف وائس یو کین ہیئر ان ہیومن ورلڈ۔ دے سپیک سٹار وار۔</w:t>
      </w:r>
    </w:p>
    <w:p>
      <w:r>
        <w:rPr>
          <w:b/>
        </w:rPr>
        <w:t xml:space="preserve">[03:14] </w:t>
      </w:r>
      <w:r>
        <w:t>but among stars, there is no star war.</w:t>
      </w:r>
    </w:p>
    <w:p>
      <w:pPr>
        <w:jc w:val="right"/>
      </w:pPr>
      <w:r>
        <w:t>بٹ امنگ سٹارز، دیر از نو سٹار وار۔</w:t>
      </w:r>
    </w:p>
    <w:p>
      <w:r>
        <w:rPr>
          <w:b/>
        </w:rPr>
        <w:t xml:space="preserve">[03:22] </w:t>
      </w:r>
      <w:r>
        <w:t>no star war at all. so this is the universal formula: how to live in a diverse conditions.</w:t>
      </w:r>
    </w:p>
    <w:p>
      <w:pPr>
        <w:jc w:val="right"/>
      </w:pPr>
      <w:r>
        <w:t>نو سٹار وار ایٹ ال۔ سو دس از دا یونیورسل فارمولا: ہاؤ ٹو لیو ان ا ڈائیورس کنڈیشنز۔</w:t>
      </w:r>
    </w:p>
    <w:p>
      <w:r>
        <w:rPr>
          <w:b/>
        </w:rPr>
        <w:t xml:space="preserve">[03:34] </w:t>
      </w:r>
      <w:r>
        <w:t>so the whole universe is following this formula. formula of tolerance. formula of non interference.</w:t>
      </w:r>
    </w:p>
    <w:p>
      <w:pPr>
        <w:jc w:val="right"/>
      </w:pPr>
      <w:r>
        <w:t>سو دا ہول یونیورس از فالونگ دس فارمولا۔ فارمولا آف ٹالرنس۔ فارمولا آف نان انٹرفیرنس۔</w:t>
      </w:r>
    </w:p>
    <w:p>
      <w:r>
        <w:rPr>
          <w:b/>
        </w:rPr>
        <w:t xml:space="preserve">[03:48] </w:t>
      </w:r>
      <w:r>
        <w:t>it is this formula that is required by men and women also.</w:t>
      </w:r>
    </w:p>
    <w:p>
      <w:pPr>
        <w:jc w:val="right"/>
      </w:pPr>
      <w:r>
        <w:t>اٹ از دس فارمولا دیٹ از ریکوائرڈ بائی مین اینڈ ویمن السو۔</w:t>
      </w:r>
    </w:p>
    <w:p>
      <w:r>
        <w:rPr>
          <w:b/>
        </w:rPr>
        <w:t xml:space="preserve">[04:03] </w:t>
      </w:r>
      <w:r>
        <w:t>every human being must follow this formula. this formula can be stated in these words that art of difference management.</w:t>
      </w:r>
    </w:p>
    <w:p>
      <w:pPr>
        <w:jc w:val="right"/>
      </w:pPr>
      <w:r>
        <w:t>ایوری ہیومن بینگ مسٹ فالو دس فارمولا۔ دس فارمولا کین بی اسٹیٹڈ ان دیز ورڈز دیٹ آرٹ آف ڈفرنس مینجمنٹ۔</w:t>
      </w:r>
    </w:p>
    <w:p>
      <w:r>
        <w:rPr>
          <w:b/>
        </w:rPr>
        <w:t xml:space="preserve">[04:21] </w:t>
      </w:r>
      <w:r>
        <w:t>there are differences every where in the world, but every part of the world is following this formula.</w:t>
      </w:r>
    </w:p>
    <w:p>
      <w:pPr>
        <w:jc w:val="right"/>
      </w:pPr>
      <w:r>
        <w:t>دیر ار ڈفرنسز ایوری ویر ان دا ورلڈ، بٹ ایوری پارٹ آف دا ورلڈ از فالونگ دس فارمولا۔</w:t>
      </w:r>
    </w:p>
    <w:p>
      <w:r>
        <w:rPr>
          <w:b/>
        </w:rPr>
        <w:t xml:space="preserve">[04:31] </w:t>
      </w:r>
      <w:r>
        <w:t>they always try to manage the differences, rather than eliminate the differences.</w:t>
      </w:r>
    </w:p>
    <w:p>
      <w:pPr>
        <w:jc w:val="right"/>
      </w:pPr>
      <w:r>
        <w:t>دے الویز ٹرائی ٹو مینج دا ڈفرنسز، رادر دین ایلیمنیٹ دا ڈفرنسز۔</w:t>
      </w:r>
    </w:p>
    <w:p>
      <w:r>
        <w:rPr>
          <w:b/>
        </w:rPr>
        <w:t xml:space="preserve">[04:44] </w:t>
      </w:r>
      <w:r>
        <w:t>according to my study, difference is not an evil. difference is a positive part of our society.</w:t>
      </w:r>
    </w:p>
    <w:p>
      <w:pPr>
        <w:jc w:val="right"/>
      </w:pPr>
      <w:r>
        <w:t>اکارڈنگ ٹو مائی سٹڈی، ڈفرنس از ناٹ این ایول۔ ڈفرنس از ا پازیٹیو پارٹ آف اور سوسائٹی۔</w:t>
      </w:r>
    </w:p>
    <w:p>
      <w:r>
        <w:rPr>
          <w:b/>
        </w:rPr>
        <w:t xml:space="preserve">[05:00] </w:t>
      </w:r>
      <w:r>
        <w:t>it is intolerance that is evil. intolerance is an negative part of our society, but difference is not.</w:t>
      </w:r>
    </w:p>
    <w:p>
      <w:pPr>
        <w:jc w:val="right"/>
      </w:pPr>
      <w:r>
        <w:t>اٹ از انٹالرنس دیٹ از ایول۔ انٹالرنس از این نیگیٹیو پارٹ آف اور سوسائٹی، بٹ ڈفرنس از ناٹ۔</w:t>
      </w:r>
    </w:p>
    <w:p>
      <w:r>
        <w:rPr>
          <w:b/>
        </w:rPr>
        <w:t xml:space="preserve">[05:19] </w:t>
      </w:r>
      <w:r>
        <w:t>so, if you want to eliminate, you have to eliminate the intolerance rather than difference.</w:t>
      </w:r>
    </w:p>
    <w:p>
      <w:pPr>
        <w:jc w:val="right"/>
      </w:pPr>
      <w:r>
        <w:t>سو، اف یو وانٹ ٹو ایلیمنیٹ، یو ہیو ٹو ایلیمنیٹ دا انٹالرنس رادر دین ڈفرنس۔</w:t>
      </w:r>
    </w:p>
    <w:p>
      <w:r>
        <w:rPr>
          <w:b/>
        </w:rPr>
        <w:t xml:space="preserve">[05:32] </w:t>
      </w:r>
      <w:r>
        <w:t>people must follow the principle of tolerance. it is very important.</w:t>
      </w:r>
    </w:p>
    <w:p>
      <w:pPr>
        <w:jc w:val="right"/>
      </w:pPr>
      <w:r>
        <w:t>پیپل مسٹ فالو دا پرنسپل آف ٹالرنس۔ اٹ از ویری امپورٹنٹ۔</w:t>
      </w:r>
    </w:p>
    <w:p>
      <w:r>
        <w:rPr>
          <w:b/>
        </w:rPr>
        <w:t xml:space="preserve">[05:46] </w:t>
      </w:r>
      <w:r>
        <w:t>it is this formula that i have stated earlier: follow one and respect all.</w:t>
      </w:r>
    </w:p>
    <w:p>
      <w:pPr>
        <w:jc w:val="right"/>
      </w:pPr>
      <w:r>
        <w:t>اٹ از دس فارمولا دیٹ ائی ہیو اسٹیٹڈ ارلیئر: فالو ون اینڈ ریسپیکٹ ال۔</w:t>
      </w:r>
    </w:p>
    <w:p>
      <w:r>
        <w:rPr>
          <w:b/>
        </w:rPr>
        <w:t xml:space="preserve">[06:05] </w:t>
      </w:r>
      <w:r>
        <w:t>this formula is demonstrated every where in the world.</w:t>
      </w:r>
    </w:p>
    <w:p>
      <w:pPr>
        <w:jc w:val="right"/>
      </w:pPr>
      <w:r>
        <w:t>دس فارمولا از ڈیمونسٹریٹڈ ایوری ویر ان دا ورلڈ۔</w:t>
      </w:r>
    </w:p>
    <w:p>
      <w:r>
        <w:rPr>
          <w:b/>
        </w:rPr>
        <w:t xml:space="preserve">[06:15] </w:t>
      </w:r>
      <w:r>
        <w:t>see the rose plant. you know, in its every branch, there are flowers.</w:t>
      </w:r>
    </w:p>
    <w:p>
      <w:pPr>
        <w:jc w:val="right"/>
      </w:pPr>
      <w:r>
        <w:t>سی دا روز پلانٹ۔ یو نو، ان اٹس ایوری برانچ، دیر ار فلاورز۔</w:t>
      </w:r>
    </w:p>
    <w:p>
      <w:r>
        <w:rPr>
          <w:b/>
        </w:rPr>
        <w:t xml:space="preserve">[06:25] </w:t>
      </w:r>
      <w:r>
        <w:t>at the same time, there are thorns.</w:t>
      </w:r>
    </w:p>
    <w:p>
      <w:pPr>
        <w:jc w:val="right"/>
      </w:pPr>
      <w:r>
        <w:t>ایٹ دا سیم ٹائم، دیر ار تھارنز۔</w:t>
      </w:r>
    </w:p>
    <w:p>
      <w:r>
        <w:rPr>
          <w:b/>
        </w:rPr>
        <w:t xml:space="preserve">[06:33] </w:t>
      </w:r>
      <w:r>
        <w:t>but there is no quarrel, no confrontation.</w:t>
      </w:r>
    </w:p>
    <w:p>
      <w:pPr>
        <w:jc w:val="right"/>
      </w:pPr>
      <w:r>
        <w:t>بٹ دیر از نو کوئیرل، نو کنفرنٹیشن۔</w:t>
      </w:r>
    </w:p>
    <w:p>
      <w:r>
        <w:rPr>
          <w:b/>
        </w:rPr>
        <w:t xml:space="preserve">[06:40] </w:t>
      </w:r>
      <w:r>
        <w:t>thorn always</w:t>
      </w:r>
    </w:p>
    <w:p>
      <w:pPr>
        <w:jc w:val="right"/>
      </w:pPr>
      <w:r>
        <w:t>تھارن الویز</w:t>
      </w:r>
    </w:p>
    <w:p>
      <w:r>
        <w:rPr>
          <w:b/>
        </w:rPr>
        <w:t xml:space="preserve">[06:47] </w:t>
      </w:r>
      <w:r>
        <w:t>tries to follow the principle of tolerance. and also, flower also tries to follow the principle of tolerance.</w:t>
      </w:r>
    </w:p>
    <w:p>
      <w:pPr>
        <w:jc w:val="right"/>
      </w:pPr>
      <w:r>
        <w:t>ٹرائیز ٹو فالو دا پرنسپل آف ٹالرنس۔ اینڈ السو، فلاور السو ٹرائیز ٹو فالو دا پرنسپل آف ٹالرنس۔</w:t>
      </w:r>
    </w:p>
    <w:p>
      <w:r>
        <w:rPr>
          <w:b/>
        </w:rPr>
        <w:t xml:space="preserve">[07:01] </w:t>
      </w:r>
      <w:r>
        <w:t>so, there is no confrontation between the two. flowers and thorns both are living side by side at a single branch of the rose plant.</w:t>
      </w:r>
    </w:p>
    <w:p>
      <w:pPr>
        <w:jc w:val="right"/>
      </w:pPr>
      <w:r>
        <w:t>سو، دیر از نو کنفرنٹیشن بٹوین دا ٹو۔ فلاورز اینڈ تھارنز بوتھ ار لیونگ سائیڈ بائی سائیڈ ایٹ ا سنگل برانچ آف دا روز پلانٹ۔</w:t>
      </w:r>
    </w:p>
    <w:p>
      <w:r>
        <w:rPr>
          <w:b/>
        </w:rPr>
        <w:t xml:space="preserve">[07:25] </w:t>
      </w:r>
      <w:r>
        <w:t>this is the natural formula.</w:t>
      </w:r>
    </w:p>
    <w:p>
      <w:pPr>
        <w:jc w:val="right"/>
      </w:pPr>
      <w:r>
        <w:t>دس از دا نیچرل فارمولا۔</w:t>
      </w:r>
    </w:p>
    <w:p>
      <w:r>
        <w:rPr>
          <w:b/>
        </w:rPr>
        <w:t xml:space="preserve">[07:32] </w:t>
      </w:r>
      <w:r>
        <w:t>this is the natural formula.</w:t>
      </w:r>
    </w:p>
    <w:p>
      <w:pPr>
        <w:jc w:val="right"/>
      </w:pPr>
      <w:r>
        <w:t>دس از دا نیچرل فارمولا۔</w:t>
      </w:r>
    </w:p>
    <w:p>
      <w:r>
        <w:rPr>
          <w:b/>
        </w:rPr>
        <w:t xml:space="preserve">[07:37] </w:t>
      </w:r>
      <w:r>
        <w:t>you know, after the second world war, canada adopted the formula of unilateralism regarding culture.</w:t>
      </w:r>
    </w:p>
    <w:p>
      <w:pPr>
        <w:jc w:val="right"/>
      </w:pPr>
      <w:r>
        <w:t>یو نو، افٹر دا سیکنڈ ورلڈ وار، کینیڈا اڈاپٹڈ دا فارمولا آف یونی لیٹرلزم ریگارڈنگ کلچر۔</w:t>
      </w:r>
    </w:p>
    <w:p>
      <w:r>
        <w:rPr>
          <w:b/>
        </w:rPr>
        <w:t xml:space="preserve">[07:53] </w:t>
      </w:r>
      <w:r>
        <w:t>you know, there are different communities in canada, so there are different cultures in canadian society.</w:t>
      </w:r>
    </w:p>
    <w:p>
      <w:pPr>
        <w:jc w:val="right"/>
      </w:pPr>
      <w:r>
        <w:t>یو نو، دیر ار ڈفرنٹ کمیونٹیز ان کینیڈا، سو دیر ار ڈفرنٹ کلچرز ان کینیڈین سوسائٹی۔</w:t>
      </w:r>
    </w:p>
    <w:p>
      <w:r>
        <w:rPr>
          <w:b/>
        </w:rPr>
        <w:t xml:space="preserve">[08:02] </w:t>
      </w:r>
      <w:r>
        <w:t>so, they wanted to unify all the cultures. so, they adopted the formula of uni culturalism, but they fail.</w:t>
      </w:r>
    </w:p>
    <w:p>
      <w:pPr>
        <w:jc w:val="right"/>
      </w:pPr>
      <w:r>
        <w:t>سو، دے وانٹڈ ٹو یونیفائی آل دا کلچرز۔ سو، دے اڈاپٹڈ دا فارمولا آف یونی کلچرلزم، بٹ دے فیل۔</w:t>
      </w:r>
    </w:p>
    <w:p>
      <w:r>
        <w:rPr>
          <w:b/>
        </w:rPr>
        <w:t xml:space="preserve">[08:15] </w:t>
      </w:r>
      <w:r>
        <w:t>but they fail. then they revised the situation. they reassessed the situation.</w:t>
      </w:r>
    </w:p>
    <w:p>
      <w:pPr>
        <w:jc w:val="right"/>
      </w:pPr>
      <w:r>
        <w:t>بٹ دے فیل۔ دین دے ریوائزڈ دا سچویشن۔ دے ری اسسڈ دا سچویشن۔</w:t>
      </w:r>
    </w:p>
    <w:p>
      <w:r>
        <w:rPr>
          <w:b/>
        </w:rPr>
        <w:t xml:space="preserve">[08:26] </w:t>
      </w:r>
      <w:r>
        <w:t>and they abandon that formula.</w:t>
      </w:r>
    </w:p>
    <w:p>
      <w:pPr>
        <w:jc w:val="right"/>
      </w:pPr>
      <w:r>
        <w:t>اینڈ دے ابینڈن دیٹ فارمولا۔</w:t>
      </w:r>
    </w:p>
    <w:p>
      <w:r>
        <w:rPr>
          <w:b/>
        </w:rPr>
        <w:t xml:space="preserve">[08:30] </w:t>
      </w:r>
      <w:r>
        <w:t>so, instead of</w:t>
      </w:r>
    </w:p>
    <w:p>
      <w:pPr>
        <w:jc w:val="right"/>
      </w:pPr>
      <w:r>
        <w:t>سو، انسٹیڈ آف</w:t>
      </w:r>
    </w:p>
    <w:p>
      <w:r>
        <w:rPr>
          <w:b/>
        </w:rPr>
        <w:t xml:space="preserve">[08:35] </w:t>
      </w:r>
      <w:r>
        <w:t>uni-culturalism, they adopted other formula that is based on the principle of multi-culturalism.</w:t>
      </w:r>
    </w:p>
    <w:p>
      <w:pPr>
        <w:jc w:val="right"/>
      </w:pPr>
      <w:r>
        <w:t>یونی کلچرلزم، دے اڈاپٹڈ ادر فارمولا دیٹ از بیسڈ آن دا پرنسپل آف ملٹی کلچرلزم۔</w:t>
      </w:r>
    </w:p>
    <w:p>
      <w:r>
        <w:rPr>
          <w:b/>
        </w:rPr>
        <w:t xml:space="preserve">[08:51] </w:t>
      </w:r>
      <w:r>
        <w:t>multi-culturalism that is based on the principle of tolerance.</w:t>
      </w:r>
    </w:p>
    <w:p>
      <w:pPr>
        <w:jc w:val="right"/>
      </w:pPr>
      <w:r>
        <w:t>ملٹی کلچرلزم دیٹ از بیسڈ آن دا پرنسپل آف ٹالرنس۔</w:t>
      </w:r>
    </w:p>
    <w:p>
      <w:r>
        <w:rPr>
          <w:b/>
        </w:rPr>
        <w:t xml:space="preserve">[08:58] </w:t>
      </w:r>
      <w:r>
        <w:t>so, is the case of United States. you know, after the second world war, America America is also a society of different culture and different religion.</w:t>
      </w:r>
    </w:p>
    <w:p>
      <w:pPr>
        <w:jc w:val="right"/>
      </w:pPr>
      <w:r>
        <w:t>سو، از دا کیس آف یونائٹڈ سٹیٹس۔ یو نو، افٹر دا سیکنڈ ورلڈ وار، امریکہ امریکہ از السو ا سوسائٹی آف ڈفرنٹ کلچر اینڈ ڈفرنٹ ریلیجن۔</w:t>
      </w:r>
    </w:p>
    <w:p>
      <w:r>
        <w:rPr>
          <w:b/>
        </w:rPr>
        <w:t xml:space="preserve">[09:13] </w:t>
      </w:r>
      <w:r>
        <w:t>so, Americans wanted to unify between different groups. so, they adopted the formula which is called in American history Americanization</w:t>
      </w:r>
    </w:p>
    <w:p>
      <w:pPr>
        <w:jc w:val="right"/>
      </w:pPr>
      <w:r>
        <w:t>سو، امریکنز وانٹڈ ٹو یونیفائی بٹوین ڈفرنٹ گروپس۔ سو، دے اڈاپٹڈ دا فارمولا وچ از کالڈ ان امریکن ہسٹری امریکنائزیشن</w:t>
      </w:r>
    </w:p>
    <w:p>
      <w:r>
        <w:rPr>
          <w:b/>
        </w:rPr>
        <w:t xml:space="preserve">[09:28] </w:t>
      </w:r>
      <w:r>
        <w:t>. they wanted to Americana all those cultures, all those communities, but they also failed.</w:t>
      </w:r>
    </w:p>
    <w:p>
      <w:pPr>
        <w:jc w:val="right"/>
      </w:pPr>
      <w:r>
        <w:t>۔ دے وانٹڈ ٹو امریکنائی آل دو کلچرز، آل دو کمیونٹیز، بٹ دے السو فیلڈ۔</w:t>
      </w:r>
    </w:p>
    <w:p>
      <w:r>
        <w:rPr>
          <w:b/>
        </w:rPr>
        <w:t xml:space="preserve">[09:38] </w:t>
      </w:r>
      <w:r>
        <w:t>so, they abandon this concept. and they adopted the same formula which was adopted by Canadians that is multi-culturalism.</w:t>
      </w:r>
    </w:p>
    <w:p>
      <w:pPr>
        <w:jc w:val="right"/>
      </w:pPr>
      <w:r>
        <w:t>سو، دے ابینڈن دس کانسیپٹ۔ اینڈ دے اڈاپٹڈ دا سیم فارمولا وچ واز اڈاپٹڈ بائی کینیڈینز دیٹ از ملٹی کلچرلزم۔</w:t>
      </w:r>
    </w:p>
    <w:p>
      <w:r>
        <w:rPr>
          <w:b/>
        </w:rPr>
        <w:t xml:space="preserve">[09:53] </w:t>
      </w:r>
      <w:r>
        <w:t>so, this is the</w:t>
      </w:r>
    </w:p>
    <w:p>
      <w:pPr>
        <w:jc w:val="right"/>
      </w:pPr>
      <w:r>
        <w:t>سو، دس از دا</w:t>
      </w:r>
    </w:p>
    <w:p>
      <w:r>
        <w:rPr>
          <w:b/>
        </w:rPr>
        <w:t xml:space="preserve">[09:58] </w:t>
      </w:r>
      <w:r>
        <w:t>only natural formula in this regard.</w:t>
      </w:r>
    </w:p>
    <w:p>
      <w:pPr>
        <w:jc w:val="right"/>
      </w:pPr>
      <w:r>
        <w:t>اونلی نیچرل فارمولا ان دس ریگارڈ۔</w:t>
      </w:r>
    </w:p>
    <w:p>
      <w:r>
        <w:rPr>
          <w:b/>
        </w:rPr>
        <w:t xml:space="preserve">[10:04] </w:t>
      </w:r>
      <w:r>
        <w:t>people always talk in such a way that difference is an evil.</w:t>
      </w:r>
    </w:p>
    <w:p>
      <w:pPr>
        <w:jc w:val="right"/>
      </w:pPr>
      <w:r>
        <w:t>پیپل الویز ٹاک ان سچ ا وے دیٹ ڈفرنس از این ایول۔</w:t>
      </w:r>
    </w:p>
    <w:p>
      <w:r>
        <w:rPr>
          <w:b/>
        </w:rPr>
        <w:t xml:space="preserve">[10:17] </w:t>
      </w:r>
      <w:r>
        <w:t>and how one can live in differences</w:t>
      </w:r>
    </w:p>
    <w:p>
      <w:pPr>
        <w:jc w:val="right"/>
      </w:pPr>
      <w:r>
        <w:t>اینڈ ہاؤ ون کین لیو ان ڈفرنسز</w:t>
      </w:r>
    </w:p>
    <w:p>
      <w:r>
        <w:rPr>
          <w:b/>
        </w:rPr>
        <w:t xml:space="preserve">[10:22] </w:t>
      </w:r>
      <w:r>
        <w:t>. they said that we want to build an integral personality.</w:t>
      </w:r>
    </w:p>
    <w:p>
      <w:pPr>
        <w:jc w:val="right"/>
      </w:pPr>
      <w:r>
        <w:t>۔ دے سیڈ دیٹ وی وانٹ ٹو بلٹ ان انٹیگرل پرسنالٹی۔</w:t>
      </w:r>
    </w:p>
    <w:p>
      <w:r>
        <w:rPr>
          <w:b/>
        </w:rPr>
        <w:t xml:space="preserve">[10:33] </w:t>
      </w:r>
      <w:r>
        <w:t>so,</w:t>
      </w:r>
    </w:p>
    <w:p>
      <w:pPr>
        <w:jc w:val="right"/>
      </w:pPr>
      <w:r>
        <w:t>سو،</w:t>
      </w:r>
    </w:p>
    <w:p>
      <w:r>
        <w:rPr>
          <w:b/>
        </w:rPr>
        <w:t xml:space="preserve">[10:40] </w:t>
      </w:r>
      <w:r>
        <w:t>if you want to build</w:t>
      </w:r>
    </w:p>
    <w:p>
      <w:pPr>
        <w:jc w:val="right"/>
      </w:pPr>
      <w:r>
        <w:t>اف یو وانٹ ٹو بلٹ</w:t>
      </w:r>
    </w:p>
    <w:p>
      <w:r>
        <w:rPr>
          <w:b/>
        </w:rPr>
        <w:t xml:space="preserve">[10:45] </w:t>
      </w:r>
      <w:r>
        <w:t>an integral personality, you have to eliminate all these differences. but this is wrong.</w:t>
      </w:r>
    </w:p>
    <w:p>
      <w:pPr>
        <w:jc w:val="right"/>
      </w:pPr>
      <w:r>
        <w:t>ان انٹیگرل پرسنالٹی، یو ہیو ٹو ایلیمنیٹ آل دیز ڈفرنسز۔ بٹ دس از رونگ۔</w:t>
      </w:r>
    </w:p>
    <w:p>
      <w:r>
        <w:rPr>
          <w:b/>
        </w:rPr>
        <w:t xml:space="preserve">[10:54] </w:t>
      </w:r>
      <w:r>
        <w:t>it is wrong. difference is not an hindrance towards this scheme.</w:t>
      </w:r>
    </w:p>
    <w:p>
      <w:pPr>
        <w:jc w:val="right"/>
      </w:pPr>
      <w:r>
        <w:t>اٹ از رونگ۔ ڈفرنس از ناٹ این ہنڈرنس ٹوورڈز دس سکیم۔</w:t>
      </w:r>
    </w:p>
    <w:p>
      <w:r>
        <w:rPr>
          <w:b/>
        </w:rPr>
        <w:t xml:space="preserve">[11:04] </w:t>
      </w:r>
      <w:r>
        <w:t>one western thinker has rightly said that I am large enough to contain all these contradictions.</w:t>
      </w:r>
    </w:p>
    <w:p>
      <w:pPr>
        <w:jc w:val="right"/>
      </w:pPr>
      <w:r>
        <w:t>ون ویسٹرن تھنکر ہیز رائٹلی سیڈ دیٹ ائی ایم لارج انف ٹو کنٹین آل دیز کنٹراڈکشنز۔</w:t>
      </w:r>
    </w:p>
    <w:p>
      <w:r>
        <w:rPr>
          <w:b/>
        </w:rPr>
        <w:t xml:space="preserve">[11:20] </w:t>
      </w:r>
      <w:r>
        <w:t>I would like to say that man is large enough to contain all these differences. so, difference is not an evil.</w:t>
      </w:r>
    </w:p>
    <w:p>
      <w:pPr>
        <w:jc w:val="right"/>
      </w:pPr>
      <w:r>
        <w:t>ائی وڈ لائک ٹو سی دیٹ من از لارج انف ٹو کنٹین آل دیز ڈفرنسز۔ سو، ڈفرنس از ناٹ این ایول۔</w:t>
      </w:r>
    </w:p>
    <w:p>
      <w:r>
        <w:rPr>
          <w:b/>
        </w:rPr>
        <w:t xml:space="preserve">[11:34] </w:t>
      </w:r>
      <w:r>
        <w:t>instead, it is a blessing. why? because difference creates dialogue, discussion.</w:t>
      </w:r>
    </w:p>
    <w:p>
      <w:pPr>
        <w:jc w:val="right"/>
      </w:pPr>
      <w:r>
        <w:t>انسٹیڈ، اٹ از ا بلیسنگ۔ وائی؟ بیکاز ڈفرنس کریٹس ڈائیلاگ، ڈسکشن۔</w:t>
      </w:r>
    </w:p>
    <w:p>
      <w:r>
        <w:rPr>
          <w:b/>
        </w:rPr>
        <w:t xml:space="preserve">[11:51] </w:t>
      </w:r>
      <w:r>
        <w:t>and without dialogue, without discussion, there is no development. the only way to intellectual development is dialogue and discussion, and intellectual exchange.</w:t>
      </w:r>
    </w:p>
    <w:p>
      <w:pPr>
        <w:jc w:val="right"/>
      </w:pPr>
      <w:r>
        <w:t>اینڈ وداؤٹ ڈائیلاگ، وداؤٹ ڈسکشن، دیر از نو ڈیولپمنٹ۔ دا اونلی وے ٹو انٹلیکچول ڈیولپمنٹ از ڈائیلاگ اینڈ ڈسکشن، اینڈ انٹلیکچول ایکسچینج۔</w:t>
      </w:r>
    </w:p>
    <w:p>
      <w:r>
        <w:rPr>
          <w:b/>
        </w:rPr>
        <w:t xml:space="preserve">[12:11] </w:t>
      </w:r>
      <w:r>
        <w:t>so, in this sense, difference is a</w:t>
      </w:r>
    </w:p>
    <w:p>
      <w:pPr>
        <w:jc w:val="right"/>
      </w:pPr>
      <w:r>
        <w:t>سو، ان دس سینس، ڈفرنس از ا</w:t>
      </w:r>
    </w:p>
    <w:p>
      <w:r>
        <w:rPr>
          <w:b/>
        </w:rPr>
        <w:t xml:space="preserve">[12:19] </w:t>
      </w:r>
      <w:r>
        <w:t>positive part of society.</w:t>
      </w:r>
    </w:p>
    <w:p>
      <w:pPr>
        <w:jc w:val="right"/>
      </w:pPr>
      <w:r>
        <w:t>پازیٹیو پارٹ آف سوسائٹی۔</w:t>
      </w:r>
    </w:p>
    <w:p>
      <w:r>
        <w:rPr>
          <w:b/>
        </w:rPr>
        <w:t xml:space="preserve">[12:21] </w:t>
      </w:r>
      <w:r>
        <w:t>difference is a blessing. it is the way of nature. it is the process of nature. nature wants to</w:t>
      </w:r>
    </w:p>
    <w:p>
      <w:pPr>
        <w:jc w:val="right"/>
      </w:pPr>
      <w:r>
        <w:t>ڈفرنس از ا بلیسنگ۔ اٹ از دا وے آف نیچر۔ اٹ از دا پروسیس آف نیچر۔ نیچر وانٹس ٹو</w:t>
      </w:r>
    </w:p>
    <w:p>
      <w:r>
        <w:rPr>
          <w:b/>
        </w:rPr>
        <w:t xml:space="preserve">[12:36] </w:t>
      </w:r>
      <w:r>
        <w:t>promote differences because it is difference that creates challenge, competition, dialogue, intellectual exchange</w:t>
      </w:r>
    </w:p>
    <w:p>
      <w:pPr>
        <w:jc w:val="right"/>
      </w:pPr>
      <w:r>
        <w:t>پروموٹ ڈفرنسز بیکاز اٹ از ڈفرنس دیٹ کریٹس چیلنج، کمپٹیشن، ڈائیلاگ، انٹلیکچول ایکسچینج</w:t>
      </w:r>
    </w:p>
    <w:p>
      <w:r>
        <w:rPr>
          <w:b/>
        </w:rPr>
        <w:t xml:space="preserve">[12:51] </w:t>
      </w:r>
      <w:r>
        <w:t>al deez things ar</w:t>
      </w:r>
    </w:p>
    <w:p>
      <w:pPr>
        <w:jc w:val="right"/>
      </w:pPr>
      <w:r>
        <w:t>۔ آل دیز تھنگز ار</w:t>
      </w:r>
    </w:p>
    <w:p>
      <w:r>
        <w:rPr>
          <w:b/>
        </w:rPr>
        <w:t xml:space="preserve">[12:55] </w:t>
      </w:r>
      <w:r>
        <w:t>part of differences. without part, there is no challenge. there is no competition. there is no intellectual exchange.</w:t>
      </w:r>
    </w:p>
    <w:p>
      <w:pPr>
        <w:jc w:val="right"/>
      </w:pPr>
      <w:r>
        <w:t>پارٹ آف ڈفرنسز۔ وداؤٹ پارٹ، دیر از نو چیلنج۔ دیر از نو کمپٹیشن۔ دیر از نو انٹلیکچول ایکسچینج۔</w:t>
      </w:r>
    </w:p>
    <w:p>
      <w:r>
        <w:rPr>
          <w:b/>
        </w:rPr>
        <w:t xml:space="preserve">[13:06] </w:t>
      </w:r>
      <w:r>
        <w:t>so, in a society without difference, you cannot promote intellectual development</w:t>
      </w:r>
    </w:p>
    <w:p>
      <w:pPr>
        <w:jc w:val="right"/>
      </w:pPr>
      <w:r>
        <w:t>سو، ان ا سوسائٹی وداؤٹ ڈفرنس، یو کاناٹ پروموٹ انٹلیکچول ڈیولپمنٹ</w:t>
      </w:r>
    </w:p>
    <w:p>
      <w:r>
        <w:rPr>
          <w:b/>
        </w:rPr>
        <w:t xml:space="preserve">[13:15] </w:t>
      </w:r>
      <w:r>
        <w:t>and you know, intellectual development is the most important part of human being.</w:t>
      </w:r>
    </w:p>
    <w:p>
      <w:pPr>
        <w:jc w:val="right"/>
      </w:pPr>
      <w:r>
        <w:t>۔ اینڈ یو نو، انٹلیکچول ڈیولپمنٹ از دا موسٹ امپورٹنٹ پارٹ آف ہیومن بینگ۔</w:t>
      </w:r>
    </w:p>
    <w:p>
      <w:r>
        <w:rPr>
          <w:b/>
        </w:rPr>
        <w:t xml:space="preserve">[13:24] </w:t>
      </w:r>
      <w:r>
        <w:t>the greatest blessing, greatest asset is intellectual development. and without difference, there is no intellectual development.</w:t>
      </w:r>
    </w:p>
    <w:p>
      <w:pPr>
        <w:jc w:val="right"/>
      </w:pPr>
      <w:r>
        <w:t>دی گریٹسٹ بلیسنگ، گریٹسٹ اسٹ از انٹلیکچول ڈیولپمنٹ۔ اینڈ وداؤٹ ڈفرنس، دیر از نو انٹلیکچول ڈیولپمنٹ۔</w:t>
      </w:r>
    </w:p>
    <w:p>
      <w:r>
        <w:rPr>
          <w:b/>
        </w:rPr>
        <w:t xml:space="preserve">[13:38] </w:t>
      </w:r>
      <w:r>
        <w:t>so, if you want to eliminate, try to eliminate intolerance rather than difference.</w:t>
      </w:r>
    </w:p>
    <w:p>
      <w:pPr>
        <w:jc w:val="right"/>
      </w:pPr>
      <w:r>
        <w:t>سو، اف یو وانٹ ٹو ایلیمنیٹ، ٹرائی ٹو ایلیمنیٹ انٹالرنس رادر دین ڈفرنس۔</w:t>
      </w:r>
    </w:p>
    <w:p>
      <w:r>
        <w:rPr>
          <w:b/>
        </w:rPr>
        <w:t xml:space="preserve">[13:51] </w:t>
      </w:r>
      <w:r>
        <w:t>you know, you cannot fight nature. you cannot go against the nature.</w:t>
      </w:r>
    </w:p>
    <w:p>
      <w:pPr>
        <w:jc w:val="right"/>
      </w:pPr>
      <w:r>
        <w:t>یو نو، یو کاناٹ فائٹ نیچر۔ یو کاناٹ گو اگینسٹ دی نیچر۔</w:t>
      </w:r>
    </w:p>
    <w:p>
      <w:r>
        <w:rPr>
          <w:b/>
        </w:rPr>
        <w:t xml:space="preserve">[14:01] </w:t>
      </w:r>
      <w:r>
        <w:t>you have no choice except to adopt the course of nature.</w:t>
      </w:r>
    </w:p>
    <w:p>
      <w:pPr>
        <w:jc w:val="right"/>
      </w:pPr>
      <w:r>
        <w:t>یو ہیو نو چوائس ایکسیپٹ ٹو اڈاپٹ دا کورس آف نیچر۔</w:t>
      </w:r>
    </w:p>
    <w:p>
      <w:r>
        <w:rPr>
          <w:b/>
        </w:rPr>
        <w:t xml:space="preserve">[14:09] </w:t>
      </w:r>
      <w:r>
        <w:t>so, difference is the course of nature. everyone is born mister different. and every woman is born miss different.</w:t>
      </w:r>
    </w:p>
    <w:p>
      <w:pPr>
        <w:jc w:val="right"/>
      </w:pPr>
      <w:r>
        <w:t>سو، ڈفرنس از دا کورس آف نیچر۔ ایوری ون از بورن مسٹر ڈفرنٹ۔ اینڈ ایوری وومن از بورن مس ڈفرنٹ۔</w:t>
      </w:r>
    </w:p>
    <w:p>
      <w:r>
        <w:rPr>
          <w:b/>
        </w:rPr>
        <w:t xml:space="preserve">[14:24] </w:t>
      </w:r>
      <w:r>
        <w:t>so, difference is everywhere in the world. your personality is a different personality from other.</w:t>
      </w:r>
    </w:p>
    <w:p>
      <w:pPr>
        <w:jc w:val="right"/>
      </w:pPr>
      <w:r>
        <w:t>سو، ڈفرنس از ایوری ویر ان دا ورلڈ۔ یور پرسنالٹی از ا ڈفرنٹ پرسنالٹی فرام ادر۔</w:t>
      </w:r>
    </w:p>
    <w:p>
      <w:r>
        <w:rPr>
          <w:b/>
        </w:rPr>
        <w:t xml:space="preserve">[14:38] </w:t>
      </w:r>
      <w:r>
        <w:t>so, how you can change this natural scheme? it is wrong to take the difference as an evil.</w:t>
      </w:r>
    </w:p>
    <w:p>
      <w:pPr>
        <w:jc w:val="right"/>
      </w:pPr>
      <w:r>
        <w:t>سو، ہاؤ یو کین چینج دس نیچرل سکیم؟ اٹ از رونگ ٹو ٹیک دا ڈفرنس ایز این ایول۔</w:t>
      </w:r>
    </w:p>
    <w:p>
      <w:r>
        <w:rPr>
          <w:b/>
        </w:rPr>
        <w:t xml:space="preserve">[14:53] </w:t>
      </w:r>
      <w:r>
        <w:t>then, those people who try to</w:t>
      </w:r>
    </w:p>
    <w:p>
      <w:pPr>
        <w:jc w:val="right"/>
      </w:pPr>
      <w:r>
        <w:t>دین، دو پیپل ہو ٹرائی ٹو</w:t>
      </w:r>
    </w:p>
    <w:p>
      <w:r>
        <w:rPr>
          <w:b/>
        </w:rPr>
        <w:t xml:space="preserve">[15:02] </w:t>
      </w:r>
      <w:r>
        <w:t>establish that all the religions are true.</w:t>
      </w:r>
    </w:p>
    <w:p>
      <w:pPr>
        <w:jc w:val="right"/>
      </w:pPr>
      <w:r>
        <w:t>اسٹیبلش دیٹ آل دا ریلیجنز ار ٹرو۔</w:t>
      </w:r>
    </w:p>
    <w:p>
      <w:r>
        <w:rPr>
          <w:b/>
        </w:rPr>
        <w:t xml:space="preserve">[15:08] </w:t>
      </w:r>
      <w:r>
        <w:t>this is a philosophical idea. it is not a religious idea.</w:t>
      </w:r>
    </w:p>
    <w:p>
      <w:pPr>
        <w:jc w:val="right"/>
      </w:pPr>
      <w:r>
        <w:t>دس از ا فلاسفیکل ائیڈیا۔ اٹ از ناٹ ا ریلیجیس ائیڈیا۔</w:t>
      </w:r>
    </w:p>
    <w:p>
      <w:r>
        <w:rPr>
          <w:b/>
        </w:rPr>
        <w:t xml:space="preserve">[15:20] </w:t>
      </w:r>
      <w:r>
        <w:t>it is a romantic idea. it is not a religious i</w:t>
      </w:r>
    </w:p>
    <w:p>
      <w:pPr>
        <w:jc w:val="right"/>
      </w:pPr>
      <w:r>
        <w:t>اٹ از ا رومینٹک ائیڈیا۔ اٹ از ناٹ ا ریلیجیس ائی</w:t>
      </w:r>
    </w:p>
    <w:p>
      <w:r>
        <w:rPr>
          <w:b/>
        </w:rPr>
        <w:t xml:space="preserve">[15:24] </w:t>
      </w:r>
      <w:r>
        <w:t>dea because when you study different religions, you will find that every religion has some different kind of ideas, different kind of</w:t>
      </w:r>
    </w:p>
    <w:p>
      <w:pPr>
        <w:jc w:val="right"/>
      </w:pPr>
      <w:r>
        <w:t>ڈیا بیکاز وین یو اسٹڈی ڈفرنٹ ریلیجنز، یو ویل فائنڈ دیٹ ایوری ریلیجن ہیز سم ڈفرنٹ کائنڈ آف ائیڈیاز، ڈفرنٹ کائنڈ آف</w:t>
      </w:r>
    </w:p>
    <w:p>
      <w:r>
        <w:rPr>
          <w:b/>
        </w:rPr>
        <w:t xml:space="preserve">[15:43] </w:t>
      </w:r>
      <w:r>
        <w:t>belief system, different kind of.</w:t>
      </w:r>
    </w:p>
    <w:p>
      <w:pPr>
        <w:jc w:val="right"/>
      </w:pPr>
      <w:r>
        <w:t>بیلیف سسٹم، ڈفرنٹ کائنڈ آف۔</w:t>
      </w:r>
    </w:p>
    <w:p>
      <w:r>
        <w:rPr>
          <w:b/>
        </w:rPr>
        <w:t xml:space="preserve">[15:51] </w:t>
      </w:r>
      <w:r>
        <w:t>so, every religion is a different religion.</w:t>
      </w:r>
    </w:p>
    <w:p>
      <w:pPr>
        <w:jc w:val="right"/>
      </w:pPr>
      <w:r>
        <w:t>سو، ایوری ریلیجن از ا ڈفرنٹ ریلیجن۔</w:t>
      </w:r>
    </w:p>
    <w:p>
      <w:r>
        <w:rPr>
          <w:b/>
        </w:rPr>
        <w:t xml:space="preserve">[15:57] </w:t>
      </w:r>
      <w:r>
        <w:t>and i can say that every part of the world is a different. so, religion is not an exception.</w:t>
      </w:r>
    </w:p>
    <w:p>
      <w:pPr>
        <w:jc w:val="right"/>
      </w:pPr>
      <w:r>
        <w:t>اینڈ ائی کین سی دیٹ ایوری پارٹ آف دا ورلڈ از ا ڈفرنٹ۔ سو، ریلیجن از ناٹ این ایکسیپشن۔</w:t>
      </w:r>
    </w:p>
    <w:p>
      <w:r>
        <w:rPr>
          <w:b/>
        </w:rPr>
        <w:t xml:space="preserve">[16:09] </w:t>
      </w:r>
      <w:r>
        <w:t>so, how you can eliminate all those differences?</w:t>
      </w:r>
    </w:p>
    <w:p>
      <w:pPr>
        <w:jc w:val="right"/>
      </w:pPr>
      <w:r>
        <w:t>سو، ہاؤ یو کین ایلیمنیٹ آل دو ڈفرنسز؟</w:t>
      </w:r>
    </w:p>
    <w:p>
      <w:r>
        <w:rPr>
          <w:b/>
        </w:rPr>
        <w:t xml:space="preserve">[16:13] </w:t>
      </w:r>
      <w:r>
        <w:t>then, i would like to say that if you try to prove that all the religions are one and the same, all the religions are true, this is bound to bring about a negative result because this kind of thinking will deprive people from the convic</w:t>
      </w:r>
    </w:p>
    <w:p>
      <w:pPr>
        <w:jc w:val="right"/>
      </w:pPr>
      <w:r>
        <w:t>دین، ائی وڈ لائک ٹو سی دیٹ اف یو ٹرائی ٹو پروف دیٹ آل دا ریلیجنز ار ون اینڈ دا سیم، آل دا ریلیجنز ار ٹرو، دس از باؤنڈ ٹو برنگ اباؤٹ ا نیگیٹیو رزلٹ بیکاز دس کائنڈ آف تھنکنگ ویل ڈیپرائی پیپل فرام دا کنوک</w:t>
      </w:r>
    </w:p>
    <w:p>
      <w:r>
        <w:rPr>
          <w:b/>
        </w:rPr>
        <w:t xml:space="preserve">[16:39] </w:t>
      </w:r>
      <w:r>
        <w:t>tion. if you believe that every woman is your mother, then motherhood will disappear. you have to believe that this lady is my mother.</w:t>
      </w:r>
    </w:p>
    <w:p>
      <w:pPr>
        <w:jc w:val="right"/>
      </w:pPr>
      <w:r>
        <w:t>شن۔ اف یو بیلیو دیٹ ایوری وومن از یور مدر، دین مدرہڈ ویل ڈس اپیئر۔ یو ہیو ٹو بیلیو دیٹ دس لیڈی از مائی مدر۔</w:t>
      </w:r>
    </w:p>
    <w:p>
      <w:r>
        <w:rPr>
          <w:b/>
        </w:rPr>
        <w:t xml:space="preserve">[16:54] </w:t>
      </w:r>
      <w:r>
        <w:t>otherwise, you will lose your conviction in your mother.</w:t>
      </w:r>
    </w:p>
    <w:p>
      <w:pPr>
        <w:jc w:val="right"/>
      </w:pPr>
      <w:r>
        <w:t>ادروائز، یو ویل لوز یور کنوکشن ان یور مدر۔</w:t>
      </w:r>
    </w:p>
    <w:p>
      <w:r>
        <w:rPr>
          <w:b/>
        </w:rPr>
        <w:t xml:space="preserve">[17:04] </w:t>
      </w:r>
      <w:r>
        <w:t>you cannot believe, you cannot say that all women are my mother equally. this kind of thinking, this kind of thinking will kill the concept of motherhood.</w:t>
      </w:r>
    </w:p>
    <w:p>
      <w:pPr>
        <w:jc w:val="right"/>
      </w:pPr>
      <w:r>
        <w:t>یو کاناٹ بیلیو، یو کاناٹ سی دیٹ آل وومن ار مائی مدر ایکولی۔ دس کائنڈ آف تھنکنگ، دس کائنڈ آف تھنکنگ ویل کِل دا کانسیپٹ آف مدرہڈ۔</w:t>
      </w:r>
    </w:p>
    <w:p>
      <w:r>
        <w:rPr>
          <w:b/>
        </w:rPr>
        <w:t xml:space="preserve">[17:21] </w:t>
      </w:r>
      <w:r>
        <w:t>so, is the case of religion. you know, what is religion? religion is not simply a culture. religion is a source of conviction.</w:t>
      </w:r>
    </w:p>
    <w:p>
      <w:pPr>
        <w:jc w:val="right"/>
      </w:pPr>
      <w:r>
        <w:t>سو، از دا کیس آف ریلیجن۔ یو نو، واٹ از ریلیجن؟ ریلیجن از ناٹ سمپلی ا کلچر۔ ریلیجن از ا سورس آف کنوکشن۔</w:t>
      </w:r>
    </w:p>
    <w:p>
      <w:r>
        <w:rPr>
          <w:b/>
        </w:rPr>
        <w:t xml:space="preserve">[17:34] </w:t>
      </w:r>
      <w:r>
        <w:t>religion is an expression of truth. religion is an expression of truth.</w:t>
      </w:r>
    </w:p>
    <w:p>
      <w:pPr>
        <w:jc w:val="right"/>
      </w:pPr>
      <w:r>
        <w:t>ریلیجن از این ایکسپریشن آف ٹروتھ۔ ریلیجن از این ایکسپریشن آف ٹروتھ۔</w:t>
      </w:r>
    </w:p>
    <w:p>
      <w:r>
        <w:rPr>
          <w:b/>
        </w:rPr>
        <w:t xml:space="preserve">[17:43] </w:t>
      </w:r>
      <w:r>
        <w:t>and truth is, and it is truth that gives you conviction. so, spiritual conviction is nothing.</w:t>
      </w:r>
    </w:p>
    <w:p>
      <w:pPr>
        <w:jc w:val="right"/>
      </w:pPr>
      <w:r>
        <w:t>اینڈ ٹروتھ از، اینڈ اٹ از ٹروتھ دیٹ گیوز یو کنوکشن۔ سو، اسپیریٹ کنوکشن از نتھنگ۔</w:t>
      </w:r>
    </w:p>
    <w:p>
      <w:r>
        <w:rPr>
          <w:b/>
        </w:rPr>
        <w:t xml:space="preserve">[17:54] </w:t>
      </w:r>
      <w:r>
        <w:t>if you believe that every religion is true, then</w:t>
      </w:r>
    </w:p>
    <w:p>
      <w:pPr>
        <w:jc w:val="right"/>
      </w:pPr>
      <w:r>
        <w:t>اف یو بیلیو دیٹ ایوری ریلیجن از ٹرو، دین</w:t>
      </w:r>
    </w:p>
    <w:p>
      <w:r>
        <w:rPr>
          <w:b/>
        </w:rPr>
        <w:t xml:space="preserve">[18:01] </w:t>
      </w:r>
      <w:r>
        <w:t>you will be deprived of conviction. you have to have conviction that i am living in truth, the truth with the capital T.</w:t>
      </w:r>
    </w:p>
    <w:p>
      <w:pPr>
        <w:jc w:val="right"/>
      </w:pPr>
      <w:r>
        <w:t>یو ویل بی ڈیپرائیڈ آف کنوکشن۔ یو ہیو ٹو ہیو کنوکشن دیٹ ائی ایم لیونگ ان ٹروتھ، دا ٹروتھ ود دی کیپیٹل ٹی۔</w:t>
      </w:r>
    </w:p>
    <w:p>
      <w:r>
        <w:rPr>
          <w:b/>
        </w:rPr>
        <w:t xml:space="preserve">[18:18] </w:t>
      </w:r>
      <w:r>
        <w:t>the concept of the truth gives you conviction.</w:t>
      </w:r>
    </w:p>
    <w:p>
      <w:pPr>
        <w:jc w:val="right"/>
      </w:pPr>
      <w:r>
        <w:t>دا کانسیپٹ آف دا ٹروتھ گیوز یو کنوکشن۔</w:t>
      </w:r>
    </w:p>
    <w:p>
      <w:r>
        <w:rPr>
          <w:b/>
        </w:rPr>
        <w:t xml:space="preserve">[18:23] </w:t>
      </w:r>
      <w:r>
        <w:t>without conviction, you cannot living in this world.</w:t>
      </w:r>
    </w:p>
    <w:p>
      <w:pPr>
        <w:jc w:val="right"/>
      </w:pPr>
      <w:r>
        <w:t>وداؤٹ کنوکشن، یو کاناٹ لیونگ ان دس ورلڈ۔</w:t>
      </w:r>
    </w:p>
    <w:p>
      <w:r>
        <w:rPr>
          <w:b/>
        </w:rPr>
        <w:t xml:space="preserve">[18:30] </w:t>
      </w:r>
      <w:r>
        <w:t>every man needs conviction. and it is the concept of truth that gives you conviction.</w:t>
      </w:r>
    </w:p>
    <w:p>
      <w:pPr>
        <w:jc w:val="right"/>
      </w:pPr>
      <w:r>
        <w:t>ایوری مین نیڈز کنوکشن۔ اینڈ اٹ از دا کانسیپٹ آف ٹروتھ دیٹ گیوز یو کنوکشن۔</w:t>
      </w:r>
    </w:p>
    <w:p>
      <w:r>
        <w:rPr>
          <w:b/>
        </w:rPr>
        <w:t xml:space="preserve">[18:39] </w:t>
      </w:r>
      <w:r>
        <w:t>so, all those people who try to prove that every religion is true. there is no difference in religions.</w:t>
      </w:r>
    </w:p>
    <w:p>
      <w:pPr>
        <w:jc w:val="right"/>
      </w:pPr>
      <w:r>
        <w:t>سو، آل دو پیپل ہو ٹرائی ٹو پروف دیٹ ایوری ریلیجن از ٹرو۔ دیر از نو ڈفرنس ان ریلیجنز۔</w:t>
      </w:r>
    </w:p>
    <w:p>
      <w:r>
        <w:rPr>
          <w:b/>
        </w:rPr>
        <w:t xml:space="preserve">[18:49] </w:t>
      </w:r>
      <w:r>
        <w:t>all the religions are equal.</w:t>
      </w:r>
    </w:p>
    <w:p>
      <w:pPr>
        <w:jc w:val="right"/>
      </w:pPr>
      <w:r>
        <w:t>آل دا ریلیجنز ار ایکول۔</w:t>
      </w:r>
    </w:p>
    <w:p>
      <w:r>
        <w:rPr>
          <w:b/>
        </w:rPr>
        <w:t xml:space="preserve">[18:52] </w:t>
      </w:r>
      <w:r>
        <w:t>this kind of thinking is disastrous. disastrous because this kind of thinking will take away your conviction in truth.</w:t>
      </w:r>
    </w:p>
    <w:p>
      <w:pPr>
        <w:jc w:val="right"/>
      </w:pPr>
      <w:r>
        <w:t>دس کائنڈ آف تھنکنگ از ڈساسٹرس۔ ڈساسٹرس بیکاز دس کائنڈ آف تھنکنگ ویل ٹیک اوے یور کنوکشن ان ٹروتھ۔</w:t>
      </w:r>
    </w:p>
    <w:p>
      <w:r>
        <w:rPr>
          <w:b/>
        </w:rPr>
        <w:t xml:space="preserve">[19:10] </w:t>
      </w:r>
      <w:r>
        <w:t>so, as you cannot think that every woman is your mother, so you cannot think that every religion is true.</w:t>
      </w:r>
    </w:p>
    <w:p>
      <w:pPr>
        <w:jc w:val="right"/>
      </w:pPr>
      <w:r>
        <w:t>سو، ایز یو کاناٹ تھنک دیٹ ایوری وومن از یور مدر، سو یو کاناٹ تھنک دیٹ ایوری ریلیجن از ٹرو۔</w:t>
      </w:r>
    </w:p>
    <w:p>
      <w:r>
        <w:rPr>
          <w:b/>
        </w:rPr>
        <w:t xml:space="preserve">[19:23] </w:t>
      </w:r>
      <w:r>
        <w:t>so, the concept of the truth with the capital T is a natural concept.</w:t>
      </w:r>
    </w:p>
    <w:p>
      <w:pPr>
        <w:jc w:val="right"/>
      </w:pPr>
      <w:r>
        <w:t>سو، دا کانسیپٹ آف دا ٹروتھ ود دی کیپیٹل ٹی از این نیچرل کانسیپٹ۔</w:t>
      </w:r>
    </w:p>
    <w:p>
      <w:r>
        <w:rPr>
          <w:b/>
        </w:rPr>
        <w:t xml:space="preserve">[19:32] </w:t>
      </w:r>
      <w:r>
        <w:t>there is no doubt about it because the basic thing is conviction. and only this concept can give you conviction</w:t>
      </w:r>
    </w:p>
    <w:p>
      <w:pPr>
        <w:jc w:val="right"/>
      </w:pPr>
      <w:r>
        <w:t>دیر از نو ڈاؤٹ اباؤٹ اٹ بیکاز دی بیسک تھنگ از کنوکشن۔ اینڈ اونلی دس کانسیپٹ کین گیو یو کنوکشن</w:t>
      </w:r>
    </w:p>
    <w:p>
      <w:r>
        <w:rPr>
          <w:b/>
        </w:rPr>
        <w:t xml:space="preserve">[19:46] </w:t>
      </w:r>
      <w:r>
        <w:t>. so, i can see that</w:t>
      </w:r>
    </w:p>
    <w:p>
      <w:pPr>
        <w:jc w:val="right"/>
      </w:pPr>
      <w:r>
        <w:t>۔ سو، ائی کین سی دیٹ</w:t>
      </w:r>
    </w:p>
    <w:p>
      <w:r>
        <w:rPr>
          <w:b/>
        </w:rPr>
        <w:t xml:space="preserve">[19:52] </w:t>
      </w:r>
      <w:r>
        <w:t>the formula of religious harmony</w:t>
      </w:r>
    </w:p>
    <w:p>
      <w:pPr>
        <w:jc w:val="right"/>
      </w:pPr>
      <w:r>
        <w:t>دا فارمولا آف ریلیجس ہارمونی</w:t>
      </w:r>
    </w:p>
    <w:p>
      <w:r>
        <w:rPr>
          <w:b/>
        </w:rPr>
        <w:t xml:space="preserve">[19:59] </w:t>
      </w:r>
      <w:r>
        <w:t>is based on difference management</w:t>
      </w:r>
    </w:p>
    <w:p>
      <w:pPr>
        <w:jc w:val="right"/>
      </w:pPr>
      <w:r>
        <w:t>از بیسڈ آن ڈفرنس مینجمنٹ</w:t>
      </w:r>
    </w:p>
    <w:p>
      <w:r>
        <w:rPr>
          <w:b/>
        </w:rPr>
        <w:t xml:space="preserve">[20:05] </w:t>
      </w:r>
      <w:r>
        <w:t>. formula of harmony</w:t>
      </w:r>
    </w:p>
    <w:p>
      <w:pPr>
        <w:jc w:val="right"/>
      </w:pPr>
      <w:r>
        <w:t>۔ فارمولا آف ہارمونی</w:t>
      </w:r>
    </w:p>
    <w:p>
      <w:r>
        <w:rPr>
          <w:b/>
        </w:rPr>
        <w:t xml:space="preserve">[20:13] </w:t>
      </w:r>
      <w:r>
        <w:t>among religions is based on</w:t>
      </w:r>
    </w:p>
    <w:p>
      <w:pPr>
        <w:jc w:val="right"/>
      </w:pPr>
      <w:r>
        <w:t>امنگ ریلیجنز از بیسڈ آن</w:t>
      </w:r>
    </w:p>
    <w:p>
      <w:r>
        <w:rPr>
          <w:b/>
        </w:rPr>
        <w:t xml:space="preserve">[20:18] </w:t>
      </w:r>
      <w:r>
        <w:t>difference management rather than eliminating the differences.</w:t>
      </w:r>
    </w:p>
    <w:p>
      <w:pPr>
        <w:jc w:val="right"/>
      </w:pPr>
      <w:r>
        <w:t>ڈفرنس مینجمنٹ رادر دین ایلیمنیٹنگ دا ڈفرنسز۔</w:t>
      </w:r>
    </w:p>
    <w:p>
      <w:r>
        <w:rPr>
          <w:b/>
        </w:rPr>
        <w:t xml:space="preserve">[20:32] </w:t>
      </w:r>
      <w:r>
        <w:t>so, it is very important to know that we are living in a world that was created by God.</w:t>
      </w:r>
    </w:p>
    <w:p>
      <w:pPr>
        <w:jc w:val="right"/>
      </w:pPr>
      <w:r>
        <w:t>سو، اٹ از ویری امپورٹنٹ ٹو نو دیٹ وی ار لیونگ ان ا ورلڈ دیٹ واز کریٹڈ بائی گاڈ۔</w:t>
      </w:r>
    </w:p>
    <w:p>
      <w:r>
        <w:rPr>
          <w:b/>
        </w:rPr>
        <w:t xml:space="preserve">[20:42] </w:t>
      </w:r>
      <w:r>
        <w:t>world is not our creation. creation plan was set by God, not by man.</w:t>
      </w:r>
    </w:p>
    <w:p>
      <w:pPr>
        <w:jc w:val="right"/>
      </w:pPr>
      <w:r>
        <w:t>ورلڈ از ناٹ اور کریشن۔ کریشن پلان واز سیٹ بائی گاڈ، ناٹ بائی مین۔</w:t>
      </w:r>
    </w:p>
    <w:p>
      <w:r>
        <w:rPr>
          <w:b/>
        </w:rPr>
        <w:t xml:space="preserve">[20:57] </w:t>
      </w:r>
      <w:r>
        <w:t>so, we have no option other than to accept the scheme of God, the creation plan of God.</w:t>
      </w:r>
    </w:p>
    <w:p>
      <w:pPr>
        <w:jc w:val="right"/>
      </w:pPr>
      <w:r>
        <w:t>سو، وی ہیو نو اپشن ادر دین ٹو ایکسیپٹ دی سکیم آف گاڈ، دی کریشن پلان آف گاڈ۔</w:t>
      </w:r>
    </w:p>
    <w:p>
      <w:r>
        <w:rPr>
          <w:b/>
        </w:rPr>
        <w:t xml:space="preserve">[21:07] </w:t>
      </w:r>
      <w:r>
        <w:t>if God created world with differences, every where there are differences in stars, in planets, in mountains, in oceans,</w:t>
      </w:r>
    </w:p>
    <w:p>
      <w:pPr>
        <w:jc w:val="right"/>
      </w:pPr>
      <w:r>
        <w:t>اف گاڈ کریٹڈ ورلڈ ود ڈفرنسز، ایوری ویر دیر ار ڈفرنسز ان سٹارز، ان پلینٹس، ان ماؤنٹینز، ان اوشنز،</w:t>
      </w:r>
    </w:p>
    <w:p>
      <w:r>
        <w:rPr>
          <w:b/>
        </w:rPr>
        <w:t xml:space="preserve">[21:22] </w:t>
      </w:r>
      <w:r>
        <w:t>in animals.</w:t>
      </w:r>
    </w:p>
    <w:p>
      <w:pPr>
        <w:jc w:val="right"/>
      </w:pPr>
      <w:r>
        <w:t>ان اینیملز۔</w:t>
      </w:r>
    </w:p>
    <w:p>
      <w:r>
        <w:rPr>
          <w:b/>
        </w:rPr>
        <w:t xml:space="preserve">[21:25] </w:t>
      </w:r>
      <w:r>
        <w:t>so, there are differences among people also. so, the whole world is living in the formula of difference management rather than eliminating the difference.</w:t>
      </w:r>
    </w:p>
    <w:p>
      <w:pPr>
        <w:jc w:val="right"/>
      </w:pPr>
      <w:r>
        <w:t>سو، دیر ار ڈفرنسز امنگ پیپل السو۔ سو، دا ہول ورلڈ از لیونگ ان دا فارمولا آف ڈفرنس مینجمنٹ رادر دین ایلیمنیٹنگ دا ڈفرنس۔</w:t>
      </w:r>
    </w:p>
    <w:p>
      <w:r>
        <w:rPr>
          <w:b/>
        </w:rPr>
        <w:t xml:space="preserve">[21:44] </w:t>
      </w:r>
      <w:r>
        <w:t>so, how you can build a world?</w:t>
      </w:r>
    </w:p>
    <w:p>
      <w:pPr>
        <w:jc w:val="right"/>
      </w:pPr>
      <w:r>
        <w:t>سو، ہاؤ یو کین بلٹ ا ورلڈ؟</w:t>
      </w:r>
    </w:p>
    <w:p>
      <w:r>
        <w:rPr>
          <w:b/>
        </w:rPr>
        <w:t xml:space="preserve">[21:52] </w:t>
      </w:r>
      <w:r>
        <w:t>how you can build an island</w:t>
      </w:r>
    </w:p>
    <w:p>
      <w:pPr>
        <w:jc w:val="right"/>
      </w:pPr>
      <w:r>
        <w:t>ہاؤ یو کین بلٹ این ائی لینڈ</w:t>
      </w:r>
    </w:p>
    <w:p>
      <w:r>
        <w:rPr>
          <w:b/>
        </w:rPr>
        <w:t xml:space="preserve">[21:56] </w:t>
      </w:r>
      <w:r>
        <w:t>? is that possible for you to build an island? you have to adopt the same formula which is</w:t>
      </w:r>
    </w:p>
    <w:p>
      <w:pPr>
        <w:jc w:val="right"/>
      </w:pPr>
      <w:r>
        <w:t>؟ از داٹ پاسیبل فار یو ٹو بلٹ این ائی لینڈ؟ یو ہیو ٹو اڈاپٹ دا سیم فارمولا وچ از</w:t>
      </w:r>
    </w:p>
    <w:p>
      <w:r>
        <w:rPr>
          <w:b/>
        </w:rPr>
        <w:t xml:space="preserve">[22:12] </w:t>
      </w:r>
      <w:r>
        <w:t>established by god in the rest of the universe.</w:t>
      </w:r>
    </w:p>
    <w:p>
      <w:pPr>
        <w:jc w:val="right"/>
      </w:pPr>
      <w:r>
        <w:t>اسٹیبلش بائی گاڈ ان دا ریسٹ آف دا یونیورس۔</w:t>
      </w:r>
    </w:p>
    <w:p>
      <w:r>
        <w:rPr>
          <w:b/>
        </w:rPr>
        <w:t xml:space="preserve">[22:17] </w:t>
      </w:r>
      <w:r>
        <w:t>and this formula is based on this simple principle: follow one and respect all.</w:t>
      </w:r>
    </w:p>
    <w:p>
      <w:pPr>
        <w:jc w:val="right"/>
      </w:pPr>
      <w:r>
        <w:t>اینڈ دس فارمولا از بیسڈ آن دس سمپل پرنسپل: فالو ون اینڈ ریسپیکٹ آل۔</w:t>
      </w:r>
    </w:p>
    <w:p>
      <w:r>
        <w:rPr>
          <w:b/>
        </w:rPr>
        <w:t xml:space="preserve">[22:31] </w:t>
      </w:r>
      <w:r>
        <w:t>and also, it is very important to know that</w:t>
      </w:r>
    </w:p>
    <w:p>
      <w:pPr>
        <w:jc w:val="right"/>
      </w:pPr>
      <w:r>
        <w:t>اینڈ السو، اٹ از ویری امپورٹنٹ ٹو نو دیٹ</w:t>
      </w:r>
    </w:p>
    <w:p>
      <w:r>
        <w:rPr>
          <w:b/>
        </w:rPr>
        <w:t xml:space="preserve">[22:40] </w:t>
      </w:r>
      <w:r>
        <w:t>difference is not an evil</w:t>
      </w:r>
    </w:p>
    <w:p>
      <w:pPr>
        <w:jc w:val="right"/>
      </w:pPr>
      <w:r>
        <w:t>ڈفرنس از ناٹ این ایول</w:t>
      </w:r>
    </w:p>
    <w:p>
      <w:r>
        <w:rPr>
          <w:b/>
        </w:rPr>
        <w:t xml:space="preserve">[22:45] </w:t>
      </w:r>
      <w:r>
        <w:t>. this difference is the only way of development and progress.</w:t>
      </w:r>
    </w:p>
    <w:p>
      <w:pPr>
        <w:jc w:val="right"/>
      </w:pPr>
      <w:r>
        <w:t>۔ دس ڈفرنس از دا اونلی وے آف ڈیولپمنٹ اینڈ پروگریس۔</w:t>
      </w:r>
    </w:p>
    <w:p>
      <w:r>
        <w:rPr>
          <w:b/>
        </w:rPr>
        <w:t xml:space="preserve">[22:57] </w:t>
      </w:r>
      <w:r>
        <w:t>so, it is difference that creates new issues. difference enhances your creativity</w:t>
      </w:r>
    </w:p>
    <w:p>
      <w:pPr>
        <w:jc w:val="right"/>
      </w:pPr>
      <w:r>
        <w:t>سو، اٹ از ڈفرنس دیٹ کریٹس نیو ایشوز۔ ڈفرنس انہانس یور کریٹیوٹی</w:t>
      </w:r>
    </w:p>
    <w:p>
      <w:r>
        <w:rPr>
          <w:b/>
        </w:rPr>
        <w:t xml:space="preserve">[23:09] </w:t>
      </w:r>
      <w:r>
        <w:t>. without difference, there will be stagnation, intellectual stagnation.</w:t>
      </w:r>
    </w:p>
    <w:p>
      <w:pPr>
        <w:jc w:val="right"/>
      </w:pPr>
      <w:r>
        <w:t>۔ وداؤٹ ڈفرنس، دیر ویل بی اسٹیگنیشن، انٹلیکچول اسٹیگنیشن۔</w:t>
      </w:r>
    </w:p>
    <w:p>
      <w:r>
        <w:rPr>
          <w:b/>
        </w:rPr>
        <w:t xml:space="preserve">[23:22] </w:t>
      </w:r>
      <w:r>
        <w:t>if you try to eliminate differences, it means that you are trying to make people stagnant in terms of thinking.</w:t>
      </w:r>
    </w:p>
    <w:p>
      <w:pPr>
        <w:jc w:val="right"/>
      </w:pPr>
      <w:r>
        <w:t>اف یو ٹرائی ٹو ایلیمنیٹ ڈفرنسز، اٹ مینز دیٹ یو ار ٹرائی ٹو میک پیپل اسٹیگننٹ ان ٹرم آف تھنکنگ۔</w:t>
      </w:r>
    </w:p>
    <w:p>
      <w:r>
        <w:rPr>
          <w:b/>
        </w:rPr>
        <w:t xml:space="preserve">[23:42] </w:t>
      </w:r>
      <w:r>
        <w:t>so,</w:t>
      </w:r>
    </w:p>
    <w:p>
      <w:pPr>
        <w:jc w:val="right"/>
      </w:pPr>
      <w:r>
        <w:t>سو،</w:t>
      </w:r>
    </w:p>
    <w:p>
      <w:r>
        <w:rPr>
          <w:b/>
        </w:rPr>
        <w:t xml:space="preserve">[23:46] </w:t>
      </w:r>
      <w:r>
        <w:t>when you want to</w:t>
      </w:r>
    </w:p>
    <w:p>
      <w:pPr>
        <w:jc w:val="right"/>
      </w:pPr>
      <w:r>
        <w:t>وین یو وانٹ ٹو</w:t>
      </w:r>
    </w:p>
    <w:p>
      <w:r>
        <w:rPr>
          <w:b/>
        </w:rPr>
        <w:t xml:space="preserve">[23:51] </w:t>
      </w:r>
      <w:r>
        <w:t>build a society, a healthy society,</w:t>
      </w:r>
    </w:p>
    <w:p>
      <w:pPr>
        <w:jc w:val="right"/>
      </w:pPr>
      <w:r>
        <w:t>بلٹ ا سوسائٹی، ا ہیلدی سوسائٹی،</w:t>
      </w:r>
    </w:p>
    <w:p>
      <w:r>
        <w:rPr>
          <w:b/>
        </w:rPr>
        <w:t xml:space="preserve">[23:58] </w:t>
      </w:r>
      <w:r>
        <w:t>you have to, first of all, you have to know what is the creation plan of god,</w:t>
      </w:r>
    </w:p>
    <w:p>
      <w:pPr>
        <w:jc w:val="right"/>
      </w:pPr>
      <w:r>
        <w:t>یو ہیو ٹو، فرسٹ آف آل، یو ہیو ٹو نو واٹ از دا کریشن پلان آف گاڈ،</w:t>
      </w:r>
    </w:p>
    <w:p>
      <w:r>
        <w:rPr>
          <w:b/>
        </w:rPr>
        <w:t xml:space="preserve">[24:04] </w:t>
      </w:r>
      <w:r>
        <w:t>what is the scheme of the creator. so, you have to seek adjustment rather than confrontation.</w:t>
      </w:r>
    </w:p>
    <w:p>
      <w:pPr>
        <w:jc w:val="right"/>
      </w:pPr>
      <w:r>
        <w:t>واٹ از دا سکیم آف دا کریٹر۔ سو، یو ہیو ٹو سیک ایڈجسٹمنٹ رادر دین کنفرنٹیشن۔</w:t>
      </w:r>
    </w:p>
    <w:p>
      <w:r>
        <w:rPr>
          <w:b/>
        </w:rPr>
        <w:t xml:space="preserve">[24:23] </w:t>
      </w:r>
      <w:r>
        <w:t>rather than adjustment, there is no choice for us, no choice at all.</w:t>
      </w:r>
    </w:p>
    <w:p>
      <w:pPr>
        <w:jc w:val="right"/>
      </w:pPr>
      <w:r>
        <w:t>ادر دین ایڈجسٹمنٹ، دیر از نو چوائس فارس، نو چوائس ایٹ آل۔</w:t>
      </w:r>
    </w:p>
    <w:p>
      <w:r>
        <w:rPr>
          <w:b/>
        </w:rPr>
        <w:t xml:space="preserve">[24:34] </w:t>
      </w:r>
      <w:r>
        <w:t>if we are not ready to accept the scheme of god, we have to create another universe. we have to create another world.</w:t>
      </w:r>
    </w:p>
    <w:p>
      <w:pPr>
        <w:jc w:val="right"/>
      </w:pPr>
      <w:r>
        <w:t>اف وی ار ناٹ ریڈی ٹو ایکسیپٹ دی سکیم آف گاڈ، وی ہیو ٹو کریٹ انادر یونیورس۔ وی ہیو ٹو کریٹ انادر ورلڈ۔</w:t>
      </w:r>
    </w:p>
    <w:p>
      <w:r>
        <w:rPr>
          <w:b/>
        </w:rPr>
        <w:t xml:space="preserve">[24:46] </w:t>
      </w:r>
      <w:r>
        <w:t>that is impossible for us.</w:t>
      </w:r>
    </w:p>
    <w:p>
      <w:pPr>
        <w:jc w:val="right"/>
      </w:pPr>
      <w:r>
        <w:t>دیر از امپاسیبل فارس۔</w:t>
      </w:r>
    </w:p>
    <w:p>
      <w:r>
        <w:rPr>
          <w:b/>
        </w:rPr>
        <w:t xml:space="preserve">[24:51] </w:t>
      </w:r>
      <w:r>
        <w:t>so, those people who talk in terms of</w:t>
      </w:r>
    </w:p>
    <w:p>
      <w:pPr>
        <w:jc w:val="right"/>
      </w:pPr>
      <w:r>
        <w:t>سو، دو پیپل ہو ٹاک ان ٹرم آف</w:t>
      </w:r>
    </w:p>
    <w:p>
      <w:r>
        <w:rPr>
          <w:b/>
        </w:rPr>
        <w:t xml:space="preserve">[25:02] </w:t>
      </w:r>
      <w:r>
        <w:t>eliminating the differences</w:t>
      </w:r>
    </w:p>
    <w:p>
      <w:pPr>
        <w:jc w:val="right"/>
      </w:pPr>
      <w:r>
        <w:t>ایلیمنیٹنگ دا ڈفرنسز</w:t>
      </w:r>
    </w:p>
    <w:p>
      <w:r>
        <w:rPr>
          <w:b/>
        </w:rPr>
        <w:t xml:space="preserve">[25:04] </w:t>
      </w:r>
      <w:r>
        <w:t>, they are living in utopia. they are living utopia. they are living in romanticism.</w:t>
      </w:r>
    </w:p>
    <w:p>
      <w:pPr>
        <w:jc w:val="right"/>
      </w:pPr>
      <w:r>
        <w:t>، دیر لیونگ ان یوٹوپیا۔ دیر لیونگ یوٹوپیا۔ دیر لیونگ ان رومینٹسزم۔</w:t>
      </w:r>
    </w:p>
    <w:p>
      <w:r>
        <w:rPr>
          <w:b/>
        </w:rPr>
        <w:t xml:space="preserve">[25:18] </w:t>
      </w:r>
      <w:r>
        <w:t>they are living in philosophical imagination.</w:t>
      </w:r>
    </w:p>
    <w:p>
      <w:pPr>
        <w:jc w:val="right"/>
      </w:pPr>
      <w:r>
        <w:t>دیر لیونگ ان فلاسفیکل امیجنیشن۔</w:t>
      </w:r>
    </w:p>
    <w:p>
      <w:r>
        <w:rPr>
          <w:b/>
        </w:rPr>
        <w:t xml:space="preserve">[25:25] </w:t>
      </w:r>
      <w:r>
        <w:t>they are ignoring the laws of nature.</w:t>
      </w:r>
    </w:p>
    <w:p>
      <w:pPr>
        <w:jc w:val="right"/>
      </w:pPr>
      <w:r>
        <w:t>دیر اگنورنگ دا لاز آف نیچر۔</w:t>
      </w:r>
    </w:p>
    <w:p>
      <w:r>
        <w:rPr>
          <w:b/>
        </w:rPr>
        <w:t xml:space="preserve">[25:31] </w:t>
      </w:r>
      <w:r>
        <w:t>they are ignoring the scheme of god.</w:t>
      </w:r>
    </w:p>
    <w:p>
      <w:pPr>
        <w:jc w:val="right"/>
      </w:pPr>
      <w:r>
        <w:t>دیر اگنورنگ دا سکیم آف گاڈ۔</w:t>
      </w:r>
    </w:p>
    <w:p>
      <w:r>
        <w:rPr>
          <w:b/>
        </w:rPr>
        <w:t xml:space="preserve">[25:40] </w:t>
      </w:r>
      <w:r>
        <w:t>deen, i would like to add one more point that god wants to make us creative.</w:t>
      </w:r>
    </w:p>
    <w:p>
      <w:pPr>
        <w:jc w:val="right"/>
      </w:pPr>
      <w:r>
        <w:t>دین، ائی وڈ لائک ٹو ایڈ ون مور پوائنٹ دیٹ گاڈ وانٹس ٹو میک اس کریٹیو۔</w:t>
      </w:r>
    </w:p>
    <w:p>
      <w:r>
        <w:rPr>
          <w:b/>
        </w:rPr>
        <w:t xml:space="preserve">[25:57] </w:t>
      </w:r>
      <w:r>
        <w:t>god wants to make us creative</w:t>
      </w:r>
    </w:p>
    <w:p>
      <w:pPr>
        <w:jc w:val="right"/>
      </w:pPr>
      <w:r>
        <w:t>گاڈ وانٹس ٹو میک اس کریٹیو</w:t>
      </w:r>
    </w:p>
    <w:p>
      <w:r>
        <w:rPr>
          <w:b/>
        </w:rPr>
        <w:t xml:space="preserve">[26:00] </w:t>
      </w:r>
      <w:r>
        <w:t>. god wants to inculcate creative thinking in every human being. what is creative thinking?</w:t>
      </w:r>
    </w:p>
    <w:p>
      <w:pPr>
        <w:jc w:val="right"/>
      </w:pPr>
      <w:r>
        <w:t>۔ گاڈ وانٹس ٹو انکلکیٹ کریٹیو تھنکنگ ان ایوری ہیومن بینگ۔ واٹ از کریٹیو تھنکنگ؟</w:t>
      </w:r>
    </w:p>
    <w:p>
      <w:r>
        <w:rPr>
          <w:b/>
        </w:rPr>
        <w:t xml:space="preserve">[26:10] </w:t>
      </w:r>
      <w:r>
        <w:t>it is to create new ideas. one aspect of creativity is that you have to convert negative into positive.</w:t>
      </w:r>
    </w:p>
    <w:p>
      <w:pPr>
        <w:jc w:val="right"/>
      </w:pPr>
      <w:r>
        <w:t>اٹ از ٹو کریٹ نیو ائیڈیاز۔ ون اسپیکٹ آف کریٹیوٹی از دیٹ یو ہیو ٹو کنورٹ نیگیٹیو انٹو پازیٹیو۔</w:t>
      </w:r>
    </w:p>
    <w:p>
      <w:r>
        <w:rPr>
          <w:b/>
        </w:rPr>
        <w:t xml:space="preserve">[26:28] </w:t>
      </w:r>
      <w:r>
        <w:t>it is god's scheme that in our world, there are so many unpleasant situations. there are provocation.</w:t>
      </w:r>
    </w:p>
    <w:p>
      <w:pPr>
        <w:jc w:val="right"/>
      </w:pPr>
      <w:r>
        <w:t>اٹ از گاڈز سکیم دیٹ ان اور ورلڈ، دیر ار سو مینی انپریزنٹ سچویشنز۔ دیر ار پرووکیشن۔</w:t>
      </w:r>
    </w:p>
    <w:p>
      <w:r>
        <w:rPr>
          <w:b/>
        </w:rPr>
        <w:t xml:space="preserve">[26:37] </w:t>
      </w:r>
      <w:r>
        <w:t>there are so many things that are against our</w:t>
      </w:r>
    </w:p>
    <w:p>
      <w:pPr>
        <w:jc w:val="right"/>
      </w:pPr>
      <w:r>
        <w:t>دیر ار سو مینی تھنگز دیٹ ار اگینسٹ اور</w:t>
      </w:r>
    </w:p>
    <w:p>
      <w:r>
        <w:rPr>
          <w:b/>
        </w:rPr>
        <w:t xml:space="preserve">[26:49] </w:t>
      </w:r>
      <w:r>
        <w:t>against our desires. so, why this? it is also a part of divine scheme.</w:t>
      </w:r>
    </w:p>
    <w:p>
      <w:pPr>
        <w:jc w:val="right"/>
      </w:pPr>
      <w:r>
        <w:t>اگینسٹ اور ڈیزائرز۔ سو، وائی دس؟ اٹ از السو ا پارٹ آف ڈیوائن سکیم۔</w:t>
      </w:r>
    </w:p>
    <w:p>
      <w:r>
        <w:rPr>
          <w:b/>
        </w:rPr>
        <w:t xml:space="preserve">[26:59] </w:t>
      </w:r>
      <w:r>
        <w:t>i always say that a cow is a demonstration of god's scheme in this regard. you know what is cow?</w:t>
      </w:r>
    </w:p>
    <w:p>
      <w:pPr>
        <w:jc w:val="right"/>
      </w:pPr>
      <w:r>
        <w:t>ائی الویز سی دیٹ ا کاؤ از ا ڈیمسٹریشن آف گاڈز سکیم ان دس ریگارڈ۔ یو نو واٹ از کاؤ؟</w:t>
      </w:r>
    </w:p>
    <w:p>
      <w:r>
        <w:rPr>
          <w:b/>
        </w:rPr>
        <w:t xml:space="preserve">[27:11] </w:t>
      </w:r>
      <w:r>
        <w:t>cow is a divine industry.</w:t>
      </w:r>
    </w:p>
    <w:p>
      <w:pPr>
        <w:jc w:val="right"/>
      </w:pPr>
      <w:r>
        <w:t>کاؤ از ا ڈیوائن انڈسٹری۔</w:t>
      </w:r>
    </w:p>
    <w:p>
      <w:r>
        <w:rPr>
          <w:b/>
        </w:rPr>
        <w:t xml:space="preserve">[27:19] </w:t>
      </w:r>
      <w:r>
        <w:t>you know cow takes grass and returns milk.</w:t>
      </w:r>
    </w:p>
    <w:p>
      <w:pPr>
        <w:jc w:val="right"/>
      </w:pPr>
      <w:r>
        <w:t>یو نو کاؤ ٹیکس گراس اینڈ ریٹرنز ملک۔</w:t>
      </w:r>
    </w:p>
    <w:p>
      <w:r>
        <w:rPr>
          <w:b/>
        </w:rPr>
        <w:t xml:space="preserve">[27:26] </w:t>
      </w:r>
      <w:r>
        <w:t>so, cow is a divine industry which is able to convert non milk into milk.</w:t>
      </w:r>
    </w:p>
    <w:p>
      <w:pPr>
        <w:jc w:val="right"/>
      </w:pPr>
      <w:r>
        <w:t>سو، کاؤ از ا ڈیوائن انڈسٹری وچ از ایبل ٹو کنورٹ نان ملک انٹو ملک۔</w:t>
      </w:r>
    </w:p>
    <w:p>
      <w:r>
        <w:rPr>
          <w:b/>
        </w:rPr>
        <w:t xml:space="preserve">[27:40] </w:t>
      </w:r>
      <w:r>
        <w:t>cow is a miraculous industry.</w:t>
      </w:r>
    </w:p>
    <w:p>
      <w:pPr>
        <w:jc w:val="right"/>
      </w:pPr>
      <w:r>
        <w:t>کاؤ از ا میریکلس انڈسٹری۔</w:t>
      </w:r>
    </w:p>
    <w:p>
      <w:r>
        <w:rPr>
          <w:b/>
        </w:rPr>
        <w:t xml:space="preserve">[27:46] </w:t>
      </w:r>
      <w:r>
        <w:t>is able to convert non milk into milk. so, is required by man also.</w:t>
      </w:r>
    </w:p>
    <w:p>
      <w:pPr>
        <w:jc w:val="right"/>
      </w:pPr>
      <w:r>
        <w:t>از ایبل ٹو کنورٹ نان ملک انٹو ملک۔ سو، از ریکوائرڈ بائی مین السو۔</w:t>
      </w:r>
    </w:p>
    <w:p>
      <w:r>
        <w:rPr>
          <w:b/>
        </w:rPr>
        <w:t xml:space="preserve">[27:54] </w:t>
      </w:r>
      <w:r>
        <w:t>it is divine scheme that you have to face negativity in our society, provocation, unpleasant situations.</w:t>
      </w:r>
    </w:p>
    <w:p>
      <w:pPr>
        <w:jc w:val="right"/>
      </w:pPr>
      <w:r>
        <w:t>اٹ از ڈیوائن سکیم دیٹ یو ہیو ٹو فیس نیگیٹیوٹی ان اور سوسائٹی، پرووکیشن، انپریزنٹ سچویشنز۔</w:t>
      </w:r>
    </w:p>
    <w:p>
      <w:r>
        <w:rPr>
          <w:b/>
        </w:rPr>
        <w:t xml:space="preserve">[28:08] </w:t>
      </w:r>
      <w:r>
        <w:t>but, you have to follow the course that is adopted by cow. you have to turn the negative experience into positive result.</w:t>
      </w:r>
    </w:p>
    <w:p>
      <w:pPr>
        <w:jc w:val="right"/>
      </w:pPr>
      <w:r>
        <w:t>بٹ، یو ہیو ٹو فالو دا کورس دیٹ از اڈاپٹڈ بائی کاؤ۔ یو ہیو ٹو ٹرن دا نیگیٹیو ایکسپیرینس انٹو پازیٹیو رزلٹ۔</w:t>
      </w:r>
    </w:p>
    <w:p>
      <w:r>
        <w:rPr>
          <w:b/>
        </w:rPr>
        <w:t xml:space="preserve">[28:28] </w:t>
      </w:r>
      <w:r>
        <w:t>you have to face negative experience with the determination to convert it into a positive result.</w:t>
      </w:r>
    </w:p>
    <w:p>
      <w:pPr>
        <w:jc w:val="right"/>
      </w:pPr>
      <w:r>
        <w:t>یو ہیو ٹو فیس نیگیٹیو ایکسپیرینس ود دا ڈیٹرمینیشن ٹو کنورٹ اٹ انٹو ا پازیٹیو رزلٹ۔</w:t>
      </w:r>
    </w:p>
    <w:p>
      <w:r>
        <w:rPr>
          <w:b/>
        </w:rPr>
        <w:t xml:space="preserve">[28:45] </w:t>
      </w:r>
      <w:r>
        <w:t>this is the god's scheme. god is giving a demonstration.</w:t>
      </w:r>
    </w:p>
    <w:p>
      <w:pPr>
        <w:jc w:val="right"/>
      </w:pPr>
      <w:r>
        <w:t>دس از دا گاڈز سکیم۔ گاڈ از گیونگ ا ڈیمسٹریشن۔</w:t>
      </w:r>
    </w:p>
    <w:p>
      <w:r>
        <w:rPr>
          <w:b/>
        </w:rPr>
        <w:t xml:space="preserve">[28:58] </w:t>
      </w:r>
      <w:r>
        <w:t>god is giving a demonstration in the form of cow. cow is a god's demonstration. cow is giving you a lesson.</w:t>
      </w:r>
    </w:p>
    <w:p>
      <w:pPr>
        <w:jc w:val="right"/>
      </w:pPr>
      <w:r>
        <w:t>گاڈ از گیونگ ا ڈیمسٹریشن ان دا فارم آف کاؤ۔ کاؤ از ا گاڈز ڈیمسٹریشن۔ کاؤ از گیونگ یو ا لیسن۔</w:t>
      </w:r>
    </w:p>
    <w:p>
      <w:r>
        <w:rPr>
          <w:b/>
        </w:rPr>
        <w:t xml:space="preserve">[29:14] </w:t>
      </w:r>
      <w:r>
        <w:t>you are required also to turn milk, to turn non milk into milk. you are required also to turn negativity into positivity.</w:t>
      </w:r>
    </w:p>
    <w:p>
      <w:pPr>
        <w:jc w:val="right"/>
      </w:pPr>
      <w:r>
        <w:t>یو ار ریکوائرڈ السو ٹو ٹرن ملک، ٹو ٹرن نان ملک انٹو ملک۔ یو ار ریکوائرڈ السو ٹو ٹرن نیگیٹیوٹی انٹو پازیٹیوٹی۔</w:t>
      </w:r>
    </w:p>
    <w:p>
      <w:r>
        <w:rPr>
          <w:b/>
        </w:rPr>
        <w:t xml:space="preserve">[29:30] </w:t>
      </w:r>
      <w:r>
        <w:t>so, difference is a god's blessing. difference is a test paper for you.</w:t>
      </w:r>
    </w:p>
    <w:p>
      <w:pPr>
        <w:jc w:val="right"/>
      </w:pPr>
      <w:r>
        <w:t>سو، ڈفرنس از ا گاڈز بلیسنگ۔ ڈفرنس از ا ٹیسٹ پیپر فار یو۔</w:t>
      </w:r>
    </w:p>
    <w:p>
      <w:r>
        <w:rPr>
          <w:b/>
        </w:rPr>
        <w:t xml:space="preserve">[29:41] </w:t>
      </w:r>
      <w:r>
        <w:t>by producing differences, god want to see whether you are able to face these differences and convert it into a positive result.</w:t>
      </w:r>
    </w:p>
    <w:p>
      <w:pPr>
        <w:jc w:val="right"/>
      </w:pPr>
      <w:r>
        <w:t>بائی پروڈیوسنگ ڈفرنسز، گاڈ وانٹ ٹو سی ویدر یو ار ایبل ٹو فیس دیز ڈفرنسز اینڈ کنورٹ اٹ انٹو ا پازیٹیو رزلٹ۔</w:t>
      </w:r>
    </w:p>
    <w:p>
      <w:r>
        <w:rPr>
          <w:b/>
        </w:rPr>
        <w:t xml:space="preserve">[30:03] </w:t>
      </w:r>
      <w:r>
        <w:t>so, this is the true formula of life.</w:t>
      </w:r>
    </w:p>
    <w:p>
      <w:pPr>
        <w:jc w:val="right"/>
      </w:pPr>
      <w:r>
        <w:t>سو، دس از دا ٹرو فارمولا آف لائف۔</w:t>
      </w:r>
    </w:p>
    <w:p>
      <w:r>
        <w:rPr>
          <w:b/>
        </w:rPr>
        <w:t xml:space="preserve">[30:10] </w:t>
      </w:r>
      <w:r>
        <w:t>this is the true formula of life in this regard.</w:t>
      </w:r>
    </w:p>
    <w:p>
      <w:pPr>
        <w:jc w:val="right"/>
      </w:pPr>
      <w:r>
        <w:t>دس از دا ٹرو فارمولا آف لائف ان دس ریگارڈ۔</w:t>
      </w:r>
    </w:p>
    <w:p>
      <w:r>
        <w:rPr>
          <w:b/>
        </w:rPr>
        <w:t xml:space="preserve">[30:18] </w:t>
      </w:r>
      <w:r>
        <w:t>so, we are destined to living in diversity. we are destined to living in a multicultural society.</w:t>
      </w:r>
    </w:p>
    <w:p>
      <w:pPr>
        <w:jc w:val="right"/>
      </w:pPr>
      <w:r>
        <w:t>سو، وی ار ڈسٹن ٹو لیونگ ان ڈائیورسٹی۔ وی ار ڈسٹن ٹو لیونگ ان ا ملٹی کلچرل سوسائٹی۔</w:t>
      </w:r>
    </w:p>
    <w:p>
      <w:r>
        <w:rPr>
          <w:b/>
        </w:rPr>
        <w:t xml:space="preserve">[30:29] </w:t>
      </w:r>
      <w:r>
        <w:t>it is our destiny. we cannot change the course of</w:t>
      </w:r>
    </w:p>
    <w:p>
      <w:pPr>
        <w:jc w:val="right"/>
      </w:pPr>
      <w:r>
        <w:t>اٹ از اور ڈسٹنی۔ وی کاناٹ چینج دا کورس آف</w:t>
      </w:r>
    </w:p>
    <w:p>
      <w:r>
        <w:rPr>
          <w:b/>
        </w:rPr>
        <w:t xml:space="preserve">[30:37] </w:t>
      </w:r>
      <w:r>
        <w:t>course set by god himself.</w:t>
      </w:r>
    </w:p>
    <w:p>
      <w:pPr>
        <w:jc w:val="right"/>
      </w:pPr>
      <w:r>
        <w:t>کورس سیٹ بائی گاڈ ہم سیلف۔</w:t>
      </w:r>
    </w:p>
    <w:p>
      <w:r>
        <w:rPr>
          <w:b/>
        </w:rPr>
        <w:t xml:space="preserve">[30:41] </w:t>
      </w:r>
      <w:r>
        <w:t>we have to accept it. and, we have to prove ourself that we can convert negative into positivity.</w:t>
      </w:r>
    </w:p>
    <w:p>
      <w:pPr>
        <w:jc w:val="right"/>
      </w:pPr>
      <w:r>
        <w:t>وی ہیو ٹو ایکسیپٹ اٹ۔ اینڈ، وی ہیو ٹو پروف اور سیلف دیٹ وی کین کنورٹ نیگیٹیو انٹو پازیٹیوٹی۔</w:t>
      </w:r>
    </w:p>
    <w:p>
      <w:r>
        <w:rPr>
          <w:b/>
        </w:rPr>
        <w:t xml:space="preserve">[30:54] </w:t>
      </w:r>
      <w:r>
        <w:t>and, you know god has given you a great treasure that is your mind</w:t>
      </w:r>
    </w:p>
    <w:p>
      <w:pPr>
        <w:jc w:val="right"/>
      </w:pPr>
      <w:r>
        <w:t>اینڈ، یو نو گاڈ ہیز گیون یو ا گریٹ ٹریژر دیٹ از یور مائنڈ</w:t>
      </w:r>
    </w:p>
    <w:p>
      <w:r>
        <w:rPr>
          <w:b/>
        </w:rPr>
        <w:t xml:space="preserve">[31:08] </w:t>
      </w:r>
      <w:r>
        <w:t>. mind is an unlimited treasure. in every brain, there are hundred million, billion, billion particles.</w:t>
      </w:r>
    </w:p>
    <w:p>
      <w:pPr>
        <w:jc w:val="right"/>
      </w:pPr>
      <w:r>
        <w:t>۔ مائنڈ از این ان ان لمیٹڈ ٹریژر۔ ان ایوری برین، دیر ار ہنڈرڈ ملین، بلین، بلین پارٹیکلز۔</w:t>
      </w:r>
    </w:p>
    <w:p>
      <w:r>
        <w:rPr>
          <w:b/>
        </w:rPr>
        <w:t xml:space="preserve">[31:24] </w:t>
      </w:r>
      <w:r>
        <w:t>so, every brain, every mind has enormous capacity, unlimited capacity. so, why complain?</w:t>
      </w:r>
    </w:p>
    <w:p>
      <w:pPr>
        <w:jc w:val="right"/>
      </w:pPr>
      <w:r>
        <w:t>سو، ایوری برین، ایوری مائنڈ ہیز انارمس کپیسٹی، ان لمیٹڈ کپیسٹی۔ سو، وائی کمپلین؟</w:t>
      </w:r>
    </w:p>
    <w:p>
      <w:r>
        <w:rPr>
          <w:b/>
        </w:rPr>
        <w:t xml:space="preserve">[31:33] </w:t>
      </w:r>
      <w:r>
        <w:t>why protest?</w:t>
      </w:r>
    </w:p>
    <w:p>
      <w:pPr>
        <w:jc w:val="right"/>
      </w:pPr>
      <w:r>
        <w:t>وائی پروٹیسٹ؟</w:t>
      </w:r>
    </w:p>
    <w:p>
      <w:r>
        <w:rPr>
          <w:b/>
        </w:rPr>
        <w:t xml:space="preserve">[31:43] </w:t>
      </w:r>
      <w:r>
        <w:t>your creator has given you enormous capacity to manage the differences.</w:t>
      </w:r>
    </w:p>
    <w:p>
      <w:pPr>
        <w:jc w:val="right"/>
      </w:pPr>
      <w:r>
        <w:t>یور کریٹر ہیز گیون یو انارمس کپیسٹی ٹو مینج دا ڈفرنسز۔</w:t>
      </w:r>
    </w:p>
    <w:p>
      <w:r>
        <w:rPr>
          <w:b/>
        </w:rPr>
        <w:t xml:space="preserve">[31:53] </w:t>
      </w:r>
      <w:r>
        <w:t>creator has given you enormous capacity to convert the unpleasant situation into present situation.</w:t>
      </w:r>
    </w:p>
    <w:p>
      <w:pPr>
        <w:jc w:val="right"/>
      </w:pPr>
      <w:r>
        <w:t>کریٹر ہیز گیون یو انارمس کپیسٹی ٹو کنورٹ دا انپریزنٹ سچویشن انٹو پریزنٹ سچویشن۔</w:t>
      </w:r>
    </w:p>
    <w:p>
      <w:r>
        <w:rPr>
          <w:b/>
        </w:rPr>
        <w:t xml:space="preserve">[32:04] </w:t>
      </w:r>
      <w:r>
        <w:t>what is required is patience and tolerance.</w:t>
      </w:r>
    </w:p>
    <w:p>
      <w:pPr>
        <w:jc w:val="right"/>
      </w:pPr>
      <w:r>
        <w:t>واٹ از ریکوائرڈ از پیشنس اینڈ ٹالرنس۔</w:t>
      </w:r>
    </w:p>
    <w:p>
      <w:r>
        <w:rPr>
          <w:b/>
        </w:rPr>
        <w:t xml:space="preserve">[32:10] </w:t>
      </w:r>
      <w:r>
        <w:t>you have to be patient. you have to be tolerant. now, what is patience and what is tolerance?</w:t>
      </w:r>
    </w:p>
    <w:p>
      <w:pPr>
        <w:jc w:val="right"/>
      </w:pPr>
      <w:r>
        <w:t>یو ہیو ٹو بی پیشنٹ۔ یو ہیو ٹو بی ٹالرنٹ۔ ناو، واٹ از پیشنس اینڈ واٹ از ٹالرنس؟</w:t>
      </w:r>
    </w:p>
    <w:p>
      <w:r>
        <w:rPr>
          <w:b/>
        </w:rPr>
        <w:t xml:space="preserve">[32:22] </w:t>
      </w:r>
      <w:r>
        <w:t>it is</w:t>
      </w:r>
    </w:p>
    <w:p>
      <w:pPr>
        <w:jc w:val="right"/>
      </w:pPr>
      <w:r>
        <w:t>اٹ از</w:t>
      </w:r>
    </w:p>
    <w:p>
      <w:r>
        <w:rPr>
          <w:b/>
        </w:rPr>
        <w:t xml:space="preserve">[32:25] </w:t>
      </w:r>
      <w:r>
        <w:t>to think positively. patience is the only another name of positive thinking.</w:t>
      </w:r>
    </w:p>
    <w:p>
      <w:pPr>
        <w:jc w:val="right"/>
      </w:pPr>
      <w:r>
        <w:t>ٹو تھنک پازیٹیولی۔ پیشنس از دی اونلی انادر نیم آف پازیٹیو تھنکنگ۔</w:t>
      </w:r>
    </w:p>
    <w:p>
      <w:r>
        <w:rPr>
          <w:b/>
        </w:rPr>
        <w:t xml:space="preserve">[32:43] </w:t>
      </w:r>
      <w:r>
        <w:t>when you patience is only the other name of positive thinking. and, impatience is only the other name of negative thinking. so, you have to prove a positive person, a mind of positive thinking.</w:t>
      </w:r>
    </w:p>
    <w:p>
      <w:pPr>
        <w:jc w:val="right"/>
      </w:pPr>
      <w:r>
        <w:t>وین یو پیشنس از اونلی دی ادر نیم آف پازیٹیو تھنکنگ۔ اینڈ، امپیشنس از اونلی دی ادر نیم آف نیگیٹیو تھنکنگ۔ سو، یو ہیو ٹو پروف ا پازیٹیو پرسن، ا مائنڈ آف پازیٹیو تھنکنگ۔</w:t>
      </w:r>
    </w:p>
    <w:p>
      <w:r>
        <w:rPr>
          <w:b/>
        </w:rPr>
        <w:t xml:space="preserve">[33:05] </w:t>
      </w:r>
      <w:r>
        <w:t>this is the only, this is a trial, this is a test for you.</w:t>
      </w:r>
    </w:p>
    <w:p>
      <w:pPr>
        <w:jc w:val="right"/>
      </w:pPr>
      <w:r>
        <w:t>دس از دا اونلی، دس از ا ٹرائل، دس از ا ٹیسٹ فار یو۔</w:t>
      </w:r>
    </w:p>
    <w:p>
      <w:r>
        <w:rPr>
          <w:b/>
        </w:rPr>
        <w:t xml:space="preserve">[33:15] </w:t>
      </w:r>
      <w:r>
        <w:t>you have to save yourself from being negative thinker.</w:t>
      </w:r>
    </w:p>
    <w:p>
      <w:pPr>
        <w:jc w:val="right"/>
      </w:pPr>
      <w:r>
        <w:t>یو ہیو ٹو سیو یور سیلف فرام بینگ نیگیٹیو تھنکر۔</w:t>
      </w:r>
    </w:p>
    <w:p>
      <w:r>
        <w:rPr>
          <w:b/>
        </w:rPr>
        <w:t xml:space="preserve">[33:24] </w:t>
      </w:r>
      <w:r>
        <w:t>you have always, you have to try to be, you have always try to prove yourself a positive thinker.</w:t>
      </w:r>
    </w:p>
    <w:p>
      <w:pPr>
        <w:jc w:val="right"/>
      </w:pPr>
      <w:r>
        <w:t>یو ہیو الویز، یو ہیو ٹو ٹرائی ٹو بی، یو ہیو الویز ٹرائی ٹو پروف یور سیلف ا پازیٹیو تھنکر۔</w:t>
      </w:r>
    </w:p>
    <w:p>
      <w:r>
        <w:rPr>
          <w:b/>
        </w:rPr>
        <w:t xml:space="preserve">[33:41] </w:t>
      </w:r>
      <w:r>
        <w:t>this can only be, this target can only be achieve by managing the differences.</w:t>
      </w:r>
    </w:p>
    <w:p>
      <w:pPr>
        <w:jc w:val="right"/>
      </w:pPr>
      <w:r>
        <w:t>دس کین اونلی بی، دس ٹارگٹ کین اونلی بی اچیو بائی مینجنگ دا ڈفرنسز۔</w:t>
      </w:r>
    </w:p>
    <w:p>
      <w:r>
        <w:rPr>
          <w:b/>
        </w:rPr>
        <w:t xml:space="preserve">[33:52] </w:t>
      </w:r>
      <w:r>
        <w:t>and, if you try to eliminate the differences, you will dispute all the, all the fabric of, all the fabric set by god in this world.</w:t>
      </w:r>
    </w:p>
    <w:p>
      <w:pPr>
        <w:jc w:val="right"/>
      </w:pPr>
      <w:r>
        <w:t>اینڈ، اف یو ٹرائی ٹو ایلیمنیٹ دا ڈفرنسز، یو ویل ڈسپٹ ال دا، ال دا فیبرک آف، ال دا فیبرک سیٹ بائی گاڈ ان دس ورلڈ۔</w:t>
      </w:r>
    </w:p>
    <w:p>
      <w:r>
        <w:rPr>
          <w:b/>
        </w:rPr>
        <w:t xml:space="preserve">[34:13] </w:t>
      </w:r>
      <w:r>
        <w:t>so, according to my experience, difference is a blessing, a great blessing.</w:t>
      </w:r>
    </w:p>
    <w:p>
      <w:pPr>
        <w:jc w:val="right"/>
      </w:pPr>
      <w:r>
        <w:t>سو، اکارڈنگ ٹو مائی ایکسپیرینس، ڈفرنس از ا بلیسنگ، ا گریٹ بلیسنگ۔</w:t>
      </w:r>
    </w:p>
    <w:p>
      <w:r>
        <w:rPr>
          <w:b/>
        </w:rPr>
        <w:t xml:space="preserve">[34:23] </w:t>
      </w:r>
      <w:r>
        <w:t>great blessing is not an evil.</w:t>
      </w:r>
    </w:p>
    <w:p>
      <w:pPr>
        <w:jc w:val="right"/>
      </w:pPr>
      <w:r>
        <w:t>گریٹ بلیسنگ از ناٹ این ایول۔</w:t>
      </w:r>
    </w:p>
    <w:p>
      <w:r>
        <w:rPr>
          <w:b/>
        </w:rPr>
        <w:t xml:space="preserve">[34:29] </w:t>
      </w:r>
      <w:r>
        <w:t>all the people who try to eliminate the difference, they failed. they failed</w:t>
      </w:r>
    </w:p>
    <w:p>
      <w:pPr>
        <w:jc w:val="right"/>
      </w:pPr>
      <w:r>
        <w:t>ال دو پیپل ہو ٹرائی ٹو ایلیمنیٹ دا ڈفرنس، دے فیلڈ۔ دے فیلڈ</w:t>
      </w:r>
    </w:p>
    <w:p>
      <w:r>
        <w:rPr>
          <w:b/>
        </w:rPr>
        <w:t xml:space="preserve">[34:42] </w:t>
      </w:r>
      <w:r>
        <w:t>because he tried to eliminate the course of nature. and, who can change the course of nature?</w:t>
      </w:r>
    </w:p>
    <w:p>
      <w:pPr>
        <w:jc w:val="right"/>
      </w:pPr>
      <w:r>
        <w:t>بیکاز ہی ٹرائی ٹو ایلیمنیٹ دا کورس آف نیچر۔ اینڈ، ہو کین چینج دا کورس آف نیچر؟</w:t>
      </w:r>
    </w:p>
    <w:p>
      <w:r>
        <w:rPr>
          <w:b/>
        </w:rPr>
        <w:t xml:space="preserve">[34:55] </w:t>
      </w:r>
      <w:r>
        <w:t>in india,</w:t>
      </w:r>
    </w:p>
    <w:p>
      <w:pPr>
        <w:jc w:val="right"/>
      </w:pPr>
      <w:r>
        <w:t>ان انڈیا،</w:t>
      </w:r>
    </w:p>
    <w:p>
      <w:r>
        <w:rPr>
          <w:b/>
        </w:rPr>
        <w:t xml:space="preserve">[35:00] </w:t>
      </w:r>
      <w:r>
        <w:t>in india, the greatest leader of india, mahatma gandhi, wanted to establish a society, a harmonious society in india, after the</w:t>
      </w:r>
    </w:p>
    <w:p>
      <w:pPr>
        <w:jc w:val="right"/>
      </w:pPr>
      <w:r>
        <w:t>ان انڈیا، دا گریٹسٹ لیڈر آف انڈیا، مہاتما گاندھی، وانٹڈ ٹو اسٹیبلش ا سوسائٹی، ا ہارمونیس سوسائٹی ان انڈیا، افٹر دی</w:t>
      </w:r>
    </w:p>
    <w:p>
      <w:r>
        <w:rPr>
          <w:b/>
        </w:rPr>
        <w:t xml:space="preserve">[35:19] </w:t>
      </w:r>
      <w:r>
        <w:t>freedom.</w:t>
      </w:r>
    </w:p>
    <w:p>
      <w:pPr>
        <w:jc w:val="right"/>
      </w:pPr>
      <w:r>
        <w:t>فریڈم۔</w:t>
      </w:r>
    </w:p>
    <w:p>
      <w:r>
        <w:rPr>
          <w:b/>
        </w:rPr>
        <w:t xml:space="preserve">[35:21] </w:t>
      </w:r>
      <w:r>
        <w:t>butt, unfortunately, he was shot dead in 1948.</w:t>
      </w:r>
    </w:p>
    <w:p>
      <w:pPr>
        <w:jc w:val="right"/>
      </w:pPr>
      <w:r>
        <w:t>بٹ، انفارچونیٹلی، ہی واز شاٹ ڈیڈ ان 1948۔</w:t>
      </w:r>
    </w:p>
    <w:p>
      <w:r>
        <w:rPr>
          <w:b/>
        </w:rPr>
        <w:t xml:space="preserve">[35:30] </w:t>
      </w:r>
      <w:r>
        <w:t>before his death, he declared that,</w:t>
      </w:r>
    </w:p>
    <w:p>
      <w:pPr>
        <w:jc w:val="right"/>
      </w:pPr>
      <w:r>
        <w:t>بیفور ہز ڈیتھ، ہی ڈیکلیئرڈ دیٹ،</w:t>
      </w:r>
    </w:p>
    <w:p>
      <w:r>
        <w:rPr>
          <w:b/>
        </w:rPr>
        <w:t xml:space="preserve">[35:38] </w:t>
      </w:r>
      <w:r>
        <w:t>he declared what was his mission in post independent India.</w:t>
      </w:r>
    </w:p>
    <w:p>
      <w:pPr>
        <w:jc w:val="right"/>
      </w:pPr>
      <w:r>
        <w:t>ہی ڈیکلیئرڈ واٹ واز ہز مشن ان پوسٹ انڈیپینڈنٹ انڈیا۔</w:t>
      </w:r>
    </w:p>
    <w:p>
      <w:r>
        <w:rPr>
          <w:b/>
        </w:rPr>
        <w:t xml:space="preserve">[35:44] </w:t>
      </w:r>
      <w:r>
        <w:t>he said, "Hindus aur Musalman must learn to living in harmony." harmony.</w:t>
      </w:r>
    </w:p>
    <w:p>
      <w:pPr>
        <w:jc w:val="right"/>
      </w:pPr>
      <w:r>
        <w:t>ہی سیڈ، "ہندوز اور مسلمان مسٹ لرن ٹو لیونگ ان ہارمونی۔" ہارمونی۔</w:t>
      </w:r>
    </w:p>
    <w:p>
      <w:r>
        <w:rPr>
          <w:b/>
        </w:rPr>
        <w:t xml:space="preserve">[36:01] </w:t>
      </w:r>
      <w:r>
        <w:t>he never said that they must eliminate all those differences in terms of culture, in terms of religion.</w:t>
      </w:r>
    </w:p>
    <w:p>
      <w:pPr>
        <w:jc w:val="right"/>
      </w:pPr>
      <w:r>
        <w:t>ہی نیور سیڈ دیٹ دے مسٹ ایلیمنیٹ ال دو ڈفرنسز ان ٹرم آف کلچر، ان ٹرم آف ریلیجن۔</w:t>
      </w:r>
    </w:p>
    <w:p>
      <w:r>
        <w:rPr>
          <w:b/>
        </w:rPr>
        <w:t xml:space="preserve">[36:12] </w:t>
      </w:r>
      <w:r>
        <w:t>mahatma gandhi never said like this, that you have to eliminate all those differences that are prevalent in India in terms of culture, in terms of language, in terms of religion.</w:t>
      </w:r>
    </w:p>
    <w:p>
      <w:pPr>
        <w:jc w:val="right"/>
      </w:pPr>
      <w:r>
        <w:t>مہاتما گاندھی نیور سیڈ لائک دس، دیٹ یو ہیو ٹو ایلیمنیٹ ال دو ڈفرنسز دیٹ ار پریونٹ ان انڈیا ان ٹرم آف کلچر، ان ٹرم آف لینگویج، ان ٹرم آف ریلیجن۔</w:t>
      </w:r>
    </w:p>
    <w:p>
      <w:r>
        <w:rPr>
          <w:b/>
        </w:rPr>
        <w:t xml:space="preserve">[36:26] </w:t>
      </w:r>
      <w:r>
        <w:t>instead, he said that, "Hindus aur Musalmans should learn to living together in peace and harmony.</w:t>
      </w:r>
    </w:p>
    <w:p>
      <w:pPr>
        <w:jc w:val="right"/>
      </w:pPr>
      <w:r>
        <w:t>انسٹیڈ، ہی سیڈ دیٹ، "ہندوز اور مسلمانز شوڈ لرن ٹو لیونگ ٹوگیدر ان پیس اینڈ ہارمونی۔</w:t>
      </w:r>
    </w:p>
    <w:p>
      <w:r>
        <w:rPr>
          <w:b/>
        </w:rPr>
        <w:t xml:space="preserve">[36:38] </w:t>
      </w:r>
      <w:r>
        <w:t>otherwise, i should die in the attempt." so, this is the best mission for indian leaders and indian thinkers.</w:t>
      </w:r>
    </w:p>
    <w:p>
      <w:pPr>
        <w:jc w:val="right"/>
      </w:pPr>
      <w:r>
        <w:t>ادروائز، ائی شوڈ ڈائی ان دا اٹیمپٹ۔" سو، دس از دا بیسٹ مشن فار انڈین لیڈرز اینڈ انڈین تھنکرز۔</w:t>
      </w:r>
    </w:p>
    <w:p>
      <w:r>
        <w:rPr>
          <w:b/>
        </w:rPr>
        <w:t xml:space="preserve">[36:54] </w:t>
      </w:r>
      <w:r>
        <w:t>we must try to train people in such a way that they may living in our society, in our multicultural society, multi-religion society, with peace and harmony.</w:t>
      </w:r>
    </w:p>
    <w:p>
      <w:pPr>
        <w:jc w:val="right"/>
      </w:pPr>
      <w:r>
        <w:t>وی مسٹ ٹرائی ٹو ٹرین پیپل ان سچ ا وے دیٹ دے می لیونگ ان اور سوسائٹی، ان اور ملٹی کلچرل سوسائٹی، ملٹی ریلیجن سوسائٹی، ود پیس اینڈ ہارمونی۔</w:t>
      </w:r>
    </w:p>
    <w:p>
      <w:r>
        <w:rPr>
          <w:b/>
        </w:rPr>
        <w:t xml:space="preserve">[37:11] </w:t>
      </w:r>
      <w:r>
        <w:t>we have to educate people. we have to train people</w:t>
      </w:r>
    </w:p>
    <w:p>
      <w:pPr>
        <w:jc w:val="right"/>
      </w:pPr>
      <w:r>
        <w:t>وی ہیو ٹو ایجوکیٹ پیپل۔ وی ہیو ٹو ٹرین پیپل</w:t>
      </w:r>
    </w:p>
    <w:p>
      <w:r>
        <w:rPr>
          <w:b/>
        </w:rPr>
        <w:t xml:space="preserve">[37:18] </w:t>
      </w:r>
      <w:r>
        <w:t>. we have to make people understand that this is the only way of progress and development.</w:t>
      </w:r>
    </w:p>
    <w:p>
      <w:pPr>
        <w:jc w:val="right"/>
      </w:pPr>
      <w:r>
        <w:t>۔ وی ہیو ٹو میک پیپل انڈرسٹینڈ دیٹ دس از دا اونلی وے آف پروگریس اینڈ ڈیولپمنٹ۔</w:t>
      </w:r>
    </w:p>
    <w:p>
      <w:r>
        <w:rPr>
          <w:b/>
        </w:rPr>
        <w:t xml:space="preserve">[37:31] </w:t>
      </w:r>
      <w:r>
        <w:t>you know, there are many many differences in our society. but, don't try to eliminate these differences.</w:t>
      </w:r>
    </w:p>
    <w:p>
      <w:pPr>
        <w:jc w:val="right"/>
      </w:pPr>
      <w:r>
        <w:t>یو نو، دیر ار مینی مینی ڈفرنسز ان اور سوسائٹی۔ بٹ، ڈونٹ ٹرائی ٹو ایلیمنیٹ دیز ڈفرنسز۔</w:t>
      </w:r>
    </w:p>
    <w:p>
      <w:r>
        <w:rPr>
          <w:b/>
        </w:rPr>
        <w:t xml:space="preserve">[37:41] </w:t>
      </w:r>
      <w:r>
        <w:t>but, try to make people understand that difference is a part of, part of nature, part of life.</w:t>
      </w:r>
    </w:p>
    <w:p>
      <w:pPr>
        <w:jc w:val="right"/>
      </w:pPr>
      <w:r>
        <w:t>بٹ، ٹرائی ٹو میک پیپل انڈرسٹینڈ دیٹ ڈفرنس از ا پارٹ آف، پارٹ آف نیچر، پارٹ آف لائف۔</w:t>
      </w:r>
    </w:p>
    <w:p>
      <w:r>
        <w:rPr>
          <w:b/>
        </w:rPr>
        <w:t xml:space="preserve">[37:53] </w:t>
      </w:r>
      <w:r>
        <w:t>so, you have to inculcate the spirit of tolerance, spirit of peaceful living,</w:t>
      </w:r>
    </w:p>
    <w:p>
      <w:pPr>
        <w:jc w:val="right"/>
      </w:pPr>
      <w:r>
        <w:t>سو، یو ہیو ٹو انکلکیٹ دا اسپرٹ آف ٹالرنس، اسپرٹ آف پیس فل لیونگ،</w:t>
      </w:r>
    </w:p>
    <w:p>
      <w:r>
        <w:rPr>
          <w:b/>
        </w:rPr>
        <w:t xml:space="preserve">[38:08] </w:t>
      </w:r>
      <w:r>
        <w:t>spirit of adjustment.</w:t>
      </w:r>
    </w:p>
    <w:p>
      <w:pPr>
        <w:jc w:val="right"/>
      </w:pPr>
      <w:r>
        <w:t>اسپرٹ آف ایڈجسٹمنٹ۔</w:t>
      </w:r>
    </w:p>
    <w:p>
      <w:r>
        <w:rPr>
          <w:b/>
        </w:rPr>
        <w:t xml:space="preserve">[38:14] </w:t>
      </w:r>
      <w:r>
        <w:t>and, this is the only way to success. i have studied islam in details</w:t>
      </w:r>
    </w:p>
    <w:p>
      <w:pPr>
        <w:jc w:val="right"/>
      </w:pPr>
      <w:r>
        <w:t>اینڈ، دس از دا اونلی وے ٹو سکسیس۔ ائی ہیو سٹڈی اسلام ان ڈیٹیلز</w:t>
      </w:r>
    </w:p>
    <w:p>
      <w:r>
        <w:rPr>
          <w:b/>
        </w:rPr>
        <w:t xml:space="preserve">[38:26] </w:t>
      </w:r>
      <w:r>
        <w:t>from its original sources, that is arabic sources.</w:t>
      </w:r>
    </w:p>
    <w:p>
      <w:pPr>
        <w:jc w:val="right"/>
      </w:pPr>
      <w:r>
        <w:t>فرام اٹس اوریجنل سورسز، دیٹ از عربک سورسز۔</w:t>
      </w:r>
    </w:p>
    <w:p>
      <w:r>
        <w:rPr>
          <w:b/>
        </w:rPr>
        <w:t xml:space="preserve">[38:37] </w:t>
      </w:r>
      <w:r>
        <w:t>i can see that islam is a religion of tolerance in complete sense of the word.</w:t>
      </w:r>
    </w:p>
    <w:p>
      <w:pPr>
        <w:jc w:val="right"/>
      </w:pPr>
      <w:r>
        <w:t>ائی کین سی دیٹ اسلام از ا ریلیجن آف ٹالرنس ان کمپلیٹ سینس آف دا ورڈ۔</w:t>
      </w:r>
    </w:p>
    <w:p>
      <w:r>
        <w:rPr>
          <w:b/>
        </w:rPr>
        <w:t xml:space="preserve">[38:52] </w:t>
      </w:r>
      <w:r>
        <w:t>how to live in a multicultural society or multi-religion society?</w:t>
      </w:r>
    </w:p>
    <w:p>
      <w:pPr>
        <w:jc w:val="right"/>
      </w:pPr>
      <w:r>
        <w:t>ہاؤ ٹو لیونگ ان ا ملٹی کلچرل سوسائٹی اور ملٹی ریلیجن سوسائٹی؟</w:t>
      </w:r>
    </w:p>
    <w:p>
      <w:r>
        <w:rPr>
          <w:b/>
        </w:rPr>
        <w:t xml:space="preserve">[39:02] </w:t>
      </w:r>
      <w:r>
        <w:t>islam gives a very simple formula</w:t>
      </w:r>
    </w:p>
    <w:p>
      <w:pPr>
        <w:jc w:val="right"/>
      </w:pPr>
      <w:r>
        <w:t>اسلام گیوز ا ویری سمپل فارمولا</w:t>
      </w:r>
    </w:p>
    <w:p>
      <w:r>
        <w:rPr>
          <w:b/>
        </w:rPr>
        <w:t xml:space="preserve">[39:12] </w:t>
      </w:r>
      <w:r>
        <w:t>that is based on this principle: "follow one and respect all.</w:t>
      </w:r>
    </w:p>
    <w:p>
      <w:pPr>
        <w:jc w:val="right"/>
      </w:pPr>
      <w:r>
        <w:t>دیٹ از بیسڈ ان دس پرنسپل: "فالو ون اینڈ ریسپیکٹ ال۔</w:t>
      </w:r>
    </w:p>
    <w:p>
      <w:r>
        <w:rPr>
          <w:b/>
        </w:rPr>
        <w:t xml:space="preserve">[39:23] </w:t>
      </w:r>
      <w:r>
        <w:t>" this formula was adopted by the prophet of islam throughout his life, throughout his life.</w:t>
      </w:r>
    </w:p>
    <w:p>
      <w:pPr>
        <w:jc w:val="right"/>
      </w:pPr>
      <w:r>
        <w:t>" دس فارمولا واز اڈاپٹڈ بائی دا پرافٹ آف اسلام تھرو آؤٹ ہز لائف، تھرو آؤٹ ہز لائف۔</w:t>
      </w:r>
    </w:p>
    <w:p>
      <w:r>
        <w:rPr>
          <w:b/>
        </w:rPr>
        <w:t xml:space="preserve">[39:33] </w:t>
      </w:r>
      <w:r>
        <w:t>and, also, this formula you can find in the quran,</w:t>
      </w:r>
    </w:p>
    <w:p>
      <w:pPr>
        <w:jc w:val="right"/>
      </w:pPr>
      <w:r>
        <w:t>اینڈ، السو، دس فارمولا یو کین فائنڈ ان دا قرآن،</w:t>
      </w:r>
    </w:p>
    <w:p>
      <w:r>
        <w:rPr>
          <w:b/>
        </w:rPr>
        <w:t xml:space="preserve">[39:42] </w:t>
      </w:r>
      <w:r>
        <w:t>almost in every chapter of the quran.</w:t>
      </w:r>
    </w:p>
    <w:p>
      <w:pPr>
        <w:jc w:val="right"/>
      </w:pPr>
      <w:r>
        <w:t>الموسٹ ان ایوری چیپٹر آف دا قرآن۔</w:t>
      </w:r>
    </w:p>
    <w:p>
      <w:r>
        <w:rPr>
          <w:b/>
        </w:rPr>
        <w:t xml:space="preserve">[39:50] </w:t>
      </w:r>
      <w:r>
        <w:t>for example, if you take a copy of the quran and you start reading, you will find that the very first verse of the first chapter of the quran is like this:</w:t>
      </w:r>
    </w:p>
    <w:p>
      <w:pPr>
        <w:jc w:val="right"/>
      </w:pPr>
      <w:r>
        <w:t>فار ایگزامپل، اف یو ٹیک ا کاپی آف دا قرآن اینڈ یو سٹارٹ ریڈنگ، یو ویل فائنڈ دیٹ دا ویری فرسٹ ورس آف دا فرسٹ چیپٹر آف دا قرآن از لائک دس:</w:t>
      </w:r>
    </w:p>
    <w:p>
      <w:r>
        <w:rPr>
          <w:b/>
        </w:rPr>
        <w:t xml:space="preserve">[40:16] </w:t>
      </w:r>
      <w:r>
        <w:t>alhamdolillah rabbul alameen.</w:t>
      </w:r>
    </w:p>
    <w:p>
      <w:pPr>
        <w:jc w:val="right"/>
      </w:pPr>
      <w:r>
        <w:t>"الحمدللہ رب العالمین۔"</w:t>
      </w:r>
    </w:p>
    <w:p>
      <w:r>
        <w:rPr>
          <w:b/>
        </w:rPr>
        <w:t xml:space="preserve">[40:22] </w:t>
      </w:r>
      <w:r>
        <w:t>it means all praise be to god, lord of mankind.</w:t>
      </w:r>
    </w:p>
    <w:p>
      <w:pPr>
        <w:jc w:val="right"/>
      </w:pPr>
      <w:r>
        <w:t>اٹ مینز ال پریز بی ٹو گاڈ، لارڈ آف مین کائنڈ۔</w:t>
      </w:r>
    </w:p>
    <w:p>
      <w:r>
        <w:rPr>
          <w:b/>
        </w:rPr>
        <w:t xml:space="preserve">[40:38] </w:t>
      </w:r>
      <w:r>
        <w:t>this is the gods, gods introduction given in the quran.</w:t>
      </w:r>
    </w:p>
    <w:p>
      <w:pPr>
        <w:jc w:val="right"/>
      </w:pPr>
      <w:r>
        <w:t>دس از دا گاڈز، گاڈز انٹروڈکشن گیون ان دا قرآن۔</w:t>
      </w:r>
    </w:p>
    <w:p>
      <w:r>
        <w:rPr>
          <w:b/>
        </w:rPr>
        <w:t xml:space="preserve">[40:47] </w:t>
      </w:r>
      <w:r>
        <w:t>according to this, god is a merciful and compassionate in complete sense of the word.</w:t>
      </w:r>
    </w:p>
    <w:p>
      <w:pPr>
        <w:jc w:val="right"/>
      </w:pPr>
      <w:r>
        <w:t>اکارڈنگ ٹو دس، گاڈ از ا مرسی فل اینڈ کمپیشنٹ ان کمپلیٹ سینس آف دا ورڈ۔</w:t>
      </w:r>
    </w:p>
    <w:p>
      <w:r>
        <w:rPr>
          <w:b/>
        </w:rPr>
        <w:t xml:space="preserve">[40:59] </w:t>
      </w:r>
      <w:r>
        <w:t>g</w:t>
      </w:r>
    </w:p>
    <w:p>
      <w:pPr>
        <w:jc w:val="right"/>
      </w:pPr>
      <w:r>
        <w:t>گ</w:t>
      </w:r>
    </w:p>
    <w:p>
      <w:r>
        <w:rPr>
          <w:b/>
        </w:rPr>
        <w:t xml:space="preserve">[41:00] </w:t>
      </w:r>
      <w:r>
        <w:t>god is merciful to all mankind,</w:t>
      </w:r>
    </w:p>
    <w:p>
      <w:pPr>
        <w:jc w:val="right"/>
      </w:pPr>
      <w:r>
        <w:t>اڈ از مرسی فل ٹو ال مین کائنڈ،</w:t>
      </w:r>
    </w:p>
    <w:p>
      <w:r>
        <w:rPr>
          <w:b/>
        </w:rPr>
        <w:t xml:space="preserve">[41:06] </w:t>
      </w:r>
      <w:r>
        <w:t>not only to believers, not only to muslims. but, he is merciful, he is compassionate to all human being, to all men and women, to all mankind.</w:t>
      </w:r>
    </w:p>
    <w:p>
      <w:pPr>
        <w:jc w:val="right"/>
      </w:pPr>
      <w:r>
        <w:t>ناٹ اونلی ٹو بیلیورز، ناٹ اونلی ٹو مسلمز۔ بٹ، ہی از مرسی فل، ہی از کمپیشنٹ ٹو ال ہیومن بینگ، ٹو ال مین اینڈ وومن، ٹو ال مین کائنڈ۔</w:t>
      </w:r>
    </w:p>
    <w:p>
      <w:r>
        <w:rPr>
          <w:b/>
        </w:rPr>
        <w:t xml:space="preserve">[41:24] </w:t>
      </w:r>
      <w:r>
        <w:t>this is the divine character.</w:t>
      </w:r>
    </w:p>
    <w:p>
      <w:pPr>
        <w:jc w:val="right"/>
      </w:pPr>
      <w:r>
        <w:t>دس از دا ڈیوائن کریکٹر۔</w:t>
      </w:r>
    </w:p>
    <w:p>
      <w:r>
        <w:rPr>
          <w:b/>
        </w:rPr>
        <w:t xml:space="preserve">[41:30] </w:t>
      </w:r>
      <w:r>
        <w:t>then, there is a hadith: "takhallaq bi akhlaq allah." adopt the divine character, adopt the, adopt the divine behavior.</w:t>
      </w:r>
    </w:p>
    <w:p>
      <w:pPr>
        <w:jc w:val="right"/>
      </w:pPr>
      <w:r>
        <w:t>دین، دیر از ا حدیث: "تخلق باخلاق اللہ۔" اڈاپٹ دا ڈیوائن کریکٹر، اڈاپٹ دا، اڈاپٹ دا ڈیوائن بیہیویئر۔</w:t>
      </w:r>
    </w:p>
    <w:p>
      <w:r>
        <w:rPr>
          <w:b/>
        </w:rPr>
        <w:t xml:space="preserve">[41:44] </w:t>
      </w:r>
      <w:r>
        <w:t>so, by adding this quranic verse, i can see that</w:t>
      </w:r>
    </w:p>
    <w:p>
      <w:pPr>
        <w:jc w:val="right"/>
      </w:pPr>
      <w:r>
        <w:t>سو، بائی ایڈنگ دس قرآنک ورس، ائی کین سی دیٹ</w:t>
      </w:r>
    </w:p>
    <w:p>
      <w:r>
        <w:rPr>
          <w:b/>
        </w:rPr>
        <w:t xml:space="preserve">[41:57] </w:t>
      </w:r>
      <w:r>
        <w:t>all believers must adopt the principle of compassion towards all mankind.</w:t>
      </w:r>
    </w:p>
    <w:p>
      <w:pPr>
        <w:jc w:val="right"/>
      </w:pPr>
      <w:r>
        <w:t>ال بیلیورز مسٹ اڈاپٹ دا پرنسپل آف کمپیشن ٹورڈز ال مین کائنڈ۔</w:t>
      </w:r>
    </w:p>
    <w:p>
      <w:r>
        <w:rPr>
          <w:b/>
        </w:rPr>
        <w:t xml:space="preserve">[42:09] </w:t>
      </w:r>
      <w:r>
        <w:t>this is the base of harmony in any society.</w:t>
      </w:r>
    </w:p>
    <w:p>
      <w:pPr>
        <w:jc w:val="right"/>
      </w:pPr>
      <w:r>
        <w:t>دس از دا بیس آف ہارمونی ان اینی سوسائٹی۔</w:t>
      </w:r>
    </w:p>
    <w:p>
      <w:r>
        <w:rPr>
          <w:b/>
        </w:rPr>
        <w:t xml:space="preserve">[42:18] </w:t>
      </w:r>
      <w:r>
        <w:t>then, there is a hadith: "ashir nas, ashir nas bil khulq hasan." it means that</w:t>
      </w:r>
    </w:p>
    <w:p>
      <w:pPr>
        <w:jc w:val="right"/>
      </w:pPr>
      <w:r>
        <w:t>دین، دیر از ا حدیث: "عاشر ناصب، عاشر ناصب خلق حسن۔" اٹ مینز دیٹ</w:t>
      </w:r>
    </w:p>
    <w:p>
      <w:r>
        <w:rPr>
          <w:b/>
        </w:rPr>
        <w:t xml:space="preserve">[42:33] </w:t>
      </w:r>
      <w:r>
        <w:t>be well wisher to all mankind.</w:t>
      </w:r>
    </w:p>
    <w:p>
      <w:pPr>
        <w:jc w:val="right"/>
      </w:pPr>
      <w:r>
        <w:t>بی ویل وشر ٹو ال مین کائنڈ۔</w:t>
      </w:r>
    </w:p>
    <w:p>
      <w:r>
        <w:rPr>
          <w:b/>
        </w:rPr>
        <w:t xml:space="preserve">[42:40] </w:t>
      </w:r>
      <w:r>
        <w:t>here, you can see that muslims are also asked to adopt the same behavior.</w:t>
      </w:r>
    </w:p>
    <w:p>
      <w:pPr>
        <w:jc w:val="right"/>
      </w:pPr>
      <w:r>
        <w:t>ہیر، یو کین سی دیٹ مسلمز ار السو اسکڈ ٹو اڈاپٹ دا سیم بیہیویئر۔</w:t>
      </w:r>
    </w:p>
    <w:p>
      <w:r>
        <w:rPr>
          <w:b/>
        </w:rPr>
        <w:t xml:space="preserve">[42:50] </w:t>
      </w:r>
      <w:r>
        <w:t>god is compassionate to all mankind. so, is required to believer, to the believers.</w:t>
      </w:r>
    </w:p>
    <w:p>
      <w:pPr>
        <w:jc w:val="right"/>
      </w:pPr>
      <w:r>
        <w:t>گاڈ از کمپیشنٹ ٹو ال مین کائنڈ۔ سو، از ریکوائرڈ ٹو بیلیور، ٹو دا بیلیورز۔</w:t>
      </w:r>
    </w:p>
    <w:p>
      <w:r>
        <w:rPr>
          <w:b/>
        </w:rPr>
        <w:t xml:space="preserve">[42:59] </w:t>
      </w:r>
      <w:r>
        <w:t>believers also must be well wisher to all mankind.</w:t>
      </w:r>
    </w:p>
    <w:p>
      <w:pPr>
        <w:jc w:val="right"/>
      </w:pPr>
      <w:r>
        <w:t>بیلیورز السو مسٹ بی ویل وشر ٹو ال مین کائنڈ۔</w:t>
      </w:r>
    </w:p>
    <w:p>
      <w:r>
        <w:rPr>
          <w:b/>
        </w:rPr>
        <w:t xml:space="preserve">[43:07] </w:t>
      </w:r>
      <w:r>
        <w:t>in modern term, i can see that the only, the only religious behavior required by every,</w:t>
      </w:r>
    </w:p>
    <w:p>
      <w:pPr>
        <w:jc w:val="right"/>
      </w:pPr>
      <w:r>
        <w:t>ان ماڈرن ٹرم، ائی کین سی دیٹ دا اونلی، دا اونلی ریلیجیس بیہیویئر ریکوائرڈ بائی ایوری،</w:t>
      </w:r>
    </w:p>
    <w:p>
      <w:r>
        <w:rPr>
          <w:b/>
        </w:rPr>
        <w:t xml:space="preserve">[43:22] </w:t>
      </w:r>
      <w:r>
        <w:t>required in every believer is human friendly behavior, man friendly behavior.</w:t>
      </w:r>
    </w:p>
    <w:p>
      <w:pPr>
        <w:jc w:val="right"/>
      </w:pPr>
      <w:r>
        <w:t>ریکوائرڈ ان ایوری بیلیور از انسان فرینڈلی بیہیویئر، مین فرینڈلی بیہیویئر۔</w:t>
      </w:r>
    </w:p>
    <w:p>
      <w:r>
        <w:rPr>
          <w:b/>
        </w:rPr>
        <w:t xml:space="preserve">[43:34] </w:t>
      </w:r>
      <w:r>
        <w:t>this is the basic principle of islam. and, this is the only base of establishing a society where there is peace, there is harmony.</w:t>
      </w:r>
    </w:p>
    <w:p>
      <w:pPr>
        <w:jc w:val="right"/>
      </w:pPr>
      <w:r>
        <w:t>دس از دا بیسک پرنسپل آف اسلام۔ اینڈ، دس از دا اونلی بیس آف اسٹیبلشنگ ا سوسائٹی ویر دیر از پیس، دیر از ہارمونی۔</w:t>
      </w:r>
    </w:p>
    <w:p>
      <w:r>
        <w:rPr>
          <w:b/>
        </w:rPr>
        <w:t xml:space="preserve">[43:59] </w:t>
      </w:r>
      <w:r>
        <w:t>you know,</w:t>
      </w:r>
    </w:p>
    <w:p>
      <w:pPr>
        <w:jc w:val="right"/>
      </w:pPr>
      <w:r>
        <w:t>یو نو،</w:t>
      </w:r>
    </w:p>
    <w:p>
      <w:r>
        <w:rPr>
          <w:b/>
        </w:rPr>
        <w:t xml:space="preserve">[44:02] </w:t>
      </w:r>
      <w:r>
        <w:t>you know,</w:t>
      </w:r>
    </w:p>
    <w:p>
      <w:pPr>
        <w:jc w:val="right"/>
      </w:pPr>
      <w:r>
        <w:t>دا پرافٹ آف اسلام واز بورن ان مکہ ان 570 اے ڈی۔</w:t>
      </w:r>
    </w:p>
    <w:p>
      <w:r>
        <w:rPr>
          <w:b/>
        </w:rPr>
        <w:t xml:space="preserve">[44:13] </w:t>
      </w:r>
      <w:r>
        <w:t>the prophet of islam was born in mecca in 570 ad.</w:t>
      </w:r>
    </w:p>
    <w:p>
      <w:pPr>
        <w:jc w:val="right"/>
      </w:pPr>
      <w:r>
        <w:t>اینڈ، ہی واز، اینڈ ہی ریویلڈ دا فرسٹ ریولیشن ان 610 اے ڈی۔</w:t>
      </w:r>
    </w:p>
    <w:p>
      <w:r>
        <w:rPr>
          <w:b/>
        </w:rPr>
        <w:t xml:space="preserve">[44:22] </w:t>
      </w:r>
      <w:r>
        <w:t>and, he was, and he revealed the first revelation in 610 ad.</w:t>
      </w:r>
    </w:p>
    <w:p>
      <w:pPr>
        <w:jc w:val="right"/>
      </w:pPr>
      <w:r>
        <w:t>سو، ہز مشن، سو، ہی سٹارٹڈ ہز مشن ان 610 اے ڈی ان مکہ۔ ایٹ دا ٹائم، مکہ واز،</w:t>
      </w:r>
    </w:p>
    <w:p>
      <w:r>
        <w:rPr>
          <w:b/>
        </w:rPr>
        <w:t xml:space="preserve">[44:39] </w:t>
      </w:r>
      <w:r>
        <w:t>so, his mission, so, he started his mission in 610 ad in mecca. at that time, mecca was,</w:t>
      </w:r>
    </w:p>
    <w:p>
      <w:pPr>
        <w:jc w:val="right"/>
      </w:pPr>
      <w:r>
        <w:t>ان دیٹ ٹائم، دا میجورٹی آف مکن پیپل ویر ورشپر۔</w:t>
      </w:r>
    </w:p>
    <w:p>
      <w:r>
        <w:rPr>
          <w:b/>
        </w:rPr>
        <w:t xml:space="preserve">[44:46] </w:t>
      </w:r>
      <w:r>
        <w:t>profit and few of his companions were god worshipper. so, profit with his community was a minority in mecca.</w:t>
      </w:r>
    </w:p>
    <w:p>
      <w:pPr>
        <w:jc w:val="right"/>
      </w:pPr>
      <w:r>
        <w:t>پرافٹ اینڈ فیو آف ہز کمپینینز ویر گاڈ ورشپر۔ سو، پرافٹ ود ہز کمیونٹی واز ا مائنورٹی ان مکہ۔</w:t>
      </w:r>
    </w:p>
    <w:p>
      <w:r>
        <w:rPr>
          <w:b/>
        </w:rPr>
        <w:t xml:space="preserve">[45:05] </w:t>
      </w:r>
      <w:r>
        <w:t>any mushrik people were in majority. mushrik means idol worshippers.</w:t>
      </w:r>
    </w:p>
    <w:p>
      <w:pPr>
        <w:jc w:val="right"/>
      </w:pPr>
      <w:r>
        <w:t>اینی مشرک پیپل ویر ان میجورٹی۔ مشرک مینز ائڈل ورشپرز۔</w:t>
      </w:r>
    </w:p>
    <w:p>
      <w:r>
        <w:rPr>
          <w:b/>
        </w:rPr>
        <w:t xml:space="preserve">[45:14] </w:t>
      </w:r>
      <w:r>
        <w:t>so, mushrik people were in majority in mecca. and muhammad and his companion were in minority in mecca. so, what was their behaviour towards others?</w:t>
      </w:r>
    </w:p>
    <w:p>
      <w:pPr>
        <w:jc w:val="right"/>
      </w:pPr>
      <w:r>
        <w:t>سو، مشرک پیپل ویر ان میجورٹی ان مکہ۔ اینڈ محمد اینڈ ہز کمپینین ویر ان مائنورٹی ان مکہ۔ سو، واٹ واز دیر بیہیویئر ٹورڈز ادرز؟</w:t>
      </w:r>
    </w:p>
    <w:p>
      <w:r>
        <w:rPr>
          <w:b/>
        </w:rPr>
        <w:t xml:space="preserve">[45:29] </w:t>
      </w:r>
      <w:r>
        <w:t>at the time in mecca, god revealed the chapter number 103.</w:t>
      </w:r>
    </w:p>
    <w:p>
      <w:pPr>
        <w:jc w:val="right"/>
      </w:pPr>
      <w:r>
        <w:t>ایٹ دا ٹائم ان مکہ، گاڈ ریویلڈ دا چیپٹر نمبر 103۔</w:t>
      </w:r>
    </w:p>
    <w:p>
      <w:r>
        <w:rPr>
          <w:b/>
        </w:rPr>
        <w:t xml:space="preserve">[45:40] </w:t>
      </w:r>
      <w:r>
        <w:t>this chapter you can find in quran,</w:t>
      </w:r>
    </w:p>
    <w:p>
      <w:pPr>
        <w:jc w:val="right"/>
      </w:pPr>
      <w:r>
        <w:t>دس چیپٹر یو کین فائنڈ ان قرآن،</w:t>
      </w:r>
    </w:p>
    <w:p>
      <w:r>
        <w:rPr>
          <w:b/>
        </w:rPr>
        <w:t xml:space="preserve">[45:45] </w:t>
      </w:r>
      <w:r>
        <w:t>chapter number 103. in this chapter, and when a prophet was in mecca, in and living as a minority,</w:t>
      </w:r>
    </w:p>
    <w:p>
      <w:pPr>
        <w:jc w:val="right"/>
      </w:pPr>
      <w:r>
        <w:t>چیپٹر نمبر 103۔ ان دس چیپٹر، اینڈ وین ا پرافٹ واز ان مکہ، ان اینڈ لیونگ ایز ا مائنورٹی،</w:t>
      </w:r>
    </w:p>
    <w:p>
      <w:r>
        <w:rPr>
          <w:b/>
        </w:rPr>
        <w:t xml:space="preserve">[46:00] </w:t>
      </w:r>
      <w:r>
        <w:t>at the time, this verse was revealed in the quran.</w:t>
      </w:r>
    </w:p>
    <w:p>
      <w:pPr>
        <w:jc w:val="right"/>
      </w:pPr>
      <w:r>
        <w:t>ایٹ دا ٹائم، دس ورس واز ریویلڈ ان دا قرآن۔</w:t>
      </w:r>
    </w:p>
    <w:p>
      <w:r>
        <w:rPr>
          <w:b/>
        </w:rPr>
        <w:t xml:space="preserve">[46:10] </w:t>
      </w:r>
      <w:r>
        <w:t>it reads: "lakum deenukum waliya deen,</w:t>
      </w:r>
    </w:p>
    <w:p>
      <w:pPr>
        <w:jc w:val="right"/>
      </w:pPr>
      <w:r>
        <w:t>اٹ ریڈز: "لکم دینکم ولیا دین،</w:t>
      </w:r>
    </w:p>
    <w:p>
      <w:r>
        <w:rPr>
          <w:b/>
        </w:rPr>
        <w:t xml:space="preserve">[46:20] </w:t>
      </w:r>
      <w:r>
        <w:t>for you your religion, for me mine." this was the formula of adjustment, formula of harmony.</w:t>
      </w:r>
    </w:p>
    <w:p>
      <w:pPr>
        <w:jc w:val="right"/>
      </w:pPr>
      <w:r>
        <w:t>فار یو یور ریلیجن، فار می مائن۔" دس واز دا فارمولا آف ایڈجسٹمنٹ، فارمولا آف ہارمونی۔</w:t>
      </w:r>
    </w:p>
    <w:p>
      <w:r>
        <w:rPr>
          <w:b/>
        </w:rPr>
        <w:t xml:space="preserve">[46:32] </w:t>
      </w:r>
      <w:r>
        <w:t>for you your religion, for me mine.</w:t>
      </w:r>
    </w:p>
    <w:p>
      <w:pPr>
        <w:jc w:val="right"/>
      </w:pPr>
      <w:r>
        <w:t>فار یو یور ریلیجن، فار می مائن۔</w:t>
      </w:r>
    </w:p>
    <w:p>
      <w:r>
        <w:rPr>
          <w:b/>
        </w:rPr>
        <w:t xml:space="preserve">[46:38] </w:t>
      </w:r>
      <w:r>
        <w:t>now, when prophet migrated from mecca to madina,</w:t>
      </w:r>
    </w:p>
    <w:p>
      <w:pPr>
        <w:jc w:val="right"/>
      </w:pPr>
      <w:r>
        <w:t>ناو، وین پرافٹ مائیگریٹڈ فرام مکہ ٹو مدینہ،</w:t>
      </w:r>
    </w:p>
    <w:p>
      <w:r>
        <w:rPr>
          <w:b/>
        </w:rPr>
        <w:t xml:space="preserve">[46:47] </w:t>
      </w:r>
      <w:r>
        <w:t>so, at the time, madina was very favourable to prophet.</w:t>
      </w:r>
    </w:p>
    <w:p>
      <w:pPr>
        <w:jc w:val="right"/>
      </w:pPr>
      <w:r>
        <w:t>سو، ایٹ دا ٹائم، مدینہ واز ویری فیوریبل ٹو پرافٹ۔</w:t>
      </w:r>
    </w:p>
    <w:p>
      <w:r>
        <w:rPr>
          <w:b/>
        </w:rPr>
        <w:t xml:space="preserve">[46:55] </w:t>
      </w:r>
      <w:r>
        <w:t>the majority of madina people accepted islam.</w:t>
      </w:r>
    </w:p>
    <w:p>
      <w:pPr>
        <w:jc w:val="right"/>
      </w:pPr>
      <w:r>
        <w:t>دا میجورٹی آف مدینہ پیپل ایکسیپٹڈ اسلام۔</w:t>
      </w:r>
    </w:p>
    <w:p>
      <w:r>
        <w:rPr>
          <w:b/>
        </w:rPr>
        <w:t xml:space="preserve">[47:01] </w:t>
      </w:r>
      <w:r>
        <w:t>the majority of madina people.</w:t>
      </w:r>
    </w:p>
    <w:p>
      <w:pPr>
        <w:jc w:val="right"/>
      </w:pPr>
      <w:r>
        <w:t>دا میجورٹی آف مدینہ پیپل۔</w:t>
      </w:r>
    </w:p>
    <w:p>
      <w:r>
        <w:rPr>
          <w:b/>
        </w:rPr>
        <w:t xml:space="preserve">[47:04] </w:t>
      </w:r>
      <w:r>
        <w:t>so, when prophet was living as a minority in mecca, at the time, he adopted the formula: "for you your religion, for me mine." then, in madina, he adopted the same formula when he was in majority.</w:t>
      </w:r>
    </w:p>
    <w:p>
      <w:pPr>
        <w:jc w:val="right"/>
      </w:pPr>
      <w:r>
        <w:t>سو، وین پرافٹ واز لیونگ ایز ا مائنورٹی ان مکہ، ایٹ دا ٹائم، ہی اڈاپٹڈ دا فارمولا: "فار یو یور ریلیجن، فار می مائن۔" دین، ان مدینہ، ہی اڈاپٹڈ دا سیم فارمولا وین ہی واز ان میجورٹی۔</w:t>
      </w:r>
    </w:p>
    <w:p>
      <w:r>
        <w:rPr>
          <w:b/>
        </w:rPr>
        <w:t xml:space="preserve">[47:22] </w:t>
      </w:r>
      <w:r>
        <w:t>in madina, he and his companions were in majority. they were able to establish the first state in madina.</w:t>
      </w:r>
    </w:p>
    <w:p>
      <w:pPr>
        <w:jc w:val="right"/>
      </w:pPr>
      <w:r>
        <w:t>ان مدینہ، ہی اینڈ ہز کمپینینز ویر ان میجورٹی۔ دے وار ایبل ٹو اسٹیبلش دا فرسٹ اسٹیٹ ان مدینہ۔</w:t>
      </w:r>
    </w:p>
    <w:p>
      <w:r>
        <w:rPr>
          <w:b/>
        </w:rPr>
        <w:t xml:space="preserve">[47:32] </w:t>
      </w:r>
      <w:r>
        <w:t>b</w:t>
      </w:r>
    </w:p>
    <w:p>
      <w:pPr>
        <w:jc w:val="right"/>
      </w:pPr>
      <w:r>
        <w:t>ب</w:t>
      </w:r>
    </w:p>
    <w:p>
      <w:r>
        <w:rPr>
          <w:b/>
        </w:rPr>
        <w:t xml:space="preserve">[47:33] </w:t>
      </w:r>
      <w:r>
        <w:t>t, the same formula was adopted by prophet in madina also. you know, prophet issued a declaration.</w:t>
      </w:r>
    </w:p>
    <w:p>
      <w:pPr>
        <w:jc w:val="right"/>
      </w:pPr>
      <w:r>
        <w:t>ٹ، دا سیم فارمولا واز اڈاپٹڈ بائے پرافٹ ان مدینہ السو۔ یو نو، پرافٹ ایشوڈ ا ڈیکلریشن۔</w:t>
      </w:r>
    </w:p>
    <w:p>
      <w:r>
        <w:rPr>
          <w:b/>
        </w:rPr>
        <w:t xml:space="preserve">[47:46] </w:t>
      </w:r>
      <w:r>
        <w:t>this is called in islamic history "sahifatul madina." sahifatul madina means madina declaration.</w:t>
      </w:r>
    </w:p>
    <w:p>
      <w:pPr>
        <w:jc w:val="right"/>
      </w:pPr>
      <w:r>
        <w:t>دس از کالڈ ان اسلامک ہسٹری "صحیفۃ المدینہ۔" صحیفۃ المدینہ مینز مدینہ ڈیکلریشن۔</w:t>
      </w:r>
    </w:p>
    <w:p>
      <w:r>
        <w:rPr>
          <w:b/>
        </w:rPr>
        <w:t xml:space="preserve">[47:57] </w:t>
      </w:r>
      <w:r>
        <w:t>so, in this declaration, prophet</w:t>
      </w:r>
    </w:p>
    <w:p>
      <w:pPr>
        <w:jc w:val="right"/>
      </w:pPr>
      <w:r>
        <w:t>سو، ان دس ڈیکلریشن، پرافٹ</w:t>
      </w:r>
    </w:p>
    <w:p>
      <w:r>
        <w:rPr>
          <w:b/>
        </w:rPr>
        <w:t xml:space="preserve">[48:04] </w:t>
      </w:r>
      <w:r>
        <w:t>said: "lil yahood deenohum walil muslimeen deenohum." it means for jewish people their religion and for muslims their religion.</w:t>
      </w:r>
    </w:p>
    <w:p>
      <w:pPr>
        <w:jc w:val="right"/>
      </w:pPr>
      <w:r>
        <w:t>سیڈ: "لل یہود دینہم ولل مسلمین دینہم۔" اٹ مینز فار جوئش پیپل دیر ریلیجن اینڈ فار مسلمز دیر ریلیجن۔</w:t>
      </w:r>
    </w:p>
    <w:p>
      <w:r>
        <w:rPr>
          <w:b/>
        </w:rPr>
        <w:t xml:space="preserve">[48:20] </w:t>
      </w:r>
      <w:r>
        <w:t>you see the same language</w:t>
      </w:r>
    </w:p>
    <w:p>
      <w:pPr>
        <w:jc w:val="right"/>
      </w:pPr>
      <w:r>
        <w:t>یو سی دا سیم لینگویج</w:t>
      </w:r>
    </w:p>
    <w:p>
      <w:r>
        <w:rPr>
          <w:b/>
        </w:rPr>
        <w:t xml:space="preserve">[48:24] </w:t>
      </w:r>
      <w:r>
        <w:t>when prophet was in minority in mecca. he adopted the formula: "for you your religion, for me mine."</w:t>
      </w:r>
    </w:p>
    <w:p>
      <w:pPr>
        <w:jc w:val="right"/>
      </w:pPr>
      <w:r>
        <w:t>وین پرافٹ واز ان مائنورٹی ان مکہ۔ ہی اڈاپٹڈ دا فارمولا: "فار یو یور ریلیجن، فار می مائن۔"</w:t>
      </w:r>
    </w:p>
    <w:p>
      <w:r>
        <w:rPr>
          <w:b/>
        </w:rPr>
        <w:t xml:space="preserve">[48:34] </w:t>
      </w:r>
      <w:r>
        <w:t>and when he was in madina, and at the time, muslims were in majority. but, he followed again the same formula:</w:t>
      </w:r>
    </w:p>
    <w:p>
      <w:pPr>
        <w:jc w:val="right"/>
      </w:pPr>
      <w:r>
        <w:t>اینڈ وین ہی واز ان مدینہ، اینڈ ایٹ دا ٹائم، مسلمز ویر ان میجورٹی۔ بٹ، ہی فالوڈ اگین دا سیم فارمولا:</w:t>
      </w:r>
    </w:p>
    <w:p>
      <w:r>
        <w:rPr>
          <w:b/>
        </w:rPr>
        <w:t xml:space="preserve">[48:50] </w:t>
      </w:r>
      <w:r>
        <w:t>"for jewish people their religion or for muslims their religion." this is the islamic</w:t>
      </w:r>
    </w:p>
    <w:p>
      <w:pPr>
        <w:jc w:val="right"/>
      </w:pPr>
      <w:r>
        <w:t>"فار جوئش پیپل دیر ریلیجن اور فار مسلمز دیر ریلیجن۔" دس از دا اسلامک</w:t>
      </w:r>
    </w:p>
    <w:p>
      <w:r>
        <w:rPr>
          <w:b/>
        </w:rPr>
        <w:t xml:space="preserve">[48:59] </w:t>
      </w:r>
      <w:r>
        <w:t>formoolah. it is irrelevant whether you are living as a minority or you are living as a majority. in both the situations, you have to adopt this formula.</w:t>
      </w:r>
    </w:p>
    <w:p>
      <w:pPr>
        <w:jc w:val="right"/>
      </w:pPr>
      <w:r>
        <w:t>فارمولا۔ اٹ از اریلیونٹ ویدر یو ار لیونگ ایز ا مائنورٹی اور یو ار لیونگ ایز ا میجورٹی۔ ان بوتھ دا سچویشنز، یو ہیو ٹو اڈاپٹ دس فارمولا۔</w:t>
      </w:r>
    </w:p>
    <w:p>
      <w:r>
        <w:rPr>
          <w:b/>
        </w:rPr>
        <w:t xml:space="preserve">[49:13] </w:t>
      </w:r>
      <w:r>
        <w:t>that is in my verse: "follow one and respect all."</w:t>
      </w:r>
    </w:p>
    <w:p>
      <w:pPr>
        <w:jc w:val="right"/>
      </w:pPr>
      <w:r>
        <w:t>دیٹ از ان مائی ورس: "فالو ون اینڈ ریسپیکٹ ال۔"</w:t>
      </w:r>
    </w:p>
    <w:p>
      <w:r>
        <w:rPr>
          <w:b/>
        </w:rPr>
        <w:t xml:space="preserve">[49:21] </w:t>
      </w:r>
      <w:r>
        <w:t>islamic formula is not based on elimination others. but, islamic formula is based on tolerance, adjustment, acceptance, love.</w:t>
      </w:r>
    </w:p>
    <w:p>
      <w:pPr>
        <w:jc w:val="right"/>
      </w:pPr>
      <w:r>
        <w:t>اسلامک فارمولا از ناٹ بیسڈ ان ایلیمیشن ادرز۔ بٹ، اسلامک فارمولا از بیسڈ ان ٹالرنس، ایڈجسٹمنٹ، ایکسیپٹنس، لو۔</w:t>
      </w:r>
    </w:p>
    <w:p>
      <w:r>
        <w:rPr>
          <w:b/>
        </w:rPr>
        <w:t xml:space="preserve">[49:40] </w:t>
      </w:r>
      <w:r>
        <w:t>so, this is the permanent islamic formula.</w:t>
      </w:r>
    </w:p>
    <w:p>
      <w:pPr>
        <w:jc w:val="right"/>
      </w:pPr>
      <w:r>
        <w:t>سو، دس از دا پرمننٹ اسلامک فارمولا۔</w:t>
      </w:r>
    </w:p>
    <w:p>
      <w:r>
        <w:rPr>
          <w:b/>
        </w:rPr>
        <w:t xml:space="preserve">[49:46] </w:t>
      </w:r>
      <w:r>
        <w:t>it is very important to note that prophet adopted the same formula when he was in mecca as a minority. and again, he adopted this formula in medina when he was in majority.</w:t>
      </w:r>
    </w:p>
    <w:p>
      <w:pPr>
        <w:jc w:val="right"/>
      </w:pPr>
      <w:r>
        <w:t>اٹ از ویری امپورٹنٹ ٹو نوٹ دیٹ پرافٹ اڈاپٹڈ دا سیم فارمولا وین ہی واز ان مکہ ایز ا مائنورٹی۔ اینڈ اگین، ہی اڈاپٹڈ دس فارمولا ان مدینہ وین ہی واز ان میجورٹی۔</w:t>
      </w:r>
    </w:p>
    <w:p>
      <w:r>
        <w:rPr>
          <w:b/>
        </w:rPr>
        <w:t xml:space="preserve">[50:06] </w:t>
      </w:r>
      <w:r>
        <w:t>so, islamic formula is based on tolerance, peaceful living</w:t>
      </w:r>
    </w:p>
    <w:p>
      <w:pPr>
        <w:jc w:val="right"/>
      </w:pPr>
      <w:r>
        <w:t>سو، اسلامک فارمولا از بیسڈ ان ٹالرنس، پیس فل لیونگ</w:t>
      </w:r>
    </w:p>
    <w:p>
      <w:r>
        <w:rPr>
          <w:b/>
        </w:rPr>
        <w:t xml:space="preserve">[50:15] </w:t>
      </w:r>
      <w:r>
        <w:t>. now, why islam emphasizes so much on tolerance?</w:t>
      </w:r>
    </w:p>
    <w:p>
      <w:pPr>
        <w:jc w:val="right"/>
      </w:pPr>
      <w:r>
        <w:t>۔ ناو، وائی اسلام ایمفسائز سو مچ ان ٹالرنس؟</w:t>
      </w:r>
    </w:p>
    <w:p>
      <w:r>
        <w:rPr>
          <w:b/>
        </w:rPr>
        <w:t xml:space="preserve">[50:24] </w:t>
      </w:r>
      <w:r>
        <w:t>why? because,</w:t>
      </w:r>
    </w:p>
    <w:p>
      <w:pPr>
        <w:jc w:val="right"/>
      </w:pPr>
      <w:r>
        <w:t>وائی؟ بیکاز،</w:t>
      </w:r>
    </w:p>
    <w:p>
      <w:r>
        <w:rPr>
          <w:b/>
        </w:rPr>
        <w:t xml:space="preserve">[50:30] </w:t>
      </w:r>
      <w:r>
        <w:t>any because islam, the only target of islam is to</w:t>
      </w:r>
    </w:p>
    <w:p>
      <w:pPr>
        <w:jc w:val="right"/>
      </w:pPr>
      <w:r>
        <w:t>اینی بیکاز اسلام، دا اونلی ٹارگٹ آف اسلام از ٹو</w:t>
      </w:r>
    </w:p>
    <w:p>
      <w:r>
        <w:rPr>
          <w:b/>
        </w:rPr>
        <w:t xml:space="preserve">[50:42] </w:t>
      </w:r>
      <w:r>
        <w:t>to make people living in. make people living with god's consciousness.</w:t>
      </w:r>
    </w:p>
    <w:p>
      <w:pPr>
        <w:jc w:val="right"/>
      </w:pPr>
      <w:r>
        <w:t>ٹو میک پیپل لیونگ ان۔ میک پیپل لیونگ ود گاڈز کانشیسنس۔</w:t>
      </w:r>
    </w:p>
    <w:p>
      <w:r>
        <w:rPr>
          <w:b/>
        </w:rPr>
        <w:t xml:space="preserve">[50:51] </w:t>
      </w:r>
      <w:r>
        <w:t>spiritual development is the only target of islam.</w:t>
      </w:r>
    </w:p>
    <w:p>
      <w:pPr>
        <w:jc w:val="right"/>
      </w:pPr>
      <w:r>
        <w:t>سپرچول ڈیولپمنٹ از دا اونلی ٹارگٹ آف اسلام۔</w:t>
      </w:r>
    </w:p>
    <w:p>
      <w:r>
        <w:rPr>
          <w:b/>
        </w:rPr>
        <w:t xml:space="preserve">[50:57] </w:t>
      </w:r>
      <w:r>
        <w:t>there is a very relevant verse in the quran: "konoo rabbaniyyan." it means that living with god, living with god's consciousness.</w:t>
      </w:r>
    </w:p>
    <w:p>
      <w:pPr>
        <w:jc w:val="right"/>
      </w:pPr>
      <w:r>
        <w:t>دیر از ا ویری ریلیونٹ ورس ان دا قرآن: "کونو ربانیین۔" اٹ مینز دیٹ لیونگ ود گاڈ، لیونگ ود گاڈز کانشیسنس۔</w:t>
      </w:r>
    </w:p>
    <w:p>
      <w:r>
        <w:rPr>
          <w:b/>
        </w:rPr>
        <w:t xml:space="preserve">[51:15] </w:t>
      </w:r>
      <w:r>
        <w:t>rabbaniyyan means literally رب oriented.</w:t>
      </w:r>
    </w:p>
    <w:p>
      <w:pPr>
        <w:jc w:val="right"/>
      </w:pPr>
      <w:r>
        <w:t>ربانیین مینز لٹرلی رب اورینٹڈ۔</w:t>
      </w:r>
    </w:p>
    <w:p>
      <w:r>
        <w:rPr>
          <w:b/>
        </w:rPr>
        <w:t xml:space="preserve">[51:21] </w:t>
      </w:r>
      <w:r>
        <w:t>any adopt the life that is رب oriented, god oriented. so, god oriented thinking, god oriented speech, god oriented behavior, god oriented life.</w:t>
      </w:r>
    </w:p>
    <w:p>
      <w:pPr>
        <w:jc w:val="right"/>
      </w:pPr>
      <w:r>
        <w:t>اینی اڈاپٹ دا لائف دیٹ از رب اورینٹڈ، گاڈ اورینٹڈ۔ سو، گاڈ اورینٹڈ تھنکنگ، گاڈ اورینٹڈ سپیچ، گاڈ اورینٹڈ بیہیویئر، گاڈ اورینٹڈ لائف۔</w:t>
      </w:r>
    </w:p>
    <w:p>
      <w:r>
        <w:rPr>
          <w:b/>
        </w:rPr>
        <w:t xml:space="preserve">[51:40] </w:t>
      </w:r>
      <w:r>
        <w:t>this is the only target of islam. now, in such a situation, everything is distraction</w:t>
      </w:r>
    </w:p>
    <w:p>
      <w:pPr>
        <w:jc w:val="right"/>
      </w:pPr>
      <w:r>
        <w:t>دس از دا اونلی ٹارگٹ آف اسلام۔ ناو، ان سچ ا سچویشن، ایوری تھنگ از ڈسٹریکشن</w:t>
      </w:r>
    </w:p>
    <w:p>
      <w:r>
        <w:rPr>
          <w:b/>
        </w:rPr>
        <w:t xml:space="preserve">[51:52] </w:t>
      </w:r>
      <w:r>
        <w:t>. everything will, any all those kind of intolerance, war and confrontation, will serve as a distraction in this process.</w:t>
      </w:r>
    </w:p>
    <w:p>
      <w:pPr>
        <w:jc w:val="right"/>
      </w:pPr>
      <w:r>
        <w:t>۔ ایوری تھنگ ول، اینی ال دوز کائنڈ آف انٹولرنس، وار اینڈ کنفرنٹیشن، ول سرون ایز ا ڈسٹریکشن ان دس پروسیس۔</w:t>
      </w:r>
    </w:p>
    <w:p>
      <w:r>
        <w:rPr>
          <w:b/>
        </w:rPr>
        <w:t xml:space="preserve">[52:09] </w:t>
      </w:r>
      <w:r>
        <w:t>when every believer is engaged to develop in his personality spiritual values, then he has no time to engage in these negative activities like war, intolerance, hate, miles,</w:t>
      </w:r>
    </w:p>
    <w:p>
      <w:pPr>
        <w:jc w:val="right"/>
      </w:pPr>
      <w:r>
        <w:t>وین ایوری بیلیور از انگیجڈ ٹو ڈیولپ ان ہز پرسنیلٹی سپرچول ویلیوز، دین ہی ہیز نو ٹائم ٹو انگیج ان دیز نیگیٹیو ایکٹیویٹیز لائک وار، انٹولرنس، ہیٹ، مائلس،</w:t>
      </w:r>
    </w:p>
    <w:p>
      <w:r>
        <w:rPr>
          <w:b/>
        </w:rPr>
        <w:t xml:space="preserve">[52:35] </w:t>
      </w:r>
      <w:r>
        <w:t>injustice.</w:t>
      </w:r>
    </w:p>
    <w:p>
      <w:pPr>
        <w:jc w:val="right"/>
      </w:pPr>
      <w:r>
        <w:t>انجسٹس۔</w:t>
      </w:r>
    </w:p>
    <w:p>
      <w:r>
        <w:rPr>
          <w:b/>
        </w:rPr>
        <w:t xml:space="preserve">[52:36] </w:t>
      </w:r>
      <w:r>
        <w:t>all these things will serve as a distraction. so, islam can not tolerate intolerance.</w:t>
      </w:r>
    </w:p>
    <w:p>
      <w:pPr>
        <w:jc w:val="right"/>
      </w:pPr>
      <w:r>
        <w:t>ال دیز تھنگز ول سرون ایز ا ڈسٹریکشن۔ سو، اسلام کین ناٹ ٹولریٹ انٹولرنس۔</w:t>
      </w:r>
    </w:p>
    <w:p>
      <w:r>
        <w:rPr>
          <w:b/>
        </w:rPr>
        <w:t xml:space="preserve">[52:53] </w:t>
      </w:r>
      <w:r>
        <w:t>islam can not tolerate confrontation.</w:t>
      </w:r>
    </w:p>
    <w:p>
      <w:pPr>
        <w:jc w:val="right"/>
      </w:pPr>
      <w:r>
        <w:t>اسلام کین ناٹ ٹولریٹ کنفرنٹیشن۔</w:t>
      </w:r>
    </w:p>
    <w:p>
      <w:r>
        <w:rPr>
          <w:b/>
        </w:rPr>
        <w:t xml:space="preserve">[53:00] </w:t>
      </w:r>
      <w:r>
        <w:t>the only formula of islam is that is based on tolerance, peaceful living. by adopting this behavior, believer tries to save himself from distraction.</w:t>
      </w:r>
    </w:p>
    <w:p>
      <w:pPr>
        <w:jc w:val="right"/>
      </w:pPr>
      <w:r>
        <w:t>دا اونلی فارمولا آف اسلام از دیٹ از بیسڈ ان ٹالرنس، پیس فل لیونگ۔ بائی اڈاپٹنگ دس بیہیویئر، بیلیور ٹرائیز ٹو سیو ہم سیلف فرام ڈسٹریکشن۔</w:t>
      </w:r>
    </w:p>
    <w:p>
      <w:r>
        <w:rPr>
          <w:b/>
        </w:rPr>
        <w:t xml:space="preserve">[53:21] </w:t>
      </w:r>
      <w:r>
        <w:t>where there is distraction, there is no development.</w:t>
      </w:r>
    </w:p>
    <w:p>
      <w:pPr>
        <w:jc w:val="right"/>
      </w:pPr>
      <w:r>
        <w:t>ویر دیر از ڈسٹریکشن، دیر از نو ڈیولپمنٹ۔</w:t>
      </w:r>
    </w:p>
    <w:p>
      <w:r>
        <w:rPr>
          <w:b/>
        </w:rPr>
        <w:t xml:space="preserve">[53:25] </w:t>
      </w:r>
      <w:r>
        <w:t>distraction halts the intellectual progress, the spiritual development.</w:t>
      </w:r>
    </w:p>
    <w:p>
      <w:pPr>
        <w:jc w:val="right"/>
      </w:pPr>
      <w:r>
        <w:t>ڈسٹریکشن ہالٹس دا انٹلیکچول پروگریس، دا سپرچول ڈیولپمنٹ۔</w:t>
      </w:r>
    </w:p>
    <w:p>
      <w:r>
        <w:rPr>
          <w:b/>
        </w:rPr>
        <w:t xml:space="preserve">[53:35] </w:t>
      </w:r>
      <w:r>
        <w:t>so, all these things are, according to islamic point of view, all these things are distraction.</w:t>
      </w:r>
    </w:p>
    <w:p>
      <w:pPr>
        <w:jc w:val="right"/>
      </w:pPr>
      <w:r>
        <w:t>سو، ال دیز تھنگز ار، اکارڈنگ ٹو اسلامک پوائنٹ آف ویو، ال دیز تھنگز ار ڈسٹریکشن۔</w:t>
      </w:r>
    </w:p>
    <w:p>
      <w:r>
        <w:rPr>
          <w:b/>
        </w:rPr>
        <w:t xml:space="preserve">[53:45] </w:t>
      </w:r>
      <w:r>
        <w:t>so, prophet adopted the formula of tolerance when he was in minority. and again, he adopted the formula of tolerance when he was in majority.</w:t>
      </w:r>
    </w:p>
    <w:p>
      <w:pPr>
        <w:jc w:val="right"/>
      </w:pPr>
      <w:r>
        <w:t>سو، پرافٹ اڈاپٹڈ دا فارمولا آف ٹالرنس وین ہی واز ان مائنورٹی۔ اینڈ اگین، ہی اڈاپٹڈ دا فارمولا آف ٹالرنس وین ہی واز ان میجورٹی۔</w:t>
      </w:r>
    </w:p>
    <w:p>
      <w:r>
        <w:rPr>
          <w:b/>
        </w:rPr>
        <w:t xml:space="preserve">[53:58] </w:t>
      </w:r>
      <w:r>
        <w:t>This is the only Islamic principle.</w:t>
      </w:r>
    </w:p>
    <w:p>
      <w:pPr>
        <w:jc w:val="right"/>
      </w:pPr>
      <w:r>
        <w:t>دس از دا اونلی اسلامک پرنسپل۔</w:t>
      </w:r>
    </w:p>
    <w:p>
      <w:r>
        <w:rPr>
          <w:b/>
        </w:rPr>
        <w:t xml:space="preserve">[54:03] </w:t>
      </w:r>
      <w:r>
        <w:t>din, der is a very relevant hadith.</w:t>
      </w:r>
    </w:p>
    <w:p>
      <w:pPr>
        <w:jc w:val="right"/>
      </w:pPr>
      <w:r>
        <w:t>دین، دیر از ا ویری ریلیونٹ حدیث۔</w:t>
      </w:r>
    </w:p>
    <w:p>
      <w:r>
        <w:rPr>
          <w:b/>
        </w:rPr>
        <w:t xml:space="preserve">[54:12] </w:t>
      </w:r>
      <w:r>
        <w:t>nau, first of all, i will give you a quranic verse. der is very relevant quranic verse.</w:t>
      </w:r>
    </w:p>
    <w:p>
      <w:pPr>
        <w:jc w:val="right"/>
      </w:pPr>
      <w:r>
        <w:t>ناو، فرسٹ آف آل، ائی ول گیو یو ا قرآنی ورس۔ دیر از ویری ریلیونٹ قرآنی ورس۔</w:t>
      </w:r>
    </w:p>
    <w:p>
      <w:r>
        <w:rPr>
          <w:b/>
        </w:rPr>
        <w:t xml:space="preserve">[54:21] </w:t>
      </w:r>
      <w:r>
        <w:t>it is "alsulh khair." "alsulh khair" means</w:t>
      </w:r>
    </w:p>
    <w:p>
      <w:pPr>
        <w:jc w:val="right"/>
      </w:pPr>
      <w:r>
        <w:t>اٹ از "الصلح خیر۔" "الصلح خیر" مینز</w:t>
      </w:r>
    </w:p>
    <w:p>
      <w:r>
        <w:rPr>
          <w:b/>
        </w:rPr>
        <w:t xml:space="preserve">[54:32] </w:t>
      </w:r>
      <w:r>
        <w:t>conciliation is the best. reconciliation is the best. that is peaceful behavior, conciliatory behavior, non confrontation approach is the best for a believer.</w:t>
      </w:r>
    </w:p>
    <w:p>
      <w:pPr>
        <w:jc w:val="right"/>
      </w:pPr>
      <w:r>
        <w:t>کانسلیشن از دا بیسٹ۔ ریکانسلیشن از دا بیسٹ۔ دیٹ از پیس فل بیہیویئر، کانسلیٹری بیہیویئر، نان کنفرنٹیشن اپروچ از دا بیسٹ فار ا بیلیور۔</w:t>
      </w:r>
    </w:p>
    <w:p>
      <w:r>
        <w:rPr>
          <w:b/>
        </w:rPr>
        <w:t xml:space="preserve">[54:51] </w:t>
      </w:r>
      <w:r>
        <w:t>"alsulh khair.</w:t>
      </w:r>
    </w:p>
    <w:p>
      <w:pPr>
        <w:jc w:val="right"/>
      </w:pPr>
      <w:r>
        <w:t>"الصلح خیر۔</w:t>
      </w:r>
    </w:p>
    <w:p>
      <w:r>
        <w:rPr>
          <w:b/>
        </w:rPr>
        <w:t xml:space="preserve">[54:53] </w:t>
      </w:r>
      <w:r>
        <w:t>" "sulh" means peace, tolerance, adjustment. this kind of behavior is the best for a believer.</w:t>
      </w:r>
    </w:p>
    <w:p>
      <w:pPr>
        <w:jc w:val="right"/>
      </w:pPr>
      <w:r>
        <w:t>" "صلح" مینز پیس، ٹالرنس، ایڈجسٹمنٹ۔ دس کائنڈ آف بیہیویئر از دا بیسٹ فار ا بیلیور۔</w:t>
      </w:r>
    </w:p>
    <w:p>
      <w:r>
        <w:rPr>
          <w:b/>
        </w:rPr>
        <w:t xml:space="preserve">[55:09] </w:t>
      </w:r>
      <w:r>
        <w:t>din, der is a hadith:</w:t>
      </w:r>
    </w:p>
    <w:p>
      <w:pPr>
        <w:jc w:val="right"/>
      </w:pPr>
      <w:r>
        <w:t>دین، دیر از ا حدیث:</w:t>
      </w:r>
    </w:p>
    <w:p>
      <w:r>
        <w:rPr>
          <w:b/>
        </w:rPr>
        <w:t xml:space="preserve">[55:16] </w:t>
      </w:r>
      <w:r>
        <w:t>"wallah la yumino, wallah la yumino, wallah la yumino alladhi la yamano jahro bawakih."</w:t>
      </w:r>
    </w:p>
    <w:p>
      <w:pPr>
        <w:jc w:val="right"/>
      </w:pPr>
      <w:r>
        <w:t>"واللہ لا یومنو، واللہ لا یومنو، واللہ لا یومنو الذی لا یامنو جارہ بواقہ۔"</w:t>
      </w:r>
    </w:p>
    <w:p>
      <w:r>
        <w:rPr>
          <w:b/>
        </w:rPr>
        <w:t xml:space="preserve">[55:29] </w:t>
      </w:r>
      <w:r>
        <w:t>it means that he is not a true believer. he is not a true believer who creates problems for his neighbors.</w:t>
      </w:r>
    </w:p>
    <w:p>
      <w:pPr>
        <w:jc w:val="right"/>
      </w:pPr>
      <w:r>
        <w:t>اٹ مینز دیٹ ہی از ناٹ ا ٹرو بیلیور۔ ہی از ناٹ ا ٹرو بیلیور ہو کریٹس پرابلم فار ہز نیبرز۔</w:t>
      </w:r>
    </w:p>
    <w:p>
      <w:r>
        <w:rPr>
          <w:b/>
        </w:rPr>
        <w:t xml:space="preserve">[55:48] </w:t>
      </w:r>
      <w:r>
        <w:t>he is not a true believer who creates problems for his neighbors. so, when you adopt the, when you adopt the way of confrontation, it means that you are creating problems for your neighborhood.</w:t>
      </w:r>
    </w:p>
    <w:p>
      <w:pPr>
        <w:jc w:val="right"/>
      </w:pPr>
      <w:r>
        <w:t>ہی از ناٹ ا ٹرو بیلیور ہو کریٹس پرابلم فار ہز نیبرز। سو، وین یو اڈاپٹ دا، وین یو اڈاپٹ دا وے آف کنفرنٹیشن، اٹ مینز دیٹ یو ار کریٹنگ پرابلم فار یور نیبرہڈ۔</w:t>
      </w:r>
    </w:p>
    <w:p>
      <w:r>
        <w:rPr>
          <w:b/>
        </w:rPr>
        <w:t xml:space="preserve">[56:12] </w:t>
      </w:r>
      <w:r>
        <w:t>all those negative things like intolerance and confrontation and and injustice and intolerance and hate, all these things create problems for your neighbors.</w:t>
      </w:r>
    </w:p>
    <w:p>
      <w:pPr>
        <w:jc w:val="right"/>
      </w:pPr>
      <w:r>
        <w:t>ال دوز نیگیٹیو تھنگز لائک انٹولرنس اینڈ کنفرنٹیشن اینڈ اینڈ انجسٹس اینڈ انٹولرنس اینڈ ہیٹ، ال دیز تھنگز کریٹ پرابلمز فار یور نیبرز۔</w:t>
      </w:r>
    </w:p>
    <w:p>
      <w:r>
        <w:rPr>
          <w:b/>
        </w:rPr>
        <w:t xml:space="preserve">[56:34] </w:t>
      </w:r>
      <w:r>
        <w:t>so, all these things are haram in islam, unlawful in islam.</w:t>
      </w:r>
    </w:p>
    <w:p>
      <w:pPr>
        <w:jc w:val="right"/>
      </w:pPr>
      <w:r>
        <w:t>سو، ال دیز تھنگز ار حرام ان اسلام، ان لاء فل ان اسلام۔</w:t>
      </w:r>
    </w:p>
    <w:p>
      <w:r>
        <w:rPr>
          <w:b/>
        </w:rPr>
        <w:t xml:space="preserve">[56:43] </w:t>
      </w:r>
      <w:r>
        <w:t>so, if you are ready to living with these values, with these positive values, then the result will be harmonious society.</w:t>
      </w:r>
    </w:p>
    <w:p>
      <w:pPr>
        <w:jc w:val="right"/>
      </w:pPr>
      <w:r>
        <w:t>سو، اف یو ار ریڈی ٹو لیونگ ود دیز ویلیوز، ود دیز پوزیٹیو ویلیوز، دین دا رزلٹ ول بی ہارمونیس سوسائٹی۔</w:t>
      </w:r>
    </w:p>
    <w:p>
      <w:r>
        <w:rPr>
          <w:b/>
        </w:rPr>
        <w:t xml:space="preserve">[56:56] </w:t>
      </w:r>
      <w:r>
        <w:t>we want a society where there is harmony. we want a society where there is peace</w:t>
      </w:r>
    </w:p>
    <w:p>
      <w:pPr>
        <w:jc w:val="right"/>
      </w:pPr>
      <w:r>
        <w:t>وی وانٹ ا سوسائٹی ویر دیر از ہارمونی۔ وی وانٹ ا سوسائٹی ویر دیر از پیس</w:t>
      </w:r>
    </w:p>
    <w:p>
      <w:r>
        <w:rPr>
          <w:b/>
        </w:rPr>
        <w:t xml:space="preserve">[57:05] </w:t>
      </w:r>
      <w:r>
        <w:t>. so, this kind of target can't be achieved only through tolerance.</w:t>
      </w:r>
    </w:p>
    <w:p>
      <w:pPr>
        <w:jc w:val="right"/>
      </w:pPr>
      <w:r>
        <w:t>۔ سو، دس کائنڈ آف ٹارگٹ کینٹ بی اچیوڈ اونلی تھرو ٹالرنس۔</w:t>
      </w:r>
    </w:p>
    <w:p>
      <w:r>
        <w:rPr>
          <w:b/>
        </w:rPr>
        <w:t xml:space="preserve">[57:14] </w:t>
      </w:r>
      <w:r>
        <w:t>because you can not remove all those differences. so, you have to tolerate. and this is the basis of islamic living in a multi religious society.</w:t>
      </w:r>
    </w:p>
    <w:p>
      <w:pPr>
        <w:jc w:val="right"/>
      </w:pPr>
      <w:r>
        <w:t>بیکاز یو کین ناٹ ریموو ال دوز ڈیفرنسز۔ سو، یو ہیو ٹو ٹولریٹ۔ اینڈ دس از دا بیسس آف اسلامک لیونگ ان ا ملٹی ریلیجس سوسائٹی۔</w:t>
      </w:r>
    </w:p>
    <w:p>
      <w:r>
        <w:rPr>
          <w:b/>
        </w:rPr>
        <w:t xml:space="preserve">[57:28] </w:t>
      </w:r>
      <w:r>
        <w:t>i give you very clear cut example,</w:t>
      </w:r>
    </w:p>
    <w:p>
      <w:pPr>
        <w:jc w:val="right"/>
      </w:pPr>
      <w:r>
        <w:t>ائی گیو یو ویری کلیئر کٹ ایگزیمپل،</w:t>
      </w:r>
    </w:p>
    <w:p>
      <w:r>
        <w:rPr>
          <w:b/>
        </w:rPr>
        <w:t xml:space="preserve">[57:33] </w:t>
      </w:r>
      <w:r>
        <w:t>very clear, very, very, any solid proof that prophet adopted this principle when he was in minority in makkah.</w:t>
      </w:r>
    </w:p>
    <w:p>
      <w:pPr>
        <w:jc w:val="right"/>
      </w:pPr>
      <w:r>
        <w:t>ویری کلیئر، ویری، ویری، اینی سولڈ پروف دیٹ پرافٹ اڈاپٹڈ دس پرنسپل وین ہی واز ان مائنورٹی ان مکہ۔</w:t>
      </w:r>
    </w:p>
    <w:p>
      <w:r>
        <w:rPr>
          <w:b/>
        </w:rPr>
        <w:t xml:space="preserve">[57:44] </w:t>
      </w:r>
      <w:r>
        <w:t>again, he adopted this principle when he was in majority in madinah. so, in every situation, this is the only formula of islam.</w:t>
      </w:r>
    </w:p>
    <w:p>
      <w:pPr>
        <w:jc w:val="right"/>
      </w:pPr>
      <w:r>
        <w:t>اگین، ہی اڈاپٹڈ دس پرنسپل وین ہی واز ان میجورٹی ان مدینہ۔ سو، ان ایوری سچویشن، دس از دا اونلی فارمولا آف اسلام۔</w:t>
      </w:r>
    </w:p>
    <w:p>
      <w:r>
        <w:rPr>
          <w:b/>
        </w:rPr>
        <w:t xml:space="preserve">[58:00] </w:t>
      </w:r>
      <w:r>
        <w:t>that is "follow one and respect all."</w:t>
      </w:r>
    </w:p>
    <w:p>
      <w:pPr>
        <w:jc w:val="right"/>
      </w:pPr>
      <w:r>
        <w:t>دیٹ از "فالو ون اینڈ ریسپیکٹ ال۔"</w:t>
      </w:r>
    </w:p>
    <w:p>
      <w:r>
        <w:rPr>
          <w:b/>
        </w:rPr>
        <w:t xml:space="preserve">[58:05] </w:t>
      </w:r>
      <w:r>
        <w:t>"follow one and respect all." there is a very relevant hadith the prophet of islam has said: "al muslim man salama al nasu min lisanihi wa yadihi."</w:t>
      </w:r>
    </w:p>
    <w:p>
      <w:pPr>
        <w:jc w:val="right"/>
      </w:pPr>
      <w:r>
        <w:t>"فالو ون اینڈ ریسپیکٹ ال۔" دیر از ا ویری ریلیونٹ حدیث دا پرافٹ آف اسلام ہیز سیڈ: "المسلم من سلمنا سو من لسانہ ویدہ۔"</w:t>
      </w:r>
    </w:p>
    <w:p>
      <w:r>
        <w:rPr>
          <w:b/>
        </w:rPr>
        <w:t xml:space="preserve">[58:24] </w:t>
      </w:r>
      <w:r>
        <w:t>"al muslim man salama al nasu min lisanihi wa yadihi." a true muslim is one by whose hands and tongue, people are safe</w:t>
      </w:r>
    </w:p>
    <w:p>
      <w:pPr>
        <w:jc w:val="right"/>
      </w:pPr>
      <w:r>
        <w:t>"المسلم من سلمنا سو من لسانہ ویدہ۔" ا ٹرو مسلم از ون بائی ہوز ہینڈز اینڈ ٹنگ۔ پیپل ار سیف</w:t>
      </w:r>
    </w:p>
    <w:p>
      <w:r>
        <w:rPr>
          <w:b/>
        </w:rPr>
        <w:t xml:space="preserve">[58:36] </w:t>
      </w:r>
      <w:r>
        <w:t>. so, believer is a true believer is a harmless person of society. he is a peaceful member of society.</w:t>
      </w:r>
    </w:p>
    <w:p>
      <w:pPr>
        <w:jc w:val="right"/>
      </w:pPr>
      <w:r>
        <w:t>۔ سو، بیلیور از ا ٹرو بیلیور از ا ہارم لیس پرسن آف سوسائٹی۔ ہی از ا پیس فل ممبر آف سوسائٹی۔</w:t>
      </w:r>
    </w:p>
    <w:p>
      <w:r>
        <w:rPr>
          <w:b/>
        </w:rPr>
        <w:t xml:space="preserve">[58:49] </w:t>
      </w:r>
      <w:r>
        <w:t>his behavior is friendly behavior. believer always adopt friendly behavior towards the other members of society.</w:t>
      </w:r>
    </w:p>
    <w:p>
      <w:pPr>
        <w:jc w:val="right"/>
      </w:pPr>
      <w:r>
        <w:t>ہز بیہیویئر از فرینڈلی بیہیویئر۔ بیلیور الویز اڈاپٹ فرینڈلی بیہیویئر ٹورڈز دی ادر ممبر آف سوسائٹی۔</w:t>
      </w:r>
    </w:p>
    <w:p>
      <w:r>
        <w:rPr>
          <w:b/>
        </w:rPr>
        <w:t xml:space="preserve">[59:01] </w:t>
      </w:r>
      <w:r>
        <w:t>friendly behaviour aur human friendly behaviour.</w:t>
      </w:r>
    </w:p>
    <w:p>
      <w:pPr>
        <w:jc w:val="right"/>
      </w:pPr>
      <w:r>
        <w:t>فرینڈلی بیہیویئر اور ہیومن فرینڈلی بیہیویئر۔</w:t>
      </w:r>
    </w:p>
    <w:p>
      <w:r>
        <w:rPr>
          <w:b/>
        </w:rPr>
        <w:t xml:space="preserve">[59:08] </w:t>
      </w:r>
      <w:r>
        <w:t>this is the islamic formula.</w:t>
      </w:r>
    </w:p>
    <w:p>
      <w:pPr>
        <w:jc w:val="right"/>
      </w:pPr>
      <w:r>
        <w:t>دس از دا اسلامک فارمولا۔</w:t>
      </w:r>
    </w:p>
    <w:p>
      <w:r>
        <w:rPr>
          <w:b/>
        </w:rPr>
        <w:t xml:space="preserve">[59:13] </w:t>
      </w:r>
      <w:r>
        <w:t>this is the islamic formula.</w:t>
      </w:r>
    </w:p>
    <w:p>
      <w:pPr>
        <w:jc w:val="right"/>
      </w:pPr>
      <w:r>
        <w:t>دس از دا اسلامک فارمولا۔</w:t>
      </w:r>
    </w:p>
    <w:p>
      <w:r>
        <w:rPr>
          <w:b/>
        </w:rPr>
        <w:t xml:space="preserve">[59:19] </w:t>
      </w:r>
      <w:r>
        <w:t>so, in every society, in every country, you have to living by following this formula, formula of adjustment.</w:t>
      </w:r>
    </w:p>
    <w:p>
      <w:pPr>
        <w:jc w:val="right"/>
      </w:pPr>
      <w:r>
        <w:t>سو، ان ایوری سوسائٹی، ان ایوری کنٹری، یو ہیو ٹو لیونگ بائی فالونگ دس فارمولا، فارمولا آف ایڈجسٹمنٹ۔</w:t>
      </w:r>
    </w:p>
    <w:p>
      <w:r>
        <w:rPr>
          <w:b/>
        </w:rPr>
        <w:t xml:space="preserve">[59:35] </w:t>
      </w:r>
      <w:r>
        <w:t>there is a very relevant hadith</w:t>
      </w:r>
    </w:p>
    <w:p>
      <w:pPr>
        <w:jc w:val="right"/>
      </w:pPr>
      <w:r>
        <w:t>دیر از ا ویری ریلیونٹ حدیث</w:t>
      </w:r>
    </w:p>
    <w:p>
      <w:r>
        <w:rPr>
          <w:b/>
        </w:rPr>
        <w:t xml:space="preserve">[59:37] </w:t>
      </w:r>
      <w:r>
        <w:t>. The Prophet of Islam once saw a tender plant. Tender plant, you know, tender plant is a very unique thing.</w:t>
      </w:r>
    </w:p>
    <w:p>
      <w:pPr>
        <w:jc w:val="right"/>
      </w:pPr>
      <w:r>
        <w:t>۔ دا پرافٹ آف اسلام ونس سا ا ٹینڈر پلانٹ۔ ٹینڈر پلانٹ، یو نو، ٹینڈر پلانٹ از ا ویری یونیک تھنگ۔</w:t>
      </w:r>
    </w:p>
    <w:p>
      <w:r>
        <w:rPr>
          <w:b/>
        </w:rPr>
        <w:t xml:space="preserve">[59:52] </w:t>
      </w:r>
      <w:r>
        <w:t>Tender plant always bow against the wind.</w:t>
      </w:r>
    </w:p>
    <w:p>
      <w:pPr>
        <w:jc w:val="right"/>
      </w:pPr>
      <w:r>
        <w:t>ٹینڈر پلانٹ الویز باؤ اگینسٹ دا ونڈ۔</w:t>
      </w:r>
    </w:p>
    <w:p>
      <w:r>
        <w:rPr>
          <w:b/>
        </w:rPr>
        <w:t xml:space="preserve">[1:00:04] </w:t>
      </w:r>
      <w:r>
        <w:t>Its behaviour is not based on confrontation, but submission.</w:t>
      </w:r>
    </w:p>
    <w:p>
      <w:pPr>
        <w:jc w:val="right"/>
      </w:pPr>
      <w:r>
        <w:t>اٹس بیہیویئر از ناٹ بیسڈ ان کنفرنٹیشن، بٹ سبمیشن۔</w:t>
      </w:r>
    </w:p>
    <w:p>
      <w:r>
        <w:rPr>
          <w:b/>
        </w:rPr>
        <w:t xml:space="preserve">[1:00:12] </w:t>
      </w:r>
      <w:r>
        <w:t>So, he saw this kind of plant. Prophet said: "Misr al-momin khamma." A true believer is like this plant.</w:t>
      </w:r>
    </w:p>
    <w:p>
      <w:pPr>
        <w:jc w:val="right"/>
      </w:pPr>
      <w:r>
        <w:t>سو، ہی سا دس کائنڈ آف پلانٹ۔ پرافٹ سیڈ: "مصر المومن خامہ۔" ا ٹرو بیلیور از لائک دس پلانٹ۔</w:t>
      </w:r>
    </w:p>
    <w:p>
      <w:r>
        <w:rPr>
          <w:b/>
        </w:rPr>
        <w:t xml:space="preserve">[1:00:26] </w:t>
      </w:r>
      <w:r>
        <w:t>A true believer is like this tender plant.</w:t>
      </w:r>
    </w:p>
    <w:p>
      <w:pPr>
        <w:jc w:val="right"/>
      </w:pPr>
      <w:r>
        <w:t>ا ٹرو بیلیور از لائک دس ٹینڈر پلانٹ۔</w:t>
      </w:r>
    </w:p>
    <w:p>
      <w:r>
        <w:rPr>
          <w:b/>
        </w:rPr>
        <w:t xml:space="preserve">[1:00:31] </w:t>
      </w:r>
      <w:r>
        <w:t>A very beautiful example.</w:t>
      </w:r>
    </w:p>
    <w:p>
      <w:pPr>
        <w:jc w:val="right"/>
      </w:pPr>
      <w:r>
        <w:t>ا ویری بیوٹی فل ایگزیمپل۔</w:t>
      </w:r>
    </w:p>
    <w:p>
      <w:r>
        <w:rPr>
          <w:b/>
        </w:rPr>
        <w:t xml:space="preserve">[1:00:38] </w:t>
      </w:r>
      <w:r>
        <w:t>A true believer is a man of submission, man of surrender, man of compassion, man of adjustment, like this tender plant.</w:t>
      </w:r>
    </w:p>
    <w:p>
      <w:pPr>
        <w:jc w:val="right"/>
      </w:pPr>
      <w:r>
        <w:t>ا ٹرو بیلیور از ا مین آف سبمیشن، مین آف سرینڈر، مین آف کمپیشن، مین آف ایڈجسٹمنٹ، لائک دس ٹینڈر پلانٹ۔</w:t>
      </w:r>
    </w:p>
    <w:p>
      <w:r>
        <w:rPr>
          <w:b/>
        </w:rPr>
        <w:t xml:space="preserve">[1:00:53] </w:t>
      </w:r>
      <w:r>
        <w:t>So, this is the way by which we can establish harmony in a society.</w:t>
      </w:r>
    </w:p>
    <w:p>
      <w:pPr>
        <w:jc w:val="right"/>
      </w:pPr>
      <w:r>
        <w:t>سو، دس از دا وے بائی وچ وی کین اسٹیبلش ہارمونی ان ا سوسائٹی۔</w:t>
      </w:r>
    </w:p>
    <w:p>
      <w:r>
        <w:rPr>
          <w:b/>
        </w:rPr>
        <w:t xml:space="preserve">[1:01:08] </w:t>
      </w:r>
      <w:r>
        <w:t>Even any only any multi-religious society is any it is it is required in every society.</w:t>
      </w:r>
    </w:p>
    <w:p>
      <w:pPr>
        <w:jc w:val="right"/>
      </w:pPr>
      <w:r>
        <w:t>ایون اینی اونلی اینی ملٹی ریلیجس سوسائٹی از اینی اٹ از اٹ از ریکوائرڈ ان ایوری سوسائٹی۔</w:t>
      </w:r>
    </w:p>
    <w:p>
      <w:r>
        <w:rPr>
          <w:b/>
        </w:rPr>
        <w:t xml:space="preserve">[1:01:22] </w:t>
      </w:r>
      <w:r>
        <w:t>Any even any any uni-religious society. You know, the first world war or second world war both were fought in such a way that both the side were Christians.</w:t>
      </w:r>
    </w:p>
    <w:p>
      <w:pPr>
        <w:jc w:val="right"/>
      </w:pPr>
      <w:r>
        <w:t>اینی ایون اینی اینی یونی ریلیجس سوسائٹی۔ یو نو، دا فرسٹ ورلڈ وار اور سیکنڈ ورلڈ وار بوتھ ویر فارٹ ان سچ ا وے دیٹ بوتھ دا سائیڈ ویر کرسچنز۔</w:t>
      </w:r>
    </w:p>
    <w:p>
      <w:r>
        <w:rPr>
          <w:b/>
        </w:rPr>
        <w:t xml:space="preserve">[1:01:39] </w:t>
      </w:r>
      <w:r>
        <w:t>Both the sides were Christians. And among these Christians, there war such a bloody war, is called first world war or second world war.</w:t>
      </w:r>
    </w:p>
    <w:p>
      <w:pPr>
        <w:jc w:val="right"/>
      </w:pPr>
      <w:r>
        <w:t>بوتھ دا سائیڈز ویر کرسچنز۔ اینڈ امنگ دیز کرسچنز، دیر وار سچ ا بلڈی وار، از کالڈ فرسٹ ورلڈ وار اور سیکنڈ ورلڈ وار۔</w:t>
      </w:r>
    </w:p>
    <w:p>
      <w:r>
        <w:rPr>
          <w:b/>
        </w:rPr>
        <w:t xml:space="preserve">[1:01:54] </w:t>
      </w:r>
      <w:r>
        <w:t>So, the true secret of peaceful society is tolerance.</w:t>
      </w:r>
    </w:p>
    <w:p>
      <w:pPr>
        <w:jc w:val="right"/>
      </w:pPr>
      <w:r>
        <w:t>سو، دا ٹرو سیکرٹ آف پیس فل سوسائٹی از ٹولرنس۔</w:t>
      </w:r>
    </w:p>
    <w:p>
      <w:r>
        <w:rPr>
          <w:b/>
        </w:rPr>
        <w:t xml:space="preserve">[1:02:07] </w:t>
      </w:r>
      <w:r>
        <w:t>Multi in multi-religious society and also in uni-religious society. In both the situation, it need tolerance.</w:t>
      </w:r>
    </w:p>
    <w:p>
      <w:pPr>
        <w:jc w:val="right"/>
      </w:pPr>
      <w:r>
        <w:t>ملٹی ان ملٹی ریلیجس سوسائٹی اینڈ السو ان یونی ریلیجس سوسائٹی۔ ان بوتھ دا سچویشن، اٹ نیڈ ٹولرنس۔</w:t>
      </w:r>
    </w:p>
    <w:p>
      <w:r>
        <w:rPr>
          <w:b/>
        </w:rPr>
        <w:t xml:space="preserve">[1:02:19] </w:t>
      </w:r>
      <w:r>
        <w:t>It is irrelevant whether the society is multi-religious or uni-religious. It is irrelevant. What is required is temperament.</w:t>
      </w:r>
    </w:p>
    <w:p>
      <w:pPr>
        <w:jc w:val="right"/>
      </w:pPr>
      <w:r>
        <w:t>اٹ از اریلیونٹ ویدر دا سوسائٹی از ملٹی ریلیجس اور یونی ریلیجس۔ اٹ از اریلیونٹ۔ واٹ از ریکوائرڈ از ٹمپرامنٹ۔</w:t>
      </w:r>
    </w:p>
    <w:p>
      <w:r>
        <w:rPr>
          <w:b/>
        </w:rPr>
        <w:t xml:space="preserve">[1:02:30] </w:t>
      </w:r>
      <w:r>
        <w:t>What is required is your own spirit</w:t>
      </w:r>
    </w:p>
    <w:p>
      <w:pPr>
        <w:jc w:val="right"/>
      </w:pPr>
      <w:r>
        <w:t>واٹ از ریکوائرڈ از یور اون سپرٹ</w:t>
      </w:r>
    </w:p>
    <w:p>
      <w:r>
        <w:rPr>
          <w:b/>
        </w:rPr>
        <w:t xml:space="preserve">[1:02:35] </w:t>
      </w:r>
      <w:r>
        <w:t>. So, spirit of tolerance is the only check against all those negative activities. Then, there is a very beautiful story.</w:t>
      </w:r>
    </w:p>
    <w:p>
      <w:pPr>
        <w:jc w:val="right"/>
      </w:pPr>
      <w:r>
        <w:t>۔ سو، سپرٹ اف ٹولرنس از دا اونلی چیک اگینسٹ ال دوز نیگیٹیو ایکٹیویٹیز۔ دین، دیر از ا ویری بیوٹی فل سٹوری۔</w:t>
      </w:r>
    </w:p>
    <w:p>
      <w:r>
        <w:rPr>
          <w:b/>
        </w:rPr>
        <w:t xml:space="preserve">[1:02:52] </w:t>
      </w:r>
      <w:r>
        <w:t>The Prophet of Islam, when the Prophet of Islam was living in Madinah after migration</w:t>
      </w:r>
    </w:p>
    <w:p>
      <w:pPr>
        <w:jc w:val="right"/>
      </w:pPr>
      <w:r>
        <w:t>دا پرافٹ آف اسلام، وین دا پرافٹ آف اسلام واز لیونگ ان مدینہ افٹر مائیگریشن</w:t>
      </w:r>
    </w:p>
    <w:p>
      <w:r>
        <w:rPr>
          <w:b/>
        </w:rPr>
        <w:t xml:space="preserve">[1:03:02] </w:t>
      </w:r>
      <w:r>
        <w:t>. So, at the time, there were some Jewish tribes in Madinah.</w:t>
      </w:r>
    </w:p>
    <w:p>
      <w:pPr>
        <w:jc w:val="right"/>
      </w:pPr>
      <w:r>
        <w:t>۔ سو، ایٹ دا ٹائم، دیر وار سم جیش ٹرائبس ان مدینہ۔</w:t>
      </w:r>
    </w:p>
    <w:p>
      <w:r>
        <w:rPr>
          <w:b/>
        </w:rPr>
        <w:t xml:space="preserve">[1:03:10] </w:t>
      </w:r>
      <w:r>
        <w:t>They were non-Muslim, they were Jew, they were adopting a religion other than Islam.</w:t>
      </w:r>
    </w:p>
    <w:p>
      <w:pPr>
        <w:jc w:val="right"/>
      </w:pPr>
      <w:r>
        <w:t>دے ویر نان مسلم، دے ویر جیو، دے ویر اڈاپٹنگ ا ریجن ادر دین اسلام۔</w:t>
      </w:r>
    </w:p>
    <w:p>
      <w:r>
        <w:rPr>
          <w:b/>
        </w:rPr>
        <w:t xml:space="preserve">[1:03:19] </w:t>
      </w:r>
      <w:r>
        <w:t>So, what happened? One day, the Prophet of Islam saw a funeral procession passing through a street in Madinah.</w:t>
      </w:r>
    </w:p>
    <w:p>
      <w:pPr>
        <w:jc w:val="right"/>
      </w:pPr>
      <w:r>
        <w:t>سو، واٹ ہیپنڈ؟ ون ڈے، دا پرافٹ آف اسلام سا ا فیونرل پروسیشن پاسنگ تھرو ا سٹریٹ ان مدینہ۔</w:t>
      </w:r>
    </w:p>
    <w:p>
      <w:r>
        <w:rPr>
          <w:b/>
        </w:rPr>
        <w:t xml:space="preserve">[1:03:31] </w:t>
      </w:r>
      <w:r>
        <w:t>The Prophet was seated at the time. In seeing the funeral, he stood up as a mark of respect.</w:t>
      </w:r>
    </w:p>
    <w:p>
      <w:pPr>
        <w:jc w:val="right"/>
      </w:pPr>
      <w:r>
        <w:t>دا پرافٹ واز سیٹڈ ایٹ دا ٹائم۔ ان سیئنگ دا فیونرل، ہی سٹوڈ اپ ایز ا مارک اف ریسپیکٹ۔</w:t>
      </w:r>
    </w:p>
    <w:p>
      <w:r>
        <w:rPr>
          <w:b/>
        </w:rPr>
        <w:t xml:space="preserve">[1:03:43] </w:t>
      </w:r>
      <w:r>
        <w:t>prophet stood up as a mark of respect. One of his companions said: "O prophet, it was funeral of a non-Muslim." It was funeral of a non-Muslim, not a Muslim.</w:t>
      </w:r>
    </w:p>
    <w:p>
      <w:pPr>
        <w:jc w:val="right"/>
      </w:pPr>
      <w:r>
        <w:t>پرافٹ سٹوڈ اپ ایز ا مارک اف ریسپیکٹ۔ ون اف ہز کمپینین سیڈ: "او پرافٹ، اٹ واز فیونرل نان مسلم۔" اٹ واز فیونرل اف ا نان مسلم، ناٹ ا مسلم۔</w:t>
      </w:r>
    </w:p>
    <w:p>
      <w:r>
        <w:rPr>
          <w:b/>
        </w:rPr>
        <w:t xml:space="preserve">[1:04:00] </w:t>
      </w:r>
      <w:r>
        <w:t>prophet replied: "alis nafs, was he not a human being. " here you can see the spirit of Islam in a multi religious society.</w:t>
      </w:r>
    </w:p>
    <w:p>
      <w:pPr>
        <w:jc w:val="right"/>
      </w:pPr>
      <w:r>
        <w:t>پرافٹ ریپلائیڈ: "علیس نفس، واز ہی ناٹ ا ہیومن بینگ۔" ہیر یو کین سی دا سپرٹ اف اسلام ان ا ملٹی ریلیجس سوسائٹی۔</w:t>
      </w:r>
    </w:p>
    <w:p>
      <w:r>
        <w:rPr>
          <w:b/>
        </w:rPr>
        <w:t xml:space="preserve">[1:04:16] </w:t>
      </w:r>
      <w:r>
        <w:t>at da time, madina waz a multi religious society.</w:t>
      </w:r>
    </w:p>
    <w:p>
      <w:pPr>
        <w:jc w:val="right"/>
      </w:pPr>
      <w:r>
        <w:t>ایٹ دا ٹائم، مدینہ واز ا ملٹی ریلیجس سوسائٹی۔</w:t>
      </w:r>
    </w:p>
    <w:p>
      <w:r>
        <w:rPr>
          <w:b/>
        </w:rPr>
        <w:t xml:space="preserve">[1:04:24] </w:t>
      </w:r>
      <w:r>
        <w:t>so, profit they tried to make it uni religious society,</w:t>
      </w:r>
    </w:p>
    <w:p>
      <w:pPr>
        <w:jc w:val="right"/>
      </w:pPr>
      <w:r>
        <w:t>سو، پرافٹ دے ٹرائیڈ ٹو میک اٹ یونی ریلیجس سوسائٹی،</w:t>
      </w:r>
    </w:p>
    <w:p>
      <w:r>
        <w:rPr>
          <w:b/>
        </w:rPr>
        <w:t xml:space="preserve">[1:04:29] </w:t>
      </w:r>
      <w:r>
        <w:t>but he tried to adopt the formula of tolerance, formula of mutual respect.</w:t>
      </w:r>
    </w:p>
    <w:p>
      <w:pPr>
        <w:jc w:val="right"/>
      </w:pPr>
      <w:r>
        <w:t>بٹ ہی ٹرائیڈ ٹو اڈاپٹ دا فارمولا اف ٹولرنس، فارمولا اف میوچول ریسپیکٹ۔</w:t>
      </w:r>
    </w:p>
    <w:p>
      <w:r>
        <w:rPr>
          <w:b/>
        </w:rPr>
        <w:t xml:space="preserve">[1:04:40] </w:t>
      </w:r>
      <w:r>
        <w:t>This is the only formula given by Islam for a</w:t>
      </w:r>
    </w:p>
    <w:p>
      <w:pPr>
        <w:jc w:val="right"/>
      </w:pPr>
      <w:r>
        <w:t>دس از دا اونلی فارمولا گیون بائی اسلام فار ا</w:t>
      </w:r>
    </w:p>
    <w:p>
      <w:r>
        <w:rPr>
          <w:b/>
        </w:rPr>
        <w:t xml:space="preserve">[1:04:50] </w:t>
      </w:r>
      <w:r>
        <w:t>multi religious society, as well as for</w:t>
      </w:r>
    </w:p>
    <w:p>
      <w:pPr>
        <w:jc w:val="right"/>
      </w:pPr>
      <w:r>
        <w:t>ملٹی ریلیجس سوسائٹی، ایز ویل ایز فار یونی ریلیجس سوسائٹی۔</w:t>
      </w:r>
    </w:p>
    <w:p>
      <w:r>
        <w:rPr>
          <w:b/>
        </w:rPr>
        <w:t xml:space="preserve">[1:05:03] </w:t>
      </w:r>
      <w:r>
        <w:t>deen, you know,</w:t>
      </w:r>
    </w:p>
    <w:p>
      <w:pPr>
        <w:jc w:val="right"/>
      </w:pPr>
      <w:r>
        <w:t>دین، یو نو،</w:t>
      </w:r>
    </w:p>
    <w:p>
      <w:r>
        <w:rPr>
          <w:b/>
        </w:rPr>
        <w:t xml:space="preserve">[1:05:07] </w:t>
      </w:r>
      <w:r>
        <w:t>da differences always</w:t>
      </w:r>
    </w:p>
    <w:p>
      <w:pPr>
        <w:jc w:val="right"/>
      </w:pPr>
      <w:r>
        <w:t>دا ڈیفرنسز الویز</w:t>
      </w:r>
    </w:p>
    <w:p>
      <w:r>
        <w:rPr>
          <w:b/>
        </w:rPr>
        <w:t xml:space="preserve">[1:05:12] </w:t>
      </w:r>
      <w:r>
        <w:t>difference is part of nature, but only thing that aggravate the difference is that people are right conscious.</w:t>
      </w:r>
    </w:p>
    <w:p>
      <w:pPr>
        <w:jc w:val="right"/>
      </w:pPr>
      <w:r>
        <w:t>ڈیفرنس از پارٹ اف نیچر، بٹ اونلی تھنگ دیٹ ایگریویٹ دا ڈیفرنس از دیٹ پیپل ار رائٹ کانشیس۔</w:t>
      </w:r>
    </w:p>
    <w:p>
      <w:r>
        <w:rPr>
          <w:b/>
        </w:rPr>
        <w:t xml:space="preserve">[1:05:22] </w:t>
      </w:r>
      <w:r>
        <w:t>every one tries to achieve his own rights.</w:t>
      </w:r>
    </w:p>
    <w:p>
      <w:pPr>
        <w:jc w:val="right"/>
      </w:pPr>
      <w:r>
        <w:t>ایوری ون ٹرائیز ٹو اچیو ہز اون رائٹس۔</w:t>
      </w:r>
    </w:p>
    <w:p>
      <w:r>
        <w:rPr>
          <w:b/>
        </w:rPr>
        <w:t xml:space="preserve">[1:05:28] </w:t>
      </w:r>
      <w:r>
        <w:t>it is this kind of thinking that creates problem. when everyone tries to</w:t>
      </w:r>
    </w:p>
    <w:p>
      <w:pPr>
        <w:jc w:val="right"/>
      </w:pPr>
      <w:r>
        <w:t>اٹ از دس کائنڈ اف اف تھنکنگ دیٹ کریٹس پرابلم۔ وین ایوری ون ٹرائیز ٹو</w:t>
      </w:r>
    </w:p>
    <w:p>
      <w:r>
        <w:rPr>
          <w:b/>
        </w:rPr>
        <w:t xml:space="preserve">[1:05:41] </w:t>
      </w:r>
      <w:r>
        <w:t>try to achieve his own rights, then there is confrontation, there is hate. So, prophet of Islam gave a very very practical formula,</w:t>
      </w:r>
    </w:p>
    <w:p>
      <w:pPr>
        <w:jc w:val="right"/>
      </w:pPr>
      <w:r>
        <w:t>ٹرائی ٹو اچیو ہز اون رائٹس، دین دیر از کنفرنٹیشن، دیر از ہیٹ۔ سو، پرافٹ اف اسلام گیو ا ویری ویری پریکٹیکل فارمولا،</w:t>
      </w:r>
    </w:p>
    <w:p>
      <w:r>
        <w:rPr>
          <w:b/>
        </w:rPr>
        <w:t xml:space="preserve">[1:05:55] </w:t>
      </w:r>
      <w:r>
        <w:t>very very practical formula.</w:t>
      </w:r>
    </w:p>
    <w:p>
      <w:pPr>
        <w:jc w:val="right"/>
      </w:pPr>
      <w:r>
        <w:t>ویری ویری پریکٹیکل فارمولا۔</w:t>
      </w:r>
    </w:p>
    <w:p>
      <w:r>
        <w:rPr>
          <w:b/>
        </w:rPr>
        <w:t xml:space="preserve">[1:05:59] </w:t>
      </w:r>
      <w:r>
        <w:t>this formula is based on in right consciousness. this formula is based on duty consciousness, rather than right consciousness.</w:t>
      </w:r>
    </w:p>
    <w:p>
      <w:pPr>
        <w:jc w:val="right"/>
      </w:pPr>
      <w:r>
        <w:t>دس فارمولا از بیسڈ ان ان رائٹ کانشیسنس۔ دس فارمولا از بیسڈ ان ڈیوٹی کانشیسنس، رادر دین رائٹ کانشیسنس۔</w:t>
      </w:r>
    </w:p>
    <w:p>
      <w:r>
        <w:rPr>
          <w:b/>
        </w:rPr>
        <w:t xml:space="preserve">[1:06:12] </w:t>
      </w:r>
      <w:r>
        <w:t>So, he said: "addu ilaihim haqqahu wa sallu Allah haqqakum."</w:t>
      </w:r>
    </w:p>
    <w:p>
      <w:pPr>
        <w:jc w:val="right"/>
      </w:pPr>
      <w:r>
        <w:t>سو، ہی سیڈ: "ادو الیہم حقہ و صلو اللہ حقکم۔"</w:t>
      </w:r>
    </w:p>
    <w:p>
      <w:r>
        <w:rPr>
          <w:b/>
        </w:rPr>
        <w:t xml:space="preserve">[1:06:24] </w:t>
      </w:r>
      <w:r>
        <w:t>this is narrated by al Bukhari:</w:t>
      </w:r>
    </w:p>
    <w:p>
      <w:pPr>
        <w:jc w:val="right"/>
      </w:pPr>
      <w:r>
        <w:t>دس از نیریٹڈ بائی البخاری:</w:t>
      </w:r>
    </w:p>
    <w:p>
      <w:r>
        <w:rPr>
          <w:b/>
        </w:rPr>
        <w:t xml:space="preserve">[1:06:30] </w:t>
      </w:r>
      <w:r>
        <w:t>"addu ilaihim haqqahu wa sallu Allah haqqakum. " it means that,</w:t>
      </w:r>
    </w:p>
    <w:p>
      <w:pPr>
        <w:jc w:val="right"/>
      </w:pPr>
      <w:r>
        <w:t>"ادو الیہم حقہ و صلو اللہ حقکم۔" اٹ مینز دیٹ،</w:t>
      </w:r>
    </w:p>
    <w:p>
      <w:r>
        <w:rPr>
          <w:b/>
        </w:rPr>
        <w:t xml:space="preserve">[1:06:40] </w:t>
      </w:r>
      <w:r>
        <w:t>it means that</w:t>
      </w:r>
    </w:p>
    <w:p>
      <w:pPr>
        <w:jc w:val="right"/>
      </w:pPr>
      <w:r>
        <w:t>اٹ مینز دیٹ</w:t>
      </w:r>
    </w:p>
    <w:p>
      <w:r>
        <w:rPr>
          <w:b/>
        </w:rPr>
        <w:t xml:space="preserve">[1:06:47] </w:t>
      </w:r>
      <w:r>
        <w:t xml:space="preserve">give what is due to other, give what is due to other, and ask your rights from God. </w:t>
      </w:r>
    </w:p>
    <w:p>
      <w:pPr>
        <w:jc w:val="right"/>
      </w:pPr>
      <w:r>
        <w:t>گیو واٹ از ڈیو ٹو ادر، گیو واٹ از ڈیو ٹو ادر، اینڈ اسک یور رائٹس فرام گاڈ۔</w:t>
      </w:r>
    </w:p>
    <w:p>
      <w:r>
        <w:rPr>
          <w:b/>
        </w:rPr>
        <w:t xml:space="preserve">[1:07:00] </w:t>
      </w:r>
      <w:r>
        <w:t>what a best formula?</w:t>
      </w:r>
    </w:p>
    <w:p>
      <w:pPr>
        <w:jc w:val="right"/>
      </w:pPr>
      <w:r>
        <w:t>واٹ ا بیسٹ فارمولا؟</w:t>
      </w:r>
    </w:p>
    <w:p>
      <w:r>
        <w:rPr>
          <w:b/>
        </w:rPr>
        <w:t xml:space="preserve">[1:07:05] </w:t>
      </w:r>
      <w:r>
        <w:t xml:space="preserve">it means that islam tries to build that kind of personality who are duty conscious, rather than right consciousness. </w:t>
      </w:r>
    </w:p>
    <w:p>
      <w:pPr>
        <w:jc w:val="right"/>
      </w:pPr>
      <w:r>
        <w:t>اٹ مینز دیٹ اسلام ٹرائیز ٹو بلڈ دیٹ کائنڈ اف پرسنیلٹی ہو ار ڈیوٹی کانشیس، رادر دین رائٹ کانشیسنس۔</w:t>
      </w:r>
    </w:p>
    <w:p>
      <w:r>
        <w:rPr>
          <w:b/>
        </w:rPr>
        <w:t xml:space="preserve">[1:07:18] </w:t>
      </w:r>
      <w:r>
        <w:t xml:space="preserve">islamic society is duty conscious society and not right conscious society. </w:t>
      </w:r>
    </w:p>
    <w:p>
      <w:pPr>
        <w:jc w:val="right"/>
      </w:pPr>
      <w:r>
        <w:t>اسلامک سوسائٹی از ڈیوٹی کانشیس سوسائٹی اینڈ ناٹ رائٹ کانشیس سوسائٹی۔</w:t>
      </w:r>
    </w:p>
    <w:p>
      <w:r>
        <w:rPr>
          <w:b/>
        </w:rPr>
        <w:t xml:space="preserve">[1:07:27] </w:t>
      </w:r>
      <w:r>
        <w:t>and where people are duty conscious, their is no quarrel.</w:t>
      </w:r>
    </w:p>
    <w:p>
      <w:pPr>
        <w:jc w:val="right"/>
      </w:pPr>
      <w:r>
        <w:t>اینڈ ویر پیپل ار ڈیوٹی کانشیس، دیر از نو کوئرل۔</w:t>
      </w:r>
    </w:p>
    <w:p>
      <w:r>
        <w:rPr>
          <w:b/>
        </w:rPr>
        <w:t xml:space="preserve">[1:07:35] </w:t>
      </w:r>
      <w:r>
        <w:t>If a member, if the members of society are duty conscious, then there is no quarrel, no hate, no injustice, no intolerance.</w:t>
      </w:r>
    </w:p>
    <w:p>
      <w:pPr>
        <w:jc w:val="right"/>
      </w:pPr>
      <w:r>
        <w:t>اف ا ممبر، اف دا ممبرز اف سوسائٹی ار ڈیوٹی کانشیس، دین دیر از نو کوئرل، نو ہیٹ، نو انجسٹس، نو انٹولرنس۔</w:t>
      </w:r>
    </w:p>
    <w:p>
      <w:r>
        <w:rPr>
          <w:b/>
        </w:rPr>
        <w:t xml:space="preserve">[1:07:51] </w:t>
      </w:r>
      <w:r>
        <w:t>but where the members of society are right conscious, then there are all kind of negative activities, like hate and injustice and intolerance and fighting</w:t>
      </w:r>
    </w:p>
    <w:p>
      <w:pPr>
        <w:jc w:val="right"/>
      </w:pPr>
      <w:r>
        <w:t>بٹ ویر دا ممبرز اف سوسائٹی ار رائٹ کانشیس، دین دیر ار ال کائنڈ اف نیگیٹیو ایکٹیویٹیز، لائک ہیٹ اینڈ انجسٹس اینڈ انٹولرنس اینڈ فائٹنگ</w:t>
      </w:r>
    </w:p>
    <w:p>
      <w:r>
        <w:rPr>
          <w:b/>
        </w:rPr>
        <w:t xml:space="preserve">[1:08:08] </w:t>
      </w:r>
      <w:r>
        <w:t>. so, all kind of positive values ar result of duty conscious,</w:t>
      </w:r>
    </w:p>
    <w:p>
      <w:pPr>
        <w:jc w:val="right"/>
      </w:pPr>
      <w:r>
        <w:t>۔ سو، ال کائنڈ اف پوزیٹیو ویلیوز ار رزلٹ اف ڈیوٹی کانشیس،</w:t>
      </w:r>
    </w:p>
    <w:p>
      <w:r>
        <w:rPr>
          <w:b/>
        </w:rPr>
        <w:t xml:space="preserve">[1:08:21] </w:t>
      </w:r>
      <w:r>
        <w:t>being duty conscious. and all kind of negative result ar all kind of negative activities ar result of being right conscious.</w:t>
      </w:r>
    </w:p>
    <w:p>
      <w:pPr>
        <w:jc w:val="right"/>
      </w:pPr>
      <w:r>
        <w:t>بینگ ڈیوٹی کانشیس۔ اینڈ ال کائنڈ اف نیگیٹیو رزلٹ ار ال کائنڈ اف نیگیٹیو ایکٹیویٹیز ار رزلٹ اف بینگ رائٹ کانشیس۔</w:t>
      </w:r>
    </w:p>
    <w:p>
      <w:r>
        <w:rPr>
          <w:b/>
        </w:rPr>
        <w:t xml:space="preserve">[1:08:45] </w:t>
      </w:r>
      <w:r>
        <w:t>this is a very very important</w:t>
      </w:r>
    </w:p>
    <w:p>
      <w:pPr>
        <w:jc w:val="right"/>
      </w:pPr>
      <w:r>
        <w:t>دس از ا ویری ویری امپورٹنٹ</w:t>
      </w:r>
    </w:p>
    <w:p>
      <w:r>
        <w:rPr>
          <w:b/>
        </w:rPr>
        <w:t xml:space="preserve">[1:08:49] </w:t>
      </w:r>
      <w:r>
        <w:t>. in our present days, people are everywhere, people are right conscious. So, everywhere you see that they are fighting and hate.</w:t>
      </w:r>
    </w:p>
    <w:p>
      <w:pPr>
        <w:jc w:val="right"/>
      </w:pPr>
      <w:r>
        <w:t>۔ ان اور پریزنٹ ڈیز، پیپل ار ایوری ویر، پیپل ار رائٹ کانشیس۔ سو، ایوری ویر یو سی دیٹ دیر ار فائٹنگ اینڈ ہیٹ۔</w:t>
      </w:r>
    </w:p>
    <w:p>
      <w:r>
        <w:rPr>
          <w:b/>
        </w:rPr>
        <w:t xml:space="preserve">[1:09:03] </w:t>
      </w:r>
      <w:r>
        <w:t>but Islam tries to establish a society where everyone is duty conscious, rather than right conscious.</w:t>
      </w:r>
    </w:p>
    <w:p>
      <w:pPr>
        <w:jc w:val="right"/>
      </w:pPr>
      <w:r>
        <w:t>بٹ اسلام ٹرائیز ٹو اسٹیبلش ا سوسائٹی ویر ایوری ون از ڈیوٹی کانشیس، رادر دین رائٹ کانشیس۔</w:t>
      </w:r>
    </w:p>
    <w:p>
      <w:r>
        <w:rPr>
          <w:b/>
        </w:rPr>
        <w:t xml:space="preserve">[1:09:15] </w:t>
      </w:r>
      <w:r>
        <w:t>this is the best formula.</w:t>
      </w:r>
    </w:p>
    <w:p>
      <w:pPr>
        <w:jc w:val="right"/>
      </w:pPr>
      <w:r>
        <w:t>دس از دا بیسٹ فارمولا۔</w:t>
      </w:r>
    </w:p>
    <w:p>
      <w:r>
        <w:rPr>
          <w:b/>
        </w:rPr>
        <w:t xml:space="preserve">[1:09:21] </w:t>
      </w:r>
      <w:r>
        <w:t>so, it is irrelevant wether the society is multi religious or uni religious. it is irrelevant wether the society is multi religious or uni religious.</w:t>
      </w:r>
    </w:p>
    <w:p>
      <w:pPr>
        <w:jc w:val="right"/>
      </w:pPr>
      <w:r>
        <w:t>سو، اٹ از اریلیونٹ ویدر دا سوسائٹی از ملٹی ریلیجس اور یونی ریلیجس۔ اٹ از اریلیونٹ ویدر دا سوسائٹی از ملٹی ریلیجس اور یونی ریلیجس۔</w:t>
      </w:r>
    </w:p>
    <w:p>
      <w:r>
        <w:rPr>
          <w:b/>
        </w:rPr>
        <w:t xml:space="preserve">[1:09:39] </w:t>
      </w:r>
      <w:r>
        <w:t>in every case, the most important thing is that people ar duty conscious.</w:t>
      </w:r>
    </w:p>
    <w:p>
      <w:pPr>
        <w:jc w:val="right"/>
      </w:pPr>
      <w:r>
        <w:t>ان ایوری کیس، دا موسٹ امپورٹنٹ تھنگ از دیٹ پیپل ار ڈیوٹی کانشیس۔</w:t>
      </w:r>
    </w:p>
    <w:p>
      <w:r>
        <w:rPr>
          <w:b/>
        </w:rPr>
        <w:t xml:space="preserve">[1:09:53] </w:t>
      </w:r>
      <w:r>
        <w:t>right consciousness creates problems, and duty consciousness</w:t>
      </w:r>
    </w:p>
    <w:p>
      <w:pPr>
        <w:jc w:val="right"/>
      </w:pPr>
      <w:r>
        <w:t>رائٹ کانشیسنس کریٹس پرابلم، اینڈ ڈیوٹی کانشیسنس</w:t>
      </w:r>
    </w:p>
    <w:p>
      <w:r>
        <w:rPr>
          <w:b/>
        </w:rPr>
        <w:t xml:space="preserve">[1:10:02] </w:t>
      </w:r>
      <w:r>
        <w:t>creates peaceful atmosphere, tolerance atmosphere,</w:t>
      </w:r>
    </w:p>
    <w:p>
      <w:pPr>
        <w:jc w:val="right"/>
      </w:pPr>
      <w:r>
        <w:t>کریٹس پیس فل ایٹمسفیئر، ٹولرنس ایٹمسفیئر،</w:t>
      </w:r>
    </w:p>
    <w:p>
      <w:r>
        <w:rPr>
          <w:b/>
        </w:rPr>
        <w:t xml:space="preserve">[1:10:11] </w:t>
      </w:r>
      <w:r>
        <w:t>free of quarrel.</w:t>
      </w:r>
    </w:p>
    <w:p>
      <w:pPr>
        <w:jc w:val="right"/>
      </w:pPr>
      <w:r>
        <w:t>فری اف کوئرل۔</w:t>
      </w:r>
    </w:p>
    <w:p>
      <w:r>
        <w:rPr>
          <w:b/>
        </w:rPr>
        <w:t xml:space="preserve">[1:10:17] </w:t>
      </w:r>
      <w:r>
        <w:t>deinr is a very important hadith</w:t>
      </w:r>
    </w:p>
    <w:p>
      <w:pPr>
        <w:jc w:val="right"/>
      </w:pPr>
      <w:r>
        <w:t>دیر از ا ویری امپورٹنٹ حدیث</w:t>
      </w:r>
    </w:p>
    <w:p>
      <w:r>
        <w:rPr>
          <w:b/>
        </w:rPr>
        <w:t xml:space="preserve">[1:10:23] </w:t>
      </w:r>
      <w:r>
        <w:t>in sahi muslim. sahi muslim is a very authentic book in islam</w:t>
      </w:r>
    </w:p>
    <w:p>
      <w:pPr>
        <w:jc w:val="right"/>
      </w:pPr>
      <w:r>
        <w:t>ان صحیح مسلم۔ صحیح مسلم از ا ویری اتھینٹک بک ان اسلام</w:t>
      </w:r>
    </w:p>
    <w:p>
      <w:r>
        <w:rPr>
          <w:b/>
        </w:rPr>
        <w:t xml:space="preserve">[1:10:31] </w:t>
      </w:r>
      <w:r>
        <w:t>. The Prophet of Islam has said: "in Allah youti mala youti al-unf." God grants to non violence what he does not grant to violence.</w:t>
      </w:r>
    </w:p>
    <w:p>
      <w:pPr>
        <w:jc w:val="right"/>
      </w:pPr>
      <w:r>
        <w:t>۔ دا پرافٹ اف اسلام ہاز سیڈ: "ان اللہ یوتی مالا یوتی العنف۔" گاڈ گرانٹس ٹو نان وائلنس واٹ ہی ڈز ناٹ گرانٹ ٹو وائلنس۔</w:t>
      </w:r>
    </w:p>
    <w:p>
      <w:r>
        <w:rPr>
          <w:b/>
        </w:rPr>
        <w:t xml:space="preserve">[1:10:55] </w:t>
      </w:r>
      <w:r>
        <w:t>it means that peaceful method is far more effective than the violent method.</w:t>
      </w:r>
    </w:p>
    <w:p>
      <w:pPr>
        <w:jc w:val="right"/>
      </w:pPr>
      <w:r>
        <w:t>اٹ مینز دیٹ پیس فل میتھڈ از فارور ایفیکٹیو دین دی وائلنٹ میتھڈ۔</w:t>
      </w:r>
    </w:p>
    <w:p>
      <w:r>
        <w:rPr>
          <w:b/>
        </w:rPr>
        <w:t xml:space="preserve">[1:11:08] </w:t>
      </w:r>
      <w:r>
        <w:t>also, you can see that love is more fruitful than the hate.</w:t>
      </w:r>
    </w:p>
    <w:p>
      <w:pPr>
        <w:jc w:val="right"/>
      </w:pPr>
      <w:r>
        <w:t>السو، یو کین سی دیٹ لو از مور فروٹ فل دین دی ہیٹ۔</w:t>
      </w:r>
    </w:p>
    <w:p>
      <w:r>
        <w:rPr>
          <w:b/>
        </w:rPr>
        <w:t xml:space="preserve">[1:11:21] </w:t>
      </w:r>
      <w:r>
        <w:t>tolerance produces more good than intolerance.</w:t>
      </w:r>
    </w:p>
    <w:p>
      <w:pPr>
        <w:jc w:val="right"/>
      </w:pPr>
      <w:r>
        <w:t>ٹولرنس پروڈیوسز مور گڈ دین انٹولرنس۔</w:t>
      </w:r>
    </w:p>
    <w:p>
      <w:r>
        <w:rPr>
          <w:b/>
        </w:rPr>
        <w:t xml:space="preserve">[1:11:29] </w:t>
      </w:r>
      <w:r>
        <w:t>in allah mala al-unf. This is the basis of a peaceful society.</w:t>
      </w:r>
    </w:p>
    <w:p>
      <w:pPr>
        <w:jc w:val="right"/>
      </w:pPr>
      <w:r>
        <w:t>ان اللہ مالا العنف۔ دس از دا بیسس اف ا پیس فل سوسائٹی۔</w:t>
      </w:r>
    </w:p>
    <w:p>
      <w:r>
        <w:rPr>
          <w:b/>
        </w:rPr>
        <w:t xml:space="preserve">[1:11:45] </w:t>
      </w:r>
      <w:r>
        <w:t>islam tries to establish peace even in the price of neutral adjustment.</w:t>
      </w:r>
    </w:p>
    <w:p>
      <w:pPr>
        <w:jc w:val="right"/>
      </w:pPr>
      <w:r>
        <w:t>اسلام ٹرائیز ٹو اسٹیبلش پیس ایون ان دا پرائس اف نیو لیٹرل ایڈجسٹمنٹ۔</w:t>
      </w:r>
    </w:p>
    <w:p>
      <w:r>
        <w:rPr>
          <w:b/>
        </w:rPr>
        <w:t xml:space="preserve">[1:11:55] </w:t>
      </w:r>
      <w:r>
        <w:t>in islam, peace is so important, so important that islam tries to establish peace even in the basis of unilateral adjustment.</w:t>
      </w:r>
    </w:p>
    <w:p>
      <w:pPr>
        <w:jc w:val="right"/>
      </w:pPr>
      <w:r>
        <w:t>ان اسلام، پیس از سو امپورٹنٹ، سو امپورٹنٹ دیٹ اسلام ٹرائیز ٹو اسٹیبلش پیس ایون ان دا بیسس اف یونی لیٹرل ایڈجسٹمنٹ۔</w:t>
      </w:r>
    </w:p>
    <w:p>
      <w:r>
        <w:rPr>
          <w:b/>
        </w:rPr>
        <w:t xml:space="preserve">[1:12:16] </w:t>
      </w:r>
      <w:r>
        <w:t>and deinr ar so many examples in the prophet's life.</w:t>
      </w:r>
    </w:p>
    <w:p>
      <w:pPr>
        <w:jc w:val="right"/>
      </w:pPr>
      <w:r>
        <w:t>اینڈ دیر ار سو مینی ایگزامپل ان دا پرافٹس لائف۔</w:t>
      </w:r>
    </w:p>
    <w:p>
      <w:r>
        <w:rPr>
          <w:b/>
        </w:rPr>
        <w:t xml:space="preserve">[1:12:25] </w:t>
      </w:r>
      <w:r>
        <w:t>and one glaring example is hudaybi agreement.</w:t>
      </w:r>
    </w:p>
    <w:p>
      <w:pPr>
        <w:jc w:val="right"/>
      </w:pPr>
      <w:r>
        <w:t>اینڈ ون گلیئرنگ ایگزامپل از حدیبی ایگریمنٹ۔</w:t>
      </w:r>
    </w:p>
    <w:p>
      <w:r>
        <w:rPr>
          <w:b/>
        </w:rPr>
        <w:t xml:space="preserve">[1:12:33] </w:t>
      </w:r>
      <w:r>
        <w:t>deinr was fighting</w:t>
      </w:r>
    </w:p>
    <w:p>
      <w:pPr>
        <w:jc w:val="right"/>
      </w:pPr>
      <w:r>
        <w:t>دیر واز فائٹنگ</w:t>
      </w:r>
    </w:p>
    <w:p>
      <w:r>
        <w:rPr>
          <w:b/>
        </w:rPr>
        <w:t xml:space="preserve">[1:12:35] </w:t>
      </w:r>
      <w:r>
        <w:t>ini before Hudaybiyyah agreement, there was a fighting, there was a hate.</w:t>
      </w:r>
    </w:p>
    <w:p>
      <w:pPr>
        <w:jc w:val="right"/>
      </w:pPr>
      <w:r>
        <w:t>۔ اینی بیفور حدیبی ایگریمنٹ، دیر واز ا فائٹنگ، دیر واز ا ہیٹ۔</w:t>
      </w:r>
    </w:p>
    <w:p>
      <w:r>
        <w:rPr>
          <w:b/>
        </w:rPr>
        <w:t xml:space="preserve">[1:12:44] </w:t>
      </w:r>
      <w:r>
        <w:t>there was distance between the two communities. but prophet</w:t>
      </w:r>
    </w:p>
    <w:p>
      <w:pPr>
        <w:jc w:val="right"/>
      </w:pPr>
      <w:r>
        <w:t>دیر واز ڈسٹنس بٹوین دا ٹو کمیونٹیز۔ بٹ پرافٹ</w:t>
      </w:r>
    </w:p>
    <w:p>
      <w:r>
        <w:rPr>
          <w:b/>
        </w:rPr>
        <w:t xml:space="preserve">[1:12:52] </w:t>
      </w:r>
      <w:r>
        <w:t>agreed on new lateral conditions and finalized the hudaybiya agreement.</w:t>
      </w:r>
    </w:p>
    <w:p>
      <w:pPr>
        <w:jc w:val="right"/>
      </w:pPr>
      <w:r>
        <w:t>ایگریڈ ان نیو لیٹرل کنڈیشنز اینڈ فائنلائزڈ دی حدیبی ایگریمنٹ۔</w:t>
      </w:r>
    </w:p>
    <w:p>
      <w:r>
        <w:rPr>
          <w:b/>
        </w:rPr>
        <w:t xml:space="preserve">[1:13:02] </w:t>
      </w:r>
      <w:r>
        <w:t>and what was the result? result was break less.</w:t>
      </w:r>
    </w:p>
    <w:p>
      <w:pPr>
        <w:jc w:val="right"/>
      </w:pPr>
      <w:r>
        <w:t>اینڈ واٹ واز دا رزلٹ؟ رزلٹ واز بریک لیس۔</w:t>
      </w:r>
    </w:p>
    <w:p>
      <w:r>
        <w:rPr>
          <w:b/>
        </w:rPr>
        <w:t xml:space="preserve">[1:13:07] </w:t>
      </w:r>
      <w:r>
        <w:t>after hudaybiya agreement, you can see in the history that there was peace everywhere, tolerance everywhere, adjustment everywhere.</w:t>
      </w:r>
    </w:p>
    <w:p>
      <w:pPr>
        <w:jc w:val="right"/>
      </w:pPr>
      <w:r>
        <w:t>افٹر حدیبی ایگریمنٹ، یو کین سی ان دا ہسٹری دیٹ دیر واز پیس ایوری ویر، ٹولرنس ایوری ویر، ایڈجسٹمنٹ ایوری ویر۔</w:t>
      </w:r>
    </w:p>
    <w:p>
      <w:r>
        <w:rPr>
          <w:b/>
        </w:rPr>
        <w:t xml:space="preserve">[1:13:21] </w:t>
      </w:r>
      <w:r>
        <w:t>and then there was great progress. after hudaybiya, there was great progress and development in both the side.</w:t>
      </w:r>
    </w:p>
    <w:p>
      <w:pPr>
        <w:jc w:val="right"/>
      </w:pPr>
      <w:r>
        <w:t>اینڈ دین دیر واز گریٹ پروگریس۔ افٹر حدیبیہ، دیر واز گریٹ پروگریس اینڈ ڈیولپمنٹ ان بوتھ دا سائیڈ۔</w:t>
      </w:r>
    </w:p>
    <w:p>
      <w:r>
        <w:rPr>
          <w:b/>
        </w:rPr>
        <w:t xml:space="preserve">[1:13:37] </w:t>
      </w:r>
      <w:r>
        <w:t>so, the islamic formula to living in a multi religious society is based on adjustment.</w:t>
      </w:r>
    </w:p>
    <w:p>
      <w:pPr>
        <w:jc w:val="right"/>
      </w:pPr>
      <w:r>
        <w:t>سو، دا اسلامک فارمولا ٹو لیونگ ان ا ملٹی ریلیجس سوسائٹی از بیسڈ ان ایڈجسٹمنٹ۔</w:t>
      </w:r>
    </w:p>
    <w:p>
      <w:r>
        <w:rPr>
          <w:b/>
        </w:rPr>
        <w:t xml:space="preserve">[1:13:49] </w:t>
      </w:r>
      <w:r>
        <w:t>even based on adjustment in tolerance.</w:t>
      </w:r>
    </w:p>
    <w:p>
      <w:pPr>
        <w:jc w:val="right"/>
      </w:pPr>
      <w:r>
        <w:t>ایون بیسڈ ان ایڈجسٹمنٹ ان ٹولرنس۔</w:t>
      </w:r>
    </w:p>
    <w:p>
      <w:r>
        <w:rPr>
          <w:b/>
        </w:rPr>
        <w:t xml:space="preserve">[1:13:59] </w:t>
      </w:r>
      <w:r>
        <w:t>this is the only formula of peace in a society. in every society, in every society,</w:t>
      </w:r>
    </w:p>
    <w:p>
      <w:pPr>
        <w:jc w:val="right"/>
      </w:pPr>
      <w:r>
        <w:t>دس از دا اونلی فارمولا اف پیس ان ا سوسائٹی۔ ان ایوری سوسائٹی، ان ایوری سوسائٹی،</w:t>
      </w:r>
    </w:p>
    <w:p>
      <w:r>
        <w:rPr>
          <w:b/>
        </w:rPr>
        <w:t xml:space="preserve">[1:14:15] </w:t>
      </w:r>
      <w:r>
        <w:t>this formula is based on this simple and natural principle that follow one and respect all.</w:t>
      </w:r>
    </w:p>
    <w:p>
      <w:pPr>
        <w:jc w:val="right"/>
      </w:pPr>
      <w:r>
        <w:t>دس فارمولا از بیسڈ ان دس سمپل اینڈ نیچرل پرنسپل دیٹ فالو ون اینڈ ریسپیکٹ ال۔</w:t>
      </w:r>
    </w:p>
    <w:p>
      <w:r>
        <w:rPr>
          <w:b/>
        </w:rPr>
        <w:t xml:space="preserve">[1:14:33] </w:t>
      </w:r>
      <w:r>
        <w:t>always try to establish peace.</w:t>
      </w:r>
    </w:p>
    <w:p>
      <w:pPr>
        <w:jc w:val="right"/>
      </w:pPr>
      <w:r>
        <w:t>الویز ٹرائی ٹو اسٹیبلش پیس۔</w:t>
      </w:r>
    </w:p>
    <w:p>
      <w:r>
        <w:rPr>
          <w:b/>
        </w:rPr>
        <w:t xml:space="preserve">[1:14:39] </w:t>
      </w:r>
      <w:r>
        <w:t>always try to establish tolerance. always try to establish mutual respect.</w:t>
      </w:r>
    </w:p>
    <w:p>
      <w:pPr>
        <w:jc w:val="right"/>
      </w:pPr>
      <w:r>
        <w:t>الویز ٹرائی ٹو اسٹیبلش ٹولرنس۔ الویز ٹرائی ٹو اسٹیبلش میوچول ریسپیکٹ۔</w:t>
      </w:r>
    </w:p>
    <w:p>
      <w:r>
        <w:rPr>
          <w:b/>
        </w:rPr>
        <w:t xml:space="preserve">[1:14:52] </w:t>
      </w:r>
      <w:r>
        <w:t>so, islamic formula is not based on mutual recognition</w:t>
      </w:r>
    </w:p>
    <w:p>
      <w:pPr>
        <w:jc w:val="right"/>
      </w:pPr>
      <w:r>
        <w:t>سو، اسلامک فارمولا از ناٹ بیسڈ ان میوچول ریکگنیشن</w:t>
      </w:r>
    </w:p>
    <w:p>
      <w:r>
        <w:rPr>
          <w:b/>
        </w:rPr>
        <w:t xml:space="preserve">[1:14:58] </w:t>
      </w:r>
      <w:r>
        <w:t>۔ some people are talking about mutual recognition, but mutual recognition is not a islamic formula.</w:t>
      </w:r>
    </w:p>
    <w:p>
      <w:pPr>
        <w:jc w:val="right"/>
      </w:pPr>
      <w:r>
        <w:t>۔ سم پیپل ار ٹاکنگ اباؤٹ میوچول ریکگنیشن، بٹ میوچول ریکگنیشن از ناٹ ا اسلامک فارمولا۔</w:t>
      </w:r>
    </w:p>
    <w:p>
      <w:r>
        <w:rPr>
          <w:b/>
        </w:rPr>
        <w:t xml:space="preserve">[1:15:09] </w:t>
      </w:r>
      <w:r>
        <w:t>and also, it is not practicable formula. mutual recognition is not a practicable formula. islamic formula in this regard is based on the principle of mutual respect.</w:t>
      </w:r>
    </w:p>
    <w:p>
      <w:pPr>
        <w:jc w:val="right"/>
      </w:pPr>
      <w:r>
        <w:t>اینڈ السو، اٹ از ناٹ پریکٹیکبل فارمولا۔ میوچول ریکگنیشن از ناٹ ا پریکٹیکبل فارمولا۔ اسلامک فارمولا ان دس ریگارڈ از بیسڈ ان دا پرنسپل اف میوچول ریسپیکٹ۔</w:t>
      </w:r>
    </w:p>
    <w:p>
      <w:r>
        <w:rPr>
          <w:b/>
        </w:rPr>
        <w:t xml:space="preserve">[1:15:28] </w:t>
      </w:r>
      <w:r>
        <w:t>so, i can see that this is the i can see that the</w:t>
      </w:r>
    </w:p>
    <w:p>
      <w:pPr>
        <w:jc w:val="right"/>
      </w:pPr>
      <w:r>
        <w:t>سو، ائی کین سی دیٹ دس از دا ائی کین سی دیٹ دا</w:t>
      </w:r>
    </w:p>
    <w:p>
      <w:r>
        <w:rPr>
          <w:b/>
        </w:rPr>
        <w:t xml:space="preserve">[1:15:41] </w:t>
      </w:r>
      <w:r>
        <w:t>this is the only formula according to the islamic principle and also according to the law of nature that is follow one and respect all.</w:t>
      </w:r>
    </w:p>
    <w:p>
      <w:pPr>
        <w:jc w:val="right"/>
      </w:pPr>
      <w:r>
        <w:t>دس از دا اونلی فارمولا اکارڈنگ ٹو دا اسلامک پرنسپل اینڈ السو اکارڈنگ ٹو دا لاء اف نیچر دیٹ از فالو ون اینڈ ریسپیکٹ 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