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 Light of The Believers (Itmam-E-Noor ) May 12, 2013</w:t>
      </w:r>
    </w:p>
    <w:p>
      <w:r>
        <w:t>https://youtu.be/SmjmddWA1Jo</w:t>
      </w:r>
    </w:p>
    <w:p>
      <w:r>
        <w:rPr>
          <w:b/>
        </w:rPr>
        <w:t xml:space="preserve">[00:14] </w:t>
      </w:r>
      <w:r>
        <w:t>bismillah al-rahman al-rahim, wa salla Allah ala al-nabi al-karim.</w:t>
      </w:r>
    </w:p>
    <w:p>
      <w:pPr>
        <w:jc w:val="right"/>
      </w:pPr>
      <w:r>
        <w:t>بسم اللہ الرحمن الرحیم، وصلی اللہ علی النبی الکریم۔</w:t>
      </w:r>
    </w:p>
    <w:p>
      <w:r>
        <w:rPr>
          <w:b/>
        </w:rPr>
        <w:t xml:space="preserve">[00:23] </w:t>
      </w:r>
      <w:r>
        <w:t>rabbi ishrah li sadri, wa yassir li amri, wa hlu al-uqdatan min lisani, yafqahu qawli.</w:t>
      </w:r>
    </w:p>
    <w:p>
      <w:pPr>
        <w:jc w:val="right"/>
      </w:pPr>
      <w:r>
        <w:t>رب اشرح لی صدری، ویسر لی امری، واحل العقدۃ من لسانی، یفقہ قولی۔</w:t>
      </w:r>
    </w:p>
    <w:p>
      <w:r>
        <w:rPr>
          <w:b/>
        </w:rPr>
        <w:t xml:space="preserve">[00:35] </w:t>
      </w:r>
      <w:r>
        <w:t>aaj</w:t>
      </w:r>
    </w:p>
    <w:p>
      <w:pPr>
        <w:jc w:val="right"/>
      </w:pPr>
      <w:r>
        <w:t>آج</w:t>
      </w:r>
    </w:p>
    <w:p>
      <w:r>
        <w:rPr>
          <w:b/>
        </w:rPr>
        <w:t xml:space="preserve">[00:39] </w:t>
      </w:r>
      <w:r>
        <w:t>ka topic hai: itmam-e-noor. itmam-e-noor yeh quran ka lafz hai.</w:t>
      </w:r>
    </w:p>
    <w:p>
      <w:pPr>
        <w:jc w:val="right"/>
      </w:pPr>
      <w:r>
        <w:t>کا ٹاپک ہے: اتمام نور۔ اتمام نور یہ قرآن کا لفظ ہے۔</w:t>
      </w:r>
    </w:p>
    <w:p>
      <w:r>
        <w:rPr>
          <w:b/>
        </w:rPr>
        <w:t xml:space="preserve">[00:50] </w:t>
      </w:r>
      <w:r>
        <w:t>dekhiye, ek ayat hai jo quran mein do suraton mein aayi hai, yani as-saff mein aur at-tawbah mein.</w:t>
      </w:r>
    </w:p>
    <w:p>
      <w:pPr>
        <w:jc w:val="right"/>
      </w:pPr>
      <w:r>
        <w:t>دیکھیے، ایک آیت ہے جو قرآن میں دو سورتوں میں آئی ہے، یعنی الصف میں اور التوبہ میں۔</w:t>
      </w:r>
    </w:p>
    <w:p>
      <w:r>
        <w:rPr>
          <w:b/>
        </w:rPr>
        <w:t xml:space="preserve">[01:04] </w:t>
      </w:r>
      <w:r>
        <w:t>woh ayat yeh hai</w:t>
      </w:r>
    </w:p>
    <w:p>
      <w:pPr>
        <w:jc w:val="right"/>
      </w:pPr>
      <w:r>
        <w:t>وہ آیت یہ ہے</w:t>
      </w:r>
    </w:p>
    <w:p>
      <w:r>
        <w:rPr>
          <w:b/>
        </w:rPr>
        <w:t xml:space="preserve">[01:07] </w:t>
      </w:r>
      <w:r>
        <w:t>ke:</w:t>
      </w:r>
    </w:p>
    <w:p>
      <w:pPr>
        <w:jc w:val="right"/>
      </w:pPr>
      <w:r>
        <w:t>کہ:</w:t>
      </w:r>
    </w:p>
    <w:p>
      <w:r>
        <w:rPr>
          <w:b/>
        </w:rPr>
        <w:t xml:space="preserve">[01:12] </w:t>
      </w:r>
      <w:r>
        <w:t>"yureedoon li yutf'oo noor allahi bi afwaahihim, wallahu mutimmun noorihi, wa law karih al-kaafiroon" ۔</w:t>
      </w:r>
    </w:p>
    <w:p>
      <w:pPr>
        <w:jc w:val="right"/>
      </w:pPr>
      <w:r>
        <w:t>"يريدون ليطفوا نور الله بأفواههم، والله مطمئن نوري، ولو كره الكافرون" ۔</w:t>
      </w:r>
    </w:p>
    <w:p>
      <w:r>
        <w:rPr>
          <w:b/>
        </w:rPr>
        <w:t xml:space="preserve">[01:26] </w:t>
      </w:r>
      <w:r>
        <w:t>is ka tarjuma ye hai ke ye log chahte hain ke Allah ki roshni ko</w:t>
      </w:r>
    </w:p>
    <w:p>
      <w:pPr>
        <w:jc w:val="right"/>
      </w:pPr>
      <w:r>
        <w:t>اس کا ترجمہ یہ ہے کہ یہ لوگ چاہتے ہیں کہ اللہ کی روشنی کو</w:t>
      </w:r>
    </w:p>
    <w:p>
      <w:r>
        <w:rPr>
          <w:b/>
        </w:rPr>
        <w:t xml:space="preserve">[01:36] </w:t>
      </w:r>
      <w:r>
        <w:t>apne phoonkon se bujha dein,</w:t>
      </w:r>
    </w:p>
    <w:p>
      <w:pPr>
        <w:jc w:val="right"/>
      </w:pPr>
      <w:r>
        <w:t>اپنے پھونکوں سے بجھا دیں،</w:t>
      </w:r>
    </w:p>
    <w:p>
      <w:r>
        <w:rPr>
          <w:b/>
        </w:rPr>
        <w:t xml:space="preserve">[01:42] </w:t>
      </w:r>
      <w:r>
        <w:t>aur Allah apni roshni ko mukammal kar ke rahe ga, khwah ye kafiron aur mushrikon ko kitna hi nagawar ho.</w:t>
      </w:r>
    </w:p>
    <w:p>
      <w:pPr>
        <w:jc w:val="right"/>
      </w:pPr>
      <w:r>
        <w:t>اور اللہ اپنی روشنی کو مکمل کر کے رہے گا، خواہ یہ کافروں اور مشرکوں کو کتنا ہی ناگوار ہو۔</w:t>
      </w:r>
    </w:p>
    <w:p>
      <w:r>
        <w:rPr>
          <w:b/>
        </w:rPr>
        <w:t xml:space="preserve">[01:55] </w:t>
      </w:r>
      <w:r>
        <w:t>ye ayat jo hai,</w:t>
      </w:r>
    </w:p>
    <w:p>
      <w:pPr>
        <w:jc w:val="right"/>
      </w:pPr>
      <w:r>
        <w:t>یہ آیت جو ہے،</w:t>
      </w:r>
    </w:p>
    <w:p>
      <w:r>
        <w:rPr>
          <w:b/>
        </w:rPr>
        <w:t xml:space="preserve">[02:00] </w:t>
      </w:r>
      <w:r>
        <w:t>bohat hi ziyada aham ayat hai Quran majeed ki. is mein ye jo kaha ke Allah ki roshni ko ye chahte hain bujha dena apne phoonkon se, ye isi zamane ki baat nahi hai jab Rasool Allah aaye the,</w:t>
      </w:r>
    </w:p>
    <w:p>
      <w:pPr>
        <w:jc w:val="right"/>
      </w:pPr>
      <w:r>
        <w:t>بہت ہی زیادہ اہم آیت ہے قرآن مجید کی۔ اس میں یہ جو کہا کہ اللہ کی روشنی کو یہ چاہتے ہیں بجھا دینا اپنے پھونکوں سے، یہ اسی زمانے کی بات نہیں ہے جب رسول اللہ آئے تھے،</w:t>
      </w:r>
    </w:p>
    <w:p>
      <w:r>
        <w:rPr>
          <w:b/>
        </w:rPr>
        <w:t xml:space="preserve">[02:19] </w:t>
      </w:r>
      <w:r>
        <w:t>ye poori history ki baat hai.</w:t>
      </w:r>
    </w:p>
    <w:p>
      <w:pPr>
        <w:jc w:val="right"/>
      </w:pPr>
      <w:r>
        <w:t>یہ پوری ہسٹری کی بات ہے۔</w:t>
      </w:r>
    </w:p>
    <w:p>
      <w:r>
        <w:rPr>
          <w:b/>
        </w:rPr>
        <w:t xml:space="preserve">[02:23] </w:t>
      </w:r>
      <w:r>
        <w:t>yani poori history mein Allah ne bar bar peghambar bheje, lekin logon ne peghambar ki baat ko chalne nahi diya.</w:t>
      </w:r>
    </w:p>
    <w:p>
      <w:pPr>
        <w:jc w:val="right"/>
      </w:pPr>
      <w:r>
        <w:t>یعنی پوری ہسٹری میں اللہ نے بار بار پیغمبر بھیجے، لیکن لوگوں نے پیغمبر کی بات کو چلنے نہیں دیا۔</w:t>
      </w:r>
    </w:p>
    <w:p>
      <w:r>
        <w:rPr>
          <w:b/>
        </w:rPr>
        <w:t xml:space="preserve">[02:34] </w:t>
      </w:r>
      <w:r>
        <w:t>to phir Allah taala ne faisla kiya ke wo tareekh ko manage kare, tareekh mein intervene kare, ye matlab hai is ka. aur intervene kar ke bohat hi short period mein poora kaam ho jaye,</w:t>
      </w:r>
    </w:p>
    <w:p>
      <w:pPr>
        <w:jc w:val="right"/>
      </w:pPr>
      <w:r>
        <w:t>تو پھر اللہ تعالیٰ نے فیصلہ کیا کہ وہ تاریخ کو مینج کرے، تاریخ میں انٹروین کرے، یہ مطلب ہے اس کا۔ اور انٹروین کر کے بہت ہی شارٹ پیریڈ میں پورا کام ہو جائے،</w:t>
      </w:r>
    </w:p>
    <w:p>
      <w:r>
        <w:rPr>
          <w:b/>
        </w:rPr>
        <w:t xml:space="preserve">[02:52] </w:t>
      </w:r>
      <w:r>
        <w:t>ye matlab hai is ayat ka. to is ayat ka talluq poori tareekh se hai, poori tareekh se. ye sirf makki daur ya madni daur ki baat nahi hai.</w:t>
      </w:r>
    </w:p>
    <w:p>
      <w:pPr>
        <w:jc w:val="right"/>
      </w:pPr>
      <w:r>
        <w:t>یہ مطلب ہے اس آیت کا۔ تو اس آیت کا تعلق پوری تاریخ سے ہے، پوری تاریخ سے۔ یہ صرف مکی دور یا مدنی دور کی بات نہیں ہے۔</w:t>
      </w:r>
    </w:p>
    <w:p>
      <w:r>
        <w:rPr>
          <w:b/>
        </w:rPr>
        <w:t xml:space="preserve">[03:06] </w:t>
      </w:r>
      <w:r>
        <w:t>dekhiye, Allah taala ki planning kya thi?</w:t>
      </w:r>
    </w:p>
    <w:p>
      <w:pPr>
        <w:jc w:val="right"/>
      </w:pPr>
      <w:r>
        <w:t>دیکھیے، اللہ تعالیٰ کی پلاننگ کیا تھی؟</w:t>
      </w:r>
    </w:p>
    <w:p>
      <w:r>
        <w:rPr>
          <w:b/>
        </w:rPr>
        <w:t xml:space="preserve">[03:13] </w:t>
      </w:r>
      <w:r>
        <w:t>Allah taala ki planning ye thi ke insan ki paidaish ke baad duniya mein ek itmam e noor ka waqea ho.</w:t>
      </w:r>
    </w:p>
    <w:p>
      <w:pPr>
        <w:jc w:val="right"/>
      </w:pPr>
      <w:r>
        <w:t>اللہ تعالیٰ کی پلاننگ یہ تھی کہ انسان کی پیدائش کے بعد دنیا میں ایک اتمام نور کا واقعہ ہو۔</w:t>
      </w:r>
    </w:p>
    <w:p>
      <w:r>
        <w:rPr>
          <w:b/>
        </w:rPr>
        <w:t xml:space="preserve">[03:27] </w:t>
      </w:r>
      <w:r>
        <w:t>is ko main apne lafzon mein kahunga ke "divine civilization" ya "Rabbani civilization" ka wajood mein lana.</w:t>
      </w:r>
    </w:p>
    <w:p>
      <w:pPr>
        <w:jc w:val="right"/>
      </w:pPr>
      <w:r>
        <w:t>اس کو میں اپنے لفظوں میں کہوں گا کہ "ڈیوائن سولائزیشن" یا "ربانی سولائزیشن" کا وجود میں لانا۔</w:t>
      </w:r>
    </w:p>
    <w:p>
      <w:r>
        <w:rPr>
          <w:b/>
        </w:rPr>
        <w:t xml:space="preserve">[03:43] </w:t>
      </w:r>
      <w:r>
        <w:t>divine civilization ka matlab ye hai ke Allah ki kitab mehfooz ho jaye. Allah jis zindagi ke jis tareeqe ko pasand karta hai,</w:t>
      </w:r>
    </w:p>
    <w:p>
      <w:pPr>
        <w:jc w:val="right"/>
      </w:pPr>
      <w:r>
        <w:t>ڈیوائن سولائزیشن کا مطلب یہ ہے کہ اللہ کی کتاب محفوظ ہو جائے۔ اللہ جس زندگی کے جس طریقے کو پسند کرتا ہے،</w:t>
      </w:r>
    </w:p>
    <w:p>
      <w:r>
        <w:rPr>
          <w:b/>
        </w:rPr>
        <w:t xml:space="preserve">[03:57] </w:t>
      </w:r>
      <w:r>
        <w:t>is ka model, authentic model qaim ho jaye.</w:t>
      </w:r>
    </w:p>
    <w:p>
      <w:pPr>
        <w:jc w:val="right"/>
      </w:pPr>
      <w:r>
        <w:t>اس کا ماڈل، اتھینٹک ماڈل قائم ہو جائے۔</w:t>
      </w:r>
    </w:p>
    <w:p>
      <w:r>
        <w:rPr>
          <w:b/>
        </w:rPr>
        <w:t xml:space="preserve">[04:04] </w:t>
      </w:r>
      <w:r>
        <w:t>nature mein Allah ne jo marifat ke items rakhe hain, wo sab unfold hon. aur jo deen ki ishaat ke liye jo Allah ne rakhe hain nature mein communication,</w:t>
      </w:r>
    </w:p>
    <w:p>
      <w:pPr>
        <w:jc w:val="right"/>
      </w:pPr>
      <w:r>
        <w:t>نیچر میں اللہ نے جو معرفت کے آئٹم رکھے ہیں، وہ سب انفولڈ ہوں۔ اور جو دین کی اشاعت کے لیے جو اللہ نے رکھے ہیں نیچر میں کمیونیکیشن،</w:t>
      </w:r>
    </w:p>
    <w:p>
      <w:r>
        <w:rPr>
          <w:b/>
        </w:rPr>
        <w:t xml:space="preserve">[04:19] </w:t>
      </w:r>
      <w:r>
        <w:t>wo sab daryaft hon aur wo istemal mein aayen. phir duniya mein azadi aaye, kyun ke azadi rahe gi tabhi imtehan ka maqsad poora hoga.</w:t>
      </w:r>
    </w:p>
    <w:p>
      <w:pPr>
        <w:jc w:val="right"/>
      </w:pPr>
      <w:r>
        <w:t>وہ سب دریافت ہوں اور وہ استعمال میں آئیں۔ پھر دنیا میں آزادی آئے، کیونکہ آزادی رہے گی تبھی امتحان کا مقصد پورا ہوگا۔</w:t>
      </w:r>
    </w:p>
    <w:p>
      <w:r>
        <w:rPr>
          <w:b/>
        </w:rPr>
        <w:t xml:space="preserve">[04:34] </w:t>
      </w:r>
      <w:r>
        <w:t>duniya mein democracy aaye, badshahi khatam ho. ye sari cheezon ko main keh raha hoon "divine civilization". ye matlab tha Allah taala ko.</w:t>
      </w:r>
    </w:p>
    <w:p>
      <w:pPr>
        <w:jc w:val="right"/>
      </w:pPr>
      <w:r>
        <w:t>دنیا میں ڈیموکریسی آئے، بادشاہی ختم ہو۔ یہ ساری چیزوں کو میں کہہ رہا ہوں "ڈیوائن سولائزیشن"۔ یہ مطلب تھا اللہ تعالیٰ کو۔</w:t>
      </w:r>
    </w:p>
    <w:p>
      <w:r>
        <w:rPr>
          <w:b/>
        </w:rPr>
        <w:t xml:space="preserve">[04:47] </w:t>
      </w:r>
      <w:r>
        <w:t>to Allah taala ne peghambar bheje, hazaron saal ke darmiyan bohat se peghambar, lekin insan ne chalne nahi diya.</w:t>
      </w:r>
    </w:p>
    <w:p>
      <w:pPr>
        <w:jc w:val="right"/>
      </w:pPr>
      <w:r>
        <w:t>تو اللہ تعالیٰ نے پیغمبر بھیجے، ہزاروں سال کے درمیان بہت سے پیغمبر، لیکن انسان نے چلنے نہیں دیا۔</w:t>
      </w:r>
    </w:p>
    <w:p>
      <w:r>
        <w:rPr>
          <w:b/>
        </w:rPr>
        <w:t xml:space="preserve">[05:00] </w:t>
      </w:r>
      <w:r>
        <w:t>peghambaron ki baat ko chalne nahi diya. aur sab se bari baat ye hui ke peghambaron ke sath koi team jama nahi hui, akele reh gaya peghambar.</w:t>
      </w:r>
    </w:p>
    <w:p>
      <w:pPr>
        <w:jc w:val="right"/>
      </w:pPr>
      <w:r>
        <w:t>پیغمبروں کی بات کو چلنے نہیں دیا۔ اور سب سے بڑی بات یہ ہوئی کہ پیغمبروں کے ساتھ کوئی ٹیم جمع نہیں ہوئی، اکیلے رہ گیا پیغمبر۔</w:t>
      </w:r>
    </w:p>
    <w:p>
      <w:r>
        <w:rPr>
          <w:b/>
        </w:rPr>
        <w:t xml:space="preserve">[05:13] </w:t>
      </w:r>
      <w:r>
        <w:t>lekin jo Allah taala ko jo ek poori ek civilization, spiritual civilization ya divine civilization ya Rabbani civilization duniya mein lana tha, us ke liye ek team chahiye thi, team.</w:t>
      </w:r>
    </w:p>
    <w:p>
      <w:pPr>
        <w:jc w:val="right"/>
      </w:pPr>
      <w:r>
        <w:t>لیکن جو اللہ تعالیٰ کو جو ایک پوری ایک سولائزیشن، سپریچول سولائزیشن یا ڈیوائن سولائزیشن یا ربانی سولائزیشن دنیا میں لانا تھا، اس کے لیے ایک ٹیم چاہیے تھی، ٹیم۔</w:t>
      </w:r>
    </w:p>
    <w:p>
      <w:r>
        <w:rPr>
          <w:b/>
        </w:rPr>
        <w:t xml:space="preserve">[05:30] </w:t>
      </w:r>
      <w:r>
        <w:t>to insan ne peghambaron ki baat ko chalne nahi diya, is liye team bhi nahi bani. to siwaye ailan ke, yani announcement ke, kuch aur history mein hua nahi.</w:t>
      </w:r>
    </w:p>
    <w:p>
      <w:pPr>
        <w:jc w:val="right"/>
      </w:pPr>
      <w:r>
        <w:t>تو انسان نے پیغمبروں کی بات کو چلنے نہیں دیا، اس لیے ٹیم بھی نہیں بنی۔ تو سوائے اعلان کے، یعنی اناؤنسمنٹ کے، کچھ اور ہسٹری میں ہوا نہیں۔</w:t>
      </w:r>
    </w:p>
    <w:p>
      <w:r>
        <w:rPr>
          <w:b/>
        </w:rPr>
        <w:t xml:space="preserve">[05:45] </w:t>
      </w:r>
      <w:r>
        <w:t>isi ko farmaya ke ye log chahte hain ke bujha dena Allah ki roshni ko, to nahi, aisa nahi hone wala hai. to Khuda ne faisla kiya intervene karne ka.</w:t>
      </w:r>
    </w:p>
    <w:p>
      <w:pPr>
        <w:jc w:val="right"/>
      </w:pPr>
      <w:r>
        <w:t>اسی کو فرمایا کہ یہ لوگ چاہتے ہیں کہ بجھا دینا اللہ کی روشنی کو، تو نہیں، ایسا نہیں ہونے والا ہے۔ تو خدا نے فیصلہ کیا انٹروین کرنے کا۔</w:t>
      </w:r>
    </w:p>
    <w:p>
      <w:r>
        <w:rPr>
          <w:b/>
        </w:rPr>
        <w:t xml:space="preserve">[05:57] </w:t>
      </w:r>
      <w:r>
        <w:t>aap jante hain ke insan ko Allah ne azadi di hai, total freedom. is total freedom ko misuse karte karte is ne hazaron saal beet gaye aur itmam e noor ka waqea nahi hua.</w:t>
      </w:r>
    </w:p>
    <w:p>
      <w:pPr>
        <w:jc w:val="right"/>
      </w:pPr>
      <w:r>
        <w:t>آپ جانتے ہیں کہ انسان کو اللہ نے آزادی دی ہے، ٹوٹل فریڈم۔ اس ٹوٹل فریڈم کو مسور کرتے کرتے اس نے ہزاروں سال بیت گئے اور اتمام نور کا واقعہ نہیں ہوا۔</w:t>
      </w:r>
    </w:p>
    <w:p>
      <w:r>
        <w:rPr>
          <w:b/>
        </w:rPr>
        <w:t xml:space="preserve">[06:13] </w:t>
      </w:r>
      <w:r>
        <w:t>to Allah taala ne intervene kiya. Muhammad (SAW) ka zamana jo hai, isi intervention ka zamana hai.</w:t>
      </w:r>
    </w:p>
    <w:p>
      <w:pPr>
        <w:jc w:val="right"/>
      </w:pPr>
      <w:r>
        <w:t>تو اللہ تعالیٰ نے انٹروین کیا۔ محمد صلی اللہ علیہ وسلم کا زمانہ جو ہے، اسی انٹروینشن کا زمانہ ہے۔</w:t>
      </w:r>
    </w:p>
    <w:p>
      <w:r>
        <w:rPr>
          <w:b/>
        </w:rPr>
        <w:t xml:space="preserve">[06:22] </w:t>
      </w:r>
      <w:r>
        <w:t>sare morkheen hairaan hain ke sirf itna bara empire qaim ho gaya duniya mein, aur sirf thirty years ke andar, kul thirty years.</w:t>
      </w:r>
    </w:p>
    <w:p>
      <w:pPr>
        <w:jc w:val="right"/>
      </w:pPr>
      <w:r>
        <w:t>سارے مورخین حیران ہیں کہ صرف اتنا بڑا ایمپائر قائم ہو گیا دنیا میں، اور صرف تھرٹی ایئرز کے اندر، کل تھرٹی ایئرز۔</w:t>
      </w:r>
    </w:p>
    <w:p>
      <w:r>
        <w:rPr>
          <w:b/>
        </w:rPr>
        <w:t xml:space="preserve">[06:33] </w:t>
      </w:r>
      <w:r>
        <w:t>aap jante hain ke dunya mein bohat se empire bane hain, bohat se empire. aakhri empire tha british empire, un ke banne mein bohat lambi muddat lagi.</w:t>
      </w:r>
    </w:p>
    <w:p>
      <w:pPr>
        <w:jc w:val="right"/>
      </w:pPr>
      <w:r>
        <w:t>آپ جانتے ہیں کہ دنیا میں بہت سے ایمپائر بنے ہیں، بہت سے ایمپائر۔ آخری ایمپائر تھا برٹش ایمپائر، ان کے بننے میں بہت لمبی مدت لگی۔</w:t>
      </w:r>
    </w:p>
    <w:p>
      <w:r>
        <w:rPr>
          <w:b/>
        </w:rPr>
        <w:t xml:space="preserve">[06:48] </w:t>
      </w:r>
      <w:r>
        <w:t>yeh ek hi empire aisa hai islam ka jo sirf thirty years mein ban gaya.</w:t>
      </w:r>
    </w:p>
    <w:p>
      <w:pPr>
        <w:jc w:val="right"/>
      </w:pPr>
      <w:r>
        <w:t>یہ ایک ہی ایمپائر ایسا ہے اسلام کا جو صرف تھرٹی ایئرز میں بن گیا۔</w:t>
      </w:r>
    </w:p>
    <w:p>
      <w:r>
        <w:rPr>
          <w:b/>
        </w:rPr>
        <w:t xml:space="preserve">[06:56] </w:t>
      </w:r>
      <w:r>
        <w:t>to saare log hairaan hain, saare murrakhien. dekhiye, is par bohat kitaabein likhi gayi hain. abhi latest kitaab jo mujhe mili hai, woh yeh hai.</w:t>
      </w:r>
    </w:p>
    <w:p>
      <w:pPr>
        <w:jc w:val="right"/>
      </w:pPr>
      <w:r>
        <w:t>تو سارے لوگ حیران ہیں، سارے مورخین۔ دیکھیے، اس پر بہت کتابیں لکھی گئی ہیں۔ ابھی لیٹسٹ کتاب جو مجھے ملی ہے، وہ یہ ہے۔</w:t>
      </w:r>
    </w:p>
    <w:p>
      <w:r>
        <w:rPr>
          <w:b/>
        </w:rPr>
        <w:t xml:space="preserve">[07:10] </w:t>
      </w:r>
      <w:r>
        <w:t>yeh ek british writer hai, roger sun.</w:t>
      </w:r>
    </w:p>
    <w:p>
      <w:pPr>
        <w:jc w:val="right"/>
      </w:pPr>
      <w:r>
        <w:t>یہ ایک برٹش رائٹر ہے، راجر سن۔</w:t>
      </w:r>
    </w:p>
    <w:p>
      <w:r>
        <w:rPr>
          <w:b/>
        </w:rPr>
        <w:t xml:space="preserve">[07:16] </w:t>
      </w:r>
      <w:r>
        <w:t>british writer roger sun, is ki kitaab hai "the prophet muhammad". "the prophet muhammad".</w:t>
      </w:r>
    </w:p>
    <w:p>
      <w:pPr>
        <w:jc w:val="right"/>
      </w:pPr>
      <w:r>
        <w:t>برٹش رائٹر راجر سن، اس کی کتاب ہے "دی پرافٹ محمد"۔ "دی پرافٹ محمد"۔</w:t>
      </w:r>
    </w:p>
    <w:p>
      <w:r>
        <w:rPr>
          <w:b/>
        </w:rPr>
        <w:t xml:space="preserve">[07:27] </w:t>
      </w:r>
      <w:r>
        <w:t>is ne is baat ko maana hai ke paighambar muhammad ke zariye jo dunya mein revolution aaya, jo empire bana, woh super achiever ka case tha, super achievement ka case tha.</w:t>
      </w:r>
    </w:p>
    <w:p>
      <w:pPr>
        <w:jc w:val="right"/>
      </w:pPr>
      <w:r>
        <w:t>اس نے اس بات کو مانا ہے کہ پیغمبر محمد کے ذریعے جو دنیا میں ریولوشن آیا، جو ایمپائر بنا، وہ سپر اچیور کا کیس تھا، سپر اچیومنٹ کا کیس تھا۔</w:t>
      </w:r>
    </w:p>
    <w:p>
      <w:r>
        <w:rPr>
          <w:b/>
        </w:rPr>
        <w:t xml:space="preserve">[07:46] </w:t>
      </w:r>
      <w:r>
        <w:t>is ne likha hai rasool allah ko "super hero". "super hero" likha, "super hero of history".</w:t>
      </w:r>
    </w:p>
    <w:p>
      <w:pPr>
        <w:jc w:val="right"/>
      </w:pPr>
      <w:r>
        <w:t>اس نے لکھا ہے رسول اللہ کو "سپر ہیرو"۔ "سپر ہیرو" لکھا، "سپر ہیرو آف ہسٹری"۔</w:t>
      </w:r>
    </w:p>
    <w:p>
      <w:r>
        <w:rPr>
          <w:b/>
        </w:rPr>
        <w:t xml:space="preserve">[07:56] </w:t>
      </w:r>
      <w:r>
        <w:t>is se pehle aap jante hain ke kitaab chhapi thi america se "the hundred" doctor michael ki kitaab. is ne poori history ki super achievers ka ek list banai,</w:t>
      </w:r>
    </w:p>
    <w:p>
      <w:pPr>
        <w:jc w:val="right"/>
      </w:pPr>
      <w:r>
        <w:t>اس سے پہلے آپ جانتے ہیں کہ کتاب چھپی تھی امریکہ سے "دا ہنڈرڈ" ڈاکٹر مائیکل کی کتاب۔ اس نے پوری ہسٹری کی سپر اچیورز کا ایک لسٹ بنائی،</w:t>
      </w:r>
    </w:p>
    <w:p>
      <w:r>
        <w:rPr>
          <w:b/>
        </w:rPr>
        <w:t xml:space="preserve">[08:11] </w:t>
      </w:r>
      <w:r>
        <w:t>sau aadmiyon ki.</w:t>
      </w:r>
    </w:p>
    <w:p>
      <w:pPr>
        <w:jc w:val="right"/>
      </w:pPr>
      <w:r>
        <w:t>سو آدمیوں کی۔</w:t>
      </w:r>
    </w:p>
    <w:p>
      <w:r>
        <w:rPr>
          <w:b/>
        </w:rPr>
        <w:t xml:space="preserve">[08:12] </w:t>
      </w:r>
      <w:r>
        <w:t>is mein top par likha muhammad sallallahu alaihi wasallam ko. to saare historians is ko maante hain, saare historians, lekin is ko lete hain woh political empire ke maani mein.</w:t>
      </w:r>
    </w:p>
    <w:p>
      <w:pPr>
        <w:jc w:val="right"/>
      </w:pPr>
      <w:r>
        <w:t>اس میں ٹاپ پر لکھا محمد صلی اللہ علیہ وسلم کو۔ تو سارے ہسٹورین اس کو مانتے ہیں، سارے ہسٹورین، لیکن اس کو لیتے ہیں وہ پولیٹیکل ایمپائر کے معنی میں۔</w:t>
      </w:r>
    </w:p>
    <w:p>
      <w:r>
        <w:rPr>
          <w:b/>
        </w:rPr>
        <w:t xml:space="preserve">[08:26] </w:t>
      </w:r>
      <w:r>
        <w:t>political empire. lekin is ka jo sab se ajeeb pehlu hai, woh yeh hai. dekhiye, ek kitaab hai m n roy ki "the historical role of islam".</w:t>
      </w:r>
    </w:p>
    <w:p>
      <w:pPr>
        <w:jc w:val="right"/>
      </w:pPr>
      <w:r>
        <w:t>پولیٹیکل ایمپائر۔ لیکن اس کا جو سب سے عجیب پہلو ہے، وہ یہ ہے۔ دیکھیے، ایک کتاب ہے ایم این رائے کی "دا ہسٹاریکل رول آف اسلام"۔</w:t>
      </w:r>
    </w:p>
    <w:p>
      <w:r>
        <w:rPr>
          <w:b/>
        </w:rPr>
        <w:t xml:space="preserve">[08:39] </w:t>
      </w:r>
      <w:r>
        <w:t>yeh chhapi hai 1939 mein.</w:t>
      </w:r>
    </w:p>
    <w:p>
      <w:pPr>
        <w:jc w:val="right"/>
      </w:pPr>
      <w:r>
        <w:t>یہ چھپی ہے 1939 میں۔</w:t>
      </w:r>
    </w:p>
    <w:p>
      <w:r>
        <w:rPr>
          <w:b/>
        </w:rPr>
        <w:t xml:space="preserve">[08:43] </w:t>
      </w:r>
      <w:r>
        <w:t>yeh yeh jo kitaab hai, yeh chhapi hai 2003 mein.</w:t>
      </w:r>
    </w:p>
    <w:p>
      <w:pPr>
        <w:jc w:val="right"/>
      </w:pPr>
      <w:r>
        <w:t>یہ یہ جو کتاب ہے، یہ چھپی ہے 2003 میں۔</w:t>
      </w:r>
    </w:p>
    <w:p>
      <w:r>
        <w:rPr>
          <w:b/>
        </w:rPr>
        <w:t xml:space="preserve">[08:50] </w:t>
      </w:r>
      <w:r>
        <w:t>yeh jo kitaab hai roger sun ki, yeh 2003 mein chhapi hai. aur yeh jo kitaab hai m n roy ki, yeh chhapi hai 1939 mein "historical role of islam".</w:t>
      </w:r>
    </w:p>
    <w:p>
      <w:pPr>
        <w:jc w:val="right"/>
      </w:pPr>
      <w:r>
        <w:t>یہ جو کتاب ہے راجر سن کی، یہ 2003 میں چھپی ہے۔ اور یہ جو کتاب ہے ایم این رائے کی، یہ چھپی ہے 1939 میں "ہسٹاریکل رول آف اسلام"۔</w:t>
      </w:r>
    </w:p>
    <w:p>
      <w:r>
        <w:rPr>
          <w:b/>
        </w:rPr>
        <w:t xml:space="preserve">[09:08] </w:t>
      </w:r>
      <w:r>
        <w:t>yeh aadmi secular aadmi hai, religious aadmi nahi hai.</w:t>
      </w:r>
    </w:p>
    <w:p>
      <w:pPr>
        <w:jc w:val="right"/>
      </w:pPr>
      <w:r>
        <w:t>یہ آدمی سیکولر آدمی ہے، ریلیجیس آدمی نہیں ہے۔</w:t>
      </w:r>
    </w:p>
    <w:p>
      <w:r>
        <w:rPr>
          <w:b/>
        </w:rPr>
        <w:t xml:space="preserve">[09:14] </w:t>
      </w:r>
      <w:r>
        <w:t>lekin</w:t>
      </w:r>
    </w:p>
    <w:p>
      <w:pPr>
        <w:jc w:val="right"/>
      </w:pPr>
      <w:r>
        <w:t>لیکن</w:t>
      </w:r>
    </w:p>
    <w:p>
      <w:r>
        <w:rPr>
          <w:b/>
        </w:rPr>
        <w:t xml:space="preserve">[09:15] </w:t>
      </w:r>
      <w:r>
        <w:t>woh likhta hai is mein, is kitaab mein ke "the expansion of islam is the most miraculous of all miracles".</w:t>
      </w:r>
    </w:p>
    <w:p>
      <w:pPr>
        <w:jc w:val="right"/>
      </w:pPr>
      <w:r>
        <w:t>وہ لکھتا ہے اس میں، اس کتاب میں کہ "دا ایکسپینشن آف اسلام از دا موسٹ میریکولس آف آل میریکلز"۔</w:t>
      </w:r>
    </w:p>
    <w:p>
      <w:r>
        <w:rPr>
          <w:b/>
        </w:rPr>
        <w:t xml:space="preserve">[09:29] </w:t>
      </w:r>
      <w:r>
        <w:t>islam ki jo tausee hui, bohat kam muddat mein, woh tamam moajizon se bara moajiza hai. kyunke thirty saal mein lage kul, rasool allah ke 23 saal, aur is ke baad hazrat umar tak das saal taqreeban.</w:t>
      </w:r>
    </w:p>
    <w:p>
      <w:pPr>
        <w:jc w:val="right"/>
      </w:pPr>
      <w:r>
        <w:t>اسلام کی جو توسیع ہوئی، بہت کم مدت میں، وہ تمام معجزوں سے بڑا معجزہ ہے۔ کیونکہ تھرٹی سال میں لگے کل، رسول اللہ کے 23 سال، اور اس کے بعد حضرت عمر تک دس سال تقریباً۔</w:t>
      </w:r>
    </w:p>
    <w:p>
      <w:r>
        <w:rPr>
          <w:b/>
        </w:rPr>
        <w:t xml:space="preserve">[09:45] </w:t>
      </w:r>
      <w:r>
        <w:t>to anokha yeh waqea hai poori tareekh ka ke kaise aisa ho gaya. to yeh likhta hai, yeh jo yeh jo aap jo british writer hai, yeh likhta hai ke "it was mere accidental".</w:t>
      </w:r>
    </w:p>
    <w:p>
      <w:pPr>
        <w:jc w:val="right"/>
      </w:pPr>
      <w:r>
        <w:t>تو انوکھا یہ واقعہ ہے پوری تاریخ کا کہ کیسے ایسا ہو گیا۔ تو یہ لکھتا ہے، یہ جو یہ جو آپ جو برٹش رائٹر ہے، یہ لکھتا ہے کہ "اٹ واز میئر ایکسیڈنٹل"۔</w:t>
      </w:r>
    </w:p>
    <w:p>
      <w:r>
        <w:rPr>
          <w:b/>
        </w:rPr>
        <w:t xml:space="preserve">[10:04] </w:t>
      </w:r>
      <w:r>
        <w:t>mere accidently, yaani mahaz ittifaq tha.</w:t>
      </w:r>
    </w:p>
    <w:p>
      <w:pPr>
        <w:jc w:val="right"/>
      </w:pPr>
      <w:r>
        <w:t>میئر ایکسیڈنٹلی، یعنی محض اتفاق تھا۔</w:t>
      </w:r>
    </w:p>
    <w:p>
      <w:r>
        <w:rPr>
          <w:b/>
        </w:rPr>
        <w:t xml:space="preserve">[10:08] </w:t>
      </w:r>
      <w:r>
        <w:t>to jo waqeaat hue, mawaafiq waqeaat, favoural waqeaat, jis ki wajah se rasool allah ko mauqa mila ke woh aisa kaam kar sakein, rasool ko, ashaab rasool ko, is ko woh kehta hai ke ittifaqat the.</w:t>
      </w:r>
    </w:p>
    <w:p>
      <w:pPr>
        <w:jc w:val="right"/>
      </w:pPr>
      <w:r>
        <w:t>تو جو واقعات ہوئے، موافق واقعات، فیورل واقعات، جس کی وجہ سے رسول اللہ کو موقع ملا کہ وہ ایسا کام کر سکیں، رسول کو، اصحاب رسول کو، اس کو وہ کہتا ہے کہ اتفاقات تھے۔</w:t>
      </w:r>
    </w:p>
    <w:p>
      <w:r>
        <w:rPr>
          <w:b/>
        </w:rPr>
        <w:t xml:space="preserve">[10:24] </w:t>
      </w:r>
      <w:r>
        <w:t>mere accidental kehta hai is ko, mahaz ittifaq. asal baat yeh nahi hai. everything was divinely managed</w:t>
      </w:r>
    </w:p>
    <w:p>
      <w:pPr>
        <w:jc w:val="right"/>
      </w:pPr>
      <w:r>
        <w:t>میئر ایکسیڈنٹل کہتا ہے اس کو، محض اتفاق۔ اصل بات یہ نہیں ہے۔ ایوری تھنگ واز ڈیوائنلی مینجڈ</w:t>
      </w:r>
    </w:p>
    <w:p>
      <w:r>
        <w:rPr>
          <w:b/>
        </w:rPr>
        <w:t xml:space="preserve">[10:35] </w:t>
      </w:r>
      <w:r>
        <w:t>. yeh tareekh mein allah ka intervention tha.</w:t>
      </w:r>
    </w:p>
    <w:p>
      <w:pPr>
        <w:jc w:val="right"/>
      </w:pPr>
      <w:r>
        <w:t>۔ یہ تاریخ میں اللہ کا انٹروینشن تھا۔</w:t>
      </w:r>
    </w:p>
    <w:p>
      <w:r>
        <w:rPr>
          <w:b/>
        </w:rPr>
        <w:t xml:space="preserve">[10:41] </w:t>
      </w:r>
      <w:r>
        <w:t>achha, is mein dekhiye, ek bohat ahem baat yeh hai ke yeh log is ko political empire ke maani mein lete hain. yeh is ko interstitute karna hai.</w:t>
      </w:r>
    </w:p>
    <w:p>
      <w:pPr>
        <w:jc w:val="right"/>
      </w:pPr>
      <w:r>
        <w:t>اچھا، اس میں دیکھیے، ایک بہت اہم بات یہ ہے کہ یہ لوگ اس کو پولیٹیکل ایمپائر کے معنی میں لیتے ہیں۔ یہ اس کو انٹرسٹیوٹ کرنا ہے۔</w:t>
      </w:r>
    </w:p>
    <w:p>
      <w:r>
        <w:rPr>
          <w:b/>
        </w:rPr>
        <w:t xml:space="preserve">[10:52] </w:t>
      </w:r>
      <w:r>
        <w:t>woh ideological empire thi, woh tareekh mein ek hi empire hai jo ideological empire thi.</w:t>
      </w:r>
    </w:p>
    <w:p>
      <w:pPr>
        <w:jc w:val="right"/>
      </w:pPr>
      <w:r>
        <w:t>وہ آئیڈیالوجیکل ایمپائر تھی، وہ تاریخ میں ایک ہی ایمپائر ہے جو آئیڈیالوجیکل ایمپائر تھی۔</w:t>
      </w:r>
    </w:p>
    <w:p>
      <w:r>
        <w:rPr>
          <w:b/>
        </w:rPr>
        <w:t xml:space="preserve">[11:02] </w:t>
      </w:r>
      <w:r>
        <w:t>aur sab thay kya thay?</w:t>
      </w:r>
    </w:p>
    <w:p>
      <w:pPr>
        <w:jc w:val="right"/>
      </w:pPr>
      <w:r>
        <w:t>اور سب تھے کیا تھے؟</w:t>
      </w:r>
    </w:p>
    <w:p>
      <w:r>
        <w:rPr>
          <w:b/>
        </w:rPr>
        <w:t xml:space="preserve">[11:04] </w:t>
      </w:r>
      <w:r>
        <w:t>political empire. mein aap ko aik reference deta hoon. hazrat umar ke zamanay mein jab sahaba iran mein dakhil hue, woh iran jo us waqt sasani empire tha,</w:t>
      </w:r>
    </w:p>
    <w:p>
      <w:pPr>
        <w:jc w:val="right"/>
      </w:pPr>
      <w:r>
        <w:t>پولیٹیکل ایمپائر۔ میں آپ کو ایک ریفرنس دیتا ہوں۔ حضرت عمر کے زمانے میں جب صحابہ ایران میں داخل ہوئے، وہ ایران جو اس وقت ساسانی ایمپائر تھا،</w:t>
      </w:r>
    </w:p>
    <w:p>
      <w:r>
        <w:rPr>
          <w:b/>
        </w:rPr>
        <w:t xml:space="preserve">[11:20] </w:t>
      </w:r>
      <w:r>
        <w:t>to yezdgard ki hukoomat thi, wahan uska sipah salar tha, rustam. wahan sahaba ko bulaya unhon ne baat cheet karne ke liye.</w:t>
      </w:r>
    </w:p>
    <w:p>
      <w:pPr>
        <w:jc w:val="right"/>
      </w:pPr>
      <w:r>
        <w:t>تویدگور کی حکومت تھی، وہاں اس کا سپارہ سالار تھا، رستم۔ وہاں صحابہ کو بلایا انہوں نے بات چیت کرنے کے لیے۔</w:t>
      </w:r>
    </w:p>
    <w:p>
      <w:r>
        <w:rPr>
          <w:b/>
        </w:rPr>
        <w:t xml:space="preserve">[11:34] </w:t>
      </w:r>
      <w:r>
        <w:t>to aik sahabi jab gaye wahan par badshah ke paas to unhon ne poocha ke tum log kyun hamare mulk mein aaye ho? woh samajhte thay ke abhi aaye hain political empire banane ke liye.</w:t>
      </w:r>
    </w:p>
    <w:p>
      <w:pPr>
        <w:jc w:val="right"/>
      </w:pPr>
      <w:r>
        <w:t>تو ایک صحابی جب گئے وہاں پر بادشاہ کے پاس تو انہوں نے پوچھا کہ تم لوگ کیوں ہمارے ملک میں آئے ہو؟ وہ سمجھتے تھے کہ ابھی آئے ہیں پولیٹیکل ایمپائر بنانے کے لیے۔</w:t>
      </w:r>
    </w:p>
    <w:p>
      <w:r>
        <w:rPr>
          <w:b/>
        </w:rPr>
        <w:t xml:space="preserve">[11:46] </w:t>
      </w:r>
      <w:r>
        <w:t>unhon ne kaha ke hamara koi political purpose nahi hai.</w:t>
      </w:r>
    </w:p>
    <w:p>
      <w:pPr>
        <w:jc w:val="right"/>
      </w:pPr>
      <w:r>
        <w:t>انہوں نے کہا کہ ہمارا کوئی پولیٹیکل پرپس نہیں ہے۔</w:t>
      </w:r>
    </w:p>
    <w:p>
      <w:r>
        <w:rPr>
          <w:b/>
        </w:rPr>
        <w:t xml:space="preserve">[11:50] </w:t>
      </w:r>
      <w:r>
        <w:t>unhon ne kaha ke hum aaye hain is liye lanukhrijul ibad min ibadil ibad ila ibadillah Allah ne hamein bheja hai, hum ko ke hum insaan ko insaan ki bandagi se nikal kar Allah ki bandagi mein layein.</w:t>
      </w:r>
    </w:p>
    <w:p>
      <w:pPr>
        <w:jc w:val="right"/>
      </w:pPr>
      <w:r>
        <w:t>انہوں نے کہا کہ ہم آئے ہیں اس لیے لنخرج العباد من عباد العباد الی عباد اللہ اللہ نے ہمیں بھیجا ہے، ہم کو کہ ہم انسان کو انسان کی بندگی سے نکال کر اللہ کی بندگی میں لائیں۔</w:t>
      </w:r>
    </w:p>
    <w:p>
      <w:r>
        <w:rPr>
          <w:b/>
        </w:rPr>
        <w:t xml:space="preserve">[12:11] </w:t>
      </w:r>
      <w:r>
        <w:t>goya aik maqsad hai, aik ideology hai, us ko le kar hum aaye hain.</w:t>
      </w:r>
    </w:p>
    <w:p>
      <w:pPr>
        <w:jc w:val="right"/>
      </w:pPr>
      <w:r>
        <w:t>گویا ایک مقصد ہے، ایک آئیڈیالوجی ہے، اس کو لے کر ہم آئے ہیں۔</w:t>
      </w:r>
    </w:p>
    <w:p>
      <w:r>
        <w:rPr>
          <w:b/>
        </w:rPr>
        <w:t xml:space="preserve">[12:15] </w:t>
      </w:r>
      <w:r>
        <w:t>is liye mein kehta hoon ke yeh ideological empire tha, yeh koi political empire nahi tha. ab dekhiye ke yeh jo jis ko yeh keh rahe hain accident, to accident nahi tha, woh</w:t>
      </w:r>
    </w:p>
    <w:p>
      <w:pPr>
        <w:jc w:val="right"/>
      </w:pPr>
      <w:r>
        <w:t>اس لیے میں کہتا ہوں کہ یہ آئیڈیالوجیکل ایمپائر تھا، یہ کوئی پولیٹیکل ایمپائر نہیں تھا۔ اب دیکھیے کہ یہ جو جس کو یہ کہہ رہے ہیں ایکسیڈنٹ، تو ایکسیڈنٹ نہیں تھا، وہ</w:t>
      </w:r>
    </w:p>
    <w:p>
      <w:r>
        <w:rPr>
          <w:b/>
        </w:rPr>
        <w:t xml:space="preserve">[12:32] </w:t>
      </w:r>
      <w:r>
        <w:t>yeh poora ka poora yahan se wahan tak divinely managed tha. is ke mein kuch aap ko ajza yaad dilata hoon.</w:t>
      </w:r>
    </w:p>
    <w:p>
      <w:pPr>
        <w:jc w:val="right"/>
      </w:pPr>
      <w:r>
        <w:t>یہ پورا کا پورا یہاں سے وہاں تک ڈیوائنلی مینج تھا۔ اس کے میں کچھ آپ کو اجزاء یاد دلاتا ہوں۔</w:t>
      </w:r>
    </w:p>
    <w:p>
      <w:r>
        <w:rPr>
          <w:b/>
        </w:rPr>
        <w:t xml:space="preserve">[12:42] </w:t>
      </w:r>
      <w:r>
        <w:t>dekhiye, sab se pehla masla yeh tha ke rasool Allah ko jo rule karna tha, rule karne ke maani kya thay?</w:t>
      </w:r>
    </w:p>
    <w:p>
      <w:pPr>
        <w:jc w:val="right"/>
      </w:pPr>
      <w:r>
        <w:t>دیکھیے، سب سے پہلا مسئلہ یہ تھا کہ رسول اللہ کو جو رول کرنا تھا، رول کرنے کے معنی کیا تھے؟</w:t>
      </w:r>
    </w:p>
    <w:p>
      <w:r>
        <w:rPr>
          <w:b/>
        </w:rPr>
        <w:t xml:space="preserve">[12:51] </w:t>
      </w:r>
      <w:r>
        <w:t>ke divine civilization ko process mein lana. divine civilization aik din mein nahi banti, woh process mein aa jaye, phir woh takmeel hogi is ki.</w:t>
      </w:r>
    </w:p>
    <w:p>
      <w:pPr>
        <w:jc w:val="right"/>
      </w:pPr>
      <w:r>
        <w:t>کہ ڈیوائن سولائزیشن کو پروسیس میں لانا۔ ڈیوائن سولائزیشن ایک دن میں نہیں بنتی، وہ پروسیس میں آ جائے، پھر وہ تکمیل ہوگی اس کی۔</w:t>
      </w:r>
    </w:p>
    <w:p>
      <w:r>
        <w:rPr>
          <w:b/>
        </w:rPr>
        <w:t xml:space="preserve">[13:06] </w:t>
      </w:r>
      <w:r>
        <w:t>to is ke liye aik team chahiye thi.</w:t>
      </w:r>
    </w:p>
    <w:p>
      <w:pPr>
        <w:jc w:val="right"/>
      </w:pPr>
      <w:r>
        <w:t>تو اس کے لیے ایک ٹیم چاہیے تھی۔</w:t>
      </w:r>
    </w:p>
    <w:p>
      <w:r>
        <w:rPr>
          <w:b/>
        </w:rPr>
        <w:t xml:space="preserve">[13:10] </w:t>
      </w:r>
      <w:r>
        <w:t>lekin team ko banne ke liye aik bohat bara muddat chahiye. to rasool Allah se taqreeban dhai hazar saal pehle hazrat ibrahim ko hukum diya Allah taala ne ke tum apne aulad ko le aa kar basa do desert mein.</w:t>
      </w:r>
    </w:p>
    <w:p>
      <w:pPr>
        <w:jc w:val="right"/>
      </w:pPr>
      <w:r>
        <w:t>لیکن ٹیم کو بننے کے لیے ایک بہت بڑا مدت چاہیے۔ تو رسول اللہ سے تقریباً ڈھائی ہزار سال پہلے حضرت ابراہیم کو حکم دیا اللہ تعالیٰ نے کہ تم اپنے اولاد کو لے آ کر بسا دو ڈیزرٹ میں۔</w:t>
      </w:r>
    </w:p>
    <w:p>
      <w:r>
        <w:rPr>
          <w:b/>
        </w:rPr>
        <w:t xml:space="preserve">[13:29] </w:t>
      </w:r>
      <w:r>
        <w:t>desert mein, yani apni biwi hajra ko aur apne bete ismail ko, jo bachay thay us waqt. kyun wahan basaya?</w:t>
      </w:r>
    </w:p>
    <w:p>
      <w:pPr>
        <w:jc w:val="right"/>
      </w:pPr>
      <w:r>
        <w:t>ڈیزرٹ میں، یعنی اپنی بیوی ہاجرہ کو اور اپنے بیٹے اسماعیل کو، جو بچے تھے اس وقت۔ کیوں وہاں بسایا؟</w:t>
      </w:r>
    </w:p>
    <w:p>
      <w:r>
        <w:rPr>
          <w:b/>
        </w:rPr>
        <w:t xml:space="preserve">[13:39] </w:t>
      </w:r>
      <w:r>
        <w:t>desert ke fitri mahol mein, nature mein aik nai nasal banane ke liye. aur jitne log thay jo paida hote thay cities mein,</w:t>
      </w:r>
    </w:p>
    <w:p>
      <w:pPr>
        <w:jc w:val="right"/>
      </w:pPr>
      <w:r>
        <w:t>ڈیزرٹ کے فطری ماحول میں، نیچر میں ایک نئی نسل بنانے کے لیے۔ اور جتنے لوگ تھے جو پیدا ہوتے تھے سٹیز میں،</w:t>
      </w:r>
    </w:p>
    <w:p>
      <w:r>
        <w:rPr>
          <w:b/>
        </w:rPr>
        <w:t xml:space="preserve">[13:54] </w:t>
      </w:r>
      <w:r>
        <w:t>jahan civilization thi, jahan shirk ka dabdaba hota tha, to wahan par out due to conditioning sab ke sab kharab ho jatay thay.</w:t>
      </w:r>
    </w:p>
    <w:p>
      <w:pPr>
        <w:jc w:val="right"/>
      </w:pPr>
      <w:r>
        <w:t>جہاں سولائزیشن تھی، جہاں شرک کا دبدبہ ہوتا تھا، تو وہاں پر آؤٹ ڈیو ٹو کنڈیشننگ سب کے سب خراب ہو جاتے تھے۔</w:t>
      </w:r>
    </w:p>
    <w:p>
      <w:r>
        <w:rPr>
          <w:b/>
        </w:rPr>
        <w:t xml:space="preserve">[14:06] </w:t>
      </w:r>
      <w:r>
        <w:t>to yeh jo basaya gaya sehra mein, aik aisi nasal banane ke liye jo conditioning se pak ho, jo conditioning se pak ho.</w:t>
      </w:r>
    </w:p>
    <w:p>
      <w:pPr>
        <w:jc w:val="right"/>
      </w:pPr>
      <w:r>
        <w:t>تو یہ جو بسایا گیا صحرا میں، ایک ایسی نسل بنانے کے لیے جو کنڈیشننگ سے پاک ہو، جو کنڈیشننگ سے پاک ہو۔</w:t>
      </w:r>
    </w:p>
    <w:p>
      <w:r>
        <w:rPr>
          <w:b/>
        </w:rPr>
        <w:t xml:space="preserve">[14:20] </w:t>
      </w:r>
      <w:r>
        <w:t>kyun ke wahan to sehra tha, wahan conditioning ka koi saman nahi tha. sehra tha, pahar tha,</w:t>
      </w:r>
    </w:p>
    <w:p>
      <w:pPr>
        <w:jc w:val="right"/>
      </w:pPr>
      <w:r>
        <w:t>کیونکہ وہاں تو صحرا تھا، وہاں کنڈیشننگ کا کوئی سامان نہیں تھا۔ صحرا تھا، پہاڑ تھا،</w:t>
      </w:r>
    </w:p>
    <w:p>
      <w:r>
        <w:rPr>
          <w:b/>
        </w:rPr>
        <w:t xml:space="preserve">[14:29] </w:t>
      </w:r>
      <w:r>
        <w:t>yeh sab cheezein wahan theen. wahan na koi city tha, na koi tamaddun tha, na koi civilization thi, na koi culture tha, kuch nahi. to is mahol mein taqreeban dhai hazar saal tak, yani log tulad aur tanasul, yani log paida hotay rahay, paida hotay rahay, paida hotay rahay.</w:t>
      </w:r>
    </w:p>
    <w:p>
      <w:pPr>
        <w:jc w:val="right"/>
      </w:pPr>
      <w:r>
        <w:t>یہ سب چیزیں وہاں تھیں۔ وہاں نہ کوئی سٹی تھا، نہ کوئی تمدن تھا، نہ کوئی سولائزیشن تھی، نہ کوئی کلچر تھا، کچھ نہیں۔ تو اس ماحول میں تقریباً ڈھائی ہزار سال تک، یعنی لوگ تولد اور تناسل، یعنی لوگ پیدا ہوتے رہے، پیدا ہوتے رہے، پیدا ہوتے رہے۔</w:t>
      </w:r>
    </w:p>
    <w:p>
      <w:r>
        <w:rPr>
          <w:b/>
        </w:rPr>
        <w:t xml:space="preserve">[14:48] </w:t>
      </w:r>
      <w:r>
        <w:t>aap jantay hain ke paida hotay hain, martay hain, paida hotay hain, martay hain. to aik lambi muddat chahiye.</w:t>
      </w:r>
    </w:p>
    <w:p>
      <w:pPr>
        <w:jc w:val="right"/>
      </w:pPr>
      <w:r>
        <w:t>آپ جانتے ہیں کہ پیدا ہوتے ہیں، مرتے ہیں، پیدا ہوتے ہیں، مرتے ہیں۔ تو ایک لمبی مدت چاہیے۔</w:t>
      </w:r>
    </w:p>
    <w:p>
      <w:r>
        <w:rPr>
          <w:b/>
        </w:rPr>
        <w:t xml:space="preserve">[14:54] </w:t>
      </w:r>
      <w:r>
        <w:t>to is mahol mein aisay log paida hue jo conditioning se pak thay. to jab aik qabil-e-lihaz tadad ban gayi un ki, jin ko kehte hain hum banu ismail,</w:t>
      </w:r>
    </w:p>
    <w:p>
      <w:pPr>
        <w:jc w:val="right"/>
      </w:pPr>
      <w:r>
        <w:t>تو اس ماحول میں ایسے لوگ پیدا ہوئے جو کنڈیشننگ سے پاک تھے۔ تو جب ایک قابل لحاظ تعداد بن گئی ان کی، جن کو کہتے ہیں ہم بنو اسماعیل،</w:t>
      </w:r>
    </w:p>
    <w:p>
      <w:r>
        <w:rPr>
          <w:b/>
        </w:rPr>
        <w:t xml:space="preserve">[15:08] </w:t>
      </w:r>
      <w:r>
        <w:t>us waqt wahan rasool Allah sal Allah alaihi wasallam paida hue 570 eesvi mein. aap ne 610 eesvi mein apna mission shuru kiya.</w:t>
      </w:r>
    </w:p>
    <w:p>
      <w:pPr>
        <w:jc w:val="right"/>
      </w:pPr>
      <w:r>
        <w:t>اس وقت وہاں رسول اللہ صلی اللہ علیہ وسلم پیدا ہوئے 570 عیسوی میں۔ آپ نے 610 عیسوی میں اپنا مشن شروع کیا۔</w:t>
      </w:r>
    </w:p>
    <w:p>
      <w:r>
        <w:rPr>
          <w:b/>
        </w:rPr>
        <w:t xml:space="preserve">[15:20] </w:t>
      </w:r>
      <w:r>
        <w:t>23 saal tak aap rahay be's prophet ke. aur is ke baad</w:t>
      </w:r>
    </w:p>
    <w:p>
      <w:pPr>
        <w:jc w:val="right"/>
      </w:pPr>
      <w:r>
        <w:t>23 سال تک آپ رہے بحث پرافٹ کے۔ اور اس کے بعد</w:t>
      </w:r>
    </w:p>
    <w:p>
      <w:r>
        <w:rPr>
          <w:b/>
        </w:rPr>
        <w:t xml:space="preserve">[15:30] </w:t>
      </w:r>
      <w:r>
        <w:t>hazrat abubakar, hazrat umar ka zamanah jo hai, woh taqreeban das saal ka hai. is zamanay mein expansion hua to taqreeban 30 saal ke andar sab kuch ho gaya.</w:t>
      </w:r>
    </w:p>
    <w:p>
      <w:pPr>
        <w:jc w:val="right"/>
      </w:pPr>
      <w:r>
        <w:t>حضرت ابوبکر، حضرت عمر کا زمانہ جو ہے، وہ تقریباً دس سال کا ہے۔ اس زمانے میں ایکسپینشن ہوا تو تقریباً 30 سال کے اندر سب کچھ ہو گیا۔</w:t>
      </w:r>
    </w:p>
    <w:p>
      <w:r>
        <w:rPr>
          <w:b/>
        </w:rPr>
        <w:t xml:space="preserve">[15:41] </w:t>
      </w:r>
      <w:r>
        <w:t>woh kaise hua? yeh sab ka sab Allah taala ka intervention tha, Allah taala ka managem</w:t>
      </w:r>
    </w:p>
    <w:p>
      <w:pPr>
        <w:jc w:val="right"/>
      </w:pPr>
      <w:r>
        <w:t>وہ کیسے ہوا؟ یہ سب کا سب اللہ تعالیٰ کا انٹروینشن تھا، اللہ تعالیٰ کا مینجم</w:t>
      </w:r>
    </w:p>
    <w:p>
      <w:r>
        <w:rPr>
          <w:b/>
        </w:rPr>
        <w:t xml:space="preserve">[15:49] </w:t>
      </w:r>
      <w:r>
        <w:t>tha. us ke kuch ajza ki taraf mein aap ko ishara karta hoon. aik to yeh ke team banane ke liye bano ismail ko istemal kiya gaya. is ke baad kya hua?</w:t>
      </w:r>
    </w:p>
    <w:p>
      <w:pPr>
        <w:jc w:val="right"/>
      </w:pPr>
      <w:r>
        <w:t>نٹ تھا۔ اس کے کچھ اجزاء کی طرف میں آپ کو اشارہ کرتا ہوں۔ ایک تو یہ کہ ٹیم بنانے کے لیے بنو اسماعیل کو استعمال کیا گیا۔ اس کے بعد کیا ہوا؟</w:t>
      </w:r>
    </w:p>
    <w:p>
      <w:r>
        <w:rPr>
          <w:b/>
        </w:rPr>
        <w:t xml:space="preserve">[16:01] </w:t>
      </w:r>
      <w:r>
        <w:t>ke Allah taala ne makkah mein kaaba banoaya. aur aik bilkul aik anokha waqea wahan hua ke us waqt sare arab mein shirk phail chuka tha.</w:t>
      </w:r>
    </w:p>
    <w:p>
      <w:pPr>
        <w:jc w:val="right"/>
      </w:pPr>
      <w:r>
        <w:t>کہ اللہ تعالیٰ نے مکہ میں کعبہ بنوایا۔ اور ایک بالکل ایک انوکھا واقعہ وہاں ہوا کہ اس وقت سارے عرب میں شرک پھیل چکا تھا۔</w:t>
      </w:r>
    </w:p>
    <w:p>
      <w:r>
        <w:rPr>
          <w:b/>
        </w:rPr>
        <w:t xml:space="preserve">[16:14] </w:t>
      </w:r>
      <w:r>
        <w:t>qabail thay wahan par, different tribes thay, poore mulk mein phailay hue thay.</w:t>
      </w:r>
    </w:p>
    <w:p>
      <w:pPr>
        <w:jc w:val="right"/>
      </w:pPr>
      <w:r>
        <w:t>قبائل تھے وہاں پر، ڈفرنٹ ٹرائبز تھے، پورے ملک میں پھیلے ہوئے تھے۔</w:t>
      </w:r>
    </w:p>
    <w:p>
      <w:r>
        <w:rPr>
          <w:b/>
        </w:rPr>
        <w:t xml:space="preserve">[16:19] </w:t>
      </w:r>
      <w:r>
        <w:t>to aisa hua ke sare tribes ke but kaaba mein rakh rakh diye gaye. aisa hota nahin. aap jante hain ke jo mandir hote hain, jo temple hote hain, temple mein aik hi but hota hai.</w:t>
      </w:r>
    </w:p>
    <w:p>
      <w:pPr>
        <w:jc w:val="right"/>
      </w:pPr>
      <w:r>
        <w:t>تو ایسا ہوا کہ سارے ٹرائبز کے بت کعبہ میں رکھ رکھ دیے گئے۔ ایسا ہوتا نہیں۔ آپ جانتے ہیں کہ جو مندر ہوتے ہیں، جو ٹیمپل ہوتے ہیں، ٹیمپل میں ایک ہی بت ہوتا ہے۔</w:t>
      </w:r>
    </w:p>
    <w:p>
      <w:r>
        <w:rPr>
          <w:b/>
        </w:rPr>
        <w:t xml:space="preserve">[16:32] </w:t>
      </w:r>
      <w:r>
        <w:t>isi but ko poojte hain log. yeh to hanoman ka temple ya falan temple. to aam taur par dunya mein jo temple aap jante hain, kisi aik but ke temple hua karte thay.</w:t>
      </w:r>
    </w:p>
    <w:p>
      <w:pPr>
        <w:jc w:val="right"/>
      </w:pPr>
      <w:r>
        <w:t>اسی بت کو پوجتے ہیں لوگ۔ یہ تو ہنومان کا ٹیمپل یا فلاں ٹیمپل۔ تو عام طور پر دنیا میں جو ٹیمپل آپ جانتے ہیں، کسی ایک بت کے ٹیمپل ہوا کرتے تھے۔</w:t>
      </w:r>
    </w:p>
    <w:p>
      <w:r>
        <w:rPr>
          <w:b/>
        </w:rPr>
        <w:t xml:space="preserve">[16:45] </w:t>
      </w:r>
      <w:r>
        <w:t>lekin yeh anokhi baat hai ke makkah mein jo kaaba tha, us mein sare tribes ne apne but la ke rakh diye.</w:t>
      </w:r>
    </w:p>
    <w:p>
      <w:pPr>
        <w:jc w:val="right"/>
      </w:pPr>
      <w:r>
        <w:t>لیکن یہ انوکھی بات ہے کہ مکہ میں جو کعبہ تھا، اس میں سارے ٹرائبز نے اپنے بت لا کے رکھ دیے۔</w:t>
      </w:r>
    </w:p>
    <w:p>
      <w:r>
        <w:rPr>
          <w:b/>
        </w:rPr>
        <w:t xml:space="preserve">[16:55] </w:t>
      </w:r>
      <w:r>
        <w:t>is ka nateeja kya nikla? ke kaaba ya makkah aik center ban gaya sare arab ka. sare arab se jo tribes thay, woh saal bhar ate thay wahan par</w:t>
      </w:r>
    </w:p>
    <w:p>
      <w:pPr>
        <w:jc w:val="right"/>
      </w:pPr>
      <w:r>
        <w:t>اس کا نتیجہ کیا نکلا؟ کہ کعبہ یا مکہ ایک سینٹر بن گیا سارے عرب کا۔ سارے عرب سے جو ٹرائبز تھے، وہ سال بھر آتے تھے وہاں پر</w:t>
      </w:r>
    </w:p>
    <w:p>
      <w:r>
        <w:rPr>
          <w:b/>
        </w:rPr>
        <w:t xml:space="preserve">[17:08] </w:t>
      </w:r>
      <w:r>
        <w:t>. saal bhar wahan par apne bonton ko poojne ke liye, un ka darshan karne ke liye, un ko nazrane dene ke liye.</w:t>
      </w:r>
    </w:p>
    <w:p>
      <w:pPr>
        <w:jc w:val="right"/>
      </w:pPr>
      <w:r>
        <w:t>۔ سال بھر وہاں پر اپنے بتوں کو پوجنے کے لیے، ان کا درشن کرنے کے لیے، ان کو نذرانے دینے کے لیے۔</w:t>
      </w:r>
    </w:p>
    <w:p>
      <w:r>
        <w:rPr>
          <w:b/>
        </w:rPr>
        <w:t xml:space="preserve">[17:17] </w:t>
      </w:r>
      <w:r>
        <w:t>is tarah se wahan par aik kal arab ijtima hota tha, goya ke bar bar. al arab assembly saal mein bar bar poore hota rehta tha.</w:t>
      </w:r>
    </w:p>
    <w:p>
      <w:pPr>
        <w:jc w:val="right"/>
      </w:pPr>
      <w:r>
        <w:t>اس طرح سے وہاں پر ایک کل عرب اجتماع ہوتا تھا، گویا کہ بار بار۔ ال عرب اسمبلی سال میں بار بار پورے ہوتا رہتا تھا۔</w:t>
      </w:r>
    </w:p>
    <w:p>
      <w:r>
        <w:rPr>
          <w:b/>
        </w:rPr>
        <w:t xml:space="preserve">[17:31] </w:t>
      </w:r>
      <w:r>
        <w:t>to rasool Allah ko sare arab mein safar nahi karna pada.</w:t>
      </w:r>
    </w:p>
    <w:p>
      <w:pPr>
        <w:jc w:val="right"/>
      </w:pPr>
      <w:r>
        <w:t>تو رسول اللہ کو سارے عرب میں سفر نہیں کرنا پڑا۔</w:t>
      </w:r>
    </w:p>
    <w:p>
      <w:r>
        <w:rPr>
          <w:b/>
        </w:rPr>
        <w:t xml:space="preserve">[17:35] </w:t>
      </w:r>
      <w:r>
        <w:t>aap ghor kijiye ke sarkain nahi thin, communication nahi tha, sawariyan nahi thin. to kaise aap sare arab mein phailate ja ja ja kar ke? is ke liye to so baras bhi kafi thay.</w:t>
      </w:r>
    </w:p>
    <w:p>
      <w:pPr>
        <w:jc w:val="right"/>
      </w:pPr>
      <w:r>
        <w:t>آپ غور کیجیے کہ سڑکیں نہیں تھیں، کمیونیکیشن نہیں تھا، سواریاں نہیں تھیں۔ تو کیسے آپ سارے عرب میں پھیلاتے جا جا جا کر کے؟ اس کے لیے تو سو برس بھی کافی تھے۔</w:t>
      </w:r>
    </w:p>
    <w:p>
      <w:r>
        <w:rPr>
          <w:b/>
        </w:rPr>
        <w:t xml:space="preserve">[17:45] </w:t>
      </w:r>
      <w:r>
        <w:t>to Allah taala ne aise asbab paida kiye ke sara arab ikatha ho jaye makkah mein. wahin par aap ne tablegh ki, dawat di logon ko, quran sunaya.</w:t>
      </w:r>
    </w:p>
    <w:p>
      <w:pPr>
        <w:jc w:val="right"/>
      </w:pPr>
      <w:r>
        <w:t>تو اللہ تعالیٰ نے ایسے اسباب پیدا کیے کہ سارا عرب اکٹھا ہو جائے مکہ میں۔ وہیں پر آپ نے تبلیغ کی، دعوت دی لوگوں کو، قرآن سنایا۔</w:t>
      </w:r>
    </w:p>
    <w:p>
      <w:r>
        <w:rPr>
          <w:b/>
        </w:rPr>
        <w:t xml:space="preserve">[17:57] </w:t>
      </w:r>
      <w:r>
        <w:t>yani makkah hi mein poora arab mil jata milta raha aap ko. aik anokha intazam tha.</w:t>
      </w:r>
    </w:p>
    <w:p>
      <w:pPr>
        <w:jc w:val="right"/>
      </w:pPr>
      <w:r>
        <w:t>یعنی مکہ ہی میں پورا عرب مل جاتا ملتا رہا آپ کو۔ ایک انوکھا انتظام تھا۔</w:t>
      </w:r>
    </w:p>
    <w:p>
      <w:r>
        <w:rPr>
          <w:b/>
        </w:rPr>
        <w:t xml:space="preserve">[18:04] </w:t>
      </w:r>
      <w:r>
        <w:t>yeh Allah ki taraf se manage kiya gaya tha. phir dekhiye, jis saal rasool Allah paida hue hain, usi saal, yani same year mein, yaman ka aik hakim tha, abraha.</w:t>
      </w:r>
    </w:p>
    <w:p>
      <w:pPr>
        <w:jc w:val="right"/>
      </w:pPr>
      <w:r>
        <w:t>یہ اللہ کی طرف سے مینج کیا گیا تھا۔ پھر دیکھیے، جس سال رسول اللہ پیدا ہوئے ہیں، اسی سال، یعنی سیو ایئر میں،یمن کا ایک حاکم تھا، ابرہا۔</w:t>
      </w:r>
    </w:p>
    <w:p>
      <w:r>
        <w:rPr>
          <w:b/>
        </w:rPr>
        <w:t xml:space="preserve">[18:19] </w:t>
      </w:r>
      <w:r>
        <w:t>us ne chaha ke woh hathon ki fauj le kar aya. us ne chaha ke woh kaaba ko utha de taake jo aik aik central city ban gaya hai arab mein, woh khatam ho jaye, us ki markaziyat khatam ho jaye.</w:t>
      </w:r>
    </w:p>
    <w:p>
      <w:pPr>
        <w:jc w:val="right"/>
      </w:pPr>
      <w:r>
        <w:t>اس نے چاہا کہ وہ ہاتھیوں کی فوج لے کر آیا۔ اس نے چاہا کہ وہ کعبہ کو اٹھا دے تاکہ جو ایک ایک سینٹرل سٹی بن گیا ہے عرب میں، وہ ختم ہو جائے، اس کی مرکزیت ختم ہو جائے۔</w:t>
      </w:r>
    </w:p>
    <w:p>
      <w:r>
        <w:rPr>
          <w:b/>
        </w:rPr>
        <w:t xml:space="preserve">[18:34] </w:t>
      </w:r>
      <w:r>
        <w:t xml:space="preserve">lekin Allah taala ne us ki fauj ko barbaad kar diya, jis ka zikr hai surah al fil. </w:t>
      </w:r>
    </w:p>
    <w:p>
      <w:pPr>
        <w:jc w:val="right"/>
      </w:pPr>
      <w:r>
        <w:t>لیکن اللہ تعالیٰ نے اس کی فوج کو برباد کر دیا، جس کا ذکر ہے سورہ البترکہ ففال ربک بعصاب الفیل میں۔</w:t>
      </w:r>
    </w:p>
    <w:p>
      <w:r>
        <w:rPr>
          <w:b/>
        </w:rPr>
        <w:t xml:space="preserve">[18:44] </w:t>
      </w:r>
      <w:r>
        <w:t>makkah se bahar us ka, us ka, us ka, us ki fauj tabah ho gayi aur woh makkah mein dakhil nahi ho saka ke kaaba ko uthaye.</w:t>
      </w:r>
    </w:p>
    <w:p>
      <w:pPr>
        <w:jc w:val="right"/>
      </w:pPr>
      <w:r>
        <w:t>مکہ سے باہر اس کا، اس کا، اس کا، اس کی فوج تباہ ہو گئی اور وہ مکہ میں داخل نہیں ہو سکا کہ کعبہ کو اٹھائے۔</w:t>
      </w:r>
    </w:p>
    <w:p>
      <w:r>
        <w:rPr>
          <w:b/>
        </w:rPr>
        <w:t xml:space="preserve">[18:54] </w:t>
      </w:r>
      <w:r>
        <w:t>kyun? agar woh aata aur kaaba ko utha deta to sara project ho jata, sara project ho jata.</w:t>
      </w:r>
    </w:p>
    <w:p>
      <w:pPr>
        <w:jc w:val="right"/>
      </w:pPr>
      <w:r>
        <w:t>کیوں؟ اگر وہ آتا اور کعبہ کو اٹھا دیتا تو سارا جیپرٹائز ہو جاتا، سارا مشروع جیپرٹائز ہو جاتا۔</w:t>
      </w:r>
    </w:p>
    <w:p>
      <w:r>
        <w:rPr>
          <w:b/>
        </w:rPr>
        <w:t xml:space="preserve">[19:03] </w:t>
      </w:r>
      <w:r>
        <w:t>kyun ke kaaba ki wajah se yeh mumkin ho gaya tha ke yani al arab assembly wahan ho bar bar, al arab gathering wahan par ho bar bar, aur sare arab ke logon tak aap apna pohncha saken.</w:t>
      </w:r>
    </w:p>
    <w:p>
      <w:pPr>
        <w:jc w:val="right"/>
      </w:pPr>
      <w:r>
        <w:t>کیونکہ کعبہ کی وجہ سے یہ ممکن ہو گیا تھا کہ یعنی ال عرب اسمبلی وہاں ہو بار بار، ال عرب گیدرنگ وہاں پر ہو بار بار، اور سارے عرب کے لوگوں تک آپ اپنا پہنچا سکیں۔</w:t>
      </w:r>
    </w:p>
    <w:p>
      <w:r>
        <w:rPr>
          <w:b/>
        </w:rPr>
        <w:t xml:space="preserve">[19:17] </w:t>
      </w:r>
      <w:r>
        <w:t>is tarah hota hota raha. kaisi ajeeb, kaisi ajeeb anokhi planning thi. acha, is ke baad kya hua?</w:t>
      </w:r>
    </w:p>
    <w:p>
      <w:pPr>
        <w:jc w:val="right"/>
      </w:pPr>
      <w:r>
        <w:t>اس طرح ہوتا ہوتا رہا۔ کیسی عجیب، کیسی عجیب انوکھی پلاننگ تھی۔ اچھا، اس کے بعد کیا ہوا؟</w:t>
      </w:r>
    </w:p>
    <w:p>
      <w:r>
        <w:rPr>
          <w:b/>
        </w:rPr>
        <w:t xml:space="preserve">[19:25] </w:t>
      </w:r>
      <w:r>
        <w:t>ke chunke yeh log conditioning se pak thay, to bohat jald unhone islam ki sachai ko pa liya.</w:t>
      </w:r>
    </w:p>
    <w:p>
      <w:pPr>
        <w:jc w:val="right"/>
      </w:pPr>
      <w:r>
        <w:t>کہ چونکہ یہ لوگ کنڈیشننگ سے پاک تھے، تو بہت جلد انہوں نے اسلام کی سچائی کو پا لیا۔</w:t>
      </w:r>
    </w:p>
    <w:p>
      <w:r>
        <w:rPr>
          <w:b/>
        </w:rPr>
        <w:t xml:space="preserve">[19:36] </w:t>
      </w:r>
      <w:r>
        <w:t>yani yeh kehna chahiye ke sab sab seeker thay, potentially yeh sab seeker thay. agarche wahan par yani shirk aa gaya tha, lekin shirk wahan ka jo tha, woh aisa nahi tha jaisa ke aap doosre mulkon mein dekhte hain.</w:t>
      </w:r>
    </w:p>
    <w:p>
      <w:pPr>
        <w:jc w:val="right"/>
      </w:pPr>
      <w:r>
        <w:t>یعنی یہ کہنا چاہیے کہ سب سب سیکر تھے، پوٹینشلی یہ سب سب سیکر تھے۔ اگرچہ وہاں پر یعنی شرک آ گیا تھا، لیکن شرک وہاں کا جو تھا، وہ ایسا نہیں تھا جیسا کہ آپ دوسرے ملکوں میں دیکھتے ہیں۔</w:t>
      </w:r>
    </w:p>
    <w:p>
      <w:r>
        <w:rPr>
          <w:b/>
        </w:rPr>
        <w:t xml:space="preserve">[19:50] </w:t>
      </w:r>
      <w:r>
        <w:t>bohat oopri oopri tha shirk, oopri oopri aur culture</w:t>
      </w:r>
    </w:p>
    <w:p>
      <w:pPr>
        <w:jc w:val="right"/>
      </w:pPr>
      <w:r>
        <w:t>بہت اوپری اوپری تھا شرک، اوپری اوپری اور کلچر</w:t>
      </w:r>
    </w:p>
    <w:p>
      <w:r>
        <w:rPr>
          <w:b/>
        </w:rPr>
        <w:t xml:space="preserve">[19:54] </w:t>
      </w:r>
      <w:r>
        <w:t>l tha. sach poochen to arab ka jo shirk tha, woh cultural shirk tha, woh religious shirk zyada nahi tha. woh to is wajah se kya hua ke yeh sab log basically seeker thay.</w:t>
      </w:r>
    </w:p>
    <w:p>
      <w:pPr>
        <w:jc w:val="right"/>
      </w:pPr>
      <w:r>
        <w:t>ل تھا۔ سچ پوچھیں تو عرب کا جو شرک تھا، وہ کلچرل شرک تھا، وہ ریلیجیس شرک زیادہ نہیں تھا۔ وہ تو اس وجہ سے کیا ہوا کہ یہ سب لوگ بیسیکلی سیکر تھے۔</w:t>
      </w:r>
    </w:p>
    <w:p>
      <w:r>
        <w:rPr>
          <w:b/>
        </w:rPr>
        <w:t xml:space="preserve">[20:10] </w:t>
      </w:r>
      <w:r>
        <w:t>bohat jald un ke samne baat aa gayi rasool Allah ki. yahan tak ke jitne makkah mein jo khas log thay, woh sab rasool Allah ke saathi ban gaye.</w:t>
      </w:r>
    </w:p>
    <w:p>
      <w:pPr>
        <w:jc w:val="right"/>
      </w:pPr>
      <w:r>
        <w:t>بہت جلد ان کے سامنے بات آ گئی رسول اللہ کی۔ یہاں تک کہ جتنے مکہ میں جو خاص لوگ تھے، وہ سب رسول اللہ کے ساتھی بن گئے۔</w:t>
      </w:r>
    </w:p>
    <w:p>
      <w:r>
        <w:rPr>
          <w:b/>
        </w:rPr>
        <w:t xml:space="preserve">[20:19] </w:t>
      </w:r>
      <w:r>
        <w:t>is ka mein aap ko aik reference deta hoon.</w:t>
      </w:r>
    </w:p>
    <w:p>
      <w:pPr>
        <w:jc w:val="right"/>
      </w:pPr>
      <w:r>
        <w:t>اس کا میں آپ کو ایک ریفرنس دیتا ہوں۔</w:t>
      </w:r>
    </w:p>
    <w:p>
      <w:r>
        <w:rPr>
          <w:b/>
        </w:rPr>
        <w:t xml:space="preserve">[20:22] </w:t>
      </w:r>
      <w:r>
        <w:t>khalid ibn waleed jo thay, unhon ne hijrat se kuch pehle islam qabool kiya tha. jab woh makka se madina gaye islam qabool karne ke liye to rastay mein un ko milay ibn ibn al-aas.</w:t>
      </w:r>
    </w:p>
    <w:p>
      <w:pPr>
        <w:jc w:val="right"/>
      </w:pPr>
      <w:r>
        <w:t>خالد ابن ولید جو تھے، انہوں نے ہجرت سے کچھ پہلے اسلام قبول کیا تھا۔ جب وہ مکہ سے مدینہ گئے اسلام قبول کرنے کے لیے تو راستے میں ان کو ملے ابن ابن العاص۔</w:t>
      </w:r>
    </w:p>
    <w:p>
      <w:r>
        <w:rPr>
          <w:b/>
        </w:rPr>
        <w:t xml:space="preserve">[20:38] </w:t>
      </w:r>
      <w:r>
        <w:t>to is se guftagu hui thi. is waqt khalid ne kaha tha aik bohat ajeeb kalma dakhul al-nas fi al-islam falam yakad ta'am</w:t>
      </w:r>
    </w:p>
    <w:p>
      <w:pPr>
        <w:jc w:val="right"/>
      </w:pPr>
      <w:r>
        <w:t>تو اس سے گفتگو ہوئی تھی۔ اس وقت خالد نے کہا تھا ایک بہت عجیب کلمہ دخل الناس فی الاسلام فلم یکد طعما</w:t>
      </w:r>
    </w:p>
    <w:p>
      <w:r>
        <w:rPr>
          <w:b/>
        </w:rPr>
        <w:t xml:space="preserve">[20:53] </w:t>
      </w:r>
      <w:r>
        <w:t>yani saaray jo people of taste thay, woh to sab islam mein chalay gaye. ab to hamari society mein koi raha nahi. kaisi ajeeb baat hai dakhul al-nas fi al-islam falam yakad ta'am lajar zutam kehte hain men of taste ko.</w:t>
      </w:r>
    </w:p>
    <w:p>
      <w:pPr>
        <w:jc w:val="right"/>
      </w:pPr>
      <w:r>
        <w:t>یعنی سارے جو پیپل آف ٹیسٹ تھے، وہ تو سب اسلام میں چلے گئے۔ اب تو ہماری سوسائٹی میں کوئی رہا نہیں۔ کیسی عجیب بات ہے دخل الناس فی الاسلام فلم یکد طعما لاجر زوتام کہتے ہیں مین آف ٹیسٹ کو۔</w:t>
      </w:r>
    </w:p>
    <w:p>
      <w:r>
        <w:rPr>
          <w:b/>
        </w:rPr>
        <w:t xml:space="preserve">[21:13] </w:t>
      </w:r>
      <w:r>
        <w:t>to makka mein koi men of taste nahi mila raha. to jitnay bhi thay achay log, woh sab islam mein aa gaye.</w:t>
      </w:r>
    </w:p>
    <w:p>
      <w:pPr>
        <w:jc w:val="right"/>
      </w:pPr>
      <w:r>
        <w:t>تو مکہ میں کوئی مین آف ٹیسٹ نہیں ملا رہا۔ تو جتنے بھی تھے اچھے لوگ، وہ سب اسلام میں آ گئے۔</w:t>
      </w:r>
    </w:p>
    <w:p>
      <w:r>
        <w:rPr>
          <w:b/>
        </w:rPr>
        <w:t xml:space="preserve">[21:23] </w:t>
      </w:r>
      <w:r>
        <w:t>kuch log aisay zaroor thay jo sarkashi karte rahay, jaisay abujahal waghera thay. un ko Allah taala ne kiya kiya? aik bohat ajeeb waqia hua. un ko badr mein ikhatta kiya, woh saaray sarkash logon ko.</w:t>
      </w:r>
    </w:p>
    <w:p>
      <w:pPr>
        <w:jc w:val="right"/>
      </w:pPr>
      <w:r>
        <w:t>کچھ لوگ ایسے ضرور تھے جو سرکشی کرتے رہے، جیسے ابوجہل وغیرہ تھے۔ ان کو اللہ تعالیٰ نے کیا کیا؟ ایک بہت عجیب واقعہ ہوا۔ ان کو بدر میں اکٹھا کیا، وہ سارے سرکش لوگوں کو۔</w:t>
      </w:r>
    </w:p>
    <w:p>
      <w:r>
        <w:rPr>
          <w:b/>
        </w:rPr>
        <w:t xml:space="preserve">[21:37] </w:t>
      </w:r>
      <w:r>
        <w:t>kyun ke aap jantay hain ke jo sarkash log hotay hain, woh kisi kaam ko chalnay nahi detay, chalnay nahi detay kisi kaam ko. to wahan par Allah taala ne ikhatta kiya.</w:t>
      </w:r>
    </w:p>
    <w:p>
      <w:pPr>
        <w:jc w:val="right"/>
      </w:pPr>
      <w:r>
        <w:t>کیونکہ آپ جانتے ہیں کہ جو سرکش لوگ ہوتے ہیں، وہ کسی کام کو چلنے نہیں دیتے، چلنے نہیں دیتے کسی کام کو۔ تو وہاں پر اللہ تعالیٰ نے اکٹھا کیا۔</w:t>
      </w:r>
    </w:p>
    <w:p>
      <w:r>
        <w:rPr>
          <w:b/>
        </w:rPr>
        <w:t xml:space="preserve">[21:47] </w:t>
      </w:r>
      <w:r>
        <w:t>is waqt musalman un se muqabla karne ki poshish mein nahi thay.</w:t>
      </w:r>
    </w:p>
    <w:p>
      <w:pPr>
        <w:jc w:val="right"/>
      </w:pPr>
      <w:r>
        <w:t>اس وقت مسلمان ان سے مقابلہ کرنے کی پوشش میں نہیں تھے۔</w:t>
      </w:r>
    </w:p>
    <w:p>
      <w:r>
        <w:rPr>
          <w:b/>
        </w:rPr>
        <w:t xml:space="preserve">[21:52] </w:t>
      </w:r>
      <w:r>
        <w:t>jab yeh san teen hijri mein jo larai hui hai badr ki, to musalman is poshish mein nahi thay ke un se woh muqabla kar sakain. tadad mein kam thay, hathiyar mein kam thay, saman mein kam thay.</w:t>
      </w:r>
    </w:p>
    <w:p>
      <w:pPr>
        <w:jc w:val="right"/>
      </w:pPr>
      <w:r>
        <w:t>جب یہ سن تین ہجری میں جو لڑائی ہوئی ہے بدر کی، تو مسلمان اس پوشش میں نہیں تھے کہ ان سے وہ مقابلہ کر سکیں۔ تعداد میں کم تھے، ہتھیار میں کم تھے، سامان میں کم تھے۔</w:t>
      </w:r>
    </w:p>
    <w:p>
      <w:r>
        <w:rPr>
          <w:b/>
        </w:rPr>
        <w:t xml:space="preserve">[22:04] </w:t>
      </w:r>
      <w:r>
        <w:t>lekin Allah taala ne fouj bheji. quran mein saaf saaf yeh hai ke farishton ki fouj bheji gayi. quran mein saaf saaf likha hua hai. chunancha jab it waz haaf day war, bohat ajeeb baat hai ke badr ki larai adhay din ki larai thi.</w:t>
      </w:r>
    </w:p>
    <w:p>
      <w:pPr>
        <w:jc w:val="right"/>
      </w:pPr>
      <w:r>
        <w:t>لیکن اللہ تعالیٰ نے فوج بھیجی۔ قرآن میں صاف صاف یہ ہے کہ فرشتوں کی فوج بھیجی گئی۔ قرآن میں صاف صاف لکھا ہوا ہے۔ چنانچہ جب اٹ واز ہاف ڈے وار، بہت عجیب بات ہے کہ بد کی لڑائی ادھے دن کی لڑائی تھی۔</w:t>
      </w:r>
    </w:p>
    <w:p>
      <w:r>
        <w:rPr>
          <w:b/>
        </w:rPr>
        <w:t xml:space="preserve">[22:22] </w:t>
      </w:r>
      <w:r>
        <w:t>is ko war kehna hi mushkil hai. aur is mein 70 woh log maray gaye jo sarkash qism ke thay.</w:t>
      </w:r>
    </w:p>
    <w:p>
      <w:pPr>
        <w:jc w:val="right"/>
      </w:pPr>
      <w:r>
        <w:t>اس کو وار کہنا ہی مشکل ہے۔ اور اس میں 70 وہ لوگ مارے گئے جو سرکش قسم کے تھے۔</w:t>
      </w:r>
    </w:p>
    <w:p>
      <w:r>
        <w:rPr>
          <w:b/>
        </w:rPr>
        <w:t xml:space="preserve">[22:30] </w:t>
      </w:r>
      <w:r>
        <w:t>woh makka ke, makka ke sarkash jo log thay, woh 70 aadmi maray gaye is mein. to jab yeh woh jeet kar ke sahaba wapas aaye madina, to wahan madine ke logon ne mubarakbad diya ke tum kamyab hue.</w:t>
      </w:r>
    </w:p>
    <w:p>
      <w:pPr>
        <w:jc w:val="right"/>
      </w:pPr>
      <w:r>
        <w:t>وہ مکے کے، مکے کے سرکش جو لوگ تھے، وہ 70 آدمی مارے گئے اس میں۔ تو جب یہ وہ جیت کر کے صحابہ واپس آئے مدینہ، تو وہاں مدینے کے لوگوں نے مبارکباد دیا کہ تم کامیاب ہوئے۔</w:t>
      </w:r>
    </w:p>
    <w:p>
      <w:r>
        <w:rPr>
          <w:b/>
        </w:rPr>
        <w:t xml:space="preserve">[22:48] </w:t>
      </w:r>
      <w:r>
        <w:t>to jantay hain unhon ne kiya kaha?</w:t>
      </w:r>
    </w:p>
    <w:p>
      <w:pPr>
        <w:jc w:val="right"/>
      </w:pPr>
      <w:r>
        <w:t>تو جانتے ہیں انہوں نے کیا کہا؟</w:t>
      </w:r>
    </w:p>
    <w:p>
      <w:r>
        <w:rPr>
          <w:b/>
        </w:rPr>
        <w:t xml:space="preserve">[22:50] </w:t>
      </w:r>
      <w:r>
        <w:t>kaha hum ko kiya, hum ko kiya mubarakbad detay ho? kaanu kull abeer muqallat fanharana</w:t>
      </w:r>
    </w:p>
    <w:p>
      <w:pPr>
        <w:jc w:val="right"/>
      </w:pPr>
      <w:r>
        <w:t>کہا ہم کو کیا، ہم کو کیا مبارکباد دیتے ہو؟ کانو کل ابریل مقلت فنحرنا</w:t>
      </w:r>
    </w:p>
    <w:p>
      <w:r>
        <w:rPr>
          <w:b/>
        </w:rPr>
        <w:t xml:space="preserve">[23:02] </w:t>
      </w:r>
      <w:r>
        <w:t>woh to bachay hue oont thay, hum ko unhon ne un ka slaughter kar diya. kyun ke to farishton ka kaam tha woh sab.</w:t>
      </w:r>
    </w:p>
    <w:p>
      <w:pPr>
        <w:jc w:val="right"/>
      </w:pPr>
      <w:r>
        <w:t>وہ تو بچے ہوئے اونٹ تھے، ہم کو انہوں نے ان کا سلاٹر کر دیا۔ کیونکہ تو فرشتوں کا کام تھا وہ سب۔</w:t>
      </w:r>
    </w:p>
    <w:p>
      <w:r>
        <w:rPr>
          <w:b/>
        </w:rPr>
        <w:t xml:space="preserve">[23:10] </w:t>
      </w:r>
      <w:r>
        <w:t>to Allah taala ne dekhiye, aik taraf to jitnay achay log thay, un ko islam ki tofeeq de kar islam ke fort mein laya, aur jo sarkash log thay, un ko badr mein khatam kar diya.</w:t>
      </w:r>
    </w:p>
    <w:p>
      <w:pPr>
        <w:jc w:val="right"/>
      </w:pPr>
      <w:r>
        <w:t>تو اللہ تعالیٰ نے دیکھیے، ایک طرف تو جتنے اچھے لوگ تھے، ان کو اسلام کی توفیق دے کر اسلام کے فورٹ میں لایا، اور جو سرکش لوگ تھے، ان کو بدر میں ختم کر دیا۔</w:t>
      </w:r>
    </w:p>
    <w:p>
      <w:r>
        <w:rPr>
          <w:b/>
        </w:rPr>
        <w:t xml:space="preserve">[23:22] </w:t>
      </w:r>
      <w:r>
        <w:t>kaisa ajeeb yeh Allah taala ka intervention tha. achha, is ke baad dekhiye, ab masla tha ke is waqt arab mein do baray shehar thay, makka aur madina.</w:t>
      </w:r>
    </w:p>
    <w:p>
      <w:pPr>
        <w:jc w:val="right"/>
      </w:pPr>
      <w:r>
        <w:t>کیسا عجیب یہ اللہ تعالیٰ کا انٹروینشن تھا۔ اچھا، اس کے بعد دیکھیے، اب مسئلہ تھا کہ اس وقت عرب میں دو بڑے شہر تھے، مکہ اور مدینہ۔</w:t>
      </w:r>
    </w:p>
    <w:p>
      <w:r>
        <w:rPr>
          <w:b/>
        </w:rPr>
        <w:t xml:space="preserve">[23:35] </w:t>
      </w:r>
      <w:r>
        <w:t>madine ka naam is waqt yasrab hua karta tha.</w:t>
      </w:r>
    </w:p>
    <w:p>
      <w:pPr>
        <w:jc w:val="right"/>
      </w:pPr>
      <w:r>
        <w:t>مدینے کا نام اس وقت یسرب ہوا کرتا تھا۔</w:t>
      </w:r>
    </w:p>
    <w:p>
      <w:r>
        <w:rPr>
          <w:b/>
        </w:rPr>
        <w:t xml:space="preserve">[23:39] </w:t>
      </w:r>
      <w:r>
        <w:t>yasrab mein bhi bohat waisay log thay, bohat hi strong qism ke log thay. wahan par Allah taala ne kiya kiya ke aapas mein larai hui. mein isi zamanay mein hijrat se pehle do baray, do baray qabailay thay.</w:t>
      </w:r>
    </w:p>
    <w:p>
      <w:pPr>
        <w:jc w:val="right"/>
      </w:pPr>
      <w:r>
        <w:t>یسرب میں بھی بہت ویسے لوگ تھے، بہت ہی سٹرانگ قسم کے لوگ تھے۔ وہاں پر اللہ تعالیٰ نے کیا کیا کہ آپس میں لڑائی ہوئی۔ میں اسی زمانے میں ہجرت سے پہلے دو بڑے، دو بڑے قبیلے تھے۔</w:t>
      </w:r>
    </w:p>
    <w:p>
      <w:r>
        <w:rPr>
          <w:b/>
        </w:rPr>
        <w:t xml:space="preserve">[23:54] </w:t>
      </w:r>
      <w:r>
        <w:t>aik tha aus, aik hai khazr. dono mein larai ho gayi, bohat zabardast larai, aur dono taraf ke jo sarkash log thay,</w:t>
      </w:r>
    </w:p>
    <w:p>
      <w:pPr>
        <w:jc w:val="right"/>
      </w:pPr>
      <w:r>
        <w:t>ایک تھا اوس، ایک ہے خضر۔ دونوں میں لڑائی ہو گئی، بہت زبردست لڑائی، اور دونوں طرف کے جو سرکش لوگ تھے،</w:t>
      </w:r>
    </w:p>
    <w:p>
      <w:r>
        <w:rPr>
          <w:b/>
        </w:rPr>
        <w:t xml:space="preserve">[24:03] </w:t>
      </w:r>
      <w:r>
        <w:t>woh maray gaye. to makka ke sarkash log badr mein maray gaye thay, aur madine ke sarkash log jang e was mein maray gaye.</w:t>
      </w:r>
    </w:p>
    <w:p>
      <w:pPr>
        <w:jc w:val="right"/>
      </w:pPr>
      <w:r>
        <w:t>وہ مارے گئے۔ تو مکہ کے سرکش لوگ بدر میں مارے گئے تھے، اور مدینے کے سرکش لوگ جنگ واس میں مارے گئے۔</w:t>
      </w:r>
    </w:p>
    <w:p>
      <w:r>
        <w:rPr>
          <w:b/>
        </w:rPr>
        <w:t xml:space="preserve">[24:12] </w:t>
      </w:r>
      <w:r>
        <w:t>ab is ke baad itna maidan khali ho gaya ke bohat tezi se islam phail gaya. madine mein kitabon mein aata hai ke falam tabqa daarib min duoor al-ansar ansar illa wadkhul fi al-islam yani makka madina ke ghar ghar mein islam phail gaya,</w:t>
      </w:r>
    </w:p>
    <w:p>
      <w:pPr>
        <w:jc w:val="right"/>
      </w:pPr>
      <w:r>
        <w:t>اب اس کے بعد اتنا میدان خالی ہو گیا کہ بہت تیزی سے اسلام پھیل گیا۔ مدینے میں کتابوں میں آتا ہے کہ فلم تبقى دارب من دور الانصار انصار الا ودخل فی الاسلام یعنی مکہ مدینہ کے گھر گھر میں اسلام پھیل گیا،</w:t>
      </w:r>
    </w:p>
    <w:p>
      <w:r>
        <w:rPr>
          <w:b/>
        </w:rPr>
        <w:t xml:space="preserve">[24:34] </w:t>
      </w:r>
      <w:r>
        <w:t>kyun ke sarkash log to nikal diye, khatam kar diye gaye thay. achha, is ke baad dekhiye, rasool Allah ko Allah taala ne aik bohat ajeeb ghareeb hikmat batai, jis ko kehte hain hudaybiyah hikmat.</w:t>
      </w:r>
    </w:p>
    <w:p>
      <w:pPr>
        <w:jc w:val="right"/>
      </w:pPr>
      <w:r>
        <w:t>کیونکہ سرکش لوگ تو نکال دیے، ختم کر دیے گئے تھے۔ اچھا، اس کے بعد دیکھیے، رسول اللہ کو اللہ تعالیٰ نے ایک بہت عجیب غریب حکمت بتائی، جس کو کہتے ہیں حدیبیہ حکمت۔</w:t>
      </w:r>
    </w:p>
    <w:p>
      <w:r>
        <w:rPr>
          <w:b/>
        </w:rPr>
        <w:t xml:space="preserve">[24:50] </w:t>
      </w:r>
      <w:r>
        <w:t>kyun ke dekhiye, ideological tehzeeb jo hai, woh jang se nahi banti, is ko insaan darkar hai. insaan jang mein to insaan maray jatay hain, aur is ke liye islam chahiye.</w:t>
      </w:r>
    </w:p>
    <w:p>
      <w:pPr>
        <w:jc w:val="right"/>
      </w:pPr>
      <w:r>
        <w:t>کیونکہ دیکھیے، ائیڈیالوجیکل تہذیب جو ہے، وہ جنگ سے نہیں بنتی، اس کو انسان درکار ہے۔ انسان جنگ میں تو انسان مارے جاتے ہیں، اور اس کے لیے اسلام چاہیے۔</w:t>
      </w:r>
    </w:p>
    <w:p>
      <w:r>
        <w:rPr>
          <w:b/>
        </w:rPr>
        <w:t xml:space="preserve">[25:03] </w:t>
      </w:r>
      <w:r>
        <w:t>to Allah taala ne aisay halaat paida kiye ke hudaybiyah ki sulah hui. is mein rasool Allah ne yaktarfa tor par un ki sharton ko maan liya, aur jangain khatam ho gayin.</w:t>
      </w:r>
    </w:p>
    <w:p>
      <w:pPr>
        <w:jc w:val="right"/>
      </w:pPr>
      <w:r>
        <w:t>تو اللہ تعالیٰ نے ایسے حالات پیدا کیے کہ حدیبیہ کی صلح ہوئی۔ اس میں رسول اللہ نے یکطرفہ طور پر ان کی شرطوں کو مان لیا، اور جنگیں ختم ہوئیں۔</w:t>
      </w:r>
    </w:p>
    <w:p>
      <w:r>
        <w:rPr>
          <w:b/>
        </w:rPr>
        <w:t xml:space="preserve">[25:18] </w:t>
      </w:r>
      <w:r>
        <w:t>woh log bar bar takrao karte the, to takrao ke mahol mein dawat aur tabligh ka kaam nahi ho pata tha.</w:t>
      </w:r>
    </w:p>
    <w:p>
      <w:pPr>
        <w:jc w:val="right"/>
      </w:pPr>
      <w:r>
        <w:t>وہ لوگ بار بار ٹکراؤ کرتے تھے، تو ٹکراؤ کے ماحول میں دعوت اور تبلیغ کا کام نہیں ہو پاتا تھا۔</w:t>
      </w:r>
    </w:p>
    <w:p>
      <w:r>
        <w:rPr>
          <w:b/>
        </w:rPr>
        <w:t xml:space="preserve">[25:26] </w:t>
      </w:r>
      <w:r>
        <w:t>ek ek mahol tha larai bhadai ka, aur ek nafrat ka, aur doori ka. to Allah taala ne jang ke halaat khatm kar diye, aur peace ke mahol paida kiya Hudaybiyah agreement ke zariye se.</w:t>
      </w:r>
    </w:p>
    <w:p>
      <w:pPr>
        <w:jc w:val="right"/>
      </w:pPr>
      <w:r>
        <w:t>ایک ایک ماحول تھا لڑائی بھڑائی کا، اور ایک نفرت کا، اور دوری کا۔ تو اللہ تعالیٰ نے جنگ کے حالات ختم کر دیے، اور پیس کے ماحول پیدا کیا حدیبیہ ایگریمنٹ کے ذریعے سے۔</w:t>
      </w:r>
    </w:p>
    <w:p>
      <w:r>
        <w:rPr>
          <w:b/>
        </w:rPr>
        <w:t xml:space="preserve">[25:40] </w:t>
      </w:r>
      <w:r>
        <w:t>jab peace ka mahol paida hogaya to tezi se dawat ka kaam hone laga,</w:t>
      </w:r>
    </w:p>
    <w:p>
      <w:pPr>
        <w:jc w:val="right"/>
      </w:pPr>
      <w:r>
        <w:t>جب پیس کا ماحول پیدا ہوگیا تو تیزی سے دعوت کا کام ہونے لگا،</w:t>
      </w:r>
    </w:p>
    <w:p>
      <w:r>
        <w:rPr>
          <w:b/>
        </w:rPr>
        <w:t xml:space="preserve">[25:46] </w:t>
      </w:r>
      <w:r>
        <w:t>tezi se. aur nateeja kya hua ke do saal ke andar andar bohat beshtar tadad Islam mein dakhil ho gayi, aur makka fatah ho gaya.</w:t>
      </w:r>
    </w:p>
    <w:p>
      <w:pPr>
        <w:jc w:val="right"/>
      </w:pPr>
      <w:r>
        <w:t>تیزی سے۔ اور نتیجہ کیا ہوا کہ دو سال کے اندر اندر بہت بیشتر تعداد اسلام میں داخل ہو گئی، اور مکہ فتح ہو گیا۔</w:t>
      </w:r>
    </w:p>
    <w:p>
      <w:r>
        <w:rPr>
          <w:b/>
        </w:rPr>
        <w:t xml:space="preserve">[25:59] </w:t>
      </w:r>
      <w:r>
        <w:t>achha, is ke baad dekhiye, Rasool Allah ne jo kaam kiya tha ke sare Arab ke log jo aya karte the makka, un mein dawat jab phaila rahe the, aap to sab ke dil mein saaf carder aa gaya tha,</w:t>
      </w:r>
    </w:p>
    <w:p>
      <w:pPr>
        <w:jc w:val="right"/>
      </w:pPr>
      <w:r>
        <w:t>اچھا، اس کے بعد دیکھیے، رسول اللہ نے جو کام کیا تھا کہ سارے عرب کے لوگ جو آیا کرتے تھے مکہ، ان میں دعوت جب پھیلا رہے تھے، آپ تو سب کے دلوں میں صاف کارڈر آ گیا تھا،</w:t>
      </w:r>
    </w:p>
    <w:p>
      <w:r>
        <w:rPr>
          <w:b/>
        </w:rPr>
        <w:t xml:space="preserve">[26:12] </w:t>
      </w:r>
      <w:r>
        <w:t>baghair is ke ke aap sare Arab ka safar karein.</w:t>
      </w:r>
    </w:p>
    <w:p>
      <w:pPr>
        <w:jc w:val="right"/>
      </w:pPr>
      <w:r>
        <w:t>بغیر اس کے کہ آپ سارے عرب کا سفر کریں۔</w:t>
      </w:r>
    </w:p>
    <w:p>
      <w:r>
        <w:rPr>
          <w:b/>
        </w:rPr>
        <w:t xml:space="preserve">[26:16] </w:t>
      </w:r>
      <w:r>
        <w:t>to jaise hi Hudaybiyah ka muahida hua, aur doosri taraf makka mein state state ban gaya, aap ne kya kiya ke sare Arab qabail mein wufood bheje.</w:t>
      </w:r>
    </w:p>
    <w:p>
      <w:pPr>
        <w:jc w:val="right"/>
      </w:pPr>
      <w:r>
        <w:t>تو جیسے ہی حدیبیہ کا معاہدہ ہوا، اور دوسری طرف مکہ میں سٹی اسٹیٹ بن گیا، آپ نے کیا کیا کہ سارے عرب قبائل میں وفود بھیجے۔</w:t>
      </w:r>
    </w:p>
    <w:p>
      <w:r>
        <w:rPr>
          <w:b/>
        </w:rPr>
        <w:t xml:space="preserve">[26:27] </w:t>
      </w:r>
      <w:r>
        <w:t>isko kehte hain aam al wufood, wufood wufud ka saal, wufud kehte hain deputation. sare qabail mein wufood bhej bhej kar ke sab ko paigham diya ke tum affiliation karo hamare madine ke state ke sath.</w:t>
      </w:r>
    </w:p>
    <w:p>
      <w:pPr>
        <w:jc w:val="right"/>
      </w:pPr>
      <w:r>
        <w:t>اس کو کہتے ہیں عام الوفود، وفود وفد کا سال، وفد کہتے ہیں ڈیپوٹیشن۔ سارے قبائل میں وفود بھیج بھیج کر کے سب کو پیغام دیا کہ تم افلیشن کرو ہمارے مدینے کے اسٹیٹ کے ساتھ۔</w:t>
      </w:r>
    </w:p>
    <w:p>
      <w:r>
        <w:rPr>
          <w:b/>
        </w:rPr>
        <w:t xml:space="preserve">[26:42] </w:t>
      </w:r>
      <w:r>
        <w:t>dhadha dhad sab affiliation kar liya logon ne, aur achaanak poora Arab Islamize ho gaya. is tarah se 23 saal mein Islam Arab mein phail gaya.</w:t>
      </w:r>
    </w:p>
    <w:p>
      <w:pPr>
        <w:jc w:val="right"/>
      </w:pPr>
      <w:r>
        <w:t>دھڑا دھڑ سب افلیشن کر لیا لوگوں نے، اور اچانک پورا عرب اسلامائز ہو گیا۔ اس طرح سے 23 سال میں اسلام عرب میں پھیل گیا۔</w:t>
      </w:r>
    </w:p>
    <w:p>
      <w:r>
        <w:rPr>
          <w:b/>
        </w:rPr>
        <w:t xml:space="preserve">[26:55] </w:t>
      </w:r>
      <w:r>
        <w:t>ab masla tha ke Arab ke bahir do baray empire the, jo jis ko hum kehte hain Sasani Empire aur Badantain Empire.</w:t>
      </w:r>
    </w:p>
    <w:p>
      <w:pPr>
        <w:jc w:val="right"/>
      </w:pPr>
      <w:r>
        <w:t>اب مسئلہ تھا کہ عرب کے باہر دو بڑے ایمپائر تھے، جو جس کو ہم کہتے ہیں ساسانی ایمپائر اور بدنتین ایمپائر۔</w:t>
      </w:r>
    </w:p>
    <w:p>
      <w:r>
        <w:rPr>
          <w:b/>
        </w:rPr>
        <w:t xml:space="preserve">[27:06] </w:t>
      </w:r>
      <w:r>
        <w:t>do us waqt ke do baray empire the bilkul Arab ke sarhadon ke pas. to Allah taala ne kya kiya? ek bohat ajeeb waqea hua jo Surah Ar-Rum mein is ka zikr hai Alif Lam Meem Ghalabat Ar-Rum fi adn al-ard wa hum ba'da ghalabihim sayaghlaboon fi biz sineen</w:t>
      </w:r>
    </w:p>
    <w:p>
      <w:pPr>
        <w:jc w:val="right"/>
      </w:pPr>
      <w:r>
        <w:t>دو اس وقت کے دو بڑے ایمپائر تھے بالکل عرب کے سرحدوں کے پاس۔ تو اللہ تعالیٰ نے کیا کیا؟ ایک بہت عجیب واقعہ ہوا جو سورہ الروم میں اس کا ذکر ہے الف لام میم غلبت الروم فی فی ادن الارض وهم بعد غلبهم سيغلبون فی بز سنین</w:t>
      </w:r>
    </w:p>
    <w:p>
      <w:r>
        <w:rPr>
          <w:b/>
        </w:rPr>
        <w:t xml:space="preserve">[27:28] </w:t>
      </w:r>
      <w:r>
        <w:t>yani dono empire ko aapas mein takra diya. pehle Sasani Empire ne in ko tabah kiya, Roman Empire ko.</w:t>
      </w:r>
    </w:p>
    <w:p>
      <w:pPr>
        <w:jc w:val="right"/>
      </w:pPr>
      <w:r>
        <w:t>یعنی دونوں ایمپائر کو آپس میں ٹکرا دیا۔ پہلے ساسانی ایمپائر نے ان کو تباہ کیا، رومن ایمپائر کو۔</w:t>
      </w:r>
    </w:p>
    <w:p>
      <w:r>
        <w:rPr>
          <w:b/>
        </w:rPr>
        <w:t xml:space="preserve">[27:39] </w:t>
      </w:r>
      <w:r>
        <w:t>phir in ka jo badshah tha Heracles, us ne taqat ikatha ki Qustuntuniya mein. us ne hamla kiya in ko aur Sasani Empire ko tabah kar diya.</w:t>
      </w:r>
    </w:p>
    <w:p>
      <w:pPr>
        <w:jc w:val="right"/>
      </w:pPr>
      <w:r>
        <w:t>پھر ان کا جو بادشاہ تھا ہیرقل، اس نے طاقت اکٹھا کی قسطنطنیہ میں۔ اس نے حملہ کیا ان کو اور ساسانی ایمپائر کو تباہ کر دیا۔</w:t>
      </w:r>
    </w:p>
    <w:p>
      <w:r>
        <w:rPr>
          <w:b/>
        </w:rPr>
        <w:t xml:space="preserve">[27:49] </w:t>
      </w:r>
      <w:r>
        <w:t>to goya ke hathiun ke do giroh aapas mein larr kar khatm ho gaye.</w:t>
      </w:r>
    </w:p>
    <w:p>
      <w:pPr>
        <w:jc w:val="right"/>
      </w:pPr>
      <w:r>
        <w:t>تو گویا کہ ہاتھیوں کے دو گروہ آپس میں لڑ کر ختم ہو گئے۔</w:t>
      </w:r>
    </w:p>
    <w:p>
      <w:r>
        <w:rPr>
          <w:b/>
        </w:rPr>
        <w:t xml:space="preserve">[27:55] </w:t>
      </w:r>
      <w:r>
        <w:t>itna zyada kamzor ho gaya Roman Empire aur Sasani Empire ke ek ek Europe ka ek ek historian hai, Lucky, us ne likha hai ke Musalman jab dakhil hue in mulkon mein, in saltanaton mein,</w:t>
      </w:r>
    </w:p>
    <w:p>
      <w:pPr>
        <w:jc w:val="right"/>
      </w:pPr>
      <w:r>
        <w:t>اتنا زیادہ کمزور ہو گیا رومن ایمپائر اور ساسانی ایمپائر کہ ایک ایک یورپ کا ایک ایک ہسٹورین ہے، لکی، اس نے لکھا ہے کہ مسلمان جب داخل ہوئے ان ملکوں میں، ان سلطنتوں میں،</w:t>
      </w:r>
    </w:p>
    <w:p>
      <w:r>
        <w:rPr>
          <w:b/>
        </w:rPr>
        <w:t xml:space="preserve">[28:11] </w:t>
      </w:r>
      <w:r>
        <w:t>to is tarah tezi se dakhil ho gaye jaise ke deemak lagi hui lakri pe koi keel thoka hai, ghassti ghassti chali jaye.</w:t>
      </w:r>
    </w:p>
    <w:p>
      <w:pPr>
        <w:jc w:val="right"/>
      </w:pPr>
      <w:r>
        <w:t>تو اس طرح تیزی سے داخل ہو گئے جیسے کہ دیمک لگی ہوئی لکڑی پہ کوئی کیل ٹھوکا ہے، گھستی گھستی چلی جائے۔</w:t>
      </w:r>
    </w:p>
    <w:p>
      <w:r>
        <w:rPr>
          <w:b/>
        </w:rPr>
        <w:t xml:space="preserve">[28:24] </w:t>
      </w:r>
      <w:r>
        <w:t>to ye sara ye drama ek divine drama tha jo 30 saal mein ho gaya.</w:t>
      </w:r>
    </w:p>
    <w:p>
      <w:pPr>
        <w:jc w:val="right"/>
      </w:pPr>
      <w:r>
        <w:t>تو یہ سارا یہ ڈرامہ ایک ڈیوائن ڈرامہ تھا جو 30 سال میں ہو گیا۔</w:t>
      </w:r>
    </w:p>
    <w:p>
      <w:r>
        <w:rPr>
          <w:b/>
        </w:rPr>
        <w:t xml:space="preserve">[28:32] </w:t>
      </w:r>
      <w:r>
        <w:t>ab is mein dekhiye, ek bohat aham baat ye hai ke political empire aap sau saal nahi bana sakte hain, ideological empire sau saal mein nahi banti.</w:t>
      </w:r>
    </w:p>
    <w:p>
      <w:pPr>
        <w:jc w:val="right"/>
      </w:pPr>
      <w:r>
        <w:t>اب اس میں دیکھیے، ایک بہت اہم بات یہ ہے کہ پولیٹیکل ایمپائر آپ سو سال نہیں بنا سکتے ہیں، ائیڈیالوجیکل ایمپائر سو سال میں نہیں بنتی۔</w:t>
      </w:r>
    </w:p>
    <w:p>
      <w:r>
        <w:rPr>
          <w:b/>
        </w:rPr>
        <w:t xml:space="preserve">[28:44] </w:t>
      </w:r>
      <w:r>
        <w:t>first generation mein banegi to banegi, nahi to nahi banegi.</w:t>
      </w:r>
    </w:p>
    <w:p>
      <w:pPr>
        <w:jc w:val="right"/>
      </w:pPr>
      <w:r>
        <w:t>فرسٹ جنریشن میں بنے گی تو بنے گی، نہیں تو نہیں بنے گی۔</w:t>
      </w:r>
    </w:p>
    <w:p>
      <w:r>
        <w:rPr>
          <w:b/>
        </w:rPr>
        <w:t xml:space="preserve">[28:48] </w:t>
      </w:r>
      <w:r>
        <w:t>first generation, kyun ke jab founder jo hai, jab mission shuru karta hai to jo log is mein dakhil hote hain, wahi asal hote hain.</w:t>
      </w:r>
    </w:p>
    <w:p>
      <w:pPr>
        <w:jc w:val="right"/>
      </w:pPr>
      <w:r>
        <w:t>فرسٹ جنریشن، کیونکہ جب فاؤنڈر جو ہے، جب مشن شروع کرتا ہے تو جو لوگ اس میں داخل ہوتے ہیں، وہی اصل ہوتے ہیں۔</w:t>
      </w:r>
    </w:p>
    <w:p>
      <w:r>
        <w:rPr>
          <w:b/>
        </w:rPr>
        <w:t xml:space="preserve">[28:57] </w:t>
      </w:r>
      <w:r>
        <w:t>jis ko main keh raha hoon first generation, to wahi asal, unhi ke andar spirit hoti hai, unhi ke andar sari quality hoti hai. to unhi ke, unhi ke zamane mein hoga to ho gaya, nahi to baad ko jo naslein aati hain,</w:t>
      </w:r>
    </w:p>
    <w:p>
      <w:pPr>
        <w:jc w:val="right"/>
      </w:pPr>
      <w:r>
        <w:t>جس کو میں کہہ رہا ہوں فرسٹ جنریشن، تو وہی اصل، انہی کے اندر اسپرٹ ہوتی ہے، انہی کے اندر ساری کوالٹی ہوتی ہے۔ تو انہی کے، انہی کے زمانے میں ہوگا تو ہو گیا، نہیں تو بعد کو جو نسلیں آتی ہیں،</w:t>
      </w:r>
    </w:p>
    <w:p>
      <w:r>
        <w:rPr>
          <w:b/>
        </w:rPr>
        <w:t xml:space="preserve">[29:12] </w:t>
      </w:r>
      <w:r>
        <w:t>second generation, third generation, to zawal shuru ho jata hai. zawal</w:t>
      </w:r>
    </w:p>
    <w:p>
      <w:pPr>
        <w:jc w:val="right"/>
      </w:pPr>
      <w:r>
        <w:t>سیکنڈ جنریشن، تھرڈ جنریشن، تو زوال شروع ہو جاتا ہے۔ زوال</w:t>
      </w:r>
    </w:p>
    <w:p>
      <w:r>
        <w:rPr>
          <w:b/>
        </w:rPr>
        <w:t xml:space="preserve">[29:17] </w:t>
      </w:r>
      <w:r>
        <w:t>to bohat ajeeb baat hai ke Rasool Allah ka jo inqalab hai, wo first generation mein mukammal ho gaya, yani within thirty years. makke mein, madine mein ya Arab mein jinhone kaam kiya, wo sab aap ke ashaab the, Rasool Allah ke ashaab.</w:t>
      </w:r>
    </w:p>
    <w:p>
      <w:pPr>
        <w:jc w:val="right"/>
      </w:pPr>
      <w:r>
        <w:t>تو بہت عجیب بات ہے کہ رسول اللہ کا جو انقلاب ہے، وہ فرسٹ جنریشن میں مکمل ہو گیا، یعنی ود ان تھرٹی ایئرز۔ مکے میں، مدینے میں یا عرب میں جنہوں نے کام کیا، وہ سب آپ کے اصحاب تھے، رسول اللہ کے اصحاب۔</w:t>
      </w:r>
    </w:p>
    <w:p>
      <w:r>
        <w:rPr>
          <w:b/>
        </w:rPr>
        <w:t xml:space="preserve">[29:32] </w:t>
      </w:r>
      <w:r>
        <w:t>aur is ke baad Sasani Empire aur Roman Empire mein jo log dakhil hue, wo bhi aap ke ashaab the. Hazrat Umar ke zamane mein ek kaisi ajeeb anokhi baat hai ke first generation mein ek poora inqalab ho gaya.</w:t>
      </w:r>
    </w:p>
    <w:p>
      <w:pPr>
        <w:jc w:val="right"/>
      </w:pPr>
      <w:r>
        <w:t>اور اس کے بعد ساسانی ایمپائر اور رومن ایمپائر میں جو لوگ داخل ہوئے، وہ بھی آپ کے اصحاب تھے۔ حضرت عمر کے زمانے میں ایک کیسی عجیب انوکھی بات ہے کہ فرسٹ جنریشن میں ایک پورا انقلاب ہو گیا۔</w:t>
      </w:r>
    </w:p>
    <w:p>
      <w:r>
        <w:rPr>
          <w:b/>
        </w:rPr>
        <w:t xml:space="preserve">[29:48] </w:t>
      </w:r>
      <w:r>
        <w:t>tabhi to ye ideological empire bana, warna political empire to aap do sau saal mein banaiye, hazar saal mein banaiye, is ke liye koi zaroorat nahi hai generation ki.</w:t>
      </w:r>
    </w:p>
    <w:p>
      <w:pPr>
        <w:jc w:val="right"/>
      </w:pPr>
      <w:r>
        <w:t>تبھی تو یہ ائیڈیالوجیکل ایمپائر بنا، ورنہ پولیٹیکل ایمپائر تو آپ دو سو سال میں بنائیے، ہزار سال میں بنائیے، اس کے لیے کوئی ضرورت نہیں ہے جنریشن کی۔</w:t>
      </w:r>
    </w:p>
    <w:p>
      <w:r>
        <w:rPr>
          <w:b/>
        </w:rPr>
        <w:t xml:space="preserve">[30:01] </w:t>
      </w:r>
      <w:r>
        <w:t>lekin ideological empire isi waqt ban paye ga jab ke woh first generation mein bane. to first generation mein yeh sab kuch ho gaya.</w:t>
      </w:r>
    </w:p>
    <w:p>
      <w:pPr>
        <w:jc w:val="right"/>
      </w:pPr>
      <w:r>
        <w:t>لیکن ائیڈیالوجیکل ایمپائر اسی وقت بن پائے گا جب کہ وہ فرسٹ جنریشن میں بنے۔ تو فرسٹ جنریشن میں یہ سب کچھ ہو گیا۔</w:t>
      </w:r>
    </w:p>
    <w:p>
      <w:r>
        <w:rPr>
          <w:b/>
        </w:rPr>
        <w:t xml:space="preserve">[30:11] </w:t>
      </w:r>
      <w:r>
        <w:t>is ke baad dekhiye kya hua, kitna ek miracle hua ke</w:t>
      </w:r>
    </w:p>
    <w:p>
      <w:pPr>
        <w:jc w:val="right"/>
      </w:pPr>
      <w:r>
        <w:t>اس کے بعد دیکھیے کیا ہوا، کتنا ایک میریکل ہوا کہ</w:t>
      </w:r>
    </w:p>
    <w:p>
      <w:r>
        <w:rPr>
          <w:b/>
        </w:rPr>
        <w:t xml:space="preserve">[30:22] </w:t>
      </w:r>
      <w:r>
        <w:t>tareekh mein pehli baar Allah ki kitab Quran mehfooz hui. is se pehle insan itna zalim hai ke Khuda ki kitab ko mehfooz nahi hone deta tha.</w:t>
      </w:r>
    </w:p>
    <w:p>
      <w:pPr>
        <w:jc w:val="right"/>
      </w:pPr>
      <w:r>
        <w:t>تاریخ میں پہلی بار اللہ کی کتاب قرآن محفوظ ہوئی۔ اس سے پہلے انسان اتنا ظالم ہے کہ خدا کی کتاب کو محفوظ نہیں ہونے دیتا تھا۔</w:t>
      </w:r>
    </w:p>
    <w:p>
      <w:r>
        <w:rPr>
          <w:b/>
        </w:rPr>
        <w:t xml:space="preserve">[30:34] </w:t>
      </w:r>
      <w:r>
        <w:t>mehfooz hui Rasool Allah ki sunnat. sunnat jo hai, sunnat kya hai? role model hai insan ki zindagi ke liye.</w:t>
      </w:r>
    </w:p>
    <w:p>
      <w:pPr>
        <w:jc w:val="right"/>
      </w:pPr>
      <w:r>
        <w:t>محفوظ ہوئی رسول اللہ کی سنت۔ سنت جو ہے، سنت کیا ہے؟ رول ماڈل ہے انسان کی زندگی کے لیے۔</w:t>
      </w:r>
    </w:p>
    <w:p>
      <w:r>
        <w:rPr>
          <w:b/>
        </w:rPr>
        <w:t xml:space="preserve">[30:41] </w:t>
      </w:r>
      <w:r>
        <w:t>woh role model jo hai, uska authentic edition mehfooz ho gaya. hadeesein mehfooz huin jo guide karein insan ki zindagi ke liye.</w:t>
      </w:r>
    </w:p>
    <w:p>
      <w:pPr>
        <w:jc w:val="right"/>
      </w:pPr>
      <w:r>
        <w:t>وہ رول ماڈل جو ہے، اس کا اتھنٹک ایڈیشن محفوظ ہو گیا۔ حدیثیں محفوظ ہوئیں جو گائیڈ کریں انسان کی زندگی کے لیے۔</w:t>
      </w:r>
    </w:p>
    <w:p>
      <w:r>
        <w:rPr>
          <w:b/>
        </w:rPr>
        <w:t xml:space="preserve">[30:52] </w:t>
      </w:r>
      <w:r>
        <w:t>yeh sab hua. achha, is ke baad tareekh mein ek naya process shuru hua, ek naya daur shuru hua jiska culmination hua western Europe mein.</w:t>
      </w:r>
    </w:p>
    <w:p>
      <w:pPr>
        <w:jc w:val="right"/>
      </w:pPr>
      <w:r>
        <w:t>یہ سب ہوا۔ اچھا، اس کے بعد تاریخ میں ایک نیا پراسیس شروع ہوا، ایک نیا دور شروع ہوا جس کا کلمیشن ہوا ویسٹرن یورپ میں۔</w:t>
      </w:r>
    </w:p>
    <w:p>
      <w:r>
        <w:rPr>
          <w:b/>
        </w:rPr>
        <w:t xml:space="preserve">[31:04] </w:t>
      </w:r>
      <w:r>
        <w:t>is ke baad jo waqiat hue, woh waqiat ek ke baad ek, is ko aap dekhiye. yaani basic kaam to 30 saal mein ho gaya tha, basic kaam, lekin is ka jo agla marhala hai expansion ka, woh mukammal hua hai Renaissance ke baad.</w:t>
      </w:r>
    </w:p>
    <w:p>
      <w:pPr>
        <w:jc w:val="right"/>
      </w:pPr>
      <w:r>
        <w:t>اس کے بعد جو واقعات ہوئے، وہ واقعات ایک کے بعد ایک، اس کو آپ دیکھیے۔ یعنی بیسک کام تو 30 سال میں ہو گیا تھا، بیسک کام، لیکن اس کا جو اگلا مرحلہ ہے ایکسپینشن کا، وہ مکمل ہوا ہے رینیساں کے بعد۔</w:t>
      </w:r>
    </w:p>
    <w:p>
      <w:r>
        <w:rPr>
          <w:b/>
        </w:rPr>
        <w:t xml:space="preserve">[31:28] </w:t>
      </w:r>
      <w:r>
        <w:t>is mein kya kya hua?</w:t>
      </w:r>
    </w:p>
    <w:p>
      <w:pPr>
        <w:jc w:val="right"/>
      </w:pPr>
      <w:r>
        <w:t>اس میں کیا کیا ہوا؟</w:t>
      </w:r>
    </w:p>
    <w:p>
      <w:r>
        <w:rPr>
          <w:b/>
        </w:rPr>
        <w:t xml:space="preserve">[31:30] </w:t>
      </w:r>
      <w:r>
        <w:t>nature mein jo Allah taala ne jo ayat rakhi theen, jo kalmaat rakhe the, is mein jo marifat ke item the, woh unfold hue science ke zariye se, sainsi daryafton ke zariye se.</w:t>
      </w:r>
    </w:p>
    <w:p>
      <w:pPr>
        <w:jc w:val="right"/>
      </w:pPr>
      <w:r>
        <w:t>نیچر میں جو اللہ تعالیٰ نے جو آیات رکھی تھیں، جو کلمات رکھے تھے، اس میں جو معرفت کے آئٹم تھے، وہ انفولڈ ہوئے سائنس کے ذریعے سے، سائنسی دریافتوں کے ذریعے سے۔</w:t>
      </w:r>
    </w:p>
    <w:p>
      <w:r>
        <w:rPr>
          <w:b/>
        </w:rPr>
        <w:t xml:space="preserve">[31:44] </w:t>
      </w:r>
      <w:r>
        <w:t>phir is nature mein Allah taala ne jo jo jo technology rakhi thi, technology khaas taur par communication ki technology, woh sab isi nature mein to thi.</w:t>
      </w:r>
    </w:p>
    <w:p>
      <w:pPr>
        <w:jc w:val="right"/>
      </w:pPr>
      <w:r>
        <w:t>پھر اس نیچر میں اللہ تعالیٰ نے جو جو جو ٹیکنالوجی رکھی تھی، ٹیکنالوجی خاص طور پر کمیونیکیشن کی ٹیکنالوجی، وہ سب اسی نیچر میں تو تھی۔</w:t>
      </w:r>
    </w:p>
    <w:p>
      <w:r>
        <w:rPr>
          <w:b/>
        </w:rPr>
        <w:t xml:space="preserve">[31:57] </w:t>
      </w:r>
      <w:r>
        <w:t>chahe aap ka camera ho ya aap ka mobile ho ya aap ka telephone ho, jo bhi is ko hum kehte hain technology, woh sab isi mein to thi.</w:t>
      </w:r>
    </w:p>
    <w:p>
      <w:pPr>
        <w:jc w:val="right"/>
      </w:pPr>
      <w:r>
        <w:t>چاہے آپ کا کیمرہ ہو یا آپ کا موبائل ہو یا آپ کا ٹیلی فون ہو، جو بھی اس کو ہم کہتے ہیں ٹیکنالوجی، وہ سب اسی میں تو تھی۔</w:t>
      </w:r>
    </w:p>
    <w:p>
      <w:r>
        <w:rPr>
          <w:b/>
        </w:rPr>
        <w:t xml:space="preserve">[32:06] </w:t>
      </w:r>
      <w:r>
        <w:t>is mein se daryaft kar ke banai gayi taake Allah ka paigham sari duniya pohnch sake.</w:t>
      </w:r>
    </w:p>
    <w:p>
      <w:pPr>
        <w:jc w:val="right"/>
      </w:pPr>
      <w:r>
        <w:t>اس میں سے دریافت کر کے بنائی گئی تاکہ اللہ کا پیغام ساری دنیا پہنچ سکے۔</w:t>
      </w:r>
    </w:p>
    <w:p>
      <w:r>
        <w:rPr>
          <w:b/>
        </w:rPr>
        <w:t xml:space="preserve">[32:15] </w:t>
      </w:r>
      <w:r>
        <w:t>phir aur bohat si cheezein darkaar theen. yaani ek taraf to marifat ke item unfold hue, communication unfold hua, aur doosri taraf yeh hai ke sari tareekh mein duniya mein religious persecution tha, yaani mazhabi jabr tha.</w:t>
      </w:r>
    </w:p>
    <w:p>
      <w:pPr>
        <w:jc w:val="right"/>
      </w:pPr>
      <w:r>
        <w:t>پھر اور بہت سی چیزیں درکار تھیں۔ یعنی ایک طرف تو معرفت کے آئٹم انفولڈ ہوئے، کمیونیکیشن انفولڈ ہوا، اور دوسری طرف یہ ہے کہ ساری تاریخ میں دنیا میں ریلیجس پرسیکیوشن تھا، یعنی مذہبی جبر تھا۔</w:t>
      </w:r>
    </w:p>
    <w:p>
      <w:r>
        <w:rPr>
          <w:b/>
        </w:rPr>
        <w:t xml:space="preserve">[32:37] </w:t>
      </w:r>
      <w:r>
        <w:t>to pehli baar tareekh mein aaya woh inqilab ke religious persecution khatam hua aur duniya mein religious freedom aaya. aur yeh is ki takmeel hui hai 1948 mein jab United Nations mein sari qaumon ne pass kiya is ko jisko kehte hain Universal Declaration of Human Rights, jis mein keh diya gaya sare mulkon ki taraf se ke mukammal mazhabi azadi har aadmi ko hasil rahe gi.</w:t>
      </w:r>
    </w:p>
    <w:p>
      <w:pPr>
        <w:jc w:val="right"/>
      </w:pPr>
      <w:r>
        <w:t>تو پہلی بار تاریخ میں آیا وہ انقلاب کہ ریلیجس پرسیکیوشن ختم ہوا اور دنیا میں ریلیجس فریڈم آیا۔ اور یہ اس کی تکمیل ہوئی ہے 1948 میں جب یونائٹڈ نیشنز میں ساری قوموں نے پاس کیا اس کو جس کو کہتے ہیں یونیورسل ڈیکلریشن آف ہیومن رائٹ، جس میں کہہ دیا گیا سارے ملکوں کی طرف سے کہ مکمل مذہبی آزادی ہر آدمی کو حاصل رہے گی۔</w:t>
      </w:r>
    </w:p>
    <w:p>
      <w:r>
        <w:rPr>
          <w:b/>
        </w:rPr>
        <w:t xml:space="preserve">[33:03] </w:t>
      </w:r>
      <w:r>
        <w:t>jis mazhab ko chahe maane, jis mazhab ko chahe par chale, jis mazhab ki chahe ke tablegh tablegh kare, yeh sab azadi mil gayi.</w:t>
      </w:r>
    </w:p>
    <w:p>
      <w:pPr>
        <w:jc w:val="right"/>
      </w:pPr>
      <w:r>
        <w:t>جس مذہب کو چاہے مانے، جس مذہب کو چاہے پر چلے، جس مذہب کی چاہے کہ تبلیغ تبلیغ کرے، یہ سب آزادی مل گئی۔</w:t>
      </w:r>
    </w:p>
    <w:p>
      <w:r>
        <w:rPr>
          <w:b/>
        </w:rPr>
        <w:t xml:space="preserve">[33:13] </w:t>
      </w:r>
      <w:r>
        <w:t>yeh pehle kabhi nahi thi. yeh sab isi isi inqilab ka agla marhala hai. to buniyadi marhala to 30 saal mein mukammal ho gaya ashab e Rasool ke zamane mein, lekin is ke zariye jo ek process chala, process history mein,</w:t>
      </w:r>
    </w:p>
    <w:p>
      <w:pPr>
        <w:jc w:val="right"/>
      </w:pPr>
      <w:r>
        <w:t>یہ پہلے کبھی نہیں تھی۔ یہ سب اسی اسی انقلاب کا اگلا مرحلہ ہے۔ تو بنیادی مرحلہ تو 30 سال میں مکمل ہو گیا اصحاب رسول کے زمانے میں، لیکن اس کے ذریعے جو ایک پراسیس چلا، پراسیس ہسٹری میں،</w:t>
      </w:r>
    </w:p>
    <w:p>
      <w:r>
        <w:rPr>
          <w:b/>
        </w:rPr>
        <w:t xml:space="preserve">[33:30] </w:t>
      </w:r>
      <w:r>
        <w:t>history mein ek process chala, woh chalte chalte is ki takmeel hui atharveen sadi mein, unneesveen sadi mein, beesveen sadi mein. aur yeh sab cheezein zahir huin.</w:t>
      </w:r>
    </w:p>
    <w:p>
      <w:pPr>
        <w:jc w:val="right"/>
      </w:pPr>
      <w:r>
        <w:t>ہسٹری میں ایک پراسیس چلا، وہ چلتے چلتے اس کی تکمیل ہوئی اٹھارویں صدی میں، انیسویں صدی میں، بیسویں صدی میں۔ اور یہ سب چیزیں ظاہر ہوئیں۔</w:t>
      </w:r>
    </w:p>
    <w:p>
      <w:r>
        <w:rPr>
          <w:b/>
        </w:rPr>
        <w:t xml:space="preserve">[33:40] </w:t>
      </w:r>
      <w:r>
        <w:t>to is pure is ko mein kehta hoon divine civilization, rabbani civilization. ab insan ke liye mumkin ho gaya hai ke woh dekhiye, pehle zamane mein badshahon ka satarha hua karta tha, dabdaba.</w:t>
      </w:r>
    </w:p>
    <w:p>
      <w:pPr>
        <w:jc w:val="right"/>
      </w:pPr>
      <w:r>
        <w:t>تو اس پورے اس کو میں کہتا ہوں ڈیوائن سویلائزیشن، ربانی سویلائزیشن۔ اب انسان کے لیے ممکن ہو گیا ہے کہ وہ دیکھیے، پہلے زمانے میں بادشاہوں کا سترہ ہوا کرتا تھا، دبدبہ۔</w:t>
      </w:r>
    </w:p>
    <w:p>
      <w:r>
        <w:rPr>
          <w:b/>
        </w:rPr>
        <w:t xml:space="preserve">[33:57] </w:t>
      </w:r>
      <w:r>
        <w:t>jo badshah chahe, wahi badshah ki marzi ke khilaf kuch nahi ho sakta tha. badshahat khatam ho gayi, democracy aayi.</w:t>
      </w:r>
    </w:p>
    <w:p>
      <w:pPr>
        <w:jc w:val="right"/>
      </w:pPr>
      <w:r>
        <w:t>جو بادشاہ چاہے، وہی بادشاہ کی مرضی کے خلاف کچھ نہیں ہو سکتا تھا۔ بادشاہت ختم ہوگئی، ڈیموکریسی آئی۔</w:t>
      </w:r>
    </w:p>
    <w:p>
      <w:r>
        <w:rPr>
          <w:b/>
        </w:rPr>
        <w:t xml:space="preserve">[34:06] </w:t>
      </w:r>
      <w:r>
        <w:t>democracy ki wajah se yeh mumkin ho gaya ke aap azaad hain, aap ko kisi badshah se poochne ki zaroorat nahi hai. misaal ke taur par hum ek message chala rahe hain to humein kisi badshah se poochne ki zaroorat nahi hai.</w:t>
      </w:r>
    </w:p>
    <w:p>
      <w:pPr>
        <w:jc w:val="right"/>
      </w:pPr>
      <w:r>
        <w:t>ڈیموکریسی کی وجہ سے یہ ممکن ہو گیا کہ آپ آزاد ہیں، آپ کو کسی بادشاہ سے پوچھنے کی ضرورت نہیں ہے۔ مثلاً ہم ایک میسج چلا رہے ہیں تو ہمیں کسی بادشاہ سے پوچھنے کی ضرورت نہیں ہے۔</w:t>
      </w:r>
    </w:p>
    <w:p>
      <w:r>
        <w:rPr>
          <w:b/>
        </w:rPr>
        <w:t xml:space="preserve">[34:20] </w:t>
      </w:r>
      <w:r>
        <w:t>pehla zamane mein badshah se pooche baghair aap koi kaam nahi kar sakte the, koi kaam nahi kar</w:t>
      </w:r>
    </w:p>
    <w:p>
      <w:pPr>
        <w:jc w:val="right"/>
      </w:pPr>
      <w:r>
        <w:t>پہلے زمانے میں بادشاہ سے پوچھے بغیر آپ کوئی کام نہیں کر سکتے تھے، کوئی کام نہیں کر</w:t>
      </w:r>
    </w:p>
    <w:p>
      <w:r>
        <w:rPr>
          <w:b/>
        </w:rPr>
        <w:t xml:space="preserve">[34:26] </w:t>
      </w:r>
      <w:r>
        <w:t>sakte the. abhi bhi, yaani is ko achhi democracy ki ahmiyat woh log samajhte nahi hain. abhi yeh Pakistan mein jo ho raha hai, yaani election, to logon ne bomb maare,</w:t>
      </w:r>
    </w:p>
    <w:p>
      <w:pPr>
        <w:jc w:val="right"/>
      </w:pPr>
      <w:r>
        <w:t>سکتے تھے۔ ابھی بھی، یعنی اس کو اچھی ڈیموکریسی کی اہمیت وہ لوگ سمجھتے نہیں ہیں۔ ابھی یہ پاکستان میں جو ہو رہا ہے، یعنی الیکشن، تو لوگوں نے بم مارے،</w:t>
      </w:r>
    </w:p>
    <w:p>
      <w:r>
        <w:rPr>
          <w:b/>
        </w:rPr>
        <w:t xml:space="preserve">[34:40] </w:t>
      </w:r>
      <w:r>
        <w:t>kehte hain ke democracy jo hai un Islamic hai. yeh bilkul galat baat hai. democracy bilkul Islam hi ke favor mein hai. is ne mauqa diya ke hum azadi ke sath dawat ka kaam kar sakein, azadi ke sath, koi rukawat nahi.</w:t>
      </w:r>
    </w:p>
    <w:p>
      <w:pPr>
        <w:jc w:val="right"/>
      </w:pPr>
      <w:r>
        <w:t>کہتے ہیں کہ ڈیموکریسی جو ہے ان اسلامک ہے۔ یہ بالکل غلط بات ہے۔ ڈیموکریسی بالکل اسلام ہی کے فیور میں ہے۔ اس نے موقع دیا کہ ہم آزادی کے ساتھ دعوت کا کام کر سکیں، آزادی کے ساتھ، کوئی رکاوٹ نہیں۔</w:t>
      </w:r>
    </w:p>
    <w:p>
      <w:r>
        <w:rPr>
          <w:b/>
        </w:rPr>
        <w:t xml:space="preserve">[34:57] </w:t>
      </w:r>
      <w:r>
        <w:t>to yeh aur dekhiye, tourism aaya duniya mein. kabhi is tarah tourism tha nahi. ek adh aadmi kahin nikalta tha, kahin jata tha, to ab to dher ke million, million log yahan se wahan ja rahe hain.</w:t>
      </w:r>
    </w:p>
    <w:p>
      <w:pPr>
        <w:jc w:val="right"/>
      </w:pPr>
      <w:r>
        <w:t>تو یہ اور دیکھیے، ٹورزم آیا دنیا میں۔ کبھی اس طرح ٹورزم تھا نہیں۔ ایک ادھ آدمی کہیں نکلتا تھا، کہیں جاتا تھا، تو اب تو ڈھیر کے ملینیں، ملین لوگ یہاں سے وہاں جا رہے ہیں۔</w:t>
      </w:r>
    </w:p>
    <w:p>
      <w:r>
        <w:rPr>
          <w:b/>
        </w:rPr>
        <w:t xml:space="preserve">[35:11] </w:t>
      </w:r>
      <w:r>
        <w:t>yeh kya hain? yeh aap ke madu hain. kaha madu ko nikal nikal kar Allah taala aap ke paas bhej raha hai. modern tourism jo kiya hai, woh global dawat ka intezam kiya Allah taala ne.</w:t>
      </w:r>
    </w:p>
    <w:p>
      <w:pPr>
        <w:jc w:val="right"/>
      </w:pPr>
      <w:r>
        <w:t>یہ کیا ہیں؟ یہ آپ کے مدعو ہیں۔ کہا مدعو کو نکال نکال کر اللہ تعالیٰ آپ کے پاس بھیج رہا ہے۔ ماڈرن ٹورزم جو کیا ہے، وہ گلوبل دعوت کا انتظام کیا اللہ تعالیٰ نے۔</w:t>
      </w:r>
    </w:p>
    <w:p>
      <w:r>
        <w:rPr>
          <w:b/>
        </w:rPr>
        <w:t xml:space="preserve">[35:26] </w:t>
      </w:r>
      <w:r>
        <w:t>modern tourism kabhi yeh is cheez thi nahi dunya mein. bohat ajeeb cheez hai yeh modern tourism. phir dekhiye, Allah taala ne printing press, yani kuch logon ko ke zariye Allah taala ne printing press ka dour shuru kiya.</w:t>
      </w:r>
    </w:p>
    <w:p>
      <w:pPr>
        <w:jc w:val="right"/>
      </w:pPr>
      <w:r>
        <w:t>ماڈرن ٹورزم کبھی یہ اس چیز تھی نہیں دنیا میں۔ بہت عجیب چیز ہے یہ ماڈرن ٹورزم۔ پھر دیکھیے، اللہ تعالیٰ نے پرنٹنگ پریس، یعنی کچھ لوگوں کو کے ذریعے اللہ تعالیٰ نے پرنٹنگ پریس کا دور شروع کیا۔</w:t>
      </w:r>
    </w:p>
    <w:p>
      <w:r>
        <w:rPr>
          <w:b/>
        </w:rPr>
        <w:t xml:space="preserve">[35:45] </w:t>
      </w:r>
      <w:r>
        <w:t>printing press ki waja se mumkin ho gaya ke aap cheezon ko chhaap chhaap kar sari dunya mein phaila dein.</w:t>
      </w:r>
    </w:p>
    <w:p>
      <w:pPr>
        <w:jc w:val="right"/>
      </w:pPr>
      <w:r>
        <w:t>پرنٹنگ پریس کی وجہ سے ممکن ہو گیا کہ آپ چیزوں کو چھاپ چھاپ کر ساری دنیا میں پھیلا دیں۔</w:t>
      </w:r>
    </w:p>
    <w:p>
      <w:r>
        <w:rPr>
          <w:b/>
        </w:rPr>
        <w:t xml:space="preserve">[35:54] </w:t>
      </w:r>
      <w:r>
        <w:t>aap jante hain ke pehle zamanay mein makhtootat hua karte thay, manuscript. to hath se kitab likhein ge, aap hath se kitab likhein ge.</w:t>
      </w:r>
    </w:p>
    <w:p>
      <w:pPr>
        <w:jc w:val="right"/>
      </w:pPr>
      <w:r>
        <w:t>آپ جانتے ہیں کہ پہلے زمانے میں مخطوطات ہوا کرتے تھے، منسکرپٹ۔ تو ہاتھ سے کتاب لکھیں گے، آپ ہاتھ سے کتاب لکھیں گے۔</w:t>
      </w:r>
    </w:p>
    <w:p>
      <w:r>
        <w:rPr>
          <w:b/>
        </w:rPr>
        <w:t xml:space="preserve">[36:03] </w:t>
      </w:r>
      <w:r>
        <w:t>aap isi liye taleem, education aam nahi hoti thi. pehle zamanay mein education jo aam nahi hoti thi, us ki waja yahi thi ke printing press nahi aaya tha.</w:t>
      </w:r>
    </w:p>
    <w:p>
      <w:pPr>
        <w:jc w:val="right"/>
      </w:pPr>
      <w:r>
        <w:t>آپ اسی لیے تعلیم، ایجوکیشن عام نہیں ہوتی تھی۔ پہلے زمانے میں ایجوکیشن جو عام نہیں ہوتی تھی، اس کی وجہ یہی تھی کہ پرنٹنگ پریس نہیں آیا تھا۔</w:t>
      </w:r>
    </w:p>
    <w:p>
      <w:r>
        <w:rPr>
          <w:b/>
        </w:rPr>
        <w:t xml:space="preserve">[36:14] </w:t>
      </w:r>
      <w:r>
        <w:t>jab printing press aa gaya, tab education aam ho gayi. education aam hone ke maani kya hain</w:t>
      </w:r>
    </w:p>
    <w:p>
      <w:pPr>
        <w:jc w:val="right"/>
      </w:pPr>
      <w:r>
        <w:t>جب پرنٹنگ پریس آ گیا، تب ایجوکیشن عام ہو گئی۔ ایجوکیشن عام ہونے کے معنی کیا ہیں</w:t>
      </w:r>
    </w:p>
    <w:p>
      <w:r>
        <w:rPr>
          <w:b/>
        </w:rPr>
        <w:t xml:space="preserve">[36:20] </w:t>
      </w:r>
      <w:r>
        <w:t>? ke logon ko is qabil ho gaye ke woh Islam jaisi dawat ko samajh sakein. yani printing press aaya, taleem aayi, taleem aayi to intellectual development aaya,</w:t>
      </w:r>
    </w:p>
    <w:p>
      <w:pPr>
        <w:jc w:val="right"/>
      </w:pPr>
      <w:r>
        <w:t>؟ کہ لوگوں کو اس قابل ہو گئے کہ وہ اسلام جیسی دعوت کو سمجھ سکیں۔ یعنی پرنٹنگ پریس آیا، تعلیم آئی، تعلیم آئی تو انٹلیکچول ڈیویلپمنٹ آیا،</w:t>
      </w:r>
    </w:p>
    <w:p>
      <w:r>
        <w:rPr>
          <w:b/>
        </w:rPr>
        <w:t xml:space="preserve">[36:34] </w:t>
      </w:r>
      <w:r>
        <w:t>logon ke andar intellectual awakening aayi. yeh sara dour aaya, yeh sab Islam ke liye hua. yeh sara isi ka hissa hai yeh jis ko mein divine civilization kehta hoon.</w:t>
      </w:r>
    </w:p>
    <w:p>
      <w:pPr>
        <w:jc w:val="right"/>
      </w:pPr>
      <w:r>
        <w:t>لوگوں کے اندر انٹلیکچول اویکننگ آئی۔ یہ سارا دور آیا، یہ سب اسلام کے لیے ہوا۔ یہ سارا اسی کا حصہ ہے یہ جس کو میں ڈیوائن سویلائزیشن کہتا ہوں۔</w:t>
      </w:r>
    </w:p>
    <w:p>
      <w:r>
        <w:rPr>
          <w:b/>
        </w:rPr>
        <w:t xml:space="preserve">[36:46] </w:t>
      </w:r>
      <w:r>
        <w:t>to Allah taala ne Adam ke baad hi se prophet bhejna shuru kiya taake yeh dour aaye insaan ke upar.</w:t>
      </w:r>
    </w:p>
    <w:p>
      <w:pPr>
        <w:jc w:val="right"/>
      </w:pPr>
      <w:r>
        <w:t>تو اللہ تعالیٰ نے آدم کے بعد ہی سے پرافٹ بھیجنا شروع کیا تاکہ یہ دور آئے انسان کے اوپر۔</w:t>
      </w:r>
    </w:p>
    <w:p>
      <w:r>
        <w:rPr>
          <w:b/>
        </w:rPr>
        <w:t xml:space="preserve">[36:55] </w:t>
      </w:r>
      <w:r>
        <w:t>lekin insaan chalne nahi deta tha, hazaron saal tak nahi chalne diya. wahi jo Quran mein hai ke Allah ki roshni ko phoonk se bujhane ki koshish karte rahe ho.</w:t>
      </w:r>
    </w:p>
    <w:p>
      <w:pPr>
        <w:jc w:val="right"/>
      </w:pPr>
      <w:r>
        <w:t>لیکن انسان چلنے نہیں دیتا تھا، ہزاروں سال تک نہیں چلنے دیا۔ وہی جو قرآن میں ہے کہ اللہ کی روشنی کو پھونک سے بجھانے کی کوشش کرتے رہے ہو۔</w:t>
      </w:r>
    </w:p>
    <w:p>
      <w:r>
        <w:rPr>
          <w:b/>
        </w:rPr>
        <w:t xml:space="preserve">[37:06] </w:t>
      </w:r>
      <w:r>
        <w:t>phir Allah taala ne intervene kiya aur with in a short period itna sab miracle ho gaya.</w:t>
      </w:r>
    </w:p>
    <w:p>
      <w:pPr>
        <w:jc w:val="right"/>
      </w:pPr>
      <w:r>
        <w:t>پھر اللہ تعالیٰ نے انٹروین کیا اور ود ان ا شارٹ پیریڈ اتنا سب میریکل ہو گیا۔</w:t>
      </w:r>
    </w:p>
    <w:p>
      <w:r>
        <w:rPr>
          <w:b/>
        </w:rPr>
        <w:t xml:space="preserve">[37:15] </w:t>
      </w:r>
      <w:r>
        <w:t>ab woh dour apne aakhri takmeel tak pahunch chuka hai, aakhri culmination tak. ab dunya mein aap dekhiye, religious freedom hai, printing press hai aur communication hai aur azadi hai.</w:t>
      </w:r>
    </w:p>
    <w:p>
      <w:pPr>
        <w:jc w:val="right"/>
      </w:pPr>
      <w:r>
        <w:t>اب وہ دور اپنے آخری تکمیل تک پہنچ چکا ہے، آخری کلمیشن تک۔ اب دنیا میں آپ دیکھیے، ریلیجس فریڈم ہے، پرنٹنگ پریس ہے اور کمیونیکیشن ہے اور آزادی ہے۔</w:t>
      </w:r>
    </w:p>
    <w:p>
      <w:r>
        <w:rPr>
          <w:b/>
        </w:rPr>
        <w:t xml:space="preserve">[37:33] </w:t>
      </w:r>
      <w:r>
        <w:t>har jagah aap ja sakte hain, jahan chahe dawat phaila sakte hain. jo marifat ke khazane jo nature mein thay, woh unfold ho chuke hain.</w:t>
      </w:r>
    </w:p>
    <w:p>
      <w:pPr>
        <w:jc w:val="right"/>
      </w:pPr>
      <w:r>
        <w:t>ہر جگہ آپ جا سکتے ہیں، جہاں چاہے دعوت پھیلا سکتے ہیں۔ جو معرفت کے خزانے جو نیچر میں تھے، وہ انفولڈ ہو چکے ہیں۔</w:t>
      </w:r>
    </w:p>
    <w:p>
      <w:r>
        <w:rPr>
          <w:b/>
        </w:rPr>
        <w:t xml:space="preserve">[37:41] </w:t>
      </w:r>
      <w:r>
        <w:t>yani yeh mumkin ho gaya hai ke aap Allah ke paigham ko jo pehle pesh kiya gaya tha, ab ilmi dalail se pesh kar sakein.</w:t>
      </w:r>
    </w:p>
    <w:p>
      <w:pPr>
        <w:jc w:val="right"/>
      </w:pPr>
      <w:r>
        <w:t>یعنی یہ ممکن ہو گیا ہے کہ آپ اللہ کے پیغام کو جو پہلے پیش کیا گیا تھا، اب علمی دلائل سے پیش کر سکیں۔</w:t>
      </w:r>
    </w:p>
    <w:p>
      <w:r>
        <w:rPr>
          <w:b/>
        </w:rPr>
        <w:t xml:space="preserve">[37:52] </w:t>
      </w:r>
      <w:r>
        <w:t>pehle ilmi dalail maujood nahi thay kyunke ilmi dalail to aaye hain science ke zahoor ke baad. science ke zahoor ke baad ek nature maujood hui hamare liye ke logical dalail ke sath, rational dalail ke sath, ilmi dalail ke sath hum Allah ki baat ko mudallil kar sakein.</w:t>
      </w:r>
    </w:p>
    <w:p>
      <w:pPr>
        <w:jc w:val="right"/>
      </w:pPr>
      <w:r>
        <w:t>پہلے علمی دلائل موجود نہیں تھے کیونکہ علمی دلائل تو آئے ہیں سائنس کے ظہور کے بعد۔ سائنس کے ظہور کے بعد ایک نیچر موجود ہوئی ہمارے لیے کہ لاجیکل دلائل کے ساتھ، ریشنل دلائل کے ساتھ، علمی دلائل کے ساتھ ہم اللہ کی بات کو مدلل کر سکیں۔</w:t>
      </w:r>
    </w:p>
    <w:p>
      <w:r>
        <w:rPr>
          <w:b/>
        </w:rPr>
        <w:t xml:space="preserve">[38:10] </w:t>
      </w:r>
      <w:r>
        <w:t>yeh mumkin ho gaya. yeh sab hai rabbani civilization ka hissa. ab aap is ayat ko phir se sochiye jo Quran mein do bar aayi hai ke yeh log chahte hain ke apni phoonkon se Allah ki roshni ko bujha dein.</w:t>
      </w:r>
    </w:p>
    <w:p>
      <w:pPr>
        <w:jc w:val="right"/>
      </w:pPr>
      <w:r>
        <w:t>یہ ممکن ہو گیا۔ یہ سب ہے ربانی سویلائزیشن کا حصہ۔ اب آپ اس آیت کو پھر سے سوچیے جو قرآن میں دو بار آئی ہے کہ یہ لوگ چاہتے ہیں کہ اپنی پھونکوں سے اللہ کی روشنی کو بجھا دیں۔</w:t>
      </w:r>
    </w:p>
    <w:p>
      <w:r>
        <w:rPr>
          <w:b/>
        </w:rPr>
        <w:t xml:space="preserve">[38:27] </w:t>
      </w:r>
      <w:r>
        <w:t>yani hazaron saal tak unhon ne chalne nahi diya prophet ke maamle ke zariye jo Allah ne chaha dunya mein lana. ek dour to Allah taala ne intervene kiya.</w:t>
      </w:r>
    </w:p>
    <w:p>
      <w:pPr>
        <w:jc w:val="right"/>
      </w:pPr>
      <w:r>
        <w:t>یعنی ہزاروں سال تک انہوں نے چلنے نہیں دیا پرافٹ کے معاملے کے ذریعے جو اللہ نے چاہا دنیا میں لانا۔ ایک دور تو اللہ تعالیٰ نے انٹروین کیا۔</w:t>
      </w:r>
    </w:p>
    <w:p>
      <w:r>
        <w:rPr>
          <w:b/>
        </w:rPr>
        <w:t xml:space="preserve">[38:39] </w:t>
      </w:r>
      <w:r>
        <w:t>wayab Allah munawwarah Quran mein hai wallahu mutammimun noorahu walaw karihal kafirun ke ab Khuda intervene karta hai aur Khuda intervene kar ke apni roshni ko mukammal karega.</w:t>
      </w:r>
    </w:p>
    <w:p>
      <w:pPr>
        <w:jc w:val="right"/>
      </w:pPr>
      <w:r>
        <w:t>وياب اللہ منورہ قرآن میں ہے واللہ متمنور ولو کرہ الکافرون کہ اب خدا انٹروین کرتا ہے اور خدا انٹروین کر کے اپنی روشنی کو مکمل کرے گا۔</w:t>
      </w:r>
    </w:p>
    <w:p>
      <w:r>
        <w:rPr>
          <w:b/>
        </w:rPr>
        <w:t xml:space="preserve">[38:54] </w:t>
      </w:r>
      <w:r>
        <w:t>yani divine civilization ko wajood mein layega. yeh kitni bari baat hai! yeh</w:t>
      </w:r>
    </w:p>
    <w:p>
      <w:pPr>
        <w:jc w:val="right"/>
      </w:pPr>
      <w:r>
        <w:t>یعنی ڈیوائن سویلائزیشن کو وجود میں لائے گا۔ یہ کتنی بڑی بات ہے! یہ</w:t>
      </w:r>
    </w:p>
    <w:p>
      <w:r>
        <w:rPr>
          <w:b/>
        </w:rPr>
        <w:t xml:space="preserve">[39:01] </w:t>
      </w:r>
      <w:r>
        <w:t>dekhiye, is mein ek ek aur bohat hi, yani yani sare sare sare galaxies se bari baat hai.</w:t>
      </w:r>
    </w:p>
    <w:p>
      <w:pPr>
        <w:jc w:val="right"/>
      </w:pPr>
      <w:r>
        <w:t>دیکھیں، اس میں ایک ایک اور بہت ہی، یعنی یعنی سارے سارے سارے گلیکسیز سے زیادہ بڑی بات ہے۔</w:t>
      </w:r>
    </w:p>
    <w:p>
      <w:r>
        <w:rPr>
          <w:b/>
        </w:rPr>
        <w:t xml:space="preserve">[39:12] </w:t>
      </w:r>
      <w:r>
        <w:t>is mein woh kya? is mein aap ko ek living God ka zinda yaqeen hasil hota hai.</w:t>
      </w:r>
    </w:p>
    <w:p>
      <w:pPr>
        <w:jc w:val="right"/>
      </w:pPr>
      <w:r>
        <w:t>اس میں وہ کیا؟ اس میں آپ کو ایک لیونگ گاڈ کا زندہ یقین حاصل ہوتا ہے۔</w:t>
      </w:r>
    </w:p>
    <w:p>
      <w:r>
        <w:rPr>
          <w:b/>
        </w:rPr>
        <w:t xml:space="preserve">[39:23] </w:t>
      </w:r>
      <w:r>
        <w:t>living God ka! kyunke aap dekhiye, yeh jo waqea hua, yeh Mahmood bin Abdullah ke bas mein nahi tha, Abu Bakr, Abu Bakr aur Umar ke bas mein nahi tha.</w:t>
      </w:r>
    </w:p>
    <w:p>
      <w:pPr>
        <w:jc w:val="right"/>
      </w:pPr>
      <w:r>
        <w:t>لیونگ گاڈ کا! کیونکہ آپ دیکھیے، یہ جو واقعہ ہوا، یہ محمود بن عبداللہ کے بس میں نہیں تھا، ابوبکر، ابوبکر اور عمر کے بس میں نہیں تھا۔</w:t>
      </w:r>
    </w:p>
    <w:p>
      <w:r>
        <w:rPr>
          <w:b/>
        </w:rPr>
        <w:t xml:space="preserve">[39:35] </w:t>
      </w:r>
      <w:r>
        <w:t>to kis ne kiya yeh waqea? ko is waqea ko kis ne kiya? yeh Allah ne kiya. to is yeh yeh jo maine arz kiya, tareekh ka yeh tareekh ki yeh tasweer, tareekh ki is tasweer mein Allah ka ek zinda saboot maujood hai</w:t>
      </w:r>
    </w:p>
    <w:p>
      <w:pPr>
        <w:jc w:val="right"/>
      </w:pPr>
      <w:r>
        <w:t>تو کس نے کیا یہ واقعہ؟ کو اس واقعہ کو کس نے کیا؟ یہ اللہ نے کیا۔ تو اس یہ یہ جو میں نے عرض کیا، تاریخ کا یہ تاریخ کی یہ تصویر، تاریخ کی اس تصویر میں اللہ کا ایک زندہ ثبوت موجود ہے</w:t>
      </w:r>
    </w:p>
    <w:p>
      <w:r>
        <w:rPr>
          <w:b/>
        </w:rPr>
        <w:t xml:space="preserve">[39:52] </w:t>
      </w:r>
      <w:r>
        <w:t>ke ek Allah hai jo qayyum al samawat wal arz hai, jo sari taqaton ka malik hai. us ne intervene kar ke ek bohat hi short period mein itna bara waqea kar diya.</w:t>
      </w:r>
    </w:p>
    <w:p>
      <w:pPr>
        <w:jc w:val="right"/>
      </w:pPr>
      <w:r>
        <w:t>کہ ایک اللہ ہے جو قیوم السماوات والارض ہے، جو ساری طاقتوں کا مالک ہے۔ اس نے انٹروین کر کے ایک بہت ہی شارٹ پیریڈ میں اتنا بڑا واقعہ کر دیا۔</w:t>
      </w:r>
    </w:p>
    <w:p>
      <w:r>
        <w:rPr>
          <w:b/>
        </w:rPr>
        <w:t xml:space="preserve">[40:07] </w:t>
      </w:r>
      <w:r>
        <w:t>kaisa ajeeb saboot hai Allah ke wajood ka aur Allah ke rububiyat ka, Allah ke qayumiyat ka, Allah ki taqat ka!</w:t>
      </w:r>
    </w:p>
    <w:p>
      <w:pPr>
        <w:jc w:val="right"/>
      </w:pPr>
      <w:r>
        <w:t>کیسا عجیب ثبوت ہے اللہ کے وجود کا اور اللہ کے ربوبیت کا، اللہ کے قیومیت کا، اللہ کی طاقت کا!</w:t>
      </w:r>
    </w:p>
    <w:p>
      <w:r>
        <w:rPr>
          <w:b/>
        </w:rPr>
        <w:t xml:space="preserve">[40:19] </w:t>
      </w:r>
      <w:r>
        <w:t>kaisi ajeeb baat hai!</w:t>
      </w:r>
    </w:p>
    <w:p>
      <w:pPr>
        <w:jc w:val="right"/>
      </w:pPr>
      <w:r>
        <w:t>کیسی عجیب بات ہے!</w:t>
      </w:r>
    </w:p>
    <w:p>
      <w:r>
        <w:rPr>
          <w:b/>
        </w:rPr>
        <w:t xml:space="preserve">[40:21] </w:t>
      </w:r>
      <w:r>
        <w:t>to yeh sadah cheez nahi hai, yeh yeh sadah baat nahi hai.</w:t>
      </w:r>
    </w:p>
    <w:p>
      <w:pPr>
        <w:jc w:val="right"/>
      </w:pPr>
      <w:r>
        <w:t>تو یہ سادہ چیز نہیں ہے، یہ یہ سادہ بات نہیں ہے۔</w:t>
      </w:r>
    </w:p>
    <w:p>
      <w:r>
        <w:rPr>
          <w:b/>
        </w:rPr>
        <w:t xml:space="preserve">[40:28] </w:t>
      </w:r>
      <w:r>
        <w:t>lekin is mein aik baat aur bohat zaroori samajhna ke Allah taala ne, Allah taala ka jo tareeqa hai tareekh ko manage karne ka, to insaan ki azadi ko abalish nahi kiya jata.</w:t>
      </w:r>
    </w:p>
    <w:p>
      <w:pPr>
        <w:jc w:val="right"/>
      </w:pPr>
      <w:r>
        <w:t>لیکن اس میں ایک بات اور بہت ضروری سمجھنا کہ اللہ تعالیٰ نے، اللہ تعالیٰ کا جو طریقہ ہے تاریخ کو مینج کرنے کا، تو انسان کی آزادی کو ابالش نہیں کیا جاتا۔</w:t>
      </w:r>
    </w:p>
    <w:p>
      <w:r>
        <w:rPr>
          <w:b/>
        </w:rPr>
        <w:t xml:space="preserve">[40:42] </w:t>
      </w:r>
      <w:r>
        <w:t>azadi ko baqi rakhte hue manage kiya jata hai.</w:t>
      </w:r>
    </w:p>
    <w:p>
      <w:pPr>
        <w:jc w:val="right"/>
      </w:pPr>
      <w:r>
        <w:t>آزادی کو باقی رکھتے ہوئے مینج کیا جاتا ہے۔</w:t>
      </w:r>
    </w:p>
    <w:p>
      <w:r>
        <w:rPr>
          <w:b/>
        </w:rPr>
        <w:t xml:space="preserve">[40:45] </w:t>
      </w:r>
      <w:r>
        <w:t>yehin par saare log atakte hain kyunke is beech mein woh dekhte hain ke bohat saare evil hain, ke ladaai ho rahi hai, ke fasad ho raha hai.</w:t>
      </w:r>
    </w:p>
    <w:p>
      <w:pPr>
        <w:jc w:val="right"/>
      </w:pPr>
      <w:r>
        <w:t>یہیں پر سارے لوگ اٹکتے ہیں کیونکہ اس بیچ میں وہ دیکھتے ہیں کہ بہت سارے ایول ہیں، کہ لڑائی ہو رہی ہے، کہ فساد ہو رہا ہے۔</w:t>
      </w:r>
    </w:p>
    <w:p>
      <w:r>
        <w:rPr>
          <w:b/>
        </w:rPr>
        <w:t xml:space="preserve">[40:55] </w:t>
      </w:r>
      <w:r>
        <w:t>to un ki samajh mein nahi aata. to dekhiye, mein aap ko aik raaz batata hoon tareekh ko samajhne ka. aap</w:t>
      </w:r>
    </w:p>
    <w:p>
      <w:pPr>
        <w:jc w:val="right"/>
      </w:pPr>
      <w:r>
        <w:t>تو ان کی سمجھ میں نہیں آتا۔ تو دیکھیے، میں آپ کو ایک راز بتاتا ہوں تاریخ کو سمجھنے کا۔ آپ</w:t>
      </w:r>
    </w:p>
    <w:p>
      <w:r>
        <w:rPr>
          <w:b/>
        </w:rPr>
        <w:t xml:space="preserve">[41:04] </w:t>
      </w:r>
      <w:r>
        <w:t>ko yeh wisdom apne andar paida karna parega ke aap insaan ki azadi, insaan ke misuse of freedom ki wajah se duniya mein jo evil aata hai, jo fasad aata hai, jo khoonrezi aati hai, is ko hadaf kar ke sochein.</w:t>
      </w:r>
    </w:p>
    <w:p>
      <w:pPr>
        <w:jc w:val="right"/>
      </w:pPr>
      <w:r>
        <w:t>کو یہ وزڈم اپنے اندر پیدا کرنا پڑے گا کہ آپ انسان کی آزادی، انسان کے مس یوز آف فریڈم کی وجہ سے دنیا میں جو ایول آتا ہے، جو فساد آتا ہے، جو خونریزی آتی ہے، اس کو حذف کر کے سوچیں۔</w:t>
      </w:r>
    </w:p>
    <w:p>
      <w:r>
        <w:rPr>
          <w:b/>
        </w:rPr>
        <w:t xml:space="preserve">[41:17] </w:t>
      </w:r>
      <w:r>
        <w:t>aap is ko hadaf kar ke sochein, tab aap samajh paayenge ke ke tareekh ki beauty ko, history ki history ki beauty ko, is ke baghair nahi samajh sakte.</w:t>
      </w:r>
    </w:p>
    <w:p>
      <w:pPr>
        <w:jc w:val="right"/>
      </w:pPr>
      <w:r>
        <w:t>آپ اس کو حذف کر کے سوچیں، تب آپ سمجھ پائیں گے کہ کہ تاریخ کی بیوٹی کو، ہسٹری کی ہسٹری کی بیوٹی کو، اس کے بغیر نہیں سمجھ سکتے۔</w:t>
      </w:r>
    </w:p>
    <w:p>
      <w:r>
        <w:rPr>
          <w:b/>
        </w:rPr>
        <w:t xml:space="preserve">[41:28] </w:t>
      </w:r>
      <w:r>
        <w:t>aap</w:t>
      </w:r>
    </w:p>
    <w:p>
      <w:pPr>
        <w:jc w:val="right"/>
      </w:pPr>
      <w:r>
        <w:t>آپ</w:t>
      </w:r>
    </w:p>
    <w:p>
      <w:r>
        <w:rPr>
          <w:b/>
        </w:rPr>
        <w:t xml:space="preserve">[41:30] </w:t>
      </w:r>
      <w:r>
        <w:t>history ki jo beauty hai, woh beauty par parda pada hua hai is evil ka jo insaan ne apne fasad se paida kar rakha hai.</w:t>
      </w:r>
    </w:p>
    <w:p>
      <w:pPr>
        <w:jc w:val="right"/>
      </w:pPr>
      <w:r>
        <w:t>ہسٹری کی جو بیوٹی ہے، وہ بیوٹی پر پردہ پڑا ہوا ہے اس ایول کا جو انسان نے اپنے فساد سے پیدا کر رکھا ہے۔</w:t>
      </w:r>
    </w:p>
    <w:p>
      <w:r>
        <w:rPr>
          <w:b/>
        </w:rPr>
        <w:t xml:space="preserve">[41:40] </w:t>
      </w:r>
      <w:r>
        <w:t>yun samajh lijiye ke jaise yeh duniya hai, nature hai, pollution ki wajah se kitna zyada bura haal kar rakha hai.</w:t>
      </w:r>
    </w:p>
    <w:p>
      <w:pPr>
        <w:jc w:val="right"/>
      </w:pPr>
      <w:r>
        <w:t>یوں سمجھ لیجئے کہ جیسے یہ دنیا ہے، نیچر ہے، پولیوشن کی وجہ سے کتنا زیادہ برا حال کر رکھا ہے۔</w:t>
      </w:r>
    </w:p>
    <w:p>
      <w:r>
        <w:rPr>
          <w:b/>
        </w:rPr>
        <w:t xml:space="preserve">[41:48] </w:t>
      </w:r>
      <w:r>
        <w:t>yaani yeh jo nature hai, itni beauty is ke andar hai, darakhton mein aur fazaon mein, choodiyon mein, hatta ke ghaas tak mein kitni beauty hai.</w:t>
      </w:r>
    </w:p>
    <w:p>
      <w:pPr>
        <w:jc w:val="right"/>
      </w:pPr>
      <w:r>
        <w:t>یعنی یہ جو نیچر ہے، اتنی بیوٹی اس کے اندر ہے، درختوں میں اور فضاؤں میں، چوڑیوں میں، حتیٰ کہ گھاس تک میں کتنی بیوٹی ہے۔</w:t>
      </w:r>
    </w:p>
    <w:p>
      <w:r>
        <w:rPr>
          <w:b/>
        </w:rPr>
        <w:t xml:space="preserve">[41:58] </w:t>
      </w:r>
      <w:r>
        <w:t>lekin pollution ki wajah se sab jeopardise ho raha hai. to pollution ko agar khatam kar dein aap to aik ajeeb ghareeb beauty samne aati hai.</w:t>
      </w:r>
    </w:p>
    <w:p>
      <w:pPr>
        <w:jc w:val="right"/>
      </w:pPr>
      <w:r>
        <w:t>لیکن پولیوشن کی وجہ سے سب جے پاڈائز ہو رہا ہے۔ تو پولیوشن کو اگر ختم کر دیں آپ تو ایک عجیب غریب بیوٹی سامنے آتی ہے۔</w:t>
      </w:r>
    </w:p>
    <w:p>
      <w:r>
        <w:rPr>
          <w:b/>
        </w:rPr>
        <w:t xml:space="preserve">[42:09] </w:t>
      </w:r>
      <w:r>
        <w:t>jaise mein gaya tha Switzerland to wahan pahaad ke oopar, wahan par pollution nahi tha.</w:t>
      </w:r>
    </w:p>
    <w:p>
      <w:pPr>
        <w:jc w:val="right"/>
      </w:pPr>
      <w:r>
        <w:t>جیسے میں گیا تھا سویٹزرلینڈ تو وہاں پہاڑ کے اوپر، وہاں پر پولیوشن نہیں تھا۔</w:t>
      </w:r>
    </w:p>
    <w:p>
      <w:r>
        <w:rPr>
          <w:b/>
        </w:rPr>
        <w:t xml:space="preserve">[42:15] </w:t>
      </w:r>
      <w:r>
        <w:t>wahan par itna lagta tha acha, jaise aik jannat thi. to pollution ko hata kar dekhenge, tab aap ko is duniya ki beauty dikhai padegi.</w:t>
      </w:r>
    </w:p>
    <w:p>
      <w:pPr>
        <w:jc w:val="right"/>
      </w:pPr>
      <w:r>
        <w:t>وہاں پر اتنا لگتا تھا اچھا، جیسے ایک جنت تھی۔ تو پولیوشن کو ہٹا کر دیکھیں گے، تب آپ کو اس دنیا کی بیوٹی دکھائی پڑے گی۔</w:t>
      </w:r>
    </w:p>
    <w:p>
      <w:r>
        <w:rPr>
          <w:b/>
        </w:rPr>
        <w:t xml:space="preserve">[42:25] </w:t>
      </w:r>
      <w:r>
        <w:t>aisa hi yeh maamla tareekh ka hai. tareekh mein insaan ne jo fasad barpa kar rakha hai, misuse of freedom ki wajah se, is ko hadaf kar ke sochein.</w:t>
      </w:r>
    </w:p>
    <w:p>
      <w:pPr>
        <w:jc w:val="right"/>
      </w:pPr>
      <w:r>
        <w:t>ایسا ہی یہ معاملہ تاریخ کا ہے۔ تاریخ میں انسان نے جو فساد برپا کر رکھا ہے، مس یوز آف فریڈم کی وجہ سے، اس کو حذف کر کے سوچیے۔</w:t>
      </w:r>
    </w:p>
    <w:p>
      <w:r>
        <w:rPr>
          <w:b/>
        </w:rPr>
        <w:t xml:space="preserve">[42:35] </w:t>
      </w:r>
      <w:r>
        <w:t>kyunke Allah taala insaan ki azadi ko baqi rakhte hue tareekh ko manage kar raha hai.</w:t>
      </w:r>
    </w:p>
    <w:p>
      <w:pPr>
        <w:jc w:val="right"/>
      </w:pPr>
      <w:r>
        <w:t>کیونکہ اللہ تعالیٰ انسان کی آزادی کو باقی رکھتے ہوئے تاریخ کو مینج کر رہا ہے۔</w:t>
      </w:r>
    </w:p>
    <w:p>
      <w:r>
        <w:rPr>
          <w:b/>
        </w:rPr>
        <w:t xml:space="preserve">[42:43] </w:t>
      </w:r>
      <w:r>
        <w:t>to aik taraf tareekh manage ho rahi hai aik bohat hi meaningful andaaz mein, lekin saath saath insaan ne pollution hi phaila rakha hai.</w:t>
      </w:r>
    </w:p>
    <w:p>
      <w:pPr>
        <w:jc w:val="right"/>
      </w:pPr>
      <w:r>
        <w:t>تو ایک طرف تاریخ مینج ہو رہی ہے ایک بہت ہی مینی فل انداز میں، لیکن ساتھ ساتھ انسان نے پولیوشن ہی پھیلا رکھا ہے۔</w:t>
      </w:r>
    </w:p>
    <w:p>
      <w:r>
        <w:rPr>
          <w:b/>
        </w:rPr>
        <w:t xml:space="preserve">[42:54] </w:t>
      </w:r>
      <w:r>
        <w:t>to jab tak insaan ke pollution ko aap hadaf nahi karenge, tab tak aap is beauty ko nahi samajh sakenge jis ko mein keh raha hoon ke divine civilization nahi samajh samajh sakenge.</w:t>
      </w:r>
    </w:p>
    <w:p>
      <w:pPr>
        <w:jc w:val="right"/>
      </w:pPr>
      <w:r>
        <w:t>تو جب تک انسان کے پولیوشن کو آپ حذف نہیں کریں گے، تب تک آپ اس بیوٹی کو نہیں سمجھ سکیں گے جس کو میں کہہ رہا ہوں کہ ڈیوائن سویلائزیشن نہیں سمجھ سمجھ سکیں گے۔</w:t>
      </w:r>
    </w:p>
    <w:p>
      <w:r>
        <w:rPr>
          <w:b/>
        </w:rPr>
        <w:t xml:space="preserve">[43:08] </w:t>
      </w:r>
      <w:r>
        <w:t>is ko is hikmat ko jab aap ikhtiyar karenge to aap aap ko Allah ki zaat pe bepanah yaqeen aayega. phir aap ko divine civilization ka bepanah marifat hasil hogi.</w:t>
      </w:r>
    </w:p>
    <w:p>
      <w:pPr>
        <w:jc w:val="right"/>
      </w:pPr>
      <w:r>
        <w:t>اس کو اس حکمت کو جب آپ اختیار کریں گے تو آپ آپ کو اللہ کی ذات پہ بے پناہ یقین آئے گا۔ پھر آپ کو ڈیوائن سویلائزیشن کا بے پناہ معرفت حاصل ہوگی۔</w:t>
      </w:r>
    </w:p>
    <w:p>
      <w:r>
        <w:rPr>
          <w:b/>
        </w:rPr>
        <w:t xml:space="preserve">[43:22] </w:t>
      </w:r>
      <w:r>
        <w:t>phir aap ko jannat ke darwaze khule hue dikhai denge. phir aap ko aik ajeeb o ghareeb iman hasil hoga, aik ajeeb qism ka iman jo samundaron se barh kar hoga.</w:t>
      </w:r>
    </w:p>
    <w:p>
      <w:pPr>
        <w:jc w:val="right"/>
      </w:pPr>
      <w:r>
        <w:t>پھر آپ کو جنت کے دروازے کھلے ہوئے دکھائی دیں گے۔ پھر آپ کو ایک عجیب و غریب ایمان حاصل ہوگا، ایک عجیب قسم کا ایمان جو سمندروں سے بڑھ کر ہوگا۔</w:t>
      </w:r>
    </w:p>
    <w:p>
      <w:r>
        <w:rPr>
          <w:b/>
        </w:rPr>
        <w:t xml:space="preserve">[43:36] </w:t>
      </w:r>
      <w:r>
        <w:t>woh lekin is raaz ko jab woh istemal kar paayenge, aap un ke insaan ke misuse of freedom ki wajah se jo evil hai, is ko hadaf kar ke aap tareekh ko dekhein.</w:t>
      </w:r>
    </w:p>
    <w:p>
      <w:pPr>
        <w:jc w:val="right"/>
      </w:pPr>
      <w:r>
        <w:t>وہ لیکن اس راز کو جب وہ استعمال کر پائیں گے، آپ ان کے انسان کے مس یوز آف فریڈم کی وجہ سے جو ایول ہے، اس کو حذف کر کے آپ تاریخ کو دیکھیں۔</w:t>
      </w:r>
    </w:p>
    <w:p>
      <w:r>
        <w:rPr>
          <w:b/>
        </w:rPr>
        <w:t xml:space="preserve">[43:47] </w:t>
      </w:r>
      <w:r>
        <w:t>jaise nature ki beauty ko samajhne ke liye aap pollution ko hadaf kar ke dekhna parta hai.</w:t>
      </w:r>
    </w:p>
    <w:p>
      <w:pPr>
        <w:jc w:val="right"/>
      </w:pPr>
      <w:r>
        <w:t>جیسے نیچر کی بیوٹی کو سمجھنے کے لیے آپ پولیوشن کو حذف کر کے دیکھنا پڑتا ہے۔</w:t>
      </w:r>
    </w:p>
    <w:p>
      <w:r>
        <w:rPr>
          <w:b/>
        </w:rPr>
        <w:t xml:space="preserve">[43:55] </w:t>
      </w:r>
      <w:r>
        <w:t>to mein dua karta hoon ke Allah taala mujh ko aur aap ko tofeeq de ke hum Allah ki hikmaton ko samjhein aur Allah ki jo sa'adat hai, duniya se le ke jannat tak, woh hamein hasil ho.</w:t>
      </w:r>
    </w:p>
    <w:p>
      <w:pPr>
        <w:jc w:val="right"/>
      </w:pPr>
      <w:r>
        <w:t>تو میں دعا کرتا ہوں کہ اللہ تعالیٰ مجھ کو اور آپ کو توفیق دے کہ ہم اللہ کی حکمتوں کو سمجھیں اور اللہ کی جو سعادت ہے، دنیا سے لے کے جنت تک، وہ ہمیں حاصل ہو۔</w:t>
      </w:r>
    </w:p>
    <w:p>
      <w:r>
        <w:rPr>
          <w:b/>
        </w:rPr>
        <w:t xml:space="preserve">[44:08] </w:t>
      </w:r>
      <w:r>
        <w:t>a'ūzu billāhi minash shaitānir rajīm bismillāhir rahmānir rahīm. aqūlu qawlī hādhā wa astaghfirullāha lī walakum jamī'an</w:t>
      </w:r>
    </w:p>
    <w:p>
      <w:pPr>
        <w:jc w:val="right"/>
      </w:pPr>
      <w:r>
        <w:t>أقول قولي هذا واستغفر الله لي ولكم جميعا</w:t>
      </w:r>
    </w:p>
    <w:p>
      <w:r>
        <w:rPr>
          <w:b/>
        </w:rPr>
        <w:t xml:space="preserve">[44:25] </w:t>
      </w:r>
      <w:r>
        <w:t>maulana, yeh sawal Chennai se aaya hai Maulana Iqbal Umri ka. unhon ne aap se poocha hai ke is daur mein quwwat-e-marhab kis ko kahenge?</w:t>
      </w:r>
    </w:p>
    <w:p>
      <w:pPr>
        <w:jc w:val="right"/>
      </w:pPr>
      <w:r>
        <w:t>مولانا، یہ سوال چنئی سے آیا ہے مولانا اقبال عمری کا۔ انہوں نے آپ سے پوچھا ہے کہ اس دور میں قوت مرہب کس کو کہیں گے؟</w:t>
      </w:r>
    </w:p>
    <w:p>
      <w:r>
        <w:rPr>
          <w:b/>
        </w:rPr>
        <w:t xml:space="preserve">[44:37] </w:t>
      </w:r>
      <w:r>
        <w:t>hathiyar ko ya ideology ko? is ke bare mein bataein. ideology ko? hathiyar ko koi value nahi rahi ab.</w:t>
      </w:r>
    </w:p>
    <w:p>
      <w:pPr>
        <w:jc w:val="right"/>
      </w:pPr>
      <w:r>
        <w:t>ہتھیار کو یا آئیڈیالوجی کو؟ اس کے بارے میں بتائیں۔ آئیڈیالوجی کو؟ ہتھیار کو کوئی ویلیو نہیں رہی اب۔</w:t>
      </w:r>
    </w:p>
    <w:p>
      <w:r>
        <w:rPr>
          <w:b/>
        </w:rPr>
        <w:t xml:space="preserve">[44:49] </w:t>
      </w:r>
      <w:r>
        <w:t>hathiyar ki koi value nahi rahi.</w:t>
      </w:r>
    </w:p>
    <w:p>
      <w:pPr>
        <w:jc w:val="right"/>
      </w:pPr>
      <w:r>
        <w:t>ہتھیار کی کوئی ویلیو نہیں رہی۔</w:t>
      </w:r>
    </w:p>
    <w:p>
      <w:r>
        <w:rPr>
          <w:b/>
        </w:rPr>
        <w:t xml:space="preserve">[44:54] </w:t>
      </w:r>
      <w:r>
        <w:t>aap dekhein, first world war hui, koi koi jeeta is mein? koi jeeta nahi. sirf tabahi hui. second world war hui, tab bhi koi jeeta?</w:t>
      </w:r>
    </w:p>
    <w:p>
      <w:pPr>
        <w:jc w:val="right"/>
      </w:pPr>
      <w:r>
        <w:t>آپ دیکھیے، فرسٹ ورلڈ وار ہوئی، کوئی کوئی جیتا اس میں؟ کوئی جیتا نہیں۔ صرف تباہی ہوئی۔ سیکنڈ ورلڈ وار ہوئی، تب بھی کوئی جیتا؟</w:t>
      </w:r>
    </w:p>
    <w:p>
      <w:r>
        <w:rPr>
          <w:b/>
        </w:rPr>
        <w:t xml:space="preserve">[45:04] </w:t>
      </w:r>
      <w:r>
        <w:t>sirf tabahi hui. ab dunya mein jagah jagah masail hain. koi larr kar is ko, yaani apne masail hal kar pa raha hai?</w:t>
      </w:r>
    </w:p>
    <w:p>
      <w:pPr>
        <w:jc w:val="right"/>
      </w:pPr>
      <w:r>
        <w:t>صرف تباہی ہوئی۔ اب دنیا میں جگہ جگہ مسائل ہیں۔ کوئی لڑ کر اس کو، یعنی اپنے مسائل حل کر پا رہا ہے؟</w:t>
      </w:r>
    </w:p>
    <w:p>
      <w:r>
        <w:rPr>
          <w:b/>
        </w:rPr>
        <w:t xml:space="preserve">[45:14] </w:t>
      </w:r>
      <w:r>
        <w:t>logon ke paas atom bomb hai, lekin woh istemal nahi kar sakte.</w:t>
      </w:r>
    </w:p>
    <w:p>
      <w:pPr>
        <w:jc w:val="right"/>
      </w:pPr>
      <w:r>
        <w:t>لوگوں کے پاس ایٹم بم ہے، لیکن وہ استعمال نہیں کر سکتے۔</w:t>
      </w:r>
    </w:p>
    <w:p>
      <w:r>
        <w:rPr>
          <w:b/>
        </w:rPr>
        <w:t xml:space="preserve">[45:19] </w:t>
      </w:r>
      <w:r>
        <w:t>bohat se mulkon ke paas atom bomb hain, jangi hawai jahaz hain, kya kya hain, lekin har mulk ke paas masail hain. koi masail hal nahi kar pata is se.</w:t>
      </w:r>
    </w:p>
    <w:p>
      <w:pPr>
        <w:jc w:val="right"/>
      </w:pPr>
      <w:r>
        <w:t>بہت سے ملکوں کے پاس ایٹم بم ہیں، جنگی ہوائی جہاز ہیں، کیا کیا ہیں، لیکن ہر ملک کے پاس مسائل ہیں۔ کوئی مسائل حل نہیں کر پاتا اس سے۔</w:t>
      </w:r>
    </w:p>
    <w:p>
      <w:r>
        <w:rPr>
          <w:b/>
        </w:rPr>
        <w:t xml:space="preserve">[45:32] </w:t>
      </w:r>
      <w:r>
        <w:t>to yeh to, yaani first world war ke baad hi yeh cheez sabit ho gayi thi ke hathiyar se kuch hone wala nahi hai.</w:t>
      </w:r>
    </w:p>
    <w:p>
      <w:pPr>
        <w:jc w:val="right"/>
      </w:pPr>
      <w:r>
        <w:t>تو یہ تو، یعنی فرسٹ ورلڈ وار کے بعد ہی یہ چیز ثابت ہو گئی تھی کہ ہتھیار سے کچھ ہونے والا نہیں ہے۔</w:t>
      </w:r>
    </w:p>
    <w:p>
      <w:r>
        <w:rPr>
          <w:b/>
        </w:rPr>
        <w:t xml:space="preserve">[45:42] </w:t>
      </w:r>
      <w:r>
        <w:t>hathiyaron ka inbar hai logon ke qaumon ke paas. is ke baad masail ke bhi inbar hain.</w:t>
      </w:r>
    </w:p>
    <w:p>
      <w:pPr>
        <w:jc w:val="right"/>
      </w:pPr>
      <w:r>
        <w:t>ہتھیاروں کا انبار ہے لوگوں کے قوموں کے پاس۔ اس کے بعد مسائل کے بھی انبار ہیں۔</w:t>
      </w:r>
    </w:p>
    <w:p>
      <w:r>
        <w:rPr>
          <w:b/>
        </w:rPr>
        <w:t xml:space="preserve">[45:49] </w:t>
      </w:r>
      <w:r>
        <w:t>to ideology hi taqat hai, kyunke ideology insan ko fateh karti hai. ideology insan ko fateh karti hai.</w:t>
      </w:r>
    </w:p>
    <w:p>
      <w:pPr>
        <w:jc w:val="right"/>
      </w:pPr>
      <w:r>
        <w:t>تو آئیڈیالوجی ہی طاقت ہے، کیونکہ آئیڈیالوجی انسان کو فتح کرتی ہے۔ آئیڈیالوجی انسان کو فتح کرتی ہے۔</w:t>
      </w:r>
    </w:p>
    <w:p>
      <w:r>
        <w:rPr>
          <w:b/>
        </w:rPr>
        <w:t xml:space="preserve">[45:59] </w:t>
      </w:r>
      <w:r>
        <w:t>aur is ka main samajhta hoon ke main aik ka aik reference dena chahoon ga ke jab abbas period ke aakhri doran mein tatariyon ne hamla kiya tha, abbas empire ko tabah kar diya tha,</w:t>
      </w:r>
    </w:p>
    <w:p>
      <w:pPr>
        <w:jc w:val="right"/>
      </w:pPr>
      <w:r>
        <w:t>اور اس کا میں سمجھتا ہوں کہ میں ایک کا ایک ریفرنس دینا چاہوں گا کہ جب عباس پیریڈ کے آخری دوران میں تاتاریوں نے حملہ کیا تھا، عباس ایمپائر کو تباہ کر دیا تھا،</w:t>
      </w:r>
    </w:p>
    <w:p>
      <w:r>
        <w:rPr>
          <w:b/>
        </w:rPr>
        <w:t xml:space="preserve">[46:14] </w:t>
      </w:r>
      <w:r>
        <w:t>to us waqt bohat ziyada bura haal tha musalmanon ka. aur yeh kehte thay log ke إذا قيل لك أنت تترى إن ذبحوا فلا تُصدق</w:t>
      </w:r>
    </w:p>
    <w:p>
      <w:pPr>
        <w:jc w:val="right"/>
      </w:pPr>
      <w:r>
        <w:t>تو اس وقت بہت زیادہ برا حال تھا مسلمانوں کا۔ اور یہ کہتے تھے لوگ کہ إذا قيل لك أنت تترى إن ذبحوا فلا تُصدق</w:t>
      </w:r>
    </w:p>
    <w:p>
      <w:r>
        <w:rPr>
          <w:b/>
        </w:rPr>
        <w:t xml:space="preserve">[46:26] </w:t>
      </w:r>
      <w:r>
        <w:t>ke tatariyon ko shikast dena mumkin nahi hai. lekin wohi tatari jo hai, maftooh ho gaye aur islam ke khadim ban gaye.</w:t>
      </w:r>
    </w:p>
    <w:p>
      <w:pPr>
        <w:jc w:val="right"/>
      </w:pPr>
      <w:r>
        <w:t>کہ تاتاریوں کو شکست دینا ممکن نہیں ہے۔ لیکن وہی تاتاری جو ہے، مفتوح ہو گئے اور اسلام کے خادم بن گئے۔</w:t>
      </w:r>
    </w:p>
    <w:p>
      <w:r>
        <w:rPr>
          <w:b/>
        </w:rPr>
        <w:t xml:space="preserve">[46:36] </w:t>
      </w:r>
      <w:r>
        <w:t>kaise? ideology ke zariye se. chunancha hitler ne is waqeye ko zikr karte hue likha hai ke The legend of Muslim have conquered where their arms had failed isi tarah turkiyat ne misr ke bare mein likha hai ke The Egyptians were conquered not by sword but by the Quran</w:t>
      </w:r>
    </w:p>
    <w:p>
      <w:pPr>
        <w:jc w:val="right"/>
      </w:pPr>
      <w:r>
        <w:t>کیسے؟ آئیڈیالوجی کے ذریعے سے۔ چنانچہ ہٹلر نے اس واقعے کو ذکر کرتے ہوئے لکھا ہے کہ The legend of Muslim have conquered where their arms had failed اسی طرح ترکیت نے مصر کے بارے میں لکھا ہے کہ The Egyptians were conquered not by sword but by the Quran</w:t>
      </w:r>
    </w:p>
    <w:p>
      <w:r>
        <w:rPr>
          <w:b/>
        </w:rPr>
        <w:t xml:space="preserve">[46:57] </w:t>
      </w:r>
      <w:r>
        <w:t>ke misri jo thay, woh talwar se fateh nahi hue, quran se fateh hui. to pehle bhi yeh waqea tha, ab to hathiyaron ke ke dher ke dher lage hue hain aur koi apne masle ko hathiyar se hal nahi kar pa raha hai.</w:t>
      </w:r>
    </w:p>
    <w:p>
      <w:pPr>
        <w:jc w:val="right"/>
      </w:pPr>
      <w:r>
        <w:t>کہ مصری جو تھے، وہ تلوار سے فتح نہیں ہوئے، قرآن سے فتح ہوئی۔ تو پہلے بھی یہ واقعہ تھا، اب تو ہتھیاروں کے کے ڈھیر کے ڈھیر لگے ہوئے ہیں اور کوئی اپنے مسئلے کو ہتھیار سے حل نہیں کر پا رہا ہے۔</w:t>
      </w:r>
    </w:p>
    <w:p>
      <w:r>
        <w:rPr>
          <w:b/>
        </w:rPr>
        <w:t xml:space="preserve">[47:15] </w:t>
      </w:r>
      <w:r>
        <w:t>ab to aakhri had tak sabit ho gaya ke jang aur hathiyar bilkul be asar hain aur sari taqat jo hai, ideology ki hai.</w:t>
      </w:r>
    </w:p>
    <w:p>
      <w:pPr>
        <w:jc w:val="right"/>
      </w:pPr>
      <w:r>
        <w:t>اب تو آخری حد تک ثابت ہو گیا کہ جنگ اور ہتھیار بالکل بے اثر ہیں اور ساری طاقت جو ہے، آئیڈیالوجی کی ہے۔</w:t>
      </w:r>
    </w:p>
    <w:p>
      <w:r>
        <w:rPr>
          <w:b/>
        </w:rPr>
        <w:t xml:space="preserve">[47:28] </w:t>
      </w:r>
      <w:r>
        <w:t>maulana, agla sawal bhi chennai se hai. maulana israr hasan sahib ka, unhon ne likha hai: "divine civilization se murad kya hai?</w:t>
      </w:r>
    </w:p>
    <w:p>
      <w:pPr>
        <w:jc w:val="right"/>
      </w:pPr>
      <w:r>
        <w:t>مولانا، اگلا سوال بھی چنئی سے ہے۔ مولانا اسرار حسن صاحب کا، انہوں نے لکھا ہے: "ڈیوائن سویلائزیشن سے مراد کیا ہے؟</w:t>
      </w:r>
    </w:p>
    <w:p>
      <w:r>
        <w:rPr>
          <w:b/>
        </w:rPr>
        <w:t xml:space="preserve">[47:38] </w:t>
      </w:r>
      <w:r>
        <w:t>kya sari dunya musalman ho jaye gi ya islam ke liye azadi hogi?" islam ke liye azadi? sari dunya musalman ho jaye gi?</w:t>
      </w:r>
    </w:p>
    <w:p>
      <w:pPr>
        <w:jc w:val="right"/>
      </w:pPr>
      <w:r>
        <w:t>کیا ساری دنیا مسلمان ہو جائے گی یا اسلام کے لیے آزادی ہوگی؟" اسلام کے لیے آزادی؟ ساری دنیا مسلمان ہو جائے گی؟</w:t>
      </w:r>
    </w:p>
    <w:p>
      <w:r>
        <w:rPr>
          <w:b/>
        </w:rPr>
        <w:t xml:space="preserve">[47:46] </w:t>
      </w:r>
      <w:r>
        <w:t>yeh allah ke scheme ke khilaf hai, kyunke sab ko azadi de rakhi hai.</w:t>
      </w:r>
    </w:p>
    <w:p>
      <w:pPr>
        <w:jc w:val="right"/>
      </w:pPr>
      <w:r>
        <w:t>یہ اللہ کے سکیم کے خلاف ہے، کیونکہ سب کو آزادی دے رکھی ہے۔</w:t>
      </w:r>
    </w:p>
    <w:p>
      <w:r>
        <w:rPr>
          <w:b/>
        </w:rPr>
        <w:t xml:space="preserve">[47:52] </w:t>
      </w:r>
      <w:r>
        <w:t>to kaha: "jab tak insan ki azadi ko abalsh na kiya jaye, kaise aisa hoga ke sari dunya mein bhi islam ki hukumat qaim ho jaye?" to mumkin hi nahi hai.</w:t>
      </w:r>
    </w:p>
    <w:p>
      <w:pPr>
        <w:jc w:val="right"/>
      </w:pPr>
      <w:r>
        <w:t>تو کہا: "جب تک انسان کی آزادی کو ابالش نہ کیا جائے، کیسے ایسا ہوگا کہ ساری دنیا میں بھی اسلام کی حکومت قائم ہو جائے؟" تو ممکن ہی نہیں ہے۔</w:t>
      </w:r>
    </w:p>
    <w:p>
      <w:r>
        <w:rPr>
          <w:b/>
        </w:rPr>
        <w:t xml:space="preserve">[48:01] </w:t>
      </w:r>
      <w:r>
        <w:t>yeh to musalmanon ke khud sakhta nazariyat hain. sari dunya mein musalmanon ki hukumat qaim hona aur sari dunya mein sab high collection musalman ho jaye ga, yeh sab bilkul khud sakhta nazariyat hain.</w:t>
      </w:r>
    </w:p>
    <w:p>
      <w:pPr>
        <w:jc w:val="right"/>
      </w:pPr>
      <w:r>
        <w:t>یہ تو مسلمانوں کے خود ساختہ نظریات ہیں۔ ساری دنیا میں مسلمانوں کی حکومت قائم ہونا اور ساری دنیا میں سب ہائی ککشن مسلمان ہو جائے گا، یہ سب بالکل خود ساختہ نظریات ہیں۔</w:t>
      </w:r>
    </w:p>
    <w:p>
      <w:r>
        <w:rPr>
          <w:b/>
        </w:rPr>
        <w:t xml:space="preserve">[48:17] </w:t>
      </w:r>
      <w:r>
        <w:t>kyunke yahan to فَالْفَرْشَاءَ فَالْيُؤْمَنِ فَالْمَنْشَاءَ yeh qurb ka mahol hai. aur cheez yeh hai ke aik fard ya kuch log jo chahein islam pe amal karna, islam ki dawat dena,</w:t>
      </w:r>
    </w:p>
    <w:p>
      <w:pPr>
        <w:jc w:val="right"/>
      </w:pPr>
      <w:r>
        <w:t>کیونکہ یہاں تو فَالْفَرْشَاءَ فَالْيُؤْمَنِ فَالْمَنْشَاءَ یہ قرب کا ماحول ہے۔ اور چیز یہ ہے کہ ایک فرد یا کچھ لوگ جو چاہیں اسلام پہ عمل کرنا، اسلام کی دعوت دینا،</w:t>
      </w:r>
    </w:p>
    <w:p>
      <w:r>
        <w:rPr>
          <w:b/>
        </w:rPr>
        <w:t xml:space="preserve">[48:33] </w:t>
      </w:r>
      <w:r>
        <w:t>islam ke aala haqaiq se apne andar maarfat paida karna waghera waghera, un ke liye poori azadi ho.</w:t>
      </w:r>
    </w:p>
    <w:p>
      <w:pPr>
        <w:jc w:val="right"/>
      </w:pPr>
      <w:r>
        <w:t>اسلام کے اعلیٰ حقائق سے اپنے اندر معرفت پیدا کرنا وغیرہ وغیرہ، ان کے لیے پوری آزادی ہو۔</w:t>
      </w:r>
    </w:p>
    <w:p>
      <w:r>
        <w:rPr>
          <w:b/>
        </w:rPr>
        <w:t xml:space="preserve">[48:42] </w:t>
      </w:r>
      <w:r>
        <w:t>to divine, yaani is se pehle jab ke yeh daur nahi aya tha, in sab ko mawaqe nahi thay logon ko.</w:t>
      </w:r>
    </w:p>
    <w:p>
      <w:pPr>
        <w:jc w:val="right"/>
      </w:pPr>
      <w:r>
        <w:t>تو ڈیوائن، یعنی اس سے پہلے جب کہ یہ دور نہیں آیا تھا، ان سب کو مواقع نہیں تھے لوگوں کو۔</w:t>
      </w:r>
    </w:p>
    <w:p>
      <w:r>
        <w:rPr>
          <w:b/>
        </w:rPr>
        <w:t xml:space="preserve">[48:52] </w:t>
      </w:r>
      <w:r>
        <w:t>ab mawaqe khul gaye. to kya yeh mawaqe khulne ke mani mein hai, yeh na ke aalami hukumat qaim karne ke mani mein?</w:t>
      </w:r>
    </w:p>
    <w:p>
      <w:pPr>
        <w:jc w:val="right"/>
      </w:pPr>
      <w:r>
        <w:t>اب مواقع کھل گئے۔ تو کیا یہ مواقع کھلنے کے معنی میں ہے، یہ نہ کہ عالمی حکومت قائم کرنے کے معنی میں؟</w:t>
      </w:r>
    </w:p>
    <w:p>
      <w:r>
        <w:rPr>
          <w:b/>
        </w:rPr>
        <w:t xml:space="preserve">[49:04] </w:t>
      </w:r>
      <w:r>
        <w:t>maulana, agla sawal lene se pehle aik comment parhna chahein ge jo mehtab ahmad sahib ne bheja hai dhampur se.</w:t>
      </w:r>
    </w:p>
    <w:p>
      <w:pPr>
        <w:jc w:val="right"/>
      </w:pPr>
      <w:r>
        <w:t>مولانا، اگلا سوال لینے سے پہلے ایک کمنٹ پڑھنا چاہیں گے جو مہتاب احمد صاحب نے بھیجا ہے دھامپور سے۔</w:t>
      </w:r>
    </w:p>
    <w:p>
      <w:r>
        <w:rPr>
          <w:b/>
        </w:rPr>
        <w:t xml:space="preserve">[49:11] </w:t>
      </w:r>
      <w:r>
        <w:t>unhon ne likha hai: maulana sahib, your lecture every time gives me knowledge. mehtab sahib, dhampur.</w:t>
      </w:r>
    </w:p>
    <w:p>
      <w:pPr>
        <w:jc w:val="right"/>
      </w:pPr>
      <w:r>
        <w:t>انہوں نے لکھا ہے: مولانا صاحب، یور لیکچر ایوری ٹائم گیوز می نالج۔ مہتاب صاحب، دھامپور۔</w:t>
      </w:r>
    </w:p>
    <w:p>
      <w:r>
        <w:rPr>
          <w:b/>
        </w:rPr>
        <w:t xml:space="preserve">[49:21] </w:t>
      </w:r>
      <w:r>
        <w:t>agla sawal maulana. maulana yaqoob umri ka, gulbergah se. unhon ne likha hai: maulana, aaj religious persecution hai ya religious confusion?</w:t>
      </w:r>
    </w:p>
    <w:p>
      <w:pPr>
        <w:jc w:val="right"/>
      </w:pPr>
      <w:r>
        <w:t>اگلا سوال مولانا۔ مولانا یعقوب عمری کا، گلبرگہ سے۔ انہوں نے لکھا ہے: مولانا، آج ریلیجیس پرسیکیوشن ہے یا ریلیجیس کنفیوژن؟</w:t>
      </w:r>
    </w:p>
    <w:p>
      <w:r>
        <w:rPr>
          <w:b/>
        </w:rPr>
        <w:t xml:space="preserve">[49:32] </w:t>
      </w:r>
      <w:r>
        <w:t>is ki wazahat karen. woh dono hain.</w:t>
      </w:r>
    </w:p>
    <w:p>
      <w:pPr>
        <w:jc w:val="right"/>
      </w:pPr>
      <w:r>
        <w:t>اس کی وضاحت کریں۔ وہ دونوں ہیں۔</w:t>
      </w:r>
    </w:p>
    <w:p>
      <w:r>
        <w:rPr>
          <w:b/>
        </w:rPr>
        <w:t xml:space="preserve">[49:35] </w:t>
      </w:r>
      <w:r>
        <w:t>persecution hota tha hukumat ki taraf se, woh khatm ho gaya. aur confusion to ab aap ka apna mamla hai, is ka hukumat se koi talluq nahi hai.</w:t>
      </w:r>
    </w:p>
    <w:p>
      <w:pPr>
        <w:jc w:val="right"/>
      </w:pPr>
      <w:r>
        <w:t>پرسیکیوشن ہوتا تھا حکومت کی طرف سے، وہ ختم ہو گیا۔ اور کنفیوژن تو اب آپ کا اپنا معاملہ ہے، اس کا حکومت سے کوئی تعلق نہیں ہے۔</w:t>
      </w:r>
    </w:p>
    <w:p>
      <w:r>
        <w:rPr>
          <w:b/>
        </w:rPr>
        <w:t xml:space="preserve">[49:47] </w:t>
      </w:r>
      <w:r>
        <w:t>religious persecution jo tha, woh regime ki taraf se tha.</w:t>
      </w:r>
    </w:p>
    <w:p>
      <w:pPr>
        <w:jc w:val="right"/>
      </w:pPr>
      <w:r>
        <w:t>ریلیجیس پرسیکیوشن جو تھا، وہ ریجیم کی طرف سے تھا۔</w:t>
      </w:r>
    </w:p>
    <w:p>
      <w:r>
        <w:rPr>
          <w:b/>
        </w:rPr>
        <w:t xml:space="preserve">[49:55] </w:t>
      </w:r>
      <w:r>
        <w:t>yani jo hakim hua karte thay, un ki taraf se tha, woh khatm ho gaya. bohat confusion to aap ka apna zaati mamla hai.</w:t>
      </w:r>
    </w:p>
    <w:p>
      <w:pPr>
        <w:jc w:val="right"/>
      </w:pPr>
      <w:r>
        <w:t>یعنی جو حاکم ہوا کرتے تھے، ان کی طرف سے تھا، وہ ختم ہو گیا۔ بہت کنفیوژن تو آپ کا اپنا ذاتی معاملہ ہے۔</w:t>
      </w:r>
    </w:p>
    <w:p>
      <w:r>
        <w:rPr>
          <w:b/>
        </w:rPr>
        <w:t xml:space="preserve">[50:04] </w:t>
      </w:r>
      <w:r>
        <w:t>woh woh to rahega, woh to imtehan hai, woh to test ki baat hai. woh to test rahega. aap ko confusion ke parde ko phaar kar ke bahar aana hai.</w:t>
      </w:r>
    </w:p>
    <w:p>
      <w:pPr>
        <w:jc w:val="right"/>
      </w:pPr>
      <w:r>
        <w:t>وہ وہ تو رہے گا، وہ تو امتحان ہے، وہ تو ٹیسٹ کی بات ہے۔ وہ تو ٹیسٹ رہے گا۔ آپ کو کنفیوژن کے پردے کو پھاڑ کر کے باہر آنا ہے۔</w:t>
      </w:r>
    </w:p>
    <w:p>
      <w:r>
        <w:rPr>
          <w:b/>
        </w:rPr>
        <w:t xml:space="preserve">[50:14] </w:t>
      </w:r>
      <w:r>
        <w:t>quran mein dekhiye, yeh hai ke wa laa albasna 'alayhim ma yalbasoon yani hamesha is dunya mein iltibas rahega. iltibas ke ma'ni hain element of doubt.</w:t>
      </w:r>
    </w:p>
    <w:p>
      <w:pPr>
        <w:jc w:val="right"/>
      </w:pPr>
      <w:r>
        <w:t>قرآن میں دیکھیے، یہ ہے کہ وَلَا الْبَسْنَةُ عَلَيْهِمْ مَا يَلْبَسُونَ یعنی ہمیشہ اس دنیا میں التباس رہے گا۔ التباس کے معنی ہیں ایلیمنٹ آف ڈاؤٹ۔</w:t>
      </w:r>
    </w:p>
    <w:p>
      <w:r>
        <w:rPr>
          <w:b/>
        </w:rPr>
        <w:t xml:space="preserve">[50:25] </w:t>
      </w:r>
      <w:r>
        <w:t>isi element of doubt ko hum kehte hain confusion.</w:t>
      </w:r>
    </w:p>
    <w:p>
      <w:pPr>
        <w:jc w:val="right"/>
      </w:pPr>
      <w:r>
        <w:t>اسی ایلیمنٹ آف ڈاؤٹ کو ہم کہتے ہیں کنفیوژن۔</w:t>
      </w:r>
    </w:p>
    <w:p>
      <w:r>
        <w:rPr>
          <w:b/>
        </w:rPr>
        <w:t xml:space="preserve">[50:29] </w:t>
      </w:r>
      <w:r>
        <w:t>to element of doubt jo hai, woh to woh to hai test ki wajah se. woh to har aadmi ka apna kaam hai ke is ko is se bahar aaye.</w:t>
      </w:r>
    </w:p>
    <w:p>
      <w:pPr>
        <w:jc w:val="right"/>
      </w:pPr>
      <w:r>
        <w:t>تو ایلیمنٹ آف ڈاؤٹ جو ہے، وہ تو وہ تو ہے ٹیسٹ کی وجہ سے۔ وہ تو ہر آدمی کا اپنا کام ہے کہ اس کو اس سے باہر آئے۔</w:t>
      </w:r>
    </w:p>
    <w:p>
      <w:r>
        <w:rPr>
          <w:b/>
        </w:rPr>
        <w:t xml:space="preserve">[50:38] </w:t>
      </w:r>
      <w:r>
        <w:t>woh</w:t>
      </w:r>
    </w:p>
    <w:p>
      <w:pPr>
        <w:jc w:val="right"/>
      </w:pPr>
      <w:r>
        <w:t>وہ</w:t>
      </w:r>
    </w:p>
    <w:p>
      <w:r>
        <w:rPr>
          <w:b/>
        </w:rPr>
        <w:t xml:space="preserve">[50:41] </w:t>
      </w:r>
      <w:r>
        <w:t>maulana, agla sawal bhopal se hai, anwar sahib ka. unhon ne aap se poocha hai: maulana sahib, aap ne haal hi mein english magazine "spirit of islam" launch ki hai, is ka maqsad kya hai?</w:t>
      </w:r>
    </w:p>
    <w:p>
      <w:pPr>
        <w:jc w:val="right"/>
      </w:pPr>
      <w:r>
        <w:t>مولانا، اگلا سوال بھوپال سے ہے، انور صاحب کا۔ انہوں نے آپ سے پوچھا ہے: مولانا صاحب، آپ نے حال ہی میں انگلش میگزین "سپرٹ آف اسلام" لانچ کی ہے، اس کا مقصد کیا ہے؟</w:t>
      </w:r>
    </w:p>
    <w:p>
      <w:r>
        <w:rPr>
          <w:b/>
        </w:rPr>
        <w:t xml:space="preserve">[50:54] </w:t>
      </w:r>
      <w:r>
        <w:t>is ke baray mein batayen. dawat hai bas, aur kya maqsad hai?</w:t>
      </w:r>
    </w:p>
    <w:p>
      <w:pPr>
        <w:jc w:val="right"/>
      </w:pPr>
      <w:r>
        <w:t>اس کے بارے میں بتائیں۔ دعوت ہے بس، اور کیا مقصد ہے؟</w:t>
      </w:r>
    </w:p>
    <w:p>
      <w:r>
        <w:rPr>
          <w:b/>
        </w:rPr>
        <w:t xml:space="preserve">[50:59] </w:t>
      </w:r>
      <w:r>
        <w:t>islam ki dawat un logon tak pahunchana jo english knowing hain. hamari sari jitni bhi activities hain, hamari woh sab ka maqsad dawat hai.</w:t>
      </w:r>
    </w:p>
    <w:p>
      <w:pPr>
        <w:jc w:val="right"/>
      </w:pPr>
      <w:r>
        <w:t>اسلام کی دعوت ان لوگوں تک پہنچانا جو انگلش نوئنگ ہیں۔ ہماری ساری جتنی بھی ایکٹیویٹیز ہیں، ہماری وہ سب کا مقصد دعوت ہے۔</w:t>
      </w:r>
    </w:p>
    <w:p>
      <w:r>
        <w:rPr>
          <w:b/>
        </w:rPr>
        <w:t xml:space="preserve">[51:09] </w:t>
      </w:r>
      <w:r>
        <w:t>jaise yeh hum class karte hain, yeh bhi dawat hai. to urdu risala jo hai, woh sirf zahir hai ke urdu speaker logon tak pahunch pata hai.</w:t>
      </w:r>
    </w:p>
    <w:p>
      <w:pPr>
        <w:jc w:val="right"/>
      </w:pPr>
      <w:r>
        <w:t>جیسے یہ ہم کلاس کرتے ہیں، یہ بھی دعوت ہے۔ تو اردو الرسالہ جو ہے، وہ صرف ظاہر ہے کہ اردو اسپیکر لوگوں تک پہنچ پاتا ہے۔</w:t>
      </w:r>
    </w:p>
    <w:p>
      <w:r>
        <w:rPr>
          <w:b/>
        </w:rPr>
        <w:t xml:space="preserve">[51:19] </w:t>
      </w:r>
      <w:r>
        <w:t>to english magazine is liye nikala gaya hai ta ke jo english knowing log hain, un tak bhi sachai ki baghat pahunchay.</w:t>
      </w:r>
    </w:p>
    <w:p>
      <w:pPr>
        <w:jc w:val="right"/>
      </w:pPr>
      <w:r>
        <w:t>تو انگلش میگزین اس لیے نکالا گیا ہے تاکہ جو انگلش نوئنگ لوگ ہیں، ان تک بھی سچائی کی باغات پہنچ جائے۔</w:t>
      </w:r>
    </w:p>
    <w:p>
      <w:r>
        <w:rPr>
          <w:b/>
        </w:rPr>
        <w:t xml:space="preserve">[51:28] </w:t>
      </w:r>
      <w:r>
        <w:t>bas yahi maqsad hai, aur kuch nahi. maulana, agla sawal mumbai se hai, vikas mehta. haan, ek.</w:t>
      </w:r>
    </w:p>
    <w:p>
      <w:pPr>
        <w:jc w:val="right"/>
      </w:pPr>
      <w:r>
        <w:t>بس یہی مقصد ہے، اور کچھ نہیں۔ مولانا، اگلا سوال ممبئی سے ہے، وکاس مہتا۔ ہاں، ایک۔</w:t>
      </w:r>
    </w:p>
    <w:p>
      <w:r>
        <w:rPr>
          <w:b/>
        </w:rPr>
        <w:t xml:space="preserve">[51:36] </w:t>
      </w:r>
      <w:r>
        <w:t>ab logon ko kamyabi kuch parchon ko phailayen. yani woh parcha bangalore se nikala gaya hai, lekin apne aap thori phailay ga.</w:t>
      </w:r>
    </w:p>
    <w:p>
      <w:pPr>
        <w:jc w:val="right"/>
      </w:pPr>
      <w:r>
        <w:t>اب لوگوں کو کامیابی کچھ پرچوں کو پھیلائیں۔ یعنی وہ پرچہ بنگلور سے نکالا گیا ہے، لیکن اپنے آپ تھوڑی پھیلے گا۔</w:t>
      </w:r>
    </w:p>
    <w:p>
      <w:r>
        <w:rPr>
          <w:b/>
        </w:rPr>
        <w:t xml:space="preserve">[51:46] </w:t>
      </w:r>
      <w:r>
        <w:t>woh jin logon ko dawat ka kaam karna hai, un ko chahiye ke is ko phailayen.</w:t>
      </w:r>
    </w:p>
    <w:p>
      <w:pPr>
        <w:jc w:val="right"/>
      </w:pPr>
      <w:r>
        <w:t>وہ جن لوگوں کو دعوت کا کام کرنا ہے، ان کو چاہیے کہ اس کو پھیلائیں۔</w:t>
      </w:r>
    </w:p>
    <w:p>
      <w:r>
        <w:rPr>
          <w:b/>
        </w:rPr>
        <w:t xml:space="preserve">[51:53] </w:t>
      </w:r>
      <w:r>
        <w:t>abhi mujhe maloom hua ke lucknow ke ek sahib ne 50 parche ke agency liye, wahan pe phailanay ke liye. aise har aadmi ko karna chahiye.</w:t>
      </w:r>
    </w:p>
    <w:p>
      <w:pPr>
        <w:jc w:val="right"/>
      </w:pPr>
      <w:r>
        <w:t>ابھی مجھے معلوم ہوا کہ لکھنو کے ایک صاحب نے 50 پرچے کے ایجنسی لیے، وہاں پہ پھیلانے کے لیے۔ ایسے ہر آدمی کو کرنا چاہیے۔</w:t>
      </w:r>
    </w:p>
    <w:p>
      <w:r>
        <w:rPr>
          <w:b/>
        </w:rPr>
        <w:t xml:space="preserve">[52:04] </w:t>
      </w:r>
      <w:r>
        <w:t>to</w:t>
      </w:r>
    </w:p>
    <w:p>
      <w:pPr>
        <w:jc w:val="right"/>
      </w:pPr>
      <w:r>
        <w:t>تو</w:t>
      </w:r>
    </w:p>
    <w:p>
      <w:r>
        <w:rPr>
          <w:b/>
        </w:rPr>
        <w:t xml:space="preserve">[52:05] </w:t>
      </w:r>
      <w:r>
        <w:t>parcha nikal diya gaya hai, lekin jab logon tak pahunch paye ga, us waqt jab ke aap sab log jin logon tak pahunche, is parche ka paigham is ko agency len, agency le kar phailayen is ko, aur doosre tareeqay se phailayen is ko.</w:t>
      </w:r>
    </w:p>
    <w:p>
      <w:pPr>
        <w:jc w:val="right"/>
      </w:pPr>
      <w:r>
        <w:t>پرچہ نکال دیا گیا ہے، لیکن جب لوگوں تک پہنچ پائے گا، اس وقت جب کہ آپ سب لوگ جن لوگوں تک پہنچے، اس پرچے کا پیغام اس کو ایجنسی لیں، ایجنسی لے کر پھیلائیں اس کو، اور دوسرے طریقے سے پھیلائیں اس کو۔</w:t>
      </w:r>
    </w:p>
    <w:p>
      <w:r>
        <w:rPr>
          <w:b/>
        </w:rPr>
        <w:t xml:space="preserve">[52:24] </w:t>
      </w:r>
      <w:r>
        <w:t>to logon ka yeh logon ki zimmedari hai.</w:t>
      </w:r>
    </w:p>
    <w:p>
      <w:pPr>
        <w:jc w:val="right"/>
      </w:pPr>
      <w:r>
        <w:t>تو لوگوں کا یہ لوگوں کی ذمہ داری ہے۔</w:t>
      </w:r>
    </w:p>
    <w:p>
      <w:r>
        <w:rPr>
          <w:b/>
        </w:rPr>
        <w:t xml:space="preserve">[52:30] </w:t>
      </w:r>
      <w:r>
        <w:t>maulana, agla sawal mumbai se hai, mister vikas mehta ka.</w:t>
      </w:r>
    </w:p>
    <w:p>
      <w:pPr>
        <w:jc w:val="right"/>
      </w:pPr>
      <w:r>
        <w:t>مولانا، اگلا سوال ممبئی سے ہے، مسٹر وکاس مہتا کا۔</w:t>
      </w:r>
    </w:p>
    <w:p>
      <w:r>
        <w:rPr>
          <w:b/>
        </w:rPr>
        <w:t xml:space="preserve">[52:34] </w:t>
      </w:r>
      <w:r>
        <w:t>unhon ne aap se poocha hai: "what is meant by rational thought?" is ke baray mein batayen. dekhiye, yeh ek ek</w:t>
      </w:r>
    </w:p>
    <w:p>
      <w:pPr>
        <w:jc w:val="right"/>
      </w:pPr>
      <w:r>
        <w:t>انہوں نے آپ سے پوچھا ہے: "واٹ از مینٹ بائے ریشنل تھاٹ؟" اس کے بارے میں بتائیں۔ دیکھیے، یہ ایک ایک</w:t>
      </w:r>
    </w:p>
    <w:p>
      <w:r>
        <w:rPr>
          <w:b/>
        </w:rPr>
        <w:t xml:space="preserve">[52:46] </w:t>
      </w:r>
      <w:r>
        <w:t>is baat ko yoon samjhein ke scientific daur se pehle dunya mein greek logic chalti thi.</w:t>
      </w:r>
    </w:p>
    <w:p>
      <w:pPr>
        <w:jc w:val="right"/>
      </w:pPr>
      <w:r>
        <w:t>اس بات کو یوں سمجھیں کہ سائنٹیفک دور سے پہلے دنیا میں گریک لاجک چلتی تھی۔</w:t>
      </w:r>
    </w:p>
    <w:p>
      <w:r>
        <w:rPr>
          <w:b/>
        </w:rPr>
        <w:t xml:space="preserve">[52:56] </w:t>
      </w:r>
      <w:r>
        <w:t>greek logic jo base karti thi syllogism par. syllogism ka matlab hai, yaani crossy argument.</w:t>
      </w:r>
    </w:p>
    <w:p>
      <w:pPr>
        <w:jc w:val="right"/>
      </w:pPr>
      <w:r>
        <w:t>گریک لاجک جو بیس کرتی تھی سیرولوجزم پر۔ سیرولوجزم کا مطلب ہے، یعنی کراسی ارگیومنٹ۔</w:t>
      </w:r>
    </w:p>
    <w:p>
      <w:r>
        <w:rPr>
          <w:b/>
        </w:rPr>
        <w:t xml:space="preserve">[53:06] </w:t>
      </w:r>
      <w:r>
        <w:t>pehlay zamanay mein crossy argument hua karte thay, lekin science ne aisa kiya ke jo haqiqatein chhupi hui theen, un ko is ne khol diya.</w:t>
      </w:r>
    </w:p>
    <w:p>
      <w:pPr>
        <w:jc w:val="right"/>
      </w:pPr>
      <w:r>
        <w:t>پہلے زمانے میں کراسی ارگیومنٹ ہوا کرتے تھے، لیکن سائنس نے ایسا کیا کہ جو حقیقتیں چھپی ہوئی تھیں، ان کو اس نے کھول دیا۔</w:t>
      </w:r>
    </w:p>
    <w:p>
      <w:r>
        <w:rPr>
          <w:b/>
        </w:rPr>
        <w:t xml:space="preserve">[53:17] </w:t>
      </w:r>
      <w:r>
        <w:t>to scientific daur ke baad aik nai logic aai, scientific logic. to scientific logic yeh hai, yeh rational argument yeh hai ke jo well established facts jo hain, jo well known fact hain, un ki un ki base par kisi baat ko kehna pehle qiyas ki buniyad par baatein kahi jaati theen.</w:t>
      </w:r>
    </w:p>
    <w:p>
      <w:pPr>
        <w:jc w:val="right"/>
      </w:pPr>
      <w:r>
        <w:t>تو سائنسی دور کے بعد ایک نئی لاجک آئی، سائنٹیفک لاجک۔ تو سائنٹیفک لاجک یہ ہے، یہ ریشنل ارگیومنٹ یہ ہے کہ جو ویل اسٹیبلش فیکٹس جو ہیں، جو ویل نون فیکٹ ہیں، ان کی ان کی بیس پر کسی بات کو کہنا پہلے قیاس کی بنیاد پر باتیں کہی جاتی تھیں۔</w:t>
      </w:r>
    </w:p>
    <w:p>
      <w:r>
        <w:rPr>
          <w:b/>
        </w:rPr>
        <w:t xml:space="preserve">[53:43] </w:t>
      </w:r>
      <w:r>
        <w:t>ab, yaani established fact ki buniyad par baat kahi jaati hai. yahi hai rational argument.</w:t>
      </w:r>
    </w:p>
    <w:p>
      <w:pPr>
        <w:jc w:val="right"/>
      </w:pPr>
      <w:r>
        <w:t>اب، یعنی اسٹیبلش فیکٹ کی بنیاد پر بات کہی جاتی ہے۔ یہی ہے ریشنل ارگیومنٹ۔</w:t>
      </w:r>
    </w:p>
    <w:p>
      <w:r>
        <w:rPr>
          <w:b/>
        </w:rPr>
        <w:t xml:space="preserve">[53:53] </w:t>
      </w:r>
      <w:r>
        <w:t>maulana, agla sawal dilli se hai, shah imran hassan sahab ka.</w:t>
      </w:r>
    </w:p>
    <w:p>
      <w:pPr>
        <w:jc w:val="right"/>
      </w:pPr>
      <w:r>
        <w:t>مولانا، اگلا سوال دلی سے ہے، شاہ عمران حسن صاحب کا۔</w:t>
      </w:r>
    </w:p>
    <w:p>
      <w:r>
        <w:rPr>
          <w:b/>
        </w:rPr>
        <w:t xml:space="preserve">[53:57] </w:t>
      </w:r>
      <w:r>
        <w:t>unhon ne likha hai: "aap kehte hain ke hamara asal kaam dawah work hai, jabke doosre ki rai yeh hai ke hamara asal kaam islami khilafat qaim karna hai,</w:t>
      </w:r>
    </w:p>
    <w:p>
      <w:pPr>
        <w:jc w:val="right"/>
      </w:pPr>
      <w:r>
        <w:t>انہوں نے لکھا ہے: "آپ کہتے ہیں کہ ہمارا اصل کام دعویٰ ورک ہے، جبکہ دوسرے کی رائے یہ ہے کہ ہمارا اصل کام اسلامی خلافت قائم کرنا ہے،</w:t>
      </w:r>
    </w:p>
    <w:p>
      <w:r>
        <w:rPr>
          <w:b/>
        </w:rPr>
        <w:t xml:space="preserve">[54:10] </w:t>
      </w:r>
      <w:r>
        <w:t>aur woh log bhi quran aur hadith se reference dete hain. mera sawal yeh hai ke aaya aik aam musalman kis ki baat ko maane?" is ko explain karein.</w:t>
      </w:r>
    </w:p>
    <w:p>
      <w:pPr>
        <w:jc w:val="right"/>
      </w:pPr>
      <w:r>
        <w:t>اور وہ لوگ بھی قرآن اور حدیث سے ریفرنس دیتے ہیں۔ میرا سوال یہ ہے کہ آیا ایک عام مسلمان کس کی بات کو مانے؟" اس کو ایکسپلین کریں۔</w:t>
      </w:r>
    </w:p>
    <w:p>
      <w:r>
        <w:rPr>
          <w:b/>
        </w:rPr>
        <w:t xml:space="preserve">[54:21] </w:t>
      </w:r>
      <w:r>
        <w:t>dekhiye, aam musalman ko chahiye ke woh quran ko parhe.</w:t>
      </w:r>
    </w:p>
    <w:p>
      <w:pPr>
        <w:jc w:val="right"/>
      </w:pPr>
      <w:r>
        <w:t>دیکھیے، عام مسلمان کو چاہیے کہ وہ قرآن کو پڑھے۔</w:t>
      </w:r>
    </w:p>
    <w:p>
      <w:r>
        <w:rPr>
          <w:b/>
        </w:rPr>
        <w:t xml:space="preserve">[54:24] </w:t>
      </w:r>
      <w:r>
        <w:t>khilafat ka jo log kehte hain ke woh mission batate hain, woh kahein sari quran mein hadith to hai hi nahin. quran mein aisi koi ayat nahin hai jin mein kaha gaya hai ke "ae musalmano!</w:t>
      </w:r>
    </w:p>
    <w:p>
      <w:pPr>
        <w:jc w:val="right"/>
      </w:pPr>
      <w:r>
        <w:t>خلافت کا جو لوگ کہتے ہیں کہ وہ مشن بتاتے ہیں، وہ کہیں ساری قرآن میں حدیث تو ہے ہی نہیں۔ قرآن میں ایسی کوئی آیت نہیں ہے جن میں کہا گیا ہے کہ "اے مسلمانوں!</w:t>
      </w:r>
    </w:p>
    <w:p>
      <w:r>
        <w:rPr>
          <w:b/>
        </w:rPr>
        <w:t xml:space="preserve">[54:36] </w:t>
      </w:r>
      <w:r>
        <w:t>tum ko sari dunya mein khilafat qaim karna hai. khilafat qaim karo!" yeh kahan hai? kahin koi nahin hai. aur dawah to ki baat se to sara quran bhara hua hai.</w:t>
      </w:r>
    </w:p>
    <w:p>
      <w:pPr>
        <w:jc w:val="right"/>
      </w:pPr>
      <w:r>
        <w:t>تم کو ساری دنیا میں خلافت قائم کرنا ہے۔ خلافت قائم کرو!" یہ کہاں ہے؟ کہیں کوئی نہیں ہے۔ اور دعوت تو کی بات سے تو سارا قرآن بھرا ہوا ہے۔</w:t>
      </w:r>
    </w:p>
    <w:p>
      <w:r>
        <w:rPr>
          <w:b/>
        </w:rPr>
        <w:t xml:space="preserve">[54:50] </w:t>
      </w:r>
      <w:r>
        <w:t>rasool Allah ne farmaya tehajjud al wida ke mauqe par sahaba ko khitab karte hue ke "Allah ne mujhe sari dunya ke liye bheja hai.</w:t>
      </w:r>
    </w:p>
    <w:p>
      <w:pPr>
        <w:jc w:val="right"/>
      </w:pPr>
      <w:r>
        <w:t>رسول اللہ نے فرمایا تہجد الوداع کے موقع پر صحابہ کو خطاب کرتے ہوئے کہ "اللہ نے مجھے ساری دنیا کے لیے بھیجا ہے۔</w:t>
      </w:r>
    </w:p>
    <w:p>
      <w:r>
        <w:rPr>
          <w:b/>
        </w:rPr>
        <w:t xml:space="preserve">[55:00] </w:t>
      </w:r>
      <w:r>
        <w:t>in Allah buwasal al kaffa nas to sab tak pahuncha do." aur phir aap ne abhi kaha ke "falagh shahid al ghaib" jo yahan hai, woh un ko bataye jo yahan maujood nahin hain.</w:t>
      </w:r>
    </w:p>
    <w:p>
      <w:pPr>
        <w:jc w:val="right"/>
      </w:pPr>
      <w:r>
        <w:t>إن الله بوصل الکافۃ الناس تو سب تک پہنچا دو۔" اور پھر آپ نے ابھی کہا کہ "فلغ شاہد الغیب" جو یہاں ہے، وہ ان کو بتائے جو یہاں موجود نہیں ہیں۔</w:t>
      </w:r>
    </w:p>
    <w:p>
      <w:r>
        <w:rPr>
          <w:b/>
        </w:rPr>
        <w:t xml:space="preserve">[55:16] </w:t>
      </w:r>
      <w:r>
        <w:t>to dawah ka hukum to quran o hadith mein maujood hai. yeh kahan maujood hai ke khilafat qaim karo? yeh to kahin hai hi nahin. logon ke apne dimaghon mein hai, aur quran mein apne dimag se baat karna yeh to haram hai,</w:t>
      </w:r>
    </w:p>
    <w:p>
      <w:pPr>
        <w:jc w:val="right"/>
      </w:pPr>
      <w:r>
        <w:t>تو دعوت کا حکم تو قرآن و حدیث میں موجود ہے۔ یہ کہاں موجود ہے کہ خلافت قائم کرو؟ یہ تو کہیں ہے ہی نہیں۔ لوگوں کے اپنے دماغوں میں ہے، اور قرآن میں اپنے دماغ سے بات کرنا یہ تو حرام ہے،</w:t>
      </w:r>
    </w:p>
    <w:p>
      <w:r>
        <w:rPr>
          <w:b/>
        </w:rPr>
        <w:t xml:space="preserve">[55:31] </w:t>
      </w:r>
      <w:r>
        <w:t>yeh jaiz hi nahin hai. jo log aisa kehte hain, un se poochein ke koi single ayat batao jahan yeh likha hua ho ke "ae musalmano! tumhara farz hai ke sari dunya mein tum khilafat qaim karo." kahan yeh hai?</w:t>
      </w:r>
    </w:p>
    <w:p>
      <w:pPr>
        <w:jc w:val="right"/>
      </w:pPr>
      <w:r>
        <w:t>یہ جائز ہی نہیں ہے۔ جو لوگ ایسا کہتے ہیں، ان سے پوچھیں کہ کوئی سنگل آیت بتاؤ جہاں یہ لکھا ہوا ہو کہ "اے مسلمانوں! تمہارا فرض ہے کہ ساری دنیا میں تم خلافت قائم کرو۔" کہاں یہ ہے؟</w:t>
      </w:r>
    </w:p>
    <w:p>
      <w:r>
        <w:rPr>
          <w:b/>
        </w:rPr>
        <w:t xml:space="preserve">[55:44] </w:t>
      </w:r>
      <w:r>
        <w:t>kahin hai hi nahin.</w:t>
      </w:r>
    </w:p>
    <w:p>
      <w:pPr>
        <w:jc w:val="right"/>
      </w:pPr>
      <w:r>
        <w:t>کہیں ہے ہی نہیں۔</w:t>
      </w:r>
    </w:p>
    <w:p>
      <w:r>
        <w:rPr>
          <w:b/>
        </w:rPr>
        <w:t xml:space="preserve">[55:51] </w:t>
      </w:r>
      <w:r>
        <w:t>maulana, agla sawal bangalore se hai, bilal sahab ka. unhon ne likha hai: "maulana! aap aksar simple lifestyle pe zor dete hain, aur aap yeh kehte hain ke luxurious lifestyle ko avoid karein.</w:t>
      </w:r>
    </w:p>
    <w:p>
      <w:pPr>
        <w:jc w:val="right"/>
      </w:pPr>
      <w:r>
        <w:t>مولانا، اگلا سوال بنگلور سے ہے، بلال صاحب کا۔ انہوں نے لکھا ہے: "مولانا! آپ اکثر سمپل لائف اسٹائل پہ زور دیتے ہیں، اور آپ یہ کہتے ہیں کہ لگزریس لائف اسٹائل کو اوائڈ کریں۔</w:t>
      </w:r>
    </w:p>
    <w:p>
      <w:r>
        <w:rPr>
          <w:b/>
        </w:rPr>
        <w:t xml:space="preserve">[56:06] </w:t>
      </w:r>
      <w:r>
        <w:t>kya islam luxurious lifestyle ki ijazat nahin deta?" dekhiye, is se pehle main keh chuka hoon ke haram ki do qismein hain:</w:t>
      </w:r>
    </w:p>
    <w:p>
      <w:pPr>
        <w:jc w:val="right"/>
      </w:pPr>
      <w:r>
        <w:t>کیا اسلام لگزریس لائف اسٹائل کی اجازت نہیں دیتا؟" دیکھیے، اس سے پہلے میں کہہ چکا ہوں کہ حرام کی دو قسمیں ہیں:</w:t>
      </w:r>
    </w:p>
    <w:p>
      <w:r>
        <w:rPr>
          <w:b/>
        </w:rPr>
        <w:t xml:space="preserve">[56:18] </w:t>
      </w:r>
      <w:r>
        <w:t>ek muharram haram, ek ghair muharram haram. yaani declared haram aur undeclared haram.</w:t>
      </w:r>
    </w:p>
    <w:p>
      <w:pPr>
        <w:jc w:val="right"/>
      </w:pPr>
      <w:r>
        <w:t>ایک محرم حرام، ایک غیر محرم حرام۔ یعنی ڈیکلیئرڈ حرام اور ان ڈیکلیئرڈ حرام۔</w:t>
      </w:r>
    </w:p>
    <w:p>
      <w:r>
        <w:rPr>
          <w:b/>
        </w:rPr>
        <w:t xml:space="preserve">[56:27] </w:t>
      </w:r>
      <w:r>
        <w:t>to dekhiye, jaise kuch cheezon ko declared taur par haram bataya gaya hai, jaise khanzir ka gosht hai ya sharab hai.</w:t>
      </w:r>
    </w:p>
    <w:p>
      <w:pPr>
        <w:jc w:val="right"/>
      </w:pPr>
      <w:r>
        <w:t>تو دیکھیے، جیسے کچھ چیزوں کو ڈیکلیئرڈ طور پر حرام بتایا گیا ہے، جیسے خنزیر کا گوشت ہے یا شراب ہے۔</w:t>
      </w:r>
    </w:p>
    <w:p>
      <w:r>
        <w:rPr>
          <w:b/>
        </w:rPr>
        <w:t xml:space="preserve">[56:36] </w:t>
      </w:r>
      <w:r>
        <w:t>lekin kuch doosri cheezon ko bhi wahi usi tareeqe se hamein bachna hai. aur woh main is ko main kehta hoon ke woh woh cheezein hain jo aap ko distract karti hain.</w:t>
      </w:r>
    </w:p>
    <w:p>
      <w:pPr>
        <w:jc w:val="right"/>
      </w:pPr>
      <w:r>
        <w:t>لیکن کچھ دوسری چیزوں کو بھی وہی اسی طریقے سے ہمیں بچنا ہے۔ اور وہ میں اس کو میں کہتا ہوں کہ وہ وہ چیزیں ہیں جو آپ کو ڈسٹریکٹ کرتی ہیں۔</w:t>
      </w:r>
    </w:p>
    <w:p>
      <w:r>
        <w:rPr>
          <w:b/>
        </w:rPr>
        <w:t xml:space="preserve">[56:46] </w:t>
      </w:r>
      <w:r>
        <w:t>distract jo distract karti hain. aur yeh baatein main is se pehle keh chuka hoon, aur yahan bhi keh chuka hoon, likh bhi chuka hoon.</w:t>
      </w:r>
    </w:p>
    <w:p>
      <w:pPr>
        <w:jc w:val="right"/>
      </w:pPr>
      <w:r>
        <w:t>ڈسٹریکٹ جو ڈسٹریکٹ کرتی ہیں۔ اور یہ باتیں میں اس سے پہلے کہہ چکا ہوں، اور یہاں بھی کہہ چکا ہوں، لکھ بھی چکا ہوں۔</w:t>
      </w:r>
    </w:p>
    <w:p>
      <w:r>
        <w:rPr>
          <w:b/>
        </w:rPr>
        <w:t xml:space="preserve">[56:58] </w:t>
      </w:r>
      <w:r>
        <w:t>hadithon se bataya hai maine ke ghair muharram ko haram ka jo concept hai, woh meri zaati nahin hai.</w:t>
      </w:r>
    </w:p>
    <w:p>
      <w:pPr>
        <w:jc w:val="right"/>
      </w:pPr>
      <w:r>
        <w:t>حدیثوں سے بتایا ہے میں نے کہ غیر محرم کو حرام کا جو کانسیپٹ ہے، وہ میری ذاتی نہیں ہے۔</w:t>
      </w:r>
    </w:p>
    <w:p>
      <w:r>
        <w:rPr>
          <w:b/>
        </w:rPr>
        <w:t xml:space="preserve">[57:04] </w:t>
      </w:r>
      <w:r>
        <w:t>aap mere mazameen ko padhiye, maine hawale diye hain ke bohat si cheezein aisi hain jo aap ko distract karti hain, woh bhi ghair muharram haram hai.</w:t>
      </w:r>
    </w:p>
    <w:p>
      <w:pPr>
        <w:jc w:val="right"/>
      </w:pPr>
      <w:r>
        <w:t>آپ میرے مضامین کو پڑھیے، میں نے حوالے دیے ہیں کہ بہت سی چیزیں ایسی ہیں جو آپ کو ڈسٹریکٹ کرتی ہیں، وہ بھی غیر محرم حرام ہے۔</w:t>
      </w:r>
    </w:p>
    <w:p>
      <w:r>
        <w:rPr>
          <w:b/>
        </w:rPr>
        <w:t xml:space="preserve">[57:16] </w:t>
      </w:r>
      <w:r>
        <w:t>to luxury jo hai, woh mere nazdeek ghair muharram haram hai. simple life mein kya hota hai ke aap distraction se bache rehte hain, aur jab bhi aap aaram aur rahat chahenge to distraction hoga.</w:t>
      </w:r>
    </w:p>
    <w:p>
      <w:pPr>
        <w:jc w:val="right"/>
      </w:pPr>
      <w:r>
        <w:t>تو لگزری جو ہے، وہ میرے نزدیک غیر محرم حرام ہے۔ سمپل لائف میں کیا ہوتا ہے کہ آپ ڈسٹریشن سے بچے رہتے ہیں، اور جب بھی آپ آرام اور راحت چاہیں گے تو ڈسٹریشن ہوگا۔</w:t>
      </w:r>
    </w:p>
    <w:p>
      <w:r>
        <w:rPr>
          <w:b/>
        </w:rPr>
        <w:t xml:space="preserve">[57:33] </w:t>
      </w:r>
      <w:r>
        <w:t>aur distreshan hoga to aap kahan hain? aap aap ka jo waqt hai, quran ka tadabbur, marifat ka atom dhoondhna, apna spiritual development, yeh sab is ke liye waqt hi nahin rahega aap ke paas.</w:t>
      </w:r>
    </w:p>
    <w:p>
      <w:pPr>
        <w:jc w:val="right"/>
      </w:pPr>
      <w:r>
        <w:t>اور ڈسٹریشن ہوگا تو آپ کہاں ہیں؟ آپ آپ کا جو وقت ہے، قرآن کا تدبر، معرفت کا ایٹم ڈھونڈنا، اپنا سپرچول ڈیولپمنٹ، یہ سب اس کے لیے وقت ہی نہیں رہے گا آپ کے پاس۔</w:t>
      </w:r>
    </w:p>
    <w:p>
      <w:r>
        <w:rPr>
          <w:b/>
        </w:rPr>
        <w:t xml:space="preserve">[57:48] </w:t>
      </w:r>
      <w:r>
        <w:t>to asal cheez yeh hai ke simple life mein aadmi distreshan se bacha rehta hai, aur jab aaram o rahat ki life raah ko ikhtiyar kare to is mein distreshan mein phans jata hai.</w:t>
      </w:r>
    </w:p>
    <w:p>
      <w:pPr>
        <w:jc w:val="right"/>
      </w:pPr>
      <w:r>
        <w:t>تو اصل چیز یہ ہے کہ سمپل لائف میں آدمی ڈسٹریشن سے بچا رہتا ہے، اور جب آرام و راحت کی لائف راہ کو اختیار کرے تو اس میں ڈسٹریشن میں پھنس جاتا ہے۔</w:t>
      </w:r>
    </w:p>
    <w:p>
      <w:r>
        <w:rPr>
          <w:b/>
        </w:rPr>
        <w:t xml:space="preserve">[57:59] </w:t>
      </w:r>
      <w:r>
        <w:t>woh</w:t>
      </w:r>
    </w:p>
    <w:p>
      <w:pPr>
        <w:jc w:val="right"/>
      </w:pPr>
      <w:r>
        <w:t>وہ</w:t>
      </w:r>
    </w:p>
    <w:p>
      <w:r>
        <w:rPr>
          <w:b/>
        </w:rPr>
        <w:t xml:space="preserve">[58:00] </w:t>
      </w:r>
      <w:r>
        <w:t>to main yeh nahin kehta ke haram hai woh, lekin woh haram se badtar hai, kyunke aap ko animal bana kar deta hai. animal, animal bana kar deta hai woh.</w:t>
      </w:r>
    </w:p>
    <w:p>
      <w:pPr>
        <w:jc w:val="right"/>
      </w:pPr>
      <w:r>
        <w:t>تو میں یہ نہیں کہتا کہ حرام ہے وہ، لیکن وہ حرام سے بدتر ہے، کیونکہ آپ کو اینیمل بنا کر دیتا ہے۔ اینیمل، اینیمل بنا کر دیتا ہے وہ۔</w:t>
      </w:r>
    </w:p>
    <w:p>
      <w:r>
        <w:rPr>
          <w:b/>
        </w:rPr>
        <w:t xml:space="preserve">[58:13] </w:t>
      </w:r>
      <w:r>
        <w:t>maulana, agla sawal: zulm karne yani ek aisa aadmi jo marifat se khali ho, jo jis ke andar spirituality na ho, jo intellectual development se khali ho, woh worst animal hai.</w:t>
      </w:r>
    </w:p>
    <w:p>
      <w:pPr>
        <w:jc w:val="right"/>
      </w:pPr>
      <w:r>
        <w:t>مولانا، اگلا سوال: ظلم کرنے یعنی ایک ایسا آدمی جو معرفت سے خالی ہو، جو جس کے اندر سپرچوٹی نہ ہو، جو انٹلیکچول ڈیولپمنٹ سے خالی ہو، وہ ورسٹ اینیمل ہے۔</w:t>
      </w:r>
    </w:p>
    <w:p>
      <w:r>
        <w:rPr>
          <w:b/>
        </w:rPr>
        <w:t xml:space="preserve">[58:26] </w:t>
      </w:r>
      <w:r>
        <w:t>woh aisa hota hai distreshan ki wajah se.</w:t>
      </w:r>
    </w:p>
    <w:p>
      <w:pPr>
        <w:jc w:val="right"/>
      </w:pPr>
      <w:r>
        <w:t>وہ ایسا ہوتا ہے ڈسٹریشن کی وجہ سے۔</w:t>
      </w:r>
    </w:p>
    <w:p>
      <w:r>
        <w:rPr>
          <w:b/>
        </w:rPr>
        <w:t xml:space="preserve">[58:30] </w:t>
      </w:r>
      <w:r>
        <w:t>to yaad rakhiye, mehram haram ke ilawa ghair mehram haram bhi hain. woh isi maani mein hain ke woh aadmi ko yani district karte hain, aur distreshan bohat hi tabah kun cheez hai.</w:t>
      </w:r>
    </w:p>
    <w:p>
      <w:pPr>
        <w:jc w:val="right"/>
      </w:pPr>
      <w:r>
        <w:t>تو یاد رکھیے، محرم حرام کے علاوہ غیر محرم حرام بھی ہیں۔ وہ اسی معنی میں ہیں کہ وہ آدمی کو یعنی ڈسٹرکٹ کرتے ہیں، اور ڈسٹریشن بہت ہی تباہ کن چیز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