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Particle July 8, 2012</w:t>
      </w:r>
    </w:p>
    <w:p>
      <w:r>
        <w:t>https://youtu.be/30Ulu10c2nA</w:t>
      </w:r>
    </w:p>
    <w:p>
      <w:r>
        <w:rPr>
          <w:b/>
        </w:rPr>
        <w:t xml:space="preserve">[00:13] </w:t>
      </w:r>
      <w:r>
        <w:t>bismillah hir rahman nir rahim, wa salli Allahu ala an nabiyyil karim.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aaj ka jo subject hai woh hai God particle.</w:t>
      </w:r>
    </w:p>
    <w:p>
      <w:pPr>
        <w:jc w:val="right"/>
      </w:pPr>
      <w:r>
        <w:t>آج کا جو سبجیکٹ ہے وہ ہے گاڈ پارٹیکل۔</w:t>
      </w:r>
    </w:p>
    <w:p>
      <w:r>
        <w:rPr>
          <w:b/>
        </w:rPr>
        <w:t xml:space="preserve">[00:51] </w:t>
      </w:r>
      <w:r>
        <w:t>aap jante hain ke aaj kal God particle ka bohat charcha hai.</w:t>
      </w:r>
    </w:p>
    <w:p>
      <w:pPr>
        <w:jc w:val="right"/>
      </w:pPr>
      <w:r>
        <w:t>آپ جانتے ہیں کہ آج کل گاڈ پارٹیکل کا بہت چرچا ہے۔</w:t>
      </w:r>
    </w:p>
    <w:p>
      <w:r>
        <w:rPr>
          <w:b/>
        </w:rPr>
        <w:t xml:space="preserve">[01:00] </w:t>
      </w:r>
      <w:r>
        <w:t>aaj maine ek urdu akhbar mein ek article dekha, aaj hi, to uska title tha</w:t>
      </w:r>
    </w:p>
    <w:p>
      <w:pPr>
        <w:jc w:val="right"/>
      </w:pPr>
      <w:r>
        <w:t>آج میں نے ایک اردو اخبار میں ایک آرٹیکل دیکھا، آج ہی، تو اس کا ٹائٹل تھا</w:t>
      </w:r>
    </w:p>
    <w:p>
      <w:r>
        <w:rPr>
          <w:b/>
        </w:rPr>
        <w:t xml:space="preserve">[01:11] </w:t>
      </w:r>
      <w:r>
        <w:t>"zarra zarra mein Khuda hai". yani unhon ne God particle ka matlab yeh nikal liya ke har particle mein Khuda hai, halanke yeh matlab nahin hai.</w:t>
      </w:r>
    </w:p>
    <w:p>
      <w:pPr>
        <w:jc w:val="right"/>
      </w:pPr>
      <w:r>
        <w:t>"ذرّہ ذرّہ میں خدا ہے"۔ یعنی انہوں نے گاڈ پارٹیکل کا مطلب یہ نکال لیا کہ ہر پارٹیکل میں خدا ہے، حالانکہ یہ مطلب نہیں ہے۔</w:t>
      </w:r>
    </w:p>
    <w:p>
      <w:r>
        <w:rPr>
          <w:b/>
        </w:rPr>
        <w:t xml:space="preserve">[01:24] </w:t>
      </w:r>
      <w:r>
        <w:t>ek aur sahib ne kaha ke yeh jo hai, yeh Khuda ka sainsi proof hai, yeh bhi galat baat hai.</w:t>
      </w:r>
    </w:p>
    <w:p>
      <w:pPr>
        <w:jc w:val="right"/>
      </w:pPr>
      <w:r>
        <w:t>ایک اور صاحب نے کہا کہ یہ جو ہے، یہ گاڈ کا سائنسی پروف ہے، یہ بھی غلط بات ہے۔</w:t>
      </w:r>
    </w:p>
    <w:p>
      <w:r>
        <w:rPr>
          <w:b/>
        </w:rPr>
        <w:t xml:space="preserve">[01:37] </w:t>
      </w:r>
      <w:r>
        <w:t>dekhen, God particle jo hai, yeh scientific community ka diya hua naam nahin hai. yeh to media ne de diya hai.</w:t>
      </w:r>
    </w:p>
    <w:p>
      <w:pPr>
        <w:jc w:val="right"/>
      </w:pPr>
      <w:r>
        <w:t>دیکھیں، گاڈ پارٹیکل جو ہے، یہ سائنٹیفک کمیونٹی کا دیا ہوا نام نہیں ہے۔ یہ تو میڈیا نے دے دیا ہے۔</w:t>
      </w:r>
    </w:p>
    <w:p>
      <w:r>
        <w:rPr>
          <w:b/>
        </w:rPr>
        <w:t xml:space="preserve">[01:50] </w:t>
      </w:r>
      <w:r>
        <w:t>is ki bhi ek tareekh hai.</w:t>
      </w:r>
    </w:p>
    <w:p>
      <w:pPr>
        <w:jc w:val="right"/>
      </w:pPr>
      <w:r>
        <w:t>اس کی بھی ایک تاریخ ہے۔</w:t>
      </w:r>
    </w:p>
    <w:p>
      <w:r>
        <w:rPr>
          <w:b/>
        </w:rPr>
        <w:t xml:space="preserve">[01:55] </w:t>
      </w:r>
      <w:r>
        <w:t>woh tareekh yeh hai ke</w:t>
      </w:r>
    </w:p>
    <w:p>
      <w:pPr>
        <w:jc w:val="right"/>
      </w:pPr>
      <w:r>
        <w:t>وہ تاریخ یہ ہے کہ</w:t>
      </w:r>
    </w:p>
    <w:p>
      <w:r>
        <w:rPr>
          <w:b/>
        </w:rPr>
        <w:t xml:space="preserve">[02:01] </w:t>
      </w:r>
      <w:r>
        <w:t>taqreeban 50 saal se ek mysterious particle ki</w:t>
      </w:r>
    </w:p>
    <w:p>
      <w:pPr>
        <w:jc w:val="right"/>
      </w:pPr>
      <w:r>
        <w:t>تقریباً 50 سال سے ایک مسٹیریس پارٹیکل کی</w:t>
      </w:r>
    </w:p>
    <w:p>
      <w:r>
        <w:rPr>
          <w:b/>
        </w:rPr>
        <w:t xml:space="preserve">[02:09] </w:t>
      </w:r>
      <w:r>
        <w:t>research kar rahe the tamam scientist.</w:t>
      </w:r>
    </w:p>
    <w:p>
      <w:pPr>
        <w:jc w:val="right"/>
      </w:pPr>
      <w:r>
        <w:t>ریسرچ کر رہے تھے تمام سائنٹسٹ۔</w:t>
      </w:r>
    </w:p>
    <w:p>
      <w:r>
        <w:rPr>
          <w:b/>
        </w:rPr>
        <w:t xml:space="preserve">[02:15] </w:t>
      </w:r>
      <w:r>
        <w:t>to ek scientist ne ek kitaab likhi, us ka naam tha "Leon Lederman".</w:t>
      </w:r>
    </w:p>
    <w:p>
      <w:pPr>
        <w:jc w:val="right"/>
      </w:pPr>
      <w:r>
        <w:t>تو ایک سائنٹسٹ نے ایک کتاب لکھی، اس کا نام تھا "لان لیڈر مین"۔</w:t>
      </w:r>
    </w:p>
    <w:p>
      <w:r>
        <w:rPr>
          <w:b/>
        </w:rPr>
        <w:t xml:space="preserve">[02:27] </w:t>
      </w:r>
      <w:r>
        <w:t>Amriki scientist the woh, Leon Lederman. to yeh pehle ki baat hai, jab ke discovery nahin hui thi.</w:t>
      </w:r>
    </w:p>
    <w:p>
      <w:pPr>
        <w:jc w:val="right"/>
      </w:pPr>
      <w:r>
        <w:t>امریکی سائنٹسٹ تھے وہ، لان لیڈر مین۔ تو یہ پہلے کی بات ہے، جب کہ ڈسکوری نہیں ہوئی تھی۔</w:t>
      </w:r>
    </w:p>
    <w:p>
      <w:r>
        <w:rPr>
          <w:b/>
        </w:rPr>
        <w:t xml:space="preserve">[02:37] </w:t>
      </w:r>
      <w:r>
        <w:t>to us ne is par ek kitaab likhi, woh popular science ke andaaz mein thi, woh technical andaaz mein nahin thi.</w:t>
      </w:r>
    </w:p>
    <w:p>
      <w:pPr>
        <w:jc w:val="right"/>
      </w:pPr>
      <w:r>
        <w:t>تو اس نے اس پر ایک کتاب لکھی، وہ پاپولر سائنس کے انداز میں تھی، وہ ٹیکنیکل انداز میں نہیں تھی۔</w:t>
      </w:r>
    </w:p>
    <w:p>
      <w:r>
        <w:rPr>
          <w:b/>
        </w:rPr>
        <w:t xml:space="preserve">[02:48] </w:t>
      </w:r>
      <w:r>
        <w:t>to chunke woh is particle ko discover karne mein kaamyaab nahin hua tha, to us ki kitaab "Discovery of Particle" par nahin thi,</w:t>
      </w:r>
    </w:p>
    <w:p>
      <w:pPr>
        <w:jc w:val="right"/>
      </w:pPr>
      <w:r>
        <w:t>تو چونکہ وہ اس پارٹیکل کو ڈسکور کرنے میں کامیاب نہیں ہوا تھا، تو اس کی کتاب "ڈسکوری آف پارٹیکل" پر نہیں تھی،</w:t>
      </w:r>
    </w:p>
    <w:p>
      <w:r>
        <w:rPr>
          <w:b/>
        </w:rPr>
        <w:t xml:space="preserve">[03:04] </w:t>
      </w:r>
      <w:r>
        <w:t>balkeh is par jo behas hai, woh sab baaten is ke andar theen.</w:t>
      </w:r>
    </w:p>
    <w:p>
      <w:pPr>
        <w:jc w:val="right"/>
      </w:pPr>
      <w:r>
        <w:t>بلکہ اس پر جو بحث ہے، وہ سب باتیں اس کے اندر تھیں۔</w:t>
      </w:r>
    </w:p>
    <w:p>
      <w:r>
        <w:rPr>
          <w:b/>
        </w:rPr>
        <w:t xml:space="preserve">[03:10] </w:t>
      </w:r>
      <w:r>
        <w:t>to us ki kitaab par title likh diya unhon ne "Goddamn Particle". yeh title likh diya unhon ne. dekhen, Goddamn ek negative term hai, negative lafz hai.</w:t>
      </w:r>
    </w:p>
    <w:p>
      <w:pPr>
        <w:jc w:val="right"/>
      </w:pPr>
      <w:r>
        <w:t>تو اس کی کتاب پر ٹائٹل لکھ دیا انہوں نے "گاڈ ڈیم پارٹیکل"۔ یہ ٹائٹل لکھ دیا انہوں نے۔ دیکھیں، گاڈ ڈیم ایک نیگیٹیو ٹرم ہے، نیگیٹیو لفظ ہے۔</w:t>
      </w:r>
    </w:p>
    <w:p>
      <w:r>
        <w:rPr>
          <w:b/>
        </w:rPr>
        <w:t xml:space="preserve">[03:24] </w:t>
      </w:r>
      <w:r>
        <w:t>jaise ke aap ek pen hain, woh pen mein siyahi na aa rahi ho, theek se na likh raha ho, to aap ghusse mein us ko phenk denge, yeh kehte hue "god dam pen".</w:t>
      </w:r>
    </w:p>
    <w:p>
      <w:pPr>
        <w:jc w:val="right"/>
      </w:pPr>
      <w:r>
        <w:t>جیسے کہ آپ ایک پین ہیں، وہ پین میں سیاہی نہ آ رہی ہو، ٹھیک سے نہ لکھ رہا ہو، تو آپ غصے میں اس کو پھینک دیں گے، یہ کہتے ہوئے "گاڈ ڈیم پین"۔</w:t>
      </w:r>
    </w:p>
    <w:p>
      <w:r>
        <w:rPr>
          <w:b/>
        </w:rPr>
        <w:t xml:space="preserve">[03:36] </w:t>
      </w:r>
      <w:r>
        <w:t>aise hi aap weather hai, acha weather nahi hai, bahar nikle aap to aap ko jhanjhat hui, aap ne keh diya "god dam weather".</w:t>
      </w:r>
    </w:p>
    <w:p>
      <w:pPr>
        <w:jc w:val="right"/>
      </w:pPr>
      <w:r>
        <w:t>ایسے ہی آپ ویدر ہے، اچھا ویدر نہیں ہے، باہر نکلے آپ تو آپ کو جھنجھاٹ ہوئی، آپ نے کہہ دیا "گاڈ ڈیم ویدر"۔</w:t>
      </w:r>
    </w:p>
    <w:p>
      <w:r>
        <w:rPr>
          <w:b/>
        </w:rPr>
        <w:t xml:space="preserve">[03:49] </w:t>
      </w:r>
      <w:r>
        <w:t>to aise hi is ne is kitab ka title likh diya "god dam particle". to publisher ke paas jab woh kitab pahunchi to publisher ne is mein ek, yaani ek chain</w:t>
      </w:r>
    </w:p>
    <w:p>
      <w:pPr>
        <w:jc w:val="right"/>
      </w:pPr>
      <w:r>
        <w:t>تو ایسے ہی اس نے اس کتاب کا ٹائٹل لکھ دیا "گاڈ ڈیم پارٹیکل"۔ تو پبلشر کے پاس جب وہ کتاب پہنچی تو پبلشر نے اس میں ایک، یعنی ایک چین</w:t>
      </w:r>
    </w:p>
    <w:p>
      <w:r>
        <w:rPr>
          <w:b/>
        </w:rPr>
        <w:t xml:space="preserve">[04:05] </w:t>
      </w:r>
      <w:r>
        <w:t>kiya, is ne "dam" nikaal diya aur is ka title rakha is ne "god particle". god particle.</w:t>
      </w:r>
    </w:p>
    <w:p>
      <w:pPr>
        <w:jc w:val="right"/>
      </w:pPr>
      <w:r>
        <w:t>ج کیا، اس نے "ڈیم" نکال دیا اور اس کا ٹائٹل رکھا اس نے "گاڈ پارٹیکل"۔ گاڈ پارٹیکل۔</w:t>
      </w:r>
    </w:p>
    <w:p>
      <w:r>
        <w:rPr>
          <w:b/>
        </w:rPr>
        <w:t xml:space="preserve">[04:16] </w:t>
      </w:r>
      <w:r>
        <w:t>wahan se yeh lafz chala hai. is ki koi scientific base nahi hai.</w:t>
      </w:r>
    </w:p>
    <w:p>
      <w:pPr>
        <w:jc w:val="right"/>
      </w:pPr>
      <w:r>
        <w:t>وہاں سے یہ لفظ چلا ہے۔ اس کی کوئی سائنٹیفک بیس نہیں ہے۔</w:t>
      </w:r>
    </w:p>
    <w:p>
      <w:r>
        <w:rPr>
          <w:b/>
        </w:rPr>
        <w:t xml:space="preserve">[04:24] </w:t>
      </w:r>
      <w:r>
        <w:t>scientific jo term is ke liye hai, woh doosra hai. yaani "higs bozon" is ka jo term hai.</w:t>
      </w:r>
    </w:p>
    <w:p>
      <w:pPr>
        <w:jc w:val="right"/>
      </w:pPr>
      <w:r>
        <w:t>سائنٹیفک جو ٹرم اس کے لیے ہے، وہ دوسرا ہے۔ یعنی "ہکس بوزان" اس کا جو ٹرم ہے۔</w:t>
      </w:r>
    </w:p>
    <w:p>
      <w:r>
        <w:rPr>
          <w:b/>
        </w:rPr>
        <w:t xml:space="preserve">[04:33] </w:t>
      </w:r>
      <w:r>
        <w:t>to is ka koi talluq khuda se nahi hai, balke main yeh kahunga ke yeh mechanical substitute of god hai.</w:t>
      </w:r>
    </w:p>
    <w:p>
      <w:pPr>
        <w:jc w:val="right"/>
      </w:pPr>
      <w:r>
        <w:t>تو اس کا کوئی تعلق خدا سے نہیں ہے، بلکہ میں یہ کہوں گا کہ یہ مکینیکل سبسٹیٹیوٹ آف گاڈ ہے۔</w:t>
      </w:r>
    </w:p>
    <w:p>
      <w:r>
        <w:rPr>
          <w:b/>
        </w:rPr>
        <w:t xml:space="preserve">[04:43] </w:t>
      </w:r>
      <w:r>
        <w:t>yeh jo particle inhon ne discover kiya hai, to scientific mind ke mutabiq, that is mechanical substitute of god.</w:t>
      </w:r>
    </w:p>
    <w:p>
      <w:pPr>
        <w:jc w:val="right"/>
      </w:pPr>
      <w:r>
        <w:t>یہ جو پارٹیکل انہوں نے ڈسکور کیا ہے، تو سائنٹیفک مائنڈ کے مطابق، دیٹ از مکینیکل سبسٹیٹیوٹ آف گاڈ۔</w:t>
      </w:r>
    </w:p>
    <w:p>
      <w:r>
        <w:rPr>
          <w:b/>
        </w:rPr>
        <w:t xml:space="preserve">[04:54] </w:t>
      </w:r>
      <w:r>
        <w:t>yaani ek lehaz se kehna chahiye ke woh god ka negation hai. ke god ke baghair, god ko maane baghair, kainat ko explain karne ki jo koshish hai, is ka hissa hai woh.</w:t>
      </w:r>
    </w:p>
    <w:p>
      <w:pPr>
        <w:jc w:val="right"/>
      </w:pPr>
      <w:r>
        <w:t>یعنی ایک لحاظ سے کہنا چاہیے کہ وہ گاڈ کا نیگیشن ہے۔ کہ گاڈ کے بغیر، گاڈ کو مانے بغیر، کائنات کو ایکسپلین کرنے کی جو کوشش ہے، اس کا حصہ ہے وہ۔</w:t>
      </w:r>
    </w:p>
    <w:p>
      <w:r>
        <w:rPr>
          <w:b/>
        </w:rPr>
        <w:t xml:space="preserve">[05:07] </w:t>
      </w:r>
      <w:r>
        <w:t>to dekhen, yeh jo muamla hai, shuru hota hai bohat pehle se. jo aaj kal jo physical science mein jo kainat ka standard model maana gaya hai,</w:t>
      </w:r>
    </w:p>
    <w:p>
      <w:pPr>
        <w:jc w:val="right"/>
      </w:pPr>
      <w:r>
        <w:t>تو دیکھیں، یہ جو معاملہ ہے، شروع ہوتا ہے بہت پہلے سے۔ جو آج کل جو فزیکل سائنس میں جو کائنات کا اسٹینڈرڈ ماڈل مانا گیا ہے،</w:t>
      </w:r>
    </w:p>
    <w:p>
      <w:r>
        <w:rPr>
          <w:b/>
        </w:rPr>
        <w:t xml:space="preserve">[05:21] </w:t>
      </w:r>
      <w:r>
        <w:t>woh big bang par base karta hai. yaani kainat ki beginning, beginning ke bare mein, universe ki jo beginning hui, to is ke liye jo science ka jo standard model hai, woh big bang par mabni hai.</w:t>
      </w:r>
    </w:p>
    <w:p>
      <w:pPr>
        <w:jc w:val="right"/>
      </w:pPr>
      <w:r>
        <w:t>وہ بگ بینگ پر بیس کرتا ہے۔ یعنی کائنات کی بگننگ، بگننگ کے بارے میں، یونیورس کی جو بگننگ ہوئی، تو اس کے لیے جو سائنس کا جو اسٹینڈرڈ ماڈل ہے، وہ بگ بینگ پر مبنی ہے۔</w:t>
      </w:r>
    </w:p>
    <w:p>
      <w:r>
        <w:rPr>
          <w:b/>
        </w:rPr>
        <w:t xml:space="preserve">[05:41] </w:t>
      </w:r>
      <w:r>
        <w:t>is ka matlab kya hai? ab se 13 billion saal pehle, 13 billion, more than 13 billion saal pehle,</w:t>
      </w:r>
    </w:p>
    <w:p>
      <w:pPr>
        <w:jc w:val="right"/>
      </w:pPr>
      <w:r>
        <w:t>اس کا مطلب کیا ہے؟ اب سے 13 بلین سال پہلے، 13 بلین، مور دین 13 بلین سال پہلے،</w:t>
      </w:r>
    </w:p>
    <w:p>
      <w:r>
        <w:rPr>
          <w:b/>
        </w:rPr>
        <w:t xml:space="preserve">[05:53] </w:t>
      </w:r>
      <w:r>
        <w:t>space mein ek cosmic ball tha. bohat bara atom samajh lijiye, ek super atom. to hamari universe mein jo material universe hai, is ke andar jitne bhi particle hain,</w:t>
      </w:r>
    </w:p>
    <w:p>
      <w:pPr>
        <w:jc w:val="right"/>
      </w:pPr>
      <w:r>
        <w:t>سپیس میں ایک کاسمک بال تھا۔ بہت بڑا ایٹم سمجھ لیجئے، ایک سپر ایٹم۔ تو ہماری یونیورس میں جو مٹیریل یونیورس ہے، اس کے اندر جتنے بھی پارٹیکل ہیں،</w:t>
      </w:r>
    </w:p>
    <w:p>
      <w:r>
        <w:rPr>
          <w:b/>
        </w:rPr>
        <w:t xml:space="preserve">[06:09] </w:t>
      </w:r>
      <w:r>
        <w:t>woh saare particle is cosmic ball mein thay aur bohat hi compact</w:t>
      </w:r>
    </w:p>
    <w:p>
      <w:pPr>
        <w:jc w:val="right"/>
      </w:pPr>
      <w:r>
        <w:t>وہ سارے پارٹیکل اس کاسمک بال میں تھے اور بہت ہی کمپیکٹ</w:t>
      </w:r>
    </w:p>
    <w:p>
      <w:r>
        <w:rPr>
          <w:b/>
        </w:rPr>
        <w:t xml:space="preserve">[06:14] </w:t>
      </w:r>
      <w:r>
        <w:t>haalat mein thay. to is ko aap super atom kahiye ya cosmic ball kahiye. to more than 13 billion years se pehle is mein explosion hua.</w:t>
      </w:r>
    </w:p>
    <w:p>
      <w:pPr>
        <w:jc w:val="right"/>
      </w:pPr>
      <w:r>
        <w:t>حالت میں تھے۔ تو اس کو آپ سپر ایٹم کہیے یا کاسمک بال کہیے۔ تو مور دین 13 بلین ایئرز سے پہلے اس میں ایکسپلوژن ہوا۔</w:t>
      </w:r>
    </w:p>
    <w:p>
      <w:r>
        <w:rPr>
          <w:b/>
        </w:rPr>
        <w:t xml:space="preserve">[06:26] </w:t>
      </w:r>
      <w:r>
        <w:t>bohat bara explosion, dhamaka.</w:t>
      </w:r>
    </w:p>
    <w:p>
      <w:pPr>
        <w:jc w:val="right"/>
      </w:pPr>
      <w:r>
        <w:t>بہت بڑا ایکسپلوژن، دھماکہ۔</w:t>
      </w:r>
    </w:p>
    <w:p>
      <w:r>
        <w:rPr>
          <w:b/>
        </w:rPr>
        <w:t xml:space="preserve">[06:30] </w:t>
      </w:r>
      <w:r>
        <w:t>is dhamake se kya hua ke jitne particle is cosmic ball mein thay, woh sab bikhar gaye. bikhar gaye. yaani is se pehle woh thay integrated state mein.</w:t>
      </w:r>
    </w:p>
    <w:p>
      <w:pPr>
        <w:jc w:val="right"/>
      </w:pPr>
      <w:r>
        <w:t>اس دھماکے سے کیا ہوا کہ جتنے پارٹیکل اس کاسمک بال میں تھے، وہ سب بکھر گئے۔ بکھر گئے۔ یعنی اس سے پہلے وہ تھے انٹیگریٹڈ اسٹیٹ میں۔</w:t>
      </w:r>
    </w:p>
    <w:p>
      <w:r>
        <w:rPr>
          <w:b/>
        </w:rPr>
        <w:t xml:space="preserve">[06:45] </w:t>
      </w:r>
      <w:r>
        <w:t>integrated state mein thay.</w:t>
      </w:r>
    </w:p>
    <w:p>
      <w:pPr>
        <w:jc w:val="right"/>
      </w:pPr>
      <w:r>
        <w:t>انٹیگریٹڈ اسٹیٹ میں تھے۔</w:t>
      </w:r>
    </w:p>
    <w:p>
      <w:r>
        <w:rPr>
          <w:b/>
        </w:rPr>
        <w:t xml:space="preserve">[06:47] </w:t>
      </w:r>
      <w:r>
        <w:t>explosion ke baad kya hua woh? woh sab dis integrated ho gaye. muntashir ho gaye sari universe mein.</w:t>
      </w:r>
    </w:p>
    <w:p>
      <w:pPr>
        <w:jc w:val="right"/>
      </w:pPr>
      <w:r>
        <w:t>ایکسپلوژن کے بعد کیا ہوا وہ؟ وہ سب ڈس انٹیگریٹ ہو گئے۔ منتشر ہو گئے ساری یونیورس میں۔</w:t>
      </w:r>
    </w:p>
    <w:p>
      <w:r>
        <w:rPr>
          <w:b/>
        </w:rPr>
        <w:t xml:space="preserve">[06:57] </w:t>
      </w:r>
      <w:r>
        <w:t>aur quantum theory yeh kehti hai ke yeh jo particle is se release hue, in mein mass nahi tha. mass nahi tha.</w:t>
      </w:r>
    </w:p>
    <w:p>
      <w:pPr>
        <w:jc w:val="right"/>
      </w:pPr>
      <w:r>
        <w:t>اور کوانٹم تھیوری یہ کہتی ہے کہ یہ جو پارٹیکل اس سے ریلیز ہوئے، ان میں ماس نہیں تھا۔ ماس نہیں تھا۔</w:t>
      </w:r>
    </w:p>
    <w:p>
      <w:r>
        <w:rPr>
          <w:b/>
        </w:rPr>
        <w:t xml:space="preserve">[07:08] </w:t>
      </w:r>
      <w:r>
        <w:t>jab mass nahi tha to kya hua ke woh,</w:t>
      </w:r>
    </w:p>
    <w:p>
      <w:pPr>
        <w:jc w:val="right"/>
      </w:pPr>
      <w:r>
        <w:t>جب ماس نہیں تھا تو کیا ہوا کہ وہ،</w:t>
      </w:r>
    </w:p>
    <w:p>
      <w:r>
        <w:rPr>
          <w:b/>
        </w:rPr>
        <w:t xml:space="preserve">[07:14] </w:t>
      </w:r>
      <w:r>
        <w:t>woh light ki speed se charon taraf woh flow karne, travel karne lage. light ki speed jo hoti hai, woh ek lakh 86 hazar meel fi second hoti hai.</w:t>
      </w:r>
    </w:p>
    <w:p>
      <w:pPr>
        <w:jc w:val="right"/>
      </w:pPr>
      <w:r>
        <w:t>وہ لائٹ کی سپیڈ سے چاروں طرف وہ فلو کرنے، ٹریول کرنے لگے۔ لائٹ کی سپیڈ جو ہوتی ہے، وہ ایک لاکھ 86 ہزار میل فی سیکنڈ ہوتی ہے۔</w:t>
      </w:r>
    </w:p>
    <w:p>
      <w:r>
        <w:rPr>
          <w:b/>
        </w:rPr>
        <w:t xml:space="preserve">[07:29] </w:t>
      </w:r>
      <w:r>
        <w:t>yaani ek second mein ek lakh 86 hazar meel tay karti hai light speed se chalne wali cheez.</w:t>
      </w:r>
    </w:p>
    <w:p>
      <w:pPr>
        <w:jc w:val="right"/>
      </w:pPr>
      <w:r>
        <w:t>یعنی ایک سیکنڈ میں ایک لاکھ 86 ہزار میل طے کرتی ہے لائٹ سپیڈ سے چلنے والی چیز۔</w:t>
      </w:r>
    </w:p>
    <w:p>
      <w:r>
        <w:rPr>
          <w:b/>
        </w:rPr>
        <w:t xml:space="preserve">[07:37] </w:t>
      </w:r>
      <w:r>
        <w:t>to yeh light speed se yeh saare particle apne charon taraf travel karne lage. to science ne yeh to daryaft kar liya ke beginning kahan se hui.</w:t>
      </w:r>
    </w:p>
    <w:p>
      <w:pPr>
        <w:jc w:val="right"/>
      </w:pPr>
      <w:r>
        <w:t>تو یہ لائٹ سپیڈ سے یہ سارے پارٹیکل اپنے چاروں طرف ٹریول کرنے لگے۔ تو سائنس نے یہ تو دریافت کر لیا کہ بگننگ کہاں سے ہوئی۔</w:t>
      </w:r>
    </w:p>
    <w:p>
      <w:r>
        <w:rPr>
          <w:b/>
        </w:rPr>
        <w:t xml:space="preserve">[07:50] </w:t>
      </w:r>
      <w:r>
        <w:t>lekin jab yeh daryaft hua, quantum theory ne bataya ke is mein mass nahi tha. quantum mechanics jo kehte hain is ko, quantum mechanics se yeh cheez maloom hui ke is in particles mein mass nahi tha.</w:t>
      </w:r>
    </w:p>
    <w:p>
      <w:pPr>
        <w:jc w:val="right"/>
      </w:pPr>
      <w:r>
        <w:t>لیکن جب یہ دریافت ہوا، کوانٹم تھیوری نے بتایا کہ اس میں ماس نہیں تھا۔ کوانٹم مکینکس جو کہتے ہیں اس کو، کوانٹم مکینکس سے یہ چیز معلوم ہوئی کہ اس ان پارٹیکلز میں ماس نہیں تھا۔</w:t>
      </w:r>
    </w:p>
    <w:p>
      <w:r>
        <w:rPr>
          <w:b/>
        </w:rPr>
        <w:t xml:space="preserve">[08:04] </w:t>
      </w:r>
      <w:r>
        <w:t>to phir bohat bara sawal paida hua.</w:t>
      </w:r>
    </w:p>
    <w:p>
      <w:pPr>
        <w:jc w:val="right"/>
      </w:pPr>
      <w:r>
        <w:t>تو پھر بہت بڑا سوال پیدا ہوا۔</w:t>
      </w:r>
    </w:p>
    <w:p>
      <w:r>
        <w:rPr>
          <w:b/>
        </w:rPr>
        <w:t xml:space="preserve">[08:06] </w:t>
      </w:r>
      <w:r>
        <w:t>wo sawal kya? mass nahi tha is mein to yeh kainat bani kaise? dekhein, mass ko urdu mein kehte hain kamiyat.</w:t>
      </w:r>
    </w:p>
    <w:p>
      <w:pPr>
        <w:jc w:val="right"/>
      </w:pPr>
      <w:r>
        <w:t>وہ سوال کیا؟ ماس نہیں تھا اس میں تو یہ کائنات بنی کیسے؟ دیکھیں، ماس کو اردو میں کہتے ہیں کمیت۔</w:t>
      </w:r>
    </w:p>
    <w:p>
      <w:r>
        <w:rPr>
          <w:b/>
        </w:rPr>
        <w:t xml:space="preserve">[08:16] </w:t>
      </w:r>
      <w:r>
        <w:t>kamiyat. mass hone se cheezein aapas mein jurtii hain. aik doosre ko attract kartii hain. to mass jab na ho to attraction nahi hoga.</w:t>
      </w:r>
    </w:p>
    <w:p>
      <w:pPr>
        <w:jc w:val="right"/>
      </w:pPr>
      <w:r>
        <w:t>کمیت۔ ماس ہونے سے چیزیں آپس میں جڑتی ہیں۔ ایک دوسرے کو اٹریکٹ کرتی ہیں۔ تو ماس جب نہ ہو تو اٹریکشن نہیں ہوگا۔</w:t>
      </w:r>
    </w:p>
    <w:p>
      <w:r>
        <w:rPr>
          <w:b/>
        </w:rPr>
        <w:t xml:space="preserve">[08:29] </w:t>
      </w:r>
      <w:r>
        <w:t>jurenge nahi. phir to bikhraao aa jayega.</w:t>
      </w:r>
    </w:p>
    <w:p>
      <w:pPr>
        <w:jc w:val="right"/>
      </w:pPr>
      <w:r>
        <w:t>جڑیں گے نہیں۔ پھر تو بکھراؤ آ جائے گا۔</w:t>
      </w:r>
    </w:p>
    <w:p>
      <w:r>
        <w:rPr>
          <w:b/>
        </w:rPr>
        <w:t xml:space="preserve">[08:33] </w:t>
      </w:r>
      <w:r>
        <w:t>to kaha ke ab hum jis, jis, jis, jis universe mein rehte hain, yeh wajood bhi na aata.</w:t>
      </w:r>
    </w:p>
    <w:p>
      <w:pPr>
        <w:jc w:val="right"/>
      </w:pPr>
      <w:r>
        <w:t>تو کہا کہ اب ہم جس، جس، جس، جس یونیورس میں رہتے ہیں، یہ وجود بھی ہی نہ آتا۔</w:t>
      </w:r>
    </w:p>
    <w:p>
      <w:r>
        <w:rPr>
          <w:b/>
        </w:rPr>
        <w:t xml:space="preserve">[08:43] </w:t>
      </w:r>
      <w:r>
        <w:t>na star hote, na planet hota, na mountain hote, na ocean hota, na zameen hoti, kuch bhi nahi. sirf saari yeh space jo hai, daudte hue electrons ka jungal hoti.</w:t>
      </w:r>
    </w:p>
    <w:p>
      <w:pPr>
        <w:jc w:val="right"/>
      </w:pPr>
      <w:r>
        <w:t>نہ اسٹار ہوتے، نہ پلینٹ ہوتا، نہ ماؤنٹین ہوتے، نہ اوشن ہوتا، نہ زمین ہوتی، کچھ بھی نہیں۔ صرف ساری یہ سپیس جو ہے، دوڑتے ہوئے الیکٹرانز کا جنگل ہوتی۔</w:t>
      </w:r>
    </w:p>
    <w:p>
      <w:r>
        <w:rPr>
          <w:b/>
        </w:rPr>
        <w:t xml:space="preserve">[08:58] </w:t>
      </w:r>
      <w:r>
        <w:t>saari space jo hai, yani daudte hue elect particle jo jis mein mass na na hota, wo jungal hoti.</w:t>
      </w:r>
    </w:p>
    <w:p>
      <w:pPr>
        <w:jc w:val="right"/>
      </w:pPr>
      <w:r>
        <w:t>ساری سپیس جو ہے، یعنی دوڑتے ہوئے الیکٹ پارٹیکل جو جس میں ماس نہ نہ ہوتا، وہ جنگل ہوتی۔</w:t>
      </w:r>
    </w:p>
    <w:p>
      <w:r>
        <w:rPr>
          <w:b/>
        </w:rPr>
        <w:t xml:space="preserve">[09:08] </w:t>
      </w:r>
      <w:r>
        <w:t>hum aap bhi nahi hote. yeh sawal tha. to ab science daanon ne phir se sochna shuru kiya ke kaise aisa hua ke in particles mein mass aaya?</w:t>
      </w:r>
    </w:p>
    <w:p>
      <w:pPr>
        <w:jc w:val="right"/>
      </w:pPr>
      <w:r>
        <w:t>ہم آپ بھی نہیں ہوتے۔ یہ سوال تھا۔ تو اب سائنس دانوں نے پھر سے سوچنا شروع کیا کہ کیسے ایسا ہوا کہ ان پارٹیکلز میں ماس آیا؟</w:t>
      </w:r>
    </w:p>
    <w:p>
      <w:r>
        <w:rPr>
          <w:b/>
        </w:rPr>
        <w:t xml:space="preserve">[09:21] </w:t>
      </w:r>
      <w:r>
        <w:t>kyun ke wo, wo particle jure. jure tabhi to bani hai yeh kainat.</w:t>
      </w:r>
    </w:p>
    <w:p>
      <w:pPr>
        <w:jc w:val="right"/>
      </w:pPr>
      <w:r>
        <w:t>کیونکہ وہ، وہ پارٹیکل جڑے۔ جڑے تبھی تو بنی ہے یہ کائنات۔</w:t>
      </w:r>
    </w:p>
    <w:p>
      <w:r>
        <w:rPr>
          <w:b/>
        </w:rPr>
        <w:t xml:space="preserve">[09:26] </w:t>
      </w:r>
      <w:r>
        <w:t>to kaise is particle mein mass aaya aur phir wo jure aur jud kar ke saari cheezein bani? yeh tha sawal.</w:t>
      </w:r>
    </w:p>
    <w:p>
      <w:pPr>
        <w:jc w:val="right"/>
      </w:pPr>
      <w:r>
        <w:t>تو کیسے اس پارٹیکل میں ماس آیا اور پھر وہ جڑے اور جڑ کر کے ساری چیزیں بنیں؟ یہ تھا سوال۔</w:t>
      </w:r>
    </w:p>
    <w:p>
      <w:r>
        <w:rPr>
          <w:b/>
        </w:rPr>
        <w:t xml:space="preserve">[09:35] </w:t>
      </w:r>
      <w:r>
        <w:t>yeh bohat pehle se sawal tha. aur active taur par, active taur par is par taqreeban 50 saal se zyada mehnat ho rahi thi. aur isi ke liye aap ne dekha hoga akhbaron mein ke taqreeban 10 saal pehle Switzerland mein aik bohat bari tunnel banai gayi.</w:t>
      </w:r>
    </w:p>
    <w:p>
      <w:pPr>
        <w:jc w:val="right"/>
      </w:pPr>
      <w:r>
        <w:t>یہ بہت پہلے سے سوال تھا۔ اور ایکٹیو طور پر، ایکٹیو طور پر اس پر تقریباً 50 سال سے زیادہ محنت ہو رہی تھی۔ اور اسی کے لیے آپ نے دیکھا ہوگا اخباروں میں کہ تقریباً 10 سال پہلے سویٹزرلینڈ میں ایک بہت بڑی ٹنل بنائی گئی۔</w:t>
      </w:r>
    </w:p>
    <w:p>
      <w:r>
        <w:rPr>
          <w:b/>
        </w:rPr>
        <w:t xml:space="preserve">[09:55] </w:t>
      </w:r>
      <w:r>
        <w:t>bohat hi special qism ki tunnel.</w:t>
      </w:r>
    </w:p>
    <w:p>
      <w:pPr>
        <w:jc w:val="right"/>
      </w:pPr>
      <w:r>
        <w:t>بہت ہی اسپیشل قسم کی ٹنل۔</w:t>
      </w:r>
    </w:p>
    <w:p>
      <w:r>
        <w:rPr>
          <w:b/>
        </w:rPr>
        <w:t xml:space="preserve">[09:58] </w:t>
      </w:r>
      <w:r>
        <w:t>is par taqreeban 5 billion dollar kharch hua. majmooi taur par. 5 billion dollar kharch hua kis liye?</w:t>
      </w:r>
    </w:p>
    <w:p>
      <w:pPr>
        <w:jc w:val="right"/>
      </w:pPr>
      <w:r>
        <w:t>اس پر تقریباً پانچ بلین ڈالر خرچ ہوا۔ مجموعی طور پر۔ پانچ بلین ڈالر خرچ ہوا کس لیے؟</w:t>
      </w:r>
    </w:p>
    <w:p>
      <w:r>
        <w:rPr>
          <w:b/>
        </w:rPr>
        <w:t xml:space="preserve">[10:07] </w:t>
      </w:r>
      <w:r>
        <w:t>isi cheez ko daryaft karne ke liye. isi cheez ko daryaft karne ke liye ke particle mein mass ka jo sawal tha, isi ko janne ke liye.</w:t>
      </w:r>
    </w:p>
    <w:p>
      <w:pPr>
        <w:jc w:val="right"/>
      </w:pPr>
      <w:r>
        <w:t>اسی چیز کو دریافت کرنے کے لیے۔ اسی چیز کو دریافت کرنے کے لیے کہ پارٹیکل میں ماس کا جو سوال تھا، اسی کو جاننے کے لیے۔</w:t>
      </w:r>
    </w:p>
    <w:p>
      <w:r>
        <w:rPr>
          <w:b/>
        </w:rPr>
        <w:t xml:space="preserve">[10:17] </w:t>
      </w:r>
      <w:r>
        <w:t>to wohi cheez hai jo ab science daan yeh claim kar rahe hain ke unhon ne dawah kiya hai.</w:t>
      </w:r>
    </w:p>
    <w:p>
      <w:pPr>
        <w:jc w:val="right"/>
      </w:pPr>
      <w:r>
        <w:t>تو وہی چیز ہے جو اب سائنس دان یہ کلیم کر رہے ہیں کہ انہوں نے دعویٰ کیا ہے۔</w:t>
      </w:r>
    </w:p>
    <w:p>
      <w:r>
        <w:rPr>
          <w:b/>
        </w:rPr>
        <w:t xml:space="preserve">[10:24] </w:t>
      </w:r>
      <w:r>
        <w:t>unhon ne discover kiya hai. lekin zyada, yani safestatement yeh hai ke yeh discovery nahi hai, yeh near discovery hai.</w:t>
      </w:r>
    </w:p>
    <w:p>
      <w:pPr>
        <w:jc w:val="right"/>
      </w:pPr>
      <w:r>
        <w:t>انہوں نے ڈسکور کیا ہے۔ لیکن زیادہ، یعنی سیف اسٹیٹمنٹ یہ ہے کہ یہ ڈسکوری نہیں ہے، یہ نیئر ڈسکوری ہے۔</w:t>
      </w:r>
    </w:p>
    <w:p>
      <w:r>
        <w:rPr>
          <w:b/>
        </w:rPr>
        <w:t xml:space="preserve">[10:34] </w:t>
      </w:r>
      <w:r>
        <w:t>zyada safestatement yeh hai ke wo discovery nahi hai balkeh near discovery hai. kyun ke abhi bhi kuch problem aise hain jis par science daan mutmaeen nahi hain.</w:t>
      </w:r>
    </w:p>
    <w:p>
      <w:pPr>
        <w:jc w:val="right"/>
      </w:pPr>
      <w:r>
        <w:t>زیادہ سیف اسٹیٹمنٹ یہ ہے کہ وہ ڈسکوری نہیں ہے بلکہ نیئر ڈسکوری ہے۔ کیونکہ ابھی بھی کچھ پرابلم ایسے ہیں جس پر سائنس دان مطمئن نہیں ہیں۔</w:t>
      </w:r>
    </w:p>
    <w:p>
      <w:r>
        <w:rPr>
          <w:b/>
        </w:rPr>
        <w:t xml:space="preserve">[10:44] </w:t>
      </w:r>
      <w:r>
        <w:t>to, to behraal yeh discover kiya gaya hai ke aik mysterious subatomic particle tha jis ne tamam jo khud unstable hai, lekin wo, wo mass deta hai.</w:t>
      </w:r>
    </w:p>
    <w:p>
      <w:pPr>
        <w:jc w:val="right"/>
      </w:pPr>
      <w:r>
        <w:t>تو، تو بہرحال یہ ڈسکور کیا گیا ہے کہ ایک مسٹیریس سب ایٹمک پارٹیکل تھا جس نے تمام جو خود انسٹیبل ہے، لیکن وہ، وہ ماس دیتا ہے۔</w:t>
      </w:r>
    </w:p>
    <w:p>
      <w:r>
        <w:rPr>
          <w:b/>
        </w:rPr>
        <w:t xml:space="preserve">[11:06] </w:t>
      </w:r>
      <w:r>
        <w:t>unstable hone ke bawajood wo electrons ko ya particles ko mass deta hai.</w:t>
      </w:r>
    </w:p>
    <w:p>
      <w:pPr>
        <w:jc w:val="right"/>
      </w:pPr>
      <w:r>
        <w:t>انسٹیبل ہونے کے باوجود وہ الیکٹرانز کو یا پارٹیکلز کو ماس دیتا ہے۔</w:t>
      </w:r>
    </w:p>
    <w:p>
      <w:r>
        <w:rPr>
          <w:b/>
        </w:rPr>
        <w:t xml:space="preserve">[11:11] </w:t>
      </w:r>
      <w:r>
        <w:t>is se log jab mass diya is ne, tab ja kar cheezein combine hone lagin. tab dekhein, aik to tamam cheezein wajood mein aayin.</w:t>
      </w:r>
    </w:p>
    <w:p>
      <w:pPr>
        <w:jc w:val="right"/>
      </w:pPr>
      <w:r>
        <w:t>اس سے لوگ جب ماس دیا اس نے، تب جا کر چیزیں کمبائن ہونے لگیں۔ تب دیکھیں، ایک تو تمام چیزیں وجود میں آئیں۔</w:t>
      </w:r>
    </w:p>
    <w:p>
      <w:r>
        <w:rPr>
          <w:b/>
        </w:rPr>
        <w:t xml:space="preserve">[11:22] </w:t>
      </w:r>
      <w:r>
        <w:t>to yeh theory jo hai, is par bohat article likhe gaye, kitabein chapin. to is mein se aik scientist jo ke Scotland ka hai, abhi bhi zinda hai wo, uska naam hai Peter Higgs.</w:t>
      </w:r>
    </w:p>
    <w:p>
      <w:pPr>
        <w:jc w:val="right"/>
      </w:pPr>
      <w:r>
        <w:t>تو یہ تھیوری جو ہے، اس پر بہت آرٹیکل لکھے گئے، کتابیں چھپیں۔ تو اس میں سے ایک سائنٹسٹ جو کہ اسکاٹ لینڈ کا ہے، ابھی بھی زندہ ہے وہ، اس کا نام ہے پیٹر ہکس۔</w:t>
      </w:r>
    </w:p>
    <w:p>
      <w:r>
        <w:rPr>
          <w:b/>
        </w:rPr>
        <w:t xml:space="preserve">[11:39] </w:t>
      </w:r>
      <w:r>
        <w:t>Peter Higgs. Higgs.</w:t>
      </w:r>
    </w:p>
    <w:p>
      <w:pPr>
        <w:jc w:val="right"/>
      </w:pPr>
      <w:r>
        <w:t>پیٹر ہکس۔ ایچ آئی ڈبل جی ایس۔</w:t>
      </w:r>
    </w:p>
    <w:p>
      <w:r>
        <w:rPr>
          <w:b/>
        </w:rPr>
        <w:t xml:space="preserve">[11:44] </w:t>
      </w:r>
      <w:r>
        <w:t>is ne taqreeban 64 saal pehle aik, aik, aik paper chhapa, aik scientific paper.</w:t>
      </w:r>
    </w:p>
    <w:p>
      <w:pPr>
        <w:jc w:val="right"/>
      </w:pPr>
      <w:r>
        <w:t>اس نے تقریباً 64 سال پہلے ایک، ایک، ایک پیپر چھاپا، ایک سائنٹیفک پیپر۔</w:t>
      </w:r>
    </w:p>
    <w:p>
      <w:r>
        <w:rPr>
          <w:b/>
        </w:rPr>
        <w:t xml:space="preserve">[11:54] </w:t>
      </w:r>
      <w:r>
        <w:t>is mein is ne aik theory di. is theory ko, isi theory ke base par yeh research hui hai.</w:t>
      </w:r>
    </w:p>
    <w:p>
      <w:pPr>
        <w:jc w:val="right"/>
      </w:pPr>
      <w:r>
        <w:t>اس میں اس نے ایک تھیوری دی۔ اس تھیوری کو، اسی تھیوری کے بیس پر یہ ریسرچ ہوئی ہے۔</w:t>
      </w:r>
    </w:p>
    <w:p>
      <w:r>
        <w:rPr>
          <w:b/>
        </w:rPr>
        <w:t xml:space="preserve">[12:04] </w:t>
      </w:r>
      <w:r>
        <w:t>ab jo research hui hai, aur is, is research mein aap jante hain ke 10,000 engineers aur scientist lage hue the.</w:t>
      </w:r>
    </w:p>
    <w:p>
      <w:pPr>
        <w:jc w:val="right"/>
      </w:pPr>
      <w:r>
        <w:t>اب جو ریسرچ ہوئی ہے، اور اس، اس ریسرچ میں آپ جانتے ہیں کہ 10,000 انجینئرز اور سائنٹسٹ لگے ہوئے تھے۔</w:t>
      </w:r>
    </w:p>
    <w:p>
      <w:r>
        <w:rPr>
          <w:b/>
        </w:rPr>
        <w:t xml:space="preserve">[12:13] </w:t>
      </w:r>
      <w:r>
        <w:t>10,000۔ aur 100 mulk is mein involve thay.</w:t>
      </w:r>
    </w:p>
    <w:p>
      <w:pPr>
        <w:jc w:val="right"/>
      </w:pPr>
      <w:r>
        <w:t>10,000۔ اور 100 ملک اس میں انوالو تھے۔</w:t>
      </w:r>
    </w:p>
    <w:p>
      <w:r>
        <w:rPr>
          <w:b/>
        </w:rPr>
        <w:t xml:space="preserve">[12:19] </w:t>
      </w:r>
      <w:r>
        <w:t>Itna bara research ka kaam shayad history mein kabhi nahi hua hoga ke ek aisa project jis mein 10 saal lagen aur 10,000 scientist, engineers is mein shamil hon aur 100 mulk is mein involve hon aur 5 billion dollar is mein kharch ho.</w:t>
      </w:r>
    </w:p>
    <w:p>
      <w:pPr>
        <w:jc w:val="right"/>
      </w:pPr>
      <w:r>
        <w:t>اتنا بڑا ریسرچ کا کام شاید ہسٹری میں کبھی نہیں ہوا ہوگا کہ ایک ایسا پروجیکٹ جس میں 10 سال لگیں اور 10,000 سائنٹسٹ، انجینئرز اس میں شامل ہوں اور 100 ملک اس میں انوالو ہوں اور 5 بلین ڈالر اس میں خرچ ہو۔</w:t>
      </w:r>
    </w:p>
    <w:p>
      <w:r>
        <w:rPr>
          <w:b/>
        </w:rPr>
        <w:t xml:space="preserve">[12:38] </w:t>
      </w:r>
      <w:r>
        <w:t>Itna bara pro</w:t>
      </w:r>
    </w:p>
    <w:p>
      <w:pPr>
        <w:jc w:val="right"/>
      </w:pPr>
      <w:r>
        <w:t>اتنا بڑا پرو</w:t>
      </w:r>
    </w:p>
    <w:p>
      <w:r>
        <w:rPr>
          <w:b/>
        </w:rPr>
        <w:t xml:space="preserve">[12:39] </w:t>
      </w:r>
      <w:r>
        <w:t>ject tha. Sirf ek cheez ko janne ke liye ke kya waqai mein aisa koi, aisa koi particle maujood hai jis ke, jo jis ne mass diya?</w:t>
      </w:r>
    </w:p>
    <w:p>
      <w:pPr>
        <w:jc w:val="right"/>
      </w:pPr>
      <w:r>
        <w:t>جیکٹ تھا۔ صرف ایک چیز کو جاننے کے لیے کہ کیا واقعتاً ایسا کوئی، ایسا کوئی پارٹیکل موجود ہے جس کے، جو جس نے ماس دیا؟</w:t>
      </w:r>
    </w:p>
    <w:p>
      <w:r>
        <w:rPr>
          <w:b/>
        </w:rPr>
        <w:t xml:space="preserve">[12:57] </w:t>
      </w:r>
      <w:r>
        <w:t>To isi particle ka naam, isi ko sub atomic, sub atomic particle ka naam, wo koi aankh se dekhne ki cheez nahi hai.</w:t>
      </w:r>
    </w:p>
    <w:p>
      <w:pPr>
        <w:jc w:val="right"/>
      </w:pPr>
      <w:r>
        <w:t>تو اسی پارٹیکل کا نام، اسی کو سب ایٹمک، سب ایٹمک پارٹیکل کا نام، وہ کوئی آنکھ سے دیکھنے کی چیز نہیں ہے۔</w:t>
      </w:r>
    </w:p>
    <w:p>
      <w:r>
        <w:rPr>
          <w:b/>
        </w:rPr>
        <w:t xml:space="preserve">[13:06] </w:t>
      </w:r>
      <w:r>
        <w:t>To is ka naam isi scientist ke naam par rakha gaya, Higgs Boson. Ye Boson jo lafz hai, is ki bhi ek history hai.</w:t>
      </w:r>
    </w:p>
    <w:p>
      <w:pPr>
        <w:jc w:val="right"/>
      </w:pPr>
      <w:r>
        <w:t>تو اس کا نام اسی سائنٹسٹ کے نام پر رکھا گیا، ہکس بوزان۔ یہ بوزان جو لفظ ہے، اس کی بھی ایک ہسٹری ہے۔</w:t>
      </w:r>
    </w:p>
    <w:p>
      <w:r>
        <w:rPr>
          <w:b/>
        </w:rPr>
        <w:t xml:space="preserve">[13:17] </w:t>
      </w:r>
      <w:r>
        <w:t>Boson asal mein Bengal ke ek scientist thay, Satyendra Bose. To Bose se BOS le kar ke, Boson, ye log Boson, Boson kehte hain.</w:t>
      </w:r>
    </w:p>
    <w:p>
      <w:pPr>
        <w:jc w:val="right"/>
      </w:pPr>
      <w:r>
        <w:t>بوزان اصل میں بنگال کے ایک سائنٹسٹ تھے، سیتندر بوس۔ تو بوس سے بی او ایس لے کر کے، بوز، یہ لوگ بوز، بوز کہتے ہیں۔</w:t>
      </w:r>
    </w:p>
    <w:p>
      <w:r>
        <w:rPr>
          <w:b/>
        </w:rPr>
        <w:t xml:space="preserve">[13:31] </w:t>
      </w:r>
      <w:r>
        <w:t>Boson, hum log to sen bolte hain na, wo log ze bolte hain. Boson. To is se Boson bana. Kyun ke unhone ek article, ek paper likha tha bohat pehle, Einstein ke zamanay mein.</w:t>
      </w:r>
    </w:p>
    <w:p>
      <w:pPr>
        <w:jc w:val="right"/>
      </w:pPr>
      <w:r>
        <w:t>بوز، ہم لوگ تو سین بولتے ہیں نا، وہ لوگ زی بولتے ہیں۔ بوز۔ تو اس سے بوزان بنا۔ کیونکہ انہوں نے ایک آرٹیکل، ایک پیپر لکھا تھا بہت پہلے، آئنسٹین کے زمانے میں۔</w:t>
      </w:r>
    </w:p>
    <w:p>
      <w:r>
        <w:rPr>
          <w:b/>
        </w:rPr>
        <w:t xml:space="preserve">[13:44] </w:t>
      </w:r>
      <w:r>
        <w:t>Aur is mein unhone isi se related ek problem ko is mein solve karne ki koshish ki thi. To Professor Bose ke naam par ye Boson bana aur he Peter Higgs ke naam se Higgs bana.</w:t>
      </w:r>
    </w:p>
    <w:p>
      <w:pPr>
        <w:jc w:val="right"/>
      </w:pPr>
      <w:r>
        <w:t>اور اس میں انہوں نے اسی سے ریلیٹڈ ایک پرابلم کو اس میں سالو کرنے کی کوشش کی تھی۔ تو پروفیسر بوس کے نام پر یہ بوز بنا اور ہی پیٹر ہکس کے نام سے ہکس بنا۔</w:t>
      </w:r>
    </w:p>
    <w:p>
      <w:r>
        <w:rPr>
          <w:b/>
        </w:rPr>
        <w:t xml:space="preserve">[14:01] </w:t>
      </w:r>
      <w:r>
        <w:t>To is ka naam rakha gaya Higgs Boson. Higgs Boson. Aur ye awami taur par is ko kaha jata hai God Particle.</w:t>
      </w:r>
    </w:p>
    <w:p>
      <w:pPr>
        <w:jc w:val="right"/>
      </w:pPr>
      <w:r>
        <w:t>تو اس کا نام رکھا گیا ہکس بوزان۔ ہکس بوزان۔ اور یہ عوامی طور پر اس کو کہا جاتا ہے گاڈ پارٹیکل۔</w:t>
      </w:r>
    </w:p>
    <w:p>
      <w:r>
        <w:rPr>
          <w:b/>
        </w:rPr>
        <w:t xml:space="preserve">[14:12] </w:t>
      </w:r>
      <w:r>
        <w:t>To</w:t>
      </w:r>
    </w:p>
    <w:p>
      <w:pPr>
        <w:jc w:val="right"/>
      </w:pPr>
      <w:r>
        <w:t>تو</w:t>
      </w:r>
    </w:p>
    <w:p>
      <w:r>
        <w:rPr>
          <w:b/>
        </w:rPr>
        <w:t xml:space="preserve">[14:13] </w:t>
      </w:r>
      <w:r>
        <w:t>Ye ab, aap ghor kijiye ke aap ye is ka talluq existence of God se nahi hai mazhabi maano mein. Is ka talluq sirf ye hai ke science ye chahti hai, scientific mind ye chahta hai ke kainat ko explain karna.</w:t>
      </w:r>
    </w:p>
    <w:p>
      <w:pPr>
        <w:jc w:val="right"/>
      </w:pPr>
      <w:r>
        <w:t>یہ اب، آپ غور کیجئے کہ آپ یہ اس کا تعلق ایگزسٹنس آف گاڈ سے نہیں ہے مذہبی معنوں میں۔ اس کا تعلق صرف یہ ہے کہ سائنس یہ چاہتی ہے، سائنٹیفک مائنڈ یہ چاہتا ہے کہ کائنات کو ایکسپلین کرنا۔</w:t>
      </w:r>
    </w:p>
    <w:p>
      <w:r>
        <w:rPr>
          <w:b/>
        </w:rPr>
        <w:t xml:space="preserve">[14:30] </w:t>
      </w:r>
      <w:r>
        <w:t>Explain karna hai</w:t>
      </w:r>
    </w:p>
    <w:p>
      <w:pPr>
        <w:jc w:val="right"/>
      </w:pPr>
      <w:r>
        <w:t>ایکسپلین کرنا ہے</w:t>
      </w:r>
    </w:p>
    <w:p>
      <w:r>
        <w:rPr>
          <w:b/>
        </w:rPr>
        <w:t xml:space="preserve">[14:31] </w:t>
      </w:r>
      <w:r>
        <w:t>Kainat ko. Ek, ek, ek, ek kainat, ek universe jis ko hum dekh rahe hain, jo exist kar rahi hai, hum jo is ko jante hain, jis ko hum apne telescope se, apne microscope se, jis ka hum tajurba karte hain.</w:t>
      </w:r>
    </w:p>
    <w:p>
      <w:pPr>
        <w:jc w:val="right"/>
      </w:pPr>
      <w:r>
        <w:t>کائنات کو۔ ایک، ایک، ایک، ایک کائنات، ایک یونیورس جس کو ہم دیکھ رہے ہیں، جو ایگزسٹ کر رہی ہے، ہم جو اس کو جانتے ہیں، جس کو ہم اپنے ٹیلیسکوپ سے، اپنے مائیکروسکوپ سے، جس کا ہم تجربہ کرتے ہیں۔</w:t>
      </w:r>
    </w:p>
    <w:p>
      <w:r>
        <w:rPr>
          <w:b/>
        </w:rPr>
        <w:t xml:space="preserve">[14:49] </w:t>
      </w:r>
      <w:r>
        <w:t>To pehla sawal to ye tha ke how it came into existence? Ya is ka wajood kaise hua?</w:t>
      </w:r>
    </w:p>
    <w:p>
      <w:pPr>
        <w:jc w:val="right"/>
      </w:pPr>
      <w:r>
        <w:t>تو پہلا سوال تو یہ تھا کہ ہاؤ اٹ کیم انٹو ایگزسٹنس؟ یا اس کا وجود کیسے ہوا؟</w:t>
      </w:r>
    </w:p>
    <w:p>
      <w:r>
        <w:rPr>
          <w:b/>
        </w:rPr>
        <w:t xml:space="preserve">[14:58] </w:t>
      </w:r>
      <w:r>
        <w:t>To wajood ko unhone Big Bang theory jo hai, us se explain kiya. Jo ke 20th century ke first quarter mein, ghaleban 1931 mein pesh ki gayi thi.</w:t>
      </w:r>
    </w:p>
    <w:p>
      <w:pPr>
        <w:jc w:val="right"/>
      </w:pPr>
      <w:r>
        <w:t>تو وجود کو انہوں نے بگ بینگ تھیوری جو ہے، اس سے ایکسپلین کیا۔ جو کہ 20 سینچری کے فرسٹ کوارٹر میں، غالباً 1931 میں پیش کی گئی تھی۔</w:t>
      </w:r>
    </w:p>
    <w:p>
      <w:r>
        <w:rPr>
          <w:b/>
        </w:rPr>
        <w:t xml:space="preserve">[15:13] </w:t>
      </w:r>
      <w:r>
        <w:t>To</w:t>
      </w:r>
    </w:p>
    <w:p>
      <w:pPr>
        <w:jc w:val="right"/>
      </w:pPr>
      <w:r>
        <w:t>تو</w:t>
      </w:r>
    </w:p>
    <w:p>
      <w:r>
        <w:rPr>
          <w:b/>
        </w:rPr>
        <w:t xml:space="preserve">[15:15] </w:t>
      </w:r>
      <w:r>
        <w:t>Wo par bohat kuch research hui. Kafi research ke baad ab Big Bang theory jo hai, scientific community ne is ko maan liya hai.</w:t>
      </w:r>
    </w:p>
    <w:p>
      <w:pPr>
        <w:jc w:val="right"/>
      </w:pPr>
      <w:r>
        <w:t>وہ پر بہت کچھ ریسرچ ہوئی۔ کافی ریسرچ کے بعد اب بگ بینگ تھیوری جو ہے، سائنٹیفک کمیونٹی نے اس کو مان لیا ہے۔</w:t>
      </w:r>
    </w:p>
    <w:p>
      <w:r>
        <w:rPr>
          <w:b/>
        </w:rPr>
        <w:t xml:space="preserve">[15:25] </w:t>
      </w:r>
      <w:r>
        <w:t>And now it is scientifically an established theory. Lekin phir jo doosra sawal aa gaya ke jab sare electron jo hain, jo release hue,</w:t>
      </w:r>
    </w:p>
    <w:p>
      <w:pPr>
        <w:jc w:val="right"/>
      </w:pPr>
      <w:r>
        <w:t>اینڈ ناؤ اٹ از سائنٹیفیکلی اینڈ اسٹیبلش تھیوری۔ لیکن پھر جو دوسرا سوال آ گیا کہ جب سارے الیکٹران جو ہیں، جو ریلیز ہوئے،</w:t>
      </w:r>
    </w:p>
    <w:p>
      <w:r>
        <w:rPr>
          <w:b/>
        </w:rPr>
        <w:t xml:space="preserve">[15:42] </w:t>
      </w:r>
      <w:r>
        <w:t>To phir wo kaise dobara wo combine hue? Kyun ke is ke liye mass darkar hai.</w:t>
      </w:r>
    </w:p>
    <w:p>
      <w:pPr>
        <w:jc w:val="right"/>
      </w:pPr>
      <w:r>
        <w:t>تو پھر وہ کیسے دوبارہ وہ کمبائن ہوئے؟ کیونکہ اس کے لیے ماس درکار ہے۔</w:t>
      </w:r>
    </w:p>
    <w:p>
      <w:r>
        <w:rPr>
          <w:b/>
        </w:rPr>
        <w:t xml:space="preserve">[15:48] </w:t>
      </w:r>
      <w:r>
        <w:t>To is ke liye ab, ab jo unhone mana hai ke, ke Higgs Boson, to agar is ko maan liya jaye scientific mind ke mutabiq, to Higgs Boson is baat ko explain karta hai ke kis tarah dobara sare particle exist hue aur phir wo cheezein tamam bani.</w:t>
      </w:r>
    </w:p>
    <w:p>
      <w:pPr>
        <w:jc w:val="right"/>
      </w:pPr>
      <w:r>
        <w:t>تو اس کے لیے اب، اب جو انہوں نے مانا ہے کہ، کہ ہکس بوزان، تو اگر اس کو مان لیا جائے سائنسی مائنڈ کے مطابق، تو ہکس بوزان اس بات کو ایکسپلین کرتا ہے کہ کس طرح دوبارہ سارے پارٹیکل ایگزا ہوئے اور پھر وہ چیزیں تمام بنیں۔</w:t>
      </w:r>
    </w:p>
    <w:p>
      <w:r>
        <w:rPr>
          <w:b/>
        </w:rPr>
        <w:t xml:space="preserve">[16:13] </w:t>
      </w:r>
      <w:r>
        <w:t>Ye hai theory. Yani khulasa jo hai, saada zaban mein. Is ko ek dekhein, ek to technical zaban hoti hai.</w:t>
      </w:r>
    </w:p>
    <w:p>
      <w:pPr>
        <w:jc w:val="right"/>
      </w:pPr>
      <w:r>
        <w:t>یہ ہے تھیوری۔ یعنی خلاصہ جو ہے، سادہ زبان میں۔ اس کو ایک دیکھیں، ایک تو ٹیکنیکل زبان ہوتی ہے۔</w:t>
      </w:r>
    </w:p>
    <w:p>
      <w:r>
        <w:rPr>
          <w:b/>
        </w:rPr>
        <w:t xml:space="preserve">[16:23] </w:t>
      </w:r>
      <w:r>
        <w:t>Technical zaban jo hai, wo ek alag hi zaban hai. Main aap ko is ka jo saada taur par jo baat hai, wo arz kar raha hoon.</w:t>
      </w:r>
    </w:p>
    <w:p>
      <w:pPr>
        <w:jc w:val="right"/>
      </w:pPr>
      <w:r>
        <w:t>ٹیکنیکل زبان جو ہے، وہ ایک الگ ہی زبان ہے۔ میں آپ کو اس کا جو سادہ طور پر جو بات ہے، وہ عرض کر رہا ہوں۔</w:t>
      </w:r>
    </w:p>
    <w:p>
      <w:r>
        <w:rPr>
          <w:b/>
        </w:rPr>
        <w:t xml:space="preserve">[16:32] </w:t>
      </w:r>
      <w:r>
        <w:t>Is mein mujhe ek baat aur bhi acknowledge karna hai ke is maamle mein mujh ko bohat zyada help mili hai. Meri jo granddaughter hai, wo Maria.</w:t>
      </w:r>
    </w:p>
    <w:p>
      <w:pPr>
        <w:jc w:val="right"/>
      </w:pPr>
      <w:r>
        <w:t>اس میں مجھے ایک بات اور بھی ایکنالج کرنا ہے کہ اس معاملے میں مجھ کو بہت زیادہ ہیلپ ملی ہے۔ میری جو گرینڈ ڈاٹر ہے، وہ ماریہ۔</w:t>
      </w:r>
    </w:p>
    <w:p>
      <w:r>
        <w:rPr>
          <w:b/>
        </w:rPr>
        <w:t xml:space="preserve">[16:44] </w:t>
      </w:r>
      <w:r>
        <w:t>Maria, yani Physics Honors mein unhone first first division se pass kiya hai imtehan Physics Honors mein.</w:t>
      </w:r>
    </w:p>
    <w:p>
      <w:pPr>
        <w:jc w:val="right"/>
      </w:pPr>
      <w:r>
        <w:t>ماریہ، یعنی فزکس آنرز میں انہوں نے فرسٹ فرسٹ ڈویژن سے پاس کیا ہے امتحان فزکس آنرز میں۔</w:t>
      </w:r>
    </w:p>
    <w:p>
      <w:r>
        <w:rPr>
          <w:b/>
        </w:rPr>
        <w:t xml:space="preserve">[16:58] </w:t>
      </w:r>
      <w:r>
        <w:t>aur bohat hi zyada parhne wali larki hai. Maria jo meri grand daughter hai, us ne bohat zyada help ki.</w:t>
      </w:r>
    </w:p>
    <w:p>
      <w:pPr>
        <w:jc w:val="right"/>
      </w:pPr>
      <w:r>
        <w:t>اور بہت ہی زیادہ پڑھنے والی لڑکی ہے۔ ماریہ جو میری گرینڈ ڈاٹر ہے، اس نے بہت زیادہ ہیلپ کی۔</w:t>
      </w:r>
    </w:p>
    <w:p>
      <w:r>
        <w:rPr>
          <w:b/>
        </w:rPr>
        <w:t xml:space="preserve">[17:09] </w:t>
      </w:r>
      <w:r>
        <w:t>yani main aap jante hain ke main internet istemal nahi kar sakta.</w:t>
      </w:r>
    </w:p>
    <w:p>
      <w:pPr>
        <w:jc w:val="right"/>
      </w:pPr>
      <w:r>
        <w:t>یعنی میں آپ جانتے ہیں کہ میں انٹرنیٹ استعمال نہیں کر سکتا۔</w:t>
      </w:r>
    </w:p>
    <w:p>
      <w:r>
        <w:rPr>
          <w:b/>
        </w:rPr>
        <w:t xml:space="preserve">[17:13] </w:t>
      </w:r>
      <w:r>
        <w:t>to sara nikal nikal kar mujhe bataya, parh kar sunaya, discuss kiya. To bohat zyada main wo us ko acknowledge karta hoon.</w:t>
      </w:r>
    </w:p>
    <w:p>
      <w:pPr>
        <w:jc w:val="right"/>
      </w:pPr>
      <w:r>
        <w:t>تو سارا نکال نکال کر مجھے بتایا، پڑھ کر سنایا، ڈسکس کیا۔ تو بہت زیادہ میں وہ اس کو ایکنالج کرتا ہوں۔</w:t>
      </w:r>
    </w:p>
    <w:p>
      <w:r>
        <w:rPr>
          <w:b/>
        </w:rPr>
        <w:t xml:space="preserve">[17:24] </w:t>
      </w:r>
      <w:r>
        <w:t>Allah taala us ko, hum, hum is mein us ki, uska ajar de, us ke reward de.</w:t>
      </w:r>
    </w:p>
    <w:p>
      <w:pPr>
        <w:jc w:val="right"/>
      </w:pPr>
      <w:r>
        <w:t>اللہ تعالیٰ اس کو، ہم، ہم اس میں اس کی، اس کا اجر دے، اس کے ریوارڈ دے۔</w:t>
      </w:r>
    </w:p>
    <w:p>
      <w:r>
        <w:rPr>
          <w:b/>
        </w:rPr>
        <w:t xml:space="preserve">[17:34] </w:t>
      </w:r>
      <w:r>
        <w:t>to is tareeqe se main yeh baat jo keh raha hoon, yani us ko main, yani ek, ek bohat dil lage hain mujh ko us ko, us yahan tak pohnchne mein.</w:t>
      </w:r>
    </w:p>
    <w:p>
      <w:pPr>
        <w:jc w:val="right"/>
      </w:pPr>
      <w:r>
        <w:t>تو اس طریقے سے میں یہ بات جو کہہ رہا ہوں، یعنی اس کو میں، یعنی ایک، ایک بہت دل لگے ہیں مجھ کو اس کو، اس یہاں تک پہنچنے میں۔</w:t>
      </w:r>
    </w:p>
    <w:p>
      <w:r>
        <w:rPr>
          <w:b/>
        </w:rPr>
        <w:t xml:space="preserve">[17:47] </w:t>
      </w:r>
      <w:r>
        <w:t>is mein, ah, meri daughter grand daughter Maria ki help kafi meri madadgar sabit hui. To yeh hai hooks bozan ka ek saada tasawwur.</w:t>
      </w:r>
    </w:p>
    <w:p>
      <w:pPr>
        <w:jc w:val="right"/>
      </w:pPr>
      <w:r>
        <w:t>اس میں، اہ، میری ڈاٹ گرینڈ ڈاٹر ماریہ کی ہیلپ کافی میری مددگار ثابت ہوئی۔ تو یہ ہے ہکس بوزان کا ایک سادہ تصور۔</w:t>
      </w:r>
    </w:p>
    <w:p>
      <w:r>
        <w:rPr>
          <w:b/>
        </w:rPr>
        <w:t xml:space="preserve">[18:04] </w:t>
      </w:r>
      <w:r>
        <w:t>lekin mujhe jo dilchaspi hai, jo main aap se arz karna chahta hoon, wo wo ek aur baat hai. Wo hai Quran se is ka talluq.</w:t>
      </w:r>
    </w:p>
    <w:p>
      <w:pPr>
        <w:jc w:val="right"/>
      </w:pPr>
      <w:r>
        <w:t>لیکن مجھے جو دلچسپی ہے، جو میں آپ سے عرض کرنا چاہتا ہوں، وہ وہ ایک اور بات ہے۔ وہ ہے قرآن سے اس کا تعلق۔</w:t>
      </w:r>
    </w:p>
    <w:p>
      <w:r>
        <w:rPr>
          <w:b/>
        </w:rPr>
        <w:t xml:space="preserve">[18:15] </w:t>
      </w:r>
      <w:r>
        <w:t>dekhen, Quran mein bohat hi ajeeb baat hai ke Quran mein ek ayat hai Surah Nisa, yani chapter four, verse number 82 mein:</w:t>
      </w:r>
    </w:p>
    <w:p>
      <w:pPr>
        <w:jc w:val="right"/>
      </w:pPr>
      <w:r>
        <w:t>دیکھیں، قرآن میں بہت ہی عجیب بات ہے کہ قرآن میں ایک آیت ہے سورہ النساء، یعنی چیپٹر فور، ورس نمبر 82 میں:</w:t>
      </w:r>
    </w:p>
    <w:p>
      <w:r>
        <w:rPr>
          <w:b/>
        </w:rPr>
        <w:t xml:space="preserve">[18:34] </w:t>
      </w:r>
      <w:r>
        <w:t>"Afla tadabbar al Quran wa lau kana min inda ghair Allah la wajadu fihi ikhtilafan kathira".</w:t>
      </w:r>
    </w:p>
    <w:p>
      <w:pPr>
        <w:jc w:val="right"/>
      </w:pPr>
      <w:r>
        <w:t>"افلا تدب القرآن ولو کان من عند غیر اللہ لوجدو فی اختلاف کثیرا"۔</w:t>
      </w:r>
    </w:p>
    <w:p>
      <w:r>
        <w:rPr>
          <w:b/>
        </w:rPr>
        <w:t xml:space="preserve">[18:42] </w:t>
      </w:r>
      <w:r>
        <w:t>sach poochhen to mujhe Quran wala jo aspect hai, usi se dilchaspi hai mujhe. Usi ke liye maine yeh tamheed bayan ki aap ko. To yeh jo ayat hai Surah Nisa mein, is ka matlab yeh hai ke kya yeh log Quran par ghaur nahi karte?</w:t>
      </w:r>
    </w:p>
    <w:p>
      <w:pPr>
        <w:jc w:val="right"/>
      </w:pPr>
      <w:r>
        <w:t>سچ پوچھیں تو مجھے قرآن والا جو اسپیکٹ ہے، اسی سے دلچسپی ہے مجھے۔ اسی کے لیے میں نے یہ تمہید بیان کی آپ کو۔ تو یہ جو آیت ہے سورہ النساء میں، اس کا مطلب یہ ہے کہ کیا یہ لوگ قرآن پر غور نہیں کرتے؟</w:t>
      </w:r>
    </w:p>
    <w:p>
      <w:r>
        <w:rPr>
          <w:b/>
        </w:rPr>
        <w:t xml:space="preserve">[18:59] </w:t>
      </w:r>
      <w:r>
        <w:t>Quran par ghaur nahi karte, tadabbur nahi karte?</w:t>
      </w:r>
    </w:p>
    <w:p>
      <w:pPr>
        <w:jc w:val="right"/>
      </w:pPr>
      <w:r>
        <w:t>قرآن پر غور نہیں کرتے، تدبر نہیں کرتے؟</w:t>
      </w:r>
    </w:p>
    <w:p>
      <w:r>
        <w:rPr>
          <w:b/>
        </w:rPr>
        <w:t xml:space="preserve">[19:03] </w:t>
      </w:r>
      <w:r>
        <w:t>agar Quran Allah ke siwa kisi aur ki taraf se hota to wo is ke andar bohat zyada ikhtilaf paate.</w:t>
      </w:r>
    </w:p>
    <w:p>
      <w:pPr>
        <w:jc w:val="right"/>
      </w:pPr>
      <w:r>
        <w:t>اگر قرآن اللہ کے سوا کسی اور کی طرف سے ہوتا تو وہ اس کے اندر بہت زیادہ اختلاف پاتے۔</w:t>
      </w:r>
    </w:p>
    <w:p>
      <w:r>
        <w:rPr>
          <w:b/>
        </w:rPr>
        <w:t xml:space="preserve">[19:13] </w:t>
      </w:r>
      <w:r>
        <w:t>yeh ikhtilaf ka lafz hai, bohat hi important hai. Mufassireen ikhtilaf ko samajhne mein zyada kamyab nahi hue hain. Lekin yeh maine is pe bohat ghaur kiya.</w:t>
      </w:r>
    </w:p>
    <w:p>
      <w:pPr>
        <w:jc w:val="right"/>
      </w:pPr>
      <w:r>
        <w:t>یہ اختلاف کا لفظ ہے، بہت ہی امپورٹنٹ ہے۔ مفسرین اختلاف کو سمجھنے میں زیادہ کامیاب نہیں ہوئے ہیں۔ لیکن یہ میں نے اس پہ بہت غور کیا۔</w:t>
      </w:r>
    </w:p>
    <w:p>
      <w:r>
        <w:rPr>
          <w:b/>
        </w:rPr>
        <w:t xml:space="preserve">[19:25] </w:t>
      </w:r>
      <w:r>
        <w:t>to yeh bhi meri ek discovery hai Allah ke fazl se.</w:t>
      </w:r>
    </w:p>
    <w:p>
      <w:pPr>
        <w:jc w:val="right"/>
      </w:pPr>
      <w:r>
        <w:t>تو یہ بھی میری ایک ڈسکوری ہے اللہ کے فضل سے۔</w:t>
      </w:r>
    </w:p>
    <w:p>
      <w:r>
        <w:rPr>
          <w:b/>
        </w:rPr>
        <w:t xml:space="preserve">[19:29] </w:t>
      </w:r>
      <w:r>
        <w:t>ikhtilaf ke ma'ne yahan par jo aam taur par jo lafz bola jata hai, is tarah wo ma'ne nahi hain. Yahan par ma'ne hain inconsistency ya adam mutabiqat.</w:t>
      </w:r>
    </w:p>
    <w:p>
      <w:pPr>
        <w:jc w:val="right"/>
      </w:pPr>
      <w:r>
        <w:t>اختلاف کے معنی یہاں پر جو عام طور پر جو لفظ بولا جاتا ہے، اس طرح وہ معنی نہیں ہیں۔ یہاں پر معنی ہیں ان کنسسٹنسی یا عدم مطابقت۔</w:t>
      </w:r>
    </w:p>
    <w:p>
      <w:r>
        <w:rPr>
          <w:b/>
        </w:rPr>
        <w:t xml:space="preserve">[19:42] </w:t>
      </w:r>
      <w:r>
        <w:t>yeh matlab hai is ka. Yani ikhtilaf kis ke beech mein? Quran ki ayaton ke beech mein nahi.</w:t>
      </w:r>
    </w:p>
    <w:p>
      <w:pPr>
        <w:jc w:val="right"/>
      </w:pPr>
      <w:r>
        <w:t>یہ مطلب ہے اس کا۔ یعنی اختلاف کس کے بیچ میں؟ قرآن کی آیتوں کے بیچ میں نہیں۔</w:t>
      </w:r>
    </w:p>
    <w:p>
      <w:r>
        <w:rPr>
          <w:b/>
        </w:rPr>
        <w:t xml:space="preserve">[19:51] </w:t>
      </w:r>
      <w:r>
        <w:t>Quran aur kharji haqiqaton ke beech mein ikhtilaf.</w:t>
      </w:r>
    </w:p>
    <w:p>
      <w:pPr>
        <w:jc w:val="right"/>
      </w:pPr>
      <w:r>
        <w:t>قرآن اور خارجی حقیقتوں کے بیچ میں اختلاف۔</w:t>
      </w:r>
    </w:p>
    <w:p>
      <w:r>
        <w:rPr>
          <w:b/>
        </w:rPr>
        <w:t xml:space="preserve">[19:57] </w:t>
      </w:r>
      <w:r>
        <w:t>yani ek hai Quran ka statement aur ek hai world of facts jo Quran se bahar hai. To world of facts mein aur Quran ke statement mein koi ikhtilaf nahi hoga.</w:t>
      </w:r>
    </w:p>
    <w:p>
      <w:pPr>
        <w:jc w:val="right"/>
      </w:pPr>
      <w:r>
        <w:t>یعنی ایک ہے قرآن کا اسٹیٹمنٹ اور ایک ہے ورلڈ آف فیکٹس جو قرآن سے باہر ہے۔ تو ورلڈ آف فیکٹس میں اور قرآن کے اسٹیٹمنٹ میں کوئی اختلاف نہیں ہوگا۔</w:t>
      </w:r>
    </w:p>
    <w:p>
      <w:r>
        <w:rPr>
          <w:b/>
        </w:rPr>
        <w:t xml:space="preserve">[20:11] </w:t>
      </w:r>
      <w:r>
        <w:t>yani inconsistency nahi hogi. Adam mutabiqat nahi hogi. Yeh bohat ajeeb statement tha. Kyun ke aap jante hain ke Quran seven century ke first quarter mein utra.</w:t>
      </w:r>
    </w:p>
    <w:p>
      <w:pPr>
        <w:jc w:val="right"/>
      </w:pPr>
      <w:r>
        <w:t>یعنی ان کنسسٹنسی نہیں ہوگی۔ عدم مطابقت نہیں ہوگی۔ یہ بہت عجیب اسٹیٹمنٹ تھا۔ کیونکہ آپ جانتے ہیں کہ قرآن سیون سینچری کے فرسٹ کوارٹر میں اترا۔</w:t>
      </w:r>
    </w:p>
    <w:p>
      <w:r>
        <w:rPr>
          <w:b/>
        </w:rPr>
        <w:t xml:space="preserve">[20:26] </w:t>
      </w:r>
      <w:r>
        <w:t>us waqt kuch bhi nahi tha duniya mein. Na science thi, na telescope thi, na microscope thi, na us waqt tick computer tha, na us waqt aaj kal ke jo tareeqe hain research karne ke, wo sab kuch the.</w:t>
      </w:r>
    </w:p>
    <w:p>
      <w:pPr>
        <w:jc w:val="right"/>
      </w:pPr>
      <w:r>
        <w:t>اس وقت کچھ بھی نہیں تھا دنیا میں۔ نہ سائنس تھی، نہ ٹیلیسکوپ تھی، نہ مائیکروسکوپ تھی، نہ اس وقت ٹک کمپیوٹر تھا، نہ اس وقت آج کل کے جو طریقے ہیں ریسرچ کرنے کے، وہ سب کچھ تھے۔</w:t>
      </w:r>
    </w:p>
    <w:p>
      <w:r>
        <w:rPr>
          <w:b/>
        </w:rPr>
        <w:t xml:space="preserve">[20:40] </w:t>
      </w:r>
      <w:r>
        <w:t>wo traditional daur tha. Log suppressed mein jeete the. Kisi cheez ko jo insan janta nahi tha. Us waqt yeh ayat utri.</w:t>
      </w:r>
    </w:p>
    <w:p>
      <w:pPr>
        <w:jc w:val="right"/>
      </w:pPr>
      <w:r>
        <w:t>وہ ٹریڈیشنل دور تھا۔ لوگ سپریسٹ میں جیتے تھے۔ کسی چیز کو جو انسان جانتا نہیں تھا۔ اس وقت یہ آیت اتری۔</w:t>
      </w:r>
    </w:p>
    <w:p>
      <w:r>
        <w:rPr>
          <w:b/>
        </w:rPr>
        <w:t xml:space="preserve">[20:50] </w:t>
      </w:r>
      <w:r>
        <w:t>is ayat ko agar is se jodiye aap ke Quran ek abadi kitab hai. Yeh waqti kitab nahi hai.</w:t>
      </w:r>
    </w:p>
    <w:p>
      <w:pPr>
        <w:jc w:val="right"/>
      </w:pPr>
      <w:r>
        <w:t>اس آیت کو اگر اس سے جوڑیے آپ کہ قرآن ایک ابدی کتاب ہے۔ یہ وقتی کتاب نہیں ہے۔</w:t>
      </w:r>
    </w:p>
    <w:p>
      <w:r>
        <w:rPr>
          <w:b/>
        </w:rPr>
        <w:t xml:space="preserve">[20:58] </w:t>
      </w:r>
      <w:r>
        <w:t>to is ko jod kar sochiye to ek abadi challenge tha yeh. Eternal challenge. Yani Quran rahega qayamat tak ke liye.</w:t>
      </w:r>
    </w:p>
    <w:p>
      <w:pPr>
        <w:jc w:val="right"/>
      </w:pPr>
      <w:r>
        <w:t>تو اس کو جوڑ کر سوچیے تو ایک ابدی چیلنج تھا یہ۔ ایٹرنل چیلنج۔ یعنی قرآن رہے گا قیامت تک کے لیے۔</w:t>
      </w:r>
    </w:p>
    <w:p>
      <w:r>
        <w:rPr>
          <w:b/>
        </w:rPr>
        <w:t xml:space="preserve">[21:09] </w:t>
      </w:r>
      <w:r>
        <w:t>to is ka matlab yeh hua ke qayamat tak jo baatein insan daryaft karega, universe of fact jo abhi hidden hai, us ko jab daryaft karega to jo statement Quran mein hai, us se us ki is mein mutabiqat rahegi</w:t>
      </w:r>
    </w:p>
    <w:p>
      <w:pPr>
        <w:jc w:val="right"/>
      </w:pPr>
      <w:r>
        <w:t>تو اس کا مطلب یہ ہوا کہ قیامت تک جو باتیں انسان دریافت کرے گا، یونیورس آف فیکٹ جو ابھی ہڈن ہے، اس کو جب دریافت کرے گا تو جو اسٹیٹمنٹ قرآن میں ہے، اس سے اس کی اس میں مطابقت رہے گی</w:t>
      </w:r>
    </w:p>
    <w:p>
      <w:r>
        <w:rPr>
          <w:b/>
        </w:rPr>
        <w:t xml:space="preserve">[21:27] </w:t>
      </w:r>
      <w:r>
        <w:t>. Adam, adam mutabiqat nahi hogi. Inconsistency hogi. Yeh kitni ajeeb baat hai. Yeh seven century ke first quarter mein Quran yeh kehta hai ke baad ko jab saensy daur aayega, discovery ka daur aayega,</w:t>
      </w:r>
    </w:p>
    <w:p>
      <w:pPr>
        <w:jc w:val="right"/>
      </w:pPr>
      <w:r>
        <w:t>۔ عدم، عدم مطابقت نہیں ہوگی۔ ان کنسسٹنسی ہوگی۔ یہ کتنی عجیب بات ہے۔ یہ سیون سینچری کے فرسٹ کوارٹر میں قرآن یہ کہتا ہے کہ بعد کو جب سائنسی دور آئے گا، ڈسکوری کا دور آئے گا،</w:t>
      </w:r>
    </w:p>
    <w:p>
      <w:r>
        <w:rPr>
          <w:b/>
        </w:rPr>
        <w:t xml:space="preserve">[21:45] </w:t>
      </w:r>
      <w:r>
        <w:t>aur university of fact ko log daryaft karein ge, is waqt quran ke statement mein aur jo jo discovery hogi, us mein koi cons, koi inconsistency nahi hogi.</w:t>
      </w:r>
    </w:p>
    <w:p>
      <w:pPr>
        <w:jc w:val="right"/>
      </w:pPr>
      <w:r>
        <w:t>اور یونیورس آف فیکٹ کو لوگ دریافت کریں گے، اس وقت قرآن کے اسٹیٹمنٹ میں اور جو جو ڈسکوری ہوگی، اس میں کوئی کنس، کوئی ان کنسسٹنسی نہیں ہوگی۔</w:t>
      </w:r>
    </w:p>
    <w:p>
      <w:r>
        <w:rPr>
          <w:b/>
        </w:rPr>
        <w:t xml:space="preserve">[22:01] </w:t>
      </w:r>
      <w:r>
        <w:t>koi adam mutabi</w:t>
      </w:r>
    </w:p>
    <w:p>
      <w:pPr>
        <w:jc w:val="right"/>
      </w:pPr>
      <w:r>
        <w:t>کوئی عدم مطاب</w:t>
      </w:r>
    </w:p>
    <w:p>
      <w:r>
        <w:rPr>
          <w:b/>
        </w:rPr>
        <w:t xml:space="preserve">[22:03] </w:t>
      </w:r>
      <w:r>
        <w:t>qat nahi hogi. yeh koi ek challenge tha, challenge. to aap ghor kijiye ke bohat ajeeb o ghareeb tor par baatein sabit ho rahi hain.</w:t>
      </w:r>
    </w:p>
    <w:p>
      <w:pPr>
        <w:jc w:val="right"/>
      </w:pPr>
      <w:r>
        <w:t>قت نہیں ہوگی۔ یہ کوئی ایک چیلنج تھا، چیلنج۔ تو آپ غور کیجئے کہ بہت عجیب و غریب طور پر باتیں ثابت ہو رہی ہیں۔</w:t>
      </w:r>
    </w:p>
    <w:p>
      <w:r>
        <w:rPr>
          <w:b/>
        </w:rPr>
        <w:t xml:space="preserve">[22:13] </w:t>
      </w:r>
      <w:r>
        <w:t>misal ke taur par dekhiye, is se pehle ek baat ka aur hawala dena chahta hoon, phir is par aaunga ke quran mein Hazrat Musa ka jo jo contemporary king tha, jis ko firoun kaha jata hai,</w:t>
      </w:r>
    </w:p>
    <w:p>
      <w:pPr>
        <w:jc w:val="right"/>
      </w:pPr>
      <w:r>
        <w:t>مثلاً دیکھیے، اس سے پہلے ایک بات کا اور حوالہ دینا چاہتا ہوں، پھر اس پر آؤں گا کہ قرآن میں حضرت موسیٰ کا جو جو کنٹیمپریری کنگ تھا، جس کو فرعون کہا جاتا ہے،</w:t>
      </w:r>
    </w:p>
    <w:p>
      <w:r>
        <w:rPr>
          <w:b/>
        </w:rPr>
        <w:t xml:space="preserve">[22:29] </w:t>
      </w:r>
      <w:r>
        <w:t>to quran ke mutabiq aur bible ke mutabiq woh samandar mein gharaq ho gaya.</w:t>
      </w:r>
    </w:p>
    <w:p>
      <w:pPr>
        <w:jc w:val="right"/>
      </w:pPr>
      <w:r>
        <w:t>تو قرآن کے مطابق اور بائبل کے مطابق وہ سمندر میں غرق ہو گیا۔</w:t>
      </w:r>
    </w:p>
    <w:p>
      <w:r>
        <w:rPr>
          <w:b/>
        </w:rPr>
        <w:t xml:space="preserve">[22:37] </w:t>
      </w:r>
      <w:r>
        <w:t>is waqt quran ke mutabiq Allah ne farmaya tha ke "alyawm nurjeeka bibadnika litakuna liman khalfak".</w:t>
      </w:r>
    </w:p>
    <w:p>
      <w:pPr>
        <w:jc w:val="right"/>
      </w:pPr>
      <w:r>
        <w:t>اس وقت قرآن کے مطابق اللہ نے فرمایا تھا کہ "الیوم نرجیکا بے بدنکا لتکون لمن خلفک"۔</w:t>
      </w:r>
    </w:p>
    <w:p>
      <w:r>
        <w:rPr>
          <w:b/>
        </w:rPr>
        <w:t xml:space="preserve">[22:46] </w:t>
      </w:r>
      <w:r>
        <w:t>aaj hum tumhare body ko bacha kar rakhein ge. aaj hum tumhare body ko bacha kar rakhein ge taake baad walon ke liye nishani ho.</w:t>
      </w:r>
    </w:p>
    <w:p>
      <w:pPr>
        <w:jc w:val="right"/>
      </w:pPr>
      <w:r>
        <w:t>آج ہم تمہارے باڈی کو بچا کر رکھیں گے۔ آج ہم تمہارے باڈی کو بچا کر رکھیں گے تاکہ بعد والوں کے لیے نشانی ہو۔</w:t>
      </w:r>
    </w:p>
    <w:p>
      <w:r>
        <w:rPr>
          <w:b/>
        </w:rPr>
        <w:t xml:space="preserve">[22:59] </w:t>
      </w:r>
      <w:r>
        <w:t>ab yeh ghor kijiye ke yeh waqea hai saare teen hazar saal pehle ka. saare teen hazar saal pehle to kuch hi pata nahi tha. jab</w:t>
      </w:r>
    </w:p>
    <w:p>
      <w:pPr>
        <w:jc w:val="right"/>
      </w:pPr>
      <w:r>
        <w:t>اب یہ غور کیجئے کہ یہ واقعہ ہے ساڑھے تین ہزار سال پہلے کا۔ ساڑھے تین ہزار سال پہلے تو کچھ ہی پتہ نہیں تھا۔ جب</w:t>
      </w:r>
    </w:p>
    <w:p>
      <w:r>
        <w:rPr>
          <w:b/>
        </w:rPr>
        <w:t xml:space="preserve">[23:08] </w:t>
      </w:r>
      <w:r>
        <w:t>quran mein ayat utri to us waqt kuch bhi nahi pata tha insaan ko ke firoun ka body kahan hai. kaisi ajeeb baat hai.</w:t>
      </w:r>
    </w:p>
    <w:p>
      <w:pPr>
        <w:jc w:val="right"/>
      </w:pPr>
      <w:r>
        <w:t>قرآن میں آیت اتری تو اس وقت کچھ بھی نہیں پتہ تھا انسان کو کہ فرعون کا باڈی کہاں ہے۔ کیسی عجیب بات ہے۔</w:t>
      </w:r>
    </w:p>
    <w:p>
      <w:r>
        <w:rPr>
          <w:b/>
        </w:rPr>
        <w:t xml:space="preserve">[23:18] </w:t>
      </w:r>
      <w:r>
        <w:t>"alyawm nurjeeka bibadnika litakuna liman khalfak".</w:t>
      </w:r>
    </w:p>
    <w:p>
      <w:pPr>
        <w:jc w:val="right"/>
      </w:pPr>
      <w:r>
        <w:t>"الیوم نرجیکا بے بدنکا لتکون لمن خلفک"۔</w:t>
      </w:r>
    </w:p>
    <w:p>
      <w:r>
        <w:rPr>
          <w:b/>
        </w:rPr>
        <w:t xml:space="preserve">[23:24] </w:t>
      </w:r>
      <w:r>
        <w:t>is waqt Allah ne farmaya saare teen hazar saal pehle ke firoun ka jo body hai marne ke baad, woh rakha jaye ga, mehfooz rahe ga, mehfooz rahe ga.</w:t>
      </w:r>
    </w:p>
    <w:p>
      <w:pPr>
        <w:jc w:val="right"/>
      </w:pPr>
      <w:r>
        <w:t>اس وقت اللہ نے فرمایا ساڑھے تین ہزار سال پہلے کہ فرعون کا جو باڈی ہے مرنے کے بعد، وہ رکھا جائے گا، محفوظ رہے گا، محفوظ رہے گا۔</w:t>
      </w:r>
    </w:p>
    <w:p>
      <w:r>
        <w:rPr>
          <w:b/>
        </w:rPr>
        <w:t xml:space="preserve">[23:39] </w:t>
      </w:r>
      <w:r>
        <w:t>ab baad wale is ko discover kar ke us se sabak lein ge. to jab quran utra to kuch bhi involve nahi tha is ke baray mein.</w:t>
      </w:r>
    </w:p>
    <w:p>
      <w:pPr>
        <w:jc w:val="right"/>
      </w:pPr>
      <w:r>
        <w:t>اب بعد والے اس کو ڈسکور کر کے اسے سبق لیں گے۔ تو جب قرآن اترا تو کچھ بھی انوالو نہیں تھا اس کے بارے میں۔</w:t>
      </w:r>
    </w:p>
    <w:p>
      <w:r>
        <w:rPr>
          <w:b/>
        </w:rPr>
        <w:t xml:space="preserve">[23:49] </w:t>
      </w:r>
      <w:r>
        <w:t>one percent bhi kuch involve nahi tha.</w:t>
      </w:r>
    </w:p>
    <w:p>
      <w:pPr>
        <w:jc w:val="right"/>
      </w:pPr>
      <w:r>
        <w:t>ون پرسنٹ بھی کچھ انوالو نہیں تھا۔</w:t>
      </w:r>
    </w:p>
    <w:p>
      <w:r>
        <w:rPr>
          <w:b/>
        </w:rPr>
        <w:t xml:space="preserve">[23:52] </w:t>
      </w:r>
      <w:r>
        <w:t>baad ko kya hua ke dunya mein ilm aaya, dunya mein taraqqiyan huin, dunya mein research ka daur aaya. to nineteen century ke yani aakhir mein kuch France ke aur Germany ke kuch scholar gaye Misr.</w:t>
      </w:r>
    </w:p>
    <w:p>
      <w:pPr>
        <w:jc w:val="right"/>
      </w:pPr>
      <w:r>
        <w:t>بعد کو کیا ہوا کہ دنیا میں علم آیا، دنیا میں ترقیاں ہوئیں، دنیا میں ریسرچ کا دور آیا۔ تو نائنٹین سینچری کے یعنی آخر میں کچھ فرانس کے اور جرمنی کے کچھ اسکالر گئے مصر۔</w:t>
      </w:r>
    </w:p>
    <w:p>
      <w:r>
        <w:rPr>
          <w:b/>
        </w:rPr>
        <w:t xml:space="preserve">[24:12] </w:t>
      </w:r>
      <w:r>
        <w:t>wahan jo jis ko kehte hain pyramid yani ahram, us mein unhon ne is ka gate khola jo band pada hua tha.</w:t>
      </w:r>
    </w:p>
    <w:p>
      <w:pPr>
        <w:jc w:val="right"/>
      </w:pPr>
      <w:r>
        <w:t>وہاں جو جس کو کہتے ہیں پیرامڈ یعنی احرام، اس میں انہوں نے اس کا گیٹ کھولا جو بند پڑا ہوا تھا۔</w:t>
      </w:r>
    </w:p>
    <w:p>
      <w:r>
        <w:rPr>
          <w:b/>
        </w:rPr>
        <w:t xml:space="preserve">[24:22] </w:t>
      </w:r>
      <w:r>
        <w:t>koi, koi kholta nahi tha is ko. kyunke mashhoor tha ke is ke andar laanat al-firaunah hai. firounon ki laanat.</w:t>
      </w:r>
    </w:p>
    <w:p>
      <w:pPr>
        <w:jc w:val="right"/>
      </w:pPr>
      <w:r>
        <w:t>کوئی، کوئی کھولتا نہیں تھا اس کو۔ کیونکہ مشہور تھا کہ اس کے اندر لعنت الفرائنہ ہے۔ فرعونوں کی لعنت۔</w:t>
      </w:r>
    </w:p>
    <w:p>
      <w:r>
        <w:rPr>
          <w:b/>
        </w:rPr>
        <w:t xml:space="preserve">[24:33] </w:t>
      </w:r>
      <w:r>
        <w:t>to laanat al-firaunah ki wajah se is ko kholte nahi the woh.</w:t>
      </w:r>
    </w:p>
    <w:p>
      <w:pPr>
        <w:jc w:val="right"/>
      </w:pPr>
      <w:r>
        <w:t>تو لعنت الفرائنہ کی وجہ سے اس کو کھولتے نہیں تھے وہ۔</w:t>
      </w:r>
    </w:p>
    <w:p>
      <w:r>
        <w:rPr>
          <w:b/>
        </w:rPr>
        <w:t xml:space="preserve">[24:37] </w:t>
      </w:r>
      <w:r>
        <w:t>unhon ne khola aur khol kar ke is ke andar se body nikala. is mein firoun ki body mumyai kar ke yani mummification jo kehte hain, kar ke rakhi hui thi.</w:t>
      </w:r>
    </w:p>
    <w:p>
      <w:pPr>
        <w:jc w:val="right"/>
      </w:pPr>
      <w:r>
        <w:t>انہوں نے کھولا اور کھول کر کے اس کے اندر سے باڈی نکالا۔ اس میں فرعون کی باڈی مومیائی کر کے یعنی مومیفیکیشن جو کہتے ہیں، کر کے رکھی ہوئی تھی۔</w:t>
      </w:r>
    </w:p>
    <w:p>
      <w:r>
        <w:rPr>
          <w:b/>
        </w:rPr>
        <w:t xml:space="preserve">[24:50] </w:t>
      </w:r>
      <w:r>
        <w:t>aap jante hain ke mummification ke baad body hazaron saal tak waisi ki waisi reh sakti hai. koi khaas technique hai jo Misriyon mein bohat taraqqi yafta thi us zamane mein.</w:t>
      </w:r>
    </w:p>
    <w:p>
      <w:pPr>
        <w:jc w:val="right"/>
      </w:pPr>
      <w:r>
        <w:t>آپ جانتے ہیں کہ مومیفیکیشن کے بعد باڈی ہزاروں سال تک ویسی کی ویسی رہ سکتی ہے۔ کوئی خاص ٹیکنیک ہے جو مصریوں میں بہت ترقی یافتہ تھی اس زمانے میں۔</w:t>
      </w:r>
    </w:p>
    <w:p>
      <w:r>
        <w:rPr>
          <w:b/>
        </w:rPr>
        <w:t xml:space="preserve">[25:02] </w:t>
      </w:r>
      <w:r>
        <w:t>is ko nikala, nikal kar bahar laye. aur aap jante hain ke us zamane mein ek bohat ajeeb cheez daryaft hui hai jis ko kehte hain carbon fourteen dating.</w:t>
      </w:r>
    </w:p>
    <w:p>
      <w:pPr>
        <w:jc w:val="right"/>
      </w:pPr>
      <w:r>
        <w:t>اس کو نکالا، نکال کر باہر لائے۔ اور آپ جانتے ہیں کہ اس زمانے میں ایک بہت عجیب چیز دریافت ہوئی ہے جس کو کہتے ہیں کاربن فورٹین ڈیٹنگ۔</w:t>
      </w:r>
    </w:p>
    <w:p>
      <w:r>
        <w:rPr>
          <w:b/>
        </w:rPr>
        <w:t xml:space="preserve">[25:15] </w:t>
      </w:r>
      <w:r>
        <w:t>yani pichli cheezein jo hain un ki tareekh ko maloom karna. to woh jo ek technique hai, us technique ko unhon ne apply kiya.</w:t>
      </w:r>
    </w:p>
    <w:p>
      <w:pPr>
        <w:jc w:val="right"/>
      </w:pPr>
      <w:r>
        <w:t>یعنی پچھلی چیزیں جو ہیں ان کی تاریخ کو معلوم کرنا۔ تو وہ جو ایک ٹیکنیک ہے، اس ٹیکنیک کو انہوں نے اپلائی کیا۔</w:t>
      </w:r>
    </w:p>
    <w:p>
      <w:r>
        <w:rPr>
          <w:b/>
        </w:rPr>
        <w:t xml:space="preserve">[25:25] </w:t>
      </w:r>
      <w:r>
        <w:t>apply kiya to bohat ajeeb baat maloom hui ke yeh firoun Hazrat Musa ka contemporary firoun hai. yeh body jo hai Hazrat Musa ke contemporary firoun ki body hai.</w:t>
      </w:r>
    </w:p>
    <w:p>
      <w:pPr>
        <w:jc w:val="right"/>
      </w:pPr>
      <w:r>
        <w:t>اپلائی کیا تو بہت عجیب بات معلوم ہوئی کہ یہ فرعون حضرت موسیٰ کا کنٹیمپریری فرعون ہے۔ یہ باڈی جو ہے حضرت موسیٰ کے کنٹیمپریری فرعون کی باڈی ہے۔</w:t>
      </w:r>
    </w:p>
    <w:p>
      <w:r>
        <w:rPr>
          <w:b/>
        </w:rPr>
        <w:t xml:space="preserve">[25:40] </w:t>
      </w:r>
      <w:r>
        <w:t>to kaha jo baat quran mein kahi gayi thi seven century ke first quarter mein, woh unniswin sadi ke aakhir mein daryaft ho gayi.</w:t>
      </w:r>
    </w:p>
    <w:p>
      <w:pPr>
        <w:jc w:val="right"/>
      </w:pPr>
      <w:r>
        <w:t>تو کہا جو بات قرآن میں کہی گئی تھی سیون سینچری کے فرسٹ کوارٹر میں، وہ انیسویں صدی کے آخر میں دریافت ہو گئی۔</w:t>
      </w:r>
    </w:p>
    <w:p>
      <w:r>
        <w:rPr>
          <w:b/>
        </w:rPr>
        <w:t xml:space="preserve">[25:49] </w:t>
      </w:r>
      <w:r>
        <w:t>is tarah se confirm hua ke quran ke statement mein aur bahar ki haqiqaton mein ikhtilaf nahi hai. yani inconsistency nahi hai.</w:t>
      </w:r>
    </w:p>
    <w:p>
      <w:pPr>
        <w:jc w:val="right"/>
      </w:pPr>
      <w:r>
        <w:t>اس طرح سے کنفرم ہوا کہ قرآن کے اسٹیٹمنٹ میں اور باہر کی حقیقتوں میں اختلاف نہیں ہے۔ یعنی ان کنسسٹنسی نہیں ہے۔</w:t>
      </w:r>
    </w:p>
    <w:p>
      <w:r>
        <w:rPr>
          <w:b/>
        </w:rPr>
        <w:t xml:space="preserve">[26:00] </w:t>
      </w:r>
      <w:r>
        <w:t>kaisi ajeeb baat yeh hai. isi tarah ki ek misal yeh hai jis par hum is waqt baat kar rahe hain.</w:t>
      </w:r>
    </w:p>
    <w:p>
      <w:pPr>
        <w:jc w:val="right"/>
      </w:pPr>
      <w:r>
        <w:t>کیسی عجیب بات یہ ہے۔ اسی طرح کی ایک مثال یہ ہے جس پر ہم اس وقت بات کر رہے ہیں۔</w:t>
      </w:r>
    </w:p>
    <w:p>
      <w:r>
        <w:rPr>
          <w:b/>
        </w:rPr>
        <w:t xml:space="preserve">[26:09] </w:t>
      </w:r>
      <w:r>
        <w:t>to quran mein dekhiye surah al anbiya jo chapter number 21 hai, is ki aik woh ayat hai jo yeh hai ke "inna al samawati wal arda kanata rataqan fataqnahuma wa ja'alna min al ma'i kulla shai'in hayyin".</w:t>
      </w:r>
    </w:p>
    <w:p>
      <w:pPr>
        <w:jc w:val="right"/>
      </w:pPr>
      <w:r>
        <w:t>تو قرآن میں دیکھیے سورہ الانبیاء جو چیپٹر نمبر 21 ہے، اس کی ایک وہ آیت ہے جو یہ ہے کہ "ان السماوات والارض کانتا رتقا ففتقناہما وجعلنا من الماء کل شی حی"۔</w:t>
      </w:r>
    </w:p>
    <w:p>
      <w:r>
        <w:rPr>
          <w:b/>
        </w:rPr>
        <w:t xml:space="preserve">[26:33] </w:t>
      </w:r>
      <w:r>
        <w:t>yeh hai chapter 21 verse 30 yani al anbiya ki teesri ayat. to is ka is ka matlab kya hai?</w:t>
      </w:r>
    </w:p>
    <w:p>
      <w:pPr>
        <w:jc w:val="right"/>
      </w:pPr>
      <w:r>
        <w:t>یہ ہے چیپٹر 21 ورس 30 یعنی الانبیاء کی تیسری آیت۔ تو اس کا اس کا مطلب کیا ہے؟</w:t>
      </w:r>
    </w:p>
    <w:p>
      <w:r>
        <w:rPr>
          <w:b/>
        </w:rPr>
        <w:t xml:space="preserve">[26:46] </w:t>
      </w:r>
      <w:r>
        <w:t>is ka tarjuma yeh hai ke "the heavens and the earth were</w:t>
      </w:r>
    </w:p>
    <w:p>
      <w:pPr>
        <w:jc w:val="right"/>
      </w:pPr>
      <w:r>
        <w:t>اس کا ترجمہ یہ ہے کہ "دا ہیونز اینڈ دی ارتھ ویر</w:t>
      </w:r>
    </w:p>
    <w:p>
      <w:r>
        <w:rPr>
          <w:b/>
        </w:rPr>
        <w:t xml:space="preserve">[26:56] </w:t>
      </w:r>
      <w:r>
        <w:t>joint together, then we split them asunder".</w:t>
      </w:r>
    </w:p>
    <w:p>
      <w:pPr>
        <w:jc w:val="right"/>
      </w:pPr>
      <w:r>
        <w:t>جوائنٹ ٹوگیدر، دین وی سپلٹ دیم اسنڈر"۔</w:t>
      </w:r>
    </w:p>
    <w:p>
      <w:r>
        <w:rPr>
          <w:b/>
        </w:rPr>
        <w:t xml:space="preserve">[27:04] </w:t>
      </w:r>
      <w:r>
        <w:t>yani zameen aur aasman aapas mein jure hue thay, phir hum ne is ko alag kar diya. aur phir hum ne pani bana se har cheez banai, zinda cheez.</w:t>
      </w:r>
    </w:p>
    <w:p>
      <w:pPr>
        <w:jc w:val="right"/>
      </w:pPr>
      <w:r>
        <w:t>یعنی زمین اور آسمان آپس میں جڑے ہوئے تھے، پھر ہم نے اس کو الگ کر دیا۔ اور پھر ہم نے پانی بنا سے ہر چیز بنائی، زندہ چیز۔</w:t>
      </w:r>
    </w:p>
    <w:p>
      <w:r>
        <w:rPr>
          <w:b/>
        </w:rPr>
        <w:t xml:space="preserve">[27:16] </w:t>
      </w:r>
      <w:r>
        <w:t>is mein dekhen do lafz istemal hua hai: rataq aur fataq. yani zameen o aasman is se pehle fataq rataq ki halat mein thay.</w:t>
      </w:r>
    </w:p>
    <w:p>
      <w:pPr>
        <w:jc w:val="right"/>
      </w:pPr>
      <w:r>
        <w:t>اس میں دیکھیں دو لفظ استعمال ہوا ہے: رتق اور فتق۔ یعنی زمین و آسمان اس سے پہلے فتق رتق کی حالت میں تھے۔</w:t>
      </w:r>
    </w:p>
    <w:p>
      <w:r>
        <w:rPr>
          <w:b/>
        </w:rPr>
        <w:t xml:space="preserve">[27:27] </w:t>
      </w:r>
      <w:r>
        <w:t>rataq kehte hain arabi mein kehte hain munzamir ajza, jaise yeh hai. yeh munzamir ajza aik doosre mein juda hua.</w:t>
      </w:r>
    </w:p>
    <w:p>
      <w:pPr>
        <w:jc w:val="right"/>
      </w:pPr>
      <w:r>
        <w:t>رتق کہتے ہیں عربی میں کہتے ہیں منزمل اجزاء، جیسے یہ ہے۔ یہ منزمل اجزاء ایک دوسرے میں جڑا ہوا۔</w:t>
      </w:r>
    </w:p>
    <w:p>
      <w:r>
        <w:rPr>
          <w:b/>
        </w:rPr>
        <w:t xml:space="preserve">[27:39] </w:t>
      </w:r>
      <w:r>
        <w:t>munzamir ajza yani joint together.</w:t>
      </w:r>
    </w:p>
    <w:p>
      <w:pPr>
        <w:jc w:val="right"/>
      </w:pPr>
      <w:r>
        <w:t>منزمل اجزاء یعنی جوائنٹ ٹوگیدر۔</w:t>
      </w:r>
    </w:p>
    <w:p>
      <w:r>
        <w:rPr>
          <w:b/>
        </w:rPr>
        <w:t xml:space="preserve">[27:44] </w:t>
      </w:r>
      <w:r>
        <w:t>to kaisi ajeeb baat hai ke quran yeh keh raha hai ke ibtida mein poora zameen o aasman ka jo mass hai, jo madah hai, poora ka poora aik aik hi wahid cheez mein aise juda hua tha.</w:t>
      </w:r>
    </w:p>
    <w:p>
      <w:pPr>
        <w:jc w:val="right"/>
      </w:pPr>
      <w:r>
        <w:t>تو کیسی عجیب بات ہے کہ قرآن یہ کہہ رہا ہے کہ ابتداء میں پورا زمین و آسمان کا جو ماس ہے، جو مادہ ہے، پورا کا پورا ایک ایک ہی واحد چیز میں ایسے جڑا ہوا تھا۔</w:t>
      </w:r>
    </w:p>
    <w:p>
      <w:r>
        <w:rPr>
          <w:b/>
        </w:rPr>
        <w:t xml:space="preserve">[28:02] </w:t>
      </w:r>
      <w:r>
        <w:t>rataq ki halat mein tha, yani integrated form mein tha.</w:t>
      </w:r>
    </w:p>
    <w:p>
      <w:pPr>
        <w:jc w:val="right"/>
      </w:pPr>
      <w:r>
        <w:t>رتق کی حالت میں تھا، یعنی انٹیگریٹڈ فارم میں تھا۔</w:t>
      </w:r>
    </w:p>
    <w:p>
      <w:r>
        <w:rPr>
          <w:b/>
        </w:rPr>
        <w:t xml:space="preserve">[28:08] </w:t>
      </w:r>
      <w:r>
        <w:t>p</w:t>
      </w:r>
    </w:p>
    <w:p>
      <w:pPr>
        <w:jc w:val="right"/>
      </w:pPr>
      <w:r>
        <w:t>پ</w:t>
      </w:r>
    </w:p>
    <w:p>
      <w:r>
        <w:rPr>
          <w:b/>
        </w:rPr>
        <w:t xml:space="preserve">[28:09] </w:t>
      </w:r>
      <w:r>
        <w:t>har kya hua? fataq hua. fataq ka matlab kehte hain kholna, disintegrate karna. yeh bohat hi ajeeb hui baat hai ke pehle rataq tha, phir fataq hua.</w:t>
      </w:r>
    </w:p>
    <w:p>
      <w:pPr>
        <w:jc w:val="right"/>
      </w:pPr>
      <w:r>
        <w:t>ھر کیا ہوا؟ فتق ہوا۔ فتق کا معنی کہتے ہیں کھولنا، ڈس انٹیگریٹ کرنا۔ یہ بہت ہی عجیب ہوئی بات ہے کہ پہلے رتق تھا، پھر فتق ہوا۔</w:t>
      </w:r>
    </w:p>
    <w:p>
      <w:r>
        <w:rPr>
          <w:b/>
        </w:rPr>
        <w:t xml:space="preserve">[28:21] </w:t>
      </w:r>
      <w:r>
        <w:t>yani pehle sari universe integrated form mein thi, phir is mein disintegration hua. to yeh aeen wohi cheez hai jis ko baad ko scientist science ne daryaft kiya big bang ki shakal mein</w:t>
      </w:r>
    </w:p>
    <w:p>
      <w:pPr>
        <w:jc w:val="right"/>
      </w:pPr>
      <w:r>
        <w:t>یعنی پہلے ساری یونیورس انٹیگریٹڈ فارم میں تھی، پھر اس میں ڈس انٹیگریشن ہوا۔ تو یہ عین وہی چیز ہے جس کو بعد کو سائنسدان سائنس نے دریافت کیا بگ بینگ کی شکل میں</w:t>
      </w:r>
    </w:p>
    <w:p>
      <w:r>
        <w:rPr>
          <w:b/>
        </w:rPr>
        <w:t xml:space="preserve">[28:36] </w:t>
      </w:r>
      <w:r>
        <w:t>. big bang ki theory yahi hai ke pehle poori kainat aik bohat bade cosmic ball ki surat mein thi.</w:t>
      </w:r>
    </w:p>
    <w:p>
      <w:pPr>
        <w:jc w:val="right"/>
      </w:pPr>
      <w:r>
        <w:t>۔ بگ بینگ کی تھیوری یہی ہے کہ پہلے پوری کائنات ایک بہت بڑے کاسمک بال کی صورت میں تھی۔</w:t>
      </w:r>
    </w:p>
    <w:p>
      <w:r>
        <w:rPr>
          <w:b/>
        </w:rPr>
        <w:t xml:space="preserve">[28:46] </w:t>
      </w:r>
      <w:r>
        <w:t>bohat yani sare particle jo universe mein aaj hain, woh sab ke sab jure hue thay. is ko kaha jata hai cosmic ball.</w:t>
      </w:r>
    </w:p>
    <w:p>
      <w:pPr>
        <w:jc w:val="right"/>
      </w:pPr>
      <w:r>
        <w:t>بہت یعنی سارے پارٹیکل جو یونیورس میں آج ہیں، وہ سب کے سب جڑے ہوئے تھے۔ اس کو کہا جاتا ہے کاسمک بال۔</w:t>
      </w:r>
    </w:p>
    <w:p>
      <w:r>
        <w:rPr>
          <w:b/>
        </w:rPr>
        <w:t xml:space="preserve">[28:57] </w:t>
      </w:r>
      <w:r>
        <w:t>to is mein aik fusion hua. is tarah hua, tab ja kar ke aisa hua ke sare particle bikhargaye.</w:t>
      </w:r>
    </w:p>
    <w:p>
      <w:pPr>
        <w:jc w:val="right"/>
      </w:pPr>
      <w:r>
        <w:t>تو اس میں ایک فلوژن ہوا۔ اس طرح ہوا، تب جا کر کے ایسا ہوا کہ سارے پارٹیکل بکھر گئے۔</w:t>
      </w:r>
    </w:p>
    <w:p>
      <w:r>
        <w:rPr>
          <w:b/>
        </w:rPr>
        <w:t xml:space="preserve">[29:04] </w:t>
      </w:r>
      <w:r>
        <w:t>yehi to hua. rataq tha, phir fataq hua. aeen wohi cheez hai. rataq tha, phir fataq hua.</w:t>
      </w:r>
    </w:p>
    <w:p>
      <w:pPr>
        <w:jc w:val="right"/>
      </w:pPr>
      <w:r>
        <w:t>یہی تو ہوا۔ رتق تھا، پھر فتق ہوا۔ عین وہی چیز ہے۔ رتق تھا، پھر فتق ہوا۔</w:t>
      </w:r>
    </w:p>
    <w:p>
      <w:r>
        <w:rPr>
          <w:b/>
        </w:rPr>
        <w:t xml:space="preserve">[29:12] </w:t>
      </w:r>
      <w:r>
        <w:t>is ke baad farmaya ke "wa ja'alna min al ma'i kulla shai'in hayyin" aur hum ne banaya pani se tamam zindagi zinda cheezen.</w:t>
      </w:r>
    </w:p>
    <w:p>
      <w:pPr>
        <w:jc w:val="right"/>
      </w:pPr>
      <w:r>
        <w:t>اس کے بعد فرمایا کہ "وجعلنا من الماء کل شی حی" اور ہم نے بنایا پانی سے تمام زندگی زندہ چیزیں۔</w:t>
      </w:r>
    </w:p>
    <w:p>
      <w:r>
        <w:rPr>
          <w:b/>
        </w:rPr>
        <w:t xml:space="preserve">[29:23] </w:t>
      </w:r>
      <w:r>
        <w:t>is mein dekhiye, pani ki aik alamat misal de kar cheezen kaise form hui, woh bataya gaya hai ke woh woh jo disintegration, disintegration hua tha, tamam particle ka, to phir is ko Allah taala ne phir jora.</w:t>
      </w:r>
    </w:p>
    <w:p>
      <w:pPr>
        <w:jc w:val="right"/>
      </w:pPr>
      <w:r>
        <w:t>اس میں دیکھیے، پانی کی ایک علامتی مثال دے کر چیزیں کیسے فارم ہوئی، وہ بتایا گیا ہے کہ وہ وہ جو ڈس انٹیگریشن، ڈس انٹیگریشن ہوا تھا، تمام پارٹیکل کا، تو پھر اس کو اللہ تعالی نے پھر جوڑا۔</w:t>
      </w:r>
    </w:p>
    <w:p>
      <w:r>
        <w:rPr>
          <w:b/>
        </w:rPr>
        <w:t xml:space="preserve">[29:43] </w:t>
      </w:r>
      <w:r>
        <w:t>isi mein se aik misal hai pani ki, jis mein aap jante hain ke do element hotay hain, yani oxygen aur hydrogen.</w:t>
      </w:r>
    </w:p>
    <w:p>
      <w:pPr>
        <w:jc w:val="right"/>
      </w:pPr>
      <w:r>
        <w:t>اسی میں سے ایک مثال ہے پانی کی، جس میں آپ جانتے ہیں کہ دو ایلیمنٹ ہوتے ہیں، یعنی اکسیجن اور ہائیڈروجن۔</w:t>
      </w:r>
    </w:p>
    <w:p>
      <w:r>
        <w:rPr>
          <w:b/>
        </w:rPr>
        <w:t xml:space="preserve">[29:54] </w:t>
      </w:r>
      <w:r>
        <w:t>hydrogen aur oxygen ke jo do atom ke milne se wahan par aik molecule banta hai.</w:t>
      </w:r>
    </w:p>
    <w:p>
      <w:pPr>
        <w:jc w:val="right"/>
      </w:pPr>
      <w:r>
        <w:t>ہائیڈروجن اور اکسیجن کے جو دو ایٹم کے ملنے سے وہاں پر ایک مالیکیول بنتا ہے۔</w:t>
      </w:r>
    </w:p>
    <w:p>
      <w:r>
        <w:rPr>
          <w:b/>
        </w:rPr>
        <w:t xml:space="preserve">[30:04] </w:t>
      </w:r>
      <w:r>
        <w:t>phir molecule se</w:t>
      </w:r>
    </w:p>
    <w:p>
      <w:pPr>
        <w:jc w:val="right"/>
      </w:pPr>
      <w:r>
        <w:t>پھر مالیکیول سے</w:t>
      </w:r>
    </w:p>
    <w:p>
      <w:r>
        <w:rPr>
          <w:b/>
        </w:rPr>
        <w:t xml:space="preserve">[30:09] </w:t>
      </w:r>
      <w:r>
        <w:t>wo hota hai, yani aik bohat bada, is ka bohat hi yani complex tareeqa hai. to bahar hal, hydrogen, hydrogen, oxygen ke jo jo particle thay, woh sab to fiza bikhre hue thay.</w:t>
      </w:r>
    </w:p>
    <w:p>
      <w:pPr>
        <w:jc w:val="right"/>
      </w:pPr>
      <w:r>
        <w:t>وہ ہوتا ہے، یعنی ایک بہت بڑا، اس کا بہت ہی یعنی کمپلیکس طریقہ ہے۔ تو بہرحال، ہائیڈروجن، ہائیڈروجن، اکسیجن کے جو جو پارٹیکل تھے، وہ سب تو فضا بکھرے ہوئے تھے۔</w:t>
      </w:r>
    </w:p>
    <w:p>
      <w:r>
        <w:rPr>
          <w:b/>
        </w:rPr>
        <w:t xml:space="preserve">[30:24] </w:t>
      </w:r>
      <w:r>
        <w:t>jab woh aapas mein jarengay, tab to atom atom banega. to bikhre hue particle jure aur phir molecule bana aur phir atom bana is ka,</w:t>
      </w:r>
    </w:p>
    <w:p>
      <w:pPr>
        <w:jc w:val="right"/>
      </w:pPr>
      <w:r>
        <w:t>جب وہ آپس میں جڑیں گے، تب تو ایٹم ایٹم بنے گا۔ تو بکھرے ہوئے پارٹیکل جڑے اور پھر مالیکیول بنا اور پھر ایٹم بنا اس کا،</w:t>
      </w:r>
    </w:p>
    <w:p>
      <w:r>
        <w:rPr>
          <w:b/>
        </w:rPr>
        <w:t xml:space="preserve">[30:37] </w:t>
      </w:r>
      <w:r>
        <w:t>yani oxygen ka aur hydrogen ka, phir molecule bana.</w:t>
      </w:r>
    </w:p>
    <w:p>
      <w:pPr>
        <w:jc w:val="right"/>
      </w:pPr>
      <w:r>
        <w:t>یعنی اکسیجن کا اور ہائیڈروجن کا، پھر مالیکیول بنا۔</w:t>
      </w:r>
    </w:p>
    <w:p>
      <w:r>
        <w:rPr>
          <w:b/>
        </w:rPr>
        <w:t xml:space="preserve">[30:41] </w:t>
      </w:r>
      <w:r>
        <w:t>to ain wahi cheez yeh hai jis ko aaj is science ne ka yeh jo daawa hai ke daryaft kiya hum ne is is particle ko jis ne mass diya.</w:t>
      </w:r>
    </w:p>
    <w:p>
      <w:pPr>
        <w:jc w:val="right"/>
      </w:pPr>
      <w:r>
        <w:t>تو عین وہی چیز یہ ہے جس کو آج اس سائنس نے کا یہ جو دعویٰ ہے کہ دریافت کیا ہم نے اس اس پارٹیکل کو جس نے ماس دیا۔</w:t>
      </w:r>
    </w:p>
    <w:p>
      <w:r>
        <w:rPr>
          <w:b/>
        </w:rPr>
        <w:t xml:space="preserve">[30:52] </w:t>
      </w:r>
      <w:r>
        <w:t>kyun ke mass agar na hota to aik doosre ke liye attraction nahi hota. kyun ke madi cheezein aik doosre ko kheenchti hain. is mein yaani attraction hota hai.</w:t>
      </w:r>
    </w:p>
    <w:p>
      <w:pPr>
        <w:jc w:val="right"/>
      </w:pPr>
      <w:r>
        <w:t>کیونکہ ماس اگر نہ ہوتا تو ایک دوسرے کے لیے اٹریکشن نہیں ہوتا۔ کیونکہ مادی چیزیں ایک دوسرے کو کھینچتی ہیں۔ اس میں یعنی اٹریکشن ہوتا ہے۔</w:t>
      </w:r>
    </w:p>
    <w:p>
      <w:r>
        <w:rPr>
          <w:b/>
        </w:rPr>
        <w:t xml:space="preserve">[31:04] </w:t>
      </w:r>
      <w:r>
        <w:t>to kaisi ajeeb baat hai ke jo statement quran mein tha, ain usi ke mutabiq aaj discovery hui hai.</w:t>
      </w:r>
    </w:p>
    <w:p>
      <w:pPr>
        <w:jc w:val="right"/>
      </w:pPr>
      <w:r>
        <w:t>تو کیسی عجیب بات ہے کہ جو اسٹیٹمنٹ قرآن میں تھا، عین اسی کے مطابق آج ڈسکری ہوئی ہے۔</w:t>
      </w:r>
    </w:p>
    <w:p>
      <w:r>
        <w:rPr>
          <w:b/>
        </w:rPr>
        <w:t xml:space="preserve">[31:14] </w:t>
      </w:r>
      <w:r>
        <w:t>farq sirf kya hai? farq yeh hai ke jo theist bind hai, jo khuda ko banne baghair chahte hain, yaani kainat ko explain karna, woh samajhte hain ke isi yaani Higgs Boson se wajood mein aayi kainat.</w:t>
      </w:r>
    </w:p>
    <w:p>
      <w:pPr>
        <w:jc w:val="right"/>
      </w:pPr>
      <w:r>
        <w:t>فرق صرف کیا ہے؟ فرق یہ ہے کہ جو جو تھیسٹ بائنڈ ہے، جو خدا کو بانے بغیر چاہتے ہیں، یعنی کائنات کو ایکسپلین کرنا، وہ سمجھتے ہیں کہ اسی یعنی ہکس بوزان سے وجود میں آئی کائنات۔</w:t>
      </w:r>
    </w:p>
    <w:p>
      <w:r>
        <w:rPr>
          <w:b/>
        </w:rPr>
        <w:t xml:space="preserve">[31:33] </w:t>
      </w:r>
      <w:r>
        <w:t>lekin sawal yeh hai, Higgs Boson jo hai, us ko kis ne, kis ne us ko paida kiya?</w:t>
      </w:r>
    </w:p>
    <w:p>
      <w:pPr>
        <w:jc w:val="right"/>
      </w:pPr>
      <w:r>
        <w:t>لیکن سوال یہ ہے، ہگز بوزان جو ہے، اس کو کس نے، کس نے اس کو پیدا کیا؟</w:t>
      </w:r>
    </w:p>
    <w:p>
      <w:r>
        <w:rPr>
          <w:b/>
        </w:rPr>
        <w:t xml:space="preserve">[31:40] </w:t>
      </w:r>
      <w:r>
        <w:t>yaani woh apne aap kaise paida ho gaya? woh to sawal phir bhi baqi hai, phir bhi baqi hai sawal.</w:t>
      </w:r>
    </w:p>
    <w:p>
      <w:pPr>
        <w:jc w:val="right"/>
      </w:pPr>
      <w:r>
        <w:t>یعنی وہ اپنے آپ کیسے پیدا ہو گیا؟ وہ تو سوال پھر بھی باقی ہے، پھر بھی باقی ہے سوال۔</w:t>
      </w:r>
    </w:p>
    <w:p>
      <w:r>
        <w:rPr>
          <w:b/>
        </w:rPr>
        <w:t xml:space="preserve">[31:51] </w:t>
      </w:r>
      <w:r>
        <w:t>is aik baat mein yaad dilaun jo mein ne apni kitaab mein likhi hai "God Arises" mein ke jab Newton ke zamanay mein jab woh daryaft hua ke duniya mein principle of causation hai, yaani cause and effect ka usool hai,</w:t>
      </w:r>
    </w:p>
    <w:p>
      <w:pPr>
        <w:jc w:val="right"/>
      </w:pPr>
      <w:r>
        <w:t>اس ایک بات میں یاد دلاؤں جو میں نے اپنی کتاب میں لکھی ہے "گاڈ ارائزز" میں کہ جب نیوٹن کے زمانے میں جب وہ دریافت ہوا کہ دنیا میں پرنسپل آف کاز ایشن ہے، یعنی کاز اینڈ ایفیکٹ کا اصول ہے،</w:t>
      </w:r>
    </w:p>
    <w:p>
      <w:r>
        <w:rPr>
          <w:b/>
        </w:rPr>
        <w:t xml:space="preserve">[32:09] </w:t>
      </w:r>
      <w:r>
        <w:t>aik cause hota hai, phir us ka effect hota hai. tamam cheezein jo duniya mein hain, woh sab principle of causation se chal rahi hain, control ho rahi hain.</w:t>
      </w:r>
    </w:p>
    <w:p>
      <w:pPr>
        <w:jc w:val="right"/>
      </w:pPr>
      <w:r>
        <w:t>ایک کاز ہوتا ہے، پھر اس کا ایفیکٹ ہوتا ہے۔ تمام چیزیں جو دنیا میں ہیں، وہ سب پرنسپل آف کاز ایشن سے چل رہی ہیں، کنٹرول ہو رہی ہیں۔</w:t>
      </w:r>
    </w:p>
    <w:p>
      <w:r>
        <w:rPr>
          <w:b/>
        </w:rPr>
        <w:t xml:space="preserve">[32:23] </w:t>
      </w:r>
      <w:r>
        <w:t>to us waqt yeh kaha gaya hai ke ab khuda ki zaroorat nahi hai, ab khuda ki zaroorat nahi. hum ne maloom kar liya ke cheezein kaise bani</w:t>
      </w:r>
    </w:p>
    <w:p>
      <w:pPr>
        <w:jc w:val="right"/>
      </w:pPr>
      <w:r>
        <w:t>تو اس وقت یہ کہا گیا ہے کہ اب خدا کی ضرورت نہیں ہے، اب خدا کی ضرورت نہیں۔ ہم نے معلوم کر لیا کہ چیزیں کیسے بن</w:t>
      </w:r>
    </w:p>
    <w:p>
      <w:r>
        <w:rPr>
          <w:b/>
        </w:rPr>
        <w:t xml:space="preserve">[32:32] </w:t>
      </w:r>
      <w:r>
        <w:t>ti hain. to us waqt kaha gaya tha ke jab apni daryaft kar liya, law of nature jo hai, woh cheezon ko shape deta hai, to ab khuda ki kya zaroorat hai?</w:t>
      </w:r>
    </w:p>
    <w:p>
      <w:pPr>
        <w:jc w:val="right"/>
      </w:pPr>
      <w:r>
        <w:t>تی ہیں۔ تو اس وقت کہا گیا تھا کہ جب اپنی دریافت کر لیا، لاء آف نیچر جو ہے، وہ چیزوں کو شیپ دیتا ہے، تو اب خدا کی کیا ضرورت ہے؟</w:t>
      </w:r>
    </w:p>
    <w:p>
      <w:r>
        <w:rPr>
          <w:b/>
        </w:rPr>
        <w:t xml:space="preserve">[32:41] </w:t>
      </w:r>
      <w:r>
        <w:t>khuda ki koi zaroorat nahi hai. yaani Newton ke baad jo daryaften huien, us se maloom hua ke jis ko hum nature kehte hain, fitrat, saari cheezein, yaani science ki zubaan mein jo kuch bhi hai, woh sab nature hai.</w:t>
      </w:r>
    </w:p>
    <w:p>
      <w:pPr>
        <w:jc w:val="right"/>
      </w:pPr>
      <w:r>
        <w:t>خدا کی کوئی ضرورت نہیں ہے۔ یعنی نیوٹن کے بعد جو دریافتیں ہوئیں، اس سے معلوم ہوا کہ جس کو ہم نیچر کہتے ہیں، فطرت، ساری چیزیں، یعنی سائنس کی زبان میں جو کچھ بھی ہے، وہ سب نیچر ہے۔</w:t>
      </w:r>
    </w:p>
    <w:p>
      <w:r>
        <w:rPr>
          <w:b/>
        </w:rPr>
        <w:t xml:space="preserve">[32:56] </w:t>
      </w:r>
      <w:r>
        <w:t>chahe insaan ho, chahe ghaas ho, chahe</w:t>
      </w:r>
    </w:p>
    <w:p>
      <w:pPr>
        <w:jc w:val="right"/>
      </w:pPr>
      <w:r>
        <w:t>چاہے انسان ہو، چاہے گھاس ہو، چاہے</w:t>
      </w:r>
    </w:p>
    <w:p>
      <w:r>
        <w:rPr>
          <w:b/>
        </w:rPr>
        <w:t xml:space="preserve">[33:02] </w:t>
      </w:r>
      <w:r>
        <w:t>sitare hon, sayare hon, sab nature hain. to agar yeh nature jo hai, cause and effect ke usool ke tehat bani hai,</w:t>
      </w:r>
    </w:p>
    <w:p>
      <w:pPr>
        <w:jc w:val="right"/>
      </w:pPr>
      <w:r>
        <w:t>ستارے ہوں، سیارے ہوں، سب نیچر ہیں۔ تو اگر یہ نیچر جو ہے، کاز اینڈ ایفیکٹ کے اصول کے تحت بنی ہے،</w:t>
      </w:r>
    </w:p>
    <w:p>
      <w:r>
        <w:rPr>
          <w:b/>
        </w:rPr>
        <w:t xml:space="preserve">[33:13] </w:t>
      </w:r>
      <w:r>
        <w:t>to phir khuda ki kya zaroorat hai? koi cause and effect ko samjha ke hi khuda, yaani ab khuda ke manne ki zaroorat nahi hai.</w:t>
      </w:r>
    </w:p>
    <w:p>
      <w:pPr>
        <w:jc w:val="right"/>
      </w:pPr>
      <w:r>
        <w:t>تو پھر خدا کی کیا ضرورت ہے؟ کوئی کاز اینڈ ایفیکٹ کو سمجھا کہ ہی خدا، یعنی اب خدا کے ماننے کی ضرورت نہیں ہے۔</w:t>
      </w:r>
    </w:p>
    <w:p>
      <w:r>
        <w:rPr>
          <w:b/>
        </w:rPr>
        <w:t xml:space="preserve">[33:27] </w:t>
      </w:r>
      <w:r>
        <w:t>halan ke yeh yeh galat fehmi thi. kyun ke sawal ab bhi baqi tha ke khud nature ko, khud nature ke course ko, khud law of causation ko kis ne wajood diya?</w:t>
      </w:r>
    </w:p>
    <w:p>
      <w:pPr>
        <w:jc w:val="right"/>
      </w:pPr>
      <w:r>
        <w:t>حالانکہ یہ یہ غلط فہمی تھی۔ کیونکہ سوال اب بھی باقی تھا کہ خود نیچر کو، خود نیچر کے کورس کو، خود لاء آف کاز ایشن کو کس نے وجود دیا؟</w:t>
      </w:r>
    </w:p>
    <w:p>
      <w:r>
        <w:rPr>
          <w:b/>
        </w:rPr>
        <w:t xml:space="preserve">[33:38] </w:t>
      </w:r>
      <w:r>
        <w:t>woh kaise wajood aaya?</w:t>
      </w:r>
    </w:p>
    <w:p>
      <w:pPr>
        <w:jc w:val="right"/>
      </w:pPr>
      <w:r>
        <w:t>وہ کیسے وجود آیا؟</w:t>
      </w:r>
    </w:p>
    <w:p>
      <w:r>
        <w:rPr>
          <w:b/>
        </w:rPr>
        <w:t xml:space="preserve">[33:42] </w:t>
      </w:r>
      <w:r>
        <w:t>yeh cheez sawal phir hi baqi tha. to unhon ne yeh kaha tha ke "if events are due to natural causes, they're not due to supernatural causes.</w:t>
      </w:r>
    </w:p>
    <w:p>
      <w:pPr>
        <w:jc w:val="right"/>
      </w:pPr>
      <w:r>
        <w:t>یہ چیز سوال پھر ہی باقی تھا۔ تو انہوں نے یہ کہا تھا کہ "اف ایونٹس آر ڈیو ٹو نیچرل کازز، دیر ناٹ ڈیو ٹو سپر نیچرل کازز۔</w:t>
      </w:r>
    </w:p>
    <w:p>
      <w:r>
        <w:rPr>
          <w:b/>
        </w:rPr>
        <w:t xml:space="preserve">[33:55] </w:t>
      </w:r>
      <w:r>
        <w:t>if events are due to natural causes, they're not due to supernatural causes." to mein ne likha tha apni kitaab mein ke "nature does not explain, she is she itself is in need of explanation." nature explain nahi karti, balkay dobara is sawal hai ke nature ko kis ne takhleeq kiya?</w:t>
      </w:r>
    </w:p>
    <w:p>
      <w:pPr>
        <w:jc w:val="right"/>
      </w:pPr>
      <w:r>
        <w:t>اف ایونٹس آر ڈیو ٹو نیچرل کازز، دیر ناٹ ڈیو ٹو سپر نیچرل کازز۔" تو میں نے لکھا تھا اپنی کتاب میں کہ "نیچر ڈز ناٹ ایکسپلین، شی از شی اٹ سیلف از ان نیڈ آف ایکسپلینیشن۔" نیچر ایکسپلین نہیں کرتی، بلکہ دوبارہ اس سوال ہے کہ نیچر کو کس نے تخلیق کیا؟</w:t>
      </w:r>
    </w:p>
    <w:p>
      <w:r>
        <w:rPr>
          <w:b/>
        </w:rPr>
        <w:t xml:space="preserve">[34:17] </w:t>
      </w:r>
      <w:r>
        <w:t>dobara yeh sawal hai. wahi haal wahan aik muamla yahan hai ke Higgs Boson explain nahi karta, yaani full stop nahi lag jata yahan par.</w:t>
      </w:r>
    </w:p>
    <w:p>
      <w:pPr>
        <w:jc w:val="right"/>
      </w:pPr>
      <w:r>
        <w:t>دوبارہ یہ سوال ہے۔ وہی حال وہاں ایک معاملہ یہاں ہے کہ ہکس بوزان ایکسپلین نہیں کرتا، یعنی فل سٹاپ نہیں لگ جاتا یہاں پر۔</w:t>
      </w:r>
    </w:p>
    <w:p>
      <w:r>
        <w:rPr>
          <w:b/>
        </w:rPr>
        <w:t xml:space="preserve">[34:28] </w:t>
      </w:r>
      <w:r>
        <w:t>ab sawal yeh hai ke khud Higgs Boson ko kis ne takhleeq kiya? yaani aisa ajeeb o ghareeb particle jo agarchay unstable hai, aisa ajeeb o ghareeb particle ke woh tamam particle ko mass de deta hai.</w:t>
      </w:r>
    </w:p>
    <w:p>
      <w:pPr>
        <w:jc w:val="right"/>
      </w:pPr>
      <w:r>
        <w:t>اب سوال یہ ہے کہ خود ہکس بوزان کو کس نے تخلیق کیا؟ یعنی ایسا عجیب و غریب پارٹیکل جو اگرچہ انسٹیبل ہے، ایسا عجیب و غریب پارٹیکل کہ وہ تمام پارٹیکل کو ماس دے دیتا ہے۔</w:t>
      </w:r>
    </w:p>
    <w:p>
      <w:r>
        <w:rPr>
          <w:b/>
        </w:rPr>
        <w:t xml:space="preserve">[34:44] </w:t>
      </w:r>
      <w:r>
        <w:t>yeh kaisi ajeeb baat hai?</w:t>
      </w:r>
    </w:p>
    <w:p>
      <w:pPr>
        <w:jc w:val="right"/>
      </w:pPr>
      <w:r>
        <w:t>یہ کیسی عجیب بات ہے؟</w:t>
      </w:r>
    </w:p>
    <w:p>
      <w:r>
        <w:rPr>
          <w:b/>
        </w:rPr>
        <w:t xml:space="preserve">[34:47] </w:t>
      </w:r>
      <w:r>
        <w:t>jo particle mein mass nahi tha, yeh us ko mass deta hai aur phir saari kainat wajood mein aati hai. chahe pani ho, chahe mountain ho, chahe insaan ho, chahe darakht ho, sab wajood mein aate hain.</w:t>
      </w:r>
    </w:p>
    <w:p>
      <w:pPr>
        <w:jc w:val="right"/>
      </w:pPr>
      <w:r>
        <w:t>جو پارٹیکل میں ماس نہیں تھا، یہ اس کو باس دیتا ہے اور پھر ساری کائنات وجود میں آتی ہے۔ چاہے پانی ہو، چاہے ماؤنٹین ہو، چاہے انسان ہو، چاہے درخت ہو، سب وجود میں آتے ہیں۔</w:t>
      </w:r>
    </w:p>
    <w:p>
      <w:r>
        <w:rPr>
          <w:b/>
        </w:rPr>
        <w:t xml:space="preserve">[34:59] </w:t>
      </w:r>
      <w:r>
        <w:t>to woh, woh, woh jo miraculous particle, woh khud kaise wajood mein aa gaya? to sawal to phir hi baqi hai.</w:t>
      </w:r>
    </w:p>
    <w:p>
      <w:pPr>
        <w:jc w:val="right"/>
      </w:pPr>
      <w:r>
        <w:t>تو وہ، وہ، وہ جو میریکولس پارٹیکل، وہ خود کیسے وجود میں آ گیا؟ تو سوال تو پھر ہی باقی ہے۔</w:t>
      </w:r>
    </w:p>
    <w:p>
      <w:r>
        <w:rPr>
          <w:b/>
        </w:rPr>
        <w:t xml:space="preserve">[35:09] </w:t>
      </w:r>
      <w:r>
        <w:t>to jab tak aap yeh na manen ke aik khuda hai jis ne big bang mein explosion kiya, aik khuda hai jis ne cosmic ball ko banaya, aik khuda hai jis ne particles ko mass diya,</w:t>
      </w:r>
    </w:p>
    <w:p>
      <w:pPr>
        <w:jc w:val="right"/>
      </w:pPr>
      <w:r>
        <w:t>تو جب تک آپ یہ نہ مانیں کہ ایک خدا ہے جس نے بگ بینگ میں ایکسپلوژن کیا، ایک خدا ہے جس نے کاسمک بال کو بنایا، ایک خدا ہے جس نے پارٹیکلز کو ماس دیا،</w:t>
      </w:r>
    </w:p>
    <w:p>
      <w:r>
        <w:rPr>
          <w:b/>
        </w:rPr>
        <w:t xml:space="preserve">[35:27] </w:t>
      </w:r>
      <w:r>
        <w:t>to phir bhi sawal baqi rahe ga. sawal wahin ka wahin baqi rahe ga. kyun ke aap jo jo cheez, jo cheez aap ne daryaft ki hai, woh wahan, wahan, wahan full stop nahi lag jata</w:t>
      </w:r>
    </w:p>
    <w:p>
      <w:pPr>
        <w:jc w:val="right"/>
      </w:pPr>
      <w:r>
        <w:t>تو پھر بھی سوال باقی رہے گا۔ سوال وہیں کا وہیں باقی رہے گا۔ کیونکہ آپ جو جو چیز، جو چیز آپ نے دریافت کی ہے، وہ وہاں، وہاں، وہاں فل سٹاپ نہیں لگ جاتا</w:t>
      </w:r>
    </w:p>
    <w:p>
      <w:r>
        <w:rPr>
          <w:b/>
        </w:rPr>
        <w:t xml:space="preserve">[35:38] </w:t>
      </w:r>
      <w:r>
        <w:t>۔ is ke baad yeh sawal baqi rehta hai. to mein yeh kahunga ke yeh yaani hamein apne mutale ko abhi aage le chalna hai.</w:t>
      </w:r>
    </w:p>
    <w:p>
      <w:pPr>
        <w:jc w:val="right"/>
      </w:pPr>
      <w:r>
        <w:t>۔ اس کے بعد یہ سوال باقی رہتا ہے۔ تو میں یہ کہوں گا کہ یہ یعنی ہمیں اپنے مطالعے کو ابھی آگے لے چلنا ہے۔</w:t>
      </w:r>
    </w:p>
    <w:p>
      <w:r>
        <w:rPr>
          <w:b/>
        </w:rPr>
        <w:t xml:space="preserve">[35:53] </w:t>
      </w:r>
      <w:r>
        <w:t>mushkil yeh hai ke is mamle mein jo jo kaam jo log kar rahe hain, woh woh hain jo Khuda ko hadaf kar ke kaam kar rahe hain.</w:t>
      </w:r>
    </w:p>
    <w:p>
      <w:pPr>
        <w:jc w:val="right"/>
      </w:pPr>
      <w:r>
        <w:t>مشکل یہ ہے کہ اس معاملے میں جو جو کام جو لوگ کر رہے ہیں، وہ وہ ہیں جو خدا کو حذف کر کے کام کر رہے ہیں۔</w:t>
      </w:r>
    </w:p>
    <w:p>
      <w:r>
        <w:rPr>
          <w:b/>
        </w:rPr>
        <w:t xml:space="preserve">[36:02] </w:t>
      </w:r>
      <w:r>
        <w:t>research jo kar rahe hain, jo log aur jo Khuda ko manane wale log hain, un ka is mein koi hissa nahin.</w:t>
      </w:r>
    </w:p>
    <w:p>
      <w:pPr>
        <w:jc w:val="right"/>
      </w:pPr>
      <w:r>
        <w:t>ریسرچ جو کر رہے ہیں، جو لوگ اور جو خدا کو ماننے والے لوگ ہیں، ان کا اس میں کوئی حصہ نہیں۔</w:t>
      </w:r>
    </w:p>
    <w:p>
      <w:r>
        <w:rPr>
          <w:b/>
        </w:rPr>
        <w:t xml:space="preserve">[36:09] </w:t>
      </w:r>
      <w:r>
        <w:t>woh to apne ibadat khano mein ya apne madarson mein masroof hain. unhein pata bhi nahin ke kya nature hai, kya nature ke qawaneen hain.</w:t>
      </w:r>
    </w:p>
    <w:p>
      <w:pPr>
        <w:jc w:val="right"/>
      </w:pPr>
      <w:r>
        <w:t>وہ تو اپنے عبادت خانوں میں یا اپنے مدرسوں میں مشغول ہیں۔ انہیں پتہ بھی نہیں کہ کیا نیچر ہے، کیا نیچر کے قوانین ہیں۔</w:t>
      </w:r>
    </w:p>
    <w:p>
      <w:r>
        <w:rPr>
          <w:b/>
        </w:rPr>
        <w:t xml:space="preserve">[36:21] </w:t>
      </w:r>
      <w:r>
        <w:t>to yaani yahan mein yeh kehna chahunga ke Quran ki ek aur ayat yaad dilana chahta hoon mein ke Quran mein ek ayat hai ke "sanureehim ayatina filafaq fi anfusihim hatta atbain alhaqq" ke hum dikhayen ke logon ko apni nishaniyan</w:t>
      </w:r>
    </w:p>
    <w:p>
      <w:pPr>
        <w:jc w:val="right"/>
      </w:pPr>
      <w:r>
        <w:t>تو یعنی یہاں میں یہ کہنا چاہوں گا کہ قرآن کی ایک اور آیت یاد دلانا چاہتا ہوں میں کہ قرآن میں ایک آیت ہے کہ "سنریہم آیاتنا فی الفاق فی انفسہم حتیٰ اتبین الحق" کہ ہم دکھائیں کہ لوگوں کو اپنی نشانیاں</w:t>
      </w:r>
    </w:p>
    <w:p>
      <w:r>
        <w:rPr>
          <w:b/>
        </w:rPr>
        <w:t xml:space="preserve">[36:48] </w:t>
      </w:r>
      <w:r>
        <w:t>kainat mein aur insano ke andar, yahan tak ke wazeh ho jaye ke haqq hai.</w:t>
      </w:r>
    </w:p>
    <w:p>
      <w:pPr>
        <w:jc w:val="right"/>
      </w:pPr>
      <w:r>
        <w:t>کائنات میں اور انسانوں کے اندر، یہاں تک کہ واضح ہو جائے کہ حق ہے۔</w:t>
      </w:r>
    </w:p>
    <w:p>
      <w:r>
        <w:rPr>
          <w:b/>
        </w:rPr>
        <w:t xml:space="preserve">[36:55] </w:t>
      </w:r>
      <w:r>
        <w:t>yehi to nishaniyan hain, yehi to nishaniyan hain. to jo jo ehle iman the, jo Allah ko manane wale the, unhone in nishaniyon ko discover nahin kiya.</w:t>
      </w:r>
    </w:p>
    <w:p>
      <w:pPr>
        <w:jc w:val="right"/>
      </w:pPr>
      <w:r>
        <w:t>یہی تو نشانیاں ہیں، یہی تو نشانیاں ہیں۔ تو جو جو اہل ایمان تھے، جو اللہ کو ماننے والے تھے، انہوں نے ان نشانیوں کو ڈسکور نہیں کیا۔</w:t>
      </w:r>
    </w:p>
    <w:p>
      <w:r>
        <w:rPr>
          <w:b/>
        </w:rPr>
        <w:t xml:space="preserve">[37:07] </w:t>
      </w:r>
      <w:r>
        <w:t>unhone is mamle mein koi kaam nahin kiya. woh doosre se kaam masroof ho gaye.</w:t>
      </w:r>
    </w:p>
    <w:p>
      <w:pPr>
        <w:jc w:val="right"/>
      </w:pPr>
      <w:r>
        <w:t>انہوں نے اس معاملے میں کوئی کام نہیں کیا۔ وہ دوسرے سے کام مشغول ہو گئے۔</w:t>
      </w:r>
    </w:p>
    <w:p>
      <w:r>
        <w:rPr>
          <w:b/>
        </w:rPr>
        <w:t xml:space="preserve">[37:12] </w:t>
      </w:r>
      <w:r>
        <w:t>to Allah taala ne ek scientific community wajood mein layi. Allah taala scientific community, jo ke Bukhari mein ek riwayat hai ke "innallaha yuzirr al-fajir" ke Allah fajir insan ke zariye bhi madad karega.</w:t>
      </w:r>
    </w:p>
    <w:p>
      <w:pPr>
        <w:jc w:val="right"/>
      </w:pPr>
      <w:r>
        <w:t>تو اللہ تعالی نے ایک سائنٹیفک کمیونٹی وجود میں لائی۔ اللہ تعالی سائنٹیفک کمیونٹی، جو کہ بخاری میں ایک روایت ہے کہ "ان اللہ الفاجر" کہ اللہ فاجر انسان کے ذریعے بھی مدد کرے گا۔</w:t>
      </w:r>
    </w:p>
    <w:p>
      <w:r>
        <w:rPr>
          <w:b/>
        </w:rPr>
        <w:t xml:space="preserve">[37:29] </w:t>
      </w:r>
      <w:r>
        <w:t>is deen ki fajir se murad yahan par secular hai. fajir se murad ma'roof fajir nahin hai. to bas batao ke scientific community is se murad</w:t>
      </w:r>
    </w:p>
    <w:p>
      <w:pPr>
        <w:jc w:val="right"/>
      </w:pPr>
      <w:r>
        <w:t>اس دین کی فاجر سے مراد یہاں پر سیکولر ہے۔ فاجر سے مراد معروف فاجر نہیں ہے۔ تو بس بتاؤ کہ سائنٹیفک کمیونٹی اس سے مراد</w:t>
      </w:r>
    </w:p>
    <w:p>
      <w:r>
        <w:rPr>
          <w:b/>
        </w:rPr>
        <w:t xml:space="preserve">[37:38] </w:t>
      </w:r>
      <w:r>
        <w:t>hai. yeh scientific community woh cheezen daryaft karegi jis se tamam haqq haqiqaten hain, jo jo Quran mein bator nadri ke batai gayi hain, woh bator waqe ke logon ke samne aa jayengi.</w:t>
      </w:r>
    </w:p>
    <w:p>
      <w:pPr>
        <w:jc w:val="right"/>
      </w:pPr>
      <w:r>
        <w:t>ہے۔ یہ سائنٹیفک کمیونٹی وہ چیزیں دریافت کرے گی جس سے تمام حق حقیقتیں ہیں، جو جو قرآن میں بطور ندری کے بتائی گئی ہیں، وہ بطور واقعے کے لوگوں کے سامنے آ جائیں گی۔</w:t>
      </w:r>
    </w:p>
    <w:p>
      <w:r>
        <w:rPr>
          <w:b/>
        </w:rPr>
        <w:t xml:space="preserve">[37:52] </w:t>
      </w:r>
      <w:r>
        <w:t>to yeh mein samajhta hoon ke yaani agarche ehle iman khud is qism ki discovery nahin kar sake, lekin ab unhein chahiye karna hai ke is ko istemal karen, is ko bator data ke.</w:t>
      </w:r>
    </w:p>
    <w:p>
      <w:pPr>
        <w:jc w:val="right"/>
      </w:pPr>
      <w:r>
        <w:t>تو یہ میں سمجھتا ہوں کہ یعنی اگرچہ اہل ایمان خود اس قسم کی ڈسکوری نہیں کر سکے، لیکن اب انہیں چاہیے کرنا ہے کہ اس کو استعمال کریں، اس کو بطور ڈیٹا کے۔</w:t>
      </w:r>
    </w:p>
    <w:p>
      <w:r>
        <w:rPr>
          <w:b/>
        </w:rPr>
        <w:t xml:space="preserve">[38:07] </w:t>
      </w:r>
      <w:r>
        <w:t>yeh unhone facts ko daryaft kar ke hamein de diya, unhone data daryaft kar ke hamein de diya. is tarah hamein ek scientific framework de diya hai, is ko hamein istemal karna chahiye aur istemal kar ke hamein yaani apne iman mein izafa karna chahiye aur is ko dawat ke liye istemal karna chahiye.</w:t>
      </w:r>
    </w:p>
    <w:p>
      <w:pPr>
        <w:jc w:val="right"/>
      </w:pPr>
      <w:r>
        <w:t>یہ انہوں نے فیکٹس کو دریافت کر کے ہمیں دے دیا، انہوں نے ڈیٹا دریافت کر کے ہمیں دے دیا۔ اس طرح ہمیں ایک سائنٹیفک فریم ورک دے دیا ہے، اس کو ہمیں استعمال کرنا چاہیے اور استعمال کر کے ہمیں یعنی اپنے ایمان میں اضافہ کرنا چاہیے اور اس کو دعوت کے لیے استعمال کرنا چاہیے۔</w:t>
      </w:r>
    </w:p>
    <w:p>
      <w:r>
        <w:rPr>
          <w:b/>
        </w:rPr>
        <w:t xml:space="preserve">[38:27] </w:t>
      </w:r>
      <w:r>
        <w:t>yeh hai. to mera jo is waqt jo kehna hai God Particle ke bare mein to mein is waqt koi koi scientific taqreer nahin kar raha hoon.</w:t>
      </w:r>
    </w:p>
    <w:p>
      <w:pPr>
        <w:jc w:val="right"/>
      </w:pPr>
      <w:r>
        <w:t>یہ ہے۔ تو میرا جو اس وقت جو کہنا ہے گاڈ پارٹیکل کے بارے میں تو میں اس وقت کوئی کوئی سائنسی تقریر نہیں کر رہا ہوں۔</w:t>
      </w:r>
    </w:p>
    <w:p>
      <w:r>
        <w:rPr>
          <w:b/>
        </w:rPr>
        <w:t xml:space="preserve">[38:37] </w:t>
      </w:r>
      <w:r>
        <w:t>yeh keh raha hoon ke God Particle ki jo daryaft hai, woh daryaft bohat ajeeb o ghareeb tor par Quran ke is miyar par Quran ki sadaqat ko sabit kar rahi hai ke ke Quran ke nuzool ke baad jo daryaften hongi, jo discoveries hongi, woh Quran ke bayan ko confirm karti chali jayengi kyunke un mein aur un mein takrao nahin hoga,</w:t>
      </w:r>
    </w:p>
    <w:p>
      <w:pPr>
        <w:jc w:val="right"/>
      </w:pPr>
      <w:r>
        <w:t>یہ کہہ رہا ہوں کہ گاڈ پارٹیکل کی جو دریافت ہے، وہ دریافت بہت عجیب و غریب طور پر قرآن کے اس معیار پر قرآن کی صداقت کو ثابت کر رہی ہے کہ کہ قرآن کے نزول کے بعد جو دریافتیں ہوں گی، جو ڈسکوریز ہوں گی، وہ قرآن کے بیان کو کنفرم کرتی چلی جائیں گی کیونکہ ان میں اور ان میں ٹکراؤ نہیں ہوگا،</w:t>
      </w:r>
    </w:p>
    <w:p>
      <w:r>
        <w:rPr>
          <w:b/>
        </w:rPr>
        <w:t xml:space="preserve">[39:04] </w:t>
      </w:r>
      <w:r>
        <w:t>adam mutabiqat nahin hogi, inconsistency nahin hogi. to yeh kaisi ajeeb baat hai? yeh bohat zyada ajeeb baat hai. yeh</w:t>
      </w:r>
    </w:p>
    <w:p>
      <w:pPr>
        <w:jc w:val="right"/>
      </w:pPr>
      <w:r>
        <w:t>عدم مطابقت نہیں ہوگی، ان کنسسٹنسی نہیں ہوگی۔ تو یہ کیسی عجیب بات ہے؟ یہ بہت زیادہ عجیب بات ہے۔ یہ</w:t>
      </w:r>
    </w:p>
    <w:p>
      <w:r>
        <w:rPr>
          <w:b/>
        </w:rPr>
        <w:t xml:space="preserve">[39:14] </w:t>
      </w:r>
      <w:r>
        <w:t>to mujhe is waqt jo hai isi pehlu par yaani isi pehlu, isi pehlu ko highlight karna hai.</w:t>
      </w:r>
    </w:p>
    <w:p>
      <w:pPr>
        <w:jc w:val="right"/>
      </w:pPr>
      <w:r>
        <w:t>تو مجھے اس وقت جو ہے اسی پہلو پر یعنی اسی پہلو، اسی پہلو کو ہائی لائٹ کرنا ہے۔</w:t>
      </w:r>
    </w:p>
    <w:p>
      <w:r>
        <w:rPr>
          <w:b/>
        </w:rPr>
        <w:t xml:space="preserve">[39:24] </w:t>
      </w:r>
      <w:r>
        <w:t>yeh yeh jo pehlu hai ke Quran ki sadaqat se is se sabit hoti hai. yeh yeh jo logon ka kuch log yeh nikalte hain is se ke science ne Khuda ko sabit kar diya, yeh galat baat hai.</w:t>
      </w:r>
    </w:p>
    <w:p>
      <w:pPr>
        <w:jc w:val="right"/>
      </w:pPr>
      <w:r>
        <w:t>یہ یہ جو پہلو ہے کہ قرآن کی صداقت سے اس سے ثابت ہوتی ہے۔ یہ یہ جو لوگوں کا کچھ لوگ یہ نکالتے ہیں اس سے کہ سائنس نے خدا کو ثابت کر دیا، یہ غلط بات ہے۔</w:t>
      </w:r>
    </w:p>
    <w:p>
      <w:r>
        <w:rPr>
          <w:b/>
        </w:rPr>
        <w:t xml:space="preserve">[39:41] </w:t>
      </w:r>
      <w:r>
        <w:t>science, science ka subject Khuda nahin hai. science ka subject Khuda nahin hai. science subject jo hai, woh cheezen jo hamare observation mein aati hain, jin ka hum explain kar sakte hain,</w:t>
      </w:r>
    </w:p>
    <w:p>
      <w:pPr>
        <w:jc w:val="right"/>
      </w:pPr>
      <w:r>
        <w:t>سائنس، سائنس کا سبجیکٹ خدا نہیں ہے۔ سائنس کا سبجیکٹ خدا نہیں ہے۔ سائنس سبجیکٹ جو ہے، وہ چیزیں جو ہمارے ابزرویشن میں آتی ہیں، جن کا ہم ایکسپلین کر سکتے ہیں،</w:t>
      </w:r>
    </w:p>
    <w:p>
      <w:r>
        <w:rPr>
          <w:b/>
        </w:rPr>
        <w:t xml:space="preserve">[39:58] </w:t>
      </w:r>
      <w:r>
        <w:t>jo jo hamare microscope aur hawai telescope se jin ko hum pata kar sakte hain, woh is ka subject hai. Khuda is subject mein hai hi nahin.</w:t>
      </w:r>
    </w:p>
    <w:p>
      <w:pPr>
        <w:jc w:val="right"/>
      </w:pPr>
      <w:r>
        <w:t>جو جو ہمارے مائیکروسکوپ اور ہوائی ٹیلیسکوپ سے جن کو ہم پتہ کر سکتے ہیں، وہ اس کا سبجیکٹ ہے۔ خدا اس سبجیکٹ میں ہے ہی نہیں۔</w:t>
      </w:r>
    </w:p>
    <w:p>
      <w:r>
        <w:rPr>
          <w:b/>
        </w:rPr>
        <w:t xml:space="preserve">[40:09] </w:t>
      </w:r>
      <w:r>
        <w:t>lekin chunke yeh cheezen kya, yeh sab creation hai, Khuda ki takhleeq hai. to is ke bare mein jab daryaften hoti hain to woh khaliq ki tasdeeq ke hum ma'ni ban jati hain.</w:t>
      </w:r>
    </w:p>
    <w:p>
      <w:pPr>
        <w:jc w:val="right"/>
      </w:pPr>
      <w:r>
        <w:t>لیکن چونکہ یہ چیزیں کیا، یہ سب کریشن ہے، خدا کی تخلیق ہے۔ تو اس کے بارے میں جب دریافتیں ہوتی ہیں تو وہ خالق کی تصدیق کے ہم معنی بن جاتی ہیں۔</w:t>
      </w:r>
    </w:p>
    <w:p>
      <w:r>
        <w:rPr>
          <w:b/>
        </w:rPr>
        <w:t xml:space="preserve">[40:20] </w:t>
      </w:r>
      <w:r>
        <w:t>khaliq ki tasdeeq ke hum ma'ni. yahan mein ek baat yeh bhi arz karna chahunga ke kuch log yeh samajhte hain ke scientists mulhid hote hain, Islam woh haqq ke dushman hote hain waghera</w:t>
      </w:r>
    </w:p>
    <w:p>
      <w:pPr>
        <w:jc w:val="right"/>
      </w:pPr>
      <w:r>
        <w:t>خالق کی تصدیق کے ہم معنی۔ یہاں میں ایک بات یہ بھی عرض کرنا چاہوں گا کہ کچھ لوگ یہ سمجھتے ہیں کہ سائنسدان ملحد ہوتے ہیں، اسلام وہ حق کے دشمن ہوتے ہیں وغیر</w:t>
      </w:r>
    </w:p>
    <w:p>
      <w:r>
        <w:rPr>
          <w:b/>
        </w:rPr>
        <w:t xml:space="preserve">[40:33] </w:t>
      </w:r>
      <w:r>
        <w:t>hai. aisa nahin hai ke mislan ek sahab ne kaha ke jab yeh sab science, science yahan tak pahunch chuki hai to scientists Khuda ko manta kyun nahin?</w:t>
      </w:r>
    </w:p>
    <w:p>
      <w:pPr>
        <w:jc w:val="right"/>
      </w:pPr>
      <w:r>
        <w:t>ہ۔ ایسا نہیں ہے کہ مثلاً ایک صاحب نے کہا کہ جب یہ سب سائنس، سائنس یہاں تک پہنچ چکی ہے تو سائنسدان خدا کو مانتا کیوں نہیں؟</w:t>
      </w:r>
    </w:p>
    <w:p>
      <w:r>
        <w:rPr>
          <w:b/>
        </w:rPr>
        <w:t xml:space="preserve">[40:45] </w:t>
      </w:r>
      <w:r>
        <w:t>yeh wahan tak pahunch gayi to scientists Khuda ko manta kyun nahin? yeh baat sahi nahin hai mere nazdeek. kyunke aap dekhiye, science ka jo mozu hai, woh speech, woh na spiritual hai na religious hai.</w:t>
      </w:r>
    </w:p>
    <w:p>
      <w:pPr>
        <w:jc w:val="right"/>
      </w:pPr>
      <w:r>
        <w:t>یہ وہاں تک پہنچ گئی تو سائنسدان خدا کو مانتا کیوں نہیں؟ یہ بات صحیح نہیں ہے میرے نزدیک۔ کیونکہ آپ دیکھیے، سائنس کا جو موضوع ہے، وہ اسپیچ، وہ نہ اسپیریچول ہے نہ ریلیجیس ہے۔</w:t>
      </w:r>
    </w:p>
    <w:p>
      <w:r>
        <w:rPr>
          <w:b/>
        </w:rPr>
        <w:t xml:space="preserve">[40:59] </w:t>
      </w:r>
      <w:r>
        <w:t>woh na yeh hai na woh hai. woh to, woh, woh to sirf hai jo yaani kainat ka jo contritive aspect hai, is ka mutala karna.</w:t>
      </w:r>
    </w:p>
    <w:p>
      <w:pPr>
        <w:jc w:val="right"/>
      </w:pPr>
      <w:r>
        <w:t>وہ نہ یہ ہے نہ وہ ہے۔ وہ تو، وہ، وہ تو صرف ہے جو یعنی کائنات کا جو کانٹریٹیو ایسپیکٹ ہے، اس کا مطالعہ کرنا۔</w:t>
      </w:r>
    </w:p>
    <w:p>
      <w:r>
        <w:rPr>
          <w:b/>
        </w:rPr>
        <w:t xml:space="preserve">[41:13] </w:t>
      </w:r>
      <w:r>
        <w:t>kamyabi aspect jo hai</w:t>
      </w:r>
    </w:p>
    <w:p>
      <w:pPr>
        <w:jc w:val="right"/>
      </w:pPr>
      <w:r>
        <w:t>کامیابی ایسپیکٹ جو ہے</w:t>
      </w:r>
    </w:p>
    <w:p>
      <w:r>
        <w:rPr>
          <w:b/>
        </w:rPr>
        <w:t xml:space="preserve">[41:18] </w:t>
      </w:r>
      <w:r>
        <w:t>kainat ka ya material, material world ka jo contritive, contritive aspect hai, is ka mutala karna, is ka mozu hai. woh is ke mozu se kharij hai.</w:t>
      </w:r>
    </w:p>
    <w:p>
      <w:pPr>
        <w:jc w:val="right"/>
      </w:pPr>
      <w:r>
        <w:t>کائنات کا یا مٹیریل، مٹیریل ورلڈ کا جو کانٹریٹیو، کانٹریٹیو ایسپیکٹ ہے، اس کا مطالعہ کرنا، اس کا موضوع ہے۔ وہ اس کے موضوع سے خارج ہے۔</w:t>
      </w:r>
    </w:p>
    <w:p>
      <w:r>
        <w:rPr>
          <w:b/>
        </w:rPr>
        <w:t xml:space="preserve">[41:28] </w:t>
      </w:r>
      <w:r>
        <w:t>jise hum aap farz kijiye quran ka mutala karein to hum us waqt hawae doosri kitabein hamare bojh se kharij rahein gi. to scientist ko main samajhta hoon ke is par yeh yani blame nahi dena chahiye ke woh yeh sari daryaften karne ke baad bhi khuda ko mante kyun nahi.</w:t>
      </w:r>
    </w:p>
    <w:p>
      <w:pPr>
        <w:jc w:val="right"/>
      </w:pPr>
      <w:r>
        <w:t>جسے ہم آپ فرض کیجئے قرآن کا مطالعہ کریں تو ہم اس وقت ہوائے دوسری کتابیں ہمارے بوجھ سے خارج رہیں گی۔ تو سائنسدان کو میں سمجھتا ہوں کہ اس پر یہ یعنی بلیم نہیں دینا چاہیے کہ وہ یہ ساری دریافتیں کرنے کے بعد بھی خدا کو مانتے کیوں نہیں۔</w:t>
      </w:r>
    </w:p>
    <w:p>
      <w:r>
        <w:rPr>
          <w:b/>
        </w:rPr>
        <w:t xml:space="preserve">[41:49] </w:t>
      </w:r>
      <w:r>
        <w:t>basic baat woh, woh un ki jo conditioning hai, un ka jo mind hai, woh nahi jo hamara hai.</w:t>
      </w:r>
    </w:p>
    <w:p>
      <w:pPr>
        <w:jc w:val="right"/>
      </w:pPr>
      <w:r>
        <w:t>بیسک بات وہ، وہ ان کی جو کنڈیشننگ ہے، ان کا جو مائنڈ ہے، وہ نہیں جو ہمارا ہے۔</w:t>
      </w:r>
    </w:p>
    <w:p>
      <w:r>
        <w:rPr>
          <w:b/>
        </w:rPr>
        <w:t xml:space="preserve">[41:56] </w:t>
      </w:r>
      <w:r>
        <w:t>hum aap mazhabi istalah mein sochte hain, hum aap yani khuda ko man kar chalte hain, wahan yeh masla nahi hai.</w:t>
      </w:r>
    </w:p>
    <w:p>
      <w:pPr>
        <w:jc w:val="right"/>
      </w:pPr>
      <w:r>
        <w:t>ہم آپ مذہبی اصطلاح میں سوچتے ہیں، ہم آپ یعنی خدا کو مان کر چلتے ہیں، وہاں یہ مسئلہ نہیں ہے۔</w:t>
      </w:r>
    </w:p>
    <w:p>
      <w:r>
        <w:rPr>
          <w:b/>
        </w:rPr>
        <w:t xml:space="preserve">[42:05] </w:t>
      </w:r>
      <w:r>
        <w:t>wahan to masla yeh hai ke kainat ka jo woh, woh, woh pehlu jo observation, observation mein aata hai, jis ko hum tajurba kar sakte hain, is ke mutala ko unhone apna mozu banaya</w:t>
      </w:r>
    </w:p>
    <w:p>
      <w:pPr>
        <w:jc w:val="right"/>
      </w:pPr>
      <w:r>
        <w:t>وہاں تو مسئلہ یہ ہے کہ کائنات کا جو وہ، وہ، وہ پہلو جو ابزرویشن، ابزرویشن میں آتا ہے، جس کو ہم تجربہ کر سکتے ہیں، اس کے مطالعے کو انہوں نے اپنا موضوع بنایا</w:t>
      </w:r>
    </w:p>
    <w:p>
      <w:r>
        <w:rPr>
          <w:b/>
        </w:rPr>
        <w:t xml:space="preserve">[42:18] </w:t>
      </w:r>
      <w:r>
        <w:t>hai. bas hamein jo, jo hamein, hamara jo, hamare liye jo itminan bakhsh cheez hai, yeh hai ke khuda ko mozu banaye baghair unhone kainat ki tehqeeq ki aur bohat ajeeb tor par woh jitni bhi cheezein daryaft huien, woh sab quran ki tasdeeq ban gaein.</w:t>
      </w:r>
    </w:p>
    <w:p>
      <w:pPr>
        <w:jc w:val="right"/>
      </w:pPr>
      <w:r>
        <w:t>ہے۔ بس ہمیں جو، جو ہمیں، ہمارا جو، ہمارے لیے جو اطمینان بخش چیز ہے، یہ ہے کہ خدا کو موضوع بنائے بغیر انہوں نے کائنات کی تحقیق کی اور بہت عجیب طور پر وہ جتنی بھی چیزیں دریافت ہوئیں، وہ سب قرآن کی تصدیق بن گئیں۔</w:t>
      </w:r>
    </w:p>
    <w:p>
      <w:r>
        <w:rPr>
          <w:b/>
        </w:rPr>
        <w:t xml:space="preserve">[42:38] </w:t>
      </w:r>
      <w:r>
        <w:t>kisi ajeeb baat hai</w:t>
      </w:r>
    </w:p>
    <w:p>
      <w:pPr>
        <w:jc w:val="right"/>
      </w:pPr>
      <w:r>
        <w:t>کیسی عجیب بات ہے</w:t>
      </w:r>
    </w:p>
    <w:p>
      <w:r>
        <w:rPr>
          <w:b/>
        </w:rPr>
        <w:t xml:space="preserve">[42:39] </w:t>
      </w:r>
      <w:r>
        <w:t>! un ka concern na khuda tha na quran tha. yeh un ka yeh concern hi nahi tha. woh adalat, adalat, adalatana tor par unhone tehqeeq ki.</w:t>
      </w:r>
    </w:p>
    <w:p>
      <w:pPr>
        <w:jc w:val="right"/>
      </w:pPr>
      <w:r>
        <w:t>! ان کا کنسرن نہ خدا تھا نہ قرآن تھا۔ یہ ان کا یہ کنسرن ہی نہیں تھا۔ وہ عدالت، عدالت، عدالتانہ طور پر انہوں نے تحقیق کی۔</w:t>
      </w:r>
    </w:p>
    <w:p>
      <w:r>
        <w:rPr>
          <w:b/>
        </w:rPr>
        <w:t xml:space="preserve">[42:49] </w:t>
      </w:r>
      <w:r>
        <w:t>adalatana tor par un ka, jaise maine jo misal di ke yani farooq ki jo mummy ki hui lash jo nikali unhone, un ka, un ka concern quran ya khuda nahi tha.</w:t>
      </w:r>
    </w:p>
    <w:p>
      <w:pPr>
        <w:jc w:val="right"/>
      </w:pPr>
      <w:r>
        <w:t>عدالتانہ طور پر ان کا، جیسے میں نے جو مثال دی کہ یعنی فاروق کی جو ممی کی ہوئی لاش جو نکالی انہوں نے، ان کا، ان کا کنسرن قرآن یا خدا نہیں تھا۔</w:t>
      </w:r>
    </w:p>
    <w:p>
      <w:r>
        <w:rPr>
          <w:b/>
        </w:rPr>
        <w:t xml:space="preserve">[43:04] </w:t>
      </w:r>
      <w:r>
        <w:t>woh to aik historical zouq ke tehat, kyun ke yani woh scholar thay, secular scholar, woh apne zouq ke tehat woh har cheez ki tehqeeq kar rahe thay.</w:t>
      </w:r>
    </w:p>
    <w:p>
      <w:pPr>
        <w:jc w:val="right"/>
      </w:pPr>
      <w:r>
        <w:t>وہ تو ایک ہسٹوریکل ذوق کے تحت، کیونکہ یعنی وہ اسکالر تھے، سیکولر اسکالر، وہ اپنے ذوق کے تحت وہ ہر چیز کی تحقیق کر رہے تھے۔</w:t>
      </w:r>
    </w:p>
    <w:p>
      <w:r>
        <w:rPr>
          <w:b/>
        </w:rPr>
        <w:t xml:space="preserve">[43:20] </w:t>
      </w:r>
      <w:r>
        <w:t>koi fir'auni ki tarah ke tehqeeq hi nahi hai, har cheez ki tehqeeq kar rahe thay. isi mein se woh bhi aik item ban gaya, wahan hi pahunch gaye. woh</w:t>
      </w:r>
    </w:p>
    <w:p>
      <w:pPr>
        <w:jc w:val="right"/>
      </w:pPr>
      <w:r>
        <w:t>کوئی فرعونی کی طرح کہ تحقیق ہی نہیں ہے، ہر چیز کی تحقیق کر رہے تھے۔ اسی میں سے وہ بھی ایک آئٹم بن گیا، وہاں ہی پہنچ گئے۔ وہ</w:t>
      </w:r>
    </w:p>
    <w:p>
      <w:r>
        <w:rPr>
          <w:b/>
        </w:rPr>
        <w:t xml:space="preserve">[43:28] </w:t>
      </w:r>
      <w:r>
        <w:t>to un ka yani un ka yeh subject nahi tha ke is se quran ki tasdeeq nikalen. nahi, un ka subject sirf yeh tha ke aaram mein kya hai, is ko nikalein, janein, is ko tehqeeq karein.</w:t>
      </w:r>
    </w:p>
    <w:p>
      <w:pPr>
        <w:jc w:val="right"/>
      </w:pPr>
      <w:r>
        <w:t>تو ان کا یعنی ان کا یہ سبجیکٹ نہیں تھا کہ اس سے قرآن کی تصدیق نکالیں۔ نہیں، ان کا سبجیکٹ صرف یہ تھا کہ آرام میں کیا ہے، اس کو نکالیں، جانیں، اس کو تحقیق کریں۔</w:t>
      </w:r>
    </w:p>
    <w:p>
      <w:r>
        <w:rPr>
          <w:b/>
        </w:rPr>
        <w:t xml:space="preserve">[43:42] </w:t>
      </w:r>
      <w:r>
        <w:t>bas ab yeh is ka by product hai ke hum is ko le kar ke is ko quran ke haq mein istemal karein. yeh hamara kaam hai.</w:t>
      </w:r>
    </w:p>
    <w:p>
      <w:pPr>
        <w:jc w:val="right"/>
      </w:pPr>
      <w:r>
        <w:t>بس اب یہ اس کا بائی پروڈکٹ ہے کہ ہم اس کو لے کر کے اس کو قرآن کے حق میں استعمال کریں۔ یہ ہمارا کام ہے۔</w:t>
      </w:r>
    </w:p>
    <w:p>
      <w:r>
        <w:rPr>
          <w:b/>
        </w:rPr>
        <w:t xml:space="preserve">[43:53] </w:t>
      </w:r>
      <w:r>
        <w:t>is tarah se god particle ka mamla bhi hai ke un ka yeh mozu god nahi hai. yeh to aik nickname hai ke is ko god kaha jane laga, warna is ka asal naam to jaise ke maine arz kiya yani hicks bozan hai.</w:t>
      </w:r>
    </w:p>
    <w:p>
      <w:pPr>
        <w:jc w:val="right"/>
      </w:pPr>
      <w:r>
        <w:t>اس طریقے سے گاڈ پارٹیکل کا معاملہ بھی ہے کہ ان کا یہ موضوع گاڈ نہیں ہے۔ یہ تو ایک نک نیم ہے کہ اس کو گاڈ کہا جانے لگا، ورنہ اس کا اصل نام تو جیسے کہ میں نے عرض کیا یعنی ہکس بوزان ہے۔</w:t>
      </w:r>
    </w:p>
    <w:p>
      <w:r>
        <w:rPr>
          <w:b/>
        </w:rPr>
        <w:t xml:space="preserve">[44:08] </w:t>
      </w:r>
      <w:r>
        <w:t>to un ko is se matlab nahi ke khuda hai ya nahi hai. is se woh na yeh kehte hain ke khuda nahi hai, na yeh kehte hain ke khuda hai.</w:t>
      </w:r>
    </w:p>
    <w:p>
      <w:pPr>
        <w:jc w:val="right"/>
      </w:pPr>
      <w:r>
        <w:t>تو ان کو اس سے مطلب نہیں کہ خدا ہے یا نہیں ہے۔ اس سے وہ نہ یہ کہتے ہیں کہ خدا نہیں ہے، نہ یہ کہتے ہیں کہ خدا ہے۔</w:t>
      </w:r>
    </w:p>
    <w:p>
      <w:r>
        <w:rPr>
          <w:b/>
        </w:rPr>
        <w:t xml:space="preserve">[44:20] </w:t>
      </w:r>
      <w:r>
        <w:t>jaise einstein se poocha gaya tha ke kya aap atheist hain? einstein se aik shakhs ne poocha tha, yeh chupa hua hai is ki life mein ke us ne correspondence ki thi einstein se.</w:t>
      </w:r>
    </w:p>
    <w:p>
      <w:pPr>
        <w:jc w:val="right"/>
      </w:pPr>
      <w:r>
        <w:t>جیسے آئنسٹین سے پوچھا گیا تھا کہ کیا آپ اتھیسٹ ہیں؟ آئنسٹین سے ایک شخص نے پوچھا تھا، یہ چھپا ہوا ہے اس کی لائف میں کہ اس نے کورسپانڈنس کی تھی آئنسٹین سے۔</w:t>
      </w:r>
    </w:p>
    <w:p>
      <w:r>
        <w:rPr>
          <w:b/>
        </w:rPr>
        <w:t xml:space="preserve">[44:38] </w:t>
      </w:r>
      <w:r>
        <w:t>phir kaha aap khuda ke munkir hain? kya aap atheist hain? kya khuda ka inkar karte hain aap? to us ne likha tha is mein ke aap mujh ko atheist nahi kar sakt</w:t>
      </w:r>
    </w:p>
    <w:p>
      <w:pPr>
        <w:jc w:val="right"/>
      </w:pPr>
      <w:r>
        <w:t>پھر کہا آپ خدا کے منکر ہیں؟ کیا آپ اتھیسٹ ہیں؟ کیا خدا کا انکار کرتے ہیں آپ؟ تو اس نے لکھا تھا اس میں کہ آپ مجھ کو اتھیسٹ نہیں کر سکت</w:t>
      </w:r>
    </w:p>
    <w:p>
      <w:r>
        <w:rPr>
          <w:b/>
        </w:rPr>
        <w:t xml:space="preserve">[44:48] </w:t>
      </w:r>
      <w:r>
        <w:t>e. main atheist nahi hoon. aap mujhe sirf agnostic samajh sakte hain. atheist nahi balkeh agnostic. yani agnostic ka matlab hota hai na, na yeh main kehta hoon ke khuda hai, na yeh kehta hoon ke khuda nahi hai.</w:t>
      </w:r>
    </w:p>
    <w:p>
      <w:pPr>
        <w:jc w:val="right"/>
      </w:pPr>
      <w:r>
        <w:t>ے۔ میں اتھیسٹ نہیں ہوں۔ آپ مجھے صرف اگناسٹک سمجھ سکتے ہیں۔ اتھیسٹ نہیں بلکہ اگناسٹک۔ یعنی اگناسٹک کا مطلب ہوتا ہے نہ، نہ یہ میں کہتا ہوں کہ خدا ہے، نہ یہ کہتا ہوں کہ خدا نہیں ہے۔</w:t>
      </w:r>
    </w:p>
    <w:p>
      <w:r>
        <w:rPr>
          <w:b/>
        </w:rPr>
        <w:t xml:space="preserve">[45:05] </w:t>
      </w:r>
      <w:r>
        <w:t>mera koi statement is baray mein nahi hai, nafiya hai na isbata.</w:t>
      </w:r>
    </w:p>
    <w:p>
      <w:pPr>
        <w:jc w:val="right"/>
      </w:pPr>
      <w:r>
        <w:t>میرا کوئی سٹیٹمنٹ اس بارے میں نہیں ہے، نفیاً ہے نہ اس باتاً ہے۔</w:t>
      </w:r>
    </w:p>
    <w:p>
      <w:r>
        <w:rPr>
          <w:b/>
        </w:rPr>
        <w:t xml:space="preserve">[45:10] </w:t>
      </w:r>
      <w:r>
        <w:t>to yeh, yeh, yeh manna galat hai scientists ke baray mein.</w:t>
      </w:r>
    </w:p>
    <w:p>
      <w:pPr>
        <w:jc w:val="right"/>
      </w:pPr>
      <w:r>
        <w:t>تو یہ، یہ، یہ ماننا غلط ہے سائنس دانوں کے بارے میں۔</w:t>
      </w:r>
    </w:p>
    <w:p>
      <w:r>
        <w:rPr>
          <w:b/>
        </w:rPr>
        <w:t xml:space="preserve">[45:19] </w:t>
      </w:r>
      <w:r>
        <w:t>yeh bohat sahi statement diya einstein ne mere nazdeek ke hamara case yani isi ka nahi balkeh har scientist ka case, atheist ka case nahi hai.</w:t>
      </w:r>
    </w:p>
    <w:p>
      <w:pPr>
        <w:jc w:val="right"/>
      </w:pPr>
      <w:r>
        <w:t>یہ بہت صحیح سٹیٹمنٹ دیا آئنسٹین نے میرے نزدیک کہ ہمارا کیس یعنی اسی کا نہیں بلکہ ہر سائنٹسٹ کا کیس، اتھیسٹ کا کیس نہیں ہے۔</w:t>
      </w:r>
    </w:p>
    <w:p>
      <w:r>
        <w:rPr>
          <w:b/>
        </w:rPr>
        <w:t xml:space="preserve">[45:30] </w:t>
      </w:r>
      <w:r>
        <w:t>is ka case yahi hai ke woh is baray mein koi statement nahi dete. woh statement dete hain sirf is cheezon ke baray mein jo observation mein aati hai.</w:t>
      </w:r>
    </w:p>
    <w:p>
      <w:pPr>
        <w:jc w:val="right"/>
      </w:pPr>
      <w:r>
        <w:t>اس کا کیس یہی ہے کہ وہ اس بارے میں کوئی سٹیٹمنٹ نہیں دیتے۔ وہ سٹیٹمنٹ دیتے ہیں صرف اس چیزوں کے بارے میں جو ابزرویشن میں آتی ہے۔</w:t>
      </w:r>
    </w:p>
    <w:p>
      <w:r>
        <w:rPr>
          <w:b/>
        </w:rPr>
        <w:t xml:space="preserve">[45:40] </w:t>
      </w:r>
      <w:r>
        <w:t>yeh to secular log hain jo atheist hain. unhone science ke nazriat ko hijack kar liya. hijack kar ke apni batein is se nikalte hain.</w:t>
      </w:r>
    </w:p>
    <w:p>
      <w:pPr>
        <w:jc w:val="right"/>
      </w:pPr>
      <w:r>
        <w:t>یہ تو سیکولر لوگ ہیں جو اتھیسٹ ہیں۔ انہوں نے سائنس کے نظریات کو ہائی جیک کر لیا۔ ہائی جیک کر کے اپنی باتیں اس سے نکالتے ہیں۔</w:t>
      </w:r>
    </w:p>
    <w:p>
      <w:r>
        <w:rPr>
          <w:b/>
        </w:rPr>
        <w:t xml:space="preserve">[45:52] </w:t>
      </w:r>
      <w:r>
        <w:t>khud scientist ne aisa kuch nahi kiya. science, koi bhi science dan hain, jitne scientist hain mere ilm ke mutabiq, un mein se koi bhi munkir khuda nahi.</w:t>
      </w:r>
    </w:p>
    <w:p>
      <w:pPr>
        <w:jc w:val="right"/>
      </w:pPr>
      <w:r>
        <w:t>خود سائنسدان نے ایسا کچھ نہیں کیا۔ سائنس، کوئی سی بھی سائنسدان ہیں، جتنے سائنسدان ہیں میرے علم کے مطابق، ان میں سے کوئی بھی منکر خدا نہیں۔</w:t>
      </w:r>
    </w:p>
    <w:p>
      <w:r>
        <w:rPr>
          <w:b/>
        </w:rPr>
        <w:t xml:space="preserve">[46:02] </w:t>
      </w:r>
      <w:r>
        <w:t>koi bhi yeh nahi kehta ke khuda nahi hai. koi bhi yeh nahi kehta ke main atheist hoon. yeh koi bhi nahi kehta.</w:t>
      </w:r>
    </w:p>
    <w:p>
      <w:pPr>
        <w:jc w:val="right"/>
      </w:pPr>
      <w:r>
        <w:t>کوئی بھی یہ نہیں کہتا کہ خدا نہیں ہے۔ کوئی بھی یہ نہیں کہتا کہ میں اتھیسٹ ہوں۔ یہ کوئی بھی نہیں کہتا۔</w:t>
      </w:r>
    </w:p>
    <w:p>
      <w:r>
        <w:rPr>
          <w:b/>
        </w:rPr>
        <w:t xml:space="preserve">[46:10] </w:t>
      </w:r>
      <w:r>
        <w:t>sab ka case wahi hai jo Einstein ka case hai ke woh apne ko agnostic samajhte hain. na yeh daawa karte hain ke khuda hai, na yeh daawa karte hain ke khuda nahi hai.</w:t>
      </w:r>
    </w:p>
    <w:p>
      <w:pPr>
        <w:jc w:val="right"/>
      </w:pPr>
      <w:r>
        <w:t>سب کا کیس وہی ہے جو آئنسٹین کا کیس ہے کہ وہ اپنے کو اگناسٹک سمجھتے ہیں۔ نہ یہ دعویٰ کرتے ہیں کہ خدا ہے، نہ یہ دعویٰ کرتے ہیں کہ خدا نہیں ہے۔</w:t>
      </w:r>
    </w:p>
    <w:p>
      <w:r>
        <w:rPr>
          <w:b/>
        </w:rPr>
        <w:t xml:space="preserve">[46:22] </w:t>
      </w:r>
      <w:r>
        <w:t>toh hamara apna kaam hai ke unhon ne universe of fact ke baray mein jo baatein daryaft ki hain, hum us ka mutalia karein. mutalia kar ke is ko hum apne haq mein istemal karein.</w:t>
      </w:r>
    </w:p>
    <w:p>
      <w:pPr>
        <w:jc w:val="right"/>
      </w:pPr>
      <w:r>
        <w:t>تو ہمارا اپنا کام ہے کہ انہوں نے یونیورس آف فیکٹ کے بارے میں جو باتیں دریافت کی ہیں، ہم اس کا مطالعہ کریں۔ مطالعہ کر کے اس کو ہم اپنے حق میں استعمال کریں۔</w:t>
      </w:r>
    </w:p>
    <w:p>
      <w:r>
        <w:rPr>
          <w:b/>
        </w:rPr>
        <w:t xml:space="preserve">[46:36] </w:t>
      </w:r>
      <w:r>
        <w:t>aur yahan mein aik baat yaad karna chahunga ke kuch asbab se hamare ulma mein aik negative thinking aa gayi science ke baray mein.</w:t>
      </w:r>
    </w:p>
    <w:p>
      <w:pPr>
        <w:jc w:val="right"/>
      </w:pPr>
      <w:r>
        <w:t>اور یہاں میں ایک بات یاد کرنا چاہوں گا کہ کچھ اسباب سے ہمارے علماء میں ایک نیگیٹیو تھنکنگ آ گئی سائنس کے بارے میں۔</w:t>
      </w:r>
    </w:p>
    <w:p>
      <w:r>
        <w:rPr>
          <w:b/>
        </w:rPr>
        <w:t xml:space="preserve">[46:45] </w:t>
      </w:r>
      <w:r>
        <w:t>woh samajhte hain ke science jo hai, koi anti-God ilm ka naam hai, mazhab ka hai ke khilaf.</w:t>
      </w:r>
    </w:p>
    <w:p>
      <w:pPr>
        <w:jc w:val="right"/>
      </w:pPr>
      <w:r>
        <w:t>وہ سمجھتے ہیں کہ سائنس جو ہے، کوئی اینٹی گاڈ علم کا نام ہے، مذہب کا ہے کے خلاف۔</w:t>
      </w:r>
    </w:p>
    <w:p>
      <w:r>
        <w:rPr>
          <w:b/>
        </w:rPr>
        <w:t xml:space="preserve">[46:53] </w:t>
      </w:r>
      <w:r>
        <w:t>toh yeh, yeh aik ajeeb baat is tarah hui ke jis zamane mein science ka zahoor hua, usi zamane mein istemar ka bhi zahoor hua.</w:t>
      </w:r>
    </w:p>
    <w:p>
      <w:pPr>
        <w:jc w:val="right"/>
      </w:pPr>
      <w:r>
        <w:t>تو یہ، یہ ایک عجیب بات اس طرح ہوئی کہ جس زمانے میں سائنس کا ظہور ہوا، اسی زمانے میں استعمار کا بھی ظہور ہوا۔</w:t>
      </w:r>
    </w:p>
    <w:p>
      <w:r>
        <w:rPr>
          <w:b/>
        </w:rPr>
        <w:t xml:space="preserve">[47:02] </w:t>
      </w:r>
      <w:r>
        <w:t>yani colonialism, istemar aik saath dono ka zahoor hua. yani maghribi mein baray baray scientist hi paida hue, ab maghribi mein istemar hi paida hua.</w:t>
      </w:r>
    </w:p>
    <w:p>
      <w:pPr>
        <w:jc w:val="right"/>
      </w:pPr>
      <w:r>
        <w:t>یعنی کلونیلزم، استعمار ایک ساتھ دونوں کا ظہور ہوا۔ یعنی مغربی میں بڑے بڑے سائنس دان ہی پیدا ہوئے، اب مغربی میں استعمار ہی پیدا ہوا۔</w:t>
      </w:r>
    </w:p>
    <w:p>
      <w:r>
        <w:rPr>
          <w:b/>
        </w:rPr>
        <w:t xml:space="preserve">[47:14] </w:t>
      </w:r>
      <w:r>
        <w:t>aur istemar ne musalmanon ka jo political empire tha, us ko tod diya.</w:t>
      </w:r>
    </w:p>
    <w:p>
      <w:pPr>
        <w:jc w:val="right"/>
      </w:pPr>
      <w:r>
        <w:t>اور استعمار نے مسلمانوں کا جو پولیٹیکل ایمپائر تھا، اس کو توڑ دیا۔</w:t>
      </w:r>
    </w:p>
    <w:p>
      <w:r>
        <w:rPr>
          <w:b/>
        </w:rPr>
        <w:t xml:space="preserve">[47:19] </w:t>
      </w:r>
      <w:r>
        <w:t>Mughal empire, Spanish empire, Ottoman empire sab tod diya. toh consciously ya unconsciously musalman ulma yeh samajh bethe ke yeh sab Islam dushman hain.</w:t>
      </w:r>
    </w:p>
    <w:p>
      <w:pPr>
        <w:jc w:val="right"/>
      </w:pPr>
      <w:r>
        <w:t>مغل ایمپائر، اسپینش ایمپائر، اٹمان ایمپائر سب توڑ دیا۔ تو کانشیسلی یا انکانسیسلی مسلمان علماء یہ سمجھ بیٹھے کہ یہ سب اسلام دشمن ہیں۔</w:t>
      </w:r>
    </w:p>
    <w:p>
      <w:r>
        <w:rPr>
          <w:b/>
        </w:rPr>
        <w:t xml:space="preserve">[47:34] </w:t>
      </w:r>
      <w:r>
        <w:t>sab ko Islam dushman samajh liya unhon ne. yani sara West Islam dushman hai aur modern civilization Islam dushman hai, modern science Islam dushman hai.</w:t>
      </w:r>
    </w:p>
    <w:p>
      <w:pPr>
        <w:jc w:val="right"/>
      </w:pPr>
      <w:r>
        <w:t>سب کو اسلام دشمن سمجھ لیا انہوں نے۔ یعنی سارا ویسٹ اسلام دشمن ہے اور ماڈرن سویلائزیشن اسلام دشمن ہے، ماڈرن سائنس اسلام دشمن ہے۔</w:t>
      </w:r>
    </w:p>
    <w:p>
      <w:r>
        <w:rPr>
          <w:b/>
        </w:rPr>
        <w:t xml:space="preserve">[47:44] </w:t>
      </w:r>
      <w:r>
        <w:t>yeh sab hua bilkul bekhabri mein.</w:t>
      </w:r>
    </w:p>
    <w:p>
      <w:pPr>
        <w:jc w:val="right"/>
      </w:pPr>
      <w:r>
        <w:t>یہ سب ہوا بالکل بے خبری میں۔</w:t>
      </w:r>
    </w:p>
    <w:p>
      <w:r>
        <w:rPr>
          <w:b/>
        </w:rPr>
        <w:t xml:space="preserve">[47:47] </w:t>
      </w:r>
      <w:r>
        <w:t>aik arabi ka aik maqoola hai ke "al-nas adaa ma jahiloo". "al-nas adaa ma jahiloo" ka matlab hai ke log us baat ke dushman ban jate hain jis ko woh na jante hon.</w:t>
      </w:r>
    </w:p>
    <w:p>
      <w:pPr>
        <w:jc w:val="right"/>
      </w:pPr>
      <w:r>
        <w:t>ایک عربی کا ایک مقولہ ہے کہ "الناس ادا ما جہلو"۔ "الناس ادا ما جہلو" کا مطلب ہے کہ لوگ اس بات کے دشمن بن جاتے ہیں جس کو وہ نہ جانتے ہوں۔</w:t>
      </w:r>
    </w:p>
    <w:p>
      <w:r>
        <w:rPr>
          <w:b/>
        </w:rPr>
        <w:t xml:space="preserve">[48:02] </w:t>
      </w:r>
      <w:r>
        <w:t>toh na janne ki wajah se West se nafrat, maghribi tehzeeb se nafrat, hatta ke science se bhi nafrat na janne ki wajah se yeh</w:t>
      </w:r>
    </w:p>
    <w:p>
      <w:pPr>
        <w:jc w:val="right"/>
      </w:pPr>
      <w:r>
        <w:t>تو نہ جاننے کی وجہ سے ویسٹ سے نفرت، مغربی تہذیب سے نفرت، حتیٰ کہ سائنس سے بھی نفرت نہ جاننے کی وجہ سے یہ</w:t>
      </w:r>
    </w:p>
    <w:p>
      <w:r>
        <w:rPr>
          <w:b/>
        </w:rPr>
        <w:t xml:space="preserve">[48:13] </w:t>
      </w:r>
      <w:r>
        <w:t>bohat ziyada nadani ki baatein hain. aur yeh sab bila baghair mutaliq. aise logon se jab mein baat karta hoon ke kya parha hai aap ne toh unhon ne kuch bhi nahi parha.</w:t>
      </w:r>
    </w:p>
    <w:p>
      <w:pPr>
        <w:jc w:val="right"/>
      </w:pPr>
      <w:r>
        <w:t>بہت زیادہ نادانی کی باتیں ہیں۔ اور یہ سب بلا بغیر متعلق ہے۔ ایسے لوگوں سے جب میں بات کرتا ہوں کہ کیا پڑھا ہے آپ نے تو انہوں نے کچھ بھی نہیں پڑھا۔</w:t>
      </w:r>
    </w:p>
    <w:p>
      <w:r>
        <w:rPr>
          <w:b/>
        </w:rPr>
        <w:t xml:space="preserve">[48:24] </w:t>
      </w:r>
      <w:r>
        <w:t>woh baghair parhe hue nafrat karte karte hain, baghair parhe hue. toh yaad rakhiye, har aik ko us ke maqam par rakh kar dekhiye.</w:t>
      </w:r>
    </w:p>
    <w:p>
      <w:pPr>
        <w:jc w:val="right"/>
      </w:pPr>
      <w:r>
        <w:t>وہ بغیر پڑھے ہوئے نفرت کرتے کرتے ہیں، بغیر پڑھے ہوئے۔ تو یاد رکھیے، ہر ایک کو اس کے مقام پر رکھ کر دیکھیے۔</w:t>
      </w:r>
    </w:p>
    <w:p>
      <w:r>
        <w:rPr>
          <w:b/>
        </w:rPr>
        <w:t xml:space="preserve">[48:35] </w:t>
      </w:r>
      <w:r>
        <w:t>aap scientist ko ya kisi ko jab jaanchen toh pehle yeh samjhein ke is ka, is ka apna moqaf kya hai, is ka apna stand kya hai.</w:t>
      </w:r>
    </w:p>
    <w:p>
      <w:pPr>
        <w:jc w:val="right"/>
      </w:pPr>
      <w:r>
        <w:t>آپ سائنٹسٹ کو یا کسی کو جب جانچیں تو پہلے یہ سمجھیں کہ اس کا، اس کا اپنا موقف کیا ہے، اس کا اپنا اسٹینڈ کیا ہے۔</w:t>
      </w:r>
    </w:p>
    <w:p>
      <w:r>
        <w:rPr>
          <w:b/>
        </w:rPr>
        <w:t xml:space="preserve">[48:46] </w:t>
      </w:r>
      <w:r>
        <w:t>toh woh yeh kehte hi nahi ke hum khuda ko dhoondh rahe hain. is ka yeh daawa nahi hai. toh is is par aap koi judge karein, us ko us par judge karne ki zaroorat hi nahi hai.</w:t>
      </w:r>
    </w:p>
    <w:p>
      <w:pPr>
        <w:jc w:val="right"/>
      </w:pPr>
      <w:r>
        <w:t>تو وہ یہ کہتے ہی نہیں کہ ہم خدا کو ڈھونڈ رہے ہیں۔ اس کا یہ دعویٰ نہیں ہے۔ تو اس اس پر آپ کوئی جج کریں، اس کو اس پر جج کرنے کی ضرورت ہی نہیں ہے۔</w:t>
      </w:r>
    </w:p>
    <w:p>
      <w:r>
        <w:rPr>
          <w:b/>
        </w:rPr>
        <w:t xml:space="preserve">[48:58] </w:t>
      </w:r>
      <w:r>
        <w:t>jo jo is ka daawa hai, us ke lehaz se us ko dekhiye.</w:t>
      </w:r>
    </w:p>
    <w:p>
      <w:pPr>
        <w:jc w:val="right"/>
      </w:pPr>
      <w:r>
        <w:t>جو جو اس کا دعویٰ ہے، اس کے لحاظ سے اس کو دیکھیے۔</w:t>
      </w:r>
    </w:p>
    <w:p>
      <w:r>
        <w:rPr>
          <w:b/>
        </w:rPr>
        <w:t xml:space="preserve">[49:04] </w:t>
      </w:r>
      <w:r>
        <w:t>toh mujhe Allah Akbar se kisi se nafrat nahi, na West se, na Western civilization se, na kisi kisi se bhi.</w:t>
      </w:r>
    </w:p>
    <w:p>
      <w:pPr>
        <w:jc w:val="right"/>
      </w:pPr>
      <w:r>
        <w:t>تو مجھے اللہ اکبر سے کسی سے نفرت نہیں، نہ ویسٹ سے، نہ ویسٹرن سویلائزیشن سے، نہ کسی کسی سے بھی۔</w:t>
      </w:r>
    </w:p>
    <w:p>
      <w:r>
        <w:rPr>
          <w:b/>
        </w:rPr>
        <w:t xml:space="preserve">[49:13] </w:t>
      </w:r>
      <w:r>
        <w:t>yeh Allah taala ne mera dil aisa banaya ke mere dil mein kisi ki nafrat aati nahi.</w:t>
      </w:r>
    </w:p>
    <w:p>
      <w:pPr>
        <w:jc w:val="right"/>
      </w:pPr>
      <w:r>
        <w:t>یہ اللہ تعالی نے میرا دل ایسا بنایا کہ میرے دل میں کسی کی نفرت آتی نہیں۔</w:t>
      </w:r>
    </w:p>
    <w:p>
      <w:r>
        <w:rPr>
          <w:b/>
        </w:rPr>
        <w:t xml:space="preserve">[49:18] </w:t>
      </w:r>
      <w:r>
        <w:t>is liye mein bilkul objective tor par cheezon ko parhta hoon, objective tor par. toh mujhe bohat faida hota hai. aur haqeeqat yeh hai ke mein yeh kaha karta hoon ke science jo hai, poori ki poori jadeed ilm-e-kalam hai.</w:t>
      </w:r>
    </w:p>
    <w:p>
      <w:pPr>
        <w:jc w:val="right"/>
      </w:pPr>
      <w:r>
        <w:t>اس لیے میں بالکل ابجیکٹو طور پر چیزوں کو پڑھتا ہوں، ابجیکٹو طور پر۔ تو مجھے بہت فائدہ ہوتا ہے۔ اور حقیقت یہ ہے کہ میں یہ کہا کرتا ہوں کہ سائنس جو ہے، پوری کی پوری جدید علم کلام ہے۔</w:t>
      </w:r>
    </w:p>
    <w:p>
      <w:r>
        <w:rPr>
          <w:b/>
        </w:rPr>
        <w:t xml:space="preserve">[49:32] </w:t>
      </w:r>
      <w:r>
        <w:t>science jo hai, poori ki poori jadeed ilm-e-kalam hai. yani ilm-e-kalam ka matlab hota hai theology. yani theology ka matlab hota hai mazhab ko rational way mein pesh karna.</w:t>
      </w:r>
    </w:p>
    <w:p>
      <w:pPr>
        <w:jc w:val="right"/>
      </w:pPr>
      <w:r>
        <w:t>سائنس جو ہے، پوری کی پوری جدید علم کلام ہے۔ یعنی علم کلام کا مطلب ہوتا ہے تھیولوجی۔ یعنی تھیولوجی کا مطلب ہوتا ہے مذہب کو ریشنل وے میں پیش کرنا۔</w:t>
      </w:r>
    </w:p>
    <w:p>
      <w:r>
        <w:rPr>
          <w:b/>
        </w:rPr>
        <w:t xml:space="preserve">[49:46] </w:t>
      </w:r>
      <w:r>
        <w:t>mazhab ko rational way mein pesh karne ka naam hota hai theology. toh poori ki poori science jo hai, theology hai. kyunke hum ko woh data deti hai, hum ko facts deti hai, hum ko maloomat deti hai jis ko le kar ke hum mazhab ko ziyada fortify kar sakein, ziyada us ko samajh sakein aur dawat mein us ko istemal kar sakein.</w:t>
      </w:r>
    </w:p>
    <w:p>
      <w:pPr>
        <w:jc w:val="right"/>
      </w:pPr>
      <w:r>
        <w:t>مذہب کو ریشنل وے میں پیش کرنے کا نام ہوتا ہے تھیولوجی۔ تو پوری کی پوری سائنس جو ہے، تھیولوجی ہے۔ کیونکہ ہم کو وہ ڈیٹا دیتی ہے، ہم کو فیکٹس دیتی ہے، ہم کو معلومات دیتی ہے جس کو لے کر کے ہم مذہب کو زیادہ فورٹیفائی کر سکیں، زیادہ اس کو سمجھ سکیں اور دعوت میں اس کو استعمال کر سکیں۔</w:t>
      </w:r>
    </w:p>
    <w:p>
      <w:r>
        <w:rPr>
          <w:b/>
        </w:rPr>
        <w:t xml:space="preserve">[50:11] </w:t>
      </w:r>
      <w:r>
        <w:t>toh yeh yeh sab baatein bohat ziyada janne ki hain.</w:t>
      </w:r>
    </w:p>
    <w:p>
      <w:pPr>
        <w:jc w:val="right"/>
      </w:pPr>
      <w:r>
        <w:t>تو یہ یہ سب باتیں بہت زیادہ جاننے کی ہیں۔</w:t>
      </w:r>
    </w:p>
    <w:p>
      <w:r>
        <w:rPr>
          <w:b/>
        </w:rPr>
        <w:t xml:space="preserve">[50:17] </w:t>
      </w:r>
      <w:r>
        <w:t>humein chahiye ke hum confusion mein na jayen. confusion mein us waqt jeeta hai aadmi jab ke cheezon ko sort out na kar sake.</w:t>
      </w:r>
    </w:p>
    <w:p>
      <w:pPr>
        <w:jc w:val="right"/>
      </w:pPr>
      <w:r>
        <w:t>ہمیں چاہیے کہ ہم کنفیوژن میں نہ جئیں۔ کنفیوژن میں اس وقت جیتا ہے آدمی جب کہ چیزوں کو سورٹ آؤٹ نہ کر سکے۔</w:t>
      </w:r>
    </w:p>
    <w:p>
      <w:r>
        <w:rPr>
          <w:b/>
        </w:rPr>
        <w:t xml:space="preserve">[50:27] </w:t>
      </w:r>
      <w:r>
        <w:t>jab aap cheezon ko sort out na kar sakein to aap confusion mein jeete hain. aur agar aap sort out kar lein to confusion khatam ho jata hai.</w:t>
      </w:r>
    </w:p>
    <w:p>
      <w:pPr>
        <w:jc w:val="right"/>
      </w:pPr>
      <w:r>
        <w:t>جب آپ چیزوں کو سورٹ آؤٹ نہ کر سکیں تو آپ کنفیوژن میں جیتے ہیں۔ اور اگر آپ سورٹ آؤٹ کر لیں تو کنفیوژن ختم ہو جاتا ہے۔</w:t>
      </w:r>
    </w:p>
    <w:p>
      <w:r>
        <w:rPr>
          <w:b/>
        </w:rPr>
        <w:t xml:space="preserve">[50:39] </w:t>
      </w:r>
      <w:r>
        <w:t>main ne aksar yahi dekha hai ke log cheezon ko sort out nahi kar paate. ek cheez ko doosri cheez se alag nahi kar paate.</w:t>
      </w:r>
    </w:p>
    <w:p>
      <w:pPr>
        <w:jc w:val="right"/>
      </w:pPr>
      <w:r>
        <w:t>میں نے اکثر یہی دیکھا ہے کہ لوگ چیزوں کو سورٹ آؤٹ نہیں کر پاتے۔ ایک چیز کو دوسری چیز سے الگ نہیں کر پاتے۔</w:t>
      </w:r>
    </w:p>
    <w:p>
      <w:r>
        <w:rPr>
          <w:b/>
        </w:rPr>
        <w:t xml:space="preserve">[50:47] </w:t>
      </w:r>
      <w:r>
        <w:t>to ajeeb ajeeb baatein karte hain, ajeeb ajeeb confusion mein padte hain. jaise main ne bataya ke aap ko aaj hi ke urdu akhbar mein chupa hai ke "zarre zarre mein Khuda hai".</w:t>
      </w:r>
    </w:p>
    <w:p>
      <w:pPr>
        <w:jc w:val="right"/>
      </w:pPr>
      <w:r>
        <w:t>تو عجیب عجیب باتیں کرتے ہیں، عجیب عجیب کنفیوژن میں پڑتے ہیں۔ جیسے میں نے بتایا کہ آپ کو آج ہی کے اردو اخبار میں چھپا ہے کہ "ذرے ذرے میں خدا ہے"۔</w:t>
      </w:r>
    </w:p>
    <w:p>
      <w:r>
        <w:rPr>
          <w:b/>
        </w:rPr>
        <w:t xml:space="preserve">[50:58] </w:t>
      </w:r>
      <w:r>
        <w:t>yeh confusion ki baat hai, yeh bekhabri ki baat hai. jo cheez daryaft hui hai, us ka talluq is se harghiz nahi hai ke zarre zarre mein Khuda hai.</w:t>
      </w:r>
    </w:p>
    <w:p>
      <w:pPr>
        <w:jc w:val="right"/>
      </w:pPr>
      <w:r>
        <w:t>یہ کنفیوژن کی بات ہے، یہ بے خبری کی بات ہے۔ جو چیز دریافت ہوئی ہے، اس کا تعلق اس سے ہرگز نہیں ہے کہ ذرے ذرے میں خدا ہے۔</w:t>
      </w:r>
    </w:p>
    <w:p>
      <w:r>
        <w:rPr>
          <w:b/>
        </w:rPr>
        <w:t xml:space="preserve">[51:08] </w:t>
      </w:r>
      <w:r>
        <w:t>yeh hum ne khud se nikaal liya.</w:t>
      </w:r>
    </w:p>
    <w:p>
      <w:pPr>
        <w:jc w:val="right"/>
      </w:pPr>
      <w:r>
        <w:t>یہ ہم نے خود سے نکال لیا۔</w:t>
      </w:r>
    </w:p>
    <w:p>
      <w:r>
        <w:rPr>
          <w:b/>
        </w:rPr>
        <w:t xml:space="preserve">[51:12] </w:t>
      </w:r>
      <w:r>
        <w:t>to bohat ziyada zaroori hai ke ghair badastana andaaz mein cheezon ko parha jaye, khaalis objective tor par cheezon ko parha jaye.</w:t>
      </w:r>
    </w:p>
    <w:p>
      <w:pPr>
        <w:jc w:val="right"/>
      </w:pPr>
      <w:r>
        <w:t>تو بہت زیادہ ضروری ہے کہ غیر بدستانہ انداز میں چیزوں کو پڑھا جائے، خالص ابجیکٹو طور پر چیزوں کو پڑھا جائے۔</w:t>
      </w:r>
    </w:p>
    <w:p>
      <w:r>
        <w:rPr>
          <w:b/>
        </w:rPr>
        <w:t xml:space="preserve">[51:22] </w:t>
      </w:r>
      <w:r>
        <w:t>agar aap objectivity mein kami hogi to ab baat ko samajhne mein bhi kami ho jayegi. jitna ziyada aap objective honge, woh utna hi baaton ko samajh payenge.</w:t>
      </w:r>
    </w:p>
    <w:p>
      <w:pPr>
        <w:jc w:val="right"/>
      </w:pPr>
      <w:r>
        <w:t>اگر آپ ابجیکٹیوٹی میں کمی ہوگی تو اب بات کو سمجھنے میں بھی کمی ہو جائے گی۔ جتنا زیادہ آپ ابجیکٹو ہوں گے، وہ اتنا ہی باتوں کو سمجھ پائیں گے۔</w:t>
      </w:r>
    </w:p>
    <w:p>
      <w:r>
        <w:rPr>
          <w:b/>
        </w:rPr>
        <w:t xml:space="preserve">[51:37] </w:t>
      </w:r>
      <w:r>
        <w:t>utna ziyada yaani is zamane mein kaha jata hai ke "knowledge explosion" ka zamana hai. "knowledge explosion" yaani maloomati infijar.</w:t>
      </w:r>
    </w:p>
    <w:p>
      <w:pPr>
        <w:jc w:val="right"/>
      </w:pPr>
      <w:r>
        <w:t>اتنا زیادہ یعنی اس زمانے میں کہا جاتا ہے کہ "نالج ایکسپلوژن" کا زمانہ ہے۔ "نالج ایکسپلوژن" یعنی معلوماتی انفجار۔</w:t>
      </w:r>
    </w:p>
    <w:p>
      <w:r>
        <w:rPr>
          <w:b/>
        </w:rPr>
        <w:t xml:space="preserve">[51:50] </w:t>
      </w:r>
      <w:r>
        <w:t>to yeh saara jo maloomati infijar jo hai, woh sab yaani dawat-e-haq ke himayat karta hai, sab ka sab.</w:t>
      </w:r>
    </w:p>
    <w:p>
      <w:pPr>
        <w:jc w:val="right"/>
      </w:pPr>
      <w:r>
        <w:t>تو یہ سارا جو معلوماتی انفجار جو ہے، وہ سب یعنی دعوت حق کے حمایت کرتا ہے، سب کا سب۔</w:t>
      </w:r>
    </w:p>
    <w:p>
      <w:r>
        <w:rPr>
          <w:b/>
        </w:rPr>
        <w:t xml:space="preserve">[52:02] </w:t>
      </w:r>
      <w:r>
        <w:t>kyun ke maloomati infijar kya hai?</w:t>
      </w:r>
    </w:p>
    <w:p>
      <w:pPr>
        <w:jc w:val="right"/>
      </w:pPr>
      <w:r>
        <w:t>کیونکہ معلوماتی انفجار کیا ہے؟</w:t>
      </w:r>
    </w:p>
    <w:p>
      <w:r>
        <w:rPr>
          <w:b/>
        </w:rPr>
        <w:t xml:space="preserve">[52:05] </w:t>
      </w:r>
      <w:r>
        <w:t>jo chupi hui haqiqatein theen fitrat mein, nature mein, unhi ko daryaft kiya hai logon ne. to woh kya hai? woh to Allah taala ka qanoon hai, Allah taala ki takhleeq hai.</w:t>
      </w:r>
    </w:p>
    <w:p>
      <w:pPr>
        <w:jc w:val="right"/>
      </w:pPr>
      <w:r>
        <w:t>جو چھپی ہوئی حقیقتیں تھیں فطرت میں، نیچر میں، انہی کو دریافت کیا ہے لوگوں نے۔ تو وہ کیا ہے؟ وہ تو اللہ تعالی کا قانون ہے، اللہ تعالی کی تخلیق ہے۔</w:t>
      </w:r>
    </w:p>
    <w:p>
      <w:r>
        <w:rPr>
          <w:b/>
        </w:rPr>
        <w:t xml:space="preserve">[52:16] </w:t>
      </w:r>
      <w:r>
        <w:t>lekin maloomati infijar jo hai, is se bekhabri ki bina par hum kal mujh se ek sahib ne bataya ke yahan ek bahar se koi Maulana sahib aaye thay Dilli mein, un ki taqreer hui</w:t>
      </w:r>
    </w:p>
    <w:p>
      <w:pPr>
        <w:jc w:val="right"/>
      </w:pPr>
      <w:r>
        <w:t>لیکن معلوماتی انفجار جو ہے، اس سے بے خبری کی بنا پر ہم کل مجھ سے ایک صاحب نے بتایا کہ یہاں ایک باہر سے کوئی مولانا صاحب آئے تھے دلی میں، ان کی تقریر ہوئی</w:t>
      </w:r>
    </w:p>
    <w:p>
      <w:r>
        <w:rPr>
          <w:b/>
        </w:rPr>
        <w:t xml:space="preserve">[52:30] </w:t>
      </w:r>
      <w:r>
        <w:t>. bare dhoom se taqreer mein unhon ne kaha ke "dekhiye, is liye do Islam ke sirf do dushman hain. do dushman sirf hain Islam ke.</w:t>
      </w:r>
    </w:p>
    <w:p>
      <w:pPr>
        <w:jc w:val="right"/>
      </w:pPr>
      <w:r>
        <w:t>۔ بڑے دھوم سے تقریر میں انہوں نے کہا کہ "دیکھیے، اس لیے دو اسلام کے صرف دو دشمن ہیں۔ دو دشمن صرف ہیں اسلام کے۔</w:t>
      </w:r>
    </w:p>
    <w:p>
      <w:r>
        <w:rPr>
          <w:b/>
        </w:rPr>
        <w:t xml:space="preserve">[52:39] </w:t>
      </w:r>
      <w:r>
        <w:t>woh kaun hain? Yahoodi aur Isai." yeh bilkul baseless baat hai, koi dushman nahi.</w:t>
      </w:r>
    </w:p>
    <w:p>
      <w:pPr>
        <w:jc w:val="right"/>
      </w:pPr>
      <w:r>
        <w:t>وہ کون ہیں؟ یہودی اور عیسائی۔" یہ بالکل بے بیسلیس بات ہے، کوئی دشمن نہیں۔</w:t>
      </w:r>
    </w:p>
    <w:p>
      <w:r>
        <w:rPr>
          <w:b/>
        </w:rPr>
        <w:t xml:space="preserve">[52:50] </w:t>
      </w:r>
      <w:r>
        <w:t>isi zehan ki wajah se cheezon ko hum positive mein le nahi paate. kyun ke hum dushman samajhte hain. bohat bade bade kaam kiye hain Yahoodi ulma ne, bohat bade bade bade kaam kiye hain Isai ulma ne,</w:t>
      </w:r>
    </w:p>
    <w:p>
      <w:pPr>
        <w:jc w:val="right"/>
      </w:pPr>
      <w:r>
        <w:t>اسی ذہن کی وجہ سے چیزوں کو ہم پازیٹیو میں لے نہیں پاتے۔ کیونکہ ہم دشمن سمجھتے ہیں۔ بہت بڑے بڑے کام کیے ہیں یہودی علماء نے، بہت بڑے بڑے بڑے کام کیے ہیں عیسائی علماء نے،</w:t>
      </w:r>
    </w:p>
    <w:p>
      <w:r>
        <w:rPr>
          <w:b/>
        </w:rPr>
        <w:t xml:space="preserve">[53:05] </w:t>
      </w:r>
      <w:r>
        <w:t>bohat bade bade kaam.</w:t>
      </w:r>
    </w:p>
    <w:p>
      <w:pPr>
        <w:jc w:val="right"/>
      </w:pPr>
      <w:r>
        <w:t>بہت بڑے بڑے کام۔</w:t>
      </w:r>
    </w:p>
    <w:p>
      <w:r>
        <w:rPr>
          <w:b/>
        </w:rPr>
        <w:t xml:space="preserve">[53:10] </w:t>
      </w:r>
      <w:r>
        <w:t>is ka ek pehlu dekhein yeh hai ke jo baatein Quran mein aayi hain, woh baatein bohat si aisi jo jo historical baatein hain, woh is mein bhi aayi hain, Bible mein aayi hain.</w:t>
      </w:r>
    </w:p>
    <w:p>
      <w:pPr>
        <w:jc w:val="right"/>
      </w:pPr>
      <w:r>
        <w:t>اس کا ایک پہلو دیکھیں یہ ہے کہ جو باتیں قرآن میں آئی ہیں، وہ باتیں بہت سی ایسی جو جو ہسٹوریکل باتیں ہیں، وہ اس میں بھی آئی ہیں، بائبل میں آئی ہیں۔</w:t>
      </w:r>
    </w:p>
    <w:p>
      <w:r>
        <w:rPr>
          <w:b/>
        </w:rPr>
        <w:t xml:space="preserve">[53:22] </w:t>
      </w:r>
      <w:r>
        <w:t>Bible jis ko ke Yahoodi mante hain aur Isai mante hain, to is ki wajah se woh is ki tehqeeq karte hain. Musalman to tehqeeq hi nahi kar sake.</w:t>
      </w:r>
    </w:p>
    <w:p>
      <w:pPr>
        <w:jc w:val="right"/>
      </w:pPr>
      <w:r>
        <w:t>بائبل جس کو کہ یہودی مانتے ہیں اور عیسائی مانتے ہیں، تو اس کی وجہ سے وہ اس کی تحقیق کرتے ہیں۔ مسلمان تو تحقیق ہی نہیں کر سکے۔</w:t>
      </w:r>
    </w:p>
    <w:p>
      <w:r>
        <w:rPr>
          <w:b/>
        </w:rPr>
        <w:t xml:space="preserve">[53:31] </w:t>
      </w:r>
      <w:r>
        <w:t>misalan yeh jo Firon ki body wali baat hai, agarche ek Muslim mulk bhi thi woh, lekin Muslim tehqeeq hi nahi kar sakte thay.</w:t>
      </w:r>
    </w:p>
    <w:p>
      <w:pPr>
        <w:jc w:val="right"/>
      </w:pPr>
      <w:r>
        <w:t>مثلاً یہ جو فرعون کی باڈی والی بات ہے، اگرچہ ایک مسلم ملک بھی تھی وہ، لیکن مسلمان تحقیق ہی نہیں کر سکتے تھے۔</w:t>
      </w:r>
    </w:p>
    <w:p>
      <w:r>
        <w:rPr>
          <w:b/>
        </w:rPr>
        <w:t xml:space="preserve">[53:41] </w:t>
      </w:r>
      <w:r>
        <w:t>Aram mein wahan gaya hoon, Cairo ke bahar desert hai, wahan par sab Aram hai. wahan par to ek Muslim mulk hai woh. to Firon ka body jis ka zikr hai Quran mein ke woh woh daryaft hoga,</w:t>
      </w:r>
    </w:p>
    <w:p>
      <w:pPr>
        <w:jc w:val="right"/>
      </w:pPr>
      <w:r>
        <w:t>آرام میں وہاں گیا ہوں، قاہرہ کے باہر ڈیزرٹ ہے، وہاں پر سب آرام ہے۔ وہاں پر تو ایک مسلم ملک ہے وہ۔ تو فرعون کا باڈی جس کا ذکر ہے قرآن میں کہ وہ وہ دریافت ہوگا،</w:t>
      </w:r>
    </w:p>
    <w:p>
      <w:r>
        <w:rPr>
          <w:b/>
        </w:rPr>
        <w:t xml:space="preserve">[53:57] </w:t>
      </w:r>
      <w:r>
        <w:t>woh woh body Muslim mulk mein hai, lekin Muslim mulk is ko kuch bhi nahi jante is bare mein. kyun? is ki yeh hai, is ki wajah yeh hai ke jo Aram hain, is mein bade bade gate lage hue hain.</w:t>
      </w:r>
    </w:p>
    <w:p>
      <w:pPr>
        <w:jc w:val="right"/>
      </w:pPr>
      <w:r>
        <w:t>وہ وہ باڈی مسلم ملک میں ہے، لیکن مسلم ملک اس کو کچھ بھی نہیں جانتے اس بارے میں۔ کیوں؟ اس کی یہ ہے، اس کی وجہ یہ ہے کہ جو آرام ہیں، اس میں بڑے بڑے گیٹ لگے ہوئے ہیں۔</w:t>
      </w:r>
    </w:p>
    <w:p>
      <w:r>
        <w:rPr>
          <w:b/>
        </w:rPr>
        <w:t xml:space="preserve">[54:11] </w:t>
      </w:r>
      <w:r>
        <w:t>to kabhi aisa hua ke is ke andar khol kar kisi ne kuch jhaanka hoga to us ko behosh ho gaya. woh to yeh wahan mashhoor ho gaya ke Aram mein laanat-ul-Firauna hai,</w:t>
      </w:r>
    </w:p>
    <w:p>
      <w:pPr>
        <w:jc w:val="right"/>
      </w:pPr>
      <w:r>
        <w:t>تو کبھی ایسا ہوا کہ اس کے اندر کھول کر کسی نے کچھ جھانکا ہوگا تو اس کو بے ہوش ہو گیا۔ وہ تو یہ وہاں مشہور ہو گیا کہ آرام میں لعنت الفرعینہ ہے،</w:t>
      </w:r>
    </w:p>
    <w:p>
      <w:r>
        <w:rPr>
          <w:b/>
        </w:rPr>
        <w:t xml:space="preserve">[54:26] </w:t>
      </w:r>
      <w:r>
        <w:t>Firon ki laanat hai. to band hi parha raha woh, muddaton se band parha raha.</w:t>
      </w:r>
    </w:p>
    <w:p>
      <w:pPr>
        <w:jc w:val="right"/>
      </w:pPr>
      <w:r>
        <w:t>فرعون کی لعنت ہے۔ تو بند ہی پڑھا رہا وہ، مدتوں سے بند پڑھا رہا۔</w:t>
      </w:r>
    </w:p>
    <w:p>
      <w:r>
        <w:rPr>
          <w:b/>
        </w:rPr>
        <w:t xml:space="preserve">[54:32] </w:t>
      </w:r>
      <w:r>
        <w:t>to yeh yeh Christian ulma jinhon ne Bible mein Firon ko parha tha, Musalman nahi, woh ja kar ke idhar udhar dhoond dhoond rahe hain.</w:t>
      </w:r>
    </w:p>
    <w:p>
      <w:pPr>
        <w:jc w:val="right"/>
      </w:pPr>
      <w:r>
        <w:t>تو یہ یہ کرسچن علماء جنہوں نے بائبل میں فرعون کو پڑھا تھا، مسلمان نہیں، وہ جا کر کے ادھر ادھر ڈھونڈ ڈھونڈ رہے ہیں۔</w:t>
      </w:r>
    </w:p>
    <w:p>
      <w:r>
        <w:rPr>
          <w:b/>
        </w:rPr>
        <w:t xml:space="preserve">[54:41] </w:t>
      </w:r>
      <w:r>
        <w:t>woh wahan unhon ne khola to wahan bhi jab jab unhon ne khola to bohat zabardast qism ka andar se bhubka aaya aur jaldi se unhon ne gate band kar diya.</w:t>
      </w:r>
    </w:p>
    <w:p>
      <w:pPr>
        <w:jc w:val="right"/>
      </w:pPr>
      <w:r>
        <w:t>وہ وہاں انہوں نے کھولا تو وہاں بھی جب جب انہوں نے کھولا تو بہت زبردست قسم کا اندر سے بھبکا آیا اور جلدی سے انہوں نے گیٹ بند کر دیا۔</w:t>
      </w:r>
    </w:p>
    <w:p>
      <w:r>
        <w:rPr>
          <w:b/>
        </w:rPr>
        <w:t xml:space="preserve">[54:53] </w:t>
      </w:r>
      <w:r>
        <w:t>lekin is par research ki unhon ne to maloom yeh hua ke jo andar se jo bohat tez qism ki woh gas type ki cheez aayi thi, woh lanat al-frainah nahi thi.</w:t>
      </w:r>
    </w:p>
    <w:p>
      <w:pPr>
        <w:jc w:val="right"/>
      </w:pPr>
      <w:r>
        <w:t>لیکن اس پر ریسرچ کی انہوں نے تو معلوم یہ ہوا کہ جو اندر سے جو بہت تیز قسم کی وہ گیس ٹائپ کی چیز آئی تھی، وہ لعنت الفرعینہ نہیں تھی۔</w:t>
      </w:r>
    </w:p>
    <w:p>
      <w:r>
        <w:rPr>
          <w:b/>
        </w:rPr>
        <w:t xml:space="preserve">[55:05] </w:t>
      </w:r>
      <w:r>
        <w:t>woh</w:t>
      </w:r>
    </w:p>
    <w:p>
      <w:pPr>
        <w:jc w:val="right"/>
      </w:pPr>
      <w:r>
        <w:t>وہ</w:t>
      </w:r>
    </w:p>
    <w:p>
      <w:r>
        <w:rPr>
          <w:b/>
        </w:rPr>
        <w:t xml:space="preserve">[55:07] </w:t>
      </w:r>
      <w:r>
        <w:t>woh thi wahan us ke andar woh hain jisko hum kehte hain ababeel, woh chiriyaan bohat zyada hain, beshumar chiriyaan hain.</w:t>
      </w:r>
    </w:p>
    <w:p>
      <w:pPr>
        <w:jc w:val="right"/>
      </w:pPr>
      <w:r>
        <w:t>وہ تھی وہاں اس کے اندر وہ ہیں جس کو ہم کہتے ہیں ابابیل، وہ چڑیاں بہت زیادہ ہیں، بے شمار چڑیاں ہیں۔</w:t>
      </w:r>
    </w:p>
    <w:p>
      <w:r>
        <w:rPr>
          <w:b/>
        </w:rPr>
        <w:t xml:space="preserve">[55:17] </w:t>
      </w:r>
      <w:r>
        <w:t>is mein woh bait karti rehti hain, un ki bait ki wajah se us ke andar gas bhar gayi hai. Yani yani aaram ke andar gas bhar gayi hai.</w:t>
      </w:r>
    </w:p>
    <w:p>
      <w:pPr>
        <w:jc w:val="right"/>
      </w:pPr>
      <w:r>
        <w:t>اس میں وہ بیٹ کرتی رہتی ہیں، ان کی بیٹ کی وجہ سے اس کے اندر گیس بھر گئی ہے۔ یعنی یعنی آرام کے اندر گیس بھر گئی ہے۔</w:t>
      </w:r>
    </w:p>
    <w:p>
      <w:r>
        <w:rPr>
          <w:b/>
        </w:rPr>
        <w:t xml:space="preserve">[55:28] </w:t>
      </w:r>
      <w:r>
        <w:t>to jab insaan koi gate kholega to woh woh gas ko inhale inhale karega, inhale karte hi behosh ho jayega.</w:t>
      </w:r>
    </w:p>
    <w:p>
      <w:pPr>
        <w:jc w:val="right"/>
      </w:pPr>
      <w:r>
        <w:t>تو جب انسان کوئی گیٹ کھولے گا تو وہ وہ گیس کو انہیل انہیل کرے گا، انہیل کرتے ہی بے ہوش ہو جائے گا۔</w:t>
      </w:r>
    </w:p>
    <w:p>
      <w:r>
        <w:rPr>
          <w:b/>
        </w:rPr>
        <w:t xml:space="preserve">[55:37] </w:t>
      </w:r>
      <w:r>
        <w:t>woh to unhon ne kya kiya? unhon ne is ko discover kiya ke is ke andar is ki bait ki gases hain aur is ko inhale karne ki wajah se aisa hota hai.</w:t>
      </w:r>
    </w:p>
    <w:p>
      <w:pPr>
        <w:jc w:val="right"/>
      </w:pPr>
      <w:r>
        <w:t>وہ تو انہوں نے کیا کیا؟ انہوں نے اس کو ڈسکور کیا کہ اس کے اندر اس کی بیٹ کی گیسز ہیں اور اس کو انہیل کرنے کی وجہ سے ایسا ہوتا ہے۔</w:t>
      </w:r>
    </w:p>
    <w:p>
      <w:r>
        <w:rPr>
          <w:b/>
        </w:rPr>
        <w:t xml:space="preserve">[55:49] </w:t>
      </w:r>
      <w:r>
        <w:t>to unhon ne kya kiya ke machine ke zariye se woh nikala, gases nik</w:t>
      </w:r>
    </w:p>
    <w:p>
      <w:pPr>
        <w:jc w:val="right"/>
      </w:pPr>
      <w:r>
        <w:t>تو انہوں نے کیا کیا کہ مشین کے ذریعے سے وہ نکالا، گیسز نک</w:t>
      </w:r>
    </w:p>
    <w:p>
      <w:r>
        <w:rPr>
          <w:b/>
        </w:rPr>
        <w:t xml:space="preserve">[55:55] </w:t>
      </w:r>
      <w:r>
        <w:t>ali. aap jante hain aaj kal ke jaise exhaust fan hota hai andar ki hawa nikalne ke liye, aise bari bari machinein lagai gayeen, bari bari machinein.</w:t>
      </w:r>
    </w:p>
    <w:p>
      <w:pPr>
        <w:jc w:val="right"/>
      </w:pPr>
      <w:r>
        <w:t>الی۔ آپ جانتے ہیں آج کل کہ جیسے ایگزاسٹ فن ہوتا ہے اندر کی ہوا نکالنے کے لیے، ایسے بڑی بڑی مشینیں لگائی گئیں، بڑی بڑی مشینیں۔</w:t>
      </w:r>
    </w:p>
    <w:p>
      <w:r>
        <w:rPr>
          <w:b/>
        </w:rPr>
        <w:t xml:space="preserve">[56:04] </w:t>
      </w:r>
      <w:r>
        <w:t>aur aaram ke andar jo gases theen, woh sab nikala gaya. Nikalne ke baad andar jab woh bilkul purified ho gaya to yeh log andar gaye.</w:t>
      </w:r>
    </w:p>
    <w:p>
      <w:pPr>
        <w:jc w:val="right"/>
      </w:pPr>
      <w:r>
        <w:t>اور آرام کے اندر جو گیسز تھیں، وہ سب نکالا گیا۔ نکالنے کے بعد اندر جب وہ بالکل پیریفائی ہو گیا تو یہ لوگ اندر گئے۔</w:t>
      </w:r>
    </w:p>
    <w:p>
      <w:r>
        <w:rPr>
          <w:b/>
        </w:rPr>
        <w:t xml:space="preserve">[56:14] </w:t>
      </w:r>
      <w:r>
        <w:t>andar ja kar wahan dekha unhon ne ke is ko lashain padi hui hain, momyai ki hui.</w:t>
      </w:r>
    </w:p>
    <w:p>
      <w:pPr>
        <w:jc w:val="right"/>
      </w:pPr>
      <w:r>
        <w:t>اندر جا کر وہاں دیکھا انہوں نے کہ اس کو لاشیں پڑی ہوئی ہیں، مومیائی کی ہوئی۔</w:t>
      </w:r>
    </w:p>
    <w:p>
      <w:r>
        <w:rPr>
          <w:b/>
        </w:rPr>
        <w:t xml:space="preserve">[56:21] </w:t>
      </w:r>
      <w:r>
        <w:t>is ko nikal kar le gaye aur tehqeeq kiya aur phir carbon 14 dating ko apply kar diya. Yeh sara kaam unhon ne kiya kyunke Bible mein parha tha unhon ne.</w:t>
      </w:r>
    </w:p>
    <w:p>
      <w:pPr>
        <w:jc w:val="right"/>
      </w:pPr>
      <w:r>
        <w:t>اس کو نکال کر لے گئے اور تحقیق کیا اور پھر کاربن 14 ڈیڈنگ کو اپلائی کر دیا۔ یہ سارا کام انہوں نے کیا کیونکہ بائبل میں پڑھا تھا انہوں نے۔</w:t>
      </w:r>
    </w:p>
    <w:p>
      <w:r>
        <w:rPr>
          <w:b/>
        </w:rPr>
        <w:t xml:space="preserve">[56:31] </w:t>
      </w:r>
      <w:r>
        <w:t>to agarche musalmanon ko janna chahiye tha yeh baat kyunke Quran mein zikr tha is ka ke musalmanon ne kuch bhi nahi kiya, khud muslim mulk mein hai, tab bhi nahi kiya.</w:t>
      </w:r>
    </w:p>
    <w:p>
      <w:pPr>
        <w:jc w:val="right"/>
      </w:pPr>
      <w:r>
        <w:t>تو اگرچہ مسلمانوں کو جاننا چاہیے تھا یہ بات کیونکہ قرآن میں ذکر تھا اس کا کہ مسلمانوں نے کچھ بھی نہیں کیا، خود مسلم ملک میں ہے، تب بھی نہیں کیا۔</w:t>
      </w:r>
    </w:p>
    <w:p>
      <w:r>
        <w:rPr>
          <w:b/>
        </w:rPr>
        <w:t xml:space="preserve">[56:43] </w:t>
      </w:r>
      <w:r>
        <w:t>to aap use nafrat kyun karte hain?</w:t>
      </w:r>
    </w:p>
    <w:p>
      <w:pPr>
        <w:jc w:val="right"/>
      </w:pPr>
      <w:r>
        <w:t>تو آپ اسے نفرت کیوں کرتے ہیں؟</w:t>
      </w:r>
    </w:p>
    <w:p>
      <w:r>
        <w:rPr>
          <w:b/>
        </w:rPr>
        <w:t xml:space="preserve">[56:46] </w:t>
      </w:r>
      <w:r>
        <w:t>to yeh ek ek bare aalim ne aa kar taqreer kar rahi hai yahan par ke Islam ke sirf do dushman hain, isai aur yahoodi.</w:t>
      </w:r>
    </w:p>
    <w:p>
      <w:pPr>
        <w:jc w:val="right"/>
      </w:pPr>
      <w:r>
        <w:t>تو یہ ایک ایک بڑے عالم نے آ کر تقریر کر رہی ہے یہاں پر کہ اسلام کے صرف دو دشمن ہیں، عیسائی اور یہودی۔</w:t>
      </w:r>
    </w:p>
    <w:p>
      <w:r>
        <w:rPr>
          <w:b/>
        </w:rPr>
        <w:t xml:space="preserve">[56:55] </w:t>
      </w:r>
      <w:r>
        <w:t>unhon ne to sare bare bare kaam kiye hain. Aaj kalji misaal ke taur par dekhiye, Hazrat Ibrahim alaihissalam ke bare mein morkheen yeh keh rahe the ke un ka wajood nahi koi.</w:t>
      </w:r>
    </w:p>
    <w:p>
      <w:pPr>
        <w:jc w:val="right"/>
      </w:pPr>
      <w:r>
        <w:t>انہوں نے تو سارے بڑے بڑے کام کیے ہیں۔ آج کالجی مثال کے طور پر دیکھیے، حضرت ابراہیم علیہ السلام کے بارے میں مورخین یہ کہہ رہے تھے کہ ان کا وجود نہیں کوئی۔</w:t>
      </w:r>
    </w:p>
    <w:p>
      <w:r>
        <w:rPr>
          <w:b/>
        </w:rPr>
        <w:t xml:space="preserve">[57:08] </w:t>
      </w:r>
      <w:r>
        <w:t>yeh bohat ajeeb baat hai,</w:t>
      </w:r>
    </w:p>
    <w:p>
      <w:pPr>
        <w:jc w:val="right"/>
      </w:pPr>
      <w:r>
        <w:t>یہ بہت عجیب بات ہے،</w:t>
      </w:r>
    </w:p>
    <w:p>
      <w:r>
        <w:rPr>
          <w:b/>
        </w:rPr>
        <w:t xml:space="preserve">[57:10] </w:t>
      </w:r>
      <w:r>
        <w:t>Hazrat Ibrahim alaihissalam ka wajood nahi historically. Lekin inhi logon ne kya kiya ke Baghdad ke paas ek shehar daryaft kiya, khodai kiya, us ki khodai kar ke zameen ke andar se nikala ek poora shehar jiska naam Ur rakha gaya hai, UR Ur.</w:t>
      </w:r>
    </w:p>
    <w:p>
      <w:pPr>
        <w:jc w:val="right"/>
      </w:pPr>
      <w:r>
        <w:t>حضرت ابراہیم علیہ السلام کا وجود نہیں ہسٹوریکلی۔ لیکن انہی لوگوں نے کیا کیا کہ بغداد کے پاس ایک شہر دریافت کیا، کھدائی کیا، اس کی کھدائی کر کے زمین کے اندر سے نکالا ایک پورا شہر جس کا نام عر رکھا گیا ہے، یو آر عر۔</w:t>
      </w:r>
    </w:p>
    <w:p>
      <w:r>
        <w:rPr>
          <w:b/>
        </w:rPr>
        <w:t xml:space="preserve">[57:32] </w:t>
      </w:r>
      <w:r>
        <w:t>to unhon ne kaha Hazrat Ibrahim ko tareekhi hasiyat de di jisko morkheen samajhte the woh afsanvi hasiyat diye hue the. Tareekhi hasiyat de di jis shehar mein Hazrat Ibrahim paida hue, jahan unhon ne kaam kiya, yani Ur, woh poora ka poora shehar unhon ne khodai kar ke nikal diya.</w:t>
      </w:r>
    </w:p>
    <w:p>
      <w:pPr>
        <w:jc w:val="right"/>
      </w:pPr>
      <w:r>
        <w:t>تو انہوں نے کہا حضرت ابراہیم کو تاریخی حیثیت دے دی جس کو مورخین سمجھتے تھے وہ افسانوی حیثیت دیے ہوئے تھے۔ تاریخی حیثیت دے دی جس شہر میں حضرت ابراہیم پیدا ہوئے، جہاں انہوں نے کام کیا، یعنی عر، وہ پورا کا پورا شہر انہوں نے کھدائی کر کے نکال دیا۔</w:t>
      </w:r>
    </w:p>
    <w:p>
      <w:r>
        <w:rPr>
          <w:b/>
        </w:rPr>
        <w:t xml:space="preserve">[57:51] </w:t>
      </w:r>
      <w:r>
        <w:t>to kitne bare bare qabil log kar rahe hain, yahi yahoodi ulma, yahi isai ulma. To aap se nafrat kyun karte hain? Un ko dushman kyun kehte hain? Woh to hamare dost hain.</w:t>
      </w:r>
    </w:p>
    <w:p>
      <w:pPr>
        <w:jc w:val="right"/>
      </w:pPr>
      <w:r>
        <w:t>تو کتنے بڑے بڑے قابل لوگ کر رہے ہیں، یہی یہودی علماء، یہی عیسائی علماء۔ تو آپ سے نفرت کیوں کرتے ہیں؟ ان کو دشمن کیوں کہتے ہیں؟ وہ تو ہمارے دوست ہیں۔</w:t>
      </w:r>
    </w:p>
    <w:p>
      <w:r>
        <w:rPr>
          <w:b/>
        </w:rPr>
        <w:t xml:space="preserve">[58:03] </w:t>
      </w:r>
      <w:r>
        <w:t>to behal main yeh arz karunga ke sab se zaroori cheez hai positive thinking. Negative thinking bohat hi zyada buri hai aur aur sari achaiyan jo hain woh positive thinking mein Allah taala ne rakh diya.</w:t>
      </w:r>
    </w:p>
    <w:p>
      <w:pPr>
        <w:jc w:val="right"/>
      </w:pPr>
      <w:r>
        <w:t>تو بہرحال میں یہ عرض کروں گا کہ سب سے ضروری چیز ہے پازیٹیو تھنکنگ۔ نیگیٹیو تھنکنگ بہت ہی زیادہ بری ہے اور اور ساری اچھائیاں جو ہیں وہ پازیٹیو تھنکنگ میں اللہ تعالی نے رکھ دیا۔</w:t>
      </w:r>
    </w:p>
    <w:p>
      <w:r>
        <w:rPr>
          <w:b/>
        </w:rPr>
        <w:t xml:space="preserve">[58:21] </w:t>
      </w:r>
      <w:r>
        <w:t>meri dua hai ke hum aap sahih zehn ke sath cheezon ko samjhein aur is se jo sabak hai woh lein.</w:t>
      </w:r>
    </w:p>
    <w:p>
      <w:pPr>
        <w:jc w:val="right"/>
      </w:pPr>
      <w:r>
        <w:t>میری دعا ہے کہ ہم آپ صحیح ذہن کے ساتھ چیزوں کو سمجھیں اور اس سے جو سبق ہے وہ لیں۔</w:t>
      </w:r>
    </w:p>
    <w:p>
      <w:r>
        <w:rPr>
          <w:b/>
        </w:rPr>
        <w:t xml:space="preserve">[58:30] </w:t>
      </w:r>
      <w:r>
        <w:t>aqool qawli hadha wastaghfirullaha li walakum ajmaeen</w:t>
      </w:r>
    </w:p>
    <w:p>
      <w:pPr>
        <w:jc w:val="right"/>
      </w:pPr>
      <w:r>
        <w:t>اقول قولیھذا واستغفراللہ لی ولکم اجمعین</w:t>
      </w:r>
    </w:p>
    <w:p>
      <w:r>
        <w:rPr>
          <w:b/>
        </w:rPr>
        <w:t xml:space="preserve">[58:49] </w:t>
      </w:r>
      <w:r>
        <w:t>. Maulana, yeh sawal aaya hai Miss Saira Latif ka Karachi Pakistan se. Unhon ne likha hai: "Roohani taraqqi aur zehni irtiqaa ki raah mein sab se bari rukawat kya hai?</w:t>
      </w:r>
    </w:p>
    <w:p>
      <w:pPr>
        <w:jc w:val="right"/>
      </w:pPr>
      <w:r>
        <w:t>۔ مولانا، یہ سوال آیا ہے مس سائرہ لطیف کا کراچی پاکستان سے۔ انہوں نے لکھا ہے: "روحانی ترقی اور ذہنی ارتقاء کی راہ میں سب سے بڑی رکاوٹ کیا ہے؟</w:t>
      </w:r>
    </w:p>
    <w:p>
      <w:r>
        <w:rPr>
          <w:b/>
        </w:rPr>
        <w:t xml:space="preserve">[59:04] </w:t>
      </w:r>
      <w:r>
        <w:t>Maddi saaz o saman mein mashgool hona ya distraction?" Is ke bare mein batayein. Dono ek hi hain. Dono mein</w:t>
      </w:r>
    </w:p>
    <w:p>
      <w:pPr>
        <w:jc w:val="right"/>
      </w:pPr>
      <w:r>
        <w:t>مادی ساز و سامان میں مشغول ہونا یا ڈسٹریکشن؟" اس کے بارے میں بتائیں۔ دونوں ایک ہی ہیں۔ دونوں میں</w:t>
      </w:r>
    </w:p>
    <w:p>
      <w:r>
        <w:rPr>
          <w:b/>
        </w:rPr>
        <w:t xml:space="preserve">[59:16] </w:t>
      </w:r>
      <w:r>
        <w:t>maddi saaz o saman jahan aap mashgool honge to usi ka naam distraction hai. Distraction maddi cheezon mein hota hai.</w:t>
      </w:r>
    </w:p>
    <w:p>
      <w:pPr>
        <w:jc w:val="right"/>
      </w:pPr>
      <w:r>
        <w:t>مادی ساز و سامان جہاں آپ مشغول ہوں گے تو اسی کا نام ڈسٹریکشن ہے۔ ڈسٹریکشن مادی چیزوں میں ہوتا ہے۔</w:t>
      </w:r>
    </w:p>
    <w:p>
      <w:r>
        <w:rPr>
          <w:b/>
        </w:rPr>
        <w:t xml:space="preserve">[59:27] </w:t>
      </w:r>
      <w:r>
        <w:t>distraction ka matlab yeh hai ke aap ka focus hat jaye. aap ka jo focus hai woh hat jaye.</w:t>
      </w:r>
    </w:p>
    <w:p>
      <w:pPr>
        <w:jc w:val="right"/>
      </w:pPr>
      <w:r>
        <w:t>ڈسٹریکشن کا مطلب یہ ہے کہ آپ کا فوکس ہٹ جائے۔ آپ کا جو فوکس ہے وہ ہٹ جائے۔</w:t>
      </w:r>
    </w:p>
    <w:p>
      <w:r>
        <w:rPr>
          <w:b/>
        </w:rPr>
        <w:t xml:space="preserve">[59:36] </w:t>
      </w:r>
      <w:r>
        <w:t>isi ka naam distraction hai.</w:t>
      </w:r>
    </w:p>
    <w:p>
      <w:pPr>
        <w:jc w:val="right"/>
      </w:pPr>
      <w:r>
        <w:t>اسی کا نام ڈسٹریکشن ہے۔</w:t>
      </w:r>
    </w:p>
    <w:p>
      <w:r>
        <w:rPr>
          <w:b/>
        </w:rPr>
        <w:t xml:space="preserve">[59:38] </w:t>
      </w:r>
      <w:r>
        <w:t>toh focus jo hai Allah wali baaton par, akhirat wali baaton par na rahe aur maadi cheezon mein chala jaye.</w:t>
      </w:r>
    </w:p>
    <w:p>
      <w:pPr>
        <w:jc w:val="right"/>
      </w:pPr>
      <w:r>
        <w:t>تو فوکس جو ہے اللہ والی باتوں پر، آخرت والی باتوں پر نہ رہے اور مادی چیزوں میں چلا جائے۔</w:t>
      </w:r>
    </w:p>
    <w:p>
      <w:r>
        <w:rPr>
          <w:b/>
        </w:rPr>
        <w:t xml:space="preserve">[59:48] </w:t>
      </w:r>
      <w:r>
        <w:t>teesri ka naam hai distraction aur yahi jo hai killer hai.</w:t>
      </w:r>
    </w:p>
    <w:p>
      <w:pPr>
        <w:jc w:val="right"/>
      </w:pPr>
      <w:r>
        <w:t>تیسری کا نام ہے ڈسٹریکشن اور یہی جو ہے کلر ہے۔</w:t>
      </w:r>
    </w:p>
    <w:p>
      <w:r>
        <w:rPr>
          <w:b/>
        </w:rPr>
        <w:t xml:space="preserve">[59:57] </w:t>
      </w:r>
      <w:r>
        <w:t>yahi killer hai.</w:t>
      </w:r>
    </w:p>
    <w:p>
      <w:pPr>
        <w:jc w:val="right"/>
      </w:pPr>
      <w:r>
        <w:t>یہی کلر ہے۔</w:t>
      </w:r>
    </w:p>
    <w:p>
      <w:r>
        <w:rPr>
          <w:b/>
        </w:rPr>
        <w:t xml:space="preserve">[59:59] </w:t>
      </w:r>
      <w:r>
        <w:t>toh jo aadmi yeh chahta ho ke usko marifat hasil ho, Allah taala se talluq barhe, uska uske andar jannati shakhsiyat bane toh usko lazman iska ehtimam karna parega ke uska focus hatne na paye.</w:t>
      </w:r>
    </w:p>
    <w:p>
      <w:pPr>
        <w:jc w:val="right"/>
      </w:pPr>
      <w:r>
        <w:t>تو جو آدمی یہ چاہتا ہو کہ اس کو معرفت حاصل ہو، اللہ تعالی سے تعلق بڑھے، اس کا اس کے اندر جنتی شخصیت بنے تو اس کو لازماً اس کا اہتمام کرنا پڑے گا کہ اس کا فوکس ہٹنے نہ پائے۔</w:t>
      </w:r>
    </w:p>
    <w:p>
      <w:r>
        <w:rPr>
          <w:b/>
        </w:rPr>
        <w:t xml:space="preserve">[1:00:14] </w:t>
      </w:r>
      <w:r>
        <w:t>idhar udhar apne ko distraction se bachana hoga. warna kabhi bhi rabbani shakhsiyat nahi ban sakti.</w:t>
      </w:r>
    </w:p>
    <w:p>
      <w:pPr>
        <w:jc w:val="right"/>
      </w:pPr>
      <w:r>
        <w:t>ادھر ادھر اپنے کو ڈسٹریکشن سے بچانا ہوگا۔ ورنہ کبھی بھی ربانی شخصیت نہیں بن سکتی۔</w:t>
      </w:r>
    </w:p>
    <w:p>
      <w:r>
        <w:rPr>
          <w:b/>
        </w:rPr>
        <w:t xml:space="preserve">[1:00:28] </w:t>
      </w:r>
      <w:r>
        <w:t>maulana, agla sawal hai miss naghma siddiqui ka delhi se. unhone likha hai: "how can we keep our focus on the positive aspects of life when there are many negative things around us?" kindly advice.</w:t>
      </w:r>
    </w:p>
    <w:p>
      <w:pPr>
        <w:jc w:val="right"/>
      </w:pPr>
      <w:r>
        <w:t>مولانا، اگلا سوال ہے مس نغمہ صدیقی کا دلی سے۔ انہوں نے لکھا ہے: "ہاؤ کین وی کیپ اور فوکس ان دا پازیٹیو ایسپیکٹس اف لائف وین دیر ار مینی نیگیٹیو تھنگز اراؤنڈ اس؟" کائنڈلی ایڈوائس۔</w:t>
      </w:r>
    </w:p>
    <w:p>
      <w:r>
        <w:rPr>
          <w:b/>
        </w:rPr>
        <w:t xml:space="preserve">[1:00:45] </w:t>
      </w:r>
      <w:r>
        <w:t>dekhein, yeh ek intellectual exercise hai. jis tarah se body ke liye aap physical exercise karte hain,</w:t>
      </w:r>
    </w:p>
    <w:p>
      <w:pPr>
        <w:jc w:val="right"/>
      </w:pPr>
      <w:r>
        <w:t>دیکھیں، یہ ایک انٹلیکچول ایکسرسائز ہے۔ جس طرح سے باڈی کے لیے آپ فزیکل ایکسرسائز کرتے ہیں،</w:t>
      </w:r>
    </w:p>
    <w:p>
      <w:r>
        <w:rPr>
          <w:b/>
        </w:rPr>
        <w:t xml:space="preserve">[1:00:56] </w:t>
      </w:r>
      <w:r>
        <w:t>agar aap ko body banana hai toh aap ko physical exercise karni parti hai.</w:t>
      </w:r>
    </w:p>
    <w:p>
      <w:pPr>
        <w:jc w:val="right"/>
      </w:pPr>
      <w:r>
        <w:t>اگر آپ کو باڈی بنانا ہے تو آپ کو فزیکل ایکسرسائز کرنی پڑتی ہے۔</w:t>
      </w:r>
    </w:p>
    <w:p>
      <w:r>
        <w:rPr>
          <w:b/>
        </w:rPr>
        <w:t xml:space="preserve">[1:01:05] </w:t>
      </w:r>
      <w:r>
        <w:t>isi tarike se agar aap ko spiritual development chahiye toh uske liye intellectual exercise karni hai. yaani is par sochna, apni soch ko distract hone se bachana aur focus hatne na paye,</w:t>
      </w:r>
    </w:p>
    <w:p>
      <w:pPr>
        <w:jc w:val="right"/>
      </w:pPr>
      <w:r>
        <w:t>اسی طریقے سے اگر آپ کو سپرچول ڈیولپمنٹ چاہیے تو اس کے لیے انٹلیکچول ایکسرسائز کرنی ہے۔ یعنی اس پر سوچنا، اپنی سوچ کو ڈسٹریکٹ ہونے سے بچانا اور فوکس ہٹنے نہ پائے،</w:t>
      </w:r>
    </w:p>
    <w:p>
      <w:r>
        <w:rPr>
          <w:b/>
        </w:rPr>
        <w:t xml:space="preserve">[1:01:25] </w:t>
      </w:r>
      <w:r>
        <w:t>mutale'a ko barhana, observation ko barhana,</w:t>
      </w:r>
    </w:p>
    <w:p>
      <w:pPr>
        <w:jc w:val="right"/>
      </w:pPr>
      <w:r>
        <w:t>مطالعے کو بڑھانا، ابزرویشن کو بڑھانا،</w:t>
      </w:r>
    </w:p>
    <w:p>
      <w:r>
        <w:rPr>
          <w:b/>
        </w:rPr>
        <w:t xml:space="preserve">[1:01:29] </w:t>
      </w:r>
      <w:r>
        <w:t>yeh sab cheezon ko mein kehta hoon intellectual exercise. jis tarah physical exercise ke baghair aadmi ko health nahi milti, isi tarah physical exercise ke baghair health nahi milti.</w:t>
      </w:r>
    </w:p>
    <w:p>
      <w:pPr>
        <w:jc w:val="right"/>
      </w:pPr>
      <w:r>
        <w:t>یہ سب چیزوں کو میں کہتا ہوں انٹلیکچول ایکسرسائز۔ جس طرح فزیکل ایکسرسائز کے بغیر آدمی کو ہیلتھ نہیں ملتی، اسی طرح فزیکل ایکسرسائز کے بغیر ہیلتھ نہیں ملتی۔</w:t>
      </w:r>
    </w:p>
    <w:p>
      <w:r>
        <w:rPr>
          <w:b/>
        </w:rPr>
        <w:t xml:space="preserve">[1:01:45] </w:t>
      </w:r>
      <w:r>
        <w:t>is tarah se intellectual exercise ke baghair aadmi ko aala rohani taraqqi bhi nahi ho sakti.</w:t>
      </w:r>
    </w:p>
    <w:p>
      <w:pPr>
        <w:jc w:val="right"/>
      </w:pPr>
      <w:r>
        <w:t>اس طرح سے انٹلیکچول ایکسرسائز کے بغیر آدمی کو اعلیٰ روحانی ترقی بھی نہیں ہو سکتی۔</w:t>
      </w:r>
    </w:p>
    <w:p>
      <w:r>
        <w:rPr>
          <w:b/>
        </w:rPr>
        <w:t xml:space="preserve">[1:01:54] </w:t>
      </w:r>
      <w:r>
        <w:t>maulana, agla sawal delhi se hai mr. shahnawaz zafar sah</w:t>
      </w:r>
    </w:p>
    <w:p>
      <w:pPr>
        <w:jc w:val="right"/>
      </w:pPr>
      <w:r>
        <w:t>مولانا، اگلا سوال دلی سے ہے مسٹر شاہنواز ظفر صاح</w:t>
      </w:r>
    </w:p>
    <w:p>
      <w:r>
        <w:rPr>
          <w:b/>
        </w:rPr>
        <w:t xml:space="preserve">[1:01:58] </w:t>
      </w:r>
      <w:r>
        <w:t>b ka. unhone likha hai: "I have seen a lecture on TV channel given by one of the maulana who said according to Islam, getting knowledge is compulsory to every Muslim.</w:t>
      </w:r>
    </w:p>
    <w:p>
      <w:pPr>
        <w:jc w:val="right"/>
      </w:pPr>
      <w:r>
        <w:t>ب کا۔ انہوں نے لکھا ہے: "آئی ہیو سین ا لیکچر ان ٹی وی چینل گیون بائے ون اف دا مولانا ہو سیڈ اکارڈنگ ٹو اسلام، گیٹنگ نالج از کمپلسری ٹو ایوری مسلم۔</w:t>
      </w:r>
    </w:p>
    <w:p>
      <w:r>
        <w:rPr>
          <w:b/>
        </w:rPr>
        <w:t xml:space="preserve">[1:02:11] </w:t>
      </w:r>
      <w:r>
        <w:t>he emphasized that it is applied in religious knowledge only, that is the knowledge taken from the wahy of Allah. but I think that the secular knowledge is also very important to understand wahy of Allah.</w:t>
      </w:r>
    </w:p>
    <w:p>
      <w:pPr>
        <w:jc w:val="right"/>
      </w:pPr>
      <w:r>
        <w:t>ہی ایمفسائز دیٹ اٹ از اپلائیڈ ان ریلیجیس نالج اونلی، دیٹ از دا نالج ٹیکن فرام دا وحی اف اللہ۔ بٹ آئی تھنک دیٹ دا سیکولر نالج از السو ویری امپورٹنٹ ٹو انڈرسٹینڈ وحی اف اللہ۔</w:t>
      </w:r>
    </w:p>
    <w:p>
      <w:r>
        <w:rPr>
          <w:b/>
        </w:rPr>
        <w:t xml:space="preserve">[1:02:27] </w:t>
      </w:r>
      <w:r>
        <w:t xml:space="preserve">secular knowledge is the study of this world and universe, which belongs to almighty Allah only. everything in this universe belongs to almighty Allah, and that study will definitely give us that vision, which is required to see the creation miracle of almighty Allah. </w:t>
      </w:r>
    </w:p>
    <w:p>
      <w:pPr>
        <w:jc w:val="right"/>
      </w:pPr>
      <w:r>
        <w:t>سیکولر نالج از دا سٹڈی اف دس ورلڈ اینڈ یونیورس، وچ بیلنگز ٹو المائٹی اللہ اونلی۔ ایوری تھنگ ان دس یونیورس بیلنگز ٹو المائٹی اللہ، اینڈ دی سٹڈی ویل ڈیفینیٹلی گیو اس دیٹ ویژن، وچ از ریکوائرڈ ٹو سی دا کریشن میریکل اف المائٹی اللہ۔</w:t>
      </w:r>
    </w:p>
    <w:p>
      <w:r>
        <w:rPr>
          <w:b/>
        </w:rPr>
        <w:t xml:space="preserve">[1:02:46] </w:t>
      </w:r>
      <w:r>
        <w:t xml:space="preserve">and then also one can be mature enough to understand the wahy of Allah. </w:t>
      </w:r>
    </w:p>
    <w:p>
      <w:pPr>
        <w:jc w:val="right"/>
      </w:pPr>
      <w:r>
        <w:t>اینڈ دین السو ون کین بی میچور انف ٹو انڈرسٹینڈ دا وحی اف اللہ۔</w:t>
      </w:r>
    </w:p>
    <w:p>
      <w:r>
        <w:rPr>
          <w:b/>
        </w:rPr>
        <w:t xml:space="preserve">[1:02:52] </w:t>
      </w:r>
      <w:r>
        <w:t>in short, we can say that Islam says all the knowledge with wisdom is compulsory to every Muslim. Maulana Sahib, please correct me if I am wrong.</w:t>
      </w:r>
    </w:p>
    <w:p>
      <w:pPr>
        <w:jc w:val="right"/>
      </w:pPr>
      <w:r>
        <w:t>ان شارٹ، وی کین سے دیٹ اسلام سیز ال دا نالج ود وزڈم از کمپلسری ٹو ایوری مسلم۔ مولانا صاحب، پلیز کریکٹ می اف آئی ایم رونگ۔</w:t>
      </w:r>
    </w:p>
    <w:p>
      <w:r>
        <w:rPr>
          <w:b/>
        </w:rPr>
        <w:t xml:space="preserve">[1:03:04] </w:t>
      </w:r>
      <w:r>
        <w:t>aap ne sahi kaha, mujhe is se ittefaq hai. jo hadith hai ke "talab al-ilm farizah, talab al-ilm farizah wala kull muslim"</w:t>
      </w:r>
    </w:p>
    <w:p>
      <w:pPr>
        <w:jc w:val="right"/>
      </w:pPr>
      <w:r>
        <w:t>آپ نے صحیح کہا، مجھے اس سے اتفاق ہے۔ جو حدیث ہے کہ "طلب العلم فریضہ، طلب العلم فریضۃ ولا کل مسلم"</w:t>
      </w:r>
    </w:p>
    <w:p>
      <w:r>
        <w:rPr>
          <w:b/>
        </w:rPr>
        <w:t xml:space="preserve">[1:03:16] </w:t>
      </w:r>
      <w:r>
        <w:t>, ilm seekhna har muslim par farz hai. toh logon ne khud se is mein deen badha diya. dekhein, hadith mein deen nahi hai.</w:t>
      </w:r>
    </w:p>
    <w:p>
      <w:pPr>
        <w:jc w:val="right"/>
      </w:pPr>
      <w:r>
        <w:t>، علم سیکھنا ہر مسلم پر فرض ہے۔ تو لوگوں نے خود سے اس میں دین بڑھا دیا۔ دیکھیں، حدیث میں دین نہیں ہے۔</w:t>
      </w:r>
    </w:p>
    <w:p>
      <w:r>
        <w:rPr>
          <w:b/>
        </w:rPr>
        <w:t xml:space="preserve">[1:03:27] </w:t>
      </w:r>
      <w:r>
        <w:t>ismein sirf yeh batayein ke ilm ko seekhna har muslim par farz hai. apni taraf se isko badha diya. ilm se murad hai deen.</w:t>
      </w:r>
    </w:p>
    <w:p>
      <w:pPr>
        <w:jc w:val="right"/>
      </w:pPr>
      <w:r>
        <w:t>اس میں صرف یہ بتائیں کہ علم کو سیکھنا ہر مسلم پر فرض ہے۔ اپنی طرف سے اس کو بڑھا دیا۔ علم سے مراد ہے دین۔</w:t>
      </w:r>
    </w:p>
    <w:p>
      <w:r>
        <w:rPr>
          <w:b/>
        </w:rPr>
        <w:t xml:space="preserve">[1:03:38] </w:t>
      </w:r>
      <w:r>
        <w:t>mein samajhta hoon ke yeh hargiz izafa sahi nahi hai.</w:t>
      </w:r>
    </w:p>
    <w:p>
      <w:pPr>
        <w:jc w:val="right"/>
      </w:pPr>
      <w:r>
        <w:t>میں سمجھتا ہوں کہ یہ ہرگز اضافہ صحیح نہیں ہے۔</w:t>
      </w:r>
    </w:p>
    <w:p>
      <w:r>
        <w:rPr>
          <w:b/>
        </w:rPr>
        <w:t xml:space="preserve">[1:03:45] </w:t>
      </w:r>
      <w:r>
        <w:t>quran mein itna zyada tadabbur ke liye kaha gaya hai, sochne ke liye kaha gaya hai: "kainat par ghaur karo" toh kya woh ilm nahi hai? woh yaani quran mein bhara hua hai, aisi ayat bhari hui hain jis mein ke "zameen aasman par ghaur karo" toh woh wohi toh ilm hai, aur kya ilm hai?</w:t>
      </w:r>
    </w:p>
    <w:p>
      <w:pPr>
        <w:jc w:val="right"/>
      </w:pPr>
      <w:r>
        <w:t>قرآن میں اتنا زیادہ تدبر کے لیے کہا گیا ہے، سوچنے کے لیے کہا گیا ہے: "کائنات پر غور کرو" تو کیا وہ علم نہیں ہے؟ وہ یعنی قرآن میں بھرا ہوا ہے، ایسی آیات بھری ہوئی ہیں جس میں کہ "زمین آسمان پر غور کرو" تو وہ وہی تو علم ہے، اور کیا علم ہے؟</w:t>
      </w:r>
    </w:p>
    <w:p>
      <w:r>
        <w:rPr>
          <w:b/>
        </w:rPr>
        <w:t xml:space="preserve">[1:04:04] </w:t>
      </w:r>
      <w:r>
        <w:t>to mein samajhta hoon ke ilm yaani is hadith mein yeh kehna ke use ilm deen murad hai, yeh galat hai.</w:t>
      </w:r>
    </w:p>
    <w:p>
      <w:pPr>
        <w:jc w:val="right"/>
      </w:pPr>
      <w:r>
        <w:t>تو میں سمجھتا ہوں کہ علم یعنی اس حدیث میں یہ کہنا کہ اسے علم دین مراد ہے، یہ غلط ہے۔</w:t>
      </w:r>
    </w:p>
    <w:p>
      <w:r>
        <w:rPr>
          <w:b/>
        </w:rPr>
        <w:t xml:space="preserve">[1:04:13] </w:t>
      </w:r>
      <w:r>
        <w:t>har ilm Allah ka ilm hai, har ilm ka talluq</w:t>
      </w:r>
    </w:p>
    <w:p>
      <w:pPr>
        <w:jc w:val="right"/>
      </w:pPr>
      <w:r>
        <w:t>ہر علم اللہ کا علم ہے، ہر علم کا تعلق</w:t>
      </w:r>
    </w:p>
    <w:p>
      <w:r>
        <w:rPr>
          <w:b/>
        </w:rPr>
        <w:t xml:space="preserve">[1:04:19] </w:t>
      </w:r>
      <w:r>
        <w:t>har har ilm se hum ko zehni irtaqa mein mufeed faida hota hai. aur jab tak ke yaani jab tak hamara ilm wasee na ho,</w:t>
      </w:r>
    </w:p>
    <w:p>
      <w:pPr>
        <w:jc w:val="right"/>
      </w:pPr>
      <w:r>
        <w:t>ہر ہر علم سے ہم کو ذہنی ارتقاء میں مفید فائدہ ہوتا ہے۔ اور جب تک کہ یعنی جب تک ہمارا علم وسیع نہ ہو،</w:t>
      </w:r>
    </w:p>
    <w:p>
      <w:r>
        <w:rPr>
          <w:b/>
        </w:rPr>
        <w:t xml:space="preserve">[1:04:35] </w:t>
      </w:r>
      <w:r>
        <w:t>jab tak hamara ilm wasee na ho, hum na Quran ko samajh sakte hain, na hadith ko samajh sakte hain. to mein aap se bilkul ittefaq karta hoon, aur bilkul sahi aap ne kaha.</w:t>
      </w:r>
    </w:p>
    <w:p>
      <w:pPr>
        <w:jc w:val="right"/>
      </w:pPr>
      <w:r>
        <w:t>جب تک ہمارا علم وسیع نہ ہو، ہم نہ قرآن کو سمجھ سکتے ہیں، نہ حدیث کو سمجھ سکتے ہیں۔ تو میں آپ سے بالکل اتفاق کرتا ہوں، اور بالکل صحیح آپ نے کہا۔</w:t>
      </w:r>
    </w:p>
    <w:p>
      <w:r>
        <w:rPr>
          <w:b/>
        </w:rPr>
        <w:t xml:space="preserve">[1:04:48] </w:t>
      </w:r>
      <w:r>
        <w:t>Maulana, agla sawal hai Azad Shah Sahab ka. unhon ne apni location nahi batai hai. un ka sawal yeh hai: "Please give me the reference of the surah and the ayat number from which one school of thought derives the meaning about Shab-e-Barat, and also tell me if those relevant hadith." Dekhein, Shab-e-Barat jo hai woh Quran mein hargiz nahi hai.</w:t>
      </w:r>
    </w:p>
    <w:p>
      <w:pPr>
        <w:jc w:val="right"/>
      </w:pPr>
      <w:r>
        <w:t>مولانا، اگلا سوال ہے آزاد شاہ صاحب کا۔ انہوں نے اپنی لوکیشن نہیں بتائی ہے۔ ان کا سوال یہ ہے: "پلیز گیو می دا ریفرنس اف دی سورہ اینڈ دی آیت نمبر فرام وچ ون سکول اف تھاٹ ڈیرائیوز دا میننگ اباؤٹ شب برات، اینڈ السو ٹیل می اف دوز ریلیونٹ حدیث۔" دیکھیں، شب برات جو ہے وہ قرآن میں ہرگز نہیں ہے۔</w:t>
      </w:r>
    </w:p>
    <w:p>
      <w:r>
        <w:rPr>
          <w:b/>
        </w:rPr>
        <w:t xml:space="preserve">[1:05:14] </w:t>
      </w:r>
      <w:r>
        <w:t>ek ayat ko khwah makhwah is se Shab-e-Barat nikalte hain,</w:t>
      </w:r>
    </w:p>
    <w:p>
      <w:pPr>
        <w:jc w:val="right"/>
      </w:pPr>
      <w:r>
        <w:t>ایک آیت کو خواہ مخواہ اس سے شب برات نکالتے ہیں،</w:t>
      </w:r>
    </w:p>
    <w:p>
      <w:r>
        <w:rPr>
          <w:b/>
        </w:rPr>
        <w:t xml:space="preserve">[1:05:18] </w:t>
      </w:r>
      <w:r>
        <w:t>yeh bilkul galat hai. is ayat ka Shab-e-Barat se koi talluq nahi, bilkul talluq nahi. yeh bilkul yaani baseless baat hai.</w:t>
      </w:r>
    </w:p>
    <w:p>
      <w:pPr>
        <w:jc w:val="right"/>
      </w:pPr>
      <w:r>
        <w:t>یہ بالکل غلط ہے۔ اس آیت کا شب برات سے کوئی تعلق نہیں، بالکل تعلق نہیں۔ یہ بالکل یعنی بیسلیس بات ہے۔</w:t>
      </w:r>
    </w:p>
    <w:p>
      <w:r>
        <w:rPr>
          <w:b/>
        </w:rPr>
        <w:t xml:space="preserve">[1:05:30] </w:t>
      </w:r>
      <w:r>
        <w:t>Shab-e-Barat na to hadith se sabit hai, na Quran se sabit hai. kuch bohat hi zaeef qism ki riwayatein hain is ke baray mein, koi ek bhi qawi riwayat nahi hai.</w:t>
      </w:r>
    </w:p>
    <w:p>
      <w:pPr>
        <w:jc w:val="right"/>
      </w:pPr>
      <w:r>
        <w:t>شب برات نہ تو حدیث سے ثابت ہے، نہ قرآن سے ثابت ہے۔ کچھ بہت ہی ضعیف قسم کی روایتیں ہیں اس کے بارے میں، کوئی ایک بھی قوی روایت نہیں ہے۔</w:t>
      </w:r>
    </w:p>
    <w:p>
      <w:r>
        <w:rPr>
          <w:b/>
        </w:rPr>
        <w:t xml:space="preserve">[1:05:42] </w:t>
      </w:r>
      <w:r>
        <w:t>aur Quran se is ko nikalna ho to aur bhi zyada galat hai.</w:t>
      </w:r>
    </w:p>
    <w:p>
      <w:pPr>
        <w:jc w:val="right"/>
      </w:pPr>
      <w:r>
        <w:t>اور قرآن سے اس کو نکالنا ہو تو اور بھی زیادہ غلط ہے۔</w:t>
      </w:r>
    </w:p>
    <w:p>
      <w:r>
        <w:rPr>
          <w:b/>
        </w:rPr>
        <w:t xml:space="preserve">[1:05:45] </w:t>
      </w:r>
      <w:r>
        <w:t>Quran mein ek ayat hai: "Inna anzalnahu fi fi mubarakah". Ji hmm, yeh is ka koi bhi talluq Shab-e-Barat se nahi hai.</w:t>
      </w:r>
    </w:p>
    <w:p>
      <w:pPr>
        <w:jc w:val="right"/>
      </w:pPr>
      <w:r>
        <w:t>قرآن میں ایک آیت ہے: "انا انزلنا فی فی المبارکہ"۔ جی ہمم، یہ اس کا کوئی بھی تعلق شب برات سے نہیں ہے۔</w:t>
      </w:r>
    </w:p>
    <w:p>
      <w:r>
        <w:rPr>
          <w:b/>
        </w:rPr>
        <w:t xml:space="preserve">[1:05:57] </w:t>
      </w:r>
      <w:r>
        <w:t>bohat hi zyada yaani mein mein is ko gunah samajhta hoon ke Quran ki is ayat se Shab-e-Barat nikala jaye. koi is ka talluq nahi hai. Maulana, agla sawal Delhi se hai Mr. Shakeel Rehman Sahab</w:t>
      </w:r>
    </w:p>
    <w:p>
      <w:pPr>
        <w:jc w:val="right"/>
      </w:pPr>
      <w:r>
        <w:t>بہت ہی زیادہ یعنی میں میں اس کو گناہ سمجھتا ہوں کہ قرآن کی اس آیت سے شب برات نکالا جائے۔ کوئی اس کا تعلق نہیں ہے۔ مولانا، اگلا سوال دلی سے ہے مسٹر شکیل الرحمن صاحب</w:t>
      </w:r>
    </w:p>
    <w:p>
      <w:r>
        <w:rPr>
          <w:b/>
        </w:rPr>
        <w:t xml:space="preserve">[1:06:10] </w:t>
      </w:r>
      <w:r>
        <w:t>ka. unhon ne likha hai: "What is the straight way to realize or reach God?" Ek hi hai tareeqa, woh hai tadabbur.</w:t>
      </w:r>
    </w:p>
    <w:p>
      <w:pPr>
        <w:jc w:val="right"/>
      </w:pPr>
      <w:r>
        <w:t>کا۔ انہوں نے لکھا ہے: "واٹ از دا سٹریٹ وے ٹو ریلائز اور ریچ گاڈ؟" ایک ہی ہے طریقہ، وہ ہے تدبر۔</w:t>
      </w:r>
    </w:p>
    <w:p>
      <w:r>
        <w:rPr>
          <w:b/>
        </w:rPr>
        <w:t xml:space="preserve">[1:06:21] </w:t>
      </w:r>
      <w:r>
        <w:t>tadabbur yaani ghor o fikr, contemplation. Quran mein ghor o fikr, hadith mein ghor o fikr, nature mein ghor o fikr, apne aap pe ghor o fikr.</w:t>
      </w:r>
    </w:p>
    <w:p>
      <w:pPr>
        <w:jc w:val="right"/>
      </w:pPr>
      <w:r>
        <w:t>تدبر یعنی غور و فکر، کنٹمپلیشن۔ قرآن میں غور و فکر، حدیث میں غور و فکر، نیچر میں غور و فکر، اپنے آپ پہ غور و فکر۔</w:t>
      </w:r>
    </w:p>
    <w:p>
      <w:r>
        <w:rPr>
          <w:b/>
        </w:rPr>
        <w:t xml:space="preserve">[1:06:36] </w:t>
      </w:r>
      <w:r>
        <w:t>koi doosra tareeqa nahi hai tadabbur ke siwa.</w:t>
      </w:r>
    </w:p>
    <w:p>
      <w:pPr>
        <w:jc w:val="right"/>
      </w:pPr>
      <w:r>
        <w:t>کوئی دوسرا طریقہ نہیں ہے تدبر کے سوا۔</w:t>
      </w:r>
    </w:p>
    <w:p>
      <w:r>
        <w:rPr>
          <w:b/>
        </w:rPr>
        <w:t xml:space="preserve">[1:06:41] </w:t>
      </w:r>
      <w:r>
        <w:t>jitna zyada aadmi ghor o fikr karega, utni zyada us ko aala marifat hasil hogi. koi mysterious tareeqa nahi hai is ka, koi bhi mysterious tareeqa nahi hai.</w:t>
      </w:r>
    </w:p>
    <w:p>
      <w:pPr>
        <w:jc w:val="right"/>
      </w:pPr>
      <w:r>
        <w:t>جتنا زیادہ آدمی غور و فکر کرے گا، اتنی زیادہ اس کو اعلیٰ معرفت حاصل ہوگی۔ کوئی مسٹیریس طریقہ نہیں ہے اس کا، کوئی بھی مسٹیریس طریقہ نہیں ہے۔</w:t>
      </w:r>
    </w:p>
    <w:p>
      <w:r>
        <w:rPr>
          <w:b/>
        </w:rPr>
        <w:t xml:space="preserve">[1:06:59] </w:t>
      </w:r>
      <w:r>
        <w:t>Maulana, agla sawal Delhi se hai Ms. Shalini ka. unhon ne likha hai: "How can one get objectivity in one's reading and understanding of things?"</w:t>
      </w:r>
    </w:p>
    <w:p>
      <w:pPr>
        <w:jc w:val="right"/>
      </w:pPr>
      <w:r>
        <w:t>مولانا، اگلا سوال دلی سے ہے مس شالینی کا۔ انہوں نے لکھا ہے: "ہاؤ کین ون گیٹ ابجیکٹیوٹی ان ونز ریڈنگ اینڈ انڈرسٹینڈنگ اف تھنگز؟"</w:t>
      </w:r>
    </w:p>
    <w:p>
      <w:r>
        <w:rPr>
          <w:b/>
        </w:rPr>
        <w:t xml:space="preserve">[1:07:14] </w:t>
      </w:r>
      <w:r>
        <w:t>Dekhein, objectivity aati hai sincerity se. jis maamle mein aadmi sincere ho, apne aap objective ban jata hai,</w:t>
      </w:r>
    </w:p>
    <w:p>
      <w:pPr>
        <w:jc w:val="right"/>
      </w:pPr>
      <w:r>
        <w:t>دیکھیں، ابجیکٹیوٹی آتی ہے سنسیئرٹی سے۔ جس معاملے میں آدمی سنسیئر ہو، اپنے آپ ابجیکٹو بن جاتا ہے،</w:t>
      </w:r>
    </w:p>
    <w:p>
      <w:r>
        <w:rPr>
          <w:b/>
        </w:rPr>
        <w:t xml:space="preserve">[1:07:27] </w:t>
      </w:r>
      <w:r>
        <w:t>apne aap ban jata hai. misaal ke taur par dekhiye, ek sahab ne mujh se kaha ke: "Sahab, itne saare mazahib hain, itne saare firqe hain, to humein kya pata kaun sahi hai, kaun galat hai?"</w:t>
      </w:r>
    </w:p>
    <w:p>
      <w:pPr>
        <w:jc w:val="right"/>
      </w:pPr>
      <w:r>
        <w:t>اپنے آپ بن جاتا ہے۔ مثال کے طور پر دیکھیے، ایک صاحب نے مجھ سے کہا کہ: "صاحب، اتنے سارے مذہب ہیں، اتنے سارے فرقے ہیں، تو ہمیں کیا پتا کون صحیح ہے، کون غلط ہے؟</w:t>
      </w:r>
    </w:p>
    <w:p>
      <w:r>
        <w:rPr>
          <w:b/>
        </w:rPr>
        <w:t xml:space="preserve">[1:07:42] </w:t>
      </w:r>
      <w:r>
        <w:t>" To hum to sab ko chhod diya. hum ne to unhon ne kaha: "Achha, yeh bataiye ke aap ka bachcha jab beemar hota hai to yahi wahan apply karte hain formula?</w:t>
      </w:r>
    </w:p>
    <w:p>
      <w:pPr>
        <w:jc w:val="right"/>
      </w:pPr>
      <w:r>
        <w:t>" تو ہم تو سب کو چھوڑ دیا۔ ہم نے تو انہوں نے کہا: "اچھا، یہ بتائیے کہ آپ کا بچہ جب بیمار ہوتا ہے تو یہی وہاں اپلائی کرتے ہیں فارمولا؟</w:t>
      </w:r>
    </w:p>
    <w:p>
      <w:r>
        <w:rPr>
          <w:b/>
        </w:rPr>
        <w:t xml:space="preserve">[1:07:53] </w:t>
      </w:r>
      <w:r>
        <w:t>itne saare doctor hain, hazaron doctor, hum hum kis ke chakkar mein pade hain? chhod do, chhod do. wahan aap, wahan aap sincere chunke hain, to use aap yeh yeh yeh formula wahan apply nahi karte.</w:t>
      </w:r>
    </w:p>
    <w:p>
      <w:pPr>
        <w:jc w:val="right"/>
      </w:pPr>
      <w:r>
        <w:t>اتنے سارے ڈاکٹر ہیں، ہزاروں ڈاکٹر، ہم ہم کس کے چکر میں پڑے ہیں؟ چھوڑو، چھوڑ دیں۔ وہاں آپ، وہاں آپ سنسیئر چونکہ ہیں، تو اسے آپ یہ یہ یہ فارمولا وہاں اپلائی نہیں کرتے۔</w:t>
      </w:r>
    </w:p>
    <w:p>
      <w:r>
        <w:rPr>
          <w:b/>
        </w:rPr>
        <w:t xml:space="preserve">[1:08:06] </w:t>
      </w:r>
      <w:r>
        <w:t>kisi doctor tak pahunchte hain.</w:t>
      </w:r>
    </w:p>
    <w:p>
      <w:pPr>
        <w:jc w:val="right"/>
      </w:pPr>
      <w:r>
        <w:t>کسی ڈاکٹر تک پہنچتے ہیں۔</w:t>
      </w:r>
    </w:p>
    <w:p>
      <w:r>
        <w:rPr>
          <w:b/>
        </w:rPr>
        <w:t xml:space="preserve">[1:08:09] </w:t>
      </w:r>
      <w:r>
        <w:t>" To mein samajhta hoon ke objectivity jo hai, woh direct result hai sincerity ka. aadmi agar sincere hoga to apne aap woh objective ban jayega.</w:t>
      </w:r>
    </w:p>
    <w:p>
      <w:pPr>
        <w:jc w:val="right"/>
      </w:pPr>
      <w:r>
        <w:t>" تو میں سمجھتا ہوں کہ ابجیکٹیوٹی جو ہے، وہ ڈائریکٹ رزلٹ ہے سنسیئرٹی کا۔ آدمی اگر سنسیئر ہوگا تو اپنے آپ وہ ابجیکٹو بن جائے گا۔</w:t>
      </w:r>
    </w:p>
    <w:p>
      <w:r>
        <w:rPr>
          <w:b/>
        </w:rPr>
        <w:t xml:space="preserve">[1:08:22] </w:t>
      </w:r>
      <w:r>
        <w:t>us ke andar objective thinking aa jayegi. hoga sincere nahi hai to phir objectivity bhi us ke andar nahi hogi.</w:t>
      </w:r>
    </w:p>
    <w:p>
      <w:pPr>
        <w:jc w:val="right"/>
      </w:pPr>
      <w:r>
        <w:t>اس کے اندر ابجیکٹو تھنکنگ آ جائے گی۔ ہوگا سنسیئر نہیں ہے تو پھر ابجیکٹیوٹی بھی اس کے اندر نہیں ہوگی۔</w:t>
      </w:r>
    </w:p>
    <w:p>
      <w:r>
        <w:rPr>
          <w:b/>
        </w:rPr>
        <w:t xml:space="preserve">[1:08:32] </w:t>
      </w:r>
      <w:r>
        <w:t>to aisi cheez hai ke aadmi kitna kisi ko concern banata hai, kehta hai is ke baray mein serious hai, kehta hai is ke baray mein sanjeeda hai.</w:t>
      </w:r>
    </w:p>
    <w:p>
      <w:pPr>
        <w:jc w:val="right"/>
      </w:pPr>
      <w:r>
        <w:t>تو ایسی چیز ہے کہ آدمی کتنا کسی کو کنسرن بناتا ہے، کہتا ہے اس کے بارے میں سیریس ہے، کہتا ہے اس کے بارے میں سنجیدہ ہے۔</w:t>
      </w:r>
    </w:p>
    <w:p>
      <w:r>
        <w:rPr>
          <w:b/>
        </w:rPr>
        <w:t xml:space="preserve">[1:08:41] </w:t>
      </w:r>
      <w:r>
        <w:t>yahan masla hai ke is cheez ko aap sach much concern banayein, apna sach much banayein concern, to zaroor aap serious ho jayenge.</w:t>
      </w:r>
    </w:p>
    <w:p>
      <w:pPr>
        <w:jc w:val="right"/>
      </w:pPr>
      <w:r>
        <w:t>یہاں مسئلہ ہے کہ اس چیز کو آپ سچ مچ کنسرن بنائیں، اپنا سچ مچ بنائیں کنسرن، تو ضرور آپ سیریس ہو جائیں گے۔</w:t>
      </w:r>
    </w:p>
    <w:p>
      <w:r>
        <w:rPr>
          <w:b/>
        </w:rPr>
        <w:t xml:space="preserve">[1:08:51] </w:t>
      </w:r>
      <w:r>
        <w:t>aur jab serious ho jayen ge to zaroor aap ki taraf objectivity aa jayegi.</w:t>
      </w:r>
    </w:p>
    <w:p>
      <w:pPr>
        <w:jc w:val="right"/>
      </w:pPr>
      <w:r>
        <w:t>اور جب سیریس ہو جائیں گے تو ضرور آپ کی طرف ابجیکٹیوٹی آ جائے گی۔</w:t>
      </w:r>
    </w:p>
    <w:p>
      <w:r>
        <w:rPr>
          <w:b/>
        </w:rPr>
        <w:t xml:space="preserve">[1:08:59] </w:t>
      </w:r>
      <w:r>
        <w:t>Maulana, agla sawal Karachi Pakistan se hai Abdul Latif sahab ka. Unhon ne likha hai: "Jo log apne ird gird ziyada maadi saaz o saman jama kar lete hain aur aaram o suhoolat ki zindagi guzarte hain,</w:t>
      </w:r>
    </w:p>
    <w:p>
      <w:pPr>
        <w:jc w:val="right"/>
      </w:pPr>
      <w:r>
        <w:t>مولانا، اگلا سوال کراچی پاکستان سے ہے عبداللطیف صاحب کا۔ انہوں نے لکھا ہے: "جو لوگ اپنے ارد گرد زیادہ مادی ساز و سامان جمع کر لیتے ہیں اور آرام و سہولت کی زندگی گزارتے ہیں،</w:t>
      </w:r>
    </w:p>
    <w:p>
      <w:r>
        <w:rPr>
          <w:b/>
        </w:rPr>
        <w:t xml:space="preserve">[1:09:15] </w:t>
      </w:r>
      <w:r>
        <w:t>wo log yeh daleel dete hain ke Nabi اکرم صلی اللہ علیہ وسلم ne farmaya ke Allah is baat ko pasand karta hai ke woh apne bando par un nematon ka asar dekhe jo us ne apne bando par kiya hai." Maulana sahab, maadi saaz o saman ke mutaliq is qism ki daleel dena kis had tak sahi hai?</w:t>
      </w:r>
    </w:p>
    <w:p>
      <w:pPr>
        <w:jc w:val="right"/>
      </w:pPr>
      <w:r>
        <w:t>وہ لوگ یہ دلیل دیتے ہیں کہ نبی اکرم صلی اللہ علیہ وسلم نے فرمایا کہ اللہ اس بات کو پسند کرتا ہے کہ وہ اپنے بندوں پر ان نعمتوں کا اثر دیکھے جو اس نے اپنے بندوں پر کیا ہے۔" مولانا صاحب، مادی ساز و سامان کے متعلق اس قسم کی دلیل دینا کس حد تک صحیح ہے؟</w:t>
      </w:r>
    </w:p>
    <w:p>
      <w:r>
        <w:rPr>
          <w:b/>
        </w:rPr>
        <w:t xml:space="preserve">[1:09:39] </w:t>
      </w:r>
      <w:r>
        <w:t>Yeh daleel nahi hai, to mazak hai. Yeh koi daleel hai</w:t>
      </w:r>
    </w:p>
    <w:p>
      <w:pPr>
        <w:jc w:val="right"/>
      </w:pPr>
      <w:r>
        <w:t>یہ دلیل نہیں ہے، تو مذاق ہے۔ یہ کوئی دلیل ہے</w:t>
      </w:r>
    </w:p>
    <w:p>
      <w:r>
        <w:rPr>
          <w:b/>
        </w:rPr>
        <w:t xml:space="preserve">[1:09:45] </w:t>
      </w:r>
      <w:r>
        <w:t>? Bilkul yeh sab jhooti baat hai. Ek hadith mein, ek hadith ko misuse karna hai, yeh ek hadith ko yeh misuse karna hai.</w:t>
      </w:r>
    </w:p>
    <w:p>
      <w:pPr>
        <w:jc w:val="right"/>
      </w:pPr>
      <w:r>
        <w:t>؟ بالکل یہ سب جھوٹی بات ہے۔ ایک حدیث میں، ایک حدیث کو مس یوز کرنا ہے، یہ ایک حدیث کو یہ مس یوز کرنا ہے۔</w:t>
      </w:r>
    </w:p>
    <w:p>
      <w:r>
        <w:rPr>
          <w:b/>
        </w:rPr>
        <w:t xml:space="preserve">[1:09:57] </w:t>
      </w:r>
      <w:r>
        <w:t>Bahut hi ziyada yeh log jo hain, yani Allah Ta'ala ke, hum mein samajhta hoon ke in ki flogging hogi bas aur kuch nahi.</w:t>
      </w:r>
    </w:p>
    <w:p>
      <w:pPr>
        <w:jc w:val="right"/>
      </w:pPr>
      <w:r>
        <w:t>بہت ہی زیادہ یہ لوگ جو ہیں، یعنی اللہ تعالیٰ کے، ہم میں سمجھتا ہوں کہ ان کی فلاگنگ ہوگی بس اور کچھ نہیں۔</w:t>
      </w:r>
    </w:p>
    <w:p>
      <w:r>
        <w:rPr>
          <w:b/>
        </w:rPr>
        <w:t xml:space="preserve">[1:10:06] </w:t>
      </w:r>
      <w:r>
        <w:t>Koi poocha nahi jayega, sirf flogging hogi ke tum ne ajeeb o ghareeb tor par apni khwahish ko Quran se kaise nikal liya? Yani is ka poocha nahi jayega, kuch sirf khara khara kar ke flogging ki jayegi.</w:t>
      </w:r>
    </w:p>
    <w:p>
      <w:pPr>
        <w:jc w:val="right"/>
      </w:pPr>
      <w:r>
        <w:t>کوئی پوچھا نہیں جائے گا، صرف فلاگنگ ہوگی کہ تم نے عجیب و غریب طور پر اپنی خواہش کو قرآن سے کیسے نکال لیا؟ یعنی اس کا پوچھا نہیں جائے گا، کچھ صرف کھڑا کھڑا کر کے فلاگنگ کی جائے گی۔</w:t>
      </w:r>
    </w:p>
    <w:p>
      <w:r>
        <w:rPr>
          <w:b/>
        </w:rPr>
        <w:t xml:space="preserve">[1:10:20] </w:t>
      </w:r>
      <w:r>
        <w:t>Kyunke woh sincere nahi hain, warna aise aise huzoor baatein na kare. Woh</w:t>
      </w:r>
    </w:p>
    <w:p>
      <w:pPr>
        <w:jc w:val="right"/>
      </w:pPr>
      <w:r>
        <w:t>کیونکہ وہ سنجیدہ نہیں ہیں، ورنہ ایسے ایسے حضور باتیں نہ کرے۔ وہ</w:t>
      </w:r>
    </w:p>
    <w:p>
      <w:r>
        <w:rPr>
          <w:b/>
        </w:rPr>
        <w:t xml:space="preserve">[1:10:25] </w:t>
      </w:r>
      <w:r>
        <w:t>Yeh sab dekhiye, jo in sincerity ke in sincere mind se jo baatein nikalti hain, is ka jawab flogging hota hai, is ka jawab daleel nahi hua karta hai.</w:t>
      </w:r>
    </w:p>
    <w:p>
      <w:pPr>
        <w:jc w:val="right"/>
      </w:pPr>
      <w:r>
        <w:t>یہ سب دیکھیے، جو ان سنسیئرٹی کے ان سنسیئر مائنڈ سے جو باتیں نکلتی ہیں، اس کا جواب فلاگنگ ہوتا ہے، اس کا جواب دلیل نہیں ہوا کرتا ہے۔</w:t>
      </w:r>
    </w:p>
    <w:p>
      <w:r>
        <w:rPr>
          <w:b/>
        </w:rPr>
        <w:t xml:space="preserve">[1:10:36] </w:t>
      </w:r>
      <w:r>
        <w:t>Mujhe is mein zara bhi shaq nahi ke jo log aisi baat kehte hain, Allah Ta'ala ke haan jab woh pohnchen ge to wahan un ki flogging ki jayegi aur aur koi un ko jawab nahi diya jayega.</w:t>
      </w:r>
    </w:p>
    <w:p>
      <w:pPr>
        <w:jc w:val="right"/>
      </w:pPr>
      <w:r>
        <w:t>مجھے اس میں ذرا بھی شک نہیں کہ جو لوگ ایسی بات کہتے ہیں، اللہ تعالیٰ کے ہاں جب وہ پہنچیں گے تو وہاں ان کی فلاگنگ کی جائے گی اور اور کوئی ان کو جواب نہیں دیا جائے گا۔</w:t>
      </w:r>
    </w:p>
    <w:p>
      <w:r>
        <w:rPr>
          <w:b/>
        </w:rPr>
        <w:t xml:space="preserve">[1:10:50] </w:t>
      </w:r>
      <w:r>
        <w:t>Maulana, agla sawal Hyderabad se aaya hai Zeeshan sahab ka</w:t>
      </w:r>
    </w:p>
    <w:p>
      <w:pPr>
        <w:jc w:val="right"/>
      </w:pPr>
      <w:r>
        <w:t>مولانا، اگلا سوال حیدرآباد سے آیا ہے ذیشان صاحب کا</w:t>
      </w:r>
    </w:p>
    <w:p>
      <w:r>
        <w:rPr>
          <w:b/>
        </w:rPr>
        <w:t xml:space="preserve">[1:10:54] </w:t>
      </w:r>
      <w:r>
        <w:t>. Unhon ne likha hai: "Dunyawi kaam ke sath Khuda ki discovery kar paane mein distraction aata hai. Kya is ka ek solution yeh ho sakta hai ke hum dunyawi kaam ko poori tarah se chhod dein aur Khuda ki discovery mein lag jayen?" Is ke baray mein batayen.</w:t>
      </w:r>
    </w:p>
    <w:p>
      <w:pPr>
        <w:jc w:val="right"/>
      </w:pPr>
      <w:r>
        <w:t>۔ انہوں نے لکھا ہے: "دنیاوی کام کے ساتھ خدا کی ڈسکوری کر پانے میں ڈسٹریکشن آتا ہے۔ کیا اس کا ایک سلویوشن یہ ہو سکتا ہے کہ ہم دنیاوی کام کو پوری طرح سے چھوڑ دیں اور خدا کی ڈسکوری میں لگ جائیں؟" اس کے بارے میں بتائیں۔</w:t>
      </w:r>
    </w:p>
    <w:p>
      <w:r>
        <w:rPr>
          <w:b/>
        </w:rPr>
        <w:t xml:space="preserve">[1:11:13] </w:t>
      </w:r>
      <w:r>
        <w:t>Dunya ke kaam se murad kya hai? Isi mein to discovery hoti hai. Dunya ke kaam ka kya matlab? Dunya ke kaam</w:t>
      </w:r>
    </w:p>
    <w:p>
      <w:pPr>
        <w:jc w:val="right"/>
      </w:pPr>
      <w:r>
        <w:t>دنیا کے کام سے مراد کیا ہے؟ اسی میں تو ڈسکوری ہوتی ہے۔ دنیا کے کام کا کیا مطلب؟ دنیا کے کام</w:t>
      </w:r>
    </w:p>
    <w:p>
      <w:r>
        <w:rPr>
          <w:b/>
        </w:rPr>
        <w:t xml:space="preserve">[1:11:23] </w:t>
      </w:r>
      <w:r>
        <w:t>yani har woh cheez jahan jis se aap, yani jis ko aap dunya kehte hain, woh Khuda ki takhleeq hai. Khuda ki takhleeq hai, isi takhleeq mein to Khaliq ko dekhna hai.</w:t>
      </w:r>
    </w:p>
    <w:p>
      <w:pPr>
        <w:jc w:val="right"/>
      </w:pPr>
      <w:r>
        <w:t>یعنی ہر وہ چیز جہاں جس سے آپ، یعنی جس کو آپ دنیا کہتے ہیں، وہ خدا کی تخلیق ہے۔ خدا کی تخلیق ہے، اسی تخلیق میں تو خالق کو دیکھنا ہے۔</w:t>
      </w:r>
    </w:p>
    <w:p>
      <w:r>
        <w:rPr>
          <w:b/>
        </w:rPr>
        <w:t xml:space="preserve">[1:11:33] </w:t>
      </w:r>
      <w:r>
        <w:t>Aap chale jayen janglon mein to wahan kya karenge?</w:t>
      </w:r>
    </w:p>
    <w:p>
      <w:pPr>
        <w:jc w:val="right"/>
      </w:pPr>
      <w:r>
        <w:t>آپ چلے جائیں جنگل میں تو وہاں کیا کریں گے؟</w:t>
      </w:r>
    </w:p>
    <w:p>
      <w:r>
        <w:rPr>
          <w:b/>
        </w:rPr>
        <w:t xml:space="preserve">[1:11:38] </w:t>
      </w:r>
      <w:r>
        <w:t>Sahi baat yeh hai, dekhiye ke aarif ke zehan se cheezon ko dekhna, yani seeker ke zehan se cheezon ko dekhna, yeh dunya chhodne ka koi sawal hi nahi paida hota.</w:t>
      </w:r>
    </w:p>
    <w:p>
      <w:pPr>
        <w:jc w:val="right"/>
      </w:pPr>
      <w:r>
        <w:t>صحیح بات یہ ہے، دیکھیے کہ عارف کے ذہن سے چیزوں کو دیکھنا، یعنی سیکھر کے ذہن سے چیزوں کو دیکھنا، یہ دنیا چھوڑنے کا کوئی سوال ہی نہیں پیدا ہوتا۔</w:t>
      </w:r>
    </w:p>
    <w:p>
      <w:r>
        <w:rPr>
          <w:b/>
        </w:rPr>
        <w:t xml:space="preserve">[1:11:55] </w:t>
      </w:r>
      <w:r>
        <w:t>Jahan aap chhod ke jayen ge, wahan bhi dunya hi hogi. Yeh ek lafz bhi galat samjha jata hai ke tark-e-dunya. Tark-e-dunya kya hai? Aap tark-e-dunya kar nahi sakte.</w:t>
      </w:r>
    </w:p>
    <w:p>
      <w:pPr>
        <w:jc w:val="right"/>
      </w:pPr>
      <w:r>
        <w:t>جہاں آپ چھوڑ کے جائیں گے، وہاں بھی دنیا ہی ہوگی۔ یہ ایک لفظ بھی غلط سمجھا جاتا ہے کہ ترک دنیا۔ ترک دنیا کیا ہے؟ آپ ترک دنیا کر نہیں سکتے۔</w:t>
      </w:r>
    </w:p>
    <w:p>
      <w:r>
        <w:rPr>
          <w:b/>
        </w:rPr>
        <w:t xml:space="preserve">[1:12:04] </w:t>
      </w:r>
      <w:r>
        <w:t>Aap marne se</w:t>
      </w:r>
    </w:p>
    <w:p>
      <w:pPr>
        <w:jc w:val="right"/>
      </w:pPr>
      <w:r>
        <w:t>آپ مرنے سے</w:t>
      </w:r>
    </w:p>
    <w:p>
      <w:r>
        <w:rPr>
          <w:b/>
        </w:rPr>
        <w:t xml:space="preserve">[1:12:06] </w:t>
      </w:r>
      <w:r>
        <w:t>pehlay jahan aap jayen ge, woh bhi dunya hogi. Wahan par to tark-e-dunya is nothing. Asal cheez yeh hai ke aap seeker hon, aap cheezon ko, yani is se lesson lene ka aap ke andar mada ho, gehrai mein cheezon ko sochein.</w:t>
      </w:r>
    </w:p>
    <w:p>
      <w:pPr>
        <w:jc w:val="right"/>
      </w:pPr>
      <w:r>
        <w:t>پہلے جہاں آپ جائیں گے، وہ بھی دنیا ہوگی۔ وہاں پر تو ترک دنیا از نتھنگ۔ اصل چیز یہ ہے کہ آپ سیکھر ہوں، آپ چیزوں کو، یعنی اس سے لیسن لینے کا آپ کے اندر مادہ ہو، گہرائی میں چیزوں کو سوچیں۔</w:t>
      </w:r>
    </w:p>
    <w:p>
      <w:r>
        <w:rPr>
          <w:b/>
        </w:rPr>
        <w:t xml:space="preserve">[1:12:25] </w:t>
      </w:r>
      <w:r>
        <w:t>Aap is ki zaroorat hai. Tark-e-dunya keh na to koi cheez hai, na woh mumkin hai. Jahan aap chhod ke jayen ge, woh bhi dunya hogi.</w:t>
      </w:r>
    </w:p>
    <w:p>
      <w:pPr>
        <w:jc w:val="right"/>
      </w:pPr>
      <w:r>
        <w:t>آپ اس کی ضرورت ہے۔ ترک دنیا کہ نہ تو کوئی چیز ہے، نہ وہ ممکن ہے۔ جہاں آپ چھوڑ کے جائیں گے، وہ بھی دنیا ہوگی۔</w:t>
      </w:r>
    </w:p>
    <w:p>
      <w:r>
        <w:rPr>
          <w:b/>
        </w:rPr>
        <w:t xml:space="preserve">[1:12:35] </w:t>
      </w:r>
      <w:r>
        <w:t>Ek</w:t>
      </w:r>
    </w:p>
    <w:p>
      <w:pPr>
        <w:jc w:val="right"/>
      </w:pPr>
      <w:r>
        <w:t>ایک</w:t>
      </w:r>
    </w:p>
    <w:p>
      <w:r>
        <w:rPr>
          <w:b/>
        </w:rPr>
        <w:t xml:space="preserve">[1:12:37] </w:t>
      </w:r>
      <w:r>
        <w:t>Is liye yeh yeh koi yeh koi hal nahi hai. Maulana, agla ek comment aaya hai Qatar se Maulana Abdul Basit Umri sahab</w:t>
      </w:r>
    </w:p>
    <w:p>
      <w:pPr>
        <w:jc w:val="right"/>
      </w:pPr>
      <w:r>
        <w:t>اس لیے یہ یہ کوئی یہ کوئی حل نہیں ہے۔ مولانا، اگلا ایک کمنٹ آیا ہے قطر سے مولانا عبدالباسط عمری صاحب</w:t>
      </w:r>
    </w:p>
    <w:p>
      <w:r>
        <w:rPr>
          <w:b/>
        </w:rPr>
        <w:t xml:space="preserve">[1:12:48] </w:t>
      </w:r>
      <w:r>
        <w:t>ka. Unhon ne likha hai: "Maulana, jis Khuda ne mujhe paida kiya, jo mere liye zindagi ke sare intezammat kar raha hai, us Khuda ke baray mein mujhe abhi tak apne poore wajood ke sath, poore shaoor ke sath ek bar bhi yeh kehne ko naseeb nahi hua ke aye Khuda, tu mera Khuda hai."</w:t>
      </w:r>
    </w:p>
    <w:p>
      <w:pPr>
        <w:jc w:val="right"/>
      </w:pPr>
      <w:r>
        <w:t>کا۔ انہوں نے لکھا ہے: "مولانا، جس خدا نے مجھے پیدا کیا، جو میرے لیے زندگی کے سارے انتظامات کر رہا ہے، اس خدا کے بارے میں مجھے ابھی تک اپنے پورے وجود کے ساتھ، پورے شعور کے ساتھ ایک بار بھی یہ کہنے کو نصیب نہیں ہوا کہ اے خدا، تو میرا خدا ہے۔"</w:t>
      </w:r>
    </w:p>
    <w:p>
      <w:r>
        <w:rPr>
          <w:b/>
        </w:rPr>
        <w:t xml:space="preserve">[1:13:14] </w:t>
      </w:r>
      <w:r>
        <w:t>Maulana, agla sawal lete hain jo Delhi se hai Muhammad Asif Riyaz sahab ka. Unhon ne likha hai: "Maulana sahab, I feel a great happiness in writing the glory of God, but as a journalist, sometimes I need to write some political articles.</w:t>
      </w:r>
    </w:p>
    <w:p>
      <w:pPr>
        <w:jc w:val="right"/>
      </w:pPr>
      <w:r>
        <w:t>مولانا، اگلا سوال لیتے ہیں جو دلی سے ہے محمد اصف ریاض صاحب کا۔ انہوں نے لکھا ہے: "مولانا صاحب، آئی فیل ا گریٹ ہیپینس ان رائٹنگ دا گلوری اف گاڈ، بٹ ایز ا جرنلسٹ، سم ٹائمز آئی نیڈ ٹو رائٹ سم پولیٹیکل آرٹیکلز۔</w:t>
      </w:r>
    </w:p>
    <w:p>
      <w:r>
        <w:rPr>
          <w:b/>
        </w:rPr>
        <w:t xml:space="preserve">[1:13:32] </w:t>
      </w:r>
      <w:r>
        <w:t>While doing so, I feel my whole personality is splitted. Maulana sahab, let me know what should I do in this situation?"</w:t>
      </w:r>
    </w:p>
    <w:p>
      <w:pPr>
        <w:jc w:val="right"/>
      </w:pPr>
      <w:r>
        <w:t>وائل ڈوئنگ سو، آئی فیل مائی ہول پرسنیلٹی از سپلٹڈ۔ مولانا صاحب، لیٹ می نو واٹ شوڈ آئی ڈو ان دس سچویشن؟"</w:t>
      </w:r>
    </w:p>
    <w:p>
      <w:r>
        <w:rPr>
          <w:b/>
        </w:rPr>
        <w:t xml:space="preserve">[1:13:43] </w:t>
      </w:r>
      <w:r>
        <w:t>nahi, main samajhta hoon ke split hone ka koi sawal nahi hai. Aap chahe politics par likhein, chahe cheenti par likhein, chahe chand suraj par likhein, har jagah aap lesson le sakte hain.</w:t>
      </w:r>
    </w:p>
    <w:p>
      <w:pPr>
        <w:jc w:val="right"/>
      </w:pPr>
      <w:r>
        <w:t>نہیں، میں سمجھتا ہوں کہ اسپلٹ ہونے کا کوئی سوال نہیں ہے۔ آپ چاہے پولیٹکس پر لکھیں، چاہے چیونٹی پر لکھیں، چاہے چاند سورج پر لکھیں، ہر جگہ آپ لیسن لے سکتے ہیں۔</w:t>
      </w:r>
    </w:p>
    <w:p>
      <w:r>
        <w:rPr>
          <w:b/>
        </w:rPr>
        <w:t xml:space="preserve">[1:13:57] </w:t>
      </w:r>
      <w:r>
        <w:t>Basic baat jo hai, woh lesson lene ki hai. Aadmi ke andar yeh zehan agar ho ke cheezon mein woh lesson le sake toh har cheez mein lesson hai.</w:t>
      </w:r>
    </w:p>
    <w:p>
      <w:pPr>
        <w:jc w:val="right"/>
      </w:pPr>
      <w:r>
        <w:t>بیسک بات جو ہے، وہ لیسن لینے کی ہے۔ آدمی کے اندر یہ ذہن اگر ہو کہ چیزوں میں وہ لیسن لے سکے تو ہر چیز میں لیسن ہے۔</w:t>
      </w:r>
    </w:p>
    <w:p>
      <w:r>
        <w:rPr>
          <w:b/>
        </w:rPr>
        <w:t xml:space="preserve">[1:14:08] </w:t>
      </w:r>
      <w:r>
        <w:t>Shaitan ki kahani bhi lesson hai. Political article likhe hain, tab bhi lesson hai. Main toh koi bhi cheez padhta hoon, chahe woh politics ho ya koi bhi, is mein mujhe lesson milta hai.</w:t>
      </w:r>
    </w:p>
    <w:p>
      <w:pPr>
        <w:jc w:val="right"/>
      </w:pPr>
      <w:r>
        <w:t>شیطان کی کہانی بھی لیسن ہے۔ پولیٹیکل آرٹیکل لکھے ہیں، تب بھی لیسن ہے۔ میں تو کوئی بھی چیز پڑھتا ہوں، چاہے وہ پولیٹکس ہو یا کوئی بھی، اس میں مجھے لیسن ملتا ہے۔</w:t>
      </w:r>
    </w:p>
    <w:p>
      <w:r>
        <w:rPr>
          <w:b/>
        </w:rPr>
        <w:t xml:space="preserve">[1:14:20] </w:t>
      </w:r>
      <w:r>
        <w:t>Aisi cheez hai lesson, us ko kehte hain toosam. Yaani aisi cheez jo apne andar paida karna hai, woh toosam hai. Toosam, toosam agar hai toh har cheez mein aap ko marifat milti rahegi.</w:t>
      </w:r>
    </w:p>
    <w:p>
      <w:pPr>
        <w:jc w:val="right"/>
      </w:pPr>
      <w:r>
        <w:t>ایسی چیز ہے لیسن، اس کو کہتے ہیں توسم۔ یعنی ایسی چیز جو اپنے اندر پیدا کرنا ہے، وہ توسم ہے۔ توسم، توسم اگر ہے تو ہر چیز میں آپ کو معرفت ملتی رہے گی۔</w:t>
      </w:r>
    </w:p>
    <w:p>
      <w:r>
        <w:rPr>
          <w:b/>
        </w:rPr>
        <w:t xml:space="preserve">[1:14:36] </w:t>
      </w:r>
      <w:r>
        <w:t>Chaahe chaahe aap political mazmoon likh rahe hain ya roohani likh rahe hain, asal cheez jo matloob hai, woh toosam hai.</w:t>
      </w:r>
    </w:p>
    <w:p>
      <w:pPr>
        <w:jc w:val="right"/>
      </w:pPr>
      <w:r>
        <w:t>چاہے چاہے آپ پولیٹیکل مضمون لکھ رہے ہیں یا روحانی لکھ رہے ہیں، اصل چیز جو مطلوب ہے، وہ توسم ہے۔</w:t>
      </w:r>
    </w:p>
    <w:p>
      <w:r>
        <w:rPr>
          <w:b/>
        </w:rPr>
        <w:t xml:space="preserve">[1:14:48] </w:t>
      </w:r>
      <w:r>
        <w:t>Toosam paida kijiye. Aap idhar toosam ka matlab hota hai to draw lesson, cheezon se sabak nikalna. Asal cheez is ki zaroorat hai.</w:t>
      </w:r>
    </w:p>
    <w:p>
      <w:pPr>
        <w:jc w:val="right"/>
      </w:pPr>
      <w:r>
        <w:t>توسم پیدا کیجئے۔ آپ ادھر توسم کا مطلب ہوتا ہے ٹو ڈرا لیسن، چیزوں سے سبق نکالنا۔ اصل چیز اس کی ضرورت ہے۔</w:t>
      </w:r>
    </w:p>
    <w:p>
      <w:r>
        <w:rPr>
          <w:b/>
        </w:rPr>
        <w:t xml:space="preserve">[1:14:59] </w:t>
      </w:r>
      <w:r>
        <w:t>Main toh Allah ke fazl se kuch bhi padhta hoon, chahe kitna hi political ho. Maslan dekhiye, abhi main ek chupa hai Times of India mein ek poore page ka ek interview,</w:t>
      </w:r>
    </w:p>
    <w:p>
      <w:pPr>
        <w:jc w:val="right"/>
      </w:pPr>
      <w:r>
        <w:t>میں تو اللہ کے فضل سے کچھ بھی پڑھتا ہوں، چاہے کتنا ہی پولیٹیکل ہو۔ مثلاً دیکھیے، ابھی میں ایک چھپا ہے ٹائمز آف انڈیا میں ایک پورے پیج کا ایک انٹرویو،</w:t>
      </w:r>
    </w:p>
    <w:p>
      <w:r>
        <w:rPr>
          <w:b/>
        </w:rPr>
        <w:t xml:space="preserve">[1:15:17] </w:t>
      </w:r>
      <w:r>
        <w:t>Yaani Uttar Pradesh ke jo Chief Minister hain, Akhilesh Yadav, un ka interview hai. Kai logon ne mil ke</w:t>
      </w:r>
    </w:p>
    <w:p>
      <w:pPr>
        <w:jc w:val="right"/>
      </w:pPr>
      <w:r>
        <w:t>یعنی اتر پردیش کے جو چیف منسٹر ہیں، اکلیش یادو، ان کا انٹرویو ہے۔ کئی لوگوں نے مل کے</w:t>
      </w:r>
    </w:p>
    <w:p>
      <w:r>
        <w:rPr>
          <w:b/>
        </w:rPr>
        <w:t xml:space="preserve">[1:15:26] </w:t>
      </w:r>
      <w:r>
        <w:t>Interview liya, woh saara political interview hai, ek dum political. Is mein mujhe ek bahut ajeeb cheez mil gayi. Maslan dekhiye, interviewer ne un se poocha ke jab aap Chief Minister bane toh aap ne aap ne khoi kya?</w:t>
      </w:r>
    </w:p>
    <w:p>
      <w:pPr>
        <w:jc w:val="right"/>
      </w:pPr>
      <w:r>
        <w:t>انٹرویو لیا، وہ سارا پولیٹیکل انٹرویو ہے، ایک دم پولیٹیکل۔ اس میں مجھے ایک بہت عجیب چیز مل گئی۔ مثلاً دیکھیے، انٹرویوئر نے ان سے پوچھا کہ جب آپ چیف منسٹر بنے تو آپ نے آپ نے کھوئی کیا؟</w:t>
      </w:r>
    </w:p>
    <w:p>
      <w:r>
        <w:rPr>
          <w:b/>
        </w:rPr>
        <w:t xml:space="preserve">[1:15:43] </w:t>
      </w:r>
      <w:r>
        <w:t>Kya cheez khoi aap ne? Yeh ajeeb sawal hai, kya cheez miss kiya aap ne? Yaani</w:t>
      </w:r>
    </w:p>
    <w:p>
      <w:pPr>
        <w:jc w:val="right"/>
      </w:pPr>
      <w:r>
        <w:t>کیا چیز کھوئی آپ نے؟ یہ عجیب سوال ہے، کیا چیز مس کیا آپ نے؟ یعنی</w:t>
      </w:r>
    </w:p>
    <w:p>
      <w:r>
        <w:rPr>
          <w:b/>
        </w:rPr>
        <w:t xml:space="preserve">[1:15:52] </w:t>
      </w:r>
      <w:r>
        <w:t>Chief Minister banne ke baad woh cheez kya thi jis ko aap ne miss kiya? Toh foran woh kehta hai: "Time, time miss kiya hua hai.</w:t>
      </w:r>
    </w:p>
    <w:p>
      <w:pPr>
        <w:jc w:val="right"/>
      </w:pPr>
      <w:r>
        <w:t>چیف منسٹر بننے کے بعد وہ چیز کیا تھی جس کو آپ نے مس کیا؟ تو فوراً وہ کہتا ہے: "ٹائم، ٹائم مس کیا ہوا ہے۔</w:t>
      </w:r>
    </w:p>
    <w:p>
      <w:r>
        <w:rPr>
          <w:b/>
        </w:rPr>
        <w:t xml:space="preserve">[1:16:03] </w:t>
      </w:r>
      <w:r>
        <w:t>Mere paas koi time hi nahi. Har waqt political is mein phansa hua hota hoon." Toh maine shaoor ada kiya ke main Chief Minister nahi hoon. Waqeatan main is waqt mujhe rona aa gaya ke Khuda ka tera bada shukar hai ke tune mujh ko Chief Minister nahi banaya.</w:t>
      </w:r>
    </w:p>
    <w:p>
      <w:pPr>
        <w:jc w:val="right"/>
      </w:pPr>
      <w:r>
        <w:t>میرے پاس کوئی ٹائم ہی نہیں۔ ہر وقت پولیٹیکل اس میں پھنسا ہوا ہوتا ہوں۔" تو میں نے شعور ادا کیا کہ میں چیف منسٹر نہیں ہوں۔ واقعتاً میں اس وقت مجھے رونا آ گیا کہ خدا کا تیرا بڑا شکر ہے کہ تو نے مجھ کو چیف منسٹر نہیں بنایا۔</w:t>
      </w:r>
    </w:p>
    <w:p>
      <w:r>
        <w:rPr>
          <w:b/>
        </w:rPr>
        <w:t xml:space="preserve">[1:16:22] </w:t>
      </w:r>
      <w:r>
        <w:t>Mere paas time hai sochne ka, toh har cheez mein mujhe toh sabak milta hai. Toh jo cheez darkaar hai, woh toosam, toosam hai.</w:t>
      </w:r>
    </w:p>
    <w:p>
      <w:pPr>
        <w:jc w:val="right"/>
      </w:pPr>
      <w:r>
        <w:t>میرے پاس ٹائم ہے سوچنے کا، تو ہر چیز میں مجھے تو سبق ملتا ہے۔ تو جو چیز درکار ہے، وہ توسم، توسم ہے۔</w:t>
      </w:r>
    </w:p>
    <w:p>
      <w:r>
        <w:rPr>
          <w:b/>
        </w:rPr>
        <w:t xml:space="preserve">[1:16:36] </w:t>
      </w:r>
      <w:r>
        <w:t>Toosam paida kijiye apne andar. Maulana, agla sawal Delhi se hai Maulana Sharq Hussain Sahab ka.</w:t>
      </w:r>
    </w:p>
    <w:p>
      <w:pPr>
        <w:jc w:val="right"/>
      </w:pPr>
      <w:r>
        <w:t>توسم پیدا کیجئے اپنے اندر۔ مولانا، اگلا سوال دلی سے ہے مولانا شارق حسین صاحب کا۔</w:t>
      </w:r>
    </w:p>
    <w:p>
      <w:r>
        <w:rPr>
          <w:b/>
        </w:rPr>
        <w:t xml:space="preserve">[1:16:43] </w:t>
      </w:r>
      <w:r>
        <w:t>Unhone likha hai: "Aap ne apni kitaab Islam Islam Daur Jadeed ka Khaliq mein tareekhi reference ke saath dikhaya hai ke science ka aaghaz Daur Awwal ke Musalmanon ne kiya,</w:t>
      </w:r>
    </w:p>
    <w:p>
      <w:pPr>
        <w:jc w:val="right"/>
      </w:pPr>
      <w:r>
        <w:t>انہوں نے لکھا ہے: "آپ نے اپنی کتاب اسلام اسلام دور جدید کا خالق میں تاریخی ریفرنس کے ساتھ دکھایا ہے کہ سائنس کا آغاز دور اول کے مسلمانوں نے کیا،</w:t>
      </w:r>
    </w:p>
    <w:p>
      <w:r>
        <w:rPr>
          <w:b/>
        </w:rPr>
        <w:t xml:space="preserve">[1:16:57] </w:t>
      </w:r>
      <w:r>
        <w:t>Phir baad ko Musalmanon ne science ko chhod kyu diya?" Is ke baray mein bataein. Main ne yeh nahi kaha ke Daur Awwal ko Musalmanon ne kiya, yeh main ne nahi likha.</w:t>
      </w:r>
    </w:p>
    <w:p>
      <w:pPr>
        <w:jc w:val="right"/>
      </w:pPr>
      <w:r>
        <w:t>پھر بعد کو مسلمانوں نے سائنس کو چھوڑ کیوں دیا؟" اس کے بارے میں بتائیں۔ میں نے یہ نہیں کہا کہ دور اول کو مسلمانوں نے کیا، یہ میں نے نہیں لکھا۔</w:t>
      </w:r>
    </w:p>
    <w:p>
      <w:r>
        <w:rPr>
          <w:b/>
        </w:rPr>
        <w:t xml:space="preserve">[1:17:07] </w:t>
      </w:r>
      <w:r>
        <w:t>Yeh yeh jumla mera nahi hai.</w:t>
      </w:r>
    </w:p>
    <w:p>
      <w:pPr>
        <w:jc w:val="right"/>
      </w:pPr>
      <w:r>
        <w:t>یہ یہ جملہ میرا نہیں ہے۔</w:t>
      </w:r>
    </w:p>
    <w:p>
      <w:r>
        <w:rPr>
          <w:b/>
        </w:rPr>
        <w:t xml:space="preserve">[1:17:10] </w:t>
      </w:r>
      <w:r>
        <w:t>Daur Awwal ko Musalmanon ne science ka aaghaz kiya, yeh mera jumla nahi hai. Main kaha tha: "Phir se aap padhiye is ko aur sahi alfaaz mein sawal kijiye." Yeh sahi alfaaz nahi hain, yeh sahi alfaaz nahi hain ke Daur Awwal ke Musalmanon ne science ka aaghaz kiya, yeh main ne nahi likha.</w:t>
      </w:r>
    </w:p>
    <w:p>
      <w:pPr>
        <w:jc w:val="right"/>
      </w:pPr>
      <w:r>
        <w:t>دور اول کو مسلمانوں نے سائنس کا آغاز کیا، یہ میرا جملہ نہیں ہے۔ میں کہا تھا: "پھر سے آپ پڑھیے اس کو اور صحیح الفاظ میں سوال کیجئے۔" یہ صحیح الفاظ نہیں ہیں، یہ صحیح الفاظ نہیں ہیں کہ دور اول کے مسلمانوں نے سائنس کا آغاز کیا، یہ میں نے نہیں لکھا۔</w:t>
      </w:r>
    </w:p>
    <w:p>
      <w:r>
        <w:rPr>
          <w:b/>
        </w:rPr>
        <w:t xml:space="preserve">[1:17:28] </w:t>
      </w:r>
      <w:r>
        <w:t>Phir se padhiye aur agle hafte phir sahi sawal kijiye. Mere alfaaz jo hain, us ko le kar ke. Maulana, agla sawal Delhi se hai Miss Saadia Khan ka.</w:t>
      </w:r>
    </w:p>
    <w:p>
      <w:pPr>
        <w:jc w:val="right"/>
      </w:pPr>
      <w:r>
        <w:t>پھر سے پڑھیے اور اگلے ہفتے پھر صحیح سوال کیجئے۔ میرے الفاظ جو ہیں، اس کو لے کر کے۔ مولانا، اگلا سوال دلی سے ہے مس سعدیہ خان کا۔</w:t>
      </w:r>
    </w:p>
    <w:p>
      <w:r>
        <w:rPr>
          <w:b/>
        </w:rPr>
        <w:t xml:space="preserve">[1:17:39] </w:t>
      </w:r>
      <w:r>
        <w:t>Unhone likha hai: "The opening words of the Quran for 113 chapters refers to God as being merciful and gracious.</w:t>
      </w:r>
    </w:p>
    <w:p>
      <w:pPr>
        <w:jc w:val="right"/>
      </w:pPr>
      <w:r>
        <w:t>انہوں نے لکھا ہے: "دی اوپننگ ورڈز اف دا قرآن فار 113 چیپٹرز ریفرز ٹو گاڈ ایز بینگ مرسی فل اینڈ گریشیس۔</w:t>
      </w:r>
    </w:p>
    <w:p>
      <w:r>
        <w:rPr>
          <w:b/>
        </w:rPr>
        <w:t xml:space="preserve">[1:17:50] </w:t>
      </w:r>
      <w:r>
        <w:t>Why out of all the qualities would God choose to single out these two?" Kindly comment</w:t>
      </w:r>
    </w:p>
    <w:p>
      <w:pPr>
        <w:jc w:val="right"/>
      </w:pPr>
      <w:r>
        <w:t>وائی آؤٹ اف ال دا کوالٹیز وڈ گاڈ چوز ٹو سنگل آؤٹ دیز ٹو؟" کائنڈلی کمنٹ</w:t>
      </w:r>
    </w:p>
    <w:p>
      <w:r>
        <w:rPr>
          <w:b/>
        </w:rPr>
        <w:t xml:space="preserve">[1:17:57] </w:t>
      </w:r>
      <w:r>
        <w:t>Aur nahi toh Quran mein aur doosre jo Khuda ke doosre jo attributes woh bayan kiye gaye hain, yahan par yaani is ko highlight kiya gaya hai kyunke insaan ka yeh bahut bada concern hai ke Khuda mujh par reham kare, mere saath blessing kare.</w:t>
      </w:r>
    </w:p>
    <w:p>
      <w:pPr>
        <w:jc w:val="right"/>
      </w:pPr>
      <w:r>
        <w:t>۔ نہیں تو قرآن میں اور دوسرے جو خدا کے دوسرے جو ایٹریبیوٹس وہ بیان کیے گئے ہیں، یہاں پر یعنی اس کو ہائی لائٹ کیا گیا ہے کیونکہ انسان کا یہ بہت بڑا کنسرن ہے کہ خدا مجھ پر رحم کرے، میرے ساتھ بلیسنگ کرے۔</w:t>
      </w:r>
    </w:p>
    <w:p>
      <w:r>
        <w:rPr>
          <w:b/>
        </w:rPr>
        <w:t xml:space="preserve">[1:18:16] </w:t>
      </w:r>
      <w:r>
        <w:t>Yeh toh bahut bada yaani wajood toh de chuka Khuda. Ab mujhe dua thodi karna hai ke Khuda mujhe wajood de de, mujhe paida kar de</w:t>
      </w:r>
    </w:p>
    <w:p>
      <w:pPr>
        <w:jc w:val="right"/>
      </w:pPr>
      <w:r>
        <w:t>یہ تو بہت بڑا یعنی وجود تو دے چکا خدا۔ اب مجھے دعا تھوڑی کرنا ہے کہ خدا مجھے وجود دے دے، مجھے پیدا کر د</w:t>
      </w:r>
    </w:p>
    <w:p>
      <w:r>
        <w:rPr>
          <w:b/>
        </w:rPr>
        <w:t xml:space="preserve">[1:18:24] </w:t>
      </w:r>
      <w:r>
        <w:t>Main toh paida ho chuka, paida ho chuka hoon. Main toh ab jo doosra concern mera hai ke mere saath Khuda basic mamla mamla kare.</w:t>
      </w:r>
    </w:p>
    <w:p>
      <w:pPr>
        <w:jc w:val="right"/>
      </w:pPr>
      <w:r>
        <w:t>ے۔ میں تو پیدا ہو چکا، پیدا ہو چکا ہوں۔ میں تو اب جو دوسرا کنسرن میرا ہے کہ میرے ساتھ خدا بیسک معاملہ معاملہ کرے۔</w:t>
      </w:r>
    </w:p>
    <w:p>
      <w:r>
        <w:rPr>
          <w:b/>
        </w:rPr>
        <w:t xml:space="preserve">[1:18:34] </w:t>
      </w:r>
      <w:r>
        <w:t>Is liye is ko highlight kiya gaya hai, warna Quran mein aur doosre jo Allah Ta'ala ke attributes hain, uska bhi zikr hai.</w:t>
      </w:r>
    </w:p>
    <w:p>
      <w:pPr>
        <w:jc w:val="right"/>
      </w:pPr>
      <w:r>
        <w:t>اس لیے اس کو ہائی لائٹ کیا گیا ہے، ورنہ قرآن میں اور دوسرے جو اللہ تعالیٰ کے ایٹریبیوٹس ہیں، اس کا بھی ذکر ہے۔</w:t>
      </w:r>
    </w:p>
    <w:p>
      <w:r>
        <w:rPr>
          <w:b/>
        </w:rPr>
        <w:t xml:space="preserve">[1:18:46] </w:t>
      </w:r>
      <w:r>
        <w:t>maulana, agla sawal dilli se hai maulana ilyas sahab ka</w:t>
      </w:r>
    </w:p>
    <w:p>
      <w:pPr>
        <w:jc w:val="right"/>
      </w:pPr>
      <w:r>
        <w:t>مولانا، اگلا سوال دلی سے ہے مولانا الیاس صاحب کا</w:t>
      </w:r>
    </w:p>
    <w:p>
      <w:r>
        <w:rPr>
          <w:b/>
        </w:rPr>
        <w:t xml:space="preserve">[1:18:49] </w:t>
      </w:r>
      <w:r>
        <w:t>unhon ne likha hai: "aap ne farmaya ke yahoodi isai hamare dost hain, lekin quran mein kaha gaya hai ke tum yahood ko iman walon ka shadeed dushman pao ge.</w:t>
      </w:r>
    </w:p>
    <w:p>
      <w:pPr>
        <w:jc w:val="right"/>
      </w:pPr>
      <w:r>
        <w:t>۔ انہوں نے لکھا ہے: "آپ نے فرمایا کہ یہودی عیسائی ہمارے دوست ہیں، لیکن قرآن میں کہا گیا ہے کہ تم یہود کو ایمان والوں کا شدید دشمن پاؤ گے۔</w:t>
      </w:r>
    </w:p>
    <w:p>
      <w:r>
        <w:rPr>
          <w:b/>
        </w:rPr>
        <w:t xml:space="preserve">[1:19:03] </w:t>
      </w:r>
      <w:r>
        <w:t>is confusion ko door farmayen." lafz dost bane, sawal nahi kiya, yeh aap ka lafz hai. doosri baat hai ke woh jo lafz dushman hai, to aap ne us ko yani un ki poori qaum par phaila rakha hai.</w:t>
      </w:r>
    </w:p>
    <w:p>
      <w:pPr>
        <w:jc w:val="right"/>
      </w:pPr>
      <w:r>
        <w:t>اس کنفیوژن کو دور فرمائیں۔" لفظ دوست بنے، سوال نہیں کیا، یہ آپ کا لفظ ہے۔ دوسری بات ہے کہ وہ جو لفظ دشمن ہے، تو آپ نے اس کو یعنی ان کی پوری قوم پر پھیلا رکھا ہے۔</w:t>
      </w:r>
    </w:p>
    <w:p>
      <w:r>
        <w:rPr>
          <w:b/>
        </w:rPr>
        <w:t xml:space="preserve">[1:19:19] </w:t>
      </w:r>
      <w:r>
        <w:t>is waqt jo log the, contemporary, un ke bare mein yeh lafz hai. yeh bohat bari ghalat fehmi hai ke sare yahudiyon ko, sare isaiyon ko samajh rakha hai ke bilashuba basless تفسیر hai.</w:t>
      </w:r>
    </w:p>
    <w:p>
      <w:pPr>
        <w:jc w:val="right"/>
      </w:pPr>
      <w:r>
        <w:t>اس وقت جو لوگ تھے، کنٹیمپریری، ان کے بارے میں یہ لفظ ہے۔ یہ بہت بڑی غلط فہمی ہے کہ سارے یہودیوں کو، سارے عیسائیوں کو سمجھ رکھا ہے کہ بلاشبہ بیسلیس تفسیر ہے۔</w:t>
      </w:r>
    </w:p>
    <w:p>
      <w:r>
        <w:rPr>
          <w:b/>
        </w:rPr>
        <w:t xml:space="preserve">[1:19:31] </w:t>
      </w:r>
      <w:r>
        <w:t>rasool Allah contemporary ke bare mein baat ho, contemporary moaser hamesha ke liye nahi hai. yeh itni bari bari gustakhiyan musalmanon ne kar rakhi hain.</w:t>
      </w:r>
    </w:p>
    <w:p>
      <w:pPr>
        <w:jc w:val="right"/>
      </w:pPr>
      <w:r>
        <w:t>رسول اللہ کنٹیمپریری کے بارے میں بات ہو، کنٹیمپریری معاصر ہمیشہ کے لیے نہیں ہے۔ یہ اتنی بڑی بڑی گستاخیاں مسلمانوں نے کر رکھی ہیں۔</w:t>
      </w:r>
    </w:p>
    <w:p>
      <w:r>
        <w:rPr>
          <w:b/>
        </w:rPr>
        <w:t xml:space="preserve">[1:19:41] </w:t>
      </w:r>
      <w:r>
        <w:t>mujhe taajjub hota hai ke is ko sare yahudiyon, qayamat tak paida hone wale sare, sare is ko chaspah kar rakha hai. yeh matlab bhi is ka nahi</w:t>
      </w:r>
    </w:p>
    <w:p>
      <w:pPr>
        <w:jc w:val="right"/>
      </w:pPr>
      <w:r>
        <w:t>مجھے تعجب ہوتا ہے کہ اس کو سارے یہودیوں، قیامت تک پیدا ہونے والے سارے، سارے اس کو چسپہ کر رکھا ہے۔ یہ مطلب بھی اس کا نہیں</w:t>
      </w:r>
    </w:p>
    <w:p>
      <w:r>
        <w:rPr>
          <w:b/>
        </w:rPr>
        <w:t xml:space="preserve">[1:19:49] </w:t>
      </w:r>
      <w:r>
        <w:t>hai. woh contemporary christian, contemporary yahudiyon ke bare mein, woh bhi wahan jo the madine mein, woh bhi sara alam ke liye nahi hai. yani quran ko log bazi baziacha-e-atfal bana diya hai.</w:t>
      </w:r>
    </w:p>
    <w:p>
      <w:pPr>
        <w:jc w:val="right"/>
      </w:pPr>
      <w:r>
        <w:t>ہے۔ وہ کنٹیمپریری کرسچن، کنٹیمپریری یہودیوں کے بارے میں، وہ بھی وہاں جو تھے مدینے میں، وہ بھی سارا عالم کے لیے نہیں ہے۔ یعنی قرآن کو لوگ بازی بازیچہ اطفال بنا دیا ہے۔</w:t>
      </w:r>
    </w:p>
    <w:p>
      <w:r>
        <w:rPr>
          <w:b/>
        </w:rPr>
        <w:t xml:space="preserve">[1:20:01] </w:t>
      </w:r>
      <w:r>
        <w:t>yeh yeh bohat taajjub hota hai ke kaise log himmat parti hai ke quran mein aisi baatein kahein. kaisi himmat hoti hai?</w:t>
      </w:r>
    </w:p>
    <w:p>
      <w:pPr>
        <w:jc w:val="right"/>
      </w:pPr>
      <w:r>
        <w:t>یہ یہ بہت تعجب ہوتا ہے کہ کیسے لوگ ہمت پڑتی ہے کہ قرآن میں ایسی باتیں کہیں۔ کیسی ہمت ہوتی ہے؟</w:t>
      </w:r>
    </w:p>
    <w:p>
      <w:r>
        <w:rPr>
          <w:b/>
        </w:rPr>
        <w:t xml:space="preserve">[1:20:11] </w:t>
      </w:r>
      <w:r>
        <w:t>main ne dost ka lafz istemal nahi kiya, main ne istemal kiya jo hadith mein hai: mu'eed, mu'eed, ta'eed.</w:t>
      </w:r>
    </w:p>
    <w:p>
      <w:pPr>
        <w:jc w:val="right"/>
      </w:pPr>
      <w:r>
        <w:t>میں نے دوست کا لفظ استعمال نہیں کیا، میں نے استعمال کیا جو حدیث میں ہے: معید، معید، تائید۔</w:t>
      </w:r>
    </w:p>
    <w:p>
      <w:r>
        <w:rPr>
          <w:b/>
        </w:rPr>
        <w:t xml:space="preserve">[1:20:19] </w:t>
      </w:r>
      <w:r>
        <w:t>yani ta'eedi role in ka hai, ta'eedi role in ka hai. aur yeh to waqea hai. kaun si baat hai jo aaj, yani aap bicycle se le kar car tak aur sui se le kar hawai jahaz tak, kaun si cheezein in ke siwa kisi ne di hain aap ko?</w:t>
      </w:r>
    </w:p>
    <w:p>
      <w:pPr>
        <w:jc w:val="right"/>
      </w:pPr>
      <w:r>
        <w:t>یعنی تائیدی رول ان کا ہے، تائیدی رول ان کا ہے۔ اور یہ تو واقعہ ہے۔ کون سی بات ہے جو آج، یعنی آپ بائیسکل سے لے کر کار تک اور سوئی سے لے کر ہوائی جہاز تک، کون سی چیزیں ان کے سوا کسی نے دی ہیں آپ کو؟</w:t>
      </w:r>
    </w:p>
    <w:p>
      <w:r>
        <w:rPr>
          <w:b/>
        </w:rPr>
        <w:t xml:space="preserve">[1:20:35] </w:t>
      </w:r>
      <w:r>
        <w:t>mujhe bataiye, kis ka naam bataen ge aap? aik aik cheez jo aap istemal karte hain, woh inhi logon se mili hai. aap ko yeh kapra jo aap pehente hain, kis ne class mill banai?</w:t>
      </w:r>
    </w:p>
    <w:p>
      <w:pPr>
        <w:jc w:val="right"/>
      </w:pPr>
      <w:r>
        <w:t>مجھے بتائیے، کس کا نام بتائیں گے آپ؟ ایک ایک چیز جو آپ استعمال کرتے ہیں، وہ انہی لوگوں سے ملی ہے۔ آپ کو یہ کپڑا جو آپ پہنتے ہیں، کس نے کلاس مل بنائی؟</w:t>
      </w:r>
    </w:p>
    <w:p>
      <w:r>
        <w:rPr>
          <w:b/>
        </w:rPr>
        <w:t xml:space="preserve">[1:20:44] </w:t>
      </w:r>
      <w:r>
        <w:t>kis ne ban</w:t>
      </w:r>
    </w:p>
    <w:p>
      <w:pPr>
        <w:jc w:val="right"/>
      </w:pPr>
      <w:r>
        <w:t>کس نے بن</w:t>
      </w:r>
    </w:p>
    <w:p>
      <w:r>
        <w:rPr>
          <w:b/>
        </w:rPr>
        <w:t xml:space="preserve">[1:20:45] </w:t>
      </w:r>
      <w:r>
        <w:t>ai hai? yeh aainak jo pehente hain, aap kis ne di hai? aap ko bhari jo baat hai, har har musalman khade baad di hui hai. kaisi ajeeb baat hai! NehruN likha hai ke mughal hukmaranon ke zamane mein NehruN likha hai apni kitab mein: "discovery of India" mein.</w:t>
      </w:r>
    </w:p>
    <w:p>
      <w:pPr>
        <w:jc w:val="right"/>
      </w:pPr>
      <w:r>
        <w:t>ائی ہے؟ یہ عینک جو پہنتے ہیں، آپ کس نے دی ہے؟ آپ کو بھڑی جو بات ہے، ہر ہر مسلمان کھڑے بعد دی ہوئی ہے۔ کیسی عجیب بات ہے! نہرون لکھا ہے کہ مغل حکمرانوں کے زمانے میں نہرون لکھا ہے اپنی کتاب میں: "ڈسکوری آف انڈیا" میں۔</w:t>
      </w:r>
    </w:p>
    <w:p>
      <w:r>
        <w:rPr>
          <w:b/>
        </w:rPr>
        <w:t xml:space="preserve">[1:21:00] </w:t>
      </w:r>
      <w:r>
        <w:t>bohat hi عبرت ناک baat ke mughal jab rule kar rahe the, jis ko aap kehte hain mughal empire, us zamane mein Europe ke taajir aate the India.</w:t>
      </w:r>
    </w:p>
    <w:p>
      <w:pPr>
        <w:jc w:val="right"/>
      </w:pPr>
      <w:r>
        <w:t>بہت ہی عبرت ناک بات کہ مغل جب رول کر رہے تھے، جس کو آپ کہتے ہیں مغل ایمپائر، اس زمانے میں یورپ کے تاجر آتے تھے انڈیا۔</w:t>
      </w:r>
    </w:p>
    <w:p>
      <w:r>
        <w:rPr>
          <w:b/>
        </w:rPr>
        <w:t xml:space="preserve">[1:21:12] </w:t>
      </w:r>
      <w:r>
        <w:t>us zamane mein woh ban chuki thi ghari, jis ko kehte hain woh spring watch. spring watch ban chuki thi, woh late the aur yahan mahal walon mahaloon mein bechte the bare bare daam par.</w:t>
      </w:r>
    </w:p>
    <w:p>
      <w:pPr>
        <w:jc w:val="right"/>
      </w:pPr>
      <w:r>
        <w:t>اس زمانے میں وہ بن چکی تھی گھڑی، جس کو کہتے ہیں وہ اسپرنگ واچ۔ اسپرنگ واچ بن چکی تھی، وہ لاتے تھے اور یہاں محل والوں محلوں میں بیچتے تھے بڑے بڑے دام پر۔</w:t>
      </w:r>
    </w:p>
    <w:p>
      <w:r>
        <w:rPr>
          <w:b/>
        </w:rPr>
        <w:t xml:space="preserve">[1:21:26] </w:t>
      </w:r>
      <w:r>
        <w:t>unhon ne likha hai, likha hai ke mughlon ko yeh curiosity nahi hui ke daryaft karein ke bhai kaisi ghari hai yeh. yani musalman ab bhi wahi reit ki ghari aur pani ghariyon</w:t>
      </w:r>
    </w:p>
    <w:p>
      <w:pPr>
        <w:jc w:val="right"/>
      </w:pPr>
      <w:r>
        <w:t>انہوں نے لکھا ہے، لکھا ہے کہ مغلوں کو یہ کوروسٹی نہیں ہوئی کہ دریافت کریں کہ بھئی کیسی گھڑی ہے یہ۔ یعنی مسلمان اب بھی وہی ریت کی گھڑی اور پانی گھڑیوں</w:t>
      </w:r>
    </w:p>
    <w:p>
      <w:r>
        <w:rPr>
          <w:b/>
        </w:rPr>
        <w:t xml:space="preserve">[1:21:37] </w:t>
      </w:r>
      <w:r>
        <w:t>ji rahe the. unhon ne spring watch bana di, lekin un ko kuch shauq nahi hua daryaft karne ka. jin ko aap kehte hain dushman, usi par ji rahe hain.</w:t>
      </w:r>
    </w:p>
    <w:p>
      <w:pPr>
        <w:jc w:val="right"/>
      </w:pPr>
      <w:r>
        <w:t>جی رہے تھے۔ انہوں نے اسپرنگ واچ بنا دی، لیکن ان کو کچھ شوق نہیں ہوا دریافت کرنے کا۔ جن کو آپ کہتے ہیں دشمن، اسی پر جی رہے ہیں۔</w:t>
      </w:r>
    </w:p>
    <w:p>
      <w:r>
        <w:rPr>
          <w:b/>
        </w:rPr>
        <w:t xml:space="preserve">[1:21:48] </w:t>
      </w:r>
      <w:r>
        <w:t>aap agar aap jo jo cheezein di hain, un ko istemal na karein to phir loot jayen ge aap wahan par, jahan par, jahan par insan oont par chalta tha, khaimon mein rehta tha.</w:t>
      </w:r>
    </w:p>
    <w:p>
      <w:pPr>
        <w:jc w:val="right"/>
      </w:pPr>
      <w:r>
        <w:t>آپ اگر آپ جو جو چیزیں دی ہیں، ان کو استعمال نہ کریں تو پھر لوٹ جائیں گے آپ وہاں پر، جہاں پر، جہاں پر انسان اونٹ پر چلتا تھا، خیموں میں رہتا تھا۔</w:t>
      </w:r>
    </w:p>
    <w:p>
      <w:r>
        <w:rPr>
          <w:b/>
        </w:rPr>
        <w:t xml:space="preserve">[1:22:01] </w:t>
      </w:r>
      <w:r>
        <w:t>kaisi ajeeb log hain yeh! nihayat itminan se un ki daryaft kar cheezon ke istemal karte hain.</w:t>
      </w:r>
    </w:p>
    <w:p>
      <w:pPr>
        <w:jc w:val="right"/>
      </w:pPr>
      <w:r>
        <w:t>کیسی عجیب لوگ ہیں یہ! نہایت اطمینان سے ان کی دریافت کر چیزوں کے استعمال کرتے ہیں۔</w:t>
      </w:r>
    </w:p>
    <w:p>
      <w:r>
        <w:rPr>
          <w:b/>
        </w:rPr>
        <w:t xml:space="preserve">[1:22:09] </w:t>
      </w:r>
      <w:r>
        <w:t>main apne ghar ke samne jab khada hota hoon aur nihayat shan se log gadiyan le kar ke aur aur scooter le ke daurte hain, to main yeh sochta hoon ke un ke chehre pe itraaf nahi.</w:t>
      </w:r>
    </w:p>
    <w:p>
      <w:pPr>
        <w:jc w:val="right"/>
      </w:pPr>
      <w:r>
        <w:t>میں اپنے گھر کے سامنے جب کھڑا ہوتا ہوں اور نہایت شان سے لوگ گاڑیاں لے کر کے اور اور اسکوٹر لے کے دوڑتے ہیں، تو میں یہ سوچتا ہوں کہ ان کے چہرے پہ اعتراف نہیں۔</w:t>
      </w:r>
    </w:p>
    <w:p>
      <w:r>
        <w:rPr>
          <w:b/>
        </w:rPr>
        <w:t xml:space="preserve">[1:22:19] </w:t>
      </w:r>
      <w:r>
        <w:t>kis ne yeh yeh scooter banaya? kis ne yeh car banai? kis ne woh ghari banai jo aap pehne hue hain? to main aap se bohat hi sakht aik hadith sunana chahta hoon: "man lam yashkur an-nas lam yashkur Allah".</w:t>
      </w:r>
    </w:p>
    <w:p>
      <w:pPr>
        <w:jc w:val="right"/>
      </w:pPr>
      <w:r>
        <w:t>کس نے یہ یہ اسکوٹر بنایا؟ کس نے یہ کار بنائی؟ کس نے وہ گھڑی بنائی جو آپ پہنے ہوئے ہیں؟ تو میں آپ سے بہت ہی سخت ایک حدیث سنانا چاہتا ہوں: "ملم یشکر الناس لم یشکر اللہ"۔</w:t>
      </w:r>
    </w:p>
    <w:p>
      <w:r>
        <w:rPr>
          <w:b/>
        </w:rPr>
        <w:t xml:space="preserve">[1:22:34] </w:t>
      </w:r>
      <w:r>
        <w:t>jo insan ko acknowledge nahi kare ga, woh Khuda pe acknowledge nahi kare ga.</w:t>
      </w:r>
    </w:p>
    <w:p>
      <w:pPr>
        <w:jc w:val="right"/>
      </w:pPr>
      <w:r>
        <w:t>جو انسان کو اکنالج نہیں کرے گا، وہ خدا پہ اکنالج نہیں کرے گا۔</w:t>
      </w:r>
    </w:p>
    <w:p>
      <w:r>
        <w:rPr>
          <w:b/>
        </w:rPr>
        <w:t xml:space="preserve">[1:22:39] </w:t>
      </w:r>
      <w:r>
        <w:t>kitni sakht baat hai yeh ke agar aap insan ka itraaf nahi kar rahe hain to us pani ke Khuda ka itraaf aap nahi kar rahe hain.</w:t>
      </w:r>
    </w:p>
    <w:p>
      <w:pPr>
        <w:jc w:val="right"/>
      </w:pPr>
      <w:r>
        <w:t>کتنی سخت بات ہے یہ کہ اگر آپ انسان کا اعتراف نہیں کر رہے ہیں تو اس پانی کے خدا کا اعتراف آپ نہیں کر رہے ہیں۔</w:t>
      </w:r>
    </w:p>
    <w:p>
      <w:r>
        <w:rPr>
          <w:b/>
        </w:rPr>
        <w:t xml:space="preserve">[1:22:48] </w:t>
      </w:r>
      <w:r>
        <w:t>yeh bilkul galat تفسیر hai ke sari dunya ke qayamat tak paida hone wale hamare hamare isai aur yahoodi jo hain, un ke bare mein quran ne yeh bayan diya hai.</w:t>
      </w:r>
    </w:p>
    <w:p>
      <w:pPr>
        <w:jc w:val="right"/>
      </w:pPr>
      <w:r>
        <w:t>یہ بالکل غلط تفسیر ہے کہ ساری دنیا کے قیامت تک پیدا ہونے والے ہمارے ہمارے عیسائی اور یہودی جو ہیں، ان کے بارے میں قرآن نے یہ بیان دیا ہے۔</w:t>
      </w:r>
    </w:p>
    <w:p>
      <w:r>
        <w:rPr>
          <w:b/>
        </w:rPr>
        <w:t xml:space="preserve">[1:22:57] </w:t>
      </w:r>
      <w:r>
        <w:t>woh contemporary yahudiyon ke bare mein hai, contemporary christian ke bare mein hai, woh bhi woh jo madine mein the, sara alam ke liye nahi hai.</w:t>
      </w:r>
    </w:p>
    <w:p>
      <w:pPr>
        <w:jc w:val="right"/>
      </w:pPr>
      <w:r>
        <w:t>وہ کنٹیمپریری یہودیوں کے بارے میں ہے، کنٹیمپریری کرسچن کے بارے میں ہے، وہ بھی وہ جو مدینے میں تھے، سارا عالم کے لیے نہیں ہے۔</w:t>
      </w:r>
    </w:p>
    <w:p>
      <w:r>
        <w:rPr>
          <w:b/>
        </w:rPr>
        <w:t xml:space="preserve">[1:23:08] </w:t>
      </w:r>
      <w:r>
        <w:t>thik hai sir? maulana, agla sawal rae pur se hai idrees sahab ka. unhon ne likha hai: "What was the use of qira'at to recite Quran prevalent at the time of the prophet." i understand that there are more than one qira'at's.</w:t>
      </w:r>
    </w:p>
    <w:p>
      <w:pPr>
        <w:jc w:val="right"/>
      </w:pPr>
      <w:r>
        <w:t>ٹھیک ہے سر؟ مولانا، اگلا سوال رائے پور سے ہے ادریس صاحب کا۔ انہوں نے لکھا ہے: "واز یوز اف قرۃ ٹو ریسائیڈ قرآن پریویلنٹ ایٹ دا ٹائم اف دا پرافٹ۔" آئی انڈرسٹینڈ دیٹ دیر آر مور دین ون قرۃس۔</w:t>
      </w:r>
    </w:p>
    <w:p>
      <w:r>
        <w:rPr>
          <w:b/>
        </w:rPr>
        <w:t xml:space="preserve">[1:23:25] </w:t>
      </w:r>
      <w:r>
        <w:t>which of them is authentic? nahin nahin, yeh bohat bari ghalat fehmi hai. dekhiye, yeh jo ikhtilaf qirat wali baat hai, is mein bohat bari ghalat fehmi logon ko hai.</w:t>
      </w:r>
    </w:p>
    <w:p>
      <w:pPr>
        <w:jc w:val="right"/>
      </w:pPr>
      <w:r>
        <w:t>وچ اف دیم از اتھینٹک؟ نہیں نہیں، یہ بہت بڑی غلط فہمی ہے۔ دیکھیں، یہ جو اختلاف قرات والی بات ہے، اس میں بہت بڑی غلط فہمی لوگوں کو ہے۔</w:t>
      </w:r>
    </w:p>
    <w:p>
      <w:r>
        <w:rPr>
          <w:b/>
        </w:rPr>
        <w:t xml:space="preserve">[1:23:39] </w:t>
      </w:r>
      <w:r>
        <w:t>yeh is se murad hai lehja. lehja quran hadith mein aata hai ke quran saat lehjon par, saat qirat par utra.</w:t>
      </w:r>
    </w:p>
    <w:p>
      <w:pPr>
        <w:jc w:val="right"/>
      </w:pPr>
      <w:r>
        <w:t>یہ اس سے مراد ہے لہجہ۔ لہجہ قرآن حدیث میں آتا ہے کہ قرآن سات لہجوں پر، سات قرات پر اترا۔</w:t>
      </w:r>
    </w:p>
    <w:p>
      <w:r>
        <w:rPr>
          <w:b/>
        </w:rPr>
        <w:t xml:space="preserve">[1:23:51] </w:t>
      </w:r>
      <w:r>
        <w:t>to woh saat qirat mein sa</w:t>
      </w:r>
    </w:p>
    <w:p>
      <w:pPr>
        <w:jc w:val="right"/>
      </w:pPr>
      <w:r>
        <w:t>تو وہ سات قرات میں س</w:t>
      </w:r>
    </w:p>
    <w:p>
      <w:r>
        <w:rPr>
          <w:b/>
        </w:rPr>
        <w:t xml:space="preserve">[1:23:53] </w:t>
      </w:r>
      <w:r>
        <w:t>at lehja, har har aik ka lehja hota hai. hamari urdu bhi dekhiye, aap dakan mein jaiye, aur lehja hai. bengal mein jaiye, doosra lehja hai. bombay mein jaiye, doosra lehja hai.</w:t>
      </w:r>
    </w:p>
    <w:p>
      <w:pPr>
        <w:jc w:val="right"/>
      </w:pPr>
      <w:r>
        <w:t>ات لہجہ، ہر ہر ایک کا لہجہ ہوتا ہے۔ ہماری اردو بھی دیکھیے، آپ دکن میں جائیے، اور لہجہ ہے۔ بنگال میں جائیے، دوسرا لہجہ ہے۔ بمبئی میں جائیے، دوسرا لہجہ ہے۔</w:t>
      </w:r>
    </w:p>
    <w:p>
      <w:r>
        <w:rPr>
          <w:b/>
        </w:rPr>
        <w:t xml:space="preserve">[1:24:01] </w:t>
      </w:r>
      <w:r>
        <w:t>in delhi mein doosra lehja hai. lucknow mein bhi doosra lehja hai. angrezi zaban bhi har mulk mein alag alag lehje mein boli jati hai. to is se murad hai lehja, jis tarah har zaban mein lehje ka farq hota hai.</w:t>
      </w:r>
    </w:p>
    <w:p>
      <w:pPr>
        <w:jc w:val="right"/>
      </w:pPr>
      <w:r>
        <w:t>ان دلی میں دوسرا لہجہ ہے۔ لکھنؤ میں بھی دوسرا لہجہ ہے۔ انگریزی زبان بھی ہر ملک میں الگ الگ لہجے میں بولی جاتی ہے۔ تو اس سے مراد ہے لہجہ، جس طرح ہر زبان میں لہجے کا فرق ہوتا ہے۔</w:t>
      </w:r>
    </w:p>
    <w:p>
      <w:r>
        <w:rPr>
          <w:b/>
        </w:rPr>
        <w:t xml:space="preserve">[1:24:13] </w:t>
      </w:r>
      <w:r>
        <w:t>arabi mein bhi farq hai. ab bas is se aage kuch bhi nahin. ek saada hai, ek fitri baat hai. is ko ek khwamkhwah tamasha bana rakha hai, aur is ke mahireen paida hote hain.</w:t>
      </w:r>
    </w:p>
    <w:p>
      <w:pPr>
        <w:jc w:val="right"/>
      </w:pPr>
      <w:r>
        <w:t>عربی میں بھی فرق ہے۔ اب بس اس سے آگے کچھ بھی نہیں۔ ایک سادہ ہے، ایک فطری بات ہے۔ اس کو ایک خوامخواہ تماشہ بنا رکھا ہے، اور اس کے ماہرین پیدا ہوتے ہیں۔</w:t>
      </w:r>
    </w:p>
    <w:p>
      <w:r>
        <w:rPr>
          <w:b/>
        </w:rPr>
        <w:t xml:space="preserve">[1:24:24] </w:t>
      </w:r>
      <w:r>
        <w:t>is ke mahireen paida hote hain, woh kuch nahin. woh saada haqeeqat hai ke jis geography mein aadmi paida hota hai, us ke lehaz se is ka lehja banta hai.</w:t>
      </w:r>
    </w:p>
    <w:p>
      <w:pPr>
        <w:jc w:val="right"/>
      </w:pPr>
      <w:r>
        <w:t>اس کے ماہرین پیدا ہوتے ہیں، وہ کچھ نہیں۔ وہ سادہ حقیقت ہے کہ جس جغرافیے میں آدمی پیدا ہوتا ہے، اس کے لحاظ سے اس کا لہجہ بنتا ہے۔</w:t>
      </w:r>
    </w:p>
    <w:p>
      <w:r>
        <w:rPr>
          <w:b/>
        </w:rPr>
        <w:t xml:space="preserve">[1:24:34] </w:t>
      </w:r>
      <w:r>
        <w:t>bas lehje ka farq hai, aur kuch nahin, aur kuch bhi nahin. maulana, agla sawal lete hain jo mumbai se hi hai, aur mr. rakesh ne kiya hai.</w:t>
      </w:r>
    </w:p>
    <w:p>
      <w:pPr>
        <w:jc w:val="right"/>
      </w:pPr>
      <w:r>
        <w:t>بس لہجے کا فرق ہے، اور کچھ نہیں، اور کچھ بھی نہیں۔ مولانا، اگلا سوال لیتے ہیں جو ممبئی سے ہی ہے، اور مسٹر راکیش نے کیا ہے۔</w:t>
      </w:r>
    </w:p>
    <w:p>
      <w:r>
        <w:rPr>
          <w:b/>
        </w:rPr>
        <w:t xml:space="preserve">[1:24:46] </w:t>
      </w:r>
      <w:r>
        <w:t>unhon ne likha hai: "how should we save the upcoming generations from wide spread evil?" kindly comment.</w:t>
      </w:r>
    </w:p>
    <w:p>
      <w:pPr>
        <w:jc w:val="right"/>
      </w:pPr>
      <w:r>
        <w:t>انہوں نے لکھا ہے: "ہاؤ شوڈ وی سیو دی اپ کمنگ جنریشنز فرام وائڈ سپریڈ ایول؟" کائنڈلی کمنٹ۔</w:t>
      </w:r>
    </w:p>
    <w:p>
      <w:r>
        <w:rPr>
          <w:b/>
        </w:rPr>
        <w:t xml:space="preserve">[1:24:57] </w:t>
      </w:r>
      <w:r>
        <w:t>bachana aap ki zimmedari kab hai? batana zimmedari hai,</w:t>
      </w:r>
    </w:p>
    <w:p>
      <w:pPr>
        <w:jc w:val="right"/>
      </w:pPr>
      <w:r>
        <w:t>بچانا آپ کی ذمہ داری کب ہے؟ بتانا ذمہ داری ہے،</w:t>
      </w:r>
    </w:p>
    <w:p>
      <w:r>
        <w:rPr>
          <w:b/>
        </w:rPr>
        <w:t xml:space="preserve">[1:25:02] </w:t>
      </w:r>
      <w:r>
        <w:t>yeh save karna zimmedari nahin aap ki. bataiye, khoob bataiye, yeh aap ki response hai. beti, nahin hai ke aap bachayein.</w:t>
      </w:r>
    </w:p>
    <w:p>
      <w:pPr>
        <w:jc w:val="right"/>
      </w:pPr>
      <w:r>
        <w:t>یہ سیو کرنا ذمہ داری نہیں آپ کی۔ بتائیے، خوب بتائیے، یہ آپ کی رسپانس ہے۔ بیٹی، نہیں ہے کہ آپ بچائیں۔</w:t>
      </w:r>
    </w:p>
    <w:p>
      <w:r>
        <w:rPr>
          <w:b/>
        </w:rPr>
        <w:t xml:space="preserve">[1:25:13] </w:t>
      </w:r>
      <w:r>
        <w:t>bachana aadmi ke apne, yani freedom par base karta hai. insan ko freedom hai, woh chahega to bachaye ga, to nahin bachaye ga.</w:t>
      </w:r>
    </w:p>
    <w:p>
      <w:pPr>
        <w:jc w:val="right"/>
      </w:pPr>
      <w:r>
        <w:t>بچانا آدمی کے اپنے، یعنی فریڈم پر بیس کرتا ہے۔ انسان کو فریڈم ہے، وہ چاہے گا تو بچائے گا، تو نہیں بچائے گا۔</w:t>
      </w:r>
    </w:p>
    <w:p>
      <w:r>
        <w:rPr>
          <w:b/>
        </w:rPr>
        <w:t xml:space="preserve">[1:25:23] </w:t>
      </w:r>
      <w:r>
        <w:t>is ki apni will, apni azadi. aap ko farz hai ke aap bataein, khoob bataiye, khoob bataiye, khoob bataiye.</w:t>
      </w:r>
    </w:p>
    <w:p>
      <w:pPr>
        <w:jc w:val="right"/>
      </w:pPr>
      <w:r>
        <w:t>اس کی اپنی ول، اپنی آزادی۔ آپ کو فرض ہے کہ آپ بتائیں، خوب بتائیے، خوب بتائیے، خوب بتائیے۔</w:t>
      </w:r>
    </w:p>
    <w:p>
      <w:r>
        <w:rPr>
          <w:b/>
        </w:rPr>
        <w:t xml:space="preserve">[1:25:31] </w:t>
      </w:r>
      <w:r>
        <w:t>yeh sochana chhod dijiye ke aap ki zimmedari bachana hai.</w:t>
      </w:r>
    </w:p>
    <w:p>
      <w:pPr>
        <w:jc w:val="right"/>
      </w:pPr>
      <w:r>
        <w:t>یہ سوچنا چھوڑ دیجئے کہ آپ کی ذمہ داری بچانا ہے۔</w:t>
      </w:r>
    </w:p>
    <w:p>
      <w:r>
        <w:rPr>
          <w:b/>
        </w:rPr>
        <w:t xml:space="preserve">[1:25:40] </w:t>
      </w:r>
      <w:r>
        <w:t>batane mein koi rukawat nahin hai, batane mein koi rukawat nahin hai, lekin bachana jo hai, woh is ka aadmi ka apna fe'l hai. woh chahe ga to bachaye ga, nahin nahin bachaye ga.</w:t>
      </w:r>
    </w:p>
    <w:p>
      <w:pPr>
        <w:jc w:val="right"/>
      </w:pPr>
      <w:r>
        <w:t>بتانے میں کوئی رکاوٹ نہیں ہے، بتانے میں کوئی رکاوٹ نہیں ہے، لیکن بچانا جو ہے، وہ اس کا آدمی کا اپنا فعل ہے۔ وہ چاہے گا تو بچائے گا، نہیں نہیں بچائے گا۔</w:t>
      </w:r>
    </w:p>
    <w:p>
      <w:r>
        <w:rPr>
          <w:b/>
        </w:rPr>
        <w:t xml:space="preserve">[1:25:55] </w:t>
      </w:r>
      <w:r>
        <w:t>maulana, agla sawal bangalore se hai abid sahab ka.</w:t>
      </w:r>
    </w:p>
    <w:p>
      <w:pPr>
        <w:jc w:val="right"/>
      </w:pPr>
      <w:r>
        <w:t>مولانا، اگلا سوال بینگلور سے ہے عابد صاحب کا۔</w:t>
      </w:r>
    </w:p>
    <w:p>
      <w:r>
        <w:rPr>
          <w:b/>
        </w:rPr>
        <w:t xml:space="preserve">[1:25:58] </w:t>
      </w:r>
      <w:r>
        <w:t>unhon ne likha hai: "those who talk about spirituality are often equated with becoming a sufi or sadhu.</w:t>
      </w:r>
    </w:p>
    <w:p>
      <w:pPr>
        <w:jc w:val="right"/>
      </w:pPr>
      <w:r>
        <w:t>انہوں نے لکھا ہے: "دوز ہو ٹاک اباؤٹ سپریچولیٹی آر افن ایکویٹڈ ود بیکمنگ ا صوفی اور سادھو۔</w:t>
      </w:r>
    </w:p>
    <w:p>
      <w:r>
        <w:rPr>
          <w:b/>
        </w:rPr>
        <w:t xml:space="preserve">[1:26:07] </w:t>
      </w:r>
      <w:r>
        <w:t>what is your opinion on this?" is par hum bohat kaafi likh chuke hain.</w:t>
      </w:r>
    </w:p>
    <w:p>
      <w:pPr>
        <w:jc w:val="right"/>
      </w:pPr>
      <w:r>
        <w:t>واٹ از یور اوپینین ان دس؟" اس پر ہم بہت کافی لکھ چکے ہیں۔</w:t>
      </w:r>
    </w:p>
    <w:p>
      <w:r>
        <w:rPr>
          <w:b/>
        </w:rPr>
        <w:t xml:space="preserve">[1:26:16] </w:t>
      </w:r>
      <w:r>
        <w:t>kai article aa chuke hain risale mein. fikr islami aap padh lijiye, hamari kitab fikr islami, is mein bohat tafseel se is ki wazahat ki gayi hai.</w:t>
      </w:r>
    </w:p>
    <w:p>
      <w:pPr>
        <w:jc w:val="right"/>
      </w:pPr>
      <w:r>
        <w:t>کئی آرٹیکل آ چکے ہیں رسالے میں۔ فکر اسلامی آپ پڑھ لیجئے، ہماری کتاب فکر اسلامی، اس میں بہت تفصیل سے اس کی وضاحت کی گئی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