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of History December 23, 2012</w:t>
      </w:r>
    </w:p>
    <w:p>
      <w:r>
        <w:t>https://youtu.be/bvjWl3U3Dmw</w:t>
      </w:r>
    </w:p>
    <w:p>
      <w:r>
        <w:rPr>
          <w:b/>
        </w:rPr>
        <w:t xml:space="preserve">[00:14] </w:t>
      </w:r>
      <w:r>
        <w:t>bismillah rahman rahim, wa salli allah ala nabiyil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[00:43] </w:t>
      </w:r>
      <w:r>
        <w:t>"journey of history", tareekh ka safar.</w:t>
      </w:r>
    </w:p>
    <w:p>
      <w:pPr>
        <w:jc w:val="right"/>
      </w:pPr>
      <w:r>
        <w:t>"Journey of History"، تاریخ کا سفر۔</w:t>
      </w:r>
    </w:p>
    <w:p>
      <w:r>
        <w:rPr>
          <w:b/>
        </w:rPr>
        <w:t xml:space="preserve">[00:50] </w:t>
      </w:r>
      <w:r>
        <w:t>dekhiye, tareekh ke safar ke mauzu par bohat kuch likha gaya hai, lekin main ek aur angle se baat karna chahta hoon.</w:t>
      </w:r>
    </w:p>
    <w:p>
      <w:pPr>
        <w:jc w:val="right"/>
      </w:pPr>
      <w:r>
        <w:t>دیکھیں، تاریخ کے سفر کے موضوع پر بہت کچھ لکھا گیا ہے، لیکن میں ایک اور اینگل سے بات کرنا چاہتا ہوں۔</w:t>
      </w:r>
    </w:p>
    <w:p>
      <w:r>
        <w:rPr>
          <w:b/>
        </w:rPr>
        <w:t xml:space="preserve">[01:01] </w:t>
      </w:r>
      <w:r>
        <w:t>mera angle woh hai jo jis ko aap keh sakte hain "divine angle".</w:t>
      </w:r>
    </w:p>
    <w:p>
      <w:pPr>
        <w:jc w:val="right"/>
      </w:pPr>
      <w:r>
        <w:t>میرا اینگل وہ ہے جو جس کو آپ کہہ سکتے ہیں "ڈوائن اینگل"۔</w:t>
      </w:r>
    </w:p>
    <w:p>
      <w:r>
        <w:rPr>
          <w:b/>
        </w:rPr>
        <w:t xml:space="preserve">[01:08] </w:t>
      </w:r>
      <w:r>
        <w:t>yani jo is kainat ka jo creator hai, jo khalique hai, woh jis angle se dekh raha hai history ko,</w:t>
      </w:r>
    </w:p>
    <w:p>
      <w:pPr>
        <w:jc w:val="right"/>
      </w:pPr>
      <w:r>
        <w:t>یعنی جو اس کائنات کا جو کریٹر ہے، جو خالق ہے، وہ جس اینگل سے دیکھ رہا ہے ہسٹری کو،</w:t>
      </w:r>
    </w:p>
    <w:p>
      <w:r>
        <w:rPr>
          <w:b/>
        </w:rPr>
        <w:t xml:space="preserve">[01:22] </w:t>
      </w:r>
      <w:r>
        <w:t>us angle se history mein kya safar ho raha hai aur kahan pohancha hai, us ke bare mein main kuch arz karna chahta hoon.</w:t>
      </w:r>
    </w:p>
    <w:p>
      <w:pPr>
        <w:jc w:val="right"/>
      </w:pPr>
      <w:r>
        <w:t>اس اینگل سے ہسٹری میں کیا سفر ہو رہا ہے اور کہاں پہنچا ہے، اس کے بارے میں میں کچھ عرض کرنا چاہتا ہوں۔</w:t>
      </w:r>
    </w:p>
    <w:p>
      <w:r>
        <w:rPr>
          <w:b/>
        </w:rPr>
        <w:t xml:space="preserve">[01:37] </w:t>
      </w:r>
      <w:r>
        <w:t>aap jante hain ke is kainat ko Allah ne paida kiya, phir us ne solar system banaya, phir us ne planet earth banai,</w:t>
      </w:r>
    </w:p>
    <w:p>
      <w:pPr>
        <w:jc w:val="right"/>
      </w:pPr>
      <w:r>
        <w:t>آپ جانتے ہیں کہ اس کائنات کو اللہ نے پیدا کیا، پھر اس نے سولر سسٹم بنایا، پھر اس نے پلینٹ ارتھ بنائی،</w:t>
      </w:r>
    </w:p>
    <w:p>
      <w:r>
        <w:rPr>
          <w:b/>
        </w:rPr>
        <w:t xml:space="preserve">[01:51] </w:t>
      </w:r>
      <w:r>
        <w:t>jo abhi tak ki sari maloomat ke mutabiq is poori universe mein aik exception hai.</w:t>
      </w:r>
    </w:p>
    <w:p>
      <w:pPr>
        <w:jc w:val="right"/>
      </w:pPr>
      <w:r>
        <w:t>جو ابھی تک کی ساری معلومات کے مطابق اس پوری یونیورس میں ایک ایکسیپشن ہے۔</w:t>
      </w:r>
    </w:p>
    <w:p>
      <w:r>
        <w:rPr>
          <w:b/>
        </w:rPr>
        <w:t xml:space="preserve">[02:00] </w:t>
      </w:r>
      <w:r>
        <w:t>yeh duniya bohat hi bari hai, bohat hi bari, bohat hi bari.</w:t>
      </w:r>
    </w:p>
    <w:p>
      <w:pPr>
        <w:jc w:val="right"/>
      </w:pPr>
      <w:r>
        <w:t>یہ دنیا بہت ہی بڑی ہے، بہت ہی بڑی، بہت ہی بڑی۔</w:t>
      </w:r>
    </w:p>
    <w:p>
      <w:r>
        <w:rPr>
          <w:b/>
        </w:rPr>
        <w:t xml:space="preserve">[02:08] </w:t>
      </w:r>
      <w:r>
        <w:t>lekin is mein</w:t>
      </w:r>
    </w:p>
    <w:p>
      <w:pPr>
        <w:jc w:val="right"/>
      </w:pPr>
      <w:r>
        <w:t>لیکن اس میں</w:t>
      </w:r>
    </w:p>
    <w:p>
      <w:r>
        <w:rPr>
          <w:b/>
        </w:rPr>
        <w:t xml:space="preserve">[02:12] </w:t>
      </w:r>
      <w:r>
        <w:t>tamam talash ke bawajood, yani telescope jab bani to poori universe mein insan ne talash karna shuru kiya ke kya kahin planet earth jaisa koi sayara hai jahan pani ho, jahan life ho,</w:t>
      </w:r>
    </w:p>
    <w:p>
      <w:pPr>
        <w:jc w:val="right"/>
      </w:pPr>
      <w:r>
        <w:t>تمام تلاش کے باوجود، یعنی ٹیلیسکوپ جب بنی تو پوری یونیورس میں انسان نے تلاش کرنا شروع کیا کہ کیا کہیں پلینٹ ارتھ جیسا کوئی سیارہ ہے جہاں پانی ہو، جہاں لائف ہو،</w:t>
      </w:r>
    </w:p>
    <w:p>
      <w:r>
        <w:rPr>
          <w:b/>
        </w:rPr>
        <w:t xml:space="preserve">[02:33] </w:t>
      </w:r>
      <w:r>
        <w:t>jahan zindagi ka saman ho. to abhi tak koi bhi aisa planet poori universe mein nahi mila hai.</w:t>
      </w:r>
    </w:p>
    <w:p>
      <w:pPr>
        <w:jc w:val="right"/>
      </w:pPr>
      <w:r>
        <w:t>جہاں زندگی کا سامان ہو۔ تو ابھی تک کوئی بھی ایسا پلینٹ پوری یونیورس میں نہیں ملا ہے۔</w:t>
      </w:r>
    </w:p>
    <w:p>
      <w:r>
        <w:rPr>
          <w:b/>
        </w:rPr>
        <w:t xml:space="preserve">[02:48] </w:t>
      </w:r>
      <w:r>
        <w:t>jabke universe itni bari hai, itni bari hai ke scientists ka manna hai ke</w:t>
      </w:r>
    </w:p>
    <w:p>
      <w:pPr>
        <w:jc w:val="right"/>
      </w:pPr>
      <w:r>
        <w:t>جبکہ یونیورس اتنی بڑی ہے، اتنی بڑی ہے کہ سائنسدانوں کا ماننا ہے کہ</w:t>
      </w:r>
    </w:p>
    <w:p>
      <w:r>
        <w:rPr>
          <w:b/>
        </w:rPr>
        <w:t xml:space="preserve">[03:02] </w:t>
      </w:r>
      <w:r>
        <w:t>is ka jo radius hai, universe ka jo radius hai, woh itna bara hai ke</w:t>
      </w:r>
    </w:p>
    <w:p>
      <w:pPr>
        <w:jc w:val="right"/>
      </w:pPr>
      <w:r>
        <w:t>اس کا جو ریڈیس ہے، یونیورس کا جو ریڈیس ہے، وہ اتنا بڑا ہے کہ</w:t>
      </w:r>
    </w:p>
    <w:p>
      <w:r>
        <w:rPr>
          <w:b/>
        </w:rPr>
        <w:t xml:space="preserve">[03:13] </w:t>
      </w:r>
      <w:r>
        <w:t>46 billion light years chahiye is ke cover karne ke liye</w:t>
      </w:r>
    </w:p>
    <w:p>
      <w:pPr>
        <w:jc w:val="right"/>
      </w:pPr>
      <w:r>
        <w:t>46 بلین لائٹ ایئرز چاہیے اس کے کور کرنے کے لیے</w:t>
      </w:r>
    </w:p>
    <w:p>
      <w:r>
        <w:rPr>
          <w:b/>
        </w:rPr>
        <w:t xml:space="preserve">[03:20] </w:t>
      </w:r>
      <w:r>
        <w:t>agar koi safar kare.</w:t>
      </w:r>
    </w:p>
    <w:p>
      <w:pPr>
        <w:jc w:val="right"/>
      </w:pPr>
      <w:r>
        <w:t>اگر کوئی سفر کرے۔</w:t>
      </w:r>
    </w:p>
    <w:p>
      <w:r>
        <w:rPr>
          <w:b/>
        </w:rPr>
        <w:t xml:space="preserve">[03:24] </w:t>
      </w:r>
      <w:r>
        <w:t>light years ke mutabiq, yani 186,000 feet second ki raftaar se, tab bhi is ko universe ke radius ko tay karne ke liye 46 billion years chahiye.</w:t>
      </w:r>
    </w:p>
    <w:p>
      <w:pPr>
        <w:jc w:val="right"/>
      </w:pPr>
      <w:r>
        <w:t>لائٹ ایئرز کے مطابق، یعنی 186,000 فیٹ سیکنڈ کی رفتار سے، تب بھی اس کو یونیورس کے ریڈیس کو طے کرنے کے لیے 46 بلین ایئرز چاہیے۔</w:t>
      </w:r>
    </w:p>
    <w:p>
      <w:r>
        <w:rPr>
          <w:b/>
        </w:rPr>
        <w:t xml:space="preserve">[03:42] </w:t>
      </w:r>
      <w:r>
        <w:t>itni bari hai. aur countless stars hain, countless planets hain, countless galaxies hain.</w:t>
      </w:r>
    </w:p>
    <w:p>
      <w:pPr>
        <w:jc w:val="right"/>
      </w:pPr>
      <w:r>
        <w:t>اتنی بڑی ہے۔ اور کاؤنٹ لیس اسٹارز ہیں، کاؤنٹ لیس پلینٹس ہیں، کاؤنٹ لیس گلیکسیز ہیں۔</w:t>
      </w:r>
    </w:p>
    <w:p>
      <w:r>
        <w:rPr>
          <w:b/>
        </w:rPr>
        <w:t xml:space="preserve">[03:55] </w:t>
      </w:r>
      <w:r>
        <w:t>aur jo insan ne jo telescope banai hai, jo modern telescope hai, woh bohat door tak dekh sakti hai.</w:t>
      </w:r>
    </w:p>
    <w:p>
      <w:pPr>
        <w:jc w:val="right"/>
      </w:pPr>
      <w:r>
        <w:t>اور جو انسان نے جو ٹیلیسکوپ بنائی ہے، جو ماڈرن ٹیلیسکوپ ہے، وہ بہت دور تک دیکھ سکتی ہے۔</w:t>
      </w:r>
    </w:p>
    <w:p>
      <w:r>
        <w:rPr>
          <w:b/>
        </w:rPr>
        <w:t xml:space="preserve">[04:07] </w:t>
      </w:r>
      <w:r>
        <w:t>lekin kahin bhi zameen jaisa koi sayara daryaft nahi hua.</w:t>
      </w:r>
    </w:p>
    <w:p>
      <w:pPr>
        <w:jc w:val="right"/>
      </w:pPr>
      <w:r>
        <w:t>لیکن کہیں بھی زمین جیسا کوئی سیارہ دریافت نہیں ہوا۔</w:t>
      </w:r>
    </w:p>
    <w:p>
      <w:r>
        <w:rPr>
          <w:b/>
        </w:rPr>
        <w:t xml:space="preserve">[04:15] </w:t>
      </w:r>
      <w:r>
        <w:t>to Allah ne yeh zameen banai, yahan par pani tha, aur woh sari cheezein jin ko hum kehte hain "life support system".</w:t>
      </w:r>
    </w:p>
    <w:p>
      <w:pPr>
        <w:jc w:val="right"/>
      </w:pPr>
      <w:r>
        <w:t>تو اللہ نے یہ زمین بنائی، یہاں پر پانی تھا، اور وہ ساری چیزیں جن کو ہم کہتے ہیں "لائف سپورٹ سسٹم"۔</w:t>
      </w:r>
    </w:p>
    <w:p>
      <w:r>
        <w:rPr>
          <w:b/>
        </w:rPr>
        <w:t xml:space="preserve">[04:26] </w:t>
      </w:r>
      <w:r>
        <w:t>phir yahan pe insan ko basaya.</w:t>
      </w:r>
    </w:p>
    <w:p>
      <w:pPr>
        <w:jc w:val="right"/>
      </w:pPr>
      <w:r>
        <w:t>پھر یہاں پہ انسان کو بسایا۔</w:t>
      </w:r>
    </w:p>
    <w:p>
      <w:r>
        <w:rPr>
          <w:b/>
        </w:rPr>
        <w:t xml:space="preserve">[04:31] </w:t>
      </w:r>
      <w:r>
        <w:t>to yeh special creation aur yeh special intezam jo hai kis liye hai?</w:t>
      </w:r>
    </w:p>
    <w:p>
      <w:pPr>
        <w:jc w:val="right"/>
      </w:pPr>
      <w:r>
        <w:t>تو یہ اسپیشل کریشن اور یہ اسپیشل اہتمام جو ہے کس لیے ہے؟</w:t>
      </w:r>
    </w:p>
    <w:p>
      <w:r>
        <w:rPr>
          <w:b/>
        </w:rPr>
        <w:t xml:space="preserve">[04:39] </w:t>
      </w:r>
      <w:r>
        <w:t>sach poochhein to yeh paradise ke liye yeh hai insan ko select karna.</w:t>
      </w:r>
    </w:p>
    <w:p>
      <w:pPr>
        <w:jc w:val="right"/>
      </w:pPr>
      <w:r>
        <w:t>سچ پوچھیں تو یہ پارڈائز کے لیے یہ ہے انسان کو سلیکٹ کرنا۔</w:t>
      </w:r>
    </w:p>
    <w:p>
      <w:r>
        <w:rPr>
          <w:b/>
        </w:rPr>
        <w:t xml:space="preserve">[04:53] </w:t>
      </w:r>
      <w:r>
        <w:t>Allah taala ne aik duniya banai jo perfect duniya hai, jo ideal duniya hai,</w:t>
      </w:r>
    </w:p>
    <w:p>
      <w:pPr>
        <w:jc w:val="right"/>
      </w:pPr>
      <w:r>
        <w:t>اللہ تعالیٰ نے ایک دنیا بنائی جو پرفیکٹ دنیا ہے، جو آئیڈیل دنیا ہے،</w:t>
      </w:r>
    </w:p>
    <w:p>
      <w:r>
        <w:rPr>
          <w:b/>
        </w:rPr>
        <w:t xml:space="preserve">[05:00] </w:t>
      </w:r>
      <w:r>
        <w:t>jahan har qism ke desire ki tehqeeq ka kamil saman mojood hai.</w:t>
      </w:r>
    </w:p>
    <w:p>
      <w:pPr>
        <w:jc w:val="right"/>
      </w:pPr>
      <w:r>
        <w:t>جہاں ہر قسم کے ڈیزائر کی تحقیق کا کامل سامان موجود ہے۔</w:t>
      </w:r>
    </w:p>
    <w:p>
      <w:r>
        <w:rPr>
          <w:b/>
        </w:rPr>
        <w:t xml:space="preserve">[05:11] </w:t>
      </w:r>
      <w:r>
        <w:t>to wahan par settle karne ke liye Allah ko insan chahiye.</w:t>
      </w:r>
    </w:p>
    <w:p>
      <w:pPr>
        <w:jc w:val="right"/>
      </w:pPr>
      <w:r>
        <w:t>تو وہاں پر سیٹل کرنے کے لیے اللہ کو انسان چاہیے۔</w:t>
      </w:r>
    </w:p>
    <w:p>
      <w:r>
        <w:rPr>
          <w:b/>
        </w:rPr>
        <w:t xml:space="preserve">[05:19] </w:t>
      </w:r>
      <w:r>
        <w:t>yeh duniya jo hai selection ground hai.</w:t>
      </w:r>
    </w:p>
    <w:p>
      <w:pPr>
        <w:jc w:val="right"/>
      </w:pPr>
      <w:r>
        <w:t>یہ دنیا جو ہے سلیکشن گراؤنڈ ہے۔</w:t>
      </w:r>
    </w:p>
    <w:p>
      <w:r>
        <w:rPr>
          <w:b/>
        </w:rPr>
        <w:t xml:space="preserve">[05:25] </w:t>
      </w:r>
      <w:r>
        <w:t>puri history mein Allah ke angels wash kar rahe hain aur aik aik individual ka record tayar kar rahe hain.</w:t>
      </w:r>
    </w:p>
    <w:p>
      <w:pPr>
        <w:jc w:val="right"/>
      </w:pPr>
      <w:r>
        <w:t>پوری ہسٹری میں اللہ کے اینجلز واش کر رہے ہیں اور ایک ایک انڈیویجول کا ریکارڈ تیار کر رہے ہیں۔</w:t>
      </w:r>
    </w:p>
    <w:p>
      <w:r>
        <w:rPr>
          <w:b/>
        </w:rPr>
        <w:t xml:space="preserve">[05:39] </w:t>
      </w:r>
      <w:r>
        <w:t>to farishton ke record ke mutabiq jo jo afraad, community nahi, koi majmooa nahi, koi bheer nahi, afraad, individuals,</w:t>
      </w:r>
    </w:p>
    <w:p>
      <w:pPr>
        <w:jc w:val="right"/>
      </w:pPr>
      <w:r>
        <w:t>تو فرشتوں کے ریکارڈ کے مطابق جو جو افراد، کمیونٹی نہیں، کوئی مجموعہ نہیں، کوئی بھیڑ نہیں، افراد، انڈیویجولز،</w:t>
      </w:r>
    </w:p>
    <w:p>
      <w:r>
        <w:rPr>
          <w:b/>
        </w:rPr>
        <w:t xml:space="preserve">[05:56] </w:t>
      </w:r>
      <w:r>
        <w:t>puri history se Allah ko select karna hai, woh selection ho raha hai.</w:t>
      </w:r>
    </w:p>
    <w:p>
      <w:pPr>
        <w:jc w:val="right"/>
      </w:pPr>
      <w:r>
        <w:t>پوری ہسٹری سے اللہ کو سلیکٹ کرنا ہے، وہ سلیکشن ہو رہا ہے۔</w:t>
      </w:r>
    </w:p>
    <w:p>
      <w:r>
        <w:rPr>
          <w:b/>
        </w:rPr>
        <w:t xml:space="preserve">[06:04] </w:t>
      </w:r>
      <w:r>
        <w:t>in saare logon ko jo puri history mein aise log nikle, unko select kar ke paradise mein basaya jayega.</w:t>
      </w:r>
    </w:p>
    <w:p>
      <w:pPr>
        <w:jc w:val="right"/>
      </w:pPr>
      <w:r>
        <w:t>ان سارے لوگوں کو جو پوری ہسٹری میں ایسے لوگ نکلے، ان کو سلیکٹ کر کے پارڈائز میں بسایا جائے گا۔</w:t>
      </w:r>
    </w:p>
    <w:p>
      <w:r>
        <w:rPr>
          <w:b/>
        </w:rPr>
        <w:t xml:space="preserve">[06:19] </w:t>
      </w:r>
      <w:r>
        <w:t>to yeh log jo dunya mein bheje gaye, unse kya matloob tha?</w:t>
      </w:r>
    </w:p>
    <w:p>
      <w:pPr>
        <w:jc w:val="right"/>
      </w:pPr>
      <w:r>
        <w:t>تو یہ لوگ جو دنیا میں بھیجے گئے، ان سے کیا مطلوب تھا؟</w:t>
      </w:r>
    </w:p>
    <w:p>
      <w:r>
        <w:rPr>
          <w:b/>
        </w:rPr>
        <w:t xml:space="preserve">[06:25] </w:t>
      </w:r>
      <w:r>
        <w:t>unse matloob tha ke woh creator ko daryaft karein, purpose of life ko daryaft karein, aur uske mutabiq apni zindagi ko banayein.</w:t>
      </w:r>
    </w:p>
    <w:p>
      <w:pPr>
        <w:jc w:val="right"/>
      </w:pPr>
      <w:r>
        <w:t>ان سے مطلوب تھا کہ وہ کریٹر کو دریافت کریں، پرپس آف لائف کو دریافت کریں، اور اس کے مطابق اپنی زندگی کو بنائیں۔</w:t>
      </w:r>
    </w:p>
    <w:p>
      <w:r>
        <w:rPr>
          <w:b/>
        </w:rPr>
        <w:t xml:space="preserve">[06:40] </w:t>
      </w:r>
      <w:r>
        <w:t>yaani khud se, khud se karein. Yeh nahi ke koi direction diya jaye unko.</w:t>
      </w:r>
    </w:p>
    <w:p>
      <w:pPr>
        <w:jc w:val="right"/>
      </w:pPr>
      <w:r>
        <w:t>یعنی خود سے، خود سے کریں۔ یہ نہیں کہ کوئی ڈائریکشن دیا جائے ان کو۔</w:t>
      </w:r>
    </w:p>
    <w:p>
      <w:r>
        <w:rPr>
          <w:b/>
        </w:rPr>
        <w:t xml:space="preserve">[06:47] </w:t>
      </w:r>
      <w:r>
        <w:t>self, self-discored realization par khare hon, aur ikhtiyar rakhne ke bawajood apne aap ko surrender karein Allah ke aage.</w:t>
      </w:r>
    </w:p>
    <w:p>
      <w:pPr>
        <w:jc w:val="right"/>
      </w:pPr>
      <w:r>
        <w:t>سیلف، سیلف ڈسکورڈ ریلائزیشن پر کھڑے ہوں، اور اختیار رکھنے کے باوجود اپنے آپ کو سرنڈر کریں اللہ کے آگے۔</w:t>
      </w:r>
    </w:p>
    <w:p>
      <w:r>
        <w:rPr>
          <w:b/>
        </w:rPr>
        <w:t xml:space="preserve">[07:00] </w:t>
      </w:r>
      <w:r>
        <w:t>har qism ki azadi ke bawajood apne aap ko discipline mein rakhein.</w:t>
      </w:r>
    </w:p>
    <w:p>
      <w:pPr>
        <w:jc w:val="right"/>
      </w:pPr>
      <w:r>
        <w:t>ہر قسم کی آزادی کے باوجود اپنے آپ کو ڈسپلن میں رکھیں۔</w:t>
      </w:r>
    </w:p>
    <w:p>
      <w:r>
        <w:rPr>
          <w:b/>
        </w:rPr>
        <w:t xml:space="preserve">[07:10] </w:t>
      </w:r>
      <w:r>
        <w:t>to aise insaanon ko is dunya mein select kiya ja raha hai.</w:t>
      </w:r>
    </w:p>
    <w:p>
      <w:pPr>
        <w:jc w:val="right"/>
      </w:pPr>
      <w:r>
        <w:t>تو ایسے انسانوں کو اس دنیا میں سلیکٹ کیا جا رہا ہے۔</w:t>
      </w:r>
    </w:p>
    <w:p>
      <w:r>
        <w:rPr>
          <w:b/>
        </w:rPr>
        <w:t xml:space="preserve">[07:20] </w:t>
      </w:r>
      <w:r>
        <w:t>to Allah ne aik taraf insaan ke andar aqal di, samajh di,</w:t>
      </w:r>
    </w:p>
    <w:p>
      <w:pPr>
        <w:jc w:val="right"/>
      </w:pPr>
      <w:r>
        <w:t>تو اللہ نے ایک طرف انسان کے اندر عقل دی، سمجھ دی،</w:t>
      </w:r>
    </w:p>
    <w:p>
      <w:r>
        <w:rPr>
          <w:b/>
        </w:rPr>
        <w:t xml:space="preserve">[07:26] </w:t>
      </w:r>
      <w:r>
        <w:t>doosri taraf universe mein aise</w:t>
      </w:r>
    </w:p>
    <w:p>
      <w:pPr>
        <w:jc w:val="right"/>
      </w:pPr>
      <w:r>
        <w:t>دوسری طرف یونیورس میں ایسے</w:t>
      </w:r>
    </w:p>
    <w:p>
      <w:r>
        <w:rPr>
          <w:b/>
        </w:rPr>
        <w:t xml:space="preserve">[07:32] </w:t>
      </w:r>
      <w:r>
        <w:t>nishanaat jis ko hum science bhi kehte hain, rakh diye ke insaan isko observation ke zariye jaane. Aur phir har zamane mein Allah ne peghambar bheje.</w:t>
      </w:r>
    </w:p>
    <w:p>
      <w:pPr>
        <w:jc w:val="right"/>
      </w:pPr>
      <w:r>
        <w:t>نشانات جس کو ہم سائنس بھی کہتے ہیں، رکھ دیے کہ انسان اس کو آبزرویشن کے ذریعے جانے۔ اور پھر ہر زمانے میں اللہ نے پیغمبر بھیجے۔</w:t>
      </w:r>
    </w:p>
    <w:p>
      <w:r>
        <w:rPr>
          <w:b/>
        </w:rPr>
        <w:t xml:space="preserve">[07:47] </w:t>
      </w:r>
      <w:r>
        <w:t>peghambar.</w:t>
      </w:r>
    </w:p>
    <w:p>
      <w:pPr>
        <w:jc w:val="right"/>
      </w:pPr>
      <w:r>
        <w:t>پیغمبر۔</w:t>
      </w:r>
    </w:p>
    <w:p>
      <w:r>
        <w:rPr>
          <w:b/>
        </w:rPr>
        <w:t xml:space="preserve">[07:52] </w:t>
      </w:r>
      <w:r>
        <w:t>peghambar batate rahe, ailaan karte rahe sachai ka. Lekin puri history guzar gayi aur kuch afraad mile, kabhi bhi koi bara majmooa insaniyat ka peghambaron ka saath na de saka.</w:t>
      </w:r>
    </w:p>
    <w:p>
      <w:pPr>
        <w:jc w:val="right"/>
      </w:pPr>
      <w:r>
        <w:t>پیغمبر بتاتے رہے، اعلان کرتے رہے سچائی کا۔ لیکن پوری ہسٹری گزر گئی اور کچھ افراد ملے، کبھی بھی کوئی بڑا مجموعہ انسانیت کا پیغمبروں کا ساتھ نہ دے سکا۔</w:t>
      </w:r>
    </w:p>
    <w:p>
      <w:r>
        <w:rPr>
          <w:b/>
        </w:rPr>
        <w:t xml:space="preserve">[08:11] </w:t>
      </w:r>
      <w:r>
        <w:t>peghambaron ke saath do cheez hoti thi: "ana arsalna ruslana bil bainat wa arsalna ma'ul kitab wal mizan".</w:t>
      </w:r>
    </w:p>
    <w:p>
      <w:pPr>
        <w:jc w:val="right"/>
      </w:pPr>
      <w:r>
        <w:t>پیغمبروں کے ساتھ دو چیز ہوتی تھیں: "انا ارسلنا رسلنا بالبنیات وارسلنا معمول کتاب والمیزان"۔</w:t>
      </w:r>
    </w:p>
    <w:p>
      <w:r>
        <w:rPr>
          <w:b/>
        </w:rPr>
        <w:t xml:space="preserve">[08:20] </w:t>
      </w:r>
      <w:r>
        <w:t>yaani aik to unke paas hoti thi Allah ki taraf se aayi hui wahi aur doosre moajze. Yeh Hazrat Musa ko asaa ka moajza diya gaya.</w:t>
      </w:r>
    </w:p>
    <w:p>
      <w:pPr>
        <w:jc w:val="right"/>
      </w:pPr>
      <w:r>
        <w:t>یعنی ایک تو ان کے پاس ہوتی تھی اللہ کی طرف سے آئی ہوئی وحی اور دوسرے معجزہ۔ یہ حضرت موسیٰ کو عصا کا معجزہ دیا گیا۔</w:t>
      </w:r>
    </w:p>
    <w:p>
      <w:r>
        <w:rPr>
          <w:b/>
        </w:rPr>
        <w:t xml:space="preserve">[08:34] </w:t>
      </w:r>
      <w:r>
        <w:t>to insaan bohat kam, bohat hi kam aise insaan nikle jo peghambaron ko maanein.</w:t>
      </w:r>
    </w:p>
    <w:p>
      <w:pPr>
        <w:jc w:val="right"/>
      </w:pPr>
      <w:r>
        <w:t>تو انسان بہت کم، بہت ہی کم ایسے انسان نکلے جو پیغمبروں کو مانیں۔</w:t>
      </w:r>
    </w:p>
    <w:p>
      <w:r>
        <w:rPr>
          <w:b/>
        </w:rPr>
        <w:t xml:space="preserve">[08:44] </w:t>
      </w:r>
      <w:r>
        <w:t>woh zyada tar aik aa kar unhone ignore kiya ke yeh to tum to jadoogar ho, tum to magician ho. To Allah ne history mein aik process chalaya.</w:t>
      </w:r>
    </w:p>
    <w:p>
      <w:pPr>
        <w:jc w:val="right"/>
      </w:pPr>
      <w:r>
        <w:t>وہ زیادہ تر ایک آ کر انہوں نے اگنور کیا کہ یہ تو تم تو جادوگر ہو، تم تو مجیشین ہو۔ تو اللہ نے ہسٹری میں ایک پراسیس چلایا۔</w:t>
      </w:r>
    </w:p>
    <w:p>
      <w:r>
        <w:rPr>
          <w:b/>
        </w:rPr>
        <w:t xml:space="preserve">[08:57] </w:t>
      </w:r>
      <w:r>
        <w:t>woh process yeh tha ke khud insaan ke apne musallama, yaani rationally accepted base par yeh sachai prove ho jaye jis ko peghambar batate rahe.</w:t>
      </w:r>
    </w:p>
    <w:p>
      <w:pPr>
        <w:jc w:val="right"/>
      </w:pPr>
      <w:r>
        <w:t>وہ پراسیس یہ تھا کہ خود انسان کے اپنے مسلمہ، یعنی ریشنلی ایکسیپٹڈ بیس پر یہ سچائی پروف ہو جائے جس کو پیغمبر بتاتے رہے۔</w:t>
      </w:r>
    </w:p>
    <w:p>
      <w:r>
        <w:rPr>
          <w:b/>
        </w:rPr>
        <w:t xml:space="preserve">[09:16] </w:t>
      </w:r>
      <w:r>
        <w:t>aap jante hain ke Allah ka jo plan tha to peghambar hamesha aane wale nahi the.</w:t>
      </w:r>
    </w:p>
    <w:p>
      <w:pPr>
        <w:jc w:val="right"/>
      </w:pPr>
      <w:r>
        <w:t>آپ جانتے ہیں کہ اللہ کا جو پلان تھا تو پیغمبر ہمیشہ آنے والے نہیں تھے۔</w:t>
      </w:r>
    </w:p>
    <w:p>
      <w:r>
        <w:rPr>
          <w:b/>
        </w:rPr>
        <w:t xml:space="preserve">[09:24] </w:t>
      </w:r>
      <w:r>
        <w:t>seventh century AD ke first quarter mein aakhri peghambar aaye. Inhi par woh seal of the prophets the. In par peghambari khatm ho gayi.</w:t>
      </w:r>
    </w:p>
    <w:p>
      <w:pPr>
        <w:jc w:val="right"/>
      </w:pPr>
      <w:r>
        <w:t>سیونتھ سینچری ایڈ کے فرسٹ کوارٹر میں آخری پیغمبر آئے۔ انہی پر وہ سیل آف دا پرافٹ تھے۔ ان پر پیغمبری ختم ہو گئی۔</w:t>
      </w:r>
    </w:p>
    <w:p>
      <w:r>
        <w:rPr>
          <w:b/>
        </w:rPr>
        <w:t xml:space="preserve">[09:35] </w:t>
      </w:r>
      <w:r>
        <w:t>to ab jo kaam tha dawat ka aur Allah ka paigham logon tak pohnchaney ka, uske liye moajze ka support haasil na raha.</w:t>
      </w:r>
    </w:p>
    <w:p>
      <w:pPr>
        <w:jc w:val="right"/>
      </w:pPr>
      <w:r>
        <w:t>تو اب جو کام تھا دعوت کا اور اللہ کا پیغام لوگوں تک پہنچانے کا، اس کے لیے معجزے کا سپورٹ حاصل نہ رہا۔</w:t>
      </w:r>
    </w:p>
    <w:p>
      <w:r>
        <w:rPr>
          <w:b/>
        </w:rPr>
        <w:t xml:space="preserve">[09:47] </w:t>
      </w:r>
      <w:r>
        <w:t>kyun ke moajza aata hai peghambaron ke liye.</w:t>
      </w:r>
    </w:p>
    <w:p>
      <w:pPr>
        <w:jc w:val="right"/>
      </w:pPr>
      <w:r>
        <w:t>کیونکہ معجزہ آتا ہے پیغمبروں کے لیے۔</w:t>
      </w:r>
    </w:p>
    <w:p>
      <w:r>
        <w:rPr>
          <w:b/>
        </w:rPr>
        <w:t xml:space="preserve">[09:52] </w:t>
      </w:r>
      <w:r>
        <w:t>to baad ke daaiyon ke liye Allah ne aik aur intezaam kiya. Woh yeh tha ke khud insaan ke apne musallama, yaani rationally accepted</w:t>
      </w:r>
    </w:p>
    <w:p>
      <w:pPr>
        <w:jc w:val="right"/>
      </w:pPr>
      <w:r>
        <w:t>تو بعد کے داعیوں کے لیے اللہ نے ایک اور انتظام کیا۔ وہ یہ تھا کہ خود انسان کے اپنے مسلمہ، یعنی ریشنلی ایکسیپٹڈ</w:t>
      </w:r>
    </w:p>
    <w:p>
      <w:r>
        <w:rPr>
          <w:b/>
        </w:rPr>
        <w:t xml:space="preserve">[10:08] </w:t>
      </w:r>
      <w:r>
        <w:t>bees par baat ko kehna mumkin ho jaye.</w:t>
      </w:r>
    </w:p>
    <w:p>
      <w:pPr>
        <w:jc w:val="right"/>
      </w:pPr>
      <w:r>
        <w:t>بیس پر بات کو کہنا ممکن ہو جائے۔</w:t>
      </w:r>
    </w:p>
    <w:p>
      <w:r>
        <w:rPr>
          <w:b/>
        </w:rPr>
        <w:t xml:space="preserve">[10:15] </w:t>
      </w:r>
      <w:r>
        <w:t>to yeh aik poori history hai. poori history hai.</w:t>
      </w:r>
    </w:p>
    <w:p>
      <w:pPr>
        <w:jc w:val="right"/>
      </w:pPr>
      <w:r>
        <w:t>تو یہ ایک پوری ہسٹری ہے۔ پوری ہسٹری ہے۔</w:t>
      </w:r>
    </w:p>
    <w:p>
      <w:r>
        <w:rPr>
          <w:b/>
        </w:rPr>
        <w:t xml:space="preserve">[10:20] </w:t>
      </w:r>
      <w:r>
        <w:t>ab mein aap ko shuru se jo journey chali hai yeh us ke us ki taraf ishara karna chahta hoon. dekhein, sab se pehle insaan ne kya kiya?</w:t>
      </w:r>
    </w:p>
    <w:p>
      <w:pPr>
        <w:jc w:val="right"/>
      </w:pPr>
      <w:r>
        <w:t>اب میں آپ کو شروع سے جو جرنی چلی ہے یہ اس کے اس کی طرف اشارہ کرنا چاہتا ہوں۔ دیکھیں، سب سے پہلے انسان نے کیا کیا؟</w:t>
      </w:r>
    </w:p>
    <w:p>
      <w:r>
        <w:rPr>
          <w:b/>
        </w:rPr>
        <w:t xml:space="preserve">[10:32] </w:t>
      </w:r>
      <w:r>
        <w:t>woh nature worship mein mubtala ho gaya. jis ko hum kehte hain shirk. shirk kya hai? nature worship.</w:t>
      </w:r>
    </w:p>
    <w:p>
      <w:pPr>
        <w:jc w:val="right"/>
      </w:pPr>
      <w:r>
        <w:t>وہ نیچر ورشپ میں مبتلا ہو گیا۔ جس کو ہم کہتے ہیں شرک۔ شرک کیا ہے؟ نیچر ورشپ۔</w:t>
      </w:r>
    </w:p>
    <w:p>
      <w:r>
        <w:rPr>
          <w:b/>
        </w:rPr>
        <w:t xml:space="preserve">[10:41] </w:t>
      </w:r>
      <w:r>
        <w:t>yani jo bohat ziyada dikhai dene wali cheezein theen jaise suraj, chand, sitare, samandar, pahar, inhi ko is maliya ke yahi khuda hain, in ko poojne laga hua.</w:t>
      </w:r>
    </w:p>
    <w:p>
      <w:pPr>
        <w:jc w:val="right"/>
      </w:pPr>
      <w:r>
        <w:t>یعنی جو بہت زیادہ دکھائی دینے والی چیزیں تھیں جیسے سورج، چاند، ستارے، سمندر، پہاڑ، انہی کو اس ملیا کے یہی خدا ہیں، ان کو پوجنے لگا ہوا۔</w:t>
      </w:r>
    </w:p>
    <w:p>
      <w:r>
        <w:rPr>
          <w:b/>
        </w:rPr>
        <w:t xml:space="preserve">[10:54] </w:t>
      </w:r>
      <w:r>
        <w:t>shirk kya? shirk kya tha? shirk darasal nature worship thi. to nature ko</w:t>
      </w:r>
    </w:p>
    <w:p>
      <w:pPr>
        <w:jc w:val="right"/>
      </w:pPr>
      <w:r>
        <w:t>شرک کیا؟ شرک کیا تھا؟ شرک دراصل نیچر ورشپ تھی۔ تو نیچر کو</w:t>
      </w:r>
    </w:p>
    <w:p>
      <w:r>
        <w:rPr>
          <w:b/>
        </w:rPr>
        <w:t xml:space="preserve">[11:03] </w:t>
      </w:r>
      <w:r>
        <w:t>duty ki jagah se hatana tha. to Allah ne kya kiya? aik process chalaya.</w:t>
      </w:r>
    </w:p>
    <w:p>
      <w:pPr>
        <w:jc w:val="right"/>
      </w:pPr>
      <w:r>
        <w:t>ڈیوٹی کی جگہ سے ہٹانا تھا۔ تو اللہ نے کیا کیا؟ ایک پراسیس چلایا۔</w:t>
      </w:r>
    </w:p>
    <w:p>
      <w:r>
        <w:rPr>
          <w:b/>
        </w:rPr>
        <w:t xml:space="preserve">[11:12] </w:t>
      </w:r>
      <w:r>
        <w:t>is process ke baad is ke combination par science wajood mein aayi. physical sciences. physical sciences ne kya kiya?</w:t>
      </w:r>
    </w:p>
    <w:p>
      <w:pPr>
        <w:jc w:val="right"/>
      </w:pPr>
      <w:r>
        <w:t>اس پراسیس کے بعد اس کے کمبینیشن پر سائنس وجود میں آئی۔ فزیکل سائنسز۔ فزیکل سائنسز نے کیا کیا؟</w:t>
      </w:r>
    </w:p>
    <w:p>
      <w:r>
        <w:rPr>
          <w:b/>
        </w:rPr>
        <w:t xml:space="preserve">[11:24] </w:t>
      </w:r>
      <w:r>
        <w:t>ke nature ko duty ke maqam se hata diya. log samajhte thay ke mysterious power hai suraj mein, chand mein, sitaron mein, samandar mein, pahar mein.</w:t>
      </w:r>
    </w:p>
    <w:p>
      <w:pPr>
        <w:jc w:val="right"/>
      </w:pPr>
      <w:r>
        <w:t>کہ نیچر کو ڈیوٹی کے مقام سے ہٹا دیا۔ لوگ سمجھتے تھے کہ مسٹیریس پاور ہے سورج میں، چاند میں، ستاروں میں، سمندر میں، پہاڑ میں۔</w:t>
      </w:r>
    </w:p>
    <w:p>
      <w:r>
        <w:rPr>
          <w:b/>
        </w:rPr>
        <w:t xml:space="preserve">[11:39] </w:t>
      </w:r>
      <w:r>
        <w:t>to aik mysterious power ko maan kar ke woh in ko khuda banaye hue thay. in ko poojte thay. to science ne kya kiya?</w:t>
      </w:r>
    </w:p>
    <w:p>
      <w:pPr>
        <w:jc w:val="right"/>
      </w:pPr>
      <w:r>
        <w:t>تو ایک مسٹیریس پاور کو مان کر کے وہ ان کو خدا بنائے ہوئے تھے۔ ان کو پوجتے تھے۔ تو سائنس نے کیا کیا؟</w:t>
      </w:r>
    </w:p>
    <w:p>
      <w:r>
        <w:rPr>
          <w:b/>
        </w:rPr>
        <w:t xml:space="preserve">[11:50] </w:t>
      </w:r>
      <w:r>
        <w:t>expose kar diya aur yeh bataya ke koi koi mysterious power in ke paas nahi hai. yeh to natural phenomena hai.</w:t>
      </w:r>
    </w:p>
    <w:p>
      <w:pPr>
        <w:jc w:val="right"/>
      </w:pPr>
      <w:r>
        <w:t>ایکسپوز کر دیا اور یہ بتایا کہ کوئی کوئی مسٹیریس پاور ان کے پاس نہیں ہے۔ یہ تو نیچرل فیناومینا ہے۔</w:t>
      </w:r>
    </w:p>
    <w:p>
      <w:r>
        <w:rPr>
          <w:b/>
        </w:rPr>
        <w:t xml:space="preserve">[12:01] </w:t>
      </w:r>
      <w:r>
        <w:t>to science ke zuhoor ke baad yeh myth khatam ho gaya. yeh myth ke nature jo hai wohi khuda hai.</w:t>
      </w:r>
    </w:p>
    <w:p>
      <w:pPr>
        <w:jc w:val="right"/>
      </w:pPr>
      <w:r>
        <w:t>تو سائنس کے ظہور کے بعد یہ متھ ختم ہو گیا۔ یہ متھ کہ نیچر جو ہے وہی خدا ہے۔</w:t>
      </w:r>
    </w:p>
    <w:p>
      <w:r>
        <w:rPr>
          <w:b/>
        </w:rPr>
        <w:t xml:space="preserve">[12:15] </w:t>
      </w:r>
      <w:r>
        <w:t>yani nature ko creator ka darja de diya.</w:t>
      </w:r>
    </w:p>
    <w:p>
      <w:pPr>
        <w:jc w:val="right"/>
      </w:pPr>
      <w:r>
        <w:t>یعنی کیچر کو کریٹر کا درجہ دے دیا۔</w:t>
      </w:r>
    </w:p>
    <w:p>
      <w:r>
        <w:rPr>
          <w:b/>
        </w:rPr>
        <w:t xml:space="preserve">[12:22] </w:t>
      </w:r>
      <w:r>
        <w:t>to is zamane mein jo physical sciences paida huin aur unhon ne jo discoveries keen har field mein, unhon ne telescope banayi, microscope banaya aur bohat se tareeqe daryaft kiye unhon ne.</w:t>
      </w:r>
    </w:p>
    <w:p>
      <w:pPr>
        <w:jc w:val="right"/>
      </w:pPr>
      <w:r>
        <w:t>تو اس زمانے میں جو فزیکل سائنسز پیدا ہوئیں اور انہوں نے جو ڈسکوریز کیں ہر فیلڈ میں، انہوں نے ٹیلیسکوپ بنائی، مائیکروسکوپ بنایا اور بہت سے طریقے دریافت کیے انہوں نے۔</w:t>
      </w:r>
    </w:p>
    <w:p>
      <w:r>
        <w:rPr>
          <w:b/>
        </w:rPr>
        <w:t xml:space="preserve">[12:37] </w:t>
      </w:r>
      <w:r>
        <w:t>is ke baad rationally yeh cheez prove ho gayi ke nature mein koi duty nahi hai.</w:t>
      </w:r>
    </w:p>
    <w:p>
      <w:pPr>
        <w:jc w:val="right"/>
      </w:pPr>
      <w:r>
        <w:t>اس کے بعد ریشنلی یہ چیز پروف ہو گئی کہ نیچر میں کوئی ڈیوٹی نہیں ہے۔</w:t>
      </w:r>
    </w:p>
    <w:p>
      <w:r>
        <w:rPr>
          <w:b/>
        </w:rPr>
        <w:t xml:space="preserve">[12:47] </w:t>
      </w:r>
      <w:r>
        <w:t>jo nature hai us ke andar koi divine power nahi hai.</w:t>
      </w:r>
    </w:p>
    <w:p>
      <w:pPr>
        <w:jc w:val="right"/>
      </w:pPr>
      <w:r>
        <w:t>جو نیچر ہے اس کے اندر کوئی ڈیوائن پاور نہیں ہے۔</w:t>
      </w:r>
    </w:p>
    <w:p>
      <w:r>
        <w:rPr>
          <w:b/>
        </w:rPr>
        <w:t xml:space="preserve">[12:51] </w:t>
      </w:r>
      <w:r>
        <w:t>is tarah science ke zariye Allah taala ne nature ko duty ke maqam se hata diya. ab insaan ke liye mauqa nahi raha ke woh nature ko khuda manay.</w:t>
      </w:r>
    </w:p>
    <w:p>
      <w:pPr>
        <w:jc w:val="right"/>
      </w:pPr>
      <w:r>
        <w:t>اس طرح سائنس کے ذریعے اللہ تعالیٰ نے نیچر کو ڈیوٹی کے مقام سے ہٹا دیا۔ اب انسان کے لیے موقع نہیں رہا کہ وہ نیچر کو خدا مانے۔</w:t>
      </w:r>
    </w:p>
    <w:p>
      <w:r>
        <w:rPr>
          <w:b/>
        </w:rPr>
        <w:t xml:space="preserve">[13:02] </w:t>
      </w:r>
      <w:r>
        <w:t>kyun ke khud is ka apna jo yeh rational basis thi usi se prove ho gaya ke nature mein koi khudai nahi hai.</w:t>
      </w:r>
    </w:p>
    <w:p>
      <w:pPr>
        <w:jc w:val="right"/>
      </w:pPr>
      <w:r>
        <w:t>کیونکہ خود اس کا اپنا جو یہ ریشنل بیسز تھی اسی سے پروف ہو گیا کہ نیچر میں کوئی خدائی نہیں ہے۔</w:t>
      </w:r>
    </w:p>
    <w:p>
      <w:r>
        <w:rPr>
          <w:b/>
        </w:rPr>
        <w:t xml:space="preserve">[13:14] </w:t>
      </w:r>
      <w:r>
        <w:t>is ke baad aik aur</w:t>
      </w:r>
    </w:p>
    <w:p>
      <w:pPr>
        <w:jc w:val="right"/>
      </w:pPr>
      <w:r>
        <w:t>اس کے بعد ایک اور</w:t>
      </w:r>
    </w:p>
    <w:p>
      <w:r>
        <w:rPr>
          <w:b/>
        </w:rPr>
        <w:t xml:space="preserve">[13:18] </w:t>
      </w:r>
      <w:r>
        <w:t>aik aur kuch aur log uthe jin ko hum king kehte hain. kingship kya thi? kingship thi darasal aristotle yani shakhsiyaton ko poojna, shakhsiyaton ko bara darja dena.</w:t>
      </w:r>
    </w:p>
    <w:p>
      <w:pPr>
        <w:jc w:val="right"/>
      </w:pPr>
      <w:r>
        <w:t>ایک اور کچھ اور لوگ اٹھے جن کو ہم کنگ کہتے ہیں۔ کنگ شپ کیا تھی؟ کنگ شپ تھی دراصل ارشٹیکلٹ یعنی شخصیتوں کو پوجنا، شخصیتوں کو بڑا درجہ دینا۔</w:t>
      </w:r>
    </w:p>
    <w:p>
      <w:r>
        <w:rPr>
          <w:b/>
        </w:rPr>
        <w:t xml:space="preserve">[13:36] </w:t>
      </w:r>
      <w:r>
        <w:t>to insaan ne kuch shakhsiyatein jin ke paas power tha, jin ke paas political barhai thi un ke paas, unhi ko maan liya ke yahi barhe hain.</w:t>
      </w:r>
    </w:p>
    <w:p>
      <w:pPr>
        <w:jc w:val="right"/>
      </w:pPr>
      <w:r>
        <w:t>تو انسان نے کچھ شخصیتیں جن کے پاس پاور تھا، جن کے پاس پولیٹیکل بڑائی تھی ان کے پاس، انہی کو مان لیا کہ یہی بڑے ہیں۔</w:t>
      </w:r>
    </w:p>
    <w:p>
      <w:r>
        <w:rPr>
          <w:b/>
        </w:rPr>
        <w:t xml:space="preserve">[13:48] </w:t>
      </w:r>
      <w:r>
        <w:t>khuda ka darja unhon ne de diya king ko.</w:t>
      </w:r>
    </w:p>
    <w:p>
      <w:pPr>
        <w:jc w:val="right"/>
      </w:pPr>
      <w:r>
        <w:t>خدا کا درجہ انہوں نے دے دیا کنگ کو۔</w:t>
      </w:r>
    </w:p>
    <w:p>
      <w:r>
        <w:rPr>
          <w:b/>
        </w:rPr>
        <w:t xml:space="preserve">[13:53] </w:t>
      </w:r>
      <w:r>
        <w:t>to king ki satah par personality cult ka aik zahira wajood mein aaya. yeh bhi bohat dinon tak chalta raha. lekin Allah taala ne kya kiya</w:t>
      </w:r>
    </w:p>
    <w:p>
      <w:pPr>
        <w:jc w:val="right"/>
      </w:pPr>
      <w:r>
        <w:t>تو کنگ کی سطح پر پرسنیلٹی کل کا ایک ظاہرہ وجود میں آیا۔ یہ بھی بہت دنوں تک چلتا رہا۔ لیکن اللہ تعالیٰ نے کیا کیا</w:t>
      </w:r>
    </w:p>
    <w:p>
      <w:r>
        <w:rPr>
          <w:b/>
        </w:rPr>
        <w:t xml:space="preserve">[14:05] </w:t>
      </w:r>
      <w:r>
        <w:t>? yahan bhi aik process jari kiya Allah taala ne. aur aakhir mein satrawein sadi mein democracy aayi duniya mein.</w:t>
      </w:r>
    </w:p>
    <w:p>
      <w:pPr>
        <w:jc w:val="right"/>
      </w:pPr>
      <w:r>
        <w:t>؟ یہاں بھی ایک پراسیس جاری کیا اللہ تعالیٰ نے۔ اور آخر میں سترویں صدی میں ڈیموکریسی آئی دنیا میں۔</w:t>
      </w:r>
    </w:p>
    <w:p>
      <w:r>
        <w:rPr>
          <w:b/>
        </w:rPr>
        <w:t xml:space="preserve">[14:15] </w:t>
      </w:r>
      <w:r>
        <w:t>democracy ne kingship ke institution ko khatam kar diya. to king ko jo glory, jo barhai hasil thi us ka khatma ho gaya.</w:t>
      </w:r>
    </w:p>
    <w:p>
      <w:pPr>
        <w:jc w:val="right"/>
      </w:pPr>
      <w:r>
        <w:t>ڈیموکریسی نے کنگ شپ کے انسٹیٹیوشن کو ختم کر دیا۔ تو کنگ کو جو گلوری، جو بڑائی حاصل تھی اس کا خاتمہ ہو گیا۔</w:t>
      </w:r>
    </w:p>
    <w:p>
      <w:r>
        <w:rPr>
          <w:b/>
        </w:rPr>
        <w:t xml:space="preserve">[14:33] </w:t>
      </w:r>
      <w:r>
        <w:t>jaise aap quran mein aap parhte hain ke hazrat ibrahim ke zamane mein jo badshah tha us ne kaha tha ke mein hi khuda hoon, mere siwa kaun khuda hai?</w:t>
      </w:r>
    </w:p>
    <w:p>
      <w:pPr>
        <w:jc w:val="right"/>
      </w:pPr>
      <w:r>
        <w:t>جیسے آپ قرآن میں آپ پڑھتے ہیں کہ حضرت ابراہیم کے زمانے میں جو بادشاہ تھا اس نے کہا تھا کہ میں ہی خدا ہوں، میرے سوا کون خدا ہے؟</w:t>
      </w:r>
    </w:p>
    <w:p>
      <w:r>
        <w:rPr>
          <w:b/>
        </w:rPr>
        <w:t xml:space="preserve">[14:46] </w:t>
      </w:r>
      <w:r>
        <w:t>hazrat moosa ke zamane mein firoun ne yahi kaha: "mein hi khuda hoon, mere siwa kaun khuda hai?" to yeh jo political glory log mili hui thi, political power mila hua tha, us ki wajah se log bohat bare bharam mein thay.</w:t>
      </w:r>
    </w:p>
    <w:p>
      <w:pPr>
        <w:jc w:val="right"/>
      </w:pPr>
      <w:r>
        <w:t>حضرت موسیٰ کے زمانے میں فرعون نے یہی کہا: "میں ہی خدا ہوں، میرے سوا کون خدا ہے؟" تو یہ جو پولیٹیکل گلوری لوگ ملی ہوئی تھی، پولیٹیکل پاور ملا ہوا تھا، اس کی وجہ سے لوگ بہت بڑے بھرم میں تھے۔</w:t>
      </w:r>
    </w:p>
    <w:p>
      <w:r>
        <w:rPr>
          <w:b/>
        </w:rPr>
        <w:t xml:space="preserve">[14:59] </w:t>
      </w:r>
      <w:r>
        <w:t>ek false food mein jee rahe thay.</w:t>
      </w:r>
    </w:p>
    <w:p>
      <w:pPr>
        <w:jc w:val="right"/>
      </w:pPr>
      <w:r>
        <w:t>ایک فالس فوڈ میں جی رہے تھے۔</w:t>
      </w:r>
    </w:p>
    <w:p>
      <w:r>
        <w:rPr>
          <w:b/>
        </w:rPr>
        <w:t xml:space="preserve">[15:03] </w:t>
      </w:r>
      <w:r>
        <w:t>to allah taala ne aisa process chalaya history mein jis ka elimination jis ka tha democracy seventh century ad mein.</w:t>
      </w:r>
    </w:p>
    <w:p>
      <w:pPr>
        <w:jc w:val="right"/>
      </w:pPr>
      <w:r>
        <w:t>تو اللہ تعالیٰ نے ایسا پراسیس چلایا ہسٹری میں جس کا الیمیشن جس کا تھا ڈیموکریسی سیونتھ سینچری ایڈی میں۔</w:t>
      </w:r>
    </w:p>
    <w:p>
      <w:r>
        <w:rPr>
          <w:b/>
        </w:rPr>
        <w:t xml:space="preserve">[15:12] </w:t>
      </w:r>
      <w:r>
        <w:t>us ne kingship ke idare ko khatam kar diya.</w:t>
      </w:r>
    </w:p>
    <w:p>
      <w:pPr>
        <w:jc w:val="right"/>
      </w:pPr>
      <w:r>
        <w:t>اس نے کنگ شپ کے ادارے کو ختم کر دیا۔</w:t>
      </w:r>
    </w:p>
    <w:p>
      <w:r>
        <w:rPr>
          <w:b/>
        </w:rPr>
        <w:t xml:space="preserve">[15:19] </w:t>
      </w:r>
      <w:r>
        <w:t>us baat ko misr ka jo king farooq tha us ne jaan liya tha jis ko jis ki hukumat khatam hui thi nineteen fifty two mein.</w:t>
      </w:r>
    </w:p>
    <w:p>
      <w:pPr>
        <w:jc w:val="right"/>
      </w:pPr>
      <w:r>
        <w:t>اس بات کو مصر کا جو کنگ فاروق تھا اس نے جان لیا تھا جس کو جس کی حکومت ختم ہوئی تھی نائنٹین ففٹی ٹو میں۔</w:t>
      </w:r>
    </w:p>
    <w:p>
      <w:r>
        <w:rPr>
          <w:b/>
        </w:rPr>
        <w:t xml:space="preserve">[15:31] </w:t>
      </w:r>
      <w:r>
        <w:t>to us ne kaha tha ke ab dunya mein badshahat khatam ho gayi, albatta sirf paanch badshah baqi rahenge.</w:t>
      </w:r>
    </w:p>
    <w:p>
      <w:pPr>
        <w:jc w:val="right"/>
      </w:pPr>
      <w:r>
        <w:t>تو اس نے کہا تھا کہ اب دنیا میں بادشاہت ختم ہو گئی، البتہ صرف پانچ بادشاہ باقی رہیں گے۔</w:t>
      </w:r>
    </w:p>
    <w:p>
      <w:r>
        <w:rPr>
          <w:b/>
        </w:rPr>
        <w:t xml:space="preserve">[15:45] </w:t>
      </w:r>
      <w:r>
        <w:t>chaar king ka aur ek britain ka. is ka matlab kya tha? ke kuch symbolic type ke king rahenge.</w:t>
      </w:r>
    </w:p>
    <w:p>
      <w:pPr>
        <w:jc w:val="right"/>
      </w:pPr>
      <w:r>
        <w:t>چار کنگ کا اور ایک برٹن کا۔ اس کا مطلب کیا تھا؟ کہ کچھ سمبولک ٹائپ کے کنگ رہیں گے۔</w:t>
      </w:r>
    </w:p>
    <w:p>
      <w:r>
        <w:rPr>
          <w:b/>
        </w:rPr>
        <w:t xml:space="preserve">[15:55] </w:t>
      </w:r>
      <w:r>
        <w:t>paper, paper king baqi rahenge.</w:t>
      </w:r>
    </w:p>
    <w:p>
      <w:pPr>
        <w:jc w:val="right"/>
      </w:pPr>
      <w:r>
        <w:t>پیپر، پیپر کنگ باقی رہیں گے۔</w:t>
      </w:r>
    </w:p>
    <w:p>
      <w:r>
        <w:rPr>
          <w:b/>
        </w:rPr>
        <w:t xml:space="preserve">[15:58] </w:t>
      </w:r>
      <w:r>
        <w:t>real king ab dunya mein nahi honge. aur woh aise ho gaya. to democracy ne kingship ko khatam kiya.</w:t>
      </w:r>
    </w:p>
    <w:p>
      <w:pPr>
        <w:jc w:val="right"/>
      </w:pPr>
      <w:r>
        <w:t>ریئل کنگ اب دنیا میں نہیں ہوں گے۔ اور وہ ایسے ہو گیا۔ تو ڈیموکریسی نے کنگ شپ کو ختم کیا۔</w:t>
      </w:r>
    </w:p>
    <w:p>
      <w:r>
        <w:rPr>
          <w:b/>
        </w:rPr>
        <w:t xml:space="preserve">[16:08] </w:t>
      </w:r>
      <w:r>
        <w:t>aur king ko le kar ke pehle zamane mein jo political shirk jari tha us ka khataama ho gaya.</w:t>
      </w:r>
    </w:p>
    <w:p>
      <w:pPr>
        <w:jc w:val="right"/>
      </w:pPr>
      <w:r>
        <w:t>اور کنگ کو لے کر کے پہلے زمانے میں جو پولیٹیکل شرک جاری تھا اس کا خاتمہ ہو گیا۔</w:t>
      </w:r>
    </w:p>
    <w:p>
      <w:r>
        <w:rPr>
          <w:b/>
        </w:rPr>
        <w:t xml:space="preserve">[16:20] </w:t>
      </w:r>
      <w:r>
        <w:t>lekin shaitan ruka nahi. shaitan ne kya kiya? ke pehle logon ko nature worship mein mubtala kiya, woh khatam hua.</w:t>
      </w:r>
    </w:p>
    <w:p>
      <w:pPr>
        <w:jc w:val="right"/>
      </w:pPr>
      <w:r>
        <w:t>لیکن شیطان رکا نہیں۔ شیطان نے کیا کیا؟ کہ پہلے لوگوں کو نیچر ورشپ میں مبتلا کیا، وہ ختم ہوا۔</w:t>
      </w:r>
    </w:p>
    <w:p>
      <w:r>
        <w:rPr>
          <w:b/>
        </w:rPr>
        <w:t xml:space="preserve">[16:31] </w:t>
      </w:r>
      <w:r>
        <w:t>to is logon ko king worship mein mubtala kiya, woh khatam hua. ab jo twenty century mein ek teesra jo ijaad kiya shaitan ne woh kya tha?</w:t>
      </w:r>
    </w:p>
    <w:p>
      <w:pPr>
        <w:jc w:val="right"/>
      </w:pPr>
      <w:r>
        <w:t>تو اس لوگوں کو کنگ ورشپ میں مبتلا کیا، وہ ختم ہوا۔ اب جو ٹونٹی سینچری میں ایک تیسرا جو ایجاد کیا شیطان نے وہ کیا تھا؟</w:t>
      </w:r>
    </w:p>
    <w:p>
      <w:r>
        <w:rPr>
          <w:b/>
        </w:rPr>
        <w:t xml:space="preserve">[16:45] </w:t>
      </w:r>
      <w:r>
        <w:t>woh tha humanism.</w:t>
      </w:r>
    </w:p>
    <w:p>
      <w:pPr>
        <w:jc w:val="right"/>
      </w:pPr>
      <w:r>
        <w:t>وہ تھا ہیومنزم۔</w:t>
      </w:r>
    </w:p>
    <w:p>
      <w:r>
        <w:rPr>
          <w:b/>
        </w:rPr>
        <w:t xml:space="preserve">[16:49] </w:t>
      </w:r>
      <w:r>
        <w:t>abhi chal raha hai yeh. agarche woh bohat zyada us ko erosion hua, erosion. humanism kya hai?</w:t>
      </w:r>
    </w:p>
    <w:p>
      <w:pPr>
        <w:jc w:val="right"/>
      </w:pPr>
      <w:r>
        <w:t>ابھی چل رہا ہے یہ۔ اگرچہ وہ بہت زیادہ اس کو ایروژن ہوا، ایروژن۔ ہیومنزم کیا ہے؟</w:t>
      </w:r>
    </w:p>
    <w:p>
      <w:r>
        <w:rPr>
          <w:b/>
        </w:rPr>
        <w:t xml:space="preserve">[17:00] </w:t>
      </w:r>
      <w:r>
        <w:t>humanism ka matlab hai transfer of seat from god to man.</w:t>
      </w:r>
    </w:p>
    <w:p>
      <w:pPr>
        <w:jc w:val="right"/>
      </w:pPr>
      <w:r>
        <w:t>ہیومنزم کا مطلب ہے ٹرانسفر آف سیٹ فرام گاڈ ٹو مین۔</w:t>
      </w:r>
    </w:p>
    <w:p>
      <w:r>
        <w:rPr>
          <w:b/>
        </w:rPr>
        <w:t xml:space="preserve">[17:07] </w:t>
      </w:r>
      <w:r>
        <w:t>twenty century mein bohat se aise thinker aur philosopher paida hue. unhone kaha ke insaan jo hai wohi central figure hai is kainaat mein.</w:t>
      </w:r>
    </w:p>
    <w:p>
      <w:pPr>
        <w:jc w:val="right"/>
      </w:pPr>
      <w:r>
        <w:t>ٹونٹی سینچری میں بہت سے ایسے تھنکر اور فلاسفر پیدا ہوئے۔ انہوں نے کہا کہ انسان جو ہے وہی سینٹرل فگر ہے اس کائنات میں۔</w:t>
      </w:r>
    </w:p>
    <w:p>
      <w:r>
        <w:rPr>
          <w:b/>
        </w:rPr>
        <w:t xml:space="preserve">[17:19] </w:t>
      </w:r>
      <w:r>
        <w:t>insaan ko center mein bithha diya unhone. na koi khuda hai, na angel hai, na kuch hai. insaan hi sab kuch hai.</w:t>
      </w:r>
    </w:p>
    <w:p>
      <w:pPr>
        <w:jc w:val="right"/>
      </w:pPr>
      <w:r>
        <w:t>انسانی کو سینٹر میں بٹھا دیا انہوں نے۔ نہ کوئی خدا ہے، نہ اینجل ہے، نہ کچھ ہے۔ انسان ہی سب کچھ ہے۔</w:t>
      </w:r>
    </w:p>
    <w:p>
      <w:r>
        <w:rPr>
          <w:b/>
        </w:rPr>
        <w:t xml:space="preserve">[17:29] </w:t>
      </w:r>
      <w:r>
        <w:t>insaan master, master of the universe hai. is ko kehte hain humanism. humans par bohat si kitabein likhi gayi hain.</w:t>
      </w:r>
    </w:p>
    <w:p>
      <w:pPr>
        <w:jc w:val="right"/>
      </w:pPr>
      <w:r>
        <w:t>انسان ماسٹر، ماسٹر آف دا یونیورس ہے۔ اس کو کہتے ہیں ہیومنزم۔ ہیومنز پر بہت سی کتابیں لکھی گئی ہیں۔</w:t>
      </w:r>
    </w:p>
    <w:p>
      <w:r>
        <w:rPr>
          <w:b/>
        </w:rPr>
        <w:t xml:space="preserve">[17:39] </w:t>
      </w:r>
      <w:r>
        <w:t>aap internet par dekh sakte hain.</w:t>
      </w:r>
    </w:p>
    <w:p>
      <w:pPr>
        <w:jc w:val="right"/>
      </w:pPr>
      <w:r>
        <w:t>آپ انٹرنیٹ پر دیکھ سکتے ہیں۔</w:t>
      </w:r>
    </w:p>
    <w:p>
      <w:r>
        <w:rPr>
          <w:b/>
        </w:rPr>
        <w:t xml:space="preserve">[17:44] </w:t>
      </w:r>
      <w:r>
        <w:t>to</w:t>
      </w:r>
    </w:p>
    <w:p>
      <w:pPr>
        <w:jc w:val="right"/>
      </w:pPr>
      <w:r>
        <w:t>تو</w:t>
      </w:r>
    </w:p>
    <w:p>
      <w:r>
        <w:rPr>
          <w:b/>
        </w:rPr>
        <w:t xml:space="preserve">[17:47] </w:t>
      </w:r>
      <w:r>
        <w:t>nature worship khatam hui, kingship khatam hui. lekin ab jo dunya mein hai is ka dabdaba woh humanism.</w:t>
      </w:r>
    </w:p>
    <w:p>
      <w:pPr>
        <w:jc w:val="right"/>
      </w:pPr>
      <w:r>
        <w:t>نیچر ورشپ ختم ہوئی، کنگ شپ ختم ہوئی۔ لیکن اب جو دنیا میں ہے اس کا دبدبہ وہ ہیومنزم۔</w:t>
      </w:r>
    </w:p>
    <w:p>
      <w:r>
        <w:rPr>
          <w:b/>
        </w:rPr>
        <w:t xml:space="preserve">[17:56] </w:t>
      </w:r>
      <w:r>
        <w:t>agarche woh bhi is ka bhi erosion ho raha hai.</w:t>
      </w:r>
    </w:p>
    <w:p>
      <w:pPr>
        <w:jc w:val="right"/>
      </w:pPr>
      <w:r>
        <w:t>اگرچہ وہ بھی اس کا بھی ایروژن ہو رہا ہے۔</w:t>
      </w:r>
    </w:p>
    <w:p>
      <w:r>
        <w:rPr>
          <w:b/>
        </w:rPr>
        <w:t xml:space="preserve">[18:02] </w:t>
      </w:r>
      <w:r>
        <w:t>to baisveen sadi mein bohat dabdaba raha isi isi ke ek aur philosophy degree jis ko kehte hain existentialism. existentialism jo hai woh humanism ka hi falsafiyana yani edition hai.</w:t>
      </w:r>
    </w:p>
    <w:p>
      <w:pPr>
        <w:jc w:val="right"/>
      </w:pPr>
      <w:r>
        <w:t>تو بیسویں صدی میں بہت دبدبہ رہا اسی اسی کے ایک اور فلاسفی ڈگری جس کو کہتے ہیں ایگزسٹینشلزم۔ ایگزسٹینشلزم جو ہے وہ ہیومنزم کا ہی فلسفیانہ یعنی ایڈیشن ہے۔</w:t>
      </w:r>
    </w:p>
    <w:p>
      <w:r>
        <w:rPr>
          <w:b/>
        </w:rPr>
        <w:t xml:space="preserve">[18:22] </w:t>
      </w:r>
      <w:r>
        <w:t>to yeh bohat zabardast is par beshumar kitabein likhi gayeen. bohat yeh dab is ka parchar hua ke hamein kisi ki zaroorat nahi, na khuda ki, na angel ki, na kisi ki.</w:t>
      </w:r>
    </w:p>
    <w:p>
      <w:pPr>
        <w:jc w:val="right"/>
      </w:pPr>
      <w:r>
        <w:t>تو یہ بہت زبردست اس پر بے شمار کتابیں لکھی گئیں۔ بہت یہ دب اس کا پرچار ہوا کہ ہمیں کسی کی ضرورت نہیں، نہ خدا کی، نہ اینجل کی، نہ کسی کی۔</w:t>
      </w:r>
    </w:p>
    <w:p>
      <w:r>
        <w:rPr>
          <w:b/>
        </w:rPr>
        <w:t xml:space="preserve">[18:37] </w:t>
      </w:r>
      <w:r>
        <w:t>insaan khud master of da universe hai.</w:t>
      </w:r>
    </w:p>
    <w:p>
      <w:pPr>
        <w:jc w:val="right"/>
      </w:pPr>
      <w:r>
        <w:t>انسان خود ماسٹر آف دا یونیورس ہے۔</w:t>
      </w:r>
    </w:p>
    <w:p>
      <w:r>
        <w:rPr>
          <w:b/>
        </w:rPr>
        <w:t xml:space="preserve">[18:42] </w:t>
      </w:r>
      <w:r>
        <w:t>lekin dekhen, master of da universe banne ke liye ek jo cheez darkaar hai woh sirf koi alfaaz nahin, kuch philosophy nahin.</w:t>
      </w:r>
    </w:p>
    <w:p>
      <w:pPr>
        <w:jc w:val="right"/>
      </w:pPr>
      <w:r>
        <w:t>لیکن دیکھیں، ماسٹر آف دا یونیورس بننے کے لیے ایک جو چیز درکار ہے وہ صرف کوئی الفاظ نہیں، کچھ فلاسفی نہیں۔</w:t>
      </w:r>
    </w:p>
    <w:p>
      <w:r>
        <w:rPr>
          <w:b/>
        </w:rPr>
        <w:t xml:space="preserve">[18:52] </w:t>
      </w:r>
      <w:r>
        <w:t>is ke liye chahiye qudrat, power. power ke baghair master of da universe kehna bilkul be-maani baat hai.</w:t>
      </w:r>
    </w:p>
    <w:p>
      <w:pPr>
        <w:jc w:val="right"/>
      </w:pPr>
      <w:r>
        <w:t>اس کے لیے چاہیے قدرت، پاور۔ پاور کے بغیر ماسٹر آف دا یونیورس کہنا بالکل بے معنی بات ہے۔</w:t>
      </w:r>
    </w:p>
    <w:p>
      <w:r>
        <w:rPr>
          <w:b/>
        </w:rPr>
        <w:t xml:space="preserve">[19:02] </w:t>
      </w:r>
      <w:r>
        <w:t>to kuch der, kuch arse tak insaan is bhram mein raha ke insaan ke paas power hai.</w:t>
      </w:r>
    </w:p>
    <w:p>
      <w:pPr>
        <w:jc w:val="right"/>
      </w:pPr>
      <w:r>
        <w:t>تو کچھ دیر، کچھ عرصے تک انسان اس بھرم میں رہا کہ انسان کے پاس پاور ہے۔</w:t>
      </w:r>
    </w:p>
    <w:p>
      <w:r>
        <w:rPr>
          <w:b/>
        </w:rPr>
        <w:t xml:space="preserve">[19:08] </w:t>
      </w:r>
      <w:r>
        <w:t>lekin is zamane mein yaani twenty century ke second half mein ek phenomenon paida hua jis ko hum kehte hain global warming.</w:t>
      </w:r>
    </w:p>
    <w:p>
      <w:pPr>
        <w:jc w:val="right"/>
      </w:pPr>
      <w:r>
        <w:t>لیکن اس زمانے میں یعنی ٹونٹی سینچری کے سیکنڈ ہاف میں ایک فیناومینا پیدا ہوا جس کو ہم کہتے ہیں گلوبل وارمنگ۔</w:t>
      </w:r>
    </w:p>
    <w:p>
      <w:r>
        <w:rPr>
          <w:b/>
        </w:rPr>
        <w:t xml:space="preserve">[19:18] </w:t>
      </w:r>
      <w:r>
        <w:t>ab twenty first century mein yeh bohat barh gaya hai. yaani jo is duniya mein, is zameen par jo life support system tha woh sab tootne laga.</w:t>
      </w:r>
    </w:p>
    <w:p>
      <w:pPr>
        <w:jc w:val="right"/>
      </w:pPr>
      <w:r>
        <w:t>اب ٹونٹی فرسٹ سینچری میں یہ بہت بڑھ گیا ہے۔ یعنی جو اس دنیا میں، اس زمین پر جو لائف سپورٹ سسٹم تھا وہ سب ٹوٹنے لگا۔</w:t>
      </w:r>
    </w:p>
    <w:p>
      <w:r>
        <w:rPr>
          <w:b/>
        </w:rPr>
        <w:t xml:space="preserve">[19:31] </w:t>
      </w:r>
      <w:r>
        <w:t>tootne laga.</w:t>
      </w:r>
    </w:p>
    <w:p>
      <w:pPr>
        <w:jc w:val="right"/>
      </w:pPr>
      <w:r>
        <w:t>ٹوٹنے لگا۔</w:t>
      </w:r>
    </w:p>
    <w:p>
      <w:r>
        <w:rPr>
          <w:b/>
        </w:rPr>
        <w:t xml:space="preserve">[19:34] </w:t>
      </w:r>
      <w:r>
        <w:t>dekhen, hamare liye sab se bari cheez jo chahiye aap ko pani. pani. pani ke bohat bare bare store the is zameen par.</w:t>
      </w:r>
    </w:p>
    <w:p>
      <w:pPr>
        <w:jc w:val="right"/>
      </w:pPr>
      <w:r>
        <w:t>دیکھیں، ہمارے لیے سب سے بڑی چیز جو چاہیے آپ کو پانی۔ پانی۔ پانی کے بہت بڑے بڑے سٹور تھے اس زمین پر۔</w:t>
      </w:r>
    </w:p>
    <w:p>
      <w:r>
        <w:rPr>
          <w:b/>
        </w:rPr>
        <w:t xml:space="preserve">[19:45] </w:t>
      </w:r>
      <w:r>
        <w:t>bohat bare glaciers, bohat bare bare icebergs, north pole aur south pole par bare bare barf ke pahar. woh pighal pighal aate the.</w:t>
      </w:r>
    </w:p>
    <w:p>
      <w:pPr>
        <w:jc w:val="right"/>
      </w:pPr>
      <w:r>
        <w:t>بہت بڑے گلیشیئر، بہت بڑے بڑے آئس برگ، نارتھ پول اور ساؤتھ پول پر بڑے بڑے برف کے پہاڑ۔ وہ پگھل پگھل آتے تھے۔</w:t>
      </w:r>
    </w:p>
    <w:p>
      <w:r>
        <w:rPr>
          <w:b/>
        </w:rPr>
        <w:t xml:space="preserve">[19:56] </w:t>
      </w:r>
      <w:r>
        <w:t>un se hamein fresh water milta tha.</w:t>
      </w:r>
    </w:p>
    <w:p>
      <w:pPr>
        <w:jc w:val="right"/>
      </w:pPr>
      <w:r>
        <w:t>ان سے ہمیں فریش واٹر ملتا تھا۔</w:t>
      </w:r>
    </w:p>
    <w:p>
      <w:r>
        <w:rPr>
          <w:b/>
        </w:rPr>
        <w:t xml:space="preserve">[20:00] </w:t>
      </w:r>
      <w:r>
        <w:t>global warming ka nateeja yeh hua ke bohat ziyada pighal chuke hain yeh. yeh paharon ke glaciers bohat ziyada pighal chuke hain.</w:t>
      </w:r>
    </w:p>
    <w:p>
      <w:pPr>
        <w:jc w:val="right"/>
      </w:pPr>
      <w:r>
        <w:t>گلوبل وارمنگ کا نتیجہ یہ ہوا کہ بہت زیادہ پگھل چکے ہیں یہ۔ یہ پہاڑوں کے گلیشیئر بہت زیادہ پگھل چکے ہیں۔</w:t>
      </w:r>
    </w:p>
    <w:p>
      <w:r>
        <w:rPr>
          <w:b/>
        </w:rPr>
        <w:t xml:space="preserve">[20:10] </w:t>
      </w:r>
      <w:r>
        <w:t>north pole aur south pole ki barf bohat ziyada pighal chuki hai. icebergs bohat ziyada pighal chuke hain. yeh pani pighal pighal par chale ja rahe hain samundaron mein jo ke salt hota hai.</w:t>
      </w:r>
    </w:p>
    <w:p>
      <w:pPr>
        <w:jc w:val="right"/>
      </w:pPr>
      <w:r>
        <w:t>نارتھ پول اور ساؤتھ پول کی برف بہت زیادہ پگھل چکی ہے۔ آئس برگز بہت زیادہ پگھل چکے ہیں۔ یہ پانی پگھل پگھل پر چلے جا رہے ہیں سمندروں میں جو کہ سالٹ ہوتا ہے۔</w:t>
      </w:r>
    </w:p>
    <w:p>
      <w:r>
        <w:rPr>
          <w:b/>
        </w:rPr>
        <w:t xml:space="preserve">[20:24] </w:t>
      </w:r>
      <w:r>
        <w:t>yaani fresh water, salt water ban raha hai.</w:t>
      </w:r>
    </w:p>
    <w:p>
      <w:pPr>
        <w:jc w:val="right"/>
      </w:pPr>
      <w:r>
        <w:t>یعنی فریش واٹر، سالٹ واٹر بن رہا ہے۔</w:t>
      </w:r>
    </w:p>
    <w:p>
      <w:r>
        <w:rPr>
          <w:b/>
        </w:rPr>
        <w:t xml:space="preserve">[20:28] </w:t>
      </w:r>
      <w:r>
        <w:t>jo log science se waaqif hain, jo scientific journal parhte hain un ko pata hai ke aaj kal barabar scientists isi mein lage hue hain janne ke liye ke kahan hum is ko rok sakte hain.</w:t>
      </w:r>
    </w:p>
    <w:p>
      <w:pPr>
        <w:jc w:val="right"/>
      </w:pPr>
      <w:r>
        <w:t>جو لوگ سائنس سے واقف ہیں، جو سائنٹیفک جنرل پڑھتے ہیں ان کو پتہ ہے کہ آج کل برابر سائنسدان اسی میں لگے ہوئے ہیں جاننے کے لیے کہ کہاں ہم اس کو روک سکتے ہیں۔</w:t>
      </w:r>
    </w:p>
    <w:p>
      <w:r>
        <w:rPr>
          <w:b/>
        </w:rPr>
        <w:t xml:space="preserve">[20:42] </w:t>
      </w:r>
      <w:r>
        <w:t>global warming ko rok sakte hain. yeh jo greenhouse gases hain is ko rok sakte hain.</w:t>
      </w:r>
    </w:p>
    <w:p>
      <w:pPr>
        <w:jc w:val="right"/>
      </w:pPr>
      <w:r>
        <w:t>گلوبل وارمنگ کو روک سکتے ہیں۔ یہ جو گرین ہاؤس گیسز ہیں اس کو روک سکتے ہیں۔</w:t>
      </w:r>
    </w:p>
    <w:p>
      <w:r>
        <w:rPr>
          <w:b/>
        </w:rPr>
        <w:t xml:space="preserve">[20:52] </w:t>
      </w:r>
      <w:r>
        <w:t>yeh jo sari air jo hai pollute ho gayi kya is ko rok sakte hain</w:t>
      </w:r>
    </w:p>
    <w:p>
      <w:pPr>
        <w:jc w:val="right"/>
      </w:pPr>
      <w:r>
        <w:t>یہ جو ساری ایئر جو ہے پلوٹ ہو گئی کیا اس کو روک سکتے ہیں</w:t>
      </w:r>
    </w:p>
    <w:p>
      <w:r>
        <w:rPr>
          <w:b/>
        </w:rPr>
        <w:t xml:space="preserve">[20:56] </w:t>
      </w:r>
      <w:r>
        <w:t>? yahan tak ke samundar ka pani ninety five percent pollute ho chuka hai. to kya is ko rok sakte hain hum? lekin barabar yeh cheezein barh rahi hain aur scientists rokne mein bilkul um, bilkul hi yaani fail ho rahe hain.</w:t>
      </w:r>
    </w:p>
    <w:p>
      <w:pPr>
        <w:jc w:val="right"/>
      </w:pPr>
      <w:r>
        <w:t>؟ یہاں تک کہ سمندر کا پانی نائنٹی فائیو پرسنٹ پلوٹ ہو چکا ہے۔ تو کیا اس کو روک سکتے ہیں ہم؟ لیکن برابر یہ چیزیں بڑھ رہی ہیں اور سائنسدان روکنے میں بالکل ام، بالکل ہی یعنی فیل ہو رہے ہیں۔</w:t>
      </w:r>
    </w:p>
    <w:p>
      <w:r>
        <w:rPr>
          <w:b/>
        </w:rPr>
        <w:t xml:space="preserve">[21:12] </w:t>
      </w:r>
      <w:r>
        <w:t>to global warming ne yeh bataya ke humanism ka concept ek false concept hai. yaani insaan kaise master hai universe ka jab ke woh control nahin kar sakta?</w:t>
      </w:r>
    </w:p>
    <w:p>
      <w:pPr>
        <w:jc w:val="right"/>
      </w:pPr>
      <w:r>
        <w:t>تو گلوبل وارمنگ نے یہ بتایا کہ ہیومنزم کا کانسیپٹ ایک فالس کانسیپٹ ہے۔ یعنی انسان کیسے ماسٹر ہے یونیورس کا جبکہ وہ کنٹرول نہیں کر سکتا؟</w:t>
      </w:r>
    </w:p>
    <w:p>
      <w:r>
        <w:rPr>
          <w:b/>
        </w:rPr>
        <w:t xml:space="preserve">[21:25] </w:t>
      </w:r>
      <w:r>
        <w:t>rok nahin sakta. life support system khatam ho gaya. chunache jo sab se bara theoretical scientist hai</w:t>
      </w:r>
    </w:p>
    <w:p>
      <w:pPr>
        <w:jc w:val="right"/>
      </w:pPr>
      <w:r>
        <w:t>روک نہیں سکتا۔ لائف سپورٹ سسٹم ختم ہو گیا۔ چنانچہ جو سب سے بڑا تھریٹیکل سائنٹسٹ ہے</w:t>
      </w:r>
    </w:p>
    <w:p>
      <w:r>
        <w:rPr>
          <w:b/>
        </w:rPr>
        <w:t xml:space="preserve">[21:36] </w:t>
      </w:r>
      <w:r>
        <w:t>British</w:t>
      </w:r>
    </w:p>
    <w:p>
      <w:pPr>
        <w:jc w:val="right"/>
      </w:pPr>
      <w:r>
        <w:t>برٹش</w:t>
      </w:r>
    </w:p>
    <w:p>
      <w:r>
        <w:rPr>
          <w:b/>
        </w:rPr>
        <w:t xml:space="preserve">[21:39] </w:t>
      </w:r>
      <w:r>
        <w:t>Stephen Hawking woh keh raha hai ke ab zameen par hum nahin reh sakte. bohat se bohat thirty years hum reh sakte hain is zameen par kyun ke life support system hi nahin rahe ga.</w:t>
      </w:r>
    </w:p>
    <w:p>
      <w:pPr>
        <w:jc w:val="right"/>
      </w:pPr>
      <w:r>
        <w:t>اسٹیفن ہاکنگ وہ کہہ رہا ہے کہ اب زمین پر ہم نہیں رہ سکتے۔ بہت سے بہت تھرٹی ایئرز ہم رہ سکتے ہیں اس زمین پر کیونکہ لائف سپورٹ سسٹم ہی نہیں رہے گا۔</w:t>
      </w:r>
    </w:p>
    <w:p>
      <w:r>
        <w:rPr>
          <w:b/>
        </w:rPr>
        <w:t xml:space="preserve">[21:50] </w:t>
      </w:r>
      <w:r>
        <w:t>to woh keh raha hai ke hamein ab space colony banana chahiye.</w:t>
      </w:r>
    </w:p>
    <w:p>
      <w:pPr>
        <w:jc w:val="right"/>
      </w:pPr>
      <w:r>
        <w:t>تو وہ کہہ رہا ہے کہ ہمیں اب اسپیس کالونی بنانا چاہیے۔</w:t>
      </w:r>
    </w:p>
    <w:p>
      <w:r>
        <w:rPr>
          <w:b/>
        </w:rPr>
        <w:t xml:space="preserve">[21:55] </w:t>
      </w:r>
      <w:r>
        <w:t>space colony ke zameen se ooper jaen khala mein aur artificial colonies ke andar rahen.</w:t>
      </w:r>
    </w:p>
    <w:p>
      <w:pPr>
        <w:jc w:val="right"/>
      </w:pPr>
      <w:r>
        <w:t>اسپیس کالونی کہ زمین سے اوپر جائیں خلا میں اور آرٹیفیشل کالونیز کے اندر رہیں۔</w:t>
      </w:r>
    </w:p>
    <w:p>
      <w:r>
        <w:rPr>
          <w:b/>
        </w:rPr>
        <w:t xml:space="preserve">[22:04] </w:t>
      </w:r>
      <w:r>
        <w:t>lekin yeh to ek ek fiction ki baat hai. is colony mein aap kahan se life support system layenge? kahan se pani layenge? kahan se ghalla ugayenge?</w:t>
      </w:r>
    </w:p>
    <w:p>
      <w:pPr>
        <w:jc w:val="right"/>
      </w:pPr>
      <w:r>
        <w:t>لیکن یہ تو ایک ایک فکشن کی بات ہے۔ اس کالونی میں آپ کہاں سے لائف سپورٹ سسٹم لائیں گے؟ کہاں سے پانی لائیں گے؟ کہاں سے غلہ اگائیں گے؟</w:t>
      </w:r>
    </w:p>
    <w:p>
      <w:r>
        <w:rPr>
          <w:b/>
        </w:rPr>
        <w:t xml:space="preserve">[22:16] </w:t>
      </w:r>
      <w:r>
        <w:t>kahan se agriculture aur horticulture layenge?</w:t>
      </w:r>
    </w:p>
    <w:p>
      <w:pPr>
        <w:jc w:val="right"/>
      </w:pPr>
      <w:r>
        <w:t>کہاں سے ایگریکلچر اور ہارٹیکلچر لائیں گے؟</w:t>
      </w:r>
    </w:p>
    <w:p>
      <w:r>
        <w:rPr>
          <w:b/>
        </w:rPr>
        <w:t xml:space="preserve">[22:22] </w:t>
      </w:r>
      <w:r>
        <w:t>tu</w:t>
      </w:r>
    </w:p>
    <w:p>
      <w:pPr>
        <w:jc w:val="right"/>
      </w:pPr>
      <w:r>
        <w:t>تو</w:t>
      </w:r>
    </w:p>
    <w:p>
      <w:r>
        <w:rPr>
          <w:b/>
        </w:rPr>
        <w:t xml:space="preserve">[22:24] </w:t>
      </w:r>
      <w:r>
        <w:t>dekhen, nature worship ko khatm kiya physical sciences ne. kingship ko khatm kiya democracy ne. aur humanism ko khatm kar raha hai global warming.</w:t>
      </w:r>
    </w:p>
    <w:p>
      <w:pPr>
        <w:jc w:val="right"/>
      </w:pPr>
      <w:r>
        <w:t>دیکھیں، نیچر ورشپ کو ختم کیا فزیکل سائنسز نے۔ کنگ شپ کو ختم کیا ڈیموکریسی نے۔ اور ہیومنزم کو ختم کر رہا ہے گلوبل وارمنگ۔</w:t>
      </w:r>
    </w:p>
    <w:p>
      <w:r>
        <w:rPr>
          <w:b/>
        </w:rPr>
        <w:t xml:space="preserve">[22:38] </w:t>
      </w:r>
      <w:r>
        <w:t>insan ka helpless sabit hona yeh sabit karta hai ke humanism ki philosophy aik false philosophy thi. insan ko kuch hi qudrat nahi, kuch bhi nahi kar sakta hai insan.</w:t>
      </w:r>
    </w:p>
    <w:p>
      <w:pPr>
        <w:jc w:val="right"/>
      </w:pPr>
      <w:r>
        <w:t>انسان کا ہیلپ لیس ثابت ہونا یہ ثابت کرتا ہے کہ ہیومنزم کی فلاسفی ایک فالس فلاسفی تھی۔ انسان کو کچھ ہی قدرت نہیں، کچھ بھی نہیں کر سکتا ہے انسان۔</w:t>
      </w:r>
    </w:p>
    <w:p>
      <w:r>
        <w:rPr>
          <w:b/>
        </w:rPr>
        <w:t xml:space="preserve">[22:49] </w:t>
      </w:r>
      <w:r>
        <w:t>insan ki bas mein nahi hai ke woh</w:t>
      </w:r>
    </w:p>
    <w:p>
      <w:pPr>
        <w:jc w:val="right"/>
      </w:pPr>
      <w:r>
        <w:t>انسان کی بس میں نہیں ہے کہ وہ</w:t>
      </w:r>
    </w:p>
    <w:p>
      <w:r>
        <w:rPr>
          <w:b/>
        </w:rPr>
        <w:t xml:space="preserve">[22:55] </w:t>
      </w:r>
      <w:r>
        <w:t>jo carbon emission jo hawaon mein shamil ho gaya hai aur sari dunya ki hawaen jo zehriili hawaen ban rahi hain un ko roke.</w:t>
      </w:r>
    </w:p>
    <w:p>
      <w:pPr>
        <w:jc w:val="right"/>
      </w:pPr>
      <w:r>
        <w:t>جو کاربن ایمیشن جو ہواؤں میں شامل ہو گیا ہے اور ساری دنیا کی ہوائیں جو زہریلی ہوائیں بن رہی ہیں ان کو روکے۔</w:t>
      </w:r>
    </w:p>
    <w:p>
      <w:r>
        <w:rPr>
          <w:b/>
        </w:rPr>
        <w:t xml:space="preserve">[23:08] </w:t>
      </w:r>
      <w:r>
        <w:t>barf ke jo bare bare store jo the woh pighal pighal par samundaron mein chale ja rahe hain un ko roke.</w:t>
      </w:r>
    </w:p>
    <w:p>
      <w:pPr>
        <w:jc w:val="right"/>
      </w:pPr>
      <w:r>
        <w:t>برف کے جو بڑے بڑے سٹور جو تھے وہ پگھل پگھل پر سمندروں میں چلے جا رہے ہیں ان کو روکے۔</w:t>
      </w:r>
    </w:p>
    <w:p>
      <w:r>
        <w:rPr>
          <w:b/>
        </w:rPr>
        <w:t xml:space="preserve">[23:15] </w:t>
      </w:r>
      <w:r>
        <w:t>fiza mein jo garmi aa gayi hai jis ko kehte hain global warming is ko rokein. bohat se animal mar gaye.</w:t>
      </w:r>
    </w:p>
    <w:p>
      <w:pPr>
        <w:jc w:val="right"/>
      </w:pPr>
      <w:r>
        <w:t>فضا میں جو گرمی آ گئی ہے جس کو کہتے ہیں گلوبل وارمنگ اس کو روکیں۔ بہت سے اینیمل مر گئے۔</w:t>
      </w:r>
    </w:p>
    <w:p>
      <w:r>
        <w:rPr>
          <w:b/>
        </w:rPr>
        <w:t xml:space="preserve">[23:26] </w:t>
      </w:r>
      <w:r>
        <w:t>bohat se plant ab khatm ho gaye. yani poora life support system jo hai woh tabah ho gaya.</w:t>
      </w:r>
    </w:p>
    <w:p>
      <w:pPr>
        <w:jc w:val="right"/>
      </w:pPr>
      <w:r>
        <w:t>بہت سے پلانٹ اب ختم ہو گئے۔ یعنی پورا لائف سپورٹ سسٹم جو ہے وہ تباہ ہو گیا۔</w:t>
      </w:r>
    </w:p>
    <w:p>
      <w:r>
        <w:rPr>
          <w:b/>
        </w:rPr>
        <w:t xml:space="preserve">[23:39] </w:t>
      </w:r>
      <w:r>
        <w:t>yeh tabahi ke aakhri marhale mein hai. jo log sirf jo log ke science ke tak yani scientific general ko nahi padhte, jo science ki scientists ke jo conferences hoti hain un ke bare mein nahi jante, kuch science logon, science scientists ki jo meetingen hoti rehti hain un ko nahi, is se ba-khabar rehte hain.</w:t>
      </w:r>
    </w:p>
    <w:p>
      <w:pPr>
        <w:jc w:val="right"/>
      </w:pPr>
      <w:r>
        <w:t>یہ تباہی کے آخری مرحلے میں ہے۔ جو لوگ صرف جو لوگ کہ سائنس کے تک یعنی سائنٹیفک جنرل کو نہیں پڑھتے، جو سائنس کی سائنس دانوں کے جو کانفرنسز ہوتی ہیں ان کے بارے میں نہیں جانتے، کچھ سائنس لوگوں، سائنس سائنٹسٹوں کی جو میٹنگیں ہوتی رہتی ہیں ان کو نہیں، اس سے باخبر رہتے ہیں۔</w:t>
      </w:r>
    </w:p>
    <w:p>
      <w:r>
        <w:rPr>
          <w:b/>
        </w:rPr>
        <w:t xml:space="preserve">[24:04] </w:t>
      </w:r>
      <w:r>
        <w:t>to woh unhein kuch pata nahi kya ho raha hai dunya mein.</w:t>
      </w:r>
    </w:p>
    <w:p>
      <w:pPr>
        <w:jc w:val="right"/>
      </w:pPr>
      <w:r>
        <w:t>تو وہ انہیں کچھ پتہ نہیں کیا ہو رہا ہے دنیا میں۔</w:t>
      </w:r>
    </w:p>
    <w:p>
      <w:r>
        <w:rPr>
          <w:b/>
        </w:rPr>
        <w:t xml:space="preserve">[24:08] </w:t>
      </w:r>
      <w:r>
        <w:t>scientific community bohat zyada pareshan hai.</w:t>
      </w:r>
    </w:p>
    <w:p>
      <w:pPr>
        <w:jc w:val="right"/>
      </w:pPr>
      <w:r>
        <w:t>سائنٹیفک کمیونٹی بہت زیادہ پریشان ہے۔</w:t>
      </w:r>
    </w:p>
    <w:p>
      <w:r>
        <w:rPr>
          <w:b/>
        </w:rPr>
        <w:t xml:space="preserve">[24:14] </w:t>
      </w:r>
      <w:r>
        <w:t>poori dunya ki scientific community bohat zyada pareshan hai ke kya kiya jaye. to humanism to khatm ho gaya. agar insan master of the universe hai to kyun nahi rokta woh?</w:t>
      </w:r>
    </w:p>
    <w:p>
      <w:pPr>
        <w:jc w:val="right"/>
      </w:pPr>
      <w:r>
        <w:t>پوری دنیا کی سائنٹیفک کمیونٹی بہت زیادہ پریشان ہے کہ کیا کیا جائے۔ تو ہیومنزم تو ختم ہو گیا۔ اگر انسان ماسٹر آف دا یونیورس ہے تو کیوں نہیں روکتا وہ؟</w:t>
      </w:r>
    </w:p>
    <w:p>
      <w:r>
        <w:rPr>
          <w:b/>
        </w:rPr>
        <w:t xml:space="preserve">[24:27] </w:t>
      </w:r>
      <w:r>
        <w:t>global warming ko roke, life support system ko dobara maintain kare to woh bhi practically khatm ho gaya.</w:t>
      </w:r>
    </w:p>
    <w:p>
      <w:pPr>
        <w:jc w:val="right"/>
      </w:pPr>
      <w:r>
        <w:t>گلوبل وارمنگ کو روکے، لائف سپورٹ سسٹم کو دوبارہ مینٹین کرے تو وہ بھی پریکٹیکلی ختم ہو گیا۔</w:t>
      </w:r>
    </w:p>
    <w:p>
      <w:r>
        <w:rPr>
          <w:b/>
        </w:rPr>
        <w:t xml:space="preserve">[24:36] </w:t>
      </w:r>
      <w:r>
        <w:t>ab ab aik aur jo development bohat bara dunya ke samne aaya hai woh kya hai?</w:t>
      </w:r>
    </w:p>
    <w:p>
      <w:pPr>
        <w:jc w:val="right"/>
      </w:pPr>
      <w:r>
        <w:t>اب اب ایک اور جو ڈیولپمنٹ بہت بڑا دنیا کے سامنے آیا ہے وہ کیا ہے؟</w:t>
      </w:r>
    </w:p>
    <w:p>
      <w:r>
        <w:rPr>
          <w:b/>
        </w:rPr>
        <w:t xml:space="preserve">[24:45] </w:t>
      </w:r>
      <w:r>
        <w:t>dunya ke bare mein</w:t>
      </w:r>
    </w:p>
    <w:p>
      <w:pPr>
        <w:jc w:val="right"/>
      </w:pPr>
      <w:r>
        <w:t>دنیا کے بارے میں</w:t>
      </w:r>
    </w:p>
    <w:p>
      <w:r>
        <w:rPr>
          <w:b/>
        </w:rPr>
        <w:t xml:space="preserve">[24:50] </w:t>
      </w:r>
      <w:r>
        <w:t>jo ilmi mutala shuru hua is ka founder bataya jata hai Galileo aur Newton.</w:t>
      </w:r>
    </w:p>
    <w:p>
      <w:pPr>
        <w:jc w:val="right"/>
      </w:pPr>
      <w:r>
        <w:t>جو علمی مطالعہ شروع ہوا اس کا فاؤنڈر بتایا جاتا ہے گلیلیو اور نیوٹن۔</w:t>
      </w:r>
    </w:p>
    <w:p>
      <w:r>
        <w:rPr>
          <w:b/>
        </w:rPr>
        <w:t xml:space="preserve">[24:59] </w:t>
      </w:r>
      <w:r>
        <w:t>is zamane mein ilmi mutala shuru hua.</w:t>
      </w:r>
    </w:p>
    <w:p>
      <w:pPr>
        <w:jc w:val="right"/>
      </w:pPr>
      <w:r>
        <w:t>اس زمانے میں علمی مطالعہ شروع ہوا۔</w:t>
      </w:r>
    </w:p>
    <w:p>
      <w:r>
        <w:rPr>
          <w:b/>
        </w:rPr>
        <w:t xml:space="preserve">[25:03] </w:t>
      </w:r>
      <w:r>
        <w:t>to shuru zamane mein yani Newton ke zamane mein yeh samjha gaya ke kainat jo hai aik mechanical machine hai. jaise aik machine hai is ko aap chala dein chalti rahe gi.</w:t>
      </w:r>
    </w:p>
    <w:p>
      <w:pPr>
        <w:jc w:val="right"/>
      </w:pPr>
      <w:r>
        <w:t>تو شروع زمانے میں یعنی نیوٹن کے زمانے میں یہ سمجھا گیا کہ کائنات جو ہے ایک مکینیکل مشین ہے۔ جیسے ایک مشین ہے اس کو آپ چلا دیں چلتی رہے گی۔</w:t>
      </w:r>
    </w:p>
    <w:p>
      <w:r>
        <w:rPr>
          <w:b/>
        </w:rPr>
        <w:t xml:space="preserve">[25:15] </w:t>
      </w:r>
      <w:r>
        <w:t>is par aql nahi hai, is ke paas thought nahi hai.</w:t>
      </w:r>
    </w:p>
    <w:p>
      <w:pPr>
        <w:jc w:val="right"/>
      </w:pPr>
      <w:r>
        <w:t>اس پر عقل نہیں ہے، اس کے پاس تھاٹ نہیں ہے۔</w:t>
      </w:r>
    </w:p>
    <w:p>
      <w:r>
        <w:rPr>
          <w:b/>
        </w:rPr>
        <w:t xml:space="preserve">[25:20] </w:t>
      </w:r>
      <w:r>
        <w:t>to kainat poori ki poori aik mechanical machine hai.</w:t>
      </w:r>
    </w:p>
    <w:p>
      <w:pPr>
        <w:jc w:val="right"/>
      </w:pPr>
      <w:r>
        <w:t>تو کائنات پوری کی پوری ایک مکینیکل مشین ہے۔</w:t>
      </w:r>
    </w:p>
    <w:p>
      <w:r>
        <w:rPr>
          <w:b/>
        </w:rPr>
        <w:t xml:space="preserve">[25:27] </w:t>
      </w:r>
      <w:r>
        <w:t>ga kainat ka jo base hai matter hai.</w:t>
      </w:r>
    </w:p>
    <w:p>
      <w:pPr>
        <w:jc w:val="right"/>
      </w:pPr>
      <w:r>
        <w:t>گا کائنات کا جو بیس ہے میٹر ہے۔</w:t>
      </w:r>
    </w:p>
    <w:p>
      <w:r>
        <w:rPr>
          <w:b/>
        </w:rPr>
        <w:t xml:space="preserve">[25:34] </w:t>
      </w:r>
      <w:r>
        <w:t>lekin</w:t>
      </w:r>
    </w:p>
    <w:p>
      <w:pPr>
        <w:jc w:val="right"/>
      </w:pPr>
      <w:r>
        <w:t>لیکن</w:t>
      </w:r>
    </w:p>
    <w:p>
      <w:r>
        <w:rPr>
          <w:b/>
        </w:rPr>
        <w:t xml:space="preserve">[25:37] </w:t>
      </w:r>
      <w:r>
        <w:t>yeh jo theory thi woh damage ho rahi thi yahan tak ke Einstein ke zamane mein bilkul khatm ho gayi. kyunke aap jante hain ke Einstein ka jo discoveries thi is ne sabit kiya ke matter nahi balkeh energy jo hai kainat ki base hai.</w:t>
      </w:r>
    </w:p>
    <w:p>
      <w:pPr>
        <w:jc w:val="right"/>
      </w:pPr>
      <w:r>
        <w:t>یہ جو تھیوری تھی وہ ڈیمج ہو رہی تھی یہاں تک کہ آئنسٹائن کے زمانے میں بالکل ختم ہو گئی۔ کیونکہ آپ جانتے ہیں کہ آئنسٹائن کا جو ڈسکوریز تھی اس نے ثابت کیا کہ میٹر نہیں بلکہ انرجی جو ہے کائنات کی بیس ہے۔</w:t>
      </w:r>
    </w:p>
    <w:p>
      <w:r>
        <w:rPr>
          <w:b/>
        </w:rPr>
        <w:t xml:space="preserve">[25:59] </w:t>
      </w:r>
      <w:r>
        <w:t>yani building block kainat ka pehle jo samjha gaya tha ke matter hai to Einstein ne jo discovery ki is se sabit hua ke building block universe ka matter nahi hai, energy hai.</w:t>
      </w:r>
    </w:p>
    <w:p>
      <w:pPr>
        <w:jc w:val="right"/>
      </w:pPr>
      <w:r>
        <w:t>یعنی بلڈنگ بلاک کائنات کا پہلے جو سمجھا گیا تھا کہ میٹر ہے تو آئنسٹائن نے جو ڈسکوری کی اس سے ثابت ہوا کہ بلڈنگ بلاک یونیورس کا میٹر نہیں ہے، انرجی ہے۔</w:t>
      </w:r>
    </w:p>
    <w:p>
      <w:r>
        <w:rPr>
          <w:b/>
        </w:rPr>
        <w:t xml:space="preserve">[26:13] </w:t>
      </w:r>
      <w:r>
        <w:t>to woh damage hoga woh. phir abhi bhi safar jari raha.</w:t>
      </w:r>
    </w:p>
    <w:p>
      <w:pPr>
        <w:jc w:val="right"/>
      </w:pPr>
      <w:r>
        <w:t>تو وہ ڈیمج ہوگا وہ۔ پھر ابھی بھی سفر جاری رہا۔</w:t>
      </w:r>
    </w:p>
    <w:p>
      <w:r>
        <w:rPr>
          <w:b/>
        </w:rPr>
        <w:t xml:space="preserve">[26:21] </w:t>
      </w:r>
      <w:r>
        <w:t>aagay freid hail aur doosre jo scientist paida hue unhon ne dikhaya ke energy nahi balkeh intelligent jo hai intelligence building block hai.</w:t>
      </w:r>
    </w:p>
    <w:p>
      <w:pPr>
        <w:jc w:val="right"/>
      </w:pPr>
      <w:r>
        <w:t>آگے فریڈ ہائل اور دوسرے جو سائنٹسٹ پیدا ہوئے انہوں نے دکھایا کہ انرجی نہیں بلکہ انٹیلیجنٹ جو ہے انٹیلیجنس بلڈنگ بلاک ہے۔</w:t>
      </w:r>
    </w:p>
    <w:p>
      <w:r>
        <w:rPr>
          <w:b/>
        </w:rPr>
        <w:t xml:space="preserve">[26:33] </w:t>
      </w:r>
      <w:r>
        <w:t>yani universe ke peechay intelligence hai, zehanat. Kaisi ajeeb baat hai.</w:t>
      </w:r>
    </w:p>
    <w:p>
      <w:pPr>
        <w:jc w:val="right"/>
      </w:pPr>
      <w:r>
        <w:t>یعنی یونیورس کے پیچھے انٹیلیجنس ہے، ذہانت۔ کیسی عجیب بات ہے۔</w:t>
      </w:r>
    </w:p>
    <w:p>
      <w:r>
        <w:rPr>
          <w:b/>
        </w:rPr>
        <w:t xml:space="preserve">[26:42] </w:t>
      </w:r>
      <w:r>
        <w:t>yani matter se aagay barh kar meters ke baad meters se safar shuru kar ke pohancha energy tak, energy se pohanch kar pohancha intelligence tak.</w:t>
      </w:r>
    </w:p>
    <w:p>
      <w:pPr>
        <w:jc w:val="right"/>
      </w:pPr>
      <w:r>
        <w:t>یعنی میٹر سے آگے بڑھ کر میٹرز کے بعد میٹرز سے سفر شروع کر کے پہنچا انرجی تک، انرجی سے پہنچ کر پہنچا انٹیلیجنس تک۔</w:t>
      </w:r>
    </w:p>
    <w:p>
      <w:r>
        <w:rPr>
          <w:b/>
        </w:rPr>
        <w:t xml:space="preserve">[26:56] </w:t>
      </w:r>
      <w:r>
        <w:t>to ab yeh mana ja raha hai scientific community mein ke yeh is dunya ke peechay intelligence hai.</w:t>
      </w:r>
    </w:p>
    <w:p>
      <w:pPr>
        <w:jc w:val="right"/>
      </w:pPr>
      <w:r>
        <w:t>تو اب یہ مانا جا رہا ہے سائنٹیفک کمیونٹی میں کہ یہ اس دنیا کے پیچھے انٹیلیجنس ہے۔</w:t>
      </w:r>
    </w:p>
    <w:p>
      <w:r>
        <w:rPr>
          <w:b/>
        </w:rPr>
        <w:t xml:space="preserve">[27:06] </w:t>
      </w:r>
      <w:r>
        <w:t>yeh intelligent universe hai yeh. Mechanical universe nahi hai. Intelligent universe hai.</w:t>
      </w:r>
    </w:p>
    <w:p>
      <w:pPr>
        <w:jc w:val="right"/>
      </w:pPr>
      <w:r>
        <w:t>یہ انٹیلیجنٹ یونیورس ہے یہ۔ مکینیکل یونیورس نہیں ہے۔ انٹیلیجنٹ یونیورس ہے۔</w:t>
      </w:r>
    </w:p>
    <w:p>
      <w:r>
        <w:rPr>
          <w:b/>
        </w:rPr>
        <w:t xml:space="preserve">[27:15] </w:t>
      </w:r>
      <w:r>
        <w:t>ab jo recently yeh jo tehqeeqat hoti rehti hain to abhi recently jo aik aik university of washington mein jo research hui hai mere paas mere saamne mere paas yeh angrezi akhbar hai 17 december ka, december 17 ka.</w:t>
      </w:r>
    </w:p>
    <w:p>
      <w:pPr>
        <w:jc w:val="right"/>
      </w:pPr>
      <w:r>
        <w:t>اب جو ریسنٹلی یہ جو تحقیقات ہوتی رہتی ہیں تو ابھی ریسنٹلی جو ایک ایک یونیورسٹی آف واشنگٹن میں جو ریسرچ ہوئی ہے میرے پاس میرے سامنے میرے پاس یہ انگریزی اخبار ہے 17 دسمبر کا، دسمبر 17 کا۔</w:t>
      </w:r>
    </w:p>
    <w:p>
      <w:r>
        <w:rPr>
          <w:b/>
        </w:rPr>
        <w:t xml:space="preserve">[27:34] </w:t>
      </w:r>
      <w:r>
        <w:t>is ki dekhen is ki jo heading hai master computer controls controls universe.</w:t>
      </w:r>
    </w:p>
    <w:p>
      <w:pPr>
        <w:jc w:val="right"/>
      </w:pPr>
      <w:r>
        <w:t>اس کی دیکھیں اس کی جو ہیڈنگ ہے ماسٹر کمپیوٹر کنٹرولز کنٹرولز یونیورس۔</w:t>
      </w:r>
    </w:p>
    <w:p>
      <w:r>
        <w:rPr>
          <w:b/>
        </w:rPr>
        <w:t xml:space="preserve">[27:44] </w:t>
      </w:r>
      <w:r>
        <w:t>master computer controls universe. Yeh university of washington ke jo science dan hain unhon ne research kiya hai.</w:t>
      </w:r>
    </w:p>
    <w:p>
      <w:pPr>
        <w:jc w:val="right"/>
      </w:pPr>
      <w:r>
        <w:t>ماسٹر کمپیوٹر کنٹرولز یونیورس۔ یہ یونیورسٹی آف واشنگٹن کے جو سائنس دان ہیں انہوں نے ریسرچ کیا ہے۔</w:t>
      </w:r>
    </w:p>
    <w:p>
      <w:r>
        <w:rPr>
          <w:b/>
        </w:rPr>
        <w:t xml:space="preserve">[27:56] </w:t>
      </w:r>
      <w:r>
        <w:t>in ki research chhapi hai scientific general mein. Is ki report akhbar mein aayi hai.</w:t>
      </w:r>
    </w:p>
    <w:p>
      <w:pPr>
        <w:jc w:val="right"/>
      </w:pPr>
      <w:r>
        <w:t>ان کی ریسرچ چھپی ہے سائنٹیفک جنرل میں۔ اس کی رپورٹ اخبار میں آئی ہے۔</w:t>
      </w:r>
    </w:p>
    <w:p>
      <w:r>
        <w:rPr>
          <w:b/>
        </w:rPr>
        <w:t xml:space="preserve">[28:02] </w:t>
      </w:r>
      <w:r>
        <w:t>in ka kehna hai ke itna zyada complex hai mamla universe ka. Itna zyada is ke andar energence hai.</w:t>
      </w:r>
    </w:p>
    <w:p>
      <w:pPr>
        <w:jc w:val="right"/>
      </w:pPr>
      <w:r>
        <w:t>ان کا کہنا ہے کہ اتنا زیادہ کمپلیکس ہے معاملہ یونیورس کا۔ اتنا زیادہ اس کے اندر انرجنس ہے۔</w:t>
      </w:r>
    </w:p>
    <w:p>
      <w:r>
        <w:rPr>
          <w:b/>
        </w:rPr>
        <w:t xml:space="preserve">[28:11] </w:t>
      </w:r>
      <w:r>
        <w:t>itna zabardast control hai. Itna zabardast discipline hai</w:t>
      </w:r>
    </w:p>
    <w:p>
      <w:pPr>
        <w:jc w:val="right"/>
      </w:pPr>
      <w:r>
        <w:t>اتنا زبردست کنٹرول ہے۔ اتنا زبردست ڈسپلن ہے</w:t>
      </w:r>
    </w:p>
    <w:p>
      <w:r>
        <w:rPr>
          <w:b/>
        </w:rPr>
        <w:t xml:space="preserve">[28:18] </w:t>
      </w:r>
      <w:r>
        <w:t>ke aap ko explain nahi hota ke is ke baghair ke mana jaye ke koi bohat hi super computer hai. Koi bohat hi super control computer hai jo is ko poori tarah pe control mein liye hue hai.</w:t>
      </w:r>
    </w:p>
    <w:p>
      <w:pPr>
        <w:jc w:val="right"/>
      </w:pPr>
      <w:r>
        <w:t>کہ آپ کو ایکسپلین نہیں ہوتا کہ اس کے بغیر کہ مانا جائے کہ کوئی بہت ہی سپر کمپیوٹر ہے۔ کوئی بہت ہی سپر کنٹرول کمپیوٹر ہے جو اس کو پوری طرح پہ کنٹرول میں لیے ہوئے ہیں۔</w:t>
      </w:r>
    </w:p>
    <w:p>
      <w:r>
        <w:rPr>
          <w:b/>
        </w:rPr>
        <w:t xml:space="preserve">[28:32] </w:t>
      </w:r>
      <w:r>
        <w:t>to in ke yeh in ka manna hai ke master master computer controls universe. Yeh master computer kya hai?</w:t>
      </w:r>
    </w:p>
    <w:p>
      <w:pPr>
        <w:jc w:val="right"/>
      </w:pPr>
      <w:r>
        <w:t>تو ان کے یہ ان کا ماننا ہے کہ ماسٹر ماسٹر کمپیوٹر کنٹرولز یونیورس۔ یہ ماسٹر کمپیوٹر کیا ہے؟</w:t>
      </w:r>
    </w:p>
    <w:p>
      <w:r>
        <w:rPr>
          <w:b/>
        </w:rPr>
        <w:t xml:space="preserve">[28:45] </w:t>
      </w:r>
      <w:r>
        <w:t>yani master computer jo hai sirf aik lafz ki baat hai. Is ka matlab hai divine computer. Kyun ke computer jo mechanical computer hota hai woh to kuch bhi nahi kar sakta.</w:t>
      </w:r>
    </w:p>
    <w:p>
      <w:pPr>
        <w:jc w:val="right"/>
      </w:pPr>
      <w:r>
        <w:t>یعنی ماسٹر کمپیوٹر جو ہے صرف ایک لفظ کی بات ہے۔ اس کا مطلب ہے ڈیوائن کمپیوٹر۔ کیونکہ کمپیوٹر جو مکینیکل کمپیوٹر ہوتا ہے وہ تو کچھ بھی نہیں کر سکتا۔</w:t>
      </w:r>
    </w:p>
    <w:p>
      <w:r>
        <w:rPr>
          <w:b/>
        </w:rPr>
        <w:t xml:space="preserve">[28:59] </w:t>
      </w:r>
      <w:r>
        <w:t>aap jante hain ke insan jo ise feed karta hai usi ko batata hai aap computer.</w:t>
      </w:r>
    </w:p>
    <w:p>
      <w:pPr>
        <w:jc w:val="right"/>
      </w:pPr>
      <w:r>
        <w:t>آپ جانتے ہیں کہ انسان جو اسے فیڈ کرتا ہے اسی کو بتاتا ہے آپ کمپیوٹر۔</w:t>
      </w:r>
    </w:p>
    <w:p>
      <w:r>
        <w:rPr>
          <w:b/>
        </w:rPr>
        <w:t xml:space="preserve">[29:08] </w:t>
      </w:r>
      <w:r>
        <w:t>jaise mein bol raha hoon to mein apne aap bol raha hoon to is tarah nahi bolta computer. Computer feed kiya jata hai usi ko repeat karta hai. Computer sirf repeat karta hai.</w:t>
      </w:r>
    </w:p>
    <w:p>
      <w:pPr>
        <w:jc w:val="right"/>
      </w:pPr>
      <w:r>
        <w:t>جیسے میں بول رہا ہوں تو میں اپنے آپ بول رہا ہوں تو اس طرح نہیں بولتا کمپیوٹر۔ کمپیوٹر فیڈ کیا جاتا ہے اسی کو ریپیٹ کرتا ہے۔ کمپیوٹر صرف ریپیٹ کرتا ہے۔</w:t>
      </w:r>
    </w:p>
    <w:p>
      <w:r>
        <w:rPr>
          <w:b/>
        </w:rPr>
        <w:t xml:space="preserve">[29:19] </w:t>
      </w:r>
      <w:r>
        <w:t>create nahi karta woh. Mere jaisa aik insan to create karta hai.</w:t>
      </w:r>
    </w:p>
    <w:p>
      <w:pPr>
        <w:jc w:val="right"/>
      </w:pPr>
      <w:r>
        <w:t>کریٹ نہیں کرتا وہ۔ میرے جیسا ایک انسان تو کریٹ کرتا ہے۔</w:t>
      </w:r>
    </w:p>
    <w:p>
      <w:r>
        <w:rPr>
          <w:b/>
        </w:rPr>
        <w:t xml:space="preserve">[29:25] </w:t>
      </w:r>
      <w:r>
        <w:t>bohat se log galat fehmi mein hain ke computer ko create bhi karta hai. Yeh yeh galat baat hai, jhooti baat hai yeh. Jis tarah se mein soch kar bol raha hoon ya koi bhi insan soch kar bolta hai, creative thought ko batata hai to koi computer aisa nahi kar sakta.</w:t>
      </w:r>
    </w:p>
    <w:p>
      <w:pPr>
        <w:jc w:val="right"/>
      </w:pPr>
      <w:r>
        <w:t>بہت سے لوگ غلط فہمی میں ہیں کہ کمپیوٹر کو کریٹ بھی کرتا ہے۔ یہ یہ غلط بات ہے، جھوٹی بات ہے یہ۔ جس طرح سے میں سوچ کر بول رہا ہوں یا کوئی بھی انسان سوچ کر بولتا ہے، کریٹیو تھاٹ کو بتاتا ہے تو کوئی کمپیوٹر ایسا نہیں کر سکتا۔</w:t>
      </w:r>
    </w:p>
    <w:p>
      <w:r>
        <w:rPr>
          <w:b/>
        </w:rPr>
        <w:t xml:space="preserve">[29:44] </w:t>
      </w:r>
      <w:r>
        <w:t>computer ab jo aap feed kar dete hain feed kar usi ko repeat karta hai computer. Analysis karta hai, bohat se bohat analysis karta hai.</w:t>
      </w:r>
    </w:p>
    <w:p>
      <w:pPr>
        <w:jc w:val="right"/>
      </w:pPr>
      <w:r>
        <w:t>کمپیوٹر اب جو آپ فیڈ کر دیتے ہیں فیڈ کر اسی کو ریپیٹ کرتا ہے کمپیوٹر۔ انالیسز کرتا ہے، بہت سے بہت انالیسز کرتا ہے۔</w:t>
      </w:r>
    </w:p>
    <w:p>
      <w:r>
        <w:rPr>
          <w:b/>
        </w:rPr>
        <w:t xml:space="preserve">[29:53] </w:t>
      </w:r>
      <w:r>
        <w:t>to master computer ko jab tak aap aik aur mani denge ke divine computer tab ja kar yeh mamla explain hoga.</w:t>
      </w:r>
    </w:p>
    <w:p>
      <w:pPr>
        <w:jc w:val="right"/>
      </w:pPr>
      <w:r>
        <w:t>تو ماسٹر کمپیوٹر کو جب تک آپ ایک اور معنی دینے پڑیں گے کہ ڈیوائن کمپیوٹر تب جا کر یہ معاملہ ایکسپلین ہوگا۔</w:t>
      </w:r>
    </w:p>
    <w:p>
      <w:r>
        <w:rPr>
          <w:b/>
        </w:rPr>
        <w:t xml:space="preserve">[30:08] </w:t>
      </w:r>
      <w:r>
        <w:t>to jab insan ne yeh kaha ke kainat ka building block matter hai woh baat chali nahi. Phir kaha ke kainat ka building block energy hai woh baat chali nahi.</w:t>
      </w:r>
    </w:p>
    <w:p>
      <w:pPr>
        <w:jc w:val="right"/>
      </w:pPr>
      <w:r>
        <w:t>تو جب انسان نے یہ کہا کہ کائنات کا بلڈنگ بلاک میٹر ہے وہ بات چلی نہیں۔ پھر کہا کہ کائنات کا بلڈنگ بلاک انرجی ہے وہ بات چلی نہیں۔</w:t>
      </w:r>
    </w:p>
    <w:p>
      <w:r>
        <w:rPr>
          <w:b/>
        </w:rPr>
        <w:t xml:space="preserve">[30:20] </w:t>
      </w:r>
      <w:r>
        <w:t>phir kaha ke kainat ka building block energence hai woh bhi nahi chala. Ab kya keh raha hai kainat ka building block jo hai woh kya hai? Aik master computer.</w:t>
      </w:r>
    </w:p>
    <w:p>
      <w:pPr>
        <w:jc w:val="right"/>
      </w:pPr>
      <w:r>
        <w:t>پھر کہا کہ کائنات کا بلڈنگ بلاک انرجنس ہے وہ بھی نہیں چلا۔ اب کیا کہہ رہا ہے کائنات کا بلڈنگ بلاک جو ہے وہ کیا ہے؟ ایک ماسٹر کمپیوٹر۔</w:t>
      </w:r>
    </w:p>
    <w:p>
      <w:r>
        <w:rPr>
          <w:b/>
        </w:rPr>
        <w:t xml:space="preserve">[30:29] </w:t>
      </w:r>
      <w:r>
        <w:t>abhi yeh baat poori nahi hui.</w:t>
      </w:r>
    </w:p>
    <w:p>
      <w:pPr>
        <w:jc w:val="right"/>
      </w:pPr>
      <w:r>
        <w:t>ابھی یہ بات پوری نہیں ہوئی۔</w:t>
      </w:r>
    </w:p>
    <w:p>
      <w:r>
        <w:rPr>
          <w:b/>
        </w:rPr>
        <w:t xml:space="preserve">[30:35] </w:t>
      </w:r>
      <w:r>
        <w:t>yeh aik parda dala ja raha hai ke yeh daryaft ho chuka hai. Yeh daryaft ho chuka hai ke is kainat ke peechay aik mind hai.</w:t>
      </w:r>
    </w:p>
    <w:p>
      <w:pPr>
        <w:jc w:val="right"/>
      </w:pPr>
      <w:r>
        <w:t>یہ ایک پردہ ڈالا جا رہا ہے کہ یہ دریافت ہو چکا ہے۔ یہ دریافت ہو چکا ہے کہ اس کائنات کے پیچھے ایک مائنڈ ہے۔</w:t>
      </w:r>
    </w:p>
    <w:p>
      <w:r>
        <w:rPr>
          <w:b/>
        </w:rPr>
        <w:t xml:space="preserve">[30:45] </w:t>
      </w:r>
      <w:r>
        <w:t>yahan tak ke mein janta hoon ke pehla scientist jis ne mind ka word use kiya tha woh tha sir james jeans, british scientist. Mind ka word usi ne use kiya tha.</w:t>
      </w:r>
    </w:p>
    <w:p>
      <w:pPr>
        <w:jc w:val="right"/>
      </w:pPr>
      <w:r>
        <w:t>یہاں تک کہ میں جانتا ہوں کہ پہلا سائنٹسٹ جس نے مائنڈ کا ورڈ یوز کیا تھا وہ تھا سر جیمز جینز، برٹش سائنٹسٹ۔ مائنڈ کا ورڈ اسی نے یوز کیا تھا۔</w:t>
      </w:r>
    </w:p>
    <w:p>
      <w:r>
        <w:rPr>
          <w:b/>
        </w:rPr>
        <w:t xml:space="preserve">[30:56] </w:t>
      </w:r>
      <w:r>
        <w:t>lekin is ne kaha tha ke mathematical mind. is ne kaha tha ke universe ke peechay aik mathematical mind hai.</w:t>
      </w:r>
    </w:p>
    <w:p>
      <w:pPr>
        <w:jc w:val="right"/>
      </w:pPr>
      <w:r>
        <w:t>لیکن اس نے کہا تھا کہ میتھمیٹیکل مائنڈ۔ اس نے کہا تھا کہ یونیورس کے پیچھے ایک میتھمیٹیکل مائنڈ ہے۔</w:t>
      </w:r>
    </w:p>
    <w:p>
      <w:r>
        <w:rPr>
          <w:b/>
        </w:rPr>
        <w:t xml:space="preserve">[31:06] </w:t>
      </w:r>
      <w:r>
        <w:t>aik British scientist tha, Sir James Jeans.</w:t>
      </w:r>
    </w:p>
    <w:p>
      <w:pPr>
        <w:jc w:val="right"/>
      </w:pPr>
      <w:r>
        <w:t>ایک برٹش سائنٹسٹ تھا، سر جیمز جینز۔</w:t>
      </w:r>
    </w:p>
    <w:p>
      <w:r>
        <w:rPr>
          <w:b/>
        </w:rPr>
        <w:t xml:space="preserve">[31:11] </w:t>
      </w:r>
      <w:r>
        <w:t>ab mein kahoon ga ke woh baat aagay barh kar yahan tak pohanchti hai ke aap kahein ke master computer yaani aik aik divine computer jo hai woh kainat control kar raha hai.</w:t>
      </w:r>
    </w:p>
    <w:p>
      <w:pPr>
        <w:jc w:val="right"/>
      </w:pPr>
      <w:r>
        <w:t>اب میں کہوں گا کہ وہ بات آگے بڑھ کر یہاں تک پہنچتی ہے کہ آپ کہیں کہ ماسٹر کمپیوٹر یعنی ایک ایک ڈیوائن کمپیوٹر جو ہے وہ کائنات کنٹرول کر رہا ہے۔</w:t>
      </w:r>
    </w:p>
    <w:p>
      <w:r>
        <w:rPr>
          <w:b/>
        </w:rPr>
        <w:t xml:space="preserve">[31:23] </w:t>
      </w:r>
      <w:r>
        <w:t>yaani matlab jo hum Allah ka boltay hain, God boltay hain, Khuda boltay hain is aik scientific naam hai. yaani religion ki zaban mein jis ko hum kehte hain Allah, hum kehte hain Khuda, hum kehte hain God.</w:t>
      </w:r>
    </w:p>
    <w:p>
      <w:pPr>
        <w:jc w:val="right"/>
      </w:pPr>
      <w:r>
        <w:t>یعنی مطلب جو ہم اللہ کا بولتے ہیں، گاڈ بولتے ہیں، خدا بولتے ہیں اس ایک سائنٹیفک نام ہے۔ یعنی ریلیجن کی زبان میں جس کو ہم کہتے ہیں اللہ، ہم کہتے ہیں خدا، ہم کہتے ہیں گاڈ۔</w:t>
      </w:r>
    </w:p>
    <w:p>
      <w:r>
        <w:rPr>
          <w:b/>
        </w:rPr>
        <w:t xml:space="preserve">[31:39] </w:t>
      </w:r>
      <w:r>
        <w:t>religion ki</w:t>
      </w:r>
    </w:p>
    <w:p>
      <w:pPr>
        <w:jc w:val="right"/>
      </w:pPr>
      <w:r>
        <w:t>ریلیجن کی</w:t>
      </w:r>
    </w:p>
    <w:p>
      <w:r>
        <w:rPr>
          <w:b/>
        </w:rPr>
        <w:t xml:space="preserve">[31:40] </w:t>
      </w:r>
      <w:r>
        <w:t>zaban mein isi ko science ki zaban mein aap kahein ke ke divine computer. to ab baat yahan tak pohanch chuki hai.</w:t>
      </w:r>
    </w:p>
    <w:p>
      <w:pPr>
        <w:jc w:val="right"/>
      </w:pPr>
      <w:r>
        <w:t>زبان میں اسی کو سائنس کی زبان میں آپ کہیں کہ کہ ڈیوائن کمپیوٹر۔ تو اب بات یہاں تک پہنچ چکی ہے۔</w:t>
      </w:r>
    </w:p>
    <w:p>
      <w:r>
        <w:rPr>
          <w:b/>
        </w:rPr>
        <w:t xml:space="preserve">[31:50] </w:t>
      </w:r>
      <w:r>
        <w:t>to aap dekhein jo history ka jo safar hai. nature worship khatam hui, kingship khatam hui, humanism bhi khatam ho gaya.</w:t>
      </w:r>
    </w:p>
    <w:p>
      <w:pPr>
        <w:jc w:val="right"/>
      </w:pPr>
      <w:r>
        <w:t>تو آپ دیکھیں جو ہسٹری کا جو سفر ہے۔ نیچر ورشپ ختم ہوئی، کنگ شپ ختم ہوئی، ہیومنزم بھی ختم ہو گیا۔</w:t>
      </w:r>
    </w:p>
    <w:p>
      <w:r>
        <w:rPr>
          <w:b/>
        </w:rPr>
        <w:t xml:space="preserve">[32:02] </w:t>
      </w:r>
      <w:r>
        <w:t>ab kya hai? ab aagay baat kahan pohanchi hai?</w:t>
      </w:r>
    </w:p>
    <w:p>
      <w:pPr>
        <w:jc w:val="right"/>
      </w:pPr>
      <w:r>
        <w:t>اب کیا ہے؟ اب آگے بات کہاں پہنچی ہے؟</w:t>
      </w:r>
    </w:p>
    <w:p>
      <w:r>
        <w:rPr>
          <w:b/>
        </w:rPr>
        <w:t xml:space="preserve">[32:05] </w:t>
      </w:r>
      <w:r>
        <w:t>ab aap ko manna hi paray ga ke is kainat ke peechay aik Khuda hai. aur koi option hi nahi baqi nahi raha. koi option baqi nahi raha.</w:t>
      </w:r>
    </w:p>
    <w:p>
      <w:pPr>
        <w:jc w:val="right"/>
      </w:pPr>
      <w:r>
        <w:t>اب آپ کو ماننا ہی پڑے گا کہ اس کائنات کے پیچھے ایک خدا ہے۔ اور کوئی آپشن ہی نہیں باقی نہیں رہا۔ کوئی آپشن باقی نہیں رہا۔</w:t>
      </w:r>
    </w:p>
    <w:p>
      <w:r>
        <w:rPr>
          <w:b/>
        </w:rPr>
        <w:t xml:space="preserve">[32:18] </w:t>
      </w:r>
      <w:r>
        <w:t>mujhe aik qissa yaad aata hai bohat pehlay ka. aik maqam tha wahan par logon mein aik behas shuru hui.</w:t>
      </w:r>
    </w:p>
    <w:p>
      <w:pPr>
        <w:jc w:val="right"/>
      </w:pPr>
      <w:r>
        <w:t>مجھے ایک قصہ یاد آتا ہے بہت پہلے کا۔ ایک مقام تھا وہاں پر لوگوں میں ایک بحث شروع ہوئی۔</w:t>
      </w:r>
    </w:p>
    <w:p>
      <w:r>
        <w:rPr>
          <w:b/>
        </w:rPr>
        <w:t xml:space="preserve">[32:29] </w:t>
      </w:r>
      <w:r>
        <w:t>yeh science se pehlay ke zamanay ki baat hai. yaani pre scientific period ki baat hai.</w:t>
      </w:r>
    </w:p>
    <w:p>
      <w:pPr>
        <w:jc w:val="right"/>
      </w:pPr>
      <w:r>
        <w:t>یہ سائنس سے پہلے کے زمانے کی بات ہے۔ یعنی پری سائنٹیفک پیریڈ کی بات ہے۔</w:t>
      </w:r>
    </w:p>
    <w:p>
      <w:r>
        <w:rPr>
          <w:b/>
        </w:rPr>
        <w:t xml:space="preserve">[32:38] </w:t>
      </w:r>
      <w:r>
        <w:t>to yeh hui ke kya Khuda hai? koi log kehte thay Khuda hai, koi log kehte thay Khuda nahi hai. aur behas chal rahi hai, behas chal rahi hai, behas chal rahi hai.</w:t>
      </w:r>
    </w:p>
    <w:p>
      <w:pPr>
        <w:jc w:val="right"/>
      </w:pPr>
      <w:r>
        <w:t>تو یہ ہوئی کہ کیا خدا ہے؟ کوئی لوگ کہتے تھے خدا ہے، کوئی لوگ کہتے تھے خدا نہیں ہے۔ اور بحث چل رہی ہے، بحث چل رہی ہے، بحث چل رہی ہے۔</w:t>
      </w:r>
    </w:p>
    <w:p>
      <w:r>
        <w:rPr>
          <w:b/>
        </w:rPr>
        <w:t xml:space="preserve">[32:51] </w:t>
      </w:r>
      <w:r>
        <w:t>to khatam nahi hoti thi. to logon ne kaha ke bhai dekho hamare basti mein aik masjid hai, is mein aik buzurg rehte hain.</w:t>
      </w:r>
    </w:p>
    <w:p>
      <w:pPr>
        <w:jc w:val="right"/>
      </w:pPr>
      <w:r>
        <w:t>تو ختم نہیں ہوتی تھی۔ تو لوگوں نے کہا کہ بھائی دیکھو ہمارے بستی میں ایک مسجد ہے، اس میں ایک بزرگ رہتے ہیں۔</w:t>
      </w:r>
    </w:p>
    <w:p>
      <w:r>
        <w:rPr>
          <w:b/>
        </w:rPr>
        <w:t xml:space="preserve">[33:03] </w:t>
      </w:r>
      <w:r>
        <w:t>woh kahein jatay atay nahi, bas masjid mein ibadat karna hai, yeh un ka kaam hai.</w:t>
      </w:r>
    </w:p>
    <w:p>
      <w:pPr>
        <w:jc w:val="right"/>
      </w:pPr>
      <w:r>
        <w:t>وہ کہیں جاتے آتے نہیں، بس مسجد میں عبادت کرنا ہے، یہ ان کا کام ہے۔</w:t>
      </w:r>
    </w:p>
    <w:p>
      <w:r>
        <w:rPr>
          <w:b/>
        </w:rPr>
        <w:t xml:space="preserve">[33:08] </w:t>
      </w:r>
      <w:r>
        <w:t>un ko bulao, shayad woh is maslay ko hal karein. to un ko bulaya gaya. to unhon ne poocha ke bhai kya masla hai?</w:t>
      </w:r>
    </w:p>
    <w:p>
      <w:pPr>
        <w:jc w:val="right"/>
      </w:pPr>
      <w:r>
        <w:t>ان کو بلاؤ، شاید وہ اس مسئلے کو حل کریں۔ تو ان کو بلایا گیا۔ تو انہوں نے پوچھا کہ بھئی کیا مسئلہ ہے؟</w:t>
      </w:r>
    </w:p>
    <w:p>
      <w:r>
        <w:rPr>
          <w:b/>
        </w:rPr>
        <w:t xml:space="preserve">[33:20] </w:t>
      </w:r>
      <w:r>
        <w:t>unhon ne kaha ke hum mein se kuch log kehte hain Khuda hai, koi log kehte hain Khuda nahi hai. ab aap bataiye. to buzurg puranay time ke riwayati tarz ke aadmi thay.</w:t>
      </w:r>
    </w:p>
    <w:p>
      <w:pPr>
        <w:jc w:val="right"/>
      </w:pPr>
      <w:r>
        <w:t>انہوں نے کہا کہ ہم میں سے کچھ لوگ کہتے ہیں خدا ہے، کوئی لوگ کہتے ہیں خدا نہیں ہے۔ اب آپ بتائیے۔ تو بزرگ پرانے ٹائم کے روایتی طرز کے آدمی تھے۔</w:t>
      </w:r>
    </w:p>
    <w:p>
      <w:r>
        <w:rPr>
          <w:b/>
        </w:rPr>
        <w:t xml:space="preserve">[33:33] </w:t>
      </w:r>
      <w:r>
        <w:t>unhon ne aoozubillah minash shaitanir rajeem, bismillahir rahmanir raheem parha. is ke baad Quran ki aik ayat tilawat ki unhon ne.</w:t>
      </w:r>
    </w:p>
    <w:p>
      <w:pPr>
        <w:jc w:val="right"/>
      </w:pPr>
      <w:r>
        <w:t>انہوں نے اعوذ باللہ من الشیطان الرجیم، بسم اللہ الرحمن الرحیم پڑھا۔ اس کے بعد قرآن کی ایک آیت تلاوت کی انہوں نے۔</w:t>
      </w:r>
    </w:p>
    <w:p>
      <w:r>
        <w:rPr>
          <w:b/>
        </w:rPr>
        <w:t xml:space="preserve">[33:45] </w:t>
      </w:r>
      <w:r>
        <w:t>af Allah shakka fatir as samawati wal ard. yeh Quran ki aik ayat hai. af Allah shakka fatir as samawati wal ard.</w:t>
      </w:r>
    </w:p>
    <w:p>
      <w:pPr>
        <w:jc w:val="right"/>
      </w:pPr>
      <w:r>
        <w:t>اف اللہ شک فاطر السماوات والارض۔ یہ قرآن کی ایک آیت ہے۔ اف اللہ شک فاطر السماوات والارض۔</w:t>
      </w:r>
    </w:p>
    <w:p>
      <w:r>
        <w:rPr>
          <w:b/>
        </w:rPr>
        <w:t xml:space="preserve">[33:58] </w:t>
      </w:r>
      <w:r>
        <w:t>ab bohat yaqeen ke sath pa</w:t>
      </w:r>
    </w:p>
    <w:p>
      <w:pPr>
        <w:jc w:val="right"/>
      </w:pPr>
      <w:r>
        <w:t>اب بہت یقین کے ساتھ پ</w:t>
      </w:r>
    </w:p>
    <w:p>
      <w:r>
        <w:rPr>
          <w:b/>
        </w:rPr>
        <w:t xml:space="preserve">[33:59] </w:t>
      </w:r>
      <w:r>
        <w:t>rha tha unhon ne. is ka matlab hai ke kya tum ko shak hai Allah ke baray mein? jis jis ne zameen o asman ko paida kiya.</w:t>
      </w:r>
    </w:p>
    <w:p>
      <w:pPr>
        <w:jc w:val="right"/>
      </w:pPr>
      <w:r>
        <w:t>ڑھا تھا انہوں نے۔ اس کا مطلب ہے کہ کیا تم کو شک ہے اللہ کے بارے میں؟ جس جس نے زمین و آسمان کو پیدا کیا۔</w:t>
      </w:r>
    </w:p>
    <w:p>
      <w:r>
        <w:rPr>
          <w:b/>
        </w:rPr>
        <w:t xml:space="preserve">[34:10] </w:t>
      </w:r>
      <w:r>
        <w:t>kya tum ko shak hai Allah ke baray mein? jis ne zameen o asman ko paida kiya. to bohat yaqeen ke sath unhon ne parha yeh is ayat ko.</w:t>
      </w:r>
    </w:p>
    <w:p>
      <w:pPr>
        <w:jc w:val="right"/>
      </w:pPr>
      <w:r>
        <w:t>کیا تم کو شک ہے اللہ کے بارے میں؟ جس نے زمین و آسمان کو پیدا کیا۔ تو بہت یقین کے ساتھ انہوں نے پڑھا یہ اس آیت کو۔</w:t>
      </w:r>
    </w:p>
    <w:p>
      <w:r>
        <w:rPr>
          <w:b/>
        </w:rPr>
        <w:t xml:space="preserve">[34:20] </w:t>
      </w:r>
      <w:r>
        <w:t>af Allah shakka fatir as samawati wal ard. yeh keh kar chalay gaye woh.</w:t>
      </w:r>
    </w:p>
    <w:p>
      <w:pPr>
        <w:jc w:val="right"/>
      </w:pPr>
      <w:r>
        <w:t>اف اللہ شک فاطر السماوات والارض۔ یہ کہہ کر چلے گئے وہ۔</w:t>
      </w:r>
    </w:p>
    <w:p>
      <w:r>
        <w:rPr>
          <w:b/>
        </w:rPr>
        <w:t xml:space="preserve">[34:26] </w:t>
      </w:r>
      <w:r>
        <w:t>to logon par itna dabdaba hua un ke yaqeen ka, un ke parhnay ke andaz ka ke jo keh rahe thay Khuda nahi, unhon ne maan liya.</w:t>
      </w:r>
    </w:p>
    <w:p>
      <w:pPr>
        <w:jc w:val="right"/>
      </w:pPr>
      <w:r>
        <w:t>تو لوگوں پر اتنا دبدبہ ہوا ان کے یقین کا، ان کے پڑھنے کے انداز کا کہ جو کہہ رہے تھے خدا نہیں، انہوں نے مان لیا۔</w:t>
      </w:r>
    </w:p>
    <w:p>
      <w:r>
        <w:rPr>
          <w:b/>
        </w:rPr>
        <w:t xml:space="preserve">[34:36] </w:t>
      </w:r>
      <w:r>
        <w:t>is dabdabay ki bina par. shakhsi dabdaba. mein kehta hoon ke aaj baat aur aagay barh chuki hai.</w:t>
      </w:r>
    </w:p>
    <w:p>
      <w:pPr>
        <w:jc w:val="right"/>
      </w:pPr>
      <w:r>
        <w:t>اس دبدبے کی بنا پر۔ شخصی دبدبہ۔ میں کہتا ہوں کہ آج بات اور آگے بڑھ چکی ہے۔</w:t>
      </w:r>
    </w:p>
    <w:p>
      <w:r>
        <w:rPr>
          <w:b/>
        </w:rPr>
        <w:t xml:space="preserve">[34:49] </w:t>
      </w:r>
      <w:r>
        <w:t>ab ab rationally accepted ground mil chuka hai aap ke paas ke aap kahein ke Khuda hai is kainat ka.</w:t>
      </w:r>
    </w:p>
    <w:p>
      <w:pPr>
        <w:jc w:val="right"/>
      </w:pPr>
      <w:r>
        <w:t>اب اب ریشنلی ایکسیپٹڈ گراؤنڈ مل چکا ہے آپ کے پاس کہ آپ کہیں کہ خدا ہے اس کائنات کا۔</w:t>
      </w:r>
    </w:p>
    <w:p>
      <w:r>
        <w:rPr>
          <w:b/>
        </w:rPr>
        <w:t xml:space="preserve">[34:59] </w:t>
      </w:r>
      <w:r>
        <w:t>agarche woh lafz bol rahe hain master computer. mein kehta hoon ke master computer is only the other neb of divine computer.</w:t>
      </w:r>
    </w:p>
    <w:p>
      <w:pPr>
        <w:jc w:val="right"/>
      </w:pPr>
      <w:r>
        <w:t>اگرچہ وہ لفظ بول رہے ہیں ماسٹر کمپیوٹر۔ میں کہتا ہوں کہ ماسٹر کمپیوٹر از اونلی دی ادر نیب آف ڈیوائن کمپیوٹر۔</w:t>
      </w:r>
    </w:p>
    <w:p>
      <w:r>
        <w:rPr>
          <w:b/>
        </w:rPr>
        <w:t xml:space="preserve">[35:10] </w:t>
      </w:r>
      <w:r>
        <w:t>kya farq hai?</w:t>
      </w:r>
    </w:p>
    <w:p>
      <w:pPr>
        <w:jc w:val="right"/>
      </w:pPr>
      <w:r>
        <w:t>کیا فرق ہے؟</w:t>
      </w:r>
    </w:p>
    <w:p>
      <w:r>
        <w:rPr>
          <w:b/>
        </w:rPr>
        <w:t xml:space="preserve">[35:16] </w:t>
      </w:r>
      <w:r>
        <w:t>to yeh hai yaani jis ko maine kaha tha ke aaj ka topic hai journey of history.</w:t>
      </w:r>
    </w:p>
    <w:p>
      <w:pPr>
        <w:jc w:val="right"/>
      </w:pPr>
      <w:r>
        <w:t>تو یہ ہے یعنی جس کو میں نے کہا تھا کہ آج کا ٹاپک ہے جرنی آف ہسٹری۔</w:t>
      </w:r>
    </w:p>
    <w:p>
      <w:r>
        <w:rPr>
          <w:b/>
        </w:rPr>
        <w:t xml:space="preserve">[35:26] </w:t>
      </w:r>
      <w:r>
        <w:t>tareekh ka safar. to tareekh ke safar ke kai angle hain. mein jis angle se mein arz kar raha hoon woh woh angle hai jis se Khuda tareekh ka safar karwa raha hai.</w:t>
      </w:r>
    </w:p>
    <w:p>
      <w:pPr>
        <w:jc w:val="right"/>
      </w:pPr>
      <w:r>
        <w:t>تاریخ کا سفر۔ تو تاریخ کے سفر کے کئی اینگل ہیں۔ میں جس اینگل سے میں عرض کر رہا ہوں وہ وہ اینگل ہے جس سے خدا تاریخ کا سفر کروا رہا ہے۔</w:t>
      </w:r>
    </w:p>
    <w:p>
      <w:r>
        <w:rPr>
          <w:b/>
        </w:rPr>
        <w:t xml:space="preserve">[35:38] </w:t>
      </w:r>
      <w:r>
        <w:t>dekhiye Allah taala ne kainat ko paida kiya. phir aur paighambaron ko bheja rehnumai ke liye.</w:t>
      </w:r>
    </w:p>
    <w:p>
      <w:pPr>
        <w:jc w:val="right"/>
      </w:pPr>
      <w:r>
        <w:t>دیکھیے اللہ تعالی نے کائنات کو پیدا کیا۔ پھر اور پیغمبروں کو بھیجا رہنمائی کے لیے۔</w:t>
      </w:r>
    </w:p>
    <w:p>
      <w:r>
        <w:rPr>
          <w:b/>
        </w:rPr>
        <w:t xml:space="preserve">[35:49] </w:t>
      </w:r>
      <w:r>
        <w:t>lekin isi sath sath ek aur kaam ho raha hai unseen tor par. woh hai history ko manage karna.</w:t>
      </w:r>
    </w:p>
    <w:p>
      <w:pPr>
        <w:jc w:val="right"/>
      </w:pPr>
      <w:r>
        <w:t>لیکن اسی ساتھ ساتھ ایک اور کام ہو رہا ہے ان سین طور پر۔ وہ ہے ہسٹری کو مینج کرنا۔</w:t>
      </w:r>
    </w:p>
    <w:p>
      <w:r>
        <w:rPr>
          <w:b/>
        </w:rPr>
        <w:t xml:space="preserve">[35:59] </w:t>
      </w:r>
      <w:r>
        <w:t>Khuda is kainat ko manage kar raha hai. agar manage na kare to kainat to insan aur yeh duniya yeh sab tabah ho jaye.</w:t>
      </w:r>
    </w:p>
    <w:p>
      <w:pPr>
        <w:jc w:val="right"/>
      </w:pPr>
      <w:r>
        <w:t>خدا اس کائنات کو مینج کر رہا ہے۔ اگر مینج نہ کرے تو کائنات تو انسان اور یہ دنیا یہ سب تباہ ہو جائے۔</w:t>
      </w:r>
    </w:p>
    <w:p>
      <w:r>
        <w:rPr>
          <w:b/>
        </w:rPr>
        <w:t xml:space="preserve">[36:12] </w:t>
      </w:r>
      <w:r>
        <w:t>to Khuda ne create kiya, zameen banai. yahan saare asbab hayat paida kiye. insan ko settle kiya yahan par.</w:t>
      </w:r>
    </w:p>
    <w:p>
      <w:pPr>
        <w:jc w:val="right"/>
      </w:pPr>
      <w:r>
        <w:t>تو خدا نے کریٹ کیا، زمین بنائی۔ یہاں سارے اسباب حیات پیدا کیے۔ انسان کو سیٹل کیا یہاں پر۔</w:t>
      </w:r>
    </w:p>
    <w:p>
      <w:r>
        <w:rPr>
          <w:b/>
        </w:rPr>
        <w:t xml:space="preserve">[36:23] </w:t>
      </w:r>
      <w:r>
        <w:t>phir nabiyon ke zariye hidayat bhejna shuru kiya. lekin sath sath</w:t>
      </w:r>
    </w:p>
    <w:p>
      <w:pPr>
        <w:jc w:val="right"/>
      </w:pPr>
      <w:r>
        <w:t>پھر نبیوں کے ذریعے ہدایت بھیجنا شروع کیا۔ لیکن ساتھ ساتھ</w:t>
      </w:r>
    </w:p>
    <w:p>
      <w:r>
        <w:rPr>
          <w:b/>
        </w:rPr>
        <w:t xml:space="preserve">[36:30] </w:t>
      </w:r>
      <w:r>
        <w:t>woh ghafil nahi hai. kul yaum huwa fi shan. woh manage kar raha hai.</w:t>
      </w:r>
    </w:p>
    <w:p>
      <w:pPr>
        <w:jc w:val="right"/>
      </w:pPr>
      <w:r>
        <w:t>وہ غافل نہیں ہے۔ کل یوم ہوا فی شان۔ وہ مینج کر رہا ہے۔</w:t>
      </w:r>
    </w:p>
    <w:p>
      <w:r>
        <w:rPr>
          <w:b/>
        </w:rPr>
        <w:t xml:space="preserve">[36:37] </w:t>
      </w:r>
      <w:r>
        <w:t>kul yaum huwa fi shan ko agar mein lafz badal kahoon. lafz badal kar to mein kahoon ke Khuda is kainat ko manage kar raha hai. insani tareekh ko manage kar raha hai.</w:t>
      </w:r>
    </w:p>
    <w:p>
      <w:pPr>
        <w:jc w:val="right"/>
      </w:pPr>
      <w:r>
        <w:t>کل یوم ہوا فی شان کو اگر میں لفظ بدل کہوں۔ لفظ بدل کر تو میں کہوں کہ خدا اس کائنات کو مینج کر رہا ہے۔ انسانی تاریخ کو مینج کر رہا ہے۔</w:t>
      </w:r>
    </w:p>
    <w:p>
      <w:r>
        <w:rPr>
          <w:b/>
        </w:rPr>
        <w:t xml:space="preserve">[36:51] </w:t>
      </w:r>
      <w:r>
        <w:t>to manage karte karte dekhiye kis tarah Allah taala ne kiya kiya.</w:t>
      </w:r>
    </w:p>
    <w:p>
      <w:pPr>
        <w:jc w:val="right"/>
      </w:pPr>
      <w:r>
        <w:t>تو مینج کرتے کرتے دیکھیے کس طرح اللہ تعالی نے کیا کیا۔</w:t>
      </w:r>
    </w:p>
    <w:p>
      <w:r>
        <w:rPr>
          <w:b/>
        </w:rPr>
        <w:t xml:space="preserve">[36:56] </w:t>
      </w:r>
      <w:r>
        <w:t>ke jo sachai jo Allah ki hidayat pehle zamane mein jis ke paas jo support yaani miracle ke zariye miracle ko baatoor support pesh kiya karte the.</w:t>
      </w:r>
    </w:p>
    <w:p>
      <w:pPr>
        <w:jc w:val="right"/>
      </w:pPr>
      <w:r>
        <w:t>کہ جو سچائی جو اللہ کی ہدایت پہلے زمانے میں جس کے پاس جو سپورٹ یعنی میریکل کے ذریعے میریکل کو بطور سپورٹ پیش کیا کرتے تھے۔</w:t>
      </w:r>
    </w:p>
    <w:p>
      <w:r>
        <w:rPr>
          <w:b/>
        </w:rPr>
        <w:t xml:space="preserve">[37:13] </w:t>
      </w:r>
      <w:r>
        <w:t>yaani supporting evidence jo hoti thi, supporting evidence paighambaron ke paas woh the miracle.</w:t>
      </w:r>
    </w:p>
    <w:p>
      <w:pPr>
        <w:jc w:val="right"/>
      </w:pPr>
      <w:r>
        <w:t>یعنی سپورٹنگ ایویڈنس جو ہوتی تھی، سپورٹنگ ایویڈنس پیغمبروں کے پاس وہ تھے میریکل۔</w:t>
      </w:r>
    </w:p>
    <w:p>
      <w:r>
        <w:rPr>
          <w:b/>
        </w:rPr>
        <w:t xml:space="preserve">[37:21] </w:t>
      </w:r>
      <w:r>
        <w:t>apni baat kehne ke baad baatoor supporting evidence ko woh miracle pesh karte the.</w:t>
      </w:r>
    </w:p>
    <w:p>
      <w:pPr>
        <w:jc w:val="right"/>
      </w:pPr>
      <w:r>
        <w:t>اپنی بات کہنے کے بعد بطور سپورٹنگ ایویڈنس کو وہ بریکل پیش کرتے تھے۔</w:t>
      </w:r>
    </w:p>
    <w:p>
      <w:r>
        <w:rPr>
          <w:b/>
        </w:rPr>
        <w:t xml:space="preserve">[37:29] </w:t>
      </w:r>
      <w:r>
        <w:t>lekin Allah taala ka matloob tha ke baat aur aage badhe. nabuwat khatm ki jaye aur rational support hasil ho jaye.</w:t>
      </w:r>
    </w:p>
    <w:p>
      <w:pPr>
        <w:jc w:val="right"/>
      </w:pPr>
      <w:r>
        <w:t>لیکن اللہ تعالی کا مطلوب تھا کہ بات اور آگے بڑھے۔ نبوت ختم کی جائے اور ریشنل سپورٹ حاصل ہو جائے۔</w:t>
      </w:r>
    </w:p>
    <w:p>
      <w:r>
        <w:rPr>
          <w:b/>
        </w:rPr>
        <w:t xml:space="preserve">[37:40] </w:t>
      </w:r>
      <w:r>
        <w:t>hidayat KhudaWandi ko, sachai ko. rational support ka matlab hai rationally accepted ground.</w:t>
      </w:r>
    </w:p>
    <w:p>
      <w:pPr>
        <w:jc w:val="right"/>
      </w:pPr>
      <w:r>
        <w:t>ہدایت خداوندی کو، سچائی کو۔ ریشنل سپورٹ کا مطلب ہے ریشنلی ایکسیپٹڈ گراؤنڈ۔</w:t>
      </w:r>
    </w:p>
    <w:p>
      <w:r>
        <w:rPr>
          <w:b/>
        </w:rPr>
        <w:t xml:space="preserve">[37:51] </w:t>
      </w:r>
      <w:r>
        <w:t>ke insan ne jo ilm banaya hai, jis ilm ko insan manta hai, jis mathematics ko, jis method ko insan manta hai aur jis ke zariye koi cheez daryaft hone ko woh waqea tasleem kar leta hai to us ke zariye baatein sabit ho jayen.</w:t>
      </w:r>
    </w:p>
    <w:p>
      <w:pPr>
        <w:jc w:val="right"/>
      </w:pPr>
      <w:r>
        <w:t>کہ انسان نے جو علم بنایا ہے، جس علم کو انسان مانتا ہے، جس میتھمیٹکس کو، جس میتھڈ کو انسان مانتا ہے اور جس کے ذریعے کوئی چیز دریافت ہونے کو وہ واقعہ تسلیم کر لیتا ہے تو اس کے ذریعے باتیں ثابت ہو جائیں۔</w:t>
      </w:r>
    </w:p>
    <w:p>
      <w:r>
        <w:rPr>
          <w:b/>
        </w:rPr>
        <w:t xml:space="preserve">[38:11] </w:t>
      </w:r>
      <w:r>
        <w:t>isi ko mein keh raha hoon ke rationally accepted ground ka support mil jaye Allah ke deen ko. woh ho gaya.</w:t>
      </w:r>
    </w:p>
    <w:p>
      <w:pPr>
        <w:jc w:val="right"/>
      </w:pPr>
      <w:r>
        <w:t>اسی کو میں کہہ رہا ہوں کہ ریشنلی ایکسیپٹڈ گراؤنڈ کا سپورٹ مل جائے اللہ کے دین کو۔ وہ ہو گیا۔</w:t>
      </w:r>
    </w:p>
    <w:p>
      <w:r>
        <w:rPr>
          <w:b/>
        </w:rPr>
        <w:t xml:space="preserve">[38:22] </w:t>
      </w:r>
      <w:r>
        <w:t>ab kya karna hai? ab jo kaam karna hai woh daaiyon ko karna hai. paighambaron ne apna kaam kar diya. historical process apne culmination tak pahunch chuka.</w:t>
      </w:r>
    </w:p>
    <w:p>
      <w:pPr>
        <w:jc w:val="right"/>
      </w:pPr>
      <w:r>
        <w:t>اب کیا کرنا ہے؟ اب جو کام کرنا ہے وہ داعیوں کو کرنا ہے۔ پیغمبروں نے اپنا کام کر دیا۔ ہسٹوریکل پروسیس اپنے کلمنیشن تک پہنچ چکا۔</w:t>
      </w:r>
    </w:p>
    <w:p>
      <w:r>
        <w:rPr>
          <w:b/>
        </w:rPr>
        <w:t xml:space="preserve">[38:37] </w:t>
      </w:r>
      <w:r>
        <w:t>Allah ne support supporting yaani jo jo support ke liye jo us ki darkaar thi woh wajood mein aa gayi. woh ab kaam karna hai daaiyon ko.</w:t>
      </w:r>
    </w:p>
    <w:p>
      <w:pPr>
        <w:jc w:val="right"/>
      </w:pPr>
      <w:r>
        <w:t>اللہ نے سپورٹ سپورٹنگ یعنی جو جو سپورٹ کے لیے جو اس کی درکار تھی وہ وجود میں آگئی۔ وہ اب کام کرنا ہے داعیوں کو۔</w:t>
      </w:r>
    </w:p>
    <w:p>
      <w:r>
        <w:rPr>
          <w:b/>
        </w:rPr>
        <w:t xml:space="preserve">[38:49] </w:t>
      </w:r>
      <w:r>
        <w:t>yaani kisi sadi mein jo log hain, jo ahl-e-imaan hain, jo Allah se darte hain, jin ko yeh baat lagi rehti hai ke humein Allah ke samne khada hona hai.</w:t>
      </w:r>
    </w:p>
    <w:p>
      <w:pPr>
        <w:jc w:val="right"/>
      </w:pPr>
      <w:r>
        <w:t>یعنی کسی صدی میں جو لوگ ہیں، جو اہل ایمان ہیں، جو اللہ سے ڈرتے ہیں، جن کو یہ بات لگی رہتی ہے کہ ہمیں اللہ کے سامنے کھڑا ہونا ہے۔</w:t>
      </w:r>
    </w:p>
    <w:p>
      <w:r>
        <w:rPr>
          <w:b/>
        </w:rPr>
        <w:t xml:space="preserve">[39:03] </w:t>
      </w:r>
      <w:r>
        <w:t>Allah ko face karna hai. un ka kaam hai. woh yeh socha ke jab kuch ho chuka to ab meri zimmedari shuru ho jati hai.</w:t>
      </w:r>
    </w:p>
    <w:p>
      <w:pPr>
        <w:jc w:val="right"/>
      </w:pPr>
      <w:r>
        <w:t>اللہ کو فیس کرنا ہے۔ ان کا کام ہے۔ وہ یہ سوچا کہ جب کچھ ہو چکا تو اب میری ذمہ داری شروع ہو جاتی ہے۔</w:t>
      </w:r>
    </w:p>
    <w:p>
      <w:r>
        <w:rPr>
          <w:b/>
        </w:rPr>
        <w:t xml:space="preserve">[39:15] </w:t>
      </w:r>
      <w:r>
        <w:t>jis tarah petrol bharne ke baad driver ki zimmedari shuru ho jati hai gaadi mein.</w:t>
      </w:r>
    </w:p>
    <w:p>
      <w:pPr>
        <w:jc w:val="right"/>
      </w:pPr>
      <w:r>
        <w:t>جس طرح پٹرول بھرنے کے بعد ڈرائیور کی ذمہ داری شروع ہو جاتی ہے گاڑی میں۔</w:t>
      </w:r>
    </w:p>
    <w:p>
      <w:r>
        <w:rPr>
          <w:b/>
        </w:rPr>
        <w:t xml:space="preserve">[39:23] </w:t>
      </w:r>
      <w:r>
        <w:t>ab jo itne saare kaam jo ho chuke hain to ab aage ka kaam ki zimmedari kaun le? woh daai.</w:t>
      </w:r>
    </w:p>
    <w:p>
      <w:pPr>
        <w:jc w:val="right"/>
      </w:pPr>
      <w:r>
        <w:t>اب جو اتنے سارے کام جو ہو چکے ہیں تو اب آگے کا کام کی ذمہ داری کون لے؟ وہ داعی۔</w:t>
      </w:r>
    </w:p>
    <w:p>
      <w:r>
        <w:rPr>
          <w:b/>
        </w:rPr>
        <w:t xml:space="preserve">[39:31] </w:t>
      </w:r>
      <w:r>
        <w:t>aaj jo log zinda hain twenty first century mein, jo ehle iman, jo Allah se reward chahte hain, jin ko yeh lagi hui hai ke akhirat mein jab tamam insan ekhatta hon hashir ke maidan mein to Khuda awaz de ke is bande ko lao,</w:t>
      </w:r>
    </w:p>
    <w:p>
      <w:pPr>
        <w:jc w:val="right"/>
      </w:pPr>
      <w:r>
        <w:t>آج جو لوگ زندہ ہیں ٹونٹی فرسٹ سینچری میں، جو اہل ایمان، جو اللہ سے ریوارڈ چاہتے ہیں، جن کو یہ لگی ہوئی ہے کہ آخرت میں جب تمام انسان اکٹھا ہوں حشر کے میدان میں تو خدا آواز دے کہ اس بندے کو لاؤ،</w:t>
      </w:r>
    </w:p>
    <w:p>
      <w:r>
        <w:rPr>
          <w:b/>
        </w:rPr>
        <w:t xml:space="preserve">[39:52] </w:t>
      </w:r>
      <w:r>
        <w:t>is bande ko mein reward doon ga kyunke is ne situation ko pehchana,</w:t>
      </w:r>
    </w:p>
    <w:p>
      <w:pPr>
        <w:jc w:val="right"/>
      </w:pPr>
      <w:r>
        <w:t>اس بندے کو میں ریوارڈ دوں گا کیونکہ اس نے سچویشن کو پہچانا،</w:t>
      </w:r>
    </w:p>
    <w:p>
      <w:r>
        <w:rPr>
          <w:b/>
        </w:rPr>
        <w:t xml:space="preserve">[40:01] </w:t>
      </w:r>
      <w:r>
        <w:t>jo mawaqe paida kiye gaye the, mein ne is ko pehchana hai. Is ne aur is ne dawat ka kaam kiya. Dawat ka kaam kya hai? Dawat ka matlab hai Allah ke creation plan se logon ko ba-khabar karna.</w:t>
      </w:r>
    </w:p>
    <w:p>
      <w:pPr>
        <w:jc w:val="right"/>
      </w:pPr>
      <w:r>
        <w:t>جو مواقع پیدا کیے گئے تھے، میں نے اس کو پہچانا ہے۔ اس نے اور اس نے دعوت کا کام کیا۔ دعوت کا کام کیا ہے؟ دعوت کا مطلب ہے اللہ کے کریشن پلان سے لوگوں کو باخبر کرنا۔</w:t>
      </w:r>
    </w:p>
    <w:p>
      <w:r>
        <w:rPr>
          <w:b/>
        </w:rPr>
        <w:t xml:space="preserve">[40:17] </w:t>
      </w:r>
      <w:r>
        <w:t>yeh dawat ka kaam hai. Allah ne kyun paida kiya? Pre-death period mein kya hai?</w:t>
      </w:r>
    </w:p>
    <w:p>
      <w:pPr>
        <w:jc w:val="right"/>
      </w:pPr>
      <w:r>
        <w:t>یہ دعوت کا کام ہے۔ اللہ نے کیوں پیدا کیا؟ پری ڈیتھ پیریڈ میں کیا ہے؟</w:t>
      </w:r>
    </w:p>
    <w:p>
      <w:r>
        <w:rPr>
          <w:b/>
        </w:rPr>
        <w:t xml:space="preserve">[40:27] </w:t>
      </w:r>
      <w:r>
        <w:t>Post-death period mein kya hai?</w:t>
      </w:r>
    </w:p>
    <w:p>
      <w:pPr>
        <w:jc w:val="right"/>
      </w:pPr>
      <w:r>
        <w:t>پوسٹ ڈیتھ پیریڈ میں کیا ہے؟</w:t>
      </w:r>
    </w:p>
    <w:p>
      <w:r>
        <w:rPr>
          <w:b/>
        </w:rPr>
        <w:t xml:space="preserve">[40:30] </w:t>
      </w:r>
      <w:r>
        <w:t>akhirat mein accountability jo hai woh kis usool par hogi? Jannat mein kaun jane wala hai? Jahannum mein kaun jane wala hai?</w:t>
      </w:r>
    </w:p>
    <w:p>
      <w:pPr>
        <w:jc w:val="right"/>
      </w:pPr>
      <w:r>
        <w:t>آخرت میں اکاؤنٹیبلٹی جو ہے وہ کس اصول پر ہوگی؟ جنت میں کون جانے والا ہے؟ جہنم میں کون جانے والا ہے؟</w:t>
      </w:r>
    </w:p>
    <w:p>
      <w:r>
        <w:rPr>
          <w:b/>
        </w:rPr>
        <w:t xml:space="preserve">[40:41] </w:t>
      </w:r>
      <w:r>
        <w:t>kis ko success mile gi? Kaun fail ho kar reh jaye ga? Yeh sari baatein jo hain, isi ko mein kehta hoon creation plan of God.</w:t>
      </w:r>
    </w:p>
    <w:p>
      <w:pPr>
        <w:jc w:val="right"/>
      </w:pPr>
      <w:r>
        <w:t>کس کو سکسیس ملے گی؟ کون فیل ہو کر رہ جائے گا؟ یہ ساری باتیں جو ہیں، اسی کو میں کہتا ہوں کریشن پلان آف گاڈ۔</w:t>
      </w:r>
    </w:p>
    <w:p>
      <w:r>
        <w:rPr>
          <w:b/>
        </w:rPr>
        <w:t xml:space="preserve">[40:51] </w:t>
      </w:r>
      <w:r>
        <w:t>isi ko batana yahi dawat hai Allah ki.</w:t>
      </w:r>
    </w:p>
    <w:p>
      <w:pPr>
        <w:jc w:val="right"/>
      </w:pPr>
      <w:r>
        <w:t>اسی کو بتانا یہی دعوت ہے اللہ ہے۔</w:t>
      </w:r>
    </w:p>
    <w:p>
      <w:r>
        <w:rPr>
          <w:b/>
        </w:rPr>
        <w:t xml:space="preserve">[40:55] </w:t>
      </w:r>
      <w:r>
        <w:t>to sare sare asbab, sare asbab, sare asbab Allah ne paida jama kar diye. Ab koi kami nahi reh gayi.</w:t>
      </w:r>
    </w:p>
    <w:p>
      <w:pPr>
        <w:jc w:val="right"/>
      </w:pPr>
      <w:r>
        <w:t>تو سارے سارے اسباب، سارے اسباب، سارے اسباب اللہ نے پیدا جمع کر دیے۔ اب کوئی کمی نہیں رہ گئی۔</w:t>
      </w:r>
    </w:p>
    <w:p>
      <w:r>
        <w:rPr>
          <w:b/>
        </w:rPr>
        <w:t xml:space="preserve">[41:09] </w:t>
      </w:r>
      <w:r>
        <w:t>dekhiye yeh saada baat nahi hai. Yeh saada baat nahi hai. Is ka matlab kya hai? Agar dawat dene wale na uthein to jante hain kya hoga?</w:t>
      </w:r>
    </w:p>
    <w:p>
      <w:pPr>
        <w:jc w:val="right"/>
      </w:pPr>
      <w:r>
        <w:t>دیکھیے یہ سادہ بات نہیں ہے۔ یہ سادہ بات نہیں ہے۔ اس کا معنی کیا ہے؟ اگر دعوت دینے والے نہ اٹھیں تو جانتے ہیں کیا ہوگا؟</w:t>
      </w:r>
    </w:p>
    <w:p>
      <w:r>
        <w:rPr>
          <w:b/>
        </w:rPr>
        <w:t xml:space="preserve">[41:23] </w:t>
      </w:r>
      <w:r>
        <w:t>madu ki pakar to baad ko hogi, daaiyon ki pakar pehle hogi.</w:t>
      </w:r>
    </w:p>
    <w:p>
      <w:pPr>
        <w:jc w:val="right"/>
      </w:pPr>
      <w:r>
        <w:t>مدعو کی پکڑ تو بعد کو ہوگی، داعیوں کی پکڑ پہلے ہوگی۔</w:t>
      </w:r>
    </w:p>
    <w:p>
      <w:r>
        <w:rPr>
          <w:b/>
        </w:rPr>
        <w:t xml:space="preserve">[41:33] </w:t>
      </w:r>
      <w:r>
        <w:t>yani jo nahi jante un ki pakar baad ko hogi. Jinhone janne ke bawajood dawat ka kaam nahi kiya, un ki pakar pehle hogi.</w:t>
      </w:r>
    </w:p>
    <w:p>
      <w:pPr>
        <w:jc w:val="right"/>
      </w:pPr>
      <w:r>
        <w:t>یعنی جو نہیں جانتے ان کی پکڑ بعد کو ہوگی۔ جنہوں نے جاننے کے باوجود دعوت کا کام نہیں کیا، ان کی پکڑ پہلے ہوگی۔</w:t>
      </w:r>
    </w:p>
    <w:p>
      <w:r>
        <w:rPr>
          <w:b/>
        </w:rPr>
        <w:t xml:space="preserve">[41:44] </w:t>
      </w:r>
      <w:r>
        <w:t>yeh saada baat nahi yaad rakhiye. Yeh saada baat nahi hai.</w:t>
      </w:r>
    </w:p>
    <w:p>
      <w:pPr>
        <w:jc w:val="right"/>
      </w:pPr>
      <w:r>
        <w:t>یہ سادہ بات نہیں یاد رکھی۔ یہ سادہ بات نہیں ہے۔</w:t>
      </w:r>
    </w:p>
    <w:p>
      <w:r>
        <w:rPr>
          <w:b/>
        </w:rPr>
        <w:t xml:space="preserve">[41:53] </w:t>
      </w:r>
      <w:r>
        <w:t>ek to woh insan hain duniya mein,</w:t>
      </w:r>
    </w:p>
    <w:p>
      <w:pPr>
        <w:jc w:val="right"/>
      </w:pPr>
      <w:r>
        <w:t>ایک تو وہ انسان ہیں دنیا میں،</w:t>
      </w:r>
    </w:p>
    <w:p>
      <w:r>
        <w:rPr>
          <w:b/>
        </w:rPr>
        <w:t xml:space="preserve">[42:00] </w:t>
      </w:r>
      <w:r>
        <w:t>billion nahi, billion insan hain. To yeh woh log hain jinhein abhi sachai ki khabar nahi.</w:t>
      </w:r>
    </w:p>
    <w:p>
      <w:pPr>
        <w:jc w:val="right"/>
      </w:pPr>
      <w:r>
        <w:t>بلین نہیں، بلین انسان ہیں۔ تو یہ وہ لوگ ہیں جنہیں ابھی سچائی کی خبر نہیں۔</w:t>
      </w:r>
    </w:p>
    <w:p>
      <w:r>
        <w:rPr>
          <w:b/>
        </w:rPr>
        <w:t xml:space="preserve">[42:10] </w:t>
      </w:r>
      <w:r>
        <w:t>sachai se be-khabar bhi, sachai se be-khabar ho kar woh subah karte hain. Sachai se be-khabar ho kar woh sham karte hain. Sachai se be-khabari mein un ke din guzarte</w:t>
      </w:r>
    </w:p>
    <w:p>
      <w:pPr>
        <w:jc w:val="right"/>
      </w:pPr>
      <w:r>
        <w:t>سچائی سے بے خبر بھی، سچائی سے بے خبر ہو کر وہ صبح کرتے ہیں۔ سچائی سے بے خبر ہو کر وہ شام کرتے ہیں۔ سچائی سے بے خبری میں ان کے دن گز</w:t>
      </w:r>
    </w:p>
    <w:p>
      <w:r>
        <w:rPr>
          <w:b/>
        </w:rPr>
        <w:t xml:space="preserve">[42:21] </w:t>
      </w:r>
      <w:r>
        <w:t>hain. Sachai se be-khabari mein un ki raat guzarti hai. Sachai se be-khabari mein woh jeete hain aur sachai se be-khabari mein woh mar jate hain.</w:t>
      </w:r>
    </w:p>
    <w:p>
      <w:pPr>
        <w:jc w:val="right"/>
      </w:pPr>
      <w:r>
        <w:t>رتے ہیں۔ سچائی سے بے خبری میں ان کی رات گزرتی ہے۔ سچائی سے بے خبری میں وہ جیتے ہیں اور سچائی سے بے خبری میں وہ مر جاتے ہیں۔</w:t>
      </w:r>
    </w:p>
    <w:p>
      <w:r>
        <w:rPr>
          <w:b/>
        </w:rPr>
        <w:t xml:space="preserve">[42:30] </w:t>
      </w:r>
      <w:r>
        <w:t>ek woh insan hain. Doosre woh insan hain jin ke paas Quran hai, jin ke paas Allah ki wahi hai, jin ko ilm hai ke Allah ka mansooba kya hai, Allah ka creation plan kya hai,</w:t>
      </w:r>
    </w:p>
    <w:p>
      <w:pPr>
        <w:jc w:val="right"/>
      </w:pPr>
      <w:r>
        <w:t>ایک وہ انسان ہیں۔ دوسرے وہ انسان ہیں جن کے پاس قرآن ہے، جن کے پاس اللہ کی وحی ہے، جن کو علم ہے کہ اللہ کا منصوبہ کیا ہے، اللہ کا کریشن پلان کیا ہے،</w:t>
      </w:r>
    </w:p>
    <w:p>
      <w:r>
        <w:rPr>
          <w:b/>
        </w:rPr>
        <w:t xml:space="preserve">[42:49] </w:t>
      </w:r>
      <w:r>
        <w:t>maut ke baad kya kuch hone wala hai.</w:t>
      </w:r>
    </w:p>
    <w:p>
      <w:pPr>
        <w:jc w:val="right"/>
      </w:pPr>
      <w:r>
        <w:t>موت کے بعد کیا کچھ ہونے والا ہے۔</w:t>
      </w:r>
    </w:p>
    <w:p>
      <w:r>
        <w:rPr>
          <w:b/>
        </w:rPr>
        <w:t xml:space="preserve">[42:51] </w:t>
      </w:r>
      <w:r>
        <w:t>jante hain in ko mein daai keh raha hoon. Doosre insan madu keh raha hoon. To madu jo hain, jo be-khabari mein jee rahe hain, un ki pakar to baad ko hogi.</w:t>
      </w:r>
    </w:p>
    <w:p>
      <w:pPr>
        <w:jc w:val="right"/>
      </w:pPr>
      <w:r>
        <w:t>جانتے ہیں ان کو میں داعی کہہ رہا ہوں۔ دوسرے انسان مدعو کہہ رہا ہوں۔ تو مدعو جو ہیں، جو بے خبری میں جی رہے ہیں، ان کی پکڑ تو بعد کو ہوگی۔</w:t>
      </w:r>
    </w:p>
    <w:p>
      <w:r>
        <w:rPr>
          <w:b/>
        </w:rPr>
        <w:t xml:space="preserve">[43:06] </w:t>
      </w:r>
      <w:r>
        <w:t>sab se pehle pakar un logon ki hogi jin ko mein daai keh raha hoon, jin ko jante hain aur phir bhi woh kuch kar nahi rahe hain.</w:t>
      </w:r>
    </w:p>
    <w:p>
      <w:pPr>
        <w:jc w:val="right"/>
      </w:pPr>
      <w:r>
        <w:t>سب سے پہلے پکڑ ان لوگوں کی ہوگی جن کو میں داعی کہہ رہا ہوں، جن کو جانتے ہیں اور پھر بھی وہ کچھ کر نہیں رہے ہیں۔</w:t>
      </w:r>
    </w:p>
    <w:p>
      <w:r>
        <w:rPr>
          <w:b/>
        </w:rPr>
        <w:t xml:space="preserve">[43:18] </w:t>
      </w:r>
      <w:r>
        <w:t>yaqeen kijiye, is mein zara bhi shakk nahi ke aap ki jannat is par munhasir hai ke aap doosron ki jannat ka rasta dikhaein.</w:t>
      </w:r>
    </w:p>
    <w:p>
      <w:pPr>
        <w:jc w:val="right"/>
      </w:pPr>
      <w:r>
        <w:t>یقین کیجیے، اس میں ذرا بھی شک نہیں کہ آپ کی جنت اس پر منحصر ہے کہ آپ دوسروں کی جنت کا راستہ دکھائیں۔</w:t>
      </w:r>
    </w:p>
    <w:p>
      <w:r>
        <w:rPr>
          <w:b/>
        </w:rPr>
        <w:t xml:space="preserve">[43:31] </w:t>
      </w:r>
      <w:r>
        <w:t>agar aap ne doosron ki jannat ka rasta nahi dikhaya to aap ki jannat bhi doubtful hai. Koi khush-khawahi agar ho ke hamari jannat reserve hai, hum doosron ko batayein ya na batayein, harghiz reserve nahi hai.</w:t>
      </w:r>
    </w:p>
    <w:p>
      <w:pPr>
        <w:jc w:val="right"/>
      </w:pPr>
      <w:r>
        <w:t>اگر آپ نے دوسروں کی جنت کا راستہ نہیں دکھایا تو آپ کی جنت بھی ڈاؤٹ فل ہے۔ کوئی خوشخواہیاں اگر ہو کہ ہماری جنت ریزرو ہے، ہم دوسروں کو بتائیں یا نہ بتائیں، ہرگز ریزرو نہیں ہے۔</w:t>
      </w:r>
    </w:p>
    <w:p>
      <w:r>
        <w:rPr>
          <w:b/>
        </w:rPr>
        <w:t xml:space="preserve">[43:48] </w:t>
      </w:r>
      <w:r>
        <w:t>batana pare ga aap ko, uthna pare ga aap ko, logon ko ba-khabar karna pare ga aap ko. Aap ka paisa, aap ki energy, aap ka waqt is mein lagana pare ga.</w:t>
      </w:r>
    </w:p>
    <w:p>
      <w:pPr>
        <w:jc w:val="right"/>
      </w:pPr>
      <w:r>
        <w:t>بتانا پڑے گا آپ کو، اٹھنا پڑے گا آپ کو، لوگوں کو باخبر کرنا پڑے گا آپ کو۔ آپ کا پیسہ، آپ کی انرجی، آپ کا وقت اس میں لگانا پڑے گا۔</w:t>
      </w:r>
    </w:p>
    <w:p>
      <w:r>
        <w:rPr>
          <w:b/>
        </w:rPr>
        <w:t xml:space="preserve">[44:08] </w:t>
      </w:r>
      <w:r>
        <w:t>paighambaron ke bare mein yeh Quran mein maujood hai ke agar tum ne nahi bataya to tum hi zimmedar qarar pao ge.</w:t>
      </w:r>
    </w:p>
    <w:p>
      <w:pPr>
        <w:jc w:val="right"/>
      </w:pPr>
      <w:r>
        <w:t>پیغمبروں کے بارے میں یہ قرآن میں موجود ہے کہ اگر تم نے نہیں بتایا تو تم ہی ذمہ دار قرار پاؤ گے۔</w:t>
      </w:r>
    </w:p>
    <w:p>
      <w:r>
        <w:rPr>
          <w:b/>
        </w:rPr>
        <w:t xml:space="preserve">[44:17] </w:t>
      </w:r>
      <w:r>
        <w:t>kesi ajeeb baat yeh hai.</w:t>
      </w:r>
    </w:p>
    <w:p>
      <w:pPr>
        <w:jc w:val="right"/>
      </w:pPr>
      <w:r>
        <w:t>کیسی عجیب بات یہ ہے۔</w:t>
      </w:r>
    </w:p>
    <w:p>
      <w:r>
        <w:rPr>
          <w:b/>
        </w:rPr>
        <w:t xml:space="preserve">[44:24] </w:t>
      </w:r>
      <w:r>
        <w:t>to history ko manage karna yeh insaan ke bas mein nahi tha. yeh yeh sirf khudawand e aalam kar sakta tha. jis tareeqay se insaan, jis tareeqay se tareekh ko manage karte karte karte yahan pohanchaya hai, Allah taala ne yeh kisi ke bas mein nahi tha.</w:t>
      </w:r>
    </w:p>
    <w:p>
      <w:pPr>
        <w:jc w:val="right"/>
      </w:pPr>
      <w:r>
        <w:t>تو ہسٹری کو مینج کرنا یہ انسان کے بس میں نہیں تھا۔ یہ یہ صرف خداوند عالم کر سکتا تھا۔ جس طریقے سے انسان، جس طریقے سے تاریخ کو مینج کرتے کرتے کرتے یہاں پہنچایا ہے، اللہ تعالی نے یہ کسی کے بس میں نہیں تھا۔</w:t>
      </w:r>
    </w:p>
    <w:p>
      <w:r>
        <w:rPr>
          <w:b/>
        </w:rPr>
        <w:t xml:space="preserve">[44:40] </w:t>
      </w:r>
      <w:r>
        <w:t>yeh kisi yeh badshahon ke bas ki cheez nahi thi. yeh multi nations nahi kar sakte the.</w:t>
      </w:r>
    </w:p>
    <w:p>
      <w:pPr>
        <w:jc w:val="right"/>
      </w:pPr>
      <w:r>
        <w:t>یہ کسی یہ بادشاہوں کے بس کی چیز نہیں تھی۔ یہ ملٹی نیشنز نہیں کر سکتے تھے۔</w:t>
      </w:r>
    </w:p>
    <w:p>
      <w:r>
        <w:rPr>
          <w:b/>
        </w:rPr>
        <w:t xml:space="preserve">[44:46] </w:t>
      </w:r>
      <w:r>
        <w:t>yeh koi bhi dunya ka powerful aadmi nahi kar sakta tha. history ko manage karte karte yahan pohanchaye, woh jahan aaj pohanchi hai, woh ke sari baatein khul chuki hain.</w:t>
      </w:r>
    </w:p>
    <w:p>
      <w:pPr>
        <w:jc w:val="right"/>
      </w:pPr>
      <w:r>
        <w:t>یہ کوئی بھی دنیا کا پاورفل آدمی نہیں کر سکتا تھا۔ ہسٹری کو مینج کرتے کرتے یہاں پہنچائے، وہ جہاں آج پہنچی ہے، وہ کہ ساری باتیں کھل چکی ہیں۔</w:t>
      </w:r>
    </w:p>
    <w:p>
      <w:r>
        <w:rPr>
          <w:b/>
        </w:rPr>
        <w:t xml:space="preserve">[44:57] </w:t>
      </w:r>
      <w:r>
        <w:t>sare haqaiq samne aa chuke hain. saragha dalail maloom ho chuke hain.</w:t>
      </w:r>
    </w:p>
    <w:p>
      <w:pPr>
        <w:jc w:val="right"/>
      </w:pPr>
      <w:r>
        <w:t>سارے حقائق سامنے آ چکے ہیں۔ سراغ دلائل معلوم ہو چکے ہیں۔</w:t>
      </w:r>
    </w:p>
    <w:p>
      <w:r>
        <w:rPr>
          <w:b/>
        </w:rPr>
        <w:t xml:space="preserve">[45:08] </w:t>
      </w:r>
      <w:r>
        <w:t>to quran mein hai ke rasul mubashreen o munzireen, lekin Allah Allah baad rasul.</w:t>
      </w:r>
    </w:p>
    <w:p>
      <w:pPr>
        <w:jc w:val="right"/>
      </w:pPr>
      <w:r>
        <w:t>تو قرآن میں ہے کہ رسل مبشرین و منظرین، لیکن اللہ اللہ بعد رسل۔</w:t>
      </w:r>
    </w:p>
    <w:p>
      <w:r>
        <w:rPr>
          <w:b/>
        </w:rPr>
        <w:t xml:space="preserve">[45:18] </w:t>
      </w:r>
      <w:r>
        <w:t>yeh yeh yeh daai hote hain jinhein Allah ka paigham pohanchana hai insaan tak. in in ko quran mein munzir mubashir kaha gaya hai. yaani logon ko batane wale.</w:t>
      </w:r>
    </w:p>
    <w:p>
      <w:pPr>
        <w:jc w:val="right"/>
      </w:pPr>
      <w:r>
        <w:t>یہ یہ یہ داعی ہوتے ہیں جنہیں اللہ کا پیغام پہنچانا ہے انسان تک۔ ان ان کو قرآن میں منظر مبشر کہا گیا ہے۔ یعنی لوگوں کو بتانے والے۔</w:t>
      </w:r>
    </w:p>
    <w:p>
      <w:r>
        <w:rPr>
          <w:b/>
        </w:rPr>
        <w:t xml:space="preserve">[45:30] </w:t>
      </w:r>
      <w:r>
        <w:t>to quran mein hai ke aisa Allah ne is liye kiya taake حجت Allah par na rahe. حجت Allah par na rahe.</w:t>
      </w:r>
    </w:p>
    <w:p>
      <w:pPr>
        <w:jc w:val="right"/>
      </w:pPr>
      <w:r>
        <w:t>تو قرآن میں ہے کہ ایسا اللہ نے اس لیے کیا تاکہ حجت اللہ پر نہ رہے۔ حجت اللہ پر نہ رہے۔</w:t>
      </w:r>
    </w:p>
    <w:p>
      <w:r>
        <w:rPr>
          <w:b/>
        </w:rPr>
        <w:t xml:space="preserve">[45:43] </w:t>
      </w:r>
      <w:r>
        <w:t>yaani log hashr ke maidan mein yeh na keh sakein ke hum ko khabar nahi thi ke kya mansooba takhleeq ka,</w:t>
      </w:r>
    </w:p>
    <w:p>
      <w:pPr>
        <w:jc w:val="right"/>
      </w:pPr>
      <w:r>
        <w:t>یعنی لوگ حشر کے میدان میں یہ نہ کہہ سکیں کہ ہم کو خبر نہیں تھی کہ کیا منصوبہ تخلیق کا،</w:t>
      </w:r>
    </w:p>
    <w:p>
      <w:r>
        <w:rPr>
          <w:b/>
        </w:rPr>
        <w:t xml:space="preserve">[45:56] </w:t>
      </w:r>
      <w:r>
        <w:t>yaani creation plan kya hai Allah ka, yeh hamein pata nahi tha. nahi to hum is ko follow karte.</w:t>
      </w:r>
    </w:p>
    <w:p>
      <w:pPr>
        <w:jc w:val="right"/>
      </w:pPr>
      <w:r>
        <w:t>یعنی کریشن پلان کیا ہے اللہ کا، یہ ہمیں پتہ نہیں تھا۔ نہیں تو ہم اس کو فالو کرتے۔</w:t>
      </w:r>
    </w:p>
    <w:p>
      <w:r>
        <w:rPr>
          <w:b/>
        </w:rPr>
        <w:t xml:space="preserve">[46:05] </w:t>
      </w:r>
      <w:r>
        <w:t>to yeh yeh kehne ka mauqa kisi ko na rahe. hashr ke maidan mein koi yeh na keh sake ke hum to bekhabar the. to yaad rakhiye, dawat e Allah ka maqsad hota hai bekhabri ko todna,</w:t>
      </w:r>
    </w:p>
    <w:p>
      <w:pPr>
        <w:jc w:val="right"/>
      </w:pPr>
      <w:r>
        <w:t>تو یہ یہ کہنے کا موقع کسی کو نہ رہے۔ حشر کے میدان میں کوئی یہ نہ کہہ سکے کہ ہم تو بے خبر تھے۔ تو یاد رکھیے، دعوت اللہ کا مقصد ہوتا ہے بے خبری کو توڑنا،</w:t>
      </w:r>
    </w:p>
    <w:p>
      <w:r>
        <w:rPr>
          <w:b/>
        </w:rPr>
        <w:t xml:space="preserve">[46:21] </w:t>
      </w:r>
      <w:r>
        <w:t>logon ki unawareness ko khatam karna</w:t>
      </w:r>
    </w:p>
    <w:p>
      <w:pPr>
        <w:jc w:val="right"/>
      </w:pPr>
      <w:r>
        <w:t>لوگوں کی ان اویرنس کو ختم کرنا</w:t>
      </w:r>
    </w:p>
    <w:p>
      <w:r>
        <w:rPr>
          <w:b/>
        </w:rPr>
        <w:t xml:space="preserve">[46:27] </w:t>
      </w:r>
      <w:r>
        <w:t>taake koi Allah par ilzaam na laga sake, Allah par حجت na qaim kar sake. khud apni حجت apne upar jaye ke maine jaan boojh kar is ko follow nahi kiya.</w:t>
      </w:r>
    </w:p>
    <w:p>
      <w:pPr>
        <w:jc w:val="right"/>
      </w:pPr>
      <w:r>
        <w:t>تاکہ کوئی اللہ پر الزام نہ لگا سکے، اللہ پر حجت نہ قائم کر سکے۔ خود اپنی حجت اپنے اوپر جائے کہ میں نے جان بوجھ کر اس کو فالو نہیں کیا۔</w:t>
      </w:r>
    </w:p>
    <w:p>
      <w:r>
        <w:rPr>
          <w:b/>
        </w:rPr>
        <w:t xml:space="preserve">[46:42] </w:t>
      </w:r>
      <w:r>
        <w:t>maine jante boojhte apna rasta doosra ikhtiyar kiya. to Allah apne upar se حجت hata kar ke insanon par حجت dalna chahta hai.</w:t>
      </w:r>
    </w:p>
    <w:p>
      <w:pPr>
        <w:jc w:val="right"/>
      </w:pPr>
      <w:r>
        <w:t>میں نے جانتے بوجھتے اپنا راستہ دوسرا اختیار کیا۔ تو اللہ اپنے اوپر سے حجت ہٹا کر کے انسانوں پر حجت ڈالنا چاہتا ہے۔</w:t>
      </w:r>
    </w:p>
    <w:p>
      <w:r>
        <w:rPr>
          <w:b/>
        </w:rPr>
        <w:t xml:space="preserve">[46:54] </w:t>
      </w:r>
      <w:r>
        <w:t>isi ke liye peghambar bheje, isi ke liye dawat ki zimmedari daali gayi ho in logon par jo is baat ko jante hain, jo rasool Allah par iman rakhte hain.</w:t>
      </w:r>
    </w:p>
    <w:p>
      <w:pPr>
        <w:jc w:val="right"/>
      </w:pPr>
      <w:r>
        <w:t>اسی کے لیے پیغمبر بھیجے، اسی کے لیے دعوت کی ذمہ داری ڈالی گئی ہو ان لوگوں پر جو اس بات کو جانتے ہیں، جو رسول اللہ پر ایمان رکھتے ہیں۔</w:t>
      </w:r>
    </w:p>
    <w:p>
      <w:r>
        <w:rPr>
          <w:b/>
        </w:rPr>
        <w:t xml:space="preserve">[47:06] </w:t>
      </w:r>
      <w:r>
        <w:t>to bohat hi serious baat hai, bohat se sangin baat hai.</w:t>
      </w:r>
    </w:p>
    <w:p>
      <w:pPr>
        <w:jc w:val="right"/>
      </w:pPr>
      <w:r>
        <w:t>تو بہت ہی سیریس بات ہے، بہت سے سنگین بات ہے۔</w:t>
      </w:r>
    </w:p>
    <w:p>
      <w:r>
        <w:rPr>
          <w:b/>
        </w:rPr>
        <w:t xml:space="preserve">[47:15] </w:t>
      </w:r>
      <w:r>
        <w:t>log samajhte hain ke pakad to doosron ke liye hai, harghiz nahi</w:t>
      </w:r>
    </w:p>
    <w:p>
      <w:pPr>
        <w:jc w:val="right"/>
      </w:pPr>
      <w:r>
        <w:t>لوگ سمجھتے ہیں کہ پکڑ تو دوسروں کے لیے ہے، ہرگز نہیں</w:t>
      </w:r>
    </w:p>
    <w:p>
      <w:r>
        <w:rPr>
          <w:b/>
        </w:rPr>
        <w:t xml:space="preserve">[47:19] </w:t>
      </w:r>
      <w:r>
        <w:t>. yeh mat samjhiye ke pakad doosron ke liye. aur yeh bhi samajh lijiye ke agar aap namaz roza kar rahe hain to yeh bhi kafi nahi hai. yeh bhi ek bohat badi ghalatfehmi hai ke namaz roza karein, kafi hai.</w:t>
      </w:r>
    </w:p>
    <w:p>
      <w:pPr>
        <w:jc w:val="right"/>
      </w:pPr>
      <w:r>
        <w:t>۔ یہ مت سمجھیے کہ پکڑ دوسروں کے لیے۔ اور یہ بھی سمجھ لیجئے کہ اگر آپ نماز روزہ کر رہے ہیں تو یہ بھی کافی نہیں ہے۔ یہ بھی ایک بہت بڑی غلط فہمی ہے کہ نماز روزہ کریں، کافی ہے۔</w:t>
      </w:r>
    </w:p>
    <w:p>
      <w:r>
        <w:rPr>
          <w:b/>
        </w:rPr>
        <w:t xml:space="preserve">[47:34] </w:t>
      </w:r>
      <w:r>
        <w:t>dawat e Allah ka kaam lazman karna padega. woh farz hai, farz hai, farz hai. farz hai.</w:t>
      </w:r>
    </w:p>
    <w:p>
      <w:pPr>
        <w:jc w:val="right"/>
      </w:pPr>
      <w:r>
        <w:t>دعوت اللہ کا کام لازماً کرنا پڑے گا۔ وہ فرض ہے، فرض ہے، فرض ہے۔ فرض ہے۔</w:t>
      </w:r>
    </w:p>
    <w:p>
      <w:r>
        <w:rPr>
          <w:b/>
        </w:rPr>
        <w:t xml:space="preserve">[47:53] </w:t>
      </w:r>
      <w:r>
        <w:t>to is baat ko bohat zyada samjhiye, bohat zyada sochiye.</w:t>
      </w:r>
    </w:p>
    <w:p>
      <w:pPr>
        <w:jc w:val="right"/>
      </w:pPr>
      <w:r>
        <w:t>تو اس بات کو بہت زیادہ سمجھیے، بہت زیادہ سوچیے۔</w:t>
      </w:r>
    </w:p>
    <w:p>
      <w:r>
        <w:rPr>
          <w:b/>
        </w:rPr>
        <w:t xml:space="preserve">[48:02] </w:t>
      </w:r>
      <w:r>
        <w:t>aur Allah taala ne is zamane mein jo sahoolaten paida kar di hain ke kuch karne nahi hain aap ko.</w:t>
      </w:r>
    </w:p>
    <w:p>
      <w:pPr>
        <w:jc w:val="right"/>
      </w:pPr>
      <w:r>
        <w:t>اور اللہ تعالی نے اس زمانے میں جو سہولتیں پیدا کر دی ہیں کہ کچھ کرنے نہیں ہیں آپ کو۔</w:t>
      </w:r>
    </w:p>
    <w:p>
      <w:r>
        <w:rPr>
          <w:b/>
        </w:rPr>
        <w:t xml:space="preserve">[48:13] </w:t>
      </w:r>
      <w:r>
        <w:t>kal ek sahab ka telephone aaya, unhone poocha ke hum kya karein? hum dawati kaam to karna chahte hain, magar kya karein? hum hum ne kaha kya k</w:t>
      </w:r>
    </w:p>
    <w:p>
      <w:pPr>
        <w:jc w:val="right"/>
      </w:pPr>
      <w:r>
        <w:t>کل ایک صاحب کا ٹیلی فون آیا، انہوں نے پوچھا کہ ہم کیا کریں؟ ہم دعوتی کام تو کرنا چاہتے ہیں، مگر کیا کریں؟ ہم ہم نے کہا کیا ک</w:t>
      </w:r>
    </w:p>
    <w:p>
      <w:r>
        <w:rPr>
          <w:b/>
        </w:rPr>
        <w:t xml:space="preserve">[48:21] </w:t>
      </w:r>
      <w:r>
        <w:t>arein? to bohat asan hai.</w:t>
      </w:r>
    </w:p>
    <w:p>
      <w:pPr>
        <w:jc w:val="right"/>
      </w:pPr>
      <w:r>
        <w:t>ریں؟ تو بہت آسان ہے۔</w:t>
      </w:r>
    </w:p>
    <w:p>
      <w:r>
        <w:rPr>
          <w:b/>
        </w:rPr>
        <w:t xml:space="preserve">[48:26] </w:t>
      </w:r>
      <w:r>
        <w:t>aap printing press ke zamane mein hain. chapi hui kitabein maujood hain, quran ka tarjuma maujood hai, seerat par kitab maujood hai, hadith par kitab maujood hai.</w:t>
      </w:r>
    </w:p>
    <w:p>
      <w:pPr>
        <w:jc w:val="right"/>
      </w:pPr>
      <w:r>
        <w:t>آپ پرنٹنگ پریس کے زمانے میں ہیں۔ چھپی ہوئی کتابیں موجود ہیں، قرآن کا ترجمہ موجود ہے، سیرت پر کتاب موجود ہے، حدیث پر کتاب موجود ہے۔</w:t>
      </w:r>
    </w:p>
    <w:p>
      <w:r>
        <w:rPr>
          <w:b/>
        </w:rPr>
        <w:t xml:space="preserve">[48:39] </w:t>
      </w:r>
      <w:r>
        <w:t>wohi logon ko pohanchaiye, har zaban mein.</w:t>
      </w:r>
    </w:p>
    <w:p>
      <w:pPr>
        <w:jc w:val="right"/>
      </w:pPr>
      <w:r>
        <w:t>وہی لوگوں کو پہنچائیے، ہر زبان میں۔</w:t>
      </w:r>
    </w:p>
    <w:p>
      <w:r>
        <w:rPr>
          <w:b/>
        </w:rPr>
        <w:t xml:space="preserve">[48:44] </w:t>
      </w:r>
      <w:r>
        <w:t>is zabaan mein logon ko pahunchaiye.</w:t>
      </w:r>
    </w:p>
    <w:p>
      <w:pPr>
        <w:jc w:val="right"/>
      </w:pPr>
      <w:r>
        <w:t>اس زبان میں لوگوں کو پہنچائیے۔</w:t>
      </w:r>
    </w:p>
    <w:p>
      <w:r>
        <w:rPr>
          <w:b/>
        </w:rPr>
        <w:t xml:space="preserve">[48:48] </w:t>
      </w:r>
      <w:r>
        <w:t>is daur mein Allah taala ne bohat hi aasan kar diya. Sahaba jo thay, un ko muqri kaha jata tha kyunke woh Quran ko parh kar sunate thay.</w:t>
      </w:r>
    </w:p>
    <w:p>
      <w:pPr>
        <w:jc w:val="right"/>
      </w:pPr>
      <w:r>
        <w:t>اس دور میں اللہ تعالی نے بہت ہی آسان کر دیا۔ صحابہ جو تھے، ان کو مقری کہا جاتا تھا کیونکہ وہ قرآن کو پڑھ کر سناتے تھے۔</w:t>
      </w:r>
    </w:p>
    <w:p>
      <w:r>
        <w:rPr>
          <w:b/>
        </w:rPr>
        <w:t xml:space="preserve">[48:59] </w:t>
      </w:r>
      <w:r>
        <w:t>tab bhi to Quran ko memorize karna parta tha. Agar Quran aap ko yaad na ho, aap ne memorize na kiya ho, kahin sunayenge aap?</w:t>
      </w:r>
    </w:p>
    <w:p>
      <w:pPr>
        <w:jc w:val="right"/>
      </w:pPr>
      <w:r>
        <w:t>تب بھی تو قرآن کو میمورائز کرنا پڑتا تھا۔ اگر قرآن آپ کو یاد نہ ہو، آپ نے میمورائز نہ کیا ہو، کہیں سنائیں گے آپ؟</w:t>
      </w:r>
    </w:p>
    <w:p>
      <w:r>
        <w:rPr>
          <w:b/>
        </w:rPr>
        <w:t xml:space="preserve">[49:09] </w:t>
      </w:r>
      <w:r>
        <w:t>to muqri banne ke liye zaroori tha ke aap hafiz hon. Yaani Quran ka muqri banne ke liye zaroori tha ke aap Quran ke hafiz hon</w:t>
      </w:r>
    </w:p>
    <w:p>
      <w:pPr>
        <w:jc w:val="right"/>
      </w:pPr>
      <w:r>
        <w:t>تو مقری بننے کے لیے ضروری تھا کہ آپ حافظ ہوں۔ یعنی قرآن کا مقری بننے کے لیے ضروری تھا کہ آپ قرآن کے حافظ ہوں</w:t>
      </w:r>
    </w:p>
    <w:p>
      <w:r>
        <w:rPr>
          <w:b/>
        </w:rPr>
        <w:t xml:space="preserve">[49:18] </w:t>
      </w:r>
      <w:r>
        <w:t>. Aaj kuch nahi karna hai aap ko. Aap ko chhipi hui kitabein, chhipa hua Quran ka ke tarjume aap ke pocket mein, aap ke bag mein maujood hain.</w:t>
      </w:r>
    </w:p>
    <w:p>
      <w:pPr>
        <w:jc w:val="right"/>
      </w:pPr>
      <w:r>
        <w:t>۔ آج کچھ نہیں کرنا ہے آپ کو۔ آپ کو چھپی ہوئی کتابیں، چھپا ہوا قرآن کا کہ ترجمے آپ کے پاکٹ میں، آپ کے بیگ میں موجود ہوں۔</w:t>
      </w:r>
    </w:p>
    <w:p>
      <w:r>
        <w:rPr>
          <w:b/>
        </w:rPr>
        <w:t xml:space="preserve">[49:31] </w:t>
      </w:r>
      <w:r>
        <w:t>jo mila, us ko dete rahiye, us ko dete rahiye.</w:t>
      </w:r>
    </w:p>
    <w:p>
      <w:pPr>
        <w:jc w:val="right"/>
      </w:pPr>
      <w:r>
        <w:t>جو ملا، اس کو دیتے رہیے، اس کو دیتے رہیے۔</w:t>
      </w:r>
    </w:p>
    <w:p>
      <w:r>
        <w:rPr>
          <w:b/>
        </w:rPr>
        <w:t xml:space="preserve">[49:37] </w:t>
      </w:r>
      <w:r>
        <w:t>to printing press jab nahi tha to bohat bara masla tha. Ab printing press ke zamane mein sare masle aasan ho chuke hain.</w:t>
      </w:r>
    </w:p>
    <w:p>
      <w:pPr>
        <w:jc w:val="right"/>
      </w:pPr>
      <w:r>
        <w:t>تو پرنٹنگ پریس جب نہیں تھا تو بہت بڑا مسئلہ تھا۔ اب پرنٹنگ پریس کے زمانے میں سارے مسئلے آسان ہو چکے ہیں۔</w:t>
      </w:r>
    </w:p>
    <w:p>
      <w:r>
        <w:rPr>
          <w:b/>
        </w:rPr>
        <w:t xml:space="preserve">[49:46] </w:t>
      </w:r>
      <w:r>
        <w:t>Aaj printing press hai, communication hai, freedom, religious freedom hai.</w:t>
      </w:r>
    </w:p>
    <w:p>
      <w:pPr>
        <w:jc w:val="right"/>
      </w:pPr>
      <w:r>
        <w:t>آج پرنٹنگ پریس ہے، کمیونیکیشن ہے، فریڈم، ریلیجس فریڈم ہے۔</w:t>
      </w:r>
    </w:p>
    <w:p>
      <w:r>
        <w:rPr>
          <w:b/>
        </w:rPr>
        <w:t xml:space="preserve">[50:01] </w:t>
      </w:r>
      <w:r>
        <w:t>lekin is ko kaam, yeh kaam karne ke liye aap ko ek aur cheez ko chhodna padega.</w:t>
      </w:r>
    </w:p>
    <w:p>
      <w:pPr>
        <w:jc w:val="right"/>
      </w:pPr>
      <w:r>
        <w:t>لیکن اس کو کام، یہ کام کرنے کے لیے آپ کو ایک اور چیز کو چھوڑنا پڑے گا۔</w:t>
      </w:r>
    </w:p>
    <w:p>
      <w:r>
        <w:rPr>
          <w:b/>
        </w:rPr>
        <w:t xml:space="preserve">[50:07] </w:t>
      </w:r>
      <w:r>
        <w:t>woh hai cooler thinking, violence aur gun culture, bomb culture, nafrat aur logon se land ke liye jhagde.</w:t>
      </w:r>
    </w:p>
    <w:p>
      <w:pPr>
        <w:jc w:val="right"/>
      </w:pPr>
      <w:r>
        <w:t>وہ ہے کمولر تھنکنگ، وائلنس اور گن کلچر، بم کلچر، نفرت اور لوگوں سے لینڈ کے لیے جھگڑے۔</w:t>
      </w:r>
    </w:p>
    <w:p>
      <w:r>
        <w:rPr>
          <w:b/>
        </w:rPr>
        <w:t xml:space="preserve">[50:18] </w:t>
      </w:r>
      <w:r>
        <w:t>yeh sab jo hai, is yeh haram ke darje mein chhodna padega. Yeh sab jo kar rahe hain, hum yeh sab haram se kam nahi hai. Yeh land ki ladai, dunya mafad ki ladai</w:t>
      </w:r>
    </w:p>
    <w:p>
      <w:pPr>
        <w:jc w:val="right"/>
      </w:pPr>
      <w:r>
        <w:t>یہ سب جو ہے، اس یہ حرام کے درجے میں چھوڑنا پڑے گا۔ یہ سب جو کر رہے ہیں، ہم یہ سب حرام سے کم نہیں ہے۔ یہ لینڈ کی لڑائی، دنیا مفاد کی لڑائی</w:t>
      </w:r>
    </w:p>
    <w:p>
      <w:r>
        <w:rPr>
          <w:b/>
        </w:rPr>
        <w:t xml:space="preserve">[50:33] </w:t>
      </w:r>
      <w:r>
        <w:t>aur yeh ghareeb qism ke khud dunyavi interest garh rakhe logon ne is ke liye ladna. Abhi mein ne akhbar mein parha ke ek Muslim mulk mein ek zinda jala diya ek insan ko ke sahib, us ne Quran ki behurmati ki hai.</w:t>
      </w:r>
    </w:p>
    <w:p>
      <w:pPr>
        <w:jc w:val="right"/>
      </w:pPr>
      <w:r>
        <w:t>اور یہ غریب قسم کے خود دنیاوی انٹرسٹ گڑھ رکھے لوگوں نے اس کے لیے لڑنا۔ ابھی میں نے اخبار میں پڑھا کہ ایک مسلم ملک میں ایک زندہ جلا دیا ایک انسان کو کہ صاحب، اس نے قرآن کی بے حرمتی کی ہے۔</w:t>
      </w:r>
    </w:p>
    <w:p>
      <w:r>
        <w:rPr>
          <w:b/>
        </w:rPr>
        <w:t xml:space="preserve">[50:51] </w:t>
      </w:r>
      <w:r>
        <w:t>aap bataiye, Quran logon ko pahuncha hai, is ke liye ek tadap nahi hai? Aur fardi taur par yeh ek ilzam lagaye kisi ke upar ke us ne Quran ki behurmati ki hai to us ko jala diya.</w:t>
      </w:r>
    </w:p>
    <w:p>
      <w:pPr>
        <w:jc w:val="right"/>
      </w:pPr>
      <w:r>
        <w:t>آپ بتائیے، قرآن لوگوں کو پہنچا ہے، اس کے لیے ایک تڑپ نہیں ہے؟ اور فردی طور پر یہ ایک الزام لگائے کسی کے اوپر کہ اس نے قرآن کی بے حرمتی کی ہے تو اس کو جلا دیا۔</w:t>
      </w:r>
    </w:p>
    <w:p>
      <w:r>
        <w:rPr>
          <w:b/>
        </w:rPr>
        <w:t xml:space="preserve">[51:02] </w:t>
      </w:r>
      <w:r>
        <w:t>kya Khuda khush ho jayega aise logon se? Yaani yeh log jinhone yeh sab karte hain, rozana Muslim mulkon mein kar rahe hain, har jagah kar rahe hain ke Quran ki behurmati ko bardasht nahi karte.</w:t>
      </w:r>
    </w:p>
    <w:p>
      <w:pPr>
        <w:jc w:val="right"/>
      </w:pPr>
      <w:r>
        <w:t>کیا خدا خوش ہو جائے گا ایسے لوگوں سے؟ یعنی یہ لوگ جنہوں نے یہ سب کرتے ہیں، روزانہ مسلم ملکوں میں کر رہے ہیں، ہر جگہ کر رہے ہیں کہ قرآن کی بے حرمتی کو برداشت نہیں کرتے۔</w:t>
      </w:r>
    </w:p>
    <w:p>
      <w:r>
        <w:rPr>
          <w:b/>
        </w:rPr>
        <w:t xml:space="preserve">[51:18] </w:t>
      </w:r>
      <w:r>
        <w:t>aur yeh itna bara kotahi ho rahi hai ke Quran logon tak pahunchaya nahi ja raha, to is ko is ko kaise bardasht kar rahe hain aap?</w:t>
      </w:r>
    </w:p>
    <w:p>
      <w:pPr>
        <w:jc w:val="right"/>
      </w:pPr>
      <w:r>
        <w:t>اور یہ اتنا بڑا کوتاہی ہو رہی ہے کہ قرآن لوگوں تک پہنچایا نہیں جا رہا، تو اس کو اس کو کیسے برداشت کر رہے ہیں آپ؟</w:t>
      </w:r>
    </w:p>
    <w:p>
      <w:r>
        <w:rPr>
          <w:b/>
        </w:rPr>
        <w:t xml:space="preserve">[51:31] </w:t>
      </w:r>
      <w:r>
        <w:t>to is qism ki cheezein Allah ke haan qabool nahi hongi. Yeh mat samjhiye ke jo log Quran ki behurmati ke liye yeh sab hangame karte hain, woh Allah ke haan inaam payenge.</w:t>
      </w:r>
    </w:p>
    <w:p>
      <w:pPr>
        <w:jc w:val="right"/>
      </w:pPr>
      <w:r>
        <w:t>تو اس قسم کی چیزیں اللہ کے ہاں قبول نہیں ہوں گی۔ یہ مت سمجھیے کہ جو لوگ قرآن کی بے حرمتی کے لیے یہ سب ہنگامے کرتے ہیں، وہ اللہ کے ہاں انعام پائیں گے۔</w:t>
      </w:r>
    </w:p>
    <w:p>
      <w:r>
        <w:rPr>
          <w:b/>
        </w:rPr>
        <w:t xml:space="preserve">[51:41] </w:t>
      </w:r>
      <w:r>
        <w:t>yeh pakde jayenge, un ki flogging hogi, un ki flogging ke tum ko to zimmedari yeh di thi ke Quran pahunchao aur tum yeh talash karne lage kis ne behurmati ki hai, us ko jalao, phoonko.</w:t>
      </w:r>
    </w:p>
    <w:p>
      <w:pPr>
        <w:jc w:val="right"/>
      </w:pPr>
      <w:r>
        <w:t>یہ پکڑے جائیں گے، ان کی فلاگنگ ہوگی، ان کی فلاگنگ کہ تم کو تو ذمہ داری یہ دی تھی کہ قرآن پہنچاؤ اور تم یہ تلاش کرنے لگے کس نے بے حرمتی کی ہے، اس کو جلاؤ، پھونکو۔</w:t>
      </w:r>
    </w:p>
    <w:p>
      <w:r>
        <w:rPr>
          <w:b/>
        </w:rPr>
        <w:t xml:space="preserve">[51:53] </w:t>
      </w:r>
      <w:r>
        <w:t>yeh kahan tum ne, yeh kahan tum ko zimmedari di gayi thi?</w:t>
      </w:r>
    </w:p>
    <w:p>
      <w:pPr>
        <w:jc w:val="right"/>
      </w:pPr>
      <w:r>
        <w:t>یہ کہاں تم نے، یہ کہاں تم کو ذمہ داری دی گئی تھی؟</w:t>
      </w:r>
    </w:p>
    <w:p>
      <w:r>
        <w:rPr>
          <w:b/>
        </w:rPr>
        <w:t xml:space="preserve">[52:00] </w:t>
      </w:r>
      <w:r>
        <w:t>is qism ki harkatein kar ke Musalman bach nahi sakte Allah ke haan. Mein to samajhta hoon sab se pehle inhi ki flogging hogi</w:t>
      </w:r>
    </w:p>
    <w:p>
      <w:pPr>
        <w:jc w:val="right"/>
      </w:pPr>
      <w:r>
        <w:t>اس قسم کی حرکتیں کر کے مسلمان بچ نہیں سکتے اللہ کے ہاں۔ میں تو سمجھتا ہوں سب سے پہلے انہی کی فلاگنگ ہوگی</w:t>
      </w:r>
    </w:p>
    <w:p>
      <w:r>
        <w:rPr>
          <w:b/>
        </w:rPr>
        <w:t xml:space="preserve">[52:12] </w:t>
      </w:r>
      <w:r>
        <w:t>ke Quran pahunchane ke liye to tadpe nahi aur fardi ilzam laga ke kisi ko jala jala rahe ho, phoonk rahe ho, fatwe de rahe ho, us ko maro, us ko.</w:t>
      </w:r>
    </w:p>
    <w:p>
      <w:pPr>
        <w:jc w:val="right"/>
      </w:pPr>
      <w:r>
        <w:t>کہ قرآن پہنچانے کے لیے تو تڑپے نہیں اور فردی الزام لگا کے کسی کو جلا جلا رہے ہو، پھونک رہے ہو، فتوے دے رہے ہو، اس کو مارو، اس کو۔</w:t>
      </w:r>
    </w:p>
    <w:p>
      <w:r>
        <w:rPr>
          <w:b/>
        </w:rPr>
        <w:t xml:space="preserve">[52:26] </w:t>
      </w:r>
      <w:r>
        <w:t>yeh fatwe dene wale bhi mujrim hain aur jo is fatwe par amal kar ke us insan ko marte hain aur jalate hain, woh bhi mujrim hain. Dono barabar ke mujrim hain.</w:t>
      </w:r>
    </w:p>
    <w:p>
      <w:pPr>
        <w:jc w:val="right"/>
      </w:pPr>
      <w:r>
        <w:t>یہ فتوے دینے والے بھی مجرم ہیں اور جو اس فتوے پر عمل کر کے اس انسان کو مارتے ہیں اور جلاتے ہیں، وہ بھی مجرم ہیں۔ دونوں برابر کے مجرم ہیں۔</w:t>
      </w:r>
    </w:p>
    <w:p>
      <w:r>
        <w:rPr>
          <w:b/>
        </w:rPr>
        <w:t xml:space="preserve">[52:43] </w:t>
      </w:r>
      <w:r>
        <w:t>to behal tareekh ab jahan pahunchi hai, woh apne had par pahunch chuki hai. Ab is ke baad hamari duty shuru hoti hai.</w:t>
      </w:r>
    </w:p>
    <w:p>
      <w:pPr>
        <w:jc w:val="right"/>
      </w:pPr>
      <w:r>
        <w:t>تو بہرحال تاریخ اب جہاں پہنچی ہے، وہ اپنے حد پر پہنچ چکی ہے۔ اب اس کے بعد ہماری ڈیوٹی شروع ہوتی ہے۔</w:t>
      </w:r>
    </w:p>
    <w:p>
      <w:r>
        <w:rPr>
          <w:b/>
        </w:rPr>
        <w:t xml:space="preserve">[52:53] </w:t>
      </w:r>
      <w:r>
        <w:t>tareekh ka safar apne had par pahunch chuka hai. Is ke baad daai ki duty shuru hoti hai.</w:t>
      </w:r>
    </w:p>
    <w:p>
      <w:pPr>
        <w:jc w:val="right"/>
      </w:pPr>
      <w:r>
        <w:t>تاریخ کا سفر اپنے حد پر پہنچ چکا ہے۔ اس کے بعد داعی کی ڈیوٹی شروع ہوتی ہے۔</w:t>
      </w:r>
    </w:p>
    <w:p>
      <w:r>
        <w:rPr>
          <w:b/>
        </w:rPr>
        <w:t xml:space="preserve">[53:04] </w:t>
      </w:r>
      <w:r>
        <w:t>ab hamein kya karna hai? Hamein logon tak Quran pahunchana hai, Islami kitabein pahunchani hain, is literature pahunchana hai, andha dhund yeh kaam karna hai.</w:t>
      </w:r>
    </w:p>
    <w:p>
      <w:pPr>
        <w:jc w:val="right"/>
      </w:pPr>
      <w:r>
        <w:t>اب ہمیں کیا کرنا ہے؟ ہمیں لوگوں تک قرآن پہنچانا ہے، اسلامی کتابیں پہنچانی ہیں، اس لٹریچر پہنچانا ہے، اندھا دھند یہ کام کرنا ہے۔</w:t>
      </w:r>
    </w:p>
    <w:p>
      <w:r>
        <w:rPr>
          <w:b/>
        </w:rPr>
        <w:t xml:space="preserve">[53:19] </w:t>
      </w:r>
      <w:r>
        <w:t>is tarike se computer ke zariye se, internet ke zariye se, jo aalami communication ke zariye hai, us ke zariye logon tak pahunchana hai.</w:t>
      </w:r>
    </w:p>
    <w:p>
      <w:pPr>
        <w:jc w:val="right"/>
      </w:pPr>
      <w:r>
        <w:t>اس طریقے سے کمپیوٹر کے ذریعے سے، انٹرنیٹ کے ذریعے سے، جو عالمی کمیونیکیشن کے ذریعے ہے، اس کے ذریعے لوگوں تک پہنچانا ہے۔</w:t>
      </w:r>
    </w:p>
    <w:p>
      <w:r>
        <w:rPr>
          <w:b/>
        </w:rPr>
        <w:t xml:space="preserve">[53:29] </w:t>
      </w:r>
      <w:r>
        <w:t>to jo bhi print media, yeh electronic media jis ko kehte hain, yeh jo zariye paida hue is zamane mein, borden communication aur print media, electronic media, yeh sab jo zariye maujood mein aaye hain, woh sab dawat ke liye hain.</w:t>
      </w:r>
    </w:p>
    <w:p>
      <w:pPr>
        <w:jc w:val="right"/>
      </w:pPr>
      <w:r>
        <w:t>تو جو بھی پرنٹ میڈیا، یہ الیکٹرانک میڈیا جس کو کہتے ہیں، یہ جو ذریعے پیدا ہوئے اس زمانے میں، بورڈن کمیونیکیشن اور پرنٹ میڈیا، الیکٹرانک میڈیا، یہ سب جو ذریعے موجود میں آئے ہیں، وہ سب دعوت کے لیے ہیں۔</w:t>
      </w:r>
    </w:p>
    <w:p>
      <w:r>
        <w:rPr>
          <w:b/>
        </w:rPr>
        <w:t xml:space="preserve">[53:45] </w:t>
      </w:r>
      <w:r>
        <w:t>woh dawat Allah ke liye hain.</w:t>
      </w:r>
    </w:p>
    <w:p>
      <w:pPr>
        <w:jc w:val="right"/>
      </w:pPr>
      <w:r>
        <w:t>وہ دعوت اللہ کے لیے ہیں۔</w:t>
      </w:r>
    </w:p>
    <w:p>
      <w:r>
        <w:rPr>
          <w:b/>
        </w:rPr>
        <w:t xml:space="preserve">[53:51] </w:t>
      </w:r>
      <w:r>
        <w:t>doosre log jo is ko istemal kar rahe hain, woh to fazil istemal kar rahe hain. Asal istemal is ka jo hai, woh dawat ke liye hai. Woh</w:t>
      </w:r>
    </w:p>
    <w:p>
      <w:pPr>
        <w:jc w:val="right"/>
      </w:pPr>
      <w:r>
        <w:t>دوسرے لوگ جو اس کو استعمال کر رہے ہیں، وہ تو فاضل استعمال کر رہے ہیں۔ اصل استعمال اس کا جو ہے، وہ دعوت کے لیے ہے۔ وہ</w:t>
      </w:r>
    </w:p>
    <w:p>
      <w:r>
        <w:rPr>
          <w:b/>
        </w:rPr>
        <w:t xml:space="preserve">[54:02] </w:t>
      </w:r>
      <w:r>
        <w:t>ab kisi ke liye excuse nahi hai, kisi ke liye koi excuse nahi hai aur kisi ko yeh intezar nahi karna hai ke woh koi bataye.</w:t>
      </w:r>
    </w:p>
    <w:p>
      <w:pPr>
        <w:jc w:val="right"/>
      </w:pPr>
      <w:r>
        <w:t>اب کسی کے لیے ایکسکیوز نہیں ہے، کسی کے لیے کوئی ایکسکیوز نہیں ہے اور کسی کو یہ انتظار نہیں کرنا ہے کہ وہ کوئی بتائے۔</w:t>
      </w:r>
    </w:p>
    <w:p>
      <w:r>
        <w:rPr>
          <w:b/>
        </w:rPr>
        <w:t xml:space="preserve">[54:13] </w:t>
      </w:r>
      <w:r>
        <w:t>aap ko khud hi khud uth khade hona hai.</w:t>
      </w:r>
    </w:p>
    <w:p>
      <w:pPr>
        <w:jc w:val="right"/>
      </w:pPr>
      <w:r>
        <w:t>آپ کو خود ہی خود اٹھ کھڑے ہونا ہے۔</w:t>
      </w:r>
    </w:p>
    <w:p>
      <w:r>
        <w:rPr>
          <w:b/>
        </w:rPr>
        <w:t xml:space="preserve">[54:17] </w:t>
      </w:r>
      <w:r>
        <w:t>mein aksar logon se, jo log mujh se poochte hain program, to mein kehta hoon ke aap jab paida hue the to aap ki jo mother theen, kya woh mohalle mein poochne gayi?</w:t>
      </w:r>
    </w:p>
    <w:p>
      <w:pPr>
        <w:jc w:val="right"/>
      </w:pPr>
      <w:r>
        <w:t>میں اکثر لوگوں سے، جو لوگ مجھ سے پوچھتے ہیں پروگرام، تو میں کہتا ہوں کہ آپ جب پیدا ہوئے تھے تو آپ کی جو مدر تھیں، کیا وہ محلے میں پوچھنے گئیں؟</w:t>
      </w:r>
    </w:p>
    <w:p>
      <w:r>
        <w:rPr>
          <w:b/>
        </w:rPr>
        <w:t xml:space="preserve">[54:29] </w:t>
      </w:r>
      <w:r>
        <w:t>mein apne bachche ke liye kya karoon? Ja ke poocha apni maan se ke jab aap paida hue the to kya aap ki maan jo hai, mohalle mein ghoomti phiri ke batao bhai, mein bachche ke liye kya karoon?</w:t>
      </w:r>
    </w:p>
    <w:p>
      <w:pPr>
        <w:jc w:val="right"/>
      </w:pPr>
      <w:r>
        <w:t>میں اپنے بچے کے لیے کیا کروں؟ جا کے پوچھا اپنی ماں سے کہ جب آپ پیدا ہوئے تھے تو کیا آپ کی ماں جو ہے، محلے میں گھومتی پھری کہ بتاؤ بھئی، میں بچے کے لیے کیا کروں؟</w:t>
      </w:r>
    </w:p>
    <w:p>
      <w:r>
        <w:rPr>
          <w:b/>
        </w:rPr>
        <w:t xml:space="preserve">[54:45] </w:t>
      </w:r>
      <w:r>
        <w:t>to maan ke dil mein jo tadap thi apne bete ke liye, wahi kaafi thi. Koi guide, wahi us ke liye guidance ban gayi. Isi se, isi se us ko guidance mila.</w:t>
      </w:r>
    </w:p>
    <w:p>
      <w:pPr>
        <w:jc w:val="right"/>
      </w:pPr>
      <w:r>
        <w:t>تو ماں کے دل میں جو تڑپ تھی اپنے بیٹے کے لیے، وہی کافی تھی۔ کوئی گائیڈ، وہی اس کے لیے گائیڈنس بن گئی۔ اسی سے، اسی سے اس کو گائیڈنس ملا۔</w:t>
      </w:r>
    </w:p>
    <w:p>
      <w:r>
        <w:rPr>
          <w:b/>
        </w:rPr>
        <w:t xml:space="preserve">[54:56] </w:t>
      </w:r>
      <w:r>
        <w:t>to aap poochte kyun hain ke program kya hai? Aap program to khud hi program banaiye, khud hi logon tak pahunchiye. Maan wala dil paida kijiye.</w:t>
      </w:r>
    </w:p>
    <w:p>
      <w:pPr>
        <w:jc w:val="right"/>
      </w:pPr>
      <w:r>
        <w:t>تو آپ پوچھتے کیوں ہیں کہ پروگرام کیا ہے؟ آپ پروگرام تو خود ہی پروگرام بنائیے، خود ہی لوگوں تک پہنچیے۔ ماں والا دل پیدا کیجئے۔</w:t>
      </w:r>
    </w:p>
    <w:p>
      <w:r>
        <w:rPr>
          <w:b/>
        </w:rPr>
        <w:t xml:space="preserve">[55:07] </w:t>
      </w:r>
      <w:r>
        <w:t>maan ke dil mein jis tarah apne bete ke liye tadap hoti hai, woh tadap paida kijiye.</w:t>
      </w:r>
    </w:p>
    <w:p>
      <w:pPr>
        <w:jc w:val="right"/>
      </w:pPr>
      <w:r>
        <w:t>ماں کے دل میں جس طرح اپنے بیٹے کے لیے تڑپ ہوتی ہے، وہ تڑپ پیدا کیجئے۔</w:t>
      </w:r>
    </w:p>
    <w:p>
      <w:r>
        <w:rPr>
          <w:b/>
        </w:rPr>
        <w:t xml:space="preserve">[55:13] </w:t>
      </w:r>
      <w:r>
        <w:t>to aap ko poochne ki zaroorat nahi hogi.</w:t>
      </w:r>
    </w:p>
    <w:p>
      <w:pPr>
        <w:jc w:val="right"/>
      </w:pPr>
      <w:r>
        <w:t>تو آپ کو پوچھنے کی ضرورت نہیں ہوگی۔</w:t>
      </w:r>
    </w:p>
    <w:p>
      <w:r>
        <w:rPr>
          <w:b/>
        </w:rPr>
        <w:t xml:space="preserve">[55:21] </w:t>
      </w:r>
      <w:r>
        <w:t>to daai woh hai jo jis ke andar, jis tarah maan tadapti hai apne bete ke liye, woh tadapta hai madu ke liye. Wahi daai hai.</w:t>
      </w:r>
    </w:p>
    <w:p>
      <w:pPr>
        <w:jc w:val="right"/>
      </w:pPr>
      <w:r>
        <w:t>تو داعی وہ ہے جو جس کے اندر، جس طرح ماں تڑپتی ہے اپنے بیٹے کے لیے، وہ تڑپتا ہے مدعو کے لیے۔ وہی داعی ہے۔</w:t>
      </w:r>
    </w:p>
    <w:p>
      <w:r>
        <w:rPr>
          <w:b/>
        </w:rPr>
        <w:t xml:space="preserve">[55:31] </w:t>
      </w:r>
      <w:r>
        <w:t>isi ko Allah taala ke haan daai ka inaam milega.</w:t>
      </w:r>
    </w:p>
    <w:p>
      <w:pPr>
        <w:jc w:val="right"/>
      </w:pPr>
      <w:r>
        <w:t>اسی کو اللہ تعالی کے ہاں داعی کا انعام ملے گا۔</w:t>
      </w:r>
    </w:p>
    <w:p>
      <w:r>
        <w:rPr>
          <w:b/>
        </w:rPr>
        <w:t xml:space="preserve">[55:41] </w:t>
      </w:r>
      <w:r>
        <w:t>ab ghor kijiye ke jab Allah taala ne saare asbab jama kar diye, duniya mein printing press aaya, duniya mein modern communication aaya, duniya mein computer ka age aaya, duniya mein religious freedom aaya, duniya mein communication aaya, safar karna aasan ho gaya, interaction aaya duniya mein.</w:t>
      </w:r>
    </w:p>
    <w:p>
      <w:pPr>
        <w:jc w:val="right"/>
      </w:pPr>
      <w:r>
        <w:t>اب غور کیجئے کہ جب اللہ تعالی نے سارے اسباب جمع کر دیے، دنیا میں پرنٹنگ پریس آیا، دنیا میں ماڈرن کمیونیکیشن آیا، دنیا میں کمپیوٹر کا ایج آیا، دنیا میں ریلیجس فریڈم آیا، دنیا میں کمیونیکیشن آیا، سفر کرنا آسان ہو گیا، انٹریکشن آیا دنیا میں۔</w:t>
      </w:r>
    </w:p>
    <w:p>
      <w:r>
        <w:rPr>
          <w:b/>
        </w:rPr>
        <w:t xml:space="preserve">[56:01] </w:t>
      </w:r>
      <w:r>
        <w:t>yani saare jo us ke, yani mutalliqat hain ya us ki jo zarooraten hain dawat ki, woh sab Allah taala ki taraf se mahya kar di gayeen.</w:t>
      </w:r>
    </w:p>
    <w:p>
      <w:pPr>
        <w:jc w:val="right"/>
      </w:pPr>
      <w:r>
        <w:t>یعنی سارے جو اس کے، یعنی متعلقات ہیں یا اس کی جو ضرورتیں ہیں دعوت کی، وہ سب اللہ تعالی کی طرف سے مہیا کر دی گئیں۔</w:t>
      </w:r>
    </w:p>
    <w:p>
      <w:r>
        <w:rPr>
          <w:b/>
        </w:rPr>
        <w:t xml:space="preserve">[56:12] </w:t>
      </w:r>
      <w:r>
        <w:t>to ab, ab kya? Ab kya idhar hai? Ab excuse kya hai?</w:t>
      </w:r>
    </w:p>
    <w:p>
      <w:pPr>
        <w:jc w:val="right"/>
      </w:pPr>
      <w:r>
        <w:t>تو اب، اب کیا؟ اب کیا ادھر ہے؟ اب ایکسکیوز کیا ہے؟</w:t>
      </w:r>
    </w:p>
    <w:p>
      <w:r>
        <w:rPr>
          <w:b/>
        </w:rPr>
        <w:t xml:space="preserve">[56:22] </w:t>
      </w:r>
      <w:r>
        <w:t>to waqt aa gaya hai ke aap ka paisa, aap ki energy, aap ka waqt, aap ki soch, aap ki tawajjah, sab kuch isi ke liye divert kar di jaye dawat ke liye.</w:t>
      </w:r>
    </w:p>
    <w:p>
      <w:pPr>
        <w:jc w:val="right"/>
      </w:pPr>
      <w:r>
        <w:t>تو وقت آگیا ہے کہ آپ کا پیسہ، آپ کی انرجی، آپ کا وقت، آپ کی سوچ، آپ کی توجہ، سب کچھ اسی کے لیے ڈائیورٹ کر دی جائے دعوت کے لیے۔</w:t>
      </w:r>
    </w:p>
    <w:p>
      <w:r>
        <w:rPr>
          <w:b/>
        </w:rPr>
        <w:t xml:space="preserve">[56:36] </w:t>
      </w:r>
      <w:r>
        <w:t>kyun ke ab jab yahan tak baat pahunch jaye to ab, ab qayamat door nahi rehti. Yani jab history ka safar yahan tak pahunch jaye, jahan tak woh pahuncha hai, to ab qayamat door nahi rehti.</w:t>
      </w:r>
    </w:p>
    <w:p>
      <w:pPr>
        <w:jc w:val="right"/>
      </w:pPr>
      <w:r>
        <w:t>کیونکہ اب جب یہاں تک بات پہنچ جائے تو اب، اب قیامت دور نہیں رہتی۔ یعنی جب ہسٹری کا سفر یہاں تک پہنچ جائے، جہاں تک وہ پہنچا ہے، تو اب قیامت دور نہیں رہتی۔</w:t>
      </w:r>
    </w:p>
    <w:p>
      <w:r>
        <w:rPr>
          <w:b/>
        </w:rPr>
        <w:t xml:space="preserve">[56:49] </w:t>
      </w:r>
      <w:r>
        <w:t>ab</w:t>
      </w:r>
    </w:p>
    <w:p>
      <w:pPr>
        <w:jc w:val="right"/>
      </w:pPr>
      <w:r>
        <w:t>اب</w:t>
      </w:r>
    </w:p>
    <w:p>
      <w:r>
        <w:rPr>
          <w:b/>
        </w:rPr>
        <w:t xml:space="preserve">[56:53] </w:t>
      </w:r>
      <w:r>
        <w:t>to kis baat ka intezar? Kya is ka intezar hai ke aap Allah ke samne jab khade ho jayenge, tab us waqt dawat ka safar shuru hoga aap ka?</w:t>
      </w:r>
    </w:p>
    <w:p>
      <w:pPr>
        <w:jc w:val="right"/>
      </w:pPr>
      <w:r>
        <w:t>تو کس بات کا انتظار؟ کیا اس کا انتظار ہے کہ آپ اللہ کے سامنے جب کھڑے ہو جائیں گے، تب اس وقت دعوت کا سفر شروع ہوگا آپ کا؟</w:t>
      </w:r>
    </w:p>
    <w:p>
      <w:r>
        <w:rPr>
          <w:b/>
        </w:rPr>
        <w:t xml:space="preserve">[57:10] </w:t>
      </w:r>
      <w:r>
        <w:t>to tamam uzr, tamam excuses khatam ho chuke hain.</w:t>
      </w:r>
    </w:p>
    <w:p>
      <w:pPr>
        <w:jc w:val="right"/>
      </w:pPr>
      <w:r>
        <w:t>تو تمام عذر، تمام ایکسکیوزز ختم ہو چکے ہیں۔</w:t>
      </w:r>
    </w:p>
    <w:p>
      <w:r>
        <w:rPr>
          <w:b/>
        </w:rPr>
        <w:t xml:space="preserve">[57:15] </w:t>
      </w:r>
      <w:r>
        <w:t>koi excuse kisi ke paas nahi hai.</w:t>
      </w:r>
    </w:p>
    <w:p>
      <w:pPr>
        <w:jc w:val="right"/>
      </w:pPr>
      <w:r>
        <w:t>کوئی ایکسکیوز کسی کے پاس نہیں ہے۔</w:t>
      </w:r>
    </w:p>
    <w:p>
      <w:r>
        <w:rPr>
          <w:b/>
        </w:rPr>
        <w:t xml:space="preserve">[57:20] </w:t>
      </w:r>
      <w:r>
        <w:t>aur saare alam mein jo, yani is waqt duniya ki abadi seven billion batai jati hai, to seven billion insanon ko aap ko batana hai.</w:t>
      </w:r>
    </w:p>
    <w:p>
      <w:pPr>
        <w:jc w:val="right"/>
      </w:pPr>
      <w:r>
        <w:t>اور سارے عالم میں جو، یعنی اس وقت دنیا کی آبادی سیون بلین بتائی جاتی ہے، تو سیون بلین انسانوں کو آپ کو بتانا ہے۔</w:t>
      </w:r>
    </w:p>
    <w:p>
      <w:r>
        <w:rPr>
          <w:b/>
        </w:rPr>
        <w:t xml:space="preserve">[57:33] </w:t>
      </w:r>
      <w:r>
        <w:t>mujhe ek qissa yaad aata hai ke jab India azaad hua tha, us waqt India mein jo abadi thi, woh 36 crore thi. 36 crore!</w:t>
      </w:r>
    </w:p>
    <w:p>
      <w:pPr>
        <w:jc w:val="right"/>
      </w:pPr>
      <w:r>
        <w:t>مجھے ایک قصہ یاد آتا ہے کہ جب انڈیا آزاد ہوا تھا، اس وقت انڈیا میں جو آبادی تھی، وہ 36 کروڑ تھی۔ 36 کروڑ!</w:t>
      </w:r>
    </w:p>
    <w:p>
      <w:r>
        <w:rPr>
          <w:b/>
        </w:rPr>
        <w:t xml:space="preserve">[57:43] </w:t>
      </w:r>
      <w:r>
        <w:t>ab to bohat ho chuki hai.</w:t>
      </w:r>
    </w:p>
    <w:p>
      <w:pPr>
        <w:jc w:val="right"/>
      </w:pPr>
      <w:r>
        <w:t>اب تو بہت ہو چکی ہے۔</w:t>
      </w:r>
    </w:p>
    <w:p>
      <w:r>
        <w:rPr>
          <w:b/>
        </w:rPr>
        <w:t xml:space="preserve">[57:46] </w:t>
      </w:r>
      <w:r>
        <w:t>to jawahir nru, jo prime minister thay pehle, unhon ne kaha tha ke india ki abadi 36 crore hai aur hamein goya 36 crore masail se nipatna hai.</w:t>
      </w:r>
    </w:p>
    <w:p>
      <w:pPr>
        <w:jc w:val="right"/>
      </w:pPr>
      <w:r>
        <w:t>تو جواہر نرو، جو پرائم منسٹر تھے پہلے، انہوں نے کہا تھا کہ انڈیا کی آبادی 36 کروڑ ہے اور ہمیں گویا 36 کروڑ مسائل سے نپٹنا ہے۔</w:t>
      </w:r>
    </w:p>
    <w:p>
      <w:r>
        <w:rPr>
          <w:b/>
        </w:rPr>
        <w:t xml:space="preserve">[57:58] </w:t>
      </w:r>
      <w:r>
        <w:t>36 crore masail hamare samne hain. to main kahunga ke daai ke pas to saat billion masail hain.</w:t>
      </w:r>
    </w:p>
    <w:p>
      <w:pPr>
        <w:jc w:val="right"/>
      </w:pPr>
      <w:r>
        <w:t>36 کروڑ مسائل ہمارے سامنے ہیں۔ تو میں کہوں گا کہ داعی کے پاس تو سات بلین مسائل ہیں۔</w:t>
      </w:r>
    </w:p>
    <w:p>
      <w:r>
        <w:rPr>
          <w:b/>
        </w:rPr>
        <w:t xml:space="preserve">[58:11] </w:t>
      </w:r>
      <w:r>
        <w:t>saat, yani prime minister ke pas 36 crore insanon ka masla tha. daai ke pas to seven billion insanon ka masla hai ke un ko pohnchay.</w:t>
      </w:r>
    </w:p>
    <w:p>
      <w:pPr>
        <w:jc w:val="right"/>
      </w:pPr>
      <w:r>
        <w:t>سات، یعنی پرائم منسٹر کے پاس 36 کروڑ انسانوں کا مسئلہ تھا۔ داعی کے پاس تو سیون بلین انسانوں کا مسئلہ ہے کہ ان کو پہنچے۔</w:t>
      </w:r>
    </w:p>
    <w:p>
      <w:r>
        <w:rPr>
          <w:b/>
        </w:rPr>
        <w:t xml:space="preserve">[58:24] </w:t>
      </w:r>
      <w:r>
        <w:t>to jo sadhan hain, jo zarray paida ho chuke hain, un ko istemal kar ke yeh cheezen akhirat tak asan ho chuki hain.</w:t>
      </w:r>
    </w:p>
    <w:p>
      <w:pPr>
        <w:jc w:val="right"/>
      </w:pPr>
      <w:r>
        <w:t>تو جو سادھن ہیں، جو ذرائع پیدا ہو چکے ہیں، ان کو استعمال کر کے یہ چیزیں آخرت تک آسان ہو چکی ہیں۔</w:t>
      </w:r>
    </w:p>
    <w:p>
      <w:r>
        <w:rPr>
          <w:b/>
        </w:rPr>
        <w:t xml:space="preserve">[58:33] </w:t>
      </w:r>
      <w:r>
        <w:t>sirf tarap ki zaroorat hai, sirf yani ab ek junoon paida ho jaye aap ke andar, junoon ke mujhe dawat ka kaam karna hai.</w:t>
      </w:r>
    </w:p>
    <w:p>
      <w:pPr>
        <w:jc w:val="right"/>
      </w:pPr>
      <w:r>
        <w:t>صرف تڑپ کی ضرورت ہے، صرف یعنی اب ایک جنون پیدا ہو جائے آپ کے اندر، جنون کہ مجھے دعوت کا کام کرنا ہے۔</w:t>
      </w:r>
    </w:p>
    <w:p>
      <w:r>
        <w:rPr>
          <w:b/>
        </w:rPr>
        <w:t xml:space="preserve">[58:43] </w:t>
      </w:r>
      <w:r>
        <w:t>baqi sab asbab mahya hain.</w:t>
      </w:r>
    </w:p>
    <w:p>
      <w:pPr>
        <w:jc w:val="right"/>
      </w:pPr>
      <w:r>
        <w:t>باقی سب اسباب مہیا ہیں۔</w:t>
      </w:r>
    </w:p>
    <w:p>
      <w:r>
        <w:rPr>
          <w:b/>
        </w:rPr>
        <w:t xml:space="preserve">[58:58] </w:t>
      </w:r>
      <w:r>
        <w:t>to behal yeh baaten aap sab logon ko sochne ki hain. aap log is baat ko sochiye, doosron tak pohnchaiye,</w:t>
      </w:r>
    </w:p>
    <w:p>
      <w:pPr>
        <w:jc w:val="right"/>
      </w:pPr>
      <w:r>
        <w:t>تو بہرحال یہ باتیں آپ سب لوگوں کو سوچنے کی ہیں۔ آپ لوگ اس بات کو سوچیے، دوسروں تک پہنچائیے،</w:t>
      </w:r>
    </w:p>
    <w:p>
      <w:r>
        <w:rPr>
          <w:b/>
        </w:rPr>
        <w:t xml:space="preserve">[59:11] </w:t>
      </w:r>
      <w:r>
        <w:t>doosron ko un ki zimmedariyan yaad dilaiye.</w:t>
      </w:r>
    </w:p>
    <w:p>
      <w:pPr>
        <w:jc w:val="right"/>
      </w:pPr>
      <w:r>
        <w:t>دوسروں کو ان کی ذمہ داریاں یاد دلائیے۔</w:t>
      </w:r>
    </w:p>
    <w:p>
      <w:r>
        <w:rPr>
          <w:b/>
        </w:rPr>
        <w:t xml:space="preserve">[59:18] </w:t>
      </w:r>
      <w:r>
        <w:t>woh sare log jo sachai ko jaan chuke hain, un ke liye koi option is ke siwa nahi hai ke woh uth khare hon.</w:t>
      </w:r>
    </w:p>
    <w:p>
      <w:pPr>
        <w:jc w:val="right"/>
      </w:pPr>
      <w:r>
        <w:t>وہ سارے لوگ جو سچائی کو جان چکے ہیں، ان کے لیے کوئی آپشن اس کے سوا نہیں ہے کہ وہ اٹھ کھڑے ہوں۔</w:t>
      </w:r>
    </w:p>
    <w:p>
      <w:r>
        <w:rPr>
          <w:b/>
        </w:rPr>
        <w:t xml:space="preserve">[59:26] </w:t>
      </w:r>
      <w:r>
        <w:t>meri dua hai ke Allah taala mujh ko aur aap ko is ki tofeeq ata farmaye. aqool qooli wa astaghfirullah alaikum ajmaeen.</w:t>
      </w:r>
    </w:p>
    <w:p>
      <w:pPr>
        <w:jc w:val="right"/>
      </w:pPr>
      <w:r>
        <w:t>میری دعا ہے کہ اللہ تعالی مجھ کو اور آپ کو اس کی توفیق عطا فرمائے۔ اقول قولی واستغفراللہ علیکم اجمعین۔</w:t>
      </w:r>
    </w:p>
    <w:p>
      <w:r>
        <w:rPr>
          <w:b/>
        </w:rPr>
        <w:t xml:space="preserve">[59:51] </w:t>
      </w:r>
      <w:r>
        <w:t>maulana, yeh sawal balochistan pakistan area se aya hai, mister anjum sahab ka. unhon ne likha hai: "maulana sahab, aap individual daawa work ke daai hain, lekin hamare haan makkah wali situation hai.</w:t>
      </w:r>
    </w:p>
    <w:p>
      <w:pPr>
        <w:jc w:val="right"/>
      </w:pPr>
      <w:r>
        <w:t>مولانا، یہ سوال بلوچستان پاکستان ایریا سے آیا ہے، مسٹر انجم صاحب کا۔ انہوں نے لکھا ہے: "مولانا صاحب، آپ انڈیویجول دعویٰ ورک کے داعی ہیں، لیکن ہمارے ہاں مکے والی سچوئیشن ہے۔</w:t>
      </w:r>
    </w:p>
    <w:p>
      <w:r>
        <w:rPr>
          <w:b/>
        </w:rPr>
        <w:t xml:space="preserve">[1:00:09] </w:t>
      </w:r>
      <w:r>
        <w:t>mera sawal yeh hai ke yeh madinah wali surat kab ikhtiyar kare gi? is ke baray mein batayen."</w:t>
      </w:r>
    </w:p>
    <w:p>
      <w:pPr>
        <w:jc w:val="right"/>
      </w:pPr>
      <w:r>
        <w:t>میرا سوال یہ ہے کہ یہ مدینے والی صورت کب اختیار کرے گی؟ اس کے بارے میں بتائیں۔"</w:t>
      </w:r>
    </w:p>
    <w:p>
      <w:r>
        <w:rPr>
          <w:b/>
        </w:rPr>
        <w:t xml:space="preserve">[1:00:17] </w:t>
      </w:r>
      <w:r>
        <w:t>dekhiye, makkah aur madinah, makkhi daur aur madani daur jo hai, yeh history ke phenomena hain. yeh dawat ka principle nahi hai.</w:t>
      </w:r>
    </w:p>
    <w:p>
      <w:pPr>
        <w:jc w:val="right"/>
      </w:pPr>
      <w:r>
        <w:t>دیکھیے، مکہ اور مدینہ، مکی دور اور مدنی دور جو ہے، یہ ہسٹری کے فیناومینا ہیں۔ یہ دعوت کا پرنسپل نہیں ہے۔</w:t>
      </w:r>
    </w:p>
    <w:p>
      <w:r>
        <w:rPr>
          <w:b/>
        </w:rPr>
        <w:t xml:space="preserve">[1:00:26] </w:t>
      </w:r>
      <w:r>
        <w:t>aisa kya ho sakta? ek sahab, ek bohat baray aalim ki kitab hai "dawat deen" par, us mein dawat ko teen marhalay bataye hain.</w:t>
      </w:r>
    </w:p>
    <w:p>
      <w:pPr>
        <w:jc w:val="right"/>
      </w:pPr>
      <w:r>
        <w:t>ایسا کیا ہو سکتا؟ ایک صاحب، ایک بہت بڑے عالم کی کتاب ہے "دعوت دین" پر، اس میں دعوت کو تین مرحلے بتائے ہیں۔</w:t>
      </w:r>
    </w:p>
    <w:p>
      <w:r>
        <w:rPr>
          <w:b/>
        </w:rPr>
        <w:t xml:space="preserve">[1:00:37] </w:t>
      </w:r>
      <w:r>
        <w:t>unhon ne dawat, hijrat, jihad. yeh sahi nahi hai.</w:t>
      </w:r>
    </w:p>
    <w:p>
      <w:pPr>
        <w:jc w:val="right"/>
      </w:pPr>
      <w:r>
        <w:t>انہوں نے دعوت، ہجرت، جہاد۔ یہ صحیح نہیں ہے۔</w:t>
      </w:r>
    </w:p>
    <w:p>
      <w:r>
        <w:rPr>
          <w:b/>
        </w:rPr>
        <w:t xml:space="preserve">[1:00:46] </w:t>
      </w:r>
      <w:r>
        <w:t>yeh rasool Allah ke zamanay mein jo waqea paish aya, woh ek history thi. aisi isi ko aap ko repeat nahi karna hai ke pehle dawat do, phir hijrat karo, phir larai karo.</w:t>
      </w:r>
    </w:p>
    <w:p>
      <w:pPr>
        <w:jc w:val="right"/>
      </w:pPr>
      <w:r>
        <w:t>یہ رسول اللہ کے زمانے میں جو واقعہ پیش آیا، وہ ایک ہسٹری تھی۔ ایسی اسی کو آپ کو ریپیٹ نہیں کرنا ہے کہ پہلے دعوت دو، پھر ہجرت کرو، پھر لڑائی کرو۔</w:t>
      </w:r>
    </w:p>
    <w:p>
      <w:r>
        <w:rPr>
          <w:b/>
        </w:rPr>
        <w:t xml:space="preserve">[1:00:57] </w:t>
      </w:r>
      <w:r>
        <w:t>yeh koi islam nahi hai. history jo hai, badalti hai halaat ke aitbar se. aaj aap makkah o madinah ki is tarah mat sochiye, aap quran o hadith ki is tarah mat sochiye.</w:t>
      </w:r>
    </w:p>
    <w:p>
      <w:pPr>
        <w:jc w:val="right"/>
      </w:pPr>
      <w:r>
        <w:t>یہ کوئی اسلام نہیں ہے۔ ہسٹری جو ہے، بدلتی ہے حالات کے اعتبار سے۔ آج آپ مکہ و مدینہ کی اس طرح مت سوچیے، آپ قرآن و حدیث کی اس طرح مت سوچیے۔</w:t>
      </w:r>
    </w:p>
    <w:p>
      <w:r>
        <w:rPr>
          <w:b/>
        </w:rPr>
        <w:t xml:space="preserve">[1:01:10] </w:t>
      </w:r>
      <w:r>
        <w:t>bas jo hain aap ka aas paas, un ko dawat dijiye.</w:t>
      </w:r>
    </w:p>
    <w:p>
      <w:pPr>
        <w:jc w:val="right"/>
      </w:pPr>
      <w:r>
        <w:t>بس جو ہیں آپ کا اس پاس، ان کو دعوت دیجئے۔</w:t>
      </w:r>
    </w:p>
    <w:p>
      <w:r>
        <w:rPr>
          <w:b/>
        </w:rPr>
        <w:t xml:space="preserve">[1:01:13] </w:t>
      </w:r>
      <w:r>
        <w:t>yeh intezar kyun kar rahe hain ke ek daur badle, doosra daur aaye? tareekh kabhi bhi is tarah repeat nahi hua karti jis tarah se log samajhte hain.</w:t>
      </w:r>
    </w:p>
    <w:p>
      <w:pPr>
        <w:jc w:val="right"/>
      </w:pPr>
      <w:r>
        <w:t>یہ انتظار کیوں کر رہے ہیں کہ ایک دور بدلے، دوسرا دور آئے؟ تاریخ کبھی بھی اس طرح ریپیٹ نہیں ہوا کرتی جس طرح سے لوگ سمجھتے ہیں۔</w:t>
      </w:r>
    </w:p>
    <w:p>
      <w:r>
        <w:rPr>
          <w:b/>
        </w:rPr>
        <w:t xml:space="preserve">[1:01:23] </w:t>
      </w:r>
      <w:r>
        <w:t>aisa kabhi nahi hone wala hai dobara ke aap dawat dein, phir hijrat karein, phir jihad kar ke larai karein. yeh tasawwur bilkul galat hai.</w:t>
      </w:r>
    </w:p>
    <w:p>
      <w:pPr>
        <w:jc w:val="right"/>
      </w:pPr>
      <w:r>
        <w:t>ایسا کبھی نہیں ہونے والا ہے دوبارہ کہ آپ دعوت دیں، پھر ہجرت کریں، پھر جہاد کر کے لڑائی کریں۔ یہ تصور بالکل غلط ہے۔</w:t>
      </w:r>
    </w:p>
    <w:p>
      <w:r>
        <w:rPr>
          <w:b/>
        </w:rPr>
        <w:t xml:space="preserve">[1:01:33] </w:t>
      </w:r>
      <w:r>
        <w:t>yeh history ko principle ka usool dena, history ko usool ka darja dena hai.</w:t>
      </w:r>
    </w:p>
    <w:p>
      <w:pPr>
        <w:jc w:val="right"/>
      </w:pPr>
      <w:r>
        <w:t>یہ ہسٹری کو پرنسپل کا اصول دینا، ہسٹری کو اصول کا درجہ دینا ہے۔</w:t>
      </w:r>
    </w:p>
    <w:p>
      <w:r>
        <w:rPr>
          <w:b/>
        </w:rPr>
        <w:t xml:space="preserve">[1:01:39] </w:t>
      </w:r>
      <w:r>
        <w:t>history dekhiye, yaad rakhiye, usool jo hai, woh history se akhaz nahi hota. woh jo text hai, quran o hadith, us se akhaz hota hai.</w:t>
      </w:r>
    </w:p>
    <w:p>
      <w:pPr>
        <w:jc w:val="right"/>
      </w:pPr>
      <w:r>
        <w:t>ہسٹری دیکھیے، یاد رکھیے، اصول جو ہے، وہ ہسٹری سے اخذ نہیں ہوتا۔ وہ جو ٹیکسٹ ہے، قرآن و حدیث، اس سے اخذ ہوتا ہے۔</w:t>
      </w:r>
    </w:p>
    <w:p>
      <w:r>
        <w:rPr>
          <w:b/>
        </w:rPr>
        <w:t xml:space="preserve">[1:01:50] </w:t>
      </w:r>
      <w:r>
        <w:t>principle hamesha nikala jaye ga text se, history se nahi. yeh bohat bari bhool hai jis mein bohat se log mubtala hain. to us mein apne zehan ko aap durust kijiye aur dawat ke rastay jo khulay hain, un par apne aap ko laga dijiye.</w:t>
      </w:r>
    </w:p>
    <w:p>
      <w:pPr>
        <w:jc w:val="right"/>
      </w:pPr>
      <w:r>
        <w:t>پرنسپل ہمیشہ نکالا جائے گا ٹیکسٹ سے، ہسٹری سے نہیں۔ یہ بہت بڑی بھول ہے جس میں بہت سے لوگ مبتلا ہیں۔ تو اس میں اپنے ذہن کو آپ درست کیجئے اور دعوت کے راستے جو کھلے ہیں، ان پر اپنے آپ کو لگا دیجئے۔</w:t>
      </w:r>
    </w:p>
    <w:p>
      <w:r>
        <w:rPr>
          <w:b/>
        </w:rPr>
        <w:t xml:space="preserve">[1:02:07] </w:t>
      </w:r>
      <w:r>
        <w:t>maulana, agla sawal lene se pehle ek comment parhna chahenge jo dilli se aya hai muhammad ans sahab ka. unhon ne likha hai: "maulana, aap jo bata rahe hain ke twenty first century mein sare mawaqe khul chuke hain, yeh bilkul sahi hai.</w:t>
      </w:r>
    </w:p>
    <w:p>
      <w:pPr>
        <w:jc w:val="right"/>
      </w:pPr>
      <w:r>
        <w:t>مولانا، اگلا سوال لینے سے پہلے ایک کمنٹ پڑھنا چاہیں گے جو دلی سے آیا ہے محمد انس صاحب کا۔ انہوں نے لکھا ہے: "مولانا، آپ جو بتا رہے ہیں کہ ٹونٹی فرسٹ سینچری میں سارے مواقع کھل چکے ہیں، یہ بالکل صحیح ہے۔</w:t>
      </w:r>
    </w:p>
    <w:p>
      <w:r>
        <w:rPr>
          <w:b/>
        </w:rPr>
        <w:t xml:space="preserve">[1:02:25] </w:t>
      </w:r>
      <w:r>
        <w:t>jab hum logon tak quran pohnchate hain to log bohat hi khushi ka izhar karte hue quran lete hain aur aksar log yeh kehte hain ke hum quran ko dhoondh rahe thay."</w:t>
      </w:r>
    </w:p>
    <w:p>
      <w:pPr>
        <w:jc w:val="right"/>
      </w:pPr>
      <w:r>
        <w:t>جب ہم لوگوں تک قرآن پہنچاتے ہیں تو لوگ بہت ہی خوشی کا اظہار کرتے ہوئے قرآن لیتے ہیں اور اکثر لوگ یہ کہتے ہیں کہ ہم قرآن کو ڈھونڈ رہے تھے۔"</w:t>
      </w:r>
    </w:p>
    <w:p>
      <w:r>
        <w:rPr>
          <w:b/>
        </w:rPr>
        <w:t xml:space="preserve">[1:02:38] </w:t>
      </w:r>
      <w:r>
        <w:t>to bohat bari baat hai ke quran ko dhoond raha hai insan. ab bataiye ke jin logon ko pohnchana hai, woh na pohnchayein to wohi mujrim ban jayenge.</w:t>
      </w:r>
    </w:p>
    <w:p>
      <w:pPr>
        <w:jc w:val="right"/>
      </w:pPr>
      <w:r>
        <w:t>تو بہت بڑی بات ہے کہ قرآن کو ڈھونڈ رہا ہے انسان۔ اب بتائیے کہ جن لوگوں کو پہنچانا ہے، وہ نہ پہنچائیں تو وہی مجرم بن جائیں گے۔</w:t>
      </w:r>
    </w:p>
    <w:p>
      <w:r>
        <w:rPr>
          <w:b/>
        </w:rPr>
        <w:t xml:space="preserve">[1:02:50] </w:t>
      </w:r>
      <w:r>
        <w:t>dhoondne wale mujrim nahi banenge. jin ko dena tha, woh mujrim banenge.</w:t>
      </w:r>
    </w:p>
    <w:p>
      <w:pPr>
        <w:jc w:val="right"/>
      </w:pPr>
      <w:r>
        <w:t>ڈھونڈنے والے مجرم نہیں بنیں گے۔ جن کو دینا تھا، وہ مجرم بنیں گے۔</w:t>
      </w:r>
    </w:p>
    <w:p>
      <w:r>
        <w:rPr>
          <w:b/>
        </w:rPr>
        <w:t xml:space="preserve">[1:03:00] </w:t>
      </w:r>
      <w:r>
        <w:t>maulana, agla sawal dilli se hai miss naghma siddiqui ka</w:t>
      </w:r>
    </w:p>
    <w:p>
      <w:pPr>
        <w:jc w:val="right"/>
      </w:pPr>
      <w:r>
        <w:t>مولانا، اگلا سوال دلی سے ہے مس نغمہ صدیقی کا</w:t>
      </w:r>
    </w:p>
    <w:p>
      <w:r>
        <w:rPr>
          <w:b/>
        </w:rPr>
        <w:t xml:space="preserve">[1:03:04] </w:t>
      </w:r>
      <w:r>
        <w:t>. unhon ne likha hai: "when all explaining fails, we have to do dua for people.</w:t>
      </w:r>
    </w:p>
    <w:p>
      <w:pPr>
        <w:jc w:val="right"/>
      </w:pPr>
      <w:r>
        <w:t>۔ انہوں نے لکھا ہے: "وین آل ایکسپلیننگ فیلز، وی ہیو ٹو ڈو دعا فار پیپل۔</w:t>
      </w:r>
    </w:p>
    <w:p>
      <w:r>
        <w:rPr>
          <w:b/>
        </w:rPr>
        <w:t xml:space="preserve">[1:03:12] </w:t>
      </w:r>
      <w:r>
        <w:t>how can we do dua with well wishing for both muslims and non muslims? please advice." is mein dua mein koi farq to hota nahi.</w:t>
      </w:r>
    </w:p>
    <w:p>
      <w:pPr>
        <w:jc w:val="right"/>
      </w:pPr>
      <w:r>
        <w:t>ہاؤ کین وی ڈو دعا ود ویل وشنگ فار بوتھ مسلمز اینڈ نان مسلمز؟ پلیز ایڈوائس۔" اس میں دعا میں کوئی فرق تو ہوتا نہیں۔</w:t>
      </w:r>
    </w:p>
    <w:p>
      <w:r>
        <w:rPr>
          <w:b/>
        </w:rPr>
        <w:t xml:space="preserve">[1:03:22] </w:t>
      </w:r>
      <w:r>
        <w:t>aap dua sab ke liye kijiye.</w:t>
      </w:r>
    </w:p>
    <w:p>
      <w:pPr>
        <w:jc w:val="right"/>
      </w:pPr>
      <w:r>
        <w:t>آپ دعا سب کے لیے کیجئے۔</w:t>
      </w:r>
    </w:p>
    <w:p>
      <w:r>
        <w:rPr>
          <w:b/>
        </w:rPr>
        <w:t xml:space="preserve">[1:03:26] </w:t>
      </w:r>
      <w:r>
        <w:t>dua mein to koi farq nahi hai, hatta ke jo koi so called zalim ke liye bhi dua karna hai, so called conspirator ke liye bhi dua karna hai, sab ke liye ek sath tor par.</w:t>
      </w:r>
    </w:p>
    <w:p>
      <w:pPr>
        <w:jc w:val="right"/>
      </w:pPr>
      <w:r>
        <w:t>دعا میں تو کوئی فرق نہیں ہے، حتیٰ کہ جو کوئی سو کالڈ ظالم کے لیے بھی دعا کرنا ہے، سو کالڈ کانسپریٹر کے لیے بھی دعا کرنا ہے، سب کے لیے ایک ساتھ طور پر۔</w:t>
      </w:r>
    </w:p>
    <w:p>
      <w:r>
        <w:rPr>
          <w:b/>
        </w:rPr>
        <w:t xml:space="preserve">[1:03:40] </w:t>
      </w:r>
      <w:r>
        <w:t>maulana, agla sawal maryland usa se aya hai miss gulzeeba ahmed ka. unhon ne likha hai: "maulana sahib, can you please explain this hadith which is narrated by anas bin malik?" aur maulana, woh hadith is tarah hai:</w:t>
      </w:r>
    </w:p>
    <w:p>
      <w:pPr>
        <w:jc w:val="right"/>
      </w:pPr>
      <w:r>
        <w:t>مولانا، اگلا سوال میری لینڈ یو ایس اے سے آیا ہے مس گلزیبہ احمد کا۔ انہوں نے لکھا ہے: "مولانا صاحب، کین یو پلیز ایکسپلین دس حدیث وچ از نیریٹڈ بائے انس بن مالک؟" اور مولانا، وہ حدیث اس طرح ہے:</w:t>
      </w:r>
    </w:p>
    <w:p>
      <w:r>
        <w:rPr>
          <w:b/>
        </w:rPr>
        <w:t xml:space="preserve">[1:03:56] </w:t>
      </w:r>
      <w:r>
        <w:t>"a funeral procession passed and the people praised the deceased. the prophet said it has been affirmed to him.</w:t>
      </w:r>
    </w:p>
    <w:p>
      <w:pPr>
        <w:jc w:val="right"/>
      </w:pPr>
      <w:r>
        <w:t>"ا فیونرل پروسیشن پاسڈ اینڈ دا پیپل پریز دا ڈیزیز۔ دا پرافٹ سیڈ اٹ ہیز بین افرمڈ ٹو ہم۔</w:t>
      </w:r>
    </w:p>
    <w:p>
      <w:r>
        <w:rPr>
          <w:b/>
        </w:rPr>
        <w:t xml:space="preserve">[1:04:07] </w:t>
      </w:r>
      <w:r>
        <w:t>then another funeral procession passed and the people spoke badly of the deceased. the prophet said it has been affirmed to him.</w:t>
      </w:r>
    </w:p>
    <w:p>
      <w:pPr>
        <w:jc w:val="right"/>
      </w:pPr>
      <w:r>
        <w:t>دین انادر فیونرل پروسیشن پاسڈ اینڈ دا پیپل سپوک بیڈلی اف دا ڈیزیز۔ دا پرافٹ سیڈ اٹ ہیز بین افرمڈ ٹو ہم۔</w:t>
      </w:r>
    </w:p>
    <w:p>
      <w:r>
        <w:rPr>
          <w:b/>
        </w:rPr>
        <w:t xml:space="preserve">[1:04:18] </w:t>
      </w:r>
      <w:r>
        <w:t>umar bin al-khattab asked prophet what has been affirmed?</w:t>
      </w:r>
    </w:p>
    <w:p>
      <w:pPr>
        <w:jc w:val="right"/>
      </w:pPr>
      <w:r>
        <w:t>عمر بن الخطاب اسکڈ پرافٹ واٹ ہیز بین افرمڈ؟</w:t>
      </w:r>
    </w:p>
    <w:p>
      <w:r>
        <w:rPr>
          <w:b/>
        </w:rPr>
        <w:t xml:space="preserve">[1:04:24] </w:t>
      </w:r>
      <w:r>
        <w:t>prophet replied: "you praised this so paradise has been affirmed to him and you spoke badly of this so hell has been affirmed to him.</w:t>
      </w:r>
    </w:p>
    <w:p>
      <w:pPr>
        <w:jc w:val="right"/>
      </w:pPr>
      <w:r>
        <w:t>پرافٹ ریپلائیڈ: "یو پریزڈ دس سو پیراڈائز ہیز بین افرمڈ ٹو ہم اینڈ یو سپوک بیڈلی اف دس سو ہیل ہیز بین افرمڈ ٹو ہم۔</w:t>
      </w:r>
    </w:p>
    <w:p>
      <w:r>
        <w:rPr>
          <w:b/>
        </w:rPr>
        <w:t xml:space="preserve">[1:04:37] </w:t>
      </w:r>
      <w:r>
        <w:t>you people are allah witnesses on earth." dekhiye, is mein jo pehla hissa hai, woh is mein asal baat nahi hai.</w:t>
      </w:r>
    </w:p>
    <w:p>
      <w:pPr>
        <w:jc w:val="right"/>
      </w:pPr>
      <w:r>
        <w:t>یو پیپل ار اللہ وٹنس ان ارتھ۔" دیکھیے، اس میں جو پہلا حصہ ہے، وہ اس میں اصل بات نہیں ہے۔</w:t>
      </w:r>
    </w:p>
    <w:p>
      <w:r>
        <w:rPr>
          <w:b/>
        </w:rPr>
        <w:t xml:space="preserve">[1:04:47] </w:t>
      </w:r>
      <w:r>
        <w:t>asal baat to hai aakhri hisse mein: "antum shuhada allah fi al-ard.</w:t>
      </w:r>
    </w:p>
    <w:p>
      <w:pPr>
        <w:jc w:val="right"/>
      </w:pPr>
      <w:r>
        <w:t>اصل بات تو ہے آخری حصے میں: "انتم شہداء اللہ فی الارض۔</w:t>
      </w:r>
    </w:p>
    <w:p>
      <w:r>
        <w:rPr>
          <w:b/>
        </w:rPr>
        <w:t xml:space="preserve">[1:04:52] </w:t>
      </w:r>
      <w:r>
        <w:t>" shuhada ka matlab hai dua daai. is par mein likh chuka hoon. is se pehle aap parhiye is is hadith ka asal juz yeh hai ke tum dunya mein allah ke gadai ho, gawah ho.</w:t>
      </w:r>
    </w:p>
    <w:p>
      <w:pPr>
        <w:jc w:val="right"/>
      </w:pPr>
      <w:r>
        <w:t>" شہداء کا معنی ہے دعا داعی۔ اس پر میں لکھ چکا ہوں۔ اس سے پہلے آپ پڑھیے اس اس حدیث کا اصل جز یہ ہے کہ تم دنیا میں اللہ کے گدائی ہو، گواہ ہو۔</w:t>
      </w:r>
    </w:p>
    <w:p>
      <w:r>
        <w:rPr>
          <w:b/>
        </w:rPr>
        <w:t xml:space="preserve">[1:05:10] </w:t>
      </w:r>
      <w:r>
        <w:t>to matlab yeh ke jab jinke paas yeh quran ho, quran ki quran ki wirasat hai, wohi to dawat ka kaam karenge.</w:t>
      </w:r>
    </w:p>
    <w:p>
      <w:pPr>
        <w:jc w:val="right"/>
      </w:pPr>
      <w:r>
        <w:t>تو مطلب یہ کہ جب جن کے پاس یہ قرآن ہو، قرآن کی قرآن کی وراثت ہے، وہی تو دعوت کا کام کریں گے۔</w:t>
      </w:r>
    </w:p>
    <w:p>
      <w:r>
        <w:rPr>
          <w:b/>
        </w:rPr>
        <w:t xml:space="preserve">[1:05:23] </w:t>
      </w:r>
      <w:r>
        <w:t>to yeh hadith dawat ki zimmedari ko batati hai. is se jo jis ne lena hai humein, woh sirf yeh lena hai ke humein dawat ka kaam karna hai.</w:t>
      </w:r>
    </w:p>
    <w:p>
      <w:pPr>
        <w:jc w:val="right"/>
      </w:pPr>
      <w:r>
        <w:t>تو یہ حدیث دعوت کی ذمہ داری کو بتاتی ہے۔ اس سے جو جس نے لینا ہے ہمیں، وہ صرف یہ لینا ہے کہ ہمیں دعوت کا کام کرنا ہے۔</w:t>
      </w:r>
    </w:p>
    <w:p>
      <w:r>
        <w:rPr>
          <w:b/>
        </w:rPr>
        <w:t xml:space="preserve">[1:05:33] </w:t>
      </w:r>
      <w:r>
        <w:t>agar hum dawat ka kaam na karein to pakde jayenge.</w:t>
      </w:r>
    </w:p>
    <w:p>
      <w:pPr>
        <w:jc w:val="right"/>
      </w:pPr>
      <w:r>
        <w:t>اگر ہم دعوت کا کام نہ کریں تو پکڑے جائیں گے۔</w:t>
      </w:r>
    </w:p>
    <w:p>
      <w:r>
        <w:rPr>
          <w:b/>
        </w:rPr>
        <w:t xml:space="preserve">[1:05:46] </w:t>
      </w:r>
      <w:r>
        <w:t>maulana, agla sawal ah dilli se hai miss saty malhotra ka. unhon ne aapse poocha hai: "can quran be given physically or it can be given in soft copy through email?" please advice.</w:t>
      </w:r>
    </w:p>
    <w:p>
      <w:pPr>
        <w:jc w:val="right"/>
      </w:pPr>
      <w:r>
        <w:t>مولانا، اگلا سوال اہ دلی سے ہے مس ستی ملہوترا کا۔ انہوں نے آپ سے پوچھا ہے: "کین قرآن بی گیون فزیکلی اور اٹ کین بی گیون ان سافٹ کاپی تھرو ای میل؟" پلیز ایڈوائس۔</w:t>
      </w:r>
    </w:p>
    <w:p>
      <w:r>
        <w:rPr>
          <w:b/>
        </w:rPr>
        <w:t xml:space="preserve">[1:06:02] </w:t>
      </w:r>
      <w:r>
        <w:t>har tareeqe se, jo bhi tareeqa hai, pehle bhi munh se bol ke sunate the log. ab chupa hua bhi denge aap aur internet ke zariye bhi denge.</w:t>
      </w:r>
    </w:p>
    <w:p>
      <w:pPr>
        <w:jc w:val="right"/>
      </w:pPr>
      <w:r>
        <w:t>ہر طریقے سے، جو بھی طریقہ ہے، پہلے بھی منہ سے بول کے سناتے تھے لوگ۔ اب چھپا ہوا بھی دیں گے آپ اور انٹرنیٹ کے ذریعے بھی دیں گے۔</w:t>
      </w:r>
    </w:p>
    <w:p>
      <w:r>
        <w:rPr>
          <w:b/>
        </w:rPr>
        <w:t xml:space="preserve">[1:06:13] </w:t>
      </w:r>
      <w:r>
        <w:t>aap</w:t>
      </w:r>
    </w:p>
    <w:p>
      <w:pPr>
        <w:jc w:val="right"/>
      </w:pPr>
      <w:r>
        <w:t>آپ</w:t>
      </w:r>
    </w:p>
    <w:p>
      <w:r>
        <w:rPr>
          <w:b/>
        </w:rPr>
        <w:t xml:space="preserve">[1:06:14] </w:t>
      </w:r>
      <w:r>
        <w:t>jo bhi tareeqa aur koi tareeqa ijad ho, use bhi denge. aisi cheez to pohnchana hai, pohnch jaye bas sahi tareeqe ke sath. maulana, woh doosra hissa un ke sawal ka yeh hai ke kya quran sirf non muslims ko di jaye ya musalmanon ko bhi di jaye?</w:t>
      </w:r>
    </w:p>
    <w:p>
      <w:pPr>
        <w:jc w:val="right"/>
      </w:pPr>
      <w:r>
        <w:t>جو بھی طریقہ اور کوئی طریقہ ایجاد ہو، اسے بھی دیں گے۔ ایسی چیز تو پہنچانا ہے، پہنچ جائے بس صحیح طریقے کے ساتھ۔ مولانا، وہ دوسرا حصہ ان کے سوال کا یہ ہے کہ کیا قرآن صرف نان مسلمز کو دی جائے یا مسلمانوں کو بھی دی جائے؟</w:t>
      </w:r>
    </w:p>
    <w:p>
      <w:r>
        <w:rPr>
          <w:b/>
        </w:rPr>
        <w:t xml:space="preserve">[1:06:30] </w:t>
      </w:r>
      <w:r>
        <w:t>sab ko, sab ko jo sab ko di jaye. quran musalman iman rakhte hain quran par aqeeda, lekin quran ki masjid se bekhabar hain.</w:t>
      </w:r>
    </w:p>
    <w:p>
      <w:pPr>
        <w:jc w:val="right"/>
      </w:pPr>
      <w:r>
        <w:t>سب کو، سب کو جو سب کو دی جائے۔ قرآن مسلمان ایمان رکھتے ہیں قرآن پر عقیدہ، لیکن قرآن کی مسجد سے بے خبر ہیں۔</w:t>
      </w:r>
    </w:p>
    <w:p>
      <w:r>
        <w:rPr>
          <w:b/>
        </w:rPr>
        <w:t xml:space="preserve">[1:06:41] </w:t>
      </w:r>
      <w:r>
        <w:t>woh</w:t>
      </w:r>
    </w:p>
    <w:p>
      <w:pPr>
        <w:jc w:val="right"/>
      </w:pPr>
      <w:r>
        <w:t>وہ</w:t>
      </w:r>
    </w:p>
    <w:p>
      <w:r>
        <w:rPr>
          <w:b/>
        </w:rPr>
        <w:t xml:space="preserve">[1:06:44] </w:t>
      </w:r>
      <w:r>
        <w:t>is zamane ke musalman quran ki masjid se bekhabar hain. in ko bhi batana hai. yani ek aadmi aqeeda rakhte hue bekhabar hai, ek aadmi ko aqeeda nahi hai, phir bhi woh bekhabar hai.</w:t>
      </w:r>
    </w:p>
    <w:p>
      <w:pPr>
        <w:jc w:val="right"/>
      </w:pPr>
      <w:r>
        <w:t>اس زمانے کے مسلمان قرآن کی مسجد سے بے خبر ہیں۔ ان کو بھی بتانا ہے۔ یعنی ایک آدمی عقیدہ رکھتے ہوئے بے خبر ہے، ایک آدمی کو عقیدہ نہیں ہے، پھر بھی وہ بے خبر ہے۔</w:t>
      </w:r>
    </w:p>
    <w:p>
      <w:r>
        <w:rPr>
          <w:b/>
        </w:rPr>
        <w:t xml:space="preserve">[1:06:55] </w:t>
      </w:r>
      <w:r>
        <w:t>to kais to aik hi hua na? dono be khabri mein hain, dono be khabri mein hain. to sab ko batana hai.</w:t>
      </w:r>
    </w:p>
    <w:p>
      <w:pPr>
        <w:jc w:val="right"/>
      </w:pPr>
      <w:r>
        <w:t>تو کیس تو ایک ہی ہوا نا؟ دونوں بے خبری میں ہیں، دونوں بے خبری میں ہیں۔ تو سب کو بتانا ہے۔</w:t>
      </w:r>
    </w:p>
    <w:p>
      <w:r>
        <w:rPr>
          <w:b/>
        </w:rPr>
        <w:t xml:space="preserve">[1:07:08] </w:t>
      </w:r>
      <w:r>
        <w:t>maulana, agla sawal lene se pehle aik comment parhna chahenge jo</w:t>
      </w:r>
    </w:p>
    <w:p>
      <w:pPr>
        <w:jc w:val="right"/>
      </w:pPr>
      <w:r>
        <w:t>مولانا، اگلا سوال لینے سے پہلے ایک کمنٹ پڑھنا چاہیں گے جو</w:t>
      </w:r>
    </w:p>
    <w:p>
      <w:r>
        <w:rPr>
          <w:b/>
        </w:rPr>
        <w:t xml:space="preserve">[1:07:12] </w:t>
      </w:r>
      <w:r>
        <w:t>dilli se aya hai ah mr khalid ansari ka. unhon ne likha hai: "my recent interaction with indias top notch bureaucrats and policy makers of the country has exposed me to an understanding that people who appear to be most intelligent are actually in aware of the creation plan of god.</w:t>
      </w:r>
    </w:p>
    <w:p>
      <w:pPr>
        <w:jc w:val="right"/>
      </w:pPr>
      <w:r>
        <w:t>دلی سے آیا ہے اہ مسٹر خالد انصاری کا۔ انہوں نے لکھا ہے: "مائی ریسنٹ انٹریکشن ود انڈیاز ٹاپ نوچ بیوروکریٹس اینڈ پالیسی میکرز اف دا کنٹری ہیز ایکسپوز می ٹو این انڈرسٹینڈنگ دیٹ پیپل ہو اپیئر ٹو بی موسٹ انٹیلیجنٹ ار ایکچولی ان اویئر اف دا کریشن پلان اف گاڈ۔</w:t>
      </w:r>
    </w:p>
    <w:p>
      <w:r>
        <w:rPr>
          <w:b/>
        </w:rPr>
        <w:t xml:space="preserve">[1:07:37] </w:t>
      </w:r>
      <w:r>
        <w:t>its been last three months and an overwhelming number of 250 booklets of creation plan have reached them.</w:t>
      </w:r>
    </w:p>
    <w:p>
      <w:pPr>
        <w:jc w:val="right"/>
      </w:pPr>
      <w:r>
        <w:t>اٹس بین لاسٹ تھری منتھ اینڈ این اوورویلمنگ نمبر اف 250 بکلیٹس اف کریشن پلان ہیو ریچڈ دیم۔</w:t>
      </w:r>
    </w:p>
    <w:p>
      <w:r>
        <w:rPr>
          <w:b/>
        </w:rPr>
        <w:t xml:space="preserve">[1:07:47] </w:t>
      </w:r>
      <w:r>
        <w:t>i find opportunities of dawah work are immense, but these are very small in number. maulana, you have rightly said one needs tadap for dawah work.</w:t>
      </w:r>
    </w:p>
    <w:p>
      <w:pPr>
        <w:jc w:val="right"/>
      </w:pPr>
      <w:r>
        <w:t>ائی فائنڈ اپرچونیٹیز اف دعویٰ ورک ار ایمنس، بٹ دائز ار ویری سمال ان نمبر۔ مولانا، یو ہیو رائٹلی سیڈ ون نیڈز تڑپ فار دعویٰ ورک۔</w:t>
      </w:r>
    </w:p>
    <w:p>
      <w:r>
        <w:rPr>
          <w:b/>
        </w:rPr>
        <w:t xml:space="preserve">[1:08:00] </w:t>
      </w:r>
      <w:r>
        <w:t>jazakumullah, jazakumullah.</w:t>
      </w:r>
    </w:p>
    <w:p>
      <w:pPr>
        <w:jc w:val="right"/>
      </w:pPr>
      <w:r>
        <w:t>جزاکم اللہ، جزاکم اللہ۔</w:t>
      </w:r>
    </w:p>
    <w:p>
      <w:r>
        <w:rPr>
          <w:b/>
        </w:rPr>
        <w:t xml:space="preserve">[1:08:05] </w:t>
      </w:r>
      <w:r>
        <w:t>" maulana, agla sawal raipur se hai idrees sahab ka. unhon ne aap se poocha hai: "is there any explicit reference in quran or hadith about life being exclusive on earth?"</w:t>
      </w:r>
    </w:p>
    <w:p>
      <w:pPr>
        <w:jc w:val="right"/>
      </w:pPr>
      <w:r>
        <w:t>" مولانا، اگلا سوال رائے پور سے ہے ادریس صاحب کا۔ انہوں نے آپ سے پوچھا ہے: "از دیر اینی ایکسپلیسٹ ریفرنس ان قرآن اور حدیث اباؤٹ لائف بینگ ایکسکلوسو ان ارتھ؟"</w:t>
      </w:r>
    </w:p>
    <w:p>
      <w:r>
        <w:rPr>
          <w:b/>
        </w:rPr>
        <w:t xml:space="preserve">[1:08:24] </w:t>
      </w:r>
      <w:r>
        <w:t>nahi, aisa koi yani direct reference to nahi hai,</w:t>
      </w:r>
    </w:p>
    <w:p>
      <w:pPr>
        <w:jc w:val="right"/>
      </w:pPr>
      <w:r>
        <w:t>نہیں، ایسا کوئی یعنی ڈائریکٹ ریفرنس تو نہیں ہے،</w:t>
      </w:r>
    </w:p>
    <w:p>
      <w:r>
        <w:rPr>
          <w:b/>
        </w:rPr>
        <w:t xml:space="preserve">[1:08:31] </w:t>
      </w:r>
      <w:r>
        <w:t>lekin main yeh samajhta hoon ke jab doosra pehlu nahi hai ke quran mein yeh nahi ke kahin aur bhi insan jaisi makhlooq basti hai, isi se main leta hoon ke kahin aur insan jaisi makhlooq nahi hai.</w:t>
      </w:r>
    </w:p>
    <w:p>
      <w:pPr>
        <w:jc w:val="right"/>
      </w:pPr>
      <w:r>
        <w:t>لیکن میں یہ سمجھتا ہوں کہ جب دوسرا پہلو نہیں ہے کہ قرآن میں یہ نہیں کہ کہیں اور بھی انسان جیسی مخلوق بستی ہے، اسی سے میں لیتا ہوں کہ کہیں اور انسان جیسی مخلوق نہیں ہے۔</w:t>
      </w:r>
    </w:p>
    <w:p>
      <w:r>
        <w:rPr>
          <w:b/>
        </w:rPr>
        <w:t xml:space="preserve">[1:08:45] </w:t>
      </w:r>
      <w:r>
        <w:t>to meri buniyad mein yahi manta hoon ke insan jaisi makhlooq kahin aur nahi hai. is ki buniyad do cheezon par hai:</w:t>
      </w:r>
    </w:p>
    <w:p>
      <w:pPr>
        <w:jc w:val="right"/>
      </w:pPr>
      <w:r>
        <w:t>تو میری بنیاد میں یہی مانتا ہوں کہ انسان جیسی مخلوق کہیں اور نہیں ہے۔ اس کی بنیاد دو چیزوں پر ہے:</w:t>
      </w:r>
    </w:p>
    <w:p>
      <w:r>
        <w:rPr>
          <w:b/>
        </w:rPr>
        <w:t xml:space="preserve">[1:08:53] </w:t>
      </w:r>
      <w:r>
        <w:t>aik to yeh ke science ne talash kiya, bohat talash kiya, bohat talash kiya, koi bhi doosra planet nahi mila un ko, aur quran mein kahin is tarah likha hua nahi hai ke doosri jagah bhi insan bastay hain.</w:t>
      </w:r>
    </w:p>
    <w:p>
      <w:pPr>
        <w:jc w:val="right"/>
      </w:pPr>
      <w:r>
        <w:t>ایک تو یہ کہ سائنس نے تلاش کیا، بہت تلاش کیا، بہت تلاش کیا، کوئی بھی دوسرا پلینٹ نہیں ملا ان کو، اور قرآن میں کہیں اس طرح لکھا ہوا نہیں ہے کہ دوسری جگہ بھی انسان بستے ہیں۔</w:t>
      </w:r>
    </w:p>
    <w:p>
      <w:r>
        <w:rPr>
          <w:b/>
        </w:rPr>
        <w:t xml:space="preserve">[1:09:07] </w:t>
      </w:r>
      <w:r>
        <w:t>agarche aik ayat hai ke "warz mithluna" yani aur saat aur zameenein hain, lekin saat aur insan hain, yeh nahi kahin hai.</w:t>
      </w:r>
    </w:p>
    <w:p>
      <w:pPr>
        <w:jc w:val="right"/>
      </w:pPr>
      <w:r>
        <w:t>اگرچہ ایک آیت ہے کہ "ورز مثلنا" یعنی اور سات اور زمینیں ہیں، لیکن سات اور انسان ہیں، یہ نہیں کہیں ہے۔</w:t>
      </w:r>
    </w:p>
    <w:p>
      <w:r>
        <w:rPr>
          <w:b/>
        </w:rPr>
        <w:t xml:space="preserve">[1:09:17] </w:t>
      </w:r>
      <w:r>
        <w:t>is wajah se mera manna yeh hai ke insan jaisi makhlooq sirf zameen par hai aur kahin nahi hai.</w:t>
      </w:r>
    </w:p>
    <w:p>
      <w:pPr>
        <w:jc w:val="right"/>
      </w:pPr>
      <w:r>
        <w:t>اس وجہ سے میرا ماننا یہ ہے کہ انسان جیسی مخلوق صرف زمین پر ہے اور کہیں نہیں ہے۔</w:t>
      </w:r>
    </w:p>
    <w:p>
      <w:r>
        <w:rPr>
          <w:b/>
        </w:rPr>
        <w:t xml:space="preserve">[1:09:25] </w:t>
      </w:r>
      <w:r>
        <w:t>maulana, agla sawal chennai se hai maulana iqbal umri ka. unhon ne aap se poocha hai: "divine thoughts aur philosophy mein farq kaise karen?</w:t>
      </w:r>
    </w:p>
    <w:p>
      <w:pPr>
        <w:jc w:val="right"/>
      </w:pPr>
      <w:r>
        <w:t>مولانا، اگلا سوال چنئی سے ہے مولانا اقبال عمری کا۔ انہوں نے آپ سے پوچھا ہے: "ڈیوائن تھاٹس اور فلاسفی میں فرق کیسے کریں؟</w:t>
      </w:r>
    </w:p>
    <w:p>
      <w:r>
        <w:rPr>
          <w:b/>
        </w:rPr>
        <w:t xml:space="preserve">[1:09:36] </w:t>
      </w:r>
      <w:r>
        <w:t>is ke baray mein batayen."</w:t>
      </w:r>
    </w:p>
    <w:p>
      <w:pPr>
        <w:jc w:val="right"/>
      </w:pPr>
      <w:r>
        <w:t>اس کے بارے میں بتائیں۔"</w:t>
      </w:r>
    </w:p>
    <w:p>
      <w:r>
        <w:rPr>
          <w:b/>
        </w:rPr>
        <w:t xml:space="preserve">[1:09:39] </w:t>
      </w:r>
      <w:r>
        <w:t>dekhen, divine thought to base karta hai wahi par yani revelation par, aur philosophy to speculative chalti hai.</w:t>
      </w:r>
    </w:p>
    <w:p>
      <w:pPr>
        <w:jc w:val="right"/>
      </w:pPr>
      <w:r>
        <w:t>دیکھیں، ڈیوائن تھاٹ تو بیس کرتا ہے وحی پر یعنی ریولیشن پر، اور فلاسفی تو اسپیکولیٹو چلتی ہے۔</w:t>
      </w:r>
    </w:p>
    <w:p>
      <w:r>
        <w:rPr>
          <w:b/>
        </w:rPr>
        <w:t xml:space="preserve">[1:09:48] </w:t>
      </w:r>
      <w:r>
        <w:t>khud apne mind se aadmi sochta hai, apni apni soch par woh rai banata hai. to philosophy to aik speculative science hai,</w:t>
      </w:r>
    </w:p>
    <w:p>
      <w:pPr>
        <w:jc w:val="right"/>
      </w:pPr>
      <w:r>
        <w:t>خود اپنے مائنڈ سے آدمی سوچتا ہے، اپنی اپنی سوچ پر وہ رائے بناتا ہے۔ تو فلاسفی تو ایک اسپیکولیٹو سائنس ہے،</w:t>
      </w:r>
    </w:p>
    <w:p>
      <w:r>
        <w:rPr>
          <w:b/>
        </w:rPr>
        <w:t xml:space="preserve">[1:10:01] </w:t>
      </w:r>
      <w:r>
        <w:t>speculative discipline hai yani qiyasi ilm, lekin jo divine thought hai woh base karta hai mazhab, woh revelation par,</w:t>
      </w:r>
    </w:p>
    <w:p>
      <w:pPr>
        <w:jc w:val="right"/>
      </w:pPr>
      <w:r>
        <w:t>اسپیکولیٹو ڈسپلن ہے یعنی قیاسی علم، لیکن جو ڈیوائن تھاٹ ہے وہ بیس کرتا ہے مذہب، وہ ریولیشن پر،</w:t>
      </w:r>
    </w:p>
    <w:p>
      <w:r>
        <w:rPr>
          <w:b/>
        </w:rPr>
        <w:t xml:space="preserve">[1:10:14] </w:t>
      </w:r>
      <w:r>
        <w:t>allah ki taraf jo wahi aayi hai us ke upar. to dono mein farq hai yani philosophy speculation based hai aur divine thought revelation based hai yani mabni bar ilham aur mabni bar qiyas yeh farq hai.</w:t>
      </w:r>
    </w:p>
    <w:p>
      <w:pPr>
        <w:jc w:val="right"/>
      </w:pPr>
      <w:r>
        <w:t>اللہ کی طرف جو وحی آئی ہے اس کے اوپر۔ تو دونوں میں فرق ہے یعنی فلاسفی اسپیکولیشن بیسڈ ہے اور ڈیوائن تھاٹ ریولیشن بیسڈ ہے یعنی مبنی بر الہام اور مبنی بر قیاس یہ فرق ہے۔</w:t>
      </w:r>
    </w:p>
    <w:p>
      <w:r>
        <w:rPr>
          <w:b/>
        </w:rPr>
        <w:t xml:space="preserve">[1:10:33] </w:t>
      </w:r>
      <w:r>
        <w:t>maulana, agla sawal raipur se hai ms shabana ka. unhon ne aap se poocha hai: "why some muslims are against polio vaccination?"</w:t>
      </w:r>
    </w:p>
    <w:p>
      <w:pPr>
        <w:jc w:val="right"/>
      </w:pPr>
      <w:r>
        <w:t>مولانا، اگلا سوال رائے پور سے ہے مس شبانہ کا۔ انہوں نے آپ سے پوچھا ہے: "وائی سم مسلمز ار اگینسٹ پولیو ویکسینیشن؟"</w:t>
      </w:r>
    </w:p>
    <w:p>
      <w:r>
        <w:rPr>
          <w:b/>
        </w:rPr>
        <w:t xml:space="preserve">[1:10:44] </w:t>
      </w:r>
      <w:r>
        <w:t>yeh to aik jhoota toham parasti hai. main to bilkul galat samajhta hoon jo log is ke khilaf hain, woh is ki koi mazhab mein buniyad nahi hai, superstition hai bas aur kuch nahi,</w:t>
      </w:r>
    </w:p>
    <w:p>
      <w:pPr>
        <w:jc w:val="right"/>
      </w:pPr>
      <w:r>
        <w:t>یہ تو ایک جھوٹا توہم پرستی ہے۔ میں تو بے غلط سمجھتا ہوں جو لوگ اس کے خلاف ہیں، وہ اس کی کوئی مذہب میں بنیاد نہیں ہے، سپریسٹیشن ہے بس اور کچھ نہیں،</w:t>
      </w:r>
    </w:p>
    <w:p>
      <w:r>
        <w:rPr>
          <w:b/>
        </w:rPr>
        <w:t xml:space="preserve">[1:10:58] </w:t>
      </w:r>
      <w:r>
        <w:t>sirf sheer superstition. to aur bhi bohat cheezein hain jo toham parasti ke taur par musalmanon mein hain, yahi nahi hai. to superstition to bas ke chhaya hua hai logon ke zehnon par bohat ziyada.</w:t>
      </w:r>
    </w:p>
    <w:p>
      <w:pPr>
        <w:jc w:val="right"/>
      </w:pPr>
      <w:r>
        <w:t>صرف شیئر سپریسٹیشن۔ تو اور بھی بہت چیزیں ہیں جو توہم پرستی کے طور پر مسلمانوں میں ہیں، یہی نہیں ہے۔ تو سپریسٹیشن تو بس کہ چھایا ہوا ہے لوگوں کے ذہنوں پر بہت زیادہ۔</w:t>
      </w:r>
    </w:p>
    <w:p>
      <w:r>
        <w:rPr>
          <w:b/>
        </w:rPr>
        <w:t xml:space="preserve">[1:11:13] </w:t>
      </w:r>
      <w:r>
        <w:t>is ke siwa doosri bohat cheezon mein aisa hai. maulana, agla sawal mumbai se hai rashid sahab ka.</w:t>
      </w:r>
    </w:p>
    <w:p>
      <w:pPr>
        <w:jc w:val="right"/>
      </w:pPr>
      <w:r>
        <w:t>اس کے سوا دوسری بہت چیزوں میں ایسا ہے۔ مولانا، اگلا سوال ممبئی سے ہے راشد صاحب کا۔</w:t>
      </w:r>
    </w:p>
    <w:p>
      <w:r>
        <w:rPr>
          <w:b/>
        </w:rPr>
        <w:t xml:space="preserve">[1:11:23] </w:t>
      </w:r>
      <w:r>
        <w:t>unhon ne aap se poocha hai: "maulana sahab, how did you manage to save yourself from negativity?" is ke baray mein batayen. dekhen, jo fitri halat wahi hai, wahi hai ke aadmi ko allah ne positive paida kiya hai.</w:t>
      </w:r>
    </w:p>
    <w:p>
      <w:pPr>
        <w:jc w:val="right"/>
      </w:pPr>
      <w:r>
        <w:t>انہوں نے آپ سے پوچھا ہے: "مولانا صاحب، ہاؤ ڈیڈ یو مینج ٹو سیو یور سیلف فرام نیگیٹیوٹی؟" اس کے بارے میں بتائیں۔ دیکھیں، جو فطری حالت وہی ہے، وہی ہے کہ آدمی کو اللہ نے پازیٹیو پیدا کیا ہے۔</w:t>
      </w:r>
    </w:p>
    <w:p>
      <w:r>
        <w:rPr>
          <w:b/>
        </w:rPr>
        <w:t xml:space="preserve">[1:11:40] </w:t>
      </w:r>
      <w:r>
        <w:t>yeh to aap is mein barha dete hain negativity.</w:t>
      </w:r>
    </w:p>
    <w:p>
      <w:pPr>
        <w:jc w:val="right"/>
      </w:pPr>
      <w:r>
        <w:t>یہ تو آپ اس میں بڑھا دیتے ہیں نیگیٹیوٹی۔</w:t>
      </w:r>
    </w:p>
    <w:p>
      <w:r>
        <w:rPr>
          <w:b/>
        </w:rPr>
        <w:t xml:space="preserve">[1:11:47] </w:t>
      </w:r>
      <w:r>
        <w:t>to har hadith mein aata hai ke sare insan fitri halat mein paida kiye jate hain. kal mawliduna yulad al-fitra. to apni apni fitrat ko aap preserve rakhiye, bas deen you are positive thinker.</w:t>
      </w:r>
    </w:p>
    <w:p>
      <w:pPr>
        <w:jc w:val="right"/>
      </w:pPr>
      <w:r>
        <w:t>تو ہر حدیث میں آتا ہے کہ سارے انسان فطری حالت میں پیدا کیے جاتے ہیں۔ کل مولدین یولد الفطرہ۔ تو اپنی اپنی فطرت کو آپ پریزرو رکھیے، بس دین یو آر پازیٹیو تھنکر۔</w:t>
      </w:r>
    </w:p>
    <w:p>
      <w:r>
        <w:rPr>
          <w:b/>
        </w:rPr>
        <w:t xml:space="preserve">[1:12:06] </w:t>
      </w:r>
      <w:r>
        <w:t>kal mawliduna yulad al-fitra. har aadmi pata hota hai fitrat par yani paidaishi taur par har aadmi positive thinker hi hota hai.</w:t>
      </w:r>
    </w:p>
    <w:p>
      <w:pPr>
        <w:jc w:val="right"/>
      </w:pPr>
      <w:r>
        <w:t>کل مولدین یولد الفطرہ۔ ہر آدمی پتہ ہوتا ہے فطرت پر یعنی پیدائشی طور پر ہر آدمی پازیٹیو تھنکر ہی ہوتا ہے۔</w:t>
      </w:r>
    </w:p>
    <w:p>
      <w:r>
        <w:rPr>
          <w:b/>
        </w:rPr>
        <w:t xml:space="preserve">[1:12:16] </w:t>
      </w:r>
      <w:r>
        <w:t>aas paas ke khulasa se asar le kar aap negative ban jate hain to asar mat lijiye. apni fitrat ko baqi rakhiye yani maintain your nature, deen you are a positive thinker.</w:t>
      </w:r>
    </w:p>
    <w:p>
      <w:pPr>
        <w:jc w:val="right"/>
      </w:pPr>
      <w:r>
        <w:t>اس پاس کے خلاص سے اثر لے کر آپ نیگیٹیو بن جاتے ہیں تو اثر مت لیجئے۔ اپنی فطرت کو باقی رکھیے یعنی مینٹین یور نیچر، دین یو آر ا پازیٹیو تھنکر۔</w:t>
      </w:r>
    </w:p>
    <w:p>
      <w:r>
        <w:rPr>
          <w:b/>
        </w:rPr>
        <w:t xml:space="preserve">[1:12:32] </w:t>
      </w:r>
      <w:r>
        <w:t>maintain your real nature and deen deen you are a positive thinker. simple formula hai.</w:t>
      </w:r>
    </w:p>
    <w:p>
      <w:pPr>
        <w:jc w:val="right"/>
      </w:pPr>
      <w:r>
        <w:t>مینٹین یور ریئل نیچر اینڈ دین دین یو آر ا پازیٹیو تھنکر۔ سمپل فارمولا ہے۔</w:t>
      </w:r>
    </w:p>
    <w:p>
      <w:r>
        <w:rPr>
          <w:b/>
        </w:rPr>
        <w:t xml:space="preserve">[1:12:40] </w:t>
      </w:r>
      <w:r>
        <w:t>maulana, in ka ek aur sawal hai. inhone aap se poocha hai: "are negative incidents a part of test?" is ke bare mein bataein.</w:t>
      </w:r>
    </w:p>
    <w:p>
      <w:pPr>
        <w:jc w:val="right"/>
      </w:pPr>
      <w:r>
        <w:t>مولانا، ان کا ایک اور سوال ہے۔ انہوں نے آپ سے پوچھا ہے: "ار نیگیٹیو انسیڈنٹس ا پارٹ اف ٹیسٹ؟" اس کے بارے میں بتائیں۔</w:t>
      </w:r>
    </w:p>
    <w:p>
      <w:r>
        <w:rPr>
          <w:b/>
        </w:rPr>
        <w:t xml:space="preserve">[1:12:50] </w:t>
      </w:r>
      <w:r>
        <w:t>zahiri hai ek test to hai hi hai. yeh dunya mein sab kuch test hai. negative waqeyat jo hote hain woh is liye hote hain ke aap is par sabr karein, is ko avoid karein, is ko i'raaz karein, is ko is se sabak</w:t>
      </w:r>
    </w:p>
    <w:p>
      <w:pPr>
        <w:jc w:val="right"/>
      </w:pPr>
      <w:r>
        <w:t>ظاہر ہے ایک ٹیسٹ تو ہے ہی ہے۔ یہ دنیا میں سب کچھ ٹیسٹ ہے۔ نیگیٹیو واقعات جو ہوتے ہیں وہ اس لیے ہوتے ہیں کہ آپ اس پر صبر کریں، اس کو اوائڈ کریں، اس کو اعراض کریں، اس کو اس سے سبق</w:t>
      </w:r>
    </w:p>
    <w:p>
      <w:r>
        <w:rPr>
          <w:b/>
        </w:rPr>
        <w:t xml:space="preserve">[1:13:06] </w:t>
      </w:r>
      <w:r>
        <w:t>le, nahi ke is pe ghussa ho jaye aur aur nafrat mein mubtala ho jayein. is se sabak nikaliye. sabak is se har negative waqeyat mein ek sabak hota hai.</w:t>
      </w:r>
    </w:p>
    <w:p>
      <w:pPr>
        <w:jc w:val="right"/>
      </w:pPr>
      <w:r>
        <w:t>لیں، نہیں کہ اس پہ غصہ ہو جائے اور اور نفرت میں مبتلا ہو جائیں۔ اس سے سبق نکالیے۔ سبق اس سے ہر نیگیٹیو واقعات میں ایک سبق ہوتا ہے۔</w:t>
      </w:r>
    </w:p>
    <w:p>
      <w:r>
        <w:rPr>
          <w:b/>
        </w:rPr>
        <w:t xml:space="preserve">[1:13:19] </w:t>
      </w:r>
      <w:r>
        <w:t>koi bhi negative experience jo hai us mein ek sabak hota hai. is is sabak ko nikaliye to woh negative waqea aap ke liye ek advantage ban jayega.</w:t>
      </w:r>
    </w:p>
    <w:p>
      <w:pPr>
        <w:jc w:val="right"/>
      </w:pPr>
      <w:r>
        <w:t>کوئی بھی نیگیٹیو ایکسپیرینس جو ہے اس میں ایک سبق ہوتا ہے۔ اس اس سبق کو نکالیے تو وہ نیگیٹیو واقعہ آپ کے لیے ایک ایڈوانٹیج بن جائے گا۔</w:t>
      </w:r>
    </w:p>
    <w:p>
      <w:r>
        <w:rPr>
          <w:b/>
        </w:rPr>
        <w:t xml:space="preserve">[1:13:33] </w:t>
      </w:r>
      <w:r>
        <w:t>maulana, agla sawal bangalore se hai mr vikram sharma ka. inhone likha hai: "those who have a lot of material attainments lead a more tensed life.</w:t>
      </w:r>
    </w:p>
    <w:p>
      <w:pPr>
        <w:jc w:val="right"/>
      </w:pPr>
      <w:r>
        <w:t>مولانا، اگلا سوال بینگلور سے ہے مسٹر وکرم شرما کا۔ انہوں نے لکھا ہے: "دوز ہو ہیو ا لاٹ اف مٹیریل اٹینمنٹس لیڈ ا مور ٹینسڈ لائف۔</w:t>
      </w:r>
    </w:p>
    <w:p>
      <w:r>
        <w:rPr>
          <w:b/>
        </w:rPr>
        <w:t xml:space="preserve">[1:13:46] </w:t>
      </w:r>
      <w:r>
        <w:t>has man been born to live in tension and deen die? what is your comment on this?" yeh bore and bore culture se tension aata hai.</w:t>
      </w:r>
    </w:p>
    <w:p>
      <w:pPr>
        <w:jc w:val="right"/>
      </w:pPr>
      <w:r>
        <w:t>ہیز مین بین بورن ٹو لیو ان ٹینشن اینڈ دین ڈائی؟ واٹ از یور کمنٹ ان دس؟" یہ بور اینڈ بور کلچر سے ٹینشن آتا ہے۔</w:t>
      </w:r>
    </w:p>
    <w:p>
      <w:r>
        <w:rPr>
          <w:b/>
        </w:rPr>
        <w:t xml:space="preserve">[1:13:57] </w:t>
      </w:r>
      <w:r>
        <w:t>agar contentment jaye to tension nahi, bore and bore.</w:t>
      </w:r>
    </w:p>
    <w:p>
      <w:pPr>
        <w:jc w:val="right"/>
      </w:pPr>
      <w:r>
        <w:t>اگر کنٹینٹمنٹ جائے تو ٹینشن نہیں، بور اینڈ بور۔</w:t>
      </w:r>
    </w:p>
    <w:p>
      <w:r>
        <w:rPr>
          <w:b/>
        </w:rPr>
        <w:t xml:space="preserve">[1:14:04] </w:t>
      </w:r>
      <w:r>
        <w:t>agar</w:t>
      </w:r>
    </w:p>
    <w:p>
      <w:pPr>
        <w:jc w:val="right"/>
      </w:pPr>
      <w:r>
        <w:t>اگر</w:t>
      </w:r>
    </w:p>
    <w:p>
      <w:r>
        <w:rPr>
          <w:b/>
        </w:rPr>
        <w:t xml:space="preserve">[1:14:05] </w:t>
      </w:r>
      <w:r>
        <w:t>aap ke andar yeh mizaj aa jaye ke meri zaroorat poori ho gayi to bas kafi hai mere liye. yani net par agar aap apne ko yani mutma'in kar lein, net par aap razi ho jayein to phir tension ka sawal hi nahi paida hota.</w:t>
      </w:r>
    </w:p>
    <w:p>
      <w:pPr>
        <w:jc w:val="right"/>
      </w:pPr>
      <w:r>
        <w:t>آپ کے اندر یہ مزاج آ جائے کہ میری ضرورت پوری ہو گئی تو بس کافی ہے میرے لیے۔ یعنی نیٹ پر اگر آپ اپنے کو یعنی مطمئن کر لیں، نیٹ پر آپ راضی ہو جائیں تو پھر ٹینشن کا سوال ہی نہیں پیدا ہوتا۔</w:t>
      </w:r>
    </w:p>
    <w:p>
      <w:r>
        <w:rPr>
          <w:b/>
        </w:rPr>
        <w:t xml:space="preserve">[1:14:27] </w:t>
      </w:r>
      <w:r>
        <w:t>yeh sara tension jo jo aata hai more and more culture par aata hai.</w:t>
      </w:r>
    </w:p>
    <w:p>
      <w:pPr>
        <w:jc w:val="right"/>
      </w:pPr>
      <w:r>
        <w:t>یہ سارا ٹینشن جو جو آتا ہے مور اینڈ مور کلچر پر آتا ہے۔</w:t>
      </w:r>
    </w:p>
    <w:p>
      <w:r>
        <w:rPr>
          <w:b/>
        </w:rPr>
        <w:t xml:space="preserve">[1:14:34] </w:t>
      </w:r>
      <w:r>
        <w:t>koi had nahi hai aadmi ke paas aur chahiye aur chahiye aur chahiye. yahan tak ke mar jata hai woh aur uska aur aur kabhi khatam nahi hota. to sab se bari zaroorat yeh hai ke more and more culture se aadmi apne ko bachaye.</w:t>
      </w:r>
    </w:p>
    <w:p>
      <w:pPr>
        <w:jc w:val="right"/>
      </w:pPr>
      <w:r>
        <w:t>کوئی حد نہیں ہے آدمی کے پاس اور چاہیے اور چاہیے اور چاہیے۔ یہاں تک کہ مر جاتا ہے وہ اور اس کا اور اور کبھی ختم نہیں ہوتا۔ تو سب سے بڑی ضرورت یہ ہے کہ مور اینڈ مور کلچر سے آدمی اپنے کو بچائے۔</w:t>
      </w:r>
    </w:p>
    <w:p>
      <w:r>
        <w:rPr>
          <w:b/>
        </w:rPr>
        <w:t xml:space="preserve">[1:14:48] </w:t>
      </w:r>
      <w:r>
        <w:t>yeh bohat bara fitna hai is is zamane mein kyunke is zamane mein scope khul gaye hain bohat zyada. to har aadmi bas aur aur ke chakkar mein rehta hai aur yahan tak ke mar jata hai aur milta kuch nahi is ko.</w:t>
      </w:r>
    </w:p>
    <w:p>
      <w:pPr>
        <w:jc w:val="right"/>
      </w:pPr>
      <w:r>
        <w:t>یہ بہت بڑا فتنہ ہے اس اس زمانے میں کیونکہ اس زمانے میں اسکوپ کھل گئے ہیں بہت زیادہ۔ تو ہر آدمی بس اور اور کے چکر میں رہتا ہے اور یہاں تک کہ مر جاتا ہے اور ملتا کچھ نہیں اس کو۔</w:t>
      </w:r>
    </w:p>
    <w:p>
      <w:r>
        <w:rPr>
          <w:b/>
        </w:rPr>
        <w:t xml:space="preserve">[1:15:03] </w:t>
      </w:r>
      <w:r>
        <w:t>maul</w:t>
      </w:r>
    </w:p>
    <w:p>
      <w:pPr>
        <w:jc w:val="right"/>
      </w:pPr>
      <w:r>
        <w:t>مول</w:t>
      </w:r>
    </w:p>
    <w:p>
      <w:r>
        <w:rPr>
          <w:b/>
        </w:rPr>
        <w:t xml:space="preserve">[1:15:04] </w:t>
      </w:r>
      <w:r>
        <w:t>ana, yeh sawal bhi bangalore se aya hai mr sahil ka. inhone aap se poocha hai: "maulana sahib, how can we manage the generation gap between us and our parents?"</w:t>
      </w:r>
    </w:p>
    <w:p>
      <w:pPr>
        <w:jc w:val="right"/>
      </w:pPr>
      <w:r>
        <w:t>انا، یہ سوال بھی بینگلور سے آیا ہے مسٹر ساحل کا۔ انہوں نے آپ سے پوچھا ہے: "مولانا صاحب، ہاؤ کین وی مینج دی جنریشن گیپ بٹوین اس اینڈ اور پیرنٹس؟"</w:t>
      </w:r>
    </w:p>
    <w:p>
      <w:r>
        <w:rPr>
          <w:b/>
        </w:rPr>
        <w:t xml:space="preserve">[1:15:18] </w:t>
      </w:r>
      <w:r>
        <w:t>yeh generation gap ka word ek bilkul ek intellectual ne nikal rakha hai. main to is ko nahi manta. yeh bekar ka ek bekar ka word hai.</w:t>
      </w:r>
    </w:p>
    <w:p>
      <w:pPr>
        <w:jc w:val="right"/>
      </w:pPr>
      <w:r>
        <w:t>یہ جنریشن گیپ کا ورڈ ایک بالکل ایک انٹلیکچولر نے نکال رکھا ہے۔ میں تو اس کو نہیں مانتا۔ یہ بیکار کا ایک بیکار کا ورڈ ہے۔</w:t>
      </w:r>
    </w:p>
    <w:p>
      <w:r>
        <w:rPr>
          <w:b/>
        </w:rPr>
        <w:t xml:space="preserve">[1:15:28] </w:t>
      </w:r>
      <w:r>
        <w:t>koi generation gap nahi. Allah ne aap ko paida kiya, un ko paida kiya.</w:t>
      </w:r>
    </w:p>
    <w:p>
      <w:pPr>
        <w:jc w:val="right"/>
      </w:pPr>
      <w:r>
        <w:t>کوئی جنریشن گیپ نہیں۔ اللہ نے آپ کو پیدا کیا، ان کو پیدا کیا۔</w:t>
      </w:r>
    </w:p>
    <w:p>
      <w:r>
        <w:rPr>
          <w:b/>
        </w:rPr>
        <w:t xml:space="preserve">[1:15:35] </w:t>
      </w:r>
      <w:r>
        <w:t>dono ek hi hain. gap kis liye? artificial gap hai. yeh sab artificial gap. yeh soch ki kami hai jo yeh gap paida karti hai.</w:t>
      </w:r>
    </w:p>
    <w:p>
      <w:pPr>
        <w:jc w:val="right"/>
      </w:pPr>
      <w:r>
        <w:t>دونوں ایک ہی ہیں۔ گیپ کس لیے؟ ارٹیفیشل گیپ ہے۔ یہ سب ارٹیفیشل گیپ۔ یہ سوچ کی کمی ہے جو یہ گیپ پیدا کرتی ہے۔</w:t>
      </w:r>
    </w:p>
    <w:p>
      <w:r>
        <w:rPr>
          <w:b/>
        </w:rPr>
        <w:t xml:space="preserve">[1:15:45] </w:t>
      </w:r>
      <w:r>
        <w:t>humein to kuch bhi gap nahi hai. main parha likha tha, meri maan parhi likhi nahi thi to mere un ke beech mein koi gap to nahi tha, kuch bhi nahi.</w:t>
      </w:r>
    </w:p>
    <w:p>
      <w:pPr>
        <w:jc w:val="right"/>
      </w:pPr>
      <w:r>
        <w:t>ہمیں تو کچھ بھی گیپ نہیں ہے۔ میں پڑھا لکھا تھا، میری ماں پڑھی لکھی نہیں تھی تو میرے ان کے بیچ میں کوئی گیپ تو نہیں تھا، کچھ بھی نہیں۔</w:t>
      </w:r>
    </w:p>
    <w:p>
      <w:r>
        <w:rPr>
          <w:b/>
        </w:rPr>
        <w:t xml:space="preserve">[1:15:56] </w:t>
      </w:r>
      <w:r>
        <w:t>yeh sab yani khoobsurat alfaaz nikal rakhe hain intellectuals ne. main is ko nahi manta.</w:t>
      </w:r>
    </w:p>
    <w:p>
      <w:pPr>
        <w:jc w:val="right"/>
      </w:pPr>
      <w:r>
        <w:t>یہ سب یعنی خوبصورت الفاظ نکال رکھے ہیں انٹلیکچولرز نے۔ میں اس کو نہیں مانتا۔</w:t>
      </w:r>
    </w:p>
    <w:p>
      <w:r>
        <w:rPr>
          <w:b/>
        </w:rPr>
        <w:t xml:space="preserve">[1:16:07] </w:t>
      </w:r>
      <w:r>
        <w:t>maulana, ahmedabad se salman sahib ka sawal hai. inhone aap se poocha hai: "how can we differentiate between material greed and material need?" bohat asan hai.</w:t>
      </w:r>
    </w:p>
    <w:p>
      <w:pPr>
        <w:jc w:val="right"/>
      </w:pPr>
      <w:r>
        <w:t>مولانا، احمد آباد سے سلمان صاحب کا سوال ہے۔ انہوں نے آپ سے پوچھا ہے: "ہاؤ کین وی ڈیفرنشیٹ بٹوین مٹیریل گریڈ اینڈ مٹیریل نیڈ؟" بہت آسان ہے۔</w:t>
      </w:r>
    </w:p>
    <w:p>
      <w:r>
        <w:rPr>
          <w:b/>
        </w:rPr>
        <w:t xml:space="preserve">[1:16:20] </w:t>
      </w:r>
      <w:r>
        <w:t>yeh to bohat hi asan hai. har aadmi jaan sakta hai ke meri need kahan khatam ho gayi, meri need kahan khatam ho gayi.</w:t>
      </w:r>
    </w:p>
    <w:p>
      <w:pPr>
        <w:jc w:val="right"/>
      </w:pPr>
      <w:r>
        <w:t>یہ تو بہت ہی آسان ہے۔ ہر آدمی جان سکتا ہے کہ میری نیڈ کہاں ختم ہو گئی، میری نیڈ کہاں ختم ہو گئی۔</w:t>
      </w:r>
    </w:p>
    <w:p>
      <w:r>
        <w:rPr>
          <w:b/>
        </w:rPr>
        <w:t xml:space="preserve">[1:16:31] </w:t>
      </w:r>
      <w:r>
        <w:t>yeh to koi mushkil nahi hai. koi aap ko bataye, koi doosra tab jaane. is ki zaroorat nahi hai.</w:t>
      </w:r>
    </w:p>
    <w:p>
      <w:pPr>
        <w:jc w:val="right"/>
      </w:pPr>
      <w:r>
        <w:t>یہ تو کوئی مشکل نہیں ہے۔ کوئی آپ کو بتائے، کوئی دوسرا تب جانے۔ اس کی ضرورت نہیں ہے۔</w:t>
      </w:r>
    </w:p>
    <w:p>
      <w:r>
        <w:rPr>
          <w:b/>
        </w:rPr>
        <w:t xml:space="preserve">[1:16:39] </w:t>
      </w:r>
      <w:r>
        <w:t>koi bataye, tab jaane. is ki zaroorat nahi hai.</w:t>
      </w:r>
    </w:p>
    <w:p>
      <w:pPr>
        <w:jc w:val="right"/>
      </w:pPr>
      <w:r>
        <w:t>کوئی بتائے، تب جانے۔ اس کی ضرورت نہیں ہے۔</w:t>
      </w:r>
    </w:p>
    <w:p>
      <w:r>
        <w:rPr>
          <w:b/>
        </w:rPr>
        <w:t xml:space="preserve">[1:16:45] </w:t>
      </w:r>
      <w:r>
        <w:t>aap pani peete hain to ek had par lagta hai ke aap ki pyas bujh gai. aap khana khate hain to ek had par lagta hai ke aap ka pet bhar gaya. aise hi woh mamla hai.</w:t>
      </w:r>
    </w:p>
    <w:p>
      <w:pPr>
        <w:jc w:val="right"/>
      </w:pPr>
      <w:r>
        <w:t>آپ پانی پیتے ہیں تو ایک حد پر لگتا ہے کہ آپ کی پیاس بجھ گئی۔ آپ کھانا کھاتے ہیں تو ایک حد پر لگتا ہے کہ آپ کا پیٹ بھر گیا۔ ایسے ہی وہ معاملہ ہے۔</w:t>
      </w:r>
    </w:p>
    <w:p>
      <w:r>
        <w:rPr>
          <w:b/>
        </w:rPr>
        <w:t xml:space="preserve">[1:16:56] </w:t>
      </w:r>
      <w:r>
        <w:t>yeh kisi yeh intezam mat chahiye ke koi bataye to aap janiye.</w:t>
      </w:r>
    </w:p>
    <w:p>
      <w:pPr>
        <w:jc w:val="right"/>
      </w:pPr>
      <w:r>
        <w:t>یہ کسی یہ انتظام مت چاہیے کہ کوئی بتائے تو آپ جانیں۔</w:t>
      </w:r>
    </w:p>
    <w:p>
      <w:r>
        <w:rPr>
          <w:b/>
        </w:rPr>
        <w:t xml:space="preserve">[1:17:01] </w:t>
      </w:r>
      <w:r>
        <w:t>khud aap sochiye, aap soch kar jaan lenge ke kahan meri need khatm ho gai aur kahan se meri greed shuru ho rahi hai.</w:t>
      </w:r>
    </w:p>
    <w:p>
      <w:pPr>
        <w:jc w:val="right"/>
      </w:pPr>
      <w:r>
        <w:t>خود آپ سوچیے، آپ سوچ کر جان لیں گے کہ کہاں میری نیڈ ختم ہو گئی اور کہاں سے میری گریڈ شروع ہو رہی ہے۔</w:t>
      </w:r>
    </w:p>
    <w:p>
      <w:r>
        <w:rPr>
          <w:b/>
        </w:rPr>
        <w:t xml:space="preserve">[1:17:11] </w:t>
      </w:r>
      <w:r>
        <w:t>yeh bohat aasan hai. is mein koi mushkil baat nahi hai.</w:t>
      </w:r>
    </w:p>
    <w:p>
      <w:pPr>
        <w:jc w:val="right"/>
      </w:pPr>
      <w:r>
        <w:t>یہ بہت آسان ہے۔ اس میں کوئی مشکل بات نہیں ہے۔</w:t>
      </w:r>
    </w:p>
    <w:p>
      <w:r>
        <w:rPr>
          <w:b/>
        </w:rPr>
        <w:t xml:space="preserve">[1:17:18] </w:t>
      </w:r>
      <w:r>
        <w:t>maulana, agla sawal mis salma ka hai dilli se. unhon ne aap se poocha hai: "maulana sahib, how can one pacify ones ego?" is ke bare mein</w:t>
      </w:r>
    </w:p>
    <w:p>
      <w:pPr>
        <w:jc w:val="right"/>
      </w:pPr>
      <w:r>
        <w:t>مولانا، اگلا سوال مس سلمہ کا ہے دلی سے۔ انہوں نے آپ سے پوچھا ہے: "مولانا صاحب، ہاؤ کین ون پیسیفائی ونز ایگو؟" اس کے بارے میں</w:t>
      </w:r>
    </w:p>
    <w:p>
      <w:r>
        <w:rPr>
          <w:b/>
        </w:rPr>
        <w:t xml:space="preserve">[1:17:28] </w:t>
      </w:r>
      <w:r>
        <w:t>bataye. dekhiye, ego koi buri cheez nahi hai. ego, ego koi buri cheez nahi hai. ego jab jab argus ban jaye tab tab bura hai.</w:t>
      </w:r>
    </w:p>
    <w:p>
      <w:pPr>
        <w:jc w:val="right"/>
      </w:pPr>
      <w:r>
        <w:t>بتائیں۔ دیکھیں، ایگو کوئی بری چیز نہیں ہے۔ ایگو، ایگو کوئی بری چیز نہیں ہے۔ ایگو جب جب ارگس بن جائے تب تب برا ہے۔</w:t>
      </w:r>
    </w:p>
    <w:p>
      <w:r>
        <w:rPr>
          <w:b/>
        </w:rPr>
        <w:t xml:space="preserve">[1:17:42] </w:t>
      </w:r>
      <w:r>
        <w:t>aap ego jo hai us se determination aata hai, us se azm aata hai, us se confidence aata hai.</w:t>
      </w:r>
    </w:p>
    <w:p>
      <w:pPr>
        <w:jc w:val="right"/>
      </w:pPr>
      <w:r>
        <w:t>آپ ایگو جو ہے اس سے ڈیٹرمینیشن آتا ہے، اس سے عزم آتا ہے، اس سے کانفیڈنس آتا ہے۔</w:t>
      </w:r>
    </w:p>
    <w:p>
      <w:r>
        <w:rPr>
          <w:b/>
        </w:rPr>
        <w:t xml:space="preserve">[1:17:51] </w:t>
      </w:r>
      <w:r>
        <w:t>to ego to bari achi cheez hai, lekin jab woh kibr ban jaye, argus ban jaye, pride ban jaye tab bura hai. woh to bohat aasan hai janna ke kahan se ek had khatm ho jaye, kahan se doosri had shuru ho jaye.</w:t>
      </w:r>
    </w:p>
    <w:p>
      <w:pPr>
        <w:jc w:val="right"/>
      </w:pPr>
      <w:r>
        <w:t>تو ایگو تو بڑی اچھی چیز ہے، لیکن جب وہ کبر بن جائے، ارگس بن جائے، پرائیڈ بن جائے تب برا ہے۔ وہ تو بہت آسان ہے جاننا کہ کہاں سے ایک حد ختم ہو جائے، کہاں سے دوسری حد شروع ہو جائے۔</w:t>
      </w:r>
    </w:p>
    <w:p>
      <w:r>
        <w:rPr>
          <w:b/>
        </w:rPr>
        <w:t xml:space="preserve">[1:18:07] </w:t>
      </w:r>
      <w:r>
        <w:t>to aap apni ego ko argus yani organs tak na pohnchne dijiye. bas bohat acha hai. ego to koi mein samajhta hoon ke Allah taala ki nemat hai.</w:t>
      </w:r>
    </w:p>
    <w:p>
      <w:pPr>
        <w:jc w:val="right"/>
      </w:pPr>
      <w:r>
        <w:t>تو آپ اپنی ایگو کو ارگس یعنی ارگنز تک نہ پہنچنے دیجئے۔ بس بہت اچھا ہے۔ ایگو تو کوئی میں سمجھتا ہوں کہ اللہ تعالی کی نعمت ہے۔</w:t>
      </w:r>
    </w:p>
    <w:p>
      <w:r>
        <w:rPr>
          <w:b/>
        </w:rPr>
        <w:t xml:space="preserve">[1:18:18] </w:t>
      </w:r>
      <w:r>
        <w:t>yeh</w:t>
      </w:r>
    </w:p>
    <w:p>
      <w:pPr>
        <w:jc w:val="right"/>
      </w:pPr>
      <w:r>
        <w:t>یہ</w:t>
      </w:r>
    </w:p>
    <w:p>
      <w:r>
        <w:rPr>
          <w:b/>
        </w:rPr>
        <w:t xml:space="preserve">[1:18:23] </w:t>
      </w:r>
      <w:r>
        <w:t>maulana, agla sawal pune se hai mister vikrant ka. unhon ne aap se poocha hai: "why areing more attracted to glamour than knowledge and wisdom?"</w:t>
      </w:r>
    </w:p>
    <w:p>
      <w:pPr>
        <w:jc w:val="right"/>
      </w:pPr>
      <w:r>
        <w:t>مولانا، اگلا سوال پونے سے ہے مسٹر وکرانت کا۔ انہوں نے آپ سے پوچھا ہے: "وائی ارینگ مور اٹریکٹڈ ٹو گلیمر دین نالج اینڈ وزڈم؟"</w:t>
      </w:r>
    </w:p>
    <w:p>
      <w:r>
        <w:rPr>
          <w:b/>
        </w:rPr>
        <w:t xml:space="preserve">[1:18:38] </w:t>
      </w:r>
      <w:r>
        <w:t>mein samajhta hoon ke aaj kal jo TV hai is ka yeh fitna hai. hamare bachpan mein to yeh sab kuch tha nahi. koi glamour ka kuch janta bhi nahi tha ke duniya mein glamour hai.</w:t>
      </w:r>
    </w:p>
    <w:p>
      <w:pPr>
        <w:jc w:val="right"/>
      </w:pPr>
      <w:r>
        <w:t>میں سمجھتا ہوں کہ آج کل جو ٹی وی ہے اس کا یہ فتنہ ہے۔ ہمارے بچپن میں تو یہ سب کچھ تھا نہیں۔ کوئی گلیمر کا کچھ جانتا بھی نہیں تھا کہ دنیا میں گلیمر ہے۔</w:t>
      </w:r>
    </w:p>
    <w:p>
      <w:r>
        <w:rPr>
          <w:b/>
        </w:rPr>
        <w:t xml:space="preserve">[1:18:49] </w:t>
      </w:r>
      <w:r>
        <w:t>hamare bachpan mein, nojwanai mein yeh sab hum kuch bhi nahi dekhte the. lekin ab yeh TV jo hai is ne logon ko.</w:t>
      </w:r>
    </w:p>
    <w:p>
      <w:pPr>
        <w:jc w:val="right"/>
      </w:pPr>
      <w:r>
        <w:t>ہمارے بچپن میں، نوجوانی میں یہ سب ہم کچھ بھی نہیں دیکھتے تھے۔ لیکن اب یہ ٹی وی جو ہے اس نے لوگوں کو۔</w:t>
      </w:r>
    </w:p>
    <w:p>
      <w:r>
        <w:rPr>
          <w:b/>
        </w:rPr>
        <w:t xml:space="preserve">[1:18:59] </w:t>
      </w:r>
      <w:r>
        <w:t>to aap ko janna chahiye ke TV jo hai source of distraction hai.</w:t>
      </w:r>
    </w:p>
    <w:p>
      <w:pPr>
        <w:jc w:val="right"/>
      </w:pPr>
      <w:r>
        <w:t>تو آپ کو جاننا چاہیے کہ ٹی وی جو ہے سورس آف ڈسٹریکشن ہے۔</w:t>
      </w:r>
    </w:p>
    <w:p>
      <w:r>
        <w:rPr>
          <w:b/>
        </w:rPr>
        <w:t xml:space="preserve">[1:19:05] </w:t>
      </w:r>
      <w:r>
        <w:t>is ko discover kijiye aur bajaye is ke ke TV aap ko guide kare, aap khud apne aap ko guide kijiye. aaj kal mujhe nojwanon ka haal yeh hai ke bas TV un ko guide karta hai.</w:t>
      </w:r>
    </w:p>
    <w:p>
      <w:pPr>
        <w:jc w:val="right"/>
      </w:pPr>
      <w:r>
        <w:t>اس کو ڈسکور کیجئے اور بجائے اس کے کہ ٹی وی آپ کو گائیڈ کرے، آپ خود اپنے آپ کو گائیڈ کیجئے۔ آج کل مجھے نوجوانوں کا حال یہ ہے کہ بس ٹی وی ان کو گائیڈ کرتا ہے۔</w:t>
      </w:r>
    </w:p>
    <w:p>
      <w:r>
        <w:rPr>
          <w:b/>
        </w:rPr>
        <w:t xml:space="preserve">[1:19:22] </w:t>
      </w:r>
      <w:r>
        <w:t>yahan par galti hai. khud sochiye, apni rah khud banaiye, khud apne guide baniye.</w:t>
      </w:r>
    </w:p>
    <w:p>
      <w:pPr>
        <w:jc w:val="right"/>
      </w:pPr>
      <w:r>
        <w:t>یہاں پر غلطی ہے۔ خود سوچیے، اپنی راہ خود بنائیے، خود اپنے گائیڈ بنیے۔</w:t>
      </w:r>
    </w:p>
    <w:p>
      <w:r>
        <w:rPr>
          <w:b/>
        </w:rPr>
        <w:t xml:space="preserve">[1:19:30] </w:t>
      </w:r>
      <w:r>
        <w:t>mujhe to TV se koi mein TV dekhta bhi hoon, lekin ek percent bhi mein use koi asar nahi leta. ek percent bhi nahi.</w:t>
      </w:r>
    </w:p>
    <w:p>
      <w:pPr>
        <w:jc w:val="right"/>
      </w:pPr>
      <w:r>
        <w:t>مجھے تو ٹی وی سے کوئی میں ٹی وی دیکھتا بھی ہوں، لیکن ایک پرسنٹ بھی میں اسے کوئی اثر نہیں لیتا۔ ایک پرسنٹ بھی نہیں۔</w:t>
      </w:r>
    </w:p>
    <w:p>
      <w:r>
        <w:rPr>
          <w:b/>
        </w:rPr>
        <w:t xml:space="preserve">[1:19:41] </w:t>
      </w:r>
      <w:r>
        <w:t>to asal cheez yeh hai ke apne ko aap ko distraction se bachana hai. chahe TV ho ya koi doosri cheez hai, jo cheez distract kare us se bachiye.</w:t>
      </w:r>
    </w:p>
    <w:p>
      <w:pPr>
        <w:jc w:val="right"/>
      </w:pPr>
      <w:r>
        <w:t>تو اصل چیز یہ ہے کہ اپنے کو آپ کو ڈسٹریکشن سے بچانا ہے۔ چاہے ٹی وی ہو یا کوئی دوسری چیز ہے، جو چیز ڈسٹریکٹ کرے اس سے بچیے۔</w:t>
      </w:r>
    </w:p>
    <w:p>
      <w:r>
        <w:rPr>
          <w:b/>
        </w:rPr>
        <w:t xml:space="preserve">[1:19:53] </w:t>
      </w:r>
      <w:r>
        <w:t>yeh to karna hi karna hai aap ko. yeh to yeh to test hai.</w:t>
      </w:r>
    </w:p>
    <w:p>
      <w:pPr>
        <w:jc w:val="right"/>
      </w:pPr>
      <w:r>
        <w:t>یہ تو کرنا ہی کرنا ہے آپ کو۔ یہ تو یہ تو ٹیسٹ ہے۔</w:t>
      </w:r>
    </w:p>
    <w:p>
      <w:r>
        <w:rPr>
          <w:b/>
        </w:rPr>
        <w:t xml:space="preserve">[1:19:58] </w:t>
      </w:r>
      <w:r>
        <w:t>test thori aisa hota hai ke test abolish to nahi ho sakta. test to baqi rahega. agar aap chahe ke test free life mil jaye aap ko, yeh to possible nahi hai.</w:t>
      </w:r>
    </w:p>
    <w:p>
      <w:pPr>
        <w:jc w:val="right"/>
      </w:pPr>
      <w:r>
        <w:t>ٹیسٹ تھوڑی ایسا ہوتا ہے کہ ٹیسٹ ابولش تو نہیں ہو سکتا۔ ٹیسٹ تو باقی رہے گا۔ اگر آپ چاہیں کہ ٹیسٹ فری لائف مل جائے آپ کو، یہ تو پاسیبل نہیں ہے۔</w:t>
      </w:r>
    </w:p>
    <w:p>
      <w:r>
        <w:rPr>
          <w:b/>
        </w:rPr>
        <w:t xml:space="preserve">[1:20:11] </w:t>
      </w:r>
      <w:r>
        <w:t>maulana, agla sawal lene se pehle ek comment parhna chahenge jo bangalore se aya hai maulana inayat umri</w:t>
      </w:r>
    </w:p>
    <w:p>
      <w:pPr>
        <w:jc w:val="right"/>
      </w:pPr>
      <w:r>
        <w:t>مولانا، اگلا سوال لینے سے پہلے ایک کمنٹ پڑھنا چاہیں گے جو بینگلور سے آیا ہے مولانا عنایت عمری</w:t>
      </w:r>
    </w:p>
    <w:p>
      <w:r>
        <w:rPr>
          <w:b/>
        </w:rPr>
        <w:t xml:space="preserve">[1:20:18] </w:t>
      </w:r>
      <w:r>
        <w:t>ka. unhon ne likha hai: "maulana, abhi bangalore mein 14 se 16 december ke book festival mein good word aur center for peace ke janib se non muslims mein 300 free quran taqseem kiye gaye."</w:t>
      </w:r>
    </w:p>
    <w:p>
      <w:pPr>
        <w:jc w:val="right"/>
      </w:pPr>
      <w:r>
        <w:t>کا۔ انہوں نے لکھا ہے: "مولانا، ابھی بینگلور میں 14 سے 16 دسمبر کے بک فیسٹیول میں گڈ ورڈ اور سینٹر فار پیس کے جانب سے نان مسلمز میں 300 فری قرآن تقسیم کیے گئے۔"</w:t>
      </w:r>
    </w:p>
    <w:p>
      <w:r>
        <w:rPr>
          <w:b/>
        </w:rPr>
        <w:t xml:space="preserve">[1:20:36] </w:t>
      </w:r>
      <w:r>
        <w:t>masha Allah. maulana, agla sawal dilli se hai mister khalid ans</w:t>
      </w:r>
    </w:p>
    <w:p>
      <w:pPr>
        <w:jc w:val="right"/>
      </w:pPr>
      <w:r>
        <w:t>ماشاءاللہ۔ مولانا، اگلا سوال دلی سے ہے مسٹر خالد انص</w:t>
      </w:r>
    </w:p>
    <w:p>
      <w:r>
        <w:rPr>
          <w:b/>
        </w:rPr>
        <w:t xml:space="preserve">[1:20:42] </w:t>
      </w:r>
      <w:r>
        <w:t>aari ka. unhon ne likha hai: "maulana, unhon ne ek hadith ka reference diya hai jo is tarah hai: in al-nas sama wal-basar wal-fuaad kullu ulaaika kaana anhu masool." maulana, can you please explain this hadith and tell the source of this citation?</w:t>
      </w:r>
    </w:p>
    <w:p>
      <w:pPr>
        <w:jc w:val="right"/>
      </w:pPr>
      <w:r>
        <w:t>اری کا۔ انہوں نے لکھا ہے: "مولانا، انہوں نے ایک حدیث کا ریفرنس دیا ہے جو اس طرح ہے: ان الناس سما والبصرہ وفوادہ کل الیک کانہ انہو مسلو۔" مولانا، کین یو پلیز ایکسپلین دس حدیث اینڈ ٹیل دی سورس آف دس سائٹیشن؟</w:t>
      </w:r>
    </w:p>
    <w:p>
      <w:r>
        <w:rPr>
          <w:b/>
        </w:rPr>
        <w:t xml:space="preserve">[1:21:01] </w:t>
      </w:r>
      <w:r>
        <w:t>hadith yeh ayat hai: in al-sama wal-basar wal-fuaad kullu ulaaika kaana masool. yeh ayat hai Quran majeed ki.</w:t>
      </w:r>
    </w:p>
    <w:p>
      <w:pPr>
        <w:jc w:val="right"/>
      </w:pPr>
      <w:r>
        <w:t>حدیث یہ آیت ہے: ان السما والبصر والفواد کل الیک کانہ مسولہ۔ یہ آیت ہے قرآن مجید کی۔</w:t>
      </w:r>
    </w:p>
    <w:p>
      <w:r>
        <w:rPr>
          <w:b/>
        </w:rPr>
        <w:t xml:space="preserve">[1:21:10] </w:t>
      </w:r>
      <w:r>
        <w:t>yaani is ka tarjuma yeh hai ke ke kaan aur aankh aur aql.</w:t>
      </w:r>
    </w:p>
    <w:p>
      <w:pPr>
        <w:jc w:val="right"/>
      </w:pPr>
      <w:r>
        <w:t>یعنی اس کا ترجمہ یہ ہے کہ کہ کان اور آنکھ اور عقل۔</w:t>
      </w:r>
    </w:p>
    <w:p>
      <w:r>
        <w:rPr>
          <w:b/>
        </w:rPr>
        <w:t xml:space="preserve">[1:21:20] </w:t>
      </w:r>
      <w:r>
        <w:t>fuaad ka matlab hai aql. har cheez ke liye insaan accountable hai ke us ko kis tarah istemal karta hai.</w:t>
      </w:r>
    </w:p>
    <w:p>
      <w:pPr>
        <w:jc w:val="right"/>
      </w:pPr>
      <w:r>
        <w:t>فواد کا مطلب ہے عقل۔ ہر چیز کے لیے انسان اکاؤنٹیبل ہے کہ اس کو کس طرح استعمال کرتا ہے۔</w:t>
      </w:r>
    </w:p>
    <w:p>
      <w:r>
        <w:rPr>
          <w:b/>
        </w:rPr>
        <w:t xml:space="preserve">[1:21:31] </w:t>
      </w:r>
      <w:r>
        <w:t>to kya hum ne dekha, kya hum ne suna, kya hum ne socha?</w:t>
      </w:r>
    </w:p>
    <w:p>
      <w:pPr>
        <w:jc w:val="right"/>
      </w:pPr>
      <w:r>
        <w:t>تو کیا ہم نے دیکھا، کیا ہم نے سنا، کیا ہم نے سوچا؟</w:t>
      </w:r>
    </w:p>
    <w:p>
      <w:r>
        <w:rPr>
          <w:b/>
        </w:rPr>
        <w:t xml:space="preserve">[1:21:36] </w:t>
      </w:r>
      <w:r>
        <w:t>isi se to hamari knowledge aati hai hum ko. isi se hum rai banate hain. inhi cheezon se hum asar lete hain. to zahir hai ke yahi to yahi to test paper hai ke jo kuch aap ne suna us se aap ne koi galat asar nahi liya.</w:t>
      </w:r>
    </w:p>
    <w:p>
      <w:pPr>
        <w:jc w:val="right"/>
      </w:pPr>
      <w:r>
        <w:t>اسی سے تو ہماری نالج آتی ہے ہم کو۔ اسی سے ہم رائے بناتے ہیں۔ انہی چیزوں سے ہم اثر لیتے ہیں۔ تو ظاہر ہے کہ یہی تو یہی تو ٹیسٹ پیپر ہے کہ جو کچھ آپ نے سنا اس سے آپ نے کوئی غلط اثر نہیں لیا۔</w:t>
      </w:r>
    </w:p>
    <w:p>
      <w:r>
        <w:rPr>
          <w:b/>
        </w:rPr>
        <w:t xml:space="preserve">[1:21:54] </w:t>
      </w:r>
      <w:r>
        <w:t>koi jo kuch aap dekha us us us ki wajah se aap bigad nahi gaye. jo kuch aap ko sochne ka mauqa mila us mein aap ne galat andaaz se nahi socha.</w:t>
      </w:r>
    </w:p>
    <w:p>
      <w:pPr>
        <w:jc w:val="right"/>
      </w:pPr>
      <w:r>
        <w:t>کوئی جو کچھ آپ دیکھا اس اس اس کی وجہ سے آپ بگڑ نہیں گئے۔ جو کچھ آپ کو سوچنے کا موقع ملا اس میں آپ نے غلط انداز سے نہیں سوچا۔</w:t>
      </w:r>
    </w:p>
    <w:p>
      <w:r>
        <w:rPr>
          <w:b/>
        </w:rPr>
        <w:t xml:space="preserve">[1:22:06] </w:t>
      </w:r>
      <w:r>
        <w:t>yahi to test hai. inhi cheezon mein to insaan ka test ho raha hai. kullu ulaaika kaana masool yaani inhi cheezon ke aitbaar se insaan accountable hai Allah taala ke saamne.</w:t>
      </w:r>
    </w:p>
    <w:p>
      <w:pPr>
        <w:jc w:val="right"/>
      </w:pPr>
      <w:r>
        <w:t>یہی تو ٹیسٹ ہے۔ انہی چیزوں میں تو انسان کا ٹیسٹ ہو رہا ہے۔ کل الیک کانہ مسولہ یعنی انہی چیزوں کے اعتبار سے انسان اکاؤنٹیبل ہے اللہ تعالی کے سامنے۔</w:t>
      </w:r>
    </w:p>
    <w:p>
      <w:r>
        <w:rPr>
          <w:b/>
        </w:rPr>
        <w:t xml:space="preserve">[1:22:21] </w:t>
      </w:r>
      <w:r>
        <w:t>yeh ayat Surah Al-Isra mein hai jis ka doosra naam Bani Israel bhi hai.</w:t>
      </w:r>
    </w:p>
    <w:p>
      <w:pPr>
        <w:jc w:val="right"/>
      </w:pPr>
      <w:r>
        <w:t>یہ آیت سورہ الاسراء میں ہے جس کا دوسرا نام بنی اسرائیل بھی ہے۔</w:t>
      </w:r>
    </w:p>
    <w:p>
      <w:r>
        <w:rPr>
          <w:b/>
        </w:rPr>
        <w:t xml:space="preserve">[1:22:29] </w:t>
      </w:r>
      <w:r>
        <w:t>maulana, agla sawal Roorkee se hai Sajid Anwar sahib ka.</w:t>
      </w:r>
    </w:p>
    <w:p>
      <w:pPr>
        <w:jc w:val="right"/>
      </w:pPr>
      <w:r>
        <w:t>مولانا، اگلا سوال روڑکی سے ہے ساجد انور صاحب کا۔</w:t>
      </w:r>
    </w:p>
    <w:p>
      <w:r>
        <w:rPr>
          <w:b/>
        </w:rPr>
        <w:t xml:space="preserve">[1:22:33] </w:t>
      </w:r>
      <w:r>
        <w:t>unhon ne likha hai: "maulana, when we do da'wah work, it gives an immense pleasure to us. we feel we are doing the job which God has asked us to do.</w:t>
      </w:r>
    </w:p>
    <w:p>
      <w:pPr>
        <w:jc w:val="right"/>
      </w:pPr>
      <w:r>
        <w:t>انہوں نے لکھا ہے: "مولانا، وین وی ڈو دعویٰ ورک، اٹ گیوز این ایمنس پلیژر ٹو اس۔ وی فیل وی آر ڈوئنگ دا جاب وچ گاڈ ہیز اسکڈ اس ٹو ڈو۔</w:t>
      </w:r>
    </w:p>
    <w:p>
      <w:r>
        <w:rPr>
          <w:b/>
        </w:rPr>
        <w:t xml:space="preserve">[1:22:46] </w:t>
      </w:r>
      <w:r>
        <w:t>we are acting as part of the divine scheme. but simultaneously a thought also comes to the mind that the task is so big but we are doing very little.</w:t>
      </w:r>
    </w:p>
    <w:p>
      <w:pPr>
        <w:jc w:val="right"/>
      </w:pPr>
      <w:r>
        <w:t>وی آر ایکٹنگ ایز پارٹ آف دا ڈیوائن سکیم۔ بٹ سائملٹینیسلی ا تھاٹ السو کمز ٹو دا مائنڈ دیٹ دا ٹاسک از سو بگ بٹ وی آر ڈوئنگ ویری لٹل۔</w:t>
      </w:r>
    </w:p>
    <w:p>
      <w:r>
        <w:rPr>
          <w:b/>
        </w:rPr>
        <w:t xml:space="preserve">[1:22:58] </w:t>
      </w:r>
      <w:r>
        <w:t>this gives a kind of depression. how to overcome this</w:t>
      </w:r>
    </w:p>
    <w:p>
      <w:pPr>
        <w:jc w:val="right"/>
      </w:pPr>
      <w:r>
        <w:t>دس گیوز ا کائنڈ آف ڈپریشن۔ ہاؤ ٹو اوورکم دس</w:t>
      </w:r>
    </w:p>
    <w:p>
      <w:r>
        <w:rPr>
          <w:b/>
        </w:rPr>
        <w:t xml:space="preserve">[1:23:03] </w:t>
      </w:r>
      <w:r>
        <w:t>? please advise." nahi nahi, depression ki baat hi nahi hai. depression ki baat hai ke aap dua kijiye ke Allah taala aur tofeeq de aap ko. bhai, jitna aap kar saken us ke siwa agar baqi karna hai to aap dua kijiye.</w:t>
      </w:r>
    </w:p>
    <w:p>
      <w:pPr>
        <w:jc w:val="right"/>
      </w:pPr>
      <w:r>
        <w:t>؟ پلیز ایڈوائس۔" نہیں نہیں، ڈپریشن کی بات ہی نہیں ہے۔ ڈپریشن کی بات ہے کہ آپ دعا کیجئے کہ اللہ تعالی اور توفیق دے آپ کو۔ بھئی، جتنا آپ کر سکیں اس کے سوا اگر باقی کرنا ہے تو آپ دعا کیجئے۔</w:t>
      </w:r>
    </w:p>
    <w:p>
      <w:r>
        <w:rPr>
          <w:b/>
        </w:rPr>
        <w:t xml:space="preserve">[1:23:17] </w:t>
      </w:r>
      <w:r>
        <w:t>dua jo hai sab se bada zariya hai apne aap ko depression se bachane ka. jahan aap ki had ruk rahi ho wahan Allah ki had shuru ho jati hai.</w:t>
      </w:r>
    </w:p>
    <w:p>
      <w:pPr>
        <w:jc w:val="right"/>
      </w:pPr>
      <w:r>
        <w:t>دعا جو ہے سب سے بڑا ذریعہ ہے اپنے آپ کو ڈپریشن سے بچانے کا۔ جہاں آپ کی حد رک رہی ہو وہاں اللہ کی حد شروع ہو جاتی ہے۔</w:t>
      </w:r>
    </w:p>
    <w:p>
      <w:r>
        <w:rPr>
          <w:b/>
        </w:rPr>
        <w:t xml:space="preserve">[1:23:29] </w:t>
      </w:r>
      <w:r>
        <w:t>aap dua kijiye.</w:t>
      </w:r>
    </w:p>
    <w:p>
      <w:pPr>
        <w:jc w:val="right"/>
      </w:pPr>
      <w:r>
        <w:t>آپ دعا کیجئے۔</w:t>
      </w:r>
    </w:p>
    <w:p>
      <w:r>
        <w:rPr>
          <w:b/>
        </w:rPr>
        <w:t xml:space="preserve">[1:23:32] </w:t>
      </w:r>
      <w:r>
        <w:t>koi sawal nahi hai depression ka, tension ka, despair ka, mayoosi ka, kuch bhi nahi. dua jo hai master formula hai. master formula in sab cheezon ka.</w:t>
      </w:r>
    </w:p>
    <w:p>
      <w:pPr>
        <w:jc w:val="right"/>
      </w:pPr>
      <w:r>
        <w:t>کوئی سوال نہیں ہے ڈپریشن کا، ٹینشن کا، ڈسپیئر کا، مایوسی کا، کچھ بھی نہیں۔ دعا جو ہے ماسٹر فارمولا ہے۔ ماسٹر فارمولا ان سب چیزوں کا۔</w:t>
      </w:r>
    </w:p>
    <w:p>
      <w:r>
        <w:rPr>
          <w:b/>
        </w:rPr>
        <w:t xml:space="preserve">[1:23:46] </w:t>
      </w:r>
      <w:r>
        <w:t>dua ka matlab hota hai Allah taala mazeed tofeeq de, Allah taala mazeed raaste khole, Allah taala mazeed mauqe de, Allah mazeed humein saathi de.</w:t>
      </w:r>
    </w:p>
    <w:p>
      <w:pPr>
        <w:jc w:val="right"/>
      </w:pPr>
      <w:r>
        <w:t>دعا کا مطلب ہوتا ہے اللہ تعالی مزید توفیق دے، اللہ تعالی مزید راستے کھولے، اللہ تعالی مزید مواقع دے، اللہ مزید ہمیں ساتھی دے۔</w:t>
      </w:r>
    </w:p>
    <w:p>
      <w:r>
        <w:rPr>
          <w:b/>
        </w:rPr>
        <w:t xml:space="preserve">[1:23:56] </w:t>
      </w:r>
      <w:r>
        <w:t>to yeh yeh kaam kijiye.</w:t>
      </w:r>
    </w:p>
    <w:p>
      <w:pPr>
        <w:jc w:val="right"/>
      </w:pPr>
      <w:r>
        <w:t>تو یہ یہ کام کیجئے۔</w:t>
      </w:r>
    </w:p>
    <w:p>
      <w:r>
        <w:rPr>
          <w:b/>
        </w:rPr>
        <w:t xml:space="preserve">[1:24:00] </w:t>
      </w:r>
      <w:r>
        <w:t>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p>
    <w:p>
      <w:pPr>
        <w:jc w:val="right"/>
      </w:pPr>
      <w:r>
        <w:t>مولانا، یہ سوال دلی سے ہے مسٹر انس کا۔ انہوں نے لکھا ہے: "عام طور پر لوگوں کا مزاج یہ ہے کہ ان کے بارے میں جب کوئی ایسی بات بتائی جائے جو قابل اصلاح ہو تو وہ اصل بات پر فوکس کرنے کے بجائے اس بات پر فوکس کرنے لگتے ہیں کہ یہ بات کس نے آپ کو بتائی۔</w:t>
      </w:r>
    </w:p>
    <w:p>
      <w:r>
        <w:rPr>
          <w:b/>
        </w:rPr>
        <w:t xml:space="preserve">[1:24:23] </w:t>
      </w:r>
      <w:r>
        <w:t>is mizaj ko kaise durust kiya jaye?"</w:t>
      </w:r>
    </w:p>
    <w:p>
      <w:pPr>
        <w:jc w:val="right"/>
      </w:pPr>
      <w:r>
        <w:t>اس مزاج کو کیسے درست کیا جائے؟"</w:t>
      </w:r>
    </w:p>
    <w:p>
      <w:r>
        <w:rPr>
          <w:b/>
        </w:rPr>
        <w:t xml:space="preserve">[1:24:28] </w:t>
      </w:r>
      <w:r>
        <w:t>yeh durust karne ka hamare bas mein nahi hai. humein hamare bas mein sirf yeh hai ke hum logon ko batayein. durust karna to yeh paighambar ke bas mein bhi nahi tha.</w:t>
      </w:r>
    </w:p>
    <w:p>
      <w:pPr>
        <w:jc w:val="right"/>
      </w:pPr>
      <w:r>
        <w:t>یہ درست کرنے کا ہمارے بس میں نہیں ہے۔ ہمیں ہمارے بس میں صرف یہ ہے کہ ہم لوگوں کو بتائیں۔ درست کرنا تو یہ پیغمبر کے بس میں بھی نہیں تھا۔</w:t>
      </w:r>
    </w:p>
    <w:p>
      <w:r>
        <w:rPr>
          <w:b/>
        </w:rPr>
        <w:t xml:space="preserve">[1:24:41] </w:t>
      </w:r>
      <w:r>
        <w:t>aap logon ko bataiye ke yeh yeh soch jo hai yeh bohat hi buri soch hai, munafiqana soch hai. sawal yeh nahi ke kis ne kaha.</w:t>
      </w:r>
    </w:p>
    <w:p>
      <w:pPr>
        <w:jc w:val="right"/>
      </w:pPr>
      <w:r>
        <w:t>آپ لوگوں کو بتائیے کہ یہ یہ سوچ جو ہے یہ بہت ہی بری سوچ ہے، منافقانہ سوچ ہے۔ سوال یہ نہیں کہ کس نے کہا۔</w:t>
      </w:r>
    </w:p>
    <w:p>
      <w:r>
        <w:rPr>
          <w:b/>
        </w:rPr>
        <w:t xml:space="preserve">[1:24:50] </w:t>
      </w:r>
      <w:r>
        <w:t>sawaal yeh hai ke kya aisa hai</w:t>
      </w:r>
    </w:p>
    <w:p>
      <w:pPr>
        <w:jc w:val="right"/>
      </w:pPr>
      <w:r>
        <w:t>سوال یہ ہے کہ کیا ایسا ہے</w:t>
      </w:r>
    </w:p>
    <w:p>
      <w:r>
        <w:rPr>
          <w:b/>
        </w:rPr>
        <w:t xml:space="preserve">[1:24:53] </w:t>
      </w:r>
      <w:r>
        <w:t>? yaani mere andar agar ek kamzori hai us ki koi shakhs nishandahi karta hai to mujhe yeh nahi poochna chahiye kis ne bataya.</w:t>
      </w:r>
    </w:p>
    <w:p>
      <w:pPr>
        <w:jc w:val="right"/>
      </w:pPr>
      <w:r>
        <w:t>؟ یعنی میرے اندر ایک اگر ایک کمزوری ہے اس کی کوئی شخص نشاندہی کرتا ہے تو مجھے یہ نہیں پوچھنا چاہیے کس نے بتایا۔</w:t>
      </w:r>
    </w:p>
    <w:p>
      <w:r>
        <w:rPr>
          <w:b/>
        </w:rPr>
        <w:t xml:space="preserve">[1:25:03] </w:t>
      </w:r>
      <w:r>
        <w:t>mujhe sochna chahiye kya waqatan aisa hai to mein apni islaah karoon. to is maamle mein aap ki zimmedari durust karne ki nahi hai. aap ki zimmedari hai batane ki ke aisa soch, aisi soch jo hai yeh munaafiqat hai.</w:t>
      </w:r>
    </w:p>
    <w:p>
      <w:pPr>
        <w:jc w:val="right"/>
      </w:pPr>
      <w:r>
        <w:t>مجھے سوچنا چاہیے کیا واقعتاً ایسا ہے تو میں اپنی اصلاح کروں۔ تو اس معاملے میں آپ کی ذمہ داری درست کرنے کی نہیں ہے۔ آپ کی ذمہ داری ہے بتانے کی کہ ایسا سوچ، ایسی سوچ جو ہے یہ منافقت ہے۔</w:t>
      </w:r>
    </w:p>
    <w:p>
      <w:r>
        <w:rPr>
          <w:b/>
        </w:rPr>
        <w:t xml:space="preserve">[1:25:18] </w:t>
      </w:r>
      <w:r>
        <w:t>munaafiqat bohat bara Allah ke nazdeek bohat buri cheez hai.</w:t>
      </w:r>
    </w:p>
    <w:p>
      <w:pPr>
        <w:jc w:val="right"/>
      </w:pPr>
      <w:r>
        <w:t>منافقت بہت بڑا اللہ کے نزدیک بہت بری چیز ہے۔</w:t>
      </w:r>
    </w:p>
    <w:p>
      <w:r>
        <w:rPr>
          <w:b/>
        </w:rPr>
        <w:t xml:space="preserve">[1:25:22] </w:t>
      </w:r>
      <w:r>
        <w:t>yeh bataiye logon ko ke yeh tarz fikr jo hai yeh munafiqana tarz fikr hai. yeh soch munafiqana soch hai. yeh bataiye logon ko.</w:t>
      </w:r>
    </w:p>
    <w:p>
      <w:pPr>
        <w:jc w:val="right"/>
      </w:pPr>
      <w:r>
        <w:t>یہ بتائیے لوگوں کو کہ یہ طرز فکر جو ہے یہ منافقانہ طرز فکر ہے۔ یہ سوچ منافقانہ سوچ ہے۔ یہ بتائیے لوگوں کو۔</w:t>
      </w:r>
    </w:p>
    <w:p>
      <w:r>
        <w:rPr>
          <w:b/>
        </w:rPr>
        <w:t xml:space="preserve">[1:25:33] </w:t>
      </w:r>
      <w:r>
        <w:t>maulana, agla sawal haiderabad se hai. ah, jis ne sawal kiya hai unhon ne apna naam nahi diya hai but sawal likha hai ke "what is the difference between adjustment and compromise?" is ke baray mein batayen.</w:t>
      </w:r>
    </w:p>
    <w:p>
      <w:pPr>
        <w:jc w:val="right"/>
      </w:pPr>
      <w:r>
        <w:t>مولانا، اگلا سوال حیدرآباد سے ہے۔ اہ، جس نے سوال کیا ہے انہوں نے اپنا نام نہیں دیا ہے بٹ سوال لکھا ہے کہ "واٹ از دا ڈیفرنس بٹوین ایڈجسٹمنٹ اینڈ کمپرومائز؟" اس کے بارے میں بتائیں۔</w:t>
      </w:r>
    </w:p>
    <w:p>
      <w:r>
        <w:rPr>
          <w:b/>
        </w:rPr>
        <w:t xml:space="preserve">[1:25:50] </w:t>
      </w:r>
      <w:r>
        <w:t>dekhen, difference in word word lafzon mein nahi hai. yeh dono alfaaz jo hain woh similar hain.</w:t>
      </w:r>
    </w:p>
    <w:p>
      <w:pPr>
        <w:jc w:val="right"/>
      </w:pPr>
      <w:r>
        <w:t>دیکھیں، ڈیفرنس ان ورڈ ورڈ لفظوں میں نہیں ہے۔ یہ دونوں الفاظ جو ہیں وہ سمیلر ہیں۔</w:t>
      </w:r>
    </w:p>
    <w:p>
      <w:r>
        <w:rPr>
          <w:b/>
        </w:rPr>
        <w:t xml:space="preserve">[1:26:00] </w:t>
      </w:r>
      <w:r>
        <w:t>to difference is mein nahi hai jis mein hamari niyat mein hai. hum kis liye karte hain? adjustment ya compromise agar hum karte hain kisi khair ke liye, bhalai ke liye to woh sawab hai.</w:t>
      </w:r>
    </w:p>
    <w:p>
      <w:pPr>
        <w:jc w:val="right"/>
      </w:pPr>
      <w:r>
        <w:t>تو ڈیفرنس اس میں نہیں ہے جس میں ہماری نیت میں ہے۔ ہم کس لیے کرتے ہیں؟ ایڈجسٹمنٹ یا کمپرومائز اگر ہم کرتے ہیں کسی خیر کے لیے، بھلائی کے لیے تو وہ ثواب ہے۔</w:t>
      </w:r>
    </w:p>
    <w:p>
      <w:r>
        <w:rPr>
          <w:b/>
        </w:rPr>
        <w:t xml:space="preserve">[1:26:14] </w:t>
      </w:r>
      <w:r>
        <w:t>agar hum karte hain ke dunya ke interest ke liye to woh munaafiqat hai. to aam taur par mein dekhta hoon ke dunya ke interest ke liye har aadmi foran kar leta hai adjustment, foran compromise kar leta hai.</w:t>
      </w:r>
    </w:p>
    <w:p>
      <w:pPr>
        <w:jc w:val="right"/>
      </w:pPr>
      <w:r>
        <w:t>اگر ہم کرتے ہیں کہ دنیا کے انٹرسٹ کے لیے تو وہ منافقت ہے۔ تو عام طور پر میں دیکھتا ہوں کہ دنیا کے انٹرسٹ کے لیے ہر آدمی فوراً کر لیتا ہے ایڈجسٹمنٹ، فوراً کمپرومائز کر لیتا ہے۔</w:t>
      </w:r>
    </w:p>
    <w:p>
      <w:r>
        <w:rPr>
          <w:b/>
        </w:rPr>
        <w:t xml:space="preserve">[1:26:25] </w:t>
      </w:r>
      <w:r>
        <w:t>lekin jab Allah ka maamla aata hai, aakhirat ka maamla aata hai to compro</w:t>
      </w:r>
    </w:p>
    <w:p>
      <w:pPr>
        <w:jc w:val="right"/>
      </w:pPr>
      <w:r>
        <w:t>لیکن جب اللہ کا معاملہ آتا ہے، آخرت کا معاملہ آتا ہے تو کمپرو</w:t>
      </w:r>
    </w:p>
    <w:p>
      <w:r>
        <w:rPr>
          <w:b/>
        </w:rPr>
        <w:t xml:space="preserve">[1:26:29] </w:t>
      </w:r>
      <w:r>
        <w:t>mise nahi karta. woh wahan akarr jata hai. woh to yaad rakhiye, adjustment aur compromise yani dictionary ke aitbaar se dono ek hi hain.</w:t>
      </w:r>
    </w:p>
    <w:p>
      <w:pPr>
        <w:jc w:val="right"/>
      </w:pPr>
      <w:r>
        <w:t>مائز نہیں کرتا۔ وہ وہاں اکڑ جاتا ہے۔ وہ تو یاد رکھیے، ایڈجسٹمنٹ اور کمپرومائز یعنی ڈکشنری کے اعتبار سے دونوں ایک ہی ہیں۔</w:t>
      </w:r>
    </w:p>
    <w:p>
      <w:r>
        <w:rPr>
          <w:b/>
        </w:rPr>
        <w:t xml:space="preserve">[1:26:40] </w:t>
      </w:r>
      <w:r>
        <w:t>niyat ke aitbaar se farq ho jata hai. aam taur par logon ka haal hai ke jahan un ka interest ka masla aa jaye to foran woh compromise kar lenge, foran adjust kar</w:t>
      </w:r>
    </w:p>
    <w:p>
      <w:pPr>
        <w:jc w:val="right"/>
      </w:pPr>
      <w:r>
        <w:t>نیت کے اعتبار سے فرق ہو جاتا ہے۔ عام طور پر لوگوں کا حال ہے کہ جہاں ان کا انٹرسٹ کا مسئلہ آ جائے تو فوراً وہ کمپرومائز کر لیں گے، فوراً ایڈجسٹ کر</w:t>
      </w:r>
    </w:p>
    <w:p>
      <w:r>
        <w:rPr>
          <w:b/>
        </w:rPr>
        <w:t xml:space="preserve">[1:26:51] </w:t>
      </w:r>
      <w:r>
        <w:t>lenge. zaati interest ka masla aur jab masla ho deen ka, Allah ka, aakhirat ka to wahan akarr dikhate hain.</w:t>
      </w:r>
    </w:p>
    <w:p>
      <w:pPr>
        <w:jc w:val="right"/>
      </w:pPr>
      <w:r>
        <w:t>لیں گے۔ ذاتی انٹرسٹ کا مسئلہ اور جب مسئلہ ہو دین کا، اللہ کا، آخرت کا تو وہاں اکڑ دکھاتے ہیں۔</w:t>
      </w:r>
    </w:p>
    <w:p>
      <w:r>
        <w:rPr>
          <w:b/>
        </w:rPr>
        <w:t xml:space="preserve">[1:27:00] </w:t>
      </w:r>
      <w:r>
        <w:t>yeh bohat bara gunah hai. yeh munaafiqat hai. munaafiqat yani zaati maamle mein compromise kar lena aur jab maamla ho deen ka to wahan compromise na karna.</w:t>
      </w:r>
    </w:p>
    <w:p>
      <w:pPr>
        <w:jc w:val="right"/>
      </w:pPr>
      <w:r>
        <w:t>یہ بہت بڑا گناہ ہے۔ یہ منافقت ہے۔ منافقت یعنی ذاتی معاملے میں کمپرومائز کر لینا اور جب معاملہ ہو دین کا تو وہاں کمپرومائز نہ کرنا۔</w:t>
      </w:r>
    </w:p>
    <w:p>
      <w:r>
        <w:rPr>
          <w:b/>
        </w:rPr>
        <w:t xml:space="preserve">[1:27:13] </w:t>
      </w:r>
      <w:r>
        <w:t>isi ka naam to munaafiqat hai. yeh to bohat bara gunah hai Allah ke nazdeek.</w:t>
      </w:r>
    </w:p>
    <w:p>
      <w:pPr>
        <w:jc w:val="right"/>
      </w:pPr>
      <w:r>
        <w:t>اسی کا نام تو منافقت ہے۔ یہ تو بہت بڑا گناہ ہے اللہ کے نزدیک۔</w:t>
      </w:r>
    </w:p>
    <w:p>
      <w:r>
        <w:rPr>
          <w:b/>
        </w:rPr>
        <w:t xml:space="preserve">[1:27:18] </w:t>
      </w:r>
      <w:r>
        <w:t>is qism ki duality jo hai, duality yani double standard, isi ka naam munaafiqat hai. aadmi ko is se bachna chahiye. Maulana, un ka ek aur sawal hai.</w:t>
      </w:r>
    </w:p>
    <w:p>
      <w:pPr>
        <w:jc w:val="right"/>
      </w:pPr>
      <w:r>
        <w:t>اس قسم کی ڈویلٹی جو ہے، ڈویلٹی یعنی ڈبل اسٹینڈرڈ، اسی کا نام منافقت ہے۔ آدمی کو اس سے بچنا چاہیے۔ مولانا، ان کا ایک اور سوال ہے۔</w:t>
      </w:r>
    </w:p>
    <w:p>
      <w:r>
        <w:rPr>
          <w:b/>
        </w:rPr>
        <w:t xml:space="preserve">[1:27:30] </w:t>
      </w:r>
      <w:r>
        <w:t>unhon ne aap se poocha hai: "can we be free of negative feelings like self doubt?" dekhen, self doubt koi word nahi hai.</w:t>
      </w:r>
    </w:p>
    <w:p>
      <w:pPr>
        <w:jc w:val="right"/>
      </w:pPr>
      <w:r>
        <w:t>انہوں نے آپ سے پوچھا ہے: "کین وی بی فری آف نیگیٹیو فیلنگز لائک سیلف ڈاؤٹ؟" دیکھیں، سیلف ڈاؤٹ کوئی ورڈ نہیں ہے۔</w:t>
      </w:r>
    </w:p>
    <w:p>
      <w:r>
        <w:rPr>
          <w:b/>
        </w:rPr>
        <w:t xml:space="preserve">[1:27:39] </w:t>
      </w:r>
      <w:r>
        <w:t>yeh to ek ek bra galat naam dena hai. self doubt ko kehte hain is ko.</w:t>
      </w:r>
    </w:p>
    <w:p>
      <w:pPr>
        <w:jc w:val="right"/>
      </w:pPr>
      <w:r>
        <w:t>یہ تو ایک ایک برا غلط نام دینا ہے۔ سیلف ڈاؤٹ کو کہتے ہیں اس کو۔</w:t>
      </w:r>
    </w:p>
    <w:p>
      <w:r>
        <w:rPr>
          <w:b/>
        </w:rPr>
        <w:t xml:space="preserve">[1:27:46] </w:t>
      </w:r>
      <w:r>
        <w:t>introspection kahiye. doubt karne ki kya zaroorat hai? aap doubt kyun karte hain? introspection kijiye, muhasba kijiye, sochiye.</w:t>
      </w:r>
    </w:p>
    <w:p>
      <w:pPr>
        <w:jc w:val="right"/>
      </w:pPr>
      <w:r>
        <w:t>انٹراسپیکشن کہیے۔ ڈاؤٹ کرنے کی کیا ضرورت ہے؟ آپ ڈاؤٹ کیوں کرتے ہیں؟ انٹراسپیکشن کیجئے، محاسبہ کیجئے، سوچیے۔</w:t>
      </w:r>
    </w:p>
    <w:p>
      <w:r>
        <w:rPr>
          <w:b/>
        </w:rPr>
        <w:t xml:space="preserve">[1:27:58] </w:t>
      </w:r>
      <w:r>
        <w:t>self doubt bas kahoon ke koi word nahi hai. asal jo cheez hai woh hai introspection, muhasba, apne baray, apne khilaaf sochna.</w:t>
      </w:r>
    </w:p>
    <w:p>
      <w:pPr>
        <w:jc w:val="right"/>
      </w:pPr>
      <w:r>
        <w:t>سیلف ڈاؤٹ بس کہوں کہ کوئی ورڈ نہیں ہے۔ اصل جو چیز ہے وہ ہے انٹراسپیکشن، محاسبہ، اپنے بارے، اپنے خلاف سوچنا۔</w:t>
      </w:r>
    </w:p>
    <w:p>
      <w:r>
        <w:rPr>
          <w:b/>
        </w:rPr>
        <w:t xml:space="preserve">[1:28:10] </w:t>
      </w:r>
      <w:r>
        <w:t>aadmi ko yaqeen par jeena chahiye lekin saath saath muhasba bhi karna chahiye.</w:t>
      </w:r>
    </w:p>
    <w:p>
      <w:pPr>
        <w:jc w:val="right"/>
      </w:pPr>
      <w:r>
        <w:t>آدمی کو یقین پر جینا چاہیے لیکن ساتھ ساتھ محاسبہ بھی کرنا چاہیے۔</w:t>
      </w:r>
    </w:p>
    <w:p>
      <w:r>
        <w:rPr>
          <w:b/>
        </w:rPr>
        <w:t xml:space="preserve">[1:28:14] </w:t>
      </w:r>
      <w:r>
        <w:t>yaqeen par jeete hue introspection bhi karna chahiye. yeh hai sahi baat.</w:t>
      </w:r>
    </w:p>
    <w:p>
      <w:pPr>
        <w:jc w:val="right"/>
      </w:pPr>
      <w:r>
        <w:t>یقین پر جیتے ہوئے انٹراسپیکشن بھی کرنا چاہیے۔ یہ ہے صحیح بات۔</w:t>
      </w:r>
    </w:p>
    <w:p>
      <w:r>
        <w:rPr>
          <w:b/>
        </w:rPr>
        <w:t xml:space="preserve">[1:28:23] </w:t>
      </w:r>
      <w:r>
        <w:t>Maulana, agla sawal haiderabad se aaya hai. naam nahi hai Maulana lekin sawal yeh hai: "does Islam degrade women?" is ke baray mein batayen.</w:t>
      </w:r>
    </w:p>
    <w:p>
      <w:pPr>
        <w:jc w:val="right"/>
      </w:pPr>
      <w:r>
        <w:t>مولانا، اگلا سوال حیدرآباد سے آیا ہے۔ نام نہیں ہے مولانا لیکن سوال یہ ہے: "ڈز اسلام ڈی گریڈ وومن؟" اس کے بارے میں بتائیں۔</w:t>
      </w:r>
    </w:p>
    <w:p>
      <w:r>
        <w:rPr>
          <w:b/>
        </w:rPr>
        <w:t xml:space="preserve">[1:28:32] </w:t>
      </w:r>
      <w:r>
        <w:t>harghiz nahi, bilkul galat hai. Quran mein dekhen, surah Aal-e-Imran mein hai: "ba'dhukum min ba'dh, ba'dhukum min ba'dh"</w:t>
      </w:r>
    </w:p>
    <w:p>
      <w:pPr>
        <w:jc w:val="right"/>
      </w:pPr>
      <w:r>
        <w:t>ہرگز نہیں، بالکل غلط ہے۔ قرآن میں دیکھیں، سورہ آل عمران میں ہے: "بعضکم من بعض، بعضکم من بعض"</w:t>
      </w:r>
    </w:p>
    <w:p>
      <w:r>
        <w:rPr>
          <w:b/>
        </w:rPr>
        <w:t xml:space="preserve">[1:28:43] </w:t>
      </w:r>
      <w:r>
        <w:t>yani jo jo jo darja aurat ka, wahi darja mard ka. hadith mein aata hai ke: "al nisaa shiqaaq al rijaal" is ka matlab yeh hai ke yani yani men and women are to equal half of a single unit.</w:t>
      </w:r>
    </w:p>
    <w:p>
      <w:pPr>
        <w:jc w:val="right"/>
      </w:pPr>
      <w:r>
        <w:t>یعنی جو جو جو درجہ عورت کا، وہی درجہ مرد کا۔ حدیث میں آتا ہے کہ: "النساء شقاق الرجال" اس کا مطلب یہ ہے کہ یعنی یعنی مین اینڈ وومن آر ٹو ایکول ہاف آف اے سنگل یونٹ۔</w:t>
      </w:r>
    </w:p>
    <w:p>
      <w:r>
        <w:rPr>
          <w:b/>
        </w:rPr>
        <w:t xml:space="preserve">[1:29:06] </w:t>
      </w:r>
      <w:r>
        <w:t>to yeh bilkul galat hai ke</w:t>
      </w:r>
    </w:p>
    <w:p>
      <w:pPr>
        <w:jc w:val="right"/>
      </w:pPr>
      <w:r>
        <w:t>تو یہ بالکل غلط ہے کہ</w:t>
      </w:r>
    </w:p>
    <w:p>
      <w:r>
        <w:rPr>
          <w:b/>
        </w:rPr>
        <w:t xml:space="preserve">[1:29:11] </w:t>
      </w:r>
      <w:r>
        <w:t>ke degrade kiya hai Islam ne aurat ko. is mein koi shakk nahi ke dono mein ka barabar ka darja hai. is par hum ne tafseel se likha hai. hamari kitab jo hai "khatoon-e-Islam" is mein aap parh leejiye.</w:t>
      </w:r>
    </w:p>
    <w:p>
      <w:pPr>
        <w:jc w:val="right"/>
      </w:pPr>
      <w:r>
        <w:t>کہ ڈی گریڈ کیا ہے اسلام نے عورت کو۔ اس میں کوئی شک نہیں کہ دونوں میں کا برابر کا درجہ ہے۔ اس پر ہم نے تفصیل سے لکھا ہے۔ ہماری کتاب جو ہے "خاتون اسلام" اس میں آپ پڑھ لیجئے۔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