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 Month of Study of the Quran August 23, 2009</w:t>
      </w:r>
    </w:p>
    <w:p>
      <w:r>
        <w:t>https://youtu.be/f90TVrzAOFs</w:t>
      </w:r>
    </w:p>
    <w:p>
      <w:r>
        <w:rPr>
          <w:b/>
        </w:rPr>
        <w:t xml:space="preserve">[00:12] </w:t>
      </w:r>
      <w:r>
        <w:t>bismillah ir-rahman ir-rahim. wa salli allah 'alan nabiyyil karim. rabbish rahli sadri, wa yassirli amri, wahlul 'uqdatam min lisani, yafqahu qawli.</w:t>
      </w:r>
    </w:p>
    <w:p>
      <w:pPr>
        <w:jc w:val="right"/>
      </w:pPr>
      <w:r>
        <w:t>بسماللہ الرحمن الرحیم۔ وصلیاللہ علی النبی الکریم ۔ رباشرحلی صدری ، و یسرلی امری، واحل العقدۃ منلسانی ،یفقہ قولی۔</w:t>
      </w:r>
    </w:p>
    <w:p>
      <w:r>
        <w:rPr>
          <w:b/>
        </w:rPr>
        <w:t xml:space="preserve">[00:34] </w:t>
      </w:r>
      <w:r>
        <w:t>aaj ramzan 14 30, yaani 14 30 hijri ki pehli tareekh hai.</w:t>
      </w:r>
    </w:p>
    <w:p>
      <w:pPr>
        <w:jc w:val="right"/>
      </w:pPr>
      <w:r>
        <w:t>آج رمضان 14 30 ،یعنی 14 30 ہجری کی پہلی تاریخ ہے۔</w:t>
      </w:r>
    </w:p>
    <w:p>
      <w:r>
        <w:rPr>
          <w:b/>
        </w:rPr>
        <w:t xml:space="preserve">[00:49] </w:t>
      </w:r>
      <w:r>
        <w:t>aaj pehla ramzan ka roza hai. is liye aaj mein roze ke bare mein kuch baatein kahunga.</w:t>
      </w:r>
    </w:p>
    <w:p>
      <w:pPr>
        <w:jc w:val="right"/>
      </w:pPr>
      <w:r>
        <w:t>آج پہلا رمضان کاروزہہے۔ اس لیے آجمیں روزےکےبارےمیں کچھباتیںکہوںگا۔</w:t>
      </w:r>
    </w:p>
    <w:p>
      <w:r>
        <w:rPr>
          <w:b/>
        </w:rPr>
        <w:t xml:space="preserve">[01:05] </w:t>
      </w:r>
      <w:r>
        <w:t>yeh baatein quran par, quran ko lekar hongi. quran mein surah al-baqarah mein roze ke bare mein detail ke saath aaya hai.</w:t>
      </w:r>
    </w:p>
    <w:p>
      <w:pPr>
        <w:jc w:val="right"/>
      </w:pPr>
      <w:r>
        <w:t>یہباتیں قرآنپر، قرآنکولےکرہوںگی۔ قرآنمیں سورہ البقرہمیں روز ےکےبارےمیں ڈیٹیلکےساتھ آیاہے۔</w:t>
      </w:r>
    </w:p>
    <w:p>
      <w:r>
        <w:rPr>
          <w:b/>
        </w:rPr>
        <w:t xml:space="preserve">[01:23] </w:t>
      </w:r>
      <w:r>
        <w:t>is se maine kuch point arz kiye hain. is silsile mein mein roze ke bare mein kuch kehna chahunga.</w:t>
      </w:r>
    </w:p>
    <w:p>
      <w:pPr>
        <w:jc w:val="right"/>
      </w:pPr>
      <w:r>
        <w:t>اسسےمیںنےکچھپوائنٹعرضکیےہیں۔ اسیکیروشنیمیں میں روز ےکےبارےمیں کچھ کہناچاہوںگا۔</w:t>
      </w:r>
    </w:p>
    <w:p>
      <w:r>
        <w:rPr>
          <w:b/>
        </w:rPr>
        <w:t xml:space="preserve">[01:34] </w:t>
      </w:r>
      <w:r>
        <w:t>dekhein, pehli baat yeh hai ke roze ko quran mein som kaha gaya hai. rukna, restraint.</w:t>
      </w:r>
    </w:p>
    <w:p>
      <w:pPr>
        <w:jc w:val="right"/>
      </w:pPr>
      <w:r>
        <w:t>دیکھیں،پہلیباتیہہے کہ روز ہکو قرآن میں صوم کہاگیاہے۔ رکنا، ریسٹرنٹ۔</w:t>
      </w:r>
    </w:p>
    <w:p>
      <w:r>
        <w:rPr>
          <w:b/>
        </w:rPr>
        <w:t xml:space="preserve">[01:50] </w:t>
      </w:r>
      <w:r>
        <w:t>rukna kis cheez se? khane peene se, aur doosri cheezon se, saath saath bolne se bhi</w:t>
      </w:r>
    </w:p>
    <w:p>
      <w:pPr>
        <w:jc w:val="right"/>
      </w:pPr>
      <w:r>
        <w:t>رکنا کسچیزسے ؟کھانےپینےسے، اور دوسریچیزوںسے،ساتھ ساتھ بولنےسےبھی</w:t>
      </w:r>
    </w:p>
    <w:p>
      <w:r>
        <w:rPr>
          <w:b/>
        </w:rPr>
        <w:t xml:space="preserve">[02:00] </w:t>
      </w:r>
      <w:r>
        <w:t>dekhain, pichhli shariyat mein, yaani yahoodi ki shariyat mein, saum-e-sukoot hota tha. chup ka roza. woh islami shariyat mein bhi maujood hai.</w:t>
      </w:r>
    </w:p>
    <w:p>
      <w:pPr>
        <w:jc w:val="right"/>
      </w:pPr>
      <w:r>
        <w:t>۔دیکھیں،پچھلی شریعت میں،یعنییہودکیشریعتمیں، صوم سکوتہوتاتھا۔ چپکاروزہ۔ وہ اسلامی شریعتمیںبھیموجود ہے۔</w:t>
      </w:r>
    </w:p>
    <w:p>
      <w:r>
        <w:rPr>
          <w:b/>
        </w:rPr>
        <w:t xml:space="preserve">[02:12] </w:t>
      </w:r>
      <w:r>
        <w:t>is farq ke saath ke pehle tha saum-e-sukoot, ab hai ilt-e-kalaam. kam bolna ab bhi roze ka integral part hai.</w:t>
      </w:r>
    </w:p>
    <w:p>
      <w:pPr>
        <w:jc w:val="right"/>
      </w:pPr>
      <w:r>
        <w:t>اس فرقکےساتھ کہ پہلے تھا صوم سکوت ،اب ہے ع لت کلام ۔ کم بولنا اببھی روز ےکا انٹیگرلپارٹہے۔</w:t>
      </w:r>
    </w:p>
    <w:p>
      <w:r>
        <w:rPr>
          <w:b/>
        </w:rPr>
        <w:t xml:space="preserve">[02:27] </w:t>
      </w:r>
      <w:r>
        <w:t>jo log roza rakh kar khoob, bohat ziyada bolay hain, unhon ne roza nahi rakha.</w:t>
      </w:r>
    </w:p>
    <w:p>
      <w:pPr>
        <w:jc w:val="right"/>
      </w:pPr>
      <w:r>
        <w:t>جولوگ روز ہرکھکرخوب ،بہت زیادہ بولےہیں، انہوں نےروزہنہیںرکھا۔</w:t>
      </w:r>
    </w:p>
    <w:p>
      <w:r>
        <w:rPr>
          <w:b/>
        </w:rPr>
        <w:t xml:space="preserve">[02:37] </w:t>
      </w:r>
      <w:r>
        <w:t>kyun? yaani saum, yaani abstinence kyun? abstinence food se ka, abstinence nahi.</w:t>
      </w:r>
    </w:p>
    <w:p>
      <w:pPr>
        <w:jc w:val="right"/>
      </w:pPr>
      <w:r>
        <w:t>کیوں ؟یعنی ص وم،یعنیایبسٹیننسکیوں ؟ ایبسٹیننس فدسےکا ،ایبسٹیننسنہیں ۔</w:t>
      </w:r>
    </w:p>
    <w:p>
      <w:r>
        <w:rPr>
          <w:b/>
        </w:rPr>
        <w:t xml:space="preserve">[02:47] </w:t>
      </w:r>
      <w:r>
        <w:t>abstinence food se</w:t>
      </w:r>
    </w:p>
    <w:p>
      <w:pPr>
        <w:jc w:val="right"/>
      </w:pPr>
      <w:r>
        <w:t>ایبسٹیننس فدسےکا، افایبسٹیننسنہیں۔یعنیرکنافدسےکا،رکنانہیں ۔ رکنےکامطلبکیاہے ؟</w:t>
      </w:r>
    </w:p>
    <w:p>
      <w:r>
        <w:rPr>
          <w:b/>
        </w:rPr>
        <w:t xml:space="preserve">[02:57] </w:t>
      </w:r>
      <w:r>
        <w:t>worldy cheezon mein apne involvement ko kam karna. aadmi apni daily life mein worldy cheezon mein phansa rehta hai.</w:t>
      </w:r>
    </w:p>
    <w:p>
      <w:pPr>
        <w:jc w:val="right"/>
      </w:pPr>
      <w:r>
        <w:t>ورلڈلیچیزوںمیں اپنے انوالومنٹکو کم کرنا۔ آدمی اپنی ڈیلیلائفمیں ورلڈلیچیزوںمیں پھنسارہتاہے۔</w:t>
      </w:r>
    </w:p>
    <w:p>
      <w:r>
        <w:rPr>
          <w:b/>
        </w:rPr>
        <w:t xml:space="preserve">[03:11] </w:t>
      </w:r>
      <w:r>
        <w:t>to roze ka mahina is liye hai ke worldy cheezon mein apni involvement ko aap kam karen.</w:t>
      </w:r>
    </w:p>
    <w:p>
      <w:pPr>
        <w:jc w:val="right"/>
      </w:pPr>
      <w:r>
        <w:t>تو روز ےکامہینہاسلیےہےکہورلڈلیچیزوںمیں اپنی انوالومنٹکوآپکمکریں۔</w:t>
      </w:r>
    </w:p>
    <w:p>
      <w:r>
        <w:rPr>
          <w:b/>
        </w:rPr>
        <w:t xml:space="preserve">[03:17] </w:t>
      </w:r>
      <w:r>
        <w:t>misal ke taur par khana. aap raat ko khayen, din ko na khayen. to Ramzan mein khana chhodna nahi jaata.</w:t>
      </w:r>
    </w:p>
    <w:p>
      <w:pPr>
        <w:jc w:val="right"/>
      </w:pPr>
      <w:r>
        <w:t>مثلاًکھانا۔ آپ راتکوکھائیں،دنکو نہکھائیں۔ تو رمضان میںکھانا چھوڑانہیںجاتا ۔</w:t>
      </w:r>
    </w:p>
    <w:p>
      <w:r>
        <w:rPr>
          <w:b/>
        </w:rPr>
        <w:t xml:space="preserve">[03:26] </w:t>
      </w:r>
      <w:r>
        <w:t>khana kam kiya jaata hai. yaani din ko aap nahi khate, raat ko khate hain.</w:t>
      </w:r>
    </w:p>
    <w:p>
      <w:pPr>
        <w:jc w:val="right"/>
      </w:pPr>
      <w:r>
        <w:t>کھانا کم کیاجاتا ہے۔ یعنیدنکو آپ نہیں کھاتے،راتکوکھاتےہیں۔</w:t>
      </w:r>
    </w:p>
    <w:p>
      <w:r>
        <w:rPr>
          <w:b/>
        </w:rPr>
        <w:t xml:space="preserve">[03:34] </w:t>
      </w:r>
      <w:r>
        <w:t>isi tarah se aaram mein kami hoti hai. routine tootta hai aadmi ka. isi tareeqay se bolna bhi kam hota hai.</w:t>
      </w:r>
    </w:p>
    <w:p>
      <w:pPr>
        <w:jc w:val="right"/>
      </w:pPr>
      <w:r>
        <w:t>اسیطرحسے آراممیں کمیہوتیہے۔ روٹین ٹوٹ تاہےآدمیکا ۔ اسیطریقےسے بولنابھیکمہوتاہے۔</w:t>
      </w:r>
    </w:p>
    <w:p>
      <w:r>
        <w:rPr>
          <w:b/>
        </w:rPr>
        <w:t xml:space="preserve">[03:44] </w:t>
      </w:r>
      <w:r>
        <w:t>kyun ke aap bolenge to sochenge nahi. kisi ne kaha hai ke "When I am speaking, I am not thinking." to roza is liye hai ke aap ziyada sochen.</w:t>
      </w:r>
    </w:p>
    <w:p>
      <w:pPr>
        <w:jc w:val="right"/>
      </w:pPr>
      <w:r>
        <w:t>کیونکہآپبول یںگے تو سوچیںگےنہیں۔ کسی نےکہاہےکہ "When Iam speaking, I am not thinking." تو روز ہاسلیےہےکہآپزیادہ سوچیں۔</w:t>
      </w:r>
    </w:p>
    <w:p>
      <w:r>
        <w:rPr>
          <w:b/>
        </w:rPr>
        <w:t xml:space="preserve">[03:58] </w:t>
      </w:r>
      <w:r>
        <w:t>bohat bolenge to aap sochenge kahan se.</w:t>
      </w:r>
    </w:p>
    <w:p>
      <w:pPr>
        <w:jc w:val="right"/>
      </w:pPr>
      <w:r>
        <w:t>بہت بولیںگےتوآپسوچیںگےکہاںسے ۔</w:t>
      </w:r>
    </w:p>
    <w:p>
      <w:r>
        <w:rPr>
          <w:b/>
        </w:rPr>
        <w:t xml:space="preserve">[04:04] </w:t>
      </w:r>
      <w:r>
        <w:t>Quran mein dekhiye, surah Maryam woh hai, yaani chapter number 19, is mein Hazrat Maryam, yaani Hazrat Masih ki walida, ke baray mein zikr hai ke unhon ne roza rakha.</w:t>
      </w:r>
    </w:p>
    <w:p>
      <w:pPr>
        <w:jc w:val="right"/>
      </w:pPr>
      <w:r>
        <w:t>قرآنمیںدیکھیے،سورہمریمجوہے، یعنی چیپٹرنمبر 1 9، اسمیں حضرت مریم ،یعنیحضرتمسیحکیوالد ہ، کےبارےمیں ذکرہےکہانہوںنے روزہرکھا۔</w:t>
      </w:r>
    </w:p>
    <w:p>
      <w:r>
        <w:rPr>
          <w:b/>
        </w:rPr>
        <w:t xml:space="preserve">[04:16] </w:t>
      </w:r>
      <w:r>
        <w:t>to farmaya ke "Inni nazartu lir-Rahmani sawman fa lan ukallim al-yawma insiyyan." is ka matlab kya hua</w:t>
      </w:r>
    </w:p>
    <w:p>
      <w:pPr>
        <w:jc w:val="right"/>
      </w:pPr>
      <w:r>
        <w:t>تو فرمایاکہ "انی نظر الر حمن صوم افل ن اک لم الیوم انسیا۔" اسکامطلبکیاہوا</w:t>
      </w:r>
    </w:p>
    <w:p>
      <w:r>
        <w:rPr>
          <w:b/>
        </w:rPr>
        <w:t xml:space="preserve">[04:28] </w:t>
      </w:r>
      <w:r>
        <w:t>?</w:t>
      </w:r>
    </w:p>
    <w:p>
      <w:pPr>
        <w:jc w:val="right"/>
      </w:pPr>
      <w:r>
        <w:t>؟ "Ihave kept</w:t>
      </w:r>
    </w:p>
    <w:p>
      <w:r>
        <w:rPr>
          <w:b/>
        </w:rPr>
        <w:t xml:space="preserve">[04:33] </w:t>
      </w:r>
      <w:r>
        <w:t>"I have kept</w:t>
      </w:r>
    </w:p>
    <w:p>
      <w:pPr>
        <w:jc w:val="right"/>
      </w:pPr>
      <w:r>
        <w:t>sil ent fast ."</w:t>
      </w:r>
    </w:p>
    <w:p>
      <w:r>
        <w:rPr>
          <w:b/>
        </w:rPr>
        <w:t xml:space="preserve">[04:40] </w:t>
      </w:r>
      <w:r>
        <w:t>silent fast."</w:t>
      </w:r>
    </w:p>
    <w:p>
      <w:pPr>
        <w:jc w:val="right"/>
      </w:pPr>
      <w:r>
        <w:t>میںنے آج چپکاروزہرکھاہے۔ "I have kept</w:t>
      </w:r>
    </w:p>
    <w:p>
      <w:r>
        <w:rPr>
          <w:b/>
        </w:rPr>
        <w:t xml:space="preserve">[04:51] </w:t>
      </w:r>
      <w:r>
        <w:t>main ne aaj chup ka roza rakha hai. "I have kept</w:t>
      </w:r>
    </w:p>
    <w:p>
      <w:pPr>
        <w:jc w:val="right"/>
      </w:pPr>
      <w:r>
        <w:t>fast of sil ence tod ay."</w:t>
      </w:r>
    </w:p>
    <w:p>
      <w:r>
        <w:rPr>
          <w:b/>
        </w:rPr>
        <w:t xml:space="preserve">[04:55] </w:t>
      </w:r>
      <w:r>
        <w:t>fast of silence today."</w:t>
      </w:r>
    </w:p>
    <w:p>
      <w:pPr>
        <w:jc w:val="right"/>
      </w:pPr>
      <w:r>
        <w:t>تو یہہے ع لت طعام ۔ اورقلت کلام ۔ قلت آرام ۔ہرچیزمیں کمیکرنا۔</w:t>
      </w:r>
    </w:p>
    <w:p>
      <w:r>
        <w:rPr>
          <w:b/>
        </w:rPr>
        <w:t xml:space="preserve">[05:05] </w:t>
      </w:r>
      <w:r>
        <w:t>to yeh hai ilt-e-ta'aam. aur ilt-e-kalaam. ilt-e-aaram. har cheez mein kami karna.</w:t>
      </w:r>
    </w:p>
    <w:p>
      <w:pPr>
        <w:jc w:val="right"/>
      </w:pPr>
      <w:r>
        <w:t>کیونکہاگر کمینہیںکریںگے تو آپ کمیکامطلبکیا ہے؟جو ڈسٹریکٹہوتےرہتےہیںہمروزانہ ور لڈلیچیزوںمیں۔</w:t>
      </w:r>
    </w:p>
    <w:p>
      <w:r>
        <w:rPr>
          <w:b/>
        </w:rPr>
        <w:t xml:space="preserve">[05:14] </w:t>
      </w:r>
      <w:r>
        <w:t>kyun ke agar kami nahi karenge to aap kami ka matlab kya hai? jo distract hote rehte hain hum rozana worldy cheezon mein.</w:t>
      </w:r>
    </w:p>
    <w:p>
      <w:pPr>
        <w:jc w:val="right"/>
      </w:pPr>
      <w:r>
        <w:t>اس ڈسٹر یکشن کوکمکرکے اپنےآپکو لگانا زیادہ سےزیادہ اللہ کییادمیں۔</w:t>
      </w:r>
    </w:p>
    <w:p>
      <w:r>
        <w:rPr>
          <w:b/>
        </w:rPr>
        <w:t xml:space="preserve">[05:25] </w:t>
      </w:r>
      <w:r>
        <w:t>is distraction ko kam kar ke apne aap ko lagana ziyada se ziyada Allah ki yaad mein.</w:t>
      </w:r>
    </w:p>
    <w:p>
      <w:pPr>
        <w:jc w:val="right"/>
      </w:pPr>
      <w:r>
        <w:t>تودیکھیے، قرآنمیںجو جہاں یہاحکامآئےہیںروزےکے،تووہاںسبسےپہلاجو ورڈہے وہہے"یا ایہاالذین آمنوا کتب علیکم السلام کماکتبالذ ین منقبل کم تت قون ۔" تودیکھیے،یہآیتجوہے الایمانکو ایڈریسکرتیہے۔</w:t>
      </w:r>
    </w:p>
    <w:p>
      <w:r>
        <w:rPr>
          <w:b/>
        </w:rPr>
        <w:t xml:space="preserve">[05:46] </w:t>
      </w:r>
      <w:r>
        <w:t>to dekhiye, Quran mein jo jahan yeh ahkaam aaye hain roze ke, to wahan sab se pehla jo word hai woh hai "Ya ayyuhal-ladheena amanu kutiba alaykumus-siyamu kama kutiba al-ladheena min qablikum la'allakum tattaqun." to dekhiye, yeh ayat woh hai al-iman ko address karti hai.</w:t>
      </w:r>
    </w:p>
    <w:p>
      <w:pPr>
        <w:jc w:val="right"/>
      </w:pPr>
      <w:r>
        <w:t>اےایمانوالو! تو ایمان والوںکو ،یعنیبیلیورزکو ایڈریسکررہیہے۔ بیلیورزکونہیں ؟</w:t>
      </w:r>
    </w:p>
    <w:p>
      <w:r>
        <w:rPr>
          <w:b/>
        </w:rPr>
        <w:t xml:space="preserve">[05:56] </w:t>
      </w:r>
      <w:r>
        <w:t>ae iman walo! to iman walon ko, yaani believers ko address kar rahi hai. believers kaun nahi?</w:t>
      </w:r>
    </w:p>
    <w:p>
      <w:pPr>
        <w:jc w:val="right"/>
      </w:pPr>
      <w:r>
        <w:t>بیلیورز وہنہیںہیںجو اتفاقسےپیدا ہوگئےکسی مسلمفیملیمیں یا انہوںنےریسائیڈکرلیاکلمہ ۔نہیں ۔</w:t>
      </w:r>
    </w:p>
    <w:p>
      <w:r>
        <w:rPr>
          <w:b/>
        </w:rPr>
        <w:t xml:space="preserve">[06:07] </w:t>
      </w:r>
      <w:r>
        <w:t>believers woh nahi hain jo ittefaq se paida ho gaye kisi muslim family mein ya unhon ne recite kar liya kalma. nahi.</w:t>
      </w:r>
    </w:p>
    <w:p>
      <w:pPr>
        <w:jc w:val="right"/>
      </w:pPr>
      <w:r>
        <w:t>وہہیں اصحاب معرفت۔ ایمانکامطلبہے معرفت ۔ یعنی "ون ہوریلائززگاڈ، ونہو ڈسکورزگاڈ، ہیازدامومن۔"</w:t>
      </w:r>
    </w:p>
    <w:p>
      <w:r>
        <w:rPr>
          <w:b/>
        </w:rPr>
        <w:t xml:space="preserve">[06:20] </w:t>
      </w:r>
      <w:r>
        <w:t>aaj main soch raha tha ek baat ke Allah ta'ala ne</w:t>
      </w:r>
    </w:p>
    <w:p>
      <w:pPr>
        <w:jc w:val="right"/>
      </w:pPr>
      <w:r>
        <w:t>آجمیںسوچرہاتھاایکبات کہ اللہ تعالینے</w:t>
      </w:r>
    </w:p>
    <w:p>
      <w:r>
        <w:rPr>
          <w:b/>
        </w:rPr>
        <w:t xml:space="preserve">[06:27] </w:t>
      </w:r>
      <w:r>
        <w:t>ek taraf to yeh dunya jo banai to 15 billion saal mein jaakar ke dunya bani. Yani matter ko convert kiya Allah ne life mein to 15 billion saal lag gaye.</w:t>
      </w:r>
    </w:p>
    <w:p>
      <w:pPr>
        <w:jc w:val="right"/>
      </w:pPr>
      <w:r>
        <w:t>ایکطرف تویہدنیا جوبنائی تو 15 بل ین سال میں جاکرکےدنیا بنی ۔ یعنیمیٹرکو کنورٹکیااللہنے لائفمیں تو 15 بل ینسال لگگئے۔</w:t>
      </w:r>
    </w:p>
    <w:p>
      <w:r>
        <w:rPr>
          <w:b/>
        </w:rPr>
        <w:t xml:space="preserve">[06:42] </w:t>
      </w:r>
      <w:r>
        <w:t>dunya pehle matter thi bohat dinon tak. Phir woh life mein convert hui, insaan bana. Is mein 15 billion saal lag gaye.</w:t>
      </w:r>
    </w:p>
    <w:p>
      <w:pPr>
        <w:jc w:val="right"/>
      </w:pPr>
      <w:r>
        <w:t>دنیا پہلے میٹرتھی بہت دنوںتک ۔پھروہ لائفمیںکنورٹہوئی،انسان بنا۔ اسمیں 15 بل ینسال لگگئے۔</w:t>
      </w:r>
    </w:p>
    <w:p>
      <w:r>
        <w:rPr>
          <w:b/>
        </w:rPr>
        <w:t xml:space="preserve">[06:52] </w:t>
      </w:r>
      <w:r>
        <w:t>Hazrat Musa ko ek mo'jaza diya gaya tha ke unki jo laathi thi woh saamp ban gayi. Yani matter convert ho gaya life mein.</w:t>
      </w:r>
    </w:p>
    <w:p>
      <w:pPr>
        <w:jc w:val="right"/>
      </w:pPr>
      <w:r>
        <w:t>حضرتموسی کو ایک معجزہدیاگیاتھاکہانکیجو لاٹھیتھی وہ سانپبنگئی۔ یعنیمیٹرکنورٹہوگیا لائفمیں۔</w:t>
      </w:r>
    </w:p>
    <w:p>
      <w:r>
        <w:rPr>
          <w:b/>
        </w:rPr>
        <w:t xml:space="preserve">[07:03] </w:t>
      </w:r>
      <w:r>
        <w:t>woh to instantly hua. To waahid difference</w:t>
      </w:r>
    </w:p>
    <w:p>
      <w:pPr>
        <w:jc w:val="right"/>
      </w:pPr>
      <w:r>
        <w:t>وہتوانسٹنٹلیہوا۔ تو وائیدسڈیفرنس</w:t>
      </w:r>
    </w:p>
    <w:p>
      <w:r>
        <w:rPr>
          <w:b/>
        </w:rPr>
        <w:t xml:space="preserve">[07:09] </w:t>
      </w:r>
      <w:r>
        <w:t>? Kyun Hazrat Musa ke zamaney mein ek matter instantly life mein convert ho gaya? To aise hi Khuda kar sakta tha ke saari universe jo hai achaanak ban jaye.</w:t>
      </w:r>
    </w:p>
    <w:p>
      <w:pPr>
        <w:jc w:val="right"/>
      </w:pPr>
      <w:r>
        <w:t>؟کیوںحضرتموسی کےزمان ےمیں ایک می ٹر انسٹنٹلیلائفمیںکنورٹہوگیا؟ تو ایسےہیخداکرسکتاتھا کہ سارییونیورسجوہے اچانکبنجائے۔</w:t>
      </w:r>
    </w:p>
    <w:p>
      <w:r>
        <w:rPr>
          <w:b/>
        </w:rPr>
        <w:t xml:space="preserve">[07:23] </w:t>
      </w:r>
      <w:r>
        <w:t>Allah ta'ala ko qudrat hai, ikhtiyar hai, power hai ke woh achaanak hi saari dunya bana de. Aisa nahi kiya.</w:t>
      </w:r>
    </w:p>
    <w:p>
      <w:pPr>
        <w:jc w:val="right"/>
      </w:pPr>
      <w:r>
        <w:t>اللہ تعالیکو قدرتہے، اختیارہے، پاورہےکہوہ اچانکہی ساریدنیا بنادے۔ ایسانہیں کیا۔</w:t>
      </w:r>
    </w:p>
    <w:p>
      <w:r>
        <w:rPr>
          <w:b/>
        </w:rPr>
        <w:t xml:space="preserve">[07:31] </w:t>
      </w:r>
      <w:r>
        <w:t>Kyun? Woh is liye ke hum sochein. Agar dunya achaanak ban jaye to is mein hum kya sochenge?</w:t>
      </w:r>
    </w:p>
    <w:p>
      <w:pPr>
        <w:jc w:val="right"/>
      </w:pPr>
      <w:r>
        <w:t>کیوں ؟ وہ اسلیےکہہم سوچیں۔ اگر دنیا اچانکبنجائےتو اسمیںہمکیاسوچیںگے؟</w:t>
      </w:r>
    </w:p>
    <w:p>
      <w:r>
        <w:rPr>
          <w:b/>
        </w:rPr>
        <w:t xml:space="preserve">[07:39] </w:t>
      </w:r>
      <w:r>
        <w:t>Musa ke a'sab par koi sochne ka wahan par nahi tha saamaan. Lekin yeh jo dunya bani hai 15 saal mein, 15 billion saal mein, to saara laws hai yahan se wahan tak.</w:t>
      </w:r>
    </w:p>
    <w:p>
      <w:pPr>
        <w:jc w:val="right"/>
      </w:pPr>
      <w:r>
        <w:t>موسی کےاعصابپرکوئیسوچنےکا وہاںپرنہیں تھا سامان ۔ لیکن یہجو دنیا بنیہے15سال میں،15 بل ینسال میں، تو سارا لازہےیہاںسےوہاںتک۔</w:t>
      </w:r>
    </w:p>
    <w:p>
      <w:r>
        <w:rPr>
          <w:b/>
        </w:rPr>
        <w:t xml:space="preserve">[07:53] </w:t>
      </w:r>
      <w:r>
        <w:t>Is laws ko, jo ke hum kehte hain laws of nature, is ko insaan ne discover kiya.</w:t>
      </w:r>
    </w:p>
    <w:p>
      <w:pPr>
        <w:jc w:val="right"/>
      </w:pPr>
      <w:r>
        <w:t>اس ان لازکو ، جوکہہمکہتےہیںلازآفنیچر، اسکو انسان نےڈسکورکیا۔</w:t>
      </w:r>
    </w:p>
    <w:p>
      <w:r>
        <w:rPr>
          <w:b/>
        </w:rPr>
        <w:t xml:space="preserve">[08:00] </w:t>
      </w:r>
      <w:r>
        <w:t>Hazaron saal se insaan soch raha tha. Aur phir jo aaj kal jo science ka zamana aaya hai, newtons se, ke pichhle chaar sau saal mein bohat zyada socha gaya.</w:t>
      </w:r>
    </w:p>
    <w:p>
      <w:pPr>
        <w:jc w:val="right"/>
      </w:pPr>
      <w:r>
        <w:t>ہزاروںسالسےانسان سوچرہاتھا۔ اور پھرجو آجکلجوسائنسکازمانہآیاہے،نی وٹنسے، کہپچھلے چار سوسال میں بہت زیادہ سوچاگیا۔</w:t>
      </w:r>
    </w:p>
    <w:p>
      <w:r>
        <w:rPr>
          <w:b/>
        </w:rPr>
        <w:t xml:space="preserve">[08:10] </w:t>
      </w:r>
      <w:r>
        <w:t>To insaan ki soch ko activate karne ke liye to to 15 billion saal mein Khuda ne banaya. Kyun? Insaan ki soch ko activate karne ke liye. Wohi aap na karein.</w:t>
      </w:r>
    </w:p>
    <w:p>
      <w:pPr>
        <w:jc w:val="right"/>
      </w:pPr>
      <w:r>
        <w:t>تو انسان کی سوچکو ایکٹیویٹکرنےکےلیے تو تو 15 بل ینسال میں خدانےبنایا۔کیوں؟انسان کیسوچکوایکٹیویٹکرنےکےلیے۔وہیآپنہکریں۔</w:t>
      </w:r>
    </w:p>
    <w:p>
      <w:r>
        <w:rPr>
          <w:b/>
        </w:rPr>
        <w:t xml:space="preserve">[08:25] </w:t>
      </w:r>
      <w:r>
        <w:t>Wohi aap na karein to is ka matlab hai ke aap ne kuch bhi nahi kiya.</w:t>
      </w:r>
    </w:p>
    <w:p>
      <w:pPr>
        <w:jc w:val="right"/>
      </w:pPr>
      <w:r>
        <w:t>وہیآپنہکریںتواسمعنیہےکہآپنےکچھبھینہیںکیا۔</w:t>
      </w:r>
    </w:p>
    <w:p>
      <w:r>
        <w:rPr>
          <w:b/>
        </w:rPr>
        <w:t xml:space="preserve">[08:29] </w:t>
      </w:r>
      <w:r>
        <w:t>To saal bhar aap ko yeh karna chahiye ke aap is silsile mein rozah rakhein. Yani sochein. Distraction se apne aap ko bacha lein.</w:t>
      </w:r>
    </w:p>
    <w:p>
      <w:pPr>
        <w:jc w:val="right"/>
      </w:pPr>
      <w:r>
        <w:t>تو سال بھرآپکو یہکرناچاہیےکہآپ اس سلسلےمیںروزہرکھیں۔ یعنیسوچیں۔ ڈسٹریکشنسےاپنےآپکوبچائیں۔</w:t>
      </w:r>
    </w:p>
    <w:p>
      <w:r>
        <w:rPr>
          <w:b/>
        </w:rPr>
        <w:t xml:space="preserve">[08:39] </w:t>
      </w:r>
      <w:r>
        <w:t>Yeh to saal bhar karna hai. Lekin kam se kam yeh minimum hai. Yeh minimum hai. Maximum to yeh hai ke aap saal bhar rozah rakhein. Yani sochein.</w:t>
      </w:r>
    </w:p>
    <w:p>
      <w:pPr>
        <w:jc w:val="right"/>
      </w:pPr>
      <w:r>
        <w:t>یہتو سالبھرکرناہے۔ لیکن کم سےکمیہ من یممہے۔ یہ منیممہے۔ میکسیممتویہہےکہآپ سال بھر روز ہرکھیں۔یعنی سوچیں۔</w:t>
      </w:r>
    </w:p>
    <w:p>
      <w:r>
        <w:rPr>
          <w:b/>
        </w:rPr>
        <w:t xml:space="preserve">[08:53] </w:t>
      </w:r>
      <w:r>
        <w:t>Rozah asal mein sochne ka naam hai.</w:t>
      </w:r>
    </w:p>
    <w:p>
      <w:pPr>
        <w:jc w:val="right"/>
      </w:pPr>
      <w:r>
        <w:t>روزہاصلمیںسوچنےکانامہے۔</w:t>
      </w:r>
    </w:p>
    <w:p>
      <w:r>
        <w:rPr>
          <w:b/>
        </w:rPr>
        <w:t xml:space="preserve">[08:55] </w:t>
      </w:r>
      <w:r>
        <w:t>Alag hokar sochna. Rasool Allah (SAW) jaate they jab ghare hira mein to woh kya tha? Kaha jaata hai ke rozah rakhte they. Wahan bhi kya karte they aap? Contemplation tha woh.</w:t>
      </w:r>
    </w:p>
    <w:p>
      <w:pPr>
        <w:jc w:val="right"/>
      </w:pPr>
      <w:r>
        <w:t>الگہوکرسوچنا۔ رسولاللہصلیاللہعلیہوسلمجاتےتھےجب غارحرامیں تووہکیاتھا ؟ کہاجاتاہےکہروزہرکھتےتھے۔وہاںبھیکیاکرتے تھےآپ ؟کنٹمپلیشن تھا وہ ۔</w:t>
      </w:r>
    </w:p>
    <w:p>
      <w:r>
        <w:rPr>
          <w:b/>
        </w:rPr>
        <w:t xml:space="preserve">[09:06] </w:t>
      </w:r>
      <w:r>
        <w:t>Sochna tha woh. Lekin saal ka ek mahina, Ramzan ka mahina jo hai, is mein to specially aap ko bilkul apne ko dedicate kar dena chahiye is hi kaam mein.</w:t>
      </w:r>
    </w:p>
    <w:p>
      <w:pPr>
        <w:jc w:val="right"/>
      </w:pPr>
      <w:r>
        <w:t>سوچناتھاوہ۔ لیکن سال کاایک مہینہ،رمضانکامہینہجوہے، اسمیں تو اسپیشلیآپکو بالکل اپنےکو ڈیڈیکیٹکردیناچاہیے اسیکام میں ۔</w:t>
      </w:r>
    </w:p>
    <w:p>
      <w:r>
        <w:rPr>
          <w:b/>
        </w:rPr>
        <w:t xml:space="preserve">[09:20] </w:t>
      </w:r>
      <w:r>
        <w:t>To dekhiye, jo starting point hai wohi hai ke aap ko Khuda ki discovery ho. Khuda ki realization ho.</w:t>
      </w:r>
    </w:p>
    <w:p>
      <w:pPr>
        <w:jc w:val="right"/>
      </w:pPr>
      <w:r>
        <w:t>تو دیکھیے، جو سٹارٹنگپوائنٹہےوہیہہےکہآپ کو خداکیڈسکوری ہو ۔خداکاریلائزیشنہو۔</w:t>
      </w:r>
    </w:p>
    <w:p>
      <w:r>
        <w:rPr>
          <w:b/>
        </w:rPr>
        <w:t xml:space="preserve">[09:29] </w:t>
      </w:r>
      <w:r>
        <w:t>Tab jaakar aap momin banenge. Tab aap ki ma'rifat haasil hogi. Yehin se shuru hoga agla maamla. Yani agar aap ko iman and a sense of ma'rifat na mila hua ho, aap rozah rakhein to kya hoga woh rozah?</w:t>
      </w:r>
    </w:p>
    <w:p>
      <w:pPr>
        <w:jc w:val="right"/>
      </w:pPr>
      <w:r>
        <w:t>تب جاکرآپمومنبنیںگے۔ تب آپکا معرفتحاصل ہوگی۔ یہیںسے شروع ہوگا اگلا معاملہ۔ یعنیاگرآپ کو ایمان انداسینسآفمعرفت نہ ملاہوا ہو ، آپ روزہرکھ یں تو کیاہوگاوہروزہ ؟</w:t>
      </w:r>
    </w:p>
    <w:p>
      <w:r>
        <w:rPr>
          <w:b/>
        </w:rPr>
        <w:t xml:space="preserve">[09:47] </w:t>
      </w:r>
      <w:r>
        <w:t>Woh kuch bhi nahi hoga.</w:t>
      </w:r>
    </w:p>
    <w:p>
      <w:pPr>
        <w:jc w:val="right"/>
      </w:pPr>
      <w:r>
        <w:t>وہکچھبھینہیںہوگا۔</w:t>
      </w:r>
    </w:p>
    <w:p>
      <w:r>
        <w:rPr>
          <w:b/>
        </w:rPr>
        <w:t xml:space="preserve">[09:49] </w:t>
      </w:r>
      <w:r>
        <w:t>Aaj maine Urdu paper mein padha aaj subah ke Dilli mein rozah aate hi rozay ki sargarmian shuru ho gayi hain. Aaj ke paper mein aap Urdu ke paper padh sakte hain aap.</w:t>
      </w:r>
    </w:p>
    <w:p>
      <w:pPr>
        <w:jc w:val="right"/>
      </w:pPr>
      <w:r>
        <w:t>آجمیںنے اردوپیپرمیںپڑھا آجصبح کہ دلیمیں روزہآتےہی روز ےکیسرگرمیاںشروعہوگئیں۔ آجکےپیپرمیںآپاردوکےپیپرپڑھسکتےہیںآپ ۔</w:t>
      </w:r>
    </w:p>
    <w:p>
      <w:r>
        <w:rPr>
          <w:b/>
        </w:rPr>
        <w:t xml:space="preserve">[10:00] </w:t>
      </w:r>
      <w:r>
        <w:t>Is mein kya tha? Masjidon mein roshniyan ho rahi hain aur dukaanon par khoob khajoor aur falan khane ke item bik rahe hain. Aur log ek doosre ko mubarakbad de rahe hain.</w:t>
      </w:r>
    </w:p>
    <w:p>
      <w:pPr>
        <w:jc w:val="right"/>
      </w:pPr>
      <w:r>
        <w:t>اسمیںکیاتھا ؟ مسجدوںمیںروشنیاںہورہیہیں اور دکانوںپرخوب کھجوراورفلاں کھانےکےآئٹمبکرہےہیں۔ اور لوگ ایکدوسرےکومبارکباددےرہےہیں۔</w:t>
      </w:r>
    </w:p>
    <w:p>
      <w:r>
        <w:rPr>
          <w:b/>
        </w:rPr>
        <w:t xml:space="preserve">[10:13] </w:t>
      </w:r>
      <w:r>
        <w:t>Isi tarah ki cheezein. Yeh worldy sargarmion ka mahina bana diya rozay ko.</w:t>
      </w:r>
    </w:p>
    <w:p>
      <w:pPr>
        <w:jc w:val="right"/>
      </w:pPr>
      <w:r>
        <w:t>اسیطرح کیچیزیں۔ یہ ورلڈلیسرگرمیوںکامہینہبنادیا روزےکو ۔</w:t>
      </w:r>
    </w:p>
    <w:p>
      <w:r>
        <w:rPr>
          <w:b/>
        </w:rPr>
        <w:t xml:space="preserve">[10:20] </w:t>
      </w:r>
      <w:r>
        <w:t>Kisi shayar ne kaha tha ke "Tan par wari khalq fazo shud zar-e-riyazat joo garmi-e-iftar nadarad Ramzan ast." To yeh yeh rozay ki sargarmian nahi hain ke log khoob bol rahe hain,</w:t>
      </w:r>
    </w:p>
    <w:p>
      <w:pPr>
        <w:jc w:val="right"/>
      </w:pPr>
      <w:r>
        <w:t>کسی شاعرنےکہاتھاکہ "تنپر وری خلق فض و شد ذرریاضت جد گرمی افطار ندارت رمضانہے۔" تویہ یہ روز ےکیسرگرمیاںنہیںہیں کہلوگخوببولرہےہیں،</w:t>
      </w:r>
    </w:p>
    <w:p>
      <w:r>
        <w:rPr>
          <w:b/>
        </w:rPr>
        <w:t xml:space="preserve">[10:37] </w:t>
      </w:r>
      <w:r>
        <w:t>naatkhwan yahan ho rahi hain masjidon mein, taqreerein ho rahi hain, loudspeaker ka shor macha hua hai. yeh roz nahi hai.</w:t>
      </w:r>
    </w:p>
    <w:p>
      <w:pPr>
        <w:jc w:val="right"/>
      </w:pPr>
      <w:r>
        <w:t>نعتخوان یاںہورہیہیںمسجدوںمیں، تقریریںہورہیہیں، لاؤڈسپیکر کاشور مچاہواہے۔ یہ روز ہنہیںہے۔</w:t>
      </w:r>
    </w:p>
    <w:p>
      <w:r>
        <w:rPr>
          <w:b/>
        </w:rPr>
        <w:t xml:space="preserve">[10:48] </w:t>
      </w:r>
      <w:r>
        <w:t>roz hai ke aap ke andar</w:t>
      </w:r>
    </w:p>
    <w:p>
      <w:pPr>
        <w:jc w:val="right"/>
      </w:pPr>
      <w:r>
        <w:t>روز ہہے کہآپ کےاندر</w:t>
      </w:r>
    </w:p>
    <w:p>
      <w:r>
        <w:rPr>
          <w:b/>
        </w:rPr>
        <w:t xml:space="preserve">[10:53] </w:t>
      </w:r>
      <w:r>
        <w:t>soch barhe, aap ki soch barhe. sachaiyon ko janne ke liye aap gehre tareeqe se sochen.</w:t>
      </w:r>
    </w:p>
    <w:p>
      <w:pPr>
        <w:jc w:val="right"/>
      </w:pPr>
      <w:r>
        <w:t>سوچبڑھے،آپکی سوچبڑھے۔ سچائیوںکوجاننےکےلیےآپ گہرےطریقےسےسوچیں۔</w:t>
      </w:r>
    </w:p>
    <w:p>
      <w:r>
        <w:rPr>
          <w:b/>
        </w:rPr>
        <w:t xml:space="preserve">[11:03] </w:t>
      </w:r>
      <w:r>
        <w:t>aur is ayat mein dekha hai ke pehle pichli ummaton par bhi rozah farz kiya gaya tha. "kutiba alaikumus siyam kama kutiba allazeena min qablikum."</w:t>
      </w:r>
    </w:p>
    <w:p>
      <w:pPr>
        <w:jc w:val="right"/>
      </w:pPr>
      <w:r>
        <w:t>اوراس آیتمیںدیکھیاہےکہ کہ پہلے پچھلیامتوںکوبھیروز ہ فرضکیاگیاتھا۔ "کت بعلیکم الصیام کماکتبالذ ینمنقبل کم۔"</w:t>
      </w:r>
    </w:p>
    <w:p>
      <w:r>
        <w:rPr>
          <w:b/>
        </w:rPr>
        <w:t xml:space="preserve">[11:17] </w:t>
      </w:r>
      <w:r>
        <w:t>iske maani yeh rozah ka jo tareeqa hai woh hamesha se raha hai aasmani shariyaton mein. maine kuch logon ko yeh kehte hue suna ke arab mein kyunke desert hua karta tha, wahan khane peene ka saaman bohat kam milta tha,</w:t>
      </w:r>
    </w:p>
    <w:p>
      <w:pPr>
        <w:jc w:val="right"/>
      </w:pPr>
      <w:r>
        <w:t>اسکےمعنیکہیہ روز ہ کاجوطریقہہے وہ ہمیشہرہاہے آسمانیشریعتوںمیں۔ میںنےکچھلوگوںکویہکہتےہوئےسنا کہ عرب میںچونکہ ڈیزرٹہواکرتاتھا، وہاںکھانےپینےکاسامان بہت کم ملتاتھا،</w:t>
      </w:r>
    </w:p>
    <w:p>
      <w:r>
        <w:rPr>
          <w:b/>
        </w:rPr>
        <w:t xml:space="preserve">[11:38] </w:t>
      </w:r>
      <w:r>
        <w:t>to keh diya ke rozah khulo. yeh bilkul hi stupid baat hai. basically baat hai.</w:t>
      </w:r>
    </w:p>
    <w:p>
      <w:pPr>
        <w:jc w:val="right"/>
      </w:pPr>
      <w:r>
        <w:t>تو کہہدیا کہروزہرکھلو۔ یہبالکل ہی اسٹیپڈباتہے۔ بیسلیسباتہے۔</w:t>
      </w:r>
    </w:p>
    <w:p>
      <w:r>
        <w:rPr>
          <w:b/>
        </w:rPr>
        <w:t xml:space="preserve">[11:46] </w:t>
      </w:r>
      <w:r>
        <w:t>rozay ka taluq desert se nahi hai. kuch nahi hai. woh har jagah mabsoot hai. kyunke masla bhooke rehne ka nahi hai.</w:t>
      </w:r>
    </w:p>
    <w:p>
      <w:pPr>
        <w:jc w:val="right"/>
      </w:pPr>
      <w:r>
        <w:t>روزےکاتعلق ڈیزرٹسےنہیںہے۔ کچھنہیںہے۔ وہہرجگہ مطلوبہے۔ کیونکہ مسئلہ بھوکےرہنےکانہیںہے۔</w:t>
      </w:r>
    </w:p>
    <w:p>
      <w:r>
        <w:rPr>
          <w:b/>
        </w:rPr>
        <w:t xml:space="preserve">[11:56] </w:t>
      </w:r>
      <w:r>
        <w:t>masla apne ko worldly distractions se bachane ka hai. khuda mein zyada soch bichar karne ka hai. khuda ki discovery mein gum hone ka hai.</w:t>
      </w:r>
    </w:p>
    <w:p>
      <w:pPr>
        <w:jc w:val="right"/>
      </w:pPr>
      <w:r>
        <w:t>مسئلہاپنےکو ورلڈلی ڈسٹریکشنسےبچانےکاہے۔ خدامیںزیادہ سوچبچارکرنے کاہے۔ خداکیڈسکوری میںگمہونےکاہے۔</w:t>
      </w:r>
    </w:p>
    <w:p>
      <w:r>
        <w:rPr>
          <w:b/>
        </w:rPr>
        <w:t xml:space="preserve">[12:07] </w:t>
      </w:r>
      <w:r>
        <w:t>khuda ki ma'rifat ko barhane ka hai.</w:t>
      </w:r>
    </w:p>
    <w:p>
      <w:pPr>
        <w:jc w:val="right"/>
      </w:pPr>
      <w:r>
        <w:t>خداکیمعرفتکوبڑھانےکاہے۔</w:t>
      </w:r>
    </w:p>
    <w:p>
      <w:r>
        <w:rPr>
          <w:b/>
        </w:rPr>
        <w:t xml:space="preserve">[12:09] </w:t>
      </w:r>
      <w:r>
        <w:t>iske liye rozay mein apne ko aadmi alag karta hai worldly involvements se, worldly activities se. to farmaya ke "la'allakum tattaqun" taake tumhare andar taqwa paida ho.</w:t>
      </w:r>
    </w:p>
    <w:p>
      <w:pPr>
        <w:jc w:val="right"/>
      </w:pPr>
      <w:r>
        <w:t>اسکےلیے روز ےمیںاپنےکوآدمی الگکرتاہے ورلڈلی انوالومنٹسے ، ورلڈلیایکٹیویٹیزسے۔ تو فرمایاکہ"لال کمتت قون" تاکہ تمہارےاندرتقویٰپیدا ہو ۔</w:t>
      </w:r>
    </w:p>
    <w:p>
      <w:r>
        <w:rPr>
          <w:b/>
        </w:rPr>
        <w:t xml:space="preserve">[12:29] </w:t>
      </w:r>
      <w:r>
        <w:t>yeh Quran ki ayat hai. taqwa ka matlab kya hai? literal meaning hai taqwa ka bachna.</w:t>
      </w:r>
    </w:p>
    <w:p>
      <w:pPr>
        <w:jc w:val="right"/>
      </w:pPr>
      <w:r>
        <w:t>یہ قرآنکیآیتہے۔ تقویٰکامطلبکیا ہے؟ لٹرلمیننگہےتقویٰکا بچنا ۔</w:t>
      </w:r>
    </w:p>
    <w:p>
      <w:r>
        <w:rPr>
          <w:b/>
        </w:rPr>
        <w:t xml:space="preserve">[12:37] </w:t>
      </w:r>
      <w:r>
        <w:t>jaise ke farz kijiye ke yeh bohat jalta ho aur main haath paas le jaaun to jalte hue jald se haath hata lun. yeh taqwa hua. ke jalti hui cheez se maine apne haath ko hata liya maine to yeh taqwa hua.</w:t>
      </w:r>
    </w:p>
    <w:p>
      <w:pPr>
        <w:jc w:val="right"/>
      </w:pPr>
      <w:r>
        <w:t>جیسےکہفرضکیجیےکہیہبہتجلرہاہو اورمیںہاتھ پاسلےجاؤںتوجلتےہوئے جلدیسےہاتھہٹالوں۔ یہتقویٰہوا ۔ کہجلتیہوئیچیزسےمیں اپنےہاتھکوہٹالیامیں نےتویہتقویٰہوا۔</w:t>
      </w:r>
    </w:p>
    <w:p>
      <w:r>
        <w:rPr>
          <w:b/>
        </w:rPr>
        <w:t xml:space="preserve">[12:50] </w:t>
      </w:r>
      <w:r>
        <w:t>bachna.</w:t>
      </w:r>
    </w:p>
    <w:p>
      <w:pPr>
        <w:jc w:val="right"/>
      </w:pPr>
      <w:r>
        <w:t>بچانا۔</w:t>
      </w:r>
    </w:p>
    <w:p>
      <w:r>
        <w:rPr>
          <w:b/>
        </w:rPr>
        <w:t xml:space="preserve">[12:52] </w:t>
      </w:r>
      <w:r>
        <w:t>to isko aap yun keh sakte hain ke ehtiyat. to mutaqqi ko isi tarah kuch logon ne tarjuma kiya hai mindful, muhtat, ehtiyat. yaani in cheezon se apne ko bachana,</w:t>
      </w:r>
    </w:p>
    <w:p>
      <w:pPr>
        <w:jc w:val="right"/>
      </w:pPr>
      <w:r>
        <w:t>تو اسکو آپ یوںکہہسکتےہیںکہ احتیاط ۔تو مت قی کو اسیترجمہ کچھلوگوںنےکیاہے مائنڈفل، محتاط ،احتیاط۔یعنیانچیزوںسے اپنے کوبچانا،</w:t>
      </w:r>
    </w:p>
    <w:p>
      <w:r>
        <w:rPr>
          <w:b/>
        </w:rPr>
        <w:t xml:space="preserve">[13:07] </w:t>
      </w:r>
      <w:r>
        <w:t>ehtiyat karna jin ko aap samajhte hain ke is mein yeh aamaal hi harmful hain. to harmful sirf material cheezein nahi hoti hain.</w:t>
      </w:r>
    </w:p>
    <w:p>
      <w:pPr>
        <w:jc w:val="right"/>
      </w:pPr>
      <w:r>
        <w:t>احتیاطکرنا جنکوآپسمجھتےہیںکہاسمیں یہاعمال ہیہارمفل ہیں۔ تو ہارمفلصرفمٹیریلچیزیںنہیںہوتیہیں۔</w:t>
      </w:r>
    </w:p>
    <w:p>
      <w:r>
        <w:rPr>
          <w:b/>
        </w:rPr>
        <w:t xml:space="preserve">[13:17] </w:t>
      </w:r>
      <w:r>
        <w:t>doosri cheezein bhi hoti hain.</w:t>
      </w:r>
    </w:p>
    <w:p>
      <w:pPr>
        <w:jc w:val="right"/>
      </w:pPr>
      <w:r>
        <w:t>دوسریچیزیںبھیہوتیہیں۔</w:t>
      </w:r>
    </w:p>
    <w:p>
      <w:r>
        <w:rPr>
          <w:b/>
        </w:rPr>
        <w:t xml:space="preserve">[13:21] </w:t>
      </w:r>
      <w:r>
        <w:t>yaani aisi soch se bachana, aise jazbat se bachana, aise nafsiyat se bachana jo aap ke liye harmful hon. woh sab taqwa mein shamil ho jayega.</w:t>
      </w:r>
    </w:p>
    <w:p>
      <w:pPr>
        <w:jc w:val="right"/>
      </w:pPr>
      <w:r>
        <w:t>یعنیایسی سوچسےبچانا، ایسےجذباتسےبچانا، ایسے نفسیاتسےبچانا جوآپکےلیےہارمفلہوں۔وہ سب تقویٰمیں شامل ہوجائےگا۔</w:t>
      </w:r>
    </w:p>
    <w:p>
      <w:r>
        <w:rPr>
          <w:b/>
        </w:rPr>
        <w:t xml:space="preserve">[13:33] </w:t>
      </w:r>
      <w:r>
        <w:t>woh sab ehtiyat ke wasee' tar mafhoom mein woh sab aajayega.</w:t>
      </w:r>
    </w:p>
    <w:p>
      <w:pPr>
        <w:jc w:val="right"/>
      </w:pPr>
      <w:r>
        <w:t>وہ سب احتیاطکے وسیعترمفہوممیںوہسب آجائےگا۔</w:t>
      </w:r>
    </w:p>
    <w:p>
      <w:r>
        <w:rPr>
          <w:b/>
        </w:rPr>
        <w:t xml:space="preserve">[13:40] </w:t>
      </w:r>
      <w:r>
        <w:t>iske baad dekhiye Quran mein hai ke " shahru Ramadan allazi unzila fihil Quran min hudan linnasi wa bayyinatin minal huda wal furqan"</w:t>
      </w:r>
    </w:p>
    <w:p>
      <w:pPr>
        <w:jc w:val="right"/>
      </w:pPr>
      <w:r>
        <w:t>اسکےبعد دیکھیےقرآنمیںہےکہ" شر رمضان الذیانزلفی القرآن من خداوالفرقان"</w:t>
      </w:r>
    </w:p>
    <w:p>
      <w:r>
        <w:rPr>
          <w:b/>
        </w:rPr>
        <w:t xml:space="preserve">[13:49] </w:t>
      </w:r>
      <w:r>
        <w:t>yaani yeh farmaya hai ke Ramadan ka jo mahina hai is mahine mein Quran utra tha. yaani Rasool Allah sal Allah aleh wasallam wahan par Hira pahad ke qeum mein the, ghar Hira mein.</w:t>
      </w:r>
    </w:p>
    <w:p>
      <w:pPr>
        <w:jc w:val="right"/>
      </w:pPr>
      <w:r>
        <w:t>یعنی یہ فرمایا ہےکہ رمضان کاجو مہینہہے اسیمہینےمیںقرآن اتراتھا۔ یعنیرسولاللہصلیاللہعلیہوسلم وہاںپر حراپہاڑکے کیومیںتھے غارحرامیں۔</w:t>
      </w:r>
    </w:p>
    <w:p>
      <w:r>
        <w:rPr>
          <w:b/>
        </w:rPr>
        <w:t xml:space="preserve">[14:04] </w:t>
      </w:r>
      <w:r>
        <w:t>us waqt Jibrael aaye aur woh Ramadan ka aakhri tareekh mein the. kaha jata hai ke woh 27 tareekh thi.</w:t>
      </w:r>
    </w:p>
    <w:p>
      <w:pPr>
        <w:jc w:val="right"/>
      </w:pPr>
      <w:r>
        <w:t>اسوقتجبرائیلآئے اور وہ رمضانکا آخری تاریخ یںتھیں۔ کہاجاتاہےکہوہ 2 7 تاریخ تھی۔</w:t>
      </w:r>
    </w:p>
    <w:p>
      <w:r>
        <w:rPr>
          <w:b/>
        </w:rPr>
        <w:t xml:space="preserve">[14:15] </w:t>
      </w:r>
      <w:r>
        <w:t>to yeh Ramadan shuru yaani Quran shuru hua utarna. yaani Ramadan ke mahine mein Quran ka revelation shuru hua.</w:t>
      </w:r>
    </w:p>
    <w:p>
      <w:pPr>
        <w:jc w:val="right"/>
      </w:pPr>
      <w:r>
        <w:t>تو یہ رمضان شروع یعنی قرآنشروع ہوا اترنا۔ یعنیرمضانکے مہینےمیں قرآن کاریولیشنشروعہوا ۔</w:t>
      </w:r>
    </w:p>
    <w:p>
      <w:r>
        <w:rPr>
          <w:b/>
        </w:rPr>
        <w:t xml:space="preserve">[14:26] </w:t>
      </w:r>
      <w:r>
        <w:t>is sense mein kaha gaya hai Quran utra is mahine mein. to Quran ka kya taqaza hum se hai? Quran kis liye utra hai?</w:t>
      </w:r>
    </w:p>
    <w:p>
      <w:pPr>
        <w:jc w:val="right"/>
      </w:pPr>
      <w:r>
        <w:t>اس سینسمیںکہاگیاہےقرآناترااسمہینےمیں۔ تو قرآن کا کیا تقاضاہمسےہے ؟ قرآنکسلیےاتراہے؟</w:t>
      </w:r>
    </w:p>
    <w:p>
      <w:r>
        <w:rPr>
          <w:b/>
        </w:rPr>
        <w:t xml:space="preserve">[14:36] </w:t>
      </w:r>
      <w:r>
        <w:t>research station ke liye nahi hai. be samjhe boojhe tilawat ke liye nahi utra. woh utra hai study ke liye.</w:t>
      </w:r>
    </w:p>
    <w:p>
      <w:pPr>
        <w:jc w:val="right"/>
      </w:pPr>
      <w:r>
        <w:t>ریسرچاسٹیشنکےلیےنہیںہے۔ ب ےسمجھےبوجھےتلاوتکےلیےنہیںاترا۔ وہاتراہے اسٹڈیکےلیے۔</w:t>
      </w:r>
    </w:p>
    <w:p>
      <w:r>
        <w:rPr>
          <w:b/>
        </w:rPr>
        <w:t xml:space="preserve">[14:44] </w:t>
      </w:r>
      <w:r>
        <w:t>study ke liye utra hai ke Quran par socho. Quran mein Khuda ne sachaiyon ko khola hai. jo creation plan of God hai usko bataya hai.</w:t>
      </w:r>
    </w:p>
    <w:p>
      <w:pPr>
        <w:jc w:val="right"/>
      </w:pPr>
      <w:r>
        <w:t>اسٹڈیکےلیےاتراہے کہقرآنپرسوچو۔ قرآنمیں خدانے سچائیوںکو کھولاہے۔ جو کریشنپلانآفگاڈہےاسکوبتایاہے۔</w:t>
      </w:r>
    </w:p>
    <w:p>
      <w:r>
        <w:rPr>
          <w:b/>
        </w:rPr>
        <w:t xml:space="preserve">[14:59] </w:t>
      </w:r>
      <w:r>
        <w:t>ansain world ke bare mein hamein khabrein di hain. to hum sochein, sochein taake hum isko discover karein.</w:t>
      </w:r>
    </w:p>
    <w:p>
      <w:pPr>
        <w:jc w:val="right"/>
      </w:pPr>
      <w:r>
        <w:t>انسین ورلڈکےبارےمیں ہمیں خبریںدیہیں۔ توہمسوچیں،سوچیں تاکہہماسکوڈسکورکریں۔</w:t>
      </w:r>
    </w:p>
    <w:p>
      <w:r>
        <w:rPr>
          <w:b/>
        </w:rPr>
        <w:t xml:space="preserve">[15:07] </w:t>
      </w:r>
      <w:r>
        <w:t>to ramzan ka mahina ko khuda ne bana diya study of da quran ka mahina. is mahine mein ko yaadgar bana diya allah ta'ala ne ke ab mahina hi ki yadgar mahina hai, memorable mahina hai jismein quran utarta tha.</w:t>
      </w:r>
    </w:p>
    <w:p>
      <w:pPr>
        <w:jc w:val="right"/>
      </w:pPr>
      <w:r>
        <w:t>تو رمضانکا مہینہ کو خدانے بنادیا اسٹڈیآفداقرآنکامہینہ۔ اس مہینےمیں کو یادگاربنادیا اللہتعالینے کہابمہینہایکیادگار مہینہہے، میموریبلمہینہہے جسمیں قرآناتراتھا۔</w:t>
      </w:r>
    </w:p>
    <w:p>
      <w:r>
        <w:rPr>
          <w:b/>
        </w:rPr>
        <w:t xml:space="preserve">[15:26] </w:t>
      </w:r>
      <w:r>
        <w:t>isko month of quran ke taur par karo . isko month of quran ya'ni month of da study of da quran.</w:t>
      </w:r>
    </w:p>
    <w:p>
      <w:pPr>
        <w:jc w:val="right"/>
      </w:pPr>
      <w:r>
        <w:t>اسکو منتھآف قرآنکےطور پر کرو ۔ اسکو منتھآفقرآنیعنی منتھآفدااسٹڈیآفداقرآن۔</w:t>
      </w:r>
    </w:p>
    <w:p>
      <w:r>
        <w:rPr>
          <w:b/>
        </w:rPr>
        <w:t xml:space="preserve">[15:35] </w:t>
      </w:r>
      <w:r>
        <w:t>to jab quran par aap sochenge, ghaur karenge to aapko baatein ismein milengi. ismein farmaya ke bain at min al-huda wal furqan ke quran mein bain at hain.</w:t>
      </w:r>
    </w:p>
    <w:p>
      <w:pPr>
        <w:jc w:val="right"/>
      </w:pPr>
      <w:r>
        <w:t>توجب قرآن پر آپسوچیںگے،غورکریںگے تو آپکو باتیں اسمیں ملیںگی۔ اسمیںفرمایاکہ بین ات من الہدی وال فرقان کہقرآنمیں بین ات ہیں۔</w:t>
      </w:r>
    </w:p>
    <w:p>
      <w:r>
        <w:rPr>
          <w:b/>
        </w:rPr>
        <w:t xml:space="preserve">[15:50] </w:t>
      </w:r>
      <w:r>
        <w:t>bain at ya'ni khule dalail . isse kya nikla ke quran jo hai woh reason based hai. iski teaching quran</w:t>
      </w:r>
    </w:p>
    <w:p>
      <w:pPr>
        <w:jc w:val="right"/>
      </w:pPr>
      <w:r>
        <w:t>بین ات یعنیکھلےدلائل ۔ اسسےکیا نکلاکہ قرآنجوہےوہ ریزن بیسڈہے۔اسکی ٹیچنگ قرآن</w:t>
      </w:r>
    </w:p>
    <w:p>
      <w:r>
        <w:rPr>
          <w:b/>
        </w:rPr>
        <w:t xml:space="preserve">[16:01] </w:t>
      </w:r>
      <w:r>
        <w:t>ki jo taleem hain, quran ki jo teachings hain woh sab reason based hain. ismein koi mysterious, mysterious cheezein nahin hain iske andar . na koi expression hai iske andar.</w:t>
      </w:r>
    </w:p>
    <w:p>
      <w:pPr>
        <w:jc w:val="right"/>
      </w:pPr>
      <w:r>
        <w:t>کیجو تعلیم اتہیں، قرآنکیجوٹیچنگزہیں وہ سبریزنبیسڈہیں۔ اسمیںکوئی مسٹیریس، مسٹیریسچیزیںنہیںہیںاسکےاندر ۔نہکوئیایکسپریسیشناسکےاندرہے۔</w:t>
      </w:r>
    </w:p>
    <w:p>
      <w:r>
        <w:rPr>
          <w:b/>
        </w:rPr>
        <w:t xml:space="preserve">[16:14] </w:t>
      </w:r>
      <w:r>
        <w:t>reason based hain sari baatein. aap ab aql ko istemal karein, apni soch ko istemal karein to in baaton ko aap discover karenge.</w:t>
      </w:r>
    </w:p>
    <w:p>
      <w:pPr>
        <w:jc w:val="right"/>
      </w:pPr>
      <w:r>
        <w:t>ریزنبیسڈہیںساریباتیں۔ آپ ابعقلکواستعمالکریں، اپنی سوچکواستعمالکریں تو انباتوںکوآپ ڈسکورکریںگے۔</w:t>
      </w:r>
    </w:p>
    <w:p>
      <w:r>
        <w:rPr>
          <w:b/>
        </w:rPr>
        <w:t xml:space="preserve">[16:22] </w:t>
      </w:r>
      <w:r>
        <w:t>aur jab aap discover karenge tabhi to iski gehraiyon ko paayenge aap.</w:t>
      </w:r>
    </w:p>
    <w:p>
      <w:pPr>
        <w:jc w:val="right"/>
      </w:pPr>
      <w:r>
        <w:t>اور جبآپڈسکورکریںگے تبھیتواسکیگہرائیوںکوپائیںگےآپ۔</w:t>
      </w:r>
    </w:p>
    <w:p>
      <w:r>
        <w:rPr>
          <w:b/>
        </w:rPr>
        <w:t xml:space="preserve">[16:28] </w:t>
      </w:r>
      <w:r>
        <w:t>to yeh bahut hi zaroori baat hai jaanna ke quran ki taleem hain sab ke sab reason based hain.</w:t>
      </w:r>
    </w:p>
    <w:p>
      <w:pPr>
        <w:jc w:val="right"/>
      </w:pPr>
      <w:r>
        <w:t>تویہبہت ہیضروریباتہےجان نا کہ قرآن کی تعلیم ات سب کیسب ریزنبیسڈہیں۔</w:t>
      </w:r>
    </w:p>
    <w:p>
      <w:r>
        <w:rPr>
          <w:b/>
        </w:rPr>
        <w:t xml:space="preserve">[16:38] </w:t>
      </w:r>
      <w:r>
        <w:t>to ya'ni bain at min al-huda ya'ni woh huda par bain at hain. ya'ni yeh keh sakte hain aap ke clear proof of guidance.</w:t>
      </w:r>
    </w:p>
    <w:p>
      <w:pPr>
        <w:jc w:val="right"/>
      </w:pPr>
      <w:r>
        <w:t>تو یعنی بین اتمنالہدی یعنی وہ ہدیپر بین اتہیں۔یعنییہکہہسکتےہیںآپکہ کلی ئر پروف آف گائیڈنس۔</w:t>
      </w:r>
    </w:p>
    <w:p>
      <w:r>
        <w:rPr>
          <w:b/>
        </w:rPr>
        <w:t xml:space="preserve">[16:52] </w:t>
      </w:r>
      <w:r>
        <w:t>jo</w:t>
      </w:r>
    </w:p>
    <w:p>
      <w:pPr>
        <w:jc w:val="right"/>
      </w:pPr>
      <w:r>
        <w:t>جو</w:t>
      </w:r>
    </w:p>
    <w:p>
      <w:r>
        <w:rPr>
          <w:b/>
        </w:rPr>
        <w:t xml:space="preserve">[16:53] </w:t>
      </w:r>
      <w:r>
        <w:t>guidance quran majeed mein hai iske saath proof juda hua hai. iski reason juda hui hai. ya'ni sab ke sab rational basis par hain. sab ke sab aisa nahin hai ke bas yun hi hain.</w:t>
      </w:r>
    </w:p>
    <w:p>
      <w:pPr>
        <w:jc w:val="right"/>
      </w:pPr>
      <w:r>
        <w:t>گائیڈنسقرآنمجیدمیںہے اسکےساتھ پروفبھیجڑاہواہے۔ اسکیریزنبھیجڑیہوئیہے۔ یعنیسبکےسب ریشنل بیسزپرہیں۔سبکےسب ایسانہیںہےکہبسیوںہیہیں۔</w:t>
      </w:r>
    </w:p>
    <w:p>
      <w:r>
        <w:rPr>
          <w:b/>
        </w:rPr>
        <w:t xml:space="preserve">[17:07] </w:t>
      </w:r>
      <w:r>
        <w:t>to sab ke sab rational teachings hain quran majeed mein.</w:t>
      </w:r>
    </w:p>
    <w:p>
      <w:pPr>
        <w:jc w:val="right"/>
      </w:pPr>
      <w:r>
        <w:t>تو سب کےسب ریشنلٹیچنگزہیںقرآنمجیدمیں۔</w:t>
      </w:r>
    </w:p>
    <w:p>
      <w:r>
        <w:rPr>
          <w:b/>
        </w:rPr>
        <w:t xml:space="preserve">[17:14] </w:t>
      </w:r>
      <w:r>
        <w:t>lekin woh kab aap jaan paayenge ke isko jab aap sab sochenge? aap sochenge nahin to jaan bhi nahin paayenge.</w:t>
      </w:r>
    </w:p>
    <w:p>
      <w:pPr>
        <w:jc w:val="right"/>
      </w:pPr>
      <w:r>
        <w:t>لیکن وہ کب آپ جان پائیںکہاسکو جبآپ سبسوچیں؟ آپ سوچیںگےنہیں تو جان بھینہیںپائیںگے۔</w:t>
      </w:r>
    </w:p>
    <w:p>
      <w:r>
        <w:rPr>
          <w:b/>
        </w:rPr>
        <w:t xml:space="preserve">[17:25] </w:t>
      </w:r>
      <w:r>
        <w:t>to reason based hona quran ki taleem ka, quran ki teaching ka yeh hamein invite karta hai ke hum isko sochein. isi liye hadith mein aata hai ke "likulli aayatin min haa zaahirun wa baatinun"</w:t>
      </w:r>
    </w:p>
    <w:p>
      <w:pPr>
        <w:jc w:val="right"/>
      </w:pPr>
      <w:r>
        <w:t>تو ریزن بیسڈہوناقرآنکیتعلیم ات کا،قرآنکیٹیچنگکا یہہمیں انوائٹکرتاہے کہہماسکوسوچیں۔ اسیلیے حدیثمیںآتاہےکہ "لکل آیت من ہا ظاہر وب طن"</w:t>
      </w:r>
    </w:p>
    <w:p>
      <w:r>
        <w:rPr>
          <w:b/>
        </w:rPr>
        <w:t xml:space="preserve">[17:40] </w:t>
      </w:r>
      <w:r>
        <w:t>ya'ni quran ka ek line mein hai, ek between the lines . jo baatein line mein hain ya'ni isko aap padh ke jaan lenge. lekin jo between the lines hai us par aapko sochna padega.</w:t>
      </w:r>
    </w:p>
    <w:p>
      <w:pPr>
        <w:jc w:val="right"/>
      </w:pPr>
      <w:r>
        <w:t>یعنی قرآنکا ایک لائنمیںہے، ایک بٹویندالائن ۔ جو باتیںلائنمیںہیں یعنی اسکو آپ پڑھکے جانلیںگے۔لیکن جوبٹویندالائنہےاسپرآپکوسوچناپڑےگا۔</w:t>
      </w:r>
    </w:p>
    <w:p>
      <w:r>
        <w:rPr>
          <w:b/>
        </w:rPr>
        <w:t xml:space="preserve">[17:56] </w:t>
      </w:r>
      <w:r>
        <w:t>to quran ka ek pehlu woh hai jo bilkul literal taur par saamne aata hai. doosra pehlu woh hai jo soch ke maloom hota hai. to yeh karna padega hamein.</w:t>
      </w:r>
    </w:p>
    <w:p>
      <w:pPr>
        <w:jc w:val="right"/>
      </w:pPr>
      <w:r>
        <w:t>تو قرآنکا ایک پہلووہہےجوبالکل لٹرلطورپر سامنےآتاہے۔ دوسراپہلووہہےجوسوچکرمعلومہوتاہے۔ تو یہ کرناپڑےگاہمیں۔</w:t>
      </w:r>
    </w:p>
    <w:p>
      <w:r>
        <w:rPr>
          <w:b/>
        </w:rPr>
        <w:t xml:space="preserve">[18:11] </w:t>
      </w:r>
      <w:r>
        <w:t>ek mein ek misaal deta hoon aapko</w:t>
      </w:r>
    </w:p>
    <w:p>
      <w:pPr>
        <w:jc w:val="right"/>
      </w:pPr>
      <w:r>
        <w:t>ایک میںایکمثالدیتاہوںآپکو</w:t>
      </w:r>
    </w:p>
    <w:p>
      <w:r>
        <w:rPr>
          <w:b/>
        </w:rPr>
        <w:t xml:space="preserve">[18:18] </w:t>
      </w:r>
      <w:r>
        <w:t>ke quran mein hai ke jab quran ki aayatein padhi jaati hain to "wajalat quloob" logon ke dil dahla uthte hain.</w:t>
      </w:r>
    </w:p>
    <w:p>
      <w:pPr>
        <w:jc w:val="right"/>
      </w:pPr>
      <w:r>
        <w:t>کہ قرآنمیںہے کہ جب قرآنکیآیتیںپڑھیجاتیہیںتو "وج لتقلوب" لوگوںکےدل دہلاٹھتےہیں۔</w:t>
      </w:r>
    </w:p>
    <w:p>
      <w:r>
        <w:rPr>
          <w:b/>
        </w:rPr>
        <w:t xml:space="preserve">[18:34] </w:t>
      </w:r>
      <w:r>
        <w:t>"allazeena itha zukirallahu wajilat quloobuhum"</w:t>
      </w:r>
    </w:p>
    <w:p>
      <w:pPr>
        <w:jc w:val="right"/>
      </w:pPr>
      <w:r>
        <w:t>"الذ ین اذا ذکر اللہ وج لتقلوب</w:t>
      </w:r>
    </w:p>
    <w:p>
      <w:r>
        <w:rPr>
          <w:b/>
        </w:rPr>
        <w:t xml:space="preserve">[18:37] </w:t>
      </w:r>
      <w:r>
        <w:t>"jab allah ka zikr kiya jaaye, allah ki baatein saamne laayi jaayen, allah ke kalam ko padha jaaye to "wajalat quloob" unke dil dahla uthte hain.</w:t>
      </w:r>
    </w:p>
    <w:p>
      <w:pPr>
        <w:jc w:val="right"/>
      </w:pPr>
      <w:r>
        <w:t>" جباللہ کاذکرکیاجائے، اللہ کی باتیںسامنےلائیجائیں، اللہ کےکلامکوپڑھاجائےتو "وج لتقلوب" انکےدل دہلاٹھتےہیں۔</w:t>
      </w:r>
    </w:p>
    <w:p>
      <w:r>
        <w:rPr>
          <w:b/>
        </w:rPr>
        <w:t xml:space="preserve">[18:50] </w:t>
      </w:r>
      <w:r>
        <w:t>ab sochen ke dil kaise dahla uthenge? dil dahla uthna hai sirf aap decide karein to dil nahin dahla uthega aapka. jab sochen tab aisa hoga ke aapka dil dahla uthe.</w:t>
      </w:r>
    </w:p>
    <w:p>
      <w:pPr>
        <w:jc w:val="right"/>
      </w:pPr>
      <w:r>
        <w:t>ابسوچیںکہدلکیسےدہلاٹھیںگے؟ دل دہلاٹھناہے صرفآپ ڈیسائیڈکریںتودلنہیںدہلاٹھےگاآپکا۔ جب سوچیں تب ایساہوگاکہآپکادلدہلاٹھے۔</w:t>
      </w:r>
    </w:p>
    <w:p>
      <w:r>
        <w:rPr>
          <w:b/>
        </w:rPr>
        <w:t xml:space="preserve">[19:03] </w:t>
      </w:r>
      <w:r>
        <w:t>jaise misaal ke taur par quran mein ek aayat hai ke allah ne aasman ko buland kiya is tarah ke "bina'amadin tarawnaha" ya'ni ek poori kainaat hai jis ko hum aasman kehte hain to "bina'amadin tarawnaha" iska koi , iska koi sutoon nahin , iska koi pillars nahin.</w:t>
      </w:r>
    </w:p>
    <w:p>
      <w:pPr>
        <w:jc w:val="right"/>
      </w:pPr>
      <w:r>
        <w:t>جیسےمثالکےطورپر قرآنمیںایکآیتہےکہ اللہ نے آسمانکو بلندکیا اسطرح کہ "بغیر آمدنتراون ہا" یعنیایک پوری کائناتہے جسکوہمآسمانکہتےہیں تو "بغیرآمدنتراونہا"اسکاکوئی ،اسکاکوئی ستوننہیں ،اسکاکوئیپلرزنہیں۔</w:t>
      </w:r>
    </w:p>
    <w:p>
      <w:r>
        <w:rPr>
          <w:b/>
        </w:rPr>
        <w:t xml:space="preserve">[19:31] </w:t>
      </w:r>
      <w:r>
        <w:t>ya'ni itni badi kainaat khadi hui hai bina pillars ke. is tarah aap sochen. to ab jo dekhiye jo pehle insaan isko ek aqeeday ke taur par jaanta tha,</w:t>
      </w:r>
    </w:p>
    <w:p>
      <w:pPr>
        <w:jc w:val="right"/>
      </w:pPr>
      <w:r>
        <w:t>یعنیاتنیبڑی کائناتکھڑیہوئیہےبغیرپلرزکے۔ اسطرحآپسوچیے۔ تو ابجو دیکھیے جو پہلے انسان اسکو ایک عقیدےکےطورپرجانتاتھا،</w:t>
      </w:r>
    </w:p>
    <w:p>
      <w:r>
        <w:rPr>
          <w:b/>
        </w:rPr>
        <w:t xml:space="preserve">[19:45] </w:t>
      </w:r>
      <w:r>
        <w:t>ab science ne isko ek waqayay ke taur par bata diya hai ke jab se insaan ne telescope discover ki , telescope</w:t>
      </w:r>
    </w:p>
    <w:p>
      <w:pPr>
        <w:jc w:val="right"/>
      </w:pPr>
      <w:r>
        <w:t>اب سائنسنےاسکو ایک واقع ےکےطورپر بتادیا ہے کہجبسے انسان نے ٹیلیسکوپ ڈسکورکی ، ٹیلیسکوپ</w:t>
      </w:r>
    </w:p>
    <w:p>
      <w:r>
        <w:rPr>
          <w:b/>
        </w:rPr>
        <w:t xml:space="preserve">[19:57] </w:t>
      </w:r>
      <w:r>
        <w:t>to insaan ko ke liye mumkin ho gaya ke bohat door tak dekhe. phir telescope aisi banai gai jis mein ke camera lage hue thay, aise satellite banaye gaye, ooper gaye, ooper ja kar unhon ne photo lia to bohat door tak insaan ne dekha.</w:t>
      </w:r>
    </w:p>
    <w:p>
      <w:pPr>
        <w:jc w:val="right"/>
      </w:pPr>
      <w:r>
        <w:t>تو انسان کو کےلیےممکنہوگیا کہ بہت دور تک دیکھے۔ پھر ٹیلیسکوپایسیبنائیگئی جسمیں کہ کیمرےلگےہوئے تھے، ایسےسیٹلائٹبنائےگئے،اوپر گئے، اوپر جاکر انہوںنے فوٹولیا تو بہت دور تک انساننےدیکھا۔</w:t>
      </w:r>
    </w:p>
    <w:p>
      <w:r>
        <w:rPr>
          <w:b/>
        </w:rPr>
        <w:t xml:space="preserve">[20:17] </w:t>
      </w:r>
      <w:r>
        <w:t>to maloom hua ke kainat woh hai bohat hi bari hai. yaani space, abhi tak space ka koi limit nahi maloom hai</w:t>
      </w:r>
    </w:p>
    <w:p>
      <w:pPr>
        <w:jc w:val="right"/>
      </w:pPr>
      <w:r>
        <w:t>تومعلومہواکہ کائناتجوہے بہت ہیبڑیہے۔ یعنی اسپ یس ،ابھیتک اسپیسکاکوئیلمٹنہیںمعلومہم</w:t>
      </w:r>
    </w:p>
    <w:p>
      <w:r>
        <w:rPr>
          <w:b/>
        </w:rPr>
        <w:t xml:space="preserve">[20:25] </w:t>
      </w:r>
      <w:r>
        <w:t>ko. is ke space ke andar kya hai ? galaxies hain, bohat hi bari bari, million billion sitare aik aik galaxy mein hain.</w:t>
      </w:r>
    </w:p>
    <w:p>
      <w:pPr>
        <w:jc w:val="right"/>
      </w:pPr>
      <w:r>
        <w:t>کو۔ اسکے اسپیسکےاندر کیا ہے ؟ گلیکسیزہیں،بہت ہیبڑیبڑی، مل ین بل ینستارےایکایکگلیکسیمیںہیں۔</w:t>
      </w:r>
    </w:p>
    <w:p>
      <w:r>
        <w:rPr>
          <w:b/>
        </w:rPr>
        <w:t xml:space="preserve">[20:36] </w:t>
      </w:r>
      <w:r>
        <w:t>stars hain, planets hain, ab bohat hi door tak phailay hue hain. in ki dooriyan itni ziyada hain ke hum is tarah nahi nap sakte jis tarah hum napte hain sitaron ko ke hum kehte hain ke dilli se kolkata itnay miles hain.</w:t>
      </w:r>
    </w:p>
    <w:p>
      <w:pPr>
        <w:jc w:val="right"/>
      </w:pPr>
      <w:r>
        <w:t>اسٹارزہیں،پلینٹسہیں، اببہت ہی دور تک پھیلےہوئےہیں۔ انکیدور یاںاتنیزیادہ ہیںکہہم اس طرحنہیںناپسکتےجسطرحہمناپتےہیں ستاروںکو کہہمکہتےہیںکہدلیسے کلکتہاتنے مائلہیں۔</w:t>
      </w:r>
    </w:p>
    <w:p>
      <w:r>
        <w:rPr>
          <w:b/>
        </w:rPr>
        <w:t xml:space="preserve">[20:50] </w:t>
      </w:r>
      <w:r>
        <w:t>aisa hum nahi keh paate.</w:t>
      </w:r>
    </w:p>
    <w:p>
      <w:pPr>
        <w:jc w:val="right"/>
      </w:pPr>
      <w:r>
        <w:t>ایساہمنہیںکہہپاتے۔</w:t>
      </w:r>
    </w:p>
    <w:p>
      <w:r>
        <w:rPr>
          <w:b/>
        </w:rPr>
        <w:t xml:space="preserve">[20:52] </w:t>
      </w:r>
      <w:r>
        <w:t>to wahan par light years ko istemal kiya jata hai. light years ko istemal kar ke aata hai is distance ko batane ke liye jo universe mein hai.</w:t>
      </w:r>
    </w:p>
    <w:p>
      <w:pPr>
        <w:jc w:val="right"/>
      </w:pPr>
      <w:r>
        <w:t>تووہاںپر لائٹ ایئرزکو استعمال کیاجاتا ہے۔ لائٹایئرزکواستعمال کر کےآتاہے اس ڈسٹنسکوبتانےکےلیے جویونیورس میںہے۔</w:t>
      </w:r>
    </w:p>
    <w:p>
      <w:r>
        <w:rPr>
          <w:b/>
        </w:rPr>
        <w:t xml:space="preserve">[21:02] </w:t>
      </w:r>
      <w:r>
        <w:t>aur yeh sara space mein hai. aisa nahi hai ke jaise koi, koi, koi, koi, koi cheez hawa par khara hua ho. sab jaise yeh building jo hai aik zameen par khari hui hai.</w:t>
      </w:r>
    </w:p>
    <w:p>
      <w:pPr>
        <w:jc w:val="right"/>
      </w:pPr>
      <w:r>
        <w:t>اوریہ سارا اسپیسمیںہے۔ ایسانہیں ہےکہجیسےکوئی ،کوئی، کوئی ،کوئی، کوئیچیزہواسپرکھڑاہواہو۔سب جیسےیہ بلڈنگجوہےایک زمین پرکھڑیہوئیہے۔</w:t>
      </w:r>
    </w:p>
    <w:p>
      <w:r>
        <w:rPr>
          <w:b/>
        </w:rPr>
        <w:t xml:space="preserve">[21:17] </w:t>
      </w:r>
      <w:r>
        <w:t>yeh building aik zameen par khari hui hai.</w:t>
      </w:r>
    </w:p>
    <w:p>
      <w:pPr>
        <w:jc w:val="right"/>
      </w:pPr>
      <w:r>
        <w:t>یہبلڈنگایکزمین پرکھڑیہوئیہے۔</w:t>
      </w:r>
    </w:p>
    <w:p>
      <w:r>
        <w:rPr>
          <w:b/>
        </w:rPr>
        <w:t xml:space="preserve">[21:19] </w:t>
      </w:r>
      <w:r>
        <w:t>lekin itni bari jo is space mein jo itni bari dunya hai, kainat woh kisi se khari nahi hui hai. space mein muallaq hai, space mein move kar rahi hai baghair aamd o raft ke.</w:t>
      </w:r>
    </w:p>
    <w:p>
      <w:pPr>
        <w:jc w:val="right"/>
      </w:pPr>
      <w:r>
        <w:t>لیکن اتنیبڑی جو اس اسپیسمیںجواتنیبڑیدنیا ہے، کائنات وہکسی سےکھڑینہیںہوئیہے۔ اسپیسمیںمع لقہے، اسپیسمیں مووکررہیہے بغیرآمدنتراونہا۔</w:t>
      </w:r>
    </w:p>
    <w:p>
      <w:r>
        <w:rPr>
          <w:b/>
        </w:rPr>
        <w:t xml:space="preserve">[21:31] </w:t>
      </w:r>
      <w:r>
        <w:t>ab aap sochain ke itni bari kainat jis ki distance ko napne ke liye hum ko light years istemal karna parta hai, to aap bilkul tharthari aa jaye gi. tharthari</w:t>
      </w:r>
    </w:p>
    <w:p>
      <w:pPr>
        <w:jc w:val="right"/>
      </w:pPr>
      <w:r>
        <w:t>ابآپسوچیںکہاتنیبڑی کائنات جسکی ڈسٹنسکو ناپنےکےلیے ہمکو لائٹایئرزاستعمالکرناپڑتاہے، توآپبالکل تھرتھریآجائےگی۔تھرتھری</w:t>
      </w:r>
    </w:p>
    <w:p>
      <w:r>
        <w:rPr>
          <w:b/>
        </w:rPr>
        <w:t xml:space="preserve">[21:44] </w:t>
      </w:r>
      <w:r>
        <w:t>ke itni bari, itni bari kainat baghair satoon ke khari hai, baghair pillars ke khari hai, baghair kisi, kisi base ke khari hui hai.</w:t>
      </w:r>
    </w:p>
    <w:p>
      <w:pPr>
        <w:jc w:val="right"/>
      </w:pPr>
      <w:r>
        <w:t>کہ اتنی بڑی ،اتنیبڑیکائنات بغیر ستونکےکھڑیہے، بغیر پلرزکےکھڑیہے، بغیرکسی، کسی بیسکےکھڑیہوئیہے۔</w:t>
      </w:r>
    </w:p>
    <w:p>
      <w:r>
        <w:rPr>
          <w:b/>
        </w:rPr>
        <w:t xml:space="preserve">[21:58] </w:t>
      </w:r>
      <w:r>
        <w:t>hawa mein hai, space mein hai. to phir aap ko bilkul thartharahat ho jaye gi. aap ko is hi ko kaha gaya ke "wajla quloob" un ka dil hilaathey ga.</w:t>
      </w:r>
    </w:p>
    <w:p>
      <w:pPr>
        <w:jc w:val="right"/>
      </w:pPr>
      <w:r>
        <w:t>ہوا میںہے، اسپیسمیںہے۔ تو پھرآپکو بالکل تھرتھراہٹہوجائےگی۔آپکو اسیکوکہاگیاکہ "وج لتقلوب"انکادلدہلاٹھےگا۔</w:t>
      </w:r>
    </w:p>
    <w:p>
      <w:r>
        <w:rPr>
          <w:b/>
        </w:rPr>
        <w:t xml:space="preserve">[22:08] </w:t>
      </w:r>
      <w:r>
        <w:t>to yeh kab hoga? jab aap sochain ge. jab aap sochain ge.</w:t>
      </w:r>
    </w:p>
    <w:p>
      <w:pPr>
        <w:jc w:val="right"/>
      </w:pPr>
      <w:r>
        <w:t>تویہکبہوگا؟جبآپسوچیںگے۔ جبآپسوچیںگے۔</w:t>
      </w:r>
    </w:p>
    <w:p>
      <w:r>
        <w:rPr>
          <w:b/>
        </w:rPr>
        <w:t xml:space="preserve">[22:13] </w:t>
      </w:r>
      <w:r>
        <w:t>sochain ge baghair nahi ho sakta hai. yeh Allah ta'ala ne jo farmaya ke ramzan mein quran utra, is raat yaani quran ke mutabiq woh raat ka waqt tha.</w:t>
      </w:r>
    </w:p>
    <w:p>
      <w:pPr>
        <w:jc w:val="right"/>
      </w:pPr>
      <w:r>
        <w:t>سوچیںگےبغیرنہیںہوسکتاہے۔ یہ اللہتعالیٰنےجو فرمایاکہرمضانمیں قرآناترا، اس رات یعنیقرآنکےمطابق وہ راتکاوقت تھا۔</w:t>
      </w:r>
    </w:p>
    <w:p>
      <w:r>
        <w:rPr>
          <w:b/>
        </w:rPr>
        <w:t xml:space="preserve">[22:28] </w:t>
      </w:r>
      <w:r>
        <w:t>jab quran utarna shuru hua to woh raat ka waqt tha. ramzan ke mahine ki koi aakhri date thi aur waqt tha raat ka.</w:t>
      </w:r>
    </w:p>
    <w:p>
      <w:pPr>
        <w:jc w:val="right"/>
      </w:pPr>
      <w:r>
        <w:t>جب قرآناترناشروع ہوا تو وہراتکاوقت تھا۔ رمضانکےمہینےکیکوئیآخریڈیٹتھی اور وقت تھاراتکا ۔</w:t>
      </w:r>
    </w:p>
    <w:p>
      <w:r>
        <w:rPr>
          <w:b/>
        </w:rPr>
        <w:t xml:space="preserve">[22:37] </w:t>
      </w:r>
      <w:r>
        <w:t>is waqt jibril aaye.</w:t>
      </w:r>
    </w:p>
    <w:p>
      <w:pPr>
        <w:jc w:val="right"/>
      </w:pPr>
      <w:r>
        <w:t>اس وقت جبرائیلآئے۔</w:t>
      </w:r>
    </w:p>
    <w:p>
      <w:r>
        <w:rPr>
          <w:b/>
        </w:rPr>
        <w:t xml:space="preserve">[22:40] </w:t>
      </w:r>
      <w:r>
        <w:t>is raat ko quran mein lailatul qadr kaha gaya hai.</w:t>
      </w:r>
    </w:p>
    <w:p>
      <w:pPr>
        <w:jc w:val="right"/>
      </w:pPr>
      <w:r>
        <w:t>اس راتکو قرآنمیں لیلۃ القدرکہاگیاہے۔</w:t>
      </w:r>
    </w:p>
    <w:p>
      <w:r>
        <w:rPr>
          <w:b/>
        </w:rPr>
        <w:t xml:space="preserve">[22:46] </w:t>
      </w:r>
      <w:r>
        <w:t>" inna anzalnahu fi lailatul qadr" to lailatul qadr ki bohat ahmiyat hai. "khairum min alf shahr" kaha gaya is ko. hazar mahino se behtar hai.</w:t>
      </w:r>
    </w:p>
    <w:p>
      <w:pPr>
        <w:jc w:val="right"/>
      </w:pPr>
      <w:r>
        <w:t>" انا انزلنا فیلیلۃ القدر" تو لیلۃ القدرکیبہتاہمیتہے۔ "خاربمنالف شہر"کہاگیا اسکو ۔ ہزار مہینوںسےبہترہے۔</w:t>
      </w:r>
    </w:p>
    <w:p>
      <w:r>
        <w:rPr>
          <w:b/>
        </w:rPr>
        <w:t xml:space="preserve">[22:58] </w:t>
      </w:r>
      <w:r>
        <w:t>to chunancha log ramzan ke aakhri mahino mein lailatul qadr ko paane ke liye ibadaten karte hain.</w:t>
      </w:r>
    </w:p>
    <w:p>
      <w:pPr>
        <w:jc w:val="right"/>
      </w:pPr>
      <w:r>
        <w:t>تو چنانچہ لوگ رمضانکےآخریمہینوںمیں لیلۃ القدر کو پانےکےلیے عبادتیںکرتےہیں۔</w:t>
      </w:r>
    </w:p>
    <w:p>
      <w:r>
        <w:rPr>
          <w:b/>
        </w:rPr>
        <w:t xml:space="preserve">[23:09] </w:t>
      </w:r>
      <w:r>
        <w:t>hazrat ayesha ne rasool Allah se poocha ke agar main lailatul qadr ko pa jaoon jis ko hum shab qadr kehte hain,</w:t>
      </w:r>
    </w:p>
    <w:p>
      <w:pPr>
        <w:jc w:val="right"/>
      </w:pPr>
      <w:r>
        <w:t>حضرتعائشہنےرسولاللہسےپوچھاکہاگر میں لیلۃ القدرکوپاجاؤں جسکوہمشب قدر کہتےہیں،</w:t>
      </w:r>
    </w:p>
    <w:p>
      <w:r>
        <w:rPr>
          <w:b/>
        </w:rPr>
        <w:t xml:space="preserve">[23:18] </w:t>
      </w:r>
      <w:r>
        <w:t>night of destiny, to main kya karoon ?</w:t>
      </w:r>
    </w:p>
    <w:p>
      <w:pPr>
        <w:jc w:val="right"/>
      </w:pPr>
      <w:r>
        <w:t>نائٹآف ڈیسٹ نی، تومیںکیا کروں ؟</w:t>
      </w:r>
    </w:p>
    <w:p>
      <w:r>
        <w:rPr>
          <w:b/>
        </w:rPr>
        <w:t xml:space="preserve">[23:22] </w:t>
      </w:r>
      <w:r>
        <w:t>to rasool Allah ne farmaya ke tum yeh dua karo: "Allahumma anta afuwwun tuhibbul afwa faf'anni". "Allahumma anta afuwwun tuhibbul afwa faf'anni". aye Allah !</w:t>
      </w:r>
    </w:p>
    <w:p>
      <w:pPr>
        <w:jc w:val="right"/>
      </w:pPr>
      <w:r>
        <w:t>تورسولاللہنےفرمایاکہتم یہ دعاکرو: "اللہ مانت عفوف تحب العفو فاف عنی" ۔"اللہم انت عفوف تح ب العفو فافع نی" ۔اےاللہ !</w:t>
      </w:r>
    </w:p>
    <w:p>
      <w:r>
        <w:rPr>
          <w:b/>
        </w:rPr>
        <w:t xml:space="preserve">[23:42] </w:t>
      </w:r>
      <w:r>
        <w:t>to bohat maaf karne wala hai. to maaf ko pasand karta hai. to mujh ko bhi maaf kar de.</w:t>
      </w:r>
    </w:p>
    <w:p>
      <w:pPr>
        <w:jc w:val="right"/>
      </w:pPr>
      <w:r>
        <w:t>تو بہت معافکرنےوالاہے۔ تو معافیکو پسندکرتاہے۔ تومجھکوبھیمعافکردے۔</w:t>
      </w:r>
    </w:p>
    <w:p>
      <w:r>
        <w:rPr>
          <w:b/>
        </w:rPr>
        <w:t xml:space="preserve">[23:53] </w:t>
      </w:r>
      <w:r>
        <w:t>is dua mein aap ne kya baat farmayi ? yeh alfaaz nahi hain. aap in alfaaz ko na samjhen ke bas yeh alfaaz dehradiye aap ne to bas kaam ho gaya aap ka.</w:t>
      </w:r>
    </w:p>
    <w:p>
      <w:pPr>
        <w:jc w:val="right"/>
      </w:pPr>
      <w:r>
        <w:t>اس دعامیںآپ نےکیا باتفرمائی ؟ یہالفاظنہیں ہیں۔ آپانالفاظکونہسمجھیںکہبسیہالفاظدہرادیےآپنے تو بس کامہوگیا آپکا ۔</w:t>
      </w:r>
    </w:p>
    <w:p>
      <w:r>
        <w:rPr>
          <w:b/>
        </w:rPr>
        <w:t xml:space="preserve">[24:02] </w:t>
      </w:r>
      <w:r>
        <w:t>yeh matlab nahi hai. is ka matlab yeh hai ke shab qadr jo hai aap ne yeh batana hai. is ke zariye bataya ke shab qadr mein kya cheez mangna chahiye?</w:t>
      </w:r>
    </w:p>
    <w:p>
      <w:pPr>
        <w:jc w:val="right"/>
      </w:pPr>
      <w:r>
        <w:t>یہمطلبنہیں ہے۔ اسکامطلبیہہےکہ شب قدر جوہے آپ نےیہبت اناہے۔ اسکےذریعےبتایاکہشب قدر میںکیا چیز مانگناچاہیے؟</w:t>
      </w:r>
    </w:p>
    <w:p>
      <w:r>
        <w:rPr>
          <w:b/>
        </w:rPr>
        <w:t xml:space="preserve">[24:15] </w:t>
      </w:r>
      <w:r>
        <w:t>shab qadr milti hai aapko to kya cheez mangnachahiye ?</w:t>
      </w:r>
    </w:p>
    <w:p>
      <w:pPr>
        <w:jc w:val="right"/>
      </w:pPr>
      <w:r>
        <w:t>شب قدر ملتیہےآپکو تو کیا چیز مانگناچاہیے ؟</w:t>
      </w:r>
    </w:p>
    <w:p>
      <w:r>
        <w:rPr>
          <w:b/>
        </w:rPr>
        <w:t xml:space="preserve">[24:20] </w:t>
      </w:r>
      <w:r>
        <w:t>aap aulad mangen aur buildingen mangen aur paisa mangen, business mangen. iske liye shab qadr nahi hai.</w:t>
      </w:r>
    </w:p>
    <w:p>
      <w:pPr>
        <w:jc w:val="right"/>
      </w:pPr>
      <w:r>
        <w:t>آپ اولاد مانگیں اور بلڈنگیںمانگیںاورپیسہمانگیں، بزنس مانگیں۔ اسکےلیےشب قدرنہیںہے۔</w:t>
      </w:r>
    </w:p>
    <w:p>
      <w:r>
        <w:rPr>
          <w:b/>
        </w:rPr>
        <w:t xml:space="preserve">[24:31] </w:t>
      </w:r>
      <w:r>
        <w:t>shab qadr is liye ke aap allah ki maghfirat mangen. aye allah! tu bohat maaf karne wala hai, maafi ko pasand karta hai.</w:t>
      </w:r>
    </w:p>
    <w:p>
      <w:pPr>
        <w:jc w:val="right"/>
      </w:pPr>
      <w:r>
        <w:t>شب قدراسلیےکہ آپاللہ کیمغفرتمانگیں۔ اےاللہ!تو بہت معافکرنےوالاہے، معافیکوپسندکرتاہے۔</w:t>
      </w:r>
    </w:p>
    <w:p>
      <w:r>
        <w:rPr>
          <w:b/>
        </w:rPr>
        <w:t xml:space="preserve">[24:40] </w:t>
      </w:r>
      <w:r>
        <w:t>tu tu mujhe maaf farma de. tu sab se bari mangne ki cheez allah taala se ye hai.</w:t>
      </w:r>
    </w:p>
    <w:p>
      <w:pPr>
        <w:jc w:val="right"/>
      </w:pPr>
      <w:r>
        <w:t>تو تو مج ھےمعاففرمادے۔ توسبسے بڑی مانگنےکیچیزاللہتعالیٰسےیہہے۔</w:t>
      </w:r>
    </w:p>
    <w:p>
      <w:r>
        <w:rPr>
          <w:b/>
        </w:rPr>
        <w:t xml:space="preserve">[24:46] </w:t>
      </w:r>
      <w:r>
        <w:t>is dua ke zariye aapne ye sab sikh diya ke mangne ki cheez kya hai ?</w:t>
      </w:r>
    </w:p>
    <w:p>
      <w:pPr>
        <w:jc w:val="right"/>
      </w:pPr>
      <w:r>
        <w:t>اس دعاکےذریعےآپنے یہسبقدیا کہ مانگنےکیچیزکیاہے ؟</w:t>
      </w:r>
    </w:p>
    <w:p>
      <w:r>
        <w:rPr>
          <w:b/>
        </w:rPr>
        <w:t xml:space="preserve">[24:54] </w:t>
      </w:r>
      <w:r>
        <w:t>ek masla halaal ka hai. ye bohat zyada har saal is par bahasen hoti hain ke chand dekha jaye, tab roza manaya jaye ya ya kis tarike se.</w:t>
      </w:r>
    </w:p>
    <w:p>
      <w:pPr>
        <w:jc w:val="right"/>
      </w:pPr>
      <w:r>
        <w:t>ایک مسئلہ حلالکاہے۔ یہبہت زیادہ ہرسال اسپر بحثیںہوتیہیں کہ چاند دیک ھاجائے ،تب روزہمنایاجائے یا یا کسطریقےسے۔</w:t>
      </w:r>
    </w:p>
    <w:p>
      <w:r>
        <w:rPr>
          <w:b/>
        </w:rPr>
        <w:t xml:space="preserve">[25:09] </w:t>
      </w:r>
      <w:r>
        <w:t>to is bare mein bhi raye ye hai ke hadith mein agarche aata hai ke "summo li ru'yatih" yani dekh kar roza rakho, dekh kar roza rakho.</w:t>
      </w:r>
    </w:p>
    <w:p>
      <w:pPr>
        <w:jc w:val="right"/>
      </w:pPr>
      <w:r>
        <w:t>تواسبارےمیںبھیرائےیہہے کہ حدیثمیںاگر چہآتاہےکہ "سومو لرویت ہ" یعنیدیکھکر روزہرکھو، دیکھکرروزہرکھو۔</w:t>
      </w:r>
    </w:p>
    <w:p>
      <w:r>
        <w:rPr>
          <w:b/>
        </w:rPr>
        <w:t xml:space="preserve">[25:20] </w:t>
      </w:r>
      <w:r>
        <w:t>lekin quran mein jo lafz hai "faman shahida minkum ash-shahra" dekhen, ek farq hai quran mein aur hadith mein. yahan par ke hadith mein farmaya ke tum chand ko dekh kar roza rakho.</w:t>
      </w:r>
    </w:p>
    <w:p>
      <w:pPr>
        <w:jc w:val="right"/>
      </w:pPr>
      <w:r>
        <w:t>لیکن قرآنمیںجولفظہے "فمن شاہد منکمالشارف " دیکھیں،ایکفرقہےقرآنمیں اورحدیث میں۔یہاںپر کہحدیثمیںفرمایاکہ تم چاندکو دیکھکرروزہرکھو۔</w:t>
      </w:r>
    </w:p>
    <w:p>
      <w:r>
        <w:rPr>
          <w:b/>
        </w:rPr>
        <w:t xml:space="preserve">[25:34] </w:t>
      </w:r>
      <w:r>
        <w:t>to unhon ne samajh liya ke aankh se dekhna zaruri hai.</w:t>
      </w:r>
    </w:p>
    <w:p>
      <w:pPr>
        <w:jc w:val="right"/>
      </w:pPr>
      <w:r>
        <w:t>توانہوںنےسمجھلیاکہآنکھسےدیکھناضروریہے۔</w:t>
      </w:r>
    </w:p>
    <w:p>
      <w:r>
        <w:rPr>
          <w:b/>
        </w:rPr>
        <w:t xml:space="preserve">[25:37] </w:t>
      </w:r>
      <w:r>
        <w:t>lekin quran mein ye lafz nahi hai. quran mein ke "faman shahida minkum ash-shahra" is ka translation ye hai ke tum mein se jo shakhs apne aap ko paye ramzan ke mahine mein to wo roza rakhe.</w:t>
      </w:r>
    </w:p>
    <w:p>
      <w:pPr>
        <w:jc w:val="right"/>
      </w:pPr>
      <w:r>
        <w:t>لیکن قرآنمیںیہلفظنہیںہے۔ قرآنمیںکہ"فمنشاہدمنکمالشارف" اسکا ٹرانسلیشنیہہے کہ تم میںسےجو شخص اپنےآپکو پائے رمضانکےمہینےمیں تو وہ روزہرکھ ے۔</w:t>
      </w:r>
    </w:p>
    <w:p>
      <w:r>
        <w:rPr>
          <w:b/>
        </w:rPr>
        <w:t xml:space="preserve">[25:53] </w:t>
      </w:r>
      <w:r>
        <w:t>yahan par dekhen, dekhne ki baat nahi hai. ramzan ke mahine aa jane ki baat hai.</w:t>
      </w:r>
    </w:p>
    <w:p>
      <w:pPr>
        <w:jc w:val="right"/>
      </w:pPr>
      <w:r>
        <w:t>یہاںپردیکھیں،دیکھنےکیباتنہیںہے۔ رمضان کےمہینےآجانےکیباتہے۔</w:t>
      </w:r>
    </w:p>
    <w:p>
      <w:r>
        <w:rPr>
          <w:b/>
        </w:rPr>
        <w:t xml:space="preserve">[25:59] </w:t>
      </w:r>
      <w:r>
        <w:t>to main samajhta hoon ke ye zamana jab ke ab observatory paida ho chuki hai, observatory ke zariye aap dekh sakte hain, calculate kar sakte hain.</w:t>
      </w:r>
    </w:p>
    <w:p>
      <w:pPr>
        <w:jc w:val="right"/>
      </w:pPr>
      <w:r>
        <w:t>تو میںسمجھتاہوںکہ یہزمان ہجبکہابزرویٹریپیدا ہوچکیہے، ابزرویٹریکےذریعےآپ دیکھسکتےہیں، کیلکولیٹکرسکتےہیں۔</w:t>
      </w:r>
    </w:p>
    <w:p>
      <w:r>
        <w:rPr>
          <w:b/>
        </w:rPr>
        <w:t xml:space="preserve">[26:10] </w:t>
      </w:r>
      <w:r>
        <w:t>to observatory ke zariye jo calculation kiye jate hain, us ki base le kar ke agar calendar banaya jaye to mere nazdeek aain jaiz hoga.</w:t>
      </w:r>
    </w:p>
    <w:p>
      <w:pPr>
        <w:jc w:val="right"/>
      </w:pPr>
      <w:r>
        <w:t>تو ابز رویٹریکےذریعےجوکیلکولیشنکیےجاتےہیں، اسکی بیسکولےکرکےاگر کیلنڈربنایاجائے تو میرےنزدیک عینجائزہوگا۔</w:t>
      </w:r>
    </w:p>
    <w:p>
      <w:r>
        <w:rPr>
          <w:b/>
        </w:rPr>
        <w:t xml:space="preserve">[26:20] </w:t>
      </w:r>
      <w:r>
        <w:t>kyun ke dekhiye, ye bohat hi zyada hisabi baat hai. poori kainat mathematical hai. isi liye ek ek scientist ne kaha hai ke khuda jo hai wo mathematical mind maloom hota hai.</w:t>
      </w:r>
    </w:p>
    <w:p>
      <w:pPr>
        <w:jc w:val="right"/>
      </w:pPr>
      <w:r>
        <w:t>کیونکہ دیکھیے، یہ بہت ہیزیادہ حس ابی باتہے۔ پوریکائنات میتھمیٹیکلہے۔ اسیلیےایکایک سائنسداننےکہاہےکہ خداجوہےوہ میتھمیٹیکلمائنڈمعلومہوتاہے۔</w:t>
      </w:r>
    </w:p>
    <w:p>
      <w:r>
        <w:rPr>
          <w:b/>
        </w:rPr>
        <w:t xml:space="preserve">[26:33] </w:t>
      </w:r>
      <w:r>
        <w:t>khuda mathematical mind maloom hota hai.</w:t>
      </w:r>
    </w:p>
    <w:p>
      <w:pPr>
        <w:jc w:val="right"/>
      </w:pPr>
      <w:r>
        <w:t>خدا میتھمیٹیکلمائنڈمعلومہوت</w:t>
      </w:r>
    </w:p>
    <w:p>
      <w:r>
        <w:rPr>
          <w:b/>
        </w:rPr>
        <w:t xml:space="preserve">[26:35] </w:t>
      </w:r>
      <w:r>
        <w:t>hai. to ye jo rotation zameen ka hai, to chand ke bare mein bilkul balkala achhi tarah se ye maloom ho chuka hai ke agar yani har 29 ko chand ho hi jata hai,</w:t>
      </w:r>
    </w:p>
    <w:p>
      <w:pPr>
        <w:jc w:val="right"/>
      </w:pPr>
      <w:r>
        <w:t>اہے۔ تویہجو روٹیشنزمین کاہے، تو چاندکےبارےمیں بالکل بالکلاچھیطرحسےیہمعلومہوچکاہے کہاگر یعنیہر 2 9 کو چاندہوہیجاتا ہے،</w:t>
      </w:r>
    </w:p>
    <w:p>
      <w:r>
        <w:rPr>
          <w:b/>
        </w:rPr>
        <w:t xml:space="preserve">[26:52] </w:t>
      </w:r>
      <w:r>
        <w:t>yani mahine ke hijri calendar ka jo 29 hai, to chand ho hi jata hai. is ko aisa nahi ke na ho</w:t>
      </w:r>
    </w:p>
    <w:p>
      <w:pPr>
        <w:jc w:val="right"/>
      </w:pPr>
      <w:r>
        <w:t>یعنی مہینےکے ہجری کیلنڈرکاجو 2 9 ہے، تو چاندہوہیجاتاہے۔اسکو ایسانہیںکہنہہو</w:t>
      </w:r>
    </w:p>
    <w:p>
      <w:r>
        <w:rPr>
          <w:b/>
        </w:rPr>
        <w:t xml:space="preserve">[26:59] </w:t>
      </w:r>
      <w:r>
        <w:t>۔ sirf ye farq hai ke agar aath degree upar hai to dikhai dega, aath degree se kam hai to dikhai nahi dega.</w:t>
      </w:r>
    </w:p>
    <w:p>
      <w:pPr>
        <w:jc w:val="right"/>
      </w:pPr>
      <w:r>
        <w:t>۔ صرف یہفرقہے کہاگر آٹھڈگری اوپرہےتودکھائیدےگا، آٹھڈگری سےکمہےتودکھائینہیںدےگا۔</w:t>
      </w:r>
    </w:p>
    <w:p>
      <w:r>
        <w:rPr>
          <w:b/>
        </w:rPr>
        <w:t xml:space="preserve">[27:09] </w:t>
      </w:r>
      <w:r>
        <w:t>badi si baat teesri sirf hai. to ye aap calculation ke zariye bilkul maloom kar sakte hain ke us date ko chand aath degree se upar hoga ke niche hoga.</w:t>
      </w:r>
    </w:p>
    <w:p>
      <w:pPr>
        <w:jc w:val="right"/>
      </w:pPr>
      <w:r>
        <w:t>بسیہباتتیسریصرفہے۔ تو یہ آپ کیلکولیشنکےذریعےبالکلمعلومکرسکتےہیں کہاس ڈیٹکو چاند آٹھڈگریسےاوپرہوگاکہنیچےہوگا۔</w:t>
      </w:r>
    </w:p>
    <w:p>
      <w:r>
        <w:rPr>
          <w:b/>
        </w:rPr>
        <w:t xml:space="preserve">[27:21] </w:t>
      </w:r>
      <w:r>
        <w:t>to calendar bana sakte hain aap ۔</w:t>
      </w:r>
    </w:p>
    <w:p>
      <w:pPr>
        <w:jc w:val="right"/>
      </w:pPr>
      <w:r>
        <w:t>تو کیلنڈربناسکتےہیںآپ ۔</w:t>
      </w:r>
    </w:p>
    <w:p>
      <w:r>
        <w:rPr>
          <w:b/>
        </w:rPr>
        <w:t xml:space="preserve">[27:24] </w:t>
      </w:r>
      <w:r>
        <w:t>to meri raye zati taur par ye hai ke aankh se dekhne ki shart ko lazman nahi manna chahiye, balkeh calculation ki base par hum calendar bana sakte hain aur roza aur aur eid ka us ko ta'ayyun kar sakte hain.</w:t>
      </w:r>
    </w:p>
    <w:p>
      <w:pPr>
        <w:jc w:val="right"/>
      </w:pPr>
      <w:r>
        <w:t>تو میریرائےذاتیطورپریہہے کہ آنکھسے دیکھنےکی شرطکولازمنہیںمانناچاہیے، بل کہ کیلکولیشنکیبیسپرہمکیلنڈربناسکتےہیں اور روزہاور اور عید کا اسکوتعینکرسکتےہیں۔</w:t>
      </w:r>
    </w:p>
    <w:p>
      <w:r>
        <w:rPr>
          <w:b/>
        </w:rPr>
        <w:t xml:space="preserve">[27:43] </w:t>
      </w:r>
      <w:r>
        <w:t>quran mein dekhiye, ek ye baat batai gayi ke ke quran jo hai wo furqan hai. "bayyinatin min al-huda wal furqan"</w:t>
      </w:r>
    </w:p>
    <w:p>
      <w:pPr>
        <w:jc w:val="right"/>
      </w:pPr>
      <w:r>
        <w:t>قرآنمیں دیکھیے، ایکیہباتبتائیگئیکہ کہقرآنجوہے وہ فرقانہے۔ "بینات منالہدی وال فرقان"</w:t>
      </w:r>
    </w:p>
    <w:p>
      <w:r>
        <w:rPr>
          <w:b/>
        </w:rPr>
        <w:t xml:space="preserve">[27:53] </w:t>
      </w:r>
      <w:r>
        <w:t>furqan ke ma'ani hote hain farq karna. jis ko hum farq kehte hain, wahi furqan bhi hai. farq mein ke muqable mein furqan mein exaggeration hai,</w:t>
      </w:r>
    </w:p>
    <w:p>
      <w:pPr>
        <w:jc w:val="right"/>
      </w:pPr>
      <w:r>
        <w:t>فرقان کےمعنیہوتےہیں فرقکرنا۔ جسکوہمفرقکہتےہیں،وہیفرقانبھیہے۔ فرقمیں کےمقابلےمیں فرقانمیں ایگزیجریشنہے،</w:t>
      </w:r>
    </w:p>
    <w:p>
      <w:r>
        <w:rPr>
          <w:b/>
        </w:rPr>
        <w:t xml:space="preserve">[28:06] </w:t>
      </w:r>
      <w:r>
        <w:t>yani zyada farq karna. to ye is ko main doosre word mein keh sakta hoon ke mayar, criterion. to quran hamein criterion deta hai, farq karna deta hai.</w:t>
      </w:r>
    </w:p>
    <w:p>
      <w:pPr>
        <w:jc w:val="right"/>
      </w:pPr>
      <w:r>
        <w:t>یعنیزیادہ فرقکرنا۔ تو یہاسکو میں دوسرے ورڈمیںکہہسکتاہوںکہ مع یار ، کرائٹیرین۔ تو قرآنہمیں کرائٹیریندیتاہے، فرقکرنادیتاہے۔</w:t>
      </w:r>
    </w:p>
    <w:p>
      <w:r>
        <w:rPr>
          <w:b/>
        </w:rPr>
        <w:t xml:space="preserve">[28:19] </w:t>
      </w:r>
      <w:r>
        <w:t>is ko maine dictionary mein dekha to furqan ke liye likha hai "al-fasl bayn ash-shay'ayn" to differentiate between the two, yani differentiate between two situations, yani do cheezon ko farq kar ke dekh sakna.</w:t>
      </w:r>
    </w:p>
    <w:p>
      <w:pPr>
        <w:jc w:val="right"/>
      </w:pPr>
      <w:r>
        <w:t>اسکو میںنےڈکشنریمیںدیکھاتو فرقانکےلیےلکھاہے" الفصل ان الشیئین "ٹوڈیفرنشی ٹبٹوینداٹو، یعنیڈیفرنشیٹبٹوینٹو سچویشنز، یعنیدوچیزوںکوفرقکرکےدیکھسکنا۔</w:t>
      </w:r>
    </w:p>
    <w:p>
      <w:r>
        <w:rPr>
          <w:b/>
        </w:rPr>
        <w:t xml:space="preserve">[28:36] </w:t>
      </w:r>
      <w:r>
        <w:t>to yeh bohat hi important baat hai. kyunke iski waja se dekhen, confusion hota hai.</w:t>
      </w:r>
    </w:p>
    <w:p>
      <w:pPr>
        <w:jc w:val="right"/>
      </w:pPr>
      <w:r>
        <w:t>تو یہبہت ہی امپورٹنٹباتہے۔ کیونکہ اسیکیوجہسےدیکھیں،کنفیوژنہوتاہے۔</w:t>
      </w:r>
    </w:p>
    <w:p>
      <w:r>
        <w:rPr>
          <w:b/>
        </w:rPr>
        <w:t xml:space="preserve">[28:41] </w:t>
      </w:r>
      <w:r>
        <w:t>saare jo intellectual confusion hain, beshtar log confusion mein jeete hain. jisko bhi dekhiye, kyunke isko furqan hasil nahi hai, yani "al-fasl bin al-shain" hasil nahi hai, principle of differentiation iske andar paida nahi hua.</w:t>
      </w:r>
    </w:p>
    <w:p>
      <w:pPr>
        <w:jc w:val="right"/>
      </w:pPr>
      <w:r>
        <w:t>سارےجو انٹلیکچولکنفیوژنہیں، بیشتر لوگکنفیوژنمیںجیتےہیں۔ جسکوبھیدیکھیے، کیونکہاسکو فرقانحاصل نہیںہے، یعنی "الفصلبن الشین"حاصلنہیںہے، پرنسپلآفڈیفرنشیشناسکےاندرپیدانہیںہوا۔</w:t>
      </w:r>
    </w:p>
    <w:p>
      <w:r>
        <w:rPr>
          <w:b/>
        </w:rPr>
        <w:t xml:space="preserve">[28:57] </w:t>
      </w:r>
      <w:r>
        <w:t>to quran woh cheez deta hai ke bohat hi bari dein hai quran majeed ki.</w:t>
      </w:r>
    </w:p>
    <w:p>
      <w:pPr>
        <w:jc w:val="right"/>
      </w:pPr>
      <w:r>
        <w:t>تو قرآنوہچیزدیتاہے کہبہتہیبڑی دینہےقرآن مجیدکی۔</w:t>
      </w:r>
    </w:p>
    <w:p>
      <w:r>
        <w:rPr>
          <w:b/>
        </w:rPr>
        <w:t xml:space="preserve">[29:02] </w:t>
      </w:r>
      <w:r>
        <w:t>jab aap quran pe study karenge sahi tareeqe se to aap ka zehn khulega, aap ka intellectual development hoga, aur yeh intellectual development aapke andar furqan paida karega ke aap cheezon ko differentiate karke dekh payenge.</w:t>
      </w:r>
    </w:p>
    <w:p>
      <w:pPr>
        <w:jc w:val="right"/>
      </w:pPr>
      <w:r>
        <w:t>جبآپ قرآنپہاسٹڈیکریںگے صحیحطریقےسے تو آپ کا ذہنکھلےگا، آپ کا انٹلیکچولڈیویلپمنٹہوگا، اور یہانٹلیکچولڈیویلپمنٹآپکےاندرفرقانپیدا کرےگا کہآپ چیزوںکو ڈیفرنشیٹکرکےدیکھپائیںگے۔</w:t>
      </w:r>
    </w:p>
    <w:p>
      <w:r>
        <w:rPr>
          <w:b/>
        </w:rPr>
        <w:t xml:space="preserve">[29:19] </w:t>
      </w:r>
      <w:r>
        <w:t>yeh kitni bari nemat hai, cheezon ko sort out karke dekh dekh payenge.</w:t>
      </w:r>
    </w:p>
    <w:p>
      <w:pPr>
        <w:jc w:val="right"/>
      </w:pPr>
      <w:r>
        <w:t>یہکتنیبڑینعمتہے، چیزوںکوسورٹآؤٹکرکےدیکھ دیکھپائیںگے۔</w:t>
      </w:r>
    </w:p>
    <w:p>
      <w:r>
        <w:rPr>
          <w:b/>
        </w:rPr>
        <w:t xml:space="preserve">[29:24] </w:t>
      </w:r>
      <w:r>
        <w:t>yeh hai furqan. to yeh kab ho sakta hai? agar aap quran ke siwa aap yani recite, recite karein, tilawat karein to furqan kahan se aajayega?</w:t>
      </w:r>
    </w:p>
    <w:p>
      <w:pPr>
        <w:jc w:val="right"/>
      </w:pPr>
      <w:r>
        <w:t>یہہےفرقان۔ تو یہ کبہوسکتاہے؟اگر آپقرآنکےسواآپ یعنیریسائیڈ ،ریسائیڈکریں،تلاوتکریں تو فرقانکہاںسےآجائےگا؟</w:t>
      </w:r>
    </w:p>
    <w:p>
      <w:r>
        <w:rPr>
          <w:b/>
        </w:rPr>
        <w:t xml:space="preserve">[29:34] </w:t>
      </w:r>
      <w:r>
        <w:t>furqan to woh cheez hai jo intellectual development se hasil hoti hai. jab aap sochen nahi, jab aap study nahi to yeh ho hi nahi sakta hai.</w:t>
      </w:r>
    </w:p>
    <w:p>
      <w:pPr>
        <w:jc w:val="right"/>
      </w:pPr>
      <w:r>
        <w:t>فرقانتو وہ چیزہےجو انٹلیکچولڈیویلپمنٹسےحاصل ہوتیہے۔ جبآپسوچیںنہیں ،جبآپاسٹڈینہکریں تویہہوہی ہونہیںسکتاہے۔</w:t>
      </w:r>
    </w:p>
    <w:p>
      <w:r>
        <w:rPr>
          <w:b/>
        </w:rPr>
        <w:t xml:space="preserve">[29:45] </w:t>
      </w:r>
      <w:r>
        <w:t>to sab se bari cheez jo quran se milti hai woh furqan hai,</w:t>
      </w:r>
    </w:p>
    <w:p>
      <w:pPr>
        <w:jc w:val="right"/>
      </w:pPr>
      <w:r>
        <w:t>تو سبسے بڑی چیزجو قرآنسےملتیہےوہفرقانہے،</w:t>
      </w:r>
    </w:p>
    <w:p>
      <w:r>
        <w:rPr>
          <w:b/>
        </w:rPr>
        <w:t xml:space="preserve">[29:50] </w:t>
      </w:r>
      <w:r>
        <w:t>yani differentiate karne wali quality aapke andar paida hojana. woh kaise hota hai? study ke through. to yeh bohat bari baat hai sochne ki ke quran ka humein mutalia karna chahiye, study karna chahiye taake hamare andar furqan paida ho, taake principle of differentiation jo hai woh hamare andar aajaye</w:t>
      </w:r>
    </w:p>
    <w:p>
      <w:pPr>
        <w:jc w:val="right"/>
      </w:pPr>
      <w:r>
        <w:t>یعنیڈیفرنشی ٹکرنے والی کوالٹیآپکےاندرپیداہوجانا۔ وہکیسےہوتاہے؟اسٹڈیکےتھرو۔ تو یہبہت بڑیباتہے سوچنےکیکہقرآن کاہمیں مطالعہکرناچاہیے،اسٹڈیکرناچاہیےتاکہہمارےاندر فرقانپیدا ہو ، تاکہ پرنسپلآفڈیفرنشیشن جوہے وہ ہمارےاندرآجائ</w:t>
      </w:r>
    </w:p>
    <w:p>
      <w:r>
        <w:rPr>
          <w:b/>
        </w:rPr>
        <w:t xml:space="preserve">[30:12] </w:t>
      </w:r>
      <w:r>
        <w:t>cheezon ko sort out karna hum jaanein, cheezon ko alag karke dekhna jaanein, yani hum confusion se apne aap ko bacha sakein.</w:t>
      </w:r>
    </w:p>
    <w:p>
      <w:pPr>
        <w:jc w:val="right"/>
      </w:pPr>
      <w:r>
        <w:t>ے۔ چیزوںکوسورٹآؤٹکرناہمجانیں، چیزوںکو الگکرکےدیکھناجانیں، یعنی ہم کنفیوژنسے اپنےآپکوبچاسکیں۔</w:t>
      </w:r>
    </w:p>
    <w:p>
      <w:r>
        <w:rPr>
          <w:b/>
        </w:rPr>
        <w:t xml:space="preserve">[30:22] </w:t>
      </w:r>
      <w:r>
        <w:t>sab se bari cheez jo aajkal dekhte hain, har ek mein confusion, confusion, confusion, is se nikal sakte hain aap quran ki study ke zariye se.</w:t>
      </w:r>
    </w:p>
    <w:p>
      <w:pPr>
        <w:jc w:val="right"/>
      </w:pPr>
      <w:r>
        <w:t>سبسے بریچیزجو آجکلدیکھتےہیں،ہرایکمیں کنفیوژن،کنفیوژن،کنفیوژن، اسسےنکل سکتےہیںآپ قرآنکی اسٹڈیکےذریعےسے ۔</w:t>
      </w:r>
    </w:p>
    <w:p>
      <w:r>
        <w:rPr>
          <w:b/>
        </w:rPr>
        <w:t xml:space="preserve">[30:33] </w:t>
      </w:r>
      <w:r>
        <w:t>yeh ek yani quran ka mein hukum dete hue roze ka quran mein yeh kaha gaya hai ke "yuridullahu bikumul yusr" . to is ayat mein yani allah tum se chahta hai aasani, tum ko mushkil mein nahi dalna chahta.</w:t>
      </w:r>
    </w:p>
    <w:p>
      <w:pPr>
        <w:jc w:val="right"/>
      </w:pPr>
      <w:r>
        <w:t>یہ ایک یعنی قرآنکا میںحکمدیتےہوئے روزےکا قرآنمیںیہکہاگیاہےکہ "یریداللہ بکمل العصر" ۔تواس آیتمیں یعنیاللہ تمسےچاہتاہے آسانی ،تم کومشکلمیںنہیںڈالناچاہتا۔</w:t>
      </w:r>
    </w:p>
    <w:p>
      <w:r>
        <w:rPr>
          <w:b/>
        </w:rPr>
        <w:t xml:space="preserve">[30:53] </w:t>
      </w:r>
      <w:r>
        <w:t>to isko kehte hain arabi mein "taysir" . taysir aur tu'sir, tu'sir ka matlab mushkil mein dalna, taysir aasani.</w:t>
      </w:r>
    </w:p>
    <w:p>
      <w:pPr>
        <w:jc w:val="right"/>
      </w:pPr>
      <w:r>
        <w:t>تواسکوکہتےہیں عربیمیں "ت یسیر"۔ تیسیراور تو ثیر،توثیرکامطلبمشکلمیںڈالنا، تیسیرآسانی ۔</w:t>
      </w:r>
    </w:p>
    <w:p>
      <w:r>
        <w:rPr>
          <w:b/>
        </w:rPr>
        <w:t xml:space="preserve">[31:02] </w:t>
      </w:r>
      <w:r>
        <w:t>to farmaya ke jab tum bemar ho to roza chhod do, baat ko poora kar lo. ya tum safar mein ho, tab bhi chhod sakte ho, baat ko poora kar lo.</w:t>
      </w:r>
    </w:p>
    <w:p>
      <w:pPr>
        <w:jc w:val="right"/>
      </w:pPr>
      <w:r>
        <w:t>تو فرمایاکہجب تم بیمارہو تو روزہچھوڑدو، باتکوپوراکرلو۔ یاتم سفرمیںہو ، تببھیچھوڑسکتےہو، باتکوپوراکرلو۔</w:t>
      </w:r>
    </w:p>
    <w:p>
      <w:r>
        <w:rPr>
          <w:b/>
        </w:rPr>
        <w:t xml:space="preserve">[31:16] </w:t>
      </w:r>
      <w:r>
        <w:t>to is tarah ki cheezon ko taysir kaha gaya hai. to quran mein roze ka hukum dete hue yeh bhi farmaya ke tum ko khuda mushkil mein nahi dalna chahta</w:t>
      </w:r>
    </w:p>
    <w:p>
      <w:pPr>
        <w:jc w:val="right"/>
      </w:pPr>
      <w:r>
        <w:t>تو اسطرح کیچیزوںکوتیسیرکہاگیاہے۔ تو قرآنمیں روزےکاحکمدیتےہوئے یہبھیفرمایا کہتم کوخدامشکلمیںنہیں ڈالناچاہتا</w:t>
      </w:r>
    </w:p>
    <w:p>
      <w:r>
        <w:rPr>
          <w:b/>
        </w:rPr>
        <w:t xml:space="preserve">[31:28] </w:t>
      </w:r>
      <w:r>
        <w:t>ke safar mein ho aur zabardasti tum se kahe ke roza rakho, phir bhi na chhod do. bemar ho, tab bhi zabardasti roza rakho. to yeh nai tareeqa allah ta'ala ka hai.</w:t>
      </w:r>
    </w:p>
    <w:p>
      <w:pPr>
        <w:jc w:val="right"/>
      </w:pPr>
      <w:r>
        <w:t>کہ سفر میں ہو اور زبردستیتم سےکہےکہروزہرکھو،پھربھینہچھوڑو۔ بیمارہو،تببھی زبردستیروزہرکھو۔ تو یہ نئیطریقہاللہتعالیٰکاہے۔</w:t>
      </w:r>
    </w:p>
    <w:p>
      <w:r>
        <w:rPr>
          <w:b/>
        </w:rPr>
        <w:t xml:space="preserve">[31:39] </w:t>
      </w:r>
      <w:r>
        <w:t>allah ta'ala ka tareeqa poori shariat mein taysir ka hai, yani cheezon ko aasan banana, aasani karna.</w:t>
      </w:r>
    </w:p>
    <w:p>
      <w:pPr>
        <w:jc w:val="right"/>
      </w:pPr>
      <w:r>
        <w:t>اللہ تعالیٰکاطریقہ پوریشریعتمیں تیسیرکاہے، یعنی چیزوںکو آسانبن انا، آس انی کرنا۔</w:t>
      </w:r>
    </w:p>
    <w:p>
      <w:r>
        <w:rPr>
          <w:b/>
        </w:rPr>
        <w:t xml:space="preserve">[31:52] </w:t>
      </w:r>
      <w:r>
        <w:t>to yeh mamla sirf sirf yahan to yani is ayat mein to sirf roze ke context mein yeh baat aayi hai, lekin yeh poori shariat ki rooh hai har mamle mein.</w:t>
      </w:r>
    </w:p>
    <w:p>
      <w:pPr>
        <w:jc w:val="right"/>
      </w:pPr>
      <w:r>
        <w:t>تویہ معاملہصرف صرف یہاںتو یعنی اسآیتمیںتوصرفروزےکے کنٹیکسٹمیںیہباتآئیہے، لیکن یہ پوریشریعتکیروحہے ہرمعاملےمیں ۔</w:t>
      </w:r>
    </w:p>
    <w:p>
      <w:r>
        <w:rPr>
          <w:b/>
        </w:rPr>
        <w:t xml:space="preserve">[32:04] </w:t>
      </w:r>
      <w:r>
        <w:t>misal ke taur par aa</w:t>
      </w:r>
    </w:p>
    <w:p>
      <w:pPr>
        <w:jc w:val="right"/>
      </w:pPr>
      <w:r>
        <w:t>مثال کےطور پرآ</w:t>
      </w:r>
    </w:p>
    <w:p>
      <w:r>
        <w:rPr>
          <w:b/>
        </w:rPr>
        <w:t xml:space="preserve">[32:08] </w:t>
      </w:r>
      <w:r>
        <w:t>aajkal jo kai muslim countries mein aap dekhte hain ke woh islami laws ko implement karne ke liye ra'aya ho rahi hain,</w:t>
      </w:r>
    </w:p>
    <w:p>
      <w:pPr>
        <w:jc w:val="right"/>
      </w:pPr>
      <w:r>
        <w:t>جکلجو کئی مسلمکنٹریزمیںآپدیکھتےہیںکہوہ اسلامی لازکو امپلیمنٹکرنےکےلیے رعایہہورہیہیں،</w:t>
      </w:r>
    </w:p>
    <w:p>
      <w:r>
        <w:rPr>
          <w:b/>
        </w:rPr>
        <w:t xml:space="preserve">[32:18] </w:t>
      </w:r>
      <w:r>
        <w:t>woh samajhte hain ke islam ki islami ka'ida hai, islam ka legal system hai, isko to humein implement karna hi karna hai, isko humein enforce karna hi karna hai.</w:t>
      </w:r>
    </w:p>
    <w:p>
      <w:pPr>
        <w:jc w:val="right"/>
      </w:pPr>
      <w:r>
        <w:t>وہسمجھتےہیںکہ اسلام کی اسلامی کیلاءہے، اسلام کا لیگ لسسٹمہے،اسکوتوہمیں امپلیمنٹکرناہیکرناہے، اسکوہمیںانفورسکرناہیکرناہے۔</w:t>
      </w:r>
    </w:p>
    <w:p>
      <w:r>
        <w:rPr>
          <w:b/>
        </w:rPr>
        <w:t xml:space="preserve">[32:28] </w:t>
      </w:r>
      <w:r>
        <w:t>to isko lekar ke humein bhi india mein bhi yeh hi karna chahiye. to yeh hum pe india mein nahi hai. india mein dekhein, secular system hai, democracy hai.</w:t>
      </w:r>
    </w:p>
    <w:p>
      <w:pPr>
        <w:jc w:val="right"/>
      </w:pPr>
      <w:r>
        <w:t>تو اسکولےکرکے ہمیں بھیانڈیامیںبھییہیکرناچاہیے۔ تو یہہمپر انڈیامیں نہیںہے۔ انڈیا میںدیکھیں،سیکولرسسٹمہے، ڈیموکریسیہے۔</w:t>
      </w:r>
    </w:p>
    <w:p>
      <w:r>
        <w:rPr>
          <w:b/>
        </w:rPr>
        <w:t xml:space="preserve">[32:40] </w:t>
      </w:r>
      <w:r>
        <w:t>to humein taysir hai, humein rukhsat hai</w:t>
      </w:r>
    </w:p>
    <w:p>
      <w:pPr>
        <w:jc w:val="right"/>
      </w:pPr>
      <w:r>
        <w:t>تو ہمیں تیسیرہے، ہمیںرخصتہے</w:t>
      </w:r>
    </w:p>
    <w:p>
      <w:r>
        <w:rPr>
          <w:b/>
        </w:rPr>
        <w:t xml:space="preserve">[32:43] </w:t>
      </w:r>
      <w:r>
        <w:t>ke india mein hum agar koi yeh yeh boli bole ke humein to islami law ko implement karna hai, chahe humein jaan jaye to hum tab bhi humein ladkar karna hai, to bilkul hi islam se koi ta'alluq is ka nahi hoga.</w:t>
      </w:r>
    </w:p>
    <w:p>
      <w:pPr>
        <w:jc w:val="right"/>
      </w:pPr>
      <w:r>
        <w:t>کہ انڈ یامیںہم اگر کوئییہ یہ بولیبولے کہہمیںتواسلامی لاءکو امپلیمنٹکرناہے،چاہےہمیں جانجائےتوہمتببھیہمیںلڑکرکرناہے، توبالکل ہی اسلام سےکوئیتعلقاسکانہیںہوگا۔</w:t>
      </w:r>
    </w:p>
    <w:p>
      <w:r>
        <w:rPr>
          <w:b/>
        </w:rPr>
        <w:t xml:space="preserve">[32:57] </w:t>
      </w:r>
      <w:r>
        <w:t>india mein hamari zimmedari hargiz yeh nahi hai. india mein yeh hai ke hum roza, namaz, hajj, zakat karein, da'wat work karein, islami education karein, logon ko trade karein, yeh hamari zimmedari hai.</w:t>
      </w:r>
    </w:p>
    <w:p>
      <w:pPr>
        <w:jc w:val="right"/>
      </w:pPr>
      <w:r>
        <w:t>انڈیامیںہماریذمہداریہرگزیہنہیںہے۔ انڈیامیںیہہےکہہم روز ہ،نماز ،حج،زکوۃکریں، داؤورککریں، اسلامی ایجوکیشنکریں،لوگوںکوٹریڈکریں،یہہماریذمہداریہے۔</w:t>
      </w:r>
    </w:p>
    <w:p>
      <w:r>
        <w:rPr>
          <w:b/>
        </w:rPr>
        <w:t xml:space="preserve">[33:09] </w:t>
      </w:r>
      <w:r>
        <w:t>yeh bhi ek taseer ki soorat hai.</w:t>
      </w:r>
    </w:p>
    <w:p>
      <w:pPr>
        <w:jc w:val="right"/>
      </w:pPr>
      <w:r>
        <w:t>یہبھیایک تیسیرکیصورت ہے۔</w:t>
      </w:r>
    </w:p>
    <w:p>
      <w:r>
        <w:rPr>
          <w:b/>
        </w:rPr>
        <w:t xml:space="preserve">[33:14] </w:t>
      </w:r>
      <w:r>
        <w:t>"lab ratak billah ala beh dakum"</w:t>
      </w:r>
    </w:p>
    <w:p>
      <w:pPr>
        <w:jc w:val="right"/>
      </w:pPr>
      <w:r>
        <w:t>"لب ڑتک بر اللہ علی بہ داکم"</w:t>
      </w:r>
    </w:p>
    <w:p>
      <w:r>
        <w:rPr>
          <w:b/>
        </w:rPr>
        <w:t xml:space="preserve">[33:19] </w:t>
      </w:r>
      <w:r>
        <w:t>taake tum Allah ki kabraai karo, Allah ki badai karo. to roze mein is is sifat ko jagana hai apne andar ke Khuda ko, Khuda ki azmaton ko aap discover karein study ke zariye se.</w:t>
      </w:r>
    </w:p>
    <w:p>
      <w:pPr>
        <w:jc w:val="right"/>
      </w:pPr>
      <w:r>
        <w:t>تاکہتم اللہ کی کبریائیکرو، اللہ کیبڑائیکرو۔ تو روز ے میں اس اس صفتکو جگاناہےاپنےاندر کہخداکو ،خداکیعظمتوںکو آپ ڈسکورکریں اسٹڈیکےذریعےسے۔</w:t>
      </w:r>
    </w:p>
    <w:p>
      <w:r>
        <w:rPr>
          <w:b/>
        </w:rPr>
        <w:t xml:space="preserve">[33:36] </w:t>
      </w:r>
      <w:r>
        <w:t>jitna zyada aap azmaten Khuda ke discover kareinge, utni zyada aap Allah ki badai bayan kareinge, utni zyada aap Allah ki glory bayan kareinge.</w:t>
      </w:r>
    </w:p>
    <w:p>
      <w:pPr>
        <w:jc w:val="right"/>
      </w:pPr>
      <w:r>
        <w:t>جتنازیادہ آپعظمتیںخداکے ڈسکورکریںگے، اتنیزیادہ آپ اللہ کیبڑائیبیانکریںگے، اتنیزیادہ آپ اللہ کی گل وریبیانکریںگے۔</w:t>
      </w:r>
    </w:p>
    <w:p>
      <w:r>
        <w:rPr>
          <w:b/>
        </w:rPr>
        <w:t xml:space="preserve">[33:46] </w:t>
      </w:r>
      <w:r>
        <w:t>yeh sab kab hoga?</w:t>
      </w:r>
    </w:p>
    <w:p>
      <w:pPr>
        <w:jc w:val="right"/>
      </w:pPr>
      <w:r>
        <w:t>یہسب کبہوگا؟</w:t>
      </w:r>
    </w:p>
    <w:p>
      <w:r>
        <w:rPr>
          <w:b/>
        </w:rPr>
        <w:t xml:space="preserve">[33:48] </w:t>
      </w:r>
      <w:r>
        <w:t>jab aap ghor karein. Quran mein aap jante hain ke Quran mein bohat zyada zikr hai zameen o aasman ka, nature ka, yaani makhlooqat ka.</w:t>
      </w:r>
    </w:p>
    <w:p>
      <w:pPr>
        <w:jc w:val="right"/>
      </w:pPr>
      <w:r>
        <w:t>جب آپ غورکریں۔ قرآنمیںآپ جانتےہیںکہقرآنمیں بہت زیادہ ذکرہے زمین وآسمانکا ، نیچرکا ،یعنی مخلوقاتکا۔</w:t>
      </w:r>
    </w:p>
    <w:p>
      <w:r>
        <w:rPr>
          <w:b/>
        </w:rPr>
        <w:t xml:space="preserve">[34:00] </w:t>
      </w:r>
      <w:r>
        <w:t>to in cheezon mein jaise baarish hai, samandar hai, pahad hai, stars hain, planets hain, iska zikr hai Quran Majeed mein.</w:t>
      </w:r>
    </w:p>
    <w:p>
      <w:pPr>
        <w:jc w:val="right"/>
      </w:pPr>
      <w:r>
        <w:t>تو ان چیزوںمیں جیسےبارشہے، سمندرہے، پہاڑہے، اسٹارزہیں،پلینٹسہیں،اسکاذکرہےقرآنمجیدمیں۔</w:t>
      </w:r>
    </w:p>
    <w:p>
      <w:r>
        <w:rPr>
          <w:b/>
        </w:rPr>
        <w:t xml:space="preserve">[34:10] </w:t>
      </w:r>
      <w:r>
        <w:t>to in cheezon ko jab aap study karein ge aur iske bare mein maloomat kareinge aur Quran se isko relate kareinge, to aap ko bohat zyada Allah ki azmat ka ehsaas hoga, glory ka ehsaas hoga.</w:t>
      </w:r>
    </w:p>
    <w:p>
      <w:pPr>
        <w:jc w:val="right"/>
      </w:pPr>
      <w:r>
        <w:t>تو انچیزوںکوجبآپ اسٹڈیکری ںگے اور اسکے بارےمیں معلوماتکریںگے اورقرآنسےاسکو ریلیٹکریںگے، توآپکو بہت زیادہ اللہ کیعظمتکااحساسہوگا، گلوریکااحساسہوگا۔</w:t>
      </w:r>
    </w:p>
    <w:p>
      <w:r>
        <w:rPr>
          <w:b/>
        </w:rPr>
        <w:t xml:space="preserve">[34:27] </w:t>
      </w:r>
      <w:r>
        <w:t>to yeh bhi Ramzan ke mahine mein aap ko karna hai. Aise hai ke "lal kamtashkuroon" taake tumhare andar shukr paida ho.</w:t>
      </w:r>
    </w:p>
    <w:p>
      <w:pPr>
        <w:jc w:val="right"/>
      </w:pPr>
      <w:r>
        <w:t>تویہبھی رمضانکےمہینےمیں آپکو کرناہے۔ ایسےہےکہ"لال کمتشکرون "تاکہتمہارےاندرشکرپیدا ہو۔</w:t>
      </w:r>
    </w:p>
    <w:p>
      <w:r>
        <w:rPr>
          <w:b/>
        </w:rPr>
        <w:t xml:space="preserve">[34:36] </w:t>
      </w:r>
      <w:r>
        <w:t>to shukr jo hai,</w:t>
      </w:r>
    </w:p>
    <w:p>
      <w:pPr>
        <w:jc w:val="right"/>
      </w:pPr>
      <w:r>
        <w:t>تو شکر جوہے،</w:t>
      </w:r>
    </w:p>
    <w:p>
      <w:r>
        <w:rPr>
          <w:b/>
        </w:rPr>
        <w:t xml:space="preserve">[34:38] </w:t>
      </w:r>
      <w:r>
        <w:t>kya hai? shukr ke maani wohi hain jo Urdu mein kehte hain iqraar, acknowledge karna. Jis cheez ko hum kehte hain iqraar karna, acknowledge karna, wohi hai, wohi shukr hai.</w:t>
      </w:r>
    </w:p>
    <w:p>
      <w:pPr>
        <w:jc w:val="right"/>
      </w:pPr>
      <w:r>
        <w:t>کیاہے؟شکرکےمعنی وہیہیںجواردومیںکہتےہیںہماعتراف ،اکنالجکرنا۔ جسچیزکوہمکہتےہیں اعتراف کرنا ،اکنالجکرنا، وہیہے، وہیشکرہے۔</w:t>
      </w:r>
    </w:p>
    <w:p>
      <w:r>
        <w:rPr>
          <w:b/>
        </w:rPr>
        <w:t xml:space="preserve">[34:51] </w:t>
      </w:r>
      <w:r>
        <w:t>to kaise hota hai yeh? to yeh hum ko roze mein iska tajruba</w:t>
      </w:r>
    </w:p>
    <w:p>
      <w:pPr>
        <w:jc w:val="right"/>
      </w:pPr>
      <w:r>
        <w:t>تو کیسےہوتاہےیہ ؟تویہہمکو روز ےمیں اسکا تجربہ</w:t>
      </w:r>
    </w:p>
    <w:p>
      <w:r>
        <w:rPr>
          <w:b/>
        </w:rPr>
        <w:t xml:space="preserve">[34:59] </w:t>
      </w:r>
      <w:r>
        <w:t>hota hai. Misaal ke taur par jab aap din ke waqt pani nahin peete, khana nahin khate, aur shaam ko jab aap iftar karte hain, aur pani Hadees mein aata hai ke jab Rasool Allah ne shaam ke waqt pani piya to farmaya ke "zahab zama'u waqtal uruq wa thabtaru" Insha Allah Ta'ala.</w:t>
      </w:r>
    </w:p>
    <w:p>
      <w:pPr>
        <w:jc w:val="right"/>
      </w:pPr>
      <w:r>
        <w:t>ہوتاہے۔ مثالکےطورپرجبآپ دنکےوقت پانینہیںپیتے، کھانانہیںکھاتے، اور شامکوجب آپ افطارکرتے ہیں، اورپانی حدیث میںآتاہےکہجبرسولاللہنےشامکےوقت پانی پیا تو فرمایاکہ" ذہبذمبہ وقت العروق وثبترج ل"انشاءاللہتعالیٰ۔</w:t>
      </w:r>
    </w:p>
    <w:p>
      <w:r>
        <w:rPr>
          <w:b/>
        </w:rPr>
        <w:t xml:space="preserve">[35:21] </w:t>
      </w:r>
      <w:r>
        <w:t>ab dekhein, is mein kitna kitna thrillng sentence hai! yeh</w:t>
      </w:r>
    </w:p>
    <w:p>
      <w:pPr>
        <w:jc w:val="right"/>
      </w:pPr>
      <w:r>
        <w:t>ابدیکھیں،اسمیںکتنا کتنا تھرلنگسینٹنسہے!یہ</w:t>
      </w:r>
    </w:p>
    <w:p>
      <w:r>
        <w:rPr>
          <w:b/>
        </w:rPr>
        <w:t xml:space="preserve">[35:25] </w:t>
      </w:r>
      <w:r>
        <w:t>kitna thrill aaya aap ko us waqt jab pani piya aap ne ke "zahab zama'u waqtal uruq". Pyaas chali gayi aur ragain tar ho gayeen.</w:t>
      </w:r>
    </w:p>
    <w:p>
      <w:pPr>
        <w:jc w:val="right"/>
      </w:pPr>
      <w:r>
        <w:t>کتناتھرلآیاآپکواسوقتجبپانیپیاآپنے کہ"ذہب ذمبہوقت العروق"۔ پیاسچلیگئی اور رگیںترہوگئیں۔</w:t>
      </w:r>
    </w:p>
    <w:p>
      <w:r>
        <w:rPr>
          <w:b/>
        </w:rPr>
        <w:t xml:space="preserve">[35:35] </w:t>
      </w:r>
      <w:r>
        <w:t>bara ajeeb hai "zahab zama'u waqtal uruq". Pyaas chali gayi aur ragain tar ho gayeen. To jab aap ko yeh yeh ehsaas hota hai ke pani ke baghair mera haal tha, jaise sokhi lakri bana hua tha, mein</w:t>
      </w:r>
    </w:p>
    <w:p>
      <w:pPr>
        <w:jc w:val="right"/>
      </w:pPr>
      <w:r>
        <w:t>بڑاعجیب یہہے" ذہبذمبہوقت العروق"۔ پیاسچلیگئیاوررگیںترہوگئیں۔ تو جب آپ کو یہیہاحساسہوتاہے کہ پانیکےبغیر میراحال تھا،جیسے سوکھیلکڑیبناہواتھا،میں</w:t>
      </w:r>
    </w:p>
    <w:p>
      <w:r>
        <w:rPr>
          <w:b/>
        </w:rPr>
        <w:t xml:space="preserve">[35:50] </w:t>
      </w:r>
      <w:r>
        <w:t>mein glass sookha tha mera, aur jab pani piya to ek dum ek hara bhara mein hua, taaza taza ho gaya, fresh ho gaya.</w:t>
      </w:r>
    </w:p>
    <w:p>
      <w:pPr>
        <w:jc w:val="right"/>
      </w:pPr>
      <w:r>
        <w:t>میںگلاسوکھرہاتھامیرا ، اور جب پانی پیاتو ایکدم ایک ہرابھرامیںہوا،ت روتازہہوگیا، فریشہوگیا۔</w:t>
      </w:r>
    </w:p>
    <w:p>
      <w:r>
        <w:rPr>
          <w:b/>
        </w:rPr>
        <w:t xml:space="preserve">[36:00] </w:t>
      </w:r>
      <w:r>
        <w:t>is tareeqe se</w:t>
      </w:r>
    </w:p>
    <w:p>
      <w:pPr>
        <w:jc w:val="right"/>
      </w:pPr>
      <w:r>
        <w:t>اسطریقےسے</w:t>
      </w:r>
    </w:p>
    <w:p>
      <w:r>
        <w:rPr>
          <w:b/>
        </w:rPr>
        <w:t xml:space="preserve">[36:04] </w:t>
      </w:r>
      <w:r>
        <w:t>yeh ehsaas dilana maqsood hai roze ke zariye se.</w:t>
      </w:r>
    </w:p>
    <w:p>
      <w:pPr>
        <w:jc w:val="right"/>
      </w:pPr>
      <w:r>
        <w:t>یہ احساسدل انامقصودہے روزےکےذریعےسے ۔</w:t>
      </w:r>
    </w:p>
    <w:p>
      <w:r>
        <w:rPr>
          <w:b/>
        </w:rPr>
        <w:t xml:space="preserve">[36:11] </w:t>
      </w:r>
      <w:r>
        <w:t>Quran mein hai ke isi zikr mein ke "wa idha sa'alaka ibadi anni fa inni qareeb". Yaani yeh farmaya ke jab bande mere bare mein poochein to main bandon ke qareeb hoon aur unki dua ko sunta hoon.</w:t>
      </w:r>
    </w:p>
    <w:p>
      <w:pPr>
        <w:jc w:val="right"/>
      </w:pPr>
      <w:r>
        <w:t>قرآنمیںہےکہ اسی ذیلمیں کہ "وَإِذَاسَأَلَكَعِبَادِيأَنِّي فَإِنِّيقَرِيبٌ" ۔یعنییہفرمایاکہجب بندےمیرےبارےمیںپوچھیں تو میں بندوںکےقریب ہوں اور انکیدعاکوسنتاہوں۔</w:t>
      </w:r>
    </w:p>
    <w:p>
      <w:r>
        <w:rPr>
          <w:b/>
        </w:rPr>
        <w:t xml:space="preserve">[36:31] </w:t>
      </w:r>
      <w:r>
        <w:t>"falyastajeebooni wa lyu'minu bi". To "falyastajeebooni" ka matlab yeh hai "falyad'ooni".</w:t>
      </w:r>
    </w:p>
    <w:p>
      <w:pPr>
        <w:jc w:val="right"/>
      </w:pPr>
      <w:r>
        <w:t>"فَلْيَسْتَجِيبُونِيوَلْيُؤْمِنُوابِي" ۔تو "فَلْيَسْتَجِيبُونِي"کامطلبیہہے "فَلْيَدْعُونِي"۔</w:t>
      </w:r>
    </w:p>
    <w:p>
      <w:r>
        <w:rPr>
          <w:b/>
        </w:rPr>
        <w:t xml:space="preserve">[36:41] </w:t>
      </w:r>
      <w:r>
        <w:t>"falyastajeebooni" ka matlab hai "falyad'ooni" yaani mujhe pukarein, mujh se dua karein, mujh se talab ho.</w:t>
      </w:r>
    </w:p>
    <w:p>
      <w:pPr>
        <w:jc w:val="right"/>
      </w:pPr>
      <w:r>
        <w:t>"فَلْيَسْتَجِيبُونِي"کامطلبہے"فَلْيَدْعُونِي"یعنی مجھے پکار یں، مجھسےدعاکریں، مجھسےطالب ہوں۔</w:t>
      </w:r>
    </w:p>
    <w:p>
      <w:r>
        <w:rPr>
          <w:b/>
        </w:rPr>
        <w:t xml:space="preserve">[36:50] </w:t>
      </w:r>
      <w:r>
        <w:t>to Quran ki study se roza rakhne se aap ke andar jo ek woh zuhd paida hota hai, self-consciousness paida hota hai, spirituality jaagti hai.</w:t>
      </w:r>
    </w:p>
    <w:p>
      <w:pPr>
        <w:jc w:val="right"/>
      </w:pPr>
      <w:r>
        <w:t>تو قرآن کی اسٹڈیسے روزہرکھنےسے آپ کےاندرجو ایک وہ زہدپیدا ہوتاہے، سیلفکانشیسنسپیداہوتاہے، اسپرچولٹیجاگتیہے۔</w:t>
      </w:r>
    </w:p>
    <w:p>
      <w:r>
        <w:rPr>
          <w:b/>
        </w:rPr>
        <w:t xml:space="preserve">[37:05] </w:t>
      </w:r>
      <w:r>
        <w:t>to aap ko qurb ka ehsaas hota hai, yaani Allah Ta'ala se nearness ka ehsaas hota hai.</w:t>
      </w:r>
    </w:p>
    <w:p>
      <w:pPr>
        <w:jc w:val="right"/>
      </w:pPr>
      <w:r>
        <w:t>تو آپکو قربکااحساسہوتاہے، یعنیاللہتعالیٰسے نیرنسکااحساسہوتاہے۔</w:t>
      </w:r>
    </w:p>
    <w:p>
      <w:r>
        <w:rPr>
          <w:b/>
        </w:rPr>
        <w:t xml:space="preserve">[37:12] </w:t>
      </w:r>
      <w:r>
        <w:t>jitna aap ke andar spirituality aayegi, roohaniyat aayegi, utna hi aap ko Allah Ta'ala se nearness ka ehsaas hoga, qurbat ka ehsaas hoga. To woh waqt hota hai dua ka, dua ka.</w:t>
      </w:r>
    </w:p>
    <w:p>
      <w:pPr>
        <w:jc w:val="right"/>
      </w:pPr>
      <w:r>
        <w:t>جتناآپکےاندراسپرچولٹیآئےگی، روحانیتآئےگی، ات ناہیآپکو اللہ تعالیٰسےنیرنسکااحساسہوگا، قربتکااحساسہوگا۔ تو وہوقتہوتاہے دعاکا، دعاکا۔</w:t>
      </w:r>
    </w:p>
    <w:p>
      <w:r>
        <w:rPr>
          <w:b/>
        </w:rPr>
        <w:t xml:space="preserve">[37:25] </w:t>
      </w:r>
      <w:r>
        <w:t>asilay farmaya keh "fal yastajeebooni" yaani "falyad'ooni" keh wohi to lamha hai jab aap dua karein. Roza rakh kar aap ke andar helplessness ka ehsaas hua, aap ke andar shukr ka jazba aaya,</w:t>
      </w:r>
    </w:p>
    <w:p>
      <w:pPr>
        <w:jc w:val="right"/>
      </w:pPr>
      <w:r>
        <w:t>اسیلیےفرمایاکہ "فَلْيَسْتَجِيبُونِي"یعنی"فَلْيَدْعُونِي" کہ وہیتولمحہہےجبآپدعاکریں۔ روزہرکھکرآپکےاندر ہیلپلیسنسکااحساسہوا، آپکےاندرشکرکاجذبہآیا،</w:t>
      </w:r>
    </w:p>
    <w:p>
      <w:r>
        <w:rPr>
          <w:b/>
        </w:rPr>
        <w:t xml:space="preserve">[37:40] </w:t>
      </w:r>
      <w:r>
        <w:t>aap ke andar spiritualilty jaagi aap ki. To woh aap ko keh aap prepare ho gaye dua karne ke liye. Yaani yeh sab cheezein roza aap ko banata hai, yaani roza aap ko prepare karta hai dua ke liye.</w:t>
      </w:r>
    </w:p>
    <w:p>
      <w:pPr>
        <w:jc w:val="right"/>
      </w:pPr>
      <w:r>
        <w:t>آپکےاندراسپرچ ولٹیجاگیآپکی۔ تو وہآپکو کہآپ پریپیئرہوگئے دعاکرنے کےلیے۔ یعنییہسب چیزیںروزہآپکو بناتاہے، یعنی روزہآپکو پریپیئرکرتاہے دعاکےلیے۔</w:t>
      </w:r>
    </w:p>
    <w:p>
      <w:r>
        <w:rPr>
          <w:b/>
        </w:rPr>
        <w:t xml:space="preserve">[37:56] </w:t>
      </w:r>
      <w:r>
        <w:t>woh saari quality aap ke andar paida karta hai jis se dua ubhray. "Lal mashidoon" yaani dua se jora hai rushd ko.</w:t>
      </w:r>
    </w:p>
    <w:p>
      <w:pPr>
        <w:jc w:val="right"/>
      </w:pPr>
      <w:r>
        <w:t>وہ ساری کوالٹیآپکےاندرپیدا کرتاہے جسسے دعاابھرے۔ "لال میشدون" یعنیدعا سے جوڑاہےرشدکو ۔</w:t>
      </w:r>
    </w:p>
    <w:p>
      <w:r>
        <w:rPr>
          <w:b/>
        </w:rPr>
        <w:t xml:space="preserve">[38:06] </w:t>
      </w:r>
      <w:r>
        <w:t>rushd ke maani hain, yaani rushd ke maani hain, yaani hidayat, islaah. Yaani aap jab apni islaah karein, hidayat pakrein to woh rushd hoti hai. Woh to dua ka ta'alluq, yeh yeh dua ka ta'alluq sirf is se nahi hai keh khana peena maangein, aap aulad maangein, business maangein.</w:t>
      </w:r>
    </w:p>
    <w:p>
      <w:pPr>
        <w:jc w:val="right"/>
      </w:pPr>
      <w:r>
        <w:t>رشدکےمعنیہیں، یعنی رشدکےمعنیہیں،یعنی ہدایت ، اصلاح ۔ یعنیآپ جب اپنی اصلاح کریں، ہدایت پکڑیں تو وہرشدہوتیہے۔وہ تو دعا کا تعلق ،یہ یہدعاکاتعلق صرف اسسےنہیںہےکہ کھاناپینامانگیں،آپ اول اد مانگیں،بزنس مانگیں۔</w:t>
      </w:r>
    </w:p>
    <w:p>
      <w:r>
        <w:rPr>
          <w:b/>
        </w:rPr>
        <w:t xml:space="preserve">[38:32] </w:t>
      </w:r>
      <w:r>
        <w:t>nahi, hidayat maangein.</w:t>
      </w:r>
    </w:p>
    <w:p>
      <w:pPr>
        <w:jc w:val="right"/>
      </w:pPr>
      <w:r>
        <w:t>نہیں ، ہدایت مانگیں۔</w:t>
      </w:r>
    </w:p>
    <w:p>
      <w:r>
        <w:rPr>
          <w:b/>
        </w:rPr>
        <w:t xml:space="preserve">[38:35] </w:t>
      </w:r>
      <w:r>
        <w:t>yahan par dekhein, is context mein aap dekhiye, dua ko hidayat ke context mein aayi hai, dua rushd ke context mein.</w:t>
      </w:r>
    </w:p>
    <w:p>
      <w:pPr>
        <w:jc w:val="right"/>
      </w:pPr>
      <w:r>
        <w:t>یہاںپردیکھیں،اسکنٹیکسٹمیںآپدیکھیے، دعا کو ہدایتکےکن ٹیکسٹمیںآئیہے، دعا رشدکے کنٹیکسٹمیں۔</w:t>
      </w:r>
    </w:p>
    <w:p>
      <w:r>
        <w:rPr>
          <w:b/>
        </w:rPr>
        <w:t xml:space="preserve">[38:45] </w:t>
      </w:r>
      <w:r>
        <w:t>to yeh bohat hi important baat hai samajhna keh dua woh hai sirf material cheezon ke liye nahi hai, sirf material cheezon ke liye nahi hai dua,</w:t>
      </w:r>
    </w:p>
    <w:p>
      <w:pPr>
        <w:jc w:val="right"/>
      </w:pPr>
      <w:r>
        <w:t>تو یہبہت ہی امپورٹنٹباتہےسمجھنا کہ دعاجوہے صرف مٹیریلچیزوںکےلیےنہیںہے، صرف مٹیریلچیزوںکے لیےنہیںہےدعا،</w:t>
      </w:r>
    </w:p>
    <w:p>
      <w:r>
        <w:rPr>
          <w:b/>
        </w:rPr>
        <w:t xml:space="preserve">[38:59] </w:t>
      </w:r>
      <w:r>
        <w:t>balkeh</w:t>
      </w:r>
    </w:p>
    <w:p>
      <w:pPr>
        <w:jc w:val="right"/>
      </w:pPr>
      <w:r>
        <w:t>بلکہ</w:t>
      </w:r>
    </w:p>
    <w:p>
      <w:r>
        <w:rPr>
          <w:b/>
        </w:rPr>
        <w:t xml:space="preserve">[39:03] </w:t>
      </w:r>
      <w:r>
        <w:t>mislaan aap da'oor work kar rahe hain, da'oor work mein aap ko dua karna hai. Aap namaz padh rahe hain, namaz ko achha, aap ki namazein khoob achhi namazein hon, us ke liye dua karna hai.</w:t>
      </w:r>
    </w:p>
    <w:p>
      <w:pPr>
        <w:jc w:val="right"/>
      </w:pPr>
      <w:r>
        <w:t>مثلاًآپ داؤورککررہےہیں، داؤورکمیںآپکودعاکرناہے۔ آپ نمازپڑھرہےہیں، نمازکواچھا، آپکینمازیںخوباچھینمازیںہوں،اسکےلیےدعاکرناہے۔</w:t>
      </w:r>
    </w:p>
    <w:p>
      <w:r>
        <w:rPr>
          <w:b/>
        </w:rPr>
        <w:t xml:space="preserve">[39:14] </w:t>
      </w:r>
      <w:r>
        <w:t>aap Quran study kar rahe hain, us ke liye bhi dua karna hai. Jaise bohat bare scholar thay, woh Ibn Taymiyyah, Imam Ibn Taymiyyah kaha jaata hai un ko.</w:t>
      </w:r>
    </w:p>
    <w:p>
      <w:pPr>
        <w:jc w:val="right"/>
      </w:pPr>
      <w:r>
        <w:t>آپ قرآنکیاسٹڈیکررہےہیں، اسکےلیےبھیدعاکرناہے۔ جیسے بہت بڑے سکالرتھے، وہ ابن تیمیہ، امامابن تیمیہکہاجاتاہےانکو۔</w:t>
      </w:r>
    </w:p>
    <w:p>
      <w:r>
        <w:rPr>
          <w:b/>
        </w:rPr>
        <w:t xml:space="preserve">[39:30] </w:t>
      </w:r>
      <w:r>
        <w:t>to</w:t>
      </w:r>
    </w:p>
    <w:p>
      <w:pPr>
        <w:jc w:val="right"/>
      </w:pPr>
      <w:r>
        <w:t>تو</w:t>
      </w:r>
    </w:p>
    <w:p>
      <w:r>
        <w:rPr>
          <w:b/>
        </w:rPr>
        <w:t xml:space="preserve">[39:33] </w:t>
      </w:r>
      <w:r>
        <w:t>woh Quran padh rahe thay, koi ayat un ke samajh mein nahi aa rahi thi, haalankeh woh Arabic ke bohat expert thay, woh Arabic zabaan ke.</w:t>
      </w:r>
    </w:p>
    <w:p>
      <w:pPr>
        <w:jc w:val="right"/>
      </w:pPr>
      <w:r>
        <w:t>وہ قرآن پڑھرہےتھے، کوئی آیت انکیسمجھمیںنہیںآرہیتھی، حالانکہوہعربیکےبہت ایکسپرٹتھے،وہ عربیزبان کے ۔</w:t>
      </w:r>
    </w:p>
    <w:p>
      <w:r>
        <w:rPr>
          <w:b/>
        </w:rPr>
        <w:t xml:space="preserve">[39:43] </w:t>
      </w:r>
      <w:r>
        <w:t>to Arabic zabaan ka expert hona hi kaafi nahi hai keh aap Quran ko samajhte chale jaayein. Yeh bhi yaad rakhiye keh sirf Arabic mein expert agar aap hain to yeh na samajh lein keh bas padha padhenge aap aur samajhte chale jaa</w:t>
      </w:r>
    </w:p>
    <w:p>
      <w:pPr>
        <w:jc w:val="right"/>
      </w:pPr>
      <w:r>
        <w:t>تو عربی زبان کاایکسپرٹہوناہیکافینہیںہے کہآپ قرآنکوسمجھتےچلےجائیں۔ یہبھییادرکھیے کہصرفعربیمیںایکسپرٹاگرآپہیں تویہنہسمجھلیںکہبسپڑھا پڑھیںگےآپ اور سمجھتےچلےج</w:t>
      </w:r>
    </w:p>
    <w:p>
      <w:r>
        <w:rPr>
          <w:b/>
        </w:rPr>
        <w:t xml:space="preserve">[39:58] </w:t>
      </w:r>
      <w:r>
        <w:t>ayenge. Arabic Quran ko newspaper ki tarah nahi hai keh newspaper aap padhte hain aur samajhte chale aate hain. To aisa nahi hai Quran ka maamla. Quran mein aap ko study karni hai, sochna hai,</w:t>
      </w:r>
    </w:p>
    <w:p>
      <w:pPr>
        <w:jc w:val="right"/>
      </w:pPr>
      <w:r>
        <w:t>ائیںگے۔ عربی قر آنکوئیاخبارکیطرح نہیںہے کہاخبارآپپڑھتےہیںاورسمجھتےچلےآتےہیں۔توایسانہیںہےقرآنکامعاملہ۔ قرآن میںآپکو اسٹڈیکرنیہے، سوچناہے،</w:t>
      </w:r>
    </w:p>
    <w:p>
      <w:r>
        <w:rPr>
          <w:b/>
        </w:rPr>
        <w:t xml:space="preserve">[40:11] </w:t>
      </w:r>
      <w:r>
        <w:t>yaani is ko hum kehte hain contemplation. To Quran jo hai aap ke contemplation ko ubharta hai. To Hazrat to Ibn Taymiyyah Quran padh rahe thay, koi ayat clear nahi ho rahi thi.</w:t>
      </w:r>
    </w:p>
    <w:p>
      <w:pPr>
        <w:jc w:val="right"/>
      </w:pPr>
      <w:r>
        <w:t>یعنیاسکوہمکہتےہیں کنٹیمپلیشن۔ تو قرآن جوہےآپکےکنٹیمپلیشنکو ابھارتاہے۔ تو حضرت توابن تیمیہ قرآنپڑھرہےتھے، کوئیآیت کلیئرنہیںہورہیتھی۔</w:t>
      </w:r>
    </w:p>
    <w:p>
      <w:r>
        <w:rPr>
          <w:b/>
        </w:rPr>
        <w:t xml:space="preserve">[40:27] </w:t>
      </w:r>
      <w:r>
        <w:t>to kya kiya unhone? Wuzu kiya, wuzu kar ke do rakat namaz padhi aur sajde mein gir pade aur farmaya keh "Ya mu'allim Ibrahim 'allimni". "Ya mu'allim Ibrahim 'allimni".</w:t>
      </w:r>
    </w:p>
    <w:p>
      <w:pPr>
        <w:jc w:val="right"/>
      </w:pPr>
      <w:r>
        <w:t>توکیا کیا انہوںنے ؟وضوکیا ، وضوکرکےدورکعتنمازپڑھی اورسجدےمیںگرپڑے اور فرمایاکہ "یا مع لم ابراہیمعلم نی" ۔"یا معلم ابراہیم علم نی"۔</w:t>
      </w:r>
    </w:p>
    <w:p>
      <w:r>
        <w:rPr>
          <w:b/>
        </w:rPr>
        <w:t xml:space="preserve">[40:42] </w:t>
      </w:r>
      <w:r>
        <w:t>Ae Ibrahim ko batane wale, mujhe bhi bata de, yaani jab payghambar par khulta tha Allah Ta'ala ne in baaton ko to mujhe bhi in baaton ko khol de, mere upar bhi yeh hai dua.</w:t>
      </w:r>
    </w:p>
    <w:p>
      <w:pPr>
        <w:jc w:val="right"/>
      </w:pPr>
      <w:r>
        <w:t>اےابراہیمکوبتانےوالے،مجھےبھیبتادے، یعنی جبپیغمبر پرکھ ولاتھااللہتعالیٰنے انباتوںکو تو مجھےبھی انباتوںکوکھولدے،میرےاوپربھی یہہےدعا۔</w:t>
      </w:r>
    </w:p>
    <w:p>
      <w:r>
        <w:rPr>
          <w:b/>
        </w:rPr>
        <w:t xml:space="preserve">[40:57] </w:t>
      </w:r>
      <w:r>
        <w:t>to dua jo hai bohat hi zyada important hai</w:t>
      </w:r>
    </w:p>
    <w:p>
      <w:pPr>
        <w:jc w:val="right"/>
      </w:pPr>
      <w:r>
        <w:t>تو دعاجوہے بہت ہیزیادہ امپورٹنٹہے</w:t>
      </w:r>
    </w:p>
    <w:p>
      <w:r>
        <w:rPr>
          <w:b/>
        </w:rPr>
        <w:t xml:space="preserve">[41:05] </w:t>
      </w:r>
      <w:r>
        <w:t>Quran mein. Yeh is context mein yeh auraton ko libaas kaha gaya "hunna libasun lakum wa antum libasun lahunna" keh tum auraton, tum apni biwiyon ke libaas ho.</w:t>
      </w:r>
    </w:p>
    <w:p>
      <w:pPr>
        <w:jc w:val="right"/>
      </w:pPr>
      <w:r>
        <w:t>قرآنمیں۔ یہ اس کنٹیکسٹمیں یہ عورتوںکولباسکہاگیا"ہنلباس لکموانتملباسلہ ن" کہتم عورتوں،تم اپنی بیویوںکےلباس ہو۔</w:t>
      </w:r>
    </w:p>
    <w:p>
      <w:r>
        <w:rPr>
          <w:b/>
        </w:rPr>
        <w:t xml:space="preserve">[41:18] </w:t>
      </w:r>
      <w:r>
        <w:t>woh tumhari biwiyan tumhare libaas hain. Libaas ka matlab hota hai garment. Garment</w:t>
      </w:r>
    </w:p>
    <w:p>
      <w:pPr>
        <w:jc w:val="right"/>
      </w:pPr>
      <w:r>
        <w:t>وہتمہاریبیویاںتمہارےلباسہیں۔ لباسکامطلبہوتاہے گارمنٹ۔ گارمنٹ</w:t>
      </w:r>
    </w:p>
    <w:p>
      <w:r>
        <w:rPr>
          <w:b/>
        </w:rPr>
        <w:t xml:space="preserve">[41:26] </w:t>
      </w:r>
      <w:r>
        <w:t>to aap jaante hain keh garment jo hai aadmi ke sab se zyada paas hota hai. Aap ka jo body hai, us se sab se zyada qareeb jo cheez hai, woh aap ka garment hai, aap ka libaas hai.</w:t>
      </w:r>
    </w:p>
    <w:p>
      <w:pPr>
        <w:jc w:val="right"/>
      </w:pPr>
      <w:r>
        <w:t>تو آپجانتےہیںکہگارمنٹجوہے آدمی کےسبسےزیادہ پاسہوتاہے۔ آپ کاجوبا ڈیہے، اسسے سبسےزیادہ قریبجو چیزہے،وہآپکاگارمنٹہے، آپکا لباسہے۔</w:t>
      </w:r>
    </w:p>
    <w:p>
      <w:r>
        <w:rPr>
          <w:b/>
        </w:rPr>
        <w:t xml:space="preserve">[41:39] </w:t>
      </w:r>
      <w:r>
        <w:t>yani keh yeh jo rishta qaim hota hai miyan biwi ka, husband aur wife ka, woh just like libaas hai. Yeh koi doori nahi, wahan distance khatam ho jaata hai.</w:t>
      </w:r>
    </w:p>
    <w:p>
      <w:pPr>
        <w:jc w:val="right"/>
      </w:pPr>
      <w:r>
        <w:t>جسمعنیکہ یہجو رشتہ قائمہوتاہے میاںبیویکا،ہسبینڈاوروائفکا، وہ جسٹلائکلباسہے۔ یہکوئیدورینہیں، وہاںڈسٹنسختمہوجاتاہے۔</w:t>
      </w:r>
    </w:p>
    <w:p>
      <w:r>
        <w:rPr>
          <w:b/>
        </w:rPr>
        <w:t xml:space="preserve">[41:52] </w:t>
      </w:r>
      <w:r>
        <w:t>yeh Allah Ta'ala ki ek bhi ek bohat badi nemat hai keh hamare liye, yaani mard ke liye aurat ko aur aurat ke liye mard ko libaas ki tarah kar diya.</w:t>
      </w:r>
    </w:p>
    <w:p>
      <w:pPr>
        <w:jc w:val="right"/>
      </w:pPr>
      <w:r>
        <w:t>یہ اللہتعالیٰکی ایکبھیایکبہتبڑینعمتہے کہ ہمارےلیے، یعنی مردکےلیےعورتکو اور عورتکےلیےمرد کو لباسکیطرح کردیا۔</w:t>
      </w:r>
    </w:p>
    <w:p>
      <w:r>
        <w:rPr>
          <w:b/>
        </w:rPr>
        <w:t xml:space="preserve">[42:04] </w:t>
      </w:r>
      <w:r>
        <w:t>donon ek doosre se bohat paas hon, bohat qareeb hon, ek doosre ko samjhein, mil kar ke koshish karein.</w:t>
      </w:r>
    </w:p>
    <w:p>
      <w:pPr>
        <w:jc w:val="right"/>
      </w:pPr>
      <w:r>
        <w:t>دونوںایکدوسرےسےبہت پاسہوں، بہت قریبہوں، ایکدوسرےکوسمجھیں، ملکرکے کوششکریں۔</w:t>
      </w:r>
    </w:p>
    <w:p>
      <w:r>
        <w:rPr>
          <w:b/>
        </w:rPr>
        <w:t xml:space="preserve">[42:14] </w:t>
      </w:r>
      <w:r>
        <w:t>aaj mein ek cheez mujhe samajh mein aayi keh aurat aur mard ke farq ke bare mein aksar sunte hain. Aap ko meri life mein jhagda bohat hota hai, aksar taqreeban 100 fisad jhagda.</w:t>
      </w:r>
    </w:p>
    <w:p>
      <w:pPr>
        <w:jc w:val="right"/>
      </w:pPr>
      <w:r>
        <w:t>آجمیں ایک چیز مجھےسمجھمیںآئی کہ عورت اور مرد کےفرقکےبارےمیں اکثر سنتےہیں۔آپکو میرجلائفمیںجھگڑابہتہوتاہے، اکثر تقریباً100فیصدجھگڑا۔</w:t>
      </w:r>
    </w:p>
    <w:p>
      <w:r>
        <w:rPr>
          <w:b/>
        </w:rPr>
        <w:t xml:space="preserve">[42:30] </w:t>
      </w:r>
      <w:r>
        <w:t>to ek bahut hi basic baat mujhe samajh mein aayi hai, woh yeh hai ke aurat hoti hai emotional. yeh biological study se prove ho chuki hai,</w:t>
      </w:r>
    </w:p>
    <w:p>
      <w:pPr>
        <w:jc w:val="right"/>
      </w:pPr>
      <w:r>
        <w:t>تو ایک بہتہی بیسکباتمجھےسمجھمیںآئیہے، وہیہہے کہ عورتہوتیہےایموشنل۔ یہ بائیولوجیکلاسٹڈی سے پروفہوچکیہے،</w:t>
      </w:r>
    </w:p>
    <w:p>
      <w:r>
        <w:rPr>
          <w:b/>
        </w:rPr>
        <w:t xml:space="preserve">[42:42] </w:t>
      </w:r>
      <w:r>
        <w:t>biological psychology study se ke aurat emotional hoti hai. to koi baat aisi pesh aayi jis se aurat ko woh prove ho gayi, to apne emotion ko nikalna chahti hai. woh kahan nikale?</w:t>
      </w:r>
    </w:p>
    <w:p>
      <w:pPr>
        <w:jc w:val="right"/>
      </w:pPr>
      <w:r>
        <w:t>بائیولوجیکلس ائیکلوجیکلاسٹڈی سے کہعورتایموشنلہوتیہے۔ تو کوئیباتایسی پیش آئی جسسے عورتکو وہ پرووکہوگئی، تو اپنے ایموشنکونکالناچاہتیہے۔وہکہاںنکالے؟</w:t>
      </w:r>
    </w:p>
    <w:p>
      <w:r>
        <w:rPr>
          <w:b/>
        </w:rPr>
        <w:t xml:space="preserve">[43:00] </w:t>
      </w:r>
      <w:r>
        <w:t>kahin to isko nikalna hai, to shohar par nikale gi. yeh sab aap kahein ge ke yeh sab aap ki wajah se hai, yeh sari mujhe madar ke paas aayi</w:t>
      </w:r>
    </w:p>
    <w:p>
      <w:pPr>
        <w:jc w:val="right"/>
      </w:pPr>
      <w:r>
        <w:t>کہیںتواسکونکالناہے، تو شوہرپرنکالےگی۔ یہسبآپ کہےگیکہ یہسبآپکیوجہسےہے، یہساریمجھےمدارکےپاسآئی</w:t>
      </w:r>
    </w:p>
    <w:p>
      <w:r>
        <w:rPr>
          <w:b/>
        </w:rPr>
        <w:t xml:space="preserve">[43:08] </w:t>
      </w:r>
      <w:r>
        <w:t>hai. yani kuch na kuch woh ghussa ya apne jazbat ko nikale gi. is ke paas to wohi hota hai jo is ka libas hai, mard is ka libas hai.</w:t>
      </w:r>
    </w:p>
    <w:p>
      <w:pPr>
        <w:jc w:val="right"/>
      </w:pPr>
      <w:r>
        <w:t>ہے۔ یعنیکچھنہکچھوہ غصہ یا اپنے جذباتکونکالےگی۔ اسکےپاس تووہیہوت اہےجواسکالباسہے، مرد اسکالباسہے۔</w:t>
      </w:r>
    </w:p>
    <w:p>
      <w:r>
        <w:rPr>
          <w:b/>
        </w:rPr>
        <w:t xml:space="preserve">[43:21] </w:t>
      </w:r>
      <w:r>
        <w:t>to yahan par mard ko kya karna chahiye? to mard ke andar khuda ne forbearance rakha hai, tahammul rakha hai. mard ko chahiye ke woh is ko woh kar de, yani nazar andaaz kar de,</w:t>
      </w:r>
    </w:p>
    <w:p>
      <w:pPr>
        <w:jc w:val="right"/>
      </w:pPr>
      <w:r>
        <w:t>تو یہاںپر مرد کوکیاکرناچاہیے؟ تو مرد کےاندرخدانے فوربیئرنسرکھاہے، تحملرکھاہے۔ مرد کوچاہیےکہوہاسکو وہکردے، یعنی نظر اندازکردے،</w:t>
      </w:r>
    </w:p>
    <w:p>
      <w:r>
        <w:rPr>
          <w:b/>
        </w:rPr>
        <w:t xml:space="preserve">[43:38] </w:t>
      </w:r>
      <w:r>
        <w:t>mislan chup ho jaye, wahan se hat jaye, is ka asar na le. bas is baat baat khatam, wohi second baat khatam ho jati hai.</w:t>
      </w:r>
    </w:p>
    <w:p>
      <w:pPr>
        <w:jc w:val="right"/>
      </w:pPr>
      <w:r>
        <w:t>مثلاًچپہوجائے، وہاںسےہٹجائے، اسکااثرنہلے۔ بساسباتباتختم، ودانسیکنڈباتختمہوجاتیہے۔</w:t>
      </w:r>
    </w:p>
    <w:p>
      <w:r>
        <w:rPr>
          <w:b/>
        </w:rPr>
        <w:t xml:space="preserve">[43:47] </w:t>
      </w:r>
      <w:r>
        <w:t>to meri life ko successful banane ke liye sab se jo effective jo formula hai, woh yeh hai ke aurat jab woh jab apne jazbat mein aa kar kuch keh de to mard is ko is ko mind na kare,</w:t>
      </w:r>
    </w:p>
    <w:p>
      <w:pPr>
        <w:jc w:val="right"/>
      </w:pPr>
      <w:r>
        <w:t>تو می رجلائفکو سکسیسفلبنانےکےلیے سبسے جو ایفیکٹیوجو فارم ولاہے،وہ یہیہے کہ عورتجوہے جب اپنے جذبات میںآکرکچھکہہدےتو مرد اسکو اسکو مائنڈنہکرے،</w:t>
      </w:r>
    </w:p>
    <w:p>
      <w:r>
        <w:rPr>
          <w:b/>
        </w:rPr>
        <w:t xml:space="preserve">[44:07] </w:t>
      </w:r>
      <w:r>
        <w:t>mind na kare, I mean, mind, mind na kare.</w:t>
      </w:r>
    </w:p>
    <w:p>
      <w:pPr>
        <w:jc w:val="right"/>
      </w:pPr>
      <w:r>
        <w:t>مائنڈنہکرے، ایمآئیاینڈی مائنڈ،مائنڈنہکرے۔</w:t>
      </w:r>
    </w:p>
    <w:p>
      <w:r>
        <w:rPr>
          <w:b/>
        </w:rPr>
        <w:t xml:space="preserve">[44:13] </w:t>
      </w:r>
      <w:r>
        <w:t>bas is ko simply ignore kar de, yani avoid kare, hat jaye, kuch aur baat sochne lage. bas baat khatam ho jaye gi.</w:t>
      </w:r>
    </w:p>
    <w:p>
      <w:pPr>
        <w:jc w:val="right"/>
      </w:pPr>
      <w:r>
        <w:t>بساسکو سمپلیاگنورکردے، یعنی اوائڈکرے، ہٹجائے، کچھاور باتسوچنےلگے۔ بسباتختمہوجائےگی۔</w:t>
      </w:r>
    </w:p>
    <w:p>
      <w:r>
        <w:rPr>
          <w:b/>
        </w:rPr>
        <w:t xml:space="preserve">[44:24] </w:t>
      </w:r>
      <w:r>
        <w:t>agar mard is formula ko pakad lein to har meri life jo hai bahut hi successful life ho jaye gi.</w:t>
      </w:r>
    </w:p>
    <w:p>
      <w:pPr>
        <w:jc w:val="right"/>
      </w:pPr>
      <w:r>
        <w:t>اگر مرد اس فارمولےکوپکڑلیں تو ہر میرجلائفجوہے بہتہی سکسیسفللائفہوجائےگی۔</w:t>
      </w:r>
    </w:p>
    <w:p>
      <w:r>
        <w:rPr>
          <w:b/>
        </w:rPr>
        <w:t xml:space="preserve">[44:34] </w:t>
      </w:r>
      <w:r>
        <w:t>mera jo tajurba hai, woh yeh hai ke zara si baat par aurat ko ghussa aa jata hai, kuch keh deti hai. ab mard mard bhi retaliate karta hai, reaction dikhata hai, bas wohi baat bol jati hai.</w:t>
      </w:r>
    </w:p>
    <w:p>
      <w:pPr>
        <w:jc w:val="right"/>
      </w:pPr>
      <w:r>
        <w:t>میراجوتجربہہے، وہ یہیہے کہ ذراسیبات پرعورتکوغصہآجاتاہے، کچھکہہدیتیہے۔ اب مرد مرد بھی ریٹیلیٹکرتاہے، ریایکشندکھاتاہے، بسوہیسیباتبول جاتیہے۔</w:t>
      </w:r>
    </w:p>
    <w:p>
      <w:r>
        <w:rPr>
          <w:b/>
        </w:rPr>
        <w:t xml:space="preserve">[44:50] </w:t>
      </w:r>
      <w:r>
        <w:t>to sawal yeh hai ke aurat ko khuda ne jab jazbat diye hain to kahan zahir kare gi? apne libas par to zahir kare gi. woh qareebi aadmi to uska husband hai.</w:t>
      </w:r>
    </w:p>
    <w:p>
      <w:pPr>
        <w:jc w:val="right"/>
      </w:pPr>
      <w:r>
        <w:t>تو سوالیہہےکہعورت کو خدانےجب جذباتدیےہیں تو کہاں ظاہرکرےگی؟اپنےلباسپرتوظاہرکرےگی۔وہ قریبیآدمیتواسکا ہسبینڈ ہے۔</w:t>
      </w:r>
    </w:p>
    <w:p>
      <w:r>
        <w:rPr>
          <w:b/>
        </w:rPr>
        <w:t xml:space="preserve">[45:01] </w:t>
      </w:r>
      <w:r>
        <w:t>to main samajhta hoon ke husband ko is maamle mein bahut zyada sochna chahiye. isi tarah se is ayat mein aitkaf ka bhi zikr hai, wa'tkafo fil masajid.</w:t>
      </w:r>
    </w:p>
    <w:p>
      <w:pPr>
        <w:jc w:val="right"/>
      </w:pPr>
      <w:r>
        <w:t>تومیںسمجھتاہوںکہہسبینڈکواسمعاملےمیں بہت زیادہ سوچناچاہیے۔ اسیطرحسے اسآیتمیں اعتکافکابھیذکرہے، وانتمعاقفونفیالمساجد۔</w:t>
      </w:r>
    </w:p>
    <w:p>
      <w:r>
        <w:rPr>
          <w:b/>
        </w:rPr>
        <w:t xml:space="preserve">[45:14] </w:t>
      </w:r>
      <w:r>
        <w:t>aitkaf ka bhi zikr is ayat mein aaya hai. aitkaf ke maani hota hai seclusion mein jana, alag thalag ho jana. isi ke liye hadith mein zuhd ka lafz aaya hai.</w:t>
      </w:r>
    </w:p>
    <w:p>
      <w:pPr>
        <w:jc w:val="right"/>
      </w:pPr>
      <w:r>
        <w:t>اعتکافکابھیذکر اسآیتمیںآیاہے۔ اعت کافکےمعنی ہوتاہے سیکلوژنمیںجانا، الگتھلگہوجانا۔ اسیکےلیے حدیثمیں زہدکالفظآیاہے۔</w:t>
      </w:r>
    </w:p>
    <w:p>
      <w:r>
        <w:rPr>
          <w:b/>
        </w:rPr>
        <w:t xml:space="preserve">[45:28] </w:t>
      </w:r>
      <w:r>
        <w:t>to yani yun to aap ko poori zindagi hi aap ko batana hai aitkaf mein ke is sense mein apne aap ko distractions se bachate hue aap mu'takif ho jayen.</w:t>
      </w:r>
    </w:p>
    <w:p>
      <w:pPr>
        <w:jc w:val="right"/>
      </w:pPr>
      <w:r>
        <w:t>تو یعنی یوںتو آپ کو پوری زندگی ہی آپ کو بت اناہےاعتکافمیںکہ اسسینسمیں کہاپنےآپکو ڈسٹریکشنسےبچاتےہوئے آپ معتکفہوجائیں۔</w:t>
      </w:r>
    </w:p>
    <w:p>
      <w:r>
        <w:rPr>
          <w:b/>
        </w:rPr>
        <w:t xml:space="preserve">[45:44] </w:t>
      </w:r>
      <w:r>
        <w:t>sahi baat yeh hai ke aitkaf ka matlab hai apne ko distractions se detach kar lena, distractions se door kar lena. to masjid mein jo baithte hain, aap distractions se apne ko bachane ke liye.</w:t>
      </w:r>
    </w:p>
    <w:p>
      <w:pPr>
        <w:jc w:val="right"/>
      </w:pPr>
      <w:r>
        <w:t>ساقیتیہہےکہاعت کافکامطلبہے اپنےکو ڈسٹریکشنسے ڈیٹیچکرلینا، ڈسٹریکشنسےدورکرلینا۔ تو مسجدمیںجوبیٹھتےہیں،آپ ڈسٹریکشنسےاپنےکوبچانےکےلیے۔</w:t>
      </w:r>
    </w:p>
    <w:p>
      <w:r>
        <w:rPr>
          <w:b/>
        </w:rPr>
        <w:t xml:space="preserve">[45:57] </w:t>
      </w:r>
      <w:r>
        <w:t>to yeh aitkaf bahut hi zaroori hai. is se concentration aata hai aap ke andar, aap ka time bachta hai, aap ki soch zyada</w:t>
      </w:r>
    </w:p>
    <w:p>
      <w:pPr>
        <w:jc w:val="right"/>
      </w:pPr>
      <w:r>
        <w:t>تو یہ اعت کاف بہتہیضروری ہے۔ اسسے کنسنٹریشنآتاہےآپ کےاندر ، آپ کاٹائمبچتاہے، آپ کی سوچزیادہ</w:t>
      </w:r>
    </w:p>
    <w:p>
      <w:r>
        <w:rPr>
          <w:b/>
        </w:rPr>
        <w:t xml:space="preserve">[46:11] </w:t>
      </w:r>
      <w:r>
        <w:t>sahi direction mein chalne lagti hai. to yeh aitkaf bhi bahut zaroori hai. is ki routine shakal yeh hai ke masjidon mein log aakhir 10 din ke liye aitkaf karte hain, woh bhi theek hai, lekin aitkaf to har haal mein karna hi karna hai,</w:t>
      </w:r>
    </w:p>
    <w:p>
      <w:pPr>
        <w:jc w:val="right"/>
      </w:pPr>
      <w:r>
        <w:t>صحیحڈائریکشنمیںچلنےلگتیہے۔ تو یہ اعت کافبھیبہتضروریہے۔ اسکیرسمیشکلیہہےکہ مسجدوںمیںلوگ آخریدسدنکےلیےاعتکافکرتے ہیں، وہ بھیٹھیکہے، لیکن اعتکافتوہرحالمیںکرناہیکرناہے،</w:t>
      </w:r>
    </w:p>
    <w:p>
      <w:r>
        <w:rPr>
          <w:b/>
        </w:rPr>
        <w:t xml:space="preserve">[46:25] </w:t>
      </w:r>
      <w:r>
        <w:t>rozay ke andar bhi, rozay ke bahar bhi. yani apne ko distractions se bachana, apne ko zyada se zyada dedicate karna, apne aap ko concentrate karna kisi cheez par.</w:t>
      </w:r>
    </w:p>
    <w:p>
      <w:pPr>
        <w:jc w:val="right"/>
      </w:pPr>
      <w:r>
        <w:t>روز ےکےاندربھی،روزےکےباہربھی ۔یعنی اپنے کو ڈسٹریکشنسےبچانا، اپنے کوزیادہ سےزیادہ ڈیڈیکیٹکرنا، اپنےآپکو ک نسنٹریٹکرنا کسیچیزپر ۔</w:t>
      </w:r>
    </w:p>
    <w:p>
      <w:r>
        <w:rPr>
          <w:b/>
        </w:rPr>
        <w:t xml:space="preserve">[46:36] </w:t>
      </w:r>
      <w:r>
        <w:t>dekhein, concentration jo hai woh bahut zaroori hai. jitne bhi scientist hain, un ke bare mein kaha jata hai ke un ke andar concentration ka maada tha, yani kisi ek cheez par aitkaf kar ke sochna.</w:t>
      </w:r>
    </w:p>
    <w:p>
      <w:pPr>
        <w:jc w:val="right"/>
      </w:pPr>
      <w:r>
        <w:t>دیکھیں،کنسنٹریشنجوہے وہبہتضروریہے۔ جتنےبھیسائنٹسٹہیں،انکےبارےمیںکہاجاتاہے کہانکےاندر کنسنٹریشنکامادہ تھا، یعنیکسی ایکچیزپر اعت کافکرکےسوچنا۔</w:t>
      </w:r>
    </w:p>
    <w:p>
      <w:r>
        <w:rPr>
          <w:b/>
        </w:rPr>
        <w:t xml:space="preserve">[46:51] </w:t>
      </w:r>
      <w:r>
        <w:t>to is ko zuhd kaha gaya hai.</w:t>
      </w:r>
    </w:p>
    <w:p>
      <w:pPr>
        <w:jc w:val="right"/>
      </w:pPr>
      <w:r>
        <w:t>تو اسکو زہدکہاگیاہے۔</w:t>
      </w:r>
    </w:p>
    <w:p>
      <w:r>
        <w:rPr>
          <w:b/>
        </w:rPr>
        <w:t xml:space="preserve">[46:55] </w:t>
      </w:r>
      <w:r>
        <w:t>to aadmi ko ramzan mein jaanna chahiye ke aitkaf ki spirit ke sath roza rakhna hai.</w:t>
      </w:r>
    </w:p>
    <w:p>
      <w:pPr>
        <w:jc w:val="right"/>
      </w:pPr>
      <w:r>
        <w:t>تو آدمیکو رمضانمیں جان ناچاہیےکہ اعتکافکیسپرٹکےساتھ روزہرکھناہے۔</w:t>
      </w:r>
    </w:p>
    <w:p>
      <w:r>
        <w:rPr>
          <w:b/>
        </w:rPr>
        <w:t xml:space="preserve">[47:04] </w:t>
      </w:r>
      <w:r>
        <w:t>agar aitkaf ki spirit na ho to roza roza kuch bhi nahin rahe ga.</w:t>
      </w:r>
    </w:p>
    <w:p>
      <w:pPr>
        <w:jc w:val="right"/>
      </w:pPr>
      <w:r>
        <w:t>اگر اعتکاف کیسپرٹنہہو تو روزہ روز ہکچھبھینہیںرہےگا۔</w:t>
      </w:r>
    </w:p>
    <w:p>
      <w:r>
        <w:rPr>
          <w:b/>
        </w:rPr>
        <w:t xml:space="preserve">[47:12] </w:t>
      </w:r>
      <w:r>
        <w:t>to yahan par ek ayat yeh bhi aayi hai, tilka hudood Allah fala ta'taduha,</w:t>
      </w:r>
    </w:p>
    <w:p>
      <w:pPr>
        <w:jc w:val="right"/>
      </w:pPr>
      <w:r>
        <w:t>تو یہاںپر ایک آیت یہبھیآئیہے،ایک تلکحدود اللہ افلا تعتد وہ،</w:t>
      </w:r>
    </w:p>
    <w:p>
      <w:r>
        <w:rPr>
          <w:b/>
        </w:rPr>
        <w:t xml:space="preserve">[47:20] </w:t>
      </w:r>
      <w:r>
        <w:t>yani hudood ko hudood ko hudood ka matlab line ko paar na karo.</w:t>
      </w:r>
    </w:p>
    <w:p>
      <w:pPr>
        <w:jc w:val="right"/>
      </w:pPr>
      <w:r>
        <w:t>یعنیحد ود کو حدود کو حدودکامطلب لائنکو پار نہکرو۔</w:t>
      </w:r>
    </w:p>
    <w:p>
      <w:r>
        <w:rPr>
          <w:b/>
        </w:rPr>
        <w:t xml:space="preserve">[47:30] </w:t>
      </w:r>
      <w:r>
        <w:t>hudood ka matlab hai line ko paar na karo. line ko paar kiye baghair zindagi guzarna ahem hai. iski misaal hadees mein yeh di gayi hai ke ek ghoda hai, ghoda khoonte se bandha hua hai aur iski rassi farz kiye ke paanch meter, das meter ki hai.</w:t>
      </w:r>
    </w:p>
    <w:p>
      <w:pPr>
        <w:jc w:val="right"/>
      </w:pPr>
      <w:r>
        <w:t>حدودکامطلبہےلائنکوپار نہکرو۔ لائنکوپار کیےبغیر زندگی گزارنااہمہے۔ اسکیمثال حدیثمیںیہدیگئیہےکہایکگھوڑاہے، گھوڑاکھونٹےسےبندھاہواہے اوراسکیرسیفرضکیےکہ پانچمیٹر،دسمیٹرکیہے۔</w:t>
      </w:r>
    </w:p>
    <w:p>
      <w:r>
        <w:rPr>
          <w:b/>
        </w:rPr>
        <w:t xml:space="preserve">[47:45] </w:t>
      </w:r>
      <w:r>
        <w:t>jitni rassi hai, utni hi door tak jayega, phir laut aayega. is se bahar nahi ja sakta woh. toh momin ya believer ke kaam mamla bhi aise hi hai ke iske ke woh imaan ki rassi mein bandha hua hai, khuda ke khauf ki rassi mein bandha hua hai,</w:t>
      </w:r>
    </w:p>
    <w:p>
      <w:pPr>
        <w:jc w:val="right"/>
      </w:pPr>
      <w:r>
        <w:t>جتنیرسیہے،اتنیہیدورتکوہجائےگا، پھرلوٹآئےگا۔ اسسےباہرنہیںجاسکتاوہ۔ تو مومنیا بیلیور کے کامعاملہبھیایسےہیہےکہاسکے کہوہ ایمانکیرسیمیںبندھاہواہے، خداکےخوفکیرسیمیںبندھاہواہے،</w:t>
      </w:r>
    </w:p>
    <w:p>
      <w:r>
        <w:rPr>
          <w:b/>
        </w:rPr>
        <w:t xml:space="preserve">[48:01] </w:t>
      </w:r>
      <w:r>
        <w:t>accountability ki rassi mein bandha hua hai.</w:t>
      </w:r>
    </w:p>
    <w:p>
      <w:pPr>
        <w:jc w:val="right"/>
      </w:pPr>
      <w:r>
        <w:t>اکاؤنٹیبلٹیکیرسیمیںبندھاہواہے۔</w:t>
      </w:r>
    </w:p>
    <w:p>
      <w:r>
        <w:rPr>
          <w:b/>
        </w:rPr>
        <w:t xml:space="preserve">[48:04] </w:t>
      </w:r>
      <w:r>
        <w:t>toh yeh sochkar jab aap rahen ke main khuda ke saamne accountable hoon, mujhse pooch gachh hogi, toh goya ke aapne aapko voluntarily ghode ki tarah se rassi mein baandh liya.</w:t>
      </w:r>
    </w:p>
    <w:p>
      <w:pPr>
        <w:jc w:val="right"/>
      </w:pPr>
      <w:r>
        <w:t>تو یہ سوچکرجبآپرہیں کہ میں خداکےسامنےاکاؤنٹیبلہوں،مجھسےپوچھگچھہوگی، تو گویاکہآپنےاپنےآپکو وال نٹیریلی گھوڑےکیطرحسےرسیمیںباندھلیا۔</w:t>
      </w:r>
    </w:p>
    <w:p>
      <w:r>
        <w:rPr>
          <w:b/>
        </w:rPr>
        <w:t xml:space="preserve">[48:16] </w:t>
      </w:r>
      <w:r>
        <w:t>toh yeh hai hudood Allah ki pairvi karna. yeh bhi sikhaya, iski tarbiyat di jaati hai Ramzan ke zamane mein.</w:t>
      </w:r>
    </w:p>
    <w:p>
      <w:pPr>
        <w:jc w:val="right"/>
      </w:pPr>
      <w:r>
        <w:t>تویہہے حدود اللہ کیپیروی کرنا۔ یہبھی سکھایا، اسکی تربیتدیجاتیہےرمضانکےزمان ےمیں ۔</w:t>
      </w:r>
    </w:p>
    <w:p>
      <w:r>
        <w:rPr>
          <w:b/>
        </w:rPr>
        <w:t xml:space="preserve">[48:26] </w:t>
      </w:r>
      <w:r>
        <w:t>aise hi dekhiye, ek baat main yeh kehna chahunga ke</w:t>
      </w:r>
    </w:p>
    <w:p>
      <w:pPr>
        <w:jc w:val="right"/>
      </w:pPr>
      <w:r>
        <w:t>ایسےہیدیکھیے، ایکبات میںیہ کہناچاہوںگا کہ</w:t>
      </w:r>
    </w:p>
    <w:p>
      <w:r>
        <w:rPr>
          <w:b/>
        </w:rPr>
        <w:t xml:space="preserve">[48:35] </w:t>
      </w:r>
      <w:r>
        <w:t>jo isi zill mein aati hai ya taqweer ke zill mein ke Quran mein do aayatein hain, yeh badi hi soch wali aayatein hain ke khandan ke andar hum kaise rahen, apne aulad ke beech mein kaise rahen, apne bachhon ki darmiyan hum kaise rahen.</w:t>
      </w:r>
    </w:p>
    <w:p>
      <w:pPr>
        <w:jc w:val="right"/>
      </w:pPr>
      <w:r>
        <w:t>جو اسیذیلمیںآتیہے یا تقویرکےذیلمیں کہ قرآنمیں دوآیتیںہیں، یہبڑیہی سوچوالیآیتیںہیں کہ خان دان کےاندرہمکیسےرہیں، اپنے اولاد کےبیچمیں کیسےرہیں، اپنےبچوںکیدرمیانہمکیسےرہیں۔</w:t>
      </w:r>
    </w:p>
    <w:p>
      <w:r>
        <w:rPr>
          <w:b/>
        </w:rPr>
        <w:t xml:space="preserve">[48:56] </w:t>
      </w:r>
      <w:r>
        <w:t>"wa kaana fi aalihi masroorah". woh log jin ko aakhirat mein, yaani jahannum ka raasta dikhaya jayega, toh unke bare mein kaha jayega ke "wa kaana fi aalihi masroorah" ke tum apne bachhon ke, apne khandan mein, apni family mein khoob khoob khush rehte the.</w:t>
      </w:r>
    </w:p>
    <w:p>
      <w:pPr>
        <w:jc w:val="right"/>
      </w:pPr>
      <w:r>
        <w:t>تو دوآیتیںہیں۔ ایک آیتہے" وک ان فی الہ مسرورہ"۔وہلوگ جنکو آخرتمیں ،یعنی جہنمکا راستہدکھایاجائےگا، توانکےبارےمیں کہاجائےگاکہ"وکان فیالہمسرورہ" کہتم اپنے بچوںکے،اپنے خاندانمیں،اپنیفیملیمیںخوب خوب خوشرہتےتھے۔</w:t>
      </w:r>
    </w:p>
    <w:p>
      <w:r>
        <w:rPr>
          <w:b/>
        </w:rPr>
        <w:t xml:space="preserve">[49:20] </w:t>
      </w:r>
      <w:r>
        <w:t>inka yeh, yaani pehchan batayi gayi ke duniya mein tumhari zindagi jo thi, kaisi zindagi thi?</w:t>
      </w:r>
    </w:p>
    <w:p>
      <w:pPr>
        <w:jc w:val="right"/>
      </w:pPr>
      <w:r>
        <w:t>انکا یہ، یعنی پہچان بتائیگئیکہدنیا میںتمہاریزندگی جوتھی،کیسیزندگی تھی؟</w:t>
      </w:r>
    </w:p>
    <w:p>
      <w:r>
        <w:rPr>
          <w:b/>
        </w:rPr>
        <w:t xml:space="preserve">[49:25] </w:t>
      </w:r>
      <w:r>
        <w:t>ghafalat ki zindagi thi,</w:t>
      </w:r>
    </w:p>
    <w:p>
      <w:pPr>
        <w:jc w:val="right"/>
      </w:pPr>
      <w:r>
        <w:t>غفلتکیزندگی تھی،</w:t>
      </w:r>
    </w:p>
    <w:p>
      <w:r>
        <w:rPr>
          <w:b/>
        </w:rPr>
        <w:t xml:space="preserve">[49:29] </w:t>
      </w:r>
      <w:r>
        <w:t>ghafalat ki zindagi thi. toh jo log, jin logon ki khushiyon ka markaz unki family ho, unke bachhe hon, unke bare mein yeh aayat hai ke jis ki khushiyon ka markaz uski family hai, uske bachhe hain, toh goya ke uske liye bahut sakht khatra hai ke usko wahan jahannum ka certificate na diya jaye.</w:t>
      </w:r>
    </w:p>
    <w:p>
      <w:pPr>
        <w:jc w:val="right"/>
      </w:pPr>
      <w:r>
        <w:t>غفلتکیزندگی تھی۔ توجولوگ ،جنلوگوںکیخوشیوںکامرک ز انکیفیملیہو ، انکےبچےہوں، انکےبارےمیںیہآیتہے کہ جس کیخوشیوںکامرکز اسکیفیملیہے،اسکےبچےہیں، تو گویاکہاسکےلیےبہت سختخطرہہے کہاسکو وہاں جہنمکا سرٹیفکیٹنہدیاجائے۔</w:t>
      </w:r>
    </w:p>
    <w:p>
      <w:r>
        <w:rPr>
          <w:b/>
        </w:rPr>
        <w:t xml:space="preserve">[49:49] </w:t>
      </w:r>
      <w:r>
        <w:t>"wa kaana fi aalihi masroorah". woh rehta tha bahut khush apni family ke andar.</w:t>
      </w:r>
    </w:p>
    <w:p>
      <w:pPr>
        <w:jc w:val="right"/>
      </w:pPr>
      <w:r>
        <w:t>"وک ان فیالہ مسرورہ"۔ وہرہتاتھابہت خوشاپنیفیملیکےاندر۔</w:t>
      </w:r>
    </w:p>
    <w:p>
      <w:r>
        <w:rPr>
          <w:b/>
        </w:rPr>
        <w:t xml:space="preserve">[49:54] </w:t>
      </w:r>
      <w:r>
        <w:t>yahan logon ke liye bataya gaya hai jin ko jahannum ka certificate diya jayega. doosri aayat jo hai "inna kunna fi aalihi mashrkeen". hum apne ghar mein, apne bachhon par, apni family mein darte rehte the,</w:t>
      </w:r>
    </w:p>
    <w:p>
      <w:pPr>
        <w:jc w:val="right"/>
      </w:pPr>
      <w:r>
        <w:t>یہانلوگوںکےلیےبتایاگیاہےجنکوجہنمکاسرٹیفکیٹدیاجائےگا۔ دوس ریآیتجوہے " انا ک نا فی اناکنافی ال نامشرکین" ۔ہم اپنے گھرمیں،اپنےبچوںپر،اپنیفیملیمیں ڈرتےرہتےتھے،</w:t>
      </w:r>
    </w:p>
    <w:p>
      <w:r>
        <w:rPr>
          <w:b/>
        </w:rPr>
        <w:t xml:space="preserve">[50:12] </w:t>
      </w:r>
      <w:r>
        <w:t>yaani Allah se dar kar duniya mein zindagi guzarte the. yeh hain woh log jin ko jannat ka certificate diya jayega.</w:t>
      </w:r>
    </w:p>
    <w:p>
      <w:pPr>
        <w:jc w:val="right"/>
      </w:pPr>
      <w:r>
        <w:t>یعنیاللہ سے ڈرکردنیا میںزندگیگزارتےتھے۔ یہہیں وہلوگ جنکو جنتکاسرٹیفکیٹدیاجائےگا۔</w:t>
      </w:r>
    </w:p>
    <w:p>
      <w:r>
        <w:rPr>
          <w:b/>
        </w:rPr>
        <w:t xml:space="preserve">[50:21] </w:t>
      </w:r>
      <w:r>
        <w:t>yeh bahut hi zabardast aayat hai sochne ki ke ahl jannat kaun hain aur ahl jahannum kaun hain. unki ek pehchan batayi gayi, pehchan ke ahl jahannum woh log hain jo jin ki khushiyon ka markaz unki family hai, jin ki khushiyon ka markaz unki aulad hai, jin ki khushiyon ka markaz unke baal bachhe hain.</w:t>
      </w:r>
    </w:p>
    <w:p>
      <w:pPr>
        <w:jc w:val="right"/>
      </w:pPr>
      <w:r>
        <w:t>یہبہت ہی زبردستآیتہےسوچنےکی کہ اہلجنتکونہیںاوراہلجہنمکونہیں۔ انکیایکپہچانبتائیگئی،پہچان کہاہلجہنموہلوگہیں جو جنکیخوشیوںکامرکزانکیفیملیہے، جنکیخوشیوںکامرکزانکی اولادہے، جنکیخوشیوںکامرکزانکے بالبچےہیں۔</w:t>
      </w:r>
    </w:p>
    <w:p>
      <w:r>
        <w:rPr>
          <w:b/>
        </w:rPr>
        <w:t xml:space="preserve">[50:43] </w:t>
      </w:r>
      <w:r>
        <w:t>toh woh kya bata rahe hain ke main aakhirat mein mera koi hissa na ho. aur jin ki khushiyon ka markaz jo hai Khuda hai, farishte hain, jannat hai, toh unke bare mein farmaya ke "inna kunna fi aalihi mashrkeen".</w:t>
      </w:r>
    </w:p>
    <w:p>
      <w:pPr>
        <w:jc w:val="right"/>
      </w:pPr>
      <w:r>
        <w:t>تو وہ گیا بتارہےہیںکہمیں آخرتمیں میراکوئیحصہنہیں۔ اور جن کیخوشیوںکامرک زجوہے خداہے، فرشتےہیں، جنتہے، تو انکےبارےمیںفرمایاکہ " انا ک نافیاہلنامشرکین"۔</w:t>
      </w:r>
    </w:p>
    <w:p>
      <w:r>
        <w:rPr>
          <w:b/>
        </w:rPr>
        <w:t xml:space="preserve">[50:59] </w:t>
      </w:r>
      <w:r>
        <w:t>hum apne ahlo ayal mein, apne bachhon mein is tarah rehte the ke hum Khuda ka darr lagta rehta tha hum ko.</w:t>
      </w:r>
    </w:p>
    <w:p>
      <w:pPr>
        <w:jc w:val="right"/>
      </w:pPr>
      <w:r>
        <w:t>ہم اپنے اہلوعیالمیں ،اپنےبچوںمیں اسطرحرہتےتھےکہہم خداکاڈرلگارہتاتھاہمکو۔</w:t>
      </w:r>
    </w:p>
    <w:p>
      <w:r>
        <w:rPr>
          <w:b/>
        </w:rPr>
        <w:t xml:space="preserve">[51:08] </w:t>
      </w:r>
      <w:r>
        <w:t>yaani aakhirat ka zikr, yeh dono baatein aakhirat ke bare mein hain ke wahan kya pesh aayega. toh jo ahl jannat hain, woh kahenge ke "inna kunna fi aalihi mashrkeen".</w:t>
      </w:r>
    </w:p>
    <w:p>
      <w:pPr>
        <w:jc w:val="right"/>
      </w:pPr>
      <w:r>
        <w:t>یعنیآخرتکا ذکر ،یہدونوںباتیںآخرتکےبارےمیںہیں کہوہاں کیا پیش آئےگا۔توجو اہلجنتہیں، وہ کہیںگے کہ"انا کنا فیاہلنامشرکین"۔</w:t>
      </w:r>
    </w:p>
    <w:p>
      <w:r>
        <w:rPr>
          <w:b/>
        </w:rPr>
        <w:t xml:space="preserve">[51:20] </w:t>
      </w:r>
      <w:r>
        <w:t>hum duniya mein is tarah rehte the,</w:t>
      </w:r>
    </w:p>
    <w:p>
      <w:pPr>
        <w:jc w:val="right"/>
      </w:pPr>
      <w:r>
        <w:t>ہم دنیا میںاسطرحرہتےتھے،</w:t>
      </w:r>
    </w:p>
    <w:p>
      <w:r>
        <w:rPr>
          <w:b/>
        </w:rPr>
        <w:t xml:space="preserve">[51:25] </w:t>
      </w:r>
      <w:r>
        <w:t>apne bachhon mein, apne khandan mein, apni family mein ke humein Khuda ka darr lagta rehta tha,</w:t>
      </w:r>
    </w:p>
    <w:p>
      <w:pPr>
        <w:jc w:val="right"/>
      </w:pPr>
      <w:r>
        <w:t>اپنےبچوںمیں ،اپنے خاندانمیں ،اپنی فیملیمیں کہہمیںخداکاڈرلگارہتاتھا،</w:t>
      </w:r>
    </w:p>
    <w:p>
      <w:r>
        <w:rPr>
          <w:b/>
        </w:rPr>
        <w:t xml:space="preserve">[51:33] </w:t>
      </w:r>
      <w:r>
        <w:t>Khuda ka darr laga rehta tha. yaani hum maghroor nahi ho paate the kyunke hum ko darr lagta rehta tha ke Khuda ke saamne hisab dena hai, Khuda ke saamne pakad honi hai.</w:t>
      </w:r>
    </w:p>
    <w:p>
      <w:pPr>
        <w:jc w:val="right"/>
      </w:pPr>
      <w:r>
        <w:t>خداکاڈرلگا رہتاتھا۔ یعنیہم مگرنہیںہوپاتےتھے کیونکہہمکوڈرلگارہتاتھاکہخداکےسامنےحسابدیناہے، خداکےسامنےپکڑہونیہے۔</w:t>
      </w:r>
    </w:p>
    <w:p>
      <w:r>
        <w:rPr>
          <w:b/>
        </w:rPr>
        <w:t xml:space="preserve">[51:46] </w:t>
      </w:r>
      <w:r>
        <w:t>toh yeh bahut ajeeb aayat hai jo hum ko yaad dilati hai ke hum duniya mein kis tarah rahen, duniya mein kis tarah rahen.</w:t>
      </w:r>
    </w:p>
    <w:p>
      <w:pPr>
        <w:jc w:val="right"/>
      </w:pPr>
      <w:r>
        <w:t>تویہ بہت عجیبآیتہے جوہمکو یاددلاتیہےکہہم دنیا میں کسطرح رہیں، دنیا میںکسطرح رہیں۔</w:t>
      </w:r>
    </w:p>
    <w:p>
      <w:r>
        <w:rPr>
          <w:b/>
        </w:rPr>
        <w:t xml:space="preserve">[51:56] </w:t>
      </w:r>
      <w:r>
        <w:t>yaani hamara concern jo hai, supreme concern Khuda ho, supreme concern aakhirat mein kin jaat ho, supreme concern Khuda ke accountability se bachna ho, yeh ho.</w:t>
      </w:r>
    </w:p>
    <w:p>
      <w:pPr>
        <w:jc w:val="right"/>
      </w:pPr>
      <w:r>
        <w:t>یعنیہمارا کنسرنجوہے، سپریمکنسرنگاڈہو،سپریمکنسرن آخرتمیں کینجاتہو ، سپریمکنسرن خدا کے اکاؤنٹیبل ٹیسےبچناہو ،یہہو ۔</w:t>
      </w:r>
    </w:p>
    <w:p>
      <w:r>
        <w:rPr>
          <w:b/>
        </w:rPr>
        <w:t xml:space="preserve">[52:08] </w:t>
      </w:r>
      <w:r>
        <w:t>ab ghhor kijiye ke jiska supreme concern yeh ho, woh maghroor kaise rahega?</w:t>
      </w:r>
    </w:p>
    <w:p>
      <w:pPr>
        <w:jc w:val="right"/>
      </w:pPr>
      <w:r>
        <w:t>ابغورکیجئےکہ جسکاسپریمکنسرنیہہو ، وہ مگرکیسےرہےگا؟</w:t>
      </w:r>
    </w:p>
    <w:p>
      <w:r>
        <w:rPr>
          <w:b/>
        </w:rPr>
        <w:t xml:space="preserve">[52:14] </w:t>
      </w:r>
      <w:r>
        <w:t>woh ho hak kaise karega? woh right here, right now ka philosophy kaise ikhtiyar karega? woh</w:t>
      </w:r>
    </w:p>
    <w:p>
      <w:pPr>
        <w:jc w:val="right"/>
      </w:pPr>
      <w:r>
        <w:t>وہ ہوہاکیسےکرےگا؟ وہرائٹہیر ،رائٹناوکا فلس فہکیسےاختیارکرےگا؟وہ</w:t>
      </w:r>
    </w:p>
    <w:p>
      <w:r>
        <w:rPr>
          <w:b/>
        </w:rPr>
        <w:t xml:space="preserve">[52:25] </w:t>
      </w:r>
      <w:r>
        <w:t>to ramzan mein iski behtar tarbiyat di jati hai. yeh tarbiyat kab hogi? jab aap quran ko study ke taur par parhein, na keh tilawat ke taur par.</w:t>
      </w:r>
    </w:p>
    <w:p>
      <w:pPr>
        <w:jc w:val="right"/>
      </w:pPr>
      <w:r>
        <w:t>تو رمضانمیں اسکیبھیتربیتدیجاتیہے۔ یہتربیتکبہوگی؟جبآپقرآنکو اسٹڈیکےطورپرپڑھیں، نہکہتلاوتکےطور پر۔</w:t>
      </w:r>
    </w:p>
    <w:p>
      <w:r>
        <w:rPr>
          <w:b/>
        </w:rPr>
        <w:t xml:space="preserve">[52:36] </w:t>
      </w:r>
      <w:r>
        <w:t>kyunki yeh saari baatein quran mein maujood hain, yeh saari baatein quran mein maujood</w:t>
      </w:r>
    </w:p>
    <w:p>
      <w:pPr>
        <w:jc w:val="right"/>
      </w:pPr>
      <w:r>
        <w:t>کیونکہیہسبباتیںقرآنمیں موجود ہیں، یہسبباتیںقرآنمیںموجود</w:t>
      </w:r>
    </w:p>
    <w:p>
      <w:r>
        <w:rPr>
          <w:b/>
        </w:rPr>
        <w:t xml:space="preserve">[52:42] </w:t>
      </w:r>
      <w:r>
        <w:t>hain. yeh main yeh kahunga ke ramzan jo hai, woh shehr-e-quran hai. ramzan jo hai, woh shehr-e-quran hai. yaani apne andar spirituality paida karke, apne andar marifat ko jagakar ke,</w:t>
      </w:r>
    </w:p>
    <w:p>
      <w:pPr>
        <w:jc w:val="right"/>
      </w:pPr>
      <w:r>
        <w:t>ہیں۔ یہمیںیہکہوںگاکہرمضانجوہے،وہ شہر القرآنہے۔ رمضانجوہے،وہ شہر القرآنہے۔ یعنی اپنےاندر اسپریچولٹی پیدا کرکے، اپنے اندر معرفتکوجگاکرکے،</w:t>
      </w:r>
    </w:p>
    <w:p>
      <w:r>
        <w:rPr>
          <w:b/>
        </w:rPr>
        <w:t xml:space="preserve">[52:58] </w:t>
      </w:r>
      <w:r>
        <w:t>apne andar ehsas ko zinda karke quran ko padhna, quran ki study karna. to</w:t>
      </w:r>
    </w:p>
    <w:p>
      <w:pPr>
        <w:jc w:val="right"/>
      </w:pPr>
      <w:r>
        <w:t>اپنےاندر احساسکو زندہکرکے قرآنکو پڑھنا،قرآنکیاسٹڈیکرنا۔ تو</w:t>
      </w:r>
    </w:p>
    <w:p>
      <w:r>
        <w:rPr>
          <w:b/>
        </w:rPr>
        <w:t xml:space="preserve">[53:06] </w:t>
      </w:r>
      <w:r>
        <w:t>kya hoga? jab quran aap padhenge to ismein woh saari baatein bata di gayi hain jo insaan ki, jo insaan ki bhalai ke liye hain,</w:t>
      </w:r>
    </w:p>
    <w:p>
      <w:pPr>
        <w:jc w:val="right"/>
      </w:pPr>
      <w:r>
        <w:t>کیاہوگا؟ جب قرآنآپپڑھیںگے تو اسمیں وہ ساریباتیں بتادیگئیہیںجوانسان کی ،جو ان سان کی بھلائیکےلیے ہیں،</w:t>
      </w:r>
    </w:p>
    <w:p>
      <w:r>
        <w:rPr>
          <w:b/>
        </w:rPr>
        <w:t xml:space="preserve">[53:20] </w:t>
      </w:r>
      <w:r>
        <w:t>saari baatein bata di gayi hain. to woh jab aap pahunchenge wahan aur sochenge, wahan isko apne upar apply karenge to har cheez mein aapko sabak milta chala jayega, har cheez mein aapko sabak milta chala jayega.</w:t>
      </w:r>
    </w:p>
    <w:p>
      <w:pPr>
        <w:jc w:val="right"/>
      </w:pPr>
      <w:r>
        <w:t>ساریباتیں بتادیگئیہیں۔ تووہجبآپپہنچیںگےوہاںاورسوچیںگے، وہاں اسکواپنےاوپراپلائیکریںگے تو ہرچیزمیںآپکوسبقملتاچلاجائےگا، ہرچیزمیںآپکوسبقملتاچلاجائےگا۔</w:t>
      </w:r>
    </w:p>
    <w:p>
      <w:r>
        <w:rPr>
          <w:b/>
        </w:rPr>
        <w:t xml:space="preserve">[53:35] </w:t>
      </w:r>
      <w:r>
        <w:t>misal ke taur par, aap, aap, aap misal ke taur par, aap har aadmi hai, shikayatein liye rehta hai, kisi na kisi ki shikayat, ghar walon se shikayat, padosi se shikayat, hukumat se shikayat, police se shikayat,</w:t>
      </w:r>
    </w:p>
    <w:p>
      <w:pPr>
        <w:jc w:val="right"/>
      </w:pPr>
      <w:r>
        <w:t>مثالکےطورپر،آپ ،آپ ،آپ مثالکےطورپر،آپ ہرآدمیہے، شک ایتیںلیےرہتاہے، کسی کسینہکسی کیشک ایت، گھروالوںسےشکایت ،پڑوسیسےشکایت، حکومت سےشکایت ،پولیسسےشکایت،</w:t>
      </w:r>
    </w:p>
    <w:p>
      <w:r>
        <w:rPr>
          <w:b/>
        </w:rPr>
        <w:t xml:space="preserve">[53:50] </w:t>
      </w:r>
      <w:r>
        <w:t>aur yeh videsh se shikayat, america se shikayat. aap jaante hain, har aadmi kisi na kisi shikayat liye hui hai, shikayat se koi khalinaheen hai.</w:t>
      </w:r>
    </w:p>
    <w:p>
      <w:pPr>
        <w:jc w:val="right"/>
      </w:pPr>
      <w:r>
        <w:t>اور یہ ودیسےشکایت،امریکہسےشکایت۔ آپجانتےہیں،ہرآدمیکسینہکسیشکایتلیہوئیہے، شک ایت سے کوئیخالینہیں ہے۔</w:t>
      </w:r>
    </w:p>
    <w:p>
      <w:r>
        <w:rPr>
          <w:b/>
        </w:rPr>
        <w:t xml:space="preserve">[54:00] </w:t>
      </w:r>
      <w:r>
        <w:t>ab aapne quran ko khola ramzan ke mahine mein</w:t>
      </w:r>
    </w:p>
    <w:p>
      <w:pPr>
        <w:jc w:val="right"/>
      </w:pPr>
      <w:r>
        <w:t>ابآپنےقرآنکوکھولا رمضانکےمہینےمیں</w:t>
      </w:r>
    </w:p>
    <w:p>
      <w:r>
        <w:rPr>
          <w:b/>
        </w:rPr>
        <w:t xml:space="preserve">[54:04] </w:t>
      </w:r>
      <w:r>
        <w:t>aur pehli ayat aapke samne aayi: "alhamdulillah rabbil alameen". shukr hai khuda ka, jo rabbil alameen hai. to shukr to jab aap yeh kahenge ke khuda tera shukr hai, ab aapke andar ek soch aayegi ke main toh shikayaton mein jee raha hoon, shukr kaise karoon?</w:t>
      </w:r>
    </w:p>
    <w:p>
      <w:pPr>
        <w:jc w:val="right"/>
      </w:pPr>
      <w:r>
        <w:t>اور پہلیآیتآپکےسامنےآئی:"الحمدللہ رب العالم ین"۔ شکرہےخداکا، جو ربالعالم ینہے۔ توشکرتو جبآپیہکہیںکہ خدایاتیراشکرہے، ابآپ کےاندر ایک سوچ آئےگیکہ میںتوشکایتوںمیںجیرہاہوں،شکرکیسےکروں؟</w:t>
      </w:r>
    </w:p>
    <w:p>
      <w:r>
        <w:rPr>
          <w:b/>
        </w:rPr>
        <w:t xml:space="preserve">[54:23] </w:t>
      </w:r>
      <w:r>
        <w:t>main toh shikayaton mein jee raha hoon, shukr kaise karoon? to shikayat ki nafsiyat khulega shukr ke liye,</w:t>
      </w:r>
    </w:p>
    <w:p>
      <w:pPr>
        <w:jc w:val="right"/>
      </w:pPr>
      <w:r>
        <w:t>میںتوشکایتوںمیںجیرہاہوں،شکرکیسےکروں؟ تو شک ایت کینفسیات کلرہے شکرکےلیے،</w:t>
      </w:r>
    </w:p>
    <w:p>
      <w:r>
        <w:rPr>
          <w:b/>
        </w:rPr>
        <w:t xml:space="preserve">[54:34] </w:t>
      </w:r>
      <w:r>
        <w:t>yaani shikayat aur complaint ki jo psychology hai, woh khulega is baat ke liye ke aap khuda ka shukr ada kar saken. ab aap sochenge ke yeh kya mamla hai ke main toh shikayatein liye baitha hoon aur main shukr kaise karoon?</w:t>
      </w:r>
    </w:p>
    <w:p>
      <w:pPr>
        <w:jc w:val="right"/>
      </w:pPr>
      <w:r>
        <w:t>یعنیشک ایت اور کمپلینٹکیجو سائیکالوجیہے، وہ کلرہےاسباتکےلیے کہآپ خداکا شکراداکرسکیں۔ ابآپسوچیںگے کہیہکیامعاملہہے کہمیں توشکایتیںلیےبیٹھاہوں اورمیںشکرکیسےکروں ؟</w:t>
      </w:r>
    </w:p>
    <w:p>
      <w:r>
        <w:rPr>
          <w:b/>
        </w:rPr>
        <w:t xml:space="preserve">[54:50] </w:t>
      </w:r>
      <w:r>
        <w:t>wohi yahan keh raha hai ke shukr karo, "alhamdulillah rabbil alameen" kaho. to kya karoon? ab aap sochenge, sochenge, sochenge.</w:t>
      </w:r>
    </w:p>
    <w:p>
      <w:pPr>
        <w:jc w:val="right"/>
      </w:pPr>
      <w:r>
        <w:t>وہیہاںکہہرہاہےکہشکرکرو،"الحمدللہربالعالمین"کہو۔ توکیاکروں ؟ ابآپسوچیںگے،سوچیںگے،سوچیںگے۔</w:t>
      </w:r>
    </w:p>
    <w:p>
      <w:r>
        <w:rPr>
          <w:b/>
        </w:rPr>
        <w:t xml:space="preserve">[54:58] </w:t>
      </w:r>
      <w:r>
        <w:t>sochte sochte aap par khulega ke jis cheez ko maine shikayat banaya hai, chahe hindu ke khilaf, videsh ke khilaf, american ke khilaf, british ke khilaf, kisi ke khilaf bhi,</w:t>
      </w:r>
    </w:p>
    <w:p>
      <w:pPr>
        <w:jc w:val="right"/>
      </w:pPr>
      <w:r>
        <w:t>سوچتےسوچتےآپپرکھلےگا کہ جس چیز کو میںنےشکایتبنایاہے، چاہےہندو کےخلاف،یہ ودیکےخلاف ،امریک نکےخلاف ، برٹشکے خلاف، کسی کےخلاف بھی،</w:t>
      </w:r>
    </w:p>
    <w:p>
      <w:r>
        <w:rPr>
          <w:b/>
        </w:rPr>
        <w:t xml:space="preserve">[55:14] </w:t>
      </w:r>
      <w:r>
        <w:t>ghar ke andar, ghar ke bahar, ab isko aap jab pinpoint karenge, yeh hai woh woh cheez jiski main shikayat liye baitha hua hoon.</w:t>
      </w:r>
    </w:p>
    <w:p>
      <w:pPr>
        <w:jc w:val="right"/>
      </w:pPr>
      <w:r>
        <w:t>گھرکےاندر،گھرکےباہر، اباسکوآپ جب پنپوائنٹکریںگے،یہہے وہ وہچیزجسکیمیں شکایتلےکربیٹھاہواہوں۔</w:t>
      </w:r>
    </w:p>
    <w:p>
      <w:r>
        <w:rPr>
          <w:b/>
        </w:rPr>
        <w:t xml:space="preserve">[55:24] </w:t>
      </w:r>
      <w:r>
        <w:t>ab aap sochenge ke khuda ne jo mujhe de rakha hai, khuda ne mujhe zindagi di, khuda mujhe zameen di, khuda ne mujhe agency supply kar raha hai, khuda suraj ki light diya, khuda ne, khuda ne hawa diya, barish diya,</w:t>
      </w:r>
    </w:p>
    <w:p>
      <w:pPr>
        <w:jc w:val="right"/>
      </w:pPr>
      <w:r>
        <w:t>ابآپسوچیںگے کہخدانےجومجھےدےرکھاہے، خدانےمجھےزندگی دی ، خدامجھےزمین دی ، خدانےمجھےاکسیجنسپلائی کررہاہے،خدا سورجکیلائٹدیا،خدانے ،خدانےہوا دیا،بارشدیا،</w:t>
      </w:r>
    </w:p>
    <w:p>
      <w:r>
        <w:rPr>
          <w:b/>
        </w:rPr>
        <w:t xml:space="preserve">[55:39] </w:t>
      </w:r>
      <w:r>
        <w:t>ek yaani anginat cheezein. to aapko samajh mein kya aayega?</w:t>
      </w:r>
    </w:p>
    <w:p>
      <w:pPr>
        <w:jc w:val="right"/>
      </w:pPr>
      <w:r>
        <w:t>ایک یعنی انگنتچیزیں۔ توآپکیسمجھمیںکیاآئےگا؟</w:t>
      </w:r>
    </w:p>
    <w:p>
      <w:r>
        <w:rPr>
          <w:b/>
        </w:rPr>
        <w:t xml:space="preserve">[55:45] </w:t>
      </w:r>
      <w:r>
        <w:t>insaan se jo mujhe jo cheez nahin mili hai, woh toh 1% se bhi kam hai, aur khuda se jo mujhe mil rahi hai, jo cheez hai, woh toh 99% se bhi zyada hai. to na mili hui cheezein 1% se bhi kam hain,</w:t>
      </w:r>
    </w:p>
    <w:p>
      <w:pPr>
        <w:jc w:val="right"/>
      </w:pPr>
      <w:r>
        <w:t>انسان سے جو مجھے جو چیزنہیںملی ہے،وہتو ون پرسنٹسےبھیکمہے، اورخداسےجومجھےملرہیہے،جوچیزہے،وہتو9 9 پرسنٹسےبھیزیادہہے۔تو نہملی ہوئیچیزیں ون پرسنٹسےبھیکمہیں،</w:t>
      </w:r>
    </w:p>
    <w:p>
      <w:r>
        <w:rPr>
          <w:b/>
        </w:rPr>
        <w:t xml:space="preserve">[56:02] </w:t>
      </w:r>
      <w:r>
        <w:t>aur mili hui cheez 99% se bhi zyada hai. to kya hai? shikayat khatm ho jayegi, shikayat khatm ho jayegi.</w:t>
      </w:r>
    </w:p>
    <w:p>
      <w:pPr>
        <w:jc w:val="right"/>
      </w:pPr>
      <w:r>
        <w:t>اورملیہوئیچیز 9 9پرسنٹسےبھیزیادہ ہے۔ توکیاہے؟ شکایتختمہوجائےگی، شک ایتختمہوجائےگی۔</w:t>
      </w:r>
    </w:p>
    <w:p>
      <w:r>
        <w:rPr>
          <w:b/>
        </w:rPr>
        <w:t xml:space="preserve">[56:13] </w:t>
      </w:r>
      <w:r>
        <w:t>phir aapke andar shukr aayega, acknowledgement aayega, Allah ka eteraaf aayega. yeh hai study, yeh hai sochna, yeh hai ghaur karna. to yaad rakhiye, ramzan ka mahina jo hai,</w:t>
      </w:r>
    </w:p>
    <w:p>
      <w:pPr>
        <w:jc w:val="right"/>
      </w:pPr>
      <w:r>
        <w:t>پھرآپ کےاندرشکر آئےگا،ایکنالجمنٹآئےگا، اللہ کااعترافآئےگا۔ یہہے اسٹڈی، یہہےسوچنا ،یہہےغورکرنا۔تو یاد رکھیے، رمضانکامہینہجوہے،</w:t>
      </w:r>
    </w:p>
    <w:p>
      <w:r>
        <w:rPr>
          <w:b/>
        </w:rPr>
        <w:t xml:space="preserve">[56:27] </w:t>
      </w:r>
      <w:r>
        <w:t>woh sabse zyada quran ka mahina hai, quran ki study karne ka mahina.</w:t>
      </w:r>
    </w:p>
    <w:p>
      <w:pPr>
        <w:jc w:val="right"/>
      </w:pPr>
      <w:r>
        <w:t>وہ سبسےزیادہ قرآنکامہینہہے، قرآنکی اسٹڈیکرنے کامہینہ۔</w:t>
      </w:r>
    </w:p>
    <w:p>
      <w:r>
        <w:rPr>
          <w:b/>
        </w:rPr>
        <w:t xml:space="preserve">[56:38] </w:t>
      </w:r>
      <w:r>
        <w:t>sirf yeh nahin ke aap ba-taur-e-tilawat ke quran ko padh len,</w:t>
      </w:r>
    </w:p>
    <w:p>
      <w:pPr>
        <w:jc w:val="right"/>
      </w:pPr>
      <w:r>
        <w:t>صرفیہنہیں کہآپ بطور تلاوتکے قرآنکوپڑھلیں،</w:t>
      </w:r>
    </w:p>
    <w:p>
      <w:r>
        <w:rPr>
          <w:b/>
        </w:rPr>
        <w:t xml:space="preserve">[56:43] </w:t>
      </w:r>
      <w:r>
        <w:t>sirf yeh bhi nahin hai ke aap tarawih mein khade hokar ke khatm-e-quran jisko kehte hain, woh kar len. yeh kafi nahin hai, harghiz kafi nahin hai.</w:t>
      </w:r>
    </w:p>
    <w:p>
      <w:pPr>
        <w:jc w:val="right"/>
      </w:pPr>
      <w:r>
        <w:t>صرفیہبھینہیںہےکہآپ تراویحمیںکھڑےہوکرکے ختم قرآن جسکوکہتےہیں، وہ کرلیں۔ یہ کافینہیں ہے، ہرگزکافینہیںہے۔</w:t>
      </w:r>
    </w:p>
    <w:p>
      <w:r>
        <w:rPr>
          <w:b/>
        </w:rPr>
        <w:t xml:space="preserve">[56:57] </w:t>
      </w:r>
      <w:r>
        <w:t>quran mein study karna, quran ko samajhna, quran mein jo aadmi arabi nahin jaanta ho, woh translation se yeh kaam kar sakta hai. jo arabi nahin jaanta ho, woh translation se quran ko padhe aur ghaur ghaur kare.</w:t>
      </w:r>
    </w:p>
    <w:p>
      <w:pPr>
        <w:jc w:val="right"/>
      </w:pPr>
      <w:r>
        <w:t>قرآنمیں اسٹڈیکرنا،قرآنکوسمجھنا،قرآنمیں جو آدمیعربینہجانتاہو،وہ ٹرانسلیشنسے یہکامکرسکتاہے۔ جوعربینہجانتاہو، وہٹرانسلیشنسےقرآنکوپڑھے اور غور غورکرے۔</w:t>
      </w:r>
    </w:p>
    <w:p>
      <w:r>
        <w:rPr>
          <w:b/>
        </w:rPr>
        <w:t xml:space="preserve">[57:12] </w:t>
      </w:r>
      <w:r>
        <w:t>quran toh bahut hi simple kitab hai, bahut hi aasan kitab hai. to saari baatein ismein milti chali jayengi aapko.</w:t>
      </w:r>
    </w:p>
    <w:p>
      <w:pPr>
        <w:jc w:val="right"/>
      </w:pPr>
      <w:r>
        <w:t>قرآنتوبہتہیسمپلکتاب ہے،بہتہیآسانکتاب ہے۔ تو ساری باتیںاسمیں ملتیچلیجائیںگیآپکو ۔</w:t>
      </w:r>
    </w:p>
    <w:p>
      <w:r>
        <w:rPr>
          <w:b/>
        </w:rPr>
        <w:t xml:space="preserve">[57:22] </w:t>
      </w:r>
      <w:r>
        <w:t>jaise ek aayat hai quran majeed mein ke "fi zikr kum" . humne quran utara hai "fi zikr kum". is mein tumhara zikr hai, yaani insaan ka zikr hai aur mera zikr hai.</w:t>
      </w:r>
    </w:p>
    <w:p>
      <w:pPr>
        <w:jc w:val="right"/>
      </w:pPr>
      <w:r>
        <w:t>جیسےایکآیتہےقرآنمجیدمیں کہ "فی الذ ک رکم" ۔ہمنے قرآناتاراہے "فی الذک رکم"۔اسمیں تمہارا ذکرہے، یعنیانسانکاذکرہے اورمیراذکر ہے۔</w:t>
      </w:r>
    </w:p>
    <w:p>
      <w:r>
        <w:rPr>
          <w:b/>
        </w:rPr>
        <w:t xml:space="preserve">[57:38] </w:t>
      </w:r>
      <w:r>
        <w:t>to jagah jagah aadmi paayega, achha yeh toh woh baat hai jo mere dil mein thi, jo mere dimaagh mein thi. yeh toh wohi baat hai.</w:t>
      </w:r>
    </w:p>
    <w:p>
      <w:pPr>
        <w:jc w:val="right"/>
      </w:pPr>
      <w:r>
        <w:t>توجگہجگہآدمیپائےگا،اچھایہتووہباتہے جومیرےدل میںتھی، جو میرےدماغمیںتھی۔یہتووہیباتہے۔</w:t>
      </w:r>
    </w:p>
    <w:p>
      <w:r>
        <w:rPr>
          <w:b/>
        </w:rPr>
        <w:t xml:space="preserve">[57:48] </w:t>
      </w:r>
      <w:r>
        <w:t>misaal ke taur par, aap tension mein hain, pareshani mein hain to quran ki aayat padhi aapne ke "ala bi zikr allahi tatmainnal quloob".</w:t>
      </w:r>
    </w:p>
    <w:p>
      <w:pPr>
        <w:jc w:val="right"/>
      </w:pPr>
      <w:r>
        <w:t>مثالکےطورپر،آپ ٹینشنمیںہیں، پریشانیمیںہیں تو قرآنکیآیتپڑھیآپنے کہ"علی بذکر اللہ تطمئن القلوب"۔</w:t>
      </w:r>
    </w:p>
    <w:p>
      <w:r>
        <w:rPr>
          <w:b/>
        </w:rPr>
        <w:t xml:space="preserve">[58:00] </w:t>
      </w:r>
      <w:r>
        <w:t>allah ki yaad se insaanon ko chain aata hai. to achaanak aap tension free ho jayenge</w:t>
      </w:r>
    </w:p>
    <w:p>
      <w:pPr>
        <w:jc w:val="right"/>
      </w:pPr>
      <w:r>
        <w:t>اللہ کییادہیسےانسانوںکو چینآتاہے۔ تو اچانکآپ ٹینشنفریہوجائیںگے</w:t>
      </w:r>
    </w:p>
    <w:p>
      <w:r>
        <w:rPr>
          <w:b/>
        </w:rPr>
        <w:t xml:space="preserve">[58:07] </w:t>
      </w:r>
      <w:r>
        <w:t>ke aap apne tension ko kahan aapne jo rkha hai worldly cheezon se. worldly cheezon se aap kahin worldly cheezon mein toh chain milna hi nahin hai.</w:t>
      </w:r>
    </w:p>
    <w:p>
      <w:pPr>
        <w:jc w:val="right"/>
      </w:pPr>
      <w:r>
        <w:t>کہآپ اپنے ٹینشنکو کہاں آپنےجوڑرکھاہے ورلڈلیچیزوںسے۔ ورلڈلیچیزوںسے آپکہیںورلڈلیچیزوںمیںتو چینملناہینہیںہے۔</w:t>
      </w:r>
    </w:p>
    <w:p>
      <w:r>
        <w:rPr>
          <w:b/>
        </w:rPr>
        <w:t xml:space="preserve">[58:17] </w:t>
      </w:r>
      <w:r>
        <w:t>worldly cheezon mein toh kahin na kahin tension aana hi aana hai. toh is ko mein jo kehte hain ke "tika ta easy", wahan aap "tika ta easy" ka formula pakad lenge aur khuda ki yaad karenge.</w:t>
      </w:r>
    </w:p>
    <w:p>
      <w:pPr>
        <w:jc w:val="right"/>
      </w:pPr>
      <w:r>
        <w:t>ورلڈلیچیزوںمیںتو کہیںنہکہیںٹینشنآناہیآناہے۔ تواسکومیں جوکہتےہیںکہ "ٹیکاٹایزی" ،وہاں آپ"ٹیکاٹایزی"کافارمولاپکڑلیںگے اور خداکییادکریںگے۔</w:t>
      </w:r>
    </w:p>
    <w:p>
      <w:r>
        <w:rPr>
          <w:b/>
        </w:rPr>
        <w:t xml:space="preserve">[58:32] </w:t>
      </w:r>
      <w:r>
        <w:t>khuda mein sochenge, khuda ki nemat on par ghaur karenge.</w:t>
      </w:r>
    </w:p>
    <w:p>
      <w:pPr>
        <w:jc w:val="right"/>
      </w:pPr>
      <w:r>
        <w:t>خدامیںسوچیںگے،خداکینعمتوںپرغورکریںگے۔</w:t>
      </w:r>
    </w:p>
    <w:p>
      <w:r>
        <w:rPr>
          <w:b/>
        </w:rPr>
        <w:t xml:space="preserve">[58:37] </w:t>
      </w:r>
      <w:r>
        <w:t>toh ek aayat ne kis tarah aap ko tension free kar diya? yeh hai matlab "fi zikr kum" ke quran mein tumhari baat hai, khawand mein tumhare references hain.</w:t>
      </w:r>
    </w:p>
    <w:p>
      <w:pPr>
        <w:jc w:val="right"/>
      </w:pPr>
      <w:r>
        <w:t>تو ایک آیت نے کسطرحآپکوٹینشنفریکردیا؟ یہہےمطلب"فی الذکرکم" کہ قرآنمیں تمہاریباتہے، خداوندمیںتمہارےریفر نسزہیں۔</w:t>
      </w:r>
    </w:p>
    <w:p>
      <w:r>
        <w:rPr>
          <w:b/>
        </w:rPr>
        <w:t xml:space="preserve">[58:50] </w:t>
      </w:r>
      <w:r>
        <w:t>"fi zikr kum" ka matlab yeh hai ke aye insaan, quran ko padho, is mein tumhare references hain. is tarah humein roza rakhna hai, is tarah humein quran ko padhna hai, aur roze ko humein allah ki marifat ka mahina bana dena hai.</w:t>
      </w:r>
    </w:p>
    <w:p>
      <w:pPr>
        <w:jc w:val="right"/>
      </w:pPr>
      <w:r>
        <w:t>"فی الذکرکم"کامعنییہہےکہاےانسان،قرآنکوپڑھ، اس میںتمہارےریفرنسزہیں۔ اسطرح ہمیںروزہرکھناہے،اسطرحہمیںقرآنکوپڑھناہے، اور روز ےکو ہمیں اللہ کی معرفتکا مہینہبنادیناہے۔</w:t>
      </w:r>
    </w:p>
    <w:p>
      <w:r>
        <w:rPr>
          <w:b/>
        </w:rPr>
        <w:t xml:space="preserve">[59:06] </w:t>
      </w:r>
      <w:r>
        <w:t>aqool qawli</w:t>
      </w:r>
    </w:p>
    <w:p>
      <w:pPr>
        <w:jc w:val="right"/>
      </w:pPr>
      <w:r>
        <w:t>اقول قولیو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