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Intellectual Poverty of Modern World December 17, 2006</w:t>
      </w:r>
    </w:p>
    <w:p>
      <w:r>
        <w:t>https://youtu.be/GdhR0DoI1Ys</w:t>
      </w:r>
    </w:p>
    <w:p>
      <w:r>
        <w:rPr>
          <w:b/>
        </w:rPr>
        <w:t xml:space="preserve">[00:28] </w:t>
      </w:r>
      <w:r>
        <w:t>wahal al-uqdah min lisani yafqah qawli.</w:t>
      </w:r>
    </w:p>
    <w:p>
      <w:pPr>
        <w:jc w:val="right"/>
      </w:pPr>
      <w:r>
        <w:t>واحل العقدۃ من لسانی یفقہ قولی۔</w:t>
      </w:r>
    </w:p>
    <w:p>
      <w:r>
        <w:rPr>
          <w:b/>
        </w:rPr>
        <w:t xml:space="preserve">[00:37] </w:t>
      </w:r>
      <w:r>
        <w:t>aaj ka topic jo maine socha tha, woh toh yeh hai ke "intellectual poverty of modern mind", modern world.</w:t>
      </w:r>
    </w:p>
    <w:p>
      <w:pPr>
        <w:jc w:val="right"/>
      </w:pPr>
      <w:r>
        <w:t>آج کا ٹاپک جو میں نے سوچا تھا، وہ تو یہ ہے کہ "انٹلیکچول پاورٹی آف ماڈرن مائنڈ"، ماڈرن ورلڈ۔</w:t>
      </w:r>
    </w:p>
    <w:p>
      <w:r>
        <w:rPr>
          <w:b/>
        </w:rPr>
        <w:t xml:space="preserve">[00:52] </w:t>
      </w:r>
      <w:r>
        <w:t>toh maine bahut saare</w:t>
      </w:r>
    </w:p>
    <w:p>
      <w:pPr>
        <w:jc w:val="right"/>
      </w:pPr>
      <w:r>
        <w:t>تو میں نے بہت سارے</w:t>
      </w:r>
    </w:p>
    <w:p>
      <w:r>
        <w:rPr>
          <w:b/>
        </w:rPr>
        <w:t xml:space="preserve">[00:57] </w:t>
      </w:r>
      <w:r>
        <w:t>items soch kar nikale, aur aap dekh rahe hain ke itna sab mere paas hai. lekin kai din ki koshish ke baad bhi main isko</w:t>
      </w:r>
    </w:p>
    <w:p>
      <w:pPr>
        <w:jc w:val="right"/>
      </w:pPr>
      <w:r>
        <w:t>آئٹمز سوچ کر نکالے، اور آپ دیکھ رہے ہیں کہ اتنا سب میرے پاس ہے۔ لیکن کئی دن کی کوشش کے بعد بھی میں اس کو</w:t>
      </w:r>
    </w:p>
    <w:p>
      <w:r>
        <w:rPr>
          <w:b/>
        </w:rPr>
        <w:t xml:space="preserve">[01:12] </w:t>
      </w:r>
      <w:r>
        <w:t>order mein na la saka. toh abhi main soch raha tha ke main kaise bolun,</w:t>
      </w:r>
    </w:p>
    <w:p>
      <w:pPr>
        <w:jc w:val="right"/>
      </w:pPr>
      <w:r>
        <w:t>آرڈر میں نہ لا سکا۔ تو ابھی میں سوچ رہا تھا کہ میں کیسے بولوں،</w:t>
      </w:r>
    </w:p>
    <w:p>
      <w:r>
        <w:rPr>
          <w:b/>
        </w:rPr>
        <w:t xml:space="preserve">[01:21] </w:t>
      </w:r>
      <w:r>
        <w:t>jab mere mind mein khud order nahi hai, aur yeh fragmentary way mein saari baatein hain. toh mujhe yaad aaya ke doctor Ram Manohar Lohia ki ek kitaab hai,</w:t>
      </w:r>
    </w:p>
    <w:p>
      <w:pPr>
        <w:jc w:val="right"/>
      </w:pPr>
      <w:r>
        <w:t>جب میرے مائنڈ میں خود آرڈر نہیں ہے، اور یہ فرگمنٹری وے میں ساری باتیں ہیں۔ تو مجھے یاد آیا کہ ڈاکٹر رام منوہر لہیہ کی ایک کتاب ہے،</w:t>
      </w:r>
    </w:p>
    <w:p>
      <w:r>
        <w:rPr>
          <w:b/>
        </w:rPr>
        <w:t xml:space="preserve">[01:42] </w:t>
      </w:r>
      <w:r>
        <w:t>jo unke mukhtalif speeches, mukhtalif articles ko compile kar ke chhapi gayi hai.</w:t>
      </w:r>
    </w:p>
    <w:p>
      <w:pPr>
        <w:jc w:val="right"/>
      </w:pPr>
      <w:r>
        <w:t>جو ان کے مختلف اسپیچز، مختلف آرٹیکلز کو کمپائل کر کے چھاپی گئی ہے۔</w:t>
      </w:r>
    </w:p>
    <w:p>
      <w:r>
        <w:rPr>
          <w:b/>
        </w:rPr>
        <w:t xml:space="preserve">[01:51] </w:t>
      </w:r>
      <w:r>
        <w:t>toh iska naam logon ne rakh diya hai "Fragments of a World Mind". toh aaj aap ko "Fragments of a Miniature Mind" sunna hai.</w:t>
      </w:r>
    </w:p>
    <w:p>
      <w:pPr>
        <w:jc w:val="right"/>
      </w:pPr>
      <w:r>
        <w:t>تو اس کا نام لوگوں نے رکھ دیا ہے "فریگمنٹس آف اے ورلڈ مائنڈ"۔ تو آج آپ کو "فریگمنٹس آف اے منیچر مائنڈ" سننا ہے۔</w:t>
      </w:r>
    </w:p>
    <w:p>
      <w:r>
        <w:rPr>
          <w:b/>
        </w:rPr>
        <w:t xml:space="preserve">[02:07] </w:t>
      </w:r>
      <w:r>
        <w:t>yeh sab goya Fragments of a Miniature Mind hain. toh behal aap ko aaj aise hi sunna hai.</w:t>
      </w:r>
    </w:p>
    <w:p>
      <w:pPr>
        <w:jc w:val="right"/>
      </w:pPr>
      <w:r>
        <w:t>یہ سب گویا فریگمنٹس آف اے منیچر مائنڈ ہیں۔ تو بہرحال آپ کو آج ایسے ہی سننا ہے۔</w:t>
      </w:r>
    </w:p>
    <w:p>
      <w:r>
        <w:rPr>
          <w:b/>
        </w:rPr>
        <w:t xml:space="preserve">[02:20] </w:t>
      </w:r>
      <w:r>
        <w:t>dekhiye, yeh kal ka Times of India hai, yaani December 16 ka.</w:t>
      </w:r>
    </w:p>
    <w:p>
      <w:pPr>
        <w:jc w:val="right"/>
      </w:pPr>
      <w:r>
        <w:t>دیکھئے، یہ کل کا ٹائمز آف انڈیا ہے، یعنی دسمبر 16 کا۔</w:t>
      </w:r>
    </w:p>
    <w:p>
      <w:r>
        <w:rPr>
          <w:b/>
        </w:rPr>
        <w:t xml:space="preserve">[02:29] </w:t>
      </w:r>
      <w:r>
        <w:t>is mein ek article chhaapa hai. Professor C Ken</w:t>
      </w:r>
    </w:p>
    <w:p>
      <w:pPr>
        <w:jc w:val="right"/>
      </w:pPr>
      <w:r>
        <w:t>اس میں ایک آرٹیکل چھپا ہے۔ پروفیسر سی کن</w:t>
      </w:r>
    </w:p>
    <w:p>
      <w:r>
        <w:rPr>
          <w:b/>
        </w:rPr>
        <w:t xml:space="preserve">[02:35] </w:t>
      </w:r>
      <w:r>
        <w:t>, woh gaye the Lahore. wahan par woh rahe ek mahina. aur khaas taur par jab wahan ka jo book business hai, book shops hain, us ko visit kiya unhone.</w:t>
      </w:r>
    </w:p>
    <w:p>
      <w:pPr>
        <w:jc w:val="right"/>
      </w:pPr>
      <w:r>
        <w:t>، وہ گئے تھے لاہور۔ وہاں پر وہ رہے ایک مہینہ۔ اور خاص طور پر جب وہاں کا جو بک بزنس ہے، بک شاپس ہیں، اس کو وزٹ کیا انہوں نے۔</w:t>
      </w:r>
    </w:p>
    <w:p>
      <w:r>
        <w:rPr>
          <w:b/>
        </w:rPr>
        <w:t xml:space="preserve">[02:52] </w:t>
      </w:r>
      <w:r>
        <w:t>toh yeh likhte hain ke</w:t>
      </w:r>
    </w:p>
    <w:p>
      <w:pPr>
        <w:jc w:val="right"/>
      </w:pPr>
      <w:r>
        <w:t>تو یہ لکھتے ہیں کہ</w:t>
      </w:r>
    </w:p>
    <w:p>
      <w:r>
        <w:rPr>
          <w:b/>
        </w:rPr>
        <w:t xml:space="preserve">[02:56] </w:t>
      </w:r>
      <w:r>
        <w:t>Pakistan ke book market mein koi padhne ki kitaab nahi. sirf bilkul</w:t>
      </w:r>
    </w:p>
    <w:p>
      <w:pPr>
        <w:jc w:val="right"/>
      </w:pPr>
      <w:r>
        <w:t>پاکستان کے بک مارکیٹ میں کوئی پڑھنے کی کتاب نہیں۔ صرف بالکل</w:t>
      </w:r>
    </w:p>
    <w:p>
      <w:r>
        <w:rPr>
          <w:b/>
        </w:rPr>
        <w:t xml:space="preserve">[03:05] </w:t>
      </w:r>
      <w:r>
        <w:t>mamooli qism ki kitaabein milti hain wahan ke book market mein.</w:t>
      </w:r>
    </w:p>
    <w:p>
      <w:pPr>
        <w:jc w:val="right"/>
      </w:pPr>
      <w:r>
        <w:t>معمولی قسم کی کتابیں ملتی ہیں وہاں کے بک مارکیٹ میں۔</w:t>
      </w:r>
    </w:p>
    <w:p>
      <w:r>
        <w:rPr>
          <w:b/>
        </w:rPr>
        <w:t xml:space="preserve">[03:09] </w:t>
      </w:r>
      <w:r>
        <w:t>toh is ka caption rakha hai unhone "Intellectual Poverty of Pakistan".</w:t>
      </w:r>
    </w:p>
    <w:p>
      <w:pPr>
        <w:jc w:val="right"/>
      </w:pPr>
      <w:r>
        <w:t>تو اس کا کیپشن رکھا ہے انہوں نے "انٹلیکچول پاورٹی آف پاکستان"۔</w:t>
      </w:r>
    </w:p>
    <w:p>
      <w:r>
        <w:rPr>
          <w:b/>
        </w:rPr>
        <w:t xml:space="preserve">[03:18] </w:t>
      </w:r>
      <w:r>
        <w:t>"Intellectual Poverty of Pakistan". phir jo khatm kiya hai unhone, toh aakhir mein likhte hain ke India ka haal bhi yahi hai.</w:t>
      </w:r>
    </w:p>
    <w:p>
      <w:pPr>
        <w:jc w:val="right"/>
      </w:pPr>
      <w:r>
        <w:t>"انٹلیکچول پاورٹی آف پاکستان"۔ پھر جو ختم کیا ہے انہوں نے، تو آخر میں لکھتے ہیں کہ انڈیا کا حال بھی یہی ہے۔</w:t>
      </w:r>
    </w:p>
    <w:p>
      <w:r>
        <w:rPr>
          <w:b/>
        </w:rPr>
        <w:t xml:space="preserve">[03:32] </w:t>
      </w:r>
      <w:r>
        <w:t>India bhi intellectual poverty ka shikaar hai.</w:t>
      </w:r>
    </w:p>
    <w:p>
      <w:pPr>
        <w:jc w:val="right"/>
      </w:pPr>
      <w:r>
        <w:t>انڈیا بھی انٹلیکچول پاورٹی کا شکار ہے۔</w:t>
      </w:r>
    </w:p>
    <w:p>
      <w:r>
        <w:rPr>
          <w:b/>
        </w:rPr>
        <w:t xml:space="preserve">[03:37] </w:t>
      </w:r>
      <w:r>
        <w:t>main is mein izafa karunga aur main kahunga ke aaj ka poora world intellectual poverty ka shikaar hai.</w:t>
      </w:r>
    </w:p>
    <w:p>
      <w:pPr>
        <w:jc w:val="right"/>
      </w:pPr>
      <w:r>
        <w:t>میں اس میں اضافہ کروں گا اور میں کہوں گا کہ آج کا پورا ورلڈ انٹلیکچول پاورٹی کا شکار ہے۔</w:t>
      </w:r>
    </w:p>
    <w:p>
      <w:r>
        <w:rPr>
          <w:b/>
        </w:rPr>
        <w:t xml:space="preserve">[03:52] </w:t>
      </w:r>
      <w:r>
        <w:t>India aur Pakistan nahi balkeh poora world, modern world. isi liye maine aaj jo socha tha, aaj ka jo topic woh tha "Intellectual Poverty of Modern World".</w:t>
      </w:r>
    </w:p>
    <w:p>
      <w:pPr>
        <w:jc w:val="right"/>
      </w:pPr>
      <w:r>
        <w:t>انڈیا اور پاکستان نہیں بلکہ پورا ورلڈ، ماڈرن ورلڈ۔ اسی لیے میں نے آج جو سوچا تھا، آج کا جو ٹاپک وہ تھا "انٹلیکچول پاورٹی آف ماڈرن ورلڈ"۔</w:t>
      </w:r>
    </w:p>
    <w:p>
      <w:r>
        <w:rPr>
          <w:b/>
        </w:rPr>
        <w:t xml:space="preserve">[04:11] </w:t>
      </w:r>
      <w:r>
        <w:t>main yeh baat</w:t>
      </w:r>
    </w:p>
    <w:p>
      <w:pPr>
        <w:jc w:val="right"/>
      </w:pPr>
      <w:r>
        <w:t>میں یہ بات</w:t>
      </w:r>
    </w:p>
    <w:p>
      <w:r>
        <w:rPr>
          <w:b/>
        </w:rPr>
        <w:t xml:space="preserve">[04:16] </w:t>
      </w:r>
      <w:r>
        <w:t>apne tajrube se paayi hai maine ke aaj itna zyada log poore world mein</w:t>
      </w:r>
    </w:p>
    <w:p>
      <w:pPr>
        <w:jc w:val="right"/>
      </w:pPr>
      <w:r>
        <w:t>اپنے تجربے سے پائی ہے میں نے کہ آج اتنا زیادہ لوگ پورے ورلڈ میں</w:t>
      </w:r>
    </w:p>
    <w:p>
      <w:r>
        <w:rPr>
          <w:b/>
        </w:rPr>
        <w:t xml:space="preserve">[04:28] </w:t>
      </w:r>
      <w:r>
        <w:t>high thinking nahi logon ke andar, yaani gehra tajziya nahi kar sakte baaton ka. khaate peete hain, hawa karte hain, bas yeh hai.</w:t>
      </w:r>
    </w:p>
    <w:p>
      <w:pPr>
        <w:jc w:val="right"/>
      </w:pPr>
      <w:r>
        <w:t>ہائی تھنکنگ نہیں لوگوں کے اندر، یعنی گہرا تجزیہ نہیں کر سکتے باتوں کا۔ کھاتے پیتے ہیں، ہوا کرتے ہیں، بس یہ ہے۔</w:t>
      </w:r>
    </w:p>
    <w:p>
      <w:r>
        <w:rPr>
          <w:b/>
        </w:rPr>
        <w:t xml:space="preserve">[04:41] </w:t>
      </w:r>
      <w:r>
        <w:t>toh yaani technology mein toh taraqqi hui hai, main manta hoon. lekin ideology koi taraqqi nahi kar sake yeh log.</w:t>
      </w:r>
    </w:p>
    <w:p>
      <w:pPr>
        <w:jc w:val="right"/>
      </w:pPr>
      <w:r>
        <w:t>تو یعنی ٹیکنالوجی میں تو ترقی ہوئی ہے، میں مانتا ہوں۔ لیکن آئیڈیالوجی کوئی ترقی نہیں کر سکے یہ لوگ۔</w:t>
      </w:r>
    </w:p>
    <w:p>
      <w:r>
        <w:rPr>
          <w:b/>
        </w:rPr>
        <w:t xml:space="preserve">[04:52] </w:t>
      </w:r>
      <w:r>
        <w:t>technological taraqqi ke beech mein ideological backwardness paata hoon main apne tajrube ke mutabiq.</w:t>
      </w:r>
    </w:p>
    <w:p>
      <w:pPr>
        <w:jc w:val="right"/>
      </w:pPr>
      <w:r>
        <w:t>ٹیکنالوجیکل ترقی کے بیچ میں آئیڈیالوجیکل بیک ورڈنس پاتا ہوں میں اپنے تجربے کے مطابق۔</w:t>
      </w:r>
    </w:p>
    <w:p>
      <w:r>
        <w:rPr>
          <w:b/>
        </w:rPr>
        <w:t xml:space="preserve">[05:02] </w:t>
      </w:r>
      <w:r>
        <w:t>to aisa kyon hai? main samajhta hoon ke saare log jo hain animal level par jee rahe hain.</w:t>
      </w:r>
    </w:p>
    <w:p>
      <w:pPr>
        <w:jc w:val="right"/>
      </w:pPr>
      <w:r>
        <w:t>تو ایسا کیوں ہے؟ میں سمجھتا ہوں کہ سارے لوگ جو ہیں اینیمل لیول پر جی رہے ہیں۔</w:t>
      </w:r>
    </w:p>
    <w:p>
      <w:r>
        <w:rPr>
          <w:b/>
        </w:rPr>
        <w:t xml:space="preserve">[05:12] </w:t>
      </w:r>
      <w:r>
        <w:t>yeh animal level par jeena hai ke khana peena, hawa karna, shopping, outing aur party, is mein jeena, paisa kamana, yeh animal level hai jeene ka.</w:t>
      </w:r>
    </w:p>
    <w:p>
      <w:pPr>
        <w:jc w:val="right"/>
      </w:pPr>
      <w:r>
        <w:t>یہ اینیمل لیول پر جینا ہے کہ کھانا پینا، ہوا کرنا، شاپنگ، آؤٹنگ اور پارٹی، اس میں جینا، پیسہ کمانا، یہ اینیمل لیول ہے جینے کا۔</w:t>
      </w:r>
    </w:p>
    <w:p>
      <w:r>
        <w:rPr>
          <w:b/>
        </w:rPr>
        <w:t xml:space="preserve">[05:26] </w:t>
      </w:r>
      <w:r>
        <w:t>isi mein saari duniya jee rahi hai. mera apna tajurba yahi hai.</w:t>
      </w:r>
    </w:p>
    <w:p>
      <w:pPr>
        <w:jc w:val="right"/>
      </w:pPr>
      <w:r>
        <w:t>اسی میں ساری دنیا جی رہی ہے۔ میرا اپنا تجربہ یہی ہے۔</w:t>
      </w:r>
    </w:p>
    <w:p>
      <w:r>
        <w:rPr>
          <w:b/>
        </w:rPr>
        <w:t xml:space="preserve">[05:32] </w:t>
      </w:r>
      <w:r>
        <w:t>to jab aap animal level par jee rahe hon to zahir hai ke yaani jismani level par jab animal bana hua ho aadmi to mind bhi is ka wahi ho jayega.</w:t>
      </w:r>
    </w:p>
    <w:p>
      <w:pPr>
        <w:jc w:val="right"/>
      </w:pPr>
      <w:r>
        <w:t>تو جب آپ اینیمل لیول پر جی رہے ہوں تو ظاہر ہے کہ یعنی جسمانی لیول پر جب اینیمل بنا ہوا ہو آدمی تو مائنڈ بھی اس کا وہی ہو جائے گا۔</w:t>
      </w:r>
    </w:p>
    <w:p>
      <w:r>
        <w:rPr>
          <w:b/>
        </w:rPr>
        <w:t xml:space="preserve">[05:46] </w:t>
      </w:r>
      <w:r>
        <w:t>to main samajhta hoon ke aaj kal ki civilization jo hai woh animalization of mind ki hai.</w:t>
      </w:r>
    </w:p>
    <w:p>
      <w:pPr>
        <w:jc w:val="right"/>
      </w:pPr>
      <w:r>
        <w:t>تو میں سمجھتا ہوں کہ آج کل کی سویلائزیشن جو ہے وہ اینیملائزیشن آف مائنڈ کی ہے۔</w:t>
      </w:r>
    </w:p>
    <w:p>
      <w:r>
        <w:rPr>
          <w:b/>
        </w:rPr>
        <w:t xml:space="preserve">[05:54] </w:t>
      </w:r>
      <w:r>
        <w:t>yaani aaj kal ka jo culture hai woh animalization of mind ke main samajhta hoon ke kar rahi hai.</w:t>
      </w:r>
    </w:p>
    <w:p>
      <w:pPr>
        <w:jc w:val="right"/>
      </w:pPr>
      <w:r>
        <w:t>یعنی آج کل کا جو کلچر ہے وہ اینیملائزیشن آف مائنڈ کے میں سمجھتا ہوں کہ کر رہی ہے۔</w:t>
      </w:r>
    </w:p>
    <w:p>
      <w:r>
        <w:rPr>
          <w:b/>
        </w:rPr>
        <w:t xml:space="preserve">[06:11] </w:t>
      </w:r>
      <w:r>
        <w:t>Thomas Hobbes ka is se pehle zikr kiya tha maine. is ne bohat hi maroof philosopher hai.</w:t>
      </w:r>
    </w:p>
    <w:p>
      <w:pPr>
        <w:jc w:val="right"/>
      </w:pPr>
      <w:r>
        <w:t>تھامس ہابز کا اس سے پہلے ذکر کیا تھا میں نے۔ اس نے بہت ہی معروف فلاسفر ہے۔</w:t>
      </w:r>
    </w:p>
    <w:p>
      <w:r>
        <w:rPr>
          <w:b/>
        </w:rPr>
        <w:t xml:space="preserve">[06:20] </w:t>
      </w:r>
      <w:r>
        <w:t>to is ne kaha tha ke "Avarice and fear were born twin". "Avarice and fear were born together".</w:t>
      </w:r>
    </w:p>
    <w:p>
      <w:pPr>
        <w:jc w:val="right"/>
      </w:pPr>
      <w:r>
        <w:t>تو اس نے کہا تھا کہ "آئی اینڈ فیئر ویر بورن ٹوئن"۔ "آئی اینڈ فیئر ویر بورن ٹوگیدر"۔</w:t>
      </w:r>
    </w:p>
    <w:p>
      <w:r>
        <w:rPr>
          <w:b/>
        </w:rPr>
        <w:t xml:space="preserve">[06:33] </w:t>
      </w:r>
      <w:r>
        <w:t>main samajhta hoon ke</w:t>
      </w:r>
    </w:p>
    <w:p>
      <w:pPr>
        <w:jc w:val="right"/>
      </w:pPr>
      <w:r>
        <w:t>میں سمجھتا ہوں کہ</w:t>
      </w:r>
    </w:p>
    <w:p>
      <w:r>
        <w:rPr>
          <w:b/>
        </w:rPr>
        <w:t xml:space="preserve">[06:37] </w:t>
      </w:r>
      <w:r>
        <w:t>zyada sahi baat yeh hai ke "Western world and problem were born together".</w:t>
      </w:r>
    </w:p>
    <w:p>
      <w:pPr>
        <w:jc w:val="right"/>
      </w:pPr>
      <w:r>
        <w:t>زیادہ صحیح بات یہ ہے کہ "ویسٹرن ورلڈ اینڈ پرابلم ویر بورن ٹوگیدر"۔</w:t>
      </w:r>
    </w:p>
    <w:p>
      <w:r>
        <w:rPr>
          <w:b/>
        </w:rPr>
        <w:t xml:space="preserve">[06:48] </w:t>
      </w:r>
      <w:r>
        <w:t>har aadmi mere khayal se yeh baat ko jaanta hai ke jab se modern world aaya hai, jab se modern taraqqi hui hai, problem badh gaye hain.</w:t>
      </w:r>
    </w:p>
    <w:p>
      <w:pPr>
        <w:jc w:val="right"/>
      </w:pPr>
      <w:r>
        <w:t>ہر آدمی میرے خیال سے یہ بات کو جانتا ہے کہ جب سے ماڈرن ورلڈ آیا ہے، جب سے ماڈرن ترقی ہوئی ہے، پرابلم بڑھ گئے ہیں۔</w:t>
      </w:r>
    </w:p>
    <w:p>
      <w:r>
        <w:rPr>
          <w:b/>
        </w:rPr>
        <w:t xml:space="preserve">[06:58] </w:t>
      </w:r>
      <w:r>
        <w:t>problem, problem, problem.</w:t>
      </w:r>
    </w:p>
    <w:p>
      <w:pPr>
        <w:jc w:val="right"/>
      </w:pPr>
      <w:r>
        <w:t>پرابلم، پرابلم، پرابلم۔</w:t>
      </w:r>
    </w:p>
    <w:p>
      <w:r>
        <w:rPr>
          <w:b/>
        </w:rPr>
        <w:t xml:space="preserve">[07:04] </w:t>
      </w:r>
      <w:r>
        <w:t>to ek taraf technological taraqqi hai, doosri taraf ideological backwardness hai. yeh main pata hoon aaj kal ki duniya mein.</w:t>
      </w:r>
    </w:p>
    <w:p>
      <w:pPr>
        <w:jc w:val="right"/>
      </w:pPr>
      <w:r>
        <w:t>تو ایک طرف ٹیکنالوجیکل ترقی ہے، دوسری طرف آئیڈیالوجیکل بیک ورڈنس ہے۔ یہ میں پاتا ہوں آج کل کی دنیا میں۔</w:t>
      </w:r>
    </w:p>
    <w:p>
      <w:r>
        <w:rPr>
          <w:b/>
        </w:rPr>
        <w:t xml:space="preserve">[07:17] </w:t>
      </w:r>
      <w:r>
        <w:t>main do ek misalein doonga. dekhiye, yeh Gulf War jo kehte hain, yaani America ne Iraq par hamla kiya.</w:t>
      </w:r>
    </w:p>
    <w:p>
      <w:pPr>
        <w:jc w:val="right"/>
      </w:pPr>
      <w:r>
        <w:t>میں دو ایک مثالیں دوں گا۔ دیکھئے، یہ گلف وار جو کہتے ہیں، یعنی امریکہ نے عراق پر حملہ کیا۔</w:t>
      </w:r>
    </w:p>
    <w:p>
      <w:r>
        <w:rPr>
          <w:b/>
        </w:rPr>
        <w:t xml:space="preserve">[07:32] </w:t>
      </w:r>
      <w:r>
        <w:t>to</w:t>
      </w:r>
    </w:p>
    <w:p>
      <w:pPr>
        <w:jc w:val="right"/>
      </w:pPr>
      <w:r>
        <w:t>تو</w:t>
      </w:r>
    </w:p>
    <w:p>
      <w:r>
        <w:rPr>
          <w:b/>
        </w:rPr>
        <w:t xml:space="preserve">[07:36] </w:t>
      </w:r>
      <w:r>
        <w:t>yeh hamla jo hai America ne March 2003 mein kiya tha.</w:t>
      </w:r>
    </w:p>
    <w:p>
      <w:pPr>
        <w:jc w:val="right"/>
      </w:pPr>
      <w:r>
        <w:t>یہ حملہ جو ہے امریکہ نے مارچ 2003 میں کیا تھا۔</w:t>
      </w:r>
    </w:p>
    <w:p>
      <w:r>
        <w:rPr>
          <w:b/>
        </w:rPr>
        <w:t xml:space="preserve">[07:44] </w:t>
      </w:r>
      <w:r>
        <w:t>aur bohat mansooba bandi ke sath. yaani aaj ka jo superpower hai is ne yaani is waqt dawah yeh kiya gaya tha ke tareekh mein kabhi itni mansooba bandi ke sath koi jang nahi ladi gayi.</w:t>
      </w:r>
    </w:p>
    <w:p>
      <w:pPr>
        <w:jc w:val="right"/>
      </w:pPr>
      <w:r>
        <w:t>اور بہت منصوبہ بندی کے ساتھ۔ یعنی آج کا جو سپر پاور ہے اس نے یعنی اس وقت دعویٰ یہ کیا گیا تھا کہ تاریخ میں کبھی اتنی منصوبہ بندی کے ساتھ کوئی جنگ نہیں لڑی گئی۔</w:t>
      </w:r>
    </w:p>
    <w:p>
      <w:r>
        <w:rPr>
          <w:b/>
        </w:rPr>
        <w:t xml:space="preserve">[07:58] </w:t>
      </w:r>
      <w:r>
        <w:t>America ka poora infrastructure, America ka think tank, America ka intelligence, America ki technology, sab kuch is mein shamil thi.</w:t>
      </w:r>
    </w:p>
    <w:p>
      <w:pPr>
        <w:jc w:val="right"/>
      </w:pPr>
      <w:r>
        <w:t>امریکہ کا پورا انفراسٹرکچر، امریکہ کا تھنک ٹینک، امریکہ کا انٹیلیجنس، امریکہ کی ٹیکنالوجی، سب کچھ اس میں شامل تھی۔</w:t>
      </w:r>
    </w:p>
    <w:p>
      <w:r>
        <w:rPr>
          <w:b/>
        </w:rPr>
        <w:t xml:space="preserve">[08:09] </w:t>
      </w:r>
      <w:r>
        <w:t>to is tarah se super tayari ke sath March 2003 mein America ne hamla kiya Iraq par.</w:t>
      </w:r>
    </w:p>
    <w:p>
      <w:pPr>
        <w:jc w:val="right"/>
      </w:pPr>
      <w:r>
        <w:t>تو اس طرح سے سپر تیاری کے ساتھ مارچ 2003 میں امریکہ نے حملہ کیا عراق پر۔</w:t>
      </w:r>
    </w:p>
    <w:p>
      <w:r>
        <w:rPr>
          <w:b/>
        </w:rPr>
        <w:t xml:space="preserve">[08:21] </w:t>
      </w:r>
      <w:r>
        <w:t>yeh cheez record hai ke is se dedh saal pehle, kyunke aap jante hain ke baatein to ho rahi thi Iraq ke khilaf aur dhamkiyan di ja rahi thi ke hum hamla karenge.</w:t>
      </w:r>
    </w:p>
    <w:p>
      <w:pPr>
        <w:jc w:val="right"/>
      </w:pPr>
      <w:r>
        <w:t>یہ چیز ریکارڈ ہے کہ اس سے ڈیڑھ سال پہلے، کیونکہ آپ جانتے ہیں کہ باتیں تو ہو رہی تھیں عراق کے خلاف اور دھمکیاں دی جا رہی تھیں کہ ہم حملہ کریں گے۔</w:t>
      </w:r>
    </w:p>
    <w:p>
      <w:r>
        <w:rPr>
          <w:b/>
        </w:rPr>
        <w:t xml:space="preserve">[08:37] </w:t>
      </w:r>
      <w:r>
        <w:t>to hamla jo hua hai, is America ne jo hamla kiya hai Iraq par, is se dedh saal pehle mera ek chhapa tha interview Times of India mein.</w:t>
      </w:r>
    </w:p>
    <w:p>
      <w:pPr>
        <w:jc w:val="right"/>
      </w:pPr>
      <w:r>
        <w:t>تو حملہ جو ہوا ہے، اس امریکہ نے جو حملہ کیا ہے عراق پر، اس سے ڈیڑھ سال پہلے میرا ایک چھپا تھا انٹرویو ٹائمز آف انڈیا میں۔</w:t>
      </w:r>
    </w:p>
    <w:p>
      <w:r>
        <w:rPr>
          <w:b/>
        </w:rPr>
        <w:t xml:space="preserve">[08:55] </w:t>
      </w:r>
      <w:r>
        <w:t>yeh chhapa tha September 16, 2001 ko.</w:t>
      </w:r>
    </w:p>
    <w:p>
      <w:pPr>
        <w:jc w:val="right"/>
      </w:pPr>
      <w:r>
        <w:t>یہ چھپا تھا ستمبر 16، 2001 کو۔</w:t>
      </w:r>
    </w:p>
    <w:p>
      <w:r>
        <w:rPr>
          <w:b/>
        </w:rPr>
        <w:t xml:space="preserve">[09:02] </w:t>
      </w:r>
      <w:r>
        <w:t>aap zara sochiye ke hamla kiya hai March 2003 mein. is se pehle jab ke sirf baatein ho rahi thi to Times of India September 16, 2001 mein maine ek interview diya tha.</w:t>
      </w:r>
    </w:p>
    <w:p>
      <w:pPr>
        <w:jc w:val="right"/>
      </w:pPr>
      <w:r>
        <w:t>آپ ذرا سوچیے کہ حملہ کیا ہے مارچ 2003 میں۔ اس سے پہلے جب کہ صرف باتیں ہو رہی تھیں تو ٹائمز آف انڈیا ستمبر 16، 2001 میں میں نے ایک انٹرویو دیا تھا۔</w:t>
      </w:r>
    </w:p>
    <w:p>
      <w:r>
        <w:rPr>
          <w:b/>
        </w:rPr>
        <w:t xml:space="preserve">[09:24] </w:t>
      </w:r>
      <w:r>
        <w:t>is mein maine kaha tha ke agar America ne hamla kiya to yeh is ke liye counter productive hoga.</w:t>
      </w:r>
    </w:p>
    <w:p>
      <w:pPr>
        <w:jc w:val="right"/>
      </w:pPr>
      <w:r>
        <w:t>اس میں میں نے کہا تھا کہ اگر امریکہ نے حملہ کیا تو یہ اس کے لیے کاؤنٹر پروڈکٹیو ہوگا۔</w:t>
      </w:r>
    </w:p>
    <w:p>
      <w:r>
        <w:rPr>
          <w:b/>
        </w:rPr>
        <w:t xml:space="preserve">[09:33] </w:t>
      </w:r>
      <w:r>
        <w:t>yeh baat meri itni anokhi thi ke yeh book "Voices of Sanity", is mein chhapa unhon ne.</w:t>
      </w:r>
    </w:p>
    <w:p>
      <w:pPr>
        <w:jc w:val="right"/>
      </w:pPr>
      <w:r>
        <w:t>یہ بات میری اتنی انوکھی تھی کہ یہ بک ہے "وائسز آف سینیٹی"، اس میں چھاپا انہوں نے۔</w:t>
      </w:r>
    </w:p>
    <w:p>
      <w:r>
        <w:rPr>
          <w:b/>
        </w:rPr>
        <w:t xml:space="preserve">[09:42] </w:t>
      </w:r>
      <w:r>
        <w:t>"voice of sanity".</w:t>
      </w:r>
    </w:p>
    <w:p>
      <w:pPr>
        <w:jc w:val="right"/>
      </w:pPr>
      <w:r>
        <w:t>"وائسز آف سینیٹی"۔</w:t>
      </w:r>
    </w:p>
    <w:p>
      <w:r>
        <w:rPr>
          <w:b/>
        </w:rPr>
        <w:t xml:space="preserve">[09:47] </w:t>
      </w:r>
      <w:r>
        <w:t>ab sochiye ke hua kya? jo samjha tha america ke world mein mind hai, woh hua. jo jab mein ne kaha tha, woh hua.</w:t>
      </w:r>
    </w:p>
    <w:p>
      <w:pPr>
        <w:jc w:val="right"/>
      </w:pPr>
      <w:r>
        <w:t>اب سوچیے کہ ہوا کیا؟ جو سمجھا تھا امریکہ کے ورلڈ میں مائنڈ ہے، وہ ہوا۔ جو جب میں نے کہا تھا، وہ ہوا۔</w:t>
      </w:r>
    </w:p>
    <w:p>
      <w:r>
        <w:rPr>
          <w:b/>
        </w:rPr>
        <w:t xml:space="preserve">[09:58] </w:t>
      </w:r>
      <w:r>
        <w:t>ab to aap ko maloom hoga ke kofi annan ne khud yeh keh diya hai, jo secretary general hain is ke uno ke, ke jo target chahta tha america, woh hasil nahi kar saka.</w:t>
      </w:r>
    </w:p>
    <w:p>
      <w:pPr>
        <w:jc w:val="right"/>
      </w:pPr>
      <w:r>
        <w:t>اب تو آپ کو معلوم ہوگا کہ کوفی عنان نے خود یہ کہہ دیا ہے، جو سیکرٹری جنرل ہیں اس کے یو این او کے، کہ جو ٹارگٹ چاہتا تھا امریکہ، وہ حاصل نہیں کر سکا۔</w:t>
      </w:r>
    </w:p>
    <w:p>
      <w:r>
        <w:rPr>
          <w:b/>
        </w:rPr>
        <w:t xml:space="preserve">[10:13] </w:t>
      </w:r>
      <w:r>
        <w:t>yahan tak inhone keh diya ke saddam ke zamane ka iraq aaj ke iraq se acha tha. yeh kis ne keh diya hai? kofi annan ne.</w:t>
      </w:r>
    </w:p>
    <w:p>
      <w:pPr>
        <w:jc w:val="right"/>
      </w:pPr>
      <w:r>
        <w:t>یہاں تک انہوں نے کہہ دیا کہ صدام کے زمانے کا عراق آج کے عراق سے اچھا تھا۔ یہ کس نے کہہ دیا ہے؟ کوفی عنان نے۔</w:t>
      </w:r>
    </w:p>
    <w:p>
      <w:r>
        <w:rPr>
          <w:b/>
        </w:rPr>
        <w:t xml:space="preserve">[10:22] </w:t>
      </w:r>
      <w:r>
        <w:t>aur is hamle ke nakam hone ki dosra saboot yeh hai ke george bush ki party haar gayi.</w:t>
      </w:r>
    </w:p>
    <w:p>
      <w:pPr>
        <w:jc w:val="right"/>
      </w:pPr>
      <w:r>
        <w:t>اور اس حملے کے ناکام ہونے کی دوسرا ثبوت یہ ہے کہ جارج بش کی پارٹی ہار گئی۔</w:t>
      </w:r>
    </w:p>
    <w:p>
      <w:r>
        <w:rPr>
          <w:b/>
        </w:rPr>
        <w:t xml:space="preserve">[10:32] </w:t>
      </w:r>
      <w:r>
        <w:t>yani in ko siasi tor par woh decline hua, george bush ko. aur un ki party ab doosri bar hukmarani karne ki position mein nahi hai.</w:t>
      </w:r>
    </w:p>
    <w:p>
      <w:pPr>
        <w:jc w:val="right"/>
      </w:pPr>
      <w:r>
        <w:t>یعنی ان کو سیاسی طور پر وہ ڈیکلائن ہوا، جارج بش کو۔ اور ان کی پارٹی اب دوسری بار حکمرانی کرنے کی پوزیشن میں نہیں ہے۔</w:t>
      </w:r>
    </w:p>
    <w:p>
      <w:r>
        <w:rPr>
          <w:b/>
        </w:rPr>
        <w:t xml:space="preserve">[10:43] </w:t>
      </w:r>
      <w:r>
        <w:t>ab dekhiye. intellectually woh log diwaliya hain. woh intellectual diwaliya.</w:t>
      </w:r>
    </w:p>
    <w:p>
      <w:pPr>
        <w:jc w:val="right"/>
      </w:pPr>
      <w:r>
        <w:t>اب دیکھئے۔ انٹلیکچولی وہ لوگ دیوالیہ ہیں۔ وہ انٹلیکچول دیوالیہ۔</w:t>
      </w:r>
    </w:p>
    <w:p>
      <w:r>
        <w:rPr>
          <w:b/>
        </w:rPr>
        <w:t xml:space="preserve">[10:50] </w:t>
      </w:r>
      <w:r>
        <w:t>to ek taraf technological taraqqi hai aur doosri taraf yeh haal hai ke baaton ko samajh nahi paate. sari ki sari american intelligence shamil thi is mein.</w:t>
      </w:r>
    </w:p>
    <w:p>
      <w:pPr>
        <w:jc w:val="right"/>
      </w:pPr>
      <w:r>
        <w:t>تو ایک طرف ٹیکنالوجیکل ترقی ہے اور دوسری طرف یہ حال ہے کہ باتوں کو سمجھ نہیں پاتے۔ ساری کی ساری امریکی انٹیلیجنس شامل تھی اس میں۔</w:t>
      </w:r>
    </w:p>
    <w:p>
      <w:r>
        <w:rPr>
          <w:b/>
        </w:rPr>
        <w:t xml:space="preserve">[11:03] </w:t>
      </w:r>
      <w:r>
        <w:t>aur aap jante hain ke woh nakam ho gayi. to aur mein ne jo baat kahi thi, woh sahi nikli. kyun?</w:t>
      </w:r>
    </w:p>
    <w:p>
      <w:pPr>
        <w:jc w:val="right"/>
      </w:pPr>
      <w:r>
        <w:t>اور آپ جانتے ہیں کہ وہ ناکام ہو گئی۔ تو اور میں نے جو بات کہی تھی، وہ صحیح نکلی۔ کیوں؟</w:t>
      </w:r>
    </w:p>
    <w:p>
      <w:r>
        <w:rPr>
          <w:b/>
        </w:rPr>
        <w:t xml:space="preserve">[11:13] </w:t>
      </w:r>
      <w:r>
        <w:t>is liye ke mein objective tor par sochta hoon har baat ko.</w:t>
      </w:r>
    </w:p>
    <w:p>
      <w:pPr>
        <w:jc w:val="right"/>
      </w:pPr>
      <w:r>
        <w:t>اس لیے کہ میں آبجیکٹو طور پر سوچتا ہوں ہر بات کو۔</w:t>
      </w:r>
    </w:p>
    <w:p>
      <w:r>
        <w:rPr>
          <w:b/>
        </w:rPr>
        <w:t xml:space="preserve">[11:20] </w:t>
      </w:r>
      <w:r>
        <w:t>inhone manfi tor par socha. yani iraq ki ke khilaf ho gaye the woh log kisi wajah se. to yeh natija manfi soch ka hai.</w:t>
      </w:r>
    </w:p>
    <w:p>
      <w:pPr>
        <w:jc w:val="right"/>
      </w:pPr>
      <w:r>
        <w:t>انہوں نے منفی طور پر سوچا۔ یعنی عراق کی کے خلاف ہو گئے تھے وہ لوگ کسی وجہ سے۔ تو یہ نتیجہ منفی سوچ کا ہے۔</w:t>
      </w:r>
    </w:p>
    <w:p>
      <w:r>
        <w:rPr>
          <w:b/>
        </w:rPr>
        <w:t xml:space="preserve">[11:35] </w:t>
      </w:r>
      <w:r>
        <w:t>jab aap dekhiye, manfi ho jayein to aap ka mind, chahe kitna hi bara mind ho, theek se kaam nahi karta.</w:t>
      </w:r>
    </w:p>
    <w:p>
      <w:pPr>
        <w:jc w:val="right"/>
      </w:pPr>
      <w:r>
        <w:t>جب آپ دیکھیے، منفی ہو جائیں تو آپ کا مائنڈ، چاہے کتنا ہی بڑا مائنڈ ہو، ٹھیک سے کام نہیں کرتا۔</w:t>
      </w:r>
    </w:p>
    <w:p>
      <w:r>
        <w:rPr>
          <w:b/>
        </w:rPr>
        <w:t xml:space="preserve">[11:46] </w:t>
      </w:r>
      <w:r>
        <w:t>aap kitne hi zaheen hon, aap kitne hi zaheen hon,</w:t>
      </w:r>
    </w:p>
    <w:p>
      <w:pPr>
        <w:jc w:val="right"/>
      </w:pPr>
      <w:r>
        <w:t>آپ کتنے ہی ذہین ہوں، آپ کتنے ہی ذہین ہوں،</w:t>
      </w:r>
    </w:p>
    <w:p>
      <w:r>
        <w:rPr>
          <w:b/>
        </w:rPr>
        <w:t xml:space="preserve">[11:52] </w:t>
      </w:r>
      <w:r>
        <w:t>aap genius hon, lekin agar aap ke mind mein aa gayi nafrat, dushmani, manfi soch to aap kabhi bhi objective rai, objective rai nahi bana payenge.</w:t>
      </w:r>
    </w:p>
    <w:p>
      <w:pPr>
        <w:jc w:val="right"/>
      </w:pPr>
      <w:r>
        <w:t>آپ جینیئس ہوں، لیکن اگر آپ کے مائنڈ میں آ گئی نفرت، دشمنی، منفی سوچ تو آپ کبھی بھی آبجیکٹو رائے، آبجیکٹو رائے نہیں بنا پائیں گے۔</w:t>
      </w:r>
    </w:p>
    <w:p>
      <w:r>
        <w:rPr>
          <w:b/>
        </w:rPr>
        <w:t xml:space="preserve">[12:10] </w:t>
      </w:r>
      <w:r>
        <w:t>isi liye itna bara super power jo hai, yani rai kahan kahan se galti kar gaya.</w:t>
      </w:r>
    </w:p>
    <w:p>
      <w:pPr>
        <w:jc w:val="right"/>
      </w:pPr>
      <w:r>
        <w:t>اسی لیے اتنا بڑا سپر پاور جو ہے، یعنی رائے کہاں کہاں سے غلطی کر گیا۔</w:t>
      </w:r>
    </w:p>
    <w:p>
      <w:r>
        <w:rPr>
          <w:b/>
        </w:rPr>
        <w:t xml:space="preserve">[12:18] </w:t>
      </w:r>
      <w:r>
        <w:t>aise hi dekhiye, ek kitab aap ne sabhi log jante honge ke "future shock", alvin toffler ki ek kitab jo 6 million se bhi zyada biki thi.</w:t>
      </w:r>
    </w:p>
    <w:p>
      <w:pPr>
        <w:jc w:val="right"/>
      </w:pPr>
      <w:r>
        <w:t>ایسے ہی دیکھیے، ایک کتاب آپ نے سبھی لوگ جانتے ہوں گے کہ "فیوچر شاک"، ایلون ٹافلر کی ایک کتاب جو 6 ملین سے بھی زیادہ بکی تھی۔</w:t>
      </w:r>
    </w:p>
    <w:p>
      <w:r>
        <w:rPr>
          <w:b/>
        </w:rPr>
        <w:t xml:space="preserve">[12:30] </w:t>
      </w:r>
      <w:r>
        <w:t>woh 6 million se zyada. "future shock", alvin toffler ki kitab.</w:t>
      </w:r>
    </w:p>
    <w:p>
      <w:pPr>
        <w:jc w:val="right"/>
      </w:pPr>
      <w:r>
        <w:t>وہ 6 ملین سے زیادہ۔ "فیوچر شاک"، ایلون ٹافلر کی کتاب۔</w:t>
      </w:r>
    </w:p>
    <w:p>
      <w:r>
        <w:rPr>
          <w:b/>
        </w:rPr>
        <w:t xml:space="preserve">[12:39] </w:t>
      </w:r>
      <w:r>
        <w:t>to is mein inhone kaha tha ke yani dunya jo hai super development ki taraf ja rahi hai.</w:t>
      </w:r>
    </w:p>
    <w:p>
      <w:pPr>
        <w:jc w:val="right"/>
      </w:pPr>
      <w:r>
        <w:t>تو اس میں انہوں نے کہا تھا کہ یعنی دنیا جو ہے سپر ڈیولپمنٹ کی طرف جا رہی ہے۔</w:t>
      </w:r>
    </w:p>
    <w:p>
      <w:r>
        <w:rPr>
          <w:b/>
        </w:rPr>
        <w:t xml:space="preserve">[12:51] </w:t>
      </w:r>
      <w:r>
        <w:t>yani industrial revolution jo hai super industrial revolution ki taraf ja raha hai. aur dunya ek nai taraqqi se dochar hogi.</w:t>
      </w:r>
    </w:p>
    <w:p>
      <w:pPr>
        <w:jc w:val="right"/>
      </w:pPr>
      <w:r>
        <w:t>یعنی انڈسٹریل ریولوشن جو ہے سپر انڈسٹریل ریولوشن کی طرف جا رہا ہے۔ اور دنیا ایک نئی ترقی سے دوچار ہوگی۔</w:t>
      </w:r>
    </w:p>
    <w:p>
      <w:r>
        <w:rPr>
          <w:b/>
        </w:rPr>
        <w:t xml:space="preserve">[13:00] </w:t>
      </w:r>
      <w:r>
        <w:t>lekin aap dekhiye ke sab ulta hi ho raha hai. to "future shock" mein samajhta hoon ke zyada sahi tor par is ka hai "problem shock".</w:t>
      </w:r>
    </w:p>
    <w:p>
      <w:pPr>
        <w:jc w:val="right"/>
      </w:pPr>
      <w:r>
        <w:t>لیکن آپ دیکھیے کہ سب الٹا ہی ہو رہا ہے۔ تو "فیوچر شاک" میں سمجھتا ہوں کہ زیادہ صحیح طور پر اس کا ہے "پرابلم شاک"۔</w:t>
      </w:r>
    </w:p>
    <w:p>
      <w:r>
        <w:rPr>
          <w:b/>
        </w:rPr>
        <w:t xml:space="preserve">[13:09] </w:t>
      </w:r>
      <w:r>
        <w:t>jis cheez ko inhone "future shock" kaha, woh tha "problem shock". itne problem, itne problem. aap dekhiye ke jang hai, najasat hai, aloodgi hai.</w:t>
      </w:r>
    </w:p>
    <w:p>
      <w:pPr>
        <w:jc w:val="right"/>
      </w:pPr>
      <w:r>
        <w:t>جس چیز کو انہوں نے "فیوچر شاک" کہا، وہ تھا "پرابلم شاک"۔ اتنے پرابلم، اتنے پرابلم۔ آپ دیکھیے کہ جنگ ہے، نجاست ہے، آلودگی ہے۔</w:t>
      </w:r>
    </w:p>
    <w:p>
      <w:r>
        <w:rPr>
          <w:b/>
        </w:rPr>
        <w:t xml:space="preserve">[13:21] </w:t>
      </w:r>
      <w:r>
        <w:t>ozone layer jo hai, is mein surakh ho gaya hai. toote hue ghar, sare sare western world mein toote hue gharon ka masla hai.</w:t>
      </w:r>
    </w:p>
    <w:p>
      <w:pPr>
        <w:jc w:val="right"/>
      </w:pPr>
      <w:r>
        <w:t>اوزون لیئر جو ہے، اس میں سوراخ ہو گیا ہے۔ ٹوٹے ہوئے گھر، سارے سارے ویسٹرن ورلڈ میں ٹوٹے ہوئے گھروں کا مسئلہ ہے۔</w:t>
      </w:r>
    </w:p>
    <w:p>
      <w:r>
        <w:rPr>
          <w:b/>
        </w:rPr>
        <w:t xml:space="preserve">[13:31] </w:t>
      </w:r>
      <w:r>
        <w:t>yani problem hi problem. insan se aman, sari taraqqiyon ke baad bhi aman nahi hai insan ke andar.</w:t>
      </w:r>
    </w:p>
    <w:p>
      <w:pPr>
        <w:jc w:val="right"/>
      </w:pPr>
      <w:r>
        <w:t>یعنی پرابلم ہی پرابلم۔ انسان سے امن، ساری ترقیوں کے بعد بھی امن نہیں ہے انسان کے اندر۔</w:t>
      </w:r>
    </w:p>
    <w:p>
      <w:r>
        <w:rPr>
          <w:b/>
        </w:rPr>
        <w:t xml:space="preserve">[13:40] </w:t>
      </w:r>
      <w:r>
        <w:t>har taraf tension, har taraf stress. mein ne ek paper mein parha tha, shayad kisi yani american paper mein ya european paper mein ke is zamane mein sab se bari industry jo hai, woh de-stressing industry hai.</w:t>
      </w:r>
    </w:p>
    <w:p>
      <w:pPr>
        <w:jc w:val="right"/>
      </w:pPr>
      <w:r>
        <w:t>ہر طرف ٹینشن، ہر طرف اسٹریس۔ میں نے ایک پیپر میں پڑھا تھا، شاید کسی یعنی امریکی پیپر میں یا یورپی پیپر میں کہ اس زمانے میں سب سے بڑی انڈسٹری جو ہے، وہ ڈی اسٹریسنگ انڈسٹری ہے۔</w:t>
      </w:r>
    </w:p>
    <w:p>
      <w:r>
        <w:rPr>
          <w:b/>
        </w:rPr>
        <w:t xml:space="preserve">[13:55] </w:t>
      </w:r>
      <w:r>
        <w:t>de-stressing. logon ke stress mein phanse hue hain.</w:t>
      </w:r>
    </w:p>
    <w:p>
      <w:pPr>
        <w:jc w:val="right"/>
      </w:pPr>
      <w:r>
        <w:t>ڈی اسٹریسنگ۔ لوگوں کے اسٹریس میں پھنسے ہوئے ہیں۔</w:t>
      </w:r>
    </w:p>
    <w:p>
      <w:r>
        <w:rPr>
          <w:b/>
        </w:rPr>
        <w:t xml:space="preserve">[14:01] </w:t>
      </w:r>
      <w:r>
        <w:t>ab ek de stressing ka ek business khula hua hai.</w:t>
      </w:r>
    </w:p>
    <w:p>
      <w:pPr>
        <w:jc w:val="right"/>
      </w:pPr>
      <w:r>
        <w:t>اب ایک ڈی اسٹریسنگ کا ایک بزنس کھلا ہوا ہے۔</w:t>
      </w:r>
    </w:p>
    <w:p>
      <w:r>
        <w:rPr>
          <w:b/>
        </w:rPr>
        <w:t xml:space="preserve">[14:07] </w:t>
      </w:r>
      <w:r>
        <w:t>to sawal yeh hai ke jab itni bari taraqqi hui hai to de stressing ki zaroorat kya hai? stress kyun? kyun tension?</w:t>
      </w:r>
    </w:p>
    <w:p>
      <w:pPr>
        <w:jc w:val="right"/>
      </w:pPr>
      <w:r>
        <w:t>تو سوال یہ ہے کہ جب اتنی بڑی ترقی ہوئی ہے تو ڈی اسٹریسنگ کی ضرورت کیا ہے؟ اسٹریس کیوں؟ کیوں ٹینشن؟</w:t>
      </w:r>
    </w:p>
    <w:p>
      <w:r>
        <w:rPr>
          <w:b/>
        </w:rPr>
        <w:t xml:space="preserve">[14:18] </w:t>
      </w:r>
      <w:r>
        <w:t>is liye main kahunga ke yeh "future shock" nahi tha, ab yeh "problem shock" tha. yeh yahan par main aap ko yaad dilana chahunga ke kyun aisa hai</w:t>
      </w:r>
    </w:p>
    <w:p>
      <w:pPr>
        <w:jc w:val="right"/>
      </w:pPr>
      <w:r>
        <w:t>اس لیے میں کہوں گا کہ یہ "فیوچر شاک" نہیں تھا، اب یہ "پرابلم شاک" تھا۔ یہ یہاں پر میں آپ کو یاد دلانا چاہوں گا کہ کیوں ایسا ہے</w:t>
      </w:r>
    </w:p>
    <w:p>
      <w:r>
        <w:rPr>
          <w:b/>
        </w:rPr>
        <w:t xml:space="preserve">[14:28] </w:t>
      </w:r>
      <w:r>
        <w:t>ke</w:t>
      </w:r>
    </w:p>
    <w:p>
      <w:pPr>
        <w:jc w:val="right"/>
      </w:pPr>
      <w:r>
        <w:t>کہ</w:t>
      </w:r>
    </w:p>
    <w:p>
      <w:r>
        <w:rPr>
          <w:b/>
        </w:rPr>
        <w:t xml:space="preserve">[14:32] </w:t>
      </w:r>
      <w:r>
        <w:t>technological taraqqi khoob khoob ho rahi hai aur ideological taraqqi nahi ho rahi hai. is ko zyada gehrai mein ja kar samajhna parega aap ko.</w:t>
      </w:r>
    </w:p>
    <w:p>
      <w:pPr>
        <w:jc w:val="right"/>
      </w:pPr>
      <w:r>
        <w:t>ٹیکنالوجیکل ترقی خوب خوب ہو رہی ہے اور آئیڈیالوجیکل ترقی نہیں ہو رہی ہے۔ اس کو زیادہ گہرائی میں جا کر سمجھنا پڑے گا آپ کو۔</w:t>
      </w:r>
    </w:p>
    <w:p>
      <w:r>
        <w:rPr>
          <w:b/>
        </w:rPr>
        <w:t xml:space="preserve">[14:41] </w:t>
      </w:r>
      <w:r>
        <w:t>dekhiye, quran mein ek ayat hai "afaghayr din allahi yabuna walaw aslama man fi samawati walaw lata'umu karhan walahi yaj</w:t>
      </w:r>
    </w:p>
    <w:p>
      <w:pPr>
        <w:jc w:val="right"/>
      </w:pPr>
      <w:r>
        <w:t>دیکھیے، قرآن میں ایک آیت ہے "أفَغَيْرَ دِينِ اللّٰهِ يَبُونَ وَلَوْ أَسْلَمَ مَنْ فِي السَّمٰوَاتِ وَلَوْ لَتَعُوْمُ كَرْهَا وَلَهِ يَج</w:t>
      </w:r>
    </w:p>
    <w:p>
      <w:r>
        <w:rPr>
          <w:b/>
        </w:rPr>
        <w:t xml:space="preserve">[14:53] </w:t>
      </w:r>
      <w:r>
        <w:t>a'un". yeh hai bab number 3, ayat number 85. yeh quran ki yeh ayat jo hai, yeh hai bab number 3, ayat number 85 mein.</w:t>
      </w:r>
    </w:p>
    <w:p>
      <w:pPr>
        <w:jc w:val="right"/>
      </w:pPr>
      <w:r>
        <w:t>ْعُونَ"۔ یہ ہے باب نمبر 3، آیت نمبر 85۔ یہ قرآن کی یہ آیت جو ہے، یہ ہے باب نمبر 3، آیت نمبر 85 میں۔</w:t>
      </w:r>
    </w:p>
    <w:p>
      <w:r>
        <w:rPr>
          <w:b/>
        </w:rPr>
        <w:t xml:space="preserve">[15:11] </w:t>
      </w:r>
      <w:r>
        <w:t>is mein yeh kaha gaya hai ke kya insaan chahta hai</w:t>
      </w:r>
    </w:p>
    <w:p>
      <w:pPr>
        <w:jc w:val="right"/>
      </w:pPr>
      <w:r>
        <w:t>اس میں یہ کہا گیا ہے کہ کیا انسان چاہتا ہے</w:t>
      </w:r>
    </w:p>
    <w:p>
      <w:r>
        <w:rPr>
          <w:b/>
        </w:rPr>
        <w:t xml:space="preserve">[15:19] </w:t>
      </w:r>
      <w:r>
        <w:t>ke ek aur deen ko woh follow kare?</w:t>
      </w:r>
    </w:p>
    <w:p>
      <w:pPr>
        <w:jc w:val="right"/>
      </w:pPr>
      <w:r>
        <w:t>کہ ایک اور دین کو وہ فالو کرے؟</w:t>
      </w:r>
    </w:p>
    <w:p>
      <w:r>
        <w:rPr>
          <w:b/>
        </w:rPr>
        <w:t xml:space="preserve">[15:22] </w:t>
      </w:r>
      <w:r>
        <w:t>is deen ko chhod kar jis ko poori kainat follow kar rahi hai? "afaghayr din allahi yabuna walaw aslama man fi samawati walaw lata'umu karhan".</w:t>
      </w:r>
    </w:p>
    <w:p>
      <w:pPr>
        <w:jc w:val="right"/>
      </w:pPr>
      <w:r>
        <w:t>اس دین کو چھوڑ کر جس کو پوری کائنات فالو کر رہی ہے؟ "أفَغَيْرَ دِينِ اللّٰهِ يَبُونَ وَلَوْ أَسْلَمَ مَنْ فِي السَّمٰوَاتِ وَلَوْ لَتَعُوْمُ كَرْهَا"۔</w:t>
      </w:r>
    </w:p>
    <w:p>
      <w:r>
        <w:rPr>
          <w:b/>
        </w:rPr>
        <w:t xml:space="preserve">[15:35] </w:t>
      </w:r>
      <w:r>
        <w:t>saari kainat khuda ke deen ko follow kar rahi hai. kya insaan chahta hai ke is ke siwa ek aur deen ko follow kare woh?</w:t>
      </w:r>
    </w:p>
    <w:p>
      <w:pPr>
        <w:jc w:val="right"/>
      </w:pPr>
      <w:r>
        <w:t>ساری کائنات خدا کے دین کو فالو کر رہی ہے۔ کیا انسان چاہتا ہے کہ اس کے سوا ایک اور دین کو فالو کرے وہ؟</w:t>
      </w:r>
    </w:p>
    <w:p>
      <w:r>
        <w:rPr>
          <w:b/>
        </w:rPr>
        <w:t xml:space="preserve">[15:47] </w:t>
      </w:r>
      <w:r>
        <w:t>yeh kitni ajeeb baat hai yeh.</w:t>
      </w:r>
    </w:p>
    <w:p>
      <w:pPr>
        <w:jc w:val="right"/>
      </w:pPr>
      <w:r>
        <w:t>یہ کتنی عجیب بات ہے یہ۔</w:t>
      </w:r>
    </w:p>
    <w:p>
      <w:r>
        <w:rPr>
          <w:b/>
        </w:rPr>
        <w:t xml:space="preserve">[15:50] </w:t>
      </w:r>
      <w:r>
        <w:t>is par sochiye.</w:t>
      </w:r>
    </w:p>
    <w:p>
      <w:pPr>
        <w:jc w:val="right"/>
      </w:pPr>
      <w:r>
        <w:t>اس پر سوچیے۔</w:t>
      </w:r>
    </w:p>
    <w:p>
      <w:r>
        <w:rPr>
          <w:b/>
        </w:rPr>
        <w:t xml:space="preserve">[15:54] </w:t>
      </w:r>
      <w:r>
        <w:t>main samajhta hoon ke insaan ke liye aur baqi kainat ke liye kamyabi ka ek hi tareeqa hai ke woh ilahi qanoon ko follow kare.</w:t>
      </w:r>
    </w:p>
    <w:p>
      <w:pPr>
        <w:jc w:val="right"/>
      </w:pPr>
      <w:r>
        <w:t>میں سمجھتا ہوں کہ انسان کے لیے اور باقی کائنات کے لیے کامیابی کا ایک ہی طریقہ ہے کہ وہ الٰہی قانون کو فالو کرے۔</w:t>
      </w:r>
    </w:p>
    <w:p>
      <w:r>
        <w:rPr>
          <w:b/>
        </w:rPr>
        <w:t xml:space="preserve">[16:07] </w:t>
      </w:r>
      <w:r>
        <w:t>jis ne takhleeq kiya hai, usi ke qanoon ko follow kar ke hum kamyab ho sakte hain. kamyabi pa sakte hain.</w:t>
      </w:r>
    </w:p>
    <w:p>
      <w:pPr>
        <w:jc w:val="right"/>
      </w:pPr>
      <w:r>
        <w:t>جس نے تخلیق کیا ہے، اسی کے قوانین کو فالو کر کے ہم کامیاب ہو سکتے ہیں۔ کامیابی پا سکتے ہیں۔</w:t>
      </w:r>
    </w:p>
    <w:p>
      <w:r>
        <w:rPr>
          <w:b/>
        </w:rPr>
        <w:t xml:space="preserve">[16:19] </w:t>
      </w:r>
      <w:r>
        <w:t>lekin yahan par ek farq hai, woh yeh hai ke baqi kainat mein khuda ne apne qanoon ko lazmi taur par naafiz kar rakha hai.</w:t>
      </w:r>
    </w:p>
    <w:p>
      <w:pPr>
        <w:jc w:val="right"/>
      </w:pPr>
      <w:r>
        <w:t>لیکن یہاں پر ایک فرق ہے، وہ یہ ہے کہ باقی کائنات میں خدا نے اپنے قوانین کو لازمی طور پر نافذ کر رکھا ہے۔</w:t>
      </w:r>
    </w:p>
    <w:p>
      <w:r>
        <w:rPr>
          <w:b/>
        </w:rPr>
        <w:t xml:space="preserve">[16:32] </w:t>
      </w:r>
      <w:r>
        <w:t>aur insaan ko khud apni azadi se is ko follow karna hai. yeh hai farq.</w:t>
      </w:r>
    </w:p>
    <w:p>
      <w:pPr>
        <w:jc w:val="right"/>
      </w:pPr>
      <w:r>
        <w:t>اور انسان کو خود اپنی آزادی سے اس کو فالو کرنا ہے۔ یہ ہے فرق۔</w:t>
      </w:r>
    </w:p>
    <w:p>
      <w:r>
        <w:rPr>
          <w:b/>
        </w:rPr>
        <w:t xml:space="preserve">[16:42] </w:t>
      </w:r>
      <w:r>
        <w:t>yani baqiya jo kainat hai, woh lazmi taur par following ka usool wahan par hai.</w:t>
      </w:r>
    </w:p>
    <w:p>
      <w:pPr>
        <w:jc w:val="right"/>
      </w:pPr>
      <w:r>
        <w:t>یعنی بقیہ جو کائنات ہے، وہ لازمی طور پر فالونگ کا اصول وہاں پر ہے۔</w:t>
      </w:r>
    </w:p>
    <w:p>
      <w:r>
        <w:rPr>
          <w:b/>
        </w:rPr>
        <w:t xml:space="preserve">[16:49] </w:t>
      </w:r>
      <w:r>
        <w:t>aur insaan mein ikhtiyari following ka usool hai. woh kaise? dekhiye. quran mein hai ke</w:t>
      </w:r>
    </w:p>
    <w:p>
      <w:pPr>
        <w:jc w:val="right"/>
      </w:pPr>
      <w:r>
        <w:t>اور انسان میں اختیاری فالونگ کا اصول ہے۔ وہ کیسے؟ دیکھیے۔ قرآن میں ہے کہ</w:t>
      </w:r>
    </w:p>
    <w:p>
      <w:r>
        <w:rPr>
          <w:b/>
        </w:rPr>
        <w:t xml:space="preserve">[17:07] </w:t>
      </w:r>
      <w:r>
        <w:t>"la shamsu yambaghi laha an tudrika alqamara walal lahu yashabuku annaharu wakullun fi falakihi yasbahun". yani saare sitare jo hain aur saare sayare jo hain, apne madar mein ghoomte hain.</w:t>
      </w:r>
    </w:p>
    <w:p>
      <w:pPr>
        <w:jc w:val="right"/>
      </w:pPr>
      <w:r>
        <w:t>"لَا شَمْسُ يَمْبَغِيْ لَهَا أَنْ تُدْرِكَ الْقَمَرُ وَلَا اللَّهُ يُسْحَبُكُ النَّهَارُ وَكُلٌ فِي فَلَكِيْهِ يَسْبَحُونَ"۔ یعنی سارے ستارے جو ہیں اور سارے سیارے جو ہیں، اپنے مدار میں گھومتے ہیں۔</w:t>
      </w:r>
    </w:p>
    <w:p>
      <w:r>
        <w:rPr>
          <w:b/>
        </w:rPr>
        <w:t xml:space="preserve">[17:16] </w:t>
      </w:r>
      <w:r>
        <w:t>yeh quran mein bataya gaya hai ke vast space hai. is mein saare sayare aur saare sitare musalsal ghoom rahe hain.</w:t>
      </w:r>
    </w:p>
    <w:p>
      <w:pPr>
        <w:jc w:val="right"/>
      </w:pPr>
      <w:r>
        <w:t>یہ قرآن میں بتایا گیا ہے کہ واسٹ اسپیس ہے۔ اس میں سارے سیارے اور سارے ستارے مسلسل گھوم رہے ہیں۔</w:t>
      </w:r>
    </w:p>
    <w:p>
      <w:r>
        <w:rPr>
          <w:b/>
        </w:rPr>
        <w:t xml:space="preserve">[17:26] </w:t>
      </w:r>
      <w:r>
        <w:t>musalsal. lekin koi takrao nahi. koi takrao nahi. koi takrao nahi. yeh jo hai khuda ka goya muzahira hai ke tum apni saragarmiyon ko is tarah karo ke doosre se takrao na ho tumhara.</w:t>
      </w:r>
    </w:p>
    <w:p>
      <w:pPr>
        <w:jc w:val="right"/>
      </w:pPr>
      <w:r>
        <w:t>مسلسل۔ لیکن کوئی ٹکراؤ نہیں۔ کوئی ٹکراؤ نہیں۔ کوئی ٹکراؤ نہیں۔ یہ جو ہے خدا کا گویا مظاہرہ ہے کہ تم اپنی سرگرمیوں کو اس طرح کرو کہ دوسرے سے ٹکراؤ نہ ہو تمہارا۔</w:t>
      </w:r>
    </w:p>
    <w:p>
      <w:r>
        <w:rPr>
          <w:b/>
        </w:rPr>
        <w:t xml:space="preserve">[17:45] </w:t>
      </w:r>
      <w:r>
        <w:t>yani ek mulk doosre mulk se na takraye. ek mulk doosre mulk par hamla na kare. har mulk apne bill par aage badhe. doosre par hamla kar ke nahi.</w:t>
      </w:r>
    </w:p>
    <w:p>
      <w:pPr>
        <w:jc w:val="right"/>
      </w:pPr>
      <w:r>
        <w:t>یعنی ایک ملک دوسرے ملک سے نہ ٹکرائے۔ ایک ملک دوسرے ملک پر حملہ نہ کرے۔ ہر ملک اپنے بل پر آگے بڑھے۔ دوسرے پر حملہ کر کے نہیں۔</w:t>
      </w:r>
    </w:p>
    <w:p>
      <w:r>
        <w:rPr>
          <w:b/>
        </w:rPr>
        <w:t xml:space="preserve">[17:56] </w:t>
      </w:r>
      <w:r>
        <w:t>to space mein jo sitare hain, sayare hain, un mein to maine kaha ke lazmi taur par following ho rahi hai.</w:t>
      </w:r>
    </w:p>
    <w:p>
      <w:pPr>
        <w:jc w:val="right"/>
      </w:pPr>
      <w:r>
        <w:t>تو اسپیس میں جو ستارے ہیں، سیارے ہیں، ان میں تو میں نے کہا کہ لازمی طور پر فالونگ ہو رہی ہے۔</w:t>
      </w:r>
    </w:p>
    <w:p>
      <w:r>
        <w:rPr>
          <w:b/>
        </w:rPr>
        <w:t xml:space="preserve">[18:07] </w:t>
      </w:r>
      <w:r>
        <w:t>woh hatne ka un mein taqat nahi hai.</w:t>
      </w:r>
    </w:p>
    <w:p>
      <w:pPr>
        <w:jc w:val="right"/>
      </w:pPr>
      <w:r>
        <w:t>وہ ہٹنے کا ان میں طاقت نہیں ہے۔</w:t>
      </w:r>
    </w:p>
    <w:p>
      <w:r>
        <w:rPr>
          <w:b/>
        </w:rPr>
        <w:t xml:space="preserve">[18:10] </w:t>
      </w:r>
      <w:r>
        <w:t>insan ko ikhtiyari following karna hai is ki. isi baat ki. kyon? sitaron ke liye aur siyaron ke liye koi jannat nahin hai. woh to chal rahe hain, chal rahe hain, chal rahe hain.</w:t>
      </w:r>
    </w:p>
    <w:p>
      <w:pPr>
        <w:jc w:val="right"/>
      </w:pPr>
      <w:r>
        <w:t>انسان کو اختیاری فالونگ کرنا ہے اس کی۔ اسی بات کی۔ کیوں؟ ستاروں کے لیے اور سیاروں کے لیے کوئی جنت نہیں ہے۔ وہ تو چل رہے ہیں، چل رہے ہیں، چل رہے ہیں۔</w:t>
      </w:r>
    </w:p>
    <w:p>
      <w:r>
        <w:rPr>
          <w:b/>
        </w:rPr>
        <w:t xml:space="preserve">[18:21] </w:t>
      </w:r>
      <w:r>
        <w:t>phir ek din khatm ho jayenge. kisi sitare ke liye, kisi siyare ke liye, kisi nizam shamsi ke liye, kisi kahkashan ke liye Khuda ne koi jannat nahin banai hai.</w:t>
      </w:r>
    </w:p>
    <w:p>
      <w:pPr>
        <w:jc w:val="right"/>
      </w:pPr>
      <w:r>
        <w:t>پھر ایک دن ختم ہو جائیں گے۔ کسی ستارے کے لیے، کسی سیارے کے لیے، کسی نظام شمسی کے لیے، کسی کہکشاں کے لیے خدا نے کوئی جنت نہیں بنائی ہے۔</w:t>
      </w:r>
    </w:p>
    <w:p>
      <w:r>
        <w:rPr>
          <w:b/>
        </w:rPr>
        <w:t xml:space="preserve">[18:34] </w:t>
      </w:r>
      <w:r>
        <w:t>abadi</w:t>
      </w:r>
    </w:p>
    <w:p>
      <w:pPr>
        <w:jc w:val="right"/>
      </w:pPr>
      <w:r>
        <w:t>ابدی</w:t>
      </w:r>
    </w:p>
    <w:p>
      <w:r>
        <w:rPr>
          <w:b/>
        </w:rPr>
        <w:t xml:space="preserve">[18:38] </w:t>
      </w:r>
      <w:r>
        <w:t>khushi ka koi maqam nahin banaya hai. insan ke liye banaya hai. insan ke liye jannat hai. yeh jannat ikhtiyari following ke liye hai.</w:t>
      </w:r>
    </w:p>
    <w:p>
      <w:pPr>
        <w:jc w:val="right"/>
      </w:pPr>
      <w:r>
        <w:t>خوشی کا کوئی مقام نہیں بنایا ہے۔ انسان کے لیے بنایا ہے۔ انسان کے لیے جنت ہے۔ یہ جنت اختیاری فالونگ کے لیے ہے۔</w:t>
      </w:r>
    </w:p>
    <w:p>
      <w:r>
        <w:rPr>
          <w:b/>
        </w:rPr>
        <w:t xml:space="preserve">[18:54] </w:t>
      </w:r>
      <w:r>
        <w:t>yani ek hi jumle mein main kahunga ke jo Khuda ka qanoon hai, jo ilahi qanoon hai, jis ko sari kainaat follow kar rahi hai, usi ka yani ikhtiyari following ki qeemat mein milegi jannat.</w:t>
      </w:r>
    </w:p>
    <w:p>
      <w:pPr>
        <w:jc w:val="right"/>
      </w:pPr>
      <w:r>
        <w:t>یعنی ایک ہی جملے میں میں کہوں گا کہ جو خدا کا قانون ہے، جو الٰہی قانون ہے، جس کو ساری کائنات فالو کر رہی ہے، اسی کا یعنی اختیاری فالونگ کی قیمت میں ملے گی جنت۔</w:t>
      </w:r>
    </w:p>
    <w:p>
      <w:r>
        <w:rPr>
          <w:b/>
        </w:rPr>
        <w:t xml:space="preserve">[19:14] </w:t>
      </w:r>
      <w:r>
        <w:t>humein ikhtiyar ke sath woh karna hai jo wahan majburana taur par baqi kainaat mein ho raha hai.</w:t>
      </w:r>
    </w:p>
    <w:p>
      <w:pPr>
        <w:jc w:val="right"/>
      </w:pPr>
      <w:r>
        <w:t>ہمیں اختیار کے ساتھ وہ کرنا ہے جو وہاں مجبورانہ طور پر باقی کائنات میں ہو رہا ہے۔</w:t>
      </w:r>
    </w:p>
    <w:p>
      <w:r>
        <w:rPr>
          <w:b/>
        </w:rPr>
        <w:t xml:space="preserve">[19:23] </w:t>
      </w:r>
      <w:r>
        <w:t>to baqi kainaat mein koi kisi par hamla nahin karta. koi kisi se takra nahin karta. koi takrata nahin. puri puri kainaat billion billion saal se aisi kar rahi hai.</w:t>
      </w:r>
    </w:p>
    <w:p>
      <w:pPr>
        <w:jc w:val="right"/>
      </w:pPr>
      <w:r>
        <w:t>تو باقی کائنات میں کوئی کسی پر حملہ نہیں کرتا۔ کوئی کسی سے ٹکرا نہیں کرتا۔ کوئی ٹکراتا نہیں۔ پوری پوری کائنات بلین بلین سال سے ایسی کر رہی ہے۔</w:t>
      </w:r>
    </w:p>
    <w:p>
      <w:r>
        <w:rPr>
          <w:b/>
        </w:rPr>
        <w:t xml:space="preserve">[19:36] </w:t>
      </w:r>
      <w:r>
        <w:t>wohi insan ko karna hai. isi ko Quran mein kaha gaya ke "afaghayr dini allahi yabuna walaw aslama man fi al-samawati walaw latawmu karhan walahi yaj'una".</w:t>
      </w:r>
    </w:p>
    <w:p>
      <w:pPr>
        <w:jc w:val="right"/>
      </w:pPr>
      <w:r>
        <w:t>وہی انسان کو کرنا ہے۔ اسی کو قرآن میں کہا گیا کہ "أفَغَيْرَ دِينِ اللّٰهِ يَبُونَ وَلَوْ أَسْلَمَ مَنْ فِي السَّمٰوَاتِ وَلَوْ لَتَعُوْمُ كَرْهَا وَلَهِ يَجْعُونَ"۔</w:t>
      </w:r>
    </w:p>
    <w:p>
      <w:r>
        <w:rPr>
          <w:b/>
        </w:rPr>
        <w:t xml:space="preserve">[19:47] </w:t>
      </w:r>
      <w:r>
        <w:t>ke kya yeh log, kya insan chahta hai ke woh kisi aur deen par chale?</w:t>
      </w:r>
    </w:p>
    <w:p>
      <w:pPr>
        <w:jc w:val="right"/>
      </w:pPr>
      <w:r>
        <w:t>کہ کیا یہ لوگ، کیا انسان چاہتا ہے کہ وہ کسی اور دین پر چلے؟</w:t>
      </w:r>
    </w:p>
    <w:p>
      <w:r>
        <w:rPr>
          <w:b/>
        </w:rPr>
        <w:t xml:space="preserve">[19:55] </w:t>
      </w:r>
      <w:r>
        <w:t>jabke sari kainaat Khuda ke deen par chal rahi hai. to jo log</w:t>
      </w:r>
    </w:p>
    <w:p>
      <w:pPr>
        <w:jc w:val="right"/>
      </w:pPr>
      <w:r>
        <w:t>جبکہ ساری کائنات خدا کے دین پر چل رہی ہے۔ تو جو لوگ</w:t>
      </w:r>
    </w:p>
    <w:p>
      <w:r>
        <w:rPr>
          <w:b/>
        </w:rPr>
        <w:t xml:space="preserve">[20:04] </w:t>
      </w:r>
      <w:r>
        <w:t>is yeh jo test hai, yeh test hai. yani sitare jo hain, woh test par nahin hain. insan test par hai.</w:t>
      </w:r>
    </w:p>
    <w:p>
      <w:pPr>
        <w:jc w:val="right"/>
      </w:pPr>
      <w:r>
        <w:t>اس یہ جو ٹیسٹ ہے، یہ ٹیسٹ ہے۔ یعنی ستارے جو ہیں، وہ ٹیسٹ پر نہیں ہیں۔ انسان ٹیسٹ پر ہے۔</w:t>
      </w:r>
    </w:p>
    <w:p>
      <w:r>
        <w:rPr>
          <w:b/>
        </w:rPr>
        <w:t xml:space="preserve">[20:16] </w:t>
      </w:r>
      <w:r>
        <w:t>to jo log is test mein nakaam ho jayen, ho gaye, un ke liye jahannum hai. aur jo log is test mein kamyab ho jayenge, un ke liye jannat hai.</w:t>
      </w:r>
    </w:p>
    <w:p>
      <w:pPr>
        <w:jc w:val="right"/>
      </w:pPr>
      <w:r>
        <w:t>تو جو لوگ اس ٹیسٹ میں ناکام ہو جائیں، ہو گئے، ان کے لیے جہنم ہے۔ اور جو لوگ اس ٹیسٹ میں کامیاب ہو جائیں گے، ان کے لیے جنت ہے۔</w:t>
      </w:r>
    </w:p>
    <w:p>
      <w:r>
        <w:rPr>
          <w:b/>
        </w:rPr>
        <w:t xml:space="preserve">[20:31] </w:t>
      </w:r>
      <w:r>
        <w:t>yeh jo azadi insan ko mili hai, woh bohat hi bari cheez hai. aap sochiye zara, is kainaat mein koi koi nahin jo hans sake.</w:t>
      </w:r>
    </w:p>
    <w:p>
      <w:pPr>
        <w:jc w:val="right"/>
      </w:pPr>
      <w:r>
        <w:t>یہ جو آزادی انسان کو ملی ہے، وہ بہت ہی بڑی چیز ہے۔ آپ سوچیے ذرا، اس کائنات میں کوئی کوئی نہیں جو ہنس سکے۔</w:t>
      </w:r>
    </w:p>
    <w:p>
      <w:r>
        <w:rPr>
          <w:b/>
        </w:rPr>
        <w:t xml:space="preserve">[20:42] </w:t>
      </w:r>
      <w:r>
        <w:t>muskurana insan ki sifat hai.</w:t>
      </w:r>
    </w:p>
    <w:p>
      <w:pPr>
        <w:jc w:val="right"/>
      </w:pPr>
      <w:r>
        <w:t>مسکرانا انسان کی صفت ہے۔</w:t>
      </w:r>
    </w:p>
    <w:p>
      <w:r>
        <w:rPr>
          <w:b/>
        </w:rPr>
        <w:t xml:space="preserve">[20:45] </w:t>
      </w:r>
      <w:r>
        <w:t>koi suraj, koi siyara, koi kahkashan muskura nahin sakti. yeh itni bari cheez hai ke aap ko khush hote ho aur muskurate hain.</w:t>
      </w:r>
    </w:p>
    <w:p>
      <w:pPr>
        <w:jc w:val="right"/>
      </w:pPr>
      <w:r>
        <w:t>کوئی سورج، کوئی سیارہ، کوئی کہکشاں مسکرا نہیں سکتی۔ یہ اتنی بڑی چیز ہے کہ آپ کو خوش ہوتے ہو اور مسکراتے ہیں۔</w:t>
      </w:r>
    </w:p>
    <w:p>
      <w:r>
        <w:rPr>
          <w:b/>
        </w:rPr>
        <w:t xml:space="preserve">[20:55] </w:t>
      </w:r>
      <w:r>
        <w:t>khushi ki ehsas sirf insan ke liye hai. kisi aur ke liye nahin hai. aise khud se sochna, khud se karna, apni azadi ko mashq karna, yeh kisi ke liye nahin hai.</w:t>
      </w:r>
    </w:p>
    <w:p>
      <w:pPr>
        <w:jc w:val="right"/>
      </w:pPr>
      <w:r>
        <w:t>خوشی کی احساس صرف انسان کے لیے ہے۔ کسی اور کے لیے نہیں ہے۔ ایسے خود سے سوچنا، خود سے کرنا، اپنی آزادی کو مشق کرنا، یہ کسی کے لیے نہیں ہے۔</w:t>
      </w:r>
    </w:p>
    <w:p>
      <w:r>
        <w:rPr>
          <w:b/>
        </w:rPr>
        <w:t xml:space="preserve">[21:08] </w:t>
      </w:r>
      <w:r>
        <w:t>yeh aap ke liye hai.</w:t>
      </w:r>
    </w:p>
    <w:p>
      <w:pPr>
        <w:jc w:val="right"/>
      </w:pPr>
      <w:r>
        <w:t>یہ آپ کے لیے ہے۔</w:t>
      </w:r>
    </w:p>
    <w:p>
      <w:r>
        <w:rPr>
          <w:b/>
        </w:rPr>
        <w:t xml:space="preserve">[21:11] </w:t>
      </w:r>
      <w:r>
        <w:t>lekin</w:t>
      </w:r>
    </w:p>
    <w:p>
      <w:pPr>
        <w:jc w:val="right"/>
      </w:pPr>
      <w:r>
        <w:t>لیکن</w:t>
      </w:r>
    </w:p>
    <w:p>
      <w:r>
        <w:rPr>
          <w:b/>
        </w:rPr>
        <w:t xml:space="preserve">[21:16] </w:t>
      </w:r>
      <w:r>
        <w:t>aap ko nateejay ka option nahin hai. aap nateejay ko badal nahin sakte. insan jo hai, us ko yeh option to hai ke jo chahe bole, jo chahe kare.</w:t>
      </w:r>
    </w:p>
    <w:p>
      <w:pPr>
        <w:jc w:val="right"/>
      </w:pPr>
      <w:r>
        <w:t>آپ کو نتیجے کا آپشن نہیں ہے۔ آپ نتیجے کو بدل نہیں سکتے۔ انسان جو ہے، اس کو یہ آپشن تو ہے کہ جو چاہے بولے، جو چاہے کرے۔</w:t>
      </w:r>
    </w:p>
    <w:p>
      <w:r>
        <w:rPr>
          <w:b/>
        </w:rPr>
        <w:t xml:space="preserve">[21:27] </w:t>
      </w:r>
      <w:r>
        <w:t>lekin yeh option nahin hai ke is ke nateejay ko bhi badal de woh. nateejay to Khuda ke hath mein hai. yahan main aap ko ek hawala doonga.</w:t>
      </w:r>
    </w:p>
    <w:p>
      <w:pPr>
        <w:jc w:val="right"/>
      </w:pPr>
      <w:r>
        <w:t>لیکن یہ آپشن نہیں ہے کہ اس کے نتیجے کو بھی بدل دے وہ۔ نتیجہ تو خدا کے ہاتھ میں ہے۔ یہاں میں آپ کو ایک حوالہ دوں گا۔</w:t>
      </w:r>
    </w:p>
    <w:p>
      <w:r>
        <w:rPr>
          <w:b/>
        </w:rPr>
        <w:t xml:space="preserve">[21:38] </w:t>
      </w:r>
      <w:r>
        <w:t>main aap jante hain ke main kisi baat ko hawala de kar bayan karta hoon. woh hawala qissa kahani nahin hota hai. aksar log qissa kahani bayan karte hain.</w:t>
      </w:r>
    </w:p>
    <w:p>
      <w:pPr>
        <w:jc w:val="right"/>
      </w:pPr>
      <w:r>
        <w:t>میں آپ جانتے ہیں کہ میں کسی بات کو حوالہ دے کر بیان کرتا ہوں۔ وہ حوالہ قصہ کہانی نہیں ہوتا ہے۔ اکثر لوگ قصہ کہانی بیان کرتے ہیں۔</w:t>
      </w:r>
    </w:p>
    <w:p>
      <w:r>
        <w:rPr>
          <w:b/>
        </w:rPr>
        <w:t xml:space="preserve">[21:48] </w:t>
      </w:r>
      <w:r>
        <w:t>woh mera tareeqa nahin hai. main haqeeqi kahani bayan karta hoon. to yeh hai General Dyer.</w:t>
      </w:r>
    </w:p>
    <w:p>
      <w:pPr>
        <w:jc w:val="right"/>
      </w:pPr>
      <w:r>
        <w:t>وہ میرا طریقہ نہیں ہے۔ میں حقیقی کہانی بیان کرتا ہوں۔ تو یہ ہے جنرل ٹائر۔</w:t>
      </w:r>
    </w:p>
    <w:p>
      <w:r>
        <w:rPr>
          <w:b/>
        </w:rPr>
        <w:t xml:space="preserve">[21:59] </w:t>
      </w:r>
      <w:r>
        <w:t>British General tha yeh India mein.</w:t>
      </w:r>
    </w:p>
    <w:p>
      <w:pPr>
        <w:jc w:val="right"/>
      </w:pPr>
      <w:r>
        <w:t>برٹش جنرل تھا یہ انڈیا میں۔</w:t>
      </w:r>
    </w:p>
    <w:p>
      <w:r>
        <w:rPr>
          <w:b/>
        </w:rPr>
        <w:t xml:space="preserve">[22:05] </w:t>
      </w:r>
      <w:r>
        <w:t>jiska jis ki maut hui 1927 mein.</w:t>
      </w:r>
    </w:p>
    <w:p>
      <w:pPr>
        <w:jc w:val="right"/>
      </w:pPr>
      <w:r>
        <w:t>جس کا جس کی موت ہوئی 1927 میں۔</w:t>
      </w:r>
    </w:p>
    <w:p>
      <w:r>
        <w:rPr>
          <w:b/>
        </w:rPr>
        <w:t xml:space="preserve">[22:11] </w:t>
      </w:r>
      <w:r>
        <w:t>London mein. to aap jante hain ke 1919 ka jo Jallianwala Bagh ki jo firing thi, 1919 mein, woh isi ne karwai thi.</w:t>
      </w:r>
    </w:p>
    <w:p>
      <w:pPr>
        <w:jc w:val="right"/>
      </w:pPr>
      <w:r>
        <w:t>لندن میں۔ تو آپ جانتے ہیں کہ 1919 کا جو جیلانوالہ باغ کی جو فائرنگ تھی، 1919 میں، وہ اسی نے کروائی تھی۔</w:t>
      </w:r>
    </w:p>
    <w:p>
      <w:r>
        <w:rPr>
          <w:b/>
        </w:rPr>
        <w:t xml:space="preserve">[22:24] </w:t>
      </w:r>
      <w:r>
        <w:t>isi se india ki siyasi tareekh badal gai. aur gandhi ko bohat ziyada woh mila.</w:t>
      </w:r>
    </w:p>
    <w:p>
      <w:pPr>
        <w:jc w:val="right"/>
      </w:pPr>
      <w:r>
        <w:t>اسی سے انڈیا کی سیاسی تاریخ بدل گئی۔ اور گاندھی کو بہت زیادہ وہ ملا۔</w:t>
      </w:r>
    </w:p>
    <w:p>
      <w:r>
        <w:rPr>
          <w:b/>
        </w:rPr>
        <w:t xml:space="preserve">[22:34] </w:t>
      </w:r>
      <w:r>
        <w:t>boost mila.</w:t>
      </w:r>
    </w:p>
    <w:p>
      <w:pPr>
        <w:jc w:val="right"/>
      </w:pPr>
      <w:r>
        <w:t>بوسٹ ملا۔</w:t>
      </w:r>
    </w:p>
    <w:p>
      <w:r>
        <w:rPr>
          <w:b/>
        </w:rPr>
        <w:t xml:space="preserve">[22:38] </w:t>
      </w:r>
      <w:r>
        <w:t>ya azadi ki azadi ko bohat boost mila.</w:t>
      </w:r>
    </w:p>
    <w:p>
      <w:pPr>
        <w:jc w:val="right"/>
      </w:pPr>
      <w:r>
        <w:t>یا آزادی کی آزادی کو بہت بوسٹ ملا۔</w:t>
      </w:r>
    </w:p>
    <w:p>
      <w:r>
        <w:rPr>
          <w:b/>
        </w:rPr>
        <w:t xml:space="preserve">[22:41] </w:t>
      </w:r>
      <w:r>
        <w:t>to general tyer ne na 1919 mein, 1919 mein amritsar mein aik hai jagah, is ka naam hai jailanwala bagh.</w:t>
      </w:r>
    </w:p>
    <w:p>
      <w:pPr>
        <w:jc w:val="right"/>
      </w:pPr>
      <w:r>
        <w:t>تو جنرل ٹائر نے نہ 1919 میں، 1919 میں امرتسر میں ایک ہے جگہ، اس کا نام ہے جیلانوالہ باغ۔</w:t>
      </w:r>
    </w:p>
    <w:p>
      <w:r>
        <w:rPr>
          <w:b/>
        </w:rPr>
        <w:t xml:space="preserve">[22:55] </w:t>
      </w:r>
      <w:r>
        <w:t>yeh koi bagh nahi hai, koi baghicha nahi hai. aik jagah hai aisi hi. to lekin naam is ka hai jailanwala bagh. jo amritsar ke andar hai woh.</w:t>
      </w:r>
    </w:p>
    <w:p>
      <w:pPr>
        <w:jc w:val="right"/>
      </w:pPr>
      <w:r>
        <w:t>یہاں کوئی باغ نہیں ہے، کوئی باغیچہ نہیں ہے۔ ایک جگہ ہے ایسی ہی۔ تو لیکن نام اس کا ہے جیلانوالہ باغ۔ جو امرتسر کے اندر ہے وہ۔</w:t>
      </w:r>
    </w:p>
    <w:p>
      <w:r>
        <w:rPr>
          <w:b/>
        </w:rPr>
        <w:t xml:space="preserve">[23:06] </w:t>
      </w:r>
      <w:r>
        <w:t>to wahan par log meeting ke liye ikhatta hue thay.</w:t>
      </w:r>
    </w:p>
    <w:p>
      <w:pPr>
        <w:jc w:val="right"/>
      </w:pPr>
      <w:r>
        <w:t>تو وہاں پر لوگ میٹنگ کے لیے اکٹھا ہوئے تھے۔</w:t>
      </w:r>
    </w:p>
    <w:p>
      <w:r>
        <w:rPr>
          <w:b/>
        </w:rPr>
        <w:t xml:space="preserve">[23:11] </w:t>
      </w:r>
      <w:r>
        <w:t>yani azadi ke naam par. to yeh qanoon wahan par tha jo 144, section 144 jo hota hai, 1944 woh wahan tha laagu tha.</w:t>
      </w:r>
    </w:p>
    <w:p>
      <w:pPr>
        <w:jc w:val="right"/>
      </w:pPr>
      <w:r>
        <w:t>یعنی آزادی کے نام پر۔ تو یہ قانون وہاں پر تھا جو 144، سیکشن 144 جو ہوتا ہے، 1944 وہ وہاں تھا لاگو تھا۔</w:t>
      </w:r>
    </w:p>
    <w:p>
      <w:r>
        <w:rPr>
          <w:b/>
        </w:rPr>
        <w:t xml:space="preserve">[23:26] </w:t>
      </w:r>
      <w:r>
        <w:t>is ko tor kar ke log wahan jalsa kar rahe thay. to general tyer wahan par tha us waqt. to is ne warning di ke aap log bikhir jaiye.</w:t>
      </w:r>
    </w:p>
    <w:p>
      <w:pPr>
        <w:jc w:val="right"/>
      </w:pPr>
      <w:r>
        <w:t>اس کو توڑ کر کے لوگ وہاں جلسہ کر رہے تھے۔ تو جنرل ٹائر وہاں پر تھا اس وقت۔ تو اس نے وارننگ دی کہ آپ لوگ بکھر جائیے۔</w:t>
      </w:r>
    </w:p>
    <w:p>
      <w:r>
        <w:rPr>
          <w:b/>
        </w:rPr>
        <w:t xml:space="preserve">[23:36] </w:t>
      </w:r>
      <w:r>
        <w:t>log bikhre nahi hue. to is ne firing karwai.</w:t>
      </w:r>
    </w:p>
    <w:p>
      <w:pPr>
        <w:jc w:val="right"/>
      </w:pPr>
      <w:r>
        <w:t>لوگ بکھرے نہیں ہوئے۔ تو اس نے فائرنگ کروائی۔</w:t>
      </w:r>
    </w:p>
    <w:p>
      <w:r>
        <w:rPr>
          <w:b/>
        </w:rPr>
        <w:t xml:space="preserve">[23:41] </w:t>
      </w:r>
      <w:r>
        <w:t>is firing mein taqreeban 400 aadmi shayad mar gaye thay. aur bohat se log is mein zakhmi hue. to kul mila kar taqreeban 1000 is ke mutasira bane.</w:t>
      </w:r>
    </w:p>
    <w:p>
      <w:pPr>
        <w:jc w:val="right"/>
      </w:pPr>
      <w:r>
        <w:t>اس فائرنگ میں تقریباً 400 آدمی شاید مر گئے تھے۔ اور بہت سے لوگ اس میں زخمی ہوئے۔ تو کل ملا کر تقریباً 1000 اس کے متاثرہ بنے۔</w:t>
      </w:r>
    </w:p>
    <w:p>
      <w:r>
        <w:rPr>
          <w:b/>
        </w:rPr>
        <w:t xml:space="preserve">[23:52] </w:t>
      </w:r>
      <w:r>
        <w:t>to yeh bohat yeh khabar bohat phaili kyunke press ka zamana aa chuka tha. aur london mein jo hukumat thi, british hukumat, woh hil gai.</w:t>
      </w:r>
    </w:p>
    <w:p>
      <w:pPr>
        <w:jc w:val="right"/>
      </w:pPr>
      <w:r>
        <w:t>تو یہ بہت یہ خبر بہت پھیلی کیونکہ پریس کا زمانہ آ چکا تھا۔ اور لندن میں جو حکومت تھی، برٹش حکومت، وہ ہل گئی۔</w:t>
      </w:r>
    </w:p>
    <w:p>
      <w:r>
        <w:rPr>
          <w:b/>
        </w:rPr>
        <w:t xml:space="preserve">[24:05] </w:t>
      </w:r>
      <w:r>
        <w:t>aur hunter commission bithaya gaya.</w:t>
      </w:r>
    </w:p>
    <w:p>
      <w:pPr>
        <w:jc w:val="right"/>
      </w:pPr>
      <w:r>
        <w:t>اور ہنٹر کمیشن بٹھایا گیا۔</w:t>
      </w:r>
    </w:p>
    <w:p>
      <w:r>
        <w:rPr>
          <w:b/>
        </w:rPr>
        <w:t xml:space="preserve">[24:07] </w:t>
      </w:r>
      <w:r>
        <w:t>hunter aik bohat safir tha, bohat bara angrez. to hunter commission ne bohat thoro is ki tehqeeq ki.</w:t>
      </w:r>
    </w:p>
    <w:p>
      <w:pPr>
        <w:jc w:val="right"/>
      </w:pPr>
      <w:r>
        <w:t>ہنٹر ایک بہت سفارت کار تھا، بہت بڑا انگریز۔ تو ہنٹر کمیشن نے بہت تھارو اس کی تفتیش کی۔</w:t>
      </w:r>
    </w:p>
    <w:p>
      <w:r>
        <w:rPr>
          <w:b/>
        </w:rPr>
        <w:t xml:space="preserve">[24:18] </w:t>
      </w:r>
      <w:r>
        <w:t>bohat thoro tehqeeq ki. ab bohat hi aik dilchasp baat yeh hai ke jab poocha gaya general tyer se ke tum ne aisa kyun kiya?</w:t>
      </w:r>
    </w:p>
    <w:p>
      <w:pPr>
        <w:jc w:val="right"/>
      </w:pPr>
      <w:r>
        <w:t>بہت تھارو تفتیش کی۔ اب بہت ہی ایک دلچسپ بات یہ ہے کہ جب پوچھا گیا جنرل ٹائر سے کہ تم نے ایسا کیوں کیا؟</w:t>
      </w:r>
    </w:p>
    <w:p>
      <w:r>
        <w:rPr>
          <w:b/>
        </w:rPr>
        <w:t xml:space="preserve">[24:28] </w:t>
      </w:r>
      <w:r>
        <w:t>tum ne kyun firing karwai? itne saare log mar gaye. to is ne kaha ke main ne apni duty poori ki.</w:t>
      </w:r>
    </w:p>
    <w:p>
      <w:pPr>
        <w:jc w:val="right"/>
      </w:pPr>
      <w:r>
        <w:t>تم نے کیوں فائرنگ کروائی؟ اتنے سارے لوگ مر گئے۔ تو اس نے کہا کہ میں نے اپنی ڈیوٹی پوری کی۔</w:t>
      </w:r>
    </w:p>
    <w:p>
      <w:r>
        <w:rPr>
          <w:b/>
        </w:rPr>
        <w:t xml:space="preserve">[24:38] </w:t>
      </w:r>
      <w:r>
        <w:t>aik afsar ki hesiyat se mujhe jo karna chahiye tha woh main ne kiya. kyunke qaide ko woh tod rahe thay. jab qaide ko tod rahe thay to mujhe un ko sabak dena tha.</w:t>
      </w:r>
    </w:p>
    <w:p>
      <w:pPr>
        <w:jc w:val="right"/>
      </w:pPr>
      <w:r>
        <w:t>ایک افسر کی حیثیت سے مجھے جو کرنا چاہیے تھا وہ میں نے کیا۔ کیونکہ قاعدے کو وہ توڑ رہے تھے۔ جب قاعدے کو توڑ رہے تھے تو مجھے ان کو سبق دینا تھا۔</w:t>
      </w:r>
    </w:p>
    <w:p>
      <w:r>
        <w:rPr>
          <w:b/>
        </w:rPr>
        <w:t xml:space="preserve">[24:48] </w:t>
      </w:r>
      <w:r>
        <w:t>aur mujhe. to main ne apni duty poori ki. yeh lafz istemal kiya tha is ne.</w:t>
      </w:r>
    </w:p>
    <w:p>
      <w:pPr>
        <w:jc w:val="right"/>
      </w:pPr>
      <w:r>
        <w:t>اور مجھے۔ تو میں نے اپنی ڈیوٹی پوری کی۔ یہ لفظ استعمال کیا تھا اس نے۔</w:t>
      </w:r>
    </w:p>
    <w:p>
      <w:r>
        <w:rPr>
          <w:b/>
        </w:rPr>
        <w:t xml:space="preserve">[24:56] </w:t>
      </w:r>
      <w:r>
        <w:t>to bohat hi dilchasp baat hai yeh ke hunter commission ne, hunter commission ne jis par jo likha woh yeh tha ke general Dyer ka jo case hai woh hai ghalat fehmi of his duty.</w:t>
      </w:r>
    </w:p>
    <w:p>
      <w:pPr>
        <w:jc w:val="right"/>
      </w:pPr>
      <w:r>
        <w:t>تو بہت ہی دلچسپ بات ہے یہ کہ ہنٹر کمیشن نے، ہنٹر کمیشن نے جس پر جو لکھا وہ یہ تھا کہ جنرل ٹائر کا جو کیس ہے وہ ہے غلط فہمی آف اس ڈیوٹی۔</w:t>
      </w:r>
    </w:p>
    <w:p>
      <w:r>
        <w:rPr>
          <w:b/>
        </w:rPr>
        <w:t xml:space="preserve">[25:22] </w:t>
      </w:r>
      <w:r>
        <w:t>ghalat fehmi of is duty.</w:t>
      </w:r>
    </w:p>
    <w:p>
      <w:pPr>
        <w:jc w:val="right"/>
      </w:pPr>
      <w:r>
        <w:t>غلط فہمی آف اس ڈیوٹی۔</w:t>
      </w:r>
    </w:p>
    <w:p>
      <w:r>
        <w:rPr>
          <w:b/>
        </w:rPr>
        <w:t xml:space="preserve">[25:28] </w:t>
      </w:r>
      <w:r>
        <w:t>apni duty ka ghalat tasawwur. to main kahoon ke insan jo hai is ka shikar ho raha hai. ghalat fehmi of azadi.</w:t>
      </w:r>
    </w:p>
    <w:p>
      <w:pPr>
        <w:jc w:val="right"/>
      </w:pPr>
      <w:r>
        <w:t>اپنی ڈیوٹی کا غلط تصور۔ تو میں کہوں کہ انسان جو ہے اس کا شکار ہو رہا ہے۔ غلط فہمی آف آزادی۔</w:t>
      </w:r>
    </w:p>
    <w:p>
      <w:r>
        <w:rPr>
          <w:b/>
        </w:rPr>
        <w:t xml:space="preserve">[25:42] </w:t>
      </w:r>
      <w:r>
        <w:t>yeh sara mamla jo hai ghalat fehmi of azadi ka hai.</w:t>
      </w:r>
    </w:p>
    <w:p>
      <w:pPr>
        <w:jc w:val="right"/>
      </w:pPr>
      <w:r>
        <w:t>یہ سارا معاملہ جو ہے غلط فہمی آف آزادی کا ہے۔</w:t>
      </w:r>
    </w:p>
    <w:p>
      <w:r>
        <w:rPr>
          <w:b/>
        </w:rPr>
        <w:t xml:space="preserve">[25:48] </w:t>
      </w:r>
      <w:r>
        <w:t>khuda ne jo azadi diya tha, us azadi ka ghalat matlab nikal liya logon ne. ke jo chahe karo. hum to azaad hain jo chahein karein.</w:t>
      </w:r>
    </w:p>
    <w:p>
      <w:pPr>
        <w:jc w:val="right"/>
      </w:pPr>
      <w:r>
        <w:t>خدا نے جو آزادی دیا تھا، اس آزادی کا غلط مطلب نکال لیا لوگوں نے۔ کہ جو چاہے کرو۔ ہم تو آزاد ہیں جو چاہیں کریں۔</w:t>
      </w:r>
    </w:p>
    <w:p>
      <w:r>
        <w:rPr>
          <w:b/>
        </w:rPr>
        <w:t xml:space="preserve">[26:00] </w:t>
      </w:r>
      <w:r>
        <w:t>yeh sara mamla hai ghalat fehmi of azadi ka.</w:t>
      </w:r>
    </w:p>
    <w:p>
      <w:pPr>
        <w:jc w:val="right"/>
      </w:pPr>
      <w:r>
        <w:t>یہ سارا معاملہ ہے غلط فہمی آف آزادی کا۔</w:t>
      </w:r>
    </w:p>
    <w:p>
      <w:r>
        <w:rPr>
          <w:b/>
        </w:rPr>
        <w:t xml:space="preserve">[26:09] </w:t>
      </w:r>
      <w:r>
        <w:t>azadi jo hai hum ko bator haq ke nahi mili hai. na inaam ke tor par mili hai.</w:t>
      </w:r>
    </w:p>
    <w:p>
      <w:pPr>
        <w:jc w:val="right"/>
      </w:pPr>
      <w:r>
        <w:t>آزادی جو ہے ہم کو بطور حق کے نہیں ملی ہے۔ نہ انعام کے طور پر ملی ہے۔</w:t>
      </w:r>
    </w:p>
    <w:p>
      <w:r>
        <w:rPr>
          <w:b/>
        </w:rPr>
        <w:t xml:space="preserve">[26:14] </w:t>
      </w:r>
      <w:r>
        <w:t>yani azadi na hamara haq hai na hum ko inaam ke tor par mili hai woh. woh hai test ke liye. yeh jo azadi hum ko mili hui hai woh sirf test ke liye hai.</w:t>
      </w:r>
    </w:p>
    <w:p>
      <w:pPr>
        <w:jc w:val="right"/>
      </w:pPr>
      <w:r>
        <w:t>یعنی آزادی نہ ہمارا حق ہے نہ ہم کو انعام کے طور پر ملی ہے وہ۔ وہ ہے ٹیسٹ کے لیے۔ یہ جو آزادی ہم کو ملی ہوئی ہے وہ صرف ٹیسٹ کے لیے ہے۔</w:t>
      </w:r>
    </w:p>
    <w:p>
      <w:r>
        <w:rPr>
          <w:b/>
        </w:rPr>
        <w:t xml:space="preserve">[26:28] </w:t>
      </w:r>
      <w:r>
        <w:t>test kis baat ka? ke baqi kainaat jis ilahi qanoon ko lazmi tor par follow kar raha hai, hum is ilahi qanoon ko apni azadi ke sath follow karen.</w:t>
      </w:r>
    </w:p>
    <w:p>
      <w:pPr>
        <w:jc w:val="right"/>
      </w:pPr>
      <w:r>
        <w:t>ٹیسٹ کس بات کا؟ کہ باقی کائنات جس الٰہی قانون کو لازمی طور پر فالو کر رہا ہے، ہم اس الٰہی قانون کو اپنی آزادی کے ساتھ فالو کریں۔</w:t>
      </w:r>
    </w:p>
    <w:p>
      <w:r>
        <w:rPr>
          <w:b/>
        </w:rPr>
        <w:t xml:space="preserve">[26:43] </w:t>
      </w:r>
      <w:r>
        <w:t>azadana tor par is ko hum follow karen. bas is baat ka test hai aur kuch nahin.</w:t>
      </w:r>
    </w:p>
    <w:p>
      <w:pPr>
        <w:jc w:val="right"/>
      </w:pPr>
      <w:r>
        <w:t>آزادانہ طور پر اس کو ہم فالو کریں۔ بس اس بات کا ٹیسٹ ہے اور کچھ نہیں۔</w:t>
      </w:r>
    </w:p>
    <w:p>
      <w:r>
        <w:rPr>
          <w:b/>
        </w:rPr>
        <w:t xml:space="preserve">[26:51] </w:t>
      </w:r>
      <w:r>
        <w:t>to yeh sara maamla galat fehmi of azadi ka hai.</w:t>
      </w:r>
    </w:p>
    <w:p>
      <w:pPr>
        <w:jc w:val="right"/>
      </w:pPr>
      <w:r>
        <w:t>تو یہ سارا معاملہ غلط فہمی آف آزادی کا ہے۔</w:t>
      </w:r>
    </w:p>
    <w:p>
      <w:r>
        <w:rPr>
          <w:b/>
        </w:rPr>
        <w:t xml:space="preserve">[27:02] </w:t>
      </w:r>
      <w:r>
        <w:t>to mein yeh kahunga ke bohat bara khatra le raha hai insaan. insaan bohat bara khatra le raha hai.</w:t>
      </w:r>
    </w:p>
    <w:p>
      <w:pPr>
        <w:jc w:val="right"/>
      </w:pPr>
      <w:r>
        <w:t>تو میں یہ کہوں گا کہ بہت بڑا خطرہ لے رہا ہے انسان۔ انسان بہت بڑا خطرہ لے رہا ہے۔</w:t>
      </w:r>
    </w:p>
    <w:p>
      <w:r>
        <w:rPr>
          <w:b/>
        </w:rPr>
        <w:t xml:space="preserve">[27:11] </w:t>
      </w:r>
      <w:r>
        <w:t>yani</w:t>
      </w:r>
    </w:p>
    <w:p>
      <w:pPr>
        <w:jc w:val="right"/>
      </w:pPr>
      <w:r>
        <w:t>یعنی</w:t>
      </w:r>
    </w:p>
    <w:p>
      <w:r>
        <w:rPr>
          <w:b/>
        </w:rPr>
        <w:t xml:space="preserve">[27:15] </w:t>
      </w:r>
      <w:r>
        <w:t>woh is baat ka saboot de raha hai ke woh qabil nahin tha azadi ke liye.</w:t>
      </w:r>
    </w:p>
    <w:p>
      <w:pPr>
        <w:jc w:val="right"/>
      </w:pPr>
      <w:r>
        <w:t>وہ اس بات کا ثبوت دے رہا ہے کہ وہ قابل نہیں تھا آزادی کے لیے۔</w:t>
      </w:r>
    </w:p>
    <w:p>
      <w:r>
        <w:rPr>
          <w:b/>
        </w:rPr>
        <w:t xml:space="preserve">[27:28] </w:t>
      </w:r>
      <w:r>
        <w:t>jis ka nateeja kya hai? jahannum.</w:t>
      </w:r>
    </w:p>
    <w:p>
      <w:pPr>
        <w:jc w:val="right"/>
      </w:pPr>
      <w:r>
        <w:t>جس کا نتیجہ کیا ہے؟ جہنم۔</w:t>
      </w:r>
    </w:p>
    <w:p>
      <w:r>
        <w:rPr>
          <w:b/>
        </w:rPr>
        <w:t xml:space="preserve">[27:33] </w:t>
      </w:r>
      <w:r>
        <w:t>jahannum. yani yahan hum agar azadi ko theek tarah se istemal karen jis ka pehle hi is ka taayun diya ja raha hai baqi kainaat mein to</w:t>
      </w:r>
    </w:p>
    <w:p>
      <w:pPr>
        <w:jc w:val="right"/>
      </w:pPr>
      <w:r>
        <w:t>جہنم۔ یعنی یہاں ہم اگر آزادی کو ٹھیک طرح سے استعمال کریں جس کا پہلے ہی اس کا تعین دیا جا رہا ہے باقی کائنات میں تو</w:t>
      </w:r>
    </w:p>
    <w:p>
      <w:r>
        <w:rPr>
          <w:b/>
        </w:rPr>
        <w:t xml:space="preserve">[27:47] </w:t>
      </w:r>
      <w:r>
        <w:t>hamare liye jannat hai. aur agar hum is ko achi tarah na istemal karen to koi bhi bahana Khuda ka hamara nahin jayega.</w:t>
      </w:r>
    </w:p>
    <w:p>
      <w:pPr>
        <w:jc w:val="right"/>
      </w:pPr>
      <w:r>
        <w:t>ہمارے لیے جنت ہے۔ اور اگر ہم اس کو اچھی طرح نہ استعمال کریں تو کوئی بھی بہانہ خدا کا ہمارا نہیں جائے گا۔</w:t>
      </w:r>
    </w:p>
    <w:p>
      <w:r>
        <w:rPr>
          <w:b/>
        </w:rPr>
        <w:t xml:space="preserve">[28:02] </w:t>
      </w:r>
      <w:r>
        <w:t>general tyer ke is mein sab se zyada jo mujhe sabaq wali baat mili ke us ne sach much, sachay dil se yeh samjha tha ke hum ke mujhe apni duty ke liye aisa karna chahiye.</w:t>
      </w:r>
    </w:p>
    <w:p>
      <w:pPr>
        <w:jc w:val="right"/>
      </w:pPr>
      <w:r>
        <w:t>جنرل ٹائر کے اس میں سب سے زیادہ جو مجھے سبق والی بات ملی کہ اس نے سچ مچ، سچے دل سے یہ سمجھا تھا کہ ہم کہ مجھے اپنی ڈیوٹی کے لیے ایسا کرنا چاہیے۔</w:t>
      </w:r>
    </w:p>
    <w:p>
      <w:r>
        <w:rPr>
          <w:b/>
        </w:rPr>
        <w:t xml:space="preserve">[28:16] </w:t>
      </w:r>
      <w:r>
        <w:t>sachay dil se. woh poori report maine parhi. usay kahin bhi aik lafz aisa nahin mila jis se mein samjhun ke sacha nahin tha woh general tyer.</w:t>
      </w:r>
    </w:p>
    <w:p>
      <w:pPr>
        <w:jc w:val="right"/>
      </w:pPr>
      <w:r>
        <w:t>سچے دل سے۔ وہ پوری رپورٹ میں نے پڑھی۔ اسے کہیں بھی ایک لفظ ایسا نہیں ملا جس سے میں سمجھوں کہ سچا نہیں تھا وہ جنرل ٹائر۔</w:t>
      </w:r>
    </w:p>
    <w:p>
      <w:r>
        <w:rPr>
          <w:b/>
        </w:rPr>
        <w:t xml:space="preserve">[28:26] </w:t>
      </w:r>
      <w:r>
        <w:t>sachay dil se us ne samjha ke mujhe apni duty ko mashq karne ke liye goli chalana chahiye.</w:t>
      </w:r>
    </w:p>
    <w:p>
      <w:pPr>
        <w:jc w:val="right"/>
      </w:pPr>
      <w:r>
        <w:t>سچے دل سے اس نے سمجھا کہ مجھے اپنی ڈیوٹی کو مشق کرنے کے لیے گولی چلانا چاہیے۔</w:t>
      </w:r>
    </w:p>
    <w:p>
      <w:r>
        <w:rPr>
          <w:b/>
        </w:rPr>
        <w:t xml:space="preserve">[28:32] </w:t>
      </w:r>
      <w:r>
        <w:t>lekin aap dekhiye us ki sachai kaam nahin aayi.</w:t>
      </w:r>
    </w:p>
    <w:p>
      <w:pPr>
        <w:jc w:val="right"/>
      </w:pPr>
      <w:r>
        <w:t>لیکن آپ دیکھئے اس کی سچائی کام نہیں آئی۔</w:t>
      </w:r>
    </w:p>
    <w:p>
      <w:r>
        <w:rPr>
          <w:b/>
        </w:rPr>
        <w:t xml:space="preserve">[28:41] </w:t>
      </w:r>
      <w:r>
        <w:t>to kabhi aisa hota hai, yaad rakhiye is baat ko. kabhi aisa hota hai ke bahana qabool hota hai. kabhi aisa hota hai ke bahana qabool nahin hota.</w:t>
      </w:r>
    </w:p>
    <w:p>
      <w:pPr>
        <w:jc w:val="right"/>
      </w:pPr>
      <w:r>
        <w:t>تو کبھی ایسا ہوتا ہے، یاد رکھیے اس بات کو۔ کبھی ایسا ہوتا ہے کہ بہانہ قبول ہوتا ہے۔ کبھی ایسا ہوتا ہے کہ بہانہ قبول نہیں ہوتا۔</w:t>
      </w:r>
    </w:p>
    <w:p>
      <w:r>
        <w:rPr>
          <w:b/>
        </w:rPr>
        <w:t xml:space="preserve">[28:52] </w:t>
      </w:r>
      <w:r>
        <w:t>is farq ko achi tarah samajh lijiyay. farq dono mein.</w:t>
      </w:r>
    </w:p>
    <w:p>
      <w:pPr>
        <w:jc w:val="right"/>
      </w:pPr>
      <w:r>
        <w:t>اس فرق کو اچھی طرح سمجھ لیجیے۔ فرق دونوں میں۔</w:t>
      </w:r>
    </w:p>
    <w:p>
      <w:r>
        <w:rPr>
          <w:b/>
        </w:rPr>
        <w:t xml:space="preserve">[29:00] </w:t>
      </w:r>
      <w:r>
        <w:t>yani general tyer ka bahana jo tha woh qabool nahin bana British saltanat ke liye.</w:t>
      </w:r>
    </w:p>
    <w:p>
      <w:pPr>
        <w:jc w:val="right"/>
      </w:pPr>
      <w:r>
        <w:t>یعنی جنرل ٹائر کا بہانہ جو تھا وہ قبول نہیں بنا برٹش سلطنت کے لیے۔</w:t>
      </w:r>
    </w:p>
    <w:p>
      <w:r>
        <w:rPr>
          <w:b/>
        </w:rPr>
        <w:t xml:space="preserve">[29:07] </w:t>
      </w:r>
      <w:r>
        <w:t>is baat ko achi tarah se poori zindagi ke liye samajh lijiyay, poori zindagi ke liye.</w:t>
      </w:r>
    </w:p>
    <w:p>
      <w:pPr>
        <w:jc w:val="right"/>
      </w:pPr>
      <w:r>
        <w:t>اس بات کو اچھی طرح سے پوری زندگی کے لیے سمجھ لیجیے، پوری زندگی کے لیے۔</w:t>
      </w:r>
    </w:p>
    <w:p>
      <w:r>
        <w:rPr>
          <w:b/>
        </w:rPr>
        <w:t xml:space="preserve">[29:15] </w:t>
      </w:r>
      <w:r>
        <w:t>ke kabhi kabhi</w:t>
      </w:r>
    </w:p>
    <w:p>
      <w:pPr>
        <w:jc w:val="right"/>
      </w:pPr>
      <w:r>
        <w:t>کہ کبھی کبھی</w:t>
      </w:r>
    </w:p>
    <w:p>
      <w:r>
        <w:rPr>
          <w:b/>
        </w:rPr>
        <w:t xml:space="preserve">[29:21] </w:t>
      </w:r>
      <w:r>
        <w:t>aisa hota hai ke bahana aap ka maan liya jata hai. lekin kuch aisay bhi cases hain jahan bahana qabool hota hi nahin.</w:t>
      </w:r>
    </w:p>
    <w:p>
      <w:pPr>
        <w:jc w:val="right"/>
      </w:pPr>
      <w:r>
        <w:t>ایسا ہوتا ہے کہ بہانہ آپ کا مان لیا جاتا ہے۔ لیکن کچھ ایسے بھی کیسز ہیں جہاں بہانہ قبول ہوتا ہی نہیں۔</w:t>
      </w:r>
    </w:p>
    <w:p>
      <w:r>
        <w:rPr>
          <w:b/>
        </w:rPr>
        <w:t xml:space="preserve">[29:32] </w:t>
      </w:r>
      <w:r>
        <w:t>hota hi nahin. is ka to aap ko is ke liye aap ko nataij ko bhugtana hi parta hai. chahe kitnay hi sachay raho aap.</w:t>
      </w:r>
    </w:p>
    <w:p>
      <w:pPr>
        <w:jc w:val="right"/>
      </w:pPr>
      <w:r>
        <w:t>ہوتا ہی نہیں۔ اس کا تو آپ کو اس کے لیے آپ کو نتائج کو بھگتنا ہی پڑتا ہے۔ چاہے کتنے ہی سچے رہو آپ۔</w:t>
      </w:r>
    </w:p>
    <w:p>
      <w:r>
        <w:rPr>
          <w:b/>
        </w:rPr>
        <w:t xml:space="preserve">[29:44] </w:t>
      </w:r>
      <w:r>
        <w:t>kitnay hi aap dil se mخلص hon, kuch bhi karen.</w:t>
      </w:r>
    </w:p>
    <w:p>
      <w:pPr>
        <w:jc w:val="right"/>
      </w:pPr>
      <w:r>
        <w:t>کتنے ہی آپ دل سے مخلص ہوں، کچھ بھی ہو کریں۔</w:t>
      </w:r>
    </w:p>
    <w:p>
      <w:r>
        <w:rPr>
          <w:b/>
        </w:rPr>
        <w:t xml:space="preserve">[29:51] </w:t>
      </w:r>
      <w:r>
        <w:t>yeh bohat hi ahem baat hai ke bahana kabhi qabool kar liya jata hai. aur kabhi aisa hota hai ke bahana kitnay hi aap ko samajhte hain kitna hi bara bahana ho.</w:t>
      </w:r>
    </w:p>
    <w:p>
      <w:pPr>
        <w:jc w:val="right"/>
      </w:pPr>
      <w:r>
        <w:t>یہ بہت ہی اہم بات ہے کہ بہانہ کبھی قبول کر لیا جاتا ہے۔ اور کبھی ایسا ہوتا ہے کہ بہانہ کتنے ہی آپ کو سمجھتے ہیں کتنا ہی بڑا بہانہ ہو۔</w:t>
      </w:r>
    </w:p>
    <w:p>
      <w:r>
        <w:rPr>
          <w:b/>
        </w:rPr>
        <w:t xml:space="preserve">[30:05] </w:t>
      </w:r>
      <w:r>
        <w:t>lekin woh qabool nahin hota woh. is ke nataij ko aap ko bhugtana hi parta hai. bhugtana hi parta hai.</w:t>
      </w:r>
    </w:p>
    <w:p>
      <w:pPr>
        <w:jc w:val="right"/>
      </w:pPr>
      <w:r>
        <w:t>لیکن وہ قبول نہیں ہوتا وہ۔ اس کے نتائج کو آپ کو بھگتنا ہی پڑتا ہے۔ بھگتنا ہی پڑتا ہے۔</w:t>
      </w:r>
    </w:p>
    <w:p>
      <w:r>
        <w:rPr>
          <w:b/>
        </w:rPr>
        <w:t xml:space="preserve">[30:14] </w:t>
      </w:r>
      <w:r>
        <w:t>to general tyer yeh samajhta tha ke maine jo kuch kiya hai British saltanat ki khair khwahi mein kiya hai. sachay dil se kiya hai. duty poora karne ke liye kiya hai.</w:t>
      </w:r>
    </w:p>
    <w:p>
      <w:pPr>
        <w:jc w:val="right"/>
      </w:pPr>
      <w:r>
        <w:t>تو جنرل ٹائر یہ سمجھتا تھا کہ میں نے جو کچھ کیا ہے برٹش سلطنت کی خیر خواہی میں کیا ہے۔ سچے دل سے کیا ہے۔ ڈیوٹی پورا کرنے کے لیے کیا ہے۔</w:t>
      </w:r>
    </w:p>
    <w:p>
      <w:r>
        <w:rPr>
          <w:b/>
        </w:rPr>
        <w:t xml:space="preserve">[30:24] </w:t>
      </w:r>
      <w:r>
        <w:t>apni samajh se us ke paas to bohat bara bahana tha. lekin hunter commission ne us ko qabool nahin kiya. British saltanat ne us ko qabool nahin kiya.</w:t>
      </w:r>
    </w:p>
    <w:p>
      <w:pPr>
        <w:jc w:val="right"/>
      </w:pPr>
      <w:r>
        <w:t>اپنی سمجھ سے اس کے پاس تو بہت بڑا بہانہ تھا۔ لیکن ہنٹر کمیشن نے اس کو قبول نہیں کیا۔ برٹش سلطنت نے اس کو قبول نہیں کیا۔</w:t>
      </w:r>
    </w:p>
    <w:p>
      <w:r>
        <w:rPr>
          <w:b/>
        </w:rPr>
        <w:t xml:space="preserve">[30:35] </w:t>
      </w:r>
      <w:r>
        <w:t>aur jantay hain kya hua? is ko radd kar diya gaya. aur woh jhanjhanahat ki maut mara.</w:t>
      </w:r>
    </w:p>
    <w:p>
      <w:pPr>
        <w:jc w:val="right"/>
      </w:pPr>
      <w:r>
        <w:t>اور جانتے ہیں کیا ہوا؟ اس کو رد کر دیا گیا۔ اور وہ جھنجھلاہٹ کی موت مرا۔</w:t>
      </w:r>
    </w:p>
    <w:p>
      <w:r>
        <w:rPr>
          <w:b/>
        </w:rPr>
        <w:t xml:space="preserve">[30:44] </w:t>
      </w:r>
      <w:r>
        <w:t>woh general tyer jis ne 1919 mein apni samajh se british saltanat ka bohat bara kaam kiya tha.</w:t>
      </w:r>
    </w:p>
    <w:p>
      <w:pPr>
        <w:jc w:val="right"/>
      </w:pPr>
      <w:r>
        <w:t>وہ جنرل ٹائر جس نے 1919 میں اپنی سمجھ سے برٹش سلطنت کا بہت بڑا کام کیا تھا۔</w:t>
      </w:r>
    </w:p>
    <w:p>
      <w:r>
        <w:rPr>
          <w:b/>
        </w:rPr>
        <w:t xml:space="preserve">[30:57] </w:t>
      </w:r>
      <w:r>
        <w:t>british saltanat ki ka bohat bari khair khwahi ki thi is ne.</w:t>
      </w:r>
    </w:p>
    <w:p>
      <w:pPr>
        <w:jc w:val="right"/>
      </w:pPr>
      <w:r>
        <w:t>برٹش سلطنت کی کا بہت بڑی خیر خواہی کی تھی اس نے۔</w:t>
      </w:r>
    </w:p>
    <w:p>
      <w:r>
        <w:rPr>
          <w:b/>
        </w:rPr>
        <w:t xml:space="preserve">[31:06] </w:t>
      </w:r>
      <w:r>
        <w:t>yani 1919 mein apni samajh se is ne british saltanat ki bohat bari khair khwahi ki thi.</w:t>
      </w:r>
    </w:p>
    <w:p>
      <w:pPr>
        <w:jc w:val="right"/>
      </w:pPr>
      <w:r>
        <w:t>یعنی 1919 میں اپنی سمجھ سے اس نے برٹش سلطنت کی بہت بڑی خیر خواہی کی تھی۔</w:t>
      </w:r>
    </w:p>
    <w:p>
      <w:r>
        <w:rPr>
          <w:b/>
        </w:rPr>
        <w:t xml:space="preserve">[31:15] </w:t>
      </w:r>
      <w:r>
        <w:t>lekin 1927 mein woh jhanjhanahat ke sath mara. kyunke british saltanat ne is ko qabool nahi kiya.</w:t>
      </w:r>
    </w:p>
    <w:p>
      <w:pPr>
        <w:jc w:val="right"/>
      </w:pPr>
      <w:r>
        <w:t>لیکن 1927 میں وہ جھنجھلاہٹ کے ساتھ مرا۔ کیونکہ برٹش سلطنت نے اس کو قبول نہیں کیا۔</w:t>
      </w:r>
    </w:p>
    <w:p>
      <w:r>
        <w:rPr>
          <w:b/>
        </w:rPr>
        <w:t xml:space="preserve">[31:30] </w:t>
      </w:r>
      <w:r>
        <w:t>is ne kaha ke yeh tumhara apna tasawwur tha duty ka. yeh british saltanat ka tasawwur nahi tha. toh agar khuda yeh keh de ga ke azadi ka tumhara apna tasawwur tha.</w:t>
      </w:r>
    </w:p>
    <w:p>
      <w:pPr>
        <w:jc w:val="right"/>
      </w:pPr>
      <w:r>
        <w:t>اس نے کہا کہ یہ تمہارا اپنا تصور تھا ڈیوٹی کا۔ یہ برٹش سلطنت کا تصور نہیں تھا۔ تو اگر خدا یہ کہہ دے گا کہ آزادی کا تمہارا اپنا تصور تھا۔</w:t>
      </w:r>
    </w:p>
    <w:p>
      <w:r>
        <w:rPr>
          <w:b/>
        </w:rPr>
        <w:t xml:space="preserve">[31:44] </w:t>
      </w:r>
      <w:r>
        <w:t>yeh tumhara tasawwur azadi ka tha. khuda ka tasawwur azadi ka nahi tha yeh. toh aap kya karein ge? insaan kya kare ga?</w:t>
      </w:r>
    </w:p>
    <w:p>
      <w:pPr>
        <w:jc w:val="right"/>
      </w:pPr>
      <w:r>
        <w:t>یہ تمہارا تصور آزادی کا تھا۔ خدا کا تصور آزادی کا نہیں تھا یہ۔ تو آپ کیا کریں گے؟ انسان کیا کرے گا؟</w:t>
      </w:r>
    </w:p>
    <w:p>
      <w:r>
        <w:rPr>
          <w:b/>
        </w:rPr>
        <w:t xml:space="preserve">[31:57] </w:t>
      </w:r>
      <w:r>
        <w:t>jab khuda kahe ga insaan se ke yeh tumhara apna tasawwur azadi ka tha toh khuda ka tasawwur azadi ka nahi tha.</w:t>
      </w:r>
    </w:p>
    <w:p>
      <w:pPr>
        <w:jc w:val="right"/>
      </w:pPr>
      <w:r>
        <w:t>جب خدا کہے گا انسان سے کہ یہ تمہارا اپنا تصور آزادی کا تھا تو خدا کا تصور آزادی کا نہیں تھا۔</w:t>
      </w:r>
    </w:p>
    <w:p>
      <w:r>
        <w:rPr>
          <w:b/>
        </w:rPr>
        <w:t xml:space="preserve">[32:07] </w:t>
      </w:r>
      <w:r>
        <w:t>toh kya hoga is ke is waqt insaan ka haal?</w:t>
      </w:r>
    </w:p>
    <w:p>
      <w:pPr>
        <w:jc w:val="right"/>
      </w:pPr>
      <w:r>
        <w:t>تو کیا ہوگا اس کے اس وقت انسان کا حال؟</w:t>
      </w:r>
    </w:p>
    <w:p>
      <w:r>
        <w:rPr>
          <w:b/>
        </w:rPr>
        <w:t xml:space="preserve">[32:16] </w:t>
      </w:r>
      <w:r>
        <w:t>is jis tarah se sab kuch chheen liya gaya. general tyer se sab kuch chheen liya gaya. isi tarah insaan se bhi sab kuch chheen liya jaye ga. general tyer ko koi izaz nahi mila.</w:t>
      </w:r>
    </w:p>
    <w:p>
      <w:pPr>
        <w:jc w:val="right"/>
      </w:pPr>
      <w:r>
        <w:t>اس جس طرح سے سب کچھ چھین لیا گیا۔ جنرل ٹائر سے سب کچھ چھین لیا گیا۔ اسی طرح انسان سے بھی سب کچھ چھین لیا جائے گا۔ جنرل ٹائر کو کوئی اعزاز نہیں ملا۔</w:t>
      </w:r>
    </w:p>
    <w:p>
      <w:r>
        <w:rPr>
          <w:b/>
        </w:rPr>
        <w:t xml:space="preserve">[32:28] </w:t>
      </w:r>
      <w:r>
        <w:t>koi nahi service chheen li gayi, sab kuch chheen liya gaya. isi tarah insaan se sab kuch chheen liya jaye ga.</w:t>
      </w:r>
    </w:p>
    <w:p>
      <w:pPr>
        <w:jc w:val="right"/>
      </w:pPr>
      <w:r>
        <w:t>کوئی نہیں سروس چھین لی گئی، سب کچھ چھین لیا گیا۔ اسی طرح انسان سے سب کچھ چھین لیا جائے گا۔</w:t>
      </w:r>
    </w:p>
    <w:p>
      <w:r>
        <w:rPr>
          <w:b/>
        </w:rPr>
        <w:t xml:space="preserve">[32:40] </w:t>
      </w:r>
      <w:r>
        <w:t>yahan par mujhe aik waqia yaad aata hai. woh bohat hi zyada mutalliq hai is mamle ko samajhne ke liye.</w:t>
      </w:r>
    </w:p>
    <w:p>
      <w:pPr>
        <w:jc w:val="right"/>
      </w:pPr>
      <w:r>
        <w:t>یہاں پر مجھے ایک واقعہ یاد آتا ہے۔ وہ بہت ہی زیادہ متعلقہ ہے اس معاملے کو سمجھنے کے لیے۔</w:t>
      </w:r>
    </w:p>
    <w:p>
      <w:r>
        <w:rPr>
          <w:b/>
        </w:rPr>
        <w:t xml:space="preserve">[32:52] </w:t>
      </w:r>
      <w:r>
        <w:t>jaisa ke maine arz kiya ke main bayan karne ke liye baton ko haqeeqi kahani batata hoon. koi qissa kahani nahi.</w:t>
      </w:r>
    </w:p>
    <w:p>
      <w:pPr>
        <w:jc w:val="right"/>
      </w:pPr>
      <w:r>
        <w:t>جیسا کہ میں نے عرض کیا کہ میں بیان کرنے کے لیے باتوں کو حقیقی کہانی بتاتا ہوں۔ کوئی قصہ کہانی نہیں۔</w:t>
      </w:r>
    </w:p>
    <w:p>
      <w:r>
        <w:rPr>
          <w:b/>
        </w:rPr>
        <w:t xml:space="preserve">[33:00] </w:t>
      </w:r>
      <w:r>
        <w:t>jhoote qissay kahaniyon se mujhe mutalliq hoon main.</w:t>
      </w:r>
    </w:p>
    <w:p>
      <w:pPr>
        <w:jc w:val="right"/>
      </w:pPr>
      <w:r>
        <w:t>جھوٹے قصے کہانیوں سے مجھے متعلقہ ہوں میں۔</w:t>
      </w:r>
    </w:p>
    <w:p>
      <w:r>
        <w:rPr>
          <w:b/>
        </w:rPr>
        <w:t xml:space="preserve">[33:06] </w:t>
      </w:r>
      <w:r>
        <w:t>toh aap jantay hain ke lucknow mein aik hai jis ko nadwah kehte hain. nadwat ul-ulama.</w:t>
      </w:r>
    </w:p>
    <w:p>
      <w:pPr>
        <w:jc w:val="right"/>
      </w:pPr>
      <w:r>
        <w:t>تو آپ جانتے ہیں کہ لکھنو میں ایک ہے جس کو ندوہ کہتے ہیں۔ ندوۃ العلماء۔</w:t>
      </w:r>
    </w:p>
    <w:p>
      <w:r>
        <w:rPr>
          <w:b/>
        </w:rPr>
        <w:t xml:space="preserve">[33:16] </w:t>
      </w:r>
      <w:r>
        <w:t>nadwah islami taleem ka bohat bara idara hai. dehdh so saal pehle bana tha woh. aap sab log jantay honge nadwah ko.</w:t>
      </w:r>
    </w:p>
    <w:p>
      <w:pPr>
        <w:jc w:val="right"/>
      </w:pPr>
      <w:r>
        <w:t>ندوہ اسلامی تعلیم کا بہت بڑا ادارہ ہے۔ ڈیڑھ سو سال پہلے بنا تھا وہ۔ آپ سب لوگ جانتے ہوں گے ندوہ کو۔</w:t>
      </w:r>
    </w:p>
    <w:p>
      <w:r>
        <w:rPr>
          <w:b/>
        </w:rPr>
        <w:t xml:space="preserve">[33:29] </w:t>
      </w:r>
      <w:r>
        <w:t>darul uloom nadwah.</w:t>
      </w:r>
    </w:p>
    <w:p>
      <w:pPr>
        <w:jc w:val="right"/>
      </w:pPr>
      <w:r>
        <w:t>دارالعلوم ندوہ۔</w:t>
      </w:r>
    </w:p>
    <w:p>
      <w:r>
        <w:rPr>
          <w:b/>
        </w:rPr>
        <w:t xml:space="preserve">[33:31] </w:t>
      </w:r>
      <w:r>
        <w:t>toh Maulana Abu Hassan Ali Nadvi jin ki wafat ho chuki hai. 1999 mein wafat hui un ki.</w:t>
      </w:r>
    </w:p>
    <w:p>
      <w:pPr>
        <w:jc w:val="right"/>
      </w:pPr>
      <w:r>
        <w:t>تو مولانا ابو الحسن علی ندوی جن کی وفات ہو چکی ہے۔ 1999 میں وفات ہوئی ان کی۔</w:t>
      </w:r>
    </w:p>
    <w:p>
      <w:r>
        <w:rPr>
          <w:b/>
        </w:rPr>
        <w:t xml:space="preserve">[33:40] </w:t>
      </w:r>
      <w:r>
        <w:t>aaj yeh wazeh hai ke december 31 aur 1999 ko wafat hui un ki. toh khair aik aik bar woh delhi aaye.</w:t>
      </w:r>
    </w:p>
    <w:p>
      <w:pPr>
        <w:jc w:val="right"/>
      </w:pPr>
      <w:r>
        <w:t>آج یہ واضح ہے کہ دسمبر 31 اور 1999 کو وفات ہوئی ان کی۔ تو خیر ایک ایک بار وہ دہلی آئے۔</w:t>
      </w:r>
    </w:p>
    <w:p>
      <w:r>
        <w:rPr>
          <w:b/>
        </w:rPr>
        <w:t xml:space="preserve">[33:51] </w:t>
      </w:r>
      <w:r>
        <w:t>delhi aate rehte thay. toh yeh multinationalz ke zamanay se pehle ki baat hai yeh.</w:t>
      </w:r>
    </w:p>
    <w:p>
      <w:pPr>
        <w:jc w:val="right"/>
      </w:pPr>
      <w:r>
        <w:t>دہلی آتے رہتے تھے۔ تو یہ ملٹی نیشنلز کے زمانے سے پہلے کی بات ہے یہ۔</w:t>
      </w:r>
    </w:p>
    <w:p>
      <w:r>
        <w:rPr>
          <w:b/>
        </w:rPr>
        <w:t xml:space="preserve">[33:59] </w:t>
      </w:r>
      <w:r>
        <w:t>toh is zamanay mein kisi madrase ke aadmi ke liye bohat bari cheez thi ke safarat khane mein usay service mil jaye. ab toh safarat khane ki service mein woh charm nahi reh gaya hai.</w:t>
      </w:r>
    </w:p>
    <w:p>
      <w:pPr>
        <w:jc w:val="right"/>
      </w:pPr>
      <w:r>
        <w:t>تو اس زمانے میں کسی مدرسے کے آدمی کے لیے بہت بڑی چیز تھی کہ سفارت خانے میں اسے سروس مل جائے۔ اب تو سفارت خانے کی سروس میں وہ چارم نہیں رہ گیا ہے۔</w:t>
      </w:r>
    </w:p>
    <w:p>
      <w:r>
        <w:rPr>
          <w:b/>
        </w:rPr>
        <w:t xml:space="preserve">[34:09] </w:t>
      </w:r>
      <w:r>
        <w:t>jab se multinationalz aa gaye hain yahan par.</w:t>
      </w:r>
    </w:p>
    <w:p>
      <w:pPr>
        <w:jc w:val="right"/>
      </w:pPr>
      <w:r>
        <w:t>جب سے ملٹی نیشنلز آگئے ہیں یہاں پر۔</w:t>
      </w:r>
    </w:p>
    <w:p>
      <w:r>
        <w:rPr>
          <w:b/>
        </w:rPr>
        <w:t xml:space="preserve">[34:13] </w:t>
      </w:r>
      <w:r>
        <w:t>toh kuch nadwiyon ne nadwah se parhne ke baad kuch angrezi seekhi. aur safarat khane mein un ko mutarjim ki jagah mil gayi.</w:t>
      </w:r>
    </w:p>
    <w:p>
      <w:pPr>
        <w:jc w:val="right"/>
      </w:pPr>
      <w:r>
        <w:t>تو کچھ ندویوں نے ندوہ سے پڑھنے کے بعد کچھ انگریزی سیکھی۔ اور سفارت خانے میں ان کو مترجم کی جگہ مل گئی۔</w:t>
      </w:r>
    </w:p>
    <w:p>
      <w:r>
        <w:rPr>
          <w:b/>
        </w:rPr>
        <w:t xml:space="preserve">[34:24] </w:t>
      </w:r>
      <w:r>
        <w:t>kyunke yeh yeh jo arab safarat khane hain delhi mein toh is mein jo safeer hotay hain toh un ke paas jo jo dastavezat aate hain jo aate hain woh umooman angrezi mein hotay hain.</w:t>
      </w:r>
    </w:p>
    <w:p>
      <w:pPr>
        <w:jc w:val="right"/>
      </w:pPr>
      <w:r>
        <w:t>کیونکہ یہ یہ جو عرب سفارت خانے ہیں دہلی میں تو اس میں جو سفیر ہوتے ہیں تو ان کے پاس جو جو دستاویزات آتے ہیں جو آتے ہیں وہ عموماً انگریزی میں ہوتے ہیں۔</w:t>
      </w:r>
    </w:p>
    <w:p>
      <w:r>
        <w:rPr>
          <w:b/>
        </w:rPr>
        <w:t xml:space="preserve">[34:40] </w:t>
      </w:r>
      <w:r>
        <w:t>toh angrezi se muntaqil karna parta hai arabic mein.</w:t>
      </w:r>
    </w:p>
    <w:p>
      <w:pPr>
        <w:jc w:val="right"/>
      </w:pPr>
      <w:r>
        <w:t>تو انگریزی سے منتقل کرنا پڑتا ہے عربک میں۔</w:t>
      </w:r>
    </w:p>
    <w:p>
      <w:r>
        <w:rPr>
          <w:b/>
        </w:rPr>
        <w:t xml:space="preserve">[34:45] </w:t>
      </w:r>
      <w:r>
        <w:t>to lekin kabhi aisa hota hai ke arabic se angrezi mein muntaqil karna parta hai. to in logon ne arabic aur padhi thi nadwah mein phir angrezi seekhi.</w:t>
      </w:r>
    </w:p>
    <w:p>
      <w:pPr>
        <w:jc w:val="right"/>
      </w:pPr>
      <w:r>
        <w:t>تو لیکن کبھی ایسا ہوتا ہے کہ عربک سے انگریزی میں منتقل کرنا پڑتا ہے۔ تو ان لوگوں نے عربک اور پڑھی تھی ندوہ میں پھر انگریزی سیکھی۔</w:t>
      </w:r>
    </w:p>
    <w:p>
      <w:r>
        <w:rPr>
          <w:b/>
        </w:rPr>
        <w:t xml:space="preserve">[34:56] </w:t>
      </w:r>
      <w:r>
        <w:t>aur mutarjim ki jagah unhon ne le liya safarat khanay mein. jis mein us waqt ke lehaaz se tankhwah kaafi hoti thi. ab to multinationalz mein zyada tankhwahain milti hain logon ko.</w:t>
      </w:r>
    </w:p>
    <w:p>
      <w:pPr>
        <w:jc w:val="right"/>
      </w:pPr>
      <w:r>
        <w:t>اور مترجم کی جگہ انہوں نے لے لیا سفارت خانے میں۔ جس میں اس وقت کے لحاظ سے تنخواہ کافی ہوتی تھی۔ اب تو ملٹی نیشنلز میں زیادہ تنخواہیں ملتی ہیں لوگوں کو۔</w:t>
      </w:r>
    </w:p>
    <w:p>
      <w:r>
        <w:rPr>
          <w:b/>
        </w:rPr>
        <w:t xml:space="preserve">[35:08] </w:t>
      </w:r>
      <w:r>
        <w:t>to khair Maulana Abu Hassan Ali Nadvi jo thay aam taur par Ali Mian kahe jatay thay. Maulana Ali</w:t>
      </w:r>
    </w:p>
    <w:p>
      <w:pPr>
        <w:jc w:val="right"/>
      </w:pPr>
      <w:r>
        <w:t>تو خیر مولانا ابو الحسن علی ندوی جو تھے عام طور پر علی میاں کہے جاتے تھے۔ مولانا علی</w:t>
      </w:r>
    </w:p>
    <w:p>
      <w:r>
        <w:rPr>
          <w:b/>
        </w:rPr>
        <w:t xml:space="preserve">[35:15] </w:t>
      </w:r>
      <w:r>
        <w:t>Mian. to woh Delhi aaye. to un se milne ke liye yeh Nadvi log aaye jo safarat khanay mein kaam kar rahay thay. to unhon ne poocha kya kar rahay ho?</w:t>
      </w:r>
    </w:p>
    <w:p>
      <w:pPr>
        <w:jc w:val="right"/>
      </w:pPr>
      <w:r>
        <w:t>میاں۔ تو وہ دہلی آئے۔ تو ان سے ملنے کے لیے یہ ندوی لوگ آئے جو سفارت خانے میں کام کر رہے تھے۔ تو انہوں نے پوچھا کیا کر رہے ہو؟</w:t>
      </w:r>
    </w:p>
    <w:p>
      <w:r>
        <w:rPr>
          <w:b/>
        </w:rPr>
        <w:t xml:space="preserve">[35:25] </w:t>
      </w:r>
      <w:r>
        <w:t>unhon ne bataya ke safarat khanay mein kaam kar rahay hain. to Maulana Ali Mian ne un se kaha</w:t>
      </w:r>
    </w:p>
    <w:p>
      <w:pPr>
        <w:jc w:val="right"/>
      </w:pPr>
      <w:r>
        <w:t>انہوں نے بتایا کہ سفارت خانے میں کام کر رہے ہیں۔ تو مولانا علی میاں نے ان سے کہا</w:t>
      </w:r>
    </w:p>
    <w:p>
      <w:r>
        <w:rPr>
          <w:b/>
        </w:rPr>
        <w:t xml:space="preserve">[35:51] </w:t>
      </w:r>
      <w:r>
        <w:t>hamari arabic zaban hamein wapas karo. hum ne tum ko arabi zaban is liye nahi padhai thi ke tum ja kar safarat khanay mein kaam karo.</w:t>
      </w:r>
    </w:p>
    <w:p>
      <w:pPr>
        <w:jc w:val="right"/>
      </w:pPr>
      <w:r>
        <w:t>ہماری عربک زبان ہمیں واپس کرو۔ ہم نے تم کو عربی زبان اس لیے نہیں پڑھائی تھی کہ تم جا کر سفارت خانے میں کام کرو۔</w:t>
      </w:r>
    </w:p>
    <w:p>
      <w:r>
        <w:rPr>
          <w:b/>
        </w:rPr>
        <w:t xml:space="preserve">[36:01] </w:t>
      </w:r>
      <w:r>
        <w:t>mutarjim ban jao.</w:t>
      </w:r>
    </w:p>
    <w:p>
      <w:pPr>
        <w:jc w:val="right"/>
      </w:pPr>
      <w:r>
        <w:t>مترجم بن جاؤ۔</w:t>
      </w:r>
    </w:p>
    <w:p>
      <w:r>
        <w:rPr>
          <w:b/>
        </w:rPr>
        <w:t xml:space="preserve">[36:03] </w:t>
      </w:r>
      <w:r>
        <w:t>Maulana Ali Mian is ko bohat hi yani woh chota kaam samajhte thay ke aadmi madrasay se mein padh kar ke islami scholar banay aur ja kar ke woh safarat khanay mein mutarjim ka kaam karne lagay.</w:t>
      </w:r>
    </w:p>
    <w:p>
      <w:pPr>
        <w:jc w:val="right"/>
      </w:pPr>
      <w:r>
        <w:t>مولانا علی میاں اس کو بہت ہی یعنی وہ چھوٹا کام سمجھتے تھے کہ آدمی مدرسے سے میں پڑھ کر کے اسلامی اسکالر بنے اور جا کر کے وہ سفارت خانے میں مترجم کا کام کرنے لگے۔</w:t>
      </w:r>
    </w:p>
    <w:p>
      <w:r>
        <w:rPr>
          <w:b/>
        </w:rPr>
        <w:t xml:space="preserve">[36:21] </w:t>
      </w:r>
      <w:r>
        <w:t>is liye unhon ne kaha ke</w:t>
      </w:r>
    </w:p>
    <w:p>
      <w:pPr>
        <w:jc w:val="right"/>
      </w:pPr>
      <w:r>
        <w:t>اس لیے انہوں نے کہا کہ</w:t>
      </w:r>
    </w:p>
    <w:p>
      <w:r>
        <w:rPr>
          <w:b/>
        </w:rPr>
        <w:t xml:space="preserve">[36:25] </w:t>
      </w:r>
      <w:r>
        <w:t>hamari zaban wapas k</w:t>
      </w:r>
    </w:p>
    <w:p>
      <w:pPr>
        <w:jc w:val="right"/>
      </w:pPr>
      <w:r>
        <w:t>ہماری زبان واپس ک</w:t>
      </w:r>
    </w:p>
    <w:p>
      <w:r>
        <w:rPr>
          <w:b/>
        </w:rPr>
        <w:t xml:space="preserve">[36:31] </w:t>
      </w:r>
      <w:r>
        <w:t>ro. to is ko yahan par mein kahoon ga ke Khuda ne jo aap ko zehn diya tha aap jantay hain ke zehn jo hai bohat bara asasa hai insaan ke liye.</w:t>
      </w:r>
    </w:p>
    <w:p>
      <w:pPr>
        <w:jc w:val="right"/>
      </w:pPr>
      <w:r>
        <w:t>رو۔ تو اس کو یہاں پر میں کہوں گا کہ خدا نے جو آپ کو ذہن دیا تھا آپ جانتے ہیں کہ ذہن جو ہے بہت بڑا اثاثہ ہے انسان کے لیے۔</w:t>
      </w:r>
    </w:p>
    <w:p>
      <w:r>
        <w:rPr>
          <w:b/>
        </w:rPr>
        <w:t xml:space="preserve">[36:45] </w:t>
      </w:r>
      <w:r>
        <w:t>aik infiradi zehn mein sau million billion billion zarat hotay hain.</w:t>
      </w:r>
    </w:p>
    <w:p>
      <w:pPr>
        <w:jc w:val="right"/>
      </w:pPr>
      <w:r>
        <w:t>ایک انفرادی ذہن میں سو ملین بلین بلین ذرات ہوتے ہیں۔</w:t>
      </w:r>
    </w:p>
    <w:p>
      <w:r>
        <w:rPr>
          <w:b/>
        </w:rPr>
        <w:t xml:space="preserve">[36:53] </w:t>
      </w:r>
      <w:r>
        <w:t>ab kitna zyada bari ganjish hai insaan ke zehn ki.</w:t>
      </w:r>
    </w:p>
    <w:p>
      <w:pPr>
        <w:jc w:val="right"/>
      </w:pPr>
      <w:r>
        <w:t>اب کتنا زیادہ بڑی گنجائش ہے انسان کے ذہن کی۔</w:t>
      </w:r>
    </w:p>
    <w:p>
      <w:r>
        <w:rPr>
          <w:b/>
        </w:rPr>
        <w:t xml:space="preserve">[36:59] </w:t>
      </w:r>
      <w:r>
        <w:t>to Khuda agar kahay ke hamari zaban wapas karo jis tarah unhon ne kaha tha ke hamein hamari arabi zaban wapas karo to Khuda agar kahay ke mujhe mera zehn wapas karo</w:t>
      </w:r>
    </w:p>
    <w:p>
      <w:pPr>
        <w:jc w:val="right"/>
      </w:pPr>
      <w:r>
        <w:t>تو خدا اگر کہے کہ ہماری زبان واپس کرو جس طرح انہوں نے کہا تھا کہ ہمیں ہماری عربی زبان واپس کرو تو خدا اگر کہے کہ مجھے میرا ذہن واپس کرو</w:t>
      </w:r>
    </w:p>
    <w:p>
      <w:r>
        <w:rPr>
          <w:b/>
        </w:rPr>
        <w:t xml:space="preserve">[37:18] </w:t>
      </w:r>
      <w:r>
        <w:t>aur is ke baad kya ho? Khuda yeh kahay ke itna bara zehn diya tum</w:t>
      </w:r>
    </w:p>
    <w:p>
      <w:pPr>
        <w:jc w:val="right"/>
      </w:pPr>
      <w:r>
        <w:t>اور اس کے بعد کیا ہو؟ خدا یہ کہے کہ اتنا بڑا ذہن دیا تم</w:t>
      </w:r>
    </w:p>
    <w:p>
      <w:r>
        <w:rPr>
          <w:b/>
        </w:rPr>
        <w:t xml:space="preserve">[37:23] </w:t>
      </w:r>
      <w:r>
        <w:t>ko. itni ganjish wala. aur tum kya karte rahay? janwaron ki satah par zindagi guzartay rahay. janwaron ki satah par. ab is ko hum badal den gay.</w:t>
      </w:r>
    </w:p>
    <w:p>
      <w:pPr>
        <w:jc w:val="right"/>
      </w:pPr>
      <w:r>
        <w:t>کو۔ اتنی گنجائش والا۔ اور تم کیا کرتے رہے؟ جانوروں کی سطح پر زندگی گزارتے رہے۔ جانوروں کی سطح پر۔ اب اس کو ہم بدل دیں گے۔</w:t>
      </w:r>
    </w:p>
    <w:p>
      <w:r>
        <w:rPr>
          <w:b/>
        </w:rPr>
        <w:t xml:space="preserve">[37:33] </w:t>
      </w:r>
      <w:r>
        <w:t>to body tumhari yahi rahay ga. zehn jo hai bakri ka aur bakray ka fit kar diya jaye ga. aap sochiye ke kya haal hoga insaan ka?</w:t>
      </w:r>
    </w:p>
    <w:p>
      <w:pPr>
        <w:jc w:val="right"/>
      </w:pPr>
      <w:r>
        <w:t>تو باڈی تمہاری یہی رہے گا۔ ذہن جو ہے بکری کا اور بکرے کا فٹ کر دیا جائے گا۔ آپ سوچیے کہ کیا حال ہوگا انسان کا؟</w:t>
      </w:r>
    </w:p>
    <w:p>
      <w:r>
        <w:rPr>
          <w:b/>
        </w:rPr>
        <w:t xml:space="preserve">[37:45] </w:t>
      </w:r>
      <w:r>
        <w:t>hamari body mein bakray ka ya ka zehn fit kar diya jaye. aur hamara zehn nikaal liya jaye. hamara dimagh jo hai aisa operation kar diya jaye.</w:t>
      </w:r>
    </w:p>
    <w:p>
      <w:pPr>
        <w:jc w:val="right"/>
      </w:pPr>
      <w:r>
        <w:t>ہماری باڈی میں بکرے کا یا کا ذہن فٹ کر دیا جائے۔ اور ہمارا ذہن نکال لیا جائے۔ ہمارا دماغ جو ہے ایسا آپریشن کر دیا جائے۔</w:t>
      </w:r>
    </w:p>
    <w:p>
      <w:r>
        <w:rPr>
          <w:b/>
        </w:rPr>
        <w:t xml:space="preserve">[37:54] </w:t>
      </w:r>
      <w:r>
        <w:t>to hamara kya haal hoga? mein kehta hoon agar jannat mil jaye to kya hai? dunya ke khoobsurat bagh mein agar aap aik bakri ko le jayein.</w:t>
      </w:r>
    </w:p>
    <w:p>
      <w:pPr>
        <w:jc w:val="right"/>
      </w:pPr>
      <w:r>
        <w:t>تو ہمارا کیا حال ہوگا؟ میں کہتا ہوں اگر جنت مل جائے تو کیا ہے؟ دنیا کے خوبصورت باغ میں اگر آپ ایک بکری کو لے جائیں۔</w:t>
      </w:r>
    </w:p>
    <w:p>
      <w:r>
        <w:rPr>
          <w:b/>
        </w:rPr>
        <w:t xml:space="preserve">[38:05] </w:t>
      </w:r>
      <w:r>
        <w:t>aik bakri ko. to wahan kya karein? wahan khansi to chalay gi woh. wahan ki khoobsurti ko samajh sakti hai woh.</w:t>
      </w:r>
    </w:p>
    <w:p>
      <w:pPr>
        <w:jc w:val="right"/>
      </w:pPr>
      <w:r>
        <w:t>ایک بکری کو۔ تو وہاں کیا کریں؟ وہاں کھانسی تو چلے گی وہ۔ وہاں کی خوبصورتی کو سمجھ سکتی ہے وہ۔</w:t>
      </w:r>
    </w:p>
    <w:p>
      <w:r>
        <w:rPr>
          <w:b/>
        </w:rPr>
        <w:t xml:space="preserve">[38:13] </w:t>
      </w:r>
      <w:r>
        <w:t>aap Rashid Rajpati Bhawan mein ya</w:t>
      </w:r>
    </w:p>
    <w:p>
      <w:pPr>
        <w:jc w:val="right"/>
      </w:pPr>
      <w:r>
        <w:t>آپ راشد راجپتی بھون میں یا</w:t>
      </w:r>
    </w:p>
    <w:p>
      <w:r>
        <w:rPr>
          <w:b/>
        </w:rPr>
        <w:t xml:space="preserve">[38:19] </w:t>
      </w:r>
      <w:r>
        <w:t>Buckingham Palace mein aik bakri ko chhod dijiye. to kya woh enjoy kar sakti hai us ki khoobsurti ko?</w:t>
      </w:r>
    </w:p>
    <w:p>
      <w:pPr>
        <w:jc w:val="right"/>
      </w:pPr>
      <w:r>
        <w:t>بکنگم پیلس میں ایک بکری کو چھوڑ دیجیے۔ تو کیا وہ انجوائے کر سکتی ہے اس کی خوبصورتی کو؟</w:t>
      </w:r>
    </w:p>
    <w:p>
      <w:r>
        <w:rPr>
          <w:b/>
        </w:rPr>
        <w:t xml:space="preserve">[38:27] </w:t>
      </w:r>
      <w:r>
        <w:t>to aap kitni bara saza hai itna sa bhi agar ho jaye. hamara ke hum se zehn le liya jaye. aap sochiye mein ne aisay kai log dekhe hain jin ki yaad-dasht chali gayi thi.</w:t>
      </w:r>
    </w:p>
    <w:p>
      <w:pPr>
        <w:jc w:val="right"/>
      </w:pPr>
      <w:r>
        <w:t>تو آپ کتنی بڑا سزا ہے اتنا سا بھی اگر ہو جائے۔ ہمارا کہ ہم سے ذہن لے لیا جائے۔ آپ سوچیے میں نے ایسے کئی لوگ دیکھے ہیں جن کی یادداشت چلی گئی تھی۔</w:t>
      </w:r>
    </w:p>
    <w:p>
      <w:r>
        <w:rPr>
          <w:b/>
        </w:rPr>
        <w:t xml:space="preserve">[38:43] </w:t>
      </w:r>
      <w:r>
        <w:t>yaad-dasht.</w:t>
      </w:r>
    </w:p>
    <w:p>
      <w:pPr>
        <w:jc w:val="right"/>
      </w:pPr>
      <w:r>
        <w:t>یادداشت۔</w:t>
      </w:r>
    </w:p>
    <w:p>
      <w:r>
        <w:rPr>
          <w:b/>
        </w:rPr>
        <w:t xml:space="preserve">[38:48] </w:t>
      </w:r>
      <w:r>
        <w:t>misal ke taur par Dr. Parthasarathy ki yaad-dasht chali gayi thi. to agar zehn insaan ka wapas le liya jaye to insaan jaisay janwar ban jaye ga.</w:t>
      </w:r>
    </w:p>
    <w:p>
      <w:pPr>
        <w:jc w:val="right"/>
      </w:pPr>
      <w:r>
        <w:t>مثلاً ڈاکٹر پراتھا کرشن کی یادداشت چلی گئی تھی۔ تو اگر ذہن انسان کا واپس لے لیا جائے تو انسان جیسے جانور بن جائے گا۔</w:t>
      </w:r>
    </w:p>
    <w:p>
      <w:r>
        <w:rPr>
          <w:b/>
        </w:rPr>
        <w:t xml:space="preserve">[39:00] </w:t>
      </w:r>
      <w:r>
        <w:t>jaise janwar.</w:t>
      </w:r>
    </w:p>
    <w:p>
      <w:pPr>
        <w:jc w:val="right"/>
      </w:pPr>
      <w:r>
        <w:t>جیسے جانور۔</w:t>
      </w:r>
    </w:p>
    <w:p>
      <w:r>
        <w:rPr>
          <w:b/>
        </w:rPr>
        <w:t xml:space="preserve">[39:04] </w:t>
      </w:r>
      <w:r>
        <w:t>to sari hamari jo barhai hai jo hamara insan ke hisse se jo hamara jo darja hai wo sab isi liye ke zehn hamare paas hai.</w:t>
      </w:r>
    </w:p>
    <w:p>
      <w:pPr>
        <w:jc w:val="right"/>
      </w:pPr>
      <w:r>
        <w:t>تو ساری ہماری جو بڑائی ہے جو ہمارا انسان کے حصے سے جو ہمارا جو درجہ ہے وہ سب اسی لیے کہ ذہن ہمارے پاس ہے۔</w:t>
      </w:r>
    </w:p>
    <w:p>
      <w:r>
        <w:rPr>
          <w:b/>
        </w:rPr>
        <w:t xml:space="preserve">[39:14] </w:t>
      </w:r>
      <w:r>
        <w:t>yeh dimagh jo hai hamara.</w:t>
      </w:r>
    </w:p>
    <w:p>
      <w:pPr>
        <w:jc w:val="right"/>
      </w:pPr>
      <w:r>
        <w:t>یہ دماغ جو ہے ہمارا۔</w:t>
      </w:r>
    </w:p>
    <w:p>
      <w:r>
        <w:rPr>
          <w:b/>
        </w:rPr>
        <w:t xml:space="preserve">[39:18] </w:t>
      </w:r>
      <w:r>
        <w:t>to agar yeh dimagh wapas le liya jaye yeh zehn wapas le liya jaye aap ko janwar bana diya jaye. jaisa ke dunya mein hum ne sabit kiya hai. to is se bara saza aur kya ho sakta hai?</w:t>
      </w:r>
    </w:p>
    <w:p>
      <w:pPr>
        <w:jc w:val="right"/>
      </w:pPr>
      <w:r>
        <w:t>تو اگر یہ دماغ واپس لے لیا جائے یہ ذہن واپس لے لیا جائے آپ کو جانور بنا دیا جائے۔ جیسا کہ دنیا میں ہم نے ثابت کیا ہے۔ تو اس سے بڑا سزا اور کیا ہو سکتا ہے؟</w:t>
      </w:r>
    </w:p>
    <w:p>
      <w:r>
        <w:rPr>
          <w:b/>
        </w:rPr>
        <w:t xml:space="preserve">[39:29] </w:t>
      </w:r>
      <w:r>
        <w:t>dekhiye mein jadeed dunya ke khilaf nahi hoon.</w:t>
      </w:r>
    </w:p>
    <w:p>
      <w:pPr>
        <w:jc w:val="right"/>
      </w:pPr>
      <w:r>
        <w:t>دیکھیے میں جدید دنیا کے خلاف نہیں ہوں۔</w:t>
      </w:r>
    </w:p>
    <w:p>
      <w:r>
        <w:rPr>
          <w:b/>
        </w:rPr>
        <w:t xml:space="preserve">[39:34] </w:t>
      </w:r>
      <w:r>
        <w:t>mere dil mein jadeed dunya ke liye koi manfi khayal nahi hai. mein bohat ziyada musbat hoon. kyunke jadeed dunya ne hum ko bohat sari cheezein di hain.</w:t>
      </w:r>
    </w:p>
    <w:p>
      <w:pPr>
        <w:jc w:val="right"/>
      </w:pPr>
      <w:r>
        <w:t>میرے دل میں جدید دنیا کے لیے کوئی منفی خیال نہیں ہے۔ میں بہت زیادہ مثبت ہوں۔ کیونکہ جدید دنیا نے ہم کو بہت ساری چیزیں دی ہیں۔</w:t>
      </w:r>
    </w:p>
    <w:p>
      <w:r>
        <w:rPr>
          <w:b/>
        </w:rPr>
        <w:t xml:space="preserve">[39:45] </w:t>
      </w:r>
      <w:r>
        <w:t>bohat sari cheezein di hain. sari taraqqiyan idhar udhar se to aayi hain. sari taraqqiyon ka jo bahao hai wo maghrib se mashriq hua hai.</w:t>
      </w:r>
    </w:p>
    <w:p>
      <w:pPr>
        <w:jc w:val="right"/>
      </w:pPr>
      <w:r>
        <w:t>بہت ساری چیزیں دی ہیں۔ ساری ترقیاں ادھر ادھر سے تو آئی ہیں۔ ساری ترقیوں کا جو بہاؤ ہے وہ مغرب سے مشرق ہوا ہے۔</w:t>
      </w:r>
    </w:p>
    <w:p>
      <w:r>
        <w:rPr>
          <w:b/>
        </w:rPr>
        <w:t xml:space="preserve">[39:55] </w:t>
      </w:r>
      <w:r>
        <w:t>maghrib se mashriq nahi hua hai is zamane mein.</w:t>
      </w:r>
    </w:p>
    <w:p>
      <w:pPr>
        <w:jc w:val="right"/>
      </w:pPr>
      <w:r>
        <w:t>مغرب سے مشرق نہیں ہوا ہے اس زمانے میں۔</w:t>
      </w:r>
    </w:p>
    <w:p>
      <w:r>
        <w:rPr>
          <w:b/>
        </w:rPr>
        <w:t xml:space="preserve">[40:02] </w:t>
      </w:r>
      <w:r>
        <w:t>aap jaise dekhiye ke yeh yeh jo maine in logon ki kitab padhi hai in ki zindagi itni ziyada logon ne qurbani di hai ke hum aap nahi kar sakte.</w:t>
      </w:r>
    </w:p>
    <w:p>
      <w:pPr>
        <w:jc w:val="right"/>
      </w:pPr>
      <w:r>
        <w:t>آپ جیسے دیکھیے کہ یہ یہ جو میں نے ان لوگوں کی کتاب پڑھی ہے ان کی زندگی اتنی زیادہ لوگوں نے قربانی دی ہے کہ ہم آپ نہیں کر سکتے۔</w:t>
      </w:r>
    </w:p>
    <w:p>
      <w:r>
        <w:rPr>
          <w:b/>
        </w:rPr>
        <w:t xml:space="preserve">[40:16] </w:t>
      </w:r>
      <w:r>
        <w:t>jaise ke yeh bijli hai. aap jante hain ke do cheezon par hamara tamaddun chal raha hai.</w:t>
      </w:r>
    </w:p>
    <w:p>
      <w:pPr>
        <w:jc w:val="right"/>
      </w:pPr>
      <w:r>
        <w:t>جیسے کہ یہ بجلی ہے۔ آپ جانتے ہیں کہ دو چیزوں پر ہمارا تمدن چل رہا ہے۔</w:t>
      </w:r>
    </w:p>
    <w:p>
      <w:r>
        <w:rPr>
          <w:b/>
        </w:rPr>
        <w:t xml:space="preserve">[40:24] </w:t>
      </w:r>
      <w:r>
        <w:t>do cheezon par.</w:t>
      </w:r>
    </w:p>
    <w:p>
      <w:pPr>
        <w:jc w:val="right"/>
      </w:pPr>
      <w:r>
        <w:t>دو چیزوں پر۔</w:t>
      </w:r>
    </w:p>
    <w:p>
      <w:r>
        <w:rPr>
          <w:b/>
        </w:rPr>
        <w:t xml:space="preserve">[40:29] </w:t>
      </w:r>
      <w:r>
        <w:t>roshni aur woh</w:t>
      </w:r>
    </w:p>
    <w:p>
      <w:pPr>
        <w:jc w:val="right"/>
      </w:pPr>
      <w:r>
        <w:t>روشنی اور وہ</w:t>
      </w:r>
    </w:p>
    <w:p>
      <w:r>
        <w:rPr>
          <w:b/>
        </w:rPr>
        <w:t xml:space="preserve">[40:36] </w:t>
      </w:r>
      <w:r>
        <w:t>harkat. kya kehte hain is ko? yani harkat aur roshni.</w:t>
      </w:r>
    </w:p>
    <w:p>
      <w:pPr>
        <w:jc w:val="right"/>
      </w:pPr>
      <w:r>
        <w:t>حرکت۔ کیا کہتے ہیں اس کو؟ یعنی حرکت اور روشنی۔</w:t>
      </w:r>
    </w:p>
    <w:p>
      <w:r>
        <w:rPr>
          <w:b/>
        </w:rPr>
        <w:t xml:space="preserve">[40:45] </w:t>
      </w:r>
      <w:r>
        <w:t>harkat se sari masheen chal rahi hain. aur roshni se yeh aap dekh rahe hain ke yeh sare bulb jal rahe hain.</w:t>
      </w:r>
    </w:p>
    <w:p>
      <w:pPr>
        <w:jc w:val="right"/>
      </w:pPr>
      <w:r>
        <w:t>حرکت سے ساری مشینیں چل رہی ہیں۔ اور روشنی سے یہ آپ دیکھ رہے ہیں کہ یہ سارے بلب جل رہے ہیں۔</w:t>
      </w:r>
    </w:p>
    <w:p>
      <w:r>
        <w:rPr>
          <w:b/>
        </w:rPr>
        <w:t xml:space="preserve">[40:55] </w:t>
      </w:r>
      <w:r>
        <w:t>yeh kis ne kiya hai? yeh Fridaye. Fridaye jo hai ghareeb aadmi ghareeb ghar mein paida hua. haqeeqatan woh binder tha.</w:t>
      </w:r>
    </w:p>
    <w:p>
      <w:pPr>
        <w:jc w:val="right"/>
      </w:pPr>
      <w:r>
        <w:t>یہ کس نے کیا ہے؟ یہ فریڈے۔ فریڈے جو ہے غریب آدمی غریب گھر میں پیدا ہوا۔ حقیقتاً وہ بائنڈر تھا۔</w:t>
      </w:r>
    </w:p>
    <w:p>
      <w:r>
        <w:rPr>
          <w:b/>
        </w:rPr>
        <w:t xml:space="preserve">[41:05] </w:t>
      </w:r>
      <w:r>
        <w:t>binder. jild bandh kar ke woh paisa kamata tha. koi choti si shop thi is ke baap ki. wahan woh jild banata tha kitabon ki.</w:t>
      </w:r>
    </w:p>
    <w:p>
      <w:pPr>
        <w:jc w:val="right"/>
      </w:pPr>
      <w:r>
        <w:t>بائنڈر۔ جلد باندھ کر کے وہ پیسہ کماتا تھا۔ کوئی چھوٹی سی شاپ تھی اس کے باپ کی۔ وہاں وہ جلد بناتا تھا کتابوں کی۔</w:t>
      </w:r>
    </w:p>
    <w:p>
      <w:r>
        <w:rPr>
          <w:b/>
        </w:rPr>
        <w:t xml:space="preserve">[41:15] </w:t>
      </w:r>
      <w:r>
        <w:t>binder tha woh. bohat mehnat se is ne parha. kitab woh khareed nahi sakta tha.</w:t>
      </w:r>
    </w:p>
    <w:p>
      <w:pPr>
        <w:jc w:val="right"/>
      </w:pPr>
      <w:r>
        <w:t>بائنڈر تھا وہ۔ بہت محنت سے اس نے پڑھا۔ کتاب وہ خرید نہیں سکتا تھا۔</w:t>
      </w:r>
    </w:p>
    <w:p>
      <w:r>
        <w:rPr>
          <w:b/>
        </w:rPr>
        <w:t xml:space="preserve">[41:23] </w:t>
      </w:r>
      <w:r>
        <w:t>binding ke liye jo kitab aati thi us ke paas us ko padhta rehta tha. ab bohat barson barson is ne mehnat ki. lambi is ki kahaniyan aap padh sakte hain kitabon mein.</w:t>
      </w:r>
    </w:p>
    <w:p>
      <w:pPr>
        <w:jc w:val="right"/>
      </w:pPr>
      <w:r>
        <w:t>بائنڈنگ کے لیے جو کتاب آتی تھی اس کے پاس اس کو پڑھتا رہتا تھا۔ اب بہت برسوں برسوں اس نے محنت کیا۔ لمبی اس کی کہانیاں آپ پڑھ سکتے ہیں کتابوں میں۔</w:t>
      </w:r>
    </w:p>
    <w:p>
      <w:r>
        <w:rPr>
          <w:b/>
        </w:rPr>
        <w:t xml:space="preserve">[41:34] </w:t>
      </w:r>
      <w:r>
        <w:t>itni bari cheez is ne daryaft ki. ek bohat bari cheez daryaft ki is ne. yani fitrat mein ek qanoon tha maujood pehle hi.</w:t>
      </w:r>
    </w:p>
    <w:p>
      <w:pPr>
        <w:jc w:val="right"/>
      </w:pPr>
      <w:r>
        <w:t>اتنی بڑی چیز اس نے دریافت کی۔ ایک بہت بڑی چیز دریافت کی اس نے۔ یعنی فطرت میں ایک قانون تھا موجود پہلے ہی۔</w:t>
      </w:r>
    </w:p>
    <w:p>
      <w:r>
        <w:rPr>
          <w:b/>
        </w:rPr>
        <w:t xml:space="preserve">[41:43] </w:t>
      </w:r>
      <w:r>
        <w:t>dekhein science jo hai wo ijad kaha jata hai lekin hoti hai daryaft wo. ijad nahi hoti</w:t>
      </w:r>
    </w:p>
    <w:p>
      <w:pPr>
        <w:jc w:val="right"/>
      </w:pPr>
      <w:r>
        <w:t>دیکھیں سائنس جو ہے وہ ایجاد کہا جاتا ہے لیکن ہوتی ہے دریافت وہ۔ ایجاد نہیں ہوتی</w:t>
      </w:r>
    </w:p>
    <w:p>
      <w:r>
        <w:rPr>
          <w:b/>
        </w:rPr>
        <w:t xml:space="preserve">[41:50] </w:t>
      </w:r>
      <w:r>
        <w:t>. science ki jitni baatein hain wo ijad nahi hain wo. wo daryaft hi hain. to Fridaye ne ijad nahi kiya balkeh wo daryaft kiya.</w:t>
      </w:r>
    </w:p>
    <w:p>
      <w:pPr>
        <w:jc w:val="right"/>
      </w:pPr>
      <w:r>
        <w:t>۔ سائنس کی جتنی باتیں ہیں وہ ایجاد نہیں ہیں وہ۔ وہ دریافت ہی ہیں۔ تو فریڈے نے ایجاد نہیں کیا بلکہ وہ دریافت کیا۔</w:t>
      </w:r>
    </w:p>
    <w:p>
      <w:r>
        <w:rPr>
          <w:b/>
        </w:rPr>
        <w:t xml:space="preserve">[42:03] </w:t>
      </w:r>
      <w:r>
        <w:t>wo kya hai?</w:t>
      </w:r>
    </w:p>
    <w:p>
      <w:pPr>
        <w:jc w:val="right"/>
      </w:pPr>
      <w:r>
        <w:t>وہ کیا ہے؟</w:t>
      </w:r>
    </w:p>
    <w:p>
      <w:r>
        <w:rPr>
          <w:b/>
        </w:rPr>
        <w:t xml:space="preserve">[42:05] </w:t>
      </w:r>
      <w:r>
        <w:t>ek qanoon hai fitrat mein. ke agar aap</w:t>
      </w:r>
    </w:p>
    <w:p>
      <w:pPr>
        <w:jc w:val="right"/>
      </w:pPr>
      <w:r>
        <w:t>ایک قانون ہے فطرت میں۔ کہ اگر آپ</w:t>
      </w:r>
    </w:p>
    <w:p>
      <w:r>
        <w:rPr>
          <w:b/>
        </w:rPr>
        <w:t xml:space="preserve">[42:10] </w:t>
      </w:r>
      <w:r>
        <w:t>maqnateesi maidan ko aur harkat ko ikhatta karein to wahan electron beh karne lagen ge.</w:t>
      </w:r>
    </w:p>
    <w:p>
      <w:pPr>
        <w:jc w:val="right"/>
      </w:pPr>
      <w:r>
        <w:t>مقناطیسی میدان کو اور حرکت کو اکٹھا کریں تو وہاں الیکٹران بہہ کرنے لگیں گے۔</w:t>
      </w:r>
    </w:p>
    <w:p>
      <w:r>
        <w:rPr>
          <w:b/>
        </w:rPr>
        <w:t xml:space="preserve">[42:20] </w:t>
      </w:r>
      <w:r>
        <w:t>aur aap jante hain ke bijli ka matlab bahao electron hai. bijli ki tareef yeh aati hai ke bijli ka matlab bahao electron hai.</w:t>
      </w:r>
    </w:p>
    <w:p>
      <w:pPr>
        <w:jc w:val="right"/>
      </w:pPr>
      <w:r>
        <w:t>اور آپ جانتے ہیں کہ بجلی کا مطلب بہاؤ الیکٹران ہے۔ بجلی کی تعریف یہ آتی ہے کہ بجلی کا مطلب بہاؤ الیکٹران ہے۔</w:t>
      </w:r>
    </w:p>
    <w:p>
      <w:r>
        <w:rPr>
          <w:b/>
        </w:rPr>
        <w:t xml:space="preserve">[42:30] </w:t>
      </w:r>
      <w:r>
        <w:t>to maqnatiisi maidaan ke saath agar aap harkat akathaa karen to wahaan electron bahh karne lagenge. aur yeh saari roshni aap ko isi se miltee hai.</w:t>
      </w:r>
    </w:p>
    <w:p>
      <w:pPr>
        <w:jc w:val="right"/>
      </w:pPr>
      <w:r>
        <w:t>تو مقناطیسی میدان کے ساتھ اگر آپ حرکت اکٹھا کریں تو وہاں الیکٹران بہہ کرنے لگیں گے۔ اور یہ ساری روشنی آپ کو اسی سے ملتی ہے۔</w:t>
      </w:r>
    </w:p>
    <w:p>
      <w:r>
        <w:rPr>
          <w:b/>
        </w:rPr>
        <w:t xml:space="preserve">[42:43] </w:t>
      </w:r>
      <w:r>
        <w:t>aur agar aap aisa karen ke maqnatiisi maidaan ke saath aap roshni akathaa karen to wahaan harkat paida ho jaayegi. harkat paida ho jaayegi.</w:t>
      </w:r>
    </w:p>
    <w:p>
      <w:pPr>
        <w:jc w:val="right"/>
      </w:pPr>
      <w:r>
        <w:t>اور اگر آپ ایسا کریں کہ مقناطیسی میدان کے ساتھ آپ روشنی اکٹھا کریں تو وہاں حرکت پیدا ہو جائے گی۔ حرکت پیدا ہو جائے گی۔</w:t>
      </w:r>
    </w:p>
    <w:p>
      <w:r>
        <w:rPr>
          <w:b/>
        </w:rPr>
        <w:t xml:space="preserve">[42:52] </w:t>
      </w:r>
      <w:r>
        <w:t>jis se saari masheen chalti hain.</w:t>
      </w:r>
    </w:p>
    <w:p>
      <w:pPr>
        <w:jc w:val="right"/>
      </w:pPr>
      <w:r>
        <w:t>جس سے ساری مشینیں چلتی ہیں۔</w:t>
      </w:r>
    </w:p>
    <w:p>
      <w:r>
        <w:rPr>
          <w:b/>
        </w:rPr>
        <w:t xml:space="preserve">[42:57] </w:t>
      </w:r>
      <w:r>
        <w:t>yaani maqnatiisi maidaan ke saath aap agar aap electric colour le jaayen to ghoomne lagega woh. yeh do qanoon hain yaani is fitrat mein.</w:t>
      </w:r>
    </w:p>
    <w:p>
      <w:pPr>
        <w:jc w:val="right"/>
      </w:pPr>
      <w:r>
        <w:t>یعنی مقناطیسی میدان کے ساتھ آپ اگر آپ الیکٹرک کلر لے جائیں تو گھومنے لگے گا وہ۔ یہ دو قانون ہیں یعنی اس فطرت میں۔</w:t>
      </w:r>
    </w:p>
    <w:p>
      <w:r>
        <w:rPr>
          <w:b/>
        </w:rPr>
        <w:t xml:space="preserve">[43:11] </w:t>
      </w:r>
      <w:r>
        <w:t>do qanoon hain. ek se masheen chal rahi hain ek se roshniyaan mil rahi hain aap ko. yeh Friday ne kiya. yaani kitni badi is ki woh daryaaft hai.</w:t>
      </w:r>
    </w:p>
    <w:p>
      <w:pPr>
        <w:jc w:val="right"/>
      </w:pPr>
      <w:r>
        <w:t>دو قانون ہیں۔ ایک سے مشینیں چل رہی ہیں ایک سے روشنیاں مل رہی ہیں آپ کو۔ یہ فریڈے نے کیا۔ یعنی کتنی بڑی اس کی وہ دریافت ہے۔</w:t>
      </w:r>
    </w:p>
    <w:p>
      <w:r>
        <w:rPr>
          <w:b/>
        </w:rPr>
        <w:t xml:space="preserve">[43:21] </w:t>
      </w:r>
      <w:r>
        <w:t>kitna bada sahayog hai insaan ke liye is ka. bahut bada sahayog hai.</w:t>
      </w:r>
    </w:p>
    <w:p>
      <w:pPr>
        <w:jc w:val="right"/>
      </w:pPr>
      <w:r>
        <w:t>کتنا بڑا تعاون ہے انسانیت کے لیے اس کا۔ بہت بڑا تعاون ہے۔</w:t>
      </w:r>
    </w:p>
    <w:p>
      <w:r>
        <w:rPr>
          <w:b/>
        </w:rPr>
        <w:t xml:space="preserve">[43:27] </w:t>
      </w:r>
      <w:r>
        <w:t>aise hazaaron scientist paida hue. lekin main aap se poochta hoon ke kya aisa nahin ke aaj maghribi duniya ko zawaal ho chuka hai?</w:t>
      </w:r>
    </w:p>
    <w:p>
      <w:pPr>
        <w:jc w:val="right"/>
      </w:pPr>
      <w:r>
        <w:t>ایسے ہزاروں سائنسدان پیدا ہوئے۔ لیکن میں آپ سے پوچھتا ہوں کہ کیا ایسا نہیں کہ آج مغربی دنیا کو زوال ہو چکا ہے؟</w:t>
      </w:r>
    </w:p>
    <w:p>
      <w:r>
        <w:rPr>
          <w:b/>
        </w:rPr>
        <w:t xml:space="preserve">[43:40] </w:t>
      </w:r>
      <w:r>
        <w:t>yaani</w:t>
      </w:r>
    </w:p>
    <w:p>
      <w:pPr>
        <w:jc w:val="right"/>
      </w:pPr>
      <w:r>
        <w:t>یعنی</w:t>
      </w:r>
    </w:p>
    <w:p>
      <w:r>
        <w:rPr>
          <w:b/>
        </w:rPr>
        <w:t xml:space="preserve">[43:45] </w:t>
      </w:r>
      <w:r>
        <w:t>unneesveen sadi mein aur beesveen sadi ke beech mein. yaani unneesveen sadi aur beesveen sadi ke beech mein maghrib jo tha maghrib hum ko science de raha tha.</w:t>
      </w:r>
    </w:p>
    <w:p>
      <w:pPr>
        <w:jc w:val="right"/>
      </w:pPr>
      <w:r>
        <w:t>انیسویں صدی میں اور بیسویں صدی کے بیچ میں۔ یعنی انیسویں صدی اور بیسویں صدی کے بیچ میں مغرب جو تھا مغرب ہم کو سائنس دے رہا تھا۔</w:t>
      </w:r>
    </w:p>
    <w:p>
      <w:r>
        <w:rPr>
          <w:b/>
        </w:rPr>
        <w:t xml:space="preserve">[44:01] </w:t>
      </w:r>
      <w:r>
        <w:t>science baraamad kar raha tha woh. aaj kya baraamad kar raha hai woh? aaj tafreehi saqafat baraamad kar raha hai woh.</w:t>
      </w:r>
    </w:p>
    <w:p>
      <w:pPr>
        <w:jc w:val="right"/>
      </w:pPr>
      <w:r>
        <w:t>سائنس برآمد کر رہا تھا وہ۔ آج کیا برآمد کر رہا ہے وہ؟ آج تفریحی ثقافت برآمد کر رہا ہے وہ۔</w:t>
      </w:r>
    </w:p>
    <w:p>
      <w:r>
        <w:rPr>
          <w:b/>
        </w:rPr>
        <w:t xml:space="preserve">[44:08] </w:t>
      </w:r>
      <w:r>
        <w:t>aaj jo cheezen aa rahi hain wahaan se hamare paas woh sab tafreehi cheezen hoti hain. is waqt jo aa raha tha woh science ki cheezen hua karti theen.</w:t>
      </w:r>
    </w:p>
    <w:p>
      <w:pPr>
        <w:jc w:val="right"/>
      </w:pPr>
      <w:r>
        <w:t>آج جو چیزیں آ رہی ہیں وہاں سے ہمارے پاس وہ سب تفریحی چیزیں ہوتی ہیں۔ اس وقت جو آ رہا تھا وہ سائنس کی چیزیں ہوا کرتی تھیں۔</w:t>
      </w:r>
    </w:p>
    <w:p>
      <w:r>
        <w:rPr>
          <w:b/>
        </w:rPr>
        <w:t xml:space="preserve">[44:17] </w:t>
      </w:r>
      <w:r>
        <w:t>ya zawaal. ke jab un ko taraqqi hui to kya hua? bas woh pad gaye aish o ishrat mein.</w:t>
      </w:r>
    </w:p>
    <w:p>
      <w:pPr>
        <w:jc w:val="right"/>
      </w:pPr>
      <w:r>
        <w:t>یا زوال۔ کہ جب ان کو ترقی ہوئی تو کیا ہوا؟ بس وہ پڑ گئے عیش و عشرت میں۔</w:t>
      </w:r>
    </w:p>
    <w:p>
      <w:r>
        <w:rPr>
          <w:b/>
        </w:rPr>
        <w:t xml:space="preserve">[44:27] </w:t>
      </w:r>
      <w:r>
        <w:t>jaise aap dekhte hain ke apne paros mein ke woh paisa aajaye to paisa aane ke baad kya hota hai? bas aish o ishrat.</w:t>
      </w:r>
    </w:p>
    <w:p>
      <w:pPr>
        <w:jc w:val="right"/>
      </w:pPr>
      <w:r>
        <w:t>جیسے آپ دیکھتے ہیں کہ اپنے پڑوس میں کہ وہ پیسہ آجائے تو پیسہ آنے کے بعد کیا ہوتا ہے؟ بس عیش و عشرت۔</w:t>
      </w:r>
    </w:p>
    <w:p>
      <w:r>
        <w:rPr>
          <w:b/>
        </w:rPr>
        <w:t xml:space="preserve">[44:37] </w:t>
      </w:r>
      <w:r>
        <w:t>aap dekh leejiye kisi bhi paise wale ghar mein jaaiye aur is ke jo bachche ko dekhen un ke bete ko dekhiye. kha kha mota ho raha hoga aur kisi kaam ka nahin hoga woh.</w:t>
      </w:r>
    </w:p>
    <w:p>
      <w:pPr>
        <w:jc w:val="right"/>
      </w:pPr>
      <w:r>
        <w:t>آپ دیکھ لیجیے کسی بھی پیسے والے گھر میں جائیے اور اس کے جو بچے کو دیکھیں ان کے بیٹے کو دیکھیے۔ کھا کھا موٹا ہو رہا ہوگا اور کسی کام کا نہیں ہوگا وہ۔</w:t>
      </w:r>
    </w:p>
    <w:p>
      <w:r>
        <w:rPr>
          <w:b/>
        </w:rPr>
        <w:t xml:space="preserve">[44:45] </w:t>
      </w:r>
      <w:r>
        <w:t>paisa aaya. to yeh yahi sab hota hai. to Europe America mein bhi aise hi hua. ke ek zamana yeh tha ke woh duniya ko science de rahe the.</w:t>
      </w:r>
    </w:p>
    <w:p>
      <w:pPr>
        <w:jc w:val="right"/>
      </w:pPr>
      <w:r>
        <w:t>پیسہ آیا۔ تو یہ یہی سب ہوتا ہے۔ تو یورپ امریکہ میں بھی ایسے ہی ہوا۔ کہ ایک زمانہ یہ تھا کہ وہ دنیا کو سائنس دے رہے تھے۔</w:t>
      </w:r>
    </w:p>
    <w:p>
      <w:r>
        <w:rPr>
          <w:b/>
        </w:rPr>
        <w:t xml:space="preserve">[44:57] </w:t>
      </w:r>
      <w:r>
        <w:t>aaj woh duniya ko tafreehi cheezen de rahe hain. yeh hai zawaal. yeh hai nasl kami.</w:t>
      </w:r>
    </w:p>
    <w:p>
      <w:pPr>
        <w:jc w:val="right"/>
      </w:pPr>
      <w:r>
        <w:t>آج وہ دنیا کو تفریحی چیزیں دے رہے ہیں۔ یہ ہے زوال۔ یہ ہے نسل کمی۔</w:t>
      </w:r>
    </w:p>
    <w:p>
      <w:r>
        <w:rPr>
          <w:b/>
        </w:rPr>
        <w:t xml:space="preserve">[45:07] </w:t>
      </w:r>
      <w:r>
        <w:t>isi kitaab mein ishaara kar raha hoon. main un ke sahayog ko maante hue yeh keh raha hoon ke ab zawaal aa chuka ho aa chuka hai maghrib mein. is liye woh baaton ko yaani</w:t>
      </w:r>
    </w:p>
    <w:p>
      <w:pPr>
        <w:jc w:val="right"/>
      </w:pPr>
      <w:r>
        <w:t>اسی کتاب میں اشارہ کر رہا ہوں۔ میں ان کے تعاون کو مانتے ہوئے یہ کہہ رہا ہوں کہ اب زوال آ چکا ہو آ چکا ہے مغرب میں۔ اس لیے وہ باتوں کو یعنی</w:t>
      </w:r>
    </w:p>
    <w:p>
      <w:r>
        <w:rPr>
          <w:b/>
        </w:rPr>
        <w:t xml:space="preserve">[45:21] </w:t>
      </w:r>
      <w:r>
        <w:t>mantiqi maani mein kisi baaton ko samajh nahin paate gehraai ke saath. samajh hi nahin paate. kyunke aish o ishrat mein pade hue hain.</w:t>
      </w:r>
    </w:p>
    <w:p>
      <w:pPr>
        <w:jc w:val="right"/>
      </w:pPr>
      <w:r>
        <w:t>منطقی معنی میں کسی باتوں کو سمجھ نہیں پاتے گہرائی کے ساتھ۔ سمجھ ہی نہیں پاتے۔ کیونکہ عیش و عشرت میں پڑے ہوئے ہیں۔</w:t>
      </w:r>
    </w:p>
    <w:p>
      <w:r>
        <w:rPr>
          <w:b/>
        </w:rPr>
        <w:t xml:space="preserve">[45:30] </w:t>
      </w:r>
      <w:r>
        <w:t>aaj kal jo chala hai primary society. poore poore poora poora zehan sab ka kahaan lag gaya hai? bas sirf susti woh is mein susti qism ki lazzat mein.</w:t>
      </w:r>
    </w:p>
    <w:p>
      <w:pPr>
        <w:jc w:val="right"/>
      </w:pPr>
      <w:r>
        <w:t>آج کل جو چلا ہے پرائمری سوسائٹی۔ پورے پورے پورا پورا ذہن سب کا کہاں لگ گیا ہے؟ بس صرف سستی وہ اس میں سستی قسم کی لذت میں۔</w:t>
      </w:r>
    </w:p>
    <w:p>
      <w:r>
        <w:rPr>
          <w:b/>
        </w:rPr>
        <w:t xml:space="preserve">[45:46] </w:t>
      </w:r>
      <w:r>
        <w:t>sustii lazzaton mein pade hue hain log. schoolon mein ladka ladki dosti college mein ladke ladke ki dosti university mein ladke ladke ki dosti poori society mein yeh dosti chal raha hai.</w:t>
      </w:r>
    </w:p>
    <w:p>
      <w:pPr>
        <w:jc w:val="right"/>
      </w:pPr>
      <w:r>
        <w:t>سستی لذتوں میں پڑے ہوئے ہیں لوگ۔ اسکولوں میں لڑکا لڑکی دوستی کالج میں لڑکے لڑکے کی دوستی یونیورسٹی میں لڑکے لڑکے کی دوستی پوری سوسائٹی میں یہ دوستی چل رہا ہے۔</w:t>
      </w:r>
    </w:p>
    <w:p>
      <w:r>
        <w:rPr>
          <w:b/>
        </w:rPr>
        <w:t xml:space="preserve">[45:59] </w:t>
      </w:r>
      <w:r>
        <w:t>dekhen dosti yeh jo hoti hai yeh aadmi apne zehan ko ghair qabil istemaal kar raha hai. aap dekhen ke jab yeh do aurat mard akathaa hote hain kya baaten karte hain?</w:t>
      </w:r>
    </w:p>
    <w:p>
      <w:pPr>
        <w:jc w:val="right"/>
      </w:pPr>
      <w:r>
        <w:t>دیکھیں دوستی یہ جو ہوتی ہے یہ آدمی اپنے ذہن کو غیر قابل استعمال کر رہا ہے۔ آپ دیکھیں کہ جب یہ دو عورت مرد اکٹھا ہوتے ہیں کیا باتیں کرتے ہیں؟</w:t>
      </w:r>
    </w:p>
    <w:p>
      <w:r>
        <w:rPr>
          <w:b/>
        </w:rPr>
        <w:t xml:space="preserve">[46:10] </w:t>
      </w:r>
      <w:r>
        <w:t>kya science ki baaten karte hain? sirf ho haa sirf tafreeh sirf. bilkul bekaar qism ki baaten. yaani Khuda ne to zehan diya hai lekin is waqt ban jaate hain woh bakri.</w:t>
      </w:r>
    </w:p>
    <w:p>
      <w:pPr>
        <w:jc w:val="right"/>
      </w:pPr>
      <w:r>
        <w:t>کیا سائنس کی باتیں کرتے ہیں؟ صرف ہوہا صرف تفریح صرف۔ بالکل بیکار قسم کی باتیں۔ یعنی خدا نے تو ذہن دیا ہے لیکن اس وقت بن جاتے ہیں وہ بکری۔</w:t>
      </w:r>
    </w:p>
    <w:p>
      <w:r>
        <w:rPr>
          <w:b/>
        </w:rPr>
        <w:t xml:space="preserve">[46:24] </w:t>
      </w:r>
      <w:r>
        <w:t>yeh dosti ka saqafat jo hai is ne insaan ko bakri bana diya hai. jaanwar bana diya hai. zehan ka koi istemaal nahin is ke andar hai. zehan ka koi istemaal nahin hai.</w:t>
      </w:r>
    </w:p>
    <w:p>
      <w:pPr>
        <w:jc w:val="right"/>
      </w:pPr>
      <w:r>
        <w:t>یہ دوستی کا ثقافت جو ہے اس نے انسان کو بکری بنا دیا ہے۔ جانور بنا دیا ہے۔ ذہن کا کوئی استعمال نہیں اس کے اندر ہے۔ ذہن کا کوئی استعمال نہیں ہے۔</w:t>
      </w:r>
    </w:p>
    <w:p>
      <w:r>
        <w:rPr>
          <w:b/>
        </w:rPr>
        <w:t xml:space="preserve">[46:37] </w:t>
      </w:r>
      <w:r>
        <w:t>jitna bhi aap cases aap ko jaante hon aap India mein ya India se bahar Europe America mein kahin bhi aap qareeb se dekhiye woh ke dosti ka saqafat ne kya kiya hai?</w:t>
      </w:r>
    </w:p>
    <w:p>
      <w:pPr>
        <w:jc w:val="right"/>
      </w:pPr>
      <w:r>
        <w:t>جتنا بھی آپ کیسز آپ کو جانتے ہوں آپ انڈیا میں یا انڈیا سے باہر یورپ امریکہ میں کہیں بھی آپ قریب سے دیکھیے وہ کہ دوستی کا ثقافت نے کیا کیا ہے؟</w:t>
      </w:r>
    </w:p>
    <w:p>
      <w:r>
        <w:rPr>
          <w:b/>
        </w:rPr>
        <w:t xml:space="preserve">[46:48] </w:t>
      </w:r>
      <w:r>
        <w:t>jaanwar bana diya kya hai?</w:t>
      </w:r>
    </w:p>
    <w:p>
      <w:pPr>
        <w:jc w:val="right"/>
      </w:pPr>
      <w:r>
        <w:t>جانور بنا دیا کیا ہے؟</w:t>
      </w:r>
    </w:p>
    <w:p>
      <w:r>
        <w:rPr>
          <w:b/>
        </w:rPr>
        <w:t xml:space="preserve">[46:51] </w:t>
      </w:r>
      <w:r>
        <w:t>janwar bana diya yani ikatthe ho kar kya baatein karte hain? internet par baatein hoti hain telephone par baatein hoti hain dating hoti hai wahan mil kar baatein karte hain lekin kya baatein hain aap sochiye?</w:t>
      </w:r>
    </w:p>
    <w:p>
      <w:pPr>
        <w:jc w:val="right"/>
      </w:pPr>
      <w:r>
        <w:t>جانور بنا دیا یعنی اکٹھے ہو کر کیا باتیں کرتے ہیں؟ انٹرنیٹ پر باتیں ہوتی ہیں ٹیلی فون پر باتیں ہوتی ہیں ڈیٹنگ ہوتی ہے وہاں مل کر باتیں کرتے ہیں لیکن کیا باتیں ہیں آپ سوچیے؟</w:t>
      </w:r>
    </w:p>
    <w:p>
      <w:r>
        <w:rPr>
          <w:b/>
        </w:rPr>
        <w:t xml:space="preserve">[47:05] </w:t>
      </w:r>
      <w:r>
        <w:t>bilkul teesri class ki baatein hain. janwar ki satah ki baatein hain. to kya khuda chheen nahi lega yeh zehan aap se?</w:t>
      </w:r>
    </w:p>
    <w:p>
      <w:pPr>
        <w:jc w:val="right"/>
      </w:pPr>
      <w:r>
        <w:t>بالکل تیسری کلاس کی باتیں ہیں۔ جانور کی سطح کی باتیں ہیں۔ تو کیا خدا چھین نہیں لے گا یہ ذہن آپ سے؟</w:t>
      </w:r>
    </w:p>
    <w:p>
      <w:r>
        <w:rPr>
          <w:b/>
        </w:rPr>
        <w:t xml:space="preserve">[47:15] </w:t>
      </w:r>
      <w:r>
        <w:t>ke jis zehan ko tum ne istemal nahi kiya us ko tum ab tum tum tum ko nahi diya jayega woh. tum ko nahi diya jayega ab jao bheer bakri duniya mein rahe to yahan bhi bheer bakri raho tum.</w:t>
      </w:r>
    </w:p>
    <w:p>
      <w:pPr>
        <w:jc w:val="right"/>
      </w:pPr>
      <w:r>
        <w:t>کہ جس ذہن کو تم نے استعمال نہیں کیا اس کو تم اب تم تم تم کو نہیں دیا جائے گا وہ۔ تم کو نہیں دیا جائے گا اب جاؤ بھیڑ بکری دنیا میں رہے تو یہاں بھی بھیڑ بکری رہو تم۔</w:t>
      </w:r>
    </w:p>
    <w:p>
      <w:r>
        <w:rPr>
          <w:b/>
        </w:rPr>
        <w:t xml:space="preserve">[47:29] </w:t>
      </w:r>
      <w:r>
        <w:t>yeh baat mein koi koi woh koi shairana baat nahi hai yeh. yahi baat quran mein likhi hui hai ek se zyada baar.</w:t>
      </w:r>
    </w:p>
    <w:p>
      <w:pPr>
        <w:jc w:val="right"/>
      </w:pPr>
      <w:r>
        <w:t>یہ بات میں کوئی کوئی وہ کوئی شاعرانہ بات نہیں ہے یہ۔ یہی بات قرآن میں لکھی ہوئی ہے ایک سے زیادہ بار۔</w:t>
      </w:r>
    </w:p>
    <w:p>
      <w:r>
        <w:rPr>
          <w:b/>
        </w:rPr>
        <w:t xml:space="preserve">[47:41] </w:t>
      </w:r>
      <w:r>
        <w:t>quran mein hai ke man kan fiha yameh fou fi al-akhirat yameh</w:t>
      </w:r>
    </w:p>
    <w:p>
      <w:pPr>
        <w:jc w:val="right"/>
      </w:pPr>
      <w:r>
        <w:t>قرآن میں ہے کہ من کان فیہا یامہ فو فی الآخرت یامہ</w:t>
      </w:r>
    </w:p>
    <w:p>
      <w:r>
        <w:rPr>
          <w:b/>
        </w:rPr>
        <w:t xml:space="preserve">[47:51] </w:t>
      </w:r>
      <w:r>
        <w:t>man kan fiha yameh fou fi al-akhirat yameh wa adl sabila yani jo duniya mein andha raha woh wahan bhi andha rahega.</w:t>
      </w:r>
    </w:p>
    <w:p>
      <w:pPr>
        <w:jc w:val="right"/>
      </w:pPr>
      <w:r>
        <w:t>من کان فیہا یامہ فو فی الآخرت یامہ وعدل سبیلا یعنی جو دنیا میں اندھا رہا وہ وہاں بھی اندھا رہے گا۔</w:t>
      </w:r>
    </w:p>
    <w:p>
      <w:r>
        <w:rPr>
          <w:b/>
        </w:rPr>
        <w:t xml:space="preserve">[48:06] </w:t>
      </w:r>
      <w:r>
        <w:t>yeh akhirat mein bhi andha rahega.</w:t>
      </w:r>
    </w:p>
    <w:p>
      <w:pPr>
        <w:jc w:val="right"/>
      </w:pPr>
      <w:r>
        <w:t>یہ آخرت میں بھی اندھا رہے گا۔</w:t>
      </w:r>
    </w:p>
    <w:p>
      <w:r>
        <w:rPr>
          <w:b/>
        </w:rPr>
        <w:t xml:space="preserve">[48:15] </w:t>
      </w:r>
      <w:r>
        <w:t>man kan fiha yameh fou fi al-akhirat yameh wa adl sabila</w:t>
      </w:r>
    </w:p>
    <w:p>
      <w:pPr>
        <w:jc w:val="right"/>
      </w:pPr>
      <w:r>
        <w:t>من کان فیہا یامہ فو فی الآخرت یامہ وعدل سبیلا</w:t>
      </w:r>
    </w:p>
    <w:p>
      <w:r>
        <w:rPr>
          <w:b/>
        </w:rPr>
        <w:t xml:space="preserve">[48:24] </w:t>
      </w:r>
      <w:r>
        <w:t>aap jante hain ke aadmi aankh se to dekhta nahi zehan se dekhta hai. aap is yahan par nahi dekhne ka yahan par nahi hai zehan mein hai.</w:t>
      </w:r>
    </w:p>
    <w:p>
      <w:pPr>
        <w:jc w:val="right"/>
      </w:pPr>
      <w:r>
        <w:t>آپ جانتے ہیں کہ آدمی آنکھ سے تو دیکھتا نہیں ذہن سے دیکھتا ہے۔ آپ اس یہاں پر نہیں دیکھنے کا یہاں پر نہیں ہے ذہن میں ہے۔</w:t>
      </w:r>
    </w:p>
    <w:p>
      <w:r>
        <w:rPr>
          <w:b/>
        </w:rPr>
        <w:t xml:space="preserve">[48:37] </w:t>
      </w:r>
      <w:r>
        <w:t>is ka zariya dimagh hai.</w:t>
      </w:r>
    </w:p>
    <w:p>
      <w:pPr>
        <w:jc w:val="right"/>
      </w:pPr>
      <w:r>
        <w:t>اس کا ذریعہ دماغ ہے۔</w:t>
      </w:r>
    </w:p>
    <w:p>
      <w:r>
        <w:rPr>
          <w:b/>
        </w:rPr>
        <w:t xml:space="preserve">[48:41] </w:t>
      </w:r>
      <w:r>
        <w:t>to quran mein hai ke jo duniya mein andha tha woh akhirat mein bhi andha rahega. is ka matlab kya hua?</w:t>
      </w:r>
    </w:p>
    <w:p>
      <w:pPr>
        <w:jc w:val="right"/>
      </w:pPr>
      <w:r>
        <w:t>تو قرآن میں ہے کہ جو دنیا میں اندھا تھا وہ آخرت میں بھی اندھا رہے گا۔ اس کا مطلب کیا ہوا؟</w:t>
      </w:r>
    </w:p>
    <w:p>
      <w:r>
        <w:rPr>
          <w:b/>
        </w:rPr>
        <w:t xml:space="preserve">[48:48] </w:t>
      </w:r>
      <w:r>
        <w:t>jis ne duniya mein apne zehan ko istemal nahi kiya apne zehan ko istemal nahi kiya to akhirat mein us ko zehan nahi diya jayega us ko chheen liya jayega us se. aap sochiye ke agar duniya mein agar sochiye yeh jo log ke dosti chalate hain ho haa saqafat chalate hain aur susti cheezon mein susti cheezon mein woh tafreeh karte hain woh</w:t>
      </w:r>
    </w:p>
    <w:p>
      <w:pPr>
        <w:jc w:val="right"/>
      </w:pPr>
      <w:r>
        <w:t>جس نے دنیا میں اپنے ذہن کو استعمال نہیں کیا اپنے ذہن کو استعمال نہیں کیا تو آخرت میں اس کو ذہن نہیں دیا جائے گا اس کو چھین لیا جائے گا اس سے۔ آپ سوچیے کہ اگر دنیا میں اگر سوچیے یہ جو لوگ کہ دوستی چلاتے ہیں ہوہا ثقافت چلاتے ہیں اور سستی چیزوں میں سستی چیزوں میں وہ تفریح کرتے ہیں وہ</w:t>
      </w:r>
    </w:p>
    <w:p>
      <w:r>
        <w:rPr>
          <w:b/>
        </w:rPr>
        <w:t xml:space="preserve">[49:16] </w:t>
      </w:r>
      <w:r>
        <w:t>agar unhein pata ho yeh zehan se chheen liya jayega to kya un ka haal ho? un ka haal wahi ho jaise is aadmi ka haal hota hai jo us ko phansi yani judge ne de diya faisla ke is aadmi ko phansi de di jaye.</w:t>
      </w:r>
    </w:p>
    <w:p>
      <w:pPr>
        <w:jc w:val="right"/>
      </w:pPr>
      <w:r>
        <w:t>اگر انہیں پتہ ہو یہ ذہن سے چھین لیا جائے گا تو کیا ان کا حال ہو؟ ان کا حال وہی ہو جیسے اس آدمی کا حال ہوتا ہے جو اس کو پھانسی یعنی جج نے دے دیا فیصلہ کہ اس آدمی کو پھانسی دے دی جائے۔</w:t>
      </w:r>
    </w:p>
    <w:p>
      <w:r>
        <w:rPr>
          <w:b/>
        </w:rPr>
        <w:t xml:space="preserve">[49:37] </w:t>
      </w:r>
      <w:r>
        <w:t>ab galoo latka diya gaya wahan laya gaya is aadmi ko</w:t>
      </w:r>
    </w:p>
    <w:p>
      <w:pPr>
        <w:jc w:val="right"/>
      </w:pPr>
      <w:r>
        <w:t>اب گلو لٹکا دیا گیا وہاں لایا گیا اس آدمی کو</w:t>
      </w:r>
    </w:p>
    <w:p>
      <w:r>
        <w:rPr>
          <w:b/>
        </w:rPr>
        <w:t xml:space="preserve">[49:40] </w:t>
      </w:r>
      <w:r>
        <w:t>to yeh qanoon hai ke jo us ki sab se achhi dish jo sab se zyada pasand ki dish hoti hai woh layi jati hai wahan.</w:t>
      </w:r>
    </w:p>
    <w:p>
      <w:pPr>
        <w:jc w:val="right"/>
      </w:pPr>
      <w:r>
        <w:t>۔ تو یہ قانون ہے کہ جو اس کی سب سے اچھی ڈش جو سب سے زیادہ پسند کی ڈش ہوتی ہے وہ لائی جاتی ہے وہاں۔</w:t>
      </w:r>
    </w:p>
    <w:p>
      <w:r>
        <w:rPr>
          <w:b/>
        </w:rPr>
        <w:t xml:space="preserve">[49:49] </w:t>
      </w:r>
      <w:r>
        <w:t>jo zyada us ka bohat hi achha pasand ka wala khana. lekin yeh record hai koi kha nahi pata. kyun?</w:t>
      </w:r>
    </w:p>
    <w:p>
      <w:pPr>
        <w:jc w:val="right"/>
      </w:pPr>
      <w:r>
        <w:t>جو زیادہ اس کا بہت ہی اچھا پسند کا والا کھانا۔ لیکن یہ ریکارڈ ہے کوئی کھا نہیں پاتا۔ کیوں؟</w:t>
      </w:r>
    </w:p>
    <w:p>
      <w:r>
        <w:rPr>
          <w:b/>
        </w:rPr>
        <w:t xml:space="preserve">[50:01] </w:t>
      </w:r>
      <w:r>
        <w:t>jis aadmi ko yeh zehan mein baith chuka ho ke agle lamhe mujhe phansi par chadhna hai to us ke tez bars kaam nahi karte us ke.</w:t>
      </w:r>
    </w:p>
    <w:p>
      <w:pPr>
        <w:jc w:val="right"/>
      </w:pPr>
      <w:r>
        <w:t>جس آدمی کو یہ ذہن میں بیٹھ چکا ہو کہ اگلے لمحے مجھے پھانسی پر چڑھنا ہے تو اس کے تیز برس کام نہیں کرتے اس کے۔</w:t>
      </w:r>
    </w:p>
    <w:p>
      <w:r>
        <w:rPr>
          <w:b/>
        </w:rPr>
        <w:t xml:space="preserve">[50:11] </w:t>
      </w:r>
      <w:r>
        <w:t>us ka hath chalta nahi woh kha nahi pata. yani agle lamhe mujhe phansi hone wali hai to main khane mein lazzat le sakta hoon?</w:t>
      </w:r>
    </w:p>
    <w:p>
      <w:pPr>
        <w:jc w:val="right"/>
      </w:pPr>
      <w:r>
        <w:t>اس کا ہاتھ چلتا نہیں وہ کھا نہیں پاتا۔ یعنی اگلے لمحے مجھے پھانسی ہونے والی ہے تو میں کھانے میں لذت لے سکتا ہوں؟</w:t>
      </w:r>
    </w:p>
    <w:p>
      <w:r>
        <w:rPr>
          <w:b/>
        </w:rPr>
        <w:t xml:space="preserve">[50:23] </w:t>
      </w:r>
      <w:r>
        <w:t>agar yeh log janiye ke agle lamhe mujhe mera zehan mujhe chheen liya jane wala hai. yeh log jo hansi ka ka lagate hain jo tafreeh mein jeete hain jhooti khushi mein jeete hain ho haa saqafat chalate hain dosti mein is mein is mein apna waqt zaya karte</w:t>
      </w:r>
    </w:p>
    <w:p>
      <w:pPr>
        <w:jc w:val="right"/>
      </w:pPr>
      <w:r>
        <w:t>اگر یہ لوگ جانیں کہ اگلے لمحہ مجھے میرا ذہن مجھے چھینا جانے والا ہے۔ یہ لوگ جو ہنسی کاکا لگاتے ہیں جو تفریح میں جیتے ہیں جھوٹی خوشی میں جیتے ہیں ہوہا ثقافت چلاتے ہیں دوستی میں اس میں اس میں اپنا وقت ضائع کرتے</w:t>
      </w:r>
    </w:p>
    <w:p>
      <w:r>
        <w:rPr>
          <w:b/>
        </w:rPr>
        <w:t xml:space="preserve">[50:41] </w:t>
      </w:r>
      <w:r>
        <w:t>hain agar unhein pata ho ke agle lamhe un ki maut ayegi aur maut jab ayegi to zehan chheen liya jayega. woh bakri yani ghoda aur janwar jaise ban jayenge to kya aap samajhte hain ke un ki khushi baqi rahegi?</w:t>
      </w:r>
    </w:p>
    <w:p>
      <w:pPr>
        <w:jc w:val="right"/>
      </w:pPr>
      <w:r>
        <w:t>ہیں اگر انہیں پتہ ہو کہ اگلے لمحہ ان کی موت آئے گی اور موت جب آئے گی تو ذہن چھین لیا جائے گا۔ وہ بکری یعنی گھوڑا اور جانور جیسے بن جائیں گے تو کیا آپ سمجھتے ہیں کہ ان کی خوشی باقی رہے گی؟</w:t>
      </w:r>
    </w:p>
    <w:p>
      <w:r>
        <w:rPr>
          <w:b/>
        </w:rPr>
        <w:t xml:space="preserve">[50:59] </w:t>
      </w:r>
      <w:r>
        <w:t>un ka wahi haal hoga jo phansi wale aadmi ka yeh haal ho ke samne rakha hua hai wahi khana jis ko woh bohat pasand karta tha woh. lekin woh kha nahi pata.</w:t>
      </w:r>
    </w:p>
    <w:p>
      <w:pPr>
        <w:jc w:val="right"/>
      </w:pPr>
      <w:r>
        <w:t>ان کا وہی حال ہوگا جو پھانسی والے آدمی کا یہ حال ہو کہ سامنے رکھا ہوا ہے وہی کھانا جس کو وہ بہت پسند کرتا تھا وہ۔ لیکن وہ کھا نہیں پاتا۔</w:t>
      </w:r>
    </w:p>
    <w:p>
      <w:r>
        <w:rPr>
          <w:b/>
        </w:rPr>
        <w:t xml:space="preserve">[51:09] </w:t>
      </w:r>
      <w:r>
        <w:t>yaad rakhiye jis aadmi ko yaqeen ho ke agle lamhe mujhe phansi dene milne wali hai woh apni pasand wali dish nahi kha pata.</w:t>
      </w:r>
    </w:p>
    <w:p>
      <w:pPr>
        <w:jc w:val="right"/>
      </w:pPr>
      <w:r>
        <w:t>یاد رکھیے جس آدمی کو یقین ہو کہ اگلے لمحہ مجھے پھانسی دینے ملنے والی ہے وہ اپنی پسند والی ڈش نہیں کھا پاتا۔</w:t>
      </w:r>
    </w:p>
    <w:p>
      <w:r>
        <w:rPr>
          <w:b/>
        </w:rPr>
        <w:t xml:space="preserve">[51:18] </w:t>
      </w:r>
      <w:r>
        <w:t>isi tarah insan agar jaan le ke agle lamhe mera zehan chheen jane wala hai.</w:t>
      </w:r>
    </w:p>
    <w:p>
      <w:pPr>
        <w:jc w:val="right"/>
      </w:pPr>
      <w:r>
        <w:t>اسی طرح انسان اگر جان لے کہ اگلے لمحہ میرا ذہن چھین جانے والا ہے۔</w:t>
      </w:r>
    </w:p>
    <w:p>
      <w:r>
        <w:rPr>
          <w:b/>
        </w:rPr>
        <w:t xml:space="preserve">[51:25] </w:t>
      </w:r>
      <w:r>
        <w:t>to yeh sab yeh sab jo jo yeh sab jo susti qism ki sargarmiyan hain sab khatam ho jayen. yeh sari sargarmiyan jo hain khatam ho jayen.</w:t>
      </w:r>
    </w:p>
    <w:p>
      <w:pPr>
        <w:jc w:val="right"/>
      </w:pPr>
      <w:r>
        <w:t>تو یہ سب یہ سب جو جو یہ سب جو سستی قسم کی سرگرمیاں ہیں سب ختم ہو جائیں۔ یہ ساری سرگرمیاں جو ہیں ختم ہو جائیں۔</w:t>
      </w:r>
    </w:p>
    <w:p>
      <w:r>
        <w:rPr>
          <w:b/>
        </w:rPr>
        <w:t xml:space="preserve">[51:43] </w:t>
      </w:r>
      <w:r>
        <w:t>to yeh bohat bara khatra hai jis ko insan le raha hai.</w:t>
      </w:r>
    </w:p>
    <w:p>
      <w:pPr>
        <w:jc w:val="right"/>
      </w:pPr>
      <w:r>
        <w:t>تو یہ بہت بڑا خطرہ ہے جس کو انسان لے رہا ہے۔</w:t>
      </w:r>
    </w:p>
    <w:p>
      <w:r>
        <w:rPr>
          <w:b/>
        </w:rPr>
        <w:t xml:space="preserve">[51:51] </w:t>
      </w:r>
      <w:r>
        <w:t>yahan mein aik baat aur kehna chahoon ga woh yeh hai ke dunya ko yeh baat jo mein aap ke sath mein arz kar raha hoon yeh baatein log kyun nahin bata paate?</w:t>
      </w:r>
    </w:p>
    <w:p>
      <w:pPr>
        <w:jc w:val="right"/>
      </w:pPr>
      <w:r>
        <w:t>یہاں میں ایک بات اور کہنا چاہوں گا وہ یہ ہے کہ دنیا کو یہ بات جو میں آپ کے ساتھ میں عرض کر رہا ہوں یہ باتیں لوگ کیوں نہیں بتا پاتے؟</w:t>
      </w:r>
    </w:p>
    <w:p>
      <w:r>
        <w:rPr>
          <w:b/>
        </w:rPr>
        <w:t xml:space="preserve">[52:07] </w:t>
      </w:r>
      <w:r>
        <w:t>mein dekhta hoon ke jo batane wale log hain jin ke paas zehan hai jin ke paas dimagh hai jin ke paas ilm hai woh doosri doosri baatein bolte hain. Yani Khuda ki jo baatein hain woh pohanchate nahin insan ko.</w:t>
      </w:r>
    </w:p>
    <w:p>
      <w:pPr>
        <w:jc w:val="right"/>
      </w:pPr>
      <w:r>
        <w:t>میں دیکھتا ہوں کہ جو بتانے والے لوگ ہیں جن کے پاس ذہن ہے جن کے پاس دماغ ہے جن کے پاس علم ہے وہ دوسری دوسری باتیں بولتے ہیں۔ یعنی خدا کی جو باتیں ہیں وہ پہنچاتے نہیں انسان کو۔</w:t>
      </w:r>
    </w:p>
    <w:p>
      <w:r>
        <w:rPr>
          <w:b/>
        </w:rPr>
        <w:t xml:space="preserve">[52:21] </w:t>
      </w:r>
      <w:r>
        <w:t>to mein samajhta hoon ke unhon ne unhon ne Khuda ki baat ko aik bari baat ke taur par daryaft nahin kiya. Khuda ki baat ko choti bari baat samajhte hain.</w:t>
      </w:r>
    </w:p>
    <w:p>
      <w:pPr>
        <w:jc w:val="right"/>
      </w:pPr>
      <w:r>
        <w:t>تو میں سمجھتا ہوں کہ انہوں نے انہوں نے خدا کی بات کو ایک بڑی بات کے طور پر دریافت نہیں کیا۔ خدا کی بات کو چھوٹی بڑی بات سمجھتے ہیں۔</w:t>
      </w:r>
    </w:p>
    <w:p>
      <w:r>
        <w:rPr>
          <w:b/>
        </w:rPr>
        <w:t xml:space="preserve">[52:33] </w:t>
      </w:r>
      <w:r>
        <w:t>jaisay aik sahib haj kar ke aaye to unhon ne poocha ke haj kar ke kya aaye? to yeh sahib</w:t>
      </w:r>
    </w:p>
    <w:p>
      <w:pPr>
        <w:jc w:val="right"/>
      </w:pPr>
      <w:r>
        <w:t>جیسے ایک صاحب حج کر کے آئے تو انہوں نے پوچھا کہ حج کر کے کیا آئے؟ تو یہ صاحب</w:t>
      </w:r>
    </w:p>
    <w:p>
      <w:r>
        <w:rPr>
          <w:b/>
        </w:rPr>
        <w:t xml:space="preserve">[52:37] </w:t>
      </w:r>
      <w:r>
        <w:t>wahan kya aaye wahan to itne aadmi thay itna khana tha itna intezam tha. to mazhab ko log samajhte hain kuch set up rusoomat. to set up rusoomat se le kar khare hon yeh in ko to shauq hi nahin paida hota.</w:t>
      </w:r>
    </w:p>
    <w:p>
      <w:pPr>
        <w:jc w:val="right"/>
      </w:pPr>
      <w:r>
        <w:t>وہاں کیا آئے وہاں تو اتنے آدمی تھے اتنا کھانا تھا اتنا انتظام تھا۔ تو مذہب کو لوگ سمجھتے ہیں کچھ سیٹ اپ رسومات۔ تو سیٹ اپ رسومات سے لے کر کھڑے ہوں یہ ان کو تو شوق ہی نہیں پیدا ہوتا۔</w:t>
      </w:r>
    </w:p>
    <w:p>
      <w:r>
        <w:rPr>
          <w:b/>
        </w:rPr>
        <w:t xml:space="preserve">[52:51] </w:t>
      </w:r>
      <w:r>
        <w:t>agar mazhab ko samjhein aur zero ideology high thinking koi bari daryaft to un ka josh paida hua karne ka.</w:t>
      </w:r>
    </w:p>
    <w:p>
      <w:pPr>
        <w:jc w:val="right"/>
      </w:pPr>
      <w:r>
        <w:t>اگر مذہب کو سمجھیں اور صفر آئیڈیالوجی ہائی تھنکنگ کوئی بڑی دریافت تو ان کا جوش پیدا ہوا کرنے کا۔</w:t>
      </w:r>
    </w:p>
    <w:p>
      <w:r>
        <w:rPr>
          <w:b/>
        </w:rPr>
        <w:t xml:space="preserve">[53:01] </w:t>
      </w:r>
      <w:r>
        <w:t>to mein samajhta hoon ke logon ki sab se bari kami yeh hai ke mazhab ko ya Islam ko aik aik bari cheez ke taur par daryaft nahin kar sake woh.</w:t>
      </w:r>
    </w:p>
    <w:p>
      <w:pPr>
        <w:jc w:val="right"/>
      </w:pPr>
      <w:r>
        <w:t>تو میں سمجھتا ہوں کہ لوگوں کی سب سے بڑی کمی یہ ہے کہ مذہب کو یا اسلام کو ایک ایک بڑی چیز کے طور پر دریافت نہیں کر سکے وہ۔</w:t>
      </w:r>
    </w:p>
    <w:p>
      <w:r>
        <w:rPr>
          <w:b/>
        </w:rPr>
        <w:t xml:space="preserve">[53:11] </w:t>
      </w:r>
      <w:r>
        <w:t>bas set up rusoomat ke taur par samajhte hain is ko. bas jo set up rusoomat hain woh aik koi aisi cheez hai nahin jis ko le kar khara hua aadmi.</w:t>
      </w:r>
    </w:p>
    <w:p>
      <w:pPr>
        <w:jc w:val="right"/>
      </w:pPr>
      <w:r>
        <w:t>بس سیٹ اپ رسومات کے طور پر سمجھتے ہیں اس کو۔ بس جو سیٹ اپ رسومات ہیں وہ ایک کوئی ایسی چیز ہے نہیں جس کو لے کر کھڑا ہوا آدمی۔</w:t>
      </w:r>
    </w:p>
    <w:p>
      <w:r>
        <w:rPr>
          <w:b/>
        </w:rPr>
        <w:t xml:space="preserve">[53:25] </w:t>
      </w:r>
      <w:r>
        <w:t>hamari family mein aik sahib thay Iqbal Ahmed Sohail unhon ne Aligarh mein M.A. L.L.B. kiya tha.</w:t>
      </w:r>
    </w:p>
    <w:p>
      <w:pPr>
        <w:jc w:val="right"/>
      </w:pPr>
      <w:r>
        <w:t>ہماری فیملی میں ایک صاحب تھے اقبال احمد سہیل انہوں نے علی گڑھ میں ایم اے ایل ایل بی کیا تھا۔</w:t>
      </w:r>
    </w:p>
    <w:p>
      <w:r>
        <w:rPr>
          <w:b/>
        </w:rPr>
        <w:t xml:space="preserve">[53:36] </w:t>
      </w:r>
      <w:r>
        <w:t>pehla batch tha M.A. ka us mein woh shamil thay woh. pehla batch. itne us zamane mein Aligarh jo aaj se bohat mukhtalif tha.</w:t>
      </w:r>
    </w:p>
    <w:p>
      <w:pPr>
        <w:jc w:val="right"/>
      </w:pPr>
      <w:r>
        <w:t>پہلا بیچ تھا ایم اے کا اس میں وہ شامل تھے وہ۔ پہلا بیچ۔ اتنے اس زمانے میں علی گڑھ جو آج سے بہت مختلف تھا۔</w:t>
      </w:r>
    </w:p>
    <w:p>
      <w:r>
        <w:rPr>
          <w:b/>
        </w:rPr>
        <w:t xml:space="preserve">[53:51] </w:t>
      </w:r>
      <w:r>
        <w:t>to 1919 mein ki baat hai 1919 ki baat hai ke Aligarh mein aik sahib aaye jo rehte thay Britain mein un ka naam tha Khwaja Kamaluddin.</w:t>
      </w:r>
    </w:p>
    <w:p>
      <w:pPr>
        <w:jc w:val="right"/>
      </w:pPr>
      <w:r>
        <w:t>تو انیس سو انیس میں کی بات ہے انیس سو انیس کی بات ہے کہ علی گڑھ میں ایک صاحب آئے جو رہتے تھے برٹن میں ان کا نام تھا خواجہ کمال الدین۔</w:t>
      </w:r>
    </w:p>
    <w:p>
      <w:r>
        <w:rPr>
          <w:b/>
        </w:rPr>
        <w:t xml:space="preserve">[54:05] </w:t>
      </w:r>
      <w:r>
        <w:t>woh Arabic aur Farsi aur Urdu aur English sab mein un ko acha command tha un ko.</w:t>
      </w:r>
    </w:p>
    <w:p>
      <w:pPr>
        <w:jc w:val="right"/>
      </w:pPr>
      <w:r>
        <w:t>وہ عربک اور فارسی اور اردو اور انگریزی سب میں ان کو اچھا کمانڈ تھا ان کو۔</w:t>
      </w:r>
    </w:p>
    <w:p>
      <w:r>
        <w:rPr>
          <w:b/>
        </w:rPr>
        <w:t xml:space="preserve">[54:15] </w:t>
      </w:r>
      <w:r>
        <w:t>to Khwaja Kamaluddin wahan bulaye gaye thay Aligarh mein unhon ne aik taqreer di.</w:t>
      </w:r>
    </w:p>
    <w:p>
      <w:pPr>
        <w:jc w:val="right"/>
      </w:pPr>
      <w:r>
        <w:t>تو خواجہ کمال الدین وہاں بلائے گئے تھے علی گڑھ میں انہوں نے ایک تقریر دی۔</w:t>
      </w:r>
    </w:p>
    <w:p>
      <w:r>
        <w:rPr>
          <w:b/>
        </w:rPr>
        <w:t xml:space="preserve">[54:19] </w:t>
      </w:r>
      <w:r>
        <w:t>unki taqreer jo thi woh Urdu mein bolay thay wahan par. to is ka mozu tha Arabic umm-ul-lisana hai.</w:t>
      </w:r>
    </w:p>
    <w:p>
      <w:pPr>
        <w:jc w:val="right"/>
      </w:pPr>
      <w:r>
        <w:t>ان کی تقریر جو تھی وہ اردو میں بولے تھے وہاں پر۔ تو اس کا موضوع تھا عربی ام اللسنہ ہے۔</w:t>
      </w:r>
    </w:p>
    <w:p>
      <w:r>
        <w:rPr>
          <w:b/>
        </w:rPr>
        <w:t xml:space="preserve">[54:31] </w:t>
      </w:r>
      <w:r>
        <w:t>yani Arabic ki maan hai tamam zabanon ki maan hai Arabic zaban.</w:t>
      </w:r>
    </w:p>
    <w:p>
      <w:pPr>
        <w:jc w:val="right"/>
      </w:pPr>
      <w:r>
        <w:t>یعنی عربی کی ماں ہے تمام زبانوں کی ماں ہے عربی زبان۔</w:t>
      </w:r>
    </w:p>
    <w:p>
      <w:r>
        <w:rPr>
          <w:b/>
        </w:rPr>
        <w:t xml:space="preserve">[54:42] </w:t>
      </w:r>
      <w:r>
        <w:t>is par bolay thay. to bhai mujhe is mozu se koi dilchaspi nahin hai.</w:t>
      </w:r>
    </w:p>
    <w:p>
      <w:pPr>
        <w:jc w:val="right"/>
      </w:pPr>
      <w:r>
        <w:t>اس پر بولے تھے۔ تو بھائی مجھے اس موضوع سے کوئی دلچسپی نہیں ہے۔</w:t>
      </w:r>
    </w:p>
    <w:p>
      <w:r>
        <w:rPr>
          <w:b/>
        </w:rPr>
        <w:t xml:space="preserve">[54:49] </w:t>
      </w:r>
      <w:r>
        <w:t>aik yani aik anokha sa mozu hai aise hi. shairana mozu hai yeh shairana koi saiyansi mozu nahin manta is ko mein. lekin khair is par woh bolay thay woh.</w:t>
      </w:r>
    </w:p>
    <w:p>
      <w:pPr>
        <w:jc w:val="right"/>
      </w:pPr>
      <w:r>
        <w:t>ایک یعنی ایک انوکھا سا موضوع ہے ایسے ہی۔ شاعرانہ موضوع ہے یہ شاعرانہ کوئی سائنسی موضوع نہیں مانتا اس کو میں۔ لیکن خیر اس پر وہ بولے تھے وہ۔</w:t>
      </w:r>
    </w:p>
    <w:p>
      <w:r>
        <w:rPr>
          <w:b/>
        </w:rPr>
        <w:t xml:space="preserve">[54:58] </w:t>
      </w:r>
      <w:r>
        <w:t>to wahan par Iqbal Sohail sahib jo thay wahan par parh rahe thay us waqt. to larkon ne un ko khara kar diya. to yeh waqia likha hai Rasheed Ahmed Siddiqui ne.</w:t>
      </w:r>
    </w:p>
    <w:p>
      <w:pPr>
        <w:jc w:val="right"/>
      </w:pPr>
      <w:r>
        <w:t>تو وہاں پر اقبال سہیل صاحب جو تھے وہاں پر پڑھ رہے تھے اس وقت۔ تو لڑکوں نے ان کو کھڑا کر دیا۔ تو یہ واقعہ لکھا ہے رشید احمد صدیقی نے۔</w:t>
      </w:r>
    </w:p>
    <w:p>
      <w:r>
        <w:rPr>
          <w:b/>
        </w:rPr>
        <w:t xml:space="preserve">[55:12] </w:t>
      </w:r>
      <w:r>
        <w:t>apni kitab Madami Rasheed mein dekh sakte hain aap.</w:t>
      </w:r>
    </w:p>
    <w:p>
      <w:pPr>
        <w:jc w:val="right"/>
      </w:pPr>
      <w:r>
        <w:t>اپنی کتاب مدامی رشید میں دیکھ سکتے ہیں آپ۔</w:t>
      </w:r>
    </w:p>
    <w:p>
      <w:r>
        <w:rPr>
          <w:b/>
        </w:rPr>
        <w:t xml:space="preserve">[55:16] </w:t>
      </w:r>
      <w:r>
        <w:t>to yeh is mozu par itne zabardast tareeqay se bolay ke Khwaja Kamaluddin jo hai josh mein aa gaye aur unhon ne un ko gale laga kar kaha ke tumhare jaisa aadmi agar mil jaye mujhe kaam karne ke liye to mein Europe mein Europe ki sab se oonchi choti par Islam ka jhanda lehra doon.</w:t>
      </w:r>
    </w:p>
    <w:p>
      <w:pPr>
        <w:jc w:val="right"/>
      </w:pPr>
      <w:r>
        <w:t>تو یہ اس موضوع پر اتنے زبردست طریقے سے بولے کہ خواجہ کمال الدین جو ہے جوش میں آگئے اور انہوں نے ان کو گلے لگا کر کہا کہ تمہارے جیسا آدمی اگر مل جائے مجھے کام کرنے کے لیے تو میں یورپ میں یورپ کی سب سے اونچی چوٹی پر اسلام کا جھنڈا لہرا دوں۔</w:t>
      </w:r>
    </w:p>
    <w:p>
      <w:r>
        <w:rPr>
          <w:b/>
        </w:rPr>
        <w:t xml:space="preserve">[55:37] </w:t>
      </w:r>
      <w:r>
        <w:t>lekin Iqbal Sohail sahib mein is ka koi jazba nahin paida hua woh wakeel ban gaye. to mein sochta raha ke aisa kyun nahin hua?</w:t>
      </w:r>
    </w:p>
    <w:p>
      <w:pPr>
        <w:jc w:val="right"/>
      </w:pPr>
      <w:r>
        <w:t>لیکن اقبال سہیل صاحب میں اس کا کوئی جذبہ نہیں پیدا ہوا وہ وکیل بن گئے۔ تو میں سوچتا رہا کہ ایسا کیوں نہیں ہوا؟</w:t>
      </w:r>
    </w:p>
    <w:p>
      <w:r>
        <w:rPr>
          <w:b/>
        </w:rPr>
        <w:t xml:space="preserve">[55:46] </w:t>
      </w:r>
      <w:r>
        <w:t>abhi meri samajh mein yeh baat aayi ke Khwaja Kamaluddin ne is koi aisa ideology nahin bata sake thay woh un ko Iqbal Sohail ko.</w:t>
      </w:r>
    </w:p>
    <w:p>
      <w:pPr>
        <w:jc w:val="right"/>
      </w:pPr>
      <w:r>
        <w:t>ابھی میری سمجھ میں یہ بات آئی کہ خواجہ کمال الدین نے اس کوئی ایسا آئیڈیالوجی نہیں بتا سکے تھے وہ ان کو اقبال سہیل کو۔</w:t>
      </w:r>
    </w:p>
    <w:p>
      <w:r>
        <w:rPr>
          <w:b/>
        </w:rPr>
        <w:t xml:space="preserve">[56:02] </w:t>
      </w:r>
      <w:r>
        <w:t>yani koi aisi cheez jis ko ke woh samjhein ke bohat bari cheez hai is ko le kar aap jayen Europe. ab yeh to ke Arabic zaban umm-ul-lisana hai yeh to koi aisi baat nahin hai ke le ke jayen wahan Europe.</w:t>
      </w:r>
    </w:p>
    <w:p>
      <w:pPr>
        <w:jc w:val="right"/>
      </w:pPr>
      <w:r>
        <w:t>یعنی کوئی ایسی چیز جس کو کہ وہ سمجھیں کہ بہت بڑی چیز ہے اس کو لے کر آپ جائیں یورپ۔ اب یہ تو کہ عربی زبان ام اللسنہ ہے یہ تو کوئی ایسی بات نہیں ہے کہ لے کے جائیں وہاں یورپ۔</w:t>
      </w:r>
    </w:p>
    <w:p>
      <w:r>
        <w:rPr>
          <w:b/>
        </w:rPr>
        <w:t xml:space="preserve">[56:14] </w:t>
      </w:r>
      <w:r>
        <w:t>ab ghore kijiye ke koi aadmi yeh paigham le kar jaye is par taqreer de Europe America mein ke Arabic ki maan hai tamam zabanon ki to kaun is se dilchaspi le ga mujhe bataiye.</w:t>
      </w:r>
    </w:p>
    <w:p>
      <w:pPr>
        <w:jc w:val="right"/>
      </w:pPr>
      <w:r>
        <w:t>اب غور کیجیے کہ کوئی آدمی یہ پیغام لے کر جائے اس پر تقریر دے یورپ امریکہ میں کہ عربی کی ماں ہے تمام زبانوں کی تو کون اس سے دلچسپی لے گا مجھے بتائیے۔</w:t>
      </w:r>
    </w:p>
    <w:p>
      <w:r>
        <w:rPr>
          <w:b/>
        </w:rPr>
        <w:t xml:space="preserve">[56:28] </w:t>
      </w:r>
      <w:r>
        <w:t>to mein samajhta hoon ke baray baray log jo daawa kaam nahin kar sake is ke liye is ki wajah yeh hai ke daawa kaam un ko koi bari cheez nahin dikhai pari.</w:t>
      </w:r>
    </w:p>
    <w:p>
      <w:pPr>
        <w:jc w:val="right"/>
      </w:pPr>
      <w:r>
        <w:t>تو میں سمجھتا ہوں کہ بڑے بڑے لوگ جو دعویٰ کام نہیں کر سکے اس کے لیے اس کی وجہ یہ ہے کہ دعویٰ کام ان کو کوئی بڑی چیز نہیں دکھائی پڑی۔</w:t>
      </w:r>
    </w:p>
    <w:p>
      <w:r>
        <w:rPr>
          <w:b/>
        </w:rPr>
        <w:t xml:space="preserve">[56:40] </w:t>
      </w:r>
      <w:r>
        <w:t>bhai panch waqt namaz parho haj karo. to</w:t>
      </w:r>
    </w:p>
    <w:p>
      <w:pPr>
        <w:jc w:val="right"/>
      </w:pPr>
      <w:r>
        <w:t>بھئی پانچ وقت نماز پڑھو حج کرو۔ تو</w:t>
      </w:r>
    </w:p>
    <w:p>
      <w:r>
        <w:rPr>
          <w:b/>
        </w:rPr>
        <w:t xml:space="preserve">[56:44] </w:t>
      </w:r>
      <w:r>
        <w:t>wo kya samjhenge log ke koi bahut badi cheez yeh hai jisko hum le kar jayen Europe America mein. to mazhab ka jo kam shuda shakal hai wo rukawat hai.</w:t>
      </w:r>
    </w:p>
    <w:p>
      <w:pPr>
        <w:jc w:val="right"/>
      </w:pPr>
      <w:r>
        <w:t>وہ کیا سمجھیں گے لوگ کہ کوئی بہت بڑی چیز یہ ہے جس کو ہم لے کر جائیں یورپ امریکہ میں۔ تو مذہب کا جو کم شدہ شکل ہے وہ رکاوٹ ہے۔</w:t>
      </w:r>
    </w:p>
    <w:p>
      <w:r>
        <w:rPr>
          <w:b/>
        </w:rPr>
        <w:t xml:space="preserve">[56:55] </w:t>
      </w:r>
      <w:r>
        <w:t>is zamane mein jo mazhab hai yani Islam hai to wo kam shuda shakal hai Islam. is ke liye logon ko josh nahi paida hota.</w:t>
      </w:r>
    </w:p>
    <w:p>
      <w:pPr>
        <w:jc w:val="right"/>
      </w:pPr>
      <w:r>
        <w:t>اس زمانے میں جو مذہب ہے یعنی اسلام ہے تو وہ کم شدہ شکل ہے اسلام۔ اس کے لیے لوگوں کو جوش نہیں پیدا ہوتا۔</w:t>
      </w:r>
    </w:p>
    <w:p>
      <w:r>
        <w:rPr>
          <w:b/>
        </w:rPr>
        <w:t xml:space="preserve">[57:05] </w:t>
      </w:r>
      <w:r>
        <w:t>to zyada zaheen log jo hain zyada bade zehn jo hain wo is ke liye ate nahi.</w:t>
      </w:r>
    </w:p>
    <w:p>
      <w:pPr>
        <w:jc w:val="right"/>
      </w:pPr>
      <w:r>
        <w:t>تو زیادہ ذہین لوگ جو ہیں زیادہ بڑے ذہن جو ہیں وہ اس کے لیے آتے نہیں۔</w:t>
      </w:r>
    </w:p>
    <w:p>
      <w:r>
        <w:rPr>
          <w:b/>
        </w:rPr>
        <w:t xml:space="preserve">[57:12] </w:t>
      </w:r>
      <w:r>
        <w:t>ausat qism ke log ate hain. isi liye koi zyada bada kaam nahi ho pata. kal mein kisi se baat kar raha tha to us par baat aai science par.</w:t>
      </w:r>
    </w:p>
    <w:p>
      <w:pPr>
        <w:jc w:val="right"/>
      </w:pPr>
      <w:r>
        <w:t>اوسط قسم کے لوگ آتے ہیں۔ اسی لیے کوئی زیادہ بڑا کام نہیں ہو پاتا۔ کل میں کسی سے بات کر رہا تھا تو اس پر بات آئی سائنس پر۔</w:t>
      </w:r>
    </w:p>
    <w:p>
      <w:r>
        <w:rPr>
          <w:b/>
        </w:rPr>
        <w:t xml:space="preserve">[57:25] </w:t>
      </w:r>
      <w:r>
        <w:t>mein bachpan se yeh sunta tha tha ke science jo hai wo koi Islam dushman discipline hai. madarse mein mahol mein har jagah mein ne Islam ke hawale se manfi khayalat paye logon ke andar.</w:t>
      </w:r>
    </w:p>
    <w:p>
      <w:pPr>
        <w:jc w:val="right"/>
      </w:pPr>
      <w:r>
        <w:t>میں بچپن سے یہ سنتا تھا تھا کہ سائنس جو ہے وہ کوئی اسلام دشمن ڈسپلن ہے۔ مدرسے میں ماحول میں ہر جگہ میں نے اسلام کے حوالے سے منفی خیالات پائے لوگوں کے اندر۔</w:t>
      </w:r>
    </w:p>
    <w:p>
      <w:r>
        <w:rPr>
          <w:b/>
        </w:rPr>
        <w:t xml:space="preserve">[57:37] </w:t>
      </w:r>
      <w:r>
        <w:t>to mein ne khud hi mutala kiya.</w:t>
      </w:r>
    </w:p>
    <w:p>
      <w:pPr>
        <w:jc w:val="right"/>
      </w:pPr>
      <w:r>
        <w:t>تو میں نے خود ہی مطالعہ کیا۔</w:t>
      </w:r>
    </w:p>
    <w:p>
      <w:r>
        <w:rPr>
          <w:b/>
        </w:rPr>
        <w:t xml:space="preserve">[57:39] </w:t>
      </w:r>
      <w:r>
        <w:t>to maloom hua ke science jo hai wo to ain manfi cheez hai hamare liye. aur us ko us ke bare mein logon ko to manfi khayal tha wo.</w:t>
      </w:r>
    </w:p>
    <w:p>
      <w:pPr>
        <w:jc w:val="right"/>
      </w:pPr>
      <w:r>
        <w:t>تو معلوم ہوا کہ سائنس جو ہے وہ تو عین مثبت چیز ہے ہمارے لیے۔ اور اس کو اس کے بارے میں لوگوں کو تو منفی خیال تھا وہ۔</w:t>
      </w:r>
    </w:p>
    <w:p>
      <w:r>
        <w:rPr>
          <w:b/>
        </w:rPr>
        <w:t xml:space="preserve">[57:48] </w:t>
      </w:r>
      <w:r>
        <w:t>to meri apni samajh se bahut hi bada kaam hua hai is zamane mein science ke zariye se. yani mein ne un se kaha tha jis se baat bhari ho rahi thi ke science ne yeh kaam kiya hai ke us ne jo kaam pehle talwar se ho sakta tha us ko daleel se badal diya hai us</w:t>
      </w:r>
    </w:p>
    <w:p>
      <w:pPr>
        <w:jc w:val="right"/>
      </w:pPr>
      <w:r>
        <w:t>تو میری اپنی سمجھ سے بہت ہی بڑا کام ہوا ہے اس زمانے میں سائنس کے ذریعے سے۔ یعنی میں نے ان سے کہا تھا جس سے بات بھری ہو رہی تھی کہ سائنس نے یہ کام کیا ہے کہ اس نے جو کام پہلے تلوار سے ہو سکتا تھا اس کو دلیل سے بدل دیا ہے اس</w:t>
      </w:r>
    </w:p>
    <w:p>
      <w:r>
        <w:rPr>
          <w:b/>
        </w:rPr>
        <w:t xml:space="preserve">[58:12] </w:t>
      </w:r>
      <w:r>
        <w:t>ne. yani talwar ko hata kar ke daleel ko wo darja de diya hai. yeh ek bahut hi badi baat hai.</w:t>
      </w:r>
    </w:p>
    <w:p>
      <w:pPr>
        <w:jc w:val="right"/>
      </w:pPr>
      <w:r>
        <w:t>نے۔ یعنی تلوار کو ہٹا کر کے دلیل کو وہ درجہ دے دیا ہے۔ یہ ایک بہت ہی بڑی بات ہے۔</w:t>
      </w:r>
    </w:p>
    <w:p>
      <w:r>
        <w:rPr>
          <w:b/>
        </w:rPr>
        <w:t xml:space="preserve">[58:21] </w:t>
      </w:r>
      <w:r>
        <w:t>yani sahaba karam ke zamane mein jang hui us ke baad barabar jang hoti rahi. us ki tareekh mein barabar yani talwar faisla kun banti thi.</w:t>
      </w:r>
    </w:p>
    <w:p>
      <w:pPr>
        <w:jc w:val="right"/>
      </w:pPr>
      <w:r>
        <w:t>یعنی صحابہ کرام کے زمانے میں جنگ ہوئی اس کے بعد برابر جنگ ہوتی رہی۔ اس کی تاریخ میں برابر یعنی تلوار فیصلہ کن بنتی تھی۔</w:t>
      </w:r>
    </w:p>
    <w:p>
      <w:r>
        <w:rPr>
          <w:b/>
        </w:rPr>
        <w:t xml:space="preserve">[58:34] </w:t>
      </w:r>
      <w:r>
        <w:t>isi liye pure hazaron saal ki tareekh mein aap paate hain ke sab se faisla kun cheez thi talwar.</w:t>
      </w:r>
    </w:p>
    <w:p>
      <w:pPr>
        <w:jc w:val="right"/>
      </w:pPr>
      <w:r>
        <w:t>اس لیے پورے ہزاروں سال کی تاریخ میں آپ پاتے ہیں کہ سب سے فیصلہ کن چیز تھی تلوار۔</w:t>
      </w:r>
    </w:p>
    <w:p>
      <w:r>
        <w:rPr>
          <w:b/>
        </w:rPr>
        <w:t xml:space="preserve">[58:44] </w:t>
      </w:r>
      <w:r>
        <w:t>lekin aaj talwar ke baghair daleel jo hai faisla kun ban gayi hai. daleel yani wajah, daleel, manfiq.</w:t>
      </w:r>
    </w:p>
    <w:p>
      <w:pPr>
        <w:jc w:val="right"/>
      </w:pPr>
      <w:r>
        <w:t>لیکن آج تلوار کے بغیر دلیل جو ہے فیصلہ کن بن گئی ہے۔ دلیل یعنی وجہ، دلیل، منطق۔</w:t>
      </w:r>
    </w:p>
    <w:p>
      <w:r>
        <w:rPr>
          <w:b/>
        </w:rPr>
        <w:t xml:space="preserve">[58:55] </w:t>
      </w:r>
      <w:r>
        <w:t>to yeh yeh kaise mumkin hua yeh science ke zariye mumkin hua.</w:t>
      </w:r>
    </w:p>
    <w:p>
      <w:pPr>
        <w:jc w:val="right"/>
      </w:pPr>
      <w:r>
        <w:t>تو یہ یہ کیسے ممکن ہوا یہ سائنس کے ذریعے ممکن ہوا۔</w:t>
      </w:r>
    </w:p>
    <w:p>
      <w:r>
        <w:rPr>
          <w:b/>
        </w:rPr>
        <w:t xml:space="preserve">[59:00] </w:t>
      </w:r>
      <w:r>
        <w:t>scientific inqalab se pehle jo zamana tha rawaiyati zamana to rawaiyati andaz mein baat kahi jati thi pehle.</w:t>
      </w:r>
    </w:p>
    <w:p>
      <w:pPr>
        <w:jc w:val="right"/>
      </w:pPr>
      <w:r>
        <w:t>سائنسی انقلاب سے پہلے جو زمانہ تھا روایتی زمانہ تو روایتی انداز میں بات کہی جاتی تھی پہلے۔</w:t>
      </w:r>
    </w:p>
    <w:p>
      <w:r>
        <w:rPr>
          <w:b/>
        </w:rPr>
        <w:t xml:space="preserve">[59:11] </w:t>
      </w:r>
      <w:r>
        <w:t>ab science ne ek naya discipline paida kiya hai ek naya yani maloomat jis ko kehte hain maloomati dhamaka nai jankari nai baatein us ki wajah se yeh mumkin ho gaya hai ke hum aaj talwar ke baghair daleel ke zariye daleel ke zariye se insan ko maskhar kar saken.</w:t>
      </w:r>
    </w:p>
    <w:p>
      <w:pPr>
        <w:jc w:val="right"/>
      </w:pPr>
      <w:r>
        <w:t>اب سائنس نے ایک نیا ڈسپلن پیدا کیا ہے ایک نیا یعنی معلومات جس کو کہتے ہیں معلوماتی دھماکہ نئی جانکاری نئی باتیں اس کی وجہ سے یہ ممکن ہو گیا ہے کہ ہم آج تلوار کے بغیر دلیل کے ذریعے دلیل کے ذریعے سے انسان کو مسخر کر سکیں۔</w:t>
      </w:r>
    </w:p>
    <w:p>
      <w:r>
        <w:rPr>
          <w:b/>
        </w:rPr>
        <w:t xml:space="preserve">[59:34] </w:t>
      </w:r>
      <w:r>
        <w:t>us ke zehn ko itna zyada mutasir karen ke wo manne par majboor ho jaye.</w:t>
      </w:r>
    </w:p>
    <w:p>
      <w:pPr>
        <w:jc w:val="right"/>
      </w:pPr>
      <w:r>
        <w:t>اس کے ذہن کو اتنا زیادہ متاثر کریں کہ وہ ماننے پر مجبور ہو جائے۔</w:t>
      </w:r>
    </w:p>
    <w:p>
      <w:r>
        <w:rPr>
          <w:b/>
        </w:rPr>
        <w:t xml:space="preserve">[59:43] </w:t>
      </w:r>
      <w:r>
        <w:t>to yeh mein ne kaha tha ke ke ke science ne kya kiya hai ke daleel ko talwar ka qaim muqam bana diya hai.</w:t>
      </w:r>
    </w:p>
    <w:p>
      <w:pPr>
        <w:jc w:val="right"/>
      </w:pPr>
      <w:r>
        <w:t>تو یہ میں نے کہا تھا کہ کہ کہ سائنس نے کیا کیا ہے کہ دلیل کو تلوار کا قائم مقام بنا دیا ہے۔</w:t>
      </w:r>
    </w:p>
    <w:p>
      <w:r>
        <w:rPr>
          <w:b/>
        </w:rPr>
        <w:t xml:space="preserve">[59:55] </w:t>
      </w:r>
      <w:r>
        <w:t>yeh kitna bada bada kaam is zamane mein hua hai. lekin us ko koi koi jaan hi nahi saka. mein mujhe hairan hoon mein ke so saal beet gaye aur koi daryaft na kar saka ke science ne ek azeem ul shaan ek bahut hi bada kar nama anjam diya hai ke talwar chalane ki zarurat nahi hai.</w:t>
      </w:r>
    </w:p>
    <w:p>
      <w:pPr>
        <w:jc w:val="right"/>
      </w:pPr>
      <w:r>
        <w:t>یہ کتنا بڑا بڑا کام اس زمانے میں ہوا ہے۔ لیکن اس کو کوئی کوئی جان ہی نہیں سکا۔ میں مجھے حیران ہوں میں کہ سو سال بیت گئے اور کوئی دریافت نہ کر سکا کہ سائنس نے ایک عظیم الشان ایک بہت ہی بڑا کارنامہ انجام دیا ہے کہ تلوار چلانے کی ضرورت نہیں ہے۔</w:t>
      </w:r>
    </w:p>
    <w:p>
      <w:r>
        <w:rPr>
          <w:b/>
        </w:rPr>
        <w:t xml:space="preserve">[1:00:13] </w:t>
      </w:r>
      <w:r>
        <w:t>daleel kafi hai. aur yeh baat hadith mein maujood thi pehle se. aap sahih Muslim mein ek riwayat hai ke rasool Allah sallallahu alaihi wasallam ne farmaya.</w:t>
      </w:r>
    </w:p>
    <w:p>
      <w:pPr>
        <w:jc w:val="right"/>
      </w:pPr>
      <w:r>
        <w:t>دلیل کافی ہے۔ اور یہ بات حدیث میں موجود تھی پہلے سے۔ آپ صحیح مسلم میں ایک روایت ہے کہ رسول اللہ صلی اللہ علیہ وسلم نے فرمایا۔</w:t>
      </w:r>
    </w:p>
    <w:p>
      <w:r>
        <w:rPr>
          <w:b/>
        </w:rPr>
        <w:t xml:space="preserve">[1:00:23] </w:t>
      </w:r>
      <w:r>
        <w:t>bahut ajeeb baat hai yeh. lekin is hadith ko bhi koi samajh nahi saka. sahih Muslim mein riwayat hai ke ek zamana aayega jab</w:t>
      </w:r>
    </w:p>
    <w:p>
      <w:pPr>
        <w:jc w:val="right"/>
      </w:pPr>
      <w:r>
        <w:t>بہت عجیب بات ہے یہ۔ لیکن اس حدیث کو بھی کوئی سمجھ نہیں سکا۔ صحیح مسلم میں روایت ہے کہ ایک زمانہ آئے گا جب</w:t>
      </w:r>
    </w:p>
    <w:p>
      <w:r>
        <w:rPr>
          <w:b/>
        </w:rPr>
        <w:t xml:space="preserve">[1:00:37] </w:t>
      </w:r>
      <w:r>
        <w:t>ek zamana aayega ke jab tum na talwar chalaoge na ladai karoge.</w:t>
      </w:r>
    </w:p>
    <w:p>
      <w:pPr>
        <w:jc w:val="right"/>
      </w:pPr>
      <w:r>
        <w:t>ایک زمانہ آئے گا کہ جب تم نہ تلوار چلاؤ گے نہ لڑائی کرو گے۔</w:t>
      </w:r>
    </w:p>
    <w:p>
      <w:r>
        <w:rPr>
          <w:b/>
        </w:rPr>
        <w:t xml:space="preserve">[1:00:43] </w:t>
      </w:r>
      <w:r>
        <w:t>sirf la ilaha illallah kahoge aur qale ki deewarein gir jayengi. qale ki deewarein gir jayengi.</w:t>
      </w:r>
    </w:p>
    <w:p>
      <w:pPr>
        <w:jc w:val="right"/>
      </w:pPr>
      <w:r>
        <w:t>صرف لا الہ الا اللہ کہو گے اور قلعے کی دیواریں گر جائیں گی۔ قلعے کی دیواریں گر جائیں گی۔</w:t>
      </w:r>
    </w:p>
    <w:p>
      <w:r>
        <w:rPr>
          <w:b/>
        </w:rPr>
        <w:t xml:space="preserve">[1:00:54] </w:t>
      </w:r>
      <w:r>
        <w:t>yeh hadith maujood hai sahih Muslim mein ke ek zamana aayega jab tum na ladai karoge na talwar chalaoge lekin la la ilaha illallah kahoge aur qale ki deewarein gir jayengi.</w:t>
      </w:r>
    </w:p>
    <w:p>
      <w:pPr>
        <w:jc w:val="right"/>
      </w:pPr>
      <w:r>
        <w:t>یہ حدیث موجود ہے صحیح مسلم میں کہ ایک زمانہ آئے گا جب تم نہ لڑائی کرو گے نہ تلوار چلاؤ گے لیکن لا لا الہ الا اللہ کہو گے اور قلعے کی دیواریں گر جائیں گی۔</w:t>
      </w:r>
    </w:p>
    <w:p>
      <w:r>
        <w:rPr>
          <w:b/>
        </w:rPr>
        <w:t xml:space="preserve">[1:01:08] </w:t>
      </w:r>
      <w:r>
        <w:t>to log chunke adabi tor par lete rahe is ko samjhe nahi is ko</w:t>
      </w:r>
    </w:p>
    <w:p>
      <w:pPr>
        <w:jc w:val="right"/>
      </w:pPr>
      <w:r>
        <w:t>تو لوگ چونکہ ادبی طور پر لیتے رہے اس کو سمجھے نہیں اس کو</w:t>
      </w:r>
    </w:p>
    <w:p>
      <w:r>
        <w:rPr>
          <w:b/>
        </w:rPr>
        <w:t xml:space="preserve">[1:01:11] </w:t>
      </w:r>
      <w:r>
        <w:t>samajhte hain ke bas narah lagayen ge la ilaha illallah aur aur wahan jo hai woh jo hai qale ki deewarain gir jayen gi.</w:t>
      </w:r>
    </w:p>
    <w:p>
      <w:pPr>
        <w:jc w:val="right"/>
      </w:pPr>
      <w:r>
        <w:t>۔ سمجھتے ہیں کہ بس نعرہ لگائیں گے لا الہ الا اللہ اور اور وہاں جو ہے وہ جو ہے قلعے کی دیواریں گر جائیں گی۔</w:t>
      </w:r>
    </w:p>
    <w:p>
      <w:r>
        <w:rPr>
          <w:b/>
        </w:rPr>
        <w:t xml:space="preserve">[1:01:21] </w:t>
      </w:r>
      <w:r>
        <w:t>yeh matlab nahi hai ke narah lagane ki baat nahi hai yeh. la ilaha illallah ka matlab hai ideology. yani khud ideology itni taqatwar ho jaye gi wahi kafi ho jaye gi jeet ke liye.</w:t>
      </w:r>
    </w:p>
    <w:p>
      <w:pPr>
        <w:jc w:val="right"/>
      </w:pPr>
      <w:r>
        <w:t>یہ مطلب نہیں ہے کہ نعرہ لگانے کی بات نہیں ہے یہ۔ لا الہ الا اللہ کا مطلب ہے آئیڈیالوجی۔ یعنی خود آئیڈیالوجی اتنی طاقتور ہو جائے گی وہی کافی ہو جائے گی جیت کے لیے۔</w:t>
      </w:r>
    </w:p>
    <w:p>
      <w:r>
        <w:rPr>
          <w:b/>
        </w:rPr>
        <w:t xml:space="preserve">[1:01:31] </w:t>
      </w:r>
      <w:r>
        <w:t>yeh matlab hai is ka.</w:t>
      </w:r>
    </w:p>
    <w:p>
      <w:pPr>
        <w:jc w:val="right"/>
      </w:pPr>
      <w:r>
        <w:t>یہ مطلب ہے اس کا۔</w:t>
      </w:r>
    </w:p>
    <w:p>
      <w:r>
        <w:rPr>
          <w:b/>
        </w:rPr>
        <w:t xml:space="preserve">[1:01:36] </w:t>
      </w:r>
      <w:r>
        <w:t>yani is zamane mein jab ke rasool Allah sal Allah alaihi wasallam aaye talwar ka zamana tha.</w:t>
      </w:r>
    </w:p>
    <w:p>
      <w:pPr>
        <w:jc w:val="right"/>
      </w:pPr>
      <w:r>
        <w:t>یعنی اس زمانے میں جب کہ رسول اللہ صلی اللہ علیہ وسلم آئے تلوار کا زمانہ تھا۔</w:t>
      </w:r>
    </w:p>
    <w:p>
      <w:r>
        <w:rPr>
          <w:b/>
        </w:rPr>
        <w:t xml:space="preserve">[1:01:41] </w:t>
      </w:r>
      <w:r>
        <w:t>talwar jo hai woh faisla kun banti thi. talwar ke sath koi aur taqat nahi thi is zamane mein. to aap ne farmaya ke ek zamana aye ga main samajhta hoon ke woh scientific zamane ke bare mein aap bata rahe the ke jab khud ilm itna zabardast taraqqi kar jaye ga aur Islam ke haq mein itni itna zyada wajah ikatha ho jaye gi jis ko hum daleel kehte hain.</w:t>
      </w:r>
    </w:p>
    <w:p>
      <w:pPr>
        <w:jc w:val="right"/>
      </w:pPr>
      <w:r>
        <w:t>تلوار جو ہے وہ فیصلہ کن بنتی تھی۔ تلوار کے ساتھ کوئی اور طاقت نہیں تھی اس زمانے میں۔ تو آپ نے فرمایا کہ ایک زمانہ آئے گا میں سمجھتا ہوں کہ وہ سائنسی زمانے کے بارے میں آپ بتا رہے تھے کہ جب خود علم اتنا زبردست ترقی کر جائے گا اور اسلام کے حق میں اتنی اتنا زیادہ وجہ اکٹھا ہو جائے گی جس کو ہم دلیل کہتے ہیں۔</w:t>
      </w:r>
    </w:p>
    <w:p>
      <w:r>
        <w:rPr>
          <w:b/>
        </w:rPr>
        <w:t xml:space="preserve">[1:02:09] </w:t>
      </w:r>
      <w:r>
        <w:t>is ki ideology itni ilmi aitbar se itni taqatwar ho jaye gi ke talwar ki jagah ke talwar ko istemal karne ki zarorat nahi hogi ideology ideology ki jo taqat hai wahi kafi ho jaye ga jeetne ke liye.</w:t>
      </w:r>
    </w:p>
    <w:p>
      <w:pPr>
        <w:jc w:val="right"/>
      </w:pPr>
      <w:r>
        <w:t>اس کی آئیڈیالوجی اتنی علمی اعتبار سے اتنی طاقتور ہو جائے گی کہ تلوار کی جگہ کہ تلوار کو استعمال کرنے کی ضرورت نہیں ہوگی آئیڈیالوجی آئیڈیالوجی کی جو طاقت ہے وہی کافی ہو جائے گا جیتنے کے لیے۔</w:t>
      </w:r>
    </w:p>
    <w:p>
      <w:r>
        <w:rPr>
          <w:b/>
        </w:rPr>
        <w:t xml:space="preserve">[1:02:25] </w:t>
      </w:r>
      <w:r>
        <w:t>ideology ki taqat kafi ho jaye ga jeetne ke liye.</w:t>
      </w:r>
    </w:p>
    <w:p>
      <w:pPr>
        <w:jc w:val="right"/>
      </w:pPr>
      <w:r>
        <w:t>آئیڈیالوجی کی طاقت کافی ہو جائے گا جیتنے کے لیے۔</w:t>
      </w:r>
    </w:p>
    <w:p>
      <w:r>
        <w:rPr>
          <w:b/>
        </w:rPr>
        <w:t xml:space="preserve">[1:02:30] </w:t>
      </w:r>
      <w:r>
        <w:t>jaise ke maine is se pehle ek misal aap ko di thi is ko main dohrata hoon ke ek bohat parhe likhe admi se meri mulaqat hui jo atheist the.</w:t>
      </w:r>
    </w:p>
    <w:p>
      <w:pPr>
        <w:jc w:val="right"/>
      </w:pPr>
      <w:r>
        <w:t>جیسے کہ میں نے اس سے پہلے ایک مثال آپ کو دی تھی اس کو میں دہراتا ہوں کہ ایک بہت پڑھے لکھے آدمی سے میری ملاقات ہوئی جو آتھیسٹ تھے۔</w:t>
      </w:r>
    </w:p>
    <w:p>
      <w:r>
        <w:rPr>
          <w:b/>
        </w:rPr>
        <w:t xml:space="preserve">[1:02:41] </w:t>
      </w:r>
      <w:r>
        <w:t>to unhon ne kaha ke ke unhon ne kaha ke kya meyar aap ke pas hain sabit karne ke liye wajood Khuda ka</w:t>
      </w:r>
    </w:p>
    <w:p>
      <w:pPr>
        <w:jc w:val="right"/>
      </w:pPr>
      <w:r>
        <w:t>تو انہوں نے کہا کہ کہ انہوں نے کہا کہ کیا معیار آپ کے پاس ہیں ثابت کرنے کے لیے وجود خدا کا</w:t>
      </w:r>
    </w:p>
    <w:p>
      <w:r>
        <w:rPr>
          <w:b/>
        </w:rPr>
        <w:t xml:space="preserve">[1:02:52] </w:t>
      </w:r>
      <w:r>
        <w:t>? maine kaha ke wahi meyar jo aap ke pas hain sabit karne ke liye. aur is ke baad woh admi ne surrender kar diya.</w:t>
      </w:r>
    </w:p>
    <w:p>
      <w:pPr>
        <w:jc w:val="right"/>
      </w:pPr>
      <w:r>
        <w:t>؟ میں نے کہا کہ وہی معیار جو آپ کے پاس ہیں ثابت کرنے کے لیے۔ اور اس کے بعد وہ آدمی نے سرنڈر کر دیا۔</w:t>
      </w:r>
    </w:p>
    <w:p>
      <w:r>
        <w:rPr>
          <w:b/>
        </w:rPr>
        <w:t xml:space="preserve">[1:03:03] </w:t>
      </w:r>
      <w:r>
        <w:t>yeh pehle aisa nahi ho sakta tha. yeh jo taraqqi hua hai scientific taraqqi tab yeh mumkin hua hai ke aisa ek admi ko majboor kar de surrender karne ke liye.</w:t>
      </w:r>
    </w:p>
    <w:p>
      <w:pPr>
        <w:jc w:val="right"/>
      </w:pPr>
      <w:r>
        <w:t>یہ پہلے ایسا نہیں ہو سکتا تھا۔ یہ جو ترقی ہوا ہے سائنسی ترقی تب یہ ممکن ہوا ہے کہ ایسا ایک آدمی کو مجبور کر دے سرنڈر کرنے کے لیے۔</w:t>
      </w:r>
    </w:p>
    <w:p>
      <w:r>
        <w:rPr>
          <w:b/>
        </w:rPr>
        <w:t xml:space="preserve">[1:03:17] </w:t>
      </w:r>
      <w:r>
        <w:t>to yeh yeh tha is hadith ka matlab ke ek zamana aye ga jab tum na talwar chalaoge na larai karoge. sirf la ilaha illallah kahoge aur qale ki deewarain gir padengi.</w:t>
      </w:r>
    </w:p>
    <w:p>
      <w:pPr>
        <w:jc w:val="right"/>
      </w:pPr>
      <w:r>
        <w:t>تو یہ یہ تھا اس حدیث کا مطلب کہ ایک زمانہ آئے گا جب تم نہ تلوار چلاؤ گے نہ لڑائی کرو گے۔ صرف لا الہ الا اللہ کہو گے اور قلعے کی دیواریں گر پڑیں گی۔</w:t>
      </w:r>
    </w:p>
    <w:p>
      <w:r>
        <w:rPr>
          <w:b/>
        </w:rPr>
        <w:t xml:space="preserve">[1:03:31] </w:t>
      </w:r>
      <w:r>
        <w:t>Islam ka matlab yeh hai ke Islam ek Islam ki ideology apne aap mein itni taqatwar ho jaye gi</w:t>
      </w:r>
    </w:p>
    <w:p>
      <w:pPr>
        <w:jc w:val="right"/>
      </w:pPr>
      <w:r>
        <w:t>اسلام کا مطلب یہ ہے کہ اسلام ایک اسلام کی آئیڈیالوجی اپنے آپ میں اتنی طاقتور ہو جائے گی</w:t>
      </w:r>
    </w:p>
    <w:p>
      <w:r>
        <w:rPr>
          <w:b/>
        </w:rPr>
        <w:t xml:space="preserve">[1:03:39] </w:t>
      </w:r>
      <w:r>
        <w:t>ke wahi logon ko maskhar karne ke liye logon par</w:t>
      </w:r>
    </w:p>
    <w:p>
      <w:pPr>
        <w:jc w:val="right"/>
      </w:pPr>
      <w:r>
        <w:t>کہ وہی لوگوں کو مسخر کرنے کے لیے لوگوں پر</w:t>
      </w:r>
    </w:p>
    <w:p>
      <w:r>
        <w:rPr>
          <w:b/>
        </w:rPr>
        <w:t xml:space="preserve">[1:03:47] </w:t>
      </w:r>
      <w:r>
        <w:t>yani jeet hasil karne ke liye kafi ho jaye gi.</w:t>
      </w:r>
    </w:p>
    <w:p>
      <w:pPr>
        <w:jc w:val="right"/>
      </w:pPr>
      <w:r>
        <w:t>یعنی جیت حاصل کرنے کے لیے کافی ہو جائے گی۔</w:t>
      </w:r>
    </w:p>
    <w:p>
      <w:r>
        <w:rPr>
          <w:b/>
        </w:rPr>
        <w:t xml:space="preserve">[1:03:52] </w:t>
      </w:r>
      <w:r>
        <w:t>yeh kitni bari baat hai.</w:t>
      </w:r>
    </w:p>
    <w:p>
      <w:pPr>
        <w:jc w:val="right"/>
      </w:pPr>
      <w:r>
        <w:t>یہ کتنی بڑی بات ہے۔</w:t>
      </w:r>
    </w:p>
    <w:p>
      <w:r>
        <w:rPr>
          <w:b/>
        </w:rPr>
        <w:t xml:space="preserve">[1:03:56] </w:t>
      </w:r>
      <w:r>
        <w:t>kitni bari baat hai yeh.</w:t>
      </w:r>
    </w:p>
    <w:p>
      <w:pPr>
        <w:jc w:val="right"/>
      </w:pPr>
      <w:r>
        <w:t>کتنی بڑی بات ہے یہ۔</w:t>
      </w:r>
    </w:p>
    <w:p>
      <w:r>
        <w:rPr>
          <w:b/>
        </w:rPr>
        <w:t xml:space="preserve">[1:04:00] </w:t>
      </w:r>
      <w:r>
        <w:t>to woh zail woh zail jo hai hamlon mein nahi paida ho rahi hai.</w:t>
      </w:r>
    </w:p>
    <w:p>
      <w:pPr>
        <w:jc w:val="right"/>
      </w:pPr>
      <w:r>
        <w:t>تو وہ ذیل وہ ذیل جو ہے حملوں میں نہیں پیدا ہو رہی ہے۔</w:t>
      </w:r>
    </w:p>
    <w:p>
      <w:r>
        <w:rPr>
          <w:b/>
        </w:rPr>
        <w:t xml:space="preserve">[1:04:06] </w:t>
      </w:r>
      <w:r>
        <w:t>hamlon se murad zehan logon mein aur jo zehan log hain un mein woh zail woh jo shoq woh josh nahi paida ho raha hai. kyunke Islam ek bohat hi halki phulki cheez dikhai parta hai un ko.</w:t>
      </w:r>
    </w:p>
    <w:p>
      <w:pPr>
        <w:jc w:val="right"/>
      </w:pPr>
      <w:r>
        <w:t>حملوں سے مراد ذہین لوگوں میں اور جو ذہین لوگ ہیں ان میں وہ ذیل وہ جو شوق وہ جوش نہیں پیدا ہو رہا ہے۔ کیونکہ اسلام ایک بہت ہی ہلکی پھلکی چیز دکھائی پڑتا ہے ان کو۔</w:t>
      </w:r>
    </w:p>
    <w:p>
      <w:r>
        <w:rPr>
          <w:b/>
        </w:rPr>
        <w:t xml:space="preserve">[1:04:18] </w:t>
      </w:r>
      <w:r>
        <w:t>kuch rasoomat hain is ko kar lo to bas yeh Islam ho gaya. ke bhari cheez nahi dikhai par rahi hai. aap jante hain ke Newton jo tha Newton ne shadi nahi ki.</w:t>
      </w:r>
    </w:p>
    <w:p>
      <w:pPr>
        <w:jc w:val="right"/>
      </w:pPr>
      <w:r>
        <w:t>کچھ رسومات ہیں اس کو کر لو تو بس یہ اسلام ہو گیا۔ کہ بھاری چیز نہیں دکھائی پڑ رہی ہے۔ آپ جانتے ہیں کہ نیوٹن جو تھا نیوٹن نے شادی نہیں کی۔</w:t>
      </w:r>
    </w:p>
    <w:p>
      <w:r>
        <w:rPr>
          <w:b/>
        </w:rPr>
        <w:t xml:space="preserve">[1:04:34] </w:t>
      </w:r>
      <w:r>
        <w:t>main sochta raha ke shadi kyun nahi ki us ne. kyunke woh jo cheez us ko mili thi jo falakiyat mein jo cheezain woh daryaft kar raha tha woh woh us ko bohat hi bari cheez dikhai parti thi.</w:t>
      </w:r>
    </w:p>
    <w:p>
      <w:pPr>
        <w:jc w:val="right"/>
      </w:pPr>
      <w:r>
        <w:t>میں سوچتا رہا کہ شادی کیوں نہیں کی اس نے۔ کیونکہ وہ جو چیز اس کو ملی تھی جو فلکیات میں جو چیزیں وہ دریافت کر رہا تھا وہ وہ اس کو بہت ہی بڑی چیز دکھائی پڑتی تھی۔</w:t>
      </w:r>
    </w:p>
    <w:p>
      <w:r>
        <w:rPr>
          <w:b/>
        </w:rPr>
        <w:t xml:space="preserve">[1:04:47] </w:t>
      </w:r>
      <w:r>
        <w:t>har cheez se zyada. is ke bare mein kaha jata hai ke jo</w:t>
      </w:r>
    </w:p>
    <w:p>
      <w:pPr>
        <w:jc w:val="right"/>
      </w:pPr>
      <w:r>
        <w:t>ہر چیز سے زیادہ۔ اس کے بارے میں کہا جاتا ہے کہ جو</w:t>
      </w:r>
    </w:p>
    <w:p>
      <w:r>
        <w:rPr>
          <w:b/>
        </w:rPr>
        <w:t xml:space="preserve">[1:04:56] </w:t>
      </w:r>
      <w:r>
        <w:t>khane ke waqt mein woh bhool jata tha ke khana ke waqt lunch ka ho gaya waqt dinner ka ho gaya.</w:t>
      </w:r>
    </w:p>
    <w:p>
      <w:pPr>
        <w:jc w:val="right"/>
      </w:pPr>
      <w:r>
        <w:t>کھانے کے وقت میں وہ بھول جاتا تھا کہ کھانا کہ وقت لنچ کا ہو گیا وقت ڈنر کا ہو گیا۔</w:t>
      </w:r>
    </w:p>
    <w:p>
      <w:r>
        <w:rPr>
          <w:b/>
        </w:rPr>
        <w:t xml:space="preserve">[1:05:04] </w:t>
      </w:r>
      <w:r>
        <w:t>to us ki behan thi jo bohat manti thi us ko to woh tray mein khana rakh kar ke lati aur dheere se woh us ki mez par rakh deti.</w:t>
      </w:r>
    </w:p>
    <w:p>
      <w:pPr>
        <w:jc w:val="right"/>
      </w:pPr>
      <w:r>
        <w:t>تو اس کی بہن تھی جو بہت مانتی تھی اس کو تو وہ ٹرے میں کھانا رکھ کر کے لاتی اور دھیرے سے وہ اس کی میز پر رکھ دیتی۔</w:t>
      </w:r>
    </w:p>
    <w:p>
      <w:r>
        <w:rPr>
          <w:b/>
        </w:rPr>
        <w:t xml:space="preserve">[1:05:13] </w:t>
      </w:r>
      <w:r>
        <w:t>taake us ka tawajjuh na ho. aur phir kabhi woh kha leta. itna masroof tha to us ki jo daryaft ho rahi thi jo yani falakiyat ko tabdeel kar raha tha woh falakiyat mein to yeh yeh yeh daryaft itni bari thi us ke liye ke shadi wadi us ko mamooli cheez maloom hone lagi to shadi nahi ki us ne.</w:t>
      </w:r>
    </w:p>
    <w:p>
      <w:pPr>
        <w:jc w:val="right"/>
      </w:pPr>
      <w:r>
        <w:t>تاکہ اس کا توجہ نہ ہو۔ اور پھر کبھی وہ کھا لیتا۔ اتنا مصروف تھا تو اس کی جو دریافت ہو رہی تھی جو یعنی فلکیات کو تبدیل کر رہا تھا وہ فلکیات میں تو یہ یہ یہ دریافت اتنی بڑی تھی اس کے لیے کہ شادی وادی اس کو معمولی چیز معلوم ہونے لگی تو شادی نہیں کی اس نے۔</w:t>
      </w:r>
    </w:p>
    <w:p>
      <w:r>
        <w:rPr>
          <w:b/>
        </w:rPr>
        <w:t xml:space="preserve">[1:05:34] </w:t>
      </w:r>
      <w:r>
        <w:t>is tarah aap jante hain ke einstein jo hai jis ne jis ki general theory of relativity is ki bohat mashhoor hai. bohat bara zehn tha woh.</w:t>
      </w:r>
    </w:p>
    <w:p>
      <w:pPr>
        <w:jc w:val="right"/>
      </w:pPr>
      <w:r>
        <w:t>اس طرح آپ جانتے ہیں کہ آئنسٹین جو ہے جس نے جس کی جنرل تھیوری آف ریلیٹیوٹی اس کی بہت مشہور ہے۔ بہت بڑا ذہن تھا وہ۔</w:t>
      </w:r>
    </w:p>
    <w:p>
      <w:r>
        <w:rPr>
          <w:b/>
        </w:rPr>
        <w:t xml:space="preserve">[1:05:44] </w:t>
      </w:r>
      <w:r>
        <w:t>is ko israel ki pehle se woh pesh ki gayi. sadar banaya ja raha tha is ko. jab israel bana 1948 mein to einstein se kaha gaya ke ab aap pehle sadar baniye is ke.</w:t>
      </w:r>
    </w:p>
    <w:p>
      <w:pPr>
        <w:jc w:val="right"/>
      </w:pPr>
      <w:r>
        <w:t>اس کو اسرائیل کی پہلے سے وہ پیش کی گئی۔ صدر بنایا جا رہا تھا اس کو۔ جب اسرائیل بنا 1948 میں تو آئنسٹین سے کہا گیا کہ اب آپ پہلے صدر بنیے اس کے۔</w:t>
      </w:r>
    </w:p>
    <w:p>
      <w:r>
        <w:rPr>
          <w:b/>
        </w:rPr>
        <w:t xml:space="preserve">[1:05:58] </w:t>
      </w:r>
      <w:r>
        <w:t>is ne bilkul flatly refuse kar diya is ko.</w:t>
      </w:r>
    </w:p>
    <w:p>
      <w:pPr>
        <w:jc w:val="right"/>
      </w:pPr>
      <w:r>
        <w:t>اس نے بالکل فلیٹری ریفیوز کر دیا اس کو۔</w:t>
      </w:r>
    </w:p>
    <w:p>
      <w:r>
        <w:rPr>
          <w:b/>
        </w:rPr>
        <w:t xml:space="preserve">[1:06:02] </w:t>
      </w:r>
      <w:r>
        <w:t>kyun? is ko jo science mein jo jo is ko khushi mil rahi thi is ka is ke zehn ko jo ghiza mil raha tha is ke liye bilkul mamooli cheez thi sadar banna.</w:t>
      </w:r>
    </w:p>
    <w:p>
      <w:pPr>
        <w:jc w:val="right"/>
      </w:pPr>
      <w:r>
        <w:t>کیوں؟ اس کو جو سائنس میں جو جو اس کو خوشی مل رہی تھی اس کا اس کے ذہن کو جو غذا مل رہا تھا اس کے لیے بالکل معمولی چیز تھی صدر بننا۔</w:t>
      </w:r>
    </w:p>
    <w:p>
      <w:r>
        <w:rPr>
          <w:b/>
        </w:rPr>
        <w:t xml:space="preserve">[1:06:17] </w:t>
      </w:r>
      <w:r>
        <w:t>to un logon ne bare bare science dan jo thay un logon ne jo jo jo qurbaniyan kin jo jo is mamle ko waqf kiya is ki wajah se is science ko bohat bari cheez dikhai parti thi.</w:t>
      </w:r>
    </w:p>
    <w:p>
      <w:pPr>
        <w:jc w:val="right"/>
      </w:pPr>
      <w:r>
        <w:t>تو ان لوگوں نے بڑے بڑے سائنسدان جو تھے ان لوگوں نے جو جو جو قربانیاں کیں جو جو اس معاملے کو وقف کیا اس کی وجہ سے اس سائنس کو بہت بڑی چیز دکھائی پڑتی تھی۔</w:t>
      </w:r>
    </w:p>
    <w:p>
      <w:r>
        <w:rPr>
          <w:b/>
        </w:rPr>
        <w:t xml:space="preserve">[1:06:29] </w:t>
      </w:r>
      <w:r>
        <w:t>aaj jo mamla hai islam ka to logon ne islam ko aisa bana diya ke is ka aik kam shuda shakal tayyar kiya hai. kam shuda shakal. to kisi kisi kisi zaheen aadmi ko lagta nahi ke woh is mein apne ko shamil kare.</w:t>
      </w:r>
    </w:p>
    <w:p>
      <w:pPr>
        <w:jc w:val="right"/>
      </w:pPr>
      <w:r>
        <w:t>آج جو معاملہ ہے اسلام کا تو لوگوں نے اسلام کو ایسا بنا دیا کہ اس کا ایک کم شدہ شکل تیار کیا ہے۔ کم شدہ شکل۔ تو کسی کسی کسی ذہین آدمی کو لگتا نہیں کہ وہ اس میں اپنے کو شامل کرے۔</w:t>
      </w:r>
    </w:p>
    <w:p>
      <w:r>
        <w:rPr>
          <w:b/>
        </w:rPr>
        <w:t xml:space="preserve">[1:06:50] </w:t>
      </w:r>
      <w:r>
        <w:t>agar aap islam ko aik bari cheez bana kar dikha saken to aap dekhenge ke bare bare zehn is mein aa kar lag jayenge.</w:t>
      </w:r>
    </w:p>
    <w:p>
      <w:pPr>
        <w:jc w:val="right"/>
      </w:pPr>
      <w:r>
        <w:t>اگر آپ اسلام کو ایک بڑی چیز بنا کر دکھا سکیں تو آپ دیکھیں گے کہ بڑے بڑے ذہن اس میں آ کر لگ جائیں گے۔</w:t>
      </w:r>
    </w:p>
    <w:p>
      <w:r>
        <w:rPr>
          <w:b/>
        </w:rPr>
        <w:t xml:space="preserve">[1:07:06] </w:t>
      </w:r>
      <w:r>
        <w:t>to mein yeh koshish kar raha hoon hamari jo team hai hamari team ki koshish hai ke islam ko aik aik behtar ideology ke tor par dunya ke samne layen.</w:t>
      </w:r>
    </w:p>
    <w:p>
      <w:pPr>
        <w:jc w:val="right"/>
      </w:pPr>
      <w:r>
        <w:t>تو میں یہ کوشش کر رہا ہوں ہماری جو ٹیم ہے ہماری ٹیم کی کوشش ہے کہ اسلام کو ایک ایک بہتر آئیڈیالوجی کے طور پر دنیا کے سامنے لائیں۔</w:t>
      </w:r>
    </w:p>
    <w:p>
      <w:r>
        <w:rPr>
          <w:b/>
        </w:rPr>
        <w:t xml:space="preserve">[1:07:17] </w:t>
      </w:r>
      <w:r>
        <w:t>taake insaan ko mehsoos ho ke yeh hamare karne ka kaam hai. hamare karne ka kaam hai. aaj kal ki dunya mein kya hai aap jante hain ke log fiction parhte hain.</w:t>
      </w:r>
    </w:p>
    <w:p>
      <w:pPr>
        <w:jc w:val="right"/>
      </w:pPr>
      <w:r>
        <w:t>تاکہ انسان کو محسوس ہو کہ یہ ہمارے کرنے کا کام ہے۔ ہمارے کرنے کا کام ہے۔ آج کل کی دنیا میں کیا ہے آپ جانتے ہیں کہ لوگ فکشن پڑھتے ہیں۔</w:t>
      </w:r>
    </w:p>
    <w:p>
      <w:r>
        <w:rPr>
          <w:b/>
        </w:rPr>
        <w:t xml:space="preserve">[1:07:29] </w:t>
      </w:r>
      <w:r>
        <w:t>fiction. novelen parhte hain. sanjeeda mutalea aaj kal kahan hai?</w:t>
      </w:r>
    </w:p>
    <w:p>
      <w:pPr>
        <w:jc w:val="right"/>
      </w:pPr>
      <w:r>
        <w:t>فکشن۔ ناولیں پڑھتے ہیں۔ سنجیدہ مطالعہ آج کل کہاں ہے؟</w:t>
      </w:r>
    </w:p>
    <w:p>
      <w:r>
        <w:rPr>
          <w:b/>
        </w:rPr>
        <w:t xml:space="preserve">[1:07:37] </w:t>
      </w:r>
      <w:r>
        <w:t>to mein ne kuch logon se poocha ke aap kyun novelen parhte hain? aap sanjeeda mutalea kyun nahi karte? unhon ne kaha ke kahan hai kitaben?</w:t>
      </w:r>
    </w:p>
    <w:p>
      <w:pPr>
        <w:jc w:val="right"/>
      </w:pPr>
      <w:r>
        <w:t>تو میں نے کچھ لوگوں سے پوچھا کہ آپ کیوں ناولیں پڑھتے ہیں؟ آپ سنجیدہ مطالعہ کیوں نہیں کرتے؟ انہوں نے کہا کہ کہاں ہے کتابیں؟</w:t>
      </w:r>
    </w:p>
    <w:p>
      <w:r>
        <w:rPr>
          <w:b/>
        </w:rPr>
        <w:t xml:space="preserve">[1:07:46] </w:t>
      </w:r>
      <w:r>
        <w:t>mazhab par koi kitaben aisi nahi milti hum ko ke hum parhen. science mein to mil jati hain lekin mazhab par jo hai hamein aisi kitab nahi milti jo hamare zehn ko feed kare.</w:t>
      </w:r>
    </w:p>
    <w:p>
      <w:pPr>
        <w:jc w:val="right"/>
      </w:pPr>
      <w:r>
        <w:t>مذہب پر کوئی کتابیں ایسی نہیں ملتی ہم کو کہ ہم پڑھیں۔ سائنس میں تو مل جاتی ہیں لیکن مذہب پر جو ہے ہمیں ایسی کتاب نہیں ملتی جو ہمارے ذہن کو فیڈ کرے۔</w:t>
      </w:r>
    </w:p>
    <w:p>
      <w:r>
        <w:rPr>
          <w:b/>
        </w:rPr>
        <w:t xml:space="preserve">[1:07:56] </w:t>
      </w:r>
      <w:r>
        <w:t>jo hamare zehn ko mutawajjah kare. aur yeh waqea hai. yeh waqea hai.</w:t>
      </w:r>
    </w:p>
    <w:p>
      <w:pPr>
        <w:jc w:val="right"/>
      </w:pPr>
      <w:r>
        <w:t>جو ہمارے ذہن کو متوجہ کرے۔ اور یہ واقعہ ہے۔ یہ واقعہ ہے۔</w:t>
      </w:r>
    </w:p>
    <w:p>
      <w:r>
        <w:rPr>
          <w:b/>
        </w:rPr>
        <w:t xml:space="preserve">[1:08:02] </w:t>
      </w:r>
      <w:r>
        <w:t>abhi jo mein ne zikr kiya aap ke mazmoon ka woh yaani woh ideological woh jo mazmoon hai poverty of ideology yaani woh zehni ghurbat.</w:t>
      </w:r>
    </w:p>
    <w:p>
      <w:pPr>
        <w:jc w:val="right"/>
      </w:pPr>
      <w:r>
        <w:t>ابھی جو میں نے ذکر کیا آپ کے مضمون کا وہ یعنی وہ آئیڈیالوجیکل وہ جو مضمون ہے غربت آف آئیڈیالوجی یعنی وہ ذہنی غربت۔</w:t>
      </w:r>
    </w:p>
    <w:p>
      <w:r>
        <w:rPr>
          <w:b/>
        </w:rPr>
        <w:t xml:space="preserve">[1:08:19] </w:t>
      </w:r>
      <w:r>
        <w:t>zehni ghurbat. to jo professor sahab gaye thay pakistan aik mahine tak woh kitabon mein ghoomte rahe. unhon ne kaha ke wahan par kya hai? koi jinnah sahab par kuch kitaben hain aur akhbar par k</w:t>
      </w:r>
    </w:p>
    <w:p>
      <w:pPr>
        <w:jc w:val="right"/>
      </w:pPr>
      <w:r>
        <w:t>ذہنی غربت۔ تو جو پروفیسر صاحب گئے تھے پاکستان ایک مہینے تک وہ کتابوں میں گھومتے رہے۔ انہوں نے کہا کہ وہاں پر کیا ہے؟ کوئی جناح صاحب پر کچھ کتابیں ہیں اور اخبار پر ک</w:t>
      </w:r>
    </w:p>
    <w:p>
      <w:r>
        <w:rPr>
          <w:b/>
        </w:rPr>
        <w:t xml:space="preserve">[1:08:30] </w:t>
      </w:r>
      <w:r>
        <w:t>chhe kitaben hain. woh bhi bilkul poetic andaz mein. adabi andaz mein. koi kitab parhne ki milti nahi. to mazhab jo subject hai is par is tarah ki kitaben nahi likhi gayeen jo aaj ka zehn jo hai is is ko is ke zehn ko woh mutawajjah kare woh kitaben is ko koi bari cheez maloom ho.</w:t>
      </w:r>
    </w:p>
    <w:p>
      <w:pPr>
        <w:jc w:val="right"/>
      </w:pPr>
      <w:r>
        <w:t>چھ کتابیں ہیں۔ وہ بھی بالکل پوئٹک انداز میں۔ ادبی انداز میں۔ کوئی کتاب پڑھنے کی ملتی نہیں۔ تو مذہب جو سبجیکٹ ہے اس پر اس طرح کی کتابیں نہیں لکھی گئیں جو آج کا ذہن جو ہے اس اس کو اس کے ذہن کو وہ متوجہ کرے وہ کتابیں اس کو کوئی بڑی چیز معلوم ہو۔</w:t>
      </w:r>
    </w:p>
    <w:p>
      <w:r>
        <w:rPr>
          <w:b/>
        </w:rPr>
        <w:t xml:space="preserve">[1:08:49] </w:t>
      </w:r>
      <w:r>
        <w:t>mazhab ko koi bari cheez maloom ho. mazhab aik choti cheez maloom hoti hai is ko. to kya parhe woh? to sare log fiction parhte hain.</w:t>
      </w:r>
    </w:p>
    <w:p>
      <w:pPr>
        <w:jc w:val="right"/>
      </w:pPr>
      <w:r>
        <w:t>مذہب کو کوئی بڑی چیز معلوم ہو۔ مذہب ایک چھوٹی چیز معلوم ہوتی ہے اس کو۔ تو کیا پڑھے وہ؟ تو سارے لوگ فکشن پڑھتے ہیں۔</w:t>
      </w:r>
    </w:p>
    <w:p>
      <w:r>
        <w:rPr>
          <w:b/>
        </w:rPr>
        <w:t xml:space="preserve">[1:08:58] </w:t>
      </w:r>
      <w:r>
        <w:t>sare log fiction parhte hain.</w:t>
      </w:r>
    </w:p>
    <w:p>
      <w:pPr>
        <w:jc w:val="right"/>
      </w:pPr>
      <w:r>
        <w:t>سارے لوگ فکشن پڑھتے ہیں۔</w:t>
      </w:r>
    </w:p>
    <w:p>
      <w:r>
        <w:rPr>
          <w:b/>
        </w:rPr>
        <w:t xml:space="preserve">[1:09:03] </w:t>
      </w:r>
      <w:r>
        <w:t>agar aap mazhab ko aik bari cheez bana kar dikha saken to mujhe yaqeen hai ke mislan mein aap ko aik misal deta hoon.</w:t>
      </w:r>
    </w:p>
    <w:p>
      <w:pPr>
        <w:jc w:val="right"/>
      </w:pPr>
      <w:r>
        <w:t>اگر آپ مذہب کو ایک بڑی چیز بنا کر دکھا سکیں تو مجھے یقین ہے کہ مثلاً میں آپ کو ایک مثال دیتا ہوں۔</w:t>
      </w:r>
    </w:p>
    <w:p>
      <w:r>
        <w:rPr>
          <w:b/>
        </w:rPr>
        <w:t xml:space="preserve">[1:09:17] </w:t>
      </w:r>
      <w:r>
        <w:t>bari cheez kya hai?</w:t>
      </w:r>
    </w:p>
    <w:p>
      <w:pPr>
        <w:jc w:val="right"/>
      </w:pPr>
      <w:r>
        <w:t>بڑی چیز کیا ہے؟</w:t>
      </w:r>
    </w:p>
    <w:p>
      <w:r>
        <w:rPr>
          <w:b/>
        </w:rPr>
        <w:t xml:space="preserve">[1:09:19] </w:t>
      </w:r>
      <w:r>
        <w:t>aik naujawan se meri mulaqat hui to us ne kaha ke yeh molvi log jo hain maulana log jo hain woh haram haram karte hain hamari samajh mein aata nahi.</w:t>
      </w:r>
    </w:p>
    <w:p>
      <w:pPr>
        <w:jc w:val="right"/>
      </w:pPr>
      <w:r>
        <w:t>ایک نوجوان سے میری ملاقات ہوئی تو اس نے کہا کہ یہ مولوی لوگ جو ہیں مولانا لوگ جو ہیں وہ حرام حرام کرتے ہیں ہماری سمجھ میں آتا نہیں۔</w:t>
      </w:r>
    </w:p>
    <w:p>
      <w:r>
        <w:rPr>
          <w:b/>
        </w:rPr>
        <w:t xml:space="preserve">[1:09:30] </w:t>
      </w:r>
      <w:r>
        <w:t>haram kya hai? to mein ne lafz badal diya. mein ne kaha aap is ko haram ke istilaah mein nahi samajh pate samajh pate aap kyunke mein aap ko samjhata hoon.</w:t>
      </w:r>
    </w:p>
    <w:p>
      <w:pPr>
        <w:jc w:val="right"/>
      </w:pPr>
      <w:r>
        <w:t>حرام کیا ہے؟ تو میں نے لفظ بدل دیا۔ میں نے کہا آپ اس کو حرام کے اصطلاح میں نہیں سمجھ پاتے سمجھ پاتے آپ کیونکہ میں آپ کو سمجھاتا ہوں۔</w:t>
      </w:r>
    </w:p>
    <w:p>
      <w:r>
        <w:rPr>
          <w:b/>
        </w:rPr>
        <w:t xml:space="preserve">[1:09:42] </w:t>
      </w:r>
      <w:r>
        <w:t>woh hai zehn ka kam istemal</w:t>
      </w:r>
    </w:p>
    <w:p>
      <w:pPr>
        <w:jc w:val="right"/>
      </w:pPr>
      <w:r>
        <w:t>وہ ہے ذہن کا کم استعمال</w:t>
      </w:r>
    </w:p>
    <w:p>
      <w:r>
        <w:rPr>
          <w:b/>
        </w:rPr>
        <w:t xml:space="preserve">[1:09:46] </w:t>
      </w:r>
      <w:r>
        <w:t>. jis cheez ko hum mazhab mein haram kaha gaya hai woh kya hai? woh zehn ka kam istemal hai. ke jab aap hawa karte hain dosti chalate hain aur sharab pi rahe hain aur outing shopping kar rahe hain to kya hai woh?</w:t>
      </w:r>
    </w:p>
    <w:p>
      <w:pPr>
        <w:jc w:val="right"/>
      </w:pPr>
      <w:r>
        <w:t>۔ جس چیز کو ہم مذہب میں حرام کہا گیا ہے وہ کیا ہے؟ وہ ذہن کا کم استعمال ہے۔ کہ جب آپ ہوا کرتے ہیں دوستی چلاتے ہیں اور شراب پی رہے ہیں اور آؤٹنگ شاپنگ کر رہے ہیں تو کیا ہے وہ؟</w:t>
      </w:r>
    </w:p>
    <w:p>
      <w:r>
        <w:rPr>
          <w:b/>
        </w:rPr>
        <w:t xml:space="preserve">[1:10:02] </w:t>
      </w:r>
      <w:r>
        <w:t>aap apne apne apne aap ko kam istemal kar rahe hain. to haram jo hai woh apna kam istemal hai.</w:t>
      </w:r>
    </w:p>
    <w:p>
      <w:pPr>
        <w:jc w:val="right"/>
      </w:pPr>
      <w:r>
        <w:t>آپ اپنے اپنے اپنے آپ کو کم استعمال کر رہے ہیں۔ تو حرام جو ہے وہ اپنا کم استعمال ہے۔</w:t>
      </w:r>
    </w:p>
    <w:p>
      <w:r>
        <w:rPr>
          <w:b/>
        </w:rPr>
        <w:t xml:space="preserve">[1:10:12] </w:t>
      </w:r>
      <w:r>
        <w:t>ek dam use surrender kar dein maan liya us ne ke waqai yeh baat sahi keh rahe hain aap.</w:t>
      </w:r>
    </w:p>
    <w:p>
      <w:pPr>
        <w:jc w:val="right"/>
      </w:pPr>
      <w:r>
        <w:t>ایک دم اسے سرنڈر کر دیں مان لیا اس نے کہ واقعی یہ بات صحیح کہہ رہے ہیں آپ۔</w:t>
      </w:r>
    </w:p>
    <w:p>
      <w:r>
        <w:rPr>
          <w:b/>
        </w:rPr>
        <w:t xml:space="preserve">[1:10:16] </w:t>
      </w:r>
      <w:r>
        <w:t>main ne kaha jo waqt aap batate hain in cheezon mein is cheap qism ki yaani tafreeh mein isi ko aap kisi bare kaam mein bata sakte hain.</w:t>
      </w:r>
    </w:p>
    <w:p>
      <w:pPr>
        <w:jc w:val="right"/>
      </w:pPr>
      <w:r>
        <w:t>میں نے کہا جو وقت آپ بتاتے ہیں ان چیزوں میں اس چیپ قسم کی یعنی تفریح میں اسی کو آپ کسی بڑے کام میں بتا سکتے ہیں۔</w:t>
      </w:r>
    </w:p>
    <w:p>
      <w:r>
        <w:rPr>
          <w:b/>
        </w:rPr>
        <w:t xml:space="preserve">[1:10:26] </w:t>
      </w:r>
      <w:r>
        <w:t>jaise freedom ne apne apne waqt ko bare kaam mein bataya to dunya ko is ne roshni de di dunya ko engine de diya.</w:t>
      </w:r>
    </w:p>
    <w:p>
      <w:pPr>
        <w:jc w:val="right"/>
      </w:pPr>
      <w:r>
        <w:t>جیسے فریڈن نے اپنے اپنے وقت کو بڑے کام میں بتایا تو دنیا کو اس نے روشنی دے دی دنیا کو انجن دے دیا۔</w:t>
      </w:r>
    </w:p>
    <w:p>
      <w:r>
        <w:rPr>
          <w:b/>
        </w:rPr>
        <w:t xml:space="preserve">[1:10:34] </w:t>
      </w:r>
      <w:r>
        <w:t>to main ne kaha ke aap is ko haram ke istilaah mein aap ko samajh mein nahi aata lekin aap is tarah agar sochein ke apna woh kam istemaal hai woh. apne zehan ko kam istemaal karna hai.</w:t>
      </w:r>
    </w:p>
    <w:p>
      <w:pPr>
        <w:jc w:val="right"/>
      </w:pPr>
      <w:r>
        <w:t>تو میں نے کہا کہ آپ اس کو حرام کے اصطلاح میں آپ کو سمجھ میں نہیں آتا لیکن آپ اس طرح اگر سوچیں کہ اپنا وہ کم استعمال ہے وہ۔ اپنے ذہن کو کم استعمال کرنا ہے۔</w:t>
      </w:r>
    </w:p>
    <w:p>
      <w:r>
        <w:rPr>
          <w:b/>
        </w:rPr>
        <w:t xml:space="preserve">[1:10:48] </w:t>
      </w:r>
      <w:r>
        <w:t>yaani itni bari cheez Khuda ne di hai aap ko aur is ko aap bilkul yaani istemaal nahi kar paate hua karte rehte hain khaali.</w:t>
      </w:r>
    </w:p>
    <w:p>
      <w:pPr>
        <w:jc w:val="right"/>
      </w:pPr>
      <w:r>
        <w:t>یعنی اتنی بڑی چیز خدا نے دی ہے آپ کو اور اس کو آپ بالکل یعنی استعمال نہیں کر پاتے ہوا کرتے رہتے ہیں خالی۔</w:t>
      </w:r>
    </w:p>
    <w:p>
      <w:r>
        <w:rPr>
          <w:b/>
        </w:rPr>
        <w:t xml:space="preserve">[1:10:59] </w:t>
      </w:r>
      <w:r>
        <w:t>to aaj ke insaan ka jo zehan hai is ko mutawajjah kare is tarah se hamein Islam ko pesh karna hai. agar woh haram halaal ko nahi samajhta hai to hum is tarah se keh sakte hain is ko ke yeh tumhare apne qeemti wajood jo tumhara hai jo tumhara qeemti zehan jo hai is ka yeh kam istemaal hai.</w:t>
      </w:r>
    </w:p>
    <w:p>
      <w:pPr>
        <w:jc w:val="right"/>
      </w:pPr>
      <w:r>
        <w:t>تو آج کے انسان کا جو ذہن ہے اس کو متوجہ کرے اس طرح سے ہمیں اسلام کو پیش کرنا ہے۔ اگر وہ حرام حلال کو نہیں سمجھتا ہے تو ہم اس طرح سے کہہ سکتے ہیں اس کو کہ یہ تمہارے اپنے قیمتی وجود جو تمہارا ہے جو تمہارا قیمتی ذہن جو ہے اس کا یہ کم استعمال ہے۔</w:t>
      </w:r>
    </w:p>
    <w:p>
      <w:r>
        <w:rPr>
          <w:b/>
        </w:rPr>
        <w:t xml:space="preserve">[1:11:18] </w:t>
      </w:r>
      <w:r>
        <w:t>kam tar istemaal hai is ka. to mujhe yaqeen hai ke woh is ko samajh paye ga. kyunke har zamane ki terminology alag hoti hai.</w:t>
      </w:r>
    </w:p>
    <w:p>
      <w:pPr>
        <w:jc w:val="right"/>
      </w:pPr>
      <w:r>
        <w:t>کم تر استعمال ہے اس کا۔ تو مجھے یقین ہے کہ وہ اس کو سمجھ پائے گا۔ کیونکہ ہر زمانے کی ٹرمینالوجی الگ ہوتی ہے۔</w:t>
      </w:r>
    </w:p>
    <w:p>
      <w:r>
        <w:rPr>
          <w:b/>
        </w:rPr>
        <w:t xml:space="preserve">[1:11:29] </w:t>
      </w:r>
      <w:r>
        <w:t>har ek ek sahabi ne kaha hai ke ke</w:t>
      </w:r>
    </w:p>
    <w:p>
      <w:pPr>
        <w:jc w:val="right"/>
      </w:pPr>
      <w:r>
        <w:t>ہر ایک ایک صحابی نے کہا ہے کہ کہ</w:t>
      </w:r>
    </w:p>
    <w:p>
      <w:r>
        <w:rPr>
          <w:b/>
        </w:rPr>
        <w:t xml:space="preserve">[1:11:36] </w:t>
      </w:r>
      <w:r>
        <w:t>log log jis tarah sochte hain us tarah se baat kaho taake un ka zehan mutawajjah ho. log sochte hain kam istemaal ka jo istilaah hai woh un ki samajh samajhne ka istilaah</w:t>
      </w:r>
    </w:p>
    <w:p>
      <w:pPr>
        <w:jc w:val="right"/>
      </w:pPr>
      <w:r>
        <w:t>لوگ لوگ جس طرح سوچتے ہیں اس طرح سے بات کہو تاکہ ان کا ذہن متوجہ ہو۔ لوگ سوچتے ہیں کم استعمال کا جو اصطلاح ہے وہ ان کی سمجھ سمجھنے کا اصطلاح</w:t>
      </w:r>
    </w:p>
    <w:p>
      <w:r>
        <w:rPr>
          <w:b/>
        </w:rPr>
        <w:t xml:space="preserve">[1:11:50] </w:t>
      </w:r>
      <w:r>
        <w:t>hai. is tarah sochte hain woh ke main apne waqt ko kam tar istemaal na karoon. apne paise kam tar istemaal na karoon.</w:t>
      </w:r>
    </w:p>
    <w:p>
      <w:pPr>
        <w:jc w:val="right"/>
      </w:pPr>
      <w:r>
        <w:t>ہے۔ اس طرح سوچتے ہیں وہ کہ میں اپنے وقت کو کم تر استعمال نہ کروں۔ اپنے پیسے کم تر استعمال نہ کروں۔</w:t>
      </w:r>
    </w:p>
    <w:p>
      <w:r>
        <w:rPr>
          <w:b/>
        </w:rPr>
        <w:t xml:space="preserve">[1:11:58] </w:t>
      </w:r>
      <w:r>
        <w:t>yeh un ka maana hua shabd hai. to agar is is mein dhaal kar aap baat ko kahenge to foran samajh mein aa jayega un ko. lekin haram halaal koi samajh mein nahi aata. haalanke yeh waqia hai.</w:t>
      </w:r>
    </w:p>
    <w:p>
      <w:pPr>
        <w:jc w:val="right"/>
      </w:pPr>
      <w:r>
        <w:t>یہ ان کا مانا ہوا शब्द ہے۔ تو اگر اس اس میں ڈھال کر آپ بات کو کہیں گے تو فوراً سمجھ میں آ جائے گا ان کو۔ لیکن حرام حلال کوئی سمجھ میں نہیں آتا۔ حالانکہ یہ واقعہ ہے۔</w:t>
      </w:r>
    </w:p>
    <w:p>
      <w:r>
        <w:rPr>
          <w:b/>
        </w:rPr>
        <w:t xml:space="preserve">[1:12:09] </w:t>
      </w:r>
      <w:r>
        <w:t>haram kya hai? haram yeh hai ke apne wajood ka kam tar istemaal kam istemaal. to aadmi foran jhatak jata hai.</w:t>
      </w:r>
    </w:p>
    <w:p>
      <w:pPr>
        <w:jc w:val="right"/>
      </w:pPr>
      <w:r>
        <w:t>حرام کیا ہے؟ حرام یہ ہے کہ اپنے وجود کا کم تر استعمال کم استعمال۔ تو آدمی فوراً جھٹک جاتا ہے۔</w:t>
      </w:r>
    </w:p>
    <w:p>
      <w:r>
        <w:rPr>
          <w:b/>
        </w:rPr>
        <w:t xml:space="preserve">[1:12:19] </w:t>
      </w:r>
      <w:r>
        <w:t>samajhta hai ke waqai mein to bohat galat kaam kar raha hoon. mere paas yaani itni bari cheez hai is se itne bare kaam mein kar sakta hoon aur main chhote kaam mein phansa rakha hai maine apne aap ko.</w:t>
      </w:r>
    </w:p>
    <w:p>
      <w:pPr>
        <w:jc w:val="right"/>
      </w:pPr>
      <w:r>
        <w:t>سمجھتا ہے کہ واقعی میں تو بہت غلط کام کر رہا ہوں۔ میرے پاس یعنی اتنی بڑی چیز ہے اس سے اتنے بڑے کام میں کر سکتا ہوں اور میں چھوٹے کام میں پھنسا رکھا ہے میں نے اپنے آپ کو۔</w:t>
      </w:r>
    </w:p>
    <w:p>
      <w:r>
        <w:rPr>
          <w:b/>
        </w:rPr>
        <w:t xml:space="preserve">[1:12:33] </w:t>
      </w:r>
      <w:r>
        <w:t>main khud apne bare mein kahoon ke mere ghar mein shehri hoti thi. to main bhi kuch shehri waghera karne laga hota bachpan mein.</w:t>
      </w:r>
    </w:p>
    <w:p>
      <w:pPr>
        <w:jc w:val="right"/>
      </w:pPr>
      <w:r>
        <w:t>میں خود اپنے بارے میں کہوں کہ میرے گھر میں شہری ہوتی تھی۔ تو میں بھی کچھ شہری وغیرہ کرنے لگا ہوتا بچپن میں۔</w:t>
      </w:r>
    </w:p>
    <w:p>
      <w:r>
        <w:rPr>
          <w:b/>
        </w:rPr>
        <w:t xml:space="preserve">[1:12:43] </w:t>
      </w:r>
      <w:r>
        <w:t>chhote par. to jab itni samajh nahi thi. jaldi maine daryaft kiya ke Khuda ne jo mujhe salahiyat di hai is ka kam tar istemaal hai yeh.</w:t>
      </w:r>
    </w:p>
    <w:p>
      <w:pPr>
        <w:jc w:val="right"/>
      </w:pPr>
      <w:r>
        <w:t>چھوٹے پر۔ تو جب اتنی سمجھ نہیں تھی۔ جلدی میں نے دریافت کیا کہ خدا نے جو مجھے صلاحیت دی ہے اس کا کم تر استعمال ہے یہ۔</w:t>
      </w:r>
    </w:p>
    <w:p>
      <w:r>
        <w:rPr>
          <w:b/>
        </w:rPr>
        <w:t xml:space="preserve">[1:12:54] </w:t>
      </w:r>
      <w:r>
        <w:t>main apni salahiyat ko kam istemaal kar raha hoon.</w:t>
      </w:r>
    </w:p>
    <w:p>
      <w:pPr>
        <w:jc w:val="right"/>
      </w:pPr>
      <w:r>
        <w:t>میں اپنی صلاحیت کو کم استعمال کر رہا ہوں۔</w:t>
      </w:r>
    </w:p>
    <w:p>
      <w:r>
        <w:rPr>
          <w:b/>
        </w:rPr>
        <w:t xml:space="preserve">[1:12:57] </w:t>
      </w:r>
      <w:r>
        <w:t>aise hi main bachpan mein kuch log mujhe cinema waghera le jate the. chala jata tha un ke jaane se. phir mujhe ehsaas hua ke apne waqt ko main kam tar istemaal kar raha hoon.</w:t>
      </w:r>
    </w:p>
    <w:p>
      <w:pPr>
        <w:jc w:val="right"/>
      </w:pPr>
      <w:r>
        <w:t>ایسے ہی میں بچپن میں کچھ لوگ مجھے سینما وغیرہ لے جاتے تھے۔ چلا جاتا تھا ان کے جانے سے۔ پھر مجھے احساس ہوا کہ اپنے وقت کو میں کم تر استعمال کر رہا ہوں۔</w:t>
      </w:r>
    </w:p>
    <w:p>
      <w:r>
        <w:rPr>
          <w:b/>
        </w:rPr>
        <w:t xml:space="preserve">[1:13:08] </w:t>
      </w:r>
      <w:r>
        <w:t>apne waqt ko kam istemaal kar raha hoon. to chhod diya maine. shehri bhi chhod di cinema bhi chhod diya. yeh maine khud se daryaft kiya lekin aaj ke naujawan ko agar aap yeh bata sakein ke dekho tumhare paas kitni zabardast cheez di hai Khuda ne.</w:t>
      </w:r>
    </w:p>
    <w:p>
      <w:pPr>
        <w:jc w:val="right"/>
      </w:pPr>
      <w:r>
        <w:t>اپنے وقت کو کم استعمال کر رہا ہوں۔ تو چھوڑ دیا میں نے۔ شہری بھی چھوڑ دی سینما بھی چھوڑ دیا۔ یہ میں نے خود سے دریافت کیا لیکن آج کے نوجوان کو اگر آپ یہ بتا سکیں کہ دیکھو تمہارے پاس کتنی زبردست چیز دی ہے خدا نے۔</w:t>
      </w:r>
    </w:p>
    <w:p>
      <w:r>
        <w:rPr>
          <w:b/>
        </w:rPr>
        <w:t xml:space="preserve">[1:13:24] </w:t>
      </w:r>
      <w:r>
        <w:t>tumhara zehan tumhara jism kitni bari cheez hai is se kitne bare bare kaam tum kar sakte ho. aur tum chhote kaam apne ko lagaye hue ho.</w:t>
      </w:r>
    </w:p>
    <w:p>
      <w:pPr>
        <w:jc w:val="right"/>
      </w:pPr>
      <w:r>
        <w:t>تمہارا ذہن تمہارا جسم کتنی بڑی چیز ہے اس سے کتنے بڑے بڑے کام تم کر سکتے ہو۔ اور تم چھوٹے کام اپنے کو لگائے ہوئے ہو۔</w:t>
      </w:r>
    </w:p>
    <w:p>
      <w:r>
        <w:rPr>
          <w:b/>
        </w:rPr>
        <w:t xml:space="preserve">[1:13:36] </w:t>
      </w:r>
      <w:r>
        <w:t>woh to chhota kaam jo hai woh to janwaron ki satah ka hai. yaani insanon ki satah ka kaam tum kar sakte ho aur aur kar ke aa rahe ho janwaron ki satah ka kaam.</w:t>
      </w:r>
    </w:p>
    <w:p>
      <w:pPr>
        <w:jc w:val="right"/>
      </w:pPr>
      <w:r>
        <w:t>وہ تو چھوٹا کام جو ہے وہ تو جانوروں کی سطح کا ہے۔ یعنی انسانوں کی سطح کا کام تم کر سکتے ہو اور اور کر کے آ رہے ہو جانوروں کی سطح کا کام۔</w:t>
      </w:r>
    </w:p>
    <w:p>
      <w:r>
        <w:rPr>
          <w:b/>
        </w:rPr>
        <w:t xml:space="preserve">[1:13:46] </w:t>
      </w:r>
      <w:r>
        <w:t>to mujhe yaqeen hai ke un ka zehan mutawajjah hoga aur woh aap ki baat ko maanne par majboor honge.</w:t>
      </w:r>
    </w:p>
    <w:p>
      <w:pPr>
        <w:jc w:val="right"/>
      </w:pPr>
      <w:r>
        <w:t>تو مجھے یقین ہے کہ ان کا ذہن متوجہ ہوگا اور وہ آپ کی بات کو ماننے پر مجبور ہوں گے۔</w:t>
      </w:r>
    </w:p>
    <w:p>
      <w:r>
        <w:rPr>
          <w:b/>
        </w:rPr>
        <w:t xml:space="preserve">[1:13:55] </w:t>
      </w:r>
      <w:r>
        <w:t>ek baat mein yeh arz karunga ke Khuda ne insaan ko aise hi banaya hai jis tarike se baqi dunya ko banaya hai. aap jante hain ke dunya mein Khuda ne koi motor car nahi bana di bana kar rakh di hai.</w:t>
      </w:r>
    </w:p>
    <w:p>
      <w:pPr>
        <w:jc w:val="right"/>
      </w:pPr>
      <w:r>
        <w:t>ایک بات میں یہ عرض کروں گا کہ خدا نے انسان کو ایسے ہی بنایا ہے جس طریقے سے باقی دنیا کو بنایا ہے۔ آپ جانتے ہیں کہ دنیا میں خدا نے کوئی موٹر کار نہیں بنا دی بنا کر رکھ دی ہے۔</w:t>
      </w:r>
    </w:p>
    <w:p>
      <w:r>
        <w:rPr>
          <w:b/>
        </w:rPr>
        <w:t xml:space="preserve">[1:14:11] </w:t>
      </w:r>
      <w:r>
        <w:t>hawa jahaz bana kar nahi rakh diya hai. balkeh har cheez ko raw form mein hai raw R R A W raw form mein.</w:t>
      </w:r>
    </w:p>
    <w:p>
      <w:pPr>
        <w:jc w:val="right"/>
      </w:pPr>
      <w:r>
        <w:t>ہوا جہاز بنا کر نہیں رکھ دیا ہے۔ بلکہ ہر چیز کو را فارم میں ہے را آر آر اے ڈبلیو را فارم میں۔</w:t>
      </w:r>
    </w:p>
    <w:p>
      <w:r>
        <w:rPr>
          <w:b/>
        </w:rPr>
        <w:t xml:space="preserve">[1:14:20] </w:t>
      </w:r>
      <w:r>
        <w:t>jise ore hai O R E ore. to woh steel ka raw form hai. to Khuda ne dekhein steel nahi banai.</w:t>
      </w:r>
    </w:p>
    <w:p>
      <w:pPr>
        <w:jc w:val="right"/>
      </w:pPr>
      <w:r>
        <w:t>جسے اور ہے او آر ای اور۔ تو وہ اسٹیل کا را فارم ہے۔ تو خدا نے دیکھیں اسٹیل نہیں بنائی۔</w:t>
      </w:r>
    </w:p>
    <w:p>
      <w:r>
        <w:rPr>
          <w:b/>
        </w:rPr>
        <w:t xml:space="preserve">[1:14:31] </w:t>
      </w:r>
      <w:r>
        <w:t>Khuda ne steel nahi banai hai. Khuda ne ore banaya hai.</w:t>
      </w:r>
    </w:p>
    <w:p>
      <w:pPr>
        <w:jc w:val="right"/>
      </w:pPr>
      <w:r>
        <w:t>خدا نے اسٹیل نہیں بنائی ہے۔ خدا نے اور بنایا ہے۔</w:t>
      </w:r>
    </w:p>
    <w:p>
      <w:r>
        <w:rPr>
          <w:b/>
        </w:rPr>
        <w:t xml:space="preserve">[1:14:36] </w:t>
      </w:r>
      <w:r>
        <w:t>tu aur ko aap</w:t>
      </w:r>
    </w:p>
    <w:p>
      <w:pPr>
        <w:jc w:val="right"/>
      </w:pPr>
      <w:r>
        <w:t>تو اور کو آپ</w:t>
      </w:r>
    </w:p>
    <w:p>
      <w:r>
        <w:rPr>
          <w:b/>
        </w:rPr>
        <w:t xml:space="preserve">[1:14:42] </w:t>
      </w:r>
      <w:r>
        <w:t>tarraqi kar ke is se steel banate hain. phir steel se aap engine banate hain. aur kya kya banate hain. yeh mamla insan ka bhi hai. insan bhi raw form mein banaya gaya hai.</w:t>
      </w:r>
    </w:p>
    <w:p>
      <w:pPr>
        <w:jc w:val="right"/>
      </w:pPr>
      <w:r>
        <w:t>ترقی کر کے اس سے اسٹیل بناتے ہیں۔ پھر اسٹیل سے آپ انجن بناتے ہیں۔ اور کیا کیا بناتے ہیں۔ یہ معاملہ انسان کا بھی ہے۔ انسان بھی را فارم میں بنایا گیا ہے۔</w:t>
      </w:r>
    </w:p>
    <w:p>
      <w:r>
        <w:rPr>
          <w:b/>
        </w:rPr>
        <w:t xml:space="preserve">[1:14:55] </w:t>
      </w:r>
      <w:r>
        <w:t>raw form mein. ab aap ke upar yeh hai ke aap is ko</w:t>
      </w:r>
    </w:p>
    <w:p>
      <w:pPr>
        <w:jc w:val="right"/>
      </w:pPr>
      <w:r>
        <w:t>را فارم میں۔ اب آپ کے اوپر یہ ہے کہ آپ اس کو</w:t>
      </w:r>
    </w:p>
    <w:p>
      <w:r>
        <w:rPr>
          <w:b/>
        </w:rPr>
        <w:t xml:space="preserve">[1:15:03] </w:t>
      </w:r>
      <w:r>
        <w:t>kya karte hain.</w:t>
      </w:r>
    </w:p>
    <w:p>
      <w:pPr>
        <w:jc w:val="right"/>
      </w:pPr>
      <w:r>
        <w:t>کیا کرتے ہیں۔</w:t>
      </w:r>
    </w:p>
    <w:p>
      <w:r>
        <w:rPr>
          <w:b/>
        </w:rPr>
        <w:t xml:space="preserve">[1:15:07] </w:t>
      </w:r>
      <w:r>
        <w:t>yani khuda ne durbin bana kar kahin rakh di hoti hai aisa nahi kaha khuda ne. yani telescope aur microscope yeh khuda ne bana kar nahi rakh di duniya mein.</w:t>
      </w:r>
    </w:p>
    <w:p>
      <w:pPr>
        <w:jc w:val="right"/>
      </w:pPr>
      <w:r>
        <w:t>یعنی خدا نے دوربین بنا کر کہیں رکھ دی ہوتی ہے ایسا نہیں کہا خدا نے۔ یعنی ٹیلیسکوپ اور مائیکروسکوپ یہ خدا نے بنا کر نہیں رکھ دی دنیا میں۔</w:t>
      </w:r>
    </w:p>
    <w:p>
      <w:r>
        <w:rPr>
          <w:b/>
        </w:rPr>
        <w:t xml:space="preserve">[1:15:16] </w:t>
      </w:r>
      <w:r>
        <w:t>ke aap sochein ke woh kitna bada zehan tha jis ne ke telescope banai aur microscope banai. to raw mawad ko tarraqi kar ke telescope banana aur microscope banana</w:t>
      </w:r>
    </w:p>
    <w:p>
      <w:pPr>
        <w:jc w:val="right"/>
      </w:pPr>
      <w:r>
        <w:t>کہ آپ سوچیں کہ وہ کتنا بڑا ذہن تھا جس نے کہ ٹیلیسکوپ بنائی اور مائیکروسکوپ بنائی۔ تو را مواد کو ترقی کر کے ٹیلیسکوپ بنانا اور مائیکروسکوپ بنانا</w:t>
      </w:r>
    </w:p>
    <w:p>
      <w:r>
        <w:rPr>
          <w:b/>
        </w:rPr>
        <w:t xml:space="preserve">[1:15:33] </w:t>
      </w:r>
      <w:r>
        <w:t>yeh karta hai insan. yeh apne bare mein bhi karna hai. hum bhi raw form mein hain. hamein apne ko tarraqi karna hai.</w:t>
      </w:r>
    </w:p>
    <w:p>
      <w:pPr>
        <w:jc w:val="right"/>
      </w:pPr>
      <w:r>
        <w:t>یہ کرتا ہے انسان۔ یہ اپنے بارے میں بھی کرنا ہے۔ ہم بھی را فارم میں ہیں۔ ہمیں اپنے کو ترقی کرنا ہے۔</w:t>
      </w:r>
    </w:p>
    <w:p>
      <w:r>
        <w:rPr>
          <w:b/>
        </w:rPr>
        <w:t xml:space="preserve">[1:15:43] </w:t>
      </w:r>
      <w:r>
        <w:t>tarraqi kar ke apne ko woh banana hai jo khuda chahta hai ke hum banayein. yani jannat ka jannat mein rehne ke qabil banayein apne aap ko.</w:t>
      </w:r>
    </w:p>
    <w:p>
      <w:pPr>
        <w:jc w:val="right"/>
      </w:pPr>
      <w:r>
        <w:t>ترقی کر کے اپنے کو وہ بنانا ہے جو خدا چاہتا ہے کہ ہم بنائیں۔ یعنی جنت کا جنت میں رہنے کے قابل بنائیں اپنے آپ کو۔</w:t>
      </w:r>
    </w:p>
    <w:p>
      <w:r>
        <w:rPr>
          <w:b/>
        </w:rPr>
        <w:t xml:space="preserve">[1:15:58] </w:t>
      </w:r>
      <w:r>
        <w:t>to duniya mein khuda ne isi liye bheja hai ke apne aap ko hum tarraqi karein. apne aap ko tarraqi karein.</w:t>
      </w:r>
    </w:p>
    <w:p>
      <w:pPr>
        <w:jc w:val="right"/>
      </w:pPr>
      <w:r>
        <w:t>تو دنیا میں خدا نے اسی لیے بھیجا ہے کہ اپنے آپ کو ہم ترقی کریں۔ اپنے آپ کو ترقی کریں۔</w:t>
      </w:r>
    </w:p>
    <w:p>
      <w:r>
        <w:rPr>
          <w:b/>
        </w:rPr>
        <w:t xml:space="preserve">[1:16:06] </w:t>
      </w:r>
      <w:r>
        <w:t>jis tarah se petrol ko tarraqi kar ke aap ne tawanaai banai aur gadiyan daurain aap ne.</w:t>
      </w:r>
    </w:p>
    <w:p>
      <w:pPr>
        <w:jc w:val="right"/>
      </w:pPr>
      <w:r>
        <w:t>جس طرح سے پیٹرول کو ترقی کر کے آپ نے توانائی بنائی اور گاڑیاں دوڑائیں آپ نے۔</w:t>
      </w:r>
    </w:p>
    <w:p>
      <w:r>
        <w:rPr>
          <w:b/>
        </w:rPr>
        <w:t xml:space="preserve">[1:16:15] </w:t>
      </w:r>
      <w:r>
        <w:t>aur har cheez jitni bhi tarraqiyan hain woh woh isi tarah se hain ke raw mawad ko aap ne tarraqi kar ke is ko machine banai aur mukhtalif cheezein banai aap ne.</w:t>
      </w:r>
    </w:p>
    <w:p>
      <w:pPr>
        <w:jc w:val="right"/>
      </w:pPr>
      <w:r>
        <w:t>اور ہر چیز جتنی بھی ترقیاں ہیں وہ وہ اسی طرح سے ہیں کہ را مواد کو آپ نے ترقی کر کے اس کو مشین بنائی اور مختلف چیزیں بنائیں آپ نے۔</w:t>
      </w:r>
    </w:p>
    <w:p>
      <w:r>
        <w:rPr>
          <w:b/>
        </w:rPr>
        <w:t xml:space="preserve">[1:16:29] </w:t>
      </w:r>
      <w:r>
        <w:t>to isi tarah insan apne aap ko</w:t>
      </w:r>
    </w:p>
    <w:p>
      <w:pPr>
        <w:jc w:val="right"/>
      </w:pPr>
      <w:r>
        <w:t>تو اسی طرح انسان اپنے آپ کو</w:t>
      </w:r>
    </w:p>
    <w:p>
      <w:r>
        <w:rPr>
          <w:b/>
        </w:rPr>
        <w:t xml:space="preserve">[1:16:35] </w:t>
      </w:r>
      <w:r>
        <w:t>insan ko chahiye ke woh apne aap ko tarraqi kare. tarraqi hota hai kaise</w:t>
      </w:r>
    </w:p>
    <w:p>
      <w:pPr>
        <w:jc w:val="right"/>
      </w:pPr>
      <w:r>
        <w:t>انسان کو چاہیے کہ وہ اپنے آپ کو ترقی کرے۔ ترقی ہوتا ہے کیسے</w:t>
      </w:r>
    </w:p>
    <w:p>
      <w:r>
        <w:rPr>
          <w:b/>
        </w:rPr>
        <w:t xml:space="preserve">[1:16:41] </w:t>
      </w:r>
      <w:r>
        <w:t>? sab se pehle to yeh hai ke aap cheap cheap qism ki sargarmiyon ko chhodien. tafreeh ko chhodien.</w:t>
      </w:r>
    </w:p>
    <w:p>
      <w:pPr>
        <w:jc w:val="right"/>
      </w:pPr>
      <w:r>
        <w:t>؟ سب سے پہلے تو یہ ہے کہ آپ چیپ چیپ قسم کی سرگرمیوں کو چھوڑیں۔ تفریح کو چھوڑیں۔</w:t>
      </w:r>
    </w:p>
    <w:p>
      <w:r>
        <w:rPr>
          <w:b/>
        </w:rPr>
        <w:t xml:space="preserve">[1:16:52] </w:t>
      </w:r>
      <w:r>
        <w:t>hawa culture ko chhodien. aur sanjeeda mutalia karein. achhi kitabein padhein aur aur sochein aur dua karein.</w:t>
      </w:r>
    </w:p>
    <w:p>
      <w:pPr>
        <w:jc w:val="right"/>
      </w:pPr>
      <w:r>
        <w:t>ہوا کلچر کو چھوڑیں۔ اور سنجیدہ مطالعہ کریں۔ اچھی کتابیں پڑھیں اور اور سوچیں اور دعا کریں۔</w:t>
      </w:r>
    </w:p>
    <w:p>
      <w:r>
        <w:rPr>
          <w:b/>
        </w:rPr>
        <w:t xml:space="preserve">[1:17:06] </w:t>
      </w:r>
      <w:r>
        <w:t>to is tareeqe se aap apne aap ko tarraqi kareinge.</w:t>
      </w:r>
    </w:p>
    <w:p>
      <w:pPr>
        <w:jc w:val="right"/>
      </w:pPr>
      <w:r>
        <w:t>تو اس طریقے سے آپ اپنے آپ کو ترقی کریں گے۔</w:t>
      </w:r>
    </w:p>
    <w:p>
      <w:r>
        <w:rPr>
          <w:b/>
        </w:rPr>
        <w:t xml:space="preserve">[1:17:10] </w:t>
      </w:r>
      <w:r>
        <w:t>warna aise hi aadmi mar jayega aur khuda ke haan pahunchega to uska is ka kya hoga? kuch bhi nahi hoga.</w:t>
      </w:r>
    </w:p>
    <w:p>
      <w:pPr>
        <w:jc w:val="right"/>
      </w:pPr>
      <w:r>
        <w:t>ورنہ ایسے ہی آدمی مر جائے گا اور خدا کے ہاں پہنچے گا تو اس کا اس کا کیا ہوگا؟ کچھ بھی نہیں ہوگا۔</w:t>
      </w:r>
    </w:p>
    <w:p>
      <w:r>
        <w:rPr>
          <w:b/>
        </w:rPr>
        <w:t xml:space="preserve">[1:17:20] </w:t>
      </w:r>
      <w:r>
        <w:t>yani aap ko apna janwaron ki satah se utha kar insan banana hai. tab aap jannat mein basne ke qabil ho sakte hain. to ek ek waqt jo aap ke paas hai us ko istemal kijie.</w:t>
      </w:r>
    </w:p>
    <w:p>
      <w:pPr>
        <w:jc w:val="right"/>
      </w:pPr>
      <w:r>
        <w:t>یعنی آپ کو اپنا جانوروں کی سطح سے اٹھا کر انسان بنانا ہے۔ تب آپ جنت میں بسنے کے قابل ہو سکتے ہیں۔ تو ایک ایک وقت جو آپ کے پاس ہے اس کو استعمال کیجیے۔</w:t>
      </w:r>
    </w:p>
    <w:p>
      <w:r>
        <w:rPr>
          <w:b/>
        </w:rPr>
        <w:t xml:space="preserve">[1:17:32] </w:t>
      </w:r>
      <w:r>
        <w:t>ek lamha jo hai us ko istemal kijie.</w:t>
      </w:r>
    </w:p>
    <w:p>
      <w:pPr>
        <w:jc w:val="right"/>
      </w:pPr>
      <w:r>
        <w:t>ایک لمحہ جو ہے اس کو استعمال کیجیے۔</w:t>
      </w:r>
    </w:p>
    <w:p>
      <w:r>
        <w:rPr>
          <w:b/>
        </w:rPr>
        <w:t xml:space="preserve">[1:17:34] </w:t>
      </w:r>
      <w:r>
        <w:t>aap ka waqt aap ki aap ka zehan sab kuch jo hai woh uska ek ek ek kam tar istemal hai ek aala istemal hai.</w:t>
      </w:r>
    </w:p>
    <w:p>
      <w:pPr>
        <w:jc w:val="right"/>
      </w:pPr>
      <w:r>
        <w:t>آپ کا وقت آپ کی آپ کا ذہن سب کچھ جو ہے وہ اس کا ایک ایک ایک کم تر استعمال ہے ایک اعلیٰ استعمال ہے۔</w:t>
      </w:r>
    </w:p>
    <w:p>
      <w:r>
        <w:rPr>
          <w:b/>
        </w:rPr>
        <w:t xml:space="preserve">[1:17:45] </w:t>
      </w:r>
      <w:r>
        <w:t>to aap ko chahiye ke is ko aala istemal karein ooncha istemal karein. jo log apni salahiyaton ka apne zehan ka ooncha istemal kareinge wahi is qabil honge ke unhein jannat mein basaya jaye.</w:t>
      </w:r>
    </w:p>
    <w:p>
      <w:pPr>
        <w:jc w:val="right"/>
      </w:pPr>
      <w:r>
        <w:t>تو آپ کو چاہیے کہ اس کو اعلیٰ استعمال کریں اونچا استعمال کریں۔ جو لوگ اپنی صلاحیتوں کا اپنے ذہن کا اونچا استعمال کریں گے وہی اس قابل ہوں گے کہ انہیں جنت میں بسایا جائے۔</w:t>
      </w:r>
    </w:p>
    <w:p>
      <w:r>
        <w:rPr>
          <w:b/>
        </w:rPr>
        <w:t xml:space="preserve">[1:18:01] </w:t>
      </w:r>
      <w:r>
        <w:t>to meri dua hai ke hum aap is baat ko samjhein aur khuda ke design ko samjhein khuda ke mansoobe ko samjhein aur apne aap ko is qabil banayein ke hum ko khuda jannat mein basane ke liye muntakhib kare.</w:t>
      </w:r>
    </w:p>
    <w:p>
      <w:pPr>
        <w:jc w:val="right"/>
      </w:pPr>
      <w:r>
        <w:t>تو میری دعا ہے کہ ہم آپ اس بات کو سمجھیں اور خدا کے ڈیزائن کو سمجھیں خدا کے منصوبے کو سمجھیں اور اپنے آپ کو اس قابل بنائیں کہ ہم کو خدا جنت میں بسانے کے لیے منتخب کرے۔</w:t>
      </w:r>
    </w:p>
    <w:p>
      <w:r>
        <w:rPr>
          <w:b/>
        </w:rPr>
        <w:t xml:space="preserve">[1:18:19] </w:t>
      </w:r>
      <w:r>
        <w:t>wa qaul qawli hadha wastaghfirullaha waliyakam ajmaeen</w:t>
      </w:r>
    </w:p>
    <w:p>
      <w:pPr>
        <w:jc w:val="right"/>
      </w:pPr>
      <w:r>
        <w:t>وقول قولیھذا واستغفراللہ علی ویلکم اجمعین</w:t>
      </w:r>
    </w:p>
    <w:p>
      <w:r>
        <w:rPr>
          <w:b/>
        </w:rPr>
        <w:t xml:space="preserve">[1:18:37] </w:t>
      </w:r>
      <w:r>
        <w:t>woh hai farq ko na janna.</w:t>
      </w:r>
    </w:p>
    <w:p>
      <w:pPr>
        <w:jc w:val="right"/>
      </w:pPr>
      <w:r>
        <w:t>وہ ہے فرق کو نہ جاننا۔</w:t>
      </w:r>
    </w:p>
    <w:p>
      <w:r>
        <w:rPr>
          <w:b/>
        </w:rPr>
        <w:t xml:space="preserve">[1:18:44] </w:t>
      </w:r>
      <w:r>
        <w:t>farq ko na janna. sahi soch mein jo sab badi jo mein samajhta hoon ke jo sab badi rok hai woh yahi hoti hai ke log farq nahi jante.</w:t>
      </w:r>
    </w:p>
    <w:p>
      <w:pPr>
        <w:jc w:val="right"/>
      </w:pPr>
      <w:r>
        <w:t>فرق کو نہ جاننا۔ صحیح سوچ میں جو سب بڑی جو میں سمجھتا ہوں کہ جو سب بڑی روک ہے وہ یہی ہوتی ہے کہ لوگ فرق نہیں جانتے۔</w:t>
      </w:r>
    </w:p>
    <w:p>
      <w:r>
        <w:rPr>
          <w:b/>
        </w:rPr>
        <w:t xml:space="preserve">[1:19:00] </w:t>
      </w:r>
      <w:r>
        <w:t>log hamesha nakaam hote hain farq ke darmiyan</w:t>
      </w:r>
    </w:p>
    <w:p>
      <w:pPr>
        <w:jc w:val="right"/>
      </w:pPr>
      <w:r>
        <w:t>لوگ ہمیشہ ناکام ہوتے ہیں فرق کے درمیان</w:t>
      </w:r>
    </w:p>
    <w:p>
      <w:r>
        <w:rPr>
          <w:b/>
        </w:rPr>
        <w:t xml:space="preserve">[1:19:05] </w:t>
      </w:r>
      <w:r>
        <w:t>mein aap ko misaal deta hoon.</w:t>
      </w:r>
    </w:p>
    <w:p>
      <w:pPr>
        <w:jc w:val="right"/>
      </w:pPr>
      <w:r>
        <w:t>میں آپ کو مثال دیتا ہوں۔</w:t>
      </w:r>
    </w:p>
    <w:p>
      <w:r>
        <w:rPr>
          <w:b/>
        </w:rPr>
        <w:t xml:space="preserve">[1:19:13] </w:t>
      </w:r>
      <w:r>
        <w:t>dekhein</w:t>
      </w:r>
    </w:p>
    <w:p>
      <w:pPr>
        <w:jc w:val="right"/>
      </w:pPr>
      <w:r>
        <w:t>دیکھیں</w:t>
      </w:r>
    </w:p>
    <w:p>
      <w:r>
        <w:rPr>
          <w:b/>
        </w:rPr>
        <w:t xml:space="preserve">[1:19:17] </w:t>
      </w:r>
      <w:r>
        <w:t>ek kitaab chhapi hai jo bohat padhi gayi woh is ki kitaab hai draper ki. draper d r a p r draper</w:t>
      </w:r>
    </w:p>
    <w:p>
      <w:pPr>
        <w:jc w:val="right"/>
      </w:pPr>
      <w:r>
        <w:t>ایک کتاب چھپی ہے جو بہت پڑھی گئی وہ اس کی کتاب ہے ڈریپر کی۔ ڈریپر ڈی آر اے پی آر ڈریپر</w:t>
      </w:r>
    </w:p>
    <w:p>
      <w:r>
        <w:rPr>
          <w:b/>
        </w:rPr>
        <w:t xml:space="preserve">[1:19:32] </w:t>
      </w:r>
      <w:r>
        <w:t>is ka unwaan hai</w:t>
      </w:r>
    </w:p>
    <w:p>
      <w:pPr>
        <w:jc w:val="right"/>
      </w:pPr>
      <w:r>
        <w:t>اس کا عنوان ہے</w:t>
      </w:r>
    </w:p>
    <w:p>
      <w:r>
        <w:rPr>
          <w:b/>
        </w:rPr>
        <w:t xml:space="preserve">[1:19:36] </w:t>
      </w:r>
      <w:r>
        <w:t>conflict darmiyan science aur mazhab. conflict darmiyan science aur mazhab.</w:t>
      </w:r>
    </w:p>
    <w:p>
      <w:pPr>
        <w:jc w:val="right"/>
      </w:pPr>
      <w:r>
        <w:t>کانفلکٹ درمیان سائنس اور مذہب۔ کانفلکٹ درمیان سائنس اور مذہب۔</w:t>
      </w:r>
    </w:p>
    <w:p>
      <w:r>
        <w:rPr>
          <w:b/>
        </w:rPr>
        <w:t xml:space="preserve">[1:19:48] </w:t>
      </w:r>
      <w:r>
        <w:t>is kitaab ko aap padhiye is ka unwaan hi galat hai. is liye ke woh hai conflict darmiyan science aur kaleeja.</w:t>
      </w:r>
    </w:p>
    <w:p>
      <w:pPr>
        <w:jc w:val="right"/>
      </w:pPr>
      <w:r>
        <w:t>اس کتاب کو آپ پڑھئے اس کا عنوان ہی غلط ہے۔ اس لیے کہ وہ ہے کانفلکٹ درمیان سائنس اور کلیجہ۔</w:t>
      </w:r>
    </w:p>
    <w:p>
      <w:r>
        <w:rPr>
          <w:b/>
        </w:rPr>
        <w:t xml:space="preserve">[1:20:03] </w:t>
      </w:r>
      <w:r>
        <w:t>unwaan bana diya unhon ne ke conflict darmiyan science aur mazhab haalanke woh mazhab se koi takraao ki baat nahi hai. conflict darmiyan science aur kaleeja.</w:t>
      </w:r>
    </w:p>
    <w:p>
      <w:pPr>
        <w:jc w:val="right"/>
      </w:pPr>
      <w:r>
        <w:t>عنوان بنا دیا انہوں نے کہ کانفلکٹ درمیان سائنس اور مذہب حالانکہ وہ مذہب سے کوئی ٹکراؤ کی بات نہیں ہے۔ کانفلکٹ درمیان سائنس اور کلیجہ۔</w:t>
      </w:r>
    </w:p>
    <w:p>
      <w:r>
        <w:rPr>
          <w:b/>
        </w:rPr>
        <w:t xml:space="preserve">[1:20:14] </w:t>
      </w:r>
      <w:r>
        <w:t>toh is waqt ki jo kaleeja thi is waqt jo church ke log the un se takraao hua. toh is takraao ko unhon ne bata diya science ke mazhab se takraao.</w:t>
      </w:r>
    </w:p>
    <w:p>
      <w:pPr>
        <w:jc w:val="right"/>
      </w:pPr>
      <w:r>
        <w:t>تو اس وقت کی جو کلیجہ تھی اس وقت جو چرچ کے لوگ تھے ان سے ٹکراؤ ہوا۔ تو اس ٹکراؤ کو انہوں نے بتا دیا سائنس کہ مذہب سے ٹکراؤ۔</w:t>
      </w:r>
    </w:p>
    <w:p>
      <w:r>
        <w:rPr>
          <w:b/>
        </w:rPr>
        <w:t xml:space="preserve">[1:20:27] </w:t>
      </w:r>
      <w:r>
        <w:t>kyun ke farq nahi jaana unhon ne kaleeja ka aur mazhab ka farq nahi samjha unhon ne.</w:t>
      </w:r>
    </w:p>
    <w:p>
      <w:pPr>
        <w:jc w:val="right"/>
      </w:pPr>
      <w:r>
        <w:t>کیونکہ فرق نہیں جانا انہوں نے کلیجہ کا اور مذہب کا فرق نہیں سمجھا انہوں نے۔</w:t>
      </w:r>
    </w:p>
    <w:p>
      <w:r>
        <w:rPr>
          <w:b/>
        </w:rPr>
        <w:t xml:space="preserve">[1:20:33] </w:t>
      </w:r>
      <w:r>
        <w:t>kitni bari ghalti hai yeh bataiye. aisi hai yeh bohat maroof kitaab hai aaj kal bohat padhi jaati hai. clash of civilization bohat har taraf is ka dhoom hai moti si kitaab hai.</w:t>
      </w:r>
    </w:p>
    <w:p>
      <w:pPr>
        <w:jc w:val="right"/>
      </w:pPr>
      <w:r>
        <w:t>کتنی بڑی غلطی ہے یہ بتائیے۔ ایسی ہے یہ بہت معروف کتاب ہے آج کل بہت پڑھی جاتی ہے۔ کلیش آف سویلائزیشن بہت ہر طرف اس کا دھوم ہے موٹی سی کتاب ہے۔</w:t>
      </w:r>
    </w:p>
    <w:p>
      <w:r>
        <w:rPr>
          <w:b/>
        </w:rPr>
        <w:t xml:space="preserve">[1:20:48] </w:t>
      </w:r>
      <w:r>
        <w:t>clash of civilization woh bhi kya hai? is ka unwaan hi galat hai. poori kitaab padh daaliye woh hai clash of interest. clash of interest ko is ne clash of civilization bana diya.</w:t>
      </w:r>
    </w:p>
    <w:p>
      <w:pPr>
        <w:jc w:val="right"/>
      </w:pPr>
      <w:r>
        <w:t>کلیش آف سویلائزیشن وہ بھی کیا ہے؟ اس کا عنوان ہی غلط ہے۔ پوری کتاب پڑھ ڈالیے وہ ہے کلیش آف انٹرسٹ۔ کلیش آف انٹرسٹ کو اس نے کلیش آف سویلائزیشن بنا دیا۔</w:t>
      </w:r>
    </w:p>
    <w:p>
      <w:r>
        <w:rPr>
          <w:b/>
        </w:rPr>
        <w:t xml:space="preserve">[1:21:04] </w:t>
      </w:r>
      <w:r>
        <w:t>clash of civilization jo hai ideological clash ka matlab banta hai is ka. toh koi ideological clash koi hai hi nahi.</w:t>
      </w:r>
    </w:p>
    <w:p>
      <w:pPr>
        <w:jc w:val="right"/>
      </w:pPr>
      <w:r>
        <w:t>کلیش آف سویلائزیشن جو ہے آئیڈیالوجیکل کلیش کا مطلب بنتا ہے اس کا۔ تو کوئی آئیڈیالوجیکل کلیش کوئی ہے ہی نہیں۔</w:t>
      </w:r>
    </w:p>
    <w:p>
      <w:r>
        <w:rPr>
          <w:b/>
        </w:rPr>
        <w:t xml:space="preserve">[1:21:13] </w:t>
      </w:r>
      <w:r>
        <w:t>interest ke clash ko is ne samjha ke ideology ka clash hai.</w:t>
      </w:r>
    </w:p>
    <w:p>
      <w:pPr>
        <w:jc w:val="right"/>
      </w:pPr>
      <w:r>
        <w:t>انٹرسٹ کے کلیش کو اس نے سمجھا کہ آئیڈیالوجی کا کلیش ہے۔</w:t>
      </w:r>
    </w:p>
    <w:p>
      <w:r>
        <w:rPr>
          <w:b/>
        </w:rPr>
        <w:t xml:space="preserve">[1:21:20] </w:t>
      </w:r>
      <w:r>
        <w:t>toh aap ghaur kijiye. clash of civilization naam rakh diya haalanke is ka naam hona chahiye clash of interest.</w:t>
      </w:r>
    </w:p>
    <w:p>
      <w:pPr>
        <w:jc w:val="right"/>
      </w:pPr>
      <w:r>
        <w:t>تو آپ غور کیجیے۔ کلیش آف سویلائزیشن نام رکھ دیا حالانکہ اس کا نام ہونا چاہیے کلیش آف انٹرسٹ۔</w:t>
      </w:r>
    </w:p>
    <w:p>
      <w:r>
        <w:rPr>
          <w:b/>
        </w:rPr>
        <w:t xml:space="preserve">[1:21:31] </w:t>
      </w:r>
      <w:r>
        <w:t>aisi ek kitaab bari dhoom hai is ki amang ho sold is ferrari. bohat bik rahi hai woh. toh maine is ko padha.</w:t>
      </w:r>
    </w:p>
    <w:p>
      <w:pPr>
        <w:jc w:val="right"/>
      </w:pPr>
      <w:r>
        <w:t>ایسی ایک کتاب بڑی دھوم ہے اس کی امنگ ہو سولڈ از فراری۔ بہت بک رہی ہے وہ۔ تو میں نے اس کو پڑھا۔</w:t>
      </w:r>
    </w:p>
    <w:p>
      <w:r>
        <w:rPr>
          <w:b/>
        </w:rPr>
        <w:t xml:space="preserve">[1:21:42] </w:t>
      </w:r>
      <w:r>
        <w:t>toh maine kisi se kaha ke is mein jo bataya hai unhon ne yaani tension ka aur stress ka jo jo woh formula bataya hai is ko door karne ka</w:t>
      </w:r>
    </w:p>
    <w:p>
      <w:pPr>
        <w:jc w:val="right"/>
      </w:pPr>
      <w:r>
        <w:t>تو میں نے کسی سے کہا کہ اس میں جو بتایا ہے انہوں نے یعنی ٹینشن کا اور اسٹریس کا جو جو وہ فارمولا بتایا ہے اس کو دور کرنے کا</w:t>
      </w:r>
    </w:p>
    <w:p>
      <w:r>
        <w:rPr>
          <w:b/>
        </w:rPr>
        <w:t xml:space="preserve">[1:21:58] </w:t>
      </w:r>
      <w:r>
        <w:t>toh woh yeh hai ke aadmi ke woh woh jo woh jo woh jo ferrari wala jo aadmi tha american american jo tha woh toh ferrari ko bech kar ke hamare yahan pahaad mein chala gaya wahan ab phool chug raha hai aur woh patiyan dekh raha hai aur is par us ko tension door ho gaya toh maine kaha ke agar yeh koi formula hai toh ek ek haqeeqi kahani koi nahi un ke paas kehne wale ke paas yeh toh fiction hai</w:t>
      </w:r>
    </w:p>
    <w:p>
      <w:pPr>
        <w:jc w:val="right"/>
      </w:pPr>
      <w:r>
        <w:t>تو وہ یہ ہے کہ آدمی کہ وہ وہ جو وہ جو وہ جو فراری والا جو آدمی تھا امریکن امریکن جو تھا وہ تو فراری کو بیچ کر کے ہمارے یہاں پہاڑ میں چلا گیا وہاں اب پھول چوگ رہا ہے اور وہ پتیاں دیکھ رہا ہے اور اس پر اس کو ٹینشن دور ہو گیا تو میں نے کہا کہ اگر یہ کوئی فارمولا ہے تو ایک ایک حقیقی کہانی کوئی نہیں ان کے پاس کہنے والے کے پاس یہ تو فکشن ہے</w:t>
      </w:r>
    </w:p>
    <w:p>
      <w:r>
        <w:rPr>
          <w:b/>
        </w:rPr>
        <w:t xml:space="preserve">[1:22:28] </w:t>
      </w:r>
      <w:r>
        <w:t>amang ho sold is ferrari na koi amang aisa tha na woh khud ferrari ko becha aur na woh america hamare haan gaya ab bataiye ke ek formula is ko dhoom hai dunya bhar mein woh ek fiction hai yaani tension toh ek haqeeqi cheez hai stress ek haqeeqi cheez hai aur formula kya bata raha hai ek fiction</w:t>
      </w:r>
    </w:p>
    <w:p>
      <w:pPr>
        <w:jc w:val="right"/>
      </w:pPr>
      <w:r>
        <w:t>امنگ ہو سولڈ از فراری نہ کوئی امنگ ایسا تھا نہ وہ خود فراری کو بیچا اور نہ وہ امریکہ ہمارے ہاں گیا اب بتائیے کہ ایک فارمولا اس کو دھوم ہے دنیا بھر میں وہ ایک فکشن ہے یعنی ٹینشن تو ایک حقیقی چیز ہے اسٹریس ایک حقیقی چیز ہے اور فارمولا کیا بتا رہا ہے ایک فکشن</w:t>
      </w:r>
    </w:p>
    <w:p>
      <w:r>
        <w:rPr>
          <w:b/>
        </w:rPr>
        <w:t xml:space="preserve">[1:22:54] </w:t>
      </w:r>
      <w:r>
        <w:t>toh kitni ajeeb ghalti hai zara gha</w:t>
      </w:r>
    </w:p>
    <w:p>
      <w:pPr>
        <w:jc w:val="right"/>
      </w:pPr>
      <w:r>
        <w:t>تو کتنی عجیب غلطی ہے ذرا غ</w:t>
      </w:r>
    </w:p>
    <w:p>
      <w:r>
        <w:rPr>
          <w:b/>
        </w:rPr>
        <w:t xml:space="preserve">[1:22:56] </w:t>
      </w:r>
      <w:r>
        <w:t>ur kijiye aap abhi mein radio mein sun raha tha ek ishtihar banta aata rehta hai aaj kal yojana chal rahi hai na bohat saari toh do bachche hote hain ek bachcha kehta hai aao khelen aao khelen woh chor sipahi ek bachcha kehta hai aao aao khelen chor sipahi doosra bachcha kehta hai main toh chala le kar qalam se aayi</w:t>
      </w:r>
    </w:p>
    <w:p>
      <w:pPr>
        <w:jc w:val="right"/>
      </w:pPr>
      <w:r>
        <w:t>ور کیجیے آپ ابھی میں ریڈیو میں سن رہا تھا ایک اشتہار بنتا آتا رہتا ہے آج کل یوجنا چل رہی ہے نا بہت ساری تو دو بچے ہوتے ہیں ایک بچہ کہتا ہے آؤ کھیلیں آؤ کھیلیں وہ چور سپاہی ایک بچہ کہتا ہے آؤ آؤ کھیلیں چور سپاہی دوسرا بچہ کہتا ہے میں تو چلا لے کر قلم سے آئی</w:t>
      </w:r>
    </w:p>
    <w:p>
      <w:r>
        <w:rPr>
          <w:b/>
        </w:rPr>
        <w:t xml:space="preserve">[1:23:25] </w:t>
      </w:r>
      <w:r>
        <w:t>yaani ek kehta hai ke aao khelen chor sipahi doosra bachcha kehta hai aao main toh chala le kar qalam se aayi toh yeh kehta hai ke pagle andhere mein kahan ja rahe ho kaha toh ko pata nahi yojana sarkaar ne nikali hai karoshi baant rahi hai har gaon mein ab bataiye jab gaon mein karoshi baant raha hai toh andhera kyun hai</w:t>
      </w:r>
    </w:p>
    <w:p>
      <w:pPr>
        <w:jc w:val="right"/>
      </w:pPr>
      <w:r>
        <w:t>یعنی ایک کہتا ہے کہ آؤ کھیلیں چور سپاہی دوسرا بچہ کہتا ہے آؤ میں تو چلا لے کر قلم سے آئی تو یہ کہتا ہے کہ پگلے اندھیرے میں کہاں جا رہے ہو کہا تو کو پتہ نہیں یوجنا سرکار نے نکالی ہے کروشی بانٹ رہی ہے ہر گاؤں میں اب بتائیے جب گاؤں میں کروشی بانٹ رہا ہے تو اندھیرا کیوں ہے</w:t>
      </w:r>
    </w:p>
    <w:p>
      <w:r>
        <w:rPr>
          <w:b/>
        </w:rPr>
        <w:t xml:space="preserve">[1:23:46] </w:t>
      </w:r>
      <w:r>
        <w:t>yani kehti hai ajeeb baat hai ke gaon mein tareeki hai roshni nahi hai aur kaha kya rahe</w:t>
      </w:r>
    </w:p>
    <w:p>
      <w:pPr>
        <w:jc w:val="right"/>
      </w:pPr>
      <w:r>
        <w:t>یعنی کہتی ہے عجیب بات ہے کہ گاؤں میں تاریکی ہے روشنی نہیں ہے اور کہا کیا رہے</w:t>
      </w:r>
    </w:p>
    <w:p>
      <w:r>
        <w:rPr>
          <w:b/>
        </w:rPr>
        <w:t xml:space="preserve">[1:23:52] </w:t>
      </w:r>
      <w:r>
        <w:t>hain ke woh to scheme chala rahi hai sarkaar aur sab roshni baant raha hai to tum ko</w:t>
      </w:r>
    </w:p>
    <w:p>
      <w:pPr>
        <w:jc w:val="right"/>
      </w:pPr>
      <w:r>
        <w:t>ہیں کہ وہ تو یوجنا چلا رہی ہے سرکار اور سب کروشی بانٹ رہا ہے تو تم کو</w:t>
      </w:r>
    </w:p>
    <w:p>
      <w:r>
        <w:rPr>
          <w:b/>
        </w:rPr>
        <w:t xml:space="preserve">[1:24:00] </w:t>
      </w:r>
      <w:r>
        <w:t>yani andhere mein woh ladka ja raha hai aur bata kya raha hai ke yani roshni ki scheme</w:t>
      </w:r>
    </w:p>
    <w:p>
      <w:pPr>
        <w:jc w:val="right"/>
      </w:pPr>
      <w:r>
        <w:t>یعنی اندھیرے میں وہ لڑکا جا رہا ہے اور بتا کیا رہا ہے کہ یعنی روشنی کی یوجنا</w:t>
      </w:r>
    </w:p>
    <w:p>
      <w:r>
        <w:rPr>
          <w:b/>
        </w:rPr>
        <w:t xml:space="preserve">[1:24:06] </w:t>
      </w:r>
      <w:r>
        <w:t>bata raha hai</w:t>
      </w:r>
    </w:p>
    <w:p>
      <w:pPr>
        <w:jc w:val="right"/>
      </w:pPr>
      <w:r>
        <w:t>بتا رہا ہے</w:t>
      </w:r>
    </w:p>
    <w:p>
      <w:r>
        <w:rPr>
          <w:b/>
        </w:rPr>
        <w:t xml:space="preserve">[1:24:09] </w:t>
      </w:r>
      <w:r>
        <w:t>aur log wah wah wah wah ho rahe hain isko kya achha</w:t>
      </w:r>
    </w:p>
    <w:p>
      <w:pPr>
        <w:jc w:val="right"/>
      </w:pPr>
      <w:r>
        <w:t>اور لوگ واہ واہ واہ واہ ہو رہے ہیں اس کو کیا اچھا</w:t>
      </w:r>
    </w:p>
    <w:p>
      <w:r>
        <w:rPr>
          <w:b/>
        </w:rPr>
        <w:t xml:space="preserve">[1:24:13] </w:t>
      </w:r>
      <w:r>
        <w:t>yani agar aap ke paas</w:t>
      </w:r>
    </w:p>
    <w:p>
      <w:pPr>
        <w:jc w:val="right"/>
      </w:pPr>
      <w:r>
        <w:t>یعنی اگر آپ کے پاس</w:t>
      </w:r>
    </w:p>
    <w:p>
      <w:r>
        <w:rPr>
          <w:b/>
        </w:rPr>
        <w:t xml:space="preserve">[1:24:16] </w:t>
      </w:r>
      <w:r>
        <w:t>yani yani is baat ko batane ke liye koi haqeeqi kahani honi chahiye aap ke paas koi ek</w:t>
      </w:r>
    </w:p>
    <w:p>
      <w:pPr>
        <w:jc w:val="right"/>
      </w:pPr>
      <w:r>
        <w:t>یعنی یعنی اس بات کو بتانے کے لیے کوئی حقیقی کہانی ہونی چاہیے آپ کے پاس کوئی ایک</w:t>
      </w:r>
    </w:p>
    <w:p>
      <w:r>
        <w:rPr>
          <w:b/>
        </w:rPr>
        <w:t xml:space="preserve">[1:24:23] </w:t>
      </w:r>
      <w:r>
        <w:t>ek ek ek woh kyu hai</w:t>
      </w:r>
    </w:p>
    <w:p>
      <w:pPr>
        <w:jc w:val="right"/>
      </w:pPr>
      <w:r>
        <w:t>ایک ایک ایک وہ کیوں ہے</w:t>
      </w:r>
    </w:p>
    <w:p>
      <w:r>
        <w:rPr>
          <w:b/>
        </w:rPr>
        <w:t xml:space="preserve">[1:24:26] </w:t>
      </w:r>
      <w:r>
        <w:t>ek ek banawati drama kyun hai ek natak kyun hai haqeeqi kahani kyun nahi hai is saare jo mein dekhta hoon ke jitne bhi danishwar hain sab isi mein phanse hue hain sab isi mein phanse hue hain</w:t>
      </w:r>
    </w:p>
    <w:p>
      <w:pPr>
        <w:jc w:val="right"/>
      </w:pPr>
      <w:r>
        <w:t>ایک ایک بناوٹی ڈرامہ کیوں ہے ایک ناٹک کیوں ہے حقیقی کہانی کیوں نہیں ہے اس سارے جو میں دیکھتا ہوں کہ جتنے بھی دانشور ہیں سب اسی میں پھنسے ہوئے ہیں سب اسی میں پھنسے ہوئے ہیں</w:t>
      </w:r>
    </w:p>
    <w:p>
      <w:r>
        <w:rPr>
          <w:b/>
        </w:rPr>
        <w:t xml:space="preserve">[1:24:43] </w:t>
      </w:r>
      <w:r>
        <w:t>toh behal</w:t>
      </w:r>
    </w:p>
    <w:p>
      <w:pPr>
        <w:jc w:val="right"/>
      </w:pPr>
      <w:r>
        <w:t>تو بہرحال</w:t>
      </w:r>
    </w:p>
    <w:p>
      <w:r>
        <w:rPr>
          <w:b/>
        </w:rPr>
        <w:t xml:space="preserve">[1:24:48] </w:t>
      </w:r>
      <w:r>
        <w:t>mein chahoon ga ke hamari jo team hai is mein art of thinking paida ho</w:t>
      </w:r>
    </w:p>
    <w:p>
      <w:pPr>
        <w:jc w:val="right"/>
      </w:pPr>
      <w:r>
        <w:t>میں چاہوں گا کہ ہماری جو ٹیم ہے اس میں آرٹ آف تھنکنگ پیدا ہو</w:t>
      </w:r>
    </w:p>
    <w:p>
      <w:r>
        <w:rPr>
          <w:b/>
        </w:rPr>
        <w:t xml:space="preserve">[1:24:54] </w:t>
      </w:r>
      <w:r>
        <w:t>sab se badi cheez mein bas bataun ke thinking thinking thinking</w:t>
      </w:r>
    </w:p>
    <w:p>
      <w:pPr>
        <w:jc w:val="right"/>
      </w:pPr>
      <w:r>
        <w:t>سب سے بڑی چیز میں بس بتاؤں کہ تھنکنگ تھنکنگ تھنکنگ</w:t>
      </w:r>
    </w:p>
    <w:p>
      <w:r>
        <w:rPr>
          <w:b/>
        </w:rPr>
        <w:t xml:space="preserve">[1:25:00] </w:t>
      </w:r>
      <w:r>
        <w:t>yeh duniya mein sab se badi cheez paani ki na sona hai na chandi hai na diamond hai</w:t>
      </w:r>
    </w:p>
    <w:p>
      <w:pPr>
        <w:jc w:val="right"/>
      </w:pPr>
      <w:r>
        <w:t>یہ دنیا میں سب سے بڑی چیز پانی کی نہ سونا ہے نہ چاندی ہے نہ ڈائمنڈ ہے</w:t>
      </w:r>
    </w:p>
    <w:p>
      <w:r>
        <w:rPr>
          <w:b/>
        </w:rPr>
        <w:t xml:space="preserve">[1:25:05] </w:t>
      </w:r>
      <w:r>
        <w:t>na paisa hai na bank balance hai yeh sab chhoti cheezein hain badi cheez hai intellectual development</w:t>
      </w:r>
    </w:p>
    <w:p>
      <w:pPr>
        <w:jc w:val="right"/>
      </w:pPr>
      <w:r>
        <w:t>نہ پیسہ ہے نہ بینک بیلنس ہے یہ سب چھوٹی چیزیں ہیں بڑی چیز ہے انٹلیکچول ڈیولپمنٹ</w:t>
      </w:r>
    </w:p>
    <w:p>
      <w:r>
        <w:rPr>
          <w:b/>
        </w:rPr>
        <w:t xml:space="preserve">[1:25:12] </w:t>
      </w:r>
      <w:r>
        <w:t>intellectual development to hum jo yahan par yeh class chalate hain to hamara maqsad yahi hai ke logon</w:t>
      </w:r>
    </w:p>
    <w:p>
      <w:pPr>
        <w:jc w:val="right"/>
      </w:pPr>
      <w:r>
        <w:t>انٹلیکچول ڈیولپمنٹ تو ہم جو یہاں پر یہ کلاس چلاتے ہیں تو ہمارا مقصد یہی ہے کہ لوگوں</w:t>
      </w:r>
    </w:p>
    <w:p>
      <w:r>
        <w:rPr>
          <w:b/>
        </w:rPr>
        <w:t xml:space="preserve">[1:25:20] </w:t>
      </w:r>
      <w:r>
        <w:t>ka intellectual development ho</w:t>
      </w:r>
    </w:p>
    <w:p>
      <w:pPr>
        <w:jc w:val="right"/>
      </w:pPr>
      <w:r>
        <w:t>کا انٹلیکچول ڈیولپمنٹ ہو</w:t>
      </w:r>
    </w:p>
    <w:p>
      <w:r>
        <w:rPr>
          <w:b/>
        </w:rPr>
        <w:t xml:space="preserve">[1:25:25] </w:t>
      </w:r>
      <w:r>
        <w:t>to is lihaaz se aap ke zehan mein koi sawal ho to bataiye Maulana der is this sawal from Mateen he wants to know that is there any relation between philosophy of individualism and philosophy of Islam</w:t>
      </w:r>
    </w:p>
    <w:p>
      <w:pPr>
        <w:jc w:val="right"/>
      </w:pPr>
      <w:r>
        <w:t>تو اس لحاظ سے آپ کے ذہن میں کوئی سوال ہو تو بتائیے مولانا دیر از دس سوال فرام متین ہی وانٹس ٹو نو دیٹ از دیر اینی ریلیشن بٹوین فلاسفی آف انڈیویجولزم اینڈ فلاسفی آف اسلام</w:t>
      </w:r>
    </w:p>
    <w:p>
      <w:r>
        <w:rPr>
          <w:b/>
        </w:rPr>
        <w:t xml:space="preserve">[1:25:46] </w:t>
      </w:r>
      <w:r>
        <w:t>acha</w:t>
      </w:r>
    </w:p>
    <w:p>
      <w:pPr>
        <w:jc w:val="right"/>
      </w:pPr>
      <w:r>
        <w:t>اچھا</w:t>
      </w:r>
    </w:p>
    <w:p>
      <w:r>
        <w:rPr>
          <w:b/>
        </w:rPr>
        <w:t xml:space="preserve">[1:25:52] </w:t>
      </w:r>
      <w:r>
        <w:t>dekhein Islam mein</w:t>
      </w:r>
    </w:p>
    <w:p>
      <w:pPr>
        <w:jc w:val="right"/>
      </w:pPr>
      <w:r>
        <w:t>دیکھیں اسلام میں</w:t>
      </w:r>
    </w:p>
    <w:p>
      <w:r>
        <w:rPr>
          <w:b/>
        </w:rPr>
        <w:t xml:space="preserve">[1:25:57] </w:t>
      </w:r>
      <w:r>
        <w:t>Islam mein sari ahmiyat jo hai woh individual ko hoti hai sari ahmiyat</w:t>
      </w:r>
    </w:p>
    <w:p>
      <w:pPr>
        <w:jc w:val="right"/>
      </w:pPr>
      <w:r>
        <w:t>اسلام میں ساری اہمیت جو ہے وہ انڈیویجول کو ہوتی ہے ساری اہمیت</w:t>
      </w:r>
    </w:p>
    <w:p>
      <w:r>
        <w:rPr>
          <w:b/>
        </w:rPr>
        <w:t xml:space="preserve">[1:26:06] </w:t>
      </w:r>
      <w:r>
        <w:t>yani individual ko develop karna</w:t>
      </w:r>
    </w:p>
    <w:p>
      <w:pPr>
        <w:jc w:val="right"/>
      </w:pPr>
      <w:r>
        <w:t>یعنی انڈیویجول کو ڈیولپ کرنا</w:t>
      </w:r>
    </w:p>
    <w:p>
      <w:r>
        <w:rPr>
          <w:b/>
        </w:rPr>
        <w:t xml:space="preserve">[1:26:12] </w:t>
      </w:r>
      <w:r>
        <w:t>yeh target hai Islam ka</w:t>
      </w:r>
    </w:p>
    <w:p>
      <w:pPr>
        <w:jc w:val="right"/>
      </w:pPr>
      <w:r>
        <w:t>یہ ٹارگٹ ہے اسلام کا</w:t>
      </w:r>
    </w:p>
    <w:p>
      <w:r>
        <w:rPr>
          <w:b/>
        </w:rPr>
        <w:t xml:space="preserve">[1:26:15] </w:t>
      </w:r>
      <w:r>
        <w:t>Quran mein hai ke</w:t>
      </w:r>
    </w:p>
    <w:p>
      <w:pPr>
        <w:jc w:val="right"/>
      </w:pPr>
      <w:r>
        <w:t>قرآن میں ہے کہ</w:t>
      </w:r>
    </w:p>
    <w:p>
      <w:r>
        <w:rPr>
          <w:b/>
        </w:rPr>
        <w:t xml:space="preserve">[1:26:18] </w:t>
      </w:r>
      <w:r>
        <w:t>je tumuna farada to akele ke le aaoge Khuda ke paas yani ek ek insaan ka case</w:t>
      </w:r>
    </w:p>
    <w:p>
      <w:pPr>
        <w:jc w:val="right"/>
      </w:pPr>
      <w:r>
        <w:t>جے تمونہ فرادہ تو اکیلے کے لے آؤ گے خدا کے پاس یعنی ایک ایک انسان کا کیس</w:t>
      </w:r>
    </w:p>
    <w:p>
      <w:r>
        <w:rPr>
          <w:b/>
        </w:rPr>
        <w:t xml:space="preserve">[1:26:26] </w:t>
      </w:r>
      <w:r>
        <w:t>alag alag wahan par dekha jayega</w:t>
      </w:r>
    </w:p>
    <w:p>
      <w:pPr>
        <w:jc w:val="right"/>
      </w:pPr>
      <w:r>
        <w:t>الگ الگ وہاں پر دیکھا جائے گا</w:t>
      </w:r>
    </w:p>
    <w:p>
      <w:r>
        <w:rPr>
          <w:b/>
        </w:rPr>
        <w:t xml:space="preserve">[1:26:30] </w:t>
      </w:r>
      <w:r>
        <w:t>to Islam mein mein yeh kahunga ke Islam ki philosophy buniyad rakhti hai individual development par aur</w:t>
      </w:r>
    </w:p>
    <w:p>
      <w:pPr>
        <w:jc w:val="right"/>
      </w:pPr>
      <w:r>
        <w:t>تو اسلام میں میں یہ کہوں گا کہ اسلام کی فلاسفی بنیاد رکھتی ہے انڈیویجول ڈیولپمنٹ پر اور</w:t>
      </w:r>
    </w:p>
    <w:p>
      <w:r>
        <w:rPr>
          <w:b/>
        </w:rPr>
        <w:t xml:space="preserve">[1:26:39] </w:t>
      </w:r>
      <w:r>
        <w:t>estate aur society jo hai woh sanvi hai mere nazdeek woh target nahi hai</w:t>
      </w:r>
    </w:p>
    <w:p>
      <w:pPr>
        <w:jc w:val="right"/>
      </w:pPr>
      <w:r>
        <w:t>اسٹیٹ اور سوسائٹی جو ہے وہ ثانوی ہے میرے نزدیک وہ ٹارگٹ نہیں ہے</w:t>
      </w:r>
    </w:p>
    <w:p>
      <w:r>
        <w:rPr>
          <w:b/>
        </w:rPr>
        <w:t xml:space="preserve">[1:26:46] </w:t>
      </w:r>
      <w:r>
        <w:t>yani estate ko badalna</w:t>
      </w:r>
    </w:p>
    <w:p>
      <w:pPr>
        <w:jc w:val="right"/>
      </w:pPr>
      <w:r>
        <w:t>یعنی اسٹیٹ کو بدلنا</w:t>
      </w:r>
    </w:p>
    <w:p>
      <w:r>
        <w:rPr>
          <w:b/>
        </w:rPr>
        <w:t xml:space="preserve">[1:26:49] </w:t>
      </w:r>
      <w:r>
        <w:t>society ko badalna yeh iska mere nazdeek by product hai</w:t>
      </w:r>
    </w:p>
    <w:p>
      <w:pPr>
        <w:jc w:val="right"/>
      </w:pPr>
      <w:r>
        <w:t>سوسائٹی کو بدلنا یہ اس کا میرے نزدیک بائی پروڈکٹ ہے</w:t>
      </w:r>
    </w:p>
    <w:p>
      <w:r>
        <w:rPr>
          <w:b/>
        </w:rPr>
        <w:t xml:space="preserve">[1:26:56] </w:t>
      </w:r>
      <w:r>
        <w:t>kyunke individual jab badal jayenge bahut sare toh society mein tabdeeli aayega society mein aayega</w:t>
      </w:r>
    </w:p>
    <w:p>
      <w:pPr>
        <w:jc w:val="right"/>
      </w:pPr>
      <w:r>
        <w:t>کیونکہ انڈیویجول جب بدل جائیں گے بہت سارے تو سوسائٹی میں تبدیلی آئے گا سوسائٹی میں آئے گا</w:t>
      </w:r>
    </w:p>
    <w:p>
      <w:r>
        <w:rPr>
          <w:b/>
        </w:rPr>
        <w:t xml:space="preserve">[1:27:04] </w:t>
      </w:r>
      <w:r>
        <w:t>toh estate mein tabdeeli aayega</w:t>
      </w:r>
    </w:p>
    <w:p>
      <w:pPr>
        <w:jc w:val="right"/>
      </w:pPr>
      <w:r>
        <w:t>تو اسٹیٹ میں تبدیلی آئے گا</w:t>
      </w:r>
    </w:p>
    <w:p>
      <w:r>
        <w:rPr>
          <w:b/>
        </w:rPr>
        <w:t xml:space="preserve">[1:27:07] </w:t>
      </w:r>
      <w:r>
        <w:t>isi liye hadith mein aata hai ke kama takunoon kadhalik yuwalla alaikum</w:t>
      </w:r>
    </w:p>
    <w:p>
      <w:pPr>
        <w:jc w:val="right"/>
      </w:pPr>
      <w:r>
        <w:t>اسی لیے حدیث میں آتا ہے کہ کما تکونون کذالک یولو علیکم</w:t>
      </w:r>
    </w:p>
    <w:p>
      <w:r>
        <w:rPr>
          <w:b/>
        </w:rPr>
        <w:t xml:space="preserve">[1:27:13] </w:t>
      </w:r>
      <w:r>
        <w:t>yani jaise log honge waise hukmaran honge</w:t>
      </w:r>
    </w:p>
    <w:p>
      <w:pPr>
        <w:jc w:val="right"/>
      </w:pPr>
      <w:r>
        <w:t>یعنی جیسے لوگ ہوں گے ویسے حکمران ہوں گے</w:t>
      </w:r>
    </w:p>
    <w:p>
      <w:r>
        <w:rPr>
          <w:b/>
        </w:rPr>
        <w:t xml:space="preserve">[1:27:17] </w:t>
      </w:r>
      <w:r>
        <w:t>acha hukmaran nikalta hai kahan se achhe samaj se samaj achha na ho to hukmaran bhi achhe nahi ho sakte to behal meri jo jankari hai Islam ki is liye jo maine ki hai to mein samajhta hoon ke Islam ka focus individual par hota hai aur state aur society aur Islam mein sawani cheez hai</w:t>
      </w:r>
    </w:p>
    <w:p>
      <w:pPr>
        <w:jc w:val="right"/>
      </w:pPr>
      <w:r>
        <w:t>اچھا حکمران نکلتا ہے کہاں سے اچھے سماج سے سماج اچھا نہ ہو تو حکمران بھی اچھے نہیں ہو سکتے تو بہرحال میری جو جانکاری ہے اسلام کی اس لیے جو میں نے کی ہے تو میں سمجھتا ہوں کہ اسلام کا فوکس انڈیویجول پر ہوتا ہے اور اسٹیٹ اور سوسائٹی اور اسلام میں ثانوی چیز ہے</w:t>
      </w:r>
    </w:p>
    <w:p>
      <w:r>
        <w:rPr>
          <w:b/>
        </w:rPr>
        <w:t xml:space="preserve">[1:27:40] </w:t>
      </w:r>
      <w:r>
        <w:t>Maulana Maulana aik inferential argument is a basis to understand the creation plan of God then why he cannot apply inferential argument to understand our theory of evolution</w:t>
      </w:r>
    </w:p>
    <w:p>
      <w:pPr>
        <w:jc w:val="right"/>
      </w:pPr>
      <w:r>
        <w:t>مولانا مولانا ایک انفرینشل آرگیومنٹ از اے بیسز ٹو انڈرسٹینڈ دا کریشن پلان آف گاڈ دین وائی ہی کیانٹ اپلائی انفرینشل آرگیومنٹ ٹو انڈرسٹینڈ اور اس تھیوری آف ایولوشن</w:t>
      </w:r>
    </w:p>
    <w:p>
      <w:r>
        <w:rPr>
          <w:b/>
        </w:rPr>
        <w:t xml:space="preserve">[1:27:57] </w:t>
      </w:r>
      <w:r>
        <w:t>haan yeh bara achha sawal hai lekin is mein aik ghalti hai</w:t>
      </w:r>
    </w:p>
    <w:p>
      <w:pPr>
        <w:jc w:val="right"/>
      </w:pPr>
      <w:r>
        <w:t>ہاں یہ بڑا اچھا سوال ہے لیکن اس میں ایک غلطی ہے</w:t>
      </w:r>
    </w:p>
    <w:p>
      <w:r>
        <w:rPr>
          <w:b/>
        </w:rPr>
        <w:t xml:space="preserve">[1:28:04] </w:t>
      </w:r>
      <w:r>
        <w:t>yani kuch log yeh samajhte hain ke evolution theory jo hai woh inferential argument par buniyad rakhti hai yeh ghalt hai mere nazdeek</w:t>
      </w:r>
    </w:p>
    <w:p>
      <w:pPr>
        <w:jc w:val="right"/>
      </w:pPr>
      <w:r>
        <w:t>یعنی کچھ لوگ یہ سمجھتے ہیں کہ ایولوشن تھیوری جو ہے وہ انفرینشل آرگیومنٹ پر بنیاد رکھتی ہے یہ غلط ہے میرے نزدیک</w:t>
      </w:r>
    </w:p>
    <w:p>
      <w:r>
        <w:rPr>
          <w:b/>
        </w:rPr>
        <w:t xml:space="preserve">[1:28:16] </w:t>
      </w:r>
      <w:r>
        <w:t>supposition par buniyad rakhti hai poori evolution theory supposition par buniyad rakh rahi hai</w:t>
      </w:r>
    </w:p>
    <w:p>
      <w:pPr>
        <w:jc w:val="right"/>
      </w:pPr>
      <w:r>
        <w:t>سپوزیشن پر بنیاد رکھتی ہے پوری ایولوشن تھیوری سپوزیشن پر بنیاد رکھ رہی ہے</w:t>
      </w:r>
    </w:p>
    <w:p>
      <w:r>
        <w:rPr>
          <w:b/>
        </w:rPr>
        <w:t xml:space="preserve">[1:28:22] </w:t>
      </w:r>
      <w:r>
        <w:t>evolution woh inferential argument nahi aur Khuda ka wajood ya jo hum is ke liye jo istemal karte hain inferential argument to woh bilkul is se alag cheez hai dekhein</w:t>
      </w:r>
    </w:p>
    <w:p>
      <w:pPr>
        <w:jc w:val="right"/>
      </w:pPr>
      <w:r>
        <w:t>ایولوشن وہ انفرینشل آرگیومنٹ نہیں اور خدا کا وجود یا جو ہم اس کے لیے جو استعمال کرتے ہیں انفرینشل آرگیومنٹ تو وہ بالکل اس سے الگ چیز ہے دیکھیں</w:t>
      </w:r>
    </w:p>
    <w:p>
      <w:r>
        <w:rPr>
          <w:b/>
        </w:rPr>
        <w:t xml:space="preserve">[1:28:39] </w:t>
      </w:r>
      <w:r>
        <w:t>aik hai ke aik sabit haqeeqat ko aik aik cheez jo sabit ho chuki hai us ko wazahat karne ke liye aap inference ko istemal karein</w:t>
      </w:r>
    </w:p>
    <w:p>
      <w:pPr>
        <w:jc w:val="right"/>
      </w:pPr>
      <w:r>
        <w:t>ایک ہے کہ ایک ثابت حقیقت کو ایک ایک چیز جو ثابت ہو چکی ہے اس کو وضاحت کرنے کے لیے آپ انفرنس کو استعمال کریں</w:t>
      </w:r>
    </w:p>
    <w:p>
      <w:r>
        <w:rPr>
          <w:b/>
        </w:rPr>
        <w:t xml:space="preserve">[1:28:53] </w:t>
      </w:r>
      <w:r>
        <w:t>jise hum kehte hain where there a designed is a designer to design to aik sabit haqeeqat hai har koi manta hai ke dunya mein design hai use koi bhi inkar nahi kar sakta</w:t>
      </w:r>
    </w:p>
    <w:p>
      <w:pPr>
        <w:jc w:val="right"/>
      </w:pPr>
      <w:r>
        <w:t>جسے ہم کہتے ہیں ویر دیر اے ڈیزائنڈ از اے ڈیزائنر تو ڈیزائن تو ایک ثابت حقیقت ہے ہر کوئی مانتا ہے کہ دنیا میں ڈیزائن ہے اسے کوئی بھی انکار نہیں کر سکتا</w:t>
      </w:r>
    </w:p>
    <w:p>
      <w:r>
        <w:rPr>
          <w:b/>
        </w:rPr>
        <w:t xml:space="preserve">[1:29:06] </w:t>
      </w:r>
      <w:r>
        <w:t>na to yahan par jab hum inference istemal karte hain to aik sabit cheez ko wazahat karne ke liye hum inference ke tareeqe ko istemal kiya hum ne aur evolution theory mein jo hai in sabit ko sabit karne ke liye inference istemal karte hain</w:t>
      </w:r>
    </w:p>
    <w:p>
      <w:pPr>
        <w:jc w:val="right"/>
      </w:pPr>
      <w:r>
        <w:t>نہ تو یہاں پر جب ہم انفرنس استعمال کرتے ہیں تو ایک ثابت چیز کو وضاحت کرنے کے لیے ہم انفرنس کے طریقے کو استعمال کیا ہم نے اور ایولوشن تھیوری میں جو ہے ان ثابت کو ثابت کرنے کے لیے انفرنس استعمال کرتے ہیں</w:t>
      </w:r>
    </w:p>
    <w:p>
      <w:r>
        <w:rPr>
          <w:b/>
        </w:rPr>
        <w:t xml:space="preserve">[1:29:26] </w:t>
      </w:r>
      <w:r>
        <w:t>jo cheez sabit hi nahi hui us ko aap sabit karne ke liye agar inference istemal karein to woh to invalid ho jaye ga kyunke mere nazdeek evolution theory sabit hi nahi hai sara supposition par buniyad rakhti hai mein ne bohat parha hai evolution theory ko mein gaya hoon India mein ab to mujhe nahi pata lekin jab mein study kar raha tha to poore India mein aik hi center tha woh tha wahan par Chandigarh mein</w:t>
      </w:r>
    </w:p>
    <w:p>
      <w:pPr>
        <w:jc w:val="right"/>
      </w:pPr>
      <w:r>
        <w:t>جو چیز ثابت ہی نہیں ہوئی اس کو آپ ثابت کرنے کے لیے اگر انفرنس استعمال کریں تو وہ تو ان ویلیڈ ہو جائے گا کیونکہ میرے نزدیک ایولوشن تھیوری ثابت ہی نہیں ہے سارا سپوزیشن پر بنیاد رکھتی ہے میں نے بہت پڑھا ہے ایولوشن تھیوری کو میں گیا ہوں انڈیا میں اب تو مجھے نہیں پتا لیکن جب میں اسٹڈی کر رہا تھا تو پورے انڈیا میں ایک ہی سینٹر تھا وہ تھا وہاں پر چندی گڑھ میں</w:t>
      </w:r>
    </w:p>
    <w:p>
      <w:r>
        <w:rPr>
          <w:b/>
        </w:rPr>
        <w:t xml:space="preserve">[1:29:54] </w:t>
      </w:r>
      <w:r>
        <w:t>aik wahan par banaya gaya tha natural history museum aur Siwalik pahariyon mein gaya hoon Siwalik pahariyon mein bhi gaya hoon jahan ke fossils nikle hain yani maine is ki nazdeek kitabein study ki hain in se mila hoon logon se aur wahan gaya hoon jahan fossils nikle hain jo natural history museum hai us ko dekha hai maine in sab ko dekhne ke baad mein aisa keh raha hoon ke evolution theory ke paas koi sabit nahi hai</w:t>
      </w:r>
    </w:p>
    <w:p>
      <w:pPr>
        <w:jc w:val="right"/>
      </w:pPr>
      <w:r>
        <w:t>ایک وہاں پر بنایا گیا تھا نیچرل ہسٹری میوزیم اور سیوالک پہاڑیوں میں گیا ہوں سیوالک پہاڑیوں میں بھی گیا ہوں جہاں کے فوسلز نکلے ہیں یعنی میں نے اس کی نزدیک کتابیں اسٹڈی کی ہیں ان سے ملا ہوں لوگوں سے اور وہاں گیا ہوں جہاں فوسلز نکلے ہیں جو نیچرل ہسٹری میوزیم ہے اس کو دیکھا ہے میں نے ان سب کو دیکھنے کے بعد میں ایسا کہہ رہا ہوں کہ ایولوشن تھیوری کے پاس کوئی ثابت نہیں ہے</w:t>
      </w:r>
    </w:p>
    <w:p>
      <w:r>
        <w:rPr>
          <w:b/>
        </w:rPr>
        <w:t xml:space="preserve">[1:30:21] </w:t>
      </w:r>
      <w:r>
        <w:t>aur bohat achhi kitab hai agar aap parhna chahein us ko Lon ki kitab hai Revolt Against Reason kyunke dekhiye formula kya hai is ka evolution theory ka Julian Huxley ne aik jumle mein bataya hai khud woh manta hai evolution ko Julian Huxley ke woh kehta hai ke reproduction variation and differential survival yeh hai formula</w:t>
      </w:r>
    </w:p>
    <w:p>
      <w:pPr>
        <w:jc w:val="right"/>
      </w:pPr>
      <w:r>
        <w:t>اور بہت اچھی کتاب ہے اگر آپ پڑھنا چاہیں اس کو لون کی کتاب ہے ریولٹ اگینسٹ ریزن کیونکہ دیکھیے فارمولا کیا ہے اس کا ایولوشن تھیوری کا جولین ہکسلے نے ایک جملے میں بتایا ہے خود وہ مانتا ہے ایولوشن کو جولین ہکسلے کہ وہ کہتا ہے کہ ری پروڈکشن ویری ایشن اینڈ ڈیفرینشل سروائیول یہ ہے فارمولا</w:t>
      </w:r>
    </w:p>
    <w:p>
      <w:r>
        <w:rPr>
          <w:b/>
        </w:rPr>
        <w:t xml:space="preserve">[1:30:50] </w:t>
      </w:r>
      <w:r>
        <w:t>khud jo bohat bara evolutionist hai us ka formula hai yeh reproduction variation and differential survival yeh formula hai is ka matlab samjhiye ke woh kehta hai ke aik aik bakri hai aik goat to aik bakri ke bachhe paida hue char suppose char bachhe paida hue</w:t>
      </w:r>
    </w:p>
    <w:p>
      <w:pPr>
        <w:jc w:val="right"/>
      </w:pPr>
      <w:r>
        <w:t>خود جو بہت بڑا ایولوشنسٹ ہے اس کا فارمولا ہے یہ ری پروڈکشن ویری ایشن اینڈ ڈیفرینشل سروائیول یہ فارمولا ہے اس کا مطلب سمجھئے کہ وہ کہتا ہے کہ ایک ایک بکری ہے ایک گوٹ تو ایک بکری کے بچے پیدا ہوئے چار سپوز چار بچے پیدا ہوئے</w:t>
      </w:r>
    </w:p>
    <w:p>
      <w:r>
        <w:rPr>
          <w:b/>
        </w:rPr>
        <w:t xml:space="preserve">[1:31:12] </w:t>
      </w:r>
      <w:r>
        <w:t>to jo hua hai ke bakriyon ne jo hai woh ghaas khate hain aik peed khate hain char pati khate hain to khate khate neechay ke sare jo ghaas waghera sab kha gayi khatam ho gaya ab ab oopar ka patiya jo hai woh khana hai un ko to char jo bachhe us ke nikle us mein se kisi aik ka gardan thori si bari ho sakti hai to ab jo hai teen jo hai mar jayein gi</w:t>
      </w:r>
    </w:p>
    <w:p>
      <w:pPr>
        <w:jc w:val="right"/>
      </w:pPr>
      <w:r>
        <w:t>تو جو ہوا ہے کہ بکریوں نے جو ہے وہ گھاس کھاتی ہیں ایک پیڑ کھاتی ہیں چار پتی کھاتی ہیں تو کھاتے کھاتے نیچے کے سارے جو گھاس وغیرہ سب کھا گئی ختم ہو گیا اب اب اوپر کا پتیہ جو ہے وہ کھانا ہے ان کو تو چار جو بچے اس کے نکلے اس میں سے کسی ایک کا گردن تھوڑی سی بڑی ہو سکتی ہے تو اب جو ہے تین جو ہے مر جائیں گی</w:t>
      </w:r>
    </w:p>
    <w:p>
      <w:r>
        <w:rPr>
          <w:b/>
        </w:rPr>
        <w:t xml:space="preserve">[1:31:39] </w:t>
      </w:r>
      <w:r>
        <w:t>there is the survival of the fittest Darwin ke alfaaz mein survival of the fittest to bari gardan wali bachhe gi baqi sab mar jaye gi ab is bari gardan wali se phir phir bachhe paida honge char char to phir us mein se koi aik ki gardan bari hogi to wahi survival of the fittest kehta hai to woh bachhe gi kyunke woh oopar tak kha sakti hogi yeh kya hi bilkul yeh koi to fiction se zyada buri cheez hai bhai kahan hai woh dikhao kahin woh process</w:t>
      </w:r>
    </w:p>
    <w:p>
      <w:pPr>
        <w:jc w:val="right"/>
      </w:pPr>
      <w:r>
        <w:t>دیر از دا سروائیول آف دا فٹسٹ ڈارون کے الفاظ میں سروائیول آف دا فٹسٹ تو بڑی گردن والی بچے گی باقی سب مر جائے گی اب اس بڑی گردن والی سے پھر پھر بچے پیدا ہوں گے چار چار تو پھر اس میں سے کوئی ایک کی گردن بڑی ہوگی تو وہی سروائیول آف دا فٹسٹ کہتا ہے تو وہ بچے گی کیونکہ وہ اوپر تک کھا سکتی ہوگی یہ کیا ہی بالکل یہ کوئی تو فکشن سے زیادہ بری چیز ہے بھئی کہاں ہے وہ دکھاؤ کہیں وہ پراسیس</w:t>
      </w:r>
    </w:p>
    <w:p>
      <w:r>
        <w:rPr>
          <w:b/>
        </w:rPr>
        <w:t xml:space="preserve">[1:32:07] </w:t>
      </w:r>
      <w:r>
        <w:t>woh process dikhao ke gardan bari ho rahi hai aur woh aur kisi ki gardan kisi ki choti ho rahi hai woh mar rahe hain woh jee rahe hain bhai kahan hai yeh yeh sab supposition hai yeh toh woh kehta hai ke isi tarah se ek goat ya bakri barhte barhte barhte zarafah ban jati hai yeh koi baat hai yeh yeh toh is ko hamara kehte hain sheikh chili kahani sheikh chili kahani hai yeh aise hi kehte hain ke jab chidiya chidiya kya hai machhli ka developed form</w:t>
      </w:r>
    </w:p>
    <w:p>
      <w:pPr>
        <w:jc w:val="right"/>
      </w:pPr>
      <w:r>
        <w:t>وہ پراسیس دکھاؤ کہ گردن بڑی ہو رہی ہے اور وہ اور کسی کی گردن کسی کی چھوٹی ہو رہی ہے وہ مر رہے ہیں وہ جی رہے ہیں بھئی کہاں ہے یہ یہ سب سپوزیشن ہے یہ تو وہ کہتا ہے کہ اسی طریقے سے ایک گوٹ یا بکری بڑھتے بڑھتے بڑھتے زرافہ بن جاتی ہے یہ کوئی بات ہے یہ یہ تو اس کو ہمارا کہتے ہیں شیخ چلی کہانی شیخ چلی کہانی ہے یہ ایسے ہی کہتے ہیں کہ جب چڑیا چڑیا کیا ہے مچھلی کا ڈیولپڈ فارم</w:t>
      </w:r>
    </w:p>
    <w:p>
      <w:r>
        <w:rPr>
          <w:b/>
        </w:rPr>
        <w:t xml:space="preserve">[1:32:36] </w:t>
      </w:r>
      <w:r>
        <w:t>hai machhliyan uchhalte uchhalte pani mein uchhalte uchhalte hain hote hote hue bahar nikal aaye urr rahi hain ban kar ke yeh toh kya sheikh chili kahani hai yeh pura evolution theory jo hai buniyad rakhti hai similarities par koi is ko deny nahi kar sakta main ne bare bare professors se mulaqat ki hai main ne jo main keh raha hoon jo deny kare toh us ne parha nahi hai evolution theory ko ke similarities ko unhon ne discovery un ki kya hai ke species mein similarity hai</w:t>
      </w:r>
    </w:p>
    <w:p>
      <w:pPr>
        <w:jc w:val="right"/>
      </w:pPr>
      <w:r>
        <w:t>ہے مچھلیاں اچھلتے کچھتے پانی میں اچھلتے کچھتے ہیں ہوتے ہوتے ہوئے باہر نکل آئے اڑ رہی ہیں بن کر کے یہ تو کیا شیخ چلی کہانی ہے یہ پورا ایولوشن تھیوری جو ہے بنیاد رکھتی ہے سمیلریٹیز پر کوئی اس کو ڈینائی نہیں کر سکتا میں نے بڑے بڑے پروفیسرز سے ملاقات کی ہے میں نے جو میں کہہ رہا ہوں جو ڈینائی کرے تو اس نے پڑھا نہیں ہے ایولوشن تھیوری کو کہ سمیلریٹیز کو انہوں نے ڈسکوری ان کی کیا ہے کہ اسپیشیز میں سمیلریٹی ہے</w:t>
      </w:r>
    </w:p>
    <w:p>
      <w:r>
        <w:rPr>
          <w:b/>
        </w:rPr>
        <w:t xml:space="preserve">[1:33:03] </w:t>
      </w:r>
      <w:r>
        <w:t>yani mera mera jo dhancha hai woh ghore se milta julta hai bakri ka jo hai woh zarafah se milta julta hai toh is similarity se yeh nikal liya ke is se woh nikla is se woh nikla is se woh nikla yeh kahan se niklega bhai is ka matlab yeh hai ke special creation yani darwin yeh manta hai ke first life jo thi woh special creation tha woh toh main kehta hoon ke billion special creation ho sakte hain ek hi kyun</w:t>
      </w:r>
    </w:p>
    <w:p>
      <w:pPr>
        <w:jc w:val="right"/>
      </w:pPr>
      <w:r>
        <w:t>یعنی میرا میرا جو ڈھانچہ ہے وہ گھوڑے سے ملتا جلتا ہے بکری کا جو ہے وہ زرافہ سے ملتا جلتا ہے تو اس سمیلریٹی سے یہ نکال لیا کہ اس سے وہ نکلا اس سے وہ نکلا اس سے وہ نکلا یہ کہاں سے نکلے گا بھئی اس کا مطلب یہ ہے کہ اسپیشل کریشن یعنی ڈارون یہ مانتا ہے کہ فرسٹ لائف جو تھی وہ اسپیشل کریشن تھا وہ تو میں کہتا ہوں کہ بلین اسپیشل کریشن ہو سکتے ہیں ایک ہی کیوں</w:t>
      </w:r>
    </w:p>
    <w:p>
      <w:r>
        <w:rPr>
          <w:b/>
        </w:rPr>
        <w:t xml:space="preserve">[1:33:31] </w:t>
      </w:r>
      <w:r>
        <w:t>yeh machhli alag paida ki gayi special creation hai woh chidiya alag paida ki gayi bakri alag paida ki zarafah alag paida kiya gaya jis tarah se first life jo hai special creation thi aur aise sare species jo hain sab special creation hain yeh kaise nikalenge is se woh nikla is se woh nikla is se woh nikla toh jo cheez sabit hui hai woh similarity hai aur nikal kar nikal rahe hain kya evolution</w:t>
      </w:r>
    </w:p>
    <w:p>
      <w:pPr>
        <w:jc w:val="right"/>
      </w:pPr>
      <w:r>
        <w:t>یہ مچھلی الگ پیدا کی گئی اسپیشل کریشن ہے وہ چڑیا الگ پیدا کی گئی بکری الگ پیدا کی زرافہ الگ پیدا کیا گیا جس طرح سے فرسٹ لائف جو ہے اسپیشل کریشن تھی اور ایسے سارے اسپیشیز جو ہیں سب اسپیشل کریشن ہیں یہ کیسے نکالیں گے اس سے وہ نکلا اس سے وہ نکلا اس سے وہ نکلا تو جو چیز ثابت ہوئی ہے وہ سمیلریٹی ہے اور نکال کر نکال رہے ہیں کیا ایولوشن</w:t>
      </w:r>
    </w:p>
    <w:p>
      <w:r>
        <w:rPr>
          <w:b/>
        </w:rPr>
        <w:t xml:space="preserve">[1:33:56] </w:t>
      </w:r>
      <w:r>
        <w:t>yeh toh bohat hi third class ka ka woh hai supposition koi ek bhi nahi dikha sake hain woh evolution process ko nahi dikha paye dikha sake hain aap ko dikhana padega evolution process sirf ek ek ek nai species dikhane se nahi kaam chalega ke aap ne dikhaya hai ke yeh bakri hai yeh zarafah hai toh woh bhi dikhaiye na is process ko ke woh barh rahi hai</w:t>
      </w:r>
    </w:p>
    <w:p>
      <w:pPr>
        <w:jc w:val="right"/>
      </w:pPr>
      <w:r>
        <w:t>یہ تو بہت ہی تھرڈ کلاس کا کا وہ ہے سپوزیشن کوئی ایک بھی نہیں دکھا سکے ہیں وہ ایولوشن پراسیس کو نہیں دکھا پائے دکھا سکے ہیں آپ کو دکھانا پڑے گا ایولوشن پراسیس صرف ایک ایک ایک نئی اسپیشی دکھانے سے نہیں کام چلے گا کہ آپ نے دکھایا ہے کہ یہ بکری ہے یہ زرافہ ہے تو وہ بھی دکھائیے نا اس پراسیس کو کہ وہ بڑھ رہی ہے بڑ</w:t>
      </w:r>
    </w:p>
    <w:p>
      <w:r>
        <w:rPr>
          <w:b/>
        </w:rPr>
        <w:t xml:space="preserve">[1:34:25] </w:t>
      </w:r>
      <w:r>
        <w:t>dhad rahi hai barh rahi hai woh dikhaiye is process ko kahin laboratory mein dikhaiye kahin jungle mein dikhaiye kahin dikhaiye toh inference ko hum istemal karte hain ek sabit cheez se wazahat karne ke liye yani design se hum wazahat karte hain designer ko jabke evolution mein kya hai ek na sabit cheez se wazahat kar ke ek ek aur na sabit cheez nikali ja rahi hai</w:t>
      </w:r>
    </w:p>
    <w:p>
      <w:pPr>
        <w:jc w:val="right"/>
      </w:pPr>
      <w:r>
        <w:t>ھ رہی ہے بڑھ رہی ہے وہ دکھائیے اس پراسیس کو کہیں لیبریٹری میں دکھائیے کہیں جنگل میں دکھائیے کہیں دکھائیے تو انفرنس کو ہم استعمال کرتے ہیں ایک ثابت چیز سے وضاحت کرنے کے لیے یعنی ڈیزائن سے ہم وضاحت کرتے ہیں ڈیزائنر کو جبکہ ایولوشن میں کیا ہے ایک ان ثابت چیز سے وضاحت کر کے ایک ایک اور ان ثابت چیز نکالی جا رہی ہے</w:t>
      </w:r>
    </w:p>
    <w:p>
      <w:r>
        <w:rPr>
          <w:b/>
        </w:rPr>
        <w:t xml:space="preserve">[1:34:51] </w:t>
      </w:r>
      <w:r>
        <w:t>toh toh yeh toh bilkul ghalati hai yeh</w:t>
      </w:r>
    </w:p>
    <w:p>
      <w:pPr>
        <w:jc w:val="right"/>
      </w:pPr>
      <w:r>
        <w:t>تو تو یہ تو بالکل غلطی ہے یہ</w:t>
      </w:r>
    </w:p>
    <w:p>
      <w:r>
        <w:rPr>
          <w:b/>
        </w:rPr>
        <w:t xml:space="preserve">[1:34:59] </w:t>
      </w:r>
      <w:r>
        <w:t>toh jaisa ke hadith mein aaya hai ke ek lakh chobees hazar prophets is dunya mein aaye lekin aam taur par hum dekhte hain ke prophets ki na koi bari following hui aur na kisi aur qism ka ikhtiyar un ko hasil hua sirf Hazrat Daud aur Hazrat Sulaiman ko badshahat</w:t>
      </w:r>
    </w:p>
    <w:p>
      <w:pPr>
        <w:jc w:val="right"/>
      </w:pPr>
      <w:r>
        <w:t>تو جیسا کہ حدیث میں آیا ہے کہ ایک لاکھ چوبیس ہزار پرافٹس اس دنیا میں آئے لیکن عام طور پر ہم دیکھتے ہیں کہ پرافٹس کی نہ کوئی بڑی فالونگ ہوئی اور نہ کسی اور قسم کا اقتدار ان کو حاصل ہوا صرف حضرت داؤد اور حضرت سلیمان کو بادشاہت</w:t>
      </w:r>
    </w:p>
    <w:p>
      <w:r>
        <w:rPr>
          <w:b/>
        </w:rPr>
        <w:t xml:space="preserve">[1:35:21] </w:t>
      </w:r>
      <w:r>
        <w:t>di gayi toh is ki kya wajah thi koi khas wajah thi</w:t>
      </w:r>
    </w:p>
    <w:p>
      <w:pPr>
        <w:jc w:val="right"/>
      </w:pPr>
      <w:r>
        <w:t>دی گئی تو اس کی کیا وجہ تھی کوئی خاص وجہ تھی</w:t>
      </w:r>
    </w:p>
    <w:p>
      <w:r>
        <w:rPr>
          <w:b/>
        </w:rPr>
        <w:t xml:space="preserve">[1:35:29] </w:t>
      </w:r>
      <w:r>
        <w:t>is sawal par main bhi sochta raha hoon aur is ka koi koi bohat hi wazeh jawab Quran hadith mein nahi hai hamein soch kar janna hai is ko</w:t>
      </w:r>
    </w:p>
    <w:p>
      <w:pPr>
        <w:jc w:val="right"/>
      </w:pPr>
      <w:r>
        <w:t>اس سوال پر میں بھی سوچتا رہا ہوں اور اس کا کوئی کوئی بہت ہی واضح جواب قرآن حدیث میں نہیں ہے ہمیں سوچ کر جاننا ہے اس کو</w:t>
      </w:r>
    </w:p>
    <w:p>
      <w:r>
        <w:rPr>
          <w:b/>
        </w:rPr>
        <w:t xml:space="preserve">[1:35:43] </w:t>
      </w:r>
      <w:r>
        <w:t>toh jahan tak main samajh paya hoon ke jo industry hai yeh mera apni soch hai yeh Quran hadith mein likha hua nahi hai ke industry jo hai woh kaise insan ne jana kaise jana hai insan ne kyunke itna pecheeda kaam hai industry kisi aap raw material ko convert karna ab ek ek complex machine mein</w:t>
      </w:r>
    </w:p>
    <w:p>
      <w:pPr>
        <w:jc w:val="right"/>
      </w:pPr>
      <w:r>
        <w:t>تو جہاں تک میں سمجھ پایا ہوں کہ جو انڈسٹری ہے یہ میرا اپنی سوچ ہے یہ قرآن حدیث میں لکھا ہوا نہیں ہے کہ انڈسٹری جو ہے وہ کیسے انسان نے جانا کیسے جانا ہے انسان نے کیونکہ اتنا پیچیدہ کام ہے انڈسٹری کسی آپ را را میٹیریل کو کنورٹ کرنا اب ایک ایک کمپلیکس مشین میں</w:t>
      </w:r>
    </w:p>
    <w:p>
      <w:r>
        <w:rPr>
          <w:b/>
        </w:rPr>
        <w:t xml:space="preserve">[1:36:11] </w:t>
      </w:r>
      <w:r>
        <w:t>yeh keh jana hai jaise main ek parhta soch gaya is mein cotton mill mein toh cotton mill mein jo woh hota hai jis ko kehte hain kya kehte hain idhar se udhar chalti hai woh shuttle shuttle haan shuttle toh shuttle ke jo system hai woh itna complex laga mujhe hai ke aakhir kaise insan ne socha</w:t>
      </w:r>
    </w:p>
    <w:p>
      <w:pPr>
        <w:jc w:val="right"/>
      </w:pPr>
      <w:r>
        <w:t>یہ کہہ جانا ہے جیسے میں ایک پڑھتا سوچ گیا اس میں کاٹن مل میں تو کاٹن مل میں جو وہ ہوتا ہے جس کو کہتے ہیں کیا کہتے ہیں ادھر سے ادھر چلتی ہے وہ شٹل شٹل ہاں شٹل تو شٹل کے جو سسٹم ہے وہ اتنا کمپلیکس لگا مجھے ہے کہ آخر کیسے انسان نے سوچا</w:t>
      </w:r>
    </w:p>
    <w:p>
      <w:r>
        <w:rPr>
          <w:b/>
        </w:rPr>
        <w:t xml:space="preserve">[1:36:31] </w:t>
      </w:r>
      <w:r>
        <w:t>woh shuttle jo idhar se chalti hai idhar se chalti hai idhar se chalti hai idhar se chalti hai toh mere zehen mein batayein ke Hazrat Sulaiman ko jo jo cheezein di gayi thi woh that was initial lesson of industry ke unhon ne lohe ko pighlane ka jaan liya unhon ne kaise loha pighlaya jaye yeh kis tarah se aur koi steel banaya jaye steel ko pighla kar kis tarah se us ko taar banaya jaye aur bar banaya jaye aur sheet ban</w:t>
      </w:r>
    </w:p>
    <w:p>
      <w:pPr>
        <w:jc w:val="right"/>
      </w:pPr>
      <w:r>
        <w:t>وہ شٹل جو ادھر سے چلتی ہے ادھر سے چلتی ہے ادھر سے چلتی ہے ادھر سے چلتی ہے تو میرے ذہن میں بتائیں کہ حضرت سلیمان کو جو جو چیزیں دی گئی تھیں وہ دیٹ واز انیشل لیسن آف انڈسٹری کہ انہوں نے لوہے کو پگھلانے کا جان لیا انہوں نے کیسے لوہا پگھلایا جائے یہ کس طرح سے اور کوئی اسٹیل بنایا جائے اسٹیل کو پگھلا کر کس طرح سے اس کو تار بنایا جائے اور بار بنایا جائے اور شیٹ بن</w:t>
      </w:r>
    </w:p>
    <w:p>
      <w:r>
        <w:rPr>
          <w:b/>
        </w:rPr>
        <w:t xml:space="preserve">[1:36:59] </w:t>
      </w:r>
      <w:r>
        <w:t>ai jaye toh main samajhta hoon ke sare hi jitne bhi industry knowledge hai yani nature ko convert karna us mein yani</w:t>
      </w:r>
    </w:p>
    <w:p>
      <w:pPr>
        <w:jc w:val="right"/>
      </w:pPr>
      <w:r>
        <w:t>ائی جائے تو میں سمجھتا ہوں کہ سارے ہی جتنے بھی انڈسٹری نالج ہے یعنی نیچر کو کنورٹ کرنا اس میں یعنی</w:t>
      </w:r>
    </w:p>
    <w:p>
      <w:r>
        <w:rPr>
          <w:b/>
        </w:rPr>
        <w:t xml:space="preserve">[1:37:12] </w:t>
      </w:r>
      <w:r>
        <w:t>jo hamare kaam ki cheezein hain us mein initially yeh prophet ke zariye bataya gaya aisa main samajhta hoon yani jise likhna hai aur yeh sab cheezein hain toh isi mein ek bohat hi bara ek example hai Hazrat Sulaiman ka</w:t>
      </w:r>
    </w:p>
    <w:p>
      <w:pPr>
        <w:jc w:val="right"/>
      </w:pPr>
      <w:r>
        <w:t>جو ہمارے کام کی چیزیں ہیں اس میں انیشلی یہ پرافٹ کے ذریعے بتایا گیا ایسا میں سمجھتا ہوں یعنی جسے لکھنا ہے اور یہ سب چیزیں ہیں تو اسی میں ایک بہت ہی بڑا ایک ایگزامپل ہے حضرت سلیمان کا</w:t>
      </w:r>
    </w:p>
    <w:p>
      <w:r>
        <w:rPr>
          <w:b/>
        </w:rPr>
        <w:t xml:space="preserve">[1:37:30] </w:t>
      </w:r>
      <w:r>
        <w:t>kaha alana alaih al hadeed unke liye humne lohe ko naram kar diya</w:t>
      </w:r>
    </w:p>
    <w:p>
      <w:pPr>
        <w:jc w:val="right"/>
      </w:pPr>
      <w:r>
        <w:t>کہا علنا علیہ الحدید ان کے لیے ہم نے لوہے کو نرم کر دیا</w:t>
      </w:r>
    </w:p>
    <w:p>
      <w:r>
        <w:rPr>
          <w:b/>
        </w:rPr>
        <w:t xml:space="preserve">[1:37:36] </w:t>
      </w:r>
      <w:r>
        <w:t>yani matlab aur ko pighla kar ke aur ko unhone steel banaya pighla kar ke isko</w:t>
      </w:r>
    </w:p>
    <w:p>
      <w:pPr>
        <w:jc w:val="right"/>
      </w:pPr>
      <w:r>
        <w:t>یعنی مطلب اور کو پگھلا کر کے اور کو انہوں نے اسٹیل بنایا پگھلا کر کے اس کو</w:t>
      </w:r>
    </w:p>
    <w:p>
      <w:r>
        <w:rPr>
          <w:b/>
        </w:rPr>
        <w:t xml:space="preserve">[1:37:41] </w:t>
      </w:r>
      <w:r>
        <w:t>aur cheezein banayi unhone yeh alana alaih al hadeed naram kar diya humne unke liye lohe</w:t>
      </w:r>
    </w:p>
    <w:p>
      <w:pPr>
        <w:jc w:val="right"/>
      </w:pPr>
      <w:r>
        <w:t>اور چیزیں بنائی انہوں نے یہ علنا علیہ الحدید نرم کر دیا ہم نے ان کے لیے لوہے</w:t>
      </w:r>
    </w:p>
    <w:p>
      <w:r>
        <w:rPr>
          <w:b/>
        </w:rPr>
        <w:t xml:space="preserve">[1:37:45] </w:t>
      </w:r>
      <w:r>
        <w:t>ko toh jitne bhi industries hain sab ka initial jo knowledge hai woh Allah taala ne peghambaron ke</w:t>
      </w:r>
    </w:p>
    <w:p>
      <w:pPr>
        <w:jc w:val="right"/>
      </w:pPr>
      <w:r>
        <w:t>کو تو جتنے بھی انڈسٹریز ہیں سب کا انیشل جو نالج ہے وہ اللہ تعالیٰ نے پیغمبروں کے</w:t>
      </w:r>
    </w:p>
    <w:p>
      <w:r>
        <w:rPr>
          <w:b/>
        </w:rPr>
        <w:t xml:space="preserve">[1:37:52] </w:t>
      </w:r>
      <w:r>
        <w:t>zariye diya aur phir development hua aisa mein manta hoon</w:t>
      </w:r>
    </w:p>
    <w:p>
      <w:pPr>
        <w:jc w:val="right"/>
      </w:pPr>
      <w:r>
        <w:t>ذریعے دیا اور پھر ڈیولپمنٹ ہوا ایسا میں مانتا ہوں</w:t>
      </w:r>
    </w:p>
    <w:p>
      <w:r>
        <w:rPr>
          <w:b/>
        </w:rPr>
        <w:t xml:space="preserve">[1:38:00] </w:t>
      </w:r>
      <w:r>
        <w:t>maulana marriage is not made in heaven matlab jodiyaan Khuda ke haan se banti hain is ka Islamic perspective kya hai nahi nahi yeh galat baat hai bilkul bilkul galat baat yeh hai marriage dunya mein hoti hai wahan ke liye ho jayegi woh bilkul galat baat hai woh</w:t>
      </w:r>
    </w:p>
    <w:p>
      <w:pPr>
        <w:jc w:val="right"/>
      </w:pPr>
      <w:r>
        <w:t>مولانا میرج از ناٹ میڈ ان ہیون مطلب جوڑیاں خدا کے ہاں سے بنتی ہیں اس کا اسلامک پرسپیکٹو کیا ہے نہیں نہیں یہ غلط بات ہے بالکل بالکل غلط بات یہ ہے میرج دنیا میں ہوتی ہے وہاں کے لیے ہو جائے گی وہ بالکل غلط بات ہے وہ</w:t>
      </w:r>
    </w:p>
    <w:p>
      <w:r>
        <w:rPr>
          <w:b/>
        </w:rPr>
        <w:t xml:space="preserve">[1:38:22] </w:t>
      </w:r>
      <w:r>
        <w:t>maulana what is sincerity sincerity</w:t>
      </w:r>
    </w:p>
    <w:p>
      <w:pPr>
        <w:jc w:val="right"/>
      </w:pPr>
      <w:r>
        <w:t>مولانا واٹ از سنسیرٹی سنسیرٹی</w:t>
      </w:r>
    </w:p>
    <w:p>
      <w:r>
        <w:rPr>
          <w:b/>
        </w:rPr>
        <w:t xml:space="preserve">[1:38:31] </w:t>
      </w:r>
      <w:r>
        <w:t>main samajhta hoon ke jab unbiased thinking aa jati aadmi ke andar unbiased thinking objective thinking as it is thinking toh isi ke result ka naam hai sincerity jahan tak main ne samjha hai sincerity ke do source hain ek ek bohat zyada Khuda se dar aur bohat zyada scientific test aadmi ke andar ho</w:t>
      </w:r>
    </w:p>
    <w:p>
      <w:pPr>
        <w:jc w:val="right"/>
      </w:pPr>
      <w:r>
        <w:t>میں سمجھتا ہوں کہ جب ان بائیوسڈ تھنکنگ آ جاتی ہے آدمی کے اندر ان بائیوسڈ تھنکنگ آبجیکٹیو تھنکنگ ایز اٹ از تھنکنگ تو اسی کے رزلٹ کا نام ہے سنسیرٹی جہاں تک میں نے سمجھا ہے سنسیرٹی کے دو سورس ہیں ایک ایک بہت زیادہ خدا سے ڈر اور بہت زیادہ سائنٹیفک ٹیسٹ آدمی کے اندر ہو</w:t>
      </w:r>
    </w:p>
    <w:p>
      <w:r>
        <w:rPr>
          <w:b/>
        </w:rPr>
        <w:t xml:space="preserve">[1:38:56] </w:t>
      </w:r>
      <w:r>
        <w:t>scientific test bohat zyada aadmi ke andar aa jaye toh aap jante hain ke science ka matlab hota hai exact science toh mera manna hai ke exact science se exact thinking aati hai exact sciences se exact thinking aati hai yeh ek yeh hai sincerity ka source doosra ek aadmi jab bohat zyada Khuda se darta ho toh wahi bolega jo hai banawati boli kabhi bolega nahi woh</w:t>
      </w:r>
    </w:p>
    <w:p>
      <w:pPr>
        <w:jc w:val="right"/>
      </w:pPr>
      <w:r>
        <w:t>سائنٹیفک ٹیسٹ بہت زیادہ آدمی کے اندر آ جائے تو آپ جانتے ہیں کہ سائنس کا مطلب ہوتا ہے ایگزیکٹ سائنس تو میرا ماننا ہے کہ ایگزیکٹ سائنس سے ایگزیکٹ تھنکنگ آتی ہے ایگزیکٹ سائنسز سے ایگزیکٹ تھنکنگ آتی ہے یہ ایک یہ ہے سنسیرٹی کا سورس دوسرا ایک آدمی جب بہت زیادہ خدا سے ڈرتا ہو تو وہی بولے گا جو ہے بناوٹی بولی کبھی بولے گا نہیں وہ</w:t>
      </w:r>
    </w:p>
    <w:p>
      <w:r>
        <w:rPr>
          <w:b/>
        </w:rPr>
        <w:t xml:space="preserve">[1:39:23] </w:t>
      </w:r>
      <w:r>
        <w:t>toh sincerity ke do mujhe samajh mein aate hain source ya toh bohat zyada barha hua scientific test ya bohat zyada barha hua Khuda se dar maulana this question is from mateen he wants to know that to be a great thinker is it necessary that one should be free from social as well as personal obligations</w:t>
      </w:r>
    </w:p>
    <w:p>
      <w:pPr>
        <w:jc w:val="right"/>
      </w:pPr>
      <w:r>
        <w:t>تو سنسیرٹی کے دو مجھے سمجھ میں آتے ہیں سورس یا تو بہت زیادہ بڑھا ہوا سائنٹیفک ٹیسٹ یا بہت زیادہ بڑھا ہوا خدا سے ڈر مولانا دس کوئسچن از فرام متین ہی وانٹس ٹو نو دیٹ ٹو بی ا گریٹ تھنکر از اٹ نیسیسری دیٹ ون شوڈ بی فری فرام سوشل ایز ویل ایز پرسنل ابلیگیشنز</w:t>
      </w:r>
    </w:p>
    <w:p>
      <w:r>
        <w:rPr>
          <w:b/>
        </w:rPr>
        <w:t xml:space="preserve">[1:39:53] </w:t>
      </w:r>
      <w:r>
        <w:t>yeh obligation ka term main is ko nahi manta yeh sab bekar baatein hain koi obligation nahi hai obligation kya hai sab koi obligation salvation hai sab koi obligation salvation hai</w:t>
      </w:r>
    </w:p>
    <w:p>
      <w:pPr>
        <w:jc w:val="right"/>
      </w:pPr>
      <w:r>
        <w:t>یہ ابلیگیشن کا ٹرم میں اس کو نہیں مانتا یہ سب بیکار باتیں ہیں کوئی ابلیگیشن نہیں ہے ابلیگیشن کیا ہے سب کوئی ابلیگیشن سالویشن ہے سب کوئی ابلیگیشن سالویشن ہے</w:t>
      </w:r>
    </w:p>
    <w:p>
      <w:r>
        <w:rPr>
          <w:b/>
        </w:rPr>
        <w:t xml:space="preserve">[1:40:09] </w:t>
      </w:r>
      <w:r>
        <w:t>aap sochiye ke aap ke ghar mein achaanak ek ek bara sa saanp nikal aaye toh sare obligation bhool jayenge aap koi obligation kisi ko yaad nahi rahega</w:t>
      </w:r>
    </w:p>
    <w:p>
      <w:pPr>
        <w:jc w:val="right"/>
      </w:pPr>
      <w:r>
        <w:t>آپ سوچیے کہ آپ کے گھر میں اچانک ایک ایک بڑا سا سانپ نکل آئے تو سارے ابلیگیشن بھول جائیں گے آپ کوئی ابلیگیشن کسی کو یاد نہیں رہے گا</w:t>
      </w:r>
    </w:p>
    <w:p>
      <w:r>
        <w:rPr>
          <w:b/>
        </w:rPr>
        <w:t xml:space="preserve">[1:40:21] </w:t>
      </w:r>
      <w:r>
        <w:t>yeh jhoote obligation hain waghera yeh sab relative terms hain yeh koi cheez ahmiyat nahi salvation ke jitne</w:t>
      </w:r>
    </w:p>
    <w:p>
      <w:pPr>
        <w:jc w:val="right"/>
      </w:pPr>
      <w:r>
        <w:t>یہ جھوٹے ابلیگیشن ہیں وغیرہ یہ سب ریلیٹو ٹرم ہیں یہ کوئی چیز اہمیت نہیں سالویشن کے جتنے</w:t>
      </w:r>
    </w:p>
    <w:p>
      <w:r>
        <w:rPr>
          <w:b/>
        </w:rPr>
        <w:t xml:space="preserve">[1:40:28] </w:t>
      </w:r>
      <w:r>
        <w:t>jhoote words hain log excuse banane ke liye ke sahib mere obligation hain kya karoon mere woh zimme</w:t>
      </w:r>
    </w:p>
    <w:p>
      <w:pPr>
        <w:jc w:val="right"/>
      </w:pPr>
      <w:r>
        <w:t>جھوٹے ورڈ ہیں لوگ ایکسکیوز بنانے کے لیے کہ صاحب میرے ابلیگیشن ہیں کیا کروں میرے وہ ذمہ</w:t>
      </w:r>
    </w:p>
    <w:p>
      <w:r>
        <w:rPr>
          <w:b/>
        </w:rPr>
        <w:t xml:space="preserve">[1:40:33] </w:t>
      </w:r>
      <w:r>
        <w:t>dari hai isko kya karoon yeh sab jhoote words pe nazdeek hain sab se bada jo hai</w:t>
      </w:r>
    </w:p>
    <w:p>
      <w:pPr>
        <w:jc w:val="right"/>
      </w:pPr>
      <w:r>
        <w:t>داری ہے اس کو کیا کروں یہ سب جھوٹے ورڈ پہ نزدیک ہیں سب سے بڑا جو ہے</w:t>
      </w:r>
    </w:p>
    <w:p>
      <w:r>
        <w:rPr>
          <w:b/>
        </w:rPr>
        <w:t xml:space="preserve">[1:40:39] </w:t>
      </w:r>
      <w:r>
        <w:t>yeh hai ke aap apni salvation ke liye chahein bas aur sab cheezon ko aap secondary bana dein</w:t>
      </w:r>
    </w:p>
    <w:p>
      <w:pPr>
        <w:jc w:val="right"/>
      </w:pPr>
      <w:r>
        <w:t>یہ ہے کہ آپ اپنی سالویشن کے لیے چاہیں بس اور سب چیزوں کو آپ سیکنڈری بنا دیں</w:t>
      </w:r>
    </w:p>
    <w:p>
      <w:r>
        <w:rPr>
          <w:b/>
        </w:rPr>
        <w:t xml:space="preserve">[1:40:46] </w:t>
      </w:r>
      <w:r>
        <w:t>yeh mein manta hoon</w:t>
      </w:r>
    </w:p>
    <w:p>
      <w:pPr>
        <w:jc w:val="right"/>
      </w:pPr>
      <w:r>
        <w:t>یہ میں مانتا ہوں</w:t>
      </w:r>
    </w:p>
    <w:p>
      <w:r>
        <w:rPr>
          <w:b/>
        </w:rPr>
        <w:t xml:space="preserve">[1:40:51] </w:t>
      </w:r>
      <w:r>
        <w:t>maulana ek baat mein ek ayat karima hai</w:t>
      </w:r>
    </w:p>
    <w:p>
      <w:pPr>
        <w:jc w:val="right"/>
      </w:pPr>
      <w:r>
        <w:t>مولانا ایک بات میں ایک آیت کریمہ ہے</w:t>
      </w:r>
    </w:p>
    <w:p>
      <w:r>
        <w:rPr>
          <w:b/>
        </w:rPr>
        <w:t xml:space="preserve">[1:40:57] </w:t>
      </w:r>
      <w:r>
        <w:t>insaan ko</w:t>
      </w:r>
    </w:p>
    <w:p>
      <w:pPr>
        <w:jc w:val="right"/>
      </w:pPr>
      <w:r>
        <w:t>انسان کو</w:t>
      </w:r>
    </w:p>
    <w:p>
      <w:r>
        <w:rPr>
          <w:b/>
        </w:rPr>
        <w:t xml:space="preserve">[1:41:12] </w:t>
      </w:r>
      <w:r>
        <w:t>aik khilafa aur amanat</w:t>
      </w:r>
    </w:p>
    <w:p>
      <w:pPr>
        <w:jc w:val="right"/>
      </w:pPr>
      <w:r>
        <w:t>ایک خلافہ اور امانت</w:t>
      </w:r>
    </w:p>
    <w:p>
      <w:r>
        <w:rPr>
          <w:b/>
        </w:rPr>
        <w:t xml:space="preserve">[1:41:16] </w:t>
      </w:r>
      <w:r>
        <w:t>is ke beech mein koi ah aise khilafa aur amanat hai dono cheezein aik hi hain ya alag alag hain dono alag hain dono alag hain complete</w:t>
      </w:r>
    </w:p>
    <w:p>
      <w:pPr>
        <w:jc w:val="right"/>
      </w:pPr>
      <w:r>
        <w:t>اس کے بیچ میں کوئی اہ ایسے خلافہ اور امانت ہے دونوں چیزیں ایک ہی ہیں یا الگ الگ ہیں دونوں الگ ہیں دونوں الگ ہیں کمپلیٹ</w:t>
      </w:r>
    </w:p>
    <w:p>
      <w:r>
        <w:rPr>
          <w:b/>
        </w:rPr>
        <w:t xml:space="preserve">[1:41:31] </w:t>
      </w:r>
      <w:r>
        <w:t>le alag hain dekhein amanat jo hai wahan par woh aaya hai wohi jo maine ab kaha ke optional freedom</w:t>
      </w:r>
    </w:p>
    <w:p>
      <w:pPr>
        <w:jc w:val="right"/>
      </w:pPr>
      <w:r>
        <w:t>لی الگ ہیں دیکھیں امانت جو ہے وہاں پر وہ آیا ہے وہی جو میں نے اب کہا کہ آپشنل فریڈم</w:t>
      </w:r>
    </w:p>
    <w:p>
      <w:r>
        <w:rPr>
          <w:b/>
        </w:rPr>
        <w:t xml:space="preserve">[1:41:42] </w:t>
      </w:r>
      <w:r>
        <w:t>yani amanat jo aaya hai wahan us sense mein aaya hai ke poori universe jo hai woh khuda ke qanoon mein jakhri hui hai yani compulsive obedience mein jakhri hui hai woh</w:t>
      </w:r>
    </w:p>
    <w:p>
      <w:pPr>
        <w:jc w:val="right"/>
      </w:pPr>
      <w:r>
        <w:t>یعنی امانت جو آیا ہے وہاں اس سینس میں آیا ہے کہ پوری یونیورس جو ہے وہ خدا کے قانون میں جکڑی ہوئی ہے یعنی کمپلسو اوبیڈینس میں جکڑی ہوئی ہے وہ</w:t>
      </w:r>
    </w:p>
    <w:p>
      <w:r>
        <w:rPr>
          <w:b/>
        </w:rPr>
        <w:t xml:space="preserve">[1:41:55] </w:t>
      </w:r>
      <w:r>
        <w:t>toh khuda ne aik aur makhlooq banana chaha jis ko ke woh yeh de ikhtiyar ke azadi ke sath yani woh khuda ke hukum ko follow kare yani is ke liye choice ho un ke liye choice nahi hai zameen o aasman ke liye choice nahi hai insaan ke liye choice hai toh yeh is isi ka zikr hai wahan par amanat se murad yeh yeh yeh cheez yeh choice diya gaya</w:t>
      </w:r>
    </w:p>
    <w:p>
      <w:pPr>
        <w:jc w:val="right"/>
      </w:pPr>
      <w:r>
        <w:t>تو خدا نے ایک اور مخلوق بنانا چاہا جس کو کہ وہ یہ دے اختیار کہ آزادی کے ساتھ یعنی وہ خدا کے حکم کو فالو کرے یعنی اس کے لیے چوائس ہو ان کے لیے چوائس نہیں ہے زمین و آسمان کے لیے چوائس نہیں ہے انسان کے لیے چوائس ہے تو یہ اس اسی کا ذکر ہے وہاں پر امانت سے مراد یہ یہ یہ چیز یہ چوائس دیا گیا</w:t>
      </w:r>
    </w:p>
    <w:p>
      <w:r>
        <w:rPr>
          <w:b/>
        </w:rPr>
        <w:t xml:space="preserve">[1:42:25] </w:t>
      </w:r>
      <w:r>
        <w:t>toh is se log ghabra isi ko insaan ne utha liya toh aik andaaz hai kehne ka ke woh itni mushkil cheez hai ke by choice follow karna under compulsion follow karna yeh toh sab kar rahe the ab yeh by choice follow karna yeh insaan ka kaam hai toh wahan yeh murad hai baqi khilafat jo hai woh toh khwamkhwah is ko misr bana diya hai khilafat ke mani sirf iqtidaar zameen mein khuda ne aik ba iqtidaar makhlooq bhi nahi hai</w:t>
      </w:r>
    </w:p>
    <w:p>
      <w:pPr>
        <w:jc w:val="right"/>
      </w:pPr>
      <w:r>
        <w:t>تو اس سے لوگ گھبرا اسی کو انسان نے اٹھا لیا تو ایک انداز ہے کہنے کا کہ وہ اتنی مشکل چیز ہے کہ بائے چوائس فالو کرنا انڈر کمپلیکشن فالو کرنا یہ تو سب کر رہے تھے اب یہ بائے چوائس فالو کرنا یہ انسان کا کام ہے تو وہاں یہ مراد ہے باقی خلافت جو ہے وہ تو خوامخواہ اس کو مصریت بنا دیا ہے خلافت کے معنی صرف اقتدار زمین میں خدا نے ایک با اقتدار مخلوق بھی نہیں ہے</w:t>
      </w:r>
    </w:p>
    <w:p>
      <w:r>
        <w:rPr>
          <w:b/>
        </w:rPr>
        <w:t xml:space="preserve">[1:42:54] </w:t>
      </w:r>
      <w:r>
        <w:t>quran mein ek ayat hai ke inni jaalil fil arz khaleefa</w:t>
      </w:r>
    </w:p>
    <w:p>
      <w:pPr>
        <w:jc w:val="right"/>
      </w:pPr>
      <w:r>
        <w:t>قرآن میں ایک آیت ہے کہ انی جاعل فی الارض خلیفہ</w:t>
      </w:r>
    </w:p>
    <w:p>
      <w:r>
        <w:rPr>
          <w:b/>
        </w:rPr>
        <w:t xml:space="preserve">[1:43:00] </w:t>
      </w:r>
      <w:r>
        <w:t>mein zamane mein banane wala hoon zaman zameen mein ek khaleefa ek ek khaleefa ab isko logon</w:t>
      </w:r>
    </w:p>
    <w:p>
      <w:pPr>
        <w:jc w:val="right"/>
      </w:pPr>
      <w:r>
        <w:t>میں زمانے میں بنانے والا ہوں زمان زمین میں ایک خلیفہ ایک ایک خلیفہ اب اس کو لوگوں</w:t>
      </w:r>
    </w:p>
    <w:p>
      <w:r>
        <w:rPr>
          <w:b/>
        </w:rPr>
        <w:t xml:space="preserve">[1:43:06] </w:t>
      </w:r>
      <w:r>
        <w:t>ne kaha liya khaleefatullah bana diya hai bataiye jo cheez likhi hui nahi hai woh kahan se</w:t>
      </w:r>
    </w:p>
    <w:p>
      <w:pPr>
        <w:jc w:val="right"/>
      </w:pPr>
      <w:r>
        <w:t>نے کہا لیا خلیفۃ اللہ بنا دیا ہے بتائیے جو چیز لکھی ہوئی نہیں ہے وہ کہاں سے</w:t>
      </w:r>
    </w:p>
    <w:p>
      <w:r>
        <w:rPr>
          <w:b/>
        </w:rPr>
        <w:t xml:space="preserve">[1:43:11] </w:t>
      </w:r>
      <w:r>
        <w:t>nikali hai aap ne jo matlab log nikalte hain iske liye hona chahiye ke mein banane wala</w:t>
      </w:r>
    </w:p>
    <w:p>
      <w:pPr>
        <w:jc w:val="right"/>
      </w:pPr>
      <w:r>
        <w:t>نکالی ہے آپ نے جو مطلب لوگ نکالتے ہیں اس کے لیے ہونا چاہیے کہ میں بنانے والا</w:t>
      </w:r>
    </w:p>
    <w:p>
      <w:r>
        <w:rPr>
          <w:b/>
        </w:rPr>
        <w:t xml:space="preserve">[1:43:17] </w:t>
      </w:r>
      <w:r>
        <w:t>hoon zameen mein apna khaleefa ya khuda ka khaleefa yeh toh hai nahi likha hua ismein ek</w:t>
      </w:r>
    </w:p>
    <w:p>
      <w:pPr>
        <w:jc w:val="right"/>
      </w:pPr>
      <w:r>
        <w:t>ہوں زمین میں اپنا خلیفہ یا خدا کا خلیفہ یہ تو ہے نہیں لکھا ہوا اس میں ایک</w:t>
      </w:r>
    </w:p>
    <w:p>
      <w:r>
        <w:rPr>
          <w:b/>
        </w:rPr>
        <w:t xml:space="preserve">[1:43:22] </w:t>
      </w:r>
      <w:r>
        <w:t>ek khaleefa ek khaleefa kahin bhi na quran mein na hadith mein yeh hai ke insaan khuda ka</w:t>
      </w:r>
    </w:p>
    <w:p>
      <w:pPr>
        <w:jc w:val="right"/>
      </w:pPr>
      <w:r>
        <w:t>ایک خلیفہ ایک خلیفہ کہیں بھی نہ قرآن میں نہ حدیث میں یہ ہے کہ انسان خدا کا</w:t>
      </w:r>
    </w:p>
    <w:p>
      <w:r>
        <w:rPr>
          <w:b/>
        </w:rPr>
        <w:t xml:space="preserve">[1:43:28] </w:t>
      </w:r>
      <w:r>
        <w:t>khaleefa hai itni jhooti baat jo hai isi liye ibn taimiya ne fatwa diya hai ke jo yeh</w:t>
      </w:r>
    </w:p>
    <w:p>
      <w:pPr>
        <w:jc w:val="right"/>
      </w:pPr>
      <w:r>
        <w:t>خلیفہ ہے اتنی جھوٹی بات جو ہے اسی لیے ابن تیمیہ نے فتوی دیا ہے کہ جو یہ</w:t>
      </w:r>
    </w:p>
    <w:p>
      <w:r>
        <w:rPr>
          <w:b/>
        </w:rPr>
        <w:t xml:space="preserve">[1:43:34] </w:t>
      </w:r>
      <w:r>
        <w:t>samjhe ke insaan khuda ka khaleefa hai woh kufar karta hai kufar toh hai hi abhi aap ne</w:t>
      </w:r>
    </w:p>
    <w:p>
      <w:pPr>
        <w:jc w:val="right"/>
      </w:pPr>
      <w:r>
        <w:t>سمجھے کہ انسان خدا کا خلیفہ ہے وہ کفر کرتا ہے کفر تو ہے ہی ابھی آپ نے</w:t>
      </w:r>
    </w:p>
    <w:p>
      <w:r>
        <w:rPr>
          <w:b/>
        </w:rPr>
        <w:t xml:space="preserve">[1:43:39] </w:t>
      </w:r>
      <w:r>
        <w:t>koi</w:t>
      </w:r>
    </w:p>
    <w:p>
      <w:pPr>
        <w:jc w:val="right"/>
      </w:pPr>
      <w:r>
        <w:t>کوئی</w:t>
      </w:r>
    </w:p>
    <w:p>
      <w:r>
        <w:rPr>
          <w:b/>
        </w:rPr>
        <w:t xml:space="preserve">[1:43:39] </w:t>
      </w:r>
      <w:r>
        <w:t>khuda ka khalifa samjhe khalifa means iqtidaar ba iqtidaar yeh zameen mein aik ba iqtidaar makhlooq mein banane wala hoon yeh aur cheezein jo hain un ko koi ikhtiyar hasil nahi hai</w:t>
      </w:r>
    </w:p>
    <w:p>
      <w:pPr>
        <w:jc w:val="right"/>
      </w:pPr>
      <w:r>
        <w:t>خدا کا خلیفہ سمجھے خلیفہ مینز اقتدار با اقتدار یہ زمین میں ایک با اقتدار مخلوق میں بنانے والا ہوں یہ اور چیزیں جو ہیں ان کو کوئی اختیار حاصل نہیں ہے</w:t>
      </w:r>
    </w:p>
    <w:p>
      <w:r>
        <w:rPr>
          <w:b/>
        </w:rPr>
        <w:t xml:space="preserve">[1:43:54] </w:t>
      </w:r>
      <w:r>
        <w:t>koi freedom nahi mila hua un ko lekin insaan ko freedom hoga bas itna hi matlab hai is ka is ka yeh nahi ke khuda ka khalifa hai woh yeh bilkul imam ibn taimiya ne is ko kufar ko fatwa diya hai ab fatwa hum padh lijiye un ka jo fatwa ke kai jildien hain</w:t>
      </w:r>
    </w:p>
    <w:p>
      <w:pPr>
        <w:jc w:val="right"/>
      </w:pPr>
      <w:r>
        <w:t>کوئی فریڈم نہیں ملا ہوا ان کو لیکن انسان کو فریڈم ہوگا بس اتنا ہی مطلب ہے اس کا اس کا یہ نہیں کہ خدا کا خلیفہ ہے وہ یہ بالکل امام ابن تیمیہ نے اس کو کفر کو فتوی دیا ہے اب فتوی ہم پڑھ لیجئے ان کا جو فتوی کے کئی جلدیں ہیں</w:t>
      </w:r>
    </w:p>
    <w:p>
      <w:r>
        <w:rPr>
          <w:b/>
        </w:rPr>
        <w:t xml:space="preserve">[1:44:14] </w:t>
      </w:r>
      <w:r>
        <w:t>maulana newton and all got a lot of recognition because at that point in time modern thought moved from pre scientific to scientific era and lot of laws nature nature laws were discovered like gravitational force or yeh sab ab jo maulana ji aap ne jaise kaha tha apne lecture mein abhi that abhi kya hai ke log zyada tar jo modern minds hain woh lage hue hain in terms of getting more things for entertainment and all abhi aap ke lek</w:t>
      </w:r>
    </w:p>
    <w:p>
      <w:pPr>
        <w:jc w:val="right"/>
      </w:pPr>
      <w:r>
        <w:t>مولانا نیوٹن اینڈ ال گاٹ ا لاٹ اف ریکگنیشن بیکاز ایٹ دیٹ پوائنٹ ان ٹائم ماڈرن تھاٹ مووڈ فرام پری سائنٹیفک ٹو سائنٹیفک ایرا اینڈ لاٹ اف لاز نیچر نیچر لاز وار ڈسکورڈ لائک گریویٹیشنل فورس اور یہ سب اب جو مولانا جی آپ نے جیسے کہا تھا اپنے لیکچر میں ابھی دیٹ ابھی کیا ہے کہ لوگ زیادہ تر جو ماڈرن مائنڈز ہیں وہ لگے ہوئے ہیں ان ٹرمز اف گیٹنگ مور تھنگز فار انٹرٹینمنٹ اینڈ ال ابھی آپ کے لیک</w:t>
      </w:r>
    </w:p>
    <w:p>
      <w:r>
        <w:rPr>
          <w:b/>
        </w:rPr>
        <w:t xml:space="preserve">[1:44:41] </w:t>
      </w:r>
      <w:r>
        <w:t>ture mein tha maulana toh hum yeh samajh rahe hain ke abhi jo hai na kyunke logon ka jo criteria hai woh badal gaya hai ab materialistic thought society ke andar aa gaya hai aur yahan par jo sare jo scientists hain basically they are more involved in refining what newton and all had already discovered so they don't get that kind of recognition which newton and einstein and all got nahi refining nahi kahenge aap is ko matlab maulana word nahi samajh mein aa raha word sahi nahi hoga ke refine karna its not refining but yeh yeh toh hai ji ke</w:t>
      </w:r>
    </w:p>
    <w:p>
      <w:pPr>
        <w:jc w:val="right"/>
      </w:pPr>
      <w:r>
        <w:t>چر میں تھا مولانا تو ہم یہ سمجھ رہے ہیں کہ ابھی جو ہے نا کیونکہ لوگوں کا جو کرائٹیریا ہے وہ بدل گیا ہے اب مٹیریلسٹک تھاٹ سوسائٹی کے اندر آ گیا ہے اور یہاں پر جو سارے جو سائنٹسٹ ہیں بیسکلی دے آر مور انوالوڈ ان ریفائننگ واٹ نیوٹن اینڈ ال ہیڈ الریڈی ڈسکورڈ سو دے ڈونٹ گیٹ دیٹ کائنڈ اف ریکگنیشن وچ نیوٹن اینڈ آئنسٹائن اینڈ ال گاٹ نہیں ریفائننگ نہیں کہیں گے آپ اس کو مطلب مولانا ورڈ نہیں سمجھ میں آ رہا ورڈ صحیح نہیں ہوگا کہ ریفائن کرنا اٹس ناٹ ریفائننگ بٹ یہ یہ تو ہے جی کہ</w:t>
      </w:r>
    </w:p>
    <w:p>
      <w:r>
        <w:rPr>
          <w:b/>
        </w:rPr>
        <w:t xml:space="preserve">[1:45:09] </w:t>
      </w:r>
      <w:r>
        <w:t>base sare discover ho gaye the na maulana us time pe jab move kiya hai what nahi dekhein abhi jo baatein discover hui thi woh less than one percent hai aik book chhapi hai aap padh lijiye us ko london se encyclopedia of ignorance moti si kitab hai encyclopedia of ignorance</w:t>
      </w:r>
    </w:p>
    <w:p>
      <w:pPr>
        <w:jc w:val="right"/>
      </w:pPr>
      <w:r>
        <w:t>بیس سارے ڈسکور ہو گئے تھے نا مولانا اس ٹائم پہ جب موو کیا ہے واٹ نہیں دیکھیں ابھی جو باتیں ڈسکور ہوئی تھیں وہ لیس دین ون پرسنٹ ہے ایک بک چھپی ہے آپ پڑھ لیجئے اس کو لندن سے انسائیکلوپیڈیا اف اگنورنس موٹی سی کتاب ہے انسائیکلوپیڈیا اف اگنورنس</w:t>
      </w:r>
    </w:p>
    <w:p>
      <w:r>
        <w:rPr>
          <w:b/>
        </w:rPr>
        <w:t xml:space="preserve">[1:45:36] </w:t>
      </w:r>
      <w:r>
        <w:t>is mein bataya hai ke aadmi jo janta hai woh kisi kisi scientist ne kaha ke we are knowing less we are knowing more and more about less and less we are yani discoveries ke bare mein jo ho rahi hain hamari we are knowing more and more about less and less toh sara universe of fact abhi undiscovered pada hua hai aur aap khilona bana rahe hain aap qadeem goods bana rahe hain toh yahi baat under utilize kar rahe hain aap apne mind ko</w:t>
      </w:r>
    </w:p>
    <w:p>
      <w:pPr>
        <w:jc w:val="right"/>
      </w:pPr>
      <w:r>
        <w:t>اس میں بتایا ہے کہ آدمی جو جانتا ہے وہ کسی کسی سائنٹسٹ نے کہا کہ وی آر نوئنگ لیس وی آر نوئنگ مور اینڈ مور اباؤٹ لیس اینڈ لیس وی آر یعنی ڈسکوریز کے بارے میں جو ہو رہی ہیں ہماری وی آر نوئنگ مور اینڈ مور اباؤٹ لیس اینڈ لیس تو سارا یونیورس اف فیکٹ ابھی ان ڈسکارڈ پڑا ہوا ہے اور آپ کھلونا بنا رہے ہیں آپ قدیم گڈز بنا رہے ہیں تو یہی بات انڈر یوٹیلائز کر رہے ہیں آپ اپنے مائنڈ کو</w:t>
      </w:r>
    </w:p>
    <w:p>
      <w:r>
        <w:rPr>
          <w:b/>
        </w:rPr>
        <w:t xml:space="preserve">[1:46:04] </w:t>
      </w:r>
      <w:r>
        <w:t>aise kaun deny kar sakta hai is ko misaal ke taur par mein batata hoon aik aik aik aik specific example ke newton ne yeh discover kiya ke zameen mein gravity hai gravity hai</w:t>
      </w:r>
    </w:p>
    <w:p>
      <w:pPr>
        <w:jc w:val="right"/>
      </w:pPr>
      <w:r>
        <w:t>ایسے کون ڈینائی کر سکتا ہے اس کو مثال کے طور پر میں بتاتا ہوں ایک ایک ایک ایک سپیسیفک ایگزامپل کہ نیوٹن نے یہ ڈسکور کیا کہ زمین میں گریوٹی ہے گریوٹی ہے</w:t>
      </w:r>
    </w:p>
    <w:p>
      <w:r>
        <w:rPr>
          <w:b/>
        </w:rPr>
        <w:t xml:space="preserve">[1:46:19] </w:t>
      </w:r>
      <w:r>
        <w:t>abhi aik cheez undiscovered padi hui hai ke kyun aisa hai ke yeh jo tree hote hain ped aadha hissa gravity ka yani gravity ka woh hota hai subject hota hai aadha hissa is ka ulta jata hai yani aik ped jo zameen par hai us ki jarein andar jati hain matlab gravity kheench rahi hai us ko toh khud ped upar kyun ja raha hai why this contradiction aik phenomena hai</w:t>
      </w:r>
    </w:p>
    <w:p>
      <w:pPr>
        <w:jc w:val="right"/>
      </w:pPr>
      <w:r>
        <w:t>ابھی ایک چیز ان ڈسکارڈ پڑی ہوئی ہے کہ کیوں ایسا ہے کہ یہ جو ٹری ہوتے ہیں پیڑ ادھا حصہ گریوٹی کا یعنی گریوٹی کا وہ ہوتا ہے سبجیکٹ ہوتا ہے ادھا حصہ اس کا الٹا جاتا ہے یعنی ایک پیڑ جو زمین پر ہے اس کی جڑیں اندر جاتی ہیں مطلب گریوٹی کھینچ رہی ہے اس کو تو خود پیڑ اوپر کیوں جا رہا ہے وائی دس کنٹراڈکشن ایک فیناومینا ہے</w:t>
      </w:r>
    </w:p>
    <w:p>
      <w:r>
        <w:rPr>
          <w:b/>
        </w:rPr>
        <w:t xml:space="preserve">[1:46:46] </w:t>
      </w:r>
      <w:r>
        <w:t>aaj tak scientist ke jawab nahi de sake kuch bata nahi sake aap toh undiscovered item abhi billion billion billion billion se bhi zyada hai toh kaise aap ko acha lagta hai ke aap khilone mein khelen ab chocolate bana bana kar bechein logon ko mein samajhta hoon ke yeh apne ko animal banana hai maulana prayer kya hai prayer dekhein english mein toh aik hi lafz</w:t>
      </w:r>
    </w:p>
    <w:p>
      <w:pPr>
        <w:jc w:val="right"/>
      </w:pPr>
      <w:r>
        <w:t>آج تک سائنٹسٹ کے جواب نہیں دے سکے کچھ بتا نہیں سکے آپ تو ان ڈسکارڈ آئٹم ابھی بلین بلین بلین بلین سے بھی زیادہ ہے تو کیسے آپ کو اچھا لگتا ہے کہ آپ کھلونے میں کھیلیں اب چاکلیٹ بنا بنا کر بیچیں لوگوں کو میں سمجھتا ہوں کہ یہ اپنے کو اینیمل بنانا ہے مولانا پریئر کیا ہے پریئر دیکھیں انگلش میں تو ایک ہی لفظ</w:t>
      </w:r>
    </w:p>
    <w:p>
      <w:r>
        <w:rPr>
          <w:b/>
        </w:rPr>
        <w:t xml:space="preserve">[1:47:14] </w:t>
      </w:r>
      <w:r>
        <w:t>hai prayer kyunke arabi mein do alag alfaaz hain ibadat aur dua english mein prayer jo bolte hain aap toh woh difference nahi hota jahan tak mein janta hoon woh prayer dua ko bhi prayer kehte hain ibadat ko bhi prayer kehte hain islam mein dekhein ibadat hai aur dua hai toh ibadat toh hai devotion khuda ke liye apne aap ko surrender kar dena aur is ka aik form bhi hai is tarike se ibadat karna</w:t>
      </w:r>
    </w:p>
    <w:p>
      <w:pPr>
        <w:jc w:val="right"/>
      </w:pPr>
      <w:r>
        <w:t>ہے پریئر کیونکہ عربی میں دو الگ الفاظ ہیں عبادت اور دعا انگلش میں پریئر جو بولتے ہیں آپ تو وہ ڈیفرنس نہیں ہوتا جہاں تک میں جانتا ہوں وہ پریئر دعا کو بھی پریئر کہتے ہیں عبادت کو بھی پریئر کہتے ہیں اسلام میں دیکھیں عبادت ہے اور دعا ہے تو عبادت تو ہے ڈیوشن خدا کے لیے اپنے آپ کو سرینڈر کر دینا اور اس کا ایک فارم بھی ہے اس طریقے سے عبادت کرنا</w:t>
      </w:r>
    </w:p>
    <w:p>
      <w:r>
        <w:rPr>
          <w:b/>
        </w:rPr>
        <w:t xml:space="preserve">[1:47:42] </w:t>
      </w:r>
      <w:r>
        <w:t>basically woh devotion hai woh aur dua toh yeh hai ke aap mange something from god toh aik hai khuda ko parastish karna khuda ki worship karna aur aik hai yani prayer yani dua karna worship aur prayer agar ho aisa yani maloom hai ke prayer jo hai sirf dua ke liye istemal hota hai ya worship ke liye bhi</w:t>
      </w:r>
    </w:p>
    <w:p>
      <w:pPr>
        <w:jc w:val="right"/>
      </w:pPr>
      <w:r>
        <w:t>بیسیکلی وہ ڈیوشن ہے وہ اور دعا تو یہ ہے کہ آپ مانگیں آستک سمتھنگ فرام گاڈ تو ایک ہے خدا کو پرستش کرنا خدا کی ورشپ کرنا اور ایک ہے یعنی پریئر یعنی دعا کرنا ورشپ اور پریئر اگر ہو ایسا یعنی معلوم ہے کہ پریئر جو ہے صرف دعا کے لیے استعمال ہوتا ہے یا ورشپ کے لیے بھی</w:t>
      </w:r>
    </w:p>
    <w:p>
      <w:r>
        <w:rPr>
          <w:b/>
        </w:rPr>
        <w:t xml:space="preserve">[1:48:10] </w:t>
      </w:r>
      <w:r>
        <w:t>agar dua ke liye istemal hota ho prayer toh worship aur prayer jo farq hai wohi hai ibadat aur dua mein aur aadmi ko jab yeh discovery ho jati hai ke there no god but one god jab yeh discovery ho jati hai toh us waqt jo cheez nikalti hai is ke andar se isi ka naam ibadat hai isi ka naam dua hai yeh koi rituals nahi hai</w:t>
      </w:r>
    </w:p>
    <w:p>
      <w:pPr>
        <w:jc w:val="right"/>
      </w:pPr>
      <w:r>
        <w:t>اگر دعا کے لیے استعمال ہوتا ہو پریئر تو ورشپ اور پریئر جو فرق ہے وہی ہے عبادت اور دعا میں اور آدمی کو جب یہ ڈسکوری ہو جاتی ہے کہ دیر نو گاڈ بٹ ون گاڈ جب یہ ڈسکوری ہو جاتی ہے تو اس وقت جو چیز نکلتی ہے اس کے اندر سے اسی کا نام عبادت ہے اسی کا نام دعا ہے یہ کوئی ریچولز نہیں ہے</w:t>
      </w:r>
    </w:p>
    <w:p>
      <w:r>
        <w:rPr>
          <w:b/>
        </w:rPr>
        <w:t xml:space="preserve">[1:48:37] </w:t>
      </w:r>
      <w:r>
        <w:t>yani jab aap jaan lete hain ke khuda ke siwa koi taqat nahi hai khuda hi ne mujhe banaya hai khuda hi control kar raha hai sare sansar ko toh us waqt bilkul is but natural ko aap ke andar se yeh niklta hai ke mein khuda ka surrender kar doon khuda ke age toh woh hai ibadat aur phir aap jab apne ko helpless feel karte hain toh aap ka helplessness jo hai woh dua mein manifest karta hai aap khuda se mangne lagte hain</w:t>
      </w:r>
    </w:p>
    <w:p>
      <w:pPr>
        <w:jc w:val="right"/>
      </w:pPr>
      <w:r>
        <w:t>یعنی جب آپ جان لیتے ہیں کہ خدا کے سوا کوئی طاقت نہیں ہے خدا ہی نے مجھے بنایا ہے خدا ہی کنٹرول کر رہا ہے سارے سنسار کو تو اس وقت بالکل اس بٹ نیچرل کو آپ کے اندر سے یہ نکلتا ہے کہ میں خدا کا سرینڈر کر دوں خدا کے اگے تو وہ ہے عبادت اور پھر آپ جب اپنے کو ہیلپ لیس فیل کرتے ہیں تو آپ کا ہیلپ لیسنس جو ہے وہ دعا میں مینیفیسٹ کرتا ہے آپ خدا سے مانگنے لگتے ہیں</w:t>
      </w:r>
    </w:p>
    <w:p>
      <w:r>
        <w:rPr>
          <w:b/>
        </w:rPr>
        <w:t xml:space="preserve">[1:49:06] </w:t>
      </w:r>
      <w:r>
        <w:t>toh beginning toh beginning hoti hai discovery se dua jo hai woh dil se ubharne ka naam hai meri samajh se dua is the only medium which brings god from the unseen to the seen haan sahi kaha aap ne bilkul theek hai aur koi medium hi nahi hai theek kaha aap dekho jis tarah se nikalti hai ehsaas hota hai us time bhi khuda hamare samne hai theek keh rahe hain aap what what has done do not believe in one god jaise</w:t>
      </w:r>
    </w:p>
    <w:p>
      <w:pPr>
        <w:jc w:val="right"/>
      </w:pPr>
      <w:r>
        <w:t>تو بگننگ تو بگننگ ہوتی ہے ڈسکوری سے دعا جو ہے وہ دل سے ابھرنے کا نام ہے میری سمجھ سے دعا از دا اونلی میڈیم وچ برنگز گاڈ فرام دی ان سین ٹو دا سین ہاں صحیح کہا آپ نے بالکل ٹھیک ہے اور کوئی میڈیم ہی نہیں ہے ٹھیک کہا آپ دیکھو جس طرح سے نکلتی ہے احساس ہوتا ہے اس ٹائم بھی خدا ہمارے سامنے ہے ٹھیک کہہ رہے ہیں آپ واٹ واٹ ہیز ڈن ڈو ناٹ بیلیو ان ون گاڈ جیسے</w:t>
      </w:r>
    </w:p>
    <w:p>
      <w:r>
        <w:rPr>
          <w:b/>
        </w:rPr>
        <w:t xml:space="preserve">[1:49:34] </w:t>
      </w:r>
      <w:r>
        <w:t>toh un ki bhi helplessness toh hoti hai who don't believe in one god woh helplessness ke us mein mangte hain chahe woh kisi aur se mangen toh un ka kya hota hai nahi aisa hota hai ke woh andar toh khuda ka sab sab ke andar hai khuda concept interwoven hai aadmi ke andar jo khuda ko nahi manta us</w:t>
      </w:r>
    </w:p>
    <w:p>
      <w:pPr>
        <w:jc w:val="right"/>
      </w:pPr>
      <w:r>
        <w:t>تو ان کی بھی ہیلپ لیسنس تو ہوتی ہے ہو ڈونٹ بیلیو ان ون گاڈ وہ ہیلپ لیسنس کے اس میں مانگتے ہیں چاہے وہ کسی اور سے مانگیں تو ان کا کیا ہوتا ہے نہیں ایسا ہوتا ہے کہ وہ اندر تو خدا کا سب سب کے اندر ہے خدا کانسیپٹ انٹروربن ہے ادمی کے اندر جو خدا کو نہیں مانتا اس</w:t>
      </w:r>
    </w:p>
    <w:p>
      <w:r>
        <w:rPr>
          <w:b/>
        </w:rPr>
        <w:t xml:space="preserve">[1:49:54] </w:t>
      </w:r>
      <w:r>
        <w:t>ke andar bhi hai mein aap ko qissa bataya tha ke chicken war ke zamane mein jab hitler jo hai bahut dhoom macha raha tha toh russia aur britain aur is mein america teeno ka yalta mein conference hui thi toh aik draft banaya gaya tha ke ke kaise hitler ke challenge ka kaise muqabla kiya jaye toh woh draft jo hai diya gaya padhne ke liye stalin ko</w:t>
      </w:r>
    </w:p>
    <w:p>
      <w:pPr>
        <w:jc w:val="right"/>
      </w:pPr>
      <w:r>
        <w:t>کے اندر بھی ہے میں اپ کو قصہ بتایا تھا کہ چکن و الوار کے زمانے میں جب ہٹلر جو ہے بہت دھوم مچا رہا تھا تو رشیا اور برٹن اور اس میں امریکہ تینوں کا یالٹا میں کانفرنس ہوئی تھی تو ایک ڈرا بنایا گیا تھا کہ کہ کیسے ہٹلر کے چیلنج کا کیسے مقابلہ کیا جائے تو وہ ڈرا جو ہے دیا گیا پڑھنے کے لیے اسٹیلن کو</w:t>
      </w:r>
    </w:p>
    <w:p>
      <w:r>
        <w:rPr>
          <w:b/>
        </w:rPr>
        <w:t xml:space="preserve">[1:50:22] </w:t>
      </w:r>
      <w:r>
        <w:t>toh us ki report maine padhi thi ke jab woh us ne padha us ne toh us mein gum ho gaya bilkul us ki zuban se nikla may god prosper this undertaking ab dekho stalin toh pak atheist aadmi tha lekin itna us ko impress hua itni achi woh document tha woh ke may god prosper this undertaking toh khuda kahan pada woh</w:t>
      </w:r>
    </w:p>
    <w:p>
      <w:pPr>
        <w:jc w:val="right"/>
      </w:pPr>
      <w:r>
        <w:t>تو اس کی رپورٹ میں نے پڑھی تھی کہ جب وہ اس نے پڑھا اس نے تو اس میں گم ہو گیا بالکل اس کی زبان سے نکلا می گاڈ پروسپر دس انڈرٹیکنگ اب دیکھیں اسٹیلن تو پکا اتھیسٹ ادمی تھا لیکن اتنا اس کو امپریس ہوا اتنی اچھی وہ ڈاکومنٹ تھا وہ کہ می گاڈ پروسپر دس انڈرٹیکنگ تو خدا کہاں پڑا وہ</w:t>
      </w:r>
    </w:p>
    <w:p>
      <w:r>
        <w:rPr>
          <w:b/>
        </w:rPr>
        <w:t xml:space="preserve">[1:50:47] </w:t>
      </w:r>
      <w:r>
        <w:t>to mante sab hain andar se</w:t>
      </w:r>
    </w:p>
    <w:p>
      <w:pPr>
        <w:jc w:val="right"/>
      </w:pPr>
      <w:r>
        <w:t>تو مانتے سب ہیں اندر سے</w:t>
      </w:r>
    </w:p>
    <w:p>
      <w:r>
        <w:rPr>
          <w:b/>
        </w:rPr>
        <w:t xml:space="preserve">[1:50:49] </w:t>
      </w:r>
      <w:r>
        <w:t>unconsciously lekin mind mein jab aap man'ne lage to aap ban jaate hain yaani woh believer</w:t>
      </w:r>
    </w:p>
    <w:p>
      <w:pPr>
        <w:jc w:val="right"/>
      </w:pPr>
      <w:r>
        <w:t>انکانسشیسلی لیکن مائنڈ میں جب اپ ماننے لگے تو اپ بن جاتے ہیں یعنی وہ بیلیور</w:t>
      </w:r>
    </w:p>
    <w:p>
      <w:r>
        <w:rPr>
          <w:b/>
        </w:rPr>
        <w:t xml:space="preserve">[1:50:59] </w:t>
      </w:r>
      <w:r>
        <w:t>islam mein hara rang ko hi sab se zyada pak kyon mana jata hai mana hi nahin jata</w:t>
      </w:r>
    </w:p>
    <w:p>
      <w:pPr>
        <w:jc w:val="right"/>
      </w:pPr>
      <w:r>
        <w:t>اسلام میں ہرے رنگ کو ہی سب سے زیادہ پاک کیوں مانا جاتا ہے مانا ہی نہیں جاتا</w:t>
      </w:r>
    </w:p>
    <w:p>
      <w:r>
        <w:rPr>
          <w:b/>
        </w:rPr>
        <w:t xml:space="preserve">[1:51:06] </w:t>
      </w:r>
      <w:r>
        <w:t>mana hi nahin jata yeh to koi logon ne nikal liya hai hara rang aur kuch nahin islam</w:t>
      </w:r>
    </w:p>
    <w:p>
      <w:pPr>
        <w:jc w:val="right"/>
      </w:pPr>
      <w:r>
        <w:t>مانا ہی نہیں جاتا یہ تو کوئی لوگوں نے نکال لیا ہے ہرا رنگ اور کچھ نہیں اسلام</w:t>
      </w:r>
    </w:p>
    <w:p>
      <w:r>
        <w:rPr>
          <w:b/>
        </w:rPr>
        <w:t xml:space="preserve">[1:51:11] </w:t>
      </w:r>
      <w:r>
        <w:t>mein koi color nahin hai</w:t>
      </w:r>
    </w:p>
    <w:p>
      <w:pPr>
        <w:jc w:val="right"/>
      </w:pPr>
      <w:r>
        <w:t>میں کوئی کلر نہیں ہے</w:t>
      </w:r>
    </w:p>
    <w:p>
      <w:r>
        <w:rPr>
          <w:b/>
        </w:rPr>
        <w:t xml:space="preserve">[1:51:13] </w:t>
      </w:r>
      <w:r>
        <w:t>koi color nahin hai yeh hara rang dekhte hain aap ne idhar udhar</w:t>
      </w:r>
    </w:p>
    <w:p>
      <w:pPr>
        <w:jc w:val="right"/>
      </w:pPr>
      <w:r>
        <w:t>کوئی کلر نہیں ہے یہ ہرا رنگ دیکھتے ہیں اپ نے ادھر ادھر</w:t>
      </w:r>
    </w:p>
    <w:p>
      <w:r>
        <w:rPr>
          <w:b/>
        </w:rPr>
        <w:t xml:space="preserve">[1:51:17] </w:t>
      </w:r>
      <w:r>
        <w:t>hai yeh banawat hi hai islam mein nahin hai wo wo islam mein nahin hai wo islam mein bhi india mein yeh india mein hai yeh arab world mein kahin nahin hai yeh sab asal mein aisa hai dekhen batata hoon aap ko is ki origin jis zamane mein turkish empire thi jis ko ottoman empire kaha jata hai to wo wo turki se arab tak phaili hui thi</w:t>
      </w:r>
    </w:p>
    <w:p>
      <w:pPr>
        <w:jc w:val="right"/>
      </w:pPr>
      <w:r>
        <w:t>ہے یہ بناوٹ ہی ہے اسلام میں نہیں ہے وہ وہ اسلام میں نہیں ہے وہ اسلام میں بھی انڈیا میں یہ انڈیا میں ہے یہ عرب ورلڈ میں کہیں نہیں ہے یہ سب اصل میں ایسا ہے دیکھیں بتاتا ہوں اپ کو اس کی اوریجن جس زمانے میں ترکش ایمپائر تھی جس کو اٹمان ایمپائر کہا جاتا ہے تو وہ وہ ترکی سے عرب تک پھیلی ہوئی تھی</w:t>
      </w:r>
    </w:p>
    <w:p>
      <w:r>
        <w:rPr>
          <w:b/>
        </w:rPr>
        <w:t xml:space="preserve">[1:51:44] </w:t>
      </w:r>
      <w:r>
        <w:t>to in logon ne wo us ko rebuild kiya rasool Allah ke us ko rasool Allah ka jahan par wo hai aap qabar wo masjid mein hai yani jis ko hum kehte hain masjid nabvi to us mein wahan par aap ke wo hai tomb kehte hain</w:t>
      </w:r>
    </w:p>
    <w:p>
      <w:pPr>
        <w:jc w:val="right"/>
      </w:pPr>
      <w:r>
        <w:t>تو ان لوگوں نے وہ اس کو ری بلڈ کیا رسول اللہ کے اس کو رسول اللہ کا جہاں پر وہ ہے اپ قبر وہ مسجد میں ہے یعنی جس کو ہم کہتے ہیں مسجد نبوی تو اس میں وہاں پر اپ کے وہ ہے ٹوم کہتے ہیں</w:t>
      </w:r>
    </w:p>
    <w:p>
      <w:r>
        <w:rPr>
          <w:b/>
        </w:rPr>
        <w:t xml:space="preserve">[1:52:03] </w:t>
      </w:r>
      <w:r>
        <w:t>us ko tomb to turkon ne banaya pehli bar pehle ooncha nahin tha wo to us ko sabz rang diya unhon ne sabz sabz gumbad kaha jata hai wo to agar aap madina jayen to aap dekhen ke jo jo tomb bana hua hai rasool Allah ka qabar to wo upar jo hai hara rang rangay hue hain yeh turkon ne hara lagaya tha is mein tab bhi yani hara rang ko islam ka rang nahin mana jata tha</w:t>
      </w:r>
    </w:p>
    <w:p>
      <w:pPr>
        <w:jc w:val="right"/>
      </w:pPr>
      <w:r>
        <w:t>اس کو ٹوم تو ترکوں نے بنایا پہلی بار پہلے اونچا نہیں تھا وہ تو اس کو سبز رنگ دیا انہوں نے سبز سبز گنبد کہا جاتا ہے وہ تو اگر اپ مدینہ جائیں تو اپ دیکھیں کہ جو جو ٹوم بنا ہوا ہے رسول اللہ کا قبر تو وہ اوپر جو ہے ہرا رنگ رنگے ہوئے ہیں یہ ترکوں نے ہرا لگایا تھا اس میں تب بھی یعنی ہرے رنگ کو اسلام کا رنگ نہیں مانا جاتا تھا</w:t>
      </w:r>
    </w:p>
    <w:p>
      <w:r>
        <w:rPr>
          <w:b/>
        </w:rPr>
        <w:t xml:space="preserve">[1:52:32] </w:t>
      </w:r>
      <w:r>
        <w:t>baad ko dhire dhire dhire hara rang islam ka rang ban gaya haan itni si baat thi sirf ke unhon ne apne test ke mutabiq koi test hoga un ka us ko us ko green rang rakh diya wo Maulana the earlier question that was put to you ah us ko thoda elaborate aur kar dijiye the question was of one has to be a great thinker he has to free himself from social and personal obligations us pe thoda aur elaboration chahiye</w:t>
      </w:r>
    </w:p>
    <w:p>
      <w:pPr>
        <w:jc w:val="right"/>
      </w:pPr>
      <w:r>
        <w:t>بعد کو دھیرے دھیرے دھیرے ہرا رنگ اسلام کا رنگ بن گیا ہاں اتنی سی بات تھی صرف کہ انہوں نے اپنے ٹیسٹ کے مطابق کوئی ٹیسٹ ہوگا ان کا اس کو اس کو گرین رنگ رکھ دیا وہ مولانا دی ارلیئر کوئسچن دیٹ واز پٹ ٹو یو اہ اس کو تھوڑا ایلیبریٹ اور کر دیجئے دی کوئسچن واز اف ون ہیز ٹو بی ا گریٹ تھنکر ہی ہیز ٹو فری ہم سیلف فرام سوشل اینڈ پرسنل ابلیگیشنز اس پہ تھوڑا اور ایلیبریشن چاہیے</w:t>
      </w:r>
    </w:p>
    <w:p>
      <w:r>
        <w:rPr>
          <w:b/>
        </w:rPr>
        <w:t xml:space="preserve">[1:53:01] </w:t>
      </w:r>
      <w:r>
        <w:t>aap ka bhai dekhen</w:t>
      </w:r>
    </w:p>
    <w:p>
      <w:pPr>
        <w:jc w:val="right"/>
      </w:pPr>
      <w:r>
        <w:t>اپ کا بھائی دیکھیں</w:t>
      </w:r>
    </w:p>
    <w:p>
      <w:r>
        <w:rPr>
          <w:b/>
        </w:rPr>
        <w:t xml:space="preserve">[1:53:05] </w:t>
      </w:r>
      <w:r>
        <w:t>yeh great thinker koi chance to banta nahin pehli baat yahi hai ke main chahoon ke main great thinker ban jaon yeh main us ko stepped baat samajhta hoon yeh sab yeh sab koi baat nahin hai koshish karte karte karte koi great thinker ban jata hai yeh baat yun hoti hai hamesha</w:t>
      </w:r>
    </w:p>
    <w:p>
      <w:pPr>
        <w:jc w:val="right"/>
      </w:pPr>
      <w:r>
        <w:t>یہ گریٹ تھنکر کوئی چانس تو بنتا نہیں پہلی بات یہی ہے کہ میں چاہوں کہ میں گریٹ تھنکر بن جاؤں یہ میں اس کو سٹیپڈ بات سمجھتا ہوں یہ سب یہ سب کوئی بات نہیں ہے کوشش کرتے کرتے کرتے کوئی گریٹ تھنکر بن جاتا ہے یہ بات یوں ہوتی ہے ہمیشہ</w:t>
      </w:r>
    </w:p>
    <w:p>
      <w:r>
        <w:rPr>
          <w:b/>
        </w:rPr>
        <w:t xml:space="preserve">[1:53:24] </w:t>
      </w:r>
      <w:r>
        <w:t>to is ka yani wohi aadmi ban pata hai main yeh kahoon ga great thinker wo ban pata hai jo har doosri cheez ko secondary bana sake social obligation to mere nazdeek bilkul ek irrelevant hai us is sense mein kuch na had tak apna khana peena wo us ko bhool jata hai wo socha obligation to bohat bari baat hai great thinker banne ki price yeh hai ke har doosri cheez ko secondary bana sake aap yeh</w:t>
      </w:r>
    </w:p>
    <w:p>
      <w:pPr>
        <w:jc w:val="right"/>
      </w:pPr>
      <w:r>
        <w:t>تو اس کا یعنی وہی ادمی بن پاتا ہے میں یہ کہوں گا گریٹ تھنکر وہ بن پاتا ہے جو ہر دوسری چیز کو سیکنڈری بنا سکے سوشل ابلیگیشن تو میرے نزدیک بالکل ایک ایریلیونٹ ہے اس اس سینس میں کچھ نہ حد تک اپنا کھانا پینا وہ اس کو بھول جاتا ہے وہ سوچا ابلیگیشن تو بہت بڑی بات ہے گریٹ تھنکر بننے کی پرائس یہ ہے کہ ہر دوسری چیز کو سیکنڈری بنا سکے اپ یہ</w:t>
      </w:r>
    </w:p>
    <w:p>
      <w:r>
        <w:rPr>
          <w:b/>
        </w:rPr>
        <w:t xml:space="preserve">[1:53:50] </w:t>
      </w:r>
      <w:r>
        <w:t>haan tak ke apni kapra apna khana apna bistar sab secondary ban jaye aap ki itna zyada devote karen aap ko itna concentration aap ko ho jaye tab aisa hota hai jaise newton jo tha us ki bohat hi dilchasp interesting example hai yeh ke newton jo hai apne ko devote devote kiya hua tha poori tarah scientific study mein to us ne us ka wo rabbit pari hui thi khargosh ek chota tha ek bara tha</w:t>
      </w:r>
    </w:p>
    <w:p>
      <w:pPr>
        <w:jc w:val="right"/>
      </w:pPr>
      <w:r>
        <w:t>اں تک کہ اپنی کپڑا اپنا کھانا اپنا بستر سب سیکنڈری بن جائے اپ کی اتنا زیادہ ڈیووٹ کریں اپ کو اتنا کنسنٹریشن اپ کو ہو جائے تب ایسا ہوتا ہے جیسے نیوٹن جو تھا اس کی بہت ہی دلچسپ انٹرسٹنگ ایگزامپل ہے یہ کہ نیوٹن جو ہے اپنے کو ڈیووٹ ڈیووٹ کیا ہوا تھا پوری طرح سائنٹیفک اسٹڈی میں تو اس نے اس کا وہ ریبٹ پڑی ہوئی تھی خرگوش ایک چھوٹا تھا ایک بڑا تھا</w:t>
      </w:r>
    </w:p>
    <w:p>
      <w:r>
        <w:rPr>
          <w:b/>
        </w:rPr>
        <w:t xml:space="preserve">[1:54:19] </w:t>
      </w:r>
      <w:r>
        <w:t>to is ne bulaya carpenter ko ke bhai ek bana do ek ek woh keej is mein do</w:t>
      </w:r>
    </w:p>
    <w:p>
      <w:pPr>
        <w:jc w:val="right"/>
      </w:pPr>
      <w:r>
        <w:t>تو اس نے بلایا کارپینٹر کو کہ بھئی ایک بنا دو ایک ایک وہ کیج اس میں دو</w:t>
      </w:r>
    </w:p>
    <w:p>
      <w:r>
        <w:rPr>
          <w:b/>
        </w:rPr>
        <w:t xml:space="preserve">[1:54:26] </w:t>
      </w:r>
      <w:r>
        <w:t>hole banana ek chhota ek bada to is ne poocha ke woh yeh ek hi bana de do</w:t>
      </w:r>
    </w:p>
    <w:p>
      <w:pPr>
        <w:jc w:val="right"/>
      </w:pPr>
      <w:r>
        <w:t>ہول بنانا ایک چھوٹا ایک بڑا تو اس نے پوچھا کہ وہ یہ ایک ہی بنا دے دو</w:t>
      </w:r>
    </w:p>
    <w:p>
      <w:r>
        <w:rPr>
          <w:b/>
        </w:rPr>
        <w:t xml:space="preserve">[1:54:31] </w:t>
      </w:r>
      <w:r>
        <w:t>do kis liye kya yeh ek chhote khargosh ke liye ek bade ke liye to unhon ne kaha</w:t>
      </w:r>
    </w:p>
    <w:p>
      <w:pPr>
        <w:jc w:val="right"/>
      </w:pPr>
      <w:r>
        <w:t>دو کس لیے کیا یہ ایک چھوٹے خرگوش کے لیے ایک بڑے کے لیے تو انہوں نے کہا</w:t>
      </w:r>
    </w:p>
    <w:p>
      <w:r>
        <w:rPr>
          <w:b/>
        </w:rPr>
        <w:t xml:space="preserve">[1:54:37] </w:t>
      </w:r>
      <w:r>
        <w:t>sarkar woh ek ek rahega use dono dono chale jayenge matlab ek bada rahega use</w:t>
      </w:r>
    </w:p>
    <w:p>
      <w:pPr>
        <w:jc w:val="right"/>
      </w:pPr>
      <w:r>
        <w:t>سرکار وہ ایک ایک رہے گا اسے دونوں دونوں چلے جائیں گے مطلب ایک بڑا رہے گا اسے</w:t>
      </w:r>
    </w:p>
    <w:p>
      <w:r>
        <w:rPr>
          <w:b/>
        </w:rPr>
        <w:t xml:space="preserve">[1:54:41] </w:t>
      </w:r>
      <w:r>
        <w:t>dono chale jayenge to newton nahin soch pane newton is ko soch nahin paya ke ek hole</w:t>
      </w:r>
    </w:p>
    <w:p>
      <w:pPr>
        <w:jc w:val="right"/>
      </w:pPr>
      <w:r>
        <w:t>دونوں چلے جائیں گے تو نیوٹن نہیں سوچ پانے نیوٹن اس کو سوچ نہیں پایا کہ ایک ہول</w:t>
      </w:r>
    </w:p>
    <w:p>
      <w:r>
        <w:rPr>
          <w:b/>
        </w:rPr>
        <w:t xml:space="preserve">[1:54:47] </w:t>
      </w:r>
      <w:r>
        <w:t>dono ke liye kafi hai</w:t>
      </w:r>
    </w:p>
    <w:p>
      <w:pPr>
        <w:jc w:val="right"/>
      </w:pPr>
      <w:r>
        <w:t>دونوں کے لیے کافی ہے</w:t>
      </w:r>
    </w:p>
    <w:p>
      <w:r>
        <w:rPr>
          <w:b/>
        </w:rPr>
        <w:t xml:space="preserve">[1:54:49] </w:t>
      </w:r>
      <w:r>
        <w:t>yeh devotion ki wajah se aisa hua yani wo solar system ko soch pata tha aur jo ghar mein dor rahe the rabbit us ko nahin samajh pata tha wo to great thinker wo banta hai jo hundred percent apne ko devote kar sake us ka dedication bohat hi barh jaye concentration itna barh jaye itna barh jaye ke suraj dikhai de aur rabbit na dikhai de us ko</w:t>
      </w:r>
    </w:p>
    <w:p>
      <w:pPr>
        <w:jc w:val="right"/>
      </w:pPr>
      <w:r>
        <w:t>یہ ڈیوشن کی وجہ سے ایسا ہوا یعنی وہ سولر سسٹم کو سوچ پاتا تھا اور جو گھر میں دوڑ رہے تھے ریبٹ اس کو نہیں سمجھ پاتا تھا وہ تو گریٹ تھنکر وہ بنتا ہے جو ہنڈرڈ پرسنٹ اپنے کو ڈیووٹ کر سکے اس کا ڈیڈیکیشن بہت ہی بڑھ جائے کنسنٹریشن اتنا بڑھ جائے اتنا بڑھ جائے کہ سورج دکھائی دے اور ریبٹ نہ دکھائی دے اس کو</w:t>
      </w:r>
    </w:p>
    <w:p>
      <w:r>
        <w:rPr>
          <w:b/>
        </w:rPr>
        <w:t xml:space="preserve">[1:55:16] </w:t>
      </w:r>
      <w:r>
        <w:t>yeh ek hi ek hi condition hai aur yeh social obligation to kuch bhi nahin hai yeh to kuch bhi nothing mere nazdeek hai.</w:t>
      </w:r>
    </w:p>
    <w:p>
      <w:pPr>
        <w:jc w:val="right"/>
      </w:pPr>
      <w:r>
        <w:t>یہ ایک ہی ایک ہی کنڈیشن ہے اور یہ سوشل ابلیگیشن تو کچھ بھی نہیں ہے یہ تو کچھ بھی نتھنگ میرے نزدیک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