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The Spiritual Tree August 8, 2010</w:t>
      </w:r>
    </w:p>
    <w:p>
      <w:r>
        <w:t>https://youtu.be/H6e9NOrqgHI</w:t>
      </w:r>
    </w:p>
    <w:p>
      <w:r>
        <w:rPr>
          <w:b/>
        </w:rPr>
        <w:t xml:space="preserve">[00:14] </w:t>
      </w:r>
      <w:r>
        <w:t>bismillah rahman rahim, wa sali Allahu ala nabi al karim. rab ishrah li sadri, wa yassir li amri, wa hallaqdatan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[00:37] </w:t>
      </w:r>
      <w:r>
        <w:t>aaj ki talk ka unwan hai "from the spiritual tree".</w:t>
      </w:r>
    </w:p>
    <w:p>
      <w:pPr>
        <w:jc w:val="right"/>
      </w:pPr>
      <w:r>
        <w:t>آج کی ٹاک کا عنوان ہے "فرام دا اسپیچول ٹری"۔</w:t>
      </w:r>
    </w:p>
    <w:p>
      <w:r>
        <w:rPr>
          <w:b/>
        </w:rPr>
        <w:t xml:space="preserve">[00:51] </w:t>
      </w:r>
      <w:r>
        <w:t>jaisa ke aap jante hain, hamare ghar ke samne ek darakht hai jis ko main spiritual tree kaha karta hoon.</w:t>
      </w:r>
    </w:p>
    <w:p>
      <w:pPr>
        <w:jc w:val="right"/>
      </w:pPr>
      <w:r>
        <w:t>جیسا کہ آپ جانتے ہیں، ہمارے گھر کے سامنے ایک درخت ہے جس کو میں اسپیچول ٹری کہا کرتا ہوں۔</w:t>
      </w:r>
    </w:p>
    <w:p>
      <w:r>
        <w:rPr>
          <w:b/>
        </w:rPr>
        <w:t xml:space="preserve">[01:03] </w:t>
      </w:r>
      <w:r>
        <w:t>to abhi garmi ke darmiyan mein aisa hua ke wo patiyan jhad gayeen, shakhain sookh gayeen, aur thand jaisa lagta tha, thand.</w:t>
      </w:r>
    </w:p>
    <w:p>
      <w:pPr>
        <w:jc w:val="right"/>
      </w:pPr>
      <w:r>
        <w:t>تو ابھی گرمی کے دوران میں ایسا ہوا کہ وہ پتیاں جھڑ گئیں، شاخیں سوکھ گئیں، اور ٹھنڈ جیسا لگتا تھا، ٹھنڈ۔</w:t>
      </w:r>
    </w:p>
    <w:p>
      <w:r>
        <w:rPr>
          <w:b/>
        </w:rPr>
        <w:t xml:space="preserve">[01:17] </w:t>
      </w:r>
      <w:r>
        <w:t>to wo quran majeed mein ayat hai ke "ana yuhyi hadhi Allahu ba'da mawtih". surah baqarah mein.</w:t>
      </w:r>
    </w:p>
    <w:p>
      <w:pPr>
        <w:jc w:val="right"/>
      </w:pPr>
      <w:r>
        <w:t>تو وہ قرآن مجید میں آیت ہے کہ "انا یوحی حاضر اللہ بعد موتہ"۔ سورہ بقرہ میں۔</w:t>
      </w:r>
    </w:p>
    <w:p>
      <w:r>
        <w:rPr>
          <w:b/>
        </w:rPr>
        <w:t xml:space="preserve">[01:28] </w:t>
      </w:r>
      <w:r>
        <w:t>ek sokhi zameen hai, khuda kaise is mein hari bhari fasal ugaye ga?</w:t>
      </w:r>
    </w:p>
    <w:p>
      <w:pPr>
        <w:jc w:val="right"/>
      </w:pPr>
      <w:r>
        <w:t>ایک سوکھی زمین ہے، خدا کیسے اس میں ہری بھری فصل اگائے گا؟</w:t>
      </w:r>
    </w:p>
    <w:p>
      <w:r>
        <w:rPr>
          <w:b/>
        </w:rPr>
        <w:t xml:space="preserve">[01:33] </w:t>
      </w:r>
      <w:r>
        <w:t>aur phir ug aayi. to hamara jo yeh darakht hai, yeh spiritual tree, to abhi jab barish hui to achaanak hara bhara ho gaya.</w:t>
      </w:r>
    </w:p>
    <w:p>
      <w:pPr>
        <w:jc w:val="right"/>
      </w:pPr>
      <w:r>
        <w:t>اور پھر اگ آئی۔ تو ہمارا جو یہ درخت ہے، یہ اسپیچول ٹری، تو ابھی جب بارش ہوئی تو اچانک ہرا بھرا ہو گیا۔</w:t>
      </w:r>
    </w:p>
    <w:p>
      <w:r>
        <w:rPr>
          <w:b/>
        </w:rPr>
        <w:t xml:space="preserve">[01:46] </w:t>
      </w:r>
      <w:r>
        <w:t>ab wohi peed, jis mein sokhi shakhain theen, ab wo aap dekhen to hari hari patiyon se dhaka hua hai.</w:t>
      </w:r>
    </w:p>
    <w:p>
      <w:pPr>
        <w:jc w:val="right"/>
      </w:pPr>
      <w:r>
        <w:t>اب وہی پیڑ، جس میں سوکھی شاخیں تھیں، اب وہ آپ دیکھیں تو ہری ہری پتیوں سے ڈھکا ہوا ہے۔</w:t>
      </w:r>
    </w:p>
    <w:p>
      <w:r>
        <w:rPr>
          <w:b/>
        </w:rPr>
        <w:t xml:space="preserve">[02:01] </w:t>
      </w:r>
      <w:r>
        <w:t>to main is ke neeche baitha hua tha aur soch raha tha isi par.</w:t>
      </w:r>
    </w:p>
    <w:p>
      <w:pPr>
        <w:jc w:val="right"/>
      </w:pPr>
      <w:r>
        <w:t>تو میں اس کے نیچے بیٹھا ہوا تھا اور سوچ رہا تھا اسی پر۔</w:t>
      </w:r>
    </w:p>
    <w:p>
      <w:r>
        <w:rPr>
          <w:b/>
        </w:rPr>
        <w:t xml:space="preserve">[02:11] </w:t>
      </w:r>
      <w:r>
        <w:t>to sochte sochte ek baat samajh mein aayi.</w:t>
      </w:r>
    </w:p>
    <w:p>
      <w:pPr>
        <w:jc w:val="right"/>
      </w:pPr>
      <w:r>
        <w:t>تو سوچتے سوچتے ایک بات سمجھ میں آئی۔</w:t>
      </w:r>
    </w:p>
    <w:p>
      <w:r>
        <w:rPr>
          <w:b/>
        </w:rPr>
        <w:t xml:space="preserve">[02:20] </w:t>
      </w:r>
      <w:r>
        <w:t>wo main samajhta hoon ke wohi spirituality ka gist hai.</w:t>
      </w:r>
    </w:p>
    <w:p>
      <w:pPr>
        <w:jc w:val="right"/>
      </w:pPr>
      <w:r>
        <w:t>وہ میں سمجھتا ہوں کہ وہی اسپیچولٹی کا جسٹ ہے۔</w:t>
      </w:r>
    </w:p>
    <w:p>
      <w:r>
        <w:rPr>
          <w:b/>
        </w:rPr>
        <w:t xml:space="preserve">[02:26] </w:t>
      </w:r>
      <w:r>
        <w:t>yani secret of spirituality yahi hai.</w:t>
      </w:r>
    </w:p>
    <w:p>
      <w:pPr>
        <w:jc w:val="right"/>
      </w:pPr>
      <w:r>
        <w:t>یعنی سیکرٹ آف اسپیچولٹی یہی ہے۔</w:t>
      </w:r>
    </w:p>
    <w:p>
      <w:r>
        <w:rPr>
          <w:b/>
        </w:rPr>
        <w:t xml:space="preserve">[02:33] </w:t>
      </w:r>
      <w:r>
        <w:t>main ne socha ke yeh barish aayi hai jo is ne is ko hara bhara kar diya hai. abhi jo barish hui hai to is ki wajah se wo hara bhara ho gaya hai.</w:t>
      </w:r>
    </w:p>
    <w:p>
      <w:pPr>
        <w:jc w:val="right"/>
      </w:pPr>
      <w:r>
        <w:t>میں نے سوچا کہ یہ بارش آئی ہے جو اس نے اس کو ہرا بھرا کر دیا ہے۔ ابھی جو بارش ہوئی ہے تو اس کی وجہ سے وہ ہرا بھرا ہو گیا ہے۔</w:t>
      </w:r>
    </w:p>
    <w:p>
      <w:r>
        <w:rPr>
          <w:b/>
        </w:rPr>
        <w:t xml:space="preserve">[02:43] </w:t>
      </w:r>
      <w:r>
        <w:t>lekin barish hai kya? what is rain?</w:t>
      </w:r>
    </w:p>
    <w:p>
      <w:pPr>
        <w:jc w:val="right"/>
      </w:pPr>
      <w:r>
        <w:t>لیکن بارش ہے کیا؟ واٹ از رین؟</w:t>
      </w:r>
    </w:p>
    <w:p>
      <w:r>
        <w:rPr>
          <w:b/>
        </w:rPr>
        <w:t xml:space="preserve">[02:51] </w:t>
      </w:r>
      <w:r>
        <w:t>rain jo hai, kya kis cheez ka naam hai?</w:t>
      </w:r>
    </w:p>
    <w:p>
      <w:pPr>
        <w:jc w:val="right"/>
      </w:pPr>
      <w:r>
        <w:t>رین جو ہے، کیا کس چیز کا نام ہے؟</w:t>
      </w:r>
    </w:p>
    <w:p>
      <w:r>
        <w:rPr>
          <w:b/>
        </w:rPr>
        <w:t xml:space="preserve">[02:57] </w:t>
      </w:r>
      <w:r>
        <w:t>samandar se, samandar pani se bhare hue hain. aur sab se zyada jo jo cheez dunya mein hai store ki hui, woh pani hi hai.</w:t>
      </w:r>
    </w:p>
    <w:p>
      <w:pPr>
        <w:jc w:val="right"/>
      </w:pPr>
      <w:r>
        <w:t>سمندر سے، سمندر پانی سے بھرے ہوئے ہیں۔ اور سب سے زیادہ جو جو چیز دنیا میں ہے اسٹور کی ہوئی، وہ پانی ہی ہے۔</w:t>
      </w:r>
    </w:p>
    <w:p>
      <w:r>
        <w:rPr>
          <w:b/>
        </w:rPr>
        <w:t xml:space="preserve">[03:10] </w:t>
      </w:r>
      <w:r>
        <w:t>saare seas aur saare oceans pani se bhare hue hain. lekin woh pani aisa hai ke is mein 10 percent salt, salt hota hai, namak.</w:t>
      </w:r>
    </w:p>
    <w:p>
      <w:pPr>
        <w:jc w:val="right"/>
      </w:pPr>
      <w:r>
        <w:t>سارے سیز اور سارے اوشنز پانی سے بھرے ہوئے ہیں۔ لیکن وہ پانی ایسا ہے کہ اس میں 10 پرسنٹ سالٹ، سالٹ ہوتا ہے، نمک۔</w:t>
      </w:r>
    </w:p>
    <w:p>
      <w:r>
        <w:rPr>
          <w:b/>
        </w:rPr>
        <w:t xml:space="preserve">[03:24] </w:t>
      </w:r>
      <w:r>
        <w:t>wohi pani aap le kar arel dein drakht ke oopar to kabhi bhi hara bhara nahi hoga.</w:t>
      </w:r>
    </w:p>
    <w:p>
      <w:pPr>
        <w:jc w:val="right"/>
      </w:pPr>
      <w:r>
        <w:t>وہی پانی آپ لے کر اڑیل دیں درخت کے اوپر تو کبھی بھی ہرا بھرا نہیں ہوگا۔</w:t>
      </w:r>
    </w:p>
    <w:p>
      <w:r>
        <w:rPr>
          <w:b/>
        </w:rPr>
        <w:t xml:space="preserve">[03:32] </w:t>
      </w:r>
      <w:r>
        <w:t>to is ko kehte hain desalination. yaani is pani mein dekhein, ek hai water content, ek hai salt content.</w:t>
      </w:r>
    </w:p>
    <w:p>
      <w:pPr>
        <w:jc w:val="right"/>
      </w:pPr>
      <w:r>
        <w:t>تو اس کو کہتے ہیں ڈی سیلینیشن۔ یعنی اس پانی میں دیکھیں، ایک ہے واٹر کنٹینٹ، ایک ہے سالٹ کنٹینٹ۔</w:t>
      </w:r>
    </w:p>
    <w:p>
      <w:r>
        <w:rPr>
          <w:b/>
        </w:rPr>
        <w:t xml:space="preserve">[03:45] </w:t>
      </w:r>
      <w:r>
        <w:t>to ek ek ek global process hota hai Allah taala ka ke suraj ki roshni se bhap uthti hai.</w:t>
      </w:r>
    </w:p>
    <w:p>
      <w:pPr>
        <w:jc w:val="right"/>
      </w:pPr>
      <w:r>
        <w:t>تو ایک ایک ایک گلوبل پراسیس ہوتا ہے اللہ تعالیٰ کا کہ سورج کی روشنی سے بھاپ اٹھتی ہے۔</w:t>
      </w:r>
    </w:p>
    <w:p>
      <w:r>
        <w:rPr>
          <w:b/>
        </w:rPr>
        <w:t xml:space="preserve">[03:56] </w:t>
      </w:r>
      <w:r>
        <w:t>bhap kya hai? bhap jo hai desalinated pani hai.</w:t>
      </w:r>
    </w:p>
    <w:p>
      <w:pPr>
        <w:jc w:val="right"/>
      </w:pPr>
      <w:r>
        <w:t>بھاپ کیا ہے؟ بھاپ جو ہے ڈی سیلینیٹڈ پانی ہے۔</w:t>
      </w:r>
    </w:p>
    <w:p>
      <w:r>
        <w:rPr>
          <w:b/>
        </w:rPr>
        <w:t xml:space="preserve">[04:04] </w:t>
      </w:r>
      <w:r>
        <w:t>yaani pani mein jo salt content hai, woh. to namak ka wazan zyada hota hai, pani ka wazan kam hota hai.</w:t>
      </w:r>
    </w:p>
    <w:p>
      <w:pPr>
        <w:jc w:val="right"/>
      </w:pPr>
      <w:r>
        <w:t>یعنی پانی میں جو سالٹ کنٹینٹ ہے، وہ۔ تو نمک کا وزن زیادہ ہوتا ہے، پانی کا وزن کم ہوتا ہے۔</w:t>
      </w:r>
    </w:p>
    <w:p>
      <w:r>
        <w:rPr>
          <w:b/>
        </w:rPr>
        <w:t xml:space="preserve">[04:15] </w:t>
      </w:r>
      <w:r>
        <w:t>to jab bhap uthti hai to pani oopar aa jata hai, namak neeche reh jata hai kyunke wazni hai woh. yeh hai desalination process.</w:t>
      </w:r>
    </w:p>
    <w:p>
      <w:pPr>
        <w:jc w:val="right"/>
      </w:pPr>
      <w:r>
        <w:t>تو جب بھاپ اٹھتی ہے تو پانی اوپر آ جاتا ہے، نمک نیچے رہ جاتا ہے کیونکہ وزنی ہے وہ۔ یہ ہے ڈی سیلینیشن پراسیس۔</w:t>
      </w:r>
    </w:p>
    <w:p>
      <w:r>
        <w:rPr>
          <w:b/>
        </w:rPr>
        <w:t xml:space="preserve">[04:28] </w:t>
      </w:r>
      <w:r>
        <w:t>ab woh bhap oopar aa jati hai, phir cloud banta hai, phir hawaein in ko ghumati hain, phir bohat saare process hain, phir woh aa kar marti hai. to yeh yeh thi rain ya physical rain.</w:t>
      </w:r>
    </w:p>
    <w:p>
      <w:pPr>
        <w:jc w:val="right"/>
      </w:pPr>
      <w:r>
        <w:t>اب وہ بھاپ اوپر آ جاتی ہے، پھر کلاؤڈ بنتا ہے، پھر ہوائیں ان کو گھماتی ہیں، پھر بہت سارے پراسیس ہیں، پھر وہ آ کر برستی ہے۔ تو یہ یہ تھی رین یا فزیکل رین۔</w:t>
      </w:r>
    </w:p>
    <w:p>
      <w:r>
        <w:rPr>
          <w:b/>
        </w:rPr>
        <w:t xml:space="preserve">[04:45] </w:t>
      </w:r>
      <w:r>
        <w:t>to rain mein agar yeh process na hua hota ke salt content ko alag kar diya jata aur sirf water content aa kar ke barta.</w:t>
      </w:r>
    </w:p>
    <w:p>
      <w:pPr>
        <w:jc w:val="right"/>
      </w:pPr>
      <w:r>
        <w:t>تو رین میں اگر یہ پراسیس نہ ہوا ہوتا کہ سالٹ کنٹینٹ کو الگ کر دیا جاتا اور صرف واٹر کنٹینٹ آ کر کے برستا۔</w:t>
      </w:r>
    </w:p>
    <w:p>
      <w:r>
        <w:rPr>
          <w:b/>
        </w:rPr>
        <w:t xml:space="preserve">[04:54] </w:t>
      </w:r>
      <w:r>
        <w:t>agar aisa na hota to hamara peed hara bhara na hota.</w:t>
      </w:r>
    </w:p>
    <w:p>
      <w:pPr>
        <w:jc w:val="right"/>
      </w:pPr>
      <w:r>
        <w:t>اگر ایسا نہ ہوتا تو ہمارا پیڑ ہرا بھرا نہ ہوتا۔</w:t>
      </w:r>
    </w:p>
    <w:p>
      <w:r>
        <w:rPr>
          <w:b/>
        </w:rPr>
        <w:t xml:space="preserve">[05:01] </w:t>
      </w:r>
      <w:r>
        <w:t>yeh nature mein ek bohat bada lesson hai hamare liye. yaani spirituality kaise, how to attain spirituality, yeh yahan batai ja rahi hai aap ko.</w:t>
      </w:r>
    </w:p>
    <w:p>
      <w:pPr>
        <w:jc w:val="right"/>
      </w:pPr>
      <w:r>
        <w:t>یہ نیچر میں ایک بہت بڑا لیسن ہے ہمارے لیے۔ یعنی اسپیچولٹی کیسے، ہاؤ ٹو اٹین اسپیچولٹی، یہ یہاں بتائی جا رہی ہے آپ کو۔</w:t>
      </w:r>
    </w:p>
    <w:p>
      <w:r>
        <w:rPr>
          <w:b/>
        </w:rPr>
        <w:t xml:space="preserve">[05:13] </w:t>
      </w:r>
      <w:r>
        <w:t>woh kya?</w:t>
      </w:r>
    </w:p>
    <w:p>
      <w:pPr>
        <w:jc w:val="right"/>
      </w:pPr>
      <w:r>
        <w:t>وہ کیا؟</w:t>
      </w:r>
    </w:p>
    <w:p>
      <w:r>
        <w:rPr>
          <w:b/>
        </w:rPr>
        <w:t xml:space="preserve">[05:16] </w:t>
      </w:r>
      <w:r>
        <w:t>woh yeh hai ke</w:t>
      </w:r>
    </w:p>
    <w:p>
      <w:pPr>
        <w:jc w:val="right"/>
      </w:pPr>
      <w:r>
        <w:t>وہ یہ ہے کہ</w:t>
      </w:r>
    </w:p>
    <w:p>
      <w:r>
        <w:rPr>
          <w:b/>
        </w:rPr>
        <w:t xml:space="preserve">[05:20] </w:t>
      </w:r>
      <w:r>
        <w:t>jis tarah se is pani mein ek tha water content, ek tha salt content, is ko alag kiya to result kya nikla?</w:t>
      </w:r>
    </w:p>
    <w:p>
      <w:pPr>
        <w:jc w:val="right"/>
      </w:pPr>
      <w:r>
        <w:t>جس طرح سے اس پانی میں ایک تھا واٹر کنٹینٹ، ایک تھا سالٹ کنٹینٹ، اس کو الگ کیا تو رزلٹ کیا نکلا؟</w:t>
      </w:r>
    </w:p>
    <w:p>
      <w:r>
        <w:rPr>
          <w:b/>
        </w:rPr>
        <w:t xml:space="preserve">[05:30] </w:t>
      </w:r>
      <w:r>
        <w:t>hare bhare khet, hare bhare drakht.</w:t>
      </w:r>
    </w:p>
    <w:p>
      <w:pPr>
        <w:jc w:val="right"/>
      </w:pPr>
      <w:r>
        <w:t>ہرے بھرے کھیت، ہرے بھرے درخت۔</w:t>
      </w:r>
    </w:p>
    <w:p>
      <w:r>
        <w:rPr>
          <w:b/>
        </w:rPr>
        <w:t xml:space="preserve">[05:36] </w:t>
      </w:r>
      <w:r>
        <w:t>isi tarah har cheez, har cheez, har cheez mein. ek hai material content, ek hai spiritual content. har cheez mein.</w:t>
      </w:r>
    </w:p>
    <w:p>
      <w:pPr>
        <w:jc w:val="right"/>
      </w:pPr>
      <w:r>
        <w:t>اسی طرح ہر چیز، ہر چیز، ہر چیز میں۔ ایک ہے مٹیریل کنٹینٹ، ایک ہے اسپیچول کنٹینٹ۔ ہر چیز میں۔</w:t>
      </w:r>
    </w:p>
    <w:p>
      <w:r>
        <w:rPr>
          <w:b/>
        </w:rPr>
        <w:t xml:space="preserve">[05:47] </w:t>
      </w:r>
      <w:r>
        <w:t>to agar aap apne andar intellectual development itna la sakein, apni soch ko itna develop kar sakein ke cheezon ke material content ko alag kar dein, is ke spiritual content ko le sakein.</w:t>
      </w:r>
    </w:p>
    <w:p>
      <w:pPr>
        <w:jc w:val="right"/>
      </w:pPr>
      <w:r>
        <w:t>تو اگر آپ اپنے اندر انٹلیکچول ڈیولپمنٹ اتنا لا سکیں، اپنی سوچ کو اتنا ڈیولپ کر سکیں کہ چیزوں کے مٹیریل کنٹینٹ کو الگ کر دیں، اس کے اسپیچول کنٹینٹ کو لے سکیں۔</w:t>
      </w:r>
    </w:p>
    <w:p>
      <w:r>
        <w:rPr>
          <w:b/>
        </w:rPr>
        <w:t xml:space="preserve">[06:05] </w:t>
      </w:r>
      <w:r>
        <w:t>that is spiritual food.</w:t>
      </w:r>
    </w:p>
    <w:p>
      <w:pPr>
        <w:jc w:val="right"/>
      </w:pPr>
      <w:r>
        <w:t>دیٹ از اسپیچول فوڈ۔</w:t>
      </w:r>
    </w:p>
    <w:p>
      <w:r>
        <w:rPr>
          <w:b/>
        </w:rPr>
        <w:t xml:space="preserve">[06:10] </w:t>
      </w:r>
      <w:r>
        <w:t>to barish mein to woh ek ek natural process ke taur par hota hai.</w:t>
      </w:r>
    </w:p>
    <w:p>
      <w:pPr>
        <w:jc w:val="right"/>
      </w:pPr>
      <w:r>
        <w:t>تو بارش میں تو وہ ایک ایک نیچرل پراسیس کے طور پر ہوتا ہے۔</w:t>
      </w:r>
    </w:p>
    <w:p>
      <w:r>
        <w:rPr>
          <w:b/>
        </w:rPr>
        <w:t xml:space="preserve">[06:16] </w:t>
      </w:r>
      <w:r>
        <w:t>ek global process hai jis se ke salt content alag kiya jata hai, water content alag kiya jata hai. law of nature ke tehat hota hai. lekin aap ko yaani insan ko kya karna hai?</w:t>
      </w:r>
    </w:p>
    <w:p>
      <w:pPr>
        <w:jc w:val="right"/>
      </w:pPr>
      <w:r>
        <w:t>ایک گلوبل پراسیس ہے جس سے کہ سالٹ کنٹینٹ الگ کیا جاتا ہے، واٹر کنٹینٹ الگ کیا جاتا ہے۔ لاء آف نیچر کے تحت ہوتا ہے۔ لیکن آپ کو یعنی انسان کو کیا کرنا ہے؟</w:t>
      </w:r>
    </w:p>
    <w:p>
      <w:r>
        <w:rPr>
          <w:b/>
        </w:rPr>
        <w:t xml:space="preserve">[06:30] </w:t>
      </w:r>
      <w:r>
        <w:t>khud apni soch ko activate kar ke yeh kaam karna hai. apni soch ko activate kar ke.</w:t>
      </w:r>
    </w:p>
    <w:p>
      <w:pPr>
        <w:jc w:val="right"/>
      </w:pPr>
      <w:r>
        <w:t>خود اپنی سوچ کو ایکٹیویٹ کر کے یہ کام کرنا ہے۔ اپنی سوچ کو ایکٹیویٹ کر کے۔</w:t>
      </w:r>
    </w:p>
    <w:p>
      <w:r>
        <w:rPr>
          <w:b/>
        </w:rPr>
        <w:t xml:space="preserve">[06:40] </w:t>
      </w:r>
      <w:r>
        <w:t>har cheez mein aap ko yeh nikalna hai ke dekho yeh hai is ka material content aur yeh hai is ka spiritual content.</w:t>
      </w:r>
    </w:p>
    <w:p>
      <w:pPr>
        <w:jc w:val="right"/>
      </w:pPr>
      <w:r>
        <w:t>ہر چیز میں آپ کو یہ نکالنا ہے کہ دیکھو یہ ہے اس کا مٹیریل کنٹینٹ اور یہ ہے اس کا اسپیچول کنٹینٹ۔</w:t>
      </w:r>
    </w:p>
    <w:p>
      <w:r>
        <w:rPr>
          <w:b/>
        </w:rPr>
        <w:t xml:space="preserve">[06:47] </w:t>
      </w:r>
      <w:r>
        <w:t>har cheez, kisi bhi cheez mein.</w:t>
      </w:r>
    </w:p>
    <w:p>
      <w:pPr>
        <w:jc w:val="right"/>
      </w:pPr>
      <w:r>
        <w:t>ہر چیز، کسی بھی چیز میں۔</w:t>
      </w:r>
    </w:p>
    <w:p>
      <w:r>
        <w:rPr>
          <w:b/>
        </w:rPr>
        <w:t xml:space="preserve">[06:54] </w:t>
      </w:r>
      <w:r>
        <w:t>jaise aap log yahan aaye hain to aap ek ghar se nikle honge. iske baad kahin sawari pe baithe honge. phir yahan aaye honge.</w:t>
      </w:r>
    </w:p>
    <w:p>
      <w:pPr>
        <w:jc w:val="right"/>
      </w:pPr>
      <w:r>
        <w:t>جیسے آپ لوگ یہاں آئے ہیں تو آپ ایک گھر سے نکلے ہوں گے۔ اس کے بعد کہیں سواری پہ بیٹھے ہوں گے۔ پھر یہاں آئے ہوں گے۔</w:t>
      </w:r>
    </w:p>
    <w:p>
      <w:r>
        <w:rPr>
          <w:b/>
        </w:rPr>
        <w:t xml:space="preserve">[07:05] </w:t>
      </w:r>
      <w:r>
        <w:t>to yeh ek ek physical event hai bظاہر. maadi waqea hai.</w:t>
      </w:r>
    </w:p>
    <w:p>
      <w:pPr>
        <w:jc w:val="right"/>
      </w:pPr>
      <w:r>
        <w:t>تو یہ ایک ایک فزیکل ایونٹ ہے بظاہر۔ مادی واقعہ ہے۔</w:t>
      </w:r>
    </w:p>
    <w:p>
      <w:r>
        <w:rPr>
          <w:b/>
        </w:rPr>
        <w:t xml:space="preserve">[07:11] </w:t>
      </w:r>
      <w:r>
        <w:t>aap ka ghar se nikalna, apne paron par chalna, kisi sawari par baithna, aur phir yahan aa kar utarna, phir yahan dakhil hona.</w:t>
      </w:r>
    </w:p>
    <w:p>
      <w:pPr>
        <w:jc w:val="right"/>
      </w:pPr>
      <w:r>
        <w:t>آپ کا گھر سے نکلنا، اپنے پروں پر چلنا، کسی سواری پر بیٹھنا، اور پھر یہاں آ کر اترنا، پھر یہاں داخل ہونا۔</w:t>
      </w:r>
    </w:p>
    <w:p>
      <w:r>
        <w:rPr>
          <w:b/>
        </w:rPr>
        <w:t xml:space="preserve">[07:21] </w:t>
      </w:r>
      <w:r>
        <w:t>that is a a physical event. lekin isi qadar ek aur content, ek spiritual content bhi maujood hai.</w:t>
      </w:r>
    </w:p>
    <w:p>
      <w:pPr>
        <w:jc w:val="right"/>
      </w:pPr>
      <w:r>
        <w:t>دیٹ از ا ا فزیکل ایونٹ۔ لیکن اسی قدر ایک اور کنٹینٹ، ایک اسپیچول کنٹینٹ بھی موجود ہے۔</w:t>
      </w:r>
    </w:p>
    <w:p>
      <w:r>
        <w:rPr>
          <w:b/>
        </w:rPr>
        <w:t xml:space="preserve">[07:31] </w:t>
      </w:r>
      <w:r>
        <w:t>woh kya? aap yeh sochen ke kya koi pahaar aisa kar sakta hai ke chal kar kahin pahunch jaye woh?</w:t>
      </w:r>
    </w:p>
    <w:p>
      <w:pPr>
        <w:jc w:val="right"/>
      </w:pPr>
      <w:r>
        <w:t>وہ کیا؟ آپ یہ سوچیں کہ کیا کوئی پہاڑ ایسا کر سکتا ہے کہ چل کر کہیں پہنچ جائے وہ؟</w:t>
      </w:r>
    </w:p>
    <w:p>
      <w:r>
        <w:rPr>
          <w:b/>
        </w:rPr>
        <w:t xml:space="preserve">[07:40] </w:t>
      </w:r>
      <w:r>
        <w:t>koi samandar aisa kar sakta hai ke chal kar kahin pahunch jaye woh? koi planet aisa kar sakta hai, koi planet chal kar kahin pahunche? koi star aisa kar sakta hai, koi chal kar pahunche kahin woh?</w:t>
      </w:r>
    </w:p>
    <w:p>
      <w:pPr>
        <w:jc w:val="right"/>
      </w:pPr>
      <w:r>
        <w:t>کوئی سمندر ایسا کر سکتا ہے کہ چل کر کہیں پہنچ جائے وہ؟ کوئی پلینٹ ایسا کر سکتا ہے، کوئی پلینٹ چل کر کہیں پہنچے؟ کوئی سٹار ایسا کر سکتا ہے، کوئی چل کر پہنچے کہیں وہ؟</w:t>
      </w:r>
    </w:p>
    <w:p>
      <w:r>
        <w:rPr>
          <w:b/>
        </w:rPr>
        <w:t xml:space="preserve">[07:56] </w:t>
      </w:r>
      <w:r>
        <w:t>koi nahi kar sakta. saare star ghoom rahe hain, saare planet ghoom rahe hain. lekin yeh kaam nahi kar sakte jo aap ne kiya.</w:t>
      </w:r>
    </w:p>
    <w:p>
      <w:pPr>
        <w:jc w:val="right"/>
      </w:pPr>
      <w:r>
        <w:t>کوئی نہیں کر سکتا۔ سارے سٹار گھوم رہے ہیں، سارے پلینٹ گھوم رہے ہیں۔ لیکن یہ کام نہیں کر سکتے جو آپ نے کیا۔</w:t>
      </w:r>
    </w:p>
    <w:p>
      <w:r>
        <w:rPr>
          <w:b/>
        </w:rPr>
        <w:t xml:space="preserve">[08:08] </w:t>
      </w:r>
      <w:r>
        <w:t>is se aap ke andar kya hoga?</w:t>
      </w:r>
    </w:p>
    <w:p>
      <w:pPr>
        <w:jc w:val="right"/>
      </w:pPr>
      <w:r>
        <w:t>اس سے آپ کے اندر کیا ہوگا؟</w:t>
      </w:r>
    </w:p>
    <w:p>
      <w:r>
        <w:rPr>
          <w:b/>
        </w:rPr>
        <w:t xml:space="preserve">[08:10] </w:t>
      </w:r>
      <w:r>
        <w:t>Allah taala ne mujh ke andar andar ek hi cheez di hai jo poore universe ko nahi di. ke main sochoon, soch ke plan karoon, woh planning ke tehat main apne paon ko uthaoon, us ke tehat main ghar se nikloon.</w:t>
      </w:r>
    </w:p>
    <w:p>
      <w:pPr>
        <w:jc w:val="right"/>
      </w:pPr>
      <w:r>
        <w:t>اللہ تعالیٰ نے مجھ کے اندر اندر ایک ہی چیز دی ہے جو پورے یونیورس کو نہیں دی۔ کہ میں سوچوں، سوچ کے پلان کروں، وہ پلاننگ کے تحت میں اپنے پاؤں کو اٹھاؤں، اس کے تحت میں گھر سے نکلوں۔</w:t>
      </w:r>
    </w:p>
    <w:p>
      <w:r>
        <w:rPr>
          <w:b/>
        </w:rPr>
        <w:t xml:space="preserve">[08:25] </w:t>
      </w:r>
      <w:r>
        <w:t>that was result of a planning.</w:t>
      </w:r>
    </w:p>
    <w:p>
      <w:pPr>
        <w:jc w:val="right"/>
      </w:pPr>
      <w:r>
        <w:t>دیٹ واز رزلٹ آف اے پلاننگ۔</w:t>
      </w:r>
    </w:p>
    <w:p>
      <w:r>
        <w:rPr>
          <w:b/>
        </w:rPr>
        <w:t xml:space="preserve">[08:33] </w:t>
      </w:r>
      <w:r>
        <w:t>to aur jo rest of universe hai, woh aisi planning nahi kar sakti hai.</w:t>
      </w:r>
    </w:p>
    <w:p>
      <w:pPr>
        <w:jc w:val="right"/>
      </w:pPr>
      <w:r>
        <w:t>تو اور جو ریسٹ آف یونیورس ہے، وہ ایسی پلاننگ نہیں کر سکتی ہے۔</w:t>
      </w:r>
    </w:p>
    <w:p>
      <w:r>
        <w:rPr>
          <w:b/>
        </w:rPr>
        <w:t xml:space="preserve">[08:39] </w:t>
      </w:r>
      <w:r>
        <w:t>to kitna shukr aap ke andar aaye ga? wahi shukr jo hai, woh spiritual food hai woh.</w:t>
      </w:r>
    </w:p>
    <w:p>
      <w:pPr>
        <w:jc w:val="right"/>
      </w:pPr>
      <w:r>
        <w:t>تو کتنا شکر آپ کے اندر آئے گا؟ وہی شکر جو ہے، وہ اسپیچول فوڈ ہے وہ۔</w:t>
      </w:r>
    </w:p>
    <w:p>
      <w:r>
        <w:rPr>
          <w:b/>
        </w:rPr>
        <w:t xml:space="preserve">[08:49] </w:t>
      </w:r>
      <w:r>
        <w:t>aur phir jab yeh aaye ga to phir aap saari mayoosi aap se bhaag jaye gi. negative thought nikal jayenge. ghussa khatam ho jaye ga.</w:t>
      </w:r>
    </w:p>
    <w:p>
      <w:pPr>
        <w:jc w:val="right"/>
      </w:pPr>
      <w:r>
        <w:t>اور پھر جب یہ آئے گا تو پھر آپ ساری مائوسی آپ سے بھاگ جائے گی۔ نیگیٹیو تھاٹ نکل جائیں گے۔ غصہ ختم ہو جائے گا۔</w:t>
      </w:r>
    </w:p>
    <w:p>
      <w:r>
        <w:rPr>
          <w:b/>
        </w:rPr>
        <w:t xml:space="preserve">[08:58] </w:t>
      </w:r>
      <w:r>
        <w:t>nafrat khatam ho jaye gi. yaani itni bari cheez jab daryaft ho gayi hai to baqa cheezein apne aap khatam ho jati hain.</w:t>
      </w:r>
    </w:p>
    <w:p>
      <w:pPr>
        <w:jc w:val="right"/>
      </w:pPr>
      <w:r>
        <w:t>نفرت ختم ہو جائے گی۔ یعنی اتنی بڑی چیز جب دریافت ہو گئی ہے تو بقا چیزیں اپنے آپ ختم ہو جاتی ہیں۔</w:t>
      </w:r>
    </w:p>
    <w:p>
      <w:r>
        <w:rPr>
          <w:b/>
        </w:rPr>
        <w:t xml:space="preserve">[09:08] </w:t>
      </w:r>
      <w:r>
        <w:t>phir aap ghar se chale honge, rastay mein koi mila hoga aap ko. aap ruk kar ke us se baat kiya hoga aap ne. phir aage chale honge.</w:t>
      </w:r>
    </w:p>
    <w:p>
      <w:pPr>
        <w:jc w:val="right"/>
      </w:pPr>
      <w:r>
        <w:t>پھر آپ گھر سے چلے ہوں گے، راستے میں کوئی ملا ہوگا آپ کو۔ آپ رک کر کے اس سے بات کیا ہوگا آپ نے۔ پھر آگے چلے ہوں گے۔</w:t>
      </w:r>
    </w:p>
    <w:p>
      <w:r>
        <w:rPr>
          <w:b/>
        </w:rPr>
        <w:t xml:space="preserve">[09:17] </w:t>
      </w:r>
      <w:r>
        <w:t>woh bhi ek phir apparently it is a physical event. it is an, it is a physical event. lekin aap sochiye to kya jo planet move kar rahe hain, to kya ek planet doosre planet se baat kar sakta hai darmian mein?</w:t>
      </w:r>
    </w:p>
    <w:p>
      <w:pPr>
        <w:jc w:val="right"/>
      </w:pPr>
      <w:r>
        <w:t>وہ بھی ایک پھر اپرینٹلی اٹ از ا فزیکل ایونٹ۔ اٹ از این، اٹ از ا فزیکل ایونٹ۔ لیکن آپ سوچیے تو کیا جو پلینٹ موو کر رہے ہیں، تو کیا ایک پلینٹ دوسرے پلینٹ سے بات کر سکتا ہے درمیان میں؟</w:t>
      </w:r>
    </w:p>
    <w:p>
      <w:r>
        <w:rPr>
          <w:b/>
        </w:rPr>
        <w:t xml:space="preserve">[09:37] </w:t>
      </w:r>
      <w:r>
        <w:t>yeh star move kar rahe hain. kya ek star doosre star se baat karta hai, kar sakta hai beech mein? koi nahi kar sakta.</w:t>
      </w:r>
    </w:p>
    <w:p>
      <w:pPr>
        <w:jc w:val="right"/>
      </w:pPr>
      <w:r>
        <w:t>یہ سٹار موو کر رہے ہیں۔ کیا ایک سٹار دوسرے سٹار سے بات کرتا ہے، کر سکتا ہے بیچ میں؟ کوئی نہیں کر سکتا۔</w:t>
      </w:r>
    </w:p>
    <w:p>
      <w:r>
        <w:rPr>
          <w:b/>
        </w:rPr>
        <w:t xml:space="preserve">[09:48] </w:t>
      </w:r>
      <w:r>
        <w:t>yahan tak ke do hawa jahaz urr rahe hain to ek hawa jahaz doosre hawa jahaz se baat nahi kar sakta. aap darmian mein ruke, us se baat kiya, exchange kiya, phir aap aage badhe.</w:t>
      </w:r>
    </w:p>
    <w:p>
      <w:pPr>
        <w:jc w:val="right"/>
      </w:pPr>
      <w:r>
        <w:t>یہاں تک کہ دو ہوا جہاز اڑ رہے ہیں تو ایک ہوا جہاز دوسرے ہوا جہاز سے بات نہیں کر سکتا۔ آپ درمیان میں رکے، اس سے بات کیا، ایکسچینج کیا، پھر آپ آگے بڑھے۔</w:t>
      </w:r>
    </w:p>
    <w:p>
      <w:r>
        <w:rPr>
          <w:b/>
        </w:rPr>
        <w:t xml:space="preserve">[10:00] </w:t>
      </w:r>
      <w:r>
        <w:t>aap sochen, sochen ke dekhiye, poore universe mein beshumar cheezein hain, kisi ko yeh taqat nahi hai. yeh Allah taala ne mujh ko yeh taqat di hai.</w:t>
      </w:r>
    </w:p>
    <w:p>
      <w:pPr>
        <w:jc w:val="right"/>
      </w:pPr>
      <w:r>
        <w:t>آپ سوچیں، سوچیں کہ دیکھیے، پورے یونیورس میں بے شمار چیزیں ہیں، کسی کو یہ طاقت نہیں ہے۔ یہ اللہ تعالیٰ نے مجھ کو یہ طاقت دی ہے۔</w:t>
      </w:r>
    </w:p>
    <w:p>
      <w:r>
        <w:rPr>
          <w:b/>
        </w:rPr>
        <w:t xml:space="preserve">[10:12] </w:t>
      </w:r>
      <w:r>
        <w:t>to aap shukr ka samandar aap ke andar aa jaye ga. aaj kal dekhen, har insaan kya hai? mayoosi mein jeeta hai, despair mein jeeta hai, frust mein jeeta hai, hate mein jeeta hai, anger mein jeeta hai,</w:t>
      </w:r>
    </w:p>
    <w:p>
      <w:pPr>
        <w:jc w:val="right"/>
      </w:pPr>
      <w:r>
        <w:t>تو آپ شکر کا سمندر آپ کے اندر آ جائے گا۔ آج کل دیکھیں، ہر انسان کیا ہے؟ مائوسی میں جیتا ہے، ڈسپیئر میں جیتا ہے، فرسٹ میں جیتا ہے، ہیٹ میں جیتا ہے، اینگر میں جیتا ہے،</w:t>
      </w:r>
    </w:p>
    <w:p>
      <w:r>
        <w:rPr>
          <w:b/>
        </w:rPr>
        <w:t xml:space="preserve">[10:26] </w:t>
      </w:r>
      <w:r>
        <w:t>negativity mein jeeta hai. kyun?</w:t>
      </w:r>
    </w:p>
    <w:p>
      <w:pPr>
        <w:jc w:val="right"/>
      </w:pPr>
      <w:r>
        <w:t>نیگیٹیوٹی میں جیتا ہے۔ کیوں؟</w:t>
      </w:r>
    </w:p>
    <w:p>
      <w:r>
        <w:rPr>
          <w:b/>
        </w:rPr>
        <w:t xml:space="preserve">[10:30] </w:t>
      </w:r>
      <w:r>
        <w:t>yeh yeh sab item us ne daryaft nahi kiye. har waqt jo positive item hai, har waqt jo shukr ke item hai, har waqt jo spiritual food hai, us ko le nahi saka woh.</w:t>
      </w:r>
    </w:p>
    <w:p>
      <w:pPr>
        <w:jc w:val="right"/>
      </w:pPr>
      <w:r>
        <w:t>یہ یہ سب آئٹم اس نے دریافت نہیں کیے۔ ہر وقت جو پازیٹیو آئٹم ہے، ہر وقت جو شکر کے آئٹم ہے، ہر وقت جو اسپیچول فوڈ ہے، اس کو لے نہیں سکا وہ۔</w:t>
      </w:r>
    </w:p>
    <w:p>
      <w:r>
        <w:rPr>
          <w:b/>
        </w:rPr>
        <w:t xml:space="preserve">[10:49] </w:t>
      </w:r>
      <w:r>
        <w:t>to kya hoga? yahi hoga.</w:t>
      </w:r>
    </w:p>
    <w:p>
      <w:pPr>
        <w:jc w:val="right"/>
      </w:pPr>
      <w:r>
        <w:t>تو کیا ہوگا؟ یہی ہوگا۔</w:t>
      </w:r>
    </w:p>
    <w:p>
      <w:r>
        <w:rPr>
          <w:b/>
        </w:rPr>
        <w:t xml:space="preserve">[10:55] </w:t>
      </w:r>
      <w:r>
        <w:t>haiz ka haal is ka hoga.</w:t>
      </w:r>
    </w:p>
    <w:p>
      <w:pPr>
        <w:jc w:val="right"/>
      </w:pPr>
      <w:r>
        <w:t>حیض کا حال اس کا ہوگا۔</w:t>
      </w:r>
    </w:p>
    <w:p>
      <w:r>
        <w:rPr>
          <w:b/>
        </w:rPr>
        <w:t xml:space="preserve">[11:00] </w:t>
      </w:r>
      <w:r>
        <w:t>hamare ek saathi the to un ko cancer ho gaya. woh kuch kha nahi sakte the. ghar mein tha sab kuch un ke paas. roti bhi, chawal bhi, daal bhi, sab cheez.</w:t>
      </w:r>
    </w:p>
    <w:p>
      <w:pPr>
        <w:jc w:val="right"/>
      </w:pPr>
      <w:r>
        <w:t>ہمارے ایک ساتھی تھے تو ان کو کینسر ہو گیا۔ وہ کچھ کھا نہیں سکتے تھے۔ گھر میں تھا سب کچھ ان کے پاس۔ روٹی بھی، چاول بھی، دال بھی، سب چیز۔</w:t>
      </w:r>
    </w:p>
    <w:p>
      <w:r>
        <w:rPr>
          <w:b/>
        </w:rPr>
        <w:t xml:space="preserve">[11:11] </w:t>
      </w:r>
      <w:r>
        <w:t>woh kha nahi sakte the woh. sab kuch maujood hai, phir kha nahi sakte woh. aise pade pade bistar mar gaye woh. to woh cheez maujood ho, tab bhi aap na khayein to kya hoga?</w:t>
      </w:r>
    </w:p>
    <w:p>
      <w:pPr>
        <w:jc w:val="right"/>
      </w:pPr>
      <w:r>
        <w:t>وہ کھا نہیں سکتے تھے وہ۔ سب کچھ موجود ہے، پھر کھا نہیں سکتے وہ۔ ایسے پڑے پڑے بستر مر گئے وہ۔ تو وہ چیز موجود ہو، تب بھی آپ نہ کھائیں تو کیا ہوگا؟</w:t>
      </w:r>
    </w:p>
    <w:p>
      <w:r>
        <w:rPr>
          <w:b/>
        </w:rPr>
        <w:t xml:space="preserve">[11:27] </w:t>
      </w:r>
      <w:r>
        <w:t>to spiritual food maujood hai har jagah, har jagah, har jagah. aap is ko le nahi pa rahe hain. tabhi aap negativity mein jeete hain, tabhi aap mayusi mein jeete hain.</w:t>
      </w:r>
    </w:p>
    <w:p>
      <w:pPr>
        <w:jc w:val="right"/>
      </w:pPr>
      <w:r>
        <w:t>تو اسپیچول فوڈ موجود ہے ہر جگہ، ہر جگہ، ہر جگہ۔ آپ اس کو لے نہیں پا رہے ہیں۔ تبھی آپ نیگیٹیوٹی میں جیتے ہیں، تبھی آپ مائوسی میں جیتے ہیں۔</w:t>
      </w:r>
    </w:p>
    <w:p>
      <w:r>
        <w:rPr>
          <w:b/>
        </w:rPr>
        <w:t xml:space="preserve">[11:38] </w:t>
      </w:r>
      <w:r>
        <w:t>yani already itna sab Allah taala diye hue hain aap ko.</w:t>
      </w:r>
    </w:p>
    <w:p>
      <w:pPr>
        <w:jc w:val="right"/>
      </w:pPr>
      <w:r>
        <w:t>یعنی الریڈی اتنا سب اللہ تعالیٰ دیے ہوئے ہیں آپ کو۔</w:t>
      </w:r>
    </w:p>
    <w:p>
      <w:r>
        <w:rPr>
          <w:b/>
        </w:rPr>
        <w:t xml:space="preserve">[11:44] </w:t>
      </w:r>
      <w:r>
        <w:t>jaise aap ghar se nikle, yahan aaye, yahan baithe. har second aap ko oxygen chahiye. baghair oxygen ke aap reh nahi sakte.</w:t>
      </w:r>
    </w:p>
    <w:p>
      <w:pPr>
        <w:jc w:val="right"/>
      </w:pPr>
      <w:r>
        <w:t>جیسے آپ گھر سے نکلے، یہاں آئے، یہاں بیٹھے۔ ہر سیکنڈ آپ کو اکسیجن چاہیے۔ بغیر اکسیجن کے آپ رہ نہیں سکتے۔</w:t>
      </w:r>
    </w:p>
    <w:p>
      <w:r>
        <w:rPr>
          <w:b/>
        </w:rPr>
        <w:t xml:space="preserve">[11:56] </w:t>
      </w:r>
      <w:r>
        <w:t>har waqt aap oxygen inhale kar rahe hain aur aap carbon exhale kar rahe hain. yeh ek physical waqea hai. yeh clearly ek physical event.</w:t>
      </w:r>
    </w:p>
    <w:p>
      <w:pPr>
        <w:jc w:val="right"/>
      </w:pPr>
      <w:r>
        <w:t>ہر وقت آپ اکسیجن انہیل کر رہے ہیں اور آپ کاربن ایکس ہیل کر رہے ہیں۔ یہ ایک فزیکل واقعہ ہے۔ یہ کلیئرلی ایک فزیکل ایونٹ۔</w:t>
      </w:r>
    </w:p>
    <w:p>
      <w:r>
        <w:rPr>
          <w:b/>
        </w:rPr>
        <w:t xml:space="preserve">[12:08] </w:t>
      </w:r>
      <w:r>
        <w:t>lekin isi mein ek spiritual content bhi hai. ke aap sochein ke Khuda ki blessing kitni badi hai. ke har moment, har second mujhe oxygen supply ho raha hai.</w:t>
      </w:r>
    </w:p>
    <w:p>
      <w:pPr>
        <w:jc w:val="right"/>
      </w:pPr>
      <w:r>
        <w:t>لیکن اسی میں ایک اسپیچول کنٹینٹ بھی ہے۔ کہ آپ سوچیں کہ خدا کی بلیسنگ کتنی بڑی ہے۔ کہ ہر مومنٹ، ہر سیکنڈ مجھے اکسیجن سپلائی ہو رہا ہے۔</w:t>
      </w:r>
    </w:p>
    <w:p>
      <w:r>
        <w:rPr>
          <w:b/>
        </w:rPr>
        <w:t xml:space="preserve">[12:24] </w:t>
      </w:r>
      <w:r>
        <w:t>yani maine oxygen ki theli nahi apne saath baandh rakhi hai. kahin bazaar se maine oxygen khareeda nahi hai. apne aap supply ho rahi hai. phir jab main exhale karta hoon to carbon nikalta hai andar se.</w:t>
      </w:r>
    </w:p>
    <w:p>
      <w:pPr>
        <w:jc w:val="right"/>
      </w:pPr>
      <w:r>
        <w:t>یعنی میں نے اکسیجن کی تھیلی نہیں اپنے ساتھ باندھ رکھی ہے۔ کہیں بازار سے میں نے اکسیجن خریدا نہیں ہے۔ اپنے آپ سپلائی ہو رہی ہے۔ پھر جب میں ایکس ہیل کرتا ہوں تو کاربن نکلتا ہے اندر سے۔</w:t>
      </w:r>
    </w:p>
    <w:p>
      <w:r>
        <w:rPr>
          <w:b/>
        </w:rPr>
        <w:t xml:space="preserve">[12:36] </w:t>
      </w:r>
      <w:r>
        <w:t>is ko absorb karne ke liye poora system maujood hai yahan par. yeh saare jo pani ke zakhire hain, chahe darya ho ya samandar ho, woh mere mere nikle hue carbon ko absorb karta hai.</w:t>
      </w:r>
    </w:p>
    <w:p>
      <w:pPr>
        <w:jc w:val="right"/>
      </w:pPr>
      <w:r>
        <w:t>اس کو ابزارب کرنے کے لیے پورا سسٹم موجود ہے یہاں پر۔ یہ سارے جو پانی کے ذخیرے ہیں، چاہے دریا ہو یا سمندر ہو، وہ میرے میرے نکلے ہوئے کاربن کو ابزارب کرتا ہے۔</w:t>
      </w:r>
    </w:p>
    <w:p>
      <w:r>
        <w:rPr>
          <w:b/>
        </w:rPr>
        <w:t xml:space="preserve">[12:50] </w:t>
      </w:r>
      <w:r>
        <w:t>to ek taraf drakht mujhe oxygen supply kar rahe hain. doosri taraf mere carbon ko absorb karne ke liye is ka bhi saman maujood hai.</w:t>
      </w:r>
    </w:p>
    <w:p>
      <w:pPr>
        <w:jc w:val="right"/>
      </w:pPr>
      <w:r>
        <w:t>تو ایک طرف درخت مجھے اکسیجن سپلائی کر رہے ہیں۔ دوسری طرف میرے کاربن کو ابزارب کرنے کے لیے اس کا بھی سامان موجود ہے۔</w:t>
      </w:r>
    </w:p>
    <w:p>
      <w:r>
        <w:rPr>
          <w:b/>
        </w:rPr>
        <w:t xml:space="preserve">[13:00] </w:t>
      </w:r>
      <w:r>
        <w:t>aur maine koi bill nahi diya, koi payment nahi kiya, koi price nahi diya. ab aap sochein yeh to kitna bada aap ko spiritual food milega.</w:t>
      </w:r>
    </w:p>
    <w:p>
      <w:pPr>
        <w:jc w:val="right"/>
      </w:pPr>
      <w:r>
        <w:t>اور میں نے کوئی بل نہیں دیا، کوئی پیمنٹ نہیں کیا، کوئی پرائز نہیں دیا۔ اب آپ سوچیں یہ تو کتنا بڑا آپ کو اسپیچول فوڈ ملے گا۔</w:t>
      </w:r>
    </w:p>
    <w:p>
      <w:r>
        <w:rPr>
          <w:b/>
        </w:rPr>
        <w:t xml:space="preserve">[13:12] </w:t>
      </w:r>
      <w:r>
        <w:t>shukr ke samandar mein aap ghota khane lag jayenge. shukr ke samandar mein. phir kahan mayusi? kaisi mayusi? kaisi negativity?</w:t>
      </w:r>
    </w:p>
    <w:p>
      <w:pPr>
        <w:jc w:val="right"/>
      </w:pPr>
      <w:r>
        <w:t>شکر کے سمندر میں آپ غوطہ کھانے لگ جائیں گے۔ شکر کے سمندر میں۔ پھر کہاں مائوسی؟ کیسی مائوسی؟ کیسی نیگیٹیوٹی؟</w:t>
      </w:r>
    </w:p>
    <w:p>
      <w:r>
        <w:rPr>
          <w:b/>
        </w:rPr>
        <w:t xml:space="preserve">[13:20] </w:t>
      </w:r>
      <w:r>
        <w:t>kaisi shikayat? kaisa protest? to jis tarah se drakht hara bhara ho gaya, kaise? global ek system hai, us ke tehat salt content ko pani se nikala gaya.</w:t>
      </w:r>
    </w:p>
    <w:p>
      <w:pPr>
        <w:jc w:val="right"/>
      </w:pPr>
      <w:r>
        <w:t>کیسی شکایت؟ کیسا پروٹیسٹ؟ تو جس طرح سے درخت ہرا بھرا ہو گیا، کیسے؟ گلوبل ایک سسٹم ہے، اس کے تحت سالٹ کنٹینٹ کو پانی سے نکالا گیا۔</w:t>
      </w:r>
    </w:p>
    <w:p>
      <w:r>
        <w:rPr>
          <w:b/>
        </w:rPr>
        <w:t xml:space="preserve">[13:37] </w:t>
      </w:r>
      <w:r>
        <w:t>aur water content ko alag kar ke us par barsaya gaya. tab us ko sar sabzi mili. to drakht ko.</w:t>
      </w:r>
    </w:p>
    <w:p>
      <w:pPr>
        <w:jc w:val="right"/>
      </w:pPr>
      <w:r>
        <w:t>اور واٹر کنٹینٹ کو الگ کر کے اس پر برسایا گیا۔ تب اس کو سرسبزی ملی۔ تو درخت کو۔</w:t>
      </w:r>
    </w:p>
    <w:p>
      <w:r>
        <w:rPr>
          <w:b/>
        </w:rPr>
        <w:t xml:space="preserve">[13:46] </w:t>
      </w:r>
      <w:r>
        <w:t>to khud se nahi kar sakta woh</w:t>
      </w:r>
    </w:p>
    <w:p>
      <w:pPr>
        <w:jc w:val="right"/>
      </w:pPr>
      <w:r>
        <w:t>تو خود سے نہیں کر سکتا وہ</w:t>
      </w:r>
    </w:p>
    <w:p>
      <w:r>
        <w:rPr>
          <w:b/>
        </w:rPr>
        <w:t xml:space="preserve">[13:48] </w:t>
      </w:r>
      <w:r>
        <w:t>. is par law of nature ke tehat kiya jata hai. insan ko ikhtiyar diya gaya hai. insan ke andar conceptual thinking hai.</w:t>
      </w:r>
    </w:p>
    <w:p>
      <w:pPr>
        <w:jc w:val="right"/>
      </w:pPr>
      <w:r>
        <w:t>۔ اس پر لاء آف نیچر کے تحت کیا جاتا ہے۔ انسان کو اختیار دیا گیا ہے۔ انسان کے اندر کنسیپچول تھنکنگ ہے۔</w:t>
      </w:r>
    </w:p>
    <w:p>
      <w:r>
        <w:rPr>
          <w:b/>
        </w:rPr>
        <w:t xml:space="preserve">[13:57] </w:t>
      </w:r>
      <w:r>
        <w:t>insan ko to mind diya gaya hai. to wahi kaam khud karna padta hai is ko. yani desalination ka kaam jo wahan ho raha hai, law of nature ke zariye se, yahan aap ko khud karna pada hai.</w:t>
      </w:r>
    </w:p>
    <w:p>
      <w:pPr>
        <w:jc w:val="right"/>
      </w:pPr>
      <w:r>
        <w:t>انسان کو تو مائنڈ دیا گیا ہے۔ تو وہی کام خود کرنا پڑتا ہے اس کو۔ یعنی ڈی سیلینیشن کا کام جو وہاں ہو رہا ہے، لاء آف نیچر کے ذریعے سے، یہاں آپ کو خود کرنا پڑا ہے۔</w:t>
      </w:r>
    </w:p>
    <w:p>
      <w:r>
        <w:rPr>
          <w:b/>
        </w:rPr>
        <w:t xml:space="preserve">[14:10] </w:t>
      </w:r>
      <w:r>
        <w:t>khud karna padega. yani cheezon ko de-materialize karna padega aap ko.</w:t>
      </w:r>
    </w:p>
    <w:p>
      <w:pPr>
        <w:jc w:val="right"/>
      </w:pPr>
      <w:r>
        <w:t>خود کرنا پڑے گا۔ یعنی چیزوں کو ڈی مٹیریلائز کرنا پڑے گا آپ کو۔</w:t>
      </w:r>
    </w:p>
    <w:p>
      <w:r>
        <w:rPr>
          <w:b/>
        </w:rPr>
        <w:t xml:space="preserve">[14:18] </w:t>
      </w:r>
      <w:r>
        <w:t>har cheez mein spiritual content hai, material content hai. to wahan par law of nature jo hai, cheezon ko desalination kar raha hai.</w:t>
      </w:r>
    </w:p>
    <w:p>
      <w:pPr>
        <w:jc w:val="right"/>
      </w:pPr>
      <w:r>
        <w:t>ہر چیز میں اسپیچول کنٹینٹ ہے، مٹیریل کنٹینٹ ہے۔ تو وہاں پر لاء آف نیچر جو ہے، چیزوں کو ڈی سیلینیشن کر رہا ہے۔</w:t>
      </w:r>
    </w:p>
    <w:p>
      <w:r>
        <w:rPr>
          <w:b/>
        </w:rPr>
        <w:t xml:space="preserve">[14:32] </w:t>
      </w:r>
      <w:r>
        <w:t>yahan par aap ko apni aqal se, apni istemal, apni soch ko istemal kar ke cheezon ko de-materialize karna padega.</w:t>
      </w:r>
    </w:p>
    <w:p>
      <w:pPr>
        <w:jc w:val="right"/>
      </w:pPr>
      <w:r>
        <w:t>یہاں پر آپ کو اپنی عقل سے، اپنی استعمال، اپنی سوچ کو استعمال کر کے چیزوں کو ڈی مٹیریلائز کرنا پڑے گا۔</w:t>
      </w:r>
    </w:p>
    <w:p>
      <w:r>
        <w:rPr>
          <w:b/>
        </w:rPr>
        <w:t xml:space="preserve">[14:43] </w:t>
      </w:r>
      <w:r>
        <w:t>yani matter, material content ko alag kar ke spiritual content ko lena padega. tab aap ko positive food milega.</w:t>
      </w:r>
    </w:p>
    <w:p>
      <w:pPr>
        <w:jc w:val="right"/>
      </w:pPr>
      <w:r>
        <w:t>یعنی میٹر، مٹیریل کنٹینٹ کو الگ کر کے اسپیچول کنٹینٹ کو لینا پڑے گا۔ تب آپ کو پازیٹیو فوڈ ملے گا۔</w:t>
      </w:r>
    </w:p>
    <w:p>
      <w:r>
        <w:rPr>
          <w:b/>
        </w:rPr>
        <w:t xml:space="preserve">[14:53] </w:t>
      </w:r>
      <w:r>
        <w:t>tab aap ke andar spiritual development hoga. tab aap ki intention free mind ban jayega aap ka.</w:t>
      </w:r>
    </w:p>
    <w:p>
      <w:pPr>
        <w:jc w:val="right"/>
      </w:pPr>
      <w:r>
        <w:t>تب آپ کے اندر اسپیچول ڈیولپمنٹ ہوگا۔ تب آپ کی انٹینشن فری مائنڈ بن جائے گا آپ کا۔</w:t>
      </w:r>
    </w:p>
    <w:p>
      <w:r>
        <w:rPr>
          <w:b/>
        </w:rPr>
        <w:t xml:space="preserve">[15:04] </w:t>
      </w:r>
      <w:r>
        <w:t>that is spirituality.</w:t>
      </w:r>
    </w:p>
    <w:p>
      <w:pPr>
        <w:jc w:val="right"/>
      </w:pPr>
      <w:r>
        <w:t>دیٹ از اسپیچولٹی۔</w:t>
      </w:r>
    </w:p>
    <w:p>
      <w:r>
        <w:rPr>
          <w:b/>
        </w:rPr>
        <w:t xml:space="preserve">[15:10] </w:t>
      </w:r>
      <w:r>
        <w:t>yeh har cheez, har cheez, har</w:t>
      </w:r>
    </w:p>
    <w:p>
      <w:pPr>
        <w:jc w:val="right"/>
      </w:pPr>
      <w:r>
        <w:t>یہ ہر چیز، ہر چیز، ہر</w:t>
      </w:r>
    </w:p>
    <w:p>
      <w:r>
        <w:rPr>
          <w:b/>
        </w:rPr>
        <w:t xml:space="preserve">[15:12] </w:t>
      </w:r>
      <w:r>
        <w:t>cheez mein hai. koi bhi cheez aisi nahi hai jis mein yeh maujood na ho. lekin aadmi sochta nahi. na sochne ki wajah se woh</w:t>
      </w:r>
    </w:p>
    <w:p>
      <w:pPr>
        <w:jc w:val="right"/>
      </w:pPr>
      <w:r>
        <w:t>چیز میں ہے۔ کوئی بھی چیز ایسی نہیں ہے جس میں یہ موجود نہ ہو۔ لیکن آدمی سوچتا نہیں۔ نہ سوچنے کی وجہ سے وہ</w:t>
      </w:r>
    </w:p>
    <w:p>
      <w:r>
        <w:rPr>
          <w:b/>
        </w:rPr>
        <w:t xml:space="preserve">[15:25] </w:t>
      </w:r>
      <w:r>
        <w:t>maujood hai sab cheez, magar is ko le nahin pata woh. Ab mein aap ko kal ka ek tajurba batata hoon. Kal jo hai, dilli mein</w:t>
      </w:r>
    </w:p>
    <w:p>
      <w:pPr>
        <w:jc w:val="right"/>
      </w:pPr>
      <w:r>
        <w:t>موجود ہے سب چیز، مگر اس کو لے نہیں پاتا وہ۔ اب میں آپ کو کل کا ایک تجربہ بتاتا ہوں۔ کل جو ہے، دلی میں</w:t>
      </w:r>
    </w:p>
    <w:p>
      <w:r>
        <w:rPr>
          <w:b/>
        </w:rPr>
        <w:t xml:space="preserve">[15:38] </w:t>
      </w:r>
      <w:r>
        <w:t>mera ek lecture lag gaya tha logon ne.</w:t>
      </w:r>
    </w:p>
    <w:p>
      <w:pPr>
        <w:jc w:val="right"/>
      </w:pPr>
      <w:r>
        <w:t>میرا ایک لیکچر لگ گیا تھا لوگوں نے۔</w:t>
      </w:r>
    </w:p>
    <w:p>
      <w:r>
        <w:rPr>
          <w:b/>
        </w:rPr>
        <w:t xml:space="preserve">[15:43] </w:t>
      </w:r>
      <w:r>
        <w:t>aur use angrezi mein bolna tha mujhe.</w:t>
      </w:r>
    </w:p>
    <w:p>
      <w:pPr>
        <w:jc w:val="right"/>
      </w:pPr>
      <w:r>
        <w:t>اور اسے انگریزی میں بولنا تھا مجھے۔</w:t>
      </w:r>
    </w:p>
    <w:p>
      <w:r>
        <w:rPr>
          <w:b/>
        </w:rPr>
        <w:t xml:space="preserve">[15:48] </w:t>
      </w:r>
      <w:r>
        <w:t>english mein ek bohat hi tough subject par. Yani namaz roze par nahin, ek bohat hi tough subject par english mein bol raha tha.</w:t>
      </w:r>
    </w:p>
    <w:p>
      <w:pPr>
        <w:jc w:val="right"/>
      </w:pPr>
      <w:r>
        <w:t>انگلش میں ایک بہت ہی ٹف سبجیکٹ پر۔ یعنی نماز روزے پر نہیں، ایک بہت ہی ٹف سبجیکٹ پر انگلش میں بول رہا تھا۔</w:t>
      </w:r>
    </w:p>
    <w:p>
      <w:r>
        <w:rPr>
          <w:b/>
        </w:rPr>
        <w:t xml:space="preserve">[16:00] </w:t>
      </w:r>
      <w:r>
        <w:t>ab mein ek molvi aadmi hoon, mujhe angrezi aati nahin. Mein ne kisi school mein parha nahin kabhi.</w:t>
      </w:r>
    </w:p>
    <w:p>
      <w:pPr>
        <w:jc w:val="right"/>
      </w:pPr>
      <w:r>
        <w:t>اب میں ایک مولوی آدمی ہوں، مجھے انگریزی آتی نہیں۔ میں نے کسی اسکول میں پڑھا نہیں کبھی۔</w:t>
      </w:r>
    </w:p>
    <w:p>
      <w:r>
        <w:rPr>
          <w:b/>
        </w:rPr>
        <w:t xml:space="preserve">[16:12] </w:t>
      </w:r>
      <w:r>
        <w:t>to aap yaqeen kijiye, jab mein ja raha tha yahan se to lagta tha ke ek ek ek bakri ko slaughterhouse le ja rahe hain, le ja rahe hain, zibah karne ke liye.</w:t>
      </w:r>
    </w:p>
    <w:p>
      <w:pPr>
        <w:jc w:val="right"/>
      </w:pPr>
      <w:r>
        <w:t>تو آپ یقین کیجئے، جب میں جا رہا تھا یہاں سے تو لگتا تھا کہ ایک ایک ایک بکری کو سلاٹر ہاؤس لے جا رہے ہیں، لے جا رہے ہیں، ذبح کرنے کے لیے۔</w:t>
      </w:r>
    </w:p>
    <w:p>
      <w:r>
        <w:rPr>
          <w:b/>
        </w:rPr>
        <w:t xml:space="preserve">[16:26] </w:t>
      </w:r>
      <w:r>
        <w:t>ek ajeeb meri kaifiyat thi, mein bayan nahin kar sakta is ko.</w:t>
      </w:r>
    </w:p>
    <w:p>
      <w:pPr>
        <w:jc w:val="right"/>
      </w:pPr>
      <w:r>
        <w:t>ایک عجیب میری کیفیت تھی، میں بیان نہیں کر سکتا اس کو۔</w:t>
      </w:r>
    </w:p>
    <w:p>
      <w:r>
        <w:rPr>
          <w:b/>
        </w:rPr>
        <w:t xml:space="preserve">[16:30] </w:t>
      </w:r>
      <w:r>
        <w:t>yahan tak ke jab mein seedhi pe charh raha tha wahan, yani oopar first floor par jana tha, to mein bohat ruk ruk kar charh raha tha, bohat ruk ruk charh raha tha.</w:t>
      </w:r>
    </w:p>
    <w:p>
      <w:pPr>
        <w:jc w:val="right"/>
      </w:pPr>
      <w:r>
        <w:t>یہاں تک کہ جب میں سیڑھی پہ چڑھ رہا تھا وہاں، یعنی اوپر فرسٹ فلور پر جانا تھا، تو میں بہت رک رک کر چڑھ رہا تھا، بہت رک رک چڑھ رہا تھا۔</w:t>
      </w:r>
    </w:p>
    <w:p>
      <w:r>
        <w:rPr>
          <w:b/>
        </w:rPr>
        <w:t xml:space="preserve">[16:42] </w:t>
      </w:r>
      <w:r>
        <w:t>kyun? bar bar yeh sochta tha mein ke khudaaya, yeh mera jumla nikalta tha mere andar se. Khudaaya, aage barhne ki himmat nahin aur peechay hatne ki ijazat nahin.</w:t>
      </w:r>
    </w:p>
    <w:p>
      <w:pPr>
        <w:jc w:val="right"/>
      </w:pPr>
      <w:r>
        <w:t>کیوں؟ بار بار یہ سوچتا تھا میں کہ خدایا، یہ میرا جملہ نکلتا تھا میرے اندر سے۔ خدایا، آگے بڑھنے کی ہمت نہیں اور پیچھے ہٹنے کی اجازت نہیں۔</w:t>
      </w:r>
    </w:p>
    <w:p>
      <w:r>
        <w:rPr>
          <w:b/>
        </w:rPr>
        <w:t xml:space="preserve">[17:00] </w:t>
      </w:r>
      <w:r>
        <w:t>yani aage barh kar ja ke stage baithoon, is ki himmat nahin aur peechay bhag jaon, is ki ijazat nahin. To bar bar mere munh se yeh nikalta tha ke khudaaya, aage barhne ki himmat nahin, peechay hatne ki ijazat nahin.</w:t>
      </w:r>
    </w:p>
    <w:p>
      <w:pPr>
        <w:jc w:val="right"/>
      </w:pPr>
      <w:r>
        <w:t>یعنی آگے بڑھ کر جا کے سٹیج بیٹھوں، اس کی ہمت نہیں اور پیچھے بھاگ جاؤں، اس کی اجازت نہیں۔ تو بار بار میرے منہ سے یہ نکلتا تھا کہ خدایا، آگے بڑھنے کی ہمت نہیں، پیچھے ہٹنے کی اجازت نہیں۔</w:t>
      </w:r>
    </w:p>
    <w:p>
      <w:r>
        <w:rPr>
          <w:b/>
        </w:rPr>
        <w:t xml:space="preserve">[17:18] </w:t>
      </w:r>
      <w:r>
        <w:t>isi kaifiyat ke sath aa kar baith gaya. Mujhe nahin maloom mein ne kya bola wahan par. Yeh log kehte hain ke tum acha bole. Yaqeen kijiye ke mujhe kuch bhi nahin maloom ke mein kya bola.</w:t>
      </w:r>
    </w:p>
    <w:p>
      <w:pPr>
        <w:jc w:val="right"/>
      </w:pPr>
      <w:r>
        <w:t>اسی کیفیت کے ساتھ آ کر بیٹھ گیا۔ مجھے نہیں معلوم میں نے کیا بولا وہاں پر۔ یہ لوگ کہتے ہیں کہ تم اچھا بولے۔ یقین کیجئے کہ مجھے کچھ بھی نہیں معلوم کہ میں کیا بولا۔</w:t>
      </w:r>
    </w:p>
    <w:p>
      <w:r>
        <w:rPr>
          <w:b/>
        </w:rPr>
        <w:t xml:space="preserve">[17:30] </w:t>
      </w:r>
      <w:r>
        <w:t>agar koi mujh se pooche to mujhe kuch nahin maloom ke mein kya bola hoon. Aur sunne wale bohat ghor se sun rahe the, un ko bohat positive taasur unhon ne diya.</w:t>
      </w:r>
    </w:p>
    <w:p>
      <w:pPr>
        <w:jc w:val="right"/>
      </w:pPr>
      <w:r>
        <w:t>اگر کوئی مجھ سے پوچھے تو مجھے کچھ نہیں معلوم کہ میں کیا بولا ہوں۔ اور سننے والے بہت غور سے سن رہے تھے، ان کو بہت پازیٹیو تاثر انہوں نے دیا۔</w:t>
      </w:r>
    </w:p>
    <w:p>
      <w:r>
        <w:rPr>
          <w:b/>
        </w:rPr>
        <w:t xml:space="preserve">[17:43] </w:t>
      </w:r>
      <w:r>
        <w:t>to agar kuch bola hoon ga mein to woh khuda ke farishtay bolay hoon ge.</w:t>
      </w:r>
    </w:p>
    <w:p>
      <w:pPr>
        <w:jc w:val="right"/>
      </w:pPr>
      <w:r>
        <w:t>تو اگر کچھ بولا ہوں گا میں تو وہ خدا کے فرشتے بولے ہوں گے۔</w:t>
      </w:r>
    </w:p>
    <w:p>
      <w:r>
        <w:rPr>
          <w:b/>
        </w:rPr>
        <w:t xml:space="preserve">[17:50] </w:t>
      </w:r>
      <w:r>
        <w:t>to aap dekhiye, yahan par dekhiye, mera yahan se wahan jana, stage par baithna, yeh that was a physical event.</w:t>
      </w:r>
    </w:p>
    <w:p>
      <w:pPr>
        <w:jc w:val="right"/>
      </w:pPr>
      <w:r>
        <w:t>تو آپ دیکھیے، یہاں پر دیکھیے، میرا یہاں سے وہاں جانا، اسٹیج پر بیٹھنا، یہ دیٹ واز ا فزیکل ایونٹ۔</w:t>
      </w:r>
    </w:p>
    <w:p>
      <w:r>
        <w:rPr>
          <w:b/>
        </w:rPr>
        <w:t xml:space="preserve">[17:59] </w:t>
      </w:r>
      <w:r>
        <w:t>yani paon se chala mein, gaadi mein baitha mein, gaadi se utar kar ke ek building mein dakhil hua mein, ek seedhi par charha mein. Yeh sab physical event tha woh.</w:t>
      </w:r>
    </w:p>
    <w:p>
      <w:pPr>
        <w:jc w:val="right"/>
      </w:pPr>
      <w:r>
        <w:t>یعنی پاؤں سے چلا میں، گاڑی میں بیٹھا میں، گاڑی سے اتر کر کے ایک بلڈنگ میں داخل ہوا میں، ایک سیڑھی پر چڑھا میں۔ یہ سب فزیکل ایونٹ تھا وہ۔</w:t>
      </w:r>
    </w:p>
    <w:p>
      <w:r>
        <w:rPr>
          <w:b/>
        </w:rPr>
        <w:t xml:space="preserve">[18:10] </w:t>
      </w:r>
      <w:r>
        <w:t>is physical event mein ek aur cheez thi, woh yeh ke mein apni izzat ko daryaft kiya, mein ne apni helplessness ko daryaft kiya. That was spiritual content.</w:t>
      </w:r>
    </w:p>
    <w:p>
      <w:pPr>
        <w:jc w:val="right"/>
      </w:pPr>
      <w:r>
        <w:t>اس فزیکل ایونٹ میں ایک اور چیز تھی، وہ یہ کہ میں اپنی عزت کو دریافت کیا، میں نے اپنی ہیلپلیسنس کو دریافت کیا۔ دیٹ واز اسپیچول کنٹینٹ۔</w:t>
      </w:r>
    </w:p>
    <w:p>
      <w:r>
        <w:rPr>
          <w:b/>
        </w:rPr>
        <w:t xml:space="preserve">[18:29] </w:t>
      </w:r>
      <w:r>
        <w:t>to har cheez mein, har cheez mein, har cheez mein do cheezein hoti hain.</w:t>
      </w:r>
    </w:p>
    <w:p>
      <w:pPr>
        <w:jc w:val="right"/>
      </w:pPr>
      <w:r>
        <w:t>تو ہر چیز میں، ہر چیز میں، ہر چیز میں دو چیزیں ہوتی ہیں۔</w:t>
      </w:r>
    </w:p>
    <w:p>
      <w:r>
        <w:rPr>
          <w:b/>
        </w:rPr>
        <w:t xml:space="preserve">[18:37] </w:t>
      </w:r>
      <w:r>
        <w:t>aap ko is ko de-materialize karna hai.</w:t>
      </w:r>
    </w:p>
    <w:p>
      <w:pPr>
        <w:jc w:val="right"/>
      </w:pPr>
      <w:r>
        <w:t>آپ کو اس کو ڈی مٹیریلائز کرنا ہے۔</w:t>
      </w:r>
    </w:p>
    <w:p>
      <w:r>
        <w:rPr>
          <w:b/>
        </w:rPr>
        <w:t xml:space="preserve">[18:43] </w:t>
      </w:r>
      <w:r>
        <w:t>de-materialize karna hai. Isi ko dekhiye, philosophers jo philosophers ne ghalti ki, woh ghalti bohat mazhab mazhabon mein aa gayi.</w:t>
      </w:r>
    </w:p>
    <w:p>
      <w:pPr>
        <w:jc w:val="right"/>
      </w:pPr>
      <w:r>
        <w:t>ڈی مٹیریلائز کرنا ہے۔ اسی کو دیکھیے، فلاسفرز جو فلاسفرز نے غلطی کی، وہ غلطی بہت مذہب مذہبوں میں آ گئی۔</w:t>
      </w:r>
    </w:p>
    <w:p>
      <w:r>
        <w:rPr>
          <w:b/>
        </w:rPr>
        <w:t xml:space="preserve">[18:55] </w:t>
      </w:r>
      <w:r>
        <w:t>wo kehte hain ke har zarre mein khuda hai,</w:t>
      </w:r>
    </w:p>
    <w:p>
      <w:pPr>
        <w:jc w:val="right"/>
      </w:pPr>
      <w:r>
        <w:t>وہ کہتے ہیں کہ ہر ذرے میں خدا ہے،</w:t>
      </w:r>
    </w:p>
    <w:p>
      <w:r>
        <w:rPr>
          <w:b/>
        </w:rPr>
        <w:t xml:space="preserve">[18:58] </w:t>
      </w:r>
      <w:r>
        <w:t>zarre zarre mein khuda hai. Aap suna hoga bohat yeh baat ke samandar ke boobood mein khuda hai aur zarre zarre mein khuda hai, har cheez mein khuda hai.</w:t>
      </w:r>
    </w:p>
    <w:p>
      <w:pPr>
        <w:jc w:val="right"/>
      </w:pPr>
      <w:r>
        <w:t>ذرے ذرے میں خدا ہے۔ آپ سنا ہوگا بہت یہ بات کہ سمندر کے بود بود میں خدا ہے اور ذرے ذرے میں خدا ہے، ہر چیز میں خدا ہے۔</w:t>
      </w:r>
    </w:p>
    <w:p>
      <w:r>
        <w:rPr>
          <w:b/>
        </w:rPr>
        <w:t xml:space="preserve">[19:07] </w:t>
      </w:r>
      <w:r>
        <w:t>wo kyun hai? apne tajurbe se mein ne samjha hai ke yeh ek bohat bara ek ek fallacy hai aur bohat bari ghalti ki hai philosophers ne aur mazhabi logon ne bhi.</w:t>
      </w:r>
    </w:p>
    <w:p>
      <w:pPr>
        <w:jc w:val="right"/>
      </w:pPr>
      <w:r>
        <w:t>وہ کیوں ہے؟ اپنے تجربے سے میں نے سمجھا ہے کہ یہ ایک بہت بڑا ایک ایک فلیسی ہے اور بہت بڑی غلطی کی ہے فلاسفرز نے اور مذہبی لوگوں نے بھی۔</w:t>
      </w:r>
    </w:p>
    <w:p>
      <w:r>
        <w:rPr>
          <w:b/>
        </w:rPr>
        <w:t xml:space="preserve">[19:18] </w:t>
      </w:r>
      <w:r>
        <w:t>wo kya hai? zarre zarre mein ek divine lesson tha, le</w:t>
      </w:r>
    </w:p>
    <w:p>
      <w:pPr>
        <w:jc w:val="right"/>
      </w:pPr>
      <w:r>
        <w:t>وہ کیا ہے؟ ذرے ذرے میں ایک ڈیوائن لیسن تھا، لی</w:t>
      </w:r>
    </w:p>
    <w:p>
      <w:r>
        <w:rPr>
          <w:b/>
        </w:rPr>
        <w:t xml:space="preserve">[19:25] </w:t>
      </w:r>
      <w:r>
        <w:t>son. Is ko samjhein ke khud divinity wahan maujood hai.</w:t>
      </w:r>
    </w:p>
    <w:p>
      <w:pPr>
        <w:jc w:val="right"/>
      </w:pPr>
      <w:r>
        <w:t>سن۔ اس کو سمجھیں کہ خود ڈیوینٹی وہاں موجود ہے۔</w:t>
      </w:r>
    </w:p>
    <w:p>
      <w:r>
        <w:rPr>
          <w:b/>
        </w:rPr>
        <w:t xml:space="preserve">[19:32] </w:t>
      </w:r>
      <w:r>
        <w:t>har zarre mein, matlab har har cheez mein jo bazahir ek material cheez hai, us ke andar ek divine content maujood tha, in terms of lesson.</w:t>
      </w:r>
    </w:p>
    <w:p>
      <w:pPr>
        <w:jc w:val="right"/>
      </w:pPr>
      <w:r>
        <w:t>ہر ذرے میں، مطلب ہر ہر چیز میں جو بظاہر ایک مٹیریل چیز ہے، اس کے اندر ایک ڈیوائن کنٹینٹ موجود تھا، ان ٹرمز آف لیسن۔</w:t>
      </w:r>
    </w:p>
    <w:p>
      <w:r>
        <w:rPr>
          <w:b/>
        </w:rPr>
        <w:t xml:space="preserve">[19:42] </w:t>
      </w:r>
      <w:r>
        <w:t>to samajh len ke wohi wohi khuda maujood hai wahan par.</w:t>
      </w:r>
    </w:p>
    <w:p>
      <w:pPr>
        <w:jc w:val="right"/>
      </w:pPr>
      <w:r>
        <w:t>تو سمجھ لیں کہ وہی وہی خدا موجود ہے وہاں پر۔</w:t>
      </w:r>
    </w:p>
    <w:p>
      <w:r>
        <w:rPr>
          <w:b/>
        </w:rPr>
        <w:t xml:space="preserve">[19:46] </w:t>
      </w:r>
      <w:r>
        <w:t>to yeh morz jo hai, woh hazrat wajood jo hai, jo adwiyat wad, adwiyat wad jo hai, yeh sab kya hai?</w:t>
      </w:r>
    </w:p>
    <w:p>
      <w:pPr>
        <w:jc w:val="right"/>
      </w:pPr>
      <w:r>
        <w:t>تو یہ مورز جو ہے، وہ حضرت وجود جو ہے، جو ادویت واد، ادویت واد جو ہے، یہ سب کیا ہے؟</w:t>
      </w:r>
    </w:p>
    <w:p>
      <w:r>
        <w:rPr>
          <w:b/>
        </w:rPr>
        <w:t xml:space="preserve">[19:55] </w:t>
      </w:r>
      <w:r>
        <w:t>isi baghalte par mabni hai.</w:t>
      </w:r>
    </w:p>
    <w:p>
      <w:pPr>
        <w:jc w:val="right"/>
      </w:pPr>
      <w:r>
        <w:t>اسی بغالطے پر مبنی ہے۔</w:t>
      </w:r>
    </w:p>
    <w:p>
      <w:r>
        <w:rPr>
          <w:b/>
        </w:rPr>
        <w:t xml:space="preserve">[20:00] </w:t>
      </w:r>
      <w:r>
        <w:t>ek haqeeqat hai ke har zarray mein ek divine content hai, in terms of lesson. yeh nahi ke khuda hi khud maujood hai wahan par.</w:t>
      </w:r>
    </w:p>
    <w:p>
      <w:pPr>
        <w:jc w:val="right"/>
      </w:pPr>
      <w:r>
        <w:t>ایک حقیقت ہے کہ ہر ذرے میں ایک ڈیوائن کنٹینٹ ہے، ان ٹرمز آف لیسن۔ یہ نہیں کہ خدا ہی خود موجود ہے وہاں پر۔</w:t>
      </w:r>
    </w:p>
    <w:p>
      <w:r>
        <w:rPr>
          <w:b/>
        </w:rPr>
        <w:t xml:space="preserve">[20:10] </w:t>
      </w:r>
      <w:r>
        <w:t>agar is ke material content ko alag kar saken aap to aap ko spiritual food milega woh is mein. aur phir spiritual food aap ko khuda se jod dega.</w:t>
      </w:r>
    </w:p>
    <w:p>
      <w:pPr>
        <w:jc w:val="right"/>
      </w:pPr>
      <w:r>
        <w:t>اگر اس کے مٹیریل کنٹینٹ کو الگ کر سکیں آپ تو آپ کو اسپیچول فوڈ ملے گا وہ اس میں۔ اور پھر اسپیچول فوڈ آپ کو خدا سے جوڑ دے گا۔</w:t>
      </w:r>
    </w:p>
    <w:p>
      <w:r>
        <w:rPr>
          <w:b/>
        </w:rPr>
        <w:t xml:space="preserve">[20:21] </w:t>
      </w:r>
      <w:r>
        <w:t>khuda ka shukar aaye ga. khuda ki azmat daryaft karen ge aap. khuda ko apne qareeb paane lagen ge aap.</w:t>
      </w:r>
    </w:p>
    <w:p>
      <w:pPr>
        <w:jc w:val="right"/>
      </w:pPr>
      <w:r>
        <w:t>خدا کا شکر آئے گا۔ خدا کی عظمت دریافت کریں گے آپ۔ خدا کو اپنے قریب پانے لگیں گے آپ۔</w:t>
      </w:r>
    </w:p>
    <w:p>
      <w:r>
        <w:rPr>
          <w:b/>
        </w:rPr>
        <w:t xml:space="preserve">[20:32] </w:t>
      </w:r>
      <w:r>
        <w:t>to dunya mein, yani hazaron saal se logon ke chhaya hua hai, logon ke upar modernism ka concept, yani sab kuch khuda hai.</w:t>
      </w:r>
    </w:p>
    <w:p>
      <w:pPr>
        <w:jc w:val="right"/>
      </w:pPr>
      <w:r>
        <w:t>تو دنیا میں، یعنی ہزاروں سال سے لوگوں کے چھایا ہوا ہے، لوگوں کے اوپر ماڈلزم کا کانسیپٹ، یعنی سب کچھ خدا ہے۔</w:t>
      </w:r>
    </w:p>
    <w:p>
      <w:r>
        <w:rPr>
          <w:b/>
        </w:rPr>
        <w:t xml:space="preserve">[20:43] </w:t>
      </w:r>
      <w:r>
        <w:t>sab kuch khuda hai. karkad mein khuda hai, zarray zarray mein khuda hai, har cheez mein khuda hai. yeh sare philosophers is ko mante the taqreeban.</w:t>
      </w:r>
    </w:p>
    <w:p>
      <w:pPr>
        <w:jc w:val="right"/>
      </w:pPr>
      <w:r>
        <w:t>سب کچھ خدا ہے۔ کڑکڑ میں خدا ہے، ذرے ذرے میں خدا ہے، ہر چیز میں خدا ہے۔ یہ سارے فلاسفرز اس کو مانتے تھے تقریباً۔</w:t>
      </w:r>
    </w:p>
    <w:p>
      <w:r>
        <w:rPr>
          <w:b/>
        </w:rPr>
        <w:t xml:space="preserve">[20:54] </w:t>
      </w:r>
      <w:r>
        <w:t>bohat se mazhabon mein mana jata hai yeh. lekin yeh kya hai?</w:t>
      </w:r>
    </w:p>
    <w:p>
      <w:pPr>
        <w:jc w:val="right"/>
      </w:pPr>
      <w:r>
        <w:t>بہت سے مذہبوں میں مانا جاتا ہے یہ۔ لیکن یہ کیا ہے؟</w:t>
      </w:r>
    </w:p>
    <w:p>
      <w:r>
        <w:rPr>
          <w:b/>
        </w:rPr>
        <w:t xml:space="preserve">[20:57] </w:t>
      </w:r>
      <w:r>
        <w:t>yeh ek ek ek fallacy hai, fallacy. ke ek waqe ka ghalat interpretation.</w:t>
      </w:r>
    </w:p>
    <w:p>
      <w:pPr>
        <w:jc w:val="right"/>
      </w:pPr>
      <w:r>
        <w:t>یہ ایک ایک ایک فلیسی ہے، فلیسی۔ کہ ایک واقعے کا غلط انٹرپریٹیشن۔</w:t>
      </w:r>
    </w:p>
    <w:p>
      <w:r>
        <w:rPr>
          <w:b/>
        </w:rPr>
        <w:t xml:space="preserve">[21:10] </w:t>
      </w:r>
      <w:r>
        <w:t>mujhe har cheez mein khuda ki jhalak milti hai. lekin is ka matlab nahi ke khuda wahan maujood tha. is ka matlab hai ke khuda maujood tha.</w:t>
      </w:r>
    </w:p>
    <w:p>
      <w:pPr>
        <w:jc w:val="right"/>
      </w:pPr>
      <w:r>
        <w:t>مجھے ہر چیز میں خدا کی جھلک ملتی ہے۔ لیکن اس کا مطلب نہیں کہ خدا وہاں موجود تھا۔ اس کا مطلب ہے کہ خدا موجود تھا۔</w:t>
      </w:r>
    </w:p>
    <w:p>
      <w:r>
        <w:rPr>
          <w:b/>
        </w:rPr>
        <w:t xml:space="preserve">[21:21] </w:t>
      </w:r>
      <w:r>
        <w:t>ek divine lesson maujood tha.</w:t>
      </w:r>
    </w:p>
    <w:p>
      <w:pPr>
        <w:jc w:val="right"/>
      </w:pPr>
      <w:r>
        <w:t>ایک ڈیوائن لیسن موجود تھا۔</w:t>
      </w:r>
    </w:p>
    <w:p>
      <w:r>
        <w:rPr>
          <w:b/>
        </w:rPr>
        <w:t xml:space="preserve">[21:24] </w:t>
      </w:r>
      <w:r>
        <w:t>jaise kal parson ki baat hai, mein subah ke nashte mein jis chana diya gaya khane ke liye. to chana jo hai,</w:t>
      </w:r>
    </w:p>
    <w:p>
      <w:pPr>
        <w:jc w:val="right"/>
      </w:pPr>
      <w:r>
        <w:t>جیسے کل پرسوں کی بات ہے، میں صبح کے ناشتے میں جس چنا دیا گیا کھانے کے لیے۔ تو چنا جو ہے،</w:t>
      </w:r>
    </w:p>
    <w:p>
      <w:r>
        <w:rPr>
          <w:b/>
        </w:rPr>
        <w:t xml:space="preserve">[21:36] </w:t>
      </w:r>
      <w:r>
        <w:t>agar achhe achha pakaya jaye to bohat tasty hota hai. yani ek tasty dish hai woh chana. to mein kha raha tha.</w:t>
      </w:r>
    </w:p>
    <w:p>
      <w:pPr>
        <w:jc w:val="right"/>
      </w:pPr>
      <w:r>
        <w:t>اگر اچھے اچھا پکایا جائے تو بہت ٹیسٹی ہوتا ہے۔ یعنی ایک ٹیسٹی ڈش ہے وہ چنا۔ تو میں کھا رہا تھا۔</w:t>
      </w:r>
    </w:p>
    <w:p>
      <w:r>
        <w:rPr>
          <w:b/>
        </w:rPr>
        <w:t xml:space="preserve">[21:46] </w:t>
      </w:r>
      <w:r>
        <w:t>to achhanak mujhe yaad aaya ke jab mein bachpan mein tha to hamare ghar par ghoda pala hua tha.</w:t>
      </w:r>
    </w:p>
    <w:p>
      <w:pPr>
        <w:jc w:val="right"/>
      </w:pPr>
      <w:r>
        <w:t>تو اچانک مجھے یاد آیا کہ جب میں بچپن میں تھا تو ہمارے گھر پر گھوڑا پلا ہوا تھا۔</w:t>
      </w:r>
    </w:p>
    <w:p>
      <w:r>
        <w:rPr>
          <w:b/>
        </w:rPr>
        <w:t xml:space="preserve">[21:54] </w:t>
      </w:r>
      <w:r>
        <w:t>woh zamane zamindar jo achhe bare zamindar hote, ghoda rakhte the woh. to car ka zamana nahi tha woh. car ka zamana nahi tha. to ghoday ko chana khilate the.</w:t>
      </w:r>
    </w:p>
    <w:p>
      <w:pPr>
        <w:jc w:val="right"/>
      </w:pPr>
      <w:r>
        <w:t>وہ زمانے زمیندار جو اچھے بڑے زمیندار ہوتے، گھوڑا رکھتے تھے وہ۔ تو کار کا زمانہ نہیں تھا وہ۔ کار کا زمانہ نہیں تھا۔ تو گھوڑے کو چنا کھلاتے تھے۔</w:t>
      </w:r>
    </w:p>
    <w:p>
      <w:r>
        <w:rPr>
          <w:b/>
        </w:rPr>
        <w:t xml:space="preserve">[22:05] </w:t>
      </w:r>
      <w:r>
        <w:t>yani sham ko bhagate the aur subah ko wahi bheega hua chana us ko diya tha, ghoda khata tha. ab mein ne socha ke dekhiye, mein bhi chana kha raha hoon aur ghoda bhi chana khata tha.</w:t>
      </w:r>
    </w:p>
    <w:p>
      <w:pPr>
        <w:jc w:val="right"/>
      </w:pPr>
      <w:r>
        <w:t>یعنی شام کو بھگاتے تھے اور صبح کو وہی بھیگا ہوا چنا اس کو دیا تھا، گھوڑا کھاتا تھا۔ اب میں نے سوچا کہ دیکھیے، میں بھی چنا کھا رہا ہوں اور گھوڑا بھی چنا کھاتا تھا۔</w:t>
      </w:r>
    </w:p>
    <w:p>
      <w:r>
        <w:rPr>
          <w:b/>
        </w:rPr>
        <w:t xml:space="preserve">[22:20] </w:t>
      </w:r>
      <w:r>
        <w:t>what is the difference between the two?</w:t>
      </w:r>
    </w:p>
    <w:p>
      <w:pPr>
        <w:jc w:val="right"/>
      </w:pPr>
      <w:r>
        <w:t>واٹ از دا ڈیفرنس بٹوین دا ٹو؟</w:t>
      </w:r>
    </w:p>
    <w:p>
      <w:r>
        <w:rPr>
          <w:b/>
        </w:rPr>
        <w:t xml:space="preserve">[22:26] </w:t>
      </w:r>
      <w:r>
        <w:t>kya difference dono mein hai? to difference yeh hai ke ghoda jo hai, chane ke sirf material content janta tha use, chana kha raha hai, pet bhar raha hai, chana kha raha hai, pet bhar raha hai.</w:t>
      </w:r>
    </w:p>
    <w:p>
      <w:pPr>
        <w:jc w:val="right"/>
      </w:pPr>
      <w:r>
        <w:t>کیا ڈیفرنس دونوں میں ہے؟ تو ڈیفرنس یہ ہے کہ گھوڑا جو ہے، چنے کے صرف مٹیریل کنٹینٹ جانتا تھا اسے، چنا کھا رہا ہے، پیٹ بھر رہا ہے، چنا کھا رہا ہے، پیٹ بھر رہا ہے۔</w:t>
      </w:r>
    </w:p>
    <w:p>
      <w:r>
        <w:rPr>
          <w:b/>
        </w:rPr>
        <w:t xml:space="preserve">[22:40] </w:t>
      </w:r>
      <w:r>
        <w:t>mein kha raha hoon to soch raha hoon ke is ke andar kya lesson kya hai, kya sabak kya hai.</w:t>
      </w:r>
    </w:p>
    <w:p>
      <w:pPr>
        <w:jc w:val="right"/>
      </w:pPr>
      <w:r>
        <w:t>میں کھا رہا ہوں تو سوچ رہا ہوں کہ اس کے اندر کیا لیسن کیا ہے، کیا سبق کیا ہے۔</w:t>
      </w:r>
    </w:p>
    <w:p>
      <w:r>
        <w:rPr>
          <w:b/>
        </w:rPr>
        <w:t xml:space="preserve">[22:47] </w:t>
      </w:r>
      <w:r>
        <w:t>to meri, mein ne is mein ek discovery mujhe ho gayi.</w:t>
      </w:r>
    </w:p>
    <w:p>
      <w:pPr>
        <w:jc w:val="right"/>
      </w:pPr>
      <w:r>
        <w:t>تو میری، میں نے اس میں ایک ڈسکوری مجھے ہو گئی۔</w:t>
      </w:r>
    </w:p>
    <w:p>
      <w:r>
        <w:rPr>
          <w:b/>
        </w:rPr>
        <w:t xml:space="preserve">[22:51] </w:t>
      </w:r>
      <w:r>
        <w:t>ek discovery kya hui? ke Allah taala ne insan ko bohat sari cheezein di hain, hath paon.</w:t>
      </w:r>
    </w:p>
    <w:p>
      <w:pPr>
        <w:jc w:val="right"/>
      </w:pPr>
      <w:r>
        <w:t>ایک ڈسکوری کیا ہوئی؟ کہ اللہ تعالیٰ نے انسان کو بہت ساری چیزیں دی ہیں، ہاتھ پاؤں۔</w:t>
      </w:r>
    </w:p>
    <w:p>
      <w:r>
        <w:rPr>
          <w:b/>
        </w:rPr>
        <w:t xml:space="preserve">[23:00] </w:t>
      </w:r>
      <w:r>
        <w:t>yani sab, yani blessing, blessing hai ek ek cheez. ek cheez aisi jo bohat hi special hai, jo sirf insan ko mili hai.</w:t>
      </w:r>
    </w:p>
    <w:p>
      <w:pPr>
        <w:jc w:val="right"/>
      </w:pPr>
      <w:r>
        <w:t>یعنی سب، یعنی بلیسنگ، بلیسنگ ہے ایک ایک چیز۔ ایک چیز ایسی جو بہت ہی اسپیشل ہے، جو صرف انسان کو ملی ہے۔</w:t>
      </w:r>
    </w:p>
    <w:p>
      <w:r>
        <w:rPr>
          <w:b/>
        </w:rPr>
        <w:t xml:space="preserve">[23:09] </w:t>
      </w:r>
      <w:r>
        <w:t>matlab hath paon animal mein bhi hota hai, aankh animal ke paas bhi hoti hai.</w:t>
      </w:r>
    </w:p>
    <w:p>
      <w:pPr>
        <w:jc w:val="right"/>
      </w:pPr>
      <w:r>
        <w:t>مطلب ہاتھ پاؤں اینیمل میں بھی ہوتا ہے، آنکھ اینیمل کے پاس بھی ہوتی ہے۔</w:t>
      </w:r>
    </w:p>
    <w:p>
      <w:r>
        <w:rPr>
          <w:b/>
        </w:rPr>
        <w:t xml:space="preserve">[23:16] </w:t>
      </w:r>
      <w:r>
        <w:t>ek aisi cheez hai jo sirf insan ko hai, na kisi galaxy ko, na kisi planet ko, na kisi ocean ko, na kisi mountain ko, na kisi animal ko.</w:t>
      </w:r>
    </w:p>
    <w:p>
      <w:pPr>
        <w:jc w:val="right"/>
      </w:pPr>
      <w:r>
        <w:t>ایک ایسی چیز ہے جو صرف انسان کو ہے، نہ کسی گلیکسی کو، نہ کسی پلینٹ کو، نہ کسی اوشن کو، نہ کسی باؤنٹین کو، نہ کسی اینیمل کو۔</w:t>
      </w:r>
    </w:p>
    <w:p>
      <w:r>
        <w:rPr>
          <w:b/>
        </w:rPr>
        <w:t xml:space="preserve">[23:27] </w:t>
      </w:r>
      <w:r>
        <w:t>woh kya hai? sense of pleasure. yeh sirf insaan ko hai. sense of pleasure.</w:t>
      </w:r>
    </w:p>
    <w:p>
      <w:pPr>
        <w:jc w:val="right"/>
      </w:pPr>
      <w:r>
        <w:t>وہ کیا ہے؟ سینس آف پلیژر۔ یہ صرف انسان کو ہے۔ سینس آف پلیژر۔</w:t>
      </w:r>
    </w:p>
    <w:p>
      <w:r>
        <w:rPr>
          <w:b/>
        </w:rPr>
        <w:t xml:space="preserve">[23:37] </w:t>
      </w:r>
      <w:r>
        <w:t>in cheezon se humein lutf milta hai, jo urdu mein kehte hain talazzuz, lazzat milti hai.</w:t>
      </w:r>
    </w:p>
    <w:p>
      <w:pPr>
        <w:jc w:val="right"/>
      </w:pPr>
      <w:r>
        <w:t>ان چیزوں سے ہمیں لطف ملتا ہے، جو عربی میں کہتے ہیں تلزز، لذت ملتی ہے۔</w:t>
      </w:r>
    </w:p>
    <w:p>
      <w:r>
        <w:rPr>
          <w:b/>
        </w:rPr>
        <w:t xml:space="preserve">[23:45] </w:t>
      </w:r>
      <w:r>
        <w:t>yani ajeeb ghareeb baat hai ke Allah taala ne dekhne mein insaan ko lazzat bhi di hai, soonghne mein lazzat, sunne mein lazzat, chhoone mein lazzat, khaane mein lazzat.</w:t>
      </w:r>
    </w:p>
    <w:p>
      <w:pPr>
        <w:jc w:val="right"/>
      </w:pPr>
      <w:r>
        <w:t>یعنی عجیب غریب بات ہے کہ اللہ تعالیٰ نے دیکھنے میں انسان کو لذت بھی دی ہے، سونگھنے میں لذت، سننے میں لذت، چھونے میں لذت، کھانے میں لذت۔</w:t>
      </w:r>
    </w:p>
    <w:p>
      <w:r>
        <w:rPr>
          <w:b/>
        </w:rPr>
        <w:t xml:space="preserve">[23:58] </w:t>
      </w:r>
      <w:r>
        <w:t>jitne bhi insaan function karta hai, har function mein lazzat.</w:t>
      </w:r>
    </w:p>
    <w:p>
      <w:pPr>
        <w:jc w:val="right"/>
      </w:pPr>
      <w:r>
        <w:t>جتنے بھی انسان فنکشن کرتا ہے، ہر فنکشن میں لذت۔</w:t>
      </w:r>
    </w:p>
    <w:p>
      <w:r>
        <w:rPr>
          <w:b/>
        </w:rPr>
        <w:t xml:space="preserve">[24:06] </w:t>
      </w:r>
      <w:r>
        <w:t>ke kisi, koi bhi jo hai, usko jaanta nahi, sense of pleasure ko koi bhi nahi jaanta.</w:t>
      </w:r>
    </w:p>
    <w:p>
      <w:pPr>
        <w:jc w:val="right"/>
      </w:pPr>
      <w:r>
        <w:t>کہ کسی، کوئی بھی جو ہے، اس کو جانتا نہیں، سینس آف پلیژر کو کوئی بھی نہیں جانتا۔</w:t>
      </w:r>
    </w:p>
    <w:p>
      <w:r>
        <w:rPr>
          <w:b/>
        </w:rPr>
        <w:t xml:space="preserve">[24:12] </w:t>
      </w:r>
      <w:r>
        <w:t>haathi ya sher ko kuch nahi pata ke pleasure bhi koi cheez hoti hai. aap jaante hain, animal ke do hi concern hain: safety aur pet bharna.</w:t>
      </w:r>
    </w:p>
    <w:p>
      <w:pPr>
        <w:jc w:val="right"/>
      </w:pPr>
      <w:r>
        <w:t>ہاتھی یا شیر کو کچھ نہیں پتہ کہ پلیژر بھی کوئی چیز ہوتی ہے۔ آپ جانتے ہیں، اینیمل کے دو ہی کنسرن ہیں: سیفٹی اور پیٹ بھرنا۔</w:t>
      </w:r>
    </w:p>
    <w:p>
      <w:r>
        <w:rPr>
          <w:b/>
        </w:rPr>
        <w:t xml:space="preserve">[24:32] </w:t>
      </w:r>
      <w:r>
        <w:t>yani kuch hain animal jo ke woh carnivorous hote hain, woh woh woh gosht khate hain, kuch sabzi khate hain.</w:t>
      </w:r>
    </w:p>
    <w:p>
      <w:pPr>
        <w:jc w:val="right"/>
      </w:pPr>
      <w:r>
        <w:t>یعنی کچھ ہیں اینیمل جو کہ وہ کارنیورس ہوتے ہیں، وہ وہ وہ گوشت کھاتے ہیں، کچھ سبزی کھاتے ہیں۔</w:t>
      </w:r>
    </w:p>
    <w:p>
      <w:r>
        <w:rPr>
          <w:b/>
        </w:rPr>
        <w:t xml:space="preserve">[24:45] </w:t>
      </w:r>
      <w:r>
        <w:t>bas pet bhar liya kha kar unhon ne. unhein koi is mein taste nahi milta.</w:t>
      </w:r>
    </w:p>
    <w:p>
      <w:pPr>
        <w:jc w:val="right"/>
      </w:pPr>
      <w:r>
        <w:t>بس پیٹ بھر لیا کھا کر انہوں نے۔ انہیں کوئی اس میں ٹیسٹ نہیں ملتا۔</w:t>
      </w:r>
    </w:p>
    <w:p>
      <w:r>
        <w:rPr>
          <w:b/>
        </w:rPr>
        <w:t xml:space="preserve">[24:53] </w:t>
      </w:r>
      <w:r>
        <w:t>insaan khata hai to usko taste milta hai.</w:t>
      </w:r>
    </w:p>
    <w:p>
      <w:pPr>
        <w:jc w:val="right"/>
      </w:pPr>
      <w:r>
        <w:t>انسان کھاتا ہے تو اس کو ٹیسٹ ملتا ہے۔</w:t>
      </w:r>
    </w:p>
    <w:p>
      <w:r>
        <w:rPr>
          <w:b/>
        </w:rPr>
        <w:t xml:space="preserve">[24:57] </w:t>
      </w:r>
      <w:r>
        <w:t>jaise yeh pani rakha hai, abhi maine pani liya to mujhe yaad aaya, yeh pani to yani pure water nahi hai, yeh jo hum ko milta hai Delhi mein.</w:t>
      </w:r>
    </w:p>
    <w:p>
      <w:pPr>
        <w:jc w:val="right"/>
      </w:pPr>
      <w:r>
        <w:t>جیسے یہ پانی رکھا ہے، ابھی میں نے پانی لیا تو مجھے یاد آیا، یہ پانی تو یعنی پیور واٹر نہیں ہے، یہ جو ہم کو ملتا ہے دلی میں۔</w:t>
      </w:r>
    </w:p>
    <w:p>
      <w:r>
        <w:rPr>
          <w:b/>
        </w:rPr>
        <w:t xml:space="preserve">[25:08] </w:t>
      </w:r>
      <w:r>
        <w:t>itna pani mein itni zyada lazzat hai, agar pure water ho to. maine is ka tajurba kiya hai. ek baar mein gaya Kashmir to Pahalgam ek jagah wahan par hai.</w:t>
      </w:r>
    </w:p>
    <w:p>
      <w:pPr>
        <w:jc w:val="right"/>
      </w:pPr>
      <w:r>
        <w:t>اتنا پانی میں اتنی زیادہ لذت ہے، اگر پیور واٹر ہو تو۔ میں نے اس کا تجربہ کیا ہے۔ ایک بار میں گیا کشمیر تو پہلگام ایک جگہ وہاں پر ہے۔</w:t>
      </w:r>
    </w:p>
    <w:p>
      <w:r>
        <w:rPr>
          <w:b/>
        </w:rPr>
        <w:t xml:space="preserve">[25:21] </w:t>
      </w:r>
      <w:r>
        <w:t>ab to shayad bohat zyada kharab ho chuka hoga, ab woh wahan nahi hoga jo pehle tha.</w:t>
      </w:r>
    </w:p>
    <w:p>
      <w:pPr>
        <w:jc w:val="right"/>
      </w:pPr>
      <w:r>
        <w:t>اب تو شاید بہت زیادہ خراب ہو چکا ہوگا، اب وہ وہاں نہیں ہوگا جو پہلے تھا۔</w:t>
      </w:r>
    </w:p>
    <w:p>
      <w:r>
        <w:rPr>
          <w:b/>
        </w:rPr>
        <w:t xml:space="preserve">[25:27] </w:t>
      </w:r>
      <w:r>
        <w:t>to pahaad se chashma aa raha tha, chashme se. woh Pahalgam mein do pahaadon ke beech mein woh ek naddi ban jata hai, woh chashma. to mere saath Kareemullah sahib the, un ke paas ek glass tha aise hi.</w:t>
      </w:r>
    </w:p>
    <w:p>
      <w:pPr>
        <w:jc w:val="right"/>
      </w:pPr>
      <w:r>
        <w:t>تو پہاڑ سے چشمہ آ رہا تھا، چہار سے۔ وہ پہلگام میں دو پہاڑوں کے بیچ میں وہ ایک ندی بن جاتا ہے، وہ چشمہ۔ تو میرے ساتھ کریم اللہ صاحب تھے، ان کے پاس ایک گلاس تھا ایسے ہی۔</w:t>
      </w:r>
    </w:p>
    <w:p>
      <w:r>
        <w:rPr>
          <w:b/>
        </w:rPr>
        <w:t xml:space="preserve">[25:42] </w:t>
      </w:r>
      <w:r>
        <w:t>to chashma itna beautiful lagta tha woh. to maine un se kaha ke glass dijiye, main pani piunga. to main kinare baith gaya aur glass le kar pani piya.</w:t>
      </w:r>
    </w:p>
    <w:p>
      <w:pPr>
        <w:jc w:val="right"/>
      </w:pPr>
      <w:r>
        <w:t>تو چشمہ اتنا بیوٹی فل لگتا تھا وہ۔ تو میں نے ان سے کہا کہ گلاس دیجیے، میں پانی پیوں گا۔ تو میں کنارے بیٹھ گیا اور گلاس لے کے پانی پیا۔</w:t>
      </w:r>
    </w:p>
    <w:p>
      <w:r>
        <w:rPr>
          <w:b/>
        </w:rPr>
        <w:t xml:space="preserve">[25:54] </w:t>
      </w:r>
      <w:r>
        <w:t>itna acha laga ke woh aisa drink, koi jo insani drink banate hain, companies, jitne bhi drink banaye jaate hain, kisi bhi drink mein woh lazzat nahi jo is pani mein thi.</w:t>
      </w:r>
    </w:p>
    <w:p>
      <w:pPr>
        <w:jc w:val="right"/>
      </w:pPr>
      <w:r>
        <w:t>اتنا اچھا لگا کہ وہ ایسا ڈرنک، کوئی جو انسانی ڈرنک بناتے ہیں، کمپنیاں، جتنے بھی ڈرنک بنائے جاتے ہیں، کسی بھی ڈرنک میں وہ لذت نہیں جو اس پانی میں تھی۔</w:t>
      </w:r>
    </w:p>
    <w:p>
      <w:r>
        <w:rPr>
          <w:b/>
        </w:rPr>
        <w:t xml:space="preserve">[26:07] </w:t>
      </w:r>
      <w:r>
        <w:t>to maine us ko ek ek glass liya, phir doosra, teesra, chhay glass pani pi gaya. main zindagi mein kabhi maine ek baithak mein chhay glass pani nahi piya tha.</w:t>
      </w:r>
    </w:p>
    <w:p>
      <w:pPr>
        <w:jc w:val="right"/>
      </w:pPr>
      <w:r>
        <w:t>تو میں نے اس کو ایک ایک گلاس لیا، پھر دوسرا، تیسرا، چھ گلاس پانی پی گیا۔ میں زندگی میں کبھی میں نے ایک بیٹھک میں چھ گلاس پانی نہیں پیا تھا۔</w:t>
      </w:r>
    </w:p>
    <w:p>
      <w:r>
        <w:rPr>
          <w:b/>
        </w:rPr>
        <w:t xml:space="preserve">[26:21] </w:t>
      </w:r>
      <w:r>
        <w:t>wohi pani animal hi peete hain, un ko koi lazzat nahi milti hai. animal ko kabhi lazzat nahi pani milti, pyas bujhate hain bas.</w:t>
      </w:r>
    </w:p>
    <w:p>
      <w:pPr>
        <w:jc w:val="right"/>
      </w:pPr>
      <w:r>
        <w:t>وہی پانی اینیمل ہی پیتے ہیں، ان کو کوئی لذت نہیں ملتی ہے۔ اینیمل کو کبھی لذت نہیں پانی ملتی، پیاس بجھاتے ہیں بس۔</w:t>
      </w:r>
    </w:p>
    <w:p>
      <w:r>
        <w:rPr>
          <w:b/>
        </w:rPr>
        <w:t xml:space="preserve">[26:31] </w:t>
      </w:r>
      <w:r>
        <w:t>animal ke liye pani kya hai? pyas bujhana. jaise sher jab gosht khata hai to sab se jante hain kya is ka karta hai, us ke baad ek shikar kiya, us ne shikar kar ke us ka khoon peeta hai.</w:t>
      </w:r>
    </w:p>
    <w:p>
      <w:pPr>
        <w:jc w:val="right"/>
      </w:pPr>
      <w:r>
        <w:t>اینیمل کے لیے پانی کیا ہے؟ پیاس بجھانا۔ جیسے شیر جب گوشت کھاتا ہے تو سب سے جانتے ہیں کیا اس کا کرتا ہے، اس کے بعد ایک شکار کیا، اس نے شکار کر کے اس کا خون پیتا ہے۔</w:t>
      </w:r>
    </w:p>
    <w:p>
      <w:r>
        <w:rPr>
          <w:b/>
        </w:rPr>
        <w:t xml:space="preserve">[26:46] </w:t>
      </w:r>
      <w:r>
        <w:t>woh</w:t>
      </w:r>
    </w:p>
    <w:p>
      <w:pPr>
        <w:jc w:val="right"/>
      </w:pPr>
      <w:r>
        <w:t>وہ</w:t>
      </w:r>
    </w:p>
    <w:p>
      <w:r>
        <w:rPr>
          <w:b/>
        </w:rPr>
        <w:t xml:space="preserve">[26:49] </w:t>
      </w:r>
      <w:r>
        <w:t>sher jo hai, idhar udhar gosht nahi khata, khoon peeta hai. khoon na mile to majbooran gosht kha lega. yeh chidiya gharon mein gosht khilaya jata hai, woh to majboori ki hota hai.</w:t>
      </w:r>
    </w:p>
    <w:p>
      <w:pPr>
        <w:jc w:val="right"/>
      </w:pPr>
      <w:r>
        <w:t>شیر جو ہے، ادھر ادھر گوشت نہیں کھاتا، خون پیتا ہے۔ خون نہ ملے تو مجبورا گوشت کھا لے گا۔ یہ چڑیا گھروں میں گوشت کھلایا جاتا ہے، وہ تو مجبوری کی ہوتا ہے۔</w:t>
      </w:r>
    </w:p>
    <w:p>
      <w:r>
        <w:rPr>
          <w:b/>
        </w:rPr>
        <w:t xml:space="preserve">[27:00] </w:t>
      </w:r>
      <w:r>
        <w:t>asal ghiza us ki khoon hai. jab khoon pi leta hai woh to us ko bohat pyas lagti hai. foran daudta hai pani ki taraf.</w:t>
      </w:r>
    </w:p>
    <w:p>
      <w:pPr>
        <w:jc w:val="right"/>
      </w:pPr>
      <w:r>
        <w:t>اصل غذا اس کی خون ہے۔ جب خون پی لیتا ہے وہ تو اس کو بہت پیاس لگتی ہے۔ فوراً دوڑتا ہے پانی کی طرف۔</w:t>
      </w:r>
    </w:p>
    <w:p>
      <w:r>
        <w:rPr>
          <w:b/>
        </w:rPr>
        <w:t xml:space="preserve">[27:11] </w:t>
      </w:r>
      <w:r>
        <w:t>woh pehla kaam woh karta hai, pani peena, aur us ke baad ja ke so jata hai. woh to us ko na sone mein koi lazzat</w:t>
      </w:r>
    </w:p>
    <w:p>
      <w:pPr>
        <w:jc w:val="right"/>
      </w:pPr>
      <w:r>
        <w:t>وہ پہلا کام وہ کرتا ہے، پانی پینا، اور اس کے بعد جا کے سو جاتا ہے۔ وہ تو اس کو نہ سونے میں کوئی لذت</w:t>
      </w:r>
    </w:p>
    <w:p>
      <w:r>
        <w:rPr>
          <w:b/>
        </w:rPr>
        <w:t xml:space="preserve">[27:18] </w:t>
      </w:r>
      <w:r>
        <w:t>mili, na khaane mein koi lazzat mili, na pani mein koi lazzat mili. woh nature ki ek arz hai, arz nature ki. is arz ke tehat woh karta hai, jis ko kehte hain instinct.</w:t>
      </w:r>
    </w:p>
    <w:p>
      <w:pPr>
        <w:jc w:val="right"/>
      </w:pPr>
      <w:r>
        <w:t>ملی، نہ کھانے میں کوئی لذت ملی، نہ پانی میں کوئی لذت ملی۔ وہ نیچر کی ایک عرض ہے، عرض نیچر کی۔ اس عرض کے تحت وہ کرتا ہے، جس کو کہتے ہیں انسٹنکٹ۔</w:t>
      </w:r>
    </w:p>
    <w:p>
      <w:r>
        <w:rPr>
          <w:b/>
        </w:rPr>
        <w:t xml:space="preserve">[27:32] </w:t>
      </w:r>
      <w:r>
        <w:t>instinct yani janwar jo kuch karta hai, animal instinct ke tehat karta hai. bas</w:t>
      </w:r>
    </w:p>
    <w:p>
      <w:pPr>
        <w:jc w:val="right"/>
      </w:pPr>
      <w:r>
        <w:t>انسٹنکٹ یعنی جانور جو کچھ کرتا ہے، اینیمل انسٹنکٹ کے تحت کرتا ہے۔ بس</w:t>
      </w:r>
    </w:p>
    <w:p>
      <w:r>
        <w:rPr>
          <w:b/>
        </w:rPr>
        <w:t xml:space="preserve">[27:39] </w:t>
      </w:r>
      <w:r>
        <w:t>sher ko na khaane mein koi pleasure mila, na pani peene mein mila, na sone mein mila.</w:t>
      </w:r>
    </w:p>
    <w:p>
      <w:pPr>
        <w:jc w:val="right"/>
      </w:pPr>
      <w:r>
        <w:t>شیر کو نہ کھانے میں کوئی پلیژر ملا، نہ پانی پینے میں ملا، نہ سونے میں ملا۔</w:t>
      </w:r>
    </w:p>
    <w:p>
      <w:r>
        <w:rPr>
          <w:b/>
        </w:rPr>
        <w:t xml:space="preserve">[27:46] </w:t>
      </w:r>
      <w:r>
        <w:t>insan dekhiye, jab khata hai to us ko pleasure milta hai, peeta hai to us ko pleasure milta hai. achha, glass maine piya, ek ajib lazzat is mein thi.</w:t>
      </w:r>
    </w:p>
    <w:p>
      <w:pPr>
        <w:jc w:val="right"/>
      </w:pPr>
      <w:r>
        <w:t>انسان دیکھیے، جب کھاتا ہے تو اس کو پلیژر ملتا ہے، پیتا ہے تو اس کو پلیژر ملتا ہے۔ اچھا، گلاس میں نے پیا، ایک عجیب لذت اس میں تھی۔</w:t>
      </w:r>
    </w:p>
    <w:p>
      <w:r>
        <w:rPr>
          <w:b/>
        </w:rPr>
        <w:t xml:space="preserve">[27:57] </w:t>
      </w:r>
      <w:r>
        <w:t>ab to yeh cheezein jo milti hain hum ko, phal ho, sabzi ho, galat ho, koi bhi pure milta nahin. bilkul pure nahin milta.</w:t>
      </w:r>
    </w:p>
    <w:p>
      <w:pPr>
        <w:jc w:val="right"/>
      </w:pPr>
      <w:r>
        <w:t>اب تو یہ چیزیں جو ملتی ہیں ہم کو، پھل ہو، سبزی ہو، غلط ہو، کوئی بھی پیور ملتا نہیں۔ بالکل پیور نہیں ملتا۔</w:t>
      </w:r>
    </w:p>
    <w:p>
      <w:r>
        <w:rPr>
          <w:b/>
        </w:rPr>
        <w:t xml:space="preserve">[28:06] </w:t>
      </w:r>
      <w:r>
        <w:t>agar cheezein pure milein, aap ko pure, har cheez mein be panah lazzat rakhi hai Allah taala ne, har cheez mein.</w:t>
      </w:r>
    </w:p>
    <w:p>
      <w:pPr>
        <w:jc w:val="right"/>
      </w:pPr>
      <w:r>
        <w:t>اگر چیزیں پیور ملیں، آپ کو پیور، ہر چیز میں بے پناہ لذت رکھی ہے اللہ تعالیٰ نے، ہر چیز میں۔</w:t>
      </w:r>
    </w:p>
    <w:p>
      <w:r>
        <w:rPr>
          <w:b/>
        </w:rPr>
        <w:t xml:space="preserve">[28:15] </w:t>
      </w:r>
      <w:r>
        <w:t>to ab main chana kha raha tha, yeh soch raha tha ke dekho, kaisi ajib cheez hai insan ke is par is ko Khuda ne sense of pleasure diya hai.</w:t>
      </w:r>
    </w:p>
    <w:p>
      <w:pPr>
        <w:jc w:val="right"/>
      </w:pPr>
      <w:r>
        <w:t>تو اب میں چنا کھا رہا تھا، یہ سوچ رہا تھا کہ دیکھو، کیسی عجیب چیز ہے انسان کہ اس پر اس کو خدا نے سینس آف پلیژر دیا ہے۔</w:t>
      </w:r>
    </w:p>
    <w:p>
      <w:r>
        <w:rPr>
          <w:b/>
        </w:rPr>
        <w:t xml:space="preserve">[28:27] </w:t>
      </w:r>
      <w:r>
        <w:t>yani mehdood ho kar zindagi aap reh saken, mehdood hona yani enjoy karna, enjoy karte hi rahen aap.</w:t>
      </w:r>
    </w:p>
    <w:p>
      <w:pPr>
        <w:jc w:val="right"/>
      </w:pPr>
      <w:r>
        <w:t>یعنی محدود ہو کر زندگی آپ رہ سکیں، محدود ہونا یعنی انجوائے کرنا، انجوائے کرتے ہی رہیں آپ۔</w:t>
      </w:r>
    </w:p>
    <w:p>
      <w:r>
        <w:rPr>
          <w:b/>
        </w:rPr>
        <w:t xml:space="preserve">[28:37] </w:t>
      </w:r>
      <w:r>
        <w:t>koi bhi is itni bari universe hai, koi bhi enjoy nahin karta hai, na galaxy, na planets, na koi ocean, na koi pahad, na koi animal.</w:t>
      </w:r>
    </w:p>
    <w:p>
      <w:pPr>
        <w:jc w:val="right"/>
      </w:pPr>
      <w:r>
        <w:t>کوئی بھی اس اتنی بڑی یونیورس ہے، کوئی بھی انجوائے نہیں کرتا ہے، نہ گلیکسی، نہ پلینٹس، نہ کوئی اوشن، نہ کوئی پہاڑ، نہ کوئی اینیمل۔</w:t>
      </w:r>
    </w:p>
    <w:p>
      <w:r>
        <w:rPr>
          <w:b/>
        </w:rPr>
        <w:t xml:space="preserve">[28:51] </w:t>
      </w:r>
      <w:r>
        <w:t>kisi ko pata hi nahin ke what is the enjoyment. yeh to ek royal, ek ek royal blessing hai aap ko, insan ko.</w:t>
      </w:r>
    </w:p>
    <w:p>
      <w:pPr>
        <w:jc w:val="right"/>
      </w:pPr>
      <w:r>
        <w:t>کسی کو پتہ ہی نہیں کہ واٹ از دا انجوائے منٹ۔ یہ تو ایک رائل، ایک ایک رائل بلیسنگ ہے آپ کو، انسان کو۔</w:t>
      </w:r>
    </w:p>
    <w:p>
      <w:r>
        <w:rPr>
          <w:b/>
        </w:rPr>
        <w:t xml:space="preserve">[29:01] </w:t>
      </w:r>
      <w:r>
        <w:t>ek royal blessing hai ke aap enjoy kar sakte hain.</w:t>
      </w:r>
    </w:p>
    <w:p>
      <w:pPr>
        <w:jc w:val="right"/>
      </w:pPr>
      <w:r>
        <w:t>ایک رائل بلیسنگ ہے کہ آپ انجوائے کر سکتے ہیں۔</w:t>
      </w:r>
    </w:p>
    <w:p>
      <w:r>
        <w:rPr>
          <w:b/>
        </w:rPr>
        <w:t xml:space="preserve">[29:06] </w:t>
      </w:r>
      <w:r>
        <w:t>sunte hain to is mein aap enjoy karte hain, dekhte hain to is mein enjoy karte hain, khate hain to is mein enjoy karte hain. that is royal blessing.</w:t>
      </w:r>
    </w:p>
    <w:p>
      <w:pPr>
        <w:jc w:val="right"/>
      </w:pPr>
      <w:r>
        <w:t>سنتے ہیں تو اس میں آپ انجوائے کرتے ہیں، دیکھتے ہیں تو اس میں انجوائے کرتے ہیں، کھاتے ہیں تو اس میں انجوائے کرتے ہیں۔ دیٹ از رائل بلیسنگ۔</w:t>
      </w:r>
    </w:p>
    <w:p>
      <w:r>
        <w:rPr>
          <w:b/>
        </w:rPr>
        <w:t xml:space="preserve">[29:17] </w:t>
      </w:r>
      <w:r>
        <w:t>to Allah taala ne yani kaisi ajib insan ko yeh rahat di hai.</w:t>
      </w:r>
    </w:p>
    <w:p>
      <w:pPr>
        <w:jc w:val="right"/>
      </w:pPr>
      <w:r>
        <w:t>تو اللہ تعالیٰ نے یعنی کیسی عجیب انسان کو یہ راحت دی ہے۔</w:t>
      </w:r>
    </w:p>
    <w:p>
      <w:r>
        <w:rPr>
          <w:b/>
        </w:rPr>
        <w:t xml:space="preserve">[29:26] </w:t>
      </w:r>
      <w:r>
        <w:t>ab dekhen, ab sochen, aap sirf pani pi kar ke aap jab sochen to sari mayoosiyan bhool jayenge, aap</w:t>
      </w:r>
    </w:p>
    <w:p>
      <w:pPr>
        <w:jc w:val="right"/>
      </w:pPr>
      <w:r>
        <w:t>اب دیکھیں، اب سوچیں، آپ صرف پانی پی کر کے آپ جب سوچیں تو ساری مایوسیاں بھول جائیں گے، آپ</w:t>
      </w:r>
    </w:p>
    <w:p>
      <w:r>
        <w:rPr>
          <w:b/>
        </w:rPr>
        <w:t xml:space="preserve">[29:34] </w:t>
      </w:r>
      <w:r>
        <w:t>sare tensions nikal jayenge aap ke dimagh se. phir aage dekhiye, main sochta raha, sochta raha, sochta raha.</w:t>
      </w:r>
    </w:p>
    <w:p>
      <w:pPr>
        <w:jc w:val="right"/>
      </w:pPr>
      <w:r>
        <w:t>سارے ٹینشنز نکل جائیں گے آپ کے دماغ سے۔ پھر آگے دیکھیے، میں سوچتا رہا، سوچتا رہا، سوچتا رہا۔</w:t>
      </w:r>
    </w:p>
    <w:p>
      <w:r>
        <w:rPr>
          <w:b/>
        </w:rPr>
        <w:t xml:space="preserve">[29:45] </w:t>
      </w:r>
      <w:r>
        <w:t>phir maine socha ke insan ke andar desire hai, kaha jata hai ke man is a desire seeking animal. desire hi desire bhari hui hai hamare andar, har aadmi ke andar.</w:t>
      </w:r>
    </w:p>
    <w:p>
      <w:pPr>
        <w:jc w:val="right"/>
      </w:pPr>
      <w:r>
        <w:t>پھر میں نے سوچا کہ انسان کے اندر ڈیزائر ہے، کہا جاتا ہے کہ مین از ا ڈیزائر سیکنگ اینیمل۔ ڈیزائر ہی ڈیزائر بھری ہوئی ہے ہمارے اندر، ہر آدمی کے اندر۔</w:t>
      </w:r>
    </w:p>
    <w:p>
      <w:r>
        <w:rPr>
          <w:b/>
        </w:rPr>
        <w:t xml:space="preserve">[29:58] </w:t>
      </w:r>
      <w:r>
        <w:t>lekin hum is dunya mein apne desire ko fulfill nahin kar pate aur mar jate hain.</w:t>
      </w:r>
    </w:p>
    <w:p>
      <w:pPr>
        <w:jc w:val="right"/>
      </w:pPr>
      <w:r>
        <w:t>لیکن ہم اس دنیا میں اپنے ڈیزائر کو فلفل نہیں کر پاتے اور مر جاتے ہیں۔</w:t>
      </w:r>
    </w:p>
    <w:p>
      <w:r>
        <w:rPr>
          <w:b/>
        </w:rPr>
        <w:t xml:space="preserve">[30:05] </w:t>
      </w:r>
      <w:r>
        <w:t>chahe rich ho ya poor ho.</w:t>
      </w:r>
    </w:p>
    <w:p>
      <w:pPr>
        <w:jc w:val="right"/>
      </w:pPr>
      <w:r>
        <w:t>چاہے رچ ہو یا پور ہو۔</w:t>
      </w:r>
    </w:p>
    <w:p>
      <w:r>
        <w:rPr>
          <w:b/>
        </w:rPr>
        <w:t xml:space="preserve">[30:11] </w:t>
      </w:r>
      <w:r>
        <w:t>chahe educated ho ya koi illiterate ho. koi king ho ya aam aadmi ho. koi bhi, koi bhi, koi bhi apne pleasure ko poora nahin kar pata aur mar jata hai.</w:t>
      </w:r>
    </w:p>
    <w:p>
      <w:pPr>
        <w:jc w:val="right"/>
      </w:pPr>
      <w:r>
        <w:t>چاہے ایجوکیٹڈ ہو یا کوئی ایلیٹریٹ ہو۔ کوئی کنگ ہو یا عام آدمی ہو۔ کوئی بھی، کوئی بھی، کوئی بھی اپنے پلیژر کو پورا نہیں کر پاتا اور مر جاتا ہے۔</w:t>
      </w:r>
    </w:p>
    <w:p>
      <w:r>
        <w:rPr>
          <w:b/>
        </w:rPr>
        <w:t xml:space="preserve">[30:30] </w:t>
      </w:r>
      <w:r>
        <w:t>sare pleasures in fulfill rehte hain.</w:t>
      </w:r>
    </w:p>
    <w:p>
      <w:pPr>
        <w:jc w:val="right"/>
      </w:pPr>
      <w:r>
        <w:t>سارے پلیژرز ان فلفل رہتے ہیں۔</w:t>
      </w:r>
    </w:p>
    <w:p>
      <w:r>
        <w:rPr>
          <w:b/>
        </w:rPr>
        <w:t xml:space="preserve">[30:33] </w:t>
      </w:r>
      <w:r>
        <w:t>kaisi ajib baat hai ke main paida kiya gaya pleasures se bhara hua. aur aur fulfillment mila nahin aur mar gaya main.</w:t>
      </w:r>
    </w:p>
    <w:p>
      <w:pPr>
        <w:jc w:val="right"/>
      </w:pPr>
      <w:r>
        <w:t>کیسی عجیب بات ہے کہ میں پیدا کیا گیا پلیژرز سے بھرا ہوا۔ اور اور فلفلمنٹ ملا نہیں اور مر گیا میں۔</w:t>
      </w:r>
    </w:p>
    <w:p>
      <w:r>
        <w:rPr>
          <w:b/>
        </w:rPr>
        <w:t xml:space="preserve">[30:45] </w:t>
      </w:r>
      <w:r>
        <w:t>ab jab aap Quran ko padhte hain aur Allah ne jo hidayat bheji hai, is is mein sochte hain to pata chalta hai ke Allah ne ek dunya banai hai, yahan fulfillment hai, paradise.</w:t>
      </w:r>
    </w:p>
    <w:p>
      <w:pPr>
        <w:jc w:val="right"/>
      </w:pPr>
      <w:r>
        <w:t>اب جب آپ قرآن کو پڑھتے ہیں اور اللہ نے جو ہدایت بھیجی ہے، اس اس میں سوچتے ہیں تو پتہ چلتا ہے کہ اللہ نے ایک دنیا بنائی ہے، یہاں فلفلمنٹ ہے، پیراڈائز۔</w:t>
      </w:r>
    </w:p>
    <w:p>
      <w:r>
        <w:rPr>
          <w:b/>
        </w:rPr>
        <w:t xml:space="preserve">[31:02] </w:t>
      </w:r>
      <w:r>
        <w:t>yeh sare pleasure jo hain, sare pleasure jo hain, is dunya mein to limitations hain, yahan disadvantage hai. yahan to nahin poori ho rahin hain.</w:t>
      </w:r>
    </w:p>
    <w:p>
      <w:pPr>
        <w:jc w:val="right"/>
      </w:pPr>
      <w:r>
        <w:t>یہ سارے پلیژر جو ہیں، سارے پلیژر جو ہیں، اس دنیا میں تو لیمیٹیشنز ہیں، یہاں ڈس ایڈوانٹیج ہے۔ یہاں تو نہیں پوری ہو رہے ہیں۔</w:t>
      </w:r>
    </w:p>
    <w:p>
      <w:r>
        <w:rPr>
          <w:b/>
        </w:rPr>
        <w:t xml:space="preserve">[31:14] </w:t>
      </w:r>
      <w:r>
        <w:t>lekin ek aisi dunya hai jahan sare pleasure milenge.</w:t>
      </w:r>
    </w:p>
    <w:p>
      <w:pPr>
        <w:jc w:val="right"/>
      </w:pPr>
      <w:r>
        <w:t>لیکن ایک ایسی دنیا ہے جہاں سارے پلیژر ملیں گے۔</w:t>
      </w:r>
    </w:p>
    <w:p>
      <w:r>
        <w:rPr>
          <w:b/>
        </w:rPr>
        <w:t xml:space="preserve">[31:23] </w:t>
      </w:r>
      <w:r>
        <w:t>sari desire ko fulfillment hoga. ek bahut hi complete zindagi aap ji saken g</w:t>
      </w:r>
    </w:p>
    <w:p>
      <w:pPr>
        <w:jc w:val="right"/>
      </w:pPr>
      <w:r>
        <w:t>ساری ڈیزائر کو فلفلمنٹ ہوگا۔ ایک بہت ہی کمپلیٹ زندگی آپ جی سکیں گ</w:t>
      </w:r>
    </w:p>
    <w:p>
      <w:r>
        <w:rPr>
          <w:b/>
        </w:rPr>
        <w:t xml:space="preserve">[31:31] </w:t>
      </w:r>
      <w:r>
        <w:t>e. wahan khauf nahin hoga, hazan nahin hoga, wahan bimari nahin hogi, wahan accident nahin hoga. to itna thrill aa jata hai, itna thrill aa jata hai ke phir sab kuch bhool jate hain aap.</w:t>
      </w:r>
    </w:p>
    <w:p>
      <w:pPr>
        <w:jc w:val="right"/>
      </w:pPr>
      <w:r>
        <w:t>ے۔ وہاں خوف نہیں ہوگا، حزن نہیں ہوگا، وہاں بیماری نہیں ہوگی، وہاں ایکسیڈنٹ نہیں ہوگا۔ تو اتنا تھرل آ جاتا ہے، اتنا تھرل آ جاتا ہے کہ پھر سب کچھ بھول جاتے ہیں آپ۔</w:t>
      </w:r>
    </w:p>
    <w:p>
      <w:r>
        <w:rPr>
          <w:b/>
        </w:rPr>
        <w:t xml:space="preserve">[31:52] </w:t>
      </w:r>
      <w:r>
        <w:t>main kai bar yeh manzar dekha hai, maine jise main ek waqt train mein safar kar raha tha, train mein.</w:t>
      </w:r>
    </w:p>
    <w:p>
      <w:pPr>
        <w:jc w:val="right"/>
      </w:pPr>
      <w:r>
        <w:t>میں کئی بار یہ منظر دیکھا ہے، میں نے جسے میں ایک وقت ٹرین میں سفر کر رہا تھا، ٹرین میں۔</w:t>
      </w:r>
    </w:p>
    <w:p>
      <w:r>
        <w:rPr>
          <w:b/>
        </w:rPr>
        <w:t xml:space="preserve">[31:59] </w:t>
      </w:r>
      <w:r>
        <w:t>to train mein mera to reservation tha, main duty bearer tha. maine kuch logon ko dekha, idhar utra main station par to bhare hue the bilkul is mein, yani bogi mein.</w:t>
      </w:r>
    </w:p>
    <w:p>
      <w:pPr>
        <w:jc w:val="right"/>
      </w:pPr>
      <w:r>
        <w:t>تو ٹرین میں میرا تو ریزرویشن تھا، میں ڈیوٹی بیٹر تھا۔ میں نے کچھ لوگوں کو دیکھا، ادھر اترا میں اسٹیشن پر تو بھرے ہوئے تھے بالکل اس میں، یعنی بوگی میں۔</w:t>
      </w:r>
    </w:p>
    <w:p>
      <w:r>
        <w:rPr>
          <w:b/>
        </w:rPr>
        <w:t xml:space="preserve">[32:15] </w:t>
      </w:r>
      <w:r>
        <w:t>lekin un ke chehre pe itminan tha. maine poocha ke aap kahan ja rahe hain? unhon ne kaha ke hum filanay ka kaam karte hain aur wahan par job karte hain.</w:t>
      </w:r>
    </w:p>
    <w:p>
      <w:pPr>
        <w:jc w:val="right"/>
      </w:pPr>
      <w:r>
        <w:t>لیکن ان کے چہرے پہ اطمینان تھا۔ میں نے پوچھا کہ آپ کہاں جا رہے ہیں؟ انہوں نے کہا کہ ہم فلانے کا کام کرتے ہیں اور وہاں پر جاب کرتے ہیں۔</w:t>
      </w:r>
    </w:p>
    <w:p>
      <w:r>
        <w:rPr>
          <w:b/>
        </w:rPr>
        <w:t xml:space="preserve">[32:26] </w:t>
      </w:r>
      <w:r>
        <w:t>ab ja rahe hain, apne bachon mein ja rahe hain.</w:t>
      </w:r>
    </w:p>
    <w:p>
      <w:pPr>
        <w:jc w:val="right"/>
      </w:pPr>
      <w:r>
        <w:t>اب جا رہے ہیں، اپنے بچوں میں جا رہے ہیں۔</w:t>
      </w:r>
    </w:p>
    <w:p>
      <w:r>
        <w:rPr>
          <w:b/>
        </w:rPr>
        <w:t xml:space="preserve">[32:28] </w:t>
      </w:r>
      <w:r>
        <w:t>to jab unhon ne kaha ke main bachon mein ja raha hoon to un ke chehre pe aik ajeeb qism ke ke woh aa gaya, yaani aik aik aik musarrat aa gayi.</w:t>
      </w:r>
    </w:p>
    <w:p>
      <w:pPr>
        <w:jc w:val="right"/>
      </w:pPr>
      <w:r>
        <w:t>تو جب انہوں نے کہا کہ میں بچوں میں جا رہا ہوں تو ان کے چہرے پہ ایک عجیب قسم کے کہ وہ آ گیا، یعنی ایک ایک ایک مسرت آ گئی۔</w:t>
      </w:r>
    </w:p>
    <w:p>
      <w:r>
        <w:rPr>
          <w:b/>
        </w:rPr>
        <w:t xml:space="preserve">[32:39] </w:t>
      </w:r>
      <w:r>
        <w:t>to agarchay us waqt gaari ke dibbay mein woh museebat mein thay,</w:t>
      </w:r>
    </w:p>
    <w:p>
      <w:pPr>
        <w:jc w:val="right"/>
      </w:pPr>
      <w:r>
        <w:t>تو اگرچہ اس وقت گاڑی کے ڈبے میں وہ مصیبت میں تھے،</w:t>
      </w:r>
    </w:p>
    <w:p>
      <w:r>
        <w:rPr>
          <w:b/>
        </w:rPr>
        <w:t xml:space="preserve">[32:46] </w:t>
      </w:r>
      <w:r>
        <w:t>yaani baghair reservation ke bogi mein thay, woh bohat hi museebat se. lekin yeh ehsas ke kuch dair ke baad mera station aa jayega, main utroon ga, wahan baal bachon se miloon ga main.</w:t>
      </w:r>
    </w:p>
    <w:p>
      <w:pPr>
        <w:jc w:val="right"/>
      </w:pPr>
      <w:r>
        <w:t>یعنی بغیر ریزرویشن کے بوگی میں تھے، وہ بہت ہی مصیبت سے۔ لیکن یہ احساس کہ کچھ دیر کے بعد میرا اسٹیشن آ جائے گا، میں اتروں گا، وہاں بال بچوں سے ملوں گا میں۔</w:t>
      </w:r>
    </w:p>
    <w:p>
      <w:r>
        <w:rPr>
          <w:b/>
        </w:rPr>
        <w:t xml:space="preserve">[32:57] </w:t>
      </w:r>
      <w:r>
        <w:t>to agar yeh jaan lein aap ke is dunya mein Allah taala ne mujhe,</w:t>
      </w:r>
    </w:p>
    <w:p>
      <w:pPr>
        <w:jc w:val="right"/>
      </w:pPr>
      <w:r>
        <w:t>تو اگر یہ جان لیں آپ کہ اس دنیا میں اللہ تعالیٰ نے مجھے،</w:t>
      </w:r>
    </w:p>
    <w:p>
      <w:r>
        <w:rPr>
          <w:b/>
        </w:rPr>
        <w:t xml:space="preserve">[33:04] </w:t>
      </w:r>
      <w:r>
        <w:t>yaani yeh eternity, yahan par eternity nahi hai, yahan to hum test ke liye hain, thore din ke liye hain, is ke baad paradise hai.</w:t>
      </w:r>
    </w:p>
    <w:p>
      <w:pPr>
        <w:jc w:val="right"/>
      </w:pPr>
      <w:r>
        <w:t>یعنی یہ ایٹرنیٹی، یہاں پر ایٹرنیٹی نہیں ہے، یہاں تو ہم ٹیسٹ کے لیے ہیں، تھوڑے دن کے لیے ہیں، اس کے بعد پیراڈائز ہے۔</w:t>
      </w:r>
    </w:p>
    <w:p>
      <w:r>
        <w:rPr>
          <w:b/>
        </w:rPr>
        <w:t xml:space="preserve">[33:17] </w:t>
      </w:r>
      <w:r>
        <w:t>to itna ajeeb thrill aata hai, itna thrill aata hai ke is mein phir aap sab kuch bhool jatay hain. sab kuch bhool jatay hain woh.</w:t>
      </w:r>
    </w:p>
    <w:p>
      <w:pPr>
        <w:jc w:val="right"/>
      </w:pPr>
      <w:r>
        <w:t>تو اتنا عجیب تھرل آتا ہے، اتنا تھرل آتا ہے کہ اس میں پھر آپ سب کچھ بھول جاتے ہیں۔ سب کچھ بھول جاتے ہیں وہ۔</w:t>
      </w:r>
    </w:p>
    <w:p>
      <w:r>
        <w:rPr>
          <w:b/>
        </w:rPr>
        <w:t xml:space="preserve">[33:25] </w:t>
      </w:r>
      <w:r>
        <w:t>jaise un is aadmi ko train ki un reserved, un reserved bogi mein museebatein kuch nahi lagti theen.</w:t>
      </w:r>
    </w:p>
    <w:p>
      <w:pPr>
        <w:jc w:val="right"/>
      </w:pPr>
      <w:r>
        <w:t>جیسے ان اس آدمی کو ٹرین کی ان ریزروڈ، ان ریزروڈ بوگی میں مصیبتیں کچھ نہیں لگتی تھیں۔</w:t>
      </w:r>
    </w:p>
    <w:p>
      <w:r>
        <w:rPr>
          <w:b/>
        </w:rPr>
        <w:t xml:space="preserve">[33:34] </w:t>
      </w:r>
      <w:r>
        <w:t>koi janta tha ke abhi aye ga station aur main utroon ga to wahan baal bachon se mulaqat ho jayegi meri.</w:t>
      </w:r>
    </w:p>
    <w:p>
      <w:pPr>
        <w:jc w:val="right"/>
      </w:pPr>
      <w:r>
        <w:t>کوئی جانتا تھا کہ ابھی آئے گا اسٹیشن اور میں اتروں گا تو وہاں بال بچوں سے ملاقات ہو جائے گی میری۔</w:t>
      </w:r>
    </w:p>
    <w:p>
      <w:r>
        <w:rPr>
          <w:b/>
        </w:rPr>
        <w:t xml:space="preserve">[33:44] </w:t>
      </w:r>
      <w:r>
        <w:t>yeh sab cheezein kahan mujhe is chane mein milein. to chana to aik zahir hai ke aik material cheez thi.</w:t>
      </w:r>
    </w:p>
    <w:p>
      <w:pPr>
        <w:jc w:val="right"/>
      </w:pPr>
      <w:r>
        <w:t>یہ سب چیزیں کہاں مجھے اس چنے میں ملیں۔ تو چنا تو ایک ظاہر ہے کہ ایک مٹیریل چیز تھا۔</w:t>
      </w:r>
    </w:p>
    <w:p>
      <w:r>
        <w:rPr>
          <w:b/>
        </w:rPr>
        <w:t xml:space="preserve">[33:56] </w:t>
      </w:r>
      <w:r>
        <w:t>to jaisa ke maine arz kiya ke har har cheez mein material content hai, spiritual content hai. agar aap ko, yaani de-materialize kar sakein to is mein thurli thrill hai,</w:t>
      </w:r>
    </w:p>
    <w:p>
      <w:pPr>
        <w:jc w:val="right"/>
      </w:pPr>
      <w:r>
        <w:t>تو جیسا کہ میں نے عرض کیا کہ ہر ہر چیز میں مٹیریل کنٹینٹ ہے، اسپریچول کنٹینٹ ہے۔ اگر آپ کو، یعنی ڈی میٹیریلائز کر سکیں تو اس میں تھرلی تھرل ہے،</w:t>
      </w:r>
    </w:p>
    <w:p>
      <w:r>
        <w:rPr>
          <w:b/>
        </w:rPr>
        <w:t xml:space="preserve">[34:11] </w:t>
      </w:r>
      <w:r>
        <w:t>is mein enjoy hi enjoy hai. in se peace hi peace hai.</w:t>
      </w:r>
    </w:p>
    <w:p>
      <w:pPr>
        <w:jc w:val="right"/>
      </w:pPr>
      <w:r>
        <w:t>اس میں انجوائے ہی انجوائے ہے۔ ان سے پیس ہی پیس ہے۔</w:t>
      </w:r>
    </w:p>
    <w:p>
      <w:r>
        <w:rPr>
          <w:b/>
        </w:rPr>
        <w:t xml:space="preserve">[34:20] </w:t>
      </w:r>
      <w:r>
        <w:t>lekin log is art ko nahi jantay.</w:t>
      </w:r>
    </w:p>
    <w:p>
      <w:pPr>
        <w:jc w:val="right"/>
      </w:pPr>
      <w:r>
        <w:t>لیکن لوگ اس آرٹ کو نہیں جانتے۔</w:t>
      </w:r>
    </w:p>
    <w:p>
      <w:r>
        <w:rPr>
          <w:b/>
        </w:rPr>
        <w:t xml:space="preserve">[34:24] </w:t>
      </w:r>
      <w:r>
        <w:t>they don't know the art of dematerialization.</w:t>
      </w:r>
    </w:p>
    <w:p>
      <w:pPr>
        <w:jc w:val="right"/>
      </w:pPr>
      <w:r>
        <w:t>دے ڈونٹ نو دا آرٹ آف ڈی میٹیریلائزیشن۔</w:t>
      </w:r>
    </w:p>
    <w:p>
      <w:r>
        <w:rPr>
          <w:b/>
        </w:rPr>
        <w:t xml:space="preserve">[34:31] </w:t>
      </w:r>
      <w:r>
        <w:t>so they are paying a very heavy price. they are living in despair, in tension, in frustration, in hate, in revenge, in negativity.</w:t>
      </w:r>
    </w:p>
    <w:p>
      <w:pPr>
        <w:jc w:val="right"/>
      </w:pPr>
      <w:r>
        <w:t>سو دے آر پینگ ا ویری ہیوی پرائس۔ دے آر لیونگ ان ڈیسپیئر، ان ٹینشن، ان فرسٹریشن، ان ہیٹ، ان ریونج، ان نیگیٹیوٹی۔</w:t>
      </w:r>
    </w:p>
    <w:p>
      <w:r>
        <w:rPr>
          <w:b/>
        </w:rPr>
        <w:t xml:space="preserve">[34:55] </w:t>
      </w:r>
      <w:r>
        <w:t>yahan main yeh bhi add karna chahoon ga ke hazaron saal se insan talash mein hai spirituality ki. kisi ko mili nahi. main to kisi ko nahi janta, na aaj bhi, na history mein kisi ko janta.</w:t>
      </w:r>
    </w:p>
    <w:p>
      <w:pPr>
        <w:jc w:val="right"/>
      </w:pPr>
      <w:r>
        <w:t>یہاں میں یہ بھی ایڈ کرنا چاہوں گا کہ ہزاروں سال سے انسان تلاش میں ہے اسپریچولٹی کی۔ کسی کو ملی نہیں۔ میں تو کسی کو نہیں جانتا، نہ آج بھی، نہ ہسٹری میں کسی کو جانتا۔</w:t>
      </w:r>
    </w:p>
    <w:p>
      <w:r>
        <w:rPr>
          <w:b/>
        </w:rPr>
        <w:t xml:space="preserve">[35:08] </w:t>
      </w:r>
      <w:r>
        <w:t>ab main apne ilm ke baad bol raha hoon. mere ilm ke mutabiq aaj bhi kisi ko spirituality mili hui nahi hai, na maazi mein kisi ko mili.</w:t>
      </w:r>
    </w:p>
    <w:p>
      <w:pPr>
        <w:jc w:val="right"/>
      </w:pPr>
      <w:r>
        <w:t>اب میں اپنے علم کے بعد بول رہا ہوں۔ میرے علم کے مطابق آج بھی کسی کو اسپریچولٹی ملی ہوئی نہیں ہے، نہ ماضی میں کسی کو ملی۔</w:t>
      </w:r>
    </w:p>
    <w:p>
      <w:r>
        <w:rPr>
          <w:b/>
        </w:rPr>
        <w:t xml:space="preserve">[35:18] </w:t>
      </w:r>
      <w:r>
        <w:t>kyun? yahan pe aik bohat bara baghal tha.</w:t>
      </w:r>
    </w:p>
    <w:p>
      <w:pPr>
        <w:jc w:val="right"/>
      </w:pPr>
      <w:r>
        <w:t>کیوں؟ یہاں پہ ایک بہت بڑا بغال تھا۔</w:t>
      </w:r>
    </w:p>
    <w:p>
      <w:r>
        <w:rPr>
          <w:b/>
        </w:rPr>
        <w:t xml:space="preserve">[35:23] </w:t>
      </w:r>
      <w:r>
        <w:t>jaise mornings walay kankaron mein dhoondh rahe hain Khuda, zarray zarray mein Khuda dhoondh rahe hain, wahan Khuda to hai hi nahi. jo Khuda milta nahi un ko.</w:t>
      </w:r>
    </w:p>
    <w:p>
      <w:pPr>
        <w:jc w:val="right"/>
      </w:pPr>
      <w:r>
        <w:t>جیسے مارننگز والے کنکڑوں میں ڈھونڈ رہے ہیں خدا، ذرے ذرے میں خدا ڈھونڈ رہے ہیں، وہاں خدا تو ہے ہی نہیں۔ جو خدا ملتا نہیں ان کو۔</w:t>
      </w:r>
    </w:p>
    <w:p>
      <w:r>
        <w:rPr>
          <w:b/>
        </w:rPr>
        <w:t xml:space="preserve">[35:33] </w:t>
      </w:r>
      <w:r>
        <w:t>jo woh hai ke wajood walay hain, woh har cheez mein Khuda dhoondh rahe hain. to har cheez mein Khuda to hai hi nahi. Khuda to aik independent hasti hai.</w:t>
      </w:r>
    </w:p>
    <w:p>
      <w:pPr>
        <w:jc w:val="right"/>
      </w:pPr>
      <w:r>
        <w:t>جو وہ ہے کہ وجود والے ہیں، وہ ہر چیز میں خدا ڈھونڈ رہے ہیں۔ تو ہر چیز میں خدا تو ہے ہی نہیں۔ خدا تو ایک انڈیپینڈنٹ ہستی ہے۔</w:t>
      </w:r>
    </w:p>
    <w:p>
      <w:r>
        <w:rPr>
          <w:b/>
        </w:rPr>
        <w:t xml:space="preserve">[35:43] </w:t>
      </w:r>
      <w:r>
        <w:t>yeh maamla un logon ka hua jo rohaniyat ya spirituality ki talash mein hain. woh dhoondh rahe hain kahan is ko? dil mein.</w:t>
      </w:r>
    </w:p>
    <w:p>
      <w:pPr>
        <w:jc w:val="right"/>
      </w:pPr>
      <w:r>
        <w:t>یہ معاملہ ان لوگوں کا ہوا جو روحانیت یا اسپریچولٹی کی تلاش میں ہیں۔ وہ ڈھونڈ رہے ہیں کہاں اس کو؟ دل میں۔</w:t>
      </w:r>
    </w:p>
    <w:p>
      <w:r>
        <w:rPr>
          <w:b/>
        </w:rPr>
        <w:t xml:space="preserve">[35:52] </w:t>
      </w:r>
      <w:r>
        <w:t>woh samajhte hain ke sara jo dil hai, wohi hai reservoir saaray marifat ka, saaray yaani gyan ka aur saari spirituality ka.</w:t>
      </w:r>
    </w:p>
    <w:p>
      <w:pPr>
        <w:jc w:val="right"/>
      </w:pPr>
      <w:r>
        <w:t>وہ سمجھتے ہیں کہ سارا جو دل ہے، وہی ہے ریزروائر سارے معرفت کا، سارے یعنی گیان کا اور ساری اسپریچولٹی کا۔</w:t>
      </w:r>
    </w:p>
    <w:p>
      <w:r>
        <w:rPr>
          <w:b/>
        </w:rPr>
        <w:t xml:space="preserve">[36:05] </w:t>
      </w:r>
      <w:r>
        <w:t>ab woh isi dil mein dhoondh rahe hain. to hazaron saal se dhoondh rahe hain, aaj tak mila nahi. kyunke dil kya hai? dil to circulation of blood ka zariya hai.</w:t>
      </w:r>
    </w:p>
    <w:p>
      <w:pPr>
        <w:jc w:val="right"/>
      </w:pPr>
      <w:r>
        <w:t>اب وہ اسی دل میں ڈھونڈ رہے ہیں۔ تو ہزاروں سال سے ڈھونڈ رہے ہیں، آج تک ملا نہیں۔ کیونکہ دل کیا ہے؟ دل تو سرکولیشن آف بلڈ کا ذریعہ ہے۔</w:t>
      </w:r>
    </w:p>
    <w:p>
      <w:r>
        <w:rPr>
          <w:b/>
        </w:rPr>
        <w:t xml:space="preserve">[36:22] </w:t>
      </w:r>
      <w:r>
        <w:t>yaani yeh is ka dimension diya ja chuka hai, tab bhi abhi tak log mantay hain. abhi bhi log mannay ja rahe hain ke dilli mein saari maujood hai, isi par, isi se hamein rohaniyat milegi.</w:t>
      </w:r>
    </w:p>
    <w:p>
      <w:pPr>
        <w:jc w:val="right"/>
      </w:pPr>
      <w:r>
        <w:t>یعنی یہ اس کا ڈائمنشن دیا جا چکا ہے، تب بھی ابھی تک لوگ مانتے ہیں۔ ابھی بھی لوگ ماننے جا رہے ہیں کہ دلی میں ساری موجود ہے، اسی پر، اسی سے ہمیں روحانیت ملے گی۔</w:t>
      </w:r>
    </w:p>
    <w:p>
      <w:r>
        <w:rPr>
          <w:b/>
        </w:rPr>
        <w:t xml:space="preserve">[36:35] </w:t>
      </w:r>
      <w:r>
        <w:t>yani ek doctor ne aisa kiya ke operation table par ek aadmi ko litaya aur us ka chaak kiya, us ka seena nikala, us ke andar peace breaker rakh diya.</w:t>
      </w:r>
    </w:p>
    <w:p>
      <w:pPr>
        <w:jc w:val="right"/>
      </w:pPr>
      <w:r>
        <w:t>یعنی ایک ڈاکٹر نے ایسا کیا کہ آپریشن ٹیبل پر ایک آدمی کو لٹایا اور اس کا چاک کیا، اس کا سینہ نکالا، اس کے اندر پیس بریکر رکھ دیا۔</w:t>
      </w:r>
    </w:p>
    <w:p>
      <w:r>
        <w:rPr>
          <w:b/>
        </w:rPr>
        <w:t xml:space="preserve">[36:49] </w:t>
      </w:r>
      <w:r>
        <w:t>yani artificial dil, artificial dil. Kyun ke dil to pump karta hai, woh ek natural dil jo hai, woh pump kar raha hai.</w:t>
      </w:r>
    </w:p>
    <w:p>
      <w:pPr>
        <w:jc w:val="right"/>
      </w:pPr>
      <w:r>
        <w:t>یعنی آرٹیفیشل دل، آرٹیفیشل دل۔ کیونکہ دل تو پمپ کرتا ہے، وہ ایک نیچرل دل جو ہے، وہ پمپ کر رہا ہے۔</w:t>
      </w:r>
    </w:p>
    <w:p>
      <w:r>
        <w:rPr>
          <w:b/>
        </w:rPr>
        <w:t xml:space="preserve">[37:00] </w:t>
      </w:r>
      <w:r>
        <w:t>Agar aap koi aur dil is mein laga dein, jo pump kare to function chal jata hai.</w:t>
      </w:r>
    </w:p>
    <w:p>
      <w:pPr>
        <w:jc w:val="right"/>
      </w:pPr>
      <w:r>
        <w:t>اگر آپ کوئی اور دل اس میں لگا دیں، جو پمپ کرے تو فنکشن چل جاتا ہے۔</w:t>
      </w:r>
    </w:p>
    <w:p>
      <w:r>
        <w:rPr>
          <w:b/>
        </w:rPr>
        <w:t xml:space="preserve">[37:08] </w:t>
      </w:r>
      <w:r>
        <w:t>To artificial, artificial dil mein bhi is ki soch waisi thi, is ki soch mein koi kami nahi thi. Wahi jazbaat the, wahi mohabbat thi, wahi sab kuch tha.</w:t>
      </w:r>
    </w:p>
    <w:p>
      <w:pPr>
        <w:jc w:val="right"/>
      </w:pPr>
      <w:r>
        <w:t>تو آرٹیفیشل، آرٹیفیشل دل میں بھی اس کی سوچ ویسی تھی، اس کی سوچ میں کوئی کمی نہیں تھی۔ وہی جذبات تھے، وہی محبت تھی، وہی سب کچھ تھا۔</w:t>
      </w:r>
    </w:p>
    <w:p>
      <w:r>
        <w:rPr>
          <w:b/>
        </w:rPr>
        <w:t xml:space="preserve">[37:19] </w:t>
      </w:r>
      <w:r>
        <w:t>To is tarah se yeh prove ho gaya ke dil jo hai, khazana nahi hai in baaton ka. Dil to circulation of blood ka zariya hai, bas.</w:t>
      </w:r>
    </w:p>
    <w:p>
      <w:pPr>
        <w:jc w:val="right"/>
      </w:pPr>
      <w:r>
        <w:t>تو اس طرح سے یہ پروف ہو گیا کہ دل جو ہے، خزانہ نہیں ہے ان باتوں کا۔ دل تو سرکولیشن آف بلڈ کا ذریعہ ہے، بس۔</w:t>
      </w:r>
    </w:p>
    <w:p>
      <w:r>
        <w:rPr>
          <w:b/>
        </w:rPr>
        <w:t xml:space="preserve">[37:31] </w:t>
      </w:r>
      <w:r>
        <w:t>To hazaron saal se log dil mein dhoondh rahe the spirituality ko, to unhein mili bhi nahi. Kyun? Kyun? Woh to yahan par hai, mind mein hai.</w:t>
      </w:r>
    </w:p>
    <w:p>
      <w:pPr>
        <w:jc w:val="right"/>
      </w:pPr>
      <w:r>
        <w:t>تو ہزاروں سال سے لوگ دل میں ڈھونڈ رہے تھے اسپریچولٹی کو، تو انہیں ملی بھی نہیں۔ کیوں؟ کیوں؟ وہ تو یہاں پر ہے، مائنڈ میں ہے۔</w:t>
      </w:r>
    </w:p>
    <w:p>
      <w:r>
        <w:rPr>
          <w:b/>
        </w:rPr>
        <w:t xml:space="preserve">[37:43] </w:t>
      </w:r>
      <w:r>
        <w:t>To intellectual development mein hai spirituality.</w:t>
      </w:r>
    </w:p>
    <w:p>
      <w:pPr>
        <w:jc w:val="right"/>
      </w:pPr>
      <w:r>
        <w:t>تو انٹلیکچول ڈیویلپمنٹ میں ہے اسپریچولٹی۔</w:t>
      </w:r>
    </w:p>
    <w:p>
      <w:r>
        <w:rPr>
          <w:b/>
        </w:rPr>
        <w:t xml:space="preserve">[37:51] </w:t>
      </w:r>
      <w:r>
        <w:t>Spirituality jo hai, woh kahan hai? Spiritual, intellectual development mein hai, intellectual awakening mein hai, wahan par hai.</w:t>
      </w:r>
    </w:p>
    <w:p>
      <w:pPr>
        <w:jc w:val="right"/>
      </w:pPr>
      <w:r>
        <w:t>اسپریچولٹی جو ہے، وہ کہاں ہے؟ اسپریچول، انٹلیکچول ڈیویلپمنٹ میں ہے، انٹلیکچول اویکننگ میں ہے، وہاں پر ہے۔</w:t>
      </w:r>
    </w:p>
    <w:p>
      <w:r>
        <w:rPr>
          <w:b/>
        </w:rPr>
        <w:t xml:space="preserve">[38:02] </w:t>
      </w:r>
      <w:r>
        <w:t>Ek buzurg ka qissa mein ne parha to woh un ka naujawan beta ek martaba din mein der tak ghar se bahar tha.</w:t>
      </w:r>
    </w:p>
    <w:p>
      <w:pPr>
        <w:jc w:val="right"/>
      </w:pPr>
      <w:r>
        <w:t>ایک بزرگ کا قصہ میں نے پڑھا تو وہ ان کا نوجوان بیٹا ایک مرتبہ دن میں دیر تک گھر سے باہر تھا۔</w:t>
      </w:r>
    </w:p>
    <w:p>
      <w:r>
        <w:rPr>
          <w:b/>
        </w:rPr>
        <w:t xml:space="preserve">[38:15] </w:t>
      </w:r>
      <w:r>
        <w:t>Woh buzurg jo the, woh sufi the.</w:t>
      </w:r>
    </w:p>
    <w:p>
      <w:pPr>
        <w:jc w:val="right"/>
      </w:pPr>
      <w:r>
        <w:t>وہ بزرگ جو تھے، وہ صوفی تھے۔</w:t>
      </w:r>
    </w:p>
    <w:p>
      <w:r>
        <w:rPr>
          <w:b/>
        </w:rPr>
        <w:t xml:space="preserve">[38:20] </w:t>
      </w:r>
      <w:r>
        <w:t>To beta jab aaya to unhone poocha, "Baap ne, sufi baap ne, tum kahan chale gaye the?" Unhone kaha, "Kuch mere kuch bachche maale ke ja rahe the bagh, to un ke saath wahi bagh chala gaya." To unhone kaha, "Bahoo chale gaye?</w:t>
      </w:r>
    </w:p>
    <w:p>
      <w:pPr>
        <w:jc w:val="right"/>
      </w:pPr>
      <w:r>
        <w:t>تو بیٹا جب آیا تو انہوں نے پوچھا، "باپ نے، صوفی باپ نے، تم کہاں چلے گئے تھے؟" انہوں نے کہا، "کچھ میرے کچھ بچے مالے کے جا رہے تھے باغ، تو ان کے ساتھ وہی باغ چلا گیا۔" تو انہوں نے کہا، "باہو چلے گئے؟</w:t>
      </w:r>
    </w:p>
    <w:p>
      <w:r>
        <w:rPr>
          <w:b/>
        </w:rPr>
        <w:t xml:space="preserve">[38:38] </w:t>
      </w:r>
      <w:r>
        <w:t>Itne ghante tum ne wahan bitaye, yahan zikr karte, tasbeeh parhte to tum ko sawab milta.</w:t>
      </w:r>
    </w:p>
    <w:p>
      <w:pPr>
        <w:jc w:val="right"/>
      </w:pPr>
      <w:r>
        <w:t>اتنے گھنٹے تم نے وہاں بتائے، یہاں ذکر کرتے، تسبیح پڑھتے تو تم کو ثواب ملتا۔</w:t>
      </w:r>
    </w:p>
    <w:p>
      <w:r>
        <w:rPr>
          <w:b/>
        </w:rPr>
        <w:t xml:space="preserve">[38:46] </w:t>
      </w:r>
      <w:r>
        <w:t>Matlab hujre mein baith kar ke aur aankh band kar ke tasbeeh parhte to tum ko faida milta. Wahan bagh mein tumhein kya mila?"</w:t>
      </w:r>
    </w:p>
    <w:p>
      <w:pPr>
        <w:jc w:val="right"/>
      </w:pPr>
      <w:r>
        <w:t>مطلب حجرے میں بیٹھ کر کے اور آنکھ بند کر کے تسبیح پڑھتے تو تم کو فائدہ ملتا۔ وہاں باغ میں تمہیں کیا ملا؟"</w:t>
      </w:r>
    </w:p>
    <w:p>
      <w:r>
        <w:rPr>
          <w:b/>
        </w:rPr>
        <w:t xml:space="preserve">[38:58] </w:t>
      </w:r>
      <w:r>
        <w:t>To mein sochta hoon, sochta hoon, aur khair aisa kyun kaha buzurg ne? Kyun ke woh us us us art ko nahi jante the, art of de-materialization.</w:t>
      </w:r>
    </w:p>
    <w:p>
      <w:pPr>
        <w:jc w:val="right"/>
      </w:pPr>
      <w:r>
        <w:t>تو میں سوچتا ہوں، سوچتا ہوں، اور خیر ایسا کیوں کہا بزرگ نے؟ کیونکہ وہ اس اس اس آرٹ کو نہیں جانتے تھے، آرٹ آف ڈی میٹیریلائزیشن۔</w:t>
      </w:r>
    </w:p>
    <w:p>
      <w:r>
        <w:rPr>
          <w:b/>
        </w:rPr>
        <w:t xml:space="preserve">[39:12] </w:t>
      </w:r>
      <w:r>
        <w:t>Yeh jante nahi the ke woh jo wahan darakht hain, wahan jo bhi cheezein hain, woh sab mein bhi yahi baat hai, spiritual content bhi hai aur material cheezein bhi hain.</w:t>
      </w:r>
    </w:p>
    <w:p>
      <w:pPr>
        <w:jc w:val="right"/>
      </w:pPr>
      <w:r>
        <w:t>یہ جانتے نہیں تھے کہ وہ جو وہاں درخت ہیں، وہاں جو بھی چیزیں ہیں، وہ سب میں بھی یہی بات ہے، اسپریچول کنٹینٹ بھی ہے اور مٹیریل چیزیں بھی ہیں۔</w:t>
      </w:r>
    </w:p>
    <w:p>
      <w:r>
        <w:rPr>
          <w:b/>
        </w:rPr>
        <w:t xml:space="preserve">[39:22] </w:t>
      </w:r>
      <w:r>
        <w:t>To woh material cheezon ko dekh paate the aur us ki spiritual content nahi dekh paate the. Yeh misaal ke taur par ek darakht ko lijiye, bagh mein ek darakht hai, us ko aap dekhein to ek aitbaar se woh physical phenomena hai.</w:t>
      </w:r>
    </w:p>
    <w:p>
      <w:pPr>
        <w:jc w:val="right"/>
      </w:pPr>
      <w:r>
        <w:t>تو وہ مٹیریل چیزوں کو دیکھ پاتے تھے اور اس کی اسپریچول کنٹینٹ نہیں دیکھ پاتے تھے۔ یہ مثال کے طور پر ایک درخت کو لیجئے، باغ میں ایک درخت ہے، اس کو آپ دیکھیں تو ایک اعتبار سے وہ فزیکل فیناومینا ہے۔</w:t>
      </w:r>
    </w:p>
    <w:p>
      <w:r>
        <w:rPr>
          <w:b/>
        </w:rPr>
        <w:t xml:space="preserve">[39:42] </w:t>
      </w:r>
      <w:r>
        <w:t>Ek aitbaar se physical phenomena hai ke ek beej hai, zameen mein dala gaya, phir stem nikla, phir branches niklein, phir patiyan niklein, phir barhte barhte ek poora darakht ban gaya.</w:t>
      </w:r>
    </w:p>
    <w:p>
      <w:pPr>
        <w:jc w:val="right"/>
      </w:pPr>
      <w:r>
        <w:t>ایک اعتبار سے فزیکل فیناومینا ہے کہ ایک بیج ہے، زمین میں ڈالا گیا، پھر اسٹم نکلا، پھر برانچز نکلیں، پھر پتیاں نکلیں، پھر بڑھتے بڑھتے ایک پورا درخت بن گیا۔</w:t>
      </w:r>
    </w:p>
    <w:p>
      <w:r>
        <w:rPr>
          <w:b/>
        </w:rPr>
        <w:t xml:space="preserve">[39:56] </w:t>
      </w:r>
      <w:r>
        <w:t>Apparently, it is physical phenomena, lekin is ke andar bhi spiritual content maujood hai.</w:t>
      </w:r>
    </w:p>
    <w:p>
      <w:pPr>
        <w:jc w:val="right"/>
      </w:pPr>
      <w:r>
        <w:t>اپرینٹلی، اٹ از فزیکل فیناومینا، لیکن اس کے اندر بھی اسپریچول کنٹینٹ موجود ہے۔</w:t>
      </w:r>
    </w:p>
    <w:p>
      <w:r>
        <w:rPr>
          <w:b/>
        </w:rPr>
        <w:t xml:space="preserve">[40:08] </w:t>
      </w:r>
      <w:r>
        <w:t>Woh kya? Woh yeh hai ke isi tarah se jis tarah se ek darakht beej se chal kar darakht banta hai, yani to apne potential ko is tarah se woh actual banata hai.</w:t>
      </w:r>
    </w:p>
    <w:p>
      <w:pPr>
        <w:jc w:val="right"/>
      </w:pPr>
      <w:r>
        <w:t>وہ کیا؟ وہ یہ ہے کہ اسی طرح سے جس طرح سے ایک درخت بیج سے چل کر درخت بنتا ہے، یعنی تو اپنے پوٹینشل کو اس طرح سے وہ ایکچول بناتا ہے۔</w:t>
      </w:r>
    </w:p>
    <w:p>
      <w:r>
        <w:rPr>
          <w:b/>
        </w:rPr>
        <w:t xml:space="preserve">[40:22] </w:t>
      </w:r>
      <w:r>
        <w:t>Mere andar bhi Khuda ne potential rakha hai.</w:t>
      </w:r>
    </w:p>
    <w:p>
      <w:pPr>
        <w:jc w:val="right"/>
      </w:pPr>
      <w:r>
        <w:t>میرے اندر بھی خدا نے پوٹینشل رکھا ہے۔</w:t>
      </w:r>
    </w:p>
    <w:p>
      <w:r>
        <w:rPr>
          <w:b/>
        </w:rPr>
        <w:t xml:space="preserve">[40:26] </w:t>
      </w:r>
      <w:r>
        <w:t>Mujhe apne potential ko find out karna hai, us ko daryaft karna hai, phir us ko isi tarah se grow karna hai, grow karna hai, grow karna hai, yahan tak ke woh actual ban jaye.</w:t>
      </w:r>
    </w:p>
    <w:p>
      <w:pPr>
        <w:jc w:val="right"/>
      </w:pPr>
      <w:r>
        <w:t>مجھے اپنے پوٹینشل کو فائنڈ آؤٹ کرنا ہے، اس کو دریافت کرنا ہے، پھر اس کو اسی طرح سے گرو کرنا ہے، گرو کرنا ہے، گرو کرنا ہے، یہاں تک کہ وہ ایکچول بن جائے۔</w:t>
      </w:r>
    </w:p>
    <w:p>
      <w:r>
        <w:rPr>
          <w:b/>
        </w:rPr>
        <w:t xml:space="preserve">[40:40] </w:t>
      </w:r>
      <w:r>
        <w:t>To darakht mein dekhiye, sab cheez law of nature ke tehat hoti hai. Ek soil hai aur us mein aap ne pani dala, us mein aap ne beej dala, seed, phir akhwa nikla,</w:t>
      </w:r>
    </w:p>
    <w:p>
      <w:pPr>
        <w:jc w:val="right"/>
      </w:pPr>
      <w:r>
        <w:t>تو درخت میں دیکھیے، سب چیز لاء آف نیچر کے تحت ہوتی ہے۔ ایک سوائل ہے اور اس میں آپ نے پانی ڈالا، اس میں آپ نے بیج ڈالا، سیڈ، پھر اخوا نکلا،</w:t>
      </w:r>
    </w:p>
    <w:p>
      <w:r>
        <w:rPr>
          <w:b/>
        </w:rPr>
        <w:t xml:space="preserve">[40:54] </w:t>
      </w:r>
      <w:r>
        <w:t>Phir tana nikla, phir shakhain, phir patiyan, phir phool aur phir phal, phir ek bohat bara darakht khara ho gaya.</w:t>
      </w:r>
    </w:p>
    <w:p>
      <w:pPr>
        <w:jc w:val="right"/>
      </w:pPr>
      <w:r>
        <w:t>پھر تنا نکلا، پھر شاخیں، پھر پتیاں، پھر پھول اور پھر پھل، پھر ایک بہت بڑا درخت کھڑا ہو گیا۔</w:t>
      </w:r>
    </w:p>
    <w:p>
      <w:r>
        <w:rPr>
          <w:b/>
        </w:rPr>
        <w:t xml:space="preserve">[41:10] </w:t>
      </w:r>
      <w:r>
        <w:t>Yeh kaise hua? Law of nature ko follow kar ke hua. Yeh law of nature ne us ko aisa ek seed se ek darakht bana diya.</w:t>
      </w:r>
    </w:p>
    <w:p>
      <w:pPr>
        <w:jc w:val="right"/>
      </w:pPr>
      <w:r>
        <w:t>یہ کیسے ہوا؟ لاء آف نیچر کو فالو کر کے ہوا۔ یہ لاء آف نیچر نے اس کو ایسا ایک سیڈ سے ایک درخت بنا دیا۔</w:t>
      </w:r>
    </w:p>
    <w:p>
      <w:r>
        <w:rPr>
          <w:b/>
        </w:rPr>
        <w:t xml:space="preserve">[41:20] </w:t>
      </w:r>
      <w:r>
        <w:t>To insaan jo hai, law of nature se nahi, is ka development hota. Is ka hota hai apne mind ko activate kar ke, apne shaoor ko activate kar ke.</w:t>
      </w:r>
    </w:p>
    <w:p>
      <w:pPr>
        <w:jc w:val="right"/>
      </w:pPr>
      <w:r>
        <w:t>تو انسان جو ہے، لاء آف نیچر سے نہیں، اس کا ڈیویلپمنٹ ہوتا۔ اس کا ہوتا ہے اپنے مائنڈ کو ایکٹیویٹ کر کے، اپنے شعور کو ایکٹیویٹ کر کے۔</w:t>
      </w:r>
    </w:p>
    <w:p>
      <w:r>
        <w:rPr>
          <w:b/>
        </w:rPr>
        <w:t xml:space="preserve">[41:34] </w:t>
      </w:r>
      <w:r>
        <w:t>insaan dekhen, self made mind hai.</w:t>
      </w:r>
    </w:p>
    <w:p>
      <w:pPr>
        <w:jc w:val="right"/>
      </w:pPr>
      <w:r>
        <w:t>انسان دیکھیں، سیلف میڈ مائنڈ ہے۔</w:t>
      </w:r>
    </w:p>
    <w:p>
      <w:r>
        <w:rPr>
          <w:b/>
        </w:rPr>
        <w:t xml:space="preserve">[41:42] </w:t>
      </w:r>
      <w:r>
        <w:t>hamaare bade bhai the jo maamooli haalat se taraqqi ke ek bada, badi industry khadi ki thi unhon ne.</w:t>
      </w:r>
    </w:p>
    <w:p>
      <w:pPr>
        <w:jc w:val="right"/>
      </w:pPr>
      <w:r>
        <w:t>ہمارے بڑے بھائی تھے جو معمولی حالت سے ترقی کے ایک بڑا، بڑی انڈسٹری کھڑی کی تھی انہوں نے۔</w:t>
      </w:r>
    </w:p>
    <w:p>
      <w:r>
        <w:rPr>
          <w:b/>
        </w:rPr>
        <w:t xml:space="preserve">[41:51] </w:t>
      </w:r>
      <w:r>
        <w:t>to ek saahab ne eid card likha un ke naam, eid card bheja.</w:t>
      </w:r>
    </w:p>
    <w:p>
      <w:pPr>
        <w:jc w:val="right"/>
      </w:pPr>
      <w:r>
        <w:t>تو ایک صاحب نے عید کارڈ لکھا ان کے نام، عید کارڈ بھیجا۔</w:t>
      </w:r>
    </w:p>
    <w:p>
      <w:r>
        <w:rPr>
          <w:b/>
        </w:rPr>
        <w:t xml:space="preserve">[41:55] </w:t>
      </w:r>
      <w:r>
        <w:t>abhi tak mujhe yaad hai, hamaare bhai ke naam eid card jab aaya to us mein likha hua tha, is eid card par ke self made bain ke naam jo kutub minar ki bulandi ko bhi paar kar sakta hai.</w:t>
      </w:r>
    </w:p>
    <w:p>
      <w:pPr>
        <w:jc w:val="right"/>
      </w:pPr>
      <w:r>
        <w:t>ابھی تک مجھے یاد ہے، ہمارے بھائی کے نام عید کارڈ جب آیا تو اس میں لکھا ہوا تھا، اس عید کارڈ پر کہ سیلف میڈ بین کے نام جو کتب مینار کی بلندیوں کو بھی پار کر سکتا ہے۔</w:t>
      </w:r>
    </w:p>
    <w:p>
      <w:r>
        <w:rPr>
          <w:b/>
        </w:rPr>
        <w:t xml:space="preserve">[42:13] </w:t>
      </w:r>
      <w:r>
        <w:t>abhi tak mujhe is ke shabd yaad hain</w:t>
      </w:r>
    </w:p>
    <w:p>
      <w:pPr>
        <w:jc w:val="right"/>
      </w:pPr>
      <w:r>
        <w:t>ابھی تک مجھے اس کے शब्द یاد ہیں</w:t>
      </w:r>
    </w:p>
    <w:p>
      <w:r>
        <w:rPr>
          <w:b/>
        </w:rPr>
        <w:t xml:space="preserve">[42:18] </w:t>
      </w:r>
      <w:r>
        <w:t>ke eid card bheja unhon ne eid ke din, daak se aaya tha.</w:t>
      </w:r>
    </w:p>
    <w:p>
      <w:pPr>
        <w:jc w:val="right"/>
      </w:pPr>
      <w:r>
        <w:t>کہ عید کارڈ بھیجا انہوں نے عید کے دن، ڈاک سے آیا تھا۔</w:t>
      </w:r>
    </w:p>
    <w:p>
      <w:r>
        <w:rPr>
          <w:b/>
        </w:rPr>
        <w:t xml:space="preserve">[42:24] </w:t>
      </w:r>
      <w:r>
        <w:t>hum log is adab bade mein the, mere bade bhai ke naam tha woh jin ka ab intqaal ho chuka hai. to us par yeh alfaaz likhe hue the ke ek self made bain ke naam jo kutub minar ki bulandi ko bhi paar kar sakta hai.</w:t>
      </w:r>
    </w:p>
    <w:p>
      <w:pPr>
        <w:jc w:val="right"/>
      </w:pPr>
      <w:r>
        <w:t>ہم لوگ اس ادب بڑے میں تھے، میرے بڑے بھائی کے نام تھا وہ جن کا اب انتقال ہو چکا ہے۔ تو اس پر یہ الفاظ لکھے ہوئے تھے کہ ایک سیلف میڈ بین کے نام جو کتب مینار کی بلندیوں کو بھی پار کر سکتا ہے۔</w:t>
      </w:r>
    </w:p>
    <w:p>
      <w:r>
        <w:rPr>
          <w:b/>
        </w:rPr>
        <w:t xml:space="preserve">[42:45] </w:t>
      </w:r>
      <w:r>
        <w:t>to main sochta hoon, to har aadmi ka wahan par self self made man ka maamla hai. aap ko khud banana padta hai apne aap ko.</w:t>
      </w:r>
    </w:p>
    <w:p>
      <w:pPr>
        <w:jc w:val="right"/>
      </w:pPr>
      <w:r>
        <w:t>تو میں سوچتا ہوں، تو ہر آدمی کا وہاں پر سیلف سیلف میڈ مین کا معاملہ ہے۔ آپ کو خود بنانا پڑتا ہے اپنے آپ کو۔</w:t>
      </w:r>
    </w:p>
    <w:p>
      <w:r>
        <w:rPr>
          <w:b/>
        </w:rPr>
        <w:t xml:space="preserve">[42:54] </w:t>
      </w:r>
      <w:r>
        <w:t>koi darakht apne aap ko khud nahi banata, law of nature us ko banata hai. yaani fitrat ka ek nizaam hai, woh us ko banata hai.</w:t>
      </w:r>
    </w:p>
    <w:p>
      <w:pPr>
        <w:jc w:val="right"/>
      </w:pPr>
      <w:r>
        <w:t>کوئی درخت اپنے آپ کو خود نہیں بناتا، لاء آف نیچر اس کو بناتا ہے۔ یعنی فطرت کا ایک نظام ہے، وہ اس کو بناتا ہے۔</w:t>
      </w:r>
    </w:p>
    <w:p>
      <w:r>
        <w:rPr>
          <w:b/>
        </w:rPr>
        <w:t xml:space="preserve">[43:05] </w:t>
      </w:r>
      <w:r>
        <w:t>lekin insaan ko to khud apne aap ko khud banana padta hai.</w:t>
      </w:r>
    </w:p>
    <w:p>
      <w:pPr>
        <w:jc w:val="right"/>
      </w:pPr>
      <w:r>
        <w:t>لیکن انسان کو تو خود اپنے آپ کو خود بنانا پڑتا ہے۔</w:t>
      </w:r>
    </w:p>
    <w:p>
      <w:r>
        <w:rPr>
          <w:b/>
        </w:rPr>
        <w:t xml:space="preserve">[43:11] </w:t>
      </w:r>
      <w:r>
        <w:t>so every man is self made man.</w:t>
      </w:r>
    </w:p>
    <w:p>
      <w:pPr>
        <w:jc w:val="right"/>
      </w:pPr>
      <w:r>
        <w:t>سو ایوری من از سیلف میڈ مین۔</w:t>
      </w:r>
    </w:p>
    <w:p>
      <w:r>
        <w:rPr>
          <w:b/>
        </w:rPr>
        <w:t xml:space="preserve">[43:17] </w:t>
      </w:r>
      <w:r>
        <w:t>to apne potential ko ab woh aap ne ek aap baagh mein gaye, ek darakht ko aap ne dekha,</w:t>
      </w:r>
    </w:p>
    <w:p>
      <w:pPr>
        <w:jc w:val="right"/>
      </w:pPr>
      <w:r>
        <w:t>تو اپنے پوٹینشل کو اب وہ آپ نے ایک آپ باغ میں گئے، ایک درخت کو آپ نے دیکھا،</w:t>
      </w:r>
    </w:p>
    <w:p>
      <w:r>
        <w:rPr>
          <w:b/>
        </w:rPr>
        <w:t xml:space="preserve">[43:24] </w:t>
      </w:r>
      <w:r>
        <w:t>aap ne us se yeh sabaq liya ke dekho, is darakht ke andar ek potential tha, itna bada sa beej tha, itna chhota sa beej aur itna bada darakht ban gaya.</w:t>
      </w:r>
    </w:p>
    <w:p>
      <w:pPr>
        <w:jc w:val="right"/>
      </w:pPr>
      <w:r>
        <w:t>آپ نے اس سے یہ سبق لیا کہ دیکھو، اس درخت کے اندر ایک پوٹینشل تھا، اتنا بڑا سا بیج تھا، اتنا چھوٹا سا بیج اور اتنا بڑا درخت بن گیا۔</w:t>
      </w:r>
    </w:p>
    <w:p>
      <w:r>
        <w:rPr>
          <w:b/>
        </w:rPr>
        <w:t xml:space="preserve">[43:35] </w:t>
      </w:r>
      <w:r>
        <w:t>ek chhote se beej ne itne hi bade darakht, is mein lakdi hai, is mein shaakhen hain, patiyaan hain, phool hain, phal hain, itni saari cheezen hain. to aise hi mere andar hi potential hai.</w:t>
      </w:r>
    </w:p>
    <w:p>
      <w:pPr>
        <w:jc w:val="right"/>
      </w:pPr>
      <w:r>
        <w:t>ایک چھوٹے سے بیج نے اتنے ہی بڑے درخت، اس میں لکڑی ہے، اس میں شاخیں ہیں، پتیاں ہیں، پھول ہیں، پھل ہیں، اتنی ساری چیزیں ہیں۔ تو ایسے ہی میرے اندر ہی پوٹینشل ہے۔</w:t>
      </w:r>
    </w:p>
    <w:p>
      <w:r>
        <w:rPr>
          <w:b/>
        </w:rPr>
        <w:t xml:space="preserve">[43:48] </w:t>
      </w:r>
      <w:r>
        <w:t>to agar main chahoon to main bhi apne potential ko actual bana kar ke ek bahut badi duniya nikaal tayyar kar sakta hoon.</w:t>
      </w:r>
    </w:p>
    <w:p>
      <w:pPr>
        <w:jc w:val="right"/>
      </w:pPr>
      <w:r>
        <w:t>تو اگر میں چاہوں تو میں بھی اپنے پوٹینشل کو ایکچول بنا کر کے ایک بہت بڑی دنیا نکال تیار کر سکتا ہوں۔</w:t>
      </w:r>
    </w:p>
    <w:p>
      <w:r>
        <w:rPr>
          <w:b/>
        </w:rPr>
        <w:t xml:space="preserve">[43:58] </w:t>
      </w:r>
      <w:r>
        <w:t>yeh hai spiritual content jo in buzurg ko pata nahi tha. woh bete is ko koi batate hain, batana chahiye tha ke tum baagh mein gaye, tumhaare le kar kya aaye?</w:t>
      </w:r>
    </w:p>
    <w:p>
      <w:pPr>
        <w:jc w:val="right"/>
      </w:pPr>
      <w:r>
        <w:t>یہ ہے اسپریچول کنٹینٹ جو ان بزرگ کو پتہ نہیں تھا۔ وہ بیٹے اس کو کوئی بتاتے ہیں، بتانا چاہیے تھا کہ تم باغ میں گئے، تمہارے لے کر کیا آئے؟</w:t>
      </w:r>
    </w:p>
    <w:p>
      <w:r>
        <w:rPr>
          <w:b/>
        </w:rPr>
        <w:t xml:space="preserve">[44:09] </w:t>
      </w:r>
      <w:r>
        <w:t>bajaaye yeh kehne ke ke baagh mein chun ke le gaye, yahan reh kar ke tasbeeh padhte.</w:t>
      </w:r>
    </w:p>
    <w:p>
      <w:pPr>
        <w:jc w:val="right"/>
      </w:pPr>
      <w:r>
        <w:t>بجائے یہ کہنے کے کہ باغ میں چن کے لے گئے، یہاں رہ کر کے تسبیح پڑھتے۔</w:t>
      </w:r>
    </w:p>
    <w:p>
      <w:r>
        <w:rPr>
          <w:b/>
        </w:rPr>
        <w:t xml:space="preserve">[44:14] </w:t>
      </w:r>
      <w:r>
        <w:t>nahi, un ko kehna chahiye tha ke baagh mein ek bahut bada lesson tha tumhaare liye. woh lesson tum ne pakda ke nahi pakda?</w:t>
      </w:r>
    </w:p>
    <w:p>
      <w:pPr>
        <w:jc w:val="right"/>
      </w:pPr>
      <w:r>
        <w:t>نہیں، ان کو کہنا چاہیے تھا کہ باغ میں ایک بہت بڑا لیسن تھا تمہارے لیے۔ وہ لیسن تم نے پکڑا کہ نہیں پکڑا؟</w:t>
      </w:r>
    </w:p>
    <w:p>
      <w:r>
        <w:rPr>
          <w:b/>
        </w:rPr>
        <w:t xml:space="preserve">[44:26] </w:t>
      </w:r>
      <w:r>
        <w:t>woh lesson pakda ke nahi pakda? woh lesson yeh tha ke jis tarah se darakht ka maamla hai ke apne potential ko actual banaya, us ne aise tum bhi kar, tum ko bhi karna hai ke tum apne potential ko actual banao.</w:t>
      </w:r>
    </w:p>
    <w:p>
      <w:pPr>
        <w:jc w:val="right"/>
      </w:pPr>
      <w:r>
        <w:t>وہ لیسن پکڑا کہ نہیں پکڑا؟ وہ لیسن یہ تھا کہ جس طرح سے درخت کا معاملہ ہے کہ اپنے پوٹینشل کو ایکچول بنایا، اس نے ایسے تم بھی کر، تم کو بھی کرنا ہے کہ تم اپنے پوٹینشل کو ایکچول بناؤ۔</w:t>
      </w:r>
    </w:p>
    <w:p>
      <w:r>
        <w:rPr>
          <w:b/>
        </w:rPr>
        <w:t xml:space="preserve">[44:46] </w:t>
      </w:r>
      <w:r>
        <w:t>to hum reh rahe hain ek aisi duniya mein jahan har waqt ab positive food hain, lekin hum jee rahe hain negativity mein. har aadmi, har aadmi, har aadmi negativity mein jeeta hai.</w:t>
      </w:r>
    </w:p>
    <w:p>
      <w:pPr>
        <w:jc w:val="right"/>
      </w:pPr>
      <w:r>
        <w:t>تو ہم رہ رہے ہیں ایک ایسی دنیا میں جہاں ہر وقت اب پازیٹیو فوڈ ہیں، لیکن ہم جی رہے ہیں نیگیٹیوٹی میں۔ ہر آدمی، ہر آدمی، ہر آدمی نیگیٹیوٹی میں جیتا ہے۔</w:t>
      </w:r>
    </w:p>
    <w:p>
      <w:r>
        <w:rPr>
          <w:b/>
        </w:rPr>
        <w:t xml:space="preserve">[45:01] </w:t>
      </w:r>
      <w:r>
        <w:t>abhi chand din hue hain, meri ek saath mulaqaat jo America mein rehte hain, bahut yaani ya badi gaadi un ke paas hai, bada ghar hai aur yeh hai, woh duniya bhar ki cheezen hain.</w:t>
      </w:r>
    </w:p>
    <w:p>
      <w:pPr>
        <w:jc w:val="right"/>
      </w:pPr>
      <w:r>
        <w:t>ابھی چند دن ہوئے ہیں، میری ایک ساتھ ملاقات جو امریکہ میں رہتے ہیں، بہت یعنی یا بڑی گاڑی ان کے پاس ہے، بڑا گھر ہے اور یہ ہے، وہ دنیا بھر کی چیزیں ہیں۔</w:t>
      </w:r>
    </w:p>
    <w:p>
      <w:r>
        <w:rPr>
          <w:b/>
        </w:rPr>
        <w:t xml:space="preserve">[45:12] </w:t>
      </w:r>
      <w:r>
        <w:t>to main un se baat hone lagi to</w:t>
      </w:r>
    </w:p>
    <w:p>
      <w:pPr>
        <w:jc w:val="right"/>
      </w:pPr>
      <w:r>
        <w:t>تو میں ان سے بات ہونے لگی تو</w:t>
      </w:r>
    </w:p>
    <w:p>
      <w:r>
        <w:rPr>
          <w:b/>
        </w:rPr>
        <w:t xml:space="preserve">[45:15] </w:t>
      </w:r>
      <w:r>
        <w:t>main ne kaha ke</w:t>
      </w:r>
    </w:p>
    <w:p>
      <w:pPr>
        <w:jc w:val="right"/>
      </w:pPr>
      <w:r>
        <w:t>میں نے کہا کہ</w:t>
      </w:r>
    </w:p>
    <w:p>
      <w:r>
        <w:rPr>
          <w:b/>
        </w:rPr>
        <w:t xml:space="preserve">[45:18] </w:t>
      </w:r>
      <w:r>
        <w:t>ke America ne ya western countries ne ne hum ko bahut kuch diya, they are our benefactors kyunke yeh communication aur yeh saari jo development hain, woh sab unhi ke, unhon ne to kiye hain,</w:t>
      </w:r>
    </w:p>
    <w:p>
      <w:pPr>
        <w:jc w:val="right"/>
      </w:pPr>
      <w:r>
        <w:t>کہ امریکہ نے یا ویسٹرن کنٹریز نے نے ہم کو بہت کچھ دیا، دے آر اور بینیفیکٹرز کیونکہ یہ کمیونیکیشن اور یہ ساری جو ڈیویلپمنٹ ہیں، وہ سب انہی کے، انہوں نے تو کیے ہیں،</w:t>
      </w:r>
    </w:p>
    <w:p>
      <w:r>
        <w:rPr>
          <w:b/>
        </w:rPr>
        <w:t xml:space="preserve">[45:36] </w:t>
      </w:r>
      <w:r>
        <w:t>unhon ne nahi kiye hain.</w:t>
      </w:r>
    </w:p>
    <w:p>
      <w:pPr>
        <w:jc w:val="right"/>
      </w:pPr>
      <w:r>
        <w:t>انہوں نے نہیں کیے ہیں۔</w:t>
      </w:r>
    </w:p>
    <w:p>
      <w:r>
        <w:rPr>
          <w:b/>
        </w:rPr>
        <w:t xml:space="preserve">[45:40] </w:t>
      </w:r>
      <w:r>
        <w:t>to mere dil mein un ke liye, un ke liye mohabbat ka jazba tha, western nurse ke liye mere dil mein un ko yani un ke liye aik khair khwahi ka jazba tha kyunke unhon ne sari cheezen unhon ne nahin di hain.</w:t>
      </w:r>
    </w:p>
    <w:p>
      <w:pPr>
        <w:jc w:val="right"/>
      </w:pPr>
      <w:r>
        <w:t>تو میرے دل میں ان کے لیے، ان کے لیے محبت کا جذبہ تھا، ویسٹرن نرس کے لیے میرے دل میں ان کو یعنی ان کے لیے ایک خیر خواہی کا جذبہ تھا کیونکہ انہوں نے ساری چیزیں انہوں نے نہیں دی ہیں۔</w:t>
      </w:r>
    </w:p>
    <w:p>
      <w:r>
        <w:rPr>
          <w:b/>
        </w:rPr>
        <w:t xml:space="preserve">[45:58] </w:t>
      </w:r>
      <w:r>
        <w:t>is glass se le kar hawaijat tak sab unhon ne diya hai.</w:t>
      </w:r>
    </w:p>
    <w:p>
      <w:pPr>
        <w:jc w:val="right"/>
      </w:pPr>
      <w:r>
        <w:t>اس گلاس سے لے کر حوائجات تک سب انہوں نے دیا ہے۔</w:t>
      </w:r>
    </w:p>
    <w:p>
      <w:r>
        <w:rPr>
          <w:b/>
        </w:rPr>
        <w:t xml:space="preserve">[46:02] </w:t>
      </w:r>
      <w:r>
        <w:t>hamare bachpan mein jab mein chhota tha to mitti ka koze mein hum log pani peete the ya kabhi kabhi lakri ka bhi aik bartan hua karta tha, is mein pani peete the.</w:t>
      </w:r>
    </w:p>
    <w:p>
      <w:pPr>
        <w:jc w:val="right"/>
      </w:pPr>
      <w:r>
        <w:t>ہمارے بچپن میں جب میں چھوٹا تھا تو مٹی کا کوزے میں ہم لوگ پانی پیتے تھے یا کبھی کبھی لکڑی کا بھی ایک برتن ہوا کرتا تھا، اس میں پانی پیتے تھے۔</w:t>
      </w:r>
    </w:p>
    <w:p>
      <w:r>
        <w:rPr>
          <w:b/>
        </w:rPr>
        <w:t xml:space="preserve">[46:14] </w:t>
      </w:r>
      <w:r>
        <w:t>aisa glass nahin hota tha hamare bachpan mein.</w:t>
      </w:r>
    </w:p>
    <w:p>
      <w:pPr>
        <w:jc w:val="right"/>
      </w:pPr>
      <w:r>
        <w:t>ایسا گلاس نہیں ہوتا تھا ہمارے بچپن میں۔</w:t>
      </w:r>
    </w:p>
    <w:p>
      <w:r>
        <w:rPr>
          <w:b/>
        </w:rPr>
        <w:t xml:space="preserve">[46:21] </w:t>
      </w:r>
      <w:r>
        <w:t>to glass se le kar aeroplane tak to inhi logon ne to diya hai.</w:t>
      </w:r>
    </w:p>
    <w:p>
      <w:pPr>
        <w:jc w:val="right"/>
      </w:pPr>
      <w:r>
        <w:t>تو گلاس سے لے کر ایروپلین تک تو انہی لوگوں نے تو دیا ہے۔</w:t>
      </w:r>
    </w:p>
    <w:p>
      <w:r>
        <w:rPr>
          <w:b/>
        </w:rPr>
        <w:t xml:space="preserve">[46:28] </w:t>
      </w:r>
      <w:r>
        <w:t>to to mere dil mein un ke liye khair khwahi hai, aik aik jazba hai ke mein bhi unhein kuch doon. to mein dawat ka kaam karta hoon. woh sahib jo itne aaram se rehte hain America mein,</w:t>
      </w:r>
    </w:p>
    <w:p>
      <w:pPr>
        <w:jc w:val="right"/>
      </w:pPr>
      <w:r>
        <w:t>تو تو میرے دل میں ان کے لیے خیر خواہی ہے، ایک ایک جذبہ ہے کہ میں بھی انہیں کچھ دوں۔ تو میں دعوت کا کام کرتا ہوں۔ وہ صاحب جو اتنے آرام سے رہتے ہیں امریکہ میں،</w:t>
      </w:r>
    </w:p>
    <w:p>
      <w:r>
        <w:rPr>
          <w:b/>
        </w:rPr>
        <w:t xml:space="preserve">[46:42] </w:t>
      </w:r>
      <w:r>
        <w:t>woh un ko kiya mila kehne ke liye? unhon ne kaha, "dekhein, unhon ne, unhon ne kaha, kaha model values nahin hain un ke haan." kaisi baat karte hain aap?</w:t>
      </w:r>
    </w:p>
    <w:p>
      <w:pPr>
        <w:jc w:val="right"/>
      </w:pPr>
      <w:r>
        <w:t>وہ ان کو کیا ملا کہنے کے لیے؟ انہوں نے کہا، "دیکھیں، انہوں نے، انہوں نے کہا، کہا ماڈل وائیوز نہیں ہیں ان کے ہاں۔" کیسی بات کرتے ہیں آپ؟</w:t>
      </w:r>
    </w:p>
    <w:p>
      <w:r>
        <w:rPr>
          <w:b/>
        </w:rPr>
        <w:t xml:space="preserve">[46:50] </w:t>
      </w:r>
      <w:r>
        <w:t>ab model values ko le kar ke negative negative ban gaye woh</w:t>
      </w:r>
    </w:p>
    <w:p>
      <w:pPr>
        <w:jc w:val="right"/>
      </w:pPr>
      <w:r>
        <w:t>اب ماڈل وائیوز کو لے کر کے نیگیٹیو نیگیٹیو بن گئے۔ وہ</w:t>
      </w:r>
    </w:p>
    <w:p>
      <w:r>
        <w:rPr>
          <w:b/>
        </w:rPr>
        <w:t xml:space="preserve">[46:55] </w:t>
      </w:r>
      <w:r>
        <w:t>matlab un ke haan nudity hai, un ke haan un merit capitalist hote hain, un ke haan woh gay system hai, model values ko woh log pamal karte hain waghera.</w:t>
      </w:r>
    </w:p>
    <w:p>
      <w:pPr>
        <w:jc w:val="right"/>
      </w:pPr>
      <w:r>
        <w:t>مطلب ان کے ہاں نیوڈیٹی ہے، ان کے ہاں ان میرٹ کیپیٹلسٹ ہوتے ہیں، ان کے ہاں وہ گے سسٹم ہے، ماڈل ویلیوز کو وہ لوگ پامال کرتے ہیں وغیرہ۔</w:t>
      </w:r>
    </w:p>
    <w:p>
      <w:r>
        <w:rPr>
          <w:b/>
        </w:rPr>
        <w:t xml:space="preserve">[47:11] </w:t>
      </w:r>
      <w:r>
        <w:t>to is ko le kar ke negative ban gaye woh ab un ke andar yeh bilkul one percent bhi yeh jazba nahin ke un ko westerners ke samne Islam ki dawat pesh karna hai,</w:t>
      </w:r>
    </w:p>
    <w:p>
      <w:pPr>
        <w:jc w:val="right"/>
      </w:pPr>
      <w:r>
        <w:t>تو اس کو لے کر کے نیگیٹیو بن گئے۔ وہ اب ان کے اندر یہ بالکل ون پرسنٹ بھی یہ جذبہ نہیں کہ ان کو ویسٹرنرز کے سامنے اسلام کی دعوت پیش کرنا ہے،</w:t>
      </w:r>
    </w:p>
    <w:p>
      <w:r>
        <w:rPr>
          <w:b/>
        </w:rPr>
        <w:t xml:space="preserve">[47:23] </w:t>
      </w:r>
      <w:r>
        <w:t>kuch bhi nahin. kyunke dekhein, negativity aisi cheez hai ke aik drop bhi negativity ka hai, agar aap ko is pe sar poori hasti ab kharab ho jaye gi aap ki.</w:t>
      </w:r>
    </w:p>
    <w:p>
      <w:pPr>
        <w:jc w:val="right"/>
      </w:pPr>
      <w:r>
        <w:t>کچھ بھی نہیں۔ کیونکہ دیکھیں، نیگیٹیوٹی ایسی چیز ہے کہ ایک ڈراپ بھی نیگیٹیوٹی کا ہے، اگر آپ کو اس پہ سر پوری ہستی اب خراب ہو جائے گی آپ کی۔</w:t>
      </w:r>
    </w:p>
    <w:p>
      <w:r>
        <w:rPr>
          <w:b/>
        </w:rPr>
        <w:t xml:space="preserve">[47:35] </w:t>
      </w:r>
      <w:r>
        <w:t>jis tarah se is pani mein agar aik drop aa jaye ganda, poora pani kharab ho jaye ga. aise hi aap ka jo aap ka jo yeh wajood hai, aik negative item aa jaye, aik negative item</w:t>
      </w:r>
    </w:p>
    <w:p>
      <w:pPr>
        <w:jc w:val="right"/>
      </w:pPr>
      <w:r>
        <w:t>جس طرح سے اس پانی میں اگر ایک ڈراپ آ جائے گندا، پورا پانی خراب ہو جائے گا۔ ایسے ہی آپ کا جو آپ کا جو یہ وجود ہے، ایک نیگیٹیو آئٹم آ جائے، ایک نیگیٹیو آئٹم</w:t>
      </w:r>
    </w:p>
    <w:p>
      <w:r>
        <w:rPr>
          <w:b/>
        </w:rPr>
        <w:t xml:space="preserve">[47:49] </w:t>
      </w:r>
      <w:r>
        <w:t>to poora aap ka mind kharab, aap ka soul kharab, aap ki poori hasti kharab. phir aap dawat kaam nahin kar sakte,</w:t>
      </w:r>
    </w:p>
    <w:p>
      <w:pPr>
        <w:jc w:val="right"/>
      </w:pPr>
      <w:r>
        <w:t>تو پورا آپ کا مائنڈ خراب، آپ کا سول خراب، آپ کی پوری ہستی خراب۔ پھر آپ دعوت کام نہیں کر سکتے،</w:t>
      </w:r>
    </w:p>
    <w:p>
      <w:r>
        <w:rPr>
          <w:b/>
        </w:rPr>
        <w:t xml:space="preserve">[47:59] </w:t>
      </w:r>
      <w:r>
        <w:t>dawat kaam nahin kar sakte. phir aap,</w:t>
      </w:r>
    </w:p>
    <w:p>
      <w:pPr>
        <w:jc w:val="right"/>
      </w:pPr>
      <w:r>
        <w:t>دعوت کام نہیں کر سکتے۔ پھر آپ،</w:t>
      </w:r>
    </w:p>
    <w:p>
      <w:r>
        <w:rPr>
          <w:b/>
        </w:rPr>
        <w:t xml:space="preserve">[48:05] </w:t>
      </w:r>
      <w:r>
        <w:t>ab mere andar be panah jazba hai ke mein westerners ko sachai ka paigham pohanchaoon.</w:t>
      </w:r>
    </w:p>
    <w:p>
      <w:pPr>
        <w:jc w:val="right"/>
      </w:pPr>
      <w:r>
        <w:t>اب میرے اندر بے پناہ جذبہ ہے کہ میں ویسٹرنرز کو سچائی کا پیغام پہنچاؤں۔</w:t>
      </w:r>
    </w:p>
    <w:p>
      <w:r>
        <w:rPr>
          <w:b/>
        </w:rPr>
        <w:t xml:space="preserve">[48:13] </w:t>
      </w:r>
      <w:r>
        <w:t>subah sham is ko mein sochta hoon aur woh aadmi jo itna un se faizyaab ho raha hai, itna faida le raha hai un se, us ke andar jazba hi nahin.</w:t>
      </w:r>
    </w:p>
    <w:p>
      <w:pPr>
        <w:jc w:val="right"/>
      </w:pPr>
      <w:r>
        <w:t>صبح شام اس کو میں سوچتا ہوں اور وہ آدمی جو اتنا ان سے فیضیاب ہو رہا ہے، اتنا فائدہ لے رہا ہے ان سے، اس کے اندر جذبہ ہی نہیں۔</w:t>
      </w:r>
    </w:p>
    <w:p>
      <w:r>
        <w:rPr>
          <w:b/>
        </w:rPr>
        <w:t xml:space="preserve">[48:23] </w:t>
      </w:r>
      <w:r>
        <w:t>kyunke aik negative item nikal kar ke bas un ke bare mein negative bana hua hai. woh</w:t>
      </w:r>
    </w:p>
    <w:p>
      <w:pPr>
        <w:jc w:val="right"/>
      </w:pPr>
      <w:r>
        <w:t>کیونکہ ایک نیگیٹیو آئٹم نکال کر کے بس ان کے بارے میں نیگیٹیو بنا ہوا ہے۔ وہ</w:t>
      </w:r>
    </w:p>
    <w:p>
      <w:r>
        <w:rPr>
          <w:b/>
        </w:rPr>
        <w:t xml:space="preserve">[48:33] </w:t>
      </w:r>
      <w:r>
        <w:t>to dekhein, sab kuch depend karta hai sochne par.</w:t>
      </w:r>
    </w:p>
    <w:p>
      <w:pPr>
        <w:jc w:val="right"/>
      </w:pPr>
      <w:r>
        <w:t>تو دیکھیں، سب کچھ ڈیپینڈ کرتا ہے سوچنے پر۔</w:t>
      </w:r>
    </w:p>
    <w:p>
      <w:r>
        <w:rPr>
          <w:b/>
        </w:rPr>
        <w:t xml:space="preserve">[48:40] </w:t>
      </w:r>
      <w:r>
        <w:t>soch</w:t>
      </w:r>
    </w:p>
    <w:p>
      <w:pPr>
        <w:jc w:val="right"/>
      </w:pPr>
      <w:r>
        <w:t>سوچ</w:t>
      </w:r>
    </w:p>
    <w:p>
      <w:r>
        <w:rPr>
          <w:b/>
        </w:rPr>
        <w:t xml:space="preserve">[48:41] </w:t>
      </w:r>
      <w:r>
        <w:t>ne par jitna aap sochenge, utne hi aap rastay khulenge aap ko. jitna aap sochenge, utni hi aap ko development hoga. jitna aap sochenge, utna hi aap ko tazkiya hoga.</w:t>
      </w:r>
    </w:p>
    <w:p>
      <w:pPr>
        <w:jc w:val="right"/>
      </w:pPr>
      <w:r>
        <w:t>نے پر جتنا آپ سوچیں گے، اتنے ہی آپ راستے کھلیں گے آپ کو۔ جتنا آپ سوچیں گے، اتنی ہی آپ کو ڈیویلپمنٹ ہوگا۔ جتنا آپ سوچیں گے، اتنا ہی آپ کو کا تزکیہ ہوگا۔</w:t>
      </w:r>
    </w:p>
    <w:p>
      <w:r>
        <w:rPr>
          <w:b/>
        </w:rPr>
        <w:t xml:space="preserve">[48:54] </w:t>
      </w:r>
      <w:r>
        <w:t>jitna aap sochenge, utna hi aap ke andar taqwa aaye ga. yeh sab kuch jo hai, sochne par depend karta hai.</w:t>
      </w:r>
    </w:p>
    <w:p>
      <w:pPr>
        <w:jc w:val="right"/>
      </w:pPr>
      <w:r>
        <w:t>جتنا آپ سوچیں گے، اتنا ہی آپ کے اندر تقویٰ آئے گا۔ یہ سب کچھ جو ہے، سوچنے پر ڈیپینڈ کرتا ہے۔</w:t>
      </w:r>
    </w:p>
    <w:p>
      <w:r>
        <w:rPr>
          <w:b/>
        </w:rPr>
        <w:t xml:space="preserve">[49:05] </w:t>
      </w:r>
      <w:r>
        <w:t>kaha jata hai ke "man is a thinking animal, man is a thinking animal"</w:t>
      </w:r>
    </w:p>
    <w:p>
      <w:pPr>
        <w:jc w:val="right"/>
      </w:pPr>
      <w:r>
        <w:t>کہا جاتا ہے کہ "مین از ا تھنکنگ اینیمل، مین از ا تھنکنگ اینیمل"</w:t>
      </w:r>
    </w:p>
    <w:p>
      <w:r>
        <w:rPr>
          <w:b/>
        </w:rPr>
        <w:t xml:space="preserve">[49:11] </w:t>
      </w:r>
      <w:r>
        <w:t>to thinking hi par sab kuch hai, yani sab kuch derive karta hai thinking par. jitna aap sochenge, utna hi aap ka irtaqa hoga, utna hi aap ke andar development hoga.</w:t>
      </w:r>
    </w:p>
    <w:p>
      <w:pPr>
        <w:jc w:val="right"/>
      </w:pPr>
      <w:r>
        <w:t>تو تھنکنگ ہی پر سب کچھ ہے، یعنی سب کچھ ڈیریور کرتا ہے تھنکنگ پر۔ جتنا آپ سوچیں گے، اتنا ہی آپ کا ارتقاء ہوگا، اتنا ہی آپ کے اندر ڈیویلپمنٹ ہوگا۔</w:t>
      </w:r>
    </w:p>
    <w:p>
      <w:r>
        <w:rPr>
          <w:b/>
        </w:rPr>
        <w:t xml:space="preserve">[49:23] </w:t>
      </w:r>
      <w:r>
        <w:t>hamare haan jo mere ghar jo hai, is mein samne kuch pear hain, kahin is pear mein kiya hua ke shaad ne sata bana diya.</w:t>
      </w:r>
    </w:p>
    <w:p>
      <w:pPr>
        <w:jc w:val="right"/>
      </w:pPr>
      <w:r>
        <w:t>ہمارے ہاں جو میرے گھر جو ہے، اس میں سامنے کچھ پیڑ ہیں، کہیں اس پیڑ میں کیا ہوا کہ شاد نے ستا بنا دیا۔</w:t>
      </w:r>
    </w:p>
    <w:p>
      <w:r>
        <w:rPr>
          <w:b/>
        </w:rPr>
        <w:t xml:space="preserve">[49:35] </w:t>
      </w:r>
      <w:r>
        <w:t>shaad to mein wahan jab apne bajay pe khara ho kar dekhta tha</w:t>
      </w:r>
    </w:p>
    <w:p>
      <w:pPr>
        <w:jc w:val="right"/>
      </w:pPr>
      <w:r>
        <w:t>شاد تو میں وہاں جب اپنے باجے پہ کھڑا ہو کر دیکھتا تھا</w:t>
      </w:r>
    </w:p>
    <w:p>
      <w:r>
        <w:rPr>
          <w:b/>
        </w:rPr>
        <w:t xml:space="preserve">[49:45] </w:t>
      </w:r>
      <w:r>
        <w:t>to mujhe lagta tha ke yeh shad ki makkhiyan jo hain, subah se shaam tak doudti hain, kahin jati hain kis ke liye?</w:t>
      </w:r>
    </w:p>
    <w:p>
      <w:pPr>
        <w:jc w:val="right"/>
      </w:pPr>
      <w:r>
        <w:t>تو مجھے لگتا تھا کہ یہ شاد کی مکھیاں جو ہیں، صبح سے شام تک دوڑتی ہیں، کہیں جاتی ہیں کس کے لیے؟</w:t>
      </w:r>
    </w:p>
    <w:p>
      <w:r>
        <w:rPr>
          <w:b/>
        </w:rPr>
        <w:t xml:space="preserve">[49:54] </w:t>
      </w:r>
      <w:r>
        <w:t>doctor ki talash mein.</w:t>
      </w:r>
    </w:p>
    <w:p>
      <w:pPr>
        <w:jc w:val="right"/>
      </w:pPr>
      <w:r>
        <w:t>ڈیکٹر کی تلاش میں۔</w:t>
      </w:r>
    </w:p>
    <w:p>
      <w:r>
        <w:rPr>
          <w:b/>
        </w:rPr>
        <w:t xml:space="preserve">[49:58] </w:t>
      </w:r>
      <w:r>
        <w:t>yani woh phool, kuch phoolon mein doctor nahi hota, kuch phoolon mein doctor hota hai.</w:t>
      </w:r>
    </w:p>
    <w:p>
      <w:pPr>
        <w:jc w:val="right"/>
      </w:pPr>
      <w:r>
        <w:t>یعنی وہ پھول، کچھ پھولوں میں ڈیکٹر نہیں ہوتا، کچھ پھولوں میں ڈیکٹر ہوتا ہے۔</w:t>
      </w:r>
    </w:p>
    <w:p>
      <w:r>
        <w:rPr>
          <w:b/>
        </w:rPr>
        <w:t xml:space="preserve">[50:04] </w:t>
      </w:r>
      <w:r>
        <w:t>to meelon biloon ke safar karti hain ja kar ke, woh woh phool talash karti hain jis mein woh doctor, jo meetha jooz hota hai, meetha ras,</w:t>
      </w:r>
    </w:p>
    <w:p>
      <w:pPr>
        <w:jc w:val="right"/>
      </w:pPr>
      <w:r>
        <w:t>تو میلوں بلوں کے سفر کرتی ہیں جا کر کے، وہ وہ پھول تلاش کرتی ہیں جس میں وہ ڈیکٹر، جو میٹھا جوز ہوتا ہے، میٹھا رس،</w:t>
      </w:r>
    </w:p>
    <w:p>
      <w:r>
        <w:rPr>
          <w:b/>
        </w:rPr>
        <w:t xml:space="preserve">[50:17] </w:t>
      </w:r>
      <w:r>
        <w:t>meetha ras, is ko doctor kehte hain, is ki talash mein aati hain. phir woh le kar ke aati hain, phir yahan par apne chhatay mein rakhti hain.</w:t>
      </w:r>
    </w:p>
    <w:p>
      <w:pPr>
        <w:jc w:val="right"/>
      </w:pPr>
      <w:r>
        <w:t>میٹھا رس، اس کو ڈیکٹر کہتے ہیں، اس کی تلاش میں آتی ہیں۔ پھر وہ لے کر کے آتی ہیں، پھر یہاں پر اپنے چھتے میں رکھتی ہیں۔</w:t>
      </w:r>
    </w:p>
    <w:p>
      <w:r>
        <w:rPr>
          <w:b/>
        </w:rPr>
        <w:t xml:space="preserve">[50:29] </w:t>
      </w:r>
      <w:r>
        <w:t>to aik aik aik haiwan jo hai, woh jaanta hai ke mujhe dhoond kar ke doctor nikalna hai, jahan hai wahin ja kar ke nikalna hai is ko. aur insaan ka haal yeh hai, hamein bhi spirituality ko talash karna parega, tab milega woh.</w:t>
      </w:r>
    </w:p>
    <w:p>
      <w:pPr>
        <w:jc w:val="right"/>
      </w:pPr>
      <w:r>
        <w:t>تو ایک ایک ایک حیوان جو ہے، وہ جانتا ہے کہ مجھے ڈھونڈ کر کے ڈیکٹر نکالنا ہے، جہاں ہے وہیں جا کر کے نکالنا ہے اس کو۔ اور انسان کا حال یہ ہے، ہمیں بھی اسپریچولیٹی کو تلاش کرنا پڑے گا، تب ملے گا وہ۔</w:t>
      </w:r>
    </w:p>
    <w:p>
      <w:r>
        <w:rPr>
          <w:b/>
        </w:rPr>
        <w:t xml:space="preserve">[50:44] </w:t>
      </w:r>
      <w:r>
        <w:t>spirituality as a nectar har jagah maujood hai, woh yani shad ki makhi to meelon biloon jati hai, tab is ko nectar milta hai kahin se.</w:t>
      </w:r>
    </w:p>
    <w:p>
      <w:pPr>
        <w:jc w:val="right"/>
      </w:pPr>
      <w:r>
        <w:t>اسپریچولیٹی ایز اے نیکٹر ہر جگہ موجود ہے، وہ یعنی شاد کی مکھی تو میلوں بلوں جاتی ہے، تب اس کو نیکٹر ملتا ہے کہیں سے۔</w:t>
      </w:r>
    </w:p>
    <w:p>
      <w:r>
        <w:rPr>
          <w:b/>
        </w:rPr>
        <w:t xml:space="preserve">[50:54] </w:t>
      </w:r>
      <w:r>
        <w:t>hamare to har cheez mein aik nectar maujood hai, spiritual nec</w:t>
      </w:r>
    </w:p>
    <w:p>
      <w:pPr>
        <w:jc w:val="right"/>
      </w:pPr>
      <w:r>
        <w:t>ہمارے تو ہر چیز میں ایک نیکٹر موجود ہے، اسپریچول نیک</w:t>
      </w:r>
    </w:p>
    <w:p>
      <w:r>
        <w:rPr>
          <w:b/>
        </w:rPr>
        <w:t xml:space="preserve">[50:57] </w:t>
      </w:r>
      <w:r>
        <w:t>tar har cheez mein, har cheez mein, har cheez mein, har waqt, har waqt hamare liye spiritual food, har har cheez Allah taala ne banaya</w:t>
      </w:r>
    </w:p>
    <w:p>
      <w:pPr>
        <w:jc w:val="right"/>
      </w:pPr>
      <w:r>
        <w:t>ٹر ہر چیز میں، ہر چیز میں، ہر چیز میں، ہر وقت، ہر وقت ہمارے لیے اسپریچول فوڈ، ہر ہر چیز اللہ تعالی نے بنایا</w:t>
      </w:r>
    </w:p>
    <w:p>
      <w:r>
        <w:rPr>
          <w:b/>
        </w:rPr>
        <w:t xml:space="preserve">[51:11] </w:t>
      </w:r>
      <w:r>
        <w:t>is tareeqay se ke is mein yani spiritual lesson maujood ho, spiritual content maujood ho.</w:t>
      </w:r>
    </w:p>
    <w:p>
      <w:pPr>
        <w:jc w:val="right"/>
      </w:pPr>
      <w:r>
        <w:t>اس طریقے سے کہ اس میں یعنی اسپریچول لیسن موجود ہو، اسپریچول کنٹینٹ موجود ہو۔</w:t>
      </w:r>
    </w:p>
    <w:p>
      <w:r>
        <w:rPr>
          <w:b/>
        </w:rPr>
        <w:t xml:space="preserve">[51:20] </w:t>
      </w:r>
      <w:r>
        <w:t>kisi arab, aik arab shair ne kaha ke "wa fi kulli shain lahu ayatun tadullu alal wilayah". aik farsi shair ne kaha ke "bar ke darakhtan sabz dar nazar-e-hushyar,</w:t>
      </w:r>
    </w:p>
    <w:p>
      <w:pPr>
        <w:jc w:val="right"/>
      </w:pPr>
      <w:r>
        <w:t>کسی عرب، ایک عرب شاعر نے کہا کہ "وفی کل شین لہو آیت تدل علی الوایت"۔ ایک فارسی شاعر نے کہا کہ "بر کے درختان سبز در نظر ہوشیار،</w:t>
      </w:r>
    </w:p>
    <w:p>
      <w:r>
        <w:rPr>
          <w:b/>
        </w:rPr>
        <w:t xml:space="preserve">[51:37] </w:t>
      </w:r>
      <w:r>
        <w:t>har waraq daftar-e-ishq-e-khuda-e-karda-gar". yeh kya hai? wahi hai, wahi cheez, unhon ne apne shairana andaaz mein kahi hai.</w:t>
      </w:r>
    </w:p>
    <w:p>
      <w:pPr>
        <w:jc w:val="right"/>
      </w:pPr>
      <w:r>
        <w:t>ہر ورق دفتریس معرفت کردگار"۔ یہ کیا ہے؟ وہی ہے، وہی چیز، انہوں نے اپنے شارانہ انداز میں کہی ہے۔</w:t>
      </w:r>
    </w:p>
    <w:p>
      <w:r>
        <w:rPr>
          <w:b/>
        </w:rPr>
        <w:t xml:space="preserve">[51:49] </w:t>
      </w:r>
      <w:r>
        <w:t>har cheez mein, har patay mein, har zaray mein, har cheez mein spiritual food maujood hai.</w:t>
      </w:r>
    </w:p>
    <w:p>
      <w:pPr>
        <w:jc w:val="right"/>
      </w:pPr>
      <w:r>
        <w:t>ہر چیز میں، ہر پتے میں، ہر ذرے میں، ہر چیز میں اسپریچول فوڈ موجود ہے۔</w:t>
      </w:r>
    </w:p>
    <w:p>
      <w:r>
        <w:rPr>
          <w:b/>
        </w:rPr>
        <w:t xml:space="preserve">[51:58] </w:t>
      </w:r>
      <w:r>
        <w:t>is ko extract kijiye, jaise shad ki makhi nectar ko extract karti hai, woh mitti material uthate waqt chhod deti hai.</w:t>
      </w:r>
    </w:p>
    <w:p>
      <w:pPr>
        <w:jc w:val="right"/>
      </w:pPr>
      <w:r>
        <w:t>اس کو ایکسٹریکٹ کیجئے، جیسے شاد کی مکھی نیکٹر کو ایکسٹریکٹ کرتی ہے، وہ مٹیریل اٹھتے وقت چھوڑ دیتی ہے۔</w:t>
      </w:r>
    </w:p>
    <w:p>
      <w:r>
        <w:rPr>
          <w:b/>
        </w:rPr>
        <w:t xml:space="preserve">[52:09] </w:t>
      </w:r>
      <w:r>
        <w:t>jahan nectar hota hai, wahin par patiyan hain, wahin par is ka jo doosri cheezein hain, us ko chhod deti hai.</w:t>
      </w:r>
    </w:p>
    <w:p>
      <w:pPr>
        <w:jc w:val="right"/>
      </w:pPr>
      <w:r>
        <w:t>جہاں نیکٹر ہوتا ہے، وہیں پر پتیاں ہیں، وہیں پر اس کا جو دوسری چیزیں ہیں، اس کو چھوڑ دیتی ہے۔</w:t>
      </w:r>
    </w:p>
    <w:p>
      <w:r>
        <w:rPr>
          <w:b/>
        </w:rPr>
        <w:t xml:space="preserve">[52:19] </w:t>
      </w:r>
      <w:r>
        <w:t>is se koi matlab nahi, is ko, is ko doctor ko lena hai. bas to aap ko bhi yahi karna hai ke aap ko is dunya mein beshumar cheezein hain, inginat cheezein hain, cheezon se bhari hui hai dunya.</w:t>
      </w:r>
    </w:p>
    <w:p>
      <w:pPr>
        <w:jc w:val="right"/>
      </w:pPr>
      <w:r>
        <w:t>اس سے کوئی مطلب نہیں، اس کو، اس کو ڈیکٹر کو لینا ہے۔ بس تو آپ کو بھی یہی کرنا ہے کہ آپ کو اس دنیا میں بے شمار چیزیں ہیں، ان گنت چیزیں ہیں، چیزوں سے بھری ہوئی ہے دنیا۔</w:t>
      </w:r>
    </w:p>
    <w:p>
      <w:r>
        <w:rPr>
          <w:b/>
        </w:rPr>
        <w:t xml:space="preserve">[52:33] </w:t>
      </w:r>
      <w:r>
        <w:t>to is mein se aap ko bas nectar wala jo hissa hai, us ko le kar ke aur us ko apna food banana hai.</w:t>
      </w:r>
    </w:p>
    <w:p>
      <w:pPr>
        <w:jc w:val="right"/>
      </w:pPr>
      <w:r>
        <w:t>تو اس میں سے آپ کو بس نیکٹر والا جو حصہ ہے، اس کو لے کر کے اور اس کو اپنا فوڈ بنانا ہے۔</w:t>
      </w:r>
    </w:p>
    <w:p>
      <w:r>
        <w:rPr>
          <w:b/>
        </w:rPr>
        <w:t xml:space="preserve">[52:46] </w:t>
      </w:r>
      <w:r>
        <w:t>dekhein, yeh saada baat nahi hai. isi se aap ke andar aik aala insaan grow karega,</w:t>
      </w:r>
    </w:p>
    <w:p>
      <w:pPr>
        <w:jc w:val="right"/>
      </w:pPr>
      <w:r>
        <w:t>دیکھیں، یہ سادہ بات نہیں ہے۔ اسی سے آپ کے اندر ایک اعلیٰ انسان گرو کرے گا،</w:t>
      </w:r>
    </w:p>
    <w:p>
      <w:r>
        <w:rPr>
          <w:b/>
        </w:rPr>
        <w:t xml:space="preserve">[52:55] </w:t>
      </w:r>
      <w:r>
        <w:t>aik hasti aap ki jo hai, yeh yeh wajood is ke andar aik aik aala insaan banega.</w:t>
      </w:r>
    </w:p>
    <w:p>
      <w:pPr>
        <w:jc w:val="right"/>
      </w:pPr>
      <w:r>
        <w:t>ایک ہستی آپ کی جو ہے، یہ یہ وجود اس کے اندر ایک ایک اعلیٰ انسان بنے گا۔</w:t>
      </w:r>
    </w:p>
    <w:p>
      <w:r>
        <w:rPr>
          <w:b/>
        </w:rPr>
        <w:t xml:space="preserve">[53:04] </w:t>
      </w:r>
      <w:r>
        <w:t>aap ke andar personality development hoga. isi se phir kya hoga ke aap apne potential ko actual bana sakenge.</w:t>
      </w:r>
    </w:p>
    <w:p>
      <w:pPr>
        <w:jc w:val="right"/>
      </w:pPr>
      <w:r>
        <w:t>آپ کے اندر پرسنیلٹی ڈیویلپمنٹ ہوگا۔ اسی سے پھر کیا ہوگا کہ آپ اپنے پوٹینشل کو ایکچول بنا سکیں گے۔</w:t>
      </w:r>
    </w:p>
    <w:p>
      <w:r>
        <w:rPr>
          <w:b/>
        </w:rPr>
        <w:t xml:space="preserve">[53:16] </w:t>
      </w:r>
      <w:r>
        <w:t>phir isi se kya hoga ke aap</w:t>
      </w:r>
    </w:p>
    <w:p>
      <w:pPr>
        <w:jc w:val="right"/>
      </w:pPr>
      <w:r>
        <w:t>پھر اسی سے کیا ہوگا کہ آپ</w:t>
      </w:r>
    </w:p>
    <w:p>
      <w:r>
        <w:rPr>
          <w:b/>
        </w:rPr>
        <w:t xml:space="preserve">[53:20] </w:t>
      </w:r>
      <w:r>
        <w:t>poori tarah apne aap ko negativity se bacha sakenge, positive banenge.</w:t>
      </w:r>
    </w:p>
    <w:p>
      <w:pPr>
        <w:jc w:val="right"/>
      </w:pPr>
      <w:r>
        <w:t>پوری طرح اپنے آپ کو نیگیٹیوٹی سے بچا سکیں گے، پازیٹیو بنیں گے۔</w:t>
      </w:r>
    </w:p>
    <w:p>
      <w:r>
        <w:rPr>
          <w:b/>
        </w:rPr>
        <w:t xml:space="preserve">[53:24] </w:t>
      </w:r>
      <w:r>
        <w:t>kyun ke yaad rakhiye, negativity jahan rahegi, wahan Khuda ka inspiration nahi aa sakta hai. sab se bara jo nuqsan hota hai negativity ka ke woh aadmi Khuda ki blessing se, yani general blessing to milegi us ko, general blessing ke pani baras raha hai, us ke liye suraj ki roshni aa rahi hai us ke paas.</w:t>
      </w:r>
    </w:p>
    <w:p>
      <w:pPr>
        <w:jc w:val="right"/>
      </w:pPr>
      <w:r>
        <w:t>کیونکہ یاد رکھیے، نیگیٹیوٹی جہاں رہے گی، وہاں خدا کا انسپیریشن نہیں آ سکتا ہے۔ سب سے بڑا جو نقصان ہوتا ہے نیگیٹیوٹی کا کہ وہ آدمی خدا کی بلیسنگ سے، یعنی جنرل بلیسنگ تو ملے گی اس کو، جنرل بلیسنگ کہ پانی برس رہا ہے، اس کے لیے سورج کی روشنی آ رہی ہے اس کے پاس۔</w:t>
      </w:r>
    </w:p>
    <w:p>
      <w:r>
        <w:rPr>
          <w:b/>
        </w:rPr>
        <w:t xml:space="preserve">[53:47] </w:t>
      </w:r>
      <w:r>
        <w:t>to yeh yeh general blessing hai, special blessing aap ko nahi mil sakti. yaad rakhiye</w:t>
      </w:r>
    </w:p>
    <w:p>
      <w:pPr>
        <w:jc w:val="right"/>
      </w:pPr>
      <w:r>
        <w:t>تو یہ یہ جنرل بلیسنگ ہے، اسپیشل بلیسنگ آپ کو نہیں مل سکتی۔ یاد رکھیے</w:t>
      </w:r>
    </w:p>
    <w:p>
      <w:r>
        <w:rPr>
          <w:b/>
        </w:rPr>
        <w:t xml:space="preserve">[53:54] </w:t>
      </w:r>
      <w:r>
        <w:t>to Khuda ki aik hai general blessing, jo phaili hui hai. suraj sab ke liye roshni bhej raha hai, hawaein sab ke liye oxygen bhej rahi hain.</w:t>
      </w:r>
    </w:p>
    <w:p>
      <w:pPr>
        <w:jc w:val="right"/>
      </w:pPr>
      <w:r>
        <w:t>تو خدا کی ایک ہے جنرل بلیسنگ، جو پھیلی ہوئی ہے۔ سورج سب کے لیے روشنی بھیج رہا ہے، ہوائیں سب کے لیے اکسیجن بھیج رہی ہیں۔</w:t>
      </w:r>
    </w:p>
    <w:p>
      <w:r>
        <w:rPr>
          <w:b/>
        </w:rPr>
        <w:t xml:space="preserve">[54:05] </w:t>
      </w:r>
      <w:r>
        <w:t>woh toh general blessing hai, lekin itni special blessing, jis mein aap jis ko aap inspiration kehte hain,</w:t>
      </w:r>
    </w:p>
    <w:p>
      <w:pPr>
        <w:jc w:val="right"/>
      </w:pPr>
      <w:r>
        <w:t>وہ تو جنرل بلیسنگ ہے، لیکن اتنی اسپیشل بلیسنگ، جس میں آپ جس کو آپ انسپیریشن کہتے ہیں،</w:t>
      </w:r>
    </w:p>
    <w:p>
      <w:r>
        <w:rPr>
          <w:b/>
        </w:rPr>
        <w:t xml:space="preserve">[54:15] </w:t>
      </w:r>
      <w:r>
        <w:t>woh woh nahi milne wali hai, kabhi nahi milegi. woh</w:t>
      </w:r>
    </w:p>
    <w:p>
      <w:pPr>
        <w:jc w:val="right"/>
      </w:pPr>
      <w:r>
        <w:t>وہ وہ نہیں ملنے والی ہے، کبھی نہیں ملے گی۔ وہ</w:t>
      </w:r>
    </w:p>
    <w:p>
      <w:r>
        <w:rPr>
          <w:b/>
        </w:rPr>
        <w:t xml:space="preserve">[54:22] </w:t>
      </w:r>
      <w:r>
        <w:t>toh negativity se hundred percent aap ko kuch bacha bacha payenge, yaani bacha payenge jab aap ke andar spiritual food lene ki salahiyat paida ho jaye.</w:t>
      </w:r>
    </w:p>
    <w:p>
      <w:pPr>
        <w:jc w:val="right"/>
      </w:pPr>
      <w:r>
        <w:t>تو نیگیٹیوٹی سے ہنڈرڈ پرسنٹ آپ کو کچھ بچا بچا پائیں گے، یعنی بچا پائیں گے جب آپ کے اندر اسپریچول فوڈ لینے کی صلاحیت پیدا ہو جائے۔</w:t>
      </w:r>
    </w:p>
    <w:p>
      <w:r>
        <w:rPr>
          <w:b/>
        </w:rPr>
        <w:t xml:space="preserve">[54:33] </w:t>
      </w:r>
      <w:r>
        <w:t>tab phir behs musalman ke jo hamari zimmedari hai ke dawati kaam toh dawati kaam toh ho hi nahi sakta baghair is ke.</w:t>
      </w:r>
    </w:p>
    <w:p>
      <w:pPr>
        <w:jc w:val="right"/>
      </w:pPr>
      <w:r>
        <w:t>تب پھر بحث مسلمان کے جو ہماری ذمہ داری ہے کہ دعوتی کام تو دعوتی کام تو ہو ہی نہیں سکتا بغیر اس کے۔</w:t>
      </w:r>
    </w:p>
    <w:p>
      <w:r>
        <w:rPr>
          <w:b/>
        </w:rPr>
        <w:t xml:space="preserve">[54:48] </w:t>
      </w:r>
      <w:r>
        <w:t>mein ek jagah gaya, wahan pe ek jalsa tha toh ek ek Muslim aalim the wahan par. toh unhone, mein toh dawat ke mauzu par, mera jo bayan tha woh dawat ke mauzu par tha.</w:t>
      </w:r>
    </w:p>
    <w:p>
      <w:pPr>
        <w:jc w:val="right"/>
      </w:pPr>
      <w:r>
        <w:t>میں ایک جگہ گیا، وہاں پہ ایک جلسہ تھا تو ایک ایک مسلم عالم تھے وہاں پر۔ تو انہوں نے، میں تو دعوت کے موضوع پر، میرا جو بیان تھا وہ دعوت کے موضوع پر تھا۔</w:t>
      </w:r>
    </w:p>
    <w:p>
      <w:r>
        <w:rPr>
          <w:b/>
        </w:rPr>
        <w:t xml:space="preserve">[55:06] </w:t>
      </w:r>
      <w:r>
        <w:t>unhone bhi dawat ki baat ki, lekin saath saath unhone yeh bhi kaha ke America jo hai, zulm kar raha hai Iraq mein aur Afghanistan mein. yahan woh toh is ke saath toh ladna hi padega.</w:t>
      </w:r>
    </w:p>
    <w:p>
      <w:pPr>
        <w:jc w:val="right"/>
      </w:pPr>
      <w:r>
        <w:t>انہوں نے بھی دعوت کی بات کی، لیکن ساتھ ساتھ انہوں نے یہ بھی کہا کہ امریکہ جو ہے، ظلم کر رہا ہے عراق میں اور افغانستان میں۔ یہاں وہ تو اس کے ساتھ تو لڑنا ہی پڑے گا۔</w:t>
      </w:r>
    </w:p>
    <w:p>
      <w:r>
        <w:rPr>
          <w:b/>
        </w:rPr>
        <w:t xml:space="preserve">[55:18] </w:t>
      </w:r>
      <w:r>
        <w:t>toh maine kaha ke aap India mein dawat ki baat karte hain, wahan adawat ki baat karte hain. maine kaha woh jab wahan jahan mazloom ho gaye toh wahan toh woh ladna hi padega.</w:t>
      </w:r>
    </w:p>
    <w:p>
      <w:pPr>
        <w:jc w:val="right"/>
      </w:pPr>
      <w:r>
        <w:t>تو میں نے کہا کہ آپ انڈیا میں دعوت کی بات کرتے ہیں، وہاں عداوت کی بات کرتے ہیں۔ میں نے کہا وہ جب وہاں جہاں مظلوم ہو گئے تو وہاں تو وہ لڑنا ہی پڑے گا۔</w:t>
      </w:r>
    </w:p>
    <w:p>
      <w:r>
        <w:rPr>
          <w:b/>
        </w:rPr>
        <w:t xml:space="preserve">[55:30] </w:t>
      </w:r>
      <w:r>
        <w:t>toh yaani toh dawat bhi, adawat bhi. aisa dil jo hai, aisa aisi personality, aisi shakhsiyat jo hai, woh dawat ka kaam anjam nahi de sakti hai.</w:t>
      </w:r>
    </w:p>
    <w:p>
      <w:pPr>
        <w:jc w:val="right"/>
      </w:pPr>
      <w:r>
        <w:t>تو یعنی تو دعوت بھی، عداوت بھی۔ ایسا دل جو ہے، ایسا ایسی پرسنیلٹی، ایسی شخصیت جو ہے، وہ دعوت کا کام انجام نہیں دے سکتی ہے۔</w:t>
      </w:r>
    </w:p>
    <w:p>
      <w:r>
        <w:rPr>
          <w:b/>
        </w:rPr>
        <w:t xml:space="preserve">[55:46] </w:t>
      </w:r>
      <w:r>
        <w:t>mukammal taur par pure maano mein aap ko positive banna padega, tab aap dawat ka kaam kar sakte hain. pure maano mein positive, pure maano mein musbat,</w:t>
      </w:r>
    </w:p>
    <w:p>
      <w:pPr>
        <w:jc w:val="right"/>
      </w:pPr>
      <w:r>
        <w:t>مکمل طور پر پورے معنوں میں آپ کو پازیٹیو بننا پڑے گا، تب آپ دعوت کا کام کر سکتے ہیں۔ پورے معنوں میں پازیٹیو، پورے معنوں میں مثبت،</w:t>
      </w:r>
    </w:p>
    <w:p>
      <w:r>
        <w:rPr>
          <w:b/>
        </w:rPr>
        <w:t xml:space="preserve">[55:59] </w:t>
      </w:r>
      <w:r>
        <w:t>tab aap dawat ka kaam kar sakte hain. warna nahi. kisi ko maloom hi nahi ke spiritual food Allah taala ne har cheez mein rakh rakha hai. koi jaanta hi nahi is ko.</w:t>
      </w:r>
    </w:p>
    <w:p>
      <w:pPr>
        <w:jc w:val="right"/>
      </w:pPr>
      <w:r>
        <w:t>تب آپ دعوت کا کام کر سکتے ہیں۔ ورنہ نہیں۔ کسی کو معلوم ہی نہیں کہ اسپریچول فوڈ اللہ تعالی نے ہر چیز میں رکھ رکھا ہے۔ کوئی جانتا ہی نہیں اس کو۔</w:t>
      </w:r>
    </w:p>
    <w:p>
      <w:r>
        <w:rPr>
          <w:b/>
        </w:rPr>
        <w:t xml:space="preserve">[56:09] </w:t>
      </w:r>
      <w:r>
        <w:t>mein toh kitaab mein padha nahi kahin, yeh shairana taur par keh diya in shairon ne ke "bar ke drakhtan sabz dar nazar hoshiyar, har waraq daftarish maarifat kirdgar".</w:t>
      </w:r>
    </w:p>
    <w:p>
      <w:pPr>
        <w:jc w:val="right"/>
      </w:pPr>
      <w:r>
        <w:t>میں تو کتاب میں پڑھا نہیں کہیں، یہ شاعرانہ طور پر کہہ دیا ان شاعروں نے کہ "بر کے درختان سبز در نظر ہوشیار، ہر ورق دفتریس معرفت کردگار"۔</w:t>
      </w:r>
    </w:p>
    <w:p>
      <w:r>
        <w:rPr>
          <w:b/>
        </w:rPr>
        <w:t xml:space="preserve">[56:19] </w:t>
      </w:r>
      <w:r>
        <w:t>yeh toh shairi hai. haqeeqi taur par mein ab kisi insaan ne ab tak mila nahi jo is baat ko jaane</w:t>
      </w:r>
    </w:p>
    <w:p>
      <w:pPr>
        <w:jc w:val="right"/>
      </w:pPr>
      <w:r>
        <w:t>یہ تو شاعری ہے۔ حقیقی طور پر میں اب کسی انسان نے اب تک ملا نہیں جو اس بات کو جانے</w:t>
      </w:r>
    </w:p>
    <w:p>
      <w:r>
        <w:rPr>
          <w:b/>
        </w:rPr>
        <w:t xml:space="preserve">[56:27] </w:t>
      </w:r>
      <w:r>
        <w:t>ke har cheez mein spiritual food hai, spiritual content hai. kyunke log sochte nahi.</w:t>
      </w:r>
    </w:p>
    <w:p>
      <w:pPr>
        <w:jc w:val="right"/>
      </w:pPr>
      <w:r>
        <w:t>کہ ہر چیز میں اسپریچول فوڈ ہے، اسپریچول کنٹینٹ ہے۔ کیونکہ لوگ سوچتے نہیں۔</w:t>
      </w:r>
    </w:p>
    <w:p>
      <w:r>
        <w:rPr>
          <w:b/>
        </w:rPr>
        <w:t xml:space="preserve">[56:41] </w:t>
      </w:r>
      <w:r>
        <w:t>sochein toh mein apne spiritual tree ke neeche baithe baithe yeh saari baatein mere mind mein aa gayin.</w:t>
      </w:r>
    </w:p>
    <w:p>
      <w:pPr>
        <w:jc w:val="right"/>
      </w:pPr>
      <w:r>
        <w:t>سوچیں تو میں اپنے اسپریچول ٹری کے نیچے بیٹھے بیٹھے یہ ساری باتیں میرے مائنڈ میں آ گئیں۔</w:t>
      </w:r>
    </w:p>
    <w:p>
      <w:r>
        <w:rPr>
          <w:b/>
        </w:rPr>
        <w:t xml:space="preserve">[56:49] </w:t>
      </w:r>
      <w:r>
        <w:t>yaani spiritual tree jo mera hai, us ke neeche baitha hoon aur soch raha hoon, soch raha hoon, soch raha hoon akele.</w:t>
      </w:r>
    </w:p>
    <w:p>
      <w:pPr>
        <w:jc w:val="right"/>
      </w:pPr>
      <w:r>
        <w:t>یعنی اسپریچول ٹری جو میرا ہے، اس کے نیچے بیٹھا ہوں اور سوچ رہا ہوں، سوچ رہا ہوں، سوچ رہا ہوں اکیلے۔</w:t>
      </w:r>
    </w:p>
    <w:p>
      <w:r>
        <w:rPr>
          <w:b/>
        </w:rPr>
        <w:t xml:space="preserve">[56:57] </w:t>
      </w:r>
      <w:r>
        <w:t>itni saari baatein mere dimagh mein aa gayin ke logon ko maloom ho, woh bhi jaanen ke koi sochta hi nahi.</w:t>
      </w:r>
    </w:p>
    <w:p>
      <w:pPr>
        <w:jc w:val="right"/>
      </w:pPr>
      <w:r>
        <w:t>اتنی ساری باتیں میرے دماغ میں آ گئیں کہ لوگوں کو معلوم ہو، وہ بھی جانیں کہ کوئی سوچتا ہی نہیں۔</w:t>
      </w:r>
    </w:p>
    <w:p>
      <w:r>
        <w:rPr>
          <w:b/>
        </w:rPr>
        <w:t xml:space="preserve">[57:06] </w:t>
      </w:r>
      <w:r>
        <w:t>lekin sochna ek ibadat hai. yaad rakhiye, tafakkur ya tafkeer ya tabassum ya tazkir, yeh jo alfaaz hain, tadabbur, woh ibadat hai, ibadat hai, ibadat hai.</w:t>
      </w:r>
    </w:p>
    <w:p>
      <w:pPr>
        <w:jc w:val="right"/>
      </w:pPr>
      <w:r>
        <w:t>لیکن سوچنا ایک عبادت ہے۔ یاد رکھیے، تفکر یا تفکیر یا تبسم یا تذکر، یہ جو الفاظ ہیں، تدبر، وہ عبادت ہے، عبادت ہے، عبادت ہے۔</w:t>
      </w:r>
    </w:p>
    <w:p>
      <w:r>
        <w:rPr>
          <w:b/>
        </w:rPr>
        <w:t xml:space="preserve">[57:27] </w:t>
      </w:r>
      <w:r>
        <w:t>jis tarah namaz roza ibadat hai, isi tarah se sochna bhi ibadat hai. kyunke sochne se saare bade bade item milte hain aap ko.</w:t>
      </w:r>
    </w:p>
    <w:p>
      <w:pPr>
        <w:jc w:val="right"/>
      </w:pPr>
      <w:r>
        <w:t>جس طرح نماز روزہ عبادت ہے، اسی طرح سے سوچنا بھی عبادت ہے۔ کیونکہ سوچنے سے سارے بڑے بڑے آئٹم ملتے ہیں آپ کو۔</w:t>
      </w:r>
    </w:p>
    <w:p>
      <w:r>
        <w:rPr>
          <w:b/>
        </w:rPr>
        <w:t xml:space="preserve">[57:38] </w:t>
      </w:r>
      <w:r>
        <w:t>sochne ke zariye se Allah ki azmaten aap ke samne aati hain. sochne ke zariye se aap apni personality ko develop karte hain. sochne ke zariye se aap material content se alag kar ke spiritual content ko le paate hain.</w:t>
      </w:r>
    </w:p>
    <w:p>
      <w:pPr>
        <w:jc w:val="right"/>
      </w:pPr>
      <w:r>
        <w:t>سوچنے کے ذریعے سے اللہ کی عظمتیں آپ کے سامنے آتی ہیں۔ سوچنے کے ذریعے سے آپ اپنی پرسنیلٹی کو ڈیولپ کرتے ہیں۔ سوچنے کے ذریعے سے آپ مٹیریل کنٹینٹ سے الگ کر کے اسپریچ کنٹینٹ کو لے پاتے ہیں۔</w:t>
      </w:r>
    </w:p>
    <w:p>
      <w:r>
        <w:rPr>
          <w:b/>
        </w:rPr>
        <w:t xml:space="preserve">[57:54] </w:t>
      </w:r>
      <w:r>
        <w:t>sochne ke zariye se aap ko tamam discoveries hoti hain.</w:t>
      </w:r>
    </w:p>
    <w:p>
      <w:pPr>
        <w:jc w:val="right"/>
      </w:pPr>
      <w:r>
        <w:t>سوچنے کے ذریعے سے آپ کو تمام ڈسکوریز ہوتی ہیں۔</w:t>
      </w:r>
    </w:p>
    <w:p>
      <w:r>
        <w:rPr>
          <w:b/>
        </w:rPr>
        <w:t xml:space="preserve">[58:01] </w:t>
      </w:r>
      <w:r>
        <w:t>toh sochna ek ibadat hai. tadabbur aur tafakkur aur tabassum ek ibadat hai. yeh</w:t>
      </w:r>
    </w:p>
    <w:p>
      <w:pPr>
        <w:jc w:val="right"/>
      </w:pPr>
      <w:r>
        <w:t>تو سوچنا ایک عبادت ہے۔ تدبر اور تفکر اور تبسم ایک عبادت ہے۔ یہ</w:t>
      </w:r>
    </w:p>
    <w:p>
      <w:r>
        <w:rPr>
          <w:b/>
        </w:rPr>
        <w:t xml:space="preserve">[58:12] </w:t>
      </w:r>
      <w:r>
        <w:t>yeh koi luxury nahi hai, yeh ibadat hai.</w:t>
      </w:r>
    </w:p>
    <w:p>
      <w:pPr>
        <w:jc w:val="right"/>
      </w:pPr>
      <w:r>
        <w:t>یہ کوئی لگزری نہیں ہے، یہ عبادت ہے۔</w:t>
      </w:r>
    </w:p>
    <w:p>
      <w:r>
        <w:rPr>
          <w:b/>
        </w:rPr>
        <w:t xml:space="preserve">[58:19] </w:t>
      </w:r>
      <w:r>
        <w:t>balkeh mein kahunga ke sab se badi ibadat hai yeh.</w:t>
      </w:r>
    </w:p>
    <w:p>
      <w:pPr>
        <w:jc w:val="right"/>
      </w:pPr>
      <w:r>
        <w:t>بلکہ میں کہوں گا کہ سب سے بڑی عبادت ہے یہ۔</w:t>
      </w:r>
    </w:p>
    <w:p>
      <w:r>
        <w:rPr>
          <w:b/>
        </w:rPr>
        <w:t xml:space="preserve">[58:23] </w:t>
      </w:r>
      <w:r>
        <w:t>har ibadat mein jaan aati hai isi ke zariye se. namaz roza mein bhi jaan aayegi jab ke aap is ka soch ko shamil kar saken.</w:t>
      </w:r>
    </w:p>
    <w:p>
      <w:pPr>
        <w:jc w:val="right"/>
      </w:pPr>
      <w:r>
        <w:t>ہر عبادت میں جان آتی ہے اسی کے ذریعے سے۔ نماز روزہ میں بھی جان آئے گی جب کہ آپ اس کا سوچ کو شامل کر سکیں۔</w:t>
      </w:r>
    </w:p>
    <w:p>
      <w:r>
        <w:rPr>
          <w:b/>
        </w:rPr>
        <w:t xml:space="preserve">[58:33] </w:t>
      </w:r>
      <w:r>
        <w:t>jab soch ko shamil karenge, tab aap ki ibadat super ibadat banegi. ibadat jo hai, soch ke saath mil kar ke super ibadat ban jati hai.</w:t>
      </w:r>
    </w:p>
    <w:p>
      <w:pPr>
        <w:jc w:val="right"/>
      </w:pPr>
      <w:r>
        <w:t>جب سوچ کو شامل کریں گے، تب آپ کی عبادت سپر عبادت بنے گی۔ عبادت جو ہے، سوچ کے ساتھ مل کر کے سپر عبادت بن جاتی ہے۔</w:t>
      </w:r>
    </w:p>
    <w:p>
      <w:r>
        <w:rPr>
          <w:b/>
        </w:rPr>
        <w:t xml:space="preserve">[58:47] </w:t>
      </w:r>
      <w:r>
        <w:t>to mein dua karta hoon ke Allah taala mujh ko aur aap ko is ki tofeeq de. Aqoool qawlahu haza wastaghfirullaha li walakum ajmaeen</w:t>
      </w:r>
    </w:p>
    <w:p>
      <w:pPr>
        <w:jc w:val="right"/>
      </w:pPr>
      <w:r>
        <w:t>تو میں دعا کرتا ہوں کہ اللہ تعالی مجھ کو اور آپ کو اس کی توفیق دے۔ اقول قولھذا واستغفراللہ لی ولکم اجمعین</w:t>
      </w:r>
    </w:p>
    <w:p>
      <w:r>
        <w:rPr>
          <w:b/>
        </w:rPr>
        <w:t xml:space="preserve">[59:09] </w:t>
      </w:r>
      <w:r>
        <w:t>ok, we are starting with the question answer session now.</w:t>
      </w:r>
    </w:p>
    <w:p>
      <w:pPr>
        <w:jc w:val="right"/>
      </w:pPr>
      <w:r>
        <w:t>۔ اوکے، وی آر سٹارٹنگ ود دی کوئسچن انسر سیشن ناو۔</w:t>
      </w:r>
    </w:p>
    <w:p>
      <w:r>
        <w:rPr>
          <w:b/>
        </w:rPr>
        <w:t xml:space="preserve">[59:14] </w:t>
      </w:r>
      <w:r>
        <w:t>Maulana, yeh sawal Miss Maria ka hai New Delhi se. Unhon ne likha hai ke "These days many people are complaining and holding demonstrations in the name of human rights violation in Kashmir.</w:t>
      </w:r>
    </w:p>
    <w:p>
      <w:pPr>
        <w:jc w:val="right"/>
      </w:pPr>
      <w:r>
        <w:t>مولانا، یہ سوال مس ماریہ کا ہے نئی دلی سے۔ انہوں نے لکھا ہے کہ "دیز ڈیز مینی پیپل آر کمپلیننگ اینڈ ہولڈنگ ڈیمونسٹریشنز ان دا نیم آف ہیومن رائٹس وائلیشن ان کشمیر۔</w:t>
      </w:r>
    </w:p>
    <w:p>
      <w:r>
        <w:rPr>
          <w:b/>
        </w:rPr>
        <w:t xml:space="preserve">[59:30] </w:t>
      </w:r>
      <w:r>
        <w:t>Is this justified and would it entail any result?</w:t>
      </w:r>
    </w:p>
    <w:p>
      <w:pPr>
        <w:jc w:val="right"/>
      </w:pPr>
      <w:r>
        <w:t>از دس جسٹیفائیڈ اینڈ وڈ اٹیلڈ اینی رزلٹ؟</w:t>
      </w:r>
    </w:p>
    <w:p>
      <w:r>
        <w:rPr>
          <w:b/>
        </w:rPr>
        <w:t xml:space="preserve">[59:35] </w:t>
      </w:r>
      <w:r>
        <w:t>" Result to nikalna hota hai, nikal chuka hota hai. 60 baras se nikalne wala to nikal chuka hota hai. Dekhein, yahan mein ek baat bohat hi important baat arz karna chahta hoon ke sari duniya ke Musalman is pe obssessed hain.</w:t>
      </w:r>
    </w:p>
    <w:p>
      <w:pPr>
        <w:jc w:val="right"/>
      </w:pPr>
      <w:r>
        <w:t>" رزلٹ تو نکلنا ہوتا ہے، نکل چکا ہوتا ہے۔ 60 برس سے نکلنے والا تو نکل چکا ہوتا ہے۔ دیکھیں، یہاں میں ایک بات بہت ہی امپورٹنٹ بات عرض کرنا چاہتا ہوں کہ ساری دنیا کے مسلمان اس پہ ابسسٹ ہیں۔</w:t>
      </w:r>
    </w:p>
    <w:p>
      <w:r>
        <w:rPr>
          <w:b/>
        </w:rPr>
        <w:t xml:space="preserve">[59:49] </w:t>
      </w:r>
      <w:r>
        <w:t>Isi se human rights ke naam par hum tareeqe chala rahe hain. Woh yeh ek bohat bari cheez hai, kisi ko kisi ko pata nahi, na ulma ko pata hai, na mister logon ko pata hai.</w:t>
      </w:r>
    </w:p>
    <w:p>
      <w:pPr>
        <w:jc w:val="right"/>
      </w:pPr>
      <w:r>
        <w:t>اسی سے ہیومن رائٹس کے نام پر ہم طریقے چلا رہے ہیں۔ وہ یہ ایک بہت بڑی چیز ہے، کسی کو کسی کو پتہ نہیں، نہ علماء کو پتہ ہے، نہ مسٹر لوگوں کو پتہ ہے۔</w:t>
      </w:r>
    </w:p>
    <w:p>
      <w:r>
        <w:rPr>
          <w:b/>
        </w:rPr>
        <w:t xml:space="preserve">[1:00:01] </w:t>
      </w:r>
      <w:r>
        <w:t>Is zamane mein Musalmanon ne ek bohat bari hamakat, nadani ki hai.</w:t>
      </w:r>
    </w:p>
    <w:p>
      <w:pPr>
        <w:jc w:val="right"/>
      </w:pPr>
      <w:r>
        <w:t>اس زمانے میں مسلمانوں نے ایک بہت بڑی حماقت، نادانی کی ہے۔</w:t>
      </w:r>
    </w:p>
    <w:p>
      <w:r>
        <w:rPr>
          <w:b/>
        </w:rPr>
        <w:t xml:space="preserve">[1:00:06] </w:t>
      </w:r>
      <w:r>
        <w:t>Woh ek human rights ke concept par apni sari tareekh chala rakhi hai. Unhon ne aur human rights kya hai? Yeh jo West se nikla hai, mein is ko extremism manta hoon.</w:t>
      </w:r>
    </w:p>
    <w:p>
      <w:pPr>
        <w:jc w:val="right"/>
      </w:pPr>
      <w:r>
        <w:t>وہ ایک ہیومن رائٹس کے کانسیپٹ پر اپنی ساری تاریخ چلا رکھی ہے۔ انہوں نے اور ہیومن رائٹس کیا ہے؟ یہ جو ویسٹ سے نکلا ہے، میں اس کو ایکسٹریمزم مانتا ہوں۔</w:t>
      </w:r>
    </w:p>
    <w:p>
      <w:r>
        <w:rPr>
          <w:b/>
        </w:rPr>
        <w:t xml:space="preserve">[1:00:19] </w:t>
      </w:r>
      <w:r>
        <w:t>Ek extremism ka shikar Musalman hi nahi hai, West bhi hai. Farq yeh hai ke un ka un ka jo hai, secular extremism hai. Hamara religious extremism hai.</w:t>
      </w:r>
    </w:p>
    <w:p>
      <w:pPr>
        <w:jc w:val="right"/>
      </w:pPr>
      <w:r>
        <w:t>ایک ایکسٹریمزم کا شکار مسلمان ہی نہیں ہے، ویسٹ بھی ہے۔ فرق یہ ہے کہ ان کا ان کا جو ہے، سیکولر ایکسٹریمزم ہے۔ ہمارا ریلیجیس ایکسٹریمزم ہے۔</w:t>
      </w:r>
    </w:p>
    <w:p>
      <w:r>
        <w:rPr>
          <w:b/>
        </w:rPr>
        <w:t xml:space="preserve">[1:00:30] </w:t>
      </w:r>
      <w:r>
        <w:t>Poora West jo hai, secular extremism mein mubtala hai. Woh kaise?</w:t>
      </w:r>
    </w:p>
    <w:p>
      <w:pPr>
        <w:jc w:val="right"/>
      </w:pPr>
      <w:r>
        <w:t>پورا ویسٹ جو ہے، سیکولر ایکسٹریمزم میں مبتلا ہے۔ وہ کیسے؟</w:t>
      </w:r>
    </w:p>
    <w:p>
      <w:r>
        <w:rPr>
          <w:b/>
        </w:rPr>
        <w:t xml:space="preserve">[1:00:34] </w:t>
      </w:r>
      <w:r>
        <w:t>Un ka gender equality concept, freedom ka concept aur human rights ka concept, yeh sab extremism hai. Extremism hai yeh sab.</w:t>
      </w:r>
    </w:p>
    <w:p>
      <w:pPr>
        <w:jc w:val="right"/>
      </w:pPr>
      <w:r>
        <w:t>ان کا جینڈر ایکولٹی کانسیپٹ، فریڈم کا کانسیپٹ اور ہیومن رائٹس کا کانسیپٹ، یہ سب ایکسٹریمزم ہے۔ ایکسٹریمزم ہے یہ سب۔</w:t>
      </w:r>
    </w:p>
    <w:p>
      <w:r>
        <w:rPr>
          <w:b/>
        </w:rPr>
        <w:t xml:space="preserve">[1:00:45] </w:t>
      </w:r>
      <w:r>
        <w:t>Woh kaise</w:t>
      </w:r>
    </w:p>
    <w:p>
      <w:pPr>
        <w:jc w:val="right"/>
      </w:pPr>
      <w:r>
        <w:t>وہ کیسے</w:t>
      </w:r>
    </w:p>
    <w:p>
      <w:r>
        <w:rPr>
          <w:b/>
        </w:rPr>
        <w:t xml:space="preserve">[1:00:47] </w:t>
      </w:r>
      <w:r>
        <w:t>? Dekhein, yeh jo jo jo artistic Musalman liye hue hain, jise napte hain, kehte hain ke human rights ka violation hua hai.</w:t>
      </w:r>
    </w:p>
    <w:p>
      <w:pPr>
        <w:jc w:val="right"/>
      </w:pPr>
      <w:r>
        <w:t>؟ دیکھیں، یہ جو جو جو آرٹسٹک مسلمان لیے ہوئے ہیں، جسے ناپتے ہیں، کہتے ہیں کہ ہیومن رائٹس کا وائلیشن ہوا ہے۔</w:t>
      </w:r>
    </w:p>
    <w:p>
      <w:r>
        <w:rPr>
          <w:b/>
        </w:rPr>
        <w:t xml:space="preserve">[1:00:58] </w:t>
      </w:r>
      <w:r>
        <w:t>To Islam ke se dekhein, aap Islam ki artistics dekhein, aap Quran Majeed mein saaf saaf ayat hai ke "Ittqoo fitnatan laa tusibannallazeena zalamum minkum khassah".</w:t>
      </w:r>
    </w:p>
    <w:p>
      <w:pPr>
        <w:jc w:val="right"/>
      </w:pPr>
      <w:r>
        <w:t>تو اسلام کے سے دیکھیں، آپ اسلام کی آرٹسٹکس دیکھیں، آپ قرآن مجید میں صاف صاف آیت ہے کہ "اتقوا فطرتا لا تصیبا الذین منکم خاصہ"۔</w:t>
      </w:r>
    </w:p>
    <w:p>
      <w:r>
        <w:rPr>
          <w:b/>
        </w:rPr>
        <w:t xml:space="preserve">[1:01:14] </w:t>
      </w:r>
      <w:r>
        <w:t>"Ittqoo fitnatan laa tusibannallazeena mink</w:t>
      </w:r>
    </w:p>
    <w:p>
      <w:pPr>
        <w:jc w:val="right"/>
      </w:pPr>
      <w:r>
        <w:t>"اتقوا فطرتا لا تصیبا الذین منک</w:t>
      </w:r>
    </w:p>
    <w:p>
      <w:r>
        <w:rPr>
          <w:b/>
        </w:rPr>
        <w:t xml:space="preserve">[1:01:18] </w:t>
      </w:r>
      <w:r>
        <w:t>um khassah" Surah Anfal mein. Is fitne se bacho jo tumhare khaas logon hi ko nahi, apne lapet mein le ga, balkeh aam logon ko lapet mein le le ga.</w:t>
      </w:r>
    </w:p>
    <w:p>
      <w:pPr>
        <w:jc w:val="right"/>
      </w:pPr>
      <w:r>
        <w:t>م خاصہ" سورہ انفال میں۔ اس فتنے سے بچو جو تمہارے خاص لوگوں ہی کو نہیں، اپنے لپیٹ میں لے گا، بلکہ عام لوگوں کو لپیٹ میں لے لے گا۔</w:t>
      </w:r>
    </w:p>
    <w:p>
      <w:r>
        <w:rPr>
          <w:b/>
        </w:rPr>
        <w:t xml:space="preserve">[1:01:31] </w:t>
      </w:r>
      <w:r>
        <w:t>Woh kya hai? Islam chahta hai ke initial stage hi mein aap apna precaution lein.</w:t>
      </w:r>
    </w:p>
    <w:p>
      <w:pPr>
        <w:jc w:val="right"/>
      </w:pPr>
      <w:r>
        <w:t>وہ کیا ہے؟ اسلام چاہتا ہے کہ انیشل سٹیج ہی میں آپ اپنا پریکاشن لیں۔</w:t>
      </w:r>
    </w:p>
    <w:p>
      <w:r>
        <w:rPr>
          <w:b/>
        </w:rPr>
        <w:t xml:space="preserve">[1:01:40] </w:t>
      </w:r>
      <w:r>
        <w:t>Agar aap initial is se precaution na lein aur lagataar tareeqe chala dein to aap jab ek jab kuch ek mob hai, patharav kare ga to goliyan chalengi to bohat se woh bhi marenge jo jo jo jo jo kahin sarak par khadi hui thi, kinare woh hoga.</w:t>
      </w:r>
    </w:p>
    <w:p>
      <w:pPr>
        <w:jc w:val="right"/>
      </w:pPr>
      <w:r>
        <w:t>اگر آپ انیشل اس سے پریکاشن نہ لیں اور لگاتار طریقے چلا دیں تو آپ جب ایک جب کچھ ایک موب ہے، پتھراؤ کرے گا تو گولیاں چلیں گی تو بہت سے وہ بھی مریں گے جو جو جو جو جو کہیں سڑک پر کھڑی ہوئی تھی، کنارے وہ ہوگا۔</w:t>
      </w:r>
    </w:p>
    <w:p>
      <w:r>
        <w:rPr>
          <w:b/>
        </w:rPr>
        <w:t xml:space="preserve">[1:01:58] </w:t>
      </w:r>
      <w:r>
        <w:t>There is but natural jo nafrat bhare gi, nafrat ke shikar sab log honge.</w:t>
      </w:r>
    </w:p>
    <w:p>
      <w:pPr>
        <w:jc w:val="right"/>
      </w:pPr>
      <w:r>
        <w:t>دیر از بٹ نیچرل جو نفرت بھرے گی، نفرت کے شکار سب لوگ ہوں گے۔</w:t>
      </w:r>
    </w:p>
    <w:p>
      <w:r>
        <w:rPr>
          <w:b/>
        </w:rPr>
        <w:t xml:space="preserve">[1:02:06] </w:t>
      </w:r>
      <w:r>
        <w:t>To Kashmir ke bare mein dekhiye, mein bohat baar likh chuka hoon ke Kashmir jo hai, Kashmiriyon ki apni Kashmiris are paying the price of their own their own yani stepped policies.</w:t>
      </w:r>
    </w:p>
    <w:p>
      <w:pPr>
        <w:jc w:val="right"/>
      </w:pPr>
      <w:r>
        <w:t>تو کشمیر کے بارے میں دیکھیے، میں بہت بار لکھ چکا ہوں کہ کشمیر جو ہے، کشمیریوں کی اپنی کشمیریز آر پینگ دا پرائس آف دیر اون دیر دیر اون یعنی اسٹیپڈ پالیسیز۔</w:t>
      </w:r>
    </w:p>
    <w:p>
      <w:r>
        <w:rPr>
          <w:b/>
        </w:rPr>
        <w:t xml:space="preserve">[1:02:21] </w:t>
      </w:r>
      <w:r>
        <w:t>Yeh mein likh chuka hoon. Aap aap agar padh lein meri kitab "Kashmir mein Aman" ke India mein jis zamane mein jo pehli government bani thi 47 ke baad to Sardar Patel is zamane mein Home Minister the.</w:t>
      </w:r>
    </w:p>
    <w:p>
      <w:pPr>
        <w:jc w:val="right"/>
      </w:pPr>
      <w:r>
        <w:t>یہ میں لکھ چکا ہوں۔ آپ آپ اگر پڑھ لیں میری کتاب "کشمیر میں امن" کہ انڈیا میں جس زمانے میں جو پہلی گورنمنٹ بنی تھی 47 کے بعد تو سردار پٹیل اس زمانے میں ہوم منسٹر تھے۔</w:t>
      </w:r>
    </w:p>
    <w:p>
      <w:r>
        <w:rPr>
          <w:b/>
        </w:rPr>
        <w:t xml:space="preserve">[1:02:38] </w:t>
      </w:r>
      <w:r>
        <w:t>To is zamane mein do states ka jhagda tha, Hyderabad ka aur Kashmir ka.</w:t>
      </w:r>
    </w:p>
    <w:p>
      <w:pPr>
        <w:jc w:val="right"/>
      </w:pPr>
      <w:r>
        <w:t>تو اس زمانے میں دو اسٹیٹس کا جھگڑا تھا، حیدرآباد کا اور کشمیر کا۔</w:t>
      </w:r>
    </w:p>
    <w:p>
      <w:r>
        <w:rPr>
          <w:b/>
        </w:rPr>
        <w:t xml:space="preserve">[1:02:45] </w:t>
      </w:r>
      <w:r>
        <w:t>To yeh yeh cheez, yeh cheez, yeh cheez record mein hai ke Sardar Patel ne peshkash kiya kyunke Pakistanion ne kiya kiya tha ke Hyderabad ko apna apna ilhaq kar rakha tha.</w:t>
      </w:r>
    </w:p>
    <w:p>
      <w:pPr>
        <w:jc w:val="right"/>
      </w:pPr>
      <w:r>
        <w:t>تو یہ یہ چیز، یہ چیز، یہ چیز ریکارڈ میں ہے کہ سردار پٹیل نے پیشکش کیا کیونکہ پاکستانیوں نے کیا کیا تھا کہ حیدرآباد کو اپنا اپنا الحاق کر رکھا تھا۔</w:t>
      </w:r>
    </w:p>
    <w:p>
      <w:r>
        <w:rPr>
          <w:b/>
        </w:rPr>
        <w:t xml:space="preserve">[1:02:59] </w:t>
      </w:r>
      <w:r>
        <w:t>Pata hai, Hyderabad jo hai, Indian Union mein hai aur is ka Nawab itna nadan tha ke us ne yeh woh kar liya tha, un ko affiliation kar liya tha, ilhaq Pakistan se.</w:t>
      </w:r>
    </w:p>
    <w:p>
      <w:pPr>
        <w:jc w:val="right"/>
      </w:pPr>
      <w:r>
        <w:t>پتہ ہے، حیدرآباد جو ہے، انڈین یونین میں ہے اور اس کا نواب اتنا نادان تھا کہ اس نے یہ وہ کر لیا تھا، ان کو ایفیلیشن کر لیا تھا، الحاق پاکستان سے۔</w:t>
      </w:r>
    </w:p>
    <w:p>
      <w:r>
        <w:rPr>
          <w:b/>
        </w:rPr>
        <w:t xml:space="preserve">[1:03:10] </w:t>
      </w:r>
      <w:r>
        <w:t>Wahan is ka daftar khol diya tha Karachi mein.</w:t>
      </w:r>
    </w:p>
    <w:p>
      <w:pPr>
        <w:jc w:val="right"/>
      </w:pPr>
      <w:r>
        <w:t>وہاں اس کا دفتر کھول دیا تھا کراچی میں۔</w:t>
      </w:r>
    </w:p>
    <w:p>
      <w:r>
        <w:rPr>
          <w:b/>
        </w:rPr>
        <w:t xml:space="preserve">[1:03:14] </w:t>
      </w:r>
      <w:r>
        <w:t>to sardar patel ne kaha ke is ko band karo, haiderabad india ka hissa hai, ye maan lo tum. to kashmir ke bare mein ham ham maan len ge tumhara claim.</w:t>
      </w:r>
    </w:p>
    <w:p>
      <w:pPr>
        <w:jc w:val="right"/>
      </w:pPr>
      <w:r>
        <w:t>تو سردار پٹیل نے کہا کہ اس کو بند کرو، حیدرآباد انڈیا کا حصہ ہے، یہ مان لو تم۔ تو کشمیر کے بارے میں ہمارا ہم ہم مان لیں گے تمہارا کلیم۔</w:t>
      </w:r>
    </w:p>
    <w:p>
      <w:r>
        <w:rPr>
          <w:b/>
        </w:rPr>
        <w:t xml:space="preserve">[1:03:25] </w:t>
      </w:r>
      <w:r>
        <w:t>lekin is waqt liaqat ali khan prime minister the, unhon ne nibhani nahi is cheez ko, radd kar diya bilkul. meri kitab parhiye, is mein baqayda khud pakistani reference se maine dikhaya hai ke is ki is poori poori zimmedari kashmiyon par hai, pakistanion par hai.</w:t>
      </w:r>
    </w:p>
    <w:p>
      <w:pPr>
        <w:jc w:val="right"/>
      </w:pPr>
      <w:r>
        <w:t>لیکن اس وقت لاقت علی خان پرائم منسٹر تھے، انہوں نے نبھانی نہیں اس چیز کو، رد کر دیا بالکل۔ میری کتاب پڑھیے، اس میں باقاعدہ خود پاکستانی ریفرنس سے میں نے دکھایا ہے کہ اس کی اس پوری پوری ذمہ داری کشمیریوں پر ہے، پاکستانیوں پر ہے۔</w:t>
      </w:r>
    </w:p>
    <w:p>
      <w:r>
        <w:rPr>
          <w:b/>
        </w:rPr>
        <w:t xml:space="preserve">[1:03:41] </w:t>
      </w:r>
      <w:r>
        <w:t>to jab initially stage par aap ne nadani ki to aap is ko sab bhugte. human rights ka masla nahi hai, ye ur paying da price of of your of your own state policies.</w:t>
      </w:r>
    </w:p>
    <w:p>
      <w:pPr>
        <w:jc w:val="right"/>
      </w:pPr>
      <w:r>
        <w:t>تو جب انیشلی سٹیج پر آپ نے نادانی کی تو آپ اس کو سب بھگتیے۔ ہیومن رائٹس کا مسئلہ نہیں ہے، یہ یو آر پینگ دا پرائس آف آف یور آف یور اون اسٹیٹ پالیسیز۔</w:t>
      </w:r>
    </w:p>
    <w:p>
      <w:r>
        <w:rPr>
          <w:b/>
        </w:rPr>
        <w:t xml:space="preserve">[1:03:56] </w:t>
      </w:r>
      <w:r>
        <w:t>ye hai islam ka tareeqa. wo europe mein jo hai, human rights wo to ek romantic hai, romantic jo kab chalne chal nahi sakta hai.</w:t>
      </w:r>
    </w:p>
    <w:p>
      <w:pPr>
        <w:jc w:val="right"/>
      </w:pPr>
      <w:r>
        <w:t>یہ ہے اسلام کا طریقہ۔ وہ یورپ میں جو ہے، ہیومن رائٹس وہ تو ایک رومینٹک ہے، رومینٹک جو کب چلنے چل نہیں سکتا ہے۔</w:t>
      </w:r>
    </w:p>
    <w:p>
      <w:r>
        <w:rPr>
          <w:b/>
        </w:rPr>
        <w:t xml:space="preserve">[1:04:05] </w:t>
      </w:r>
      <w:r>
        <w:t>wo kahin nahi chal raha hai, wo na iraq mein chal raha hai, na afghanistan mein chal raha hai, na europe mein chal raha hai.</w:t>
      </w:r>
    </w:p>
    <w:p>
      <w:pPr>
        <w:jc w:val="right"/>
      </w:pPr>
      <w:r>
        <w:t>وہ کہیں نہیں چل رہا ہے، وہ نہ عراق میں چل رہا ہے، نہ افغانستان میں چل رہا ہے، نہ یورپ میں چل رہا ہے۔</w:t>
      </w:r>
    </w:p>
    <w:p>
      <w:r>
        <w:rPr>
          <w:b/>
        </w:rPr>
        <w:t xml:space="preserve">[1:04:10] </w:t>
      </w:r>
      <w:r>
        <w:t>ye first world war, second world war mein nahi chala. wo yaani is mein is mein ye bataya gaya hai ke direct aap jo involve ho, usi ko aap goli maar sakte hain.</w:t>
      </w:r>
    </w:p>
    <w:p>
      <w:pPr>
        <w:jc w:val="right"/>
      </w:pPr>
      <w:r>
        <w:t>یہ فرسٹ ورلڈ وار، سیکنڈ ورلڈ وار میں نہیں چلا۔ وہ یعنی اس میں اس میں یہ بتایا گیا ہے کہ ڈائریکٹ آپ جو انوالو ہو، اسی کو آپ گولی مار سکتے ہیں۔</w:t>
      </w:r>
    </w:p>
    <w:p>
      <w:r>
        <w:rPr>
          <w:b/>
        </w:rPr>
        <w:t xml:space="preserve">[1:04:21] </w:t>
      </w:r>
      <w:r>
        <w:t>to kya second world war mein first world war mein wahi goli mari gayi?</w:t>
      </w:r>
    </w:p>
    <w:p>
      <w:pPr>
        <w:jc w:val="right"/>
      </w:pPr>
      <w:r>
        <w:t>تو کیا سیکنڈ ورلڈ وار میں فرسٹ ورلڈ وار میں وہی گولی ماری گئی؟</w:t>
      </w:r>
    </w:p>
    <w:p>
      <w:r>
        <w:rPr>
          <w:b/>
        </w:rPr>
        <w:t xml:space="preserve">[1:04:31] </w:t>
      </w:r>
      <w:r>
        <w:t>wo wo bilkul ek ek romantic concept hai, wo romantic concept hai.</w:t>
      </w:r>
    </w:p>
    <w:p>
      <w:pPr>
        <w:jc w:val="right"/>
      </w:pPr>
      <w:r>
        <w:t>وہ وہ بالکل ایک ایک رومینٹک کانسیپٹ ہے، وہ رومینٹک کانسیپٹ ہے۔</w:t>
      </w:r>
    </w:p>
    <w:p>
      <w:r>
        <w:rPr>
          <w:b/>
        </w:rPr>
        <w:t xml:space="preserve">[1:04:40] </w:t>
      </w:r>
      <w:r>
        <w:t>yaani beshumar wo log mare second world war mein, first world war mein jo direct tor par involve nahi the, wo is mein jang mein kyunke wo mare. kyunke jab aap invite karenge war ko to bhugte, is ke sath aap ko bhugatni pare gi,</w:t>
      </w:r>
    </w:p>
    <w:p>
      <w:pPr>
        <w:jc w:val="right"/>
      </w:pPr>
      <w:r>
        <w:t>یعنی بے شمار وہ لوگ مرے سیکنڈ ورلڈ وار میں، فرسٹ ورلڈ وار میں جو ڈائریکٹ طور پر انوالو نہیں تھے، وہ اس میں جنگ میں کیونکہ وہ مرے۔ کیونکہ جب آپ انوائٹ کریں گے وار کو تو بھگتی ہے، اس کے ساتھ آپ کو بھگتنی پڑے گی،</w:t>
      </w:r>
    </w:p>
    <w:p>
      <w:r>
        <w:rPr>
          <w:b/>
        </w:rPr>
        <w:t xml:space="preserve">[1:04:55] </w:t>
      </w:r>
      <w:r>
        <w:t>aap ko bhugatni pare gi. is ke sath isi liye islam mein ye hai ke tum wo kaam na karo jis ka result ulta ulta nikalne wala ho. jis ko aalim kehte hain counter productive.</w:t>
      </w:r>
    </w:p>
    <w:p>
      <w:pPr>
        <w:jc w:val="right"/>
      </w:pPr>
      <w:r>
        <w:t>آپ کو بھگتنی پڑے گی۔ اس کے ساتھ اسی لیے اسلام میں یہ ہے کہ تم وہ کام نہ کرو جس کا رزلٹ الٹا الٹا نکلنے والا ہو۔ جس کو عالم کہتے ہیں کاؤنٹر پروڈکٹو۔</w:t>
      </w:r>
    </w:p>
    <w:p>
      <w:r>
        <w:rPr>
          <w:b/>
        </w:rPr>
        <w:t xml:space="preserve">[1:05:06] </w:t>
      </w:r>
      <w:r>
        <w:t>wo kaam na karo jis ka natija ulta nikle.</w:t>
      </w:r>
    </w:p>
    <w:p>
      <w:pPr>
        <w:jc w:val="right"/>
      </w:pPr>
      <w:r>
        <w:t>وہ کام نہ کرو جس کا نتیجہ الٹا نکلے۔</w:t>
      </w:r>
    </w:p>
    <w:p>
      <w:r>
        <w:rPr>
          <w:b/>
        </w:rPr>
        <w:t xml:space="preserve">[1:05:10] </w:t>
      </w:r>
      <w:r>
        <w:t>ye islam ka concept hai. ye jo concept europe america ka hai, jo international mein mana gaya hai, wo main is ko romantic concept samajhta hoon.</w:t>
      </w:r>
    </w:p>
    <w:p>
      <w:pPr>
        <w:jc w:val="right"/>
      </w:pPr>
      <w:r>
        <w:t>یہ اسلام کا کانسیپٹ ہے۔ یہ جو کانسیپٹ یورپ امریکہ کا ہے، جو انٹرنیشنل میں مانا گیا ہے، وہ میں اس کو رومینٹک کانسیپٹ سمجھتا ہوں۔</w:t>
      </w:r>
    </w:p>
    <w:p>
      <w:r>
        <w:rPr>
          <w:b/>
        </w:rPr>
        <w:t xml:space="preserve">[1:05:19] </w:t>
      </w:r>
      <w:r>
        <w:t>romantic concept kyunke hone wala nahi hai, wo hone wala nahi hai.</w:t>
      </w:r>
    </w:p>
    <w:p>
      <w:pPr>
        <w:jc w:val="right"/>
      </w:pPr>
      <w:r>
        <w:t>رومینٹک کانسیپٹ کیونکہ ہونے والا نہیں ہے، وہ ہونے والا نہیں ہے۔</w:t>
      </w:r>
    </w:p>
    <w:p>
      <w:r>
        <w:rPr>
          <w:b/>
        </w:rPr>
        <w:t xml:space="preserve">[1:05:29] </w:t>
      </w:r>
      <w:r>
        <w:t>yaani is concept ka matlab ye hai ke agar kisi ne aap ke sath action kiya hai kuch to itna hi badla lijie. aap matlab ek aadmi ne pathar mara, aap bhi pathar ek mar dijiye.</w:t>
      </w:r>
    </w:p>
    <w:p>
      <w:pPr>
        <w:jc w:val="right"/>
      </w:pPr>
      <w:r>
        <w:t>یعنی اس کانسیپٹ کا مطلب یہ ہے کہ اگر کسی نے آپ کے ساتھ ایکشن کیا ہے کچھ تو اتنا ہی بدلہ لیجئے۔ آپ مطلب ایک آدمی نے پتھر مارا، آپ بھی پتھر ایک مار دیجئے۔</w:t>
      </w:r>
    </w:p>
    <w:p>
      <w:r>
        <w:rPr>
          <w:b/>
        </w:rPr>
        <w:t xml:space="preserve">[1:05:39] </w:t>
      </w:r>
      <w:r>
        <w:t>is ko aisa ho nahi sakta. aap pathar maren ge, is ke hath mein gun hai, gun hai to gun chalaye ga. wo agar aap apne aap ka jo aadmi rival jo aap ka hai, wo gun liye hue hain, aaj hamara pathar to aisa nahi ke gun phenk de aur ja ke pathar ke dhoond ke laye.</w:t>
      </w:r>
    </w:p>
    <w:p>
      <w:pPr>
        <w:jc w:val="right"/>
      </w:pPr>
      <w:r>
        <w:t>اس کو ایسا ہو نہیں سکتا۔ آپ پتھر ماریں گے، اس کے ہاتھ میں گن ہے، گن ہے تو گن چلائے گا۔ وہ اگر آپ اپنے آپ کا جو آدمی رائیول جو آپ کا ہے، وہ گن لیے ہوئے ہیں، آج ہمارا پتھر تو ایسا نہیں کہ گن پھینک دے اور جا کے پتھر کے ڈھونڈ کے لائے۔</w:t>
      </w:r>
    </w:p>
    <w:p>
      <w:r>
        <w:rPr>
          <w:b/>
        </w:rPr>
        <w:t xml:space="preserve">[1:05:56] </w:t>
      </w:r>
      <w:r>
        <w:t>wo aisa nahi kare ga, wo</w:t>
      </w:r>
    </w:p>
    <w:p>
      <w:pPr>
        <w:jc w:val="right"/>
      </w:pPr>
      <w:r>
        <w:t>وہ ایسا نہیں کرے گا، وہ</w:t>
      </w:r>
    </w:p>
    <w:p>
      <w:r>
        <w:rPr>
          <w:b/>
        </w:rPr>
        <w:t xml:space="preserve">[1:05:58] </w:t>
      </w:r>
      <w:r>
        <w:t>gun chalaye ga. wo gun chalaye ga to bohat se log banen ge. to aap kyun pathar marte hain is ko? ye islam ka concept hai. wo concept jo hai european, wo khud europe mein is par amal nahi hota,</w:t>
      </w:r>
    </w:p>
    <w:p>
      <w:pPr>
        <w:jc w:val="right"/>
      </w:pPr>
      <w:r>
        <w:t>گن چلائے گا۔ وہ گن چلائے گا تو بہت سے لوگ بنیں گے۔ تو آپ کیوں پتھر مارتے ہیں اس کو؟ یہ اسلام کا کانسیپٹ ہے۔ وہ کانسیپٹ جو ہے یورپین، وہ خود یورپ میں اس پر عمل نہیں ہوتا،</w:t>
      </w:r>
    </w:p>
    <w:p>
      <w:r>
        <w:rPr>
          <w:b/>
        </w:rPr>
        <w:t xml:space="preserve">[1:06:13] </w:t>
      </w:r>
      <w:r>
        <w:t>kabhi amal nahi hua, aaj bhi nahi hua. na first world war mein hua, na second world war hua, na aaj wo ho sakta hai. is par amal koi</w:t>
      </w:r>
    </w:p>
    <w:p>
      <w:pPr>
        <w:jc w:val="right"/>
      </w:pPr>
      <w:r>
        <w:t>کبھی عمل نہیں ہوا، آج بھی نہیں ہوا۔ نہ فرسٹ ورلڈ وار میں ہوا، نہ سیکنڈ ورلڈ وار ہوا، نہ آج وہ ہو سکتا ہے۔ اس پر عمل کوئی</w:t>
      </w:r>
    </w:p>
    <w:p>
      <w:r>
        <w:rPr>
          <w:b/>
        </w:rPr>
        <w:t xml:space="preserve">[1:06:22] </w:t>
      </w:r>
      <w:r>
        <w:t>islam dekhen, result ko dekhta hai, result ko ke wo kaam aap na karen jis ka result ulta ulta nikle.</w:t>
      </w:r>
    </w:p>
    <w:p>
      <w:pPr>
        <w:jc w:val="right"/>
      </w:pPr>
      <w:r>
        <w:t>اسلام دیکھیں، رزلٹ کو دیکھتا ہے، رزلٹ کو کہ وہ کام آپ نہ کریں جس کا رزلٹ الٹا الٹا نکلے۔</w:t>
      </w:r>
    </w:p>
    <w:p>
      <w:r>
        <w:rPr>
          <w:b/>
        </w:rPr>
        <w:t xml:space="preserve">[1:06:29] </w:t>
      </w:r>
      <w:r>
        <w:t>hadith mein aata hai ke rasool Allah ne farmaya ke "la nafs" yaani momin ko nahi chahiye ke khud apne aap ko musibat mein dale, apne ko zaleel kare, apne ko marwaye.</w:t>
      </w:r>
    </w:p>
    <w:p>
      <w:pPr>
        <w:jc w:val="right"/>
      </w:pPr>
      <w:r>
        <w:t>حدیث میں آتا ہے کہ رسول اللہ نے فرمایا کہ "لا نفس" یعنی مومن کو نہیں چاہیے کہ خود اپنے آپ کو مصیبت میں ڈالے، اپنے کو ذلیل کرے، اپنے کو مروائے۔</w:t>
      </w:r>
    </w:p>
    <w:p>
      <w:r>
        <w:rPr>
          <w:b/>
        </w:rPr>
        <w:t xml:space="preserve">[1:06:47] </w:t>
      </w:r>
      <w:r>
        <w:t>to kisi ne poocha ke aisa kaise hoga ke aadmi khud hi apne ko zaleel karwaye ga?</w:t>
      </w:r>
    </w:p>
    <w:p>
      <w:pPr>
        <w:jc w:val="right"/>
      </w:pPr>
      <w:r>
        <w:t>تو کسی نے پوچھا کہ ایسا کیسے ہوگا کہ آدمی خود ہی اپنے کو ذلیل کروائے گا؟</w:t>
      </w:r>
    </w:p>
    <w:p>
      <w:r>
        <w:rPr>
          <w:b/>
        </w:rPr>
        <w:t xml:space="preserve">[1:06:53] </w:t>
      </w:r>
      <w:r>
        <w:t>to aap ne farmaya ke yaani ek aise muamle mein yaani kood pare jis ka result ulta nikalne wala ho.</w:t>
      </w:r>
    </w:p>
    <w:p>
      <w:pPr>
        <w:jc w:val="right"/>
      </w:pPr>
      <w:r>
        <w:t>تو آپ نے فرمایا کہ یعنی ایک ایسے معاملے میں یعنی کود پڑے جس کا رزلٹ الٹا نکلنے والا ہو۔</w:t>
      </w:r>
    </w:p>
    <w:p>
      <w:r>
        <w:rPr>
          <w:b/>
        </w:rPr>
        <w:t xml:space="preserve">[1:07:07] </w:t>
      </w:r>
      <w:r>
        <w:t>jis ko kehte hain angrezi mein kehte hain ke "fools rush in where angels fear to tread". wo kar dale. to islam mein ye hai ke natije ko dekh kar action lena, natije ko dekh kar qdam karna.</w:t>
      </w:r>
    </w:p>
    <w:p>
      <w:pPr>
        <w:jc w:val="right"/>
      </w:pPr>
      <w:r>
        <w:t>جس کو کہتے ہیں انگریزی میں کہتے ہیں کہ "فولز رش ان ویر انجز فیئر ٹو ٹرن"۔ وہ کر ڈالے۔ تو اسلام میں یہ ہے کہ نتیجے کو دیکھ کر ایکشن لینا، نتیجے کو دیکھ کر اقدام کرنا۔</w:t>
      </w:r>
    </w:p>
    <w:p>
      <w:r>
        <w:rPr>
          <w:b/>
        </w:rPr>
        <w:t xml:space="preserve">[1:07:21] </w:t>
      </w:r>
      <w:r>
        <w:t>to ye jo quom mutahida mein nations mein jo hai universal declaration of human rights, main is ko romantic samajhta hoon. romantic kuch hissa sahi bhi hai ke kuch hissa is ko romantic hai.</w:t>
      </w:r>
    </w:p>
    <w:p>
      <w:pPr>
        <w:jc w:val="right"/>
      </w:pPr>
      <w:r>
        <w:t>تو یہ جو اقوام متحدہ میں نیشنز میں جو ہے یونیورسل ڈیکلیریشن آف ہیومن رائٹس، میں اس کو رومینٹک سمجھتا ہوں۔ رومینٹک کچھ حصہ صحیح بھی ہے کہ کچھ حصہ اس کو رومینٹک ہے۔</w:t>
      </w:r>
    </w:p>
    <w:p>
      <w:r>
        <w:rPr>
          <w:b/>
        </w:rPr>
        <w:t xml:space="preserve">[1:07:31] </w:t>
      </w:r>
      <w:r>
        <w:t>ab musalman is ko le le kar ke taqdeer karte hain. to sawal ye hai ke tumhari taqreeron se kuch hua kyun nahi? 60 baras mein na falasteen mein kuch hua, na kashmir mein kuch hua.</w:t>
      </w:r>
    </w:p>
    <w:p>
      <w:pPr>
        <w:jc w:val="right"/>
      </w:pPr>
      <w:r>
        <w:t>اب مسلمان اس کو لے لے کر کے تقدیر کرتے ہیں۔ تو سوال یہ ہے کہ تمہاری تقریروں سے کچھ ہوا کیوں نہیں؟ 60 برس میں نہ فلسطین میں کچھ ہوا، نہ کشمیر میں کچھ ہوا۔</w:t>
      </w:r>
    </w:p>
    <w:p>
      <w:r>
        <w:rPr>
          <w:b/>
        </w:rPr>
        <w:t xml:space="preserve">[1:07:43] </w:t>
      </w:r>
      <w:r>
        <w:t>to result ko dekho, result result ko dekho.</w:t>
      </w:r>
    </w:p>
    <w:p>
      <w:pPr>
        <w:jc w:val="right"/>
      </w:pPr>
      <w:r>
        <w:t>تو رزلٹ کو دیکھو، رزلٹ رزلٹ کو دیکھو۔</w:t>
      </w:r>
    </w:p>
    <w:p>
      <w:r>
        <w:rPr>
          <w:b/>
        </w:rPr>
        <w:t xml:space="preserve">[1:07:48] </w:t>
      </w:r>
      <w:r>
        <w:t>kashmir ka jis bhi mere nazdeek apni stepped policies ki price de rahe hain, woh falasteen mein bhi arab apni stepped policies ki price de rahe hain.</w:t>
      </w:r>
    </w:p>
    <w:p>
      <w:pPr>
        <w:jc w:val="right"/>
      </w:pPr>
      <w:r>
        <w:t>کشمیر کا جس بھی میرے نزدیک اپنی اسٹیپڈ پالیسیز کی پرائس دے رہے ہیں، وہ فلسطین میں بھی عرب اپنی اسٹیپڈ پالیسیز کی پرائس دے رہے ہیں۔</w:t>
      </w:r>
    </w:p>
    <w:p>
      <w:r>
        <w:rPr>
          <w:b/>
        </w:rPr>
        <w:t xml:space="preserve">[1:07:56] </w:t>
      </w:r>
      <w:r>
        <w:t>woh dono jagah ek hi case hai.</w:t>
      </w:r>
    </w:p>
    <w:p>
      <w:pPr>
        <w:jc w:val="right"/>
      </w:pPr>
      <w:r>
        <w:t>وہ دونوں جگہ ایک ہی کیس ہے۔</w:t>
      </w:r>
    </w:p>
    <w:p>
      <w:r>
        <w:rPr>
          <w:b/>
        </w:rPr>
        <w:t xml:space="preserve">[1:08:01] </w:t>
      </w:r>
      <w:r>
        <w:t>yani arab mein, yani falasteen mein arbon ne stepped policies ikhtiyar ki, iski price de rahe hain. woh kashmir mein in logon ne stepped policies ikhtiyar ki, matlab in realistic policies, iski price de rahe hain.</w:t>
      </w:r>
    </w:p>
    <w:p>
      <w:pPr>
        <w:jc w:val="right"/>
      </w:pPr>
      <w:r>
        <w:t>یعنی عرب میں، یعنی فلسطین میں عربوں نے اسٹیپڈ پالیسیز اختیار کی، اس کی پرائس دے رہے ہیں۔ وہ کشمیر میں ان لوگوں نے اسٹیپڈ پالیسیز اختیار کی، مطلب ان ریلسٹک پالیسیز، اس کی پرائس دے رہے ہیں۔</w:t>
      </w:r>
    </w:p>
    <w:p>
      <w:r>
        <w:rPr>
          <w:b/>
        </w:rPr>
        <w:t xml:space="preserve">[1:08:16] </w:t>
      </w:r>
      <w:r>
        <w:t>woh ab woh international ke in mein rights chalate hain to woh bilkul in, yani woh chalne wala nahi hai. woh woh kahan?</w:t>
      </w:r>
    </w:p>
    <w:p>
      <w:pPr>
        <w:jc w:val="right"/>
      </w:pPr>
      <w:r>
        <w:t>وہ اب وہ انٹرنیشنل کے ان میں رائٹس چلاتے ہیں تو وہ بالکل ان، یعنی وہ چلنے والا نہیں ہے۔ وہ وہ کہاں؟</w:t>
      </w:r>
    </w:p>
    <w:p>
      <w:r>
        <w:rPr>
          <w:b/>
        </w:rPr>
        <w:t xml:space="preserve">[1:08:25] </w:t>
      </w:r>
      <w:r>
        <w:t>mujhe bataiye ke kahan chala hai? woh kahin bataiye, koi duniya bataiye jahan chali ho? kya vietnam mein chala woh? kya woh japan mein chala woh?</w:t>
      </w:r>
    </w:p>
    <w:p>
      <w:pPr>
        <w:jc w:val="right"/>
      </w:pPr>
      <w:r>
        <w:t>مجھے بتائیے کہ کہاں چلا ہے؟ وہ کہیں بتائیے، کوئی دنیا بتائیے جہاں چلی ہو؟ کیا ویتنام میں چلا وہ؟ کیا وہ جاپان میں چلا وہ؟</w:t>
      </w:r>
    </w:p>
    <w:p>
      <w:r>
        <w:rPr>
          <w:b/>
        </w:rPr>
        <w:t xml:space="preserve">[1:08:35] </w:t>
      </w:r>
      <w:r>
        <w:t>kya woh first war, second world war mein chala? woh kahan woh chala? mujhe bataiye, woh toh likha hua hai. khali</w:t>
      </w:r>
    </w:p>
    <w:p>
      <w:pPr>
        <w:jc w:val="right"/>
      </w:pPr>
      <w:r>
        <w:t>کیا وہ فرسٹ وار، سیکنڈ ورلڈ وار میں چلا؟ وہ کہاں وہ چلا؟ مجھے بتائیے، وہ تو لکھا ہوا ہے۔ خالی</w:t>
      </w:r>
    </w:p>
    <w:p>
      <w:r>
        <w:rPr>
          <w:b/>
        </w:rPr>
        <w:t xml:space="preserve">[1:08:42] </w:t>
      </w:r>
      <w:r>
        <w:t>is wajah se musalmanon ko chahiye ke quran o hadith mein jo tareeqa bataya, usko len. yani result oriented action ka tareeqa ikhtiyar karen, nateeje ko dekh kar iqdam karen.</w:t>
      </w:r>
    </w:p>
    <w:p>
      <w:pPr>
        <w:jc w:val="right"/>
      </w:pPr>
      <w:r>
        <w:t>اس وجہ سے مسلمانوں کو چاہیے کہ قرآن و حدیث میں جو طریقہ بتایا، اس کو لیں۔ یعنی رزلٹ اورینٹڈ ایکشن کا طریقہ اختیار کریں، نتیجے کو دیکھ کر اقدام کریں۔</w:t>
      </w:r>
    </w:p>
    <w:p>
      <w:r>
        <w:rPr>
          <w:b/>
        </w:rPr>
        <w:t xml:space="preserve">[1:08:53] </w:t>
      </w:r>
      <w:r>
        <w:t>yeh nahi ke aap pathar maaren, phir woh phir woh gun maare aur bomb maare to aap kahhen, "ae dekho, human rights ka violation ho raha hai". yeh mere nazdeek un Islamic hai.</w:t>
      </w:r>
    </w:p>
    <w:p>
      <w:pPr>
        <w:jc w:val="right"/>
      </w:pPr>
      <w:r>
        <w:t>یہ نہیں کہ آپ پتھر ماریں، پھر وہ پھر وہ گن مارے اور بم مارے تو آپ کہیں، "اے دیکھو، ہیومن رائٹس کا وائلیشن ہو رہا ہے"۔ یہ میرے نزدیک ان اسلامک ہے۔</w:t>
      </w:r>
    </w:p>
    <w:p>
      <w:r>
        <w:rPr>
          <w:b/>
        </w:rPr>
        <w:t xml:space="preserve">[1:09:06] </w:t>
      </w:r>
      <w:r>
        <w:t>maulana, agla sawal mister nafees shiraz ne kiya hai dilli se.</w:t>
      </w:r>
    </w:p>
    <w:p>
      <w:pPr>
        <w:jc w:val="right"/>
      </w:pPr>
      <w:r>
        <w:t>مولانا، اگلا سوال مسٹر نفیس شیراز نے کیا ہے دلی سے۔</w:t>
      </w:r>
    </w:p>
    <w:p>
      <w:r>
        <w:rPr>
          <w:b/>
        </w:rPr>
        <w:t xml:space="preserve">[1:09:11] </w:t>
      </w:r>
      <w:r>
        <w:t>unhon ne likha hai ke "sir, pehle to bataen ilm kitne prakar ke hote hain? allah ne kaun sa ilm hasil karne ki zimmedari insan par aaid ki hai?</w:t>
      </w:r>
    </w:p>
    <w:p>
      <w:pPr>
        <w:jc w:val="right"/>
      </w:pPr>
      <w:r>
        <w:t>انہوں نے لکھا ہے کہ "سر، پہلے تو بتائیں علم کتنے प्रकार کے ہوتے ہیں؟ اللہ نے کون سا علم حاصل کرنے کی ذمہ داری انسان پر عائد کی ہے؟</w:t>
      </w:r>
    </w:p>
    <w:p>
      <w:r>
        <w:rPr>
          <w:b/>
        </w:rPr>
        <w:t xml:space="preserve">[1:09:23] </w:t>
      </w:r>
      <w:r>
        <w:t>nisabi ilm ya quran ka ilm? insan kaun sa ilm hasil kare ke jis se uski dunya o akhirat dono sanwar jayen?"</w:t>
      </w:r>
    </w:p>
    <w:p>
      <w:pPr>
        <w:jc w:val="right"/>
      </w:pPr>
      <w:r>
        <w:t>نصابی علم یا قرآن کا علم؟ انسان کون سا علم حاصل کرے کہ جس سے اس کی دنیا و آخرت دونوں سنور جائیں؟"</w:t>
      </w:r>
    </w:p>
    <w:p>
      <w:r>
        <w:rPr>
          <w:b/>
        </w:rPr>
        <w:t xml:space="preserve">[1:09:34] </w:t>
      </w:r>
      <w:r>
        <w:t>yeh toh sawal ko, yani yeh koi is tarah ke jo sawal yahan hote hain, iski ek koi limitations hoti hain. samjhe aap?</w:t>
      </w:r>
    </w:p>
    <w:p>
      <w:pPr>
        <w:jc w:val="right"/>
      </w:pPr>
      <w:r>
        <w:t>یہ تو سوال کو، یعنی یہ کوئی اس طرح کے جو سوال یہاں ہوتے ہیں، اس کی ایک کوئی لیمیٹیشنز ہوتی ہیں۔ سمجھے آپ؟</w:t>
      </w:r>
    </w:p>
    <w:p>
      <w:r>
        <w:rPr>
          <w:b/>
        </w:rPr>
        <w:t xml:space="preserve">[1:09:45] </w:t>
      </w:r>
      <w:r>
        <w:t>to main toh yeh kahunga ke aap study karna shuru kar dijiye. aap ko maloom ho jaye ke ilm kya hai. ji,</w:t>
      </w:r>
    </w:p>
    <w:p>
      <w:pPr>
        <w:jc w:val="right"/>
      </w:pPr>
      <w:r>
        <w:t>تو میں تو یہ کہوں گا کہ آپ اسٹڈی کرنا شروع کر دیجئے۔ آپ کو معلوم ہو جائے کہ علم کیا ہے۔ جی،</w:t>
      </w:r>
    </w:p>
    <w:p>
      <w:r>
        <w:rPr>
          <w:b/>
        </w:rPr>
        <w:t xml:space="preserve">[1:09:56] </w:t>
      </w:r>
      <w:r>
        <w:t>study karna shuru kar dijiye. maloom ho jaye ilm kya hai. doosri baat yeh hai ke sawal karne ka tareeqa kya hai? woh bhi sun lijiye.</w:t>
      </w:r>
    </w:p>
    <w:p>
      <w:pPr>
        <w:jc w:val="right"/>
      </w:pPr>
      <w:r>
        <w:t>اسٹڈی کرنا شروع کر دیجئے۔ معلوم ہو جائے علم کیا ہے۔ دوسری بات یہ ہے کہ سوال کرنے کا طریقہ کیا ہے؟ وہ بھی سن لیجئے۔</w:t>
      </w:r>
    </w:p>
    <w:p>
      <w:r>
        <w:rPr>
          <w:b/>
        </w:rPr>
        <w:t xml:space="preserve">[1:10:04] </w:t>
      </w:r>
      <w:r>
        <w:t>hadith mein aata hai ke "nauhana inqasat sawal wal aqeel wal qaal". "nauhana inqasat sawal" hamein zyada sawal karne se mana kiya gaya hai.</w:t>
      </w:r>
    </w:p>
    <w:p>
      <w:pPr>
        <w:jc w:val="right"/>
      </w:pPr>
      <w:r>
        <w:t>حدیث میں آتا ہے کہ "نوحنا انقست سوال والعقیل والقال"۔ "نوحنا انقست سوال" ہمیں زیادہ سوال کرنے سے منع کیا گیا ہے۔</w:t>
      </w:r>
    </w:p>
    <w:p>
      <w:r>
        <w:rPr>
          <w:b/>
        </w:rPr>
        <w:t xml:space="preserve">[1:10:14] </w:t>
      </w:r>
      <w:r>
        <w:t>zyada sawal kya hai? dekhen, sahi sawal woh hai jo mera apna masla ho, uske bare mein pooche aadmi. aur masla kahin iran turan ka hai, us par hum poochen to woh sawal nahi hai.</w:t>
      </w:r>
    </w:p>
    <w:p>
      <w:pPr>
        <w:jc w:val="right"/>
      </w:pPr>
      <w:r>
        <w:t>زیادہ سوال کیا ہے؟ دیکھیں، صحیح سوال وہ ہے جو میرا اپنا مسئلہ ہو، اس کے بارے میں پوچھے آدمی۔ اور مسئلہ کہیں ایران توران کا ہے، اس پر ہم پوچھیں تو وہ سوال نہیں ہے۔</w:t>
      </w:r>
    </w:p>
    <w:p>
      <w:r>
        <w:rPr>
          <w:b/>
        </w:rPr>
        <w:t xml:space="preserve">[1:10:29] </w:t>
      </w:r>
      <w:r>
        <w:t>woh toh ek intellectual luxury hai.</w:t>
      </w:r>
    </w:p>
    <w:p>
      <w:pPr>
        <w:jc w:val="right"/>
      </w:pPr>
      <w:r>
        <w:t>وہ تو ایک انٹلیکچول لگزری ہے۔</w:t>
      </w:r>
    </w:p>
    <w:p>
      <w:r>
        <w:rPr>
          <w:b/>
        </w:rPr>
        <w:t xml:space="preserve">[1:10:34] </w:t>
      </w:r>
      <w:r>
        <w:t>isi liye hadith ek sahabi kehte hain, ek sahabi ke "nauhana inqasat sawal" hamein mana kiya gaya hai zyada sawal karne se. zyada sawal ka matlab kya hai?</w:t>
      </w:r>
    </w:p>
    <w:p>
      <w:pPr>
        <w:jc w:val="right"/>
      </w:pPr>
      <w:r>
        <w:t>اسی لیے حدیث ایک صحابی کہتے ہیں، ایک صحابی کہ "نوحنا انقست سوال" ہمیں منع کیا گیا ہے زیادہ سوال کرنے سے۔ زیادہ سوال کا مطلب کیا ہے؟</w:t>
      </w:r>
    </w:p>
    <w:p>
      <w:r>
        <w:rPr>
          <w:b/>
        </w:rPr>
        <w:t xml:space="preserve">[1:10:43] </w:t>
      </w:r>
      <w:r>
        <w:t>mera personal matter hai, mera zaati masla hai to sawal karoon main. aur bas yun hi hawaai sawal karna, iran turan ki baaten karna, "there is not question".</w:t>
      </w:r>
    </w:p>
    <w:p>
      <w:pPr>
        <w:jc w:val="right"/>
      </w:pPr>
      <w:r>
        <w:t>میرا پرسنل میٹر ہے، میرا ذاتی مسئلہ ہے تو سوال کروں میں۔ اور بس یوں ہی ہوائی سوال کرنا، ایران توران کی باتیں کرنا، "دیر از ناٹ کوئسچن"۔</w:t>
      </w:r>
    </w:p>
    <w:p>
      <w:r>
        <w:rPr>
          <w:b/>
        </w:rPr>
        <w:t xml:space="preserve">[1:10:54] </w:t>
      </w:r>
      <w:r>
        <w:t>"there is intellectual luxury".</w:t>
      </w:r>
    </w:p>
    <w:p>
      <w:pPr>
        <w:jc w:val="right"/>
      </w:pPr>
      <w:r>
        <w:t>"دیر از انٹلیکچول لگزری"۔</w:t>
      </w:r>
    </w:p>
    <w:p>
      <w:r>
        <w:rPr>
          <w:b/>
        </w:rPr>
        <w:t xml:space="preserve">[1:10:59] </w:t>
      </w:r>
      <w:r>
        <w:t>to main yeh kahunga ke aadmi ko chahiye ke sab se pehle study kare, mutala kare, aur aur woh apne aap ko prepare kare, apne ko tayyar kare.</w:t>
      </w:r>
    </w:p>
    <w:p>
      <w:pPr>
        <w:jc w:val="right"/>
      </w:pPr>
      <w:r>
        <w:t>تو میں یہ کہوں گا کہ آدمی کو چاہیے کہ سب سے پہلے اسٹڈی کرے، مطالعہ کرے، اور اور وہ اپنے آپ کو پریپیئر کرے، اپنے کو تیار کرے۔</w:t>
      </w:r>
    </w:p>
    <w:p>
      <w:r>
        <w:rPr>
          <w:b/>
        </w:rPr>
        <w:t xml:space="preserve">[1:11:11] </w:t>
      </w:r>
      <w:r>
        <w:t>sab sawal se pehle apne aap ko prepare karna parta hai. agar un prepared mind jo hoga, woh yeh bhi nahi jayega ke kya sawal kare, kya sawal na kare.</w:t>
      </w:r>
    </w:p>
    <w:p>
      <w:pPr>
        <w:jc w:val="right"/>
      </w:pPr>
      <w:r>
        <w:t>سب سوال سے پہلے اپنے آپ کو پریپیئر کرنا پڑتا ہے۔ اگر ان پریپیئرڈ مائنڈ جو ہوگا، وہ یہ بھی نہیں جائے کہ کیا سوال کرے، کیا سوال نہ کرے۔</w:t>
      </w:r>
    </w:p>
    <w:p>
      <w:r>
        <w:rPr>
          <w:b/>
        </w:rPr>
        <w:t xml:space="preserve">[1:11:22] </w:t>
      </w:r>
      <w:r>
        <w:t>un prepared mind jo hai, usko uski uski khabar nahi hoti.</w:t>
      </w:r>
    </w:p>
    <w:p>
      <w:pPr>
        <w:jc w:val="right"/>
      </w:pPr>
      <w:r>
        <w:t>ان پریپیئرڈ مائنڈ جو ہے، اس کو اس کی اس کی خبر نہیں ہوتی۔</w:t>
      </w:r>
    </w:p>
    <w:p>
      <w:r>
        <w:rPr>
          <w:b/>
        </w:rPr>
        <w:t xml:space="preserve">[1:11:28] </w:t>
      </w:r>
      <w:r>
        <w:t>maulana, agla sawal mister arshad jamal ne kiya hai nai dilli se. unhon ne likha hai ke "ar fast is a ritual act rather than a spiritual act".</w:t>
      </w:r>
    </w:p>
    <w:p>
      <w:pPr>
        <w:jc w:val="right"/>
      </w:pPr>
      <w:r>
        <w:t>مولانا، اگلا سوال مسٹر ارشد جمال نے کیا ہے نئی دلی سے۔ انہوں نے لکھا ہے کہ "ار فاسٹ از ا ریچول ایکٹ ریدر دین ا سپرچول ایکٹ"۔</w:t>
      </w:r>
    </w:p>
    <w:p>
      <w:r>
        <w:rPr>
          <w:b/>
        </w:rPr>
        <w:t xml:space="preserve">[1:11:40] </w:t>
      </w:r>
      <w:r>
        <w:t>kindly advise us how to observe fast with the true spirit. bhai, is mein advise kya hai?</w:t>
      </w:r>
    </w:p>
    <w:p>
      <w:pPr>
        <w:jc w:val="right"/>
      </w:pPr>
      <w:r>
        <w:t>"کائنڈلی ایڈوائز اس ہاؤ ٹو ابزرو فاسٹ ود دا ٹرو سپرٹ"۔ بھئی، اس میں ایڈوائز کیا ہے؟</w:t>
      </w:r>
    </w:p>
    <w:p>
      <w:r>
        <w:rPr>
          <w:b/>
        </w:rPr>
        <w:t xml:space="preserve">[1:11:50] </w:t>
      </w:r>
      <w:r>
        <w:t>is mein yahi ke kitabein parhiye. hamari kitab likhi hai "som ramzan", is ko parhiye aap aur hadith ko mutala kijiyye aap.</w:t>
      </w:r>
    </w:p>
    <w:p>
      <w:pPr>
        <w:jc w:val="right"/>
      </w:pPr>
      <w:r>
        <w:t>اس میں یہی کہ کتابیں پڑھیے۔ ہماری کتاب لکھی ہے "سوم رمضان"، اس کو پڑھیے آپ اور حادیث کو مطالعہ کیجئے آپ۔</w:t>
      </w:r>
    </w:p>
    <w:p>
      <w:r>
        <w:rPr>
          <w:b/>
        </w:rPr>
        <w:t xml:space="preserve">[1:11:58] </w:t>
      </w:r>
      <w:r>
        <w:t>to yaani ke yeh hain masail aur yeh hain is ki, yaani yeh hain haqeeqat roza aur yeh hai ke masail roza.</w:t>
      </w:r>
    </w:p>
    <w:p>
      <w:pPr>
        <w:jc w:val="right"/>
      </w:pPr>
      <w:r>
        <w:t>تو یعنی کہ یہ ہیں مسائل اور یہ ہیں اس کی، یعنی یہ ہیں حقیقت روزہ اور یہ ہے کہ مسائل روزہ۔</w:t>
      </w:r>
    </w:p>
    <w:p>
      <w:r>
        <w:rPr>
          <w:b/>
        </w:rPr>
        <w:t xml:space="preserve">[1:12:09] </w:t>
      </w:r>
      <w:r>
        <w:t>to dono cheezein maujood hain kitabon mein. aap parhiye is ko. masail roza janna hai to woh bhi kitabein maujood hain. aur roze ki jo rooh hai, us ki jo spirit hai, woh janna hai, woh bhi maujood hai kitabon mein.</w:t>
      </w:r>
    </w:p>
    <w:p>
      <w:pPr>
        <w:jc w:val="right"/>
      </w:pPr>
      <w:r>
        <w:t>تو دونوں چیزیں موجود ہیں کتابوں میں۔ آپ پڑھیے اس کو۔ مسائل روزہ جاننا ہے تو وہ بھی کتابیں موجود ہیں۔ اور روزے کی جو روح ہے، اس کی جو اسپیٹ ہے، وہ جاننا ہے، وہ بھی موجود ہے کتابوں میں۔</w:t>
      </w:r>
    </w:p>
    <w:p>
      <w:r>
        <w:rPr>
          <w:b/>
        </w:rPr>
        <w:t xml:space="preserve">[1:12:21] </w:t>
      </w:r>
      <w:r>
        <w:t>quran ko parh kar aap jaan sakte hain. hamari kitab chhapi hui hai, kya naam tha kitab ka? "som ramzan". "som ramzan" is ko parhiye aap. yeh sab cheezein ke mutala karne se maloom hoti hain.</w:t>
      </w:r>
    </w:p>
    <w:p>
      <w:pPr>
        <w:jc w:val="right"/>
      </w:pPr>
      <w:r>
        <w:t>قرآن کو پڑھ کر آپ جان سکتے ہیں۔ ہماری کتاب چھپی ہوئی ہے، کیا نام تھا کتاب کا؟ "سوم رمضان"۔ "سوم رمضان" اس کو پڑھیے آپ۔ یہ سب چیزیں کہ مطالعہ کرنے سے معلوم ہوتی ہیں۔</w:t>
      </w:r>
    </w:p>
    <w:p>
      <w:r>
        <w:rPr>
          <w:b/>
        </w:rPr>
        <w:t xml:space="preserve">[1:12:33] </w:t>
      </w:r>
      <w:r>
        <w:t>sirf ek sawal, ek jawab se nahi maloom hoti yeh sab cheezein. aap is ki study kijiyye is kitab ki</w:t>
      </w:r>
    </w:p>
    <w:p>
      <w:pPr>
        <w:jc w:val="right"/>
      </w:pPr>
      <w:r>
        <w:t>صرف ایک سوال، ایک جواب سے نہیں معلوم ہوتی یہ سب چیزیں۔ آپ اس کی اسٹڈی کیجئے اس کتاب کی</w:t>
      </w:r>
    </w:p>
    <w:p>
      <w:r>
        <w:rPr>
          <w:b/>
        </w:rPr>
        <w:t xml:space="preserve">[1:12:39] </w:t>
      </w:r>
      <w:r>
        <w:t>"som ramzan". yeh mil gayi aap koi good word mein. maulana, agla sawal kya hai mr ameenuddin qazi ne delhi se.</w:t>
      </w:r>
    </w:p>
    <w:p>
      <w:pPr>
        <w:jc w:val="right"/>
      </w:pPr>
      <w:r>
        <w:t>"سوم رمضان"۔ یہ مل گئی آپ کوئی گڈ ورڈ میں۔ مولانا، اگلا سوال کیا ہے مسٹر امین الدین قاضی نے دلی سے۔</w:t>
      </w:r>
    </w:p>
    <w:p>
      <w:r>
        <w:rPr>
          <w:b/>
        </w:rPr>
        <w:t xml:space="preserve">[1:12:49] </w:t>
      </w:r>
      <w:r>
        <w:t>unhone poocha hai ke "sochne par bhi sahi soch hogi, use kaise maloom kiya jaye?" kyunke sochne ka power iq ki wajah se alag alag hota hai.</w:t>
      </w:r>
    </w:p>
    <w:p>
      <w:pPr>
        <w:jc w:val="right"/>
      </w:pPr>
      <w:r>
        <w:t>انہوں نے پوچھا ہے کہ "سوچنے پر بھی صحیح سوچ ہوگی، اسے کیسے معلوم کیا جائے؟" کیونکہ سوچنے کا پاور آئی کیو کی وجہ سے الگ الگ ہوتا ہے۔</w:t>
      </w:r>
    </w:p>
    <w:p>
      <w:r>
        <w:rPr>
          <w:b/>
        </w:rPr>
        <w:t xml:space="preserve">[1:13:05] </w:t>
      </w:r>
      <w:r>
        <w:t>pehla sawal power alag hota hai. yeh to mein samajhta hoon, yaani kya matlab alag power ka hona kya matlab hai? maulana, kyunke har ek ka, kyunke iq alag alag hai, to agar har insan soch raha hai, hona kya matlab?</w:t>
      </w:r>
    </w:p>
    <w:p>
      <w:pPr>
        <w:jc w:val="right"/>
      </w:pPr>
      <w:r>
        <w:t>پہلا سوال پاور الگ ہوتا ہے۔ یہ تو میں سمجھتا ہوں، یعنی کیا مطلب الگ پاور کا ہونا کیا مطلب ہے؟ مولانا، کیونکہ ہر ایک کا، کیونکہ آئی کیو الگ الگ ہے، تو اگر ہر انسان سوچ رہا ہے، ہونا کیا مطلب؟</w:t>
      </w:r>
    </w:p>
    <w:p>
      <w:r>
        <w:rPr>
          <w:b/>
        </w:rPr>
        <w:t xml:space="preserve">[1:13:15] </w:t>
      </w:r>
      <w:r>
        <w:t>kahan kis science se pata hai ke alag alag hai? humm, yeh to mein ne kaun si science sabit karti hai ke alag alag hai? jaise aap ne har har cheez mein, kya woh allah ne jo banayi cheezein hain, us mein aap ne mushahida jo aap jo karte hain, hamare jaise normal aadmi aisa sochne par bhi nahi kar paate hain.</w:t>
      </w:r>
    </w:p>
    <w:p>
      <w:pPr>
        <w:jc w:val="right"/>
      </w:pPr>
      <w:r>
        <w:t>کہاں کس سائنس سے پتہ ہے کہ الگ الگ ہے؟ ہمم، یہ تو میں نے کون سی سائنس ثابت کرتی ہے کہ الگ الگ ہے؟ جیسے آپ نے ہر ہر چیز میں، کیا وہ اللہ نے جو بنائی چیزیں ہیں، اس میں آپ نے مشاہدہ جو آپ جو کرتے ہیں، ہمارے جیسے نارمل آدمی ایسا سوچنے پر بھی نہیں کر پاتے ہیں۔</w:t>
      </w:r>
    </w:p>
    <w:p>
      <w:r>
        <w:rPr>
          <w:b/>
        </w:rPr>
        <w:t xml:space="preserve">[1:13:35] </w:t>
      </w:r>
      <w:r>
        <w:t>to yeh iq alag alag mushahida dekhein, alag ki baat nahi hai, level ki baat hai. yeh nahi ke yeh alag alag humm iq ke level different hota hai, alag alag nahi hota hai.</w:t>
      </w:r>
    </w:p>
    <w:p>
      <w:pPr>
        <w:jc w:val="right"/>
      </w:pPr>
      <w:r>
        <w:t>تو یہ آئی کیو الگ الگ مشاہدہ دیکھیں، الگ کی بات نہیں ہے، لیول کی بات ہے۔ یہ نہیں کہ یہ الگ الگ ہمم آئی کیو کے لیول ڈفرنٹ ہوتا ہے، الگ الگ نہیں ہوتا ہے۔</w:t>
      </w:r>
    </w:p>
    <w:p>
      <w:r>
        <w:rPr>
          <w:b/>
        </w:rPr>
        <w:t xml:space="preserve">[1:13:48] </w:t>
      </w:r>
      <w:r>
        <w:t>humm, alag alag ka word sahi nahi hota. level maulana shayad sahi level hai ke matlab is tarah se matlab ah itminan nahi hota ya yaqeen nahi hota ke hum jo soch rahe hain woh sahi hai.</w:t>
      </w:r>
    </w:p>
    <w:p>
      <w:pPr>
        <w:jc w:val="right"/>
      </w:pPr>
      <w:r>
        <w:t>ہمم، الگ الگ کا ورڈ صحیح نہیں ہوتا۔ لیول مولانا شاید صحیح لیول ہے کہ مطلب اس طرح سے مطلب اہ اطمینان نہیں ہوتا یا یقین نہیں ہوتا کہ ہم جو سوچ رہے ہیں وہ صحیح ہے۔</w:t>
      </w:r>
    </w:p>
    <w:p>
      <w:r>
        <w:rPr>
          <w:b/>
        </w:rPr>
        <w:t xml:space="preserve">[1:13:59] </w:t>
      </w:r>
      <w:r>
        <w:t>humm, kya</w:t>
      </w:r>
    </w:p>
    <w:p>
      <w:pPr>
        <w:jc w:val="right"/>
      </w:pPr>
      <w:r>
        <w:t>ہمم، کیا</w:t>
      </w:r>
    </w:p>
    <w:p>
      <w:r>
        <w:rPr>
          <w:b/>
        </w:rPr>
        <w:t xml:space="preserve">[1:14:02] </w:t>
      </w:r>
      <w:r>
        <w:t>dekhein,</w:t>
      </w:r>
    </w:p>
    <w:p>
      <w:pPr>
        <w:jc w:val="right"/>
      </w:pPr>
      <w:r>
        <w:t>دیکھیں،</w:t>
      </w:r>
    </w:p>
    <w:p>
      <w:r>
        <w:rPr>
          <w:b/>
        </w:rPr>
        <w:t xml:space="preserve">[1:14:07] </w:t>
      </w:r>
      <w:r>
        <w:t>mein arz karunga is se pehle bhi keh chuka hoon mein ke</w:t>
      </w:r>
    </w:p>
    <w:p>
      <w:pPr>
        <w:jc w:val="right"/>
      </w:pPr>
      <w:r>
        <w:t>میں عرض کروں گا اس سے پہلے بھی کہہ چکا ہوں میں کہ</w:t>
      </w:r>
    </w:p>
    <w:p>
      <w:r>
        <w:rPr>
          <w:b/>
        </w:rPr>
        <w:t xml:space="preserve">[1:14:14] </w:t>
      </w:r>
      <w:r>
        <w:t>do, yaani do options hain. log aksar third option lete hain, is liye galtiyan phanse rehte hain confusion mein.</w:t>
      </w:r>
    </w:p>
    <w:p>
      <w:pPr>
        <w:jc w:val="right"/>
      </w:pPr>
      <w:r>
        <w:t>دو، یعنی دو آپشنز ہیں۔ لوگ اکثر تھرڈ آپشن لیتے ہیں، اس لیے غلطیاں پھنسے رہتے ہیں کنفیوژن میں۔</w:t>
      </w:r>
    </w:p>
    <w:p>
      <w:r>
        <w:rPr>
          <w:b/>
        </w:rPr>
        <w:t xml:space="preserve">[1:14:26] </w:t>
      </w:r>
      <w:r>
        <w:t>third option kabhi nahi lena chahiye. do option kya hain?</w:t>
      </w:r>
    </w:p>
    <w:p>
      <w:pPr>
        <w:jc w:val="right"/>
      </w:pPr>
      <w:r>
        <w:t>تھرڈ آپشن کبھی نہیں لینا چاہیے۔ دو آپشن کیا ہیں؟</w:t>
      </w:r>
    </w:p>
    <w:p>
      <w:r>
        <w:rPr>
          <w:b/>
        </w:rPr>
        <w:t xml:space="preserve">[1:14:30] </w:t>
      </w:r>
      <w:r>
        <w:t>ek hai taqleed ka option, ek hai ijtihad ka option, yaani mujtahidana ilm aur muqallidana ilm. yahi do option hain.</w:t>
      </w:r>
    </w:p>
    <w:p>
      <w:pPr>
        <w:jc w:val="right"/>
      </w:pPr>
      <w:r>
        <w:t>ایک ہے تقلید کا آپشن، ایک ہے اجتہاد کا آپشن، یعنی مجتہدانہ علم اور مقلدانہ علم۔ یہی دو آپشن ہیں۔</w:t>
      </w:r>
    </w:p>
    <w:p>
      <w:r>
        <w:rPr>
          <w:b/>
        </w:rPr>
        <w:t xml:space="preserve">[1:14:39] </w:t>
      </w:r>
      <w:r>
        <w:t>dekhiye, third option nahi hai. taqleed kya hai? taqleed bohat hi positive word hai, koi negative word nahi hai.</w:t>
      </w:r>
    </w:p>
    <w:p>
      <w:pPr>
        <w:jc w:val="right"/>
      </w:pPr>
      <w:r>
        <w:t>دیکھیے، تھرڈ آپشن نہیں ہے۔ تقلید کیا ہے؟ تقلید بہت ہی پازیٹیو ورڈ ہے، کوئی نیگیٹیو ورڈ نہیں ہے۔</w:t>
      </w:r>
    </w:p>
    <w:p>
      <w:r>
        <w:rPr>
          <w:b/>
        </w:rPr>
        <w:t xml:space="preserve">[1:14:48] </w:t>
      </w:r>
      <w:r>
        <w:t>woh ek aam aadmi jo job karta hai, business kar raha hai, bachchon mein rehta hai, woh to time bohat kam rehta hai us ke paas.</w:t>
      </w:r>
    </w:p>
    <w:p>
      <w:pPr>
        <w:jc w:val="right"/>
      </w:pPr>
      <w:r>
        <w:t>وہ ایک عام آدمی جو جاب کرتا ہے، بزنس کر رہا ہے، بال بچوں میں رہتا ہے، وہ تو ٹائم بہت کم رہتا ہے اس کے پاس۔</w:t>
      </w:r>
    </w:p>
    <w:p>
      <w:r>
        <w:rPr>
          <w:b/>
        </w:rPr>
        <w:t xml:space="preserve">[1:14:59] </w:t>
      </w:r>
      <w:r>
        <w:t>to use kya</w:t>
      </w:r>
    </w:p>
    <w:p>
      <w:pPr>
        <w:jc w:val="right"/>
      </w:pPr>
      <w:r>
        <w:t>تو اسے کیا</w:t>
      </w:r>
    </w:p>
    <w:p>
      <w:r>
        <w:rPr>
          <w:b/>
        </w:rPr>
        <w:t xml:space="preserve">[1:15:00] </w:t>
      </w:r>
      <w:r>
        <w:t>karna chahiye? kisi aalim ka muqallid ban jaye. woh jis aalim par us ko bharosa ho, jo aalim bataye, us ke mutabiq kare, ya jo quran ka hadith ka tarjuma us ke apni zuban mein maujood hota hai, us ko parhe.</w:t>
      </w:r>
    </w:p>
    <w:p>
      <w:pPr>
        <w:jc w:val="right"/>
      </w:pPr>
      <w:r>
        <w:t>کرنا چاہیے؟ کسی عالم کا مقلد بن جائے۔ وہ جس عالم پر اس کو بھروسہ ہو، جو عالم بتائے، اس کے مطابق کرے، یا جو قرآن کا حدیث کا ترجمہ اس کے اپنی زبان میں موجود ہوتا ہے، اس کو پڑھے۔</w:t>
      </w:r>
    </w:p>
    <w:p>
      <w:r>
        <w:rPr>
          <w:b/>
        </w:rPr>
        <w:t xml:space="preserve">[1:15:16] </w:t>
      </w:r>
      <w:r>
        <w:t>saada taur par jo maloom ho, us ko kare. yeh ek</w:t>
      </w:r>
    </w:p>
    <w:p>
      <w:pPr>
        <w:jc w:val="right"/>
      </w:pPr>
      <w:r>
        <w:t>سادہ طور پر جو معلوم ہو، اس کو کرے۔ یہ ایک</w:t>
      </w:r>
    </w:p>
    <w:p>
      <w:r>
        <w:rPr>
          <w:b/>
        </w:rPr>
        <w:t xml:space="preserve">[1:15:21] </w:t>
      </w:r>
      <w:r>
        <w:t>tareeqa hai ke jis ke paas time kam hai, jis ke paas jo zyada mein is mein study mein nahi apne aap ko daal sakta hai, to woh aisa kare, muqallid ban jaye.</w:t>
      </w:r>
    </w:p>
    <w:p>
      <w:pPr>
        <w:jc w:val="right"/>
      </w:pPr>
      <w:r>
        <w:t>طریقہ ہے کہ جس کے پاس ٹائم کم ہے، جس کے پاس جو زیادہ میں اس میں اسٹڈی میں نہیں اپنے آپ کو ڈال سکتا ہے، تو وہ ایسا کرے، مقلد بن جائے۔</w:t>
      </w:r>
    </w:p>
    <w:p>
      <w:r>
        <w:rPr>
          <w:b/>
        </w:rPr>
        <w:t xml:space="preserve">[1:15:31] </w:t>
      </w:r>
      <w:r>
        <w:t>woh doosri cheez kya hai? aadmi chahta hai ke mujtahidana ilm us ko ho, to us ko phir time dena padega.</w:t>
      </w:r>
    </w:p>
    <w:p>
      <w:pPr>
        <w:jc w:val="right"/>
      </w:pPr>
      <w:r>
        <w:t>وہ دوسری چیز کیا ہے؟ آدمی چاہتا ہے کہ مجتہدانہ علم اس کو ہو، تو اس کو پھر ٹائم دینا پڑے گا۔</w:t>
      </w:r>
    </w:p>
    <w:p>
      <w:r>
        <w:rPr>
          <w:b/>
        </w:rPr>
        <w:t xml:space="preserve">[1:15:45] </w:t>
      </w:r>
      <w:r>
        <w:t>time deny ka mani hai ke aap ko 20 saal, 30 saal, 50 saal mutala karna paray ga,</w:t>
      </w:r>
    </w:p>
    <w:p>
      <w:pPr>
        <w:jc w:val="right"/>
      </w:pPr>
      <w:r>
        <w:t>ٹائم دینے کا معنی ہے کہ آپ کو 20 سال، 30 سال، 50 سال مطالعہ کرنا پڑے گا،</w:t>
      </w:r>
    </w:p>
    <w:p>
      <w:r>
        <w:rPr>
          <w:b/>
        </w:rPr>
        <w:t xml:space="preserve">[1:15:51] </w:t>
      </w:r>
      <w:r>
        <w:t>tab ja kar ke woh batain khulain gi. log kya kartay hain? log yani time detay nahin hain aur chahtay hain ke mujtahidana ilm unhain hasil ho jaye.</w:t>
      </w:r>
    </w:p>
    <w:p>
      <w:pPr>
        <w:jc w:val="right"/>
      </w:pPr>
      <w:r>
        <w:t>تب جا کر کے وہ باتیں کھلیں گی۔ لوگ کیا کرتے ہیں؟ لوگ یعنی ٹائم دیتے نہیں ہیں اور چاہتے ہیں کہ مجتہدانہ علم انہیں حاصل ہو جائے۔</w:t>
      </w:r>
    </w:p>
    <w:p>
      <w:r>
        <w:rPr>
          <w:b/>
        </w:rPr>
        <w:t xml:space="preserve">[1:16:01] </w:t>
      </w:r>
      <w:r>
        <w:t>that is third option.</w:t>
      </w:r>
    </w:p>
    <w:p>
      <w:pPr>
        <w:jc w:val="right"/>
      </w:pPr>
      <w:r>
        <w:t>دیٹ از تھرڈ آپشن۔</w:t>
      </w:r>
    </w:p>
    <w:p>
      <w:r>
        <w:rPr>
          <w:b/>
        </w:rPr>
        <w:t xml:space="preserve">[1:16:05] </w:t>
      </w:r>
      <w:r>
        <w:t>woh woh kabhi woh feasible nahin hai. woh sahi, mein sab se kehta hoon ke dekho, aap ke liye third option mumkin nahin hai. ya to aap muqallid ban jai</w:t>
      </w:r>
    </w:p>
    <w:p>
      <w:pPr>
        <w:jc w:val="right"/>
      </w:pPr>
      <w:r>
        <w:t>وہ وہ کبھی وہ فیزیبل نہیں ہے۔ وہ صحیح، میں سب سے کہتا ہوں کہ دیکھیں، آپ کے لیے تھرڈ آپشن ممکن نہیں ہے۔ یا تو آپ مقلد بن جائی</w:t>
      </w:r>
    </w:p>
    <w:p>
      <w:r>
        <w:rPr>
          <w:b/>
        </w:rPr>
        <w:t xml:space="preserve">[1:16:16] </w:t>
      </w:r>
      <w:r>
        <w:t>ye, chup chap se koi jo aadmi kar raha hai, us ko us ko us par amal ki jiye bas, aur koi idhar udhar ke sawal mat kijiye. agar aap ko muqallid nahin banna hai to phir study kijiye, aap arabi zaban parhiye,</w:t>
      </w:r>
    </w:p>
    <w:p>
      <w:pPr>
        <w:jc w:val="right"/>
      </w:pPr>
      <w:r>
        <w:t>ے، چپ چاپ سے کوئی جو آدمی کر رہا ہے، اس کو اس کو اس پر عمل کیجئے بس، اور کوئی ادھر ادھر کے سوال مت کیجئے۔ اگر آپ کو مقلد نہیں بننا ہے تو پھر اسٹڈی کیجئے، آپ عربی زبان پڑھیے،</w:t>
      </w:r>
    </w:p>
    <w:p>
      <w:r>
        <w:rPr>
          <w:b/>
        </w:rPr>
        <w:t xml:space="preserve">[1:16:29] </w:t>
      </w:r>
      <w:r>
        <w:t>aap quran o hadith ko, sari tafseeron ko, hadithon ko, sari kitabon ko parhiye, aur 40 saal tak parhtay rahiye, parhtay rahiye, parhtay rahiye.</w:t>
      </w:r>
    </w:p>
    <w:p>
      <w:pPr>
        <w:jc w:val="right"/>
      </w:pPr>
      <w:r>
        <w:t>آپ قرآن و حدیث کو، ساری تفسیروں کو، حدیثوں کو، ساری کتابوں کو پڑھیے، اور 40 سال تک پڑھتے رہیے، پڑھتے رہیے، پڑھتے رہیے۔</w:t>
      </w:r>
    </w:p>
    <w:p>
      <w:r>
        <w:rPr>
          <w:b/>
        </w:rPr>
        <w:t xml:space="preserve">[1:16:41] </w:t>
      </w:r>
      <w:r>
        <w:t>aik aik qissa mujhe yaad aya, angrezon ke zamanay mein aik nawab sahib wahan gaye, oxford gaye.</w:t>
      </w:r>
    </w:p>
    <w:p>
      <w:pPr>
        <w:jc w:val="right"/>
      </w:pPr>
      <w:r>
        <w:t>ایک ایک قصہ مجھے یاد آیا، انگریزوں کے زمانے میں ایک نواب صاحب وہاں گئے، آکسفورڈ گئے۔</w:t>
      </w:r>
    </w:p>
    <w:p>
      <w:r>
        <w:rPr>
          <w:b/>
        </w:rPr>
        <w:t xml:space="preserve">[1:16:51] </w:t>
      </w:r>
      <w:r>
        <w:t>to oxford jo hai, university hai, wahan bohat bari purani. to is ke lawn kaha jata hai ke bohat achay lawn hain, is ke oxford ke lawn bohat achay hain.</w:t>
      </w:r>
    </w:p>
    <w:p>
      <w:pPr>
        <w:jc w:val="right"/>
      </w:pPr>
      <w:r>
        <w:t>تو آکسفورڈ جو ہے، یونیورسٹی ہے، وہاں بہت بڑی پرانی۔ تو اس کے لان کہا جاتا ہے کہ بہت اچھے لان ہیں، اس کے آکسفورڈ کے لان بہت اچھے ہیں۔</w:t>
      </w:r>
    </w:p>
    <w:p>
      <w:r>
        <w:rPr>
          <w:b/>
        </w:rPr>
        <w:t xml:space="preserve">[1:17:02] </w:t>
      </w:r>
      <w:r>
        <w:t>to nawab sahib wahan gaye to unhon ne lawn dekha, bara acha laga un ko, bohat umda lawn.</w:t>
      </w:r>
    </w:p>
    <w:p>
      <w:pPr>
        <w:jc w:val="right"/>
      </w:pPr>
      <w:r>
        <w:t>تو نواب صاحب وہاں گئے تو انہوں نے لان دیکھا، بڑا اچھا لگا ان کو، بہت عمدہ لان۔</w:t>
      </w:r>
    </w:p>
    <w:p>
      <w:r>
        <w:rPr>
          <w:b/>
        </w:rPr>
        <w:t xml:space="preserve">[1:17:10] </w:t>
      </w:r>
      <w:r>
        <w:t>to unhon ne kaha ke is ke mali ko bulaya, woh jo head tha mali ka wahan, aur kaha ke hum apni kothi mein aisi lawn chahtay hain india mein.</w:t>
      </w:r>
    </w:p>
    <w:p>
      <w:pPr>
        <w:jc w:val="right"/>
      </w:pPr>
      <w:r>
        <w:t>تو انہوں نے کہا کہ اس کے مالی کو بلایا، وہ جو ہیڈ تھا مالی کا وہاں، اور کہا کہ ہم اپنی کوٹھی میں ایسی لان چاہتے ہیں انڈیا میں۔</w:t>
      </w:r>
    </w:p>
    <w:p>
      <w:r>
        <w:rPr>
          <w:b/>
        </w:rPr>
        <w:t xml:space="preserve">[1:17:22] </w:t>
      </w:r>
      <w:r>
        <w:t>to mali ne kaha, "sir, bara bohat asan hai." to unhon ne kaha, "kese?" kaha ke "aap ke pas zameen to hogi, zameen ko level kijiye,</w:t>
      </w:r>
    </w:p>
    <w:p>
      <w:pPr>
        <w:jc w:val="right"/>
      </w:pPr>
      <w:r>
        <w:t>تو مالی نے کہا، "سر، بڑا بہت آسان ہے۔" تو انہوں نے کہا، "کیسے؟" کہا کہ "آپ کے پاس زمین تو ہوگی، زمین کو لیول کیجئے،</w:t>
      </w:r>
    </w:p>
    <w:p>
      <w:r>
        <w:rPr>
          <w:b/>
        </w:rPr>
        <w:t xml:space="preserve">[1:17:33] </w:t>
      </w:r>
      <w:r>
        <w:t>level kar ke is mein khad daliye, khad dal ke is mein pani daliye, pani dal ke is mein ghas lagaiye, phir us ko barabar kaatate rahiye, kaatate rahiye, kaatate rahiye, aur phir bar bar barabar ghas aur pani aur yeh sab detay rahiye, aur 500 saal tak aisay karte rahiye.</w:t>
      </w:r>
    </w:p>
    <w:p>
      <w:pPr>
        <w:jc w:val="right"/>
      </w:pPr>
      <w:r>
        <w:t>لیول کر کے اس میں کھاد ڈالیے، کھاد ڈال کے اس میں پانی ڈالیے، پانی ڈال کے اس میں گھاس لگائیے، پھر اس کو برابر کاٹتے رہیے، کاٹتے رہیے، کاٹتے رہیے، اور پھر بار بار برابر گھاس اور پانی اور یہ سب دیتے رہیے، اور پانچ سو سال تک ایسے کرتے رہیے۔</w:t>
      </w:r>
    </w:p>
    <w:p>
      <w:r>
        <w:rPr>
          <w:b/>
        </w:rPr>
        <w:t xml:space="preserve">[1:17:48] </w:t>
      </w:r>
      <w:r>
        <w:t>aap phir aisi lawn aap ki kothi mein ho jaye ga. matlab yeh jo oxford university hai, 500 saal mein bani hai, yeh is ka is ka jo lawn hai, woh aisa nahin ke 2 din mein tayyar ho gaya.</w:t>
      </w:r>
    </w:p>
    <w:p>
      <w:pPr>
        <w:jc w:val="right"/>
      </w:pPr>
      <w:r>
        <w:t>آپ پھر ایسی لان آپ کی کوٹھی میں ہو جائے گا۔ مطلب یہ جو آکسفورڈ یونیورسٹی ہے، پانچ سو سال میں بنی ہے، یہ اس کا اس کا جو لان ہے، وہ ایسا نہیں کہ دو دن میں تیار ہو گیا۔</w:t>
      </w:r>
    </w:p>
    <w:p>
      <w:r>
        <w:rPr>
          <w:b/>
        </w:rPr>
        <w:t xml:space="preserve">[1:18:02] </w:t>
      </w:r>
      <w:r>
        <w:t>woh</w:t>
      </w:r>
    </w:p>
    <w:p>
      <w:pPr>
        <w:jc w:val="right"/>
      </w:pPr>
      <w:r>
        <w:t>وہ</w:t>
      </w:r>
    </w:p>
    <w:p>
      <w:r>
        <w:rPr>
          <w:b/>
        </w:rPr>
        <w:t xml:space="preserve">[1:18:04] </w:t>
      </w:r>
      <w:r>
        <w:t>500 saal tak is ki dekh rahe, koi usay kaata gaya, tarasha gaya, to itnay shandar lawn hain wahan par. to yeh mamla yahan bhi hai, ya to aadmi gehra mutala kare, usay time de.</w:t>
      </w:r>
    </w:p>
    <w:p>
      <w:pPr>
        <w:jc w:val="right"/>
      </w:pPr>
      <w:r>
        <w:t>پانچ سو سال تک اس کی دیکھ رہے، کوئی اسے کاٹا گیا، تراشا گیا، تو اتنے شاندار لان ہیں وہاں پر۔ تو یہ معاملہ یہاں بھی ہے، یا تو آدمی گہرا مطالعہ کرے، اسے ٹائم دے۔</w:t>
      </w:r>
    </w:p>
    <w:p>
      <w:r>
        <w:rPr>
          <w:b/>
        </w:rPr>
        <w:t xml:space="preserve">[1:18:18] </w:t>
      </w:r>
      <w:r>
        <w:t>mein ne gehra mutala kiya to mein, yani, yani bachon ko bhi chhod chhodna para. mujhe log kehtay hain ke yeh to pagal hain, bachon ka kya hoga?</w:t>
      </w:r>
    </w:p>
    <w:p>
      <w:pPr>
        <w:jc w:val="right"/>
      </w:pPr>
      <w:r>
        <w:t>میں نے گہرا مطالعہ کیا تو میں، یعنی، یعنی بچوں کو بھی چھوڑ چھوڑنا پڑا۔ مجھے لوگ کہتے ہیں کہ یہ تو پاگل ہیں، بچوں کا کیا ہوگا؟</w:t>
      </w:r>
    </w:p>
    <w:p>
      <w:r>
        <w:rPr>
          <w:b/>
        </w:rPr>
        <w:t xml:space="preserve">[1:18:27] </w:t>
      </w:r>
      <w:r>
        <w:t>baqayda mere rishtaydar yeh kehtay thay ke in ke bachon ka kya hoga?</w:t>
      </w:r>
    </w:p>
    <w:p>
      <w:pPr>
        <w:jc w:val="right"/>
      </w:pPr>
      <w:r>
        <w:t>باقاعدہ میرے رشتہ دار یہ کہتے تھے کہ ان کے بچوں کا کیا ہوگا؟</w:t>
      </w:r>
    </w:p>
    <w:p>
      <w:r>
        <w:rPr>
          <w:b/>
        </w:rPr>
        <w:t xml:space="preserve">[1:18:35] </w:t>
      </w:r>
      <w:r>
        <w:t>aik martaba mein adam, mujhe ab tak yaad hai woh manzar ke mein kahin gaya hua tha, to jab wapas aya to hamari biwi theen, bachay hamare ho chukay thay us waqt.</w:t>
      </w:r>
    </w:p>
    <w:p>
      <w:pPr>
        <w:jc w:val="right"/>
      </w:pPr>
      <w:r>
        <w:t>ایک مرتبہ میں آدم، مجھے اب تک یاد ہے وہ منظر کہ میں کہیں گیا ہوا تھا، تو جب واپس آیا تو ہماری بیوی تھیں، بچے ہمارے ہو چکے تھے اس وقت۔</w:t>
      </w:r>
    </w:p>
    <w:p>
      <w:r>
        <w:rPr>
          <w:b/>
        </w:rPr>
        <w:t xml:space="preserve">[1:18:44] </w:t>
      </w:r>
      <w:r>
        <w:t>to unhon ne kaha, "hum in ki aik saheli hua karti theen, ab saheli ka bhi intiqal ho gaya." to unhon ne kaha ke woh keh rahi theen ke "bhai, tumhare jo aadmi hain, matlab mein jo shohar tumhare hain, un ka kharcha un ke bhai uthatay hain,</w:t>
      </w:r>
    </w:p>
    <w:p>
      <w:pPr>
        <w:jc w:val="right"/>
      </w:pPr>
      <w:r>
        <w:t>تو انہوں نے کہا، "ہم ان کی ایک سہیلی ہوا کرتی تھیں، اب سہیلی کا بھی انتقال ہو گیا۔" تو انہوں نے کہا کہ وہ کہہ رہی تھیں کہ "بھئی، تمہارے جو آدمی ہیں، مطلب میں جو شوہر تمہارے ہیں، ان کا خرچہ ان کے بھائی اٹھاتے ہیں،</w:t>
      </w:r>
    </w:p>
    <w:p>
      <w:r>
        <w:rPr>
          <w:b/>
        </w:rPr>
        <w:t xml:space="preserve">[1:19:00] </w:t>
      </w:r>
      <w:r>
        <w:t>tumhara kya hoga un ke baad? tumhare bachay kon paale</w:t>
      </w:r>
    </w:p>
    <w:p>
      <w:pPr>
        <w:jc w:val="right"/>
      </w:pPr>
      <w:r>
        <w:t>تمہارا کیا ہوگا ان کے بعد؟ تمہارے بچے کون پالے</w:t>
      </w:r>
    </w:p>
    <w:p>
      <w:r>
        <w:rPr>
          <w:b/>
        </w:rPr>
        <w:t xml:space="preserve">[1:19:03] </w:t>
      </w:r>
      <w:r>
        <w:t>ga? kya kese chalay ga kaam tumhara?" to mein, mujhe yaad hai ab tak, mein khara tha aur un ko suna.</w:t>
      </w:r>
    </w:p>
    <w:p>
      <w:pPr>
        <w:jc w:val="right"/>
      </w:pPr>
      <w:r>
        <w:t>گا؟ کیا کیسے چلے گا کام تمہارا؟" تو میں، مجھے یاد ہے اب تک، میں کھڑا تھا اور ان کو سنا۔</w:t>
      </w:r>
    </w:p>
    <w:p>
      <w:r>
        <w:rPr>
          <w:b/>
        </w:rPr>
        <w:t xml:space="preserve">[1:19:12] </w:t>
      </w:r>
      <w:r>
        <w:t>un ke baad kharay kharay mein ne jawab diya ke "un se keh do ke yeh kashti apne tamam sawaron samait bas Allah ke hawale hai." to mein ne, mein ne woh option liya, ijtihad wala option.</w:t>
      </w:r>
    </w:p>
    <w:p>
      <w:pPr>
        <w:jc w:val="right"/>
      </w:pPr>
      <w:r>
        <w:t>ان کے بعد کھڑے کھڑے میں نے جواب دیا کہ "ان سے کہہ دو کہ یہ کشتی اپنے تمام سواروں سمیت بس اللہ کے حوالے ہے۔" تو میں نے، میں نے وہ آپشن لیا، اجتہاد والا آپشن۔</w:t>
      </w:r>
    </w:p>
    <w:p>
      <w:r>
        <w:rPr>
          <w:b/>
        </w:rPr>
        <w:t xml:space="preserve">[1:19:26] </w:t>
      </w:r>
      <w:r>
        <w:t>mein keh sakta hoon ke mera, mera yeh poora mission ijtihad pe chal raha hai, taqleed par nahin chal raha hai. yeh</w:t>
      </w:r>
    </w:p>
    <w:p>
      <w:pPr>
        <w:jc w:val="right"/>
      </w:pPr>
      <w:r>
        <w:t>میں کہہ سکتا ہوں کہ میرا، میرا یہ پورا مشن اجتہاد پہ چل رہا ہے، تقلید پر نہیں چل رہا ہے۔ یہ</w:t>
      </w:r>
    </w:p>
    <w:p>
      <w:r>
        <w:rPr>
          <w:b/>
        </w:rPr>
        <w:t xml:space="preserve">[1:19:32] </w:t>
      </w:r>
      <w:r>
        <w:t>to mein ne is ki price di hai ke mein yeh kehta hoon ke mera mission ijtihad par chal raha hai. to mein ne us ko price di hai,</w:t>
      </w:r>
    </w:p>
    <w:p>
      <w:pPr>
        <w:jc w:val="right"/>
      </w:pPr>
      <w:r>
        <w:t>تو میں نے اس کی پرائز دی ہے کہ میں یہ کہتا ہوں کہ میرا مشن اجتہاد پر چل رہا ہے۔ تو میں نے اس کو پرائز دی ہے،</w:t>
      </w:r>
    </w:p>
    <w:p>
      <w:r>
        <w:rPr>
          <w:b/>
        </w:rPr>
        <w:t xml:space="preserve">[1:19:40] </w:t>
      </w:r>
      <w:r>
        <w:t>sari zindagi parha hai, parha hai, parha hai, parha hai, parha hai. ab log price dilana chahtay hain aur chahtay hain ke mujtahid ban jayen, tere din pass huay.</w:t>
      </w:r>
    </w:p>
    <w:p>
      <w:pPr>
        <w:jc w:val="right"/>
      </w:pPr>
      <w:r>
        <w:t>ساری زندگی پڑھا ہے، پڑھا ہے، پڑھا ہے، پڑھا ہے، پڑھا ہے۔ اب لوگ پرائز دلانا چاہتے ہیں اور چاہتے ہیں کہ مجتہد بن جائیں، تیرے دن پاس ہوئے۔</w:t>
      </w:r>
    </w:p>
    <w:p>
      <w:r>
        <w:rPr>
          <w:b/>
        </w:rPr>
        <w:t xml:space="preserve">[1:19:50] </w:t>
      </w:r>
      <w:r>
        <w:t>to mein arz karunga ke logon ko chahiye ke aap to muqallid banen, aur muqallid banne par raazi nahi hain to phir phir ijtihad ki prize dein is ki. prize mein ne is tarah padhaya hai ke ek zamane mein mein dar-ul-uloom padhta tha to marks ne is tarah padha tha.</w:t>
      </w:r>
    </w:p>
    <w:p>
      <w:pPr>
        <w:jc w:val="right"/>
      </w:pPr>
      <w:r>
        <w:t>تو میں عرض کروں گا کہ لوگوں کو چاہیے کہ آپ تو مقلد بنیں، اور مقلد بننے پر راضی نہیں ہیں تو پھر پھر اجتہاد کی پرائز دیں اس کی۔ پرائز میں نے اس طرح پڑھایا ہے کہ ایک زمانے میں میں دارالعلوم پڑھتا تھا تو مارکس نے اس طرح پڑھا تھا۔</w:t>
      </w:r>
    </w:p>
    <w:p>
      <w:r>
        <w:rPr>
          <w:b/>
        </w:rPr>
        <w:t xml:space="preserve">[1:20:06] </w:t>
      </w:r>
      <w:r>
        <w:t>marks ne mujhe ek hi aadmi maloom hai, mere tareeqe se.</w:t>
      </w:r>
    </w:p>
    <w:p>
      <w:pPr>
        <w:jc w:val="right"/>
      </w:pPr>
      <w:r>
        <w:t>مارکس نے مجھے ایک ہی آدمی معلوم ہے، میرے طریقے سے۔</w:t>
      </w:r>
    </w:p>
    <w:p>
      <w:r>
        <w:rPr>
          <w:b/>
        </w:rPr>
        <w:t xml:space="preserve">[1:20:10] </w:t>
      </w:r>
      <w:r>
        <w:t>marks jo hai, berlin ki university mein subah ko jata tha, jab darwaze khulte the is ke, matlab library ke. is ke baad jab band hota tha, tab wo nikalta tha.</w:t>
      </w:r>
    </w:p>
    <w:p>
      <w:pPr>
        <w:jc w:val="right"/>
      </w:pPr>
      <w:r>
        <w:t>مارکس جو ہے، برلن کی یونیورسٹی میں صبح کو جاتا تھا، جب دروازے کھلتے تھے اس کے، مطلب لائبریری کے۔ اس کے بعد جب بند ہوتا تھا، تب وہ نکلتا تھا۔</w:t>
      </w:r>
    </w:p>
    <w:p>
      <w:r>
        <w:rPr>
          <w:b/>
        </w:rPr>
        <w:t xml:space="preserve">[1:20:20] </w:t>
      </w:r>
      <w:r>
        <w:t>wahan</w:t>
      </w:r>
    </w:p>
    <w:p>
      <w:pPr>
        <w:jc w:val="right"/>
      </w:pPr>
      <w:r>
        <w:t>وہاں</w:t>
      </w:r>
    </w:p>
    <w:p>
      <w:r>
        <w:rPr>
          <w:b/>
        </w:rPr>
        <w:t xml:space="preserve">[1:20:23] </w:t>
      </w:r>
      <w:r>
        <w:t>aise hi mani kya hai ke dar-ul-uloom rafeen ka jab darwaza khulta tha library ka to wo pehla shakhs hota tha, hamara dakhil hone wala. jab band ho raha tha, hota tha to mein aakhri shakhs hota tha, nikalne wala.</w:t>
      </w:r>
    </w:p>
    <w:p>
      <w:pPr>
        <w:jc w:val="right"/>
      </w:pPr>
      <w:r>
        <w:t>ایسے ہی معنی کیا ہے کہ دارالعلوم رفین کا جب دروازہ کھلتا تھا لائبریری کا تو وہ پہلا شخص ہوتا تھا، ہمارا داخل ہونے والا۔ جب بند ہو رہا تھا، ہوتا تھا تو میں آخری شخص ہوتا تھا، نکلنے والا۔</w:t>
      </w:r>
    </w:p>
    <w:p>
      <w:r>
        <w:rPr>
          <w:b/>
        </w:rPr>
        <w:t xml:space="preserve">[1:20:35] </w:t>
      </w:r>
      <w:r>
        <w:t>to mein yeh keh sakta hoon ke mera mission ijtihad par khada hua hai, lekin jo aadmi yeh sab nahi kare to muqallid banna padega.</w:t>
      </w:r>
    </w:p>
    <w:p>
      <w:pPr>
        <w:jc w:val="right"/>
      </w:pPr>
      <w:r>
        <w:t>تو میں یہ کہہ سکتا ہوں کہ میرا مشن اجتہاد پر کھڑا ہوا ہے، لیکن جو آدمی یہ سب نہیں کرے تو مقلد بننا پڑے گا۔</w:t>
      </w:r>
    </w:p>
    <w:p>
      <w:r>
        <w:rPr>
          <w:b/>
        </w:rPr>
        <w:t xml:space="preserve">[1:20:43] </w:t>
      </w:r>
      <w:r>
        <w:t>isko wo ijtihad mein nahi ja sakte, ho sakta hai wo third option nahi le sakte. aap is duniya mein third option possible hai. doosra sawal lete hain.</w:t>
      </w:r>
    </w:p>
    <w:p>
      <w:pPr>
        <w:jc w:val="right"/>
      </w:pPr>
      <w:r>
        <w:t>اس کو وہ اجتہاد میں نہیں جا سکتے، ہو سکتا ہے وہ تھرڈ آپشن نہیں لے سکتے۔ آپ اس دنیا میں تھرڈ آپشن پاسیبل ہے۔ دوسرا سوال لیتے ہیں۔</w:t>
      </w:r>
    </w:p>
    <w:p>
      <w:r>
        <w:rPr>
          <w:b/>
        </w:rPr>
        <w:t xml:space="preserve">[1:20:52] </w:t>
      </w:r>
      <w:r>
        <w:t>maulana, yeh poocha hai maulana zikwan nadvi ne dilli se, unhon ne likha hai ke "what is the importance of reading seerah of the prophet of islam and his companions life for a da'i?</w:t>
      </w:r>
    </w:p>
    <w:p>
      <w:pPr>
        <w:jc w:val="right"/>
      </w:pPr>
      <w:r>
        <w:t>مولانا، یہ پوچھا ہے مولانا زکوان ندوی نے دلی سے، انہوں نے لکھا ہے کہ "واٹ از دی امپورٹنس اف ریڈنگ سیرہ اف دا پرافٹ اف اسلام اینڈ ہز کمپینینز لائف فار ا دائی؟</w:t>
      </w:r>
    </w:p>
    <w:p>
      <w:r>
        <w:rPr>
          <w:b/>
        </w:rPr>
        <w:t xml:space="preserve">[1:21:08] </w:t>
      </w:r>
      <w:r>
        <w:t>which books you will recommend in this regard?"</w:t>
      </w:r>
    </w:p>
    <w:p>
      <w:pPr>
        <w:jc w:val="right"/>
      </w:pPr>
      <w:r>
        <w:t>وچ بکس یو ویل ریکمنڈ ان دس ریگارڈ؟"</w:t>
      </w:r>
    </w:p>
    <w:p>
      <w:r>
        <w:rPr>
          <w:b/>
        </w:rPr>
        <w:t xml:space="preserve">[1:21:13] </w:t>
      </w:r>
      <w:r>
        <w:t>dekhen, islam mein aisa hai ke ek hai, yani ek hai is ki theory, ek hai is ki practice.</w:t>
      </w:r>
    </w:p>
    <w:p>
      <w:pPr>
        <w:jc w:val="right"/>
      </w:pPr>
      <w:r>
        <w:t>دیکھیں، اسلام میں ایسا ہے کہ ایک ہے، یعنی ایک ہے اس کی تھیوری، ایک ہے اس کی پریکٹس۔</w:t>
      </w:r>
    </w:p>
    <w:p>
      <w:r>
        <w:rPr>
          <w:b/>
        </w:rPr>
        <w:t xml:space="preserve">[1:21:26] </w:t>
      </w:r>
      <w:r>
        <w:t>to agar aap ko yeh janna ho ke islam ki ideology kya hai, islam ke nazariyat kya hain, islam ke basic principles kya hain, to aap quran ko padhen.</w:t>
      </w:r>
    </w:p>
    <w:p>
      <w:pPr>
        <w:jc w:val="right"/>
      </w:pPr>
      <w:r>
        <w:t>تو اگر آپ کو یہ جاننا ہو کہ اسلام کی آئیڈیالوجی کیا ہے، اسلام کے نظریات کیا ہیں، اسلام کے بیسک پرنسپلز کیا ہیں، تو آپ قرآن کو پڑھیے۔</w:t>
      </w:r>
    </w:p>
    <w:p>
      <w:r>
        <w:rPr>
          <w:b/>
        </w:rPr>
        <w:t xml:space="preserve">[1:21:38] </w:t>
      </w:r>
      <w:r>
        <w:t>jitne bhi basic principles hain, wo poore ke poore islam quran mein mil jayenge aap ko. lekin jab sawal aata hai ke kaise practice kiya jaye, to rasool allah ne farmaya tha ke "sallu kama ra'aytani salli".</w:t>
      </w:r>
    </w:p>
    <w:p>
      <w:pPr>
        <w:jc w:val="right"/>
      </w:pPr>
      <w:r>
        <w:t>جتنے بھی بیسک پرنسپلز ہیں، وہ پورے کے پورے اسلام قرآن میں مل جائیں گے آپ کو۔ لیکن جب سوال آتا ہے کہ کیسے پریکٹس کیا جائے، تو رسول اللہ نے فرمایا تھا کہ "صلو کما رایت منی صلی"۔</w:t>
      </w:r>
    </w:p>
    <w:p>
      <w:r>
        <w:rPr>
          <w:b/>
        </w:rPr>
        <w:t xml:space="preserve">[1:21:59] </w:t>
      </w:r>
      <w:r>
        <w:t>namaz padho is tarah jis tarah se mein namaz padhta hoon, mujh ko dekh kar ke. to yeh mani ke islam mein rasool allah model hain,</w:t>
      </w:r>
    </w:p>
    <w:p>
      <w:pPr>
        <w:jc w:val="right"/>
      </w:pPr>
      <w:r>
        <w:t>نماز پڑھو اس طرح جس طرح سے میں نماز پڑھتا ہوں، مجھ کو دیکھ کر کے۔ تو یہ معنی کہ اسلام میں رسول اللہ ماڈل ہیں،</w:t>
      </w:r>
    </w:p>
    <w:p>
      <w:r>
        <w:rPr>
          <w:b/>
        </w:rPr>
        <w:t xml:space="preserve">[1:22:07] </w:t>
      </w:r>
      <w:r>
        <w:t>yani quran jo hai, wo islam ki ideology batata hai, rasool allah model hain. rasool allah ko dekh kar ke hum jante hain, jaan paate hain ke islam par kaise chala jaye.</w:t>
      </w:r>
    </w:p>
    <w:p>
      <w:pPr>
        <w:jc w:val="right"/>
      </w:pPr>
      <w:r>
        <w:t>یعنی قرآن جو ہے، وہ اسلام کی آئیڈیالوجی بتاتا ہے، رسول اللہ ماڈل ہیں۔ رسول اللہ کو دیکھ کر کے ہم جانتے ہیں، جان پاتے ہیں کہ اسلام پر کیسے چلا جائے۔</w:t>
      </w:r>
    </w:p>
    <w:p>
      <w:r>
        <w:rPr>
          <w:b/>
        </w:rPr>
        <w:t xml:space="preserve">[1:22:21] </w:t>
      </w:r>
      <w:r>
        <w:t>aur isi tareeqe se sahaba model hain, kyunke sahaba ne direct taur par rasool allah seekha, direct taur par.</w:t>
      </w:r>
    </w:p>
    <w:p>
      <w:pPr>
        <w:jc w:val="right"/>
      </w:pPr>
      <w:r>
        <w:t>اور اسی طریقے سے صحابہ ماڈل ہیں، کیونکہ صحابہ نے ڈائریکٹ طور پر رسول اللہ سیکھا، ڈائریکٹ طور پر۔</w:t>
      </w:r>
    </w:p>
    <w:p>
      <w:r>
        <w:rPr>
          <w:b/>
        </w:rPr>
        <w:t xml:space="preserve">[1:22:30] </w:t>
      </w:r>
      <w:r>
        <w:t>to asal model to rasool allah hue, asal model hai, lekin tawan, tawan matlab te se tawan, sahaba model hain.</w:t>
      </w:r>
    </w:p>
    <w:p>
      <w:pPr>
        <w:jc w:val="right"/>
      </w:pPr>
      <w:r>
        <w:t>تو اصل ماڈل تو رسول اللہ ہوئے، اصل ماڈل ہے، لیکن توان، توان مطلب تے سے توان، صحابہ ماڈل ہیں۔</w:t>
      </w:r>
    </w:p>
    <w:p>
      <w:r>
        <w:rPr>
          <w:b/>
        </w:rPr>
        <w:t xml:space="preserve">[1:22:41] </w:t>
      </w:r>
      <w:r>
        <w:t>is ke baad koi model nahi, is ke baad koi model nahi hai. asal model rasool allah hue, aur aur un ke, yani un ke direct taur par un se tarbiyat lene ki bina par sahaba model hue.</w:t>
      </w:r>
    </w:p>
    <w:p>
      <w:pPr>
        <w:jc w:val="right"/>
      </w:pPr>
      <w:r>
        <w:t>اس کے بعد کوئی ماڈل نہیں، اس کے بعد کوئی ماڈل نہیں ہے۔ اصل ماڈل رسول اللہ ہوئے، اور اور ان کے، یعنی ان کے ڈائریکٹ طور پر ان سے تربیت لینے کی بنا پر صحابہ ماڈل ہوئے۔</w:t>
      </w:r>
    </w:p>
    <w:p>
      <w:r>
        <w:rPr>
          <w:b/>
        </w:rPr>
        <w:t xml:space="preserve">[1:23:00] </w:t>
      </w:r>
      <w:r>
        <w:t>yeh to usooli baat hui. ab mein yeh kahunga ke jis ko in baaton ko janna hai, to pehle to wo quran ko padhe, arabi nahi janta to tarjuma padhe.</w:t>
      </w:r>
    </w:p>
    <w:p>
      <w:pPr>
        <w:jc w:val="right"/>
      </w:pPr>
      <w:r>
        <w:t>یہ تو اصولی بات ہوئی۔ اب میں یہ کہوں گا کہ جس کو ان باتوں کو جاننا ہے، تو پہلے تو وہ قرآن کو پڑھے، عربی نہیں جانتا تو ترجمہ پڑھے۔</w:t>
      </w:r>
    </w:p>
    <w:p>
      <w:r>
        <w:rPr>
          <w:b/>
        </w:rPr>
        <w:t xml:space="preserve">[1:23:13] </w:t>
      </w:r>
      <w:r>
        <w:t>to seerah par jo kitaben hain, seerah par hazaron kitaben likhi gayi hain, hazaron kitaben likhi gayi hain. lekin agar kisi ek kitab ko mein recommend karun to mein kahunga ke wo seerah ibn kathir.</w:t>
      </w:r>
    </w:p>
    <w:p>
      <w:pPr>
        <w:jc w:val="right"/>
      </w:pPr>
      <w:r>
        <w:t>تو سیرت پر جو کتابیں ہیں، سیرت پر ہزاروں کتابیں لکھی گئی ہیں، ہزاروں کتابیں لکھی گئی ہیں۔ لیکن اگر کسی ایک کتاب کو میں ریکمنڈ کروں تو میں کہوں گا کہ وہ سیرت ابن کثیر۔</w:t>
      </w:r>
    </w:p>
    <w:p>
      <w:r>
        <w:rPr>
          <w:b/>
        </w:rPr>
        <w:t xml:space="preserve">[1:23:25] </w:t>
      </w:r>
      <w:r>
        <w:t>seerah ibn kathir jo hai, urdu mein bhi hai aur is ke tarjume bhi chhap chuke hain mukhtalif zubanon mein. to ek kitab agar mauqa hai aadmi ko padhne ka sirf to seerah ibn kathir padhen.</w:t>
      </w:r>
    </w:p>
    <w:p>
      <w:pPr>
        <w:jc w:val="right"/>
      </w:pPr>
      <w:r>
        <w:t>سیرت ابن کثیر جو ہے، اردو میں بھی ہے اور اس کے ترجمے بھی چھپ چکے ہیں مختلف زبانوں میں۔ تو ایک کتاب اگر موقع ہے آدمی کو پڑھنے کا صرف تو سیرت ابن کثیر پڑھیں۔</w:t>
      </w:r>
    </w:p>
    <w:p>
      <w:r>
        <w:rPr>
          <w:b/>
        </w:rPr>
        <w:t xml:space="preserve">[1:23:37] </w:t>
      </w:r>
      <w:r>
        <w:t>wo jo mere paas wo arabi mein hai, ghaliban char juldon mein hai. wo to aslan wo al-bidaya wa al-nihaya jo un ki bahut badi kitab hai, us ka hissa hai.</w:t>
      </w:r>
    </w:p>
    <w:p>
      <w:pPr>
        <w:jc w:val="right"/>
      </w:pPr>
      <w:r>
        <w:t>وہ جو میرے پاس وہ عربی میں ہے، غالباً چار جلدوں میں ہے۔ وہ تو اصلاً وہ البدایہ والنہایہ جو ان کی بہت بڑی کتاب ہے، اس کا حصہ ہے۔</w:t>
      </w:r>
    </w:p>
    <w:p>
      <w:r>
        <w:rPr>
          <w:b/>
        </w:rPr>
        <w:t xml:space="preserve">[1:23:49] </w:t>
      </w:r>
      <w:r>
        <w:t>wo yani ibn kathir bahut bade aalim the, unhon ne islam ki tareekh likhi hai. is tareekh ka ek hissa wo hai jo rasool allah se mutalliq hai, us ko alag kar ke chhap diya gaya hai, isi ka naam hai seerah ibn kathir.</w:t>
      </w:r>
    </w:p>
    <w:p>
      <w:pPr>
        <w:jc w:val="right"/>
      </w:pPr>
      <w:r>
        <w:t>وہ یعنی ابن کثیر بہت بڑے عالم تھے، انہوں نے اسلام کی تاریخ لکھی ہے۔ اس تاریخ کا ایک حصہ وہ ہے جو رسول اللہ سے متعلق ہے، اس کو الگ کر کے چھاپ دیا گیا ہے، اسی کا نام ہے سیرت ابن کثیر۔</w:t>
      </w:r>
    </w:p>
    <w:p>
      <w:r>
        <w:rPr>
          <w:b/>
        </w:rPr>
        <w:t xml:space="preserve">[1:24:05] </w:t>
      </w:r>
      <w:r>
        <w:t>sahaba ke bare mein jahan tak hai, bahut sari kitaben likhi gayi hain, bahut sari kitaben, lekin mere khayal se best kitab jo hai, wo maulana yusuf sahib ki hai, jis ka naam hai hayat al-sahaba.</w:t>
      </w:r>
    </w:p>
    <w:p>
      <w:pPr>
        <w:jc w:val="right"/>
      </w:pPr>
      <w:r>
        <w:t>صحابہ کے بارے میں جہاں تک ہے، بہت ساری کتابیں لکھی گئی ہیں، بہت ساری کتابیں، لیکن میرے خیال سے بیسٹ کتاب جو ہے، وہ مولانا یوسف صاحب کی ہے، جس کا نام ہے حیات الصحابہ۔</w:t>
      </w:r>
    </w:p>
    <w:p>
      <w:r>
        <w:rPr>
          <w:b/>
        </w:rPr>
        <w:t xml:space="preserve">[1:24:17] </w:t>
      </w:r>
      <w:r>
        <w:t>yeh kitab bhi dekhen, arabi mein bhi hai, is ke tarjume bhi chhap chuke hain. to mein yeh kahunga ke jis ko ke mauqa ho to poori library padh sakta hai wo, lekin jis ko mauqa na ho to itna padhe wo</w:t>
      </w:r>
    </w:p>
    <w:p>
      <w:pPr>
        <w:jc w:val="right"/>
      </w:pPr>
      <w:r>
        <w:t>یہ کتاب بھی دیکھیے، عربی میں بھی ہے، اس کے ترجمے بھی چھپ چکے ہیں۔ تو میں یہ کہوں گا کہ جس کو کہ موقع ہو تو پوری لائبریری پڑھ سکتا ہے وہ، لیکن جس کو موقع نہ ہو تو اتنا پڑھے وہ</w:t>
      </w:r>
    </w:p>
    <w:p>
      <w:r>
        <w:rPr>
          <w:b/>
        </w:rPr>
        <w:t xml:space="preserve">[1:24:32] </w:t>
      </w:r>
      <w:r>
        <w:t>, yani quran ko padhe aur seerah ibn kathir ko padhe. hadithon ke liye wo mishkat ko padhe, mishkat al-masabih ko padhe, wo bhi tarjume maujood hain is ke.</w:t>
      </w:r>
    </w:p>
    <w:p>
      <w:pPr>
        <w:jc w:val="right"/>
      </w:pPr>
      <w:r>
        <w:t>، یعنی قرآن کو پڑھے اور سیرت ابن کثیر کو پڑھے۔ حدیثوں کے لیے وہ مشکات کو پڑھے، مشکات المصابیح کو پڑھے، وہ بھی ترجمے موجود ہیں اس کے۔</w:t>
      </w:r>
    </w:p>
    <w:p>
      <w:r>
        <w:rPr>
          <w:b/>
        </w:rPr>
        <w:t xml:space="preserve">[1:24:43] </w:t>
      </w:r>
      <w:r>
        <w:t>aur phir sahaba ke liye woh hayat us sahaba ko parhe, phir us ko islam ki poori tasweer samne aa jaye gi, poori tasweer is ke samne aa jaye gi, nazri bhi, amli bhi.</w:t>
      </w:r>
    </w:p>
    <w:p>
      <w:pPr>
        <w:jc w:val="right"/>
      </w:pPr>
      <w:r>
        <w:t>اور پھر صحابہ کے لیے وہ حیات الصحابہ کو پڑھے، پھر اس کو اسلام کی پوری تصویر سامنے آ جائے گی، پوری تصویر اس کے سامنے آ جائے گی، نظری بھی، عملی بھی۔</w:t>
      </w:r>
    </w:p>
    <w:p>
      <w:r>
        <w:rPr>
          <w:b/>
        </w:rPr>
        <w:t xml:space="preserve">[1:24:58] </w:t>
      </w:r>
      <w:r>
        <w:t>maulana, agla sawal kiya hai? miss aisha ne dilli se</w:t>
      </w:r>
    </w:p>
    <w:p>
      <w:pPr>
        <w:jc w:val="right"/>
      </w:pPr>
      <w:r>
        <w:t>مولانا، اگلا سوال کیا ہے؟ مس عائشہ نے دلی سے</w:t>
      </w:r>
    </w:p>
    <w:p>
      <w:r>
        <w:rPr>
          <w:b/>
        </w:rPr>
        <w:t xml:space="preserve">[1:25:01] </w:t>
      </w:r>
      <w:r>
        <w:t>unhon ne poocha hai ke "how one should study quran in the ramadan?"</w:t>
      </w:r>
    </w:p>
    <w:p>
      <w:pPr>
        <w:jc w:val="right"/>
      </w:pPr>
      <w:r>
        <w:t>، انہوں نے پوچھا ہے کہ "ہاؤ ون شوڈ سٹڈی قرآن ان دی رمضان؟"</w:t>
      </w:r>
    </w:p>
    <w:p>
      <w:r>
        <w:rPr>
          <w:b/>
        </w:rPr>
        <w:t xml:space="preserve">[1:25:10] </w:t>
      </w:r>
      <w:r>
        <w:t>ab dekhen, is ka koi yani koi method nahi hota hai, bas ghore karna, sochna.</w:t>
      </w:r>
    </w:p>
    <w:p>
      <w:pPr>
        <w:jc w:val="right"/>
      </w:pPr>
      <w:r>
        <w:t>اب دیکھیں، اس کا کوئی یعنی کوئی میتھڈ نہیں ہوتا ہے، بس غور کرنا، سوچنا۔</w:t>
      </w:r>
    </w:p>
    <w:p>
      <w:r>
        <w:rPr>
          <w:b/>
        </w:rPr>
        <w:t xml:space="preserve">[1:25:22] </w:t>
      </w:r>
      <w:r>
        <w:t>ab jaise ke mein ne ek bar parh raha tha to "alhamdulillah rabbil alameen"</w:t>
      </w:r>
    </w:p>
    <w:p>
      <w:pPr>
        <w:jc w:val="right"/>
      </w:pPr>
      <w:r>
        <w:t>اب جیسے کہ میں نے ایک بار پڑھ رہا تھا تو "الحمدللہ رب العالمین"</w:t>
      </w:r>
    </w:p>
    <w:p>
      <w:r>
        <w:rPr>
          <w:b/>
        </w:rPr>
        <w:t xml:space="preserve">[1:25:28] </w:t>
      </w:r>
      <w:r>
        <w:t>to alhamd jo hai, hamd jo hai, hamd ko aam tor par log kehte hain ke is ka matlab hai tareef. maulana hamiduddin farahi ne kaha hai ke nahi, is ka matlab hai shukr. to mein bataon, shukr aur tareef dono is mein shamil hain, yani woh allah jo sab se ziyada qabil tareef hai, woh allah jis ka shukr karna chahiye.</w:t>
      </w:r>
    </w:p>
    <w:p>
      <w:pPr>
        <w:jc w:val="right"/>
      </w:pPr>
      <w:r>
        <w:t>تو الحمد جو ہے، حمد جو ہے، حمد کو عام طور پر لوگ کہتے ہیں کہ اس کا معنی ہے تعریف۔ مولانا حمد الدین فرائی نے کہا ہے کہ نہیں، اس کا مطلب ہے شکر۔ تو میں بتاؤں، شکر اور تعریف دونوں اس میں شامل ہیں، یعنی وہ اللہ جو سب سے زیادہ قابل تعریف ہے، وہ اللہ جس کا شکر کرنا چاہیے۔</w:t>
      </w:r>
    </w:p>
    <w:p>
      <w:r>
        <w:rPr>
          <w:b/>
        </w:rPr>
        <w:t xml:space="preserve">[1:25:45] </w:t>
      </w:r>
      <w:r>
        <w:t>to mein ne socha ke "alhamdulillah rabbil alameen" ka aadmi ek tarjuma yeh hota hai urdu mein ke sari tareef allah ke liye, sara shukr allah ke liye hai.</w:t>
      </w:r>
    </w:p>
    <w:p>
      <w:pPr>
        <w:jc w:val="right"/>
      </w:pPr>
      <w:r>
        <w:t>تو میں نے سوچا کہ "الحمدللہ رب العالمین" کا آدمی ایک ترجمہ یہ ہوتا ہے اردو میں کہ ساری تعریف اللہ کے لیے، سارا شکر اللہ کے لیے ہے۔</w:t>
      </w:r>
    </w:p>
    <w:p>
      <w:r>
        <w:rPr>
          <w:b/>
        </w:rPr>
        <w:t xml:space="preserve">[1:25:56] </w:t>
      </w:r>
      <w:r>
        <w:t>to mein ne socha ke insan ko to har waqt ek na ek pareshani rehti hai, koi mayoosi mein mubtala ho jata hai, kabhi ghussa aata hai is ko, kabhi koi nuqsan pohancha deta hai is ko.</w:t>
      </w:r>
    </w:p>
    <w:p>
      <w:pPr>
        <w:jc w:val="right"/>
      </w:pPr>
      <w:r>
        <w:t>تو میں نے سوچا کہ انسان کو تو ہر وقت ایک نہ ایک پریشانی رہتی ہے، کوئی مایوسی میں مبتلا ہو جاتا ہے، کبھی غصہ آتا ہے اس کو، کبھی کوئی نقصان پہنچا دیتا ہے اس کو۔</w:t>
      </w:r>
    </w:p>
    <w:p>
      <w:r>
        <w:rPr>
          <w:b/>
        </w:rPr>
        <w:t xml:space="preserve">[1:26:11] </w:t>
      </w:r>
      <w:r>
        <w:t>to kaise yeh yani sahi matlab bol bol paye ga? woh adhura adhure tareeqe se bole ga. woh meri yeh kehne ke liye khuda sari tareef tere liye</w:t>
      </w:r>
    </w:p>
    <w:p>
      <w:pPr>
        <w:jc w:val="right"/>
      </w:pPr>
      <w:r>
        <w:t>تو کیسے یہ یعنی صحیح معنی بول بول پائے گا؟ وہ ادھورا ادھورے طریقے سے بولے گا۔ وہ میری یہ کہنے کے لیے خدا ساری تعریف تیرے لیے</w:t>
      </w:r>
    </w:p>
    <w:p>
      <w:r>
        <w:rPr>
          <w:b/>
        </w:rPr>
        <w:t xml:space="preserve">[1:26:23] </w:t>
      </w:r>
      <w:r>
        <w:t>hai, khuda sara shukr tere liye. kaise aap kahen ge agar aap jee rahe hain manfi jazbat mein? mayoosi aur mein aur nashukri, aur matlab insan ke bahar nashukri agar hai to khuda ka shukr kahan se aa jaye ga?</w:t>
      </w:r>
    </w:p>
    <w:p>
      <w:pPr>
        <w:jc w:val="right"/>
      </w:pPr>
      <w:r>
        <w:t>ہے، خدا سارا شکر تیرے لیے۔ کیسے آپ کہیں گے اگر آپ جی رہے ہیں منفی جذبات میں؟ مایوسی اور میں اور ناشکری، اور مطلب انسان کے باہر ناشکری اگر ہے تو خدا کا شکر کہاں سے آ جائے گا؟</w:t>
      </w:r>
    </w:p>
    <w:p>
      <w:r>
        <w:rPr>
          <w:b/>
        </w:rPr>
        <w:t xml:space="preserve">[1:26:39] </w:t>
      </w:r>
      <w:r>
        <w:t>yeh is waqt socha mein ne. to mujhe samajh mein aya hai ke agar kisi ko sach mach "alhamdulillah rabbil alameen" mein jeena hai to is ko insani shikayaton ko bhulana bhi hai.</w:t>
      </w:r>
    </w:p>
    <w:p>
      <w:pPr>
        <w:jc w:val="right"/>
      </w:pPr>
      <w:r>
        <w:t>یہ اس وقت سوچا میں نے۔ تو مجھے سمجھ میں آیا ہے کہ اگر کسی کو سچ مچ "الحمدللہ رب العالمین" میں جینا ہے تو اس کو انسانی شکایتوں کو بھلانا بھی ہے۔</w:t>
      </w:r>
    </w:p>
    <w:p>
      <w:r>
        <w:rPr>
          <w:b/>
        </w:rPr>
        <w:t xml:space="preserve">[1:26:51] </w:t>
      </w:r>
      <w:r>
        <w:t>agar aap chahte hain ke allah taala ke haan aap ko yeh yeh yeh mile credit ke yeh woh insan hai jis ne kaha tha sach mach "alhamdulillah rabbil alameen" is kalme ka aap ko inam agar chahte hain akhirat mein to aap ko shikayaton ko bhulana pare ga,</w:t>
      </w:r>
    </w:p>
    <w:p>
      <w:pPr>
        <w:jc w:val="right"/>
      </w:pPr>
      <w:r>
        <w:t>اگر آپ چاہتے ہیں کہ اللہ تعالیٰ کے ہاں آپ کو یہ یہ یہ ملے کریڈٹ کہ یہ وہ انسان ہے جس نے کہا تھا سچ مچ "الحمدللہ رب العالمین" اس کلمہ کا آپ کو انعام اگر چاہتے ہیں آخرت میں تو آپ کو شکایتوں کو بھلانا پڑے گا،</w:t>
      </w:r>
    </w:p>
    <w:p>
      <w:r>
        <w:rPr>
          <w:b/>
        </w:rPr>
        <w:t xml:space="preserve">[1:27:07] </w:t>
      </w:r>
      <w:r>
        <w:t>nahi to aap keh nahi sakte. yani lip service karen ge, aap lip service karen ge. yeh insan ke bare mein nashukri bani hui hai aap ke dil mein.</w:t>
      </w:r>
    </w:p>
    <w:p>
      <w:pPr>
        <w:jc w:val="right"/>
      </w:pPr>
      <w:r>
        <w:t>نہیں تو آپ کہہ نہیں سکتے۔ یعنی لپ سروس کریں گے، آپ لپ سروس کریں گے۔ یہ انسان کے بارے میں ناشکری بنی ہوئی ہے آپ کے دل میں۔</w:t>
      </w:r>
    </w:p>
    <w:p>
      <w:r>
        <w:rPr>
          <w:b/>
        </w:rPr>
        <w:t xml:space="preserve">[1:27:19] </w:t>
      </w:r>
      <w:r>
        <w:t>falan aadmi bara kharab hai, falan aadmi ne aisa kiya hai mere sath, falan aadmi aisa kiya hai mere sath. hamare ek sahab the, woh kaha karte the is pet mein bohat kuch bhara hua hai, matlab shikayat hai jis ke jis ke.</w:t>
      </w:r>
    </w:p>
    <w:p>
      <w:pPr>
        <w:jc w:val="right"/>
      </w:pPr>
      <w:r>
        <w:t>فلاں آدمی بڑا خراب ہے، فلاں آدمی نے ایسا کیا ہے میرے ساتھ، فلاں آدمی ایسا کیا ہے میرے ساتھ۔ ہمارے ایک صاحب تھے، وہ کہا کرتے تھے اس پیٹ میں بہت کچھ بھرا ہوا ہے، مطلب شکایت ہے جس کے جس کے۔</w:t>
      </w:r>
    </w:p>
    <w:p>
      <w:r>
        <w:rPr>
          <w:b/>
        </w:rPr>
        <w:t xml:space="preserve">[1:27:36] </w:t>
      </w:r>
      <w:r>
        <w:t>walid sahab woh yaad rakhte the, woh note karte the diary mein. falan ne yeh keh diya, falan ne woh keh diya</w:t>
      </w:r>
    </w:p>
    <w:p>
      <w:pPr>
        <w:jc w:val="right"/>
      </w:pPr>
      <w:r>
        <w:t>والد صاحب وہ یاد رکھتے تھے، وہ نوٹ کرتے تھے ڈائری میں۔ فلاں نے یہ کہہ دیا، فلاں نے وہ کہہ دیا</w:t>
      </w:r>
    </w:p>
    <w:p>
      <w:r>
        <w:rPr>
          <w:b/>
        </w:rPr>
        <w:t xml:space="preserve">[1:27:43] </w:t>
      </w:r>
      <w:r>
        <w:t>to is ko kehte the apni apni apni dehati zuban mein ke is pet mein sab kuch bhara hua</w:t>
      </w:r>
    </w:p>
    <w:p>
      <w:pPr>
        <w:jc w:val="right"/>
      </w:pPr>
      <w:r>
        <w:t>تو اس کو کہتے تھے اپنی اپنی اپنی دیہاتی زبان میں کہ اس پیٹ میں سب کچھ بھرا ہوا</w:t>
      </w:r>
    </w:p>
    <w:p>
      <w:r>
        <w:rPr>
          <w:b/>
        </w:rPr>
        <w:t xml:space="preserve">[1:27:49] </w:t>
      </w:r>
      <w:r>
        <w:t>hai. matlab jis ne kaha jo kuch sab mujhe yaad hai. ab bataiye ke agar aap logon ki shikayaten yaad hon ji to aap insanon ke bare mein to nashukr bane rahen ge, khuda khuda ke bare mein shukr wale kaise ban sakte hain?</w:t>
      </w:r>
    </w:p>
    <w:p>
      <w:pPr>
        <w:jc w:val="right"/>
      </w:pPr>
      <w:r>
        <w:t>ہے۔ مطلب جس نے کہا جو کچھ سب مجھے یاد ہے۔ اب بتائیے کہ اگر آپ لوگوں کی شکایتیں یاد ہوں جی تو آپ انسانوں کے بارے میں تو ناشکر بنے رہیں گے، خدا خدا کے بارے میں شکر والے کیسے بن سکتے ہیں؟</w:t>
      </w:r>
    </w:p>
    <w:p>
      <w:r>
        <w:rPr>
          <w:b/>
        </w:rPr>
        <w:t xml:space="preserve">[1:28:03] </w:t>
      </w:r>
      <w:r>
        <w:t>aap</w:t>
      </w:r>
    </w:p>
    <w:p>
      <w:pPr>
        <w:jc w:val="right"/>
      </w:pPr>
      <w:r>
        <w:t>آپ</w:t>
      </w:r>
    </w:p>
    <w:p>
      <w:r>
        <w:rPr>
          <w:b/>
        </w:rPr>
        <w:t xml:space="preserve">[1:28:07] </w:t>
      </w:r>
      <w:r>
        <w:t>ma ja'alallahu min qalb in fi ju fi. to mein ne discover kiya ke "alhamdulillah rabbil alameen" kehna mumkin hai. is waqt tak mumkin nahi hai jab tak aap sari shikayaton ko bhula dein, sare ba'ison ko bhula dein,</w:t>
      </w:r>
    </w:p>
    <w:p>
      <w:pPr>
        <w:jc w:val="right"/>
      </w:pPr>
      <w:r>
        <w:t>ما جعل اللہ من قلب فی جو فی۔ تو میں نے ڈسکور کیا کہ "الحمدللہ رب العالمین" کہنا ممکن ہے۔ اس وقت تک ممکن نہیں ہے جب تک آپ ساری شکایتوں کو بھلا دیں، سارے باعثوں کو بھلا دیں،</w:t>
      </w:r>
    </w:p>
    <w:p>
      <w:r>
        <w:rPr>
          <w:b/>
        </w:rPr>
        <w:t xml:space="preserve">[1:28:22] </w:t>
      </w:r>
      <w:r>
        <w:t>sare manfi tajurbaat ko bhula dein. tab ja kar keh payen ge woh aap</w:t>
      </w:r>
    </w:p>
    <w:p>
      <w:pPr>
        <w:jc w:val="right"/>
      </w:pPr>
      <w:r>
        <w:t>سارے منفی تجربات کو بھلا دیں۔ تب جا کر کہہ پائیں گے وہ آپ</w:t>
      </w:r>
    </w:p>
    <w:p>
      <w:r>
        <w:rPr>
          <w:b/>
        </w:rPr>
        <w:t xml:space="preserve">[1:28:29] </w:t>
      </w:r>
      <w:r>
        <w:t>warna sari zuban se bolen ge, andar kuch nahi hoga. yeh hai sochna. to quran ko koi tareeqa nahi hai, sirf yeh hai ke sochen, sochen, sochen, sochen, sochen aur dua karen.</w:t>
      </w:r>
    </w:p>
    <w:p>
      <w:pPr>
        <w:jc w:val="right"/>
      </w:pPr>
      <w:r>
        <w:t>، ورنہ ساری زبان سے بولیں گے، اندر کچھ نہیں ہوگا۔ یہ ہے سوچنا۔ تو قرآن کو کوئی طریقہ نہیں ہے، صرف یہ ہے کہ سوچیں، سوچیں، سوچیں، سوچیں، سوچیں اور دعا کریں۔</w:t>
      </w:r>
    </w:p>
    <w:p>
      <w:r>
        <w:rPr>
          <w:b/>
        </w:rPr>
        <w:t xml:space="preserve">[1:28:42] </w:t>
      </w:r>
      <w:r>
        <w:t>bas sochna aur dua karna, sochna aur dua karna, bas do cheezen hain.</w:t>
      </w:r>
    </w:p>
    <w:p>
      <w:pPr>
        <w:jc w:val="right"/>
      </w:pPr>
      <w:r>
        <w:t>بس سوچنا اور دعا کرنا، سوچنا اور دعا کرنا، بس دو چیزیں ہیں۔</w:t>
      </w:r>
    </w:p>
    <w:p>
      <w:r>
        <w:rPr>
          <w:b/>
        </w:rPr>
        <w:t xml:space="preserve">[1:28:49] </w:t>
      </w:r>
      <w:r>
        <w:t>maulana, agla sawal kiya hai? mister faik ne california se,</w:t>
      </w:r>
    </w:p>
    <w:p>
      <w:pPr>
        <w:jc w:val="right"/>
      </w:pPr>
      <w:r>
        <w:t>مولانا، اگلا سوال کیا ہے؟ مسٹر فائق نے کیلیفورنیا سے،</w:t>
      </w:r>
    </w:p>
    <w:p>
      <w:r>
        <w:rPr>
          <w:b/>
        </w:rPr>
        <w:t xml:space="preserve">[1:28:53] </w:t>
      </w:r>
      <w:r>
        <w:t>unhon ne poocha hai ke "for the nikah, do the witnesses need to be muslims?" kindly comment. ji haan, do muslim.</w:t>
      </w:r>
    </w:p>
    <w:p>
      <w:pPr>
        <w:jc w:val="right"/>
      </w:pPr>
      <w:r>
        <w:t>انہوں نے پوچھا ہے کہ "فار دا نکاح، ڈو دا وٹنسز نیڈ ٹو بی مسلمز؟" کائنڈلی کمنٹ۔ جی ہاں، دو مسلم۔</w:t>
      </w:r>
    </w:p>
    <w:p>
      <w:r>
        <w:rPr>
          <w:b/>
        </w:rPr>
        <w:t xml:space="preserve">[1:29:06] </w:t>
      </w:r>
      <w:r>
        <w:t>ji</w:t>
      </w:r>
    </w:p>
    <w:p>
      <w:pPr>
        <w:jc w:val="right"/>
      </w:pPr>
      <w:r>
        <w:t>جی</w:t>
      </w:r>
    </w:p>
    <w:p>
      <w:r>
        <w:rPr>
          <w:b/>
        </w:rPr>
        <w:t xml:space="preserve">[1:29:10] </w:t>
      </w:r>
      <w:r>
        <w:t>maulana, aik aur sawal kiya hai unhon ne. unhon ne likha hai ke "in USA, there is always a divide in Ramadan and starting of the Eid.</w:t>
      </w:r>
    </w:p>
    <w:p>
      <w:pPr>
        <w:jc w:val="right"/>
      </w:pPr>
      <w:r>
        <w:t>مولانا، ایک اور سوال کیا ہے انہوں نے۔ انہوں نے لکھا ہے کہ "ان یو ایس اے، دیر از الویز ا ڈیوائیڈ ان رمضان اینڈ سٹارٹنگ اف دا عید۔</w:t>
      </w:r>
    </w:p>
    <w:p>
      <w:r>
        <w:rPr>
          <w:b/>
        </w:rPr>
        <w:t xml:space="preserve">[1:29:20] </w:t>
      </w:r>
      <w:r>
        <w:t>essentially, moon sighting becomes moon fighting.</w:t>
      </w:r>
    </w:p>
    <w:p>
      <w:pPr>
        <w:jc w:val="right"/>
      </w:pPr>
      <w:r>
        <w:t>ایسینشلی، مون سائٹنگ بیکمز مون فائٹنگ۔</w:t>
      </w:r>
    </w:p>
    <w:p>
      <w:r>
        <w:rPr>
          <w:b/>
        </w:rPr>
        <w:t xml:space="preserve">[1:29:24] </w:t>
      </w:r>
      <w:r>
        <w:t>some organizations and mask follow the scientific calculations saying that it is the age of nano technology. therefore, moon visibility should be based on calculations,</w:t>
      </w:r>
    </w:p>
    <w:p>
      <w:pPr>
        <w:jc w:val="right"/>
      </w:pPr>
      <w:r>
        <w:t>سم ارگنائزیشنز اینڈ مسک فالو دا سائنٹیفک کیلکولیشنز سینگ دیٹ اٹ از دی ایج اف نینو ٹیکنالوجی۔ دیر فور، مون ویزیبلٹی شوڈ بی بیسڈ ان کیلکولیشنز،</w:t>
      </w:r>
    </w:p>
    <w:p>
      <w:r>
        <w:rPr>
          <w:b/>
        </w:rPr>
        <w:t xml:space="preserve">[1:29:37] </w:t>
      </w:r>
      <w:r>
        <w:t>and some cite the actual sighting with naked eye to be the start for Ramadan or Eid, and narrate hadith in favor of this.</w:t>
      </w:r>
    </w:p>
    <w:p>
      <w:pPr>
        <w:jc w:val="right"/>
      </w:pPr>
      <w:r>
        <w:t>اینڈ سم سائٹ دا ایکچول سائٹنگ ود نیکڈ ائی ٹو بی دا سٹارٹ فار رمضان اور عید، اینڈ نریٹ حدیث ان فیور اف دس۔</w:t>
      </w:r>
    </w:p>
    <w:p>
      <w:r>
        <w:rPr>
          <w:b/>
        </w:rPr>
        <w:t xml:space="preserve">[1:29:46] </w:t>
      </w:r>
      <w:r>
        <w:t>maulana, please tell us what should be followed.</w:t>
      </w:r>
    </w:p>
    <w:p>
      <w:pPr>
        <w:jc w:val="right"/>
      </w:pPr>
      <w:r>
        <w:t>مولانا، پلیز ٹیل اس واٹ شوڈ بی فالوڈ۔</w:t>
      </w:r>
    </w:p>
    <w:p>
      <w:r>
        <w:rPr>
          <w:b/>
        </w:rPr>
        <w:t xml:space="preserve">[1:29:51] </w:t>
      </w:r>
      <w:r>
        <w:t>"dekhen, yeh masla to hal hone wala hai nahin.</w:t>
      </w:r>
    </w:p>
    <w:p>
      <w:pPr>
        <w:jc w:val="right"/>
      </w:pPr>
      <w:r>
        <w:t>" دیکھیں، یہ مسئلہ تو حل ہونے والا ہے نہیں۔</w:t>
      </w:r>
    </w:p>
    <w:p>
      <w:r>
        <w:rPr>
          <w:b/>
        </w:rPr>
        <w:t xml:space="preserve">[1:29:56] </w:t>
      </w:r>
      <w:r>
        <w:t>yeh to aaj se nahin, kam az kam do sau saal se is pe baatein chal rahi hain. baqi masla kya hai? woh arz karta hoon ke jarr kya hai.</w:t>
      </w:r>
    </w:p>
    <w:p>
      <w:pPr>
        <w:jc w:val="right"/>
      </w:pPr>
      <w:r>
        <w:t>یہ تو آج سے نہیں، کم از کم دو سو سال سے اس پہ باتیں چل رہی ہیں۔ باقی مسئلہ کیا ہے؟ وہ عرض کرتا ہوں کہ جڑ کیا ہے۔</w:t>
      </w:r>
    </w:p>
    <w:p>
      <w:r>
        <w:rPr>
          <w:b/>
        </w:rPr>
        <w:t xml:space="preserve">[1:30:07] </w:t>
      </w:r>
      <w:r>
        <w:t>jarr yeh hai ke hadith mein yeh aaya hai ke "sumo liruyyatihi, wa futro liruyyatihi". to dekh kar roza rakho, dekh kar iftar karo.</w:t>
      </w:r>
    </w:p>
    <w:p>
      <w:pPr>
        <w:jc w:val="right"/>
      </w:pPr>
      <w:r>
        <w:t>جڑ یہ ہے کہ حدیث میں یہ آیا ہے کہ "سومو لرویتہی، وفطرو لرویتہی"۔ تو دیکھ کر روزہ رکھو، دیکھ کر افطار کرو۔</w:t>
      </w:r>
    </w:p>
    <w:p>
      <w:r>
        <w:rPr>
          <w:b/>
        </w:rPr>
        <w:t xml:space="preserve">[1:30:19] </w:t>
      </w:r>
      <w:r>
        <w:t>iftar karo, ma'ni Eid manao. dekh kar roza rakho aur dekh kar Eid manao. ab luro jo ruyyat ka lafz aa gaya na, dekh kar jo us ko literal sense mein lete hain, halanke literal sense lene ki koi wajah nahin hai.</w:t>
      </w:r>
    </w:p>
    <w:p>
      <w:pPr>
        <w:jc w:val="right"/>
      </w:pPr>
      <w:r>
        <w:t>افطار کرو، معنی عید مناؤ۔ دیکھ کر روزہ رکھو اور دیکھ کر عید مناؤ۔ اب لرو جو رویت کا لفظ آ گیا نا، دیکھ کر جو اس کو لیٹرل سینس میں لیتے ہیں، حالانکہ لیٹرل سینس لینے کی کوئی وجہ نہیں ہے۔</w:t>
      </w:r>
    </w:p>
    <w:p>
      <w:r>
        <w:rPr>
          <w:b/>
        </w:rPr>
        <w:t xml:space="preserve">[1:30:36] </w:t>
      </w:r>
      <w:r>
        <w:t>kyun? Quran mein dekhen, doosra lafz aaya hai "shahid minkum al-shari'a". Quran majeed mein jo lafz aaya hai, woh dekhen, ruyyat ka lafz nahin aaya hai.</w:t>
      </w:r>
    </w:p>
    <w:p>
      <w:pPr>
        <w:jc w:val="right"/>
      </w:pPr>
      <w:r>
        <w:t>کیوں؟ قرآن میں دیکھیں، دوسرا لفظ آیا ہے "شہد منکم الشارف یسوع"۔ قرآن مجید میں جو لفظ آیا ہے، وہ دیکھیں، رویت کا لفظ نہیں آیا ہے۔</w:t>
      </w:r>
    </w:p>
    <w:p>
      <w:r>
        <w:rPr>
          <w:b/>
        </w:rPr>
        <w:t xml:space="preserve">[1:30:48] </w:t>
      </w:r>
      <w:r>
        <w:t>"shahid minkum al-shari'a". shahada ke ma'ni hain pana, maujood hona. ya'ni jo aap ne apne ko Ramadan ke mahine maujood paye,</w:t>
      </w:r>
    </w:p>
    <w:p>
      <w:pPr>
        <w:jc w:val="right"/>
      </w:pPr>
      <w:r>
        <w:t>"شہد منکم الشارف یسوع"۔ شہداء کے معنی ہیں پانا، موجود ہونا۔ یعنی جو آپ نے اپنے کو رمضان کے مہینے موجود پائے،</w:t>
      </w:r>
    </w:p>
    <w:p>
      <w:r>
        <w:rPr>
          <w:b/>
        </w:rPr>
        <w:t xml:space="preserve">[1:31:03] </w:t>
      </w:r>
      <w:r>
        <w:t>ya'ni jis ke upar Ramadan ka mahina aa jaye, matlab yeh hua. shahada ka ma'ni yeh nahin ke dekha jo apni aankh se. to</w:t>
      </w:r>
    </w:p>
    <w:p>
      <w:pPr>
        <w:jc w:val="right"/>
      </w:pPr>
      <w:r>
        <w:t>یعنی جس کے اوپر رمضان کا مہینہ آ جائے، مطلب یہ ہوا۔ شہداء کا معنی یہ نہیں کہ دیکھا جو اپنی آنکھ سے۔ تو</w:t>
      </w:r>
    </w:p>
    <w:p>
      <w:r>
        <w:rPr>
          <w:b/>
        </w:rPr>
        <w:t xml:space="preserve">[1:31:11] </w:t>
      </w:r>
      <w:r>
        <w:t>jab aap yeh, jab aap do mutala'a karen aur dekhen ke hadith mein to ruyyat ka lafz zaroor hai, lekin Quran mein nahin hai ruyyat ka lafz.</w:t>
      </w:r>
    </w:p>
    <w:p>
      <w:pPr>
        <w:jc w:val="right"/>
      </w:pPr>
      <w:r>
        <w:t>جب آپ یہ، جب آپ دو مطالعہ کریں اور دیکھیں کہ حدیث میں تو رویت کا لفظ ضرور ہے، لیکن قرآن میں نہیں ہے رویت کا لفظ۔</w:t>
      </w:r>
    </w:p>
    <w:p>
      <w:r>
        <w:rPr>
          <w:b/>
        </w:rPr>
        <w:t xml:space="preserve">[1:31:22] </w:t>
      </w:r>
      <w:r>
        <w:t>to aap sochen ge, sochen ge, sochen ge to aap us waqt yeh pahunchen ge ke Quran mein jo hai, woh abadi ri'ayat hai, hadith mein zamani ri'ayat hai.</w:t>
      </w:r>
    </w:p>
    <w:p>
      <w:pPr>
        <w:jc w:val="right"/>
      </w:pPr>
      <w:r>
        <w:t>تو آپ سوچیں گے، سوچیں گے، سوچیں گے تو آپ اس وقت یہ پہنچیں گے کہ قرآن میں جو ہے، وہ ابدی رعایت ہے، حدیث میں زمانی رعایت ہے۔</w:t>
      </w:r>
    </w:p>
    <w:p>
      <w:r>
        <w:rPr>
          <w:b/>
        </w:rPr>
        <w:t xml:space="preserve">[1:31:35] </w:t>
      </w:r>
      <w:r>
        <w:t>ya'ni is zamane mein chand ko dekhne ka ta</w:t>
      </w:r>
    </w:p>
    <w:p>
      <w:pPr>
        <w:jc w:val="right"/>
      </w:pPr>
      <w:r>
        <w:t>یعنی اس زمانے میں چاند کو دیکھنے کا ط</w:t>
      </w:r>
    </w:p>
    <w:p>
      <w:r>
        <w:rPr>
          <w:b/>
        </w:rPr>
        <w:t xml:space="preserve">[1:31:39] </w:t>
      </w:r>
      <w:r>
        <w:t>reeqa kya tha? aankh se dekhna aur koi tareeqa tha nahin. to Quran mein abadi ri'ayat karte hue kaha gaya hai "fashahid minkum al-shari'a", lekin hadith mein zamani ri'ayat hai ke jaisa dekho, waisa karo.</w:t>
      </w:r>
    </w:p>
    <w:p>
      <w:pPr>
        <w:jc w:val="right"/>
      </w:pPr>
      <w:r>
        <w:t>ریقہ کیا تھا؟ آنکھ سے دیکھنا اور کوئی طریقہ تھا نہیں۔ تو قرآن میں ابدی رعایت کرتے ہوئے کہا گیا ہے "فمشہد منکم الشارف علیہ"، لیکن حدیث میں زمانی رعایت ہے کہ جیسا دیکھو، ویسا کرو۔</w:t>
      </w:r>
    </w:p>
    <w:p>
      <w:r>
        <w:rPr>
          <w:b/>
        </w:rPr>
        <w:t xml:space="preserve">[1:31:58] </w:t>
      </w:r>
      <w:r>
        <w:t>yeh baat isi liye is mutalliq nahin hai. aur bohat cheezen hain jis mein aap ko hadith mein aur Quran mein baatein milti hain. misaal ke taur par jang ka ma'mla</w:t>
      </w:r>
    </w:p>
    <w:p>
      <w:pPr>
        <w:jc w:val="right"/>
      </w:pPr>
      <w:r>
        <w:t>یہ بات اسی لیے اس متعلق نہیں ہے۔ اور بہت چیزیں ہیں جس میں آپ کو حدیث میں اور قرآن میں باتیں ملتی ہیں۔ مثال کے طور پر جنگ کا معاملہ</w:t>
      </w:r>
    </w:p>
    <w:p>
      <w:r>
        <w:rPr>
          <w:b/>
        </w:rPr>
        <w:t xml:space="preserve">[1:32:09] </w:t>
      </w:r>
      <w:r>
        <w:t>Quran majeed mein hai ke "a'iddu ma-statum min qowwah". ya'ni apne dushman ke muqable mein taqat faraham karo. taqat lafz taqat wahan par hai, a'dad quwwah.</w:t>
      </w:r>
    </w:p>
    <w:p>
      <w:pPr>
        <w:jc w:val="right"/>
      </w:pPr>
      <w:r>
        <w:t>قرآن مجید میں ہے کہ "اعدلو مستطب من قوۃ"۔ یعنی اپنے دشمن کے مقابلے میں طاقت فراہم کرو۔ طاقت لفظ طاقت وہاں پر ہے، اعداد قوت۔</w:t>
      </w:r>
    </w:p>
    <w:p>
      <w:r>
        <w:rPr>
          <w:b/>
        </w:rPr>
        <w:t xml:space="preserve">[1:32:20] </w:t>
      </w:r>
      <w:r>
        <w:t>aur hadith mein aata hai ke "kulla al-quwwah". sun lo ke teer marna yeh hai quwwah.</w:t>
      </w:r>
    </w:p>
    <w:p>
      <w:pPr>
        <w:jc w:val="right"/>
      </w:pPr>
      <w:r>
        <w:t>اور حدیث میں آتا ہے کہ "کلا القوۃ"۔ سن لو کہ تیر مارنا یہ ہے قوت۔</w:t>
      </w:r>
    </w:p>
    <w:p>
      <w:r>
        <w:rPr>
          <w:b/>
        </w:rPr>
        <w:t xml:space="preserve">[1:32:31] </w:t>
      </w:r>
      <w:r>
        <w:t>ab dekhen, yahan pe ikhtilaf hua ke nahin hua Quran ke bare mein, hadith ke bare mein. to yahan ulama ta'wil karte hain. ulama yeh kehte hain yahan par ke ke ke hadith mein jo hai, woh zamani e'tebar se hai aur Quran mein jo hai, woh abadi e'tebar se hai.</w:t>
      </w:r>
    </w:p>
    <w:p>
      <w:pPr>
        <w:jc w:val="right"/>
      </w:pPr>
      <w:r>
        <w:t>اب دیکھیں، یہاں پہ اختلاف ہوا کہ نہیں ہوا قرآن کے بارے میں، حدیث کے بارے میں۔ تو یہاں علماء تاویل کرتے ہیں۔ علماء یہ کہتے ہیں یہاں پر کہ کہ کہ حدیث میں جو ہے، وہ زمانی اعتبار سے ہے اور قرآن میں جو ہے، وہ ابدی اعتبار سے ہے۔</w:t>
      </w:r>
    </w:p>
    <w:p>
      <w:r>
        <w:rPr>
          <w:b/>
        </w:rPr>
        <w:t xml:space="preserve">[1:32:47] </w:t>
      </w:r>
      <w:r>
        <w:t>to wahan agar kehte hain to yahan bhi kar lo. yahi ulama jo hain, jo itna arsa chala aaye hain, do sau</w:t>
      </w:r>
    </w:p>
    <w:p>
      <w:pPr>
        <w:jc w:val="right"/>
      </w:pPr>
      <w:r>
        <w:t>تو وہاں اگر کہتے ہیں تو یہاں بھی کر لو۔ یہی علماء جو ہیں، جو اتنا عرصے چلا آئے ہیں، دو سو</w:t>
      </w:r>
    </w:p>
    <w:p>
      <w:r>
        <w:rPr>
          <w:b/>
        </w:rPr>
        <w:t xml:space="preserve">[1:32:53] </w:t>
      </w:r>
      <w:r>
        <w:t>saal se, yeh ulama yeh nahin kehte ke aaj jo koi hukumat ko jang pesh aaye to woh teer chalao. idhar koi aalim nahin kehta, sab hi kehte hain ke waqt ka hathiyar istemal kiya jayega,</w:t>
      </w:r>
    </w:p>
    <w:p>
      <w:pPr>
        <w:jc w:val="right"/>
      </w:pPr>
      <w:r>
        <w:t>سال سے، یہ علماء یہ نہیں کہتے کہ آج جو کوئی حکومت کو جنگ پیش آئے تو وہ تیر چلاوے۔ ادھر کوئی عالم نہیں کہتا، سب ہی کہتے ہیں کہ وقت کا ہتھیار استعمال کیا جائے گا،</w:t>
      </w:r>
    </w:p>
    <w:p>
      <w:r>
        <w:rPr>
          <w:b/>
        </w:rPr>
        <w:t xml:space="preserve">[1:33:06] </w:t>
      </w:r>
      <w:r>
        <w:t>jo quwwah hai aaj ki. to yeh tazad hai logon ke aur un ki rawish mein ke doosre ma'amlat mein woh ta'wil kar ke is ko zaban ke zamani ke mutabiq banate hain aur yahan ta'wil karne ke liye tayyar nahin hain.</w:t>
      </w:r>
    </w:p>
    <w:p>
      <w:pPr>
        <w:jc w:val="right"/>
      </w:pPr>
      <w:r>
        <w:t>جو قوت ہے آج کی۔ تو یہ تضاد ہے لوگوں کے اور ان کی روش میں کہ دوسرے معاملات میں وہ تاویل کر کے اس کو زبان کے زمانی کے مطابق بناتے ہیں اور یہاں تاویل کرنے کے لیے تیار نہیں ہیں۔</w:t>
      </w:r>
    </w:p>
    <w:p>
      <w:r>
        <w:rPr>
          <w:b/>
        </w:rPr>
        <w:t xml:space="preserve">[1:33:24] </w:t>
      </w:r>
      <w:r>
        <w:t>ya'ni Saudi Arab mein baqayda aik aik marصد bana'i, al-marصد al-islami bana'i gayi thi. marصد ma'ni observatory, is ka naam tha al-marصد al-islami, abhi bhi hai woh.</w:t>
      </w:r>
    </w:p>
    <w:p>
      <w:pPr>
        <w:jc w:val="right"/>
      </w:pPr>
      <w:r>
        <w:t>یعنی سعودی عرب میں باقاعدہ ایک ایک مرصد بنائی، المرسد الاسلامی بنائی گئی تھی۔ مرصد معنی ابزرویٹری، اس کا نام تھا المرسد الاسلامی، ابھی بھی ہے وہ۔</w:t>
      </w:r>
    </w:p>
    <w:p>
      <w:r>
        <w:rPr>
          <w:b/>
        </w:rPr>
        <w:t xml:space="preserve">[1:33:36] </w:t>
      </w:r>
      <w:r>
        <w:t>lekin ulama is ko abhi bhi us waqt behas chhede hue hain ke ja'iz hai ke na-ja'iz. to main zaati taur par yeh manta hoon ke ab yeh bilkul mumkin ho gaya hai 100 fisad ke aap jaan saken ke chand nikla ke nahin nikla.</w:t>
      </w:r>
    </w:p>
    <w:p>
      <w:pPr>
        <w:jc w:val="right"/>
      </w:pPr>
      <w:r>
        <w:t>لیکن علماء اس کو ابھی بھی اس وقت بحث چھیڑے ہوئے ہیں کہ جائز ہے کہ ناجائز۔ تو میں ذاتی طور پر یہ مانتا ہوں کہ اب یہ بالکل ممکن ہو گیا ہے 100 فیصد کہ آپ جان سکیں کہ چاند نکلا کہ نہیں نکلا۔</w:t>
      </w:r>
    </w:p>
    <w:p>
      <w:r>
        <w:rPr>
          <w:b/>
        </w:rPr>
        <w:t xml:space="preserve">[1:33:52] </w:t>
      </w:r>
      <w:r>
        <w:t>dekhen, chand nikalne</w:t>
      </w:r>
    </w:p>
    <w:p>
      <w:pPr>
        <w:jc w:val="right"/>
      </w:pPr>
      <w:r>
        <w:t>دیکھیں، چاند نکلنے</w:t>
      </w:r>
    </w:p>
    <w:p>
      <w:r>
        <w:rPr>
          <w:b/>
        </w:rPr>
        <w:t xml:space="preserve">[1:33:53] </w:t>
      </w:r>
      <w:r>
        <w:t>ka matlab kya hai? yeh bhi samajh lijiye, chand nikalne ka matlab kya hai? chand nikalne ka matlab yeh hai ke yani woh jab suraj tuloo ho jaye, aakhri shaam ko ramzan ki aakhri shaam ko,</w:t>
      </w:r>
    </w:p>
    <w:p>
      <w:pPr>
        <w:jc w:val="right"/>
      </w:pPr>
      <w:r>
        <w:t>کا مطلب کیا ہے؟ یہ بھی سمجھ لیجئے، چاند نکلنے کا مطلب کیا ہے؟ چاند نکلنے کا مطلب یہ ہے کہ یعنی وہ جب سورج طلوع ہو جائے، آخری شام کو رمضان کی آخری شام کو،</w:t>
      </w:r>
    </w:p>
    <w:p>
      <w:r>
        <w:rPr>
          <w:b/>
        </w:rPr>
        <w:t xml:space="preserve">[1:34:08] </w:t>
      </w:r>
      <w:r>
        <w:t>toh us waqt chand jo hai, aath darjay ke oopar ho. aath darja jo hai, aath degree, jo yeh iski is observatory ki yeh term hai,</w:t>
      </w:r>
    </w:p>
    <w:p>
      <w:pPr>
        <w:jc w:val="right"/>
      </w:pPr>
      <w:r>
        <w:t>تو اس وقت چاند جو ہے، آٹھ درجے کے اوپر ہو۔ آٹھ درجہ جو ہے، آٹھ ڈگری، جو یہ اس کی اس ابزرویٹری کی یہ ٹرم ہے،</w:t>
      </w:r>
    </w:p>
    <w:p>
      <w:r>
        <w:rPr>
          <w:b/>
        </w:rPr>
        <w:t xml:space="preserve">[1:34:21] </w:t>
      </w:r>
      <w:r>
        <w:t>aath degree. kyunke aath degree se agar neeche rahega, tab bhi agarche nikla hua hoga, lekin dikhai nahi dega. woh</w:t>
      </w:r>
    </w:p>
    <w:p>
      <w:pPr>
        <w:jc w:val="right"/>
      </w:pPr>
      <w:r>
        <w:t>آٹھ ڈگری۔ کیونکہ آٹھ ڈگری سے اگر نیچے رہے گا، تب بھی اگرچہ نکلا ہوا ہوگا، لیکن دکھائی نہیں دے گا۔ وہ</w:t>
      </w:r>
    </w:p>
    <w:p>
      <w:r>
        <w:rPr>
          <w:b/>
        </w:rPr>
        <w:t xml:space="preserve">[1:34:30] </w:t>
      </w:r>
      <w:r>
        <w:t>aath degree oopar jo hai, tab dikhai dega. koi suraj ki roshni jab suraj jo yani hamare horizon se neeche le aata hai, toh toh kuch der tak uski roshni itni zyada rehti hai ke chand ho, tab bhi nahi dekh payenge hum.</w:t>
      </w:r>
    </w:p>
    <w:p>
      <w:pPr>
        <w:jc w:val="right"/>
      </w:pPr>
      <w:r>
        <w:t>آٹھ ڈگری اوپر جو ہے، تب دکھائی دے گا۔ کوئی سورج کی روشنی جب سورج جو یعنی ہمارے ہورائزن سے نیچے لے آتا ہے، تو تو کچھ دیر تک اس کی روشنی اتنی زیادہ رہتی ہے کہ چاند ہو، تب بھی نہیں دیکھ پائیں گے ہم۔</w:t>
      </w:r>
    </w:p>
    <w:p>
      <w:r>
        <w:rPr>
          <w:b/>
        </w:rPr>
        <w:t xml:space="preserve">[1:34:44] </w:t>
      </w:r>
      <w:r>
        <w:t>nahi dekh payenge hum jab jo suraj ki roshni kam hoti hai, tab hum dekh paate hain usko. toh aath degree agar se oopar agar chand hai toh dikhai dega, nahi toh nahi dikhai dega.</w:t>
      </w:r>
    </w:p>
    <w:p>
      <w:pPr>
        <w:jc w:val="right"/>
      </w:pPr>
      <w:r>
        <w:t>نہیں دیکھ پائیں گے ہم جب جو سورج کی روشنی کم ہوتی ہے، تب ہم دیکھ پاتے ہیں اس کو۔ تو آٹھ ڈگری اگر سے اوپر اگر چاند ہے تو دکھائی دے گا، نہیں تو نہیں دکھائی دے گا۔</w:t>
      </w:r>
    </w:p>
    <w:p>
      <w:r>
        <w:rPr>
          <w:b/>
        </w:rPr>
        <w:t xml:space="preserve">[1:34:55] </w:t>
      </w:r>
      <w:r>
        <w:t>yeh bilkul pata chal jata hai aaj kal ke zamane mein.</w:t>
      </w:r>
    </w:p>
    <w:p>
      <w:pPr>
        <w:jc w:val="right"/>
      </w:pPr>
      <w:r>
        <w:t>یہ بالکل پتہ چل جاتا ہے آج کل کے زمانے میں۔</w:t>
      </w:r>
    </w:p>
    <w:p>
      <w:r>
        <w:rPr>
          <w:b/>
        </w:rPr>
        <w:t xml:space="preserve">[1:34:58] </w:t>
      </w:r>
      <w:r>
        <w:t>ek dam bilkul accurate tor par jaan sakte hain aap ke usko maan lijiye. toh zahiri tor par toh mein yeh manta hoon ke usko maan lena chahiye, uski moon sighting ko moon fighting nahi banana chahiye.</w:t>
      </w:r>
    </w:p>
    <w:p>
      <w:pPr>
        <w:jc w:val="right"/>
      </w:pPr>
      <w:r>
        <w:t>ایک دم بالکل ایکوریٹ طور پر جان سکتے ہیں آپ کہ اس کو مان لیجئے۔ تو ظاہری طور پر تو میں یہ مانتا ہوں کہ اس کو مان لینا چاہیے، اس کی مون سائٹنگ کو مون فائٹنگ نہیں بنانا چاہیے۔</w:t>
      </w:r>
    </w:p>
    <w:p>
      <w:r>
        <w:rPr>
          <w:b/>
        </w:rPr>
        <w:t xml:space="preserve">[1:35:13] </w:t>
      </w:r>
      <w:r>
        <w:t>lekin ab mein khamosh hoon, is par mein koi campaign nahi chalata kyunke itna zyada log traditional hain, itna zyada log rivayat pasand hain ke koi sunne ko tayyar nahi.</w:t>
      </w:r>
    </w:p>
    <w:p>
      <w:pPr>
        <w:jc w:val="right"/>
      </w:pPr>
      <w:r>
        <w:t>لیکن اب میں خاموش ہوں، اس پر میں کوئی کمپین نہیں چلاتا کیونکہ اتنا زیادہ لوگ ٹریڈیشنل ہیں، اتنا زیادہ لوگ روایت پسند ہیں کہ کوئی سننے کو تیار نہیں۔</w:t>
      </w:r>
    </w:p>
    <w:p>
      <w:r>
        <w:rPr>
          <w:b/>
        </w:rPr>
        <w:t xml:space="preserve">[1:35:24] </w:t>
      </w:r>
      <w:r>
        <w:t>toh mein jo abhi khamoshi mein sab ke sath mein bhi ja ke namaz padh leta hoon,</w:t>
      </w:r>
    </w:p>
    <w:p>
      <w:pPr>
        <w:jc w:val="right"/>
      </w:pPr>
      <w:r>
        <w:t>تو میں جو ابھی خاموشی میں سب کے ساتھ میں بھی جا کے نماز پڑھ لیتا ہوں،</w:t>
      </w:r>
    </w:p>
    <w:p>
      <w:r>
        <w:rPr>
          <w:b/>
        </w:rPr>
        <w:t xml:space="preserve">[1:35:31] </w:t>
      </w:r>
      <w:r>
        <w:t>aap bhi yahi kijiye jo mein karta hoon ke agarche meri yeh rai hai, lekin is rai ko chalane mein aur jhagda badhega.</w:t>
      </w:r>
    </w:p>
    <w:p>
      <w:pPr>
        <w:jc w:val="right"/>
      </w:pPr>
      <w:r>
        <w:t>آپ بھی یہی کیجئے جو میں کرتا ہوں کہ اگرچہ میری یہ رائے ہے، لیکن اس رائے کو چلانے میں اور جھگڑا بڑھے گا۔</w:t>
      </w:r>
    </w:p>
    <w:p>
      <w:r>
        <w:rPr>
          <w:b/>
        </w:rPr>
        <w:t xml:space="preserve">[1:35:41] </w:t>
      </w:r>
      <w:r>
        <w:t>jhagda badhne se acha hai ke chalo hum tumhare sath namaz padh lete hain. meri nazariya hai ke chalo yeh bhi theek hai.</w:t>
      </w:r>
    </w:p>
    <w:p>
      <w:pPr>
        <w:jc w:val="right"/>
      </w:pPr>
      <w:r>
        <w:t>جھگڑا بڑھنے سے اچھا ہے کہ چلو ہم تمہارے ساتھ نماز پڑھ لیتے ہیں۔ میری نظریہ ہے کہ چلو یہ بھی ٹھیک ہے۔</w:t>
      </w:r>
    </w:p>
    <w:p>
      <w:r>
        <w:rPr>
          <w:b/>
        </w:rPr>
        <w:t xml:space="preserve">[1:35:51] </w:t>
      </w:r>
      <w:r>
        <w:t>maulana, agla sawal kya hai? ah maulana abdul basit omary ne doha, qatar se,</w:t>
      </w:r>
    </w:p>
    <w:p>
      <w:pPr>
        <w:jc w:val="right"/>
      </w:pPr>
      <w:r>
        <w:t>مولانا، اگلا سوال کیا ہے؟ اہ مولانا عبدالباسط عمری نے دوحہ، قطر سے،</w:t>
      </w:r>
    </w:p>
    <w:p>
      <w:r>
        <w:rPr>
          <w:b/>
        </w:rPr>
        <w:t xml:space="preserve">[1:35:57] </w:t>
      </w:r>
      <w:r>
        <w:t>unhone poocha hai ke "lam yashkur al-nas, lam yashkur al-allah" ka matlab kya hai?</w:t>
      </w:r>
    </w:p>
    <w:p>
      <w:pPr>
        <w:jc w:val="right"/>
      </w:pPr>
      <w:r>
        <w:t>انہوں نے پوچھا ہے کہ "لم یشکر الناس، لم یشکر اللال" کا مطلب کیا ہے؟</w:t>
      </w:r>
    </w:p>
    <w:p>
      <w:r>
        <w:rPr>
          <w:b/>
        </w:rPr>
        <w:t xml:space="preserve">[1:36:07] </w:t>
      </w:r>
      <w:r>
        <w:t>dekhen, yeh duniya mein aap ko jo cheezein milti hain, toh haqeeqi tor par toh khuda se milti hain, lekin majazi tor par insaan se hi milti hain.</w:t>
      </w:r>
    </w:p>
    <w:p>
      <w:pPr>
        <w:jc w:val="right"/>
      </w:pPr>
      <w:r>
        <w:t>دیکھیں، یہ دنیا میں آپ کو جو چیزیں ملتی ہیں، تو حقیقی طور پر تو خدا سے ملتی ہیں، لیکن مجازی طور پر انسان سے ہی ملتی ہیں۔</w:t>
      </w:r>
    </w:p>
    <w:p>
      <w:r>
        <w:rPr>
          <w:b/>
        </w:rPr>
        <w:t xml:space="preserve">[1:36:19] </w:t>
      </w:r>
      <w:r>
        <w:t>aap ko cheezein jaise ek glass ka pani hai, farz kijiye, kisi ilaqay mein usko diya hai toh majazi tor par dene wala woh insaan ban gaya.</w:t>
      </w:r>
    </w:p>
    <w:p>
      <w:pPr>
        <w:jc w:val="right"/>
      </w:pPr>
      <w:r>
        <w:t>آپ کو چیزیں جیسے ایک گلاس کا پانی ہے، فرض کیجئے، کسی علاقے میں اس کو دیا ہے تو مجازی طور پر دینے والا وہ انسان بن گیا۔</w:t>
      </w:r>
    </w:p>
    <w:p>
      <w:r>
        <w:rPr>
          <w:b/>
        </w:rPr>
        <w:t xml:space="preserve">[1:36:29] </w:t>
      </w:r>
      <w:r>
        <w:t>kahin se nikala pani, kahin se nikal ke us mein rakha pani, la ke mujhe de diya. lekin haqeeqi tor par toh khuda dene wale pani ko,</w:t>
      </w:r>
    </w:p>
    <w:p>
      <w:pPr>
        <w:jc w:val="right"/>
      </w:pPr>
      <w:r>
        <w:t>کہیں سے نکالا پانی، کہیں سے نکال کے اس میں رکھا پانی، لا کے مجھے دے دیا۔ لیکن حقیقی طور پر تو خدا دینے والے پانی کو،</w:t>
      </w:r>
    </w:p>
    <w:p>
      <w:r>
        <w:rPr>
          <w:b/>
        </w:rPr>
        <w:t xml:space="preserve">[1:36:36] </w:t>
      </w:r>
      <w:r>
        <w:t>khuda jisne do glasses ko mila ke pani banaya, toh majazi tor par insaan bhi dene wale hote hain, haqeeqi tor par khuda hai dene wala.</w:t>
      </w:r>
    </w:p>
    <w:p>
      <w:pPr>
        <w:jc w:val="right"/>
      </w:pPr>
      <w:r>
        <w:t>خدا جس نے دو گلاسز کو ملا کے پانی بنایا، تو مجازی طور پر انسان بھی دینے والے ہوتے ہیں، حقیقی طور پر خدا ہے دینے والا۔</w:t>
      </w:r>
    </w:p>
    <w:p>
      <w:r>
        <w:rPr>
          <w:b/>
        </w:rPr>
        <w:t xml:space="preserve">[1:36:47] </w:t>
      </w:r>
      <w:r>
        <w:t>toh hum ko yeh tajurba hota hai, insaan ko yeh tajurba bar bar pesh aata hai. toh agar aap rozmarra ke tajurbe mein insaan se jo mil raha hai, aap ko agarche majazi tor par mil raha hai, toh uska eteraf agar nahi karenge aap, toh aap ke andar shukr ki nafsiyaat nahi jagayegi.</w:t>
      </w:r>
    </w:p>
    <w:p>
      <w:pPr>
        <w:jc w:val="right"/>
      </w:pPr>
      <w:r>
        <w:t>تو ہم کو یہ تجربہ ہوتا ہے، انسان کو یہ تجربہ بار بار پیش آتا ہے۔ تو اگر آپ روزمرہ کے تجربے میں انسان سے جو مل رہا ہے، آپ کو اگرچہ مجازی طور پر مل رہا ہے، تو اس کا اعتراف اگر نہیں کریں گے آپ، تو آپ کے اندر شکر کی نفسیاتی نہیں جگائے گی۔</w:t>
      </w:r>
    </w:p>
    <w:p>
      <w:r>
        <w:rPr>
          <w:b/>
        </w:rPr>
        <w:t xml:space="preserve">[1:37:06] </w:t>
      </w:r>
      <w:r>
        <w:t>shukr ki nafsiyaat denge toh aap insaan ke baray mein nahi karenge, khuda ke baray mein nahi karenge. bhai, agar ek shakhs mujhe pani laya hai, kahin se, kahin se pani nikala, usne phir kahin rakha, usne phir kahin bottle mein phir la ke glass bhi liya, la ke yahan rakha, usne toh usne bhi toh kuch kiya,</w:t>
      </w:r>
    </w:p>
    <w:p>
      <w:pPr>
        <w:jc w:val="right"/>
      </w:pPr>
      <w:r>
        <w:t>شکر کی نفسیاتی دیں گے تو آپ انسان کے بارے میں نہیں کریں گے، خدا کے بارے میں نہیں کریں گے۔ بھئی، اگر ایک شخص مجھے پانی لایا ہے، کہیں سے، کہیں سے پانی نکالا، اس نے پھر کہیں رکھا، اس نے پھر کہیں بوتل میں پھر لا کے گلاس بھی لیا، لا کے یہاں رکھا، اس نے تو اس نے بھی تو کچھ کیا،</w:t>
      </w:r>
    </w:p>
    <w:p>
      <w:r>
        <w:rPr>
          <w:b/>
        </w:rPr>
        <w:t xml:space="preserve">[1:37:27] </w:t>
      </w:r>
      <w:r>
        <w:t>usne bhi toh kuch diya mujh ko. toh mujhe uska eteraf karna chahiye. shukr ke mani eteraf, acknowledge karna. toh insaan se yeh tajurbe mujhe ho rahe hain, aur agar mein iska acknowledge nahi kar raha hoon toh iska matlab ke mein apne andar woh nafsiyaat nahi paida kar raha hoon, eteraf wali nafsiyaat, acknowledge karne wali nafsiyaat.</w:t>
      </w:r>
    </w:p>
    <w:p>
      <w:pPr>
        <w:jc w:val="right"/>
      </w:pPr>
      <w:r>
        <w:t>اس نے بھی تو کچھ دیا مجھ کو۔ تو مجھے اس کا اعتراف کرنا چاہیے۔ شکر کے معنی اعتراف، اکنالش کرنا۔ تو انسان سے یہ تجربے مجھے ہو رہے ہیں، اور اگر میں اس کا اکنالش نہیں کر رہا ہوں تو اس کا معنی کہ میں اپنے اندر وہ نفسیات نہیں پیدا کر رہا ہوں، اعتراف والی نفسیات، اکنالش کرنے والی نفسیات۔</w:t>
      </w:r>
    </w:p>
    <w:p>
      <w:r>
        <w:rPr>
          <w:b/>
        </w:rPr>
        <w:t xml:space="preserve">[1:37:48] </w:t>
      </w:r>
      <w:r>
        <w:t>toh achaanak ek kaise mein badal jaunga jab khuda ka naam aayega? wohi nafsiyaat wahan bhi kaam karegi. yani insaanon ke darmiyan agar mein nashukr ban kar reh raha hoon toh is matlab ke nashukri ki nafsiyaat apne andar parvarish kar raha hoon.</w:t>
      </w:r>
    </w:p>
    <w:p>
      <w:pPr>
        <w:jc w:val="right"/>
      </w:pPr>
      <w:r>
        <w:t>تو اچانک ایک کیسے میں بدل جاؤں گا جب خدا کا نام آئے گا؟ وہی نفسیات وہاں بھی کام کرے گی۔ یعنی انسانوں کے درمیان اگر میں ناشکر بن کر رہ رہا ہوں تو اس معنی کہ ناشکری کی نفسیات اپنے اندر پرورش کر رہا ہوں۔</w:t>
      </w:r>
    </w:p>
    <w:p>
      <w:r>
        <w:rPr>
          <w:b/>
        </w:rPr>
        <w:t xml:space="preserve">[1:38:03] </w:t>
      </w:r>
      <w:r>
        <w:t>mein toh nashukri ki nafsiyaat wala aadmi jo hai, woh khuda ka bhi shukr zyada karega. yeh matlab is hadees ka: "lam yashkur al-nas, lam yashkur al-allah".</w:t>
      </w:r>
    </w:p>
    <w:p>
      <w:pPr>
        <w:jc w:val="right"/>
      </w:pPr>
      <w:r>
        <w:t>میں تو ناشکری کی نفسیات والا آدمی جو ہے، وہ خدا کا بھی شکر زیادہ کرے گا۔ یہ مطلب اس حدیث کا: "لم یشکر الناس، لم یشکر اللہ"۔</w:t>
      </w:r>
    </w:p>
    <w:p>
      <w:r>
        <w:rPr>
          <w:b/>
        </w:rPr>
        <w:t xml:space="preserve">[1:38:14] </w:t>
      </w:r>
      <w:r>
        <w:t>jo insaan ka eteraf nahi karega, woh khuda ka bhi eteraf nahi karega.</w:t>
      </w:r>
    </w:p>
    <w:p>
      <w:pPr>
        <w:jc w:val="right"/>
      </w:pPr>
      <w:r>
        <w:t>جو انسان کا اعتراف نہیں کرے گا، وہ خدا کا بھی اعتراف نہیں کرے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