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Hadith-e-Jibril, April 21, 2013</w:t>
      </w:r>
    </w:p>
    <w:p>
      <w:r>
        <w:t>https://youtu.be/0rF6Ou0pDog</w:t>
      </w:r>
    </w:p>
    <w:p>
      <w:r>
        <w:rPr>
          <w:b/>
        </w:rPr>
        <w:t xml:space="preserve">[00:14] </w:t>
      </w:r>
      <w:r>
        <w:t>bismillah-hir-rahman-nir-rahim, wa salla-llahu 'ala-n-nabiyyi-l-karim.</w:t>
      </w:r>
    </w:p>
    <w:p>
      <w:pPr>
        <w:jc w:val="right"/>
      </w:pPr>
      <w:r>
        <w:t>بسم اللہ الرحمن الرحیم، وصلی اللہ علی النبی الکریم۔</w:t>
      </w:r>
    </w:p>
    <w:p>
      <w:r>
        <w:rPr>
          <w:b/>
        </w:rPr>
        <w:t xml:space="preserve">[00:22] </w:t>
      </w:r>
      <w:r>
        <w:t>rabbi-shrah-li sadri, wa yassir-li amri,</w:t>
      </w:r>
    </w:p>
    <w:p>
      <w:pPr>
        <w:jc w:val="right"/>
      </w:pPr>
      <w:r>
        <w:t>رب اشرح لی صدری، ویسر لی امری،</w:t>
      </w:r>
    </w:p>
    <w:p>
      <w:r>
        <w:rPr>
          <w:b/>
        </w:rPr>
        <w:t xml:space="preserve">[00:30] </w:t>
      </w:r>
      <w:r>
        <w:t>wa-hlul 'uqdatan-min lisani,</w:t>
      </w:r>
    </w:p>
    <w:p>
      <w:pPr>
        <w:jc w:val="right"/>
      </w:pPr>
      <w:r>
        <w:t>واحل العقدۃ من لسانی،</w:t>
      </w:r>
    </w:p>
    <w:p>
      <w:r>
        <w:rPr>
          <w:b/>
        </w:rPr>
        <w:t xml:space="preserve">[00:39] </w:t>
      </w:r>
      <w:r>
        <w:t>yaf-qahu qawli.</w:t>
      </w:r>
    </w:p>
    <w:p>
      <w:pPr>
        <w:jc w:val="right"/>
      </w:pPr>
      <w:r>
        <w:t>یفقہ قولی۔</w:t>
      </w:r>
    </w:p>
    <w:p>
      <w:r>
        <w:rPr>
          <w:b/>
        </w:rPr>
        <w:t xml:space="preserve">[00:43] </w:t>
      </w:r>
      <w:r>
        <w:t>aaj ka topic hai hadith jibril.</w:t>
      </w:r>
    </w:p>
    <w:p>
      <w:pPr>
        <w:jc w:val="right"/>
      </w:pPr>
      <w:r>
        <w:t>آج کا ٹاپک ہے حدیث جبرائیل۔</w:t>
      </w:r>
    </w:p>
    <w:p>
      <w:r>
        <w:rPr>
          <w:b/>
        </w:rPr>
        <w:t xml:space="preserve">[00:51] </w:t>
      </w:r>
      <w:r>
        <w:t>dekhiye, rasool-Allah sal-lal-lahu 'alayhi wa-sallam se bohat si hadith-ein kitabon mein aayi hain. Un mein aik hadith aisi hai jo sirf aik hi hadith hai, is ko kaha jata hai hadith jibril.</w:t>
      </w:r>
    </w:p>
    <w:p>
      <w:pPr>
        <w:jc w:val="right"/>
      </w:pPr>
      <w:r>
        <w:t>دیکھیے، رسول اللہ صلی اللہ علیہ وسلم سے بہت سی حدیثیں کتابوں میں آئی ہیں۔ ان میں ایک حدیث ایسی ہے جو صرف ایک ہی حدیث ہے، اس کو کہا جاتا ہے حدیث جبرائیل۔</w:t>
      </w:r>
    </w:p>
    <w:p>
      <w:r>
        <w:rPr>
          <w:b/>
        </w:rPr>
        <w:t xml:space="preserve">[01:12] </w:t>
      </w:r>
      <w:r>
        <w:t>aap jante hain ke Allah ta'ala ne mukhtalif kamon ke liye alag alag farishtay muqarrar kiye hain. Koi malak-ul-jibal hai, koi malak-ul-maut hai, waghera.</w:t>
      </w:r>
    </w:p>
    <w:p>
      <w:pPr>
        <w:jc w:val="right"/>
      </w:pPr>
      <w:r>
        <w:t>آپ جانتے ہیں کہ اللہ تعالیٰ نے مختلف کاموں کے لیے الگ الگ فرشتے مقرر کیے ہیں۔ کوئی ملک الجبال ہے، کوئی ملک الموت ہے، وغیرہ۔</w:t>
      </w:r>
    </w:p>
    <w:p>
      <w:r>
        <w:rPr>
          <w:b/>
        </w:rPr>
        <w:t xml:space="preserve">[01:26] </w:t>
      </w:r>
      <w:r>
        <w:t>jibril woh farishtay hain jo wahi ke liye muqarrar hue hain.</w:t>
      </w:r>
    </w:p>
    <w:p>
      <w:pPr>
        <w:jc w:val="right"/>
      </w:pPr>
      <w:r>
        <w:t>جبرائیل وہ فرشتہ ہیں جو وحی کے لیے مقرر ہوئے ہیں۔</w:t>
      </w:r>
    </w:p>
    <w:p>
      <w:r>
        <w:rPr>
          <w:b/>
        </w:rPr>
        <w:t xml:space="preserve">[01:38] </w:t>
      </w:r>
      <w:r>
        <w:t>yani Allah ki taraf se</w:t>
      </w:r>
    </w:p>
    <w:p>
      <w:pPr>
        <w:jc w:val="right"/>
      </w:pPr>
      <w:r>
        <w:t>یعنی اللہ کی طرف سے</w:t>
      </w:r>
    </w:p>
    <w:p>
      <w:r>
        <w:rPr>
          <w:b/>
        </w:rPr>
        <w:t xml:space="preserve">[01:42] </w:t>
      </w:r>
      <w:r>
        <w:t>paighambaron ko jo wahi aati hai,</w:t>
      </w:r>
    </w:p>
    <w:p>
      <w:pPr>
        <w:jc w:val="right"/>
      </w:pPr>
      <w:r>
        <w:t>پیغمبروں کو جو وحی آتی ہے،</w:t>
      </w:r>
    </w:p>
    <w:p>
      <w:r>
        <w:rPr>
          <w:b/>
        </w:rPr>
        <w:t xml:space="preserve">[01:48] </w:t>
      </w:r>
      <w:r>
        <w:t>woh jibreel le kar atay hain.</w:t>
      </w:r>
    </w:p>
    <w:p>
      <w:pPr>
        <w:jc w:val="right"/>
      </w:pPr>
      <w:r>
        <w:t>وہ جبرائیل لے کر آتے ہیں۔</w:t>
      </w:r>
    </w:p>
    <w:p>
      <w:r>
        <w:rPr>
          <w:b/>
        </w:rPr>
        <w:t xml:space="preserve">[01:54] </w:t>
      </w:r>
      <w:r>
        <w:t>jitnay bhi peghambar aaye dunya mein, sab ke paas Allah ki taraf se jo paigham laaye, woh jibreel hi le aaye.</w:t>
      </w:r>
    </w:p>
    <w:p>
      <w:pPr>
        <w:jc w:val="right"/>
      </w:pPr>
      <w:r>
        <w:t>جتنے بھی پیغمبر آئے دنیا میں، سب کے پاس اللہ کی طرف سے جو پیغام لائے، وہ جبرائیل ہی لے آئے۔</w:t>
      </w:r>
    </w:p>
    <w:p>
      <w:r>
        <w:rPr>
          <w:b/>
        </w:rPr>
        <w:t xml:space="preserve">[02:04] </w:t>
      </w:r>
      <w:r>
        <w:t>aur peghambar e Islam salallaho alaihe wasallam ke paas bhi wohi laaye.</w:t>
      </w:r>
    </w:p>
    <w:p>
      <w:pPr>
        <w:jc w:val="right"/>
      </w:pPr>
      <w:r>
        <w:t>اور پیغمبر اسلام صلی اللہ علیہ وسلم کے پاس بھی وہی لائے۔</w:t>
      </w:r>
    </w:p>
    <w:p>
      <w:r>
        <w:rPr>
          <w:b/>
        </w:rPr>
        <w:t xml:space="preserve">[02:10] </w:t>
      </w:r>
      <w:r>
        <w:t>to</w:t>
      </w:r>
    </w:p>
    <w:p>
      <w:pPr>
        <w:jc w:val="right"/>
      </w:pPr>
      <w:r>
        <w:t>تو</w:t>
      </w:r>
    </w:p>
    <w:p>
      <w:r>
        <w:rPr>
          <w:b/>
        </w:rPr>
        <w:t xml:space="preserve">[02:13] </w:t>
      </w:r>
      <w:r>
        <w:t>har Quran ki har surah, har ayat jis ko hum aaj jantay hain, woh sab jibreel hi ke wasilay se hum tak pahunchi hain.</w:t>
      </w:r>
    </w:p>
    <w:p>
      <w:pPr>
        <w:jc w:val="right"/>
      </w:pPr>
      <w:r>
        <w:t>ہر قرآن کی ہر سورہ، ہر آیت جس کو ہم آج جانتے ہیں، وہ سب جبرائیل ہی کے واسطے سے ہم تک پہنچی ہیں۔</w:t>
      </w:r>
    </w:p>
    <w:p>
      <w:r>
        <w:rPr>
          <w:b/>
        </w:rPr>
        <w:t xml:space="preserve">[02:26] </w:t>
      </w:r>
      <w:r>
        <w:t>lekin aik hadees aisi hai jo bohat hi anokhi hadees hai.</w:t>
      </w:r>
    </w:p>
    <w:p>
      <w:pPr>
        <w:jc w:val="right"/>
      </w:pPr>
      <w:r>
        <w:t>لیکن ایک حدیث ایسی ہے جو بہت ہی انوکھی حدیث ہے۔</w:t>
      </w:r>
    </w:p>
    <w:p>
      <w:r>
        <w:rPr>
          <w:b/>
        </w:rPr>
        <w:t xml:space="preserve">[02:33] </w:t>
      </w:r>
      <w:r>
        <w:t>is hadees ko ibn rajeeb hambali ne kaha hai: "haza hadees azim jiddan". yeh hadees bohat hi ziyada azim hadees hai.</w:t>
      </w:r>
    </w:p>
    <w:p>
      <w:pPr>
        <w:jc w:val="right"/>
      </w:pPr>
      <w:r>
        <w:t>اس حدیث کو ابن رجب حنبلی نے کہا ہے: "ھذا حدیث عظیم جداً"۔ یہ حدیث بہت ہی زیادہ عظیم حدیث ہے۔</w:t>
      </w:r>
    </w:p>
    <w:p>
      <w:r>
        <w:rPr>
          <w:b/>
        </w:rPr>
        <w:t xml:space="preserve">[02:51] </w:t>
      </w:r>
      <w:r>
        <w:t>yeh hadees bohat ziyada azim hadees hai. aik anokhay andaaz mein hazrat jibreel aaye rasool Allah ke paas. yeh yeh hadees Quran ka hissa nahi hai,</w:t>
      </w:r>
    </w:p>
    <w:p>
      <w:pPr>
        <w:jc w:val="right"/>
      </w:pPr>
      <w:r>
        <w:t>یہ حدیث بہت زیادہ عظیم حدیث ہے۔ ایک انوکھے انداز میں حضرت جبرائیل آئے رسول اللہ کے پاس۔ یہ یہ حدیث قرآن کا حصہ نہیں ہے،</w:t>
      </w:r>
    </w:p>
    <w:p>
      <w:r>
        <w:rPr>
          <w:b/>
        </w:rPr>
        <w:t xml:space="preserve">[03:03] </w:t>
      </w:r>
      <w:r>
        <w:t>yeh hadees ka hissa hai.</w:t>
      </w:r>
    </w:p>
    <w:p>
      <w:pPr>
        <w:jc w:val="right"/>
      </w:pPr>
      <w:r>
        <w:t>یہ حدیث کا حصہ ہے۔</w:t>
      </w:r>
    </w:p>
    <w:p>
      <w:r>
        <w:rPr>
          <w:b/>
        </w:rPr>
        <w:t xml:space="preserve">[03:09] </w:t>
      </w:r>
      <w:r>
        <w:t>isi ke baray mein is waqt inshallah kuch kehna hai. to pehlay woh hadees aap ke samnay parhi jaye gi, us ke baad mein is ke thoray thoray hissay ka ki sharah karoon ga.</w:t>
      </w:r>
    </w:p>
    <w:p>
      <w:pPr>
        <w:jc w:val="right"/>
      </w:pPr>
      <w:r>
        <w:t>اسی کے بارے میں اس وقت انشاءاللہ کچھ کہنا ہے۔ تو پہلے وہ حدیث آپ کے سامنے پڑھی جائے گی، اس کے بعد میں اس کے تھوڑے تھوڑے حصے کا کی شرح کروں گا۔</w:t>
      </w:r>
    </w:p>
    <w:p>
      <w:r>
        <w:rPr>
          <w:b/>
        </w:rPr>
        <w:t xml:space="preserve">[03:29] </w:t>
      </w:r>
      <w:r>
        <w:t>bismillah rahman rahim. an umar ibn al-khattab radi allahu anhu: "qala baynama nahnu inda rasool Allah salallaho alaihe wasallam zatay yawm, atalla alayna rajulun shadeed bayad al-thiyab,</w:t>
      </w:r>
    </w:p>
    <w:p>
      <w:pPr>
        <w:jc w:val="right"/>
      </w:pPr>
      <w:r>
        <w:t>بسم اللہ الرحمن الرحیم۔ عن عمر ابن الخطاب رضی اللہ عنہ: "قال بینما نحن عند رسول اللہ صلی اللہ علیہ وسلم ذات یوم، اطلا علینا رجل شدید بیاض الثیاب،</w:t>
      </w:r>
    </w:p>
    <w:p>
      <w:r>
        <w:rPr>
          <w:b/>
        </w:rPr>
        <w:t xml:space="preserve">[03:48] </w:t>
      </w:r>
      <w:r>
        <w:t>shadeed sawad al-shaar, la yura alayhi athar al-safar, wa la ya'rifuhu minna ahad, hatta jalas ila al-nabi salallaho alaihe wasallam, fa asnad rukbatayhi ila rukbatayhi,</w:t>
      </w:r>
    </w:p>
    <w:p>
      <w:pPr>
        <w:jc w:val="right"/>
      </w:pPr>
      <w:r>
        <w:t>شدید سواد الشعر، لا یرا علیہ اثر السفر، ولا یعرفہ منا احد، حتى جلس الی النبی صلی اللہ علیہ وسلم، فاسند رکبتہ الی رکبتہ،</w:t>
      </w:r>
    </w:p>
    <w:p>
      <w:r>
        <w:rPr>
          <w:b/>
        </w:rPr>
        <w:t xml:space="preserve">[04:05] </w:t>
      </w:r>
      <w:r>
        <w:t>wa wada'a kaffayhi ala fakhzihi, wa qala: ya Muhammad, akhbirni an al-Islam".</w:t>
      </w:r>
    </w:p>
    <w:p>
      <w:pPr>
        <w:jc w:val="right"/>
      </w:pPr>
      <w:r>
        <w:t>ووضع کفہ علی فخذہ، وقال: یا محمد، اخبرنی عن الاسلام"۔</w:t>
      </w:r>
    </w:p>
    <w:p>
      <w:r>
        <w:rPr>
          <w:b/>
        </w:rPr>
        <w:t xml:space="preserve">[04:14] </w:t>
      </w:r>
      <w:r>
        <w:t>faqala rasool Allah salallaho alaihe wasallam: "al-Islam an tash-had an la ilaha illallah, wa anna Muhammad rasool Allah,</w:t>
      </w:r>
    </w:p>
    <w:p>
      <w:pPr>
        <w:jc w:val="right"/>
      </w:pPr>
      <w:r>
        <w:t>فقال رسول اللہ صلی اللہ علیہ وسلم: "الاسلام ان تشهد ان لا الہ الا اللہ، وان محمد رسول اللہ،</w:t>
      </w:r>
    </w:p>
    <w:p>
      <w:r>
        <w:rPr>
          <w:b/>
        </w:rPr>
        <w:t xml:space="preserve">[04:25] </w:t>
      </w:r>
      <w:r>
        <w:t>wa tuqeem al-salat, wa tu'ti al-zakat, wa tasoom ramadan, wa tahujj al-bayt in istata'ta ilayhi sabeela".</w:t>
      </w:r>
    </w:p>
    <w:p>
      <w:pPr>
        <w:jc w:val="right"/>
      </w:pPr>
      <w:r>
        <w:t>وتقیم الصلاۃ، وتؤتی الزکوۃ، وتصوم رمضان، وتحج البیت ان استطعت الیہ سبیلا"۔</w:t>
      </w:r>
    </w:p>
    <w:p>
      <w:r>
        <w:rPr>
          <w:b/>
        </w:rPr>
        <w:t xml:space="preserve">[04:36] </w:t>
      </w:r>
      <w:r>
        <w:t>qala: "sidqta". qala: "fa ajabna lahu". yasaluhu wa yusaddiquhu</w:t>
      </w:r>
    </w:p>
    <w:p>
      <w:pPr>
        <w:jc w:val="right"/>
      </w:pPr>
      <w:r>
        <w:t>قال: "صدقت"۔ قال: "فعجبنا له"۔ یسالہ ویصدقہ</w:t>
      </w:r>
    </w:p>
    <w:p>
      <w:r>
        <w:rPr>
          <w:b/>
        </w:rPr>
        <w:t xml:space="preserve">[04:43] </w:t>
      </w:r>
      <w:r>
        <w:t>. qala: "fa akhbirni an al-iman". qala: "an tu'min billahi wa mala'ikatihi wa kutubihi wa rusulihi wa al-yawm al-akhir,</w:t>
      </w:r>
    </w:p>
    <w:p>
      <w:pPr>
        <w:jc w:val="right"/>
      </w:pPr>
      <w:r>
        <w:t>۔ قال: "فاخبرنی عن الایمان"۔ قال: "ان تؤمن باللہ وملائکتہ وکتبه ورسله والیوم الاخر،</w:t>
      </w:r>
    </w:p>
    <w:p>
      <w:r>
        <w:rPr>
          <w:b/>
        </w:rPr>
        <w:t xml:space="preserve">[04:56] </w:t>
      </w:r>
      <w:r>
        <w:t>wa tu'min bil-qadari khayrihi wa sharrihi". qala: "sidqta". qala: "fa akhbirni an al-ihsan".</w:t>
      </w:r>
    </w:p>
    <w:p>
      <w:pPr>
        <w:jc w:val="right"/>
      </w:pPr>
      <w:r>
        <w:t>وتؤمن بالقدر خیره وشره"۔ قال: "صدقت"۔ قال: "فاخبرنی عن الاحسان"۔</w:t>
      </w:r>
    </w:p>
    <w:p>
      <w:r>
        <w:rPr>
          <w:b/>
        </w:rPr>
        <w:t xml:space="preserve">[05:07] </w:t>
      </w:r>
      <w:r>
        <w:t>qala: "an ta'bud Allah ka'annaka tarah,</w:t>
      </w:r>
    </w:p>
    <w:p>
      <w:pPr>
        <w:jc w:val="right"/>
      </w:pPr>
      <w:r>
        <w:t>قال: "ان تعبد اللہ کانک تراہ،</w:t>
      </w:r>
    </w:p>
    <w:p>
      <w:r>
        <w:rPr>
          <w:b/>
        </w:rPr>
        <w:t xml:space="preserve">[05:11] </w:t>
      </w:r>
      <w:r>
        <w:t>fa in lam takun tarahu fa innahu yarak". qala: "fa akhbirni an al-sa'ah". qala: "ma al-mas'oolu anha?</w:t>
      </w:r>
    </w:p>
    <w:p>
      <w:pPr>
        <w:jc w:val="right"/>
      </w:pPr>
      <w:r>
        <w:t>فان لم تکن تراہ فانه یراک"۔ قال: "فاخبرنی عن الساعہ"۔ قال: "ما المسؤول عنها؟</w:t>
      </w:r>
    </w:p>
    <w:p>
      <w:r>
        <w:rPr>
          <w:b/>
        </w:rPr>
        <w:t xml:space="preserve">[05:22] </w:t>
      </w:r>
      <w:r>
        <w:t>bi a'lam min al-sa'il". qala: "fa akhbirni an amaratiha". qala: "an talid al-ammah rabbataha,</w:t>
      </w:r>
    </w:p>
    <w:p>
      <w:pPr>
        <w:jc w:val="right"/>
      </w:pPr>
      <w:r>
        <w:t>باعلم من السائل"۔ قال: "فاخبرنی عن اماراتها"۔ قال: "ان تلد الامه ربتها،</w:t>
      </w:r>
    </w:p>
    <w:p>
      <w:r>
        <w:rPr>
          <w:b/>
        </w:rPr>
        <w:t xml:space="preserve">[05:33] </w:t>
      </w:r>
      <w:r>
        <w:t>wa an tara al-hufat al-urat al-'alah ru'a al-shaa'i yata tawwaloon fi al-bunyan".</w:t>
      </w:r>
    </w:p>
    <w:p>
      <w:pPr>
        <w:jc w:val="right"/>
      </w:pPr>
      <w:r>
        <w:t>وان ترى الحفاۃ العرات العاله رعاء الشاء يتطاولون في البنيان"۔</w:t>
      </w:r>
    </w:p>
    <w:p>
      <w:r>
        <w:rPr>
          <w:b/>
        </w:rPr>
        <w:t xml:space="preserve">[05:42] </w:t>
      </w:r>
      <w:r>
        <w:t>qala: "thumma intalaqa fa labithtu maliyan". thumma qala li: "ya Umar, atadree man al-sa'il".</w:t>
      </w:r>
    </w:p>
    <w:p>
      <w:pPr>
        <w:jc w:val="right"/>
      </w:pPr>
      <w:r>
        <w:t>قال: "ثم انطلق فلبست مليا"۔ ثم قال لي: "یا عمر، اتدری من السائل"۔</w:t>
      </w:r>
    </w:p>
    <w:p>
      <w:r>
        <w:rPr>
          <w:b/>
        </w:rPr>
        <w:t xml:space="preserve">[05:52] </w:t>
      </w:r>
      <w:r>
        <w:t>qultu: "Allah wa rasooluhu a'lam".</w:t>
      </w:r>
    </w:p>
    <w:p>
      <w:pPr>
        <w:jc w:val="right"/>
      </w:pPr>
      <w:r>
        <w:t>قلت: "اللہ ورسولہ اعلم"۔</w:t>
      </w:r>
    </w:p>
    <w:p>
      <w:r>
        <w:rPr>
          <w:b/>
        </w:rPr>
        <w:t xml:space="preserve">[05:55] </w:t>
      </w:r>
      <w:r>
        <w:t>qala: "fa innahu jibreel atakum yu'allimukum deenakum". rawaahu muslim.</w:t>
      </w:r>
    </w:p>
    <w:p>
      <w:pPr>
        <w:jc w:val="right"/>
      </w:pPr>
      <w:r>
        <w:t>قال: "فانه جبرائیل اتاكم یعلمکم دینکم"۔ رواه مسلم۔</w:t>
      </w:r>
    </w:p>
    <w:p>
      <w:r>
        <w:rPr>
          <w:b/>
        </w:rPr>
        <w:t xml:space="preserve">[06:07] </w:t>
      </w:r>
      <w:r>
        <w:t>dekhiye, yeh hadith bukhari mein, muslim mein, aur doosri kitabon mein aayi hai, aur bohat hi mustanad hadith hai.</w:t>
      </w:r>
    </w:p>
    <w:p>
      <w:pPr>
        <w:jc w:val="right"/>
      </w:pPr>
      <w:r>
        <w:t>دیکھیے، یہ حدیث بخاری میں، مسلم میں، اور دوسری کتابوں میں آئی ہے، اور بہت ہی مستند حدیث ہے۔</w:t>
      </w:r>
    </w:p>
    <w:p>
      <w:r>
        <w:rPr>
          <w:b/>
        </w:rPr>
        <w:t xml:space="preserve">[06:19] </w:t>
      </w:r>
      <w:r>
        <w:t>is hadith mein</w:t>
      </w:r>
    </w:p>
    <w:p>
      <w:pPr>
        <w:jc w:val="right"/>
      </w:pPr>
      <w:r>
        <w:t>اس حدیث میں</w:t>
      </w:r>
    </w:p>
    <w:p>
      <w:r>
        <w:rPr>
          <w:b/>
        </w:rPr>
        <w:t xml:space="preserve">[06:22] </w:t>
      </w:r>
      <w:r>
        <w:t>rasool Allah sal Allah alaihi wasallam aur jibril se ek dialogue hota hai, aur saare sahaba sunte hain aur dekhte hain.</w:t>
      </w:r>
    </w:p>
    <w:p>
      <w:pPr>
        <w:jc w:val="right"/>
      </w:pPr>
      <w:r>
        <w:t>رسول اللہ صلی اللہ علیہ وسلم اور جبرائیل سے ایک ڈائیلاگ ہوتا ہے، اور سارے صحابہ سنتے ہیں اور دیکھتے ہیں۔</w:t>
      </w:r>
    </w:p>
    <w:p>
      <w:r>
        <w:rPr>
          <w:b/>
        </w:rPr>
        <w:t xml:space="preserve">[06:35] </w:t>
      </w:r>
      <w:r>
        <w:t>sahaba maujood hain, is mein ek insan aata hai, woh rasool Allah se dialogue karta hai. yeh insan jibril hota hai.</w:t>
      </w:r>
    </w:p>
    <w:p>
      <w:pPr>
        <w:jc w:val="right"/>
      </w:pPr>
      <w:r>
        <w:t>صحابہ موجود ہیں، اس میں ایک انسان آتا ہے، وہ رسول اللہ سے ڈائیلاگ کرتا ہے۔ یہ انسان جبرائیل ہوتا ہے۔</w:t>
      </w:r>
    </w:p>
    <w:p>
      <w:r>
        <w:rPr>
          <w:b/>
        </w:rPr>
        <w:t xml:space="preserve">[06:47] </w:t>
      </w:r>
      <w:r>
        <w:t>dekhiye, agar aap ke andar bohat hi strong affection ho rasool Allah se, Allah ke rasool se, aur sahaba se, aur farishton se,</w:t>
      </w:r>
    </w:p>
    <w:p>
      <w:pPr>
        <w:jc w:val="right"/>
      </w:pPr>
      <w:r>
        <w:t>دیکھیے، اگر آپ کے اندر بہت ہی سٹرانگ افیکشن ہو رسول اللہ سے، اللہ کے رسول سے، اور صحابہ سے، اور فرشتوں سے،</w:t>
      </w:r>
    </w:p>
    <w:p>
      <w:r>
        <w:rPr>
          <w:b/>
        </w:rPr>
        <w:t xml:space="preserve">[07:03] </w:t>
      </w:r>
      <w:r>
        <w:t>bohat hi strong taalluq aap ko ho to jante hain kya hoga?</w:t>
      </w:r>
    </w:p>
    <w:p>
      <w:pPr>
        <w:jc w:val="right"/>
      </w:pPr>
      <w:r>
        <w:t>بہت ہی سٹرانگ تعلق آپ کو ہو تو جانتے ہیں کیا ہوگا؟</w:t>
      </w:r>
    </w:p>
    <w:p>
      <w:r>
        <w:rPr>
          <w:b/>
        </w:rPr>
        <w:t xml:space="preserve">[07:12] </w:t>
      </w:r>
      <w:r>
        <w:t>aap ko aisa mehsoos hoga jaise ke main khud is sohbat, is audience mein maujood hoon.</w:t>
      </w:r>
    </w:p>
    <w:p>
      <w:pPr>
        <w:jc w:val="right"/>
      </w:pPr>
      <w:r>
        <w:t>آپ کو ایسا محسوس ہوگا جیسے کہ میں خود اس صحبت، اس آڈینس میں موجود ہوں۔</w:t>
      </w:r>
    </w:p>
    <w:p>
      <w:r>
        <w:rPr>
          <w:b/>
        </w:rPr>
        <w:t xml:space="preserve">[07:24] </w:t>
      </w:r>
      <w:r>
        <w:t>jaise ke main khud sun raha hoon, main khud dekh raha hoon. isi liye is tareeqe se jibril aa</w:t>
      </w:r>
    </w:p>
    <w:p>
      <w:pPr>
        <w:jc w:val="right"/>
      </w:pPr>
      <w:r>
        <w:t>جیسے کہ میں خود سن رہا ہوں، میں خود دیکھ رہا ہوں۔ اسی لیے اس طریقے سے جبرائیل آ</w:t>
      </w:r>
    </w:p>
    <w:p>
      <w:r>
        <w:rPr>
          <w:b/>
        </w:rPr>
        <w:t xml:space="preserve">[07:31] </w:t>
      </w:r>
      <w:r>
        <w:t>ye, warna aam taur par jibril aate the to sahaba is ko nahi dekhte the, sirf rasool Allah dekhte the. is hadith mein sahaba ne jibril ko dekha, jibril ki awaaz suni to kyun aisa hua?</w:t>
      </w:r>
    </w:p>
    <w:p>
      <w:pPr>
        <w:jc w:val="right"/>
      </w:pPr>
      <w:r>
        <w:t>ئے، ورنہ عام طور پر جبرائیل آتے تھے تو صحابہ اس کو نہیں دیکھتے تھے، صرف رسول اللہ دیکھتے تھے۔ اس حدیث میں صحابہ نے جبرائیل کو دیکھا، جبرائیل کی آواز سنی تو کیوں ایسا ہوا؟</w:t>
      </w:r>
    </w:p>
    <w:p>
      <w:r>
        <w:rPr>
          <w:b/>
        </w:rPr>
        <w:t xml:space="preserve">[07:49] </w:t>
      </w:r>
      <w:r>
        <w:t>poori ummat ke liye is mein ek bohat badi nemat de di gayi ke agar aap ummat ke afraad baad ke zamane mein yeh waqea hua tha saatveen sadi isvi mein,</w:t>
      </w:r>
    </w:p>
    <w:p>
      <w:pPr>
        <w:jc w:val="right"/>
      </w:pPr>
      <w:r>
        <w:t>پوری امت کے لیے اس میں ایک بہت بڑی نعمت دے دی گئی کہ اگر آپ امت کے افراد بعد کے زمانے میں یہ واقعہ ہوا تھا ساتویں صدی عیسوی میں،</w:t>
      </w:r>
    </w:p>
    <w:p>
      <w:r>
        <w:rPr>
          <w:b/>
        </w:rPr>
        <w:t xml:space="preserve">[08:05] </w:t>
      </w:r>
      <w:r>
        <w:t>lekin aaj ke ummati jo ke ikkeesveen sadi mein hain, agar waqai un ko bohat hi gehra taalluq ho rasool se, ashaab rasool se, aur farishton se</w:t>
      </w:r>
    </w:p>
    <w:p>
      <w:pPr>
        <w:jc w:val="right"/>
      </w:pPr>
      <w:r>
        <w:t>لیکن آج کے امتی جو کہ اکیسویں صدی میں ہیں، اگر واقعی ان کو بہت ہی گہرا تعلق ہو رسول سے، اصحاب رسول سے، اور فرشتوں سے</w:t>
      </w:r>
    </w:p>
    <w:p>
      <w:r>
        <w:rPr>
          <w:b/>
        </w:rPr>
        <w:t xml:space="preserve">[08:20] </w:t>
      </w:r>
      <w:r>
        <w:t>to is ke andar ek ajeeb ehsaas develop hoga. woh samjhenge ke doori khatam ho gayi hai,</w:t>
      </w:r>
    </w:p>
    <w:p>
      <w:pPr>
        <w:jc w:val="right"/>
      </w:pPr>
      <w:r>
        <w:t>تو اس کے اندر ایک عجیب احساس ڈیولپ ہوگا۔ وہ سمجھیں گے کہ دوری ختم ہوگئی ہے،</w:t>
      </w:r>
    </w:p>
    <w:p>
      <w:r>
        <w:rPr>
          <w:b/>
        </w:rPr>
        <w:t xml:space="preserve">[08:29] </w:t>
      </w:r>
      <w:r>
        <w:t>zaman o makaan ka farq mit gaya hai, aur main khud is sohbat mein maujood hoon, dekh raha hoon aur sun raha hoon.</w:t>
      </w:r>
    </w:p>
    <w:p>
      <w:pPr>
        <w:jc w:val="right"/>
      </w:pPr>
      <w:r>
        <w:t>زمان و مکاں کا فرق مٹ گیا ہے، اور میں خود اس صحبت میں موجود ہوں، دیکھ رہا ہوں اور سن رہا ہوں۔</w:t>
      </w:r>
    </w:p>
    <w:p>
      <w:r>
        <w:rPr>
          <w:b/>
        </w:rPr>
        <w:t xml:space="preserve">[08:40] </w:t>
      </w:r>
      <w:r>
        <w:t>to aap ko yeh nemat dene ke liye yeh hadith hai, ek munfarid hadith.</w:t>
      </w:r>
    </w:p>
    <w:p>
      <w:pPr>
        <w:jc w:val="right"/>
      </w:pPr>
      <w:r>
        <w:t>تو آپ کو یہ نعمت دینے کے لیے یہ حدیث ہے، ایک منفرد حدیث۔</w:t>
      </w:r>
    </w:p>
    <w:p>
      <w:r>
        <w:rPr>
          <w:b/>
        </w:rPr>
        <w:t xml:space="preserve">[08:50] </w:t>
      </w:r>
      <w:r>
        <w:t>yeh sab kuch is par mabni hai ke aap ke iman kitna taqatwar hai, aap ki marifat kitni gehri hai,</w:t>
      </w:r>
    </w:p>
    <w:p>
      <w:pPr>
        <w:jc w:val="right"/>
      </w:pPr>
      <w:r>
        <w:t>یہ سب کچھ اس پر مبنی ہے کہ آپ کے ایمان کتنا طاقتور ہے، آپ کی معرفت کتنی گہری ہے،</w:t>
      </w:r>
    </w:p>
    <w:p>
      <w:r>
        <w:rPr>
          <w:b/>
        </w:rPr>
        <w:t xml:space="preserve">[08:58] </w:t>
      </w:r>
      <w:r>
        <w:t>aap ka ehsaas kitna shadeed hai. agar waqai aisa hai to aap ko aaj bhi mehsoos hoga ke main is sohbat mein maujood hoon.</w:t>
      </w:r>
    </w:p>
    <w:p>
      <w:pPr>
        <w:jc w:val="right"/>
      </w:pPr>
      <w:r>
        <w:t>آپ کا احساس کتنا شدید ہے۔ اگر واقعی ایسا ہے تو آپ کو آج بھی محسوس ہوگا کہ میں اس صحبت میں موجود ہوں۔</w:t>
      </w:r>
    </w:p>
    <w:p>
      <w:r>
        <w:rPr>
          <w:b/>
        </w:rPr>
        <w:t xml:space="preserve">[09:17] </w:t>
      </w:r>
      <w:r>
        <w:t>to kaisa ajeeb yeh tajruba, kaisa ajeeb experience hai jo hamare liye muqaddar kiya gaya hai.</w:t>
      </w:r>
    </w:p>
    <w:p>
      <w:pPr>
        <w:jc w:val="right"/>
      </w:pPr>
      <w:r>
        <w:t>تو کیسا عجیب یہ تجربہ، کیسا عجیب ایکسپیرینس ہے جو ہمارے لیے مقدر کیا گیا ہے۔</w:t>
      </w:r>
    </w:p>
    <w:p>
      <w:r>
        <w:rPr>
          <w:b/>
        </w:rPr>
        <w:t xml:space="preserve">[09:27] </w:t>
      </w:r>
      <w:r>
        <w:t>ab main is ka tarjuma padhta hoon hadith ke mukhtalif hisson ka. an umar ibn al-khattab radiallahu anhu.</w:t>
      </w:r>
    </w:p>
    <w:p>
      <w:pPr>
        <w:jc w:val="right"/>
      </w:pPr>
      <w:r>
        <w:t>اب میں اس کا ترجمہ پڑھتا ہوں حدیث کے مختلف حصوں کا۔ عن عمر ابن الخطاب رضی اللہ عنہ۔</w:t>
      </w:r>
    </w:p>
    <w:p>
      <w:r>
        <w:rPr>
          <w:b/>
        </w:rPr>
        <w:t xml:space="preserve">[09:36] </w:t>
      </w:r>
      <w:r>
        <w:t>dekhiye, is is hadith ke raavi doosre sahaba ke ilawa Hazrat Umar Farooq bhi hain, jo top most sahabi maane jaate hain.</w:t>
      </w:r>
    </w:p>
    <w:p>
      <w:pPr>
        <w:jc w:val="right"/>
      </w:pPr>
      <w:r>
        <w:t>دیکھیے، اس اس حدیث کے راوی دوسرے صحابہ کے علاوہ حضرت عمر فاروق بھی ہیں، جو ٹاپ موسٹ صحابی مانے جاتے ہیں۔</w:t>
      </w:r>
    </w:p>
    <w:p>
      <w:r>
        <w:rPr>
          <w:b/>
        </w:rPr>
        <w:t xml:space="preserve">[09:49] </w:t>
      </w:r>
      <w:r>
        <w:t>aam taur par in se hadithain bohat zyada nahi hain, bohat zyada hadithain to Hazrat Abu Hurairah se hain,</w:t>
      </w:r>
    </w:p>
    <w:p>
      <w:pPr>
        <w:jc w:val="right"/>
      </w:pPr>
      <w:r>
        <w:t>عام طور پر ان سے حدیثیں بہت زیادہ نہیں ہیں، بہت زیادہ حدیثیں تو حضرت ابوہریرہ سے ہیں،</w:t>
      </w:r>
    </w:p>
    <w:p>
      <w:r>
        <w:rPr>
          <w:b/>
        </w:rPr>
        <w:t xml:space="preserve">[09:56] </w:t>
      </w:r>
      <w:r>
        <w:t>lekin yeh hadith ki ahmiyat is se barh jaati hai ke top most hadith ka jo top most sahabi hai, woh bhi is ka raavi hai.</w:t>
      </w:r>
    </w:p>
    <w:p>
      <w:pPr>
        <w:jc w:val="right"/>
      </w:pPr>
      <w:r>
        <w:t>لیکن یہ حدیث کی اہمیت اس سے بڑھ جاتی ہے کہ ٹاپ موسٹ حدیث کا جو ٹاپ موسٹ صحابی ہے، وہ بھی اس کا راوی ہے۔</w:t>
      </w:r>
    </w:p>
    <w:p>
      <w:r>
        <w:rPr>
          <w:b/>
        </w:rPr>
        <w:t xml:space="preserve">[10:05] </w:t>
      </w:r>
      <w:r>
        <w:t>isi liye is ki authenticity mein koi shakk nahi. to woh kehte hain: "bainama nahnu inda rasool Allah sal Allah alaihi wasallam zata yomin</w:t>
      </w:r>
    </w:p>
    <w:p>
      <w:pPr>
        <w:jc w:val="right"/>
      </w:pPr>
      <w:r>
        <w:t>اس لیے اس کی اتھنٹیسٹی میں کوئی شک نہیں۔ تو وہ کہتے ہیں: "بینما نحن عند رسول اللہ صلی اللہ علیہ وسلم ذات یوم</w:t>
      </w:r>
    </w:p>
    <w:p>
      <w:r>
        <w:rPr>
          <w:b/>
        </w:rPr>
        <w:t xml:space="preserve">[10:16] </w:t>
      </w:r>
      <w:r>
        <w:t>" ek din jab ke hum yaani sahaba madine mein rasool Allah sal Allah alaihi wasallam ke paas baithe hue the to yeh waqea guzra.</w:t>
      </w:r>
    </w:p>
    <w:p>
      <w:pPr>
        <w:jc w:val="right"/>
      </w:pPr>
      <w:r>
        <w:t>"۔ ایک دن جب کہ ہم یعنی صحابہ مدینے میں رسول اللہ صلی اللہ علیہ وسلم کے پاس بیٹھے ہوئے تھے تو یہ واقعہ گزرا۔</w:t>
      </w:r>
    </w:p>
    <w:p>
      <w:r>
        <w:rPr>
          <w:b/>
        </w:rPr>
        <w:t xml:space="preserve">[10:28] </w:t>
      </w:r>
      <w:r>
        <w:t>atala alaina rajul. achaanak ek insan zahir hua. shadeed abyad al-thiyabi. is ke kapde bohat hi zyada safed the.</w:t>
      </w:r>
    </w:p>
    <w:p>
      <w:pPr>
        <w:jc w:val="right"/>
      </w:pPr>
      <w:r>
        <w:t>اطلا علینا رجل۔ اچانک ایک انسان ظاہر ہوا۔ شدید بیاض الثیابی۔ اس کے کپڑے بہت ہی زیادہ سفید تھے۔</w:t>
      </w:r>
    </w:p>
    <w:p>
      <w:r>
        <w:rPr>
          <w:b/>
        </w:rPr>
        <w:t xml:space="preserve">[10:42] </w:t>
      </w:r>
      <w:r>
        <w:t>shadeed sawad al-sha'ri. is ke baal bohat zyada kaale the. la yura alaihi athar al-safar.</w:t>
      </w:r>
    </w:p>
    <w:p>
      <w:pPr>
        <w:jc w:val="right"/>
      </w:pPr>
      <w:r>
        <w:t>شدید سواد الشعری۔ اس کے بال بہت زیادہ کالے تھے۔ لا یرا علیہ اثر السفر۔</w:t>
      </w:r>
    </w:p>
    <w:p>
      <w:r>
        <w:rPr>
          <w:b/>
        </w:rPr>
        <w:t xml:space="preserve">[10:50] </w:t>
      </w:r>
      <w:r>
        <w:t>is par safar ka koi nishan nahi tha. aap ghor kijiye ke qadeem arab jahan sarkain nahi theen, jahan koi car wajaz nahi hota tha safar karne ke liye,</w:t>
      </w:r>
    </w:p>
    <w:p>
      <w:pPr>
        <w:jc w:val="right"/>
      </w:pPr>
      <w:r>
        <w:t>اس پر سفر کا کوئی نشان نہیں تھا۔ آپ غور کیجئے کہ قدیم عرب جہاں سڑکیں نہیں تھیں، جہاں کوئی کار واجاز نہیں ہوتا تھا سفر کرنے کے لیے،</w:t>
      </w:r>
    </w:p>
    <w:p>
      <w:r>
        <w:rPr>
          <w:b/>
        </w:rPr>
        <w:t xml:space="preserve">[11:06] </w:t>
      </w:r>
      <w:r>
        <w:t>to jab koi aadmi lamba safar kar ke aata tha to us ke upar gard padi hui, thakan</w:t>
      </w:r>
    </w:p>
    <w:p>
      <w:pPr>
        <w:jc w:val="right"/>
      </w:pPr>
      <w:r>
        <w:t>تو جب کوئی آدمی لمبا سفر کر کے آتا تھا تو اس کے اوپر گرد پڑی ہوئی، تھکان</w:t>
      </w:r>
    </w:p>
    <w:p>
      <w:r>
        <w:rPr>
          <w:b/>
        </w:rPr>
        <w:t xml:space="preserve">[11:15] </w:t>
      </w:r>
      <w:r>
        <w:t>. woh kehte hain ke woh ek anokha insan tha ke bohat hi zyada safed kapre the us ke, aur bohat zyada kale baal the us ke.</w:t>
      </w:r>
    </w:p>
    <w:p>
      <w:pPr>
        <w:jc w:val="right"/>
      </w:pPr>
      <w:r>
        <w:t>۔ وہ کہتے ہیں کہ وہ ایک انوکھا انسان تھا کہ بہت ہی زیادہ سفید کپڑے تھے اس کے، اور بہت زیادہ کالے بال تھے اس کے۔</w:t>
      </w:r>
    </w:p>
    <w:p>
      <w:r>
        <w:rPr>
          <w:b/>
        </w:rPr>
        <w:t xml:space="preserve">[11:27] </w:t>
      </w:r>
      <w:r>
        <w:t>yani jawani ki umar mein tha woh, aur bazahir woh kahin door se aaya tha kyunke woh madine ka aadmi nahi tha. lekin us ke upar safar ka koi nishan nahi tha, kuch bhi nishan nahi tha, na na gard thi, na thakan thi, na kuch.</w:t>
      </w:r>
    </w:p>
    <w:p>
      <w:pPr>
        <w:jc w:val="right"/>
      </w:pPr>
      <w:r>
        <w:t>یعنی جوانی کی عمر میں تھا وہ، اور بظاہر وہ کہیں دور سے آیا تھا کیونکہ وہ مدینے کا آدمی نہیں تھا۔ لیکن اس کے اوپر سفر کا کوئی نشان نہیں تھا، کچھ بھی نشان نہیں تھا، نہ نہ گرد تھی، نہ تھکان تھی، نہ کچھ۔</w:t>
      </w:r>
    </w:p>
    <w:p>
      <w:r>
        <w:rPr>
          <w:b/>
        </w:rPr>
        <w:t xml:space="preserve">[11:44] </w:t>
      </w:r>
      <w:r>
        <w:t>wala yعرفah minna ahad</w:t>
      </w:r>
    </w:p>
    <w:p>
      <w:pPr>
        <w:jc w:val="right"/>
      </w:pPr>
      <w:r>
        <w:t>ولا یعرفہ منا احد</w:t>
      </w:r>
    </w:p>
    <w:p>
      <w:r>
        <w:rPr>
          <w:b/>
        </w:rPr>
        <w:t xml:space="preserve">[11:47] </w:t>
      </w:r>
      <w:r>
        <w:t>. aur jo sahaba wahan the, woh kehte hain ke hum mein se koi shakhs is ko pehchanta nahi tha. hum mein se koi bhi shakhs is ko aisa nahi tha jo is ko pehchan raha ho.</w:t>
      </w:r>
    </w:p>
    <w:p>
      <w:pPr>
        <w:jc w:val="right"/>
      </w:pPr>
      <w:r>
        <w:t>۔ اور جو صحابہ وہاں تھے، وہ کہتے ہیں کہ ہم میں سے کوئی شخص اس کو پہچانتا نہیں تھا۔ ہم میں سے کوئی بھی شخص اس کو ایسا نہیں تھا جو اس کو پہچان رہا ہو۔</w:t>
      </w:r>
    </w:p>
    <w:p>
      <w:r>
        <w:rPr>
          <w:b/>
        </w:rPr>
        <w:t xml:space="preserve">[12:00] </w:t>
      </w:r>
      <w:r>
        <w:t>hatta جلس النبی صلی اللہ علیہ وسلم. woh aadmi aaya, aa kar rasool Allah صلی اللہ علیہ وسلم ke paas baith gaya. فاسند رکبتہ الی رکبتہ.</w:t>
      </w:r>
    </w:p>
    <w:p>
      <w:pPr>
        <w:jc w:val="right"/>
      </w:pPr>
      <w:r>
        <w:t>حتی جلس النبی صلی اللہ علیہ وسلم۔ وہ آدمی آیا، آ کر رسول اللہ صلی اللہ علیہ وسلم کے پاس بیٹھ گیا۔ فاسند رکبتہ الی رکبتہ۔</w:t>
      </w:r>
    </w:p>
    <w:p>
      <w:r>
        <w:rPr>
          <w:b/>
        </w:rPr>
        <w:t xml:space="preserve">[12:13] </w:t>
      </w:r>
      <w:r>
        <w:t>aur bilkul qareeb ho kar baitha,</w:t>
      </w:r>
    </w:p>
    <w:p>
      <w:pPr>
        <w:jc w:val="right"/>
      </w:pPr>
      <w:r>
        <w:t>اور بالکل قریب ہو کر بیٹھا،</w:t>
      </w:r>
    </w:p>
    <w:p>
      <w:r>
        <w:rPr>
          <w:b/>
        </w:rPr>
        <w:t xml:space="preserve">[12:16] </w:t>
      </w:r>
      <w:r>
        <w:t>rasool Allah صلی اللہ علیہ وسلم se bilkul qareeb ho kar aap se mil kar baith gaya. فوضع کفہ علی فخذہ. apna hath rakh diya aap ke upar, yani bilkul qareeb ho kar baitha, jaise ke bohat hi ek ek aisa aadmi baitha hai jis se bohat zyada femilety ho.</w:t>
      </w:r>
    </w:p>
    <w:p>
      <w:pPr>
        <w:jc w:val="right"/>
      </w:pPr>
      <w:r>
        <w:t>رسول اللہ صلی اللہ علیہ وسلم سے بالکل قریب ہو کر آپ سے مل کر بیٹھ گیا۔ فوضع کفہ علی فخذہ۔ اپنا ہاتھ رکھ دیا آپ کے اوپر، یعنی بالکل قریب ہو کر بیٹھا، جیسے کہ بہت ہی ایک ایک ایسا آدمی بیٹھا ہے جس سے بہت زیادہ فیملیٹی ہو۔</w:t>
      </w:r>
    </w:p>
    <w:p>
      <w:r>
        <w:rPr>
          <w:b/>
        </w:rPr>
        <w:t xml:space="preserve">[12:36] </w:t>
      </w:r>
      <w:r>
        <w:t>وقال یا محمد، اخبرنی عن الاسلام. ab is ke baad dialogue shuru hota hai</w:t>
      </w:r>
    </w:p>
    <w:p>
      <w:pPr>
        <w:jc w:val="right"/>
      </w:pPr>
      <w:r>
        <w:t>وقال یا محمد، اخبرنی عن الاسلام۔ اب اس کے بعد ڈائیلاگ شروع ہوتا ہے</w:t>
      </w:r>
    </w:p>
    <w:p>
      <w:r>
        <w:rPr>
          <w:b/>
        </w:rPr>
        <w:t xml:space="preserve">[12:44] </w:t>
      </w:r>
      <w:r>
        <w:t>is insan aur rasool Allah ke darmiyan. to us ne kaha ke aye Muhammad, bataiye mujhe Islam ke bare mein, Islam kya hai?</w:t>
      </w:r>
    </w:p>
    <w:p>
      <w:pPr>
        <w:jc w:val="right"/>
      </w:pPr>
      <w:r>
        <w:t>اس انسان اور رسول اللہ کے درمیان۔ تو اس نے کہا کہ اے محمد، بتائیے مجھے اسلام کے بارے میں، اسلام کیا ہے؟</w:t>
      </w:r>
    </w:p>
    <w:p>
      <w:r>
        <w:rPr>
          <w:b/>
        </w:rPr>
        <w:t xml:space="preserve">[12:56] </w:t>
      </w:r>
      <w:r>
        <w:t>فقال رسول اللہ صلی اللہ علیہ وسلم: "الاسلام ان تشہد ان لا الہ الا اللہ وان محمد رسول اللہ".</w:t>
      </w:r>
    </w:p>
    <w:p>
      <w:pPr>
        <w:jc w:val="right"/>
      </w:pPr>
      <w:r>
        <w:t>فقال رسول اللہ صلی اللہ علیہ وسلم: "الاسلام ان تشہد ان لا الہ الا اللہ وان محمد رسول اللہ"۔</w:t>
      </w:r>
    </w:p>
    <w:p>
      <w:r>
        <w:rPr>
          <w:b/>
        </w:rPr>
        <w:t xml:space="preserve">[13:05] </w:t>
      </w:r>
      <w:r>
        <w:t>rasool Allah صلی اللہ علیہ وسلم ne bataya ke Islam yeh hai ke tum gawahi do is baat ki</w:t>
      </w:r>
    </w:p>
    <w:p>
      <w:pPr>
        <w:jc w:val="right"/>
      </w:pPr>
      <w:r>
        <w:t>رسول رسول اللہ صلی اللہ علیہ وسلم نے بتایا کہ اسلام یہ ہے کہ تم گواہی دو اس بات کی</w:t>
      </w:r>
    </w:p>
    <w:p>
      <w:r>
        <w:rPr>
          <w:b/>
        </w:rPr>
        <w:t xml:space="preserve">[13:13] </w:t>
      </w:r>
      <w:r>
        <w:t>ke Allah</w:t>
      </w:r>
    </w:p>
    <w:p>
      <w:pPr>
        <w:jc w:val="right"/>
      </w:pPr>
      <w:r>
        <w:t>کہ اللہ</w:t>
      </w:r>
    </w:p>
    <w:p>
      <w:r>
        <w:rPr>
          <w:b/>
        </w:rPr>
        <w:t xml:space="preserve">[13:17] </w:t>
      </w:r>
      <w:r>
        <w:t>wahid mabood hai, aur is baat ki gawahi do ke Muhammad Allah ke rasool hain. dekhiye, yeh pehli baat hui Islam kya hai, is ke bare mein bataya unhon ne.</w:t>
      </w:r>
    </w:p>
    <w:p>
      <w:pPr>
        <w:jc w:val="right"/>
      </w:pPr>
      <w:r>
        <w:t>واحد معبود ہے، اور اس بات کی گواہی دو کہ محمد اللہ کے رسول ہیں۔ دیکھیے، یہ پہلی بات ہوئی اسلام کیا ہے، اس کے بارے میں بتایا انہوں نے۔</w:t>
      </w:r>
    </w:p>
    <w:p>
      <w:r>
        <w:rPr>
          <w:b/>
        </w:rPr>
        <w:t xml:space="preserve">[13:31] </w:t>
      </w:r>
      <w:r>
        <w:t>yeh hai aaghaz Islam ka. gawahi kya hai?</w:t>
      </w:r>
    </w:p>
    <w:p>
      <w:pPr>
        <w:jc w:val="right"/>
      </w:pPr>
      <w:r>
        <w:t>یہ ہے آغاز اسلام کا۔ گواہی کیا ہے؟</w:t>
      </w:r>
    </w:p>
    <w:p>
      <w:r>
        <w:rPr>
          <w:b/>
        </w:rPr>
        <w:t xml:space="preserve">[13:37] </w:t>
      </w:r>
      <w:r>
        <w:t>gawahi jo hai, bohat hi gehri daryaft ke baad jo bol aap ki zuban se nikalte hain, us ko gawahi karte hain.</w:t>
      </w:r>
    </w:p>
    <w:p>
      <w:pPr>
        <w:jc w:val="right"/>
      </w:pPr>
      <w:r>
        <w:t>گواہی جو ہے، بہت ہی گہری دریافت کے بعد جو بول آپ کی زبان سے نکلتے ہیں، اس کو گواہی کرتے ہیں۔</w:t>
      </w:r>
    </w:p>
    <w:p>
      <w:r>
        <w:rPr>
          <w:b/>
        </w:rPr>
        <w:t xml:space="preserve">[13:49] </w:t>
      </w:r>
      <w:r>
        <w:t>aap ne aaghaz kiya zindagi ka, aap lage sochne ke zindagi kya hai? main kyun paida hua?</w:t>
      </w:r>
    </w:p>
    <w:p>
      <w:pPr>
        <w:jc w:val="right"/>
      </w:pPr>
      <w:r>
        <w:t>آپ نے آغاز کیا زندگی کا، آپ لگے سوچنے کہ زندگی کیا ہے؟ میں کیوں پیدا ہوا؟</w:t>
      </w:r>
    </w:p>
    <w:p>
      <w:r>
        <w:rPr>
          <w:b/>
        </w:rPr>
        <w:t xml:space="preserve">[13:59] </w:t>
      </w:r>
      <w:r>
        <w:t>yeh duniya kya hai? jeena kya hai? marna kya hai? in sawalat par aap ne bohat hi gehrai ke sath socha,</w:t>
      </w:r>
    </w:p>
    <w:p>
      <w:pPr>
        <w:jc w:val="right"/>
      </w:pPr>
      <w:r>
        <w:t>یہ دنیا کیا ہے؟ جینا کیا ہے؟ مرنا کیا ہے؟ ان سوالات پر آپ نے بہت ہی گہرائی کے ساتھ سوچا،</w:t>
      </w:r>
    </w:p>
    <w:p>
      <w:r>
        <w:rPr>
          <w:b/>
        </w:rPr>
        <w:t xml:space="preserve">[14:07] </w:t>
      </w:r>
      <w:r>
        <w:t>phir aap ko daryaft hui. aur daryaft yeh hui ke is kainat ka ek Khuda hai, ek khaliq aur malik hai.</w:t>
      </w:r>
    </w:p>
    <w:p>
      <w:pPr>
        <w:jc w:val="right"/>
      </w:pPr>
      <w:r>
        <w:t>پھر آپ کو دریافت ہوئی۔ اور دریافت یہ ہوئی کہ اس کائنات کا ایک خدا ہے، ایک خالق اور مالک ہے۔</w:t>
      </w:r>
    </w:p>
    <w:p>
      <w:r>
        <w:rPr>
          <w:b/>
        </w:rPr>
        <w:t xml:space="preserve">[14:17] </w:t>
      </w:r>
      <w:r>
        <w:t>phir aap ko yeh daryaft hui ke is Khuda ne insan ki hidayat ke liye paighambar bheje. phir aap ko yeh daryaft hui ke aakhri paighambar Muhammad صلی اللہ علیہ وسلم the.</w:t>
      </w:r>
    </w:p>
    <w:p>
      <w:pPr>
        <w:jc w:val="right"/>
      </w:pPr>
      <w:r>
        <w:t>پھر آپ کو یہ دریافت ہوئی کہ اس خدا نے انسان کی ہدایت کے لیے پیغمبر بھیجے۔ پھر آپ کو یہ دریافت ہوئی کہ آخری پیغمبر محمد صلی اللہ علیہ وسلم تھے۔</w:t>
      </w:r>
    </w:p>
    <w:p>
      <w:r>
        <w:rPr>
          <w:b/>
        </w:rPr>
        <w:t xml:space="preserve">[14:30] </w:t>
      </w:r>
      <w:r>
        <w:t>yeh sab baatein hain jab aap bator daryaft jante hain, aur phir munh se keh padte</w:t>
      </w:r>
    </w:p>
    <w:p>
      <w:pPr>
        <w:jc w:val="right"/>
      </w:pPr>
      <w:r>
        <w:t>یہ سب باتیں ہیں جب آپ بطور دریافت جانتے ہیں، اور پھر منہ سے کہہ پڑتے</w:t>
      </w:r>
    </w:p>
    <w:p>
      <w:r>
        <w:rPr>
          <w:b/>
        </w:rPr>
        <w:t xml:space="preserve">[14:36] </w:t>
      </w:r>
      <w:r>
        <w:t>hain is ko, to isi ka naam hai gawahi.</w:t>
      </w:r>
    </w:p>
    <w:p>
      <w:pPr>
        <w:jc w:val="right"/>
      </w:pPr>
      <w:r>
        <w:t>ہیں اس کو، تو اسی کا نام ہے گواہی۔</w:t>
      </w:r>
    </w:p>
    <w:p>
      <w:r>
        <w:rPr>
          <w:b/>
        </w:rPr>
        <w:t xml:space="preserve">[14:41] </w:t>
      </w:r>
      <w:r>
        <w:t>yani apne wajood, pure apne wajood se aap is baat ke witness ban jate hain ke yeh cheez bator waqea hai, aur main is ka apne wajood ke sath is ka gawah banta hoon.</w:t>
      </w:r>
    </w:p>
    <w:p>
      <w:pPr>
        <w:jc w:val="right"/>
      </w:pPr>
      <w:r>
        <w:t>یعنی اپنے وجود، پورے اپنے وجود سے آپ اس بات کے وٹنس بن جاتے ہیں کہ یہ چیز بطور واقعہ ہے، اور میں اس کا اپنے وجود کے ساتھ اس کا گواہ بنتا ہوں۔</w:t>
      </w:r>
    </w:p>
    <w:p>
      <w:r>
        <w:rPr>
          <w:b/>
        </w:rPr>
        <w:t xml:space="preserve">[14:55] </w:t>
      </w:r>
      <w:r>
        <w:t>phir sada baat nahi hai, jab aap bator gawah in haqiqaton ka ko discover karein, is ka ailan karein, to us ke baad aap ki poori zindagi badal jayegi.</w:t>
      </w:r>
    </w:p>
    <w:p>
      <w:pPr>
        <w:jc w:val="right"/>
      </w:pPr>
      <w:r>
        <w:t>پھر سادہ بات نہیں ہے، جب آپ بطور گواہ ان حقیقتوں کا کو ڈسکور کریں، اس کا اعلان کریں، تو اس کے بعد آپ کی پوری زندگی بدل جائے گی۔</w:t>
      </w:r>
    </w:p>
    <w:p>
      <w:r>
        <w:rPr>
          <w:b/>
        </w:rPr>
        <w:t xml:space="preserve">[15:07] </w:t>
      </w:r>
      <w:r>
        <w:t>phir wahi zindagi nahi rahe gi jo is se pehle aap ki zindagi thi. to is dialogue ka yeh pehla hissa tha. waqim us salat.</w:t>
      </w:r>
    </w:p>
    <w:p>
      <w:pPr>
        <w:jc w:val="right"/>
      </w:pPr>
      <w:r>
        <w:t>پھر وہی زندگی نہیں رہے گی جو اس سے پہلے آپ کی زندگی تھی۔ تو اس ڈائیلاگ کا یہ پہلا حصہ تھا۔ وتقیم الصلوۃ۔</w:t>
      </w:r>
    </w:p>
    <w:p>
      <w:r>
        <w:rPr>
          <w:b/>
        </w:rPr>
        <w:t xml:space="preserve">[15:18] </w:t>
      </w:r>
      <w:r>
        <w:t>is ke baad aap ne farmaya: "aur tum namaz qaim karo".</w:t>
      </w:r>
    </w:p>
    <w:p>
      <w:pPr>
        <w:jc w:val="right"/>
      </w:pPr>
      <w:r>
        <w:t>اس کے بعد آپ نے فرمایا: "اور تم نماز قائم کرو"۔</w:t>
      </w:r>
    </w:p>
    <w:p>
      <w:r>
        <w:rPr>
          <w:b/>
        </w:rPr>
        <w:t xml:space="preserve">[15:25] </w:t>
      </w:r>
      <w:r>
        <w:t>dekhiye, namaz ka jab aata hai lafz, log samajhte hain ke ek routine hai, kuch rituals hain, ek form hai, is ko dohra do to namaz ho gayi.</w:t>
      </w:r>
    </w:p>
    <w:p>
      <w:pPr>
        <w:jc w:val="right"/>
      </w:pPr>
      <w:r>
        <w:t>دیکھیے، نماز کا جب آتا ہے لفظ، لوگ سمجھتے ہیں کہ ایک روٹین ہے، کچھ ریچولز ہیں، ایک فارم ہے، اس کو دہرا دو تو نماز ہو گئی۔</w:t>
      </w:r>
    </w:p>
    <w:p>
      <w:r>
        <w:rPr>
          <w:b/>
        </w:rPr>
        <w:t xml:space="preserve">[15:37] </w:t>
      </w:r>
      <w:r>
        <w:t>aisa nahi hai. quran mein hai ke: "qad afal mominun alladhina fi salatihim khashiun".</w:t>
      </w:r>
    </w:p>
    <w:p>
      <w:pPr>
        <w:jc w:val="right"/>
      </w:pPr>
      <w:r>
        <w:t>ایسا نہیں ہے۔ قرآن میں ہے کہ: "قدف المومنون الذین فی صلاتهم خاشعون"۔</w:t>
      </w:r>
    </w:p>
    <w:p>
      <w:r>
        <w:rPr>
          <w:b/>
        </w:rPr>
        <w:t xml:space="preserve">[15:48] </w:t>
      </w:r>
      <w:r>
        <w:t>yani namaz ki asal jo hai, woh khushu hai.</w:t>
      </w:r>
    </w:p>
    <w:p>
      <w:pPr>
        <w:jc w:val="right"/>
      </w:pPr>
      <w:r>
        <w:t>یعنی نماز کی اصل جو ہے، وہ خشوع ہے۔</w:t>
      </w:r>
    </w:p>
    <w:p>
      <w:r>
        <w:rPr>
          <w:b/>
        </w:rPr>
        <w:t xml:space="preserve">[15:52] </w:t>
      </w:r>
      <w:r>
        <w:t>form asal nahi hai, is ki spirit jo hai, woh asal hai, aur woh hai khushu. khushu kya hai? Allah ki daryaft aap ke andar jab bohat gehri hoti hai,</w:t>
      </w:r>
    </w:p>
    <w:p>
      <w:pPr>
        <w:jc w:val="right"/>
      </w:pPr>
      <w:r>
        <w:t>فارم اصل نہیں ہے، اس کی اسپرٹ جو ہے، وہ اصل ہے، اور وہ ہے خشوع۔ خشوع کیا ہے؟ اللہ کی دریافت آپ کے اندر جب بہت گہری ہوتی ہے،</w:t>
      </w:r>
    </w:p>
    <w:p>
      <w:r>
        <w:rPr>
          <w:b/>
        </w:rPr>
        <w:t xml:space="preserve">[16:06] </w:t>
      </w:r>
      <w:r>
        <w:t>phir woh jab aap ke badan par zahir hoti hai, to isi ka naam namaz hota hai.</w:t>
      </w:r>
    </w:p>
    <w:p>
      <w:pPr>
        <w:jc w:val="right"/>
      </w:pPr>
      <w:r>
        <w:t>پھر وہ جب آپ کے بدن پر ظاہر ہوتی ہے، تو اسی کا نام نماز ہوتا ہے۔</w:t>
      </w:r>
    </w:p>
    <w:p>
      <w:r>
        <w:rPr>
          <w:b/>
        </w:rPr>
        <w:t xml:space="preserve">[16:13] </w:t>
      </w:r>
      <w:r>
        <w:t>aap Allah ke liye khare hote hain, hath bandhte hain, kalmat bolte hain Allah ki barhai ke, phir aap jhukte hain, phir sajde mein chale aate hain.</w:t>
      </w:r>
    </w:p>
    <w:p>
      <w:pPr>
        <w:jc w:val="right"/>
      </w:pPr>
      <w:r>
        <w:t>آپ اللہ کے لیے کھڑے ہوتے ہیں، ہاتھ باندھتے ہیں، کلمات بولتے ہیں اللہ کی بڑائی کے، پھر آپ جھکتے ہیں، پھر سجدے میں چلے آتے ہیں۔</w:t>
      </w:r>
    </w:p>
    <w:p>
      <w:r>
        <w:rPr>
          <w:b/>
        </w:rPr>
        <w:t xml:space="preserve">[16:24] </w:t>
      </w:r>
      <w:r>
        <w:t>yeh sara kya hai?</w:t>
      </w:r>
    </w:p>
    <w:p>
      <w:pPr>
        <w:jc w:val="right"/>
      </w:pPr>
      <w:r>
        <w:t>یہ سارا کیا ہے؟</w:t>
      </w:r>
    </w:p>
    <w:p>
      <w:r>
        <w:rPr>
          <w:b/>
        </w:rPr>
        <w:t xml:space="preserve">[16:26] </w:t>
      </w:r>
      <w:r>
        <w:t>yeh Allah ko daryaft karne ke baad aap ke andar jo bhonchal aata hai, jo inqalab aata hai, woh aap ke jism par jab</w:t>
      </w:r>
    </w:p>
    <w:p>
      <w:pPr>
        <w:jc w:val="right"/>
      </w:pPr>
      <w:r>
        <w:t>یہ اللہ کو دریافت کرنے کے بعد آپ کے اندر جو بھونچال آتا ہے، جو انقلاب آتا ہے، وہ آپ کے جسم پر جب</w:t>
      </w:r>
    </w:p>
    <w:p>
      <w:r>
        <w:rPr>
          <w:b/>
        </w:rPr>
        <w:t xml:space="preserve">[16:41] </w:t>
      </w:r>
      <w:r>
        <w:t>zahhir ho to isi ka naam namaz hota hai.</w:t>
      </w:r>
    </w:p>
    <w:p>
      <w:pPr>
        <w:jc w:val="right"/>
      </w:pPr>
      <w:r>
        <w:t>ظاہر ہو تو اسی کا نام نماز ہوتا ہے۔</w:t>
      </w:r>
    </w:p>
    <w:p>
      <w:r>
        <w:rPr>
          <w:b/>
        </w:rPr>
        <w:t xml:space="preserve">[16:47] </w:t>
      </w:r>
      <w:r>
        <w:t>to namaz koi ritual nahi, koi rasam nahi, koi routine nahi. namaz to ek bohat hi gehri haqeeqat ka izhar hai.</w:t>
      </w:r>
    </w:p>
    <w:p>
      <w:pPr>
        <w:jc w:val="right"/>
      </w:pPr>
      <w:r>
        <w:t>تو نماز کوئی ریچول نہیں، کوئی رسم نہیں، کوئی روٹین نہیں۔ نماز تو ایک بہت ہی گہری حقیقت کا اظہار ہے۔</w:t>
      </w:r>
    </w:p>
    <w:p>
      <w:r>
        <w:rPr>
          <w:b/>
        </w:rPr>
        <w:t xml:space="preserve">[17:01] </w:t>
      </w:r>
      <w:r>
        <w:t>yeh haqeeqat andar khushu ki shakal mein hoti hai, aur bazahir hoti hai wohi namaz ki surat mein jo aap dekhte hain masjidon mein.</w:t>
      </w:r>
    </w:p>
    <w:p>
      <w:pPr>
        <w:jc w:val="right"/>
      </w:pPr>
      <w:r>
        <w:t>یہ حقیقت اندر خشوع کی شکل میں ہوتی ہے، اور بظاہر ہوتی ہے وہی نماز کی صورت میں جو آپ دیکھتے ہیں مسجدوں میں۔</w:t>
      </w:r>
    </w:p>
    <w:p>
      <w:r>
        <w:rPr>
          <w:b/>
        </w:rPr>
        <w:t xml:space="preserve">[17:10] </w:t>
      </w:r>
      <w:r>
        <w:t>wa tuti az zakat. aur tum zakat do.</w:t>
      </w:r>
    </w:p>
    <w:p>
      <w:pPr>
        <w:jc w:val="right"/>
      </w:pPr>
      <w:r>
        <w:t>وتعطی الزکوۃ۔ اور تم زکوۃ دو۔</w:t>
      </w:r>
    </w:p>
    <w:p>
      <w:r>
        <w:rPr>
          <w:b/>
        </w:rPr>
        <w:t xml:space="preserve">[17:17] </w:t>
      </w:r>
      <w:r>
        <w:t>zakat kya hai?</w:t>
      </w:r>
    </w:p>
    <w:p>
      <w:pPr>
        <w:jc w:val="right"/>
      </w:pPr>
      <w:r>
        <w:t>زکوۃ کیا ہے؟</w:t>
      </w:r>
    </w:p>
    <w:p>
      <w:r>
        <w:rPr>
          <w:b/>
        </w:rPr>
        <w:t xml:space="preserve">[17:21] </w:t>
      </w:r>
      <w:r>
        <w:t>zakat yeh hai ke aap ki jo kamai hai,</w:t>
      </w:r>
    </w:p>
    <w:p>
      <w:pPr>
        <w:jc w:val="right"/>
      </w:pPr>
      <w:r>
        <w:t>زکوۃ یہ ہے کہ آپ کی جو کمائی ہے،</w:t>
      </w:r>
    </w:p>
    <w:p>
      <w:r>
        <w:rPr>
          <w:b/>
        </w:rPr>
        <w:t xml:space="preserve">[17:28] </w:t>
      </w:r>
      <w:r>
        <w:t>aap mehnat kar ke jo kamate hain, is ka ek hissa aap Allah ke raste mein dein. yeh dena kya hai? is ka matlab kya hai?</w:t>
      </w:r>
    </w:p>
    <w:p>
      <w:pPr>
        <w:jc w:val="right"/>
      </w:pPr>
      <w:r>
        <w:t>آپ محنت کر کے جو کماتے ہیں، اس کا ایک حصہ آپ اللہ کے راستے میں دیں۔ یہ دینا کیا ہے؟ اس کا مطلب کیا ہے؟</w:t>
      </w:r>
    </w:p>
    <w:p>
      <w:r>
        <w:rPr>
          <w:b/>
        </w:rPr>
        <w:t xml:space="preserve">[17:37] </w:t>
      </w:r>
      <w:r>
        <w:t>yeh is baat ka etraf hai ke aap ki kamai akeli ki kamai nahi hai.</w:t>
      </w:r>
    </w:p>
    <w:p>
      <w:pPr>
        <w:jc w:val="right"/>
      </w:pPr>
      <w:r>
        <w:t>یہ اس بات کا اعتراف ہے کہ آپ کی کمائی اکیلی کی کمائی نہیں ہے۔</w:t>
      </w:r>
    </w:p>
    <w:p>
      <w:r>
        <w:rPr>
          <w:b/>
        </w:rPr>
        <w:t xml:space="preserve">[17:44] </w:t>
      </w:r>
      <w:r>
        <w:t>aap ko Allah taala ne dimaagh diya, aankh di, hath paon diye, phir duniya mein woh asbab diye. yani khet na hota to aap ghalla kaise paida karte?</w:t>
      </w:r>
    </w:p>
    <w:p>
      <w:pPr>
        <w:jc w:val="right"/>
      </w:pPr>
      <w:r>
        <w:t>آپ کو اللہ تعالی نے دماغ دیا، آنکھ دی، ہاتھ پاؤں دیے، پھر دنیا میں وہ اسباب دیے۔ یعنی کھیت نہ ہوتا تو آپ غلہ کیسے پیدا کرتے؟</w:t>
      </w:r>
    </w:p>
    <w:p>
      <w:r>
        <w:rPr>
          <w:b/>
        </w:rPr>
        <w:t xml:space="preserve">[17:57] </w:t>
      </w:r>
      <w:r>
        <w:t>maidaniyat na hoti to aap industry kaise lagate? suraj na hota to aap dekhte kaise? phir to aap andhere mein bhatakte rehte.</w:t>
      </w:r>
    </w:p>
    <w:p>
      <w:pPr>
        <w:jc w:val="right"/>
      </w:pPr>
      <w:r>
        <w:t>معدنیات نہ ہوتی تو آپ انڈسٹری کیسے لگاتے؟ سورج نہ ہوتا تو آپ دیکھتے کیسے؟ پھر تو آپ اندھیرے میں بھٹکتے رہتے۔</w:t>
      </w:r>
    </w:p>
    <w:p>
      <w:r>
        <w:rPr>
          <w:b/>
        </w:rPr>
        <w:t xml:space="preserve">[18:10] </w:t>
      </w:r>
      <w:r>
        <w:t>to jin salahiyaton ko, jin mawaqe ko istemal kar ke aap kamate hain, kamai karte hain, woh sab more than 90 percent Allah ki taraf se hoti hain.</w:t>
      </w:r>
    </w:p>
    <w:p>
      <w:pPr>
        <w:jc w:val="right"/>
      </w:pPr>
      <w:r>
        <w:t>تو جن صلاحیتوں کو، جن مواقع کو استعمال کر کے آپ کماتے ہیں، کمائی کرتے ہیں، وہ سب مور دین 90 پرسنٹ اللہ کی طرف سے ہوتی ہیں۔</w:t>
      </w:r>
    </w:p>
    <w:p>
      <w:r>
        <w:rPr>
          <w:b/>
        </w:rPr>
        <w:t xml:space="preserve">[18:22] </w:t>
      </w:r>
      <w:r>
        <w:t>less than 1 percent is mein aap ka hissa hota hai. to isi ke etraf ke taur par</w:t>
      </w:r>
    </w:p>
    <w:p>
      <w:pPr>
        <w:jc w:val="right"/>
      </w:pPr>
      <w:r>
        <w:t>لیس دین ون پرسنٹ اس میں آپ کا حصہ ہوتا ہے۔ تو اسی کے اعتراف کے طور پر</w:t>
      </w:r>
    </w:p>
    <w:p>
      <w:r>
        <w:rPr>
          <w:b/>
        </w:rPr>
        <w:t xml:space="preserve">[18:32] </w:t>
      </w:r>
      <w:r>
        <w:t>aap apni kamai ka ek hissa Allah ke raste mein kharch karte hain. to zakat kya hai?</w:t>
      </w:r>
    </w:p>
    <w:p>
      <w:pPr>
        <w:jc w:val="right"/>
      </w:pPr>
      <w:r>
        <w:t>آپ اپنی کمائی کا ایک حصہ اللہ کے راستے میں خرچ کرتے ہیں۔ تو زکوۃ کیا ہے؟</w:t>
      </w:r>
    </w:p>
    <w:p>
      <w:r>
        <w:rPr>
          <w:b/>
        </w:rPr>
        <w:t xml:space="preserve">[18:38] </w:t>
      </w:r>
      <w:r>
        <w:t>zakat etraf mali hai. agar namaz etraf badni hai to zakat etraf mali hai.</w:t>
      </w:r>
    </w:p>
    <w:p>
      <w:pPr>
        <w:jc w:val="right"/>
      </w:pPr>
      <w:r>
        <w:t>زکوۃ اعتراف مالی ہے۔ اگر نماز اعتراف بدنی ہے تو زکوۃ اعتراف مالی ہے۔</w:t>
      </w:r>
    </w:p>
    <w:p>
      <w:r>
        <w:rPr>
          <w:b/>
        </w:rPr>
        <w:t xml:space="preserve">[18:51] </w:t>
      </w:r>
      <w:r>
        <w:t>is ki gehrai mein etraf ka jazba agar hoga, tabhi woh namaz hai, tabhi woh zakat hai. warna woh sirf form hai, phir phir is ek is ki koi Allah ki nazar mein koi qeemat nahi.</w:t>
      </w:r>
    </w:p>
    <w:p>
      <w:pPr>
        <w:jc w:val="right"/>
      </w:pPr>
      <w:r>
        <w:t>اس کی گہرائی میں اعتراف کا جذبہ اگر ہوگا، تبھی وہ نماز ہے، تبھی وہ زکوۃ ہے۔ ورنہ وہ صرف فارم ہے، پھر پھر اس ایک اس کی کوئی اللہ کی نظر میں کوئی قیمت نہیں۔</w:t>
      </w:r>
    </w:p>
    <w:p>
      <w:r>
        <w:rPr>
          <w:b/>
        </w:rPr>
        <w:t xml:space="preserve">[19:08] </w:t>
      </w:r>
      <w:r>
        <w:t>to namaz jo hai, eteraaf badni hai. eteraaf ka matlab acknowledge karna. badan se jab acknowledge karte hain to woh namaz ki shakal mein dhal jata hai.</w:t>
      </w:r>
    </w:p>
    <w:p>
      <w:pPr>
        <w:jc w:val="right"/>
      </w:pPr>
      <w:r>
        <w:t>تو نماز جو ہے، اعتراف بدنی ہے۔ اعتراف کا مطلب اکنالج کرنا۔ بدن سے جب اکنالج کرتے ہیں تو وہ نماز کی شکل میں ڈھل جاتا ہے۔</w:t>
      </w:r>
    </w:p>
    <w:p>
      <w:r>
        <w:rPr>
          <w:b/>
        </w:rPr>
        <w:t xml:space="preserve">[19:20] </w:t>
      </w:r>
      <w:r>
        <w:t>maal se agar acknowledge karte hain to woh zakat ban jati hai Allah ki rah mein. wa tasoomu ramadan. aur tum ramadan ke roze rakho.</w:t>
      </w:r>
    </w:p>
    <w:p>
      <w:pPr>
        <w:jc w:val="right"/>
      </w:pPr>
      <w:r>
        <w:t>مال سے اگر اکنالج کرتے ہیں تو وہ زکوۃ بن جاتی ہے اللہ کی راہ میں۔ وتصوم رمضان۔ اور تم رمضان کے روزے رکھو۔</w:t>
      </w:r>
    </w:p>
    <w:p>
      <w:r>
        <w:rPr>
          <w:b/>
        </w:rPr>
        <w:t xml:space="preserve">[19:31] </w:t>
      </w:r>
      <w:r>
        <w:t>dekhiye, ramadan kya hai?</w:t>
      </w:r>
    </w:p>
    <w:p>
      <w:pPr>
        <w:jc w:val="right"/>
      </w:pPr>
      <w:r>
        <w:t>دیکھیے، رمضان کیا ہے؟</w:t>
      </w:r>
    </w:p>
    <w:p>
      <w:r>
        <w:rPr>
          <w:b/>
        </w:rPr>
        <w:t xml:space="preserve">[19:37] </w:t>
      </w:r>
      <w:r>
        <w:t>ramadan ek tajruba hai. aap subah shaam khate peete hain to aap ko ehsaas nahi hota ke yeh khana aur yeh pani kitni bari nemat hai,</w:t>
      </w:r>
    </w:p>
    <w:p>
      <w:pPr>
        <w:jc w:val="right"/>
      </w:pPr>
      <w:r>
        <w:t>رمضان ایک تجربہ ہے۔ آپ صبح شام کھاتے پیتے ہیں تو آپ کو احساس نہیں ہوتا کہ یہ کھانا اور یہ پانی کتنی بڑی نعمت ہے،</w:t>
      </w:r>
    </w:p>
    <w:p>
      <w:r>
        <w:rPr>
          <w:b/>
        </w:rPr>
        <w:t xml:space="preserve">[19:51] </w:t>
      </w:r>
      <w:r>
        <w:t>kitni bari nemat hai. khana aur pani na mile to chand din ka aadmi, chand din ke baad aadmi mar jayega.</w:t>
      </w:r>
    </w:p>
    <w:p>
      <w:pPr>
        <w:jc w:val="right"/>
      </w:pPr>
      <w:r>
        <w:t>کتنی بڑی نعمت ہے۔ کھانا اور پانی نہ ملے تو چند دن کا آدمی، چند دن کے بعد آدمی مر جائے گا۔</w:t>
      </w:r>
    </w:p>
    <w:p>
      <w:r>
        <w:rPr>
          <w:b/>
        </w:rPr>
        <w:t xml:space="preserve">[20:01] </w:t>
      </w:r>
      <w:r>
        <w:t>to ek mahina is ke liye muqarrar kiya gaya ke din ke auqaat mein aadmi kha raha hai, pi raha hai, se ruke. to ek compulsory situation create kar ke yeh hukum diya gaya taake log jaanein ke kya hai khana aur kya hai pani.</w:t>
      </w:r>
    </w:p>
    <w:p>
      <w:pPr>
        <w:jc w:val="right"/>
      </w:pPr>
      <w:r>
        <w:t>تو ایک مہینہ اس کے لیے مقرر کیا گیا کہ دن کے اوقات میں آدمی کھا رہا ہے، پی رہا ہے، سے رکے۔ تو ایک کمپلسری سچویشن کریٹ کر کے یہ حکم دیا گیا تاکہ لوگ جانیں کہ کیا ہے کھانا اور کیا ہے پانی۔</w:t>
      </w:r>
    </w:p>
    <w:p>
      <w:r>
        <w:rPr>
          <w:b/>
        </w:rPr>
        <w:t xml:space="preserve">[20:25] </w:t>
      </w:r>
      <w:r>
        <w:t>tab ja kar aap ke andar se woh ehsaas ubhrega jis ko aap shukr kehte hain.</w:t>
      </w:r>
    </w:p>
    <w:p>
      <w:pPr>
        <w:jc w:val="right"/>
      </w:pPr>
      <w:r>
        <w:t>تب جا کر آپ کے اندر سے وہ احساس ابھرے گا جس کو آپ شکر کہتے ہیں۔</w:t>
      </w:r>
    </w:p>
    <w:p>
      <w:r>
        <w:rPr>
          <w:b/>
        </w:rPr>
        <w:t xml:space="preserve">[20:32] </w:t>
      </w:r>
      <w:r>
        <w:t>dekhiye, ek hadith hai ke farishta aaya rasool Allah sal Allah alaihi wasallam ke paas ke aap ko yeh jo pahad hai, yeh sab sona bana diya jaye.</w:t>
      </w:r>
    </w:p>
    <w:p>
      <w:pPr>
        <w:jc w:val="right"/>
      </w:pPr>
      <w:r>
        <w:t>دیکھیے، ایک حدیث ہے کہ فرشتہ آیا رسول اللہ صلی اللہ علیہ وسلم کے پاس کہ آپ کو یہ جو پہاڑ ہے، یہ سب سونا بنا دیا جائے۔</w:t>
      </w:r>
    </w:p>
    <w:p>
      <w:r>
        <w:rPr>
          <w:b/>
        </w:rPr>
        <w:t xml:space="preserve">[20:42] </w:t>
      </w:r>
      <w:r>
        <w:t>aap bohat ameer kabir ban jayein. to aap farmaya ke la ya rab, aye rab nahi, balkeh jo tu tazarru tu, wa za shibahu tu shukr tu.</w:t>
      </w:r>
    </w:p>
    <w:p>
      <w:pPr>
        <w:jc w:val="right"/>
      </w:pPr>
      <w:r>
        <w:t>آپ بہت امیر کبیر بن جائیں۔ تو آپ فرمایا کہ لا یا رب، اے رب نہیں، بلکہ جو تو تضرع تو، وذا شبہ تو شکر تو۔</w:t>
      </w:r>
    </w:p>
    <w:p>
      <w:r>
        <w:rPr>
          <w:b/>
        </w:rPr>
        <w:t xml:space="preserve">[20:57] </w:t>
      </w:r>
      <w:r>
        <w:t>balkeh main to chahta hoon ke mujhe bhook lage,</w:t>
      </w:r>
    </w:p>
    <w:p>
      <w:pPr>
        <w:jc w:val="right"/>
      </w:pPr>
      <w:r>
        <w:t>بلکہ میں تو چاہتا ہوں کہ مجھے بھوک لگے،</w:t>
      </w:r>
    </w:p>
    <w:p>
      <w:r>
        <w:rPr>
          <w:b/>
        </w:rPr>
        <w:t xml:space="preserve">[21:02] </w:t>
      </w:r>
      <w:r>
        <w:t>bhook lage taake main tazarru karoon,</w:t>
      </w:r>
    </w:p>
    <w:p>
      <w:pPr>
        <w:jc w:val="right"/>
      </w:pPr>
      <w:r>
        <w:t>بھوک لگے تاکہ میں تضرع کروں،</w:t>
      </w:r>
    </w:p>
    <w:p>
      <w:r>
        <w:rPr>
          <w:b/>
        </w:rPr>
        <w:t xml:space="preserve">[21:08] </w:t>
      </w:r>
      <w:r>
        <w:t>aur phir is ke baad main khaoon taake mera shukr ka jazba paida ho. is hadith se maloom hota hai ke kaifiyat paida hoti hain halaat mein, halaat nahi to kaifiyat bhi nahi.</w:t>
      </w:r>
    </w:p>
    <w:p>
      <w:pPr>
        <w:jc w:val="right"/>
      </w:pPr>
      <w:r>
        <w:t>اور پھر اس کے بعد میں کھاؤں تاکہ میرا شکر کا جذبہ پیدا ہو۔ اس حدیث سے معلوم ہوتا ہے کہ کیفیات پیدا ہوتی ہیں حالات میں، حالات نہیں تو کیفیات بھی نہیں۔</w:t>
      </w:r>
    </w:p>
    <w:p>
      <w:r>
        <w:rPr>
          <w:b/>
        </w:rPr>
        <w:t xml:space="preserve">[21:27] </w:t>
      </w:r>
      <w:r>
        <w:t>yeh bohat hi important baat hai ke agar halaat nahi to kaifiyat bhi nahi.</w:t>
      </w:r>
    </w:p>
    <w:p>
      <w:pPr>
        <w:jc w:val="right"/>
      </w:pPr>
      <w:r>
        <w:t>یہ بہت ہی امپورٹنٹ بات ہے کہ اگر حالات نہیں تو کیفیات بھی نہیں۔</w:t>
      </w:r>
    </w:p>
    <w:p>
      <w:r>
        <w:rPr>
          <w:b/>
        </w:rPr>
        <w:t xml:space="preserve">[21:32] </w:t>
      </w:r>
      <w:r>
        <w:t>yani bhook na lage, pyas na lage to aap ko yeh ehsaas nahi hoga ke pani aur khana kitni bari nemat hai.</w:t>
      </w:r>
    </w:p>
    <w:p>
      <w:pPr>
        <w:jc w:val="right"/>
      </w:pPr>
      <w:r>
        <w:t>یعنی بھوک نہ لگے، پیاس نہ لگے تو آپ کو یہ احساس نہیں ہوگا کہ پانی اور کھانا کتنی بڑی نعمت ہے۔</w:t>
      </w:r>
    </w:p>
    <w:p>
      <w:r>
        <w:rPr>
          <w:b/>
        </w:rPr>
        <w:t xml:space="preserve">[21:43] </w:t>
      </w:r>
      <w:r>
        <w:t>to roze ka mahina is liye rakha gaya hai taake aap ko nemat ka ehsaas dilaya jaye. compulsory situation create kar ke yeh bohat zyada aham hai.</w:t>
      </w:r>
    </w:p>
    <w:p>
      <w:pPr>
        <w:jc w:val="right"/>
      </w:pPr>
      <w:r>
        <w:t>تو روزے کا مہینہ اس لیے رکھا گیا ہے تاکہ آپ کو نعمت کا احساس دلایا جائے۔ کمپلسری سچویشن کریٹ کر کے یہ بہت زیادہ اہم ہے۔</w:t>
      </w:r>
    </w:p>
    <w:p>
      <w:r>
        <w:rPr>
          <w:b/>
        </w:rPr>
        <w:t xml:space="preserve">[21:57] </w:t>
      </w:r>
      <w:r>
        <w:t>jo log ke is tajrube se na guzre hain, yani pehle tajruba na guzre ke unhein pyas lage aur bhook lage, aur phir is ke baad unhein pani mile aur khane milen.</w:t>
      </w:r>
    </w:p>
    <w:p>
      <w:pPr>
        <w:jc w:val="right"/>
      </w:pPr>
      <w:r>
        <w:t>جو لوگ کہ اس تجربے سے نہ گزرے ہیں، یعنی پہلے تجربہ نہ گزرے کہ انہیں پیاس لگے اور بھوک لگے، اور پھر اس کے بعد انہیں پانی ملے اور کھانے ملے۔</w:t>
      </w:r>
    </w:p>
    <w:p>
      <w:r>
        <w:rPr>
          <w:b/>
        </w:rPr>
        <w:t xml:space="preserve">[22:11] </w:t>
      </w:r>
      <w:r>
        <w:t>jo logon par yeh tajruba tajruba na guzre, woh laiq inability hai, just laiq inability hai. woh</w:t>
      </w:r>
    </w:p>
    <w:p>
      <w:pPr>
        <w:jc w:val="right"/>
      </w:pPr>
      <w:r>
        <w:t>جو لوگوں پر یہ تجربہ تجربہ نہ گزرے، وہ لائق انیبل ہے، جسٹ لائق انیبل ہے۔ وہ</w:t>
      </w:r>
    </w:p>
    <w:p>
      <w:r>
        <w:rPr>
          <w:b/>
        </w:rPr>
        <w:t xml:space="preserve">[22:21] </w:t>
      </w:r>
      <w:r>
        <w:t>ke roza aap ko</w:t>
      </w:r>
    </w:p>
    <w:p>
      <w:pPr>
        <w:jc w:val="right"/>
      </w:pPr>
      <w:r>
        <w:t>کہ روزہ آپ کو</w:t>
      </w:r>
    </w:p>
    <w:p>
      <w:r>
        <w:rPr>
          <w:b/>
        </w:rPr>
        <w:t xml:space="preserve">[22:25] </w:t>
      </w:r>
      <w:r>
        <w:t>haiwan ki satah se utha kar insan ki satah par lata hai. kyunke haiwan nahi jaanta, inability nahi jaante ke yeh koi nemat hai, hamein is pe shukr karna hai.</w:t>
      </w:r>
    </w:p>
    <w:p>
      <w:pPr>
        <w:jc w:val="right"/>
      </w:pPr>
      <w:r>
        <w:t>حیوان کی سطح سے اٹھا کر انسان کی سطح پر لاتا ہے۔ کیونکہ حیوان نہیں جانتا، انیبل نہیں جانتے کہ یہ کوئی نعمت ہے، ہمیں اس پہ شکر کرنا ہے۔</w:t>
      </w:r>
    </w:p>
    <w:p>
      <w:r>
        <w:rPr>
          <w:b/>
        </w:rPr>
        <w:t xml:space="preserve">[22:36] </w:t>
      </w:r>
      <w:r>
        <w:t>nahi jaante, woh bas khate hain, peete hain aur mar jate hain.</w:t>
      </w:r>
    </w:p>
    <w:p>
      <w:pPr>
        <w:jc w:val="right"/>
      </w:pPr>
      <w:r>
        <w:t>نہیں جانتے، وہ بس کھاتے ہیں، پیتے ہیں اور مر جاتے ہیں۔</w:t>
      </w:r>
    </w:p>
    <w:p>
      <w:r>
        <w:rPr>
          <w:b/>
        </w:rPr>
        <w:t xml:space="preserve">[22:41] </w:t>
      </w:r>
      <w:r>
        <w:t>to roza roza is liye hai ke aap ko ek, yani aap ki elevation ki, isi spiritual elevation ke liye ke aap nashukri ki satah se uth kar shukr ki satah par aayein,</w:t>
      </w:r>
    </w:p>
    <w:p>
      <w:pPr>
        <w:jc w:val="right"/>
      </w:pPr>
      <w:r>
        <w:t>تو روزہ روزہ اس لیے ہے کہ آپ کو ایک، یعنی آپ کی ایلیویشن کی، اسی سپریچول ایلیویشن کے لیے کہ آپ ناشکری کی سطح سے اٹھ کر شکر کی سطح پر آئیں،</w:t>
      </w:r>
    </w:p>
    <w:p>
      <w:r>
        <w:rPr>
          <w:b/>
        </w:rPr>
        <w:t xml:space="preserve">[22:58] </w:t>
      </w:r>
      <w:r>
        <w:t>be eteraafi ki satah se uth kar eteraaf ki satah par aayein, acknowledge na karne ki satah se uth kar acknowledge karne ki satah par aayein.</w:t>
      </w:r>
    </w:p>
    <w:p>
      <w:pPr>
        <w:jc w:val="right"/>
      </w:pPr>
      <w:r>
        <w:t>بے اعترافی کی سطح سے اٹھ کر اعتراف کی سطح پر آئیں، اکنالج نہ کرنے کی سطح سے اٹھ کر اکنالج کرنے کی سطح پر آئیں۔</w:t>
      </w:r>
    </w:p>
    <w:p>
      <w:r>
        <w:rPr>
          <w:b/>
        </w:rPr>
        <w:t xml:space="preserve">[23:07] </w:t>
      </w:r>
      <w:r>
        <w:t>to yeh bohat bara ek, bohat bari cheez hai roza.</w:t>
      </w:r>
    </w:p>
    <w:p>
      <w:pPr>
        <w:jc w:val="right"/>
      </w:pPr>
      <w:r>
        <w:t>تو یہ بہت بڑا ایک، بہت بڑی چیز ہے روزہ۔</w:t>
      </w:r>
    </w:p>
    <w:p>
      <w:r>
        <w:rPr>
          <w:b/>
        </w:rPr>
        <w:t xml:space="preserve">[23:16] </w:t>
      </w:r>
      <w:r>
        <w:t>wa tahajjul bait in istataati ilaihi sabeela. aur tum haj karo agar tumhare paas taqat hai wahan jane ki.</w:t>
      </w:r>
    </w:p>
    <w:p>
      <w:pPr>
        <w:jc w:val="right"/>
      </w:pPr>
      <w:r>
        <w:t>وتحج البیت ان استطاعت الیہ سبیلا۔ اور تم حج کرو اگر تمہارے پاس طاقت ہے وہاں جانے کی۔</w:t>
      </w:r>
    </w:p>
    <w:p>
      <w:r>
        <w:rPr>
          <w:b/>
        </w:rPr>
        <w:t xml:space="preserve">[23:28] </w:t>
      </w:r>
      <w:r>
        <w:t>kyunke haj to Makkah mein hota hai,</w:t>
      </w:r>
    </w:p>
    <w:p>
      <w:pPr>
        <w:jc w:val="right"/>
      </w:pPr>
      <w:r>
        <w:t>کیونکہ حج تو مکہ میں ہوتا ہے،</w:t>
      </w:r>
    </w:p>
    <w:p>
      <w:r>
        <w:rPr>
          <w:b/>
        </w:rPr>
        <w:t xml:space="preserve">[23:32] </w:t>
      </w:r>
      <w:r>
        <w:t>ab dunya ke mukhtalif hisson mein base hue hain insaan. to agar tumhare paas taqat hai ke tum hajj kar, safar kar ke makkah pahoncho to to hajj karo.</w:t>
      </w:r>
    </w:p>
    <w:p>
      <w:pPr>
        <w:jc w:val="right"/>
      </w:pPr>
      <w:r>
        <w:t>اب دنیا کے مختلف حصوں میں بسے ہوئے ہیں انسان۔ تو اگر تمہارے پاس طاقت ہے کہ تم حج کر، سفر کر کے مکہ پہنچو تو تو حج کرو۔</w:t>
      </w:r>
    </w:p>
    <w:p>
      <w:r>
        <w:rPr>
          <w:b/>
        </w:rPr>
        <w:t xml:space="preserve">[23:43] </w:t>
      </w:r>
      <w:r>
        <w:t>dekhen, hajj kya hai? hajj darasal</w:t>
      </w:r>
    </w:p>
    <w:p>
      <w:pPr>
        <w:jc w:val="right"/>
      </w:pPr>
      <w:r>
        <w:t>دیکھیں، حج کیا ہے؟ حج دراصل</w:t>
      </w:r>
    </w:p>
    <w:p>
      <w:r>
        <w:rPr>
          <w:b/>
        </w:rPr>
        <w:t xml:space="preserve">[23:51] </w:t>
      </w:r>
      <w:r>
        <w:t>hajj bhi ek, ek, ek kuch rituals ka muamla nahi hai. kuch rituals hain, ja kar ada kar liya aap ne, bas hajj ho gaya.</w:t>
      </w:r>
    </w:p>
    <w:p>
      <w:pPr>
        <w:jc w:val="right"/>
      </w:pPr>
      <w:r>
        <w:t>حج بھی ایک، ایک، ایک کچھ ریچولز کا معاملہ نہیں ہے۔ کچھ ریچولز ہیں، جا کر ادا کر لیا آپ نے، بس حج ہو گیا۔</w:t>
      </w:r>
    </w:p>
    <w:p>
      <w:r>
        <w:rPr>
          <w:b/>
        </w:rPr>
        <w:t xml:space="preserve">[24:00] </w:t>
      </w:r>
      <w:r>
        <w:t>nahi,</w:t>
      </w:r>
    </w:p>
    <w:p>
      <w:pPr>
        <w:jc w:val="right"/>
      </w:pPr>
      <w:r>
        <w:t>نہیں،</w:t>
      </w:r>
    </w:p>
    <w:p>
      <w:r>
        <w:rPr>
          <w:b/>
        </w:rPr>
        <w:t xml:space="preserve">[24:05] </w:t>
      </w:r>
      <w:r>
        <w:t>hajj ek, ek bohat hi historical experience ka naam hai, tareekhi tajrube ka naam hai. kyunke makkah aur is ke paas ki jo dunya hai, woh bohat hi ajeeb o ghareeb tareekh wahan par bani hai.</w:t>
      </w:r>
    </w:p>
    <w:p>
      <w:pPr>
        <w:jc w:val="right"/>
      </w:pPr>
      <w:r>
        <w:t>حج ایک، ایک بہت ہی ہسٹوریکل ایکسپیرینس کا نام ہے، تاریخی تجربے کا نام ہے۔ کیونکہ مکہ اور اس کے پاس کی جو دنیا ہے، وہ بہت ہی عجیب و غریب تاریخ وہاں پر بنی ہے۔</w:t>
      </w:r>
    </w:p>
    <w:p>
      <w:r>
        <w:rPr>
          <w:b/>
        </w:rPr>
        <w:t xml:space="preserve">[24:19] </w:t>
      </w:r>
      <w:r>
        <w:t>yeh tareekh shuru hui Hazrat Ibrahim se, Hazrat Ibrahim, Hazrat Ismail, Hazrat Hajra, us waqt se shuru hui. phir wahan Rasool Allah paida hue, sahaba paida hue.</w:t>
      </w:r>
    </w:p>
    <w:p>
      <w:pPr>
        <w:jc w:val="right"/>
      </w:pPr>
      <w:r>
        <w:t>یہ تاریخ شروع ہوئی حضرت ابراہیم سے، حضرت ابراہیم، حضرت اسماعیل، حضرت ہاجرہ، اس وقت سے شروع ہوئی۔ پھر وہاں رسول اللہ پیدا ہوئے، صحابہ پیدا ہوئے۔</w:t>
      </w:r>
    </w:p>
    <w:p>
      <w:r>
        <w:rPr>
          <w:b/>
        </w:rPr>
        <w:t xml:space="preserve">[24:30] </w:t>
      </w:r>
      <w:r>
        <w:t>yeh ek poora daur hai, yeh jahan ek anokhi tareekh bani: qurbani ki tareekh, dawat Allah ki tareekh, Allah se mohabbat ki tareekh, Allah se khauf ki tareekh,</w:t>
      </w:r>
    </w:p>
    <w:p>
      <w:pPr>
        <w:jc w:val="right"/>
      </w:pPr>
      <w:r>
        <w:t>یہ ایک پورا دور ہے، یہ جہاں ایک انوکھی تاریخ بنی: قربانی کی تاریخ، دعوت اللہ کی تاریخ، اللہ سے محبت کی تاریخ، اللہ سے خوف کی تاریخ،</w:t>
      </w:r>
    </w:p>
    <w:p>
      <w:r>
        <w:rPr>
          <w:b/>
        </w:rPr>
        <w:t xml:space="preserve">[24:47] </w:t>
      </w:r>
      <w:r>
        <w:t>rubaniyat ki tareekh.</w:t>
      </w:r>
    </w:p>
    <w:p>
      <w:pPr>
        <w:jc w:val="right"/>
      </w:pPr>
      <w:r>
        <w:t>ربانیت کی تاریخ۔</w:t>
      </w:r>
    </w:p>
    <w:p>
      <w:r>
        <w:rPr>
          <w:b/>
        </w:rPr>
        <w:t xml:space="preserve">[24:52] </w:t>
      </w:r>
      <w:r>
        <w:t>isi liye main, main samajhta hoon ke hajj karne ke liye jo log jaate hain, woh sirf duaen rat kar</w:t>
      </w:r>
    </w:p>
    <w:p>
      <w:pPr>
        <w:jc w:val="right"/>
      </w:pPr>
      <w:r>
        <w:t>اسی لیے میں، میں سمجھتا ہوں کہ حج کرنے کے لیے جو لوگ جاتے ہیں، وہ صرف دعائیں رٹ کر</w:t>
      </w:r>
    </w:p>
    <w:p>
      <w:r>
        <w:rPr>
          <w:b/>
        </w:rPr>
        <w:t xml:space="preserve">[24:58] </w:t>
      </w:r>
      <w:r>
        <w:t>jaate hain. nahi, aap tareekh ko parh kar jaiye: Hazrat Ibrahim ki tareekh, Hazrat Hajra ki tareekh, Hazrat Ismail ki tareekh, aur phir Rasool Allah ki aur sahaba ki tareekh.</w:t>
      </w:r>
    </w:p>
    <w:p>
      <w:pPr>
        <w:jc w:val="right"/>
      </w:pPr>
      <w:r>
        <w:t>جاتے ہیں۔ نہیں، آپ تاریخ کو پڑھ کر جائیے: حضرت ابراہیم کی تاریخ، حضرت ہاجرہ کی تاریخ، حضرت اسماعیل کی تاریخ، اور پھر رسول اللہ کی اور صحابہ کی تاریخ۔</w:t>
      </w:r>
    </w:p>
    <w:p>
      <w:r>
        <w:rPr>
          <w:b/>
        </w:rPr>
        <w:t xml:space="preserve">[25:13] </w:t>
      </w:r>
      <w:r>
        <w:t>yaani is ilaqe mein jo tareekh bani, us ko parh kar jayen to ek ek cheez mein aap ko ek, ek, ek zinda iman milega.</w:t>
      </w:r>
    </w:p>
    <w:p>
      <w:pPr>
        <w:jc w:val="right"/>
      </w:pPr>
      <w:r>
        <w:t>یعنی اس علاقے میں جو تاریخ بنی، اس کو پڑھ کر جائیں تو ایک ایک چیز میں آپ کو ایک، ایک، ایک زندہ ایمان ملے گا۔</w:t>
      </w:r>
    </w:p>
    <w:p>
      <w:r>
        <w:rPr>
          <w:b/>
        </w:rPr>
        <w:t xml:space="preserve">[25:25] </w:t>
      </w:r>
      <w:r>
        <w:t>wahan ke ek ek hisse mein, ek ek mushahde mein, ek ek tajrube mein aap ko zinda imani tajurba hoga. aur phir lotenge aap to ek naye insaan ban kar lotenge.</w:t>
      </w:r>
    </w:p>
    <w:p>
      <w:pPr>
        <w:jc w:val="right"/>
      </w:pPr>
      <w:r>
        <w:t>وہاں کے ایک ایک حصے میں، ایک ایک مشاہدے میں، ایک ایک تجربے میں آپ کو زندہ ایمانی تجربہ ہوگا۔ اور پھر لوٹیں گے آپ تو ایک نئے انسان بن کر لوٹیں گے۔</w:t>
      </w:r>
    </w:p>
    <w:p>
      <w:r>
        <w:rPr>
          <w:b/>
        </w:rPr>
        <w:t xml:space="preserve">[25:37] </w:t>
      </w:r>
      <w:r>
        <w:t>yeh hai hajj. qala sadqata. aane wale ne kaha ke sadqata, aap ne sach kaha.</w:t>
      </w:r>
    </w:p>
    <w:p>
      <w:pPr>
        <w:jc w:val="right"/>
      </w:pPr>
      <w:r>
        <w:t>یہ ہے حج۔ قال صدقت۔ آنے والے نے کہا کہ صدقت، آپ نے سچ کہا۔</w:t>
      </w:r>
    </w:p>
    <w:p>
      <w:r>
        <w:rPr>
          <w:b/>
        </w:rPr>
        <w:t xml:space="preserve">[25:49] </w:t>
      </w:r>
      <w:r>
        <w:t>qala fa ajabna lahu yass wa yusaddiq</w:t>
      </w:r>
    </w:p>
    <w:p>
      <w:pPr>
        <w:jc w:val="right"/>
      </w:pPr>
      <w:r>
        <w:t>قال فعجبنا لہ یس ویسدق</w:t>
      </w:r>
    </w:p>
    <w:p>
      <w:r>
        <w:rPr>
          <w:b/>
        </w:rPr>
        <w:t xml:space="preserve">[25:53] </w:t>
      </w:r>
      <w:r>
        <w:t>. to rawi kehte hain ke hum bohat taajjub hum ko hua jo sahaba wahan baithe hue the ke kaisa aadmi hai, sawal karta hai aur phir kehta hai ke aap ne sach kaha.</w:t>
      </w:r>
    </w:p>
    <w:p>
      <w:pPr>
        <w:jc w:val="right"/>
      </w:pPr>
      <w:r>
        <w:t>۔ تو راوی کہتے ہیں کہ ہم بہت تعجب ہم کو ہوا جو صحابہ وہاں بیٹھے ہوئے تھے کہ کیسا آدمی ہے، سوال کرتا ہے اور پھر کہتا ہے کہ آپ نے سچ کہا۔</w:t>
      </w:r>
    </w:p>
    <w:p>
      <w:r>
        <w:rPr>
          <w:b/>
        </w:rPr>
        <w:t xml:space="preserve">[26:04] </w:t>
      </w:r>
      <w:r>
        <w:t>kyunke dekhiye, sawal karne wala jo hota hai, woh to apne na janne ko janna banane ke liye sawal karta hai. sawal ka matlab hai na janne wala.</w:t>
      </w:r>
    </w:p>
    <w:p>
      <w:pPr>
        <w:jc w:val="right"/>
      </w:pPr>
      <w:r>
        <w:t>کیونکہ دیکھیے، سوال کرنے والا جو ہوتا ہے، وہ تو اپنے نہ جاننے کو جاننا بنانے کے لیے سوال کرتا ہے۔ سوال کا مطلب ہے نہ جاننے والا۔</w:t>
      </w:r>
    </w:p>
    <w:p>
      <w:r>
        <w:rPr>
          <w:b/>
        </w:rPr>
        <w:t xml:space="preserve">[26:16] </w:t>
      </w:r>
      <w:r>
        <w:t>aur jo yeh aadmi hai, yeh to aisa kar sawal kar ke is ki tasdeeq kar raha hai, is ko khud janta hai. woh</w:t>
      </w:r>
    </w:p>
    <w:p>
      <w:pPr>
        <w:jc w:val="right"/>
      </w:pPr>
      <w:r>
        <w:t>اور جو یہ آدمی ہے، یہ تو ایسا کر سوال کر کے اس کی تصدیق کر رہا ہے، اس کو خود جانتا ہے۔ وہ</w:t>
      </w:r>
    </w:p>
    <w:p>
      <w:r>
        <w:rPr>
          <w:b/>
        </w:rPr>
        <w:t xml:space="preserve">[26:26] </w:t>
      </w:r>
      <w:r>
        <w:t>to jab is is ne kaha ke sadqata, aap ne theek kaha, aap ne sach kaha to sahaba ko taajjub hua ke kaisa aadmi hai, sawal karta hai aur kehta hai ke aap ne theek kaha, is ka jawab baad ko aayega.</w:t>
      </w:r>
    </w:p>
    <w:p>
      <w:pPr>
        <w:jc w:val="right"/>
      </w:pPr>
      <w:r>
        <w:t>تو جب اس اس نے کہا کہ صدقت، آپ نے ٹھیک کہا، آپ نے سچ کہا تو صحابہ کو تعجب ہوا کہ کیسا آدمی ہے، سوال کرتا ہے اور کہتا ہے کہ آپ نے ٹھیک کہا، اس کا جواب بعد کو آئے گا۔</w:t>
      </w:r>
    </w:p>
    <w:p>
      <w:r>
        <w:rPr>
          <w:b/>
        </w:rPr>
        <w:t xml:space="preserve">[26:43] </w:t>
      </w:r>
      <w:r>
        <w:t>qala fa akhbirni an al-iman. is ke baad aane wale ne kaha ke aye Muhammad, mujhe iman ke bare mein bataiye, iman kya hai?</w:t>
      </w:r>
    </w:p>
    <w:p>
      <w:pPr>
        <w:jc w:val="right"/>
      </w:pPr>
      <w:r>
        <w:t>قال فاخبرنی عن الایمان۔ اس کے بعد آنے والے نے کہا کہ اے محمد، مجھے ایمان کے بارے میں بتائیے، ایمان کیا ہے؟</w:t>
      </w:r>
    </w:p>
    <w:p>
      <w:r>
        <w:rPr>
          <w:b/>
        </w:rPr>
        <w:t xml:space="preserve">[26:56] </w:t>
      </w:r>
      <w:r>
        <w:t>dekhen, iman jo hai, aam taur par log samajhte hain ke ek kalma hai, is ko parh liya to iman hasil ho gaya. aisa nahi hai, woh kalma to ek alamat hai dakhili inqilab ki.</w:t>
      </w:r>
    </w:p>
    <w:p>
      <w:pPr>
        <w:jc w:val="right"/>
      </w:pPr>
      <w:r>
        <w:t>دیکھیں، ایمان جو ہے، عام طور پر لوگ سمجھتے ہیں کہ ایک کلمہ ہے، اس کو پڑھ لیا تو ایمان حاصل ہو گیا۔ ایسا نہیں ہے، وہ کلمہ تو ایک علامت ہے داخلی انقلاب کی۔</w:t>
      </w:r>
    </w:p>
    <w:p>
      <w:r>
        <w:rPr>
          <w:b/>
        </w:rPr>
        <w:t xml:space="preserve">[27:11] </w:t>
      </w:r>
      <w:r>
        <w:t>aadmi ke andar, is ke dakhil mein ek inqilab aata hai: spiritual inqilab, intellectual inqilab, zehni inqilab.</w:t>
      </w:r>
    </w:p>
    <w:p>
      <w:pPr>
        <w:jc w:val="right"/>
      </w:pPr>
      <w:r>
        <w:t>آدمی کے اندر، اس کے داخل میں ایک انقلاب آتا ہے: سپریچول انقلاب، انٹلیکچول انقلاب، ذہنی انقلاب۔</w:t>
      </w:r>
    </w:p>
    <w:p>
      <w:r>
        <w:rPr>
          <w:b/>
        </w:rPr>
        <w:t xml:space="preserve">[27:23] </w:t>
      </w:r>
      <w:r>
        <w:t>ek ek tabdeeli, ek change aati hai andar. is change ka izhaar karta hai woh kuch alfaaz ki surat mein, us ko hum kehte hain kalma iman.</w:t>
      </w:r>
    </w:p>
    <w:p>
      <w:pPr>
        <w:jc w:val="right"/>
      </w:pPr>
      <w:r>
        <w:t>ایک ایک تبدیلی، ایک چینج آتی ہے اندر۔ اس چینج کا اظہار کرتا ہے وہ کچھ الفاظ کی صورت میں، اس کو ہم کہتے ہیں کلمہ ایمان۔</w:t>
      </w:r>
    </w:p>
    <w:p>
      <w:r>
        <w:rPr>
          <w:b/>
        </w:rPr>
        <w:t xml:space="preserve">[27:36] </w:t>
      </w:r>
      <w:r>
        <w:t>to is ne yahi sawal kiya ke kalma iman kya hai? qala antumin billah.</w:t>
      </w:r>
    </w:p>
    <w:p>
      <w:pPr>
        <w:jc w:val="right"/>
      </w:pPr>
      <w:r>
        <w:t>تو اس نے یہی سوال کیا کہ کلمہ ایمان کیا ہے؟ قال انتمن باللہ۔</w:t>
      </w:r>
    </w:p>
    <w:p>
      <w:r>
        <w:rPr>
          <w:b/>
        </w:rPr>
        <w:t xml:space="preserve">[27:46] </w:t>
      </w:r>
      <w:r>
        <w:t>woh aadmi ne kaha, is ke jawab mein Rasool Allah sallallahu alaihi wasallam ne jawab kaha ke tum Allah par iman lao.</w:t>
      </w:r>
    </w:p>
    <w:p>
      <w:pPr>
        <w:jc w:val="right"/>
      </w:pPr>
      <w:r>
        <w:t>وہ آدمی نے کہا، اس کے جواب میں رسول اللہ صلی اللہ علیہ وسلم نے جواب کہا کہ تم اللہ پر ایمان لاؤ۔</w:t>
      </w:r>
    </w:p>
    <w:p>
      <w:r>
        <w:rPr>
          <w:b/>
        </w:rPr>
        <w:t xml:space="preserve">[27:52] </w:t>
      </w:r>
      <w:r>
        <w:t>dekhen, iman ka matlab bhi kya hai? iman ka matlab hai marifat, marifat yani realization, yani discovery, daryaft.</w:t>
      </w:r>
    </w:p>
    <w:p>
      <w:pPr>
        <w:jc w:val="right"/>
      </w:pPr>
      <w:r>
        <w:t>دیکھیں، ایمان کا مطلب بھی کیا ہے؟ ایمان کا مطلب ہے معرفت، معرفت یعنی ریلائزیشن، یعنی ڈسکوری، دریافت۔</w:t>
      </w:r>
    </w:p>
    <w:p>
      <w:r>
        <w:rPr>
          <w:b/>
        </w:rPr>
        <w:t xml:space="preserve">[28:09] </w:t>
      </w:r>
      <w:r>
        <w:t>yani tum ek aisa insan bano jis ne Allah ko daryaft kiya ho, jis ne discovery ke darje mein Allah ko paya ho.</w:t>
      </w:r>
    </w:p>
    <w:p>
      <w:pPr>
        <w:jc w:val="right"/>
      </w:pPr>
      <w:r>
        <w:t>یعنی تم ایک ایسا انسان بنو جس نے اللہ کو دریافت کیا ہو، جس نے ڈسکوری کے درجے میں اللہ کو پایا ہو۔</w:t>
      </w:r>
    </w:p>
    <w:p>
      <w:r>
        <w:rPr>
          <w:b/>
        </w:rPr>
        <w:t xml:space="preserve">[28:18] </w:t>
      </w:r>
      <w:r>
        <w:t>Yeh imaan hai.</w:t>
      </w:r>
    </w:p>
    <w:p>
      <w:pPr>
        <w:jc w:val="right"/>
      </w:pPr>
      <w:r>
        <w:t>یہ ایمان ہے۔</w:t>
      </w:r>
    </w:p>
    <w:p>
      <w:r>
        <w:rPr>
          <w:b/>
        </w:rPr>
        <w:t xml:space="preserve">[28:25] </w:t>
      </w:r>
      <w:r>
        <w:t>To yeh bohat hi ajeeb cheez hai, yeh imaan. Dekhein, is dunya mein aap jante hain ke beshumar cheezein hain,</w:t>
      </w:r>
    </w:p>
    <w:p>
      <w:pPr>
        <w:jc w:val="right"/>
      </w:pPr>
      <w:r>
        <w:t>تو یہ بہت ہی عجیب چیز ہے، یہ ایمان۔ دیکھیں، اس دنیا میں آپ جانتے ہیں کہ بے شمار چیزیں ہیں،</w:t>
      </w:r>
    </w:p>
    <w:p>
      <w:r>
        <w:rPr>
          <w:b/>
        </w:rPr>
        <w:t xml:space="preserve">[28:36] </w:t>
      </w:r>
      <w:r>
        <w:t>million million animal hain, pahad hain, samandar hain, darakht hain, beshumar cheezein hain: suraj hai, chand hai, galaxy hai, lekin koi bhi discovery ke darje mein daryaft nahi ki hui hai khaliq ko.</w:t>
      </w:r>
    </w:p>
    <w:p>
      <w:pPr>
        <w:jc w:val="right"/>
      </w:pPr>
      <w:r>
        <w:t>ملین ملین اینیبل ہیں، پہاڑ ہیں، سمندر ہیں، درخت ہیں، بے شمار چیزیں ہیں: سورج ہے، چاند ہے، گلیکسی ہے، لیکن کوئی بھی ڈسکوری کے درجے میں دریافت نہیں کی ہوئی ہے خالق کو۔</w:t>
      </w:r>
    </w:p>
    <w:p>
      <w:r>
        <w:rPr>
          <w:b/>
        </w:rPr>
        <w:t xml:space="preserve">[28:57] </w:t>
      </w:r>
      <w:r>
        <w:t>Yeh insaan ki anokhi sifat hai. Yeh bohat hi ajeeb cheez hai jo insaan ko hasil hai ke woh self discovered marifat par khada hota hai,</w:t>
      </w:r>
    </w:p>
    <w:p>
      <w:pPr>
        <w:jc w:val="right"/>
      </w:pPr>
      <w:r>
        <w:t>یہ انسان کی انوکھی صفت ہے۔ یہ بہت ہی عجیب چیز ہے جو انسان کو حاصل ہے کہ وہ سیلف ڈسکورڈ معرفت پر کھڑا ہوتا ہے،</w:t>
      </w:r>
    </w:p>
    <w:p>
      <w:r>
        <w:rPr>
          <w:b/>
        </w:rPr>
        <w:t xml:space="preserve">[29:12] </w:t>
      </w:r>
      <w:r>
        <w:t>self discovered haqeeqat par khada hota hai. Yeh poori itni badi kainat hai, itni badi kainat hai, is mein koi doosra nahi hai jo insaan ka equal ho.</w:t>
      </w:r>
    </w:p>
    <w:p>
      <w:pPr>
        <w:jc w:val="right"/>
      </w:pPr>
      <w:r>
        <w:t>سیلف ڈسکورڈ حقیقت پر کھڑا ہوتا ہے۔ یہ پوری اتنی بڑی کائنات ہے، اتنی بڑی کائنات ہے، اس میں کوئی دوسرا نہیں ہے جو انسان کا ایکول ہو۔</w:t>
      </w:r>
    </w:p>
    <w:p>
      <w:r>
        <w:rPr>
          <w:b/>
        </w:rPr>
        <w:t xml:space="preserve">[29:26] </w:t>
      </w:r>
      <w:r>
        <w:t>To kaisi ajeeb, kaisi unique sifat hai Allah ne insaan ko di hai ke woh self discovered marifat par khada ho, jis par farishte bhi rashk karein.</w:t>
      </w:r>
    </w:p>
    <w:p>
      <w:pPr>
        <w:jc w:val="right"/>
      </w:pPr>
      <w:r>
        <w:t>تو کیسی عجیب، کیسی یونیک صفت ہے اللہ نے انسان کو دی ہے کہ وہ سیلف ڈسکورڈ معرفت پر کھڑا ہو، جس پر فرشتے بھی رش کریں۔</w:t>
      </w:r>
    </w:p>
    <w:p>
      <w:r>
        <w:rPr>
          <w:b/>
        </w:rPr>
        <w:t xml:space="preserve">[29:39] </w:t>
      </w:r>
      <w:r>
        <w:t>Wa malaikatahu wa kutubihu wa rusulih. Kitab par imaan lao, yani Allah ki kitab par, aur farishton par imaan lao, aur rasoolon par imaan lao.</w:t>
      </w:r>
    </w:p>
    <w:p>
      <w:pPr>
        <w:jc w:val="right"/>
      </w:pPr>
      <w:r>
        <w:t>وملائکتہ وکتبہ ورسلہ۔ کتاب پر ایمان لاؤ، یعنی اللہ کی کتاب پر، اور فرشتوں پر ایمان لاؤ، اور رسولوں پر ایمان لاؤ۔</w:t>
      </w:r>
    </w:p>
    <w:p>
      <w:r>
        <w:rPr>
          <w:b/>
        </w:rPr>
        <w:t xml:space="preserve">[29:51] </w:t>
      </w:r>
      <w:r>
        <w:t>Yeh sab imaan ka hissa hai.</w:t>
      </w:r>
    </w:p>
    <w:p>
      <w:pPr>
        <w:jc w:val="right"/>
      </w:pPr>
      <w:r>
        <w:t>یہ سب ایمان کا حصہ ہے۔</w:t>
      </w:r>
    </w:p>
    <w:p>
      <w:r>
        <w:rPr>
          <w:b/>
        </w:rPr>
        <w:t xml:space="preserve">[29:56] </w:t>
      </w:r>
      <w:r>
        <w:t>Dekhein, jab aap ko daryaft hoti hai imaan ke darje mein haqeeqat ki daryaft to yeh sab cheezein aap ke daryaft ka hissa ban jati hain.</w:t>
      </w:r>
    </w:p>
    <w:p>
      <w:pPr>
        <w:jc w:val="right"/>
      </w:pPr>
      <w:r>
        <w:t>دیکھیں، جب آپ کو دریافت ہوتی ہے ایمان کے درجے میں حقیقت کی دریافت تو یہ سب چیزیں آپ کے دریافت کا حصہ بن جاتی ہیں۔</w:t>
      </w:r>
    </w:p>
    <w:p>
      <w:r>
        <w:rPr>
          <w:b/>
        </w:rPr>
        <w:t xml:space="preserve">[30:07] </w:t>
      </w:r>
      <w:r>
        <w:t>Aap daryaft karte hain ke Allah ne insaan ko jab paida kiya to yahi chhod nahi diya, ek nizam qaim kiya ke ek paighambar ho, us paighambar ka farishta aaye, Allah ki wahi le aaye,</w:t>
      </w:r>
    </w:p>
    <w:p>
      <w:pPr>
        <w:jc w:val="right"/>
      </w:pPr>
      <w:r>
        <w:t>آپ دریافت کرتے ہیں کہ اللہ نے انسان کو جب پیدا کیا تو یہی چھوڑ نہیں دیا، ایک نظام قائم کیا کہ ایک پیغمبر ہو، اس پیغمبر کا فرشتہ آئے، اللہ کی وحی لے آئے،</w:t>
      </w:r>
    </w:p>
    <w:p>
      <w:r>
        <w:rPr>
          <w:b/>
        </w:rPr>
        <w:t xml:space="preserve">[30:24] </w:t>
      </w:r>
      <w:r>
        <w:t>woh aayi jama kar ke ek kitab banayi jaye. To yeh ek nizam hai Allah taala ka hidayat ka nizam. To kitab par imaan ke mani hain ke Allah ne jo nizam banaya hai hidayat insani ka, us ki daryaft,</w:t>
      </w:r>
    </w:p>
    <w:p>
      <w:pPr>
        <w:jc w:val="right"/>
      </w:pPr>
      <w:r>
        <w:t>وہ آئی جمع کر کے ایک کتاب بنائی جائے۔ تو یہ ایک نظام ہے اللہ تعالی کا ہدایت کا نظام۔ تو کتاب پر ایمان کے معنی ہیں کہ اللہ نے جو نظام بنایا ہے ہدایت انسانی کا، اس کی دریافت،</w:t>
      </w:r>
    </w:p>
    <w:p>
      <w:r>
        <w:rPr>
          <w:b/>
        </w:rPr>
        <w:t xml:space="preserve">[30:40] </w:t>
      </w:r>
      <w:r>
        <w:t>us par yaqeen.</w:t>
      </w:r>
    </w:p>
    <w:p>
      <w:pPr>
        <w:jc w:val="right"/>
      </w:pPr>
      <w:r>
        <w:t>اس پر یقین۔</w:t>
      </w:r>
    </w:p>
    <w:p>
      <w:r>
        <w:rPr>
          <w:b/>
        </w:rPr>
        <w:t xml:space="preserve">[30:44] </w:t>
      </w:r>
      <w:r>
        <w:t>Yeh jo Allah ki aayi hui kitab hai, ab Quran, woh divine guidance hai. Us par yaqeen, yeh matlab hai is ka.</w:t>
      </w:r>
    </w:p>
    <w:p>
      <w:pPr>
        <w:jc w:val="right"/>
      </w:pPr>
      <w:r>
        <w:t>یہ جو اللہ کی آئی ہوئی کتاب ہے، اب قرآن، وہ ڈیوائن گائیڈنس ہے۔ اس پر یقین، یہ مطلب ہے اس کا۔</w:t>
      </w:r>
    </w:p>
    <w:p>
      <w:r>
        <w:rPr>
          <w:b/>
        </w:rPr>
        <w:t xml:space="preserve">[30:58] </w:t>
      </w:r>
      <w:r>
        <w:t>Doosri cheez hai malaika.</w:t>
      </w:r>
    </w:p>
    <w:p>
      <w:pPr>
        <w:jc w:val="right"/>
      </w:pPr>
      <w:r>
        <w:t>دوسری چیز ہے ملائکہ۔</w:t>
      </w:r>
    </w:p>
    <w:p>
      <w:r>
        <w:rPr>
          <w:b/>
        </w:rPr>
        <w:t xml:space="preserve">[31:01] </w:t>
      </w:r>
      <w:r>
        <w:t>Yeh jo kainat hai, is ka nizam chala rahe hain malaika, yani malaika ko Allah taala ke karrindey hain.</w:t>
      </w:r>
    </w:p>
    <w:p>
      <w:pPr>
        <w:jc w:val="right"/>
      </w:pPr>
      <w:r>
        <w:t>یہ جو کائنات ہے، اس کا نظام چلا رہے ہیں ملائکہ، یعنی ملائکہ کو اللہ تعالی کے کارندے ہیں۔</w:t>
      </w:r>
    </w:p>
    <w:p>
      <w:r>
        <w:rPr>
          <w:b/>
        </w:rPr>
        <w:t xml:space="preserve">[31:14] </w:t>
      </w:r>
      <w:r>
        <w:t>To kaha ke is ka matlab yeh hai ke yeh mechanical world ka ulta hai. Yeh jo log Allah ko nahi mante, is ko ek mechanical phenomena samajhte hain kainat ko.</w:t>
      </w:r>
    </w:p>
    <w:p>
      <w:pPr>
        <w:jc w:val="right"/>
      </w:pPr>
      <w:r>
        <w:t>تو کہا کہ اس کا مطلب یہ ہے کہ یہ مکینیکل ورڈ کا الٹا ہے۔ یہ جو لوگ اللہ کو نہیں مانتے، اس کو ایک مکینیکل فیناومینا سمجھتے ہیں کائنات کو۔</w:t>
      </w:r>
    </w:p>
    <w:p>
      <w:r>
        <w:rPr>
          <w:b/>
        </w:rPr>
        <w:t xml:space="preserve">[31:27] </w:t>
      </w:r>
      <w:r>
        <w:t>Mechanical phenomena,</w:t>
      </w:r>
    </w:p>
    <w:p>
      <w:pPr>
        <w:jc w:val="right"/>
      </w:pPr>
      <w:r>
        <w:t>مکینیکل فیناومینا،</w:t>
      </w:r>
    </w:p>
    <w:p>
      <w:r>
        <w:rPr>
          <w:b/>
        </w:rPr>
        <w:t xml:space="preserve">[31:31] </w:t>
      </w:r>
      <w:r>
        <w:t>ek be rooh machine. Lekin jab aap malaika par imaan late hain to is ka matlab yeh hota hai ke ek zinda kainat hai, yeh zinda hastiyan is ko nizam chala rahi hain, is ko manage kar rahi hain.</w:t>
      </w:r>
    </w:p>
    <w:p>
      <w:pPr>
        <w:jc w:val="right"/>
      </w:pPr>
      <w:r>
        <w:t>ایک بے روح مشین۔ لیکن جب آپ ملائکہ پر ایمان لاتے ہیں تو اس کا مطلب یہ ہوتا ہے کہ ایک زندہ کائنات ہے، یہ زندہ ہستیاں اس کو نظام چلا رہی ہیں، اس کو مینج کر رہی ہیں۔</w:t>
      </w:r>
    </w:p>
    <w:p>
      <w:r>
        <w:rPr>
          <w:b/>
        </w:rPr>
        <w:t xml:space="preserve">[31:44] </w:t>
      </w:r>
      <w:r>
        <w:t>Har taraf woh zinda hastiyan mutharrik hain. Ab gaur kijiye ke kitna zyada badh jata hai aap ka shaoor kainat,</w:t>
      </w:r>
    </w:p>
    <w:p>
      <w:pPr>
        <w:jc w:val="right"/>
      </w:pPr>
      <w:r>
        <w:t>ہر طرف وہ زندہ ہستیاں متحرک ہیں۔ اب غور کیجئے کہ کتنا زیادہ بڑھ جاتا ہے آپ کا شعور کائنات،</w:t>
      </w:r>
    </w:p>
    <w:p>
      <w:r>
        <w:rPr>
          <w:b/>
        </w:rPr>
        <w:t xml:space="preserve">[31:55] </w:t>
      </w:r>
      <w:r>
        <w:t>kitna zyada badh jata hai</w:t>
      </w:r>
    </w:p>
    <w:p>
      <w:pPr>
        <w:jc w:val="right"/>
      </w:pPr>
      <w:r>
        <w:t>کتنا زیادہ بڑھ جاتا ہے</w:t>
      </w:r>
    </w:p>
    <w:p>
      <w:r>
        <w:rPr>
          <w:b/>
        </w:rPr>
        <w:t xml:space="preserve">[31:58] </w:t>
      </w:r>
      <w:r>
        <w:t>ke agar aap manein kainat ko ek ek mechanical waqea to woh ek be rooh cheez hogi, be rooh cheez. Lekin jab yeh manein ke yeh kainat jo hai, is ko zinda hastiyan chala rahi hain,</w:t>
      </w:r>
    </w:p>
    <w:p>
      <w:pPr>
        <w:jc w:val="right"/>
      </w:pPr>
      <w:r>
        <w:t>کہ اگر آپ مانیں کائنات کو ایک ایک مکینیکل واقعہ تو وہ ایک بے روح چیز ہوگی، بے روح چیز۔ لیکن جب یہ مانیں کہ یہ کائنات جو ہے، اس کو زندہ ہستیاں چلا رہی ہیں،</w:t>
      </w:r>
    </w:p>
    <w:p>
      <w:r>
        <w:rPr>
          <w:b/>
        </w:rPr>
        <w:t xml:space="preserve">[32:13] </w:t>
      </w:r>
      <w:r>
        <w:t>farishte, angels, to ek ajeeb o ghareeb aap ko, aap ka imaan jo hai, ek living imaan ban jata hai.</w:t>
      </w:r>
    </w:p>
    <w:p>
      <w:pPr>
        <w:jc w:val="right"/>
      </w:pPr>
      <w:r>
        <w:t>فرشتے، اینجلز، تو ایک عجیب و غریب آپ کو، آپ کا ایمان جو ہے، ایک لیونگ ایمان بن جاتا ہے۔</w:t>
      </w:r>
    </w:p>
    <w:p>
      <w:r>
        <w:rPr>
          <w:b/>
        </w:rPr>
        <w:t xml:space="preserve">[32:21] </w:t>
      </w:r>
      <w:r>
        <w:t>Aap ke andar ek ek naya shaoor jaagta hai kainat ke bare mein. Aur teesri cheez jo hai,</w:t>
      </w:r>
    </w:p>
    <w:p>
      <w:pPr>
        <w:jc w:val="right"/>
      </w:pPr>
      <w:r>
        <w:t>آپ کے اندر ایک ایک نیا شعور جاگتا ہے کائنات کے بارے میں۔ اور تیسری چیز جو ہے،</w:t>
      </w:r>
    </w:p>
    <w:p>
      <w:r>
        <w:rPr>
          <w:b/>
        </w:rPr>
        <w:t xml:space="preserve">[32:32] </w:t>
      </w:r>
      <w:r>
        <w:t>Wa kutubihu wa rusulih. Rasool,</w:t>
      </w:r>
    </w:p>
    <w:p>
      <w:pPr>
        <w:jc w:val="right"/>
      </w:pPr>
      <w:r>
        <w:t>وکتبہ ورسلہ۔ رسول،</w:t>
      </w:r>
    </w:p>
    <w:p>
      <w:r>
        <w:rPr>
          <w:b/>
        </w:rPr>
        <w:t xml:space="preserve">[32:38] </w:t>
      </w:r>
      <w:r>
        <w:t>yani Allah taala ne tareekh mein bar bar peghambar bheje, aur aakhir mein Muhammad Sallallahu Alaihi Wasallam ko bheja hidayat insaan ki hidayat ke liye.</w:t>
      </w:r>
    </w:p>
    <w:p>
      <w:pPr>
        <w:jc w:val="right"/>
      </w:pPr>
      <w:r>
        <w:t>یعنی اللہ تعالی نے تاریخ میں بار بار پیغمبر بھیجے، اور آخر میں محمد صلی اللہ علیہ وسلم کو بھیجا ہدایت انسان کی ہدایت کے لیے۔</w:t>
      </w:r>
    </w:p>
    <w:p>
      <w:r>
        <w:rPr>
          <w:b/>
        </w:rPr>
        <w:t xml:space="preserve">[32:52] </w:t>
      </w:r>
      <w:r>
        <w:t>Aur aap par jo jo wahi utri, woh Quran ki surat mein mehfooz ho gayi. Aap ne jo kuch kaha, woh bhi hadith ki surat mein mehfooz ho gaya.</w:t>
      </w:r>
    </w:p>
    <w:p>
      <w:pPr>
        <w:jc w:val="right"/>
      </w:pPr>
      <w:r>
        <w:t>اور آپ پر جو جو وحی اتری، وہ قرآن کی سورت میں محفوظ ہو گئی۔ آپ نے جو کچھ کہا، وہ بھی حدیث کی صورت میں محفوظ ہو گیا۔</w:t>
      </w:r>
    </w:p>
    <w:p>
      <w:r>
        <w:rPr>
          <w:b/>
        </w:rPr>
        <w:t xml:space="preserve">[33:02] </w:t>
      </w:r>
      <w:r>
        <w:t>In sab baaton ko jaanna,</w:t>
      </w:r>
    </w:p>
    <w:p>
      <w:pPr>
        <w:jc w:val="right"/>
      </w:pPr>
      <w:r>
        <w:t>ان سب باتوں کو جاننا،</w:t>
      </w:r>
    </w:p>
    <w:p>
      <w:r>
        <w:rPr>
          <w:b/>
        </w:rPr>
        <w:t xml:space="preserve">[33:06] </w:t>
      </w:r>
      <w:r>
        <w:t>Iska matlab hai ke jo guidance, jo authentic guidance hai, woh rasool, rasooli guidance hai, authentic guidance, Allah ki taraf se aayi hui hai.</w:t>
      </w:r>
    </w:p>
    <w:p>
      <w:pPr>
        <w:jc w:val="right"/>
      </w:pPr>
      <w:r>
        <w:t>اس کا مطلب ہے کہ جو گائیڈنس، جو اتھینٹک گائیڈنس ہے، وہ رسول، رسولی گائیڈنس ہے، اتھینٹک گائیڈنس، اللہ کی طرف سے آئی ہوئی ہے۔</w:t>
      </w:r>
    </w:p>
    <w:p>
      <w:r>
        <w:rPr>
          <w:b/>
        </w:rPr>
        <w:t xml:space="preserve">[33:24] </w:t>
      </w:r>
      <w:r>
        <w:t>Is se aap ko ek ajeeb yaqeen haasil hota hai.</w:t>
      </w:r>
    </w:p>
    <w:p>
      <w:pPr>
        <w:jc w:val="right"/>
      </w:pPr>
      <w:r>
        <w:t>اس سے آپ کو ایک عجیب یقین حاصل ہوتا ہے۔</w:t>
      </w:r>
    </w:p>
    <w:p>
      <w:r>
        <w:rPr>
          <w:b/>
        </w:rPr>
        <w:t xml:space="preserve">[33:31] </w:t>
      </w:r>
      <w:r>
        <w:t>Is kainat mein ek scientist ne likha hai ke jab hum kainat ka mutala karte hain telescope ke zariye se to hum dekhte hain ke bohat badi kainat hai, bohat hi zyada badi kainat hai.</w:t>
      </w:r>
    </w:p>
    <w:p>
      <w:pPr>
        <w:jc w:val="right"/>
      </w:pPr>
      <w:r>
        <w:t>اس کائنات میں ایک سائنٹسٹ نے لکھا ہے کہ جب ہم کائنات کا مطالعہ کرتے ہیں ٹیلیسکوپ کے ذریعے سے تو ہم دیکھتے ہیں کہ بہت بڑی کائنات ہے، بہت ہی زیادہ بڑی کائنات ہے۔</w:t>
      </w:r>
    </w:p>
    <w:p>
      <w:r>
        <w:rPr>
          <w:b/>
        </w:rPr>
        <w:t xml:space="preserve">[33:48] </w:t>
      </w:r>
      <w:r>
        <w:t>Is mein insaan bilkul akela dikhai deta hai. To ek ajeeb ehsas hota hai,</w:t>
      </w:r>
    </w:p>
    <w:p>
      <w:pPr>
        <w:jc w:val="right"/>
      </w:pPr>
      <w:r>
        <w:t>اس میں انسان بالکل اکیلا دکھائی دیتا ہے۔ تو ایک عجیب احساس ہوتا ہے،</w:t>
      </w:r>
    </w:p>
    <w:p>
      <w:r>
        <w:rPr>
          <w:b/>
        </w:rPr>
        <w:t xml:space="preserve">[33:57] </w:t>
      </w:r>
      <w:r>
        <w:t>Bilkul akela, ek loneliness ka ehsas hota hai.</w:t>
      </w:r>
    </w:p>
    <w:p>
      <w:pPr>
        <w:jc w:val="right"/>
      </w:pPr>
      <w:r>
        <w:t>بالکل اکیلا، ایک لونلیس کا احساس ہوتا ہے۔</w:t>
      </w:r>
    </w:p>
    <w:p>
      <w:r>
        <w:rPr>
          <w:b/>
        </w:rPr>
        <w:t xml:space="preserve">[34:04] </w:t>
      </w:r>
      <w:r>
        <w:t>Lekin jab aap yaqeen karte hain rasoolon par to yeh loneliness khatam ho jata hai. To aap samajhte hain ke Allah ne aap ko akela nahi chhora, farishton ke zariye se peghambar ke paas hidayat bheji, aur is hidayat ko mehfooz kar diya Quran ki surat mein aur sunnat-e-rasool ki surat mein.</w:t>
      </w:r>
    </w:p>
    <w:p>
      <w:pPr>
        <w:jc w:val="right"/>
      </w:pPr>
      <w:r>
        <w:t>لیکن جب آپ یقین کر کرتے ہیں رسولوں پر تو یہ لونلیس ختم ہو جاتا ہے۔ تو آپ سمجھتے ہیں کہ اللہ نے آپ کو اکیلا نہیں چھوڑا، فرشتوں کے ذریعے سے پیغمبر کے پاس ہدایت بھیجی، اور اس ہدایت کو محفوظ کر دیا قرآن کی صورت میں اور سنت رسول کی صورت میں۔</w:t>
      </w:r>
    </w:p>
    <w:p>
      <w:r>
        <w:rPr>
          <w:b/>
        </w:rPr>
        <w:t xml:space="preserve">[34:27] </w:t>
      </w:r>
      <w:r>
        <w:t>To aap ka tanhai ka ehsas khatam ho jata hai.</w:t>
      </w:r>
    </w:p>
    <w:p>
      <w:pPr>
        <w:jc w:val="right"/>
      </w:pPr>
      <w:r>
        <w:t>تو آپ کا تنہائی کا احساس ختم ہو جاتا ہے۔</w:t>
      </w:r>
    </w:p>
    <w:p>
      <w:r>
        <w:rPr>
          <w:b/>
        </w:rPr>
        <w:t xml:space="preserve">[34:31] </w:t>
      </w:r>
      <w:r>
        <w:t>Phir ek ajeeb ghareeb zindagi aap ke andar aati hai.</w:t>
      </w:r>
    </w:p>
    <w:p>
      <w:pPr>
        <w:jc w:val="right"/>
      </w:pPr>
      <w:r>
        <w:t>پھر ایک عجیب غریب زندگی آپ کے اندر آتی ہے۔</w:t>
      </w:r>
    </w:p>
    <w:p>
      <w:r>
        <w:rPr>
          <w:b/>
        </w:rPr>
        <w:t xml:space="preserve">[34:39] </w:t>
      </w:r>
      <w:r>
        <w:t>Is zindagi ko main samajhta hoon ke lafzon mein bayan nahi kar sakta. Yun samajh lein ke aap akele kahin desert mein hon, akele bilkul desert mein tadap rahe hon.</w:t>
      </w:r>
    </w:p>
    <w:p>
      <w:pPr>
        <w:jc w:val="right"/>
      </w:pPr>
      <w:r>
        <w:t>اس زندگی کو میں سمجھتا ہوں کہ لفظوں میں بیان نہیں کر سکتا۔ یوں سمجھ لیں کہ آپ اکیلے کہیں ڈیزرٹ میں ہوں، اکیلے بالکل ڈیزرٹ میں تڑپ رہے ہوں۔</w:t>
      </w:r>
    </w:p>
    <w:p>
      <w:r>
        <w:rPr>
          <w:b/>
        </w:rPr>
        <w:t xml:space="preserve">[34:49] </w:t>
      </w:r>
      <w:r>
        <w:t>Phir aap ko wahan se utha kar ek ek bohat thi shehar, ek abad shehar mein pahuncha diya jaye to kitna bada experience hota hoga aap ko.</w:t>
      </w:r>
    </w:p>
    <w:p>
      <w:pPr>
        <w:jc w:val="right"/>
      </w:pPr>
      <w:r>
        <w:t>پھر آپ کو وہاں سے اٹھا کر ایک ایک بہت تھی شہر، ایک آباد شہر میں پہنچا دیا جائے تو کتنا بڑا ایکسپیرینس ہوتا ہوگا آپ کو۔</w:t>
      </w:r>
    </w:p>
    <w:p>
      <w:r>
        <w:rPr>
          <w:b/>
        </w:rPr>
        <w:t xml:space="preserve">[34:59] </w:t>
      </w:r>
      <w:r>
        <w:t>Isi qism ka billion time zyada bada experience us waqt hoga jab aap yeh daryaft karein ke is kainat mein main akela nahi hoon, yahan Khuda hai, yahan malaika hain, yahan rasool hain, yahan Allah ki hidayat hai.</w:t>
      </w:r>
    </w:p>
    <w:p>
      <w:pPr>
        <w:jc w:val="right"/>
      </w:pPr>
      <w:r>
        <w:t>اسی قسم کا بلین ٹائم زیادہ بڑا ایکسپیرینس اس وقت ہوگا جب آپ یہ دریافت کریں کہ اس کائنات میں میں اکیلا نہیں ہوں، یہاں خدا ہے، یہاں ملائکہ ہیں، یہاں رسول ہیں، یہاں اللہ کی ہدایت ہے۔</w:t>
      </w:r>
    </w:p>
    <w:p>
      <w:r>
        <w:rPr>
          <w:b/>
        </w:rPr>
        <w:t xml:space="preserve">[35:14] </w:t>
      </w:r>
      <w:r>
        <w:t>To woh tajruba billion time zyada bade level par haasil hota hai. Wal yawm al-aakhir, aur aakhirat ke din par yaqeen.</w:t>
      </w:r>
    </w:p>
    <w:p>
      <w:pPr>
        <w:jc w:val="right"/>
      </w:pPr>
      <w:r>
        <w:t>تو وہ تجربہ بلین ٹائم زیادہ بڑے لیول پر حاصل ہوتا ہے۔ والیوم الاخری، اور آخرت کے دن پر یقین۔</w:t>
      </w:r>
    </w:p>
    <w:p>
      <w:r>
        <w:rPr>
          <w:b/>
        </w:rPr>
        <w:t xml:space="preserve">[35:27] </w:t>
      </w:r>
      <w:r>
        <w:t>Dekhein, aakhirat ko ab maane baghair imaan mukammal hai.</w:t>
      </w:r>
    </w:p>
    <w:p>
      <w:pPr>
        <w:jc w:val="right"/>
      </w:pPr>
      <w:r>
        <w:t>دیکھیں، آخرت کو اب مانے بغیر ایمان نامکمل ہے۔</w:t>
      </w:r>
    </w:p>
    <w:p>
      <w:r>
        <w:rPr>
          <w:b/>
        </w:rPr>
        <w:t xml:space="preserve">[35:35] </w:t>
      </w:r>
      <w:r>
        <w:t>Kyunke iska matlab yeh hua ke aadmi paida hua, kuch din raha duniya mein, woh mar gaya, qissa khatam ho gaya. Jaise ek darakht ugta hai, phir sookh kar khatam ho jata hai.</w:t>
      </w:r>
    </w:p>
    <w:p>
      <w:pPr>
        <w:jc w:val="right"/>
      </w:pPr>
      <w:r>
        <w:t>کیونکہ اس کا مطلب یہ ہوا کہ آدمی پیدا ہوا، کچھ دن رہا دنیا میں، وہ مر گیا، قصہ ختم ہو گیا۔ جیسے ایک درخت اگتا ہے، پھر سوکھ کر ختم ہو جاتا ہے۔</w:t>
      </w:r>
    </w:p>
    <w:p>
      <w:r>
        <w:rPr>
          <w:b/>
        </w:rPr>
        <w:t xml:space="preserve">[35:47] </w:t>
      </w:r>
      <w:r>
        <w:t>Ek chidiya udti hai, phir ek din mar kar khatam ho jati hai. Aise hi insaan bhi hai. Lekin aakhirat aap ko batati hai ke insaan ka mamla aisa nahi hai.</w:t>
      </w:r>
    </w:p>
    <w:p>
      <w:pPr>
        <w:jc w:val="right"/>
      </w:pPr>
      <w:r>
        <w:t>ایک چڑیا اڑتی ہے، پھر ایک دن مر کر ختم ہو جاتی ہے۔ ایسے ہی انسان بھی ہے۔ لیکن آخرت آپ کو بتاتی ہے کہ انسان کا معاملہ ایسا نہیں ہے۔</w:t>
      </w:r>
    </w:p>
    <w:p>
      <w:r>
        <w:rPr>
          <w:b/>
        </w:rPr>
        <w:t xml:space="preserve">[35:56] </w:t>
      </w:r>
      <w:r>
        <w:t>Insaan ke liye Allah taala ne ek bohat badi azeem tar duniya banayi hai, woh jannat.</w:t>
      </w:r>
    </w:p>
    <w:p>
      <w:pPr>
        <w:jc w:val="right"/>
      </w:pPr>
      <w:r>
        <w:t>انسان کے لیے اللہ تعالی نے ایک بہت بڑی عظیم تر دنیا بنائی ہے، وہ جنت۔</w:t>
      </w:r>
    </w:p>
    <w:p>
      <w:r>
        <w:rPr>
          <w:b/>
        </w:rPr>
        <w:t xml:space="preserve">[36:05] </w:t>
      </w:r>
      <w:r>
        <w:t>Aakhirat ko agar hadaf kar ke sochein to duniya mein siwaye mayoosi ke aur kuch bhi nahi. Kyunke yeh kya zindagi hai ke aap paida hue aur pachas, 60, 70 saal zinda rahe aur mar gaye?</w:t>
      </w:r>
    </w:p>
    <w:p>
      <w:pPr>
        <w:jc w:val="right"/>
      </w:pPr>
      <w:r>
        <w:t>آخرت کو اگر حذف کر کے سوچیں تو دنیا میں سوائے مایوسی کے اور کچھ بھی نہیں۔ کیونکہ یہ کیا زندگی ہے کہ آپ پیدا ہوئے اور پچاس، 60، 70 سال زندہ رہے اور مر گئے؟</w:t>
      </w:r>
    </w:p>
    <w:p>
      <w:r>
        <w:rPr>
          <w:b/>
        </w:rPr>
        <w:t xml:space="preserve">[36:19] </w:t>
      </w:r>
      <w:r>
        <w:t>To bohat hi ajeeb, aap ki aap ko fulfillment nahi mila.</w:t>
      </w:r>
    </w:p>
    <w:p>
      <w:pPr>
        <w:jc w:val="right"/>
      </w:pPr>
      <w:r>
        <w:t>تو بہت ہی عجیب، آپ کی آپ کو فلفلمنٹ نہیں ملا۔</w:t>
      </w:r>
    </w:p>
    <w:p>
      <w:r>
        <w:rPr>
          <w:b/>
        </w:rPr>
        <w:t xml:space="preserve">[36:25] </w:t>
      </w:r>
      <w:r>
        <w:t>Aap jo kuch chahte the, jo aap ki desire thi, woh sab aisi padi reh gayi. To to zindagi ek tragedy lagati hai. Tragedy. Isi liye jitne bhi bade bade novel likhe gaye hain, woh sab tragedy hain, comedy nahi hain.</w:t>
      </w:r>
    </w:p>
    <w:p>
      <w:pPr>
        <w:jc w:val="right"/>
      </w:pPr>
      <w:r>
        <w:t>آپ جو کچھ چاہتے تھے، جو آپ کی ڈیزائر تھی، وہ سب ایسی پڑی رہ گئی۔ تو تو زندگی ایک ٹریجڈی لگاتی ہے۔ ٹریجڈی۔ اسی لیے جتنے بھی بڑے بڑے ناول لکھے گئے ہیں، وہ سب ٹریجڈی ہیں، کامیڈی نہیں ہیں۔</w:t>
      </w:r>
    </w:p>
    <w:p>
      <w:r>
        <w:rPr>
          <w:b/>
        </w:rPr>
        <w:t xml:space="preserve">[36:42] </w:t>
      </w:r>
      <w:r>
        <w:t>Lekin jab aap aakhirat ko maanein aur yeh maanein ke Allah ne ek ek ek jannat tayyar kar rakhi hai to aap ke andar ek ajeeb hausla paida hota hai ke main is jannat ke liye apne ko tayyar karoon aur maut ke baad mujhe is jannat mein dakhla mile.</w:t>
      </w:r>
    </w:p>
    <w:p>
      <w:pPr>
        <w:jc w:val="right"/>
      </w:pPr>
      <w:r>
        <w:t>لیکن جب آپ آخرت کو مانیں اور یہ مانیں کہ اللہ نے ایک ایک ایک جنت تیار کر رکھی ہے تو آپ کے اندر ایک عجیب حوصلہ پیدا ہوتا ہے کہ میں اس جنت کے لیے اپنے کو تیار کروں اور موت کے بعد مجھے اس جنت میں داخلہ ملے۔</w:t>
      </w:r>
    </w:p>
    <w:p>
      <w:r>
        <w:rPr>
          <w:b/>
        </w:rPr>
        <w:t xml:space="preserve">[37:00] </w:t>
      </w:r>
      <w:r>
        <w:t>To yeh saada baat nahi hai. Aakhirat ka aqeedah saada baat nahi hai. Yeh apni zindagi ko ba-maani banane ka mamla hai.</w:t>
      </w:r>
    </w:p>
    <w:p>
      <w:pPr>
        <w:jc w:val="right"/>
      </w:pPr>
      <w:r>
        <w:t>تو یہ سادہ بات نہیں ہے۔ آخرت کا عقیدہ سادہ بات نہیں ہے۔ یہ اپنی زندگی کو بامعنی بنانے کا معاملہ ہے۔</w:t>
      </w:r>
    </w:p>
    <w:p>
      <w:r>
        <w:rPr>
          <w:b/>
        </w:rPr>
        <w:t xml:space="preserve">[37:10] </w:t>
      </w:r>
      <w:r>
        <w:t>Bohat zyada ba-maani, aakhirat tak ba-maani. Wa tu'minu bil qadari khairihi wa sharrihi.</w:t>
      </w:r>
    </w:p>
    <w:p>
      <w:pPr>
        <w:jc w:val="right"/>
      </w:pPr>
      <w:r>
        <w:t>بہت زیادہ بامعنی، آخرت تک بامعنی۔ وتؤمن بالقدر خیرہ وشرہ۔</w:t>
      </w:r>
    </w:p>
    <w:p>
      <w:r>
        <w:rPr>
          <w:b/>
        </w:rPr>
        <w:t xml:space="preserve">[37:19] </w:t>
      </w:r>
      <w:r>
        <w:t>haan, isi ke saath saath yeh hai ke jo taqdeer par imaan, yaani jo jo kuch hota hai, woh Allah ke faisle se, Allah ki taqdeer se hota hai.</w:t>
      </w:r>
    </w:p>
    <w:p>
      <w:pPr>
        <w:jc w:val="right"/>
      </w:pPr>
      <w:r>
        <w:t>ہاں، اسی کے ساتھ ساتھ یہ ہے کہ جو تقدیر پر ایمان، یعنی جو جو کچھ ہوتا ہے، وہ اللہ کے فیصلے سے، اللہ کی تقدیر سے ہوتا ہے۔</w:t>
      </w:r>
    </w:p>
    <w:p>
      <w:r>
        <w:rPr>
          <w:b/>
        </w:rPr>
        <w:t xml:space="preserve">[37:33] </w:t>
      </w:r>
      <w:r>
        <w:t>yeh bhi, yeh bhi koi jabr ki baat nahi hai. Yeh yaqeen ki baat hai.</w:t>
      </w:r>
    </w:p>
    <w:p>
      <w:pPr>
        <w:jc w:val="right"/>
      </w:pPr>
      <w:r>
        <w:t>یہ بھی، یہ بھی کوئی جبر کی بات نہیں ہے۔ یہ یقین کی بات ہے۔</w:t>
      </w:r>
    </w:p>
    <w:p>
      <w:r>
        <w:rPr>
          <w:b/>
        </w:rPr>
        <w:t xml:space="preserve">[37:39] </w:t>
      </w:r>
      <w:r>
        <w:t>agar aap Allah ko na maanein, ek aisa Allah jo qadir mutlaq hai, jis ke haath mein destiny hai, to aap ko bohat hi ziyada ek mayoosi ka ehsaas hoga.</w:t>
      </w:r>
    </w:p>
    <w:p>
      <w:pPr>
        <w:jc w:val="right"/>
      </w:pPr>
      <w:r>
        <w:t>اگر آپ اللہ کو نہ مانیں، ایک ایسا اللہ جو قادر مطلق ہے، جس کے ہاتھ میں ڈیسٹنی ہے، تو آپ کو بہت ہی زیادہ ایک مایوسی کا احساس ہوگا۔</w:t>
      </w:r>
    </w:p>
    <w:p>
      <w:r>
        <w:rPr>
          <w:b/>
        </w:rPr>
        <w:t xml:space="preserve">[37:52] </w:t>
      </w:r>
      <w:r>
        <w:t>kyun ke aap khud bhi ek apne aap ko be bas insaan paate hain.</w:t>
      </w:r>
    </w:p>
    <w:p>
      <w:pPr>
        <w:jc w:val="right"/>
      </w:pPr>
      <w:r>
        <w:t>کیونکہ آپ خود بھی ایک اپنے آپ کو بے بس انسان پاتے ہیں۔</w:t>
      </w:r>
    </w:p>
    <w:p>
      <w:r>
        <w:rPr>
          <w:b/>
        </w:rPr>
        <w:t xml:space="preserve">[38:02] </w:t>
      </w:r>
      <w:r>
        <w:t>ab Khuda ke baghair insaan ek apne aap ko helpless mein paata hai.</w:t>
      </w:r>
    </w:p>
    <w:p>
      <w:pPr>
        <w:jc w:val="right"/>
      </w:pPr>
      <w:r>
        <w:t>اب خدا کے بغیر انسان ایک اپنے آپ کو ہیلپ لیسز میں پاتا ہے۔</w:t>
      </w:r>
    </w:p>
    <w:p>
      <w:r>
        <w:rPr>
          <w:b/>
        </w:rPr>
        <w:t xml:space="preserve">[38:08] </w:t>
      </w:r>
      <w:r>
        <w:t>lekin jab woh Khuda ko shaamil kar le, aisa Khuda jo qadir mutlaq hai, jo aap ki qismat ko banane wala hai, to aap ko ek bohat bara yaqeen milta hai, ata yaqeen.</w:t>
      </w:r>
    </w:p>
    <w:p>
      <w:pPr>
        <w:jc w:val="right"/>
      </w:pPr>
      <w:r>
        <w:t>لیکن جب وہ خدا کو شامل کر لے، ایسا خدا جو قادر مطلق ہے، جو آپ کی قسمت کو بنانے والا ہے، تو آپ کو ایک بہت بڑا یقین ملتا ہے، عطا یقین۔</w:t>
      </w:r>
    </w:p>
    <w:p>
      <w:r>
        <w:rPr>
          <w:b/>
        </w:rPr>
        <w:t xml:space="preserve">[38:19] </w:t>
      </w:r>
      <w:r>
        <w:t>to taqdeer ka jo masla hai, woh haqeeqat mein yaqeen ko barhane ke liye hai,</w:t>
      </w:r>
    </w:p>
    <w:p>
      <w:pPr>
        <w:jc w:val="right"/>
      </w:pPr>
      <w:r>
        <w:t>تو تقدیر کا جو مسئلہ ہے، وہ حقیقت میں یقین کو بڑھانے کے لیے ہے،</w:t>
      </w:r>
    </w:p>
    <w:p>
      <w:r>
        <w:rPr>
          <w:b/>
        </w:rPr>
        <w:t xml:space="preserve">[38:27] </w:t>
      </w:r>
      <w:r>
        <w:t>yaani woh majboori ke liye nahi, balkeh yaqeen ke liye hai. Woh qala sadqata to aanay walay ne kaha ke sadqat,</w:t>
      </w:r>
    </w:p>
    <w:p>
      <w:pPr>
        <w:jc w:val="right"/>
      </w:pPr>
      <w:r>
        <w:t>یعنی وہ مجبوری کے لیے نہیں، بلکہ یقین کے لیے ہے۔ وہ قال صدقت تو آنے والے نے کہا کہ صدقت،</w:t>
      </w:r>
    </w:p>
    <w:p>
      <w:r>
        <w:rPr>
          <w:b/>
        </w:rPr>
        <w:t xml:space="preserve">[38:36] </w:t>
      </w:r>
      <w:r>
        <w:t>aap ne sach kaha, aap ne theek kaha. Qala fa khabirni an al-ihsan to aanay walay ne poocha ke mujhe ihsan ke baray mein bataiye, ihsan kya hai?</w:t>
      </w:r>
    </w:p>
    <w:p>
      <w:pPr>
        <w:jc w:val="right"/>
      </w:pPr>
      <w:r>
        <w:t>آپ نے سچ کہا، آپ نے ٹھیک کہا۔ قال فاخبرنی عن الاحسان تو آنے والے نے پوچھا کہ مجھے احسان کے بارے میں بتائیے، احسان کیا ہے؟</w:t>
      </w:r>
    </w:p>
    <w:p>
      <w:r>
        <w:rPr>
          <w:b/>
        </w:rPr>
        <w:t xml:space="preserve">[38:48] </w:t>
      </w:r>
      <w:r>
        <w:t>ihsan ke lafzi maani hain kisi kaam ko bohat hi achhay tareeqay se anjaam dena. Ek hai amal, amal ke maani to isi mein hotay hain karna, lekin ihsan ka matlab hota hai bohat hi achhay tareeqay se anjaam dena kaam ko.</w:t>
      </w:r>
    </w:p>
    <w:p>
      <w:pPr>
        <w:jc w:val="right"/>
      </w:pPr>
      <w:r>
        <w:t>احسان کے لفظی معنی ہیں کسی کام کو بہت ہی اچھے طریقے سے انجام دینا۔ ایک ہے عمل، عمل کے معنی تو اسی میں ہوتے ہیں کرنا، لیکن احسان کا مطلب ہوتا ہے بہت ہی اچھے طریقے سے انجام دینا کام کو۔</w:t>
      </w:r>
    </w:p>
    <w:p>
      <w:r>
        <w:rPr>
          <w:b/>
        </w:rPr>
        <w:t xml:space="preserve">[39:04] </w:t>
      </w:r>
      <w:r>
        <w:t>qala an ta'bud Allah ka'annaka tara to aap ne farmaya ke tum is tarah ibaadat karo Allah ki jaise ke tum us ko dekh rahay ho.</w:t>
      </w:r>
    </w:p>
    <w:p>
      <w:pPr>
        <w:jc w:val="right"/>
      </w:pPr>
      <w:r>
        <w:t>قال ان تعبد اللہ کانک ترا تو آپ نے فرمایا کہ تم اس طرح عبادت کرو اللہ کی جیسے کہ تم اس کو دیکھ رہے ہو۔</w:t>
      </w:r>
    </w:p>
    <w:p>
      <w:r>
        <w:rPr>
          <w:b/>
        </w:rPr>
        <w:t xml:space="preserve">[39:19] </w:t>
      </w:r>
      <w:r>
        <w:t>is ke baad hai ke lam takun tara yuraq, tum Allah ki ibaadat karo is tarah jaise ke tum us ko dekh rahay ho.</w:t>
      </w:r>
    </w:p>
    <w:p>
      <w:pPr>
        <w:jc w:val="right"/>
      </w:pPr>
      <w:r>
        <w:t>اس کے بعد ہے کہ لم تکن ترا یراق، تم اللہ کی عبادت کرو اس طرح جیسے کہ تم اس کو دیکھ رہے ہو۔</w:t>
      </w:r>
    </w:p>
    <w:p>
      <w:r>
        <w:rPr>
          <w:b/>
        </w:rPr>
        <w:t xml:space="preserve">[39:30] </w:t>
      </w:r>
      <w:r>
        <w:t>kyun ke agar tum dekh nahi rahay ho to woh tum ko dekh raha hai.</w:t>
      </w:r>
    </w:p>
    <w:p>
      <w:pPr>
        <w:jc w:val="right"/>
      </w:pPr>
      <w:r>
        <w:t>کیونکہ اگر تم دیکھ نہیں رہے ہو تو وہ تم کو دیکھ رہا ہے۔</w:t>
      </w:r>
    </w:p>
    <w:p>
      <w:r>
        <w:rPr>
          <w:b/>
        </w:rPr>
        <w:t xml:space="preserve">[39:34] </w:t>
      </w:r>
      <w:r>
        <w:t>dekhein, is mein ibaadat ke do darjay bataye gaye hain, do darjay. Ek darja yeh hai ke aap ka imaan itna taqatwar ho, aap ka shaoor itna zinda ho, aap intellectual awakening aap kehtay hain oonchi ho ke aap ko presence of God ka tajurba honay lage.</w:t>
      </w:r>
    </w:p>
    <w:p>
      <w:pPr>
        <w:jc w:val="right"/>
      </w:pPr>
      <w:r>
        <w:t>دیکھیں، اس میں عبادت کے دو درجے بتائے گئے ہیں، دو درجے۔ ایک درجہ یہ ہے کہ آپ کا ایمان اتنا طاقتور ہو، آپ کا شعور اتنا زندہ ہو، آپ انٹلیکچول اویکننگ آپ کہتے ہیں اونچی ہو کہ آپ کو پریزنس آف گاڈ کا تجربہ ہونے لگے۔</w:t>
      </w:r>
    </w:p>
    <w:p>
      <w:r>
        <w:rPr>
          <w:b/>
        </w:rPr>
        <w:t xml:space="preserve">[39:57] </w:t>
      </w:r>
      <w:r>
        <w:t>presence of God</w:t>
      </w:r>
    </w:p>
    <w:p>
      <w:pPr>
        <w:jc w:val="right"/>
      </w:pPr>
      <w:r>
        <w:t>پریزنس آف گاڈ</w:t>
      </w:r>
    </w:p>
    <w:p>
      <w:r>
        <w:rPr>
          <w:b/>
        </w:rPr>
        <w:t xml:space="preserve">[40:00] </w:t>
      </w:r>
      <w:r>
        <w:t>jab yaqeen barhta hai to aisay hi hota hai.</w:t>
      </w:r>
    </w:p>
    <w:p>
      <w:pPr>
        <w:jc w:val="right"/>
      </w:pPr>
      <w:r>
        <w:t>جب یقین بڑھتا ہے تو ایسے ہی ہوتا ہے۔</w:t>
      </w:r>
    </w:p>
    <w:p>
      <w:r>
        <w:rPr>
          <w:b/>
        </w:rPr>
        <w:t xml:space="preserve">[40:06] </w:t>
      </w:r>
      <w:r>
        <w:t>to ka'annaka tara, goya ke tum dekh rahay ho. Yeh wohi hai ke present presence of God ka ehsaas jab honay lage, is ehsaas ke saath aap namaz padhein to woh hai ka'annaka tara, goya ke tum usay dekh rahay ho.</w:t>
      </w:r>
    </w:p>
    <w:p>
      <w:pPr>
        <w:jc w:val="right"/>
      </w:pPr>
      <w:r>
        <w:t>تو کان قطرا، گویا کہ تم دیکھ رہے ہو۔ یہ وہی ہے کہ پریزنٹ پریزنس آف گاڈ کا احساس جب ہونے لگے، اس احساس کے ساتھ آپ نماز پڑھیں تو وہ ہے کان قطرا، گویا کہ تم اسے دیکھ رہے ہو۔</w:t>
      </w:r>
    </w:p>
    <w:p>
      <w:r>
        <w:rPr>
          <w:b/>
        </w:rPr>
        <w:t xml:space="preserve">[40:21] </w:t>
      </w:r>
      <w:r>
        <w:t>yaani practically to aap nahi dekh rahay hotay hain, lekin aap ka shaoor itna ziyada awaken ho chuka hota hai ke aap ko lagta hai ke jis ko kehtay hain shabih ru'yat</w:t>
      </w:r>
    </w:p>
    <w:p>
      <w:pPr>
        <w:jc w:val="right"/>
      </w:pPr>
      <w:r>
        <w:t>یعنی پریکٹیکلی تو آپ نہیں دیکھ رہے ہوتے ہیں، لیکن آپ کا شعور اتنا زیادہ اویکن ہو چکا ہوتا ہے کہ آپ کو لگتا ہے کہ جس کو کہتے ہیں شبہ رویت</w:t>
      </w:r>
    </w:p>
    <w:p>
      <w:r>
        <w:rPr>
          <w:b/>
        </w:rPr>
        <w:t xml:space="preserve">[40:41] </w:t>
      </w:r>
      <w:r>
        <w:t>haasil ho jata hai, goya ke aap dekh rahay hain. Koi ehsaas ke aitbaar se dekhnay jaisa tajurba aap ko hota hai.</w:t>
      </w:r>
    </w:p>
    <w:p>
      <w:pPr>
        <w:jc w:val="right"/>
      </w:pPr>
      <w:r>
        <w:t>حاصل ہو جاتا ہے، گویا کہ آپ دیکھ رہے ہیں۔ کوئی احساس کے اعتبار سے دیکھنے جیسا تجربہ آپ کو ہوتا ہے۔</w:t>
      </w:r>
    </w:p>
    <w:p>
      <w:r>
        <w:rPr>
          <w:b/>
        </w:rPr>
        <w:t xml:space="preserve">[40:50] </w:t>
      </w:r>
      <w:r>
        <w:t>to us ko mein kahoon ga ke yeh presence of God ka bohat hi shadeed ehsaas hai. Aur doosra kya hai ke agar tum nahi dekh rahay ho to Khuda tum ko dekh raha hai.</w:t>
      </w:r>
    </w:p>
    <w:p>
      <w:pPr>
        <w:jc w:val="right"/>
      </w:pPr>
      <w:r>
        <w:t>تو اس کو میں کہوں گا کہ یہ پریزنس آف گاڈ کا بہت ہی شدید احساس ہے۔ اور دوسرا کیا ہے کہ اگر تم نہیں دیکھ رہے ہو تو خدا تم کو دیکھ رہا ہے۔</w:t>
      </w:r>
    </w:p>
    <w:p>
      <w:r>
        <w:rPr>
          <w:b/>
        </w:rPr>
        <w:t xml:space="preserve">[41:01] </w:t>
      </w:r>
      <w:r>
        <w:t>matlab ke agar aap ko yeh gehra shaoor nahi hua, aap ke andar paida hua presence of God ka, aap ko gehra darja nahi haasil hua to kam az kam itna hona chahiye ke aap yeh sochein ke Khuda mujh ko dekh raha hai.</w:t>
      </w:r>
    </w:p>
    <w:p>
      <w:pPr>
        <w:jc w:val="right"/>
      </w:pPr>
      <w:r>
        <w:t>مطلب کہ اگر آپ کو یہ گہرا شعور نہیں ہوا، آپ کے اندر پیدا ہوا پریزنس آف گاڈ کا، آپ کو گہرا درجہ نہیں حاصل ہوا تو کم از کم اتنا ہونا چاہیے کہ آپ یہ سوچیں کہ خدا مجھ کو دیکھ رہا ہے۔</w:t>
      </w:r>
    </w:p>
    <w:p>
      <w:r>
        <w:rPr>
          <w:b/>
        </w:rPr>
        <w:t xml:space="preserve">[41:16] </w:t>
      </w:r>
      <w:r>
        <w:t>yaani khud aap ke andar agar yeh</w:t>
      </w:r>
    </w:p>
    <w:p>
      <w:pPr>
        <w:jc w:val="right"/>
      </w:pPr>
      <w:r>
        <w:t>یعنی خود آپ کے اندر اگر یہ</w:t>
      </w:r>
    </w:p>
    <w:p>
      <w:r>
        <w:rPr>
          <w:b/>
        </w:rPr>
        <w:t xml:space="preserve">[41:21] </w:t>
      </w:r>
      <w:r>
        <w:t>yeh shadeed ehsaas nahi ubhra ke aap aap ko shabih ru'yat ka tajurba honay lage to kam az kam yeh yeh soch kar ada kijiye ibaadat ke Khuda mujhe dekh raha hai, Khuda haazir naazir hai.</w:t>
      </w:r>
    </w:p>
    <w:p>
      <w:pPr>
        <w:jc w:val="right"/>
      </w:pPr>
      <w:r>
        <w:t>یہ شدید احساس نہیں ابھرا کہ آپ آپ کو شبہ رویت کا تجربہ ہونے لگے تو کم از کم یہ یہ سوچ کر ادا کیجئے عبادت کہ خدا مجھے دیکھ رہا ہے، خدا حاضر و ناظر ہے۔</w:t>
      </w:r>
    </w:p>
    <w:p>
      <w:r>
        <w:rPr>
          <w:b/>
        </w:rPr>
        <w:t xml:space="preserve">[41:41] </w:t>
      </w:r>
      <w:r>
        <w:t>yeh do darjay hain. Is ke baad koi teesra darja hai ibaadat ka nahi.</w:t>
      </w:r>
    </w:p>
    <w:p>
      <w:pPr>
        <w:jc w:val="right"/>
      </w:pPr>
      <w:r>
        <w:t>یہ دو درجے ہیں۔ اس کے بعد کوئی تیسرا درجہ ہے عبادت کا نہیں۔</w:t>
      </w:r>
    </w:p>
    <w:p>
      <w:r>
        <w:rPr>
          <w:b/>
        </w:rPr>
        <w:t xml:space="preserve">[41:47] </w:t>
      </w:r>
      <w:r>
        <w:t>qala fa khabirni an al-sa'ah phir aanay walay ne poocha ke mujhe bataiye qayamat ke baray mein.</w:t>
      </w:r>
    </w:p>
    <w:p>
      <w:pPr>
        <w:jc w:val="right"/>
      </w:pPr>
      <w:r>
        <w:t>قال فاخبرنی عن الساعہ پھر آنے والے نے پوچھا کہ مجھے بتائیے قیامت کے بارے میں۔</w:t>
      </w:r>
    </w:p>
    <w:p>
      <w:r>
        <w:rPr>
          <w:b/>
        </w:rPr>
        <w:t xml:space="preserve">[41:58] </w:t>
      </w:r>
      <w:r>
        <w:t>qaal al-masool anha ba-ilm min al-saail rasool Allah ne ne farmaaya ke jo pooch raha hai aur jo jis se poocha gaya hai us baare mein dono hi be khabar hain</w:t>
      </w:r>
    </w:p>
    <w:p>
      <w:pPr>
        <w:jc w:val="right"/>
      </w:pPr>
      <w:r>
        <w:t>قال المسعول عنہا باعلم من السائل رسول اللہ نے نے فرمایا کہ جو پوچھ رہا ہے اور جو جس سے پوچھا گیا ہے اس بارے میں دونوں ہی بے خبر ہیں</w:t>
      </w:r>
    </w:p>
    <w:p>
      <w:r>
        <w:rPr>
          <w:b/>
        </w:rPr>
        <w:t xml:space="preserve">[42:14] </w:t>
      </w:r>
      <w:r>
        <w:t>ke qayamat kab aayegi yeh to Allah ko pata hai. to jis se poocha gaya hai woh poochne wale se zyada nahi jaanta is maamle mein.</w:t>
      </w:r>
    </w:p>
    <w:p>
      <w:pPr>
        <w:jc w:val="right"/>
      </w:pPr>
      <w:r>
        <w:t>کہ قیامت کب آئے گی یہ تو اللہ کو پتہ ہے۔ تو جس سے پوچھا گیا ہے وہ پوچھنے والے سے زیادہ نہیں جانتا اس معاملے میں۔</w:t>
      </w:r>
    </w:p>
    <w:p>
      <w:r>
        <w:rPr>
          <w:b/>
        </w:rPr>
        <w:t xml:space="preserve">[42:25] </w:t>
      </w:r>
      <w:r>
        <w:t>qaal fa-akhbirni an amaraatihi to is ke baad aane wala kehta hai ke mujhe is ki is ki nishaniyon ko bataiye, is ki alamaaton ko bataiye.</w:t>
      </w:r>
    </w:p>
    <w:p>
      <w:pPr>
        <w:jc w:val="right"/>
      </w:pPr>
      <w:r>
        <w:t>قال فاخبرنی عن اماراتہ تو اس کے بعد آنے والا کہتا ہے کہ مجھے اس کی اس کی نشانیوں کو بتائیے، اس کی علامتوں کو بتائیے۔</w:t>
      </w:r>
    </w:p>
    <w:p>
      <w:r>
        <w:rPr>
          <w:b/>
        </w:rPr>
        <w:t xml:space="preserve">[42:39] </w:t>
      </w:r>
      <w:r>
        <w:t>jab qayamat aane wali hogi to kuch nishaniyan zahir hongi jis se aap in advance yeh jaan sakte hain ke ab qayamat qareeb aa gayi hai.</w:t>
      </w:r>
    </w:p>
    <w:p>
      <w:pPr>
        <w:jc w:val="right"/>
      </w:pPr>
      <w:r>
        <w:t>جب قیامت آنے والی ہوگی تو کچھ نشانیاں ظاہر ہوں گی جس سے آپ ان ایڈوانس یہ جان سکتے ہیں کہ اب قیامت قریب آ گئی ہے۔</w:t>
      </w:r>
    </w:p>
    <w:p>
      <w:r>
        <w:rPr>
          <w:b/>
        </w:rPr>
        <w:t xml:space="preserve">[42:50] </w:t>
      </w:r>
      <w:r>
        <w:t>qaal antul al-amat rabbata to aap ne farmaaya ke yeh bohat ajeeb baat farmaayi aap ne ke maa apna aaqa jaane gi.</w:t>
      </w:r>
    </w:p>
    <w:p>
      <w:pPr>
        <w:jc w:val="right"/>
      </w:pPr>
      <w:r>
        <w:t>قال انتل الامت ربتہ تو آپ نے فرمایا کہ یہ بہت عجیب بات فرمائی آپ نے کہ ماں اپنا آقا جانے گی۔</w:t>
      </w:r>
    </w:p>
    <w:p>
      <w:r>
        <w:rPr>
          <w:b/>
        </w:rPr>
        <w:t xml:space="preserve">[43:03] </w:t>
      </w:r>
      <w:r>
        <w:t>bohat ajeeb baat hai ke maa apna aaqa jaane gi.</w:t>
      </w:r>
    </w:p>
    <w:p>
      <w:pPr>
        <w:jc w:val="right"/>
      </w:pPr>
      <w:r>
        <w:t>بہت عجیب بات ہے کہ ماں اپنا آقا جانے گی۔</w:t>
      </w:r>
    </w:p>
    <w:p>
      <w:r>
        <w:rPr>
          <w:b/>
        </w:rPr>
        <w:t xml:space="preserve">[43:09] </w:t>
      </w:r>
      <w:r>
        <w:t>yaani ek maa ke haan ek bachcha paida hoga lekin woh is ka aaqa ban jayega. yeh ek usool pe kehne ka ke ek daur aayega ke jab maaen apne bete hi ko sab kuch samajh lengi.</w:t>
      </w:r>
    </w:p>
    <w:p>
      <w:pPr>
        <w:jc w:val="right"/>
      </w:pPr>
      <w:r>
        <w:t>یعنی ایک ماں کے ہاں ایک بچہ پیدا ہوگا لیکن وہ اس کا آقا بن جائے گا۔ یہ ایک اصول پہ کہنے کا کہ ایک دور آئے گا کہ جب مائیں اپنے بیٹے ہی کو سب کچھ سمجھ لیں گی۔</w:t>
      </w:r>
    </w:p>
    <w:p>
      <w:r>
        <w:rPr>
          <w:b/>
        </w:rPr>
        <w:t xml:space="preserve">[43:29] </w:t>
      </w:r>
      <w:r>
        <w:t>maa baap jo hain un ke liye sab se badi cheez beta ban jayega, un ka supreme person un ka beta hoga.</w:t>
      </w:r>
    </w:p>
    <w:p>
      <w:pPr>
        <w:jc w:val="right"/>
      </w:pPr>
      <w:r>
        <w:t>ماں باپ جو ہیں ان کے لیے سب سے بڑی چیز بیٹا بن جائے گا، ان کا سپریم پرسن ان کا بیٹا ہوگا۔</w:t>
      </w:r>
    </w:p>
    <w:p>
      <w:r>
        <w:rPr>
          <w:b/>
        </w:rPr>
        <w:t xml:space="preserve">[43:39] </w:t>
      </w:r>
      <w:r>
        <w:t>is par maine bohat ghaur kiya ke is ka matlab kya hai ke maa baap jo hain apne bete hi ko sab kuch samajh lengi. is tarah samajh lenge jaise ke wohi un ka aaqa hai jo woh keh raha hai.</w:t>
      </w:r>
    </w:p>
    <w:p>
      <w:pPr>
        <w:jc w:val="right"/>
      </w:pPr>
      <w:r>
        <w:t>اس پر میں نے بہت غور کیا کہ اس کا مطلب کیا ہے کہ ماں باپ جو ہیں اپنے بیٹے ہی کو سب کچھ سمجھ لیں گے۔ اس طرح سمجھ لیں گے جیسے کہ وہی ان کا آقا ہے جو وہ کہہ رہا ہے۔</w:t>
      </w:r>
    </w:p>
    <w:p>
      <w:r>
        <w:rPr>
          <w:b/>
        </w:rPr>
        <w:t xml:space="preserve">[43:49] </w:t>
      </w:r>
      <w:r>
        <w:t>wohi yaani aaqa ka matlab hai ke jo beta kahega usi ko maa baap karenge. bajaye is ke ke maa baap ka hukum beta maane, bete ke hukum ko maa baap maan lenge.</w:t>
      </w:r>
    </w:p>
    <w:p>
      <w:pPr>
        <w:jc w:val="right"/>
      </w:pPr>
      <w:r>
        <w:t>وہی یعنی آقا کا مطلب ہے کہ جو بیٹا کہے گا اسی کو ماں باپ کریں گے۔ بجائے اس کے کہ ماں باپ کا حکم بیٹا مانے، بیٹے کے حکم کو ماں باپ مان لیں گے۔</w:t>
      </w:r>
    </w:p>
    <w:p>
      <w:r>
        <w:rPr>
          <w:b/>
        </w:rPr>
        <w:t xml:space="preserve">[44:03] </w:t>
      </w:r>
      <w:r>
        <w:t>to mere saamne yeh baat hai ke yeh is daur ki baat hai jab ke dunya ka saamaan bohat badh jayega.</w:t>
      </w:r>
    </w:p>
    <w:p>
      <w:pPr>
        <w:jc w:val="right"/>
      </w:pPr>
      <w:r>
        <w:t>تو میرے سامنے یہ بات ہے کہ یہ اس دور کی بات ہے جب کہ دنیا کا سامان بہت بڑھ جائے گا۔</w:t>
      </w:r>
    </w:p>
    <w:p>
      <w:r>
        <w:rPr>
          <w:b/>
        </w:rPr>
        <w:t xml:space="preserve">[44:14] </w:t>
      </w:r>
      <w:r>
        <w:t>yaani build lagayen, carain, bank balance, yeh saari cheezen. to kaha jata hai ke beta apne baap ka extension hota hai.</w:t>
      </w:r>
    </w:p>
    <w:p>
      <w:pPr>
        <w:jc w:val="right"/>
      </w:pPr>
      <w:r>
        <w:t>یعنی بل لگائیں، کاریں، بینک بیلنس، یہ ساری چیزیں۔ تو کہا جاتا ہے کہ بیٹا اپنے باپ کا ایکسٹینشن ہوتا ہے۔</w:t>
      </w:r>
    </w:p>
    <w:p>
      <w:r>
        <w:rPr>
          <w:b/>
        </w:rPr>
        <w:t xml:space="preserve">[44:26] </w:t>
      </w:r>
      <w:r>
        <w:t>extension</w:t>
      </w:r>
    </w:p>
    <w:p>
      <w:pPr>
        <w:jc w:val="right"/>
      </w:pPr>
      <w:r>
        <w:t>ایکسٹینشن</w:t>
      </w:r>
    </w:p>
    <w:p>
      <w:r>
        <w:rPr>
          <w:b/>
        </w:rPr>
        <w:t xml:space="preserve">[44:28] </w:t>
      </w:r>
      <w:r>
        <w:t>to maa baap yeh sochenge ke yeh jo maine kamaya hai, yeh jo maine itna sab saamaan akhatta kiya hai, to mere paas kaun lega is ko? to zahir hai ke woh chahenge ke mere bete ko mile yeh.</w:t>
      </w:r>
    </w:p>
    <w:p>
      <w:pPr>
        <w:jc w:val="right"/>
      </w:pPr>
      <w:r>
        <w:t>تو ماں باپ یہ سوچیں گے کہ یہ جو میں نے کمایا ہے، یہ جو میں نے اتنا سب سامان اکٹھا کیا ہے، تو میرے پاس کون لے گا اس کو؟ تو ظاہر ہے کہ وہ چاہیں گے کہ میرے بیٹے کو ملے یہ۔</w:t>
      </w:r>
    </w:p>
    <w:p>
      <w:r>
        <w:rPr>
          <w:b/>
        </w:rPr>
        <w:t xml:space="preserve">[44:42] </w:t>
      </w:r>
      <w:r>
        <w:t>to is bana par bete ki ahmiyat bohat zyada badh jayegi, bohat zyada badh jayegi.</w:t>
      </w:r>
    </w:p>
    <w:p>
      <w:pPr>
        <w:jc w:val="right"/>
      </w:pPr>
      <w:r>
        <w:t>تو اس بنا پر بیٹے کی اہمیت بہت زیادہ بڑھ جائے گی، بہت زیادہ بڑھ جائے گی۔</w:t>
      </w:r>
    </w:p>
    <w:p>
      <w:r>
        <w:rPr>
          <w:b/>
        </w:rPr>
        <w:t xml:space="preserve">[44:52] </w:t>
      </w:r>
      <w:r>
        <w:t>yeh baat is waqt meri samajh mein aayi jab ke ek qissa mujhe maloom hua.</w:t>
      </w:r>
    </w:p>
    <w:p>
      <w:pPr>
        <w:jc w:val="right"/>
      </w:pPr>
      <w:r>
        <w:t>یہ بات اس وقت میری سمجھ میں آئی جب کہ ایک قصہ مجھے معلوم ہوا۔</w:t>
      </w:r>
    </w:p>
    <w:p>
      <w:r>
        <w:rPr>
          <w:b/>
        </w:rPr>
        <w:t xml:space="preserve">[44:56] </w:t>
      </w:r>
      <w:r>
        <w:t>ek khatoon thin to un ka beta dilli mein rehta tha aur kaafi paisa us ne kamaya tha lekin aulaad nahi thi us ki. woh be aulaad tha.</w:t>
      </w:r>
    </w:p>
    <w:p>
      <w:pPr>
        <w:jc w:val="right"/>
      </w:pPr>
      <w:r>
        <w:t>ایک خاتون تھیں تو ان کا بیٹا دلی میں رہتا تھا اور کافی پیسہ اس نے کمایا تھا لیکن اولاد نہیں تھی اس کی۔ وہ بے اولاد تھا۔</w:t>
      </w:r>
    </w:p>
    <w:p>
      <w:r>
        <w:rPr>
          <w:b/>
        </w:rPr>
        <w:t xml:space="preserve">[45:06] </w:t>
      </w:r>
      <w:r>
        <w:t>to un ki maa jo kahin gaon mein rehti thin, wahan se aayin to mujhe maloom hua ke woh kehti thin yahan par: "haaye mere bete ki daulat kaun lega?</w:t>
      </w:r>
    </w:p>
    <w:p>
      <w:pPr>
        <w:jc w:val="right"/>
      </w:pPr>
      <w:r>
        <w:t>تو ان کی ماں جو کہیں گاؤں میں رہتی تھیں، وہاں سے آئیں تو مجھے معلوم ہوا کہ وہ کہتی تھیں یہاں پر: "ہائے میرے بیٹے کی دولت کون لے گا؟</w:t>
      </w:r>
    </w:p>
    <w:p>
      <w:r>
        <w:rPr>
          <w:b/>
        </w:rPr>
        <w:t xml:space="preserve">[45:17] </w:t>
      </w:r>
      <w:r>
        <w:t>haaye mere bete ki daulat kaun lega?" koi pota nahi tha un ka.</w:t>
      </w:r>
    </w:p>
    <w:p>
      <w:pPr>
        <w:jc w:val="right"/>
      </w:pPr>
      <w:r>
        <w:t>ہائے میرے بیٹے کی دولت کون لے گا؟" کوئی پوتا نہیں تھا ان کا۔</w:t>
      </w:r>
    </w:p>
    <w:p>
      <w:r>
        <w:rPr>
          <w:b/>
        </w:rPr>
        <w:t xml:space="preserve">[45:22] </w:t>
      </w:r>
      <w:r>
        <w:t>to yeh jo yeh jo daulat hai, yeh jo material saamaan hai, pehle kahan hua karta tha? pehle to kuch bhi nahi hota tha. to mere bete ki daulat kaun lega?</w:t>
      </w:r>
    </w:p>
    <w:p>
      <w:pPr>
        <w:jc w:val="right"/>
      </w:pPr>
      <w:r>
        <w:t>تو یہ جو یہ جو دولت ہے، یہ جو مٹیریل سامان ہے، پہلے کہاں ہوا کرتا تھا؟ پہلے تو کچھ بھی نہیں ہوتا تھا۔ تو میرے بیٹے کی دولت کون لے گا؟</w:t>
      </w:r>
    </w:p>
    <w:p>
      <w:r>
        <w:rPr>
          <w:b/>
        </w:rPr>
        <w:t xml:space="preserve">[45:35] </w:t>
      </w:r>
      <w:r>
        <w:t>yeh pehle zamane mein sirf badshahon ke haan hua karta tha ke badshah ke paas saltanat hoti thi. to woh sochta tha ke meri saltanat kaun lega?</w:t>
      </w:r>
    </w:p>
    <w:p>
      <w:pPr>
        <w:jc w:val="right"/>
      </w:pPr>
      <w:r>
        <w:t>یہ پہلے زمانے میں صرف بادشاہوں کے ہاں ہوا کرتا تھا کہ بادشاہ کے پاس سلطنت ہوتی تھی۔ تو وہ سوچتا تھا کہ میری سلطنت کون لے گا؟</w:t>
      </w:r>
    </w:p>
    <w:p>
      <w:r>
        <w:rPr>
          <w:b/>
        </w:rPr>
        <w:t xml:space="preserve">[45:45] </w:t>
      </w:r>
      <w:r>
        <w:t>lekin aam insaan ke paas yeh jazba itna shadeed nahi hota tha.</w:t>
      </w:r>
    </w:p>
    <w:p>
      <w:pPr>
        <w:jc w:val="right"/>
      </w:pPr>
      <w:r>
        <w:t>لیکن عام انسان کے پاس یہ جذبہ اتنا شدید نہیں ہوتا تھا۔</w:t>
      </w:r>
    </w:p>
    <w:p>
      <w:r>
        <w:rPr>
          <w:b/>
        </w:rPr>
        <w:t xml:space="preserve">[45:50] </w:t>
      </w:r>
      <w:r>
        <w:t>is is hadees ka matlab hai ke jo jazba pehle badshahon ke andar hua karta tha, woh aam ho jayega. kyunke jo cheez pehle badshah ke paas hoti thi, woh aam aam ho jayegi.</w:t>
      </w:r>
    </w:p>
    <w:p>
      <w:pPr>
        <w:jc w:val="right"/>
      </w:pPr>
      <w:r>
        <w:t>اس اس حدیث کا مطلب ہے کہ جو جذبہ پہلے بادشاہوں کے اندر ہوا کرتا تھا، وہ عام ہو جائے گا۔ کیونکہ جو چیز پہلے بادشاہ کے پاس ہوتی تھی، وہ عام عام ہو جائے گی۔</w:t>
      </w:r>
    </w:p>
    <w:p>
      <w:r>
        <w:rPr>
          <w:b/>
        </w:rPr>
        <w:t xml:space="preserve">[46:04] </w:t>
      </w:r>
      <w:r>
        <w:t>badi badi buildingen, carain, bank balance aur tarah tarah ke saamaan. hatta ke aap to aap jante hain ke woh saamaan aap ke paas hote hain jo badshahon ke paas bhi nahi hote the.</w:t>
      </w:r>
    </w:p>
    <w:p>
      <w:pPr>
        <w:jc w:val="right"/>
      </w:pPr>
      <w:r>
        <w:t>بڑی بڑی بلڈنگیں، کاریں، بینک بیلنس اور طرح طرح کے سامان۔ حتی کہ آپ تو آپ جانتے ہیں کہ وہ سامان آپ کے پاس ہوتے ہیں جو بادشاہوں کے پاس بھی نہیں ہوتے تھے۔</w:t>
      </w:r>
    </w:p>
    <w:p>
      <w:r>
        <w:rPr>
          <w:b/>
        </w:rPr>
        <w:t xml:space="preserve">[46:18] </w:t>
      </w:r>
      <w:r>
        <w:t>yeh telephone, yeh ghadi, yeh car, yeh sab kis ke paas hota tha? to badshahon ko bohat zyada ehsaas hota tha ke mera koi waliyad ho, mera koi waarish ho.</w:t>
      </w:r>
    </w:p>
    <w:p>
      <w:pPr>
        <w:jc w:val="right"/>
      </w:pPr>
      <w:r>
        <w:t>یہ ٹیلی فون، یہ گھڑی، یہ کار، یہ سب کس کے پاس ہوتا تھا؟ تو بادشاہوں کو بہت زیادہ احساس ہوتا تھا کہ میرا کوئی ولیحد ہو، میرا کوئی وارث ہو۔</w:t>
      </w:r>
    </w:p>
    <w:p>
      <w:r>
        <w:rPr>
          <w:b/>
        </w:rPr>
        <w:t xml:space="preserve">[46:33] </w:t>
      </w:r>
      <w:r>
        <w:t>kyunke un ke paas saltanat hoti thi jis ko woh chhodne wale hote thay marne ke baad. to ab jo hai aam insaan ke paas cheezein ho gayeen.</w:t>
      </w:r>
    </w:p>
    <w:p>
      <w:pPr>
        <w:jc w:val="right"/>
      </w:pPr>
      <w:r>
        <w:t>کیونکہ ان کے پاس سلطنت ہوتی تھی جس کو وہ چھوڑنے والے ہوتے تھے مرنے کے بعد۔ تو اب جو ہے عام انسان کے پاس چیزیں ہو گئیں۔</w:t>
      </w:r>
    </w:p>
    <w:p>
      <w:r>
        <w:rPr>
          <w:b/>
        </w:rPr>
        <w:t xml:space="preserve">[46:44] </w:t>
      </w:r>
      <w:r>
        <w:t>to is wajah se bete ki ahmiyat barh gayi.</w:t>
      </w:r>
    </w:p>
    <w:p>
      <w:pPr>
        <w:jc w:val="right"/>
      </w:pPr>
      <w:r>
        <w:t>تو اس وجہ سے بیٹے کی اہمیت بڑھ گئی۔</w:t>
      </w:r>
    </w:p>
    <w:p>
      <w:r>
        <w:rPr>
          <w:b/>
        </w:rPr>
        <w:t xml:space="preserve">[46:47] </w:t>
      </w:r>
      <w:r>
        <w:t>yeh bohat ajeeb hadith hai jo bata rahi hai ke ek waqt aaye ga jab aam logon ke paas woh cheez ho jaye ho jaye gi jo pehle sirf badshah ke paas hua karti thi.</w:t>
      </w:r>
    </w:p>
    <w:p>
      <w:pPr>
        <w:jc w:val="right"/>
      </w:pPr>
      <w:r>
        <w:t>یہ بہت عجیب حدیث ہے جو بتا رہی ہے کہ ایک وقت آئے گا جب عام لوگوں کے پاس وہ چیز ہو جائے ہو جائے گی جو پہلے صرف بادشاہ کے پاس ہوا کرتی تھی۔</w:t>
      </w:r>
    </w:p>
    <w:p>
      <w:r>
        <w:rPr>
          <w:b/>
        </w:rPr>
        <w:t xml:space="preserve">[46:58] </w:t>
      </w:r>
      <w:r>
        <w:t>bohat ajeeb hadith hai yeh. wan tar al-hifad al-'urat al-'alah ra'a al-sha'idawlun fi al-bunyan</w:t>
      </w:r>
    </w:p>
    <w:p>
      <w:pPr>
        <w:jc w:val="right"/>
      </w:pPr>
      <w:r>
        <w:t>بہت عجیب حدیث ہے یہ۔ وان تر الحفاد العرات العالۃ رعاء الشاءیداولون فی البنیان</w:t>
      </w:r>
    </w:p>
    <w:p>
      <w:r>
        <w:rPr>
          <w:b/>
        </w:rPr>
        <w:t xml:space="preserve">[47:09] </w:t>
      </w:r>
      <w:r>
        <w:t>is ke baad dekhiye, is ke baad farmaya ke tum dekho ge ke nangay bhookay log, faqeer log, bari bari buildingen banayenge.</w:t>
      </w:r>
    </w:p>
    <w:p>
      <w:pPr>
        <w:jc w:val="right"/>
      </w:pPr>
      <w:r>
        <w:t>اس کے بعد دیکھیے، اس کے بعد فرمایا کہ تم دیکھو گے کہ ننگے بھوکے لوگ، فقیر لوگ، بڑی بڑی بلڈنگیں بنائیں گے۔</w:t>
      </w:r>
    </w:p>
    <w:p>
      <w:r>
        <w:rPr>
          <w:b/>
        </w:rPr>
        <w:t xml:space="preserve">[47:23] </w:t>
      </w:r>
      <w:r>
        <w:t>yeh bhi bohat aham baat hai. is ka matlab hai ke jo nanga bhooka hai, wohi building banaye ga. nahi, is ka matlab hai ke</w:t>
      </w:r>
    </w:p>
    <w:p>
      <w:pPr>
        <w:jc w:val="right"/>
      </w:pPr>
      <w:r>
        <w:t>یہ بھی بہت اہم بات ہے۔ اس کا مطلب ہے کہ جو ننگا بھوکا ہے، وہی بلڈنگ بنائے گا۔ نہیں، اس کا مطلب ہے کہ</w:t>
      </w:r>
    </w:p>
    <w:p>
      <w:r>
        <w:rPr>
          <w:b/>
        </w:rPr>
        <w:t xml:space="preserve">[47:34] </w:t>
      </w:r>
      <w:r>
        <w:t>nangay bhookay log jo thay, kabhi un ko mauqa mil jaye ga ke woh paisa kamayein, business karein, bari bari dolat kamayein aur phir bari buildingen banayein.</w:t>
      </w:r>
    </w:p>
    <w:p>
      <w:pPr>
        <w:jc w:val="right"/>
      </w:pPr>
      <w:r>
        <w:t>ننگے بھوکے لوگ جو تھے، کبھی ان کو موقع مل جائے گا کہ وہ پیسہ کمائیں، بزنس کریں، بڑی بڑی دولت کمائیں اور پھر بڑی بلڈنگیں بنائیں۔</w:t>
      </w:r>
    </w:p>
    <w:p>
      <w:r>
        <w:rPr>
          <w:b/>
        </w:rPr>
        <w:t xml:space="preserve">[47:44] </w:t>
      </w:r>
      <w:r>
        <w:t>yaani aayenge is waqt jab ke woh nangay aur bhookay hain, us waqt hi building bana len ge. woh yeh is mein ek daur ki peshangoi hai.</w:t>
      </w:r>
    </w:p>
    <w:p>
      <w:pPr>
        <w:jc w:val="right"/>
      </w:pPr>
      <w:r>
        <w:t>یعنی آئیں گے اس وقت جب کہ وہ ننگے اور بھوکے ہیں، اس وقت ہی بلڈنگ بنا لیں گے۔ وہ یہ اس میں ایک دور کی پیشنگوئی ہے۔</w:t>
      </w:r>
    </w:p>
    <w:p>
      <w:r>
        <w:rPr>
          <w:b/>
        </w:rPr>
        <w:t xml:space="preserve">[47:56] </w:t>
      </w:r>
      <w:r>
        <w:t>ek daur, woh woh daur us zamane mein aap dekhein, aa chuka hai.</w:t>
      </w:r>
    </w:p>
    <w:p>
      <w:pPr>
        <w:jc w:val="right"/>
      </w:pPr>
      <w:r>
        <w:t>ایک دور، وہ وہ دور اس زمانے میں آپ دیکھیں، آ چکا ہے۔</w:t>
      </w:r>
    </w:p>
    <w:p>
      <w:r>
        <w:rPr>
          <w:b/>
        </w:rPr>
        <w:t xml:space="preserve">[48:02] </w:t>
      </w:r>
      <w:r>
        <w:t>pehlay zamane mein kamane ka zariya jo hai, sirf agriculture hua karta tha. jis ke paas zameen, us ke paas paisa.</w:t>
      </w:r>
    </w:p>
    <w:p>
      <w:pPr>
        <w:jc w:val="right"/>
      </w:pPr>
      <w:r>
        <w:t>پہلے زمانے میں کمانے کا ذریعہ جو ہے، صرف ایگریکلچر ہوا کرتا تھا۔ جس کے پاس زمین، اس کے پاس پیسہ۔</w:t>
      </w:r>
    </w:p>
    <w:p>
      <w:r>
        <w:rPr>
          <w:b/>
        </w:rPr>
        <w:t xml:space="preserve">[48:10] </w:t>
      </w:r>
      <w:r>
        <w:t>to zameen to hoti thi badshah ke paas ya kuch nawabon aur zameendaron ke paas. aam insaan ke paas kuch nahi hota tha. aam insaan to labor class hua karte thay.</w:t>
      </w:r>
    </w:p>
    <w:p>
      <w:pPr>
        <w:jc w:val="right"/>
      </w:pPr>
      <w:r>
        <w:t>تو زمین تو ہوتی تھی بادشاہ کے پاس یا کچھ نوابوں اور زمینداروں کے پاس۔ عام انسان کے پاس کچھ نہیں ہوتا تھا۔ عام انسان تو لیبر کلاس ہوا کرتے تھے۔</w:t>
      </w:r>
    </w:p>
    <w:p>
      <w:r>
        <w:rPr>
          <w:b/>
        </w:rPr>
        <w:t xml:space="preserve">[48:20] </w:t>
      </w:r>
      <w:r>
        <w:t>labor class. ab jo modern industrialization hua hai, modern technology aayi hai, modern tareeqay hain business ke</w:t>
      </w:r>
    </w:p>
    <w:p>
      <w:pPr>
        <w:jc w:val="right"/>
      </w:pPr>
      <w:r>
        <w:t>لیبر کلاس۔ اب جو ماڈرن انڈسٹریلائزیشن ہوا ہے، ماڈرن ٹیکنالوجی آئی ہے، ماڈرن طریقے ہیں بزنس کے</w:t>
      </w:r>
    </w:p>
    <w:p>
      <w:r>
        <w:rPr>
          <w:b/>
        </w:rPr>
        <w:t xml:space="preserve">[48:30] </w:t>
      </w:r>
      <w:r>
        <w:t>, is ne har insaan ko mauqa de diya ke woh paisa kamaye.</w:t>
      </w:r>
    </w:p>
    <w:p>
      <w:pPr>
        <w:jc w:val="right"/>
      </w:pPr>
      <w:r>
        <w:t>، اس نے ہر انسان کو موقع دے دیا کہ وہ پیسہ کمائے۔</w:t>
      </w:r>
    </w:p>
    <w:p>
      <w:r>
        <w:rPr>
          <w:b/>
        </w:rPr>
        <w:t xml:space="preserve">[48:37] </w:t>
      </w:r>
      <w:r>
        <w:t>pehlay aisa bilkul nahi tha. to yeh modern industrialization, modern economy, modern communication, yeh sab cheezein huin.</w:t>
      </w:r>
    </w:p>
    <w:p>
      <w:pPr>
        <w:jc w:val="right"/>
      </w:pPr>
      <w:r>
        <w:t>پہلے ایسا بالکل نہیں تھا۔ تو یہ ماڈرن انڈسٹریلائزیشن، ماڈرن اکانومی، ماڈرن کمیونیکیشن، یہ سب چیزیں ہوئیں۔</w:t>
      </w:r>
    </w:p>
    <w:p>
      <w:r>
        <w:rPr>
          <w:b/>
        </w:rPr>
        <w:t xml:space="preserve">[48:48] </w:t>
      </w:r>
      <w:r>
        <w:t>is ke is ki is mein peshangoi ki gayi ke ek daur aaye ga ke sab ko mauqa mil jaye ga ke bari bari dolat kamaye, bari bari bari bil</w:t>
      </w:r>
    </w:p>
    <w:p>
      <w:pPr>
        <w:jc w:val="right"/>
      </w:pPr>
      <w:r>
        <w:t>اس کے اس کی اس میں پیشنگوئی کی گئی کہ ایک دور آئے گا کہ سب کو موقع مل جائے گا کہ بڑی بڑی دولت کمائے، بڑی بڑی بڑی بل</w:t>
      </w:r>
    </w:p>
    <w:p>
      <w:r>
        <w:rPr>
          <w:b/>
        </w:rPr>
        <w:t xml:space="preserve">[48:57] </w:t>
      </w:r>
      <w:r>
        <w:t>dingen banaye. jab ke is se pehlay sirf badshahon aur rajaon ke liye passport hua karta tha. yeh bhi aaj dekh sakte hain aap. aap dekhiye, aap yaani jin logon ko pehlay samjha samjha jata tha ke woh down trodden log hain, aaj woh aaj woh political power ke paas hain, woh ruler banay hue hain.</w:t>
      </w:r>
    </w:p>
    <w:p>
      <w:pPr>
        <w:jc w:val="right"/>
      </w:pPr>
      <w:r>
        <w:t>ڈنگیں بنائے۔ جب کہ اس سے پہلے صرف بادشاہوں اور راجاؤں کے لیے پاسپورٹ ہوا کرتا تھا۔ یہ بھی آج دیکھ سکتے ہیں آپ۔ آپ دیکھیے، آپ یعنی جن لوگوں کو پہلے سمجھا سمجھا جاتا تھا کہ وہ ڈاؤن ٹراڈن لوگ ہیں، آج وہ آج وہ پولیٹیکل پاور کے پاس ہیں، وہ رولر بنے ہوئے ہیں۔</w:t>
      </w:r>
    </w:p>
    <w:p>
      <w:r>
        <w:rPr>
          <w:b/>
        </w:rPr>
        <w:t xml:space="preserve">[49:21] </w:t>
      </w:r>
      <w:r>
        <w:t>yeh zamane ki tabdeeli, jo baad ke zamane mein jo tabdeeli aanay wali thi, us ki taraf Rasool Allah Sal Allahu Alaihi Wasallam ne</w:t>
      </w:r>
    </w:p>
    <w:p>
      <w:pPr>
        <w:jc w:val="right"/>
      </w:pPr>
      <w:r>
        <w:t>یہ زمانے کی تبدیلی، جو بعد کے زمانے میں جو تبدیلی آنے والی تھی، اس کی طرف رسول اللہ صلی اللہ علیہ وسلم نے</w:t>
      </w:r>
    </w:p>
    <w:p>
      <w:r>
        <w:rPr>
          <w:b/>
        </w:rPr>
        <w:t xml:space="preserve">[49:27] </w:t>
      </w:r>
      <w:r>
        <w:t>ishara kiya. aur us waqt jo hum dekh rahe hain, jo haal surat-e-haal, yeh wazeh taur par is baat ki ek warning hai ke aye logon, hoshiyar ho jao kyunke qayamat qareeb aa gayi hai.</w:t>
      </w:r>
    </w:p>
    <w:p>
      <w:pPr>
        <w:jc w:val="right"/>
      </w:pPr>
      <w:r>
        <w:t>اشارہ کیا۔ اور اس وقت جو ہم دیکھ رہے ہیں، جو حال صورتحال، یہ واضح طور پر اس بات کی ایک وارننگ ہے کہ اے لوگوں، ہوشیار ہو جاؤ کیونکہ قیامت قریب آ گئی ہے۔</w:t>
      </w:r>
    </w:p>
    <w:p>
      <w:r>
        <w:rPr>
          <w:b/>
        </w:rPr>
        <w:t xml:space="preserve">[49:42] </w:t>
      </w:r>
      <w:r>
        <w:t>aye logon, hoshiyar ho jao kyunke qayamat qareeb aa gayi hai. qala thumma in talaqa falabitha 'ala phir rawi kehte hain, yaani Hazrat Umar ke woh aadmi jo aaya tha, woh chala gaya.</w:t>
      </w:r>
    </w:p>
    <w:p>
      <w:pPr>
        <w:jc w:val="right"/>
      </w:pPr>
      <w:r>
        <w:t>اے لوگوں، ہوشیار ہو جاؤ کیونکہ قیامت قریب آ گئی ہے۔ قال ثم انطلق فلبست علی پھر راوی کہتے ہیں، یعنی حضرت عمر کہ وہ آدمی جو آیا تھا، وہ چلا گیا۔</w:t>
      </w:r>
    </w:p>
    <w:p>
      <w:r>
        <w:rPr>
          <w:b/>
        </w:rPr>
        <w:t xml:space="preserve">[49:57] </w:t>
      </w:r>
      <w:r>
        <w:t>to mein phir der tak Rasool Allah ke paas thehra raha. is ke jaane ke baad bhi mein der tak thehra raha. thumma qala li phir Rasool Allah Sal Allahu Alaihi Wasallam ne kaha, yaani Hazrat Umar se kaha:</w:t>
      </w:r>
    </w:p>
    <w:p>
      <w:pPr>
        <w:jc w:val="right"/>
      </w:pPr>
      <w:r>
        <w:t>تو میں پھر دیر تک رسول اللہ کے پاس ٹھہرا رہا۔ اس کے جانے کے بعد بھی میں دیر تک ٹھہرا رہا۔ ثم قال لی پھر رسول اللہ صلی اللہ علیہ وسلم نے کہا، یعنی حضرت عمر سے کہا:</w:t>
      </w:r>
    </w:p>
    <w:p>
      <w:r>
        <w:rPr>
          <w:b/>
        </w:rPr>
        <w:t xml:space="preserve">[50:11] </w:t>
      </w:r>
      <w:r>
        <w:t>ya 'umar, atadree man al-sa'il aye Umar, tum jante ho ke yeh aanay wala kaun tha? woh aanay wala jis ne mujh se dialogue kiya, woh kaun tha?</w:t>
      </w:r>
    </w:p>
    <w:p>
      <w:pPr>
        <w:jc w:val="right"/>
      </w:pPr>
      <w:r>
        <w:t>یا عمر، اتدری من السائل اے عمر، تم جانتے ہو کہ یہ آنے والا کون تھا؟ وہ آنے والا جس نے مجھ سے ڈائیلاگ کیا، وہ کون تھا؟</w:t>
      </w:r>
    </w:p>
    <w:p>
      <w:r>
        <w:rPr>
          <w:b/>
        </w:rPr>
        <w:t xml:space="preserve">[50:22] </w:t>
      </w:r>
      <w:r>
        <w:t>qultu Allah wa Rasuluhu a'lam</w:t>
      </w:r>
    </w:p>
    <w:p>
      <w:pPr>
        <w:jc w:val="right"/>
      </w:pPr>
      <w:r>
        <w:t>قلت اللہ ورسولہ اعلم</w:t>
      </w:r>
    </w:p>
    <w:p>
      <w:r>
        <w:rPr>
          <w:b/>
        </w:rPr>
        <w:t xml:space="preserve">[50:26] </w:t>
      </w:r>
      <w:r>
        <w:t>to unhon ne kaha ke Allah aur Rasool zyada jante hain. qala fa innahu jibril atakum yu'allimukum deenakm to Rasool Allah ne farmaya ke yeh deen Jibril thay, yeh farishtay Jibril thay jo is liye aaye ke tum ko thoda deen batayein,</w:t>
      </w:r>
    </w:p>
    <w:p>
      <w:pPr>
        <w:jc w:val="right"/>
      </w:pPr>
      <w:r>
        <w:t>تو انہوں نے کہا کہ اللہ اور رسول زیادہ جانتے ہیں۔ قال فانه جبریل اتاكم یعلمکم دینکم تو رسول اللہ نے فرمایا کہ یہ دین جبرائیل تھے، یہ فرشتہ جبرائیل تھے جو اس لیے آئے کہ تم کو تھوڑا دین بتائیں،</w:t>
      </w:r>
    </w:p>
    <w:p>
      <w:r>
        <w:rPr>
          <w:b/>
        </w:rPr>
        <w:t xml:space="preserve">[50:46] </w:t>
      </w:r>
      <w:r>
        <w:t>thoda deen batayein. yeh hai hadith. yahan se woh hadith khatm ho jati hai.</w:t>
      </w:r>
    </w:p>
    <w:p>
      <w:pPr>
        <w:jc w:val="right"/>
      </w:pPr>
      <w:r>
        <w:t>تھوڑا دین بتائیں۔ یہ ہے حدیث۔ یہاں سے وہ حدیث ختم ہو جاتی ہے۔</w:t>
      </w:r>
    </w:p>
    <w:p>
      <w:r>
        <w:rPr>
          <w:b/>
        </w:rPr>
        <w:t xml:space="preserve">[50:56] </w:t>
      </w:r>
      <w:r>
        <w:t>ab is par aap ghaur kijiye ke sari tareekh mein aur khud Rasool Allah ke paas Jibril farishtay aate rahe, lekin woh is tarah aate thay ke sahaba un ko dekhte nahi thay,</w:t>
      </w:r>
    </w:p>
    <w:p>
      <w:pPr>
        <w:jc w:val="right"/>
      </w:pPr>
      <w:r>
        <w:t>اب اس پر آپ غور کیجئے کہ ساری تاریخ میں اور خود رسول اللہ کے پاس جبرائیل فرشتہ آتے رہے، لیکن وہ اس طرح آتے تھے کہ صحابہ ان کو دیکھتے نہیں تھے،</w:t>
      </w:r>
    </w:p>
    <w:p>
      <w:r>
        <w:rPr>
          <w:b/>
        </w:rPr>
        <w:t xml:space="preserve">[51:12] </w:t>
      </w:r>
      <w:r>
        <w:t>sirf rasool Allah dekhte the un ko. yeh exceptional tor par aisa kyun hua ke sahaba ki maujoodgi mein ek insaan aata hai,</w:t>
      </w:r>
    </w:p>
    <w:p>
      <w:pPr>
        <w:jc w:val="right"/>
      </w:pPr>
      <w:r>
        <w:t>صرف رسول اللہ دیکھتے تھے ان کو۔ یہ ایکسیپشنل طور پر ایسا کیوں ہوا کہ صحابہ کی موجودگی میں ایک انسان آتا ہے،</w:t>
      </w:r>
    </w:p>
    <w:p>
      <w:r>
        <w:rPr>
          <w:b/>
        </w:rPr>
        <w:t xml:space="preserve">[51:25] </w:t>
      </w:r>
      <w:r>
        <w:t>yani farishta insaan ki surat badal kar aata hai aur dialogue karta hai aur deen ke bare mein,</w:t>
      </w:r>
    </w:p>
    <w:p>
      <w:pPr>
        <w:jc w:val="right"/>
      </w:pPr>
      <w:r>
        <w:t>یعنی فرشتہ انسان کی صورت بدل کر آتا ہے اور ڈائیلاگ کرتا ہے اور دین کے بارے میں،</w:t>
      </w:r>
    </w:p>
    <w:p>
      <w:r>
        <w:rPr>
          <w:b/>
        </w:rPr>
        <w:t xml:space="preserve">[51:33] </w:t>
      </w:r>
      <w:r>
        <w:t>yani batata hai dialogue ki surat mein? to main samajhta hoon ke yeh yaqeen ko barhane ke liye tha.</w:t>
      </w:r>
    </w:p>
    <w:p>
      <w:pPr>
        <w:jc w:val="right"/>
      </w:pPr>
      <w:r>
        <w:t>یعنی بتاتا ہے ڈائیلاگ کی صورت میں؟ تو میں سمجھتا ہوں کہ یہ یقین کو بڑھانے کے لیے تھا۔</w:t>
      </w:r>
    </w:p>
    <w:p>
      <w:r>
        <w:rPr>
          <w:b/>
        </w:rPr>
        <w:t xml:space="preserve">[51:44] </w:t>
      </w:r>
      <w:r>
        <w:t>yani jo baat is se pehle unseen tor par hoti thi, us ko Allah taala ne seen bana diya.</w:t>
      </w:r>
    </w:p>
    <w:p>
      <w:pPr>
        <w:jc w:val="right"/>
      </w:pPr>
      <w:r>
        <w:t>یعنی جو بات اس سے پہلے ان سین طور پر ہوتی تھی، اس کو اللہ تعالی نے سین بنا دیا۔</w:t>
      </w:r>
    </w:p>
    <w:p>
      <w:r>
        <w:rPr>
          <w:b/>
        </w:rPr>
        <w:t xml:space="preserve">[51:52] </w:t>
      </w:r>
      <w:r>
        <w:t>jo unseen tor par hoti thi, us ko Allah ne seen bana diya ke dekho kis tarah se Allah ki taraf se farishta aata hai, kis tarah woh aa kar ke rasool ko Allah ka wahee pohanchata hai aur kis tarah tumhare liye tumhare deen ki baatein batata hai.</w:t>
      </w:r>
    </w:p>
    <w:p>
      <w:pPr>
        <w:jc w:val="right"/>
      </w:pPr>
      <w:r>
        <w:t>جو ان سین طور پر ہوتی تھی، اس کو اللہ نے سین بنا دیا کہ دیکھو کس طرح سے اللہ کی طرف سے فرشتہ آتا ہے، کس طرح وہ آ کر کے رسول کو اللہ کا وحی پہنچاتا ہے اور کس طرح تمہارے لیے تمہارے دین کی باتیں بتاتا ہے۔</w:t>
      </w:r>
    </w:p>
    <w:p>
      <w:r>
        <w:rPr>
          <w:b/>
        </w:rPr>
        <w:t xml:space="preserve">[52:12] </w:t>
      </w:r>
      <w:r>
        <w:t>is mein jo woh alfaaz hain ke ataakum li a'lmikum 'an deenikum</w:t>
      </w:r>
    </w:p>
    <w:p>
      <w:pPr>
        <w:jc w:val="right"/>
      </w:pPr>
      <w:r>
        <w:t>اس میں جو وہ الفاظ ہیں کہ عطاكم لعلمکم عن دینکم</w:t>
      </w:r>
    </w:p>
    <w:p>
      <w:r>
        <w:rPr>
          <w:b/>
        </w:rPr>
        <w:t xml:space="preserve">[52:18] </w:t>
      </w:r>
      <w:r>
        <w:t>yeh farishta tha jo is liye aaya ke tum ko tumhare deen ke bare mein bataye. to woh to farishta to sari tareekh mein aata raha hai, khud rasool Allah ke paas aata raha hai.</w:t>
      </w:r>
    </w:p>
    <w:p>
      <w:pPr>
        <w:jc w:val="right"/>
      </w:pPr>
      <w:r>
        <w:t>یہ فرشتہ تھا جو اس لیے آیا کہ تم کو تمہارے دین کے بارے میں بتائے۔ تو وہ تو فرشتہ تو ساری تاریخ میں آتا رہا ہے، خود رسول اللہ کے پاس آتا رہا ہے۔</w:t>
      </w:r>
    </w:p>
    <w:p>
      <w:r>
        <w:rPr>
          <w:b/>
        </w:rPr>
        <w:t xml:space="preserve">[52:33] </w:t>
      </w:r>
      <w:r>
        <w:t>yahan par aisa hua ke woh insaan ki surat ban kar aaya taake log dekhein us ko aur is ka huliya aisa tha ke log samjhein ke yeh kuch aam aam insaan jaisa nahi tha.</w:t>
      </w:r>
    </w:p>
    <w:p>
      <w:pPr>
        <w:jc w:val="right"/>
      </w:pPr>
      <w:r>
        <w:t>یہاں پر ایسا ہوا کہ وہ انسان کی صورت بن کر آیا تاکہ لوگ دیکھیں اس کو اور اس کا حلیہ ایسا تھا کہ لوگ سمجھیں کہ یہ کچھ عام عام انسان جیسا نہیں تھا۔</w:t>
      </w:r>
    </w:p>
    <w:p>
      <w:r>
        <w:rPr>
          <w:b/>
        </w:rPr>
        <w:t xml:space="preserve">[52:44] </w:t>
      </w:r>
      <w:r>
        <w:t>woh koi special cheez tha. woh</w:t>
      </w:r>
    </w:p>
    <w:p>
      <w:pPr>
        <w:jc w:val="right"/>
      </w:pPr>
      <w:r>
        <w:t>وہ کوئی اسپیشل چیز تھا۔ وہ</w:t>
      </w:r>
    </w:p>
    <w:p>
      <w:r>
        <w:rPr>
          <w:b/>
        </w:rPr>
        <w:t xml:space="preserve">[52:48] </w:t>
      </w:r>
      <w:r>
        <w:t>jaise ke main ne arz kiya ke bohat hi saaf kapra is ke body par tha aur bohat hi is ke baal bohat kaale the, yani bilkul jawani ki umar mein tha woh.</w:t>
      </w:r>
    </w:p>
    <w:p>
      <w:pPr>
        <w:jc w:val="right"/>
      </w:pPr>
      <w:r>
        <w:t>جیسے کہ میں نے عرض کیا کہ بہت ہی صاف کپڑا اس کے باڈی پر تھا اور بہت ہی اس کے بال بہت کالے تھے، یعنی بالکل جوانی کی عمر میں تھا وہ۔</w:t>
      </w:r>
    </w:p>
    <w:p>
      <w:r>
        <w:rPr>
          <w:b/>
        </w:rPr>
        <w:t xml:space="preserve">[53:03] </w:t>
      </w:r>
      <w:r>
        <w:t>aur bazahir door se aaya tha, lekin is ka safar ka koi nishan nahi tha is ke upar. yeh sab baatein is baat ki alamat thin ke yeh koi exceptional</w:t>
      </w:r>
    </w:p>
    <w:p>
      <w:pPr>
        <w:jc w:val="right"/>
      </w:pPr>
      <w:r>
        <w:t>اور بظاہر دور سے آیا تھا، لیکن اس کا سفر کا کوئی نشان نہیں تھا اس کے اوپر۔ یہ سب باتیں اس بات کی علامت تھیں کہ یہ کوئی ایکسیپشنل</w:t>
      </w:r>
    </w:p>
    <w:p>
      <w:r>
        <w:rPr>
          <w:b/>
        </w:rPr>
        <w:t xml:space="preserve">[53:17] </w:t>
      </w:r>
      <w:r>
        <w:t>shakhsiyat hai, aam aadmi nahi hai,</w:t>
      </w:r>
    </w:p>
    <w:p>
      <w:pPr>
        <w:jc w:val="right"/>
      </w:pPr>
      <w:r>
        <w:t>شخصیت ہے، عام آدمی نہیں ہے،</w:t>
      </w:r>
    </w:p>
    <w:p>
      <w:r>
        <w:rPr>
          <w:b/>
        </w:rPr>
        <w:t xml:space="preserve">[53:22] </w:t>
      </w:r>
      <w:r>
        <w:t>yeh farishta hai.</w:t>
      </w:r>
    </w:p>
    <w:p>
      <w:pPr>
        <w:jc w:val="right"/>
      </w:pPr>
      <w:r>
        <w:t>یہ فرشتہ ہے۔</w:t>
      </w:r>
    </w:p>
    <w:p>
      <w:r>
        <w:rPr>
          <w:b/>
        </w:rPr>
        <w:t xml:space="preserve">[53:27] </w:t>
      </w:r>
      <w:r>
        <w:t>to jab main is hadees ko parhta hoon to mujhe aisa mehsoos hota hai ke agar aaj ke zamane ke ahl e iman in ko waqai gehra ta'alluq ho paighambar se, farishton se, sahaba se, to un ka perception itna barh jayega,</w:t>
      </w:r>
    </w:p>
    <w:p>
      <w:pPr>
        <w:jc w:val="right"/>
      </w:pPr>
      <w:r>
        <w:t>تو جب میں اس حدیث کو پڑھتا ہوں تو مجھے ایسا محسوس ہوتا ہے کہ اگر آج کے زمانے کے اہل ایمان ان کو واقعی گہرا تعلق ہو پیغمبر سے، فرشتوں سے، صحابہ سے، تو ان کا پرسیپشن اتنا بڑھ جائے گا،</w:t>
      </w:r>
    </w:p>
    <w:p>
      <w:r>
        <w:rPr>
          <w:b/>
        </w:rPr>
        <w:t xml:space="preserve">[53:55] </w:t>
      </w:r>
      <w:r>
        <w:t>un ka shaoor itna barh jayega ke woh mehsoos karein ke hum bhi isi majlis mein baithe hue hain, hum bhi in awazon ko sun rahe hain.</w:t>
      </w:r>
    </w:p>
    <w:p>
      <w:pPr>
        <w:jc w:val="right"/>
      </w:pPr>
      <w:r>
        <w:t>ان کا شعور اتنا بڑھ جائے گا کہ وہ محسوس کریں کہ ہم بھی اسی مجلس میں بیٹھے ہوئے ہیں، ہم بھی ان آوازوں کو سن رہے ہیں۔</w:t>
      </w:r>
    </w:p>
    <w:p>
      <w:r>
        <w:rPr>
          <w:b/>
        </w:rPr>
        <w:t xml:space="preserve">[54:10] </w:t>
      </w:r>
      <w:r>
        <w:t>to kaisa ajeeb hai, bataiye, kaisa ajeeb hai yeh.</w:t>
      </w:r>
    </w:p>
    <w:p>
      <w:pPr>
        <w:jc w:val="right"/>
      </w:pPr>
      <w:r>
        <w:t>تو کیسا عجیب ہے، بتائیے، کیسا عجیب ہے یہ۔</w:t>
      </w:r>
    </w:p>
    <w:p>
      <w:r>
        <w:rPr>
          <w:b/>
        </w:rPr>
        <w:t xml:space="preserve">[54:18] </w:t>
      </w:r>
      <w:r>
        <w:t>yeh hadees Jibreel jo hai, hum sab ke liye ban jayegi, hum sab ke liye ban jayegi.</w:t>
      </w:r>
    </w:p>
    <w:p>
      <w:pPr>
        <w:jc w:val="right"/>
      </w:pPr>
      <w:r>
        <w:t>یہ حدیث جبرائیل جو ہے، ہم سب کے لیے بن جائے گی، ہم سب کے لیے بن جائے گی۔</w:t>
      </w:r>
    </w:p>
    <w:p>
      <w:r>
        <w:rPr>
          <w:b/>
        </w:rPr>
        <w:t xml:space="preserve">[54:27] </w:t>
      </w:r>
      <w:r>
        <w:t>is mein dekhiye, aap poore deen ka khulasa bata diya gaya hai. poore deen ka khulasa, yani ek hi hadees ko agar aap ghor se parhein to isi mein isi mein sara, sari, sari, sari zindagi ki ki hidayat mil jayegi.</w:t>
      </w:r>
    </w:p>
    <w:p>
      <w:pPr>
        <w:jc w:val="right"/>
      </w:pPr>
      <w:r>
        <w:t>اس میں دیکھیے، آپ پورے دین کا خلاصہ بتا دیا گیا ہے۔ پورے دین کا خلاصہ، یعنی ایک ہی حدیث کو اگر آپ غور سے پڑھیں تو اسی میں اسی میں سارا، ساری، ساری، ساری زندگی کی کی ہدایت مل جائے گی۔</w:t>
      </w:r>
    </w:p>
    <w:p>
      <w:r>
        <w:rPr>
          <w:b/>
        </w:rPr>
        <w:t xml:space="preserve">[54:44] </w:t>
      </w:r>
      <w:r>
        <w:t>is ko</w:t>
      </w:r>
    </w:p>
    <w:p>
      <w:pPr>
        <w:jc w:val="right"/>
      </w:pPr>
      <w:r>
        <w:t>اس کو</w:t>
      </w:r>
    </w:p>
    <w:p>
      <w:r>
        <w:rPr>
          <w:b/>
        </w:rPr>
        <w:t xml:space="preserve">[54:46] </w:t>
      </w:r>
      <w:r>
        <w:t>ek hi hadees mein sari zindagi ki hidayat aur hidayat ke sath sath Allah par yaqeen, paighambar par yaqeen, farishte par yaqeen, sahaba se ta'alluq, yeh sari baat bhi us ko hasil ho jayegi.</w:t>
      </w:r>
    </w:p>
    <w:p>
      <w:pPr>
        <w:jc w:val="right"/>
      </w:pPr>
      <w:r>
        <w:t>ایک ہی حدیث میں ساری زندگی کی ہدایت اور ہدایت کے ساتھ ساتھ اللہ پر یقین، پیغمبر پر یقین، فرشتے پر یقین، صحابہ سے تعلق، یہ ساری بات بھی اس کو حاصل ہو جائے گی۔</w:t>
      </w:r>
    </w:p>
    <w:p>
      <w:r>
        <w:rPr>
          <w:b/>
        </w:rPr>
        <w:t xml:space="preserve">[55:06] </w:t>
      </w:r>
      <w:r>
        <w:t>to yeh bohat hi ajeeb hadees hai. isi liye Ibn Rajab Hanbali, jo bohat top ke muhaddis hain, unhon ne kaha ke hadha hadees 'azeem jiddan</w:t>
      </w:r>
    </w:p>
    <w:p>
      <w:pPr>
        <w:jc w:val="right"/>
      </w:pPr>
      <w:r>
        <w:t>تو یہ بہت ہی عجیب حدیث ہے۔ اسی لیے ابن رجب حنبلی، جو بہت ٹاپ کے محدث ہیں، انہوں نے کہا کہھذا حدیث عظیم جدا</w:t>
      </w:r>
    </w:p>
    <w:p>
      <w:r>
        <w:rPr>
          <w:b/>
        </w:rPr>
        <w:t xml:space="preserve">[55:17] </w:t>
      </w:r>
      <w:r>
        <w:t>yeh hadees bohat hi azeem hadees hai, bohat ziyada azeem hadees hai. woh kehte hain sare pehlu is ke andar hain, itne sare pehlu.</w:t>
      </w:r>
    </w:p>
    <w:p>
      <w:pPr>
        <w:jc w:val="right"/>
      </w:pPr>
      <w:r>
        <w:t>یہ حدیث بہت ہی عظیم حدیث ہے، بہت زیادہ عظیم حدیث ہے۔ وہ کہتے ہیں سارے پہلو اس کے اندر ہیں، اتنے سارے پہلو۔</w:t>
      </w:r>
    </w:p>
    <w:p>
      <w:r>
        <w:rPr>
          <w:b/>
        </w:rPr>
        <w:t xml:space="preserve">[55:30] </w:t>
      </w:r>
      <w:r>
        <w:t>aur main samajhta hoon ke sab se ahem pehlu yeh hai ke aap agar aap ka iman bohat barha hua ho to aap ko yeh hadees rasool Allah ki sohbat pohanchati hai, sahaba ki sohbat pohanchati hai, farishton ki sohbat pohanchati hai.</w:t>
      </w:r>
    </w:p>
    <w:p>
      <w:pPr>
        <w:jc w:val="right"/>
      </w:pPr>
      <w:r>
        <w:t>اور میں سمجھتا ہوں کہ سب سے اہم پہلو یہ ہے کہ آپ اگر آپ کا ایمان بہت بڑھا ہوا ہو تو آپ کو یہ حدیث رسول اللہ کی صحبت پہنچاتی ہے، صحابہ کی صحبت پہنچاتی ہے، فرشتوں کی صحبت پہنچاتی ہے۔</w:t>
      </w:r>
    </w:p>
    <w:p>
      <w:r>
        <w:rPr>
          <w:b/>
        </w:rPr>
        <w:t xml:space="preserve">[55:47] </w:t>
      </w:r>
      <w:r>
        <w:t>ek ankh ka tajurba aap ko hota hai.</w:t>
      </w:r>
    </w:p>
    <w:p>
      <w:pPr>
        <w:jc w:val="right"/>
      </w:pPr>
      <w:r>
        <w:t>ایک انکھا تجربہ آپ کو ہوتا ہے۔</w:t>
      </w:r>
    </w:p>
    <w:p>
      <w:r>
        <w:rPr>
          <w:b/>
        </w:rPr>
        <w:t xml:space="preserve">[55:51] </w:t>
      </w:r>
      <w:r>
        <w:t>to meri dua hai ke Allah taala mujh ko aur aap ko tofeeq de ke hum is imani darje ko hasil karein, is yaqeen ko hasil karein</w:t>
      </w:r>
    </w:p>
    <w:p>
      <w:pPr>
        <w:jc w:val="right"/>
      </w:pPr>
      <w:r>
        <w:t>تو میری دعا ہے کہ اللہ تعالی مجھ کو اور آپ کو توفیق دے کہ ہم اس ایمانی درجے کو حاصل کریں، اس یقین کو حاصل کریں</w:t>
      </w:r>
    </w:p>
    <w:p>
      <w:r>
        <w:rPr>
          <w:b/>
        </w:rPr>
        <w:t xml:space="preserve">[56:10] </w:t>
      </w:r>
      <w:r>
        <w:t>jis par keh sari kainat rash kare gi,</w:t>
      </w:r>
    </w:p>
    <w:p>
      <w:pPr>
        <w:jc w:val="right"/>
      </w:pPr>
      <w:r>
        <w:t>جس پر کہ ساری کائنات رش کرے گی،</w:t>
      </w:r>
    </w:p>
    <w:p>
      <w:r>
        <w:rPr>
          <w:b/>
        </w:rPr>
        <w:t xml:space="preserve">[56:17] </w:t>
      </w:r>
      <w:r>
        <w:t>sari kainat rash kare gi keh is ke woh darja eimaan mila in logon ko jo hamein nahi hasil nahi hua tha. To main isi ke liye dua karta hoon apne liye aur aap hazrat ke liye.</w:t>
      </w:r>
    </w:p>
    <w:p>
      <w:pPr>
        <w:jc w:val="right"/>
      </w:pPr>
      <w:r>
        <w:t>ساری کائنات رش کرے گی کہ اس کے وہ درجہ ایمان ملا ان لوگوں کو جو ہمیں نہیں حاصل نہیں ہوا تھا۔ تو میں اسی کے لیے دعا کرتا ہوں اپنے لیے اور آپ حضرات کے لیے۔</w:t>
      </w:r>
    </w:p>
    <w:p>
      <w:r>
        <w:rPr>
          <w:b/>
        </w:rPr>
        <w:t xml:space="preserve">[56:30] </w:t>
      </w:r>
      <w:r>
        <w:t>Allah taala mujh ko aur aap ko woh aala yaqeen de, aala eimaan de aur hum ko apni jannaton mein dakhil kare,</w:t>
      </w:r>
    </w:p>
    <w:p>
      <w:pPr>
        <w:jc w:val="right"/>
      </w:pPr>
      <w:r>
        <w:t>اللہ تعالی مجھ کو اور آپ کو وہ اعلیٰ یقین دے، اعلیٰ ایمان دے اور ہم کو اپنی جنتوں میں داخل کرے،</w:t>
      </w:r>
    </w:p>
    <w:p>
      <w:r>
        <w:rPr>
          <w:b/>
        </w:rPr>
        <w:t xml:space="preserve">[56:42] </w:t>
      </w:r>
      <w:r>
        <w:t>apne rehmat mein hissa daar banaye, dunya mein bhi aur akhirat mein bhi. Aqool qawli hadha wa astaghfirullah li walakum ajmaeen</w:t>
      </w:r>
    </w:p>
    <w:p>
      <w:pPr>
        <w:jc w:val="right"/>
      </w:pPr>
      <w:r>
        <w:t>اپنے رحمت میں حصہ دار بنائے، دنیا میں بھی اور آخرت میں بھی۔ أقول قولي هذا واستغفراللہ لي ولكم اجمعین</w:t>
      </w:r>
    </w:p>
    <w:p>
      <w:r>
        <w:rPr>
          <w:b/>
        </w:rPr>
        <w:t xml:space="preserve">[57:07] </w:t>
      </w:r>
      <w:r>
        <w:t>Okay, we will start with the question answer session now.</w:t>
      </w:r>
    </w:p>
    <w:p>
      <w:pPr>
        <w:jc w:val="right"/>
      </w:pPr>
      <w:r>
        <w:t>Okay, we will start with the question answer session now.</w:t>
      </w:r>
    </w:p>
    <w:p>
      <w:r>
        <w:rPr>
          <w:b/>
        </w:rPr>
        <w:t xml:space="preserve">[57:12] </w:t>
      </w:r>
      <w:r>
        <w:t>Maulana, yeh sawal Roorkee se aaya hai Sajid Anwar sahib ka. Unhon ne aap se poocha hai How to save ourselves from negativity in the world where every day we listen to many negative news?</w:t>
      </w:r>
    </w:p>
    <w:p>
      <w:pPr>
        <w:jc w:val="right"/>
      </w:pPr>
      <w:r>
        <w:t>مولانا، یہ سوال روڑکی سے آیا ہے ساجد انور صاحب کا۔ انہوں نے آپ سے پوچھا ہے How to save ourselves from negativity in the world where every day we listen to many negative news?</w:t>
      </w:r>
    </w:p>
    <w:p>
      <w:r>
        <w:rPr>
          <w:b/>
        </w:rPr>
        <w:t xml:space="preserve">[57:26] </w:t>
      </w:r>
      <w:r>
        <w:t>What is your advice on this?</w:t>
      </w:r>
    </w:p>
    <w:p>
      <w:pPr>
        <w:jc w:val="right"/>
      </w:pPr>
      <w:r>
        <w:t>What is your advice on this?</w:t>
      </w:r>
    </w:p>
    <w:p>
      <w:r>
        <w:rPr>
          <w:b/>
        </w:rPr>
        <w:t xml:space="preserve">[57:30] </w:t>
      </w:r>
      <w:r>
        <w:t>dekhiye,</w:t>
      </w:r>
    </w:p>
    <w:p>
      <w:pPr>
        <w:jc w:val="right"/>
      </w:pPr>
      <w:r>
        <w:t>دیکھیے،</w:t>
      </w:r>
    </w:p>
    <w:p>
      <w:r>
        <w:rPr>
          <w:b/>
        </w:rPr>
        <w:t xml:space="preserve">[57:33] </w:t>
      </w:r>
      <w:r>
        <w:t>yeh baat bilkul sahi hai keh dunya</w:t>
      </w:r>
    </w:p>
    <w:p>
      <w:pPr>
        <w:jc w:val="right"/>
      </w:pPr>
      <w:r>
        <w:t>یہ بات بالکل صحیح ہے کہ دنیا</w:t>
      </w:r>
    </w:p>
    <w:p>
      <w:r>
        <w:rPr>
          <w:b/>
        </w:rPr>
        <w:t xml:space="preserve">[57:40] </w:t>
      </w:r>
      <w:r>
        <w:t>negative item ka jangal hai. Har aadmi ke liye, sab ke liye. Hatta keh jo baray baray wealthy log hain, baray baray power ke paas hain, un ke liye bhi.</w:t>
      </w:r>
    </w:p>
    <w:p>
      <w:pPr>
        <w:jc w:val="right"/>
      </w:pPr>
      <w:r>
        <w:t>negative آئٹم کا جنگل ہے۔ ہر آدمی کے لیے، سب کے لیے۔ حتیٰ کہ جو بڑے بڑے wealthy لوگ ہیں، بڑے بڑے power کے پاس ہیں، ان کے لیے بھی۔</w:t>
      </w:r>
    </w:p>
    <w:p>
      <w:r>
        <w:rPr>
          <w:b/>
        </w:rPr>
        <w:t xml:space="preserve">[57:57] </w:t>
      </w:r>
      <w:r>
        <w:t>aisi halat mein</w:t>
      </w:r>
    </w:p>
    <w:p>
      <w:pPr>
        <w:jc w:val="right"/>
      </w:pPr>
      <w:r>
        <w:t>ایسی حالت میں</w:t>
      </w:r>
    </w:p>
    <w:p>
      <w:r>
        <w:rPr>
          <w:b/>
        </w:rPr>
        <w:t xml:space="preserve">[58:03] </w:t>
      </w:r>
      <w:r>
        <w:t>apne aap ko negativity se bachana kaise mumkin hai? Main samajhta hoon keh sirf aik hi aik hi cheez hai, woh hai keh goal aap ka is se buland ho.</w:t>
      </w:r>
    </w:p>
    <w:p>
      <w:pPr>
        <w:jc w:val="right"/>
      </w:pPr>
      <w:r>
        <w:t>اپنے آپ کو negativity سے بچانا کیسے ممکن ہے؟ میں سمجھتا ہوں کہ صرف ایک ہی ایک ہی چیز ہے، وہ ہے کہ goal آپ کا اس سے بلند ہو۔</w:t>
      </w:r>
    </w:p>
    <w:p>
      <w:r>
        <w:rPr>
          <w:b/>
        </w:rPr>
        <w:t xml:space="preserve">[58:16] </w:t>
      </w:r>
      <w:r>
        <w:t>aik buland tar goal.</w:t>
      </w:r>
    </w:p>
    <w:p>
      <w:pPr>
        <w:jc w:val="right"/>
      </w:pPr>
      <w:r>
        <w:t>ایک بلند تر goal۔</w:t>
      </w:r>
    </w:p>
    <w:p>
      <w:r>
        <w:rPr>
          <w:b/>
        </w:rPr>
        <w:t xml:space="preserve">[58:21] </w:t>
      </w:r>
      <w:r>
        <w:t>jo log dunya hi ko apna goal bana liye hon, wohi girta ho jata hai negativity mein. Agar goal aap ka buland ho jaye, jis ko main kehta hoon keh</w:t>
      </w:r>
    </w:p>
    <w:p>
      <w:pPr>
        <w:jc w:val="right"/>
      </w:pPr>
      <w:r>
        <w:t>جو لوگ دنیا ہی کو اپنا goal بنا لیے ہوں، وہی گرتا ہو جاتا ہے negativity میں۔ اگر goal آپ کا بلند ہو جائے، جس کو میں کہتا ہوں کہ</w:t>
      </w:r>
    </w:p>
    <w:p>
      <w:r>
        <w:rPr>
          <w:b/>
        </w:rPr>
        <w:t xml:space="preserve">[58:35] </w:t>
      </w:r>
      <w:r>
        <w:t>woh big bird thinker aap ban jayen. Big bird thinker to apne aap hi yeh sab cheezain disappear ho jati hain.</w:t>
      </w:r>
    </w:p>
    <w:p>
      <w:pPr>
        <w:jc w:val="right"/>
      </w:pPr>
      <w:r>
        <w:t>وہ big bird thinker آپ بن جائیں۔ Big bird thinker تو اپنے آپ ہی یہ سب چیزیں disappear ہو جاتی ہیں۔</w:t>
      </w:r>
    </w:p>
    <w:p>
      <w:r>
        <w:rPr>
          <w:b/>
        </w:rPr>
        <w:t xml:space="preserve">[58:45] </w:t>
      </w:r>
      <w:r>
        <w:t>main aik martaba hawai jahaz mein safar kar raha tha. To hawai jahaz jab ooper pohancha to neechay koi cheez dikhai nahi d</w:t>
      </w:r>
    </w:p>
    <w:p>
      <w:pPr>
        <w:jc w:val="right"/>
      </w:pPr>
      <w:r>
        <w:t>میں ایک مرتبہ ہوائی جہاز میں سفر کر رہا تھا۔ تو ہوائی جہاز جب اوپر پہنچا تو نیچے کوئی چیز دکھائی نہیں د</w:t>
      </w:r>
    </w:p>
    <w:p>
      <w:r>
        <w:rPr>
          <w:b/>
        </w:rPr>
        <w:t xml:space="preserve">[58:57] </w:t>
      </w:r>
      <w:r>
        <w:t>e rahi thi. Main ne bohat dekhna chaha to neechay na koi shehar dikhai deta tha, na koi jangal, na koi pahaar.</w:t>
      </w:r>
    </w:p>
    <w:p>
      <w:pPr>
        <w:jc w:val="right"/>
      </w:pPr>
      <w:r>
        <w:t>ے رہی تھی۔ میں نے بہت دیکھنا چاہا تو نیچے نہ کوئی شہر دکھائی دیتا تھا، نہ کوئی جنگل، نہ کوئی پہاڑ۔</w:t>
      </w:r>
    </w:p>
    <w:p>
      <w:r>
        <w:rPr>
          <w:b/>
        </w:rPr>
        <w:t xml:space="preserve">[59:07] </w:t>
      </w:r>
      <w:r>
        <w:t>kuch bhi nahi, koi insan. To main ne socha keh agar aadmi apne aap ko ooper utha le, ooper shaoori aitbar se, to sab cheezain apne aap disappear ho jayen gi.</w:t>
      </w:r>
    </w:p>
    <w:p>
      <w:pPr>
        <w:jc w:val="right"/>
      </w:pPr>
      <w:r>
        <w:t>کچھ بھی نہیں، کوئی انسان۔ تو میں نے سوچا کہ اگر آدمی اپنے آپ کو اوپر اٹھا لے، اوپر شعوری اعتبار سے، تو سب چیزیں اپنے آپ disappear ہو جائیں گی۔</w:t>
      </w:r>
    </w:p>
    <w:p>
      <w:r>
        <w:rPr>
          <w:b/>
        </w:rPr>
        <w:t xml:space="preserve">[59:19] </w:t>
      </w:r>
      <w:r>
        <w:t>ooper uthane ka kya hai? Aap Allah ki yaad mein jeenay walay hon, jannat aap ka goal bana hua ho,</w:t>
      </w:r>
    </w:p>
    <w:p>
      <w:pPr>
        <w:jc w:val="right"/>
      </w:pPr>
      <w:r>
        <w:t>اوپر اٹھانے کا کیا ہے؟ آپ اللہ کی یاد میں جینے والے ہوں، جنت آپ کا goal بنا ہوا ہو،</w:t>
      </w:r>
    </w:p>
    <w:p>
      <w:r>
        <w:rPr>
          <w:b/>
        </w:rPr>
        <w:t xml:space="preserve">[59:27] </w:t>
      </w:r>
      <w:r>
        <w:t>akhirat ko dunya mein apni jagah paana ya aap ka sab se bara concern ho, us ko main kehta hoon ooper uthna. Yani high thinking.</w:t>
      </w:r>
    </w:p>
    <w:p>
      <w:pPr>
        <w:jc w:val="right"/>
      </w:pPr>
      <w:r>
        <w:t>آخرت کو دنیا میں اپنی جگہ پانا یا آپ کا سب سے بڑا concern ہو، اس کو میں کہتا ہوں اوپر اٹھنا۔ یعنی high thinking۔</w:t>
      </w:r>
    </w:p>
    <w:p>
      <w:r>
        <w:rPr>
          <w:b/>
        </w:rPr>
        <w:t xml:space="preserve">[59:38] </w:t>
      </w:r>
      <w:r>
        <w:t>High thinking. Jis ko main kehta hoon big bird thinking. To aik hi hal is ka hai keh apne aap ko aap soch ke aitbar se ooper uthayen.</w:t>
      </w:r>
    </w:p>
    <w:p>
      <w:pPr>
        <w:jc w:val="right"/>
      </w:pPr>
      <w:r>
        <w:t>High thinking۔ جس کو میں کہتا ہوں big bird thinking۔ تو ایک ہی حل اس کا ہے کہ اپنے آپ کو آپ سوچ کے اعتبار سے اوپر اٹھائیں۔</w:t>
      </w:r>
    </w:p>
    <w:p>
      <w:r>
        <w:rPr>
          <w:b/>
        </w:rPr>
        <w:t xml:space="preserve">[59:50] </w:t>
      </w:r>
      <w:r>
        <w:t>jab tak soch ke aitbar se nahi ooper uthayen ge, kabhi bhi is se bach nahi sakte.</w:t>
      </w:r>
    </w:p>
    <w:p>
      <w:pPr>
        <w:jc w:val="right"/>
      </w:pPr>
      <w:r>
        <w:t>جب تک سوچ کے اعتبار سے نہیں اوپر اٹھائیں گے، کبھی بھی اس سے بچ نہیں سکتے۔</w:t>
      </w:r>
    </w:p>
    <w:p>
      <w:r>
        <w:rPr>
          <w:b/>
        </w:rPr>
        <w:t xml:space="preserve">[59:56] </w:t>
      </w:r>
      <w:r>
        <w:t>isi mein phansay rahen ge. To jab main hawai jahaz mein tha to kuch bhi nahi. Jaisay koi dunya, jaisay lagta tha na kahin woh woh sari baatein jo zameen par hum thay, to jaisay un ka koi wajood hi nahi.</w:t>
      </w:r>
    </w:p>
    <w:p>
      <w:pPr>
        <w:jc w:val="right"/>
      </w:pPr>
      <w:r>
        <w:t>اسی میں پھنسے رہیں گے۔ تو جب میں ہوائی جہاز میں تھا تو کچھ بھی نہیں۔ جیسے کوئی دنیا، جیسے لگتا تھا نہ کہیں وہ وہ ساری باتیں جو زمین پر ہم تھے، تو جیسے ان کا کوئی وجود ہی نہیں۔</w:t>
      </w:r>
    </w:p>
    <w:p>
      <w:r>
        <w:rPr>
          <w:b/>
        </w:rPr>
        <w:t xml:space="preserve">[1:00:13] </w:t>
      </w:r>
      <w:r>
        <w:t>na koi dushman hai, na koi problem hai, na koi tashaddud hai, na koi boycott hai, na koi kuch bhi nahi.</w:t>
      </w:r>
    </w:p>
    <w:p>
      <w:pPr>
        <w:jc w:val="right"/>
      </w:pPr>
      <w:r>
        <w:t>نہ کوئی دشمن ہے، نہ کوئی problem ہے، نہ کوئی تشدد ہے، نہ کوئی بارکاٹ ہے، نہ کوئی کچھ بھی نہیں۔</w:t>
      </w:r>
    </w:p>
    <w:p>
      <w:r>
        <w:rPr>
          <w:b/>
        </w:rPr>
        <w:t xml:space="preserve">[1:00:23] </w:t>
      </w:r>
      <w:r>
        <w:t>aik aur hi dunya hai.</w:t>
      </w:r>
    </w:p>
    <w:p>
      <w:pPr>
        <w:jc w:val="right"/>
      </w:pPr>
      <w:r>
        <w:t>ایک اور ہی دنیا ہے۔</w:t>
      </w:r>
    </w:p>
    <w:p>
      <w:r>
        <w:rPr>
          <w:b/>
        </w:rPr>
        <w:t xml:space="preserve">[1:00:26] </w:t>
      </w:r>
      <w:r>
        <w:t>to apne aap ko fikri aitbaar se itna oopar uthaiye ke yeh negativity ka jangal aap se bohat neeche ho jaye.</w:t>
      </w:r>
    </w:p>
    <w:p>
      <w:pPr>
        <w:jc w:val="right"/>
      </w:pPr>
      <w:r>
        <w:t>تو اپنے آپ کو فکری اعتبار سے اتنا اوپر اٹھائیے کہ یہ negativity کا جنگل آپ سے بہت نیچے ہو جائے۔</w:t>
      </w:r>
    </w:p>
    <w:p>
      <w:r>
        <w:rPr>
          <w:b/>
        </w:rPr>
        <w:t xml:space="preserve">[1:00:34] </w:t>
      </w:r>
      <w:r>
        <w:t>dikhai bhi na de woh. yahi aik hi hal hai.</w:t>
      </w:r>
    </w:p>
    <w:p>
      <w:pPr>
        <w:jc w:val="right"/>
      </w:pPr>
      <w:r>
        <w:t>دکھائی بھی نہ دے وہ۔ یہی ایک ہی حل ہے۔</w:t>
      </w:r>
    </w:p>
    <w:p>
      <w:r>
        <w:rPr>
          <w:b/>
        </w:rPr>
        <w:t xml:space="preserve">[1:00:42] </w:t>
      </w:r>
      <w:r>
        <w:t>maulana, agla sawal dilli se aya hai A K Dutta sahib ka. unhon ne likha hai Maulana sahib What is the definition of knowledge according to Quran?</w:t>
      </w:r>
    </w:p>
    <w:p>
      <w:pPr>
        <w:jc w:val="right"/>
      </w:pPr>
      <w:r>
        <w:t>مولانا، اگلا سوال دلی سے آیا ہے اے کے دتا صاحب کا۔ انہوں نے لکھا ہے مولانا صاحب What is the definition of knowledge according to Quran?</w:t>
      </w:r>
    </w:p>
    <w:p>
      <w:r>
        <w:rPr>
          <w:b/>
        </w:rPr>
        <w:t xml:space="preserve">[1:00:54] </w:t>
      </w:r>
      <w:r>
        <w:t>How did Prophet Muhammad describe or analyze knowledge in the Quran as revealed to him by God?</w:t>
      </w:r>
    </w:p>
    <w:p>
      <w:pPr>
        <w:jc w:val="right"/>
      </w:pPr>
      <w:r>
        <w:t>How did Prophet Muhammad describe or analyze knowledge in the Quran as revealed to him by God?</w:t>
      </w:r>
    </w:p>
    <w:p>
      <w:r>
        <w:rPr>
          <w:b/>
        </w:rPr>
        <w:t xml:space="preserve">[1:01:09] </w:t>
      </w:r>
      <w:r>
        <w:t>dekhiye, jahan tak mein samajhta hoon, Quran ke mutabiq knowledge ka matlab hai</w:t>
      </w:r>
    </w:p>
    <w:p>
      <w:pPr>
        <w:jc w:val="right"/>
      </w:pPr>
      <w:r>
        <w:t>دیکھیں، جہاں تک میں سمجھتا ہوں، قرآن کے مطابق knowledge کا مطلب ہے</w:t>
      </w:r>
    </w:p>
    <w:p>
      <w:r>
        <w:rPr>
          <w:b/>
        </w:rPr>
        <w:t xml:space="preserve">[1:01:21] </w:t>
      </w:r>
      <w:r>
        <w:t>yani reality of life ko janna.</w:t>
      </w:r>
    </w:p>
    <w:p>
      <w:pPr>
        <w:jc w:val="right"/>
      </w:pPr>
      <w:r>
        <w:t>یعنی reality of life کو جاننا۔</w:t>
      </w:r>
    </w:p>
    <w:p>
      <w:r>
        <w:rPr>
          <w:b/>
        </w:rPr>
        <w:t xml:space="preserve">[1:01:28] </w:t>
      </w:r>
      <w:r>
        <w:t>Reality of life ko janna yahi knowledge hai</w:t>
      </w:r>
    </w:p>
    <w:p>
      <w:pPr>
        <w:jc w:val="right"/>
      </w:pPr>
      <w:r>
        <w:t>Reality of life کو جاننا یہی knowledge ہے</w:t>
      </w:r>
    </w:p>
    <w:p>
      <w:r>
        <w:rPr>
          <w:b/>
        </w:rPr>
        <w:t xml:space="preserve">[1:01:32] </w:t>
      </w:r>
      <w:r>
        <w:t>ke hum dunya mein paida hote hain, bas achaanak paida ho gaye aur chalne phirne lag gaye. achaanak hi hum sun rahe hain, dekh rahe hain.</w:t>
      </w:r>
    </w:p>
    <w:p>
      <w:pPr>
        <w:jc w:val="right"/>
      </w:pPr>
      <w:r>
        <w:t>کہ ہم دنیا میں پیدا ہوتے ہیں، بس اچانک پیدا ہو گئے اور چلنے پھرنے لگے۔ اچانک ہی ہم سن رہے ہیں، دیکھ رہے ہیں۔</w:t>
      </w:r>
    </w:p>
    <w:p>
      <w:r>
        <w:rPr>
          <w:b/>
        </w:rPr>
        <w:t xml:space="preserve">[1:01:46] </w:t>
      </w:r>
      <w:r>
        <w:t>to yeh sochna ke yeh aakhir mein kya hoon? mein kahan se aya hoon? kya purpose hai meri life ka? maut kya hai?</w:t>
      </w:r>
    </w:p>
    <w:p>
      <w:pPr>
        <w:jc w:val="right"/>
      </w:pPr>
      <w:r>
        <w:t>تو یہ سوچنا کہ یہ آخر میں کیا ہوں؟ میں کہاں سے آیا ہوں؟ کیا purpose ہے میری life کا؟ موت کیا ہے؟</w:t>
      </w:r>
    </w:p>
    <w:p>
      <w:r>
        <w:rPr>
          <w:b/>
        </w:rPr>
        <w:t xml:space="preserve">[1:01:55] </w:t>
      </w:r>
      <w:r>
        <w:t>maut ke baad kya hai?</w:t>
      </w:r>
    </w:p>
    <w:p>
      <w:pPr>
        <w:jc w:val="right"/>
      </w:pPr>
      <w:r>
        <w:t>موت کے بعد کیا ہے؟</w:t>
      </w:r>
    </w:p>
    <w:p>
      <w:r>
        <w:rPr>
          <w:b/>
        </w:rPr>
        <w:t xml:space="preserve">[1:01:59] </w:t>
      </w:r>
      <w:r>
        <w:t>yeh sab cheezein hain yani zindagi ka yani purpose of life. to in sab cheezon ko janne hi ka naam knowledge hai.</w:t>
      </w:r>
    </w:p>
    <w:p>
      <w:pPr>
        <w:jc w:val="right"/>
      </w:pPr>
      <w:r>
        <w:t>یہ سب چیزیں ہیں یعنی زندگی کا یعنی purpose of life۔ تو ان سب چیزوں کو جاننے ہی کا نام knowledge ہے۔</w:t>
      </w:r>
    </w:p>
    <w:p>
      <w:r>
        <w:rPr>
          <w:b/>
        </w:rPr>
        <w:t xml:space="preserve">[1:02:13] </w:t>
      </w:r>
      <w:r>
        <w:t>yani haqeeqat hayat ko janna. Reality of life ko janna. aik lafz mein kahoon ga ke reality of life ko janna yahi knowledge hai.</w:t>
      </w:r>
    </w:p>
    <w:p>
      <w:pPr>
        <w:jc w:val="right"/>
      </w:pPr>
      <w:r>
        <w:t>یعنی حقیقت حیات کو جاننا۔ Reality of life کو جاننا۔ ایک لفظ میں کہوں گا کہ reality of life کو جاننا یہی knowledge ہے۔</w:t>
      </w:r>
    </w:p>
    <w:p>
      <w:r>
        <w:rPr>
          <w:b/>
        </w:rPr>
        <w:t xml:space="preserve">[1:02:26] </w:t>
      </w:r>
      <w:r>
        <w:t>True knowledge. True knowledge. Quran ke mutabiq.</w:t>
      </w:r>
    </w:p>
    <w:p>
      <w:pPr>
        <w:jc w:val="right"/>
      </w:pPr>
      <w:r>
        <w:t>True knowledge۔ True knowledge۔ قرآن کے مطابق۔</w:t>
      </w:r>
    </w:p>
    <w:p>
      <w:r>
        <w:rPr>
          <w:b/>
        </w:rPr>
        <w:t xml:space="preserve">[1:02:36] </w:t>
      </w:r>
      <w:r>
        <w:t>maulana, agla sawal aya hai Ghulam Ali sahib ka. unhon ne apni location nahi likhi hai par un ka sawal yeh hai Maulana sahib Please tell me how can one come out of frustration and find the truth of life?</w:t>
      </w:r>
    </w:p>
    <w:p>
      <w:pPr>
        <w:jc w:val="right"/>
      </w:pPr>
      <w:r>
        <w:t>مولانا، اگلا سوال آیا ہے غلام علی صاحب کا۔ انہوں نے اپنی location نہیں لکھی ہے پر ان کا سوال یہ ہے مولانا صاحب Please tell me how can one come out of frustration and find the truth of life?</w:t>
      </w:r>
    </w:p>
    <w:p>
      <w:r>
        <w:rPr>
          <w:b/>
        </w:rPr>
        <w:t xml:space="preserve">[1:02:51] </w:t>
      </w:r>
      <w:r>
        <w:t>How can one purify one's soul?</w:t>
      </w:r>
    </w:p>
    <w:p>
      <w:pPr>
        <w:jc w:val="right"/>
      </w:pPr>
      <w:r>
        <w:t>How can one purify one's soul?</w:t>
      </w:r>
    </w:p>
    <w:p>
      <w:r>
        <w:rPr>
          <w:b/>
        </w:rPr>
        <w:t xml:space="preserve">[1:02:55] </w:t>
      </w:r>
      <w:r>
        <w:t>Please tell me as I am in lot of negativity. dekhiye, frustration ka jo muamla hai</w:t>
      </w:r>
    </w:p>
    <w:p>
      <w:pPr>
        <w:jc w:val="right"/>
      </w:pPr>
      <w:r>
        <w:t>Please tell me as I am in lot of negativity. دیکھیے، frustration کا جو معاملہ ہے</w:t>
      </w:r>
    </w:p>
    <w:p>
      <w:r>
        <w:rPr>
          <w:b/>
        </w:rPr>
        <w:t xml:space="preserve">[1:03:05] </w:t>
      </w:r>
      <w:r>
        <w:t>is par mein ne bohat socha bhi hai, bohat likha bhi hai, bohat parha bhi hai.</w:t>
      </w:r>
    </w:p>
    <w:p>
      <w:pPr>
        <w:jc w:val="right"/>
      </w:pPr>
      <w:r>
        <w:t>اس پر میں نے بہت سوچا بھی ہے، بہت لکھا بھی ہے، بہت پڑھا بھی ہے۔</w:t>
      </w:r>
    </w:p>
    <w:p>
      <w:r>
        <w:rPr>
          <w:b/>
        </w:rPr>
        <w:t xml:space="preserve">[1:03:11] </w:t>
      </w:r>
      <w:r>
        <w:t>meri aakhri jo is muamle mein jo discovery hai woh yeh hai ke dunya mein do qism ke goal hote hain: achievable goal aur unachievable goal.</w:t>
      </w:r>
    </w:p>
    <w:p>
      <w:pPr>
        <w:jc w:val="right"/>
      </w:pPr>
      <w:r>
        <w:t>میری آخری جو اس معاملے میں جو discovery ہے وہ یہ ہے کہ دنیا میں دو قسم کے goal ہوتے ہیں: achievable goal اور unachievable goal۔</w:t>
      </w:r>
    </w:p>
    <w:p>
      <w:r>
        <w:rPr>
          <w:b/>
        </w:rPr>
        <w:t xml:space="preserve">[1:03:27] </w:t>
      </w:r>
      <w:r>
        <w:t>Achievable goal aur unachievable goal.</w:t>
      </w:r>
    </w:p>
    <w:p>
      <w:pPr>
        <w:jc w:val="right"/>
      </w:pPr>
      <w:r>
        <w:t>Achievable goal اور unachievable goal۔</w:t>
      </w:r>
    </w:p>
    <w:p>
      <w:r>
        <w:rPr>
          <w:b/>
        </w:rPr>
        <w:t xml:space="preserve">[1:03:31] </w:t>
      </w:r>
      <w:r>
        <w:t>to jab bhi aap unachievable goal ko apna goal banayein ge to aakhir mein frustration aye ga. aur jab achievable goal ko apna goal banayein ge to frustration nahi aye ga.</w:t>
      </w:r>
    </w:p>
    <w:p>
      <w:pPr>
        <w:jc w:val="right"/>
      </w:pPr>
      <w:r>
        <w:t>تو جب بھی آپ unachievable goal کو اپنا goal بنائیں گے تو آخر میں frustration آئے گا۔ اور جب achievable goal کو اپنا goal بنائیں گے تو frustration نہیں آئے گا۔</w:t>
      </w:r>
    </w:p>
    <w:p>
      <w:r>
        <w:rPr>
          <w:b/>
        </w:rPr>
        <w:t xml:space="preserve">[1:03:45] </w:t>
      </w:r>
      <w:r>
        <w:t>jaise hum is waqt aik building mein hain, is ke upper story mein hain. hum ne neeche jana hai. to aap jante hain ke wahan par stair bani hui hain, seedhiyan bani hui hain.</w:t>
      </w:r>
    </w:p>
    <w:p>
      <w:pPr>
        <w:jc w:val="right"/>
      </w:pPr>
      <w:r>
        <w:t>جیسے ہم اس وقت ایک بلڈنگ میں ہیں، اس کے upper story میں ہیں۔ ہم نے نیچے جانا ہے۔ تو آپ جانتے ہیں کہ وہاں پر stair بنی ہوئی ہیں، سیڑھیاں بنی ہوئی ہیں۔</w:t>
      </w:r>
    </w:p>
    <w:p>
      <w:r>
        <w:rPr>
          <w:b/>
        </w:rPr>
        <w:t xml:space="preserve">[1:03:57] </w:t>
      </w:r>
      <w:r>
        <w:t>seedhiyon se jayein neeche to kaha hum ne achievable goal ka tareeqa ikhtiyar kiya. is ke baad aap khirkiyon se kooden, khirkiyon se kood kar jayein ke jaldi se pahunch jayein road par.</w:t>
      </w:r>
    </w:p>
    <w:p>
      <w:pPr>
        <w:jc w:val="right"/>
      </w:pPr>
      <w:r>
        <w:t>سیڑھیوں سے جائیں نیچے تو کہا ہم نے achievable goal کا طریقہ اختیار کیا۔ اس کے بعد آپ کھڑکیوں سے کودیں، کھڑکیوں سے کود کر جائیں کہ جلدی سے پہنچ جائیں road پر۔</w:t>
      </w:r>
    </w:p>
    <w:p>
      <w:r>
        <w:rPr>
          <w:b/>
        </w:rPr>
        <w:t xml:space="preserve">[1:04:09] </w:t>
      </w:r>
      <w:r>
        <w:t>to woh hoga unachievable goal. kyunke aap sarak par nahi pahunchein ge, hospital jana pare ga aap ko.</w:t>
      </w:r>
    </w:p>
    <w:p>
      <w:pPr>
        <w:jc w:val="right"/>
      </w:pPr>
      <w:r>
        <w:t>تو وہ ہوگا unachievable goal۔ کیونکہ آپ سڑک پر نہیں پہنچیں گے، ہاسپٹل جانا پڑے گا آپ کو۔</w:t>
      </w:r>
    </w:p>
    <w:p>
      <w:r>
        <w:rPr>
          <w:b/>
        </w:rPr>
        <w:t xml:space="preserve">[1:04:18] </w:t>
      </w:r>
      <w:r>
        <w:t>aise hi dekhiye, sari Muslim dunya mein kyun khalfashar hai, kyun larai hai? kyunke woh unachievable goal ko apna goal bana rakha hai.</w:t>
      </w:r>
    </w:p>
    <w:p>
      <w:pPr>
        <w:jc w:val="right"/>
      </w:pPr>
      <w:r>
        <w:t>ایسے ہی دیکھیں، ساری مسلم دنیا میں کیوں خلفشار ہے، کیوں لڑائی ہے؟ کیونکہ وہ unachievable goal کو اپنا goal بنا رکھا ہے۔</w:t>
      </w:r>
    </w:p>
    <w:p>
      <w:r>
        <w:rPr>
          <w:b/>
        </w:rPr>
        <w:t xml:space="preserve">[1:04:28] </w:t>
      </w:r>
      <w:r>
        <w:t>woh kya hai? un ke apne zubzub mein. aik aisa system banana jo perfect system ho, ideal system ho.</w:t>
      </w:r>
    </w:p>
    <w:p>
      <w:pPr>
        <w:jc w:val="right"/>
      </w:pPr>
      <w:r>
        <w:t>وہ کیا ہے؟ ان کے اپنے زبزب میں۔ ایک ایسا سسٹم بنانا جو perfect سسٹم ہو، ideal سسٹم ہو۔</w:t>
      </w:r>
    </w:p>
    <w:p>
      <w:r>
        <w:rPr>
          <w:b/>
        </w:rPr>
        <w:t xml:space="preserve">[1:04:39] </w:t>
      </w:r>
      <w:r>
        <w:t>saari muslim dunya ka problem yahi hai.</w:t>
      </w:r>
    </w:p>
    <w:p>
      <w:pPr>
        <w:jc w:val="right"/>
      </w:pPr>
      <w:r>
        <w:t>ساری مسلم دنیا کا problem یہی ہے۔</w:t>
      </w:r>
    </w:p>
    <w:p>
      <w:r>
        <w:rPr>
          <w:b/>
        </w:rPr>
        <w:t xml:space="preserve">[1:04:45] </w:t>
      </w:r>
      <w:r>
        <w:t>to perfect system ya ideal system to allah ke creation plan ke mutabiq possible hi nahi hai. is dunya mein har cheez imperfectly rahe gi.</w:t>
      </w:r>
    </w:p>
    <w:p>
      <w:pPr>
        <w:jc w:val="right"/>
      </w:pPr>
      <w:r>
        <w:t>تو perfect سسٹم یا ideal سسٹم تو اللہ کے creation plan کے مطابق possible ہی نہیں ہے۔ اس دنیا میں ہر چیز imperfectly رہے گی۔</w:t>
      </w:r>
    </w:p>
    <w:p>
      <w:r>
        <w:rPr>
          <w:b/>
        </w:rPr>
        <w:t xml:space="preserve">[1:04:56] </w:t>
      </w:r>
      <w:r>
        <w:t>har cheez less than ideal rahe gi.</w:t>
      </w:r>
    </w:p>
    <w:p>
      <w:pPr>
        <w:jc w:val="right"/>
      </w:pPr>
      <w:r>
        <w:t>ہر چیز less than ideal رہے گی۔</w:t>
      </w:r>
    </w:p>
    <w:p>
      <w:r>
        <w:rPr>
          <w:b/>
        </w:rPr>
        <w:t xml:space="preserve">[1:05:01] </w:t>
      </w:r>
      <w:r>
        <w:t>to ek aisi dunya jo allah ne banai hai, is tarah se ke yahan har cheez jo mile aap ko wo less than ideal ho.</w:t>
      </w:r>
    </w:p>
    <w:p>
      <w:pPr>
        <w:jc w:val="right"/>
      </w:pPr>
      <w:r>
        <w:t>تو ایک ایسی دنیا جو اللہ نے بنائی ہے، اس طرح سے کہ یہاں ہر چیز جو ملے آپ کو وہ less than ideal ہو۔</w:t>
      </w:r>
    </w:p>
    <w:p>
      <w:r>
        <w:rPr>
          <w:b/>
        </w:rPr>
        <w:t xml:space="preserve">[1:05:09] </w:t>
      </w:r>
      <w:r>
        <w:t>wahan aap chahte hain ke aap ko ideal system mile, ideal government mile.</w:t>
      </w:r>
    </w:p>
    <w:p>
      <w:pPr>
        <w:jc w:val="right"/>
      </w:pPr>
      <w:r>
        <w:t>وہاں آپ چاہتے ہیں کہ آپ کو ideal سسٹم ملے، ideal government ملے۔</w:t>
      </w:r>
    </w:p>
    <w:p>
      <w:r>
        <w:rPr>
          <w:b/>
        </w:rPr>
        <w:t xml:space="preserve">[1:05:14] </w:t>
      </w:r>
      <w:r>
        <w:t>isi liye aap dekhen, muslim dunya mein foran log ruler ke khilaaf hangama karne lagte hain. abhi misr mein ek inqilaab aaya aur phir jo ruler wahan hai, us ke khilaaf hangama ho raha hai.</w:t>
      </w:r>
    </w:p>
    <w:p>
      <w:pPr>
        <w:jc w:val="right"/>
      </w:pPr>
      <w:r>
        <w:t>اسی لیے آپ دیکھیں، مسلم دنیا میں فوراً لوگ ruler کے خلاف ہنگامہ کرنے لگتے ہیں۔ ابھی مصر میں ایک انقلاب آیا اور پھر جو ruler وہاں ہے، اس کے خلاف ہنگامہ ہو رہا ہے۔</w:t>
      </w:r>
    </w:p>
    <w:p>
      <w:r>
        <w:rPr>
          <w:b/>
        </w:rPr>
        <w:t xml:space="preserve">[1:05:26] </w:t>
      </w:r>
      <w:r>
        <w:t>kyun? in ko less than ideal dikhaya jata hai wo. to aap ko dekhen, dunya mein less than ideal par raazi hona hai. bas yahi waahid raaz hai apne aap ko frustration se bachane ka.</w:t>
      </w:r>
    </w:p>
    <w:p>
      <w:pPr>
        <w:jc w:val="right"/>
      </w:pPr>
      <w:r>
        <w:t>کیوں؟ ان کو less than ideal دکھایا جاتا ہے وہ۔ تو آپ کو دیکھیں، دنیا میں less than ideal پر راضی ہونا ہے۔ بس یہی واحد راز ہے اپنے آپ کو frustration سے بچانے کا۔</w:t>
      </w:r>
    </w:p>
    <w:p>
      <w:r>
        <w:rPr>
          <w:b/>
        </w:rPr>
        <w:t xml:space="preserve">[1:05:45] </w:t>
      </w:r>
      <w:r>
        <w:t>you have to accept what is less than ideal. you have to accept the imperfect. kyunke doosra choice aap ke liye nahi hai.</w:t>
      </w:r>
    </w:p>
    <w:p>
      <w:pPr>
        <w:jc w:val="right"/>
      </w:pPr>
      <w:r>
        <w:t>You have to accept what is less than ideal. You have to accept the imperfect. کیونکہ دوسرا choice آپ کے لیے نہیں ہے۔</w:t>
      </w:r>
    </w:p>
    <w:p>
      <w:r>
        <w:rPr>
          <w:b/>
        </w:rPr>
        <w:t xml:space="preserve">[1:05:56] </w:t>
      </w:r>
      <w:r>
        <w:t>ab aap apne aap ko aur doosron ko dekhen to har ek ko aap yahi paen ge, apne aap ko bhi aap paen ge ke aap unachievable ko apna goal banai hui hain.</w:t>
      </w:r>
    </w:p>
    <w:p>
      <w:pPr>
        <w:jc w:val="right"/>
      </w:pPr>
      <w:r>
        <w:t>اب آپ اپنے آپ کو اور دوسروں کو دیکھیں تو ہر ایک کو آپ یہی پائیں گے، اپنے آپ کو بھی آپ پائیں گے کہ آپ unachievable کو اپنا goal بنائی ہوئی ہیں۔</w:t>
      </w:r>
    </w:p>
    <w:p>
      <w:r>
        <w:rPr>
          <w:b/>
        </w:rPr>
        <w:t xml:space="preserve">[1:06:10] </w:t>
      </w:r>
      <w:r>
        <w:t>misal ke tor par dekhen, marriage hoti hai, aapas mein koi jhagda hota hai, koi ladaai hoti hai, koi suppression hota hai ke yahan bhi unachievable goal ko le kar.</w:t>
      </w:r>
    </w:p>
    <w:p>
      <w:pPr>
        <w:jc w:val="right"/>
      </w:pPr>
      <w:r>
        <w:t>مثال کے طور پر دیکھیں، marriage ہوتی ہے، آپس میں کوئی جھگڑا ہوتا ہے، کوئی لڑائی ہوتی ہے، کوئی suppression ہوتا ہے کہ یہاں بھی unachievable goal کو لے کر۔</w:t>
      </w:r>
    </w:p>
    <w:p>
      <w:r>
        <w:rPr>
          <w:b/>
        </w:rPr>
        <w:t xml:space="preserve">[1:06:20] </w:t>
      </w:r>
      <w:r>
        <w:t>yani husband samajhta hai ke mujhe ek ideal wife chahiye. wife chahti hai ke mujhe ideal husband chahiye.</w:t>
      </w:r>
    </w:p>
    <w:p>
      <w:pPr>
        <w:jc w:val="right"/>
      </w:pPr>
      <w:r>
        <w:t>یعنی husband سمجھتا ہے کہ مجھے ایک ideal wife چاہیے۔ Wife چاہتی ہے کہ مجھے ideal husband چاہیے۔</w:t>
      </w:r>
    </w:p>
    <w:p>
      <w:r>
        <w:rPr>
          <w:b/>
        </w:rPr>
        <w:t xml:space="preserve">[1:06:30] </w:t>
      </w:r>
      <w:r>
        <w:t>lekin allah ta'ala ne is dunya mein koi na ideal mard paida kiya, na ideal aurat paida ki.</w:t>
      </w:r>
    </w:p>
    <w:p>
      <w:pPr>
        <w:jc w:val="right"/>
      </w:pPr>
      <w:r>
        <w:t>لیکن اللہ تعالی نے اس دنیا میں کوئی نہ ideal مرد پیدا کیا، نہ ideal عورت پیدا کی۔</w:t>
      </w:r>
    </w:p>
    <w:p>
      <w:r>
        <w:rPr>
          <w:b/>
        </w:rPr>
        <w:t xml:space="preserve">[1:06:38] </w:t>
      </w:r>
      <w:r>
        <w:t>to agar aap shadi kar ke is tarah yani rahen ke dunya mein sirf less than ideal hi possible tha, wo mujhe mil gaya to bohat happy life reh gayi aap ki.</w:t>
      </w:r>
    </w:p>
    <w:p>
      <w:pPr>
        <w:jc w:val="right"/>
      </w:pPr>
      <w:r>
        <w:t>تو اگر آپ شادی کر کے اس طرح یعنی رہیں کہ دنیا میں صرف less than ideal ہی possible تھا، وہ مجھے مل گیا تو بہت happy life رہ گئی آپ کی۔</w:t>
      </w:r>
    </w:p>
    <w:p>
      <w:r>
        <w:rPr>
          <w:b/>
        </w:rPr>
        <w:t xml:space="preserve">[1:06:56] </w:t>
      </w:r>
      <w:r>
        <w:t>koi bhi chahe, badshah ho, chahe wealthy aadmi ho, koi bhi aadmi. namumkin hai is ko ideal pyar mile, ideal spouse mile.</w:t>
      </w:r>
    </w:p>
    <w:p>
      <w:pPr>
        <w:jc w:val="right"/>
      </w:pPr>
      <w:r>
        <w:t>کوئی بھی چاہے، بادشاہ ہو، چاہے wealthy آدمی ہو، کوئی بھی آدمی۔ ناممکن ہے اس کو ideal پیار ملے، ideal spouse ملے۔</w:t>
      </w:r>
    </w:p>
    <w:p>
      <w:r>
        <w:rPr>
          <w:b/>
        </w:rPr>
        <w:t xml:space="preserve">[1:07:05] </w:t>
      </w:r>
      <w:r>
        <w:t>yeh mumkin hi nahi.</w:t>
      </w:r>
    </w:p>
    <w:p>
      <w:pPr>
        <w:jc w:val="right"/>
      </w:pPr>
      <w:r>
        <w:t>یہ ممکن ہی نہیں۔</w:t>
      </w:r>
    </w:p>
    <w:p>
      <w:r>
        <w:rPr>
          <w:b/>
        </w:rPr>
        <w:t xml:space="preserve">[1:07:08] </w:t>
      </w:r>
      <w:r>
        <w:t>isi liye har jagah talaaq hai, har jagah jhagde hain. to business ho ya job ho ya family ho ya society ho, sab log aisi baaton ko apna goal banai hui hain jo sarr-e-se achievable hi nahi.</w:t>
      </w:r>
    </w:p>
    <w:p>
      <w:pPr>
        <w:jc w:val="right"/>
      </w:pPr>
      <w:r>
        <w:t>اسی لیے ہر جگہ طلاق ہے، ہر جگہ جھگڑے ہیں۔ تو business ہو یا job ہو یا family ہو یا society ہو، سب لوگ ایسی باتوں کو اپنا goal بنائی ہوئی ہیں جو سرے سے achievable ہی نہیں۔</w:t>
      </w:r>
    </w:p>
    <w:p>
      <w:r>
        <w:rPr>
          <w:b/>
        </w:rPr>
        <w:t xml:space="preserve">[1:07:29] </w:t>
      </w:r>
      <w:r>
        <w:t>to kya hoga phir? frustration aayega. main allah ke fazl se frustration mein nahi jeeta.</w:t>
      </w:r>
    </w:p>
    <w:p>
      <w:pPr>
        <w:jc w:val="right"/>
      </w:pPr>
      <w:r>
        <w:t>تو کیا ہوگا پھر؟ frustration آئے گا۔ میں اللہ کے فضل سے frustration میں نہیں جیتا۔</w:t>
      </w:r>
    </w:p>
    <w:p>
      <w:r>
        <w:rPr>
          <w:b/>
        </w:rPr>
        <w:t xml:space="preserve">[1:07:36] </w:t>
      </w:r>
      <w:r>
        <w:t>kyunke maine is haqeeqat ko daryaft kar liya hai ke mujhe ek aisi dunya mein rehna hai jo allah ne banai hai bator-e-dar-ul-qabz.</w:t>
      </w:r>
    </w:p>
    <w:p>
      <w:pPr>
        <w:jc w:val="right"/>
      </w:pPr>
      <w:r>
        <w:t>کیونکہ میں نے اس حقیقت کو دریافت کر لیا ہے کہ مجھے ایک ایسی دنیا میں رہنا ہے جو اللہ نے بنائی ہے بطور دارالقبض۔</w:t>
      </w:r>
    </w:p>
    <w:p>
      <w:r>
        <w:rPr>
          <w:b/>
        </w:rPr>
        <w:t xml:space="preserve">[1:07:45] </w:t>
      </w:r>
      <w:r>
        <w:t>quran mein hai ke laqad khalaqnal insana fi qabzin hum ne paida kiya insaan ko problem mein. problem, challenge.</w:t>
      </w:r>
    </w:p>
    <w:p>
      <w:pPr>
        <w:jc w:val="right"/>
      </w:pPr>
      <w:r>
        <w:t>قرآن میں ہے کہ لقد خلقت الانسان فی قبض ہم نے پیدا کیا انسان کو problem میں۔ Problem، challenge۔</w:t>
      </w:r>
    </w:p>
    <w:p>
      <w:r>
        <w:rPr>
          <w:b/>
        </w:rPr>
        <w:t xml:space="preserve">[1:07:56] </w:t>
      </w:r>
      <w:r>
        <w:t>yeh to rahe ga. jab rahe ga to phir is ko accept karo is ko.</w:t>
      </w:r>
    </w:p>
    <w:p>
      <w:pPr>
        <w:jc w:val="right"/>
      </w:pPr>
      <w:r>
        <w:t>یہ تو رہے گا۔ جب رہے گا تو پھر اس کو accept کرو اس کو۔</w:t>
      </w:r>
    </w:p>
    <w:p>
      <w:r>
        <w:rPr>
          <w:b/>
        </w:rPr>
        <w:t xml:space="preserve">[1:08:01] </w:t>
      </w:r>
      <w:r>
        <w:t>to ek hi simple formula hai tension free life ka, wo yeh hai you have to accept the reality</w:t>
      </w:r>
    </w:p>
    <w:p>
      <w:pPr>
        <w:jc w:val="right"/>
      </w:pPr>
      <w:r>
        <w:t>تو ایک ہی simple فارمولا ہے tension free life کا، وہ یہ ہے you have to accept the reality</w:t>
      </w:r>
    </w:p>
    <w:p>
      <w:r>
        <w:rPr>
          <w:b/>
        </w:rPr>
        <w:t xml:space="preserve">[1:08:14] </w:t>
      </w:r>
      <w:r>
        <w:t>don't run after your desires apni khwahishon ke peeche dauriye. you have to accept the reality bas aur koi doosra formula nahi hai.</w:t>
      </w:r>
    </w:p>
    <w:p>
      <w:pPr>
        <w:jc w:val="right"/>
      </w:pPr>
      <w:r>
        <w:t>don't run after your desires اپنی خواہشوں کے پیچھے دوڑیے۔ you have to accept the reality بس اور کوئی دوسرا فارمولا نہیں ہے۔</w:t>
      </w:r>
    </w:p>
    <w:p>
      <w:r>
        <w:rPr>
          <w:b/>
        </w:rPr>
        <w:t xml:space="preserve">[1:08:31] </w:t>
      </w:r>
      <w:r>
        <w:t>maulana, agla sawal dilli se hai ans sahib ka. unhon ne likha hai maulana sahib, last class mein aap ne ek hadees batai thi ke agar quran ka matlab tafseer ke baghair nikal liya to wo galat hoga, chahe sahi matlab kyun na ho.</w:t>
      </w:r>
    </w:p>
    <w:p>
      <w:pPr>
        <w:jc w:val="right"/>
      </w:pPr>
      <w:r>
        <w:t>مولانا، اگلا سوال دلی سے ہے انس صاحب کا۔ انہوں نے لکھا ہے مولانا صاحب، last کلاس میں آپ نے ایک حدیث بتائی تھی کہ اگر قرآن کا مطلب تفسیر کے بغیر نکال لیا تو وہ غلط ہوگا، چاہے صحیح مطلب کیوں نہ ہو۔</w:t>
      </w:r>
    </w:p>
    <w:p>
      <w:r>
        <w:rPr>
          <w:b/>
        </w:rPr>
        <w:t xml:space="preserve">[1:08:49] </w:t>
      </w:r>
      <w:r>
        <w:t>lekin aap hamein tarjuma parhne ke liye taakeed karte hain aur ghhor-o-fikr ke liye bhi kehte hain.</w:t>
      </w:r>
    </w:p>
    <w:p>
      <w:pPr>
        <w:jc w:val="right"/>
      </w:pPr>
      <w:r>
        <w:t>لیکن آپ ہمیں ترجمہ پڑھنے کے لیے تاکید کرتے ہیں اور غور و فکر کے لیے بھی کہتے ہیں۔</w:t>
      </w:r>
    </w:p>
    <w:p>
      <w:r>
        <w:rPr>
          <w:b/>
        </w:rPr>
        <w:t xml:space="preserve">[1:08:55] </w:t>
      </w:r>
      <w:r>
        <w:t>aap yeh wazeh kar dijiye ke hamein quran ka tarjuma kis tareeqe se parhna chahiye.</w:t>
      </w:r>
    </w:p>
    <w:p>
      <w:pPr>
        <w:jc w:val="right"/>
      </w:pPr>
      <w:r>
        <w:t>آپ یہ واضح کر دیجیے کہ ہمیں قرآن کا ترجمہ کس طریقے سے پڑھنا چاہیے۔</w:t>
      </w:r>
    </w:p>
    <w:p>
      <w:r>
        <w:rPr>
          <w:b/>
        </w:rPr>
        <w:t xml:space="preserve">[1:09:03] </w:t>
      </w:r>
      <w:r>
        <w:t>daikhen, woh jo hadith mein ne sunai thi, woh hadith aise logon ke baray mein hai jo sincere na hon quran ke baray mein.</w:t>
      </w:r>
    </w:p>
    <w:p>
      <w:pPr>
        <w:jc w:val="right"/>
      </w:pPr>
      <w:r>
        <w:t>دیکھیں، وہ جو حدیث میں نے سنائی تھی، وہ حدیث ایسے لوگوں کے بارے میں ہے جو sincere نہ ہوں قرآن کے بارے میں۔</w:t>
      </w:r>
    </w:p>
    <w:p>
      <w:r>
        <w:rPr>
          <w:b/>
        </w:rPr>
        <w:t xml:space="preserve">[1:09:13] </w:t>
      </w:r>
      <w:r>
        <w:t>hawai tor par baaten nikalen. aise hi hawa mein apna dimagh dorayen. attkal mein, attkal.</w:t>
      </w:r>
    </w:p>
    <w:p>
      <w:pPr>
        <w:jc w:val="right"/>
      </w:pPr>
      <w:r>
        <w:t>ہوائی طور پر باتیں نکالیں۔ ایسے ہی ہوا میں اپنا دماغ دوڑائیں۔ اٹکل میں، اٹکل۔</w:t>
      </w:r>
    </w:p>
    <w:p>
      <w:r>
        <w:rPr>
          <w:b/>
        </w:rPr>
        <w:t xml:space="preserve">[1:09:22] </w:t>
      </w:r>
      <w:r>
        <w:t>jo kehte hain na, attkal.</w:t>
      </w:r>
    </w:p>
    <w:p>
      <w:pPr>
        <w:jc w:val="right"/>
      </w:pPr>
      <w:r>
        <w:t>جو کہتے ہیں نا، اٹکل۔</w:t>
      </w:r>
    </w:p>
    <w:p>
      <w:r>
        <w:rPr>
          <w:b/>
        </w:rPr>
        <w:t xml:space="preserve">[1:09:24] </w:t>
      </w:r>
      <w:r>
        <w:t>to kabhi ittifaq se agar sahi baat bhi keh dein to chounke unhon ne yani sincere nahi thay woh, sanjeeda nahi thay woh, to apni ghair sanjeedgi ke barabar woh ghalat qarar payen gi.</w:t>
      </w:r>
    </w:p>
    <w:p>
      <w:pPr>
        <w:jc w:val="right"/>
      </w:pPr>
      <w:r>
        <w:t>تو کبھی اتفاق سے اگر صحیح بات بھی کہہ دیں تو چونکہ انہوں نے یعنی sincere نہیں تھے وہ، سنجیدہ نہیں تھے وہ، تو اپنی غیر سنجیدگی کے برابر وہ غلط قرار پائیں گے۔</w:t>
      </w:r>
    </w:p>
    <w:p>
      <w:r>
        <w:rPr>
          <w:b/>
        </w:rPr>
        <w:t xml:space="preserve">[1:09:42] </w:t>
      </w:r>
      <w:r>
        <w:t>to quran ko parhna chahiye bohat ziyada sanjeedgi ke sath, bohat ziyada sincerity ke sath. is ko bohat hi ziyada yani</w:t>
      </w:r>
    </w:p>
    <w:p>
      <w:pPr>
        <w:jc w:val="right"/>
      </w:pPr>
      <w:r>
        <w:t>تو قرآن کو پڑھنا چاہیے بہت زیادہ سنجیدگی کے ساتھ، بہت زیادہ sincerity کے ساتھ۔ اس کو بہت ہی زیادہ یعنی</w:t>
      </w:r>
    </w:p>
    <w:p>
      <w:r>
        <w:rPr>
          <w:b/>
        </w:rPr>
        <w:t xml:space="preserve">[1:09:56] </w:t>
      </w:r>
      <w:r>
        <w:t>allah ka yani yeh ehsas le kar ke ke agar mein koi ghalat baat kahun ga to allah ka meri pakar hogi.</w:t>
      </w:r>
    </w:p>
    <w:p>
      <w:pPr>
        <w:jc w:val="right"/>
      </w:pPr>
      <w:r>
        <w:t>اللہ کا یعنی یہ احساس لے کر کے کہ اگر میں کوئی غلط بات کہوں گا تو اللہ کا میری پکڑ ہوگی۔</w:t>
      </w:r>
    </w:p>
    <w:p>
      <w:r>
        <w:rPr>
          <w:b/>
        </w:rPr>
        <w:t xml:space="preserve">[1:10:05] </w:t>
      </w:r>
      <w:r>
        <w:t>to in sab baaton ko le kar agar aap parhen ge to bil farz aap ghalat kisi baat ka ghalat matan nikalein, tab bhi aap nahi pakar jayen ge.</w:t>
      </w:r>
    </w:p>
    <w:p>
      <w:pPr>
        <w:jc w:val="right"/>
      </w:pPr>
      <w:r>
        <w:t>تو ان سب باتوں کو لے کر اگر آپ پڑھیں گے تو بالفرض آپ غلط کسی بات کا غلط متن نکالیں، تب بھی آپ نہیں پکڑ جائیں گے۔</w:t>
      </w:r>
    </w:p>
    <w:p>
      <w:r>
        <w:rPr>
          <w:b/>
        </w:rPr>
        <w:t xml:space="preserve">[1:10:14] </w:t>
      </w:r>
      <w:r>
        <w:t>yeh bhi samajh lijiye. yani ghair sanjeeda aadmi agar theek baat kahe to bhi pakar jayega woh. lekin sanjeeda aadmi agar koi ghalat baat ittifaq se keh de to woh pakar, is ki pakar nahi hogi.</w:t>
      </w:r>
    </w:p>
    <w:p>
      <w:pPr>
        <w:jc w:val="right"/>
      </w:pPr>
      <w:r>
        <w:t>یہ بھی سمجھ لیجیے۔ یعنی غیر سنجیدہ آدمی اگر ٹھیک بات کہے تو بھی پکڑ جائے گا وہ۔ لیکن سنجیدہ آدمی اگر کوئی غلط بات اتفاق سے کہہ دے تو وہ پکڑ، اس کی پکڑ نہیں ہوگی۔</w:t>
      </w:r>
    </w:p>
    <w:p>
      <w:r>
        <w:rPr>
          <w:b/>
        </w:rPr>
        <w:t xml:space="preserve">[1:10:29] </w:t>
      </w:r>
      <w:r>
        <w:t>mein aap ko aik misaal deta hoon</w:t>
      </w:r>
    </w:p>
    <w:p>
      <w:pPr>
        <w:jc w:val="right"/>
      </w:pPr>
      <w:r>
        <w:t>میں آپ کو ایک مثال دیتا ہوں</w:t>
      </w:r>
    </w:p>
    <w:p>
      <w:r>
        <w:rPr>
          <w:b/>
        </w:rPr>
        <w:t xml:space="preserve">[1:10:33] </w:t>
      </w:r>
      <w:r>
        <w:t>ke aik hadith hai, aik hadith hai ke aik baddo ka oont gum ho gaya desert mein.</w:t>
      </w:r>
    </w:p>
    <w:p>
      <w:pPr>
        <w:jc w:val="right"/>
      </w:pPr>
      <w:r>
        <w:t>کہ ایک حدیث ہے، ایک حدیث ہے کہ ایک بدو کا اونٹ گم ہو گیا desert میں۔</w:t>
      </w:r>
    </w:p>
    <w:p>
      <w:r>
        <w:rPr>
          <w:b/>
        </w:rPr>
        <w:t xml:space="preserve">[1:10:45] </w:t>
      </w:r>
      <w:r>
        <w:t>ab woh dor raha hai idhar udhar. achaanak us ne dekha ke mein oont filani jagah, aik aik khara hua hai aik jagah,</w:t>
      </w:r>
    </w:p>
    <w:p>
      <w:pPr>
        <w:jc w:val="right"/>
      </w:pPr>
      <w:r>
        <w:t>اب وہ دوڑ رہا ہے ادھر ادھر۔ اچانک اس نے دیکھا کہ میں اونٹ فلانی جگہ، ایک ایک کھڑا ہوا ہے ایک جگہ،</w:t>
      </w:r>
    </w:p>
    <w:p>
      <w:r>
        <w:rPr>
          <w:b/>
        </w:rPr>
        <w:t xml:space="preserve">[1:10:59] </w:t>
      </w:r>
      <w:r>
        <w:t>pahar ke kisi hissay mein mil gaya us ko. to aap jante hain ke qadeem zamanay mein oont jo tha, kisi baddo ke liye sab kuch hota tha.</w:t>
      </w:r>
    </w:p>
    <w:p>
      <w:pPr>
        <w:jc w:val="right"/>
      </w:pPr>
      <w:r>
        <w:t>پہاڑ کے کسی حصے میں مل گیا اس کو۔ تو آپ جانتے ہیں کہ قدیم زمانے میں اونٹ جو تھا، کسی بدو کے لیے سب کچھ ہوتا تھا۔</w:t>
      </w:r>
    </w:p>
    <w:p>
      <w:r>
        <w:rPr>
          <w:b/>
        </w:rPr>
        <w:t xml:space="preserve">[1:11:10] </w:t>
      </w:r>
      <w:r>
        <w:t>sab kuch wohi hota tha. isi par us ki zindagi depend karti thi. to bohat khush hua, bohat khush hua, bohat khush hua. to us ki zuban se nikal gaya allahumma anta abdi wa ana rabbuk a khuda, tu mera banda hai aur mein tera rab hoon.</w:t>
      </w:r>
    </w:p>
    <w:p>
      <w:pPr>
        <w:jc w:val="right"/>
      </w:pPr>
      <w:r>
        <w:t>سب کچھ وہی ہوتا تھا۔ اسی پر اس کی زندگی depend کرتی تھی۔ تو بہت خوش ہوا، بہت خوش ہوا، بہت خوش ہوا۔ تو اس کی زبان سے نکل گیا اللہم انت عبدی وانا ربک اے خدا، تو میرا بندہ ہے اور میں تیرا رب ہوں۔</w:t>
      </w:r>
    </w:p>
    <w:p>
      <w:r>
        <w:rPr>
          <w:b/>
        </w:rPr>
        <w:t xml:space="preserve">[1:11:29] </w:t>
      </w:r>
      <w:r>
        <w:t>yani ulta kaha gaya woh. yani kehna to chahiye tha ke a khuda, tu mera rab hai, mein tera banda hoon. woh ulta kaha gaya woh. tab bhi allah taala ke haan us ki bakhshish ho gayi.</w:t>
      </w:r>
    </w:p>
    <w:p>
      <w:pPr>
        <w:jc w:val="right"/>
      </w:pPr>
      <w:r>
        <w:t>یعنی الٹا کہا گیا وہ۔ یعنی کہنا تو چاہیے تھا کہ اے خدا، تو میرا رب ہے، میں تیرا بندہ ہوں۔ وہ الٹا کہا گیا وہ۔ تب بھی اللہ تعالی کے ہاں اس کی بخشش ہو گئی۔</w:t>
      </w:r>
    </w:p>
    <w:p>
      <w:r>
        <w:rPr>
          <w:b/>
        </w:rPr>
        <w:t xml:space="preserve">[1:11:43] </w:t>
      </w:r>
      <w:r>
        <w:t>kyunke intentionally he was not wrong</w:t>
      </w:r>
    </w:p>
    <w:p>
      <w:pPr>
        <w:jc w:val="right"/>
      </w:pPr>
      <w:r>
        <w:t>کیونکہ intentionally he was not wrong</w:t>
      </w:r>
    </w:p>
    <w:p>
      <w:r>
        <w:rPr>
          <w:b/>
        </w:rPr>
        <w:t xml:space="preserve">[1:11:50] </w:t>
      </w:r>
      <w:r>
        <w:t>to yaad rakhiye, quran mein aap khoob ghor kijeye. khoob ghor kijeye.</w:t>
      </w:r>
    </w:p>
    <w:p>
      <w:pPr>
        <w:jc w:val="right"/>
      </w:pPr>
      <w:r>
        <w:t>تو یاد رکھیے، قرآن میں آپ خوب غور کیجیے۔ خوب غور کیجیے۔</w:t>
      </w:r>
    </w:p>
    <w:p>
      <w:r>
        <w:rPr>
          <w:b/>
        </w:rPr>
        <w:t xml:space="preserve">[1:11:58] </w:t>
      </w:r>
      <w:r>
        <w:t>aur agar aap sanjeeda honge, allah ka darr aap ke dil mein hoga, waqeatan aap sachai tak pohnchne ki niyat aap ke andar hogi, to bil farz koi baat ghalat aa jaye aap ke zehn mein to pakar nahi hogi is ki.</w:t>
      </w:r>
    </w:p>
    <w:p>
      <w:pPr>
        <w:jc w:val="right"/>
      </w:pPr>
      <w:r>
        <w:t>اور اگر آپ سنجیدہ ہوں گے، اللہ کا ڈر آپ کے دل میں ہوگا، واقعتا آپ سچائی تک پہنچنے کی نیت آپ کے اندر ہوگی، تو بالفرض کوئی بات غلط آ جائے آپ کے ذہن میں تو پکڑ نہیں ہوگی اس کی۔</w:t>
      </w:r>
    </w:p>
    <w:p>
      <w:r>
        <w:rPr>
          <w:b/>
        </w:rPr>
        <w:t xml:space="preserve">[1:12:14] </w:t>
      </w:r>
      <w:r>
        <w:t>to asal cheez hai inma al awal bil niyyat</w:t>
      </w:r>
    </w:p>
    <w:p>
      <w:pPr>
        <w:jc w:val="right"/>
      </w:pPr>
      <w:r>
        <w:t>تو اصل چیز ہے انما الاوال بالنیات</w:t>
      </w:r>
    </w:p>
    <w:p>
      <w:r>
        <w:rPr>
          <w:b/>
        </w:rPr>
        <w:t xml:space="preserve">[1:12:17] </w:t>
      </w:r>
      <w:r>
        <w:t>aap ki niyat durust ho, aap ka intention durust ho, yeh asal ahmiyat hai. baqi cheezen irrelevant hain.</w:t>
      </w:r>
    </w:p>
    <w:p>
      <w:pPr>
        <w:jc w:val="right"/>
      </w:pPr>
      <w:r>
        <w:t>آپ کی نیت درست ہو، آپ کا intention درست ہو، یہ اصل اہمیت ہے۔ باقی چیزیں irrelevant ہیں۔</w:t>
      </w:r>
    </w:p>
    <w:p>
      <w:r>
        <w:rPr>
          <w:b/>
        </w:rPr>
        <w:t xml:space="preserve">[1:12:28] </w:t>
      </w:r>
      <w:r>
        <w:t>maulana, un ka doosra sawal yeh hai ke hadith jibril mein dawat ka zikr kyun nahi kiya gaya?</w:t>
      </w:r>
    </w:p>
    <w:p>
      <w:pPr>
        <w:jc w:val="right"/>
      </w:pPr>
      <w:r>
        <w:t>مولانا، ان کا دوسرا سوال یہ ہے کہ حدیث جبریل میں دعوت کا ذکر کیوں نہیں کیا گیا؟</w:t>
      </w:r>
    </w:p>
    <w:p>
      <w:r>
        <w:rPr>
          <w:b/>
        </w:rPr>
        <w:t xml:space="preserve">[1:12:39] </w:t>
      </w:r>
      <w:r>
        <w:t>hadith jibril apne aap mein dawat hai.</w:t>
      </w:r>
    </w:p>
    <w:p>
      <w:pPr>
        <w:jc w:val="right"/>
      </w:pPr>
      <w:r>
        <w:t>حدیث جبریل اپنے آپ میں دعوت ہے۔</w:t>
      </w:r>
    </w:p>
    <w:p>
      <w:r>
        <w:rPr>
          <w:b/>
        </w:rPr>
        <w:t xml:space="preserve">[1:12:43] </w:t>
      </w:r>
      <w:r>
        <w:t>jab mein is ko parh raha tha to mein ne socha ke aasman se aik farishta aya, woh dawti to thi woh, batane ke liye.</w:t>
      </w:r>
    </w:p>
    <w:p>
      <w:pPr>
        <w:jc w:val="right"/>
      </w:pPr>
      <w:r>
        <w:t>جب میں اس کو پڑھ رہا تھا تو میں نے سوچا کہ آسمان سے ایک فرشتہ آیا، وہ دعوتی تو تھی وہ، بتانے کے لیے۔</w:t>
      </w:r>
    </w:p>
    <w:p>
      <w:r>
        <w:rPr>
          <w:b/>
        </w:rPr>
        <w:t xml:space="preserve">[1:12:55] </w:t>
      </w:r>
      <w:r>
        <w:t>allah ne farishta bheja ke jao mere baddo ko bata do</w:t>
      </w:r>
    </w:p>
    <w:p>
      <w:pPr>
        <w:jc w:val="right"/>
      </w:pPr>
      <w:r>
        <w:t>اللہ نے فرشتہ بھیجا کہ جاؤ میرے بدو کو بتا دو</w:t>
      </w:r>
    </w:p>
    <w:p>
      <w:r>
        <w:rPr>
          <w:b/>
        </w:rPr>
        <w:t xml:space="preserve">[1:13:01] </w:t>
      </w:r>
      <w:r>
        <w:t>أَطَاعْكُمْ لَوَلَّمَكُمْ مِنْ دِيْنِكُمْ woh tumhare paas aaye tumhara deen batane ke liye.</w:t>
      </w:r>
    </w:p>
    <w:p>
      <w:pPr>
        <w:jc w:val="right"/>
      </w:pPr>
      <w:r>
        <w:t>أَطَاعْكُمْ لَوَلَّمَكُمْ مِنْ دِيْنِكُمْ وہ تمہارے پاس آئے تمہارا دین بتانے کے لیے۔</w:t>
      </w:r>
    </w:p>
    <w:p>
      <w:r>
        <w:rPr>
          <w:b/>
        </w:rPr>
        <w:t xml:space="preserve">[1:13:10] </w:t>
      </w:r>
      <w:r>
        <w:t>to deen ko batana yahi to dawat hai.</w:t>
      </w:r>
    </w:p>
    <w:p>
      <w:pPr>
        <w:jc w:val="right"/>
      </w:pPr>
      <w:r>
        <w:t>تو دین کو بتانا یہی تو دعوت ہے۔</w:t>
      </w:r>
    </w:p>
    <w:p>
      <w:r>
        <w:rPr>
          <w:b/>
        </w:rPr>
        <w:t xml:space="preserve">[1:13:13] </w:t>
      </w:r>
      <w:r>
        <w:t>woh ek demonstration diya unhon ne ke deen ko batane ke liye safar karo. toh mujhe ek waqea yaad aaya</w:t>
      </w:r>
    </w:p>
    <w:p>
      <w:pPr>
        <w:jc w:val="right"/>
      </w:pPr>
      <w:r>
        <w:t>وہ ایک demonstration دیا انہوں نے کہ دین کو بتانے کے لیے سفر کرو۔ تو مجھے ایک واقعہ یاد آیا</w:t>
      </w:r>
    </w:p>
    <w:p>
      <w:r>
        <w:rPr>
          <w:b/>
        </w:rPr>
        <w:t xml:space="preserve">[1:13:24] </w:t>
      </w:r>
      <w:r>
        <w:t>ke abhi bangalore mein hamare saathi hain sarah fatima, toh woh walk karne gayi theen kisi park mein.</w:t>
      </w:r>
    </w:p>
    <w:p>
      <w:pPr>
        <w:jc w:val="right"/>
      </w:pPr>
      <w:r>
        <w:t>کہ ابھی بنگلور میں ہمارے ساتھی ہیں سارہ فاطمہ، تو وہ walk کرنے گئی تھیں کسی park میں۔</w:t>
      </w:r>
    </w:p>
    <w:p>
      <w:r>
        <w:rPr>
          <w:b/>
        </w:rPr>
        <w:t xml:space="preserve">[1:13:37] </w:t>
      </w:r>
      <w:r>
        <w:t>toh wahan unhon ne dekha ek ek darakht ke neeche ek lady khadi hui hai.</w:t>
      </w:r>
    </w:p>
    <w:p>
      <w:pPr>
        <w:jc w:val="right"/>
      </w:pPr>
      <w:r>
        <w:t>تو وہاں انہوں نے دیکھا ایک ایک درخت کے نیچے ایک lady کھڑی ہوئی ہے۔</w:t>
      </w:r>
    </w:p>
    <w:p>
      <w:r>
        <w:rPr>
          <w:b/>
        </w:rPr>
        <w:t xml:space="preserve">[1:13:42] </w:t>
      </w:r>
      <w:r>
        <w:t>ek senior lady, ek hindu lady. toh woh qareeb gayeen toh bohat sad theen, bohat hi ghamgeen theen woh.</w:t>
      </w:r>
    </w:p>
    <w:p>
      <w:pPr>
        <w:jc w:val="right"/>
      </w:pPr>
      <w:r>
        <w:t>ایک senior lady، ایک ہندو lady۔ تو وہ قریب گئیں تو بہت sad تھیں، بہت ہی غمگین تھیں وہ۔</w:t>
      </w:r>
    </w:p>
    <w:p>
      <w:r>
        <w:rPr>
          <w:b/>
        </w:rPr>
        <w:t xml:space="preserve">[1:13:55] </w:t>
      </w:r>
      <w:r>
        <w:t>toh unhon ne poocha ke aap kyun ghamgeen kyun hain? toh unhon ne dekha ke dekho yahan par ek owl ka bachcha, yaani ullu ka bachcha gira, upar se gir pada hai.</w:t>
      </w:r>
    </w:p>
    <w:p>
      <w:pPr>
        <w:jc w:val="right"/>
      </w:pPr>
      <w:r>
        <w:t>تو انہوں نے پوچھا کہ آپ کیوں غمگین کیوں ہیں؟ تو انہوں نے دیکھا کہ دیکھو یہاں پر ایک owl کا بچہ، یعنی الو کا بچہ گرا، اوپر سے گر پڑا ہے۔</w:t>
      </w:r>
    </w:p>
    <w:p>
      <w:r>
        <w:rPr>
          <w:b/>
        </w:rPr>
        <w:t xml:space="preserve">[1:14:10] </w:t>
      </w:r>
      <w:r>
        <w:t>woh urr nahi sakti</w:t>
      </w:r>
    </w:p>
    <w:p>
      <w:pPr>
        <w:jc w:val="right"/>
      </w:pPr>
      <w:r>
        <w:t>وہ اڑ نہیں سکت</w:t>
      </w:r>
    </w:p>
    <w:p>
      <w:r>
        <w:rPr>
          <w:b/>
        </w:rPr>
        <w:t xml:space="preserve">[1:14:11] </w:t>
      </w:r>
      <w:r>
        <w:t>a aur is ko koway noch rahe hain. main yahan khadi hoon, kowon se bachane ke liye bhi khadi ho gayi yahan par.</w:t>
      </w:r>
    </w:p>
    <w:p>
      <w:pPr>
        <w:jc w:val="right"/>
      </w:pPr>
      <w:r>
        <w:t>ا اور اس کو کوے نوچ رہے ہیں۔ میں یہاں کھڑی ہوں، کووں سے بچانے کے لیے بھی کھڑی ہو گئی یہاں پر۔</w:t>
      </w:r>
    </w:p>
    <w:p>
      <w:r>
        <w:rPr>
          <w:b/>
        </w:rPr>
        <w:t xml:space="preserve">[1:14:19] </w:t>
      </w:r>
      <w:r>
        <w:t>toh unhon ne kaha ke aap pareshan na hon, main abhi is ko karti hoon. toh daud kar ghar gayeen, woh ek bas apne saath ek ek thela laeen, us bohat achhe tareeqe se us ko lapet kar thele mein rakha.</w:t>
      </w:r>
    </w:p>
    <w:p>
      <w:pPr>
        <w:jc w:val="right"/>
      </w:pPr>
      <w:r>
        <w:t>تو انہوں نے کہا کہ آپ پریشان نہ ہوں، میں ابھی اس کو کرتی ہوں۔ تو دوڑ کر گھر گئیں، وہ ایک بس اپنے ساتھ ایک ایک تھیلا لائیں، اس بہت اچھے طریقے سے اس کو لپیٹ کر تھیلے میں رکھا۔</w:t>
      </w:r>
    </w:p>
    <w:p>
      <w:r>
        <w:rPr>
          <w:b/>
        </w:rPr>
        <w:t xml:space="preserve">[1:14:32] </w:t>
      </w:r>
      <w:r>
        <w:t>unhon ne kaha ke dekhen bangalore mein ek hospital hai, wahan is ka ilaaj hota hai.</w:t>
      </w:r>
    </w:p>
    <w:p>
      <w:pPr>
        <w:jc w:val="right"/>
      </w:pPr>
      <w:r>
        <w:t>انہوں نے کہا کہ دیکھیں بنگلور میں ایک ہاسپٹل ہے، وہاں اس کا علاج ہوتا ہے۔</w:t>
      </w:r>
    </w:p>
    <w:p>
      <w:r>
        <w:rPr>
          <w:b/>
        </w:rPr>
        <w:t xml:space="preserve">[1:14:37] </w:t>
      </w:r>
      <w:r>
        <w:t>woh log ilaaj kar ke us ko free kar dete hain aur bohat nominal charge lete hain is ka. toh main is ko wahan pahunchati hoon. aaj hi pahuncha doongi, aap bilkul dhyan rakhiye.</w:t>
      </w:r>
    </w:p>
    <w:p>
      <w:pPr>
        <w:jc w:val="right"/>
      </w:pPr>
      <w:r>
        <w:t>وہ لوگ علاج کر کے اس کو free کر دیتے ہیں اور بہت nominal charge لیتے ہیں اس کا۔ تو میں اس کو وہاں پہنچاتی ہوں۔ آج ہی پہنچا دوں گی، آپ بالکل دھیان رکھیے۔</w:t>
      </w:r>
    </w:p>
    <w:p>
      <w:r>
        <w:rPr>
          <w:b/>
        </w:rPr>
        <w:t xml:space="preserve">[1:14:49] </w:t>
      </w:r>
      <w:r>
        <w:t>achha, is ke baad doosri pehlu suniye. jab woh ghar gayeen thela laane ke liye toh saath saath unhon ne quran bhi le liya. angrezi ka quran.</w:t>
      </w:r>
    </w:p>
    <w:p>
      <w:pPr>
        <w:jc w:val="right"/>
      </w:pPr>
      <w:r>
        <w:t>اچھا، اس کے بعد دوسری پہلو سنئیے۔ جب وہ گھر گئیں تھیلا لانے کے لیے تو ساتھ ساتھ انہوں نے قرآن بھی لے لیا۔ انگریزی کا قرآن۔</w:t>
      </w:r>
    </w:p>
    <w:p>
      <w:r>
        <w:rPr>
          <w:b/>
        </w:rPr>
        <w:t xml:space="preserve">[1:14:59] </w:t>
      </w:r>
      <w:r>
        <w:t>woh lady parhi likhi thi.</w:t>
      </w:r>
    </w:p>
    <w:p>
      <w:pPr>
        <w:jc w:val="right"/>
      </w:pPr>
      <w:r>
        <w:t>وہ lady پڑھی لکھی تھی۔</w:t>
      </w:r>
    </w:p>
    <w:p>
      <w:r>
        <w:rPr>
          <w:b/>
        </w:rPr>
        <w:t xml:space="preserve">[1:15:02] </w:t>
      </w:r>
      <w:r>
        <w:t>toh unhon ne kaha ke main bhi ek NGO se ta'alluq mein raha hoon. hum quran distribute karte hain. toh woh lady bohat khush hui.</w:t>
      </w:r>
    </w:p>
    <w:p>
      <w:pPr>
        <w:jc w:val="right"/>
      </w:pPr>
      <w:r>
        <w:t>تو انہوں نے کہا کہ میں بھی ایک NGO سے تعلق میں رہا ہوں۔ ہم قرآن distribute کرتے ہیں۔ تو وہ lady بہت خوش ہوئی۔</w:t>
      </w:r>
    </w:p>
    <w:p>
      <w:r>
        <w:rPr>
          <w:b/>
        </w:rPr>
        <w:t xml:space="preserve">[1:15:14] </w:t>
      </w:r>
      <w:r>
        <w:t>unhon ne kaha ke main ek international NGO hoon, is ki member main hoon. aur main saare mulkon mein jaati rehti hoon. toh us ne ek aisi ajeeb baat kahi.</w:t>
      </w:r>
    </w:p>
    <w:p>
      <w:pPr>
        <w:jc w:val="right"/>
      </w:pPr>
      <w:r>
        <w:t>انہوں نے کہا کہ میں ایک international NGO ہوں، اس کی ممبر میں ہوں۔ اور میں سارے ملکوں میں جاتی رہتی ہوں۔ تو اس نے ایک ایسی عجیب بات کہی۔</w:t>
      </w:r>
    </w:p>
    <w:p>
      <w:r>
        <w:rPr>
          <w:b/>
        </w:rPr>
        <w:t xml:space="preserve">[1:15:26] </w:t>
      </w:r>
      <w:r>
        <w:t>us ne kaha ke main ek hindu family mein paida hui toh mujhe ghar mein geeta mil gayi. geeta mere paas hai.</w:t>
      </w:r>
    </w:p>
    <w:p>
      <w:pPr>
        <w:jc w:val="right"/>
      </w:pPr>
      <w:r>
        <w:t>اس نے کہا کہ میں ایک ہندو family میں پیدا ہوئی تو مجھے گھر میں گیتا مل گئی۔ گیتا میرے پاس ہے۔</w:t>
      </w:r>
    </w:p>
    <w:p>
      <w:r>
        <w:rPr>
          <w:b/>
        </w:rPr>
        <w:t xml:space="preserve">[1:15:35] </w:t>
      </w:r>
      <w:r>
        <w:t>meri education hui ek christian school mein. wahan mujhe bible diya gaya. toh geeta aur bible mere paas ho gaye. ab main saari duniya ke mukhtalif mulkon mein gayi hoon lekin kisi musalman ne kabhi mujhe quran nahi diya tha.</w:t>
      </w:r>
    </w:p>
    <w:p>
      <w:pPr>
        <w:jc w:val="right"/>
      </w:pPr>
      <w:r>
        <w:t>میری education ہوئی ایک Christian school میں۔ وہاں مجھے Bible دیا گیا۔ تو گیتا اور Bible میرے پاس ہو گئے۔ اب میں ساری دنیا کے مختلف ملکوں میں گئی ہوں لیکن کسی مسلمان نے کبھی مجھے قرآن نہیں دیا تھا۔</w:t>
      </w:r>
    </w:p>
    <w:p>
      <w:r>
        <w:rPr>
          <w:b/>
        </w:rPr>
        <w:t xml:space="preserve">[1:15:50] </w:t>
      </w:r>
      <w:r>
        <w:t>aaj aap ne quran diya mujhe.</w:t>
      </w:r>
    </w:p>
    <w:p>
      <w:pPr>
        <w:jc w:val="right"/>
      </w:pPr>
      <w:r>
        <w:t>آج آپ نے قرآن دیا مجھے۔</w:t>
      </w:r>
    </w:p>
    <w:p>
      <w:r>
        <w:rPr>
          <w:b/>
        </w:rPr>
        <w:t xml:space="preserve">[1:15:54] </w:t>
      </w:r>
      <w:r>
        <w:t>toh bohat khush hui woh. toh main samajhta hoon ke ek demonstration tha ke allah taala ne jibril ko bheja ke jaao mere bando ko batao.</w:t>
      </w:r>
    </w:p>
    <w:p>
      <w:pPr>
        <w:jc w:val="right"/>
      </w:pPr>
      <w:r>
        <w:t>تو بہت خوش ہوئی وہ۔ تو میں سمجھتا ہوں کہ ایک demonstration تھا کہ اللہ تعالی نے جبریل کو بھیجا کہ جاؤ میرے بندوں کو بتاؤ۔</w:t>
      </w:r>
    </w:p>
    <w:p>
      <w:r>
        <w:rPr>
          <w:b/>
        </w:rPr>
        <w:t xml:space="preserve">[1:16:05] </w:t>
      </w:r>
      <w:r>
        <w:t>aur phir bando ka hi karna hai ke jagah ja kar bataen woh. woh jo hai is mein ke lawallamkum min deenikum ke jibril aaye hain tumhare paas tum ko batane ke liye tumhara deen.</w:t>
      </w:r>
    </w:p>
    <w:p>
      <w:pPr>
        <w:jc w:val="right"/>
      </w:pPr>
      <w:r>
        <w:t>اور پھر بندوں کا ہی کرنا ہے کہ جگہ جا کر بتائیں وہ۔ وہ جو ہے اس میں کہ لَوَلَّمَكُمْ مِنْ دِيْنِكُمْ کہ جبریل آئے ہیں تمہارے پاس تم کو بتانے کے لیے تمہارا دین۔</w:t>
      </w:r>
    </w:p>
    <w:p>
      <w:r>
        <w:rPr>
          <w:b/>
        </w:rPr>
        <w:t xml:space="preserve">[1:16:17] </w:t>
      </w:r>
      <w:r>
        <w:t>yahi toh sab ko karna hai ke jagah jagah jayen aap.</w:t>
      </w:r>
    </w:p>
    <w:p>
      <w:pPr>
        <w:jc w:val="right"/>
      </w:pPr>
      <w:r>
        <w:t>یہی تو سب کو کرنا ہے کہ جگہ جگہ جائیں آپ۔</w:t>
      </w:r>
    </w:p>
    <w:p>
      <w:r>
        <w:rPr>
          <w:b/>
        </w:rPr>
        <w:t xml:space="preserve">[1:16:22] </w:t>
      </w:r>
      <w:r>
        <w:t>logon ko allah ka jo bataya hua deen hai us ko pahunchayen. lekin is is is is lady ne yeh kaha toh bohat mujhe ajeeb laga ke kitne mulkon mein woh gayi hoon, kitne musalmanon se is ki mulaqat hui hai.</w:t>
      </w:r>
    </w:p>
    <w:p>
      <w:pPr>
        <w:jc w:val="right"/>
      </w:pPr>
      <w:r>
        <w:t>لوگوں کو اللہ کا جو بتایا ہوا دین ہے اس کو پہنچائیں۔ لیکن اس اس اس اس lady نے یہ کہا تو بہت مجھے عجیب لگا کہ کتنے ملکوں میں وہ گئی ہوں، کتنے مسلمانوں سے اس کی ملاقات ہوئی ہے۔</w:t>
      </w:r>
    </w:p>
    <w:p>
      <w:r>
        <w:rPr>
          <w:b/>
        </w:rPr>
        <w:t xml:space="preserve">[1:16:38] </w:t>
      </w:r>
      <w:r>
        <w:t>kabhi kisi ne us ko quran nahi diya.</w:t>
      </w:r>
    </w:p>
    <w:p>
      <w:pPr>
        <w:jc w:val="right"/>
      </w:pPr>
      <w:r>
        <w:t>کبھی کسی نے اس کو قرآن نہیں دیا۔</w:t>
      </w:r>
    </w:p>
    <w:p>
      <w:r>
        <w:rPr>
          <w:b/>
        </w:rPr>
        <w:t xml:space="preserve">[1:16:45] </w:t>
      </w:r>
      <w:r>
        <w:t>toh humein toh ek jazba is se milta hai ke allah ne jab farishton ko bhej diya ke ja kar mere bando ko deen batao toh mujhe bhi yahi kaam karna hai. ke allah ke bando ko allah ka deen pahunchana hai.</w:t>
      </w:r>
    </w:p>
    <w:p>
      <w:pPr>
        <w:jc w:val="right"/>
      </w:pPr>
      <w:r>
        <w:t>تو ہمیں تو ایک جذبہ اس سے ملتا ہے کہ اللہ نے جب فرشتوں کو بھیج دیا کہ جا کر میرے بندوں کو دین بتاؤ تو مجھے بھی یہی کام کرنا ہے۔ کہ اللہ کے بندوں کو اللہ کا دین پہنچانا ہے۔</w:t>
      </w:r>
    </w:p>
    <w:p>
      <w:r>
        <w:rPr>
          <w:b/>
        </w:rPr>
        <w:t xml:space="preserve">[1:16:57] </w:t>
      </w:r>
      <w:r>
        <w:t>yeh toh bohat bada pehlu is ke andar maujood hai. maulana, agla sawal dilli se hai abdul rehman sahib</w:t>
      </w:r>
    </w:p>
    <w:p>
      <w:pPr>
        <w:jc w:val="right"/>
      </w:pPr>
      <w:r>
        <w:t>یہ تو بہت بڑا پہلو اس کے اندر موجود ہے۔ مولانا، اگلا سوال دلی سے ہے عبدالرحمن صاحب</w:t>
      </w:r>
    </w:p>
    <w:p>
      <w:r>
        <w:rPr>
          <w:b/>
        </w:rPr>
        <w:t xml:space="preserve">[1:17:06] </w:t>
      </w:r>
      <w:r>
        <w:t>ka. unhon ne likha hai maulana sahib you have always been advising that pampering is harmful for both parents and children.</w:t>
      </w:r>
    </w:p>
    <w:p>
      <w:pPr>
        <w:jc w:val="right"/>
      </w:pPr>
      <w:r>
        <w:t>کا۔ انہوں نے لکھا ہے مولانا صاحب you have always been advising that pampering is harmful for both parents and children.</w:t>
      </w:r>
    </w:p>
    <w:p>
      <w:r>
        <w:rPr>
          <w:b/>
        </w:rPr>
        <w:t xml:space="preserve">[1:17:16] </w:t>
      </w:r>
      <w:r>
        <w:t>In their speeches, many Maulana give the impression that Rasool Allah had been pampering his children, particularly grandchildren.</w:t>
      </w:r>
    </w:p>
    <w:p>
      <w:pPr>
        <w:jc w:val="right"/>
      </w:pPr>
      <w:r>
        <w:t>In their speeches, many مولانا give the impression that رسول اللہ had been pampering his children, particularly grandchildren.</w:t>
      </w:r>
    </w:p>
    <w:p>
      <w:r>
        <w:rPr>
          <w:b/>
        </w:rPr>
        <w:t xml:space="preserve">[1:17:26] </w:t>
      </w:r>
      <w:r>
        <w:t>Hazrat Fatima is referred to as ladli beti. Kindly let us know the reality of things. Yeh to jhooti baat hai.</w:t>
      </w:r>
    </w:p>
    <w:p>
      <w:pPr>
        <w:jc w:val="right"/>
      </w:pPr>
      <w:r>
        <w:t>حضرت فاطمہ is referred to as لاڈلی بیٹی۔ Kindly let us know the reality of things. یہ تو جھوٹی بات ہے۔</w:t>
      </w:r>
    </w:p>
    <w:p>
      <w:r>
        <w:rPr>
          <w:b/>
        </w:rPr>
        <w:t xml:space="preserve">[1:17:35] </w:t>
      </w:r>
      <w:r>
        <w:t>Hergiz yeh ladli beti nahi thi. Aap jante hain Rasool Allah ne Hazrat Fatima se shadi ki thi. To kaise ki thi? Ali ko bulaya aur un se shadi kar di.</w:t>
      </w:r>
    </w:p>
    <w:p>
      <w:pPr>
        <w:jc w:val="right"/>
      </w:pPr>
      <w:r>
        <w:t>ہرگز یہ لاڈلی بیٹی نہیں تھی۔ آپ جانتے ہیں رسول اللہ نے حضرت فاطمہ سے شادی کی تھی۔ تو کیسے کی تھی؟ علی کو بلایا اور ان سے شادی کر دی۔</w:t>
      </w:r>
    </w:p>
    <w:p>
      <w:r>
        <w:rPr>
          <w:b/>
        </w:rPr>
        <w:t xml:space="preserve">[1:17:48] </w:t>
      </w:r>
      <w:r>
        <w:t>Nikah padha diya. Jabki Ali ke paas kuch bhi nahi tha. Un ke ghar mein. Sirf ek chakki thi aata peesne ke liye.</w:t>
      </w:r>
    </w:p>
    <w:p>
      <w:pPr>
        <w:jc w:val="right"/>
      </w:pPr>
      <w:r>
        <w:t>نکاح پڑھا دیا۔ جبکہ علی کے پاس کچھ بھی نہیں تھا۔ ان کے گھر میں۔ صرف ایک چکی تھی آٹا پیسنے کے لیے۔</w:t>
      </w:r>
    </w:p>
    <w:p>
      <w:r>
        <w:rPr>
          <w:b/>
        </w:rPr>
        <w:t xml:space="preserve">[1:17:57] </w:t>
      </w:r>
      <w:r>
        <w:t>Aur ek chatai thi. Aur mitti ka ek ghada tha bas.</w:t>
      </w:r>
    </w:p>
    <w:p>
      <w:pPr>
        <w:jc w:val="right"/>
      </w:pPr>
      <w:r>
        <w:t>اور ایک چٹائی تھی۔ اور مٹی کا ایک گھڑا تھا بس۔</w:t>
      </w:r>
    </w:p>
    <w:p>
      <w:r>
        <w:rPr>
          <w:b/>
        </w:rPr>
        <w:t xml:space="preserve">[1:18:02] </w:t>
      </w:r>
      <w:r>
        <w:t>Aaj yeh kaun hai? Yeh log taqdeer jo karte hain ke woh apni beti ko ladle pan ke liye aise ghar mein shadi kar dein. Koi karega?</w:t>
      </w:r>
    </w:p>
    <w:p>
      <w:pPr>
        <w:jc w:val="right"/>
      </w:pPr>
      <w:r>
        <w:t>آج یہ کون ہے؟ یہ لوگ تقدیر جو کرتے ہیں کہ وہ اپنی بیٹی کو لاڈلے پن کے لیے ایسے گھر میں شادی کر دیں۔ کوئی کرے گا؟</w:t>
      </w:r>
    </w:p>
    <w:p>
      <w:r>
        <w:rPr>
          <w:b/>
        </w:rPr>
        <w:t xml:space="preserve">[1:18:14] </w:t>
      </w:r>
      <w:r>
        <w:t>Apni mohabbat ke izhaar ke liye aisa karega woh ke apni beti ko ek aise shakhs se shadi kar de jis ke paas ghar bhi rehne ke liye nahi.</w:t>
      </w:r>
    </w:p>
    <w:p>
      <w:pPr>
        <w:jc w:val="right"/>
      </w:pPr>
      <w:r>
        <w:t>اپنی محبت کے اظہار کے لیے ایسا کرے گا وہ کہ اپنی بیٹی کو ایک ایسے شخص سے شادی کر دے جس کے پاس گھر بھی رہنے کے لیے نہیں۔</w:t>
      </w:r>
    </w:p>
    <w:p>
      <w:r>
        <w:rPr>
          <w:b/>
        </w:rPr>
        <w:t xml:space="preserve">[1:18:23] </w:t>
      </w:r>
      <w:r>
        <w:t>Aur is ke baad Hazrat Fatima jo thi woh wahi chakki peesti thi. Un ke haath mein chhala pad gaya tha.</w:t>
      </w:r>
    </w:p>
    <w:p>
      <w:pPr>
        <w:jc w:val="right"/>
      </w:pPr>
      <w:r>
        <w:t>اور اس کے بعد حضرت فاطمہ جو تھیں وہ وہی چکی پیستی تھیں۔ ان کے ہاتھ میں چھالا پڑ گیا تھا۔</w:t>
      </w:r>
    </w:p>
    <w:p>
      <w:r>
        <w:rPr>
          <w:b/>
        </w:rPr>
        <w:t xml:space="preserve">[1:18:33] </w:t>
      </w:r>
      <w:r>
        <w:t>To woh aayin Rasool Allah ke paas ke mujhe mehnat mushaqqat karni padti hai to mujhe ek khadim de dijiye.</w:t>
      </w:r>
    </w:p>
    <w:p>
      <w:pPr>
        <w:jc w:val="right"/>
      </w:pPr>
      <w:r>
        <w:t>تو وہ آئیں رسول اللہ کے پاس کہ مجھے محنت مشقت کرنی پڑتی ہے تو مجھے ایک خادم دے دیجیے۔</w:t>
      </w:r>
    </w:p>
    <w:p>
      <w:r>
        <w:rPr>
          <w:b/>
        </w:rPr>
        <w:t xml:space="preserve">[1:18:44] </w:t>
      </w:r>
      <w:r>
        <w:t>Khadim. To jante hain Rasool Allah ne kya jawab diya? Unhone kaha kya main tum ko khadim se behtar bataun ek cheez?</w:t>
      </w:r>
    </w:p>
    <w:p>
      <w:pPr>
        <w:jc w:val="right"/>
      </w:pPr>
      <w:r>
        <w:t>خادم۔ تو جانتے ہیں رسول اللہ نے کیا جواب دیا؟ انہوں نے کہا کیا میں تم کو خادم سے بہتر بتاؤں ایک چیز؟</w:t>
      </w:r>
    </w:p>
    <w:p>
      <w:r>
        <w:rPr>
          <w:b/>
        </w:rPr>
        <w:t xml:space="preserve">[1:18:55] </w:t>
      </w:r>
      <w:r>
        <w:t>To Hazrat Fatima ne kaha ke haan.</w:t>
      </w:r>
    </w:p>
    <w:p>
      <w:pPr>
        <w:jc w:val="right"/>
      </w:pPr>
      <w:r>
        <w:t>تو حضرت فاطمہ نے کہا کہ ہاں۔</w:t>
      </w:r>
    </w:p>
    <w:p>
      <w:r>
        <w:rPr>
          <w:b/>
        </w:rPr>
        <w:t xml:space="preserve">[1:18:59] </w:t>
      </w:r>
      <w:r>
        <w:t>To Rasool Allah ne un ko wahi cheez de di ke jis ko aaj kal tasbeeh Fatima kaha jata hai.</w:t>
      </w:r>
    </w:p>
    <w:p>
      <w:pPr>
        <w:jc w:val="right"/>
      </w:pPr>
      <w:r>
        <w:t>تو رسول اللہ نے ان کو وہی چیز دے دی کہ جس کو آج کل تسبیح فاطمہ کہا جاتا ہے۔</w:t>
      </w:r>
    </w:p>
    <w:p>
      <w:r>
        <w:rPr>
          <w:b/>
        </w:rPr>
        <w:t xml:space="preserve">[1:19:07] </w:t>
      </w:r>
      <w:r>
        <w:t>Subhan Allah, Alhamdulillah, Allah, Allah, Allah, Allah Akbar. Kya aaj kal koi koi aadmi aisa karega apni beti ki mohabbat ke sath?</w:t>
      </w:r>
    </w:p>
    <w:p>
      <w:pPr>
        <w:jc w:val="right"/>
      </w:pPr>
      <w:r>
        <w:t>سبحان اللہ، الحمدللہ، اللہ، اللہ، اللہ، اللہ اکبر۔ کیا آج کل کوئی کوئی آدمی ایسا کرے گا اپنی بیٹی کی محبت کے ساتھ؟</w:t>
      </w:r>
    </w:p>
    <w:p>
      <w:r>
        <w:rPr>
          <w:b/>
        </w:rPr>
        <w:t xml:space="preserve">[1:19:16] </w:t>
      </w:r>
      <w:r>
        <w:t>Koi karega apni ladli beti ke sath? Koi apni ladli beti ke sath yeh karega ke woh mange us se khadim aur us ko de de ke ja ja ke yeh tasbeeh parho?</w:t>
      </w:r>
    </w:p>
    <w:p>
      <w:pPr>
        <w:jc w:val="right"/>
      </w:pPr>
      <w:r>
        <w:t>کوئی کرے گا اپنی لاڈلی بیٹی کے ساتھ؟ کوئی اپنی لاڈلی بیٹی کے ساتھ یہ کرے گا کہ وہ مانگے اس سے خادم اور اس کو دے دے کہ جا جا کے یہ تسبیح پڑھو؟</w:t>
      </w:r>
    </w:p>
    <w:p>
      <w:r>
        <w:rPr>
          <w:b/>
        </w:rPr>
        <w:t xml:space="preserve">[1:19:27] </w:t>
      </w:r>
      <w:r>
        <w:t>Yeh sab jhooti taqdeerein hain aur bilashubah yeh log Allah taala pakad jayenge kyunke floging hui. Flogging. To apne jhoote culture ke liye Quran Hadees se justify karte the.</w:t>
      </w:r>
    </w:p>
    <w:p>
      <w:pPr>
        <w:jc w:val="right"/>
      </w:pPr>
      <w:r>
        <w:t>یہ سب جھوٹی تقدیریں ہیں اور بلاشبہ یہ لوگ اللہ تعالی پکڑ جائیں گے کیونکہ فلاگنگ ہوئی۔ فلاگنگ۔ تو اپنے جھوٹے کلچر کے لیے قرآن حدیث سے justify کرتے تھے۔</w:t>
      </w:r>
    </w:p>
    <w:p>
      <w:r>
        <w:rPr>
          <w:b/>
        </w:rPr>
        <w:t xml:space="preserve">[1:19:40] </w:t>
      </w:r>
      <w:r>
        <w:t>Aisa log sab logon ki floging hogi. To woh mujhe koi shaq nahi. Maulana, agla sawal Kashmir se aya hai Aamir Mori</w:t>
      </w:r>
    </w:p>
    <w:p>
      <w:pPr>
        <w:jc w:val="right"/>
      </w:pPr>
      <w:r>
        <w:t>ایسا لوگ سب لوگوں کی فلاگنگ ہوگی۔ تو وہ مجھے کوئی شک نہیں۔ مولانا، اگلا سوال کشمیر سے آیا ہے عامر موری</w:t>
      </w:r>
    </w:p>
    <w:p>
      <w:r>
        <w:rPr>
          <w:b/>
        </w:rPr>
        <w:t xml:space="preserve">[1:19:50] </w:t>
      </w:r>
      <w:r>
        <w:t>Sahab ka. Unhone likha hai Maulana sahib we are living in a very competitive world where we have to devote most of our time for job aur business.</w:t>
      </w:r>
    </w:p>
    <w:p>
      <w:pPr>
        <w:jc w:val="right"/>
      </w:pPr>
      <w:r>
        <w:t>صاحب کا۔ انہوں نے لکھا ہے مولانا صاحب we are living in a very competitive world where we have to devote most of our time for job اور business.</w:t>
      </w:r>
    </w:p>
    <w:p>
      <w:r>
        <w:rPr>
          <w:b/>
        </w:rPr>
        <w:t xml:space="preserve">[1:20:01] </w:t>
      </w:r>
      <w:r>
        <w:t>My question is how to balance the life of this world and hereafter in such a competitive world. Please advise us. Dekhein competitive world ek beautiful lafz hai.</w:t>
      </w:r>
    </w:p>
    <w:p>
      <w:pPr>
        <w:jc w:val="right"/>
      </w:pPr>
      <w:r>
        <w:t>My question is how to balance the life of this world and hereafter in such a competitive world. Please advise us. دیکھیں competitive world ایک beautiful لفظ ہے۔</w:t>
      </w:r>
    </w:p>
    <w:p>
      <w:r>
        <w:rPr>
          <w:b/>
        </w:rPr>
        <w:t xml:space="preserve">[1:20:12] </w:t>
      </w:r>
      <w:r>
        <w:t>Is ka koi matlab nahi hai. Asal cheez yeh hai ke har aadmi more and more mein jeeta hai.</w:t>
      </w:r>
    </w:p>
    <w:p>
      <w:pPr>
        <w:jc w:val="right"/>
      </w:pPr>
      <w:r>
        <w:t>اس کا کوئی مطلب نہیں ہے۔ اصل چیز یہ ہے کہ ہر آدمی more and more میں جیتا ہے۔</w:t>
      </w:r>
    </w:p>
    <w:p>
      <w:r>
        <w:rPr>
          <w:b/>
        </w:rPr>
        <w:t xml:space="preserve">[1:20:20] </w:t>
      </w:r>
      <w:r>
        <w:t>Bas aur kuch nahi. Jisko dekho bas more and more, more and more. Jo Quran mein hai ke Allah ka woh takathur hatta zurtuhul maqabir tum more and more ke is mein jeete nahi rehte ke barkat qabr mein chali gayi.</w:t>
      </w:r>
    </w:p>
    <w:p>
      <w:pPr>
        <w:jc w:val="right"/>
      </w:pPr>
      <w:r>
        <w:t>بس اور کچھ نہیں۔ جس کو دیکھیں بس more and more، more and more۔ جو قرآن میں ہے کہ اللہ کا وہ تکاثر حَتَّىٰ ذُرُةُهُ الْمَقَاوِرُ تم more and more کے اس میں جیتے نہیں رہتے کہ برکت قبر میں چلی گئی۔</w:t>
      </w:r>
    </w:p>
    <w:p>
      <w:r>
        <w:rPr>
          <w:b/>
        </w:rPr>
        <w:t xml:space="preserve">[1:20:38] </w:t>
      </w:r>
      <w:r>
        <w:t>Yeh sara mamla is liye hai ke log jo hain hiras mein jeete hain aur zyada kamai mein jeete hain. Koi qanaat ko janta hi nahi.</w:t>
      </w:r>
    </w:p>
    <w:p>
      <w:pPr>
        <w:jc w:val="right"/>
      </w:pPr>
      <w:r>
        <w:t>یہ سارا معاملہ اس لیے ہے کہ لوگ جو ہیں حرص میں جیتے ہیں اور زیادہ کمائی میں جیتے ہیں۔ کوئی قناعت کو جانتا ہی نہیں۔</w:t>
      </w:r>
    </w:p>
    <w:p>
      <w:r>
        <w:rPr>
          <w:b/>
        </w:rPr>
        <w:t xml:space="preserve">[1:20:48] </w:t>
      </w:r>
      <w:r>
        <w:t>Koi competitive world</w:t>
      </w:r>
    </w:p>
    <w:p>
      <w:pPr>
        <w:jc w:val="right"/>
      </w:pPr>
      <w:r>
        <w:t>کوئی competitive world</w:t>
      </w:r>
    </w:p>
    <w:p>
      <w:r>
        <w:rPr>
          <w:b/>
        </w:rPr>
        <w:t xml:space="preserve">[1:20:49] </w:t>
      </w:r>
      <w:r>
        <w:t>nahi hai. Hiras ki duniya hai. Hiras ki. Aap apne yani apni zindagi mein qanaat ko ikhtiyar kijiye.</w:t>
      </w:r>
    </w:p>
    <w:p>
      <w:pPr>
        <w:jc w:val="right"/>
      </w:pPr>
      <w:r>
        <w:t>نہیں ہے۔ حرص کی دنیا ہے۔ حرص کی۔ آپ اپنے یعنی اپنی زندگی میں قناعت کو اختیار کیجیے۔</w:t>
      </w:r>
    </w:p>
    <w:p>
      <w:r>
        <w:rPr>
          <w:b/>
        </w:rPr>
        <w:t xml:space="preserve">[1:20:58] </w:t>
      </w:r>
      <w:r>
        <w:t>Sadgi ko ikhtiyar kijiye. Apni family ke liye sadgi ka tareeqa ikhtiyar kijiye. To koi masla hi nahi hai. Aaj bhi sadgi zindagi ke liye koi masla nahi hai.</w:t>
      </w:r>
    </w:p>
    <w:p>
      <w:pPr>
        <w:jc w:val="right"/>
      </w:pPr>
      <w:r>
        <w:t>سادگی کو اختیار کیجیے۔ اپنی family کے لیے سادگی کا طریقہ اختیار کیجیے۔ تو کوئی مسئلہ ہی نہیں ہے۔ آج بھی سادہ زندگی کے لیے کوئی مسئلہ نہیں ہے۔</w:t>
      </w:r>
    </w:p>
    <w:p>
      <w:r>
        <w:rPr>
          <w:b/>
        </w:rPr>
        <w:t xml:space="preserve">[1:21:09] </w:t>
      </w:r>
      <w:r>
        <w:t>Masla un logon ke liye hai jo luxury aur comfort chahte hon.</w:t>
      </w:r>
    </w:p>
    <w:p>
      <w:pPr>
        <w:jc w:val="right"/>
      </w:pPr>
      <w:r>
        <w:t>مسئلہ ان لوگوں کے لیے ہے جو luxury اور comfort چاہتے ہوں۔</w:t>
      </w:r>
    </w:p>
    <w:p>
      <w:r>
        <w:rPr>
          <w:b/>
        </w:rPr>
        <w:t xml:space="preserve">[1:21:17] </w:t>
      </w:r>
      <w:r>
        <w:t>mein mislan saada zindagi guzarta hoon. mere koi maslay hi nahin. kuch bhi nahin. Allah ke fazl se mujhe bilkul koi tension nahin rehta. to yeh to khoobsurat alfaaz logon ne garh rakhe hain.</w:t>
      </w:r>
    </w:p>
    <w:p>
      <w:pPr>
        <w:jc w:val="right"/>
      </w:pPr>
      <w:r>
        <w:t>میں مثلاً سادہ زندگی گزارتا ہوں۔ میرے کوئی مسئلے ہی نہیں۔ کچھ بھی نہیں۔ اللہ کے فضل سے مجھے بالکل کوئی tension نہیں رہتا۔ تو یہ تو خوبصورت الفاظ لوگوں نے گڑھ رکھے ہیں۔</w:t>
      </w:r>
    </w:p>
    <w:p>
      <w:r>
        <w:rPr>
          <w:b/>
        </w:rPr>
        <w:t xml:space="preserve">[1:21:31] </w:t>
      </w:r>
      <w:r>
        <w:t>competition kis baat mein ho raha hai? aur ziyada kamai ke liye. yani competition jo ho raha hai kis baat ke liye ho raha hai? aur ziyada kamai, aur ziyada kamai. aap kam kamaiye aur qanaat ke sath rahiye.</w:t>
      </w:r>
    </w:p>
    <w:p>
      <w:pPr>
        <w:jc w:val="right"/>
      </w:pPr>
      <w:r>
        <w:t>competition کس بات میں ہو رہا ہے؟ اور زیادہ کمائی کے لیے۔ یعنی competition جو ہو رہا ہے کس بات کے لیے ہو رہا ہے؟ اور زیادہ کمائی، اور زیادہ کمائی۔ آپ کم کمائیے اور قناعت کے ساتھ رہیے۔</w:t>
      </w:r>
    </w:p>
    <w:p>
      <w:r>
        <w:rPr>
          <w:b/>
        </w:rPr>
        <w:t xml:space="preserve">[1:21:44] </w:t>
      </w:r>
      <w:r>
        <w:t>saadgi ke sath rahiye.</w:t>
      </w:r>
    </w:p>
    <w:p>
      <w:pPr>
        <w:jc w:val="right"/>
      </w:pPr>
      <w:r>
        <w:t>سادگی کے ساتھ رہیے۔</w:t>
      </w:r>
    </w:p>
    <w:p>
      <w:r>
        <w:rPr>
          <w:b/>
        </w:rPr>
        <w:t xml:space="preserve">[1:21:46] </w:t>
      </w:r>
      <w:r>
        <w:t>to koi masla hi nahin hai. kuch bhi masla nahin hai. sab chhote maslay hain jo hamare yani artificial life yani ghalat life style ki wajah se paida hui hain.</w:t>
      </w:r>
    </w:p>
    <w:p>
      <w:pPr>
        <w:jc w:val="right"/>
      </w:pPr>
      <w:r>
        <w:t>تو کوئی مسئلہ ہی نہیں ہے۔ کچھ بھی مسئلہ نہیں ہے۔ سب چھوٹے مسئلے ہیں جو ہمارے یعنی artificial life یعنی غلط life style کی وجہ سے پیدا ہوئی ہیں۔</w:t>
      </w:r>
    </w:p>
    <w:p>
      <w:r>
        <w:rPr>
          <w:b/>
        </w:rPr>
        <w:t xml:space="preserve">[1:21:58] </w:t>
      </w:r>
      <w:r>
        <w:t>Maulana, agla sawal Gurgaon se kya hai Muhammad Bahao-ud-din Khan ne. unhon ne aap se poocha hai does Islam aur Quran helps us to understand science?</w:t>
      </w:r>
    </w:p>
    <w:p>
      <w:pPr>
        <w:jc w:val="right"/>
      </w:pPr>
      <w:r>
        <w:t>مولانا، اگلا سوال گڑگاؤں سے کیا ہے محمد بہاؤ الدین خان نے۔ انہوں نے آپ سے پوچھا ہے does Islam اور قرآن helps us to understand science?</w:t>
      </w:r>
    </w:p>
    <w:p>
      <w:r>
        <w:rPr>
          <w:b/>
        </w:rPr>
        <w:t xml:space="preserve">[1:22:10] </w:t>
      </w:r>
      <w:r>
        <w:t>If yes, how? dekhiye Quran book of science nahin hai.</w:t>
      </w:r>
    </w:p>
    <w:p>
      <w:pPr>
        <w:jc w:val="right"/>
      </w:pPr>
      <w:r>
        <w:t>If yes, how? دیکھیں قرآن book of science نہیں ہے۔</w:t>
      </w:r>
    </w:p>
    <w:p>
      <w:r>
        <w:rPr>
          <w:b/>
        </w:rPr>
        <w:t xml:space="preserve">[1:22:16] </w:t>
      </w:r>
      <w:r>
        <w:t>koi Quran ke Quran jo hai koi science ki text book nahin hai. jo log aisa samajhte hain woh bohat ziyada ghalat baat bolte hain.</w:t>
      </w:r>
    </w:p>
    <w:p>
      <w:pPr>
        <w:jc w:val="right"/>
      </w:pPr>
      <w:r>
        <w:t>کوئی قرآن کے قرآن جو ہے کوئی science کی text book نہیں ہے۔ جو لوگ ایسا سمجھتے ہیں وہ بہت زیادہ غلط بات بولتے ہیں۔</w:t>
      </w:r>
    </w:p>
    <w:p>
      <w:r>
        <w:rPr>
          <w:b/>
        </w:rPr>
        <w:t xml:space="preserve">[1:22:28] </w:t>
      </w:r>
      <w:r>
        <w:t>masla sirf itna hai ke Quran aise cheezon ko refer karta hai jo science ka bhi yani subject of study hai.</w:t>
      </w:r>
    </w:p>
    <w:p>
      <w:pPr>
        <w:jc w:val="right"/>
      </w:pPr>
      <w:r>
        <w:t>مسئلہ صرف اتنا ہے کہ قرآن ایسے چیزوں کو refer کرتا ہے جو science کا بھی یعنی subject of study ہے۔</w:t>
      </w:r>
    </w:p>
    <w:p>
      <w:r>
        <w:rPr>
          <w:b/>
        </w:rPr>
        <w:t xml:space="preserve">[1:22:40] </w:t>
      </w:r>
      <w:r>
        <w:t>yeh suraj ke ko refer karta hai, chand ko refer karta hai, zameen ko, pani ko. in sab cheezon ko, nature ko.</w:t>
      </w:r>
    </w:p>
    <w:p>
      <w:pPr>
        <w:jc w:val="right"/>
      </w:pPr>
      <w:r>
        <w:t>یہ سورج کے کو refer کرتا ہے، چاند کو refer کرتا ہے، زمین کو، پانی کو۔ ان سب چیزوں کو، nature کو۔</w:t>
      </w:r>
    </w:p>
    <w:p>
      <w:r>
        <w:rPr>
          <w:b/>
        </w:rPr>
        <w:t xml:space="preserve">[1:22:49] </w:t>
      </w:r>
      <w:r>
        <w:t>to bar bar nature ko refer karta hai Quran as a sign. to woh science mein bhi is ka study ki aati hai.</w:t>
      </w:r>
    </w:p>
    <w:p>
      <w:pPr>
        <w:jc w:val="right"/>
      </w:pPr>
      <w:r>
        <w:t>تو بار بار nature کو refer کرتا ہے قرآن as a sign۔ تو وہ science میں بھی اس کا study کی آتی ہے۔</w:t>
      </w:r>
    </w:p>
    <w:p>
      <w:r>
        <w:rPr>
          <w:b/>
        </w:rPr>
        <w:t xml:space="preserve">[1:22:58] </w:t>
      </w:r>
      <w:r>
        <w:t>to science ka taluq bas itna hi hai, is se ziyada nahin hai. warna Quran koi science ki text book nahin hai.</w:t>
      </w:r>
    </w:p>
    <w:p>
      <w:pPr>
        <w:jc w:val="right"/>
      </w:pPr>
      <w:r>
        <w:t>تو science کا تعلق بس اتنا ہی ہے، اس سے زیادہ نہیں ہے۔ ورنہ قرآن کوئی science کی text book نہیں ہے۔</w:t>
      </w:r>
    </w:p>
    <w:p>
      <w:r>
        <w:rPr>
          <w:b/>
        </w:rPr>
        <w:t xml:space="preserve">[1:23:09] </w:t>
      </w:r>
      <w:r>
        <w:t>aisa nahin hai ke Quran parhein to aap science ke expert ban jayenge. aisa kuch bhi nahin hai. albata yeh ke saansani maloomat aap ke paas hon to aap Quran ki un ayaton ko ziyada behtar tor par samajh sakenge.</w:t>
      </w:r>
    </w:p>
    <w:p>
      <w:pPr>
        <w:jc w:val="right"/>
      </w:pPr>
      <w:r>
        <w:t>ایسا نہیں ہے کہ قرآن پڑھیں تو آپ science کے expert بن جائیں گے۔ ایسا کچھ بھی نہیں ہے۔ البتہ یہ کہ سائنسی معلومات آپ کے پاس ہوں تو آپ قرآن کی ان آیتوں کو زیادہ بہتر طور پر سمجھ سکیں گے۔</w:t>
      </w:r>
    </w:p>
    <w:p>
      <w:r>
        <w:rPr>
          <w:b/>
        </w:rPr>
        <w:t xml:space="preserve">[1:23:22] </w:t>
      </w:r>
      <w:r>
        <w:t>bas. Maulana, agla sawal Mumbai se hai Mahbub Sahab ka. unhon ne likha hai can you elaborate more on Al-ihsan.</w:t>
      </w:r>
    </w:p>
    <w:p>
      <w:pPr>
        <w:jc w:val="right"/>
      </w:pPr>
      <w:r>
        <w:t>بس۔ مولانا، اگلا سوال ممبئی سے ہے محبوب صاحب کا۔ انہوں نے لکھا ہے can you elaborate more on الاحسان۔</w:t>
      </w:r>
    </w:p>
    <w:p>
      <w:r>
        <w:rPr>
          <w:b/>
        </w:rPr>
        <w:t xml:space="preserve">[1:23:38] </w:t>
      </w:r>
      <w:r>
        <w:t>ihsan jo hai amal hi ka aala darja hai. agla agla darja hai. amal mani ke hote hain karna. ihsan ka matlab hai ziyada behtar tor par karna.</w:t>
      </w:r>
    </w:p>
    <w:p>
      <w:pPr>
        <w:jc w:val="right"/>
      </w:pPr>
      <w:r>
        <w:t>احسان جو ہے عمل ہی کا اعلیٰ درجہ ہے۔ اگلا اگلا درجہ ہے۔ عمل معنی کے ہوتے ہیں کرنا۔ احسان کا مطلب ہے زیادہ بہتر طور پر کرنا۔</w:t>
      </w:r>
    </w:p>
    <w:p>
      <w:r>
        <w:rPr>
          <w:b/>
        </w:rPr>
        <w:t xml:space="preserve">[1:23:51] </w:t>
      </w:r>
      <w:r>
        <w:t>bas yahi matlab hai. to kisi bhi cheez ko ziyada achhe tareeqe se aap karein to woh ihsan ho jayega. aur sirf karein to woh amal hoga.</w:t>
      </w:r>
    </w:p>
    <w:p>
      <w:pPr>
        <w:jc w:val="right"/>
      </w:pPr>
      <w:r>
        <w:t>بس یہی مطلب ہے۔ تو کسی بھی چیز کو زیادہ اچھے طریقے سے آپ کریں تو وہ احسان ہو جائے گا۔ اور صرف کریں تو وہ عمل ہو گا۔</w:t>
      </w:r>
    </w:p>
    <w:p>
      <w:r>
        <w:rPr>
          <w:b/>
        </w:rPr>
        <w:t xml:space="preserve">[1:24:03] </w:t>
      </w:r>
      <w:r>
        <w:t>to yeh momin ki aik sifat hai ke chunke is ka concern sachai hota hai, is ka concern Allah ki qurbat hota hai, to aur ziyada behtar karne ki koshish karta hai.</w:t>
      </w:r>
    </w:p>
    <w:p>
      <w:pPr>
        <w:jc w:val="right"/>
      </w:pPr>
      <w:r>
        <w:t>تو یہ مومن کی ایک صفت ہے کہ چونکہ اس کا concern سچائی ہوتا ہے، اس کا concern اللہ کی قربت ہوتا ہے، تو اور زیادہ بہتر کرنے کی کوشش کرتا ہے۔</w:t>
      </w:r>
    </w:p>
    <w:p>
      <w:r>
        <w:rPr>
          <w:b/>
        </w:rPr>
        <w:t xml:space="preserve">[1:24:15] </w:t>
      </w:r>
      <w:r>
        <w:t>aur ziyada behtar karne ki koshish karta hai. to mominana spirit jo hai woh aap ko Muslim bana deti hai. yani aur ziyada achha karne ka jazba paida hota hai aap ke andar.</w:t>
      </w:r>
    </w:p>
    <w:p>
      <w:pPr>
        <w:jc w:val="right"/>
      </w:pPr>
      <w:r>
        <w:t>اور زیادہ بہتر کرنے کی کوشش کرتا ہے۔ تو مومنانہ spirit جو ہے وہ آپ کو مسلم بنا دیتی ہے۔ یعنی اور زیادہ اچھا کرنے کا جذبہ پیدا ہوتا ہے آپ کے اندر۔</w:t>
      </w:r>
    </w:p>
    <w:p>
      <w:r>
        <w:rPr>
          <w:b/>
        </w:rPr>
        <w:t xml:space="preserve">[1:24:28] </w:t>
      </w:r>
      <w:r>
        <w:t>bas itni hi hai. is mein koi mysterious baat nahin hai.</w:t>
      </w:r>
    </w:p>
    <w:p>
      <w:pPr>
        <w:jc w:val="right"/>
      </w:pPr>
      <w:r>
        <w:t>بس اتنی ہی ہے۔ اس میں کوئی mysterious بات نہیں ہے۔</w:t>
      </w:r>
    </w:p>
    <w:p>
      <w:r>
        <w:rPr>
          <w:b/>
        </w:rPr>
        <w:t xml:space="preserve">[1:24:33] </w:t>
      </w:r>
      <w:r>
        <w:t>Maulana, agla sawal Delhi se hai Dr. Fareeda Khanam ka. unhon ne likha hai God is all powerful and a source of great conviction, but we need to reach the last level of helplessness to receive His help.</w:t>
      </w:r>
    </w:p>
    <w:p>
      <w:pPr>
        <w:jc w:val="right"/>
      </w:pPr>
      <w:r>
        <w:t>مولانا، اگلا سوال دلی سے ہے ڈاکٹر فریدہ خانم کا۔ انہوں نے لکھا ہے God is all powerful and a source of great conviction, but we need to reach the last level of helplessness to receive His help.</w:t>
      </w:r>
    </w:p>
    <w:p>
      <w:r>
        <w:rPr>
          <w:b/>
        </w:rPr>
        <w:t xml:space="preserve">[1:24:51] </w:t>
      </w:r>
      <w:r>
        <w:t>How can we achieve such helplessness? dekhiye as a fact insan helpless hi hai.</w:t>
      </w:r>
    </w:p>
    <w:p>
      <w:pPr>
        <w:jc w:val="right"/>
      </w:pPr>
      <w:r>
        <w:t>How can we achieve such helplessness? دیکھیں as a fact انسان helpless ہی ہے۔</w:t>
      </w:r>
    </w:p>
    <w:p>
      <w:r>
        <w:rPr>
          <w:b/>
        </w:rPr>
        <w:t xml:space="preserve">[1:25:02] </w:t>
      </w:r>
      <w:r>
        <w:t>mein to har waqt apne helplessness ko daryaft karta hoon. har waqt. mislan agar farz kijiye ke mein aik glass uthaoon. is par aap jante hain aik cover hai.</w:t>
      </w:r>
    </w:p>
    <w:p>
      <w:pPr>
        <w:jc w:val="right"/>
      </w:pPr>
      <w:r>
        <w:t>میں تو ہر وقت اپنے helplessness کو دریافت کرتا ہوں۔ ہر وقت۔ مثلاً اگر فرض کیجیے کہ میں ایک گلاس اٹھاؤں۔ اس پر آپ جانتے ہیں ایک cover ہے۔</w:t>
      </w:r>
    </w:p>
    <w:p>
      <w:r>
        <w:rPr>
          <w:b/>
        </w:rPr>
        <w:t xml:space="preserve">[1:25:13] </w:t>
      </w:r>
      <w:r>
        <w:t>cover uthaoon to yeh slip kar ke gir jayega kabhi. aisa hota hai. chamcha gir jayega. yani rozana aise waqiat hote hain jis mein aap apni helplessness ko daryaft karein.</w:t>
      </w:r>
    </w:p>
    <w:p>
      <w:pPr>
        <w:jc w:val="right"/>
      </w:pPr>
      <w:r>
        <w:t>Cover اٹھاؤں تو یہ slip کر کے گر جائے گا کبھی۔ ایسا ہوتا ہے۔ چمچہ گر جائے گا۔ یعنی روزانہ ایسے واقعات ہوتے ہیں جس میں آپ اپنی helplessness کو دریافت کریں۔</w:t>
      </w:r>
    </w:p>
    <w:p>
      <w:r>
        <w:rPr>
          <w:b/>
        </w:rPr>
        <w:t xml:space="preserve">[1:25:25] </w:t>
      </w:r>
      <w:r>
        <w:t>helplessness ko. to yeh to aik waqia hai.</w:t>
      </w:r>
    </w:p>
    <w:p>
      <w:pPr>
        <w:jc w:val="right"/>
      </w:pPr>
      <w:r>
        <w:t>Helplessness کو۔ تو یہ تو ایک واقعہ ہے۔</w:t>
      </w:r>
    </w:p>
    <w:p>
      <w:r>
        <w:rPr>
          <w:b/>
        </w:rPr>
        <w:t xml:space="preserve">[1:25:30] </w:t>
      </w:r>
      <w:r>
        <w:t>mein to roz sochta hoon ke maine khana khaya. agar digestive system mera kaam na kare to khana bekar hai.</w:t>
      </w:r>
    </w:p>
    <w:p>
      <w:pPr>
        <w:jc w:val="right"/>
      </w:pPr>
      <w:r>
        <w:t>میں تو روز سوچتا ہوں کہ میں نے کھانا کھایا۔ اگر digestive system میرا کام نہ کرے تو کھانا بیکار ہے۔</w:t>
      </w:r>
    </w:p>
    <w:p>
      <w:r>
        <w:rPr>
          <w:b/>
        </w:rPr>
        <w:t xml:space="preserve">[1:25:41] </w:t>
      </w:r>
      <w:r>
        <w:t>agar suraj na ho to meri aankh bekar hai. mein suraj ke baghair aankh se dekh nahin sakta hoon mein. agar oxygen ke supply ka nizam Khuda ki taraf se na ho to mein kya karunga?</w:t>
      </w:r>
    </w:p>
    <w:p>
      <w:pPr>
        <w:jc w:val="right"/>
      </w:pPr>
      <w:r>
        <w:t>اگر سورج نہ ہو تو میری آنکھ بیکار ہے۔ میں سورج کے بغیر آنکھ سے دیکھ نہیں سکتا ہوں میں۔ اگر آکسیجن کے supply کا نظام خدا کی طرف سے نہ ہو تو میں کیا کروں گا؟</w:t>
      </w:r>
    </w:p>
    <w:p>
      <w:r>
        <w:rPr>
          <w:b/>
        </w:rPr>
        <w:t xml:space="preserve">[1:25:51] </w:t>
      </w:r>
      <w:r>
        <w:t>mar jaunga mein. kyunke mein saans lunga aur oxygen nahi milega mujhe.</w:t>
      </w:r>
    </w:p>
    <w:p>
      <w:pPr>
        <w:jc w:val="right"/>
      </w:pPr>
      <w:r>
        <w:t>مر جاؤں گا میں۔ کیونکہ میں سانس لوں گا اور آکسیجن نہیں ملے گا مجھے۔</w:t>
      </w:r>
    </w:p>
    <w:p>
      <w:r>
        <w:rPr>
          <w:b/>
        </w:rPr>
        <w:t xml:space="preserve">[1:25:57] </w:t>
      </w:r>
      <w:r>
        <w:t>to koi bhi cheez aisi nahi hai jismein aap ko helplessness ka tajurba na ho. mein bolta hoon, yeh bhi sochta hoon ke abhi mein speechless ho sakta hoon.</w:t>
      </w:r>
    </w:p>
    <w:p>
      <w:pPr>
        <w:jc w:val="right"/>
      </w:pPr>
      <w:r>
        <w:t>تو کوئی بھی چیز ایسی نہیں ہے جس میں آپ کو helplessness کا تجربہ نہ ہو۔ میں بولتا ہوں، یہ بھی سوچتا ہوں کہ ابھی میں speechless ہو سکتا ہوں۔</w:t>
      </w:r>
    </w:p>
    <w:p>
      <w:r>
        <w:rPr>
          <w:b/>
        </w:rPr>
        <w:t xml:space="preserve">[1:26:07] </w:t>
      </w:r>
      <w:r>
        <w:t>yaani zabaan se dimagh ka rishta kat jaye to mein helpless hoon. to yeh ismein yaani awakening ki baat hai.</w:t>
      </w:r>
    </w:p>
    <w:p>
      <w:pPr>
        <w:jc w:val="right"/>
      </w:pPr>
      <w:r>
        <w:t>یعنی زبان سے دماغ کا رشتہ کٹ جائے تو میں helpless ہوں۔ تو یہ اس میں یعنی awakening کی بات ہے۔</w:t>
      </w:r>
    </w:p>
    <w:p>
      <w:r>
        <w:rPr>
          <w:b/>
        </w:rPr>
        <w:t xml:space="preserve">[1:26:18] </w:t>
      </w:r>
      <w:r>
        <w:t>yaani awakened mind jo hai, agar ho kisi ke andar awakened mind to har lamha woh apne helplessness ko daryaft karega.</w:t>
      </w:r>
    </w:p>
    <w:p>
      <w:pPr>
        <w:jc w:val="right"/>
      </w:pPr>
      <w:r>
        <w:t>یعنی awakened mind جو ہے، اگر ہو کسی کے اندر awakened mind تو ہر لمحہ وہ اپنے helplessness کو دریافت کرے گا۔</w:t>
      </w:r>
    </w:p>
    <w:p>
      <w:r>
        <w:rPr>
          <w:b/>
        </w:rPr>
        <w:t xml:space="preserve">[1:26:28] </w:t>
      </w:r>
      <w:r>
        <w:t>agar awakened mind hai. so sara maamla is par depend karta hai ke aadmi ke andar awakened mind paida hua ke nahi hua.</w:t>
      </w:r>
    </w:p>
    <w:p>
      <w:pPr>
        <w:jc w:val="right"/>
      </w:pPr>
      <w:r>
        <w:t>اگر awakened mind ہے۔ سو سارا معاملہ اس پر depend کرتا ہے کہ آدمی کے اندر awakened mind پیدا ہوا کہ نہیں ہوا۔</w:t>
      </w:r>
    </w:p>
    <w:p>
      <w:r>
        <w:rPr>
          <w:b/>
        </w:rPr>
        <w:t xml:space="preserve">[1:26:37] </w:t>
      </w:r>
      <w:r>
        <w:t>to is ke andar intellectual development hua hai ke nahi hua hai.</w:t>
      </w:r>
    </w:p>
    <w:p>
      <w:pPr>
        <w:jc w:val="right"/>
      </w:pPr>
      <w:r>
        <w:t>تو اس کے اندر intellectual development ہوا ہے کہ نہیں ہوا ہے۔</w:t>
      </w:r>
    </w:p>
    <w:p>
      <w:r>
        <w:rPr>
          <w:b/>
        </w:rPr>
        <w:t xml:space="preserve">[1:26:42] </w:t>
      </w:r>
      <w:r>
        <w:t>agar hua hai to insaan ka har har second, har lamha batata hai ke mein helpless hoon.</w:t>
      </w:r>
    </w:p>
    <w:p>
      <w:pPr>
        <w:jc w:val="right"/>
      </w:pPr>
      <w:r>
        <w:t>اگر ہوا ہے تو انسان کا ہر ہر سیکنڈ، ہر لمحہ بتاتا ہے کہ میں helpless ہوں۔</w:t>
      </w:r>
    </w:p>
    <w:p>
      <w:r>
        <w:rPr>
          <w:b/>
        </w:rPr>
        <w:t xml:space="preserve">[1:26:51] </w:t>
      </w:r>
      <w:r>
        <w:t>mein helpless hoon. mera to tajurba bhi yahi hai zindagi ke bare mein.</w:t>
      </w:r>
    </w:p>
    <w:p>
      <w:pPr>
        <w:jc w:val="right"/>
      </w:pPr>
      <w:r>
        <w:t>میں helpless ہوں۔ میرا تو تجربہ بھی یہی ہے زندگی کے بارے میں۔</w:t>
      </w:r>
    </w:p>
    <w:p>
      <w:r>
        <w:rPr>
          <w:b/>
        </w:rPr>
        <w:t xml:space="preserve">[1:27:02] </w:t>
      </w:r>
      <w:r>
        <w:t>maulana, dilli se agla sawal kiya hai amjad ahmad sahib ne</w:t>
      </w:r>
    </w:p>
    <w:p>
      <w:pPr>
        <w:jc w:val="right"/>
      </w:pPr>
      <w:r>
        <w:t>مولانا، دلی سے اگلا سوال کیا ہے امجد احمد صاحب نے</w:t>
      </w:r>
    </w:p>
    <w:p>
      <w:r>
        <w:rPr>
          <w:b/>
        </w:rPr>
        <w:t xml:space="preserve">[1:27:06] </w:t>
      </w:r>
      <w:r>
        <w:t>. unhon ne likha hai kya dawat ka kaam sirf tamam insano tak quran pahuncha dene se mukammal ho jayega? is ke bare mein batayen.</w:t>
      </w:r>
    </w:p>
    <w:p>
      <w:pPr>
        <w:jc w:val="right"/>
      </w:pPr>
      <w:r>
        <w:t>۔ انہوں نے لکھا ہے کیا دعوت کا کام صرف تمام انسانوں تک قرآن پہنچا دینے سے مکمل ہو جائے گا؟ اس کے بارے میں بتائیں۔</w:t>
      </w:r>
    </w:p>
    <w:p>
      <w:r>
        <w:rPr>
          <w:b/>
        </w:rPr>
        <w:t xml:space="preserve">[1:27:18] </w:t>
      </w:r>
      <w:r>
        <w:t>dekhen yeh sara maamla hai istataat par. kitna aap ke bas mein hai. kitna aap ke bas mein hai.</w:t>
      </w:r>
    </w:p>
    <w:p>
      <w:pPr>
        <w:jc w:val="right"/>
      </w:pPr>
      <w:r>
        <w:t>دیکھیں یہ سارا معاملہ ہے استطاعت پر۔ کتنا آپ کے بس میں ہے۔ کتنا آپ کے بس میں ہے۔</w:t>
      </w:r>
    </w:p>
    <w:p>
      <w:r>
        <w:rPr>
          <w:b/>
        </w:rPr>
        <w:t xml:space="preserve">[1:27:27] </w:t>
      </w:r>
      <w:r>
        <w:t>matlab yeh hai ke aap quran pahunchana, un ke liye dua karna, un ke liye supporting system, supporting literature ko dena, phir dobara mulaqat kar ke feedback lena.</w:t>
      </w:r>
    </w:p>
    <w:p>
      <w:pPr>
        <w:jc w:val="right"/>
      </w:pPr>
      <w:r>
        <w:t>مطلب یہ ہے کہ آپ قرآن پہنچانا، ان کے لیے دعا کرنا، ان کے لیے supporting system، supporting literature کو دینا، پھر دوبارہ ملاقات کر کے feedback لینا۔</w:t>
      </w:r>
    </w:p>
    <w:p>
      <w:r>
        <w:rPr>
          <w:b/>
        </w:rPr>
        <w:t xml:space="preserve">[1:27:41] </w:t>
      </w:r>
      <w:r>
        <w:t>yeh poora ek culture hai, ek poora ek nizam hai.</w:t>
      </w:r>
    </w:p>
    <w:p>
      <w:pPr>
        <w:jc w:val="right"/>
      </w:pPr>
      <w:r>
        <w:t>یہ پورا ایک کلچر ہے، ایک پورا ایک نظام ہے۔</w:t>
      </w:r>
    </w:p>
    <w:p>
      <w:r>
        <w:rPr>
          <w:b/>
        </w:rPr>
        <w:t xml:space="preserve">[1:27:47] </w:t>
      </w:r>
      <w:r>
        <w:t>lekin har kaam hota hai istataat ke baghair. jitna aap ke bas mein hai. ittaqu allaha wastaṭa'tum</w:t>
      </w:r>
    </w:p>
    <w:p>
      <w:pPr>
        <w:jc w:val="right"/>
      </w:pPr>
      <w:r>
        <w:t>لیکن ہر کام ہوتا ہے استطاعت کے بقدر۔ جتنا آپ کے بس میں ہے۔ اتقوا الله واستطاعتم</w:t>
      </w:r>
    </w:p>
    <w:p>
      <w:r>
        <w:rPr>
          <w:b/>
        </w:rPr>
        <w:t xml:space="preserve">[1:27:58] </w:t>
      </w:r>
      <w:r>
        <w:t>to dawat mein mein samajhta hoon ke quran ko logon tak pahunchana yeh is ka basic baat hai. basic. lekin quran ko pahuncha kar ke kaam khatam nahi hoga.</w:t>
      </w:r>
    </w:p>
    <w:p>
      <w:pPr>
        <w:jc w:val="right"/>
      </w:pPr>
      <w:r>
        <w:t>تو دعوت میں میں سمجھتا ہوں کہ قرآن کو لوگوں تک پہنچانا یہ اس کا basic بات ہے۔ Basic۔ لیکن قرآن کو پہنچا کر کے کام ختم نہیں ہوگا۔</w:t>
      </w:r>
    </w:p>
    <w:p>
      <w:r>
        <w:rPr>
          <w:b/>
        </w:rPr>
        <w:t xml:space="preserve">[1:28:11] </w:t>
      </w:r>
      <w:r>
        <w:t>is ke baad bhi bohat sa kaam hai. ke feedback aap lenge agar to naye naye pehlu samne ayenge. supporting literature aap dena chahenge to nai nai baaten samne ayengi.</w:t>
      </w:r>
    </w:p>
    <w:p>
      <w:pPr>
        <w:jc w:val="right"/>
      </w:pPr>
      <w:r>
        <w:t>اس کے بعد بھی بہت سا کام ہے۔ کہ feedback آپ لیں گے اگر تو نئے نئے پہلو سامنے آئیں گے۔ Supporting literature آپ دینا چاہیں گے تو نئی نئی باتیں سامنے آئیں گی۔</w:t>
      </w:r>
    </w:p>
    <w:p>
      <w:r>
        <w:rPr>
          <w:b/>
        </w:rPr>
        <w:t xml:space="preserve">[1:28:22] </w:t>
      </w:r>
      <w:r>
        <w:t>is ke mind ko parh kar ke chahenge is ka mind address karun to nai nai baaten samne ayengi.</w:t>
      </w:r>
    </w:p>
    <w:p>
      <w:pPr>
        <w:jc w:val="right"/>
      </w:pPr>
      <w:r>
        <w:t>اس کے mind کو پڑھ کر کے چاہیں گے اس کا mind address کروں تو نئی نئی باتیں سامنے آئیں گی۔</w:t>
      </w:r>
    </w:p>
    <w:p>
      <w:r>
        <w:rPr>
          <w:b/>
        </w:rPr>
        <w:t xml:space="preserve">[1:28:28] </w:t>
      </w:r>
      <w:r>
        <w:t>to kitna aap ke paas time hai, kitna aap ke paas energy hai, kitna aap ke bas mein hai, is par hi inhisaar hai. warna daawa work to ek poora life work hai.</w:t>
      </w:r>
    </w:p>
    <w:p>
      <w:pPr>
        <w:jc w:val="right"/>
      </w:pPr>
      <w:r>
        <w:t>تو کتنا آپ کے پاس ٹائم ہے، کتنا آپ کے پاس energy ہے، کتنا آپ کے بس میں ہے، اس پر ہی انحصار ہے۔ ورنہ دعویٰ work تو ایک پورا life work ہے۔</w:t>
      </w:r>
    </w:p>
    <w:p>
      <w:r>
        <w:rPr>
          <w:b/>
        </w:rPr>
        <w:t xml:space="preserve">[1:28:39] </w:t>
      </w:r>
      <w:r>
        <w:t>poori zindagi is mein involve ho jati hai aadmi ki. raat din, subah sham aap is ke liye sochen, is ke liye paisa kharch karen, is ke liye time kharch karen.</w:t>
      </w:r>
    </w:p>
    <w:p>
      <w:pPr>
        <w:jc w:val="right"/>
      </w:pPr>
      <w:r>
        <w:t>پوری زندگی اس میں involve ہو جاتی ہے آدمی کی۔ رات دن، صبح شام آپ اس کے لیے سوچیں، اس کے لیے پیسہ خرچ کریں، اس کے لیے ٹائم خرچ کریں۔</w:t>
      </w:r>
    </w:p>
    <w:p>
      <w:r>
        <w:rPr>
          <w:b/>
        </w:rPr>
        <w:t xml:space="preserve">[1:28:49] </w:t>
      </w:r>
      <w:r>
        <w:t>to yeh aap yaani aap jitna istataat hai is ke lehaz se aap ki zimmedari rahegi.</w:t>
      </w:r>
    </w:p>
    <w:p>
      <w:pPr>
        <w:jc w:val="right"/>
      </w:pPr>
      <w:r>
        <w:t>تو یہ آپ یعنی آپ کے آپ جتنا استطاعت ہے اس کے لحاظ سے آپ کی ذمہ داری رہے گی۔</w:t>
      </w:r>
    </w:p>
    <w:p>
      <w:r>
        <w:rPr>
          <w:b/>
        </w:rPr>
        <w:t xml:space="preserve">[1:28:58] </w:t>
      </w:r>
      <w:r>
        <w:t>maulana, agla sawal jamia millia islamia se mus tabassum ne kiya hai. unhon ne likha hai once my friend asked me about hajar aswad she said that why you people go to makkah and touch that stone and also in your salat you turn your face towards the black stone maulana sahib please tell me how can I give her a satisfactory reply</w:t>
      </w:r>
    </w:p>
    <w:p>
      <w:pPr>
        <w:jc w:val="right"/>
      </w:pPr>
      <w:r>
        <w:t>مولانا، اگلا سوال جامعہ ملیہ اسلامیہ سے مس تبسم نے کیا ہے۔ انہوں نے لکھا ہے once my friend asked me about حجر اسود she said that why you people go to مکہ and touch that stone and also in your salat you turn your face towards the black stone مولانا صاحب please tell me how can I give her a satisfactory reply</w:t>
      </w:r>
    </w:p>
    <w:p>
      <w:r>
        <w:rPr>
          <w:b/>
        </w:rPr>
        <w:t xml:space="preserve">[1:29:26] </w:t>
      </w:r>
      <w:r>
        <w:t>dekhen is ke bare mein hamari kitab parh lijiye aap haqeeqat e hajj is mein is ki kafi baaten is ke bare mein hain.</w:t>
      </w:r>
    </w:p>
    <w:p>
      <w:pPr>
        <w:jc w:val="right"/>
      </w:pPr>
      <w:r>
        <w:t>دیکھیں اس کے بارے میں ہماری کتاب پڑھ لیجیے آپ حقیقت حج اس میں اس کی کافی باتیں اس کے بارے میں ہیں۔</w:t>
      </w:r>
    </w:p>
    <w:p>
      <w:r>
        <w:rPr>
          <w:b/>
        </w:rPr>
        <w:t xml:space="preserve">[1:29:35] </w:t>
      </w:r>
      <w:r>
        <w:t>is ko parhne ke baad bhi agar koi sawal rehta hai to bataiye. haqeeqat e hajj mein aap is ke bare mein parh lijiye. maulana, agla sawal bhi jamia millia islamia se hai.</w:t>
      </w:r>
    </w:p>
    <w:p>
      <w:pPr>
        <w:jc w:val="right"/>
      </w:pPr>
      <w:r>
        <w:t>اس کو پڑھنے کے بعد بھی اگر کوئی سوال رہتا ہے تو بتائیے۔ حقیقت حج میں آپ اس کے بارے میں پڑھ لیجیے۔ مولانا، اگلا سوال بھی جامعہ ملیہ اسلامیہ سے ہے۔</w:t>
      </w:r>
    </w:p>
    <w:p>
      <w:r>
        <w:rPr>
          <w:b/>
        </w:rPr>
        <w:t xml:space="preserve">[1:29:48] </w:t>
      </w:r>
      <w:r>
        <w:t>mus raziya ne kiya</w:t>
      </w:r>
    </w:p>
    <w:p>
      <w:pPr>
        <w:jc w:val="right"/>
      </w:pPr>
      <w:r>
        <w:t>مس رضیہ نے کیا</w:t>
      </w:r>
    </w:p>
    <w:p>
      <w:r>
        <w:rPr>
          <w:b/>
        </w:rPr>
        <w:t xml:space="preserve">[1:29:49] </w:t>
      </w:r>
      <w:r>
        <w:t>hai. unhon ne likha hai maulana jitni cheezon par yaqeen aap ne imaan ke liye zaroori bataya hai un mein se khuda aur farishton ko hum ne nahi dekha.</w:t>
      </w:r>
    </w:p>
    <w:p>
      <w:pPr>
        <w:jc w:val="right"/>
      </w:pPr>
      <w:r>
        <w:t>ہے۔ انہوں نے لکھا ہے مولانا جتنی چیزوں پر یقین آپ نے ایمان کے لیے ضروری بتایا ہے ان میں سے خدا اور فرشتوں کو ہم نے نہیں دیکھا۔</w:t>
      </w:r>
    </w:p>
    <w:p>
      <w:r>
        <w:rPr>
          <w:b/>
        </w:rPr>
        <w:t xml:space="preserve">[1:30:02] </w:t>
      </w:r>
      <w:r>
        <w:t>rasoolon ke bare mein bhi quran aur tareekhi kitabon se hi pata chalta hai. phir in sab ki discovery kaise ho? imaan ki discovery se aap ka kya matlab hai?</w:t>
      </w:r>
    </w:p>
    <w:p>
      <w:pPr>
        <w:jc w:val="right"/>
      </w:pPr>
      <w:r>
        <w:t>رسولوں کے بارے میں بھی قرآن اور تاریخی کتابوں سے ہی پتہ چلتا ہے۔ پھر ان سب کی discovery کیسے ہو؟ ایمان کی discovery سے آپ کا کیا مطلب ہے؟</w:t>
      </w:r>
    </w:p>
    <w:p>
      <w:r>
        <w:rPr>
          <w:b/>
        </w:rPr>
        <w:t xml:space="preserve">[1:30:14] </w:t>
      </w:r>
      <w:r>
        <w:t>hum to bana dekhe hi in par yaqeen karte hain.</w:t>
      </w:r>
    </w:p>
    <w:p>
      <w:pPr>
        <w:jc w:val="right"/>
      </w:pPr>
      <w:r>
        <w:t>ہم تو بنا دیکھے ہی ان پر یقین کرتے ہیں۔</w:t>
      </w:r>
    </w:p>
    <w:p>
      <w:r>
        <w:rPr>
          <w:b/>
        </w:rPr>
        <w:t xml:space="preserve">[1:30:21] </w:t>
      </w:r>
      <w:r>
        <w:t>dekhiye insaan ko jo dimagh diya gaya hai us ki definition yeh batayi jati hai ke dimagh ke andar</w:t>
      </w:r>
    </w:p>
    <w:p>
      <w:pPr>
        <w:jc w:val="right"/>
      </w:pPr>
      <w:r>
        <w:t>دیکھیے انسان کو جو دماغ دیا گیا ہے اس کی definition یہ بتائی جاتی ہے کہ دماغ کے اندر</w:t>
      </w:r>
    </w:p>
    <w:p>
      <w:r>
        <w:rPr>
          <w:b/>
        </w:rPr>
        <w:t xml:space="preserve">[1:30:32] </w:t>
      </w:r>
      <w:r>
        <w:t>conceptual thought ki capacity hai. yaani tasawwurati taur par baat ko samajhna. yeh dimagh ki aala sift yahi hai.</w:t>
      </w:r>
    </w:p>
    <w:p>
      <w:pPr>
        <w:jc w:val="right"/>
      </w:pPr>
      <w:r>
        <w:t>conceptual thought کی capacity ہے۔ یعنی تصوراتی طور پر بات کو سمجھنا۔ یہ دماغ کی اعلیٰ صفت یہی ہے۔</w:t>
      </w:r>
    </w:p>
    <w:p>
      <w:r>
        <w:rPr>
          <w:b/>
        </w:rPr>
        <w:t xml:space="preserve">[1:30:43] </w:t>
      </w:r>
      <w:r>
        <w:t>ke na dekhe hue, na dekhne ke bawajood dekh dekh sakna. yeh insaan ke dimagh ki sift hai.</w:t>
      </w:r>
    </w:p>
    <w:p>
      <w:pPr>
        <w:jc w:val="right"/>
      </w:pPr>
      <w:r>
        <w:t>کہ نہ دیکھے ہوئے، نہ دیکھنے کے باوجود دیکھ دیکھ سکنا۔ یہ انسان کے دماغ کی صفت ہے۔</w:t>
      </w:r>
    </w:p>
    <w:p>
      <w:r>
        <w:rPr>
          <w:b/>
        </w:rPr>
        <w:t xml:space="preserve">[1:30:51] </w:t>
      </w:r>
      <w:r>
        <w:t>to conceptual thinking ki jo capacity insaan ke andar hai woh apne aap mein bata rahi hai ke imaan yeh bata rahi hai ke insaan ke andar yeh salahiyat hai ke woh ghaib ko bhi maan sake.</w:t>
      </w:r>
    </w:p>
    <w:p>
      <w:pPr>
        <w:jc w:val="right"/>
      </w:pPr>
      <w:r>
        <w:t>تو conceptual thinking کی جو capacity انسان کے اندر ہے وہ اپنے آپ میں بتا رہی ہے کہ ایمان یہ بتا رہی ہے کہ انسان کے اندر یہ صلاحیت ہے کہ وہ غیب کو بھی مان سکے۔</w:t>
      </w:r>
    </w:p>
    <w:p>
      <w:r>
        <w:rPr>
          <w:b/>
        </w:rPr>
        <w:t xml:space="preserve">[1:31:04] </w:t>
      </w:r>
      <w:r>
        <w:t>ghaib ko bhi maan la sake. aur doosri baat yeh hai ke science ne maujooda daur mein daryaft kiya hai har cheez ghaybi mein hai. aap apni maan ko samajhte hon ke main maan ko dekh rahe hon to aap dekh rahe hi nahi maan ko.</w:t>
      </w:r>
    </w:p>
    <w:p>
      <w:pPr>
        <w:jc w:val="right"/>
      </w:pPr>
      <w:r>
        <w:t>غیب کو بھی مان لا سکے۔ اور دوسری بات یہ ہے کہ سائنس نے موجودہ دور میں دریافت کیا ہے ہر چیز غیبی میں ہے۔ آپ اپنی ماں کو سمجھتے ہوں کہ میں ماں کو دیکھ رہے ہوں تو آپ دیکھ رہے ہی نہیں ماں کو۔</w:t>
      </w:r>
    </w:p>
    <w:p>
      <w:r>
        <w:rPr>
          <w:b/>
        </w:rPr>
        <w:t xml:space="preserve">[1:31:18] </w:t>
      </w:r>
      <w:r>
        <w:t>aap maan ke external</w:t>
      </w:r>
    </w:p>
    <w:p>
      <w:pPr>
        <w:jc w:val="right"/>
      </w:pPr>
      <w:r>
        <w:t>آپ ماں کے external</w:t>
      </w:r>
    </w:p>
    <w:p>
      <w:r>
        <w:rPr>
          <w:b/>
        </w:rPr>
        <w:t xml:space="preserve">[1:31:20] </w:t>
      </w:r>
      <w:r>
        <w:t>body ko dekh rahe hain. asal maan to us ke andar chupi hui hai. jo aap dikhai nahi deta aap ko. to har cheez har cheez jo hai unseen is daur mein hai.</w:t>
      </w:r>
    </w:p>
    <w:p>
      <w:pPr>
        <w:jc w:val="right"/>
      </w:pPr>
      <w:r>
        <w:t>body کو دیکھ رہے ہیں۔ اصل ماں تو اس کے اندر چھپی ہوئی ہے۔ جو آپ دکھائی نہیں دیتا آپ کو۔ تو ہر چیز ہر چیز جو ہے unseen اس دور میں ہے۔</w:t>
      </w:r>
    </w:p>
    <w:p>
      <w:r>
        <w:rPr>
          <w:b/>
        </w:rPr>
        <w:t xml:space="preserve">[1:31:31] </w:t>
      </w:r>
      <w:r>
        <w:t>ek kitab hai is ko aap padh lijiye unseen world. addington ki kitab hai unseen world. to us ne bataya ke sari sari cheez hi unseen hai.</w:t>
      </w:r>
    </w:p>
    <w:p>
      <w:pPr>
        <w:jc w:val="right"/>
      </w:pPr>
      <w:r>
        <w:t>ایک کتاب ہے اس کو آپ پڑھ لیجیے unseen world۔ ایڈنگٹن کی کتاب ہے unseen world۔ تو اس نے بتایا کہ ساری ساری چیز ہی unseen ہے۔</w:t>
      </w:r>
    </w:p>
    <w:p>
      <w:r>
        <w:rPr>
          <w:b/>
        </w:rPr>
        <w:t xml:space="preserve">[1:31:41] </w:t>
      </w:r>
      <w:r>
        <w:t>jis ko insaan samajhta tha ke woh seen hai woh bhi aaj unseen ban chuka hai.</w:t>
      </w:r>
    </w:p>
    <w:p>
      <w:pPr>
        <w:jc w:val="right"/>
      </w:pPr>
      <w:r>
        <w:t>جس کو انسان سمجھتا تھا کہ وہ سین ہے وہ بھی آج unseen بن چکا ہے۔</w:t>
      </w:r>
    </w:p>
    <w:p>
      <w:r>
        <w:rPr>
          <w:b/>
        </w:rPr>
        <w:t xml:space="preserve">[1:31:46] </w:t>
      </w:r>
      <w:r>
        <w:t>to aap dimagh ke andar jo sochne ki taqat hai usi se baaton ko aap jaan paate hain. to wohi islam mein matloob hai.</w:t>
      </w:r>
    </w:p>
    <w:p>
      <w:pPr>
        <w:jc w:val="right"/>
      </w:pPr>
      <w:r>
        <w:t>تو آپ دماغ کے اندر جو سوچنے کی طاقت ہے اسی سے باتوں کو آپ جان پاتے ہیں۔ تو وہی اسلام میں مطلوب ہے۔</w:t>
      </w:r>
    </w:p>
    <w:p>
      <w:r>
        <w:rPr>
          <w:b/>
        </w:rPr>
        <w:t xml:space="preserve">[1:31:57] </w:t>
      </w:r>
      <w:r>
        <w:t>wohi matloob hai insaan mein.</w:t>
      </w:r>
    </w:p>
    <w:p>
      <w:pPr>
        <w:jc w:val="right"/>
      </w:pPr>
      <w:r>
        <w:t>وہی مطلوب ہے انسان میں۔</w:t>
      </w:r>
    </w:p>
    <w:p>
      <w:r>
        <w:rPr>
          <w:b/>
        </w:rPr>
        <w:t xml:space="preserve">[1:32:01] </w:t>
      </w:r>
      <w:r>
        <w:t>maulana, agla sawal gurgaon se hai. miss farah raees khan</w:t>
      </w:r>
    </w:p>
    <w:p>
      <w:pPr>
        <w:jc w:val="right"/>
      </w:pPr>
      <w:r>
        <w:t>مولانا، اگلا سوال گڑگاؤں سے ہے۔ مس فرح رئیس خان</w:t>
      </w:r>
    </w:p>
    <w:p>
      <w:r>
        <w:rPr>
          <w:b/>
        </w:rPr>
        <w:t xml:space="preserve">[1:32:06] </w:t>
      </w:r>
      <w:r>
        <w:t>ka. unhon ne likha hai as a mother i want to ask what kind of values i should give to my children so that they become successful in both the worlds is ke bare mein batain.</w:t>
      </w:r>
    </w:p>
    <w:p>
      <w:pPr>
        <w:jc w:val="right"/>
      </w:pPr>
      <w:r>
        <w:t>کا۔ انہوں نے لکھا ہے as a mother I want to ask what kind of values I should give to my children so that they become successful in both the worlds اس کے بارے میں بتائیں۔</w:t>
      </w:r>
    </w:p>
    <w:p>
      <w:r>
        <w:rPr>
          <w:b/>
        </w:rPr>
        <w:t xml:space="preserve">[1:32:20] </w:t>
      </w:r>
      <w:r>
        <w:t>sirf ek cheez.</w:t>
      </w:r>
    </w:p>
    <w:p>
      <w:pPr>
        <w:jc w:val="right"/>
      </w:pPr>
      <w:r>
        <w:t>صرف ایک چیز۔</w:t>
      </w:r>
    </w:p>
    <w:p>
      <w:r>
        <w:rPr>
          <w:b/>
        </w:rPr>
        <w:t xml:space="preserve">[1:32:24] </w:t>
      </w:r>
      <w:r>
        <w:t>sirf ek cheez. yaani do do cheez. pampering mat kijiye. un ke andar self confidence paida kijiye.</w:t>
      </w:r>
    </w:p>
    <w:p>
      <w:pPr>
        <w:jc w:val="right"/>
      </w:pPr>
      <w:r>
        <w:t>صرف ایک چیز۔ یعنی دو دو چیز۔ پیمپرنگ مت کیجیے۔ ان کے اندر self confidence پیدا کیجیے۔</w:t>
      </w:r>
    </w:p>
    <w:p>
      <w:r>
        <w:rPr>
          <w:b/>
        </w:rPr>
        <w:t xml:space="preserve">[1:32:39] </w:t>
      </w:r>
      <w:r>
        <w:t>self confidence. pampering ka matlab kya hai? self confidence ko chheenna. jab aap pampering karte hain, un ko easy money dete</w:t>
      </w:r>
    </w:p>
    <w:p>
      <w:pPr>
        <w:jc w:val="right"/>
      </w:pPr>
      <w:r>
        <w:t>self confidence۔ پیمپرنگ کا مطلب کیا ہے؟ self confidence کو چھیننا۔ جب آپ پیمپرنگ کرتے ہیں، ان کو easy money دیتے</w:t>
      </w:r>
    </w:p>
    <w:p>
      <w:r>
        <w:rPr>
          <w:b/>
        </w:rPr>
        <w:t xml:space="preserve">[1:32:48] </w:t>
      </w:r>
      <w:r>
        <w:t>hain to is ka matlab hai ke aap se un se self confidence ko chheen rahe hain un se.</w:t>
      </w:r>
    </w:p>
    <w:p>
      <w:pPr>
        <w:jc w:val="right"/>
      </w:pPr>
      <w:r>
        <w:t>ہیں تو اس کا مطلب ہے کہ آپ سے ان سے self confidence کو چھین رہے ہیں ان سے۔</w:t>
      </w:r>
    </w:p>
    <w:p>
      <w:r>
        <w:rPr>
          <w:b/>
        </w:rPr>
        <w:t xml:space="preserve">[1:32:57] </w:t>
      </w:r>
      <w:r>
        <w:t>main aap ko ek misaal deta hoon ke self confidence ka matlab kya hai. main poona gaya to poona mein kuch parsi family rehte hain. parsi log is mamle mein bohat hi yaani samajhdar hain.</w:t>
      </w:r>
    </w:p>
    <w:p>
      <w:pPr>
        <w:jc w:val="right"/>
      </w:pPr>
      <w:r>
        <w:t>میں آپ کو ایک مثال دیتا ہوں کہ self confidence کا مطلب کیا ہے۔ میں پونا گیا تو پونا میں کچھ پارسی family رہتے ہیں۔ پارسی لوگ اس معاملے میں بہت ہی یعنی سمجھدار ہیں۔</w:t>
      </w:r>
    </w:p>
    <w:p>
      <w:r>
        <w:rPr>
          <w:b/>
        </w:rPr>
        <w:t xml:space="preserve">[1:33:10] </w:t>
      </w:r>
      <w:r>
        <w:t>isi liye business mein taraqqi kar rahe hain woh log.</w:t>
      </w:r>
    </w:p>
    <w:p>
      <w:pPr>
        <w:jc w:val="right"/>
      </w:pPr>
      <w:r>
        <w:t>اسی لیے business میں ترقی کر رہے ہیں وہ لوگ۔</w:t>
      </w:r>
    </w:p>
    <w:p>
      <w:r>
        <w:rPr>
          <w:b/>
        </w:rPr>
        <w:t xml:space="preserve">[1:33:13] </w:t>
      </w:r>
      <w:r>
        <w:t>to mujhe bataya gaya ke yahan ek parsi hai. to us ne apne bete ko ek takht par, ek mez par khara kiya. mez par.</w:t>
      </w:r>
    </w:p>
    <w:p>
      <w:pPr>
        <w:jc w:val="right"/>
      </w:pPr>
      <w:r>
        <w:t>تو مجھے بتایا گیا کہ یہاں ایک پارسی ہے۔ تو اس نے اپنے بیٹے کو ایک تخت پر، ایک میز پر کھڑا کیا۔ میز پر۔</w:t>
      </w:r>
    </w:p>
    <w:p>
      <w:r>
        <w:rPr>
          <w:b/>
        </w:rPr>
        <w:t xml:space="preserve">[1:33:23] </w:t>
      </w:r>
      <w:r>
        <w:t>chote bache ko jo god mein liya jata hai us ko. chalne phirne wala tha woh. to mez par khara kar ke khud saamne aa beta aa.</w:t>
      </w:r>
    </w:p>
    <w:p>
      <w:pPr>
        <w:jc w:val="right"/>
      </w:pPr>
      <w:r>
        <w:t>چھوٹے بچے کو جو گود میں لیا جاتا ہے اس کو۔ چلنے پھرنے والا تھا وہ۔ تو میز پر کھڑا کر کے خود سامنے آؤ بیٹا آؤ۔</w:t>
      </w:r>
    </w:p>
    <w:p>
      <w:r>
        <w:rPr>
          <w:b/>
        </w:rPr>
        <w:t xml:space="preserve">[1:33:36] </w:t>
      </w:r>
      <w:r>
        <w:t>yaani jaise ke woh god mein lena chahta hai us ko. to beta thoda jhuka us ki god god manne ke liye. to baap peeche hat gaya. aur beta dharram se gir pada zameen mein.</w:t>
      </w:r>
    </w:p>
    <w:p>
      <w:pPr>
        <w:jc w:val="right"/>
      </w:pPr>
      <w:r>
        <w:t>یعنی جیسے کہ وہ گود میں لینا چاہتا ہے اس کو۔ تو بیٹا تھوڑا جھکا اس کی گود گود ماننے کے لیے۔ تو باپ پیچھے ہٹ گیا۔ اور بیٹا دھڑام سے گر پڑا زمین میں۔</w:t>
      </w:r>
    </w:p>
    <w:p>
      <w:r>
        <w:rPr>
          <w:b/>
        </w:rPr>
        <w:t xml:space="preserve">[1:33:50] </w:t>
      </w:r>
      <w:r>
        <w:t>to us ke baad baap ne kaha ke dekho bete duniya mein kisi ek par bharosa na karna. apne baap par bhi nahi. to main samajhta hoon ke sab se bari cheez jo maa baap de sakte hain bache ke andar woh self confidence hai.</w:t>
      </w:r>
    </w:p>
    <w:p>
      <w:pPr>
        <w:jc w:val="right"/>
      </w:pPr>
      <w:r>
        <w:t>تو اس کے بعد باپ نے کہا کہ دیکھو بیٹے دنیا میں کسی ایک پر بھروسہ نہ کرنا۔ اپنے باپ پر بھی نہیں۔ تو میں سمجھتا ہوں کہ سب سے بڑی چیز جو ماں باپ دے سکتے ہیں بچے کے اندر وہ self confidence ہے۔</w:t>
      </w:r>
    </w:p>
    <w:p>
      <w:r>
        <w:rPr>
          <w:b/>
        </w:rPr>
        <w:t xml:space="preserve">[1:34:04] </w:t>
      </w:r>
      <w:r>
        <w:t>yani khud kamao to samjho ke yeh meri kamai hai. dilli mein nehru university mein aik aik sahib hain jo retired professor hain.</w:t>
      </w:r>
    </w:p>
    <w:p>
      <w:pPr>
        <w:jc w:val="right"/>
      </w:pPr>
      <w:r>
        <w:t>یعنی خود کماؤ تو سمجھو کہ یہ میری کمائی ہے۔ دلی میں نہرو یونیورسٹی میں ایک ایک صاحب ہیں جو ریٹائرڈ پروفیسر ہیں۔</w:t>
      </w:r>
    </w:p>
    <w:p>
      <w:r>
        <w:rPr>
          <w:b/>
        </w:rPr>
        <w:t xml:space="preserve">[1:34:15] </w:t>
      </w:r>
      <w:r>
        <w:t>to mujhe maloom hua ke woh car un ke p</w:t>
      </w:r>
    </w:p>
    <w:p>
      <w:pPr>
        <w:jc w:val="right"/>
      </w:pPr>
      <w:r>
        <w:t>تو مجھے معلوم ہوا کہ وہ کار ان کے پ</w:t>
      </w:r>
    </w:p>
    <w:p>
      <w:r>
        <w:rPr>
          <w:b/>
        </w:rPr>
        <w:t xml:space="preserve">[1:34:18] </w:t>
      </w:r>
      <w:r>
        <w:t>as nahi hai. un ke bete ne kaha ke aap professor the itne dinon tak aur aap ke paas car bhi nahi hai. aap cycle pe chalte hain.</w:t>
      </w:r>
    </w:p>
    <w:p>
      <w:pPr>
        <w:jc w:val="right"/>
      </w:pPr>
      <w:r>
        <w:t>اس نہیں ہے۔ ان کے بیٹے نے کہا کہ آپ پروفیسر تھے اتنے دنوں تک اور آپ کے پاس کار بھی نہیں ہے۔ آپ سائیکل پہ چلتے ہیں۔</w:t>
      </w:r>
    </w:p>
    <w:p>
      <w:r>
        <w:rPr>
          <w:b/>
        </w:rPr>
        <w:t xml:space="preserve">[1:34:29] </w:t>
      </w:r>
      <w:r>
        <w:t>woh bicycle pe chalte the woh. to unhon ne apne bete se kaha ke dekho mein tum ko car nahi de sakta. kaha loan le kar bhi mein tum ko car nahi doon ga.</w:t>
      </w:r>
    </w:p>
    <w:p>
      <w:pPr>
        <w:jc w:val="right"/>
      </w:pPr>
      <w:r>
        <w:t>وہ بائیسکل پہ چلتے تھے وہ۔ تو انہوں نے اپنے بیٹے سے کہا کہ دیکھو میں تم کو کار نہیں دے سکتا۔ کہا loan لے کر بھی میں تم کو کار نہیں دوں گا۔</w:t>
      </w:r>
    </w:p>
    <w:p>
      <w:r>
        <w:rPr>
          <w:b/>
        </w:rPr>
        <w:t xml:space="preserve">[1:34:43] </w:t>
      </w:r>
      <w:r>
        <w:t>tum car chahte ho to khud kamao. khud kam kar apne liye car khareedo. to mein samajhta hoon ke maa baap jo hain jo karte hain pampering woh is se yani confidence chheen rahe hain.</w:t>
      </w:r>
    </w:p>
    <w:p>
      <w:pPr>
        <w:jc w:val="right"/>
      </w:pPr>
      <w:r>
        <w:t>تم کار چاہتے ہو تو خود کماؤ۔ خود کما کر اپنے لیے کار خریدو۔ تو میں سمجھتا ہوں کہ ماں باپ جو ہیں جو کرتے ہیں پیمپرنگ وہ اس سے یعنی confidence چھین رہے ہیں۔</w:t>
      </w:r>
    </w:p>
    <w:p>
      <w:r>
        <w:rPr>
          <w:b/>
        </w:rPr>
        <w:t xml:space="preserve">[1:34:59] </w:t>
      </w:r>
      <w:r>
        <w:t>woh woh depend ho jata hai sab ke baap ka paisa, maa ki mohabbat isi par dene lagta hai woh. is ke andar yeh shauq nahi paida hota ke mein khud kamaoon.</w:t>
      </w:r>
    </w:p>
    <w:p>
      <w:pPr>
        <w:jc w:val="right"/>
      </w:pPr>
      <w:r>
        <w:t>وہ وہ depend ہو جاتا ہے سب کہ باپ کا پیسہ، ماں کی محبت اسی پر دینے لگتا ہے وہ۔ اس کے اندر یہ شوق نہیں پیدا ہوتا کہ میں خود کماؤں۔</w:t>
      </w:r>
    </w:p>
    <w:p>
      <w:r>
        <w:rPr>
          <w:b/>
        </w:rPr>
        <w:t xml:space="preserve">[1:35:10] </w:t>
      </w:r>
      <w:r>
        <w:t>mein khud apni zindagi</w:t>
      </w:r>
    </w:p>
    <w:p>
      <w:pPr>
        <w:jc w:val="right"/>
      </w:pPr>
      <w:r>
        <w:t>میں خود اپنی زندگی</w:t>
      </w:r>
    </w:p>
    <w:p>
      <w:r>
        <w:rPr>
          <w:b/>
        </w:rPr>
        <w:t xml:space="preserve">[1:35:12] </w:t>
      </w:r>
      <w:r>
        <w:t>banao. yeh jazba hi nahi paida hota. mein samajhta hoon ke maa baap ko sab se bari cheez jo dena chahiye apne beton ke andar woh yahi hai self confidence.</w:t>
      </w:r>
    </w:p>
    <w:p>
      <w:pPr>
        <w:jc w:val="right"/>
      </w:pPr>
      <w:r>
        <w:t>بناؤں۔ یہ جذبہ ہی نہیں پیدا ہوتا۔ میں سمجھتا ہوں کہ ماں باپ کو سب سے بڑی چیز جو دینا چاہیے اپنے بیٹوں کے اندر وہ یہی ہے self confidence۔</w:t>
      </w:r>
    </w:p>
    <w:p>
      <w:r>
        <w:rPr>
          <w:b/>
        </w:rPr>
        <w:t xml:space="preserve">[1:35:24] </w:t>
      </w:r>
      <w:r>
        <w:t>aur yeh ke bas sab kuch woh dete raho, easy money dete raho. yeh to bachon ko kill karna hai. mein is ko bachon ke liye samajhta hoon ke bohat hi zyada yani tabah karna hai bachon ko.</w:t>
      </w:r>
    </w:p>
    <w:p>
      <w:pPr>
        <w:jc w:val="right"/>
      </w:pPr>
      <w:r>
        <w:t>اور یہ کہ بس سب کچھ وہ دیتے رہو، easy money دیتے رہو۔ یہ تو بچوں کو kill کرنا ہے۔ میں اس کو بچوں کے لیے سمجھتا ہوں کہ بہت ہی زیادہ یعنی تباہ کرنا ہے بچوں کو۔</w:t>
      </w:r>
    </w:p>
    <w:p>
      <w:r>
        <w:rPr>
          <w:b/>
        </w:rPr>
        <w:t xml:space="preserve">[1:35:38] </w:t>
      </w:r>
      <w:r>
        <w:t>ke aap easy money de rahe hain aur is ke andar incentive nahi paida hota ke mein khud kamaoon. sab se bari aaj kal ghar ghar mein jo buraiyan aa gayi hain woh yahi hain.</w:t>
      </w:r>
    </w:p>
    <w:p>
      <w:pPr>
        <w:jc w:val="right"/>
      </w:pPr>
      <w:r>
        <w:t>کہ آپ easy money دے رہے ہیں اور اس کے اندر incentive نہیں پیدا ہوتا کہ میں خود کماؤں۔ سب سے بڑی آج کل گھر گھر میں جو برائیاں آ گئی ہیں وہ یہی ہیں۔</w:t>
      </w:r>
    </w:p>
    <w:p>
      <w:r>
        <w:rPr>
          <w:b/>
        </w:rPr>
        <w:t xml:space="preserve">[1:35:51] </w:t>
      </w:r>
      <w:r>
        <w:t>maulana, agla sawal meerut city se shahbaz ansari sahib ne kiya hai. unhon ne likha hai maulana please tell me which knowledge is needed to discover ایمان aur reality of life</w:t>
      </w:r>
    </w:p>
    <w:p>
      <w:pPr>
        <w:jc w:val="right"/>
      </w:pPr>
      <w:r>
        <w:t>مولانا، اگلا سوال میرٹھ سٹی سے شہباز انصاری صاحب نے کیا ہے۔ انہوں نے لکھا ہے مولانا please tell me which knowledge is needed to discover ایمان اور reality of life</w:t>
      </w:r>
    </w:p>
    <w:p>
      <w:r>
        <w:rPr>
          <w:b/>
        </w:rPr>
        <w:t xml:space="preserve">[1:36:09] </w:t>
      </w:r>
      <w:r>
        <w:t>yeh koi mysterious cheez nahi hai. aap quran padhein, hadith ko padhein, aap nature ko padhein, kainaat ka mushahida karein.</w:t>
      </w:r>
    </w:p>
    <w:p>
      <w:pPr>
        <w:jc w:val="right"/>
      </w:pPr>
      <w:r>
        <w:t>یہ کوئی mysterious چیز نہیں ہے۔ آپ قرآن پڑھیں، حدیث کو پڑھیں، آپ nature کو پڑھیں، کائنات کا مشاہدہ کریں۔</w:t>
      </w:r>
    </w:p>
    <w:p>
      <w:r>
        <w:rPr>
          <w:b/>
        </w:rPr>
        <w:t xml:space="preserve">[1:36:19] </w:t>
      </w:r>
      <w:r>
        <w:t>bas isi mein aap ko discovery hoti rahe gi. khuli aankh se dekhein. khuli aankh se dekhein.</w:t>
      </w:r>
    </w:p>
    <w:p>
      <w:pPr>
        <w:jc w:val="right"/>
      </w:pPr>
      <w:r>
        <w:t>بس اسی میں آپ کو discovery ہوتی رہے گی۔ کھلی آنکھ سے دیکھیں۔ کھلی آنکھ سے دیکھیں۔</w:t>
      </w:r>
    </w:p>
    <w:p>
      <w:r>
        <w:rPr>
          <w:b/>
        </w:rPr>
        <w:t xml:space="preserve">[1:36:30] </w:t>
      </w:r>
      <w:r>
        <w:t>jaise ke mein pichhle is mein bataya tha, mein ne aap ko qissa apna ke mein apne ghar ke samne jo mera barja hai, jo balcony hai, wahan baitha hua tha subah ke waqt.</w:t>
      </w:r>
    </w:p>
    <w:p>
      <w:pPr>
        <w:jc w:val="right"/>
      </w:pPr>
      <w:r>
        <w:t>جیسے کہ میں پچھلے اس میں بتایا تھا، میں نے آپ کو قصہ اپنا کہ میں اپنے گھر کے سامنے جو میرا بارجا ہے، جو balcony ہے، وہاں بیٹھا ہوا تھا صبح کے وقت۔</w:t>
      </w:r>
    </w:p>
    <w:p>
      <w:r>
        <w:rPr>
          <w:b/>
        </w:rPr>
        <w:t xml:space="preserve">[1:36:43] </w:t>
      </w:r>
      <w:r>
        <w:t>to abhi bhi suraj nikla tha. to aik sahib mere paas aaye. to mein aksar adat meri hai ke poochta hoon ke koi nai news hai aap ke paas?</w:t>
      </w:r>
    </w:p>
    <w:p>
      <w:pPr>
        <w:jc w:val="right"/>
      </w:pPr>
      <w:r>
        <w:t>تو ابھی بھی سورج نکلا تھا۔ تو ایک صاحب میرے پاس آئے۔ تو میں اکثر عادت میری ہے کہ پوچھتا ہوں کہ کوئی نئی news ہے آپ کے پاس؟</w:t>
      </w:r>
    </w:p>
    <w:p>
      <w:r>
        <w:rPr>
          <w:b/>
        </w:rPr>
        <w:t xml:space="preserve">[1:36:55] </w:t>
      </w:r>
      <w:r>
        <w:t>to mein ne un se poocha, koi nai news? to unhon ne kaha, nahi, koi news news to nahi.</w:t>
      </w:r>
    </w:p>
    <w:p>
      <w:pPr>
        <w:jc w:val="right"/>
      </w:pPr>
      <w:r>
        <w:t>تو میں نے ان سے پوچھا، کوئی نئی news؟ تو انہوں نے کہا، نہیں، کوئی news news تو نہیں۔</w:t>
      </w:r>
    </w:p>
    <w:p>
      <w:r>
        <w:rPr>
          <w:b/>
        </w:rPr>
        <w:t xml:space="preserve">[1:37:01] </w:t>
      </w:r>
      <w:r>
        <w:t>to mein ne kaha ke aap dekhte nahi hain ke suraj raat ko dooba hua tha, us waqt suraj nikal aaya? yeh nai news nahi hai. chidiyan urr rahi hain aasman mein, yeh nai news nahi hai.</w:t>
      </w:r>
    </w:p>
    <w:p>
      <w:pPr>
        <w:jc w:val="right"/>
      </w:pPr>
      <w:r>
        <w:t>تو میں نے کہا کہ آپ دیکھتے نہیں ہیں کہ سورج رات کو ڈوبا ہوا تھا، اس وقت سورج نکل آیا؟ یہ نئی news نہیں ہے۔ چڑیاں اڑ رہی ہیں آسمان میں، یہ نئی news نہیں ہے۔</w:t>
      </w:r>
    </w:p>
    <w:p>
      <w:r>
        <w:rPr>
          <w:b/>
        </w:rPr>
        <w:t xml:space="preserve">[1:37:14] </w:t>
      </w:r>
      <w:r>
        <w:t>darakhton se aksar supply ho raha hai, jo kal ho raha tha aaj bhi ho raha hai. yeh kyun aap ko news nahi lagti? yeh sab mein ne bohat si baatein batayi hain.</w:t>
      </w:r>
    </w:p>
    <w:p>
      <w:pPr>
        <w:jc w:val="right"/>
      </w:pPr>
      <w:r>
        <w:t>درختوں سے اکثر supply ہو رہا ہے، جو کل ہو رہا تھا آج بھی ہو رہا ہے۔ یہ کیوں آپ کو news نہیں لگتی؟ یہ سب میں نے بہت سی باتیں بتائی ہیں۔</w:t>
      </w:r>
    </w:p>
    <w:p>
      <w:r>
        <w:rPr>
          <w:b/>
        </w:rPr>
        <w:t xml:space="preserve">[1:37:25] </w:t>
      </w:r>
      <w:r>
        <w:t>to aap khuli aankh se duniya mein rehna seekhein.</w:t>
      </w:r>
    </w:p>
    <w:p>
      <w:pPr>
        <w:jc w:val="right"/>
      </w:pPr>
      <w:r>
        <w:t>تو آپ کھلی آنکھ سے دنیا میں رہنا سیکھیے۔</w:t>
      </w:r>
    </w:p>
    <w:p>
      <w:r>
        <w:rPr>
          <w:b/>
        </w:rPr>
        <w:t xml:space="preserve">[1:37:30] </w:t>
      </w:r>
      <w:r>
        <w:t>khuli aankh se nature ka mushahida karein. tadabbur ke sath quran ko padhein. bas yahi zariya hai aur koi doosra zariya nahi hai. maulana, agla sawal lene se pehle aik experience parhna chahein ge jo abhi abhi bheja hai miss rufeena ansari ne noida se.</w:t>
      </w:r>
    </w:p>
    <w:p>
      <w:pPr>
        <w:jc w:val="right"/>
      </w:pPr>
      <w:r>
        <w:t>کھلی آنکھ سے nature کا مشاہدہ کیجیے۔ تدبر کے ساتھ قرآن کو پڑھیے۔ بس یہی ذریعہ ہے اور کوئی دوسرا ذریعہ نہیں ہے۔ مولانا، اگلا سوال لینے سے پہلے ایک experience پڑھنا چاہیں گے جو ابھی ابھی بھیجا ہے مس رفانہ انصاری نے نوئیڈا سے۔</w:t>
      </w:r>
    </w:p>
    <w:p>
      <w:r>
        <w:rPr>
          <w:b/>
        </w:rPr>
        <w:t xml:space="preserve">[1:37:48] </w:t>
      </w:r>
      <w:r>
        <w:t>unhon ne likha hai maulana listening to your talk makes me experience multiple variations of emotions.</w:t>
      </w:r>
    </w:p>
    <w:p>
      <w:pPr>
        <w:jc w:val="right"/>
      </w:pPr>
      <w:r>
        <w:t>انہوں نے لکھا ہے مولانا listening to your talk makes me experience multiple variations of emotions.</w:t>
      </w:r>
    </w:p>
    <w:p>
      <w:r>
        <w:rPr>
          <w:b/>
        </w:rPr>
        <w:t xml:space="preserve">[1:37:58] </w:t>
      </w:r>
      <w:r>
        <w:t>I never felt that deeply moved as I do listening to your lecture. You make us feel closer to God and understand how to work towards having a life to be close to God.</w:t>
      </w:r>
    </w:p>
    <w:p>
      <w:pPr>
        <w:jc w:val="right"/>
      </w:pPr>
      <w:r>
        <w:t>I never felt that deeply moved as I do listening to your lecture. You make us feel closer to God and understand how to work towards having a life to be close to God.</w:t>
      </w:r>
    </w:p>
    <w:p>
      <w:r>
        <w:rPr>
          <w:b/>
        </w:rPr>
        <w:t xml:space="preserve">[1:38:12] </w:t>
      </w:r>
      <w:r>
        <w:t>I thank God for giving you to us all. jazakumullah. maulana, agla sawal dilli se hai naseem akhtar sahib</w:t>
      </w:r>
    </w:p>
    <w:p>
      <w:pPr>
        <w:jc w:val="right"/>
      </w:pPr>
      <w:r>
        <w:t>I thank God for giving you to us all. جزاکم اللہ۔ مولانا، اگلا سوال دلی سے ہے نسیم اختر صاح</w:t>
      </w:r>
    </w:p>
    <w:p>
      <w:r>
        <w:rPr>
          <w:b/>
        </w:rPr>
        <w:t xml:space="preserve">[1:38:22] </w:t>
      </w:r>
      <w:r>
        <w:t>ka. unhon ne likha hai quran ke al hijr chapter fifteen verse number seventy two to seventy seven mein yeh zikr hai ke pathar mein pathar ki barish ki nishani ke bare mein hai.</w:t>
      </w:r>
    </w:p>
    <w:p>
      <w:pPr>
        <w:jc w:val="right"/>
      </w:pPr>
      <w:r>
        <w:t>ب کا۔ انہوں نے لکھا ہے قرآن کے الحجر چیپٹر fifteen verse number seventy two to seventy seven میں یہ ذکر ہے کہ پتھر میں پتھر کی بارش کی نشانی کے بارے میں ہے۔</w:t>
      </w:r>
    </w:p>
    <w:p>
      <w:r>
        <w:rPr>
          <w:b/>
        </w:rPr>
        <w:t xml:space="preserve">[1:38:37] </w:t>
      </w:r>
      <w:r>
        <w:t>kya maulana russia mein recently asteroid ka girna is ka example ho sakta hai? nahi, nahi, woh pathar ki barish kisi mazi ke waqeye ke liye wahan aap jazba karein to yeh galat hai, bilkul galat hai.</w:t>
      </w:r>
    </w:p>
    <w:p>
      <w:pPr>
        <w:jc w:val="right"/>
      </w:pPr>
      <w:r>
        <w:t>کیا مولانا رشیا میں recently asteroid کا گرنا اس کا example ہو سکتا ہے؟ نہیں، نہیں، وہ پتھر کی بارش کسی ماضی کے واقعے کے لیے وہاں آپ جذبہ کریں تو یہ غلط ہے، بالکل غلط ہے۔</w:t>
      </w:r>
    </w:p>
    <w:p>
      <w:r>
        <w:rPr>
          <w:b/>
        </w:rPr>
        <w:t xml:space="preserve">[1:38:53] </w:t>
      </w:r>
      <w:r>
        <w:t>hargiz nahin, woh jo pathar ki barish hai woh pehle zamane mein khud rasool ke inkar ki buniyad par woh hua tha waqia.</w:t>
      </w:r>
    </w:p>
    <w:p>
      <w:pPr>
        <w:jc w:val="right"/>
      </w:pPr>
      <w:r>
        <w:t>ہرگز نہیں، وہ جو پتھر کی بارش ہے وہ پہلے زمانے میں خود رسول کے انکار کی بنیاد پر وہ ہوا تھا واقعہ۔</w:t>
      </w:r>
    </w:p>
    <w:p>
      <w:r>
        <w:rPr>
          <w:b/>
        </w:rPr>
        <w:t xml:space="preserve">[1:39:03] </w:t>
      </w:r>
      <w:r>
        <w:t>aaj ka is se koi talluq nahin. yeh bohat mein is ko yani bohat hi gunah ki baat samajhta hoon ke is ayat ko le kar koi kahe ke dekho roos mein pathar ki barish hui.</w:t>
      </w:r>
    </w:p>
    <w:p>
      <w:pPr>
        <w:jc w:val="right"/>
      </w:pPr>
      <w:r>
        <w:t>آج کا اس سے کوئی تعلق نہیں۔ یہ بہت میں اس کو یعنی بہت ہی گناہ کی بات سمجھتا ہوں کہ اس آیت کو لے کر کوئی کہے کہ دیکھو روس میں پتھر کی بارش ہوئی۔</w:t>
      </w:r>
    </w:p>
    <w:p>
      <w:r>
        <w:rPr>
          <w:b/>
        </w:rPr>
        <w:t xml:space="preserve">[1:39:15] </w:t>
      </w:r>
      <w:r>
        <w:t>mein is ko bilkul galat samajhta hoon.</w:t>
      </w:r>
    </w:p>
    <w:p>
      <w:pPr>
        <w:jc w:val="right"/>
      </w:pPr>
      <w:r>
        <w:t>میں اس کو بالکل غلط سمجھتا ہوں۔</w:t>
      </w:r>
    </w:p>
    <w:p>
      <w:r>
        <w:rPr>
          <w:b/>
        </w:rPr>
        <w:t xml:space="preserve">[1:39:19] </w:t>
      </w:r>
      <w:r>
        <w:t>aik natural jo roos mein hua woh aik natural phenomena tha. aur jo quran jis ka zikr hai woh Allah ki taraf se tanbih utri thi rasool ke inkar par.</w:t>
      </w:r>
    </w:p>
    <w:p>
      <w:pPr>
        <w:jc w:val="right"/>
      </w:pPr>
      <w:r>
        <w:t>ایک natural جو روس میں ہوا وہ ایک natural phenomena تھا۔ اور جو قرآن جس کا ذکر ہے وہ اللہ کی طرف سے تنبیہ اتری تھی رسول کے انکار پر۔</w:t>
      </w:r>
    </w:p>
    <w:p>
      <w:r>
        <w:rPr>
          <w:b/>
        </w:rPr>
        <w:t xml:space="preserve">[1:39:30] </w:t>
      </w:r>
      <w:r>
        <w:t>donon ke natural alag hain, donon waqiat ke natural alag alag hain. kabhi bhi yeh ghalti na kijiye, musalman bohat ghalti karte hain. mein is ko gunah samajhta hoon.</w:t>
      </w:r>
    </w:p>
    <w:p>
      <w:pPr>
        <w:jc w:val="right"/>
      </w:pPr>
      <w:r>
        <w:t>دونوں کے natural الگ ہیں، دونوں واقعات کے natural الگ الگ ہیں۔ کبھی بھی یہ غلطی نہ کیجیے، مسلمان بہت غلطی کرتے ہیں۔ میں اس کو گناہ سمجھتا ہوں۔</w:t>
      </w:r>
    </w:p>
    <w:p>
      <w:r>
        <w:rPr>
          <w:b/>
        </w:rPr>
        <w:t xml:space="preserve">[1:39:44] </w:t>
      </w:r>
      <w:r>
        <w:t>maulana, agla sawal chennai se hai maulana iqbal umri ka. unhon ne likha hai maulana aik sahib ne sawal kiya ke aap ka aqeedah kya hai?</w:t>
      </w:r>
    </w:p>
    <w:p>
      <w:pPr>
        <w:jc w:val="right"/>
      </w:pPr>
      <w:r>
        <w:t>مولانا، اگلا سوال چنئی سے ہے مولانا اقبال عمری کا۔ انہوں نے لکھا ہے مولانا ایک صاحب نے سوال کیا کہ آپ کا عقیدہ کیا ہے؟</w:t>
      </w:r>
    </w:p>
    <w:p>
      <w:r>
        <w:rPr>
          <w:b/>
        </w:rPr>
        <w:t xml:space="preserve">[1:39:56] </w:t>
      </w:r>
      <w:r>
        <w:t>mein ne kaha ke mera aqeedah wohi hai jo hadith jibril mein hai. lekin un ko itminan nahin hua. maulana, aisa kyun hai?</w:t>
      </w:r>
    </w:p>
    <w:p>
      <w:pPr>
        <w:jc w:val="right"/>
      </w:pPr>
      <w:r>
        <w:t>میں نے کہا کہ میرا عقیدہ وہی ہے جو حدیث جبرائیل میں ہے۔ لیکن ان کو اطمینان نہیں ہوا۔ مولانا، ایسا کیوں ہے؟</w:t>
      </w:r>
    </w:p>
    <w:p>
      <w:r>
        <w:rPr>
          <w:b/>
        </w:rPr>
        <w:t xml:space="preserve">[1:40:08] </w:t>
      </w:r>
      <w:r>
        <w:t>is liye ke logon ne apne aqeedah ko ke muamle mein aik inhiraaf se kaam liya.</w:t>
      </w:r>
    </w:p>
    <w:p>
      <w:pPr>
        <w:jc w:val="right"/>
      </w:pPr>
      <w:r>
        <w:t>اس لیے کہ لوگوں نے اپنے عقیدے کو کے معاملے میں ایک انحراف سے کام لیا۔</w:t>
      </w:r>
    </w:p>
    <w:p>
      <w:r>
        <w:rPr>
          <w:b/>
        </w:rPr>
        <w:t xml:space="preserve">[1:40:16] </w:t>
      </w:r>
      <w:r>
        <w:t>yani baad ke zamane mein jo log paida hue, jo fuqaha ya un ke jo jin ko akabir samajhte hain, woh sab baad ko paida hue.</w:t>
      </w:r>
    </w:p>
    <w:p>
      <w:pPr>
        <w:jc w:val="right"/>
      </w:pPr>
      <w:r>
        <w:t>یعنی بعد کے زمانے میں جو لوگ پیدا ہوئے، جو فقہاء یا ان کے جو جن کو اکابر سمجھتے ہیں، وہ سب بعد کو پیدا ہوئے۔</w:t>
      </w:r>
    </w:p>
    <w:p>
      <w:r>
        <w:rPr>
          <w:b/>
        </w:rPr>
        <w:t xml:space="preserve">[1:40:26] </w:t>
      </w:r>
      <w:r>
        <w:t>hadith jibril to rasool Allah ke zamane ki bhi hadith hai na? to hazrat rasool Allah ke haan jo cheezein milte hain, us mein un aqeedah nahin banaya unhon ne. balke mutakallimeen aur fuqaha ke zariye jo bahasein ki hain logon ne, woh is ko aqeedah bana liya hai.</w:t>
      </w:r>
    </w:p>
    <w:p>
      <w:pPr>
        <w:jc w:val="right"/>
      </w:pPr>
      <w:r>
        <w:t>حدیث جبرائیل تو رسول اللہ کے زمانے کی بھی حدیث ہے نا؟ تو حضرت رسول اللہ کے ہاں جو چیزیں ملتے ہیں، اس میں ان عقیدہ نہیں بنایا انہوں نے۔ بلکہ متکلمین اور فقہاء کے ذریعے جو بحثیں کی ہیں لوگوں نے، وہ اس کو عقیدہ بنا لیا ہے۔</w:t>
      </w:r>
    </w:p>
    <w:p>
      <w:r>
        <w:rPr>
          <w:b/>
        </w:rPr>
        <w:t xml:space="preserve">[1:40:42] </w:t>
      </w:r>
      <w:r>
        <w:t>mein to yahi samajhta hoon. ab jab aadmi bolta hai aqeedah to us ko matlab hota hai ke un ke fuqaha, un ke mutakallimeen, un ke akabir ne jo bahasein ki hain, woh is se aqeedah akhaz kar rakha hai unhon ne.</w:t>
      </w:r>
    </w:p>
    <w:p>
      <w:pPr>
        <w:jc w:val="right"/>
      </w:pPr>
      <w:r>
        <w:t>میں تو یہی سمجھتا ہوں۔ اب جب آدمی بولتا ہے عقیدہ تو اس کو مطلب ہوتا ہے کہ ان کے فقہاء، ان کے متکلمین، ان کے اکابر نے جو بحثیں کی ہیں، وہ اس سے عقیدہ اخذ کر رکھا ہے انہوں نے۔</w:t>
      </w:r>
    </w:p>
    <w:p>
      <w:r>
        <w:rPr>
          <w:b/>
        </w:rPr>
        <w:t xml:space="preserve">[1:40:56] </w:t>
      </w:r>
      <w:r>
        <w:t>lekin yeh bilkul galat baat hai. aap ka aqeedah hona chahiye jo rasool Allah se mila hai, aap ko us se us par hona chahiye aqeedah. wohi aqeedah hai. aur sab inhiraaf hai.</w:t>
      </w:r>
    </w:p>
    <w:p>
      <w:pPr>
        <w:jc w:val="right"/>
      </w:pPr>
      <w:r>
        <w:t>لیکن یہ بالکل غلط بات ہے۔ آپ کا عقیدہ ہونا چاہیے جو رسول اللہ سے ملا ہے، آپ کو اس سے اس پر ہونا چاہیے عقیدہ۔ وہی عقیدہ ہے۔ اور سب انحراف ہے۔</w:t>
      </w:r>
    </w:p>
    <w:p>
      <w:r>
        <w:rPr>
          <w:b/>
        </w:rPr>
        <w:t xml:space="preserve">[1:41:08] </w:t>
      </w:r>
      <w:r>
        <w:t>maulana, agla sawal bhi chennai se hai maulana israr umri ka. unhon ne aap se poocha hai ke hadith ki tashreeh mein asri usloob kya hai?</w:t>
      </w:r>
    </w:p>
    <w:p>
      <w:pPr>
        <w:jc w:val="right"/>
      </w:pPr>
      <w:r>
        <w:t>مولانا، اگلا سوال بھی چنئی سے ہے مولانا اسرار عمری کا۔ انہوں نے آپ سے پوچھا ہے کہ حدیث کی تشریح میں عصری اسلوب کیا ہے؟</w:t>
      </w:r>
    </w:p>
    <w:p>
      <w:r>
        <w:rPr>
          <w:b/>
        </w:rPr>
        <w:t xml:space="preserve">[1:41:19] </w:t>
      </w:r>
      <w:r>
        <w:t>dekhiye, asri usloob basically hai rational usloob ka naam.</w:t>
      </w:r>
    </w:p>
    <w:p>
      <w:pPr>
        <w:jc w:val="right"/>
      </w:pPr>
      <w:r>
        <w:t>دیکھیے، عصری اسلوب basically ہے rational اسلوب کا نام۔</w:t>
      </w:r>
    </w:p>
    <w:p>
      <w:r>
        <w:rPr>
          <w:b/>
        </w:rPr>
        <w:t xml:space="preserve">[1:41:25] </w:t>
      </w:r>
      <w:r>
        <w:t>jise aap dekhen ke log hadithon ki tashreeh karte hain to aur fazail sunate hain us ko. fazail ki zaban mein. to fazail ki zaban jo hai, woh rational zaban nahin hoti hai.</w:t>
      </w:r>
    </w:p>
    <w:p>
      <w:pPr>
        <w:jc w:val="right"/>
      </w:pPr>
      <w:r>
        <w:t>جسے آپ دیکھیں کہ لوگ حدیثوں کی تشریح کرتے ہیں تو اور فضائل سناتے ہیں اس کو۔ فضائل کی زبان میں۔ تو فضائل کی زبان جو ہے، وہ rational زبان نہیں ہوتی ہے۔</w:t>
      </w:r>
    </w:p>
    <w:p>
      <w:r>
        <w:rPr>
          <w:b/>
        </w:rPr>
        <w:t xml:space="preserve">[1:41:39] </w:t>
      </w:r>
      <w:r>
        <w:t>fazail ki zaban mein agar aap tashreeh karen to woh aaj ke insan ka mind address nahin hoga. aaj ka insan jo hai, woh chahta hai rational andaaz mein.</w:t>
      </w:r>
    </w:p>
    <w:p>
      <w:pPr>
        <w:jc w:val="right"/>
      </w:pPr>
      <w:r>
        <w:t>فضائل کی زبان میں اگر آپ تشریح کریں تو وہ آج کے انسان کا mind address نہیں ہوگا۔ آج کا انسان جو ہے، وہ چاہتا ہے rational انداز میں۔</w:t>
      </w:r>
    </w:p>
    <w:p>
      <w:r>
        <w:rPr>
          <w:b/>
        </w:rPr>
        <w:t xml:space="preserve">[1:41:50] </w:t>
      </w:r>
      <w:r>
        <w:t>tab is ka mind address hoga.</w:t>
      </w:r>
    </w:p>
    <w:p>
      <w:pPr>
        <w:jc w:val="right"/>
      </w:pPr>
      <w:r>
        <w:t>تب اس کا mind address ہوگا۔</w:t>
      </w:r>
    </w:p>
    <w:p>
      <w:r>
        <w:rPr>
          <w:b/>
        </w:rPr>
        <w:t xml:space="preserve">[1:41:55] </w:t>
      </w:r>
      <w:r>
        <w:t>to mein to yahi samajh paya hoon ke aik hai fazail ki zaban, aik hai yani reason ki zaban. to reason ki zaban agar aap istemal karen to woh asli usloob hai.</w:t>
      </w:r>
    </w:p>
    <w:p>
      <w:pPr>
        <w:jc w:val="right"/>
      </w:pPr>
      <w:r>
        <w:t>تو میں تو یہی سمجھ پایا ہوں کہ ایک ہے فضائل کی زبان، ایک ہے یعنی reason کی زبان۔ تو reason کی زبان اگر آپ استعمال کریں تو وہ اصلی اسلوب ہے۔</w:t>
      </w:r>
    </w:p>
    <w:p>
      <w:r>
        <w:rPr>
          <w:b/>
        </w:rPr>
        <w:t xml:space="preserve">[1:42:06] </w:t>
      </w:r>
      <w:r>
        <w:t>aur fazail ki zaban istemal karen to woh qadeem usloob hai.</w:t>
      </w:r>
    </w:p>
    <w:p>
      <w:pPr>
        <w:jc w:val="right"/>
      </w:pPr>
      <w:r>
        <w:t>اور فضائل کی زبان استعمال کریں تو وہ قدیم اسلوب ہے۔</w:t>
      </w:r>
    </w:p>
    <w:p>
      <w:r>
        <w:rPr>
          <w:b/>
        </w:rPr>
        <w:t xml:space="preserve">[1:42:12] </w:t>
      </w:r>
      <w:r>
        <w:t>maulana, yeh sawal aaya hai kashmir se aamir jaan mori sahib ka. unhon ne aap se poocha hai how can we imbibe the spirit of presence of God while offering namaz?</w:t>
      </w:r>
    </w:p>
    <w:p>
      <w:pPr>
        <w:jc w:val="right"/>
      </w:pPr>
      <w:r>
        <w:t>مولانا، یہ سوال آیا ہے کشمیر سے عامر جان موری صاحب کا۔ انہوں نے آپ سے پوچھا ہے how can we imbibe the spirit of presence of God while offering نماز؟</w:t>
      </w:r>
    </w:p>
    <w:p>
      <w:r>
        <w:rPr>
          <w:b/>
        </w:rPr>
        <w:t xml:space="preserve">[1:42:27] </w:t>
      </w:r>
      <w:r>
        <w:t>dekhiye, sab se bari cheez jo hai, apne ko distraction se bachana. distraction se bachana. log distraction se to bachate nahin aur kehte hain ke hum kaise humein presence of God ke sath hi raho.</w:t>
      </w:r>
    </w:p>
    <w:p>
      <w:pPr>
        <w:jc w:val="right"/>
      </w:pPr>
      <w:r>
        <w:t>دیکھیے، سب سے بڑی چیز جو ہے، اپنے کو distraction سے بچانا۔ Distraction سے بچانا۔ لوگ distraction سے تو بچاتے نہیں اور کہتے ہیں کہ ہم کیسے ہمیں presence of God کے ساتھ ہی رہو۔</w:t>
      </w:r>
    </w:p>
    <w:p>
      <w:r>
        <w:rPr>
          <w:b/>
        </w:rPr>
        <w:t xml:space="preserve">[1:42:42] </w:t>
      </w:r>
      <w:r>
        <w:t>misalan masjidon mein jayenge aur jeeb mein mobile hai. itna bhi nahin kar sakte ke mobile ghar mein rakh kar aayen. itna bhi nahin kar sakte. to kahan se in ko presence of God ka tas</w:t>
      </w:r>
    </w:p>
    <w:p>
      <w:pPr>
        <w:jc w:val="right"/>
      </w:pPr>
      <w:r>
        <w:t>مثلاً مسجدوں میں جائیں گے اور جیب میں موبائل ہے۔ اتنا بھی نہیں کر سکتے کہ موبائل گھر میں رکھ کر آئیں۔ اتنا بھی نہیں کر سکتے۔ تو کہاں سے ان کو presence of God کا تص</w:t>
      </w:r>
    </w:p>
    <w:p>
      <w:r>
        <w:rPr>
          <w:b/>
        </w:rPr>
        <w:t xml:space="preserve">[1:42:55] </w:t>
      </w:r>
      <w:r>
        <w:t>awwur hoga? woh to presence of mobile ka tasawwur hota hai. dekhiye, price deni parti hai har cheez ki. itni price bhi dene ko tayyar nahin koi ke apne mobile ko ghar par chhod kar aayen.</w:t>
      </w:r>
    </w:p>
    <w:p>
      <w:pPr>
        <w:jc w:val="right"/>
      </w:pPr>
      <w:r>
        <w:t>ور ہوگا؟ وہ تو presence of موبائل کا تصور ہوتا ہے۔ دیکھیے، price دینی پڑتی ہے ہر چیز کی۔ اتنی price بھی دینے کو تیار نہیں کوئی کہ اپنے موبائل کو گھر پر چھوڑ کر آئے۔</w:t>
      </w:r>
    </w:p>
    <w:p>
      <w:r>
        <w:rPr>
          <w:b/>
        </w:rPr>
        <w:t xml:space="preserve">[1:43:08] </w:t>
      </w:r>
      <w:r>
        <w:t>to kya aisi baatein karne se faida kya hai?</w:t>
      </w:r>
    </w:p>
    <w:p>
      <w:pPr>
        <w:jc w:val="right"/>
      </w:pPr>
      <w:r>
        <w:t>تو کیا ایسی باتیں کرنے سے فائدہ کیا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