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My Journey to Agra October 27, 2013</w:t>
      </w:r>
    </w:p>
    <w:p>
      <w:r>
        <w:t>https://youtu.be/Gg2N0h4ETH8</w:t>
      </w:r>
    </w:p>
    <w:p>
      <w:r>
        <w:rPr>
          <w:b/>
        </w:rPr>
        <w:t xml:space="preserve">[00:14] </w:t>
      </w:r>
      <w:r>
        <w:t>bismillah rahman rahim, wasallallah ala</w:t>
      </w:r>
    </w:p>
    <w:p>
      <w:pPr>
        <w:jc w:val="right"/>
      </w:pPr>
      <w:r>
        <w:t>بسم اللہ الرحمن الرحیم، وصلی اللہ علی</w:t>
      </w:r>
    </w:p>
    <w:p>
      <w:r>
        <w:rPr>
          <w:b/>
        </w:rPr>
        <w:t xml:space="preserve">[00:22] </w:t>
      </w:r>
      <w:r>
        <w:t>rab ishrah li sadri, wa yassir li amri, wahlu uqdatan min lisani, yafqahu qawli.</w:t>
      </w:r>
    </w:p>
    <w:p>
      <w:pPr>
        <w:jc w:val="right"/>
      </w:pPr>
      <w:r>
        <w:t>رب اشرح لی صدری، ویسر لی امری، واحل العقدۃ من لسانی، یفقہ قولی۔</w:t>
      </w:r>
    </w:p>
    <w:p>
      <w:r>
        <w:rPr>
          <w:b/>
        </w:rPr>
        <w:t xml:space="preserve">[00:38] </w:t>
      </w:r>
      <w:r>
        <w:t>aaj ka topic hai</w:t>
      </w:r>
    </w:p>
    <w:p>
      <w:pPr>
        <w:jc w:val="right"/>
      </w:pPr>
      <w:r>
        <w:t>آج کا ٹاپک ہے</w:t>
      </w:r>
    </w:p>
    <w:p>
      <w:r>
        <w:rPr>
          <w:b/>
        </w:rPr>
        <w:t xml:space="preserve">[00:42] </w:t>
      </w:r>
      <w:r>
        <w:t>tajrubaat-e-safar.</w:t>
      </w:r>
    </w:p>
    <w:p>
      <w:pPr>
        <w:jc w:val="right"/>
      </w:pPr>
      <w:r>
        <w:t>تجربات سفر۔</w:t>
      </w:r>
    </w:p>
    <w:p>
      <w:r>
        <w:rPr>
          <w:b/>
        </w:rPr>
        <w:t xml:space="preserve">[00:47] </w:t>
      </w:r>
      <w:r>
        <w:t>is mahine mera ek safar hua, main aaj mein is ke kuch is safar ke kuch tajrubaat ya kuch sabaq arz karna chahta hoon.</w:t>
      </w:r>
    </w:p>
    <w:p>
      <w:pPr>
        <w:jc w:val="right"/>
      </w:pPr>
      <w:r>
        <w:t>اس مہینے میرا ایک سفر ہوا، میں آج میں اس کے کچھ اس سفر کے کچھ تجربات یا کچھ سبق عرض کرنا چاہتا ہوں۔</w:t>
      </w:r>
    </w:p>
    <w:p>
      <w:r>
        <w:rPr>
          <w:b/>
        </w:rPr>
        <w:t xml:space="preserve">[01:08] </w:t>
      </w:r>
      <w:r>
        <w:t>22, 23 october 2013 ko agra mein ek sambhalan hua tha, yeh tha sarod samaj sambhalan.</w:t>
      </w:r>
    </w:p>
    <w:p>
      <w:pPr>
        <w:jc w:val="right"/>
      </w:pPr>
      <w:r>
        <w:t>22، 23 اکتوبر 2013 کو آگرہ میں ایک سنبھلن ہوا تھا، یہ تھا سرود سماج سنبھلن۔</w:t>
      </w:r>
    </w:p>
    <w:p>
      <w:r>
        <w:rPr>
          <w:b/>
        </w:rPr>
        <w:t xml:space="preserve">[01:24] </w:t>
      </w:r>
      <w:r>
        <w:t>to is mein mujhe invite kiya gaya tha aur</w:t>
      </w:r>
    </w:p>
    <w:p>
      <w:pPr>
        <w:jc w:val="right"/>
      </w:pPr>
      <w:r>
        <w:t>تو اس میں مجھے انوائٹ کیا گیا تھا اور</w:t>
      </w:r>
    </w:p>
    <w:p>
      <w:r>
        <w:rPr>
          <w:b/>
        </w:rPr>
        <w:t xml:space="preserve">[01:31] </w:t>
      </w:r>
      <w:r>
        <w:t>wahan mujhe mauqa diya gaya ke</w:t>
      </w:r>
    </w:p>
    <w:p>
      <w:pPr>
        <w:jc w:val="right"/>
      </w:pPr>
      <w:r>
        <w:t>وہاں مجھے موقع دیا گیا کہ</w:t>
      </w:r>
    </w:p>
    <w:p>
      <w:r>
        <w:rPr>
          <w:b/>
        </w:rPr>
        <w:t xml:space="preserve">[01:36] </w:t>
      </w:r>
      <w:r>
        <w:t>is ka jo iftitahi taqreer hoti hai, jo asal samajh aati hai, woh is ka mujhe mauqa diya tha ke main woh karoon, yaani inaugural speech.</w:t>
      </w:r>
    </w:p>
    <w:p>
      <w:pPr>
        <w:jc w:val="right"/>
      </w:pPr>
      <w:r>
        <w:t>اس کا جو افتتاحی تقریر ہوتی ہے، جو اصل سمجھ آتی ہے، وہ اس کا مجھے موقع دیا تھا کہ میں وہ کروں، یعنی اناگرل سپیچ۔</w:t>
      </w:r>
    </w:p>
    <w:p>
      <w:r>
        <w:rPr>
          <w:b/>
        </w:rPr>
        <w:t xml:space="preserve">[01:50] </w:t>
      </w:r>
      <w:r>
        <w:t>to is silsile mein jo safar hua, is silsile mein jo sambhalan ke</w:t>
      </w:r>
    </w:p>
    <w:p>
      <w:pPr>
        <w:jc w:val="right"/>
      </w:pPr>
      <w:r>
        <w:t>تو اس سلسلے میں جو سفر ہوا، اس سلسلے میں جو سنبھلن کے</w:t>
      </w:r>
    </w:p>
    <w:p>
      <w:r>
        <w:rPr>
          <w:b/>
        </w:rPr>
        <w:t xml:space="preserve">[01:58] </w:t>
      </w:r>
      <w:r>
        <w:t>mushaqqat se jo tajrubaat hue, is ke bare mein main kuch arz karna chahta hoon. dekhiye, pehli baat yeh hai ke quran mein safar ko bohat ahmiyat di gayi hai.</w:t>
      </w:r>
    </w:p>
    <w:p>
      <w:pPr>
        <w:jc w:val="right"/>
      </w:pPr>
      <w:r>
        <w:t>مشیقت سے جو تجربات ہوئے، اس کے بارے میں میں کچھ عرض کرنا چاہتا ہوں۔ دیکھیے، پہلی بات یہ ہے کہ قرآن میں سفر کو بہت اہمیت دی گئی ہے۔</w:t>
      </w:r>
    </w:p>
    <w:p>
      <w:r>
        <w:rPr>
          <w:b/>
        </w:rPr>
        <w:t xml:space="preserve">[02:15] </w:t>
      </w:r>
      <w:r>
        <w:t>safar se murad hai momin ka safar, jis mein har qadam par us ko lesson milte hain, sabaq.</w:t>
      </w:r>
    </w:p>
    <w:p>
      <w:pPr>
        <w:jc w:val="right"/>
      </w:pPr>
      <w:r>
        <w:t>سفر سے مراد ہے مومن کا سفر، جس میں ہر قدم پر اس کو لیسن ملتے ہیں، سبق۔</w:t>
      </w:r>
    </w:p>
    <w:p>
      <w:r>
        <w:rPr>
          <w:b/>
        </w:rPr>
        <w:t xml:space="preserve">[02:27] </w:t>
      </w:r>
      <w:r>
        <w:t>momin ki ek sifat batai gayi hai: as-saahoon, safar karne wale. is ko galat taur par samajhte hain: as-saaimoon, yaani rozah rakhne wale.</w:t>
      </w:r>
    </w:p>
    <w:p>
      <w:pPr>
        <w:jc w:val="right"/>
      </w:pPr>
      <w:r>
        <w:t>مومن کے ایک صفت بتائی گئی ہے: الصاحون، سفر کرنے والے۔ اس کو غلط طور پر سمجھتے ہیں: الصائمون، یعنی روزہ رکھنے والے۔</w:t>
      </w:r>
    </w:p>
    <w:p>
      <w:r>
        <w:rPr>
          <w:b/>
        </w:rPr>
        <w:t xml:space="preserve">[02:38] </w:t>
      </w:r>
      <w:r>
        <w:t>yeh sahi nahi hai, sahi hai: safar karne wale.</w:t>
      </w:r>
    </w:p>
    <w:p>
      <w:pPr>
        <w:jc w:val="right"/>
      </w:pPr>
      <w:r>
        <w:t>یہ صحیح نہیں ہے، صحیح ہے: سفر کرنے والے۔</w:t>
      </w:r>
    </w:p>
    <w:p>
      <w:r>
        <w:rPr>
          <w:b/>
        </w:rPr>
        <w:t xml:space="preserve">[02:45] </w:t>
      </w:r>
      <w:r>
        <w:t>quran mein do aayatein aisi hain jo bohat zyada sochne wali hain, surah al-anam mein aur surah an-nahl mein.</w:t>
      </w:r>
    </w:p>
    <w:p>
      <w:pPr>
        <w:jc w:val="right"/>
      </w:pPr>
      <w:r>
        <w:t>قرآن میں دو آیتیں ایسی ہیں جو بہت زیادہ سوچنے والی ہیں، سورہ الانعام میں اور سورہ النحل میں۔</w:t>
      </w:r>
    </w:p>
    <w:p>
      <w:r>
        <w:rPr>
          <w:b/>
        </w:rPr>
        <w:t xml:space="preserve">[02:56] </w:t>
      </w:r>
      <w:r>
        <w:t>taqreeban milte julte alfaaz hain ke fasirou fil ard fanduru kaifa kana aqibatul mukazzibeen zameen</w:t>
      </w:r>
    </w:p>
    <w:p>
      <w:pPr>
        <w:jc w:val="right"/>
      </w:pPr>
      <w:r>
        <w:t>تقریباً ملتے جلتے الفاظ ہیں کہ فصیروا فی الارض فندروا کیف کان عاقبت المکذبین زمین</w:t>
      </w:r>
    </w:p>
    <w:p>
      <w:r>
        <w:rPr>
          <w:b/>
        </w:rPr>
        <w:t xml:space="preserve">[03:10] </w:t>
      </w:r>
      <w:r>
        <w:t>mein chalo phiro aur dekho ke takzeeb karne walon ka anjaam kya hua. takzeeb ka matlab hota hai: deny karne wale.</w:t>
      </w:r>
    </w:p>
    <w:p>
      <w:pPr>
        <w:jc w:val="right"/>
      </w:pPr>
      <w:r>
        <w:t>میں چلو پھرو اور دیکھو کہ تکذیب کرنے والوں کا انجام کیا ہوا۔ تکذیب کا مطلب ہوتا ہے: ڈینائی کرنے والے۔</w:t>
      </w:r>
    </w:p>
    <w:p>
      <w:r>
        <w:rPr>
          <w:b/>
        </w:rPr>
        <w:t xml:space="preserve">[03:24] </w:t>
      </w:r>
      <w:r>
        <w:t>to quran mein takzeeb ki do sooraten batai gayi hain:</w:t>
      </w:r>
    </w:p>
    <w:p>
      <w:pPr>
        <w:jc w:val="right"/>
      </w:pPr>
      <w:r>
        <w:t>تو قرآن میں تکذیب کی دو صورتیں بتائی گئی ہیں:</w:t>
      </w:r>
    </w:p>
    <w:p>
      <w:r>
        <w:rPr>
          <w:b/>
        </w:rPr>
        <w:t xml:space="preserve">[03:30] </w:t>
      </w:r>
      <w:r>
        <w:t>ek hai takzeeb-e-rasool aur ek hai takzeeb-e-ayat ya takzeeb-e-ala, yaani nabiyon ko jhutlana,</w:t>
      </w:r>
    </w:p>
    <w:p>
      <w:pPr>
        <w:jc w:val="right"/>
      </w:pPr>
      <w:r>
        <w:t>ایک ہے تکذیب رسول اور ایک ہے تکذیب آیات یا تکذیب اعلیٰ، یعنی نبیوں کو جھٹلانا،</w:t>
      </w:r>
    </w:p>
    <w:p>
      <w:r>
        <w:rPr>
          <w:b/>
        </w:rPr>
        <w:t xml:space="preserve">[03:44] </w:t>
      </w:r>
      <w:r>
        <w:t>nabiyon ka inkaar karna, ya Allah ki jo aayatein phaili hui hain, nishaniyan, un nishaniyon ko sabaq na lena. sabaq na lena bhi jhutlana hai.</w:t>
      </w:r>
    </w:p>
    <w:p>
      <w:pPr>
        <w:jc w:val="right"/>
      </w:pPr>
      <w:r>
        <w:t>نبیوں کا انکار کرنا، یا اللہ کی جو آیتیں پھیلی ہوئی ہیں، نشانیاں، ان نشانیوں کو سبق نہ لینا۔ سبق نہ لینا بھی جھٹلانا ہے۔</w:t>
      </w:r>
    </w:p>
    <w:p>
      <w:r>
        <w:rPr>
          <w:b/>
        </w:rPr>
        <w:t xml:space="preserve">[03:58] </w:t>
      </w:r>
      <w:r>
        <w:t>jab ek nabi zahir ho aur uska aadmi inkaar kare to us ne us ko jhutlaya. isi tarah is duniya mein Allah ne jo nishaniyan rakhi hain,</w:t>
      </w:r>
    </w:p>
    <w:p>
      <w:pPr>
        <w:jc w:val="right"/>
      </w:pPr>
      <w:r>
        <w:t>جب ایک نبی ظاہر ہو اور اس کا آدمی انکار کرے تو اس نے اس کو جھٹلایا۔ اسی طرح اس دنیا میں اللہ نے جو نشانیاں رکھی ہیں،</w:t>
      </w:r>
    </w:p>
    <w:p>
      <w:r>
        <w:rPr>
          <w:b/>
        </w:rPr>
        <w:t xml:space="preserve">[04:13] </w:t>
      </w:r>
      <w:r>
        <w:t>un se aadmi sabaq na le, tab bhi us ne takzeeb ka kaam kiya. to yeh dono cheezen murad hain is aayat mein.</w:t>
      </w:r>
    </w:p>
    <w:p>
      <w:pPr>
        <w:jc w:val="right"/>
      </w:pPr>
      <w:r>
        <w:t>ان سے آدمی سبق نہ لے، تب بھی اس نے تکذیب کا کام کیا۔ تو یہ دونوں چیزیں مراد ہیں اس آیت میں۔</w:t>
      </w:r>
    </w:p>
    <w:p>
      <w:r>
        <w:rPr>
          <w:b/>
        </w:rPr>
        <w:t xml:space="preserve">[04:26] </w:t>
      </w:r>
      <w:r>
        <w:t>mufassireen ne aam taur par yahan par muazzab qomon ke jo aasaar hain, woh murad liya hai jo abhi bhi arab, misaal ke taur par aad aur sam, aad aur thamud ki qom hai.</w:t>
      </w:r>
    </w:p>
    <w:p>
      <w:pPr>
        <w:jc w:val="right"/>
      </w:pPr>
      <w:r>
        <w:t>مفسرین نے عام طور پر یہاں پر معذب قوموں کے جو آثار ہیں، وہ مراد لیا ہے جو ابھی بھی عرب، مثال طور پر عاد اور سام، عاد اور ثمود کی قوم ہے۔</w:t>
      </w:r>
    </w:p>
    <w:p>
      <w:r>
        <w:rPr>
          <w:b/>
        </w:rPr>
        <w:t xml:space="preserve">[04:46] </w:t>
      </w:r>
      <w:r>
        <w:t>to un ke aasaar, yaani ke ruain jo hain, abhi bhi arab aur sham ke ilaaqe mein paaye jaate hain.</w:t>
      </w:r>
    </w:p>
    <w:p>
      <w:pPr>
        <w:jc w:val="right"/>
      </w:pPr>
      <w:r>
        <w:t>تو ان کے آثار، یعنی کہ روئین جو ہیں، ابھی بھی عرب اور شام کے علاقے میں پائے جاتے ہیں۔</w:t>
      </w:r>
    </w:p>
    <w:p>
      <w:r>
        <w:rPr>
          <w:b/>
        </w:rPr>
        <w:t xml:space="preserve">[04:53] </w:t>
      </w:r>
      <w:r>
        <w:t>lekin agar aap itna hi lein to yeh baat bohat mehdood ho jayegi, yaani sirf un logon ke liye hogi jo kabhi safar kar ke is ilaaqe se guzre,</w:t>
      </w:r>
    </w:p>
    <w:p>
      <w:pPr>
        <w:jc w:val="right"/>
      </w:pPr>
      <w:r>
        <w:t>لیکن اگر آپ اتنا ہی لیں تو یہ بات بہت محدود ہو جائے گی، یعنی صرف ان لوگوں کے لیے ہوگی جو کبھی سفر کر کے اس علاقے سے گزرے،</w:t>
      </w:r>
    </w:p>
    <w:p>
      <w:r>
        <w:rPr>
          <w:b/>
        </w:rPr>
        <w:t xml:space="preserve">[05:09] </w:t>
      </w:r>
      <w:r>
        <w:t>arab aur sham ke is ilaaqe se, aur woh in ruain ko dekhein. bas.</w:t>
      </w:r>
    </w:p>
    <w:p>
      <w:pPr>
        <w:jc w:val="right"/>
      </w:pPr>
      <w:r>
        <w:t>عرب اور شام کے اس علاقے سے، اور وہ اس روئین کو دیکھیں۔ بس۔</w:t>
      </w:r>
    </w:p>
    <w:p>
      <w:r>
        <w:rPr>
          <w:b/>
        </w:rPr>
        <w:t xml:space="preserve">[05:19] </w:t>
      </w:r>
      <w:r>
        <w:t>lekin jo doosri takzeeb hai, takzeeb ayat ya takzeeb aala, mein samajhta hoon ke woh bohat ziyada wasee kar deti hai is maamle ko.</w:t>
      </w:r>
    </w:p>
    <w:p>
      <w:pPr>
        <w:jc w:val="right"/>
      </w:pPr>
      <w:r>
        <w:t>لیکن جو دوسری تکذیب ہے، تکذیب آیات یا تکذیب اعلیٰ، میں سمجھتا ہوں کہ وہ بہت زیادہ وسیع کر دیتی ہے اس معاملے کو۔</w:t>
      </w:r>
    </w:p>
    <w:p>
      <w:r>
        <w:rPr>
          <w:b/>
        </w:rPr>
        <w:t xml:space="preserve">[05:31] </w:t>
      </w:r>
      <w:r>
        <w:t>quran mein dekhiye, surah rehman jo hai, is mein baar baar aaya hai ke faba ayyi ala rabbikuma tukazziboon. aala ka matlab hota hai: wonder, yaani Allah ke kis kis wonder ko tum jhutlaoge.</w:t>
      </w:r>
    </w:p>
    <w:p>
      <w:pPr>
        <w:jc w:val="right"/>
      </w:pPr>
      <w:r>
        <w:t>قرآن میں دیکھیے، سورہ الرحمن جو ہے، اس میں بار بار آیا ہے کہ فَبِأَيَّا لَا رَبِّكُمَا تُكَذَّبُونَ اعلیٰ کا مطلب ہوتا ہے: ونڈر، یعنی اللہ کے کس کس ونڈر کو تم جھٹلاؤ گے۔</w:t>
      </w:r>
    </w:p>
    <w:p>
      <w:r>
        <w:rPr>
          <w:b/>
        </w:rPr>
        <w:t xml:space="preserve">[05:48] </w:t>
      </w:r>
      <w:r>
        <w:t>yahan pe bhi takzeeb ka lafz aaya hai.</w:t>
      </w:r>
    </w:p>
    <w:p>
      <w:pPr>
        <w:jc w:val="right"/>
      </w:pPr>
      <w:r>
        <w:t>یہاں پہ بھی تکذیب کا لفظ آیا ہے۔</w:t>
      </w:r>
    </w:p>
    <w:p>
      <w:r>
        <w:rPr>
          <w:b/>
        </w:rPr>
        <w:t xml:space="preserve">[05:51] </w:t>
      </w:r>
      <w:r>
        <w:t>to mein samajhta hoon ke insaan jab apne mahaul mein hota hai, tab bhi us ko bohat se nishaniyan is paas hoti hain us ke, lekin safar mein bohat ziyada barh jata hai yeh maamla, yaani million nahi, billion nai nishaniyan samne aati hain.</w:t>
      </w:r>
    </w:p>
    <w:p>
      <w:pPr>
        <w:jc w:val="right"/>
      </w:pPr>
      <w:r>
        <w:t>تو میں سمجھتا ہوں کہ انسان جب اپنے ماحول میں ہوتا ہے، تب بھی اس کو بہت سے نشانیاں اس پاس ہوتی ہیں اس کے، لیکن سفر میں بہت زیادہ بڑھ جاتا ہے یہ معاملہ، یعنی ملین نہیں، بلین نئی نشانیاں سامنے آتی ہیں۔</w:t>
      </w:r>
    </w:p>
    <w:p>
      <w:r>
        <w:rPr>
          <w:b/>
        </w:rPr>
        <w:t xml:space="preserve">[06:11] </w:t>
      </w:r>
      <w:r>
        <w:t>to agar aadmi aankh khol kar safar na kare, cheezon se sabaq na le, tab bhi us ne koi takzeeb ka kaam kiya,</w:t>
      </w:r>
    </w:p>
    <w:p>
      <w:pPr>
        <w:jc w:val="right"/>
      </w:pPr>
      <w:r>
        <w:t>تو اگر آدمی آنکھ کھول کر سفر نہ کرے، چیزوں سے سبق نہ لے، تب بھی اس نے کوئی تکذیب کا کام کیا،</w:t>
      </w:r>
    </w:p>
    <w:p>
      <w:r>
        <w:rPr>
          <w:b/>
        </w:rPr>
        <w:t xml:space="preserve">[06:21] </w:t>
      </w:r>
      <w:r>
        <w:t>us ne jhutlaya, us ko deny kiya. to</w:t>
      </w:r>
    </w:p>
    <w:p>
      <w:pPr>
        <w:jc w:val="right"/>
      </w:pPr>
      <w:r>
        <w:t>اس نے جھٹلایا، اس کو ڈینائی کیا۔ تو</w:t>
      </w:r>
    </w:p>
    <w:p>
      <w:r>
        <w:rPr>
          <w:b/>
        </w:rPr>
        <w:t xml:space="preserve">[06:32] </w:t>
      </w:r>
      <w:r>
        <w:t>yeh mera, mera mizaj yeh hai, meri yeh, yeh mera tareeqa hai ke mein jab bhi safar karta hoon to mein aik aik cheez se sabaq lene ki koshish karta hoon.</w:t>
      </w:r>
    </w:p>
    <w:p>
      <w:pPr>
        <w:jc w:val="right"/>
      </w:pPr>
      <w:r>
        <w:t>یہ میرا، میرا مزاج یہ ہے، میری یہ، یہ میرا طریقہ ہے کہ میں جب بھی سفر کرتا ہوں تو میں ایک ایک چیز سے سبق لینے کی کوشش کرتا ہوں۔</w:t>
      </w:r>
    </w:p>
    <w:p>
      <w:r>
        <w:rPr>
          <w:b/>
        </w:rPr>
        <w:t xml:space="preserve">[06:44] </w:t>
      </w:r>
      <w:r>
        <w:t>is silsile mein mere kai safarnamay chhap chuke hain.</w:t>
      </w:r>
    </w:p>
    <w:p>
      <w:pPr>
        <w:jc w:val="right"/>
      </w:pPr>
      <w:r>
        <w:t>اس سلسلے میں میرے کئی سفرنامے چھپ چکے ہیں۔</w:t>
      </w:r>
    </w:p>
    <w:p>
      <w:r>
        <w:rPr>
          <w:b/>
        </w:rPr>
        <w:t xml:space="preserve">[06:48] </w:t>
      </w:r>
      <w:r>
        <w:t>is waqt mein yeh jo safar agra ka hua, 22, 23 october ko, is ke baray mein kuch arz karna chahta hoon.</w:t>
      </w:r>
    </w:p>
    <w:p>
      <w:pPr>
        <w:jc w:val="right"/>
      </w:pPr>
      <w:r>
        <w:t>اس وقت میں یہ جو سفر آگرہ کا ہوا، 22، 23 اکتوبر کو، اس کے بارے میں کچھ عرض کرنا چاہتا ہوں۔</w:t>
      </w:r>
    </w:p>
    <w:p>
      <w:r>
        <w:rPr>
          <w:b/>
        </w:rPr>
        <w:t xml:space="preserve">[07:02] </w:t>
      </w:r>
      <w:r>
        <w:t>aik baat to yeh hai ke sarvod samajh kya hai? dekhiye, sarvod ke lafzi maani hote hain: progress of all, yaani sab ki taraqqi.</w:t>
      </w:r>
    </w:p>
    <w:p>
      <w:pPr>
        <w:jc w:val="right"/>
      </w:pPr>
      <w:r>
        <w:t>ایک بات تو یہ ہے کہ سرود سماج کیا ہے؟ دیکھیے، سرود کے لفظی معنی ہوتے ہیں: پروگریس آف آل، یعنی سب کی ترقی۔</w:t>
      </w:r>
    </w:p>
    <w:p>
      <w:r>
        <w:rPr>
          <w:b/>
        </w:rPr>
        <w:t xml:space="preserve">[07:16] </w:t>
      </w:r>
      <w:r>
        <w:t>sarvod ka lafz mahatma gandhi ne 1908 mein apni aik tehreer mein istemal kiya tha.</w:t>
      </w:r>
    </w:p>
    <w:p>
      <w:pPr>
        <w:jc w:val="right"/>
      </w:pPr>
      <w:r>
        <w:t>سرود کا لفظ مہاتما گاندھی نے 1908 میں اپنی ایک تحریر میں استعمال کیا تھا۔</w:t>
      </w:r>
    </w:p>
    <w:p>
      <w:r>
        <w:rPr>
          <w:b/>
        </w:rPr>
        <w:t xml:space="preserve">[07:27] </w:t>
      </w:r>
      <w:r>
        <w:t>unhon ne kaha tha ke meri jo philosophy hai, political philosophy, to political philosophy ka yeh batata hai, yeh lafz sarvod, ke sab ki taraqqi.</w:t>
      </w:r>
    </w:p>
    <w:p>
      <w:pPr>
        <w:jc w:val="right"/>
      </w:pPr>
      <w:r>
        <w:t>انہوں نے کہا تھا کہ میری جو فلاسفی ہے، پولیٹیکل فلاسفی، تو پولیٹیکل فلاسفی کا یہ بتاتا ہے، یہ لفظ سرود، کہ سب کی ترقی۔</w:t>
      </w:r>
    </w:p>
    <w:p>
      <w:r>
        <w:rPr>
          <w:b/>
        </w:rPr>
        <w:t xml:space="preserve">[07:41] </w:t>
      </w:r>
      <w:r>
        <w:t>lekin khud mahatma gandhi ne sarvod ke naam par koi tehreek nahi chalai,</w:t>
      </w:r>
    </w:p>
    <w:p>
      <w:pPr>
        <w:jc w:val="right"/>
      </w:pPr>
      <w:r>
        <w:t>لیکن خود مہاتما گاندھی نے سرود کے نام پر کوئی تحریک نہیں چلائی،</w:t>
      </w:r>
    </w:p>
    <w:p>
      <w:r>
        <w:rPr>
          <w:b/>
        </w:rPr>
        <w:t xml:space="preserve">[07:48] </w:t>
      </w:r>
      <w:r>
        <w:t>agarche sarvod ka lafz unhon ne istemal kiya tha sab se pehle 1908 mein. phir is ke baad jab un ki death ho gayi to is ke baad un ke jo khaas shagird the,</w:t>
      </w:r>
    </w:p>
    <w:p>
      <w:pPr>
        <w:jc w:val="right"/>
      </w:pPr>
      <w:r>
        <w:t>اگرچہ سرود کا لفظ انہوں نے استعمال کیا تھا سب سے پہلے 1908 میں۔ پھر اس کے بعد جب ان کی ڈیتھ ہو گئی تو اس کے بعد ان کے جو خاص شاگرد تھے،</w:t>
      </w:r>
    </w:p>
    <w:p>
      <w:r>
        <w:rPr>
          <w:b/>
        </w:rPr>
        <w:t xml:space="preserve">[08:04] </w:t>
      </w:r>
      <w:r>
        <w:t>vinoba bhave, vinoba bhave apne sathiyon ko le kar jama hue delhi mein, aur unhon ne 1948 mein, 1948 mein,</w:t>
      </w:r>
    </w:p>
    <w:p>
      <w:pPr>
        <w:jc w:val="right"/>
      </w:pPr>
      <w:r>
        <w:t>بہنوا بھاوے، بہنوا بھاوے اپنے ساتھیوں کو لے کر جمع ہوئے دہلی میں، اور انہوں نے 1948 میں، 1948 میں،</w:t>
      </w:r>
    </w:p>
    <w:p>
      <w:r>
        <w:rPr>
          <w:b/>
        </w:rPr>
        <w:t xml:space="preserve">[08:18] </w:t>
      </w:r>
      <w:r>
        <w:t>sarvod samajh ki buniyad rakhi. tab se yeh tehreek chal rahi hai.</w:t>
      </w:r>
    </w:p>
    <w:p>
      <w:pPr>
        <w:jc w:val="right"/>
      </w:pPr>
      <w:r>
        <w:t>سرود سماج کی بنیاد رکھی۔ تب سے یہ تحریک چل رہی ہے۔</w:t>
      </w:r>
    </w:p>
    <w:p>
      <w:r>
        <w:rPr>
          <w:b/>
        </w:rPr>
        <w:t xml:space="preserve">[08:24] </w:t>
      </w:r>
      <w:r>
        <w:t>baad ko</w:t>
      </w:r>
    </w:p>
    <w:p>
      <w:pPr>
        <w:jc w:val="right"/>
      </w:pPr>
      <w:r>
        <w:t>بعد کو</w:t>
      </w:r>
    </w:p>
    <w:p>
      <w:r>
        <w:rPr>
          <w:b/>
        </w:rPr>
        <w:t xml:space="preserve">[08:28] </w:t>
      </w:r>
      <w:r>
        <w:t>jab prakash narayan is mein shamil ho gaye aur do top ke leader goya is ki qiyadat karne lage, yaani vinoba bhave aur j. prakash narayan,</w:t>
      </w:r>
    </w:p>
    <w:p>
      <w:pPr>
        <w:jc w:val="right"/>
      </w:pPr>
      <w:r>
        <w:t>جب پرکاش نارائن اس میں شامل ہو گئے اور دو ٹاپ کے لیڈر گویا اس کی قیادت کرنے لگے، یعنی بہنوا بھاوے اور جیب پرکاش نارائن،</w:t>
      </w:r>
    </w:p>
    <w:p>
      <w:r>
        <w:rPr>
          <w:b/>
        </w:rPr>
        <w:t xml:space="preserve">[08:46] </w:t>
      </w:r>
      <w:r>
        <w:t>to isi isi tehreek ka yeh sambhalan tha agra</w:t>
      </w:r>
    </w:p>
    <w:p>
      <w:pPr>
        <w:jc w:val="right"/>
      </w:pPr>
      <w:r>
        <w:t>تو اسی اسی تحریک کا یہ سنبھلن تھا آگرہ</w:t>
      </w:r>
    </w:p>
    <w:p>
      <w:r>
        <w:rPr>
          <w:b/>
        </w:rPr>
        <w:t xml:space="preserve">[08:51] </w:t>
      </w:r>
      <w:r>
        <w:t>mein jo hua. yahan mein apna aik waqia arz karna chahta hoon. dekhiye, sarvod samajh ka pehla taaruf mera jo hua tha,</w:t>
      </w:r>
    </w:p>
    <w:p>
      <w:pPr>
        <w:jc w:val="right"/>
      </w:pPr>
      <w:r>
        <w:t>میں جو ہوا۔ یہاں میں اپنا ایک واقعہ عرض کرنا چاہتا ہوں۔ دیکھیے، سرود سماج کا پہلا تعارف میرا جو ہوا تھا،</w:t>
      </w:r>
    </w:p>
    <w:p>
      <w:r>
        <w:rPr>
          <w:b/>
        </w:rPr>
        <w:t xml:space="preserve">[09:04] </w:t>
      </w:r>
      <w:r>
        <w:t>wo 1955 ke aas paas mein tha. mein us waqt adampur mein rehta tha. to adampur mein aik sambhalan hua sarvod samajh ka, jis mein khud j. prakash narayan aaye the.</w:t>
      </w:r>
    </w:p>
    <w:p>
      <w:pPr>
        <w:jc w:val="right"/>
      </w:pPr>
      <w:r>
        <w:t>وہ 1955 کے اس پاس میں تھا۔ میں اس وقت آدم گڑھ میں رہتا تھا۔ تو آدم گڑھ میں ایک سنبھلن ہوا سرود سماج کا، جس میں خود جیب پاک کاش نارائن آئے تھے۔</w:t>
      </w:r>
    </w:p>
    <w:p>
      <w:r>
        <w:rPr>
          <w:b/>
        </w:rPr>
        <w:t xml:space="preserve">[09:21] </w:t>
      </w:r>
      <w:r>
        <w:t>khud j. prakash, j. prakash narayan is mein aaye the jin ki death hui 1969 mein. to bohat kaafi wahan yeh log ikhatta hue the, bohat bara majma tha.</w:t>
      </w:r>
    </w:p>
    <w:p>
      <w:pPr>
        <w:jc w:val="right"/>
      </w:pPr>
      <w:r>
        <w:t>خود جیب پاک، جیب پاک کاش نارائن اس میں آئے تھے جن کی ڈیتھ ہوئی 1969 میں۔ تو بہت کافی وہاں یہ لوگ اکٹھا ہوئے تھے، بہت بڑا مجمع تھا۔</w:t>
      </w:r>
    </w:p>
    <w:p>
      <w:r>
        <w:rPr>
          <w:b/>
        </w:rPr>
        <w:t xml:space="preserve">[09:35] </w:t>
      </w:r>
      <w:r>
        <w:t>to us waqt mein jamaat e islami hind se wabasta tha. to mein ne tay kiya ke hum wahan par book stall lagayenge.</w:t>
      </w:r>
    </w:p>
    <w:p>
      <w:pPr>
        <w:jc w:val="right"/>
      </w:pPr>
      <w:r>
        <w:t>تو اس وقت میں جماعت اسلامی ہند سے وابستہ تھا۔ تو میں نے طے کیا کہ ہم وہاں پر بک اسٹال لگائیں گے۔</w:t>
      </w:r>
    </w:p>
    <w:p>
      <w:r>
        <w:rPr>
          <w:b/>
        </w:rPr>
        <w:t xml:space="preserve">[09:45] </w:t>
      </w:r>
      <w:r>
        <w:t>to us waqt hamare paas apni koi kitab nahi hoti thi, sirf jamaat e islami ki kitaben hoti thin.</w:t>
      </w:r>
    </w:p>
    <w:p>
      <w:pPr>
        <w:jc w:val="right"/>
      </w:pPr>
      <w:r>
        <w:t>تو اس وقت ہمارے پاس اپنی کوئی کتاب نہیں ہوتی تھی، صرف جماعت اسلامی کی کتابیں ہوتی تھیں۔</w:t>
      </w:r>
    </w:p>
    <w:p>
      <w:r>
        <w:rPr>
          <w:b/>
        </w:rPr>
        <w:t xml:space="preserve">[09:52] </w:t>
      </w:r>
      <w:r>
        <w:t>to wahan hum ne book stall lagaya, aur mujhe yaad hai ke wahan par mein ne aik banner lagaya tha. is banner ke alfaaz iqbal wa suhail sahib se mein ne likhwai the.</w:t>
      </w:r>
    </w:p>
    <w:p>
      <w:pPr>
        <w:jc w:val="right"/>
      </w:pPr>
      <w:r>
        <w:t>تو وہاں ہم نے بک اسٹال لگایا، اور مجھے یاد ہے کہ وہاں پر میں نے ایک بینر لگایا تھا۔ اس بینر کے الفاظ اقبال وسہیل صاحب سے میں نے لکھوائے تھے۔</w:t>
      </w:r>
    </w:p>
    <w:p>
      <w:r>
        <w:rPr>
          <w:b/>
        </w:rPr>
        <w:t xml:space="preserve">[10:04] </w:t>
      </w:r>
      <w:r>
        <w:t>woh alfaz yeh thay keh "Go through the revitalizing literature of Islamic movement and play your part in building of a new world.</w:t>
      </w:r>
    </w:p>
    <w:p>
      <w:pPr>
        <w:jc w:val="right"/>
      </w:pPr>
      <w:r>
        <w:t>وہ الفاظ یہ تھے کہ "Go through the revitalizing literature of Islamic movement and play your part in building of a new world.</w:t>
      </w:r>
    </w:p>
    <w:p>
      <w:r>
        <w:rPr>
          <w:b/>
        </w:rPr>
        <w:t xml:space="preserve">[10:18] </w:t>
      </w:r>
      <w:r>
        <w:t>Go through the revitalizing literature of the Islamic movement and play your part in building of a new world." yeh tha banner, aur wahan par jo jamaat-e-islami ki kitabein hain,</w:t>
      </w:r>
    </w:p>
    <w:p>
      <w:pPr>
        <w:jc w:val="right"/>
      </w:pPr>
      <w:r>
        <w:t>Go through the revitalizing literature of the Islamic movement and play your part in building of a new world." یہ تھا بینر، اور وہاں پر جو جماعت اسلامی کی کتابیں ہیں،</w:t>
      </w:r>
    </w:p>
    <w:p>
      <w:r>
        <w:rPr>
          <w:b/>
        </w:rPr>
        <w:t xml:space="preserve">[10:32] </w:t>
      </w:r>
      <w:r>
        <w:t>woh rakhi theen hum ne urdu english mein, lekin kuch bhi response hamein nahi mila. wahan par</w:t>
      </w:r>
    </w:p>
    <w:p>
      <w:pPr>
        <w:jc w:val="right"/>
      </w:pPr>
      <w:r>
        <w:t>وہ رکھی تھیں ہم نے اردو انگلش میں، لیکن کچھ بھی رسپانس ہمیں نہیں ملا۔ وہاں پر</w:t>
      </w:r>
    </w:p>
    <w:p>
      <w:r>
        <w:rPr>
          <w:b/>
        </w:rPr>
        <w:t xml:space="preserve">[10:41] </w:t>
      </w:r>
      <w:r>
        <w:t>kisi ne na toh kitabon mein dilchaspi li, na mujh se koi kisi ne interest show kiya. bas aise hi hum ne rakha aur phir wapas aa gaye.</w:t>
      </w:r>
    </w:p>
    <w:p>
      <w:pPr>
        <w:jc w:val="right"/>
      </w:pPr>
      <w:r>
        <w:t>کسی نے نہ تو کتابوں میں دلچسپی لی، نہ مجھ سے کوئی کسی نے انٹرسٹ شو کیا۔ بس ایسے ہی ہم نے رکھا اور پھر واپس آ گئے۔</w:t>
      </w:r>
    </w:p>
    <w:p>
      <w:r>
        <w:rPr>
          <w:b/>
        </w:rPr>
        <w:t xml:space="preserve">[10:52] </w:t>
      </w:r>
      <w:r>
        <w:t>toh mera mizaj yeh hai keh main har cheez par sochta hoon, yaani main kisi cheez ko negative size mein nahi leta keh sahib hinduon ka ta'assub tha ya yeh log jo hain apne ko samajhte hain, doosron ko kuch nahi samajhte waghera kar ke main negative ho jata.</w:t>
      </w:r>
    </w:p>
    <w:p>
      <w:pPr>
        <w:jc w:val="right"/>
      </w:pPr>
      <w:r>
        <w:t>تو میرا مزاج یہ ہے کہ میں ہر چیز پر سوچتا ہوں، یعنی میں کسی چیز کو نیگیٹیو سائز میں نہیں لیتا کہ صاحب ہندوؤں کا تعصب تھا یا یہ لوگ جو ہیں اپنے کو سمجھتے ہیں، دوسروں کو کچھ نہیں سمجھتے وغیرہ کر کے میں نیگیٹیو ہو جاتا۔</w:t>
      </w:r>
    </w:p>
    <w:p>
      <w:r>
        <w:rPr>
          <w:b/>
        </w:rPr>
        <w:t xml:space="preserve">[11:10] </w:t>
      </w:r>
      <w:r>
        <w:t>aisa nahi kiya maine, balkeh mere andar soch jaagti hai hamesha keh kyun aisa hua, kyun in logon ne is mein dilchaspi nahi li.</w:t>
      </w:r>
    </w:p>
    <w:p>
      <w:pPr>
        <w:jc w:val="right"/>
      </w:pPr>
      <w:r>
        <w:t>ایسا نہیں کیا میں نے، بلکہ میرے اندر سوچ جاگتی ہے ہمیشہ کہ کیوں ایسا ہوا، کیوں ان لوگوں نے اس میں دلچسپی نہیں لی۔</w:t>
      </w:r>
    </w:p>
    <w:p>
      <w:r>
        <w:rPr>
          <w:b/>
        </w:rPr>
        <w:t xml:space="preserve">[11:20] </w:t>
      </w:r>
      <w:r>
        <w:t>toh ek process mere mind mein chalta raha bohat lambi muddat tak. toh maine bohat kaafi study ki, bohat zyada samajhne ki koshish ki, hinduon se mulaqatein keen, un ke aur do aur jalson mein bhi gaya.</w:t>
      </w:r>
    </w:p>
    <w:p>
      <w:pPr>
        <w:jc w:val="right"/>
      </w:pPr>
      <w:r>
        <w:t>تو ایک پروسیس میرے مائنڈ میں چلتا رہا بہت لمبی مدت تک۔ تو میں نے بہت کافی اسٹڈی کی، بہت زیادہ سمجھنے کی کوشش کی، ہندوؤں سے ملاقاتیں کیں، ان کے اور دو اور جلسوں میں بھی گیا۔</w:t>
      </w:r>
    </w:p>
    <w:p>
      <w:r>
        <w:rPr>
          <w:b/>
        </w:rPr>
        <w:t xml:space="preserve">[11:35] </w:t>
      </w:r>
      <w:r>
        <w:t>toh maine daryaft kiya keh yeh jo literature hai jamaat-e-islami ka, woh sara ka sara political interpretation of Islam par mabni hai.</w:t>
      </w:r>
    </w:p>
    <w:p>
      <w:pPr>
        <w:jc w:val="right"/>
      </w:pPr>
      <w:r>
        <w:t>تو میں نے دریافت کیا کہ یہ جو لٹریچر ہے جماعت اسلامی کا، وہ سارا کا سارا پولیٹیکل انٹرپریٹیشن آف اسلام پر مبنی ہے۔</w:t>
      </w:r>
    </w:p>
    <w:p>
      <w:r>
        <w:rPr>
          <w:b/>
        </w:rPr>
        <w:t xml:space="preserve">[11:47] </w:t>
      </w:r>
      <w:r>
        <w:t>political interpretation of Islam toh yeh literature insaan ke mind ko address hi nahi karta. yaani pehli baat yeh hai keh woh Islam ki sahi tashreeh nahi hai, Islam koi political system nahi hai,</w:t>
      </w:r>
    </w:p>
    <w:p>
      <w:pPr>
        <w:jc w:val="right"/>
      </w:pPr>
      <w:r>
        <w:t>پولیٹیکل انٹرپریٹیشن آف اسلام تو یہ لٹریچر انسان کے مائنڈ کو ایڈریس ہی نہیں کرتا۔ یعنی پہلی بات یہ ہے کہ وہ اسلام کی صحیح تشریح نہیں ہے، اسلام کوئی پولیٹیکل سسٹم نہیں ہے،</w:t>
      </w:r>
    </w:p>
    <w:p>
      <w:r>
        <w:rPr>
          <w:b/>
        </w:rPr>
        <w:t xml:space="preserve">[12:02] </w:t>
      </w:r>
      <w:r>
        <w:t>aur doosri baat hai keh woh insaan ko appeal bhi nahi karta.</w:t>
      </w:r>
    </w:p>
    <w:p>
      <w:pPr>
        <w:jc w:val="right"/>
      </w:pPr>
      <w:r>
        <w:t>اور دوسری بات ہے کہ وہ انسان کو اپیل بھی نہیں کرتا۔</w:t>
      </w:r>
    </w:p>
    <w:p>
      <w:r>
        <w:rPr>
          <w:b/>
        </w:rPr>
        <w:t xml:space="preserve">[12:06] </w:t>
      </w:r>
      <w:r>
        <w:t>koi insaan, chunancha jamaat-e-islami hind, jamaat-e-islami jo hai, chahe India mein ho, Pakistan mein ho, musalmanon ki jamaat ho kar reh gayi, kyunkeh is ka literature jo hai, aam insaan ko appeal nahi karta.</w:t>
      </w:r>
    </w:p>
    <w:p>
      <w:pPr>
        <w:jc w:val="right"/>
      </w:pPr>
      <w:r>
        <w:t>کوئی انسان، چنانچہ جماعت اسلامی ہند، جماعت اسلامی جو ہے، چاہے انڈیا میں ہو، پاکستان میں ہو، مسلمانوں کی جماعت ہو کر رہ گئی، کیونکہ اس کا لٹریچر جو ہے، عام انسان کو اپیل نہیں کرتا۔</w:t>
      </w:r>
    </w:p>
    <w:p>
      <w:r>
        <w:rPr>
          <w:b/>
        </w:rPr>
        <w:t xml:space="preserve">[12:19] </w:t>
      </w:r>
      <w:r>
        <w:t>aaj bhi</w:t>
      </w:r>
    </w:p>
    <w:p>
      <w:pPr>
        <w:jc w:val="right"/>
      </w:pPr>
      <w:r>
        <w:t>آج بھی</w:t>
      </w:r>
    </w:p>
    <w:p>
      <w:r>
        <w:rPr>
          <w:b/>
        </w:rPr>
        <w:t xml:space="preserve">[12:23] </w:t>
      </w:r>
      <w:r>
        <w:t>ek milli jamaat ban kar reh gayi hai. ab jamaat-e-islami haqeeqat mein jamaat milli hai.</w:t>
      </w:r>
    </w:p>
    <w:p>
      <w:pPr>
        <w:jc w:val="right"/>
      </w:pPr>
      <w:r>
        <w:t>ایک ملی جماعت بن کر رہ گئی ہے۔ اب جماعت اسلامی حقیقت میں جماعت ملی ہے۔</w:t>
      </w:r>
    </w:p>
    <w:p>
      <w:r>
        <w:rPr>
          <w:b/>
        </w:rPr>
        <w:t xml:space="preserve">[12:29] </w:t>
      </w:r>
      <w:r>
        <w:t>toh main sochta raha, sochta raha, toh maine samjha hai keh jab is tarah ka literature jo hai, na toh Islam ki tarjumaani hai, na woh insaan ke mind ko address karta hai.</w:t>
      </w:r>
    </w:p>
    <w:p>
      <w:pPr>
        <w:jc w:val="right"/>
      </w:pPr>
      <w:r>
        <w:t>تو میں سوچتا رہا، سوچتا رہا، تو میں نے سمجھا ہے کہ جب اس طرح کا لٹریچر جو ہے، نہ تو اسلام کی ترجمانی ہے، نہ وہ انسان کے مائنڈ کو ایڈریس کرتا ہے۔</w:t>
      </w:r>
    </w:p>
    <w:p>
      <w:r>
        <w:rPr>
          <w:b/>
        </w:rPr>
        <w:t xml:space="preserve">[12:41] </w:t>
      </w:r>
      <w:r>
        <w:t>toh phir maine khud se likhna shuru kiya.</w:t>
      </w:r>
    </w:p>
    <w:p>
      <w:pPr>
        <w:jc w:val="right"/>
      </w:pPr>
      <w:r>
        <w:t>تو پھر میں نے خود سے لکھنا شروع کیا۔</w:t>
      </w:r>
    </w:p>
    <w:p>
      <w:r>
        <w:rPr>
          <w:b/>
        </w:rPr>
        <w:t xml:space="preserve">[12:46] </w:t>
      </w:r>
      <w:r>
        <w:t>ek, yaani is silsile mein main bataoon keh shuru zamaney mein ek mera ek pamphlet chapa tha, is ka naam tha "Naye Ahad ke Darwaze par".</w:t>
      </w:r>
    </w:p>
    <w:p>
      <w:pPr>
        <w:jc w:val="right"/>
      </w:pPr>
      <w:r>
        <w:t>ایک، یعنی اس سلسلے میں میں میں بتاؤں کہ شروع زمانے میں ایک میرا ایک پمفلیٹ چھپا تھا، اس کا نام تھا "نئے عہد کے دروازے پر"۔</w:t>
      </w:r>
    </w:p>
    <w:p>
      <w:r>
        <w:rPr>
          <w:b/>
        </w:rPr>
        <w:t xml:space="preserve">[13:02] </w:t>
      </w:r>
      <w:r>
        <w:t>shayad yahi aaghaz tha mere nai soch ka. phir barabar karta raha yahan tak keh bohat sari kitabein tayyar huin.</w:t>
      </w:r>
    </w:p>
    <w:p>
      <w:pPr>
        <w:jc w:val="right"/>
      </w:pPr>
      <w:r>
        <w:t>شاید یہی آغاز تھا میرے نئی سوچ کا۔ پھر برابر کرتا رہا یہاں تک کہ بہت ساری کتابیں تیار ہوئیں۔</w:t>
      </w:r>
    </w:p>
    <w:p>
      <w:r>
        <w:rPr>
          <w:b/>
        </w:rPr>
        <w:t xml:space="preserve">[13:12] </w:t>
      </w:r>
      <w:r>
        <w:t>phir 1976 mein risala nikla.</w:t>
      </w:r>
    </w:p>
    <w:p>
      <w:pPr>
        <w:jc w:val="right"/>
      </w:pPr>
      <w:r>
        <w:t>پھر 1976 میں رسالہ نکلا۔</w:t>
      </w:r>
    </w:p>
    <w:p>
      <w:r>
        <w:rPr>
          <w:b/>
        </w:rPr>
        <w:t xml:space="preserve">[13:19] </w:t>
      </w:r>
      <w:r>
        <w:t>toh maine dekha keh yeh jo literature maine tayyar kiya hai, jo political thinking par mabni nahi hai, balkeh is mein spirituality hai, is mein insaan ki jo roohaniyat hai, us ko address karta hai.</w:t>
      </w:r>
    </w:p>
    <w:p>
      <w:pPr>
        <w:jc w:val="right"/>
      </w:pPr>
      <w:r>
        <w:t>تو میں نے دیکھا کہ یہ جو لٹریچر میں نے تیار کیا ہے، جو پولیٹیکل تھنکنگ پر مبنی نہیں ہے، بلکہ اس میں سپریچولیٹی ہے، اس میں انسان کی جو روحانیت ہے، اس کو ایڈریس کرتا ہے۔</w:t>
      </w:r>
    </w:p>
    <w:p>
      <w:r>
        <w:rPr>
          <w:b/>
        </w:rPr>
        <w:t xml:space="preserve">[13:37] </w:t>
      </w:r>
      <w:r>
        <w:t>woh toh maine dekha keh ab hindu log bohat dilchaspi le rahe hain is mein.</w:t>
      </w:r>
    </w:p>
    <w:p>
      <w:pPr>
        <w:jc w:val="right"/>
      </w:pPr>
      <w:r>
        <w:t>وہ تو میں نے دیکھا کہ اب ہندو لوگ بہت دلچسپی لے رہے ہیں اس میں۔</w:t>
      </w:r>
    </w:p>
    <w:p>
      <w:r>
        <w:rPr>
          <w:b/>
        </w:rPr>
        <w:t xml:space="preserve">[13:42] </w:t>
      </w:r>
      <w:r>
        <w:t>mazeed yeh hai keh main ek aur cheez is mein mujhe daryaft hui keh agar aap ghair muslimon mein kaam karna chahte hain toh do shartein is ki hain, balkeh teen shartein.</w:t>
      </w:r>
    </w:p>
    <w:p>
      <w:pPr>
        <w:jc w:val="right"/>
      </w:pPr>
      <w:r>
        <w:t>مزید یہ ہے کہ میں ایک اور چیز اس میں مجھے دریافت ہوئی کہ اگر آپ غیر مسلموں میں کام کرنا چاہتے ہیں تو دو شرطیں اس کی ہیں، بلکہ تین شرطیں۔</w:t>
      </w:r>
    </w:p>
    <w:p>
      <w:r>
        <w:rPr>
          <w:b/>
        </w:rPr>
        <w:t xml:space="preserve">[13:58] </w:t>
      </w:r>
      <w:r>
        <w:t>ek toh yeh hai keh aap un ke khair khwah hon, aap ka mizaj jo hai, debate karne wala mizaj na ho. debate ka matlab hota hai apne ko bara samajhna, doosre ko kam samajhna.</w:t>
      </w:r>
    </w:p>
    <w:p>
      <w:pPr>
        <w:jc w:val="right"/>
      </w:pPr>
      <w:r>
        <w:t>ایک تو یہ ہے کہ آپ ان کے خیر خواہ ہوں، آپ کا مزاج جو ہے، ڈیبیٹ کرنے والا مزاج نہ ہو۔ ڈیبیٹ کا مطلب ہوتا ہے اپنے کو بڑا سمجھنا، دوسرے کو کم سمجھنا۔</w:t>
      </w:r>
    </w:p>
    <w:p>
      <w:r>
        <w:rPr>
          <w:b/>
        </w:rPr>
        <w:t xml:space="preserve">[14:12] </w:t>
      </w:r>
      <w:r>
        <w:t>yaani apne ko superior samajhna, doosre ko inferior samajhna. toh debate wala mizaj le kar aap ghair muslimon mein kaam nahi kar sakte.</w:t>
      </w:r>
    </w:p>
    <w:p>
      <w:pPr>
        <w:jc w:val="right"/>
      </w:pPr>
      <w:r>
        <w:t>یعنی اپنے کو سپیریئر سمجھنا، دوسرے کو انفیریئر سمجھنا۔ تو ڈیبیٹ والا مزاج لے کر آپ غیر مسلموں میں کام نہیں کر سکتے۔</w:t>
      </w:r>
    </w:p>
    <w:p>
      <w:r>
        <w:rPr>
          <w:b/>
        </w:rPr>
        <w:t xml:space="preserve">[14:21] </w:t>
      </w:r>
      <w:r>
        <w:t>woh musalmanon ko aap khush karenge, lekin ghair muslimon mein koi address nahi kar payenge. toh ek cheez yeh hai. doosri cheez yeh hai keh aap ka jo andaaz ho, woh talib-e-qalb ka andaaz ho.</w:t>
      </w:r>
    </w:p>
    <w:p>
      <w:pPr>
        <w:jc w:val="right"/>
      </w:pPr>
      <w:r>
        <w:t>وہ مسلمانوں کو آپ خوش کریں گے، لیکن غیر مسلموں میں کوئی ایڈریس نہیں کر پائیں گے۔ تو ایک چیز یہ ہے۔ دوسری چیز یہ ہے کہ آپ کا جو انداز ہو، وہ طالب قلب کا انداز ہو۔</w:t>
      </w:r>
    </w:p>
    <w:p>
      <w:r>
        <w:rPr>
          <w:b/>
        </w:rPr>
        <w:t xml:space="preserve">[14:36] </w:t>
      </w:r>
      <w:r>
        <w:t>toh main jab main is is line mein kaam karna shuru kiya toh maine talib-e-qalb ko is tarah discover kiya. kitabon mein talib-e-qalb ka matlab sirf yeh samjha jata hai keh rasool Allah ne hunain ke mauqe par kuch ghanaim jo thay, woh logon mein taqseem kiye.</w:t>
      </w:r>
    </w:p>
    <w:p>
      <w:pPr>
        <w:jc w:val="right"/>
      </w:pPr>
      <w:r>
        <w:t>تو میں جب میں اس اس لائن میں کام کرنا شروع کیا تو میں نے طالب قلب کو اس طرح ڈسکور کیا۔ کتابوں میں طالب قلب کا مطلب صرف یہ سمجھا جاتا ہے کہ رسول اللہ نے حنین کے موقع پر کچھ غنائم جو تھے، وہ لوگوں میں تقسیم کیے۔</w:t>
      </w:r>
    </w:p>
    <w:p>
      <w:r>
        <w:rPr>
          <w:b/>
        </w:rPr>
        <w:t xml:space="preserve">[14:57] </w:t>
      </w:r>
      <w:r>
        <w:t>bas itna hi samajhte hain. lekin main yeh samjha ke talib-e-qalb ke kai pehlu hain.</w:t>
      </w:r>
    </w:p>
    <w:p>
      <w:pPr>
        <w:jc w:val="right"/>
      </w:pPr>
      <w:r>
        <w:t>بس اتنا ہی سمجھتے ہیں۔ لیکن میں یہ سمجھا کہ طالب قلب کے کئی پہلو ہیں۔</w:t>
      </w:r>
    </w:p>
    <w:p>
      <w:r>
        <w:rPr>
          <w:b/>
        </w:rPr>
        <w:t xml:space="preserve">[15:03] </w:t>
      </w:r>
      <w:r>
        <w:t>ek hai, aap jin logon ka dil narm karna ho, un ko aap maal dein. is zamane mein rasool Allah ne bhed bakri di thi, ek yeh shakal hai.</w:t>
      </w:r>
    </w:p>
    <w:p>
      <w:pPr>
        <w:jc w:val="right"/>
      </w:pPr>
      <w:r>
        <w:t>ایک ہے، آپ جن لوگوں کا دل نرم کرنا ہو، ان کو آپ مال دیں۔ اس زمانے میں رسول اللہ نے بھیڑ بکری دی تھی، ایک یہ شکل ہے۔</w:t>
      </w:r>
    </w:p>
    <w:p>
      <w:r>
        <w:rPr>
          <w:b/>
        </w:rPr>
        <w:t xml:space="preserve">[15:16] </w:t>
      </w:r>
      <w:r>
        <w:t>doosri cheez yeh hai, yaani ek cheez mein yeh arz karoon ke Quran o Hadees ka mutala karne ke liye zaroori hai ke aap ke paas is ka background ho.</w:t>
      </w:r>
    </w:p>
    <w:p>
      <w:pPr>
        <w:jc w:val="right"/>
      </w:pPr>
      <w:r>
        <w:t>دوسری چیز یہ ہے، یعنی ایک چیز میں یہ عرض کروں کہ قرآن و حدیث کا مطالعہ کرنے کے لیے ضروری ہے کہ آپ کے پاس اس کا بیک گراؤنڈ ہو۔</w:t>
      </w:r>
    </w:p>
    <w:p>
      <w:r>
        <w:rPr>
          <w:b/>
        </w:rPr>
        <w:t xml:space="preserve">[15:29] </w:t>
      </w:r>
      <w:r>
        <w:t>jab aap ko shoq lagta hai, jab aap sochte hain, jab aap sawalat se dochar hote hain, jab challenge pesh aata hai, is mind ke sath jab aap sochte hain Quran o Hadees par, to zyada baatein samajh aati hain.</w:t>
      </w:r>
    </w:p>
    <w:p>
      <w:pPr>
        <w:jc w:val="right"/>
      </w:pPr>
      <w:r>
        <w:t>جب آپ کو شوق لگتا ہے، جب آپ سوچتے ہیں، جب آپ سوالات سے دوچار ہوتے ہیں، جب چیلنج پیش آتا ہے، اس مائنڈ کے ساتھ جب آپ سوچتے ہیں قرآن و حدیث پر، تو زیادہ باتیں سمجھ آتی ہیں۔</w:t>
      </w:r>
    </w:p>
    <w:p>
      <w:r>
        <w:rPr>
          <w:b/>
        </w:rPr>
        <w:t xml:space="preserve">[15:45] </w:t>
      </w:r>
      <w:r>
        <w:t>to mujhe jo challenge pesh aaya ke maine wahan par jo shuru mein hinduo mein jo kaam kiya, to mujhe koi response nahi mila.</w:t>
      </w:r>
    </w:p>
    <w:p>
      <w:pPr>
        <w:jc w:val="right"/>
      </w:pPr>
      <w:r>
        <w:t>تو مجھے جو چیلنج پیش آیا کہ میں نے وہاں پر جو شروع میں ہندوؤں میں جو کام کیا، تو مجھے کوئی رسپانس نہیں ملا۔</w:t>
      </w:r>
    </w:p>
    <w:p>
      <w:r>
        <w:rPr>
          <w:b/>
        </w:rPr>
        <w:t xml:space="preserve">[15:58] </w:t>
      </w:r>
      <w:r>
        <w:t>is challenge ne mujhe Hadees ko, rasool Allah ki seerat ko asrar samajhne ka mauqa diya. to mujhe maloom hua ke is talib-e-qalb ka ek hi tareeqa nahi hai.</w:t>
      </w:r>
    </w:p>
    <w:p>
      <w:pPr>
        <w:jc w:val="right"/>
      </w:pPr>
      <w:r>
        <w:t>اس چیلنج نے مجھے حدیث کو، رسول اللہ کی سیرت کو اسرار سمجھنے کا موقع دیا۔ تو مجھے معلوم ہوا کہ اس طالب قلب کا ایک ہی طریقہ نہیں ہے۔</w:t>
      </w:r>
    </w:p>
    <w:p>
      <w:r>
        <w:rPr>
          <w:b/>
        </w:rPr>
        <w:t xml:space="preserve">[16:09] </w:t>
      </w:r>
      <w:r>
        <w:t>hunain mein rasool Allah sal Allah alaihi wasallam ne talib-e-qalb ka tareeqa yeh ikhtiyar kiya tha ke kuch logon ko bhed bakri de di. aap ne is ke siwa bhi talib-e-qalb ke namune seerat mein maujood hain.</w:t>
      </w:r>
    </w:p>
    <w:p>
      <w:pPr>
        <w:jc w:val="right"/>
      </w:pPr>
      <w:r>
        <w:t>حنین میں رسول اللہ صلی اللہ علیہ وسلم نے طالب قلب کا طریقہ یہ اختیار کیا تھا کہ کچھ لوگوں کو بھیڑ بکری دے دیا۔ آپ نے اس کے سوا بھی طالب قلب کے نمونے سیرت میں موجود ہیں۔</w:t>
      </w:r>
    </w:p>
    <w:p>
      <w:r>
        <w:rPr>
          <w:b/>
        </w:rPr>
        <w:t xml:space="preserve">[16:22] </w:t>
      </w:r>
      <w:r>
        <w:t>misal ke taur par dekhiye, ek ek ek ek bar ek qabile ka sardar aap se milne ke liye aaya to aap ne sahaba se kaha ke yeh qaum ka sardar hai, jao is ka istiqbal karo, is ka ikram karo.</w:t>
      </w:r>
    </w:p>
    <w:p>
      <w:pPr>
        <w:jc w:val="right"/>
      </w:pPr>
      <w:r>
        <w:t>مثال کے طور پر دیکھیے، ایک ایک ایک ایک بار ایک قبیلے کا سردار آپ سے ملنے کے لیے آیا تو آپ نے صحابہ سے کہا کہ یہ قوم کا سردار ہے، جاؤ اس کا استقبال کرو، اس کا اکرام کرو۔</w:t>
      </w:r>
    </w:p>
    <w:p>
      <w:r>
        <w:rPr>
          <w:b/>
        </w:rPr>
        <w:t xml:space="preserve">[16:43] </w:t>
      </w:r>
      <w:r>
        <w:t>is ke mani yeh hain ke respect dena bhi ek talib-e-qalb hai,</w:t>
      </w:r>
    </w:p>
    <w:p>
      <w:pPr>
        <w:jc w:val="right"/>
      </w:pPr>
      <w:r>
        <w:t>اس کے معنی یہ ہیں کہ ریسپیکٹ دینا بھی ایک طالب قلب ہے،</w:t>
      </w:r>
    </w:p>
    <w:p>
      <w:r>
        <w:rPr>
          <w:b/>
        </w:rPr>
        <w:t xml:space="preserve">[16:50] </w:t>
      </w:r>
      <w:r>
        <w:t>maal dena hi talib-e-qalb nahi hai. doosre ko aap respect dein, us ko izzat dein, yeh bhi talib-e-qalb hai. aise hi dekhiye, yaman ka yaman ka log aaye aap ke paas, un ke koi numainde madine mein to un se aap ki baat hui.</w:t>
      </w:r>
    </w:p>
    <w:p>
      <w:pPr>
        <w:jc w:val="right"/>
      </w:pPr>
      <w:r>
        <w:t>مال دینا ہی طالب قلب نہیں ہے۔ دوسرے کو آپ ریسپیکٹ دیں، اس کو عزت دیں، یہ بھی طالب قلب ہے۔ ایسے ہی دیکھیے،یمن کایمن کا لوگ آئے آپ کے پاس، ان کے کوئی نمائندے مدینے میں تو ان سے آپ کی بات ہوئی۔</w:t>
      </w:r>
    </w:p>
    <w:p>
      <w:r>
        <w:rPr>
          <w:b/>
        </w:rPr>
        <w:t xml:space="preserve">[17:14] </w:t>
      </w:r>
      <w:r>
        <w:t>baat ke baad aap ne un ke, woh woh un ke numayan fard the, sardar the, to un ki baaton ko sun kar aap ne kaha tha, yeh maujood hai kitabon mein ke ulama, ulama o hukama,</w:t>
      </w:r>
    </w:p>
    <w:p>
      <w:pPr>
        <w:jc w:val="right"/>
      </w:pPr>
      <w:r>
        <w:t>بات کے بعد آپ نے ان کے، وہ وہ ان کے نمایاں افراد تھے، سردار تھے، تو ان کی باتوں کو سن کر آپ نے کہا تھا، یہ موجود ہے کتابوں میں کہ علماء، علماء و حکماء،</w:t>
      </w:r>
    </w:p>
    <w:p>
      <w:r>
        <w:rPr>
          <w:b/>
        </w:rPr>
        <w:t xml:space="preserve">[17:29] </w:t>
      </w:r>
      <w:r>
        <w:t>yeh to aalim log hain, yeh to wisdom wale log hain. yeh kya hai? yeh hai acknowledge karna.</w:t>
      </w:r>
    </w:p>
    <w:p>
      <w:pPr>
        <w:jc w:val="right"/>
      </w:pPr>
      <w:r>
        <w:t>یہ تو عالم لوگ ہیں، یہ تو وزڈم والے لوگ ہیں۔ یہ کیا ہے؟ یہ ہے اکنالش کرنا۔</w:t>
      </w:r>
    </w:p>
    <w:p>
      <w:r>
        <w:rPr>
          <w:b/>
        </w:rPr>
        <w:t xml:space="preserve">[17:38] </w:t>
      </w:r>
      <w:r>
        <w:t>yaani acknowledge karna bhi ek tareeqa hai talib-e-qalb ka. acknowledge karna to is tareeqe se main jaane laga un logon ke jalson mein aur talib-e-qalb ke usool par wahan par main kaam karne laga.</w:t>
      </w:r>
    </w:p>
    <w:p>
      <w:pPr>
        <w:jc w:val="right"/>
      </w:pPr>
      <w:r>
        <w:t>یعنی اکنالش کرنا بھی ایک طریقہ ہے طالب قلب کا۔ اکنالش کرنا تو اس طریقے سے میں جانے لگا ان لوگوں کے جلسوں میں اور طالب قلب کے اصول پر وہاں پر میں کام کرنے لگا۔</w:t>
      </w:r>
    </w:p>
    <w:p>
      <w:r>
        <w:rPr>
          <w:b/>
        </w:rPr>
        <w:t xml:space="preserve">[17:53] </w:t>
      </w:r>
      <w:r>
        <w:t>isi ka ek misal yahan par hai jo Agra mein hui. Agra mein jo log gaye the, woh is ke gawah hain ke wahan par sab se zyada mujhe ko in logon ne ahmiyat de di.</w:t>
      </w:r>
    </w:p>
    <w:p>
      <w:pPr>
        <w:jc w:val="right"/>
      </w:pPr>
      <w:r>
        <w:t>اسی کا ایک مثال یہاں پر ہے جو آگرہ میں ہوئی۔ آگرہ میں جو لوگ گئے تھے، وہ اس کے گواہ ہیں کہ وہاں پر سب سے زیادہ مجھے کو ان لوگوں نے اہمیت دے دی۔</w:t>
      </w:r>
    </w:p>
    <w:p>
      <w:r>
        <w:rPr>
          <w:b/>
        </w:rPr>
        <w:t xml:space="preserve">[18:06] </w:t>
      </w:r>
      <w:r>
        <w:t>meri jab taqreer khatam hui, wahan par main baitha ek jagah, kursiyan lagi hui thin, to sab mere paas aa gaye aur mujh se mil rahe hain, mujh se is ke sar pe hath rakhwa rahe hain, kitab sign, woh autograph le rahe hain waghera.</w:t>
      </w:r>
    </w:p>
    <w:p>
      <w:pPr>
        <w:jc w:val="right"/>
      </w:pPr>
      <w:r>
        <w:t>میری جب تقریر ختم ہوئی، وہاں پر میں بیٹھا ایک جگہ، کرسیاں لگی ہوئی تھیں، تو سب میرے پاس آ گئے اور مجھ سے مل رہے ہیں، مجھ سے اس کے سر پہ ہاتھ رکھوا رہے ہیں، کتاب سائن، وہ آٹوگراف لے رہے ہیں وغیرہ۔</w:t>
      </w:r>
    </w:p>
    <w:p>
      <w:r>
        <w:rPr>
          <w:b/>
        </w:rPr>
        <w:t xml:space="preserve">[18:22] </w:t>
      </w:r>
      <w:r>
        <w:t>to kyun aisa hua? yeh main batana chahta hoon aap ko ke talib-e-qalb ka woh tareeqa maine ikhtiyar kiya jis ko main ne kaha ke acknowledge karna.</w:t>
      </w:r>
    </w:p>
    <w:p>
      <w:pPr>
        <w:jc w:val="right"/>
      </w:pPr>
      <w:r>
        <w:t>تو کیوں ایسا ہوا؟ یہ میں بتانا چاہتا ہوں آپ کو کہ طالب قلب کا وہ طریقہ میں نے اختیار کیا جس کو میں نے کہا کہ اکنالش کرنا۔</w:t>
      </w:r>
    </w:p>
    <w:p>
      <w:r>
        <w:rPr>
          <w:b/>
        </w:rPr>
        <w:t xml:space="preserve">[18:33] </w:t>
      </w:r>
      <w:r>
        <w:t>acknowledge karna</w:t>
      </w:r>
    </w:p>
    <w:p>
      <w:pPr>
        <w:jc w:val="right"/>
      </w:pPr>
      <w:r>
        <w:t>اکنالش کرنا</w:t>
      </w:r>
    </w:p>
    <w:p>
      <w:r>
        <w:rPr>
          <w:b/>
        </w:rPr>
        <w:t xml:space="preserve">[18:36] </w:t>
      </w:r>
      <w:r>
        <w:t>to wahan par maine jo taqreer ka mozu tha, woh Gandhi ko le kar ke tha. Gandhi ne ka kya contribution hai history mein, kyunke yeh log Gandhi ke tareeqe ko ikhtiyar kiye hue hain, Gandhi ko apne leader leader mante hain.</w:t>
      </w:r>
    </w:p>
    <w:p>
      <w:pPr>
        <w:jc w:val="right"/>
      </w:pPr>
      <w:r>
        <w:t>تو وہاں پر میں نے جو تقریر کا موضوع تھا، وہ گاندھی کو لے کر کے تھا۔ گاندھی نے کا کیا کنٹریبیوشن ہے ہسٹری میں، کیونکہ یہ لوگ گاندھی کے طریقے کو اختیار کیے ہوئے ہیں، گاندھی کو اپنے لیڈر لیڈر مانتے ہیں۔</w:t>
      </w:r>
    </w:p>
    <w:p>
      <w:r>
        <w:rPr>
          <w:b/>
        </w:rPr>
        <w:t xml:space="preserve">[18:53] </w:t>
      </w:r>
      <w:r>
        <w:t>to maine ek aisi baat kahi jo in logon ne abhi tak Gandhi ke bare mein is tarah ki baat kahi bhi nahi thi, kyunke bahut anokhi baat lagi. woh</w:t>
      </w:r>
    </w:p>
    <w:p>
      <w:pPr>
        <w:jc w:val="right"/>
      </w:pPr>
      <w:r>
        <w:t>تو میں نے ایک ایسی بات کہی جو ان لوگوں نے ابھی تک گاندھی کے بارے میں اس طرح کی بات کہی بھی نہیں تھی، کیونکہ بہت انوکھی بات لگی۔ وہ</w:t>
      </w:r>
    </w:p>
    <w:p>
      <w:r>
        <w:rPr>
          <w:b/>
        </w:rPr>
        <w:t xml:space="preserve">[19:02] </w:t>
      </w:r>
      <w:r>
        <w:t>maine kaha ke Gandhi ji, yeh zindagi shuru hoti hai South Africa ke ek tajrube se. South Africa mein aap jante hain ke Gandhi ji paida hue India mein, un ki taleem India mein pehle hui, phir woh gaye London, wahan se bar at law kiya unhone,</w:t>
      </w:r>
    </w:p>
    <w:p>
      <w:pPr>
        <w:jc w:val="right"/>
      </w:pPr>
      <w:r>
        <w:t>میں نے کہا کہ گاندھی جی، یہ زندگی شروع ہوتی ہے ساؤتھ افریقہ کے ایک تجربے سے۔ ساؤتھ افریقہ میں آپ جانتے ہیں کہ گاندھی جی پیدا ہوئے انڈیا میں، ان کی تعلیم انڈیا میں پہلے ہوئی، پھر وہ گئے لندن، وہاں سے بار ایٹلک کیا انہوں نے،</w:t>
      </w:r>
    </w:p>
    <w:p>
      <w:r>
        <w:rPr>
          <w:b/>
        </w:rPr>
        <w:t xml:space="preserve">[19:22] </w:t>
      </w:r>
      <w:r>
        <w:t>phir wapas aaye. is ke baad South Africa gaye, wahan par woh vakalat karte the. to</w:t>
      </w:r>
    </w:p>
    <w:p>
      <w:pPr>
        <w:jc w:val="right"/>
      </w:pPr>
      <w:r>
        <w:t>پھر واپس آئے۔ اس کے بعد ساؤتھ افریقہ گئے، وہاں پر وہ وکالت کرتے تھے۔ تو</w:t>
      </w:r>
    </w:p>
    <w:p>
      <w:r>
        <w:rPr>
          <w:b/>
        </w:rPr>
        <w:t xml:space="preserve">[19:27] </w:t>
      </w:r>
      <w:r>
        <w:t>1853 mein aisa hua ke ek bar woh train mein safar kar rahe the, woh first class ke apartment mein the, ticket bhi un ke paas tha, lekin is zamane mein yeh rang ka color ka bahut zyada wahan par culture tha.</w:t>
      </w:r>
    </w:p>
    <w:p>
      <w:pPr>
        <w:jc w:val="right"/>
      </w:pPr>
      <w:r>
        <w:t>1853 میں ایسا ہوا کہ ایک بار وہ ٹرین میں سفر کر رہے تھے، وہ فرسٹ کلاس کے اپارٹمنٹ میں تھے، ٹکٹ بھی ان کے پاس تھا، لیکن اس زمانے میں یہ رنگ کا کلر کا بہت زیادہ وہاں پر کلچر تھا۔</w:t>
      </w:r>
    </w:p>
    <w:p>
      <w:r>
        <w:rPr>
          <w:b/>
        </w:rPr>
        <w:t xml:space="preserve">[19:47] </w:t>
      </w:r>
      <w:r>
        <w:t>to ek white aadmi, ek white British dakhil hua gaadi mein, wahan dekha ke ek black baitha hua hai.</w:t>
      </w:r>
    </w:p>
    <w:p>
      <w:pPr>
        <w:jc w:val="right"/>
      </w:pPr>
      <w:r>
        <w:t>تو ایک وائٹ آدمی، ایک وائٹ برٹش داخل ہوا گاڑی میں، وہاں دیکھا کہ ایک بلیک بیٹھا ہوا ہے۔</w:t>
      </w:r>
    </w:p>
    <w:p>
      <w:r>
        <w:rPr>
          <w:b/>
        </w:rPr>
        <w:t xml:space="preserve">[19:56] </w:t>
      </w:r>
      <w:r>
        <w:t>to bahut ghussa</w:t>
      </w:r>
    </w:p>
    <w:p>
      <w:pPr>
        <w:jc w:val="right"/>
      </w:pPr>
      <w:r>
        <w:t>تو بہت غصہ</w:t>
      </w:r>
    </w:p>
    <w:p>
      <w:r>
        <w:rPr>
          <w:b/>
        </w:rPr>
        <w:t xml:space="preserve">[19:57] </w:t>
      </w:r>
      <w:r>
        <w:t>hua woh. un ke nazdeek white, un ke nazdeek first class jo tha, woh sirf white ke liye tha, black ke liye nahi tha. to unhon ne TT ko bulaya aur us ko nikalwa diya kaha apartment se.</w:t>
      </w:r>
    </w:p>
    <w:p>
      <w:pPr>
        <w:jc w:val="right"/>
      </w:pPr>
      <w:r>
        <w:t>ہوا وہ۔ ان کے نزدیک وائٹ، ان کے نزدیک فرسٹ کلاس جو تھا، وہ صرف وائٹ کے لیے تھا، بلیک کے لیے نہیں تھا۔ تو انہوں نے ٹی ٹی اے کو بلایا اور اس کو نکلوا دیا کہا اپارٹمنٹ سے۔</w:t>
      </w:r>
    </w:p>
    <w:p>
      <w:r>
        <w:rPr>
          <w:b/>
        </w:rPr>
        <w:t xml:space="preserve">[20:10] </w:t>
      </w:r>
      <w:r>
        <w:t>unhon ne dekha, kaha ke bhai apartment hai, lekin kuch suna nahi. un ko nikaal diya, un ka saaman bahar phenk diya. raat ka waqt tha, bohat hi thand thand mausam tha, bohat hi cold.</w:t>
      </w:r>
    </w:p>
    <w:p>
      <w:pPr>
        <w:jc w:val="right"/>
      </w:pPr>
      <w:r>
        <w:t>انہوں نے دیکھا، کہا کہ بھئی اپارٹمنٹ ہے، لیکن کچھ سنا نہیں۔ ان کو نکال دیا، ان کا سامان باہر پھینک دیا۔ رات کا وقت تھا، بہت ہی ٹھنڈ ٹھنڈا موسم تھا، بہت ہی کولڈ۔</w:t>
      </w:r>
    </w:p>
    <w:p>
      <w:r>
        <w:rPr>
          <w:b/>
        </w:rPr>
        <w:t xml:space="preserve">[20:24] </w:t>
      </w:r>
      <w:r>
        <w:t>to yeh bohat talkh tajurba tha Mahatma Gandhi ko, yaani violence ka, violence ka ek tajurba.</w:t>
      </w:r>
    </w:p>
    <w:p>
      <w:pPr>
        <w:jc w:val="right"/>
      </w:pPr>
      <w:r>
        <w:t>تو یہ بہت تلخ تجربہ تھا مہاتما گاندھی کو، یعنی وائلنس کا، وائلنس کا ایک تجربہ۔</w:t>
      </w:r>
    </w:p>
    <w:p>
      <w:r>
        <w:rPr>
          <w:b/>
        </w:rPr>
        <w:t xml:space="preserve">[20:32] </w:t>
      </w:r>
      <w:r>
        <w:t>phir kya hua ke Mahatma Gandhi ke zamane mein second world war hui, jis mein bohat zyada violence hua, bohat log maare gaye.</w:t>
      </w:r>
    </w:p>
    <w:p>
      <w:pPr>
        <w:jc w:val="right"/>
      </w:pPr>
      <w:r>
        <w:t>پھر کیا ہوا کہ مہاتما گاندھی کے زمانے میں سیکنڈ ورلڈ وار ہوئی، جس میں بہت زیادہ وائلنس ہوا، بہت لوگ مارے گئے۔</w:t>
      </w:r>
    </w:p>
    <w:p>
      <w:r>
        <w:rPr>
          <w:b/>
        </w:rPr>
        <w:t xml:space="preserve">[20:44] </w:t>
      </w:r>
      <w:r>
        <w:t>is ke baad jab Mahatma Gandhi wapas aaye South Africa se India 1915 mein, to is ke baad 1919 ka waqea hua Amritsar mein, leelwane aur aabad mein.</w:t>
      </w:r>
    </w:p>
    <w:p>
      <w:pPr>
        <w:jc w:val="right"/>
      </w:pPr>
      <w:r>
        <w:t>اس کے بعد جب مہاتما گاندھی واپس آئے ساؤتھ افریقہ سے انڈیا 1915 میں، تو اس کے بعد 1919 کا واقعہ ہوا امرتسر میں، لیلوانہ اور آباد میں۔</w:t>
      </w:r>
    </w:p>
    <w:p>
      <w:r>
        <w:rPr>
          <w:b/>
        </w:rPr>
        <w:t xml:space="preserve">[20:58] </w:t>
      </w:r>
      <w:r>
        <w:t>wahan par General Dyer ke hukum se goli chalai gayi aur taqreeban ek hazar Indian mar gaye. to Mahatma Gandhi ne teen violence dekha, yaani personal violence, national violence aur global violence.</w:t>
      </w:r>
    </w:p>
    <w:p>
      <w:pPr>
        <w:jc w:val="right"/>
      </w:pPr>
      <w:r>
        <w:t>وہاں پر جنرل ڈارک کے حکم سے گولی چلائی گئی اور تقریباً ایک ہزار انڈین مر گئے۔ تو مہاتما گاندھی نے تین وائلنس دیکھا، یعنی پرسنل وائلنس، نیشنل وائلنس اور گلوبل وائلنس۔</w:t>
      </w:r>
    </w:p>
    <w:p>
      <w:r>
        <w:rPr>
          <w:b/>
        </w:rPr>
        <w:t xml:space="preserve">[21:14] </w:t>
      </w:r>
      <w:r>
        <w:t>is ke baad, lekin unhon ne jo philosophy pesh ki duniya ke samne, woh thi peace, woh non-violence ki.</w:t>
      </w:r>
    </w:p>
    <w:p>
      <w:pPr>
        <w:jc w:val="right"/>
      </w:pPr>
      <w:r>
        <w:t>اس کے بعد، لیکن انہوں نے جو فلاسفی پیش کی دنیا کے سامنے، وہ تھی پیس، وہ نان وائلنس کی۔</w:t>
      </w:r>
    </w:p>
    <w:p>
      <w:r>
        <w:rPr>
          <w:b/>
        </w:rPr>
        <w:t xml:space="preserve">[21:21] </w:t>
      </w:r>
      <w:r>
        <w:t>to main ne kaha ke Mahatma Gandhi jo the, woh itna bashaoor the ke unhon ne tajurba un ka hua violence ka, lekin is se nichoda unhon ne non-violence,</w:t>
      </w:r>
    </w:p>
    <w:p>
      <w:pPr>
        <w:jc w:val="right"/>
      </w:pPr>
      <w:r>
        <w:t>تو میں نے کہا کہ مہاتما گاندھی جو تھے، وہ اتنا باشعور تھے کہ انہوں نے تجربہ ان کا ہوا وائلنس کا، لیکن اس سے نچوڑا انہوں نے نان وائلنس،</w:t>
      </w:r>
    </w:p>
    <w:p>
      <w:r>
        <w:rPr>
          <w:b/>
        </w:rPr>
        <w:t xml:space="preserve">[21:34] </w:t>
      </w:r>
      <w:r>
        <w:t>yaani tashaddud se aman nikala. unhon ne yeh un ki, un ki mahanta hai ya un ka greatness hai, warna aam taur par kya hota hai, log negative ho jate hain.</w:t>
      </w:r>
    </w:p>
    <w:p>
      <w:pPr>
        <w:jc w:val="right"/>
      </w:pPr>
      <w:r>
        <w:t>یعنی تشدد سے امن نکالا۔ انہوں نے یہ ان کی، ان کی مہانت ہے یا ان کا گریٹنس ہے، ورنہ عام طور پر کیا ہوتا ہے، لوگ نیگیٹیو ہو جاتے ہیں۔</w:t>
      </w:r>
    </w:p>
    <w:p>
      <w:r>
        <w:rPr>
          <w:b/>
        </w:rPr>
        <w:t xml:space="preserve">[21:47] </w:t>
      </w:r>
      <w:r>
        <w:t>to ab is tarah unhon ne socha bhi nahi tha ke Mahatma Gandhi ko yeh credit milta hai. to bohat zyada khushi hui. woh log, main yeh arz kar raha hoon ke kisi ko acknowledge dein, aap acknowledge karein, aap</w:t>
      </w:r>
    </w:p>
    <w:p>
      <w:pPr>
        <w:jc w:val="right"/>
      </w:pPr>
      <w:r>
        <w:t>تو اب اس طرح انہوں نے سوچا بھی نہیں تھا کہ مہاتما گاندھی کو یہ کریڈٹ ملتا ہے۔ تو بہت زیادہ خوشی ہوئی۔ وہ لوگ، میں یہ عرض کر رہا ہوں کہ کسی کو اکنالش دیں، آپ اکنالش کریں، آپ</w:t>
      </w:r>
    </w:p>
    <w:p>
      <w:r>
        <w:rPr>
          <w:b/>
        </w:rPr>
        <w:t xml:space="preserve">[22:01] </w:t>
      </w:r>
      <w:r>
        <w:t>to bohat zyada, aap ko yeh talib-e-qalb ka bohat super item yeh hota hai. chunancha wahan kya hua, hamare jo saathi the, jo yahan se kitabein le gaye the, Quran le gaye the, to in logon ne dhoom macha kar kitabein leen aur khud apni taraf se mez diya, table diya ke is pe kitabein likhiye aur stage se ailaan kiya ke dekhein, in ki kitabein hain, is ko lijiye, aap log padhiye.</w:t>
      </w:r>
    </w:p>
    <w:p>
      <w:pPr>
        <w:jc w:val="right"/>
      </w:pPr>
      <w:r>
        <w:t>تو بہت زیادہ، آپ کو یہ طالب قلب کا بہت سپر آئٹم یہ ہوتا ہے۔ چنانچہ وہاں کیا ہوا، ہمارے جو ساتھی تھے، جو یہاں سے کتابیں لے گئے تھے، قرآن لے گئے تھے، تو ان لوگوں نے دھوم مچا کر کتابیں لیں اور خود اپنی طرف سے میز دیا، ٹیبل دیا کہ اس پہ کتابیں لکھیے اور اسٹیج سے اعلان کیا کہ دیکھیں، ان کی کتابیں ہیں، اس کو لیجئے، آپ لوگ پڑھیے۔</w:t>
      </w:r>
    </w:p>
    <w:p>
      <w:r>
        <w:rPr>
          <w:b/>
        </w:rPr>
        <w:t xml:space="preserve">[22:27] </w:t>
      </w:r>
      <w:r>
        <w:t>to un ko jo main ne talib-e-qalb ki, ab ko acknowledge kiya, is ka yeh nateeja tha. to yeh ek tajurba tha jo main ne arz kiya.</w:t>
      </w:r>
    </w:p>
    <w:p>
      <w:pPr>
        <w:jc w:val="right"/>
      </w:pPr>
      <w:r>
        <w:t>تو ان کو جو میں نے طالب قلب کی، اب کو اکنالش کیا، اس کا یہ نتیجہ تھا۔ تو یہ ایک تجربہ تھا جو میں نے عرض کیا۔</w:t>
      </w:r>
    </w:p>
    <w:p>
      <w:r>
        <w:rPr>
          <w:b/>
        </w:rPr>
        <w:t xml:space="preserve">[22:40] </w:t>
      </w:r>
      <w:r>
        <w:t>ab main kuch aur baatein arz karna chahta hoon. dekhein, jab main Delhi se rawana hua to Delhi se Agra tak har cheez well arranged thi.</w:t>
      </w:r>
    </w:p>
    <w:p>
      <w:pPr>
        <w:jc w:val="right"/>
      </w:pPr>
      <w:r>
        <w:t>اب میں کچھ اور باتیں عرض کرنا چاہتا ہوں۔ دیکھیں، جب میں دلی سے روانہ ہوا تو دلی سے آگرہ تک ہر چیز ویل ارینج تھی۔</w:t>
      </w:r>
    </w:p>
    <w:p>
      <w:r>
        <w:rPr>
          <w:b/>
        </w:rPr>
        <w:t xml:space="preserve">[22:53] </w:t>
      </w:r>
      <w:r>
        <w:t>logon ko pata tha ke hum kab niklenge, kis rah se safar karenge, kab pahunchenge Agra. yeh kaise mumkin hua? ek communication ki wajah se.</w:t>
      </w:r>
    </w:p>
    <w:p>
      <w:pPr>
        <w:jc w:val="right"/>
      </w:pPr>
      <w:r>
        <w:t>لوگوں کو پتہ تھا کہ ہم کب نکلیں گے، کس راہ سے سفر کریں گے، کب پہنچیں گے آگرہ۔ یہ کیسے ممکن ہوا؟ ایک کمیونیکیشن کی وجہ سے۔</w:t>
      </w:r>
    </w:p>
    <w:p>
      <w:r>
        <w:rPr>
          <w:b/>
        </w:rPr>
        <w:t xml:space="preserve">[23:03] </w:t>
      </w:r>
      <w:r>
        <w:t>hamare saathiyon ne barabar telephone kar ke bataya ke hum yahan se rawana ho rahe hain, chal rahe hain, pahunch rahe hain. to everything was well arranged.</w:t>
      </w:r>
    </w:p>
    <w:p>
      <w:pPr>
        <w:jc w:val="right"/>
      </w:pPr>
      <w:r>
        <w:t>ہمارے ساتھیوں نے برابر ٹیلی فون کر کے بتایا کہ ہم یہاں سے روانہ ہو رہے ہیں، چل رہے ہیں، پہنچ رہے ہیں۔ تو ایوری تھنگ واز ویل ارینج۔</w:t>
      </w:r>
    </w:p>
    <w:p>
      <w:r>
        <w:rPr>
          <w:b/>
        </w:rPr>
        <w:t xml:space="preserve">[23:14] </w:t>
      </w:r>
      <w:r>
        <w:t>to main ne socha, jab main nikla yahan se Delhi se, main ne socha ke Imam Hussain ke zamane mein communication nahi tha.</w:t>
      </w:r>
    </w:p>
    <w:p>
      <w:pPr>
        <w:jc w:val="right"/>
      </w:pPr>
      <w:r>
        <w:t>تو میں نے سوچا، جب میں نکلا یہاں سے دلی سے، میں نے سوچا کہ امام حسین کے زمانے میں کمیونیکیشن نہیں تھا۔</w:t>
      </w:r>
    </w:p>
    <w:p>
      <w:r>
        <w:rPr>
          <w:b/>
        </w:rPr>
        <w:t xml:space="preserve">[23:23] </w:t>
      </w:r>
      <w:r>
        <w:t>agar communication hota to shayad Imam Hussain ki shahadat na hoti. kyun? jis din Imam Hussain nikle the Mecca se Kufa jaane ke liye, usi din wahan par yeh waqea ho chuka tha ke Yazid ki hukumat ke jo afsaran wahan the,</w:t>
      </w:r>
    </w:p>
    <w:p>
      <w:pPr>
        <w:jc w:val="right"/>
      </w:pPr>
      <w:r>
        <w:t>اگر کمیونیکیشن ہوتا تو شاید امام حسین کی شہادت نہ ہوتی۔ کیوں؟ جس دن امام حسین نکلے تھے مکہ سے کوفہ جانے کے لیے، اسی دن وہاں پر یہ واقعہ ہو چکا تھا کہ یزید کی حکومت کے جو افسران وہاں تھے،</w:t>
      </w:r>
    </w:p>
    <w:p>
      <w:r>
        <w:rPr>
          <w:b/>
        </w:rPr>
        <w:t xml:space="preserve">[23:46] </w:t>
      </w:r>
      <w:r>
        <w:t>unhon ne un ke numainda Muslim bin Aqeel ko koi phansi de di thi. phansi nateeja kya hua?</w:t>
      </w:r>
    </w:p>
    <w:p>
      <w:pPr>
        <w:jc w:val="right"/>
      </w:pPr>
      <w:r>
        <w:t>انہوں نے ان کے نمائندہ مسلم بن عقیل کو کوئی پھانسی دے دی تھی۔ پھانسی نتیجہ کیا ہوا؟</w:t>
      </w:r>
    </w:p>
    <w:p>
      <w:r>
        <w:rPr>
          <w:b/>
        </w:rPr>
        <w:t xml:space="preserve">[23:54] </w:t>
      </w:r>
      <w:r>
        <w:t>ke jo logon ne Kufa ke jo logon ne Imam Hussain pe bay'at ki thi, unhon ne bay'at se phir gaye the. woh</w:t>
      </w:r>
    </w:p>
    <w:p>
      <w:pPr>
        <w:jc w:val="right"/>
      </w:pPr>
      <w:r>
        <w:t>کہ جو لوگوں نے کوفہ کے جو لوگوں نے امام حسین پہ بیعت کی تھی، انہوں نے بیعت سے پھر گئے تھے۔ وہ</w:t>
      </w:r>
    </w:p>
    <w:p>
      <w:r>
        <w:rPr>
          <w:b/>
        </w:rPr>
        <w:t xml:space="preserve">[24:01] </w:t>
      </w:r>
      <w:r>
        <w:t>bay'at radd kar di thi. unhon ne to agar wahan communication hota, wahan se koi telephone aata Mecca Imam Hussain ke paas, to Imam Hussain apna safar hi nahi karte, kyunke usi par sabr kar rahe the.</w:t>
      </w:r>
    </w:p>
    <w:p>
      <w:pPr>
        <w:jc w:val="right"/>
      </w:pPr>
      <w:r>
        <w:t>بیعت فسخ کر دی تھی۔ انہوں نے تو اگر وہاں کمیونیکیشن ہوتا، وہاں سے کوئی ٹیلی فون آتا مکہ امام حسین کے پاس، تو امام حسین اپنا سفر ہی نہیں کرتے، کیونکہ اسی پر صبر کر رہے تھے۔</w:t>
      </w:r>
    </w:p>
    <w:p>
      <w:r>
        <w:rPr>
          <w:b/>
        </w:rPr>
        <w:t xml:space="preserve">[24:15] </w:t>
      </w:r>
      <w:r>
        <w:t>woh ke Kufa walon ne bay'at kar liya hai mere numainde ke zariye se.</w:t>
      </w:r>
    </w:p>
    <w:p>
      <w:pPr>
        <w:jc w:val="right"/>
      </w:pPr>
      <w:r>
        <w:t>وہ کہ کوفہ والوں نے بیعت کر لیا ہے میرے نمائندے کے ذریعے سے۔</w:t>
      </w:r>
    </w:p>
    <w:p>
      <w:r>
        <w:rPr>
          <w:b/>
        </w:rPr>
        <w:t xml:space="preserve">[24:20] </w:t>
      </w:r>
      <w:r>
        <w:t>to Allah taala ne kitni bari nemat hum ko di hai ke jo communication ki nemat Imam Hussain ke zamane mein insan ko hasil nahi thi, woh aaj hamein hasil hai.</w:t>
      </w:r>
    </w:p>
    <w:p>
      <w:pPr>
        <w:jc w:val="right"/>
      </w:pPr>
      <w:r>
        <w:t>تو اللہ تعالی نے کتنی بڑی نعمت ہم کو دی ہے کہ جو کمیونیکیشن کی نعمت امام حسین کے زمانے میں انسان کو حاصل نہیں تھی، وہ آج ہمیں حاصل ہے۔</w:t>
      </w:r>
    </w:p>
    <w:p>
      <w:r>
        <w:rPr>
          <w:b/>
        </w:rPr>
        <w:t xml:space="preserve">[24:34] </w:t>
      </w:r>
      <w:r>
        <w:t>yeh kitna bara shukr ka item hai yeh.</w:t>
      </w:r>
    </w:p>
    <w:p>
      <w:pPr>
        <w:jc w:val="right"/>
      </w:pPr>
      <w:r>
        <w:t>یہ کتنا بڑا شکر کا آئٹم ہے یہ۔</w:t>
      </w:r>
    </w:p>
    <w:p>
      <w:r>
        <w:rPr>
          <w:b/>
        </w:rPr>
        <w:t xml:space="preserve">[24:37] </w:t>
      </w:r>
      <w:r>
        <w:t>phir jab hum rawana hue to kai tajurbaat hue. misaal ke taur par jo Agra road hai, yeh bohat hi chaudi road hai, jo ghaleban aath lane ki hai.</w:t>
      </w:r>
    </w:p>
    <w:p>
      <w:pPr>
        <w:jc w:val="right"/>
      </w:pPr>
      <w:r>
        <w:t>پھر جب ہم روانہ ہوئے تو کئی تجربات ہوئے۔ مثال کے طور پر جو آگرہ روڈ ہے، یہ بہت ہی چوڑی روڈ ہے، جو غالباً آٹھ لین کی ہے۔</w:t>
      </w:r>
    </w:p>
    <w:p>
      <w:r>
        <w:rPr>
          <w:b/>
        </w:rPr>
        <w:t xml:space="preserve">[24:52] </w:t>
      </w:r>
      <w:r>
        <w:t>to jab main is par ja raha tha, to baar baar main dekhta tha ke truck aa rahe hain, truck saaman le kar chale ja rahe hain.</w:t>
      </w:r>
    </w:p>
    <w:p>
      <w:pPr>
        <w:jc w:val="right"/>
      </w:pPr>
      <w:r>
        <w:t>تو جب میں اس پر جا رہا تھا، تو بار بار میں دیکھتا تھا کہ ٹرک آ رہے ہیں، ٹرک سامان لے کر چلے جا رہے ہیں۔</w:t>
      </w:r>
    </w:p>
    <w:p>
      <w:r>
        <w:rPr>
          <w:b/>
        </w:rPr>
        <w:t xml:space="preserve">[25:00] </w:t>
      </w:r>
      <w:r>
        <w:t>to mujhe yaad aaya hai ke Shahjahan ne jab banwaya tha Taj Mahal, to uska jo pathar hota tha, woh pathar laya gaya tha Rajasthan se.</w:t>
      </w:r>
    </w:p>
    <w:p>
      <w:pPr>
        <w:jc w:val="right"/>
      </w:pPr>
      <w:r>
        <w:t>تو مجھے یاد آیا ہے کہ شاہجہان نے جب بنوایا تھا تاج محل، تو اس کا جو پتھر ہوتا تھا، وہ پتھر لایا گیا تھا راجستھان سے۔</w:t>
      </w:r>
    </w:p>
    <w:p>
      <w:r>
        <w:rPr>
          <w:b/>
        </w:rPr>
        <w:t xml:space="preserve">[25:13] </w:t>
      </w:r>
      <w:r>
        <w:t>rajisthan se bail gaariyon par pathar laya jata tha agra.</w:t>
      </w:r>
    </w:p>
    <w:p>
      <w:pPr>
        <w:jc w:val="right"/>
      </w:pPr>
      <w:r>
        <w:t>راجستھان سے بیل گاڑیوں پر پتھر لایا جاتا تھا آگرہ۔</w:t>
      </w:r>
    </w:p>
    <w:p>
      <w:r>
        <w:rPr>
          <w:b/>
        </w:rPr>
        <w:t xml:space="preserve">[25:18] </w:t>
      </w:r>
      <w:r>
        <w:t>to is zamane mein bail gaari par aath aath bail jo joote aate the, aath aath bail, yaani yaani ek do, yaani chaar joriyan, chaar joey, aath bail kheenchate the gaari ko.</w:t>
      </w:r>
    </w:p>
    <w:p>
      <w:pPr>
        <w:jc w:val="right"/>
      </w:pPr>
      <w:r>
        <w:t>تو اس زمانے میں بیل گاڑی پر آٹھ آٹھ بیل جو جوتے آتے تھے، آٹھ آٹھ بیل، یعنی یعنی ایک دو، یعنی چار جوڑیاں، چار جوئے، آٹھ بیل کھینچتے تھے گاڑی کو۔</w:t>
      </w:r>
    </w:p>
    <w:p>
      <w:r>
        <w:rPr>
          <w:b/>
        </w:rPr>
        <w:t xml:space="preserve">[25:33] </w:t>
      </w:r>
      <w:r>
        <w:t>tab pathar aata tha agra, raajisthan se. aaj kya hai? aaj ziyada tez raftari ke sath truckon par cheezein lat latke ja rahi hain.</w:t>
      </w:r>
    </w:p>
    <w:p>
      <w:pPr>
        <w:jc w:val="right"/>
      </w:pPr>
      <w:r>
        <w:t>تب پتھر آتا تھا آگرہ، راجستھان سے۔ آج کیا ہے؟ آج زیادہ تیز رفتاری کے ساتھ ٹرکوں پر چیزیں لت لٹکے جا رہی ہیں۔</w:t>
      </w:r>
    </w:p>
    <w:p>
      <w:r>
        <w:rPr>
          <w:b/>
        </w:rPr>
        <w:t xml:space="preserve">[25:46] </w:t>
      </w:r>
      <w:r>
        <w:t>yeh bhi dekhiye, Allah taala ne zamane ko kitaab badal diya hai. yaani jo badshahon ko hasil nahi tha, woh aaj aap ko hasil hai.</w:t>
      </w:r>
    </w:p>
    <w:p>
      <w:pPr>
        <w:jc w:val="right"/>
      </w:pPr>
      <w:r>
        <w:t>یہ بھی دیکھیے، اللہ تعالی نے زمانے کو کتاب بدل دیا ہے۔ یعنی جو بادشاہوں کو حاصل نہیں تھا، وہ آج آپ کو حاصل ہے۔</w:t>
      </w:r>
    </w:p>
    <w:p>
      <w:r>
        <w:rPr>
          <w:b/>
        </w:rPr>
        <w:t xml:space="preserve">[25:56] </w:t>
      </w:r>
      <w:r>
        <w:t>jo cheez badshahon ko hasil nahi thi ke badshah chahta tha ke raajisthan ke pathar mangwa kar ke taj mahal banwaye, to bail gaari par sirf aa sakta tha.</w:t>
      </w:r>
    </w:p>
    <w:p>
      <w:pPr>
        <w:jc w:val="right"/>
      </w:pPr>
      <w:r>
        <w:t>جو چیز بادشاہوں کو حاصل نہیں تھی کہ بادشاہ چاہتا تھا کہ راجستھان کے پتھر منگوا کر کے تاج محل بنوائے، تو بیل گاڑی پر صرف آ سکتا تھا۔</w:t>
      </w:r>
    </w:p>
    <w:p>
      <w:r>
        <w:rPr>
          <w:b/>
        </w:rPr>
        <w:t xml:space="preserve">[26:06] </w:t>
      </w:r>
      <w:r>
        <w:t>woh woh bhi do balon wali nahi, aath balon wali bail gaari. bohat si bail gaariyan chalti thin, muddaten lag gayeen is ko banane mein.</w:t>
      </w:r>
    </w:p>
    <w:p>
      <w:pPr>
        <w:jc w:val="right"/>
      </w:pPr>
      <w:r>
        <w:t>وہ وہ بھی دو بالوں والی نہیں، آٹھ بالوں والی بیل گاڑی۔ بہت سی بیل گاڑیاں چلتی تھیں، مدتیں لگ گئیں اس کو بنانے میں۔</w:t>
      </w:r>
    </w:p>
    <w:p>
      <w:r>
        <w:rPr>
          <w:b/>
        </w:rPr>
        <w:t xml:space="preserve">[26:15] </w:t>
      </w:r>
      <w:r>
        <w:t>aaj tez raftaar truck par aap sara samaan bhej dete hain. yeh aisa shukr ka item</w:t>
      </w:r>
    </w:p>
    <w:p>
      <w:pPr>
        <w:jc w:val="right"/>
      </w:pPr>
      <w:r>
        <w:t>آج تیز رفتار ٹرک پر آپ سارا سامان بھیج دیتے ہیں۔ یہ ایسا شکر کا آئٹم</w:t>
      </w:r>
    </w:p>
    <w:p>
      <w:r>
        <w:rPr>
          <w:b/>
        </w:rPr>
        <w:t xml:space="preserve">[26:24] </w:t>
      </w:r>
      <w:r>
        <w:t>yahi hai. yaani agar aap shukr ke jo shukr ke waqiyat aap par guzre hain, aap Allah ki nishaniyan aap ke aas paas hon aur us ko daryaft kar ke us par shukr na kar sakein, to aap ne takzeeb kiya.</w:t>
      </w:r>
    </w:p>
    <w:p>
      <w:pPr>
        <w:jc w:val="right"/>
      </w:pPr>
      <w:r>
        <w:t>یہی ہے۔ یعنی اگر آپ شکر کے جو شکر کے واقعات آپ پر گزرے ہیں، آپ اللہ کی نشانیاں آپ کے اس پاس ہوں اور اس کو دریافت کر کے اس پر شکر نہ کر سکیں، تو آپ نے تکذیب کیا۔</w:t>
      </w:r>
    </w:p>
    <w:p>
      <w:r>
        <w:rPr>
          <w:b/>
        </w:rPr>
        <w:t xml:space="preserve">[26:42] </w:t>
      </w:r>
      <w:r>
        <w:t>isi yahi takzeeb ka matlab yahi hai. aap ke aas paas Allah taala ne shukr ke nishaniyan bikher rakhi hain.</w:t>
      </w:r>
    </w:p>
    <w:p>
      <w:pPr>
        <w:jc w:val="right"/>
      </w:pPr>
      <w:r>
        <w:t>اسی یہی تکذیب کا مطلب یہی ہے۔ آپ کے اس پاس اللہ تعالی نے شکر کے نشانیاں بکھر رکھی ہیں۔</w:t>
      </w:r>
    </w:p>
    <w:p>
      <w:r>
        <w:rPr>
          <w:b/>
        </w:rPr>
        <w:t xml:space="preserve">[26:52] </w:t>
      </w:r>
      <w:r>
        <w:t>agar aap us ko daryaft na kar payein aur yun hi guzarte rahein, yun hi guzarte rahein, to is ka maani ke aap ne takzeeb kiya, aap ne jhutlaya us ko. aise hi dekhiye, hum log ek mini bus se gaye the yahan se.</w:t>
      </w:r>
    </w:p>
    <w:p>
      <w:pPr>
        <w:jc w:val="right"/>
      </w:pPr>
      <w:r>
        <w:t>اگر آپ اس کو دریافت نہ کر پائیں اور یوں ہی گزرتے رہیں، یوں ہی گزرتے رہیں، تو اس کا معنی کہ آپ نے تکذیب کیا، آپ نے جھٹلایا اس کو۔ ایسے ہی دیکھیے، ہم لوگ ایک منی بس سے گئے تھے یہاں سے۔</w:t>
      </w:r>
    </w:p>
    <w:p>
      <w:r>
        <w:rPr>
          <w:b/>
        </w:rPr>
        <w:t xml:space="preserve">[27:08] </w:t>
      </w:r>
      <w:r>
        <w:t>ek company thi jis ne arrange kiya tha, to us ka us mini bus ka driver ek musalman tha, us ka naam tha chand muhammad ya muhammad chand, aisa kuch.</w:t>
      </w:r>
    </w:p>
    <w:p>
      <w:pPr>
        <w:jc w:val="right"/>
      </w:pPr>
      <w:r>
        <w:t>ایک کمپنی تھی جس نے ارینج کیا تھا، تو اس کا اس منی بس کا ڈرائیور ایک مسلمان تھا، اس کا نام تھا چاند محمد یا محمد چاند، ایسا کچھ۔</w:t>
      </w:r>
    </w:p>
    <w:p>
      <w:r>
        <w:rPr>
          <w:b/>
        </w:rPr>
        <w:t xml:space="preserve">[27:22] </w:t>
      </w:r>
      <w:r>
        <w:t>to us se baat cheet hamare saathi karte rahe. to ek nai cheez daryaft hui, woh yeh ke woh aadmi jo tha, woh siyahon ki gaariyan chalata hai, ziyada tar siyahon ko le aata hai sanctuary mein.</w:t>
      </w:r>
    </w:p>
    <w:p>
      <w:pPr>
        <w:jc w:val="right"/>
      </w:pPr>
      <w:r>
        <w:t>تو اس سے بات چیت ہمارے ساتھی کرتے رہے۔ تو ایک نئی چیز دریافت ہوئی، وہ یہ کہ وہ آدمی جو تھا، وہ سیاحوں کی گاڑیاں چلاتا ہے، زیادہ تر سیاحوں کو لے آتا ہے سینکچوری میں۔</w:t>
      </w:r>
    </w:p>
    <w:p>
      <w:r>
        <w:rPr>
          <w:b/>
        </w:rPr>
        <w:t xml:space="preserve">[27:38] </w:t>
      </w:r>
      <w:r>
        <w:t>le aata hai woh jo open garden hote hain, open park jahan animal hote hain, chidiyan hoti hain, wahan par ziyada tar yeh kaam karta hai woh aadmi.</w:t>
      </w:r>
    </w:p>
    <w:p>
      <w:pPr>
        <w:jc w:val="right"/>
      </w:pPr>
      <w:r>
        <w:t>لے آتا ہے وہ جو اوپن گارڈن ہوتے ہیں، اوپن پارک جہاں اینیمل ہوتے ہیں، چڑیاں ہوتی ہیں، وہاں پر زیادہ تر یہ کام کرتا ہے وہ آدمی۔</w:t>
      </w:r>
    </w:p>
    <w:p>
      <w:r>
        <w:rPr>
          <w:b/>
        </w:rPr>
        <w:t xml:space="preserve">[27:50] </w:t>
      </w:r>
      <w:r>
        <w:t>to us ne baqayda jis ko kehte hain birding, yaani animal ki aur chidiyon ki jo science hai, us ko parha us ne aur apne ko itna tayyar kiya us ne ke jo siyah aate hain aur un ko jo le aata hai, woh to to woh bata sakta hai, batata hai ke dekhein, yeh chidiya chidiyon ke bare mein maloomat deta hai, animal ke bare mein maloomat deta hai.</w:t>
      </w:r>
    </w:p>
    <w:p>
      <w:pPr>
        <w:jc w:val="right"/>
      </w:pPr>
      <w:r>
        <w:t>تو اس نے باقاعدہ جس کو کہتے ہیں برڈنگ، یعنی اینیمل کی اور چڑیوں کی جو سائنس ہے، اس کو پڑھا اس نے اور اپنے کو اتنا تیار کیا اس نے کہ جو سیاح آتے ہیں اور ان کو جو لے آتا ہے، وہ تو تو وہ بتا سکتا ہے، بتاتا ہے کہ دیکھیں، یہ چڑیا چڑیوں کے بارے میں معلومات دیتا ہے، اینیمل کے بارے میں معلومات دیتا ہے۔</w:t>
      </w:r>
    </w:p>
    <w:p>
      <w:r>
        <w:rPr>
          <w:b/>
        </w:rPr>
        <w:t xml:space="preserve">[28:15] </w:t>
      </w:r>
      <w:r>
        <w:t>to woh mein ne socha ke ek ek naye, yaani musalmanon ke liye ek naye daur ki alamat hai yeh aadmi.</w:t>
      </w:r>
    </w:p>
    <w:p>
      <w:pPr>
        <w:jc w:val="right"/>
      </w:pPr>
      <w:r>
        <w:t>تو وہ میں نے سوچا کہ ایک ایک نئے، یعنی مسلمانوں کے لیے ایک نئے دور کی علامت ہے یہ آدمی۔</w:t>
      </w:r>
    </w:p>
    <w:p>
      <w:r>
        <w:rPr>
          <w:b/>
        </w:rPr>
        <w:t xml:space="preserve">[28:26] </w:t>
      </w:r>
      <w:r>
        <w:t>dekhiye, 1947 mein jab india ki taqseem hui to sare musalman bilkul freshis mein the. woh samajhte the ke hamare india mein to kuch nahi hai, hamare liye kuch nahi hai.</w:t>
      </w:r>
    </w:p>
    <w:p>
      <w:pPr>
        <w:jc w:val="right"/>
      </w:pPr>
      <w:r>
        <w:t>دیکھیے، 1947 میں جب انڈیا کی تقسیم ہوئی تو سارے مسلمان بالکل فریشس میں تھے۔ وہ سمجھتے تھے کہ ہمارے انڈیا میں تو کچھ نہیں ہے، ہمارے لیے کچھ نہیں ہے۔</w:t>
      </w:r>
    </w:p>
    <w:p>
      <w:r>
        <w:rPr>
          <w:b/>
        </w:rPr>
        <w:t xml:space="preserve">[28:38] </w:t>
      </w:r>
      <w:r>
        <w:t>phir dheere dheere dheere dheere kuch daryaft kiya unhon ne ke yahan kuch kaam kar sakte hain.</w:t>
      </w:r>
    </w:p>
    <w:p>
      <w:pPr>
        <w:jc w:val="right"/>
      </w:pPr>
      <w:r>
        <w:t>پھر دھیرے دھیرے دھیرے دھیرے کچھ دریافت کیا انہوں نے کہ یہاں کچھ کام کر سکتے ہیں۔</w:t>
      </w:r>
    </w:p>
    <w:p>
      <w:r>
        <w:rPr>
          <w:b/>
        </w:rPr>
        <w:t xml:space="preserve">[28:43] </w:t>
      </w:r>
      <w:r>
        <w:t>lekin kaam kya tha? wohi traditional kaam, mislan painting ka kaam, driving ka kaam, aise kuch traditional</w:t>
      </w:r>
    </w:p>
    <w:p>
      <w:pPr>
        <w:jc w:val="right"/>
      </w:pPr>
      <w:r>
        <w:t>لیکن کام کیا تھا؟ وہی ٹریڈیشنل کام، مثلاً پینٹنگ کا کام، ڈرائیونگ کا کام، ایسے کچھ ٹریڈیشنل</w:t>
      </w:r>
    </w:p>
    <w:p>
      <w:r>
        <w:rPr>
          <w:b/>
        </w:rPr>
        <w:t xml:space="preserve">[28:52] </w:t>
      </w:r>
      <w:r>
        <w:t>. ab musalmanon ne jaan liya hai ke yeh age jo hai, age of professionalism hai. yaani woh woh aadmi jo us ne daryaft kiya ke agar mein sirf driver rahoon to mujhe kam kamai meri hogi, kam income meri hogi.</w:t>
      </w:r>
    </w:p>
    <w:p>
      <w:pPr>
        <w:jc w:val="right"/>
      </w:pPr>
      <w:r>
        <w:t>۔ اب مسلمانوں نے جان لیا ہے کہ یہ ایج جو ہے، ایج آف پروفیشنلزم ہے۔ یعنی وہ وہ آدمی جو اس نے دریافت کیا کہ اگر میں صرف ڈرائیور رہوں تو مجھے کم کمائی میری ہوگی، کم انکم میری ہوگی۔</w:t>
      </w:r>
    </w:p>
    <w:p>
      <w:r>
        <w:rPr>
          <w:b/>
        </w:rPr>
        <w:t xml:space="preserve">[29:06] </w:t>
      </w:r>
      <w:r>
        <w:t>lekin agar mein driver plus ban jaaun, yaani mein guide kar sakoon siyahon ko, yaani drive drive bhi karaoon gaari ka aur un ko, un ko mein, un ko mein guide bhi kar sakoon animal ke bare mein, chidiyon ke bare mein, to meri income bohat barh jayegi.</w:t>
      </w:r>
    </w:p>
    <w:p>
      <w:pPr>
        <w:jc w:val="right"/>
      </w:pPr>
      <w:r>
        <w:t>لیکن اگر میں ڈرائیور پلس بن جاؤں، یعنی میں گائیڈ کر سکوں سیاحوں کو، یعنی ڈرائیو ڈرائیو بھی کراؤں گاڑی کا اور ان کو، ان کو میں، ان کو میں گائیڈ بھی کر سکوں اینیمل کے بارے میں، چڑیوں کے بارے میں، تو میری انکم بہت بڑھ جائے گی۔</w:t>
      </w:r>
    </w:p>
    <w:p>
      <w:r>
        <w:rPr>
          <w:b/>
        </w:rPr>
        <w:t xml:space="preserve">[29:24] </w:t>
      </w:r>
      <w:r>
        <w:t>to woh sirf driver nahi tha, woh driver plus tha. woh to yeh is mulk mein musalmanon ne kiya? ek naye daur ko daryaft kiya, naye profession khule hain, naye awqaf khule hain, kamai ki nai soortein paida huin.</w:t>
      </w:r>
    </w:p>
    <w:p>
      <w:pPr>
        <w:jc w:val="right"/>
      </w:pPr>
      <w:r>
        <w:t>تو وہ صرف ڈرائیور نہیں تھا، وہ ڈرائیور پلس تھا۔ وہ تو یہ اس ملک میں مسلمانوں نے کیا؟ ایک نئے دور کو دریافت کیا، نئے پروفیشن کھلے ہیں، نئے مواقع کھلے ہیں، کمائی کی نئی صورتیں پیدا ہوئیں۔</w:t>
      </w:r>
    </w:p>
    <w:p>
      <w:r>
        <w:rPr>
          <w:b/>
        </w:rPr>
        <w:t xml:space="preserve">[29:38] </w:t>
      </w:r>
      <w:r>
        <w:t>us ko daryaft kiya unhon ne. to jo log yeh yeh kahaniyan aap batate rehte hain ke india mein zulm ho raha hai aur india mein description ho raha hai, woh unhein be khabar, woh be khabar hain in waqiyat se.</w:t>
      </w:r>
    </w:p>
    <w:p>
      <w:pPr>
        <w:jc w:val="right"/>
      </w:pPr>
      <w:r>
        <w:t>اس کو دریافت کیا انہوں نے۔ تو جو لوگ یہ یہ کہانیاں آپ بتاتے رہتے ہیں کہ انڈیا میں ظلم ہو رہا ہے اور انڈیا میں ڈسکرپشن ہو رہا ہے، وہ انہیں بے خبر، وہ بے خبر ہیں ان واقعات سے۔</w:t>
      </w:r>
    </w:p>
    <w:p>
      <w:r>
        <w:rPr>
          <w:b/>
        </w:rPr>
        <w:t xml:space="preserve">[29:51] </w:t>
      </w:r>
      <w:r>
        <w:t>to kaha woh ke takzeeb yahi takzeeb hai. india mein musalmanon ke jo chances hain, jo scopes hain, aur un taraqqiyon mein jo daud rahe hain, musalman jo daud rahe hain, un se be khabar hain.</w:t>
      </w:r>
    </w:p>
    <w:p>
      <w:pPr>
        <w:jc w:val="right"/>
      </w:pPr>
      <w:r>
        <w:t>تو کہا وہ کہ تکذیب یہی تکذیب ہے۔ انڈیا میں مسلمانوں کے جو چانسز ہیں، جو اسکوپس ہیں، اور ان ترقیوں میں جو دوڑ رہے ہیں، مسلمان جو دوڑ رہے ہیں، ان سے بے خبر ہیں۔</w:t>
      </w:r>
    </w:p>
    <w:p>
      <w:r>
        <w:rPr>
          <w:b/>
        </w:rPr>
        <w:t xml:space="preserve">[30:01] </w:t>
      </w:r>
      <w:r>
        <w:t>woh idhar udhar se koi item dhoond kar late hain zulm ka, usi ko, usi ko highlight karte hain.</w:t>
      </w:r>
    </w:p>
    <w:p>
      <w:pPr>
        <w:jc w:val="right"/>
      </w:pPr>
      <w:r>
        <w:t>وہ ادھر ادھر سے کوئی آئٹم ڈھونڈ کر لاتے ہیں ظلم کا، اسی کو، اسی کو ہائی لائٹ کرتے ہیں۔</w:t>
      </w:r>
    </w:p>
    <w:p>
      <w:r>
        <w:rPr>
          <w:b/>
        </w:rPr>
        <w:t xml:space="preserve">[30:08] </w:t>
      </w:r>
      <w:r>
        <w:t>yeh bhi takzeeb hai kyunke Allah ne is mauqa, is mulk mein musalmanon ke liye jo awqaf khole, dawat ke awqaf, kamai ke awqaf, har cheez ke awqaf, us se woh be khabar hain.</w:t>
      </w:r>
    </w:p>
    <w:p>
      <w:pPr>
        <w:jc w:val="right"/>
      </w:pPr>
      <w:r>
        <w:t>یہ بھی تکذیب ہے کیونکہ اللہ نے اس موقع، اس ملک میں مسلمانوں کے لیے جو مواقع کھولے، دعوت کے مواقع، کمائی کے مواقع، ہر چیز کے مواقع، اس سے وہ بے خبر ہیں۔</w:t>
      </w:r>
    </w:p>
    <w:p>
      <w:r>
        <w:rPr>
          <w:b/>
        </w:rPr>
        <w:t xml:space="preserve">[30:23] </w:t>
      </w:r>
      <w:r>
        <w:t>sirf kuch item le kar kehte hain ke india mein zulm ho raha hai. to yeh kya hai? yeh bhi takzeeb hai, takzeeb ayat hai. yeh yeh aik ajeeb o ghareeb cheez cheez daryaft hui.</w:t>
      </w:r>
    </w:p>
    <w:p>
      <w:pPr>
        <w:jc w:val="right"/>
      </w:pPr>
      <w:r>
        <w:t>صرف کچھ آئٹم لے کر کہتے ہیں کہ انڈیا میں ظلم ہو رہا ہے۔ تو یہ کیا ہے؟ یہ بھی تکذیب ہے، تکذیب آیات ہے۔ یہ یہ ایک عجیب و غریب چیز چیز دریافت ہوئی۔</w:t>
      </w:r>
    </w:p>
    <w:p>
      <w:r>
        <w:rPr>
          <w:b/>
        </w:rPr>
        <w:t xml:space="preserve">[30:35] </w:t>
      </w:r>
      <w:r>
        <w:t>p</w:t>
      </w:r>
    </w:p>
    <w:p>
      <w:pPr>
        <w:jc w:val="right"/>
      </w:pPr>
      <w:r>
        <w:t>پ</w:t>
      </w:r>
    </w:p>
    <w:p>
      <w:r>
        <w:rPr>
          <w:b/>
        </w:rPr>
        <w:t xml:space="preserve">[30:36] </w:t>
      </w:r>
      <w:r>
        <w:t>har hum chalte, jab mein road par chal raha tha, jo bohat hi chaori road thi aur dono taraf sabza tha, to aik ajeeb tajruba hua.</w:t>
      </w:r>
    </w:p>
    <w:p>
      <w:pPr>
        <w:jc w:val="right"/>
      </w:pPr>
      <w:r>
        <w:t>ھر ہم چلتے، جب میں روڈ پر چل رہا تھا، جو بہت ہی چوڑی روڈ تھی اور دونوں طرف سبزہ تھا، تو ایک عجیب تجربہ ہوا۔</w:t>
      </w:r>
    </w:p>
    <w:p>
      <w:r>
        <w:rPr>
          <w:b/>
        </w:rPr>
        <w:t xml:space="preserve">[30:48] </w:t>
      </w:r>
      <w:r>
        <w:t>mein ne socha ke yaani bohat achi road hai yeh agra se deli se agra ki road jo hai, bohat achi road hai aur is ke dono taraf bohat sabz sabz mahol hota hai.</w:t>
      </w:r>
    </w:p>
    <w:p>
      <w:pPr>
        <w:jc w:val="right"/>
      </w:pPr>
      <w:r>
        <w:t>میں نے سوچا کہ یعنی بہت اچھی روڈ ہے یہ آگرہ سے دلی سے آگرہ کی روڈ جو ہے، بہت اچھی روڈ ہے اور اس کے دونوں طرف بہت سبز سبز ماحول ہوتا ہے۔</w:t>
      </w:r>
    </w:p>
    <w:p>
      <w:r>
        <w:rPr>
          <w:b/>
        </w:rPr>
        <w:t xml:space="preserve">[31:00] </w:t>
      </w:r>
      <w:r>
        <w:t>to sabz sabz mahol ke darmiyan guzarti hai gaari.</w:t>
      </w:r>
    </w:p>
    <w:p>
      <w:pPr>
        <w:jc w:val="right"/>
      </w:pPr>
      <w:r>
        <w:t>تو سبز سبز ماحول کے درمیان گزرتی ہے گاڑی۔</w:t>
      </w:r>
    </w:p>
    <w:p>
      <w:r>
        <w:rPr>
          <w:b/>
        </w:rPr>
        <w:t xml:space="preserve">[31:04] </w:t>
      </w:r>
      <w:r>
        <w:t>to mujhe woh dekh kar ke yaad aya ke jannat ka dunya ka safar jab itna sar sabz, itna acha hai, to jannat ka safar kitna acha hoga?</w:t>
      </w:r>
    </w:p>
    <w:p>
      <w:pPr>
        <w:jc w:val="right"/>
      </w:pPr>
      <w:r>
        <w:t>تو مجھے وہ دیکھ کر کے یاد آیا کہ جنت کا دنیا کا سفر جب اتنا سرسبز، اتنا اچھا ہے، تو جنت کا سفر کتنا اچھا ہوگا؟</w:t>
      </w:r>
    </w:p>
    <w:p>
      <w:r>
        <w:rPr>
          <w:b/>
        </w:rPr>
        <w:t xml:space="preserve">[31:15] </w:t>
      </w:r>
      <w:r>
        <w:t>is se billion time zada acha hoga. to mere dil se dua nikli ke khudaaya, tu mujh ko aur mere sathiyon ko tu ne moqa diya ke is tarah ka safar hum kar rahe hain,</w:t>
      </w:r>
    </w:p>
    <w:p>
      <w:pPr>
        <w:jc w:val="right"/>
      </w:pPr>
      <w:r>
        <w:t>اس سے بلین ٹائم زیادہ اچھا ہوگا۔ تو میرے دل سے دعا نکلی کہ خدایا، تو مجھ کو اور میرے ساتھیوں کو تو نے موقع دیا کہ اس طرح کا سفر ہم کر رہے ہیں،</w:t>
      </w:r>
    </w:p>
    <w:p>
      <w:r>
        <w:rPr>
          <w:b/>
        </w:rPr>
        <w:t xml:space="preserve">[31:29] </w:t>
      </w:r>
      <w:r>
        <w:t>to tu is ko moqa de ke humein jannat ke jo jannat ke jo guzargahain hain, jannat ki jo sawariyan hain, jannat ke jo aswar hain, jo is se billion time zada behtar honge, wahan humein tofeeq de ke hum wahan bhi is tarah sabar karein aur tera zikr aur shukr karein.</w:t>
      </w:r>
    </w:p>
    <w:p>
      <w:pPr>
        <w:jc w:val="right"/>
      </w:pPr>
      <w:r>
        <w:t>تو تو اس کو موقع دے کہ ہمیں جنت کے جو جنت کے جو گزرگاہیں ہیں، جنت کی جو سواریاں ہیں، جنت کے جو اسوار ہیں، جو اس سے بلین ٹائم زیادہ بہتر ہوں گے، وہاں ہمیں توفیق دے کہ ہم وہاں بھی اس طرح صبر کریں اور تیرا ذکر اور شکر کریں۔</w:t>
      </w:r>
    </w:p>
    <w:p>
      <w:r>
        <w:rPr>
          <w:b/>
        </w:rPr>
        <w:t xml:space="preserve">[31:47] </w:t>
      </w:r>
      <w:r>
        <w:t>yeh yeh dua wahan par nikli.</w:t>
      </w:r>
    </w:p>
    <w:p>
      <w:pPr>
        <w:jc w:val="right"/>
      </w:pPr>
      <w:r>
        <w:t>یہ یہ دعا وہاں پر نکلی۔</w:t>
      </w:r>
    </w:p>
    <w:p>
      <w:r>
        <w:rPr>
          <w:b/>
        </w:rPr>
        <w:t xml:space="preserve">[31:51] </w:t>
      </w:r>
      <w:r>
        <w:t>is tarah se hum chalte hue pohanche agra. wahan par humein thehraya gaya tha aik hotel mein jis ka naam tha grand hotel.</w:t>
      </w:r>
    </w:p>
    <w:p>
      <w:pPr>
        <w:jc w:val="right"/>
      </w:pPr>
      <w:r>
        <w:t>اس طرح سے ہم چلتے ہوئے پہنچے آگرہ۔ وہاں پر ہمیں ٹھہرایا گیا تھا ایک ہوٹل میں جس کا نام تھا گرینڈ ہوٹل۔</w:t>
      </w:r>
    </w:p>
    <w:p>
      <w:r>
        <w:rPr>
          <w:b/>
        </w:rPr>
        <w:t xml:space="preserve">[32:01] </w:t>
      </w:r>
      <w:r>
        <w:t>wo bilkul naye tarz ka hotel tha aur bohat acha hotel tha. mein samajhta hoon ke agra ka shayad top ka hotel hoga, top ke hotelon mein se.</w:t>
      </w:r>
    </w:p>
    <w:p>
      <w:pPr>
        <w:jc w:val="right"/>
      </w:pPr>
      <w:r>
        <w:t>وہ بالکل نئے طرز کا ہوٹل تھا اور بہت اچھا ہوٹل تھا۔ میں سمجھتا ہوں کہ آگرہ کا شاید ٹاپ کا ہوٹل ہوگا، ٹاپ کے ہوٹلوں میں سے۔</w:t>
      </w:r>
    </w:p>
    <w:p>
      <w:r>
        <w:rPr>
          <w:b/>
        </w:rPr>
        <w:t xml:space="preserve">[32:12] </w:t>
      </w:r>
      <w:r>
        <w:t>to wahan par aik anokhi cheez thi is hotel mein.</w:t>
      </w:r>
    </w:p>
    <w:p>
      <w:pPr>
        <w:jc w:val="right"/>
      </w:pPr>
      <w:r>
        <w:t>تو وہاں پر ایک انوکھی چیز تھی اس ہوٹل میں۔</w:t>
      </w:r>
    </w:p>
    <w:p>
      <w:r>
        <w:rPr>
          <w:b/>
        </w:rPr>
        <w:t xml:space="preserve">[32:15] </w:t>
      </w:r>
      <w:r>
        <w:t>is hotel ka jo office tha, office mein sirf do tasweerein lagi hui theen: aik to founder ki jo hindu tha aur aik musalman ki.</w:t>
      </w:r>
    </w:p>
    <w:p>
      <w:pPr>
        <w:jc w:val="right"/>
      </w:pPr>
      <w:r>
        <w:t>اس ہوٹل کا جو آفس تھا، آفس میں صرف دو تصویریں لگی ہوئی تھیں: ایک تو فاؤنڈر کی جو ہندو تھا اور ایک مسلمان کی۔</w:t>
      </w:r>
    </w:p>
    <w:p>
      <w:r>
        <w:rPr>
          <w:b/>
        </w:rPr>
        <w:t xml:space="preserve">[32:28] </w:t>
      </w:r>
      <w:r>
        <w:t>yeh bari anokhi baat thi ke aik musalman ki tasweer hai aur aik founder ki tasweer hai is ke office mein.</w:t>
      </w:r>
    </w:p>
    <w:p>
      <w:pPr>
        <w:jc w:val="right"/>
      </w:pPr>
      <w:r>
        <w:t>یہ بڑی انوکھی بات تھی کہ ایک مسلمان کی تصویر ہے اور ایک فاؤنڈر کی تصویر ہے اس کے آفس میں۔</w:t>
      </w:r>
    </w:p>
    <w:p>
      <w:r>
        <w:rPr>
          <w:b/>
        </w:rPr>
        <w:t xml:space="preserve">[32:36] </w:t>
      </w:r>
      <w:r>
        <w:t>to is ke malik ne bataya ke is is is ka kahani batayi ke hum log pakistan ke ilaqay mein rehte thay, pehle gujranwala mein.</w:t>
      </w:r>
    </w:p>
    <w:p>
      <w:pPr>
        <w:jc w:val="right"/>
      </w:pPr>
      <w:r>
        <w:t>تو اس کے مالک نے بتایا کہ اس اس اس کا کہانی بتائی کہ ہم لوگ پاکستان کے علاقے میں رہتے تھے، پہلے گوجرانوالہ میں۔</w:t>
      </w:r>
    </w:p>
    <w:p>
      <w:r>
        <w:rPr>
          <w:b/>
        </w:rPr>
        <w:t xml:space="preserve">[32:47] </w:t>
      </w:r>
      <w:r>
        <w:t>1947 ke baad hum log wahan se chor kar india aaye to yahan aa kar hum abad hue agra mein. to yahan par aik musalman thay jis se jo hum se baat kar rahe thay, un ke un ke pita ji thay, un ke father, un se is musalman ka milna julna hota tha.</w:t>
      </w:r>
    </w:p>
    <w:p>
      <w:pPr>
        <w:jc w:val="right"/>
      </w:pPr>
      <w:r>
        <w:t>1947 کے بعد ہم لوگ وہاں سے چھوڑ کر انڈیا آئے تو یہاں آ کر ہم آباد ہوئے آگرہ میں۔ تو یہاں پر ایک مسلمان تھے جس سے جو ہم سے بات کر رہے تھے، ان کے ان کے پتا جی تھے، ان کے فادر، ان سے اس مسلمان کا ملنا جلنا ہوتا تھا۔</w:t>
      </w:r>
    </w:p>
    <w:p>
      <w:r>
        <w:rPr>
          <w:b/>
        </w:rPr>
        <w:t xml:space="preserve">[33:05] </w:t>
      </w:r>
      <w:r>
        <w:t>aapas mein achay taluqat ho gaye thay. to inhi ka is musalman ki woh aik property thi, woh aik bari property thi, us zamane mein bohat sasti bhi hua karti thi.</w:t>
      </w:r>
    </w:p>
    <w:p>
      <w:pPr>
        <w:jc w:val="right"/>
      </w:pPr>
      <w:r>
        <w:t>آپس میں اچھے تعلقات ہو گئے تھے۔ تو انہی کا اس مسلمان کی وہ ایک پراپرٹی تھی، وہ ایک بڑی پراپرٹی تھی، اس زمانے میں بہت سستی بھی ہوا کرتی تھی۔</w:t>
      </w:r>
    </w:p>
    <w:p>
      <w:r>
        <w:rPr>
          <w:b/>
        </w:rPr>
        <w:t xml:space="preserve">[33:17] </w:t>
      </w:r>
      <w:r>
        <w:t>to aik property thi musalman ki jo jis ne jo jis ko khareeda tha, unhon ne angrez se, angrezon ne banaya tha aik soldier house.</w:t>
      </w:r>
    </w:p>
    <w:p>
      <w:pPr>
        <w:jc w:val="right"/>
      </w:pPr>
      <w:r>
        <w:t>تو ایک پراپرٹی تھی مسلمان کی جو جس نے جو جس کو خریدا تھا، انہوں نے انگریز سے، انگریزوں نے بنایا تھا ایک سولجر ہاؤس۔</w:t>
      </w:r>
    </w:p>
    <w:p>
      <w:r>
        <w:rPr>
          <w:b/>
        </w:rPr>
        <w:t xml:space="preserve">[33:27] </w:t>
      </w:r>
      <w:r>
        <w:t>wo haqeeqat mein shuru mein soldier house tha, wo is se musalman ne khareeda.</w:t>
      </w:r>
    </w:p>
    <w:p>
      <w:pPr>
        <w:jc w:val="right"/>
      </w:pPr>
      <w:r>
        <w:t>وہ حقیقت میں شروع میں سولجر ہاؤس تھا، وہ اس سے مسلمان نے خریدا۔</w:t>
      </w:r>
    </w:p>
    <w:p>
      <w:r>
        <w:rPr>
          <w:b/>
        </w:rPr>
        <w:t xml:space="preserve">[33:34] </w:t>
      </w:r>
      <w:r>
        <w:t>to musalman jab bimar hue, un ka intqal ka waqt aya to apne ghar walon se unhon ne wasiyat kar di ke agar tum is property ko bechna to is hindu ko dena jo mera dost hai.</w:t>
      </w:r>
    </w:p>
    <w:p>
      <w:pPr>
        <w:jc w:val="right"/>
      </w:pPr>
      <w:r>
        <w:t>تو مسلمان جب بیمار ہوئے، ان کا انتقال کا وقت آیا تو اپنے گھر والوں سے انہوں نے وصیت کر دی کہ اگر تم اس پراپرٹی کو بیچنا تو اس ہندو کو دینا جو میرا دوست ہے۔</w:t>
      </w:r>
    </w:p>
    <w:p>
      <w:r>
        <w:rPr>
          <w:b/>
        </w:rPr>
        <w:t xml:space="preserve">[33:49] </w:t>
      </w:r>
      <w:r>
        <w:t>chunanche baad ko is family ne is property ko becha aur un ko de diya. unhein phir unhon ne develop kar ke is ko woh banaya hotel.</w:t>
      </w:r>
    </w:p>
    <w:p>
      <w:pPr>
        <w:jc w:val="right"/>
      </w:pPr>
      <w:r>
        <w:t>چنانچہ بعد کو اس فیملی نے اس پراپرٹی کو بیچا اور ان کو دے دیا۔ انہیں پھر انہوں نے ڈیولپ کر کے اس کو وہ بنایا ہوٹل۔</w:t>
      </w:r>
    </w:p>
    <w:p>
      <w:r>
        <w:rPr>
          <w:b/>
        </w:rPr>
        <w:t xml:space="preserve">[33:59] </w:t>
      </w:r>
      <w:r>
        <w:t>is se mujhe aik bohat bari cheez samajh ayi ke hinduo aur musalmano mein itnay saray hue, yaani communal diet hua, partition hua aur aapas ke bohat ziyada yaani kashidgi wali batein hui ho'en.</w:t>
      </w:r>
    </w:p>
    <w:p>
      <w:pPr>
        <w:jc w:val="right"/>
      </w:pPr>
      <w:r>
        <w:t>اس سے مجھے ایک بہت بڑی چیز سمجھ آئی کہ ہندوؤں اور مسلمانوں میں اتنے سارے ہوئے، یعنی کمیونل ڈائٹ ہوا، پارٹیشن ہوا اور آپس کے بہت زیادہ یعنی کشیدگی والی باتیں ہوئیں۔</w:t>
      </w:r>
    </w:p>
    <w:p>
      <w:r>
        <w:rPr>
          <w:b/>
        </w:rPr>
        <w:t xml:space="preserve">[34:16] </w:t>
      </w:r>
      <w:r>
        <w:t>lekin abhi bhi itnay achay taluqat hain, abhi bhi. woh aadmi jo tha, uska malik hamare paas kai baar aya aur bohat ehtram ke sath milta tha. woh</w:t>
      </w:r>
    </w:p>
    <w:p>
      <w:pPr>
        <w:jc w:val="right"/>
      </w:pPr>
      <w:r>
        <w:t>لیکن ابھی بھی اتنے اچھے تعلقات ہیں، ابھی بھی۔ وہ آدمی جو تھا، اس کا مالک ہمارے پاس کئی بار آیا اور بہت احترام کے ساتھ ملتا تھا۔ وہ</w:t>
      </w:r>
    </w:p>
    <w:p>
      <w:r>
        <w:rPr>
          <w:b/>
        </w:rPr>
        <w:t xml:space="preserve">[34:25] </w:t>
      </w:r>
      <w:r>
        <w:t>to kyun hai? aik tradition chali aa rahi hai bohat pehle se, sufiyon ke zamane se. musalman aapas mein mil jul kar rehte thay, hindu musalman aapas mein dostiyan theen, aik doosre ke kaam aate thay.</w:t>
      </w:r>
    </w:p>
    <w:p>
      <w:pPr>
        <w:jc w:val="right"/>
      </w:pPr>
      <w:r>
        <w:t>تو کیوں ہے؟ ایک ٹریڈیشن چلی آ رہی ہے بہت پہلے سے، صوفیوں کے زمانے سے۔ مسلمان آپس میں مل جل کر رہتے تھے، ہندو مسلمان آپس میں دوستیاں تھیں، ایک دوسرے کے کام آتے تھے۔</w:t>
      </w:r>
    </w:p>
    <w:p>
      <w:r>
        <w:rPr>
          <w:b/>
        </w:rPr>
        <w:t xml:space="preserve">[34:40] </w:t>
      </w:r>
      <w:r>
        <w:t>to yeh jo aaj kal jo aap dekh rahe hain, yaani jo jis ko aap log kehte hain ke yaani musalmano par zulm waghera, woh less than one percent hai, less than one percent,</w:t>
      </w:r>
    </w:p>
    <w:p>
      <w:pPr>
        <w:jc w:val="right"/>
      </w:pPr>
      <w:r>
        <w:t>تو یہ جو آج کل جو آپ دیکھ رہے ہیں، یعنی جو جس کو آپ لوگ کہتے ہیں کہ یعنی مسلمانوں پر ظلم وغیرہ، وہ لیس دین ون پرسنٹ ہے، لیس دین ون پرسنٹ،</w:t>
      </w:r>
    </w:p>
    <w:p>
      <w:r>
        <w:rPr>
          <w:b/>
        </w:rPr>
        <w:t xml:space="preserve">[34:54] </w:t>
      </w:r>
      <w:r>
        <w:t>more din 99 percent. woh woh waqiat hain jahan abhi bhi hindu musalman mil kar rehte hain. abhi bhi, abhi bhi aap kahin jaiye, jaisay mein gaya tha adam garh apnay gaon mein.</w:t>
      </w:r>
    </w:p>
    <w:p>
      <w:pPr>
        <w:jc w:val="right"/>
      </w:pPr>
      <w:r>
        <w:t>مور دین 99 پرسنٹ۔ وہ وہ واقعات ہیں جہاں ابھی بھی ہندو مسلمان مل کر رہتے ہیں۔ ابھی بھی، ابھی بھی آپ کہیں جائیے، جیسے میں گیا تھا آدم گڑھ اپنے گاؤں میں۔</w:t>
      </w:r>
    </w:p>
    <w:p>
      <w:r>
        <w:rPr>
          <w:b/>
        </w:rPr>
        <w:t xml:space="preserve">[35:08] </w:t>
      </w:r>
      <w:r>
        <w:t>to mere gaon mein jab mein gaya, wahan par abhi bhi hindu musalman mil kar is tarah rehte hain jaisay parhay parhay rehte thay.</w:t>
      </w:r>
    </w:p>
    <w:p>
      <w:pPr>
        <w:jc w:val="right"/>
      </w:pPr>
      <w:r>
        <w:t>تو میرے گاؤں میں جب میں گیا، وہاں پر ابھی بھی ہندو مسلمان مل کر اس طرح رہتے ہیں جیسے پڑھے پڑھے رہتے تھے۔</w:t>
      </w:r>
    </w:p>
    <w:p>
      <w:r>
        <w:rPr>
          <w:b/>
        </w:rPr>
        <w:t xml:space="preserve">[35:15] </w:t>
      </w:r>
      <w:r>
        <w:t>to akhbaron mein chuna ke aisa hota hai ke hot news ko zyada parhne walay pasand karte hain, to akhbar walay hot news ko lete hain.</w:t>
      </w:r>
    </w:p>
    <w:p>
      <w:pPr>
        <w:jc w:val="right"/>
      </w:pPr>
      <w:r>
        <w:t>تو اخباروں میں چونکہ ایسا ہوتا ہے کہ ہاٹ نیوز کو زیادہ پڑھنے والے پسند کرتے ہیں، تو اخبار والے ہاٹ نیوز کو لیتے ہیں۔</w:t>
      </w:r>
    </w:p>
    <w:p>
      <w:r>
        <w:rPr>
          <w:b/>
        </w:rPr>
        <w:t xml:space="preserve">[35:27] </w:t>
      </w:r>
      <w:r>
        <w:t>hot news to log samajhte hain ke isi ka naam India hai, halankay hot news jo hoti hai, woh less than one percent hoti hai aur doosri jo news hain, woh more than 99 percent hotay hain.</w:t>
      </w:r>
    </w:p>
    <w:p>
      <w:pPr>
        <w:jc w:val="right"/>
      </w:pPr>
      <w:r>
        <w:t>ہاٹ نیوز تو لوگ سمجھتے ہیں کہ اسی کا نام انڈیا ہے، حالانکہ ہاٹ نیوز جو ہوتی ہے، وہ لیس دین ون پرسنٹ ہوتی ہے اور دوسری جو نیوز ہیں، وہ مور دین 99 پرسنٹ ہوتے ہیں۔</w:t>
      </w:r>
    </w:p>
    <w:p>
      <w:r>
        <w:rPr>
          <w:b/>
        </w:rPr>
        <w:t xml:space="preserve">[35:40] </w:t>
      </w:r>
      <w:r>
        <w:t>to mein nay is say yeh sabak liya, abhi bhi India isi ka naam hai jo hum nay wahan dekha ke hindu musalman mil kar reh rahay hain. aur woh India jis ko ke hamaray akhbaron mein highlight kiya tha, woh India to bohat kam hai, bohat hi kam hai.</w:t>
      </w:r>
    </w:p>
    <w:p>
      <w:pPr>
        <w:jc w:val="right"/>
      </w:pPr>
      <w:r>
        <w:t>تو میں نے اس سے یہ سبق لیا، ابھی بھی انڈیا اسی کا نام ہے جو ہم نے وہاں دیکھا کہ ہندو مسلمان مل کر رہ رہے ہیں۔ اور وہ انڈیا جس کو کہ ہمارے اخباروں میں ہائی لائٹ کیا تھا، وہ انڈیا تو بہت کم ہے، بہت ہی کم ہے۔</w:t>
      </w:r>
    </w:p>
    <w:p>
      <w:r>
        <w:rPr>
          <w:b/>
        </w:rPr>
        <w:t xml:space="preserve">[35:57] </w:t>
      </w:r>
      <w:r>
        <w:t>yani negative India less than one percent hai aur positive India more than 99 percent hai. isi liye India mein musalman taraqqi kar rahay hain.</w:t>
      </w:r>
    </w:p>
    <w:p>
      <w:pPr>
        <w:jc w:val="right"/>
      </w:pPr>
      <w:r>
        <w:t>یعنی نیگیٹیو انڈیا لیس دین ون پرسنٹ ہے اور پازیٹیو انڈیا مور دین 99 پرسنٹ ہے۔ اسی لیے انڈیا میں مسلمان ترقی کر رہے ہیں۔</w:t>
      </w:r>
    </w:p>
    <w:p>
      <w:r>
        <w:rPr>
          <w:b/>
        </w:rPr>
        <w:t xml:space="preserve">[36:08] </w:t>
      </w:r>
      <w:r>
        <w:t>jahan bhi jaiye, aap isi jahan jahan mein iss waqt bol raha hoon, yani yeh yeh jo hai Nizamuddin jab yeh bana tha partition kay baad to sab kay sab hindu thay.</w:t>
      </w:r>
    </w:p>
    <w:p>
      <w:pPr>
        <w:jc w:val="right"/>
      </w:pPr>
      <w:r>
        <w:t>جہاں بھی جائیے، آپ اسی جہاں جہاں میں اس وقت بول رہا ہوں، یعنی یہ یہ جو ہے نظام الدین جب یہ بنا تھا پارٹیشن کے بعد تو سب کے سب ہندو تھے۔</w:t>
      </w:r>
    </w:p>
    <w:p>
      <w:r>
        <w:rPr>
          <w:b/>
        </w:rPr>
        <w:t xml:space="preserve">[36:21] </w:t>
      </w:r>
      <w:r>
        <w:t>yahan aaj yahan ki majority musalmanon ki hai. to kaisay aapas mein mil jul kar rahay, mil jul kar yani unhon nay tijaratain kayn, paisa kamaya.</w:t>
      </w:r>
    </w:p>
    <w:p>
      <w:pPr>
        <w:jc w:val="right"/>
      </w:pPr>
      <w:r>
        <w:t>یہاں آج یہاں کی میجورٹی مسلمانوں کی ہے۔ تو کیسے آپس میں مل جل کر رہے، مل جل کر یعنی انہوں نے تجارتیں کیں، پیسہ کمایا۔</w:t>
      </w:r>
    </w:p>
    <w:p>
      <w:r>
        <w:rPr>
          <w:b/>
        </w:rPr>
        <w:t xml:space="preserve">[36:33] </w:t>
      </w:r>
      <w:r>
        <w:t>to phir hinduo kay makanat khareed kar kay musalman rehne lagay.</w:t>
      </w:r>
    </w:p>
    <w:p>
      <w:pPr>
        <w:jc w:val="right"/>
      </w:pPr>
      <w:r>
        <w:t>تو پھر ہندوؤں کے مکانات خرید کر کے مسلمان رہنے لگے۔</w:t>
      </w:r>
    </w:p>
    <w:p>
      <w:r>
        <w:rPr>
          <w:b/>
        </w:rPr>
        <w:t xml:space="preserve">[36:39] </w:t>
      </w:r>
      <w:r>
        <w:t>to pooray India mein yahi cheez hai ke jin khabron ko aap dekhte hain akhbaron mein, yani so called zulm ki khabrein, woh ya negative khabrein, woh less than one percent hoti hain.</w:t>
      </w:r>
    </w:p>
    <w:p>
      <w:pPr>
        <w:jc w:val="right"/>
      </w:pPr>
      <w:r>
        <w:t>تو پورے انڈیا میں یہی چیز ہے کہ جن خبروں کو آپ دیکھتے ہیں اخباروں میں، یعنی سو کالڈ ظلم کی خبریں، وہ یا نیگیٹیو خبریں، وہ لیس دین ون پرسنٹ ہوتی ہیں۔</w:t>
      </w:r>
    </w:p>
    <w:p>
      <w:r>
        <w:rPr>
          <w:b/>
        </w:rPr>
        <w:t xml:space="preserve">[36:55] </w:t>
      </w:r>
      <w:r>
        <w:t>aur jo positive khabrein hain jo akhbaron mein ya media mein kam aati hain, woh hain more than 99 percent.</w:t>
      </w:r>
    </w:p>
    <w:p>
      <w:pPr>
        <w:jc w:val="right"/>
      </w:pPr>
      <w:r>
        <w:t>اور جو پازیٹیو خبریں ہیں جو اخباروں میں یا میڈیا میں کم آتی ہیں، وہ ہیں مور دین 99 پرسنٹ۔</w:t>
      </w:r>
    </w:p>
    <w:p>
      <w:r>
        <w:rPr>
          <w:b/>
        </w:rPr>
        <w:t xml:space="preserve">[37:05] </w:t>
      </w:r>
      <w:r>
        <w:t>is say aik hope barhti hai, hope ke iss mulk mein aap kay liye hope hai, iss mulk mein aap kay liye opportunities hain, iss mulk mein Allah taala nay aap kay liye rahain khol di hain.</w:t>
      </w:r>
    </w:p>
    <w:p>
      <w:pPr>
        <w:jc w:val="right"/>
      </w:pPr>
      <w:r>
        <w:t>اس سے ایک ہوپ بڑھتی ہے، ہوپ کہ اس ملک میں آپ کے لیے ہوپ ہے، اس ملک میں آپ کے لیے اپرچونیٹیز ہیں، اس ملک میں اللہ تعالی نے آپ کے لیے راہیں کھول دی ہیں۔</w:t>
      </w:r>
    </w:p>
    <w:p>
      <w:r>
        <w:rPr>
          <w:b/>
        </w:rPr>
        <w:t xml:space="preserve">[37:14] </w:t>
      </w:r>
      <w:r>
        <w:t>yeh aik paida hota hai.</w:t>
      </w:r>
    </w:p>
    <w:p>
      <w:pPr>
        <w:jc w:val="right"/>
      </w:pPr>
      <w:r>
        <w:t>یہ ایک پیدا ہوتا ہے۔</w:t>
      </w:r>
    </w:p>
    <w:p>
      <w:r>
        <w:rPr>
          <w:b/>
        </w:rPr>
        <w:t xml:space="preserve">[37:19] </w:t>
      </w:r>
      <w:r>
        <w:t>to yeh mein samajhta hoon ke har safar mein is tarah ki cheezain hoti hain. har safar mein aap agar aik mahol mein reh rahay hain to wahan kuch tajrubaat aap kay aisay hon gay jis mein aap kay sabak lay saken, jis mein aap ko kuch seekhnay ka moqa</w:t>
      </w:r>
    </w:p>
    <w:p>
      <w:pPr>
        <w:jc w:val="right"/>
      </w:pPr>
      <w:r>
        <w:t>تو یہ میں سمجھتا ہوں کہ ہر سفر میں اس طرح کی چیزیں ہوتی ہیں۔ ہر سفر میں آپ اگر ایک ماحول میں رہ رہے ہیں تو وہاں کچھ تجربات آپ کے ایسے ہوں گے جس میں آپ کے سبق لے سکیں، جس میں آپ کو کچھ سیکھنے کا موقع</w:t>
      </w:r>
    </w:p>
    <w:p>
      <w:r>
        <w:rPr>
          <w:b/>
        </w:rPr>
        <w:t xml:space="preserve">[37:42] </w:t>
      </w:r>
      <w:r>
        <w:t>ho. lekin jab aap safar par nikaltay hain to har lamha aik naya tajruba, har lamha aik nayi baat. is tarah say aap kay tajrubaat ka aur sabak lainay ka daira bohat barh jata hai.</w:t>
      </w:r>
    </w:p>
    <w:p>
      <w:pPr>
        <w:jc w:val="right"/>
      </w:pPr>
      <w:r>
        <w:t>ہو۔ لیکن جب آپ سفر پر نکلتے ہیں تو ہر لمحہ ایک نیا تجربہ، ہر لمحہ ایک نئی بات۔ اس طرح سے آپ کے تجربات کا اور سبق لینے کا دائرہ بہت بڑھ جاتا ہے۔</w:t>
      </w:r>
    </w:p>
    <w:p>
      <w:r>
        <w:rPr>
          <w:b/>
        </w:rPr>
        <w:t xml:space="preserve">[37:57] </w:t>
      </w:r>
      <w:r>
        <w:t>to is ayat ko mein yahan apply kar raha hoon ke aik hai takzeeb anbiya jo pehlay hua karta tha aur takzeeb anbiya kay nateeja mein qoumon par azab aa</w:t>
      </w:r>
    </w:p>
    <w:p>
      <w:pPr>
        <w:jc w:val="right"/>
      </w:pPr>
      <w:r>
        <w:t>تو اس آیت کو میں یہاں اپلائی کر رہا ہوں کہ ایک ہے تکذیب انبیاء جو پہلے ہوا کرتا تھا اور تکذیب انبیاء کے نتیجے میں قوموں پر عذاب آ</w:t>
      </w:r>
    </w:p>
    <w:p>
      <w:r>
        <w:rPr>
          <w:b/>
        </w:rPr>
        <w:t xml:space="preserve">[38:09] </w:t>
      </w:r>
      <w:r>
        <w:t>ta tha. is ki rooh nabi bhi yeh mukhtalif jagahon par paaye jatay hain.</w:t>
      </w:r>
    </w:p>
    <w:p>
      <w:pPr>
        <w:jc w:val="right"/>
      </w:pPr>
      <w:r>
        <w:t>تا تھا۔ اس کی روح نبی بھی یہ مختلف جگہوں پر پائے جاتے ہیں۔</w:t>
      </w:r>
    </w:p>
    <w:p>
      <w:r>
        <w:rPr>
          <w:b/>
        </w:rPr>
        <w:t xml:space="preserve">[38:17] </w:t>
      </w:r>
      <w:r>
        <w:t>lekin woh woh woh daur to khatam hoga, takzeeb anbiya ka daur. ab ab jo naya daur hai, is mein woh daur hai takzeeb ayat ka daur,</w:t>
      </w:r>
    </w:p>
    <w:p>
      <w:pPr>
        <w:jc w:val="right"/>
      </w:pPr>
      <w:r>
        <w:t>لیکن وہ وہ وہ دور تو ختم ہوگا، تکذیب انبیاء کا دور۔ اب اب جو نیا دور ہے، اس میں وہ دور ہے تکذیب آیات کا دور،</w:t>
      </w:r>
    </w:p>
    <w:p>
      <w:r>
        <w:rPr>
          <w:b/>
        </w:rPr>
        <w:t xml:space="preserve">[38:30] </w:t>
      </w:r>
      <w:r>
        <w:t>takzeeb aala ka daur. Quran mein hai: "kazzab bi aayatna" ya "fa bi ay alaa rabbikuma tukazziban"</w:t>
      </w:r>
    </w:p>
    <w:p>
      <w:pPr>
        <w:jc w:val="right"/>
      </w:pPr>
      <w:r>
        <w:t>تکذیب اعلیٰ کا دور۔ قرآن میں ہے: "کذب بیاتنا" یا "فبیع اعلیٰ ربکما تکذبان"</w:t>
      </w:r>
    </w:p>
    <w:p>
      <w:r>
        <w:rPr>
          <w:b/>
        </w:rPr>
        <w:t xml:space="preserve">[38:39] </w:t>
      </w:r>
      <w:r>
        <w:t>۔ to Allah ki nishaniyon ki takzeeb, Allah kay Allah kay jo signs hain, un ki takzeeb, yeh yeh daur hai.</w:t>
      </w:r>
    </w:p>
    <w:p>
      <w:pPr>
        <w:jc w:val="right"/>
      </w:pPr>
      <w:r>
        <w:t>۔ تو اللہ کی نشانیوں کی تکذیب، اللہ کے اللہ کے جو سائنز ہیں، ان کی تکذیب، یہ یہ دور ہے۔</w:t>
      </w:r>
    </w:p>
    <w:p>
      <w:r>
        <w:rPr>
          <w:b/>
        </w:rPr>
        <w:t xml:space="preserve">[38:50] </w:t>
      </w:r>
      <w:r>
        <w:t>ab to yeh bohat hi ajeeb baat hai ke log takzeeb anbiya say waqif hain, lekin iss daur mein jo takzeeb ho rahi hai, is say is say nawaqif hain.</w:t>
      </w:r>
    </w:p>
    <w:p>
      <w:pPr>
        <w:jc w:val="right"/>
      </w:pPr>
      <w:r>
        <w:t>اب تو یہ بہت ہی عجیب بات ہے کہ لوگ تکذیب انبیاء سے واقف ہیں، لیکن اس دور میں جو تکذیب ہو رہی ہے، اس سے اس سے ناواقف ہیں۔</w:t>
      </w:r>
    </w:p>
    <w:p>
      <w:r>
        <w:rPr>
          <w:b/>
        </w:rPr>
        <w:t xml:space="preserve">[39:04] </w:t>
      </w:r>
      <w:r>
        <w:t>mein aik misaal doon aap ko ke aap jantay hain ke Taj Agra mein Taj Mahal hai jo bohat hi mashhoor hai, jo dunya kay saat ajubaat mein shumar hota hai.</w:t>
      </w:r>
    </w:p>
    <w:p>
      <w:pPr>
        <w:jc w:val="right"/>
      </w:pPr>
      <w:r>
        <w:t>میں ایک مثال دوں آپ کو کہ آپ جانتے ہیں کہ تاج آگرہ میں تاج محل ہے جو بہت ہی مشہور ہے، جو دنیا کے سات عجائبات میں شمار ہوتا ہے۔</w:t>
      </w:r>
    </w:p>
    <w:p>
      <w:r>
        <w:rPr>
          <w:b/>
        </w:rPr>
        <w:t xml:space="preserve">[39:16] </w:t>
      </w:r>
      <w:r>
        <w:t>dunya bhar say log atay hain is ko dekhnay kay liye.</w:t>
      </w:r>
    </w:p>
    <w:p>
      <w:pPr>
        <w:jc w:val="right"/>
      </w:pPr>
      <w:r>
        <w:t>دنیا بھر سے لوگ آتے ہیں اس کو دیکھنے کے لیے۔</w:t>
      </w:r>
    </w:p>
    <w:p>
      <w:r>
        <w:rPr>
          <w:b/>
        </w:rPr>
        <w:t xml:space="preserve">[39:22] </w:t>
      </w:r>
      <w:r>
        <w:t>to aik waqia mein nay parha ke Europe ki aik khatoon aayi India to woh Agra gayi Taj Mahal dekhnay kay liye.</w:t>
      </w:r>
    </w:p>
    <w:p>
      <w:pPr>
        <w:jc w:val="right"/>
      </w:pPr>
      <w:r>
        <w:t>تو ایک واقعہ میں نے پڑھا کہ یورپ کی ایک خاتون آئی انڈیا تو وہ آگرہ گئی تاج محل دیکھنے کے لیے۔</w:t>
      </w:r>
    </w:p>
    <w:p>
      <w:r>
        <w:rPr>
          <w:b/>
        </w:rPr>
        <w:t xml:space="preserve">[39:34] </w:t>
      </w:r>
      <w:r>
        <w:t>jab us nay Taj Mahal ko dekha, doosri zaban say nikla: "wonder, wonderful, wonderful". aik hi aik hi lafz us European lady ki zaban par aik hi lafz aaya us ko dekh kar Taj Mahal ko: "wonderful, wonderful".</w:t>
      </w:r>
    </w:p>
    <w:p>
      <w:pPr>
        <w:jc w:val="right"/>
      </w:pPr>
      <w:r>
        <w:t>جب اس نے تاج محل کو دیکھا، دوسری زبان سے نکلا: "ونڈر، ونڈرفل، ونڈرفل"۔ ایک ہی ایک ہی لفظ اس یورپین لیڈی کی زبان پر ایک ہی لفظ آیا اس کو دیکھ کر تاج محل کو: "ونڈرفل، ونڈرفل"۔</w:t>
      </w:r>
    </w:p>
    <w:p>
      <w:r>
        <w:rPr>
          <w:b/>
        </w:rPr>
        <w:t xml:space="preserve">[39:52] </w:t>
      </w:r>
      <w:r>
        <w:t>ab mein ne socha ke dekhiye, yeh europe se aayi india, is darmiyan mein million billion allah ki nishaniyan theen</w:t>
      </w:r>
    </w:p>
    <w:p>
      <w:pPr>
        <w:jc w:val="right"/>
      </w:pPr>
      <w:r>
        <w:t>اب میں نے سوچا کہ دیکھیے، یہ یورپ سے آئی انڈیا، اس درمیان میں ملین بلین اللہ کی نشانیاں تھیں</w:t>
      </w:r>
    </w:p>
    <w:p>
      <w:r>
        <w:rPr>
          <w:b/>
        </w:rPr>
        <w:t xml:space="preserve">[40:02] </w:t>
      </w:r>
      <w:r>
        <w:t>, wahan woh nahi kar saki: "wonderful, wonderful". har cheez mein wonder tha. is ko taj mahal mein to wonder dikhai diya, allah ki nishaniyan jo theen, is mein wonder nahi dikhai diya.</w:t>
      </w:r>
    </w:p>
    <w:p>
      <w:pPr>
        <w:jc w:val="right"/>
      </w:pPr>
      <w:r>
        <w:t>، وہاں وہ نہیں کر سکی: "ونڈرفل، ونڈرفل"۔ ہر چیز میں ونڈر تھا۔ اس کو تاج محل میں تو ونڈر دکھائی دیا، اللہ کی نشانیاں جو تھیں، اس میں ونڈر نہیں دکھائی دیا۔</w:t>
      </w:r>
    </w:p>
    <w:p>
      <w:r>
        <w:rPr>
          <w:b/>
        </w:rPr>
        <w:t xml:space="preserve">[40:15] </w:t>
      </w:r>
      <w:r>
        <w:t>yahi takzeeb, yahi takzeeb hai ke jab woh ghar se rawana hui hogi, car par baithi hogi, woh bhi ek wonder tha ke meter aap ko le ke daur raha hai.</w:t>
      </w:r>
    </w:p>
    <w:p>
      <w:pPr>
        <w:jc w:val="right"/>
      </w:pPr>
      <w:r>
        <w:t>یہی تکذیب، یہی تکذیب ہے کہ جب وہ گھر سے روانہ ہوئی ہوگی، کار پر بیٹھی ہوگی، وہ بھی ایک ونڈر تھا کہ میٹر آپ کو لے کے دوڑ رہا ہے۔</w:t>
      </w:r>
    </w:p>
    <w:p>
      <w:r>
        <w:rPr>
          <w:b/>
        </w:rPr>
        <w:t xml:space="preserve">[40:27] </w:t>
      </w:r>
      <w:r>
        <w:t>phir jo hawai jahaz mein sawar hui, sawar ho kar ke dilli ke hawai adde par utri, to woh bhi ek wonder tha ke ek meter aap ko le ke urr raha hai.</w:t>
      </w:r>
    </w:p>
    <w:p>
      <w:pPr>
        <w:jc w:val="right"/>
      </w:pPr>
      <w:r>
        <w:t>پھر جو ہوائی جہاز میں سوار ہوئی، سوار ہو کر کے دلی کے ہوائی اڈے پر اتری، تو وہ بھی ایک ونڈر تھا کہ ایک میٹر آپ کو لے کے اڑ رہا ہے۔</w:t>
      </w:r>
    </w:p>
    <w:p>
      <w:r>
        <w:rPr>
          <w:b/>
        </w:rPr>
        <w:t xml:space="preserve">[40:37] </w:t>
      </w:r>
      <w:r>
        <w:t>kaisi ajeeb cheez hai ke meter urr raha hai aap ko. hatta ke jab hotel mein is ne khana khaya hoga to woh bhi wonder tha: khana kya hai?</w:t>
      </w:r>
    </w:p>
    <w:p>
      <w:pPr>
        <w:jc w:val="right"/>
      </w:pPr>
      <w:r>
        <w:t>کیسی عجیب چیز ہے کہ میٹر اڑ رہا ہے آپ کو۔ حتیٰ کہ جب ہوٹل میں اس نے کھانا کھایا ہوگا تو وہ بھی ونڈر تھا: کھانا کیا ہے؟</w:t>
      </w:r>
    </w:p>
    <w:p>
      <w:r>
        <w:rPr>
          <w:b/>
        </w:rPr>
        <w:t xml:space="preserve">[40:47] </w:t>
      </w:r>
      <w:r>
        <w:t>yani non food, food mein convert ho gaya. non food jo hai, woh food mein convert ho gaya, woh bhi ek wonder hai.</w:t>
      </w:r>
    </w:p>
    <w:p>
      <w:pPr>
        <w:jc w:val="right"/>
      </w:pPr>
      <w:r>
        <w:t>یعنی نان فوڈ، فوڈ میں کنورٹ ہو گیا۔ نان فوڈ جو ہے، وہ فوڈ میں کنورٹ ہو گیا، وہ بھی ایک ونڈر ہے۔</w:t>
      </w:r>
    </w:p>
    <w:p>
      <w:r>
        <w:rPr>
          <w:b/>
        </w:rPr>
        <w:t xml:space="preserve">[40:56] </w:t>
      </w:r>
      <w:r>
        <w:t>pani piya is ne, woh bhi ek wonder tha ke non water, water mein convert ho gaya. to is tarah ke yahan se wahan tak le kar wonders ka ek silsila, lekin is ko in cheezon ko is ne bartan wonder nahi dekha,</w:t>
      </w:r>
    </w:p>
    <w:p>
      <w:pPr>
        <w:jc w:val="right"/>
      </w:pPr>
      <w:r>
        <w:t>پانی پیا اس نے، وہ بھی ایک ونڈر تھا کہ نان واٹر، واٹر میں کنورٹ ہو گیا۔ تو اس طرح کے یہاں سے وہاں تک لے کر ونڈرز کا ایک سلسلہ، لیکن اس کو ان چیزوں کو اس نے برتن ونڈر نہیں دیکھا،</w:t>
      </w:r>
    </w:p>
    <w:p>
      <w:r>
        <w:rPr>
          <w:b/>
        </w:rPr>
        <w:t xml:space="preserve">[41:14] </w:t>
      </w:r>
      <w:r>
        <w:t>sirf taj mahal is ko dikha diya ke yeh wonder hai. yeh isi ka naam takzeeb hai.</w:t>
      </w:r>
    </w:p>
    <w:p>
      <w:pPr>
        <w:jc w:val="right"/>
      </w:pPr>
      <w:r>
        <w:t>صرف تاج محل اس کو دکھا دیا کہ یہ ونڈر ہے۔ یہ اسی کا نام تکذیب ہے۔</w:t>
      </w:r>
    </w:p>
    <w:p>
      <w:r>
        <w:rPr>
          <w:b/>
        </w:rPr>
        <w:t xml:space="preserve">[41:21] </w:t>
      </w:r>
      <w:r>
        <w:t>to takzeeb anbiya ka daur to khatam ho gaya, lekin takzeeb ayat ka daur baqi hai, takzeeb aala ka daur baqi hai.</w:t>
      </w:r>
    </w:p>
    <w:p>
      <w:pPr>
        <w:jc w:val="right"/>
      </w:pPr>
      <w:r>
        <w:t>تو تکذیب انبیاء کا دور تو ختم ہو گیا، لیکن تکذیب آیات کا دور باقی ہے، تکذیب اعلیٰ کا دور باقی ہے۔</w:t>
      </w:r>
    </w:p>
    <w:p>
      <w:r>
        <w:rPr>
          <w:b/>
        </w:rPr>
        <w:t xml:space="preserve">[41:33] </w:t>
      </w:r>
      <w:r>
        <w:t>to yeh sirf safaron se, is safar ki baat nahi hai, balke aap jahan bhi aap hain, jis mahol mein aap rehte hain, wahan bhi allah ki nishaniyan hain.</w:t>
      </w:r>
    </w:p>
    <w:p>
      <w:pPr>
        <w:jc w:val="right"/>
      </w:pPr>
      <w:r>
        <w:t>تو یہ صرف سفروں سے، اس سفر کی بات نہیں ہے، بلکہ آپ جہاں بھی آپ ہیں، جس ماحول میں آپ رہتے ہیں، وہاں بھی اللہ کی نشانیاں ہیں۔</w:t>
      </w:r>
    </w:p>
    <w:p>
      <w:r>
        <w:rPr>
          <w:b/>
        </w:rPr>
        <w:t xml:space="preserve">[41:44] </w:t>
      </w:r>
      <w:r>
        <w:t>har waqt, har har lamha nishaniyan hain. to is ko pata ho, wonder aap ko daryaft karna chahiye</w:t>
      </w:r>
    </w:p>
    <w:p>
      <w:pPr>
        <w:jc w:val="right"/>
      </w:pPr>
      <w:r>
        <w:t>ہر وقت، ہر ہر لمحہ نشانیاں ہیں۔ تو اس کو پتہ ہو، ونڈر آپ کو دریافت کرنا چاہیے</w:t>
      </w:r>
    </w:p>
    <w:p>
      <w:r>
        <w:rPr>
          <w:b/>
        </w:rPr>
        <w:t xml:space="preserve">[41:50] </w:t>
      </w:r>
      <w:r>
        <w:t>jis ko quran mein aala kaha gaya hai. agar aap bartan wonder daryaft karenge to aap ke thrill aaye ga, aap ke andar thrilling shukr aaye ga, aap allah ki azmaton ko mein ghark ho jayenge.</w:t>
      </w:r>
    </w:p>
    <w:p>
      <w:pPr>
        <w:jc w:val="right"/>
      </w:pPr>
      <w:r>
        <w:t>جس کو قرآن میں اعلیٰ کہا گیا ہے۔ اگر آپ برتن ونڈر دریافت کریں گے تو آپ کے تھرل آئے گا، آپ کے اندر تھرلنگ شکر آئے گا، آپ اللہ کی عظمتوں کو میں غرق ہو جائیں گے۔</w:t>
      </w:r>
    </w:p>
    <w:p>
      <w:r>
        <w:rPr>
          <w:b/>
        </w:rPr>
        <w:t xml:space="preserve">[42:05] </w:t>
      </w:r>
      <w:r>
        <w:t>yeh sab hoga. agar lekin agar aap aisa na karen to goya ke allah ke wonder ko aap ne inkar kiya. "fabee aala rabbikuma" to zuban jo hai, is ka misdaq ban gaye aap.</w:t>
      </w:r>
    </w:p>
    <w:p>
      <w:pPr>
        <w:jc w:val="right"/>
      </w:pPr>
      <w:r>
        <w:t>یہ سب ہوگا۔ اگر لیکن اگر آپ ایسا نہ کریں تو گویا کہ اللہ کے ونڈر کو آپ نے انکار کیا۔ "فبیع اعلیٰ ربکما" تو زبان جو ہے، اس کا مصداق بن گئے آپ۔</w:t>
      </w:r>
    </w:p>
    <w:p>
      <w:r>
        <w:rPr>
          <w:b/>
        </w:rPr>
        <w:t xml:space="preserve">[42:22] </w:t>
      </w:r>
      <w:r>
        <w:t>to is safar mein mujhe yeh bhi ek tajurba hua, ek daryaft hui ke takzeeb anbiya ka daur agarche khatam ho gaya, lekin is se bari ek takzeeb hai, is ka daur jari hai, woh hai takzeeb ayat, takzeeb aala, yani divine wonders ki takzeeb.</w:t>
      </w:r>
    </w:p>
    <w:p>
      <w:pPr>
        <w:jc w:val="right"/>
      </w:pPr>
      <w:r>
        <w:t>تو اس سفر میں مجھے یہ بھی ایک تجربہ ہوا، ایک دریافت ہوئی کہ تکذیب انبیاء کا دور اگرچہ ختم ہو گیا، لیکن اس سے بڑی ایک تکذیب ہے، اس کا دور جاری ہے، وہ ہے تکذیب آیات، تکذیب اعلیٰ، یعنی ڈیوائن ونڈرز کی تکذیب۔</w:t>
      </w:r>
    </w:p>
    <w:p>
      <w:r>
        <w:rPr>
          <w:b/>
        </w:rPr>
        <w:t xml:space="preserve">[42:45] </w:t>
      </w:r>
      <w:r>
        <w:t>divine wonders ko daryaft na karna</w:t>
      </w:r>
    </w:p>
    <w:p>
      <w:pPr>
        <w:jc w:val="right"/>
      </w:pPr>
      <w:r>
        <w:t>ڈیوائن ونڈرز کو دریافت نہ کرنا</w:t>
      </w:r>
    </w:p>
    <w:p>
      <w:r>
        <w:rPr>
          <w:b/>
        </w:rPr>
        <w:t xml:space="preserve">[42:49] </w:t>
      </w:r>
      <w:r>
        <w:t>, kyunke jab aap daryaft nahi karenge to aap kaise aap ke andar thrill shukr kahan se aaye ga? allah ki azmat ka tasawwur kaise aap ke zehn mein aaye ga?</w:t>
      </w:r>
    </w:p>
    <w:p>
      <w:pPr>
        <w:jc w:val="right"/>
      </w:pPr>
      <w:r>
        <w:t>، کیونکہ جب آپ دریافت نہیں کریں گے تو آپ کیسے آپ کے اندر تھرل شکر کہاں سے آئے گا؟ اللہ کی عظمت کا تصور کیسے آپ کے ذہن میں آئے گا؟</w:t>
      </w:r>
    </w:p>
    <w:p>
      <w:r>
        <w:rPr>
          <w:b/>
        </w:rPr>
        <w:t xml:space="preserve">[43:02] </w:t>
      </w:r>
      <w:r>
        <w:t>to andhe pan mein jiyenge aap.</w:t>
      </w:r>
    </w:p>
    <w:p>
      <w:pPr>
        <w:jc w:val="right"/>
      </w:pPr>
      <w:r>
        <w:t>تو اندھے پن میں جئیں گے آپ۔</w:t>
      </w:r>
    </w:p>
    <w:p>
      <w:r>
        <w:rPr>
          <w:b/>
        </w:rPr>
        <w:t xml:space="preserve">[43:07] </w:t>
      </w:r>
      <w:r>
        <w:t>to yeh ek ajeeb ghareeb daryaft thi jo mujhe is safar mein hui ke takzeeb anbiya ka daur khatam ho gaya, lekin takzeeb ayat ka daur baqi hai.</w:t>
      </w:r>
    </w:p>
    <w:p>
      <w:pPr>
        <w:jc w:val="right"/>
      </w:pPr>
      <w:r>
        <w:t>تو یہ ایک عجیب غریب دریافت تھی جو مجھے اس سفر میں ہوئی کہ تکذیب انبیاء کا دور ختم ہو گیا، لیکن تکذیب آیات کا دور باقی ہے۔</w:t>
      </w:r>
    </w:p>
    <w:p>
      <w:r>
        <w:rPr>
          <w:b/>
        </w:rPr>
        <w:t xml:space="preserve">[43:19] </w:t>
      </w:r>
      <w:r>
        <w:t>har lamha aadmi ya to allah ki ayat ki tasdeeq kar ke inaam pa raha hai ya allah ki ayat ki takzeeb kar ke woh allah ki saza ka rizq le raha hai.</w:t>
      </w:r>
    </w:p>
    <w:p>
      <w:pPr>
        <w:jc w:val="right"/>
      </w:pPr>
      <w:r>
        <w:t>ہر لمحہ آدمی یا تو اللہ کی آیات کی تصدیق کر کے انعام پا رہا ہے یا اللہ کی آیات کی تکذیب کر کے وہ اللہ کی سزا کا رزق لے رہا ہے۔</w:t>
      </w:r>
    </w:p>
    <w:p>
      <w:r>
        <w:rPr>
          <w:b/>
        </w:rPr>
        <w:t xml:space="preserve">[43:34] </w:t>
      </w:r>
      <w:r>
        <w:t>har lamha "fabee" yani ek hai "fabee aala rabbikuma" to zuban yeh aaj bhi baqi hai.</w:t>
      </w:r>
    </w:p>
    <w:p>
      <w:pPr>
        <w:jc w:val="right"/>
      </w:pPr>
      <w:r>
        <w:t>ہر لمحہ "فبیع" یعنی ایک ہے "فبیع اعلیٰ ربکما" تو زبان یہ آج بھی باقی ہے۔</w:t>
      </w:r>
    </w:p>
    <w:p>
      <w:r>
        <w:rPr>
          <w:b/>
        </w:rPr>
        <w:t xml:space="preserve">[43:46] </w:t>
      </w:r>
      <w:r>
        <w:t>yeh ek ajeeb ghareeb daryaft thi jo mujhe is safar mein hui. to is zehn ke sath chunke mein ne safar kiya to do din ke safar mein bohat si cheezein aisi aayin jis mein bar bar yani kabhi khauf tari hua, kabhi shukr aaya, kabhi allah ka ka zikr jari hua meri zuban par.</w:t>
      </w:r>
    </w:p>
    <w:p>
      <w:pPr>
        <w:jc w:val="right"/>
      </w:pPr>
      <w:r>
        <w:t>یہ ایک عجیب غریب دریافت تھی جو مجھے اس سفر میں ہوئی۔ تو اس ذہن کے ساتھ چونکہ میں نے سفر کیا تو دو دن کے سفر میں بہت سی چیزیں ایسی آئیں جس میں بار بار یعنی کبھی خوف طاری ہوا، کبھی شکر آیا، کبھی اللہ کا کا ذکر جاری ہوا میری زبان پر۔</w:t>
      </w:r>
    </w:p>
    <w:p>
      <w:r>
        <w:rPr>
          <w:b/>
        </w:rPr>
        <w:t xml:space="preserve">[44:09] </w:t>
      </w:r>
      <w:r>
        <w:t>is tarah ke yani is tarah ki kaifiyat ke sath yeh poora safar hua.</w:t>
      </w:r>
    </w:p>
    <w:p>
      <w:pPr>
        <w:jc w:val="right"/>
      </w:pPr>
      <w:r>
        <w:t>اس طرح کے یعنی اس طرح کی کیفیات کے ساتھ یہ پورا سفر ہوا۔</w:t>
      </w:r>
    </w:p>
    <w:p>
      <w:r>
        <w:rPr>
          <w:b/>
        </w:rPr>
        <w:t xml:space="preserve">[44:19] </w:t>
      </w:r>
      <w:r>
        <w:t>to</w:t>
      </w:r>
    </w:p>
    <w:p>
      <w:pPr>
        <w:jc w:val="right"/>
      </w:pPr>
      <w:r>
        <w:t>تو</w:t>
      </w:r>
    </w:p>
    <w:p>
      <w:r>
        <w:rPr>
          <w:b/>
        </w:rPr>
        <w:t xml:space="preserve">[44:20] </w:t>
      </w:r>
      <w:r>
        <w:t>yeh bohat hi ajeeb daryaft thi mere liye ke takzeeb anbiya ka daur agarche khatam ho gaya, lekin is se ziyada barhe pemane par takzeeb ayat ka daur jari hai is zamane mein.</w:t>
      </w:r>
    </w:p>
    <w:p>
      <w:pPr>
        <w:jc w:val="right"/>
      </w:pPr>
      <w:r>
        <w:t>یہ بہت ہی عجیب دریافت تھی میرے لیے کہ تکذیب انبیاء کا دور اگرچہ ختم ہو گیا، لیکن اس سے زیادہ بڑے پیمانے پر تکذیب آیات کا دور جاری ہے اس زمانے میں۔</w:t>
      </w:r>
    </w:p>
    <w:p>
      <w:r>
        <w:rPr>
          <w:b/>
        </w:rPr>
        <w:t xml:space="preserve">[44:32] </w:t>
      </w:r>
      <w:r>
        <w:t>to meri dua hai ke allah taala mujh ko aur aap ko tofeeq de ke hum allah ki marzi ke mutabiq dunya mein zindagi guzaren taake allah ke inaam ke mustahiq hon.</w:t>
      </w:r>
    </w:p>
    <w:p>
      <w:pPr>
        <w:jc w:val="right"/>
      </w:pPr>
      <w:r>
        <w:t>تو میری دعا ہے کہ اللہ تعالی مجھ کو اور آپ کو توفیق دے کہ ہم اللہ کی مرضی کے مطابق دنیا میں زندگی گزاریں تاکہ اللہ کے انعام کے مستحق ہوں۔</w:t>
      </w:r>
    </w:p>
    <w:p>
      <w:r>
        <w:rPr>
          <w:b/>
        </w:rPr>
        <w:t xml:space="preserve">[44:52] </w:t>
      </w:r>
      <w:r>
        <w:t>allah hamari madad farmaye.</w:t>
      </w:r>
    </w:p>
    <w:p>
      <w:pPr>
        <w:jc w:val="right"/>
      </w:pPr>
      <w:r>
        <w:t>اللہ ہماری مدد فرمائے۔</w:t>
      </w:r>
    </w:p>
    <w:p>
      <w:r>
        <w:rPr>
          <w:b/>
        </w:rPr>
        <w:t xml:space="preserve">[45:07] </w:t>
      </w:r>
      <w:r>
        <w:t>maulana, yeh sawal singapore se aya hai mr slish malhotra ka.</w:t>
      </w:r>
    </w:p>
    <w:p>
      <w:pPr>
        <w:jc w:val="right"/>
      </w:pPr>
      <w:r>
        <w:t>مولانا، یہ سوال سنگاپور سے آیا ہے مسٹر سلیش ملہوترا کا۔</w:t>
      </w:r>
    </w:p>
    <w:p>
      <w:r>
        <w:rPr>
          <w:b/>
        </w:rPr>
        <w:t xml:space="preserve">[45:12] </w:t>
      </w:r>
      <w:r>
        <w:t>unhon ne likha hai: "maulana sahib, few months ago, i gave a copy of the quran to a colleague of mine, who very graciously accepted.</w:t>
      </w:r>
    </w:p>
    <w:p>
      <w:pPr>
        <w:jc w:val="right"/>
      </w:pPr>
      <w:r>
        <w:t>انہوں نے لکھا ہے: "مولانا صاحب، فیو منتھز اگو، آئی گیو ا کاپی آف دا قرآن ٹو ا کولیگ آف مائن، ہو ویری گریشیسلی ایکسیپٹڈ۔</w:t>
      </w:r>
    </w:p>
    <w:p>
      <w:r>
        <w:rPr>
          <w:b/>
        </w:rPr>
        <w:t xml:space="preserve">[45:23] </w:t>
      </w:r>
      <w:r>
        <w:t>next day, she gave a copy of the bible, which i took and thanked her. recently, when i met her, i asked if she had read the quran i gave her, and she asked me if i had read the bible, she gave it to me.</w:t>
      </w:r>
    </w:p>
    <w:p>
      <w:pPr>
        <w:jc w:val="right"/>
      </w:pPr>
      <w:r>
        <w:t>نیکسٹ ڈے، شی گیو ا کاپی آف دا بائبل، وچ آئی ٹک اینڈ تھینکڈ ہر۔ ریسنٹلی، وین آئی میٹ ہر، آئی اسکڈ اف شی ہیڈ ریڈ دا قرآن آئی گیو ہر، اینڈ شی اسکڈ می اف آئی ہیڈ ریڈ دا بائبل، شی گیو اٹ ٹو می۔</w:t>
      </w:r>
    </w:p>
    <w:p>
      <w:r>
        <w:rPr>
          <w:b/>
        </w:rPr>
        <w:t xml:space="preserve">[45:40] </w:t>
      </w:r>
      <w:r>
        <w:t>i replied, not as yet, but will do so shortly. she then replied, she will read the quran the day i read the bible.</w:t>
      </w:r>
    </w:p>
    <w:p>
      <w:pPr>
        <w:jc w:val="right"/>
      </w:pPr>
      <w:r>
        <w:t>آئی ریپلائیڈ، ناٹ ایز یٹ، بٹ ویل ڈو سو شارٹلی۔ شی دین ریپلائیڈ، شی ویل ریڈ دا قرآن دا ڈے آئی ریڈ دا بائبل۔</w:t>
      </w:r>
    </w:p>
    <w:p>
      <w:r>
        <w:rPr>
          <w:b/>
        </w:rPr>
        <w:t xml:space="preserve">[45:50] </w:t>
      </w:r>
      <w:r>
        <w:t>maulana, how should one respond in a such situation like this? what should be the correct response? please guide me." dekhiye, dawat jo hai, dawat ka kaam yeh yani literal nahi hai, by lateral hai.</w:t>
      </w:r>
    </w:p>
    <w:p>
      <w:pPr>
        <w:jc w:val="right"/>
      </w:pPr>
      <w:r>
        <w:t>مولانا، ہاؤ شوڈ ون ریسپانڈ ان ا سچویشن لائک دس؟ واٹ شوڈ بی دا کریکٹ رسپانس؟ پلیز گائیڈ می۔" دیکھیے، دعوت جو ہے، دعوت کا کام یہ یعنی لیٹرل نہیں ہے، بائی لیٹرل ہے۔</w:t>
      </w:r>
    </w:p>
    <w:p>
      <w:r>
        <w:rPr>
          <w:b/>
        </w:rPr>
        <w:t xml:space="preserve">[46:10] </w:t>
      </w:r>
      <w:r>
        <w:t>yani mutual learning ki baat hai. yeh aap dusron ko batayein aur dusron se seekhein bhi. haqeeqat mein dawat wahi hai jo by lateral ho,</w:t>
      </w:r>
    </w:p>
    <w:p>
      <w:pPr>
        <w:jc w:val="right"/>
      </w:pPr>
      <w:r>
        <w:t>یعنی میوچول لرننگ کی بات ہے۔ یہ آپ دوسروں کو بتائیں اور دوسروں سے سیکھیں بھی۔ حقیقت میں دعوت وہی ہے جو بائی لیٹرل ہو،</w:t>
      </w:r>
    </w:p>
    <w:p>
      <w:r>
        <w:rPr>
          <w:b/>
        </w:rPr>
        <w:t xml:space="preserve">[46:25] </w:t>
      </w:r>
      <w:r>
        <w:t>jis jis mein mutual learning ho rahi ho. to us ne aap ko yaad dilaya ke aap ne adha kaam kaam kiya, adha kaam nahi kiya.</w:t>
      </w:r>
    </w:p>
    <w:p>
      <w:pPr>
        <w:jc w:val="right"/>
      </w:pPr>
      <w:r>
        <w:t>جس جس میں میوچول لرننگ ہو رہی ہو۔ تو اس نے آپ کو یاد دلایا کہ آپ نے ادھا کام کام کیا، ادھا کام نہیں کیا۔</w:t>
      </w:r>
    </w:p>
    <w:p>
      <w:r>
        <w:rPr>
          <w:b/>
        </w:rPr>
        <w:t xml:space="preserve">[46:36] </w:t>
      </w:r>
      <w:r>
        <w:t>use remind kiya. aap ko</w:t>
      </w:r>
    </w:p>
    <w:p>
      <w:pPr>
        <w:jc w:val="right"/>
      </w:pPr>
      <w:r>
        <w:t>اسے ریمائنڈ کیا۔ آپ کو</w:t>
      </w:r>
    </w:p>
    <w:p>
      <w:r>
        <w:rPr>
          <w:b/>
        </w:rPr>
        <w:t xml:space="preserve">[46:38] </w:t>
      </w:r>
      <w:r>
        <w:t>main samajhta hoon ke bohat acha us ne kaha ke mujhe aap parhne ke liye keh rahe hain, aap ko bhi parhna chahiye.</w:t>
      </w:r>
    </w:p>
    <w:p>
      <w:pPr>
        <w:jc w:val="right"/>
      </w:pPr>
      <w:r>
        <w:t>میں سمجھتا ہوں کہ بہت اچھا اس نے کہا کہ مجھے آپ پڑھنے کے لیے کہہ رہے ہیں، آپ کو بھی پڑھنا چاہیے۔</w:t>
      </w:r>
    </w:p>
    <w:p>
      <w:r>
        <w:rPr>
          <w:b/>
        </w:rPr>
        <w:t xml:space="preserve">[46:47] </w:t>
      </w:r>
      <w:r>
        <w:t>to yeh main samajhta hoon ke is se aap ko sabak lena chahiye, hum sab ko ke hum dawat ko yak tarfa na samjhein balkeh do tarfa samjhein.</w:t>
      </w:r>
    </w:p>
    <w:p>
      <w:pPr>
        <w:jc w:val="right"/>
      </w:pPr>
      <w:r>
        <w:t>تو یہ میں سمجھتا ہوں کہ اس سے آپ کو سبق لینا چاہیے، ہم سب کو کہ ہم دعوت کو یکطرفہ نہ سمجھیں بلکہ دو طرفہ سمجھیں۔</w:t>
      </w:r>
    </w:p>
    <w:p>
      <w:r>
        <w:rPr>
          <w:b/>
        </w:rPr>
        <w:t xml:space="preserve">[46:58] </w:t>
      </w:r>
      <w:r>
        <w:t>yani dusron ko batane ke sath sath dusron se seekhein bhi. hum hum un se discussion karein, un ki kitab waghera is ka mutala karein.</w:t>
      </w:r>
    </w:p>
    <w:p>
      <w:pPr>
        <w:jc w:val="right"/>
      </w:pPr>
      <w:r>
        <w:t>یعنی دوسروں کو بتانے کے ساتھ ساتھ دوسروں سے سیکھیں بھی۔ ہم ہم ان سے ڈسکشن کریں، ان کی کتاب وغیرہ اس کا مطالعہ کریں۔</w:t>
      </w:r>
    </w:p>
    <w:p>
      <w:r>
        <w:rPr>
          <w:b/>
        </w:rPr>
        <w:t xml:space="preserve">[47:08] </w:t>
      </w:r>
      <w:r>
        <w:t>aur dawat ko main samajhta hoon ke ideal dawat wahi hai jis mein aap us ko mutual learning bana dein.</w:t>
      </w:r>
    </w:p>
    <w:p>
      <w:pPr>
        <w:jc w:val="right"/>
      </w:pPr>
      <w:r>
        <w:t>اور دعوت کو میں سمجھتا ہوں کہ آئیڈیل دعوت وہی ہے جس میں آپ اس کو میوچول لرننگ بنا دیں۔</w:t>
      </w:r>
    </w:p>
    <w:p>
      <w:r>
        <w:rPr>
          <w:b/>
        </w:rPr>
        <w:t xml:space="preserve">[47:18] </w:t>
      </w:r>
      <w:r>
        <w:t>ideal dawat mein isi ko samajhta hoon jo daai ke liye mutual learning ka zariya ban jaye. yani dusron ko bataye aur khud bhi seekhe.</w:t>
      </w:r>
    </w:p>
    <w:p>
      <w:pPr>
        <w:jc w:val="right"/>
      </w:pPr>
      <w:r>
        <w:t>آئیڈیل دعوت میں اسی کو سمجھتا ہوں جو داعی کے لیے میوچول لرننگ کا ذریعہ بن جائے۔ یعنی دوسروں کو بتائے اور خود بھی سیکھے۔</w:t>
      </w:r>
    </w:p>
    <w:p>
      <w:r>
        <w:rPr>
          <w:b/>
        </w:rPr>
        <w:t xml:space="preserve">[47:30] </w:t>
      </w:r>
      <w:r>
        <w:t>yahi mere nazdeek dawat ka aala tasawwur hai.</w:t>
      </w:r>
    </w:p>
    <w:p>
      <w:pPr>
        <w:jc w:val="right"/>
      </w:pPr>
      <w:r>
        <w:t>یہی میرے نزدیک دعوت کا اعلیٰ تصور ہے۔</w:t>
      </w:r>
    </w:p>
    <w:p>
      <w:r>
        <w:rPr>
          <w:b/>
        </w:rPr>
        <w:t xml:space="preserve">[47:37] </w:t>
      </w:r>
      <w:r>
        <w:t>maulana, yeh sawal aya hai srinagar se, ah shafi ahmed d</w:t>
      </w:r>
    </w:p>
    <w:p>
      <w:pPr>
        <w:jc w:val="right"/>
      </w:pPr>
      <w:r>
        <w:t>مولانا، یہ سوال آیا ہے سری نگر سے، اہ شفیع احمد ڈ</w:t>
      </w:r>
    </w:p>
    <w:p>
      <w:r>
        <w:rPr>
          <w:b/>
        </w:rPr>
        <w:t xml:space="preserve">[47:43] </w:t>
      </w:r>
      <w:r>
        <w:t>ar sahib ka. to unhon ne likha hai: "maulana sahib, some time back, the russian president mr putin said, if minorities prefer sharia law, then we advise them to go to those places where that's the state law.</w:t>
      </w:r>
    </w:p>
    <w:p>
      <w:pPr>
        <w:jc w:val="right"/>
      </w:pPr>
      <w:r>
        <w:t>ار صاحب کا۔ تو انہوں نے لکھا ہے: "مولانا صاحب، سم ٹائم بیک، دا رشین پریسیڈنٹ مسٹر پیوٹن سیڈ، اف مائنورٹیز پریفر شریعہ لاء، دین وی ایڈوائز دیم ٹو گو ٹو دوز پلیسز ویر دیٹس دا سٹیٹ لاء۔</w:t>
      </w:r>
    </w:p>
    <w:p>
      <w:r>
        <w:rPr>
          <w:b/>
        </w:rPr>
        <w:t xml:space="preserve">[48:01] </w:t>
      </w:r>
      <w:r>
        <w:t>russia does not need minorities</w:t>
      </w:r>
    </w:p>
    <w:p>
      <w:pPr>
        <w:jc w:val="right"/>
      </w:pPr>
      <w:r>
        <w:t>رشیا ڈز ناٹ نیڈ مائنورٹیز</w:t>
      </w:r>
    </w:p>
    <w:p>
      <w:r>
        <w:rPr>
          <w:b/>
        </w:rPr>
        <w:t xml:space="preserve">[48:04] </w:t>
      </w:r>
      <w:r>
        <w:t>, minorities need russia, and we will not grant them special privileges or try to change laws to fit their desires, no matter how loud they yell discrimination.</w:t>
      </w:r>
    </w:p>
    <w:p>
      <w:pPr>
        <w:jc w:val="right"/>
      </w:pPr>
      <w:r>
        <w:t>، مائنورٹیز نیڈ رشیا، اینڈ وی ویل ناٹ گرانٹ دیم سپیشل پریولیجز اور ٹرائی ٹو چینج لاز ٹو فٹ دیر ڈیزائرز، نو میٹر ہاؤ لاؤڈ دےیلڈ ڈسکریمینیشن۔</w:t>
      </w:r>
    </w:p>
    <w:p>
      <w:r>
        <w:rPr>
          <w:b/>
        </w:rPr>
        <w:t xml:space="preserve">[48:19] </w:t>
      </w:r>
      <w:r>
        <w:t>maulana sahib, i want to know your remarks on this and your advice to minorities who are settled in western and other countries."</w:t>
      </w:r>
    </w:p>
    <w:p>
      <w:pPr>
        <w:jc w:val="right"/>
      </w:pPr>
      <w:r>
        <w:t>مولانا صاحب، آئی وانٹ ٹو نو یور ریمارکس ان دس اینڈ یور ایڈوائس ٹو مائنورٹیز ہو آر سیٹلڈ ان ویسٹرن اینڈ ادر کنٹریز۔</w:t>
      </w:r>
    </w:p>
    <w:p>
      <w:r>
        <w:rPr>
          <w:b/>
        </w:rPr>
        <w:t xml:space="preserve">[48:29] </w:t>
      </w:r>
      <w:r>
        <w:t>dekhein, yeh ghalati musalmanon ki hai, russian leader ki ghalati nahi hai. yani musalman samajhte hain ke islam naam hai kuch qawaneen ka,</w:t>
      </w:r>
    </w:p>
    <w:p>
      <w:pPr>
        <w:jc w:val="right"/>
      </w:pPr>
      <w:r>
        <w:t>" دیکھیں، یہ غلطی مسلمانوں کی ہے، روسی لیڈر کی غلطی نہیں ہے۔ یعنی مسلمان سمجھتے ہیں کہ اسلام نام ہے کچھ قوانین کا،</w:t>
      </w:r>
    </w:p>
    <w:p>
      <w:r>
        <w:rPr>
          <w:b/>
        </w:rPr>
        <w:t xml:space="preserve">[48:42] </w:t>
      </w:r>
      <w:r>
        <w:t>ab wahan par woh qawaneen chahte hain ke nafiz hon. to yeh to musalmanon ki ghalati hai.</w:t>
      </w:r>
    </w:p>
    <w:p>
      <w:pPr>
        <w:jc w:val="right"/>
      </w:pPr>
      <w:r>
        <w:t>اب وہاں پر وہ قوانین چاہتے ہیں کہ نافذ ہوں۔ تو یہ تو مسلمانوں کی غلطی ہے۔</w:t>
      </w:r>
    </w:p>
    <w:p>
      <w:r>
        <w:rPr>
          <w:b/>
        </w:rPr>
        <w:t xml:space="preserve">[48:50] </w:t>
      </w:r>
      <w:r>
        <w:t>agar agar woh yeh bata sakein russion ko ke islam naam hai nature ko follow karne ka, nature law ko follow karne ka, jo ke mushtarik hai humare un ke darmiyan.</w:t>
      </w:r>
    </w:p>
    <w:p>
      <w:pPr>
        <w:jc w:val="right"/>
      </w:pPr>
      <w:r>
        <w:t>اگر اگر وہ یہ بتا سکیں روسیوں کو کہ اسلام نام ہے نیچر کو فالو کرنے کا، نیچر لاء کو فالو کرنے کا، جو کہ مشترک ہے ہمارے ان کے درمیان۔</w:t>
      </w:r>
    </w:p>
    <w:p>
      <w:r>
        <w:rPr>
          <w:b/>
        </w:rPr>
        <w:t xml:space="preserve">[49:06] </w:t>
      </w:r>
      <w:r>
        <w:t>jab aap law ki batein karein ge to woh samjhein ge ke yahan par musalman apni hukoomat qaim karna chahte hain humare upar. to yahi wahi bolein ge jo jo bola us ne.</w:t>
      </w:r>
    </w:p>
    <w:p>
      <w:pPr>
        <w:jc w:val="right"/>
      </w:pPr>
      <w:r>
        <w:t>جب آپ لاء کی باتیں کریں گے تو وہ سمجھیں کہ یہاں پر مسلمان اپنی حکومت قائم کرنا چاہتے ہیں ہمارے اوپر۔ تو یہی وہی بولیں گے جو جو بولا اس نے۔</w:t>
      </w:r>
    </w:p>
    <w:p>
      <w:r>
        <w:rPr>
          <w:b/>
        </w:rPr>
        <w:t xml:space="preserve">[49:17] </w:t>
      </w:r>
      <w:r>
        <w:t>to masla dekhiye, adjust karne ke nahi hai, masla realistic approach ikhtiyar karne ki hai. us ne jo lafz istemal kiya, us lafz ko na jaiye, aap us ki rooh ko dekhiye, us ki respect ko dekhiye.</w:t>
      </w:r>
    </w:p>
    <w:p>
      <w:pPr>
        <w:jc w:val="right"/>
      </w:pPr>
      <w:r>
        <w:t>تو مسئلہ دیکھیے، ایڈجسٹ کرنے کے نہیں ہے، مسئلہ ریلسٹک اپروچ اختیار کرنے کی ہے۔ اس نے جو لفظ استعمال کیا، اس لفظ کو نہ جائیے، آپ اس کی روح کو دیکھیے، اس کی رسپیٹ کو دیکھیے۔</w:t>
      </w:r>
    </w:p>
    <w:p>
      <w:r>
        <w:rPr>
          <w:b/>
        </w:rPr>
        <w:t xml:space="preserve">[49:32] </w:t>
      </w:r>
      <w:r>
        <w:t>aspeat yeh hai ke aspeat yaani yeh nahi hai ke musalman tabe bane aur woh matboo bane, koi ruler bane, koi subject bane.</w:t>
      </w:r>
    </w:p>
    <w:p>
      <w:pPr>
        <w:jc w:val="right"/>
      </w:pPr>
      <w:r>
        <w:t>اسپیٹ یہ ہے کہ اسپیٹ یعنی یہ نہیں ہے کہ مسلمان تابع بنے اور وہ مطبوع بنے، کوئی رولر بنے، کوئی سبجیکٹ بنے۔</w:t>
      </w:r>
    </w:p>
    <w:p>
      <w:r>
        <w:rPr>
          <w:b/>
        </w:rPr>
        <w:t xml:space="preserve">[49:44] </w:t>
      </w:r>
      <w:r>
        <w:t>yeh matlab nahi hai is ka.</w:t>
      </w:r>
    </w:p>
    <w:p>
      <w:pPr>
        <w:jc w:val="right"/>
      </w:pPr>
      <w:r>
        <w:t>یہ مطلب نہیں ہے اس کا۔</w:t>
      </w:r>
    </w:p>
    <w:p>
      <w:r>
        <w:rPr>
          <w:b/>
        </w:rPr>
        <w:t xml:space="preserve">[49:46] </w:t>
      </w:r>
      <w:r>
        <w:t>is ka matlab hai ke you have to adopt the real yaani real approach, realistic approach. you have to adopt the realistic approach.</w:t>
      </w:r>
    </w:p>
    <w:p>
      <w:pPr>
        <w:jc w:val="right"/>
      </w:pPr>
      <w:r>
        <w:t>اس کا مطلب ہے کہ یو ہیو ٹو اڈاپٹ دا ریل یعنی ریل اپروچ، ریلسٹک اپروچ۔ یو ہیو ٹو اڈاپٹ دا ریلسٹک اپروچ۔</w:t>
      </w:r>
    </w:p>
    <w:p>
      <w:r>
        <w:rPr>
          <w:b/>
        </w:rPr>
        <w:t xml:space="preserve">[49:59] </w:t>
      </w:r>
      <w:r>
        <w:t>realistic approach kya hai? wahan aap aap peaceful dawat dijiye, Allah ke ism Quran bataiye, tauheed bataiye, yeh sab bataiye.</w:t>
      </w:r>
    </w:p>
    <w:p>
      <w:pPr>
        <w:jc w:val="right"/>
      </w:pPr>
      <w:r>
        <w:t>ریلسٹک اپروچ کیا ہے؟ وہاں آپ آپ پیس فل دعوت دیجئے، اللہ کے اسم قرآن بتائیے، توحید بتائیے، یہ سب بتائیے۔</w:t>
      </w:r>
    </w:p>
    <w:p>
      <w:r>
        <w:rPr>
          <w:b/>
        </w:rPr>
        <w:t xml:space="preserve">[50:11] </w:t>
      </w:r>
      <w:r>
        <w:t>wahan pe law ki baat kyun karte hain? siyasat ki baat kyun karte hain?</w:t>
      </w:r>
    </w:p>
    <w:p>
      <w:pPr>
        <w:jc w:val="right"/>
      </w:pPr>
      <w:r>
        <w:t>وہاں پہ لاء کی بات کیوں کرتے ہیں؟ سیاسی بات کیوں کرتے ہیں؟</w:t>
      </w:r>
    </w:p>
    <w:p>
      <w:r>
        <w:rPr>
          <w:b/>
        </w:rPr>
        <w:t xml:space="preserve">[50:18] </w:t>
      </w:r>
      <w:r>
        <w:t>to main samajhta hoon ke is maamle mein yaani jo roosi leader ne kaha, woh us ne aap ko remind kiya ke aap ne correct kijiye apne approach ko.</w:t>
      </w:r>
    </w:p>
    <w:p>
      <w:pPr>
        <w:jc w:val="right"/>
      </w:pPr>
      <w:r>
        <w:t>تو میں سمجھتا ہوں کہ اس معاملے میں یعنی جو روسی لیڈر نے کہا، وہ اس نے آپ کو ریمائنڈ کیا کہ آپ نے کریکٹ کیجئے اپنے اپروچ کو۔</w:t>
      </w:r>
    </w:p>
    <w:p>
      <w:r>
        <w:rPr>
          <w:b/>
        </w:rPr>
        <w:t xml:space="preserve">[50:30] </w:t>
      </w:r>
      <w:r>
        <w:t>main samajhta hoon ke is ko positive sense mein lena chahiye, negative sense mein nahi lena chahiye.</w:t>
      </w:r>
    </w:p>
    <w:p>
      <w:pPr>
        <w:jc w:val="right"/>
      </w:pPr>
      <w:r>
        <w:t>میں سمجھتا ہوں کہ اس کو پازیٹیو سینس میں لینا چاہیے، نیگیٹیو سینس میں نہیں لینا چاہیے۔</w:t>
      </w:r>
    </w:p>
    <w:p>
      <w:r>
        <w:rPr>
          <w:b/>
        </w:rPr>
        <w:t xml:space="preserve">[50:40] </w:t>
      </w:r>
      <w:r>
        <w:t>maulana, agla sawal aaya hai Islamabad, Pakistan se Muhammad Faisal</w:t>
      </w:r>
    </w:p>
    <w:p>
      <w:pPr>
        <w:jc w:val="right"/>
      </w:pPr>
      <w:r>
        <w:t>مولانا، اگلا سوال آیا ہے اسلام آباد، پاکستان سے محمد فیصل</w:t>
      </w:r>
    </w:p>
    <w:p>
      <w:r>
        <w:rPr>
          <w:b/>
        </w:rPr>
        <w:t xml:space="preserve">[50:45] </w:t>
      </w:r>
      <w:r>
        <w:t>saheb ka. unhon ne likha hai: "maulana, aap ne apni kitaab hikmat-e-islam mein ek hadees ka reference de ke likha hai ke apni job ko nahi chhodna chahiye jab tak doosri na mil jaye.</w:t>
      </w:r>
    </w:p>
    <w:p>
      <w:pPr>
        <w:jc w:val="right"/>
      </w:pPr>
      <w:r>
        <w:t>صاحب کا۔ انہوں نے لکھا ہے: "مولانا، آپ نے اپنی کتاب حکمت اسلام میں ایک حدیث کا ریفرنس دے کے لکھا ہے کہ اپنی جاب کو نہیں چھوڑنا چاہیے جب تک دوسری نہ مل جائے۔</w:t>
      </w:r>
    </w:p>
    <w:p>
      <w:r>
        <w:rPr>
          <w:b/>
        </w:rPr>
        <w:t xml:space="preserve">[50:59] </w:t>
      </w:r>
      <w:r>
        <w:t>lekin agar is job mein logon ke saath jhoot bolna pade ya un ka system unethical ho to hamein is soorat mein kya karna chahiye?</w:t>
      </w:r>
    </w:p>
    <w:p>
      <w:pPr>
        <w:jc w:val="right"/>
      </w:pPr>
      <w:r>
        <w:t>لیکن اگر اس جاب میں لوگوں کے ساتھ جھوٹ بولنا پڑے یا ان کا سسٹم ان ایتھیکل ہو تو ہمیں اس صورت میں کیا کرنا چاہیے؟</w:t>
      </w:r>
    </w:p>
    <w:p>
      <w:r>
        <w:rPr>
          <w:b/>
        </w:rPr>
        <w:t xml:space="preserve">[51:09] </w:t>
      </w:r>
      <w:r>
        <w:t>is ke baare mein bataiye." dekhiye, yeh galat hai.</w:t>
      </w:r>
    </w:p>
    <w:p>
      <w:pPr>
        <w:jc w:val="right"/>
      </w:pPr>
      <w:r>
        <w:t>اس کے بارے میں بتائیں۔" دیکھیے، یہ غلط ہے۔</w:t>
      </w:r>
    </w:p>
    <w:p>
      <w:r>
        <w:rPr>
          <w:b/>
        </w:rPr>
        <w:t xml:space="preserve">[51:12] </w:t>
      </w:r>
      <w:r>
        <w:t>koi job nahi jaanta aisa ke khwah makhwah aap ko jhoot bolne ko majboor karta ho. yeh unethical ho, wahan yeh bilkul galat baat hai.</w:t>
      </w:r>
    </w:p>
    <w:p>
      <w:pPr>
        <w:jc w:val="right"/>
      </w:pPr>
      <w:r>
        <w:t>کوئی جاب نہیں جانتا ایسا کہ خواہ مخواہ آپ کو جھوٹ بلوا بولنے کو مجبور کرتا ہو۔ یہ ان ایتھیکل ہو، وہاں یہ بالکل غلط بات ہے۔</w:t>
      </w:r>
    </w:p>
    <w:p>
      <w:r>
        <w:rPr>
          <w:b/>
        </w:rPr>
        <w:t xml:space="preserve">[51:21] </w:t>
      </w:r>
      <w:r>
        <w:t>yeh aap ki apni galat taabeer hai. ise aap samajhte hain ke mujh ko jhoot bulwa raha hai. woh main aisi kisi job ko nahi jaanta hoon. main agar koi job ho to aap us ka naam bataiye mujhe.</w:t>
      </w:r>
    </w:p>
    <w:p>
      <w:pPr>
        <w:jc w:val="right"/>
      </w:pPr>
      <w:r>
        <w:t>یہ آپ کی اپنی غلط تعبیر ہے۔ اسے آپ سمجھتے ہیں کہ مجھ کو جھوٹ بلوا رہا ہے۔ وہ میں ایسی کسی جاب کو نہیں جانتا ہوں۔ میں اگر کوئی جاب ہو تو آپ اس کا نام بتائیے مجھے۔</w:t>
      </w:r>
    </w:p>
    <w:p>
      <w:r>
        <w:rPr>
          <w:b/>
        </w:rPr>
        <w:t xml:space="preserve">[51:32] </w:t>
      </w:r>
      <w:r>
        <w:t>is job ka ek hi baat mein jaanta hoon ke musalman jahan kisi company mein kaam karte hain to woh kehte hain ke hamari namaz ka waqt ho gaya, hamein chhutti do.</w:t>
      </w:r>
    </w:p>
    <w:p>
      <w:pPr>
        <w:jc w:val="right"/>
      </w:pPr>
      <w:r>
        <w:t>اس جاب کا ایک ہی بات میں جانتا ہوں کہ مسلمان جہاں کسی کمپنی میں کام کرتے ہیں تو وہ کہتے ہیں کہ ہماری نماز کا وقت ہو گیا، ہمیں چھٹی دو۔</w:t>
      </w:r>
    </w:p>
    <w:p>
      <w:r>
        <w:rPr>
          <w:b/>
        </w:rPr>
        <w:t xml:space="preserve">[51:42] </w:t>
      </w:r>
      <w:r>
        <w:t>yeh galat hai. is ka taluq yaani yeh yeh khud musalmanon ki ghalti hai. ab is company mein, main yaani company ko aap ke liye aap apne apne nizaam ko badlegi.</w:t>
      </w:r>
    </w:p>
    <w:p>
      <w:pPr>
        <w:jc w:val="right"/>
      </w:pPr>
      <w:r>
        <w:t>یہ غلط ہے۔ اس کا تعلق یعنی یہ یہ خود مسلمانوں کی غلطی ہے۔ اب اس کمپنی میں، میں یعنی کمپنی کو آپ کے لیے آپ اپنے اپنے نظام کو بدلے گی۔</w:t>
      </w:r>
    </w:p>
    <w:p>
      <w:r>
        <w:rPr>
          <w:b/>
        </w:rPr>
        <w:t xml:space="preserve">[51:55] </w:t>
      </w:r>
      <w:r>
        <w:t>aap badliye apne aap ko. yaani zyada tar maamla hota hai zuhr asr ka. aap is ko jama kar lijiye, jama kar ke padh lijiye.</w:t>
      </w:r>
    </w:p>
    <w:p>
      <w:pPr>
        <w:jc w:val="right"/>
      </w:pPr>
      <w:r>
        <w:t>آپ بدلیے اپنے آپ کو۔ یعنی زیادہ تر معاملہ ہوتا ہے ظہر عصر کا۔ آپ اس کو جمع کر لیجئے، جمع کر کے پڑھ لیجئے۔</w:t>
      </w:r>
    </w:p>
    <w:p>
      <w:r>
        <w:rPr>
          <w:b/>
        </w:rPr>
        <w:t xml:space="preserve">[52:05] </w:t>
      </w:r>
      <w:r>
        <w:t>aap takraate kyun hain khwah makhwah?</w:t>
      </w:r>
    </w:p>
    <w:p>
      <w:pPr>
        <w:jc w:val="right"/>
      </w:pPr>
      <w:r>
        <w:t>آپ ٹکراتے کیوں ہیں خواہ مخواہ؟</w:t>
      </w:r>
    </w:p>
    <w:p>
      <w:r>
        <w:rPr>
          <w:b/>
        </w:rPr>
        <w:t xml:space="preserve">[52:08] </w:t>
      </w:r>
      <w:r>
        <w:t>to main samajhta hoon ke yeh musalmanon ke andar jo takraav ka mizaj hai, yeh masla paida kar raha hai. yeh galat hai ke woh kehte hain ke aap jhoot bolo, aap unethical behaviour ikhtiyar karo.</w:t>
      </w:r>
    </w:p>
    <w:p>
      <w:pPr>
        <w:jc w:val="right"/>
      </w:pPr>
      <w:r>
        <w:t>تو میں سمجھتا ہوں کہ یہ مسلمانوں کے اندر جو ٹکراؤ کا مزاج ہے، یہ مسئلہ پیدا کر رہا ہے۔ یہ غلط ہے کہ وہ کہتے ہیں کہ آپ جھوٹ بولو، آپ ان ایتھیکل بیہیویئر اختیار کرو۔</w:t>
      </w:r>
    </w:p>
    <w:p>
      <w:r>
        <w:rPr>
          <w:b/>
        </w:rPr>
        <w:t xml:space="preserve">[52:18] </w:t>
      </w:r>
      <w:r>
        <w:t>yeh bilkul galat baat hai, yeh sahi nahi hai. agar aap koi aap ke nazdeek koi mutayyan baat ho to aap agle itwaar ko bataiyega. mutayyan baat tab main arz karunga, inshallah.</w:t>
      </w:r>
    </w:p>
    <w:p>
      <w:pPr>
        <w:jc w:val="right"/>
      </w:pPr>
      <w:r>
        <w:t>یہ بالکل غلط بات ہے، یہ صحیح نہیں ہے۔ اگر آپ کوئی آپ کے نزدیک کوئی متعین بات ہو تو آپ اگلے اتوار کو بتائیے گا۔ متعین بات تب میں عرض کروں گا، انشاءاللہ۔</w:t>
      </w:r>
    </w:p>
    <w:p>
      <w:r>
        <w:rPr>
          <w:b/>
        </w:rPr>
        <w:t xml:space="preserve">[52:29] </w:t>
      </w:r>
      <w:r>
        <w:t>bilkul specific tor par bataiye ke waqeye ki zabaan mein to agle itwaar ko main inshallah arz karunga.</w:t>
      </w:r>
    </w:p>
    <w:p>
      <w:pPr>
        <w:jc w:val="right"/>
      </w:pPr>
      <w:r>
        <w:t>بالکل اسپیسیفک طور پر بتائیے کہ واقعے کی زبان میں تو اگلے اتوار کو میں انشاءاللہ عرض کروں گا۔</w:t>
      </w:r>
    </w:p>
    <w:p>
      <w:r>
        <w:rPr>
          <w:b/>
        </w:rPr>
        <w:t xml:space="preserve">[52:39] </w:t>
      </w:r>
      <w:r>
        <w:t>maulana, agla sawal Shahnawaz saheb ka hai, Bangalore se. unhon ne aapse poocha hai ke "why is it so difficult for a man to accept his mistake?" is ke baare mein bataiye.</w:t>
      </w:r>
    </w:p>
    <w:p>
      <w:pPr>
        <w:jc w:val="right"/>
      </w:pPr>
      <w:r>
        <w:t>مولانا، اگلا سوال شاہنواز صاحب کا ہے، بینگلور سے۔ انہوں نے آپ سے پوچھا ہے کہ "وائی از اٹ سو ڈیفیکلٹ فار ا مین ٹو ایکسیپٹ ہز مسٹیک؟" اس کے بارے میں بتائیں۔</w:t>
      </w:r>
    </w:p>
    <w:p>
      <w:r>
        <w:rPr>
          <w:b/>
        </w:rPr>
        <w:t xml:space="preserve">[52:53] </w:t>
      </w:r>
      <w:r>
        <w:t>apni ghalti manna itna mushkil kyun?</w:t>
      </w:r>
    </w:p>
    <w:p>
      <w:pPr>
        <w:jc w:val="right"/>
      </w:pPr>
      <w:r>
        <w:t>اپنی غلطی ماننا اتنا مشکل کیوں؟</w:t>
      </w:r>
    </w:p>
    <w:p>
      <w:r>
        <w:rPr>
          <w:b/>
        </w:rPr>
        <w:t xml:space="preserve">[53:05] </w:t>
      </w:r>
      <w:r>
        <w:t>main to samajhta hoon ke yeh shaitan ghalib rehta hai har ek ke upar, is liye aisa hota hai. aur yeh shaitan ya iblis ki sunnat hai, apni ghalti na manna.</w:t>
      </w:r>
    </w:p>
    <w:p>
      <w:pPr>
        <w:jc w:val="right"/>
      </w:pPr>
      <w:r>
        <w:t>میں تو سمجھتا ہوں کہ یہ شیطان غالب رہتا ہے ہر ایک کے اوپر، اس لیے ایسا ہوتا ہے۔ اور یہ شیطان یا ابلیس کی سنت ہے، اپنی غلطی نہ ماننا۔</w:t>
      </w:r>
    </w:p>
    <w:p>
      <w:r>
        <w:rPr>
          <w:b/>
        </w:rPr>
        <w:t xml:space="preserve">[53:20] </w:t>
      </w:r>
      <w:r>
        <w:t>yaani Adam ke aage jhukne ke liye hukum diya Allah taala ne. to ghalti iblis ki thi, lekin us ne naoozubillah Allah taala par blame daal diya.</w:t>
      </w:r>
    </w:p>
    <w:p>
      <w:pPr>
        <w:jc w:val="right"/>
      </w:pPr>
      <w:r>
        <w:t>یعنی آدم کے آگے جھکنے کے لیے حکم دیا اللہ تعالی نے۔ تو غلطی ابلیس کی تھی، لیکن اس نے نعوذ باللہ اللہ تعالی پر بلیم ڈال دیا۔</w:t>
      </w:r>
    </w:p>
    <w:p>
      <w:r>
        <w:rPr>
          <w:b/>
        </w:rPr>
        <w:t xml:space="preserve">[53:30] </w:t>
      </w:r>
      <w:r>
        <w:t>rab bima aghwatanii.</w:t>
      </w:r>
    </w:p>
    <w:p>
      <w:pPr>
        <w:jc w:val="right"/>
      </w:pPr>
      <w:r>
        <w:t>رب بما اغوتنی۔</w:t>
      </w:r>
    </w:p>
    <w:p>
      <w:r>
        <w:rPr>
          <w:b/>
        </w:rPr>
        <w:t xml:space="preserve">[53:33] </w:t>
      </w:r>
      <w:r>
        <w:t>to yeh ablis ki sunnat hai, chounke ziyada tar log apni baagh jo hai, shaitan ke haath mein diye rehte hain, malaika ke haath mein nahi dete.</w:t>
      </w:r>
    </w:p>
    <w:p>
      <w:pPr>
        <w:jc w:val="right"/>
      </w:pPr>
      <w:r>
        <w:t>تو یہ ابلیس کی سنت ہے، چونکہ زیادہ تر لوگ اپنی باغ جو ہے، شیطان کے ہاتھ میں دیے رہتے ہیں، ملائکہ کے ہاتھ میں نہیں دیتے۔</w:t>
      </w:r>
    </w:p>
    <w:p>
      <w:r>
        <w:rPr>
          <w:b/>
        </w:rPr>
        <w:t xml:space="preserve">[53:45] </w:t>
      </w:r>
      <w:r>
        <w:t>dekhen, dunya mein zindagi jo hai, ek tarah ki zindagi guzarenge to aap malaika aap ke saathi ban jayenge. doosre tarah se guzarenge to shaitan aap ke saathi ban jayenge.</w:t>
      </w:r>
    </w:p>
    <w:p>
      <w:pPr>
        <w:jc w:val="right"/>
      </w:pPr>
      <w:r>
        <w:t>دیکھیں، دنیا میں زندگی جو ہے، ایک طرح کی زندگی گزاریں گے تو آپ ملائکہ آپ کے ساتھی بن جائیں گے۔ دوسرے طرح سے گزاریں گے تو شیطان آپ کے ساتھی بن جائیں گے۔</w:t>
      </w:r>
    </w:p>
    <w:p>
      <w:r>
        <w:rPr>
          <w:b/>
        </w:rPr>
        <w:t xml:space="preserve">[53:57] </w:t>
      </w:r>
      <w:r>
        <w:t>log aam taur par shaitan ko apna saathi banaye rakhte hain. to shaitan yahi sikhayega ke ghalti na mano, apne aap ko shaitan ke asar se nikaliye aur malaika ki sohbat mein laiye.</w:t>
      </w:r>
    </w:p>
    <w:p>
      <w:pPr>
        <w:jc w:val="right"/>
      </w:pPr>
      <w:r>
        <w:t>لوگ عام طور پر شیطان کو اپنا ساتھی بنائے رہتے ہیں۔ تو شیطان یہی سکھائے گا کہ غلطی نہ مانو، اپنے آپ کو شیطان کے اثر سے نکالیے اور ملائکہ کی صحبت میں لائیے۔</w:t>
      </w:r>
    </w:p>
    <w:p>
      <w:r>
        <w:rPr>
          <w:b/>
        </w:rPr>
        <w:t xml:space="preserve">[54:10] </w:t>
      </w:r>
      <w:r>
        <w:t>apne aap ko to aap ka mizaj badal jayega, aap ki soch badal jayegi. aap ke liye mushkil nahi hoga ke aap keh saken ke "aye wadran", balkeh aap ko acha lagega.</w:t>
      </w:r>
    </w:p>
    <w:p>
      <w:pPr>
        <w:jc w:val="right"/>
      </w:pPr>
      <w:r>
        <w:t>اپنے آپ کو تو آپ کا مزاج بدل جائے گا، آپ کی سوچ بدل جائے گی۔ آپ کے لیے مشکل نہیں ہوگا کہ آپ کہہ سکیں کہ "اے وادران"، بلکہ آپ کو اچھا لگے گا۔</w:t>
      </w:r>
    </w:p>
    <w:p>
      <w:r>
        <w:rPr>
          <w:b/>
        </w:rPr>
        <w:t xml:space="preserve">[54:20] </w:t>
      </w:r>
      <w:r>
        <w:t>yeh kehte hue aap ko khushi hogi ke "aye wadran".</w:t>
      </w:r>
    </w:p>
    <w:p>
      <w:pPr>
        <w:jc w:val="right"/>
      </w:pPr>
      <w:r>
        <w:t>یہ کہتے ہوئے آپ کو خوشی ہوگی کہ "اے وادران"۔</w:t>
      </w:r>
    </w:p>
    <w:p>
      <w:r>
        <w:rPr>
          <w:b/>
        </w:rPr>
        <w:t xml:space="preserve">[54:24] </w:t>
      </w:r>
      <w:r>
        <w:t>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jc w:val="right"/>
      </w:pPr>
      <w:r>
        <w:t>جو لوگ ملائکہ کی صحبت میں زندگی گزار رہے ہیں، ان کو خوشی ہوتی ہے کہتے ہوئے "اے وادران"، لیکن جو لوگ شیطان کی صحبت میں زندگی گزار رہے ہیں، ان کو یہ کہنا مشکل ہوتا ہے کہ "اے وادران"، کیونکہ شیطان کا مزاج یہی ہے، شیطان کا کلچر یہی ہے۔</w:t>
      </w:r>
    </w:p>
    <w:p>
      <w:r>
        <w:rPr>
          <w:b/>
        </w:rPr>
        <w:t xml:space="preserve">[54:41] </w:t>
      </w:r>
      <w:r>
        <w:t>maulana, agla sawal aaya hai bhopal se. firoz sahib ne likha hai, unhone likha hai ke "maulana, aap aksar hum logon ko adjustment karne ke liye kehte hain.</w:t>
      </w:r>
    </w:p>
    <w:p>
      <w:pPr>
        <w:jc w:val="right"/>
      </w:pPr>
      <w:r>
        <w:t>مولانا، اگلا سوال آیا ہے بھوپال سے۔ فیروز صاحب نے لکھا ہے، انہوں نے لکھا ہے کہ "مولانا، آپ اکثر ہم لوگوں کو ایڈجسٹمنٹ کرنے کے لیے کہتے ہیں۔</w:t>
      </w:r>
    </w:p>
    <w:p>
      <w:r>
        <w:rPr>
          <w:b/>
        </w:rPr>
        <w:t xml:space="preserve">[54:52] </w:t>
      </w:r>
      <w:r>
        <w:t>"i want to know from you, what is the difference between adjustment and compromise? dekhen, yeh niyat ka mamla hai.</w:t>
      </w:r>
    </w:p>
    <w:p>
      <w:pPr>
        <w:jc w:val="right"/>
      </w:pPr>
      <w:r>
        <w:t>" آئی وانٹ ٹو نو فرام یو، واٹ از دا ڈیفرنس بٹوین ایڈجسٹمنٹ اینڈ کمپرومائز؟ دیکھیں، یہ نیت کا معاملہ ہے۔</w:t>
      </w:r>
    </w:p>
    <w:p>
      <w:r>
        <w:rPr>
          <w:b/>
        </w:rPr>
        <w:t xml:space="preserve">[55:02] </w:t>
      </w:r>
      <w:r>
        <w:t>shakal ke aitbar se dono mein koi khaas farq nahi hai. shakal ke aitbar se farq koi khaas nahi hai. agar aap sirf zaati interest ke liye karen to woh compromise hai.</w:t>
      </w:r>
    </w:p>
    <w:p>
      <w:pPr>
        <w:jc w:val="right"/>
      </w:pPr>
      <w:r>
        <w:t>شکل کے اعتبار سے دونوں میں کوئی خاص فرق نہیں ہے۔ شکل کے اعتبار سے فرق کوئی خاص نہیں ہے۔ اگر آپ صرف ذاتی انٹرسٹ کے لیے کریں تو وہ کمپرومائز ہے۔</w:t>
      </w:r>
    </w:p>
    <w:p>
      <w:r>
        <w:rPr>
          <w:b/>
        </w:rPr>
        <w:t xml:space="preserve">[55:14] </w:t>
      </w:r>
      <w:r>
        <w:t>usool ke liye karen to woh adjustment hai.</w:t>
      </w:r>
    </w:p>
    <w:p>
      <w:pPr>
        <w:jc w:val="right"/>
      </w:pPr>
      <w:r>
        <w:t>اصول کے لیے کریں تو وہ ایڈجسٹمنٹ ہے۔</w:t>
      </w:r>
    </w:p>
    <w:p>
      <w:r>
        <w:rPr>
          <w:b/>
        </w:rPr>
        <w:t xml:space="preserve">[55:18] </w:t>
      </w:r>
      <w:r>
        <w:t>yani principle ke liye agar karen, principle ke liye as a principle, then it is adjustment. lekin agar aap self interest ke liye karen to woh compromise hai.</w:t>
      </w:r>
    </w:p>
    <w:p>
      <w:pPr>
        <w:jc w:val="right"/>
      </w:pPr>
      <w:r>
        <w:t>یعنی پرنسپل کے لیے اگر کریں، پرنسپل کے لیے ایز اے پرنسپل، دین اٹ از ایڈجسٹمنٹ۔ لیکن اگر آپ سیلف انٹرسٹ کے لیے کریں تو وہ کمپرومائز ہے۔</w:t>
      </w:r>
    </w:p>
    <w:p>
      <w:r>
        <w:rPr>
          <w:b/>
        </w:rPr>
        <w:t xml:space="preserve">[55:32] </w:t>
      </w:r>
      <w:r>
        <w:t>to self interest ke tehat kuch bhi karen, ghalt hota hai. woh aur principle ke liye jo bhi karen, aap sahi hoga. woh</w:t>
      </w:r>
    </w:p>
    <w:p>
      <w:pPr>
        <w:jc w:val="right"/>
      </w:pPr>
      <w:r>
        <w:t>تو سیلف انٹرسٹ کے تحت کچھ بھی کریں، غلط ہوتا ہے۔ وہ اور پرنسپل کے لیے جو بھی کریں، آپ صحیح ہوگا۔ وہ</w:t>
      </w:r>
    </w:p>
    <w:p>
      <w:r>
        <w:rPr>
          <w:b/>
        </w:rPr>
        <w:t xml:space="preserve">[55:42] </w:t>
      </w:r>
      <w:r>
        <w:t>to difference jo hai, woh self interest aur principle ke darmiyan hai.</w:t>
      </w:r>
    </w:p>
    <w:p>
      <w:pPr>
        <w:jc w:val="right"/>
      </w:pPr>
      <w:r>
        <w:t>تو ڈیفرنس جو ہے، وہ سیلف انٹرسٹ اور پرنسپل کے درمیان ہے۔</w:t>
      </w:r>
    </w:p>
    <w:p>
      <w:r>
        <w:rPr>
          <w:b/>
        </w:rPr>
        <w:t xml:space="preserve">[55:48] </w:t>
      </w:r>
      <w:r>
        <w:t>warna shakal shakal ke aitbar se dono bohat milte julte hote hain.</w:t>
      </w:r>
    </w:p>
    <w:p>
      <w:pPr>
        <w:jc w:val="right"/>
      </w:pPr>
      <w:r>
        <w:t>ورنہ شکل شکل کے اعتبار سے دونوں بہت ملتے جلتے ہوتے ہیں۔</w:t>
      </w:r>
    </w:p>
    <w:p>
      <w:r>
        <w:rPr>
          <w:b/>
        </w:rPr>
        <w:t xml:space="preserve">[55:55] </w:t>
      </w:r>
      <w:r>
        <w:t>maulana, agla sawal aaya hai kashmir se aamir jan mori sahib ka. unhone likha hai: "if a person contributes in the da'wah work indirectly, like purchase of da'wah material etcetera,</w:t>
      </w:r>
    </w:p>
    <w:p>
      <w:pPr>
        <w:jc w:val="right"/>
      </w:pPr>
      <w:r>
        <w:t>مولانا، اگلا سوال آیا ہے کشمیر سے عامر جن موری صاحب کا۔ انہوں نے لکھا ہے: "اف ا پرسن کنٹریبیوٹس ان دا دعوی ورک ان ڈائریکٹلی، لائک پرچیز اف دعوی مٹیریل ایٹسیٹرا،</w:t>
      </w:r>
    </w:p>
    <w:p>
      <w:r>
        <w:rPr>
          <w:b/>
        </w:rPr>
        <w:t xml:space="preserve">[56:09] </w:t>
      </w:r>
      <w:r>
        <w:t>but in actual, but the actual distribution is done by other. will it be considered to be the da'wah work, or should the person engage himself directly in the distribution and earn the reward?" nahi, dono da'wah work hain,</w:t>
      </w:r>
    </w:p>
    <w:p>
      <w:pPr>
        <w:jc w:val="right"/>
      </w:pPr>
      <w:r>
        <w:t>بٹ ان ایکچول، بٹ دی ایکچول ڈسٹریبیوشن از ڈن بائے ادر۔ ویل اٹ بی کنسیڈر ٹو بی دا دعوی ورک، اور شوڈ دا پرسن انگیج ہم سیلف ڈائریکٹلی ان دا ڈسٹریبیوشن اینڈ ارن دا ریوارڈ؟" نہیں، دونوں دعوی ورک ہیں،</w:t>
      </w:r>
    </w:p>
    <w:p>
      <w:r>
        <w:rPr>
          <w:b/>
        </w:rPr>
        <w:t xml:space="preserve">[56:26] </w:t>
      </w:r>
      <w:r>
        <w:t>kyunke islam mein aap jante hain ke innamal a'malu binniyat amal ka daromadar niyat par hai.</w:t>
      </w:r>
    </w:p>
    <w:p>
      <w:pPr>
        <w:jc w:val="right"/>
      </w:pPr>
      <w:r>
        <w:t>کیونکہ اسلام میں آپ جانتے ہیں کہ ان نمبر الاعمال بالنیات عمل کا دارومدار نیت پر ہے۔</w:t>
      </w:r>
    </w:p>
    <w:p>
      <w:r>
        <w:rPr>
          <w:b/>
        </w:rPr>
        <w:t xml:space="preserve">[56:35] </w:t>
      </w:r>
      <w:r>
        <w:t>to aap indirect way mein da'wah ka kaam karen, tab bhi niyat to aap ki da'wah ki hoti hai. dono jagah niyat da'wah ki hoti hai.</w:t>
      </w:r>
    </w:p>
    <w:p>
      <w:pPr>
        <w:jc w:val="right"/>
      </w:pPr>
      <w:r>
        <w:t>تو آپ ان ڈائریکٹ وے میں دعوت کا کام کریں، تب بھی نیت تو آپ کی دعوت کی ہوتی ہے۔ دونوں جگہ نیت دعوت کی ہوتی ہے۔</w:t>
      </w:r>
    </w:p>
    <w:p>
      <w:r>
        <w:rPr>
          <w:b/>
        </w:rPr>
        <w:t xml:space="preserve">[56:46] </w:t>
      </w:r>
      <w:r>
        <w:t>to jo kaam bhi aap karen, apne mawaqe ke aitbar se niyat aap ki da'wah ki ho, to woh aap ko poora sawab milega da'wah ka is mein, kyunke sawab milta hai niyat par.</w:t>
      </w:r>
    </w:p>
    <w:p>
      <w:pPr>
        <w:jc w:val="right"/>
      </w:pPr>
      <w:r>
        <w:t>تو جو کام بھی آپ کریں، اپنے مواقع کے اعتبار سے نیت آپ کی دعوت کی ہو، تو وہ آپ کو پورا ثواب ملے گا دعوت کا اس میں، کیونکہ ثواب ملتا ہے نیت پر۔</w:t>
      </w:r>
    </w:p>
    <w:p>
      <w:r>
        <w:rPr>
          <w:b/>
        </w:rPr>
        <w:t xml:space="preserve">[57:00] </w:t>
      </w:r>
      <w:r>
        <w:t>sawab jo milta hai, woh niyat par milta hai. to main dono ko farq nahi samajhta.</w:t>
      </w:r>
    </w:p>
    <w:p>
      <w:pPr>
        <w:jc w:val="right"/>
      </w:pPr>
      <w:r>
        <w:t>ثواب جو ملتا ہے، وہ نیت پر ملتا ہے۔ تو میں دونوں کو فرق نہیں سمجھتا۔</w:t>
      </w:r>
    </w:p>
    <w:p>
      <w:r>
        <w:rPr>
          <w:b/>
        </w:rPr>
        <w:t xml:space="preserve">[57:07] </w:t>
      </w:r>
      <w:r>
        <w:t>dono mein ek sa darje ka sawab milega, bashart ke niyat da'wah ki ho.</w:t>
      </w:r>
    </w:p>
    <w:p>
      <w:pPr>
        <w:jc w:val="right"/>
      </w:pPr>
      <w:r>
        <w:t>دونوں میں ایکساد درجے کا ثواب ملے گا، بشرط کہ نیت دعوت کی ہو۔</w:t>
      </w:r>
    </w:p>
    <w:p>
      <w:r>
        <w:rPr>
          <w:b/>
        </w:rPr>
        <w:t xml:space="preserve">[57:17] </w:t>
      </w:r>
      <w:r>
        <w:t>maulana, un ka ek aur sawal hai. unhone likha hai: "it is said that in the hereafter, it is actually the soul which will get reward or punishment, depending upon the deeds done in this world.</w:t>
      </w:r>
    </w:p>
    <w:p>
      <w:pPr>
        <w:jc w:val="right"/>
      </w:pPr>
      <w:r>
        <w:t>مولانا، ان کا ایک اور سوال ہے۔ انہوں نے لکھا ہے: "اٹ از سیڈ دیٹ ان دی ہیئر افٹر، اٹ از ایکچولی دا سول وچ ویل گیٹ ریوارڈ اور پنشمنٹ، ڈیپینڈنگ اپون دا ڈیٹس ڈن ان دس ورلڈ۔</w:t>
      </w:r>
    </w:p>
    <w:p>
      <w:r>
        <w:rPr>
          <w:b/>
        </w:rPr>
        <w:t xml:space="preserve">[57:31] </w:t>
      </w:r>
      <w:r>
        <w:t>my question is, what is soul and in which form will it exist in the hereafter?"</w:t>
      </w:r>
    </w:p>
    <w:p>
      <w:pPr>
        <w:jc w:val="right"/>
      </w:pPr>
      <w:r>
        <w:t>مائی کوئسچن از، واٹ از سول اینڈ ان وچ فارم ویل اٹ ایگزسٹ ان دی ہیئر افٹر؟"</w:t>
      </w:r>
    </w:p>
    <w:p>
      <w:r>
        <w:rPr>
          <w:b/>
        </w:rPr>
        <w:t xml:space="preserve">[57:41] </w:t>
      </w:r>
      <w:r>
        <w:t>dekhen, dunya mein bhi hum soul hi hain. yeh jism to kuch bhi nahi hai. yeh to road tootta phootta rehta hai. yeh jism jo hai, yeh samjhen ke yahi jism baqi rehta hai hamesha.</w:t>
      </w:r>
    </w:p>
    <w:p>
      <w:pPr>
        <w:jc w:val="right"/>
      </w:pPr>
      <w:r>
        <w:t>دیکھیں، دنیا میں بھی ہم سول ہی ہیں۔ یہ جسم تو کچھ بھی نہیں ہے۔ یہ تو روڈ ٹوٹتا پھوٹتا رہتا ہے۔ یہ جسم جو ہے، یہ سمجھیں کہ یہی جسم باقی رہتا ہے ہمیشہ۔</w:t>
      </w:r>
    </w:p>
    <w:p>
      <w:r>
        <w:rPr>
          <w:b/>
        </w:rPr>
        <w:t xml:space="preserve">[57:54] </w:t>
      </w:r>
      <w:r>
        <w:t>road toot phoot is mein ho rahi hai.</w:t>
      </w:r>
    </w:p>
    <w:p>
      <w:pPr>
        <w:jc w:val="right"/>
      </w:pPr>
      <w:r>
        <w:t>روڈ ٹوٹ پھوٹ اس میں ہو رہی ہے۔</w:t>
      </w:r>
    </w:p>
    <w:p>
      <w:r>
        <w:rPr>
          <w:b/>
        </w:rPr>
        <w:t xml:space="preserve">[57:56] </w:t>
      </w:r>
      <w:r>
        <w:t>aakhir mein yeh jism aap jantay hain ke qabar mein daal diya jata hai, mitti ke tareeqay se.</w:t>
      </w:r>
    </w:p>
    <w:p>
      <w:pPr>
        <w:jc w:val="right"/>
      </w:pPr>
      <w:r>
        <w:t>آخر میں یہ جسم آپ جانتے ہیں کہ قبر میں ڈال دیا جاتا ہے، مٹی کے طریقے سے۔</w:t>
      </w:r>
    </w:p>
    <w:p>
      <w:r>
        <w:rPr>
          <w:b/>
        </w:rPr>
        <w:t xml:space="preserve">[58:04] </w:t>
      </w:r>
      <w:r>
        <w:t>mein bol raha hoon to meri soul bol rahi hai, body to nahin bol raha, kyunke aadmi jab mar jata hai to to bol nahin sakta. woh to dunya mein bhi hum aik soul hi kahin se hamara wajood hai aur aakhirat mein wajood hoga.</w:t>
      </w:r>
    </w:p>
    <w:p>
      <w:pPr>
        <w:jc w:val="right"/>
      </w:pPr>
      <w:r>
        <w:t>میں بول رہا ہوں تو میری سول بول رہی ہے، باڈی تو نہیں بول رہا، کیونکہ آدمی جب مر جاتا ہے تو تو بول نہیں سکتا۔ وہ تو دنیا میں بھی ہم ایک سول ہی کہیں سے ہمارا وجود ہے اور آخرت میں وجود ہوگا۔</w:t>
      </w:r>
    </w:p>
    <w:p>
      <w:r>
        <w:rPr>
          <w:b/>
        </w:rPr>
        <w:t xml:space="preserve">[58:20] </w:t>
      </w:r>
      <w:r>
        <w:t>yeh to aik vehicle hai. yeh body aik vehicle hai.</w:t>
      </w:r>
    </w:p>
    <w:p>
      <w:pPr>
        <w:jc w:val="right"/>
      </w:pPr>
      <w:r>
        <w:t>یہ تو ایک وہیکل ہے۔ یہ باڈی ایک وہیکل ہے۔</w:t>
      </w:r>
    </w:p>
    <w:p>
      <w:r>
        <w:rPr>
          <w:b/>
        </w:rPr>
        <w:t xml:space="preserve">[58:24] </w:t>
      </w:r>
      <w:r>
        <w:t>mein samajhta hoon ke aakhirat mein aur dunya mein yeh farq hai ke vehicle badal jayega. aakhirat ki dunya mein jo vehicle hoga, woh doosra hoga.</w:t>
      </w:r>
    </w:p>
    <w:p>
      <w:pPr>
        <w:jc w:val="right"/>
      </w:pPr>
      <w:r>
        <w:t>میں سمجھتا ہوں کہ آخرت میں اور دنیا میں یہ فرق ہے کہ وہیکل بدل جائے گا۔ آخرت کی دنیا میں جو وہیکل ہوگا، وہ دوسرا ہوگا۔</w:t>
      </w:r>
    </w:p>
    <w:p>
      <w:r>
        <w:rPr>
          <w:b/>
        </w:rPr>
        <w:t xml:space="preserve">[58:35] </w:t>
      </w:r>
      <w:r>
        <w:t>yahan jo vehicle hai, woh doosra hai. warna wahi hamara jo asal wajood hai, aaj bhi woh soul hi hai ya nafsiyati zabaan mein mind hai.</w:t>
      </w:r>
    </w:p>
    <w:p>
      <w:pPr>
        <w:jc w:val="right"/>
      </w:pPr>
      <w:r>
        <w:t>یہاں جو وہیکل ہے، وہ دوسرا ہے۔ ورنہ وہی ہمارا جو اصل وجود ہے، آج بھی وہ سول ہی ہے یا نفسیاتی زبان میں مائنڈ ہے۔</w:t>
      </w:r>
    </w:p>
    <w:p>
      <w:r>
        <w:rPr>
          <w:b/>
        </w:rPr>
        <w:t xml:space="preserve">[58:48] </w:t>
      </w:r>
      <w:r>
        <w:t>nafsiyat ki zabaan mein is ko mind kaha jata hai. mazhabi dunya mein is ko soul kehte hain.</w:t>
      </w:r>
    </w:p>
    <w:p>
      <w:pPr>
        <w:jc w:val="right"/>
      </w:pPr>
      <w:r>
        <w:t>نفسیات کی زبان میں اس کو مائنڈ کہا جاتا ہے۔ مذہبی دنیا میں اس کو سول کہتے ہیں۔</w:t>
      </w:r>
    </w:p>
    <w:p>
      <w:r>
        <w:rPr>
          <w:b/>
        </w:rPr>
        <w:t xml:space="preserve">[58:53] </w:t>
      </w:r>
      <w:r>
        <w:t>donon aik hi hain. mere nazdeek soul aur mind do do cheezain nahin hain. to insaan ka asal wajood wahi hai, aaj bhi hai aur kal bhi wahi rahega. jo jo cheez badlegi, woh vehicle hai.</w:t>
      </w:r>
    </w:p>
    <w:p>
      <w:pPr>
        <w:jc w:val="right"/>
      </w:pPr>
      <w:r>
        <w:t>دونوں ایک ہی ہیں۔ میرے نزدیک سول اور مائنڈ دو دو چیزیں نہیں ہیں۔ تو انسان کا اصل وجود وہی ہے، آج بھی ہے اور کل بھی وہی رہے گا۔ جو جو چیز بدلے گی، وہ وہیکل ہے۔</w:t>
      </w:r>
    </w:p>
    <w:p>
      <w:r>
        <w:rPr>
          <w:b/>
        </w:rPr>
        <w:t xml:space="preserve">[59:08] </w:t>
      </w:r>
      <w:r>
        <w:t>maulana, agla sawal raichur se hai, zaheeruddin sahib</w:t>
      </w:r>
    </w:p>
    <w:p>
      <w:pPr>
        <w:jc w:val="right"/>
      </w:pPr>
      <w:r>
        <w:t>مولانا، اگلا سوال رائچور سے ہے، ظہیرالدین صاح</w:t>
      </w:r>
    </w:p>
    <w:p>
      <w:r>
        <w:rPr>
          <w:b/>
        </w:rPr>
        <w:t xml:space="preserve">[59:12] </w:t>
      </w:r>
      <w:r>
        <w:t>ka. unhon ne likha hai: "maulana, bohat din se mujhe aik doubt hai ke quran mein to fasiru fil ard kaha gaya hai, magar seerat ki kitabon mein yeh baat milti hai ke jab rasool Allah apne sahaba ke sath asaar maidan se guzre to sahaba se kaha ke yahan se jaldi jaldi chalo, kyunke yeh Allah ke azaab ki jagah hai.</w:t>
      </w:r>
    </w:p>
    <w:p>
      <w:pPr>
        <w:jc w:val="right"/>
      </w:pPr>
      <w:r>
        <w:t>ب کا۔ انہوں نے لکھا ہے: "مولانا، بہت دن سے مجھے ایک ڈاؤٹ ہے کہ قرآن میں تو فسیرو فی الارض کہا گیا ہے، مگر سیرت کی کتابوں میں یہ بات ملتی ہے کہ جب رسول اللہ اپنے صحابہ کے ساتھ آثار میدان سے گزرے تو صحابہ سے کہا کہ یہاں سے جلدی جلدی چلو، کیونکہ یہ اللہ کے عذاب کی جگہ ہے۔</w:t>
      </w:r>
    </w:p>
    <w:p>
      <w:r>
        <w:rPr>
          <w:b/>
        </w:rPr>
        <w:t xml:space="preserve">[59:37] </w:t>
      </w:r>
      <w:r>
        <w:t>is ke baray mein bata</w:t>
      </w:r>
    </w:p>
    <w:p>
      <w:pPr>
        <w:jc w:val="right"/>
      </w:pPr>
      <w:r>
        <w:t>اس کے بارے میں بت</w:t>
      </w:r>
    </w:p>
    <w:p>
      <w:r>
        <w:rPr>
          <w:b/>
        </w:rPr>
        <w:t xml:space="preserve">[59:38] </w:t>
      </w:r>
      <w:r>
        <w:t>ain. ji, jaldi chalne se isay kya matlab hai? sust. tez chal jayen aur aur aur sust chalne ka nahin hai, sabaq lene ka hai.</w:t>
      </w:r>
    </w:p>
    <w:p>
      <w:pPr>
        <w:jc w:val="right"/>
      </w:pPr>
      <w:r>
        <w:t>ائیں۔ جی، جلدی چلنے سے اسے کیا مطلب ہے؟ سست۔ تیز چل جائیں اور اور اور سست چلنے کا نہیں ہے، سبق لینے کا ہے۔</w:t>
      </w:r>
    </w:p>
    <w:p>
      <w:r>
        <w:rPr>
          <w:b/>
        </w:rPr>
        <w:t xml:space="preserve">[59:51] </w:t>
      </w:r>
      <w:r>
        <w:t>woh to aik yaani woh to aik erelative baat hai. jaldi chalo ke mani yeh nahin ke sabaq na lo.</w:t>
      </w:r>
    </w:p>
    <w:p>
      <w:pPr>
        <w:jc w:val="right"/>
      </w:pPr>
      <w:r>
        <w:t>وہ تو ایک یعنی وہ تو ایک ایریلیٹو بات ہے۔ جلدی چلو کے معنی یہ نہیں کہ سبق نہ لو۔</w:t>
      </w:r>
    </w:p>
    <w:p>
      <w:r>
        <w:rPr>
          <w:b/>
        </w:rPr>
        <w:t xml:space="preserve">[1:00:01] </w:t>
      </w:r>
      <w:r>
        <w:t>to chahe aap ab bhi hawai jahaz chalte hain to aur bhi tez chalte hain.</w:t>
      </w:r>
    </w:p>
    <w:p>
      <w:pPr>
        <w:jc w:val="right"/>
      </w:pPr>
      <w:r>
        <w:t>تو چاہے آپ اب بھی ہوائی جہاز چلتے ہیں تو اور بھی تیز چلتے ہیں۔</w:t>
      </w:r>
    </w:p>
    <w:p>
      <w:r>
        <w:rPr>
          <w:b/>
        </w:rPr>
        <w:t xml:space="preserve">[1:00:06] </w:t>
      </w:r>
      <w:r>
        <w:t>hawai jahaz se aap neechay dekhen to tezi urte hue dekhenge aap. to chahe oont par chal rahe hon, car se chal rahe hon, hawai se chal rahe hon, asal masla yeh nahin ke aap tez chal rahe hain ya sust chal rahe hain.</w:t>
      </w:r>
    </w:p>
    <w:p>
      <w:pPr>
        <w:jc w:val="right"/>
      </w:pPr>
      <w:r>
        <w:t>ہوائی جہاز سے آپ نیچے دیکھیں تو تیزی اڑتے ہوئے دیکھیں گے آپ۔ تو چاہے اونٹ پر چل رہے ہوں، کار سے چل رہے ہوں، ہوائی سے چل رہے ہوں، اصل مسئلہ یہ نہیں کہ آپ تیز چل رہے ہیں یا سست چل رہے ہیں۔</w:t>
      </w:r>
    </w:p>
    <w:p>
      <w:r>
        <w:rPr>
          <w:b/>
        </w:rPr>
        <w:t xml:space="preserve">[1:00:18] </w:t>
      </w:r>
      <w:r>
        <w:t>asal masla yeh hai ke aap sabaq le rahe hain ke nahin le rahe. sabaq le rahe hain to fahm al murad wahi asal matloob hai.</w:t>
      </w:r>
    </w:p>
    <w:p>
      <w:pPr>
        <w:jc w:val="right"/>
      </w:pPr>
      <w:r>
        <w:t>اصل مسئلہ یہ ہے کہ آپ سبق لے رہے ہیں کہ نہیں لے رہے۔ سبق لے رہے ہیں تو فہم المراد وہی اصل مطلوب ہے۔</w:t>
      </w:r>
    </w:p>
    <w:p>
      <w:r>
        <w:rPr>
          <w:b/>
        </w:rPr>
        <w:t xml:space="preserve">[1:00:31] </w:t>
      </w:r>
      <w:r>
        <w:t>maulana, agla sawal delhi se hai, miss naghma sadi</w:t>
      </w:r>
    </w:p>
    <w:p>
      <w:pPr>
        <w:jc w:val="right"/>
      </w:pPr>
      <w:r>
        <w:t>مولانا، اگلا سوال دلی سے ہے، مس نغمہ صدی</w:t>
      </w:r>
    </w:p>
    <w:p>
      <w:r>
        <w:rPr>
          <w:b/>
        </w:rPr>
        <w:t xml:space="preserve">[1:00:34] </w:t>
      </w:r>
      <w:r>
        <w:t>ki ka. Unhon ne likha hai: "Recognizing God's sign necessity that we do not live in our own self glory, but live in the glory of God.</w:t>
      </w:r>
    </w:p>
    <w:p>
      <w:pPr>
        <w:jc w:val="right"/>
      </w:pPr>
      <w:r>
        <w:t>قی کا۔ انہوں نے لکھا ہے: "ریکگنائزنگ گاڈ سائن نیسیسٹیٹس دیٹ وی ڈو ناٹ لیو ان اور اون سیلف گلوری، بٹ لیو ان دا گلوری اف گاڈ۔</w:t>
      </w:r>
    </w:p>
    <w:p>
      <w:r>
        <w:rPr>
          <w:b/>
        </w:rPr>
        <w:t xml:space="preserve">[1:00:48] </w:t>
      </w:r>
      <w:r>
        <w:t>please let us know how can we do this?" dekhen, haqeeqat to yahi hai ke har glory Khuda ki glory hai. har barhai Khuda ki barhai hai.</w:t>
      </w:r>
    </w:p>
    <w:p>
      <w:pPr>
        <w:jc w:val="right"/>
      </w:pPr>
      <w:r>
        <w:t>پلیز لیٹ اس نو ہاؤ کین وی ڈو دس؟" دیکھیں، حقیقت تو یہی ہے کہ ہر گلوری خدا کی گلوری ہے۔ ہر بڑائی خدا کی بڑائی ہے۔</w:t>
      </w:r>
    </w:p>
    <w:p>
      <w:r>
        <w:rPr>
          <w:b/>
        </w:rPr>
        <w:t xml:space="preserve">[1:00:58] </w:t>
      </w:r>
      <w:r>
        <w:t>to jab hum sochen ge to hum is ko daryaft kar len ge.</w:t>
      </w:r>
    </w:p>
    <w:p>
      <w:pPr>
        <w:jc w:val="right"/>
      </w:pPr>
      <w:r>
        <w:t>تو جب ہم سوچیں گے تو ہم اس کو دریافت کر لیں گے۔</w:t>
      </w:r>
    </w:p>
    <w:p>
      <w:r>
        <w:rPr>
          <w:b/>
        </w:rPr>
        <w:t xml:space="preserve">[1:01:04] </w:t>
      </w:r>
      <w:r>
        <w:t>aaj mein isi baat par ajeeb baat hai ke aaj hi subah ko mein isi par soch raha tha. to sochte sochte yeh samajh mein aaya ke mein apne barhapay ko le kar soch raha tha.</w:t>
      </w:r>
    </w:p>
    <w:p>
      <w:pPr>
        <w:jc w:val="right"/>
      </w:pPr>
      <w:r>
        <w:t>آج میں اسی بات پر عجیب بات ہے کہ آج ہی صبح کو میں اسی پر سوچ رہا تھا۔ تو سوچتے سوچتے یہ سمجھ میں آیا کہ میں اپنے بڑھاپے کو لے کر سوچ رہا تھا۔</w:t>
      </w:r>
    </w:p>
    <w:p>
      <w:r>
        <w:rPr>
          <w:b/>
        </w:rPr>
        <w:t xml:space="preserve">[1:01:19] </w:t>
      </w:r>
      <w:r>
        <w:t>barhapay ko le kar bas to mein ne socha ke yeh barhapa jo hai, bohat bari nemat hai, blessing hai. yaani apna jo jo jo mere andar za'f aa gaya hai barhapay ki wajah se, us ko le kar soch raha tha mein.</w:t>
      </w:r>
    </w:p>
    <w:p>
      <w:pPr>
        <w:jc w:val="right"/>
      </w:pPr>
      <w:r>
        <w:t>بڑھاپے کو لے کر بس تو میں نے سوچا کہ یہ بڑھاپا جو ہے، بہت بڑی نعمت ہے، بلیسنگ ہے۔ یعنی اپنا جو جو جو میرے اندر ضعف آ گیا ہے بڑھاپے کی وجہ سے، اس کو لے کر سوچ رہا تھا میں۔</w:t>
      </w:r>
    </w:p>
    <w:p>
      <w:r>
        <w:rPr>
          <w:b/>
        </w:rPr>
        <w:t xml:space="preserve">[1:01:36] </w:t>
      </w:r>
      <w:r>
        <w:t>to mein ne socha ke barhapa bohat bari blessing hai, kyunke barhapa jo hai, aap ki daryaft ko aakhri had tak pohanchata hai.</w:t>
      </w:r>
    </w:p>
    <w:p>
      <w:pPr>
        <w:jc w:val="right"/>
      </w:pPr>
      <w:r>
        <w:t>تو میں نے سوچا کہ بڑھاپا بہت بڑی بلیسنگ ہے، کیونکہ بڑھاپا جو ہے، آپ کی دریافت کو آخری حد تک پہنچاتا ہے۔</w:t>
      </w:r>
    </w:p>
    <w:p>
      <w:r>
        <w:rPr>
          <w:b/>
        </w:rPr>
        <w:t xml:space="preserve">[1:01:48] </w:t>
      </w:r>
      <w:r>
        <w:t>misalan ajz hai. mein is se pehle bhi janta tha ke ajz kya cheez hai, lekin mein samajhta hoon ke ab jo jitna jana hai, mein ne itna pehle nahin jana tha.</w:t>
      </w:r>
    </w:p>
    <w:p>
      <w:pPr>
        <w:jc w:val="right"/>
      </w:pPr>
      <w:r>
        <w:t>مثلاً عجز ہے۔ میں اس سے پہلے بھی جانتا تھا کہ عجز کیا چیز ہے، لیکن میں سمجھتا ہوں کہ اب جو جتنا جانا ہے، میں نے اتنا پہلے نہیں جانا تھا۔</w:t>
      </w:r>
    </w:p>
    <w:p>
      <w:r>
        <w:rPr>
          <w:b/>
        </w:rPr>
        <w:t xml:space="preserve">[1:01:58] </w:t>
      </w:r>
      <w:r>
        <w:t>mein ne</w:t>
      </w:r>
    </w:p>
    <w:p>
      <w:pPr>
        <w:jc w:val="right"/>
      </w:pPr>
      <w:r>
        <w:t>میں نے</w:t>
      </w:r>
    </w:p>
    <w:p>
      <w:r>
        <w:rPr>
          <w:b/>
        </w:rPr>
        <w:t xml:space="preserve">[1:02:01] </w:t>
      </w:r>
      <w:r>
        <w:t>ab har kaam mein mujhe lagta hai ke mein ajiz hoon, kamzor hoon. har kaam to yeh Allah taala ki blessing hai ke aap ko jo haqeeqat waqea jo hai, jo jo fact hai, us fact se aap ba-khabar karne ke liye Allah aap par koi tajurba guzaare, koi shock lagay, koi challenge ho.</w:t>
      </w:r>
    </w:p>
    <w:p>
      <w:pPr>
        <w:jc w:val="right"/>
      </w:pPr>
      <w:r>
        <w:t>اب ہر کام میں مجھے لگتا ہے کہ میں عاجز ہوں، کمزور ہوں۔ ہر کام تو یہ اللہ تعالی کی بلیسنگ ہے کہ آپ کو جو حقیقت واقعہ جو ہے، جو جو فیکٹ ہے، اس فیکٹ سے آپ باخبر کرنے کے لیے اللہ آپ پر کوئی تجربہ گزارے، کوئی شاک لگے، کوئی چیلنج ہو۔</w:t>
      </w:r>
    </w:p>
    <w:p>
      <w:r>
        <w:rPr>
          <w:b/>
        </w:rPr>
        <w:t xml:space="preserve">[1:02:29] </w:t>
      </w:r>
      <w:r>
        <w:t>to yeh to bohat achhi baat hai.</w:t>
      </w:r>
    </w:p>
    <w:p>
      <w:pPr>
        <w:jc w:val="right"/>
      </w:pPr>
      <w:r>
        <w:t>تو یہ تو بہت اچھی بات ہے۔</w:t>
      </w:r>
    </w:p>
    <w:p>
      <w:r>
        <w:rPr>
          <w:b/>
        </w:rPr>
        <w:t xml:space="preserve">[1:02:31] </w:t>
      </w:r>
      <w:r>
        <w:t>to mein ne socha ke yeh jo taqseem hai bande aur Khuda ke darmiyan ke bande ki taraf ajz hai, Allah ki taraf qudrat hai, is ki takmeel hoti hi nahin hai baghair barhappe ke.</w:t>
      </w:r>
    </w:p>
    <w:p>
      <w:pPr>
        <w:jc w:val="right"/>
      </w:pPr>
      <w:r>
        <w:t>تو میں نے سوچا کہ یہ جو تقسیم ہے بندے اور خدا کے درمیان کہ بندہ کی طرف عجز ہے، اللہ کی طرف قدرت ہے، اس کی تکمیل ہوتی ہی نہیں ہے بغیر بڑھاپے کے۔</w:t>
      </w:r>
    </w:p>
    <w:p>
      <w:r>
        <w:rPr>
          <w:b/>
        </w:rPr>
        <w:t xml:space="preserve">[1:02:45] </w:t>
      </w:r>
      <w:r>
        <w:t>yaani banda apne ajz ko janne aur Allah ki qudrat ko jaane, yeh matloob hai. Isi ka naam ma'rifat hai. Lekin is ma'rifat ki takmeel mein samajhta hoon ke mein apne lihaaz se bata raha hoon, apne apne tajrube</w:t>
      </w:r>
    </w:p>
    <w:p>
      <w:pPr>
        <w:jc w:val="right"/>
      </w:pPr>
      <w:r>
        <w:t>یعنی بندہ اپنے عجز کو جاننے اور اللہ کی قدرت کو جانے، یہ مطلوب ہے۔ اسی کا نام معرفت ہے۔ لیکن اس معرفت کی تکمیل میں سمجھتا ہوں کہ میں اپنے لحاظ سے بتا رہا ہوں، اپنے اپنے تجربے</w:t>
      </w:r>
    </w:p>
    <w:p>
      <w:r>
        <w:rPr>
          <w:b/>
        </w:rPr>
        <w:t xml:space="preserve">[1:02:59] </w:t>
      </w:r>
      <w:r>
        <w:t>ke lihaaz se, is ki takmeel barhappe ke baghair hoti nahin, jaisa ke mujhe nahin hui. Yeh bohat ajeeb sa aaj aaj subah mein soch raha tha ke Khuda mujhe yaani safar karate karate wahan pahuncha diya us ne ke jahan sach much hi mein samajhta hoon ke mein to ajz ke siwa kuch bhi nahin hoon.</w:t>
      </w:r>
    </w:p>
    <w:p>
      <w:pPr>
        <w:jc w:val="right"/>
      </w:pPr>
      <w:r>
        <w:t>کے لحاظ سے، اس کی تکمیل بڑھاپے کے بغیر ہوتی نہیں، جیسا کہ مجھے نہیں ہوئی۔ یہ بہت عجیب سا آج آج صبح میں سوچ رہا تھا کہ خدا مجھے یعنی سفر کراتے کراتے وہاں پہنچا دیا اس نے کہ جہاں سچ مچ ہی میں سمجھتا ہوں کہ میں تو عجز کے سوا کچھ بھی نہیں ہوں۔</w:t>
      </w:r>
    </w:p>
    <w:p>
      <w:r>
        <w:rPr>
          <w:b/>
        </w:rPr>
        <w:t xml:space="preserve">[1:03:20] </w:t>
      </w:r>
      <w:r>
        <w:t>qudrat saari Allah ki taraf hai. To behal yeh saara muamla sochne par hai</w:t>
      </w:r>
    </w:p>
    <w:p>
      <w:pPr>
        <w:jc w:val="right"/>
      </w:pPr>
      <w:r>
        <w:t>قدرت ساری اللہ کی طرف ہے۔ تو بہرحال یہ سارا معاملہ سوچنے پر ہے</w:t>
      </w:r>
    </w:p>
    <w:p>
      <w:r>
        <w:rPr>
          <w:b/>
        </w:rPr>
        <w:t xml:space="preserve">[1:03:28] </w:t>
      </w:r>
      <w:r>
        <w:t>ke log boodhe ho kar bhi kuch baat nahin samajhte. Boodha ho kar chidchide bane rehte hain, chidchida ghussa yeh sab karte hain. Woh barhappe se un ka ghussa barh jata hai.</w:t>
      </w:r>
    </w:p>
    <w:p>
      <w:pPr>
        <w:jc w:val="right"/>
      </w:pPr>
      <w:r>
        <w:t>کہ لوگ بوڑھے ہو کر بھی کچھ بات نہیں سمجھتے۔ بوڑھا ہو کر چڑچڑے بنے رہتے ہیں، چڑچڑا غصہ یہ سب کرتے ہیں۔ وہ بڑھاپے سے ان کا غصہ بڑھ جاتا ہے۔</w:t>
      </w:r>
    </w:p>
    <w:p>
      <w:r>
        <w:rPr>
          <w:b/>
        </w:rPr>
        <w:t xml:space="preserve">[1:03:40] </w:t>
      </w:r>
      <w:r>
        <w:t>to ma'rifat saari ki saari is par depend karti hai ke aap ka sochne ka maada kitna hai, tadabbur kitna hai, contemplation kitna hai.</w:t>
      </w:r>
    </w:p>
    <w:p>
      <w:pPr>
        <w:jc w:val="right"/>
      </w:pPr>
      <w:r>
        <w:t>تو معرفت ساری کی ساری اس پر ڈیپینڈ کرتی ہے کہ آپ کا سوچنے کا مادہ کتنا ہے، تدبر کتنا ہے، کنٹمپلیشن کتنا ہے۔</w:t>
      </w:r>
    </w:p>
    <w:p>
      <w:r>
        <w:rPr>
          <w:b/>
        </w:rPr>
        <w:t xml:space="preserve">[1:03:53] </w:t>
      </w:r>
      <w:r>
        <w:t>jitna contemplation hoga, utni ma'rifat hogi.</w:t>
      </w:r>
    </w:p>
    <w:p>
      <w:pPr>
        <w:jc w:val="right"/>
      </w:pPr>
      <w:r>
        <w:t>جتنا کنٹمپلیشن ہوگا، اتنی معرفت ہوگی۔</w:t>
      </w:r>
    </w:p>
    <w:p>
      <w:r>
        <w:rPr>
          <w:b/>
        </w:rPr>
        <w:t xml:space="preserve">[1:04:01] </w:t>
      </w:r>
      <w:r>
        <w:t>Maulana, agla sawal Dr. Waqar Alam sahib ka hai, America se. Unhon ne likha hai: "Maulana sahib, Alhamdulillah, you are the only one who observes the ayat of Allah in ordinary things.</w:t>
      </w:r>
    </w:p>
    <w:p>
      <w:pPr>
        <w:jc w:val="right"/>
      </w:pPr>
      <w:r>
        <w:t>مولانا، اگلا سوال ڈاکٹر وقار عالم صاحب کا ہے، امریکہ سے۔ انہوں نے لکھا ہے: "مولانا صاحب، الحمدللہ، یو آر دا اونلی ون ہو ابزروز دی آیت اف اللہ ان آرڈینری تھنگز۔</w:t>
      </w:r>
    </w:p>
    <w:p>
      <w:r>
        <w:rPr>
          <w:b/>
        </w:rPr>
        <w:t xml:space="preserve">[1:04:16] </w:t>
      </w:r>
      <w:r>
        <w:t>My question today to you is that how do you see or compare the hijra of Muslims in 1947 and of our beloved Prophet and Sahaba from Mecca to Medina?</w:t>
      </w:r>
    </w:p>
    <w:p>
      <w:pPr>
        <w:jc w:val="right"/>
      </w:pPr>
      <w:r>
        <w:t>مائی کوئسچن ٹوڈے ٹو یو از دیٹ ہاؤ ڈو یو سی اور کمپئیر دا ہجرا اف مسلمز ان 1947 اینڈ اف ار بیلوڈ پرافٹ اینڈ صحابہ فرام مکہ ٹو مدینہ؟</w:t>
      </w:r>
    </w:p>
    <w:p>
      <w:r>
        <w:rPr>
          <w:b/>
        </w:rPr>
        <w:t xml:space="preserve">[1:04:31] </w:t>
      </w:r>
      <w:r>
        <w:t>Pakistanis living in the USA brought up this question in a meeting and I need your opinion in this. My personal opinion is that these hijras were done for two different reasons." Dekhein, yeh is ka jawab hadith mein maujood hai.</w:t>
      </w:r>
    </w:p>
    <w:p>
      <w:pPr>
        <w:jc w:val="right"/>
      </w:pPr>
      <w:r>
        <w:t>پاکستانیز لیونگ ان دا یو ایس اے براٹ اپ دس کوئسچن ان ا میٹنگ اینڈ ائی نیڈ یور اوپینین ان دس۔ مائی پرسنل اوپینین از دیٹ دیز ہجراز وار ڈن فار ٹو ڈفرنٹ ریزنز۔" دیکھیں، یہ اس کا جواب حدیث میں موجود ہے۔</w:t>
      </w:r>
    </w:p>
    <w:p>
      <w:r>
        <w:rPr>
          <w:b/>
        </w:rPr>
        <w:t xml:space="preserve">[1:04:49] </w:t>
      </w:r>
      <w:r>
        <w:t>Woh jo hadith hai Innamal a'malu binniyat, woh lambi hadith hai. Woh Bukhari ki pehli riwayat yahi hai.</w:t>
      </w:r>
    </w:p>
    <w:p>
      <w:pPr>
        <w:jc w:val="right"/>
      </w:pPr>
      <w:r>
        <w:t>وہ جو حدیث ہے انم الاعمال بالنیات، وہ لمبی حدیث ہے۔ وہ بخاری کی پہلی روایت یہی ہے۔</w:t>
      </w:r>
    </w:p>
    <w:p>
      <w:r>
        <w:rPr>
          <w:b/>
        </w:rPr>
        <w:t xml:space="preserve">[1:04:58] </w:t>
      </w:r>
      <w:r>
        <w:t>Is ko aap padhiye, usi mein yeh bata diya gaya hai ke hijrat kya cheez hai. To is mein ek waqea aisa hua tha wahan ke Makke se ek sahib the jo Musalman Sahabi the.</w:t>
      </w:r>
    </w:p>
    <w:p>
      <w:pPr>
        <w:jc w:val="right"/>
      </w:pPr>
      <w:r>
        <w:t>اس کو آپ پڑھیے، اسی میں یہ بتا دیا گیا ہے کہ ہجرت کیا چیز ہے۔ تو اس میں ایک واقعہ ایسا ہوا تھا وہاں کہ مکے سے ایک صاحب تھے جو مسلمان صحابی تھے۔</w:t>
      </w:r>
    </w:p>
    <w:p>
      <w:r>
        <w:rPr>
          <w:b/>
        </w:rPr>
        <w:t xml:space="preserve">[1:05:12] </w:t>
      </w:r>
      <w:r>
        <w:t>Woh unhon ne hijrat ki thi. To qissa yeh tha ke ek khatoon thi Madine mein. Us ne shadi karna chahiye thi.</w:t>
      </w:r>
    </w:p>
    <w:p>
      <w:pPr>
        <w:jc w:val="right"/>
      </w:pPr>
      <w:r>
        <w:t>وہ انہوں نے ہجرت کی تھی۔ تو قصہ یہ تھا کہ ایک خاتون تھی مدینے میں۔ اس نے شادی کرنا چاہیے تھی۔</w:t>
      </w:r>
    </w:p>
    <w:p>
      <w:r>
        <w:rPr>
          <w:b/>
        </w:rPr>
        <w:t xml:space="preserve">[1:05:22] </w:t>
      </w:r>
      <w:r>
        <w:t>woh</w:t>
      </w:r>
    </w:p>
    <w:p>
      <w:pPr>
        <w:jc w:val="right"/>
      </w:pPr>
      <w:r>
        <w:t>وہ</w:t>
      </w:r>
    </w:p>
    <w:p>
      <w:r>
        <w:rPr>
          <w:b/>
        </w:rPr>
        <w:t xml:space="preserve">[1:05:24] </w:t>
      </w:r>
      <w:r>
        <w:t>to us ne shart laga di ke mein aap Makka chhod kar Madina aa jayen to mein aap se shadi kar sakti hoon. To un ki hijrat bas shaqlan to hijrat thi un ki, lekin dil mein yeh bhi tha ke wahan jayenge to is se shadi bhi ho jayegi.</w:t>
      </w:r>
    </w:p>
    <w:p>
      <w:pPr>
        <w:jc w:val="right"/>
      </w:pPr>
      <w:r>
        <w:t>تو اس نے شرط لگا دی کہ میں آپ مکہ چھوڑ کر مدینہ آ جائیں تو میں آپ سے شادی کر سکتی ہوں۔ تو ان کی ہجرت بس شکلاً تو ہجرت تھی ان کی، لیکن دل میں یہ بھی تھا کہ وہاں جائیں گے تو اس سے شادی بھی ہو جائے گی۔</w:t>
      </w:r>
    </w:p>
    <w:p>
      <w:r>
        <w:rPr>
          <w:b/>
        </w:rPr>
        <w:t xml:space="preserve">[1:05:39] </w:t>
      </w:r>
      <w:r>
        <w:t>to hadith mein hai, ya hadith aap padh lijiye Bukhari ki pehli riwayat ke "wahijratul ummih hajarat ilaih".</w:t>
      </w:r>
    </w:p>
    <w:p>
      <w:pPr>
        <w:jc w:val="right"/>
      </w:pPr>
      <w:r>
        <w:t>تو حدیث میں ہے، یا حدیث آپ پڑھ لیجئے بخاری کی پہلی روایت کہ "وہجرتہ الامہ ہاجرہ الیہ"۔</w:t>
      </w:r>
    </w:p>
    <w:p>
      <w:r>
        <w:rPr>
          <w:b/>
        </w:rPr>
        <w:t xml:space="preserve">[1:05:48] </w:t>
      </w:r>
      <w:r>
        <w:t>to is ki hijrat usi cheez ke liye hai jis ki us ne niyat ki thi.</w:t>
      </w:r>
    </w:p>
    <w:p>
      <w:pPr>
        <w:jc w:val="right"/>
      </w:pPr>
      <w:r>
        <w:t>تو اس کی ہجرت اسی چیز کے لیے ہے جس کی اس نے نیت کی تھی۔</w:t>
      </w:r>
    </w:p>
    <w:p>
      <w:r>
        <w:rPr>
          <w:b/>
        </w:rPr>
        <w:t xml:space="preserve">[1:05:54] </w:t>
      </w:r>
      <w:r>
        <w:t>to is mein do cheezon ka zikr hai: maal aur nikah. Agar aap kamane ke liye ja rahe hain bahar to aap ki hijrat kamane ke liye kahi jayegi, Rasool Allah ki wali hijrat nahin kahi jayegi.</w:t>
      </w:r>
    </w:p>
    <w:p>
      <w:pPr>
        <w:jc w:val="right"/>
      </w:pPr>
      <w:r>
        <w:t>تو اس میں دو چیزوں کا ذکر ہے: مال اور نکاح۔ اگر آپ کمانے کے لیے جا رہے ہیں باہر تو آپ کی ہجرت کمانے کے لیے کہی جائے گی، رسول اللہ کی والی ہجرت نہیں کہی جائے گی۔</w:t>
      </w:r>
    </w:p>
    <w:p>
      <w:r>
        <w:rPr>
          <w:b/>
        </w:rPr>
        <w:t xml:space="preserve">[1:06:07] </w:t>
      </w:r>
      <w:r>
        <w:t>ya aise ja rahe hain ke wahan aap kisi se shadi karna hai. Aap ko abhi mujh se ek saath se mulaqat hui to unhon ne kaha ke mein America jana chahta hoon.</w:t>
      </w:r>
    </w:p>
    <w:p>
      <w:pPr>
        <w:jc w:val="right"/>
      </w:pPr>
      <w:r>
        <w:t>یا ایسے جا رہے ہیں کہ وہاں آپ کسی سے شادی کرنا ہے۔ آپ کو ابھی مجھ سے ایک ساتھ سے ملاقات ہوئی تو انہوں نے کہا کہ میں امریکہ جانا چاہتا ہوں۔</w:t>
      </w:r>
    </w:p>
    <w:p>
      <w:r>
        <w:rPr>
          <w:b/>
        </w:rPr>
        <w:t xml:space="preserve">[1:06:18] </w:t>
      </w:r>
      <w:r>
        <w:t>to woh khod karot karte karte karte pata chala ke America mein koi ladki hai to us se shadi karna chahte hain.</w:t>
      </w:r>
    </w:p>
    <w:p>
      <w:pPr>
        <w:jc w:val="right"/>
      </w:pPr>
      <w:r>
        <w:t>تو وہ کھود کروت کرتے کرتے کرتے پتہ چلا کہ امریکہ میں کوئی لڑکی ہے تو اس سے شادی کرنا چاہتے ہیں۔</w:t>
      </w:r>
    </w:p>
    <w:p>
      <w:r>
        <w:rPr>
          <w:b/>
        </w:rPr>
        <w:t xml:space="preserve">[1:06:27] </w:t>
      </w:r>
      <w:r>
        <w:t>to yahi same qissa tha. Us ne kaha ke aap America aa jayen to mein shadi karungi aap se. Mein khud India nahin aaungi. To mujh se kya keh rahe the woh ke hum America mein dawat karna chahte hain.</w:t>
      </w:r>
    </w:p>
    <w:p>
      <w:pPr>
        <w:jc w:val="right"/>
      </w:pPr>
      <w:r>
        <w:t>تو یہی سیم قصہ تھا۔ اس نے کہا کہ آپ امریکہ آ جائیں تو میں شادی کروں گی آپ سے۔ میں خود انڈیا نہیں آؤں گی۔ تو مجھ سے کیا کہہ رہے تھے وہ کہ ہم امریکہ میں دعوت کرنا چاہتے ہیں۔</w:t>
      </w:r>
    </w:p>
    <w:p>
      <w:r>
        <w:rPr>
          <w:b/>
        </w:rPr>
        <w:t xml:space="preserve">[1:06:39] </w:t>
      </w:r>
      <w:r>
        <w:t>lekin jab mein jab mein ne scrutiny nahin kiya to maloom hua ke dawat kuch nahin hai, asal mein is se shadi karna hai in ko.</w:t>
      </w:r>
    </w:p>
    <w:p>
      <w:pPr>
        <w:jc w:val="right"/>
      </w:pPr>
      <w:r>
        <w:t>لیکن جب میں جب میں نے اسکروٹ نہیں کیا تو معلوم ہوا کہ دعوت کچھ نہیں ہے، اصل میں اس سے شادی کرنا ہے ان کو۔</w:t>
      </w:r>
    </w:p>
    <w:p>
      <w:r>
        <w:rPr>
          <w:b/>
        </w:rPr>
        <w:t xml:space="preserve">[1:06:46] </w:t>
      </w:r>
      <w:r>
        <w:t>abhi qissa ek mere ilm mein aaya. To Bukhari mein jo pehli riwayat hai, us ko aap padhiye. Is ka jawab is mein maujood hai ke hijrat sirf woh hijrat hai jo Allah ke liye ho.</w:t>
      </w:r>
    </w:p>
    <w:p>
      <w:pPr>
        <w:jc w:val="right"/>
      </w:pPr>
      <w:r>
        <w:t>ابھی قصہ ایک میرے علم میں آیا۔ تو بخاری میں جو پہلی روایت ہے، اس کو آپ پڑھیے۔ اس کا جواب اس میں موجود ہے کہ ہجرت صرف وہ ہجرت ہے جو اللہ کے لیے ہو۔</w:t>
      </w:r>
    </w:p>
    <w:p>
      <w:r>
        <w:rPr>
          <w:b/>
        </w:rPr>
        <w:t xml:space="preserve">[1:07:00] </w:t>
      </w:r>
      <w:r>
        <w:t>Allah ke liye ma'ni kya hain? Dawat ke liye ho. Yaani Allah ke liye koi masihit baat nahin hai. Dawat Allah ke liye ho. Yaani ek shakhs agar jaye doosre country mein is liye ke wahan woh Allah ka paigham phailaye</w:t>
      </w:r>
    </w:p>
    <w:p>
      <w:pPr>
        <w:jc w:val="right"/>
      </w:pPr>
      <w:r>
        <w:t>اللہ کے لیے معنی کیا ہیں؟ دعوت کے لیے ہو۔ یعنی اللہ کے لیے کوئی مسیحیت بات نہیں ہے۔ دعوت اللہ کے لیے ہو۔ یعنی ایک شخص اگر جائے دوسرے کنٹری میں اس لیے کہ وہاں وہ اللہ کا پیغام پھیلائے</w:t>
      </w:r>
    </w:p>
    <w:p>
      <w:r>
        <w:rPr>
          <w:b/>
        </w:rPr>
        <w:t xml:space="preserve">[1:07:14] </w:t>
      </w:r>
      <w:r>
        <w:t>ga, sach much is ki niyat yahi ho to is ki hijrat Allah ke liye hogi. yani Allah ke liye hijrat ko zyada agar aap specify karen to wahi hogi ke dawat ke liye hijrat, dawat ke liye.</w:t>
      </w:r>
    </w:p>
    <w:p>
      <w:pPr>
        <w:jc w:val="right"/>
      </w:pPr>
      <w:r>
        <w:t>گا، سچ مچ اس کی نیت یہی ہو تو اس کی ہجرت اللہ کے لیے ہوگی۔ یعنی اللہ کے لیے ہجرت کو زیادہ اگر آپ اسپیسیفائی کریں تو وہی ہوگی کہ دعوت کے لیے ہجرت، دعوت کے لیے۔</w:t>
      </w:r>
    </w:p>
    <w:p>
      <w:r>
        <w:rPr>
          <w:b/>
        </w:rPr>
        <w:t xml:space="preserve">[1:07:28] </w:t>
      </w:r>
      <w:r>
        <w:t>aur agar maqsad ho wahan maal kamayenge, wahan kisi se shadi karenge to wo hijrat wo nahi qarar payegi jo sahaba ki aur Rasool Allah ki hijrat thi.</w:t>
      </w:r>
    </w:p>
    <w:p>
      <w:pPr>
        <w:jc w:val="right"/>
      </w:pPr>
      <w:r>
        <w:t>اور اگر مقصد ہو وہاں مال کمائیں گے، وہاں کسی سے شادی کریں گے تو وہ ہجرت وہ نہیں قرار پائے گی جو صحابہ کی اور رسول اللہ کی ہجرت تھی۔</w:t>
      </w:r>
    </w:p>
    <w:p>
      <w:r>
        <w:rPr>
          <w:b/>
        </w:rPr>
        <w:t xml:space="preserve">[1:07:38] </w:t>
      </w:r>
      <w:r>
        <w:t>ye bohat hi wazeh hai is hadith mein. koi bhi shakhs is ko parh le, ye</w:t>
      </w:r>
    </w:p>
    <w:p>
      <w:pPr>
        <w:jc w:val="right"/>
      </w:pPr>
      <w:r>
        <w:t>یہ بہت ہی واضح ہے اس حدیث میں۔ کوئی بھی شخص اس کو پڑھ لے، یہ</w:t>
      </w:r>
    </w:p>
    <w:p>
      <w:r>
        <w:rPr>
          <w:b/>
        </w:rPr>
        <w:t xml:space="preserve">[1:07:42] </w:t>
      </w:r>
      <w:r>
        <w:t>Bukhari ki pehli jild mein jab kholega to sab se pehli hadith yahi milegi is ko.</w:t>
      </w:r>
    </w:p>
    <w:p>
      <w:pPr>
        <w:jc w:val="right"/>
      </w:pPr>
      <w:r>
        <w:t>بخاری کی پہلی جلد میں جب کھولے گا تو سب سے پہلی حدیث یہی ملے گی اس کو۔</w:t>
      </w:r>
    </w:p>
    <w:p>
      <w:r>
        <w:rPr>
          <w:b/>
        </w:rPr>
        <w:t xml:space="preserve">[1:07:52] </w:t>
      </w:r>
      <w:r>
        <w:t>Maulana, agla sawal Islamabad Pakistan se hai Waseem Bari sahab ka. unhon ne likha hai: "Maulana sahab, i want to know how i can identify my role so that i can do it wholeheartedly.</w:t>
      </w:r>
    </w:p>
    <w:p>
      <w:pPr>
        <w:jc w:val="right"/>
      </w:pPr>
      <w:r>
        <w:t>مولانا، اگلا سوال اسلام آباد پاکستان سے ہے وسیم باری صاحب کا۔ انہوں نے لکھا ہے: "مولانا صاحب، آئی وانٹ ٹو نو ہاؤ آئی کین آئیڈینٹیفائی مائی رول سو دیٹ آئی کین ڈو اٹ ہول ہارٹڈلی۔</w:t>
      </w:r>
    </w:p>
    <w:p>
      <w:r>
        <w:rPr>
          <w:b/>
        </w:rPr>
        <w:t xml:space="preserve">[1:08:07] </w:t>
      </w:r>
      <w:r>
        <w:t>please guide me in this matter."</w:t>
      </w:r>
    </w:p>
    <w:p>
      <w:pPr>
        <w:jc w:val="right"/>
      </w:pPr>
      <w:r>
        <w:t>پلیز گائیڈ می ان دس میٹر۔"</w:t>
      </w:r>
    </w:p>
    <w:p>
      <w:r>
        <w:rPr>
          <w:b/>
        </w:rPr>
        <w:t xml:space="preserve">[1:08:12] </w:t>
      </w:r>
      <w:r>
        <w:t>ye ajib sa sawal hai. bhai, is ko puchne ki koi zaroorat aap ko pesh aayi hai. ye puchne ki baat hai. dekhen, role yani ka matlab agar zimmedari ke ma'ne mein len to ek momin ke liye sirf do hi zimmedari hai:</w:t>
      </w:r>
    </w:p>
    <w:p>
      <w:pPr>
        <w:jc w:val="right"/>
      </w:pPr>
      <w:r>
        <w:t>یہ عجیب سا سوال ہے۔ بھائی، اس کو پوچھنے کی کوئی ضرورت آپ کو پیش آئی ہے۔ یہ پوچھنے کی بات ہے۔ دیکھیں، رول یعنی کا مطلب اگر ذمہ داری کے معنی میں لیں تو ایک مومن کے لیے صرف دو ہی ذمہ داری ہے:</w:t>
      </w:r>
    </w:p>
    <w:p>
      <w:r>
        <w:rPr>
          <w:b/>
        </w:rPr>
        <w:t xml:space="preserve">[1:08:33] </w:t>
      </w:r>
      <w:r>
        <w:t>baqadr zaroorat kamana, zaroorat ke baqadr kamana. is ke baad Allah ke mission, dawat Allah ka kaam karna.</w:t>
      </w:r>
    </w:p>
    <w:p>
      <w:pPr>
        <w:jc w:val="right"/>
      </w:pPr>
      <w:r>
        <w:t>بقدر ضرورت کمانا، ضرورت کے بقدر کمانا۔ اس کے بعد اللہ کے مشن، دعوت اللہ کا کام کرنا۔</w:t>
      </w:r>
    </w:p>
    <w:p>
      <w:r>
        <w:rPr>
          <w:b/>
        </w:rPr>
        <w:t xml:space="preserve">[1:08:42] </w:t>
      </w:r>
      <w:r>
        <w:t>bas ye aur koi teesri cheez hai nahi. ye dunya mein aap agar aap yani</w:t>
      </w:r>
    </w:p>
    <w:p>
      <w:pPr>
        <w:jc w:val="right"/>
      </w:pPr>
      <w:r>
        <w:t>بس یہ اور کوئی تیسری چیز ہے نہیں۔ یہ دنیا میں آپ اگر آپ یعنی</w:t>
      </w:r>
    </w:p>
    <w:p>
      <w:r>
        <w:rPr>
          <w:b/>
        </w:rPr>
        <w:t xml:space="preserve">[1:08:52] </w:t>
      </w:r>
      <w:r>
        <w:t>is ke siwa kuch aur banayenge to isi ka naam hai gumrahi. zaroorat ke baqadr kamana aur Allah ke mission ke liye, Allah ki dawat ke liye kaam karna.</w:t>
      </w:r>
    </w:p>
    <w:p>
      <w:pPr>
        <w:jc w:val="right"/>
      </w:pPr>
      <w:r>
        <w:t>اس کے سوا کچھ اور بنائیں گے تو اسی کا نام ہے گمراہی۔ ضرورت کے بقدر کمانا اور اللہ کے مشن کے لیے، اللہ کی دعوت کے لیے کام کرنا۔</w:t>
      </w:r>
    </w:p>
    <w:p>
      <w:r>
        <w:rPr>
          <w:b/>
        </w:rPr>
        <w:t xml:space="preserve">[1:09:06] </w:t>
      </w:r>
      <w:r>
        <w:t>bas is ke siwa aur kuch hai hi nahi. koi koi role ya koi zimmedari momin ki. jo kuch hai wo khud sakhta hai.</w:t>
      </w:r>
    </w:p>
    <w:p>
      <w:pPr>
        <w:jc w:val="right"/>
      </w:pPr>
      <w:r>
        <w:t>بس اس کے سوا اور کچھ ہے ہی نہیں۔ کوئی کوئی رول یا کوئی ذمہ داری مومن کی۔ جو کچھ ہے وہ خود ساختہ ہے۔</w:t>
      </w:r>
    </w:p>
    <w:p>
      <w:r>
        <w:rPr>
          <w:b/>
        </w:rPr>
        <w:t xml:space="preserve">[1:09:17] </w:t>
      </w:r>
      <w:r>
        <w:t>misalan ye ke kuch log siyasi hangame karte hain, wo Islami hukumat qaim karne ke naam par. wo koi goal role nahi, wo khud sakhta hai. wo to main is ko political bid'at kehta hoon.</w:t>
      </w:r>
    </w:p>
    <w:p>
      <w:pPr>
        <w:jc w:val="right"/>
      </w:pPr>
      <w:r>
        <w:t>مثلاً یہ کہ کچھ لوگ سیاسی ہنگامے کرتے ہیں، وہ اسلامی حکومت قائم کرنے کے نام پر۔ وہ کوئی گول رول نہیں، وہ خود ساختہ ہے۔ وہ تو میں اس کو پولیٹیکل بدعت کہتا ہوں۔</w:t>
      </w:r>
    </w:p>
    <w:p>
      <w:r>
        <w:rPr>
          <w:b/>
        </w:rPr>
        <w:t xml:space="preserve">[1:09:28] </w:t>
      </w:r>
      <w:r>
        <w:t>political bid'at.</w:t>
      </w:r>
    </w:p>
    <w:p>
      <w:pPr>
        <w:jc w:val="right"/>
      </w:pPr>
      <w:r>
        <w:t>پولیٹیکل بدعت۔</w:t>
      </w:r>
    </w:p>
    <w:p>
      <w:r>
        <w:rPr>
          <w:b/>
        </w:rPr>
        <w:t xml:space="preserve">[1:09:33] </w:t>
      </w:r>
      <w:r>
        <w:t>role sirf ye hai ya zimmedari sirf ye hai ke aap apni jitni haqiqatan jitni zaroorat hai jeene ke liye, jitna zaroori hai utna kamayen aur Allah ka jo mission hai us ko phailayen.</w:t>
      </w:r>
    </w:p>
    <w:p>
      <w:pPr>
        <w:jc w:val="right"/>
      </w:pPr>
      <w:r>
        <w:t>رول صرف یہی ہے یا ذمہ داری صرف یہی ہے کہ آپ اپنی جتنی حقیقتاً جتنی ضرورت ہے جینے کے لیے، جتنا ضروری ہے اتنا کمائیں اور اللہ کا جو مشن ہے اس کو پھیلائیں۔</w:t>
      </w:r>
    </w:p>
    <w:p>
      <w:r>
        <w:rPr>
          <w:b/>
        </w:rPr>
        <w:t xml:space="preserve">[1:09:49] </w:t>
      </w:r>
      <w:r>
        <w:t>bas aap ke paas agar zyada paisa hai to is paise ko aap lagayen dawat ke kaam mein. zaati aaram rahat mein nahi.</w:t>
      </w:r>
    </w:p>
    <w:p>
      <w:pPr>
        <w:jc w:val="right"/>
      </w:pPr>
      <w:r>
        <w:t>بس آپ کے پاس اگر زیادہ پیسہ ہے تو اس پیسے کو آپ لگائیں دعوت کے کام میں۔ ذاتی آرام راحت میں نہیں۔</w:t>
      </w:r>
    </w:p>
    <w:p>
      <w:r>
        <w:rPr>
          <w:b/>
        </w:rPr>
        <w:t xml:space="preserve">[1:09:59] </w:t>
      </w:r>
      <w:r>
        <w:t>bas ye yehi kul deen hai aur kuch bajne wali jo cheezen log deen ke naam se karte hain wo un ka khud sakhta hai.</w:t>
      </w:r>
    </w:p>
    <w:p>
      <w:pPr>
        <w:jc w:val="right"/>
      </w:pPr>
      <w:r>
        <w:t>بس یہ یہی کل دین ہے اور کچھ بجنے والی جو چیزیں لوگ دین کے نام سے کرتے ہیں وہ ان کا خود ساختہ ہے۔</w:t>
      </w:r>
    </w:p>
    <w:p>
      <w:r>
        <w:rPr>
          <w:b/>
        </w:rPr>
        <w:t xml:space="preserve">[1:10:12] </w:t>
      </w:r>
      <w:r>
        <w:t>Maulana, agla sawal Dr. Iqbal Pardhan ka hai Delhi se. unhon ne likha hai: "Maulana, last month i got a call of a dear friend Mr. Swe Ram Tutia from Modi Nagar in UP.</w:t>
      </w:r>
    </w:p>
    <w:p>
      <w:pPr>
        <w:jc w:val="right"/>
      </w:pPr>
      <w:r>
        <w:t>مولانا، اگلا سوال ڈاکٹر اقبال پردھان کا ہے دلی سے۔ انہوں نے لکھا ہے: "مولانا، لاسٹ منتھ آئی گاٹ ا کال اف ا جاٹ فرینڈ مسٹر سوی رام ٹیوٹیا فرام مودی نگر ان یو پی۔</w:t>
      </w:r>
    </w:p>
    <w:p>
      <w:r>
        <w:rPr>
          <w:b/>
        </w:rPr>
        <w:t xml:space="preserve">[1:10:28] </w:t>
      </w:r>
      <w:r>
        <w:t>he was very concerned about me because of the communal riots in Muzaffarnagar. he advised me that i should not visit the riot affected areas.</w:t>
      </w:r>
    </w:p>
    <w:p>
      <w:pPr>
        <w:jc w:val="right"/>
      </w:pPr>
      <w:r>
        <w:t>ہی واز ویری کنسرنڈ اباؤٹ می بیکاز اف دا کمیونل رائٹس ان مظفر نگر۔ ہی ایڈوائز می دیٹ آئی شوڈ ناٹ وزٹ دا رائٹ ایفیکٹڈ ایریاز۔</w:t>
      </w:r>
    </w:p>
    <w:p>
      <w:r>
        <w:rPr>
          <w:b/>
        </w:rPr>
        <w:t xml:space="preserve">[1:10:38] </w:t>
      </w:r>
      <w:r>
        <w:t>Maulana, my question is that is communication gap the main culprit for increase of communal right communal rights that we see in India?" nahi, dekhen, communication gap ki baat nahi hai ye.</w:t>
      </w:r>
    </w:p>
    <w:p>
      <w:pPr>
        <w:jc w:val="right"/>
      </w:pPr>
      <w:r>
        <w:t>مولانا، مائی کوئسچن از دیٹ از کمیونیکیشن گیپ دا مین کلپریٹ فار انکریز اف کمیونل رائٹ کمیونل رائٹس دیٹ وی سی ان انڈیا؟" نہیں، دیکھیں، کمیونیکیشن گیپ کی بات نہیں ہے یہ۔</w:t>
      </w:r>
    </w:p>
    <w:p>
      <w:r>
        <w:rPr>
          <w:b/>
        </w:rPr>
        <w:t xml:space="preserve">[1:10:53] </w:t>
      </w:r>
      <w:r>
        <w:t>ye patience na hone ki baat</w:t>
      </w:r>
    </w:p>
    <w:p>
      <w:pPr>
        <w:jc w:val="right"/>
      </w:pPr>
      <w:r>
        <w:t>یہ پیشنس نہ ہونے کی بات</w:t>
      </w:r>
    </w:p>
    <w:p>
      <w:r>
        <w:rPr>
          <w:b/>
        </w:rPr>
        <w:t xml:space="preserve">[1:10:57] </w:t>
      </w:r>
      <w:r>
        <w:t>hai. sabr nahi hai logon ke andar. zara si baat pe bhadak uthte hain. communication gap nahi hai. sab ki jeb mein mobile hai. har aaj kal kis ki jeb mein mobile nahi hai?</w:t>
      </w:r>
    </w:p>
    <w:p>
      <w:pPr>
        <w:jc w:val="right"/>
      </w:pPr>
      <w:r>
        <w:t>ہے۔ صبر نہیں ہے لوگوں کے اندر۔ ذرا سی بات پہ بھڑک اٹھتے ہیں۔ کمیونیکیشن گیپ نہیں ہے۔ سب کی جیب میں موبائل ہے۔ ہر آج کل کس کی جیب میں موبائل نہیں ہے؟</w:t>
      </w:r>
    </w:p>
    <w:p>
      <w:r>
        <w:rPr>
          <w:b/>
        </w:rPr>
        <w:t xml:space="preserve">[1:11:09] </w:t>
      </w:r>
      <w:r>
        <w:t>to communication gap kahan hai? asal cheez ye hai ke haan, yani hamare andar ye mizaj ban gaya hai ke hum sabr nahi kar paate,</w:t>
      </w:r>
    </w:p>
    <w:p>
      <w:pPr>
        <w:jc w:val="right"/>
      </w:pPr>
      <w:r>
        <w:t>تو کمیونیکیشن گیپ کہاں ہے؟ اصل چیز یہ ہے کہ ہاں، یعنی ہمارے اندر یہ مزاج بن گیا ہے کہ ہم صبر نہیں کر پاتے،</w:t>
      </w:r>
    </w:p>
    <w:p>
      <w:r>
        <w:rPr>
          <w:b/>
        </w:rPr>
        <w:t xml:space="preserve">[1:11:22] </w:t>
      </w:r>
      <w:r>
        <w:t>tolerate nahi kar paate, avoid nahi paate. bas zara si koi baat pe bhadak a</w:t>
      </w:r>
    </w:p>
    <w:p>
      <w:pPr>
        <w:jc w:val="right"/>
      </w:pPr>
      <w:r>
        <w:t>ٹولریٹ نہیں کر پاتے، اوائڈ نہیں کر پاتے۔ بس ذرا سی کوئی بات پہ بھڑک ا</w:t>
      </w:r>
    </w:p>
    <w:p>
      <w:r>
        <w:rPr>
          <w:b/>
        </w:rPr>
        <w:t xml:space="preserve">[1:11:26] </w:t>
      </w:r>
      <w:r>
        <w:t>the, koi baat suni, bhadak uthe. to logon ko sab se zaroori cheez jo hai wo ke andar sabr ka mizaj paida karen, patience ka mizaj paida karen, avoidance ka, a'raz ka.</w:t>
      </w:r>
    </w:p>
    <w:p>
      <w:pPr>
        <w:jc w:val="right"/>
      </w:pPr>
      <w:r>
        <w:t>ٹھے، کوئی بات سنی، بھڑک اٹھے۔ تو لوگوں کو سب سے ضروری چیز جو ہے وہ کے اندر صبر کا مزاج پیدا کریں، پیشنس کا مزاج پیدا کریں، اوائڈنس کا، اعراض کا۔</w:t>
      </w:r>
    </w:p>
    <w:p>
      <w:r>
        <w:rPr>
          <w:b/>
        </w:rPr>
        <w:t xml:space="preserve">[1:11:42] </w:t>
      </w:r>
      <w:r>
        <w:t>is se communal dot khatam ho gayi. communication se is ka koi ta'alluq nahi kyunke communication ka har aadmi ke jeb mein mobile hai.</w:t>
      </w:r>
    </w:p>
    <w:p>
      <w:pPr>
        <w:jc w:val="right"/>
      </w:pPr>
      <w:r>
        <w:t>اس سے کمیونل ڈاٹ ختم ہو گئی۔ کمیونیکیشن سے اس کا کوئی تعلق نہیں کیونکہ کمیونیکیشن کا ہر آدمی کے جیب میں موبائل ہے۔</w:t>
      </w:r>
    </w:p>
    <w:p>
      <w:r>
        <w:rPr>
          <w:b/>
        </w:rPr>
        <w:t xml:space="preserve">[1:11:52] </w:t>
      </w:r>
      <w:r>
        <w:t>communication to khoob khoob hai.</w:t>
      </w:r>
    </w:p>
    <w:p>
      <w:pPr>
        <w:jc w:val="right"/>
      </w:pPr>
      <w:r>
        <w:t>کمیونیکیشن تو خوب خوب ہے۔</w:t>
      </w:r>
    </w:p>
    <w:p>
      <w:r>
        <w:rPr>
          <w:b/>
        </w:rPr>
        <w:t xml:space="preserve">[1:11:56] </w:t>
      </w:r>
      <w:r>
        <w:t>main ne jo india mein right hotay hain, is ka main ne kuch kuch kuch rights ko test case ke tor par mutala kiya hai.</w:t>
      </w:r>
    </w:p>
    <w:p>
      <w:pPr>
        <w:jc w:val="right"/>
      </w:pPr>
      <w:r>
        <w:t>میں نے جو انڈیا میں رائٹ ہوتے ہیں، اس کا میں نے کچھ کچھ کچھ رائٹس کو ٹیسٹ کیس کے طور پر مطالعہ کیا ہے۔</w:t>
      </w:r>
    </w:p>
    <w:p>
      <w:r>
        <w:rPr>
          <w:b/>
        </w:rPr>
        <w:t xml:space="preserve">[1:12:05] </w:t>
      </w:r>
      <w:r>
        <w:t>hamesha main ne paya hai ke jo cheez jo cheez maujood nahi thi, woh patience maujood nahi tha. is liye bhark utha mamla aur fasad ho gaya. zara si baat to zara si baat to ghar pe hoti hai.</w:t>
      </w:r>
    </w:p>
    <w:p>
      <w:pPr>
        <w:jc w:val="right"/>
      </w:pPr>
      <w:r>
        <w:t>ہمیشہ میں نے پایا ہے کہ جو چیز جو چیز موجود نہیں تھی، وہ پیشنس موجود نہیں تھا۔ اس لیے بھڑک اٹھا معاملہ اور فساد ہو گیا۔ ذرا سی بات تو ذرا سی بات تو گھر پہ ہوتی ہے۔</w:t>
      </w:r>
    </w:p>
    <w:p>
      <w:r>
        <w:rPr>
          <w:b/>
        </w:rPr>
        <w:t xml:space="preserve">[1:12:17] </w:t>
      </w:r>
      <w:r>
        <w:t>zara si baat to hamesha hogi.</w:t>
      </w:r>
    </w:p>
    <w:p>
      <w:pPr>
        <w:jc w:val="right"/>
      </w:pPr>
      <w:r>
        <w:t>ذرا سی بات تو ہمیشہ ہوگی۔</w:t>
      </w:r>
    </w:p>
    <w:p>
      <w:r>
        <w:rPr>
          <w:b/>
        </w:rPr>
        <w:t xml:space="preserve">[1:12:20] </w:t>
      </w:r>
      <w:r>
        <w:t>jab bhi aap mil jul kar rahengay, social life mein thori thori baatein hamesha hoti rahengi. chahe hindu musalman hon ya sirf musalman hon ya sirf hindu hon, hoga woh.</w:t>
      </w:r>
    </w:p>
    <w:p>
      <w:pPr>
        <w:jc w:val="right"/>
      </w:pPr>
      <w:r>
        <w:t>جب بھی آپ مل جل کر رہیں گے، سوشل لائف میں تھوڑی تھوڑی باتیں ہمیشہ ہوتی رہیں گی۔ چاہے ہندو مسلمان ہوں یا صرف مسلمان ہوں یا صرف ہندو ہوں، ہوگا وہ۔</w:t>
      </w:r>
    </w:p>
    <w:p>
      <w:r>
        <w:rPr>
          <w:b/>
        </w:rPr>
        <w:t xml:space="preserve">[1:12:33] </w:t>
      </w:r>
      <w:r>
        <w:t>to sirf is ka hal sirf yeh hai ke log yani bharkna chorein, provoke na hon, patience se kaam kaam lein, choti choti baaton ko nazar andaaz karein aur koi hal is ka doosra hai nahi.</w:t>
      </w:r>
    </w:p>
    <w:p>
      <w:pPr>
        <w:jc w:val="right"/>
      </w:pPr>
      <w:r>
        <w:t>تو صرف اس کا حل صرف یہ ہے کہ لوگ یعنی بھڑکنا چھوڑیں، پرووک نہ ہوں، پیشنس سے کام کام لیں، چھوٹی چھوٹی باتوں کو نظر انداز کریں اور کوئی حل اس کا دوسرا ہے نہیں۔</w:t>
      </w:r>
    </w:p>
    <w:p>
      <w:r>
        <w:rPr>
          <w:b/>
        </w:rPr>
        <w:t xml:space="preserve">[1:12:52] </w:t>
      </w:r>
      <w:r>
        <w:t>is par hum bohat likh chukay hain. merit ka fasad hua tha 1986 mein to bohat lambi report hum ne likhi thi.</w:t>
      </w:r>
    </w:p>
    <w:p>
      <w:pPr>
        <w:jc w:val="right"/>
      </w:pPr>
      <w:r>
        <w:t>اس پر ہم بہت لکھ چکے ہیں۔ میرٹ کا فساد ہوا تھا 1986 میں تو بہت لمبی رپورٹ ہم نے لکھی تھی۔</w:t>
      </w:r>
    </w:p>
    <w:p>
      <w:r>
        <w:rPr>
          <w:b/>
        </w:rPr>
        <w:t xml:space="preserve">[1:13:01] </w:t>
      </w:r>
      <w:r>
        <w:t>poora risala is mein 50 safhay ki is mein yeh sab baatein likhi theen tafseel ke sath ke india ka right jo hai, is ki sab genesis yahi hai ke mil jul kar rehna hi parta hai.</w:t>
      </w:r>
    </w:p>
    <w:p>
      <w:pPr>
        <w:jc w:val="right"/>
      </w:pPr>
      <w:r>
        <w:t>پورا رسالہ اس میں 50 صفحے کی اس میں یہ سب باتیں لکھی تھیں تفصیل کے ساتھ کہ انڈیا کا رائٹ جو ہے، اس کی سب جینیسس یہی ہے کہ مل جل کر رہنا ہی پڑتا ہے۔</w:t>
      </w:r>
    </w:p>
    <w:p>
      <w:r>
        <w:rPr>
          <w:b/>
        </w:rPr>
        <w:t xml:space="preserve">[1:13:15] </w:t>
      </w:r>
      <w:r>
        <w:t>humein social life to hamari hoti hi hoti hai,</w:t>
      </w:r>
    </w:p>
    <w:p>
      <w:pPr>
        <w:jc w:val="right"/>
      </w:pPr>
      <w:r>
        <w:t>ہمیں سوشل لائف تو ہماری ہوتی ہی ہوتی ہے،</w:t>
      </w:r>
    </w:p>
    <w:p>
      <w:r>
        <w:rPr>
          <w:b/>
        </w:rPr>
        <w:t xml:space="preserve">[1:13:18] </w:t>
      </w:r>
      <w:r>
        <w:t>lekin to social life mein aisa lazman hoga ke kisi ke khilaf kuch baat ho jayegi. choti si baat, is choti si baat ko aap avoid kijiye, nazar andaaz kijiye, is ko bardasht kar lijye.</w:t>
      </w:r>
    </w:p>
    <w:p>
      <w:pPr>
        <w:jc w:val="right"/>
      </w:pPr>
      <w:r>
        <w:t>لیکن تو سوشل لائف میں ایسا لازماً ہوگا کہ کسی کے خلاف کچھ بات ہو جائے گی۔ چھوٹی سی بات، اس چھوٹی سی بات کو آپ اوائڈ کیجئے، نظر انداز کیجئے، اس کو برداشت کر لیجئے۔</w:t>
      </w:r>
    </w:p>
    <w:p>
      <w:r>
        <w:rPr>
          <w:b/>
        </w:rPr>
        <w:t xml:space="preserve">[1:13:32] </w:t>
      </w:r>
      <w:r>
        <w:t>aur nahi to phir kya hoga? woh main ne ek hadith is mein naqal ki thi. ek sahabi ka qaul hai ke "malayurda bil qaleel mimma yati bis safheeyarada bil kaseer"</w:t>
      </w:r>
    </w:p>
    <w:p>
      <w:pPr>
        <w:jc w:val="right"/>
      </w:pPr>
      <w:r>
        <w:t>اور نہیں تو پھر کیا ہوگا؟ وہ میں نے ایک حدیث اس میں نقل کی تھی۔ ایک صحابی کا قول ہے کہ "ملایرضا بالقلیل مما یاتی بہ الصفیہیرضا بالکثیر"</w:t>
      </w:r>
    </w:p>
    <w:p>
      <w:r>
        <w:rPr>
          <w:b/>
        </w:rPr>
        <w:t xml:space="preserve">[1:13:47] </w:t>
      </w:r>
      <w:r>
        <w:t>. yani jo aadmi chotay shar ko bardasht nahi karega ijtamai zindagi mein, us ko ijtamai zindagi ke baray shar ko bardasht karna padega.</w:t>
      </w:r>
    </w:p>
    <w:p>
      <w:pPr>
        <w:jc w:val="right"/>
      </w:pPr>
      <w:r>
        <w:t>۔ یعنی جو آدمی چھوٹے شر کو برداشت نہیں کرے گا اجتماعی زندگی میں، اس کو اجتماعی زندگی کے بڑے شر کو برداشت کرنا پڑے گا۔</w:t>
      </w:r>
    </w:p>
    <w:p>
      <w:r>
        <w:rPr>
          <w:b/>
        </w:rPr>
        <w:t xml:space="preserve">[1:13:59] </w:t>
      </w:r>
      <w:r>
        <w:t>yani social life mein jo option hai, woh hai less evil aur get evil ka. yani evil aur no evil ka option nahi hai.</w:t>
      </w:r>
    </w:p>
    <w:p>
      <w:pPr>
        <w:jc w:val="right"/>
      </w:pPr>
      <w:r>
        <w:t>یعنی سوشل لائف میں جو آپشن ہے، وہ ہے لیس ایول اور گیٹ ایول کا۔ یعنی ایول اور نو ایول کا آپشن نہیں ہے۔</w:t>
      </w:r>
    </w:p>
    <w:p>
      <w:r>
        <w:rPr>
          <w:b/>
        </w:rPr>
        <w:t xml:space="preserve">[1:14:08] </w:t>
      </w:r>
      <w:r>
        <w:t>is ko achi tarah samajh lijye. yeh sara yani jo misr mein jo kuch ho raha hai ya iraq aur pakistan mein jo kuch ho raha hai ya india mein jo kuch ho raha hai, har jagah hi apply hota hai formula ke zindagi mein jo hamein option hai,</w:t>
      </w:r>
    </w:p>
    <w:p>
      <w:pPr>
        <w:jc w:val="right"/>
      </w:pPr>
      <w:r>
        <w:t>اس کو اچھی طرح سمجھ لیجئے۔ یہ سارا یعنی جو مصر میں جو کچھ ہو رہا ہے یا عراق اور پاکستان میں جو کچھ ہو رہا ہے یا انڈیا میں جو کچھ ہو رہا ہے، ہر جگہ ہی اپلائی ہوتا ہے فارمولا کہ زندگی میں جو ہمیں آپشن ہے،</w:t>
      </w:r>
    </w:p>
    <w:p>
      <w:r>
        <w:rPr>
          <w:b/>
        </w:rPr>
        <w:t xml:space="preserve">[1:14:27] </w:t>
      </w:r>
      <w:r>
        <w:t>between evil aur no evil nahi hai, balkay between get evil aur less evil hai.</w:t>
      </w:r>
    </w:p>
    <w:p>
      <w:pPr>
        <w:jc w:val="right"/>
      </w:pPr>
      <w:r>
        <w:t>بٹوین ایول اور نو ایول نہیں ہے، بلکہ بٹوین گیٹ ایول اور لیس ایول ہے۔</w:t>
      </w:r>
    </w:p>
    <w:p>
      <w:r>
        <w:rPr>
          <w:b/>
        </w:rPr>
        <w:t xml:space="preserve">[1:14:35] </w:t>
      </w:r>
      <w:r>
        <w:t>aap ko less evil ko bardasht karna hi padega ta ke aap get evil se bacha sakein apne aap ko. kyunke no evil ki situation to kabhi pai hi nahi jayegi.</w:t>
      </w:r>
    </w:p>
    <w:p>
      <w:pPr>
        <w:jc w:val="right"/>
      </w:pPr>
      <w:r>
        <w:t>آپ کو لیس ایول کو برداشت کرنا ہی پڑے گا تاکہ آپ گیٹ ایول سے بچا سکیں اپنے آپ کو۔ کیونکہ نو ایول کی سچوئیشن تو کبھی پائی ہی نہیں جائے گی۔</w:t>
      </w:r>
    </w:p>
    <w:p>
      <w:r>
        <w:rPr>
          <w:b/>
        </w:rPr>
        <w:t xml:space="preserve">[1:14:48] </w:t>
      </w:r>
      <w:r>
        <w:t>no evil ki situation chahe peghamabari duniya mein hon, tab bhi nahi ho sakti. tab bhi mumkin nahi hai aisa. kyunke ijtamai zindagi mein hamesha kuch na kuch hota rehta hai.</w:t>
      </w:r>
    </w:p>
    <w:p>
      <w:pPr>
        <w:jc w:val="right"/>
      </w:pPr>
      <w:r>
        <w:t>نو ایول کی سچوئیشن چاہے پیغمبری دنیا میں ہوں، تب بھی نہیں ہو سکتی۔ تب بھی ممکن نہیں ہے ایسا۔ کیونکہ اجتماعی زندگی میں ہمیشہ کچھ نہ کچھ ہوتا رہتا ہے۔</w:t>
      </w:r>
    </w:p>
    <w:p>
      <w:r>
        <w:rPr>
          <w:b/>
        </w:rPr>
        <w:t xml:space="preserve">[1:15:00] </w:t>
      </w:r>
      <w:r>
        <w:t>ijtamai zindagi mein namumkin hai ke kuch na kuch unwanted situation paida na ho. to main phir repeat karunga ke is duniya mein aadmi ke liye jo choice hai, woh between evil aur no evil nahi hai.</w:t>
      </w:r>
    </w:p>
    <w:p>
      <w:pPr>
        <w:jc w:val="right"/>
      </w:pPr>
      <w:r>
        <w:t>اجتماعی زندگی میں ناممکن ہے کہ کچھ نہ کچھ ان وانٹڈ سچوئیشن پیدا نہ ہو۔ تو میں پھر ریپیٹ کروں گا کہ اس دنیا میں آدمی کے لیے جو چوائس ہے، وہ بٹوین ایول اور نو ایول نہیں ہے۔</w:t>
      </w:r>
    </w:p>
    <w:p>
      <w:r>
        <w:rPr>
          <w:b/>
        </w:rPr>
        <w:t xml:space="preserve">[1:15:17] </w:t>
      </w:r>
      <w:r>
        <w:t>woh between get evil aur less evil hai. to aap less evil ka choice le lijye ta ke aap get evil se bacha sakein.</w:t>
      </w:r>
    </w:p>
    <w:p>
      <w:pPr>
        <w:jc w:val="right"/>
      </w:pPr>
      <w:r>
        <w:t>وہ بٹوین گیٹ ایول اور لیس ایول ہے۔ تو آپ لیس ایول کا چوائس لے لیجئے تاکہ آپ گیٹ ایول سے بچ سکیں۔</w:t>
      </w:r>
    </w:p>
    <w:p>
      <w:r>
        <w:rPr>
          <w:b/>
        </w:rPr>
        <w:t xml:space="preserve">[1:15:30] </w:t>
      </w:r>
      <w:r>
        <w:t>maulana, agla sawal lainay se pehlay ek comment parhna chahengay jo maulana abdul basit umri ne bheja hai doha qatar se.</w:t>
      </w:r>
    </w:p>
    <w:p>
      <w:pPr>
        <w:jc w:val="right"/>
      </w:pPr>
      <w:r>
        <w:t>مولانا، اگلا سوال لینے سے پہلے ایک کمنٹ پڑھنا چاہیں گے جو مولانا عبدالباسط عمری نے بھیجا ہے دوحہ قطر سے۔</w:t>
      </w:r>
    </w:p>
    <w:p>
      <w:r>
        <w:rPr>
          <w:b/>
        </w:rPr>
        <w:t xml:space="preserve">[1:15:39] </w:t>
      </w:r>
      <w:r>
        <w:t>unhon ne likha hai: "maulana, aaj aap ne talif e qalb ke baray mein jo yeh kaha ke kisi ko acknowledge karna yeh bhi talif e qalb hai, yeh mere liye bohat bari baat hai.</w:t>
      </w:r>
    </w:p>
    <w:p>
      <w:pPr>
        <w:jc w:val="right"/>
      </w:pPr>
      <w:r>
        <w:t>انہوں نے لکھا ہے: "مولانا، آج آپ نے تالیف قلب کے بارے میں جو یہ کہا کہ کسی کو ایکنالج کرنا یہ بھی تالیف قلب ہے، یہ میرے لیے بہت بڑی بات ہے۔</w:t>
      </w:r>
    </w:p>
    <w:p>
      <w:r>
        <w:rPr>
          <w:b/>
        </w:rPr>
        <w:t xml:space="preserve">[1:15:53] </w:t>
      </w:r>
      <w:r>
        <w:t>main ne zindagi mein pehli bar yeh jana hai.</w:t>
      </w:r>
    </w:p>
    <w:p>
      <w:pPr>
        <w:jc w:val="right"/>
      </w:pPr>
      <w:r>
        <w:t>میں نے زندگی میں پہلی بار یہ جانا ہے۔</w:t>
      </w:r>
    </w:p>
    <w:p>
      <w:r>
        <w:rPr>
          <w:b/>
        </w:rPr>
        <w:t xml:space="preserve">[1:15:57] </w:t>
      </w:r>
      <w:r>
        <w:t>doosri baat jo aap ne batayi ke takzeeb e anbiya ka dor khatam hua, lekin takzeeb e ayat jari hai. is jumlay ne tadabbur aur tafakkur ke baray mein mujhe bohat sanjeeda bana diya.</w:t>
      </w:r>
    </w:p>
    <w:p>
      <w:pPr>
        <w:jc w:val="right"/>
      </w:pPr>
      <w:r>
        <w:t>دوسری بات جو آپ نے بتائی کہ تکذیب انبیاء کا دور ختم ہوا، لیکن تکذیب آیت جاری ہے۔ اس جملے نے تدبر اور تفکر کے بارے میں مجھے بہت سنجیدہ بنا دیا۔</w:t>
      </w:r>
    </w:p>
    <w:p>
      <w:r>
        <w:rPr>
          <w:b/>
        </w:rPr>
        <w:t xml:space="preserve">[1:16:11] </w:t>
      </w:r>
      <w:r>
        <w:t>mere liye tadabbur aur tafakkur par ubharne ke liye bohat bari baat bani. maulana, aap akeley insan hain jo hamein khuda ki marifat ke baray mein batatay hain aur hamein Allah se jortay hain.</w:t>
      </w:r>
    </w:p>
    <w:p>
      <w:pPr>
        <w:jc w:val="right"/>
      </w:pPr>
      <w:r>
        <w:t>میرے لیے تدبر اور تفکر پر ابھارنے کے لیے بہت بڑی بات بنی۔ مولانا، آپ اکیلے انسان ہیں جو ہمیں خدا کی معرفت کے بارے میں بتاتے ہیں اور ہمیں اللہ سے جوڑتے ہیں۔</w:t>
      </w:r>
    </w:p>
    <w:p>
      <w:r>
        <w:rPr>
          <w:b/>
        </w:rPr>
        <w:t xml:space="preserve">[1:16:26] </w:t>
      </w:r>
      <w:r>
        <w:t>Allah aap ko lambi umar aur sehat de."</w:t>
      </w:r>
    </w:p>
    <w:p>
      <w:pPr>
        <w:jc w:val="right"/>
      </w:pPr>
      <w:r>
        <w:t>اللہ آپ کو لمبی عمر اور صحت دے۔"</w:t>
      </w:r>
    </w:p>
    <w:p>
      <w:r>
        <w:rPr>
          <w:b/>
        </w:rPr>
        <w:t xml:space="preserve">[1:16:31] </w:t>
      </w:r>
      <w:r>
        <w:t>maulana, agla sawal singapore se hai mr. slish malhotra ka. unhon ne likha hai: "maulana, my question for this morning is that we all have been delivered a message of god through quran, which is the book of god.</w:t>
      </w:r>
    </w:p>
    <w:p>
      <w:pPr>
        <w:jc w:val="right"/>
      </w:pPr>
      <w:r>
        <w:t>مولانا، اگلا سوال سنگاپور سے ہے مسٹر سلیش ملہوترا کا۔ انہوں نے لکھا ہے: "مولانا، مائی کوئسچن فار دس مارننگ از دیٹ وی آل ہیو بین ڈیلیورڈ ا میسج اف گاڈ تھرو قرآن، وچ از دا بک اف گاڈ۔</w:t>
      </w:r>
    </w:p>
    <w:p>
      <w:r>
        <w:rPr>
          <w:b/>
        </w:rPr>
        <w:t xml:space="preserve">[1:16:48] </w:t>
      </w:r>
      <w:r>
        <w:t>this book has no other meaning other than that has been stated</w:t>
      </w:r>
    </w:p>
    <w:p>
      <w:pPr>
        <w:jc w:val="right"/>
      </w:pPr>
      <w:r>
        <w:t>دس بک ہیز نو ادر میننگ ادر دین دیٹ ہیز بین سٹیٹڈ</w:t>
      </w:r>
    </w:p>
    <w:p>
      <w:r>
        <w:rPr>
          <w:b/>
        </w:rPr>
        <w:t xml:space="preserve">[1:16:53] </w:t>
      </w:r>
      <w:r>
        <w:t>. then why are the verses being interpreted in different manner? is this a twenty first century phenomena?</w:t>
      </w:r>
    </w:p>
    <w:p>
      <w:pPr>
        <w:jc w:val="right"/>
      </w:pPr>
      <w:r>
        <w:t>۔ دین وائی آر دا ورسز بینگ انٹرپریٹڈ ان ڈفرنٹ مینر؟ از دس ا ٹونٹی فرسٹ سینچری فیناومینا؟</w:t>
      </w:r>
    </w:p>
    <w:p>
      <w:r>
        <w:rPr>
          <w:b/>
        </w:rPr>
        <w:t xml:space="preserve">[1:17:03] </w:t>
      </w:r>
      <w:r>
        <w:t>is this because there are too many distractions in the world today as compared to before? given below are two reasons why i am asking this from you.</w:t>
      </w:r>
    </w:p>
    <w:p>
      <w:pPr>
        <w:jc w:val="right"/>
      </w:pPr>
      <w:r>
        <w:t>از دس بیکاز دیر آر ٹو مینی ڈسٹریکشنز ان دا ورلڈ ٹوڈے ایز کمپیر ٹو بیفور؟ گیون بیلو آر ٹو ریزنز وائی آئی ایم اسکنگ دس فرام یو۔</w:t>
      </w:r>
    </w:p>
    <w:p>
      <w:r>
        <w:rPr>
          <w:b/>
        </w:rPr>
        <w:t xml:space="preserve">[1:17:15] </w:t>
      </w:r>
      <w:r>
        <w:t>my first reason is from a common person view</w:t>
      </w:r>
    </w:p>
    <w:p>
      <w:pPr>
        <w:jc w:val="right"/>
      </w:pPr>
      <w:r>
        <w:t>مائی فرسٹ ریزن از فرام ا کامن پرسن ویو</w:t>
      </w:r>
    </w:p>
    <w:p>
      <w:r>
        <w:rPr>
          <w:b/>
        </w:rPr>
        <w:t xml:space="preserve">[1:17:18] </w:t>
      </w:r>
      <w:r>
        <w:t>. when i speak to my muslim friends, i often remind them that they should not drink wine or smoke as this is forbidden.</w:t>
      </w:r>
    </w:p>
    <w:p>
      <w:pPr>
        <w:jc w:val="right"/>
      </w:pPr>
      <w:r>
        <w:t>۔ وین آئی سپیک ٹو مائی مسلم فرینڈز، آئی افن ریمائنڈ دیم دیٹ دے شوڈ ناٹ ڈرنک وائن اور سموک ایز دس از فاربیڈن۔</w:t>
      </w:r>
    </w:p>
    <w:p>
      <w:r>
        <w:rPr>
          <w:b/>
        </w:rPr>
        <w:t xml:space="preserve">[1:17:28] </w:t>
      </w:r>
      <w:r>
        <w:t>and i am often told that my interpretation is wrong as the verse says that you may not drink and not you must not drink.</w:t>
      </w:r>
    </w:p>
    <w:p>
      <w:pPr>
        <w:jc w:val="right"/>
      </w:pPr>
      <w:r>
        <w:t>اینڈ آئی ایم افن ٹولڈ دیٹ مائی انٹرپریٹیشن از رونگ ایز دا ورس سیز دیٹ یو می ناٹ ڈرنک اینڈ ناٹ یو مسٹ ناٹ ڈرنک۔</w:t>
      </w:r>
    </w:p>
    <w:p>
      <w:r>
        <w:rPr>
          <w:b/>
        </w:rPr>
        <w:t xml:space="preserve">[1:17:39] </w:t>
      </w:r>
      <w:r>
        <w:t>this is a clear example of misinterpretation.</w:t>
      </w:r>
    </w:p>
    <w:p>
      <w:pPr>
        <w:jc w:val="right"/>
      </w:pPr>
      <w:r>
        <w:t>دس از ا کلیئر ایگزیمپل اف مس انٹرپریٹیشن۔</w:t>
      </w:r>
    </w:p>
    <w:p>
      <w:r>
        <w:rPr>
          <w:b/>
        </w:rPr>
        <w:t xml:space="preserve">[1:17:43] </w:t>
      </w:r>
      <w:r>
        <w:t>secondly, the reason from my muslim friends, second reason from my muslim friends who often debate and justify their actions taken by extremists in palestine, afghanistan and hell osama bin laden as a true representative of muslims who dare to challenge the powerful countries.</w:t>
      </w:r>
    </w:p>
    <w:p>
      <w:pPr>
        <w:jc w:val="right"/>
      </w:pPr>
      <w:r>
        <w:t>سیکنڈلی، دا ریزن فرام مائی مسلم فرینڈز، سیکنڈ ریزن فرام مائی مسلم فرینڈز ہو افن ڈیبیٹ اینڈ جسٹیفائی دی ایکشنز ٹیکن بائے ایکسٹریمسٹ ان پیلسٹائن، افغانستان اینڈ ہیل اسامہ بن لادن ایز ا ٹرو ریپریزنٹیٹیو اف مسلمز ہو ڈیئر ٹو چیلنج دی پاورفل کنٹریز۔</w:t>
      </w:r>
    </w:p>
    <w:p>
      <w:r>
        <w:rPr>
          <w:b/>
        </w:rPr>
        <w:t xml:space="preserve">[1:18:04] </w:t>
      </w:r>
      <w:r>
        <w:t>this again is a misinterpretation by very educated people who have several degrees to their names.</w:t>
      </w:r>
    </w:p>
    <w:p>
      <w:pPr>
        <w:jc w:val="right"/>
      </w:pPr>
      <w:r>
        <w:t>دس اگین از ا مس انٹرپریٹیشن بائے ویری ایجوکیٹڈ پیپل ہو ہیو سیورل ڈگریز ٹو دیر نیمز۔</w:t>
      </w:r>
    </w:p>
    <w:p>
      <w:r>
        <w:rPr>
          <w:b/>
        </w:rPr>
        <w:t xml:space="preserve">[1:18:12] </w:t>
      </w:r>
      <w:r>
        <w:t>please throw some light on this."</w:t>
      </w:r>
    </w:p>
    <w:p>
      <w:pPr>
        <w:jc w:val="right"/>
      </w:pPr>
      <w:r>
        <w:t>پلیز تھرو سم لائٹ ان دس۔"</w:t>
      </w:r>
    </w:p>
    <w:p>
      <w:r>
        <w:rPr>
          <w:b/>
        </w:rPr>
        <w:t xml:space="preserve">[1:18:18] </w:t>
      </w:r>
      <w:r>
        <w:t>dekhen, ilm ki do bari branches hain: humanities aur physical sciences. physical sciences jo hain, woh mathematics par base karti hain.</w:t>
      </w:r>
    </w:p>
    <w:p>
      <w:pPr>
        <w:jc w:val="right"/>
      </w:pPr>
      <w:r>
        <w:t>دیکھیں، علم کی دو بڑی برانچز ہیں: ہیومیڈیٹیز اور فزیکل سائنسز۔ فزیکل سائنسز جو ہیں، وہ میتھمیٹکس پر بیس کرتی ہیں۔</w:t>
      </w:r>
    </w:p>
    <w:p>
      <w:r>
        <w:rPr>
          <w:b/>
        </w:rPr>
        <w:t xml:space="preserve">[1:18:33] </w:t>
      </w:r>
      <w:r>
        <w:t>lekin humanities mein aap mathematics nahin chala sakte.</w:t>
      </w:r>
    </w:p>
    <w:p>
      <w:pPr>
        <w:jc w:val="right"/>
      </w:pPr>
      <w:r>
        <w:t>لیکن ہیومیڈیٹیز میں آپ میتھمیٹکس نہیں چلا سکتے۔</w:t>
      </w:r>
    </w:p>
    <w:p>
      <w:r>
        <w:rPr>
          <w:b/>
        </w:rPr>
        <w:t xml:space="preserve">[1:18:38] </w:t>
      </w:r>
      <w:r>
        <w:t>yahan par to yani philosophy, philosophical thinking chalti hai. to physical science mein option sirf ek rehta hai.</w:t>
      </w:r>
    </w:p>
    <w:p>
      <w:pPr>
        <w:jc w:val="right"/>
      </w:pPr>
      <w:r>
        <w:t>یہاں پر تو یعنی فلاسفی، فلاسفیکل تھنکنگ چلتی ہے۔ تو فزیکل سائنس میں آپشن صرف ایک رہتا ہے۔</w:t>
      </w:r>
    </w:p>
    <w:p>
      <w:r>
        <w:rPr>
          <w:b/>
        </w:rPr>
        <w:t xml:space="preserve">[1:18:53] </w:t>
      </w:r>
      <w:r>
        <w:t>kyunke do aur do char hi banenge. do aur do mil kar na paanch banenge, na teen banenge.</w:t>
      </w:r>
    </w:p>
    <w:p>
      <w:pPr>
        <w:jc w:val="right"/>
      </w:pPr>
      <w:r>
        <w:t>کیونکہ دو اور دو چار ہی بنیں گے۔ دو اور دو مل کر نہ پانچ بنیں گے، نہ تین بنیں گے۔</w:t>
      </w:r>
    </w:p>
    <w:p>
      <w:r>
        <w:rPr>
          <w:b/>
        </w:rPr>
        <w:t xml:space="preserve">[1:19:00] </w:t>
      </w:r>
      <w:r>
        <w:t>to physical science mein aap ke liye option sirf ek rehta hai ke jo mathematical calculations hain, jo baat nikal rahi hai, us ko maan len. lekin humanities mein aisa nahin ho sakta.</w:t>
      </w:r>
    </w:p>
    <w:p>
      <w:pPr>
        <w:jc w:val="right"/>
      </w:pPr>
      <w:r>
        <w:t>تو فزیکل سائنس میں آپ کے لیے آپشن صرف ایک رہتا ہے کہ جو میتھمیٹیکل کیلکولیشنز ہیں، جو بات نکل رہی ہے، اس کو مان لیں۔ لیکن ہیومیڈیٹیز میں ایسا نہیں ہو سکتا۔</w:t>
      </w:r>
    </w:p>
    <w:p>
      <w:r>
        <w:rPr>
          <w:b/>
        </w:rPr>
        <w:t xml:space="preserve">[1:19:12] </w:t>
      </w:r>
      <w:r>
        <w:t>dawat ka kaam jo hai, woh is ka ta'alluq humanities se hai. humanities to humanities mein hamesha mis interpretation ka mauqa baqi rahe</w:t>
      </w:r>
    </w:p>
    <w:p>
      <w:pPr>
        <w:jc w:val="right"/>
      </w:pPr>
      <w:r>
        <w:t>دعوت کا کام جو ہے، وہ اس کا تعلق ہیومیڈیٹیز سے ہے۔ ہیومیڈیٹیز تو ہیومیڈیٹیز میں ہمیشہ مس انٹرپریشن کا موقع باقی رہے</w:t>
      </w:r>
    </w:p>
    <w:p>
      <w:r>
        <w:rPr>
          <w:b/>
        </w:rPr>
        <w:t xml:space="preserve">[1:19:22] </w:t>
      </w:r>
      <w:r>
        <w:t>ga. aap kuch bhi kahiye, kuch bhi kahiye, aadmi ke liye mauqa rahega ke us ko ek aur angle se dekhe, ek aur baat us mein mila de.</w:t>
      </w:r>
    </w:p>
    <w:p>
      <w:pPr>
        <w:jc w:val="right"/>
      </w:pPr>
      <w:r>
        <w:t>گا۔ آپ کچھ بھی کہیے، کچھ بھی کہیے، آدمی کے لیے موقع رہے گا کہ اس کو ایک اور اینگل سے دیکھے، ایک اور بات اس میں ملا دے۔</w:t>
      </w:r>
    </w:p>
    <w:p>
      <w:r>
        <w:rPr>
          <w:b/>
        </w:rPr>
        <w:t xml:space="preserve">[1:19:32] </w:t>
      </w:r>
      <w:r>
        <w:t>to mis interpretation jo hai, woh humanities mein hamesha rehta hai. to yahan par kya cheez bachati hai aadmi ko?</w:t>
      </w:r>
    </w:p>
    <w:p>
      <w:pPr>
        <w:jc w:val="right"/>
      </w:pPr>
      <w:r>
        <w:t>تو مس انٹرپریشن جو ہے، وہ ہیومیڈیٹیز میں ہمیشہ رہتا ہے۔ تو یہاں پر کیا چیز بچاتی ہے آدمی کو؟</w:t>
      </w:r>
    </w:p>
    <w:p>
      <w:r>
        <w:rPr>
          <w:b/>
        </w:rPr>
        <w:t xml:space="preserve">[1:19:43] </w:t>
      </w:r>
      <w:r>
        <w:t>woh hai sincerity. yani text nahin bacha sakta.</w:t>
      </w:r>
    </w:p>
    <w:p>
      <w:pPr>
        <w:jc w:val="right"/>
      </w:pPr>
      <w:r>
        <w:t>وہ ہے سنسیرٹی۔ یعنی ٹیکسٹ نہیں بچا سکتا۔</w:t>
      </w:r>
    </w:p>
    <w:p>
      <w:r>
        <w:rPr>
          <w:b/>
        </w:rPr>
        <w:t xml:space="preserve">[1:19:49] </w:t>
      </w:r>
      <w:r>
        <w:t>yaad rakhiye, physical science mein text hi kafi hai ke aap ko bachaye mis interpretation se. khud text kafi hai.</w:t>
      </w:r>
    </w:p>
    <w:p>
      <w:pPr>
        <w:jc w:val="right"/>
      </w:pPr>
      <w:r>
        <w:t>یاد رکھیے، فزیکل سائنس میں ٹیکسٹ ہی کافی ہے کہ آپ کو بچائے مس انٹرپریٹیشن سے۔ خود ٹیکسٹ کافی ہے۔</w:t>
      </w:r>
    </w:p>
    <w:p>
      <w:r>
        <w:rPr>
          <w:b/>
        </w:rPr>
        <w:t xml:space="preserve">[1:19:58] </w:t>
      </w:r>
      <w:r>
        <w:t>humanities mein jis ko, jis ka mazhab se ta'alluq hai, rohaniyat se ta'alluq hai, wahan par khud text kabhi bhi nahin bacha sakta aap ko mis interpretation se.</w:t>
      </w:r>
    </w:p>
    <w:p>
      <w:pPr>
        <w:jc w:val="right"/>
      </w:pPr>
      <w:r>
        <w:t>ہیومیڈیٹیز میں جس کو، جس کا مذہب سے تعلق ہے، روحانیت سے تعلق ہے، وہاں پر خود ٹیکسٹ کبھی بھی نہیں بچا سکتا آپ کو مس انٹرپریٹیشن سے۔</w:t>
      </w:r>
    </w:p>
    <w:p>
      <w:r>
        <w:rPr>
          <w:b/>
        </w:rPr>
        <w:t xml:space="preserve">[1:20:11] </w:t>
      </w:r>
      <w:r>
        <w:t>woh to yeh hai ke aadmi sincere ho, aadmi waqai honest ho aur waqatan is ke andar objective thinking ho.</w:t>
      </w:r>
    </w:p>
    <w:p>
      <w:pPr>
        <w:jc w:val="right"/>
      </w:pPr>
      <w:r>
        <w:t>وہ تو یہ ہے کہ آدمی سنسیئر ہو، آدمی واقعی آنسٹ ہو اور واقعتا اس کے اندر ابجیکٹو تھنکنگ ہو۔</w:t>
      </w:r>
    </w:p>
    <w:p>
      <w:r>
        <w:rPr>
          <w:b/>
        </w:rPr>
        <w:t xml:space="preserve">[1:20:21] </w:t>
      </w:r>
      <w:r>
        <w:t>tab bach payega. woh nahin bachega nahin. hamesha kuch ko kuch keh dega. mujhe ek bohat hi ajeeb waqia yaad aaya.</w:t>
      </w:r>
    </w:p>
    <w:p>
      <w:pPr>
        <w:jc w:val="right"/>
      </w:pPr>
      <w:r>
        <w:t>تب بچ پائے گا۔ وہ نہیں بچے گا نہیں۔ ہمیشہ کچھ کو کچھ کہہ دے گا۔ مجھے ایک بہت ہی عجیب واقعہ یاد آیا۔</w:t>
      </w:r>
    </w:p>
    <w:p>
      <w:r>
        <w:rPr>
          <w:b/>
        </w:rPr>
        <w:t xml:space="preserve">[1:20:31] </w:t>
      </w:r>
      <w:r>
        <w:t>main lucknow mein ek baar road pe chal raha tha paidal to maine dekha ke ek ek naujawan cycle daudata hua aa</w:t>
      </w:r>
    </w:p>
    <w:p>
      <w:pPr>
        <w:jc w:val="right"/>
      </w:pPr>
      <w:r>
        <w:t>میں لکھنو میں ایک بار روڈ پہ چل رہا تھا پیدل تو میں نے دیکھا کہ ایک ایک نوجوان سائیکل دوڑاتا ہوا آ</w:t>
      </w:r>
    </w:p>
    <w:p>
      <w:r>
        <w:rPr>
          <w:b/>
        </w:rPr>
        <w:t xml:space="preserve">[1:20:40] </w:t>
      </w:r>
      <w:r>
        <w:t>ya. bohat tez dorata hua. to wahan par mor tha. to mor par jab woh mara to aage ek bechara dehati boodha koi tha, us se takra gaya.</w:t>
      </w:r>
    </w:p>
    <w:p>
      <w:pPr>
        <w:jc w:val="right"/>
      </w:pPr>
      <w:r>
        <w:t>یا۔ بہت تیز دوڑاتا ہوا۔ تو وہاں پر موڑ تھا۔ تو موڑ پر جب وہ مڑا تو آگے ایک بیچارہ دیہاتی بوڑھا کوئی تھا، اس سے ٹکرا گیا۔</w:t>
      </w:r>
    </w:p>
    <w:p>
      <w:r>
        <w:rPr>
          <w:b/>
        </w:rPr>
        <w:t xml:space="preserve">[1:20:52] </w:t>
      </w:r>
      <w:r>
        <w:t>to woh gir ke gir pada hua. woh cycle bhi ruk gayi. to jo aadmi gir gaya tha road par, us ne kaha ke is ladke se kaha ke ghanti kyun nahi bajai?</w:t>
      </w:r>
    </w:p>
    <w:p>
      <w:pPr>
        <w:jc w:val="right"/>
      </w:pPr>
      <w:r>
        <w:t>تو وہ گر کے گر پڑا ہوا۔ وہ سائیکل بھی رک گئی۔ تو جو آدمی گر گر گیا تھا روڈ پر، اس نے کہا کہ اس لڑکے سے کہا کہ اس لڑکے سے کہا کہ گھنٹی کیوں نہیں بجائی؟</w:t>
      </w:r>
    </w:p>
    <w:p>
      <w:r>
        <w:rPr>
          <w:b/>
        </w:rPr>
        <w:t xml:space="preserve">[1:21:08] </w:t>
      </w:r>
      <w:r>
        <w:t>to ladka kehta hai ke ghanti na ho to? to us ne kaha ke break kyun nahi lagaya? to ladka kehta hai ke break na ho to?</w:t>
      </w:r>
    </w:p>
    <w:p>
      <w:pPr>
        <w:jc w:val="right"/>
      </w:pPr>
      <w:r>
        <w:t>تو لڑکا کہتا ہے کہ گھنٹی نہ ہو تو؟ تو اس نے کہا کہ بریک کیوں نہیں لگایا؟ تو لڑکا کہتا ہے کہ بریک نہ ہو تو؟</w:t>
      </w:r>
    </w:p>
    <w:p>
      <w:r>
        <w:rPr>
          <w:b/>
        </w:rPr>
        <w:t xml:space="preserve">[1:21:20] </w:t>
      </w:r>
      <w:r>
        <w:t>to us bechare ne kaha ke tumhare paas ghanti bhi nahi, break bhi nahi, to tez kyun dorate ho? phir kya kehta hai? kya tum se push ko daudaun?</w:t>
      </w:r>
    </w:p>
    <w:p>
      <w:pPr>
        <w:jc w:val="right"/>
      </w:pPr>
      <w:r>
        <w:t>تو اس بیچارے نے کہا کہ تمہارے پاس گھنٹی بھی نہیں، بریک بھی نہیں، تو تیز کیوں دوڑاتے ہو؟ پھر کیا کہتا ہے؟ کیا تم سے پش کو دوڑاؤں؟</w:t>
      </w:r>
    </w:p>
    <w:p>
      <w:r>
        <w:rPr>
          <w:b/>
        </w:rPr>
        <w:t xml:space="preserve">[1:21:31] </w:t>
      </w:r>
      <w:r>
        <w:t>yeh hai insaan. insaan se kuch bhi kahiye, kuch bhi kahiye,</w:t>
      </w:r>
    </w:p>
    <w:p>
      <w:pPr>
        <w:jc w:val="right"/>
      </w:pPr>
      <w:r>
        <w:t>یہ ہے انسان۔ انسان سے کچھ بھی کہیے، کچھ بھی کہیے،</w:t>
      </w:r>
    </w:p>
    <w:p>
      <w:r>
        <w:rPr>
          <w:b/>
        </w:rPr>
        <w:t xml:space="preserve">[1:21:37] </w:t>
      </w:r>
      <w:r>
        <w:t>ek baat nahi nikal lega is mein. yaani humanities mein sirf physics mein aadmi ka munh band kar sakte hain aap calculation ke zariye, mathematical calculation ke zariye.</w:t>
      </w:r>
    </w:p>
    <w:p>
      <w:pPr>
        <w:jc w:val="right"/>
      </w:pPr>
      <w:r>
        <w:t>ایک بات نہیں نکال لے گا اس میں۔ یعنی ہیومیڈیٹیز میں صرف فزکس میں آدمی کا منہ بند کر سکتے ہیں آپ کیلکولیشن کے ذریعے، میتھمیٹیکل کیلکولیشن کے ذریعے۔</w:t>
      </w:r>
    </w:p>
    <w:p>
      <w:r>
        <w:rPr>
          <w:b/>
        </w:rPr>
        <w:t xml:space="preserve">[1:21:48] </w:t>
      </w:r>
      <w:r>
        <w:t>humanities mein nahi band kar sakte aap. kuch bhi woh kehta rahega woh. to misinterpretation ka imkan to khatm nahi ho sakta.</w:t>
      </w:r>
    </w:p>
    <w:p>
      <w:pPr>
        <w:jc w:val="right"/>
      </w:pPr>
      <w:r>
        <w:t>ہیومیڈیٹیز میں نہیں بند کر سکتے آپ۔ کچھ بھی وہ کہتا رہے گا وہ۔ تو مس انٹرپریٹیشن کا امکان تو ختم نہیں ہو سکتا۔</w:t>
      </w:r>
    </w:p>
    <w:p>
      <w:r>
        <w:rPr>
          <w:b/>
        </w:rPr>
        <w:t xml:space="preserve">[1:21:57] </w:t>
      </w:r>
      <w:r>
        <w:t>sirf yeh mumkin hai ke hum aadmi ko samjha bujha kar us ko sincere banayein,</w:t>
      </w:r>
    </w:p>
    <w:p>
      <w:pPr>
        <w:jc w:val="right"/>
      </w:pPr>
      <w:r>
        <w:t>صرف یہ ممکن ہے کہ ہم آدمی کو سمجھا بجا کر اس کو سنسیئر بنائیں،</w:t>
      </w:r>
    </w:p>
    <w:p>
      <w:r>
        <w:rPr>
          <w:b/>
        </w:rPr>
        <w:t xml:space="preserve">[1:22:02] </w:t>
      </w:r>
      <w:r>
        <w:t>seriousness paida karein us ke andar, honesty layein us ke andar, Allah ka dar paida karein us ke andar, aakhirat ka khauf paida karein. tabhi woh bachega warna warna is ka darwaza band hone wala nahi.</w:t>
      </w:r>
    </w:p>
    <w:p>
      <w:pPr>
        <w:jc w:val="right"/>
      </w:pPr>
      <w:r>
        <w:t>سیریسنس پیدا کریں اس کے اندر، آنسٹٹی لائیں اس کے اندر، اللہ کا ڈر پیدا کریں اس کے اندر، آخرت کا خوف پیدا کریں۔ تبھی وہ بچے گا ورنہ ورنہ اس کا دروازہ بند ہونے والا نہیں۔</w:t>
      </w:r>
    </w:p>
    <w:p>
      <w:r>
        <w:rPr>
          <w:b/>
        </w:rPr>
        <w:t xml:space="preserve">[1:22:15] </w:t>
      </w:r>
      <w:r>
        <w:t>yaani Allah ka khauf band kar sakta hai darwaza warna apne aap woh band hone wala darwaza band hone wala nahi.</w:t>
      </w:r>
    </w:p>
    <w:p>
      <w:pPr>
        <w:jc w:val="right"/>
      </w:pPr>
      <w:r>
        <w:t>یعنی اللہ کا خوف بند کر سکتا ہے دروازہ ورنہ اپنے آپ وہ بند ہونے والا دروازہ بند ہونے والا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