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Communal Harmony October 16, 2022</w:t>
      </w:r>
    </w:p>
    <w:p>
      <w:r>
        <w:t>https://youtu.be/Ob4BVozf3KY</w:t>
      </w:r>
    </w:p>
    <w:p>
      <w:r>
        <w:rPr>
          <w:b/>
        </w:rPr>
        <w:t xml:space="preserve">[00:12] </w:t>
      </w:r>
      <w:r>
        <w:t>assalam o alaikum. according to the teaching of islam, everyone should be accorded equal status as a human being, despite there being differences.</w:t>
      </w:r>
    </w:p>
    <w:p>
      <w:pPr>
        <w:jc w:val="right"/>
      </w:pPr>
      <w:r>
        <w:t>السلام علیکم۔ اکارڈنگ ٹو دا ٹیچنگ آف اسلام، ایوری ون شوڈ بی اکارڈڈ ایکول سٹیٹس ایز ا ہیومن بینگ، ڈسپائٹ دیر بینگ ڈیفرنسز۔</w:t>
      </w:r>
    </w:p>
    <w:p>
      <w:r>
        <w:rPr>
          <w:b/>
        </w:rPr>
        <w:t xml:space="preserve">[00:24] </w:t>
      </w:r>
      <w:r>
        <w:t>prophet of islam used to rise early in the morning and say, say in his prayer, "o god, i bear witness that all human beings are brothers and sisters to one another."</w:t>
      </w:r>
    </w:p>
    <w:p>
      <w:pPr>
        <w:jc w:val="right"/>
      </w:pPr>
      <w:r>
        <w:t>پرافٹ آف اسلام یوز ٹو رائز ارلی ان دا مارننگ اینڈ سے، سے ان ہز پریر، "او گاڈ، آئی بیئر وٹنس دیٹ آل ہیومن بینگز آر برادرز اینڈ سسٹرز ٹو ون انادر۔"</w:t>
      </w:r>
    </w:p>
    <w:p>
      <w:r>
        <w:rPr>
          <w:b/>
        </w:rPr>
        <w:t xml:space="preserve">[00:38] </w:t>
      </w:r>
      <w:r>
        <w:t>so togetherness is the culture of the universe, togetherness is also the foundation for a better human society.</w:t>
      </w:r>
    </w:p>
    <w:p>
      <w:pPr>
        <w:jc w:val="right"/>
      </w:pPr>
      <w:r>
        <w:t>سو ٹوگیدرنس از دی کلچر آف دا یونیورس، ٹوگیدرنس از آل سو دا فاؤنڈیشن فار ا بیٹر ہیومن سوسائٹی۔</w:t>
      </w:r>
    </w:p>
    <w:p>
      <w:r>
        <w:rPr>
          <w:b/>
        </w:rPr>
        <w:t xml:space="preserve">[00:48] </w:t>
      </w:r>
      <w:r>
        <w:t>to aaj ka ek bohat hi important subject jo hum discuss karne ja rahe hain, woh hai communal harmony par, aur is talk ko dengi professor farida khanam.</w:t>
      </w:r>
    </w:p>
    <w:p>
      <w:pPr>
        <w:jc w:val="right"/>
      </w:pPr>
      <w:r>
        <w:t>تو آج کا ایک بہت ہی امپورٹنٹ سبجیکٹ جو ہم ڈسکس کرنے جا رہے ہیں، وہ ہے کمیونل ہارمونی پر، اور اس ٹاک کو دیں گی پروفیسر فریدہ خانم۔</w:t>
      </w:r>
    </w:p>
    <w:p>
      <w:r>
        <w:rPr>
          <w:b/>
        </w:rPr>
        <w:t xml:space="preserve">[00:59] </w:t>
      </w:r>
      <w:r>
        <w:t>so i, with this, i would request professor farida khanam to begin her talk on communal harmony. bismillah hir rahman nir rahim.</w:t>
      </w:r>
    </w:p>
    <w:p>
      <w:pPr>
        <w:jc w:val="right"/>
      </w:pPr>
      <w:r>
        <w:t>سو آئی، ود دس، آئی وڈ ریکویسٹ پروفیسر فریدہ خانم ٹو بیگن ہر ٹاک آن کمیونل ہارمونی۔ بسم اللہ الرحمن الرحیم۔</w:t>
      </w:r>
    </w:p>
    <w:p>
      <w:r>
        <w:rPr>
          <w:b/>
        </w:rPr>
        <w:t xml:space="preserve">[01:13]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[01:21] </w:t>
      </w:r>
      <w:r>
        <w:t>communal harmony par maine is liye yeh topic liya ke Maulana ne bohat kaam kiya is par, to taqreeban poori zindagi unhon ne is par kaam kiya.</w:t>
      </w:r>
    </w:p>
    <w:p>
      <w:pPr>
        <w:jc w:val="right"/>
      </w:pPr>
      <w:r>
        <w:t>کمیونل ہارمونی پر میں نے اس لیے یہ ٹاپک لیا کہ مولانا نے بہت کام کیا اس پر، تو تقریباً پوری زندگی انہوں نے اس پر کام کیا۔</w:t>
      </w:r>
    </w:p>
    <w:p>
      <w:r>
        <w:rPr>
          <w:b/>
        </w:rPr>
        <w:t xml:space="preserve">[01:31] </w:t>
      </w:r>
      <w:r>
        <w:t>to woh apne ek "asfar-e-hind", un ki ek kitaab hai, to yeh "asfar-e-hind"</w:t>
      </w:r>
    </w:p>
    <w:p>
      <w:pPr>
        <w:jc w:val="right"/>
      </w:pPr>
      <w:r>
        <w:t>تو وہ اپنے ایک "اسفار ہند"، ان کی ایک کتاب ہے، تو یہ "اسفار ہند"</w:t>
      </w:r>
    </w:p>
    <w:p>
      <w:r>
        <w:rPr>
          <w:b/>
        </w:rPr>
        <w:t xml:space="preserve">[01:38] </w:t>
      </w:r>
      <w:r>
        <w:t>, to is mein woh likhte hain ke mera maqsad, dibache mein likhte hain ke mera maqsad hamesha yeh raha ke is mulk mein mukhtalif firqe mil jul kar aman ke sath rahein, kyunke aman har taraqqi ke liye bilkul lazmi hai.</w:t>
      </w:r>
    </w:p>
    <w:p>
      <w:pPr>
        <w:jc w:val="right"/>
      </w:pPr>
      <w:r>
        <w:t>، تو اس میں وہ لکھتے ہیں کہ میرا مقصد، ڈیباچے میں لکھتے ہیں کہ میرا مقصد ہمیشہ یہ رہا کہ اس ملک میں مختلف فرقے مل جل کر امن کے ساتھ رہیں، کیونکہ امن ہر ترقی کے لیے بالکل لازمی ہے۔</w:t>
      </w:r>
    </w:p>
    <w:p>
      <w:r>
        <w:rPr>
          <w:b/>
        </w:rPr>
        <w:t xml:space="preserve">[01:54] </w:t>
      </w:r>
      <w:r>
        <w:t>isi ke sath mera ek mustaqil mission yeh raha hai ke islam ke khilaf galat fahmiyon ko door karna aur islam ka misbat taaruf logon tak pahunchana.</w:t>
      </w:r>
    </w:p>
    <w:p>
      <w:pPr>
        <w:jc w:val="right"/>
      </w:pPr>
      <w:r>
        <w:t>اسی کے ساتھ میرا ایک مستقل مشن یہ رہا ہے کہ اسلام کے خلاف غلط فہمیوں کو دور کرنا اور اسلام کا مثبت تعارف لوگوں تک پہنچانا۔</w:t>
      </w:r>
    </w:p>
    <w:p>
      <w:r>
        <w:rPr>
          <w:b/>
        </w:rPr>
        <w:t xml:space="preserve">[02:07] </w:t>
      </w:r>
      <w:r>
        <w:t>to yeh do theme the Maulana ke jis par unhon ne musalsal kaam kiya. kyunke yahan India mein sab firqe mil jul kar hi rehte the, bohat achhe taaluqat the.</w:t>
      </w:r>
    </w:p>
    <w:p>
      <w:pPr>
        <w:jc w:val="right"/>
      </w:pPr>
      <w:r>
        <w:t>تو یہ دو تھیم تھے مولانا کے جس پر انہوں نے مسلسل کام کیا۔ کیونکہ یہاں انڈیا میں سب فرقے مل جل کر ہی رہتے تھے، بہت اچھے تعلقات تھے۔</w:t>
      </w:r>
    </w:p>
    <w:p>
      <w:r>
        <w:rPr>
          <w:b/>
        </w:rPr>
        <w:t xml:space="preserve">[02:20] </w:t>
      </w:r>
      <w:r>
        <w:t>Maulana ek jagah likhte hain ke hum log bachpan mein diwali manate the, deepak jalate the, aur hindu jo hain woh eid manate the, to bohat zyada mil jul kar rehte the.</w:t>
      </w:r>
    </w:p>
    <w:p>
      <w:pPr>
        <w:jc w:val="right"/>
      </w:pPr>
      <w:r>
        <w:t>مولانا ایک جگہ لکھتے ہیں کہ ہم لوگ بچپن میں دیوالی مناتے تھے، دیپک جلاتے تھے، اور ہندو جو ہیں وہ عید مناتے تھے، تو بہت زیادہ مل جل کر رہتے تھے۔</w:t>
      </w:r>
    </w:p>
    <w:p>
      <w:r>
        <w:rPr>
          <w:b/>
        </w:rPr>
        <w:t xml:space="preserve">[02:33] </w:t>
      </w:r>
      <w:r>
        <w:t>aur kisi har tehwar ko mil jul kar</w:t>
      </w:r>
    </w:p>
    <w:p>
      <w:pPr>
        <w:jc w:val="right"/>
      </w:pPr>
      <w:r>
        <w:t>اور کسی ہر تہوار کو مل جل کر</w:t>
      </w:r>
    </w:p>
    <w:p>
      <w:r>
        <w:rPr>
          <w:b/>
        </w:rPr>
        <w:t xml:space="preserve">[02:36] </w:t>
      </w:r>
      <w:r>
        <w:t>manate the, har mauqe par ek doosre ke kaam aate the. lekin dheere dheere woh aisi two nation theory ki jo tehreek chali, us se kafi hatred barhi aur bohat zyada taaluqat mein doori paida ho gayi.</w:t>
      </w:r>
    </w:p>
    <w:p>
      <w:pPr>
        <w:jc w:val="right"/>
      </w:pPr>
      <w:r>
        <w:t>مناتے تھے، ہر موقع پر ایک دوسرے کے کام آتے تھے۔ لیکن دھیرے دھیرے وہ ایسی ٹو نیشن تھیوری کی جو تحریک چلی، اس سے کافی ہیٹریڈ بڑھی اور بہت زیادہ تعلقات میں دوری پیدا ہو گئی۔</w:t>
      </w:r>
    </w:p>
    <w:p>
      <w:r>
        <w:rPr>
          <w:b/>
        </w:rPr>
        <w:t xml:space="preserve">[02:53] </w:t>
      </w:r>
      <w:r>
        <w:t>phir us ke baad partition hua, to us ki wajah se hum taaluqat kharab ho gaye. ab ek baar jab taaluqat kharab ho gaye to us ko bahal karne ke liye koi khaas koshish nahi ki gayi.</w:t>
      </w:r>
    </w:p>
    <w:p>
      <w:pPr>
        <w:jc w:val="right"/>
      </w:pPr>
      <w:r>
        <w:t>پھر اس کے بعد پارٹیشن ہوا، تو اس کی وجہ سے ہم تعلقات خراب ہو گئے۔ اب ایک بار جب تعلقات خراب ہو گئے تو اس کو بحال کرنے کے لیے کوئی خاص کوشش نہیں کی گئی۔</w:t>
      </w:r>
    </w:p>
    <w:p>
      <w:r>
        <w:rPr>
          <w:b/>
        </w:rPr>
        <w:t xml:space="preserve">[03:06] </w:t>
      </w:r>
      <w:r>
        <w:t>zra zra si baat mein, ab chuki dono taraf se log ek doosre se naraz the, to zra zra si baat mein wo bhark uthte the. is waja se zra zra si baat mein bhark kar ke fasaad ho jata tha.</w:t>
      </w:r>
    </w:p>
    <w:p>
      <w:pPr>
        <w:jc w:val="right"/>
      </w:pPr>
      <w:r>
        <w:t>ذرا ذرا سی بات میں، اب چونکہ دونوں طرف سے لوگ ایک دوسرے سے ناراض تھے، تو ذرا ذرا سی بات میں وہ بھڑک اٹھتے تھے۔ اس وجہ سے ذرا ذرا سی بات میں بھڑک کر کے فساد ہو جاتا تھا۔</w:t>
      </w:r>
    </w:p>
    <w:p>
      <w:r>
        <w:rPr>
          <w:b/>
        </w:rPr>
        <w:t xml:space="preserve">[03:20] </w:t>
      </w:r>
      <w:r>
        <w:t>shuru mein ek do log involved hote the, baad mein poori ki poori locality mein fasaad ho jata.</w:t>
      </w:r>
    </w:p>
    <w:p>
      <w:pPr>
        <w:jc w:val="right"/>
      </w:pPr>
      <w:r>
        <w:t>شروع میں ایک دو لوگ انوالو ہوتے تھے، بعد میں پوری کی پوری لوکیلٹی میں فساد ہو جاتا۔</w:t>
      </w:r>
    </w:p>
    <w:p>
      <w:r>
        <w:rPr>
          <w:b/>
        </w:rPr>
        <w:t xml:space="preserve">[03:26] </w:t>
      </w:r>
      <w:r>
        <w:t>to is mein bohat sare aise usool Maulana ne diye jis par chal kar logon ne baad mein bohat zyada is masle ko hal kiya.</w:t>
      </w:r>
    </w:p>
    <w:p>
      <w:pPr>
        <w:jc w:val="right"/>
      </w:pPr>
      <w:r>
        <w:t>تو اس میں بہت سارے ایسے اصول مولانا نے دیے جس پر چل کر لوگوں نے بعد میں بہت زیادہ اس مسئلے کو حل کیا۔</w:t>
      </w:r>
    </w:p>
    <w:p>
      <w:r>
        <w:rPr>
          <w:b/>
        </w:rPr>
        <w:t xml:space="preserve">[03:36] </w:t>
      </w:r>
      <w:r>
        <w:t>aur bohat zyada kitabein likhein unhone, articles likhe. ek kitab "hal yahan hai", doosri "fasaadaat ka mas</w:t>
      </w:r>
    </w:p>
    <w:p>
      <w:pPr>
        <w:jc w:val="right"/>
      </w:pPr>
      <w:r>
        <w:t>اور بہت زیادہ کتابیں لکھیں انہوں نے، آرٹیکلز لکھے۔ ایک کتاب "حل یہاں ہے"، دوسری "فسادات کا مس</w:t>
      </w:r>
    </w:p>
    <w:p>
      <w:r>
        <w:rPr>
          <w:b/>
        </w:rPr>
        <w:t xml:space="preserve">[03:44] </w:t>
      </w:r>
      <w:r>
        <w:t>la". arab risala mein barabar article aaye is masle par. aur yeh "asfar hind" mein ek poora woh hai safarnama hai, "shanti yatra" ke naam se.</w:t>
      </w:r>
    </w:p>
    <w:p>
      <w:pPr>
        <w:jc w:val="right"/>
      </w:pPr>
      <w:r>
        <w:t>ئلہ"۔ عرب رسالہ میں برابر آرٹیکل آئے اس مسئلے پر۔ اور یہ "اسفار ہند" میں ایک پورا وہ ہے سفرنامہ ہے، "شانتی یاترا" کے نام سے۔</w:t>
      </w:r>
    </w:p>
    <w:p>
      <w:r>
        <w:rPr>
          <w:b/>
        </w:rPr>
        <w:t xml:space="preserve">[03:57] </w:t>
      </w:r>
      <w:r>
        <w:t>is mein bohat sari baatein hain. to logon ko yeh maloom nahi</w:t>
      </w:r>
    </w:p>
    <w:p>
      <w:pPr>
        <w:jc w:val="right"/>
      </w:pPr>
      <w:r>
        <w:t>اس میں بہت ساری باتیں ہیں۔ تو لوگوں کو یہ معلوم نہیں</w:t>
      </w:r>
    </w:p>
    <w:p>
      <w:r>
        <w:rPr>
          <w:b/>
        </w:rPr>
        <w:t xml:space="preserve">[04:03] </w:t>
      </w:r>
      <w:r>
        <w:t>tha, sab se bari baat jo Maulana ne hum logon ko batai ke Khuda ka creation plan, ke Khuda ne khud logon ko azadi di hai.</w:t>
      </w:r>
    </w:p>
    <w:p>
      <w:pPr>
        <w:jc w:val="right"/>
      </w:pPr>
      <w:r>
        <w:t>تھا، سب سے بڑی بات جو مولانا نے ہم لوگوں کو بتائی کہ خدا کا کریشن پلان، کہ خدا نے خود لوگوں کو آزادی دی ہے۔</w:t>
      </w:r>
    </w:p>
    <w:p>
      <w:r>
        <w:rPr>
          <w:b/>
        </w:rPr>
        <w:t xml:space="preserve">[04:13] </w:t>
      </w:r>
      <w:r>
        <w:t>aur is azadi ki waja se jo hai log kabhi azadi ko sahi istemal karenge, kabhi galat istemal karenge.</w:t>
      </w:r>
    </w:p>
    <w:p>
      <w:pPr>
        <w:jc w:val="right"/>
      </w:pPr>
      <w:r>
        <w:t>اور اس آزادی کی وجہ سے جو ہے لوگ کبھی آزادی کو صحیح استعمال کریں گے، کبھی غلط استعمال کریں گے۔</w:t>
      </w:r>
    </w:p>
    <w:p>
      <w:r>
        <w:rPr>
          <w:b/>
        </w:rPr>
        <w:t xml:space="preserve">[04:22] </w:t>
      </w:r>
      <w:r>
        <w:t>to log samajhte hain ke yeh dunya jo hai hamari hai, hum jis tareeqe se chahein rahein. aisa nahi hai, balkeh yeh dunya Khuda ne banai hai. aur Khuda ne jo usool set kar diye hain, usi ke mutabiq hamein rehna hai.</w:t>
      </w:r>
    </w:p>
    <w:p>
      <w:pPr>
        <w:jc w:val="right"/>
      </w:pPr>
      <w:r>
        <w:t>تو لوگ سمجھتے ہیں کہ یہ دنیا جو ہے ہماری ہے، ہم جس طریقے سے چاہیں رہیں۔ ایسا نہیں ہے، بلکہ یہ دنیا خدا نے بنائی ہے۔ اور خدا نے جو اصول سیٹ کر دیے ہیں، اسی کے مطابق ہمیں رہنا ہے۔</w:t>
      </w:r>
    </w:p>
    <w:p>
      <w:r>
        <w:rPr>
          <w:b/>
        </w:rPr>
        <w:t xml:space="preserve">[04:34] </w:t>
      </w:r>
      <w:r>
        <w:t>wo usool hum ko fitrat se bohat zyada achhe tareeqe se maloom hote hain. tamam kainat mein Allah taala ne</w:t>
      </w:r>
    </w:p>
    <w:p>
      <w:pPr>
        <w:jc w:val="right"/>
      </w:pPr>
      <w:r>
        <w:t>وہ اصول ہم کو فطرت سے بہت زیادہ اچھے طریقے سے معلوم ہوتے ہیں۔ تمام کائنات میں اللہ تعالیٰ نے</w:t>
      </w:r>
    </w:p>
    <w:p>
      <w:r>
        <w:rPr>
          <w:b/>
        </w:rPr>
        <w:t xml:space="preserve">[04:42] </w:t>
      </w:r>
      <w:r>
        <w:t>ab poori tareeqe se ek qanoon set kar diya hai jis ko hum "law of nature" kehte hain. is mein koi clash nahi, tamam sayare, sitare sab apne apne madar par chalte rehte hain.</w:t>
      </w:r>
    </w:p>
    <w:p>
      <w:pPr>
        <w:jc w:val="right"/>
      </w:pPr>
      <w:r>
        <w:t>اب پوری طریقے سے ایک قانون سیٹ کر دیا ہے جس کو ہم "لا آف نیچر" کہتے ہیں۔ اس میں کوئی کلیش نہیں، تمام سیارے، ستارے سب اپنے اپنے مدار پر چلتے رہتے ہیں۔</w:t>
      </w:r>
    </w:p>
    <w:p>
      <w:r>
        <w:rPr>
          <w:b/>
        </w:rPr>
        <w:t xml:space="preserve">[04:55] </w:t>
      </w:r>
      <w:r>
        <w:t>to kisi mein koi clash nahi hota. suraj, chand, sitare, har cheez. to isi tareeqe se hamein in cheezon se lesson lena hai.</w:t>
      </w:r>
    </w:p>
    <w:p>
      <w:pPr>
        <w:jc w:val="right"/>
      </w:pPr>
      <w:r>
        <w:t>تو کسی میں کوئی کلیش نہیں ہوتا۔ سورج، چاند، ستارے، ہر چیز۔ تو اسی طریقے سے ہمیں ان چیزوں سے لیسن لینا ہے۔</w:t>
      </w:r>
    </w:p>
    <w:p>
      <w:r>
        <w:rPr>
          <w:b/>
        </w:rPr>
        <w:t xml:space="preserve">[05:04] </w:t>
      </w:r>
      <w:r>
        <w:t>to bohat zyada Maulana ne is par likha hai ke jo yeh dunya hai, yeh jo poore nature hai, aur physical world hai, aur jo animal world hai, har cheez se hum ko sabak milta hai.</w:t>
      </w:r>
    </w:p>
    <w:p>
      <w:pPr>
        <w:jc w:val="right"/>
      </w:pPr>
      <w:r>
        <w:t>تو بہت زیادہ مولانا نے اس پر لکھا ہے کہ جو یہ دنیا ہے، یہ جو پورے نیچر ہے، اور فزیکل ورلڈ ہے، اور جو اینیمل ورلڈ ہے، ہر چیز سے ہم کو سبق ملتا ہے۔</w:t>
      </w:r>
    </w:p>
    <w:p>
      <w:r>
        <w:rPr>
          <w:b/>
        </w:rPr>
        <w:t xml:space="preserve">[05:19] </w:t>
      </w:r>
      <w:r>
        <w:t>to</w:t>
      </w:r>
    </w:p>
    <w:p>
      <w:pPr>
        <w:jc w:val="right"/>
      </w:pPr>
      <w:r>
        <w:t>تو</w:t>
      </w:r>
    </w:p>
    <w:p>
      <w:r>
        <w:rPr>
          <w:b/>
        </w:rPr>
        <w:t xml:space="preserve">[05:20] </w:t>
      </w:r>
      <w:r>
        <w:t>sabak, misaal ke taur par, bar bar unhone likha hai ke jaise gulab ka phool kitna khoobsurat hai, lekin wo jis dandhal par hota hai, jis tehni par hota hai, us mein kaante hote hain.</w:t>
      </w:r>
    </w:p>
    <w:p>
      <w:pPr>
        <w:jc w:val="right"/>
      </w:pPr>
      <w:r>
        <w:t>سبق، مثال کے طور پر، بار بار انہوں نے لکھا ہے کہ جیسے گلاب کا پھول کتنا خوبصورت ہے، لیکن وہ جس ڈنڈھل پر ہوتا ہے، جس ٹہنی پر ہوتا ہے، اس میں کانٹے ہوتے ہیں۔</w:t>
      </w:r>
    </w:p>
    <w:p>
      <w:r>
        <w:rPr>
          <w:b/>
        </w:rPr>
        <w:t xml:space="preserve">[05:33] </w:t>
      </w:r>
      <w:r>
        <w:t>agar aap ko gulab ka phool chahiye to aap ko kaante se bachna parega, tabhi aap ko gulab ka phool milega. to isi tareeqe se yeh dunya jo hai, is mein bohat sari cheezein, bohat sari unpleasant cheezein hain, logon ki cheezein, hum ko jo pasand nahi aati, kyunke dunya jo hai usool competition ke usool par chal rahi</w:t>
      </w:r>
    </w:p>
    <w:p>
      <w:pPr>
        <w:jc w:val="right"/>
      </w:pPr>
      <w:r>
        <w:t>اگر آپ کو گلاب کا پھول چاہیے تو آپ کو کانٹے سے بچنا پڑے گا، تبھی آپ کو گلاب کا پھول ملے گا۔ تو اسی طریقے سے یہ دنیا جو ہے، اس میں بہت ساری چیزیں، بہت ساری ان پلیزنٹ چیزیں ہیں، لوگوں کی چیزیں، ہم کو جو پسند نہیں آتی، کیونکہ دنیا جو ہے اصول کمپیٹیشن کے اصول پر چل رہی</w:t>
      </w:r>
    </w:p>
    <w:p>
      <w:r>
        <w:rPr>
          <w:b/>
        </w:rPr>
        <w:t xml:space="preserve">[05:54] </w:t>
      </w:r>
      <w:r>
        <w:t>hai. har aadmi aage badhna chahta hai. is waja se wo logon ko is se nuksan pahunchta hai. to hamein unpleasant waqeye ko kis tarah deal karna hai, kis tareeqe se is mein apne liye rasta nikalna hai,</w:t>
      </w:r>
    </w:p>
    <w:p>
      <w:pPr>
        <w:jc w:val="right"/>
      </w:pPr>
      <w:r>
        <w:t>ہے۔ ہر آدمی آگے بڑھنا چاہتا ہے۔ اس وجہ سے وہ لوگوں کو اس سے نقصان پہنچتا ہے۔ تو ہمیں ان پلیزنٹ واقعے کو کس طرح ڈیل کرنا ہے، کس طریقے سے اس میں اپنے لیے راستہ نکالنا ہے،</w:t>
      </w:r>
    </w:p>
    <w:p>
      <w:r>
        <w:rPr>
          <w:b/>
        </w:rPr>
        <w:t xml:space="preserve">[06:08] </w:t>
      </w:r>
      <w:r>
        <w:t>aur kis tareeqe se logon se mil jul kar rehna hai, logon se dialogue karna hai, logon se interaction karna hai. tehwar ke mauqe par sab ek doosre se milna hai.</w:t>
      </w:r>
    </w:p>
    <w:p>
      <w:pPr>
        <w:jc w:val="right"/>
      </w:pPr>
      <w:r>
        <w:t>اور کس طریقے سے لوگوں سے مل جل کر رہنا ہے، لوگوں سے ڈائیلاگ کرنا ہے، لوگوں سے انٹریکشن کرنا ہے۔ تہوار کے موقع پر سب ایک دوسرے سے ملنا ہے۔</w:t>
      </w:r>
    </w:p>
    <w:p>
      <w:r>
        <w:rPr>
          <w:b/>
        </w:rPr>
        <w:t xml:space="preserve">[06:20] </w:t>
      </w:r>
      <w:r>
        <w:t>aam taur par ab kya hota hai, pehle to sab log mil jul kar hi rehte the. ab kya hota hai ke Muslim tehwar mein Muslim log invited honge, aur Hindu tehwar mein Hindu log invited honge.</w:t>
      </w:r>
    </w:p>
    <w:p>
      <w:pPr>
        <w:jc w:val="right"/>
      </w:pPr>
      <w:r>
        <w:t>عام طور پر اب کیا ہوتا ہے، پہلے تو سب لوگ مل جل کر ہی رہتے تھے۔ اب کیا ہوتا ہے کہ مسلم تہوار میں مسلم لوگ انوائٹڈ ہوں گے، اور ہندو تہوار میں ہندو لوگ انوائٹڈ ہوں گے۔</w:t>
      </w:r>
    </w:p>
    <w:p>
      <w:r>
        <w:rPr>
          <w:b/>
        </w:rPr>
        <w:t xml:space="preserve">[06:31] </w:t>
      </w:r>
      <w:r>
        <w:t>to aisa yeh tehwar jo hai bohat bara source hai, bohat bara zariya hai ke hum ek doosre se mulaqat kar sakte hain, ek doosre se doori ko door kar sakte hain.</w:t>
      </w:r>
    </w:p>
    <w:p>
      <w:pPr>
        <w:jc w:val="right"/>
      </w:pPr>
      <w:r>
        <w:t>تو ایسا یہ تہوار جو ہے بہت بڑا سورس ہے، بہت بڑا ذریعہ ہے کہ ہم ایک دوسرے سے ملاقات کر سکتے ہیں، ایک دوسرے سے دوری کو دور کر سکتے ہیں۔</w:t>
      </w:r>
    </w:p>
    <w:p>
      <w:r>
        <w:rPr>
          <w:b/>
        </w:rPr>
        <w:t xml:space="preserve">[06:43] </w:t>
      </w:r>
      <w:r>
        <w:t>lekin yeh sab cheezein bohat kam ho gayi thi, isi waja se</w:t>
      </w:r>
    </w:p>
    <w:p>
      <w:pPr>
        <w:jc w:val="right"/>
      </w:pPr>
      <w:r>
        <w:t>لیکن یہ سب چیزیں بہت کم ہو گئی تھیں، اسی وجہ سے</w:t>
      </w:r>
    </w:p>
    <w:p>
      <w:r>
        <w:rPr>
          <w:b/>
        </w:rPr>
        <w:t xml:space="preserve">[06:47] </w:t>
      </w:r>
      <w:r>
        <w:t>bohat zyada nafratein barh gaein. aur doosre media ka jo hai woh role jo hota hai, jahan koi galat kaam hua, koi jhagda hua, ladai hui, koi bomb kisi ne maar diya, to media is ko bohat zyada exaggerate kar ke phaila deta hai.</w:t>
      </w:r>
    </w:p>
    <w:p>
      <w:pPr>
        <w:jc w:val="right"/>
      </w:pPr>
      <w:r>
        <w:t>بہت زیادہ نفرتیں بڑھ گئیں۔ اور دوسرے میڈیا کا جو ہے وہ رول جو ہوتا ہے، جہاں کوئی غلط کام ہوا، کوئی جھگڑا ہوا، لڑائی ہوئی، کوئی بم کسی نے مار دیا، تو میڈیا اس کو بہت زیادہ ایگزیجریٹ کر کے پھیلا دیتا ہے۔</w:t>
      </w:r>
    </w:p>
    <w:p>
      <w:r>
        <w:rPr>
          <w:b/>
        </w:rPr>
        <w:t xml:space="preserve">[07:06] </w:t>
      </w:r>
      <w:r>
        <w:t>ab aap social media is kaam ko aur bari tezi se</w:t>
      </w:r>
    </w:p>
    <w:p>
      <w:pPr>
        <w:jc w:val="right"/>
      </w:pPr>
      <w:r>
        <w:t>اب آپ سوشل میڈیا اس کام کو اور بڑی تیزی سے</w:t>
      </w:r>
    </w:p>
    <w:p>
      <w:r>
        <w:rPr>
          <w:b/>
        </w:rPr>
        <w:t xml:space="preserve">[07:11] </w:t>
      </w:r>
      <w:r>
        <w:t>kaam kar raha hai. to is waja se koi bhi kaam galat hota hai to foran aag ki tarah wo phail jata hai. to isi tareeqe se jab Babri Masjid ka demolition hua to poora cover hua, BBC ne poora cover kiya, aur sari dunya mein us ko phaila diya.</w:t>
      </w:r>
    </w:p>
    <w:p>
      <w:pPr>
        <w:jc w:val="right"/>
      </w:pPr>
      <w:r>
        <w:t>کام کر رہا ہے۔ تو اس وجہ سے کوئی بھی کام غلط ہوتا ہے تو فوراً آگ کی طرح وہ پھیل جاتا ہے۔ تو اسی طریقے سے جب بابری مسجد کا ڈیمولیشن ہوا تو پورا کور ہوا، بی بی سی نے پورا کور کیا، اور ساری دنیا میں اس کو پھیلا دیا۔</w:t>
      </w:r>
    </w:p>
    <w:p>
      <w:r>
        <w:rPr>
          <w:b/>
        </w:rPr>
        <w:t xml:space="preserve">[07:29] </w:t>
      </w:r>
      <w:r>
        <w:t>to log naturally log bhark gaein. halanke Babri Masjid mein koi namaz bhi nahi padhta tha. Maulana partition se pehle wahan gaye</w:t>
      </w:r>
    </w:p>
    <w:p>
      <w:pPr>
        <w:jc w:val="right"/>
      </w:pPr>
      <w:r>
        <w:t>تو لوگ نیچرلی لوگ بھڑک گئے۔ حالانکہ بابری مسجد میں کوئی نماز بھی نہیں پڑھتا تھا۔ مولانا پارٹیشن سے پہلے وہاں گئے</w:t>
      </w:r>
    </w:p>
    <w:p>
      <w:r>
        <w:rPr>
          <w:b/>
        </w:rPr>
        <w:t xml:space="preserve">[07:40] </w:t>
      </w:r>
      <w:r>
        <w:t>the. keh rahe the out of curiosity gaye the, kyunke unhon ne suna tha ke wahan par ek sita chabutara hai, sita rasoi jis ko kehte hain, aur woh bilkul masjid mein mila hua hai.</w:t>
      </w:r>
    </w:p>
    <w:p>
      <w:pPr>
        <w:jc w:val="right"/>
      </w:pPr>
      <w:r>
        <w:t>تھے۔ کہہ رہے تھے آؤٹ آف کریوسٹی گئے تھے، کیونکہ انہوں نے سنا تھا کہ وہاں پر ایک سیتا چبوترا ہے، سیتا رسوئی جس کو کہتے ہیں، اور وہ بالکل مسجد میں ملا ہوا ہے۔</w:t>
      </w:r>
    </w:p>
    <w:p>
      <w:r>
        <w:rPr>
          <w:b/>
        </w:rPr>
        <w:t xml:space="preserve">[07:51] </w:t>
      </w:r>
      <w:r>
        <w:t>matlab jo masjid ka sahan hai, usi ke ek hisse mein hai. to woh us ko dekhne gaye the. to woh keh rahe the sach much aisa hi tha wahan par, aur wahan koi bhi namaz parhne wala nahi tha.</w:t>
      </w:r>
    </w:p>
    <w:p>
      <w:pPr>
        <w:jc w:val="right"/>
      </w:pPr>
      <w:r>
        <w:t>مطلب جو مسجد کا صحن ہے، اسی کے ایک حصے میں ہے۔ تو وہ اس کو دیکھنے گئے تھے۔ تو وہ کہہ رہے تھے سچ مچ ایسا ہی تھا وہاں پر، اور وہاں کوئی بھی نماز پڑھنے والا نہیں تھا۔</w:t>
      </w:r>
    </w:p>
    <w:p>
      <w:r>
        <w:rPr>
          <w:b/>
        </w:rPr>
        <w:t xml:space="preserve">[08:03] </w:t>
      </w:r>
      <w:r>
        <w:t>woh akele wahan unhon ne namaz parhi.</w:t>
      </w:r>
    </w:p>
    <w:p>
      <w:pPr>
        <w:jc w:val="right"/>
      </w:pPr>
      <w:r>
        <w:t>وہ اکیلے وہاں انہوں نے نماز پڑھی۔</w:t>
      </w:r>
    </w:p>
    <w:p>
      <w:r>
        <w:rPr>
          <w:b/>
        </w:rPr>
        <w:t xml:space="preserve">[08:05] </w:t>
      </w:r>
      <w:r>
        <w:t>lekin jab media ne cover kiya, aur us ko itna out of all proportion us ko blow kar diya, to log jo hain bhadak gaye. aur log to jante hi nahi the ke woh aisi masjid ka structure tha, wahan namaz roza bhi nahi hota tha.</w:t>
      </w:r>
    </w:p>
    <w:p>
      <w:pPr>
        <w:jc w:val="right"/>
      </w:pPr>
      <w:r>
        <w:t>لیکن جب میڈیا نے کور کیا، اور اس کو اتنا آؤٹ آف آل پروپورشن اس کو بلو کر دیا، تو لوگ جو ہیں بھڑک گئے۔ اور لوگ تو جانتے ہی نہیں تھے کہ وہ ایسی مسجد کا اسٹرکچر تھا، وہاں نماز روزہ بھی نہیں ہوتا تھا۔</w:t>
      </w:r>
    </w:p>
    <w:p>
      <w:r>
        <w:rPr>
          <w:b/>
        </w:rPr>
        <w:t xml:space="preserve">[08:19] </w:t>
      </w:r>
      <w:r>
        <w:t>to lekin is ke baad jo itne fasadat hue, phir phir hamare parosi mulk mein ke wahan ke log bhi bhadak gaye, wahan mandir demolition kiye jaane lage.</w:t>
      </w:r>
    </w:p>
    <w:p>
      <w:pPr>
        <w:jc w:val="right"/>
      </w:pPr>
      <w:r>
        <w:t>تو لیکن اس کے بعد جو اتنے فسادات ہوئے، پھر پھر ہمارے پڑوسی ملک میں کہ وہاں کے لوگ بھی بھڑک گئے، وہاں مندر ڈیمولیشن کیے جانے لگے۔</w:t>
      </w:r>
    </w:p>
    <w:p>
      <w:r>
        <w:rPr>
          <w:b/>
        </w:rPr>
        <w:t xml:space="preserve">[08:29] </w:t>
      </w:r>
      <w:r>
        <w:t>to yeh bohat hi halaat bohat zyada kharab ho gaye the.</w:t>
      </w:r>
    </w:p>
    <w:p>
      <w:pPr>
        <w:jc w:val="right"/>
      </w:pPr>
      <w:r>
        <w:t>تو یہ بہت ہی حالات بہت زیادہ خراب ہو گئے تھے۔</w:t>
      </w:r>
    </w:p>
    <w:p>
      <w:r>
        <w:rPr>
          <w:b/>
        </w:rPr>
        <w:t xml:space="preserve">[08:33] </w:t>
      </w:r>
      <w:r>
        <w:t>to bar bar fasadat ho rahe the, bohat zyada. aur bohat zyada janen ja rahi thin. to Maulana ko bohat zyada, Maulana sirf nahi balkeh bohat sare aise religious leaders the jo unhon ne bohat zyada,</w:t>
      </w:r>
    </w:p>
    <w:p>
      <w:pPr>
        <w:jc w:val="right"/>
      </w:pPr>
      <w:r>
        <w:t>تو بار بار فسادات ہو رہے تھے، بہت زیادہ۔ اور بہت زیادہ جانیں جا رہی تھیں۔ تو مولانا کو بہت زیادہ، مولانا صرف نہیں بلکہ بہت سارے ایسے ریلیجس لیڈرز تھے جو انہوں نے بہت زیادہ،</w:t>
      </w:r>
    </w:p>
    <w:p>
      <w:r>
        <w:rPr>
          <w:b/>
        </w:rPr>
        <w:t xml:space="preserve">[08:48] </w:t>
      </w:r>
      <w:r>
        <w:t>woh un ko tashweesh thi ke mulk kahan ja raha hai, mulk ki kya halat hogi is tareeqe se to anarchy phailay gi, peace disturb ho jayega. to peace disturb hoga to phir koi bhi constructive activities nahi ho sakti.</w:t>
      </w:r>
    </w:p>
    <w:p>
      <w:pPr>
        <w:jc w:val="right"/>
      </w:pPr>
      <w:r>
        <w:t>وہ ان کو تشویش تھی کہ ملک کہاں جا رہا ہے، ملک کی کیا حالت ہوگی اس طریقے سے تو انارکی پھیلے گی، پیس ڈسٹرب ہو جائے گا۔ تو پیس ڈسٹرب ہوگا تو پھر کوئی بھی کنسٹرکٹیو ایکٹیویٹیز نہیں ہو سکتی۔</w:t>
      </w:r>
    </w:p>
    <w:p>
      <w:r>
        <w:rPr>
          <w:b/>
        </w:rPr>
        <w:t xml:space="preserve">[09:04] </w:t>
      </w:r>
      <w:r>
        <w:t>to is pe Maulana ne ek padyatra ki thi, woh us ko jis ko hum shanti yatra kehte hain. to is mein jo hai bohat sare is mein shamil the religious leaders.</w:t>
      </w:r>
    </w:p>
    <w:p>
      <w:pPr>
        <w:jc w:val="right"/>
      </w:pPr>
      <w:r>
        <w:t>تو اس پہ مولانا نے ایک پد یاترا کی تھی، وہ اس کو جس کو ہم شانتی یاترا کہتے ہیں۔ تو اس میں جو ہے بہت سارے اس میں شامل تھے ریلیجس لیڈرز۔</w:t>
      </w:r>
    </w:p>
    <w:p>
      <w:r>
        <w:rPr>
          <w:b/>
        </w:rPr>
        <w:t xml:space="preserve">[09:21] </w:t>
      </w:r>
      <w:r>
        <w:t>to is mein sab se acharya Muni Sushil Kumar jo the, woh sab se bare leader the, unhi ki leadership mein yeh padyatra ki gayi thi.</w:t>
      </w:r>
    </w:p>
    <w:p>
      <w:pPr>
        <w:jc w:val="right"/>
      </w:pPr>
      <w:r>
        <w:t>تو اس میں سب سے آچار منی سشیل کمار جو تھے، وہ سب سے بڑے لیڈر تھے، انہی کی لیڈرشپ میں یہ پد یاترا کی گئی تھی۔</w:t>
      </w:r>
    </w:p>
    <w:p>
      <w:r>
        <w:rPr>
          <w:b/>
        </w:rPr>
        <w:t xml:space="preserve">[09:33] </w:t>
      </w:r>
      <w:r>
        <w:t>to un ke sath jo hai unhon ne ek poori team banai thi. is mein Swami Chidanand the. aur yeh Babri Masjid shayad chhe December ko is ka demolition hua tha, to yeh pandrah December se bees December tak yeh shanti yatra ka intezam kiya gaya tha.</w:t>
      </w:r>
    </w:p>
    <w:p>
      <w:pPr>
        <w:jc w:val="right"/>
      </w:pPr>
      <w:r>
        <w:t>تو ان کے ساتھ جو ہے انہوں نے ایک پوری ٹیم بنائی تھی۔ اس میں سوامی چیدانند تھے۔ اور یہ بابری مسجد شاید چھ دسمبر کو اس کا ڈیمولیشن ہوا تھا، تو یہ پندرہ دسمبر سے بیس دسمبر تک یہ شانتی یاترا کا انتظام کیا گیا تھا۔</w:t>
      </w:r>
    </w:p>
    <w:p>
      <w:r>
        <w:rPr>
          <w:b/>
        </w:rPr>
        <w:t xml:space="preserve">[09:53] </w:t>
      </w:r>
      <w:r>
        <w:t>to is mein acharya Sushil Kumar ke ashram mein sab se pehle nayi dilli mein kai meetings huin. phir kuch meetings TV</w:t>
      </w:r>
    </w:p>
    <w:p>
      <w:pPr>
        <w:jc w:val="right"/>
      </w:pPr>
      <w:r>
        <w:t>تو اس میں آچار سشیل کمار کے آشرم میں سب سے پہلے نئی دہلی میں کئی میٹنگز ہوئیں۔ پھر کچھ میٹنگز ٹی وی</w:t>
      </w:r>
    </w:p>
    <w:p>
      <w:r>
        <w:rPr>
          <w:b/>
        </w:rPr>
        <w:t xml:space="preserve">[10:01] </w:t>
      </w:r>
      <w:r>
        <w:t>par huin, unhon ne bohat sare religious leaders ko bulaya. to is ke baad unhon ne ek team banai, kyunke bombay mein bohat zyada fasad ho rahe the, bohat zyada log mare ja rahe the.</w:t>
      </w:r>
    </w:p>
    <w:p>
      <w:pPr>
        <w:jc w:val="right"/>
      </w:pPr>
      <w:r>
        <w:t>پر ہوئیں، انہوں نے بہت سارے ریلیجس لیڈرز کو بلایا۔ تو اس کے بعد انہوں نے ایک ٹیم بنائی، کیونکہ بامبے میں بہت زیادہ فساد ہو رہے تھے، بہت زیادہ لوگ مارے جا رہے تھے۔</w:t>
      </w:r>
    </w:p>
    <w:p>
      <w:r>
        <w:rPr>
          <w:b/>
        </w:rPr>
        <w:t xml:space="preserve">[10:12] </w:t>
      </w:r>
      <w:r>
        <w:t>to is mein jo the Swami Chidanand ji the, Shanti Lal Motha, woh poona ke the, wahan ke bare leader the, Anna Sahab Hazare, Justice Chandrashekhar</w:t>
      </w:r>
    </w:p>
    <w:p>
      <w:pPr>
        <w:jc w:val="right"/>
      </w:pPr>
      <w:r>
        <w:t>تو اس میں جو تھے سوامی چیدانند جی تھے، شانتی لال موتھا، وہ پونا کے تھے، وہاں کے بڑے لیڈر تھے، انا صاحب ہزارے، جسٹس چندر شیکھر</w:t>
      </w:r>
    </w:p>
    <w:p>
      <w:r>
        <w:rPr>
          <w:b/>
        </w:rPr>
        <w:t xml:space="preserve">[10:24] </w:t>
      </w:r>
      <w:r>
        <w:t>. to in logon ki ek poori qafle ki shakal mein unhon ne yeh program banaya. aur wahan par halankeh wahan par itna zyada halaat kharab the ke wahan curfew laga hua tha, aur kahin raat ka curfew, kahin din ka curfew, to kisi ko is taraf bahar nikalne ki itna group mein ijazat hi nahi thi.</w:t>
      </w:r>
    </w:p>
    <w:p>
      <w:pPr>
        <w:jc w:val="right"/>
      </w:pPr>
      <w:r>
        <w:t>۔ تو ان لوگوں کی ایک پوری قافلے کی شکل میں انہوں نے یہ پروگرام بنایا۔ اور وہاں پر حالانکہ وہاں پر اتنا زیادہ حالات خراب تھے کہ وہاں کرفیو لگا ہوا تھا، اور کہیں رات کا کرفیو، کہیں دن کا کرفیو، تو کسی کو اس طرف باہر نکلنے کی اتنا گروپ میں اجازت ہی نہیں تھی۔</w:t>
      </w:r>
    </w:p>
    <w:p>
      <w:r>
        <w:rPr>
          <w:b/>
        </w:rPr>
        <w:t xml:space="preserve">[10:45] </w:t>
      </w:r>
      <w:r>
        <w:t>lekin Shanti Lal Motha jo hain bare leader the, to unhon ne bat cheet kar ke us ko administration se ijazat li.</w:t>
      </w:r>
    </w:p>
    <w:p>
      <w:pPr>
        <w:jc w:val="right"/>
      </w:pPr>
      <w:r>
        <w:t>لیکن شانتی لال موتھا جو ہیں بڑے لیڈر تھے، تو انہوں نے بات چیت کر کے اس کو ایڈمنسٹریشن سے اجازت لی۔</w:t>
      </w:r>
    </w:p>
    <w:p>
      <w:r>
        <w:rPr>
          <w:b/>
        </w:rPr>
        <w:t xml:space="preserve">[10:54] </w:t>
      </w:r>
      <w:r>
        <w:t>to ek bohat bare qafle ki shakal mein yeh nikla. to is mein ek aage aage ek jeep hoti thi, us mein shanti geet chalte the.</w:t>
      </w:r>
    </w:p>
    <w:p>
      <w:pPr>
        <w:jc w:val="right"/>
      </w:pPr>
      <w:r>
        <w:t>تو ایک بہت بڑے قافلے کی شکل میں یہ نکلا۔ تو اس میں ایک آگے آگے ایک جیپ ہوتی تھی، اس میں شانتی گیت چلتے تھے۔</w:t>
      </w:r>
    </w:p>
    <w:p>
      <w:r>
        <w:rPr>
          <w:b/>
        </w:rPr>
        <w:t xml:space="preserve">[11:04] </w:t>
      </w:r>
      <w:r>
        <w:t>to is mein bohat hi achhe aise aise geet hote the, bohat hi inspiring. to is mein chand ashaar Maulana ne likhe hain:</w:t>
      </w:r>
    </w:p>
    <w:p>
      <w:pPr>
        <w:jc w:val="right"/>
      </w:pPr>
      <w:r>
        <w:t>تو اس میں بہت ہی اچھے ایسے ایسے گیت ہوتے تھے، بہت ہی انسپائرنگ۔ تو اس میں چند اشعار مولانا نے لکھے ہیں:</w:t>
      </w:r>
    </w:p>
    <w:p>
      <w:r>
        <w:rPr>
          <w:b/>
        </w:rPr>
        <w:t xml:space="preserve">[11:13] </w:t>
      </w:r>
      <w:r>
        <w:t>"ashiq ki deepak jalne do, toote hue dil ko judne do, tareekh ke panne likhne do, ganga jamna ko milne do." to is tareeqe se aage aage woh jeep chalti thi, peechhe peechhe qafila chalta tha, aur jis area mein jate the, wahan ke bohat sare log is mein sath ho jate the.</w:t>
      </w:r>
    </w:p>
    <w:p>
      <w:pPr>
        <w:jc w:val="right"/>
      </w:pPr>
      <w:r>
        <w:t>"عاشق کی دیپک جلنے دو، ٹوٹے ہوئے دل کو جڑنے دو، تاریخ کے پنے لکھنے دو، گنگا جمنا کو ملنے دو۔" تو اس طریقے سے آگے آگے وہ جیپ چلتی تھی، پیچھے پیچھے قافلہ چلتا تھا، اور جس ایریا میں جاتے تھے، وہاں کے بہت سارے لوگ اس میں ساتھ ہو جاتے تھے۔</w:t>
      </w:r>
    </w:p>
    <w:p>
      <w:r>
        <w:rPr>
          <w:b/>
        </w:rPr>
        <w:t xml:space="preserve">[11:34] </w:t>
      </w:r>
      <w:r>
        <w:t>to bohat zyada logon ko dilchaspi hui, kyunke aman qaim karna Maulana likhte hain ke insan ke fitrat mein hi hai, woh parman hi rehna chahta hai.</w:t>
      </w:r>
    </w:p>
    <w:p>
      <w:pPr>
        <w:jc w:val="right"/>
      </w:pPr>
      <w:r>
        <w:t>تو بہت زیادہ لوگوں کو دلچسپی ہوئی، کیونکہ امن قائم کرنا مولانا لکھتے ہیں کہ انسان کے فطرت میں ہی ہے، وہ پرامن ہی رہنا چاہتا ہے۔</w:t>
      </w:r>
    </w:p>
    <w:p>
      <w:r>
        <w:rPr>
          <w:b/>
        </w:rPr>
        <w:t xml:space="preserve">[11:44] </w:t>
      </w:r>
      <w:r>
        <w:t>lekin kabhi kabhi us ki ego bhadak jati hai, phir us ko ghussa aa jata hai, phir woh koi bhi harkat kar baithta hai. lekin agar aap us ki fitrat ko jaga dein to phir aap ko aman hi aman, peace hi peace milega.</w:t>
      </w:r>
    </w:p>
    <w:p>
      <w:pPr>
        <w:jc w:val="right"/>
      </w:pPr>
      <w:r>
        <w:t>لیکن کبھی کبھی اس کی ایگو بھڑک جاتی ہے، پھر اس کو غصہ آ جاتا ہے، پھر وہ کوئی بھی حرکت کر بیٹھتا ہے۔ لیکن اگر آپ اس کی فطرت کو جگا دیں تو پھر آپ کو امن ہی امن، پیس ہی پیس ملے گا۔</w:t>
      </w:r>
    </w:p>
    <w:p>
      <w:r>
        <w:rPr>
          <w:b/>
        </w:rPr>
        <w:t xml:space="preserve">[11:58] </w:t>
      </w:r>
      <w:r>
        <w:t>to wahan par jab gaye hain Maulana to ek hi haftay guzre the abhi Babri Masjid ke baad.</w:t>
      </w:r>
    </w:p>
    <w:p>
      <w:pPr>
        <w:jc w:val="right"/>
      </w:pPr>
      <w:r>
        <w:t>تو وہاں پر جب گئے ہیں مولانا تو ایک ہی ہفتے گزرے تھے ابھی بابری مسجد کے بعد۔</w:t>
      </w:r>
    </w:p>
    <w:p>
      <w:r>
        <w:rPr>
          <w:b/>
        </w:rPr>
        <w:t xml:space="preserve">[12:04] </w:t>
      </w:r>
      <w:r>
        <w:t>to is ke baad abhi tak bohat sari dukanein jal rahi thin, ghar jal rahe the, aur kahin dhuan nikal raha tha. to aur poore Maharashtra mein aisa tha ke is shehron mein aur qasbon mein to woh to paidal chalte the, aur jo main sadak hoti thi, wahan par gari se chalte the.</w:t>
      </w:r>
    </w:p>
    <w:p>
      <w:pPr>
        <w:jc w:val="right"/>
      </w:pPr>
      <w:r>
        <w:t>تو اس کے بعد ابھی تک بہت ساری دکانیں جل رہی تھیں، گھر جل رہے تھے، اور کہیں دھواں نکل رہا تھا۔ تو اور پورے مہاراشٹر میں ایسا تھا کہ اس شہروں میں اور قصبوں میں تو وہ تو پیدل چلتے تھے، اور جو مین سڑک ہوتی تھی، وہاں پر گاڑی سے چلتے تھے۔</w:t>
      </w:r>
    </w:p>
    <w:p>
      <w:r>
        <w:rPr>
          <w:b/>
        </w:rPr>
        <w:t xml:space="preserve">[12:23] </w:t>
      </w:r>
      <w:r>
        <w:t>to ek jagah agar likhte hain ke amravati mein jab wahan pahunche to wahan dukanein jal rahi thin, aur dhuan nikal raha</w:t>
      </w:r>
    </w:p>
    <w:p>
      <w:pPr>
        <w:jc w:val="right"/>
      </w:pPr>
      <w:r>
        <w:t>تو ایک جگہ اگر لکھتے ہیں کہ امراوتی میں جب وہاں پہنچے تو وہاں دکانیں جل رہی تھیں، اور دھواں نکل رہا</w:t>
      </w:r>
    </w:p>
    <w:p>
      <w:r>
        <w:rPr>
          <w:b/>
        </w:rPr>
        <w:t xml:space="preserve">[12:30] </w:t>
      </w:r>
      <w:r>
        <w:t>tha. to wohin par ek unchai par khare ho kar Maulana ne taqreer ki ke aap jante hain ke shanti yatra is liye nikli hai ke jis aag ko fire brigade na bujha saka, fire brigade ka pani na bujha saka, us ko sant aur faqeer ke aansuon se bujha diya jaye.</w:t>
      </w:r>
    </w:p>
    <w:p>
      <w:pPr>
        <w:jc w:val="right"/>
      </w:pPr>
      <w:r>
        <w:t>تھا۔ تو وہیں پر ایک اونچائی پر کھڑے ہو کر مولانا نے تقریر کی کہ آپ جانتے ہیں کہ شانتی یاترا اس لیے نکلی ہے کہ جس آگ کو فائر بریگیڈ نہ بجھا سکا، فائر بریگیڈ کا پانی نہ بجھا سکا، اس کو سنت اور فقیر کے آنسوؤں سے بجھا دیا جائے۔</w:t>
      </w:r>
    </w:p>
    <w:p>
      <w:r>
        <w:rPr>
          <w:b/>
        </w:rPr>
        <w:t xml:space="preserve">[12:49] </w:t>
      </w:r>
      <w:r>
        <w:t>to is zamane mein bohat hi zyada halaat kharab ho gaye thay. agar is waqt ain waqt par yeh kaam na kiya gaya hota to bohat zyada nuqsan hota.</w:t>
      </w:r>
    </w:p>
    <w:p>
      <w:pPr>
        <w:jc w:val="right"/>
      </w:pPr>
      <w:r>
        <w:t>تو اس زمانے میں بہت ہی زیادہ حالات خراب ہو گئے تھے۔ اگر اس وقت عین وقت پر یہ کام نہ کیا گیا ہوتا تو بہت زیادہ نقصان ہوتا۔</w:t>
      </w:r>
    </w:p>
    <w:p>
      <w:r>
        <w:rPr>
          <w:b/>
        </w:rPr>
        <w:t xml:space="preserve">[13:00] </w:t>
      </w:r>
      <w:r>
        <w:t>to baar baar har mauqe par jis jis town mein jatay, aur jagah jagah area mein wahan par sab sunnat log sab taqreer karte.</w:t>
      </w:r>
    </w:p>
    <w:p>
      <w:pPr>
        <w:jc w:val="right"/>
      </w:pPr>
      <w:r>
        <w:t>تو بار بار ہر موقع پر جس جس ٹاؤن میں جاتے، اور جگہ جگہ ایریا میں وہاں پر سب سنت لوگ سب تقریر کرتے۔</w:t>
      </w:r>
    </w:p>
    <w:p>
      <w:r>
        <w:rPr>
          <w:b/>
        </w:rPr>
        <w:t xml:space="preserve">[13:09] </w:t>
      </w:r>
      <w:r>
        <w:t>to is mein Maulana koi na koi usool ki baat batatay ke aik baar bataya ke sikh wala samajh be sikh ko bardasht karne se banta hai.</w:t>
      </w:r>
    </w:p>
    <w:p>
      <w:pPr>
        <w:jc w:val="right"/>
      </w:pPr>
      <w:r>
        <w:t>تو اس میں مولانا کوئی نہ کوئی اصول کی بات بتاتے کہ ایک بار بتایا کہ سکھ والا سماج بے سکھ کو برداشت کرنے سے بنتا ہے۔</w:t>
      </w:r>
    </w:p>
    <w:p>
      <w:r>
        <w:rPr>
          <w:b/>
        </w:rPr>
        <w:t xml:space="preserve">[13:20] </w:t>
      </w:r>
      <w:r>
        <w:t>kyun ke woh baar baar kehte hain ke dekhiye in pleasant baatein to har waqt hamare samne ayengi.</w:t>
      </w:r>
    </w:p>
    <w:p>
      <w:pPr>
        <w:jc w:val="right"/>
      </w:pPr>
      <w:r>
        <w:t>کیونکہ وہ بار بار کہتے ہیں کہ دیکھیے ان پلیزنٹ باتیں تو ہر وقت ہمارے سامنے آئیں گی۔</w:t>
      </w:r>
    </w:p>
    <w:p>
      <w:r>
        <w:rPr>
          <w:b/>
        </w:rPr>
        <w:t xml:space="preserve">[13:26] </w:t>
      </w:r>
      <w:r>
        <w:t>kyun ke yeh dunya jo hai, is mein yeh sab ke liye banai gayi hai. sab log apne apne faide ke liye, apne apne interest ke liye daur rahe hain. yahan competition hai, challenge hai, to woh hamein face karna padega.</w:t>
      </w:r>
    </w:p>
    <w:p>
      <w:pPr>
        <w:jc w:val="right"/>
      </w:pPr>
      <w:r>
        <w:t>کیونکہ یہ دنیا جو ہے، اس میں یہ سب کے لیے بنائی گئی ہے۔ سب لوگ اپنے اپنے فائدے کے لیے، اپنے اپنے انٹرسٹ کے لیے دوڑ رہے ہیں۔ یہاں کمپیٹیشن ہے، چیلنج ہے، تو وہ ہمیں فیس کرنا پڑے گا۔</w:t>
      </w:r>
    </w:p>
    <w:p>
      <w:r>
        <w:rPr>
          <w:b/>
        </w:rPr>
        <w:t xml:space="preserve">[13:38] </w:t>
      </w:r>
      <w:r>
        <w:t>to is ko hum kaise masail ko hal kaise karein</w:t>
      </w:r>
    </w:p>
    <w:p>
      <w:pPr>
        <w:jc w:val="right"/>
      </w:pPr>
      <w:r>
        <w:t>تو اس کو ہم کیسے مسائل کو حل کیسے کریں</w:t>
      </w:r>
    </w:p>
    <w:p>
      <w:r>
        <w:rPr>
          <w:b/>
        </w:rPr>
        <w:t xml:space="preserve">[13:42] </w:t>
      </w:r>
      <w:r>
        <w:t>? to is ka yahi tareeqa hai ke ikhtilafi baaton ko hum bardasht karein. aur yahi Quran o Hadees se bhi hum seekhte hain ke Rasool Allah Salallahu Alaihi Wasallam ne har ikhtilafi baat ko, har opposition ko bardasht kiya, araz ka tareeqa ikhtiyar kiya.</w:t>
      </w:r>
    </w:p>
    <w:p>
      <w:pPr>
        <w:jc w:val="right"/>
      </w:pPr>
      <w:r>
        <w:t>؟ تو اس کا یہی طریقہ ہے کہ اختلافی باتوں کو ہم برداشت کریں۔ اور یہی قرآن و حدیث سے بھی ہم سیکھتے ہیں کہ رسول اللہ صلی اللہ علیہ وسلم نے ہر اختلافی بات کو، ہر اپوزیشن کو برداشت کیا، اعراض کا طریقہ اختیار کیا۔</w:t>
      </w:r>
    </w:p>
    <w:p>
      <w:r>
        <w:rPr>
          <w:b/>
        </w:rPr>
        <w:t xml:space="preserve">[14:00] </w:t>
      </w:r>
      <w:r>
        <w:t>kabhi retaliation nahi kiya. to tarah tarah ki baatein aati hain. is mein aik justice chander shekhar thay,</w:t>
      </w:r>
    </w:p>
    <w:p>
      <w:pPr>
        <w:jc w:val="right"/>
      </w:pPr>
      <w:r>
        <w:t>کبھی ریٹیلیشن نہیں کیا۔ تو طرح طرح کی باتیں آتی ہیں۔ اس میں ایک جسٹس چندر شیکھر تھے،</w:t>
      </w:r>
    </w:p>
    <w:p>
      <w:r>
        <w:rPr>
          <w:b/>
        </w:rPr>
        <w:t xml:space="preserve">[14:08] </w:t>
      </w:r>
      <w:r>
        <w:t>to unhon ne aik waqia bataya ke azadi se pehle taqreeban 1920 ke lag bhag Lahore ke aik jalsay mein aik barrister Mr. Alam taqreer kar rahe thay.</w:t>
      </w:r>
    </w:p>
    <w:p>
      <w:pPr>
        <w:jc w:val="right"/>
      </w:pPr>
      <w:r>
        <w:t>تو انہوں نے ایک واقعہ بتایا کہ آزادی سے پہلے تقریباً 1920 کے لگ بھگ لاہور کے ایک جلسے میں ایک بیرسٹر مسٹر عالم تقریر کر رہے تھے۔</w:t>
      </w:r>
    </w:p>
    <w:p>
      <w:r>
        <w:rPr>
          <w:b/>
        </w:rPr>
        <w:t xml:space="preserve">[14:19] </w:t>
      </w:r>
      <w:r>
        <w:t>un se kisi ne sawal kiya ke aap pehle Musalman hain ya pehle Hindustani? to unhon ne jawab diya ke yeh sawal aisa hi hai jaise koi mujh se pooche ke pehle aap apni maan ke hain ya apni baap ke?</w:t>
      </w:r>
    </w:p>
    <w:p>
      <w:pPr>
        <w:jc w:val="right"/>
      </w:pPr>
      <w:r>
        <w:t>ان سے کسی نے سوال کیا کہ آپ پہلے مسلمان ہیں یا پہلے ہندوستانی؟ تو انہوں نے جواب دیا کہ یہ سوال ایسا ہی ہے جیسے کوئی مجھ سے پوچھے کہ پہلے آپ اپنی ماں کے ہیں یا اپنی باپ کے؟</w:t>
      </w:r>
    </w:p>
    <w:p>
      <w:r>
        <w:rPr>
          <w:b/>
        </w:rPr>
        <w:t xml:space="preserve">[14:34] </w:t>
      </w:r>
      <w:r>
        <w:t>to phir unhon ne kaha ke aadmi back waqt apne baap ka bhi hota hai aur apni maan ka bhi hota hai. isi tarah mein back waqt Musalman bhi hoon aur Hindustani bhi.</w:t>
      </w:r>
    </w:p>
    <w:p>
      <w:pPr>
        <w:jc w:val="right"/>
      </w:pPr>
      <w:r>
        <w:t>تو پھر انہوں نے کہا کہ آدمی بیک وقت اپنے باپ کا بھی ہوتا ہے اور اپنی ماں کا بھی ہوتا ہے۔ اسی طرح میں بیک وقت مسلمان بھی ہوں اور ہندوستانی بھی۔</w:t>
      </w:r>
    </w:p>
    <w:p>
      <w:r>
        <w:rPr>
          <w:b/>
        </w:rPr>
        <w:t xml:space="preserve">[14:46] </w:t>
      </w:r>
      <w:r>
        <w:t>to is tareeqay ke jawab de kar ke doosra insan jo hai bilkul khamosh ho jata hai. us ko us ko samajh mein aa jata hai ke yeh baat hum ne jo kahi woh galat hai.</w:t>
      </w:r>
    </w:p>
    <w:p>
      <w:pPr>
        <w:jc w:val="right"/>
      </w:pPr>
      <w:r>
        <w:t>تو اس طریقے کے جواب دے کر کے دوسرا انسان جو ہے بالکل خاموش ہو جاتا ہے۔ اس کو اس کو سمجھ میں آ جاتا ہے کہ یہ بات ہم نے جو کہی وہ غلط ہے۔</w:t>
      </w:r>
    </w:p>
    <w:p>
      <w:r>
        <w:rPr>
          <w:b/>
        </w:rPr>
        <w:t xml:space="preserve">[14:56] </w:t>
      </w:r>
      <w:r>
        <w:t>to is ke liye aik bohat bari zaroorat hai ke qaum taleem yafta ho.</w:t>
      </w:r>
    </w:p>
    <w:p>
      <w:pPr>
        <w:jc w:val="right"/>
      </w:pPr>
      <w:r>
        <w:t>تو اس کے لیے ایک بہت بڑی ضرورت ہے کہ قوم تعلیم یافتہ ہو۔</w:t>
      </w:r>
    </w:p>
    <w:p>
      <w:r>
        <w:rPr>
          <w:b/>
        </w:rPr>
        <w:t xml:space="preserve">[15:01] </w:t>
      </w:r>
      <w:r>
        <w:t>aik barrister, aik highly educated person hi yeh jawab de sakta tha. to Maulana ne baar baar likha hai ke taleem ko barhana chahiye.</w:t>
      </w:r>
    </w:p>
    <w:p>
      <w:pPr>
        <w:jc w:val="right"/>
      </w:pPr>
      <w:r>
        <w:t>ایک بیرسٹر، ایک ہائیلی ایجوکیٹڈ پرسن ہی یہ جواب دے سکتا تھا۔ تو مولانا نے بار بار لکھا ہے کہ تعلیم کو بڑھانا چاہیے۔</w:t>
      </w:r>
    </w:p>
    <w:p>
      <w:r>
        <w:rPr>
          <w:b/>
        </w:rPr>
        <w:t xml:space="preserve">[15:11] </w:t>
      </w:r>
      <w:r>
        <w:t>taleem hamein bashaoor banati hai aur yeh sare masail hum khud hi hal kar sakte hain. jab jab taleem nahi hoti, jahalat hoti hai to log bohat jald bhark uthte hain.</w:t>
      </w:r>
    </w:p>
    <w:p>
      <w:pPr>
        <w:jc w:val="right"/>
      </w:pPr>
      <w:r>
        <w:t>تعلیم ہمیں باشعور بناتی ہے اور یہ سارے مسائل ہم خود ہی حل کر سکتے ہیں۔ جب جب تعلیم نہیں ہوتی، جہالت ہوتی ہے تو لوگ بہت جلد بھڑک اٹھتے ہیں۔</w:t>
      </w:r>
    </w:p>
    <w:p>
      <w:r>
        <w:rPr>
          <w:b/>
        </w:rPr>
        <w:t xml:space="preserve">[15:21] </w:t>
      </w:r>
      <w:r>
        <w:t>kyun ke un ko samajh mein nahi aata ke is masle ka hal kya hai.</w:t>
      </w:r>
    </w:p>
    <w:p>
      <w:pPr>
        <w:jc w:val="right"/>
      </w:pPr>
      <w:r>
        <w:t>کیونکہ ان کو سمجھ میں نہیں آتا کہ اس مسئلے کا حل کیا ہے۔</w:t>
      </w:r>
    </w:p>
    <w:p>
      <w:r>
        <w:rPr>
          <w:b/>
        </w:rPr>
        <w:t xml:space="preserve">[15:25] </w:t>
      </w:r>
      <w:r>
        <w:t>to wahan poori shanti yatra mein is qadar josh tha ke hazaron log sath mein chalte thay. aur jab curfew ke waqt woh uthte thay to wahan ka jo administration bhi sath tha, to woh kehta tha nahi aap log baithiye, baatein suniye, curfew aap aap logon ke liye nahi hai.</w:t>
      </w:r>
    </w:p>
    <w:p>
      <w:pPr>
        <w:jc w:val="right"/>
      </w:pPr>
      <w:r>
        <w:t>تو وہاں پوری شانتی یاترا میں اس قدر جوش تھا کہ ہزاروں لوگ ساتھ میں چلتے تھے۔ اور جب کرفیو کے وقت وہ اٹھتے تھے تو وہاں کا جو ایڈمنسٹریشن بھی ساتھ تھا، تو وہ کہتا تھا نہیں آپ لوگ بیٹھیے، باتیں سنیے، کرفیو آپ آپ لوگوں کے لیے نہیں ہے۔</w:t>
      </w:r>
    </w:p>
    <w:p>
      <w:r>
        <w:rPr>
          <w:b/>
        </w:rPr>
        <w:t xml:space="preserve">[15:44] </w:t>
      </w:r>
      <w:r>
        <w:t>to is tareeqay se wahan par is waqt koi Alexander, poora naam yaad nahi mujhe aa raha hai, woh governor thay. to unhon ne is poori shanti yatra ko televise bhi kiya tha.</w:t>
      </w:r>
    </w:p>
    <w:p>
      <w:pPr>
        <w:jc w:val="right"/>
      </w:pPr>
      <w:r>
        <w:t>تو اس طریقے سے وہاں پر اس وقت کوئی الیگزینڈر، پورا نام یاد نہیں مجھے آ رہا ہے، وہ گورنر تھے۔ تو انہوں نے اس پوری شانتی یاترا کو ٹیلی وائز بھی کیا تھا۔</w:t>
      </w:r>
    </w:p>
    <w:p>
      <w:r>
        <w:rPr>
          <w:b/>
        </w:rPr>
        <w:t xml:space="preserve">[15:55] </w:t>
      </w:r>
      <w:r>
        <w:t>to is ka khaas baat yeh hui ke is ke baad fasadat ruk gaye. jo kai so log maray ja chukay thay aur fasadat ruk gaye is ke baad.</w:t>
      </w:r>
    </w:p>
    <w:p>
      <w:pPr>
        <w:jc w:val="right"/>
      </w:pPr>
      <w:r>
        <w:t>تو اس کا خاص بات یہ ہوئی کہ اس کے بعد فسادات رک گئے۔ جو کئی سو لوگ مارے جا چکے تھے اور فسادات رک گئے اس کے بعد۔</w:t>
      </w:r>
    </w:p>
    <w:p>
      <w:r>
        <w:rPr>
          <w:b/>
        </w:rPr>
        <w:t xml:space="preserve">[16:05] </w:t>
      </w:r>
      <w:r>
        <w:t>to is se yeh bhi samajh mein aata hai ke dekhiye kis tareeqay se hum log kaam kar sakte hain. jo qaum ke senior log hain, jo well known log hain, woh woh har mauqe par apna role ada kar sakte hain.</w:t>
      </w:r>
    </w:p>
    <w:p>
      <w:pPr>
        <w:jc w:val="right"/>
      </w:pPr>
      <w:r>
        <w:t>تو اس سے یہ بھی سمجھ میں آتا ہے کہ دیکھیے کس طریقے سے ہم لوگ کام کر سکتے ہیں۔ جو قوم کے سینئر لوگ ہیں، جو ویل نون لوگ ہیں، وہ وہ ہر موقع پر اپنا رول ادا کر سکتے ہیں۔</w:t>
      </w:r>
    </w:p>
    <w:p>
      <w:r>
        <w:rPr>
          <w:b/>
        </w:rPr>
        <w:t xml:space="preserve">[16:20] </w:t>
      </w:r>
      <w:r>
        <w:t>to isi pe Maulana likhte hain ke Allama Iqbal ne aik shair kaha tha Hadees ke hawale se. kyun ke aik Hadees ki yahi wording hai, to isi ko unhon ne shair mein banaya tha.</w:t>
      </w:r>
    </w:p>
    <w:p>
      <w:pPr>
        <w:jc w:val="right"/>
      </w:pPr>
      <w:r>
        <w:t>تو اسی پہ مولانا لکھتے ہیں کہ علامہ اقبال نے ایک شعر کہا تھا حدیث کے حوالے سے۔ کیونکہ ایک حدیث کی یہی ورڈنگ ہے، تو اسی کو انہوں نے شعر میں بنایا تھا۔</w:t>
      </w:r>
    </w:p>
    <w:p>
      <w:r>
        <w:rPr>
          <w:b/>
        </w:rPr>
        <w:t xml:space="preserve">[16:33] </w:t>
      </w:r>
      <w:r>
        <w:t>mere Arab ko aayi thandi hawa jahan se, mera watan wahi hai, mera watan wahi hai.</w:t>
      </w:r>
    </w:p>
    <w:p>
      <w:pPr>
        <w:jc w:val="right"/>
      </w:pPr>
      <w:r>
        <w:t>میرے عرب کو آئی ٹھنڈی ہوا جہاں سے، میرا وطن وہی ہے، میرا وطن وہی ہے۔</w:t>
      </w:r>
    </w:p>
    <w:p>
      <w:r>
        <w:rPr>
          <w:b/>
        </w:rPr>
        <w:t xml:space="preserve">[16:39] </w:t>
      </w:r>
      <w:r>
        <w:t>to woh Maulana kehte hain ke mere Arab yani Prophet Salallahu Alaihi Wasallam ko to thandi hawa aayi is mulk se, to hamein garam hawa mil rahi hai.</w:t>
      </w:r>
    </w:p>
    <w:p>
      <w:pPr>
        <w:jc w:val="right"/>
      </w:pPr>
      <w:r>
        <w:t>تو وہ مولانا کہتے ہیں کہ میرے عرب یعنی پرافٹ صلی اللہ علیہ وسلم کو تو ٹھنڈی ہوا آئی اس ملک سے، تو ہمیں گرم ہوا مل رہی ہے۔</w:t>
      </w:r>
    </w:p>
    <w:p>
      <w:r>
        <w:rPr>
          <w:b/>
        </w:rPr>
        <w:t xml:space="preserve">[16:49] </w:t>
      </w:r>
      <w:r>
        <w:t>hum masail mein ghare hue hain, to hamein apna yeh ehtisab karna chahiye ke hamare andar kya kami hai. kyun ke Quran se hamein yahi pata chalta hai ke jab bhi hum kisi masle mein phansein, koi hamein harm pahunchaye, koi problem ho, to hamein sab se pehle yeh dekhna chahiye ke is mein hamari kya ghalti hai.</w:t>
      </w:r>
    </w:p>
    <w:p>
      <w:pPr>
        <w:jc w:val="right"/>
      </w:pPr>
      <w:r>
        <w:t>ہم مسائل میں گھرے ہوئے ہیں، تو ہمیں اپنا یہ احتساب کرنا چاہیے کہ ہمارے اندر کیا کمی ہے۔ کیونکہ قرآن سے ہمیں یہی پتہ چلتا ہے کہ جب بھی ہم کسی مسئلے میں پھنسیں، کوئی ہمیں ہارم پہنچائے، کوئی پرابلم ہو، تو ہمیں سب سے پہلے یہ دیکھنا چاہیے کہ اس میں ہماری کیا غلطی ہے۔</w:t>
      </w:r>
    </w:p>
    <w:p>
      <w:r>
        <w:rPr>
          <w:b/>
        </w:rPr>
        <w:t xml:space="preserve">[17:08] </w:t>
      </w:r>
      <w:r>
        <w:t>kyun ke hamari ghalti bohat sari ho sakti hai. aik to aik be sabri, koi mamla ho to hum be sabar ho jatay hain. to hum sabr o bardasht o araz, yeh sare jo usool hain, ishtial par mustahil na hona, yeh sare usool ko apnayein to hum sare masail ko hal kar sakte hain.</w:t>
      </w:r>
    </w:p>
    <w:p>
      <w:pPr>
        <w:jc w:val="right"/>
      </w:pPr>
      <w:r>
        <w:t>کیونکہ ہماری غلطی بہت ساری ہو سکتی ہے۔ ایک تو ایک بے صبری، کوئی معاملہ ہو تو ہم بے صبر ہو جاتے ہیں۔ تو ہم صبر و برداشت و اعراض، یہ سارے جو اصول ہیں، اشتعال پر مستحیل نہ ہونا، یہ سارے اصول کو اپنائیں تو ہم سارے مسائل کو حل کر سکتے ہیں۔</w:t>
      </w:r>
    </w:p>
    <w:p>
      <w:r>
        <w:rPr>
          <w:b/>
        </w:rPr>
        <w:t xml:space="preserve">[17:27] </w:t>
      </w:r>
      <w:r>
        <w:t>to yeh jo hai thandi hawaon ka dais, jo hai jab rasool allah salallaho alaihi wasallam ne kaha to koi koi wajah rahi hogi, aise hi thodi keh diya hoga. to is ko hum ne garam hawaon ka dais bana rakha hai.</w:t>
      </w:r>
    </w:p>
    <w:p>
      <w:pPr>
        <w:jc w:val="right"/>
      </w:pPr>
      <w:r>
        <w:t>تو یہ جو ہے ٹھنڈی ہواؤں کا دیس، جو ہے جب رسول اللہ صلی اللہ علیہ وسلم نے کہا تو کوئی کوئی وجہ رہی ہوگی، ایسے ہی تھوڑی کہہ دیا ہوگا۔ تو اس کو ہم نے گرم ہواؤں کا دیس بنا رکھا ہے۔</w:t>
      </w:r>
    </w:p>
    <w:p>
      <w:r>
        <w:rPr>
          <w:b/>
        </w:rPr>
        <w:t xml:space="preserve">[17:38] </w:t>
      </w:r>
      <w:r>
        <w:t>to humein chahiye ke hum apni kamiyon ko door karein, apne ko apne apne andar jhaankein ke hamare andar kya masla kya hai, kyun</w:t>
      </w:r>
    </w:p>
    <w:p>
      <w:pPr>
        <w:jc w:val="right"/>
      </w:pPr>
      <w:r>
        <w:t>تو ہمیں چاہیے کہ ہم اپنی کمیوں کو دور کریں، اپنے کو اپنے اپنے اندر جھانکیں کہ ہمارے اندر کیا مسئلہ کیا ہے، کیوں</w:t>
      </w:r>
    </w:p>
    <w:p>
      <w:r>
        <w:rPr>
          <w:b/>
        </w:rPr>
        <w:t xml:space="preserve">[17:46] </w:t>
      </w:r>
      <w:r>
        <w:t>hum is ko masail ka dais hum ne bana rakha hai. to sab se pehli baat to yahi hai ke hum doosron se mulaqatein karein, interaction karein, un ko un ko har share karein, understanding wali spirit mein dialogue karein.</w:t>
      </w:r>
    </w:p>
    <w:p>
      <w:pPr>
        <w:jc w:val="right"/>
      </w:pPr>
      <w:r>
        <w:t>ہم اس کو مسائل کا دیس ہم نے بنا رکھا ہے۔ تو سب سے پہلی بات تو یہی ہے کہ ہم دوسروں سے ملاقاتیں کریں، انٹریکشن کریں، ان کو ان کو ہر شیئر کریں، انڈرسٹینڈنگ والی سپرٹ میں ڈائیلاگ کریں۔</w:t>
      </w:r>
    </w:p>
    <w:p>
      <w:r>
        <w:rPr>
          <w:b/>
        </w:rPr>
        <w:t xml:space="preserve">[18:02] </w:t>
      </w:r>
      <w:r>
        <w:t>yeh nahi ke kya karte hain log ke bas apni baat chahte hain ke doosra hamari baat maane. to aise nahi ho sakta hai, kyunke ab har aadmi padha likha hai, har aadmi ki apni rai hoti hai.</w:t>
      </w:r>
    </w:p>
    <w:p>
      <w:pPr>
        <w:jc w:val="right"/>
      </w:pPr>
      <w:r>
        <w:t>یہ نہیں کہ کیا کرتے ہیں لوگ کہ بس اپنی بات چاہتے ہیں کہ دوسرا ہماری بات مانے۔ تو ایسے نہیں ہو سکتا ہے، کیونکہ اب ہر آدمی پڑھا لکھا ہے، ہر آدمی کی اپنی رائے ہوتی ہے۔</w:t>
      </w:r>
    </w:p>
    <w:p>
      <w:r>
        <w:rPr>
          <w:b/>
        </w:rPr>
        <w:t xml:space="preserve">[18:13] </w:t>
      </w:r>
      <w:r>
        <w:t>to hum sirf share kar sakte hain,</w:t>
      </w:r>
    </w:p>
    <w:p>
      <w:pPr>
        <w:jc w:val="right"/>
      </w:pPr>
      <w:r>
        <w:t>تو ہم صرف شیئر کر سکتے ہیں،</w:t>
      </w:r>
    </w:p>
    <w:p>
      <w:r>
        <w:rPr>
          <w:b/>
        </w:rPr>
        <w:t xml:space="preserve">[18:15] </w:t>
      </w:r>
      <w:r>
        <w:t>is ki sunein, apni sunayein, un se taluqat qaim karein, dialogue karein. aur dialogue jo hai woh common ground par hona chahiye. ab misaal ke taur par christian se dialogue ho raha hai, to hum trinity ko le kar nahi baith jayein, balkeh hum un mudon par baat karein jo un ke aur hamare darmiyan common hain.</w:t>
      </w:r>
    </w:p>
    <w:p>
      <w:pPr>
        <w:jc w:val="right"/>
      </w:pPr>
      <w:r>
        <w:t>اس کی سنیں، اپنی سنائیں، ان سے تعلقات قائم کریں، ڈائیلاگ کریں۔ اور ڈائیلاگ جو ہے وہ کامن گراؤنڈ پر ہونا چاہیے۔ اب مثال کے طور پر کرسچن سے ڈائیلاگ ہو رہا ہے، تو ہم ٹرینٹی کو لے کر نہیں بیٹھ جائیں، بلکہ ہم ان مدوں پر بات کریں جو ان کے اور ہمارے درمیان کامن ہیں۔</w:t>
      </w:r>
    </w:p>
    <w:p>
      <w:r>
        <w:rPr>
          <w:b/>
        </w:rPr>
        <w:t xml:space="preserve">[18:33] </w:t>
      </w:r>
      <w:r>
        <w:t>tabhi baat aage badhegi. to misaal ke taur par is waqt sab se bada masla hai peace ko qaim karna, aur yeh sab ka concern hai.</w:t>
      </w:r>
    </w:p>
    <w:p>
      <w:pPr>
        <w:jc w:val="right"/>
      </w:pPr>
      <w:r>
        <w:t>تبھی بات آگے بڑھے گی۔ تو مثال کے طور پر اس وقت سب سے بڑا مسئلہ ہے پیس کو قائم کرنا، اور یہ سب کا کنسرن ہے۔</w:t>
      </w:r>
    </w:p>
    <w:p>
      <w:r>
        <w:rPr>
          <w:b/>
        </w:rPr>
        <w:t xml:space="preserve">[18:41] </w:t>
      </w:r>
      <w:r>
        <w:t>to hum peace ko le kar ke hum kaam karein</w:t>
      </w:r>
    </w:p>
    <w:p>
      <w:pPr>
        <w:jc w:val="right"/>
      </w:pPr>
      <w:r>
        <w:t>تو ہم پیس کو لے کر کے ہم کام کری</w:t>
      </w:r>
    </w:p>
    <w:p>
      <w:r>
        <w:rPr>
          <w:b/>
        </w:rPr>
        <w:t xml:space="preserve">[18:44] </w:t>
      </w:r>
      <w:r>
        <w:t>n. to jo maulana ne peace ko le kar kaam kiya, aur peace ki baatein, islam ki jo peaceful taleemat theen, woh wahan poore program mein mauqa ba mauqa batayein.</w:t>
      </w:r>
    </w:p>
    <w:p>
      <w:pPr>
        <w:jc w:val="right"/>
      </w:pPr>
      <w:r>
        <w:t>ں۔ تو جو مولانا نے پیس کو لے کر کام کیا، اور پیس کی باتیں، اسلام کی جو پیس فل تعلیمات تھیں، وہ وہاں پورے پروگرام میں موقع بموقع بتائیں۔</w:t>
      </w:r>
    </w:p>
    <w:p>
      <w:r>
        <w:rPr>
          <w:b/>
        </w:rPr>
        <w:t xml:space="preserve">[18:55] </w:t>
      </w:r>
      <w:r>
        <w:t>to jo swami chidanand ji hain, rishikesh ke, woh sab se bade ashram ke chairman</w:t>
      </w:r>
    </w:p>
    <w:p>
      <w:pPr>
        <w:jc w:val="right"/>
      </w:pPr>
      <w:r>
        <w:t>تو جو سوامی چیدانند جی ہیں، رشیکیش کے، وہ سب سے بڑے آشرم کے چیئرمین</w:t>
      </w:r>
    </w:p>
    <w:p>
      <w:r>
        <w:rPr>
          <w:b/>
        </w:rPr>
        <w:t xml:space="preserve">[19:01] </w:t>
      </w:r>
      <w:r>
        <w:t>hain. woh itna mutasir hue ke unhone jab wahan se apne rishikesh gaye to wahan se un ka phone aaya ke hum kitabein tayyar kar rahe hain mukhtalif mazahib ki, jaise jainism and daily life, hinduism and daily life.</w:t>
      </w:r>
    </w:p>
    <w:p>
      <w:pPr>
        <w:jc w:val="right"/>
      </w:pPr>
      <w:r>
        <w:t>ہیں۔ وہ اتنا متاثر ہوئے کہ انہوں نے جب وہاں سے اپنے رشیکیش گئے تو وہاں سے ان کا فون آیا کہ ہم کتابیں تیار کر رہے ہیں مختلف مذاہب کی، جیسے جائنزم اینڈ ڈیلی لائف، ہندوازم اینڈ ڈیلی لائف۔</w:t>
      </w:r>
    </w:p>
    <w:p>
      <w:r>
        <w:rPr>
          <w:b/>
        </w:rPr>
        <w:t xml:space="preserve">[19:19] </w:t>
      </w:r>
      <w:r>
        <w:t>to aap bhi islam and daily life par kitaab tayyar kariye, three hundred pages ki, aur hum is ko kam se kam das zubanon mein chhaap kar saari duniya mein phailayenge.</w:t>
      </w:r>
    </w:p>
    <w:p>
      <w:pPr>
        <w:jc w:val="right"/>
      </w:pPr>
      <w:r>
        <w:t>تو آپ بھی اسلام اینڈ ڈیلی لائف پر کتاب تیار کریے، تھری ہنڈرڈ پیجز کی، اور ہم اس کو کم سے کم دس زبانوں میں چھاپ کر ساری دنیا میں پھیلائیں گے۔</w:t>
      </w:r>
    </w:p>
    <w:p>
      <w:r>
        <w:rPr>
          <w:b/>
        </w:rPr>
        <w:t xml:space="preserve">[19:31] </w:t>
      </w:r>
      <w:r>
        <w:t>to aap sochiye ke interaction ka kitna bada yeh miracle hai. islam ki jo peaceful taleemat hain, us ko log pesh nahi karte.</w:t>
      </w:r>
    </w:p>
    <w:p>
      <w:pPr>
        <w:jc w:val="right"/>
      </w:pPr>
      <w:r>
        <w:t>تو آپ سوچیے کہ انٹریکشن کا کتنا بڑا یہ میریکل ہے۔ اسلام کی جو پیس فل تعلیمات ہیں، اس کو لوگ پیش نہیں کرتے۔</w:t>
      </w:r>
    </w:p>
    <w:p>
      <w:r>
        <w:rPr>
          <w:b/>
        </w:rPr>
        <w:t xml:space="preserve">[19:40] </w:t>
      </w:r>
      <w:r>
        <w:t>to log bas jihad jaante hain, har baat mein har ladai ko jihad bana dete hain. kyunke jihad banane se un ko bohat zyada support mil jati hai.</w:t>
      </w:r>
    </w:p>
    <w:p>
      <w:pPr>
        <w:jc w:val="right"/>
      </w:pPr>
      <w:r>
        <w:t>تو لوگ بس جہاد جانتے ہیں، ہر بات میں ہر لڑائی کو جہاد بنا دیتے ہیں۔ کیونکہ جہاد بنانے سے ان کو بہت زیادہ سپورٹ مل جاتی ہے۔</w:t>
      </w:r>
    </w:p>
    <w:p>
      <w:r>
        <w:rPr>
          <w:b/>
        </w:rPr>
        <w:t xml:space="preserve">[19:49] </w:t>
      </w:r>
      <w:r>
        <w:t>to islam ki jo peaceful taleemat hain, woh duniya ke samne pesh karein, aur isi mein hamara saara hal hai.</w:t>
      </w:r>
    </w:p>
    <w:p>
      <w:pPr>
        <w:jc w:val="right"/>
      </w:pPr>
      <w:r>
        <w:t>تو اسلام کی جو پیس فل تعلیمات ہیں، وہ دنیا کے سامنے پیش کریں، اور اسی میں ہمارا سارا حل ہے۔</w:t>
      </w:r>
    </w:p>
    <w:p>
      <w:r>
        <w:rPr>
          <w:b/>
        </w:rPr>
        <w:t xml:space="preserve">[19:58] </w:t>
      </w:r>
      <w:r>
        <w:t>isi mein hum apne tamam masail ko hal kar sakte hain. to yahan par</w:t>
      </w:r>
    </w:p>
    <w:p>
      <w:pPr>
        <w:jc w:val="right"/>
      </w:pPr>
      <w:r>
        <w:t>اسی میں ہم اپنے تمام مسائل کو حل کر سکتے ہیں۔ تو یہاں پر</w:t>
      </w:r>
    </w:p>
    <w:p>
      <w:r>
        <w:rPr>
          <w:b/>
        </w:rPr>
        <w:t xml:space="preserve">[20:06] </w:t>
      </w:r>
      <w:r>
        <w:t>ek isi safar-e-hind mein jo shanti yatra wala jo article hai, jo safarnama hai, us mein ek guru gobind singh par likha hai.</w:t>
      </w:r>
    </w:p>
    <w:p>
      <w:pPr>
        <w:jc w:val="right"/>
      </w:pPr>
      <w:r>
        <w:t>ایک اسی اسفار ہند میں جو شانتی یاترا والا جو آرٹیکل ہے، جو سفرنامہ ہے، اس میں ایک گرو گوبند سنگھ پر لکھا ہے۔</w:t>
      </w:r>
    </w:p>
    <w:p>
      <w:r>
        <w:rPr>
          <w:b/>
        </w:rPr>
        <w:t xml:space="preserve">[20:22] </w:t>
      </w:r>
      <w:r>
        <w:t>kyunke woh nanded</w:t>
      </w:r>
    </w:p>
    <w:p>
      <w:pPr>
        <w:jc w:val="right"/>
      </w:pPr>
      <w:r>
        <w:t>کیونکہ وہ ناندی</w:t>
      </w:r>
    </w:p>
    <w:p>
      <w:r>
        <w:rPr>
          <w:b/>
        </w:rPr>
        <w:t xml:space="preserve">[20:23] </w:t>
      </w:r>
      <w:r>
        <w:t>bhi gaye the, maharashtra ke bohat sare ilaqon mein taqreeban chhe hazar kilometer ka safar kiya tha. to us mein nanded bhi gaye the, to wahan daswein guru jo hai, guru gobind singh, to un ka wahin par un ka aakhri waqt aaya tha, aur wahin par woh un ke naam se woh gurdwara bana hai.</w:t>
      </w:r>
    </w:p>
    <w:p>
      <w:pPr>
        <w:jc w:val="right"/>
      </w:pPr>
      <w:r>
        <w:t>ڑ بھی گئے تھے، مہاراشٹر کے بہت سارے علاقوں میں تقریباً چھ ہزار کلومیٹر کا سفر کیا تھا۔ تو اس میں ناندیڑ بھی گئے تھے، تو وہاں دسویں گرو جو ہے، گرو گوبند سنگھ، تو ان کا وہیں پر ان کا آخری وقت آیا تھا، اور وہیں پر وہ ان کے نام سے وہ گوردوارہ بنا ہے۔</w:t>
      </w:r>
    </w:p>
    <w:p>
      <w:r>
        <w:rPr>
          <w:b/>
        </w:rPr>
        <w:t xml:space="preserve">[20:43] </w:t>
      </w:r>
      <w:r>
        <w:t>woh patna mein 1666 mein paida hue the, aur aap jaante hain, un ko arabi, farsi, urdu sari zubanein aati theen.</w:t>
      </w:r>
    </w:p>
    <w:p>
      <w:pPr>
        <w:jc w:val="right"/>
      </w:pPr>
      <w:r>
        <w:t>وہ پٹنہ میں 1666 میں پیدا ہوئے تھے، اور آپ جانتے ہیں، ان کو عربی، فارسی، اردو ساری زبانیں آتی تھ</w:t>
      </w:r>
    </w:p>
    <w:p>
      <w:r>
        <w:rPr>
          <w:b/>
        </w:rPr>
        <w:t xml:space="preserve">[20:50] </w:t>
      </w:r>
      <w:r>
        <w:t>ab woh kitna sunhera waqt tha, woh zamana ke tamam logon ko yeh zubanein aati theen. hum apni zuban mein islam ki taleemat ko un ke samne pesh kar sakte the, lekin hum har ek se jihad karte rahe.</w:t>
      </w:r>
    </w:p>
    <w:p>
      <w:pPr>
        <w:jc w:val="right"/>
      </w:pPr>
      <w:r>
        <w:t>یں۔ اب وہ کتنا سنہرا وقت تھا، وہ زمانہ کہ تمام لوگوں کو یہ زبانیں آتی تھیں۔ ہم اپنی زبان میں اسلام کی تعلیمات کو ان کے سامنے پیش کر سکتے تھے، لیکن ہم ہر ایک سے جہاد کرتے رہے۔</w:t>
      </w:r>
    </w:p>
    <w:p>
      <w:r>
        <w:rPr>
          <w:b/>
        </w:rPr>
        <w:t xml:space="preserve">[21:04] </w:t>
      </w:r>
      <w:r>
        <w:t>to unhone jo hai, us ko us ko counter karne ke liye, unhone khud ek khalsa tanzeem qaim ki, jo musallah sikh tanzeem thi.</w:t>
      </w:r>
    </w:p>
    <w:p>
      <w:pPr>
        <w:jc w:val="right"/>
      </w:pPr>
      <w:r>
        <w:t>تو انہوں نے جو ہے، اس کو اس کو کاؤنٹر کرنے کے لیے، انہوں نے خود ایک خالصہ تنظیم قائم کی، جو مسلح سکھ تنظیم تھی۔</w:t>
      </w:r>
    </w:p>
    <w:p>
      <w:r>
        <w:rPr>
          <w:b/>
        </w:rPr>
        <w:t xml:space="preserve">[21:13] </w:t>
      </w:r>
      <w:r>
        <w:t>to</w:t>
      </w:r>
    </w:p>
    <w:p>
      <w:pPr>
        <w:jc w:val="right"/>
      </w:pPr>
      <w:r>
        <w:t>تو</w:t>
      </w:r>
    </w:p>
    <w:p>
      <w:r>
        <w:rPr>
          <w:b/>
        </w:rPr>
        <w:t xml:space="preserve">[21:14] </w:t>
      </w:r>
      <w:r>
        <w:t>is mein ek bohat dilchasp ek waqia aata hai ke ek baar woh apne mareedon ke sath ek baithe hue the, bohat lambe murakabe and meditation ke baad, unhone apna sar uthaya aur kaha ke meri talwar ek sar mangti hai.</w:t>
      </w:r>
    </w:p>
    <w:p>
      <w:pPr>
        <w:jc w:val="right"/>
      </w:pPr>
      <w:r>
        <w:t>اس میں ایک بہت دلچسپ ایک واقعہ آتا ہے کہ ایک بار وہ اپنے مریدوں کے ساتھ ایک بیٹھے ہوئے تھے، بہت لمبے مراقبے اینڈ میڈیٹیشن کے بعد، انہوں نے اپنا سر اٹھایا اور کہا کہ میری تلوار ایک سر مانگتی ہے۔</w:t>
      </w:r>
    </w:p>
    <w:p>
      <w:r>
        <w:rPr>
          <w:b/>
        </w:rPr>
        <w:t xml:space="preserve">[21:29] </w:t>
      </w:r>
      <w:r>
        <w:t>to kaafi der suspense raha, phir ek aadmi utha, to us ko woh le kar ke us ne kaha ke main yeh qurbani dena chahta hoon.</w:t>
      </w:r>
    </w:p>
    <w:p>
      <w:pPr>
        <w:jc w:val="right"/>
      </w:pPr>
      <w:r>
        <w:t>تو کافی دیر سسپنس رہا، پھر ایک آدمی اٹھا، تو اس کو وہ لے کر کے اس نے کہا کہ میں یہ قربانی دینا چاہتا ہوں۔</w:t>
      </w:r>
    </w:p>
    <w:p>
      <w:r>
        <w:rPr>
          <w:b/>
        </w:rPr>
        <w:t xml:space="preserve">[21:38] </w:t>
      </w:r>
      <w:r>
        <w:t>to is ko le kar ke aik band khayme mein guru gobind singh gaye, aur is ko andar bitha diya, aur aik khoon alood talwar le kar bahir nikle.</w:t>
      </w:r>
    </w:p>
    <w:p>
      <w:pPr>
        <w:jc w:val="right"/>
      </w:pPr>
      <w:r>
        <w:t>تو اس کو لے کر کے ایک بند خیمے میں گرو گوبند سنگھ گئے، اور اس کو اندر بیٹھا دیا، اور ایک خون آلود تلوار لے کر باہر نکلے۔</w:t>
      </w:r>
    </w:p>
    <w:p>
      <w:r>
        <w:rPr>
          <w:b/>
        </w:rPr>
        <w:t xml:space="preserve">[21:49] </w:t>
      </w:r>
      <w:r>
        <w:t>phir unhon ne kaha meri talwar aik aik sir mangti hai. to is tarike se unhon ne panch bar kaha,</w:t>
      </w:r>
    </w:p>
    <w:p>
      <w:pPr>
        <w:jc w:val="right"/>
      </w:pPr>
      <w:r>
        <w:t>پھر انہوں نے کہا میری تلوار ایک ایک سر مانگتی ہے۔ تو اس طریقے سے انہوں نے پانچ بار کہا،</w:t>
      </w:r>
    </w:p>
    <w:p>
      <w:r>
        <w:rPr>
          <w:b/>
        </w:rPr>
        <w:t xml:space="preserve">[21:55] </w:t>
      </w:r>
      <w:r>
        <w:t>to panch log tayar hue, aur andar un ko bitha diya, aur aur woh un ka asal mein woh test kar rahe the ke woh wafadar hain ke nahi. kyunke woh jo tanzim bana rahe the, musallah tanzim, us ke liye bohat un ko bari wafadari chahiye thi, qurbani chahiye thi.</w:t>
      </w:r>
    </w:p>
    <w:p>
      <w:pPr>
        <w:jc w:val="right"/>
      </w:pPr>
      <w:r>
        <w:t>تو پانچ لوگ تیار ہوئے، اور اندر ان کو بیٹھا دیا، اور اور وہ ان کا اصل میں وہ ٹیسٹ کر رہے تھے کہ وہ وفادار ہیں کہ نہیں۔ کیونکہ وہ جو تنظیم بنا رہے تھے، مسلح تنظیم، اس کے لیے بہت ان کو بڑی وفاداری چاہیے تھی، قربانی چاہیے تھی۔</w:t>
      </w:r>
    </w:p>
    <w:p>
      <w:r>
        <w:rPr>
          <w:b/>
        </w:rPr>
        <w:t xml:space="preserve">[22:11] </w:t>
      </w:r>
      <w:r>
        <w:t>to baad mein jab panchoun log un ko mil gaye, phir woh panchoun logon ko le kar bahir aaye, aur unhon ne kaha ke in inhi ko panj piyare kaha jata hai, aur wohi log jo hain founder hain us us tanzim ke.</w:t>
      </w:r>
    </w:p>
    <w:p>
      <w:pPr>
        <w:jc w:val="right"/>
      </w:pPr>
      <w:r>
        <w:t>تو بعد میں جب پانچوں لوگ ان کو مل گئے، پھر وہ پانچوں لوگوں کو لے کر باہر آئے، اور انہوں نے کہا کہ ان انہی کو پنج پیارے کہا جاتا ہے، اور وہی لوگ جو ہیں فاؤنڈر ہیں اس اس تنظیم کے۔</w:t>
      </w:r>
    </w:p>
    <w:p>
      <w:r>
        <w:rPr>
          <w:b/>
        </w:rPr>
        <w:t xml:space="preserve">[22:26] </w:t>
      </w:r>
      <w:r>
        <w:t>to is se maine yeh samjha ke yeh jo hai qurbani ki jo spirit hai, jo unhon ne is ko bohat hi dramatic andaz mein logon ko bataya, to yeh hamare liye bhi bohat zyada zaroori hai.</w:t>
      </w:r>
    </w:p>
    <w:p>
      <w:pPr>
        <w:jc w:val="right"/>
      </w:pPr>
      <w:r>
        <w:t>تو اس سے میں نے یہ سمجھا کہ یہ جو ہے قربانی کی جو سپرٹ ہے، جو انہوں نے اس کو بہت ہی ڈرامائی انداز میں لوگوں کو بتایا، تو یہ ہمارے لیے بھی بہت زیادہ ضروری ہے۔</w:t>
      </w:r>
    </w:p>
    <w:p>
      <w:r>
        <w:rPr>
          <w:b/>
        </w:rPr>
        <w:t xml:space="preserve">[22:40] </w:t>
      </w:r>
      <w:r>
        <w:t>dekhiye, is islam mein bhi hazrat ismail ne qurbani di, tabhi aaj hamein islam mila. wohi logon ne rasool allah sallallahu alaihi wasallam ka hundred percent sath diya, poori qurbaniyan de kar</w:t>
      </w:r>
    </w:p>
    <w:p>
      <w:pPr>
        <w:jc w:val="right"/>
      </w:pPr>
      <w:r>
        <w:t>دیکھیے، اس اسلام میں بھی حضرت اسماعیل نے قربانی دی، تبھی آج ہمیں اسلام ملا۔ وہی لوگوں نے رسول اللہ صلی اللہ علیہ وسلم کا ہنڈرڈ پرسنٹ ساتھ دیا، پوری قربانیاں دے کر</w:t>
      </w:r>
    </w:p>
    <w:p>
      <w:r>
        <w:rPr>
          <w:b/>
        </w:rPr>
        <w:t xml:space="preserve">[22:55] </w:t>
      </w:r>
      <w:r>
        <w:t>ke. to isi tarike se aaj hamein bhi qurbani dena hai, aur aaj jo hai qurbani hamein jaan ki qurbani nahi deni hai, balkeh hamein jo maulana ne aik bar likha tha ke rai ki qurbani sab se bari qurbani hai.</w:t>
      </w:r>
    </w:p>
    <w:p>
      <w:pPr>
        <w:jc w:val="right"/>
      </w:pPr>
      <w:r>
        <w:t>کے۔ تو اسی طریقے سے آج ہمیں بھی قربانی دینا ہے، اور آج جو ہے قربانی ہمیں جان کی قربانی نہیں دینی ہے، بلکہ ہمیں جو مولانا نے ایک بار لکھا تھا کہ رائے کی قربانی سب سے بڑی قربانی ہے۔</w:t>
      </w:r>
    </w:p>
    <w:p>
      <w:r>
        <w:rPr>
          <w:b/>
        </w:rPr>
        <w:t xml:space="preserve">[23:09] </w:t>
      </w:r>
      <w:r>
        <w:t>to hamein apni ego ki qurbani deni hai, apni rai ki qurbani deni hai, back seat par baithne ki qurbani deni hai. kyunke aap jante hain ke maulana ne sab se zyada aakhri waqt mein yahi kaha tha ke ikhtilaf nahi hona chahiye hamare mission mein.</w:t>
      </w:r>
    </w:p>
    <w:p>
      <w:pPr>
        <w:jc w:val="right"/>
      </w:pPr>
      <w:r>
        <w:t>تو ہمیں اپنی ایگو کی قربانی دینی ہے، اپنی رائے کی قربانی دینی ہے، بیک سیٹ پر بیٹھنے کی قربانی دینی ہے۔ کیونکہ آپ جانتے ہیں کہ مولانا نے سب سے زیادہ آخری وقت میں یہی کہا تھا کہ اختلاف نہیں ہونا چاہیے ہمارے مشن میں۔</w:t>
      </w:r>
    </w:p>
    <w:p>
      <w:r>
        <w:rPr>
          <w:b/>
        </w:rPr>
        <w:t xml:space="preserve">[23:26] </w:t>
      </w:r>
      <w:r>
        <w:t>bar bar kehte the, un ka recorded hai ke sab log mil kar kaam karna, kabhi ikhtilaf nahi karna.</w:t>
      </w:r>
    </w:p>
    <w:p>
      <w:pPr>
        <w:jc w:val="right"/>
      </w:pPr>
      <w:r>
        <w:t>بار بار کہتے تھے، ان کا ریکارڈڈ ہے کہ سب لوگ مل کر کام کرنا، کبھی اختلاف نہیں کرنا۔</w:t>
      </w:r>
    </w:p>
    <w:p>
      <w:r>
        <w:rPr>
          <w:b/>
        </w:rPr>
        <w:t xml:space="preserve">[23:33] </w:t>
      </w:r>
      <w:r>
        <w:t>to itna zyada unhon ne is par zor diya, to mujhe yeh baat bohat achi lagi ke isi tarike se hamein apni qurbani deni hai, aur yeh aaj ki qurbani jo hai apni rai ki qurbani hai ke agar aisa hota hai kai bar ke log kehte hain ke hamari rai ko accept nahi kiya gaya, is liye hum is mission mein nahi reh sakte.</w:t>
      </w:r>
    </w:p>
    <w:p>
      <w:pPr>
        <w:jc w:val="right"/>
      </w:pPr>
      <w:r>
        <w:t>تو اتنا زیادہ انہوں نے اس پر زور دیا، تو مجھے یہ بات بہت اچھی لگی کہ اسی طریقے سے ہمیں اپنی قربانی دینی ہے، اور یہ آج کی قربانی جو ہے اپنی رائے کی قربانی ہے کہ اگر ایسا ہوتا ہے کئی بار کہ لوگ کہتے ہیں کہ ہماری رائے کو ایکسیپٹ نہیں کیا گیا، اس لیے ہم اس مشن میں نہیں رہ سکتے۔</w:t>
      </w:r>
    </w:p>
    <w:p>
      <w:r>
        <w:rPr>
          <w:b/>
        </w:rPr>
        <w:t xml:space="preserve">[23:52] </w:t>
      </w:r>
      <w:r>
        <w:t>to yeh bilkul islami baat nahi hai, quran o hadith ke mutabiq nahi hai, aur bohat sari rai hoti hai ke aik mission mein bohat sare log mil kar kaam kar rahe hote</w:t>
      </w:r>
    </w:p>
    <w:p>
      <w:pPr>
        <w:jc w:val="right"/>
      </w:pPr>
      <w:r>
        <w:t>تو یہ بالکل اسلامی بات نہیں ہے، قرآن و حدیث کے مطابق نہیں ہے، اور بہت ساری رائے ہوتی ہے کہ ایک مشن میں بہت سارے لوگ مل کر کام کر رہے ہوتے</w:t>
      </w:r>
    </w:p>
    <w:p>
      <w:r>
        <w:rPr>
          <w:b/>
        </w:rPr>
        <w:t xml:space="preserve">[24:02] </w:t>
      </w:r>
      <w:r>
        <w:t>hain. to aisa ho nahi sakta ke tamam logon ki rai jo hai accept kar li jaye. to agar koi rai accept hogi, koi rai accept nahi hogi, to log yeh samjhein ke yeh khuda ka mission hai, is mein har halat mein hamein kaam karna hai, aur jab tak hum log jis ko kehte hain united we stand and divided we fall, to jab tak hum aisa nahi karenge, tab tak hum is kaam ko aage nahi badha sakte.</w:t>
      </w:r>
    </w:p>
    <w:p>
      <w:pPr>
        <w:jc w:val="right"/>
      </w:pPr>
      <w:r>
        <w:t>ہیں۔ تو ایسا ہو نہیں سکتا کہ تمام لوگوں کی رائے جو ہے ایکسیپٹ کر لی جائے۔ تو اگر کوئی رائے ایکسیپٹ ہوگی، کوئی رائے ایکسیپٹ نہیں ہوگی، تو لوگ یہ سمجھیں کہ یہ خدا کا مشن ہے، اس میں ہر حالت میں ہمیں کام کرنا ہے، اور جب تک ہم لوگ جس کو کہتے ہیں یونائٹڈ وی سٹینڈ اینڈ ڈیوائیڈڈ وی فال، تو جب تک ہم ایسا نہیں کریں گے، تب تک ہم اس کام کو آگے نہیں بڑھا سکتے۔</w:t>
      </w:r>
    </w:p>
    <w:p>
      <w:r>
        <w:rPr>
          <w:b/>
        </w:rPr>
        <w:t xml:space="preserve">[24:27] </w:t>
      </w:r>
      <w:r>
        <w:t>aur yeh kaam dekhiye, khuda ka kaam</w:t>
      </w:r>
    </w:p>
    <w:p>
      <w:pPr>
        <w:jc w:val="right"/>
      </w:pPr>
      <w:r>
        <w:t>اور یہ کام دیکھیے، خدا کا کام</w:t>
      </w:r>
    </w:p>
    <w:p>
      <w:r>
        <w:rPr>
          <w:b/>
        </w:rPr>
        <w:t xml:space="preserve">[24:29] </w:t>
      </w:r>
      <w:r>
        <w:t>hai, yeh hum logon ko bohat achi tarike se wazeh hai ke yeh global mission hai, khudai mission hai, aur hamein ghar ghar khuda ka kalma pahunchana hai.</w:t>
      </w:r>
    </w:p>
    <w:p>
      <w:pPr>
        <w:jc w:val="right"/>
      </w:pPr>
      <w:r>
        <w:t>ہے، یہ ہم لوگوں کو بہت اچھی طریقے سے واضح ہے کہ یہ گلوبل مشن ہے، خدائی مشن ہے، اور ہمیں گھر گھر خدا کا کلمہ پہنچانا ہے۔</w:t>
      </w:r>
    </w:p>
    <w:p>
      <w:r>
        <w:rPr>
          <w:b/>
        </w:rPr>
        <w:t xml:space="preserve">[24:38] </w:t>
      </w:r>
      <w:r>
        <w:t>to aur yeh kaam dekhiye, ab hum kabhi bhi khuda ki madad ke baghair hum yeh kaam kar hi nahi sakte hain. woh kehte hain na, akela chana kya bharr phorega?</w:t>
      </w:r>
    </w:p>
    <w:p>
      <w:pPr>
        <w:jc w:val="right"/>
      </w:pPr>
      <w:r>
        <w:t>تو اور یہ کام دیکھیے، اب ہم کبھی بھی خدا کی مدد کے بغیر ہم یہ کام کر ہی نہیں سکتے ہیں۔ وہ کہتے ہیں نا، اکیلا چنا کیا بھاڑ پھوڑے گا؟</w:t>
      </w:r>
    </w:p>
    <w:p>
      <w:r>
        <w:rPr>
          <w:b/>
        </w:rPr>
        <w:t xml:space="preserve">[24:48] </w:t>
      </w:r>
      <w:r>
        <w:t>to yeh kaam khuda ki madad ke baghair nahi ho sakta. hamein sirf insanon ki madad nahi chahiye, hamein farishton ki madad chahiye. to hamein farishton ki madad jabhi milegi jab hum mil kar unitedly kaam karenge, chahe hamari marzi ke khilaf kaam</w:t>
      </w:r>
    </w:p>
    <w:p>
      <w:pPr>
        <w:jc w:val="right"/>
      </w:pPr>
      <w:r>
        <w:t>تو یہ کام خدا کی مدد کے بغیر نہیں ہو سکتا۔ ہمیں صرف انسانوں کی مدد نہیں چاہیے، ہمیں فرشتوں کی مدد چاہیے۔ تو ہمیں فرشتوں کی مدد جبھی ملے گی جب ہم مل کر یونائٹڈلی کام کریں گے، چاہے ہماری مرضی کے خلاف کام</w:t>
      </w:r>
    </w:p>
    <w:p>
      <w:r>
        <w:rPr>
          <w:b/>
        </w:rPr>
        <w:t xml:space="preserve">[25:03] </w:t>
      </w:r>
      <w:r>
        <w:t>ho, aur chahe hamari marzi ke ke mutabiq kaam ho. yahi ansar ne isi ki bait liya tha ke hum apni marzi ke khilaf ho ya hamari marzi ke mutabiq ho, hum har hal mein prophet ka sath den</w:t>
      </w:r>
    </w:p>
    <w:p>
      <w:pPr>
        <w:jc w:val="right"/>
      </w:pPr>
      <w:r>
        <w:t>ہو، اور چاہے ہماری مرضی کے کے مطابق کام ہو۔ یہی انصار نے اسی کی بیعت لیا تھا کہ ہم اپنی مرضی کے خلاف ہو یا ہماری مرضی کے مطابق ہو، ہم ہر حال میں پرافٹ کا ساتھ د</w:t>
      </w:r>
    </w:p>
    <w:p>
      <w:r>
        <w:rPr>
          <w:b/>
        </w:rPr>
        <w:t xml:space="preserve">[25:16] </w:t>
      </w:r>
      <w:r>
        <w:t>ge. to yahi spirit ke sath hamein bhi aage badhna hai, aur tabhi khuda ki rehmaten aur barkaten is mission ko milengi, aur hum is mission ko aakhri aakhri anjam tak is ko pahuncha sakenge.</w:t>
      </w:r>
    </w:p>
    <w:p>
      <w:pPr>
        <w:jc w:val="right"/>
      </w:pPr>
      <w:r>
        <w:t>یں گے۔ تو یہی سپرٹ کے ساتھ ہمیں بھی آگے بڑھنا ہے، اور تبھی خدا کی رحمتیں اور برکتیں اس مشن کو ملیں گی، اور ہم اس مشن کو آخری آخری انجام تک اس کو پہنچا سکیں گے۔</w:t>
      </w:r>
    </w:p>
    <w:p>
      <w:r>
        <w:rPr>
          <w:b/>
        </w:rPr>
        <w:t xml:space="preserve">[25:30] </w:t>
      </w:r>
      <w:r>
        <w:t>aur hamara jo mission hai, woh yahi hai ke hum tamam dunya mein is khuda ke paigham ko pahuncha dein, inshallah.</w:t>
      </w:r>
    </w:p>
    <w:p>
      <w:pPr>
        <w:jc w:val="right"/>
      </w:pPr>
      <w:r>
        <w:t>اور ہمارا جو مشن ہے، وہ یہی ہے کہ ہم تمام دنیا میں اس خدا کے پیغام کو پہنچا دیں، انشاءاللہ۔</w:t>
      </w:r>
    </w:p>
    <w:p>
      <w:r>
        <w:rPr>
          <w:b/>
        </w:rPr>
        <w:t xml:space="preserve">[25:51] </w:t>
      </w:r>
      <w:r>
        <w:t>okay, so we we'll have a short ah question and answer session today with farida apa. so i would request all those who watching this program to post their comments and questions,</w:t>
      </w:r>
    </w:p>
    <w:p>
      <w:pPr>
        <w:jc w:val="right"/>
      </w:pPr>
      <w:r>
        <w:t>اوکے، سو وی ویل ہیو ا شارٹ اہ کوئسچن اینڈ انسر سیشن ٹوڈے ود فریدہ اپا۔ سو آئی وڈ ریکویسٹ ال دوز ہو واچنگ دس پروگرام ٹو پوسٹ دیر کمنٹس اینڈ کوئسچنز،</w:t>
      </w:r>
    </w:p>
    <w:p>
      <w:r>
        <w:rPr>
          <w:b/>
        </w:rPr>
        <w:t xml:space="preserve">[26:05] </w:t>
      </w:r>
      <w:r>
        <w:t>and i will take them up with farida apa.</w:t>
      </w:r>
    </w:p>
    <w:p>
      <w:pPr>
        <w:jc w:val="right"/>
      </w:pPr>
      <w:r>
        <w:t>اینڈ آئی ویل ٹیک دیم اپ ود فریدہ اپا۔</w:t>
      </w:r>
    </w:p>
    <w:p>
      <w:r>
        <w:rPr>
          <w:b/>
        </w:rPr>
        <w:t xml:space="preserve">[26:09] </w:t>
      </w:r>
      <w:r>
        <w:t>so apa, aaj ka talk masha allah aap ne bohat achay se wazeh kiya ke kitni ahmiyat hai ah differences ko manage karne mein, ab as a peaceful member in the society mein rehne ke liye.</w:t>
      </w:r>
    </w:p>
    <w:p>
      <w:pPr>
        <w:jc w:val="right"/>
      </w:pPr>
      <w:r>
        <w:t>سو اپا، آج کا ٹاک ماشاءاللہ آپ نے بہت اچھے سے واضح کیا کہ کتنی اہمیت ہے اہ ڈیفرنسز کو مینج کرنے میں، اب ایز ا پیس فل ممبر ان دا سوسائٹی میں رہنے کے لیے۔</w:t>
      </w:r>
    </w:p>
    <w:p>
      <w:r>
        <w:rPr>
          <w:b/>
        </w:rPr>
        <w:t xml:space="preserve">[26:22] </w:t>
      </w:r>
      <w:r>
        <w:t>aur maulana wahiduddin khan sahib ne apni poori zindagi laga di is cheez ko ah establish karne mein, aur aap ne bohat achay se kaha ke sab se bari qurbani apne rai ki qurbani hai.</w:t>
      </w:r>
    </w:p>
    <w:p>
      <w:pPr>
        <w:jc w:val="right"/>
      </w:pPr>
      <w:r>
        <w:t>اور مولانا وحید الدین خان صاحب نے اپنی پوری زندگی لگا دی اس چیز کو اہ اسٹیبلش کرنے میں، اور آپ نے بہت اچھے سے کہا کہ سب سے بڑی قربانی اپنے رائے کی قربانی ہے۔</w:t>
      </w:r>
    </w:p>
    <w:p>
      <w:r>
        <w:rPr>
          <w:b/>
        </w:rPr>
        <w:t xml:space="preserve">[26:33] </w:t>
      </w:r>
      <w:r>
        <w:t>to apa kuch comments aaye hain, main woh parhna chahunga, aur kuch sawal bhi lena chahunga jo logon ne bheje hain. ah sab se pehle main comments parta hoon. yeh comment bheja hai ah doctor aslam khan sahib ne saharanpur se.</w:t>
      </w:r>
    </w:p>
    <w:p>
      <w:pPr>
        <w:jc w:val="right"/>
      </w:pPr>
      <w:r>
        <w:t>تو آپا کچھ کمنٹس آئے ہیں، میں وہ پڑھنا چاہوں گا، اور کچھ سوال بھی لینا چاہوں گا جو لوگوں نے بھیجے ہیں۔ اہ سب سے پہلے میں کمنٹس پڑھتا ہوں۔ یہ کمنٹ بھیجا ہے اہ ڈاکٹر اسلم خان صاحب نے سہارن پور سے۔</w:t>
      </w:r>
    </w:p>
    <w:p>
      <w:r>
        <w:rPr>
          <w:b/>
        </w:rPr>
        <w:t xml:space="preserve">[26:46] </w:t>
      </w:r>
      <w:r>
        <w:t>unhon ne likha hai: "ah only five percent people in the society are considered successful, and these are the people who work with determination, constant efforts and prayers, required state of mind which is necessary for</w:t>
      </w:r>
    </w:p>
    <w:p>
      <w:pPr>
        <w:jc w:val="right"/>
      </w:pPr>
      <w:r>
        <w:t>انہوں نے لکھا ہے: "اہ اونلی فائیو پرسنٹ پیپل ان دا سوسائٹی ار کنسیڈرڈ سکسیس فل، اینڈ دیز ار دا پیپل ہو ورک ود ڈیٹرمینیشن، کانسٹنٹ ایفرٹس اینڈ پریئرز، ریکوائرڈ سٹیٹ اف مائنڈ وچ از نیسیسری فار</w:t>
      </w:r>
    </w:p>
    <w:p>
      <w:r>
        <w:rPr>
          <w:b/>
        </w:rPr>
        <w:t xml:space="preserve">[27:01] </w:t>
      </w:r>
      <w:r>
        <w:t>siksiss. " ah doctor farida, you give practical wisdom today. ah miss ruba begum ne rewa se likha hai: "ah harmony is the best part of representing humanitarian nature."</w:t>
      </w:r>
    </w:p>
    <w:p>
      <w:pPr>
        <w:jc w:val="right"/>
      </w:pPr>
      <w:r>
        <w:t>سکسیس۔" اہ ڈاکٹر فریدہ، یو گیو پریکٹیکل وزڈم ٹوڈے۔ اہ مس روبا بیگم نے ریوا سے لکھا ہے: "اہ ہارمونی از دا بیسٹ پارٹ اف ریپریزنٹنگ ہیومینیٹیرین نیچر۔</w:t>
      </w:r>
    </w:p>
    <w:p>
      <w:r>
        <w:rPr>
          <w:b/>
        </w:rPr>
        <w:t xml:space="preserve">[27:14] </w:t>
      </w:r>
      <w:r>
        <w:t>it it must, it is a must to show the practice of Islam and reflect life of the Prophet Muhammad." may peace be upon him, may the almighty Allah give us under under his guidance and grant us blessings.</w:t>
      </w:r>
    </w:p>
    <w:p>
      <w:pPr>
        <w:jc w:val="right"/>
      </w:pPr>
      <w:r>
        <w:t>اٹ اٹ مسٹ، اٹ از ا مسٹ ٹو شو دا پریکٹس اہ اف اسلام اینڈ ریفلیکس لائف اف دا پرافٹ محمد۔" می پیس بی اپون ہم، می دی المائٹی اللہ گیو اس انڈر انڈر ہز گائیڈنس اینڈ گرانٹ اس بلیسنگز۔</w:t>
      </w:r>
    </w:p>
    <w:p>
      <w:r>
        <w:rPr>
          <w:b/>
        </w:rPr>
        <w:t xml:space="preserve">[27:29] </w:t>
      </w:r>
      <w:r>
        <w:t>maulana iqbal umri ne chennai se likha hai: "masha allah, bahut achha naksha khencha hai shanti yatra ka." apa, ab ab sawal lena chahunga.</w:t>
      </w:r>
    </w:p>
    <w:p>
      <w:pPr>
        <w:jc w:val="right"/>
      </w:pPr>
      <w:r>
        <w:t>مولانا اقبال عمری نے چنئی سے لکھا ہے: "ماشاءاللہ، بہت اچھا نقشہ کھینچا ہے شانتی یاترا کا۔" آپا، اب اب سوال لینا چاہوں گا۔</w:t>
      </w:r>
    </w:p>
    <w:p>
      <w:r>
        <w:rPr>
          <w:b/>
        </w:rPr>
        <w:t xml:space="preserve">[27:39] </w:t>
      </w:r>
      <w:r>
        <w:t>yeh sawal hai ah ali hasan sahib ka lucknow se. unhon ne likha hai ke: "ah how can we develop inner peace so that it reflects in external action?" ah because only when we have inner peace can there be communal harmony.</w:t>
      </w:r>
    </w:p>
    <w:p>
      <w:pPr>
        <w:jc w:val="right"/>
      </w:pPr>
      <w:r>
        <w:t>یہ سوال ہے اہ علی حسن صاحب کا لکھنو سے۔ انہوں نے لکھا ہے کہ: "اہ ہاؤ کین وی ڈیویلپ انر پیس سو دیٹ اٹ ریفلیکٹس ان ایکسٹرنل ایکشن؟" اہ بیکاز اونلی وین وی ہیو انر پیس کین دیر بی کمیونل ہارمونی۔</w:t>
      </w:r>
    </w:p>
    <w:p>
      <w:r>
        <w:rPr>
          <w:b/>
        </w:rPr>
        <w:t xml:space="preserve">[27:58] </w:t>
      </w:r>
      <w:r>
        <w:t>to</w:t>
      </w:r>
    </w:p>
    <w:p>
      <w:pPr>
        <w:jc w:val="right"/>
      </w:pPr>
      <w:r>
        <w:t>تو</w:t>
      </w:r>
    </w:p>
    <w:p>
      <w:r>
        <w:rPr>
          <w:b/>
        </w:rPr>
        <w:t xml:space="preserve">[27:59] </w:t>
      </w:r>
      <w:r>
        <w:t>is ke bare mein bataein aap. inner peace ke liye zaroori hai ke hum apni zindagi ko kisi worth while mission mein lagayein.</w:t>
      </w:r>
    </w:p>
    <w:p>
      <w:pPr>
        <w:jc w:val="right"/>
      </w:pPr>
      <w:r>
        <w:t>اس کے بارے میں بتائیں آپ۔ انر پیس کے لیے ضروری ہے کہ ہم اپنی زندگی کو کسی ورتھ وائل مشن میں لگائیں۔</w:t>
      </w:r>
    </w:p>
    <w:p>
      <w:r>
        <w:rPr>
          <w:b/>
        </w:rPr>
        <w:t xml:space="preserve">[28:09] </w:t>
      </w:r>
      <w:r>
        <w:t>ji, sirf ah job karna aur business karna is se inner peace nahin aata. hamein khuda se taluq qaim karna parega.</w:t>
      </w:r>
    </w:p>
    <w:p>
      <w:pPr>
        <w:jc w:val="right"/>
      </w:pPr>
      <w:r>
        <w:t>جی، صرف اہ جاب کرنا اور بزنس کرنا اس سے انر پیس نہیں آتا۔ ہمیں خدا سے تعلق قائم کرنا پڑے گا۔</w:t>
      </w:r>
    </w:p>
    <w:p>
      <w:r>
        <w:rPr>
          <w:b/>
        </w:rPr>
        <w:t xml:space="preserve">[28:22] </w:t>
      </w:r>
      <w:r>
        <w:t>kehte hain ke: "man cannot live by Bible mein, man cannot live by bread alone.</w:t>
      </w:r>
    </w:p>
    <w:p>
      <w:pPr>
        <w:jc w:val="right"/>
      </w:pPr>
      <w:r>
        <w:t>کہتے ہیں کہ: "مین کین ناٹ لیو بائبل میں، مین کین ناٹ لیو بائی بریڈ الون۔</w:t>
      </w:r>
    </w:p>
    <w:p>
      <w:r>
        <w:rPr>
          <w:b/>
        </w:rPr>
        <w:t xml:space="preserve">[28:28] </w:t>
      </w:r>
      <w:r>
        <w:t>" to hamein inner peace jabhi milega jab hamara khuda se taluq qaim hoga. to is ke liye hamein bahut zyada, main to yahi samajhti hoon ke maulana ki literature padhein aur yeh jo divine mission hai, is mein lag jayein.</w:t>
      </w:r>
    </w:p>
    <w:p>
      <w:pPr>
        <w:jc w:val="right"/>
      </w:pPr>
      <w:r>
        <w:t>" تو ہمیں انر پیس جبھی ملے گا جب ہمارا خدا سے تعلق قائم ہوگا۔ تو اس کے لیے ہمیں بہت زیادہ، میں تو یہی سمجھتی ہوں کہ مولانا کی لٹریچر پڑھیں اور یہ جو ڈیوائن مشن ہے، اس میں لگ جائیں۔</w:t>
      </w:r>
    </w:p>
    <w:p>
      <w:r>
        <w:rPr>
          <w:b/>
        </w:rPr>
        <w:t xml:space="preserve">[28:45] </w:t>
      </w:r>
      <w:r>
        <w:t>kyun ke is waqt sab se bada kaam yahi hai jab jab hamein yeh mehsoos hoga ke hum ek aise kaam mein lage hue hain jo khuda ka kaam hai, khuda ki nusrat karna hai.</w:t>
      </w:r>
    </w:p>
    <w:p>
      <w:pPr>
        <w:jc w:val="right"/>
      </w:pPr>
      <w:r>
        <w:t>کیونکہ اس وقت سب سے بڑا کام یہی ہے جب جب ہمیں یہ محسوس ہوگا کہ ہم ایک ایسے کام میں لگے ہوئے ہیں جو خدا کا کام ہے، خدا کی نصرت کرنا ہے۔</w:t>
      </w:r>
    </w:p>
    <w:p>
      <w:r>
        <w:rPr>
          <w:b/>
        </w:rPr>
        <w:t xml:space="preserve">[28:55] </w:t>
      </w:r>
      <w:r>
        <w:t>to</w:t>
      </w:r>
    </w:p>
    <w:p>
      <w:pPr>
        <w:jc w:val="right"/>
      </w:pPr>
      <w:r>
        <w:t>تو</w:t>
      </w:r>
    </w:p>
    <w:p>
      <w:r>
        <w:rPr>
          <w:b/>
        </w:rPr>
        <w:t xml:space="preserve">[28:56] </w:t>
      </w:r>
      <w:r>
        <w:t>is se hamein peace milta hai. agar hum sirf dunya ke kaam mein lage rahein to dunya ke kaam to kabhi hal hi nahin hote hain. kabhi aisa nahin hota ke insaan ki jo desires hain, woh itni zyada hain ke woh kabhi hal nahin hongi.</w:t>
      </w:r>
    </w:p>
    <w:p>
      <w:pPr>
        <w:jc w:val="right"/>
      </w:pPr>
      <w:r>
        <w:t>اس سے ہمیں پیس ملتا ہے۔ اگر ہم صرف دنیا کے کام میں لگے رہیں تو دنیا کے کام تو کبھی حل ہی نہیں ہوتے ہیں۔ کبھی ایسا نہیں ہوتا کہ انسان کی جو ڈیزائرز ہیں، وہ اتنی زیادہ ہیں کہ وہ کبھی حل نہیں ہوں گی۔</w:t>
      </w:r>
    </w:p>
    <w:p>
      <w:r>
        <w:rPr>
          <w:b/>
        </w:rPr>
        <w:t xml:space="preserve">[29:09] </w:t>
      </w:r>
      <w:r>
        <w:t>to hamein yeh sochna chahiye ke is dunya mein sirf baqadr zaroorat aur akhirat mein baqadr desire, aur baqi jitne bhi hamare paas time ho zaroorat ke baad, woh sab hum isi mission mein apne aap ko waqf kar dein.</w:t>
      </w:r>
    </w:p>
    <w:p>
      <w:pPr>
        <w:jc w:val="right"/>
      </w:pPr>
      <w:r>
        <w:t>تو ہمیں یہ سوچنا چاہیے کہ اس دنیا میں صرف بقدر ضرورت اور آخرت میں بقدر ڈیزائر، اور باقی جتنے بھی ہمارے پاس ٹائم ہو ضرورت کے بعد، وہ سب ہم اسی مشن میں اپنے آپ کو وقف کر دیں۔</w:t>
      </w:r>
    </w:p>
    <w:p>
      <w:r>
        <w:rPr>
          <w:b/>
        </w:rPr>
        <w:t xml:space="preserve">[29:25] </w:t>
      </w:r>
      <w:r>
        <w:t>khuda ke kaam mein apne aap ko waqf kar dein, khuda se taluq qaim karein, khuda se connection qaim karein, aur aur baqi jo hai achhe kaam karein.</w:t>
      </w:r>
    </w:p>
    <w:p>
      <w:pPr>
        <w:jc w:val="right"/>
      </w:pPr>
      <w:r>
        <w:t>خدا کے کام میں اپنے آپ کو وقف کر دیں، خدا سے تعلق قائم کریں، خدا سے کنیکشن قائم کریں، اور اور باقی جو ہے اچھے کام کریں۔</w:t>
      </w:r>
    </w:p>
    <w:p>
      <w:r>
        <w:rPr>
          <w:b/>
        </w:rPr>
        <w:t xml:space="preserve">[29:35] </w:t>
      </w:r>
      <w:r>
        <w:t>logon ki madad karna yeh bhi bahut zyada mustahsan qarar diya gaya hai islam mein. to logon ki madad karein, logon ki taleem mein un ki madad karein, har achhe kaam mein saath</w:t>
      </w:r>
    </w:p>
    <w:p>
      <w:pPr>
        <w:jc w:val="right"/>
      </w:pPr>
      <w:r>
        <w:t>لوگوں کی مدد کرنا یہ بھی بہت زیادہ مستحسن قرار دیا گیا ہے اسلام میں۔ تو لوگوں کی مدد کریں، لوگوں کی تعلیم میں ان کی مدد کریں، ہر اچھے کام میں ساتھ</w:t>
      </w:r>
    </w:p>
    <w:p>
      <w:r>
        <w:rPr>
          <w:b/>
        </w:rPr>
        <w:t xml:space="preserve">[29:48] </w:t>
      </w:r>
      <w:r>
        <w:t>dein. jaise rasool allah sallallahu alaihi wasallam ne hilf al-fudul mein saath bahut hi khushi se saath diya tha, aur baad mein bhi kaha: "prophet mil, prophethood milne ke baad bhi aap ne kaha ke agar hilf al-fudul ke liye mujhe bulaya jaye to main aaj bhi jaane ke liye tayyar hoon." kyun ke woh tha ke kisi ne ek bar koi saman khareeda tha aur uska paisa nahin diya tha,</w:t>
      </w:r>
    </w:p>
    <w:p>
      <w:pPr>
        <w:jc w:val="right"/>
      </w:pPr>
      <w:r>
        <w:t>دیں۔ جیسے رسول اللہ صلی اللہ علیہ وسلم نے حلف الفضول میں ساتھ بہت ہی خوشی سے ساتھ دیا تھا، اور بعد میں بھی کہا: "پرافٹ مل، پرافٹ ہڈ ملنے کے بعد بھی آپ نے کہا کہ اگر حلف الفضول کے لیے مجھے بلایا جائے تو میں آج بھی جانے کے لیے تیار ہوں۔" کیونکہ وہ تھا کہ کسی نے ایک بار کوئی سامان خریدا تھا اور اس کا پیسہ نہیں دیا تھا،</w:t>
      </w:r>
    </w:p>
    <w:p>
      <w:r>
        <w:rPr>
          <w:b/>
        </w:rPr>
        <w:t xml:space="preserve">[30:13] </w:t>
      </w:r>
      <w:r>
        <w:t>to woh dahai de raha tha ke ab quraish aise ho gaye hain ke hamein saman khareeda aur paisa nahin diya. to yeh baat jo hai, kyun ke society mein yeh kaam bahut zaroori hai, maroof munkir wala kaam bahut zaroori hai.</w:t>
      </w:r>
    </w:p>
    <w:p>
      <w:pPr>
        <w:jc w:val="right"/>
      </w:pPr>
      <w:r>
        <w:t>تو وہ دہائی دے رہا تھا کہ اب قریش ایسے ہو گئے ہیں کہ ہمیں سامان خریدا اور پیسہ نہیں دیا۔ تو یہ بات جو ہے، کیونکہ سوسائٹی میں یہ کام بہت ضروری ہے، معروف منکر والا کام بہت ضروری ہے۔</w:t>
      </w:r>
    </w:p>
    <w:p>
      <w:r>
        <w:rPr>
          <w:b/>
        </w:rPr>
        <w:t xml:space="preserve">[30:28] </w:t>
      </w:r>
      <w:r>
        <w:t>maroof maani har achhi baat ko society mein us ke liye kaam karna taake log us par chalein, aur munkir hai ke har buri baat se logon ko bachana.</w:t>
      </w:r>
    </w:p>
    <w:p>
      <w:pPr>
        <w:jc w:val="right"/>
      </w:pPr>
      <w:r>
        <w:t>معروف معنی ہر اچھی بات کو سوسائٹی میں اس کے لیے کام کرنا تاکہ لوگ اس پر چلیں، اور منکر ہے کہ ہر بری بات سے لوگوں کو بچانا۔</w:t>
      </w:r>
    </w:p>
    <w:p>
      <w:r>
        <w:rPr>
          <w:b/>
        </w:rPr>
        <w:t xml:space="preserve">[30:39] </w:t>
      </w:r>
      <w:r>
        <w:t>to yeh kaam karna chahiye hamein,</w:t>
      </w:r>
    </w:p>
    <w:p>
      <w:pPr>
        <w:jc w:val="right"/>
      </w:pPr>
      <w:r>
        <w:t>تو یہ کام کرنا چاہیے ہمیں،</w:t>
      </w:r>
    </w:p>
    <w:p>
      <w:r>
        <w:rPr>
          <w:b/>
        </w:rPr>
        <w:t xml:space="preserve">[30:42] </w:t>
      </w:r>
      <w:r>
        <w:t>yeh bhi khudai kaam hai, aur da'wah work karna chahiye taake logon ki akhirat sudhre. ek taraf dunya ke bare mein kaam karna hai ke logon ki dunya ki bhalai ke liye kaam karna hai, aur akhirat ki kamyabi ke liye kaam karna hai.</w:t>
      </w:r>
    </w:p>
    <w:p>
      <w:pPr>
        <w:jc w:val="right"/>
      </w:pPr>
      <w:r>
        <w:t>یہ بھی خدائی کام ہے، اور دعویٰ ورک کرنا چاہیے تاکہ لوگوں کی آخرت سدھرے۔ ایک طرف دنیا کے بارے میں کام کرنا ہے کہ لوگوں کی دنیا کی بھلائی کے لیے کام کرنا ہے، اور آخرت کی کامیابی کے لیے کام کرنا ہے۔</w:t>
      </w:r>
    </w:p>
    <w:p>
      <w:r>
        <w:rPr>
          <w:b/>
        </w:rPr>
        <w:t xml:space="preserve">[30:58] </w:t>
      </w:r>
      <w:r>
        <w:t>to jab hum apne aap se niklenge aur bahar kaam karenge, tab hamein inner peace milega.</w:t>
      </w:r>
    </w:p>
    <w:p>
      <w:pPr>
        <w:jc w:val="right"/>
      </w:pPr>
      <w:r>
        <w:t>تو جب ہم اپنے آپ سے نکلیں گے اور باہر کام کریں گے، تب ہمیں انر پیس ملے گا۔</w:t>
      </w:r>
    </w:p>
    <w:p>
      <w:r>
        <w:rPr>
          <w:b/>
        </w:rPr>
        <w:t xml:space="preserve">[31:06] </w:t>
      </w:r>
      <w:r>
        <w:t>agar hum sochenge ke bas hum apni desires hi par chalte rahein, to desires to hamari kabhi khatam hi nahin hongi. kyun ke desires itni zyada hain, itni zyada hain ke yeh dunya jo hai, is ko support hi nahin karti.</w:t>
      </w:r>
    </w:p>
    <w:p>
      <w:pPr>
        <w:jc w:val="right"/>
      </w:pPr>
      <w:r>
        <w:t>اگر ہم سوچیں گے کہ بس ہم اپنی ڈیزائرز ہی پر چلتے رہیں، تو ڈیزائرز تو ہماری کبھی ختم ہی نہیں ہوں گی۔ کیونکہ ڈیزائرز اتنی زیادہ ہیں، اتنی زیادہ ہیں کہ یہ دنیا جو ہے، اس کو سپورٹ ہی نہیں کرتی۔</w:t>
      </w:r>
    </w:p>
    <w:p>
      <w:r>
        <w:rPr>
          <w:b/>
        </w:rPr>
        <w:t xml:space="preserve">[31:17] </w:t>
      </w:r>
      <w:r>
        <w:t>woh to akhirat ke liye hai, akhirat mein hi hamari sari desires fulfill hongi. to mujhe yahi samajh mein aata hai ke khuda se gehra taluq qaim karein.</w:t>
      </w:r>
    </w:p>
    <w:p>
      <w:pPr>
        <w:jc w:val="right"/>
      </w:pPr>
      <w:r>
        <w:t>وہ تو آخرت کے لیے ہے، آخرت میں ہی ہماری ساری ڈیزائرز فلفل ہوں گی۔ تو مجھے یہی سمجھ میں آتا ہے کہ خدا سے گہرا تعلق قائم کریں۔</w:t>
      </w:r>
    </w:p>
    <w:p>
      <w:r>
        <w:rPr>
          <w:b/>
        </w:rPr>
        <w:t xml:space="preserve">[31:27] </w:t>
      </w:r>
      <w:r>
        <w:t>ji, aur apa yeh bhi hai ke: "an individual is governed by his or her thinking.</w:t>
      </w:r>
    </w:p>
    <w:p>
      <w:pPr>
        <w:jc w:val="right"/>
      </w:pPr>
      <w:r>
        <w:t>جی، اور آپا یہ بھی ہے کہ: "این انڈیویجول از گورنڈ بائے ہز اور ہر تھنکنگ۔</w:t>
      </w:r>
    </w:p>
    <w:p>
      <w:r>
        <w:rPr>
          <w:b/>
        </w:rPr>
        <w:t xml:space="preserve">[31:33] </w:t>
      </w:r>
      <w:r>
        <w:t>" to agar aap tolerance aur avoidance ki ahmiyat ko agar samjhein, as compared to intolerance ya confrontation, to you will realize ke ah result ke aitbar se ah kya important hai.</w:t>
      </w:r>
    </w:p>
    <w:p>
      <w:pPr>
        <w:jc w:val="right"/>
      </w:pPr>
      <w:r>
        <w:t>" تو اگر آپ ٹولرنس اور اوائڈنس کی اہمیت کو اگر سمجھیں، ایز کمپیر ٹو ان، ایز کمپیر ٹو ان ٹولرنس یا کنفرنٹیشن، تو یو ویل ریلائز کہ اہ رزلٹ کے اعتبار سے اہ کیا امپورٹنٹ ہے۔</w:t>
      </w:r>
    </w:p>
    <w:p>
      <w:r>
        <w:rPr>
          <w:b/>
        </w:rPr>
        <w:t xml:space="preserve">[31:48] </w:t>
      </w:r>
      <w:r>
        <w:t>to Maulana hamesha yeh kehte thay ke: "result oriented, positive, misbat soch rakhiye.</w:t>
      </w:r>
    </w:p>
    <w:p>
      <w:pPr>
        <w:jc w:val="right"/>
      </w:pPr>
      <w:r>
        <w:t>تو مولانا ہمیشہ یہ کہتے تھے کہ: "ریزلٹ اورینٹڈ، پوزیٹیو، مثبت سوچ رکھیے۔</w:t>
      </w:r>
    </w:p>
    <w:p>
      <w:r>
        <w:rPr>
          <w:b/>
        </w:rPr>
        <w:t xml:space="preserve">[31:53] </w:t>
      </w:r>
      <w:r>
        <w:t>" to is liye yeh bohat ziyada ah zaroori hai, aur agar hum is cheez ko realize karein to automatically hamari jo thinking pattern hai, ah woh positive lines mein develop hone lag jata hai.</w:t>
      </w:r>
    </w:p>
    <w:p>
      <w:pPr>
        <w:jc w:val="right"/>
      </w:pPr>
      <w:r>
        <w:t>" تو اس لیے یہ بہت زیادہ اہ ضروری ہے، اور اگر ہم اس چیز کو ریلائز کریں تو آٹومیٹکلی ہماری جو تھنکنگ پیٹرن ہے، اہ وہ پوزیٹیو لائنز میں ڈیویلپ ہونے لگ جاتا ہے۔</w:t>
      </w:r>
    </w:p>
    <w:p>
      <w:r>
        <w:rPr>
          <w:b/>
        </w:rPr>
        <w:t xml:space="preserve">[32:05] </w:t>
      </w:r>
      <w:r>
        <w:t>ah apa, yeh aik sawal aur aya hai: Arman Khan sahib ne likha hai ke: "hum logon se mil kar kiya baat karein jis se muashre mein ah peace qaim ho?" to is ke baray mein bhi kuch advice dein.</w:t>
      </w:r>
    </w:p>
    <w:p>
      <w:pPr>
        <w:jc w:val="right"/>
      </w:pPr>
      <w:r>
        <w:t>اہ آپا، یہ ایک سوال اور آیا ہے: ارمان خان صاحب نے لکھا ہے کہ: "ہم لوگوں سے مل کر کیا بات کریں جس سے معاشرے میں اہ پیس قائم ہو؟" تو اس کے بارے میں بھی کچھ ایڈوائس کریں۔</w:t>
      </w:r>
    </w:p>
    <w:p>
      <w:r>
        <w:rPr>
          <w:b/>
        </w:rPr>
        <w:t xml:space="preserve">[32:22] </w:t>
      </w:r>
      <w:r>
        <w:t>sirf milna julna bhi kafi hai, baat to koi bhi controversial baat nahi karna chahiye, aur aapas mein milein julein.</w:t>
      </w:r>
    </w:p>
    <w:p>
      <w:pPr>
        <w:jc w:val="right"/>
      </w:pPr>
      <w:r>
        <w:t>صرف ملنا جلنا بھی کافی ہے، بات تو کوئی بھی کنٹروورشل بات نہیں کرنا چاہیے، اور آپس میں ملیں جلیں۔</w:t>
      </w:r>
    </w:p>
    <w:p>
      <w:r>
        <w:rPr>
          <w:b/>
        </w:rPr>
        <w:t xml:space="preserve">[32:31] </w:t>
      </w:r>
      <w:r>
        <w:t>interaction in itself is is enough. jab aap milein ge to achi baatein hi karein ge, taluqat banein ge. kabhi un ki koi zaroorat hai aur aap poori kar sakte hain to is ko aap poori kariye.</w:t>
      </w:r>
    </w:p>
    <w:p>
      <w:pPr>
        <w:jc w:val="right"/>
      </w:pPr>
      <w:r>
        <w:t>انٹریکشن ان اٹ سیلف از از انف۔ جب آپ ملیں گے تو اچھی باتیں ہی کریں گے، تعلقات بنیں گے۔ کبھی ان کی کوئی ضرورت ہے اور آپ پوری کر سکتے ہیں تو اس کو آپ پوری کریے۔</w:t>
      </w:r>
    </w:p>
    <w:p>
      <w:r>
        <w:rPr>
          <w:b/>
        </w:rPr>
        <w:t xml:space="preserve">[32:43] </w:t>
      </w:r>
      <w:r>
        <w:t>to aise bohat sare mauqe hain jis par hum kisi ke liye hum ne kuch kaam kiya to woh bohat ziyada grateful ho jata hai. to kisi ko taleem mein khaas tor par is ke liye kaam kariye, kyunke taleem hamare mulk mein bohat kam hai aur Muslims mein to taleem mein bohat peechay hain.</w:t>
      </w:r>
    </w:p>
    <w:p>
      <w:pPr>
        <w:jc w:val="right"/>
      </w:pPr>
      <w:r>
        <w:t>تو ایسے بہت سارے مواقع ہیں جس پر ہم کسی کے لیے ہم نے کچھ کام کیا تو وہ بہت زیادہ گریٹ فل ہو جاتا ہے۔ تو کسی کو تعلیم میں خاص طور پر اس کے لیے کام کریے، کیونکہ تعلیم ہمارے ملک میں بہت کم ہے اور مسلمز میں تو تعلیم میں بہت پیچھے ہیں۔</w:t>
      </w:r>
    </w:p>
    <w:p>
      <w:r>
        <w:rPr>
          <w:b/>
        </w:rPr>
        <w:t xml:space="preserve">[33:01] </w:t>
      </w:r>
      <w:r>
        <w:t>to jo hai Islam ki khaas tor par Maulana jo kehte thay, woh</w:t>
      </w:r>
    </w:p>
    <w:p>
      <w:pPr>
        <w:jc w:val="right"/>
      </w:pPr>
      <w:r>
        <w:t>تو جو ہے اسلام کی خاص طور پر مولانا جو کہتے تھے، وہ</w:t>
      </w:r>
    </w:p>
    <w:p>
      <w:r>
        <w:rPr>
          <w:b/>
        </w:rPr>
        <w:t xml:space="preserve">[33:06] </w:t>
      </w:r>
      <w:r>
        <w:t>Islam ki jo peaceful teachings hain, us ko discuss kariye. doosre ka bhi dekhna parhe ga na ke woh kis tarike ki cheezon mein interest rakhta hai, to is ka bhi khayal rakhna parhe ga.</w:t>
      </w:r>
    </w:p>
    <w:p>
      <w:pPr>
        <w:jc w:val="right"/>
      </w:pPr>
      <w:r>
        <w:t>اسلام کی جو پیس فل ٹیچنگز ہیں، اس کو ڈسکس کریے۔ دوسرے کا بھی دیکھنا پڑے گا نا کہ وہ کس طریقے کی چیزوں میں انٹرسٹ رکھتا ہے، تو اس کا بھی خیال رکھنا پڑے گا۔</w:t>
      </w:r>
    </w:p>
    <w:p>
      <w:r>
        <w:rPr>
          <w:b/>
        </w:rPr>
        <w:t xml:space="preserve">[33:17] </w:t>
      </w:r>
      <w:r>
        <w:t>aur foran hum controversial baat na karne lagein. to jaise mein ne abhi bataya ke woh trinity par log baat karna shuru kar dete hain, to in jo common ground hai, us par baat karein</w:t>
      </w:r>
    </w:p>
    <w:p>
      <w:pPr>
        <w:jc w:val="right"/>
      </w:pPr>
      <w:r>
        <w:t>اور فوراً ہم کنٹروورشل بات نہ کرنے لگیں۔ تو جیسے میں نے ابھی بتایا کہ وہ ٹرینیٹی پر لوگ بات کرنا شروع کر دیتے ہیں، تو ان جو کامن گراؤنڈ ہے، اس پر بات کریں</w:t>
      </w:r>
    </w:p>
    <w:p>
      <w:r>
        <w:rPr>
          <w:b/>
        </w:rPr>
        <w:t xml:space="preserve">[33:30] </w:t>
      </w:r>
      <w:r>
        <w:t>. ab woh doosre log agar society mein peace lana chahte hain, social work karna chahte hain to aap us par baat kariye.</w:t>
      </w:r>
    </w:p>
    <w:p>
      <w:pPr>
        <w:jc w:val="right"/>
      </w:pPr>
      <w:r>
        <w:t>۔ اب وہ دوسرے لوگ اگر سوسائٹی میں پیس لانا چاہتے ہیں، سوشل ورک کرنا چاہتے ہیں تو آپ اس پر بات کریے۔</w:t>
      </w:r>
    </w:p>
    <w:p>
      <w:r>
        <w:rPr>
          <w:b/>
        </w:rPr>
        <w:t xml:space="preserve">[33:38] </w:t>
      </w:r>
      <w:r>
        <w:t>aur jaise jaise mauqa ho, waise baat kariye. agar Maulana se koi poochta tha ke bhai namaz ke baray mein bataiye, roze ke baray mein bataiye, tab woh batate thay.</w:t>
      </w:r>
    </w:p>
    <w:p>
      <w:pPr>
        <w:jc w:val="right"/>
      </w:pPr>
      <w:r>
        <w:t>اور جیسے جیسے موقع ہو، ویسے بات کریے۔ اگر مولانا سے کوئی پوچھتا تھا کہ بھئی نماز کے بارے میں بتائیے، روزے کے بارے میں بتائیے، تب وہ بتاتے تھے۔</w:t>
      </w:r>
    </w:p>
    <w:p>
      <w:r>
        <w:rPr>
          <w:b/>
        </w:rPr>
        <w:t xml:space="preserve">[33:50] </w:t>
      </w:r>
      <w:r>
        <w:t>to jaisa mauqa ho, waise hi baat kariye, warna general baatein kariye, interaction kariye, dialogue kariye. is is ki is ka bhi point of view suniye.</w:t>
      </w:r>
    </w:p>
    <w:p>
      <w:pPr>
        <w:jc w:val="right"/>
      </w:pPr>
      <w:r>
        <w:t>تو جیسا موقع ہو، ویسے ہی بات کریے، ورنہ جنرل باتیں کریے، انٹریکشن کریے، ڈائیلاگ کریے۔ اس اس کی اس کا بھی پوائنٹ آف ویو سنیے۔</w:t>
      </w:r>
    </w:p>
    <w:p>
      <w:r>
        <w:rPr>
          <w:b/>
        </w:rPr>
        <w:t xml:space="preserve">[34:00] </w:t>
      </w:r>
      <w:r>
        <w:t>dialogue ka matlab hi hai sharing, to is ki baat suniye. kyunke har aadmi ke paas kuch achi baatein hoti hain, us se hum learning kar sakte hain.</w:t>
      </w:r>
    </w:p>
    <w:p>
      <w:pPr>
        <w:jc w:val="right"/>
      </w:pPr>
      <w:r>
        <w:t>ڈائیلاگ کا مطلب ہی ہے شیئرنگ، تو اس کی بات سنیے۔ کیونکہ ہر آدمی کے پاس کچھ اچھی باتیں ہوتی ہیں، اس سے ہم لرننگ کر سکتے ہیں۔</w:t>
      </w:r>
    </w:p>
    <w:p>
      <w:r>
        <w:rPr>
          <w:b/>
        </w:rPr>
        <w:t xml:space="preserve">[34:11] </w:t>
      </w:r>
      <w:r>
        <w:t>to Maulana aise hi kiya karte thay, to apni baat bhi kahiye aur us ki baat bhi suniye. log kiya karte hain? bas apni baat bolte rehte hain, apni baat bolte rehte hain.</w:t>
      </w:r>
    </w:p>
    <w:p>
      <w:pPr>
        <w:jc w:val="right"/>
      </w:pPr>
      <w:r>
        <w:t>تو مولانا ایسے ہی کیا کرتے تھے، تو اپنی بات بھی کہیے اور اس کی بات بھی سنیے۔ لوگ کیا کرتے ہیں؟ بس اپنی بات بولتے رہتے ہیں، اپنی بات بولتے رہتے ہیں۔</w:t>
      </w:r>
    </w:p>
    <w:p>
      <w:r>
        <w:rPr>
          <w:b/>
        </w:rPr>
        <w:t xml:space="preserve">[34:21] </w:t>
      </w:r>
      <w:r>
        <w:t>to is tarike se dialogue nahi chalta hai. to baat karte karte woh khud hi samajh mein anay lage ga ke kiya kaise baat karni chahiye.</w:t>
      </w:r>
    </w:p>
    <w:p>
      <w:pPr>
        <w:jc w:val="right"/>
      </w:pPr>
      <w:r>
        <w:t>تو اس طریقے سے ڈائیلاگ نہیں چلتا ہے۔ تو بات کرتے کرتے وہ خود ہی سمجھ میں آنے لگے گا کہ کیا کیسے بات کرنی چاہیے۔</w:t>
      </w:r>
    </w:p>
    <w:p>
      <w:r>
        <w:rPr>
          <w:b/>
        </w:rPr>
        <w:t xml:space="preserve">[34:30] </w:t>
      </w:r>
      <w:r>
        <w:t>to kyunke insaan ki fitrat mein hai mil jul kar rehna, peaceful tarike se rehna, mil jul kar rehna, aik doosre se achay taluqat karna. yeh to waqti tor par aisa ho jata hai ke kisi baat par ke ghussa dila diya jaye.</w:t>
      </w:r>
    </w:p>
    <w:p>
      <w:pPr>
        <w:jc w:val="right"/>
      </w:pPr>
      <w:r>
        <w:t>تو کیونکہ انسان کی فطرت میں ہے مل جل کر رہنا، پیس فل طریقے سے رہنا، مل جل کر رہنا، ایک دوسرے سے اچھے تعلقات کرنا۔ یہ تو وقتی طور پر ایسا ہو جاتا ہے کہ کسی بات پر کہ غصہ دلا دیا جائے۔</w:t>
      </w:r>
    </w:p>
    <w:p>
      <w:r>
        <w:rPr>
          <w:b/>
        </w:rPr>
        <w:t xml:space="preserve">[34:43] </w:t>
      </w:r>
      <w:r>
        <w:t>misal ke tor par</w:t>
      </w:r>
    </w:p>
    <w:p>
      <w:pPr>
        <w:jc w:val="right"/>
      </w:pPr>
      <w:r>
        <w:t>مثال کے طور پر</w:t>
      </w:r>
    </w:p>
    <w:p>
      <w:r>
        <w:rPr>
          <w:b/>
        </w:rPr>
        <w:t xml:space="preserve">[34:45] </w:t>
      </w:r>
      <w:r>
        <w:t>yahan par juloos bohat niklte hain, barat ka bhi juloos hota hai, festivals mein juloos hote hain. to Musalman kiya kehte hain? ke masjid ke samne se juloos guzre ga to route badlo.</w:t>
      </w:r>
    </w:p>
    <w:p>
      <w:pPr>
        <w:jc w:val="right"/>
      </w:pPr>
      <w:r>
        <w:t>یہاں پر جلوس بہت نکلتے ہیں، بارات کا بھی جلوس ہوتا ہے، فیسٹیولز میں جلوس ہوتے ہیں۔ تو مسلمان کیا کہتے ہیں؟ کہ مسجد کے سامنے سے جلوس گزرے گا تو روٹ بدلو۔</w:t>
      </w:r>
    </w:p>
    <w:p>
      <w:r>
        <w:rPr>
          <w:b/>
        </w:rPr>
        <w:t xml:space="preserve">[34:57] </w:t>
      </w:r>
      <w:r>
        <w:t>to ab juloos mein aik bar aik police officer ne Maulana ko bataya tha ke juloos mein kai hazar log aam tor par hotay hain, to woh log apne aap ko bohat hi powerful samajhte hain.</w:t>
      </w:r>
    </w:p>
    <w:p>
      <w:pPr>
        <w:jc w:val="right"/>
      </w:pPr>
      <w:r>
        <w:t>تو اب جلوس میں ایک بار ایک پولیس افیسر نے مولانا کو بتایا تھا کہ جلوس میں کئی ہزار لوگ عام طور پر ہوتے ہیں، تو وہ لوگ اپنے آپ کو بہت ہی پاور فل سمجھتے ہیں۔</w:t>
      </w:r>
    </w:p>
    <w:p>
      <w:r>
        <w:rPr>
          <w:b/>
        </w:rPr>
        <w:t xml:space="preserve">[35:08] </w:t>
      </w:r>
      <w:r>
        <w:t>woh aik individual akela nahi hai ke aap ki baat sun le ga. woh samajhte hain hamari bohat taqat hai, hamein kaun kuch kar sakta hai. to</w:t>
      </w:r>
    </w:p>
    <w:p>
      <w:pPr>
        <w:jc w:val="right"/>
      </w:pPr>
      <w:r>
        <w:t>وہ ایک انڈیویجول اکیلا نہیں ہے کہ آپ کی بات سن لے گا۔ وہ سمجھتے ہیں ہماری بہت طاقت ہے، ہمیں کون کچھ کر سکتا ہے۔ تو</w:t>
      </w:r>
    </w:p>
    <w:p>
      <w:r>
        <w:rPr>
          <w:b/>
        </w:rPr>
        <w:t xml:space="preserve">[35:15] </w:t>
      </w:r>
      <w:r>
        <w:t>woh baat nahi sunte, woh route badalne par, woh route na badalne par israr karte hain. to baat nahi sunte, wahan se phir ghussa hota hai, woh maar peet shuru ho jati hai, jhagda shuru ho jata hai.</w:t>
      </w:r>
    </w:p>
    <w:p>
      <w:pPr>
        <w:jc w:val="right"/>
      </w:pPr>
      <w:r>
        <w:t>وہ بات نہیں سنتے، وہ روٹ بدلنے پر، وہ روٹ نہ بدلنے پر اصرار کرتے ہیں۔ تو بات نہیں سنتے، وہاں سے پھر غصہ ہوتا ہے، وہ مار پیٹ شروع ہو جاتی ہے، جھگڑا شروع ہو جاتا ہے۔</w:t>
      </w:r>
    </w:p>
    <w:p>
      <w:r>
        <w:rPr>
          <w:b/>
        </w:rPr>
        <w:t xml:space="preserve">[35:28] </w:t>
      </w:r>
      <w:r>
        <w:t>to is tarike se baat aage barhte barhte barhte woh fasad ki shakal ikhtiyar kar leta hai. to hamein chahiye ke hum baat ko wahin khatam kar dein.</w:t>
      </w:r>
    </w:p>
    <w:p>
      <w:pPr>
        <w:jc w:val="right"/>
      </w:pPr>
      <w:r>
        <w:t>تو اس طریقے سے بات آگے بڑھتے بڑھتے بڑھتے وہ فساد کی شکل اختیار کر لیتا ہے۔ تو ہمیں چاہیے کہ ہم بات کو وہیں ختم کر دیں۔</w:t>
      </w:r>
    </w:p>
    <w:p>
      <w:r>
        <w:rPr>
          <w:b/>
        </w:rPr>
        <w:t xml:space="preserve">[35:37] </w:t>
      </w:r>
      <w:r>
        <w:t>to Maulana ne bar bar bataya ke wahin khatam kar dijiye. wahan kai bar bataya ke wahan kuch haar rakh ke rahiye, aap un ko leaderon ko pehna dijiye. aur woh leaderon, leader jo hain, woh sare khush ho jatay hain, sara masla hal.</w:t>
      </w:r>
    </w:p>
    <w:p>
      <w:pPr>
        <w:jc w:val="right"/>
      </w:pPr>
      <w:r>
        <w:t>تو مولانا نے بار بار بتایا کہ وہیں ختم کر دیجئے۔ وہاں کئی بار بتایا کہ وہاں کچھ ہار رکھ کے رہیے، آپ ان کو لیڈروں کو پہنا دیجئے۔ اور وہ لیڈروں، لیڈر جو ہیں، وہ سارے خوش ہو جاتے ہیں، سارا مسئلہ حل۔</w:t>
      </w:r>
    </w:p>
    <w:p>
      <w:r>
        <w:rPr>
          <w:b/>
        </w:rPr>
        <w:t xml:space="preserve">[35:50] </w:t>
      </w:r>
      <w:r>
        <w:t>aur aik bar aik Maulana Akbaruddin sahib thay, yeh wohi log thay jinhone Maulana ki literature ko bohat</w:t>
      </w:r>
    </w:p>
    <w:p>
      <w:pPr>
        <w:jc w:val="right"/>
      </w:pPr>
      <w:r>
        <w:t>اور ایک بار ایک مولانا اکبر الدین صاحب تھے، یہ وہی لوگ تھے جنہوں نے مولانا کی لٹریچر کو بہت</w:t>
      </w:r>
    </w:p>
    <w:p>
      <w:r>
        <w:rPr>
          <w:b/>
        </w:rPr>
        <w:t xml:space="preserve">[35:56] </w:t>
      </w:r>
      <w:r>
        <w:t>parha hua tha. to woh Hyderabad mein thay, woh ittefaq aisa tha ke kabhi kabhi aisa hota hai ke do tehwar jo hain, woh mil jatay hain. to Eid Milad un Nabi ke mauqe par un ke haan woh un ka aik school bhi tha, to woh aik program kar rahe thay, bahar tent laga hua tha.</w:t>
      </w:r>
    </w:p>
    <w:p>
      <w:pPr>
        <w:jc w:val="right"/>
      </w:pPr>
      <w:r>
        <w:t>پڑھا ہوا تھا۔ تو وہ حیدرآباد میں تھے، وہ اتفاق ایسا تھا کہ کبھی کبھی ایسا ہوتا ہے کہ دو تہوار جو ہیں، وہ مل جاتے ہیں۔ تو عید میلاد النبی کے موقع پر ان کے ہاں وہ ان کا ایک سکول بھی تھا، تو وہ ایک پروگرام کر رہے تھے، باہر ٹینٹ لگا ہوا تھا۔</w:t>
      </w:r>
    </w:p>
    <w:p>
      <w:r>
        <w:rPr>
          <w:b/>
        </w:rPr>
        <w:t xml:space="preserve">[36:13] </w:t>
      </w:r>
      <w:r>
        <w:t>aur ittefaq aisa tha ke woh hinduo'n ka bhi jaloos nikal raha tha. to jaloos jab qareeb aaya to us ne kaha ke aap apna yeh sab hata lijiye, kursi kursi, hamara jaloos guzarne wala hai.</w:t>
      </w:r>
    </w:p>
    <w:p>
      <w:pPr>
        <w:jc w:val="right"/>
      </w:pPr>
      <w:r>
        <w:t>اور اتفاق ایسا تھا کہ وہ ہندوؤں کا بھی جلوس نکل رہا تھا۔ تو جلوس جب قریب آیا تو اس نے کہا کہ آپ اپنا یہ سب ہٹا لیجئے، کرسی کرسی، ہمارا جلوس گزرنے والا ہے۔</w:t>
      </w:r>
    </w:p>
    <w:p>
      <w:r>
        <w:rPr>
          <w:b/>
        </w:rPr>
        <w:t xml:space="preserve">[36:24] </w:t>
      </w:r>
      <w:r>
        <w:t>to maulana akbaruddin sahib ne kaha ke theek hai, aap mujhe bas das pandrah minute de dijiyega, hum abhi hata lete hain. itna kehna tha ke woh log naram pad gaye.</w:t>
      </w:r>
    </w:p>
    <w:p>
      <w:pPr>
        <w:jc w:val="right"/>
      </w:pPr>
      <w:r>
        <w:t>تو مولانا اکبر الدین صاحب نے کہا کہ ٹھیک ہے، آپ مجھے بس دس پندرہ منٹ دے دیجئے، ہم ابھی ہٹا لیتے ہیں۔ اتنا کہنا تھا کہ وہ لوگ نرم پڑ گئے۔</w:t>
      </w:r>
    </w:p>
    <w:p>
      <w:r>
        <w:rPr>
          <w:b/>
        </w:rPr>
        <w:t xml:space="preserve">[36:33] </w:t>
      </w:r>
      <w:r>
        <w:t>aur kyunke ego jab hurt hota hai, jab aadmi gussa hota hai ke yeh hamari baat nahi maan rahe hain, to unho'n ne jab kaha ke hum to das minute pandrah minute de dijiyega, hum hata lete hain, to unho'n ne kaha molvi sahib, molvi sahib, aap apna program karte rahiye, hum unho'n ne khud kaha ke hum apna route badal lenge.</w:t>
      </w:r>
    </w:p>
    <w:p>
      <w:pPr>
        <w:jc w:val="right"/>
      </w:pPr>
      <w:r>
        <w:t>اور کیونکہ ایگو جب ہرٹ ہوتا ہے، جب آدمی غصہ ہوتا ہے کہ یہ ہماری بات نہیں مان رہے ہیں، تو انہوں نے جب کہا کہ ہم تو دس منٹ پندرہ منٹ دے دیجئے، ہم ہٹا لیتے ہیں، تو انہوں نے کہا مولوی صاحب، مولوی صاحب، آپ اپنا پروگرام کرتے رہیے، ہم انہوں نے خود کہا کہ ہم اپنا روٹ بدل لیں گے۔</w:t>
      </w:r>
    </w:p>
    <w:p>
      <w:r>
        <w:rPr>
          <w:b/>
        </w:rPr>
        <w:t xml:space="preserve">[36:49] </w:t>
      </w:r>
      <w:r>
        <w:t>to yeh tareeqa hai baat karne ka. yeh sab baat cheet ka jo tareeqa hai na</w:t>
      </w:r>
    </w:p>
    <w:p>
      <w:pPr>
        <w:jc w:val="right"/>
      </w:pPr>
      <w:r>
        <w:t>تو یہ طریقہ ہے بات کرنے کا۔ یہ سب بات چیت کا جو طریقہ ہے ن</w:t>
      </w:r>
    </w:p>
    <w:p>
      <w:r>
        <w:rPr>
          <w:b/>
        </w:rPr>
        <w:t xml:space="preserve">[36:54] </w:t>
      </w:r>
      <w:r>
        <w:t>a, yeh jitna zyada baat cheet karenge, utna hi samajh mein aayega ke logo'n se baat cheet kis tareeqe se kare'n. to yeh is mein matlab amli masla hai, baat cheet karne se khud ba khud samajh mein aayega.</w:t>
      </w:r>
    </w:p>
    <w:p>
      <w:pPr>
        <w:jc w:val="right"/>
      </w:pPr>
      <w:r>
        <w:t>ا، یہ جتنا زیادہ بات چیت کریں گے، اتنا ہی سمجھ میں آئے گا کہ لوگوں سے بات چیت کس طریقے سے کریں۔ تو یہ اس میں مطلب عملی مسئلہ ہے، بات چیت کرنے سے خود بخود سمجھ میں آئے گا۔</w:t>
      </w:r>
    </w:p>
    <w:p>
      <w:r>
        <w:rPr>
          <w:b/>
        </w:rPr>
        <w:t xml:space="preserve">[37:07] </w:t>
      </w:r>
      <w:r>
        <w:t>ji, unho'n ne ek aur comment bhi jha hai ke CPS team Allah aap logo'n ke kaam mein barkat aur khair ata kare, aameen.</w:t>
      </w:r>
    </w:p>
    <w:p>
      <w:pPr>
        <w:jc w:val="right"/>
      </w:pPr>
      <w:r>
        <w:t>جی، انہوں نے ایک اور کمنٹ بھیجا ہے کہ سی پی ایس ٹیم اللہ آپ لوگوں کے کام میں برکت اور خیر عطا کرے، آمین۔</w:t>
      </w:r>
    </w:p>
    <w:p>
      <w:r>
        <w:rPr>
          <w:b/>
        </w:rPr>
        <w:t xml:space="preserve">[37:17] </w:t>
      </w:r>
      <w:r>
        <w:t>apa, ek comment aya aur isi se mein agla sawal bhi jodna chahunga jo bheja hai Kanpur se. comment bheja hai Imran Ahmed sahib ne Dilli se, unho'n ne likha hai: "ma sha Allah, apa middle nation hone ke bana par hamari zimmedari hai ke hum kisi bhi qeemat par India mein aur poori duniya mein peaceful mahaul</w:t>
      </w:r>
    </w:p>
    <w:p>
      <w:pPr>
        <w:jc w:val="right"/>
      </w:pPr>
      <w:r>
        <w:t>آپا، ایک کمنٹ آیا اور اسی سے میں اگلا سوال بھی جوڑنا چاہوں گا جو بھیجا ہے کانپور سے۔ کمنٹ بھیجا ہے عمران احمد صاحب نے دلی سے، انہوں نے لکھا ہے: "ماشاءاللہ، آپا مڈل نیشن ہونے کے بنا پر ہماری ذمہ داری ہے کہ ہم کسی بھی قیمت پر انڈیا میں اور پوری دنیا میں پیس فل ماحول</w:t>
      </w:r>
    </w:p>
    <w:p>
      <w:r>
        <w:rPr>
          <w:b/>
        </w:rPr>
        <w:t xml:space="preserve">[37:39] </w:t>
      </w:r>
      <w:r>
        <w:t>qaim rakhein." jazak Allah, apa. ab agla sawal jo hai, woh ek tareeqe se related hai is comment se. yeh Rafiq sahib ne bheja hai Kanpur se, unho'n ne likha hai: "apa, we live in minority in India, so what can we do?</w:t>
      </w:r>
    </w:p>
    <w:p>
      <w:pPr>
        <w:jc w:val="right"/>
      </w:pPr>
      <w:r>
        <w:t>قائم رکھیں۔" جزاک اللہ، آپا۔ اب اگلا سوال جو ہے، وہ ایک طریقے سے ریلیٹڈ ہے اس کمنٹ سے۔ یہ رفیق صاحب نے بھیجا ہے کانپور سے، انہوں نے لکھا ہے: "آپا، وی لیو ان مائنورٹی ان انڈیا، سو واٹ کین وی ڈو؟</w:t>
      </w:r>
    </w:p>
    <w:p>
      <w:r>
        <w:rPr>
          <w:b/>
        </w:rPr>
        <w:t xml:space="preserve">[37:53] </w:t>
      </w:r>
      <w:r>
        <w:t>please advise on what should be our thinking." to is ke bare mein apa bataein. yeh Maulana ne likha tha ke minority majority kuch bhi nahi hai.</w:t>
      </w:r>
    </w:p>
    <w:p>
      <w:pPr>
        <w:jc w:val="right"/>
      </w:pPr>
      <w:r>
        <w:t>پلیز ایڈوائز ان واٹ شوڈ بی اور تھنکنگ۔" تو اس کے بارے میں آپا بتائیں۔ یہ مولانا نے لکھا تھا کہ مائنورٹی میجورٹی کچھ بھی نہیں ہے۔</w:t>
      </w:r>
    </w:p>
    <w:p>
      <w:r>
        <w:rPr>
          <w:b/>
        </w:rPr>
        <w:t xml:space="preserve">[38:06] </w:t>
      </w:r>
      <w:r>
        <w:t>yeh to meri ek dost theen, hain Rozala Jang, to unho'n ne kaha ke jo minority institute banaya gaya hai, us mein hum to aur zyada advantageous position mein hain.</w:t>
      </w:r>
    </w:p>
    <w:p>
      <w:pPr>
        <w:jc w:val="right"/>
      </w:pPr>
      <w:r>
        <w:t>یہ تو میری ایک دوست تھیں، ہیں روزالہ جنگ، تو انہوں نے کہا کہ جو مائنورٹی انسٹیٹیوٹ بنایا گیا ہے، اس میں ہم تو اور زیادہ ایڈوانٹیجیس پوزیشن میں ہیں۔</w:t>
      </w:r>
    </w:p>
    <w:p>
      <w:r>
        <w:rPr>
          <w:b/>
        </w:rPr>
        <w:t xml:space="preserve">[38:20] </w:t>
      </w:r>
      <w:r>
        <w:t>minority se hamari kisi baat mein hamari koi kami nahi aayi hai, balkeh humein hamare institution ko safeguard karna, us ko mazeed fund dena, aur hamari aur zyada izzat hoti hai minor</w:t>
      </w:r>
    </w:p>
    <w:p>
      <w:pPr>
        <w:jc w:val="right"/>
      </w:pPr>
      <w:r>
        <w:t>مائنورٹی سے ہماری کسی بات میں ہماری کوئی کمی نہیں آئی ہے، بلکہ ہمیں ہمارے انسٹیٹیوشن کو سیو گارڈ کرنا، اس کو مزید فنڈ دینا، اور ہماری اور زیادہ عزت ہوتی ہے مائنور</w:t>
      </w:r>
    </w:p>
    <w:p>
      <w:r>
        <w:rPr>
          <w:b/>
        </w:rPr>
        <w:t xml:space="preserve">[38:33] </w:t>
      </w:r>
      <w:r>
        <w:t>ity mein. kyunke woh samajhte hain ke humein un ko protect karna hai, un ki madad karni hai. to minority ki wajah se humein kabhi bhi koi problem nahi hai, balkeh hamari jo hum mil jul kar nahi rehte, hum taluqat nahi banate, hum log alag alag rehte hain, apne festival bhi alag alag manate hain.</w:t>
      </w:r>
    </w:p>
    <w:p>
      <w:pPr>
        <w:jc w:val="right"/>
      </w:pPr>
      <w:r>
        <w:t>ٹی میں۔ کیونکہ وہ سمجھتے ہیں کہ ہمیں ان کو پروٹیکٹ کرنا ہے، ان کی مدد کرنی ہے۔ تو مائنورٹی کی وجہ سے ہمیں کبھی بھی کوئی پرابلم نہیں ہے، بلکہ ہماری جو ہم مل جل کر نہیں رہتے، ہم تعلقات نہیں بناتے، ہم لوگ الگ الگ رہتے ہیں، اپنے فیسٹیول بھی الگ الگ مناتے ہیں۔</w:t>
      </w:r>
    </w:p>
    <w:p>
      <w:r>
        <w:rPr>
          <w:b/>
        </w:rPr>
        <w:t xml:space="preserve">[38:54] </w:t>
      </w:r>
      <w:r>
        <w:t>apne school kholenge to woh sirf Muslim Muslim logo'n ke liye kholenge. to</w:t>
      </w:r>
    </w:p>
    <w:p>
      <w:pPr>
        <w:jc w:val="right"/>
      </w:pPr>
      <w:r>
        <w:t>اپنے سکول کھولیں گے تو وہ صرف مسلم مسلم لوگوں کے لیے کھولیں گے۔ تو</w:t>
      </w:r>
    </w:p>
    <w:p>
      <w:r>
        <w:rPr>
          <w:b/>
        </w:rPr>
        <w:t xml:space="preserve">[39:00] </w:t>
      </w:r>
      <w:r>
        <w:t>yeh mil jul kar khaas taur par school level par saath jab hota hai na, mukhtalif firqe ke logo'n ko, to woh bohat hi gehri bonding ho jati hai.</w:t>
      </w:r>
    </w:p>
    <w:p>
      <w:pPr>
        <w:jc w:val="right"/>
      </w:pPr>
      <w:r>
        <w:t>یہ مل جل کر خاص طور پر سکول لیول پر ساتھ جب ہوتا ہے نا، مختلف فرقے کے لوگوں کو، تو وہ بہت ہی گہری بانڈنگ ہو جاتی ہے۔</w:t>
      </w:r>
    </w:p>
    <w:p>
      <w:r>
        <w:rPr>
          <w:b/>
        </w:rPr>
        <w:t xml:space="preserve">[39:10] </w:t>
      </w:r>
      <w:r>
        <w:t>to minority hona kuch problem nahi hai. minority ke to ke liye to kabhi bhi koi masla nahi hua. ab bare se achhe se achhe schoolo'n mein hamare bachcho'n ke dakhle hote hain, to job milta hai, business hum kar sakte hain, bohat achhe achhe halaat mein Musalman hain.</w:t>
      </w:r>
    </w:p>
    <w:p>
      <w:pPr>
        <w:jc w:val="right"/>
      </w:pPr>
      <w:r>
        <w:t>تو مائنورٹی ہونا کچھ پرابلم نہیں ہے۔ مائنورٹی کے تو کے لیے تو کبھی بھی کوئی مسئلہ نہیں ہوا۔ اب بڑے سے اچھے سے اچھے سکولوں میں ہمارے بچوں کے داخلے ہوتے ہیں، تو جاب ملتا ہے، بزنس ہم کر سکتے ہیں، بہت اچھے اچھے حالات میں مسلمان ہیں۔</w:t>
      </w:r>
    </w:p>
    <w:p>
      <w:r>
        <w:rPr>
          <w:b/>
        </w:rPr>
        <w:t xml:space="preserve">[39:28] </w:t>
      </w:r>
      <w:r>
        <w:t>bas agar koi apni nadani se koi harkat karega, kyunke hamare haan bohat se jahalat bhi bohat hai, to jo jahil hain, be rozgar hain, wohi ladai karte hain.</w:t>
      </w:r>
    </w:p>
    <w:p>
      <w:pPr>
        <w:jc w:val="right"/>
      </w:pPr>
      <w:r>
        <w:t>بس اگر کوئی اپنی نادانی سے کوئی حرکت کرے گا، کیونکہ ہمارے ہاں بہت سے جہالت بھی بہت ہے، تو جو جاہل ہیں، بے روزگار ہیں، وہی لڑائی کرتے ہیں۔</w:t>
      </w:r>
    </w:p>
    <w:p>
      <w:r>
        <w:rPr>
          <w:b/>
        </w:rPr>
        <w:t xml:space="preserve">[39:41] </w:t>
      </w:r>
      <w:r>
        <w:t>jab koi jaloos nikal raha hai, khaas taur par to jaloos ke mauqe par un ko rastay se hat jana chahiye, woh masla khud khatm ho jayega.</w:t>
      </w:r>
    </w:p>
    <w:p>
      <w:pPr>
        <w:jc w:val="right"/>
      </w:pPr>
      <w:r>
        <w:t>جب کوئی جلوس نکل رہا ہے، خاص طور پر تو جلوس کے موقع پر ان کو راستے سے ہٹ جانا چاہیے، وہ مسئلہ خود ختم ہو جائے گا۔</w:t>
      </w:r>
    </w:p>
    <w:p>
      <w:r>
        <w:rPr>
          <w:b/>
        </w:rPr>
        <w:t xml:space="preserve">[39:50] </w:t>
      </w:r>
      <w:r>
        <w:t>ab naujawan log jate hain aur ladne lagte hain, route badlo. Maulana likhte hain ke ab ek slogan hi lagate hain.</w:t>
      </w:r>
    </w:p>
    <w:p>
      <w:pPr>
        <w:jc w:val="right"/>
      </w:pPr>
      <w:r>
        <w:t>اب نوجوان لوگ جاتے ہیں اور لڑنے لگتے ہیں، روٹ بدلو۔ مولانا لکھتے ہیں کہ اب ایک سلوگن ہی لگاتے ہیں۔</w:t>
      </w:r>
    </w:p>
    <w:p>
      <w:r>
        <w:rPr>
          <w:b/>
        </w:rPr>
        <w:t xml:space="preserve">[39:58] </w:t>
      </w:r>
      <w:r>
        <w:t>ek slogan jo hai na, woh lesser evil hai, chhota shar hai. agar hum slogan ko bardasht kar le'n, woh do minute mein slogan lagate hue woh jaloos guzar jayega, lekin hum us ko bardasht nahi karte, araz nahi karte, phir hum us se ladai shuru kar dete hain.</w:t>
      </w:r>
    </w:p>
    <w:p>
      <w:pPr>
        <w:jc w:val="right"/>
      </w:pPr>
      <w:r>
        <w:t>ایک سلوگن جو ہے نا، وہ لیسر ایول ہے، چھوٹا شر ہے۔ اگر ہم سلوگن کو برداشت کر لیں، وہ دو منٹ میں سلوگن لگاتے ہوئے وہ جلوس گزر جائے گا، لیکن ہم اس کو برداشت نہیں کرتے، اعراض نہیں کرتے، پھر ہم اس سے لڑائی شروع کر دیتے ہیں۔</w:t>
      </w:r>
    </w:p>
    <w:p>
      <w:r>
        <w:rPr>
          <w:b/>
        </w:rPr>
        <w:t xml:space="preserve">[40:14] </w:t>
      </w:r>
      <w:r>
        <w:t>phir woh bohat bada, woh greater evil ban jata hai aur bada fasad bhark uthta hai. to hum advantageous position mein hain, hamare liye koi bhi rasta ruka hua nahi hai.</w:t>
      </w:r>
    </w:p>
    <w:p>
      <w:pPr>
        <w:jc w:val="right"/>
      </w:pPr>
      <w:r>
        <w:t>پھر وہ بہت بڑا، وہ گریٹر ایول بن جاتا ہے اور بڑا فساد بھڑک اٹھتا ہے۔ تو ہم ایڈوانٹیجیس پوزیشن میں ہیں، ہمارے لیے کوئی بھی راستہ رکا ہوا نہیں ہے۔</w:t>
      </w:r>
    </w:p>
    <w:p>
      <w:r>
        <w:rPr>
          <w:b/>
        </w:rPr>
        <w:t xml:space="preserve">[40:26] </w:t>
      </w:r>
      <w:r>
        <w:t>hamari apni koi kami hogi jis ki wajah se hum samajhte hain ke hum minority mein hain. woh us ko Maulana likhte hain ke hum sabr kare'n, araz kare'n, koi aisa masla hai to baat cheet ka andaaz ikhtiyar kare'n.</w:t>
      </w:r>
    </w:p>
    <w:p>
      <w:pPr>
        <w:jc w:val="right"/>
      </w:pPr>
      <w:r>
        <w:t>ہماری اپنی کوئی کمی ہوگی جس کی وجہ سے ہم سمجھتے ہیں کہ ہم مائنورٹی میں ہیں۔ وہ اس کو مولانا لکھتے ہیں کہ ہم صبر کریں، اعراض کریں، کوئی ایسا مسئلہ ہے تو بات چیت کا انداز اختیار کریں۔</w:t>
      </w:r>
    </w:p>
    <w:p>
      <w:r>
        <w:rPr>
          <w:b/>
        </w:rPr>
        <w:t xml:space="preserve">[40:41] </w:t>
      </w:r>
      <w:r>
        <w:t>bohat jagah aisa hua hai, fasadat par mein padh rahi thi ke bohat jagah aisa hua hai ke Musalmano'n ne fasadat nahi hone diye. woh baqayda us ki khabar rakhte the ke kahan kya ho raha hai, aur jahan kuch dekhte the, koi galat baat ho rahi hai, to woh police ko</w:t>
      </w:r>
    </w:p>
    <w:p>
      <w:pPr>
        <w:jc w:val="right"/>
      </w:pPr>
      <w:r>
        <w:t>بہت جگہ ایسا ہوا ہے، فسادات پر میں پڑھ رہی تھی کہ بہت جگہ ایسا ہوا ہے کہ مسلمانوں نے فسادات نہیں ہونے دیے۔ وہ باقاعدہ اس کی خبر رکھتے تھے کہ کہاں کیا ہو رہا ہے، اور جہاں کچھ دیکھتے تھے، کوئی غلط بات ہو رہی ہے، تو وہ پولیس کو</w:t>
      </w:r>
    </w:p>
    <w:p>
      <w:r>
        <w:rPr>
          <w:b/>
        </w:rPr>
        <w:t xml:space="preserve">[40:57] </w:t>
      </w:r>
      <w:r>
        <w:t>woh karte the, police ko khabar karte the, aur woh police apna law and order apne haath mein nahi lete the. jab law and order apne haath mein le dein, tab baat bigadti hai.</w:t>
      </w:r>
    </w:p>
    <w:p>
      <w:pPr>
        <w:jc w:val="right"/>
      </w:pPr>
      <w:r>
        <w:t>وہ کرتے تھے، پولیس کو خبر کرتے تھے، اور وہ پولیس اپنا لاء اینڈ آرڈر اپنے ہاتھ میں نہیں لیتے تھے۔ جب لاء اینڈ آرڈر اپنے ہاتھ میں لے دیں، تب بات بگڑتی ہے۔</w:t>
      </w:r>
    </w:p>
    <w:p>
      <w:r>
        <w:rPr>
          <w:b/>
        </w:rPr>
        <w:t xml:space="preserve">[41:09] </w:t>
      </w:r>
      <w:r>
        <w:t>to police ko khabar karte the, police aa ke sab masla hal kar deti thi. to yeh bohat sare waqiyat Maulana ne apni kitabo'n mein likhe hain. ji, aur apa is mein add karna chahunga, mujhe ek program bhi yaad agaya Maulana sahib se, yahi aise hi related ques</w:t>
      </w:r>
    </w:p>
    <w:p>
      <w:pPr>
        <w:jc w:val="right"/>
      </w:pPr>
      <w:r>
        <w:t>تو پولیس کو خبر کرتے تھے، پولیس آ کے سب مسئلہ حل کر دیتی تھی۔ تو یہ بہت سارے واقعات مولانا نے اپنی کتابوں میں لکھے ہیں۔ جی، اور آپا اس میں ایڈ کرنا چاہوں گا، مجھے ایک پروگرام بھی یاد آگیا مولانا صاحب سے، یہی ایسے ہی ریلیٹڈ کوئسچ</w:t>
      </w:r>
    </w:p>
    <w:p>
      <w:r>
        <w:rPr>
          <w:b/>
        </w:rPr>
        <w:t xml:space="preserve">[41:26] </w:t>
      </w:r>
      <w:r>
        <w:t>tion poocha tha. to unho'n ne bohat hi sahi baat kahi, unho'n ne kaha ke dekhein, yeh minority majority ka masla jo aap ne dimagh mein rakha hua hai, yeh bilkul aisa sahi nahi hai.</w:t>
      </w:r>
    </w:p>
    <w:p>
      <w:pPr>
        <w:jc w:val="right"/>
      </w:pPr>
      <w:r>
        <w:t>ن پوچھا تھا۔ تو انہوں نے بہت ہی صحیح بات کہی، انہوں نے کہا کہ دیکھیں، یہ مائنورٹی میجورٹی کا مسئلہ جو آپ نے دماغ میں رکھا ہوا ہے، یہ بالکل ایسا صحیح نہیں ہے۔</w:t>
      </w:r>
    </w:p>
    <w:p>
      <w:r>
        <w:rPr>
          <w:b/>
        </w:rPr>
        <w:t xml:space="preserve">[41:38] </w:t>
      </w:r>
      <w:r>
        <w:t>kehte hain, ab mera mera case lijiye, Maulana ne apni taraf point karte hue kaha, kehte hain, main sochta hoon ke main ek Indian hoon, ek Indian Muslim hoon. Jaise hi main yeh sochta hoon ke main ek Indian hoon, main automatically majority ka hissa ban gaya.</w:t>
      </w:r>
    </w:p>
    <w:p>
      <w:pPr>
        <w:jc w:val="right"/>
      </w:pPr>
      <w:r>
        <w:t>کہتے ہیں، اب میرا میرا کیس لیجئے، مولانا نے اپنی طرف پوائنٹ کرتے ہوئے کہا، کہتے ہیں، میں سوچتا ہوں کہ میں ایک انڈین ہوں، ایک انڈین مسلم ہوں۔ جیسے ہی میں یہ سوچتا ہوں کہ میں ایک انڈین ہوں، میں آٹومیٹکلی میجورٹی کا حصہ بن گیا۔</w:t>
      </w:r>
    </w:p>
    <w:p>
      <w:r>
        <w:rPr>
          <w:b/>
        </w:rPr>
        <w:t xml:space="preserve">[41:50] </w:t>
      </w:r>
      <w:r>
        <w:t>to aap yeh samjhein ke aaj ka jo daur hai, woh merit merit b</w:t>
      </w:r>
    </w:p>
    <w:p>
      <w:pPr>
        <w:jc w:val="right"/>
      </w:pPr>
      <w:r>
        <w:t>تو آپ یہ سمجھیں کہ آج کا جو دور ہے، وہ میرٹ میرٹ ب</w:t>
      </w:r>
    </w:p>
    <w:p>
      <w:r>
        <w:rPr>
          <w:b/>
        </w:rPr>
        <w:t xml:space="preserve">[41:56] </w:t>
      </w:r>
      <w:r>
        <w:t>yes daur hai. To Hazrat Ali ka call bhi hai ke value of a person lies in his excellence. So agar Maulana ne phir kaha ke agar aap doosre ki zaroorat ban jayen, to woh kabhi bhi aap ko nahi chhodega.</w:t>
      </w:r>
    </w:p>
    <w:p>
      <w:pPr>
        <w:jc w:val="right"/>
      </w:pPr>
      <w:r>
        <w:t>یس دور ہے۔ تو حضرت علی کا کال بھی ہے کہ ویلیو آف ا پرسن لائز ان ہز ایکسیلنس۔ سو اگر مولانا نے پھر کہا کہ اگر آپ دوسرے کی ضرورت بن جائیں، تو وہ کبھی بھی آپ کو نہیں چھوڑے گا۔</w:t>
      </w:r>
    </w:p>
    <w:p>
      <w:r>
        <w:rPr>
          <w:b/>
        </w:rPr>
        <w:t xml:space="preserve">[42:10] </w:t>
      </w:r>
      <w:r>
        <w:t>so you have to realize that, that in the present world, jaise apa ne kaha ke hamari ek advantageous posi</w:t>
      </w:r>
    </w:p>
    <w:p>
      <w:pPr>
        <w:jc w:val="right"/>
      </w:pPr>
      <w:r>
        <w:t>سو یو ہیو ٹو ریلائز دیٹ، دیٹ ان دا پریزنٹ ورلڈ، جیسے آپا نے کہا کہ ہماری ایک ایڈوانٹیجیس پوزی</w:t>
      </w:r>
    </w:p>
    <w:p>
      <w:r>
        <w:rPr>
          <w:b/>
        </w:rPr>
        <w:t xml:space="preserve">[42:19] </w:t>
      </w:r>
      <w:r>
        <w:t>tion hai. So if we focus on developing our self, in making our self value asset to the society, to automatically aap ko jo samaj hai aur jo doosre faith ke log hain, woh aap ko bahut zyada pasand karenge, accept karenge.</w:t>
      </w:r>
    </w:p>
    <w:p>
      <w:pPr>
        <w:jc w:val="right"/>
      </w:pPr>
      <w:r>
        <w:t>شن ہے۔ سو اف وی فوکس ان ڈویلپنگ اور سیلف، ان میکنگ اور سیلف ویلیو ایسٹ ٹو دا سوسائٹی، تو آٹومیٹکلی آپ کو جو سماج ہے اور جو دوسرے فیتھ کے لوگ ہیں، وہ آپ کو بہت زیادہ پسند کریں گے، ایکسیپٹ کریں گے۔</w:t>
      </w:r>
    </w:p>
    <w:p>
      <w:r>
        <w:rPr>
          <w:b/>
        </w:rPr>
        <w:t xml:space="preserve">[42:37] </w:t>
      </w:r>
      <w:r>
        <w:t>so it is a change of thinking that</w:t>
      </w:r>
    </w:p>
    <w:p>
      <w:pPr>
        <w:jc w:val="right"/>
      </w:pPr>
      <w:r>
        <w:t>سو اٹ از ا چینج آف تھنکنگ دیٹ</w:t>
      </w:r>
    </w:p>
    <w:p>
      <w:r>
        <w:rPr>
          <w:b/>
        </w:rPr>
        <w:t xml:space="preserve">[42:40] </w:t>
      </w:r>
      <w:r>
        <w:t>one needs to do. Merit par ek ji qissa mujhe yaad aaya, hamare chacha jaan jo the, abba ke bade chhote bhai, to woh Banaras Hindu University se engineering kar rahe the.</w:t>
      </w:r>
    </w:p>
    <w:p>
      <w:pPr>
        <w:jc w:val="right"/>
      </w:pPr>
      <w:r>
        <w:t>ون نیڈز ٹو ڈو۔ میرٹ پر ایک جی قصہ مجھے یاد آیا، ہمارے چچا جان جو تھے، ابا کے بڑے چھوٹے بھائی، تو وہ بنارس ہندو یونیورسٹی سے انجینئرنگ کر رہے تھے۔</w:t>
      </w:r>
    </w:p>
    <w:p>
      <w:r>
        <w:rPr>
          <w:b/>
        </w:rPr>
        <w:t xml:space="preserve">[42:52] </w:t>
      </w:r>
      <w:r>
        <w:t>to unhone ek saal padha, iske baad woh ghar chale gaye, koi wajah se time par aa nahi sake. Kai mahina guzar gaya, chaar paanch mahina shayad, phir woh aaye, chaar paanch mahine ke baad to kehne lage, mujhe dakhila chahiye.</w:t>
      </w:r>
    </w:p>
    <w:p>
      <w:pPr>
        <w:jc w:val="right"/>
      </w:pPr>
      <w:r>
        <w:t>تو انہوں نے ایک سال پڑھا، اس کے بعد وہ گھر چلے گئے، کوئی وجہ سے ٹائم پر آ نہیں سکے۔ کئی مہینہ گزر گیا، چار پانچ مہینہ شاید، پھر وہ آئے، چار پانچ مہینے کے بعد تو کہنے لگے، مجھے داخلہ چاہیے۔</w:t>
      </w:r>
    </w:p>
    <w:p>
      <w:r>
        <w:rPr>
          <w:b/>
        </w:rPr>
        <w:t xml:space="preserve">[43:10] </w:t>
      </w:r>
      <w:r>
        <w:t>ab woh jo hai principal tha ya head of the department tha, woh ghussa hone lage, itne dinon ke baad, chaar paanch mahine, tareekh nikal chuki, ab tum ko kaisa woh milega, dakhila kaise milega?</w:t>
      </w:r>
    </w:p>
    <w:p>
      <w:pPr>
        <w:jc w:val="right"/>
      </w:pPr>
      <w:r>
        <w:t>اب وہ جو ہے پرنسپل تھا یا ہیڈ آف دا ڈیپارٹمنٹ تھا، وہ غصہ ہونے لگے، اتنے دنوں کے بعد، چار پانچ مہینے، تاریخ نکل چکی، اب تم کو کیسا وہ ملے گا، داخلہ کیسے ملے گا؟</w:t>
      </w:r>
    </w:p>
    <w:p>
      <w:r>
        <w:rPr>
          <w:b/>
        </w:rPr>
        <w:t xml:space="preserve">[43:24] </w:t>
      </w:r>
      <w:r>
        <w:t>woh unko baithne ke liye bhi nahi kaha. Phir bas ghusse ke andaaz mein unhone kaha, kya tumhare marks kitne marks hain? To unhone kaha, 80 percent.</w:t>
      </w:r>
    </w:p>
    <w:p>
      <w:pPr>
        <w:jc w:val="right"/>
      </w:pPr>
      <w:r>
        <w:t>وہ ان کو بیٹھنے کے لیے بھی نہیں کہا۔ پھر بس غصے کے انداز میں انہوں نے کہا، کیا تمہارے مارکس کتنے مارکس ہیں؟ تو انہوں نے کہا، 80 پرسنٹ۔</w:t>
      </w:r>
    </w:p>
    <w:p>
      <w:r>
        <w:rPr>
          <w:b/>
        </w:rPr>
        <w:t xml:space="preserve">[43:34] </w:t>
      </w:r>
      <w:r>
        <w:t>woh zamana tha angrezon ka zamana, to marks bahut mushkil se aate the.</w:t>
      </w:r>
    </w:p>
    <w:p>
      <w:pPr>
        <w:jc w:val="right"/>
      </w:pPr>
      <w:r>
        <w:t>وہ زمانہ تھا انگریزوں کا زمانہ، تو مارکس بہت مشکل سے آتے تھے۔</w:t>
      </w:r>
    </w:p>
    <w:p>
      <w:r>
        <w:rPr>
          <w:b/>
        </w:rPr>
        <w:t xml:space="preserve">[43:38] </w:t>
      </w:r>
      <w:r>
        <w:t>to jab unhone kaha, 80 percent, to unhone kaha, baitho, baitho, baitho, ab back date mein unka dakhila karaya. To yeh tareeqa hai aage badhne ka ke hum apne aap ko merit par saabit karen ke hum is mulk ke liye ji, hum mufeed ek hissa ban sakte hain.</w:t>
      </w:r>
    </w:p>
    <w:p>
      <w:pPr>
        <w:jc w:val="right"/>
      </w:pPr>
      <w:r>
        <w:t>تو جب انہوں نے کہا، 80 پرسنٹ، تو انہوں نے کہا، بیٹھو، بیٹھو، بیٹھو، اب بیک ڈیٹ میں ان کا داخلہ کرایا۔ تو یہ طریقہ ہے آگے بڑھنے کا کہ ہم اپنے آپ کو میرٹ پر ثابت کریں کہ ہم اس ملک کے لیے جی، ہم مفید ایک حصہ بن سکتے ہیں۔</w:t>
      </w:r>
    </w:p>
    <w:p>
      <w:r>
        <w:rPr>
          <w:b/>
        </w:rPr>
        <w:t xml:space="preserve">[43:56] </w:t>
      </w:r>
      <w:r>
        <w:t>bilkul, bilkul sahi kaha apa aap ne. Apa kuch aur comments hain. Muhammad Yaqoob Umri sahib ne likha hai,</w:t>
      </w:r>
    </w:p>
    <w:p>
      <w:pPr>
        <w:jc w:val="right"/>
      </w:pPr>
      <w:r>
        <w:t>بالکل، بالکل صحیح کہا آپا آپ نے۔ آپا کچھ اور کمنٹس ہیں۔ محمد یعقوب عمری صاحب نے لکھا ہے،</w:t>
      </w:r>
    </w:p>
    <w:p>
      <w:r>
        <w:rPr>
          <w:b/>
        </w:rPr>
        <w:t xml:space="preserve">[44:05] </w:t>
      </w:r>
      <w:r>
        <w:t>jazak Allah apa for your lecture on such and important topic, communal harmony is the soil where spirituality and dawah work can grow.</w:t>
      </w:r>
    </w:p>
    <w:p>
      <w:pPr>
        <w:jc w:val="right"/>
      </w:pPr>
      <w:r>
        <w:t>جزاک اللہ آپا فار یور لیکچر ان سچ اینڈ امپورٹنٹ ٹاپک، کمیونل ہارمونی از دا سوائل ویئر سپرچویلٹی اینڈ دعویٰ ورک کین گرو۔</w:t>
      </w:r>
    </w:p>
    <w:p>
      <w:r>
        <w:rPr>
          <w:b/>
        </w:rPr>
        <w:t xml:space="preserve">[44:16] </w:t>
      </w:r>
      <w:r>
        <w:t>is par main ji ji zaroor kehna cha rahi thi ke Maulana jo itna zyada zor dete the na, peace par, woh isi liye ke baghair peace ke koi kaam nahi ho sakta, aur khaas taur par dawah work, jo uske liye peaceful circumstances jo hain, woh essential hain.</w:t>
      </w:r>
    </w:p>
    <w:p>
      <w:pPr>
        <w:jc w:val="right"/>
      </w:pPr>
      <w:r>
        <w:t>اس پر میں جی جی ضرور کہنا چاہ رہی تھی کہ مولانا جو اتنا زیادہ زور دیتے تھے نا، پیس پر، وہ اسی لیے کہ بغیر پیس کے کوئی کام نہیں ہو سکتا، اور خاص طور پر دعویٰ ورک، جو اس کے لیے پیس فل سرکمسٹنسز جو ہیں، وہ ایسینشل ہیں۔</w:t>
      </w:r>
    </w:p>
    <w:p>
      <w:r>
        <w:rPr>
          <w:b/>
        </w:rPr>
        <w:t xml:space="preserve">[44:33] </w:t>
      </w:r>
      <w:r>
        <w:t>to is wajah se woh bahut zyada chahte the ke peace qaim ho, communal harmony ho, peace qaim ho taake yeh kaam jo hai aage badhaya ja sake.</w:t>
      </w:r>
    </w:p>
    <w:p>
      <w:pPr>
        <w:jc w:val="right"/>
      </w:pPr>
      <w:r>
        <w:t>تو اس وجہ سے وہ بہت زیادہ چاہتے تھے کہ پیس قائم ہو، کمیونل ہارمونی ہو، پیس قائم ہو تاکہ یہ کام جو ہے آگے بڑھایا جا سکے۔</w:t>
      </w:r>
    </w:p>
    <w:p>
      <w:r>
        <w:rPr>
          <w:b/>
        </w:rPr>
        <w:t xml:space="preserve">[44:43] </w:t>
      </w:r>
      <w:r>
        <w:t>ji, Zahid Ali sahib ne likha hai, Farida apa, we need more empowered women in India to step forward in mobilizing women wings.</w:t>
      </w:r>
    </w:p>
    <w:p>
      <w:pPr>
        <w:jc w:val="right"/>
      </w:pPr>
      <w:r>
        <w:t>جی، زاہد علی صاحب نے لکھا ہے، فریدہ آپا، وی نیڈ مور ایمپاورڈ وومن ان انڈیا ٹو سٹیپ فارورڈ ان موبیلائزنگ وومن ونگز۔</w:t>
      </w:r>
    </w:p>
    <w:p>
      <w:r>
        <w:rPr>
          <w:b/>
        </w:rPr>
        <w:t xml:space="preserve">[44:58] </w:t>
      </w:r>
      <w:r>
        <w:t>to is pe to apa, main main hi add karta hoon ke bahut sari ladies CPS ladies group se jud rahi hain, baqayda group bada hota ja raha hai, aur aap ne jo is mein aap ne likha hai, to woh waqai woh ho raha hai.</w:t>
      </w:r>
    </w:p>
    <w:p>
      <w:pPr>
        <w:jc w:val="right"/>
      </w:pPr>
      <w:r>
        <w:t>تو اس پہ تو آپا، میں میں ہی ایڈ کرتا ہوں کہ بہت ساری لیڈیز سی پی ایس لیڈیز گروپ سے جڑ رہی ہیں، باقاعدہ گروپ بڑا ہوتا جا رہا ہے، اور آپ نے جو اس میں آپ نے لکھا ہے، تو وہ واقعی وہ ہو رہا ہے۔</w:t>
      </w:r>
    </w:p>
    <w:p>
      <w:r>
        <w:rPr>
          <w:b/>
        </w:rPr>
        <w:t xml:space="preserve">[45:12] </w:t>
      </w:r>
      <w:r>
        <w:t>aur aaj ke lecture ke madhyam se main yeh bhi kehna chahunga ke agar if there are more women who want to join the CPS ladies wing, then you can write to us with your details at info at cpsglobal dot org</w:t>
      </w:r>
    </w:p>
    <w:p>
      <w:pPr>
        <w:jc w:val="right"/>
      </w:pPr>
      <w:r>
        <w:t>اور آج کے لیکچر کے مادھم سے میں یہ بھی کہنا چاہوں گا کہ اگر اف دیر آر مور وومن ہو وانٹ ٹو جوائن دا سی پی ایس لیڈیز ونگ، دین یو کین رائٹ ٹو اس ود یور ڈیٹیلز ایٹ انفو ایٹ سی پی ایس گلوبل ڈاٹ او آر ج</w:t>
      </w:r>
    </w:p>
    <w:p>
      <w:r>
        <w:rPr>
          <w:b/>
        </w:rPr>
        <w:t xml:space="preserve">[45:27] </w:t>
      </w:r>
      <w:r>
        <w:t>y. Yeh ek bahut hi positive group hai, aur yeh bahut zyada jo hai activities mein involved hai, how to spread positive thinking, how to develop ones personality, how to become God oriented and spiritual in ones daily life.</w:t>
      </w:r>
    </w:p>
    <w:p>
      <w:pPr>
        <w:jc w:val="right"/>
      </w:pPr>
      <w:r>
        <w:t>ی۔ یہ ایک بہت ہی پوزیٹیو گروپ ہے، اور یہ بہت زیادہ جو ہے ایکٹیویٹیز میں انوالوڈ ہے، ہاؤ ٹو سپریڈ پوزیٹیو تھنکنگ، ہاؤ ٹو ڈیویلپ ونز پرسنیلٹی، ہاؤ ٹو بیکم گاڈ اورینٹڈ اینڈ سپرچول ان ونز ڈیلی لائف۔</w:t>
      </w:r>
    </w:p>
    <w:p>
      <w:r>
        <w:rPr>
          <w:b/>
        </w:rPr>
        <w:t xml:space="preserve">[45:45] </w:t>
      </w:r>
      <w:r>
        <w:t>bahut si jo ladies hain, unke bahut zabardast comments aur experiences bhi yahan pe hum ne kai dafa share kiye hain ke kaise unki zindagi badli</w:t>
      </w:r>
    </w:p>
    <w:p>
      <w:pPr>
        <w:jc w:val="right"/>
      </w:pPr>
      <w:r>
        <w:t>بہت سی جو لیڈیز ہیں، ان کے بہت زبردست کمنٹس اور ایکسپیرینسز بھی یہاں پہ ہم نے کئی دفعہ شیئر کیے ہیں کہ کیسے ان کی زندگی بدلی</w:t>
      </w:r>
    </w:p>
    <w:p>
      <w:r>
        <w:rPr>
          <w:b/>
        </w:rPr>
        <w:t xml:space="preserve">[45:55] </w:t>
      </w:r>
      <w:r>
        <w:t>aur. To yeh zaroor, yeh jo group hai, yeh isi tarah se badhta rahega. Ji, aur woh aurat ne hamari insaniyat padhayen, khud ba khud sari ladies jo hain, inspire ho jayengi.</w:t>
      </w:r>
    </w:p>
    <w:p>
      <w:pPr>
        <w:jc w:val="right"/>
      </w:pPr>
      <w:r>
        <w:t>۔ تو یہ ضرور، یہ جو گروپ ہے، یہ اسی طریقے سے بڑھتا رہے گا۔ جی، اور وہ عورت نے ہماری انسانیت پڑھائیں، خود بخود ساری لیڈیز جو ہیں، انسپائر ہو جائیں گی۔</w:t>
      </w:r>
    </w:p>
    <w:p>
      <w:r>
        <w:rPr>
          <w:b/>
        </w:rPr>
        <w:t xml:space="preserve">[46:08] </w:t>
      </w:r>
      <w:r>
        <w:t>ji ji, Muhammad Akram sahib ne likha hai, conclusion regarding the inf peace in the light of respected Mrs Khan is to focus on providing service of humans.</w:t>
      </w:r>
    </w:p>
    <w:p>
      <w:pPr>
        <w:jc w:val="right"/>
      </w:pPr>
      <w:r>
        <w:t>جی جی، محمد اکرم صاحب نے لکھا ہے، کنکلوژن ریگارڈنگ دا انف پیس ان دا لائٹ آف ریسپیکٹڈ مسز خان از ٹو فوکس ان پرووائیڈنگ سروس آف ہیومنز۔</w:t>
      </w:r>
    </w:p>
    <w:p>
      <w:r>
        <w:rPr>
          <w:b/>
        </w:rPr>
        <w:t xml:space="preserve">[46:22] </w:t>
      </w:r>
      <w:r>
        <w:t>jazak Allah. Abdullah Bhatti sahib ne likha hai, mam, main Abdullah Pakistan Multan se hoon, paanch times namaz regular padhta hoon aur Quran bhi padhta hoon, lekin mujhe امی aur abu ki baat ka baat karta hoon to mujhe ghussa aa jata hai, mujh se badtameezi ho jati hai, lekin baad mein main Allah se maafii maang leta hoon.</w:t>
      </w:r>
    </w:p>
    <w:p>
      <w:pPr>
        <w:jc w:val="right"/>
      </w:pPr>
      <w:r>
        <w:t>جزاک اللہ۔ عبداللہ بھٹی صاحب نے لکھا ہے، میم، میں عبداللہ پاکستان ملتان سے ہوں، پانچ ٹائمز نماز ریگولر پڑھتا ہوں اور قرآن بھی پڑھتا ہوں، لیکن مجھے امی اور ابو کی بات کا بات کرتا ہوں تو مجھے غصہ آ جاتا ہے، مجھ سے بدتمیزی ہو جاتی ہے، لیکن بعد میں میں اللہ سے معافی مانگ لیتا ہوں۔</w:t>
      </w:r>
    </w:p>
    <w:p>
      <w:r>
        <w:rPr>
          <w:b/>
        </w:rPr>
        <w:t xml:space="preserve">[46:49] </w:t>
      </w:r>
      <w:r>
        <w:t>kya meri maafii qabool hogi aur use main kaise khatam karoon, uske baare mein mujhe advice karen. Namaz jab padhen to bahut dhyan se padhen, uski spirit ke saath padhen.</w:t>
      </w:r>
    </w:p>
    <w:p>
      <w:pPr>
        <w:jc w:val="right"/>
      </w:pPr>
      <w:r>
        <w:t>کیا میری معافی قبول ہوگی اور اسے میں کیسے ختم کروں، اس کے بارے میں مجھے ایڈوائس کریں۔ نماز جب پڑھیں تو بہت دھیان سے پڑھیں، اس کی سپرٹ کے ساتھ پڑھیں۔</w:t>
      </w:r>
    </w:p>
    <w:p>
      <w:r>
        <w:rPr>
          <w:b/>
        </w:rPr>
        <w:t xml:space="preserve">[47:03] </w:t>
      </w:r>
      <w:r>
        <w:t>namaz koi ritual nahi hai ke bas time ho gaya aur namaz uthak baithak kar liya. to aap spirit ke sath parhenge, tabhi to wo spirit aap ke andar aayegi,</w:t>
      </w:r>
    </w:p>
    <w:p>
      <w:pPr>
        <w:jc w:val="right"/>
      </w:pPr>
      <w:r>
        <w:t>نماز کوئی ریچول نہیں ہے کہ بس ٹائم ہو گیا اور نماز اٹھک بیٹھک کر لیا۔ تو آپ اسپیریٹ کے ساتھ پڑھیں گے، تبھی تو وہ اسپیریٹ آپ کے اندر آئے گی،</w:t>
      </w:r>
    </w:p>
    <w:p>
      <w:r>
        <w:rPr>
          <w:b/>
        </w:rPr>
        <w:t xml:space="preserve">[47:13] </w:t>
      </w:r>
      <w:r>
        <w:t>kyunki quran mein likha hai ke kitna zyada maa ne tum ko dukh par dukh seh seh kar tum ko bada kiya. to gratefulness jo hai na, agar hum apne apne jo maa baap hain, apne jo log jinhone bhi hamari madad karte hain, hamare kaam aate hain, insan matlab insano ke liye agar hum hamare andar gratefulness nahi hai to hum khuda ke liye bhi grateful nahi ho</w:t>
      </w:r>
    </w:p>
    <w:p>
      <w:pPr>
        <w:jc w:val="right"/>
      </w:pPr>
      <w:r>
        <w:t>کیونکہ قرآن میں لکھا ہے کہ کتنا زیادہ ماں نے تم کو دکھ پر دکھ سہ سہ کر تم کو بڑا کیا۔ تو گریٹ فلنس جو ہے نا، اگر ہم اپنے اپنے جو ماں باپ ہیں، اپنے جو لوگ جنہوں نے بھی ہماری مدد کرتے ہیں، ہمارے کام آتے ہیں، انسان مطلب انسانوں کے لیے اگر ہم ہمارے اندر گریٹ فلنس نہیں ہے تو ہم خدا کے لیے بھی گریٹ فل نہیں ہو</w:t>
      </w:r>
    </w:p>
    <w:p>
      <w:r>
        <w:rPr>
          <w:b/>
        </w:rPr>
        <w:t xml:space="preserve">[47:41] </w:t>
      </w:r>
      <w:r>
        <w:t>sakte, kyunki ye ek spirit hai. to ye spirit insano ke zariye se hamare andar jagti hai, aur jab ye spirit jaagegi, tabhi hum khuda ke grateful bande banenge.</w:t>
      </w:r>
    </w:p>
    <w:p>
      <w:pPr>
        <w:jc w:val="right"/>
      </w:pPr>
      <w:r>
        <w:t>سکتے، کیونکہ یہ ایک سپرٹ ہے۔ تو یہ سپرٹ انسانوں کے ذریعے سے ہمارے اندر جاگتی ہے، اور جب یہ سپرٹ جاگے گی، تبھی ہم خدا کے گریٹ فل بندے بنیں گے۔</w:t>
      </w:r>
    </w:p>
    <w:p>
      <w:r>
        <w:rPr>
          <w:b/>
        </w:rPr>
        <w:t xml:space="preserve">[47:52] </w:t>
      </w:r>
      <w:r>
        <w:t>to Maulana to yahan tak keh dete hain, jo grateful nahi hoga, wo jannat mein nahi jayega. to ye bahut hi serious baat hai, aap is par sochiye aur apne ghusse ko control kariye.</w:t>
      </w:r>
    </w:p>
    <w:p>
      <w:pPr>
        <w:jc w:val="right"/>
      </w:pPr>
      <w:r>
        <w:t>تو مولانا تو یہاں تک کہہ دیتے ہیں، جو گریٹ فل نہیں ہوگا، وہ جنت میں نہیں جائے گا۔ تو یہ بہت ہی سیریس بات ہے، آپ اس پر سوچیے اور اپنے غصے کو کنٹرول کریے۔</w:t>
      </w:r>
    </w:p>
    <w:p>
      <w:r>
        <w:rPr>
          <w:b/>
        </w:rPr>
        <w:t xml:space="preserve">[48:03] </w:t>
      </w:r>
      <w:r>
        <w:t>kabhi kabhi ho jata hai galtiyan to iske Allah taala maaf karte hain, lekin roz roz nahi hona chahiye. aur kyunki agar aap ne aisa nahi kiya to phir aap khuda ke bhi nashukre bande qarar payenge.</w:t>
      </w:r>
    </w:p>
    <w:p>
      <w:pPr>
        <w:jc w:val="right"/>
      </w:pPr>
      <w:r>
        <w:t>کبھی کبھی ہو جاتا ہے غلطیاں تو اس کے اللہ تعالی معاف کرتے ہیں، لیکن روز روز نہیں ہونا چاہیے۔ اور کیونکہ اگر آپ نے ایسا نہیں کیا تو پھر آپ خدا کے بھی ناشکر بندے قرار پائیں گے۔</w:t>
      </w:r>
    </w:p>
    <w:p>
      <w:r>
        <w:rPr>
          <w:b/>
        </w:rPr>
        <w:t xml:space="preserve">[48:19] </w:t>
      </w:r>
      <w:r>
        <w:t>to ye aap kaise bardasht kar sakte hain? ji,</w:t>
      </w:r>
    </w:p>
    <w:p>
      <w:pPr>
        <w:jc w:val="right"/>
      </w:pPr>
      <w:r>
        <w:t>تو یہ آپ کیسے برداشت کر سکتے ہیں؟ جی،</w:t>
      </w:r>
    </w:p>
    <w:p>
      <w:r>
        <w:rPr>
          <w:b/>
        </w:rPr>
        <w:t xml:space="preserve">[48:23] </w:t>
      </w:r>
      <w:r>
        <w:t>ek jagah Maulana ne likha bhi tha ke strong person is not one who overcoms his opponent, but a strong person is one who controls his anger.</w:t>
      </w:r>
    </w:p>
    <w:p>
      <w:pPr>
        <w:jc w:val="right"/>
      </w:pPr>
      <w:r>
        <w:t>ایک جگہ مولانا نے لکھا بھی تھا کہ سٹرونگ پرسن از ناٹ ون ہو اووروینز ہز اپونینٹ، بٹ ا سٹرونگ پرسن از ون ہو کنٹرولز ہز اینگر۔</w:t>
      </w:r>
    </w:p>
    <w:p>
      <w:r>
        <w:rPr>
          <w:b/>
        </w:rPr>
        <w:t xml:space="preserve">[48:34] </w:t>
      </w:r>
      <w:r>
        <w:t>to ye aap ki personality strong aur Maulana kya karte the? khamosh ho jate the. ghusse ki baatein to hoti hi rehti hain.</w:t>
      </w:r>
    </w:p>
    <w:p>
      <w:pPr>
        <w:jc w:val="right"/>
      </w:pPr>
      <w:r>
        <w:t>تو یہ آپ کی پرسنیلٹی سٹرونگ اور مولانا کیا کرتے تھے؟ خاموش ہو جاتے تھے۔ غصے کی باتیں تو ہوتی ہی رہتی ہیں۔</w:t>
      </w:r>
    </w:p>
    <w:p>
      <w:r>
        <w:rPr>
          <w:b/>
        </w:rPr>
        <w:t xml:space="preserve">[48:43] </w:t>
      </w:r>
      <w:r>
        <w:t>ji, to agar jab ghussa aaye na to aap thodi der ke liye, chand minute ke liye, chand secondon ke liye aap khamosh ho jaiye.</w:t>
      </w:r>
    </w:p>
    <w:p>
      <w:pPr>
        <w:jc w:val="right"/>
      </w:pPr>
      <w:r>
        <w:t>جی، تو اگر جب غصہ آئے نا تو آپ تھوڑی دیر کے لیے، چند منٹ کے لیے، چند سیکنڈوں کے لیے آپ خاموش ہو جائیے۔</w:t>
      </w:r>
    </w:p>
    <w:p>
      <w:r>
        <w:rPr>
          <w:b/>
        </w:rPr>
        <w:t xml:space="preserve">[48:51] </w:t>
      </w:r>
      <w:r>
        <w:t>wo ghussa jo hai, wo jab para chadhta hai, ab aaj kal ke zamane mein keh sakte hain BP badh jata hai, wo ghussa chadhta hai, wo thodi der mein wo para utar jata hai, aur wo bilkul hum normal ho jate hain.</w:t>
      </w:r>
    </w:p>
    <w:p>
      <w:pPr>
        <w:jc w:val="right"/>
      </w:pPr>
      <w:r>
        <w:t>وہ غصہ جو ہے، وہ جب پارہ چڑھتا ہے، اب آج کل کے زمانے میں کہہ سکتے ہیں بی پی بڑھ جاتا ہے، وہ غصہ چڑھ جاتا ہے، وہ تھوڑی دیر میں وہ پارہ اتر جاتا ہے، اور وہ بالکل ہم نارمل ہو جاتے ہیں۔</w:t>
      </w:r>
    </w:p>
    <w:p>
      <w:r>
        <w:rPr>
          <w:b/>
        </w:rPr>
        <w:t xml:space="preserve">[49:02] </w:t>
      </w:r>
      <w:r>
        <w:t>phir iske baad hum ko lagta hai ke hum kis baat pe ghussa hue the, koi baat to thi nahi. ji, to bas thodi der ke liye khamosh ho jayein ya apni jagah badal dein. Maulana kai baar mein dekhti thi ke barje mein ja ke thaharne lagte the.</w:t>
      </w:r>
    </w:p>
    <w:p>
      <w:pPr>
        <w:jc w:val="right"/>
      </w:pPr>
      <w:r>
        <w:t>پھر اس کے بعد ہم کو لگتا ہے کہ ہم کس بات پہ غصہ ہوئے تھے، کوئی بات تو تھی نہیں۔ جی، تو بس تھوڑی دیر کے لیے خاموش ہو جائیں یا اپنی جگہ بدل دیں۔ مولانا کئی بار میں دیکھتی تھی کہ بارجے میں جا کے ٹھہرنے لگتے تھے۔</w:t>
      </w:r>
    </w:p>
    <w:p>
      <w:r>
        <w:rPr>
          <w:b/>
        </w:rPr>
        <w:t xml:space="preserve">[49:14] </w:t>
      </w:r>
      <w:r>
        <w:t>ji, to apni jagah badalni to ghussa khud ba khud khatam ho jata hai.</w:t>
      </w:r>
    </w:p>
    <w:p>
      <w:pPr>
        <w:jc w:val="right"/>
      </w:pPr>
      <w:r>
        <w:t>جی، تو اپنی جگہ بدلنی تو غصہ خود بخود ختم ہو جاتا ہے۔</w:t>
      </w:r>
    </w:p>
    <w:p>
      <w:r>
        <w:rPr>
          <w:b/>
        </w:rPr>
        <w:t xml:space="preserve">[49:18] </w:t>
      </w:r>
      <w:r>
        <w:t>ye apa aap ne bahut sahi advice diya, kyunki Maulana yahi Rasool Allah ki advice ko yahi kehte the ke Rasool Allah ne kaha tha ke when one of you becomes angry, he should keep quiet.</w:t>
      </w:r>
    </w:p>
    <w:p>
      <w:pPr>
        <w:jc w:val="right"/>
      </w:pPr>
      <w:r>
        <w:t>یہ آپا آپ نے بہت صحیح ایڈوائس دیا، کیونکہ مولانا یہی رسول اللہ کی ایڈوائس کو یہی کہتے تھے کہ رسول اللہ نے کہا تھا کہ وین ون آف یو بیکمز اینگری، ہی شوڈ کیپ کوائٹ۔</w:t>
      </w:r>
    </w:p>
    <w:p>
      <w:r>
        <w:rPr>
          <w:b/>
        </w:rPr>
        <w:t xml:space="preserve">[49:34] </w:t>
      </w:r>
      <w:r>
        <w:t>aur tamam emotions mein sab se destructive emotion jo hai, wo anger hi hai. to isliye bahut ye important hai.</w:t>
      </w:r>
    </w:p>
    <w:p>
      <w:pPr>
        <w:jc w:val="right"/>
      </w:pPr>
      <w:r>
        <w:t>اور تمام ایموشنز میں سب سے ڈسٹرکٹو ایموشن جو ہے، وہ اینگر ہی ہے۔ تو اس لیے بہت یہ امپورٹنٹ ہے۔</w:t>
      </w:r>
    </w:p>
    <w:p>
      <w:r>
        <w:rPr>
          <w:b/>
        </w:rPr>
        <w:t xml:space="preserve">[49:43] </w:t>
      </w:r>
      <w:r>
        <w:t>apa, ye ek sawal hai, hamari majlis mein ye maujood hain, Miss Surender Chadda. unhone likha hai, mera naam Surender Kaur hai, main ek Sant parivar se taluq rakhti hoon.</w:t>
      </w:r>
    </w:p>
    <w:p>
      <w:pPr>
        <w:jc w:val="right"/>
      </w:pPr>
      <w:r>
        <w:t>آپا، یہ ایک سوال ہے، ہماری مجلس میں یہ موجود ہیں، مس سورندر چڈا۔ انہوں نے لکھا ہے، میرا نام سورندر کور ہے، میں ایک سنت परिवار سے تعلق رکھتی ہوں۔</w:t>
      </w:r>
    </w:p>
    <w:p>
      <w:r>
        <w:rPr>
          <w:b/>
        </w:rPr>
        <w:t xml:space="preserve">[49:58] </w:t>
      </w:r>
      <w:r>
        <w:t>main ne apne hi parivar ka ek vard ashram seva ke liye adopt kiya hai. mujhe kisi tarah se cooperation nahi mil raha hai.</w:t>
      </w:r>
    </w:p>
    <w:p>
      <w:pPr>
        <w:jc w:val="right"/>
      </w:pPr>
      <w:r>
        <w:t>میں نے اپنے ہی परिवار کا ایک ورد آشرم सेवा کے لیے اڈاپٹ کیا ہے۔ مجھے کسی طرح سے کوآپریشن نہیں مل رہا ہے۔</w:t>
      </w:r>
    </w:p>
    <w:p>
      <w:r>
        <w:rPr>
          <w:b/>
        </w:rPr>
        <w:t xml:space="preserve">[50:09] </w:t>
      </w:r>
      <w:r>
        <w:t>Maulana sahib ki kripa aur aashirwad se main ne comparative religion se bhi ancient scriptures mein main research kar rahi hoon.</w:t>
      </w:r>
    </w:p>
    <w:p>
      <w:pPr>
        <w:jc w:val="right"/>
      </w:pPr>
      <w:r>
        <w:t>مولانا صاحب کی کرپا اور آشیرواد سے میں نے کمپیریٹیو ریلیجن سے بھی اینشینٹ سکرپچرز میں میں ریسرچ کر رہی ہوں۔</w:t>
      </w:r>
    </w:p>
    <w:p>
      <w:r>
        <w:rPr>
          <w:b/>
        </w:rPr>
        <w:t xml:space="preserve">[50:17] </w:t>
      </w:r>
      <w:r>
        <w:t>main ghabra si gayi hoon, udas hoon. ah, kripya margdarshan karein. to positive ah thinking ko le ke apa, Maulana to bahut zyada ah kehte the, likhte the.</w:t>
      </w:r>
    </w:p>
    <w:p>
      <w:pPr>
        <w:jc w:val="right"/>
      </w:pPr>
      <w:r>
        <w:t>میں گھبرا سی گئی ہوں، اداس ہوں۔ آہ، کرپیا مارگદર્شن کریں۔ تو پوزیٹیو آہ تھنکنگ کو لے کے آپا، مولانا تو بہت زیادہ آہ کہتے تھے، لکھتے تھے۔</w:t>
      </w:r>
    </w:p>
    <w:p>
      <w:r>
        <w:rPr>
          <w:b/>
        </w:rPr>
        <w:t xml:space="preserve">[50:33] </w:t>
      </w:r>
      <w:r>
        <w:t>ah, to aap kuch advice karein. mujhe mujhe yaad aa raha hai ke ek bari mein bhi bahut zyada pareshan tha, udas tha. to main Maulana ke paas gaya to unhone kaha, dekhein ye jo utar chadhav hote na, ye ise ghabraiye mat, ye ye achhe hain kyunki isi se jo hai aadmi aage badhta</w:t>
      </w:r>
    </w:p>
    <w:p>
      <w:pPr>
        <w:jc w:val="right"/>
      </w:pPr>
      <w:r>
        <w:t>آہ، تو آپ کچھ ایڈوائس کریں۔ مجھے مجھے یاد آ رہا ہے کہ ایک باری میں بھی بہت زیادہ پریشان تھا، اداس تھا۔ تو میں مولانا کے پاس گیا تو انہوں نے کہا، دیکھیں یہ جو اتار چڑھاؤ ہوتے ہیں نا، یہ اسے گھبرائیے مت، یہ یہ اچھے ہیں کیونکہ اسی سے جو ہے آدمی آگے بڑھتا</w:t>
      </w:r>
    </w:p>
    <w:p>
      <w:r>
        <w:rPr>
          <w:b/>
        </w:rPr>
        <w:t xml:space="preserve">[50:50] </w:t>
      </w:r>
      <w:r>
        <w:t>hai. jab tak mind mein halchal na ho to mind work nahi karta hai. so halchal hone se hi intellectual development hota hai, intellectual progress hoti hai.</w:t>
      </w:r>
    </w:p>
    <w:p>
      <w:pPr>
        <w:jc w:val="right"/>
      </w:pPr>
      <w:r>
        <w:t>ہے۔ جب تک مائنڈ میں ہلچل نہ ہو تو مائنڈ ورک نہیں کرتا ہے۔ سو ہلچل ہونے سے ہی انٹلیکچول ڈیویلپمنٹ ہوتا ہے، انٹلیکچول پروگریس ہوتی ہے۔</w:t>
      </w:r>
    </w:p>
    <w:p>
      <w:r>
        <w:rPr>
          <w:b/>
        </w:rPr>
        <w:t xml:space="preserve">[50:59] </w:t>
      </w:r>
      <w:r>
        <w:t>to is se aap is ko aap negatively mat lijiye, is ko aap positively lijiye. ah, that is how a person progresses forward.</w:t>
      </w:r>
    </w:p>
    <w:p>
      <w:pPr>
        <w:jc w:val="right"/>
      </w:pPr>
      <w:r>
        <w:t>تو اس سے آپ اس کو آپ نیگیٹیولی مت لیجئے، اس کو آپ پوزیٹیولی لیجئے۔ آہ، دیٹ از ہاؤ ا پرسن پروگریسز فارورڈ۔</w:t>
      </w:r>
    </w:p>
    <w:p>
      <w:r>
        <w:rPr>
          <w:b/>
        </w:rPr>
        <w:t xml:space="preserve">[51:08] </w:t>
      </w:r>
      <w:r>
        <w:t>hum, har cheez ko challenge ji lijiye aur har cheez se apna apni thinking ko improve kariye, apna personality development kariye.</w:t>
      </w:r>
    </w:p>
    <w:p>
      <w:pPr>
        <w:jc w:val="right"/>
      </w:pPr>
      <w:r>
        <w:t>ہمم، ہر چیز کو چیلنج جی لیجئے اور ہر چیز سے اپنا اپنی تھنکنگ کو امپروو کریے، اپنا پرسنیلٹی ڈیویلپمنٹ کریے۔</w:t>
      </w:r>
    </w:p>
    <w:p>
      <w:r>
        <w:rPr>
          <w:b/>
        </w:rPr>
        <w:t xml:space="preserve">[51:17] </w:t>
      </w:r>
      <w:r>
        <w:t>bilkul result</w:t>
      </w:r>
    </w:p>
    <w:p>
      <w:pPr>
        <w:jc w:val="right"/>
      </w:pPr>
      <w:r>
        <w:t>بالکل رزل</w:t>
      </w:r>
    </w:p>
    <w:p>
      <w:r>
        <w:rPr>
          <w:b/>
        </w:rPr>
        <w:t xml:space="preserve">[51:18] </w:t>
      </w:r>
      <w:r>
        <w:t>ko mat dekhiye, aap dekhiye apne aap ko, aap ne is se kya learning li hai. humm, ji bilkul sahi. to ah, ah, ah, main un se ye bhi kahunga ke class ke baad hum aap se zaroor interact karenge.</w:t>
      </w:r>
    </w:p>
    <w:p>
      <w:pPr>
        <w:jc w:val="right"/>
      </w:pPr>
      <w:r>
        <w:t>ٹ کو مت دیکھیے، آپ دیکھیے اپنے آپ کو، آپ نے اس سے کیا لرننگ لی ہے۔ ہمم، جی بالکل صحیح۔ تو آہ، آہ، آہ، میں ان سے یہ بھی کہوں گا کہ کلاس کے بعد ہم آپ سے ضرور انٹریکٹ کریں گے۔</w:t>
      </w:r>
    </w:p>
    <w:p>
      <w:r>
        <w:rPr>
          <w:b/>
        </w:rPr>
        <w:t xml:space="preserve">[51:29] </w:t>
      </w:r>
      <w:r>
        <w:t>aap apa se alag se bhi mil sakti hain. apa, main agla sawal lena chahunga. ye sawal bheja hai Indore se, Yogesh Sharma ji ne jo program dekh rahe hain, unhone likha hai ke aap ne kaha sab se bada ah masla peace qaim karna hai.</w:t>
      </w:r>
    </w:p>
    <w:p>
      <w:pPr>
        <w:jc w:val="right"/>
      </w:pPr>
      <w:r>
        <w:t>آپ آپا سے الگ سے بھی مل سکتی ہیں۔ آپا، میں اگلا سوال لینا چاہوں گا۔ یہ سوال بھیجا ہے اندور سے، یوگیش شرما جی نے جو پروگرام دیکھ رہے ہیں، انہوں نے لکھا ہے کہ آپ نے کہا سب سے بڑا آہ مسئلہ پیس قائم کرنا ہے۔</w:t>
      </w:r>
    </w:p>
    <w:p>
      <w:r>
        <w:rPr>
          <w:b/>
        </w:rPr>
        <w:t xml:space="preserve">[51:45] </w:t>
      </w:r>
      <w:r>
        <w:t>aaj apne apne taak mein</w:t>
      </w:r>
    </w:p>
    <w:p>
      <w:pPr>
        <w:jc w:val="right"/>
      </w:pPr>
      <w:r>
        <w:t>آج اپنے اپنے ٹاک میں</w:t>
      </w:r>
    </w:p>
    <w:p>
      <w:r>
        <w:rPr>
          <w:b/>
        </w:rPr>
        <w:t xml:space="preserve">[51:47] </w:t>
      </w:r>
      <w:r>
        <w:t>yeh kaha to quran mein kahan hai peace? aah, is ke bare mein aap bataein. quran mein to bohat ziyada hai.</w:t>
      </w:r>
    </w:p>
    <w:p>
      <w:pPr>
        <w:jc w:val="right"/>
      </w:pPr>
      <w:r>
        <w:t>یہ کہا تو قرآن میں کہاں ہے پیس؟ آہ، اس کے بارے میں آپ بتائیں۔ قرآن میں تو بہت زیادہ ہے۔</w:t>
      </w:r>
    </w:p>
    <w:p>
      <w:r>
        <w:rPr>
          <w:b/>
        </w:rPr>
        <w:t xml:space="preserve">[51:56] </w:t>
      </w:r>
      <w:r>
        <w:t>peace sab se ek jagah hai surah nisa mein, "alsalato khair". hmm, peace aur reconciliation is the best aur jannat ko home of peace kaha gaya hai.</w:t>
      </w:r>
    </w:p>
    <w:p>
      <w:pPr>
        <w:jc w:val="right"/>
      </w:pPr>
      <w:r>
        <w:t>پیس سب سے ایک جگہ ہے سورہ نساء میں، "الصلوۃ خیر"۔ ہمم، پیس اور ریکنسیلیشن از دا بیسٹ اور جنت کو ہوم آف پیس کہا گیا ہے۔</w:t>
      </w:r>
    </w:p>
    <w:p>
      <w:r>
        <w:rPr>
          <w:b/>
        </w:rPr>
        <w:t xml:space="preserve">[52:08] </w:t>
      </w:r>
      <w:r>
        <w:t>khud Allah ka naam "Assalam" hai.</w:t>
      </w:r>
    </w:p>
    <w:p>
      <w:pPr>
        <w:jc w:val="right"/>
      </w:pPr>
      <w:r>
        <w:t>خود اللہ کا نام "السلام" ہے۔</w:t>
      </w:r>
    </w:p>
    <w:p>
      <w:r>
        <w:rPr>
          <w:b/>
        </w:rPr>
        <w:t xml:space="preserve">[52:12] </w:t>
      </w:r>
      <w:r>
        <w:t>jo jo hum logon ka jo greeting hai, "Assalam o Alaikum". peace be upon you. aur yahi greeting jo hai woh jannati logon ke liye bhi hai.</w:t>
      </w:r>
    </w:p>
    <w:p>
      <w:pPr>
        <w:jc w:val="right"/>
      </w:pPr>
      <w:r>
        <w:t>جن جو ہم لوگوں کا جو گریٹنگ ہے، "السلام علیکم"۔ پیس بی اپ یو۔ اور یہی گریٹنگ جو ہے وہ جنتی لوگوں کے لیے بھی ہے۔</w:t>
      </w:r>
    </w:p>
    <w:p>
      <w:r>
        <w:rPr>
          <w:b/>
        </w:rPr>
        <w:t xml:space="preserve">[52:20] </w:t>
      </w:r>
      <w:r>
        <w:t>wahan log peace peace kahengay. to jannat jo ke ek eternal life hai, wahan peaceful culture hai. to wahi Allah chahta hai ke dunya mein bhi peaceful culture qaim ho.</w:t>
      </w:r>
    </w:p>
    <w:p>
      <w:pPr>
        <w:jc w:val="right"/>
      </w:pPr>
      <w:r>
        <w:t>وہاں لوگ پیس پیس کہیں گے۔ تو جنت جو کہ ایک ایٹرنل لائف ہے، وہاں پیس فل کلچر ہے۔ تو وہی اللہ چاہتا ہے کہ دنیا میں بھی پیس فل کلچر قائم ہو۔</w:t>
      </w:r>
    </w:p>
    <w:p>
      <w:r>
        <w:rPr>
          <w:b/>
        </w:rPr>
        <w:t xml:space="preserve">[52:31] </w:t>
      </w:r>
      <w:r>
        <w:t>aur sab se bari cheez jo hai ke Rasool Allah Prophet ki jo poori life hai, woh peace ke usool par hai. poori life hamare liye example hai.</w:t>
      </w:r>
    </w:p>
    <w:p>
      <w:pPr>
        <w:jc w:val="right"/>
      </w:pPr>
      <w:r>
        <w:t>اور سب سے بڑی چیز جو ہے کہ رسول اللہ پرافٹ کی جو پوری لائف ہے، وہ پیس کے اصول پر ہے۔ پوری لائف ہمارے لیے ایگزامپل ہے۔</w:t>
      </w:r>
    </w:p>
    <w:p>
      <w:r>
        <w:rPr>
          <w:b/>
        </w:rPr>
        <w:t xml:space="preserve">[52:41] </w:t>
      </w:r>
      <w:r>
        <w:t>aap ne kabhi bhi retaliate nahi kiya, kabhi bhi jawab nahi diya, hamesha avoid kiya aur hamesha sabr kiya, kabhi bad dua nahi ki, sab ke liye duaein dete rahe.</w:t>
      </w:r>
    </w:p>
    <w:p>
      <w:pPr>
        <w:jc w:val="right"/>
      </w:pPr>
      <w:r>
        <w:t>آپ نے کبھی بھی ریٹیلیٹ نہیں کیا، کبھی بھی جواب نہیں دیا، ہمیشہ اوائڈ کیا اور ہمیشہ صبر کیا، کبھی بد دعا نہیں کی، سب کے لیے دعائیں دیتے رہے۔</w:t>
      </w:r>
    </w:p>
    <w:p>
      <w:r>
        <w:rPr>
          <w:b/>
        </w:rPr>
        <w:t xml:space="preserve">[52:53] </w:t>
      </w:r>
      <w:r>
        <w:t>to poori life jo Prophet ki hai. to woh ek baar Hazrat Aisha se poocha ke Rasool Allah ka character kaisa tha?</w:t>
      </w:r>
    </w:p>
    <w:p>
      <w:pPr>
        <w:jc w:val="right"/>
      </w:pPr>
      <w:r>
        <w:t>تو پوری لائف جو پرافٹ کی ہے۔ تو وہ ایک بار حضرت عائشہ سے پوچھا کہ رسول اللہ کا کریکٹر کیسا تھا؟</w:t>
      </w:r>
    </w:p>
    <w:p>
      <w:r>
        <w:rPr>
          <w:b/>
        </w:rPr>
        <w:t xml:space="preserve">[53:02] </w:t>
      </w:r>
      <w:r>
        <w:t>to unhon ne kaha ke bilkul jo woh jo quran ki teachings hain, bilkul isi ke mutabiq un ka character tha.</w:t>
      </w:r>
    </w:p>
    <w:p>
      <w:pPr>
        <w:jc w:val="right"/>
      </w:pPr>
      <w:r>
        <w:t>تو انہوں نے کہا کہ بالکل جو وہ جو قرآن کی ٹیچنگز ہیں، بالکل اسی کے مطابق ان کا کریکٹر تھا۔</w:t>
      </w:r>
    </w:p>
    <w:p>
      <w:r>
        <w:rPr>
          <w:b/>
        </w:rPr>
        <w:t xml:space="preserve">[53:10] </w:t>
      </w:r>
      <w:r>
        <w:t>to Prophet ka jo character hai, woh hamare liye ek example hai. to peace hi hai. yeh baad mein asal mein is zamane mein kya hua ke religious persecution ki wajah se kuch jangain huin.</w:t>
      </w:r>
    </w:p>
    <w:p>
      <w:pPr>
        <w:jc w:val="right"/>
      </w:pPr>
      <w:r>
        <w:t>تو پرافٹ کا جو کریکٹر ہے، وہ ہمارے لیے ایک ایگزامپل ہے۔ تو پیس ہی ہے۔ یہ بعد میں اصل میں اس زمانے میں کیا ہوا کہ ریلیجس پرزیکیوشن کی وجہ سے کچھ جنگیں ہوئیں۔</w:t>
      </w:r>
    </w:p>
    <w:p>
      <w:r>
        <w:rPr>
          <w:b/>
        </w:rPr>
        <w:t xml:space="preserve">[53:25] </w:t>
      </w:r>
      <w:r>
        <w:t>woh jang is liye nahi hui ke Islam mein jang ke bare mein aah kuch bataya gaya hai ke jang karni chahiye, lekin religious persecution tha.</w:t>
      </w:r>
    </w:p>
    <w:p>
      <w:pPr>
        <w:jc w:val="right"/>
      </w:pPr>
      <w:r>
        <w:t>وہ جنگ اس لیے نہیں ہوئی کہ اسلام میں جنگ کے بارے میں آہ کچھ بتایا گیا ہے کہ جنگ کرنی چاہیے، لیکن ریلیجس پرزیکیوشن تھا۔</w:t>
      </w:r>
    </w:p>
    <w:p>
      <w:r>
        <w:rPr>
          <w:b/>
        </w:rPr>
        <w:t xml:space="preserve">[53:34] </w:t>
      </w:r>
      <w:r>
        <w:t>wahan to sirf itna kehna ke ek Khuda ki ki parastish k</w:t>
      </w:r>
    </w:p>
    <w:p>
      <w:pPr>
        <w:jc w:val="right"/>
      </w:pPr>
      <w:r>
        <w:t>وہاں تو صرف اتنا کہنا کہ ایک خدا کی کی پرستش ک</w:t>
      </w:r>
    </w:p>
    <w:p>
      <w:r>
        <w:rPr>
          <w:b/>
        </w:rPr>
        <w:t xml:space="preserve">[53:39] </w:t>
      </w:r>
      <w:r>
        <w:t>ro, itne mein bhi log marte thay. Kaaba mein peaceful tareeqay se Prophet aur aap ke saathi jatay thay namaz parhnay, to woh marte thay.</w:t>
      </w:r>
    </w:p>
    <w:p>
      <w:pPr>
        <w:jc w:val="right"/>
      </w:pPr>
      <w:r>
        <w:t>رو، اتنے میں بھی لوگ مارتے تھے۔ کعبہ میں پیس فل طریقے سے پرافٹ اور آپ کے ساتھی جاتے تھے نماز پڑھنے، تو وہ مارتے تھے۔</w:t>
      </w:r>
    </w:p>
    <w:p>
      <w:r>
        <w:rPr>
          <w:b/>
        </w:rPr>
        <w:t xml:space="preserve">[53:47] </w:t>
      </w:r>
      <w:r>
        <w:t>to is wajah se jangain huin hain. to woh woh peaceful, woh religious persecution ka dour hi khatam ho gaya. to Maulana kehtay thay ab jihad ka dour hi khatam ho gaya.</w:t>
      </w:r>
    </w:p>
    <w:p>
      <w:pPr>
        <w:jc w:val="right"/>
      </w:pPr>
      <w:r>
        <w:t>تو اس وجہ سے جنگیں ہوئی ہیں۔ تو وہ وہ پیس فل، وہ ریلیجس پرزیکیوشن کا دور ہی ختم ہو گیا۔ تو مولانا کہتے تھے اب جہاد کا دور ہی ختم ہو گیا۔</w:t>
      </w:r>
    </w:p>
    <w:p>
      <w:r>
        <w:rPr>
          <w:b/>
        </w:rPr>
        <w:t xml:space="preserve">[53:59] </w:t>
      </w:r>
      <w:r>
        <w:t>jihad in the sense of qital. jihad ke literal maani to hain ke struggle. kisi bhi achay kaam ke liye struggle karna.</w:t>
      </w:r>
    </w:p>
    <w:p>
      <w:pPr>
        <w:jc w:val="right"/>
      </w:pPr>
      <w:r>
        <w:t>جہاد ان دا سینس آف قتال۔ جہاد کے لٹرل معنی تو ہیں کہ سٹرگل۔ کسی بھی اچھے کام کے لیے سٹرگل کرنا۔</w:t>
      </w:r>
    </w:p>
    <w:p>
      <w:r>
        <w:rPr>
          <w:b/>
        </w:rPr>
        <w:t xml:space="preserve">[54:07] </w:t>
      </w:r>
      <w:r>
        <w:t>to woh to hamesha jaari rahega.</w:t>
      </w:r>
    </w:p>
    <w:p>
      <w:pPr>
        <w:jc w:val="right"/>
      </w:pPr>
      <w:r>
        <w:t>تو وہ تو ہمیشہ جاری رہے گا۔</w:t>
      </w:r>
    </w:p>
    <w:p>
      <w:r>
        <w:rPr>
          <w:b/>
        </w:rPr>
        <w:t xml:space="preserve">[54:09] </w:t>
      </w:r>
      <w:r>
        <w:t>lekin qital yani jang ka woh dour khatam ho gaya kyunke woh halaat hi khatam ho gaye. ji, apa aap ne bilkul bohat achay se is ko wazeh kiya.</w:t>
      </w:r>
    </w:p>
    <w:p>
      <w:pPr>
        <w:jc w:val="right"/>
      </w:pPr>
      <w:r>
        <w:t>لیکن قتال یعنی جنگ کا وہ دور ختم ہو گیا کیونکہ وہ حالات ہی ختم ہو گئے۔ جی، آپا آپ نے بالکل بہت اچھے سے اس کو واضح کیا۔</w:t>
      </w:r>
    </w:p>
    <w:p>
      <w:r>
        <w:rPr>
          <w:b/>
        </w:rPr>
        <w:t xml:space="preserve">[54:19] </w:t>
      </w:r>
      <w:r>
        <w:t>in fact, quran mein hi chapter 10 mein main Yogesh ji ko kehna chahunga ke aaya hai he and God calls to the home of peace. jo aap ne abhi jis ka zikr kiya.</w:t>
      </w:r>
    </w:p>
    <w:p>
      <w:pPr>
        <w:jc w:val="right"/>
      </w:pPr>
      <w:r>
        <w:t>ان فیکٹ، قرآن میں ہی چیپٹر 10 میں میں یوگیش جی کو کہنا چاہوں گا کہ آیا ہے ہی اینڈ گاڈ کاز ٹو دا ہوم آف پیس۔ جو آپ نے ابھی جس کا ذکر کیا۔</w:t>
      </w:r>
    </w:p>
    <w:p>
      <w:r>
        <w:rPr>
          <w:b/>
        </w:rPr>
        <w:t xml:space="preserve">[54:28] </w:t>
      </w:r>
      <w:r>
        <w:t>to according to Islam, paradise is the ideal and the ultimate abode of every human being. and the jaise apa ne kaha ke aah social culture of paradise is peace, because everyone will wish peace to one another in paradise.</w:t>
      </w:r>
    </w:p>
    <w:p>
      <w:pPr>
        <w:jc w:val="right"/>
      </w:pPr>
      <w:r>
        <w:t>تو اکارڈنگ ٹو اسلام، پیراڈائز از دی آئیڈیل اینڈ دی الٹیمیٹ ابورڈ آف ایوری ہیومن بینگ۔ اینڈ دی جیسے آپا نے کہا کہ آہ سوشل کلچر آف پیراڈائز از پیس، بیکاز ایوری ون ویل وش پیس ٹو ون انادر ان پیراڈائز۔</w:t>
      </w:r>
    </w:p>
    <w:p>
      <w:r>
        <w:rPr>
          <w:b/>
        </w:rPr>
        <w:t xml:space="preserve">[54:44] </w:t>
      </w:r>
      <w:r>
        <w:t>to is se hi pata chalta hai ke aah peace aah ki ahmiyat sab se ziyada hai Islam mein. aur isi liye Rasool Allah ne ek dafa, ek martaba yeh bhi kaha ke a Muslim is one by whose hands and tongue people are safe.</w:t>
      </w:r>
    </w:p>
    <w:p>
      <w:pPr>
        <w:jc w:val="right"/>
      </w:pPr>
      <w:r>
        <w:t>تو اس سے ہی پتہ چلتا ہے کہ آہ پیس آہ کی اہمیت سب سے زیادہ ہے اسلام میں۔ اور اسی لیے رسول اللہ نے ایک دفعہ، ایک مرتبہ یہ بھی کہا کہ ا مسلم از ون بائے ہوز ہینڈز اینڈ ٹنگ پیپل آر سیف۔</w:t>
      </w:r>
    </w:p>
    <w:p>
      <w:r>
        <w:rPr>
          <w:b/>
        </w:rPr>
        <w:t xml:space="preserve">[54:59] </w:t>
      </w:r>
      <w:r>
        <w:t>aah main samajhta hoon is mein sari baatein aa gayeen. to aah aah aap zaroor quran parhein. agar aap ko quran ki free copy chahiye to aap hamein likhein at info info at cpsglobal</w:t>
      </w:r>
    </w:p>
    <w:p>
      <w:pPr>
        <w:jc w:val="right"/>
      </w:pPr>
      <w:r>
        <w:t>آہ میں سمجھتا ہوں اس میں ساری باتیں آگئیں۔ تو آہ آہ آپ ضرور قرآن پڑھیں۔ اگر آپ کو قرآن کی فری کاپی چاہیے تو آپ ہمیں لکھیں ایٹ انفو انفو ایٹ سی پی ایس گلوبل</w:t>
      </w:r>
    </w:p>
    <w:p>
      <w:r>
        <w:rPr>
          <w:b/>
        </w:rPr>
        <w:t xml:space="preserve">[55:13] </w:t>
      </w:r>
      <w:r>
        <w:t>dot org. hum aap ko ek free quran copy aap ki language mein zaroor bhejengay. aur woh jo usool Hudaybiyyah jo Prophet ne peace treaty kiya, to aisa kabhi nahi hota ke aap ne tamam enemy ki tamam conditions ko accept kar ke peace treaty kar li taake peace qaim ho jaye.</w:t>
      </w:r>
    </w:p>
    <w:p>
      <w:pPr>
        <w:jc w:val="right"/>
      </w:pPr>
      <w:r>
        <w:t>ڈاٹ او آر جی۔ ہم آپ کو ایک فری قرآن کاپی آپ کی لینگویج میں ضرور بھیجیں گے۔ اور وہ جو اصول حدیبیہ جو پرافٹ نے پیس ٹریٹی کیا، تو ایسا کبھی نہیں ہوتا کہ آپ نے تمام اینمی کی تمام کنڈیشنز کو ایکسیپٹ کر کے پیس ٹریٹی کر لی تاکہ پیس قائم ہو جائے۔</w:t>
      </w:r>
    </w:p>
    <w:p>
      <w:r>
        <w:rPr>
          <w:b/>
        </w:rPr>
        <w:t xml:space="preserve">[55:34] </w:t>
      </w:r>
      <w:r>
        <w:t>to aisa kabhi nahi hua. koi na koi apni shart aadmi rakhta hai. to aap ne har haalat mein peace qaim karna aap ka mission tha.</w:t>
      </w:r>
    </w:p>
    <w:p>
      <w:pPr>
        <w:jc w:val="right"/>
      </w:pPr>
      <w:r>
        <w:t>تو ایسا کبھی نہیں ہوا۔ کوئی نہ کوئی اپنی شرط آدمی رکھتا ہے۔ تو آپ نے ہر حالت میں پیس قائم کرنا آپ کا مشن تھا۔</w:t>
      </w:r>
    </w:p>
    <w:p>
      <w:r>
        <w:rPr>
          <w:b/>
        </w:rPr>
        <w:t xml:space="preserve">[55:42] </w:t>
      </w:r>
      <w:r>
        <w:t>ji, to woh aap Prophet ki life bhi parhenge, tab bhi aap ko samajh mein aa jayega. ji, apa Shad Hussain sahib ne Srinagar se likha hai comment: "the minority is possessing an advantageous position, a great incentive for positivity." Abdul Razzaq Huntgi sahib ne likha hai Mumbai se: "value of a person lies in his excellence." aah a</w:t>
      </w:r>
    </w:p>
    <w:p>
      <w:pPr>
        <w:jc w:val="right"/>
      </w:pPr>
      <w:r>
        <w:t>جی، تو وہ آپ پرافٹ کی لائف بھی پڑھیں گے، تب بھی آپ کو سمجھ میں آ جائے گا۔ جی، آپا شاد حسین صاحب نے سری نگر سے لکھا ہے کمنٹ: "دا مائنورٹی از پوزیسنگ این ایڈوانٹیجیس پوزیشن، ا گریٹ انسنٹیو فار پوزیٹیوٹی۔" عبدالرزاق ہنٹگی صاحب نے لکھا ہے ممبئی سے: "ویلیو آف ا پرسن لائز ان ہز ایکسیلنس۔" آہ آ</w:t>
      </w:r>
    </w:p>
    <w:p>
      <w:r>
        <w:rPr>
          <w:b/>
        </w:rPr>
        <w:t xml:space="preserve">[56:07] </w:t>
      </w:r>
      <w:r>
        <w:t>h, das waz the advice given by Maulana sahib during his Mumbai visit, and since then the life changed better and better.</w:t>
      </w:r>
    </w:p>
    <w:p>
      <w:pPr>
        <w:jc w:val="right"/>
      </w:pPr>
      <w:r>
        <w:t>ہ، دس واز دی ایڈوائس گیون بائے مولانا صاحب ڈیورنگ ہز ممبئی وزٹ، اینڈ سنس دین دا لائف چینجڈ بیٹر اینڈ بیٹر۔</w:t>
      </w:r>
    </w:p>
    <w:p>
      <w:r>
        <w:rPr>
          <w:b/>
        </w:rPr>
        <w:t xml:space="preserve">[56:16] </w:t>
      </w:r>
      <w:r>
        <w:t>aah,</w:t>
      </w:r>
    </w:p>
    <w:p>
      <w:pPr>
        <w:jc w:val="right"/>
      </w:pPr>
      <w:r>
        <w:t>آہ،</w:t>
      </w:r>
    </w:p>
    <w:p>
      <w:r>
        <w:rPr>
          <w:b/>
        </w:rPr>
        <w:t xml:space="preserve">[56:20] </w:t>
      </w:r>
      <w:r>
        <w:t>kuch aur bhi comments aur sawal aaye hain. fasadat khatam nahi hue Maulana ke effort se.</w:t>
      </w:r>
    </w:p>
    <w:p>
      <w:pPr>
        <w:jc w:val="right"/>
      </w:pPr>
      <w:r>
        <w:t>کچھ اور بھی کمنٹس اور سوال آئے ہیں۔ فسادات ختم نہیں ہوئے مولانا کے ایفرٹ سے۔</w:t>
      </w:r>
    </w:p>
    <w:p>
      <w:r>
        <w:rPr>
          <w:b/>
        </w:rPr>
        <w:t xml:space="preserve">[56:25] </w:t>
      </w:r>
      <w:r>
        <w:t>ji, kyunke hum log pehle purani Dilli mein rehte the aur har hafte ek do fasad ho jaate the. itna tang aa gaye the log fasad se, saari dukaanen band rehti thi, saare raaste band rehte the.</w:t>
      </w:r>
    </w:p>
    <w:p>
      <w:pPr>
        <w:jc w:val="right"/>
      </w:pPr>
      <w:r>
        <w:t>جی، کیونکہ ہم لوگ پہلے پرانی دلی میں رہتے تھے اور ہر ہفتے ایک دو فساد ہو جاتے تھے۔ اتنا تنگ آ گئے تھے لوگ فساد سے، ساری دکانیں بند رہتی تھیں، سارے راستے بند رہتے تھے۔</w:t>
      </w:r>
    </w:p>
    <w:p>
      <w:r>
        <w:rPr>
          <w:b/>
        </w:rPr>
        <w:t xml:space="preserve">[56:36] </w:t>
      </w:r>
      <w:r>
        <w:t>is zamane mein bahut logon ne chhod chhod ke purani Dilli se chhod chhod kar nayi Dilli aa gaye. to itna zyada kaam kiya, logon se mulaqaten ki, tehreerein hain, articles hain.</w:t>
      </w:r>
    </w:p>
    <w:p>
      <w:pPr>
        <w:jc w:val="right"/>
      </w:pPr>
      <w:r>
        <w:t>اس زمانے میں بہت لوگوں نے چھوڑ چھوڑ کے پرانی دلی سے چھوڑ چھوڑ کر نئی دلی آ گئے۔ تو اتنا زیادہ کام کیا، لوگوں سے ملاقاتیں کیں، تحریریں ہیں، آرٹیکلز ہیں۔</w:t>
      </w:r>
    </w:p>
    <w:p>
      <w:r>
        <w:rPr>
          <w:b/>
        </w:rPr>
        <w:t xml:space="preserve">[56:48] </w:t>
      </w:r>
      <w:r>
        <w:t>phir aah, itna zyada in logon ko samjhaya ke kis tarike se fasadat khatam ho sakte hain. j</w:t>
      </w:r>
    </w:p>
    <w:p>
      <w:pPr>
        <w:jc w:val="right"/>
      </w:pPr>
      <w:r>
        <w:t>پھر آہ، اتنا زیادہ ان لوگوں کو سمجھایا کہ کس طریقے سے فسادات ختم ہو سکتے ہیں۔ ج</w:t>
      </w:r>
    </w:p>
    <w:p>
      <w:r>
        <w:rPr>
          <w:b/>
        </w:rPr>
        <w:t xml:space="preserve">[56:55] </w:t>
      </w:r>
      <w:r>
        <w:t>y, to is ke baad halaat badle. ji, apa yeh ek sawal Amritsar se likha hai Rohit Kumar ji ne. unhone likha hai ke apa ji jo log poochte hain ke Islam agar shanti ka sandesh deta hai to itni sakht sazaein kyun hain jaise Arab mein karte hain?</w:t>
      </w:r>
    </w:p>
    <w:p>
      <w:pPr>
        <w:jc w:val="right"/>
      </w:pPr>
      <w:r>
        <w:t>ی، تو اس کے بعد حالات بدلے۔ جی، آپا یہ ایک سوال امرت سر سے لکھا ہے روہت کمار جی نے۔ انہوں نے لکھا ہے کہ آپا جی جو لوگ پوچھتے ہیں کہ اسلام اگر شانتی کا سندیش دیتا ہے تو اتنی سخت سزائیں کیوں ہیں جیسے عرب میں کرتے ہیں؟</w:t>
      </w:r>
    </w:p>
    <w:p>
      <w:r>
        <w:rPr>
          <w:b/>
        </w:rPr>
        <w:t xml:space="preserve">[57:15] </w:t>
      </w:r>
      <w:r>
        <w:t>is is ko bhi aap hamein samjhaiye. unko sakht sazaein jo hain is mein bhi bahut concession hota hai.</w:t>
      </w:r>
    </w:p>
    <w:p>
      <w:pPr>
        <w:jc w:val="right"/>
      </w:pPr>
      <w:r>
        <w:t>اس اس کو بھی آپ ہمیں سمجھائیے۔ ان کو سخت سزائیں جو ہیں اس میں بھی بہت کنسیشن ہوتا ہے۔</w:t>
      </w:r>
    </w:p>
    <w:p>
      <w:r>
        <w:rPr>
          <w:b/>
        </w:rPr>
        <w:t xml:space="preserve">[57:23] </w:t>
      </w:r>
      <w:r>
        <w:t>ab Arab log karte hain lekin profit to nahi karte the. to har waqt concession ko woh lete the. to sazaein kuch hain jo deterrent punishment jisko hum kehte hain.</w:t>
      </w:r>
    </w:p>
    <w:p>
      <w:pPr>
        <w:jc w:val="right"/>
      </w:pPr>
      <w:r>
        <w:t>اب عرب لوگ کرتے ہیں لیکن پرافٹ تو نہیں کرتے تھے۔ تو ہر وقت کنسیشن کو وہ لیتے تھے۔ تو سزائیں کچھ ہیں جو ڈیٹرنٹ پنشمنٹ جس کو ہم کہتے ہیں۔</w:t>
      </w:r>
    </w:p>
    <w:p>
      <w:r>
        <w:rPr>
          <w:b/>
        </w:rPr>
        <w:t xml:space="preserve">[57:35] </w:t>
      </w:r>
      <w:r>
        <w:t>ab dekhiye ke log itna darte hain wahan ki punishment se ke koi bhi jurm wahan nahi hota. ab kabhi bhi raat ke aadhi aadhi raat ko bhi auratein bahar nikal sakti hain.</w:t>
      </w:r>
    </w:p>
    <w:p>
      <w:pPr>
        <w:jc w:val="right"/>
      </w:pPr>
      <w:r>
        <w:t>اب دیکھیے کہ لوگ اتنا ڈرتے ہیں وہاں کی پنشمنٹ سے کہ کوئی بھی جرم وہاں نہیں ہوتا۔ اب کبھی بھی رات کے آدھی آدھی رات کو بھی عورتیں باہر نکل سکتی ہیں۔</w:t>
      </w:r>
    </w:p>
    <w:p>
      <w:r>
        <w:rPr>
          <w:b/>
        </w:rPr>
        <w:t xml:space="preserve">[57:46] </w:t>
      </w:r>
      <w:r>
        <w:t>koi cheez unki raaste mein gir jaati hai to woh gum nahi hoti.</w:t>
      </w:r>
    </w:p>
    <w:p>
      <w:pPr>
        <w:jc w:val="right"/>
      </w:pPr>
      <w:r>
        <w:t>کوئی چیز ان کی راستے میں گر جاتی ہے تو وہ گم نہیں ہوتی۔</w:t>
      </w:r>
    </w:p>
    <w:p>
      <w:r>
        <w:rPr>
          <w:b/>
        </w:rPr>
        <w:t xml:space="preserve">[57:50] </w:t>
      </w:r>
      <w:r>
        <w:t>kahin bhi ek baar Maulana haj karne gaye the to ek poora briefcase unke saath ek Arab gaye the, Sulaiman Al-Qaid. to poora briefcase jis mein saara paisa unka tha, woh Jeddah airport par bhool gaye.</w:t>
      </w:r>
    </w:p>
    <w:p>
      <w:pPr>
        <w:jc w:val="right"/>
      </w:pPr>
      <w:r>
        <w:t>کہیں بھی ایک بار مولانا حج کرنے گئے تھے تو ایک پورا بریف کیس ان کے ساتھ ایک عرب گئے تھے، سلیمان القائد۔ تو پورا بریف کیس جس میں سارا پیسہ ان کا تھا، وہ جدہ ایئرپورٹ پر بھول گئے۔</w:t>
      </w:r>
    </w:p>
    <w:p>
      <w:r>
        <w:rPr>
          <w:b/>
        </w:rPr>
        <w:t xml:space="preserve">[58:03] </w:t>
      </w:r>
      <w:r>
        <w:t>woh bhool kar woh aage aah Mecca, Mecca aa gaye. to Mecca aaye ya Madina aa gaye. baad mein unhein yaad aaya ke paisa to hai hi nahi, woh to poora briefcase hi chhoot gaya.</w:t>
      </w:r>
    </w:p>
    <w:p>
      <w:pPr>
        <w:jc w:val="right"/>
      </w:pPr>
      <w:r>
        <w:t>وہ بھول کر وہ آگے آہ مکہ، مکہ آگئے۔ تو مکہ آئے یا مدینہ آگئے۔ بعد میں انہیں یاد آیا کہ پیسہ تو ہے ہی نہیں، وہ تو پورا بریف کیس ہی چھوٹ گیا۔</w:t>
      </w:r>
    </w:p>
    <w:p>
      <w:r>
        <w:rPr>
          <w:b/>
        </w:rPr>
        <w:t xml:space="preserve">[58:15] </w:t>
      </w:r>
      <w:r>
        <w:t>foran woh wapas</w:t>
      </w:r>
    </w:p>
    <w:p>
      <w:pPr>
        <w:jc w:val="right"/>
      </w:pPr>
      <w:r>
        <w:t>فوراً وہ واپس</w:t>
      </w:r>
    </w:p>
    <w:p>
      <w:r>
        <w:rPr>
          <w:b/>
        </w:rPr>
        <w:t xml:space="preserve">[58:16] </w:t>
      </w:r>
      <w:r>
        <w:t>gaye. woh baqayda briefcase intact, woh police ki custody mein rakha hua tha. to deterrent punishment ka yeh matlab nahi ke sab ke haath kate hue honge.</w:t>
      </w:r>
    </w:p>
    <w:p>
      <w:pPr>
        <w:jc w:val="right"/>
      </w:pPr>
      <w:r>
        <w:t>گئے۔ وہ باقاعدہ بریف کیس انٹیکٹ، وہ پولیس کی کسٹڈی میں رکھا ہوا تھا۔ تو ڈیٹرنٹ پنشمنٹ کا یہ مطلب نہیں کہ سب کے ہاتھ کٹے ہوئے ہوں گے۔</w:t>
      </w:r>
    </w:p>
    <w:p>
      <w:r>
        <w:rPr>
          <w:b/>
        </w:rPr>
        <w:t xml:space="preserve">[58:26] </w:t>
      </w:r>
      <w:r>
        <w:t>woh darane ke liye hai ke jurm nahi ho. ab yahan par jaise itna zyada jurm hota hai, itne zyada log maare jaate hain, kaate jaate hain. kisi ka haath kata hai, kisi ka paon kata hai.</w:t>
      </w:r>
    </w:p>
    <w:p>
      <w:pPr>
        <w:jc w:val="right"/>
      </w:pPr>
      <w:r>
        <w:t>وہ ڈرانے کے لیے ہے کہ جرم نہیں ہو۔ اب یہاں پر جیسے اتنا زیادہ جرم ہوتا ہے، اتنے زیادہ لوگ مارے جاتے ہیں، کاٹے جاتے ہیں۔ کسی کا ہاتھ کٹا ہے، کسی کا پاؤں کٹا ہے۔</w:t>
      </w:r>
    </w:p>
    <w:p>
      <w:r>
        <w:rPr>
          <w:b/>
        </w:rPr>
        <w:t xml:space="preserve">[58:37] </w:t>
      </w:r>
      <w:r>
        <w:t>ab wahan to kya hoga? agar ek ka haath paon kat jayega na to saare log dar ke maare seham jayenge aur jurm khatam ho jayega. to is ko hum deterrent punishment kehte hain.</w:t>
      </w:r>
    </w:p>
    <w:p>
      <w:pPr>
        <w:jc w:val="right"/>
      </w:pPr>
      <w:r>
        <w:t>اب وہاں تو کیا ہوگا؟ اگر ایک کا ہاتھ پاؤں کٹ جائے گا نا تو سارے لوگ ڈر کے مارے سہم جائیں گے اور جرم ختم ہو جائے گا۔ تو اس کو ہم ڈیٹرنٹ پنشمنٹ کہتے ہیں۔</w:t>
      </w:r>
    </w:p>
    <w:p>
      <w:r>
        <w:rPr>
          <w:b/>
        </w:rPr>
        <w:t xml:space="preserve">[58:47] </w:t>
      </w:r>
      <w:r>
        <w:t>aur Rasool Allah Sallallahu Alaihi Wasallam hamesha logon ko maaf kiya karte the</w:t>
      </w:r>
    </w:p>
    <w:p>
      <w:pPr>
        <w:jc w:val="right"/>
      </w:pPr>
      <w:r>
        <w:t>اور رسول اللہ صلی اللہ علیہ وسلم ہمیشہ لوگوں کو معاف کیا کرتے تھے</w:t>
      </w:r>
    </w:p>
    <w:p>
      <w:r>
        <w:rPr>
          <w:b/>
        </w:rPr>
        <w:t xml:space="preserve">[58:50] </w:t>
      </w:r>
      <w:r>
        <w:t>aur toba par zor dete the ke toba karein aur aindah is tarike ke gunah na karein. to is mein concessions bhi hain, khali punishment hi nahi hai.</w:t>
      </w:r>
    </w:p>
    <w:p>
      <w:pPr>
        <w:jc w:val="right"/>
      </w:pPr>
      <w:r>
        <w:t>اور توبہ پر زور دیتے تھے کہ توبہ کریں اور آئندہ اس طریقے کے گناہ نہ کریں۔ تو اس میں کنسیشنز بھی ہیں، خالی پنشمنٹ ہی نہیں ہے۔</w:t>
      </w:r>
    </w:p>
    <w:p>
      <w:r>
        <w:rPr>
          <w:b/>
        </w:rPr>
        <w:t xml:space="preserve">[59:00] </w:t>
      </w:r>
      <w:r>
        <w:t>woh kuch political bhi woh move hota hai, political purposes se bhi sazaein di jaati hain. to waise Islam mein maafi ke liye bahut zyada ganjayish hai.</w:t>
      </w:r>
    </w:p>
    <w:p>
      <w:pPr>
        <w:jc w:val="right"/>
      </w:pPr>
      <w:r>
        <w:t>وہ کچھ پولیٹیکل بھی وہ موو ہوتا ہے، پولیٹیکل پرپسز سے بھی سزائیں دی جاتی ہیں۔ تو ویسے اسلام میں معافی کے لیے بہت زیادہ گنجائش ہے۔</w:t>
      </w:r>
    </w:p>
    <w:p>
      <w:r>
        <w:rPr>
          <w:b/>
        </w:rPr>
        <w:t xml:space="preserve">[59:12] </w:t>
      </w:r>
      <w:r>
        <w:t>ji, apa bahut sawal aur bhi hain lekin ab waqt ho chuka hai. aah, to main ek hi aakhri sawal lena chahunga</w:t>
      </w:r>
    </w:p>
    <w:p>
      <w:pPr>
        <w:jc w:val="right"/>
      </w:pPr>
      <w:r>
        <w:t>جی، آپا بہت سوال اور بھی ہیں لیکن اب وقت ہو چکا ہے۔ آہ، تو میں ایک ہی آخری سوال لینا چاہوں</w:t>
      </w:r>
    </w:p>
    <w:p>
      <w:r>
        <w:rPr>
          <w:b/>
        </w:rPr>
        <w:t xml:space="preserve">[59:19] </w:t>
      </w:r>
      <w:r>
        <w:t>ga. aah, jo Miss Shagufta ne bheja hai Gwalior se, unhone likha hai ke raaye ki qurbani kaise dein?</w:t>
      </w:r>
    </w:p>
    <w:p>
      <w:pPr>
        <w:jc w:val="right"/>
      </w:pPr>
      <w:r>
        <w:t>گا۔ آہ، جو مس شگفتہ نے بھیجا ہے گوالیئر سے، انہوں نے لکھا ہے کہ رائے کی قربانی کیسے دیں؟</w:t>
      </w:r>
    </w:p>
    <w:p>
      <w:r>
        <w:rPr>
          <w:b/>
        </w:rPr>
        <w:t xml:space="preserve">[59:28] </w:t>
      </w:r>
      <w:r>
        <w:t>aah, is ke bare mein aap batayein. hum ego ko khatam kar dein. asal to ego hai, hamara ego hurt ho jata hai.</w:t>
      </w:r>
    </w:p>
    <w:p>
      <w:pPr>
        <w:jc w:val="right"/>
      </w:pPr>
      <w:r>
        <w:t>آہ، اس کے بارے میں آپ بتائیں۔ ہم ایگو کو ختم کر دیں۔ اصل تو ایگو ہے، ہمارا ایگو ہرٹ ہو جاتا ہے۔</w:t>
      </w:r>
    </w:p>
    <w:p>
      <w:r>
        <w:rPr>
          <w:b/>
        </w:rPr>
        <w:t xml:space="preserve">[59:38] </w:t>
      </w:r>
      <w:r>
        <w:t>ego ko khatam kar dein, soch lein ke bhai hamara ego kya? ego to asal Allah ka hai. Allah ne kaha hai ke kibriyai mera chadar hai, jo is ko chheene ga woh is ko main zaleel kar doonga.</w:t>
      </w:r>
    </w:p>
    <w:p>
      <w:pPr>
        <w:jc w:val="right"/>
      </w:pPr>
      <w:r>
        <w:t>ایگو کو ختم کر دیں، سوچ لیں کہ بھئی ہمارا ایگو کیا؟ ایگو تو اصل اللہ کا ہے۔ اللہ نے کہا ہے کہ کبریائی میرا چادر ہے، جو اس کو چھینے گا وہ اس کو میں ذلیل کر دوں گا۔</w:t>
      </w:r>
    </w:p>
    <w:p>
      <w:r>
        <w:rPr>
          <w:b/>
        </w:rPr>
        <w:t xml:space="preserve">[59:50] </w:t>
      </w:r>
      <w:r>
        <w:t>to hamara ego kya? hum ko jo kuch bhi hai hamare paas woh Khuda ka diya hua hai. hamare paas to kuch hai hi nahi, hum to ek choti bhi paida nahi kar sakte.</w:t>
      </w:r>
    </w:p>
    <w:p>
      <w:pPr>
        <w:jc w:val="right"/>
      </w:pPr>
      <w:r>
        <w:t>تو ہمارا ایگو کیا؟ ہم کو جو کچھ بھی ہے ہمارے پاس وہ خدا کا دیا ہوا ہے۔ ہمارے پاس تو کچھ ہے ہی نہیں، ہم تو ایک چوٹی بھی پیدا نہیں کر سکتے۔</w:t>
      </w:r>
    </w:p>
    <w:p>
      <w:r>
        <w:rPr>
          <w:b/>
        </w:rPr>
        <w:t xml:space="preserve">[59:58] </w:t>
      </w:r>
      <w:r>
        <w:t>to khuda jab chahta hai chheen leta hai. aap musalsal aap society mein dekhte hain, aaj kisi ke paas hai, kal nahi hai. to apna ego khatam karen, sochna padega, thinking process chalana padega.</w:t>
      </w:r>
    </w:p>
    <w:p>
      <w:pPr>
        <w:jc w:val="right"/>
      </w:pPr>
      <w:r>
        <w:t>تو خدا جب چاہتا ہے چھین لیتا ہے۔ آپ مسلسل آپ سوسائٹی میں دیکھتے ہیں، آج کسی کے پاس ہے، کل نہیں ہے۔ تو اپنا ایگو ختم کریں، سوچنا پڑے گا، تھنکنگ پراسیس چلانا پڑے گا۔</w:t>
      </w:r>
    </w:p>
    <w:p>
      <w:r>
        <w:rPr>
          <w:b/>
        </w:rPr>
        <w:t xml:space="preserve">[1:00:10] </w:t>
      </w:r>
      <w:r>
        <w:t>ego khatam kar den to koi baat nahi, agar hamari baat nahi suni gayi to koi baat nahi. phir bhi hum mission mein lage rahenge ke mission to khuda ka mission hai na?</w:t>
      </w:r>
    </w:p>
    <w:p>
      <w:pPr>
        <w:jc w:val="right"/>
      </w:pPr>
      <w:r>
        <w:t>ایگو ختم کر دیں تو کوئی بات نہیں، اگر ہماری بات نہیں سنی گئی تو کوئی بات نہیں۔ پھر بھی ہم مشن میں لگے رہیں گے کہ مشن تو خدا کا مشن ہے نا؟</w:t>
      </w:r>
    </w:p>
    <w:p>
      <w:r>
        <w:rPr>
          <w:b/>
        </w:rPr>
        <w:t xml:space="preserve">[1:00:19] </w:t>
      </w:r>
      <w:r>
        <w:t>is is insan jis ne hamari baat nahi suni, is ka mission thori hai. mission to khuda</w:t>
      </w:r>
    </w:p>
    <w:p>
      <w:pPr>
        <w:jc w:val="right"/>
      </w:pPr>
      <w:r>
        <w:t>اس اس انسان جس نے ہماری بات نہیں سنی، اس کا مشن تھوڑی ہے۔ مشن تو خدا</w:t>
      </w:r>
    </w:p>
    <w:p>
      <w:r>
        <w:rPr>
          <w:b/>
        </w:rPr>
        <w:t xml:space="preserve">[1:00:24] </w:t>
      </w:r>
      <w:r>
        <w:t>ka hai. to is liye hum is ko khuda ka mission samajh ke is mein lage rahenge. ji, jazak allah apaa. bohat achhe aap ne aaj jawab diye aur yeh aah bilkul directional aah aur poori wisdom ke sath bhare hue jawab the.</w:t>
      </w:r>
    </w:p>
    <w:p>
      <w:pPr>
        <w:jc w:val="right"/>
      </w:pPr>
      <w:r>
        <w:t>کا ہے۔ تو اس لیے ہم اس کو خدا کا مشن سمجھ کے اس میں لگے رہیں گے۔ جی، جزاک اللہ آپا۔ بہت اچھے آپ نے آج جواب دیے اور یہ آہ بالکل ڈائریکشنل آہ اور پوری وزڈم کے ساتھ بھرے ہوئے جواب تھے۔</w:t>
      </w:r>
    </w:p>
    <w:p>
      <w:r>
        <w:rPr>
          <w:b/>
        </w:rPr>
        <w:t xml:space="preserve">[1:00:41] </w:t>
      </w:r>
      <w:r>
        <w:t>thank you so much for taking today session. we we'll end the session here and there are few comments that i have seen where people have expressed their interest to join cps international.</w:t>
      </w:r>
    </w:p>
    <w:p>
      <w:pPr>
        <w:jc w:val="right"/>
      </w:pPr>
      <w:r>
        <w:t>تھینک یو سو مچ فار ٹیکنگ ٹوڈے سیشن۔ وی ویل اینڈ دی سیشن ہیئر اینڈ دیر آر فیو کمنٹس دیٹ آئی ہیو سین ویر پیپل ہیو ایکسپریسڈ دیر انٹرسٹ ٹو جوائن سی پی ایس انٹرنیشنل۔</w:t>
      </w:r>
    </w:p>
    <w:p>
      <w:r>
        <w:rPr>
          <w:b/>
        </w:rPr>
        <w:t xml:space="preserve">[1:00:54] </w:t>
      </w:r>
      <w:r>
        <w:t>please write to info at cps global dot org and we will connect you with the local teams in your respective countries. aah, also if you want to become a quran distributor, then write with your details again in info at cps global dot org.</w:t>
      </w:r>
    </w:p>
    <w:p>
      <w:pPr>
        <w:jc w:val="right"/>
      </w:pPr>
      <w:r>
        <w:t>پلیز رائٹ ٹو انفو ایٹ سی پی ایس گلوبل ڈاٹ او آر جی اینڈ وی ویل کنیکٹ یو ود دا لوکل ٹیمز ان یور ریسپیکٹیو کنٹریز۔ آہ، السو اف یو وانٹ ٹو بیکم ا قرآن ڈسٹریبیوٹر، دین رائٹ ود یور ڈیٹیلز اگین ان انفو ایٹ سی پی ایس گلوبل ڈاٹ او آر جی۔</w:t>
      </w:r>
    </w:p>
    <w:p>
      <w:r>
        <w:rPr>
          <w:b/>
        </w:rPr>
        <w:t xml:space="preserve">[1:01:10] </w:t>
      </w:r>
      <w:r>
        <w:t>so we will end today session. we will be back next sunday at 10:30 am. thank you.</w:t>
      </w:r>
    </w:p>
    <w:p>
      <w:pPr>
        <w:jc w:val="right"/>
      </w:pPr>
      <w:r>
        <w:t>سو وی ویل اینڈ ٹوڈے سیشن۔ وی ویل بی بیک نیکسٹ سنڈے ایٹ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