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Life of the Prophet of Islam March 22, 2009</w:t>
      </w:r>
    </w:p>
    <w:p>
      <w:r>
        <w:t>https://youtu.be/tCdQ0G7ralM</w:t>
      </w:r>
    </w:p>
    <w:p>
      <w:r>
        <w:rPr>
          <w:b/>
        </w:rPr>
        <w:t xml:space="preserve">[00:30] </w:t>
      </w:r>
      <w:r>
        <w:t>aaj ka jo topic hai woh seerat-e-rasool par hai.</w:t>
      </w:r>
    </w:p>
    <w:p>
      <w:pPr>
        <w:jc w:val="right"/>
      </w:pPr>
      <w:r>
        <w:t>آج کا جو ٹاپک ہے وہ سیرت رسول پر ہے۔</w:t>
      </w:r>
    </w:p>
    <w:p>
      <w:r>
        <w:rPr>
          <w:b/>
        </w:rPr>
        <w:t xml:space="preserve">[00:39] </w:t>
      </w:r>
      <w:r>
        <w:t>aap jante hain ke yeh mahina Rabi-ul-Awwal ka mahina hai, jo Rasool Allah ki</w:t>
      </w:r>
    </w:p>
    <w:p>
      <w:pPr>
        <w:jc w:val="right"/>
      </w:pPr>
      <w:r>
        <w:t>آپ جانتے ہیں کہ یہ مہینہ ربیع الاول کا مہینہ ہے، جو رسول اللہ کی</w:t>
      </w:r>
    </w:p>
    <w:p>
      <w:r>
        <w:rPr>
          <w:b/>
        </w:rPr>
        <w:t xml:space="preserve">[00:52] </w:t>
      </w:r>
      <w:r>
        <w:t>paidaish ka mahina tha.</w:t>
      </w:r>
    </w:p>
    <w:p>
      <w:pPr>
        <w:jc w:val="right"/>
      </w:pPr>
      <w:r>
        <w:t>پیدائش کا مہینہ تھا۔</w:t>
      </w:r>
    </w:p>
    <w:p>
      <w:r>
        <w:rPr>
          <w:b/>
        </w:rPr>
        <w:t xml:space="preserve">[00:57] </w:t>
      </w:r>
      <w:r>
        <w:t>pichhle haftah itwar ko bhi seerat par baat hui thi,</w:t>
      </w:r>
    </w:p>
    <w:p>
      <w:pPr>
        <w:jc w:val="right"/>
      </w:pPr>
      <w:r>
        <w:t>پچھلے ہفتہ اتوار کو بھی سیرت پر بات ہوئی تھی،</w:t>
      </w:r>
    </w:p>
    <w:p>
      <w:r>
        <w:rPr>
          <w:b/>
        </w:rPr>
        <w:t xml:space="preserve">[01:05] </w:t>
      </w:r>
      <w:r>
        <w:t>kyun ke woh 17 Rabi-ul-Awwal tha. aaj bhi inshallah seerat par baat hogi. aaj Rabi-ul-Awwal ki 24 tareekh hai.</w:t>
      </w:r>
    </w:p>
    <w:p>
      <w:pPr>
        <w:jc w:val="right"/>
      </w:pPr>
      <w:r>
        <w:t>کیونکہ وہ 17 ربیع الاول تھا۔ آج بھی انشاءاللہ سیرت پر بات ہوگی۔ آج ربیع الاول کی 24 تاریخ ہے۔</w:t>
      </w:r>
    </w:p>
    <w:p>
      <w:r>
        <w:rPr>
          <w:b/>
        </w:rPr>
        <w:t xml:space="preserve">[01:21] </w:t>
      </w:r>
      <w:r>
        <w:t>pichhle haftah maine Makki daur jo kaha jata hai us ke bare mein kuch kaha tha.</w:t>
      </w:r>
    </w:p>
    <w:p>
      <w:pPr>
        <w:jc w:val="right"/>
      </w:pPr>
      <w:r>
        <w:t>پچھلے ہفتہ میں نے مکی دور جو کہا جاتا ہے اس کے بارے میں کچھ کہا تھا۔</w:t>
      </w:r>
    </w:p>
    <w:p>
      <w:r>
        <w:rPr>
          <w:b/>
        </w:rPr>
        <w:t xml:space="preserve">[01:31] </w:t>
      </w:r>
      <w:r>
        <w:t>aaj inshallah Madani daur ke bare mein kuch baatein kehne ki koshish karunga.</w:t>
      </w:r>
    </w:p>
    <w:p>
      <w:pPr>
        <w:jc w:val="right"/>
      </w:pPr>
      <w:r>
        <w:t>آج انشاءاللہ بدنی دور کے بارے میں کچھ باتیں کہنے کی کوشش کروں گا۔</w:t>
      </w:r>
    </w:p>
    <w:p>
      <w:r>
        <w:rPr>
          <w:b/>
        </w:rPr>
        <w:t xml:space="preserve">[01:41] </w:t>
      </w:r>
      <w:r>
        <w:t>dekhen, aap Rasool Allah ki jo life hai us ko seerat kaha jata hai. yani life of the prophet ko seerat-e-rasool kaha jata hai.</w:t>
      </w:r>
    </w:p>
    <w:p>
      <w:pPr>
        <w:jc w:val="right"/>
      </w:pPr>
      <w:r>
        <w:t>دیکھیں، آپ رسول اللہ کی جو لائف ہے اس کو سیرت کہا جاتا ہے۔ یعنی لائف آف دا پرافٹ کو سیرت رسول کہا جاتا ہے۔</w:t>
      </w:r>
    </w:p>
    <w:p>
      <w:r>
        <w:rPr>
          <w:b/>
        </w:rPr>
        <w:t xml:space="preserve">[01:55] </w:t>
      </w:r>
      <w:r>
        <w:t>to Rasool Allah ki jo seerat hai us ko sabhi log do period mein baant te hain. yani Makki period aur Madani period.</w:t>
      </w:r>
    </w:p>
    <w:p>
      <w:pPr>
        <w:jc w:val="right"/>
      </w:pPr>
      <w:r>
        <w:t>تو رسول اللہ کی جو سیرت ہے اس کو سبھی لوگ دو پیریڈ میں بانٹتے ہیں۔ یعنی مکی پیریڈ اور مدنی پیریڈ۔</w:t>
      </w:r>
    </w:p>
    <w:p>
      <w:r>
        <w:rPr>
          <w:b/>
        </w:rPr>
        <w:t xml:space="preserve">[02:09] </w:t>
      </w:r>
      <w:r>
        <w:t>yeh ek general trend hai ke aap ki life ki jo study ki jati hai woh in do period mein baant kar ki jati hai.</w:t>
      </w:r>
    </w:p>
    <w:p>
      <w:pPr>
        <w:jc w:val="right"/>
      </w:pPr>
      <w:r>
        <w:t>یہ ایک جنرل ٹرینڈ ہے کہ آپ کی لائف کی جو اسٹڈی کی جاتی ہے وہ ان دو پیریڈ میں بانٹ کر کی جاتی ہے۔</w:t>
      </w:r>
    </w:p>
    <w:p>
      <w:r>
        <w:rPr>
          <w:b/>
        </w:rPr>
        <w:t xml:space="preserve">[02:23] </w:t>
      </w:r>
      <w:r>
        <w:t>magar yeh jo division hai woh division asal baat ko nahi batata.</w:t>
      </w:r>
    </w:p>
    <w:p>
      <w:pPr>
        <w:jc w:val="right"/>
      </w:pPr>
      <w:r>
        <w:t>مگر یہ جو ڈویژن ہے وہ ڈویژن اصل بات کو نہیں بتاتا۔</w:t>
      </w:r>
    </w:p>
    <w:p>
      <w:r>
        <w:rPr>
          <w:b/>
        </w:rPr>
        <w:t xml:space="preserve">[02:37] </w:t>
      </w:r>
      <w:r>
        <w:t>yani is mission ka jo aspect hai us ko nahi batata yeh division. to asal cheez mission hai na ke aap ne kahan kaam kiya.</w:t>
      </w:r>
    </w:p>
    <w:p>
      <w:pPr>
        <w:jc w:val="right"/>
      </w:pPr>
      <w:r>
        <w:t>یعنی اس مشن کا جو آسپیکٹ ہے اس کو نہیں بتاتا یہ ڈویژن۔ تو اصل چیز مشن ہے نہ کہ آپ نے کہاں کام کیا۔</w:t>
      </w:r>
    </w:p>
    <w:p>
      <w:r>
        <w:rPr>
          <w:b/>
        </w:rPr>
        <w:t xml:space="preserve">[02:50] </w:t>
      </w:r>
      <w:r>
        <w:t>aap jante hain ke Rasool Allah ki payghambar ki hesiyat se jo aap ki umar thi woh 23 saal thi.</w:t>
      </w:r>
    </w:p>
    <w:p>
      <w:pPr>
        <w:jc w:val="right"/>
      </w:pPr>
      <w:r>
        <w:t>آپ جانتے ہیں کہ رسول اللہ کی پیغمبر کی حیثیت سے جو آپ کی عمر تھی وہ 23 سال تھی۔</w:t>
      </w:r>
    </w:p>
    <w:p>
      <w:r>
        <w:rPr>
          <w:b/>
        </w:rPr>
        <w:t xml:space="preserve">[03:01] </w:t>
      </w:r>
      <w:r>
        <w:t>is 23 saal mein aap 13 saal Makka mein rahe, 10 saal Madina mein rahe.</w:t>
      </w:r>
    </w:p>
    <w:p>
      <w:pPr>
        <w:jc w:val="right"/>
      </w:pPr>
      <w:r>
        <w:t>اس 23 سال میں آپ 13 سال مکہ میں رہے، 10 سال مدینہ میں رہے۔</w:t>
      </w:r>
    </w:p>
    <w:p>
      <w:r>
        <w:rPr>
          <w:b/>
        </w:rPr>
        <w:t xml:space="preserve">[03:08] </w:t>
      </w:r>
      <w:r>
        <w:t>to yeh rehne ke aitbar se yeh period banta hai, aap ke mission ke aitbar se nahi.</w:t>
      </w:r>
    </w:p>
    <w:p>
      <w:pPr>
        <w:jc w:val="right"/>
      </w:pPr>
      <w:r>
        <w:t>تو یہ رہنے کے اعتبار سے یہ پیریڈ بنتا ہے، آپ کے مشن کے اعتبار سے نہیں۔</w:t>
      </w:r>
    </w:p>
    <w:p>
      <w:r>
        <w:rPr>
          <w:b/>
        </w:rPr>
        <w:t xml:space="preserve">[03:21] </w:t>
      </w:r>
      <w:r>
        <w:t>to main yeh kahunga ke this division is in terms of place of work and not in terms of nature of work.</w:t>
      </w:r>
    </w:p>
    <w:p>
      <w:pPr>
        <w:jc w:val="right"/>
      </w:pPr>
      <w:r>
        <w:t>تو میں یہ کہوں گا کہ دس ڈویژن از ان ٹرم آف پلیس آف ورک اینڈ ناٹ ان ٹرم آف نیچر آف ورک۔</w:t>
      </w:r>
    </w:p>
    <w:p>
      <w:r>
        <w:rPr>
          <w:b/>
        </w:rPr>
        <w:t xml:space="preserve">[03:39] </w:t>
      </w:r>
      <w:r>
        <w:t>yani jo Makka period aur Madina period bataya jata hai to this division was in terms of place of work and not in terms of nature of work.</w:t>
      </w:r>
    </w:p>
    <w:p>
      <w:pPr>
        <w:jc w:val="right"/>
      </w:pPr>
      <w:r>
        <w:t>یعنی جو مکہ پیریڈ اور مدینہ پیریڈ بتایا جاتا ہے تو دس ڈویژن واز ان ٹرم آف پلیس آف ورک اینڈ ناٹ ان ٹرم آف نیچر آف ورک۔</w:t>
      </w:r>
    </w:p>
    <w:p>
      <w:r>
        <w:rPr>
          <w:b/>
        </w:rPr>
        <w:t xml:space="preserve">[03:54] </w:t>
      </w:r>
      <w:r>
        <w:t>to main ne jahan tak samjha hai, main ne kafi padha seerat ko aur hadith ko, to main keh sakta hoon ke aap ka jo mission tha woh sirf ek tha.</w:t>
      </w:r>
    </w:p>
    <w:p>
      <w:pPr>
        <w:jc w:val="right"/>
      </w:pPr>
      <w:r>
        <w:t>تو میں نے جہاں تک سمجھا ہے، میں نے کافی پڑھا سیرت کو اور حدیث کو، تو میں کہہ سکتا ہوں کہ آپ کا جو مشن تھا وہ صرف ایک تھا۔</w:t>
      </w:r>
    </w:p>
    <w:p>
      <w:r>
        <w:rPr>
          <w:b/>
        </w:rPr>
        <w:t xml:space="preserve">[04:05] </w:t>
      </w:r>
      <w:r>
        <w:t>woh hai dawat.</w:t>
      </w:r>
    </w:p>
    <w:p>
      <w:pPr>
        <w:jc w:val="right"/>
      </w:pPr>
      <w:r>
        <w:t>وہ ہے دعوت۔</w:t>
      </w:r>
    </w:p>
    <w:p>
      <w:r>
        <w:rPr>
          <w:b/>
        </w:rPr>
        <w:t xml:space="preserve">[04:09] </w:t>
      </w:r>
      <w:r>
        <w:t>dawat ilallah. chahay makka mein hon ya madina mein hon, har haal mein aap ka mission sirf dawat hota tha.</w:t>
      </w:r>
    </w:p>
    <w:p>
      <w:pPr>
        <w:jc w:val="right"/>
      </w:pPr>
      <w:r>
        <w:t>دعوت الی اللہ۔ چاہے مکہ میں ہوں یا مدینہ میں ہوں، ہر حال میں آپ کا مشن صرف دعوت ہوتا تھا۔</w:t>
      </w:r>
    </w:p>
    <w:p>
      <w:r>
        <w:rPr>
          <w:b/>
        </w:rPr>
        <w:t xml:space="preserve">[04:20] </w:t>
      </w:r>
      <w:r>
        <w:t>to place badla lekin aap ka mission wahi ka wahi raha.</w:t>
      </w:r>
    </w:p>
    <w:p>
      <w:pPr>
        <w:jc w:val="right"/>
      </w:pPr>
      <w:r>
        <w:t>تو پلیس بدلا لیکن آپ کا مشن وہی کا وہی رہا۔</w:t>
      </w:r>
    </w:p>
    <w:p>
      <w:r>
        <w:rPr>
          <w:b/>
        </w:rPr>
        <w:t xml:space="preserve">[04:27] </w:t>
      </w:r>
      <w:r>
        <w:t>to jo hua woh yeh hua ke aap ki jo planning thi, dawat ki planning, jab aap makka mein thay to wahan ke hisab se planning thi aap</w:t>
      </w:r>
    </w:p>
    <w:p>
      <w:pPr>
        <w:jc w:val="right"/>
      </w:pPr>
      <w:r>
        <w:t>تو جو ہوا وہ یہ ہوا کہ آپ کی جو پلاننگ تھی، دعوت کی پلاننگ، جب آپ مکہ میں تھے تو وہاں کے حساب سے پلاننگ تھی آپ</w:t>
      </w:r>
    </w:p>
    <w:p>
      <w:r>
        <w:rPr>
          <w:b/>
        </w:rPr>
        <w:t xml:space="preserve">[04:37] </w:t>
      </w:r>
      <w:r>
        <w:t>ki. madina mein wahan se hisab se planning hui. to aap jantay hain ke situation jo hoti hai us se method determine hota hai.</w:t>
      </w:r>
    </w:p>
    <w:p>
      <w:pPr>
        <w:jc w:val="right"/>
      </w:pPr>
      <w:r>
        <w:t>کی۔ مدینہ میں وہاں سے حساب سے پلاننگ ہوئی۔ تو آپ جانتے ہیں کہ سچویشن جو ہوتی ہے اس سے میتھڈ ڈیٹرمن ہوتا ہے۔</w:t>
      </w:r>
    </w:p>
    <w:p>
      <w:r>
        <w:rPr>
          <w:b/>
        </w:rPr>
        <w:t xml:space="preserve">[04:47] </w:t>
      </w:r>
      <w:r>
        <w:t>aap ki planning jo hai us mein aik to hai aap ki ideology aur aik hota hai woh woh situation jahan aap kaam jahan aap ko kaam karna hai.</w:t>
      </w:r>
    </w:p>
    <w:p>
      <w:pPr>
        <w:jc w:val="right"/>
      </w:pPr>
      <w:r>
        <w:t>آپ کی پلاننگ جو ہے اس میں ایک تو ہے آپ کی آئیڈیالوجی اور ایک ہوتا ہے وہ وہ سچویشن جہاں آپ کام جہاں آپ کو کام کرنا ہے۔</w:t>
      </w:r>
    </w:p>
    <w:p>
      <w:r>
        <w:rPr>
          <w:b/>
        </w:rPr>
        <w:t xml:space="preserve">[05:04] </w:t>
      </w:r>
      <w:r>
        <w:t>to is liye mein yeh kehta hoon, mein yeh keh sakta hoon ke aap ka mission jo hai woh dawat ilallah tha.</w:t>
      </w:r>
    </w:p>
    <w:p>
      <w:pPr>
        <w:jc w:val="right"/>
      </w:pPr>
      <w:r>
        <w:t>تو اس لیے میں یہ کہتا ہوں، میں یہ کہہ سکتا ہوں کہ آپ کا مشن جو ہے وہ دعوت الی اللہ تھا۔</w:t>
      </w:r>
    </w:p>
    <w:p>
      <w:r>
        <w:rPr>
          <w:b/>
        </w:rPr>
        <w:t xml:space="preserve">[05:12] </w:t>
      </w:r>
      <w:r>
        <w:t>yani shuru se le kar akhir tak sirf place ke hisab se ya situation ke hisab se aap ka method badalta raha.</w:t>
      </w:r>
    </w:p>
    <w:p>
      <w:pPr>
        <w:jc w:val="right"/>
      </w:pPr>
      <w:r>
        <w:t>یعنی شروع سے لے کر آخر تک صرف پلیس کے حساب سے یا سچویشن کے حساب سے آپ کا میتھڈ بدلتا رہا۔</w:t>
      </w:r>
    </w:p>
    <w:p>
      <w:r>
        <w:rPr>
          <w:b/>
        </w:rPr>
        <w:t xml:space="preserve">[05:25] </w:t>
      </w:r>
      <w:r>
        <w:t>mission wahi ka wahi raha.</w:t>
      </w:r>
    </w:p>
    <w:p>
      <w:pPr>
        <w:jc w:val="right"/>
      </w:pPr>
      <w:r>
        <w:t>مشن وہی کا وہی رہا۔</w:t>
      </w:r>
    </w:p>
    <w:p>
      <w:r>
        <w:rPr>
          <w:b/>
        </w:rPr>
        <w:t xml:space="preserve">[05:28] </w:t>
      </w:r>
      <w:r>
        <w:t>ab mein aap ko kuch references deta hoon jis se aap ko andaza hoga ke kis tarah se continuation wahi tha. yani dawat ka dawat hi continue rahi yahan se wahan tak.</w:t>
      </w:r>
    </w:p>
    <w:p>
      <w:pPr>
        <w:jc w:val="right"/>
      </w:pPr>
      <w:r>
        <w:t>اب میں آپ کو کچھ ریفرنسز دیتا ہوں جس سے آپ کو اندازہ ہوگا کہ کس طرح سے کنٹینیویشن وہی تھا۔ یعنی دعوت کا دعوت ہی کنٹینیو رہی یہاں سے وہاں تک۔</w:t>
      </w:r>
    </w:p>
    <w:p>
      <w:r>
        <w:rPr>
          <w:b/>
        </w:rPr>
        <w:t xml:space="preserve">[05:42] </w:t>
      </w:r>
      <w:r>
        <w:t>aur koi cheez aap ki zindagi mein agar aap dekhte hain to woh that was relatively part of his mission and not real part of his mission.</w:t>
      </w:r>
    </w:p>
    <w:p>
      <w:pPr>
        <w:jc w:val="right"/>
      </w:pPr>
      <w:r>
        <w:t>اور کوئی چیز آپ کی زندگی میں اگر آپ دیکھتے ہیں تو وہ دیٹ واز ریلیٹو پارٹ آف ہز مشن اینڈ ناٹ ریئل پارٹ آف ہز مشن۔</w:t>
      </w:r>
    </w:p>
    <w:p>
      <w:r>
        <w:rPr>
          <w:b/>
        </w:rPr>
        <w:t xml:space="preserve">[05:53] </w:t>
      </w:r>
      <w:r>
        <w:t>ab dekhiye ke rasool allah salallaho alaihi wasallam ko jab 610 isvi mein paighambari mili to usi waqt khuda ne pehli din aap ko yeh bataya ke qoom fa anzir.</w:t>
      </w:r>
    </w:p>
    <w:p>
      <w:pPr>
        <w:jc w:val="right"/>
      </w:pPr>
      <w:r>
        <w:t>اب دیکھیے کہ رسول اللہ صلی اللہ علیہ وسلم کو جب 610 عیسوی میں پیغمبری ملی تو اسی وقت خدا نے پہلی دن آپ کو یہ بتایا کہ قم فاندر۔</w:t>
      </w:r>
    </w:p>
    <w:p>
      <w:r>
        <w:rPr>
          <w:b/>
        </w:rPr>
        <w:t xml:space="preserve">[06:09] </w:t>
      </w:r>
      <w:r>
        <w:t>yani jao aur logon ko warning de do. warning and good tidings.</w:t>
      </w:r>
    </w:p>
    <w:p>
      <w:pPr>
        <w:jc w:val="right"/>
      </w:pPr>
      <w:r>
        <w:t>یعنی جاؤ اور لوگوں کو وارننگ دے دو۔ وارننگ اینڈ گڈ ٹائیڈنگ۔</w:t>
      </w:r>
    </w:p>
    <w:p>
      <w:r>
        <w:rPr>
          <w:b/>
        </w:rPr>
        <w:t xml:space="preserve">[06:19] </w:t>
      </w:r>
      <w:r>
        <w:t>yani zindagi ke baray mein batao ke zindagi kya hai.</w:t>
      </w:r>
    </w:p>
    <w:p>
      <w:pPr>
        <w:jc w:val="right"/>
      </w:pPr>
      <w:r>
        <w:t>یعنی زندگی کے بارے میں بتاؤ کہ زندگی کیا ہے۔</w:t>
      </w:r>
    </w:p>
    <w:p>
      <w:r>
        <w:rPr>
          <w:b/>
        </w:rPr>
        <w:t xml:space="preserve">[06:24] </w:t>
      </w:r>
      <w:r>
        <w:t>zindagi aik test hai. yeh duniya mein jo hum hain to test ke liye hain. is test par humein maut ke baad yani post death period mein ya to hell mein jana hai ya ya paradise mein jana hai.</w:t>
      </w:r>
    </w:p>
    <w:p>
      <w:pPr>
        <w:jc w:val="right"/>
      </w:pPr>
      <w:r>
        <w:t>زندگی ایک ٹیسٹ ہے۔ یہ دنیا میں جو ہم ہیں تو ٹیسٹ کے لیے ہیں۔ اس ٹیسٹ پر ہمیں موت کے بعد یعنی پوسٹ ڈیتھ پیریڈ میں یا تو ہیل میں جانا ہے یا یا پیراڈائز میں جانا ہے۔</w:t>
      </w:r>
    </w:p>
    <w:p>
      <w:r>
        <w:rPr>
          <w:b/>
        </w:rPr>
        <w:t xml:space="preserve">[06:43] </w:t>
      </w:r>
      <w:r>
        <w:t>yeh sari baatein hain jis ko ke mein kehta hoon ke creation plan of god. is se logon ko agah kar do.</w:t>
      </w:r>
    </w:p>
    <w:p>
      <w:pPr>
        <w:jc w:val="right"/>
      </w:pPr>
      <w:r>
        <w:t>یہ ساری باتیں ہیں جس کو کہ میں کہتا ہوں کہ کریشن پلان آف گاڈ۔ اس سے لوگوں کو آگاہ کر دو۔</w:t>
      </w:r>
    </w:p>
    <w:p>
      <w:r>
        <w:rPr>
          <w:b/>
        </w:rPr>
        <w:t xml:space="preserve">[06:55] </w:t>
      </w:r>
      <w:r>
        <w:t>isi ko kaha jata hai inzar o tasfeer. to aap dekhiye ke paighambar hotay hi aap ko yeh mission diya gaya.</w:t>
      </w:r>
    </w:p>
    <w:p>
      <w:pPr>
        <w:jc w:val="right"/>
      </w:pPr>
      <w:r>
        <w:t>اسی کو کہا جاتا ہے انظار و تفسیر۔ تو آپ دیکھیے کہ پیغمبر ہوتے ہی آپ کو یہ مشن دیا گیا۔</w:t>
      </w:r>
    </w:p>
    <w:p>
      <w:r>
        <w:rPr>
          <w:b/>
        </w:rPr>
        <w:t xml:space="preserve">[07:06] </w:t>
      </w:r>
      <w:r>
        <w:t>yani yani word badal kar aap kahein to yeh kahein ke mission aap ka yeh tha ke aap creation plan of god jo hai us se logon ko ba khabar kar dein.</w:t>
      </w:r>
    </w:p>
    <w:p>
      <w:pPr>
        <w:jc w:val="right"/>
      </w:pPr>
      <w:r>
        <w:t>یعنی یعنی ورڈ بدل کر آپ کہیں تو یہ کہیں کہ مشن آپ کا یہ تھا کہ آپ کریشن پلان آف گاڈ جو ہے اس سے لوگوں کو باخبر کر دیں۔</w:t>
      </w:r>
    </w:p>
    <w:p>
      <w:r>
        <w:rPr>
          <w:b/>
        </w:rPr>
        <w:t xml:space="preserve">[07:19] </w:t>
      </w:r>
      <w:r>
        <w:t>is ke baad kya hua? yeh to mein ne aap ko quran ki ayat sunai.</w:t>
      </w:r>
    </w:p>
    <w:p>
      <w:pPr>
        <w:jc w:val="right"/>
      </w:pPr>
      <w:r>
        <w:t>اس کے بعد کیا ہوا؟ یہ تو میں نے آپ کو قرآن کی آیت سنائی۔</w:t>
      </w:r>
    </w:p>
    <w:p>
      <w:r>
        <w:rPr>
          <w:b/>
        </w:rPr>
        <w:t xml:space="preserve">[07:26] </w:t>
      </w:r>
      <w:r>
        <w:t>is ke baad rasool allah salallaho alaihi wasallam makka mein jahan dekhte ke wahan log jahan assemble hotay thay log jaise</w:t>
      </w:r>
    </w:p>
    <w:p>
      <w:pPr>
        <w:jc w:val="right"/>
      </w:pPr>
      <w:r>
        <w:t>اس کے بعد رسول اللہ صلی اللہ علیہ وسلم مکہ میں جہاں دیکھتے کہ وہاں لوگ جہاں اسبل ہوتے تھے لوگ جیسے</w:t>
      </w:r>
    </w:p>
    <w:p>
      <w:r>
        <w:rPr>
          <w:b/>
        </w:rPr>
        <w:t xml:space="preserve">[07:37] </w:t>
      </w:r>
      <w:r>
        <w:t>kaba kaba ke premises mein wahan aap jatay to aap kehtay logon se qooloo ayyuhannas la ilaha illallah tuflihu.</w:t>
      </w:r>
    </w:p>
    <w:p>
      <w:pPr>
        <w:jc w:val="right"/>
      </w:pPr>
      <w:r>
        <w:t>کعبہ کعبہ کے پریمیشنز میں وہاں آپ جاتے تو آپ کہتے لوگوں سے قولو ایہا الناس لا الہ الا اللہ تفلحو۔</w:t>
      </w:r>
    </w:p>
    <w:p>
      <w:r>
        <w:rPr>
          <w:b/>
        </w:rPr>
        <w:t xml:space="preserve">[07:49] </w:t>
      </w:r>
      <w:r>
        <w:t>ae logon kaho ke aik allah ke siwa koi allah nahi.</w:t>
      </w:r>
    </w:p>
    <w:p>
      <w:pPr>
        <w:jc w:val="right"/>
      </w:pPr>
      <w:r>
        <w:t>اے لوگوں کہو کہ ایک اللہ کے سوا کوئی اللہ نہیں۔</w:t>
      </w:r>
    </w:p>
    <w:p>
      <w:r>
        <w:rPr>
          <w:b/>
        </w:rPr>
        <w:t xml:space="preserve">[07:59] </w:t>
      </w:r>
      <w:r>
        <w:t>aik allah ke siwa koi mabood nahi. tum ko falah mile gi. tum ko salvation mile gi. tum ko success mile gi</w:t>
      </w:r>
    </w:p>
    <w:p>
      <w:pPr>
        <w:jc w:val="right"/>
      </w:pPr>
      <w:r>
        <w:t>ایک اللہ کے سوا کوئی معبود نہیں۔ تم کو فلاح ملے گی۔ تم کو سالویشن ملے گا۔ تم کو سکسیس ملے گی</w:t>
      </w:r>
    </w:p>
    <w:p>
      <w:r>
        <w:rPr>
          <w:b/>
        </w:rPr>
        <w:t xml:space="preserve">[08:09] </w:t>
      </w:r>
      <w:r>
        <w:t>. bas. to makka mein shuru mein chounke halaat bohat hi sakht thay to aap ne yani khul kar ailan nahi kiya tha.</w:t>
      </w:r>
    </w:p>
    <w:p>
      <w:pPr>
        <w:jc w:val="right"/>
      </w:pPr>
      <w:r>
        <w:t>۔ بس۔ تو مکہ میں شروع میں چونکہ حالات بہت ہی سخت تھے تو آپ نے یعنی کھل کر اعلان نہیں کیا تھا۔</w:t>
      </w:r>
    </w:p>
    <w:p>
      <w:r>
        <w:rPr>
          <w:b/>
        </w:rPr>
        <w:t xml:space="preserve">[08:20] </w:t>
      </w:r>
      <w:r>
        <w:t>bohat hi khamoshi se kaam kiya tha. teen saal tak taqreeban. is ke baad halaat kuch badlay.</w:t>
      </w:r>
    </w:p>
    <w:p>
      <w:pPr>
        <w:jc w:val="right"/>
      </w:pPr>
      <w:r>
        <w:t>بہت ہی خاموشی سے کام کیا تھا۔ تین سال تک تقریباً۔ اس کے بعد حالات کچھ بدلے۔</w:t>
      </w:r>
    </w:p>
    <w:p>
      <w:r>
        <w:rPr>
          <w:b/>
        </w:rPr>
        <w:t xml:space="preserve">[08:28] </w:t>
      </w:r>
      <w:r>
        <w:t>khaas tor par jab haiyat-e-islam mein aa gaye to halaat kaafi badle. to aap ne khul kar ke ailaan karna shuru kiya.</w:t>
      </w:r>
    </w:p>
    <w:p>
      <w:pPr>
        <w:jc w:val="right"/>
      </w:pPr>
      <w:r>
        <w:t>خاص طور پر جب حیتوبر اسلام میں آگئے تو حالات کافی بدلے۔ تو آپ نے کھل کر کے اعلان کرنا شروع کیا۔</w:t>
      </w:r>
    </w:p>
    <w:p>
      <w:r>
        <w:rPr>
          <w:b/>
        </w:rPr>
        <w:t xml:space="preserve">[08:37] </w:t>
      </w:r>
      <w:r>
        <w:t>to pehle din bhi dawat thi, aakhir bhi dawat rahi.</w:t>
      </w:r>
    </w:p>
    <w:p>
      <w:pPr>
        <w:jc w:val="right"/>
      </w:pPr>
      <w:r>
        <w:t>تو پہلے دن بھی دعوت تھی، آخر بھی دعوت رہی۔</w:t>
      </w:r>
    </w:p>
    <w:p>
      <w:r>
        <w:rPr>
          <w:b/>
        </w:rPr>
        <w:t xml:space="preserve">[08:44] </w:t>
      </w:r>
      <w:r>
        <w:t>is ke baad jo hijrat aati hai, hijrat kis liye thi?</w:t>
      </w:r>
    </w:p>
    <w:p>
      <w:pPr>
        <w:jc w:val="right"/>
      </w:pPr>
      <w:r>
        <w:t>اس کے بعد جو ہجرت آتی ہے، ہجرت کس لیے تھی؟</w:t>
      </w:r>
    </w:p>
    <w:p>
      <w:r>
        <w:rPr>
          <w:b/>
        </w:rPr>
        <w:t xml:space="preserve">[08:49] </w:t>
      </w:r>
      <w:r>
        <w:t>jab aap ne yeh dekha ke makka mein halaat din badin sakht hote ja rahe hain, yahan tak ke woh daar-un-nadwa jo un ka aaj kal ke hisaab se kaha jaye ke un ki parliament thi, yaani tribal parliament, us mein unhon ne yeh decision liya ke Muhammad ko maar dalo.</w:t>
      </w:r>
    </w:p>
    <w:p>
      <w:pPr>
        <w:jc w:val="right"/>
      </w:pPr>
      <w:r>
        <w:t>جب آپ نے یہ دیکھا کہ مکہ میں حالات دن بدن سخت ہوتے جا رہے ہیں، یہاں تک کہ وہ دارالندوہ جو ان کا آج کل کے حساب سے کہا جائے کہ ان کی پارلیمنٹ تھی، یعنی ٹرائبل پارلیمنٹ، اس میں انہوں نے یہ ڈیسیژن لیا کہ محمد کو مار ڈالو۔</w:t>
      </w:r>
    </w:p>
    <w:p>
      <w:r>
        <w:rPr>
          <w:b/>
        </w:rPr>
        <w:t xml:space="preserve">[09:09] </w:t>
      </w:r>
      <w:r>
        <w:t>to halaat jab is had ko pahunch gaye tab aap ne yeh faisla kiya ke aap makka chhod kar madina chale jayen.</w:t>
      </w:r>
    </w:p>
    <w:p>
      <w:pPr>
        <w:jc w:val="right"/>
      </w:pPr>
      <w:r>
        <w:t>تو حالات جب اس حد کو پہنچ گئے تب آپ نے یہ فیصلہ کیا کہ آپ مکہ چھوڑ کر مدینہ چلے جائیں۔</w:t>
      </w:r>
    </w:p>
    <w:p>
      <w:r>
        <w:rPr>
          <w:b/>
        </w:rPr>
        <w:t xml:space="preserve">[09:22] </w:t>
      </w:r>
      <w:r>
        <w:t>jo makka se taqreeban teen sau meel door tha. yeh faisla kis liye kiya tha? yeh migration fidse ka migration nahi tha.</w:t>
      </w:r>
    </w:p>
    <w:p>
      <w:pPr>
        <w:jc w:val="right"/>
      </w:pPr>
      <w:r>
        <w:t>جو مکہ سے تقریباً تین سو میل دور تھا۔ یہ فیصلہ کس لیے کیا تھا؟ یہ مائیگریشن فدسے کا مائیگریشن نہیں تھا۔</w:t>
      </w:r>
    </w:p>
    <w:p>
      <w:r>
        <w:rPr>
          <w:b/>
        </w:rPr>
        <w:t xml:space="preserve">[09:34] </w:t>
      </w:r>
      <w:r>
        <w:t>migration fidse ka dawah tha. yaani kaam ke place ko badalna. jo daawti kaam aap makka mein kar rahe the wahi kaam ab aap ko madine mein karna tha.</w:t>
      </w:r>
    </w:p>
    <w:p>
      <w:pPr>
        <w:jc w:val="right"/>
      </w:pPr>
      <w:r>
        <w:t>مائیگریشن فدسے کا دعویٰ تھا۔ یعنی کام کے پلیس کو بدلنا۔ جو دعوتی کام آپ مکہ میں کر رہے تھے وہی کام اب آپ کو مدینے میں کرنا تھا۔</w:t>
      </w:r>
    </w:p>
    <w:p>
      <w:r>
        <w:rPr>
          <w:b/>
        </w:rPr>
        <w:t xml:space="preserve">[09:50] </w:t>
      </w:r>
      <w:r>
        <w:t>to dekhiye jab aap ko yeh yeh andaaza ho gaya ke ab mujhe makka mein kaam karne ke opportunity jo hai nahi rahe gi to aap ne kya kiya?</w:t>
      </w:r>
    </w:p>
    <w:p>
      <w:pPr>
        <w:jc w:val="right"/>
      </w:pPr>
      <w:r>
        <w:t>تو دیکھیے جب آپ کو یہ یہ اندازہ ہو گیا کہ اب مجھے مکہ میں کام کرنے کے کہ اپرچونیٹی جو ہے نہیں رہے گی تو آپ نے کیا کیا؟</w:t>
      </w:r>
    </w:p>
    <w:p>
      <w:r>
        <w:rPr>
          <w:b/>
        </w:rPr>
        <w:t xml:space="preserve">[10:01] </w:t>
      </w:r>
      <w:r>
        <w:t>sab se pehle</w:t>
      </w:r>
    </w:p>
    <w:p>
      <w:pPr>
        <w:jc w:val="right"/>
      </w:pPr>
      <w:r>
        <w:t>سب سے پہلے</w:t>
      </w:r>
    </w:p>
    <w:p>
      <w:r>
        <w:rPr>
          <w:b/>
        </w:rPr>
        <w:t xml:space="preserve">[10:05] </w:t>
      </w:r>
      <w:r>
        <w:t>apne do saathioun ko madina bhej diya. wahan jo ja kar ke kya karte the? woh quran ko padh padh kar sunate the.</w:t>
      </w:r>
    </w:p>
    <w:p>
      <w:pPr>
        <w:jc w:val="right"/>
      </w:pPr>
      <w:r>
        <w:t>اپنے دو ساتھیوں کو مدینہ بھیج دیا۔ وہاں جو جا کر کے کیا کرتے تھے؟ وہ قرآن کو پڑھ پڑھ کر سناتے تھے۔</w:t>
      </w:r>
    </w:p>
    <w:p>
      <w:r>
        <w:rPr>
          <w:b/>
        </w:rPr>
        <w:t xml:space="preserve">[10:16] </w:t>
      </w:r>
      <w:r>
        <w:t>jitna quran utra tha us waqt.</w:t>
      </w:r>
    </w:p>
    <w:p>
      <w:pPr>
        <w:jc w:val="right"/>
      </w:pPr>
      <w:r>
        <w:t>جتنا قرآن اترا تھا اس وقت۔</w:t>
      </w:r>
    </w:p>
    <w:p>
      <w:r>
        <w:rPr>
          <w:b/>
        </w:rPr>
        <w:t xml:space="preserve">[10:19] </w:t>
      </w:r>
      <w:r>
        <w:t>isi liye un ko muqri kaha jata tha. muqri maani hote hain reader. yaani suna kar dawat dene wala.</w:t>
      </w:r>
    </w:p>
    <w:p>
      <w:pPr>
        <w:jc w:val="right"/>
      </w:pPr>
      <w:r>
        <w:t>اسی لیے ان کو مقری کہا جاتا تھا۔ مقری معنی ہوتے ہیں ریڈر۔ یعنی سنا کر دعوت دینے والا۔</w:t>
      </w:r>
    </w:p>
    <w:p>
      <w:r>
        <w:rPr>
          <w:b/>
        </w:rPr>
        <w:t xml:space="preserve">[10:30] </w:t>
      </w:r>
      <w:r>
        <w:t>quran ki aayaton ko suna kar dawat dene wala. to woh dono bhi jo madina gaye the woh dawat hi ke liye gaye the. muqri the.</w:t>
      </w:r>
    </w:p>
    <w:p>
      <w:pPr>
        <w:jc w:val="right"/>
      </w:pPr>
      <w:r>
        <w:t>قرآن کی آیتوں کو سنا کر دعوت دینے والا۔ تو وہ دونوں بھی جو مدینہ گئے تھے وہ دعوت ہی کے لیے گئے تھے۔ مقری تھے۔</w:t>
      </w:r>
    </w:p>
    <w:p>
      <w:r>
        <w:rPr>
          <w:b/>
        </w:rPr>
        <w:t xml:space="preserve">[10:40] </w:t>
      </w:r>
      <w:r>
        <w:t>aur kuch nahi.</w:t>
      </w:r>
    </w:p>
    <w:p>
      <w:pPr>
        <w:jc w:val="right"/>
      </w:pPr>
      <w:r>
        <w:t>اور کچھ نہیں۔</w:t>
      </w:r>
    </w:p>
    <w:p>
      <w:r>
        <w:rPr>
          <w:b/>
        </w:rPr>
        <w:t xml:space="preserve">[10:41] </w:t>
      </w:r>
      <w:r>
        <w:t>to jab wahan se report mili ke madina mein jo situation hai, jo halaat hain wahan ke woh makka se better hain.</w:t>
      </w:r>
    </w:p>
    <w:p>
      <w:pPr>
        <w:jc w:val="right"/>
      </w:pPr>
      <w:r>
        <w:t>تو جب وہاں سے رپورٹ ملی کہ مدینہ میں جو سچویشن ہے، جو حالات ہیں وہاں کے وہ مکہ سے بیٹر ہیں۔</w:t>
      </w:r>
    </w:p>
    <w:p>
      <w:r>
        <w:rPr>
          <w:b/>
        </w:rPr>
        <w:t xml:space="preserve">[10:51] </w:t>
      </w:r>
      <w:r>
        <w:t>wahan tolerance hai. wahan log aggressive nahi hain jaise ke makka wale aggressive hain. to aap ne khud bhi faisla kiya ke main ab chala jaoun makka chhod kar madina.</w:t>
      </w:r>
    </w:p>
    <w:p>
      <w:pPr>
        <w:jc w:val="right"/>
      </w:pPr>
      <w:r>
        <w:t>وہاں ٹالرنس ہے۔ وہاں لوگ ایگریسو نہیں ہیں جیسے کہ مکہ والے ایگریسو ہیں۔ تو آپ نے خود بھی فیصلہ کیا کہ میں اب چلا جاؤں مکہ چھوڑ کر مدینہ۔</w:t>
      </w:r>
    </w:p>
    <w:p>
      <w:r>
        <w:rPr>
          <w:b/>
        </w:rPr>
        <w:t xml:space="preserve">[11:05] </w:t>
      </w:r>
      <w:r>
        <w:t>jab aap madina pahunchte hain to aap ne kya kiya?</w:t>
      </w:r>
    </w:p>
    <w:p>
      <w:pPr>
        <w:jc w:val="right"/>
      </w:pPr>
      <w:r>
        <w:t>جب آپ مدینہ پہنچتے ہیں تو آپ نے کیا کیا؟</w:t>
      </w:r>
    </w:p>
    <w:p>
      <w:r>
        <w:rPr>
          <w:b/>
        </w:rPr>
        <w:t xml:space="preserve">[11:09] </w:t>
      </w:r>
      <w:r>
        <w:t>pehla jo khitaab aap ne kiya jo seerat ki kitaab mein likha hua hai awwal khutba khutba rasool Allah fi al-madinah.</w:t>
      </w:r>
    </w:p>
    <w:p>
      <w:pPr>
        <w:jc w:val="right"/>
      </w:pPr>
      <w:r>
        <w:t>پہلا جو خطاب آپ نے کیا جو سیرت کی کتاب میں لکھا ہوا ہے اول خطبت خطبہ رسول اللہ فی المدینہ۔</w:t>
      </w:r>
    </w:p>
    <w:p>
      <w:r>
        <w:rPr>
          <w:b/>
        </w:rPr>
        <w:t xml:space="preserve">[11:19] </w:t>
      </w:r>
      <w:r>
        <w:t>yaani madine mein aap ka pehla sermon, pehla address, pehla khitaab. us mein aap ne kya kaha tha?</w:t>
      </w:r>
    </w:p>
    <w:p>
      <w:pPr>
        <w:jc w:val="right"/>
      </w:pPr>
      <w:r>
        <w:t>یعنی مدینے میں آپ کا پہلا سرمن، پہلا ایڈریس، پہلا خطاب۔ اس میں آپ نے کیا کہا تھا؟</w:t>
      </w:r>
    </w:p>
    <w:p>
      <w:r>
        <w:rPr>
          <w:b/>
        </w:rPr>
        <w:t xml:space="preserve">[11:30] </w:t>
      </w:r>
      <w:r>
        <w:t>us mein bhi yeh kaha tha aap ne ittaqu al-naara walaw bi shaqqi tamrah.</w:t>
      </w:r>
    </w:p>
    <w:p>
      <w:pPr>
        <w:jc w:val="right"/>
      </w:pPr>
      <w:r>
        <w:t>اس میں بھی یہ کہا تھا آپ نے اتق النار ولو بشق تمرا۔</w:t>
      </w:r>
    </w:p>
    <w:p>
      <w:r>
        <w:rPr>
          <w:b/>
        </w:rPr>
        <w:t xml:space="preserve">[11:34] </w:t>
      </w:r>
      <w:r>
        <w:t>ae logon apne aap ko hell se bachao. apne aap ko aag se bachao. chahe khajoor ke ek tukde ke zariye kyun na ho.</w:t>
      </w:r>
    </w:p>
    <w:p>
      <w:pPr>
        <w:jc w:val="right"/>
      </w:pPr>
      <w:r>
        <w:t>اے لوگوں اپنے آپ کو ہیل سے بچاؤ۔ اپنے آپ کو آگ سے بچاؤ۔ چاہے کھجور کے ایک ٹکڑے کے ذریعے کیوں نہ ہو۔</w:t>
      </w:r>
    </w:p>
    <w:p>
      <w:r>
        <w:rPr>
          <w:b/>
        </w:rPr>
        <w:t xml:space="preserve">[11:47] </w:t>
      </w:r>
      <w:r>
        <w:t>yaani matlab yeh hai ke yeh jo zindagi tumhari hai yeh mat samjho ke bas khana peena hai, aish karna hai, family sambhalna hai, ghar banana hai.</w:t>
      </w:r>
    </w:p>
    <w:p>
      <w:pPr>
        <w:jc w:val="right"/>
      </w:pPr>
      <w:r>
        <w:t>یعنی مطلب یہ ہے کہ یہ جو زندگی تمہاری ہے یہ مت سمجھو کہ بس کھانا پینا ہے، عیش کرنا ہے، فیملی سنبھالنا ہے، گھر بنانا ہے۔</w:t>
      </w:r>
    </w:p>
    <w:p>
      <w:r>
        <w:rPr>
          <w:b/>
        </w:rPr>
        <w:t xml:space="preserve">[11:59] </w:t>
      </w:r>
      <w:r>
        <w:t>yeh nahi hai maqsad zindagi ka.</w:t>
      </w:r>
    </w:p>
    <w:p>
      <w:pPr>
        <w:jc w:val="right"/>
      </w:pPr>
      <w:r>
        <w:t>یہ نہیں ہے مقصد زندگی کا۔</w:t>
      </w:r>
    </w:p>
    <w:p>
      <w:r>
        <w:rPr>
          <w:b/>
        </w:rPr>
        <w:t xml:space="preserve">[12:02] </w:t>
      </w:r>
      <w:r>
        <w:t>maqsad to yeh hai ke aisi zindagi guzari jaye ke is death period mein tum ko Khuda ki pakad se tum bach jao. kyunke yahan jo zindagi hai yeh test period hai.</w:t>
      </w:r>
    </w:p>
    <w:p>
      <w:pPr>
        <w:jc w:val="right"/>
      </w:pPr>
      <w:r>
        <w:t>مقصد تو یہ ہے کہ ایسی زندگی گزاری جائے کہ اس ڈیتھ پیریڈ میں تم کو خدا کی پکڑ سے تم بچ جاؤ۔ کیونکہ یہاں جو زندگی ہے یہ ٹیسٹ پیریڈ ہے۔</w:t>
      </w:r>
    </w:p>
    <w:p>
      <w:r>
        <w:rPr>
          <w:b/>
        </w:rPr>
        <w:t xml:space="preserve">[12:16] </w:t>
      </w:r>
      <w:r>
        <w:t>to agar tum ne yahan apni azaadi ko misuse kiya to agle jo jo jo jo eternity saamne aane wali hai jo lamba period zindagi ka aane wala hai to wahan tum pakde jaoge.</w:t>
      </w:r>
    </w:p>
    <w:p>
      <w:pPr>
        <w:jc w:val="right"/>
      </w:pPr>
      <w:r>
        <w:t>تو اگر تم نے یہاں اپنی آزادی کو مس یوز کیا تو اگلے جو جو جو جو ایٹرنیٹی سامنے آنے والی ہے جو لمبا پیریڈ زندگی کا آنے والا ہے تو وہاں تم پکڑے جاؤ گے۔</w:t>
      </w:r>
    </w:p>
    <w:p>
      <w:r>
        <w:rPr>
          <w:b/>
        </w:rPr>
        <w:t xml:space="preserve">[12:34] </w:t>
      </w:r>
      <w:r>
        <w:t>tum ko hell ka samna karna pare ga. is liye tum apne aap ko khuda ke creation plan ko samajh kar ke zindagi guzarna ho gi.</w:t>
      </w:r>
    </w:p>
    <w:p>
      <w:pPr>
        <w:jc w:val="right"/>
      </w:pPr>
      <w:r>
        <w:t>تم کو ہیل کا سامنا کرنا پڑے گا۔ اس لیے تم اپنے آپ کو خدا کے کریشن پلان کو سمجھ کر کے زندگی گزارنا چاہیے۔</w:t>
      </w:r>
    </w:p>
    <w:p>
      <w:r>
        <w:rPr>
          <w:b/>
        </w:rPr>
        <w:t xml:space="preserve">[12:45] </w:t>
      </w:r>
      <w:r>
        <w:t>ta k tumhein khuda ka reward mile na k khuda ki pakar. yeh tha ittaqoo an nar walau bishaqq tamra. is tarah aap wahan bhi wohi karte rahe jo aap makkah mein kar rahe the.</w:t>
      </w:r>
    </w:p>
    <w:p>
      <w:pPr>
        <w:jc w:val="right"/>
      </w:pPr>
      <w:r>
        <w:t>تاکہ تمہیں خدا کا ریوارڈ ملے نہ کہ خدا کی پکڑ۔ یہ تھا اتق النار ولو بشق تمرا۔ اس طرح آپ وہاں بھی وہی کرتے رہے جو آپ مکہ میں کر رہے تھے۔</w:t>
      </w:r>
    </w:p>
    <w:p>
      <w:r>
        <w:rPr>
          <w:b/>
        </w:rPr>
        <w:t xml:space="preserve">[13:00] </w:t>
      </w:r>
      <w:r>
        <w:t>yani goya k madina period dar asal makkah period hi ka extension hai. isi ka extended form hai.</w:t>
      </w:r>
    </w:p>
    <w:p>
      <w:pPr>
        <w:jc w:val="right"/>
      </w:pPr>
      <w:r>
        <w:t>یعنی گویا کہ مدینہ پیریڈ دراصل مکہ پیریڈ ہی کا ایکسٹینشن ہے۔ اسی کا ایکسٹینڈڈ فارم ہے۔</w:t>
      </w:r>
    </w:p>
    <w:p>
      <w:r>
        <w:rPr>
          <w:b/>
        </w:rPr>
        <w:t xml:space="preserve">[13:08] </w:t>
      </w:r>
      <w:r>
        <w:t>woh aisa nahi k koi naya zamana aa gaya. makkah period jo dawah period tha isi ka extended form tha madina period.</w:t>
      </w:r>
    </w:p>
    <w:p>
      <w:pPr>
        <w:jc w:val="right"/>
      </w:pPr>
      <w:r>
        <w:t>وہ ایسا نہیں کہ کوئی نیا زمانہ آگیا۔ مکہ پیریڈ جو دعویٰ پیریڈ تھا اسی کا ایکسٹینڈڈ فارم تھا مدینہ پیریڈ۔</w:t>
      </w:r>
    </w:p>
    <w:p>
      <w:r>
        <w:rPr>
          <w:b/>
        </w:rPr>
        <w:t xml:space="preserve">[13:20] </w:t>
      </w:r>
      <w:r>
        <w:t>wahan bhi dawah, wahan bhi dawah.</w:t>
      </w:r>
    </w:p>
    <w:p>
      <w:pPr>
        <w:jc w:val="right"/>
      </w:pPr>
      <w:r>
        <w:t>وہاں بھی دعوت، وہاں بھی دعوت۔</w:t>
      </w:r>
    </w:p>
    <w:p>
      <w:r>
        <w:rPr>
          <w:b/>
        </w:rPr>
        <w:t xml:space="preserve">[13:24] </w:t>
      </w:r>
      <w:r>
        <w:t>ab kya hota hai k makkah k log jo quraish kahe jatay hain jo wahan par un ka dabdaba tha, un k hath mein power tha to unhon ne woh aggressive ho gaye aap k khilaf.</w:t>
      </w:r>
    </w:p>
    <w:p>
      <w:pPr>
        <w:jc w:val="right"/>
      </w:pPr>
      <w:r>
        <w:t>اب کیا ہوتا ہے کہ مکہ کے لوگ جو قریش کہے جاتے ہیں جو وہاں پر ان کا دبدبہ تھا، ان کے ہاتھ میں پاور تھا تو انہوں نے وہ ایگریسو ہو گئے آپ کے خلاف۔</w:t>
      </w:r>
    </w:p>
    <w:p>
      <w:r>
        <w:rPr>
          <w:b/>
        </w:rPr>
        <w:t xml:space="preserve">[13:41] </w:t>
      </w:r>
      <w:r>
        <w:t>unhon ne bar bar attack karna chaha.</w:t>
      </w:r>
    </w:p>
    <w:p>
      <w:pPr>
        <w:jc w:val="right"/>
      </w:pPr>
      <w:r>
        <w:t>انہوں نے بار بار اٹیک کرنا چاہا۔</w:t>
      </w:r>
    </w:p>
    <w:p>
      <w:r>
        <w:rPr>
          <w:b/>
        </w:rPr>
        <w:t xml:space="preserve">[13:46] </w:t>
      </w:r>
      <w:r>
        <w:t>yani makkah se atay the woh madina attack karne k liye.</w:t>
      </w:r>
    </w:p>
    <w:p>
      <w:pPr>
        <w:jc w:val="right"/>
      </w:pPr>
      <w:r>
        <w:t>یعنی مکہ سے آتے تھے وہ مدینہ اٹیک کرنے کے لیے۔</w:t>
      </w:r>
    </w:p>
    <w:p>
      <w:r>
        <w:rPr>
          <w:b/>
        </w:rPr>
        <w:t xml:space="preserve">[13:52] </w:t>
      </w:r>
      <w:r>
        <w:t>kai bar aisa kiya unhon ne. ab aap jante hain k agar larai chher jaye to kya hoga? to sab se bari jo casualty hogi woh dawah hogi.</w:t>
      </w:r>
    </w:p>
    <w:p>
      <w:pPr>
        <w:jc w:val="right"/>
      </w:pPr>
      <w:r>
        <w:t>کئی بار ایسا کیا انہوں نے۔ اب آپ جانتے ہیں کہ اگر لڑائی چھڑ جائے تو کیا ہوگا؟ تو سب سے بڑی جو کیژولٹی ہوگی وہ دعوت ہوگی۔</w:t>
      </w:r>
    </w:p>
    <w:p>
      <w:r>
        <w:rPr>
          <w:b/>
        </w:rPr>
        <w:t xml:space="preserve">[14:07] </w:t>
      </w:r>
      <w:r>
        <w:t>insan to is se karte cheez hai.</w:t>
      </w:r>
    </w:p>
    <w:p>
      <w:pPr>
        <w:jc w:val="right"/>
      </w:pPr>
      <w:r>
        <w:t>انسان تو اس سے کرتے چیز ہے۔</w:t>
      </w:r>
    </w:p>
    <w:p>
      <w:r>
        <w:rPr>
          <w:b/>
        </w:rPr>
        <w:t xml:space="preserve">[14:13] </w:t>
      </w:r>
      <w:r>
        <w:t>to sab se bari jo casualty hogi woh dawah hogi.</w:t>
      </w:r>
    </w:p>
    <w:p>
      <w:pPr>
        <w:jc w:val="right"/>
      </w:pPr>
      <w:r>
        <w:t>تو سب سے بڑی جو کیژولٹی ہوگی وہ دعوت ہوگی۔</w:t>
      </w:r>
    </w:p>
    <w:p>
      <w:r>
        <w:rPr>
          <w:b/>
        </w:rPr>
        <w:t xml:space="preserve">[14:17] </w:t>
      </w:r>
      <w:r>
        <w:t>aap ne chaha k un ke aggression ko avoid kar k kisi tarah dawah ka jo process hai woh chalate rahen.</w:t>
      </w:r>
    </w:p>
    <w:p>
      <w:pPr>
        <w:jc w:val="right"/>
      </w:pPr>
      <w:r>
        <w:t>آپ نے چاہا کہ ان کے ایگریشن کو اوائڈ کر کے کسی طریقے سے دعوت کا جو پراسیس ہے وہ چلاتے رہیں۔</w:t>
      </w:r>
    </w:p>
    <w:p>
      <w:r>
        <w:rPr>
          <w:b/>
        </w:rPr>
        <w:t xml:space="preserve">[14:28] </w:t>
      </w:r>
      <w:r>
        <w:t>dawah ka process jo hai woh break na hone paye. to</w:t>
      </w:r>
    </w:p>
    <w:p>
      <w:pPr>
        <w:jc w:val="right"/>
      </w:pPr>
      <w:r>
        <w:t>دعوت کا پراسیس جو ہے وہ بریک نہ ہونے پائے۔ تو</w:t>
      </w:r>
    </w:p>
    <w:p>
      <w:r>
        <w:rPr>
          <w:b/>
        </w:rPr>
        <w:t xml:space="preserve">[14:34] </w:t>
      </w:r>
      <w:r>
        <w:t>unhon ne to bar bar bar bar attack kar k aap ko larai mein uljhana chaha. lekin jo aap aap ki jo strategy thi avoid karne ki</w:t>
      </w:r>
    </w:p>
    <w:p>
      <w:pPr>
        <w:jc w:val="right"/>
      </w:pPr>
      <w:r>
        <w:t>انہوں نے تو بار بار بار بار اٹیک کر کے آپ کو لڑائی میں الجھانا چاہا۔ لیکن جو آپ آپ کی جو اسٹریٹجی تھی اوائڈ کرنے کی</w:t>
      </w:r>
    </w:p>
    <w:p>
      <w:r>
        <w:rPr>
          <w:b/>
        </w:rPr>
        <w:t xml:space="preserve">[14:52] </w:t>
      </w:r>
      <w:r>
        <w:t>is strategy ki wajah se aisa hua k sirf teen bar takrao hua. jis ko kaha jata hai badar, uhud aur hunain.</w:t>
      </w:r>
    </w:p>
    <w:p>
      <w:pPr>
        <w:jc w:val="right"/>
      </w:pPr>
      <w:r>
        <w:t>اس اسٹریٹجی کی وجہ سے ایسا ہوا کہ صرف تین بار ٹکراؤ ہوا۔ جس کو کہا جاتا ہے بدر، احد اور حنین۔</w:t>
      </w:r>
    </w:p>
    <w:p>
      <w:r>
        <w:rPr>
          <w:b/>
        </w:rPr>
        <w:t xml:space="preserve">[15:02] </w:t>
      </w:r>
      <w:r>
        <w:t>sirf teen bar.</w:t>
      </w:r>
    </w:p>
    <w:p>
      <w:pPr>
        <w:jc w:val="right"/>
      </w:pPr>
      <w:r>
        <w:t>صرف تین بار۔</w:t>
      </w:r>
    </w:p>
    <w:p>
      <w:r>
        <w:rPr>
          <w:b/>
        </w:rPr>
        <w:t xml:space="preserve">[15:04] </w:t>
      </w:r>
      <w:r>
        <w:t>acha teeno bar kya hua? adhe adhe din ki larai hui. yani dopahar ko shuru hui, sham ko khatam ho gayi. ab dekhiye k larai ki jo history hai bohat si kitabein chapi hain history of war par.</w:t>
      </w:r>
    </w:p>
    <w:p>
      <w:pPr>
        <w:jc w:val="right"/>
      </w:pPr>
      <w:r>
        <w:t>اچھا تینوں بار کیا ہوا؟ ادھے ادھے دن کی لڑائی ہوئی۔ یعنی دوپہر کو شروع ہوئی، شام کو ختم ہو گئی۔ اب دیکھیے کہ لڑائی کی جو ہسٹری ہے بہت سی کتابیں چھپی ہیں ہسٹری آف وار پر۔</w:t>
      </w:r>
    </w:p>
    <w:p>
      <w:r>
        <w:rPr>
          <w:b/>
        </w:rPr>
        <w:t xml:space="preserve">[15:18] </w:t>
      </w:r>
      <w:r>
        <w:t>history of war par jo laraiyan huien dunya mein is par baqayda book chapi hain baqayda history of war. aur kaha jata hai k das hazar laraiyan huien.</w:t>
      </w:r>
    </w:p>
    <w:p>
      <w:pPr>
        <w:jc w:val="right"/>
      </w:pPr>
      <w:r>
        <w:t>ہسٹری آف وار پر جو لڑائیاں ہوئیں دنیا میں اس پر باقاعدہ بک چھپی ہیں باقاعدہ ہسٹری آف وار۔ اور کہا جاتا ہے کہ دس ہزار لڑائیاں ہوئیں۔</w:t>
      </w:r>
    </w:p>
    <w:p>
      <w:r>
        <w:rPr>
          <w:b/>
        </w:rPr>
        <w:t xml:space="preserve">[15:31] </w:t>
      </w:r>
      <w:r>
        <w:t>yani bari bari laraiyan, choti laraiyan to aur zyada. to koi bhi larai aisi nahi hai jo sirf adhe din hui ho.</w:t>
      </w:r>
    </w:p>
    <w:p>
      <w:pPr>
        <w:jc w:val="right"/>
      </w:pPr>
      <w:r>
        <w:t>یعنی بڑی بڑی لڑائیاں، چھوٹی لڑائیاں تو اور زیادہ۔ تو کوئی بھی لڑائی ایسی نہیں ہے جو صرف ادھے دن ہوئی ہو۔</w:t>
      </w:r>
    </w:p>
    <w:p>
      <w:r>
        <w:rPr>
          <w:b/>
        </w:rPr>
        <w:t xml:space="preserve">[15:41] </w:t>
      </w:r>
      <w:r>
        <w:t>koi bhi larai nahi aisi hai.</w:t>
      </w:r>
    </w:p>
    <w:p>
      <w:pPr>
        <w:jc w:val="right"/>
      </w:pPr>
      <w:r>
        <w:t>کوئی بھی لڑائی نہیں ایسی ہے۔</w:t>
      </w:r>
    </w:p>
    <w:p>
      <w:r>
        <w:rPr>
          <w:b/>
        </w:rPr>
        <w:t xml:space="preserve">[15:45] </w:t>
      </w:r>
      <w:r>
        <w:t>is liye main kahunga k yeh jo teen adhe din ki laraiyan theen yeh is ko is par skirmishes kehna sahi hoga. war nahi. yani all these three wars were skirmishes rather than war.</w:t>
      </w:r>
    </w:p>
    <w:p>
      <w:pPr>
        <w:jc w:val="right"/>
      </w:pPr>
      <w:r>
        <w:t>اس لیے میں کہوں گا کہ یہ جو تین ادھے دن کی لڑائیاں تھیں یہ اس کو اس پر اسکرمیشنز کہنا صحیح ہوگا۔ وار نہیں۔ یعنی ال دیز تھری وارز ویر اسکرمیشنز رادر دین وار۔</w:t>
      </w:r>
    </w:p>
    <w:p>
      <w:r>
        <w:rPr>
          <w:b/>
        </w:rPr>
        <w:t xml:space="preserve">[16:02] </w:t>
      </w:r>
      <w:r>
        <w:t>kyun k mujhe aap bataiye k dunya mein kon si larai aisi hui hai jo adhe din chali ho? chalti rehti hai, chalti rehti hai, chalti rehti hai.</w:t>
      </w:r>
    </w:p>
    <w:p>
      <w:pPr>
        <w:jc w:val="right"/>
      </w:pPr>
      <w:r>
        <w:t>کیونکہ مجھے آپ بتائیے کہ دنیا میں کون سی لڑائی ایسی ہوئی ہے جو ادھے دن چلی ہو؟ چلتی رہتی ہے، چلتی رہتی ہے، چلتی رہتی ہے۔</w:t>
      </w:r>
    </w:p>
    <w:p>
      <w:r>
        <w:rPr>
          <w:b/>
        </w:rPr>
        <w:t xml:space="preserve">[16:14] </w:t>
      </w:r>
      <w:r>
        <w:t>yani mahinon aur salon balkeh do do sal, do sau sal, do do sau sal tak chalti rahen aisi laraiyan dunya mein huien hain.</w:t>
      </w:r>
    </w:p>
    <w:p>
      <w:pPr>
        <w:jc w:val="right"/>
      </w:pPr>
      <w:r>
        <w:t>یعنی مہینوں اور سالوں بلکہ دو دو سال، دو سو سال، دو دو سو سال تک چلتی رہیں ایسی لڑائیاں دنیا میں ہوئی ہیں۔</w:t>
      </w:r>
    </w:p>
    <w:p>
      <w:r>
        <w:rPr>
          <w:b/>
        </w:rPr>
        <w:t xml:space="preserve">[16:25] </w:t>
      </w:r>
      <w:r>
        <w:t>khud arab mein yeh hal tha k hal hi ne likha hai k woh bakra aur taghlab ki pay hum larai sadi jis mein adhi unhon ne gawai.</w:t>
      </w:r>
    </w:p>
    <w:p>
      <w:pPr>
        <w:jc w:val="right"/>
      </w:pPr>
      <w:r>
        <w:t>خود عرب میں یہ حال تھا کہ حال ہی نے لکھا ہے کہ وہ بکرا اور تغلب کی پائے ہم لڑائی صدی جس میں ادھی انہوں نے گوائی۔</w:t>
      </w:r>
    </w:p>
    <w:p>
      <w:r>
        <w:rPr>
          <w:b/>
        </w:rPr>
        <w:t xml:space="preserve">[16:38] </w:t>
      </w:r>
      <w:r>
        <w:t>yani do tribe k beech mein larai chhari woh ek so sal tak jari rahi arab mein. woh bakra aur taghlab ki baham larai sadi jis mein adhi unhon ne gawai.</w:t>
      </w:r>
    </w:p>
    <w:p>
      <w:pPr>
        <w:jc w:val="right"/>
      </w:pPr>
      <w:r>
        <w:t>یعنی دو ٹرائب کے بیچ میں لڑائی چھڑی وہ ایک سو سال تک جاری رہی عرب میں۔ وہ بکرا اور تغلب کی باہم لڑائی صدی جس میں ادھی انہوں نے گوائی۔</w:t>
      </w:r>
    </w:p>
    <w:p>
      <w:r>
        <w:rPr>
          <w:b/>
        </w:rPr>
        <w:t xml:space="preserve">[16:51] </w:t>
      </w:r>
      <w:r>
        <w:t>to rasool Allah ke apne jo apna jo country tha arab ya arab ke bahir jo dunya thi laraiyan hoti thin wo chalti rehti thin, chalti rehti thin, chalti rehti theen.</w:t>
      </w:r>
    </w:p>
    <w:p>
      <w:pPr>
        <w:jc w:val="right"/>
      </w:pPr>
      <w:r>
        <w:t>تو رسول اللہ کے اپنے جو اپنا جو کنٹری تھا عرب یا عرب کے باہر جو دنیا تھی لڑائیاں ہوتی تھیں وہ چلتی رہتی تھیں، چلتی رہتی تھیں، چلتی رہتی تھیں۔</w:t>
      </w:r>
    </w:p>
    <w:p>
      <w:r>
        <w:rPr>
          <w:b/>
        </w:rPr>
        <w:t xml:space="preserve">[17:04] </w:t>
      </w:r>
      <w:r>
        <w:t>aap ne ek larai ko adhe din mein khatam kar diya kyunke aap hamesha avoid karte thay. avoid ki ek poori kitaab likhi jaye to avoidance jo tha aap ka principle of avoidance us par ek poori kitaab aap likh sakte hain.</w:t>
      </w:r>
    </w:p>
    <w:p>
      <w:pPr>
        <w:jc w:val="right"/>
      </w:pPr>
      <w:r>
        <w:t>آپ نے ایک لڑائی کو ادھے دن میں ختم کر دیا کیونکہ آپ ہمیشہ اوائڈ کرتے تھے۔ اوائڈ کی ایک پوری کتاب لکھی جائے تو اوائڈنس جو تھا آپ کا پرنسپل آف اوائڈنس اس پر ایک پوری کتاب آپ لکھ سکتے ہیں۔</w:t>
      </w:r>
    </w:p>
    <w:p>
      <w:r>
        <w:rPr>
          <w:b/>
        </w:rPr>
        <w:t xml:space="preserve">[17:20] </w:t>
      </w:r>
      <w:r>
        <w:t>to is liye main kahunga ke ye jo laraiyan theen teen ye skirmishes theen, ye ye war nahi theen. kyun aap ne aisa kiya?</w:t>
      </w:r>
    </w:p>
    <w:p>
      <w:pPr>
        <w:jc w:val="right"/>
      </w:pPr>
      <w:r>
        <w:t>تو اس لیے میں کہوں گا کہ یہ جو لڑائیاں تھیں تین یہ اسکرمیشنز تھیں، یہ یہ وار نہیں تھیں۔ کیوں آپ نے ایسا کیا؟</w:t>
      </w:r>
    </w:p>
    <w:p>
      <w:r>
        <w:rPr>
          <w:b/>
        </w:rPr>
        <w:t xml:space="preserve">[17:30] </w:t>
      </w:r>
      <w:r>
        <w:t>sirf is liye kiya ke dawah ka kaam kaam ruk jata hai agar aap larai mein ulajh jate to. where there is war, there is no dawah.</w:t>
      </w:r>
    </w:p>
    <w:p>
      <w:pPr>
        <w:jc w:val="right"/>
      </w:pPr>
      <w:r>
        <w:t>صرف اس لیے کیا کہ دعوت کا کام کام رک جاتا ہے اگر آپ لڑائی میں الجھ جاتے تو۔ ویر دیر از وار، دیر از نو دعویٰ۔</w:t>
      </w:r>
    </w:p>
    <w:p>
      <w:r>
        <w:rPr>
          <w:b/>
        </w:rPr>
        <w:t xml:space="preserve">[17:44] </w:t>
      </w:r>
      <w:r>
        <w:t>to aap ne bar bar yak tarfa yani unilateral sacrifice kar ke unilateral adjustment kar ke avoid kiya war ko taake dawah ka mahol baqi rahe.</w:t>
      </w:r>
    </w:p>
    <w:p>
      <w:pPr>
        <w:jc w:val="right"/>
      </w:pPr>
      <w:r>
        <w:t>تو آپ نے بار بار یکطرفہ یعنی یونلیٹرل سیکریفائس کر کے یونلیٹرل ایڈجسٹمنٹ کر کے اوائڈ کیا وار کو تاکہ دعوت کا ماحول باقی رہے۔</w:t>
      </w:r>
    </w:p>
    <w:p>
      <w:r>
        <w:rPr>
          <w:b/>
        </w:rPr>
        <w:t xml:space="preserve">[18:00] </w:t>
      </w:r>
      <w:r>
        <w:t>dawah ka process jo hai yani chalta rahe, chalta rahe, chalta rahe. phir aap dekhiye</w:t>
      </w:r>
    </w:p>
    <w:p>
      <w:pPr>
        <w:jc w:val="right"/>
      </w:pPr>
      <w:r>
        <w:t>دعوت کا پراسیس جو ہے یعنی چلتا رہے، چلتا رہے، چلتا رہے۔ پھر آپ دیکھیے</w:t>
      </w:r>
    </w:p>
    <w:p>
      <w:r>
        <w:rPr>
          <w:b/>
        </w:rPr>
        <w:t xml:space="preserve">[18:11] </w:t>
      </w:r>
      <w:r>
        <w:t>aap ne kiya kiya?</w:t>
      </w:r>
    </w:p>
    <w:p>
      <w:pPr>
        <w:jc w:val="right"/>
      </w:pPr>
      <w:r>
        <w:t>آپ نے کیا کیا؟</w:t>
      </w:r>
    </w:p>
    <w:p>
      <w:r>
        <w:rPr>
          <w:b/>
        </w:rPr>
        <w:t xml:space="preserve">[18:13] </w:t>
      </w:r>
      <w:r>
        <w:t>ek bohat hi gehri strategy aap ne istemal farmayi ke quraish ki ka aggression jo tha wo khatam nahi ho raha tha.</w:t>
      </w:r>
    </w:p>
    <w:p>
      <w:pPr>
        <w:jc w:val="right"/>
      </w:pPr>
      <w:r>
        <w:t>ایک بہت ہی گہری اسٹریٹجی آپ نے استعمال فرمائی کہ قریش کی کا ایگریشن جو تھا وہ ختم نہیں ہو رہا تھا۔</w:t>
      </w:r>
    </w:p>
    <w:p>
      <w:r>
        <w:rPr>
          <w:b/>
        </w:rPr>
        <w:t xml:space="preserve">[18:25] </w:t>
      </w:r>
      <w:r>
        <w:t>to aap ne negotiation karna shuru kiya un se. negotiation kis baat par? treaty par nahi. aaj kal to laraiyan treaty par ki jati hain.</w:t>
      </w:r>
    </w:p>
    <w:p>
      <w:pPr>
        <w:jc w:val="right"/>
      </w:pPr>
      <w:r>
        <w:t>تو آپ نے نیگوشی ایشن کرنا شروع کیا ان سے۔ نیگوشی ایشن کس بات پر؟ ٹریٹی پر نہیں۔ آج کل تو لڑائیاں ٹریٹی پر کی جاتی ہیں۔</w:t>
      </w:r>
    </w:p>
    <w:p>
      <w:r>
        <w:rPr>
          <w:b/>
        </w:rPr>
        <w:t xml:space="preserve">[18:36] </w:t>
      </w:r>
      <w:r>
        <w:t>ye ye country hamara, ye treaty hamari.</w:t>
      </w:r>
    </w:p>
    <w:p>
      <w:pPr>
        <w:jc w:val="right"/>
      </w:pPr>
      <w:r>
        <w:t>یہ یہ کنٹری ہمارا، یہ ٹریٹی ہماری۔</w:t>
      </w:r>
    </w:p>
    <w:p>
      <w:r>
        <w:rPr>
          <w:b/>
        </w:rPr>
        <w:t xml:space="preserve">[18:41] </w:t>
      </w:r>
      <w:r>
        <w:t>rasool Allah ne treaty par koi na war ki, na koi, na koi negotiation kiya logon se. kuch bhi nahi. aap ki poori strategy mein treaty ka sawal kahin kahin nahi aata.</w:t>
      </w:r>
    </w:p>
    <w:p>
      <w:pPr>
        <w:jc w:val="right"/>
      </w:pPr>
      <w:r>
        <w:t>رسول اللہ نے ٹریٹی پر کوئی نہ وار کی، نہ کوئی، نہ کوئی نیگوشی ایشن کیا لوگوں سے۔ کچھ بھی نہیں۔ آپ کی پوری اسٹریٹجی میں ٹریٹی کا سوال کہیں کہیں نہیں آتا۔</w:t>
      </w:r>
    </w:p>
    <w:p>
      <w:r>
        <w:rPr>
          <w:b/>
        </w:rPr>
        <w:t xml:space="preserve">[18:57] </w:t>
      </w:r>
      <w:r>
        <w:t>kis par tha? larai ko roko. aggression ko roko. us par tha. aur peace lao.</w:t>
      </w:r>
    </w:p>
    <w:p>
      <w:pPr>
        <w:jc w:val="right"/>
      </w:pPr>
      <w:r>
        <w:t>کس پر تھا؟ لڑائی کو روکو۔ ایگریشن کو روکو۔ اس پر تھا۔ اور پیس لاؤ۔</w:t>
      </w:r>
    </w:p>
    <w:p>
      <w:r>
        <w:rPr>
          <w:b/>
        </w:rPr>
        <w:t xml:space="preserve">[19:04] </w:t>
      </w:r>
      <w:r>
        <w:t>bohat important baat hai ye samajhna ke rasool Allah sal Allah alaihi wasallam ne kabhi bhi apne negotiation mein ya apni larai mein ya apni strategy mein treaty ko koi important nahi diya.</w:t>
      </w:r>
    </w:p>
    <w:p>
      <w:pPr>
        <w:jc w:val="right"/>
      </w:pPr>
      <w:r>
        <w:t>بہت امپورٹنٹ بات ہے یہ سمجھنا کہ رسول اللہ صلی اللہ علیہ وسلم نے کبھی بھی اپنے نیگوشی ایشن میں یا اپنی لڑائی میں یا اپنی اسٹریٹجی میں ٹریٹی کو کوئی امپورٹنٹ نہیں دیا۔</w:t>
      </w:r>
    </w:p>
    <w:p>
      <w:r>
        <w:rPr>
          <w:b/>
        </w:rPr>
        <w:t xml:space="preserve">[19:13] </w:t>
      </w:r>
      <w:r>
        <w:t>iska naam koi reference nahi aap payenge aap treaty ka.</w:t>
      </w:r>
    </w:p>
    <w:p>
      <w:pPr>
        <w:jc w:val="right"/>
      </w:pPr>
      <w:r>
        <w:t>اس کا نام کوئی ریفرنس نہیں آپ پائیں گے آپ ٹریٹی کا۔</w:t>
      </w:r>
    </w:p>
    <w:p>
      <w:r>
        <w:rPr>
          <w:b/>
        </w:rPr>
        <w:t xml:space="preserve">[19:20] </w:t>
      </w:r>
      <w:r>
        <w:t>jaise misaal ke tor par ye ke makkah hamara watan tha tum ne is ko hum ko hum ko nikala wahan se to humein makkah wapas karo. aisi koi baat kabhi aap ne farmayi nahi.</w:t>
      </w:r>
    </w:p>
    <w:p>
      <w:pPr>
        <w:jc w:val="right"/>
      </w:pPr>
      <w:r>
        <w:t>جیسے مثال کے طور پر یہ کہ مکہ ہمارا وطن تھا تم نے اس کو ہم کو ہم کو نکالا وہاں سے تو ہمیں مکہ واپس کرو۔ ایسی کوئی بات کبھی آپ نے فرمائی نہیں۔</w:t>
      </w:r>
    </w:p>
    <w:p>
      <w:r>
        <w:rPr>
          <w:b/>
        </w:rPr>
        <w:t xml:space="preserve">[19:32] </w:t>
      </w:r>
      <w:r>
        <w:t>kabhi aap ek bhi aap ko reference nahi mil sakta ke aap ne ye kaha ho ke madina mein hum diaspora ke tor par hain, makkah hamara homeland hai, humein wapas karo us ko.</w:t>
      </w:r>
    </w:p>
    <w:p>
      <w:pPr>
        <w:jc w:val="right"/>
      </w:pPr>
      <w:r>
        <w:t>کبھی آپ ایک بھی آپ کو ریفرنس نہیں مل سکتا کہ آپ نے یہ کہا ہو کہ مدینہ میں ہم ڈائسپورا کے طور پر ہیں، مکہ ہمارا ہوم لینڈ ہے، ہمیں واپس کرو اس کو۔</w:t>
      </w:r>
    </w:p>
    <w:p>
      <w:r>
        <w:rPr>
          <w:b/>
        </w:rPr>
        <w:t xml:space="preserve">[19:47] </w:t>
      </w:r>
      <w:r>
        <w:t>ye rasool Allah sal Allah alaihi wasallam ka target nahi hota tha.</w:t>
      </w:r>
    </w:p>
    <w:p>
      <w:pPr>
        <w:jc w:val="right"/>
      </w:pPr>
      <w:r>
        <w:t>یہ رسول اللہ صلی اللہ علیہ وسلم کا ٹارگٹ نہیں ہوتا تھا۔</w:t>
      </w:r>
    </w:p>
    <w:p>
      <w:r>
        <w:rPr>
          <w:b/>
        </w:rPr>
        <w:t xml:space="preserve">[19:53] </w:t>
      </w:r>
      <w:r>
        <w:t>to aap ne jo negotiation chalaya hudaybiyah ke maqam par jo taqreeban do haftay chala ya do haftay se zyada to us mein aap ne sirf ek hi cheez chahi thi ke hamare aur tumhare beech mein no war pact ho jaye.</w:t>
      </w:r>
    </w:p>
    <w:p>
      <w:pPr>
        <w:jc w:val="right"/>
      </w:pPr>
      <w:r>
        <w:t>تو آپ نے جو نیگوشی ایشن چلایا حدیبیہ کے مقام پر جو تقریباً دو ہفتے چلا یا دو ہفتے سے زیادہ تو اس میں آپ نے صرف ایک ہی چیز چاہی تھی کہ ہمارے اور تمہارے بیچ میں نو وار پیکٹ ہو جائے۔</w:t>
      </w:r>
    </w:p>
    <w:p>
      <w:r>
        <w:rPr>
          <w:b/>
        </w:rPr>
        <w:t xml:space="preserve">[20:13] </w:t>
      </w:r>
      <w:r>
        <w:t>bas aur kuch nahi. no war pact.</w:t>
      </w:r>
    </w:p>
    <w:p>
      <w:pPr>
        <w:jc w:val="right"/>
      </w:pPr>
      <w:r>
        <w:t>بس اور کچھ نہیں۔ نو وار پیکٹ۔</w:t>
      </w:r>
    </w:p>
    <w:p>
      <w:r>
        <w:rPr>
          <w:b/>
        </w:rPr>
        <w:t xml:space="preserve">[20:18] </w:t>
      </w:r>
      <w:r>
        <w:t>to wo log chunke yani wo log to bohat hi emotional thay, un ko daab daba tha wahan par to unhon ne apni conditions pesh keen.</w:t>
      </w:r>
    </w:p>
    <w:p>
      <w:pPr>
        <w:jc w:val="right"/>
      </w:pPr>
      <w:r>
        <w:t>تو وہ لوگ چونکہ یعنی وہ لوگ تو بہت ہی ایموشنل تھے، ان کو دبدبہ تھا وہاں پر تو انہوں نے اپنی کنڈیشنز پیش کیں۔</w:t>
      </w:r>
    </w:p>
    <w:p>
      <w:r>
        <w:rPr>
          <w:b/>
        </w:rPr>
        <w:t xml:space="preserve">[20:32] </w:t>
      </w:r>
      <w:r>
        <w:t>apni conditions. aap ne un ki sari conditions ko unilaterally maan liya. sirf is liye ke no war pact ho jaye.</w:t>
      </w:r>
    </w:p>
    <w:p>
      <w:pPr>
        <w:jc w:val="right"/>
      </w:pPr>
      <w:r>
        <w:t>اپنی کنڈیشنز۔ آپ نے ان کی ساری کنڈیشنز کو یونلیٹرلی مان لیا۔ صرف اس لیے کہ نو وار پیکٹ ہو جائے۔</w:t>
      </w:r>
    </w:p>
    <w:p>
      <w:r>
        <w:rPr>
          <w:b/>
        </w:rPr>
        <w:t xml:space="preserve">[20:44] </w:t>
      </w:r>
      <w:r>
        <w:t>yani rasool Allah aur quraish ke darmiyan no war pact ka sign ho jaye us par. us ke liye aap ne un in ki sari conditions ko, un ki sari sharton ko yak tarfa tor par, unilateral tor par maan liya.</w:t>
      </w:r>
    </w:p>
    <w:p>
      <w:pPr>
        <w:jc w:val="right"/>
      </w:pPr>
      <w:r>
        <w:t>یعنی رسول اللہ اور قریش کے درمیان نو وار پیکٹ کا سائن ہو جائے اس پر۔ اس کے لیے آپ نے ان ان کی ساری کنڈیشنز کو، ان کی ساری شرطوں کو یکطرفہ طور پر، یونلیٹرل طور پر مان لیا۔</w:t>
      </w:r>
    </w:p>
    <w:p>
      <w:r>
        <w:rPr>
          <w:b/>
        </w:rPr>
        <w:t xml:space="preserve">[21:01] </w:t>
      </w:r>
      <w:r>
        <w:t>yahan tak ke no war pact ho gaya. kyun kiya aap ne aisa? to quran mein bataya gaya hai ke inna fatahna laka fathan mubeena.</w:t>
      </w:r>
    </w:p>
    <w:p>
      <w:pPr>
        <w:jc w:val="right"/>
      </w:pPr>
      <w:r>
        <w:t>یہاں تک کہ نو وار پیکٹ ہو گیا۔ کیوں کیا آپ نے ایسا؟ تو قرآن میں بتایا گیا ہے کہ انا فتحنا لک فتح مبینہ۔</w:t>
      </w:r>
    </w:p>
    <w:p>
      <w:r>
        <w:rPr>
          <w:b/>
        </w:rPr>
        <w:t xml:space="preserve">[21:14] </w:t>
      </w:r>
      <w:r>
        <w:t>jaise hi ye no war pact hua rasool Allah aur aur quraish ke beech mein ye ayat utri. inna fatahna laka fathan mubeena.</w:t>
      </w:r>
    </w:p>
    <w:p>
      <w:pPr>
        <w:jc w:val="right"/>
      </w:pPr>
      <w:r>
        <w:t>جیسے ہی یہ نو وار پیکٹ ہوا رسول اللہ اور اور قریش کے بیچ میں یہ آیت اتری۔ انا فتحنا لک فتح مبینہ۔</w:t>
      </w:r>
    </w:p>
    <w:p>
      <w:r>
        <w:rPr>
          <w:b/>
        </w:rPr>
        <w:t xml:space="preserve">[21:24] </w:t>
      </w:r>
      <w:r>
        <w:t>hum ne tum ko khuli fatah de di.</w:t>
      </w:r>
    </w:p>
    <w:p>
      <w:pPr>
        <w:jc w:val="right"/>
      </w:pPr>
      <w:r>
        <w:t>ہم نے تم کو کھلی فتح دے دی۔</w:t>
      </w:r>
    </w:p>
    <w:p>
      <w:r>
        <w:rPr>
          <w:b/>
        </w:rPr>
        <w:t xml:space="preserve">[21:29] </w:t>
      </w:r>
      <w:r>
        <w:t>we give you open victory. ab dekhen ke yeh yeh victory kya thi? is packet mein na to koi treaty mili thi aap ko. na aur koi political jeet hui thi.</w:t>
      </w:r>
    </w:p>
    <w:p>
      <w:pPr>
        <w:jc w:val="right"/>
      </w:pPr>
      <w:r>
        <w:t>وی گیو یو اوپن وکٹری۔ اب دیکھیں کہ یہ یہ وکٹری کیا تھی؟ اس پیکٹ میں نہ تو کوئی ٹریٹی ملی تھی آپ کو۔ نہ اور کوئی پولیٹیکل جیت ہوئی تھی۔</w:t>
      </w:r>
    </w:p>
    <w:p>
      <w:r>
        <w:rPr>
          <w:b/>
        </w:rPr>
        <w:t xml:space="preserve">[21:42] </w:t>
      </w:r>
      <w:r>
        <w:t>misalan is packet mein yeh nahi tha ke makkah jo hum ne chhod diya hai, wahan ke saare ghar jo hain hamare, hamari property hai, woh saari wapas deni padegi tum ko.</w:t>
      </w:r>
    </w:p>
    <w:p>
      <w:pPr>
        <w:jc w:val="right"/>
      </w:pPr>
      <w:r>
        <w:t>مثلاً اس پیکٹ میں یہ نہیں تھا کہ مکہ جو ہم نے چھوڑ دیا ہے، وہاں کے سارے گھر جو ہیں ہمارے، ہماری پراپرٹی ہے، وہ ساری واپس دینی پڑے گی تم کو۔</w:t>
      </w:r>
    </w:p>
    <w:p>
      <w:r>
        <w:rPr>
          <w:b/>
        </w:rPr>
        <w:t xml:space="preserve">[21:51] </w:t>
      </w:r>
      <w:r>
        <w:t>aisa kuch bhi nahi tha is mein. to jeet kis baat ki?</w:t>
      </w:r>
    </w:p>
    <w:p>
      <w:pPr>
        <w:jc w:val="right"/>
      </w:pPr>
      <w:r>
        <w:t>ایسا کچھ بھی نہیں تھا اس میں۔ تو جیت کس بات کی؟</w:t>
      </w:r>
    </w:p>
    <w:p>
      <w:r>
        <w:rPr>
          <w:b/>
        </w:rPr>
        <w:t xml:space="preserve">[21:55] </w:t>
      </w:r>
      <w:r>
        <w:t>aap sochiye ke makkah madi hudaybiya treaty jo hua tha, hudaybiya jo agreement jo hua tha, is ke just baad yeh ayat utarti hai.</w:t>
      </w:r>
    </w:p>
    <w:p>
      <w:pPr>
        <w:jc w:val="right"/>
      </w:pPr>
      <w:r>
        <w:t>آپ سوچیے کہ مکہ مدی حدیبیہ ٹریٹی جو ہوا تھا، حدیبیہ جو ایگریمنٹ جو ہوا تھا، اس کے جسٹ بعد یہ آیت اترتی ہے۔</w:t>
      </w:r>
    </w:p>
    <w:p>
      <w:r>
        <w:rPr>
          <w:b/>
        </w:rPr>
        <w:t xml:space="preserve">[22:08] </w:t>
      </w:r>
      <w:r>
        <w:t>inna fatahna laka fat-han mubeena. ke hudaybiya treaty tumhare liye fath, fath, khuli fath hai. to fath kis baat ki thi?</w:t>
      </w:r>
    </w:p>
    <w:p>
      <w:pPr>
        <w:jc w:val="right"/>
      </w:pPr>
      <w:r>
        <w:t>انا فتحنا لک فتح مبینہ۔ کہ حدیبیہ ٹریٹی تمہارے لیے فتح، فتح، کھلی فتح ہے۔ تو فتح کس بات کی تھی؟</w:t>
      </w:r>
    </w:p>
    <w:p>
      <w:r>
        <w:rPr>
          <w:b/>
        </w:rPr>
        <w:t xml:space="preserve">[22:19] </w:t>
      </w:r>
      <w:r>
        <w:t>aap ghor kijiye kis baat ki thi?</w:t>
      </w:r>
    </w:p>
    <w:p>
      <w:pPr>
        <w:jc w:val="right"/>
      </w:pPr>
      <w:r>
        <w:t>آپ غور کیجئے کس بات کی تھی؟</w:t>
      </w:r>
    </w:p>
    <w:p>
      <w:r>
        <w:rPr>
          <w:b/>
        </w:rPr>
        <w:t xml:space="preserve">[22:22] </w:t>
      </w:r>
      <w:r>
        <w:t>ke aap makkah ke saare property, saare land de diya gaya tha aap ko wapas jo ke chhod kar aaye the aap?</w:t>
      </w:r>
    </w:p>
    <w:p>
      <w:pPr>
        <w:jc w:val="right"/>
      </w:pPr>
      <w:r>
        <w:t>کہ آپ مکہ کے سارے پراپرٹی، سارے لینڈ دے دیا گیا تھا آپ کو واپس جو کہ چھوڑ کر آئے تھے آپ؟</w:t>
      </w:r>
    </w:p>
    <w:p>
      <w:r>
        <w:rPr>
          <w:b/>
        </w:rPr>
        <w:t xml:space="preserve">[22:30] </w:t>
      </w:r>
      <w:r>
        <w:t>nahin. yeh tha fath-e-bab-e-dawah. yaani dawah ke darwaze khul jana.</w:t>
      </w:r>
    </w:p>
    <w:p>
      <w:pPr>
        <w:jc w:val="right"/>
      </w:pPr>
      <w:r>
        <w:t>نہیں۔ یہ تھا فتح باب دعوت۔ یعنی دعوت کے دروازے کھل جانا۔</w:t>
      </w:r>
    </w:p>
    <w:p>
      <w:r>
        <w:rPr>
          <w:b/>
        </w:rPr>
        <w:t xml:space="preserve">[22:41] </w:t>
      </w:r>
      <w:r>
        <w:t>he kafar now now all the doors of dawah open.</w:t>
      </w:r>
    </w:p>
    <w:p>
      <w:pPr>
        <w:jc w:val="right"/>
      </w:pPr>
      <w:r>
        <w:t>ہی کفر ناؤ ناؤ ال دا ڈورز آف دعوت اوپن۔</w:t>
      </w:r>
    </w:p>
    <w:p>
      <w:r>
        <w:rPr>
          <w:b/>
        </w:rPr>
        <w:t xml:space="preserve">[22:46] </w:t>
      </w:r>
      <w:r>
        <w:t>fath, fath mubeen jo is ayat mein hai, is ke maani kya hain? After this agreement, now all the doors of dawah are open.</w:t>
      </w:r>
    </w:p>
    <w:p>
      <w:pPr>
        <w:jc w:val="right"/>
      </w:pPr>
      <w:r>
        <w:t>فتح، فتح مبین جو اس آیت میں ہے، اس کے معنی کیا ہیں؟ افٹر دس ایگریمنٹ ناؤ ال دا ڈورز آف دعوت از اوپن۔</w:t>
      </w:r>
    </w:p>
    <w:p>
      <w:r>
        <w:rPr>
          <w:b/>
        </w:rPr>
        <w:t xml:space="preserve">[22:57] </w:t>
      </w:r>
      <w:r>
        <w:t>what a good news! allah taala ke nazdeek yeh good news nahi thi ke treaty mil jaye unhein. allah taala ke nazdeek aham baat yeh thi ke dawah ke jo opportunities hain woh khul jayein.</w:t>
      </w:r>
    </w:p>
    <w:p>
      <w:pPr>
        <w:jc w:val="right"/>
      </w:pPr>
      <w:r>
        <w:t>واٹ ا گڈ نیوز! اللہ تعالی کے نزدیک یہ گڈ نیوز نہیں تھی کہ ٹریٹری مل جائے انہیں۔ اللہ تعالی کے نزدیک اہم بات یہ تھی کہ دعوت کے جو اپرچونیٹیز ہیں وہ کھل جائیں۔</w:t>
      </w:r>
    </w:p>
    <w:p>
      <w:r>
        <w:rPr>
          <w:b/>
        </w:rPr>
        <w:t xml:space="preserve">[23:11] </w:t>
      </w:r>
      <w:r>
        <w:t>yeh kitni badi baat hai! kitni badi wisdom is ke andar hai!</w:t>
      </w:r>
    </w:p>
    <w:p>
      <w:pPr>
        <w:jc w:val="right"/>
      </w:pPr>
      <w:r>
        <w:t>یہ کتنی بڑی بات ہے! کتنی بڑی وزڈم اس کے اندر ہے!</w:t>
      </w:r>
    </w:p>
    <w:p>
      <w:r>
        <w:rPr>
          <w:b/>
        </w:rPr>
        <w:t xml:space="preserve">[23:17] </w:t>
      </w:r>
      <w:r>
        <w:t>jab tak aap is ke background ko na dekhen, aap is ki importance nahi samjhenge. kyunke jis waqt yeh hua tha hudaybiya agreement, us waqt kya position thi?</w:t>
      </w:r>
    </w:p>
    <w:p>
      <w:pPr>
        <w:jc w:val="right"/>
      </w:pPr>
      <w:r>
        <w:t>جب تک آپ اس کے بیک گراؤنڈ کو نہ دیکھیں، آپ اس کی امپورٹنس نہیں سمجھیں گے۔ کیونکہ جس وقت یہ ہوا تھا حدیبیہ ایگریمنٹ، اس وقت کیا پوزیشن تھی؟</w:t>
      </w:r>
    </w:p>
    <w:p>
      <w:r>
        <w:rPr>
          <w:b/>
        </w:rPr>
        <w:t xml:space="preserve">[23:27] </w:t>
      </w:r>
      <w:r>
        <w:t>rasool allah ko aur aap ke ashaab ko jo makkah mein paida hue, makkah mein property thi un ki, makkah mein un ke ghar the, woh sab chhod ke chale aaye the madinah.</w:t>
      </w:r>
    </w:p>
    <w:p>
      <w:pPr>
        <w:jc w:val="right"/>
      </w:pPr>
      <w:r>
        <w:t>رسول اللہ کو اور آپ کے اصحاب کو جو مکہ میں پیدا ہوئے، مکہ میں پراپرٹی تھی ان کی، مکہ میں ان کے گھر تھے، وہ سب چھوڑ کے چلے آگئے تھے مدینہ۔</w:t>
      </w:r>
    </w:p>
    <w:p>
      <w:r>
        <w:rPr>
          <w:b/>
        </w:rPr>
        <w:t xml:space="preserve">[23:42] </w:t>
      </w:r>
      <w:r>
        <w:t>us waqt hota hai yeh agreement aur is mein kuch bhi reference nahi is baat ka hai ke makkah ki property tumhari, makkah ke ghar tumhare, makkah ke land jo tum ne chhode, woh sab tumhari.</w:t>
      </w:r>
    </w:p>
    <w:p>
      <w:pPr>
        <w:jc w:val="right"/>
      </w:pPr>
      <w:r>
        <w:t>اس وقت ہوتا ہے یہ ایگریمنٹ اور اس میں کچھ بھی ریفرنس نہیں اس بات کا ہے کہ مکہ کی پراپرٹی تمہاری، مکہ کے گھر تمہارے، مکہ کے لینڈ جو تم نے چھوڑے، وہ سب تمہاری۔</w:t>
      </w:r>
    </w:p>
    <w:p>
      <w:r>
        <w:rPr>
          <w:b/>
        </w:rPr>
        <w:t xml:space="preserve">[23:53] </w:t>
      </w:r>
      <w:r>
        <w:t>kuch bhi is ka nahin. phir bhi fath kaisi?</w:t>
      </w:r>
    </w:p>
    <w:p>
      <w:pPr>
        <w:jc w:val="right"/>
      </w:pPr>
      <w:r>
        <w:t>کچھ بھی اس کا نہیں۔ پھر بھی فتح کیسی؟</w:t>
      </w:r>
    </w:p>
    <w:p>
      <w:r>
        <w:rPr>
          <w:b/>
        </w:rPr>
        <w:t xml:space="preserve">[23:59] </w:t>
      </w:r>
      <w:r>
        <w:t>phir bhi fath mubeen kaise hi hai? woh hai in terms of the opportunity of dawah</w:t>
      </w:r>
    </w:p>
    <w:p>
      <w:pPr>
        <w:jc w:val="right"/>
      </w:pPr>
      <w:r>
        <w:t>پھر بھی فتح مبین کیسے ہی ہے؟ وہ ہے ان ٹرم آف دی اپرچونیٹی آف دعویٰ</w:t>
      </w:r>
    </w:p>
    <w:p>
      <w:r>
        <w:rPr>
          <w:b/>
        </w:rPr>
        <w:t xml:space="preserve">[24:09] </w:t>
      </w:r>
      <w:r>
        <w:t>ke is agreement ne dawah ki saari opportunities khol dein. khoob dawah ka aap karo kyunke ladai ab nahi hogi. jab ladai nahi hai to dawah ka kaam ki saari opportunities khul gayi hain tumhare liye.</w:t>
      </w:r>
    </w:p>
    <w:p>
      <w:pPr>
        <w:jc w:val="right"/>
      </w:pPr>
      <w:r>
        <w:t>کہ اس ایگریمنٹ نے دعوت کی ساری اپرچونیٹیز کھول دیں۔ خوب دعوت کا آپ کرو کیونکہ لڑائی اب نہیں ہوگی۔ جب لڑائی نہیں ہے تو دعوت کا کام کی ساری اپرچونیٹیز کھل گئی ہیں تمہارے لیے۔</w:t>
      </w:r>
    </w:p>
    <w:p>
      <w:r>
        <w:rPr>
          <w:b/>
        </w:rPr>
        <w:t xml:space="preserve">[24:25] </w:t>
      </w:r>
      <w:r>
        <w:t>yeh bahut hi important baat hai jis ko humein bahut zyada samajhna chahiye ke sab kuch kho kar ke bhi agar hum dawah opportunities ko pa lein to khuda ke nazdeek woh fath mubeen hai.</w:t>
      </w:r>
    </w:p>
    <w:p>
      <w:pPr>
        <w:jc w:val="right"/>
      </w:pPr>
      <w:r>
        <w:t>یہ بہت ہی امپورٹنٹ بات ہے جس کو ہمیں بہت زیادہ سمجھنا چاہیے کہ سب کچھ کھو کر کے بھی اگر ہم دعویٰ اپرچونیٹیز کو پا لیں تو خدا کے نزدیک وہ فتح مبین ہے۔</w:t>
      </w:r>
    </w:p>
    <w:p>
      <w:r>
        <w:rPr>
          <w:b/>
        </w:rPr>
        <w:t xml:space="preserve">[24:41] </w:t>
      </w:r>
      <w:r>
        <w:t>kaisi aham baat hai yeh jo surah quran jo quran majeed mein is surah mein batai gayi hai, is ko surah fath kaha jata hai.</w:t>
      </w:r>
    </w:p>
    <w:p>
      <w:pPr>
        <w:jc w:val="right"/>
      </w:pPr>
      <w:r>
        <w:t>کیسی اہم بات ہے یہ جو سورہ قرآن جو قرآن مجید میں اس سورہ میں بتائی گئی ہے، اس کو سورہ فتح کہا جاتا ہے۔</w:t>
      </w:r>
    </w:p>
    <w:p>
      <w:r>
        <w:rPr>
          <w:b/>
        </w:rPr>
        <w:t xml:space="preserve">[24:51] </w:t>
      </w:r>
      <w:r>
        <w:t>surah al-fath,</w:t>
      </w:r>
    </w:p>
    <w:p>
      <w:pPr>
        <w:jc w:val="right"/>
      </w:pPr>
      <w:r>
        <w:t>سورہ الفتح،</w:t>
      </w:r>
    </w:p>
    <w:p>
      <w:r>
        <w:rPr>
          <w:b/>
        </w:rPr>
        <w:t xml:space="preserve">[24:56] </w:t>
      </w:r>
      <w:r>
        <w:t>chapter fath. yaani is ke background ko le kar ke jab aap samjhen is ayat ko, is quranic ek verse ko to matlab kya banta hai?</w:t>
      </w:r>
    </w:p>
    <w:p>
      <w:pPr>
        <w:jc w:val="right"/>
      </w:pPr>
      <w:r>
        <w:t>چیپٹر فتح۔ یعنی اس کے بیک گراؤنڈ کو لے کر کے جب آپ سمجھیں اس آیت کو، اس قرآنی ایک ورس کو تو مطلب کیا بنتا ہے؟</w:t>
      </w:r>
    </w:p>
    <w:p>
      <w:r>
        <w:rPr>
          <w:b/>
        </w:rPr>
        <w:t xml:space="preserve">[25:07] </w:t>
      </w:r>
      <w:r>
        <w:t>ke sab kuch tum ne kho diya, ghar khoya, property khoyi, land khoya, political power tum ko nahi mila,</w:t>
      </w:r>
    </w:p>
    <w:p>
      <w:pPr>
        <w:jc w:val="right"/>
      </w:pPr>
      <w:r>
        <w:t>کہ سب کچھ تم نے کھو دیا، گھر کھویا، پراپرٹی کھوئی، لینڈ کھویا، پولیٹیکل پاور تم کو نہیں ملا،</w:t>
      </w:r>
    </w:p>
    <w:p>
      <w:r>
        <w:rPr>
          <w:b/>
        </w:rPr>
        <w:t xml:space="preserve">[25:18] </w:t>
      </w:r>
      <w:r>
        <w:t>kuch bhi nahi mila. hatta ke kaaba hi buton se khali nahi hua. us waqt tak kaaba mein but rakhe hue the.</w:t>
      </w:r>
    </w:p>
    <w:p>
      <w:pPr>
        <w:jc w:val="right"/>
      </w:pPr>
      <w:r>
        <w:t>کچھ بھی نہیں ملا۔ حتیٰ کہ کعبہ ہی بتوں سے خالی نہیں ہوا۔ اس وقت تک کعبہ میں بت رکھے ہوئے تھے۔</w:t>
      </w:r>
    </w:p>
    <w:p>
      <w:r>
        <w:rPr>
          <w:b/>
        </w:rPr>
        <w:t xml:space="preserve">[25:25] </w:t>
      </w:r>
      <w:r>
        <w:t>jis waqt hudaybiya agreement hua hai, us waqt kaaba mein but abhi tak maujood hote the. to sab kuch kho kar, sab kuch kho kar kya mil gaya hai?</w:t>
      </w:r>
    </w:p>
    <w:p>
      <w:pPr>
        <w:jc w:val="right"/>
      </w:pPr>
      <w:r>
        <w:t>جس وقت حدیبیہ ایگریمنٹ ہوا ہے، اس وقت کعبہ میں بت ابھی تک موجود ہوتے تھے۔ تو سب کچھ کھو کر، سب کچھ کھو کر کیا مل گیا ہے؟</w:t>
      </w:r>
    </w:p>
    <w:p>
      <w:r>
        <w:rPr>
          <w:b/>
        </w:rPr>
        <w:t xml:space="preserve">[25:38] </w:t>
      </w:r>
      <w:r>
        <w:t>dawat ke khule mawaqe, open opportunities for da'wa work. yeh fateh mubeen hai, yeh open victory hai.</w:t>
      </w:r>
    </w:p>
    <w:p>
      <w:pPr>
        <w:jc w:val="right"/>
      </w:pPr>
      <w:r>
        <w:t>دعوت کے کھلے مواقع، اوپن اپرچونیٹیز فار دعویٰ ورک۔ یہ فتح مبین ہے، یہ اوپن وکٹری ہے۔</w:t>
      </w:r>
    </w:p>
    <w:p>
      <w:r>
        <w:rPr>
          <w:b/>
        </w:rPr>
        <w:t xml:space="preserve">[25:48] </w:t>
      </w:r>
      <w:r>
        <w:t>yeh kitna revolutionary idea hai yeh</w:t>
      </w:r>
    </w:p>
    <w:p>
      <w:pPr>
        <w:jc w:val="right"/>
      </w:pPr>
      <w:r>
        <w:t>یہ کتنا ریولیوشنری آئیڈیا ہے یہ</w:t>
      </w:r>
    </w:p>
    <w:p>
      <w:r>
        <w:rPr>
          <w:b/>
        </w:rPr>
        <w:t xml:space="preserve">[25:54] </w:t>
      </w:r>
      <w:r>
        <w:t>ke Khuda ki nazar mein sab kuch kho jaye, tab bhi koi harj nahi hai agar dawat ke rastay khul jayen hamare liye.</w:t>
      </w:r>
    </w:p>
    <w:p>
      <w:pPr>
        <w:jc w:val="right"/>
      </w:pPr>
      <w:r>
        <w:t>کہ خدا کی نظر میں سب کچھ کھو جائے، تب بھی کوئی حرج نہیں ہے اگر دعوت کے راستے کھل جائیں ہمارے لیے۔</w:t>
      </w:r>
    </w:p>
    <w:p>
      <w:r>
        <w:rPr>
          <w:b/>
        </w:rPr>
        <w:t xml:space="preserve">[26:05] </w:t>
      </w:r>
      <w:r>
        <w:t>jangon mein kitne log mare gaye thay? Sahaba Rasool in terms of land, in terms of yani in terms of sacrifice, in terms of property, sab kuch khoya gaya tha, sab kuch khoya gaya tha.</w:t>
      </w:r>
    </w:p>
    <w:p>
      <w:pPr>
        <w:jc w:val="right"/>
      </w:pPr>
      <w:r>
        <w:t>جنگوں میں کتنے لوگ مارے گئے تھے؟ صحابہ رسول ان ٹرم آف لینڈ، ان ٹرم آف یعنی ان ٹرم آف سیکریفائس، ان ٹرم آف پراپرٹی، سب کچھ کھویا گیا تھا، سب کچھ کھویا گیا تھا۔</w:t>
      </w:r>
    </w:p>
    <w:p>
      <w:r>
        <w:rPr>
          <w:b/>
        </w:rPr>
        <w:t xml:space="preserve">[26:28] </w:t>
      </w:r>
      <w:r>
        <w:t>lekin in terms of da'wa sab rastay khul gaye. is ko Allah taala ne fateh mubeen kaha.</w:t>
      </w:r>
    </w:p>
    <w:p>
      <w:pPr>
        <w:jc w:val="right"/>
      </w:pPr>
      <w:r>
        <w:t>لیکن ان ٹرم آف دعویٰ سب راستے کھل گئے۔ اس کو اللہ تعالی نے فتح مبین کہا۔</w:t>
      </w:r>
    </w:p>
    <w:p>
      <w:r>
        <w:rPr>
          <w:b/>
        </w:rPr>
        <w:t xml:space="preserve">[26:37] </w:t>
      </w:r>
      <w:r>
        <w:t>is tarah aap dekhiye ke har mauqe par Rasool Allah sal Allah alaihi wasallam</w:t>
      </w:r>
    </w:p>
    <w:p>
      <w:pPr>
        <w:jc w:val="right"/>
      </w:pPr>
      <w:r>
        <w:t>اس طرح آپ دیکھیے کہ ہر موقع پر رسول اللہ صلی اللہ علیہ وسلم</w:t>
      </w:r>
    </w:p>
    <w:p>
      <w:r>
        <w:rPr>
          <w:b/>
        </w:rPr>
        <w:t xml:space="preserve">[26:44] </w:t>
      </w:r>
      <w:r>
        <w:t>ka ek hi concern hota tha aur woh tha da'wa opportunities. woh tha da'wa opportunities.</w:t>
      </w:r>
    </w:p>
    <w:p>
      <w:pPr>
        <w:jc w:val="right"/>
      </w:pPr>
      <w:r>
        <w:t>کا ایک ہی کنسرن ہوتا تھا اور وہ تھا دعویٰ اپرچونیٹیز۔ وہ تھا دعویٰ اپرچونیٹیز۔</w:t>
      </w:r>
    </w:p>
    <w:p>
      <w:r>
        <w:rPr>
          <w:b/>
        </w:rPr>
        <w:t xml:space="preserve">[26:54] </w:t>
      </w:r>
      <w:r>
        <w:t>ab aap ghor kijiye ke is ke baad kya hua? ke aana jana khul gaya. yani jab ladai ka mahol hota tha to aana jana band ho gaya tha.</w:t>
      </w:r>
    </w:p>
    <w:p>
      <w:pPr>
        <w:jc w:val="right"/>
      </w:pPr>
      <w:r>
        <w:t>اب آپ غور کیجئے کہ اس کے بعد کیا ہوا؟ کہ آنا جانا کھل گیا۔ یعنی جب لڑائی کا ماحول ہوتا تھا تو آنا جانا بند ہو گیا تھا۔</w:t>
      </w:r>
    </w:p>
    <w:p>
      <w:r>
        <w:rPr>
          <w:b/>
        </w:rPr>
        <w:t xml:space="preserve">[27:08] </w:t>
      </w:r>
      <w:r>
        <w:t>yani da'i o mad'u ke darmiyan interaction khatam ho gaya tha.</w:t>
      </w:r>
    </w:p>
    <w:p>
      <w:pPr>
        <w:jc w:val="right"/>
      </w:pPr>
      <w:r>
        <w:t>یعنی داعی و مدعو کے درمیان انٹریکشن ختم ہو گیا تھا۔</w:t>
      </w:r>
    </w:p>
    <w:p>
      <w:r>
        <w:rPr>
          <w:b/>
        </w:rPr>
        <w:t xml:space="preserve">[27:16] </w:t>
      </w:r>
      <w:r>
        <w:t>tab bhi, us waqt bhi jab ke janghi unhon ne jangain chher rakhi theen, tab bhi aap har mauqe par logon ko yaad dilate rehte thay ke bhai jang asal nahi hai, asal to dawat hai.</w:t>
      </w:r>
    </w:p>
    <w:p>
      <w:pPr>
        <w:jc w:val="right"/>
      </w:pPr>
      <w:r>
        <w:t>تب بھی، اس وقت بھی جب کہ جنگی انہوں نے جنگیں چھڑ رکھی تھیں، تب بھی آپ ہر موقع پر لوگوں کو یاد دلاتے رہتے تھے کہ بھئی جنگ اصل نہیں ہے، اصل تو دعوت ہے۔</w:t>
      </w:r>
    </w:p>
    <w:p>
      <w:r>
        <w:rPr>
          <w:b/>
        </w:rPr>
        <w:t xml:space="preserve">[27:29] </w:t>
      </w:r>
      <w:r>
        <w:t>misal ke taur par dekhiye, ek baar ek janghi halaat mein jab ke Rasool Allah ko kuch logon ko bhejna pada, yani defensive war ke liye, to is mein ek thay Hazrat Ali jo sardar banaye gaye thay.</w:t>
      </w:r>
    </w:p>
    <w:p>
      <w:pPr>
        <w:jc w:val="right"/>
      </w:pPr>
      <w:r>
        <w:t>مثال کے طور پر دیکھیے، ایک بار ایک جنگی حالات میں جب کہ رسول اللہ کو کچھ لوگوں کو بھیجنا پڑا، یعنی ڈیفنسو وار کے لیے، تو اس میں ایک تھے حضرت علی جو سردار بنائے گئے تھے۔</w:t>
      </w:r>
    </w:p>
    <w:p>
      <w:r>
        <w:rPr>
          <w:b/>
        </w:rPr>
        <w:t xml:space="preserve">[27:46] </w:t>
      </w:r>
      <w:r>
        <w:t>ek ek troop tha is ke</w:t>
      </w:r>
    </w:p>
    <w:p>
      <w:pPr>
        <w:jc w:val="right"/>
      </w:pPr>
      <w:r>
        <w:t>ایک ایک ٹروپ تھا اس کے</w:t>
      </w:r>
    </w:p>
    <w:p>
      <w:r>
        <w:rPr>
          <w:b/>
        </w:rPr>
        <w:t xml:space="preserve">[27:51] </w:t>
      </w:r>
      <w:r>
        <w:t>. to Rasool Allah ne jab bheja Hazrat Ali ki sardari mein is dasta ko to aap ne Hazrat Ali se kya farmaya?</w:t>
      </w:r>
    </w:p>
    <w:p>
      <w:pPr>
        <w:jc w:val="right"/>
      </w:pPr>
      <w:r>
        <w:t>۔ تو رسول اللہ نے جب بھیجا حضرت علی کی سرداری میں اس دستے کو تو آپ نے حضرت علی سے کیا فرمایا؟</w:t>
      </w:r>
    </w:p>
    <w:p>
      <w:r>
        <w:rPr>
          <w:b/>
        </w:rPr>
        <w:t xml:space="preserve">[28:01] </w:t>
      </w:r>
      <w:r>
        <w:t>woh woh is woh samajhne ki baat hai.</w:t>
      </w:r>
    </w:p>
    <w:p>
      <w:pPr>
        <w:jc w:val="right"/>
      </w:pPr>
      <w:r>
        <w:t>وہ وہ اس وہ سمجھنے کی بات ہے۔</w:t>
      </w:r>
    </w:p>
    <w:p>
      <w:r>
        <w:rPr>
          <w:b/>
        </w:rPr>
        <w:t xml:space="preserve">[28:05] </w:t>
      </w:r>
      <w:r>
        <w:t>aap ne sirf ek naseehat ki, woh yeh hai ke tum jao, hum ko majboor kiya gaya hai ke hum defense war larein, to tum jao, under compulsion tumhein jana hai.</w:t>
      </w:r>
    </w:p>
    <w:p>
      <w:pPr>
        <w:jc w:val="right"/>
      </w:pPr>
      <w:r>
        <w:t>آپ نے صرف ایک نصیحت کی، وہ یہ ہے کہ تم جاؤ، ہم کو مجبور کیا گیا ہے کہ ہم ڈیفنس وار لڑیں، تو تم جاؤ، انڈر کمپریشن تمہیں جانا ہے۔</w:t>
      </w:r>
    </w:p>
    <w:p>
      <w:r>
        <w:rPr>
          <w:b/>
        </w:rPr>
        <w:t xml:space="preserve">[28:19] </w:t>
      </w:r>
      <w:r>
        <w:t>lekin yaad rakho, ek insan ko agar tumhare zariye se hidayat mil jaye to woh sare, is is sare, is sari duniya se behtar hai.</w:t>
      </w:r>
    </w:p>
    <w:p>
      <w:pPr>
        <w:jc w:val="right"/>
      </w:pPr>
      <w:r>
        <w:t>لیکن یاد رکھو، ایک انسان کو اگر تمہارے ذریعے سے ہدایت مل جائے تو وہ سارے، اس اس سارے، اس ساری دنیا سے بہتر ہے۔</w:t>
      </w:r>
    </w:p>
    <w:p>
      <w:r>
        <w:rPr>
          <w:b/>
        </w:rPr>
        <w:t xml:space="preserve">[28:32] </w:t>
      </w:r>
      <w:r>
        <w:t>is mein tha lafz ke mamatilatu alaihi ash shams, yani woh sari duniya jis mein suraj chamakta hai, us se behtar hai.</w:t>
      </w:r>
    </w:p>
    <w:p>
      <w:pPr>
        <w:jc w:val="right"/>
      </w:pPr>
      <w:r>
        <w:t>اس میں تھا لفظ کہ مما تلات علیہ الشمس، یعنی وہ ساری دنیا جس میں سورج چمکتا ہے، اس سے بہتر ہے۔</w:t>
      </w:r>
    </w:p>
    <w:p>
      <w:r>
        <w:rPr>
          <w:b/>
        </w:rPr>
        <w:t xml:space="preserve">[28:42] </w:t>
      </w:r>
      <w:r>
        <w:t>khair ka mamatilatu alaihi ash shams, yani ek insan ko tumhare zariye se hidayat mil jaye, sachai mil jaye, woh jahannum ke rastay ko chhod kar jannat ke rastay pe aa jaye, us ko Allah taala ki marifat ho jaye</w:t>
      </w:r>
    </w:p>
    <w:p>
      <w:pPr>
        <w:jc w:val="right"/>
      </w:pPr>
      <w:r>
        <w:t>خیر کا مما تلات علیہ الشمس، یعنی ایک انسان کو تمہارے ذریعے سے ہدایت مل جائے، سچائی مل جائے، وہ جہنم کے راستے کو چھوڑ کر جنت کے راستے پہ آ جائے، اس کو اللہ تعالی کی معرفت ہو جائے</w:t>
      </w:r>
    </w:p>
    <w:p>
      <w:r>
        <w:rPr>
          <w:b/>
        </w:rPr>
        <w:t xml:space="preserve">[28:59] </w:t>
      </w:r>
      <w:r>
        <w:t>, to aisa ek insan tumhare liye us se behtar hai ke tum ko sari duniya mil jati hai. us waqt bhi aap un ko yeh samjha dete hain ke yeh mat samjho ke ladai ki jeet haar koi cheez hai, asal cheez hai logon ko hidayat ke rastay par lana.</w:t>
      </w:r>
    </w:p>
    <w:p>
      <w:pPr>
        <w:jc w:val="right"/>
      </w:pPr>
      <w:r>
        <w:t>، تو ایسا ایک انسان تمہارے لیے اس سے بہتر ہے کہ تم کو ساری دنیا مل جاتی ہے۔ اس وقت بھی آپ ان کو یہ سمجھا دیتے ہیں کہ یہ مت سمجھو کہ لڑائی کی جیت ہار کوئی چیز ہے، اصل چیز ہے لوگوں کو ہدایت کے راستے پر لانا۔</w:t>
      </w:r>
    </w:p>
    <w:p>
      <w:r>
        <w:rPr>
          <w:b/>
        </w:rPr>
        <w:t xml:space="preserve">[29:17] </w:t>
      </w:r>
      <w:r>
        <w:t>is tarah se aap logon ko train karte rahe,</w:t>
      </w:r>
    </w:p>
    <w:p>
      <w:pPr>
        <w:jc w:val="right"/>
      </w:pPr>
      <w:r>
        <w:t>اس طرح سے آپ لوگوں کو ٹرین کرتے رہے،</w:t>
      </w:r>
    </w:p>
    <w:p>
      <w:r>
        <w:rPr>
          <w:b/>
        </w:rPr>
        <w:t xml:space="preserve">[29:20] </w:t>
      </w:r>
      <w:r>
        <w:t>har mauqe par aap logon ko yeh batate rahe, asal cheez na to territory hai, na to property hai, na jeet hai, na political power hai, kuch bhi nahi.</w:t>
      </w:r>
    </w:p>
    <w:p>
      <w:pPr>
        <w:jc w:val="right"/>
      </w:pPr>
      <w:r>
        <w:t>ہر موقع پر آپ لوگوں کو یہ بتاتے رہے، اصل چیز نہ تو ٹریٹری ہے، نہ تو پراپرٹی ہے، نہ جیت ہے، نہ پولیٹیکل پاور ہے، کچھ بھی نہیں۔</w:t>
      </w:r>
    </w:p>
    <w:p>
      <w:r>
        <w:rPr>
          <w:b/>
        </w:rPr>
        <w:t xml:space="preserve">[29:34] </w:t>
      </w:r>
      <w:r>
        <w:t>yeh sab cheezain sab secondary hain, asal cheez hai logon ko hidayat ke rastay par lana. to us waqt bhi aap ne yeh baat kahi.</w:t>
      </w:r>
    </w:p>
    <w:p>
      <w:pPr>
        <w:jc w:val="right"/>
      </w:pPr>
      <w:r>
        <w:t>یہ سب چیزیں سب سیکنڈری ہیں، اصل چیز ہے لوگوں کو ہدایت کے راستے پر لانا۔ تو اس وقت بھی آپ نے یہ بات کہی۔</w:t>
      </w:r>
    </w:p>
    <w:p>
      <w:r>
        <w:rPr>
          <w:b/>
        </w:rPr>
        <w:t xml:space="preserve">[29:49] </w:t>
      </w:r>
      <w:r>
        <w:t>ek orientalist ne ek bari anokhi baat nikali apne mind se ke jab ek ladai jo thi, jo Badr ki ladai kahi jati hai, jo adhe din hui thi, woh bhi to Rasool Allah battlefield ke kinare thay.</w:t>
      </w:r>
    </w:p>
    <w:p>
      <w:pPr>
        <w:jc w:val="right"/>
      </w:pPr>
      <w:r>
        <w:t>ایک یورینٹلسٹ نے ایک بڑی انوکھی بات نکالی اپنے مائنڈ سے کہ جب ایک لڑائی جو تھی، جو بدر کی لڑائی کہی جاتی ہے، جو ادھے دن ہوئی تھی، وہ بھی تو رسول اللہ بیٹل فیلڈ کے کنارے تھے۔</w:t>
      </w:r>
    </w:p>
    <w:p>
      <w:r>
        <w:rPr>
          <w:b/>
        </w:rPr>
        <w:t xml:space="preserve">[30:05] </w:t>
      </w:r>
      <w:r>
        <w:t>ek ek areesh kaha jata hai, areesh ma'ni ek ek chhappar jaisa ek ek bana diya gaya tha aap ke liye. to wahan sand hua karti thi, sand par aap kuch aise hi line khench rahe thay.</w:t>
      </w:r>
    </w:p>
    <w:p>
      <w:pPr>
        <w:jc w:val="right"/>
      </w:pPr>
      <w:r>
        <w:t>ایک ایک عریش کہا جاتا ہے، عریش معنی ایک ایک چھپر جیسا ایک ایک بنا دیا گیا تھا آپ کے لیے۔ تو وہاں سینڈ ہوا کرتی تھی، سینڈ پر آپ کچھ ایسے ہی لائن کھینچ رہے تھے۔</w:t>
      </w:r>
    </w:p>
    <w:p>
      <w:r>
        <w:rPr>
          <w:b/>
        </w:rPr>
        <w:t xml:space="preserve">[30:19] </w:t>
      </w:r>
      <w:r>
        <w:t>is ko padha unhon ne, bas un ke dimagh ne kya is pe joda. unhon ne kaha ke dalil Faisalabad padhi, was a future war. us ne yeh nahi socha ke is ke baad kya hua.</w:t>
      </w:r>
    </w:p>
    <w:p>
      <w:pPr>
        <w:jc w:val="right"/>
      </w:pPr>
      <w:r>
        <w:t>اس کو پڑھا انہوں نے، بس ان کے دماغ نے کیا اس پہ جوڑا۔ انہوں نے کہا کہ دلیل فیصل آباد پڑھی، واز ا فیچر وار۔ اس نے یہ نہیں سوچا کہ اس کے بعد کیا ہوا۔</w:t>
      </w:r>
    </w:p>
    <w:p>
      <w:r>
        <w:rPr>
          <w:b/>
        </w:rPr>
        <w:t xml:space="preserve">[30:31] </w:t>
      </w:r>
      <w:r>
        <w:t>is ke baad surah hudaybiyah kata liya aap ne. is mani ke leader of islam jo thay us waqt, woh kaise peace laye jayen, yeh soch rahe thay.</w:t>
      </w:r>
    </w:p>
    <w:p>
      <w:pPr>
        <w:jc w:val="right"/>
      </w:pPr>
      <w:r>
        <w:t>اس کے بعد سورہ حدیبیہ کٹا لیا آپ نے۔ اس معنی کہ لیڈر آف اسلام جو تھے اس وقت، وہ کیسے پیس لائے جائیں، یہ سوچ رہے تھے۔</w:t>
      </w:r>
    </w:p>
    <w:p>
      <w:r>
        <w:rPr>
          <w:b/>
        </w:rPr>
        <w:t xml:space="preserve">[30:44] </w:t>
      </w:r>
      <w:r>
        <w:t>aadmi sochta hai to kuch apna aise hi karne lagta hai.</w:t>
      </w:r>
    </w:p>
    <w:p>
      <w:pPr>
        <w:jc w:val="right"/>
      </w:pPr>
      <w:r>
        <w:t>آدمی سوچتا ہے تو کچھ اپنا ایسے ہی کرنے لگتا ہے۔</w:t>
      </w:r>
    </w:p>
    <w:p>
      <w:r>
        <w:rPr>
          <w:b/>
        </w:rPr>
        <w:t xml:space="preserve">[30:47] </w:t>
      </w:r>
      <w:r>
        <w:t>aap jante hain ke aadmi ka mizaj hai ke sochta hai to kuch aise hi hath chalata hai, qalam chalata hai, aise hi. to rasool Allah sal Allah alayh wasallam yeh soch rahe thay ke kaise kiya kiya jaye ke yeh jang band ho, dawat ka rasta khul jaye.</w:t>
      </w:r>
    </w:p>
    <w:p>
      <w:pPr>
        <w:jc w:val="right"/>
      </w:pPr>
      <w:r>
        <w:t>آپ جانتے ہیں کہ آدمی کا مزاج ہے کہ سوچتا ہے تو کچھ ایسے ہی ہاتھ چلاتا ہے، قلم چلاتا ہے، ایسے ہی۔ تو رسول اللہ صلی اللہ علیہ وسلم یہ سوچ رہے تھے کہ کیسے کیا کیا جائے کہ یہ جنگ بند ہو، دعوت کا راستہ کھل جائے۔</w:t>
      </w:r>
    </w:p>
    <w:p>
      <w:r>
        <w:rPr>
          <w:b/>
        </w:rPr>
        <w:t xml:space="preserve">[31:02] </w:t>
      </w:r>
      <w:r>
        <w:t>to wohi aap ne kiya hudaybiyah ke mauqe par.</w:t>
      </w:r>
    </w:p>
    <w:p>
      <w:pPr>
        <w:jc w:val="right"/>
      </w:pPr>
      <w:r>
        <w:t>تو وہی آپ نے کیا حدیبیہ کے موقع پر۔</w:t>
      </w:r>
    </w:p>
    <w:p>
      <w:r>
        <w:rPr>
          <w:b/>
        </w:rPr>
        <w:t xml:space="preserve">[31:07] </w:t>
      </w:r>
      <w:r>
        <w:t>to main yeh keh raha hoon ke makki daur aur madni daur ke bare mein yeh na samjhiye ke yeh koi woh dawat ka daur hai, woh jang ka daur hai, woh dawat ka daur hai, yeh hukumat ka daur hai.</w:t>
      </w:r>
    </w:p>
    <w:p>
      <w:pPr>
        <w:jc w:val="right"/>
      </w:pPr>
      <w:r>
        <w:t>تو میں یہ کہہ رہا ہوں کہ مکی دور اور مدنی دور کے بارے میں یہ نہ سمجھیے کہ یہ کوئی وہ دعوت کا دور ہے، وہ جنگ کا دور ہے، وہ دعوت کا دور ہے، یہ حکومت کا دور ہے۔</w:t>
      </w:r>
    </w:p>
    <w:p>
      <w:r>
        <w:rPr>
          <w:b/>
        </w:rPr>
        <w:t xml:space="preserve">[31:17] </w:t>
      </w:r>
      <w:r>
        <w:t>bilkul aisa nahi hai, woh bhi dawat ka daur, woh bhi dawat ka daur.</w:t>
      </w:r>
    </w:p>
    <w:p>
      <w:pPr>
        <w:jc w:val="right"/>
      </w:pPr>
      <w:r>
        <w:t>بالکل ایسا نہیں ہے، وہ بھی دعوت کا دور، وہ بھی دعوت کا دور۔</w:t>
      </w:r>
    </w:p>
    <w:p>
      <w:r>
        <w:rPr>
          <w:b/>
        </w:rPr>
        <w:t xml:space="preserve">[31:25] </w:t>
      </w:r>
      <w:r>
        <w:t>paighambar ki zindagi a se z tak dawat thi, dawat thi, dawat thi. is tarah aap ne yeh namuna diya ke tum ko yahi is tarah jeena hai, is tarah marna hai. yani ummat ko isi tarah jeena hai, isi tarah marna hai.</w:t>
      </w:r>
    </w:p>
    <w:p>
      <w:pPr>
        <w:jc w:val="right"/>
      </w:pPr>
      <w:r>
        <w:t>پیغمبر کی زندگی اے سے زیڈ تک دعوت تھی، دعوت تھی، دعوت تھی۔ اس طرح آپ نے یہ نمونہ دیا کہ تم کو یہی اس طرح جینا ہے، اس طرح مرنا ہے۔ یعنی امت کو اسی طرح جینا ہے، اسی طرح مرنا ہے۔</w:t>
      </w:r>
    </w:p>
    <w:p>
      <w:r>
        <w:rPr>
          <w:b/>
        </w:rPr>
        <w:t xml:space="preserve">[31:38] </w:t>
      </w:r>
      <w:r>
        <w:t>aisa nahi ke woh dawat ka daur tha aur hukumat ka daur aa gaya, ab jang ka daur aa gaya, ab jihad ka daur aa gaya, kuch bhi nahi. shuru se aakhir tak aap ki zindagi dawat thi, dawat thi, dawat thi.</w:t>
      </w:r>
    </w:p>
    <w:p>
      <w:pPr>
        <w:jc w:val="right"/>
      </w:pPr>
      <w:r>
        <w:t>ایسا نہیں کہ وہ دعوت کا دور تھا اور حکومت کا دور آ گیا، اب جنگ کا دور آ گیا، اب جہاد کا دور آ گیا، کچھ بھی نہیں۔ شروع سے آخر تک آپ کی زندگی دعوت تھی، دعوت تھی، دعوت تھی۔</w:t>
      </w:r>
    </w:p>
    <w:p>
      <w:r>
        <w:rPr>
          <w:b/>
        </w:rPr>
        <w:t xml:space="preserve">[31:57] </w:t>
      </w:r>
      <w:r>
        <w:t>ab dekhen, hudaybiyah jab hudaybiyah jab hudaybiyah agreement jab ho jata hai aur aap ko mauqa mil jata hai dawat ko organize karne ka, to bohat tezi se islam phailta hai.</w:t>
      </w:r>
    </w:p>
    <w:p>
      <w:pPr>
        <w:jc w:val="right"/>
      </w:pPr>
      <w:r>
        <w:t>اب دیکھیں، حدیبیہ جب حدیبیہ جب حدیبیہ ایگریمنٹ جب ہو جاتا ہے اور آپ کو موقع مل جاتا ہے دعوت کو ارگنائز کرنے کا، تو بہت تیزی سے اسلام پھیلتا ہے۔</w:t>
      </w:r>
    </w:p>
    <w:p>
      <w:r>
        <w:rPr>
          <w:b/>
        </w:rPr>
        <w:t xml:space="preserve">[32:17] </w:t>
      </w:r>
      <w:r>
        <w:t>yani expression of islam bohat bohat hota hai. yahan tak ke jab hudaybiyah agreement hua tha to us waqt aap ke paas kul mila kar ke 1400 aadmi thay, bas 1400.</w:t>
      </w:r>
    </w:p>
    <w:p>
      <w:pPr>
        <w:jc w:val="right"/>
      </w:pPr>
      <w:r>
        <w:t>یعنی ایکسپریشن آف اسلام بہت بہت ہوتا ہے۔ یہاں تک کہ جب حدیبیہ ایگریمنٹ ہوا تھا تو اس وقت آپ کے پاس کل ملا کر کے 1400 آدمی تھے، بس 1400۔</w:t>
      </w:r>
    </w:p>
    <w:p>
      <w:r>
        <w:rPr>
          <w:b/>
        </w:rPr>
        <w:t xml:space="preserve">[32:30] </w:t>
      </w:r>
      <w:r>
        <w:t>aur is ke baad do saal ke andar andar aisa hua ke aap ke saahibiyon ki tadad, aap ke saahibiyon ki ginti 10 tha ho gayi, 10 tha.</w:t>
      </w:r>
    </w:p>
    <w:p>
      <w:pPr>
        <w:jc w:val="right"/>
      </w:pPr>
      <w:r>
        <w:t>اور اس کے بعد دو سال کے اندر اندر ایسا ہوا کہ آپ کے ساتھیوں کی تعداد، آپ کے ساتھیوں کی گنتی 10 تھا ہو گئی، 10 تھا۔</w:t>
      </w:r>
    </w:p>
    <w:p>
      <w:r>
        <w:rPr>
          <w:b/>
        </w:rPr>
        <w:t xml:space="preserve">[32:43] </w:t>
      </w:r>
      <w:r>
        <w:t>achha, ab aap ko yeh, aap aap ko yeh yani aam jo mizaj hota hai, soch jo hoti hai logon ki, to is tarah se ke ab mauqa hai in revenge lene ka, inteqam lene ka.</w:t>
      </w:r>
    </w:p>
    <w:p>
      <w:pPr>
        <w:jc w:val="right"/>
      </w:pPr>
      <w:r>
        <w:t>اچھا، اب آپ کو یہ، آپ آپ کو یہ یعنی عام جو مزاج ہوتا ہے، سوچ جو ہوتی ہے لوگوں کی، تو اس طرح سے کہ اب موقع ہے ان ریونج لینے کا، انتقام لینے کا۔</w:t>
      </w:r>
    </w:p>
    <w:p>
      <w:r>
        <w:rPr>
          <w:b/>
        </w:rPr>
        <w:t xml:space="preserve">[32:55] </w:t>
      </w:r>
      <w:r>
        <w:t>ab makkah par attack karo aur khoob wahan par blood shed karo, khoob maro kato sab ko. hum das hazar ab hain. aap ne aisa nahi kiya, aap ne ab aik aik bohat hi khamosh march kiya makkah ka,</w:t>
      </w:r>
    </w:p>
    <w:p>
      <w:pPr>
        <w:jc w:val="right"/>
      </w:pPr>
      <w:r>
        <w:t>اب مکہ پر اٹیک کرو اور خوب وہاں پر بلڈ شیڈ کرو، خوب مارو کاٹو سب کو۔ ہم دس ہزار اب ہیں۔ آپ نے ایسا نہیں کیا، آپ نے اب ایک ایک بہت ہی خاموش مارچ کیا مکہ کا،</w:t>
      </w:r>
    </w:p>
    <w:p>
      <w:r>
        <w:rPr>
          <w:b/>
        </w:rPr>
        <w:t xml:space="preserve">[33:12] </w:t>
      </w:r>
      <w:r>
        <w:t>bohat hi khamosh march.</w:t>
      </w:r>
    </w:p>
    <w:p>
      <w:pPr>
        <w:jc w:val="right"/>
      </w:pPr>
      <w:r>
        <w:t>بہت ہی خاموش مارچ۔</w:t>
      </w:r>
    </w:p>
    <w:p>
      <w:r>
        <w:rPr>
          <w:b/>
        </w:rPr>
        <w:t xml:space="preserve">[33:18] </w:t>
      </w:r>
      <w:r>
        <w:t>itna zabardast aap ne secrecy barti jab aap makkah ke march ka irada kar rahe thay ke aap ne kisi ko bataya nahi ke yeh tayyari kis liye kar rahi hai.</w:t>
      </w:r>
    </w:p>
    <w:p>
      <w:pPr>
        <w:jc w:val="right"/>
      </w:pPr>
      <w:r>
        <w:t>اتنا زبردست آپ نے سیکریسی برتی جب آپ مکہ کے مارچ کا ارادہ کر رہے تھے کہ آپ نے کسی کو بتایا نہیں کہ یہ تیاری کس لیے کر رہی ہے۔</w:t>
      </w:r>
    </w:p>
    <w:p>
      <w:r>
        <w:rPr>
          <w:b/>
        </w:rPr>
        <w:t xml:space="preserve">[33:29] </w:t>
      </w:r>
      <w:r>
        <w:t>is zamane mein tayyari ki jati thi to aap ne logon se yeh to kaha, tayyari karo safar ki, bas yeh to keh diya. to Hazrat Abu Bakr jo aap ke ahliya ke baap thay, yani Aisha ke baap thay, woh Aisha ke paas aaye aur poocha ke yeh tayyari kis liye ho rahi hai?</w:t>
      </w:r>
    </w:p>
    <w:p>
      <w:pPr>
        <w:jc w:val="right"/>
      </w:pPr>
      <w:r>
        <w:t>اس زمانے میں تیاری کی جاتی تھی تو آپ نے لوگوں سے یہ تو کہا، تیاری کرو سفر کی، بس یہ تو کہہ دیا۔ تو حضرت ابوبکر جو آپ کے اہلیہ کے باپ تھے، یعنی عائشہ کے باپ تھے، وہ عائشہ کے پاس آئے اور پوچھا کہ یہ تیاری کس لیے ہو رہی ہے؟</w:t>
      </w:r>
    </w:p>
    <w:p>
      <w:r>
        <w:rPr>
          <w:b/>
        </w:rPr>
        <w:t xml:space="preserve">[33:50] </w:t>
      </w:r>
      <w:r>
        <w:t>to Aisha ne kaha, wallah la adri, mujhe bhi nahi maloom.</w:t>
      </w:r>
    </w:p>
    <w:p>
      <w:pPr>
        <w:jc w:val="right"/>
      </w:pPr>
      <w:r>
        <w:t>تو عائشہ نے کہا، واللہ لا ادری، مجھے بھی نہیں معلوم۔</w:t>
      </w:r>
    </w:p>
    <w:p>
      <w:r>
        <w:rPr>
          <w:b/>
        </w:rPr>
        <w:t xml:space="preserve">[33:57] </w:t>
      </w:r>
      <w:r>
        <w:t>itni secrecy ki aap ne makkah ki taraf jo march kiya tha, aap ne is ke liye kyun? aik bhi khoon na baha, aik bhi khoon na baha.</w:t>
      </w:r>
    </w:p>
    <w:p>
      <w:pPr>
        <w:jc w:val="right"/>
      </w:pPr>
      <w:r>
        <w:t>اتنی سیکریسی کی آپ نے مکہ کی طرف جو مارچ کیا تھا، آپ نے اس کے لیے کیوں؟ ایک بھی خون نہ بہے، ایک بھی خون نہ بہے۔</w:t>
      </w:r>
    </w:p>
    <w:p>
      <w:r>
        <w:rPr>
          <w:b/>
        </w:rPr>
        <w:t xml:space="preserve">[34:10] </w:t>
      </w:r>
      <w:r>
        <w:t>to yahi hua ke wahan par jab aap qareeb pahunche to aap ne raat mein aik jagah padao daal diya, yani din mein nahi dakhil hue makkah mein,</w:t>
      </w:r>
    </w:p>
    <w:p>
      <w:pPr>
        <w:jc w:val="right"/>
      </w:pPr>
      <w:r>
        <w:t>تو یہی ہوا کہ وہاں پر جب آپ قریب پہنچے تو آپ نے رات میں ایک جگہ پڑاؤ ڈال دیا، یعنی دن میں نہیں داخل ہوئے مکہ میں،</w:t>
      </w:r>
    </w:p>
    <w:p>
      <w:r>
        <w:rPr>
          <w:b/>
        </w:rPr>
        <w:t xml:space="preserve">[34:20] </w:t>
      </w:r>
      <w:r>
        <w:t>raat mein padao daal diya aur bilkul subah sawere dakhil hue makkah mein. achaanak wahan pe dakhil ho gaye</w:t>
      </w:r>
    </w:p>
    <w:p>
      <w:pPr>
        <w:jc w:val="right"/>
      </w:pPr>
      <w:r>
        <w:t>رات میں پڑاؤ ڈال دیا اور بالکل صبح سویرے داخل ہوئے مکہ میں۔ اچانک وہاں پہ داخل ہو گئے</w:t>
      </w:r>
    </w:p>
    <w:p>
      <w:r>
        <w:rPr>
          <w:b/>
        </w:rPr>
        <w:t xml:space="preserve">[34:30] </w:t>
      </w:r>
      <w:r>
        <w:t>to aisa achaanak jo dakhla tha das hazar aadmiyon ka, to makkah walon ne mehsoos kiya ke ab to hum un se ladenge, ladne ki taqat nahi hai hum ko. to sardar jo thay, sardar ne announce kar diya ke a logon, aaj hamare andar Muhammad se ladne ki taqat</w:t>
      </w:r>
    </w:p>
    <w:p>
      <w:pPr>
        <w:jc w:val="right"/>
      </w:pPr>
      <w:r>
        <w:t>تو ایسا اچانک جو داخلہ تھا دس ہزار آدمیوں کا، تو مکہ والوں نے محسوس کیا کہ اب تو ہم ان سے لڑیں گے، لڑنے کی طاقت نہیں ہے ہم کو۔ تو سردار جو تھے، سردار نے اناؤنس کر دیا کہ اے لوگوں، آج ہمارے اندر محمد سے لڑنے کی طاقت</w:t>
      </w:r>
    </w:p>
    <w:p>
      <w:r>
        <w:rPr>
          <w:b/>
        </w:rPr>
        <w:t xml:space="preserve">[34:48] </w:t>
      </w:r>
      <w:r>
        <w:t>nahi hai, sab apne gharon mein chale jao. yani sardar jo makkah tha, us ne elaan kiya to bana lade bhade aap ka makkah mein dakhla ho gaya.</w:t>
      </w:r>
    </w:p>
    <w:p>
      <w:pPr>
        <w:jc w:val="right"/>
      </w:pPr>
      <w:r>
        <w:t>نہیں ہے، سب اپنے گھروں میں چلے جاؤ۔ یعنی سردار جو مکہ تھا، اس نے اعلان کیا تو بنا لڑے بھڑے آپ کا مکہ میں داخلہ ہو گیا۔</w:t>
      </w:r>
    </w:p>
    <w:p>
      <w:r>
        <w:rPr>
          <w:b/>
        </w:rPr>
        <w:t xml:space="preserve">[35:01] </w:t>
      </w:r>
      <w:r>
        <w:t>us waqt makkah ke log mushrik thay to aap ko unhein hidayat par lana tha. agar ladai hoti aur wahan par mare jate, hazaron log mare jate to kya hota?</w:t>
      </w:r>
    </w:p>
    <w:p>
      <w:pPr>
        <w:jc w:val="right"/>
      </w:pPr>
      <w:r>
        <w:t>اس وقت مکہ کے لوگ مشرک تھے تو آپ کو انہیں ہدایت پر لانا تھا۔ اگر لڑائی ہوتی اور وہاں پر مارے جاتے، ہزاروں لوگ مارے جاتے تو کیا ہوتا؟</w:t>
      </w:r>
    </w:p>
    <w:p>
      <w:r>
        <w:rPr>
          <w:b/>
        </w:rPr>
        <w:t xml:space="preserve">[35:13] </w:t>
      </w:r>
      <w:r>
        <w:t>yeh yeh aap ka mission nahi tha, aap ka mission nahi</w:t>
      </w:r>
    </w:p>
    <w:p>
      <w:pPr>
        <w:jc w:val="right"/>
      </w:pPr>
      <w:r>
        <w:t>یہ یہ آپ کا مشن نہیں تھا، آپ کا مشن نہیں</w:t>
      </w:r>
    </w:p>
    <w:p>
      <w:r>
        <w:rPr>
          <w:b/>
        </w:rPr>
        <w:t xml:space="preserve">[35:18] </w:t>
      </w:r>
      <w:r>
        <w:t>tha. yeh chunancha jab wahan par aap ne chand din qiyam kiya makkah mein aur</w:t>
      </w:r>
    </w:p>
    <w:p>
      <w:pPr>
        <w:jc w:val="right"/>
      </w:pPr>
      <w:r>
        <w:t>تھا۔ یہ چنانچہ جب وہاں پر آپ نے چند دن قیام کیا مکہ میں اور</w:t>
      </w:r>
    </w:p>
    <w:p>
      <w:r>
        <w:rPr>
          <w:b/>
        </w:rPr>
        <w:t xml:space="preserve">[35:32] </w:t>
      </w:r>
      <w:r>
        <w:t>kaba mein thay, aap log atay thay wahan par, sab log ikatha hue, saray sardar ikatha hue</w:t>
      </w:r>
    </w:p>
    <w:p>
      <w:pPr>
        <w:jc w:val="right"/>
      </w:pPr>
      <w:r>
        <w:t>کعبہ میں تھے، آپ لوگ آتے تھے وہاں پر، سب لوگ اکٹھا ہوئے، سارے سردار اکٹھا ہوئے</w:t>
      </w:r>
    </w:p>
    <w:p>
      <w:r>
        <w:rPr>
          <w:b/>
        </w:rPr>
        <w:t xml:space="preserve">[35:39] </w:t>
      </w:r>
      <w:r>
        <w:t>to sab gardan jhukaye hue thay ke jin ko hum nikala tha makkah se, aaj woh makkah mein chha gaye, aa kar ke inhi ka ghalba qaim ho gaya yahan par.</w:t>
      </w:r>
    </w:p>
    <w:p>
      <w:pPr>
        <w:jc w:val="right"/>
      </w:pPr>
      <w:r>
        <w:t>تو سب گردن جھکائے ہوئے تھے کہ جن کو ہم نکالا تھا مکہ سے، آج وہ مکہ میں چھا گئے، آ کر کے انہی کا غلبہ قائم ہو گیا یہاں پر۔</w:t>
      </w:r>
    </w:p>
    <w:p>
      <w:r>
        <w:rPr>
          <w:b/>
        </w:rPr>
        <w:t xml:space="preserve">[35:51] </w:t>
      </w:r>
      <w:r>
        <w:t>to woh log aaye aur yeh samajhtay thay ke ab to hamein, yani hamaray liye hukum yeh hoga ke nahi, maar dalo in ko, qatal karo, yeh log criminal hain, sab ke sab hamein nikala tha makkah se, hamein umrah nahi karnay diya tha,</w:t>
      </w:r>
    </w:p>
    <w:p>
      <w:pPr>
        <w:jc w:val="right"/>
      </w:pPr>
      <w:r>
        <w:t>تو وہ لوگ آئے اور یہ سمجھتے تھے کہ اب تو ہمیں، یعنی ہمارے لیے حکم یہ ہوگا کہ نہیں، مار ڈالو ان کو، قتل کرو، یہ لوگ کریمنل ہیں، سب کے سب ہمیں نکالا تھا مکہ سے، ہمیں عمرہ نہیں کرنے دیا تھا،</w:t>
      </w:r>
    </w:p>
    <w:p>
      <w:r>
        <w:rPr>
          <w:b/>
        </w:rPr>
        <w:t xml:space="preserve">[36:07] </w:t>
      </w:r>
      <w:r>
        <w:t>hamari property chheeni thi waghera.</w:t>
      </w:r>
    </w:p>
    <w:p>
      <w:pPr>
        <w:jc w:val="right"/>
      </w:pPr>
      <w:r>
        <w:t>ہماری پراپرٹی چھینی تھی وغیرہ۔</w:t>
      </w:r>
    </w:p>
    <w:p>
      <w:r>
        <w:rPr>
          <w:b/>
        </w:rPr>
        <w:t xml:space="preserve">[36:14] </w:t>
      </w:r>
      <w:r>
        <w:t>lekin hua kya? aap ne sab ke liye ailan kar diya ke sab azaad hain, kisi par koi la tasreef alaikum al yawm, koi kisi ki na pakar hai, na dhakad hai, na koi kisi par pooch gach hai, kuch bhi nahi.</w:t>
      </w:r>
    </w:p>
    <w:p>
      <w:pPr>
        <w:jc w:val="right"/>
      </w:pPr>
      <w:r>
        <w:t>لیکن ہوا کیا؟ آپ نے سب کے لیے اعلان کر دیا کہ سب آزاد ہیں، کسی پر کوئی لا تصریف علیکم الیوم، کوئی کسی کی نہ پکڑ ہے، نہ دھکڑ ہے، نہ کوئی کسی پر پوچھ گچھ ہے، کچھ بھی نہیں۔</w:t>
      </w:r>
    </w:p>
    <w:p>
      <w:r>
        <w:rPr>
          <w:b/>
        </w:rPr>
        <w:t xml:space="preserve">[36:32] </w:t>
      </w:r>
      <w:r>
        <w:t>to kitab mein aata hai ke ke woh jab wahan se</w:t>
      </w:r>
    </w:p>
    <w:p>
      <w:pPr>
        <w:jc w:val="right"/>
      </w:pPr>
      <w:r>
        <w:t>تو کتاب میں آتا ہے کہ کہ وہ جب وہاں سے</w:t>
      </w:r>
    </w:p>
    <w:p>
      <w:r>
        <w:rPr>
          <w:b/>
        </w:rPr>
        <w:t xml:space="preserve">[36:44] </w:t>
      </w:r>
      <w:r>
        <w:t>niklay to sab ke sab islam mein dakhil ho gaye.</w:t>
      </w:r>
    </w:p>
    <w:p>
      <w:pPr>
        <w:jc w:val="right"/>
      </w:pPr>
      <w:r>
        <w:t>نکلے تو سب کے سب اسلام میں داخل ہو گئے۔</w:t>
      </w:r>
    </w:p>
    <w:p>
      <w:r>
        <w:rPr>
          <w:b/>
        </w:rPr>
        <w:t xml:space="preserve">[36:52] </w:t>
      </w:r>
      <w:r>
        <w:t>woh sab log jin ko aap ne chhod diya tha, intiqam nahi liya tha, aap ne ailan kar diya ke tum sab, tum ko azadi hai, tumharay par koi pakar nahi hai, koi tum se koi roni nahi liya jayega.</w:t>
      </w:r>
    </w:p>
    <w:p>
      <w:pPr>
        <w:jc w:val="right"/>
      </w:pPr>
      <w:r>
        <w:t>وہ سب لوگ جن کو آپ نے چھوڑ دیا تھا، انتقام نہیں لیا تھا، آپ نے اعلان کر دیا کہ تم سب، تم کو آزادی ہے، تمہارے پر کوئی پکڑ نہیں ہے، کوئی تم سے کوئی رونی نہیں لیا جائے گا۔</w:t>
      </w:r>
    </w:p>
    <w:p>
      <w:r>
        <w:rPr>
          <w:b/>
        </w:rPr>
        <w:t xml:space="preserve">[37:08] </w:t>
      </w:r>
      <w:r>
        <w:t>to aata hai ke ke is tarah niklay jaise qabron se niklay hon, woh niklay wahan haram se, is tarah jaise qabron se niklay hon aur woh islam mein dakhil ho gaye.</w:t>
      </w:r>
    </w:p>
    <w:p>
      <w:pPr>
        <w:jc w:val="right"/>
      </w:pPr>
      <w:r>
        <w:t>تو آتا ہے کہ کہ اس طرح نکلے جیسے قبروں سے نکلے ہوں، وہ نکلے وہاں حرم سے، اس طرح جیسے قبروں سے نکلے ہوں اور وہ اسلام میں داخل ہو گئے۔</w:t>
      </w:r>
    </w:p>
    <w:p>
      <w:r>
        <w:rPr>
          <w:b/>
        </w:rPr>
        <w:t xml:space="preserve">[37:23] </w:t>
      </w:r>
      <w:r>
        <w:t>to</w:t>
      </w:r>
    </w:p>
    <w:p>
      <w:pPr>
        <w:jc w:val="right"/>
      </w:pPr>
      <w:r>
        <w:t>تو</w:t>
      </w:r>
    </w:p>
    <w:p>
      <w:r>
        <w:rPr>
          <w:b/>
        </w:rPr>
        <w:t xml:space="preserve">[37:24] </w:t>
      </w:r>
      <w:r>
        <w:t>mein ne is mein socha, yeh jo hai ke ke kaisay aisa hua</w:t>
      </w:r>
    </w:p>
    <w:p>
      <w:pPr>
        <w:jc w:val="right"/>
      </w:pPr>
      <w:r>
        <w:t>میں نے اس میں سوچا، یہ جو ہے کہ کہ کیسے ایسا ہوا</w:t>
      </w:r>
    </w:p>
    <w:p>
      <w:r>
        <w:rPr>
          <w:b/>
        </w:rPr>
        <w:t xml:space="preserve">[37:33] </w:t>
      </w:r>
      <w:r>
        <w:t>ke woh is tarah niklay, jaise qabron se phir se niklay aap paray hon aur islam mein dakhil ho gaye. to dekhiye, yeh rasool Allah ne itna bara un ke upar, itna bara un ke sath sulook kiya tha,</w:t>
      </w:r>
    </w:p>
    <w:p>
      <w:pPr>
        <w:jc w:val="right"/>
      </w:pPr>
      <w:r>
        <w:t>کہ وہ اس طرح نکلے، جیسے قبروں سے پھر سے نکل آپ پڑے ہوں اور اسلام میں داخل ہو گئے۔ تو دیکھیے، یہ رسول اللہ نے اتنا بڑا ان کے اوپر، اتنا بڑا ان کے ساتھ سلوک کیا تھا،</w:t>
      </w:r>
    </w:p>
    <w:p>
      <w:r>
        <w:rPr>
          <w:b/>
        </w:rPr>
        <w:t xml:space="preserve">[37:47] </w:t>
      </w:r>
      <w:r>
        <w:t>yeh itni bari un ke liye baat thi ke woh afford nahi kar saktay thay sirkashi ko, afford nahi kar saktay thay ke phir bhi woh rasool Allah ke khilaf banay rahayn, phir woh islam se door bhagay.</w:t>
      </w:r>
    </w:p>
    <w:p>
      <w:pPr>
        <w:jc w:val="right"/>
      </w:pPr>
      <w:r>
        <w:t>یہ اتنی بڑی ان کے لیے بات تھی کہ وہ افورڈ نہیں کر سکتے تھے سرکشی کو، افورڈ نہیں کر سکتے تھے کہ پھر بھی وہ رسول اللہ کے خلاف بنے رہیں، پھر وہ اسلام سے دور بھاگیں۔</w:t>
      </w:r>
    </w:p>
    <w:p>
      <w:r>
        <w:rPr>
          <w:b/>
        </w:rPr>
        <w:t xml:space="preserve">[38:04] </w:t>
      </w:r>
      <w:r>
        <w:t>to chunaanchay woh afford nahi kar saktay thay sirkashi ko, is liye woh islam mein dakhil ho gaye.</w:t>
      </w:r>
    </w:p>
    <w:p>
      <w:pPr>
        <w:jc w:val="right"/>
      </w:pPr>
      <w:r>
        <w:t>تو چونکہ وہ افورڈ نہیں کر سکتے تھے سرکشی کو، اس لیے وہ اسلام میں داخل ہو گئے۔</w:t>
      </w:r>
    </w:p>
    <w:p>
      <w:r>
        <w:rPr>
          <w:b/>
        </w:rPr>
        <w:t xml:space="preserve">[38:13] </w:t>
      </w:r>
      <w:r>
        <w:t>chunaanchay sara makkah jo hai, woh islam mein dakhil ho gaya,</w:t>
      </w:r>
    </w:p>
    <w:p>
      <w:pPr>
        <w:jc w:val="right"/>
      </w:pPr>
      <w:r>
        <w:t>چنانچہ سارا مکہ جو ہے، وہ اسلام میں داخل ہو گیا،</w:t>
      </w:r>
    </w:p>
    <w:p>
      <w:r>
        <w:rPr>
          <w:b/>
        </w:rPr>
        <w:t xml:space="preserve">[38:17] </w:t>
      </w:r>
      <w:r>
        <w:t>na koi talwar chali wahan, na koi khoon baha wahan, kuch bhi nahi, kuch bhi nahi, kuch bhi nahi.</w:t>
      </w:r>
    </w:p>
    <w:p>
      <w:pPr>
        <w:jc w:val="right"/>
      </w:pPr>
      <w:r>
        <w:t>نہ کوئی تلوار چلی وہاں، نہ کوئی خون بہا وہاں، کچھ بھی نہیں، کچھ بھی نہیں، کچھ بھی نہیں۔</w:t>
      </w:r>
    </w:p>
    <w:p>
      <w:r>
        <w:rPr>
          <w:b/>
        </w:rPr>
        <w:t xml:space="preserve">[38:27] </w:t>
      </w:r>
      <w:r>
        <w:t>is ke baad dekhiye ke jab aap ka makkah mein dabdaba qaim ho gaya aur aap lotay madina to aap ne revenge ki policy nahi chalai ke aap se pakro, sab ko jo jo hai, sab ko pakar paR lao, us ko qatal karo.</w:t>
      </w:r>
    </w:p>
    <w:p>
      <w:pPr>
        <w:jc w:val="right"/>
      </w:pPr>
      <w:r>
        <w:t>اس کے بعد دیکھیے کہ جب آپ کا مکہ میں دبدبہ قائم ہو گیا اور آپ لوٹے مدینہ تو آپ نے ریونج کی پالیسی نہیں چلائی کہ آپ سے پکڑو، سب کو جو جو ہے، سب کو پکڑ پڑھ لاؤ، اس کو قتل کرو۔</w:t>
      </w:r>
    </w:p>
    <w:p>
      <w:r>
        <w:rPr>
          <w:b/>
        </w:rPr>
        <w:t xml:space="preserve">[38:43] </w:t>
      </w:r>
      <w:r>
        <w:t>is ke baad aap ne yeh kiya ke</w:t>
      </w:r>
    </w:p>
    <w:p>
      <w:pPr>
        <w:jc w:val="right"/>
      </w:pPr>
      <w:r>
        <w:t>اس کے بعد آپ نے یہ کیا کہ</w:t>
      </w:r>
    </w:p>
    <w:p>
      <w:r>
        <w:rPr>
          <w:b/>
        </w:rPr>
        <w:t xml:space="preserve">[38:48] </w:t>
      </w:r>
      <w:r>
        <w:t>tamam jo tribe thay, jo country mein phailay hue thay, yani arab mein jo phailay hue thay tribes, kyunke tribal age mein aap jantay hain ke jagah jagah bastiyan un ki hua karti theen, to sab ke haan aap ne woh bheja,</w:t>
      </w:r>
    </w:p>
    <w:p>
      <w:pPr>
        <w:jc w:val="right"/>
      </w:pPr>
      <w:r>
        <w:t>تمام جو ٹرائب تھے، جو کنٹری میں پھیلے ہوئے تھے، یعنی عرب میں جو پھیلے ہوئے تھے ٹرائبس، کیونکہ ٹرائبل ایج میں آپ جانتے ہیں کہ جگہ جگہ بستیاں ان کی ہوا کرتی تھیں، تو سب کے ہاں آپ نے وہ بھیجا،</w:t>
      </w:r>
    </w:p>
    <w:p>
      <w:r>
        <w:rPr>
          <w:b/>
        </w:rPr>
        <w:t xml:space="preserve">[39:02] </w:t>
      </w:r>
      <w:r>
        <w:t>yani apna message le le ke gaye log, toheed kiya hai, islam kiya hai, rasool Allah ke paigham kiya hai, us ko batany ke liye.</w:t>
      </w:r>
    </w:p>
    <w:p>
      <w:pPr>
        <w:jc w:val="right"/>
      </w:pPr>
      <w:r>
        <w:t>یعنی اپنا میسج لے لے کے گئے لوگ، توحید کیا ہے، اسلام کیا ہے، رسول اللہ کے پیغام کیا ہے، اس کو بتانے کے لیے۔</w:t>
      </w:r>
    </w:p>
    <w:p>
      <w:r>
        <w:rPr>
          <w:b/>
        </w:rPr>
        <w:t xml:space="preserve">[39:13] </w:t>
      </w:r>
      <w:r>
        <w:t>yani ab jo qaim hua peace, is peace ko istemal kiya aap ne dawat ke liye. chunaanchay qabeelon se woh aanay lagay, wufood aanay lagay, us ko kaha jata hai aam al wufood, kaha jata hai wufood ka saal, wufood matlab deputation.</w:t>
      </w:r>
    </w:p>
    <w:p>
      <w:pPr>
        <w:jc w:val="right"/>
      </w:pPr>
      <w:r>
        <w:t>یعنی اب جو قائم ہوا پیس، اس پیس کو استعمال کیا آپ نے دعوت کے لیے۔ چنانچہ قبیلوں سے وہ آنے لگے، وفد آنے لگے، اس کو کہا جاتا ہے عام الوفود، کہا جاتا ہے وفد کا سال، وفد مطلب ڈیپوٹیشن۔</w:t>
      </w:r>
    </w:p>
    <w:p>
      <w:r>
        <w:rPr>
          <w:b/>
        </w:rPr>
        <w:t xml:space="preserve">[39:30] </w:t>
      </w:r>
      <w:r>
        <w:t>yani har tribe ne apna deputation bhejna shuru kiya madina agreement karnay ke liye. sab se aap ne agreement kar liya ta ke tribe se larai na ho.</w:t>
      </w:r>
    </w:p>
    <w:p>
      <w:pPr>
        <w:jc w:val="right"/>
      </w:pPr>
      <w:r>
        <w:t>یعنی ہر ٹرائب نے اپنا ڈیپوٹیشن بھیجنا شروع کیا مدینہ ایگریمنٹ کرنے کے لیے۔ سب سے آپ نے ایگریمنٹ کر لیا تاکہ ٹرائب سے لڑائی نہ ہو۔</w:t>
      </w:r>
    </w:p>
    <w:p>
      <w:r>
        <w:rPr>
          <w:b/>
        </w:rPr>
        <w:t xml:space="preserve">[39:43] </w:t>
      </w:r>
      <w:r>
        <w:t>tribal age mein yahi hota tha ke larai, larai, larai, larai. to tribes ne jis tarah se chaha, us tarah se un se agreement kar liya ke tum se hamari koi chhed chhad nahi hogi, koi larai nahi hogi.</w:t>
      </w:r>
    </w:p>
    <w:p>
      <w:pPr>
        <w:jc w:val="right"/>
      </w:pPr>
      <w:r>
        <w:t>ٹرائبل ایج میں یہی ہوتا تھا کہ لڑائی، لڑائی، لڑائی، لڑائی۔ تو ٹرائبز نے جس طرح سے چاہا، اس طرح سے ان سے ایگریمنٹ کر لیا کہ تم سے ہماری کوئی چھیڑ چھاڑ نہیں ہوگی، کوئی لڑائی نہیں ہوگی۔</w:t>
      </w:r>
    </w:p>
    <w:p>
      <w:r>
        <w:rPr>
          <w:b/>
        </w:rPr>
        <w:t xml:space="preserve">[39:58] </w:t>
      </w:r>
      <w:r>
        <w:t>aur yahan tak aap ne, yani narmi barti itni ziyada ke aik wahan aik qabeela tha, us ka naam tha saqeef, woh rehtay thay taif mein,</w:t>
      </w:r>
    </w:p>
    <w:p>
      <w:pPr>
        <w:jc w:val="right"/>
      </w:pPr>
      <w:r>
        <w:t>اور یہاں تک آپ نے، یعنی نرمی برتی اتنی زیادہ کہ ایک وہاں ایک قبیلہ تھا، اس کا نام تھا سقیف، وہ رہتے تھے طائف میں،</w:t>
      </w:r>
    </w:p>
    <w:p>
      <w:r>
        <w:rPr>
          <w:b/>
        </w:rPr>
        <w:t xml:space="preserve">[40:10] </w:t>
      </w:r>
      <w:r>
        <w:t>yani arab ki aik hi, aik hi shehar tha jo, jo aaj ke, aaj ke, aaj ke zamanay mein kahay gayn walled city tha. walled yani charon taraf us ki deewar, aik hi shehar aisa tha jis ko aap walled city keh saktay hain.</w:t>
      </w:r>
    </w:p>
    <w:p>
      <w:pPr>
        <w:jc w:val="right"/>
      </w:pPr>
      <w:r>
        <w:t>یعنی عرب کی ایک ہی، ایک ہی شہر تھا جو، جو آج کے، آج کے، آج کے زمانے میں کہیں گے والڈ سٹی تھا۔ والڈ یعنی چاروں طرف اس کی دیوار، ایک ہی شہر ایسا تھا جس کو آپ والڈ سٹی کہہ سکتے ہیں۔</w:t>
      </w:r>
    </w:p>
    <w:p>
      <w:r>
        <w:rPr>
          <w:b/>
        </w:rPr>
        <w:t xml:space="preserve">[40:27] </w:t>
      </w:r>
      <w:r>
        <w:t>to woh log bohat ziyada, yaani taqat wale thay, bohat sarkash thay. woh</w:t>
      </w:r>
    </w:p>
    <w:p>
      <w:pPr>
        <w:jc w:val="right"/>
      </w:pPr>
      <w:r>
        <w:t>تو وہ لوگ بہت زیادہ، یعنی طاقت والے تھے، بہت سرکش تھے۔ وہ</w:t>
      </w:r>
    </w:p>
    <w:p>
      <w:r>
        <w:rPr>
          <w:b/>
        </w:rPr>
        <w:t xml:space="preserve">[40:34] </w:t>
      </w:r>
      <w:r>
        <w:t>to un ka jo wafaad aaya madina, un ka jo deputation aaya madina, to unhon ne anokhi shartein lagayin, anokhi condition lagayin.</w:t>
      </w:r>
    </w:p>
    <w:p>
      <w:pPr>
        <w:jc w:val="right"/>
      </w:pPr>
      <w:r>
        <w:t>تو ان کا جو وفد آیا مدینہ، ان کا جو ڈیپوٹیشن آیا مدینہ، تو انہوں نے انوکھی شرطیں لگائیں، انوکھی کنڈیشن لگائیں۔</w:t>
      </w:r>
    </w:p>
    <w:p>
      <w:r>
        <w:rPr>
          <w:b/>
        </w:rPr>
        <w:t xml:space="preserve">[40:45] </w:t>
      </w:r>
      <w:r>
        <w:t>misalan unhon ne kaha ke hum Islam mein daakhil ho jayenge, lekin hum namaz nahi padhenge, hum Islam mein daakhil ho jayenge, lekin hum yeh nahi karenge, woh nahi karenge.</w:t>
      </w:r>
    </w:p>
    <w:p>
      <w:pPr>
        <w:jc w:val="right"/>
      </w:pPr>
      <w:r>
        <w:t>مثلاً انہوں نے کہا کہ ہم اسلام میں داخل ہو جائیں گے، لیکن ہم نماز نہیں پڑھیں گے، ہم اسلام میں داخل ہو جائیں گے، لیکن ہم یہ نہیں کریں گے، وہ نہیں کریں گے۔</w:t>
      </w:r>
    </w:p>
    <w:p>
      <w:r>
        <w:rPr>
          <w:b/>
        </w:rPr>
        <w:t xml:space="preserve">[40:58] </w:t>
      </w:r>
      <w:r>
        <w:t>to aap ne un ki har shart ko baandhte hue un se agreement kar liya,</w:t>
      </w:r>
    </w:p>
    <w:p>
      <w:pPr>
        <w:jc w:val="right"/>
      </w:pPr>
      <w:r>
        <w:t>تو آپ نے ان کی ہر شرط کو باندھتے ہوئے ان سے ایگریمنٹ کر لیا،</w:t>
      </w:r>
    </w:p>
    <w:p>
      <w:r>
        <w:rPr>
          <w:b/>
        </w:rPr>
        <w:t xml:space="preserve">[41:05] </w:t>
      </w:r>
      <w:r>
        <w:t>hum sharab nahi chhodenge. yeh shart lagayi thi unhon ne ke hum sharab nahi chhodenge, hum Islam mein daakhil ho jayenge. to ek saahab ne kaha ke Rasool Allah se kaha ke aap aisi aisi condition un ki hai, aur phir bhi aap un ko Islam mein daakhil kar rahe hain.</w:t>
      </w:r>
    </w:p>
    <w:p>
      <w:pPr>
        <w:jc w:val="right"/>
      </w:pPr>
      <w:r>
        <w:t>ہم شراب نہیں چھوڑیں گے۔ یہ شرط لگائی تھی انہوں نے کہ ہم شراب نہیں چھوڑیں گے، ہم اسلام میں داخل ہو جائیں گے۔ تو ایک صاحب نے کہا کہ رسول اللہ سے کہا کہ آپ ایسی ایسی کنڈیشن ان کی ہے، اور پھر بھی آپ ان کو اسلام میں داخل کر رہے ہیں۔</w:t>
      </w:r>
    </w:p>
    <w:p>
      <w:r>
        <w:rPr>
          <w:b/>
        </w:rPr>
        <w:t xml:space="preserve">[41:24] </w:t>
      </w:r>
      <w:r>
        <w:t>to aap ne farmaya, woh is is soch ko zara sochein ke what was the prophetic vision</w:t>
      </w:r>
    </w:p>
    <w:p>
      <w:pPr>
        <w:jc w:val="right"/>
      </w:pPr>
      <w:r>
        <w:t>تو آپ نے فرمایا، وہ اس اس سوچ کو ذرا سوچیں کہ واٹ واز دا پریفیٹک ویژن</w:t>
      </w:r>
    </w:p>
    <w:p>
      <w:r>
        <w:rPr>
          <w:b/>
        </w:rPr>
        <w:t xml:space="preserve">[41:34] </w:t>
      </w:r>
      <w:r>
        <w:t>ke dheere dheere sab kuch ho jayega, un ko daakhil to hone do,</w:t>
      </w:r>
    </w:p>
    <w:p>
      <w:pPr>
        <w:jc w:val="right"/>
      </w:pPr>
      <w:r>
        <w:t>کہ دھیرے دھیرے سب کچھ ہو جائے گا، ان کو داخل تو ہونے دو،</w:t>
      </w:r>
    </w:p>
    <w:p>
      <w:r>
        <w:rPr>
          <w:b/>
        </w:rPr>
        <w:t xml:space="preserve">[41:40] </w:t>
      </w:r>
      <w:r>
        <w:t>dheere dheere sab kuch ho jayega. chunancha history batati hai ke baad ko woh namaz hi padhne lage, aur sharab bhi chhod di, aur unhon ne sab kuch ho gaya, bohat thode dino mein.</w:t>
      </w:r>
    </w:p>
    <w:p>
      <w:pPr>
        <w:jc w:val="right"/>
      </w:pPr>
      <w:r>
        <w:t>دھیرے دھیرے سب کچھ ہو جائے گا۔ چنانچہ ہسٹری بتاتی ہے کہ بعد کو وہ نماز ہی پڑھنے لگے، اور شراب بھی چھوڑ دی، اور انہوں نے سب کچھ ہو گیا، بہت تھوڑے دنوں میں۔</w:t>
      </w:r>
    </w:p>
    <w:p>
      <w:r>
        <w:rPr>
          <w:b/>
        </w:rPr>
        <w:t xml:space="preserve">[41:51] </w:t>
      </w:r>
      <w:r>
        <w:t>yaani aap isi ko hadith mein kaha gaya hai ke in Allah yuti al-rukh ma la yuti al-unf, yaani Khuda jo hai, sakhti par woh cheez nahi deta jo nermi par deta hai.</w:t>
      </w:r>
    </w:p>
    <w:p>
      <w:pPr>
        <w:jc w:val="right"/>
      </w:pPr>
      <w:r>
        <w:t>یعنی آپ اسی کو حدیث میں کہا گیا ہے کہ ان اللہ یوتی الرخ مال یوتی العنف، یعنی خدا جو ہے، سختی پر وہ چیز نہیں دیتا جو نرمی پر دیتا ہے۔</w:t>
      </w:r>
    </w:p>
    <w:p>
      <w:r>
        <w:rPr>
          <w:b/>
        </w:rPr>
        <w:t xml:space="preserve">[42:05] </w:t>
      </w:r>
      <w:r>
        <w:t>Khuda sakhti par woh cheez nahi deta jo nermi par deta hai. aap ne nermi barti to sab kuch hota chala gaya, hota chala gaya, hota chala gaya. yaani unhon ne yeh shart par Islam mein daakhil hue thay ke hum namaz nahi padhenge, hum hum sharab nahi chhodenge.</w:t>
      </w:r>
    </w:p>
    <w:p>
      <w:pPr>
        <w:jc w:val="right"/>
      </w:pPr>
      <w:r>
        <w:t>خدا سختی پر وہ چیز نہیں دیتا جو نرمی پر دیتا ہے۔ آپ نے نرمی برتی تو سب کچھ ہوتا چلا گیا، ہوتا چلا گیا، ہوتا چلا گیا۔ یعنی انہوں نے یہ شرط پر اسلام میں داخل ہوئے تھے کہ ہم نماز نہیں پڑھیں گے، ہم ہم شراب نہیں چھوڑیں گے۔</w:t>
      </w:r>
    </w:p>
    <w:p>
      <w:r>
        <w:rPr>
          <w:b/>
        </w:rPr>
        <w:t xml:space="preserve">[42:21] </w:t>
      </w:r>
      <w:r>
        <w:t>aur thode dino ke baad kya hua? sharab bhi chhod diya, aur namaz bhi padhne lage, aur saara Arab Islamize ho gaya, baghair ladai ke, baghair sakhti ke, baghair kadi condition ke.</w:t>
      </w:r>
    </w:p>
    <w:p>
      <w:pPr>
        <w:jc w:val="right"/>
      </w:pPr>
      <w:r>
        <w:t>اور تھوڑے دنوں کے بعد کیا ہوا؟ شراب بھی چھوڑ دیا، اور نماز بھی پڑھنے لگے، اور سارا عرب اسلامائز ہو گیا، بغیر لڑائی کے، بغیر سختی کے، بغیر کڑی کنڈیشن کے۔</w:t>
      </w:r>
    </w:p>
    <w:p>
      <w:r>
        <w:rPr>
          <w:b/>
        </w:rPr>
        <w:t xml:space="preserve">[42:35] </w:t>
      </w:r>
      <w:r>
        <w:t>yeh kis? yeh kaise hua? peace! is baar mere khayal hai peace. peace se kya hota hai?</w:t>
      </w:r>
    </w:p>
    <w:p>
      <w:pPr>
        <w:jc w:val="right"/>
      </w:pPr>
      <w:r>
        <w:t>یہ کس؟ یہ کیسے ہوا؟ پیس! اس بار میرے خیال ہے پیس۔ پیس سے کیا ہوتا ہے؟</w:t>
      </w:r>
    </w:p>
    <w:p>
      <w:r>
        <w:rPr>
          <w:b/>
        </w:rPr>
        <w:t xml:space="preserve">[42:45] </w:t>
      </w:r>
      <w:r>
        <w:t>peace se opportunities khulti hain, daawa opportunities. Islam ka most, Islam ka asal concern jo hai, daawa work hai.</w:t>
      </w:r>
    </w:p>
    <w:p>
      <w:pPr>
        <w:jc w:val="right"/>
      </w:pPr>
      <w:r>
        <w:t>پیس سے اپرچونیٹیز کھلتی ہیں، دعوی اپرچونیٹیز۔ اسلام کا موسٹ، اسلام کا اصل کنسرن جو ہے، سپریم کنسرن جو ہے، دعوی ورک ہے۔</w:t>
      </w:r>
    </w:p>
    <w:p>
      <w:r>
        <w:rPr>
          <w:b/>
        </w:rPr>
        <w:t xml:space="preserve">[42:58] </w:t>
      </w:r>
      <w:r>
        <w:t>Islam ka asal taqat daawa work hai.</w:t>
      </w:r>
    </w:p>
    <w:p>
      <w:pPr>
        <w:jc w:val="right"/>
      </w:pPr>
      <w:r>
        <w:t>اسلام کا اصل طاقت دعوی ورک ہے۔</w:t>
      </w:r>
    </w:p>
    <w:p>
      <w:r>
        <w:rPr>
          <w:b/>
        </w:rPr>
        <w:t xml:space="preserve">[43:05] </w:t>
      </w:r>
      <w:r>
        <w:t>Islam ka jo mizaj hai, Rasool Allah sallallahu alaihi wasallam ka jo namoona hai, is mein har doosri cheez ko secondary banana, har doosri cheez ko secondary banana, aur dawat ki opportunity ko kholna.</w:t>
      </w:r>
    </w:p>
    <w:p>
      <w:pPr>
        <w:jc w:val="right"/>
      </w:pPr>
      <w:r>
        <w:t>اسلام کا جو مزاج ہے، رسول اللہ صلی اللہ علیہ وسلم کا جو نمونہ ہے، اس میں ہر دوسری چیز کو سیکنڈری بنانا، ہر دوسری چیز کو سیکنڈری بنانا، اور دعوت کی اپرچونیٹی کو کھولنا۔</w:t>
      </w:r>
    </w:p>
    <w:p>
      <w:r>
        <w:rPr>
          <w:b/>
        </w:rPr>
        <w:t xml:space="preserve">[43:20] </w:t>
      </w:r>
      <w:r>
        <w:t>dawat ki opportunities ko kholne ke liye har doosri cheez ko secondary bana dena.</w:t>
      </w:r>
    </w:p>
    <w:p>
      <w:pPr>
        <w:jc w:val="right"/>
      </w:pPr>
      <w:r>
        <w:t>دعوت کی اپرچونیٹیز کو کھولنے کے لیے ہر دوسری چیز کو سیکنڈری بنا دینا۔</w:t>
      </w:r>
    </w:p>
    <w:p>
      <w:r>
        <w:rPr>
          <w:b/>
        </w:rPr>
        <w:t xml:space="preserve">[43:27] </w:t>
      </w:r>
      <w:r>
        <w:t>yaani Hudaybiyah agreement ko log kehte thay ke yeh to beizzati ka hai agreement, kyunke woh unilateral condition par kiya gaya tha.</w:t>
      </w:r>
    </w:p>
    <w:p>
      <w:pPr>
        <w:jc w:val="right"/>
      </w:pPr>
      <w:r>
        <w:t>یعنی حدیبیہ ایگریمنٹ کو لوگ کہتے تھے کہ یہ تو بے عزتی کا ہے ایگریمنٹ، کیونکہ وہ یونی لیٹرل کنڈیشن پر کیا گیا تھا۔</w:t>
      </w:r>
    </w:p>
    <w:p>
      <w:r>
        <w:rPr>
          <w:b/>
        </w:rPr>
        <w:t xml:space="preserve">[43:38] </w:t>
      </w:r>
      <w:r>
        <w:t>kaha beizzati ko bhi qabool kar liya aap ne? kaisi anokhi baat hai</w:t>
      </w:r>
    </w:p>
    <w:p>
      <w:pPr>
        <w:jc w:val="right"/>
      </w:pPr>
      <w:r>
        <w:t>کہا بے عزتی کو بھی قبول کر لیا آپ نے؟ کیسی انوکھی بات ہے</w:t>
      </w:r>
    </w:p>
    <w:p>
      <w:r>
        <w:rPr>
          <w:b/>
        </w:rPr>
        <w:t xml:space="preserve">[43:45] </w:t>
      </w:r>
      <w:r>
        <w:t>is agreement ko, jis mein ke saara condition un ki thi.</w:t>
      </w:r>
    </w:p>
    <w:p>
      <w:pPr>
        <w:jc w:val="right"/>
      </w:pPr>
      <w:r>
        <w:t>اس ایگریمنٹ کو، جس میں کہ سارا کنڈیشن ان کی تھی۔</w:t>
      </w:r>
    </w:p>
    <w:p>
      <w:r>
        <w:rPr>
          <w:b/>
        </w:rPr>
        <w:t xml:space="preserve">[43:51] </w:t>
      </w:r>
      <w:r>
        <w:t>ek bohat hi anokhi baat is mein hui thi ke jab jab agreement likha ja raha tha to likha gaya ke yeh Muhammad Rasool Allah ki taraf se hai.</w:t>
      </w:r>
    </w:p>
    <w:p>
      <w:pPr>
        <w:jc w:val="right"/>
      </w:pPr>
      <w:r>
        <w:t>ایک بہت ہی انوکھی بات اس میں ہوئی تھی کہ جب جب ایگریمنٹ لکھا جا رہا تھا تو لکھا گیا کہ یہ محمد رسول اللہ کی طرف سے ہے۔</w:t>
      </w:r>
    </w:p>
    <w:p>
      <w:r>
        <w:rPr>
          <w:b/>
        </w:rPr>
        <w:t xml:space="preserve">[44:00] </w:t>
      </w:r>
      <w:r>
        <w:t>to un ki taraf se jo numainda thay, jo un ko represent kar rahe thay Quraish ko, unhon ne kaha ke hum aap ko Rasool kab mante hain? yeh likh kaatiye is ko.</w:t>
      </w:r>
    </w:p>
    <w:p>
      <w:pPr>
        <w:jc w:val="right"/>
      </w:pPr>
      <w:r>
        <w:t>تو ان کی طرف سے جو نمائندہ تھے، جو ان کو ریپریزنٹ کر رہے تھے قریش کو، انہوں نے کہا کہ ہم آپ کو رسول کب مانتے ہیں؟ یہ لکھ کاٹیے اس کو۔</w:t>
      </w:r>
    </w:p>
    <w:p>
      <w:r>
        <w:rPr>
          <w:b/>
        </w:rPr>
        <w:t xml:space="preserve">[44:09] </w:t>
      </w:r>
      <w:r>
        <w:t>to paper par likha ja chuka tha Rasool Allah. aap ne kaha kaato is ko, likh do Muhammad bin Abdullah. to us sahabi koi sahabi tayyar nahi tha kaatne ke liye, mitane ke liye.</w:t>
      </w:r>
    </w:p>
    <w:p>
      <w:pPr>
        <w:jc w:val="right"/>
      </w:pPr>
      <w:r>
        <w:t>تو پیپر پر لکھا جا چکا تھا رسول اللہ۔ آپ نے کہا کاٹو اس کو، لکھ دو محمد بن عبداللہ۔ تو اس صحابی کوئی صحابی تیار نہیں تھا کاٹنے کے لیے، مٹانے کے لیے۔</w:t>
      </w:r>
    </w:p>
    <w:p>
      <w:r>
        <w:rPr>
          <w:b/>
        </w:rPr>
        <w:t xml:space="preserve">[44:23] </w:t>
      </w:r>
      <w:r>
        <w:t>to aap ne khud apne haath se is ko mitaya, Rasool Allah ka lafz mita diya. aap ghaur kijiye ke aap ki yahi to asal haisiyat thi ke aap Rasool Allah thay.</w:t>
      </w:r>
    </w:p>
    <w:p>
      <w:pPr>
        <w:jc w:val="right"/>
      </w:pPr>
      <w:r>
        <w:t>تو آپ نے خود اپنے ہاتھ سے اس کو مٹایا، رسول اللہ کا لفظ مٹا دیا۔ آپ غور کیجئے کہ آپ کی یہی تو اصل حیثیت تھی کہ آپ رسول اللہ تھے۔</w:t>
      </w:r>
    </w:p>
    <w:p>
      <w:r>
        <w:rPr>
          <w:b/>
        </w:rPr>
        <w:t xml:space="preserve">[44:35] </w:t>
      </w:r>
      <w:r>
        <w:t>to is ko bhi aap ne paper par mita diya.</w:t>
      </w:r>
    </w:p>
    <w:p>
      <w:pPr>
        <w:jc w:val="right"/>
      </w:pPr>
      <w:r>
        <w:t>تو اس کو بھی آپ نے پیپر پر مٹا دیا۔</w:t>
      </w:r>
    </w:p>
    <w:p>
      <w:r>
        <w:rPr>
          <w:b/>
        </w:rPr>
        <w:t xml:space="preserve">[44:41] </w:t>
      </w:r>
      <w:r>
        <w:t>aap jaante thay ke paper pe mitane se kya hota hai? history mein likha jayega, woh</w:t>
      </w:r>
    </w:p>
    <w:p>
      <w:pPr>
        <w:jc w:val="right"/>
      </w:pPr>
      <w:r>
        <w:t>آپ جانتے تھے کہ پیپر پہ مٹانے سے کیا ہوتا ہے؟ ہسٹری میں لکھا جائے گا، وہ</w:t>
      </w:r>
    </w:p>
    <w:p>
      <w:r>
        <w:rPr>
          <w:b/>
        </w:rPr>
        <w:t xml:space="preserve">[44:48] </w:t>
      </w:r>
      <w:r>
        <w:t>paper pe mitane se kya hota hai? to yahan tak gaye rasool Allah ke apna rasool Allah ka word mitaya, aise agreement par tayyar hue jo logon ko nazar aata tha ke yeh to be izzati ka agreement hai.</w:t>
      </w:r>
    </w:p>
    <w:p>
      <w:pPr>
        <w:jc w:val="right"/>
      </w:pPr>
      <w:r>
        <w:t>پیپر پہ مٹانے سے کیا ہوتا ہے؟ تو یہاں تک گئے رسول اللہ کہ اپنا رسول اللہ کا ورڈ مٹایا، ایسے ایگریمنٹ پر تیار ہوئے جو لوگوں کو نظر آتا تھا کہ یہ تو بے عزتی کا ایگریمنٹ ہے۔</w:t>
      </w:r>
    </w:p>
    <w:p>
      <w:r>
        <w:rPr>
          <w:b/>
        </w:rPr>
        <w:t xml:space="preserve">[45:04] </w:t>
      </w:r>
      <w:r>
        <w:t>koi bhi is mein aap ko cheez bhi nahi mili, in term of territory, in term of power, kuch bhi nahi mila. mila kya?</w:t>
      </w:r>
    </w:p>
    <w:p>
      <w:pPr>
        <w:jc w:val="right"/>
      </w:pPr>
      <w:r>
        <w:t>کوئی بھی اس میں آپ کو چیز بھی نہیں ملی، ان ٹرم اف ٹیریٹری، ان ٹرم اف پاور، کچھ بھی نہیں ملا۔ ملا کیا؟</w:t>
      </w:r>
    </w:p>
    <w:p>
      <w:r>
        <w:rPr>
          <w:b/>
        </w:rPr>
        <w:t xml:space="preserve">[45:12] </w:t>
      </w:r>
      <w:r>
        <w:t>sirf opportunity dawah work ke liye. bas</w:t>
      </w:r>
    </w:p>
    <w:p>
      <w:pPr>
        <w:jc w:val="right"/>
      </w:pPr>
      <w:r>
        <w:t>صرف اپرچونیٹی دعوی ورک کے لیے۔ بس</w:t>
      </w:r>
    </w:p>
    <w:p>
      <w:r>
        <w:rPr>
          <w:b/>
        </w:rPr>
        <w:t xml:space="preserve">[45:18] </w:t>
      </w:r>
      <w:r>
        <w:t>to civil concern jo Islam ka hai, rasool Allah ka hai, woh kya hai? dawah work. har doosri cheez jo hai, secondary hai.</w:t>
      </w:r>
    </w:p>
    <w:p>
      <w:pPr>
        <w:jc w:val="right"/>
      </w:pPr>
      <w:r>
        <w:t>تو سول کنسرن جو اسلام کا ہے، رسول اللہ کا ہے، وہ کیا ہے؟ دعوی ورک۔ ہر دوسری چیز جو ہے، سیکنڈری ہے۔</w:t>
      </w:r>
    </w:p>
    <w:p>
      <w:r>
        <w:rPr>
          <w:b/>
        </w:rPr>
        <w:t xml:space="preserve">[45:27] </w:t>
      </w:r>
      <w:r>
        <w:t>har doosri cheez secondary hai. milte to mile, nahi mile to na mile. secondary ka matlab kya hota hai?</w:t>
      </w:r>
    </w:p>
    <w:p>
      <w:pPr>
        <w:jc w:val="right"/>
      </w:pPr>
      <w:r>
        <w:t>ہر دوسری چیز سیکنڈری ہے۔ ملتے تو ملے، نہیں ملے تو نہ ملے۔ سیکنڈری کا مطلب کیا ہوتا ہے؟</w:t>
      </w:r>
    </w:p>
    <w:p>
      <w:r>
        <w:rPr>
          <w:b/>
        </w:rPr>
        <w:t xml:space="preserve">[45:34] </w:t>
      </w:r>
      <w:r>
        <w:t>milti hai to mile, nahi milti to na mile. hum to dawah dawah work karenge. to madni daur ko log samajhte hain ke woh jihad ka zamana aur political power ka zamana.</w:t>
      </w:r>
    </w:p>
    <w:p>
      <w:pPr>
        <w:jc w:val="right"/>
      </w:pPr>
      <w:r>
        <w:t>ملتی ہے تو ملے، نہیں ملتی تو نہ ملے۔ ہم تو دعوی دعوی ورک کریں گے۔ تو مدنی دور کو لوگ سمجھتے ہیں کہ وہ جہاد کا زمانہ اور پولیٹیکل پاور کا زمانہ۔</w:t>
      </w:r>
    </w:p>
    <w:p>
      <w:r>
        <w:rPr>
          <w:b/>
        </w:rPr>
        <w:t xml:space="preserve">[45:46] </w:t>
      </w:r>
      <w:r>
        <w:t>yeh bilkul baseless baatein hain. madni daur naam hai dawah work ka extension. woh dawat kaam jo ho raha tha makkah mein, wahi wahan ja rahe hain madine mein,</w:t>
      </w:r>
    </w:p>
    <w:p>
      <w:pPr>
        <w:jc w:val="right"/>
      </w:pPr>
      <w:r>
        <w:t>یہ بالکل بیس لیس باتیں ہیں۔ مدنی دور نام ہے دعوی ورک کا ایکسٹینشن۔ وہ دعوت کام جو ہو رہا تھا مکے میں، وہی وہاں جا رہے ہیں مدینے میں،</w:t>
      </w:r>
    </w:p>
    <w:p>
      <w:r>
        <w:rPr>
          <w:b/>
        </w:rPr>
        <w:t xml:space="preserve">[45:59] </w:t>
      </w:r>
      <w:r>
        <w:t>nai strategy ke sath, naye method ke sath, nai planning ke sath.</w:t>
      </w:r>
    </w:p>
    <w:p>
      <w:pPr>
        <w:jc w:val="right"/>
      </w:pPr>
      <w:r>
        <w:t>نئی اسٹریٹجی کے ساتھ، نئے میتھڈ کے ساتھ، نئی پلاننگ کے ساتھ۔</w:t>
      </w:r>
    </w:p>
    <w:p>
      <w:r>
        <w:rPr>
          <w:b/>
        </w:rPr>
        <w:t xml:space="preserve">[46:08] </w:t>
      </w:r>
      <w:r>
        <w:t>phir aap dekhiye ke madni daur ke aakhri zamane mein, yani rasool Allah ke wafaat se qareeb do mahine pehle, Hajjat al Wida hota hai.</w:t>
      </w:r>
    </w:p>
    <w:p>
      <w:pPr>
        <w:jc w:val="right"/>
      </w:pPr>
      <w:r>
        <w:t>پھر آپ دیکھیے کہ مدنی دور کے آخری زمانے میں، یعنی رسول اللہ کے وفات سے قریب دو مہینہ پہلے، حجۃ الوداع ہوتا ہے۔</w:t>
      </w:r>
    </w:p>
    <w:p>
      <w:r>
        <w:rPr>
          <w:b/>
        </w:rPr>
        <w:t xml:space="preserve">[46:21] </w:t>
      </w:r>
      <w:r>
        <w:t>yani rasool Allah aur sahaba sab madine se gaye makkah, hajj kiya. wahan par</w:t>
      </w:r>
    </w:p>
    <w:p>
      <w:pPr>
        <w:jc w:val="right"/>
      </w:pPr>
      <w:r>
        <w:t>یعنی رسول اللہ اور صحابہ سب مدینہ سے گئے مکہ، حج کیا۔ وہاں پر</w:t>
      </w:r>
    </w:p>
    <w:p>
      <w:r>
        <w:rPr>
          <w:b/>
        </w:rPr>
        <w:t xml:space="preserve">[46:28] </w:t>
      </w:r>
      <w:r>
        <w:t>kaha jata hai kal ek lakh 24 hazar aadmi the us waqt, taqreeban</w:t>
      </w:r>
    </w:p>
    <w:p>
      <w:pPr>
        <w:jc w:val="right"/>
      </w:pPr>
      <w:r>
        <w:t>کہا جاتا ہے کل ایک لاکھ 24 ہزار آدمی تھے اس وقت، تقریباً</w:t>
      </w:r>
    </w:p>
    <w:p>
      <w:r>
        <w:rPr>
          <w:b/>
        </w:rPr>
        <w:t xml:space="preserve">[46:35] </w:t>
      </w:r>
      <w:r>
        <w:t>ya ek lakh chalis hazar. yani ginti ke bare mein ikhtilaf hai kitabon mein, koi log ek lakh chalis hazar mante hain, koi log ek lakh 24 hazar. mukhtalif gintiyan hain, par mota hisab aap samajh lein ke ek lakh se zyada, more than 100 thousand people.</w:t>
      </w:r>
    </w:p>
    <w:p>
      <w:pPr>
        <w:jc w:val="right"/>
      </w:pPr>
      <w:r>
        <w:t>یا ایک لاکھ چالیس ہزار۔ یعنی گنتی کے بارے میں اختلاف ہے کتابوں میں، کوئی لوگ ایک لاکھ چالیس ہزار مانتے ہیں، کوئی لوگ ایک لاکھ 24 ہزار۔ مختلف گنتیاں ہیں، پر موٹا حساب آپ سمجھ لیں کہ ایک لاکھ سے زیادہ، مور دین 100 تھا پیپل۔</w:t>
      </w:r>
    </w:p>
    <w:p>
      <w:r>
        <w:rPr>
          <w:b/>
        </w:rPr>
        <w:t xml:space="preserve">[46:54] </w:t>
      </w:r>
      <w:r>
        <w:t>to wahan par aap dekhiye, wahan pe kya hua?</w:t>
      </w:r>
    </w:p>
    <w:p>
      <w:pPr>
        <w:jc w:val="right"/>
      </w:pPr>
      <w:r>
        <w:t>تو وہاں پر آپ دیکھیے، وہاں پہ کیا ہوا؟</w:t>
      </w:r>
    </w:p>
    <w:p>
      <w:r>
        <w:rPr>
          <w:b/>
        </w:rPr>
        <w:t xml:space="preserve">[47:00] </w:t>
      </w:r>
      <w:r>
        <w:t>wahan par makkah mein logon ne chaha ke un ki jo property thi, unhein wapas ki jaye, jo chhod kar gaye the, woh jo land chhod ke gaye the, us ko wapas kiya jaye.</w:t>
      </w:r>
    </w:p>
    <w:p>
      <w:pPr>
        <w:jc w:val="right"/>
      </w:pPr>
      <w:r>
        <w:t>وہاں پر مکہ میں لوگوں نے چاہا کہ ان کی جو پراپرٹی تھی، انہیں واپس کی جائے، جو چھوڑ کر گئے تھے، وہ جو لینڈ چھوڑ کے گئے تھے، اس کو واپس کیا جائے۔</w:t>
      </w:r>
    </w:p>
    <w:p>
      <w:r>
        <w:rPr>
          <w:b/>
        </w:rPr>
        <w:t xml:space="preserve">[47:11] </w:t>
      </w:r>
      <w:r>
        <w:t>aap ne kisi ko ijazat nahi di ke woh property ka chapter khole yahan par, aur jo land chheni gayi thi, us ko wapas hasil karne ki koshish kare.</w:t>
      </w:r>
    </w:p>
    <w:p>
      <w:pPr>
        <w:jc w:val="right"/>
      </w:pPr>
      <w:r>
        <w:t>آپ نے کسی کو اجازت نہیں دی کہ وہ پراپرٹی کا چیپٹر کھولے یہاں پر، اور جو لائن چھینی گئی تھی، اس کو واپس حاصل کرنے کی کوشش کرے۔</w:t>
      </w:r>
    </w:p>
    <w:p>
      <w:r>
        <w:rPr>
          <w:b/>
        </w:rPr>
        <w:t xml:space="preserve">[47:21] </w:t>
      </w:r>
      <w:r>
        <w:t>hajj karo, wapas jao madina, hajj karo, madina wapas jao. jo hua, woh hua.</w:t>
      </w:r>
    </w:p>
    <w:p>
      <w:pPr>
        <w:jc w:val="right"/>
      </w:pPr>
      <w:r>
        <w:t>حج کرو، واپس جاؤ مدینہ، حج کرو، مدینہ واپس جاؤ۔ جو ہوا، وہ ہوا۔</w:t>
      </w:r>
    </w:p>
    <w:p>
      <w:r>
        <w:rPr>
          <w:b/>
        </w:rPr>
        <w:t xml:space="preserve">[47:28] </w:t>
      </w:r>
      <w:r>
        <w:t>aap ne ek hi nishanat logon ko diya, ek hi target. yeh sab target nahi ke territory wapas karo, kuch nahi.</w:t>
      </w:r>
    </w:p>
    <w:p>
      <w:pPr>
        <w:jc w:val="right"/>
      </w:pPr>
      <w:r>
        <w:t>آپ نے ایک ہی نشانت لوگوں کو دیا، ایک ہی ٹارگٹ۔ یہ سب ٹارگٹ نہیں کہ ٹیریٹری واپس کرو، کچھ نہیں۔</w:t>
      </w:r>
    </w:p>
    <w:p>
      <w:r>
        <w:rPr>
          <w:b/>
        </w:rPr>
        <w:t xml:space="preserve">[47:39] </w:t>
      </w:r>
      <w:r>
        <w:t>territory wapas karo, hamara ghar wapas karo, hamari property wapas karo. yeh yeh nahi, aap ne wahan chapter khole, ek hi logon ko target diya.</w:t>
      </w:r>
    </w:p>
    <w:p>
      <w:pPr>
        <w:jc w:val="right"/>
      </w:pPr>
      <w:r>
        <w:t>ٹیریٹری واپس کرو، ہمارا گھر واپس کرو، ہماری پراپرٹی واپس کرو۔ یہ یہ نہیں، آپ نے وہاں چیپٹر کھولے، ایک ہی لوگوں کو ٹارگٹ دیا۔</w:t>
      </w:r>
    </w:p>
    <w:p>
      <w:r>
        <w:rPr>
          <w:b/>
        </w:rPr>
        <w:t xml:space="preserve">[47:50] </w:t>
      </w:r>
      <w:r>
        <w:t>kyun ke dekhiye, har cheez doosri cheez jo hai, source of destruction ban jati hai.</w:t>
      </w:r>
    </w:p>
    <w:p>
      <w:pPr>
        <w:jc w:val="right"/>
      </w:pPr>
      <w:r>
        <w:t>کیونکہ دیکھیے، ہر چیز دوسری چیز جو ہے، سورس اف ڈسٹرکشن بن جاتی ہے۔</w:t>
      </w:r>
    </w:p>
    <w:p>
      <w:r>
        <w:rPr>
          <w:b/>
        </w:rPr>
        <w:t xml:space="preserve">[47:54] </w:t>
      </w:r>
      <w:r>
        <w:t>agar aap chahte hain dawah work karna to har doosri cheez ko aap ko chhodna padega, nahi to kya hoga? aap distract hote rahenge.</w:t>
      </w:r>
    </w:p>
    <w:p>
      <w:pPr>
        <w:jc w:val="right"/>
      </w:pPr>
      <w:r>
        <w:t>اگر آپ چاہتے ہیں دعوی ورک کرنا تو ہر دوسری چیز کو آپ کو چھوڑنا پڑے گا، نہیں تو کیا ہوگا؟ آپ ڈسٹریکٹ ہوتے رہیں گے۔</w:t>
      </w:r>
    </w:p>
    <w:p>
      <w:r>
        <w:rPr>
          <w:b/>
        </w:rPr>
        <w:t xml:space="preserve">[48:04] </w:t>
      </w:r>
      <w:r>
        <w:t>everything other is source of distraction. yeh impossible hai ke dawah work ko bhi aap supreme court mein banayein, aur sath sath is mein uljhe rahein.</w:t>
      </w:r>
    </w:p>
    <w:p>
      <w:pPr>
        <w:jc w:val="right"/>
      </w:pPr>
      <w:r>
        <w:t>ایوری تھنگ ادر از سورس اف ڈسٹریکشن۔ یہ امپاسیبل ہے کہ دعوی ورک کو بھی آپ سپریم کورٹ میں بنائیں، اور ساتھ ساتھ اس میں الجھے رہیں۔</w:t>
      </w:r>
    </w:p>
    <w:p>
      <w:r>
        <w:rPr>
          <w:b/>
        </w:rPr>
        <w:t xml:space="preserve">[48:13] </w:t>
      </w:r>
      <w:r>
        <w:t>aap yeh ho nahi sakta hai,</w:t>
      </w:r>
    </w:p>
    <w:p>
      <w:pPr>
        <w:jc w:val="right"/>
      </w:pPr>
      <w:r>
        <w:t>آپ یہ ہو نہیں سکتا ہے،</w:t>
      </w:r>
    </w:p>
    <w:p>
      <w:r>
        <w:rPr>
          <w:b/>
        </w:rPr>
        <w:t xml:space="preserve">[48:19] </w:t>
      </w:r>
      <w:r>
        <w:t>yeh nahi ho sakta hai. to aap ne kahin ulajhne nahi diya logon ko,</w:t>
      </w:r>
    </w:p>
    <w:p>
      <w:pPr>
        <w:jc w:val="right"/>
      </w:pPr>
      <w:r>
        <w:t>یہ نہیں ہو سکتا ہے۔ تو آپ نے کہیں الجھنے نہیں دیا لوگوں کو،</w:t>
      </w:r>
    </w:p>
    <w:p>
      <w:r>
        <w:rPr>
          <w:b/>
        </w:rPr>
        <w:t xml:space="preserve">[48:23] </w:t>
      </w:r>
      <w:r>
        <w:t>ek hi target diya. aap ne Hajjat al Wida ka jo khutba tha, us mein aap farmaya tha: "In Allah basani kaafatan lil naasi fadawwani".</w:t>
      </w:r>
    </w:p>
    <w:p>
      <w:pPr>
        <w:jc w:val="right"/>
      </w:pPr>
      <w:r>
        <w:t>ایک ہی ٹارگٹ دیا۔ آپ نے حجۃ الوداع کا جو خطبہ تھا، اس میں آپ فرمایا تھا: "ان اللہ باسنی کافت للناس فدوانی"۔</w:t>
      </w:r>
    </w:p>
    <w:p>
      <w:r>
        <w:rPr>
          <w:b/>
        </w:rPr>
        <w:t xml:space="preserve">[48:37] </w:t>
      </w:r>
      <w:r>
        <w:t>yeh tha target, yeh tha nishana, yeh tha goal ke Khuda ne mujh ko sari duniya ke liye paighambar bana kar bheja hai,</w:t>
      </w:r>
    </w:p>
    <w:p>
      <w:pPr>
        <w:jc w:val="right"/>
      </w:pPr>
      <w:r>
        <w:t>یہ تھا ٹارگٹ، یہ تھا نشانہ، یہ تھا گول کہ خدا نے مجھ کو ساری دنیا کے لیے پیغمبر بنا کر بھیجا ہے،</w:t>
      </w:r>
    </w:p>
    <w:p>
      <w:r>
        <w:rPr>
          <w:b/>
        </w:rPr>
        <w:t xml:space="preserve">[48:52] </w:t>
      </w:r>
      <w:r>
        <w:t>to tum log meri taraf se sari dunya mein pohncha do.</w:t>
      </w:r>
    </w:p>
    <w:p>
      <w:pPr>
        <w:jc w:val="right"/>
      </w:pPr>
      <w:r>
        <w:t>تو تم لوگ میری طرف سے ساری دنیا میں پہنچا دو۔</w:t>
      </w:r>
    </w:p>
    <w:p>
      <w:r>
        <w:rPr>
          <w:b/>
        </w:rPr>
        <w:t xml:space="preserve">[48:56] </w:t>
      </w:r>
      <w:r>
        <w:t>aur jab rasool allah salallaho alaihi wasallam to 25 saal, woh 23 saal tak aap ne peghambri ki, 23 saal mein aap ne arab mein phailaya, lekin abhi dunya baqi thi.</w:t>
      </w:r>
    </w:p>
    <w:p>
      <w:pPr>
        <w:jc w:val="right"/>
      </w:pPr>
      <w:r>
        <w:t>اور جب رسول اللہ صلی اللہ علیہ وسلم تو 25 سال، وہ 23 سال تک آپ نے پیغمبری کی، 23 سال میں آپ نے عرب میں پھیلایا، لیکن ابھی دنیا باقی تھی۔</w:t>
      </w:r>
    </w:p>
    <w:p>
      <w:r>
        <w:rPr>
          <w:b/>
        </w:rPr>
        <w:t xml:space="preserve">[49:10] </w:t>
      </w:r>
      <w:r>
        <w:t>to allah taala aisa nahi kehe ke aap ko hazar saal ki umar de de, aur aap hi har sari dunya mein kaam karte rahen.</w:t>
      </w:r>
    </w:p>
    <w:p>
      <w:pPr>
        <w:jc w:val="right"/>
      </w:pPr>
      <w:r>
        <w:t>تو اللہ تعالی ایسا نہیں کہے کہ آپ کو ہزار سال کی عمر دے دے، اور آپ ہی ہر ساری دنیا میں کام کرتے رہیں۔</w:t>
      </w:r>
    </w:p>
    <w:p>
      <w:r>
        <w:rPr>
          <w:b/>
        </w:rPr>
        <w:t xml:space="preserve">[49:16] </w:t>
      </w:r>
      <w:r>
        <w:t>nahi, aap ko yani natural death hui, jo waqt tha aap ka, us waqt aap ki death hui.</w:t>
      </w:r>
    </w:p>
    <w:p>
      <w:pPr>
        <w:jc w:val="right"/>
      </w:pPr>
      <w:r>
        <w:t>نہیں، آپ کو یعنی نیچرل ڈیتھ ہوئی، جو وقت تھا آپ کا، اس وقت آپ کی ڈیتھ ہوئی۔</w:t>
      </w:r>
    </w:p>
    <w:p>
      <w:r>
        <w:rPr>
          <w:b/>
        </w:rPr>
        <w:t xml:space="preserve">[49:26] </w:t>
      </w:r>
      <w:r>
        <w:t>is ke baad kaam ummat ke hawale kar diya aap ne,</w:t>
      </w:r>
    </w:p>
    <w:p>
      <w:pPr>
        <w:jc w:val="right"/>
      </w:pPr>
      <w:r>
        <w:t>اس کے بعد کام امت کے حوالے کر دیا آپ نے،</w:t>
      </w:r>
    </w:p>
    <w:p>
      <w:r>
        <w:rPr>
          <w:b/>
        </w:rPr>
        <w:t xml:space="preserve">[49:32] </w:t>
      </w:r>
      <w:r>
        <w:t>ummat ke hawale kiya aap ne. yani ab tak aap ko kaam karna tha, ab ummat ko, ab ummat ko kaam karna hai. aakhir tak, aakhir tak ummat matlab nasal dar nasal kaam karna hai, generation af da generation.</w:t>
      </w:r>
    </w:p>
    <w:p>
      <w:pPr>
        <w:jc w:val="right"/>
      </w:pPr>
      <w:r>
        <w:t>امت کے حوالے کیا آپ نے۔ یعنی اب تک آپ کو کام کرنا تھا، اب امت کو، اب امت کو کام کرنا ہے۔ آخر تک، آخر تک امت مطلب نسل در نسل کام کرنا ہے، جنریشن اف دا جنریشن۔</w:t>
      </w:r>
    </w:p>
    <w:p>
      <w:r>
        <w:rPr>
          <w:b/>
        </w:rPr>
        <w:t xml:space="preserve">[49:47] </w:t>
      </w:r>
      <w:r>
        <w:t>yani sahaba ko karna hai, taween karna hai, tawa taween karna hai, phir karte hi rehna hai. aur aaj bhi wahi duty hamari hai. to aap ne yeh jo goal diya tha ke "in allah basani kaft lil nasas faduani",</w:t>
      </w:r>
    </w:p>
    <w:p>
      <w:pPr>
        <w:jc w:val="right"/>
      </w:pPr>
      <w:r>
        <w:t>یعنی صحابہ کو کرنا ہے، تعوین کرنا ہے، توا تعوین کرنا ہے، پھر کرتے ہی رہنا ہے۔ اور آج بھی وہی ڈیوٹی ہماری ہے۔ تو آپ نے یہ جو گول دیا تھا کہ "ان اللہ باسنی کافت للناس فدوانی"،</w:t>
      </w:r>
    </w:p>
    <w:p>
      <w:r>
        <w:rPr>
          <w:b/>
        </w:rPr>
        <w:t xml:space="preserve">[50:03] </w:t>
      </w:r>
      <w:r>
        <w:t>allah ne hum is ko bheja hai sari dunya ke liye peghambar bana kar, to tum log meri taraf se dunya walon ko pohncha do.</w:t>
      </w:r>
    </w:p>
    <w:p>
      <w:pPr>
        <w:jc w:val="right"/>
      </w:pPr>
      <w:r>
        <w:t>اللہ نے ہم اس کو بھیجا ہے ساری دنیا کے لیے پیغمبر بنا کر، تو تم لوگ میری طرف سے دنیا والوں کو پہنچا دو۔</w:t>
      </w:r>
    </w:p>
    <w:p>
      <w:r>
        <w:rPr>
          <w:b/>
        </w:rPr>
        <w:t xml:space="preserve">[50:15] </w:t>
      </w:r>
      <w:r>
        <w:t>to tum log meri taraf se sari dunya ko pohncha do. yeh baat quran mein bhi kahi gayi hai ke "likon al rasool shaheeda alaikum wa takon shuhada al al nas".</w:t>
      </w:r>
    </w:p>
    <w:p>
      <w:pPr>
        <w:jc w:val="right"/>
      </w:pPr>
      <w:r>
        <w:t>تو تم لوگ میری طرف سے ساری دنیا کو پہنچا دو۔ یہ بات قرآن میں بھی کہی گئی ہے کہ "لیکون الرسول شہیدا علیکم وتکون شہداء علی الناس"۔</w:t>
      </w:r>
    </w:p>
    <w:p>
      <w:r>
        <w:rPr>
          <w:b/>
        </w:rPr>
        <w:t xml:space="preserve">[50:29] </w:t>
      </w:r>
      <w:r>
        <w:t>yeh ayat quran mein do bar aayi hai: "likon al rasool shaheeda alaikum wa takon shuhada al al nas". yani rasool allah ne ummat tak pohncha diya, aur ummat dunya ko pohnchaye hain.</w:t>
      </w:r>
    </w:p>
    <w:p>
      <w:pPr>
        <w:jc w:val="right"/>
      </w:pPr>
      <w:r>
        <w:t>یہ آیت قرآن میں دو بار آئی ہے: "لیکون الرسول شہیدا علیکم وتکون شہداء علی الناس"۔ یعنی رسول اللہ نے امت تک پہنچا دیا، اور امت دنیا کو پہنچائے ہیں۔</w:t>
      </w:r>
    </w:p>
    <w:p>
      <w:r>
        <w:rPr>
          <w:b/>
        </w:rPr>
        <w:t xml:space="preserve">[50:44] </w:t>
      </w:r>
      <w:r>
        <w:t>is ayat ka matlab hai ke rasool allah ko deen mila allah ki taraf se, aap ne pohncha diya ummat ko.</w:t>
      </w:r>
    </w:p>
    <w:p>
      <w:pPr>
        <w:jc w:val="right"/>
      </w:pPr>
      <w:r>
        <w:t>اس آیت کا مطلب ہے کہ رسول اللہ کو دین ملا اللہ کی طرف سے، آپ نے پہنچا دیا امت کو۔</w:t>
      </w:r>
    </w:p>
    <w:p>
      <w:r>
        <w:rPr>
          <w:b/>
        </w:rPr>
        <w:t xml:space="preserve">[50:54] </w:t>
      </w:r>
      <w:r>
        <w:t>ab ummat ko sari dunya tak pohnchate rehna hai ke ummat ko ab rasool ka qaim muqam banna hai.</w:t>
      </w:r>
    </w:p>
    <w:p>
      <w:pPr>
        <w:jc w:val="right"/>
      </w:pPr>
      <w:r>
        <w:t>اب امت کو ساری دنیا تک پہنچاتے رہنا ہے کہ امت کو اب رسول کا قائم مقام بننا ہے۔</w:t>
      </w:r>
    </w:p>
    <w:p>
      <w:r>
        <w:rPr>
          <w:b/>
        </w:rPr>
        <w:t xml:space="preserve">[51:04] </w:t>
      </w:r>
      <w:r>
        <w:t>yeh mission hamara tha, jo yeh mission hamara hai, jo rasool allah ne diya tha hum ko.</w:t>
      </w:r>
    </w:p>
    <w:p>
      <w:pPr>
        <w:jc w:val="right"/>
      </w:pPr>
      <w:r>
        <w:t>یہ مشن ہمارا تھا، جو یہ مشن ہمارا ہے، جو رسول اللہ نے دیا تھا ہم کو۔</w:t>
      </w:r>
    </w:p>
    <w:p>
      <w:r>
        <w:rPr>
          <w:b/>
        </w:rPr>
        <w:t xml:space="preserve">[51:12] </w:t>
      </w:r>
      <w:r>
        <w:t>kitabon mein aata hai ke jab aap ne yeh farmaya to jis ka ghoda jidhar tha, usi taraf chal pada. woh ghoda ya oont par sawar the, woh log to.</w:t>
      </w:r>
    </w:p>
    <w:p>
      <w:pPr>
        <w:jc w:val="right"/>
      </w:pPr>
      <w:r>
        <w:t>کتابوں میں آتا ہے کہ جب آپ نے یہ فرمایا تو جس کا گھوڑا جدھر تھا، اسی طرف چل پڑا۔ وہ گھوڑا یا اونٹ پر سوار تھے، وہ لوگ تو۔</w:t>
      </w:r>
    </w:p>
    <w:p>
      <w:r>
        <w:rPr>
          <w:b/>
        </w:rPr>
        <w:t xml:space="preserve">[51:24] </w:t>
      </w:r>
      <w:r>
        <w:t>to sahaba jo the, un ke bare mein aata hai ke jis ka jis ki sawari jidhar khadi thi, udhar hi chal pada. woh matlab yeh batane ke liye hai, aisa nahi ke unhon ne dauda diya jangalon mein, sehraon mein ghore.</w:t>
      </w:r>
    </w:p>
    <w:p>
      <w:pPr>
        <w:jc w:val="right"/>
      </w:pPr>
      <w:r>
        <w:t>تو صحابہ جو تھے، ان کے بارے میں آتا ہے کہ کہ جس کا جس کی سواری جدھر کھڑی تھی، ادھر ہی چل پڑا۔ وہ مطلب یہ بتانے کے لیے ہے، ایسا نہیں کہ انہوں نے دوڑا دیا جنگلوں میں، صحراؤں میں گھوڑے۔</w:t>
      </w:r>
    </w:p>
    <w:p>
      <w:r>
        <w:rPr>
          <w:b/>
        </w:rPr>
        <w:t xml:space="preserve">[51:42] </w:t>
      </w:r>
      <w:r>
        <w:t>woh to ek shair hai, jo ek shair kisi ka hai: "hum ne dauda diya ghore, hum ne". woh to shayari hai. is ka matlab yeh hai ke is ke baad unhon ne ek nai planning ki apni zindagi ki.</w:t>
      </w:r>
    </w:p>
    <w:p>
      <w:pPr>
        <w:jc w:val="right"/>
      </w:pPr>
      <w:r>
        <w:t>وہ تو ایک شعر ہے، جو ایک شعر کسی کا ہے: "ہم نے دوڑا دیا گھوڑے، ہم نے"۔ وہ تو شاعری ہے۔ اس کا مطلب یہ ہے کہ اس کے بعد انہوں نے ایک نئی پلاننگ کی اپنی زندگی کی۔</w:t>
      </w:r>
    </w:p>
    <w:p>
      <w:r>
        <w:rPr>
          <w:b/>
        </w:rPr>
        <w:t xml:space="preserve">[51:57] </w:t>
      </w:r>
      <w:r>
        <w:t>abu ne makkah makkah se matlab tha, aur madina se matlab tha.</w:t>
      </w:r>
    </w:p>
    <w:p>
      <w:pPr>
        <w:jc w:val="right"/>
      </w:pPr>
      <w:r>
        <w:t>ابو نے مکہ مکہ سے مطلب تھا، اور مدینہ سے مطلب تھا۔</w:t>
      </w:r>
    </w:p>
    <w:p>
      <w:r>
        <w:rPr>
          <w:b/>
        </w:rPr>
        <w:t xml:space="preserve">[52:02] </w:t>
      </w:r>
      <w:r>
        <w:t>yeh yani is rasool allah ke is sermon ke baad, is address ke baad, un ko maloom hoga ke ab hamara mission kya hai.</w:t>
      </w:r>
    </w:p>
    <w:p>
      <w:pPr>
        <w:jc w:val="right"/>
      </w:pPr>
      <w:r>
        <w:t>یہ یعنی اس رسول اللہ کے اس سرمن کے بعد، اس ایڈریس کے بعد، ان کو معلوم ہوگا کہ اب ہمارا مشن کیا ہے۔</w:t>
      </w:r>
    </w:p>
    <w:p>
      <w:r>
        <w:rPr>
          <w:b/>
        </w:rPr>
        <w:t xml:space="preserve">[52:14] </w:t>
      </w:r>
      <w:r>
        <w:t>ab hum ne na to makkah ke property ko qabza karna hai, na madina ja kar ke apna ghar banana hai. ab dunya mein nikal jana hai, yeh matlab hai is ka.</w:t>
      </w:r>
    </w:p>
    <w:p>
      <w:pPr>
        <w:jc w:val="right"/>
      </w:pPr>
      <w:r>
        <w:t>اب ہم نے نہ تو مکہ کے پراپرٹی کو قبضہ کرنا ہے، نہ مدینہ جا کر کے اپنا گھر بنانا ہے۔ اب دنیا میں نکل جانا ہے، یہ مطلب ہے اس کا۔</w:t>
      </w:r>
    </w:p>
    <w:p>
      <w:r>
        <w:rPr>
          <w:b/>
        </w:rPr>
        <w:t xml:space="preserve">[52:30] </w:t>
      </w:r>
      <w:r>
        <w:t>to sahaba ki majority jo hai, bikhar gayi urgent countries mein, atraf ke mulkon mein.</w:t>
      </w:r>
    </w:p>
    <w:p>
      <w:pPr>
        <w:jc w:val="right"/>
      </w:pPr>
      <w:r>
        <w:t>تو صحابہ کی میجورٹی جو ہے، بکھر گئی ارجنٹ کنٹریز میں، اطراف کے ملکوں میں۔</w:t>
      </w:r>
    </w:p>
    <w:p>
      <w:r>
        <w:rPr>
          <w:b/>
        </w:rPr>
        <w:t xml:space="preserve">[52:43] </w:t>
      </w:r>
      <w:r>
        <w:t>aap jante hain ke un ki zaban arabi thi, sahaba ki zaban arabi thi, un logon ki zaban doosri doosri thi.</w:t>
      </w:r>
    </w:p>
    <w:p>
      <w:pPr>
        <w:jc w:val="right"/>
      </w:pPr>
      <w:r>
        <w:t>آپ جانتے ہیں کہ ان کی زبان عربی تھی، صحابہ کی زبان عربی تھی، ان لوگوں کی زبان دوسری دوسری تھی۔</w:t>
      </w:r>
    </w:p>
    <w:p>
      <w:r>
        <w:rPr>
          <w:b/>
        </w:rPr>
        <w:t xml:space="preserve">[52:52] </w:t>
      </w:r>
      <w:r>
        <w:t>misalan suriya ki zaban suriyan thi, egypt ki zaban woh thi coptic thi, libya ki zaban berberi thi,</w:t>
      </w:r>
    </w:p>
    <w:p>
      <w:pPr>
        <w:jc w:val="right"/>
      </w:pPr>
      <w:r>
        <w:t>مثلاً سیریا کی زبان سیرین تھی، ایجپٹ کی زبان وہ تھی کاپٹک تھی، لیبیا کی زبان بربری تھی،</w:t>
      </w:r>
    </w:p>
    <w:p>
      <w:r>
        <w:rPr>
          <w:b/>
        </w:rPr>
        <w:t xml:space="preserve">[53:05] </w:t>
      </w:r>
      <w:r>
        <w:t>aur falasteen ki zaban hebrew thi. jahan jahan woh gaye, woh un ki zabanein alag alag thi. phir bhi woh ghus gaye un mein ja kar ke.</w:t>
      </w:r>
    </w:p>
    <w:p>
      <w:pPr>
        <w:jc w:val="right"/>
      </w:pPr>
      <w:r>
        <w:t>اور فلسطین کی زبان ہیبریو تھی۔ جہاں جہاں وہ گئے، وہ ان کی زبانیں الگ الگ تھیں۔ پھر بھی وہ گھس گئے ان میں جا کر کے۔</w:t>
      </w:r>
    </w:p>
    <w:p>
      <w:r>
        <w:rPr>
          <w:b/>
        </w:rPr>
        <w:t xml:space="preserve">[53:17] </w:t>
      </w:r>
      <w:r>
        <w:t>kaise kaise seekha hoga unhon ne, woh aap soch sakte hain.</w:t>
      </w:r>
    </w:p>
    <w:p>
      <w:pPr>
        <w:jc w:val="right"/>
      </w:pPr>
      <w:r>
        <w:t>کیسے کیسے سیکھا ہوگا انہوں نے، وہ آپ سوچ سکتے ہیں۔</w:t>
      </w:r>
    </w:p>
    <w:p>
      <w:r>
        <w:rPr>
          <w:b/>
        </w:rPr>
        <w:t xml:space="preserve">[53:22] </w:t>
      </w:r>
      <w:r>
        <w:t>aaj kal aap jante hain ke aaj kal talba jo hain, main sunta rehta hoon waqiat ke apne job ke liye, apne exam ke liye, ek naya course karne ke liye, yeh raat din mehnat kar ke nai zabanein seekhte hain.</w:t>
      </w:r>
    </w:p>
    <w:p>
      <w:pPr>
        <w:jc w:val="right"/>
      </w:pPr>
      <w:r>
        <w:t>آج کل آپ جانتے ہیں کہ آج کل طلبہ جو ہیں، میں سنتا رہتا ہوں واقعات کہ اپنے جاب کے لیے، اپنے ایگزام کے لیے، ایک نیا کورس کرنے کے لیے، یہ رات دن محنت کر کے نئی زبانیں سیکھتے ہیں۔</w:t>
      </w:r>
    </w:p>
    <w:p>
      <w:r>
        <w:rPr>
          <w:b/>
        </w:rPr>
        <w:t xml:space="preserve">[53:36] </w:t>
      </w:r>
      <w:r>
        <w:t>koi french seekh raha hai, koi german seekh raha hai, koi russian seekh raha hai, chaar idhar seekh daalte hain. to meri samajh mein aaye ke kaise sahaba ne in ki zubanen seekhi hongi.</w:t>
      </w:r>
    </w:p>
    <w:p>
      <w:pPr>
        <w:jc w:val="right"/>
      </w:pPr>
      <w:r>
        <w:t>کوئی فرینچ سیکھ رہا ہے، کوئی جرمن سیکھ رہا ہے، کوئی رشین سیکھ رہا ہے، چار ادھر سیکھ ڈالتے ہیں۔ تو میری سمجھ میں آئے کہ کیسے صحابہ نے ان کی زبانیں سیکھی ہوں گی۔</w:t>
      </w:r>
    </w:p>
    <w:p>
      <w:r>
        <w:rPr>
          <w:b/>
        </w:rPr>
        <w:t xml:space="preserve">[53:47] </w:t>
      </w:r>
      <w:r>
        <w:t>aaj kal mein rozana sunta rehta hoon logon ke qisse ke yeh student jo hain, jab dekhte hain ke hamara yaani is mein hamein koi scope hai bara, to raat din woh is mein hero ban jaate hain.</w:t>
      </w:r>
    </w:p>
    <w:p>
      <w:pPr>
        <w:jc w:val="right"/>
      </w:pPr>
      <w:r>
        <w:t>آج کل میں روزانہ سنتا رہتا ہوں لوگوں کے قصے کہ یہ سٹوڈنٹ جو ہیں، جب دیکھتے ہیں کہ ہمارا یعنی اس میں ہمیں کوئی اسکوپ ہے بڑا، تو رات دن وہ اس میں ہیرو بن جاتے ہیں۔</w:t>
      </w:r>
    </w:p>
    <w:p>
      <w:r>
        <w:rPr>
          <w:b/>
        </w:rPr>
        <w:t xml:space="preserve">[54:00] </w:t>
      </w:r>
      <w:r>
        <w:t>hero! koi arabi seekh raha hai, koi french seekh raha hai, koi german seekh raha hai, koi russian seekh raha hai, koi latin seekh raha hai, koi japani seekh raha hai, aur hero ban kar seekh daalte hain woh,</w:t>
      </w:r>
    </w:p>
    <w:p>
      <w:pPr>
        <w:jc w:val="right"/>
      </w:pPr>
      <w:r>
        <w:t>ہیرو! کوئی عربی سیکھ رہا ہے، کوئی فرینچ سیکھ رہا ہے، کوئی جرمن سیکھ رہا ہے، کوئی رشین سیکھ رہا ہے، کوئی لیٹن سیکھ رہا ہے، کوئی جاپانی سیکھ رہا ہے، اور ہیرو بن کر سیکھ ڈالتے ہیں وہ،</w:t>
      </w:r>
    </w:p>
    <w:p>
      <w:r>
        <w:rPr>
          <w:b/>
        </w:rPr>
        <w:t xml:space="preserve">[54:15] </w:t>
      </w:r>
      <w:r>
        <w:t>aur phir taraqqi karte hain. yeh</w:t>
      </w:r>
    </w:p>
    <w:p>
      <w:pPr>
        <w:jc w:val="right"/>
      </w:pPr>
      <w:r>
        <w:t>اور پھر ترقی کرتے ہیں۔ یہ</w:t>
      </w:r>
    </w:p>
    <w:p>
      <w:r>
        <w:rPr>
          <w:b/>
        </w:rPr>
        <w:t xml:space="preserve">[54:17] </w:t>
      </w:r>
      <w:r>
        <w:t>jo phenomenon hai aaj kal, is se maine samjha ke sahaba ne kaise in ki zubanen seekhi hongi. is poore area ko kaise unhon ne Islamize kiya hoga, jis ko hum aaj kehte hain Arab land.</w:t>
      </w:r>
    </w:p>
    <w:p>
      <w:pPr>
        <w:jc w:val="right"/>
      </w:pPr>
      <w:r>
        <w:t>جو فیناومینا ہے آج کل، اس سے میں نے سمجھا کہ صحابہ نے کیسے ان کی زبانیں سیکھی ہوں گی۔ اس پورے ایریا کو کیسے انہوں نے اسلامائز کیا ہوگا، جس کو ہم آج کہتے ہیں عرب لینڈ۔</w:t>
      </w:r>
    </w:p>
    <w:p>
      <w:r>
        <w:rPr>
          <w:b/>
        </w:rPr>
        <w:t xml:space="preserve">[54:30] </w:t>
      </w:r>
      <w:r>
        <w:t>is area ko kis ne Islamize kiya? in logon ne jo arabi zuban jante the, koi aur zuban nahi jante the.</w:t>
      </w:r>
    </w:p>
    <w:p>
      <w:pPr>
        <w:jc w:val="right"/>
      </w:pPr>
      <w:r>
        <w:t>اس ایریا کو کس نے اسلامائز کیا؟ ان لوگوں نے جو عربی زبان جانتے تھے، کوئی اور زبان نہیں جانتے تھے۔</w:t>
      </w:r>
    </w:p>
    <w:p>
      <w:r>
        <w:rPr>
          <w:b/>
        </w:rPr>
        <w:t xml:space="preserve">[54:38] </w:t>
      </w:r>
      <w:r>
        <w:t>aisa unhon ne Islamize kiya ke un ki language badal gayi, un ka culture badal gaya, un ka regional badal gaya, un ka attitude badal gaya, sab kuch badal gaya.</w:t>
      </w:r>
    </w:p>
    <w:p>
      <w:pPr>
        <w:jc w:val="right"/>
      </w:pPr>
      <w:r>
        <w:t>ایسا انہوں نے اسلامائز کیا کہ ان کی لینگویج بدل گئی، ان کا کلچر بدل گیا، ان کا ریجنل بدل گیا، ان کا ایٹیٹیوڈ بدل گیا، سب کچھ بدل گیا۔</w:t>
      </w:r>
    </w:p>
    <w:p>
      <w:r>
        <w:rPr>
          <w:b/>
        </w:rPr>
        <w:t xml:space="preserve">[54:50] </w:t>
      </w:r>
      <w:r>
        <w:t>yeh tha miracle in logon ka, jin ko hum kehte hain Ashab-e-Rasool. Hajjat-ul-Wida ke baad jo dakhil hue hain in mulkon mein, unhon ne is tarah se kar dala.</w:t>
      </w:r>
    </w:p>
    <w:p>
      <w:pPr>
        <w:jc w:val="right"/>
      </w:pPr>
      <w:r>
        <w:t>یہ تھا میریکل ان لوگوں کا، جن کو ہم کہتے ہیں اصحاب رسول۔ حجۃ الوداع کے بعد جو داخل ہوئے ہیں ان ملکوں میں، انہوں نے اس طرح سے کر ڈالا۔</w:t>
      </w:r>
    </w:p>
    <w:p>
      <w:r>
        <w:rPr>
          <w:b/>
        </w:rPr>
        <w:t xml:space="preserve">[55:04] </w:t>
      </w:r>
      <w:r>
        <w:t>to khulasa yeh hai ke yeh jo hum ne baat rakha hai, Makkah period aur Madani period, yeh baat jo hai, woh sirf ek geographical baat hai.</w:t>
      </w:r>
    </w:p>
    <w:p>
      <w:pPr>
        <w:jc w:val="right"/>
      </w:pPr>
      <w:r>
        <w:t>تو خلاصہ یہ ہے کہ یہ جو ہم نے باٹ رکھا ہے، مکہ پیریڈ اور مدنی پیریڈ، یہ باٹ جو ہے، وہ صرف ایک جیوگرافیکل باٹ ہے۔</w:t>
      </w:r>
    </w:p>
    <w:p>
      <w:r>
        <w:rPr>
          <w:b/>
        </w:rPr>
        <w:t xml:space="preserve">[55:13] </w:t>
      </w:r>
      <w:r>
        <w:t>geographical!</w:t>
      </w:r>
    </w:p>
    <w:p>
      <w:pPr>
        <w:jc w:val="right"/>
      </w:pPr>
      <w:r>
        <w:t>جیوگرافیکل!</w:t>
      </w:r>
    </w:p>
    <w:p>
      <w:r>
        <w:rPr>
          <w:b/>
        </w:rPr>
        <w:t xml:space="preserve">[55:18] </w:t>
      </w:r>
      <w:r>
        <w:t>yeh geographical division nahi hai, woh mission ke aitbar se nahi hai. woh mission to ek hi hai,</w:t>
      </w:r>
    </w:p>
    <w:p>
      <w:pPr>
        <w:jc w:val="right"/>
      </w:pPr>
      <w:r>
        <w:t>یہ جیوگرافیکل ڈویژن نہیں ہے، وہ مشن کے اعتبار سے نہیں ہے۔ وہ مشن تو ایک ہی ہے،</w:t>
      </w:r>
    </w:p>
    <w:p>
      <w:r>
        <w:rPr>
          <w:b/>
        </w:rPr>
        <w:t xml:space="preserve">[55:28] </w:t>
      </w:r>
      <w:r>
        <w:t>aap chahe Makkah mein hon, Madine mein hon, India mein hon, Europe mein hon, East mein hon ya West mein hon, ek hi aap ka mission hai, woh hai dawah.</w:t>
      </w:r>
    </w:p>
    <w:p>
      <w:pPr>
        <w:jc w:val="right"/>
      </w:pPr>
      <w:r>
        <w:t>آپ چاہے مکہ میں ہوں، مدینے میں ہوں، انڈیا میں ہوں، یورپ میں ہوں، ایسٹ میں ہوں یا ویسٹ میں ہوں، ایک ہی آپ کا مشن ہے، وہ ہے دعوت۔</w:t>
      </w:r>
    </w:p>
    <w:p>
      <w:r>
        <w:rPr>
          <w:b/>
        </w:rPr>
        <w:t xml:space="preserve">[55:39] </w:t>
      </w:r>
      <w:r>
        <w:t>yeh Rasool Allah Salallahu Alaihi Wasallam se hamein sabaq mila hai.</w:t>
      </w:r>
    </w:p>
    <w:p>
      <w:pPr>
        <w:jc w:val="right"/>
      </w:pPr>
      <w:r>
        <w:t>یہ رسول اللہ صلی اللہ علیہ وسلم سے ہمیں سبق ملا ہے۔</w:t>
      </w:r>
    </w:p>
    <w:p>
      <w:r>
        <w:rPr>
          <w:b/>
        </w:rPr>
        <w:t xml:space="preserve">[55:45] </w:t>
      </w:r>
      <w:r>
        <w:t>is ke siwa koi aur cheez nahi hai jo hum ko Ummat-e-Muhammadi mein shamil kare.</w:t>
      </w:r>
    </w:p>
    <w:p>
      <w:pPr>
        <w:jc w:val="right"/>
      </w:pPr>
      <w:r>
        <w:t>اس کے سوا کوئی اور چیز نہیں ہے جو ہم کو امت محمدی میں شامل کرے۔</w:t>
      </w:r>
    </w:p>
    <w:p>
      <w:r>
        <w:rPr>
          <w:b/>
        </w:rPr>
        <w:t xml:space="preserve">[55:49] </w:t>
      </w:r>
      <w:r>
        <w:t>yeh bhi yaad rakhiye,</w:t>
      </w:r>
    </w:p>
    <w:p>
      <w:pPr>
        <w:jc w:val="right"/>
      </w:pPr>
      <w:r>
        <w:t>یہ بھی یاد رکھیے،</w:t>
      </w:r>
    </w:p>
    <w:p>
      <w:r>
        <w:rPr>
          <w:b/>
        </w:rPr>
        <w:t xml:space="preserve">[55:54] </w:t>
      </w:r>
      <w:r>
        <w:t>ek sahib raat ko mere paas aaye, gyarah baje raat ko, aur aa kar ke baith gaye kursi par.</w:t>
      </w:r>
    </w:p>
    <w:p>
      <w:pPr>
        <w:jc w:val="right"/>
      </w:pPr>
      <w:r>
        <w:t>ایک صاحب رات کو میرے پاس آئے، گیارہ بجے رات کو، اور آ کر کے بیٹھ گئے کرسی پر۔</w:t>
      </w:r>
    </w:p>
    <w:p>
      <w:r>
        <w:rPr>
          <w:b/>
        </w:rPr>
        <w:t xml:space="preserve">[56:05] </w:t>
      </w:r>
      <w:r>
        <w:t>to</w:t>
      </w:r>
    </w:p>
    <w:p>
      <w:pPr>
        <w:jc w:val="right"/>
      </w:pPr>
      <w:r>
        <w:t>تو</w:t>
      </w:r>
    </w:p>
    <w:p>
      <w:r>
        <w:rPr>
          <w:b/>
        </w:rPr>
        <w:t xml:space="preserve">[56:08] </w:t>
      </w:r>
      <w:r>
        <w:t>woh business karte the, un ko koi dawah se koi matlab nahi tha, bilkul businessman the. woh main janta tha un ko</w:t>
      </w:r>
    </w:p>
    <w:p>
      <w:pPr>
        <w:jc w:val="right"/>
      </w:pPr>
      <w:r>
        <w:t>وہ بزنس کرتے تھے، ان کو کوئی دعوت سے کوئی مطلب نہیں تھا، بالکل بزنس مین تھے۔ وہ میں جانتا تھا ان کو</w:t>
      </w:r>
    </w:p>
    <w:p>
      <w:r>
        <w:rPr>
          <w:b/>
        </w:rPr>
        <w:t xml:space="preserve">[56:17] </w:t>
      </w:r>
      <w:r>
        <w:t>. to kya kehte hain? woh bohat bara shukar hai Allah taala ka ke hum woh Ummat-e-Muhammadi mein paida kiya. aap ko Ummat-e-Muhammadi mein paida kiya to ab hamari jannat to hamari pakki hai.</w:t>
      </w:r>
    </w:p>
    <w:p>
      <w:pPr>
        <w:jc w:val="right"/>
      </w:pPr>
      <w:r>
        <w:t>۔ تو کیا کہتے ہیں؟ وہ بہت بڑا شکر ہے اللہ تعالی کا کہ ہم وہ امت محمدی میں پیدا کیا۔ آپ کو امت محمدی میں پیدا کیا تو اب ہماری جنت تو ہماری پکی ہے۔</w:t>
      </w:r>
    </w:p>
    <w:p>
      <w:r>
        <w:rPr>
          <w:b/>
        </w:rPr>
        <w:t xml:space="preserve">[56:30] </w:t>
      </w:r>
      <w:r>
        <w:t>unki asal wording yaad nahi hai, mujhe kai saal pehle ki baat hai.</w:t>
      </w:r>
    </w:p>
    <w:p>
      <w:pPr>
        <w:jc w:val="right"/>
      </w:pPr>
      <w:r>
        <w:t>ان کی اصل ورڈنگ یاد نہیں ہے، مجھے کئی سال پہلے کی بات ہے۔</w:t>
      </w:r>
    </w:p>
    <w:p>
      <w:r>
        <w:rPr>
          <w:b/>
        </w:rPr>
        <w:t xml:space="preserve">[56:34] </w:t>
      </w:r>
      <w:r>
        <w:t>is ka sense yahi tha ke Khuda ka shukar hai, hum ko Khuda ne Ummat-e-Muhammadi mein paida kiya, aur Ummat-e-Muhammadi ke jab hum ek ek member ban gaye, us ke fard ban gaye to jannat hamari pakki ho gayi.</w:t>
      </w:r>
    </w:p>
    <w:p>
      <w:pPr>
        <w:jc w:val="right"/>
      </w:pPr>
      <w:r>
        <w:t>اس کا سینس یہی تھا کہ خدا کا شکر ہے، ہم کو خدا نے امت محمدی میں پیدا کیا، اور امت محمدی کے جب ہم ایک ایک ممبر بن گئے، اس کے فرد بن گئے تو جنت ہماری پکی ہو گئی۔</w:t>
      </w:r>
    </w:p>
    <w:p>
      <w:r>
        <w:rPr>
          <w:b/>
        </w:rPr>
        <w:t xml:space="preserve">[56:50] </w:t>
      </w:r>
      <w:r>
        <w:t>dekhiye, yaad rakhiye, Ummat-e-Muhammadi ka fard hone se jannat nahi pakki hoti hai, dawah karne se pakki hoti hai.</w:t>
      </w:r>
    </w:p>
    <w:p>
      <w:pPr>
        <w:jc w:val="right"/>
      </w:pPr>
      <w:r>
        <w:t>دیکھیے، یاد رکھیے، امت محمدی کا فرد ہونے سے جنت نہیں پکی ہوتی ہے، دعوت کرنے سے پکی ہوتی ہے۔</w:t>
      </w:r>
    </w:p>
    <w:p>
      <w:r>
        <w:rPr>
          <w:b/>
        </w:rPr>
        <w:t xml:space="preserve">[57:01] </w:t>
      </w:r>
      <w:r>
        <w:t>yeh Muhammad Salallahu Alaihi Wasallam ka jo namuna chhora hai, aap ne is namune par chalne se jannat pakki hoti hai. yeh koi accident of birth ka mamla nahi hai.</w:t>
      </w:r>
    </w:p>
    <w:p>
      <w:pPr>
        <w:jc w:val="right"/>
      </w:pPr>
      <w:r>
        <w:t>یہ محمد صلی اللہ علیہ وسلم کا جو نمونہ چھوڑا ہے، آپ نے اس نمونے پر چلنے سے جنت پکی ہوتی ہے۔ یہ کوئی ایکسیڈنٹ آف برتھ کا معاملہ نہیں ہے۔</w:t>
      </w:r>
    </w:p>
    <w:p>
      <w:r>
        <w:rPr>
          <w:b/>
        </w:rPr>
        <w:t xml:space="preserve">[57:15] </w:t>
      </w:r>
      <w:r>
        <w:t>koi yahan paida ho gaya, wahan paida ho gaya, there is accident of birth.</w:t>
      </w:r>
    </w:p>
    <w:p>
      <w:pPr>
        <w:jc w:val="right"/>
      </w:pPr>
      <w:r>
        <w:t>کوئی یہاں پیدا ہو گیا، وہاں پیدا ہو گیا، دیر از ایکسیڈنٹ آف برتھ۔</w:t>
      </w:r>
    </w:p>
    <w:p>
      <w:r>
        <w:rPr>
          <w:b/>
        </w:rPr>
        <w:t xml:space="preserve">[57:20] </w:t>
      </w:r>
      <w:r>
        <w:t>to sirf is liye ke hum paida ho gaye wahan to jannat pakki ho gayi, yeh bilkul aman hi hai. yeh yeh wishful thinking hai.</w:t>
      </w:r>
    </w:p>
    <w:p>
      <w:pPr>
        <w:jc w:val="right"/>
      </w:pPr>
      <w:r>
        <w:t>تو صرف اس لیے کہ ہم پیدا ہو گئے وہاں تو جنت پکی ہو گئی، یہ بالکل امان ہی ہے۔ یہ یہ وش فل تھنکنگ ہے۔</w:t>
      </w:r>
    </w:p>
    <w:p>
      <w:r>
        <w:rPr>
          <w:b/>
        </w:rPr>
        <w:t xml:space="preserve">[57:34] </w:t>
      </w:r>
      <w:r>
        <w:t>rasool Allah ke namune ko pakadna hoga, rasool Allah ke mission ko pakadna hoga, aur ek lafz mein yeh ke har situation mein, har geography mein, har jagah hamein dawat ko apna mission banana hoga,</w:t>
      </w:r>
    </w:p>
    <w:p>
      <w:pPr>
        <w:jc w:val="right"/>
      </w:pPr>
      <w:r>
        <w:t>رسول اللہ کے نمونے کو پکڑنا ہوگا، رسول اللہ کے مشن کو پکڑنا ہوگا، اور ایک لفظ میں یہ کہ ہر سچویشن میں، ہر جیوگرافی میں، ہر جگہ ہمیں دعوت کو اپنا مشن بنانا ہوگا،</w:t>
      </w:r>
    </w:p>
    <w:p>
      <w:r>
        <w:rPr>
          <w:b/>
        </w:rPr>
        <w:t xml:space="preserve">[57:51] </w:t>
      </w:r>
      <w:r>
        <w:t>isi ko supreme banana hoga, isi ko aur har doosri cheez ko secondary banana hoga. jaisa ke rasool Allah ne kiya, jaisa ke aap ke ashaab ne kiya,</w:t>
      </w:r>
    </w:p>
    <w:p>
      <w:pPr>
        <w:jc w:val="right"/>
      </w:pPr>
      <w:r>
        <w:t>اسی کو سپریم بنانا ہوگا، اسی کو اور ہر دوسری چیز کو سیکنڈری بنانا ہوگا۔ جیسا کہ رسول اللہ نے کیا، جیسا کہ آپ کے اصحاب نے کیا،</w:t>
      </w:r>
    </w:p>
    <w:p>
      <w:r>
        <w:rPr>
          <w:b/>
        </w:rPr>
        <w:t xml:space="preserve">[58:04] </w:t>
      </w:r>
      <w:r>
        <w:t>tab jannat pakki hogi.</w:t>
      </w:r>
    </w:p>
    <w:p>
      <w:pPr>
        <w:jc w:val="right"/>
      </w:pPr>
      <w:r>
        <w:t>تب جنت پکی ہوگی۔</w:t>
      </w:r>
    </w:p>
    <w:p>
      <w:r>
        <w:rPr>
          <w:b/>
        </w:rPr>
        <w:t xml:space="preserve">[58:09] </w:t>
      </w:r>
      <w:r>
        <w:t>ek bahut badi fallacy hai logon mein ke log samajhte hain ke makki madani period jo tha, woh woh peeche ka period hai jab dawat ka kaam hota tha.</w:t>
      </w:r>
    </w:p>
    <w:p>
      <w:pPr>
        <w:jc w:val="right"/>
      </w:pPr>
      <w:r>
        <w:t>ایک بہت بڑی فلیسی ہے لوگوں میں کہ لوگ سمجھتے ہیں کہ مدینی مکہ پیریڈ جو تھا، وہ وہ پیچھے کا پیریڈ ہے جب دعوت کا کام ہوتا تھا۔</w:t>
      </w:r>
    </w:p>
    <w:p>
      <w:r>
        <w:rPr>
          <w:b/>
        </w:rPr>
        <w:t xml:space="preserve">[58:18] </w:t>
      </w:r>
      <w:r>
        <w:t>ab madani period mein hum hain, ab toh jihad hai, takrao hai, ladai hai, hukumat qaim karna hai. yeh bahut badi fallacy hai, kuch nahi.</w:t>
      </w:r>
    </w:p>
    <w:p>
      <w:pPr>
        <w:jc w:val="right"/>
      </w:pPr>
      <w:r>
        <w:t>اب مدنی پیریڈ میں ہم ہیں، اب تو جہاد ہے، ٹکراؤ ہے، لڑائی ہے، حکومت قائم کرنا ہے۔ یہ بہت بڑی فلیسی ہے، کچھ نہیں۔</w:t>
      </w:r>
    </w:p>
    <w:p>
      <w:r>
        <w:rPr>
          <w:b/>
        </w:rPr>
        <w:t xml:space="preserve">[58:30] </w:t>
      </w:r>
      <w:r>
        <w:t>yeh jo makki madani period hai, yeh toh sirf ek itna stick ke aap ne wahan itna stick kiya, aap ne wahan bas baqi mission ek hai, dawah mission yahan bhi, wahan bhi.</w:t>
      </w:r>
    </w:p>
    <w:p>
      <w:pPr>
        <w:jc w:val="right"/>
      </w:pPr>
      <w:r>
        <w:t>یہ جو مکہ مدنی پیریڈ ہے، یہ تو صرف ایک اتنا اسٹک کہ آپ نے وہاں اتنا اسٹک کیا، آپ نے وہاں بس باقی مشن ایک ہے، دعویٰ مشن یہاں بھی، وہاں بھی۔</w:t>
      </w:r>
    </w:p>
    <w:p>
      <w:r>
        <w:rPr>
          <w:b/>
        </w:rPr>
        <w:t xml:space="preserve">[58:47] </w:t>
      </w:r>
      <w:r>
        <w:t>is baat ko samajhna bahut zyada zaroori hai kyunke is se bahut badi fallacy paida hui hai, aur log samajhte hain ke makka daur toh peeche chhoot gaya,</w:t>
      </w:r>
    </w:p>
    <w:p>
      <w:pPr>
        <w:jc w:val="right"/>
      </w:pPr>
      <w:r>
        <w:t>اس بات کو سمجھنا بہت زیادہ ضروری ہے کیونکہ اس سے بہت بڑی فلیسی پیدا ہوئی ہے، اور لوگ سمجھتے ہیں کہ مکہ دور تو پیچھے چھوٹ گیا،</w:t>
      </w:r>
    </w:p>
    <w:p>
      <w:r>
        <w:rPr>
          <w:b/>
        </w:rPr>
        <w:t xml:space="preserve">[58:55] </w:t>
      </w:r>
      <w:r>
        <w:t>ab toh madani daur hai, yani jihad hai, qital hai, hukumat hai, iqtidaar hai, power hai, yeh sab kuch nahi. Islam mein dawat thi, supreme cheez hai, isi ko hamein lena hai,</w:t>
      </w:r>
    </w:p>
    <w:p>
      <w:pPr>
        <w:jc w:val="right"/>
      </w:pPr>
      <w:r>
        <w:t>اب تو مدنی دور ہے، یعنی جہاد ہے، قتال ہے، حکومت ہے، اقتدار ہے، پاور ہے، یہ سب کچھ نہیں۔ اسلام میں دعوت تھی، سپریم چیز ہے، اسی کو ہمیں لینا ہے،</w:t>
      </w:r>
    </w:p>
    <w:p>
      <w:r>
        <w:rPr>
          <w:b/>
        </w:rPr>
        <w:t xml:space="preserve">[59:10] </w:t>
      </w:r>
      <w:r>
        <w:t>isi par jeena hai, isi par marna hai, tabhi hamare liye Allah taala ke haan is ki rehmaten milegi aur jannat milegi, inshallah.</w:t>
      </w:r>
    </w:p>
    <w:p>
      <w:pPr>
        <w:jc w:val="right"/>
      </w:pPr>
      <w:r>
        <w:t>اسی پر جینا ہے، اسی پر مرنا ہے، تبھی ہمارے لیے اللہ تعالی کے ہاں اس کی رحمتیں ملیں گی اور جنت ملے گی، انشاءاللہ۔</w:t>
      </w:r>
    </w:p>
    <w:p>
      <w:r>
        <w:rPr>
          <w:b/>
        </w:rPr>
        <w:t xml:space="preserve">[59:19] </w:t>
      </w:r>
      <w:r>
        <w:t>aqool qawli hadha, wastaghfirullah li walakum ajmaeen</w:t>
      </w:r>
    </w:p>
    <w:p>
      <w:pPr>
        <w:jc w:val="right"/>
      </w:pPr>
      <w:r>
        <w:t>اقول قولیھذا، واستغفراللہ لولکم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