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Fasting July 31, 2011</w:t>
      </w:r>
    </w:p>
    <w:p>
      <w:r>
        <w:t>https://youtu.be/4W4Dg7zt0DM</w:t>
      </w:r>
    </w:p>
    <w:p>
      <w:r>
        <w:rPr>
          <w:b/>
        </w:rPr>
        <w:t xml:space="preserve">[00:28] </w:t>
      </w:r>
      <w:r>
        <w:t>, wa ah lil uqdatan min lisani, yafqahu qawli.</w:t>
      </w:r>
    </w:p>
    <w:p>
      <w:pPr>
        <w:jc w:val="right"/>
      </w:pPr>
      <w:r>
        <w:t>، واحلالعقدۃ من لسانی ،یفقہ قولی۔</w:t>
      </w:r>
    </w:p>
    <w:p>
      <w:r>
        <w:rPr>
          <w:b/>
        </w:rPr>
        <w:t xml:space="preserve">[00:37] </w:t>
      </w:r>
      <w:r>
        <w:t>kal se ghaleban ramzan ka mahina shuru ho jayega, yaani roze ka mahina.</w:t>
      </w:r>
    </w:p>
    <w:p>
      <w:pPr>
        <w:jc w:val="right"/>
      </w:pPr>
      <w:r>
        <w:t>کل سےغالباً رمضانکامہینہشروعہوجائےگا، یعنیروز ےکامہینہ ۔</w:t>
      </w:r>
    </w:p>
    <w:p>
      <w:r>
        <w:rPr>
          <w:b/>
        </w:rPr>
        <w:t xml:space="preserve">[00:48] </w:t>
      </w:r>
      <w:r>
        <w:t>is lihaz se aaj ka topic hai inshallah: ramzan the month of fasting, yaani roze ka mahina.</w:t>
      </w:r>
    </w:p>
    <w:p>
      <w:pPr>
        <w:jc w:val="right"/>
      </w:pPr>
      <w:r>
        <w:t>اسلحاظسے آج کاٹاپکہےانشاءاللہ: رمضان دیمنتھآف فاسٹنگ، یعنی روز ےکامہینہ۔</w:t>
      </w:r>
    </w:p>
    <w:p>
      <w:r>
        <w:rPr>
          <w:b/>
        </w:rPr>
        <w:t xml:space="preserve">[01:03] </w:t>
      </w:r>
      <w:r>
        <w:t>ramzan ka mahina hijri calendar ka nauvaan mahina hai.</w:t>
      </w:r>
    </w:p>
    <w:p>
      <w:pPr>
        <w:jc w:val="right"/>
      </w:pPr>
      <w:r>
        <w:t>رمضانکامہینہ ہجری کیلنڈرکا نواںمہینہہے۔</w:t>
      </w:r>
    </w:p>
    <w:p>
      <w:r>
        <w:rPr>
          <w:b/>
        </w:rPr>
        <w:t xml:space="preserve">[01:11] </w:t>
      </w:r>
      <w:r>
        <w:t>is poore mahine mein ahl e iman se kaha gaya ke woh roza rakhen.</w:t>
      </w:r>
    </w:p>
    <w:p>
      <w:pPr>
        <w:jc w:val="right"/>
      </w:pPr>
      <w:r>
        <w:t>اس پورےمہینےمیں اہلایمانسےکہاگیاکہوہ روز ہرکھیں۔</w:t>
      </w:r>
    </w:p>
    <w:p>
      <w:r>
        <w:rPr>
          <w:b/>
        </w:rPr>
        <w:t xml:space="preserve">[01:17] </w:t>
      </w:r>
      <w:r>
        <w:t>roza jo hai woh morning to lights se le kar sunset tak khane peene ko rokne ka amal hota hai.</w:t>
      </w:r>
    </w:p>
    <w:p>
      <w:pPr>
        <w:jc w:val="right"/>
      </w:pPr>
      <w:r>
        <w:t>روز ہجوہے وہ مارننگ ٹولائٹسےلےکر سنسیٹتک کھانےپینے کوروکنےکانامہوتاہے۔</w:t>
      </w:r>
    </w:p>
    <w:p>
      <w:r>
        <w:rPr>
          <w:b/>
        </w:rPr>
        <w:t xml:space="preserve">[01:33] </w:t>
      </w:r>
      <w:r>
        <w:t>is ko arabi mein jo lafz hai woh hai saum. saum ke maani hote hain abstinence, rukna.</w:t>
      </w:r>
    </w:p>
    <w:p>
      <w:pPr>
        <w:jc w:val="right"/>
      </w:pPr>
      <w:r>
        <w:t>اسکو عربیمیں جولفظہے وہ ہے صوم ۔ صومکےمعنیہوتےہیں اب سٹیننس ، رکنا ۔</w:t>
      </w:r>
    </w:p>
    <w:p>
      <w:r>
        <w:rPr>
          <w:b/>
        </w:rPr>
        <w:t xml:space="preserve">[01:44] </w:t>
      </w:r>
      <w:r>
        <w:t>toh kaha ke yeh rukne ka roza hai, abstinence ka roza hai. rukna kya cheez hai? yeh koi mamooli baat nahin hai.</w:t>
      </w:r>
    </w:p>
    <w:p>
      <w:pPr>
        <w:jc w:val="right"/>
      </w:pPr>
      <w:r>
        <w:t>تو کہاکہیہ رکنےکاروز ہہے، اب سٹیننسکاروزہہے۔ رکناکیا چیزہے؟یہکوئیمعمولیباتنہیں ہے۔</w:t>
      </w:r>
    </w:p>
    <w:p>
      <w:r>
        <w:rPr>
          <w:b/>
        </w:rPr>
        <w:t xml:space="preserve">[01:57] </w:t>
      </w:r>
      <w:r>
        <w:t>rukna ka matlab hota hai rukawat ko hatana. rukawat ko hatana, yeh rukna hai.</w:t>
      </w:r>
    </w:p>
    <w:p>
      <w:pPr>
        <w:jc w:val="right"/>
      </w:pPr>
      <w:r>
        <w:t>رکناکامطلبہوتاہے رکاوٹکوہٹانا۔ رکاوٹکوہٹانا، یہرکناہے۔</w:t>
      </w:r>
    </w:p>
    <w:p>
      <w:r>
        <w:rPr>
          <w:b/>
        </w:rPr>
        <w:t xml:space="preserve">[02:09] </w:t>
      </w:r>
      <w:r>
        <w:t>toh asal yeh hai ke insaan jo hai woh paida kiya gaya hai nature par. fitrat allahi allati fatara annasa alaiha ke saari neki, saari virtue,</w:t>
      </w:r>
    </w:p>
    <w:p>
      <w:pPr>
        <w:jc w:val="right"/>
      </w:pPr>
      <w:r>
        <w:t>تو اصلیہہےکہانسان جوہے وہ پیدا کیاگیاہے نیچرپر ۔ فطرت الله التي فطرالناسعلی ہا کہ ساری نیکی،ساریور چو،</w:t>
      </w:r>
    </w:p>
    <w:p>
      <w:r>
        <w:rPr>
          <w:b/>
        </w:rPr>
        <w:t xml:space="preserve">[02:25] </w:t>
      </w:r>
      <w:r>
        <w:t>woh saari baat jo insaan ke liye</w:t>
      </w:r>
    </w:p>
    <w:p>
      <w:pPr>
        <w:jc w:val="right"/>
      </w:pPr>
      <w:r>
        <w:t>وہ ساریبات جوانسانکےلیے</w:t>
      </w:r>
    </w:p>
    <w:p>
      <w:r>
        <w:rPr>
          <w:b/>
        </w:rPr>
        <w:t xml:space="preserve">[02:31] </w:t>
      </w:r>
      <w:r>
        <w:t>success aur salvation ka zariya hai, woh insaan ke andar interior on hai.</w:t>
      </w:r>
    </w:p>
    <w:p>
      <w:pPr>
        <w:jc w:val="right"/>
      </w:pPr>
      <w:r>
        <w:t>سکسیس اور سالویشنکاذریعہہے، وہ انسان کےاندر انٹرورون ہے۔</w:t>
      </w:r>
    </w:p>
    <w:p>
      <w:r>
        <w:rPr>
          <w:b/>
        </w:rPr>
        <w:t xml:space="preserve">[02:40] </w:t>
      </w:r>
      <w:r>
        <w:t>already maujood hai woh. lekin duniya mein aa chuka hai, hum haalat e imtehan mein hain, insaan ko azadi mili hui hai.</w:t>
      </w:r>
    </w:p>
    <w:p>
      <w:pPr>
        <w:jc w:val="right"/>
      </w:pPr>
      <w:r>
        <w:t>الریڈیموجود ہےوہ ۔ لیکن دنیا میںآچکاہے،ہم حالت امتحانمیںہیں، انسانکوآز ادیملی ہوئیہے۔</w:t>
      </w:r>
    </w:p>
    <w:p>
      <w:r>
        <w:rPr>
          <w:b/>
        </w:rPr>
        <w:t xml:space="preserve">[02:49] </w:t>
      </w:r>
      <w:r>
        <w:t>toh woh rukawat aa jati hai, conditioning ho jati hai. toh yeh jo conditioning hoti hai, rukawat hoti hai, is ko hatana,</w:t>
      </w:r>
    </w:p>
    <w:p>
      <w:pPr>
        <w:jc w:val="right"/>
      </w:pPr>
      <w:r>
        <w:t>تو وہ رکاوٹ آجاتیہے، کنڈیشننگہوجاتیہے۔ تویہجوکنڈیشننگہوتیہے، رکاوٹہوتیہے، اسکوہٹ انا،</w:t>
      </w:r>
    </w:p>
    <w:p>
      <w:r>
        <w:rPr>
          <w:b/>
        </w:rPr>
        <w:t xml:space="preserve">[03:04] </w:t>
      </w:r>
      <w:r>
        <w:t>is ke liye yeh mahina hai.</w:t>
      </w:r>
    </w:p>
    <w:p>
      <w:pPr>
        <w:jc w:val="right"/>
      </w:pPr>
      <w:r>
        <w:t>اسکےلیےیہمہینہہے۔</w:t>
      </w:r>
    </w:p>
    <w:p>
      <w:r>
        <w:rPr>
          <w:b/>
        </w:rPr>
        <w:t xml:space="preserve">[03:07] </w:t>
      </w:r>
      <w:r>
        <w:t>hitatehi asalhaqeeqat aapkesamne aati hai. jaise aap dekhen, yeh glass hai, ismein pani hai. pani ek liquid cheez hai, ek seal cheez hai.</w:t>
      </w:r>
    </w:p>
    <w:p>
      <w:pPr>
        <w:jc w:val="right"/>
      </w:pPr>
      <w:r>
        <w:t>ہٹاتےہی اصلحقیقت آپکےسامنےآتیہے۔جیسےآپدیکھیں، یہ گلاسہے،اسمیںپانیہے۔ پانی ایک لیکوڈچیزہے،ایک سی الچیزہے۔</w:t>
      </w:r>
    </w:p>
    <w:p>
      <w:r>
        <w:rPr>
          <w:b/>
        </w:rPr>
        <w:t xml:space="preserve">[03:18] </w:t>
      </w:r>
      <w:r>
        <w:t>woh apne aap mein girne ke liye tayyar hai. apne aap mein woh girne ke liye tayyar hai. lekin iske upar agar aap ek yeh ek cover fix kar dein toh phir nahi girega woh.</w:t>
      </w:r>
    </w:p>
    <w:p>
      <w:pPr>
        <w:jc w:val="right"/>
      </w:pPr>
      <w:r>
        <w:t>وہ اپنےآپمیںگرنےکےلیےتیارہے۔ اپنےآپ میںوہگرنےکےلیےتیارہے۔ لیکن اسکےاوپر اگر آپ ایک یہ ایک کورفکسکردیں تو پھرنہیں گرےگاوہ ۔</w:t>
      </w:r>
    </w:p>
    <w:p>
      <w:r>
        <w:rPr>
          <w:b/>
        </w:rPr>
        <w:t xml:space="preserve">[03:32] </w:t>
      </w:r>
      <w:r>
        <w:t>andar pada rahega woh.</w:t>
      </w:r>
    </w:p>
    <w:p>
      <w:pPr>
        <w:jc w:val="right"/>
      </w:pPr>
      <w:r>
        <w:t>اندرپڑارہےگاوہ۔</w:t>
      </w:r>
    </w:p>
    <w:p>
      <w:r>
        <w:rPr>
          <w:b/>
        </w:rPr>
        <w:t xml:space="preserve">[03:35] </w:t>
      </w:r>
      <w:r>
        <w:t>aise hi nature mein jo</w:t>
      </w:r>
    </w:p>
    <w:p>
      <w:pPr>
        <w:jc w:val="right"/>
      </w:pPr>
      <w:r>
        <w:t>ایسےہی نیچرمیں جو</w:t>
      </w:r>
    </w:p>
    <w:p>
      <w:r>
        <w:rPr>
          <w:b/>
        </w:rPr>
        <w:t xml:space="preserve">[03:42] </w:t>
      </w:r>
      <w:r>
        <w:t>true choices hain, jo sachai hai, jo achhi baatein hain, woh apne aap mein unfold hone ke liye tayyar hain.</w:t>
      </w:r>
    </w:p>
    <w:p>
      <w:pPr>
        <w:jc w:val="right"/>
      </w:pPr>
      <w:r>
        <w:t>ور چوزہیں،جوسچائیہے، جواچھیباتیںہیں، وہ اپنے آپ میں انفولڈہونےکےلیےتیار ہیں۔</w:t>
      </w:r>
    </w:p>
    <w:p>
      <w:r>
        <w:rPr>
          <w:b/>
        </w:rPr>
        <w:t xml:space="preserve">[03:52] </w:t>
      </w:r>
      <w:r>
        <w:t>toh goya ke roze ka matlab yeh hai ke rukawaton ko door karna taake nature unfold hone lage. nature zahir hone lage.</w:t>
      </w:r>
    </w:p>
    <w:p>
      <w:pPr>
        <w:jc w:val="right"/>
      </w:pPr>
      <w:r>
        <w:t>تو گویاکہ روزےکامطلبیہہے کہ رکاوٹوںکودور کرنا تاکہنیچرانفولڈہونےلگے۔ نیچر ظاہرہونے لگے۔</w:t>
      </w:r>
    </w:p>
    <w:p>
      <w:r>
        <w:rPr>
          <w:b/>
        </w:rPr>
        <w:t xml:space="preserve">[04:06] </w:t>
      </w:r>
      <w:r>
        <w:t>yeh hai roza. toh yeh jo khana peena ko chhodna hai, yeh symbol kahe, yaani alamati taur par chhodna hai.</w:t>
      </w:r>
    </w:p>
    <w:p>
      <w:pPr>
        <w:jc w:val="right"/>
      </w:pPr>
      <w:r>
        <w:t>یہہےروز ہ۔ تو یہجو کھانا پینا کوچھوڑناہے، یہ سمبال کہے، یعنیعلامتیطورپرچھوڑناہے۔</w:t>
      </w:r>
    </w:p>
    <w:p>
      <w:r>
        <w:rPr>
          <w:b/>
        </w:rPr>
        <w:t xml:space="preserve">[04:21] </w:t>
      </w:r>
      <w:r>
        <w:t>haqeeqat yeh hai ke</w:t>
      </w:r>
    </w:p>
    <w:p>
      <w:pPr>
        <w:jc w:val="right"/>
      </w:pPr>
      <w:r>
        <w:t>حقیقتیہہےکہ</w:t>
      </w:r>
    </w:p>
    <w:p>
      <w:r>
        <w:rPr>
          <w:b/>
        </w:rPr>
        <w:t xml:space="preserve">[04:25] </w:t>
      </w:r>
      <w:r>
        <w:t>har us cheez ko chhodna hai jo rukawat hai fitrat ko unfold hone mein.</w:t>
      </w:r>
    </w:p>
    <w:p>
      <w:pPr>
        <w:jc w:val="right"/>
      </w:pPr>
      <w:r>
        <w:t>ہر اسچیزکوچھوڑناہے جو رکاوٹہے فطرتکو انفولڈہونےمیں۔</w:t>
      </w:r>
    </w:p>
    <w:p>
      <w:r>
        <w:rPr>
          <w:b/>
        </w:rPr>
        <w:t xml:space="preserve">[04:32] </w:t>
      </w:r>
      <w:r>
        <w:t xml:space="preserve">jaise hadith mein aata hai ke </w:t>
      </w:r>
    </w:p>
    <w:p>
      <w:pPr>
        <w:jc w:val="right"/>
      </w:pPr>
      <w:r>
        <w:t>جیسےحدیثمیںآتاہےکہ م لم یدا قول الزور ولم لبه ولیسللہ حاجہ یعنی یداطعامو شراب</w:t>
      </w:r>
    </w:p>
    <w:p>
      <w:r>
        <w:rPr>
          <w:b/>
        </w:rPr>
        <w:t xml:space="preserve">[04:45] </w:t>
      </w:r>
      <w:r>
        <w:t>jo jhoot bolna aur jhoot par amal karna na chhode toh uska roza roza nahi hai. do lafzon mein saari baat aajati hai.</w:t>
      </w:r>
    </w:p>
    <w:p>
      <w:pPr>
        <w:jc w:val="right"/>
      </w:pPr>
      <w:r>
        <w:t>جو جھوٹ بول نا اور جھوٹپرعمل کرنانہچھوڑے تو اسکاروز ہروزہنہیںہے۔ اندولفظوںمیںساریباتآجاتیہے۔</w:t>
      </w:r>
    </w:p>
    <w:p>
      <w:r>
        <w:rPr>
          <w:b/>
        </w:rPr>
        <w:t xml:space="preserve">[04:59] </w:t>
      </w:r>
      <w:r>
        <w:t>ek hota hai saccha character, ek hota hai jhoota character. jitne bhi aadmi galat kaam karta hai, woh asal mein jhoot, jhoote character ka izhaar hota hai.</w:t>
      </w:r>
    </w:p>
    <w:p>
      <w:pPr>
        <w:jc w:val="right"/>
      </w:pPr>
      <w:r>
        <w:t>ایکہوتاہےسچاکریکٹر ،ایکہوتاہےجھوٹاکریکٹر ۔ جتنے بھیآدمی غلطکامکرتاہے،وہاصلمیںجھوٹ ،جھوٹےکریکٹرکا اظہارہوتاہے۔</w:t>
      </w:r>
    </w:p>
    <w:p>
      <w:r>
        <w:rPr>
          <w:b/>
        </w:rPr>
        <w:t xml:space="preserve">[05:13] </w:t>
      </w:r>
      <w:r>
        <w:t>jitne sacche kaam karta hai woh.</w:t>
      </w:r>
    </w:p>
    <w:p>
      <w:pPr>
        <w:jc w:val="right"/>
      </w:pPr>
      <w:r>
        <w:t>جتنےسچےکامکرتاہےوہ ۔</w:t>
      </w:r>
    </w:p>
    <w:p>
      <w:r>
        <w:rPr>
          <w:b/>
        </w:rPr>
        <w:t xml:space="preserve">[05:20] </w:t>
      </w:r>
      <w:r>
        <w:t>woh khudai haqeeqat ka izhaar hota hai.</w:t>
      </w:r>
    </w:p>
    <w:p>
      <w:pPr>
        <w:jc w:val="right"/>
      </w:pPr>
      <w:r>
        <w:t>وہ خدائیحقیقتکااظہارہوتاہے۔</w:t>
      </w:r>
    </w:p>
    <w:p>
      <w:r>
        <w:rPr>
          <w:b/>
        </w:rPr>
        <w:t xml:space="preserve">[05:27] </w:t>
      </w:r>
      <w:r>
        <w:t>toh jhoot par ek hota hai kazb khafi, ek hota hai kazb jali. matlab twist karke bolna, yeh kazb khafi hai.</w:t>
      </w:r>
    </w:p>
    <w:p>
      <w:pPr>
        <w:jc w:val="right"/>
      </w:pPr>
      <w:r>
        <w:t>تو جھوٹ پر ایکہوتاہے کذبخفی،ایک ہوتاہےکذبجلی۔ مطلبٹوسٹکرکےبول نا ،یہکذب خفیہے۔</w:t>
      </w:r>
    </w:p>
    <w:p>
      <w:r>
        <w:rPr>
          <w:b/>
        </w:rPr>
        <w:t xml:space="preserve">[05:39] </w:t>
      </w:r>
      <w:r>
        <w:t>aur koi bhi amal jo Allah ke qanoon ke khilaf ho, woh jhoot par amal karna hai.</w:t>
      </w:r>
    </w:p>
    <w:p>
      <w:pPr>
        <w:jc w:val="right"/>
      </w:pPr>
      <w:r>
        <w:t>اورکوئیبھیعمل جو اللہ کےقانون کےخلاف ہو ، وہجھوٹپرعمل کرناہے۔</w:t>
      </w:r>
    </w:p>
    <w:p>
      <w:r>
        <w:rPr>
          <w:b/>
        </w:rPr>
        <w:t xml:space="preserve">[05:48] </w:t>
      </w:r>
      <w:r>
        <w:t>toh goya ke roza rakh kar ke symbol ke taur par aap khana peena chhodte hain aur yeh ahad karte hain ke main isi tarah se har us cheez ko chhod doonga jo meri nature ko unfold hone mein rukawat paida kar raha ho.</w:t>
      </w:r>
    </w:p>
    <w:p>
      <w:pPr>
        <w:jc w:val="right"/>
      </w:pPr>
      <w:r>
        <w:t>تو گویاکہ روزہرکھکرکے سمبالکطورپرآپکھاناپیناچھوڑتےہیں اور یہعہدکرتےہیںکہمیں اسیطرحسے ہراسچیزکوچھوڑدوںگا جو میرینیچرکوان فولڈہونےمیںرکاوٹ پیدا کررہاہو۔</w:t>
      </w:r>
    </w:p>
    <w:p>
      <w:r>
        <w:rPr>
          <w:b/>
        </w:rPr>
        <w:t xml:space="preserve">[06:07] </w:t>
      </w:r>
      <w:r>
        <w:t>rukawat paida kar raha</w:t>
      </w:r>
    </w:p>
    <w:p>
      <w:pPr>
        <w:jc w:val="right"/>
      </w:pPr>
      <w:r>
        <w:t>رکاوٹپیدا کررہا</w:t>
      </w:r>
    </w:p>
    <w:p>
      <w:r>
        <w:rPr>
          <w:b/>
        </w:rPr>
        <w:t xml:space="preserve">[06:08] </w:t>
      </w:r>
      <w:r>
        <w:t>ho. misaal ke taur par agar aapke andar dishonesty hai, aapke andar baaton ko twist karke bolne ka mizaj hai, andar kuch hain, bahar kuch hain,</w:t>
      </w:r>
    </w:p>
    <w:p>
      <w:pPr>
        <w:jc w:val="right"/>
      </w:pPr>
      <w:r>
        <w:t>ہو۔ مثالکےطورپراگرآپکےاندر ڈسآنیسٹیہے، آپ کےاندر باتوںکو ٹوسٹکرکےبولنےکامزاجہے، اندرکچھہیں،باہرکچھہیں،</w:t>
      </w:r>
    </w:p>
    <w:p>
      <w:r>
        <w:rPr>
          <w:b/>
        </w:rPr>
        <w:t xml:space="preserve">[06:22] </w:t>
      </w:r>
      <w:r>
        <w:t>dil mein kuch hai aur zuban par kuch hai, jisko main kehta hoon weak personality.</w:t>
      </w:r>
    </w:p>
    <w:p>
      <w:pPr>
        <w:jc w:val="right"/>
      </w:pPr>
      <w:r>
        <w:t>دلمیںکچھہے اورزبان پرکچھہے، جسکومیںکہتاہوںویکپرسنیلٹی۔</w:t>
      </w:r>
    </w:p>
    <w:p>
      <w:r>
        <w:rPr>
          <w:b/>
        </w:rPr>
        <w:t xml:space="preserve">[06:28] </w:t>
      </w:r>
      <w:r>
        <w:t>agar weak personality hai toh Allah ka inspiration aap tak nahi pahunchega. Allah ka faizan aap tak nahi pahunchega. Allah se aapka contact hi nahi hoga.</w:t>
      </w:r>
    </w:p>
    <w:p>
      <w:pPr>
        <w:jc w:val="right"/>
      </w:pPr>
      <w:r>
        <w:t>اگر ویکپرسنیلٹیہےتو اللہ کا انسپیریشنآپتکنہیںپہنچےگا۔ اللہ کافیضانآپتکنہیںپہنچےگا۔ اللہ سےآپکا کنٹیکٹہینہیںہوگا۔</w:t>
      </w:r>
    </w:p>
    <w:p>
      <w:r>
        <w:rPr>
          <w:b/>
        </w:rPr>
        <w:t xml:space="preserve">[06:43] </w:t>
      </w:r>
      <w:r>
        <w:t>toh aisa jab hoga toh nature unfold kaise hogi? nature unfold nahi ho sakti hai. toh yeh hai sawm.</w:t>
      </w:r>
    </w:p>
    <w:p>
      <w:pPr>
        <w:jc w:val="right"/>
      </w:pPr>
      <w:r>
        <w:t>توایساجبہوگاتونیچرانفولڈکیسےہوگی ؟ نیچرانفولڈنہیںہوسکتیہے۔ تویہہے صوم ۔</w:t>
      </w:r>
    </w:p>
    <w:p>
      <w:r>
        <w:rPr>
          <w:b/>
        </w:rPr>
        <w:t xml:space="preserve">[06:55] </w:t>
      </w:r>
      <w:r>
        <w:t>quran mein</w:t>
      </w:r>
    </w:p>
    <w:p>
      <w:pPr>
        <w:jc w:val="right"/>
      </w:pPr>
      <w:r>
        <w:t>قرآنمیں</w:t>
      </w:r>
    </w:p>
    <w:p>
      <w:r>
        <w:rPr>
          <w:b/>
        </w:rPr>
        <w:t xml:space="preserve">[07:01] </w:t>
      </w:r>
      <w:r>
        <w:t>sawm jo hai</w:t>
      </w:r>
    </w:p>
    <w:p>
      <w:pPr>
        <w:jc w:val="right"/>
      </w:pPr>
      <w:r>
        <w:t>ص ومجوہے</w:t>
      </w:r>
    </w:p>
    <w:p>
      <w:r>
        <w:rPr>
          <w:b/>
        </w:rPr>
        <w:t xml:space="preserve">[07:05] </w:t>
      </w:r>
      <w:r>
        <w:t>ek poore mahine ke liye hota hai, Ramzan ke mahine ke liye.</w:t>
      </w:r>
    </w:p>
    <w:p>
      <w:pPr>
        <w:jc w:val="right"/>
      </w:pPr>
      <w:r>
        <w:t>ایک پورےمہینےکےلیےہوتاہے، رمضانکےمہینےکےلیے۔</w:t>
      </w:r>
    </w:p>
    <w:p>
      <w:r>
        <w:rPr>
          <w:b/>
        </w:rPr>
        <w:t xml:space="preserve">[07:13] </w:t>
      </w:r>
      <w:r>
        <w:t>aik hadith hai ke jab shaban ka mahina aata tha to rasool Allah jadd o jaddh al ma zarra</w:t>
      </w:r>
    </w:p>
    <w:p>
      <w:pPr>
        <w:jc w:val="right"/>
      </w:pPr>
      <w:r>
        <w:t>ایکحدیثہے کہ جب شعبانکامہینہآتاتھا تورسول اللہ جد وشد المع ذرة</w:t>
      </w:r>
    </w:p>
    <w:p>
      <w:r>
        <w:rPr>
          <w:b/>
        </w:rPr>
        <w:t xml:space="preserve">[07:25] </w:t>
      </w:r>
      <w:r>
        <w:t>to aik sahib ne telephone kiya mujhko, poocha unhon ne ke yeh shaban ke mahine mein jadd o jaddh al ma zarra ka matlab kya hai?</w:t>
      </w:r>
    </w:p>
    <w:p>
      <w:pPr>
        <w:jc w:val="right"/>
      </w:pPr>
      <w:r>
        <w:t>تو ایک صاحبنےٹیلیفونکیا مجھکو ، پوچھاانہوں نے کہ یہ شعبانکےمہینےمیں جد وشد المعذرةکامطلبکیا ہے؟</w:t>
      </w:r>
    </w:p>
    <w:p>
      <w:r>
        <w:rPr>
          <w:b/>
        </w:rPr>
        <w:t xml:space="preserve">[07:36] </w:t>
      </w:r>
      <w:r>
        <w:t>yani mehnat karna, iske liye kamar kasna, apne ko tayyar karna.</w:t>
      </w:r>
    </w:p>
    <w:p>
      <w:pPr>
        <w:jc w:val="right"/>
      </w:pPr>
      <w:r>
        <w:t>یعنیمحنتکرنا ،اسکےلیے کمرک سلینا، اپنے کوتیارکرنا ۔</w:t>
      </w:r>
    </w:p>
    <w:p>
      <w:r>
        <w:rPr>
          <w:b/>
        </w:rPr>
        <w:t xml:space="preserve">[07:46] </w:t>
      </w:r>
      <w:r>
        <w:t>to maine kaha ke dekhein, har cheez se pehle aik cheez hoti hai. Yani saum se pehle aik pre saum ho. Ramadan se pehle aik pre Ramadan hai. Woh kya hai?</w:t>
      </w:r>
    </w:p>
    <w:p>
      <w:pPr>
        <w:jc w:val="right"/>
      </w:pPr>
      <w:r>
        <w:t>تو میںنےکہاکہدیکھیں، ہرچیزسے پہلے ایکچیزہوتیہے۔ یعنیصومسےپہلے ایک پریصومہو ۔ رمضانسےپہلے ایک پریرمضانہے۔وہکیاہے؟</w:t>
      </w:r>
    </w:p>
    <w:p>
      <w:r>
        <w:rPr>
          <w:b/>
        </w:rPr>
        <w:t xml:space="preserve">[07:59] </w:t>
      </w:r>
      <w:r>
        <w:t>iske baare mein sochna. Agar Ramadan aap par achaanak aa jaye, aap ne iske liye kuch socha na ho. To ismein enter honge aap aise baghair tayyari ke.</w:t>
      </w:r>
    </w:p>
    <w:p>
      <w:pPr>
        <w:jc w:val="right"/>
      </w:pPr>
      <w:r>
        <w:t>اسکےبارےمیں سوچنا ۔ اگر رمضانآپ پراچانکآجائے، آپنےاسکےلیےکچھسوچاہینہہو ۔ تو اسمیںانٹرہوںگےآپایسےبغیرتیاری کے۔</w:t>
      </w:r>
    </w:p>
    <w:p>
      <w:r>
        <w:rPr>
          <w:b/>
        </w:rPr>
        <w:t xml:space="preserve">[08:13] </w:t>
      </w:r>
      <w:r>
        <w:t>to Ramadan ka mahina woh hai ke aap peshgi ke taur par sochen ke Ramadan kya hai, iski haqeeqat kya hai.</w:t>
      </w:r>
    </w:p>
    <w:p>
      <w:pPr>
        <w:jc w:val="right"/>
      </w:pPr>
      <w:r>
        <w:t>تورمضانکامہینہجوہے وہ اسلیےہےکہآپ پیش گیطورپرسوچیںکہرمضانکیاہے، اسکیحقیقتکیا ہے۔</w:t>
      </w:r>
    </w:p>
    <w:p>
      <w:r>
        <w:rPr>
          <w:b/>
        </w:rPr>
        <w:t xml:space="preserve">[08:24] </w:t>
      </w:r>
      <w:r>
        <w:t>to sochne se Ramadan ki haqeeqatein khulegi. Sirf bhook pyas se nahi khul sakti hain.</w:t>
      </w:r>
    </w:p>
    <w:p>
      <w:pPr>
        <w:jc w:val="right"/>
      </w:pPr>
      <w:r>
        <w:t>تو سوچنےسے رمضانکیحقیقتیںکھلیںگی۔ صرف بھوکپیاسسےنہیںکھلسکتیہیں۔</w:t>
      </w:r>
    </w:p>
    <w:p>
      <w:r>
        <w:rPr>
          <w:b/>
        </w:rPr>
        <w:t xml:space="preserve">[08:34] </w:t>
      </w:r>
      <w:r>
        <w:t>sirf bhook pyas se nahi khul sakti hain.</w:t>
      </w:r>
    </w:p>
    <w:p>
      <w:pPr>
        <w:jc w:val="right"/>
      </w:pPr>
      <w:r>
        <w:t>صرفبھوکپیاسسےنہیںکھلسکتیہیں۔</w:t>
      </w:r>
    </w:p>
    <w:p>
      <w:r>
        <w:rPr>
          <w:b/>
        </w:rPr>
        <w:t xml:space="preserve">[08:39] </w:t>
      </w:r>
      <w:r>
        <w:t>to Quran mein hai ke kutiba alaikumus siyamu kama kutiba alallazeena minkablikum la allakum tattaqun. Yeh roz har khana woh hai pichli ummaton mein bhi tha rozah.</w:t>
      </w:r>
    </w:p>
    <w:p>
      <w:pPr>
        <w:jc w:val="right"/>
      </w:pPr>
      <w:r>
        <w:t>تو قرآنمیںہےکہ كُتِبْعَلَيْكُمُالصِّيامُ کَمَاكُتِبَعَلَىالَّذِينَمِنْقَبْلِكُمْلَعَلَّكُمْتَتَّقُونَ یہ روز ہرکھناجوہے پچھلیامتوںمیںبھیتھاروز ہ۔</w:t>
      </w:r>
    </w:p>
    <w:p>
      <w:r>
        <w:rPr>
          <w:b/>
        </w:rPr>
        <w:t xml:space="preserve">[08:52] </w:t>
      </w:r>
      <w:r>
        <w:t>aisa nahi ke sirf ummat e muhammadi mein rozah hai. Goiya ke jitne peghambar aaye, jitne peghambar ki ummatin thi, sab ke liye hikmat hai ke woh rozah rakhein woh.</w:t>
      </w:r>
    </w:p>
    <w:p>
      <w:pPr>
        <w:jc w:val="right"/>
      </w:pPr>
      <w:r>
        <w:t>ایسانہیںکہصرفامتمحمد یمیںروزہہے۔ گویاکہجتنےپیغمبر آئے ،جتنےپیغمبر کیامتیںتھیں، سب کےلیے حکمتھاکہوہروزہرکھیںوہ ۔</w:t>
      </w:r>
    </w:p>
    <w:p>
      <w:r>
        <w:rPr>
          <w:b/>
        </w:rPr>
        <w:t xml:space="preserve">[09:05] </w:t>
      </w:r>
      <w:r>
        <w:t>isse rozah ki universal ahmiyat maloom hoti hai. Universal ahmiyat. To goiya bahut hi ahim cheez hai koi rozah warna kyun aisa hota ke saare nabiyon ko, saari ummaton ko rozah ka hukum diya jata.</w:t>
      </w:r>
    </w:p>
    <w:p>
      <w:pPr>
        <w:jc w:val="right"/>
      </w:pPr>
      <w:r>
        <w:t>اسسے روز ہکی یونیورسلاہمیتمعلومہوتیہے۔ یونیورسلاہمیت ۔ تو گویابہت ہیاہمچیزہےکوئیروز ہ ورنہکیوںایساہوتا کہ سارےنبیوںکو،ساریامتوںکو روز ےکاحکم دیا جاتا ۔</w:t>
      </w:r>
    </w:p>
    <w:p>
      <w:r>
        <w:rPr>
          <w:b/>
        </w:rPr>
        <w:t xml:space="preserve">[09:26] </w:t>
      </w:r>
      <w:r>
        <w:t>is par main sochta raha, sochta raha</w:t>
      </w:r>
    </w:p>
    <w:p>
      <w:pPr>
        <w:jc w:val="right"/>
      </w:pPr>
      <w:r>
        <w:t>اسپرمیںسوچتارہا،سوچتارہا</w:t>
      </w:r>
    </w:p>
    <w:p>
      <w:r>
        <w:rPr>
          <w:b/>
        </w:rPr>
        <w:t xml:space="preserve">[09:29] </w:t>
      </w:r>
      <w:r>
        <w:t>to aik baat meri samajh mein aayi. Woh yeh hai ke hum rozana khate peete hain. Jab bhi bhook lagi kha liya, jab bhi pyas lagi pani pi liya.</w:t>
      </w:r>
    </w:p>
    <w:p>
      <w:pPr>
        <w:jc w:val="right"/>
      </w:pPr>
      <w:r>
        <w:t>توایکباتمیریسمجھمیںآئی۔ وہیہہے کہہمروزانہکھاتےپیتےہیں۔ جببھی بھوکلگی کھالیا،جببھیپیاسلگیپانیپی لیا۔</w:t>
      </w:r>
    </w:p>
    <w:p>
      <w:r>
        <w:rPr>
          <w:b/>
        </w:rPr>
        <w:t xml:space="preserve">[09:44] </w:t>
      </w:r>
      <w:r>
        <w:t>to aik aisi zindagi guzarti hai jo goiya ke isi qism ka jisko kehte hain ke eat, drink, and be merry. Khao piyo aur khush raho.</w:t>
      </w:r>
    </w:p>
    <w:p>
      <w:pPr>
        <w:jc w:val="right"/>
      </w:pPr>
      <w:r>
        <w:t>تو ایکایسی زندگی گزرتیہے جو گویاکہ اسیقسم کاجسکوکہتےہیںکہ eat,dr ink ,andbe merry کھاؤپیواورخوشرہو۔</w:t>
      </w:r>
    </w:p>
    <w:p>
      <w:r>
        <w:rPr>
          <w:b/>
        </w:rPr>
        <w:t xml:space="preserve">[09:59] </w:t>
      </w:r>
      <w:r>
        <w:t>phir rozah mein kaha jata hai ke nahi, khana band, peena band. To yeh kya hai? Yeh aap ke andar yeh soch paida karne ke liye hai ke zindagi kuch aur ke liye bhi hai, zindagi ka maqsad kuch aur bhi hai.</w:t>
      </w:r>
    </w:p>
    <w:p>
      <w:pPr>
        <w:jc w:val="right"/>
      </w:pPr>
      <w:r>
        <w:t>پھر روز ہمیں کہاجاتاہےکہنہیں ، کھانا بند، پینابند۔ تویہکیا ہے؟ یہ آپ کےاندر یہسوچپیدا کرنے کےلیےہے کہزندگی کچھاورکےلیےبھیہے، زندگی کامقصدکچھاوربھیہے۔</w:t>
      </w:r>
    </w:p>
    <w:p>
      <w:r>
        <w:rPr>
          <w:b/>
        </w:rPr>
        <w:t xml:space="preserve">[10:17] </w:t>
      </w:r>
      <w:r>
        <w:t>eat, drink, and be merry ke siwa bhi koi cheez hai jo aap ka goal ho.</w:t>
      </w:r>
    </w:p>
    <w:p>
      <w:pPr>
        <w:jc w:val="right"/>
      </w:pPr>
      <w:r>
        <w:t>eat,drink,andbemerryکےسوابھیکوئیچیزہے جوآپکاگولہو ۔</w:t>
      </w:r>
    </w:p>
    <w:p>
      <w:r>
        <w:rPr>
          <w:b/>
        </w:rPr>
        <w:t xml:space="preserve">[10:24] </w:t>
      </w:r>
      <w:r>
        <w:t>yeh maqsad hota hai iska.</w:t>
      </w:r>
    </w:p>
    <w:p>
      <w:pPr>
        <w:jc w:val="right"/>
      </w:pPr>
      <w:r>
        <w:t>یہمقصدہوتاہےاسکا ۔</w:t>
      </w:r>
    </w:p>
    <w:p>
      <w:r>
        <w:rPr>
          <w:b/>
        </w:rPr>
        <w:t xml:space="preserve">[10:31] </w:t>
      </w:r>
      <w:r>
        <w:t>There is something else in my life. Meri zindagi mein kuch aur cheez hai jisko main apna goal banaoon.</w:t>
      </w:r>
    </w:p>
    <w:p>
      <w:pPr>
        <w:jc w:val="right"/>
      </w:pPr>
      <w:r>
        <w:t>There issomething else inmylife میریزندگی میںکچھاورچیزہےجسکومیںاپناگولبناؤں۔</w:t>
      </w:r>
    </w:p>
    <w:p>
      <w:r>
        <w:rPr>
          <w:b/>
        </w:rPr>
        <w:t xml:space="preserve">[10:41] </w:t>
      </w:r>
      <w:r>
        <w:t>is liye aisa kaha jata hai ke woh kya hai?</w:t>
      </w:r>
    </w:p>
    <w:p>
      <w:pPr>
        <w:jc w:val="right"/>
      </w:pPr>
      <w:r>
        <w:t>اسلیے ایساکہاجاتا ہے کہوہکیاہے ؟</w:t>
      </w:r>
    </w:p>
    <w:p>
      <w:r>
        <w:rPr>
          <w:b/>
        </w:rPr>
        <w:t xml:space="preserve">[10:47] </w:t>
      </w:r>
      <w:r>
        <w:t>woh hai ba maqsad zindagi guzaarna, Allah se ta'alluq qaim karna</w:t>
      </w:r>
    </w:p>
    <w:p>
      <w:pPr>
        <w:jc w:val="right"/>
      </w:pPr>
      <w:r>
        <w:t>وہہے بامقصدزندگی گزار نا ،اللہ سےتعلققائمکرنا</w:t>
      </w:r>
    </w:p>
    <w:p>
      <w:r>
        <w:rPr>
          <w:b/>
        </w:rPr>
        <w:t xml:space="preserve">[10:52] </w:t>
      </w:r>
      <w:r>
        <w:t>haqeeqaton ko daryaft karna</w:t>
      </w:r>
    </w:p>
    <w:p>
      <w:pPr>
        <w:jc w:val="right"/>
      </w:pPr>
      <w:r>
        <w:t>، حقیقتوںکو دریا فتکرنا</w:t>
      </w:r>
    </w:p>
    <w:p>
      <w:r>
        <w:rPr>
          <w:b/>
        </w:rPr>
        <w:t xml:space="preserve">[10:56] </w:t>
      </w:r>
      <w:r>
        <w:t>is spiritual values ko ikhtiyar karna</w:t>
      </w:r>
    </w:p>
    <w:p>
      <w:pPr>
        <w:jc w:val="right"/>
      </w:pPr>
      <w:r>
        <w:t>، اسپریچول ویلیوزکواختیارکرنا</w:t>
      </w:r>
    </w:p>
    <w:p>
      <w:r>
        <w:rPr>
          <w:b/>
        </w:rPr>
        <w:t xml:space="preserve">[11:02] </w:t>
      </w:r>
      <w:r>
        <w:t>toh goya khana peena chhod kar ke aap ko</w:t>
      </w:r>
    </w:p>
    <w:p>
      <w:pPr>
        <w:jc w:val="right"/>
      </w:pPr>
      <w:r>
        <w:t>۔تو گویاکھاناپینا چھوڑکرکےآپکو</w:t>
      </w:r>
    </w:p>
    <w:p>
      <w:r>
        <w:rPr>
          <w:b/>
        </w:rPr>
        <w:t xml:space="preserve">[11:07] </w:t>
      </w:r>
      <w:r>
        <w:t>aisa compulsion create kiya jaata hai ke aap sochen</w:t>
      </w:r>
    </w:p>
    <w:p>
      <w:pPr>
        <w:jc w:val="right"/>
      </w:pPr>
      <w:r>
        <w:t>ایسا کمپشن کریٹکیاجاتاہے کہآپسوچیں</w:t>
      </w:r>
    </w:p>
    <w:p>
      <w:r>
        <w:rPr>
          <w:b/>
        </w:rPr>
        <w:t xml:space="preserve">[11:11] </w:t>
      </w:r>
      <w:r>
        <w:t>ke kuch aur bhi matloob hai, is ke siwa kuch aur bhi cheez hai.</w:t>
      </w:r>
    </w:p>
    <w:p>
      <w:pPr>
        <w:jc w:val="right"/>
      </w:pPr>
      <w:r>
        <w:t>کہ کچھاوربھی مطلوبہے، اسکےسواکچھاوربھیچیزہے۔</w:t>
      </w:r>
    </w:p>
    <w:p>
      <w:r>
        <w:rPr>
          <w:b/>
        </w:rPr>
        <w:t xml:space="preserve">[11:17] </w:t>
      </w:r>
      <w:r>
        <w:t>eat, drink, and be merry ke siwa bhi koi cheez hai jo mera goal bane.</w:t>
      </w:r>
    </w:p>
    <w:p>
      <w:pPr>
        <w:jc w:val="right"/>
      </w:pPr>
      <w:r>
        <w:t>eat,drink,andbemerryکےسوابھیکوئیچیزہےجومیراگولبنے۔</w:t>
      </w:r>
    </w:p>
    <w:p>
      <w:r>
        <w:rPr>
          <w:b/>
        </w:rPr>
        <w:t xml:space="preserve">[11:23] </w:t>
      </w:r>
      <w:r>
        <w:t>to yeh isi liye har saari ummaton mein rakha gaya. Kyun ke dekhein, khana peena Adam ki zaroorat hai.</w:t>
      </w:r>
    </w:p>
    <w:p>
      <w:pPr>
        <w:jc w:val="right"/>
      </w:pPr>
      <w:r>
        <w:t>تو یہ اسیلیےہر ساریامتوںمیںرکھاگیا۔ کیونکہدیکھیں، کھاناپیناآدمیکیضرورتہے۔</w:t>
      </w:r>
    </w:p>
    <w:p>
      <w:r>
        <w:rPr>
          <w:b/>
        </w:rPr>
        <w:t xml:space="preserve">[11:34] </w:t>
      </w:r>
      <w:r>
        <w:t>physical need hai hamari, iske baghair hum mar jayenge.</w:t>
      </w:r>
    </w:p>
    <w:p>
      <w:pPr>
        <w:jc w:val="right"/>
      </w:pPr>
      <w:r>
        <w:t>فزیکلنیڈہےہماری ،اسکےبغیرہممرجائیںگے۔</w:t>
      </w:r>
    </w:p>
    <w:p>
      <w:r>
        <w:rPr>
          <w:b/>
        </w:rPr>
        <w:t xml:space="preserve">[11:40] </w:t>
      </w:r>
      <w:r>
        <w:t>to aadmi bhook lagi to khata hai, pyas lagti to pani pi leta hai. To is mein iski zindagi guzarti rehti hai.</w:t>
      </w:r>
    </w:p>
    <w:p>
      <w:pPr>
        <w:jc w:val="right"/>
      </w:pPr>
      <w:r>
        <w:t>تو آدمی بھوکلگی تو کھاتاہے، پیاسلگیتوپانیپیلیتاہے۔ تواسیمیںاسکیزندگی گزرتیرہتیہے۔</w:t>
      </w:r>
    </w:p>
    <w:p>
      <w:r>
        <w:rPr>
          <w:b/>
        </w:rPr>
        <w:t xml:space="preserve">[11:51] </w:t>
      </w:r>
      <w:r>
        <w:t>khane peene mein iski zindagi guzarti rehti hai. To goiya ke woh physical, apne physical pehlu jo uska, usko toh feed kar raha hai woh.</w:t>
      </w:r>
    </w:p>
    <w:p>
      <w:pPr>
        <w:jc w:val="right"/>
      </w:pPr>
      <w:r>
        <w:t>کھانےپینےمیںاسکیزندگی گزرتیرہتیہے۔ تو گویاکہوہفزیکل ،اپنے فزیکل پہلوجواسکا،اسکوتوفیڈکررہاہےوہ۔</w:t>
      </w:r>
    </w:p>
    <w:p>
      <w:r>
        <w:rPr>
          <w:b/>
        </w:rPr>
        <w:t xml:space="preserve">[12:02] </w:t>
      </w:r>
      <w:r>
        <w:t>to bataya jaraha hai roze ke zariye se tumhara ek aur pehlu hai, woh asprich well, usko to feed nahi kar rahe ho.</w:t>
      </w:r>
    </w:p>
    <w:p>
      <w:pPr>
        <w:jc w:val="right"/>
      </w:pPr>
      <w:r>
        <w:t>تو بتایاجارہاہےروزےکےذریعےسےتمہاراایکاورپہلوہے،وہاسپریچ ول ،اسکوتوفیڈنہیںکررہےہو۔</w:t>
      </w:r>
    </w:p>
    <w:p>
      <w:r>
        <w:rPr>
          <w:b/>
        </w:rPr>
        <w:t xml:space="preserve">[12:10] </w:t>
      </w:r>
      <w:r>
        <w:t>yani intellectual well part jo hai tumhari zindagi ka, usko to feed nahi kar rahe ho. usko feed karo.</w:t>
      </w:r>
    </w:p>
    <w:p>
      <w:pPr>
        <w:jc w:val="right"/>
      </w:pPr>
      <w:r>
        <w:t>یعنیانٹلیکچ وئل پارٹجوہےتمہاریزندگی کا،اسکوتوفیڈنہیںکررہےہو۔ اسکوفیڈکرو ۔</w:t>
      </w:r>
    </w:p>
    <w:p>
      <w:r>
        <w:rPr>
          <w:b/>
        </w:rPr>
        <w:t xml:space="preserve">[12:18] </w:t>
      </w:r>
      <w:r>
        <w:t>sach poochhein to physical part hi mein zindagi guzarti thi, yani gyarah mahine. to ek mahine ko khaas kiya gaya yeh sochne ke liye ke tum apni zindagi ke physical part ko khurak pahuncha rahe ho.</w:t>
      </w:r>
    </w:p>
    <w:p>
      <w:pPr>
        <w:jc w:val="right"/>
      </w:pPr>
      <w:r>
        <w:t>سچپوچھیں تو فزیکل پارٹ ہی میں زندگی گزرتیتھی، یعنی گیارہمہینے۔ توایکمہینےکوخاص کیا گیایہسوچنےکےلیے کہتم اپنی زندگی کےفزیکلپارٹکو خوراکپہنچارہےہو ۔</w:t>
      </w:r>
    </w:p>
    <w:p>
      <w:r>
        <w:rPr>
          <w:b/>
        </w:rPr>
        <w:t xml:space="preserve">[12:37] </w:t>
      </w:r>
      <w:r>
        <w:t>lekin tumhari zindagi ka doosra jo part hai, tumhari intellectual life, tumhari spiritual life, usko khurak pahunchao.</w:t>
      </w:r>
    </w:p>
    <w:p>
      <w:pPr>
        <w:jc w:val="right"/>
      </w:pPr>
      <w:r>
        <w:t>لیکن تمہاریزندگی کادوسراجوپارٹہے، تمہاریانٹلیکچوئللائف،تمہاریاسپریچوئللائف، اسکو خوراکپہنچاؤ۔</w:t>
      </w:r>
    </w:p>
    <w:p>
      <w:r>
        <w:rPr>
          <w:b/>
        </w:rPr>
        <w:t xml:space="preserve">[12:47] </w:t>
      </w:r>
      <w:r>
        <w:t>yeh soch paida karne ke liye roza hai. roza koi rasman nahi. roza ek haqeeqat hai.</w:t>
      </w:r>
    </w:p>
    <w:p>
      <w:pPr>
        <w:jc w:val="right"/>
      </w:pPr>
      <w:r>
        <w:t>یہ سوچ پیدا کرنےکےلیے روزہہے۔ روزہکوئیرسمنہیں ۔ روزہ ایک حقیقت ہے۔</w:t>
      </w:r>
    </w:p>
    <w:p>
      <w:r>
        <w:rPr>
          <w:b/>
        </w:rPr>
        <w:t xml:space="preserve">[12:59] </w:t>
      </w:r>
      <w:r>
        <w:t>yeh kuch ritual nahi hain. balke ek bahut hi gehri iske andar iska raaz hai.</w:t>
      </w:r>
    </w:p>
    <w:p>
      <w:pPr>
        <w:jc w:val="right"/>
      </w:pPr>
      <w:r>
        <w:t>یہ کچھریچولزنہیںہیں۔ بلکہ ایکبہت ہیگہری اسکےاندر اسکا رازہے۔</w:t>
      </w:r>
    </w:p>
    <w:p>
      <w:r>
        <w:rPr>
          <w:b/>
        </w:rPr>
        <w:t xml:space="preserve">[13:08] </w:t>
      </w:r>
      <w:r>
        <w:t>is par isko sochna hai.</w:t>
      </w:r>
    </w:p>
    <w:p>
      <w:pPr>
        <w:jc w:val="right"/>
      </w:pPr>
      <w:r>
        <w:t>اسپر اسکو سوچناہے۔</w:t>
      </w:r>
    </w:p>
    <w:p>
      <w:r>
        <w:rPr>
          <w:b/>
        </w:rPr>
        <w:t xml:space="preserve">[13:12] </w:t>
      </w:r>
      <w:r>
        <w:t>ab mein chand baatein kahunga roze mein jo paish aati hain. dekhein, sabse pehle kya hota hai? rooye tahleel.</w:t>
      </w:r>
    </w:p>
    <w:p>
      <w:pPr>
        <w:jc w:val="right"/>
      </w:pPr>
      <w:r>
        <w:t>ابمیں چند باتیںکہوںگا روز ےمیںجوپیشآتیہیں۔ دیکھیں،سبسےپہلے کیاہوتاہے ؟ روئے تہلیل ۔</w:t>
      </w:r>
    </w:p>
    <w:p>
      <w:r>
        <w:rPr>
          <w:b/>
        </w:rPr>
        <w:t xml:space="preserve">[13:23] </w:t>
      </w:r>
      <w:r>
        <w:t>yani Ramzan ka pehla jo shaban ka mahina jab mukhtam hota hai to aakhri raat ko, aakhri shaam ko chand dekha jata hai.</w:t>
      </w:r>
    </w:p>
    <w:p>
      <w:pPr>
        <w:jc w:val="right"/>
      </w:pPr>
      <w:r>
        <w:t>یعنیرمضان کا پہلاجو شعبانکامہینہجبختمہوتاہے تو آخریرات کو،آخریشامکو چانددیکھاجاتاہے۔</w:t>
      </w:r>
    </w:p>
    <w:p>
      <w:r>
        <w:rPr>
          <w:b/>
        </w:rPr>
        <w:t xml:space="preserve">[13:38] </w:t>
      </w:r>
      <w:r>
        <w:t>to hadith mein aata hai ke soomoo li ru'yatihi wa aftiroo li ru'yatihi. matlab dekh kar roza rakho, chand dekh kar roza rakho. to yeh ek bada masla hai ke rooye tahleel jis ko kehte hain ke kya dekhna zaroori hai aankh se dekhna? in aankhon se dekhna zaroori hai?</w:t>
      </w:r>
    </w:p>
    <w:p>
      <w:pPr>
        <w:jc w:val="right"/>
      </w:pPr>
      <w:r>
        <w:t>توحدیثمیںآتاہےکہصُومُوا لرو ئےتهِو افطِروالروئے تهِ ۔مطلب دیکھکر روزہرکھو،چانددیکھکرروزہرکھو۔ تویہایکبڑامسئلہہےکہ روئےتہلیلجسکوکہتےہیں کہ کیا دیکھناضروریہےآنکھسےدیکھنا؟انآنکھوںسےدیکھناضروریہے؟</w:t>
      </w:r>
    </w:p>
    <w:p>
      <w:r>
        <w:rPr>
          <w:b/>
        </w:rPr>
        <w:t xml:space="preserve">[13:57] </w:t>
      </w:r>
      <w:r>
        <w:t>is zamane mein aap jante hain ke jo observatory hoti hai, rasadgah, jis ko kehte hain marsad</w:t>
      </w:r>
    </w:p>
    <w:p>
      <w:pPr>
        <w:jc w:val="right"/>
      </w:pPr>
      <w:r>
        <w:t>اس زمانےمیںآپجانتےہیںکہجوآبزروی ٹریہوتیہے، رصدگاہ ،جسکو کہتےہیں مر صد</w:t>
      </w:r>
    </w:p>
    <w:p>
      <w:r>
        <w:rPr>
          <w:b/>
        </w:rPr>
        <w:t xml:space="preserve">[14:06] </w:t>
      </w:r>
      <w:r>
        <w:t>. to aaj ke zamane mein jo calculation kiye jaate hain, jo observation kiye jaate hain, to theek theek maloom ho jata hai ke kab chand nikla aur kab chand dooba.</w:t>
      </w:r>
    </w:p>
    <w:p>
      <w:pPr>
        <w:jc w:val="right"/>
      </w:pPr>
      <w:r>
        <w:t>۔تو آج کےزمانےمیں جو کیلکولیشنکیےجاتےہیں،جوآبزرویشنکیےجاتےہیں، تو ٹھیک ٹھیک معلومہوجاتاہےکہکب چاندنکلااورکبچاندڈوبا۔</w:t>
      </w:r>
    </w:p>
    <w:p>
      <w:r>
        <w:rPr>
          <w:b/>
        </w:rPr>
        <w:t xml:space="preserve">[14:20] </w:t>
      </w:r>
      <w:r>
        <w:t>to ek sawal hai ke kya</w:t>
      </w:r>
    </w:p>
    <w:p>
      <w:pPr>
        <w:jc w:val="right"/>
      </w:pPr>
      <w:r>
        <w:t>توایکسوالہےکہکیا</w:t>
      </w:r>
    </w:p>
    <w:p>
      <w:r>
        <w:rPr>
          <w:b/>
        </w:rPr>
        <w:t xml:space="preserve">[14:25] </w:t>
      </w:r>
      <w:r>
        <w:t>yeh jo calculations jo is se maloom hoti hain ya observatory ke zariye jo maloom hoti hain, kya is par hum roza shuru kar sakte hain?</w:t>
      </w:r>
    </w:p>
    <w:p>
      <w:pPr>
        <w:jc w:val="right"/>
      </w:pPr>
      <w:r>
        <w:t>یہجو کیلکولیشنزجواسسےمعلومہوتیہیں یا آبزرویٹریکےذریعےجومعلومہوتیہیں،کیااسپرہمروزہ شروعکرسکتےہیں؟</w:t>
      </w:r>
    </w:p>
    <w:p>
      <w:r>
        <w:rPr>
          <w:b/>
        </w:rPr>
        <w:t xml:space="preserve">[14:34] </w:t>
      </w:r>
      <w:r>
        <w:t>ya rooye tahleel zaroori hai?</w:t>
      </w:r>
    </w:p>
    <w:p>
      <w:pPr>
        <w:jc w:val="right"/>
      </w:pPr>
      <w:r>
        <w:t>یا روئےتہلیلضروری ہے؟</w:t>
      </w:r>
    </w:p>
    <w:p>
      <w:r>
        <w:rPr>
          <w:b/>
        </w:rPr>
        <w:t xml:space="preserve">[14:38] </w:t>
      </w:r>
      <w:r>
        <w:t>mein samajhta hoon ke is mein koi takrao nahi hai. zahiri taur par mein yeh kahunga ke aankh se dekhna roze ko yeh bahut hi iski ahmiyat hai.</w:t>
      </w:r>
    </w:p>
    <w:p>
      <w:pPr>
        <w:jc w:val="right"/>
      </w:pPr>
      <w:r>
        <w:t>میںسمجھتاہوںکہاسمیںکوئیٹکراؤنہیںہے۔ ظاہریطورپرمیںیہکہوںگا کہ آنکھسے دیکھنا روزےکو یہبہتہی اسکیاہم یتہے۔</w:t>
      </w:r>
    </w:p>
    <w:p>
      <w:r>
        <w:rPr>
          <w:b/>
        </w:rPr>
        <w:t xml:space="preserve">[14:50] </w:t>
      </w:r>
      <w:r>
        <w:t>is liye ke dekhein, shaban ki aakhri shaam aayi, aap ki aankhein aasman ki taraf uth gayin. aap dekh rahe hain, dekh rahe hain, dekh rahe hain, yahan tak ke aap ko ek bar hi ek chand dikhai diya.</w:t>
      </w:r>
    </w:p>
    <w:p>
      <w:pPr>
        <w:jc w:val="right"/>
      </w:pPr>
      <w:r>
        <w:t>اسلیےکہدیکھیں، شعبانکیآخریشامآئی، آپکیآنکھیں آسمانکیطرفاٹھگئیں۔ آپدیکھرہےہیں،دیکھرہےہیں،دیکھرہےہیں،یہاںتککہآپکو ایکبارہیایکچانددکھائیدیا ۔</w:t>
      </w:r>
    </w:p>
    <w:p>
      <w:r>
        <w:rPr>
          <w:b/>
        </w:rPr>
        <w:t xml:space="preserve">[15:02] </w:t>
      </w:r>
      <w:r>
        <w:t>to yeh ek ajeebo ghareeb ek halka jazba aata hai ke Khuda ne chand zahir kar diya. ek naya daur shuru kiya hamari zindagi mein.</w:t>
      </w:r>
    </w:p>
    <w:p>
      <w:pPr>
        <w:jc w:val="right"/>
      </w:pPr>
      <w:r>
        <w:t>تو یہایکعجیبوغریب ایک تھلکا جذبہآتاہے کہخدانے چاند ظاہرکردیا ۔ ایک نیادور شروعکیا ہماریزندگی میں ۔</w:t>
      </w:r>
    </w:p>
    <w:p>
      <w:r>
        <w:rPr>
          <w:b/>
        </w:rPr>
        <w:t xml:space="preserve">[15:13] </w:t>
      </w:r>
      <w:r>
        <w:t>chand ka dekhna aap ke liye ek naye daur e hayat ka aaghaz ka matlab hota hai. to ek aadmi jante hain, aap hissi waqea jab tak na hon, uske andar halka nahi aata.</w:t>
      </w:r>
    </w:p>
    <w:p>
      <w:pPr>
        <w:jc w:val="right"/>
      </w:pPr>
      <w:r>
        <w:t>چاند کا دیکھناآپکےلیےایک نئےدور ِحیات کاآغاز کا معنیہوتاہے۔ تو ایک آدمیجانتےہیں،آپ حسی واقعہجبتکنہہوں،اسکےاندرتھلنہیںآتا۔</w:t>
      </w:r>
    </w:p>
    <w:p>
      <w:r>
        <w:rPr>
          <w:b/>
        </w:rPr>
        <w:t xml:space="preserve">[15:27] </w:t>
      </w:r>
      <w:r>
        <w:t>to yeh hissi andaaz mein, muzare ke andaaz mein, observation ke andaaz mein aadmi ke andar ehsaas jagaya jata hai ke Ramzan ka mahina aa gaya, Ramzan ka mahina aa gaya.</w:t>
      </w:r>
    </w:p>
    <w:p>
      <w:pPr>
        <w:jc w:val="right"/>
      </w:pPr>
      <w:r>
        <w:t>تو یہ حسیاندازمیں،مضارعکےاندازمیں ،آب زرویشنکےاندازمیں آدمیکےاندر احساسجگایاجاتا ہے کہ رمضانکامہینہآگیا،رمضانکامہینہآگیا۔</w:t>
      </w:r>
    </w:p>
    <w:p>
      <w:r>
        <w:rPr>
          <w:b/>
        </w:rPr>
        <w:t xml:space="preserve">[15:41] </w:t>
      </w:r>
      <w:r>
        <w:t>Rasool Allah (SAW) ke bare mein aata hai ke aap ne dekha jab chand ko, yani naye chand ko, to aap ne farmaya Allahumma ahlilhu alayna bil hamdi wal imani was salamati wal islami.</w:t>
      </w:r>
    </w:p>
    <w:p>
      <w:pPr>
        <w:jc w:val="right"/>
      </w:pPr>
      <w:r>
        <w:t>رسولاللہصلیاللہعلیہوسلمکےبارےمیںآتاہےکہآپنےدیکھاجب چاندکو ،یعنینیومونکو ،توآپنےفرمایا الل هم أهل علينابالحمدوالث لامةوالإسلام</w:t>
      </w:r>
    </w:p>
    <w:p>
      <w:r>
        <w:rPr>
          <w:b/>
        </w:rPr>
        <w:t xml:space="preserve">[15:52] </w:t>
      </w:r>
      <w:r>
        <w:t>. Khuda hai is mahine ko to hamare liye peace ka mahina bana de, salamat ka mahina bana de. spiritual tarqqi ka mahina bana de.</w:t>
      </w:r>
    </w:p>
    <w:p>
      <w:pPr>
        <w:jc w:val="right"/>
      </w:pPr>
      <w:r>
        <w:t>۔خدا ہےاسمہینےکو توہمارےلیے پیسکامہینہبنادے، سلامتیکامہینہبنادے۔ اسپ ریچوئل تر قیکامہینہبنادے۔</w:t>
      </w:r>
    </w:p>
    <w:p>
      <w:r>
        <w:rPr>
          <w:b/>
        </w:rPr>
        <w:t xml:space="preserve">[16:07] </w:t>
      </w:r>
      <w:r>
        <w:t>ab yeh ghaur kijiye ke jab aap chand dekhenge, tabhi to yeh sab jazbat jaagenge.</w:t>
      </w:r>
    </w:p>
    <w:p>
      <w:pPr>
        <w:jc w:val="right"/>
      </w:pPr>
      <w:r>
        <w:t>اب یہغورکیجیےکہجبآپچانددیکھیںگے،تبھیتویہسبجذباتجاگیںگے۔</w:t>
      </w:r>
    </w:p>
    <w:p>
      <w:r>
        <w:rPr>
          <w:b/>
        </w:rPr>
        <w:t xml:space="preserve">[16:12] </w:t>
      </w:r>
      <w:r>
        <w:t>agar aaj sirf khabar mile aap ko kisi observatory ke zariye ke aaj chand ho gaya aur phir aap roza rakhein, yeh sari halchal kaise paida hogi?</w:t>
      </w:r>
    </w:p>
    <w:p>
      <w:pPr>
        <w:jc w:val="right"/>
      </w:pPr>
      <w:r>
        <w:t>اگر آجصرفخبرملےآپکو کسی آبزرویٹریکےذریعے کہ آج چاندہوگیا اورپھرآپروزہرکھیں، یہساریہلچلکیسےپیدا ہوگی ؟</w:t>
      </w:r>
    </w:p>
    <w:p>
      <w:r>
        <w:rPr>
          <w:b/>
        </w:rPr>
        <w:t xml:space="preserve">[16:26] </w:t>
      </w:r>
      <w:r>
        <w:t>chand ko dekhna ek spiritual halchal ka tajurba hota hai.</w:t>
      </w:r>
    </w:p>
    <w:p>
      <w:pPr>
        <w:jc w:val="right"/>
      </w:pPr>
      <w:r>
        <w:t>چاندکودیکھناایک اسپریچوئلہلچلکا تجربہہوتاہے۔</w:t>
      </w:r>
    </w:p>
    <w:p>
      <w:r>
        <w:rPr>
          <w:b/>
        </w:rPr>
        <w:t xml:space="preserve">[16:35] </w:t>
      </w:r>
      <w:r>
        <w:t>abi yahan to saaf dikhai deta hai shehron mein. jab hum gaon mein rehte thay pehle to wahan mutla saaf hota tha.</w:t>
      </w:r>
    </w:p>
    <w:p>
      <w:pPr>
        <w:jc w:val="right"/>
      </w:pPr>
      <w:r>
        <w:t>ابیہاںتو صافدکھائیدیتاہےشہروںمیں ۔ جب ہمگاؤںمیںرہتےتھے پہلے تو وہاں مط لعصافہوتاتھا۔</w:t>
      </w:r>
    </w:p>
    <w:p>
      <w:r>
        <w:rPr>
          <w:b/>
        </w:rPr>
        <w:t xml:space="preserve">[16:44] </w:t>
      </w:r>
      <w:r>
        <w:t>pollution wahan kuch bhi nahin tha, pollution nahin hota tha. to hum log sham ko chhat par charh jatay thay. dekhte thay, dekhte thay, yahan tak keh bahar hi aik chand dikhai de gaya.</w:t>
      </w:r>
    </w:p>
    <w:p>
      <w:pPr>
        <w:jc w:val="right"/>
      </w:pPr>
      <w:r>
        <w:t>پولیوشن وہاںکچھبھینہیںتھا،پولیوشننہیںہوتاتھا۔ توہملوگ شامکو چھتپرچڑھجاتےتھے۔ دیکھتےتھے،دیکھتےتھے،یہاںتککہباہرہیایکچانددکھائیدےگیا۔</w:t>
      </w:r>
    </w:p>
    <w:p>
      <w:r>
        <w:rPr>
          <w:b/>
        </w:rPr>
        <w:t xml:space="preserve">[16:56] </w:t>
      </w:r>
      <w:r>
        <w:t>aik ajib ehsas hota tha.</w:t>
      </w:r>
    </w:p>
    <w:p>
      <w:pPr>
        <w:jc w:val="right"/>
      </w:pPr>
      <w:r>
        <w:t>ایکعجیباحساسہوتاتھا۔</w:t>
      </w:r>
    </w:p>
    <w:p>
      <w:r>
        <w:rPr>
          <w:b/>
        </w:rPr>
        <w:t xml:space="preserve">[17:01] </w:t>
      </w:r>
      <w:r>
        <w:t>ab pollution aik naya phenomenon paida ho gaya hai, is ki waja se chand ho tab bhi nahin dikhai deta. aap dekhte rahen tab bhi nahin dikhai de ga. pollution ki waja se.</w:t>
      </w:r>
    </w:p>
    <w:p>
      <w:pPr>
        <w:jc w:val="right"/>
      </w:pPr>
      <w:r>
        <w:t>ابپولیوشنایکنیا فینامیناپیداہوگیاہے،اسکیوجہسےچاند ہو تب بھینہیںدکھائیدیتا۔آپ دیکھتےرہیںتببھینہیںدکھائیدےگا۔ پولیوشنکیوجہ سے۔</w:t>
      </w:r>
    </w:p>
    <w:p>
      <w:r>
        <w:rPr>
          <w:b/>
        </w:rPr>
        <w:t xml:space="preserve">[17:10] </w:t>
      </w:r>
      <w:r>
        <w:t>lekin main yeh keh raha hoon keh rooyat-e-hilal, yani aankh se dekhna chand ko, aik bara hi spiritual experience hai.</w:t>
      </w:r>
    </w:p>
    <w:p>
      <w:pPr>
        <w:jc w:val="right"/>
      </w:pPr>
      <w:r>
        <w:t>لیکن میںیہکہہرہاہوںکہ روئےتہلیل ،یعنیآنکھسےدیکھنا چاندکو، ایک بڑاہی اسپریچوئل ایکسپیرئینسہے۔</w:t>
      </w:r>
    </w:p>
    <w:p>
      <w:r>
        <w:rPr>
          <w:b/>
        </w:rPr>
        <w:t xml:space="preserve">[17:22] </w:t>
      </w:r>
      <w:r>
        <w:t>lekin is ke sath main yeh bhi kahoon ga keh yeh zaroori nahin keh aap chand ko dekhen tab roza shuru karen.</w:t>
      </w:r>
    </w:p>
    <w:p>
      <w:pPr>
        <w:jc w:val="right"/>
      </w:pPr>
      <w:r>
        <w:t>لیکن اسیکےساتھمیںیہبھیکہوںگا کہ یہ ضرورینہیں کہآپچاندکو دیکھیںتب روزہشروعکریں۔</w:t>
      </w:r>
    </w:p>
    <w:p>
      <w:r>
        <w:rPr>
          <w:b/>
        </w:rPr>
        <w:t xml:space="preserve">[17:30] </w:t>
      </w:r>
      <w:r>
        <w:t>observer ki khabar bhi isi tarah se valid hai jis tarah chand ko dekhna. main in dono mein farq nahin karta. bilkul. aur is ko dekhiye,</w:t>
      </w:r>
    </w:p>
    <w:p>
      <w:pPr>
        <w:jc w:val="right"/>
      </w:pPr>
      <w:r>
        <w:t>آبزرویٹریکیخبر بھی اسیطرحسے ویلڈہے جس طرحچاندکودیکھنا ۔ میں اندونوںمیںفرقنہیںکرتا ۔ بالکل ۔اور اس کودیکھیے،</w:t>
      </w:r>
    </w:p>
    <w:p>
      <w:r>
        <w:rPr>
          <w:b/>
        </w:rPr>
        <w:t xml:space="preserve">[17:44] </w:t>
      </w:r>
      <w:r>
        <w:t>is par maine ghor kiya to jo Quran ke alfaaz hain, jo Hadees ke alfaaz hain, woh dono ko cover kar rahe hain.</w:t>
      </w:r>
    </w:p>
    <w:p>
      <w:pPr>
        <w:jc w:val="right"/>
      </w:pPr>
      <w:r>
        <w:t>اسپرمیںنےغورکیا تو جو قرآنکےالفاظ ہیں،جوحدیثکےالفاظہیں، وہدونوں کوکورکررہےہیں۔</w:t>
      </w:r>
    </w:p>
    <w:p>
      <w:r>
        <w:rPr>
          <w:b/>
        </w:rPr>
        <w:t xml:space="preserve">[17:51] </w:t>
      </w:r>
      <w:r>
        <w:t>in mein aik farq hai jo dono ko cover kar rahe hain woh. kyunkeh Hadees mein to yeh lafz hai keh somoo li rooyatihi. dekh kar roza rakho.</w:t>
      </w:r>
    </w:p>
    <w:p>
      <w:pPr>
        <w:jc w:val="right"/>
      </w:pPr>
      <w:r>
        <w:t>انمیںایکفرقہے جو دونوںکوکور کررہےہیںوہ۔ کیونکہحدیثمیںتویہلفظہےکہ صُومُوا لروئےتهِ ۔دیکھکرروزہرکھو ۔</w:t>
      </w:r>
    </w:p>
    <w:p>
      <w:r>
        <w:rPr>
          <w:b/>
        </w:rPr>
        <w:t xml:space="preserve">[18:02] </w:t>
      </w:r>
      <w:r>
        <w:t>magar Quran mein lafz nahin hai yeh. dekhne ka lafz nahin hai Quran majeed mein. faman shahid minkum-ush-sharaa fa-layusm. shahada ke baray mein hotay hain jo apne aap ko is mahine mein payein.</w:t>
      </w:r>
    </w:p>
    <w:p>
      <w:pPr>
        <w:jc w:val="right"/>
      </w:pPr>
      <w:r>
        <w:t>مگرقرآنمیںلفظنہیںہےیہ۔ دیکھنےکالفظنہیںہےقرآنمجیدمیں۔ فَمَنْشَهَدَمِنْكُمُالشَّارِعَفَلَيُسْمُ۔ شہداءکےبارےمیںہوتےہیںجواپنےآپکواسمہینےمیںپائے۔</w:t>
      </w:r>
    </w:p>
    <w:p>
      <w:r>
        <w:rPr>
          <w:b/>
        </w:rPr>
        <w:t xml:space="preserve">[18:15] </w:t>
      </w:r>
      <w:r>
        <w:t>yani keh jo jab new moon ya Ramzan ke pehle chand ko dekh kar nahin. faman shahid minkum-ush-sharaa fa-layusm. jo apne aap ko is mahine mein payein.</w:t>
      </w:r>
    </w:p>
    <w:p>
      <w:pPr>
        <w:jc w:val="right"/>
      </w:pPr>
      <w:r>
        <w:t>یعنیکہجو جب نیومون یا رمضان کےپہلے چاندکودیکھکرنہیں ۔ فَمَنْشَهَدَمِنْكُمُالشَّارِعَفَلَيُسْمُ۔جواپنےآپکواسمہینےمیںپائے۔</w:t>
      </w:r>
    </w:p>
    <w:p>
      <w:r>
        <w:rPr>
          <w:b/>
        </w:rPr>
        <w:t xml:space="preserve">[18:27] </w:t>
      </w:r>
      <w:r>
        <w:t>is maani keh agar koi khabar aap ko bataye keh chand ho gaya to aap ne apne aap ko Ramzan ke mahine mein pa liya. to bhi kafi hai.</w:t>
      </w:r>
    </w:p>
    <w:p>
      <w:pPr>
        <w:jc w:val="right"/>
      </w:pPr>
      <w:r>
        <w:t>اسمعنیکہاگرکوئیخبرآپکوبت ائے کہ چاندہوگیا تو آپ نےاپنےآپکو رمضانکےمہینےمیںپالیا۔ تو بھیکافی ہے۔</w:t>
      </w:r>
    </w:p>
    <w:p>
      <w:r>
        <w:rPr>
          <w:b/>
        </w:rPr>
        <w:t xml:space="preserve">[18:38] </w:t>
      </w:r>
      <w:r>
        <w:t>to main samajhta hoon keh Quran aur Hadees ke bayan mein jo farq hai woh is liye shayad hai keh dono sooraton ko cover kar le. keh chand ko aap aankh se dekhen tab bhi theek hai.</w:t>
      </w:r>
    </w:p>
    <w:p>
      <w:pPr>
        <w:jc w:val="right"/>
      </w:pPr>
      <w:r>
        <w:t>تو میںسمجھتاہوںکہقرآناور حدیثکےبیانمیںجوفرقہے وہ اسلیے شایدہے کہ دونوں صورت وںکوکورکرلے۔ کہ چاندکو آپ آنکھسےدیکھیں تببھیٹھیکہے۔</w:t>
      </w:r>
    </w:p>
    <w:p>
      <w:r>
        <w:rPr>
          <w:b/>
        </w:rPr>
        <w:t xml:space="preserve">[18:51] </w:t>
      </w:r>
      <w:r>
        <w:t>aur agar aap observer ki khabar par roza rakhen tab bhi theek hai. aik pehlu yeh hai. doosri baat yeh hai keh roza jo hai is ki haqeeqat kiya hai?</w:t>
      </w:r>
    </w:p>
    <w:p>
      <w:pPr>
        <w:jc w:val="right"/>
      </w:pPr>
      <w:r>
        <w:t>اوراگر آپ آبزرویٹریکیخبر پر روزہرکھیںتببھیٹھیکہے۔ ایک پہلویہہے۔ دوسریباتیہہے کہ روزہجوہے اسکیحقیقتکیاہے؟</w:t>
      </w:r>
    </w:p>
    <w:p>
      <w:r>
        <w:rPr>
          <w:b/>
        </w:rPr>
        <w:t xml:space="preserve">[19:07] </w:t>
      </w:r>
      <w:r>
        <w:t>haqeeqat kiya hai is ki roze ki? main samajhta hoon keh roza haqeeqat hai zindagi ko disciplined way mein guzarna.</w:t>
      </w:r>
    </w:p>
    <w:p>
      <w:pPr>
        <w:jc w:val="right"/>
      </w:pPr>
      <w:r>
        <w:t>حقیقتکیاہےاسکیروزےکی؟ میںسمجھتاہوںکہروزہ حقیقت ہے زندگی کو ڈسپلنڈوےمیں گزار نا۔</w:t>
      </w:r>
    </w:p>
    <w:p>
      <w:r>
        <w:rPr>
          <w:b/>
        </w:rPr>
        <w:t xml:space="preserve">[19:19] </w:t>
      </w:r>
      <w:r>
        <w:t>disciplined way mein guzarna. woh kiya hai? dekhen, aik hai bandha hua janwar, aik hai khula hua janwar.</w:t>
      </w:r>
    </w:p>
    <w:p>
      <w:pPr>
        <w:jc w:val="right"/>
      </w:pPr>
      <w:r>
        <w:t>ڈسپلنڈوےمیںگزار نا۔ وہکیاہے ؟ دیکھیں،ایکہے بندھاہواجان ور ، ایکہے کھلا ہواجان ور ۔</w:t>
      </w:r>
    </w:p>
    <w:p>
      <w:r>
        <w:rPr>
          <w:b/>
        </w:rPr>
        <w:t xml:space="preserve">[19:31] </w:t>
      </w:r>
      <w:r>
        <w:t>khula hua janwar us khet mein jata hai, us khet mein jata hai.</w:t>
      </w:r>
    </w:p>
    <w:p>
      <w:pPr>
        <w:jc w:val="right"/>
      </w:pPr>
      <w:r>
        <w:t>کھلا ہواجانور اسکھیتمیںجاتاہے،اسکھیتمیںجاتا ہے۔</w:t>
      </w:r>
    </w:p>
    <w:p>
      <w:r>
        <w:rPr>
          <w:b/>
        </w:rPr>
        <w:t xml:space="preserve">[19:36] </w:t>
      </w:r>
      <w:r>
        <w:t>koi is ki koi cheez is ko rokti nahin. lekin yeh bandha janwar jo hai woh isi tak mehdood rehta hai jis ke samne hai.</w:t>
      </w:r>
    </w:p>
    <w:p>
      <w:pPr>
        <w:jc w:val="right"/>
      </w:pPr>
      <w:r>
        <w:t>کوئیاسکی کوئیچیزاسکوروکتینہیں ۔ لیکن یہبندھاجانورجوہےوہ اسیتک محدودرہتاہےجواسکےسامنے ہے۔</w:t>
      </w:r>
    </w:p>
    <w:p>
      <w:r>
        <w:rPr>
          <w:b/>
        </w:rPr>
        <w:t xml:space="preserve">[19:47] </w:t>
      </w:r>
      <w:r>
        <w:t>to Hadees mein aata hai keh yeh yeh misaal di gayi hai keh momin ki misaal aisi hai jaisay keh aik khontay mein bandha hua ghoda.</w:t>
      </w:r>
    </w:p>
    <w:p>
      <w:pPr>
        <w:jc w:val="right"/>
      </w:pPr>
      <w:r>
        <w:t>توحدیثمیںآتاہےکہ یہ یہمثالدیگئیہے کہ مومنکیمثال ایسیہےجیسےکہ ایککھوٹےمیںبندھاہوا گھوڑا۔</w:t>
      </w:r>
    </w:p>
    <w:p>
      <w:r>
        <w:rPr>
          <w:b/>
        </w:rPr>
        <w:t xml:space="preserve">[20:01] </w:t>
      </w:r>
      <w:r>
        <w:t>mathalu mu'minin wa mathalu al-eemaani kamathali farasin fi aakh</w:t>
      </w:r>
    </w:p>
    <w:p>
      <w:pPr>
        <w:jc w:val="right"/>
      </w:pPr>
      <w:r>
        <w:t>مَثْلُمُؤْمِنٍوَمَثْلُالْإِيمَانِكَمَثْلِفَرَسِفِيآخ</w:t>
      </w:r>
    </w:p>
    <w:p>
      <w:r>
        <w:rPr>
          <w:b/>
        </w:rPr>
        <w:t xml:space="preserve">[20:05] </w:t>
      </w:r>
      <w:r>
        <w:t>iritihi. yohulussummu yarji'u ila aakhritihi. aik ghoda khontay mein bandha hua hai, is ki aik rassi hai, farz kijiye keh teen meter ki.</w:t>
      </w:r>
    </w:p>
    <w:p>
      <w:pPr>
        <w:jc w:val="right"/>
      </w:pPr>
      <w:r>
        <w:t>ِرِتِ هِۖيَهُولُسُمُّيَرْجَعُإِلَىآخِرِتِهِ ۔ایکگھوڑاکھوٹےمیںبندھاہواہے، اسکیایکرسیہے، فرضکیجیئےکہتینمیٹرکی۔</w:t>
      </w:r>
    </w:p>
    <w:p>
      <w:r>
        <w:rPr>
          <w:b/>
        </w:rPr>
        <w:t xml:space="preserve">[20:15] </w:t>
      </w:r>
      <w:r>
        <w:t>teen meter ke barabar woh ghoome ga, is ke aage nahin aa sakta. to aik janwar jo hai khula hua ho, har khet mein woh dakhil ho jaye ga.</w:t>
      </w:r>
    </w:p>
    <w:p>
      <w:pPr>
        <w:jc w:val="right"/>
      </w:pPr>
      <w:r>
        <w:t>تینمیٹرکےبرابر وہ گھومےگا، اسکےآگےنہیںآسکتا۔ توایک جانورجوہےکھلا ہواہو ، ہرکھیتمیںوہ داخلہوجائےگا۔</w:t>
      </w:r>
    </w:p>
    <w:p>
      <w:r>
        <w:rPr>
          <w:b/>
        </w:rPr>
        <w:t xml:space="preserve">[20:26] </w:t>
      </w:r>
      <w:r>
        <w:t>jo bandha hua ho woh isi dayre mein rahe ga jo is ka is ke malik ne dayra muqarrar kar diya hai.</w:t>
      </w:r>
    </w:p>
    <w:p>
      <w:pPr>
        <w:jc w:val="right"/>
      </w:pPr>
      <w:r>
        <w:t>جوبندھاہواہو وہ اسیدائرےمیںرہےگاجواسکا اسکےمالکنےدائرہمقررکردیاہے۔</w:t>
      </w:r>
    </w:p>
    <w:p>
      <w:r>
        <w:rPr>
          <w:b/>
        </w:rPr>
        <w:t xml:space="preserve">[20:34] </w:t>
      </w:r>
      <w:r>
        <w:t>to goya keh Ramzan ka mahina aap ko yaad dilata hai keh aap ko paband zindagi guzarni hai.</w:t>
      </w:r>
    </w:p>
    <w:p>
      <w:pPr>
        <w:jc w:val="right"/>
      </w:pPr>
      <w:r>
        <w:t>تو گویاکہ رمضانکامہینہآپکو یاددلاتاہے کہآپ کو پابندزندگی گزارناہے۔</w:t>
      </w:r>
    </w:p>
    <w:p>
      <w:r>
        <w:rPr>
          <w:b/>
        </w:rPr>
        <w:t xml:space="preserve">[20:45] </w:t>
      </w:r>
      <w:r>
        <w:t>disciplined way mein zindagi guzarni hai. apne aap ko control kar ke duniya mein rehna hai. apne bhook par control, apne piyas par control, apni khwahishon par control.</w:t>
      </w:r>
    </w:p>
    <w:p>
      <w:pPr>
        <w:jc w:val="right"/>
      </w:pPr>
      <w:r>
        <w:t>ڈسپلنڈوےمیںزندگی گزار ناہے۔ اپنےآپکوکنٹرولکرکےدنیا میںرہناہے۔ اپنے بھوکپرکنٹرول ،اپنے پیاسپرکنٹرول ،اپنی خواہشوںپرکنٹرول ۔</w:t>
      </w:r>
    </w:p>
    <w:p>
      <w:r>
        <w:rPr>
          <w:b/>
        </w:rPr>
        <w:t xml:space="preserve">[21:01] </w:t>
      </w:r>
      <w:r>
        <w:t>har cheez par control.</w:t>
      </w:r>
    </w:p>
    <w:p>
      <w:pPr>
        <w:jc w:val="right"/>
      </w:pPr>
      <w:r>
        <w:t>ہرچیزپرکنٹرول ۔</w:t>
      </w:r>
    </w:p>
    <w:p>
      <w:r>
        <w:rPr>
          <w:b/>
        </w:rPr>
        <w:t xml:space="preserve">[21:06] </w:t>
      </w:r>
      <w:r>
        <w:t>to yeh hai ramzan ki haqeeqat. yeh hai ramzan ki haqeeqat. isi liye dekhiye, quran mein hai ke la'allakum tattaqoon.</w:t>
      </w:r>
    </w:p>
    <w:p>
      <w:pPr>
        <w:jc w:val="right"/>
      </w:pPr>
      <w:r>
        <w:t>تویہہےرمضانکیحقیقت ۔ یہہےرمضانکیحقیقت ۔ اسیلیےدیکھیے، قرآنمیںہےکہ لَعَلَّكُمْتَتَّقُونَ ۔</w:t>
      </w:r>
    </w:p>
    <w:p>
      <w:r>
        <w:rPr>
          <w:b/>
        </w:rPr>
        <w:t xml:space="preserve">[21:19] </w:t>
      </w:r>
      <w:r>
        <w:t>ta'keh tum parhezgari ki zindagi guzaaro.</w:t>
      </w:r>
    </w:p>
    <w:p>
      <w:pPr>
        <w:jc w:val="right"/>
      </w:pPr>
      <w:r>
        <w:t>تاکہتم پرہیزگاریکیزندگی گزار و۔</w:t>
      </w:r>
    </w:p>
    <w:p>
      <w:r>
        <w:rPr>
          <w:b/>
        </w:rPr>
        <w:t xml:space="preserve">[21:25] </w:t>
      </w:r>
      <w:r>
        <w:t>kutiba 'alaikumus siyamu kama kutiba 'alaihimminkablikum la'allakum tattaqoon.</w:t>
      </w:r>
    </w:p>
    <w:p>
      <w:pPr>
        <w:jc w:val="right"/>
      </w:pPr>
      <w:r>
        <w:t>كُتِبْعَلَيْكُمْالسَّلَامُ كَمَاكُتِبْعَلَيْهِمِنْقَبْلِكُمْلَعَلَّكُمْتَتَّقُونَ۔</w:t>
      </w:r>
    </w:p>
    <w:p>
      <w:r>
        <w:rPr>
          <w:b/>
        </w:rPr>
        <w:t xml:space="preserve">[21:32] </w:t>
      </w:r>
      <w:r>
        <w:t>ta'keh tum parhezgari ki zindagi guzaaro. parhezgari kya hai? bachna. bachna kya hai? kuch cheez se bachna, kuch cheez ko ikhtiyar karna. is ka naam hai taqwa.</w:t>
      </w:r>
    </w:p>
    <w:p>
      <w:pPr>
        <w:jc w:val="right"/>
      </w:pPr>
      <w:r>
        <w:t>تاکہتم پرہیزگاریکیزندگی گزارو۔ پرہیزگاریکیاہے؟ بچنا ۔ بچناکیاہے ؟ کچھچیزسےبچنا ،کچھچیز کواختیارکرنا۔اسکانامہے تقویٰ۔</w:t>
      </w:r>
    </w:p>
    <w:p>
      <w:r>
        <w:rPr>
          <w:b/>
        </w:rPr>
        <w:t xml:space="preserve">[21:48] </w:t>
      </w:r>
      <w:r>
        <w:t>taqwa ek silbi cheez nahi hai. agar sirf bachna aap batayein taqwa ka matlab to kaha jayega taqwa salbi ho gaya. salbi bhi ek pehlu hai, doosra pehlu ijabi hai.</w:t>
      </w:r>
    </w:p>
    <w:p>
      <w:pPr>
        <w:jc w:val="right"/>
      </w:pPr>
      <w:r>
        <w:t>تق ویٰ ایکسل بیچیزنہیںہے۔ اگر صرفبچنا آپبت ائیں تقویٰکامطلبتوکہاجائےگا تقویٰسلبیہوگیا۔ سلبیبھیایک پہلوہے، دوسراپہلوایجابی ہے۔</w:t>
      </w:r>
    </w:p>
    <w:p>
      <w:r>
        <w:rPr>
          <w:b/>
        </w:rPr>
        <w:t xml:space="preserve">[22:00] </w:t>
      </w:r>
      <w:r>
        <w:t>yani kisi cheez se bachna aur kisi kaam ko karna. yeh matlab hua. to la'allakum tattaqoon ke ma'ani yeh hue ke tum najayez se bacho aur jayez hi tak apne ko mehdood rakho</w:t>
      </w:r>
    </w:p>
    <w:p>
      <w:pPr>
        <w:jc w:val="right"/>
      </w:pPr>
      <w:r>
        <w:t>یعنیکسیچیزسےبچنا اورکسیکام کوکرنا ۔ یہمطلبہوا ۔ تولَعَلَّكُمْتَتَّقُونَکےمعنییہہوئے کہتم ناجائز سےبچو اور جائزہیتک اپنےکومحدودرکھو</w:t>
      </w:r>
    </w:p>
    <w:p>
      <w:r>
        <w:rPr>
          <w:b/>
        </w:rPr>
        <w:t xml:space="preserve">[22:15] </w:t>
      </w:r>
      <w:r>
        <w:t>. to roze mein aap kya karte hain ke raat ke auqat mein khate hain, din ke auqat mein nahi khate. raat ke auqat mein pite hain, din ke auqat mein nahi pite.</w:t>
      </w:r>
    </w:p>
    <w:p>
      <w:pPr>
        <w:jc w:val="right"/>
      </w:pPr>
      <w:r>
        <w:t>۔ توروزےمیںآپکیاکرتےہیںکہ راتکےاوقاتمیںکھاتےہیں، دن کےاوقاتمیںنہیںکھاتے۔ راتکےاوقاتمیں پیتےہیں،دنکےاوقاتمیںنہیںپیتے۔</w:t>
      </w:r>
    </w:p>
    <w:p>
      <w:r>
        <w:rPr>
          <w:b/>
        </w:rPr>
        <w:t xml:space="preserve">[22:27] </w:t>
      </w:r>
      <w:r>
        <w:t>yeh ek 'alamati tarbiyat hai.</w:t>
      </w:r>
    </w:p>
    <w:p>
      <w:pPr>
        <w:jc w:val="right"/>
      </w:pPr>
      <w:r>
        <w:t>یہ ایکع لامتی تربیتہے۔</w:t>
      </w:r>
    </w:p>
    <w:p>
      <w:r>
        <w:rPr>
          <w:b/>
        </w:rPr>
        <w:t xml:space="preserve">[22:33] </w:t>
      </w:r>
      <w:r>
        <w:t>yani is ka matlab yeh hua ke jise hadith mein aata hai ke haddan hududan falta'taduha. Allah ne hadd qaim kar diye hain, us hadd ko paar mat karo.</w:t>
      </w:r>
    </w:p>
    <w:p>
      <w:pPr>
        <w:jc w:val="right"/>
      </w:pPr>
      <w:r>
        <w:t>یعنی اسکامطلبیہہوا کہ جسےحدیثمیںآتاہےکہحَدًّاحدودًافلاتعتد وها۔ اللہ نےحد قائمکردیہے، اسحد کو پار متکرو ۔</w:t>
      </w:r>
    </w:p>
    <w:p>
      <w:r>
        <w:rPr>
          <w:b/>
        </w:rPr>
        <w:t xml:space="preserve">[22:47] </w:t>
      </w:r>
      <w:r>
        <w:t>to Allah ta'ala ne isi tarike se jis tarah se roze mein hota hai ke din ko aap khate hain, raat ko chhod dete hain.</w:t>
      </w:r>
    </w:p>
    <w:p>
      <w:pPr>
        <w:jc w:val="right"/>
      </w:pPr>
      <w:r>
        <w:t>تو اللہ تعالیٰنےاسیطریقےسےجسطرحسےروزےمیںہوتاہےکہ دنکوآپکھاتےہیں،راتکو چھوڑدیتےہیں۔</w:t>
      </w:r>
    </w:p>
    <w:p>
      <w:r>
        <w:rPr>
          <w:b/>
        </w:rPr>
        <w:t xml:space="preserve">[22:54] </w:t>
      </w:r>
      <w:r>
        <w:t>yeh hi mu'amla har cheez mein hai. ke aap ko sach bolna hai, jhoot nahi bolna hai.</w:t>
      </w:r>
    </w:p>
    <w:p>
      <w:pPr>
        <w:jc w:val="right"/>
      </w:pPr>
      <w:r>
        <w:t>یہیمعاملہہرچیزمیںہے۔ کہآپکو سچبول ناہے، جھوٹنہیںبولناہے۔</w:t>
      </w:r>
    </w:p>
    <w:p>
      <w:r>
        <w:rPr>
          <w:b/>
        </w:rPr>
        <w:t xml:space="preserve">[23:03] </w:t>
      </w:r>
      <w:r>
        <w:t>dandadari ikhtiyar karna hai aur bad'd'awatein nahi ikhtiyar karna hai. mu'amla achhe tarike se karna hai, bad mu'amla'gi nahi karna hai.</w:t>
      </w:r>
    </w:p>
    <w:p>
      <w:pPr>
        <w:jc w:val="right"/>
      </w:pPr>
      <w:r>
        <w:t>دانتداریاختیارکرناہے اور بددعوتیںنہیںاختیارکرناہے۔ معاملہاچھےطریقےسےکرناہے، بدمعامل گینہیںکرناہے۔</w:t>
      </w:r>
    </w:p>
    <w:p>
      <w:r>
        <w:rPr>
          <w:b/>
        </w:rPr>
        <w:t xml:space="preserve">[23:16] </w:t>
      </w:r>
      <w:r>
        <w:t>pur'amn tarike se kaam karna hai aur tashaddud ke zariye nahi kaam karna hai.</w:t>
      </w:r>
    </w:p>
    <w:p>
      <w:pPr>
        <w:jc w:val="right"/>
      </w:pPr>
      <w:r>
        <w:t>پُرامن طریقےسےکامکرناہے اور تشددکےذریعےنہیںکامکرناہے۔</w:t>
      </w:r>
    </w:p>
    <w:p>
      <w:r>
        <w:rPr>
          <w:b/>
        </w:rPr>
        <w:t xml:space="preserve">[23:24] </w:t>
      </w:r>
      <w:r>
        <w:t>sulh ke zariye kaam karna hai, jang ke zariye nahi kaam karna hai. insano ke liye aap ke dil mein khair khwahi hona hai, un ke liye dushmani nahi hona hai.</w:t>
      </w:r>
    </w:p>
    <w:p>
      <w:pPr>
        <w:jc w:val="right"/>
      </w:pPr>
      <w:r>
        <w:t>صلحکےذریعےکامکرناہے،جنگکےذریعےنہیںکامکرناہے۔ انسان وںکےلیےآپکےدلمیںخیرخواہیہوناہے، انکےلیےدشمنینہیںہوناہے۔</w:t>
      </w:r>
    </w:p>
    <w:p>
      <w:r>
        <w:rPr>
          <w:b/>
        </w:rPr>
        <w:t xml:space="preserve">[23:34] </w:t>
      </w:r>
      <w:r>
        <w:t>yeh hai taqwa, yeh hai parhezgari. to taqwa ka ek salbi pehlu hai, ek ijabi pehlu hai. yeh karna, woh na karna. yeh karna, woh na karna.</w:t>
      </w:r>
    </w:p>
    <w:p>
      <w:pPr>
        <w:jc w:val="right"/>
      </w:pPr>
      <w:r>
        <w:t>یہہےتق ویٰ، یہہے پرہیزگاری ۔ تو تقویٰکاایک سل بیپہلوہے، ایک ایجابیپہلوہے۔ یہ کرنا،وہنہکرنا۔یہ کرنا،وہنہکرنا۔</w:t>
      </w:r>
    </w:p>
    <w:p>
      <w:r>
        <w:rPr>
          <w:b/>
        </w:rPr>
        <w:t xml:space="preserve">[23:48] </w:t>
      </w:r>
      <w:r>
        <w:t>to bilkul yeh mu'amla hai ke din ko khana, raat ko na khana.</w:t>
      </w:r>
    </w:p>
    <w:p>
      <w:pPr>
        <w:jc w:val="right"/>
      </w:pPr>
      <w:r>
        <w:t>توبالکلیہیمعاملہہےکہ دنکو کھانا،راتکونہکھانا۔</w:t>
      </w:r>
    </w:p>
    <w:p>
      <w:r>
        <w:rPr>
          <w:b/>
        </w:rPr>
        <w:t xml:space="preserve">[23:53] </w:t>
      </w:r>
      <w:r>
        <w:t>yeh goya aap ko tarbiyat di jati hai ke kuch cheezein salbi hain, kuch cheezein ijabi hain.</w:t>
      </w:r>
    </w:p>
    <w:p>
      <w:pPr>
        <w:jc w:val="right"/>
      </w:pPr>
      <w:r>
        <w:t>یہ گویاآپکو تربیتدیجاتیہے کہکچھچیزیںسلبیہیں،کچھچیزیںایجابی ہیں۔</w:t>
      </w:r>
    </w:p>
    <w:p>
      <w:r>
        <w:rPr>
          <w:b/>
        </w:rPr>
        <w:t xml:space="preserve">[24:04] </w:t>
      </w:r>
      <w:r>
        <w:t>aur is zamane mein sab se badi jo yani khilaf warzi ho rahi hai roze ki rooh mein, is ko mein kahunga roze ki rooh. ek roza, ek roze ki rooh. rooh-e-roza.</w:t>
      </w:r>
    </w:p>
    <w:p>
      <w:pPr>
        <w:jc w:val="right"/>
      </w:pPr>
      <w:r>
        <w:t>اوراسزمانےمیںسبسےبڑی جو یعنی خلاف ورزیہورہیہے روزےکیروحمیں ،اسکومیںکہوںگاروزےکیروح۔ایکروز ہ ،ایکروز ےکیرو ح۔روحِروزہ۔</w:t>
      </w:r>
    </w:p>
    <w:p>
      <w:r>
        <w:rPr>
          <w:b/>
        </w:rPr>
        <w:t xml:space="preserve">[24:16] </w:t>
      </w:r>
      <w:r>
        <w:t>roze ke bare mein to log karte hain ke din ko raat ko khate hain, din ko nahi</w:t>
      </w:r>
    </w:p>
    <w:p>
      <w:pPr>
        <w:jc w:val="right"/>
      </w:pPr>
      <w:r>
        <w:t>روزہکےبارےمیں تولوگکرتے ہیںکہ دنکوراتکوکھاتےہیں،دنکونہیں</w:t>
      </w:r>
    </w:p>
    <w:p>
      <w:r>
        <w:rPr>
          <w:b/>
        </w:rPr>
        <w:t xml:space="preserve">[24:20] </w:t>
      </w:r>
      <w:r>
        <w:t>khate. lekin rooh ke bare mein bilkul hi</w:t>
      </w:r>
    </w:p>
    <w:p>
      <w:pPr>
        <w:jc w:val="right"/>
      </w:pPr>
      <w:r>
        <w:t>کھاتے۔ لیکن روحکےبارےمیںبالکلہی</w:t>
      </w:r>
    </w:p>
    <w:p>
      <w:r>
        <w:rPr>
          <w:b/>
        </w:rPr>
        <w:t xml:space="preserve">[24:25] </w:t>
      </w:r>
      <w:r>
        <w:t>ek taraf se khali hain log. rooh mein misaal ke taur par dekhiye. insaan ke bare mein aap ko yeh karna hai ke aap ko kisi se dushmani nahi karna hai, dosti karna hai.</w:t>
      </w:r>
    </w:p>
    <w:p>
      <w:pPr>
        <w:jc w:val="right"/>
      </w:pPr>
      <w:r>
        <w:t>ایکطرف سے خالیہیںلوگ ۔ روح میں مثالکےطورپردیکھیے۔ انسان کےبارےمیںآپکویہکرناہےکہآپ کو کسیسےدشمنینہیںکرناہے، دوستیکرناہے۔</w:t>
      </w:r>
    </w:p>
    <w:p>
      <w:r>
        <w:rPr>
          <w:b/>
        </w:rPr>
        <w:t xml:space="preserve">[24:40] </w:t>
      </w:r>
      <w:r>
        <w:t>bad khwahi nahi karna hai, khair khwahi karna hai. kisi ko bura nahi chahna hai, us ko bhala chahna hai. nafrat nahi karna hai, mohabbat karna hai.</w:t>
      </w:r>
    </w:p>
    <w:p>
      <w:pPr>
        <w:jc w:val="right"/>
      </w:pPr>
      <w:r>
        <w:t>بدخواہینہیںکرناہے،خیرخواہیکرناہے۔ کسی کوبرانہیںچاہناہے،اسکوبھلاچاہناہے۔ نفرتنہیںکرناہے، محبتکرناہے۔</w:t>
      </w:r>
    </w:p>
    <w:p>
      <w:r>
        <w:rPr>
          <w:b/>
        </w:rPr>
        <w:t xml:space="preserve">[24:53] </w:t>
      </w:r>
      <w:r>
        <w:t>is mu'amle mein dekhiye to har rozedar jo hai na nakam ho raha hai.</w:t>
      </w:r>
    </w:p>
    <w:p>
      <w:pPr>
        <w:jc w:val="right"/>
      </w:pPr>
      <w:r>
        <w:t>اس معاملےمیںدیکھیےتوہرروز ےدارجوہےناکامہورہاہے۔</w:t>
      </w:r>
    </w:p>
    <w:p>
      <w:r>
        <w:rPr>
          <w:b/>
        </w:rPr>
        <w:t xml:space="preserve">[25:00] </w:t>
      </w:r>
      <w:r>
        <w:t>kal mere paas do musalman aaye the. to unhone kaha ke agar doosra aadmi hum se hamare khilaf kare, hamare khilaf sazish kare to to nafrat to hogi.</w:t>
      </w:r>
    </w:p>
    <w:p>
      <w:pPr>
        <w:jc w:val="right"/>
      </w:pPr>
      <w:r>
        <w:t>کل میرےپاس دو مسلمان آئےتھے۔ تو انہوںنےکہاکہ اگر دوسراآدمیہمسے ہمارےخلاف کرے،ہمارےخلاف سازشکرے تو تونفرتتوہوگی ۔</w:t>
      </w:r>
    </w:p>
    <w:p>
      <w:r>
        <w:rPr>
          <w:b/>
        </w:rPr>
        <w:t xml:space="preserve">[25:17] </w:t>
      </w:r>
      <w:r>
        <w:t>tum se yehi. to mein ne kaha ke hadith mein aata hai ke la takoonu immaa 'attā. immaa nabū.</w:t>
      </w:r>
    </w:p>
    <w:p>
      <w:pPr>
        <w:jc w:val="right"/>
      </w:pPr>
      <w:r>
        <w:t>تم سےیہی۔تومیںنےکہاکہحدیثمیںآتاہےکہلَاتَكُونُواإِمَّاعَطًّا۔ اِمَّانہبنو۔</w:t>
      </w:r>
    </w:p>
    <w:p>
      <w:r>
        <w:rPr>
          <w:b/>
        </w:rPr>
        <w:t xml:space="preserve">[25:27] </w:t>
      </w:r>
      <w:r>
        <w:t>yani jo doosra kar raha hai woh tum bhi na karne lago.</w:t>
      </w:r>
    </w:p>
    <w:p>
      <w:pPr>
        <w:jc w:val="right"/>
      </w:pPr>
      <w:r>
        <w:t>یعنی جو دوسراکررہاہےوہ تمبھینہکرنےلگو ۔</w:t>
      </w:r>
    </w:p>
    <w:p>
      <w:r>
        <w:rPr>
          <w:b/>
        </w:rPr>
        <w:t xml:space="preserve">[25:34] </w:t>
      </w:r>
      <w:r>
        <w:t>to jis tarah roze mein aisa hota hai ke chahe din ke waqt khana aap ke saamne rakh diya jaye, aap nahin khayenge. din ke waqt pani rakh diya jaye, aap nahin piyenge. yeh wahan hai ke chahe doosra koi sabab paida kare, doosra aap ke khilaf sazish kare, tab bhi aap ko pareshani banna hai jaise ke woh khud bana hua hai.</w:t>
      </w:r>
    </w:p>
    <w:p>
      <w:pPr>
        <w:jc w:val="right"/>
      </w:pPr>
      <w:r>
        <w:t>توجسطرحروزےمیںایساہوتاہے کہچاہےدنکےوقت کھاناآپکےسامنےرکھدیاجائے،آپنہیںکھائیںگے۔ دنکےوقت پانی رکھدیاجائے،آپنہیںپیئیںگے۔ یہ وہاںہےکہچاہےدوسرا کوئیسببپیدا کرے، دوسراآپکےخلاف سازشکرے،تببھیآپکو پریشانیبنناہےجیسےکہوہخودبناہواہے۔</w:t>
      </w:r>
    </w:p>
    <w:p>
      <w:r>
        <w:rPr>
          <w:b/>
        </w:rPr>
        <w:t xml:space="preserve">[25:57] </w:t>
      </w:r>
      <w:r>
        <w:t>toh roza ek hai form ke aitbaar se, ek hai rooh ke aitbaar se.</w:t>
      </w:r>
    </w:p>
    <w:p>
      <w:pPr>
        <w:jc w:val="right"/>
      </w:pPr>
      <w:r>
        <w:t>توروز ہایکہے فارمکےاعتبارسے ،ایکہے رو حکےاعتبارسے ۔</w:t>
      </w:r>
    </w:p>
    <w:p>
      <w:r>
        <w:rPr>
          <w:b/>
        </w:rPr>
        <w:t xml:space="preserve">[26:04] </w:t>
      </w:r>
      <w:r>
        <w:t>toh roze ki rooh yeh hai ke jis tarah tum khane peene ke maamle mein</w:t>
      </w:r>
    </w:p>
    <w:p>
      <w:pPr>
        <w:jc w:val="right"/>
      </w:pPr>
      <w:r>
        <w:t>توروزہکیرو حیہہےکہ جس طرح تم کھانےپینےکےمعاملےمیں</w:t>
      </w:r>
    </w:p>
    <w:p>
      <w:r>
        <w:rPr>
          <w:b/>
        </w:rPr>
        <w:t xml:space="preserve">[26:12] </w:t>
      </w:r>
      <w:r>
        <w:t>din ko nahi khaate aur raat ko khaate ho,</w:t>
      </w:r>
    </w:p>
    <w:p>
      <w:pPr>
        <w:jc w:val="right"/>
      </w:pPr>
      <w:r>
        <w:t>دنکو نہیں کھاتےاورراتکوکھاتےہو،</w:t>
      </w:r>
    </w:p>
    <w:p>
      <w:r>
        <w:rPr>
          <w:b/>
        </w:rPr>
        <w:t xml:space="preserve">[26:15] </w:t>
      </w:r>
      <w:r>
        <w:t>aise hi akhlaq ke maamle hain, maamlaat ke kaaj hai daira. Aur</w:t>
      </w:r>
    </w:p>
    <w:p>
      <w:pPr>
        <w:jc w:val="right"/>
      </w:pPr>
      <w:r>
        <w:t>ایسےہیاخلاق کےمعاملے ہیں، معاملات کے کاجوہے دائرہ ۔اور</w:t>
      </w:r>
    </w:p>
    <w:p>
      <w:r>
        <w:rPr>
          <w:b/>
        </w:rPr>
        <w:t xml:space="preserve">[26:21] </w:t>
      </w:r>
      <w:r>
        <w:t>jo zindagi ka guzarte hain aap doosron ke saath</w:t>
      </w:r>
    </w:p>
    <w:p>
      <w:pPr>
        <w:jc w:val="right"/>
      </w:pPr>
      <w:r>
        <w:t>جو زندگی کاجوگزارتےہیںآپدوسروںکےساتھ</w:t>
      </w:r>
    </w:p>
    <w:p>
      <w:r>
        <w:rPr>
          <w:b/>
        </w:rPr>
        <w:t xml:space="preserve">[26:26] </w:t>
      </w:r>
      <w:r>
        <w:t>is ke jo pehlu hain, un sab mein aap ko kuch karna hai, kuch nahi karna hai.</w:t>
      </w:r>
    </w:p>
    <w:p>
      <w:pPr>
        <w:jc w:val="right"/>
      </w:pPr>
      <w:r>
        <w:t>،اسکےجوپہلوہیں،انسبمیںآپکو کچھ کرناہے،کچھنہیںکرناہے۔</w:t>
      </w:r>
    </w:p>
    <w:p>
      <w:r>
        <w:rPr>
          <w:b/>
        </w:rPr>
        <w:t xml:space="preserve">[26:32] </w:t>
      </w:r>
      <w:r>
        <w:t>kuch ko chhodna hai, kuch ko ikhtiyar karna hai. yeh hai roza.</w:t>
      </w:r>
    </w:p>
    <w:p>
      <w:pPr>
        <w:jc w:val="right"/>
      </w:pPr>
      <w:r>
        <w:t>کچھکو چھوڑناہے،کچھکو اختیارکرناہے۔ یہہےروز ہ۔</w:t>
      </w:r>
    </w:p>
    <w:p>
      <w:r>
        <w:rPr>
          <w:b/>
        </w:rPr>
        <w:t xml:space="preserve">[26:44] </w:t>
      </w:r>
      <w:r>
        <w:t>jaise ek waqia aata hai hadith mein ke kuch log roze rakhe hue the, do sahaba ne roze rakhe hue the, woh aapas mein gheebat kar rahe the.</w:t>
      </w:r>
    </w:p>
    <w:p>
      <w:pPr>
        <w:jc w:val="right"/>
      </w:pPr>
      <w:r>
        <w:t>جیسے ایک واقعہآتاہےحدیثمیں کہ کچھلوگروزہرکھےہوئےتھے، دوصحابہنےروزہرکھےہوئےتھے،وہآپسمیںغیبتکررہےتھے۔</w:t>
      </w:r>
    </w:p>
    <w:p>
      <w:r>
        <w:rPr>
          <w:b/>
        </w:rPr>
        <w:t xml:space="preserve">[26:57] </w:t>
      </w:r>
      <w:r>
        <w:t>kisi ki gheebat kar rahe the, kisi ki. yani aisi baatein kar rahe the doosre ke khilaf.</w:t>
      </w:r>
    </w:p>
    <w:p>
      <w:pPr>
        <w:jc w:val="right"/>
      </w:pPr>
      <w:r>
        <w:t>کسی کیغیبتکررہےتھے،کسی کی۔ یعنیایسیباتیںکررہےتھےدوسرےکےخلاف ۔</w:t>
      </w:r>
    </w:p>
    <w:p>
      <w:r>
        <w:rPr>
          <w:b/>
        </w:rPr>
        <w:t xml:space="preserve">[27:02] </w:t>
      </w:r>
      <w:r>
        <w:t>gheebat kya hai? gheebat dekhiye yeh hai ke kisi ke baare mein izhaar e rai karna, bila daleel us ke aib nikalna, us ke andar yani burai nikalna, manfi radd e amal dena waghera.</w:t>
      </w:r>
    </w:p>
    <w:p>
      <w:pPr>
        <w:jc w:val="right"/>
      </w:pPr>
      <w:r>
        <w:t>غیبتکیاہے ؟ غیبتدیکھیےیہہے کہکسی کےبارےمیں اظہاررائے کرنا ،بلادلیل اس کے عیب نکالنا،اسکےاندر یعنیبرائینکالنا ،منفی ردِ عملدیناوغیرہ۔</w:t>
      </w:r>
    </w:p>
    <w:p>
      <w:r>
        <w:rPr>
          <w:b/>
        </w:rPr>
        <w:t xml:space="preserve">[27:22] </w:t>
      </w:r>
      <w:r>
        <w:t>na koi daleel, na saboot. jis ko kehte hain kirdar tal.</w:t>
      </w:r>
    </w:p>
    <w:p>
      <w:pPr>
        <w:jc w:val="right"/>
      </w:pPr>
      <w:r>
        <w:t>نہکوئیدلیل،نہثبوت ۔ جسکوکہتےہیں کرد ارق تل۔</w:t>
      </w:r>
    </w:p>
    <w:p>
      <w:r>
        <w:rPr>
          <w:b/>
        </w:rPr>
        <w:t xml:space="preserve">[27:28] </w:t>
      </w:r>
      <w:r>
        <w:t>to daleel ke saath kisi ke baare mein izhaar e rai karein to woh jaiz hai aap ko. be daleel aap us ke aib lagayein, ilzaam lagayein to woh najaaiz hai. isi ko gheebat kehte hain.</w:t>
      </w:r>
    </w:p>
    <w:p>
      <w:pPr>
        <w:jc w:val="right"/>
      </w:pPr>
      <w:r>
        <w:t>تو دلیل کےساتھ کسی کےبارےمیںاظہاررائےکریںتووہ جائزہےآپکو۔ بےدلیلآپاسکےعیبلگائیں،الزاملگائیں تووہناجائز ہے۔ اسیکوغیبتکہتےہیں۔</w:t>
      </w:r>
    </w:p>
    <w:p>
      <w:r>
        <w:rPr>
          <w:b/>
        </w:rPr>
        <w:t xml:space="preserve">[27:40] </w:t>
      </w:r>
      <w:r>
        <w:t>to woh roze rakhe hue gheebat kar rahe the. to aap ne farmaya ke unhone</w:t>
      </w:r>
    </w:p>
    <w:p>
      <w:pPr>
        <w:jc w:val="right"/>
      </w:pPr>
      <w:r>
        <w:t>تووہروز ہرکھےہوئےغیبتکررہےتھے۔ توآپنےفرمایاکہانہوںنے</w:t>
      </w:r>
    </w:p>
    <w:p>
      <w:r>
        <w:rPr>
          <w:b/>
        </w:rPr>
        <w:t xml:space="preserve">[27:47] </w:t>
      </w:r>
      <w:r>
        <w:t>jaiz cheez se roza rakha, najaaiz cheez se iftar kar liya. yani khane peene se roza rakha, ab bad'goyi se iftar kar liya.</w:t>
      </w:r>
    </w:p>
    <w:p>
      <w:pPr>
        <w:jc w:val="right"/>
      </w:pPr>
      <w:r>
        <w:t>جائز چیزسےروزہرکھا، ناجائزچیزسےافطارکرلیا۔ یعنیکھانےپینےسے روزہرکھا، اببدگوئیسےافطارکرلیا۔</w:t>
      </w:r>
    </w:p>
    <w:p>
      <w:r>
        <w:rPr>
          <w:b/>
        </w:rPr>
        <w:t xml:space="preserve">[27:58] </w:t>
      </w:r>
      <w:r>
        <w:t>is se andaaza hi hua, dekhiye. is par ghor kijiye, is hadith par. ke in logon ne jaiz cheez se roza rakha aur najaaiz cheez se iftar kar liya.</w:t>
      </w:r>
    </w:p>
    <w:p>
      <w:pPr>
        <w:jc w:val="right"/>
      </w:pPr>
      <w:r>
        <w:t>اسسےاندازہیہہوا،دیکھیے۔ اسپرغورکیجیے، اسحدیثپر ۔کہانلوگوںنے جائز چیزسےروزہرکھا اور ناجائزچیزسےافطارکرلیا۔</w:t>
      </w:r>
    </w:p>
    <w:p>
      <w:r>
        <w:rPr>
          <w:b/>
        </w:rPr>
        <w:t xml:space="preserve">[28:11] </w:t>
      </w:r>
      <w:r>
        <w:t>yani jab unhone khana peena to chhod diya tha woh. lekin unhone bad'goyi ko nahin chhoda, unhone. ilzaam tarashi ko nahin chhoda, unhone. be buniyad baatein kisi ke khilaf bol rahe hain, woh nahin chhoda, unhone is ko.</w:t>
      </w:r>
    </w:p>
    <w:p>
      <w:pPr>
        <w:jc w:val="right"/>
      </w:pPr>
      <w:r>
        <w:t>یعنیجبانہوں نے کھاناپیناتوچھوڑےہوئےتھےوہ ۔ لیکن انہوںنےبدگوئیکونہیںچھوڑا،انہوںنے۔ الزامتراشیکونہیںچھوڑا،انہوںنے۔ بےبنیادباتیں کسی کےخلاف بولرہےہیں،وہنہیںچھوڑا،انہوںنےاسکو۔</w:t>
      </w:r>
    </w:p>
    <w:p>
      <w:r>
        <w:rPr>
          <w:b/>
        </w:rPr>
        <w:t xml:space="preserve">[28:27] </w:t>
      </w:r>
      <w:r>
        <w:t>to is ma'ne mein unhone alamat roza to rakha lekin haqeeqi roza nahin rakha, unhone.</w:t>
      </w:r>
    </w:p>
    <w:p>
      <w:pPr>
        <w:jc w:val="right"/>
      </w:pPr>
      <w:r>
        <w:t>تواسمعنیمیںانہوںنے علامتیروزہتورکھا لیکن حقیقیروزہنہیںرکھا،انہوںنے۔</w:t>
      </w:r>
    </w:p>
    <w:p>
      <w:r>
        <w:rPr>
          <w:b/>
        </w:rPr>
        <w:t xml:space="preserve">[28:34] </w:t>
      </w:r>
      <w:r>
        <w:t>roze ki rooh un ke andar nahin paida hui.</w:t>
      </w:r>
    </w:p>
    <w:p>
      <w:pPr>
        <w:jc w:val="right"/>
      </w:pPr>
      <w:r>
        <w:t>روز ےکیروح انکےاندرنہیںپیدا ہوئی ۔</w:t>
      </w:r>
    </w:p>
    <w:p>
      <w:r>
        <w:rPr>
          <w:b/>
        </w:rPr>
        <w:t xml:space="preserve">[28:40] </w:t>
      </w:r>
      <w:r>
        <w:t>to Ramzan ke baare mein Quran mein aaya taqwa ka lafz aur shukr ka lafz. yani la'allakum tattaqoon. is ka matlab yeh hai ke roza jo hai taqwa ka mahina hai.</w:t>
      </w:r>
    </w:p>
    <w:p>
      <w:pPr>
        <w:jc w:val="right"/>
      </w:pPr>
      <w:r>
        <w:t>تو رمضانکےبارےمیں قرآنمیںآیاتقویٰکالفظاورشکرکالفظ۔ یعنی لَعَلَّكُمْتَتَّقُونَ ۔اسکامطلبیہہےکہروزہجوہے تقویٰکامہینہہے۔</w:t>
      </w:r>
    </w:p>
    <w:p>
      <w:r>
        <w:rPr>
          <w:b/>
        </w:rPr>
        <w:t xml:space="preserve">[28:52] </w:t>
      </w:r>
      <w:r>
        <w:t>phir aaya la'allakum tashkuroon. roza shukr ka mahina hai.</w:t>
      </w:r>
    </w:p>
    <w:p>
      <w:pPr>
        <w:jc w:val="right"/>
      </w:pPr>
      <w:r>
        <w:t>پھر آیالَعَلَّكُمْتَشْكُرُونَ ۔روزہ شکرکامہینہہے۔</w:t>
      </w:r>
    </w:p>
    <w:p>
      <w:r>
        <w:rPr>
          <w:b/>
        </w:rPr>
        <w:t xml:space="preserve">[28:59] </w:t>
      </w:r>
      <w:r>
        <w:t>yani shahr e taqwa aur shahr e shukr</w:t>
      </w:r>
    </w:p>
    <w:p>
      <w:pPr>
        <w:jc w:val="right"/>
      </w:pPr>
      <w:r>
        <w:t>یعنیشہر ِالتقویٰاور شہر ِشکر</w:t>
      </w:r>
    </w:p>
    <w:p>
      <w:r>
        <w:rPr>
          <w:b/>
        </w:rPr>
        <w:t xml:space="preserve">[29:04] </w:t>
      </w:r>
      <w:r>
        <w:t>hadith mein ek aur cheez aayi hai. huwa shahr us sabr. woh sabr ka mahina hai. is par ghor karte hue mujhe ek baat samajh mein aayi.</w:t>
      </w:r>
    </w:p>
    <w:p>
      <w:pPr>
        <w:jc w:val="right"/>
      </w:pPr>
      <w:r>
        <w:t>۔حدیثمیں ایکاورچیزآئیہے۔ هُوَشَهْرُالصَّبْرِ۔وہصبرکامہینہہے۔ اسپر غورکرتےہوئےمجھےایکباتسمجھمیںآئی۔</w:t>
      </w:r>
    </w:p>
    <w:p>
      <w:r>
        <w:rPr>
          <w:b/>
        </w:rPr>
        <w:t xml:space="preserve">[29:16] </w:t>
      </w:r>
      <w:r>
        <w:t>wohi jo maine kaha tha ke Ramzan se pehle jo Shaban aata hai to woh jud o sad e madra ke ma'ne hain ke Ramzan ke baare mein sochna, Ramzan ki tayyari karna, Ramzan ka apna waqt tayyar karna, yeh hai.</w:t>
      </w:r>
    </w:p>
    <w:p>
      <w:pPr>
        <w:jc w:val="right"/>
      </w:pPr>
      <w:r>
        <w:t>وہیجومیںنےکہاتھاکہ رمضان سے پہلے جوشعبانآتاہے تووہ جد وسد المدرہکےمعنیہیںکہرمضانکےبارےمیںسوچنا،رمضانکیتیاریکرنا ، رمضانکیاپناوقتتیار کرنا، یہہے۔</w:t>
      </w:r>
    </w:p>
    <w:p>
      <w:r>
        <w:rPr>
          <w:b/>
        </w:rPr>
        <w:t xml:space="preserve">[29:33] </w:t>
      </w:r>
      <w:r>
        <w:t>to Rasool Allah (SAW) ne goya ke ek aur cheez daryaft ki Ramzan ke baare mein jo Quran mein mazkoor nahin thi. Quran mein tha ke shahr e taqwa hai yeh, shahr e shukr hai yeh.</w:t>
      </w:r>
    </w:p>
    <w:p>
      <w:pPr>
        <w:jc w:val="right"/>
      </w:pPr>
      <w:r>
        <w:t>تورسولاللہصلیاللہعلیہوسلمنےگویاکہ ایکاورچیز دریافت کیرمضانکےبارےمیں جوقرآنمیںمذکورنہیںتھی۔ قرآنمیںتھاکہشہرِالتقویٰہےیہ، شہر ِشکرہےیہ ۔</w:t>
      </w:r>
    </w:p>
    <w:p>
      <w:r>
        <w:rPr>
          <w:b/>
        </w:rPr>
        <w:t xml:space="preserve">[29:45] </w:t>
      </w:r>
      <w:r>
        <w:t>aap ne ek aur cheez mein izafa kiya ke woh shahr e sabr hai.</w:t>
      </w:r>
    </w:p>
    <w:p>
      <w:pPr>
        <w:jc w:val="right"/>
      </w:pPr>
      <w:r>
        <w:t>آپنےایکاورچیزمیںاضافہکیا کہوہشہر ِصبرہے۔</w:t>
      </w:r>
    </w:p>
    <w:p>
      <w:r>
        <w:rPr>
          <w:b/>
        </w:rPr>
        <w:t xml:space="preserve">[29:52] </w:t>
      </w:r>
      <w:r>
        <w:t>is se mujhe ek badi ajeeb baat samajh mein aayi. ke kuch bani adiy cheezon ko Quran mein bata diya gaya hai lekin is ka matlab yeh nahin ke aap ka soch ka daira khatam ho gaya.</w:t>
      </w:r>
    </w:p>
    <w:p>
      <w:pPr>
        <w:jc w:val="right"/>
      </w:pPr>
      <w:r>
        <w:t>اسسےمجھےایکبڑیعجیبباتسمجھمیںآئی۔ کہکچھ بنی ادیچیزوںکوقرآنمیںبتا دیاگیاہےلیکن اسکامطلبیہنہیںکہآپ کاسوچکادائرہختمہوگیا۔</w:t>
      </w:r>
    </w:p>
    <w:p>
      <w:r>
        <w:rPr>
          <w:b/>
        </w:rPr>
        <w:t xml:space="preserve">[30:02] </w:t>
      </w:r>
      <w:r>
        <w:t>aap sochenge to aur aur baatein nikalenge, aur aur baatein nikalenge. yeh bhi ek sunnat hai, yeh bhi ek namoona hai, yeh bhi ek uswa hai.</w:t>
      </w:r>
    </w:p>
    <w:p>
      <w:pPr>
        <w:jc w:val="right"/>
      </w:pPr>
      <w:r>
        <w:t>آپسوچیںگےتواوراورباتیںنکالیںگے،اوراورباتیںنکالیںگے۔ یہبھیایکسنتہے، یہبھیایکنمونہہے،یہبھیایکاسوہہے۔</w:t>
      </w:r>
    </w:p>
    <w:p>
      <w:r>
        <w:rPr>
          <w:b/>
        </w:rPr>
        <w:t xml:space="preserve">[30:13] </w:t>
      </w:r>
      <w:r>
        <w:t>keh sochwa aur socho aur socho. to nayi nayi baatein tumhein milengi. naye naye pehlu khilenge tumhare upar.</w:t>
      </w:r>
    </w:p>
    <w:p>
      <w:pPr>
        <w:jc w:val="right"/>
      </w:pPr>
      <w:r>
        <w:t>کہسوچواورسوچواورسوچو ۔تو نئینئیباتیںتمکوملیںگی۔ نئےنئے پہلوکھلیںگےتمہارےاوپر ۔</w:t>
      </w:r>
    </w:p>
    <w:p>
      <w:r>
        <w:rPr>
          <w:b/>
        </w:rPr>
        <w:t xml:space="preserve">[30:21] </w:t>
      </w:r>
      <w:r>
        <w:t>chunaanche jab mein ghore karta raha to mujhe ek baat samajh mein aayi. keh shayad roze ko yeh kahein keh shehr-e-tadabbur bhi hai roza.</w:t>
      </w:r>
    </w:p>
    <w:p>
      <w:pPr>
        <w:jc w:val="right"/>
      </w:pPr>
      <w:r>
        <w:t>چنانچہجبمیںغورکرتارہا تو مجھےایکباتسمجھمیںآئی۔ کہ شاید روز ےکو یہکہیںکہشہرِتد بربھیہےروزہ۔</w:t>
      </w:r>
    </w:p>
    <w:p>
      <w:r>
        <w:rPr>
          <w:b/>
        </w:rPr>
        <w:t xml:space="preserve">[30:31] </w:t>
      </w:r>
      <w:r>
        <w:t>shehr-e-tadabbur. roza shehr-e-taqwa hai, roza shehr-e-shukr hai, roza shehr-e-sabr hai. roza shehr-e-tadabbur bhi hai.</w:t>
      </w:r>
    </w:p>
    <w:p>
      <w:pPr>
        <w:jc w:val="right"/>
      </w:pPr>
      <w:r>
        <w:t>شہر ِتد بر ۔ روزہ شہرِالتقویٰہے، روزہشہرِشکرہے، روزہشہرِصبرہے۔ روزہشہرِتدبربھیہے۔</w:t>
      </w:r>
    </w:p>
    <w:p>
      <w:r>
        <w:rPr>
          <w:b/>
        </w:rPr>
        <w:t xml:space="preserve">[30:48] </w:t>
      </w:r>
      <w:r>
        <w:t>iske baare mein kuch arz karunga pehle iske liye shehr-e-sabr. dekhiye jo yeh farmaya keh roza sabr ka mahina hai, yeh saada baat nahi hai.</w:t>
      </w:r>
    </w:p>
    <w:p>
      <w:pPr>
        <w:jc w:val="right"/>
      </w:pPr>
      <w:r>
        <w:t>اسکےبارےمیںکچھعرضکروںگا پہلے اسکےلیے شہرِصبر ۔ دیکھیے جو یہفرمایاکہ روزہصبرکامہینہہے، یہسادہباتنہیںہے۔</w:t>
      </w:r>
    </w:p>
    <w:p>
      <w:r>
        <w:rPr>
          <w:b/>
        </w:rPr>
        <w:t xml:space="preserve">[31:01] </w:t>
      </w:r>
      <w:r>
        <w:t>sabr ke maani kya hain? sabr ke maani hain keh koi khilaaf mizaj baatein hon to aap prov oke na hon, bhadak na uthein.</w:t>
      </w:r>
    </w:p>
    <w:p>
      <w:pPr>
        <w:jc w:val="right"/>
      </w:pPr>
      <w:r>
        <w:t>صبرکےمعنیکیاہیں؟ صبرکےمعنیہیں کہ کوئی خلاف مزاجباتیںہوںتوآپ prov okeنہہوں، بھڑکنہاٹھیں۔</w:t>
      </w:r>
    </w:p>
    <w:p>
      <w:r>
        <w:rPr>
          <w:b/>
        </w:rPr>
        <w:t xml:space="preserve">[31:14] </w:t>
      </w:r>
      <w:r>
        <w:t>apni normal ko baaqi rakhein.</w:t>
      </w:r>
    </w:p>
    <w:p>
      <w:pPr>
        <w:jc w:val="right"/>
      </w:pPr>
      <w:r>
        <w:t>اپنی نارمل سیکوباقیرکھیں۔</w:t>
      </w:r>
    </w:p>
    <w:p>
      <w:r>
        <w:rPr>
          <w:b/>
        </w:rPr>
        <w:t xml:space="preserve">[31:17] </w:t>
      </w:r>
      <w:r>
        <w:t>sabr ke maani hain e'tedaal ko baaqi rakhna. kyunke aadmi dekhiye baar baar kya hota hai. jazbaat se maghloob ho jata hai. khwahish se maghloob ho jata hai.</w:t>
      </w:r>
    </w:p>
    <w:p>
      <w:pPr>
        <w:jc w:val="right"/>
      </w:pPr>
      <w:r>
        <w:t>صبرکےمعنیہیں اعتدالکوباقیرکھنا۔ کیونکہآدمیدیکھیےباربار کیاہوتاہے۔ جذباتسےمغلوبہوجاتا ہے۔ خواہشسےمغلوبہوجاتاہے۔</w:t>
      </w:r>
    </w:p>
    <w:p>
      <w:r>
        <w:rPr>
          <w:b/>
        </w:rPr>
        <w:t xml:space="preserve">[31:28] </w:t>
      </w:r>
      <w:r>
        <w:t>ishti'aal se maghloob ho jata hai. baar baar aisa hota rehta hai. mohabbat se maghloob ho jata hai. sabr ka matlab hai apne ko haalat-e-e'tedaal par qaaim rakhna.</w:t>
      </w:r>
    </w:p>
    <w:p>
      <w:pPr>
        <w:jc w:val="right"/>
      </w:pPr>
      <w:r>
        <w:t>اشتعالسےمغلوبہوجاتا ہے۔ باربارایساہوتارہتاہے۔ مح بت سےمغلوبہوجاتاہے۔ صبرکامطلبہے اپنے کو حالت اعتدالپرقائمرکھنا ۔</w:t>
      </w:r>
    </w:p>
    <w:p>
      <w:r>
        <w:rPr>
          <w:b/>
        </w:rPr>
        <w:t xml:space="preserve">[31:40] </w:t>
      </w:r>
      <w:r>
        <w:t>normal haalat jo hai aadmi ki fitri, usko qaaim rakhna usko. uske bahut faayde hain.</w:t>
      </w:r>
    </w:p>
    <w:p>
      <w:pPr>
        <w:jc w:val="right"/>
      </w:pPr>
      <w:r>
        <w:t>نارملحالت جوہےآدمیکیفطری ،اسکوقائمرکھنا اسکو۔ اسکےبہت فائدےہیں۔</w:t>
      </w:r>
    </w:p>
    <w:p>
      <w:r>
        <w:rPr>
          <w:b/>
        </w:rPr>
        <w:t xml:space="preserve">[31:47] </w:t>
      </w:r>
      <w:r>
        <w:t>iska mein ek ek taaza misaal deta hoon aapko.</w:t>
      </w:r>
    </w:p>
    <w:p>
      <w:pPr>
        <w:jc w:val="right"/>
      </w:pPr>
      <w:r>
        <w:t>اسکامیں ایک ایک تازہ مثالدیتاہوںآپکو ۔</w:t>
      </w:r>
    </w:p>
    <w:p>
      <w:r>
        <w:rPr>
          <w:b/>
        </w:rPr>
        <w:t xml:space="preserve">[31:53] </w:t>
      </w:r>
      <w:r>
        <w:t>kal akhbaar mein ek khabar aayi hai, shayad aapne dekha ho. keh South Africa ka ek mashhoor cricket r, cricket ka ek mashhoor khiladi Islam mein daakhila ho gaya.</w:t>
      </w:r>
    </w:p>
    <w:p>
      <w:pPr>
        <w:jc w:val="right"/>
      </w:pPr>
      <w:r>
        <w:t>کل اخبار میںایکخبرآئیہے، شایدآپنےدیکھاہو ۔ کہ ساؤتھافریقہکا ایک مشہور کرکٹ ر ، کرکٹ کاایکمشہورکھلاڑی اسلام میںداخلہوگیا۔</w:t>
      </w:r>
    </w:p>
    <w:p>
      <w:r>
        <w:rPr>
          <w:b/>
        </w:rPr>
        <w:t xml:space="preserve">[32:10] </w:t>
      </w:r>
      <w:r>
        <w:t>Islam mein daakhila ho gaya. iska naam hai Parnell.</w:t>
      </w:r>
    </w:p>
    <w:p>
      <w:pPr>
        <w:jc w:val="right"/>
      </w:pPr>
      <w:r>
        <w:t>اسلام میںداخلہوگیا۔اسکانامہے پار نل ۔</w:t>
      </w:r>
    </w:p>
    <w:p>
      <w:r>
        <w:rPr>
          <w:b/>
        </w:rPr>
        <w:t xml:space="preserve">[32:14] </w:t>
      </w:r>
      <w:r>
        <w:t>yeh aaya akhbaar mein, aap kal ke akhbaar mein dekh sakte hain. Parnell. yeh mashhoor khiladi hai, iske photo ke saath iska aaya hai keh isne Islam qubool kar liya hai.</w:t>
      </w:r>
    </w:p>
    <w:p>
      <w:pPr>
        <w:jc w:val="right"/>
      </w:pPr>
      <w:r>
        <w:t>یہآیااخبارمیں،آپکلکےاخبارمیںدیکھسکتےہیں۔ پار نل ۔ یہمشہورکھلاڑی ہے،اسکے فوٹوکےساتھ اسکاآیاہےکہاسنےاسلام قبولکرلیاہے۔</w:t>
      </w:r>
    </w:p>
    <w:p>
      <w:r>
        <w:rPr>
          <w:b/>
        </w:rPr>
        <w:t xml:space="preserve">[32:26] </w:t>
      </w:r>
      <w:r>
        <w:t>to mein ek baat sochne laga.</w:t>
      </w:r>
    </w:p>
    <w:p>
      <w:pPr>
        <w:jc w:val="right"/>
      </w:pPr>
      <w:r>
        <w:t>تومیںایکباتسوچنےلگا۔</w:t>
      </w:r>
    </w:p>
    <w:p>
      <w:r>
        <w:rPr>
          <w:b/>
        </w:rPr>
        <w:t xml:space="preserve">[32:32] </w:t>
      </w:r>
      <w:r>
        <w:t>keh itni Islam ke khilaaf baatein chhapp rahi hain.</w:t>
      </w:r>
    </w:p>
    <w:p>
      <w:pPr>
        <w:jc w:val="right"/>
      </w:pPr>
      <w:r>
        <w:t>کہ اتنی اسلام کےخلاف باتیںچھپرہیہیں۔</w:t>
      </w:r>
    </w:p>
    <w:p>
      <w:r>
        <w:rPr>
          <w:b/>
        </w:rPr>
        <w:t xml:space="preserve">[32:36] </w:t>
      </w:r>
      <w:r>
        <w:t>rozana Islam ke khilaaf media mein baatein hoti hain. keh Islam tashaddud ka mazhab hai, Islam nafrat sikhata hai. Islam jo hai, Islam mein bardaasht nahi hai.</w:t>
      </w:r>
    </w:p>
    <w:p>
      <w:pPr>
        <w:jc w:val="right"/>
      </w:pPr>
      <w:r>
        <w:t>روز انہ اسلام کےخلاف میڈیامیںباتیںہوتیہیں۔ کہاسلام تشددکامذہبہے،اسلام نفلسکھاتاہے۔ اسلام جوہے، اسلام میںبرداشتنہیںہے۔</w:t>
      </w:r>
    </w:p>
    <w:p>
      <w:r>
        <w:rPr>
          <w:b/>
        </w:rPr>
        <w:t xml:space="preserve">[32:49] </w:t>
      </w:r>
      <w:r>
        <w:t>waghera waghera. yeh Musalmanon ke jo rawish hai usko le kar ke. kyunke Musalman jagah jagah is tarah ke waaqeaat kar rahe hain to log samajhte hain keh yeh hi Islam hai.</w:t>
      </w:r>
    </w:p>
    <w:p>
      <w:pPr>
        <w:jc w:val="right"/>
      </w:pPr>
      <w:r>
        <w:t>وغیرہوغیرہ۔ یہمسلمانوںکے جو روشہےاسکولےکرکے۔ کیونکہمسلمانجگہجگہ اسطرحکےواقعاتکررہےہیں تولوگسمجھتےہیںکہیہیاسلام ہے۔</w:t>
      </w:r>
    </w:p>
    <w:p>
      <w:r>
        <w:rPr>
          <w:b/>
        </w:rPr>
        <w:t xml:space="preserve">[33:01] </w:t>
      </w:r>
      <w:r>
        <w:t>jo jab itna zyada Islam ke khilaaf media mein aa raha hai to log Islam qubool kyun kar rahe hain?</w:t>
      </w:r>
    </w:p>
    <w:p>
      <w:pPr>
        <w:jc w:val="right"/>
      </w:pPr>
      <w:r>
        <w:t>جو جب اتنا زیادہ اسلام کےخلاف میڈیامیںآرہاہےتولوگاسلام قبولکیوںکررہےہیں؟</w:t>
      </w:r>
    </w:p>
    <w:p>
      <w:r>
        <w:rPr>
          <w:b/>
        </w:rPr>
        <w:t xml:space="preserve">[33:07] </w:t>
      </w:r>
      <w:r>
        <w:t>har mulk mein Islam qubool kar rahe hain log, har mulk mein. kyun aisa ho raha hai? to yahan par mujhe sabr ki ahmiyat maloom hui.</w:t>
      </w:r>
    </w:p>
    <w:p>
      <w:pPr>
        <w:jc w:val="right"/>
      </w:pPr>
      <w:r>
        <w:t>ہرملکمیںاسلام قبولکررہےہیںلوگ،ہرملکمیں ۔ کیوںایساہورہاہے؟ تو یہاںپر مجھےصبرکیاہمیتمعلومہوئی۔</w:t>
      </w:r>
    </w:p>
    <w:p>
      <w:r>
        <w:rPr>
          <w:b/>
        </w:rPr>
        <w:t xml:space="preserve">[33:19] </w:t>
      </w:r>
      <w:r>
        <w:t>kyunke ab Musalman isko daryaft nahi kar sake ab tak. kyunke sabr nahi kar paate woh.</w:t>
      </w:r>
    </w:p>
    <w:p>
      <w:pPr>
        <w:jc w:val="right"/>
      </w:pPr>
      <w:r>
        <w:t>کیونکہ اب مسلماناسکودریافتنہیںکرسکے ابتک ۔ کیونکہصبرنہیںکرپاتےوہ ۔</w:t>
      </w:r>
    </w:p>
    <w:p>
      <w:r>
        <w:rPr>
          <w:b/>
        </w:rPr>
        <w:t xml:space="preserve">[33:26] </w:t>
      </w:r>
      <w:r>
        <w:t>yaani jo jo bhadkata hai usse bhadak jaate hain. jaise kal hi ke akhbaar mein ek ek kisine bayan de diya.</w:t>
      </w:r>
    </w:p>
    <w:p>
      <w:pPr>
        <w:jc w:val="right"/>
      </w:pPr>
      <w:r>
        <w:t>یعنیجو جو بھڑکاتاہےاسسےبھڑکجاتےہیں۔ جیسےکلہیکےاخبارمیں ایک ایککسینےبیاندےدیا ۔</w:t>
      </w:r>
    </w:p>
    <w:p>
      <w:r>
        <w:rPr>
          <w:b/>
        </w:rPr>
        <w:t xml:space="preserve">[33:35] </w:t>
      </w:r>
      <w:r>
        <w:t>ek Hindu jo Harvard University mein hai, ab is par toofan. agar aap isko nazar andaaz karein.</w:t>
      </w:r>
    </w:p>
    <w:p>
      <w:pPr>
        <w:jc w:val="right"/>
      </w:pPr>
      <w:r>
        <w:t>ایک ہندو جوہارورڈیونیورسٹیمیںہے، اباسپر طوفان ۔اگر آپاسکو نظر اندازکریں۔</w:t>
      </w:r>
    </w:p>
    <w:p>
      <w:r>
        <w:rPr>
          <w:b/>
        </w:rPr>
        <w:t xml:space="preserve">[33:45] </w:t>
      </w:r>
      <w:r>
        <w:t>yaani yeh jo baatein hoti hain media mein Islam ke khilaaf. to aap isko nazar andaaz karein. nazar andaaz ke maani kya</w:t>
      </w:r>
    </w:p>
    <w:p>
      <w:pPr>
        <w:jc w:val="right"/>
      </w:pPr>
      <w:r>
        <w:t>یعنی یہجوباتیںہوتیہیں میڈیامیں اسلام کےخلاف ۔ توآپاسکونظراندازکریں۔ نظراندازکےمعنیکیا</w:t>
      </w:r>
    </w:p>
    <w:p>
      <w:r>
        <w:rPr>
          <w:b/>
        </w:rPr>
        <w:t xml:space="preserve">[33:54] </w:t>
      </w:r>
      <w:r>
        <w:t>hain? apne e'tedaal ko baaqi rakhein. normal thinking ko baaqi rakhein. to badi badi haqeeqatein saamne aayengi. jaise yeh baat jo hai is par sochte sochte mujhe samajh mein aaya.</w:t>
      </w:r>
    </w:p>
    <w:p>
      <w:pPr>
        <w:jc w:val="right"/>
      </w:pPr>
      <w:r>
        <w:t>ہیں؟ اپنے اعتدالکوباقیرکھیں۔ نارملتھنکنگکوباقیرکھیں۔ تو بڑیبڑیحقیقتیںسامنےآئیںگی۔ جیسےیہباتجوہے اسپرسوچتےسوچتےمجھےسمجھمیںآیا۔</w:t>
      </w:r>
    </w:p>
    <w:p>
      <w:r>
        <w:rPr>
          <w:b/>
        </w:rPr>
        <w:t xml:space="preserve">[34:09] </w:t>
      </w:r>
      <w:r>
        <w:t>keh kyun aisa hai keh koi bhi negative propaganda Islam ke advancement ko rok nahi raha hai. kyun aisa hai?</w:t>
      </w:r>
    </w:p>
    <w:p>
      <w:pPr>
        <w:jc w:val="right"/>
      </w:pPr>
      <w:r>
        <w:t>کہ کیوں ایساہے کہ کوئی بھی نیگیٹیوپروپیگنڈا اسلام کے ایڈوانسمنٹکوروکنہیںرہاہے۔ کیوںایساہے ؟</w:t>
      </w:r>
    </w:p>
    <w:p>
      <w:r>
        <w:rPr>
          <w:b/>
        </w:rPr>
        <w:t xml:space="preserve">[34:19] </w:t>
      </w:r>
      <w:r>
        <w:t>musalmanon ko iski khabar naheen. kyunke mu'asharti fikr ko is se mahroom hain woh. nafraton mein jeete hain, ishte'aal mein jeete hain.</w:t>
      </w:r>
    </w:p>
    <w:p>
      <w:pPr>
        <w:jc w:val="right"/>
      </w:pPr>
      <w:r>
        <w:t>مسلمانوںکواسکیخبرنہیں۔ کیونکہ معدلفکرکو اسسےمحرومہیںوہ ۔ نفرتوںمیںجیتےہیں،اشتعالمیںجیتےہیں۔</w:t>
      </w:r>
    </w:p>
    <w:p>
      <w:r>
        <w:rPr>
          <w:b/>
        </w:rPr>
        <w:t xml:space="preserve">[34:31] </w:t>
      </w:r>
      <w:r>
        <w:t>mu'asharti andaaz mein sochna inke andar mafqood hai bilkul. to mujhe samajh mein yeh baat aayi. ke iski wajah hai ke Allah ka deen jo hai woh fitrat ka deen hai.</w:t>
      </w:r>
    </w:p>
    <w:p>
      <w:pPr>
        <w:jc w:val="right"/>
      </w:pPr>
      <w:r>
        <w:t>معدلاندازمیںسوچناانکےاندر مفقودہےبالکل ۔ تومجھےسمجھمیںیہباتآئی۔ کہاسکیوجہ ہےکہ اللہ کا دینجوہے وہ فطرتکادینہے۔</w:t>
      </w:r>
    </w:p>
    <w:p>
      <w:r>
        <w:rPr>
          <w:b/>
        </w:rPr>
        <w:t xml:space="preserve">[34:44] </w:t>
      </w:r>
      <w:r>
        <w:t>fitrat mein in'tiroolment hai.</w:t>
      </w:r>
    </w:p>
    <w:p>
      <w:pPr>
        <w:jc w:val="right"/>
      </w:pPr>
      <w:r>
        <w:t>فطرتمیںانٹرولومنٹہے۔</w:t>
      </w:r>
    </w:p>
    <w:p>
      <w:r>
        <w:rPr>
          <w:b/>
        </w:rPr>
        <w:t xml:space="preserve">[34:47] </w:t>
      </w:r>
      <w:r>
        <w:t>to woh woh to har haal mein maujood rahega chahe kuch bhi ho. jaise pani fitrat mein maujood hai. to pani ke khilaaf koi propaganda kare to kya is se pani peena chhod denge log ?</w:t>
      </w:r>
    </w:p>
    <w:p>
      <w:pPr>
        <w:jc w:val="right"/>
      </w:pPr>
      <w:r>
        <w:t>تووہ وہتوہرحالمیںموجود رہےگاچاہےکچھبھیہو۔ جیسے پانی فطرتمیںموجود ہے۔ توپانیکےخلاف کوئیپروپیگنڈاکرے تو کیا اسسےپانیپیناچھوڑدیںگےلوگ ؟</w:t>
      </w:r>
    </w:p>
    <w:p>
      <w:r>
        <w:rPr>
          <w:b/>
        </w:rPr>
        <w:t xml:space="preserve">[34:59] </w:t>
      </w:r>
      <w:r>
        <w:t>kitne hi propaganda aap karte rahen pani ke khilaaf, phir bhi log pani piyenge. iski ek misaal dekhiye yeh hai. ke Allah ke khilaaf, Khuda ke khilaaf, ya'ni creator ke khilaaf is zamane mein bahut kuch kaha gaya</w:t>
      </w:r>
    </w:p>
    <w:p>
      <w:pPr>
        <w:jc w:val="right"/>
      </w:pPr>
      <w:r>
        <w:t>کتنےہیپروپیگنڈاآپکرتے رہیں پانیکےخلاف ،پھربھیلوگپانیپیئیںگے۔ اسکیایکمثالدیکھیےیہہے۔ کہ اللہ کےخلاف ،خداکےخلاف ،یعنیکریٹرکےخلاف اسزمان ےمیںبہت کچھکہاگیا</w:t>
      </w:r>
    </w:p>
    <w:p>
      <w:r>
        <w:rPr>
          <w:b/>
        </w:rPr>
        <w:t xml:space="preserve">[35:14] </w:t>
      </w:r>
      <w:r>
        <w:t>hai. baqayda philosophy bani hai, baqayda ideology bani hai. ya'ni atheism, existentialism, marxism, communism, yeh sab is Khuda ke khilaaf. inhon ne kaha "God is dead.</w:t>
      </w:r>
    </w:p>
    <w:p>
      <w:pPr>
        <w:jc w:val="right"/>
      </w:pPr>
      <w:r>
        <w:t>ہے۔ باقاعدہفلاسفیبنی ہے، باقاعدہآئیڈیالوجیبنی ہے۔ یعنیایتھیزم، ایگزسٹینشلزم، مارکس زم، کمیونزم،یہسب اس خداکےخلاف ۔انہوںنےکہا "Godisdead.</w:t>
      </w:r>
    </w:p>
    <w:p>
      <w:r>
        <w:rPr>
          <w:b/>
        </w:rPr>
        <w:t xml:space="preserve">[35:30] </w:t>
      </w:r>
      <w:r>
        <w:t>God was a hoax of history. God is a</w:t>
      </w:r>
    </w:p>
    <w:p>
      <w:pPr>
        <w:jc w:val="right"/>
      </w:pPr>
      <w:r>
        <w:t>God wasahoaxof histor y. God is a</w:t>
      </w:r>
    </w:p>
    <w:p>
      <w:r>
        <w:rPr>
          <w:b/>
        </w:rPr>
        <w:t xml:space="preserve">[35:38] </w:t>
      </w:r>
      <w:r>
        <w:t>opium of mind." waghera waghera.</w:t>
      </w:r>
    </w:p>
    <w:p>
      <w:pPr>
        <w:jc w:val="right"/>
      </w:pPr>
      <w:r>
        <w:t>op iumof mind."وغیرہوغیرہ۔</w:t>
      </w:r>
    </w:p>
    <w:p>
      <w:r>
        <w:rPr>
          <w:b/>
        </w:rPr>
        <w:t xml:space="preserve">[35:40] </w:t>
      </w:r>
      <w:r>
        <w:t>phir bhi aap dekhiye ke bar bar research aati rehti hai ke Khuda ka tasawwur insaan ke andar se nikal nahin nikal nahin saka. abhi recently aaya tha ek. har aadmi ke andar kahin na kahin Khuda ka tasawwur chhupa hua hai.</w:t>
      </w:r>
    </w:p>
    <w:p>
      <w:pPr>
        <w:jc w:val="right"/>
      </w:pPr>
      <w:r>
        <w:t>پھربھیآپدیکھیے کہ بار بار ریسرچآتیرہتیہےکہخداکاتص ورانسانکےاندر سےنکل نہیں نکلنہیںسکا ۔ ابھیریسنٹلیآیاتھاایک ۔ہرآدمیکےاندرکہیںنہکہیںخداکاتصورچھپاہواہے۔</w:t>
      </w:r>
    </w:p>
    <w:p>
      <w:r>
        <w:rPr>
          <w:b/>
        </w:rPr>
        <w:t xml:space="preserve">[35:54] </w:t>
      </w:r>
      <w:r>
        <w:t>abhi ek ek aaya ke aisa lagta hai ke in aadmi ka brain jo hai, brain as is mein Khuda ka tasawwur shamil hai. to jab fitrat mein maujood hai Khuda ka tasawwur to aap nikal nahin pa rahe aap.</w:t>
      </w:r>
    </w:p>
    <w:p>
      <w:pPr>
        <w:jc w:val="right"/>
      </w:pPr>
      <w:r>
        <w:t>ابھیایک ایکآیاتھاکہ ایسالگتاہےکہان آدمیکا برینجوہے،بریناس یمیںخداکا تصور شامل ہے۔ توجب فطرتمیںموجود ہے خداکاتصور تو آپ نکالنہیںپارہےآپ ۔</w:t>
      </w:r>
    </w:p>
    <w:p>
      <w:r>
        <w:rPr>
          <w:b/>
        </w:rPr>
        <w:t xml:space="preserve">[36:09] </w:t>
      </w:r>
      <w:r>
        <w:t>hazaron kitaben chhap rahi hain Khuda ke khilaaf tab bhi. to jis tarah se Khuda ka tasawwur insaan ke andar se nikal nahin pata, yeh maamla deen Khuda ka hai.</w:t>
      </w:r>
    </w:p>
    <w:p>
      <w:pPr>
        <w:jc w:val="right"/>
      </w:pPr>
      <w:r>
        <w:t>ہزاروںکتاب یںچھپرہیہیںخداکےخلاف تببھی ۔ تو جسطرح سےخداکاتص ور انسان کےاندرسےنکلنہیںپاتا، یہمعاملہ دینخداکاہے۔</w:t>
      </w:r>
    </w:p>
    <w:p>
      <w:r>
        <w:rPr>
          <w:b/>
        </w:rPr>
        <w:t xml:space="preserve">[36:21] </w:t>
      </w:r>
      <w:r>
        <w:t>jo fitrat ka deen hai. to koi bhi propaganda kitna hi kare lekin aadmi apne apna, apne aap ko deny kaise karega? apne aap ko kaise deny karega?</w:t>
      </w:r>
    </w:p>
    <w:p>
      <w:pPr>
        <w:jc w:val="right"/>
      </w:pPr>
      <w:r>
        <w:t>جو فطرتکادینہے۔ تو کوئیبھی پروپیگنڈا کتناہیکرےلیکنآدمیاپنے اپنا ،اپنےآپکوdenyکیسےکرےگا؟ اپنےآپکوکیسےdenyکرےگا؟</w:t>
      </w:r>
    </w:p>
    <w:p>
      <w:r>
        <w:rPr>
          <w:b/>
        </w:rPr>
        <w:t xml:space="preserve">[36:34] </w:t>
      </w:r>
      <w:r>
        <w:t>jab Khuda ka tasawwur interwoven hai to woh to maane ga, maane ga, woh kaise nahin maane ga woh? aise hi Allah ke deen ka tasawwur fitrat mein agar shamil hai to woh to rahega.</w:t>
      </w:r>
    </w:p>
    <w:p>
      <w:pPr>
        <w:jc w:val="right"/>
      </w:pPr>
      <w:r>
        <w:t>جب خداکاتصورinter w ovenہے تووہتومانےگا،مانےگا،وہکیسےنہیںمانےگاوہ؟ ایسےہیاللہ کےدینکا تصور فطرتمیںاگرشامل ہے تووہتورہےگا۔</w:t>
      </w:r>
    </w:p>
    <w:p>
      <w:r>
        <w:rPr>
          <w:b/>
        </w:rPr>
        <w:t xml:space="preserve">[36:48] </w:t>
      </w:r>
      <w:r>
        <w:t>is se maine yeh samjha ke yeh kitna bada nuqsan hai is mein ke aap ke andar sabr ka mizaj na ho.</w:t>
      </w:r>
    </w:p>
    <w:p>
      <w:pPr>
        <w:jc w:val="right"/>
      </w:pPr>
      <w:r>
        <w:t>اسسے میںنےیہسمجھاکہ یہ کتنا بڑانقصانہےاسمیںکہآپکےاندرصبرکامزاجنہہو ۔</w:t>
      </w:r>
    </w:p>
    <w:p>
      <w:r>
        <w:rPr>
          <w:b/>
        </w:rPr>
        <w:t xml:space="preserve">[36:59] </w:t>
      </w:r>
      <w:r>
        <w:t>kitna bada nuqsan hai.</w:t>
      </w:r>
    </w:p>
    <w:p>
      <w:pPr>
        <w:jc w:val="right"/>
      </w:pPr>
      <w:r>
        <w:t>کتنابڑانقصانہے۔</w:t>
      </w:r>
    </w:p>
    <w:p>
      <w:r>
        <w:rPr>
          <w:b/>
        </w:rPr>
        <w:t xml:space="preserve">[37:01] </w:t>
      </w:r>
      <w:r>
        <w:t>sabr ka mizaj na hone ke ma'ne kya hain? aap ke andar kisi cheezon ko nazar andaaz karne ka mizaj nahin hai. cheezon ko bardasht karne ka mizaj nahin hai.</w:t>
      </w:r>
    </w:p>
    <w:p>
      <w:pPr>
        <w:jc w:val="right"/>
      </w:pPr>
      <w:r>
        <w:t>صبرکامزاجنہہونے کےمعنیکیاہیں؟ آپ کےاندر کسیچیزوںکونظر اندازکرنے کامزاجنہیںہے۔ چیزوںکوبرداشتکرنےکامزاجنہیںہے۔</w:t>
      </w:r>
    </w:p>
    <w:p>
      <w:r>
        <w:rPr>
          <w:b/>
        </w:rPr>
        <w:t xml:space="preserve">[37:12] </w:t>
      </w:r>
      <w:r>
        <w:t>e'tidaal ke saath sochne ka mizaj nahin hai. normal thinking aap ke andar nahin hai. cheezon ko ya'ni aap sirf superficial par lete hain, gehrai mein dekhne ka mizaj nahin hai aap ke andar.</w:t>
      </w:r>
    </w:p>
    <w:p>
      <w:pPr>
        <w:jc w:val="right"/>
      </w:pPr>
      <w:r>
        <w:t>اعت دالکےساتھ سوچنےکامزاجنہیںہے۔ نارملتھنکنگآپکےاندرنہیںہے۔ چیزوںکو یعنی آپصرففیسویلیوپرلیتےہیں، گہرائیمیںدیکھنےکامزاجنہیںہےآپکےاندر۔</w:t>
      </w:r>
    </w:p>
    <w:p>
      <w:r>
        <w:rPr>
          <w:b/>
        </w:rPr>
        <w:t xml:space="preserve">[37:28] </w:t>
      </w:r>
      <w:r>
        <w:t>to kitni badi mahroomi hai yeh.</w:t>
      </w:r>
    </w:p>
    <w:p>
      <w:pPr>
        <w:jc w:val="right"/>
      </w:pPr>
      <w:r>
        <w:t>تو کتنیبڑی محرومیہےیہ۔</w:t>
      </w:r>
    </w:p>
    <w:p>
      <w:r>
        <w:rPr>
          <w:b/>
        </w:rPr>
        <w:t xml:space="preserve">[37:32] </w:t>
      </w:r>
      <w:r>
        <w:t>to Ramzan ko Rasool Allah ne farmaya ke "هُوَ شَهْرُ الصَّبْرِ ". to goya ke Ramzan ka mahina aap ke andar aap ko is tarah se train karta hai.</w:t>
      </w:r>
    </w:p>
    <w:p>
      <w:pPr>
        <w:jc w:val="right"/>
      </w:pPr>
      <w:r>
        <w:t>تورمضانکو رسولاللہنےفرمایاکہ"هُوَشَهْرُالصَّبْرِ "۔توگویاکہ رمضانکامہینہآپکےاندر آپکو اسطرح سےٹرینکرتاہے۔</w:t>
      </w:r>
    </w:p>
    <w:p>
      <w:r>
        <w:rPr>
          <w:b/>
        </w:rPr>
        <w:t xml:space="preserve">[37:42] </w:t>
      </w:r>
      <w:r>
        <w:t>ke aap ke andar e'tidaal pasandi aaye, normal thinking aap ke andar rahe. apne aap ko apni normal se connection karne ka ka aap ke andar salahiyat paida ho.</w:t>
      </w:r>
    </w:p>
    <w:p>
      <w:pPr>
        <w:jc w:val="right"/>
      </w:pPr>
      <w:r>
        <w:t>کہآپکےاندر اعتدالپسندی آئے، نارملتھنکنگآپکےاندررہے۔ اپنےآپکو اپنینارملسیکومینٹینکرنے کا کا آپکےاندرصلاحیتپیدا ہو ۔</w:t>
      </w:r>
    </w:p>
    <w:p>
      <w:r>
        <w:rPr>
          <w:b/>
        </w:rPr>
        <w:t xml:space="preserve">[37:53] </w:t>
      </w:r>
      <w:r>
        <w:t>to kitni badi baat hai yeh. kitni badi baat hai yeh.</w:t>
      </w:r>
    </w:p>
    <w:p>
      <w:pPr>
        <w:jc w:val="right"/>
      </w:pPr>
      <w:r>
        <w:t>تو کتنیبڑیباتہےیہ۔ کتنیبڑیباتہےیہ۔</w:t>
      </w:r>
    </w:p>
    <w:p>
      <w:r>
        <w:rPr>
          <w:b/>
        </w:rPr>
        <w:t xml:space="preserve">[38:01] </w:t>
      </w:r>
      <w:r>
        <w:t>aise hi joom maine arz kiya ke ke maine ek cheez mujhe daryaft hui. ke Ramzan shehr e tadabbur hai.</w:t>
      </w:r>
    </w:p>
    <w:p>
      <w:pPr>
        <w:jc w:val="right"/>
      </w:pPr>
      <w:r>
        <w:t>ایسےہیجومیںنےعرضکیا کہ کہمیںنے ایکچیزمجھے دریا فت ہوئی ۔ کہ رمضان شہر ِتد بر ہے۔</w:t>
      </w:r>
    </w:p>
    <w:p>
      <w:r>
        <w:rPr>
          <w:b/>
        </w:rPr>
        <w:t xml:space="preserve">[38:12] </w:t>
      </w:r>
      <w:r>
        <w:t>sochna, sochna, sochna, sochna. to sochte hue mujhe ek badi ajeeb baat, bahut hi ajeeb baat daryaft hui.</w:t>
      </w:r>
    </w:p>
    <w:p>
      <w:pPr>
        <w:jc w:val="right"/>
      </w:pPr>
      <w:r>
        <w:t>سوچنا،سوچنا،سوچنا،سوچنا۔ تو سوچتےہوئےمجھےایکبڑیعجیببات ،بہت ہیعجیببات دریافت ہوئی ۔</w:t>
      </w:r>
    </w:p>
    <w:p>
      <w:r>
        <w:rPr>
          <w:b/>
        </w:rPr>
        <w:t xml:space="preserve">[38:20] </w:t>
      </w:r>
      <w:r>
        <w:t>woh yeh.</w:t>
      </w:r>
    </w:p>
    <w:p>
      <w:pPr>
        <w:jc w:val="right"/>
      </w:pPr>
      <w:r>
        <w:t>وہیہ۔</w:t>
      </w:r>
    </w:p>
    <w:p>
      <w:r>
        <w:rPr>
          <w:b/>
        </w:rPr>
        <w:t xml:space="preserve">[38:24] </w:t>
      </w:r>
      <w:r>
        <w:t>ke hadith mein aata hai ke ek hadith hai "كُلُّ أَمَلٍ بِنِ آدَمٍ عَظَامٌ ع\</w:t>
      </w:r>
    </w:p>
    <w:p>
      <w:pPr>
        <w:jc w:val="right"/>
      </w:pPr>
      <w:r>
        <w:t>کہحدیثمیںآتاہےکہ ایکحدیث ہے "كُلُّأَمَلٍبِنِآدَمٍعِظَامٌع</w:t>
      </w:r>
    </w:p>
    <w:p>
      <w:r>
        <w:rPr>
          <w:b/>
        </w:rPr>
        <w:t xml:space="preserve">[38:35] </w:t>
      </w:r>
      <w:r>
        <w:t>asharransalihans " . "illassawmaytihibins illassawmufainnahuliyuwana'ajzibih" . yaniinsan kahar'amal dasgunesay satso gunatakt barhtahai.</w:t>
      </w:r>
    </w:p>
    <w:p>
      <w:pPr>
        <w:jc w:val="right"/>
      </w:pPr>
      <w:r>
        <w:t>َشْرًاصَالِحًا"۔"إِلَّاسَوِّئَمَيْتِذِهْبٍإ ِلَّاالسَّوْمُفَإِنَّهُلِيوَانَعَجْزِيبِهِ" ۔ یعنیانسان کاہرعمل دسگنےسےساتسوگناتکبڑھتاہے۔</w:t>
      </w:r>
    </w:p>
    <w:p>
      <w:r>
        <w:rPr>
          <w:b/>
        </w:rPr>
        <w:t xml:space="preserve">[38:48] </w:t>
      </w:r>
      <w:r>
        <w:t>sawarozaykay . kahaskabeyhisabkhuda ajrdega. abasparsochtarahasochtarahamain.</w:t>
      </w:r>
    </w:p>
    <w:p>
      <w:pPr>
        <w:jc w:val="right"/>
      </w:pPr>
      <w:r>
        <w:t>سواروزےکے ۔کہاسکا بےحسابخدا اجردےگا۔ اباسپرسوچتارہا،سوچتارہامیں۔</w:t>
      </w:r>
    </w:p>
    <w:p>
      <w:r>
        <w:rPr>
          <w:b/>
        </w:rPr>
        <w:t xml:space="preserve">[39:00] </w:t>
      </w:r>
      <w:r>
        <w:t>phirasisiyihilafz quranmajidmainsabarkeliyeyahai. "innamayuyufaddhusabirunaajruhum bighayrihisab". ismcaniyekehjo batwaharozaykaybarayminkahigayihaithuwahadbandikaymcaniyinahain.</w:t>
      </w:r>
    </w:p>
    <w:p>
      <w:pPr>
        <w:jc w:val="right"/>
      </w:pPr>
      <w:r>
        <w:t>پھر اسییہی لفظ قرآنمجیدمیںصبرکےلیےآیاہے۔ "إِنَّمَايُؤَفَّضُالصَّابِرُونَأَجْرُهُمْبِغَيْرِحِ سَابٍ"۔ اسمعنیکہجو باتوہاںروزےکےبارےمیںکہیگئیہے تو وہ حد بندیکےمعنیمیںنہیںہے۔</w:t>
      </w:r>
    </w:p>
    <w:p>
      <w:r>
        <w:rPr>
          <w:b/>
        </w:rPr>
        <w:t xml:space="preserve">[39:15] </w:t>
      </w:r>
      <w:r>
        <w:t>matlabrozaykayliyetohai, baqinahihai.</w:t>
      </w:r>
    </w:p>
    <w:p>
      <w:pPr>
        <w:jc w:val="right"/>
      </w:pPr>
      <w:r>
        <w:t>مطلب روزےکےلیےتوہے،باقینہیںہے۔</w:t>
      </w:r>
    </w:p>
    <w:p>
      <w:r>
        <w:rPr>
          <w:b/>
        </w:rPr>
        <w:t xml:space="preserve">[39:20] </w:t>
      </w:r>
      <w:r>
        <w:t>yani beyhisabajr, count less reward , unlimitedreward .</w:t>
      </w:r>
    </w:p>
    <w:p>
      <w:pPr>
        <w:jc w:val="right"/>
      </w:pPr>
      <w:r>
        <w:t>یعنی بےحساباجر ،count less reward ، unlimitedreward ۔</w:t>
      </w:r>
    </w:p>
    <w:p>
      <w:r>
        <w:rPr>
          <w:b/>
        </w:rPr>
        <w:t xml:space="preserve">[39:29] </w:t>
      </w:r>
      <w:r>
        <w:t>agar sirfrozaykayliyehota to to quranmaintiyuhota? "innamayuyufaddhusabirunaajruhum bighayrihisab". wahilafz sabarkeliyekiyuhota?</w:t>
      </w:r>
    </w:p>
    <w:p>
      <w:pPr>
        <w:jc w:val="right"/>
      </w:pPr>
      <w:r>
        <w:t>اگر صرف روزےکےلیےہوتا تو تو قرآنمیںیہکیوںہوتا؟ "إِنَّمَايُؤَفَّضُالصَّابِرُونَأَجْرُهُمْبِغَيْرِحِسَابٍ"۔ وہیلفظصبرکےلیےکیوںہوتا؟</w:t>
      </w:r>
    </w:p>
    <w:p>
      <w:r>
        <w:rPr>
          <w:b/>
        </w:rPr>
        <w:t xml:space="preserve">[39:39] </w:t>
      </w:r>
      <w:r>
        <w:t>to dononkomilakarsabmainnesochatohmujhesamajhmibataiaike iskamatalabkuchh'amalnahin balkisarehiya'amal agar a'ala kayfiyatskay sathkiyegayain.</w:t>
      </w:r>
    </w:p>
    <w:p>
      <w:pPr>
        <w:jc w:val="right"/>
      </w:pPr>
      <w:r>
        <w:t>تو دونوںکوملاکرجبمیںنےسوچا تو مجھےسمجھمیںباتآئیکہ اسکامطلب کچھ اعمال نہیںبلکہ سارےہیاعمال اگر اعلیٰکیفیاتکےساتھکیےجائیں۔</w:t>
      </w:r>
    </w:p>
    <w:p>
      <w:r>
        <w:rPr>
          <w:b/>
        </w:rPr>
        <w:t xml:space="preserve">[39:54] </w:t>
      </w:r>
      <w:r>
        <w:t>a'ala rabani kayfiyatskay sath . to inka reward beyhisabdiyajatayhaiinsanko .</w:t>
      </w:r>
    </w:p>
    <w:p>
      <w:pPr>
        <w:jc w:val="right"/>
      </w:pPr>
      <w:r>
        <w:t>اعلیٰربانیکیفیاتکےساتھ ۔ تو انکا ریوارڈ بےحسابدیاجاتاہےانسانکو ۔</w:t>
      </w:r>
    </w:p>
    <w:p>
      <w:r>
        <w:rPr>
          <w:b/>
        </w:rPr>
        <w:t xml:space="preserve">[40:02] </w:t>
      </w:r>
      <w:r>
        <w:t>tuaskomainsnegeneralize kiya. Generalize kiya. yani agar sirfashadithulain aap to beyhisabajrkat'alluq sirfrozay say hai.</w:t>
      </w:r>
    </w:p>
    <w:p>
      <w:pPr>
        <w:jc w:val="right"/>
      </w:pPr>
      <w:r>
        <w:t>تواسکومیںنےgener alizeکیا۔ Gener alizeکیا۔ یعنیاگر صرف اسحدیثکولےلیںآپ تو بےحساب اجرکاتعلق صرف روز ےسےہے۔</w:t>
      </w:r>
    </w:p>
    <w:p>
      <w:r>
        <w:rPr>
          <w:b/>
        </w:rPr>
        <w:t xml:space="preserve">[40:14] </w:t>
      </w:r>
      <w:r>
        <w:t>lekin aapquran kokaisaynazrandazkarain gay aap? kyunke wahan haikesabrapribeyhisabajrmilta hai. to astrah mainsochnelagatohmainnesgeneralize kiya.</w:t>
      </w:r>
    </w:p>
    <w:p>
      <w:pPr>
        <w:jc w:val="right"/>
      </w:pPr>
      <w:r>
        <w:t>لیکن آپقرآنکوکیسےنظر اندازکریںگےآپ؟ کیونکہوہاںہےکہصبرپربھیبےحساباجرملتاہے۔ تو اسطرح میں سوچنےلگاتومیںنےgener alizeکیا۔</w:t>
      </w:r>
    </w:p>
    <w:p>
      <w:r>
        <w:rPr>
          <w:b/>
        </w:rPr>
        <w:t xml:space="preserve">[40:25] </w:t>
      </w:r>
      <w:r>
        <w:t>allah kasuntko . kah'amalpar beyhisabajrbhimalsakta hai.</w:t>
      </w:r>
    </w:p>
    <w:p>
      <w:pPr>
        <w:jc w:val="right"/>
      </w:pPr>
      <w:r>
        <w:t>اللہ کیسنتکو ۔کہاعمالپر بےحساباجربھیملسکتاہے۔</w:t>
      </w:r>
    </w:p>
    <w:p>
      <w:r>
        <w:rPr>
          <w:b/>
        </w:rPr>
        <w:t xml:space="preserve">[40:34] </w:t>
      </w:r>
      <w:r>
        <w:t>tomainsnesko barhaya, barhaya, barhaya. tumujhesamajhmiaike iskat'alluq ilmsay bhi hai, ilmsay bhi hai.</w:t>
      </w:r>
    </w:p>
    <w:p>
      <w:pPr>
        <w:jc w:val="right"/>
      </w:pPr>
      <w:r>
        <w:t>تومیںنےاسکو بڑھایا،بڑھایا،بڑھایا۔ تومجھےسمجھمیںآیا کہاسکا تعلق علم سےبھیہے،علمسےبھیہے۔</w:t>
      </w:r>
    </w:p>
    <w:p>
      <w:r>
        <w:rPr>
          <w:b/>
        </w:rPr>
        <w:t xml:space="preserve">[40:46] </w:t>
      </w:r>
      <w:r>
        <w:t>main bahutdinonsaysochtatha ke kitabin to mahdud hain, insankailam mahdud hai. aur quranmaintatahai "kalimatuallahi lamahdud".</w:t>
      </w:r>
    </w:p>
    <w:p>
      <w:pPr>
        <w:jc w:val="right"/>
      </w:pPr>
      <w:r>
        <w:t>میں بہتدنوںسےسوچتاتھا کہ کتاب یںتومحدودہیں،انسانکاعلممحدودہے۔ اورقرآنمیںآتاہے"كَلَمَاتُاللّٰهِلَامَحْدُودٌ"۔</w:t>
      </w:r>
    </w:p>
    <w:p>
      <w:r>
        <w:rPr>
          <w:b/>
        </w:rPr>
        <w:t xml:space="preserve">[40:56] </w:t>
      </w:r>
      <w:r>
        <w:t>"alahuwallahi lamahdud". tu insaan mahdud mutalayasay lamahdud takkaisaypohanch sakta hai?</w:t>
      </w:r>
    </w:p>
    <w:p>
      <w:pPr>
        <w:jc w:val="right"/>
      </w:pPr>
      <w:r>
        <w:t>"عَلَىٰهُوَاللّٰهِلَامَحْدُ ودٌ"۔توانسان محدود مطالعےسےلامحدودتککیسےپہنچسکتاہے؟</w:t>
      </w:r>
    </w:p>
    <w:p>
      <w:r>
        <w:rPr>
          <w:b/>
        </w:rPr>
        <w:t xml:space="preserve">[41:04] </w:t>
      </w:r>
      <w:r>
        <w:t>yeh sawalmerayzehanmianhotatha. koyi mutal'ah aapka mahdud mutal'ah rahayga. aap sari library parhdaliye. aap sari library parhdaliye lekinphirbhi woh mahdud mutal'ah rahayga.</w:t>
      </w:r>
    </w:p>
    <w:p>
      <w:pPr>
        <w:jc w:val="right"/>
      </w:pPr>
      <w:r>
        <w:t>یہ سوالمیرےذہنمیںہوتاتھا۔ کوئیمط العہآپکامحدودمطالعہرہےگا۔ آپ ساریلائبریریپڑھڈالیے۔ آپ ساریلائبریریپڑھڈالیےلیکنپھربھیوہمحدودمطالعہرہےگا۔</w:t>
      </w:r>
    </w:p>
    <w:p>
      <w:r>
        <w:rPr>
          <w:b/>
        </w:rPr>
        <w:t xml:space="preserve">[41:17] </w:t>
      </w:r>
      <w:r>
        <w:t>jabke kalmatullah, kalmatullah lamahdud hain, alahuwallahi lamahdud hai. tu uskajawabmuis mein mila.</w:t>
      </w:r>
    </w:p>
    <w:p>
      <w:pPr>
        <w:jc w:val="right"/>
      </w:pPr>
      <w:r>
        <w:t>جبکہکلمۃ اللہ ،کلمات اللہ لامحدودہیں،عَلَىٰهُوَاللّٰهِلَامَحْ د ُود ٌہے۔ تو اسکاجوابمجھےاسمیںملا۔</w:t>
      </w:r>
    </w:p>
    <w:p>
      <w:r>
        <w:rPr>
          <w:b/>
        </w:rPr>
        <w:t xml:space="preserve">[41:29] </w:t>
      </w:r>
      <w:r>
        <w:t>agar aapka mutal'ah sachmuch allah kay liye hai, yeh baghairzaban allah kay liye hai. aap ka mutal'ay kay sath duain shamil hain.</w:t>
      </w:r>
    </w:p>
    <w:p>
      <w:pPr>
        <w:jc w:val="right"/>
      </w:pPr>
      <w:r>
        <w:t>اگر آپکا مطالعہ سچمچ اللہ کےلیے ہے، یہ بغیرزبان اللہکےلیےہے۔ آپ کا مطالعےکےساتھدعائیںشامل ہیں۔</w:t>
      </w:r>
    </w:p>
    <w:p>
      <w:r>
        <w:rPr>
          <w:b/>
        </w:rPr>
        <w:t xml:space="preserve">[41:40] </w:t>
      </w:r>
      <w:r>
        <w:t>aap kay mutal'ay kay sath allah say ta'alluq shamil hai. aapkay mutal'ay kay sath allah say talab karna shamil hai. aapkay mutal'ay kay sath a'ala jo kayfiyathoti hain woh shamil hain.</w:t>
      </w:r>
    </w:p>
    <w:p>
      <w:pPr>
        <w:jc w:val="right"/>
      </w:pPr>
      <w:r>
        <w:t>آپ کےمطالعےکےساتھ اللہ سےتعلقشامل ہے۔ آپکےمطالعےکےساتھ اللہ سے طلبکرناشامل ہے۔ آپکےمطالعےکےساتھ اعلیٰجوکیفیاتہوتیہیںوہشامل ہیں۔</w:t>
      </w:r>
    </w:p>
    <w:p>
      <w:r>
        <w:rPr>
          <w:b/>
        </w:rPr>
        <w:t xml:space="preserve">[41:54] </w:t>
      </w:r>
      <w:r>
        <w:t>to aap kay hasil mutal'ay ko allah ta'ala lamahdud kardega.</w:t>
      </w:r>
    </w:p>
    <w:p>
      <w:pPr>
        <w:jc w:val="right"/>
      </w:pPr>
      <w:r>
        <w:t>تو آپ کےحاصل مطالعہکواللہتعالیٰلامحدودکردےگا۔</w:t>
      </w:r>
    </w:p>
    <w:p>
      <w:r>
        <w:rPr>
          <w:b/>
        </w:rPr>
        <w:t xml:space="preserve">[42:00] </w:t>
      </w:r>
      <w:r>
        <w:t>badi ajibcheezmujhedaryaft hui . hasil mutal'ay kay mcani kiya hain? is mutal'ay say nay nay mcani daryaft hon gay aapko .</w:t>
      </w:r>
    </w:p>
    <w:p>
      <w:pPr>
        <w:jc w:val="right"/>
      </w:pPr>
      <w:r>
        <w:t>بڑیعجیبچیزمجھےدریافتہوئی ۔ حاصل مطالعہکےمعنیکیاہیں؟ اس مطالعےسے نئےنئےمعنی دریافتہوںگےآپکو ۔</w:t>
      </w:r>
    </w:p>
    <w:p>
      <w:r>
        <w:rPr>
          <w:b/>
        </w:rPr>
        <w:t xml:space="preserve">[42:10] </w:t>
      </w:r>
      <w:r>
        <w:t>naya naya analysis karna aayega aapko . nay nay pahlu khulengay aapkay oopar . allah kay yani nusrat ki waja say. yani ekahay kah aapne so safhay ki ek kitab padhi.</w:t>
      </w:r>
    </w:p>
    <w:p>
      <w:pPr>
        <w:jc w:val="right"/>
      </w:pPr>
      <w:r>
        <w:t>نیانیا analysisکرناآئےگاآپکو ۔نئےنئےپہلوکھلیںگےآپکےاوپر ۔اللہ کے یعنی نصرتکیوجہ سے۔ یعنیایکہےکہآپنے سو صفحےکیایککتاب پڑھی۔</w:t>
      </w:r>
    </w:p>
    <w:p>
      <w:r>
        <w:rPr>
          <w:b/>
        </w:rPr>
        <w:t xml:space="preserve">[42:24] </w:t>
      </w:r>
      <w:r>
        <w:t>iskitab mian farz kijiye so batain thin.</w:t>
      </w:r>
    </w:p>
    <w:p>
      <w:pPr>
        <w:jc w:val="right"/>
      </w:pPr>
      <w:r>
        <w:t>اسکتاب میںفرضکیجیے سو باتتھیں۔</w:t>
      </w:r>
    </w:p>
    <w:p>
      <w:r>
        <w:rPr>
          <w:b/>
        </w:rPr>
        <w:t xml:space="preserve">[42:27] </w:t>
      </w:r>
      <w:r>
        <w:t>to woh kitab jo hai so batain tak mahdud hai. lekin ismian hazaron hazar, bilaynabillay pahlu hain iskay .</w:t>
      </w:r>
    </w:p>
    <w:p>
      <w:pPr>
        <w:jc w:val="right"/>
      </w:pPr>
      <w:r>
        <w:t>تو وہکتاب جوہے سو باتتکمحدودہے۔ لیکن اسمیں ہزاروںہزار، بل ینبلین پہلو ہیں اسکے ۔</w:t>
      </w:r>
    </w:p>
    <w:p>
      <w:r>
        <w:rPr>
          <w:b/>
        </w:rPr>
        <w:t xml:space="preserve">[42:39] </w:t>
      </w:r>
      <w:r>
        <w:t>woh khulengay kaisay? allah ki tawfiq say khulengay. to ek hai mutal'ah, ek hai hasil mutal'ah.</w:t>
      </w:r>
    </w:p>
    <w:p>
      <w:pPr>
        <w:jc w:val="right"/>
      </w:pPr>
      <w:r>
        <w:t>وہ کھلیںگےکیسے؟ اللہ کیتوفیقسےکھلیںگے۔ تو ایکہے مطالعہ،ایکہےحاصل مطالعہ۔</w:t>
      </w:r>
    </w:p>
    <w:p>
      <w:r>
        <w:rPr>
          <w:b/>
        </w:rPr>
        <w:t xml:space="preserve">[42:52] </w:t>
      </w:r>
      <w:r>
        <w:t>to main issay mainnesamjha ke jis tarah roza jo hai. ek hai roza jo mahinay mian rakha jat ha, ek mahinay mian .</w:t>
      </w:r>
    </w:p>
    <w:p>
      <w:pPr>
        <w:jc w:val="right"/>
      </w:pPr>
      <w:r>
        <w:t>تومیں اسسےمیںنےسمجھا کہ جس طرح روزہجوہے۔ ایکہےروز ہ جو مہینےمیں رکھاجاتاہے،ایکمہینےمیں ۔</w:t>
      </w:r>
    </w:p>
    <w:p>
      <w:r>
        <w:rPr>
          <w:b/>
        </w:rPr>
        <w:t xml:space="preserve">[43:04] </w:t>
      </w:r>
      <w:r>
        <w:t>aikas kari ward jo keh unlimited ho jata hai aur Allah chahay to .aisay hi aik kahe sabr, kisi aik muamlay mein sabr kiya aap ne, is ka reward la mahdood ho jata hai.</w:t>
      </w:r>
    </w:p>
    <w:p>
      <w:pPr>
        <w:jc w:val="right"/>
      </w:pPr>
      <w:r>
        <w:t>ایکاسکاریوارڈجوکہ unlimitedہوجاتاہے اوراللہچاہےتو ۔ایسےہیایکہے صبر،کسی ایکمعاملےمیںصبرکیاآپنے ،اسکاریوارڈ لامحدودہوجاتا ہے۔</w:t>
      </w:r>
    </w:p>
    <w:p>
      <w:r>
        <w:rPr>
          <w:b/>
        </w:rPr>
        <w:t xml:space="preserve">[43:17] </w:t>
      </w:r>
      <w:r>
        <w:t>aisa hi muamla mutalay ka bhi hai, deeni mutalay ka</w:t>
      </w:r>
    </w:p>
    <w:p>
      <w:pPr>
        <w:jc w:val="right"/>
      </w:pPr>
      <w:r>
        <w:t>ایساہیمعاملہ مطالعےکابھیہے، دینیمطالعےکا</w:t>
      </w:r>
    </w:p>
    <w:p>
      <w:r>
        <w:rPr>
          <w:b/>
        </w:rPr>
        <w:t xml:space="preserve">[43:20] </w:t>
      </w:r>
      <w:r>
        <w:t>.agar aap mutala karte hain, study karte hain. to zahir hai keh aap mahdood kitaben parh paen gay. raat din parhen tab bhi .lekin Allah ki tofeeq se is ka jawaz bohat barh sakta hai.</w:t>
      </w:r>
    </w:p>
    <w:p>
      <w:pPr>
        <w:jc w:val="right"/>
      </w:pPr>
      <w:r>
        <w:t>۔اگر آپ مطالعہکرتے ہیں،studyکرتے ہیں۔ تو ظاہرہےکہآپمحدودکتاب یںپڑھپائیںگے۔ راتدنپڑھیںتببھی ۔ لیکن اللہ کیتوفیقسے اسکا جز ابہت بڑھسکتاہے۔</w:t>
      </w:r>
    </w:p>
    <w:p>
      <w:r>
        <w:rPr>
          <w:b/>
        </w:rPr>
        <w:t xml:space="preserve">[43:33] </w:t>
      </w:r>
      <w:r>
        <w:t>beshumar andaz mein aap analysis kar paen gay. beshumar maani aap ko khulte chale jaen gay. aik baat jo parhi aap ne, us baat ke hazaron naye pehlu aap ko Allah taala ilham karta rahe ga.</w:t>
      </w:r>
    </w:p>
    <w:p>
      <w:pPr>
        <w:jc w:val="right"/>
      </w:pPr>
      <w:r>
        <w:t>بےشمار اندازمیںآپanalysisکرپائیںگے۔ بےشمار معنیآپکوکھلتےچلےجائیںگے۔ ایک باتجوپڑھیآپنے،اسباتکےہزاروںنئےپہلو آپکواللہ تعالیٰ الہامکرتارہےگا۔</w:t>
      </w:r>
    </w:p>
    <w:p>
      <w:r>
        <w:rPr>
          <w:b/>
        </w:rPr>
        <w:t xml:space="preserve">[43:47] </w:t>
      </w:r>
      <w:r>
        <w:t>yeh bohat ajeeb baat mujhe samajh mein aai.</w:t>
      </w:r>
    </w:p>
    <w:p>
      <w:pPr>
        <w:jc w:val="right"/>
      </w:pPr>
      <w:r>
        <w:t>یہبہتعجیبباتیہمجھےسمجھمیںآئی۔</w:t>
      </w:r>
    </w:p>
    <w:p>
      <w:r>
        <w:rPr>
          <w:b/>
        </w:rPr>
        <w:t xml:space="preserve">[43:52] </w:t>
      </w:r>
      <w:r>
        <w:t>bohat ajeeb baat .to is se maine socha keh Ramzan ka mahina shehr-e-tadabbur bhi hai. yaani sochiye, sochiye, sochiye.</w:t>
      </w:r>
    </w:p>
    <w:p>
      <w:pPr>
        <w:jc w:val="right"/>
      </w:pPr>
      <w:r>
        <w:t>بہتعجیببات ۔ تواسسےمیںنے سوچاکہ رمضانکامہینہ شہرِتد بربھیہے۔ یعنیسوچیے،سوچیے،سوچیے۔</w:t>
      </w:r>
    </w:p>
    <w:p>
      <w:r>
        <w:rPr>
          <w:b/>
        </w:rPr>
        <w:t xml:space="preserve">[44:07] </w:t>
      </w:r>
      <w:r>
        <w:t>yaani aik hai be hisab ehtiyat .jo mushahiday mein aanay wali ehtiyat hoti hain, un ka be hisab.</w:t>
      </w:r>
    </w:p>
    <w:p>
      <w:pPr>
        <w:jc w:val="right"/>
      </w:pPr>
      <w:r>
        <w:t>یعنی ایک ہے بےحساب احتیاط ۔جو مشاہدےمیںآنےوالے احتیاطہوتےہیں،انکابےحساب۔</w:t>
      </w:r>
    </w:p>
    <w:p>
      <w:r>
        <w:rPr>
          <w:b/>
        </w:rPr>
        <w:t xml:space="preserve">[44:18] </w:t>
      </w:r>
      <w:r>
        <w:t>aik hai jo mushahiday mein nahin atay. yaani yaani wisdom, powerful analysis, yeh sab cheezen jo hain, woh bohat ziyada aap ko Allah taala ki taraf se aa sakti hain.</w:t>
      </w:r>
    </w:p>
    <w:p>
      <w:pPr>
        <w:jc w:val="right"/>
      </w:pPr>
      <w:r>
        <w:t>ایکہےجومشاہدےمیںنہیںآتے۔ یعنی یعنی wisdom ،pow erfulanalysis،یہسبچیزیںجوہیں،وہبہتزیادہ آپکو اللہ تعالیٰکیطرفسےآسکتیہیں۔</w:t>
      </w:r>
    </w:p>
    <w:p>
      <w:r>
        <w:rPr>
          <w:b/>
        </w:rPr>
        <w:t xml:space="preserve">[44:32] </w:t>
      </w:r>
      <w:r>
        <w:t>beshumar gunah, beshumar gunah. keh aap parhen gay, mahdood study hogi aap ki. lekin la mahdood wisdom mil jae ga aap ko. la mahdood analysis mil jae ga aap ko .</w:t>
      </w:r>
    </w:p>
    <w:p>
      <w:pPr>
        <w:jc w:val="right"/>
      </w:pPr>
      <w:r>
        <w:t>بےشمارگناہ،بےشمار گناہ۔ کہآپپڑھیںگے، محدود study ہوگیآپکی۔ لیکن ل امحدود wisdomملجائےگاآپکو۔لامحدود analysisملجائےگاآپکو ۔</w:t>
      </w:r>
    </w:p>
    <w:p>
      <w:r>
        <w:rPr>
          <w:b/>
        </w:rPr>
        <w:t xml:space="preserve">[44:43] </w:t>
      </w:r>
      <w:r>
        <w:t>la mahdood hikmat mil jae gi aap ko.</w:t>
      </w:r>
    </w:p>
    <w:p>
      <w:pPr>
        <w:jc w:val="right"/>
      </w:pPr>
      <w:r>
        <w:t>ل امحدودحکمتملجائےگیآپکو۔</w:t>
      </w:r>
    </w:p>
    <w:p>
      <w:r>
        <w:rPr>
          <w:b/>
        </w:rPr>
        <w:t xml:space="preserve">[44:49] </w:t>
      </w:r>
      <w:r>
        <w:t>yeh bari ajeeb daryaft mere liye thi. bohat ajeeb daryaft thi mere liye. yeh isi yaani abhi aaj kal yeh samajh mein aai baat.</w:t>
      </w:r>
    </w:p>
    <w:p>
      <w:pPr>
        <w:jc w:val="right"/>
      </w:pPr>
      <w:r>
        <w:t>یہبڑیعجیب دریا فت میرےلیےتھی۔ بہت عجیبدریا فتتھیمیرےلیے۔ یہ اسی یعنیابھیآجکل یہسمجھمیںآئیبات۔</w:t>
      </w:r>
    </w:p>
    <w:p>
      <w:r>
        <w:rPr>
          <w:b/>
        </w:rPr>
        <w:t xml:space="preserve">[45:00] </w:t>
      </w:r>
      <w:r>
        <w:t>to rozay ka dekhiye.</w:t>
      </w:r>
    </w:p>
    <w:p>
      <w:pPr>
        <w:jc w:val="right"/>
      </w:pPr>
      <w:r>
        <w:t>توروزےکا دیکھیے۔</w:t>
      </w:r>
    </w:p>
    <w:p>
      <w:r>
        <w:rPr>
          <w:b/>
        </w:rPr>
        <w:t xml:space="preserve">[45:07] </w:t>
      </w:r>
      <w:r>
        <w:t>rozay ka mahina jo hai, aik aitbar se woh taqwa ka mahina hai. yaani parhezgar zindagi ikhtiyar karna .bach kar rehna.</w:t>
      </w:r>
    </w:p>
    <w:p>
      <w:pPr>
        <w:jc w:val="right"/>
      </w:pPr>
      <w:r>
        <w:t>روزےکا مہینہجوہے، ایک اعتبارسےوہ تقویٰکامہینہہے۔ یعنی پرہیزگارزندگی اختیارکرنا ۔ بچکررہنا۔</w:t>
      </w:r>
    </w:p>
    <w:p>
      <w:r>
        <w:rPr>
          <w:b/>
        </w:rPr>
        <w:t xml:space="preserve">[45:18] </w:t>
      </w:r>
      <w:r>
        <w:t>taqwa ke baray mein aik aik waqia aata hai keh Hazrat Umar ne poocha aik sahabi se keh taqwa kiya hai? to unhon ne kaha keh "هَلْ سَلَقْتَ طَرِيقًا ذَا شَوْكٍ ؟" kiya aap aik aisay rastay se guzre hain jahan do taraf kaantay daar jhariyan hon?</w:t>
      </w:r>
    </w:p>
    <w:p>
      <w:pPr>
        <w:jc w:val="right"/>
      </w:pPr>
      <w:r>
        <w:t>تقویٰکےبارےمیں ایک ایک واقع ہآتاہےکہ حضرتعمرنےپوچھاایکصحابیسے کہ تقویٰکیاہے؟ تو انہوںنےکہاکہ "هَلْسَلَقْتَطَرِيقًاذَاشَوْكٍ ؟"کیا آپ ایک ایسےراستےسےگزرےہیں جہاںدو طرف کاٹےدارجھاڑیاںہوں؟</w:t>
      </w:r>
    </w:p>
    <w:p>
      <w:r>
        <w:rPr>
          <w:b/>
        </w:rPr>
        <w:t xml:space="preserve">[45:37] </w:t>
      </w:r>
      <w:r>
        <w:t>bhai Arab mein aisa bohat hota tha. to unhon ne kaha keh haan. to unhon ne kaha keh aap ne kiya kiya aisay moqay par</w:t>
      </w:r>
    </w:p>
    <w:p>
      <w:pPr>
        <w:jc w:val="right"/>
      </w:pPr>
      <w:r>
        <w:t>بھئیعربمیںایسابہتہوتاتھا۔ توانہوںنےکہاکہہاں۔ توانہوںنےکہاکہ آپ نےکیاکیا ایسےموقعپر</w:t>
      </w:r>
    </w:p>
    <w:p>
      <w:r>
        <w:rPr>
          <w:b/>
        </w:rPr>
        <w:t xml:space="preserve">[45:47] </w:t>
      </w:r>
      <w:r>
        <w:t>? to unhon ne kaha keh "شَمَّرْتُ وَبَشْتَهَدْتُ" . yaani kapray samait liye, ab bachta hua nikal gaya. to unhon ne kaha keh "ذَلِكَ التَّقْوَى" .</w:t>
      </w:r>
    </w:p>
    <w:p>
      <w:pPr>
        <w:jc w:val="right"/>
      </w:pPr>
      <w:r>
        <w:t>؟توانہوںنےکہاکہ "شَمْبَرْتُوَبَشْتَهَدْتُ"۔ یعنی کپڑےسمیٹلیے،اببچتاہوانکلگیا۔ توانہوںنےکہاکہ"ذَلِكَالتَّقْوَى"۔</w:t>
      </w:r>
    </w:p>
    <w:p>
      <w:r>
        <w:rPr>
          <w:b/>
        </w:rPr>
        <w:t xml:space="preserve">[45:58] </w:t>
      </w:r>
      <w:r>
        <w:t>yeh taqwa hai. yaani isi ko aap apply kijiye zindagi par .is duniya mein insan jo hai dekhiye, khwahishon ke kaantay jhariyan hain.</w:t>
      </w:r>
    </w:p>
    <w:p>
      <w:pPr>
        <w:jc w:val="right"/>
      </w:pPr>
      <w:r>
        <w:t>یہتقویٰہے۔ یعنی اسیکوآپاپلائےکیجیےزندگی پر ۔اسدنیا میںانسانجوہےدیکھیے،خواہشوںکے کیجھاڑیاںہیں۔</w:t>
      </w:r>
    </w:p>
    <w:p>
      <w:r>
        <w:rPr>
          <w:b/>
        </w:rPr>
        <w:t xml:space="preserve">[46:13] </w:t>
      </w:r>
      <w:r>
        <w:t>tarah tarah ke</w:t>
      </w:r>
    </w:p>
    <w:p>
      <w:pPr>
        <w:jc w:val="right"/>
      </w:pPr>
      <w:r>
        <w:t>طرح طرح کے</w:t>
      </w:r>
    </w:p>
    <w:p>
      <w:r>
        <w:rPr>
          <w:b/>
        </w:rPr>
        <w:t xml:space="preserve">[46:17] </w:t>
      </w:r>
      <w:r>
        <w:t>tarah tarah ki baaten jo paish aati hain, hamaray ishtehadan gezi ki jhariyan hain. khwahishon ki jhariyan hain.</w:t>
      </w:r>
    </w:p>
    <w:p>
      <w:pPr>
        <w:jc w:val="right"/>
      </w:pPr>
      <w:r>
        <w:t>طرح طرح کیباتیں جوپیش آتیہیں،ہمارے اشتہ ادانگیزیکیجھاڑیاںہیں۔ خواہشوںکیجھاڑیاںہیں۔</w:t>
      </w:r>
    </w:p>
    <w:p>
      <w:r>
        <w:rPr>
          <w:b/>
        </w:rPr>
        <w:t xml:space="preserve">[46:26] </w:t>
      </w:r>
      <w:r>
        <w:t>yaani har qism ke yahan par aisi cheezen hain jo aap ko bar bar kahe keh is mein uljhaen, uljhaen aap ko .</w:t>
      </w:r>
    </w:p>
    <w:p>
      <w:pPr>
        <w:jc w:val="right"/>
      </w:pPr>
      <w:r>
        <w:t>یعنیہرقسم کے یہاںپر ایسیچیزیںہیں جوآپکو باربار کہیںکہاسمیں الجھائیں،الجھائیںآپکو ۔</w:t>
      </w:r>
    </w:p>
    <w:p>
      <w:r>
        <w:rPr>
          <w:b/>
        </w:rPr>
        <w:t xml:space="preserve">[46:37] </w:t>
      </w:r>
      <w:r>
        <w:t>jis tarah jis jis kaantay daar jhari aap ke kapray ko mein phans jata hai, aap ka kapra to is tarah se aap is mein phans jaen. yaani apni khwahishon mein phans jaen.</w:t>
      </w:r>
    </w:p>
    <w:p>
      <w:pPr>
        <w:jc w:val="right"/>
      </w:pPr>
      <w:r>
        <w:t>جس طرحجس جس کاٹےدارجھاڑی آپکےکپڑےکو میںپھنسجاتاہے،آپکاکپڑا تواسطرحسےآپ اسمیںپھنسجائیں۔ یعنیاپنی خواہشوںمیںپھنسجائیں۔</w:t>
      </w:r>
    </w:p>
    <w:p>
      <w:r>
        <w:rPr>
          <w:b/>
        </w:rPr>
        <w:t xml:space="preserve">[46:49] </w:t>
      </w:r>
      <w:r>
        <w:t>khandan ke matlab mein phans jaen. biwi bachon ke taqazay mein phans jaen. logon ke taraf se jo hotay hain zulm ki baaten hain, is mein phans jaen.</w:t>
      </w:r>
    </w:p>
    <w:p>
      <w:pPr>
        <w:jc w:val="right"/>
      </w:pPr>
      <w:r>
        <w:t>خاندانکےمطالبےمیںپھنسجائیں۔ بیویبچوںکےتقاضےمیںپھنسجائیں۔ لوگوںکے طرف سےجو ہوتےہیں ظلم کیباتیںہیں،اسمیںپھنسجائیں۔</w:t>
      </w:r>
    </w:p>
    <w:p>
      <w:r>
        <w:rPr>
          <w:b/>
        </w:rPr>
        <w:t xml:space="preserve">[47:00] </w:t>
      </w:r>
      <w:r>
        <w:t>to nafrat karen. intiqam lainay ke peechay doren aap .tashaddud karen. suicide bomber banen. waghera waghera. to kaha shehr-e-taqwa ka matlab yeh hai keh in se bachtay hue zindagi guzarna.</w:t>
      </w:r>
    </w:p>
    <w:p>
      <w:pPr>
        <w:jc w:val="right"/>
      </w:pPr>
      <w:r>
        <w:t>تو نفرتکریں۔ انتقاملینےکےپیچھےدوڑیںآپ ۔ تشددکریں۔ سوسائیڈبابمیکریں۔ وغیرہوغیرہ۔ تو کہاشہرِتقویٰکامعنییہہےکہانسےبچتےہوئے زندگی گزارنا۔</w:t>
      </w:r>
    </w:p>
    <w:p>
      <w:r>
        <w:rPr>
          <w:b/>
        </w:rPr>
        <w:t xml:space="preserve">[47:15] </w:t>
      </w:r>
      <w:r>
        <w:t>yaani Ramzan ke mahinay mein aap ko din ke auqat mein khanay peenay se bachtay hue chalna parta hai. ho tab bhi nahin khate aap, ho tab bhi nahin peetay aap .</w:t>
      </w:r>
    </w:p>
    <w:p>
      <w:pPr>
        <w:jc w:val="right"/>
      </w:pPr>
      <w:r>
        <w:t>یعنی رمضانکےمہینےمیںآپکو دن کےاوقاتمیں کھانےپینےسےبچتےہوئےچلناپڑتاہے۔ ہو تببھینہیںکھاتےآپ ،ہوتببھینہیںپیتےآپ ۔</w:t>
      </w:r>
    </w:p>
    <w:p>
      <w:r>
        <w:rPr>
          <w:b/>
        </w:rPr>
        <w:t xml:space="preserve">[47:27] </w:t>
      </w:r>
      <w:r>
        <w:t>aisi zindagi ke wasee tar muamlay mein. in cheezon se bachtay hue guzarna, aagay barhna hai. jo aap ko deviate kar den sirat-e-mustaqeem se .</w:t>
      </w:r>
    </w:p>
    <w:p>
      <w:pPr>
        <w:jc w:val="right"/>
      </w:pPr>
      <w:r>
        <w:t>ایسی زندگی کےوسیعترمعاملےمیں۔ انچیزوںسےبچتےہوئےگزار نا، آگےبڑھناہے۔ جوآپکو deviateکردیں صراطِمستقیمسے ۔</w:t>
      </w:r>
    </w:p>
    <w:p>
      <w:r>
        <w:rPr>
          <w:b/>
        </w:rPr>
        <w:t xml:space="preserve">[47:40] </w:t>
      </w:r>
      <w:r>
        <w:t>yani aap khwahishon mein par jayen. Aap logon se nafrat karen. Aap musht e alah ho jayen. Aap ladna ladna phirna shuru kar den.</w:t>
      </w:r>
    </w:p>
    <w:p>
      <w:pPr>
        <w:jc w:val="right"/>
      </w:pPr>
      <w:r>
        <w:t>یعنیآپخواہشوںمیںپڑجائیں۔ آپ لوگوںسےنفرتکریں۔ آپ مشت علہوجائیں۔ آپ لڑنا لڑناپھرناشروعکردیں۔</w:t>
      </w:r>
    </w:p>
    <w:p>
      <w:r>
        <w:rPr>
          <w:b/>
        </w:rPr>
        <w:t xml:space="preserve">[47:51] </w:t>
      </w:r>
      <w:r>
        <w:t>Aap be bardashta ho jayen.</w:t>
      </w:r>
    </w:p>
    <w:p>
      <w:pPr>
        <w:jc w:val="right"/>
      </w:pPr>
      <w:r>
        <w:t>آپ بےبرداشتہوجائیں۔</w:t>
      </w:r>
    </w:p>
    <w:p>
      <w:r>
        <w:rPr>
          <w:b/>
        </w:rPr>
        <w:t xml:space="preserve">[47:55] </w:t>
      </w:r>
      <w:r>
        <w:t>Yani aisi tarah ke jo waqeat zindagi mein rozana paish aate hain, un mein aap ulajh jayen to kya hoga? Waise hi hoga jaise ke jhaari mein aap ka kanta ya aap ka kapra kante se ulajh gaya.</w:t>
      </w:r>
    </w:p>
    <w:p>
      <w:pPr>
        <w:jc w:val="right"/>
      </w:pPr>
      <w:r>
        <w:t>یعنیاسطرحکےجوواقعاتزندگی میںروزانہپیشآتےہیں،انمیںآپ الجھجائیں توکیاہوگا؟ویسےہیہوگاجیسےکہ جھاڑیمیںآپکا کانٹا یاآپکاکپڑاکان ٹےسےالجھگیا۔</w:t>
      </w:r>
    </w:p>
    <w:p>
      <w:r>
        <w:rPr>
          <w:b/>
        </w:rPr>
        <w:t xml:space="preserve">[48:05] </w:t>
      </w:r>
      <w:r>
        <w:t>To raasta tay nahin hoga. To rozay ke mahine mein aap ko khane peene se bachte hue aage badhna parta hai.</w:t>
      </w:r>
    </w:p>
    <w:p>
      <w:pPr>
        <w:jc w:val="right"/>
      </w:pPr>
      <w:r>
        <w:t>توراستہطےنہیںہوگا۔ تو روز ےکےمہینےمیںآپکو کھانے پینےسےبچتےہوئےآگےبڑھناپڑتاہے۔</w:t>
      </w:r>
    </w:p>
    <w:p>
      <w:r>
        <w:rPr>
          <w:b/>
        </w:rPr>
        <w:t xml:space="preserve">[48:15] </w:t>
      </w:r>
      <w:r>
        <w:t>Aisa hi zindagi mein karna hai aap ko. In cheezon se bachte hue aage badhna hai. Jo aap ke sirat e mustaqeem ke safar ko khot karne wale hain.</w:t>
      </w:r>
    </w:p>
    <w:p>
      <w:pPr>
        <w:jc w:val="right"/>
      </w:pPr>
      <w:r>
        <w:t>ایساہیزندگی میںکرناہےآپکو ۔انچیزوںسےبچتےہوئےآگےبڑھناہے۔ جوآپ کے صراطِمست قیمکےسفرکو کھوٹاکرنے والے ہیں۔</w:t>
      </w:r>
    </w:p>
    <w:p>
      <w:r>
        <w:rPr>
          <w:b/>
        </w:rPr>
        <w:t xml:space="preserve">[48:27] </w:t>
      </w:r>
      <w:r>
        <w:t>Allah ki taraf sab jo aap ko jaana hai, is mein khandan paish aane wali cheezon mein hain. To Quran mein doosra lafz istemal kiya gaya hai "li lahum tashkuroon". Ke tumhare andar shukr paida ho.</w:t>
      </w:r>
    </w:p>
    <w:p>
      <w:pPr>
        <w:jc w:val="right"/>
      </w:pPr>
      <w:r>
        <w:t>اللہ کیطرف سب جوآپکو جاناہے، اسمیں کھنڈتپڑنے والی چیزیںہیں۔ تو قرآنمیںدوسرالفظاستعمالکیاگیاہے"لَلَّهُمْتَشْكُرُونَ" ۔کہتمہارےاندرشکرپیدا ہو ۔</w:t>
      </w:r>
    </w:p>
    <w:p>
      <w:r>
        <w:rPr>
          <w:b/>
        </w:rPr>
        <w:t xml:space="preserve">[48:42] </w:t>
      </w:r>
      <w:r>
        <w:t>Ab shukr kaise paida ho? Shukr ka zariya kaise banta hai rozah? Is ki ek misaal deta hoon main. Rasool Allah sal Allah aleh wasallam ne ek hadith mein aata hai ke aap ne roz har khaya.</w:t>
      </w:r>
    </w:p>
    <w:p>
      <w:pPr>
        <w:jc w:val="right"/>
      </w:pPr>
      <w:r>
        <w:t>ابشکرش کرکیسےپیدا ہو؟شکرکاذریعہکیسےبنتاہےروزہ؟ اسکیایکمثالدیتاہوںمیں۔ رسولاللہصلیاللہعلیہوسلمنے ایکحدیثمیںآتاہےکہآپنے روز ہرکھا۔</w:t>
      </w:r>
    </w:p>
    <w:p>
      <w:r>
        <w:rPr>
          <w:b/>
        </w:rPr>
        <w:t xml:space="preserve">[48:56] </w:t>
      </w:r>
      <w:r>
        <w:t>Jab shaam hui, iftar ka waqt aaya. To aap ne zahir hai ke pyaas lagi hui thi. To aap ne pani piya.</w:t>
      </w:r>
    </w:p>
    <w:p>
      <w:pPr>
        <w:jc w:val="right"/>
      </w:pPr>
      <w:r>
        <w:t>جب شامہوئی ، افطارکاوقت آیا۔ توآپنے ظاہرہےکہپیاس لگیہوئیتھی۔ توآپنےپانیپیا۔</w:t>
      </w:r>
    </w:p>
    <w:p>
      <w:r>
        <w:rPr>
          <w:b/>
        </w:rPr>
        <w:t xml:space="preserve">[49:06] </w:t>
      </w:r>
      <w:r>
        <w:t>To aap ki zaban se nikla yeh alfaaz nikle ke</w:t>
      </w:r>
    </w:p>
    <w:p>
      <w:pPr>
        <w:jc w:val="right"/>
      </w:pPr>
      <w:r>
        <w:t>توآپکیزبان سےنکلا یہالفاظنکلےکہ</w:t>
      </w:r>
    </w:p>
    <w:p>
      <w:r>
        <w:rPr>
          <w:b/>
        </w:rPr>
        <w:t xml:space="preserve">[49:11] </w:t>
      </w:r>
      <w:r>
        <w:t>"dhahab al-zam'a wa qallat al-ruh wa thabat al-ajr in sha' Allah ta'ala". Pyaas bujh gayi, ragen tar ho gayeen.</w:t>
      </w:r>
    </w:p>
    <w:p>
      <w:pPr>
        <w:jc w:val="right"/>
      </w:pPr>
      <w:r>
        <w:t>"ذَهَبَالْزَمَّىوَقِلَّتْالْرُّوحُ وَثَبَّتَالْأَجْرُإِنْشَاءَاللّٰهُت َعَالَى" ۔ پیاسبجھگئی ، رگیںترہوگئیں۔</w:t>
      </w:r>
    </w:p>
    <w:p>
      <w:r>
        <w:rPr>
          <w:b/>
        </w:rPr>
        <w:t xml:space="preserve">[49:24] </w:t>
      </w:r>
      <w:r>
        <w:t>Aur ajr sabit ho gaya. Ab yeh jo lafz hai ke ragen tar ho gayeen, yeh shukr ka kalma hai. Yani pyaas lagi thi tab bhi to yeh tajurba guzra aap par ke ragen tar ho gayeen aap ki.</w:t>
      </w:r>
    </w:p>
    <w:p>
      <w:pPr>
        <w:jc w:val="right"/>
      </w:pPr>
      <w:r>
        <w:t>اور اجرثابتہوگیا۔ ابیہجولفظہےکہ رگیںترہوگئیں، یہشکر کا کلمہہے۔ یعنی پیاسلگیتھیتبھیتویہ تجربہگزراآپپرکہرگیںترہوگئیںآپکی۔</w:t>
      </w:r>
    </w:p>
    <w:p>
      <w:r>
        <w:rPr>
          <w:b/>
        </w:rPr>
        <w:t xml:space="preserve">[49:41] </w:t>
      </w:r>
      <w:r>
        <w:t>To shukr jo hai, shukr jo hai is ke liye halaat darkar hain. Halaat jab honge tab aap ko shukr ka jazba bharega.</w:t>
      </w:r>
    </w:p>
    <w:p>
      <w:pPr>
        <w:jc w:val="right"/>
      </w:pPr>
      <w:r>
        <w:t>تو شکر جوہے، شکر جوہے اسکےلیےحالات درکار ہیں۔ حالات جب ہوںگےتبآپکوشکرکاجذبہابھرےگا۔</w:t>
      </w:r>
    </w:p>
    <w:p>
      <w:r>
        <w:rPr>
          <w:b/>
        </w:rPr>
        <w:t xml:space="preserve">[49:53] </w:t>
      </w:r>
      <w:r>
        <w:t>Jab aap ko bhook lagi, bhook lagi, bhook lagi, aap ne khaya. Ab aap ko taskeen hui. To us waqt laga ke khana khate hue bari nemat hai.</w:t>
      </w:r>
    </w:p>
    <w:p>
      <w:pPr>
        <w:jc w:val="right"/>
      </w:pPr>
      <w:r>
        <w:t>جبآپکوبھوکلگی،بھوکلگی،بھوکلگی،آپنےکھایا ۔ ابآپکو تسکینہوئی ۔تو اسوقت لگاکہکھاناکھاتےہوئےبڑینعمتہے۔</w:t>
      </w:r>
    </w:p>
    <w:p>
      <w:r>
        <w:rPr>
          <w:b/>
        </w:rPr>
        <w:t xml:space="preserve">[50:04] </w:t>
      </w:r>
      <w:r>
        <w:t>Phir shukr ka jo kalma niklega us waqt, woh bohat bara kalma hoga.</w:t>
      </w:r>
    </w:p>
    <w:p>
      <w:pPr>
        <w:jc w:val="right"/>
      </w:pPr>
      <w:r>
        <w:t>پھرشکرکاجوکلمہنکلےگااسوقت ، وہبہت بڑاکلمہہوگا۔</w:t>
      </w:r>
    </w:p>
    <w:p>
      <w:r>
        <w:rPr>
          <w:b/>
        </w:rPr>
        <w:t xml:space="preserve">[50:10] </w:t>
      </w:r>
      <w:r>
        <w:t>Aise hi aap pyaas lagi, pyaas lagi, pyaas lagi. Phir iftar ka waqt aaya. Aur aap ne pani piya. To us waqt to aap ko laga ke pani kitni bari nemat hai.</w:t>
      </w:r>
    </w:p>
    <w:p>
      <w:pPr>
        <w:jc w:val="right"/>
      </w:pPr>
      <w:r>
        <w:t>ایسےہیآپ پیاسلگی،پیاسلگی،پیاسلگی۔ پھر افطارکاوقت آیا۔ اورآپنےپانیپیا۔ تواسوقتتوآپکولگاکہپانی کتنیبڑینعمتہے۔</w:t>
      </w:r>
    </w:p>
    <w:p>
      <w:r>
        <w:rPr>
          <w:b/>
        </w:rPr>
        <w:t xml:space="preserve">[50:21] </w:t>
      </w:r>
      <w:r>
        <w:t>To waqt e tor par nemat se mahroom karke phir nemat di jati hai. Taa ke shukr ka jazba barh barh kar paida ho, barh kar paida ho.</w:t>
      </w:r>
    </w:p>
    <w:p>
      <w:pPr>
        <w:jc w:val="right"/>
      </w:pPr>
      <w:r>
        <w:t>تووق تیطور پر نعمتسے محرومکرکے پھرنعمتدیجاتیہے۔ تاکہشکرکاجذبہ بڑھبڑھکرپیدا ہو،بڑھکرپیدا ہو۔</w:t>
      </w:r>
    </w:p>
    <w:p>
      <w:r>
        <w:rPr>
          <w:b/>
        </w:rPr>
        <w:t xml:space="preserve">[50:34] </w:t>
      </w:r>
      <w:r>
        <w:t>Yeh hai "li lahum tashkuroon"</w:t>
      </w:r>
    </w:p>
    <w:p>
      <w:pPr>
        <w:jc w:val="right"/>
      </w:pPr>
      <w:r>
        <w:t>یہہے"لَلَّهُمْتَشْكُرُونَ"</w:t>
      </w:r>
    </w:p>
    <w:p>
      <w:r>
        <w:rPr>
          <w:b/>
        </w:rPr>
        <w:t xml:space="preserve">[50:36] </w:t>
      </w:r>
      <w:r>
        <w:t>. Agar aam halaat hon ke koi rok tok nahin, khane peene par koi pabandi nahin.</w:t>
      </w:r>
    </w:p>
    <w:p>
      <w:pPr>
        <w:jc w:val="right"/>
      </w:pPr>
      <w:r>
        <w:t>۔اگر عام حالات ہوں کہ کوئیروکٹوکنہیں،کھانےپینےپرکوئیپابندینہیں ۔</w:t>
      </w:r>
    </w:p>
    <w:p>
      <w:r>
        <w:rPr>
          <w:b/>
        </w:rPr>
        <w:t xml:space="preserve">[50:46] </w:t>
      </w:r>
      <w:r>
        <w:t>To shukr ka jazba bohat hi yani bohat hi kam paida hoga. Bara nahin paida hoga, bara jazba nahin paida hoga. Bara jazba paida hota hai kab?</w:t>
      </w:r>
    </w:p>
    <w:p>
      <w:pPr>
        <w:jc w:val="right"/>
      </w:pPr>
      <w:r>
        <w:t>تو شکرکاجذبہبہت ہی یعنیبہتہیکم پیدا ہوگا۔ بڑانہیںپیداہوگا،بڑاجذبہنہیںپیداہوگا۔ بڑاجذبہپیدا ہوتاہے کب ؟</w:t>
      </w:r>
    </w:p>
    <w:p>
      <w:r>
        <w:rPr>
          <w:b/>
        </w:rPr>
        <w:t xml:space="preserve">[50:57] </w:t>
      </w:r>
      <w:r>
        <w:t>Jab aap bhook ke marhale se guzren aur phir aap ko khana mile. Pyaas ke marhale se guzren, phir aap ko pani mile.</w:t>
      </w:r>
    </w:p>
    <w:p>
      <w:pPr>
        <w:jc w:val="right"/>
      </w:pPr>
      <w:r>
        <w:t>جبآپ بھوککےمرحلےسےگزریں اورپھرآپکوکھاناملے۔ پیاسکے مرحلےسےگزریں،پھرآپکوپانیملے۔</w:t>
      </w:r>
    </w:p>
    <w:p>
      <w:r>
        <w:rPr>
          <w:b/>
        </w:rPr>
        <w:t xml:space="preserve">[51:06] </w:t>
      </w:r>
      <w:r>
        <w:t>Yeh hai "li lahum tashkuroon". Hadith mein jo aaya hai ke "huwa shahr al-sabr". Sabr ka mahina hai. Kyun ke rozah sar ta pa sabr hai.</w:t>
      </w:r>
    </w:p>
    <w:p>
      <w:pPr>
        <w:jc w:val="right"/>
      </w:pPr>
      <w:r>
        <w:t>یہہے"لَلَّهُمْتَشْكُرُونَ"۔ حدیثمیںجوآیاہےکہ"هُوَشَهْرُالصَّبْرِ"۔صبرکامہینہہے۔ کیوںکہ روزہسرتاپاصبرہے۔</w:t>
      </w:r>
    </w:p>
    <w:p>
      <w:r>
        <w:rPr>
          <w:b/>
        </w:rPr>
        <w:t xml:space="preserve">[51:20] </w:t>
      </w:r>
      <w:r>
        <w:t>Yani din ke auqat mein jo aap khana nahin khate, pani peete hain, sabr hi woh hai yeh. Bhook par sabr karte hain aap, pyaas par sabr karte hain aap.</w:t>
      </w:r>
    </w:p>
    <w:p>
      <w:pPr>
        <w:jc w:val="right"/>
      </w:pPr>
      <w:r>
        <w:t>یعنی دن کےاوقاتمیںجوآپ کھانانہیںکھاتے،پانیپیتےہیں،صبرہیتوہےیہ۔ بھوکپرصبرکرتے ہیںآپ ،پیاسپرصبرکرتےہیںآپ ۔</w:t>
      </w:r>
    </w:p>
    <w:p>
      <w:r>
        <w:rPr>
          <w:b/>
        </w:rPr>
        <w:t xml:space="preserve">[51:34] </w:t>
      </w:r>
      <w:r>
        <w:t>To bhook aur pyaas par sabr karke aap ko lagta hai aap sabr ki oom ki kaifiyat paida karte hain.</w:t>
      </w:r>
    </w:p>
    <w:p>
      <w:pPr>
        <w:jc w:val="right"/>
      </w:pPr>
      <w:r>
        <w:t>تو بھوکاورپیاسپرصبرکرکےآپکولگتاہےآپصبرکیعم ومیکیفیتپیدا کرتے ہیں۔</w:t>
      </w:r>
    </w:p>
    <w:p>
      <w:r>
        <w:rPr>
          <w:b/>
        </w:rPr>
        <w:t xml:space="preserve">[51:43] </w:t>
      </w:r>
      <w:r>
        <w:t>Yani har maamle mein sabr. Yani woh sabr jo aap ne paida kiya bhook ke maamle mein, pyaas ke maamle mein. Woh wahin thehra, wahin ruka nahin rahega.</w:t>
      </w:r>
    </w:p>
    <w:p>
      <w:pPr>
        <w:jc w:val="right"/>
      </w:pPr>
      <w:r>
        <w:t>یعنیہرمعاملےمیںصبر ۔ یعنیوہصبرجوآپ نےپیدا کیا بھوک کےمعاملےمیں،پیاسکےمعاملےمیں۔ وہوہیں ٹھہرا،وہیںرکانہیںرہےگا۔</w:t>
      </w:r>
    </w:p>
    <w:p>
      <w:r>
        <w:rPr>
          <w:b/>
        </w:rPr>
        <w:t xml:space="preserve">[51:56] </w:t>
      </w:r>
      <w:r>
        <w:t>Jaise pani mein aap rang daalen to kisi ek jagah ruka nahin rahega woh. Poore pani mein phail jayega woh.</w:t>
      </w:r>
    </w:p>
    <w:p>
      <w:pPr>
        <w:jc w:val="right"/>
      </w:pPr>
      <w:r>
        <w:t>جیسےپانیمیںآپ رنگڈالیں توکسی ایکجگہرکانہیںرہےگاوہ۔پورےپانیمیںپھیلجائےگاوہ۔</w:t>
      </w:r>
    </w:p>
    <w:p>
      <w:r>
        <w:rPr>
          <w:b/>
        </w:rPr>
        <w:t xml:space="preserve">[52:03] </w:t>
      </w:r>
      <w:r>
        <w:t>aise hi jab aap ke andar bhook ke hawale se aur piyas ke hawale se sabr paida hua. to woh kahin ruk nahi rahega, woh aap ki poori shakhsiyat mein phail jayega.</w:t>
      </w:r>
    </w:p>
    <w:p>
      <w:pPr>
        <w:jc w:val="right"/>
      </w:pPr>
      <w:r>
        <w:t>ایسےہیجبآپکےاندر بھوککےحوالےسے اور پیاسکےحوالےسے صبرپیدا ہوا ۔ تو وہکہیںرکانہیںرہےگا،وہآپکیپوریشخصیتمیںپھیلجائےگا۔</w:t>
      </w:r>
    </w:p>
    <w:p>
      <w:r>
        <w:rPr>
          <w:b/>
        </w:rPr>
        <w:t xml:space="preserve">[52:15] </w:t>
      </w:r>
      <w:r>
        <w:t>poori hasti mein phail jayega. woh aap ka mizaj ban jayega, aap ki soch ban jayega. sabr. sabr ke ma'ne kya hote hain? Restrain.</w:t>
      </w:r>
    </w:p>
    <w:p>
      <w:pPr>
        <w:jc w:val="right"/>
      </w:pPr>
      <w:r>
        <w:t>پوریہستیمیںپھیلجائےگا۔ وہآپکامزاجبنجائےگا،آپکیسوچبنجائےگا۔ صبر ۔ صبرکےمعنیکیاہوتےہیں؟Restrain ۔</w:t>
      </w:r>
    </w:p>
    <w:p>
      <w:r>
        <w:rPr>
          <w:b/>
        </w:rPr>
        <w:t xml:space="preserve">[52:27] </w:t>
      </w:r>
      <w:r>
        <w:t>apne ko thamna. musht'al hone se apne aap ko bachana. Negative reaction se apne ko bachana. yeh sab paida hoga.</w:t>
      </w:r>
    </w:p>
    <w:p>
      <w:pPr>
        <w:jc w:val="right"/>
      </w:pPr>
      <w:r>
        <w:t>اپنےکو تھامنا ۔مشت علہونے سےاپنےآپکوبچانا۔ Neg ativereactionسےاپنےکوبچانا۔ یہسبپیدا ہوگا۔</w:t>
      </w:r>
    </w:p>
    <w:p>
      <w:r>
        <w:rPr>
          <w:b/>
        </w:rPr>
        <w:t xml:space="preserve">[52:39] </w:t>
      </w:r>
      <w:r>
        <w:t>yeh toh bohat bari nemat hai. Hadees mein aata hai ke "Yalamma nasrum ma'as sabr". ke kami abhi sabr ke sath bidi hui hai.</w:t>
      </w:r>
    </w:p>
    <w:p>
      <w:pPr>
        <w:jc w:val="right"/>
      </w:pPr>
      <w:r>
        <w:t>یہتوبہتبڑینعمتہے۔ حدیثمیںآتاہےکہ"يَلَمَالنَّسْرَمَعَالصَّبْرِ" ۔کہ کامی ابیصبرکےساتھ بدیہوئیہے۔</w:t>
      </w:r>
    </w:p>
    <w:p>
      <w:r>
        <w:rPr>
          <w:b/>
        </w:rPr>
        <w:t xml:space="preserve">[52:50] </w:t>
      </w:r>
      <w:r>
        <w:t>kami abhi sabr ke sath bidi hui hai.</w:t>
      </w:r>
    </w:p>
    <w:p>
      <w:pPr>
        <w:jc w:val="right"/>
      </w:pPr>
      <w:r>
        <w:t>کامیابی صبرکےساتھ بدیہوئیہے۔</w:t>
      </w:r>
    </w:p>
    <w:p>
      <w:r>
        <w:rPr>
          <w:b/>
        </w:rPr>
        <w:t xml:space="preserve">[52:53] </w:t>
      </w:r>
      <w:r>
        <w:t>to agar logon ki tarbiyat sabr ki buniyad par hone lage, har aadmi ke andar sabr ka character aa jaye.</w:t>
      </w:r>
    </w:p>
    <w:p>
      <w:pPr>
        <w:jc w:val="right"/>
      </w:pPr>
      <w:r>
        <w:t>تواگر لوگوںکیتربیتصبرکیبنیادپرہونےلگے ، ہرآدمیکےاندرصبرکا char acterآجائے۔</w:t>
      </w:r>
    </w:p>
    <w:p>
      <w:r>
        <w:rPr>
          <w:b/>
        </w:rPr>
        <w:t xml:space="preserve">[53:05] </w:t>
      </w:r>
      <w:r>
        <w:t>maine kai baar tajurba kiya hai ke kisi ne ek baat kahi aur main us waqt kuch bhadak utha aur ishte'aal mein aa gaya. to main achha jawab nahi de pata.</w:t>
      </w:r>
    </w:p>
    <w:p>
      <w:pPr>
        <w:jc w:val="right"/>
      </w:pPr>
      <w:r>
        <w:t>میںنےکئیبار تجربہکیاہے کہکسی نےایکباتکہی اورمیں اسوقت کچھبھڑکاٹھااوراشتعالمیںآگیا۔ تومیںاچھاجوابنہیںدےپاتا۔</w:t>
      </w:r>
    </w:p>
    <w:p>
      <w:r>
        <w:rPr>
          <w:b/>
        </w:rPr>
        <w:t xml:space="preserve">[53:16] </w:t>
      </w:r>
      <w:r>
        <w:t>aap ko bhi tajurba iska hua hoga. ke kisi ne ek sakht baat keh di. aisi baat jo mere mizaj ke khilaf thi.</w:t>
      </w:r>
    </w:p>
    <w:p>
      <w:pPr>
        <w:jc w:val="right"/>
      </w:pPr>
      <w:r>
        <w:t>آپکوبھیتجربہاسکاہواہوگا۔ کہکسینےایکسختباتکہہدی۔ ایسیباتجو میرےمزاجکےخلاف تھی۔</w:t>
      </w:r>
    </w:p>
    <w:p>
      <w:r>
        <w:rPr>
          <w:b/>
        </w:rPr>
        <w:t xml:space="preserve">[53:25] </w:t>
      </w:r>
      <w:r>
        <w:t>to waqt-e-tor par main musht'al ho gaya. us waqt jo jawab diya maine woh bohat taqatwar jawab nahi tha, bohat powerful jawab nahi tha. lekin jab aisa kiya maine ke main bhadka nahi.</w:t>
      </w:r>
    </w:p>
    <w:p>
      <w:pPr>
        <w:jc w:val="right"/>
      </w:pPr>
      <w:r>
        <w:t>تووق تیطور پرمیں مشت علہوگیا۔ اسوقت جوجوابدیا میںنےوہبہتطاقتورجوابنہیںتھا،بہت powerfulجوابنہیںتھا۔ لیکن جب ایساکیا میںنےکہ میںبھڑکانہیں ۔</w:t>
      </w:r>
    </w:p>
    <w:p>
      <w:r>
        <w:rPr>
          <w:b/>
        </w:rPr>
        <w:t xml:space="preserve">[53:39] </w:t>
      </w:r>
      <w:r>
        <w:t>aur socha maine.</w:t>
      </w:r>
    </w:p>
    <w:p>
      <w:pPr>
        <w:jc w:val="right"/>
      </w:pPr>
      <w:r>
        <w:t>اورسوچامیںنے ۔</w:t>
      </w:r>
    </w:p>
    <w:p>
      <w:r>
        <w:rPr>
          <w:b/>
        </w:rPr>
        <w:t xml:space="preserve">[53:41] </w:t>
      </w:r>
      <w:r>
        <w:t>yani ek lamhe ke liye uski baat ko socha. baghair ishte'aal ke, baghair bhadke hue. to bohat ajeeb ghareeb ke nuqte, bohat ajeeb qism ke yani baatein saamne aa jati hain.</w:t>
      </w:r>
    </w:p>
    <w:p>
      <w:pPr>
        <w:jc w:val="right"/>
      </w:pPr>
      <w:r>
        <w:t>یعنیایک لمحےکےلیےاسکیباتکوسوچا۔ بغیر اشتعالکے،بغیر بھڑکےہوئے۔ تو بہت عجیب غریبکےنقطے ،بہتعجیبقسم کے یعنی باتیںسامنےآجاتیہیں۔</w:t>
      </w:r>
    </w:p>
    <w:p>
      <w:r>
        <w:rPr>
          <w:b/>
        </w:rPr>
        <w:t xml:space="preserve">[53:56] </w:t>
      </w:r>
      <w:r>
        <w:t>zyada powerful andaaz mein jawab dene ki koshish mein ho jata hoon main. aisa bar bar mujhe tajurba hua. aur yaqeenan aap ko bhi hua hoga.</w:t>
      </w:r>
    </w:p>
    <w:p>
      <w:pPr>
        <w:jc w:val="right"/>
      </w:pPr>
      <w:r>
        <w:t>زیادہ powerful اندازمیں جوابدینےکیکوششمیںہوجاتاہوںمیں۔ ایساباربارمجھےتجربہہوا۔ اوریقیناًآپکوبھیہواہوگا۔</w:t>
      </w:r>
    </w:p>
    <w:p>
      <w:r>
        <w:rPr>
          <w:b/>
        </w:rPr>
        <w:t xml:space="preserve">[54:07] </w:t>
      </w:r>
      <w:r>
        <w:t>to har maamle mein, har maamle mein aisa hi hota hai.</w:t>
      </w:r>
    </w:p>
    <w:p>
      <w:pPr>
        <w:jc w:val="right"/>
      </w:pPr>
      <w:r>
        <w:t>توہرمعاملےمیں ،ہرمعاملےمیںایساہوتاہے۔</w:t>
      </w:r>
    </w:p>
    <w:p>
      <w:r>
        <w:rPr>
          <w:b/>
        </w:rPr>
        <w:t xml:space="preserve">[54:11] </w:t>
      </w:r>
      <w:r>
        <w:t>baat cheet mein agar agar aap ke andar sabr ka mizaj ho to aap zyada achha jawab de payenge. Mu'amlaat mein agar sabr ka mizaj ho to zyada achhe tareeqe se mu'amla kar payenge aap.</w:t>
      </w:r>
    </w:p>
    <w:p>
      <w:pPr>
        <w:jc w:val="right"/>
      </w:pPr>
      <w:r>
        <w:t>باتچیتمیںاگر اگر آپکےاندرصبرکامزاجہو توآپزیادہاچھاجوابدےپائیںگے۔ معاملاتمیںاگر صبرکامزاجہوتو زیادہ اچھےطریقےسےمعاملہکرپائیںگےآپ ۔</w:t>
      </w:r>
    </w:p>
    <w:p>
      <w:r>
        <w:rPr>
          <w:b/>
        </w:rPr>
        <w:t xml:space="preserve">[54:26] </w:t>
      </w:r>
      <w:r>
        <w:t>aise hi mu'amla iska hai difa' ka bhi hai. kisi community se, kisi qaum se, kisi mulk se aap ko ikhtilafat ho jayein, differences aa jayein.</w:t>
      </w:r>
    </w:p>
    <w:p>
      <w:pPr>
        <w:jc w:val="right"/>
      </w:pPr>
      <w:r>
        <w:t>ایسےہی معاملہ اسکاہے دفاعکابھیہے۔ کسی commun ityسے،کسی قومسے ،کسی ملکسےآپکو اختلافاتہوجائیں،differ encesآجائیں۔</w:t>
      </w:r>
    </w:p>
    <w:p>
      <w:r>
        <w:rPr>
          <w:b/>
        </w:rPr>
        <w:t xml:space="preserve">[54:40] </w:t>
      </w:r>
      <w:r>
        <w:t>to ek hai ke aap jazbaat se bhadak kar ke toot padein uske khilaf. to aap achha defense nahi kar payenge. achha defense nahi kar payenge.</w:t>
      </w:r>
    </w:p>
    <w:p>
      <w:pPr>
        <w:jc w:val="right"/>
      </w:pPr>
      <w:r>
        <w:t>تو ایکہےکہآپ جذبات سےبھڑککرکے ٹوٹپڑیںاسکےخلاف ۔ توآپاچھا def enseنہیںکرپائیںگے۔ اچھاdef enseنہیںکرپائیںگے۔</w:t>
      </w:r>
    </w:p>
    <w:p>
      <w:r>
        <w:rPr>
          <w:b/>
        </w:rPr>
        <w:t xml:space="preserve">[54:51] </w:t>
      </w:r>
      <w:r>
        <w:t>lekin agar aap aisa karein ke uski taraf se khabrein aayein, negative khabrein. aur aap ne bohat thande tareeqe se socha.</w:t>
      </w:r>
    </w:p>
    <w:p>
      <w:pPr>
        <w:jc w:val="right"/>
      </w:pPr>
      <w:r>
        <w:t>لیکن اگرآپ ایساکریںکہ اسکیطرف سےخبریںآئیں، neg ativeخبریں۔ اور آپنےبہتٹھنڈےطریقےسےسوچا۔</w:t>
      </w:r>
    </w:p>
    <w:p>
      <w:r>
        <w:rPr>
          <w:b/>
        </w:rPr>
        <w:t xml:space="preserve">[55:02] </w:t>
      </w:r>
      <w:r>
        <w:t>to aap bohat taqatwar andaaz mein uska response denge. bohat taqatwar andaaz mein aap uska defense kar payenge.</w:t>
      </w:r>
    </w:p>
    <w:p>
      <w:pPr>
        <w:jc w:val="right"/>
      </w:pPr>
      <w:r>
        <w:t>تو آپ بہت طاقتوراندازمیںاسکاresponseدیںگے۔ بہت طاقتوراندازمیںآپاسکاdef enseکرپائیںگے۔</w:t>
      </w:r>
    </w:p>
    <w:p>
      <w:r>
        <w:rPr>
          <w:b/>
        </w:rPr>
        <w:t xml:space="preserve">[55:10] </w:t>
      </w:r>
      <w:r>
        <w:t>to yeh jo hai ke shehr-e-sabr, yeh bohat bari baat uske andar hai. bohat bari baat. Ramzan ke aakhir mein aap jante hain ke i'tikaf ki ayat aati hai.</w:t>
      </w:r>
    </w:p>
    <w:p>
      <w:pPr>
        <w:jc w:val="right"/>
      </w:pPr>
      <w:r>
        <w:t>تو یہجوہے کہ شہر ِصبر،یہبہتبڑیبات اسکےاندرہے۔ بہت بڑیبات ۔ رمضانکے آخرمیںآپجانتےہیںکہاعتکافکیآیتآتیہے۔</w:t>
      </w:r>
    </w:p>
    <w:p>
      <w:r>
        <w:rPr>
          <w:b/>
        </w:rPr>
        <w:t xml:space="preserve">[55:24] </w:t>
      </w:r>
      <w:r>
        <w:t>i'tikaf kya hai? I'tikaf ka matlab hai seclusion mein jana. tanhai mein jana. to mard masjidon mein i'tikaf karte hain.</w:t>
      </w:r>
    </w:p>
    <w:p>
      <w:pPr>
        <w:jc w:val="right"/>
      </w:pPr>
      <w:r>
        <w:t>اعت کافکیاہے ؟ اعتکافکامطلبہےseclus ionمیںجانا۔ تنہائیمیںجانا۔ تو مرد مسجدوںمیںاعتکافکرتے ہیں۔</w:t>
      </w:r>
    </w:p>
    <w:p>
      <w:r>
        <w:rPr>
          <w:b/>
        </w:rPr>
        <w:t xml:space="preserve">[55:34] </w:t>
      </w:r>
      <w:r>
        <w:t>auraton ke liye hai ke woh ghar mein i'tikaf karein.</w:t>
      </w:r>
    </w:p>
    <w:p>
      <w:pPr>
        <w:jc w:val="right"/>
      </w:pPr>
      <w:r>
        <w:t>ع ورتوںکےلیےہےکہوہ گھرمیںاعتکافکریں۔</w:t>
      </w:r>
    </w:p>
    <w:p>
      <w:r>
        <w:rPr>
          <w:b/>
        </w:rPr>
        <w:t xml:space="preserve">[55:39] </w:t>
      </w:r>
      <w:r>
        <w:t>to gaya ke apne aap ko kuch kuch der ke liye, maslan das din ke liye. poori tarah se alag kar lena. taake aap zyada soch sakein.</w:t>
      </w:r>
    </w:p>
    <w:p>
      <w:pPr>
        <w:jc w:val="right"/>
      </w:pPr>
      <w:r>
        <w:t>تو گیا کہ اپنےآپکو ک چھکچھدیرکےلیے،مثلاًدسدنکےلیے۔ پوریطرحسے الگکرلینا۔ تاکہآپزیادہ سوچسکیں۔</w:t>
      </w:r>
    </w:p>
    <w:p>
      <w:r>
        <w:rPr>
          <w:b/>
        </w:rPr>
        <w:t xml:space="preserve">[55:51] </w:t>
      </w:r>
      <w:r>
        <w:t>zyada Quran par aap ghaur kar sakein. zyada Allah se ta'alluq qaim kar sakein. uske liye hota hai woh.</w:t>
      </w:r>
    </w:p>
    <w:p>
      <w:pPr>
        <w:jc w:val="right"/>
      </w:pPr>
      <w:r>
        <w:t>زیادہ قرآنپر آپ غورکرسکیں۔ زیادہ اللہ سے تعلققائمکرسکیں۔ اسکےلیےہوتاہےوہ ۔</w:t>
      </w:r>
    </w:p>
    <w:p>
      <w:r>
        <w:rPr>
          <w:b/>
        </w:rPr>
        <w:t xml:space="preserve">[56:02] </w:t>
      </w:r>
      <w:r>
        <w:t>to i'tikaf koi koi yani purasrar cheez nahi hai, koi mysterious cheez nahi hai.</w:t>
      </w:r>
    </w:p>
    <w:p>
      <w:pPr>
        <w:jc w:val="right"/>
      </w:pPr>
      <w:r>
        <w:t>تو اعت کافکوئی کوئی یعنی پراسرارچیزنہیںہے،کوئیmysteriousچیزنہیںہے۔</w:t>
      </w:r>
    </w:p>
    <w:p>
      <w:r>
        <w:rPr>
          <w:b/>
        </w:rPr>
        <w:t xml:space="preserve">[56:13] </w:t>
      </w:r>
      <w:r>
        <w:t>i'tikaf ka matlab hi hai ke aap kuch der ke liye apne aap ko alag karke is qabil bana lein ke aap zyada yani concentration ke sath soch sakein deen ke bare mein, Khuda ke bare mein.</w:t>
      </w:r>
    </w:p>
    <w:p>
      <w:pPr>
        <w:jc w:val="right"/>
      </w:pPr>
      <w:r>
        <w:t>اعتکافکامطلبیہیہےکہآپ کچھدیرکےلیے اپنےآپکو الگکرکے اسقابلبن ائیں کہآپ زیادہ یعنی concent rationکےساتھسوچسکیںدینکےبارےمیں،خداکےبارےمیں ۔</w:t>
      </w:r>
    </w:p>
    <w:p>
      <w:r>
        <w:rPr>
          <w:b/>
        </w:rPr>
        <w:t xml:space="preserve">[56:32] </w:t>
      </w:r>
      <w:r>
        <w:t>aam halaat mein aap jantay hain ke hum yani kisi aik cheez par bohat ziyada concentrate nahi kar paatay. kyun kay tarah tarah ke distraction hotay hain, tarah tarah ke taqazay hotay hain.</w:t>
      </w:r>
    </w:p>
    <w:p>
      <w:pPr>
        <w:jc w:val="right"/>
      </w:pPr>
      <w:r>
        <w:t>عام حالاتمیںآپجانتےہیںکہہم یعنیکسی ایکچیز پربہتزیادہ concentrateنہیںکرپاتے۔ کیوںکہطرح طرحکےdistractionہوتےہیں، طرحطرحکےتقاضےہوتےہیں۔</w:t>
      </w:r>
    </w:p>
    <w:p>
      <w:r>
        <w:rPr>
          <w:b/>
        </w:rPr>
        <w:t xml:space="preserve">[56:44] </w:t>
      </w:r>
      <w:r>
        <w:t>tarah tarah ki yani masroofiyaten hoti hain.</w:t>
      </w:r>
    </w:p>
    <w:p>
      <w:pPr>
        <w:jc w:val="right"/>
      </w:pPr>
      <w:r>
        <w:t>طرح طرح کی یعنی مشغولیتیںہوتیہیں۔</w:t>
      </w:r>
    </w:p>
    <w:p>
      <w:r>
        <w:rPr>
          <w:b/>
        </w:rPr>
        <w:t xml:space="preserve">[56:52] </w:t>
      </w:r>
      <w:r>
        <w:t>to aik aik minimum yeh hai, minimum ke das din ya is se kam bhi ho sakta hai. itnay din kam az kam hum is karain, apnay aap ko bilkul alag kar lain.</w:t>
      </w:r>
    </w:p>
    <w:p>
      <w:pPr>
        <w:jc w:val="right"/>
      </w:pPr>
      <w:r>
        <w:t>تو ایک ایککاminimumیہہے،minimum کہدسدن یا اسسےکمبھیہوسکتاہے۔ اتنےدن کمازکمہمایساکریں،اپنےآپکوبالکلالگکرلیں۔</w:t>
      </w:r>
    </w:p>
    <w:p>
      <w:r>
        <w:rPr>
          <w:b/>
        </w:rPr>
        <w:t xml:space="preserve">[57:03] </w:t>
      </w:r>
      <w:r>
        <w:t>alag kar ke kya hai? quran ki study karain, quran par ghore o fikr karain. allah ke baray mein sochain. allah ka zikr karain.</w:t>
      </w:r>
    </w:p>
    <w:p>
      <w:pPr>
        <w:jc w:val="right"/>
      </w:pPr>
      <w:r>
        <w:t>الگکرکےکیاہے؟ قرآن کیstudyکریں،قرآنپرغوروفکرکریں۔ اللہ کےبارےمیںسوچیں۔ اللہ کاذکرکریں۔</w:t>
      </w:r>
    </w:p>
    <w:p>
      <w:r>
        <w:rPr>
          <w:b/>
        </w:rPr>
        <w:t xml:space="preserve">[57:12] </w:t>
      </w:r>
      <w:r>
        <w:t>yeh sab sara maamla b sabtaon ke aitkaf ka matlab hai alag ho kar sochna .</w:t>
      </w:r>
    </w:p>
    <w:p>
      <w:pPr>
        <w:jc w:val="right"/>
      </w:pPr>
      <w:r>
        <w:t>یہسب سارامعاملہ بسبتاؤںکہ اعتکافکامطلبہےالگہوکرسوچنا ۔</w:t>
      </w:r>
    </w:p>
    <w:p>
      <w:r>
        <w:rPr>
          <w:b/>
        </w:rPr>
        <w:t xml:space="preserve">[57:19] </w:t>
      </w:r>
      <w:r>
        <w:t>wo hota hai, aitkaf hota hai barah e tadabur</w:t>
      </w:r>
    </w:p>
    <w:p>
      <w:pPr>
        <w:jc w:val="right"/>
      </w:pPr>
      <w:r>
        <w:t>وہہوتاہے، اعتکافہوتاہےبراہِتد بر</w:t>
      </w:r>
    </w:p>
    <w:p>
      <w:r>
        <w:rPr>
          <w:b/>
        </w:rPr>
        <w:t xml:space="preserve">[57:25] </w:t>
      </w:r>
      <w:r>
        <w:t>. barah e tadabur .</w:t>
      </w:r>
    </w:p>
    <w:p>
      <w:pPr>
        <w:jc w:val="right"/>
      </w:pPr>
      <w:r>
        <w:t>۔ براہِتد بر ۔</w:t>
      </w:r>
    </w:p>
    <w:p>
      <w:r>
        <w:rPr>
          <w:b/>
        </w:rPr>
        <w:t xml:space="preserve">[57:31] </w:t>
      </w:r>
      <w:r>
        <w:t>to yeh hadees mein aata hai ke "هُوَيَتَكَفُّرُالْذُنُوبِ ". ke mu'takif aadmi jo hai wo gunahon se apnay aap ko alag karta hai, bachata hai.</w:t>
      </w:r>
    </w:p>
    <w:p>
      <w:pPr>
        <w:jc w:val="right"/>
      </w:pPr>
      <w:r>
        <w:t>تویہ حدیثمیںآتاہےکہ"هُوَيَتَكَفُّرُالْذُنُوبِ "۔کہ معتکفآدمیجوہے وہ گناہوںسےاپنےآپکو الگکرتاہے،بچاتاہے۔</w:t>
      </w:r>
    </w:p>
    <w:p>
      <w:r>
        <w:rPr>
          <w:b/>
        </w:rPr>
        <w:t xml:space="preserve">[57:43] </w:t>
      </w:r>
      <w:r>
        <w:t>to kyun kar bacha pata hai</w:t>
      </w:r>
    </w:p>
    <w:p>
      <w:pPr>
        <w:jc w:val="right"/>
      </w:pPr>
      <w:r>
        <w:t>توکیوں کربچاپاتاہے</w:t>
      </w:r>
    </w:p>
    <w:p>
      <w:r>
        <w:rPr>
          <w:b/>
        </w:rPr>
        <w:t xml:space="preserve">[57:45] </w:t>
      </w:r>
      <w:r>
        <w:t>? kyun kay wo ab sochta hai, distractions apnay ko rokta hai, tab tab bhi bacha pata hai. aisay hi dainkhain lailatul qadr hai, is ke baray mein quran majeed mein aaya hai ke wo salam , salam tak keerat hai wo .</w:t>
      </w:r>
    </w:p>
    <w:p>
      <w:pPr>
        <w:jc w:val="right"/>
      </w:pPr>
      <w:r>
        <w:t>؟کیوںکہوہ ابسوچتاہے، dist ractions اپنے کو روکتاہے، تب تببھیبچاپاتاہے۔ ایسےہیدیکھیں لیلۃ القدر ہے، اسکےبارےمیںقرآنمج یدمیںآیاہے کہوہ سلام ،سلام تیکیراتہےوہ ۔</w:t>
      </w:r>
    </w:p>
    <w:p>
      <w:r>
        <w:rPr>
          <w:b/>
        </w:rPr>
        <w:t xml:space="preserve">[58:02] </w:t>
      </w:r>
      <w:r>
        <w:t>yeh bohat ahem baat hai. lailatul qadr ko salamat keerat kyun kaha gaya? kyun kay salamti jo hai, peace jo hai, sab se bari value hai allah ta'ala ke nazdeek.</w:t>
      </w:r>
    </w:p>
    <w:p>
      <w:pPr>
        <w:jc w:val="right"/>
      </w:pPr>
      <w:r>
        <w:t>یہبہتاہمباتہے۔ لیلۃ القدرکوسلامتیکیراتکیوںکہاگیا ؟ کیوںکہ سلام تیجوہے، peaceجوہے، سبسےبڑیvalueہےاللہتعالیٰکےنزدیک۔</w:t>
      </w:r>
    </w:p>
    <w:p>
      <w:r>
        <w:rPr>
          <w:b/>
        </w:rPr>
        <w:t xml:space="preserve">[58:16] </w:t>
      </w:r>
      <w:r>
        <w:t>sab se valuable cheez allah ta'ala ke nazdeek peace hai. kal aik kuch log aaye thay, un se mein ne baat cheet hotay huay mein ne kaha ke islam mein do cheezain basic hain.</w:t>
      </w:r>
    </w:p>
    <w:p>
      <w:pPr>
        <w:jc w:val="right"/>
      </w:pPr>
      <w:r>
        <w:t>سبسےval uableچیزاللہتعالیٰکےنزدیکpeaceہے۔ کل ایک کچھلوگآئےتھے،انسےمیںنےباتچیت ہوتےہوئےمیںنےکہا کہ اسلام میں دوچیزیں basicہیں۔</w:t>
      </w:r>
    </w:p>
    <w:p>
      <w:r>
        <w:rPr>
          <w:b/>
        </w:rPr>
        <w:t xml:space="preserve">[58:27] </w:t>
      </w:r>
      <w:r>
        <w:t>toheed aur aman . yani monotheism aur peace . monotheism islam ki ideology hai.</w:t>
      </w:r>
    </w:p>
    <w:p>
      <w:pPr>
        <w:jc w:val="right"/>
      </w:pPr>
      <w:r>
        <w:t>توحید اور امن ۔ یعنی mon otheism اور peace ۔ Mon otheism اسلام کیide ologyہے۔</w:t>
      </w:r>
    </w:p>
    <w:p>
      <w:r>
        <w:rPr>
          <w:b/>
        </w:rPr>
        <w:t xml:space="preserve">[58:36] </w:t>
      </w:r>
      <w:r>
        <w:t>aur peace islam ka method hai. islam ki methodology jo hai wo peace par base karti hai. islam ki ideology jo hai wo toheed par base karti hai.</w:t>
      </w:r>
    </w:p>
    <w:p>
      <w:pPr>
        <w:jc w:val="right"/>
      </w:pPr>
      <w:r>
        <w:t>اورpeace اسلام کا method ہے۔ اسلام کی method ologyجوہےوہpeaceپرbaseکرتیہے۔ اسلام کیide ologyجوہےوہتوحیدپرbaseکرتیہے۔</w:t>
      </w:r>
    </w:p>
    <w:p>
      <w:r>
        <w:rPr>
          <w:b/>
        </w:rPr>
        <w:t xml:space="preserve">[58:48] </w:t>
      </w:r>
      <w:r>
        <w:t>to lailatul qadr ke baray mein jo salam ka lafz aaya hai, salamti, aman, peace , wo bohat ahem hai.</w:t>
      </w:r>
    </w:p>
    <w:p>
      <w:pPr>
        <w:jc w:val="right"/>
      </w:pPr>
      <w:r>
        <w:t>تو لیلۃالقدرکےبارےمیںجوسلامکالفظآیاہے،سلامتی ، امن،peace ،وہبہتہیاہمہے۔</w:t>
      </w:r>
    </w:p>
    <w:p>
      <w:r>
        <w:rPr>
          <w:b/>
        </w:rPr>
        <w:t xml:space="preserve">[58:59] </w:t>
      </w:r>
      <w:r>
        <w:t>islam ki sari yani jo jo nazriyat hain, jo afkar hain, wo sab direct ya indirect jo hai toheed se mutfar'e hotay hain.</w:t>
      </w:r>
    </w:p>
    <w:p>
      <w:pPr>
        <w:jc w:val="right"/>
      </w:pPr>
      <w:r>
        <w:t>اسلام کی ساری یعنی جو جو نظریاتہیں،جو افکارہیں،وہسب direct یاind irectجوہے توحید سے مت فرعہوتےہیں۔</w:t>
      </w:r>
    </w:p>
    <w:p>
      <w:r>
        <w:rPr>
          <w:b/>
        </w:rPr>
        <w:t xml:space="preserve">[59:11] </w:t>
      </w:r>
      <w:r>
        <w:t>jitnay bhi afkar hain, jitnay bhi nazriyat hain, jitnay bhi baaten hain, fikri , wo sab indirect ya direct toheed se nikaltay hain.</w:t>
      </w:r>
    </w:p>
    <w:p>
      <w:pPr>
        <w:jc w:val="right"/>
      </w:pPr>
      <w:r>
        <w:t>جتنےبھی افکارہیں،جتنےبھینظریاتہیں،جتنےبھی باتیںہیں، فکری ،وہسب ind irectیاdirect توحیدسے نکلتےہیں۔</w:t>
      </w:r>
    </w:p>
    <w:p>
      <w:r>
        <w:rPr>
          <w:b/>
        </w:rPr>
        <w:t xml:space="preserve">[59:24] </w:t>
      </w:r>
      <w:r>
        <w:t>isi tarah se islam ke jo amli pehlu hain, amli jo tareeqa kar hai, jo amli pehlu hai, wo sab direct ya indirect peace se wabasta hain.</w:t>
      </w:r>
    </w:p>
    <w:p>
      <w:pPr>
        <w:jc w:val="right"/>
      </w:pPr>
      <w:r>
        <w:t>اسیطرحسےاسلام کےجوعملیپہلوہیں،عملی جو طریقہکار ہے،جوعملیپہلوہے، وہ سب direct یاindirectpeaceسےوابستہہے۔</w:t>
      </w:r>
    </w:p>
    <w:p>
      <w:r>
        <w:rPr>
          <w:b/>
        </w:rPr>
        <w:t xml:space="preserve">[59:35] </w:t>
      </w:r>
      <w:r>
        <w:t>to gaya ke hum ko nazariyaati ma'ani mein mukammal tor par mu'ahid banna hai. amli ma'ani mein mukammal tor par aman pasand banna hai. meri dua hai ke allah ta'ala hum ko aur aap ko</w:t>
      </w:r>
    </w:p>
    <w:p>
      <w:pPr>
        <w:jc w:val="right"/>
      </w:pPr>
      <w:r>
        <w:t>توگیاکہہمکو نظری اتی معنیمیں مک ملطورپرمعاہدبنناہے۔ عملیمعنیمیںمکمل طورپر امنپسندبنناہے۔ میریدعاہےکہاللہتعالیٰ ہمکو اورآپکو</w:t>
      </w:r>
    </w:p>
    <w:p>
      <w:r>
        <w:rPr>
          <w:b/>
        </w:rPr>
        <w:t xml:space="preserve">[59:50] </w:t>
      </w:r>
      <w:r>
        <w:t>tofeeq de ke hum sab aray mein allah se qareeb hon, allah subhanahu wa ta'ala ki ibadat karain. aur aakhir mein allah ki rehmaton ko mustahiq qarar paain. aqool qawli hadha wastaghfirullaha li walakum ajmaeen</w:t>
      </w:r>
    </w:p>
    <w:p>
      <w:pPr>
        <w:jc w:val="right"/>
      </w:pPr>
      <w:r>
        <w:t>توفیقدےکہہماسبارےمیں اللہ سےقریبہوں، اللہسبحانہوتعالیٰکیعبادتکریں۔ اور آخرتمیںاللہ کیرحمتوںکومست حققرار پائیں۔ أقول قوليهذا واستغفراللهليولكماجمعین</w:t>
      </w:r>
    </w:p>
    <w:p>
      <w:r>
        <w:rPr>
          <w:b/>
        </w:rPr>
        <w:t xml:space="preserve">[1:00:15] </w:t>
      </w:r>
      <w:r>
        <w:t>. maulana, yeh sawal aaya hai mr ahmad ka dubai se , unhon ne likha hai "What is remedy to sahar that is magic in Islam ? Is it possible to find out who is doing this mischief on my family ?"</w:t>
      </w:r>
    </w:p>
    <w:p>
      <w:pPr>
        <w:jc w:val="right"/>
      </w:pPr>
      <w:r>
        <w:t>۔مولانا،یہسوال آیاہے مسٹر احمد کا دبئیسے ،انہوںنےلکھاہے "Whatis remedyto سحر that is mag ic in Islam ?Isit poss ible to find out who isdoingthis m ischief on my family ?"</w:t>
      </w:r>
    </w:p>
    <w:p>
      <w:r>
        <w:rPr>
          <w:b/>
        </w:rPr>
        <w:t xml:space="preserve">[1:00:43] </w:t>
      </w:r>
      <w:r>
        <w:t>. dainkhain, sahar ke baray mein log bohat , mera khayal hai, barhaate charhaate hain. sahar jo hai,</w:t>
      </w:r>
    </w:p>
    <w:p>
      <w:pPr>
        <w:jc w:val="right"/>
      </w:pPr>
      <w:r>
        <w:t>۔دیکھیں،سحرکےبارےمیں لوگبہت ،میراخیالہے،بڑ ھاتےچڑھاتےہیں۔ سحرجوہے،</w:t>
      </w:r>
    </w:p>
    <w:p>
      <w:r>
        <w:rPr>
          <w:b/>
        </w:rPr>
        <w:t xml:space="preserve">[1:00:53] </w:t>
      </w:r>
      <w:r>
        <w:t>kabhi bhi insaan ko , yani aisa nahi hota ke wo overpower kar le. koi bhi cheez aisi nahi hai jo allah ki marzi ke baghair insaan ko takleef pohanchaye, is ko maghloob kar le. aisa nahi ho</w:t>
      </w:r>
    </w:p>
    <w:p>
      <w:pPr>
        <w:jc w:val="right"/>
      </w:pPr>
      <w:r>
        <w:t>کبھیبھیانسانکو ،یعنی ایسانہیںہوتاکہ وہover powerکرلے۔ کوئیبھیچیزایسینہیںہے جو اللہ کیمرضیکےبغیر انسانکو تکلیفپہنچائے،اسکومغلوبکرلے۔ایسانہیںہو</w:t>
      </w:r>
    </w:p>
    <w:p>
      <w:r>
        <w:rPr>
          <w:b/>
        </w:rPr>
        <w:t xml:space="preserve">[1:01:12] </w:t>
      </w:r>
      <w:r>
        <w:t>sakta. mein nahi manta ke sahar jo hai, insaan ko maghloob kar sakta hai. log is mein za'eef al-a'tiqad hotay hain, un ke zehn, yani soch mein toham parasti hoti hai.</w:t>
      </w:r>
    </w:p>
    <w:p>
      <w:pPr>
        <w:jc w:val="right"/>
      </w:pPr>
      <w:r>
        <w:t>سکتا۔ میں نہیںمانتاکہسحرجوہے،انسانکو مغلوبکرسکتاہے۔ لوگ اسمیں ضعیفالاعتقادہوتےہیں، ان کے ذہن، یعنی سوچمیںتوہم پرستیہوتیہے۔</w:t>
      </w:r>
    </w:p>
    <w:p>
      <w:r>
        <w:rPr>
          <w:b/>
        </w:rPr>
        <w:t xml:space="preserve">[1:01:28] </w:t>
      </w:r>
      <w:r>
        <w:t xml:space="preserve">un asbaab se wo is ke , yani is ke asar mein aajatay hain. mere oopar sahar kiya gaya , mere oopar koi asar nahi hua . </w:t>
      </w:r>
    </w:p>
    <w:p>
      <w:pPr>
        <w:jc w:val="right"/>
      </w:pPr>
      <w:r>
        <w:t>ان اسبابسے وہ اسکے ،یعنی اسکےاثرمیںآجاتےہیں۔ میرےاوپرسحرکیاگیا ،میرےاوپرکوئیاثرنہیںہوا ۔</w:t>
      </w:r>
    </w:p>
    <w:p>
      <w:r>
        <w:rPr>
          <w:b/>
        </w:rPr>
        <w:t xml:space="preserve">[1:01:40] </w:t>
      </w:r>
      <w:r>
        <w:t>to asal cheez, aaj dekhein, yaad rakhein, asal cheez sehar nahin hai. asal cheez woh insaan hai jis par sehar ka asar, jis par sehar kiya gaya hai. log aam taur par sehar ke le kar kuch sochte hain, aam taur par sehar ko le kar sochte hain. nahin, aap us ko le kar sochen jis par sehar kiya gaya hai.</w:t>
      </w:r>
    </w:p>
    <w:p>
      <w:pPr>
        <w:jc w:val="right"/>
      </w:pPr>
      <w:r>
        <w:t>تو اصلچیز، آجدیکھیں،یادرکھیں،اصلچیزسحرنہیںہے۔ اصلچیزوہانسان ہےجسپرسحرکااثر ،جسپرسحرکیاگیاہے۔ لوگ عامطورپرسحرکےلےکرکچھسوچتےہیں، عام طورپرسحرکولےکرسوچتےہیں۔نہیں،آپاسکولےکرسوچیںجسپر سحرکیاگیاہے۔</w:t>
      </w:r>
    </w:p>
    <w:p>
      <w:r>
        <w:rPr>
          <w:b/>
        </w:rPr>
        <w:t xml:space="preserve">[1:01:55] </w:t>
      </w:r>
      <w:r>
        <w:t>woh aadmi agar strong hai apni thinking mein, koi asar nahin hoga. woh hota hai bahut superfluous, superfluous hoga, barha maamooli hoga.</w:t>
      </w:r>
    </w:p>
    <w:p>
      <w:pPr>
        <w:jc w:val="right"/>
      </w:pPr>
      <w:r>
        <w:t>وہ آدمیاگر strongہےاپنی thinkingمیں، کوئیاثرنہیںہوگا۔ وہہوتاہےبہت super fluous،superfluousہوگا، بڑامعمولیہوگا۔</w:t>
      </w:r>
    </w:p>
    <w:p>
      <w:r>
        <w:rPr>
          <w:b/>
        </w:rPr>
        <w:t xml:space="preserve">[1:02:06] </w:t>
      </w:r>
      <w:r>
        <w:t>yani kuch hota hai, bas darjay mein ho sakta hai, yani touch kare, us darjay mein ho sakta hai woh. lekin woh aap ko, yani magloob kar le, aisa nahin ho sakta.</w:t>
      </w:r>
    </w:p>
    <w:p>
      <w:pPr>
        <w:jc w:val="right"/>
      </w:pPr>
      <w:r>
        <w:t>یعنیکچھہوتاہے،بسکادرجہمیںہوسکتاہے،یعنیtouchکرے، اسدرجےمیںہوسکتاہےوہ۔ لیکن وہآپکو ،یعنی مغ لوبکرلے، ایسانہیںہوسکتا۔</w:t>
      </w:r>
    </w:p>
    <w:p>
      <w:r>
        <w:rPr>
          <w:b/>
        </w:rPr>
        <w:t xml:space="preserve">[1:02:18] </w:t>
      </w:r>
      <w:r>
        <w:t>to mein samajhta hoon ke aadmi ko chahiye ke woh Quran o Hadees ko parhe aur fikri haisiyat se woh strong aadmi ho, saaf suthra rahe, paakizah rahe, namaz wazu karta ho.</w:t>
      </w:r>
    </w:p>
    <w:p>
      <w:pPr>
        <w:jc w:val="right"/>
      </w:pPr>
      <w:r>
        <w:t>تومیںسمجھتاہوںکہآدمیکوچاہیےکہوہ قرآنوحدیثکوپڑھے اور فکریحیثیتسےوہ strongآدمیہو ، صافستھرارہے، پاک یزہرہے ، نمازوضوکرتاہو۔</w:t>
      </w:r>
    </w:p>
    <w:p>
      <w:r>
        <w:rPr>
          <w:b/>
        </w:rPr>
        <w:t xml:space="preserve">[1:02:30] </w:t>
      </w:r>
      <w:r>
        <w:t>to sehar ya koi aisi cheez is par asar nahin karegi.</w:t>
      </w:r>
    </w:p>
    <w:p>
      <w:pPr>
        <w:jc w:val="right"/>
      </w:pPr>
      <w:r>
        <w:t>تو سحریاکوئیایسیچیزاسپراثرنہیںکرےگی۔</w:t>
      </w:r>
    </w:p>
    <w:p>
      <w:r>
        <w:rPr>
          <w:b/>
        </w:rPr>
        <w:t xml:space="preserve">[1:02:34] </w:t>
      </w:r>
      <w:r>
        <w:t>leisala alaihiminsult an. lekin jo log zaeef ul aiteqaad hon, superstitious mein jeete hon, superstitious hon</w:t>
      </w:r>
    </w:p>
    <w:p>
      <w:pPr>
        <w:jc w:val="right"/>
      </w:pPr>
      <w:r>
        <w:t>لَيَسَلَكَعَلَيْهِمِنْسُلْتَ انٍ۔لیکن جولوگ ضعیف الاعتقاد ہوں، super stitious میںجیتےہوں، super stitiousہوں</w:t>
      </w:r>
    </w:p>
    <w:p>
      <w:r>
        <w:rPr>
          <w:b/>
        </w:rPr>
        <w:t xml:space="preserve">[1:02:48] </w:t>
      </w:r>
      <w:r>
        <w:t>aur jinke andar confusion ho, woh wazeh wazeh soch na ho. basically, superstition jo hai, aksar log superstition mein jeete hain.</w:t>
      </w:r>
    </w:p>
    <w:p>
      <w:pPr>
        <w:jc w:val="right"/>
      </w:pPr>
      <w:r>
        <w:t>اور جنکےاندر conf usionہو ، وہ واضح واضحسوچنہہو۔ Basically، super stitionجوہے، اکثرلوگ superstitionمیںجیتےہیں۔</w:t>
      </w:r>
    </w:p>
    <w:p>
      <w:r>
        <w:rPr>
          <w:b/>
        </w:rPr>
        <w:t xml:space="preserve">[1:03:00] </w:t>
      </w:r>
      <w:r>
        <w:t>sab se ahem cheez jo hai, aap ko, yani vulnerable banati hai. jo aadmi superstition mein jeeta ho, woh ka vulnerable hai sehar ke liye.</w:t>
      </w:r>
    </w:p>
    <w:p>
      <w:pPr>
        <w:jc w:val="right"/>
      </w:pPr>
      <w:r>
        <w:t>سبسےاہمچیزجوہے، آپکو ،یعنی vulner ableبناتیہے۔ جوآدمی super stitionمیںجیتاہو، وہ کا vulnerableہےسحرکےلیے۔</w:t>
      </w:r>
    </w:p>
    <w:p>
      <w:r>
        <w:rPr>
          <w:b/>
        </w:rPr>
        <w:t xml:space="preserve">[1:03:13] </w:t>
      </w:r>
      <w:r>
        <w:t>yeh baat mein samjha apne tajrube se ke ahem cheez yeh hai ke aadmi apne aap ko poori tarah superstitious thinking se bahar laye.</w:t>
      </w:r>
    </w:p>
    <w:p>
      <w:pPr>
        <w:jc w:val="right"/>
      </w:pPr>
      <w:r>
        <w:t>یہبات میںسمجھا اپنےتجربےسے کہاہمچیزیہہےکہآدمی اپنےآپکو پوریطرح super stitiousthinkingسےباہرلائے۔</w:t>
      </w:r>
    </w:p>
    <w:p>
      <w:r>
        <w:rPr>
          <w:b/>
        </w:rPr>
        <w:t xml:space="preserve">[1:03:24] </w:t>
      </w:r>
      <w:r>
        <w:t>koi asar wa asar nahin hoga.</w:t>
      </w:r>
    </w:p>
    <w:p>
      <w:pPr>
        <w:jc w:val="right"/>
      </w:pPr>
      <w:r>
        <w:t>کوئیاثرواثرنہیںہوگا۔</w:t>
      </w:r>
    </w:p>
    <w:p>
      <w:r>
        <w:rPr>
          <w:b/>
        </w:rPr>
        <w:t xml:space="preserve">[1:03:26] </w:t>
      </w:r>
      <w:r>
        <w:t>isi liye aap dekhiye, yeh woh log jin ki jadeed taleem yafta hain, jin ki science taleem mein hui hai, woh jinki taleem science mein hui hai, woh inko is sab kuch se koi asar nahin hota. in par, yani scientific community par koi asar nahin hota in baaton ka.</w:t>
      </w:r>
    </w:p>
    <w:p>
      <w:pPr>
        <w:jc w:val="right"/>
      </w:pPr>
      <w:r>
        <w:t>اسیلیےآپدیکھیے، یہ وہلوگ جن کیجدیدتعلیم یافتہہیں، جن کی سائنستعلیم میںہوئیہے، وہ جنکیتعلیم سائنسمیںہوئیہے، وہانکواسسبکچھسےکوئیاثرنہیںہوتا۔انپر ، یعنیسائنٹیفککمیونٹیپرکوئیاثرنہیںہوتاانسبباتوںکا۔</w:t>
      </w:r>
    </w:p>
    <w:p>
      <w:r>
        <w:rPr>
          <w:b/>
        </w:rPr>
        <w:t xml:space="preserve">[1:03:42] </w:t>
      </w:r>
      <w:r>
        <w:t>yeh mashriqi mulkon mein jahan ke log zaeef ul aiteqaad hain, to woh hum parast hain, superstitious hain, inhein mein is waqt asar hote hain. to education barhaiye, logon ki soch ko barhaiye, logon ke andar powerful thinking paida kijiye, yeh apne aap khatam ho jayega.</w:t>
      </w:r>
    </w:p>
    <w:p>
      <w:pPr>
        <w:jc w:val="right"/>
      </w:pPr>
      <w:r>
        <w:t>یہ مشرقیملکوںمیںجہاںکےلوگ ضعیف الاعتقادہیں، تووہہمپرستہیں، super stitiousہیں،انہیمیںاسوقتاثرہوتےہیں۔ توeduc ationبڑھائیے،لوگوںکیسوچکوبڑھائیے، لوگوںکےاندر powerfulthinkingپیدا کیجیے،یہاپنےآپختمہوجائےگا۔</w:t>
      </w:r>
    </w:p>
    <w:p>
      <w:r>
        <w:rPr>
          <w:b/>
        </w:rPr>
        <w:t xml:space="preserve">[1:03:57] </w:t>
      </w:r>
      <w:r>
        <w:t>to khulasa yeh hai ke sehar ko le kar mat Sochiye. jis aadmi ko sehar kiya gaya, us par is ke rukh kar Sochiye.</w:t>
      </w:r>
    </w:p>
    <w:p>
      <w:pPr>
        <w:jc w:val="right"/>
      </w:pPr>
      <w:r>
        <w:t>تو خلاصہیہہےکہ سحرکو لےکرمتسوچیے۔ جسآدمیکوسحر کیا گیا،اسپراس کےرخکرسوچیے۔</w:t>
      </w:r>
    </w:p>
    <w:p>
      <w:r>
        <w:rPr>
          <w:b/>
        </w:rPr>
        <w:t xml:space="preserve">[1:04:07] </w:t>
      </w:r>
      <w:r>
        <w:t>yeh maine apne tajrube se aisa paya hai.</w:t>
      </w:r>
    </w:p>
    <w:p>
      <w:pPr>
        <w:jc w:val="right"/>
      </w:pPr>
      <w:r>
        <w:t>یہمیںنےاپنےتجربےسےایسا پایاہے۔</w:t>
      </w:r>
    </w:p>
    <w:p>
      <w:r>
        <w:rPr>
          <w:b/>
        </w:rPr>
        <w:t xml:space="preserve">[1:04:12] </w:t>
      </w:r>
      <w:r>
        <w:t>inka ek aur sawal hai, Maulana, unhone poocha hai "Wherein Quran it is mentioned that Allah created hawa from the rib of Adam alaihissalam?</w:t>
      </w:r>
    </w:p>
    <w:p>
      <w:pPr>
        <w:jc w:val="right"/>
      </w:pPr>
      <w:r>
        <w:t>انکا ایکاور سوالہے، مولانا،انہوںنےپوچھاہے "WhereinQuranitisment ioned that Allah cre ated ح وا from theribsof Adam alaihissalam?</w:t>
      </w:r>
    </w:p>
    <w:p>
      <w:r>
        <w:rPr>
          <w:b/>
        </w:rPr>
        <w:t xml:space="preserve">[1:04:24] </w:t>
      </w:r>
      <w:r>
        <w:t>" . nahin, nahin, yeh Israeli riwayat mein aisa hai, Islam mein aisa nahin hai ke rib se paida kiya. aisa nahin hai, na aisa Hadees mein hai, na aisa Quran mein hai.</w:t>
      </w:r>
    </w:p>
    <w:p>
      <w:pPr>
        <w:jc w:val="right"/>
      </w:pPr>
      <w:r>
        <w:t>"۔نہیں ،نہیں، یہ اسرائیلیروایات میںایساہے، اسلام میںایسانہیںہےکہribسےپیدا کیا۔ ایسانہیںہے، نہ ایساحدیثمیںہے،نہایساقرآنمیںہے۔</w:t>
      </w:r>
    </w:p>
    <w:p>
      <w:r>
        <w:rPr>
          <w:b/>
        </w:rPr>
        <w:t xml:space="preserve">[1:04:36] </w:t>
      </w:r>
      <w:r>
        <w:t>Israeli riwayat mein hai, woh aa gaya Musalmanon ke haan, taloo karne laga aisa.</w:t>
      </w:r>
    </w:p>
    <w:p>
      <w:pPr>
        <w:jc w:val="right"/>
      </w:pPr>
      <w:r>
        <w:t>اسرائیلیروایتمیںہے،وہ آگیا مسلمانوںکےہاں، طلوع کرنےلگاایسا۔</w:t>
      </w:r>
    </w:p>
    <w:p>
      <w:r>
        <w:rPr>
          <w:b/>
        </w:rPr>
        <w:t xml:space="preserve">[1:04:41] </w:t>
      </w:r>
      <w:r>
        <w:t>kyun ke Quran mein saaf saaf dekhiye ke khalaqa minha zawjahu. rabb nahin hai yahan .</w:t>
      </w:r>
    </w:p>
    <w:p>
      <w:pPr>
        <w:jc w:val="right"/>
      </w:pPr>
      <w:r>
        <w:t>کیونکہقرآنمیںصافصافدیکھیے کہ خَلَقَ مِنْهَا زَوْجَہ۔ ربنہیںہےیہاں ۔</w:t>
      </w:r>
    </w:p>
    <w:p>
      <w:r>
        <w:rPr>
          <w:b/>
        </w:rPr>
        <w:t xml:space="preserve">[1:04:50] </w:t>
      </w:r>
      <w:r>
        <w:t>is ka matlab hai ke jo jo jis maade se insaan ko banaya, jis maade se mard ko banaya, usi maade se aurat ko bhi banaya.</w:t>
      </w:r>
    </w:p>
    <w:p>
      <w:pPr>
        <w:jc w:val="right"/>
      </w:pPr>
      <w:r>
        <w:t>اسکامطلبہےکہجو جو جس مادےسےانسانکو بنایا، جس جسمادےسےمردکوبنایا،اسیمادےسے عورتکوبھیبنایا۔</w:t>
      </w:r>
    </w:p>
    <w:p>
      <w:r>
        <w:rPr>
          <w:b/>
        </w:rPr>
        <w:t xml:space="preserve">[1:05:00] </w:t>
      </w:r>
      <w:r>
        <w:t>maade takhleeq dono ka ek sa hai. yeh yeh matlab hai is ka .</w:t>
      </w:r>
    </w:p>
    <w:p>
      <w:pPr>
        <w:jc w:val="right"/>
      </w:pPr>
      <w:r>
        <w:t>مادے تخلیقدونوںکااقسامہے۔ یہ یہمطلبہےاسکا ۔</w:t>
      </w:r>
    </w:p>
    <w:p>
      <w:r>
        <w:rPr>
          <w:b/>
        </w:rPr>
        <w:t xml:space="preserve">[1:05:06] </w:t>
      </w:r>
      <w:r>
        <w:t>woh is se maada, woh is se stuff jis se ke banaya mard ko, usi se banaya aurat ko. baqi jo rabb wali baat hai, woh Isai riwayat mein hai, woh kuch kitabon mein aa gayi hai, lekin woh Islam se is ka koi taluq nahin hai.</w:t>
      </w:r>
    </w:p>
    <w:p>
      <w:pPr>
        <w:jc w:val="right"/>
      </w:pPr>
      <w:r>
        <w:t>وہ اسسے مادہ،وہاسسے اسٹف جسسے کہبن ایا مرد کو،اسیبنایاعورتکو۔ باقیجو ربوالیباتہے، وہ عیسائیروایتمیںہے،وہکچھکتاب وںمیںآگئیہے،لیکنوہاسلام سےاسکاکوئیتعلقنہیںہے۔</w:t>
      </w:r>
    </w:p>
    <w:p>
      <w:r>
        <w:rPr>
          <w:b/>
        </w:rPr>
        <w:t xml:space="preserve">[1:05:25] </w:t>
      </w:r>
      <w:r>
        <w:t>Maulana Iqbal Umer ne Tamil Nadu se likha hai :"Allah ne kaha ke roza mere liye hai jab ke har ibadat usi ke liye hai.</w:t>
      </w:r>
    </w:p>
    <w:p>
      <w:pPr>
        <w:jc w:val="right"/>
      </w:pPr>
      <w:r>
        <w:t>مول انا اقبال عمرینے تملناڈوسے لکھاہے :"اللہنےکہا کہ روز ہ میرےلیے ہے جب کہ ہر عبادت اسیکےلیےہے۔</w:t>
      </w:r>
    </w:p>
    <w:p>
      <w:r>
        <w:rPr>
          <w:b/>
        </w:rPr>
        <w:t xml:space="preserve">[1:05:36] </w:t>
      </w:r>
      <w:r>
        <w:t>aisa kyun ?" maine arz kiya ke yeh yeh takhsees ke maane mein nahin hai. har amal jo khalis Allah ke liye ho, us maane mein hai.</w:t>
      </w:r>
    </w:p>
    <w:p>
      <w:pPr>
        <w:jc w:val="right"/>
      </w:pPr>
      <w:r>
        <w:t>ایساکیوں ؟" میںنےعرضکیاناکہیہ یہ تخصیصکےمعنیمیںنہیںہے۔ ہرعمل جو خالصاللہ کےلیےہو،اسمعنیمیںہے۔</w:t>
      </w:r>
    </w:p>
    <w:p>
      <w:r>
        <w:rPr>
          <w:b/>
        </w:rPr>
        <w:t xml:space="preserve">[1:05:50] </w:t>
      </w:r>
      <w:r>
        <w:t>koi bhi amal, koi bhi amal jo khalis Allah ke liye ho, dawat ka aap kaam karen khalis Allah ke liye, to is ka bhi aap ko is tarah bahut zyada ajr milega jis tarah se roze ke liye bataya gaya hai.</w:t>
      </w:r>
    </w:p>
    <w:p>
      <w:pPr>
        <w:jc w:val="right"/>
      </w:pPr>
      <w:r>
        <w:t>کوئیبھیعمل ،کوئیبھیعمل جو خالصاللہکےلیےہو، دعوت کاآپکام کریںخالصاللہکےلیے ،تواسکابھیآپکو اسطرحبہتزیادہ اجر ملےگاجسطرح سےروزےکےلیے بتایاگیاہے۔</w:t>
      </w:r>
    </w:p>
    <w:p>
      <w:r>
        <w:rPr>
          <w:b/>
        </w:rPr>
        <w:t xml:space="preserve">[1:06:04] </w:t>
      </w:r>
      <w:r>
        <w:t>to basic baat yeh hai ke is mein jo hai li hai, jo kaam li yani Allah ka ho, us par zor jis mein hai woh li hai ke mere liye, Allah ke liye.</w:t>
      </w:r>
    </w:p>
    <w:p>
      <w:pPr>
        <w:jc w:val="right"/>
      </w:pPr>
      <w:r>
        <w:t>تو basicباتیہہےکہ اسمیں جوہے لیہے، جو کام لی یعنیللہ کاہو، اسپر زورجسمیںہےوہ لیہے کہمیرےلیے،اللہ کےلیے۔</w:t>
      </w:r>
    </w:p>
    <w:p>
      <w:r>
        <w:rPr>
          <w:b/>
        </w:rPr>
        <w:t xml:space="preserve">[1:06:17] </w:t>
      </w:r>
      <w:r>
        <w:t>to yahan par yani roze ka jo ke reference mein jo baat aai hai, is ko aap generalize kijiye.</w:t>
      </w:r>
    </w:p>
    <w:p>
      <w:pPr>
        <w:jc w:val="right"/>
      </w:pPr>
      <w:r>
        <w:t>تو یہاںپر یعنی روز ےکا جو کہrefer enceمیںجوباتآئیہے، اسکوآپ gener alizeکیجیے۔</w:t>
      </w:r>
    </w:p>
    <w:p>
      <w:r>
        <w:rPr>
          <w:b/>
        </w:rPr>
        <w:t xml:space="preserve">[1:06:28] </w:t>
      </w:r>
      <w:r>
        <w:t>jaise ke mein ne arz kiya ke sabr ke bare mein yeh baat Quran majeed mein aai hai.</w:t>
      </w:r>
    </w:p>
    <w:p>
      <w:pPr>
        <w:jc w:val="right"/>
      </w:pPr>
      <w:r>
        <w:t>جیسےکہمیںنےعرضکیاکہصبرکےبارےمیںیہباتقرآنمجیدمیںآئیہے۔</w:t>
      </w:r>
    </w:p>
    <w:p>
      <w:r>
        <w:rPr>
          <w:b/>
        </w:rPr>
        <w:t xml:space="preserve">[1:06:34] </w:t>
      </w:r>
      <w:r>
        <w:t>to asal cheez yeh nahin ke roza ke liye liya hai, balkeh jo lillah ho, us ke liye hai. Yeh fa innahu lillahi fa innahu lillahi. To mein ne is par bohat ghore kiya to mein yahi baat aai ke yeh jo wada hai, woh roze par nahin hai, woh lillah par hai.</w:t>
      </w:r>
    </w:p>
    <w:p>
      <w:pPr>
        <w:jc w:val="right"/>
      </w:pPr>
      <w:r>
        <w:t>تو اصلچیز یہنہیں کہ روز ہکےلیے لیاہے،بلکہ جو للہہو،اسکےلیےہے۔یہ فَإِنْهُلِّي فَإِنْهُلِلَّهِ ۔تومیںنےاسپربہتغورکیاتومیںیہیب اتآئی کہ یہجو وعدہہے، وہ روز ےپرنہیںہے،وہللہ پرہے۔</w:t>
      </w:r>
    </w:p>
    <w:p>
      <w:r>
        <w:rPr>
          <w:b/>
        </w:rPr>
        <w:t xml:space="preserve">[1:06:54] </w:t>
      </w:r>
      <w:r>
        <w:t>jo kaam khalis taan Allah ke liye ho, aap dawat e kaam karein khalis taan Allah ke liye, na aap ko shohrat chahiye, na aap ko paisa chahiye, na aap ko stage chahiye, na aap ko izzat chahiye.</w:t>
      </w:r>
    </w:p>
    <w:p>
      <w:pPr>
        <w:jc w:val="right"/>
      </w:pPr>
      <w:r>
        <w:t>جو کام خالصتااللہ کےلیےہو ، آپ دعوتیکام کریںخالصتااللہکےلیے،نہآپکوشہرتچاہیے،نہآپکوپیسہچاہیے،نہآپکو اسٹیجچاہیے، نہآپکوعزتچاہیے۔</w:t>
      </w:r>
    </w:p>
    <w:p>
      <w:r>
        <w:rPr>
          <w:b/>
        </w:rPr>
        <w:t xml:space="preserve">[1:07:06] </w:t>
      </w:r>
      <w:r>
        <w:t>sirf Allah ke liye, sirf Allah ke liye. To dawat ke kaam par wohi sawab milega aap ko, be hisab sawab. Yaad rahe ke har kaam mein kuch na kuch aisi baatein jurri hui hain ke woh lillah ke liye, woh khalis khalis taan Allah ke liye na ho, balkeh kisi aur maqsad ke liye ho jaye.</w:t>
      </w:r>
    </w:p>
    <w:p>
      <w:pPr>
        <w:jc w:val="right"/>
      </w:pPr>
      <w:r>
        <w:t>صرف اللہ کےلیے،صرفاللہ کےلیے۔ تو دعوتکےکامپروہیثوابملےگاآپکو، بےحسابثواب۔ یادرہےکہہرکام میںکچھنہکچھایسیباتیںجڑیہوئیہیںکہوہ للہکےلیے،وہ خالصخ الصتااللہکےلیےنہہو،بلکہکسیاورمقصدکےلیےہوجائے۔</w:t>
      </w:r>
    </w:p>
    <w:p>
      <w:r>
        <w:rPr>
          <w:b/>
        </w:rPr>
        <w:t xml:space="preserve">[1:07:23] </w:t>
      </w:r>
      <w:r>
        <w:t>misal ke taur par stage ke liye ho jaye, shohrat ke liye ho jaye,</w:t>
      </w:r>
    </w:p>
    <w:p>
      <w:pPr>
        <w:jc w:val="right"/>
      </w:pPr>
      <w:r>
        <w:t>مثلاًاسٹیجکےلیےہوجائے،شہرتکےلیےہوجائے،</w:t>
      </w:r>
    </w:p>
    <w:p>
      <w:r>
        <w:rPr>
          <w:b/>
        </w:rPr>
        <w:t xml:space="preserve">[1:07:27] </w:t>
      </w:r>
      <w:r>
        <w:t>kisi aur cheez ke liye ho jaye. To mein is hadith par mein ne ghore kiya to mein samjha ke is mein asal cheez som nahin, asal cheez lillah hai. Fa innahu lillahi. To jo jo kaam bhi li yani lillah ke liye ho, is par woh woh sawab jo hai muttarattib ho jayega.</w:t>
      </w:r>
    </w:p>
    <w:p>
      <w:pPr>
        <w:jc w:val="right"/>
      </w:pPr>
      <w:r>
        <w:t>کسیاورچیزکےلیےہوجائے۔ تو میں اسحدیثپرمیںنےغورکیاتومیںسمجھا کہاسمیںاصلچیز صوم نہیں،اصلچیزللہہے۔ فَإِنْهُلِّي ۔توجو جو کام بھیلی یعنیللہکےلیےہو ، اسپر وہ وہ ثوابجوہے مترتبہوجائےگا۔</w:t>
      </w:r>
    </w:p>
    <w:p>
      <w:r>
        <w:rPr>
          <w:b/>
        </w:rPr>
        <w:t xml:space="preserve">[1:07:49] </w:t>
      </w:r>
      <w:r>
        <w:t>Mr Abdul Aziz ne Nanded se likha hai: "ek sahib jinka ek Islami organization se ta'alluq hai, unhon ne kaha ke aaj Jamaat e Islami ka literature terrorism ko barhaawa dene wale literature ki hesiyat se dekha ja raha hai,</w:t>
      </w:r>
    </w:p>
    <w:p>
      <w:pPr>
        <w:jc w:val="right"/>
      </w:pPr>
      <w:r>
        <w:t>مسٹر عبد العزیزنے ناندیڑسےلکھاہے: "ایک صاحب جنکا ایک اسلامی organiz ationسے تعلق ہے، انہوںنےکہا کہ آج جماعت اسلامی کا liter ature terrorismکوبڑھاوادینےوالے liter ature کی حیثیتسے دیکھاجارہاہے،</w:t>
      </w:r>
    </w:p>
    <w:p>
      <w:r>
        <w:rPr>
          <w:b/>
        </w:rPr>
        <w:t xml:space="preserve">[1:08:08] </w:t>
      </w:r>
      <w:r>
        <w:t>aur da'wati literature woh yeh hai jo Al Risalah ke tehat chhaapa gaya hai. Is maamle ki haqeeqat kya hai?"</w:t>
      </w:r>
    </w:p>
    <w:p>
      <w:pPr>
        <w:jc w:val="right"/>
      </w:pPr>
      <w:r>
        <w:t>اور دعوتیliter ature وہیہے جو الرسالہ کےتحت چھپاگیاہے۔ اس معاملےکی حقیقت کیا ہے ؟"</w:t>
      </w:r>
    </w:p>
    <w:p>
      <w:r>
        <w:rPr>
          <w:b/>
        </w:rPr>
        <w:t xml:space="preserve">[1:08:19] </w:t>
      </w:r>
      <w:r>
        <w:t>dekhein, mein kisi jamaat ke bare mein nahin kahunga, lekin jo bhi literature kahin bana hai, Arabi zuban mein ya Farsi zuban mein ya Urdu zuban mein, Angrezi zuban mein, har ek ke bare mein mein keh sakta hoon ke is mein mushtarak to par ek cheez hai, woh hai Islam ki superiority ko establish karna.</w:t>
      </w:r>
    </w:p>
    <w:p>
      <w:pPr>
        <w:jc w:val="right"/>
      </w:pPr>
      <w:r>
        <w:t>دیکھیں،میںکسی جماعتکےبارےمیںنہیںکہوںگا، لیکن جو بھی liter atureکہیں بناہے، عربیزبان میں یافار سیزبان میں یا اردوزبان میں،انگریزیزبان میں، ہرایکبارےمیںمیںکہہسکتاہوںکہاسمیں مشت رک طور پرایکچیزہے، وہہے اسلام کی sup eriorityکوestabl ishکرنا۔</w:t>
      </w:r>
    </w:p>
    <w:p>
      <w:r>
        <w:rPr>
          <w:b/>
        </w:rPr>
        <w:t xml:space="preserve">[1:08:40] </w:t>
      </w:r>
      <w:r>
        <w:t>yeh mushtarak hai.</w:t>
      </w:r>
    </w:p>
    <w:p>
      <w:pPr>
        <w:jc w:val="right"/>
      </w:pPr>
      <w:r>
        <w:t>یہمشت رکہے۔</w:t>
      </w:r>
    </w:p>
    <w:p>
      <w:r>
        <w:rPr>
          <w:b/>
        </w:rPr>
        <w:t xml:space="preserve">[1:08:43] </w:t>
      </w:r>
      <w:r>
        <w:t>aap un ko padh lijiye, aap kisi ek jamaat ki baat nahin kar raha hoon. Islam ek superior mazhab hai, is ki superiority establish karna yeh hamara mission hai.</w:t>
      </w:r>
    </w:p>
    <w:p>
      <w:pPr>
        <w:jc w:val="right"/>
      </w:pPr>
      <w:r>
        <w:t>آپانکوپڑھلیجیے،آپ کسی ایک جماعتکیباتمیںنہیںکررہاہوں۔ اسلام ایک sup eriorمذہبہے،اسکی sup eriority establ ishکرنایہہماراmissionہے۔</w:t>
      </w:r>
    </w:p>
    <w:p>
      <w:r>
        <w:rPr>
          <w:b/>
        </w:rPr>
        <w:t xml:space="preserve">[1:08:53] </w:t>
      </w:r>
      <w:r>
        <w:t>yeh chhaapa hua hai sab mein. Ya'ni Islam ek behtar deen hai, aur is ki behtari ko qaim karna yeh hamara mission hai.</w:t>
      </w:r>
    </w:p>
    <w:p>
      <w:pPr>
        <w:jc w:val="right"/>
      </w:pPr>
      <w:r>
        <w:t>یہ چھایاہواہےسبمیں۔ یعنیاسلام ایک بر تر دینہے، اوراسکیبرتریکو کو قائمکرنایہہمارا missionہے۔</w:t>
      </w:r>
    </w:p>
    <w:p>
      <w:r>
        <w:rPr>
          <w:b/>
        </w:rPr>
        <w:t xml:space="preserve">[1:09:04] </w:t>
      </w:r>
      <w:r>
        <w:t>to is se nikalta hai terrorism.</w:t>
      </w:r>
    </w:p>
    <w:p>
      <w:pPr>
        <w:jc w:val="right"/>
      </w:pPr>
      <w:r>
        <w:t>تواسیسے نکلتاہےterrorism ۔</w:t>
      </w:r>
    </w:p>
    <w:p>
      <w:r>
        <w:rPr>
          <w:b/>
        </w:rPr>
        <w:t xml:space="preserve">[1:09:08] </w:t>
      </w:r>
      <w:r>
        <w:t>sirf jo jo kitaabein chhaapi hain hamare yahan se, wohi is se khaali hain. Koi kitaab is se khaali nahin hai.</w:t>
      </w:r>
    </w:p>
    <w:p>
      <w:pPr>
        <w:jc w:val="right"/>
      </w:pPr>
      <w:r>
        <w:t>صرف جو جو کتاب یںچھپیہیں ہمارےہاںسے ،وہی اسسےخالیہیں۔ کوئیکتاب اسسےخالینہیںہے۔</w:t>
      </w:r>
    </w:p>
    <w:p>
      <w:r>
        <w:rPr>
          <w:b/>
        </w:rPr>
        <w:t xml:space="preserve">[1:09:18] </w:t>
      </w:r>
      <w:r>
        <w:t>na Arabi kitaab, na Farsi kitaab, na Angrezi kitaab, na Urdu kitaab, sab mein mushtarak yeh baat</w:t>
      </w:r>
    </w:p>
    <w:p>
      <w:pPr>
        <w:jc w:val="right"/>
      </w:pPr>
      <w:r>
        <w:t>نہعربیکتاب ،نہفارسیکتاب ،نہانگریزیکتاب ،نہاردوکتاب ، سب میں مشت رکہےیہبات</w:t>
      </w:r>
    </w:p>
    <w:p>
      <w:r>
        <w:rPr>
          <w:b/>
        </w:rPr>
        <w:t xml:space="preserve">[1:09:26] </w:t>
      </w:r>
      <w:r>
        <w:t>ke sab yeh Musalmanon ka mindset yeh hai ke hamara mazhab sab se achha mazhab hai, hamara mazhab superior mazhab hai, is liye hamare mazhab ko superiority milni chahiye dunya mein.</w:t>
      </w:r>
    </w:p>
    <w:p>
      <w:pPr>
        <w:jc w:val="right"/>
      </w:pPr>
      <w:r>
        <w:t>کہ سب یہمسلمانوںکاmindset یہیہے کہہمارامذہبسبسےاچھامذہبہے، ہمارامذہبsuperiorمذہبہے، اسلیےہمارےمذہبکو superiorityملنیچاہیےدنیامیں۔</w:t>
      </w:r>
    </w:p>
    <w:p>
      <w:r>
        <w:rPr>
          <w:b/>
        </w:rPr>
        <w:t xml:space="preserve">[1:09:41] </w:t>
      </w:r>
      <w:r>
        <w:t>is tareeqe se kya hota hai? Jab aap ka mindset yeh ho ke mera deen superior deen hai, to kya hoga? Doosron ko haqeer samjhenge aap.</w:t>
      </w:r>
    </w:p>
    <w:p>
      <w:pPr>
        <w:jc w:val="right"/>
      </w:pPr>
      <w:r>
        <w:t>اسطریقےسےکیاہوتاہے؟ جب آپکاmind set یہہو کہ میرادینsup eriorدینہے، تو کیاہوگا؟ دوسروںکوحقیرسمجھیںگےآپ۔</w:t>
      </w:r>
    </w:p>
    <w:p>
      <w:r>
        <w:rPr>
          <w:b/>
        </w:rPr>
        <w:t xml:space="preserve">[1:09:52] </w:t>
      </w:r>
      <w:r>
        <w:t>doosron ke bare mein aap ko nafrat paida ho jayegi. Doosron ka bhatta chahenge.</w:t>
      </w:r>
    </w:p>
    <w:p>
      <w:pPr>
        <w:jc w:val="right"/>
      </w:pPr>
      <w:r>
        <w:t>دوسروںکےبارےمیںآپکونفرتپیدا ہوجائےگی۔دوسروںکابٹاناچاہیںگے۔</w:t>
      </w:r>
    </w:p>
    <w:p>
      <w:r>
        <w:rPr>
          <w:b/>
        </w:rPr>
        <w:t xml:space="preserve">[1:09:58] </w:t>
      </w:r>
      <w:r>
        <w:t>doosre jo aap apna apna aap ko lana chahenge. Achha, is ke baad kya hoga? Woh bhi woh woh kab kab chahega ke woh aap ghalib ho jayein, hum maghloob ho jayein? To nahin chahega. Woh woh woh resist karega. Jab resist karega to aap aur sakht ho jayenge.</w:t>
      </w:r>
    </w:p>
    <w:p>
      <w:pPr>
        <w:jc w:val="right"/>
      </w:pPr>
      <w:r>
        <w:t>دوسرے جوآپ اپنا اپناآپکولاناچاہیںگے۔ اچھا،اسکےبعدکیاہوگا؟وہبھی وہ وہکبکبچاہےگاکہوہ آپ غالبہوجائیں،وہمغلوبہوجائیں؟تونہیںچاہےگا۔وہ وہ وہresistکرےگا۔جبresistکرےگاتوآپاور سختہوجائیںگے۔</w:t>
      </w:r>
    </w:p>
    <w:p>
      <w:r>
        <w:rPr>
          <w:b/>
        </w:rPr>
        <w:t xml:space="preserve">[1:10:15] </w:t>
      </w:r>
      <w:r>
        <w:t>to phir ladai shuru hogi. Ladai mein aap nahin jeetenge to phir phir chhote chhote aap bombing karenge. To dekhein, superiority pahunchati hai kahan? Doosron ko haqeer ban ane par</w:t>
      </w:r>
    </w:p>
    <w:p>
      <w:pPr>
        <w:jc w:val="right"/>
      </w:pPr>
      <w:r>
        <w:t>توپھرلڑائیشروعہوگی۔ لڑائیمیںآپنہیںجیتیںگےتوپھر پھر چھوٹےچھوٹےآپبمبنگکریںگے۔ تودیکھیں،sup erior ity پہنچاتیہےکہاں ؟دوسروںکوحقیربن انےپر</w:t>
      </w:r>
    </w:p>
    <w:p>
      <w:r>
        <w:rPr>
          <w:b/>
        </w:rPr>
        <w:t xml:space="preserve">[1:10:27] </w:t>
      </w:r>
      <w:r>
        <w:t>aur phir kya hota hai? Doosron se nafrat karte hain aap. Phir kya hota hai? Is extremism aata hai. Phir kahan? Violence aata hai. Phir kya hota hai?</w:t>
      </w:r>
    </w:p>
    <w:p>
      <w:pPr>
        <w:jc w:val="right"/>
      </w:pPr>
      <w:r>
        <w:t>۔ پھرکیاہوتاہے؟دوستوںنفرتکرتےہیںآپ ۔پھرکیاہوتاہے؟اسextrem ismآتاہے۔ پھرکہاں؟violenceآتاہے۔ پھرکیاہوتاہے؟</w:t>
      </w:r>
    </w:p>
    <w:p>
      <w:r>
        <w:rPr>
          <w:b/>
        </w:rPr>
        <w:t xml:space="preserve">[1:10:36] </w:t>
      </w:r>
      <w:r>
        <w:t>ladai chhid jati hai. Phir kya hota hai? Aap aap jeet nahin paate to aap suicide bombing karte hain. Yeh sab ek yahan se wahan tak chain hai.</w:t>
      </w:r>
    </w:p>
    <w:p>
      <w:pPr>
        <w:jc w:val="right"/>
      </w:pPr>
      <w:r>
        <w:t>لڑائیچھڑجاتیہے۔ پھرکیاہوتاہے؟آپآپجیتنہیںپاتےتوآپsuicidebombingکرتے ہیں۔ یہسب ایک یہاںسےوہاںتک chainہے۔</w:t>
      </w:r>
    </w:p>
    <w:p>
      <w:r>
        <w:rPr>
          <w:b/>
        </w:rPr>
        <w:t xml:space="preserve">[1:10:48] </w:t>
      </w:r>
      <w:r>
        <w:t>to mein samajhta hoon ke kisi ek jamaat ke literature ki baat nahin hai.</w:t>
      </w:r>
    </w:p>
    <w:p>
      <w:pPr>
        <w:jc w:val="right"/>
      </w:pPr>
      <w:r>
        <w:t>تومیں سمجھتاہوںکہکسی ایک جماعت کے liter atureکیباتنہیںہے۔</w:t>
      </w:r>
    </w:p>
    <w:p>
      <w:r>
        <w:rPr>
          <w:b/>
        </w:rPr>
        <w:t xml:space="preserve">[1:10:53] </w:t>
      </w:r>
      <w:r>
        <w:t>hamare literature ko chhod ke jitne bhi literature hain, sab mein yeh baat yani shamil hai. Aap kisi kitaab ko padh lijiye, aap Islam mukammal mazhab hai, Islam jo hai superior mazhab hai, Islam afzal mazhab hai.</w:t>
      </w:r>
    </w:p>
    <w:p>
      <w:pPr>
        <w:jc w:val="right"/>
      </w:pPr>
      <w:r>
        <w:t>ہمارے liter atureکوچھوڑکےجتنےبھیliter atureہیں،سبمیںیہبات یعنی شامل ہے۔ آپکسی کتاب کوپڑھلیجیے،آپ اسلام مکملمذہبہے،اسلام جوہے superiorمذہبہے، اسلام افضلمذہبہے۔</w:t>
      </w:r>
    </w:p>
    <w:p>
      <w:r>
        <w:rPr>
          <w:b/>
        </w:rPr>
        <w:t xml:space="preserve">[1:11:09] </w:t>
      </w:r>
      <w:r>
        <w:t>jab yeh zehan rahega aapka to zahir hai ke aap extremist banenge, violent banenge, ladai bhidai chhedayenge. aur jab jab dekha ke aap mein jeet nahi raha hoon to aap suicide bombing karenge.</w:t>
      </w:r>
    </w:p>
    <w:p>
      <w:pPr>
        <w:jc w:val="right"/>
      </w:pPr>
      <w:r>
        <w:t>جب یہ ذہنرہےگاآپکا توظاہرہےکہآپ ext remistبنیںگے، violentبنیںگے،لڑائیبھڑائیچھڑائیںگے۔ اورجب جب دیکھا کہآپمیںجیتنہیںرہاہوںتوآپsuicidebombingکریںگے۔</w:t>
      </w:r>
    </w:p>
    <w:p>
      <w:r>
        <w:rPr>
          <w:b/>
        </w:rPr>
        <w:t xml:space="preserve">[1:11:24] </w:t>
      </w:r>
      <w:r>
        <w:t>hamari kitabon mein jo baat padhenge, aap aas mein yeh nahi hai ke islam superior mazhab hai. hum sirf yeh kehte hain ke islam mehfooz mazhab hai, mehfooz preserved mazhab hai.</w:t>
      </w:r>
    </w:p>
    <w:p>
      <w:pPr>
        <w:jc w:val="right"/>
      </w:pPr>
      <w:r>
        <w:t>ہماریکتاب وںمیںجو باتپڑھیںگے،آپاسمیںیہنہیںہےکہاسلام sup eriorمذہبہے۔ ہمصرفیہکہتےہیںکہاسلام محفوظمذہبہے،محفوظ preservedمذہبہے۔</w:t>
      </w:r>
    </w:p>
    <w:p>
      <w:r>
        <w:rPr>
          <w:b/>
        </w:rPr>
        <w:t xml:space="preserve">[1:11:36] </w:t>
      </w:r>
      <w:r>
        <w:t>jitne bhi deen aaye, tamam ummaton ke paas sab yeksana darje ke deen the. koi na inferior tha, na superior tha. lekin jo matna hai quran majeed ka, woh mehfooz hai.</w:t>
      </w:r>
    </w:p>
    <w:p>
      <w:pPr>
        <w:jc w:val="right"/>
      </w:pPr>
      <w:r>
        <w:t>جتنےبھی دینآئے، تمام من بوںکےپاس سب یکساںدرجےکےدینتھے۔ کوئی نہinf eriorتھا،نہsup erior تھا۔ لیکن جو متنہےقرآنمجیدکا، وہ محفوظہے۔</w:t>
      </w:r>
    </w:p>
    <w:p>
      <w:r>
        <w:rPr>
          <w:b/>
        </w:rPr>
        <w:t xml:space="preserve">[1:11:49] </w:t>
      </w:r>
      <w:r>
        <w:t>badi yeh kehte hain ke isse kuch nahi paida hoga.</w:t>
      </w:r>
    </w:p>
    <w:p>
      <w:pPr>
        <w:jc w:val="right"/>
      </w:pPr>
      <w:r>
        <w:t>بسیہ کہتےہیں کہاسسےکچھنہیںپیدا ہوگا۔</w:t>
      </w:r>
    </w:p>
    <w:p>
      <w:r>
        <w:rPr>
          <w:b/>
        </w:rPr>
        <w:t xml:space="preserve">[1:11:55] </w:t>
      </w:r>
      <w:r>
        <w:t>to mein samajhta hoon ke ke yeh baat galat nahi hai ke ismein tashaddud apne aap shamil ho jata hai.</w:t>
      </w:r>
    </w:p>
    <w:p>
      <w:pPr>
        <w:jc w:val="right"/>
      </w:pPr>
      <w:r>
        <w:t>تومیںسمجھتاہوںکہ کہیہ بات غلطنہیںہے کہ اسمیں تشدد اپنےآپشامل ہوجاتاہے۔</w:t>
      </w:r>
    </w:p>
    <w:p>
      <w:r>
        <w:rPr>
          <w:b/>
        </w:rPr>
        <w:t xml:space="preserve">[1:12:04] </w:t>
      </w:r>
      <w:r>
        <w:t>is tarz-e-fikr mein badhte badhte terrorism ban jata hai. to agar duniya aisa samajh rahi hai to sahi samajh rahi hai, woh galat nahi samajh rahi hai.</w:t>
      </w:r>
    </w:p>
    <w:p>
      <w:pPr>
        <w:jc w:val="right"/>
      </w:pPr>
      <w:r>
        <w:t>اس طرزفکرمیں بڑھتےبڑھتےterrorismبنجاتاہے۔ تواگر دنیا ایساسمجھرہیہوتو صحیحسمجھرہیہے،وہ غلطنہیںسمجھرہیہے۔</w:t>
      </w:r>
    </w:p>
    <w:p>
      <w:r>
        <w:rPr>
          <w:b/>
        </w:rPr>
        <w:t xml:space="preserve">[1:12:20] </w:t>
      </w:r>
      <w:r>
        <w:t>duniya ko bura kehna ke woh dushman ho gaye hain, woh hamare khilaf ho gaye hain, yahi yeh yeh yeh iska jawab nahi hai. apne par zara aasani kijiye ke mere andar kahan kami hai.</w:t>
      </w:r>
    </w:p>
    <w:p>
      <w:pPr>
        <w:jc w:val="right"/>
      </w:pPr>
      <w:r>
        <w:t>دنیا کوبراکہناکہوہ دشمنہوگئےہیں، وہ ہمارےخلاف ہوگئےہیں،یہیہ یہ یہاسکاجوابنہیںہے۔ اپنے پر ذراآسانیکیجیے کہمیرےاندرکہاںکمیہے۔</w:t>
      </w:r>
    </w:p>
    <w:p>
      <w:r>
        <w:rPr>
          <w:b/>
        </w:rPr>
        <w:t xml:space="preserve">[1:12:31] </w:t>
      </w:r>
      <w:r>
        <w:t>woh kami yahi hai ke aapne islam ko superior mazhab bana liya, halanke superior mazhab nahi tha. islam sirf sirf tareekhi taur par mehfooz mazhab tha.</w:t>
      </w:r>
    </w:p>
    <w:p>
      <w:pPr>
        <w:jc w:val="right"/>
      </w:pPr>
      <w:r>
        <w:t>وہکمییہیہےکہآپنے اسلام کو superiorمذہببنالیا،حالانکہsuperiorمذہبنہیںتھا۔اسلام صرف صرف تاریخ یطورپرمحفوظمذہبتھا۔</w:t>
      </w:r>
    </w:p>
    <w:p>
      <w:r>
        <w:rPr>
          <w:b/>
        </w:rPr>
        <w:t xml:space="preserve">[1:12:41] </w:t>
      </w:r>
      <w:r>
        <w:t>yani historically it was a preserved religion and not superior religion.</w:t>
      </w:r>
    </w:p>
    <w:p>
      <w:pPr>
        <w:jc w:val="right"/>
      </w:pPr>
      <w:r>
        <w:t>یعنی historically itwas a preservedrelig ion andnot superiorrelig ion.</w:t>
      </w:r>
    </w:p>
    <w:p>
      <w:r>
        <w:rPr>
          <w:b/>
        </w:rPr>
        <w:t xml:space="preserve">[1:12:50] </w:t>
      </w:r>
      <w:r>
        <w:t>mas sathi malothra ne Dilli se likha hai: "In Ramadan, there is often emphasis on recitation of the Quran as many times as possible, with no emphasis on understanding.</w:t>
      </w:r>
    </w:p>
    <w:p>
      <w:pPr>
        <w:jc w:val="right"/>
      </w:pPr>
      <w:r>
        <w:t>مس ستی ملوثرانے دلیسےلکھاہے: "In Ram adan, there is often emph asis on rec itationoftheQ uran as many timesas poss ib le,with no emph asison under stand ing.</w:t>
      </w:r>
    </w:p>
    <w:p>
      <w:r>
        <w:rPr>
          <w:b/>
        </w:rPr>
        <w:t xml:space="preserve">[1:13:04] </w:t>
      </w:r>
      <w:r>
        <w:t>What is your view on this ?" nahi, aisa kabhi bhi nahi hai. recitation nahi matlab hai, study matlab hai. study!</w:t>
      </w:r>
    </w:p>
    <w:p>
      <w:pPr>
        <w:jc w:val="right"/>
      </w:pPr>
      <w:r>
        <w:t>Whatisyourviewon this ?" نہیں،ایساکبھیبھینہیںہے۔ Rec itationنہیںمطلوبہے، stud yمطلوبہے۔ Stud y!</w:t>
      </w:r>
    </w:p>
    <w:p>
      <w:r>
        <w:rPr>
          <w:b/>
        </w:rPr>
        <w:t xml:space="preserve">[1:13:14] </w:t>
      </w:r>
      <w:r>
        <w:t>aajkal jo yeh chala hua hai ke khatm-e-quran, yeh koi hadith quran mein nahi hai.</w:t>
      </w:r>
    </w:p>
    <w:p>
      <w:pPr>
        <w:jc w:val="right"/>
      </w:pPr>
      <w:r>
        <w:t>آجکل جویہچلاہواہےکہختم قرآن، یہ کوئی حدیثقرآنمیںنہیںہے۔</w:t>
      </w:r>
    </w:p>
    <w:p>
      <w:r>
        <w:rPr>
          <w:b/>
        </w:rPr>
        <w:t xml:space="preserve">[1:13:19] </w:t>
      </w:r>
      <w:r>
        <w:t>matlab hota hai ke padh padh kar padh kar khatm kar do, bas yeh nahi hai. quran o hadith mein aisa hai. quran o hadith mein jo hai, woh tadabbur, tadabbur karna, tadabbur karna, tadabbur karna.</w:t>
      </w:r>
    </w:p>
    <w:p>
      <w:pPr>
        <w:jc w:val="right"/>
      </w:pPr>
      <w:r>
        <w:t>مطلبہوتاہےکہ پڑھپڑھکرپڑھکے ختمکردو،بس یہ نہیںہے۔قرآنوحدیثمیںایسا ہے۔قرآنوحدیثمیںجوہے،وہ تد بر، تد برکرنا،تدبرکرنا،تدبرکرنا۔</w:t>
      </w:r>
    </w:p>
    <w:p>
      <w:r>
        <w:rPr>
          <w:b/>
        </w:rPr>
        <w:t xml:space="preserve">[1:13:33] </w:t>
      </w:r>
      <w:r>
        <w:t>li yudabbir ayati quran mein aaya hai ke quran ke utare gaye yeh kitab isliye ke li yudabbir ayati log is iski ayaton par ghaur o fikr kar rahe hain. to yeh jo khatm par zor hota hai aajkal ke kahin se kahin padh kar khatm padh lo, yeh islam mein nahi hai.</w:t>
      </w:r>
    </w:p>
    <w:p>
      <w:pPr>
        <w:jc w:val="right"/>
      </w:pPr>
      <w:r>
        <w:t>ل یدبر آیتی قرآنمیںآیاہےکہقرآن کےاتارےگئےیہکتاب اسلیےکہل یدبرآیتیلوگ اس اسکیآیتوںپرغوروفکرکررہےہیں۔ تویہجوختم پرزورہوتاہےآجکل کہ کہیںسےکہیںپڑھکےختمپڑھالو، یہ اسلام میںنہیںہے۔</w:t>
      </w:r>
    </w:p>
    <w:p>
      <w:r>
        <w:rPr>
          <w:b/>
        </w:rPr>
        <w:t xml:space="preserve">[1:13:50] </w:t>
      </w:r>
      <w:r>
        <w:t>islam mein ghaur o fikr hai, ghaur o fikr hai, ghaur o fikr hai. Hazrat Aisha ke zamane mein bataya gaya ke falan shakhs jo hai, woh bas padh padh padhta hai quran majeed ko.</w:t>
      </w:r>
    </w:p>
    <w:p>
      <w:pPr>
        <w:jc w:val="right"/>
      </w:pPr>
      <w:r>
        <w:t>اسلام میںغوروفکرہے،غوروفکرہے،غوروفکرہے۔ حضرتعائشہکےزمانےمیںبتایاگیاکہفلاںشخص جوہے، وہ بس پڑھپڑھپڑھتاہےقرآنمجیدکو۔</w:t>
      </w:r>
    </w:p>
    <w:p>
      <w:r>
        <w:rPr>
          <w:b/>
        </w:rPr>
        <w:t xml:space="preserve">[1:14:02] </w:t>
      </w:r>
      <w:r>
        <w:t>kuch logon ke bare mein kaha gaya to unhone kaha ke " أولئك قروا و لم يقروا" unhone padha magar nahi padha. padha aur ghaur o fikr ki nahi to to kuch bhi nahi hua.</w:t>
      </w:r>
    </w:p>
    <w:p>
      <w:pPr>
        <w:jc w:val="right"/>
      </w:pPr>
      <w:r>
        <w:t>کچھلوگوںکےبارےمیںکہاگیاتو انہوںنےکہاکہأولئكقروا و لمی قرواانہوںنےپڑھامگرنہیںپڑھا۔ پڑ ھااورغورو فکرکیانہیں تو توکچھبھینہیں ہوا۔</w:t>
      </w:r>
    </w:p>
    <w:p>
      <w:r>
        <w:rPr>
          <w:b/>
        </w:rPr>
        <w:t xml:space="preserve">[1:14:16] </w:t>
      </w:r>
      <w:r>
        <w:t>yaad rakhein, khatm-e-quran matlab nahi hai, mutala-e-quran matlab hai.</w:t>
      </w:r>
    </w:p>
    <w:p>
      <w:pPr>
        <w:jc w:val="right"/>
      </w:pPr>
      <w:r>
        <w:t>یادرکھیں،ختمقرآنمطلوبنہیںہے، مطالعہقرآنمطلوبہے۔</w:t>
      </w:r>
    </w:p>
    <w:p>
      <w:r>
        <w:rPr>
          <w:b/>
        </w:rPr>
        <w:t xml:space="preserve">[1:14:20] </w:t>
      </w:r>
      <w:r>
        <w:t>mas shabana ne Raipur se sawal kiya hai, unhone likha hai: "Molana sahib, today tak you mentioned that you are by limited reading we can increase our knowledge and wisdom.</w:t>
      </w:r>
    </w:p>
    <w:p>
      <w:pPr>
        <w:jc w:val="right"/>
      </w:pPr>
      <w:r>
        <w:t>مس شبانہنے رائپر سے سوالکیا ہے، انہوںنےلکھاہے: "مولاناصاحب،انٹوڈےٹاکیوہیومینشنڈ دیٹایونبائےلمیٹڈریڈنگ ویکینانکریز اور نالجاینڈوز ڈم۔</w:t>
      </w:r>
    </w:p>
    <w:p>
      <w:r>
        <w:rPr>
          <w:b/>
        </w:rPr>
        <w:t xml:space="preserve">[1:14:35] </w:t>
      </w:r>
      <w:r>
        <w:t>Please guide us to how it can be done."</w:t>
      </w:r>
    </w:p>
    <w:p>
      <w:pPr>
        <w:jc w:val="right"/>
      </w:pPr>
      <w:r>
        <w:t>پلیزگائیڈاس ٹوہاؤاٹکینبیڈن۔"</w:t>
      </w:r>
    </w:p>
    <w:p>
      <w:r>
        <w:rPr>
          <w:b/>
        </w:rPr>
        <w:t xml:space="preserve">[1:14:44] </w:t>
      </w:r>
      <w:r>
        <w:t>limited mein ne isi tarah kaha tha ke limited rahega. woh</w:t>
      </w:r>
    </w:p>
    <w:p>
      <w:pPr>
        <w:jc w:val="right"/>
      </w:pPr>
      <w:r>
        <w:t>لمیٹڈمیںنےاسیطرحکہاکہلمیٹڈہیرہےگا۔وہ</w:t>
      </w:r>
    </w:p>
    <w:p>
      <w:r>
        <w:rPr>
          <w:b/>
        </w:rPr>
        <w:t xml:space="preserve">[1:14:47] </w:t>
      </w:r>
      <w:r>
        <w:t>tamam library ki kitaben padh raha hoon, tab bhi limited rahega. woh knowledge to unlimited hai, kitaben limited hain. mein is tarah se bhi kaha tha ke chahe kitna hi padh raha ho aadmi, maslan by directional knowledge hai, 80 saal tak padhta raha.</w:t>
      </w:r>
    </w:p>
    <w:p>
      <w:pPr>
        <w:jc w:val="right"/>
      </w:pPr>
      <w:r>
        <w:t>تمام لائبریریکیکتابیںپڑھرہاہوں،تببھیلمیٹڈہیرہےگا۔وہ نالجتوانلمیٹڈہے، کتاب یںلمیٹڈہیں۔ میںاسطرحسےبھیکہاکہچاہےکتناہیپڑھرہاہو آدمی، مثلاًبائیڈائریکشنلجوہے،80سالتکپڑھتارہا۔</w:t>
      </w:r>
    </w:p>
    <w:p>
      <w:r>
        <w:rPr>
          <w:b/>
        </w:rPr>
        <w:t xml:space="preserve">[1:15:04] </w:t>
      </w:r>
      <w:r>
        <w:t>lekin mein isko, mein samajhta hoon ke iski kitaben bahut sari baaten bata sakta hoon mein aap ke woh isko pata nahi tha in baaton ka. to kitna hi zyada aap padhein, kitni zyada baat padh</w:t>
      </w:r>
    </w:p>
    <w:p>
      <w:pPr>
        <w:jc w:val="right"/>
      </w:pPr>
      <w:r>
        <w:t>لیکن میںاسکو،میںسمجھتاہوںکہاسکیکتاب بہتساریباتیںبتاسکتاہوںمیںآپ کہوہ اسکو پتہنہیںتھا انباتوںکا۔ تو کتناہیزیادہ آپپڑھیں،کتنیزیادہ بات پڑھ</w:t>
      </w:r>
    </w:p>
    <w:p>
      <w:r>
        <w:rPr>
          <w:b/>
        </w:rPr>
        <w:t xml:space="preserve">[1:15:16] </w:t>
      </w:r>
      <w:r>
        <w:t>ein, aap aap ki knowledge limited rahegi. lekin haqeeqat to unlimited hai. to mein isse mein ne samjha ke ghaur o fikr se ke kaise hum pahunchein unlimited knowledge tak.</w:t>
      </w:r>
    </w:p>
    <w:p>
      <w:pPr>
        <w:jc w:val="right"/>
      </w:pPr>
      <w:r>
        <w:t>یں،آپ آپکینالجلمیٹڈرہےگی۔ لیکن حقیقتتوانلمیٹڈہے۔ تو میں اسسےمیںنے سمجھا کہ غوروفکرسے کہ کیسےہم پہنچیں انلمیٹڈنالجتک ۔</w:t>
      </w:r>
    </w:p>
    <w:p>
      <w:r>
        <w:rPr>
          <w:b/>
        </w:rPr>
        <w:t xml:space="preserve">[1:15:30] </w:t>
      </w:r>
      <w:r>
        <w:t>to hota hai Allah Ta'ala ki tawfeeq se. Hazrat Masih se kisi ne kaha tha ek bar ke bhai yeh to insaan ki bas se bahar hai. Hazrat Masih ne kaha tha ke haan, insaan ki bas mein nahi, lekin Khuda ki bas mein hai.</w:t>
      </w:r>
    </w:p>
    <w:p>
      <w:pPr>
        <w:jc w:val="right"/>
      </w:pPr>
      <w:r>
        <w:t>توہوتاہےاللہتعالیکیتوفیقسے ۔ حضرتمسیحسےکسی نےکہاتھا ایکبار کہبھئییہتوانسان کیبسسےباہرہے۔ حضرتمسیحنےکہاتھاکہہاں، انسان کیبسمیںنہیں،لیکنخداکیبسمیںہے۔</w:t>
      </w:r>
    </w:p>
    <w:p>
      <w:r>
        <w:rPr>
          <w:b/>
        </w:rPr>
        <w:t xml:space="preserve">[1:15:45] </w:t>
      </w:r>
      <w:r>
        <w:t>to aap jo hai</w:t>
      </w:r>
    </w:p>
    <w:p>
      <w:pPr>
        <w:jc w:val="right"/>
      </w:pPr>
      <w:r>
        <w:t>تو آپ جوہے</w:t>
      </w:r>
    </w:p>
    <w:p>
      <w:r>
        <w:rPr>
          <w:b/>
        </w:rPr>
        <w:t xml:space="preserve">[1:15:49] </w:t>
      </w:r>
      <w:r>
        <w:t>apni koshishen nahin kar sakte ke aalam-e-nalij tak pohnch jayen, lekin Khuda ki tawfiq agar ho to aap ko aise darwaze khul jayenge wisdom ke, aise darwaze khul jayenge ilm ke jo aap ke mutale'ah se bohat ziyadah honge.</w:t>
      </w:r>
    </w:p>
    <w:p>
      <w:pPr>
        <w:jc w:val="right"/>
      </w:pPr>
      <w:r>
        <w:t>اپنیکوششیںنہیںکرسکتےکہانلمیٹڈنالجتکپہنچجائیں،لیکن خداکیتوفیقاگر ہو تو آپ کو ایسےدروازےکھلجائیںگےوزڈمکے ،ایسےدروازےکھلجائیںگےعلم کے جو آپ کے مطالعےسےبہتزیادہ ہوںگے۔</w:t>
      </w:r>
    </w:p>
    <w:p>
      <w:r>
        <w:rPr>
          <w:b/>
        </w:rPr>
        <w:t xml:space="preserve">[1:16:03] </w:t>
      </w:r>
      <w:r>
        <w:t>jitna aap ne parha hai, us se bohat ziyadah honge. Yeh hota hai dua se. Dua woh hai, ya'ni haqiqi dua,</w:t>
      </w:r>
    </w:p>
    <w:p>
      <w:pPr>
        <w:jc w:val="right"/>
      </w:pPr>
      <w:r>
        <w:t>جتناآپنےپڑھاہے،اسسےبہتزیادہ ہوںگے۔ یہہوتاہے دعاسے ۔ دعاجوہے، یعنی حقیقیدعا،</w:t>
      </w:r>
    </w:p>
    <w:p>
      <w:r>
        <w:rPr>
          <w:b/>
        </w:rPr>
        <w:t xml:space="preserve">[1:16:16] </w:t>
      </w:r>
      <w:r>
        <w:t>agar mutale'ah ke saath haqiqi dua shamil ho jaye, tab cheez hasil hoti hai.</w:t>
      </w:r>
    </w:p>
    <w:p>
      <w:pPr>
        <w:jc w:val="right"/>
      </w:pPr>
      <w:r>
        <w:t>اگر مطالعےکےساتھ حقیقیدعاشامل ہوجائے، تبیہچیزحاصل ہوتیہے۔</w:t>
      </w:r>
    </w:p>
    <w:p>
      <w:r>
        <w:rPr>
          <w:b/>
        </w:rPr>
        <w:t xml:space="preserve">[1:16:25] </w:t>
      </w:r>
      <w:r>
        <w:t>Doctor M.I. Pradhan ne Dilli se sawal kiya hai, unhon ne likha hai: "Maulana, what is the exact age to start roza? There are people who celebrate first roza also.</w:t>
      </w:r>
    </w:p>
    <w:p>
      <w:pPr>
        <w:jc w:val="right"/>
      </w:pPr>
      <w:r>
        <w:t>ڈاکٹر ایمآئیپردھاننے دلیسے سوال کیا ہے، انہوںنےلکھاہے : "Maulana,whatis the ex act age to start روز ہ ؟Therearepeople who cel ebrate first روز ہ als o.</w:t>
      </w:r>
    </w:p>
    <w:p>
      <w:r>
        <w:rPr>
          <w:b/>
        </w:rPr>
        <w:t xml:space="preserve">[1:16:39] </w:t>
      </w:r>
      <w:r>
        <w:t>Also these days we are seeing that there are people celebrating child roza in a big way.</w:t>
      </w:r>
    </w:p>
    <w:p>
      <w:pPr>
        <w:jc w:val="right"/>
      </w:pPr>
      <w:r>
        <w:t>Alsothese daysweareseeingthat therearepeople celeb rating child روز ہ inabigway.</w:t>
      </w:r>
    </w:p>
    <w:p>
      <w:r>
        <w:rPr>
          <w:b/>
        </w:rPr>
        <w:t xml:space="preserve">[1:16:45] </w:t>
      </w:r>
      <w:r>
        <w:t>What is your view in the light of hadith and Quran?" Dekhen, roza baligh hone par aur roza farz hota hai baligh hone par.</w:t>
      </w:r>
    </w:p>
    <w:p>
      <w:pPr>
        <w:jc w:val="right"/>
      </w:pPr>
      <w:r>
        <w:t>Whatisyour view inthelightof حدیثandقرآن?" دیکھیں،روز ہ بالغہوتاہے اورروزہفرضہوتاہےبالغہونے پر ۔</w:t>
      </w:r>
    </w:p>
    <w:p>
      <w:r>
        <w:rPr>
          <w:b/>
        </w:rPr>
        <w:t xml:space="preserve">[1:16:57] </w:t>
      </w:r>
      <w:r>
        <w:t>baligh hone par</w:t>
      </w:r>
    </w:p>
    <w:p>
      <w:pPr>
        <w:jc w:val="right"/>
      </w:pPr>
      <w:r>
        <w:t>بالغہونے پر</w:t>
      </w:r>
    </w:p>
    <w:p>
      <w:r>
        <w:rPr>
          <w:b/>
        </w:rPr>
        <w:t xml:space="preserve">[1:16:59] </w:t>
      </w:r>
      <w:r>
        <w:t>, lekin baligh hone se pehle roza rakhwate hain log taake us ko adat pade. Aur yeh sahi baat hai. Celebration to sahi nahin hai ke us ko ek jashan manana, woh to galat hai.</w:t>
      </w:r>
    </w:p>
    <w:p>
      <w:pPr>
        <w:jc w:val="right"/>
      </w:pPr>
      <w:r>
        <w:t>،لیکن بالغہونےسےپہلےروزہرکھواتےہیںلوگ تاکہاسکوعادتپڑے۔ اوریہصحیحباتہے۔ سیلیبریشنتو صحیحنہیںہے کہاسکوایکجشنمنانا، وہتوغلطہے۔</w:t>
      </w:r>
    </w:p>
    <w:p>
      <w:r>
        <w:rPr>
          <w:b/>
        </w:rPr>
        <w:t xml:space="preserve">[1:17:10] </w:t>
      </w:r>
      <w:r>
        <w:t>lekin baligh hone se pehle, ya'ni saare mahine ka roza nahin, balkeh kuch roza zaroor rakhna chahiye taake woh adat pade us ki.</w:t>
      </w:r>
    </w:p>
    <w:p>
      <w:pPr>
        <w:jc w:val="right"/>
      </w:pPr>
      <w:r>
        <w:t>لیکن بالغہونے سےپہلے ، یعنیسارےمہینےکاروزہنہیں،بلکہکچھروزہ ضروررکھناچاہیے تاکہوہعادتپڑےاسکی۔</w:t>
      </w:r>
    </w:p>
    <w:p>
      <w:r>
        <w:rPr>
          <w:b/>
        </w:rPr>
        <w:t xml:space="preserve">[1:17:21] </w:t>
      </w:r>
      <w:r>
        <w:t>adat pade us ki.</w:t>
      </w:r>
    </w:p>
    <w:p>
      <w:pPr>
        <w:jc w:val="right"/>
      </w:pPr>
      <w:r>
        <w:t>عادتپڑےاسکی۔</w:t>
      </w:r>
    </w:p>
    <w:p>
      <w:r>
        <w:rPr>
          <w:b/>
        </w:rPr>
        <w:t xml:space="preserve">[1:17:24] </w:t>
      </w:r>
      <w:r>
        <w:t>to yeh, ya'ni baligh hone se pehle kuch roze rakhwana bohat achhi baat hai. Lekin jashan ke taur par jo hota hai aajkal, aur roza kashai ki poori dhoom machati hai, woh to bilashubah bid'at hai.</w:t>
      </w:r>
    </w:p>
    <w:p>
      <w:pPr>
        <w:jc w:val="right"/>
      </w:pPr>
      <w:r>
        <w:t>تو یہ ،یعنی بالغہونےسےپہلے کچھ روزےرکھوانابہتاچھیباتہے۔ لیکن جشنکےطورپرجوہوتاہےآجکل، اورروز ہکش ائی کے پورادھوممچتیہے، وہتوبلاشبہ بدعتہے۔</w:t>
      </w:r>
    </w:p>
    <w:p>
      <w:r>
        <w:rPr>
          <w:b/>
        </w:rPr>
        <w:t xml:space="preserve">[1:17:37] </w:t>
      </w:r>
      <w:r>
        <w:t>iska Islam se koi ta'alluq nahin hai.</w:t>
      </w:r>
    </w:p>
    <w:p>
      <w:pPr>
        <w:jc w:val="right"/>
      </w:pPr>
      <w:r>
        <w:t>اسکااسلام سےکوئیتعلقنہیںہے۔</w:t>
      </w:r>
    </w:p>
    <w:p>
      <w:r>
        <w:rPr>
          <w:b/>
        </w:rPr>
        <w:t xml:space="preserve">[1:17:43] </w:t>
      </w:r>
      <w:r>
        <w:t>Doctor Owais Siddiqui ne Dilli se sawal kiya hai,</w:t>
      </w:r>
    </w:p>
    <w:p>
      <w:pPr>
        <w:jc w:val="right"/>
      </w:pPr>
      <w:r>
        <w:t>ڈاکٹر اویس صدی قینے دلیسےسوال کیاہے،</w:t>
      </w:r>
    </w:p>
    <w:p>
      <w:r>
        <w:rPr>
          <w:b/>
        </w:rPr>
        <w:t xml:space="preserve">[1:17:47] </w:t>
      </w:r>
      <w:r>
        <w:t>unhon ne likha hai: "How can I identify whether I have a weak personality and how can I make it stronger?" Apne tajrube se main arz karunga.</w:t>
      </w:r>
    </w:p>
    <w:p>
      <w:pPr>
        <w:jc w:val="right"/>
      </w:pPr>
      <w:r>
        <w:t>انہوںنےلکھاہے: "HowcanIident ify whether I have aweak personal ity andhow canI makeit stronger?" اپنے تجربےسےمیںعرضکروںگا۔</w:t>
      </w:r>
    </w:p>
    <w:p>
      <w:r>
        <w:rPr>
          <w:b/>
        </w:rPr>
        <w:t xml:space="preserve">[1:17:59] </w:t>
      </w:r>
      <w:r>
        <w:t>ek bohat hi khuli pehchan hai jis ka mujhe roz taqreeban roz tajruba hota tha. Rozana, abhi kal bhi hua.</w:t>
      </w:r>
    </w:p>
    <w:p>
      <w:pPr>
        <w:jc w:val="right"/>
      </w:pPr>
      <w:r>
        <w:t>ایکبہت ہی کھلیپہچانہے جسکامجھےروز تقریباًروزانہتجربہہوتاتھا۔روزانہ،ابھیکلبھیہوا ۔</w:t>
      </w:r>
    </w:p>
    <w:p>
      <w:r>
        <w:rPr>
          <w:b/>
        </w:rPr>
        <w:t xml:space="preserve">[1:18:08] </w:t>
      </w:r>
      <w:r>
        <w:t>ke agar aap kisi se kahein koi baat ke tumhare andar falan kamzori hai, tumhare andar falan ghalati hai, to do shaklein hoti hain.</w:t>
      </w:r>
    </w:p>
    <w:p>
      <w:pPr>
        <w:jc w:val="right"/>
      </w:pPr>
      <w:r>
        <w:t>کہاگرآپ کسی سےکہیں کوئیبات کہتمہارےاندرفلاںکمزوریہے، تمہارےاندرفلاں غلطیہے، تو دوشکلیںہوتیہیں۔</w:t>
      </w:r>
    </w:p>
    <w:p>
      <w:r>
        <w:rPr>
          <w:b/>
        </w:rPr>
        <w:t xml:space="preserve">[1:18:21] </w:t>
      </w:r>
      <w:r>
        <w:t>khule taur par woh maan le ke haan, aisa hai. Ya woh pesh up kare, ghuma phira ke bole. Fauran pakad jata hai ke aadmi is tarah ki personality hai, kamzor personality hai.</w:t>
      </w:r>
    </w:p>
    <w:p>
      <w:pPr>
        <w:jc w:val="right"/>
      </w:pPr>
      <w:r>
        <w:t>کھلےطورپروہمانلےکہہاں،ایساہے۔ یاوہپیش اپکرے، گھماپھراکےبولے۔ فی الفورپکڑجاتاہےکہآدمیاسطرحکیپرسنیلٹیہے،کمزورپرسنیلٹیہے۔</w:t>
      </w:r>
    </w:p>
    <w:p>
      <w:r>
        <w:rPr>
          <w:b/>
        </w:rPr>
        <w:t xml:space="preserve">[1:18:33] </w:t>
      </w:r>
      <w:r>
        <w:t>Fauran pakad jata hai.</w:t>
      </w:r>
    </w:p>
    <w:p>
      <w:pPr>
        <w:jc w:val="right"/>
      </w:pPr>
      <w:r>
        <w:t>فی الفورپکڑجاتا ہے۔</w:t>
      </w:r>
    </w:p>
    <w:p>
      <w:r>
        <w:rPr>
          <w:b/>
        </w:rPr>
        <w:t xml:space="preserve">[1:18:36] </w:t>
      </w:r>
      <w:r>
        <w:t>main to bar bar tajruba is ka karta hoon. Aap guftagu kar rahe hain to aadmi kahin na kahin pakad kar pakad mein aata hai ke us ne ek baat ghalat kahi hai.</w:t>
      </w:r>
    </w:p>
    <w:p>
      <w:pPr>
        <w:jc w:val="right"/>
      </w:pPr>
      <w:r>
        <w:t>میں توباربار تجربہ اسکاکرتاہوں۔ آپگفتگوکررہےہیںتوآدمیکہیںنہکہیںپکڑ کرپکڑمیںآتاہےکہاسنے ایک باتغلطکہیہے۔</w:t>
      </w:r>
    </w:p>
    <w:p>
      <w:r>
        <w:rPr>
          <w:b/>
        </w:rPr>
        <w:t xml:space="preserve">[1:18:46] </w:t>
      </w:r>
      <w:r>
        <w:t>ek ghalat adat us ke andar padi hui hai. Kahin na kahin pakad mein aata hai woh. Ek ghalat raaye bana rakhi hai us ne apne bare mein. Ab aap is pe ishara karein agar.</w:t>
      </w:r>
    </w:p>
    <w:p>
      <w:pPr>
        <w:jc w:val="right"/>
      </w:pPr>
      <w:r>
        <w:t>ایک غلطعادتاسکےاندرپڑیہوئیہے۔کہیںنہکہیںپکڑمیںآتاہےوہ۔ ایکغلطرائےبنا رکھیہےاسنے اپنےبارےمیں ۔ ابآپاسپہنشادہیکریںاگر ۔</w:t>
      </w:r>
    </w:p>
    <w:p>
      <w:r>
        <w:rPr>
          <w:b/>
        </w:rPr>
        <w:t xml:space="preserve">[1:18:57] </w:t>
      </w:r>
      <w:r>
        <w:t>aur fauran maan le woh, haan, I was wrong. Tab samjhen ke woh is tarah ki personality hai.</w:t>
      </w:r>
    </w:p>
    <w:p>
      <w:pPr>
        <w:jc w:val="right"/>
      </w:pPr>
      <w:r>
        <w:t>اورفی الفورمانلےوہ ،ہاں،Iwas wrong. تب سمجھیںکہوہاسطرحکیپرسنیلٹیہے۔</w:t>
      </w:r>
    </w:p>
    <w:p>
      <w:r>
        <w:rPr>
          <w:b/>
        </w:rPr>
        <w:t xml:space="preserve">[1:19:03] </w:t>
      </w:r>
      <w:r>
        <w:t>agar woh kuch ghuma phira ke bole, pesh up kare, to samjhen ke weak personality hai. Mujhe to is mein koi dikkat nahin padti. Main bohat aasani se pehchan leta hoon ke aadmi kahta hai weak personality hai ya ya ya strong personality hai.</w:t>
      </w:r>
    </w:p>
    <w:p>
      <w:pPr>
        <w:jc w:val="right"/>
      </w:pPr>
      <w:r>
        <w:t>اگر وہکچھگھماپھراکےبولے،پیش اپکرے، تو سمجھیںکہ ویکپرسنیلٹیہے۔ مجھےتواسمیںکوئی دقتنہیںپڑتی۔میںبہتآسانیسےپہچانلیتاہوںکہآدمیکہتاہےویکپرسنیلٹی ہےیا یا یا اسٹرانگپرسنیلٹیہے۔</w:t>
      </w:r>
    </w:p>
    <w:p>
      <w:r>
        <w:rPr>
          <w:b/>
        </w:rPr>
        <w:t xml:space="preserve">[1:19:21] </w:t>
      </w:r>
      <w:r>
        <w:t>aur isi cheez ko main ek crucial samajhta hoon, crucial ke aadmi kitna, ya'ni itraaf ka maada kitna us ke andar hai.</w:t>
      </w:r>
    </w:p>
    <w:p>
      <w:pPr>
        <w:jc w:val="right"/>
      </w:pPr>
      <w:r>
        <w:t>اور اسیچیزکومیں ایککروشلسمجھتاہوں،کروشل کہآدمی کتنا ،یعنی اعت رافکامادہکتنااسکےاندرہے۔</w:t>
      </w:r>
    </w:p>
    <w:p>
      <w:r>
        <w:rPr>
          <w:b/>
        </w:rPr>
        <w:t xml:space="preserve">[1:19:32] </w:t>
      </w:r>
      <w:r>
        <w:t>apni apni ghalati ko maan lene ka maada us ke kitna andar hai. Aam taur par kya hota hai, log apne ko achha banaye rakhne ke liye har aadmi chahta hai ke main samaj mein achha ban raha hoon, logon ki nazar mein achha ban raha hoon.</w:t>
      </w:r>
    </w:p>
    <w:p>
      <w:pPr>
        <w:jc w:val="right"/>
      </w:pPr>
      <w:r>
        <w:t>اپنی اپنی غلطیکو مانلینےکامادہاسکےکتنااندرہے۔عامطورپرکیاہوتاہے،لوگ اپنے کواچھابنائےرکھنےکےلیےہ رآدمیچاہتاہےکہمیںسماجمیںاچھابنارہاہوں، لوگ وںکےنظرمیںاچھابنارہاہوں۔</w:t>
      </w:r>
    </w:p>
    <w:p>
      <w:r>
        <w:rPr>
          <w:b/>
        </w:rPr>
        <w:t xml:space="preserve">[1:19:43] </w:t>
      </w:r>
      <w:r>
        <w:t>to baaton ko saaf saaf nahin bolta, saaf saaf nahin batayega. Idhar udhar ghuma ke batayega. Bas pata chal jata hai ke yeh weak personality hai.</w:t>
      </w:r>
    </w:p>
    <w:p>
      <w:pPr>
        <w:jc w:val="right"/>
      </w:pPr>
      <w:r>
        <w:t>تو باتوںکوصافصافنہیںبولتا، صافصافنہیںبتائےگا۔ اد ھرادھرگھماکےبتائےگا۔ بس پتہچلجاتاہےکہیہویکپرسنیلٹیہے۔</w:t>
      </w:r>
    </w:p>
    <w:p>
      <w:r>
        <w:rPr>
          <w:b/>
        </w:rPr>
        <w:t xml:space="preserve">[1:19:54] </w:t>
      </w:r>
      <w:r>
        <w:t>to aap apne ko jaanchen, jaanchen ke kya aisa hota hai ke aap se jab koi nishandahi ki jaye, koi point out kiya jaye, koi aap ki ghalati ko, to aap jaldi se keh dein ke I was wrong.</w:t>
      </w:r>
    </w:p>
    <w:p>
      <w:pPr>
        <w:jc w:val="right"/>
      </w:pPr>
      <w:r>
        <w:t>تو آپ اپنےکوجانچیں،جانچیںکہکیاایساہوتاہےکہآپ سےجبکوئینش ادہیکیجائے، کوئی پوائنٹآؤٹکیاجائے،کوئی آپکیغلطیکو ،توآپجلدیسےکہہدیںکہIwas wrong.</w:t>
      </w:r>
    </w:p>
    <w:p>
      <w:r>
        <w:rPr>
          <w:b/>
        </w:rPr>
        <w:t xml:space="preserve">[1:20:06] </w:t>
      </w:r>
      <w:r>
        <w:t>agar nahi jaldi se keh sakte hain to yeh ek personality hai.</w:t>
      </w:r>
    </w:p>
    <w:p>
      <w:pPr>
        <w:jc w:val="right"/>
      </w:pPr>
      <w:r>
        <w:t>اگرنہیںجلدیسےکہہسکتےہیںتویہو یکپرسنیلٹیہے۔</w:t>
      </w:r>
    </w:p>
    <w:p>
      <w:r>
        <w:rPr>
          <w:b/>
        </w:rPr>
        <w:t xml:space="preserve">[1:20:14] </w:t>
      </w:r>
      <w:r>
        <w:t>Miss Naghma Siddiqui ne dil se likha hai: "How can we save ourselves from confusion? "</w:t>
      </w:r>
    </w:p>
    <w:p>
      <w:pPr>
        <w:jc w:val="right"/>
      </w:pPr>
      <w:r>
        <w:t>مس نغمہصدی قینےدلیسےلکھاہے: "Howcan we save ourselvesfrom conf usion? "</w:t>
      </w:r>
    </w:p>
    <w:p>
      <w:r>
        <w:rPr>
          <w:b/>
        </w:rPr>
        <w:t xml:space="preserve">[1:20:29] </w:t>
      </w:r>
      <w:r>
        <w:t>dekhen, confusion basically hota hai is liye ke aadmi ke andar bias thinking hoti hai, mutasawwar soch. Yaani apni family ko le kar ke, apni qaum ko le kar ke, apne apne apne apne jin ko apna samajhta hai, un ko le kar ke is ke andar bias hota hai. Bias wahan par woh khul kar nahi keh pata ke haqeeqat kya hai.</w:t>
      </w:r>
    </w:p>
    <w:p>
      <w:pPr>
        <w:jc w:val="right"/>
      </w:pPr>
      <w:r>
        <w:t>دیکھیں،کنفیوژن بیسیکلیہوتاہےاسلیے کہآدمیکےاندربائستھنکنگہوتیہے، مت صورسو چ ۔ یعنیاپنی فیملی کولےکرکے،اپنی قومکولےکرکے،اپنے اپنے اپنے اپنے جنکواپناسمجھتاہے،انکولےکرکے اسکےاندربائسہوتاہے۔بائس وہاںپروہ کھلکرنہیں کہہپاتا کہح قیقتکیاہے۔</w:t>
      </w:r>
    </w:p>
    <w:p>
      <w:r>
        <w:rPr>
          <w:b/>
        </w:rPr>
        <w:t xml:space="preserve">[1:20:55] </w:t>
      </w:r>
      <w:r>
        <w:t>Is se confusion aata hai. Yaani haqeeqat to kuch hai, lekin bias ke barabar kuch aur keh rahe hain aap.</w:t>
      </w:r>
    </w:p>
    <w:p>
      <w:pPr>
        <w:jc w:val="right"/>
      </w:pPr>
      <w:r>
        <w:t>اسے کنفیوژنآتاہے۔یعنیحقیقتتوکچھہے، لیکن بائسکےبرابر کچھاورکہہرہےہیںآپ ۔</w:t>
      </w:r>
    </w:p>
    <w:p>
      <w:r>
        <w:rPr>
          <w:b/>
        </w:rPr>
        <w:t xml:space="preserve">[1:21:04] </w:t>
      </w:r>
      <w:r>
        <w:t>Yaani jo reality hai, woh kuch aur hai. Lekin aap ko kyun ke bias hai aap ke mind mein, to aap kuch aur baat sabit karna chahte hain, kuch aur daleel dena chahte hain.</w:t>
      </w:r>
    </w:p>
    <w:p>
      <w:pPr>
        <w:jc w:val="right"/>
      </w:pPr>
      <w:r>
        <w:t>یعنیجو ریلیٹیہے،وہ کچھاورہے۔ لیکن آپکوچونکہبائسہےآپکےمائنڈمیں، توآپ کچھاوربات ثابتکرناچاہتےہیں، کچھاور دلیلدیناچاہتےہیں۔</w:t>
      </w:r>
    </w:p>
    <w:p>
      <w:r>
        <w:rPr>
          <w:b/>
        </w:rPr>
        <w:t xml:space="preserve">[1:21:16] </w:t>
      </w:r>
      <w:r>
        <w:t>To is ke maani ke aap ke andar tazad fikri jama jama kar rahe hain aap ke reality kuch bol rahi hai aur aap apni zuban se kuch aur keh rahe hain.</w:t>
      </w:r>
    </w:p>
    <w:p>
      <w:pPr>
        <w:jc w:val="right"/>
      </w:pPr>
      <w:r>
        <w:t>تو اسکےمعنی کہ آپ کےاندرتضادفکریجمع جمعکررہےہیںآپ کہریلیٹیکچھبولرہیہے اور آپ اپنیزبان سےکچھاور کہہرہےہیں۔</w:t>
      </w:r>
    </w:p>
    <w:p>
      <w:r>
        <w:rPr>
          <w:b/>
        </w:rPr>
        <w:t xml:space="preserve">[1:21:28] </w:t>
      </w:r>
      <w:r>
        <w:t>Kyun hota hai? Aap ne apne andar ek tazad paida kar rakha hai. Isi tazad se confusion aata hai. Basically dono ek hi cheez hain. Yaani confused thinking aur contradictory thinking dono ek hi cheez hain.</w:t>
      </w:r>
    </w:p>
    <w:p>
      <w:pPr>
        <w:jc w:val="right"/>
      </w:pPr>
      <w:r>
        <w:t>کیوںہوتاہے؟آپنے اپنےاندرایک تضاد پیدا کررکھاہے۔ اسیتضادسےکنفیوژنآتاہے۔ بیسیکلی دونوں ایکہیچیزہیں۔یعنی کن فیوزتھنکنگ اورکنٹراڈکٹریتھنکنگدونوںایکہیچیزہیں۔</w:t>
      </w:r>
    </w:p>
    <w:p>
      <w:r>
        <w:rPr>
          <w:b/>
        </w:rPr>
        <w:t xml:space="preserve">[1:21:47] </w:t>
      </w:r>
      <w:r>
        <w:t>Yaani confused thinking aur contradictory thinking dono ek hi cheez hain. Basically to jab bhi aadmi haqeeqat khariji hote hain, hum hum se haqeeqat hum se bahar hai.</w:t>
      </w:r>
    </w:p>
    <w:p>
      <w:pPr>
        <w:jc w:val="right"/>
      </w:pPr>
      <w:r>
        <w:t>یعنیکنفیوزتھنکنگ اورکنٹراڈکٹریتھنکنگدونوںایکہیچیزہیں۔ بیسیکلی تو جب بھی آدمی حقائق خارجیہوتےہیں،ہمہمسے حقیقتہمسےباہر ہے۔</w:t>
      </w:r>
    </w:p>
    <w:p>
      <w:r>
        <w:rPr>
          <w:b/>
        </w:rPr>
        <w:t xml:space="preserve">[1:22:01] </w:t>
      </w:r>
      <w:r>
        <w:t>Haqeeqat hum se bahar hai.</w:t>
      </w:r>
    </w:p>
    <w:p>
      <w:pPr>
        <w:jc w:val="right"/>
      </w:pPr>
      <w:r>
        <w:t>حقیقتہمسےباہرہے۔</w:t>
      </w:r>
    </w:p>
    <w:p>
      <w:r>
        <w:rPr>
          <w:b/>
        </w:rPr>
        <w:t xml:space="preserve">[1:22:04] </w:t>
      </w:r>
      <w:r>
        <w:t>To jo khariji jo haqeeqatein hain, us ko hum na maanen is liye ke kahin na kahin takra rahi hain hum se, hamare bias se, hamare maloomat se, hamare yaani hamare interests se.</w:t>
      </w:r>
    </w:p>
    <w:p>
      <w:pPr>
        <w:jc w:val="right"/>
      </w:pPr>
      <w:r>
        <w:t>تو جو خارج یجوحقیقتیںہیں، اسکوہم نہمانیںاسلیےکہکہیںنہکہیںٹکرارہیہیںہمسے،ہمارےبائسسے ،ہمارےمعلوماتسے،ہمارے یعنی ہمارےانٹرسٹسے۔</w:t>
      </w:r>
    </w:p>
    <w:p>
      <w:r>
        <w:rPr>
          <w:b/>
        </w:rPr>
        <w:t xml:space="preserve">[1:22:18] </w:t>
      </w:r>
      <w:r>
        <w:t>To wahan se contradiction mein aa gaye aap. Jab jab contradiction mein aa gaye to confusion paida ho gaya aap ki soch mein. Yeh main samjha hoon is maamle ko.</w:t>
      </w:r>
    </w:p>
    <w:p>
      <w:pPr>
        <w:jc w:val="right"/>
      </w:pPr>
      <w:r>
        <w:t>تو وہاںسے کنٹ راڈکشن میںآگئےآپ۔ جب جب کنٹراڈکشنمیںآگئےتوکنفیوژن پیدا ہوگیا آپکیسوچمیں۔ یہ میں سمجھاہےاسمعاملےکو۔</w:t>
      </w:r>
    </w:p>
    <w:p>
      <w:r>
        <w:rPr>
          <w:b/>
        </w:rPr>
        <w:t xml:space="preserve">[1:22:33] </w:t>
      </w:r>
      <w:r>
        <w:t>Sister Arsh Maan ne dil se sawal kiya hai: "If someone does wrong to us and we have a desire to change the behavior in that person, then how do we do that while keeping sabr? For example, if a person is angry and we further try to talk to him, then there is a possibility that he might get angrier.</w:t>
      </w:r>
    </w:p>
    <w:p>
      <w:pPr>
        <w:jc w:val="right"/>
      </w:pPr>
      <w:r>
        <w:t>سسٹر ارش مانےدلیسےسوالکیا ہے: "If someonedoeswrongtous and wehave ades ireto change the behavi orinthat person ,then how dowedo that while keeping sab r ?For examp le, if aperson is ang ry andwe furthertrytotalktohim , then thereisapossibil itythat hemightget ang rier.</w:t>
      </w:r>
    </w:p>
    <w:p>
      <w:r>
        <w:rPr>
          <w:b/>
        </w:rPr>
        <w:t xml:space="preserve">[1:22:59] </w:t>
      </w:r>
      <w:r>
        <w:t>What should be the correct response?"</w:t>
      </w:r>
    </w:p>
    <w:p>
      <w:pPr>
        <w:jc w:val="right"/>
      </w:pPr>
      <w:r>
        <w:t>Whatshouldbethecorrect response?"</w:t>
      </w:r>
    </w:p>
    <w:p>
      <w:r>
        <w:rPr>
          <w:b/>
        </w:rPr>
        <w:t xml:space="preserve">[1:23:03] </w:t>
      </w:r>
      <w:r>
        <w:t>dekhen, sirf ek hi is ka usool hai.</w:t>
      </w:r>
    </w:p>
    <w:p>
      <w:pPr>
        <w:jc w:val="right"/>
      </w:pPr>
      <w:r>
        <w:t>دیکھیں،صرف ایکہی اسکا اصولہے۔</w:t>
      </w:r>
    </w:p>
    <w:p>
      <w:r>
        <w:rPr>
          <w:b/>
        </w:rPr>
        <w:t xml:space="preserve">[1:23:08] </w:t>
      </w:r>
      <w:r>
        <w:t>You have to see things in terms of result. Ek hi usool hai, koi doosra usool na dein. Cheezon ko result se jaanchen.</w:t>
      </w:r>
    </w:p>
    <w:p>
      <w:pPr>
        <w:jc w:val="right"/>
      </w:pPr>
      <w:r>
        <w:t>You have tosee things intermsofresult . ایکہیاصولہے،کوئیدوسرااصولنہیں۔ چیزوںکورزلٹسےجان چیے۔</w:t>
      </w:r>
    </w:p>
    <w:p>
      <w:r>
        <w:rPr>
          <w:b/>
        </w:rPr>
        <w:t xml:space="preserve">[1:23:19] </w:t>
      </w:r>
      <w:r>
        <w:t>Ke woh ghussa hai, aap ne bhi us ko ghusse mein jawab diya to result kya niklega?</w:t>
      </w:r>
    </w:p>
    <w:p>
      <w:pPr>
        <w:jc w:val="right"/>
      </w:pPr>
      <w:r>
        <w:t>کہوہغصہہے، آپ نےبھیاسکو غصےمیںجوابدیاتورزلٹکیانکلےگا؟</w:t>
      </w:r>
    </w:p>
    <w:p>
      <w:r>
        <w:rPr>
          <w:b/>
        </w:rPr>
        <w:t xml:space="preserve">[1:23:28] </w:t>
      </w:r>
      <w:r>
        <w:t>Us ne aap ko kuch kar diya, aap ne bhi us ke baad kuch karen to result kya niklega? Always you have to see the result.</w:t>
      </w:r>
    </w:p>
    <w:p>
      <w:pPr>
        <w:jc w:val="right"/>
      </w:pPr>
      <w:r>
        <w:t>اسنےآپکو کچھکردیا،آپبھیاسکےبعدکچھکریںتورزلٹکیانکلےگا؟ Al waysyouhave toseetheresult .</w:t>
      </w:r>
    </w:p>
    <w:p>
      <w:r>
        <w:rPr>
          <w:b/>
        </w:rPr>
        <w:t xml:space="preserve">[1:23:37] </w:t>
      </w:r>
      <w:r>
        <w:t>It is result that is criterion. Result ko le kar, nateeja ko le kar dekh kar ke aap faisla kijiye ke main kaise bolun, kaise deal karun, kaisa mera behavior ho, kaise main react karun.</w:t>
      </w:r>
    </w:p>
    <w:p>
      <w:pPr>
        <w:jc w:val="right"/>
      </w:pPr>
      <w:r>
        <w:t>Itisresult thatiscrit erion. رزلٹکولےکر،نتیجہکولےکر دیکھکرکےآپ فیصلہکیجیےکہمیںکیسےبول وں ، کیسےڈیلکروں، کیسا میرابیہیویئرہو ، کیسےمیںریایکٹکروں۔</w:t>
      </w:r>
    </w:p>
    <w:p>
      <w:r>
        <w:rPr>
          <w:b/>
        </w:rPr>
        <w:t xml:space="preserve">[1:23:51] </w:t>
      </w:r>
      <w:r>
        <w:t>In sab ki mein dekhen ke result positive niklega ya negative niklega.</w:t>
      </w:r>
    </w:p>
    <w:p>
      <w:pPr>
        <w:jc w:val="right"/>
      </w:pPr>
      <w:r>
        <w:t>انسب کیمیںدیکھیںکہ رزلٹ پازیٹیونکلےگایانیگیٹیونکلےگا۔</w:t>
      </w:r>
    </w:p>
    <w:p>
      <w:r>
        <w:rPr>
          <w:b/>
        </w:rPr>
        <w:t xml:space="preserve">[1:23:57] </w:t>
      </w:r>
      <w:r>
        <w:t>Agar positive result nikla hai to behta acha hai. Negative result nikla hai to bilkul aap ko us ko chhod dena hai, us cheez ko. Yaani bolne ka negative result nikla hai to na bolein.</w:t>
      </w:r>
    </w:p>
    <w:p>
      <w:pPr>
        <w:jc w:val="right"/>
      </w:pPr>
      <w:r>
        <w:t>اگر پازیٹیورزلٹنکلاہے تو بہتاچھاہے۔ نیگیٹیورزلٹنکلاہےتوبالکلآپکو اسےچھوڑدیناہے،اسچیزکو ۔یعنیبولنےکا نیگیٹیورزلٹنکلاہےتونہبولیے۔</w:t>
      </w:r>
    </w:p>
    <w:p>
      <w:r>
        <w:rPr>
          <w:b/>
        </w:rPr>
        <w:t xml:space="preserve">[1:24:11] </w:t>
      </w:r>
      <w:r>
        <w:t>Chalne ke result negative nikla hai to na chalen. Jo kaam bhi negative result paida karna ho, us ko har giz mat kijiye.</w:t>
      </w:r>
    </w:p>
    <w:p>
      <w:pPr>
        <w:jc w:val="right"/>
      </w:pPr>
      <w:r>
        <w:t>چلنے کے رزلٹنیگیٹیونکلاہےتونہچلیے۔ جو کام بھی نیگیٹیورزلٹپیداکرناہو،اسکوہرگزمتکیجیے۔</w:t>
      </w:r>
    </w:p>
    <w:p>
      <w:r>
        <w:rPr>
          <w:b/>
        </w:rPr>
        <w:t xml:space="preserve">[1:24:20] </w:t>
      </w:r>
      <w:r>
        <w:t>To main yeh kahun ga ke asool ek hi hai. Yaani har maamle mein, har maamle mein, har maamle mein Always you have to see the result. Reality is the only criterion.</w:t>
      </w:r>
    </w:p>
    <w:p>
      <w:pPr>
        <w:jc w:val="right"/>
      </w:pPr>
      <w:r>
        <w:t>تومیںیہکہوںگاکہاصولایکہیہے۔ یعنیہرمعاملےمیں،ہرمعاملےمیں،ہرمعاملےمیں Alwaysy ouhavetoseetheresult . Real ityistheonly crit erion.</w:t>
      </w:r>
    </w:p>
    <w:p>
      <w:r>
        <w:rPr>
          <w:b/>
        </w:rPr>
        <w:t xml:space="preserve">[1:24:34] </w:t>
      </w:r>
      <w:r>
        <w:t>Maulana Shariq Hussain ne dil se likha hai: Hadees mein hai: Jis shakhs ne poore imaan ke saath badle ki umeed se qiyam ul lail ka ehtimam kiya, us ke tamam pichhle gunah maaf kar diye jate hain.</w:t>
      </w:r>
    </w:p>
    <w:p>
      <w:pPr>
        <w:jc w:val="right"/>
      </w:pPr>
      <w:r>
        <w:t>مول انا شارقحسیننے دلیسےلکھاہے: ح دیثمیں ہے: جس شخص نے پورے ایمانکےساتھ بدلےکیامیدسے قیام اللیلکا اہتمامکیا ،اسکے تمام پچھلےگناہ معاف کردیےجاتےہیں۔</w:t>
      </w:r>
    </w:p>
    <w:p>
      <w:r>
        <w:rPr>
          <w:b/>
        </w:rPr>
        <w:t xml:space="preserve">[1:24:52] </w:t>
      </w:r>
      <w:r>
        <w:t>Is hadees ki wazahat farmayen.</w:t>
      </w:r>
    </w:p>
    <w:p>
      <w:pPr>
        <w:jc w:val="right"/>
      </w:pPr>
      <w:r>
        <w:t>اس حدیثکی وضاحتفرمائیں۔</w:t>
      </w:r>
    </w:p>
    <w:p>
      <w:r>
        <w:rPr>
          <w:b/>
        </w:rPr>
        <w:t xml:space="preserve">[1:24:58] </w:t>
      </w:r>
      <w:r>
        <w:t>thik hai, yeh hadith sahi hai. qiyam al-lail ki baat nahin hai.</w:t>
      </w:r>
    </w:p>
    <w:p>
      <w:pPr>
        <w:jc w:val="right"/>
      </w:pPr>
      <w:r>
        <w:t>ٹھیکہے،یہحدیثصحیحہے۔ قیام اللیلکیباتنہیں ہے۔</w:t>
      </w:r>
    </w:p>
    <w:p>
      <w:r>
        <w:rPr>
          <w:b/>
        </w:rPr>
        <w:t xml:space="preserve">[1:25:05] </w:t>
      </w:r>
      <w:r>
        <w:t>aap kalma shahadat ada karein, agar aap sache jazbe ke saath, tab bhi peeche delete ho jayega. Allah taala ki rehmat hai ke koi bhi amal, aap koi bhi amal, kal tak hum ghalati kar rahe the,</w:t>
      </w:r>
    </w:p>
    <w:p>
      <w:pPr>
        <w:jc w:val="right"/>
      </w:pPr>
      <w:r>
        <w:t>آپ کلمہشہادتاداکریں،اگرآپسچےجذبےکےساتھ ،تببھیپیچھےڈیلیٹہوجائےگا۔ ال اسلامیاد ق لب تواللہ تعالیکیرحمتہے کہ کوئیبھیعمل ،آپکوئیبھیعمل ،کل تکہمغلطیکررہےتھے،</w:t>
      </w:r>
    </w:p>
    <w:p>
      <w:r>
        <w:rPr>
          <w:b/>
        </w:rPr>
        <w:t xml:space="preserve">[1:25:21] </w:t>
      </w:r>
      <w:r>
        <w:t>aaj hum koi aisi amal karein ke sachmuch itba Allah ke tehat ho. sachmuch Allah ki marzi. marzi ke maane kya hain</w:t>
      </w:r>
    </w:p>
    <w:p>
      <w:pPr>
        <w:jc w:val="right"/>
      </w:pPr>
      <w:r>
        <w:t>آجہمکوئیایساعملکریںکہسچمچ اتباعاللہ کےتحت ہو ۔ سچمچاللہ کیمرضیکے۔ مرضیکےمعنیکیاہیں</w:t>
      </w:r>
    </w:p>
    <w:p>
      <w:r>
        <w:rPr>
          <w:b/>
        </w:rPr>
        <w:t xml:space="preserve">[1:25:31] </w:t>
      </w:r>
      <w:r>
        <w:t>? ke aap apni zindagi ko badalne ka faisla karein. yani qiyam al-lail aap kar rahe hain aur apni zindagi ko badalne ka faisla nahin kiya aapne, to woh woh sachchi qiyam al-lail nahin hua.</w:t>
      </w:r>
    </w:p>
    <w:p>
      <w:pPr>
        <w:jc w:val="right"/>
      </w:pPr>
      <w:r>
        <w:t>؟ کہآپ اپنیزندگی کوبدلنےکافیصلہکریں۔ یعنیقیاماللیلآپکررہےہیں اور اپنی زندگیکوبدلنےکافیصلہنہیںکیاآپنے ،تووہ وہس چاقیاماللیلنہیںہوا۔</w:t>
      </w:r>
    </w:p>
    <w:p>
      <w:r>
        <w:rPr>
          <w:b/>
        </w:rPr>
        <w:t xml:space="preserve">[1:25:45] </w:t>
      </w:r>
      <w:r>
        <w:t>yani kal tak meri zindagi mein jo kamzoriyan thi, jo jo khamiyan thi, jo ghaltiyan thi, isko khatm karne ka faisla karke jab aap qiyam al-lail kareinge, tab yeh faida hasil hoga.</w:t>
      </w:r>
    </w:p>
    <w:p>
      <w:pPr>
        <w:jc w:val="right"/>
      </w:pPr>
      <w:r>
        <w:t>یعنیکلتک میریزندگی میںجو کمزوریاںتھیں،جو جو خامیاںتھیں،جو غلطیاںتھیں، اسکو ختم کرنے کافیصلہکرکےجبآپقیاماللیلکریںگے، تب یہفائدہحاصلہوگا۔</w:t>
      </w:r>
    </w:p>
    <w:p>
      <w:r>
        <w:rPr>
          <w:b/>
        </w:rPr>
        <w:t xml:space="preserve">[1:25:58] </w:t>
      </w:r>
      <w:r>
        <w:t>to yeh qiyam al-lail ki baat nahin hai.</w:t>
      </w:r>
    </w:p>
    <w:p>
      <w:pPr>
        <w:jc w:val="right"/>
      </w:pPr>
      <w:r>
        <w:t>تویہقیاماللیلکیباتنہیںہے۔</w:t>
      </w:r>
    </w:p>
    <w:p>
      <w:r>
        <w:rPr>
          <w:b/>
        </w:rPr>
        <w:t xml:space="preserve">[1:26:00] </w:t>
      </w:r>
      <w:r>
        <w:t>kalma shahadat mein se bhi yeh baat hasil hoti hai, kisi bhi amal se. to yeh Allah taala ka muamla hai ke har din, har din Allah taala, Allah taala aapko mauqa deta hai ke aap pichhle aamaal ko delete karwa sakein.</w:t>
      </w:r>
    </w:p>
    <w:p>
      <w:pPr>
        <w:jc w:val="right"/>
      </w:pPr>
      <w:r>
        <w:t>کلمہشہادتمیں سےبھییہباتحاصل ہوتیہے، کسی بھیعمل سے ۔ تو یہاللہتعالیکا معاملہہےکہہردن،ہردناللہ تعالی،اللہ تعالیآپکوموقعدیتاہےکہآپ پچھلےاعمالکوڈیلیٹکرواسکیں۔</w:t>
      </w:r>
    </w:p>
    <w:p>
      <w:r>
        <w:rPr>
          <w:b/>
        </w:rPr>
        <w:t xml:space="preserve">[1:26:13] </w:t>
      </w:r>
      <w:r>
        <w:t>har din, marne se pehle. hadith mein aata hai ke Allah taala, yani aasman par, yani awaz deta hai Allah taala ke koi hai jo maafi mange, main usko maaf karoon.</w:t>
      </w:r>
    </w:p>
    <w:p>
      <w:pPr>
        <w:jc w:val="right"/>
      </w:pPr>
      <w:r>
        <w:t>ہردن، مرنےسےپہ لے۔ حدیثمیںآتاہےکہاللہتعالی ،یعنیآسمان پر ،یعنی آوازدیتاہےاللہ تعالی کہکوئیہےجو معافیمانگے،میںاسکومعافکروں۔</w:t>
      </w:r>
    </w:p>
    <w:p>
      <w:r>
        <w:rPr>
          <w:b/>
        </w:rPr>
        <w:t xml:space="preserve">[1:26:27] </w:t>
      </w:r>
      <w:r>
        <w:t>har din.</w:t>
      </w:r>
    </w:p>
    <w:p>
      <w:pPr>
        <w:jc w:val="right"/>
      </w:pPr>
      <w:r>
        <w:t>ہردن ۔</w:t>
      </w:r>
    </w:p>
    <w:p>
      <w:r>
        <w:rPr>
          <w:b/>
        </w:rPr>
        <w:t xml:space="preserve">[1:26:30] </w:t>
      </w:r>
      <w:r>
        <w:t>to yeh qiyam al-lail jo yahan hai, to woh ek ek ek woh misaal ke taur par hai ke koi bhi amal to agar tum is tarah karo ke pichhli ghaltiyon ko khatm karke ek nayi zindagi shuru karne ka tumhare andar jazba ho, ek naya faisla le lo tum agar,</w:t>
      </w:r>
    </w:p>
    <w:p>
      <w:pPr>
        <w:jc w:val="right"/>
      </w:pPr>
      <w:r>
        <w:t>تویہ قیاماللیل جو یہاںہے،تووہایکایک ایک وہ مثالکےطورپرہے کہکوئیبھیعمل تواگرتم اسطرحکرو کہ پچھلیغلطیوںکو ختمکرکےایکنئیزندگی شروعکرنے کاتمہارےاندر جذبہہو، ایک نیافیصلہلےلو تماگر،</w:t>
      </w:r>
    </w:p>
    <w:p>
      <w:r>
        <w:rPr>
          <w:b/>
        </w:rPr>
        <w:t xml:space="preserve">[1:26:49] </w:t>
      </w:r>
      <w:r>
        <w:t>to koi amal jo tum karoge, woh pichhle aamaal se delete ho jayenge. aur</w:t>
      </w:r>
    </w:p>
    <w:p>
      <w:pPr>
        <w:jc w:val="right"/>
      </w:pPr>
      <w:r>
        <w:t>تو کوئی عمل جوتم کروگے،وہپچھلےاعمالسےڈیلیٹہوجائیںگے۔ اور</w:t>
      </w:r>
    </w:p>
    <w:p>
      <w:r>
        <w:rPr>
          <w:b/>
        </w:rPr>
        <w:t xml:space="preserve">[1:26:55] </w:t>
      </w:r>
      <w:r>
        <w:t>yeh Allah taala ki rehmat hai aur woh har amal tak waseeh hai.</w:t>
      </w:r>
    </w:p>
    <w:p>
      <w:pPr>
        <w:jc w:val="right"/>
      </w:pPr>
      <w:r>
        <w:t>یہاللہ تعالیکیرحمتہے اور وہ ہرعمل تک وسیعہے۔</w:t>
      </w:r>
    </w:p>
    <w:p>
      <w:r>
        <w:rPr>
          <w:b/>
        </w:rPr>
        <w:t xml:space="preserve">[1:27:04] </w:t>
      </w:r>
      <w:r>
        <w:t>Miss Talat Anjum Khan ne Delhi se likha hai: "What is the punishment for those men who ruin respect of women, hurt her dignity, and then force her for a marriage proposal against her wish? Please explain this in the light of Quran and Hadith</w:t>
      </w:r>
    </w:p>
    <w:p>
      <w:pPr>
        <w:jc w:val="right"/>
      </w:pPr>
      <w:r>
        <w:t>مس طلعت انجم خان نے دلیسے لکھاہے : "Whatis the punishment for those men who ruin resp ectof wom en,hurtherdignity, andthen forceher for amarriagepropos al against herwish ?Pleaseexplain thisinthelightof QuranandHadith</w:t>
      </w:r>
    </w:p>
    <w:p>
      <w:r>
        <w:rPr>
          <w:b/>
        </w:rPr>
        <w:t xml:space="preserve">[1:27:24] </w:t>
      </w:r>
      <w:r>
        <w:t>." Yeh sabhi jazbati baatein hain. Isi kisi ek waqeye ko jis se aurat report karti hai, usi ko mard se pooche to doosra andar report karega. Woh yeh jo alfaaz hain, main itna jazbati alfaaz hoon.</w:t>
      </w:r>
    </w:p>
    <w:p>
      <w:pPr>
        <w:jc w:val="right"/>
      </w:pPr>
      <w:r>
        <w:t>." یہسبھیجذباتیباتیںہیں۔ اسی کسی ایک واقعےکوجسسےعورت رپورٹکرتیہے،اسیکومردسےپوچھےتودوسرااندررپورٹکرےگا۔وہ یہجوالفاظہیں،میں اتنا جذباتیالفاظہیں۔</w:t>
      </w:r>
    </w:p>
    <w:p>
      <w:r>
        <w:rPr>
          <w:b/>
        </w:rPr>
        <w:t xml:space="preserve">[1:27:37] </w:t>
      </w:r>
      <w:r>
        <w:t>Maine bar bar tajurba kiya hai ke ek waqea hua, ek aurat mard ke beech mein, aurat ne report ki to alag andaaz se, mard ne report ki doosre andaaz se. To pehli baat hai, objective reporting honi chahiye.</w:t>
      </w:r>
    </w:p>
    <w:p>
      <w:pPr>
        <w:jc w:val="right"/>
      </w:pPr>
      <w:r>
        <w:t>میںنےباربارتجربہکیاہےکہایکواقعہہوا ،ایکعورتمرد کےبیچمیں، عورتنےرپورٹکیاتوالگاندازسے،مردنےرپورٹکیدوسرےاندازسے۔ تو پہلیباتہے،ابجیکٹورپورٹنگہونیچاہیے۔</w:t>
      </w:r>
    </w:p>
    <w:p>
      <w:r>
        <w:rPr>
          <w:b/>
        </w:rPr>
        <w:t xml:space="preserve">[1:27:50] </w:t>
      </w:r>
      <w:r>
        <w:t>punishment ki baat to baad ko aati hai.</w:t>
      </w:r>
    </w:p>
    <w:p>
      <w:pPr>
        <w:jc w:val="right"/>
      </w:pPr>
      <w:r>
        <w:t>پنشمنٹکیباتتوبعدکوآتیہے۔</w:t>
      </w:r>
    </w:p>
    <w:p>
      <w:r>
        <w:rPr>
          <w:b/>
        </w:rPr>
        <w:t xml:space="preserve">[1:27:52] </w:t>
      </w:r>
      <w:r>
        <w:t>Objective reporting na mard karti hai, na aurat karta hai. Woh ismein aise koi rai nahin de sakti. Aise alfaaz mein koi rai nahin de sakte hum.</w:t>
      </w:r>
    </w:p>
    <w:p>
      <w:pPr>
        <w:jc w:val="right"/>
      </w:pPr>
      <w:r>
        <w:t>ابجیکٹورپورٹنگنہمردکرتیہے،نہعورتکرتاہے۔وہ اسمیںایسےکوئیرائے نہیںدےسکتی۔ ایسےالفاظمیںکوئیرائےنہیںدےسکتےہم۔</w:t>
      </w:r>
    </w:p>
    <w:p>
      <w:r>
        <w:rPr>
          <w:b/>
        </w:rPr>
        <w:t xml:space="preserve">[1:28:03] </w:t>
      </w:r>
      <w:r>
        <w:t>Yani ek aurat mard ke bare mein aisa bol rahi hai aur mard se pooche to woh kahega, aurat ko hi blame dega ke usne aisa kiya. To yeh koi tareeqa</w:t>
      </w:r>
    </w:p>
    <w:p>
      <w:pPr>
        <w:jc w:val="right"/>
      </w:pPr>
      <w:r>
        <w:t>یعنیایکعورتمردکےبارےمیںایسابولرہیہے اورمردسےپوچھےتووہکہےگا، عورتہیکوبلیمدےگاکہ اسنےایساکیا۔ تویہ کوئیطریقہ</w:t>
      </w:r>
    </w:p>
    <w:p>
      <w:r>
        <w:rPr>
          <w:b/>
        </w:rPr>
        <w:t xml:space="preserve">[1:28:14] </w:t>
      </w:r>
      <w:r>
        <w:t>nahin hai. Yeh establish kare pehle yeh establish karna padega ke waqai usse target kiya hai. Aur aurat bilkul masoom thi.</w:t>
      </w:r>
    </w:p>
    <w:p>
      <w:pPr>
        <w:jc w:val="right"/>
      </w:pPr>
      <w:r>
        <w:t>نہیںہے۔ یہ اسٹیبلش کر پہلے یہ اسٹیبلشکرناپڑےگاکہواق عتااسےٹارگٹکیاہے۔ اور عورتبالکلمعصومتھی۔</w:t>
      </w:r>
    </w:p>
    <w:p>
      <w:r>
        <w:rPr>
          <w:b/>
        </w:rPr>
        <w:t xml:space="preserve">[1:28:23] </w:t>
      </w:r>
      <w:r>
        <w:t>Aurat ke andar koi ghaltiyan nahin thi.</w:t>
      </w:r>
    </w:p>
    <w:p>
      <w:pPr>
        <w:jc w:val="right"/>
      </w:pPr>
      <w:r>
        <w:t>عورتکےاندرکوئیغلطینہیںتھی۔</w:t>
      </w:r>
    </w:p>
    <w:p>
      <w:r>
        <w:rPr>
          <w:b/>
        </w:rPr>
        <w:t xml:space="preserve">[1:28:27] </w:t>
      </w:r>
      <w:r>
        <w:t>Isiliye dekhiye, do tareeqa iske muamle mein hai: Yato khandan ka kisi aadmi ko hukum banaya jaye, ya court mein jayajaye muamle ko le kar ke, ya khud hi soch kar faisla kar liya jaye.</w:t>
      </w:r>
    </w:p>
    <w:p>
      <w:pPr>
        <w:jc w:val="right"/>
      </w:pPr>
      <w:r>
        <w:t>اسیلیےدیکھیے، دوطریقہاسکےمعاملےمیںہے: یاتو خاندانکاکسی آدمیکوحکمبنایاجائے،یا کورٹ میںجایاجائےمعاملےکولےکرکے، یا خود ہی سوچکرفیصلہکرلیاجائے۔</w:t>
      </w:r>
    </w:p>
    <w:p>
      <w:r>
        <w:rPr>
          <w:b/>
        </w:rPr>
        <w:t xml:space="preserve">[1:28:41] </w:t>
      </w:r>
      <w:r>
        <w:t>Yato aurat aur mard ko khud sochna hai ke ghalti kiski hai. Objective sochiye, objective na soch paayein to khandan ke kisi aadmi ko hukum banayein, use bhi kaam na chale to adalat mein jaiye, use bhi na kaam chale to phir phir aap dua kijiye. Bas sabr ka matlab hai dua.</w:t>
      </w:r>
    </w:p>
    <w:p>
      <w:pPr>
        <w:jc w:val="right"/>
      </w:pPr>
      <w:r>
        <w:t>یاتوعورتاورمرد کو خود سوچناہےکہغلطیکسکیہے۔ ابجیکٹولیسوچیں،ابجیکٹولینہ سوچپائیں تو خاندانکےکسیآدمیکوحکمبنائیں، اسے بھیکامنہچلےتوعدالتمیںجائیے، اسے بھینہکامچلےتو پھرپھرآپ دعاکیجیے۔بس صبرکامطلبہےدعا۔</w:t>
      </w:r>
    </w:p>
    <w:p>
      <w:r>
        <w:rPr>
          <w:b/>
        </w:rPr>
        <w:t xml:space="preserve">[1:28:59] </w:t>
      </w:r>
      <w:r>
        <w:t>Sabr ka aap option hai, dua ka option hai. Yeh yeh jo yeh jo sawal hai, ismein jo jazbaat ke alfaaz hain, aur main nahin samajhta ke isko padhkar koi koi shakhs koi rai de sakta hai.</w:t>
      </w:r>
    </w:p>
    <w:p>
      <w:pPr>
        <w:jc w:val="right"/>
      </w:pPr>
      <w:r>
        <w:t>صبرکاآپ شنجوہے،دعاکاآپشنہے۔ یہ یہجو یہجو سوال ہے،اسمیںجوجذباتکےالفاظہیں، اورمیں نہیںسمجھتاکہاسکوپڑھکر کوئی کوئیشخص کوئیرائےدےسکتاہے۔</w:t>
      </w:r>
    </w:p>
    <w:p>
      <w:r>
        <w:rPr>
          <w:b/>
        </w:rPr>
        <w:t xml:space="preserve">[1:29:14] </w:t>
      </w:r>
      <w:r>
        <w:t>Mr. Ameen Badshah ne Karnataka se sawal kiya hai. Unhone likha hai: "Kya farz aur nafl namaz mein aur sajde mein apni madri zaban mein dua ki ja sakti hai?"</w:t>
      </w:r>
    </w:p>
    <w:p>
      <w:pPr>
        <w:jc w:val="right"/>
      </w:pPr>
      <w:r>
        <w:t>مسٹرامین بادشاہنے کرناٹکاسےسوال کیا ہے۔ انہوںنےلکھاہے:"کیا فرضاور نفافلمیں اور سجدےمیں اپنی مادریزبان میں دعاکیجاسکتیہے ؟"</w:t>
      </w:r>
    </w:p>
    <w:p>
      <w:r>
        <w:rPr>
          <w:b/>
        </w:rPr>
        <w:t xml:space="preserve">[1:29:28] </w:t>
      </w:r>
      <w:r>
        <w:t>Haan, farz ke ilawa farz mein to nahin. Nafl namazon mein aap madri zaban mein dua kar sakte hain. Farz mein to wohi kalmaat aapko padhne chahiye jo jo arabi ke kalmaat hain.</w:t>
      </w:r>
    </w:p>
    <w:p>
      <w:pPr>
        <w:jc w:val="right"/>
      </w:pPr>
      <w:r>
        <w:t>ہاں، فرضکےعلاوہ فرضمیںتو نہیں ۔ نفلنمازوںمیںآپمادریزبانمیںدعاکرسکتےہیں۔ فرضمیںتووہیکلماتآپکوپڑھنےچاہیےجو جو عربیکے کلمات ہیں۔</w:t>
      </w:r>
    </w:p>
    <w:p>
      <w:r>
        <w:rPr>
          <w:b/>
        </w:rPr>
        <w:t xml:space="preserve">[1:29:41] </w:t>
      </w:r>
      <w:r>
        <w:t>haan, kuch arbi jaanta hu to imam aboo hanifa ne ijazat di hai ke woh apni maadri zaban mein uss waqt tak keh sakta hai jab tak ke woh arbi na seekh le.</w:t>
      </w:r>
    </w:p>
    <w:p>
      <w:pPr>
        <w:jc w:val="right"/>
      </w:pPr>
      <w:r>
        <w:t>ہاں،کچھعربینہجانتاہو تو امامابوحنیفہنےاجازتدیہےکہوہاپنی مادریزبان میں اسوقت تککہہسکتاہےجبتک کہوہ عربی نہسیکھلے۔</w:t>
      </w:r>
    </w:p>
    <w:p>
      <w:r>
        <w:rPr>
          <w:b/>
        </w:rPr>
        <w:t xml:space="preserve">[1:29:56] </w:t>
      </w:r>
      <w:r>
        <w:t>maulana yaqoob umar ne solah pur se sawal kiya hai. unho ne likha hai: "ek ghair muslim ka sawal hai ke saari dunya ke musalman ek hi din eid kyun nahi manate hain ?</w:t>
      </w:r>
    </w:p>
    <w:p>
      <w:pPr>
        <w:jc w:val="right"/>
      </w:pPr>
      <w:r>
        <w:t>مول انا یعقوب عمرینے سولہپورسے سوالکیا ہے۔انہوںنےلکھاہے: "ایک غیر مسلمکا سوال ہے کہ ساریدنیا کے مس لمان ایک ہیدن عیدکیوںنہیںمناتےہیں ؟</w:t>
      </w:r>
    </w:p>
    <w:p>
      <w:r>
        <w:rPr>
          <w:b/>
        </w:rPr>
        <w:t xml:space="preserve">[1:30:08] </w:t>
      </w:r>
      <w:r>
        <w:t>isi tarah roz humein farq kyun hai?"</w:t>
      </w:r>
    </w:p>
    <w:p>
      <w:pPr>
        <w:jc w:val="right"/>
      </w:pPr>
      <w:r>
        <w:t>اسیطرح روز ہمیں فرق کیوںہے؟"</w:t>
      </w:r>
    </w:p>
    <w:p>
      <w:r>
        <w:rPr>
          <w:b/>
        </w:rPr>
        <w:t xml:space="preserve">[1:30:15] </w:t>
      </w:r>
      <w:r>
        <w:t>dekhein, yeh toh mumkin nahi hai. uss waqt mislan yahan par din hai, america mein uss waqt raat hai.</w:t>
      </w:r>
    </w:p>
    <w:p>
      <w:pPr>
        <w:jc w:val="right"/>
      </w:pPr>
      <w:r>
        <w:t>دیکھیں،یہتو ممکننہیں ہے۔ اسوقت مثلاًیہاںپر دن ہے، امریکہمیںاسوقتراتہے۔</w:t>
      </w:r>
    </w:p>
    <w:p>
      <w:r>
        <w:rPr>
          <w:b/>
        </w:rPr>
        <w:t xml:space="preserve">[1:30:22] </w:t>
      </w:r>
      <w:r>
        <w:t>kaise ho sakta hai ke uss waqt hum mana rahe hain aur eid toh woh bhi manayenge, raat ko woh manayenge? yeh kaise mumkin hai ?</w:t>
      </w:r>
    </w:p>
    <w:p>
      <w:pPr>
        <w:jc w:val="right"/>
      </w:pPr>
      <w:r>
        <w:t>کیسےہوسکتاہے کہاسوقت ہم منارہےہیںاور عیدتووہبھی منائیںگے،راتکووہمنائیںگے؟یہکیسےممکنہے ؟</w:t>
      </w:r>
    </w:p>
    <w:p>
      <w:r>
        <w:rPr>
          <w:b/>
        </w:rPr>
        <w:t xml:space="preserve">[1:30:32] </w:t>
      </w:r>
      <w:r>
        <w:t>yeh toh nizam-e-fitrat ke khilaaf hai. yaani chand jis waqt hamare yahan hota hai, ussi waqt america mein thodi hota hai. yeh farq rahega.</w:t>
      </w:r>
    </w:p>
    <w:p>
      <w:pPr>
        <w:jc w:val="right"/>
      </w:pPr>
      <w:r>
        <w:t>یہتونظام فطرتکےخلاف ہے۔ یعنی چاند جسوقتہمارےہاںہوتاہے،اسیوقتامریکہمیںتھوڑیہوتاہے۔ یہفرقتورہےگا۔</w:t>
      </w:r>
    </w:p>
    <w:p>
      <w:r>
        <w:rPr>
          <w:b/>
        </w:rPr>
        <w:t xml:space="preserve">[1:30:43] </w:t>
      </w:r>
      <w:r>
        <w:t>yeh farq rahega. jab yahan par raat hai aur wahan par din hai, aur yahan par din hai, wahan par raat hai toh farq</w:t>
      </w:r>
    </w:p>
    <w:p>
      <w:pPr>
        <w:jc w:val="right"/>
      </w:pPr>
      <w:r>
        <w:t>یہفرقتورہےگا۔ جب یہاںپر راتہے اوروہاںپردنہے، اوریہاںپردنہے،وہاںپرراتہےتوفر</w:t>
      </w:r>
    </w:p>
    <w:p>
      <w:r>
        <w:rPr>
          <w:b/>
        </w:rPr>
        <w:t xml:space="preserve">[1:30:51] </w:t>
      </w:r>
      <w:r>
        <w:t>padega. yeh fitrat ke nizam ka mamla hai, yeh yeh koi yani mazhab ka mamla nahi hai.</w:t>
      </w:r>
    </w:p>
    <w:p>
      <w:pPr>
        <w:jc w:val="right"/>
      </w:pPr>
      <w:r>
        <w:t>قپڑےگا۔ یہ فطرتکےنظامکامعاملہہے،یہ یہکوئی یعنی مذہبکامعاملہنہیں ہے۔</w:t>
      </w:r>
    </w:p>
    <w:p>
      <w:r>
        <w:rPr>
          <w:b/>
        </w:rPr>
        <w:t xml:space="preserve">[1:31:01] </w:t>
      </w:r>
      <w:r>
        <w:t>mis sahil nawonet ne dilli se likha hai: "If someone is tired of keeping the patience for many years but still there is no result, then what should one do?" aap continue rakhein.</w:t>
      </w:r>
    </w:p>
    <w:p>
      <w:pPr>
        <w:jc w:val="right"/>
      </w:pPr>
      <w:r>
        <w:t>مس سہل نو ونیتنے دلیسےلکھاہے: "Ifsomeoneis tired of keepingthe patience for many years but still thereisno result ,then whatshouldonedo ?" آپکن ٹینیورکھیں۔</w:t>
      </w:r>
    </w:p>
    <w:p>
      <w:r>
        <w:rPr>
          <w:b/>
        </w:rPr>
        <w:t xml:space="preserve">[1:31:19] </w:t>
      </w:r>
      <w:r>
        <w:t>iski koi had nahi hai.</w:t>
      </w:r>
    </w:p>
    <w:p>
      <w:pPr>
        <w:jc w:val="right"/>
      </w:pPr>
      <w:r>
        <w:t>اسکیکوئیحدنہیںہے۔</w:t>
      </w:r>
    </w:p>
    <w:p>
      <w:r>
        <w:rPr>
          <w:b/>
        </w:rPr>
        <w:t xml:space="preserve">[1:31:21] </w:t>
      </w:r>
      <w:r>
        <w:t>aap continue rakhein. aap aap patience kyun kehte hain isko? isko forget karna chahiye? bhula dena? isko bhula diya?</w:t>
      </w:r>
    </w:p>
    <w:p>
      <w:pPr>
        <w:jc w:val="right"/>
      </w:pPr>
      <w:r>
        <w:t>آپکنٹینیورکھیں۔آپ آپ پیشنسکیوںکہتےہیںاسکو ؟ اسکو فار گیٹکرناچاہیے؟ بھلادینا؟اسکوبھلادیا؟</w:t>
      </w:r>
    </w:p>
    <w:p>
      <w:r>
        <w:rPr>
          <w:b/>
        </w:rPr>
        <w:t xml:space="preserve">[1:31:31] </w:t>
      </w:r>
      <w:r>
        <w:t>baad mein liye isko bojh kyun liye baithe hain? koi baat agar ho gayi aaj se so aaj se ek baras pehle toh aap isko mind mein liye kyun hain? isko bhula diye, bhula diye, bhula diye?</w:t>
      </w:r>
    </w:p>
    <w:p>
      <w:pPr>
        <w:jc w:val="right"/>
      </w:pPr>
      <w:r>
        <w:t>بعدمیںلیے اسکوبوجھکیوںلیےبیٹھےہیں؟ کوئیباتاگر ہوگئی آجسے سو آجسےایک برسپہلےتوآپاسکومائنڈمیںلیےکیوںہیں؟اسکوبھلادیے،بھلادیے،بھلادیے؟</w:t>
      </w:r>
    </w:p>
    <w:p>
      <w:r>
        <w:rPr>
          <w:b/>
        </w:rPr>
        <w:t xml:space="preserve">[1:31:46] </w:t>
      </w:r>
      <w:r>
        <w:t>isko mind mein liye rehne ki zaroorat nahi hai.</w:t>
      </w:r>
    </w:p>
    <w:p>
      <w:pPr>
        <w:jc w:val="right"/>
      </w:pPr>
      <w:r>
        <w:t>اسکومائنڈمیں لیے رہنے کیضرورتہینہیںہے۔</w:t>
      </w:r>
    </w:p>
    <w:p>
      <w:r>
        <w:rPr>
          <w:b/>
        </w:rPr>
        <w:t xml:space="preserve">[1:31:54] </w:t>
      </w:r>
      <w:r>
        <w:t>It's a question of patience. It's a question of forget. main toh yahi main toh aise hi aise hi karta hoon. main toh ek din bhi nahi isko continue rakhta hoon.</w:t>
      </w:r>
    </w:p>
    <w:p>
      <w:pPr>
        <w:jc w:val="right"/>
      </w:pPr>
      <w:r>
        <w:t>It'saquestionof patience.It'saquestionoffor get. میںتویہی میںتوایسےہیایسےہیکرتاہوں۔ میںتوایکدنبھینہیں اسکو کنٹینیورکھتاہوں۔</w:t>
      </w:r>
    </w:p>
    <w:p>
      <w:r>
        <w:rPr>
          <w:b/>
        </w:rPr>
        <w:t xml:space="preserve">[1:32:06] </w:t>
      </w:r>
      <w:r>
        <w:t>aaj ki baat aaj bhula diya. kal kal mein nahi yaad rakhta. agar aaj koi baat se mujhe takleef pahunchi thi toh bas pahunchi thi, woh ho gaya, khatam ho gaya.</w:t>
      </w:r>
    </w:p>
    <w:p>
      <w:pPr>
        <w:jc w:val="right"/>
      </w:pPr>
      <w:r>
        <w:t>آجکیباتآجبھلادیا۔ کل کل میںنہیںیادرکھتا۔اگرآجکوئیبات سےمجھےتکلیفپہنچیتھی تو بس پہنچیتھی،وہہوگیا،ختمہوگیا۔</w:t>
      </w:r>
    </w:p>
    <w:p>
      <w:r>
        <w:rPr>
          <w:b/>
        </w:rPr>
        <w:t xml:space="preserve">[1:32:15] </w:t>
      </w:r>
      <w:r>
        <w:t>kal ka din woh hai, main isko bhula deta hoon. toh aap bhula dijiye. baat ko khatam kar dijiye.</w:t>
      </w:r>
    </w:p>
    <w:p>
      <w:pPr>
        <w:jc w:val="right"/>
      </w:pPr>
      <w:r>
        <w:t>کل کادنجوہے،میںاسکوبھلادیتاہوں۔ توآپبھلادیجیے۔ باتکوخ تمکردیجیے۔</w:t>
      </w:r>
    </w:p>
    <w:p>
      <w:r>
        <w:rPr>
          <w:b/>
        </w:rPr>
        <w:t xml:space="preserve">[1:32:25] </w:t>
      </w:r>
      <w:r>
        <w:t>mis madhu talreja ne sawal kiya hai dilli se. unho ne likha hai: "I want to know if being indifferent to things is a positive quality or not." achha ji, being indifferent cheezon ke liye indifferent ho jana, kya yeh ek positive quality hai?</w:t>
      </w:r>
    </w:p>
    <w:p>
      <w:pPr>
        <w:jc w:val="right"/>
      </w:pPr>
      <w:r>
        <w:t>مس مدھو تالریجانے سوال کیاہے دلیسے۔انہوںنےلکھاہے : "Iwanttoknowif being ind ifferent to things is apos itivequal ityornot ." اچھاجی،being ind ifferent چیزوںکےلیے ind ifferentہوجانا،کیا یہایکpos itivequal ityہے؟</w:t>
      </w:r>
    </w:p>
    <w:p>
      <w:r>
        <w:rPr>
          <w:b/>
        </w:rPr>
        <w:t xml:space="preserve">[1:32:44] </w:t>
      </w:r>
      <w:r>
        <w:t>yeh super positive quality hai? nahi. Indifference kis kis kis situation mein? sawaliya hai.</w:t>
      </w:r>
    </w:p>
    <w:p>
      <w:pPr>
        <w:jc w:val="right"/>
      </w:pPr>
      <w:r>
        <w:t>یہ super pos itivequal ityہے؟ نہیں ۔ Indifference کس کس کسsitu ationمیں؟سوالیہہے۔</w:t>
      </w:r>
    </w:p>
    <w:p>
      <w:r>
        <w:rPr>
          <w:b/>
        </w:rPr>
        <w:t xml:space="preserve">[1:32:56] </w:t>
      </w:r>
      <w:r>
        <w:t>Indifference kis situation mein? kis qism mauqe ke liye? toh yeh ek relative term hai. yaani agar ek galat kaam ho raha hai toh aapko bolna chahiye.</w:t>
      </w:r>
    </w:p>
    <w:p>
      <w:pPr>
        <w:jc w:val="right"/>
      </w:pPr>
      <w:r>
        <w:t>Indifference کسsitu ationمیں؟کسکسموقعکےلیے ؟ تویہ ایک rel ative term ہے۔ یعنیاگر ایک غلطکامہورہاہےتوآپکوبولناچاہیے۔</w:t>
      </w:r>
    </w:p>
    <w:p>
      <w:r>
        <w:rPr>
          <w:b/>
        </w:rPr>
        <w:t xml:space="preserve">[1:33:06] </w:t>
      </w:r>
      <w:r>
        <w:t>agar aap ke bas mein hai ke bol kar isko theek kar sakte hain aap. aap khwaham khwah indifference ho jayein, aap indifferent ho jayein, toh yeh toh theek nahi hoga.</w:t>
      </w:r>
    </w:p>
    <w:p>
      <w:pPr>
        <w:jc w:val="right"/>
      </w:pPr>
      <w:r>
        <w:t>اگر آپ کے بسمیں ہےکہبول کرکےاسکوٹھیککرسکتےہیںآپ ۔ آپخواہمخواہindifference ہوجائیں،آپ indifferentہوجائیں، تویہتوٹھیکنہیںہوگا۔</w:t>
      </w:r>
    </w:p>
    <w:p>
      <w:r>
        <w:rPr>
          <w:b/>
        </w:rPr>
        <w:t xml:space="preserve">[1:33:17] </w:t>
      </w:r>
      <w:r>
        <w:t>lekin baaz auqat humein indifferent hona padta hai. toh ismein bebas hone se koi faida nahi hai.</w:t>
      </w:r>
    </w:p>
    <w:p>
      <w:pPr>
        <w:jc w:val="right"/>
      </w:pPr>
      <w:r>
        <w:t>لیکن بعض اوقاتہمیںindifferent ہونا پڑتاہے۔ تواسمیں بلبسہونےسےکوئیفائدہنہیںہے۔</w:t>
      </w:r>
    </w:p>
    <w:p>
      <w:r>
        <w:rPr>
          <w:b/>
        </w:rPr>
        <w:t xml:space="preserve">[1:33:23] </w:t>
      </w:r>
      <w:r>
        <w:t>toh yeh ek relative term hai. kis mauqe par aap indifferent ho jayein, kis mauqe par indifferent na hon, yeh us situation se decide hoga.</w:t>
      </w:r>
    </w:p>
    <w:p>
      <w:pPr>
        <w:jc w:val="right"/>
      </w:pPr>
      <w:r>
        <w:t>تویہ ایک relative term ہے۔ کسموقع پرآپindifferentہوجائیں،کسموقعپرindifferentنہہوں، یہ اسsitu ationسے dec ideہوگا۔</w:t>
      </w:r>
    </w:p>
    <w:p>
      <w:r>
        <w:rPr>
          <w:b/>
        </w:rPr>
        <w:t xml:space="preserve">[1:33:35] </w:t>
      </w:r>
      <w:r>
        <w:t>kab kya karna chahiye, kab karna chahiye.</w:t>
      </w:r>
    </w:p>
    <w:p>
      <w:pPr>
        <w:jc w:val="right"/>
      </w:pPr>
      <w:r>
        <w:t>کبکیا کرناچاہیے،کبکر ناچاہیے۔</w:t>
      </w:r>
    </w:p>
    <w:p>
      <w:r>
        <w:rPr>
          <w:b/>
        </w:rPr>
        <w:t xml:space="preserve">[1:33:41] </w:t>
      </w:r>
      <w:r>
        <w:t>doctor farida khanam ne dilli se likha hai: "I do not find anyone who really goes in fear of God.</w:t>
      </w:r>
    </w:p>
    <w:p>
      <w:pPr>
        <w:jc w:val="right"/>
      </w:pPr>
      <w:r>
        <w:t>ڈاکٹر فریدہخانمنےدلیسےلکھاہے :"Idonot find any one who really goes in fearofGod .</w:t>
      </w:r>
    </w:p>
    <w:p>
      <w:r>
        <w:rPr>
          <w:b/>
        </w:rPr>
        <w:t xml:space="preserve">[1:33:50] </w:t>
      </w:r>
      <w:r>
        <w:t>What has made people fearless of God? Kindly explain."</w:t>
      </w:r>
    </w:p>
    <w:p>
      <w:pPr>
        <w:jc w:val="right"/>
      </w:pPr>
      <w:r>
        <w:t>Whathas made people fearless ofGod ?Kindlyexplain."</w:t>
      </w:r>
    </w:p>
    <w:p>
      <w:r>
        <w:rPr>
          <w:b/>
        </w:rPr>
        <w:t xml:space="preserve">[1:34:02] </w:t>
      </w:r>
      <w:r>
        <w:t>mein samajhta hoon ke basic baat jo hai, woh azadi hai. Allah taala ne insaan ko azadi di hai, azadi.</w:t>
      </w:r>
    </w:p>
    <w:p>
      <w:pPr>
        <w:jc w:val="right"/>
      </w:pPr>
      <w:r>
        <w:t>میںسمجھتاہوںکہbasicباتجوہے،وہآزادی ہے۔ اللہ تعالیٰنےانسانکوآز ادیدیہے،آزادی۔</w:t>
      </w:r>
    </w:p>
    <w:p>
      <w:r>
        <w:rPr>
          <w:b/>
        </w:rPr>
        <w:t xml:space="preserve">[1:34:11] </w:t>
      </w:r>
      <w:r>
        <w:t>jis jis aadmi ne kitaab likhi "God is dead" to Khuda ne us ko pakra nahin. Aisa nahin ke Khuda ne farishta bhi bhej diya ho ke jaa kar us ko pakar ke maaro.</w:t>
      </w:r>
    </w:p>
    <w:p>
      <w:pPr>
        <w:jc w:val="right"/>
      </w:pPr>
      <w:r>
        <w:t>جس جسآدمینےکتاب لکھی"Godis dead" توخدانےاسکوپکڑانہیں ۔ ایسانہیںکہخدانےفرشتہبھیجدیا ہو کہجاکراسکوپکڑکےمارو۔</w:t>
      </w:r>
    </w:p>
    <w:p>
      <w:r>
        <w:rPr>
          <w:b/>
        </w:rPr>
        <w:t xml:space="preserve">[1:34:20] </w:t>
      </w:r>
      <w:r>
        <w:t>to azadi hai.</w:t>
      </w:r>
    </w:p>
    <w:p>
      <w:pPr>
        <w:jc w:val="right"/>
      </w:pPr>
      <w:r>
        <w:t>تو آز ادیہے۔</w:t>
      </w:r>
    </w:p>
    <w:p>
      <w:r>
        <w:rPr>
          <w:b/>
        </w:rPr>
        <w:t xml:space="preserve">[1:34:25] </w:t>
      </w:r>
      <w:r>
        <w:t>agar yun bhi dekh lijiye, aap punishment nahin rehta. Society mein dekh lijiye aap. Log jahan punishment ka darr na ho to wahan kuch bhi karte hain log ?</w:t>
      </w:r>
    </w:p>
    <w:p>
      <w:pPr>
        <w:jc w:val="right"/>
      </w:pPr>
      <w:r>
        <w:t>اگر یوںبھیدیکھلیجیے،آپpunishmentنہیںرہتا ۔ Society میںدیکھلیجیےآپ۔ لوگ جہاںpunishmentکاڈرنہہوتووہاںکچھبھیکرتےہیں لوگ ؟</w:t>
      </w:r>
    </w:p>
    <w:p>
      <w:r>
        <w:rPr>
          <w:b/>
        </w:rPr>
        <w:t xml:space="preserve">[1:34:35] </w:t>
      </w:r>
      <w:r>
        <w:t>kuch bhi karte hain log.</w:t>
      </w:r>
    </w:p>
    <w:p>
      <w:pPr>
        <w:jc w:val="right"/>
      </w:pPr>
      <w:r>
        <w:t>کچھبھیکرتے ہیں لوگ ۔</w:t>
      </w:r>
    </w:p>
    <w:p>
      <w:r>
        <w:rPr>
          <w:b/>
        </w:rPr>
        <w:t xml:space="preserve">[1:34:37] </w:t>
      </w:r>
      <w:r>
        <w:t>jahan punishment ka darr ho. Jaise ek sahib mujhe Singapur ke miley. Singapur mein woh India hi ke hain, Singapur mein rehte hain.</w:t>
      </w:r>
    </w:p>
    <w:p>
      <w:pPr>
        <w:jc w:val="right"/>
      </w:pPr>
      <w:r>
        <w:t>جہاںpunishmentکاڈرہو۔ جیسےایکصاحب مجھےسنگ اپورکےملے۔ سنگ اپورمیں وہ انڈیاہیکےہیں،سنگ اپورمیںرہتےہیں۔</w:t>
      </w:r>
    </w:p>
    <w:p>
      <w:r>
        <w:rPr>
          <w:b/>
        </w:rPr>
        <w:t xml:space="preserve">[1:34:47] </w:t>
      </w:r>
      <w:r>
        <w:t>to unhon ne kaha ke India mein itna zyada yaani crime hai. Aur aur Singapur mein crime bilkul nahin hai. Crime free society hai Singapur mein.</w:t>
      </w:r>
    </w:p>
    <w:p>
      <w:pPr>
        <w:jc w:val="right"/>
      </w:pPr>
      <w:r>
        <w:t>توانہوںنےکہاکہانڈیامیں اتنا زیادہ یعنی crimeہے۔ اور اور سنگ اپورمیںcrimeبالکل ہینہیںہے۔Crimefreesoci etyہے سنگ اپورمیں۔</w:t>
      </w:r>
    </w:p>
    <w:p>
      <w:r>
        <w:rPr>
          <w:b/>
        </w:rPr>
        <w:t xml:space="preserve">[1:34:59] </w:t>
      </w:r>
      <w:r>
        <w:t>woh aadmi jo India hi mein paida hua hai, Indian hai woh, lekin aaj kal rehta hai Singapur mein, us ne kaha ke yahan par to crime hi cri</w:t>
      </w:r>
    </w:p>
    <w:p>
      <w:pPr>
        <w:jc w:val="right"/>
      </w:pPr>
      <w:r>
        <w:t>وہآدمیجوانڈیاہیمیںپیدا ہواہے،انڈینہےوہ ، لیکن آجکلرہتاہے سنگ اپورمیں ، اسنےکہا کہیہاںپرتوcrimeہیcri</w:t>
      </w:r>
    </w:p>
    <w:p>
      <w:r>
        <w:rPr>
          <w:b/>
        </w:rPr>
        <w:t xml:space="preserve">[1:35:07] </w:t>
      </w:r>
      <w:r>
        <w:t>me hai. India aur Singapur mein crime bilkul nahin. To main ne kaha aisa kyun hai? Unhon ne kaha wahan par sakht saza hoti hai. Wahan koi corruption nahin hai.</w:t>
      </w:r>
    </w:p>
    <w:p>
      <w:pPr>
        <w:jc w:val="right"/>
      </w:pPr>
      <w:r>
        <w:t>meہے۔ انڈیا اورسنگ اپورمیںcrimeبالکلنہیں۔ تومیںنےکہاایسا کیوںہے؟ انہوںنےکہا وہاںپر سختسزاہوتیہے۔ وہاںکوئیcorruptionنہیںہے۔</w:t>
      </w:r>
    </w:p>
    <w:p>
      <w:r>
        <w:rPr>
          <w:b/>
        </w:rPr>
        <w:t xml:space="preserve">[1:35:16] </w:t>
      </w:r>
      <w:r>
        <w:t>wahan koi rishwat nahin chalti. Aap pakar gaye to aap ko saza mile gi. Aur woh canning hoti hai, canning wahan par. Machine koday se marti hai.</w:t>
      </w:r>
    </w:p>
    <w:p>
      <w:pPr>
        <w:jc w:val="right"/>
      </w:pPr>
      <w:r>
        <w:t>وہاںکوئی رشوتنہیںچلتی۔ آپ پکڑگئےتوآپکوسزاملےگی۔ اور وہcan ingہوتیہے،can ingوہاںپر ۔ مش ین کوڑےسےمارتیہے۔</w:t>
      </w:r>
    </w:p>
    <w:p>
      <w:r>
        <w:rPr>
          <w:b/>
        </w:rPr>
        <w:t xml:space="preserve">[1:35:27] </w:t>
      </w:r>
      <w:r>
        <w:t>Mechanical canning. To log bohat darte hain is se. Bohat zyada darte hain.</w:t>
      </w:r>
    </w:p>
    <w:p>
      <w:pPr>
        <w:jc w:val="right"/>
      </w:pPr>
      <w:r>
        <w:t>Mechanical can ing۔ تولوگبہت ڈرتےہیںاسسے۔ بہتزیادہڈرتےہیں۔</w:t>
      </w:r>
    </w:p>
    <w:p>
      <w:r>
        <w:rPr>
          <w:b/>
        </w:rPr>
        <w:t xml:space="preserve">[1:35:34] </w:t>
      </w:r>
      <w:r>
        <w:t>to wahan par chuki corruption nahin hai, wahan par rishwat nahin chalti. Aap rishwat police ko rishwat de kar bach nahin sakte. Pakar gaye to pakar gaye.</w:t>
      </w:r>
    </w:p>
    <w:p>
      <w:pPr>
        <w:jc w:val="right"/>
      </w:pPr>
      <w:r>
        <w:t>تو وہاںپر چونکہ corruptionنہیںہے، وہاںپررشوتنہیںچلتی۔ آپ رشوتپولیسکورشوتدےکربچنہیںسکتے۔ پکڑگئےتوپکڑگئے۔</w:t>
      </w:r>
    </w:p>
    <w:p>
      <w:r>
        <w:rPr>
          <w:b/>
        </w:rPr>
        <w:t xml:space="preserve">[1:35:44] </w:t>
      </w:r>
      <w:r>
        <w:t>aur phir pakar gaye to phir canning ho gaya aap ka. Yeh nahin jaise hamara case chalta rehta hai, barson chalta rehta hai, faisla nahin hota kuch. Wahan idhar udhar faisle hote hain. Asal cheez yeh hai ke punishment se ka darr na hona.</w:t>
      </w:r>
    </w:p>
    <w:p>
      <w:pPr>
        <w:jc w:val="right"/>
      </w:pPr>
      <w:r>
        <w:t>اورپھرپکڑگئےتوپھرcaningہوگیاآپکا۔یہنہیںجیسےہمارا caseچلتارہتاہے، برسوںچلتارہتاہے،فیصلہنہیںہوتاکچھ۔ وہاںادھرادھرفیصلےہوتےہیں۔ اصلچیزیہہےکہ punishmentسے کاڈرنہہونا۔</w:t>
      </w:r>
    </w:p>
    <w:p>
      <w:r>
        <w:rPr>
          <w:b/>
        </w:rPr>
        <w:t xml:space="preserve">[1:35:57] </w:t>
      </w:r>
      <w:r>
        <w:t>to Allah taala ne punishment ko akhirat par yaani mo'akhkhar kar diya</w:t>
      </w:r>
    </w:p>
    <w:p>
      <w:pPr>
        <w:jc w:val="right"/>
      </w:pPr>
      <w:r>
        <w:t>تواللہ تعالیٰنےpunishmentکوآخرت پر یعنی مو خرکردیا</w:t>
      </w:r>
    </w:p>
    <w:p>
      <w:r>
        <w:rPr>
          <w:b/>
        </w:rPr>
        <w:t xml:space="preserve">[1:36:02] </w:t>
      </w:r>
      <w:r>
        <w:t>hai. Aakhirat se pehle kisi ko punishment nahin de diya jaye ga. Dunya mein azadi de di Allah taala ne. To log apni azadi ko misuse kar rahe hain.</w:t>
      </w:r>
    </w:p>
    <w:p>
      <w:pPr>
        <w:jc w:val="right"/>
      </w:pPr>
      <w:r>
        <w:t>ہے۔ آخرتسےپہلے کسیکوpunishmentنہیںد ےدیاجائےگا۔ دنیامیںآزادیدےدیاللہتعالیٰنے۔ تولوگ اپنیآزادیکو misuse کررہےہیں۔</w:t>
      </w:r>
    </w:p>
    <w:p>
      <w:r>
        <w:rPr>
          <w:b/>
        </w:rPr>
        <w:t xml:space="preserve">[1:36:12] </w:t>
      </w:r>
      <w:r>
        <w:t>agar unhein pata chale ke azadi ko misuse karte hi foran farishta aaye ga aur un ko koday maare ga, to kabhi misuse na kare koi aadmi. To ab humein sochna parta hai ke ab agar main misuse karta raha, karta raha to marne ke baad pakra jaye ga mujhe.</w:t>
      </w:r>
    </w:p>
    <w:p>
      <w:pPr>
        <w:jc w:val="right"/>
      </w:pPr>
      <w:r>
        <w:t>اگر انہیں پتہچلےکہآز ادیکوmisuseکرتےہیفوراً فرشتہآئےگااور انکوکوڑےمارےگا، توکبھیmis useنہکرےکوئیآدمی۔ تو ابہمیںسوچناپڑتاہےکہاباگر میں mis useکرتارہا،کرتارہاتومرنےکےبعد پکڑاجائےگامجھے۔</w:t>
      </w:r>
    </w:p>
    <w:p>
      <w:r>
        <w:rPr>
          <w:b/>
        </w:rPr>
        <w:t xml:space="preserve">[1:36:27] </w:t>
      </w:r>
      <w:r>
        <w:t>to woh lagta hai ke bohat door ki baat hai woh.</w:t>
      </w:r>
    </w:p>
    <w:p>
      <w:pPr>
        <w:jc w:val="right"/>
      </w:pPr>
      <w:r>
        <w:t>تو وہلگتاہےکہبہتدورکیباتہےوہ۔</w:t>
      </w:r>
    </w:p>
    <w:p>
      <w:r>
        <w:rPr>
          <w:b/>
        </w:rPr>
        <w:t xml:space="preserve">[1:36:32] </w:t>
      </w:r>
      <w:r>
        <w:t>to main samajhta hoon ke yahan par jitna zyada logon ke mind ko active kiya jaye, jitna logon ko zyada logon ko yaani yaqeen paida kiya jaye ke tum pakar se nahin bacho ge aakhir mein, tab log Allah se daren ge aur Allah wala character ikhtiyar karein ge.</w:t>
      </w:r>
    </w:p>
    <w:p>
      <w:pPr>
        <w:jc w:val="right"/>
      </w:pPr>
      <w:r>
        <w:t>تومیںسمجھتاہوںکہیہاںپر جتنازیادہ لوگوںکےmindکوactiveکیاجائے، جتنالوگوںکو زیادہ لوگوںکو یعنی یقینپیدا کیاجائے کہتمپکڑسےنہیںبچوگےآخرتمیں، تب لوگ اللہ سےڈریںگے اور اللہ والاcharacterاختیارکریںگے۔</w:t>
      </w:r>
    </w:p>
    <w:p>
      <w:r>
        <w:rPr>
          <w:b/>
        </w:rPr>
        <w:t xml:space="preserve">[1:36:55] </w:t>
      </w:r>
      <w:r>
        <w:t>Mr. Imran ne Delhi se likha hai: "Aap ne abhi ek prashn ke uttar mein kaha ke jadoo ka koi asar nahin,</w:t>
      </w:r>
    </w:p>
    <w:p>
      <w:pPr>
        <w:jc w:val="right"/>
      </w:pPr>
      <w:r>
        <w:t>مسٹر عمراننے دلیسے لکھاہے: "आपनेअभीएक प्रश्नकेउत्तर में कहा कि जादूकाकोई असरनहीं ,</w:t>
      </w:r>
    </w:p>
    <w:p>
      <w:r>
        <w:rPr>
          <w:b/>
        </w:rPr>
        <w:t xml:space="preserve">[1:37:04] </w:t>
      </w:r>
      <w:r>
        <w:t>parantu Seerat ki pustakon mein aata hai ke Paighambar Islam par jadoo kiya gaya aur us ko door karne ke liye Paighambar Islam ne Quran ki aakhri surat parhi. Kripya karke is ke bare mein aur bataein." Bhai to main ne khud hi keh diya ke bas mumkin hai touch karna. To wahan touch hua tha bas.</w:t>
      </w:r>
    </w:p>
    <w:p>
      <w:pPr>
        <w:jc w:val="right"/>
      </w:pPr>
      <w:r>
        <w:t>परंतु सیرतकीपुस्त कोंमेंआताहै कि पैगंबर इस्लामपर जादूकिया गया और उसको दूरकरने केलिए पैगंबर इस्लामने कुरानकी आखिरीसूरतपढ़ी। कृपयाकरके इसके बारेमें औरबताएं ।" بھائیتومیںنےخودہیکہہدیاکہبس ممکن ہے touchکرنا ۔تووہاںtouchہواتھا بس۔</w:t>
      </w:r>
    </w:p>
    <w:p>
      <w:r>
        <w:rPr>
          <w:b/>
        </w:rPr>
        <w:t xml:space="preserve">[1:37:26] </w:t>
      </w:r>
      <w:r>
        <w:t>aisa nahin ke Rasool Allah (SAW) ko woh koi yaani physically kuch torture kar de, kuch gadbad kar de. Aisa to kuch nahin hua tha</w:t>
      </w:r>
    </w:p>
    <w:p>
      <w:pPr>
        <w:jc w:val="right"/>
      </w:pPr>
      <w:r>
        <w:t>ایسانہیںکہرسولاللہصلیاللہعلیہوسلمکووہ کوئی یعنیphysicallyکچھ tortureکردے،کچھ گڑبڑکردے۔ایساتوکچھنہیںہواتھا</w:t>
      </w:r>
    </w:p>
    <w:p>
      <w:r>
        <w:rPr>
          <w:b/>
        </w:rPr>
        <w:t xml:space="preserve">[1:37:34] </w:t>
      </w:r>
      <w:r>
        <w:t>wahan. Touch kiya tha us ne. To aap ko bhi touch hi kare ga bas. Aap parh lijiye Quran ka hissa ho, khatam ho jaye ga woh. Woh to main ne khud hi keh diya.</w:t>
      </w:r>
    </w:p>
    <w:p>
      <w:pPr>
        <w:jc w:val="right"/>
      </w:pPr>
      <w:r>
        <w:t>وہاں۔ Touchکیاتھااسنے ۔ تو آپکوبھیtouchہیکرےگابس۔آپپڑھلیجیےقرآنکاحصہہو،ختمہوجائےگاوہ۔ وہتومیںنےخودہیکہہدیا۔</w:t>
      </w:r>
    </w:p>
    <w:p>
      <w:r>
        <w:rPr>
          <w:b/>
        </w:rPr>
        <w:t xml:space="preserve">[1:37:48] </w:t>
      </w:r>
      <w:r>
        <w:t>Maulana Sharq Hussain ne Delhi se likha hai: "Tamam ibadat mein log form par zor dete hain aur spirit ko bhool jate hain.</w:t>
      </w:r>
    </w:p>
    <w:p>
      <w:pPr>
        <w:jc w:val="right"/>
      </w:pPr>
      <w:r>
        <w:t>مول اناشارقحسیننے دلیسےلکھاہے: "तमाम عبادات میں لوگ form پر زوردیتےہیں اور spiritکوبھولجاتےہیں۔</w:t>
      </w:r>
    </w:p>
    <w:p>
      <w:r>
        <w:rPr>
          <w:b/>
        </w:rPr>
        <w:t xml:space="preserve">[1:37:59] </w:t>
      </w:r>
      <w:r>
        <w:t>is ki wajah kya hai</w:t>
      </w:r>
    </w:p>
    <w:p>
      <w:pPr>
        <w:jc w:val="right"/>
      </w:pPr>
      <w:r>
        <w:t>اساسکی وجہ کیا ہے</w:t>
      </w:r>
    </w:p>
    <w:p>
      <w:r>
        <w:rPr>
          <w:b/>
        </w:rPr>
        <w:t xml:space="preserve">[1:38:01] </w:t>
      </w:r>
      <w:r>
        <w:t>?" Is ki wajah dekhiye, aaj kal jo hamare yahan masjidon mein aur jagah jagah jo deeni yaani baatein hoti hain, woh sab isi form par hi hoti hain. Woh haan, spirit based kahan hoti hai?</w:t>
      </w:r>
    </w:p>
    <w:p>
      <w:pPr>
        <w:jc w:val="right"/>
      </w:pPr>
      <w:r>
        <w:t>؟" اسکیوجہ دیکھیے، آجکل جو ہمارےہاں مسجدوںمیںاور جگہجگہجو دینی یعنیباتیںہوتیہیں،وہسب اسی form پرہیہوت یہیں۔وہ ہاں، spiritbasedکہاںہوتیہے؟</w:t>
      </w:r>
    </w:p>
    <w:p>
      <w:r>
        <w:rPr>
          <w:b/>
        </w:rPr>
        <w:t xml:space="preserve">[1:38:22] </w:t>
      </w:r>
      <w:r>
        <w:t>jitne bhi hain, sab ek sahib jo must qaltor par safar karte the, unhon ne poocha ke aap kya kaam karte hain? aap ne kaha ke hamein yani ibadat mein log ghltiyan karte hain, is ko is ki tasheeh karta hoon.</w:t>
      </w:r>
    </w:p>
    <w:p>
      <w:pPr>
        <w:jc w:val="right"/>
      </w:pPr>
      <w:r>
        <w:t>جتنے بھیہیں،سب ایک صاحبجو مست قلطور پر سفرکرتے تھے، انہوں نےپوچھاکہآپکیا کام کرتےہیں؟آپنےکہاکہمیں یعنی عبادات میں لوگغلطیاںکرتےہیں،اسکو اسکیتصحیحکرتاہوں۔</w:t>
      </w:r>
    </w:p>
    <w:p>
      <w:r>
        <w:rPr>
          <w:b/>
        </w:rPr>
        <w:t xml:space="preserve">[1:38:40] </w:t>
      </w:r>
      <w:r>
        <w:t>ja ke dekhta hoon log kaise baat karte hain, matlab namaz mein. main ne kaha kya ghalti karte hain? to un ko unhon ne kaha ke sahib neend kahan bandhein, sajda peshani kahan rakhein</w:t>
      </w:r>
    </w:p>
    <w:p>
      <w:pPr>
        <w:jc w:val="right"/>
      </w:pPr>
      <w:r>
        <w:t>جاکےدیکھتاہوںلوگ کیسےباتکرتےہیں،مطلبنمازمیں ۔ میںنےکہاکیا غلطیکرتے ہیں؟ تو انکو انہوںنےکہاکہصاحبن یندکہاںباندھیں، سجدہ پیش انیکہاںرکھیں</w:t>
      </w:r>
    </w:p>
    <w:p>
      <w:r>
        <w:rPr>
          <w:b/>
        </w:rPr>
        <w:t xml:space="preserve">[1:38:51] </w:t>
      </w:r>
      <w:r>
        <w:t>waghaira waghaira. to jo bhi kaam kar raha hai deen ke maidan mein, yeh to kar raha hai woh ke form par fazail batate hain.</w:t>
      </w:r>
    </w:p>
    <w:p>
      <w:pPr>
        <w:jc w:val="right"/>
      </w:pPr>
      <w:r>
        <w:t>وغیرہوغیرہ۔ تو جو بھی کام کررہاہےدینکےمیدانمیں، یہتوکررہاہےوہ کہ فارمپر فضائلبتاتےہیں۔</w:t>
      </w:r>
    </w:p>
    <w:p>
      <w:r>
        <w:rPr>
          <w:b/>
        </w:rPr>
        <w:t xml:space="preserve">[1:39:01] </w:t>
      </w:r>
      <w:r>
        <w:t>form par fazail goya ke is tarah karte hain jo ke form ka naam ibadat hai. aap fiqh ki kitabein parhiye, fiqh ki sari baatein form par chalti hain.</w:t>
      </w:r>
    </w:p>
    <w:p>
      <w:pPr>
        <w:jc w:val="right"/>
      </w:pPr>
      <w:r>
        <w:t>فارمپرفضائل گویاکہاسطرحکرتےہیںجوکہ فار میکانام عبادتہے۔ آپفقہکیکتابیںپڑھیے، فقہکیساریباتیںفارمپرچلتیہیں۔</w:t>
      </w:r>
    </w:p>
    <w:p>
      <w:r>
        <w:rPr>
          <w:b/>
        </w:rPr>
        <w:t xml:space="preserve">[1:39:13] </w:t>
      </w:r>
      <w:r>
        <w:t>fiqh ki sari baatein form par chalti hain. to is ka aaghaz fiqh se hua, sachi baat yeh hai.</w:t>
      </w:r>
    </w:p>
    <w:p>
      <w:pPr>
        <w:jc w:val="right"/>
      </w:pPr>
      <w:r>
        <w:t>فقہکیساریباتیںفارمپرچلتیہیں۔ تواسکاآغاز فقہسےہوا،سچیباتیہہے۔</w:t>
      </w:r>
    </w:p>
    <w:p>
      <w:r>
        <w:rPr>
          <w:b/>
        </w:rPr>
        <w:t xml:space="preserve">[1:39:20] </w:t>
      </w:r>
      <w:r>
        <w:t>is zamane mein jo jo jo jamaatein kaam kar rahi hain deeni, woh sab form based hain. fiqh mein logon ne form ki baatein nikali aur jis ko hum masail kehte hain, fiqhi masail, woh kya hai?</w:t>
      </w:r>
    </w:p>
    <w:p>
      <w:pPr>
        <w:jc w:val="right"/>
      </w:pPr>
      <w:r>
        <w:t>اسزمانےمیںجو جو جو جماعت یں کامکررہیہیںدینی، وہ سب فارمbased ہیں۔ فقہمیںلوگوںنے فارمکیباتیںنکالی اور جسکوہممسائلکہتےہیں،فقہیمسائل،وہکیاہے؟</w:t>
      </w:r>
    </w:p>
    <w:p>
      <w:r>
        <w:rPr>
          <w:b/>
        </w:rPr>
        <w:t xml:space="preserve">[1:39:34] </w:t>
      </w:r>
      <w:r>
        <w:t>woh formiyat woh hai, woh woh formiyat woh hai. woh to sari bahasein fiqh mein form par chalti hain.</w:t>
      </w:r>
    </w:p>
    <w:p>
      <w:pPr>
        <w:jc w:val="right"/>
      </w:pPr>
      <w:r>
        <w:t>وہفارمیتوہے،وہ وہفارمیتوہے۔وہ تو ساری بحثیںفقہمیں فارمپرچلتیہیں۔</w:t>
      </w:r>
    </w:p>
    <w:p>
      <w:r>
        <w:rPr>
          <w:b/>
        </w:rPr>
        <w:t xml:space="preserve">[1:39:42] </w:t>
      </w:r>
      <w:r>
        <w:t>yeh yeh form sahih, woh form ghalat. yeh form sahih, woh form ghalat.</w:t>
      </w:r>
    </w:p>
    <w:p>
      <w:pPr>
        <w:jc w:val="right"/>
      </w:pPr>
      <w:r>
        <w:t>یہ یہفارمصحیح،وہفارمغلط۔یہفارمصحیح،وہفارمغلط۔</w:t>
      </w:r>
    </w:p>
    <w:p>
      <w:r>
        <w:rPr>
          <w:b/>
        </w:rPr>
        <w:t xml:space="preserve">[1:39:48] </w:t>
      </w:r>
      <w:r>
        <w:t>mislan aamil basar se aamil basar aur aamil jar dono bahasein hoti hain. yeh sahih, woh ghalat. woh bhi form hai, wohi form hai. dheere kahein tab bhi form hai, zor se kahein tab bhi form hai.</w:t>
      </w:r>
    </w:p>
    <w:p>
      <w:pPr>
        <w:jc w:val="right"/>
      </w:pPr>
      <w:r>
        <w:t>مثلاًعاملبسر سے عامل بسر اور عاملجر دونوںبحثیںہوتیہیں۔ یہصحیح،وہغلط۔وہبھیفارمہے،وہیفارمہے۔ دھیرےکہیںتببھیفارمہے،زورسےکہیںتببھیفارمہے۔</w:t>
      </w:r>
    </w:p>
    <w:p>
      <w:r>
        <w:rPr>
          <w:b/>
        </w:rPr>
        <w:t xml:space="preserve">[1:40:03] </w:t>
      </w:r>
      <w:r>
        <w:t>to fiqh mein bahasein sari form par chali, wahan se shuru hua yeh. is zamane mein jo jamaatein kaam kar rahi hain deeni islaah ki, woh sab bhi form ki islaah kar rahi hain. form ki sari taqreerein form par hoti hain.</w:t>
      </w:r>
    </w:p>
    <w:p>
      <w:pPr>
        <w:jc w:val="right"/>
      </w:pPr>
      <w:r>
        <w:t>تو فقہمیںبحثیںساریفارمپرچلیں، وہاںسے شروع ہوا یہ۔ اسزمانےمیںجو جماعتیںکامکررہیہیںدینیاصلاحکی،وہسب بھیفارمکیاصلاحکررہیہیں۔فارمکی ساری تقریریںفارمپرہوتیہیں۔</w:t>
      </w:r>
    </w:p>
    <w:p>
      <w:r>
        <w:rPr>
          <w:b/>
        </w:rPr>
        <w:t xml:space="preserve">[1:40:16] </w:t>
      </w:r>
      <w:r>
        <w:t>saare fazail ki kahaniyan batai jati hain, batai jati hain, form par batai jati hain.</w:t>
      </w:r>
    </w:p>
    <w:p>
      <w:pPr>
        <w:jc w:val="right"/>
      </w:pPr>
      <w:r>
        <w:t>سارےفضائلکیکہانیاںبت اتیہیں، بتائیجاتیہیں،فارمپربتائیجاتیہیں۔</w:t>
      </w:r>
    </w:p>
    <w:p>
      <w:r>
        <w:rPr>
          <w:b/>
        </w:rPr>
        <w:t xml:space="preserve">[1:40:24] </w:t>
      </w:r>
      <w:r>
        <w:t>sirf hamare mission mein is par zor diya jata</w:t>
      </w:r>
    </w:p>
    <w:p>
      <w:pPr>
        <w:jc w:val="right"/>
      </w:pPr>
      <w:r>
        <w:t>صرفہمارےمشنمیںاسپر زوردیاجاتا</w:t>
      </w:r>
    </w:p>
    <w:p>
      <w:r>
        <w:rPr>
          <w:b/>
        </w:rPr>
        <w:t xml:space="preserve">[1:40:26] </w:t>
      </w:r>
      <w:r>
        <w:t>hai. yani form Quran ki kisi cheez ko bataya nahi gaya hai. kaise hum namaz padhein, kaise hum hajj karein, is ka form kahan hai? Quran majeed mein hai.</w:t>
      </w:r>
    </w:p>
    <w:p>
      <w:pPr>
        <w:jc w:val="right"/>
      </w:pPr>
      <w:r>
        <w:t>ہے۔ یعنی فارم قرآن کیکسی چیزکوبتایاہینہیںگیاہے۔ کیسےہمنمازپڑھیں، کیسےہم حجکریں، اسکافارمکہاںہے؟قرآنمجیدمیںہے۔</w:t>
      </w:r>
    </w:p>
    <w:p>
      <w:r>
        <w:rPr>
          <w:b/>
        </w:rPr>
        <w:t xml:space="preserve">[1:40:36] </w:t>
      </w:r>
      <w:r>
        <w:t>is par spirit ka zikr hai, is par spirit ka zikr hai bas. to goya ke is se maloom hua ke kuch form wohi hadees mein, zyada tar form fiqh mein banaye gaye hain.</w:t>
      </w:r>
    </w:p>
    <w:p>
      <w:pPr>
        <w:jc w:val="right"/>
      </w:pPr>
      <w:r>
        <w:t>اسپرٹکاذکرہے،اسپرٹکاذکرہےبس۔ تو گویاکہاسسےمعلومہوا کہکچھ فارمجوہیںحدیثمیں، زیادہ ترفارم فقہمیںبنائےگئےہیں۔</w:t>
      </w:r>
    </w:p>
    <w:p>
      <w:r>
        <w:rPr>
          <w:b/>
        </w:rPr>
        <w:t xml:space="preserve">[1:40:47] </w:t>
      </w:r>
      <w:r>
        <w:t>to is se maloom hua ke asal cheez jo hai ibadat mein is spirit hai.</w:t>
      </w:r>
    </w:p>
    <w:p>
      <w:pPr>
        <w:jc w:val="right"/>
      </w:pPr>
      <w:r>
        <w:t>تو اسسےمعلومہوا کہ اصلچیزجوہے عباداتمیں اسپرٹہے۔</w:t>
      </w:r>
    </w:p>
    <w:p>
      <w:r>
        <w:rPr>
          <w:b/>
        </w:rPr>
        <w:t xml:space="preserve">[1:40:54] </w:t>
      </w:r>
      <w:r>
        <w:t>spirit hai to ibadat hai, spirit nahi to ibadat nahi. mislan hadees mein aata hai ke la salata liman lam yatakhashsha' jis ki namaz mein khushu na ho, us ki namaz namaz nahi.</w:t>
      </w:r>
    </w:p>
    <w:p>
      <w:pPr>
        <w:jc w:val="right"/>
      </w:pPr>
      <w:r>
        <w:t>اسپرٹہےتو عبادتہے،اسپرٹنہیںتوعبادتنہیں ۔ مثلاًحدیثمیںآتاہےکہ لا صلاۃ لمنلمتخ ش جسکینمازمیںخشوعنہہو،اسکینمازنمازنہیں ۔</w:t>
      </w:r>
    </w:p>
    <w:p>
      <w:r>
        <w:rPr>
          <w:b/>
        </w:rPr>
        <w:t xml:space="preserve">[1:41:07] </w:t>
      </w:r>
      <w:r>
        <w:t>kaha khushu se namaz namaz banti hai, khushu na ho to namaz nahi banti. lekin aaj kal jo namaz ka tareeqa chala rahe hain log, wahan jaiye, un ke jalse mein baithiye, sirf form ki baatein karenge, sirf form ki baatein karenge.</w:t>
      </w:r>
    </w:p>
    <w:p>
      <w:pPr>
        <w:jc w:val="right"/>
      </w:pPr>
      <w:r>
        <w:t>کہاخشوعسے نمازنمازبنتیہے، خشوعنہہوتونمازنہیںبنتی۔لیکن آجکلجو نمازکیطریقہچلارہےہیںلوگ،وہاںجائیے،انکےجلسےمیںبیٹھیے، صرف فارمکیباتیںکریںگے، صرف فارمکیباتیںکریںگے۔</w:t>
      </w:r>
    </w:p>
    <w:p>
      <w:r>
        <w:rPr>
          <w:b/>
        </w:rPr>
        <w:t xml:space="preserve">[1:41:21] </w:t>
      </w:r>
      <w:r>
        <w:t>halanke Rasool Allah (SAW) ka tareeqa yeh tha ke mislan ek hadees mein hai ke aap Rasool Allah (SAW) Masjid Nabwi mein baithe hue the. aaj aap jayein to kya bataya jayega?</w:t>
      </w:r>
    </w:p>
    <w:p>
      <w:pPr>
        <w:jc w:val="right"/>
      </w:pPr>
      <w:r>
        <w:t>حالانکہرسولاللہصلیاللہعلیہوسلمکاطریقہیہتھا کہ مثلاًایکحدیثمیںہےکہآپرسولاللہصلیاللہعلیہوسلممسجدنبویمیںبیٹھےہوئےتھے۔ آجآپ جائیںتو کیا بتایاجائےگا؟</w:t>
      </w:r>
    </w:p>
    <w:p>
      <w:r>
        <w:rPr>
          <w:b/>
        </w:rPr>
        <w:t xml:space="preserve">[1:41:31] </w:t>
      </w:r>
      <w:r>
        <w:t>Masjid Nabwi mein namaz ka pachas hazar guna sawab hai aur Haram Masjid Haram mein namaz padho to ek lakh guna sawab hai.</w:t>
      </w:r>
    </w:p>
    <w:p>
      <w:pPr>
        <w:jc w:val="right"/>
      </w:pPr>
      <w:r>
        <w:t>مسجد نبویمیں نمازکا پچاسہزارگناثوابہے اور حرم مسجدحرممیںنمازپڑھوتوایکلاکھگناثوابہے۔</w:t>
      </w:r>
    </w:p>
    <w:p>
      <w:r>
        <w:rPr>
          <w:b/>
        </w:rPr>
        <w:t xml:space="preserve">[1:41:41] </w:t>
      </w:r>
      <w:r>
        <w:t>yeh bas yeh khoob bataya jayega, bohat tezi o josh ke sath bataya jayega ke wohan agar padh li to namaz tum ne to yahan ki namaz ke muqable mein wahan pachas hazar guna</w:t>
      </w:r>
    </w:p>
    <w:p>
      <w:pPr>
        <w:jc w:val="right"/>
      </w:pPr>
      <w:r>
        <w:t>یہ بسیہخوببتایاجائےگا،بہتہیزوروشورکےساتھبتایاجائےگا کہوہاںاگرپڑھلیاتونمازتم نے تویہاںکینماز کےمقابلےمیںوہاںپچاسہزارگنا</w:t>
      </w:r>
    </w:p>
    <w:p>
      <w:r>
        <w:rPr>
          <w:b/>
        </w:rPr>
        <w:t xml:space="preserve">[1:41:49] </w:t>
      </w:r>
      <w:r>
        <w:t>sawab milega. yeh formiyat woh hai, yeh formiyat woh hai. isi Masjid Nabwi ka zikr mein batata hoon aap ko. isi Masjid Nabwi mein Rasool Allah ke zamane mein ek shakhs aata hai aur namaz padhta hai.</w:t>
      </w:r>
    </w:p>
    <w:p>
      <w:pPr>
        <w:jc w:val="right"/>
      </w:pPr>
      <w:r>
        <w:t>ثوابملےگا۔ یہفارمیتوہے،یہ فار میتوہے۔ اسیمسجد نبویکا ذکرمیںبتاتاہوںآپکو۔ اسیمسجدنبویمیںرسولاللہکےزمانےمیںایکشخصآتاہےاورنمازپڑھتاہے۔</w:t>
      </w:r>
    </w:p>
    <w:p>
      <w:r>
        <w:rPr>
          <w:b/>
        </w:rPr>
        <w:t xml:space="preserve">[1:42:03] </w:t>
      </w:r>
      <w:r>
        <w:t>to form ke aitbar se namaz padh li us ne, lekin is ka andaaz bata raha tha ke khushu us ke andar nahi</w:t>
      </w:r>
    </w:p>
    <w:p>
      <w:pPr>
        <w:jc w:val="right"/>
      </w:pPr>
      <w:r>
        <w:t>تو فارمکےاعتبارسےنمازپڑھلی اسنے، لیکن اسکا اندازبتارہاتھاکہ خشوعاسکےاندرنہیں</w:t>
      </w:r>
    </w:p>
    <w:p>
      <w:r>
        <w:rPr>
          <w:b/>
        </w:rPr>
        <w:t xml:space="preserve">[1:42:10] </w:t>
      </w:r>
      <w:r>
        <w:t>hai. woh idhar udhar us ne form ada kar liya aur samajh liya ke namaz ho gayi. is ke baad Rasool Allah ke paas aata hai woh to aap kya kehte hain?</w:t>
      </w:r>
    </w:p>
    <w:p>
      <w:pPr>
        <w:jc w:val="right"/>
      </w:pPr>
      <w:r>
        <w:t>ہے۔ وہدھرادھرااسنےفارماداکرلیا اورسمجھاکہنمازہوگئی ۔ اسکےبعد رسولاللہکےپاسآتاہےوہ توآپکیا کہتےہیں؟</w:t>
      </w:r>
    </w:p>
    <w:p>
      <w:r>
        <w:rPr>
          <w:b/>
        </w:rPr>
        <w:t xml:space="preserve">[1:42:21] </w:t>
      </w:r>
      <w:r>
        <w:t>irji' fasalli fa'innaka lam tusalli. jao to phir se namaz padho kyunke tum ne namaz nahi padhi. ab aaj kal ke jitne bhi mubleghin hain, jitne bhi wa'izeen hain, jitne bhi muqarririn hain,</w:t>
      </w:r>
    </w:p>
    <w:p>
      <w:pPr>
        <w:jc w:val="right"/>
      </w:pPr>
      <w:r>
        <w:t>ارج عفصل فانکلمتصل جاؤتوپھرسےنمازپڑھوکیونکہتمنےنمازنہیںپڑھی۔ ابآجکلکےجتنےبھی مبلغ ینہیں،جتنےبھیواعظینہیں،جتنےبھیمقررینہیں،</w:t>
      </w:r>
    </w:p>
    <w:p>
      <w:r>
        <w:rPr>
          <w:b/>
        </w:rPr>
        <w:t xml:space="preserve">[1:42:34] </w:t>
      </w:r>
      <w:r>
        <w:t>dhoom se batate hain ke Masjid Nabwi mein namaz padhne ka pachas hazar guna sawab hai. yeh kaun batata hai ke spirit na ho to woh sawab nahi hai?</w:t>
      </w:r>
    </w:p>
    <w:p>
      <w:pPr>
        <w:jc w:val="right"/>
      </w:pPr>
      <w:r>
        <w:t>دھومسےبتاتےہیںکہ مسجدنبویمیں نمازپڑھنےکا پچاس ہزارگناثوابہے۔ یہ کونبتاتاہےکہاسپرٹنہہوتووہ ثوابنہیںہے؟</w:t>
      </w:r>
    </w:p>
    <w:p>
      <w:r>
        <w:rPr>
          <w:b/>
        </w:rPr>
        <w:t xml:space="preserve">[1:42:43] </w:t>
      </w:r>
      <w:r>
        <w:t>mainne to aaj tak nahin suna ke jo koi batae, ye batae koi ke masjid nabvi mein bhi agar tumne namaz padhi jiske andar khushu' kiya spirit nahin ho to woh namaz koi faida nahin hai. iska</w:t>
      </w:r>
    </w:p>
    <w:p>
      <w:pPr>
        <w:jc w:val="right"/>
      </w:pPr>
      <w:r>
        <w:t>میںنےتوآجتکنہیںسناکہجوکوئیبتائے، یہبت ائےکوئی کہ مسجد نبویمیںبھیاگرتمنےنمازپڑھی جسکےاندرخشوعکیاسپرٹنہہوتووہنمازکوئیفائدہنہیںہے۔اسکا</w:t>
      </w:r>
    </w:p>
    <w:p>
      <w:r>
        <w:rPr>
          <w:b/>
        </w:rPr>
        <w:t xml:space="preserve">[1:42:53] </w:t>
      </w:r>
      <w:r>
        <w:t>main to nahin suna aaj tak kisi ko kehte bhi. is is waqe'e se pata chalta hai ke ek aadmi masjid nabvi mein namaz padh raha hai rasool Allah ke zamane mein, lekin jab spirit nahin hai to uski namaz namaz nahin hai.</w:t>
      </w:r>
    </w:p>
    <w:p>
      <w:pPr>
        <w:jc w:val="right"/>
      </w:pPr>
      <w:r>
        <w:t>میںتونہیںسناآجتککسیکوکہتےبھی۔ اس اس واقع ےسے پتہچلتاہےکہایکآدمیمسجدنبویمیںنمازپڑھرہاہےرسولاللہکےزمانےمیں، لیکن جباسپرٹنہیںہےتواسکینمازنمازنہیں ہے۔</w:t>
      </w:r>
    </w:p>
    <w:p>
      <w:r>
        <w:rPr>
          <w:b/>
        </w:rPr>
        <w:t xml:space="preserve">[1:43:07] </w:t>
      </w:r>
      <w:r>
        <w:t>aapke paas ja ke kehte hain ke ja ke phir se tum namaz padho, khushu' ke sath padho, spirit ke sath padho. lekin aaj kal kaun batata hai is baat</w:t>
      </w:r>
    </w:p>
    <w:p>
      <w:pPr>
        <w:jc w:val="right"/>
      </w:pPr>
      <w:r>
        <w:t>آپکےپاسجا کےکہتےہیں کہجاکےپھرسےتمنمازپڑھو، خشوعکےساتھپڑھو،اسپرٹکےساتھپڑھو۔ لیکن آجکلکون بتاتاہےاسبات</w:t>
      </w:r>
    </w:p>
    <w:p>
      <w:r>
        <w:rPr>
          <w:b/>
        </w:rPr>
        <w:t xml:space="preserve">[1:43:17] </w:t>
      </w:r>
      <w:r>
        <w:t>on ko? bas dhoom se batayenge ke bas aadmi mujhe ke bas safar karke jao, wahan kai tareeqe se wahan par namaz padh lo to pachas hazar guna sawab mil jayega.</w:t>
      </w:r>
    </w:p>
    <w:p>
      <w:pPr>
        <w:jc w:val="right"/>
      </w:pPr>
      <w:r>
        <w:t>وںکو؟ بس دھومسےبتائیںگےکہبس آدمیسمجھےکہبسسفرکرکےجاؤ،وہاں کئیطریقےسے وہاںپرنمازپڑھلوتوپچاسہزار گناثوابملجائےگا۔</w:t>
      </w:r>
    </w:p>
    <w:p>
      <w:r>
        <w:rPr>
          <w:b/>
        </w:rPr>
        <w:t xml:space="preserve">[1:43:29] </w:t>
      </w:r>
      <w:r>
        <w:t>to main samajhta hoon ke sari zimmedari hamare wa'izeen ki, mughare hamare wa'izeen ki, mubleghin ki, muqarririn ki hai ke woh form ki baatein batate hain, spirit ki baatein batate nahin hain.</w:t>
      </w:r>
    </w:p>
    <w:p>
      <w:pPr>
        <w:jc w:val="right"/>
      </w:pPr>
      <w:r>
        <w:t>تو میںسمجھتاہوںکہساریذمہداریہمارےواعظینکی، مغرہمارے واعظین کی، مبلغ ین کی،مقررینکیہے کہوہ فارمیکیباتیںبتاتےہیں، اسپرٹکیباتبتاتےنہیںہیں۔</w:t>
      </w:r>
    </w:p>
    <w:p>
      <w:r>
        <w:rPr>
          <w:b/>
        </w:rPr>
        <w:t xml:space="preserve">[1:43:46] </w:t>
      </w:r>
      <w:r>
        <w:t>to jab tak jadd mein islah na ho, ya'ni usool تبلیغ mein islah na ho, usool jo usool wa'z hai, usmein islah na ho, jo masjidon mein hota hai, jo madras wun mein hota hai, usmein islah na ho, to tab tak ye ek baqira rahega, yahi surat-e-haal baqira rahegi.</w:t>
      </w:r>
    </w:p>
    <w:p>
      <w:pPr>
        <w:jc w:val="right"/>
      </w:pPr>
      <w:r>
        <w:t>توجبتک جڑمیںاصلاح نہہو، یعنیاصول تبلیغ میں اصلاحنہہو،اصول جو اصول وعظہے،اسمیںاصلاحنہہو، جو مسجدوںمیںہوتاہے،جومدرس وںمیںہوتاہے،اسمیںاصلاحنہہو، تبتکیہایکباقیرہےگا،یہیصورتحالباقیرہےگی۔</w:t>
      </w:r>
    </w:p>
    <w:p>
      <w:r>
        <w:rPr>
          <w:b/>
        </w:rPr>
        <w:t xml:space="preserve">[1:44:05] </w:t>
      </w:r>
      <w:r>
        <w:t>jo form ko janenge aur form mein samjhenge ke bas form pura kar diya to bas unko itna sawab mil jayega, itna sawab mil jayega.</w:t>
      </w:r>
    </w:p>
    <w:p>
      <w:pPr>
        <w:jc w:val="right"/>
      </w:pPr>
      <w:r>
        <w:t>جو فارمکوجانیںگے اورفار می میں سمجھیںگےکہبسفارم پوراکردیا توبسانکو اتناثوابملجائےگا،اتناثوابملجائےگا۔</w:t>
      </w:r>
    </w:p>
    <w:p>
      <w:r>
        <w:rPr>
          <w:b/>
        </w:rPr>
        <w:t xml:space="preserve">[1:44:21] </w:t>
      </w:r>
      <w:r>
        <w:t>hamare yahan jo kitaben hain to ek sahib aaye, unhone kaha ke aap ki kitaben maine padhin, ismein to bas philosophy hota hai. philosophy to maine kaha, philosophy kya matlab hai ?</w:t>
      </w:r>
    </w:p>
    <w:p>
      <w:pPr>
        <w:jc w:val="right"/>
      </w:pPr>
      <w:r>
        <w:t>ہمارےہاں جو کتاب یںہیں تو ایک صاحب آئے،انہوںنےکہاکہآپ کیکتابیںمیںنےپڑھیں، اسمیںتوبس فلس فہہوتاہے۔ فلس فہتومیںنےکہا،فلسفہکیامطلبہے ؟</w:t>
      </w:r>
    </w:p>
    <w:p>
      <w:r>
        <w:rPr>
          <w:b/>
        </w:rPr>
        <w:t xml:space="preserve">[1:44:34] </w:t>
      </w:r>
      <w:r>
        <w:t>koi aise masle masail milte nahin, masle masail milte nahin. to ye logon ke zehan mein bana hua ke spirit wali baat ko philosophy samajhte ho, hamari kitabon mein spirit ki baat hoti hai</w:t>
      </w:r>
    </w:p>
    <w:p>
      <w:pPr>
        <w:jc w:val="right"/>
      </w:pPr>
      <w:r>
        <w:t>کو ئیاسیمسئلےمسائلملتےنہیں، مسئلےمسائلملتےنہیں۔ تو یہ لوگوںکےذہنمیںبناہوا کہ اسپرٹوالیباتکو فلس فہسمجھتےہو، ہماریکتاب وںمیںاسپرٹکیباتہوتیہے</w:t>
      </w:r>
    </w:p>
    <w:p>
      <w:r>
        <w:rPr>
          <w:b/>
        </w:rPr>
        <w:t xml:space="preserve">[1:44:49] </w:t>
      </w:r>
      <w:r>
        <w:t>to usko ek philosophy samajhte ho aur masle masail wali kitab nahin chahiye.</w:t>
      </w:r>
    </w:p>
    <w:p>
      <w:pPr>
        <w:jc w:val="right"/>
      </w:pPr>
      <w:r>
        <w:t>تواسکوایکفلس فہسمجھتےہو اورمسئلےمسائلوالیکتاب نہیںچاہیے۔</w:t>
      </w:r>
    </w:p>
    <w:p>
      <w:r>
        <w:rPr>
          <w:b/>
        </w:rPr>
        <w:t xml:space="preserve">[1:44:58] </w:t>
      </w:r>
      <w:r>
        <w:t>to jab tak aap aisa literature darkar hai, aisi aisi tareeqa wa'z darkar hai, aisi aisi aisi taqreer ka tareeqa darkar hai, aise ya'ni islah ka aisa tareeqa darkar hai jismein aap spirit par zor dein,</w:t>
      </w:r>
    </w:p>
    <w:p>
      <w:pPr>
        <w:jc w:val="right"/>
      </w:pPr>
      <w:r>
        <w:t>تو جب تک آپ ایسا لٹریچردرکارہے،ایسی ایساطریقہوعظدرکار ہے، ای سی ایسیایسا تقریرکاطریقہدرکارہے، ایسے یعنی اصلاحکاایساطریقہدرکارہےجسمیںآپ اسپرٹپرزوردیں،</w:t>
      </w:r>
    </w:p>
    <w:p>
      <w:r>
        <w:rPr>
          <w:b/>
        </w:rPr>
        <w:t xml:space="preserve">[1:45:15] </w:t>
      </w:r>
      <w:r>
        <w:t>wahan par zor na dein</w:t>
      </w:r>
    </w:p>
    <w:p>
      <w:pPr>
        <w:jc w:val="right"/>
      </w:pPr>
      <w:r>
        <w:t>وہاںپرزورنہدیں</w:t>
      </w:r>
    </w:p>
    <w:p>
      <w:r>
        <w:rPr>
          <w:b/>
        </w:rPr>
        <w:t xml:space="preserve">[1:45:16] </w:t>
      </w:r>
      <w:r>
        <w:t>, tab logon ke zehan mein banega aur tab logon ke andar sahi ibadat paida hogi.</w:t>
      </w:r>
    </w:p>
    <w:p>
      <w:pPr>
        <w:jc w:val="right"/>
      </w:pPr>
      <w:r>
        <w:t>، تب لوگوںکےذہنمیںبنےگا اور تبلوگوںکےاندر صحیح عبادتپیدا ہوگی۔</w:t>
      </w:r>
    </w:p>
    <w:p>
      <w:r>
        <w:rPr>
          <w:b/>
        </w:rPr>
        <w:t xml:space="preserve">[1:45:25] </w:t>
      </w:r>
      <w:r>
        <w:t>Mr. Rehman ne Dilli se sawal kiya hai, unhone likha hai: "khusoosi aur 'aammi dawat ke mu'assir hone mein usloob ki ahmiyat kya hai ?</w:t>
      </w:r>
    </w:p>
    <w:p>
      <w:pPr>
        <w:jc w:val="right"/>
      </w:pPr>
      <w:r>
        <w:t>مسٹررحماننے دلیسے سوال کیا ہے، انہوںنےلکھاہے: "خص وصی اور عم ومی دعوتکے مؤ ثرہونے میں اسلوبکی اہمیتکیا ہے ؟</w:t>
      </w:r>
    </w:p>
    <w:p>
      <w:r>
        <w:rPr>
          <w:b/>
        </w:rPr>
        <w:t xml:space="preserve">[1:45:37] </w:t>
      </w:r>
      <w:r>
        <w:t>usko kisi misaal se wazeh farmayen."</w:t>
      </w:r>
    </w:p>
    <w:p>
      <w:pPr>
        <w:jc w:val="right"/>
      </w:pPr>
      <w:r>
        <w:t>اسکو کسی مثالسے واضحفرمائیں۔"</w:t>
      </w:r>
    </w:p>
    <w:p>
      <w:r>
        <w:rPr>
          <w:b/>
        </w:rPr>
        <w:t xml:space="preserve">[1:45:41] </w:t>
      </w:r>
      <w:r>
        <w:t>khusoosi 'aammi jo bhi ho, dawat ko effective banane ke liye shart ye hai, woh hai khair khwahi.</w:t>
      </w:r>
    </w:p>
    <w:p>
      <w:pPr>
        <w:jc w:val="right"/>
      </w:pPr>
      <w:r>
        <w:t>خ صوصیعمومیجوبھیہو ، دعوت کو effectiveبنانےکےلیے شرطایکہیہے، وہ ہےخیرخواہی۔</w:t>
      </w:r>
    </w:p>
    <w:p>
      <w:r>
        <w:rPr>
          <w:b/>
        </w:rPr>
        <w:t xml:space="preserve">[1:45:53] </w:t>
      </w:r>
      <w:r>
        <w:t>usloob khair khwahi se banta hai.</w:t>
      </w:r>
    </w:p>
    <w:p>
      <w:pPr>
        <w:jc w:val="right"/>
      </w:pPr>
      <w:r>
        <w:t>اسلوبخیرخواہیسےبنتاہے۔</w:t>
      </w:r>
    </w:p>
    <w:p>
      <w:r>
        <w:rPr>
          <w:b/>
        </w:rPr>
        <w:t xml:space="preserve">[1:45:58] </w:t>
      </w:r>
      <w:r>
        <w:t>inna lakum naasihoon mein tumhara khair khwah hoon.</w:t>
      </w:r>
    </w:p>
    <w:p>
      <w:pPr>
        <w:jc w:val="right"/>
      </w:pPr>
      <w:r>
        <w:t>إنّيلكم ناصر میںتمہاراخیرخواہہوں۔</w:t>
      </w:r>
    </w:p>
    <w:p>
      <w:r>
        <w:rPr>
          <w:b/>
        </w:rPr>
        <w:t xml:space="preserve">[1:46:05] </w:t>
      </w:r>
      <w:r>
        <w:t>agar aap kisi insaan ke sach much khair khwah hon to aap ki khair khwahi khud bata degi ke aap kis andaaz se baat karen, usse khud bata degi.</w:t>
      </w:r>
    </w:p>
    <w:p>
      <w:pPr>
        <w:jc w:val="right"/>
      </w:pPr>
      <w:r>
        <w:t>اگر آپ کسی انسان کےسچمچخیرخواہہوں تو آپ کیخیرخواہیخودبتادےگیکہآپکساندازسےباتکریں،اسسے خود بتادےگی۔</w:t>
      </w:r>
    </w:p>
    <w:p>
      <w:r>
        <w:rPr>
          <w:b/>
        </w:rPr>
        <w:t xml:space="preserve">[1:46:14] </w:t>
      </w:r>
      <w:r>
        <w:t>aur khair khwah nahin hai to phir kuch bhi kahe, samajh mein nahin aayega.</w:t>
      </w:r>
    </w:p>
    <w:p>
      <w:pPr>
        <w:jc w:val="right"/>
      </w:pPr>
      <w:r>
        <w:t>اورخیرخواہنہیںہے تو پھر کچھ بھی کہ ے، سمجھمیںنہیںآئےگا۔</w:t>
      </w:r>
    </w:p>
    <w:p>
      <w:r>
        <w:rPr>
          <w:b/>
        </w:rPr>
        <w:t xml:space="preserve">[1:46:21] </w:t>
      </w:r>
      <w:r>
        <w:t>to main yahan tak samajh paya hoon ke dawat jo hai, khair khwahi ke baghair dawat nahin. khair khwahi ko kaha jata hai: نصح صاد بڑاه , ain yoo aisi, nasah ma'ni khair khwahi.</w:t>
      </w:r>
    </w:p>
    <w:p>
      <w:pPr>
        <w:jc w:val="right"/>
      </w:pPr>
      <w:r>
        <w:t>تومیںیہاںتکسمجھپایاہوں کہ دعوت جوہے، خیرخواہیکےبغیردعوت نہیں ۔ خیرخواہیکو کہاجاتاہے:نص نو صاد بڑاہ ،این یوایسایچ، نص حمعنیخیرخواہی۔</w:t>
      </w:r>
    </w:p>
    <w:p>
      <w:r>
        <w:rPr>
          <w:b/>
        </w:rPr>
        <w:t xml:space="preserve">[1:46:41] </w:t>
      </w:r>
      <w:r>
        <w:t>to aap ko ya'ni mad'u friendly hona chahiye,</w:t>
      </w:r>
    </w:p>
    <w:p>
      <w:pPr>
        <w:jc w:val="right"/>
      </w:pPr>
      <w:r>
        <w:t>تو آپ کو یعنی مد عوفرینڈلیہوناچاہیے،</w:t>
      </w:r>
    </w:p>
    <w:p>
      <w:r>
        <w:rPr>
          <w:b/>
        </w:rPr>
        <w:t xml:space="preserve">[1:46:46] </w:t>
      </w:r>
      <w:r>
        <w:t>mad'u ke bare mein aap ke andar</w:t>
      </w:r>
    </w:p>
    <w:p>
      <w:pPr>
        <w:jc w:val="right"/>
      </w:pPr>
      <w:r>
        <w:t>مدعو کےبارےمیں آپ کےاندر</w:t>
      </w:r>
    </w:p>
    <w:p>
      <w:r>
        <w:rPr>
          <w:b/>
        </w:rPr>
        <w:t xml:space="preserve">[1:46:52] </w:t>
      </w:r>
      <w:r>
        <w:t>khair khwahi hona chahiye, valuing hona chahiye. mad'u friendly behavior ek lafz mein to phir apne aap sab cheez apne aap maloom ho jayegi.</w:t>
      </w:r>
    </w:p>
    <w:p>
      <w:pPr>
        <w:jc w:val="right"/>
      </w:pPr>
      <w:r>
        <w:t>خیرخواہیہوناچاہیے، ویلوشنگہوناچاہیے۔ مدعوفرینڈلیبیہیویئر ایک لفظمیں توپھراپنے آپسبچیزاپنےآپ معلومہوجائےگی۔</w:t>
      </w:r>
    </w:p>
    <w:p>
      <w:r>
        <w:rPr>
          <w:b/>
        </w:rPr>
        <w:t xml:space="preserve">[1:47:02] </w:t>
      </w:r>
      <w:r>
        <w:t>jaise maa ko mohabbat hoti hai apne bete se to koi batane ki zaroorat nahin ke tum kya karo, kya na karo. koi manual usko padhne ki zaroorat nahin hai,</w:t>
      </w:r>
    </w:p>
    <w:p>
      <w:pPr>
        <w:jc w:val="right"/>
      </w:pPr>
      <w:r>
        <w:t>جیسےماںکومحبتہوتیہےاپنےبیٹےسے تو کوئی بت انےکیضرورتنہیںکہتمکیاکرو،کیانہکرو۔ کوئی مینولاسکوپڑھنےکیضرورتنہیںہے،</w:t>
      </w:r>
    </w:p>
    <w:p>
      <w:r>
        <w:rPr>
          <w:b/>
        </w:rPr>
        <w:t xml:space="preserve">[1:47:12] </w:t>
      </w:r>
      <w:r>
        <w:t>iske mohabbat bata deti hai ke woh apne bete ke saath kya kare, subah ko kya kare, shaam ko kya kare, raat ko kya kare, din ko. to asal cheez jo woh hai, woh yeh hai ke da'i ke andar mad'u ke liye sachi mohabbat ho, sachi khairkhwahi ho.</w:t>
      </w:r>
    </w:p>
    <w:p>
      <w:pPr>
        <w:jc w:val="right"/>
      </w:pPr>
      <w:r>
        <w:t>اسکیمحبت بتادیتیہےکہوہ اپنے بیٹےکےساتھ کیا کرے، صبحکوکیاکرے،شامکو کیا کرے،راتکوکیاکرے،دنکو ۔ تو اصلچیزجوہے، وہیہہےکہداعیکےاندر مدعوکےلیے سچی محبتہو،سچیخیرخواہیہو ۔</w:t>
      </w:r>
    </w:p>
    <w:p>
      <w:r>
        <w:rPr>
          <w:b/>
        </w:rPr>
        <w:t xml:space="preserve">[1:47:30] </w:t>
      </w:r>
      <w:r>
        <w:t>iske baad sab theek ho jayega. koi kisi ko bataane ki zaroorat nahi hogi ke tum konsa usloob ikhtiyar karo.</w:t>
      </w:r>
    </w:p>
    <w:p>
      <w:pPr>
        <w:jc w:val="right"/>
      </w:pPr>
      <w:r>
        <w:t>اسکےبعد سبکچھٹھیکہوجائےگا۔ کوئی کسی کوبت انےکیضرورتنہیںہوگی کہتم کونسااسلوباختیارکرو۔</w:t>
      </w:r>
    </w:p>
    <w:p>
      <w:r>
        <w:rPr>
          <w:b/>
        </w:rPr>
        <w:t xml:space="preserve">[1:47:37] </w:t>
      </w:r>
      <w:r>
        <w:t>usloob ek apne aap iske zehan se wohi usloob niklega jo ke us waqt matloob hai, jo us waqt effective ho sakta hai.</w:t>
      </w:r>
    </w:p>
    <w:p>
      <w:pPr>
        <w:jc w:val="right"/>
      </w:pPr>
      <w:r>
        <w:t>اسلوب ایک اپنےآپ اسکےذہنسے وہی اسلوبنکلےگا جو کہاسوقت مطلوبہے، جو اسوقت effectiveہوسکتاہے۔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