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Story of Hazrat Khadija Part I December 4, 2022</w:t>
      </w:r>
    </w:p>
    <w:p>
      <w:r>
        <w:t>https://youtu.be/cNzPbtW9AV0</w:t>
      </w:r>
    </w:p>
    <w:p>
      <w:r>
        <w:rPr>
          <w:b/>
        </w:rPr>
        <w:t xml:space="preserve">[00:09] </w:t>
      </w:r>
      <w:r>
        <w:t>assalam o alaikum. aaj hamare conversation ka subject Hazrat Khadijah ki kahani ko le kar hai. jaisa ke hum jante hain ke Hazrat Khadijah was the first woman to follow Islam.</w:t>
      </w:r>
    </w:p>
    <w:p>
      <w:pPr>
        <w:jc w:val="right"/>
      </w:pPr>
      <w:r>
        <w:t>السلام علیکم۔ آج ہمارے کانورسیشن کا سبجیکٹ حضرت خدیجہ کی کہانی کو لے کر ہے۔ جیسا کہ ہم جانتے ہیں کہ حضرت خدیجہ was the first woman to follow Islam۔</w:t>
      </w:r>
    </w:p>
    <w:p>
      <w:r>
        <w:rPr>
          <w:b/>
        </w:rPr>
        <w:t xml:space="preserve">[00:24] </w:t>
      </w:r>
      <w:r>
        <w:t>she was also the first wife of Prophet Muhammad. she is called as Ummul Momineen, meaning Mother of the Muslim Ummah.</w:t>
      </w:r>
    </w:p>
    <w:p>
      <w:pPr>
        <w:jc w:val="right"/>
      </w:pPr>
      <w:r>
        <w:t>She was also the first wife of Prophet Muhammad۔ She is called as ام المومنین، meaning Mother of the Muslim Ummah۔</w:t>
      </w:r>
    </w:p>
    <w:p>
      <w:r>
        <w:rPr>
          <w:b/>
        </w:rPr>
        <w:t xml:space="preserve">[00:34] </w:t>
      </w:r>
      <w:r>
        <w:t>Hazrat</w:t>
      </w:r>
    </w:p>
    <w:p>
      <w:pPr>
        <w:jc w:val="right"/>
      </w:pPr>
      <w:r>
        <w:t>حض</w:t>
      </w:r>
    </w:p>
    <w:p>
      <w:r>
        <w:rPr>
          <w:b/>
        </w:rPr>
        <w:t xml:space="preserve">[00:35] </w:t>
      </w:r>
      <w:r>
        <w:t>rat Ali once narrated that Prophet Muhammad said, "Mary the daughter of Imran was the best among the women of the world of her times, and Khadijah is the best among the women of this nation." so if there is a woman in Islam to be emulated, then Hazrat Khadijah indeed ranks at the top.</w:t>
      </w:r>
    </w:p>
    <w:p>
      <w:pPr>
        <w:jc w:val="right"/>
      </w:pPr>
      <w:r>
        <w:t>رت علی once narrated that Prophet Muhammad said, "Mary the daughter of Imran was the best among the women of the world of her times, and Khadijah is the best among the women of this nation." So if there is a woman in Islam to be emulated, then حضرت خدیجہ indeed ranks at the top۔</w:t>
      </w:r>
    </w:p>
    <w:p>
      <w:r>
        <w:rPr>
          <w:b/>
        </w:rPr>
        <w:t xml:space="preserve">[00:58] </w:t>
      </w:r>
      <w:r>
        <w:t>She</w:t>
      </w:r>
    </w:p>
    <w:p>
      <w:pPr>
        <w:jc w:val="right"/>
      </w:pPr>
      <w:r>
        <w:t>She</w:t>
      </w:r>
    </w:p>
    <w:p>
      <w:r>
        <w:rPr>
          <w:b/>
        </w:rPr>
        <w:t xml:space="preserve">[00:59] </w:t>
      </w:r>
      <w:r>
        <w:t>is a woman of strength, she is remembered as a woman of strength, compassion, kindness, and faith. toh chaliye aaj hum baat cheet karte hain Hazrat Khadijah ko le kar Dr. Sani Hasnain Khan sahib ke saath.</w:t>
      </w:r>
    </w:p>
    <w:p>
      <w:pPr>
        <w:jc w:val="right"/>
      </w:pPr>
      <w:r>
        <w:t>is a woman of strength، she is remembered as a woman of strength, compassion, kindness, and faith۔ تو چلیے آج ہم بات چیت کرتے ہیں حضرت خدیجہ کو لے کر ڈاکٹر ثانی حسنین خان صاحب کے ساتھ۔</w:t>
      </w:r>
    </w:p>
    <w:p>
      <w:r>
        <w:rPr>
          <w:b/>
        </w:rPr>
        <w:t xml:space="preserve">[01:13] </w:t>
      </w:r>
      <w:r>
        <w:t>assalam o alaikum Dr. sahib, kaise hain aap? wa alaikum assalam, alhamdulillah. aap kaise hain? alhamdulillah. Dr. sahib, aaj ka jo subject hai Hazrat Khadijah ki kahani</w:t>
      </w:r>
    </w:p>
    <w:p>
      <w:pPr>
        <w:jc w:val="right"/>
      </w:pPr>
      <w:r>
        <w:t>السلام علیکم ڈاکٹر صاحب، کیسے ہیں آپ؟ وعلیکم السلام، الحمدللہ۔ آپ کیسے ہیں؟ الحمدللہ۔ ڈاکٹر صاحب، آج کا جو سبجیکٹ ہے حضرت خدیجہ کی کہانی</w:t>
      </w:r>
    </w:p>
    <w:p>
      <w:r>
        <w:rPr>
          <w:b/>
        </w:rPr>
        <w:t xml:space="preserve">[01:23] </w:t>
      </w:r>
      <w:r>
        <w:t>, toh sab se pehla sawal hum sab janna chahenge ke un ke bare mein, un ki jo family background hai, us ke bare mein aap bataein.</w:t>
      </w:r>
    </w:p>
    <w:p>
      <w:pPr>
        <w:jc w:val="right"/>
      </w:pPr>
      <w:r>
        <w:t>، تو سب سے پہلا سوال ہم سب جاننا چاہیں گے کہ ان کے بارے میں، ان کی جو فیملی بیک گراؤنڈ ہے، اس کے بارے میں آپ بتائیں۔</w:t>
      </w:r>
    </w:p>
    <w:p>
      <w:r>
        <w:rPr>
          <w:b/>
        </w:rPr>
        <w:t xml:space="preserve">[01:33] </w:t>
      </w:r>
      <w:r>
        <w:t>wahan se shuru kijiye aap kahani ko. inshallah. bismillah hir rahman nir rahim. rab ishrah li sadri, wa yassir li amri, wahlul uqdatan min lisani, yafqahu qawli.</w:t>
      </w:r>
    </w:p>
    <w:p>
      <w:pPr>
        <w:jc w:val="right"/>
      </w:pPr>
      <w:r>
        <w:t>وہاں سے شروع کیجیے آپ کہانی کو۔ انشاءاللہ۔ بسم اللہ الرحمن الرحیم۔ رب اشرح لی صدری، ویسر لی امری، واحل العقدۃ من لسانی، یفقہ قولی۔</w:t>
      </w:r>
    </w:p>
    <w:p>
      <w:r>
        <w:rPr>
          <w:b/>
        </w:rPr>
        <w:t xml:space="preserve">[01:49] </w:t>
      </w:r>
      <w:r>
        <w:t>Hazrat Khadijah ka talluq makka ke ek bahut hi shareef khandan se tha, and she was known for her wealth and good character, good nature.</w:t>
      </w:r>
    </w:p>
    <w:p>
      <w:pPr>
        <w:jc w:val="right"/>
      </w:pPr>
      <w:r>
        <w:t>حضرت خدیجہ کا تعلق مکہ کے ایک بہت ہی شریف خاندان سے تھا، and she was known for her wealth and good character, good nature۔</w:t>
      </w:r>
    </w:p>
    <w:p>
      <w:r>
        <w:rPr>
          <w:b/>
        </w:rPr>
        <w:t xml:space="preserve">[01:58] </w:t>
      </w:r>
      <w:r>
        <w:t>ji. jo yeh naam tha Khadijah, linguistically it means premature. غالباً woh un ki birth premature ho gayi hogi.</w:t>
      </w:r>
    </w:p>
    <w:p>
      <w:pPr>
        <w:jc w:val="right"/>
      </w:pPr>
      <w:r>
        <w:t>جی۔ جو یہ نام تھا خدیجہ، linguistically it means premature۔ غالباً وہ ان کی birth premature ہو گئی ہوگی۔</w:t>
      </w:r>
    </w:p>
    <w:p>
      <w:r>
        <w:rPr>
          <w:b/>
        </w:rPr>
        <w:t xml:space="preserve">[02:10] </w:t>
      </w:r>
      <w:r>
        <w:t>ji. lekin scholars ka kehna hai ke it means she was ahead of her time. o</w:t>
      </w:r>
    </w:p>
    <w:p>
      <w:pPr>
        <w:jc w:val="right"/>
      </w:pPr>
      <w:r>
        <w:t>جی۔ لیکن scholars کا کہنا ہے کہ it means she was ahead of her time۔ او</w:t>
      </w:r>
    </w:p>
    <w:p>
      <w:r>
        <w:rPr>
          <w:b/>
        </w:rPr>
        <w:t xml:space="preserve">[02:17] </w:t>
      </w:r>
      <w:r>
        <w:t>ke. toh agar aap Hazrat Khadijah ki family tree dekhein, ji toh kuch generations ke baad Prophet ki family tree se mil jati hai.</w:t>
      </w:r>
    </w:p>
    <w:p>
      <w:pPr>
        <w:jc w:val="right"/>
      </w:pPr>
      <w:r>
        <w:t>کے۔ تو اگر آپ حضرت خدیجہ کی family tree دیکھیں، جی تو کچھ generations کے بعد Prophet کی family tree سے مل جاتی ہے۔</w:t>
      </w:r>
    </w:p>
    <w:p>
      <w:r>
        <w:rPr>
          <w:b/>
        </w:rPr>
        <w:t xml:space="preserve">[02:28] </w:t>
      </w:r>
      <w:r>
        <w:t>ji. chunki makka choti si jagah thi, sab log aapas mein relation the un ke. jaise agar hum family tree dekhein Hazrat Khadijah ki toh is tarah se hogi: Khadijah bint Khuwailid ibn Asad ibn Abdul Aziz ibn Qusai ibn Kilab.</w:t>
      </w:r>
    </w:p>
    <w:p>
      <w:pPr>
        <w:jc w:val="right"/>
      </w:pPr>
      <w:r>
        <w:t>جی۔ چونکہ مکہ چھوٹی سی جگہ تھی، سب لوگ آپس میں relation تھے ان کے۔ جیسے اگر ہم family tree دیکھیں حضرت خدیجہ کی تو اس طرح سے ہوگی: خدیجہ بنت خویلد ابن اسد ابن عبدالعزی ابن قصی ابن کلاب۔</w:t>
      </w:r>
    </w:p>
    <w:p>
      <w:r>
        <w:rPr>
          <w:b/>
        </w:rPr>
        <w:t xml:space="preserve">[02:45] </w:t>
      </w:r>
      <w:r>
        <w:t>ji. toh Qusai ibn Kilab Prophet ke great grandfather the, aur Hazrat Khadijah ke bhi great grandfather the. ji. so from yahan se jo aage chalti hai family tree, woh ek hi ho jati hai aage ja ke.</w:t>
      </w:r>
    </w:p>
    <w:p>
      <w:pPr>
        <w:jc w:val="right"/>
      </w:pPr>
      <w:r>
        <w:t>جی۔ تو قصی ابن کلاب Prophet کے great grandfather تھے، اور حضرت خدیجہ کے بھی great grandfather تھے۔ جی۔ So from یہاں سے جو آگے چلتی ہے family tree، وہ ایک ہی ہو جاتی ہے آگے جا کے۔</w:t>
      </w:r>
    </w:p>
    <w:p>
      <w:r>
        <w:rPr>
          <w:b/>
        </w:rPr>
        <w:t xml:space="preserve">[03:04] </w:t>
      </w:r>
      <w:r>
        <w:t>to Hazrat Khadijah bohat hi learned, and she was the most elegant woman in makkah, very learned, perfect in her behavior and perfect in her character.</w:t>
      </w:r>
    </w:p>
    <w:p>
      <w:pPr>
        <w:jc w:val="right"/>
      </w:pPr>
      <w:r>
        <w:t>تو حضرت خدیجہ بہت ہی learned، and she was the most elegant woman in مکہ، very learned, perfect in her behavior and perfect in her character۔</w:t>
      </w:r>
    </w:p>
    <w:p>
      <w:r>
        <w:rPr>
          <w:b/>
        </w:rPr>
        <w:t xml:space="preserve">[03:15] </w:t>
      </w:r>
      <w:r>
        <w:t>ji. bohat hi nobel khatoon theen, aur un ke bohat saare nicknames thay. achha. jaise ek Tahirah tha, Tahirah ka matlab pure, aise hi un ka nickname tha Ameerat Quraish, yaani Princess of Quraish</w:t>
      </w:r>
    </w:p>
    <w:p>
      <w:pPr>
        <w:jc w:val="right"/>
      </w:pPr>
      <w:r>
        <w:t>جی۔ بہت ہی نوبل خاتون تھیں، اور ان کے بہت سارے nicknames تھے۔ اچھا۔ جیسے ایک طاہرہ تھا، طاہرہ کا مطلب pure، ایسے ہی ان کا nickname تھا امیرۃ قریش، یعنی Princess of قریش</w:t>
      </w:r>
    </w:p>
    <w:p>
      <w:r>
        <w:rPr>
          <w:b/>
        </w:rPr>
        <w:t xml:space="preserve">[03:30] </w:t>
      </w:r>
      <w:r>
        <w:t>. aur ek nickname tha Sayyidat al-Nisa Quraish, Nisa Quraish. ji. yaani the leader of the women of Quraish.</w:t>
      </w:r>
    </w:p>
    <w:p>
      <w:pPr>
        <w:jc w:val="right"/>
      </w:pPr>
      <w:r>
        <w:t>۔ اور ایک nickname تھا سیدۃ النساء قریش، نساء قریش۔ جی۔ یعنی the leader of the women of قریش۔</w:t>
      </w:r>
    </w:p>
    <w:p>
      <w:r>
        <w:rPr>
          <w:b/>
        </w:rPr>
        <w:t xml:space="preserve">[03:40] </w:t>
      </w:r>
      <w:r>
        <w:t>okay. aur Rasool Allah Sal Allahu Alaihi Wasallam ki paidaish se pandrah saal pehle, ji un ki paidaish hui thi. yaani Prophet was born in 570, aur Hazrat Khadijah ki paidaish hui thi 555.</w:t>
      </w:r>
    </w:p>
    <w:p>
      <w:pPr>
        <w:jc w:val="right"/>
      </w:pPr>
      <w:r>
        <w:t>اوکے۔ اور رسول اللہ صلی اللہ علیہ وسلم کی پیدائش سے پندرہ سال پہلے، جی ان کی پیدائش ہوئی تھی۔ یعنی Prophet was born in 570، اور حضرت خدیجہ کی پیدائش ہوئی تھی 555۔</w:t>
      </w:r>
    </w:p>
    <w:p>
      <w:r>
        <w:rPr>
          <w:b/>
        </w:rPr>
        <w:t xml:space="preserve">[03:56] </w:t>
      </w:r>
      <w:r>
        <w:t>ji.</w:t>
      </w:r>
    </w:p>
    <w:p>
      <w:pPr>
        <w:jc w:val="right"/>
      </w:pPr>
      <w:r>
        <w:t>جی۔</w:t>
      </w:r>
    </w:p>
    <w:p>
      <w:r>
        <w:rPr>
          <w:b/>
        </w:rPr>
        <w:t xml:space="preserve">[03:58] </w:t>
      </w:r>
      <w:r>
        <w:t>to un ki ek behan theen, un ka naam tha Halimah, aur Halimah bint Khuwailid. to Halimah ke jo bete thay, un ki shadi Prophet ki beti se hui thi jin ka naam Zainab tha.</w:t>
      </w:r>
    </w:p>
    <w:p>
      <w:pPr>
        <w:jc w:val="right"/>
      </w:pPr>
      <w:r>
        <w:t>تو ان کی ایک بہن تھیں، ان کا نام تھا حالہ، اور حالہ بنت خویلد۔ تو حالہ کے جو بیٹے تھے، ان کی شادی Prophet کی بیٹی سے ہوئی تھی جن کا نام زینب تھا۔</w:t>
      </w:r>
    </w:p>
    <w:p>
      <w:r>
        <w:rPr>
          <w:b/>
        </w:rPr>
        <w:t xml:space="preserve">[04:12] </w:t>
      </w:r>
      <w:r>
        <w:t>ji.</w:t>
      </w:r>
    </w:p>
    <w:p>
      <w:pPr>
        <w:jc w:val="right"/>
      </w:pPr>
      <w:r>
        <w:t>جی۔</w:t>
      </w:r>
    </w:p>
    <w:p>
      <w:r>
        <w:rPr>
          <w:b/>
        </w:rPr>
        <w:t xml:space="preserve">[04:13] </w:t>
      </w:r>
      <w:r>
        <w:t>to Hazrat Khadijah ke jo,</w:t>
      </w:r>
    </w:p>
    <w:p>
      <w:pPr>
        <w:jc w:val="right"/>
      </w:pPr>
      <w:r>
        <w:t>تو حضرت خدیجہ کے جو،</w:t>
      </w:r>
    </w:p>
    <w:p>
      <w:r>
        <w:rPr>
          <w:b/>
        </w:rPr>
        <w:t xml:space="preserve">[04:22] </w:t>
      </w:r>
      <w:r>
        <w:t>Hazrat Khadijah ki death ke baad jab kabhi Halimah aya karti thi Prophet se milne to bahar se hi Prophet pehchan jatay thay, choonkay un ki awaz aur Hazrat Khadijah ki awaz bohat milti julti thi.</w:t>
      </w:r>
    </w:p>
    <w:p>
      <w:pPr>
        <w:jc w:val="right"/>
      </w:pPr>
      <w:r>
        <w:t>حضرت خدیجہ کی death کے بعد جب کبھی حالہ آیا کرتی تھی Prophet سے ملنے تو باہر سے ہی Prophet پہچان جاتے تھے، چونکہ ان کی آواز اور حضرت خدیجہ کی آواز بہت ملتی جلتی تھی۔</w:t>
      </w:r>
    </w:p>
    <w:p>
      <w:r>
        <w:rPr>
          <w:b/>
        </w:rPr>
        <w:t xml:space="preserve">[04:33] </w:t>
      </w:r>
      <w:r>
        <w:t>milti thi, achha. ji ji. to bohat Prophet khush hua kartay thay. aur to Hazrat Khadijah ki jo mother theen, un ka naam tha Fatima, halankay beti ka bhi naam Fatima</w:t>
      </w:r>
    </w:p>
    <w:p>
      <w:pPr>
        <w:jc w:val="right"/>
      </w:pPr>
      <w:r>
        <w:t>ملتی تھی، اچھا۔ جی جی۔ تو بہت Prophet خوش ہوا کرتے تھے۔ اور تو حضرت خدیجہ کی جو mother تھیں، ان کا نام تھا فاطمہ، حالانکہ بیٹی کا بھی نام فاطمہ</w:t>
      </w:r>
    </w:p>
    <w:p>
      <w:r>
        <w:rPr>
          <w:b/>
        </w:rPr>
        <w:t xml:space="preserve">[04:43] </w:t>
      </w:r>
      <w:r>
        <w:t>tha, to isi ki wajah se rakha hoga. to Hazrat Khadijah ke jo father thay, un ka naam tha Khuwailid ibn Asad.</w:t>
      </w:r>
    </w:p>
    <w:p>
      <w:pPr>
        <w:jc w:val="right"/>
      </w:pPr>
      <w:r>
        <w:t>تھا، تو اسی کی وجہ سے رکھا ہوگا۔ تو حضرت خدیجہ کے جو father تھے، ان کا نام تھا خویلد ابن اسد۔</w:t>
      </w:r>
    </w:p>
    <w:p>
      <w:r>
        <w:rPr>
          <w:b/>
        </w:rPr>
        <w:t xml:space="preserve">[04:53] </w:t>
      </w:r>
      <w:r>
        <w:t>ji. aur woh ek tajir thay, aur jo Prophet Muhammad Sal Allahu Alaihi Wasallam ke grandfather thay, Abdul Muttalib, un ke bohat close thay woh.</w:t>
      </w:r>
    </w:p>
    <w:p>
      <w:pPr>
        <w:jc w:val="right"/>
      </w:pPr>
      <w:r>
        <w:t>جی۔ اور وہ ایک تاجر تھے، اور جو Prophet محمد صلی اللہ علیہ وسلم کے grandfather تھے، عبدالمطلب، ان کے بہت close تھے وہ۔</w:t>
      </w:r>
    </w:p>
    <w:p>
      <w:r>
        <w:rPr>
          <w:b/>
        </w:rPr>
        <w:t xml:space="preserve">[05:06] </w:t>
      </w:r>
      <w:r>
        <w:t>aur ek baar safar bhi kiya tha saath mein yaman. ji.</w:t>
      </w:r>
    </w:p>
    <w:p>
      <w:pPr>
        <w:jc w:val="right"/>
      </w:pPr>
      <w:r>
        <w:t>اور ایک بار سفر بھی کیا تھا ساتھ میںیمن۔ جی۔</w:t>
      </w:r>
    </w:p>
    <w:p>
      <w:r>
        <w:rPr>
          <w:b/>
        </w:rPr>
        <w:t xml:space="preserve">[05:11] </w:t>
      </w:r>
      <w:r>
        <w:t>to is tarah se pata chalta hai Hazrat Khadijah bohat hi aala khatoon theen, aur jaise abhi aap ne hadith bayan ki ke Maryam was the best woman of her time, and Khadijah was the best woman of her time, is se pata chalta hai ke woh kitni aala aur bohat hi bari shakhsiyat rahi hain.</w:t>
      </w:r>
    </w:p>
    <w:p>
      <w:pPr>
        <w:jc w:val="right"/>
      </w:pPr>
      <w:r>
        <w:t>تو اس طرح سے پتہ چلتا ہے حضرت خدیجہ بہت ہی اعلیٰ خاتون تھیں، اور جیسے ابھی آپ نے حدیث بیان کی کہ مریم was the best woman of her time، and خدیجہ was the best woman of her time، اس سے پتہ چلتا ہے کہ وہ کتنی اعلیٰ اور بہت ہی بڑی شخصیت رہی ہیں۔</w:t>
      </w:r>
    </w:p>
    <w:p>
      <w:r>
        <w:rPr>
          <w:b/>
        </w:rPr>
        <w:t xml:space="preserve">[05:32] </w:t>
      </w:r>
      <w:r>
        <w:t>ji ji ji ji. to Doctor sahib, jaise aap ne abhi bataya ke un ka janam 555 AD mein hua.</w:t>
      </w:r>
    </w:p>
    <w:p>
      <w:pPr>
        <w:jc w:val="right"/>
      </w:pPr>
      <w:r>
        <w:t>جی جی جی جی۔ تو ڈاکٹر صاحب، جیسے آپ نے ابھی بتایا کہ ان کا جنم 555 AD میں ہوا۔</w:t>
      </w:r>
    </w:p>
    <w:p>
      <w:r>
        <w:rPr>
          <w:b/>
        </w:rPr>
        <w:t xml:space="preserve">[05:40] </w:t>
      </w:r>
      <w:r>
        <w:t>ji.</w:t>
      </w:r>
    </w:p>
    <w:p>
      <w:pPr>
        <w:jc w:val="right"/>
      </w:pPr>
      <w:r>
        <w:t>جی۔</w:t>
      </w:r>
    </w:p>
    <w:p>
      <w:r>
        <w:rPr>
          <w:b/>
        </w:rPr>
        <w:t xml:space="preserve">[05:41] </w:t>
      </w:r>
      <w:r>
        <w:t>agar hum dekhte hain to Islam ka aaghaz hua 610 AD mein. ji. tab pehli revelation Prophet Muhammad ko aayi.</w:t>
      </w:r>
    </w:p>
    <w:p>
      <w:pPr>
        <w:jc w:val="right"/>
      </w:pPr>
      <w:r>
        <w:t>اگر ہم دیکھتے ہیں تو اسلام کا آغاز ہوا 610 AD میں۔ جی۔ تب پہلی revelation Prophet محمد کو آئی۔</w:t>
      </w:r>
    </w:p>
    <w:p>
      <w:r>
        <w:rPr>
          <w:b/>
        </w:rPr>
        <w:t xml:space="preserve">[05:50] </w:t>
      </w:r>
      <w:r>
        <w:t>to kafi waqt tha 610 AD jab Islam aaya, is se pehle jo Hazrat Khadijah theen, woh bari ho gaeen. to is dauran jab Islam nahi tha, to un ka kya mazhab tha?</w:t>
      </w:r>
    </w:p>
    <w:p>
      <w:pPr>
        <w:jc w:val="right"/>
      </w:pPr>
      <w:r>
        <w:t>تو کافی وقت تھا 610 AD جب اسلام آیا، اس سے پہلے جو حضرت خدیجہ تھیں، وہ بڑی ہو گئیں۔ تو اس دوران جب اسلام نہیں تھا، تو ان کا کیا مذہب تھا؟</w:t>
      </w:r>
    </w:p>
    <w:p>
      <w:r>
        <w:rPr>
          <w:b/>
        </w:rPr>
        <w:t xml:space="preserve">[06:03] </w:t>
      </w:r>
      <w:r>
        <w:t>kya religion follow karti theen woh before the advent of Islam? is ke baray mein batayein.</w:t>
      </w:r>
    </w:p>
    <w:p>
      <w:pPr>
        <w:jc w:val="right"/>
      </w:pPr>
      <w:r>
        <w:t>کیا religion follow کرتی تھیں وہ before the advent of اسلام؟ اس کے بارے میں بتائیں۔</w:t>
      </w:r>
    </w:p>
    <w:p>
      <w:r>
        <w:rPr>
          <w:b/>
        </w:rPr>
        <w:t xml:space="preserve">[06:09] </w:t>
      </w:r>
      <w:r>
        <w:t>asal mein jo Makkah tha, wahan ke jo beshtar log thay, woh mushrik thay. ji. yaani ek Khuda se zyada aur Khudaon ki parastish kiya karte thay.</w:t>
      </w:r>
    </w:p>
    <w:p>
      <w:pPr>
        <w:jc w:val="right"/>
      </w:pPr>
      <w:r>
        <w:t>اصل میں جو مکہ تھا، وہاں کے جو بیشتر لوگ تھے، وہ مشرک تھے۔ جی۔ یعنی ایک خدا سے زیادہ اور خداؤں کی پرستش کیا کرتے تھے۔</w:t>
      </w:r>
    </w:p>
    <w:p>
      <w:r>
        <w:rPr>
          <w:b/>
        </w:rPr>
        <w:t xml:space="preserve">[06:22] </w:t>
      </w:r>
      <w:r>
        <w:t>jaise Quran mein aata hai Laat, Manat, aur Uzza, is tarah ke naam aate hain jo unhon ne maabood bana rakhe thay.</w:t>
      </w:r>
    </w:p>
    <w:p>
      <w:pPr>
        <w:jc w:val="right"/>
      </w:pPr>
      <w:r>
        <w:t>جیسے قرآن میں آتا ہے لات، منات، اور عزی، اس طرح کے نام آتے ہیں جو انہوں نے معبود بنا رکھے تھے۔</w:t>
      </w:r>
    </w:p>
    <w:p>
      <w:r>
        <w:rPr>
          <w:b/>
        </w:rPr>
        <w:t xml:space="preserve">[06:30] </w:t>
      </w:r>
      <w:r>
        <w:t>lekin isi ke saath saath choonkay Hazrat Ibrahim Alaihissalam aaye thay Makkah, aur Ismail Alaihissalam ko wahan basaya tha, Hazrat Hajra ko basaya tha, aur Zam Zam ka woh moajza hua tha.</w:t>
      </w:r>
    </w:p>
    <w:p>
      <w:pPr>
        <w:jc w:val="right"/>
      </w:pPr>
      <w:r>
        <w:t>لیکن اسی کے ساتھ ساتھ چونکہ حضرت ابراہیم علیہ السلام آئے تھے مکہ، اور اسماعیل علیہ السلام کو وہاں بسایا تھا، حضرت ہاجرہ کو بسایا تھا، اور زم زم کا وہ معجزہ ہوا تھا۔</w:t>
      </w:r>
    </w:p>
    <w:p>
      <w:r>
        <w:rPr>
          <w:b/>
        </w:rPr>
        <w:t xml:space="preserve">[06:45] </w:t>
      </w:r>
      <w:r>
        <w:t>ji. to phir wahan log rehne lagay thay. to woh jo teachings theen Hazrat Ibrahim Alaihissalam ki, woh nasal dar nasal kuch baqi reh gayi theen wahan.</w:t>
      </w:r>
    </w:p>
    <w:p>
      <w:pPr>
        <w:jc w:val="right"/>
      </w:pPr>
      <w:r>
        <w:t>جی۔ تو پھر وہاں لوگ رہنے لگے تھے۔ تو وہ جو teachings تھیں حضرت ابراہیم علیہ السلام کی، وہ نسل در نسل کچھ باقی رہ گئی تھیں وہاں۔</w:t>
      </w:r>
    </w:p>
    <w:p>
      <w:r>
        <w:rPr>
          <w:b/>
        </w:rPr>
        <w:t xml:space="preserve">[06:56] </w:t>
      </w:r>
      <w:r>
        <w:t>lekin zyada tar log m</w:t>
      </w:r>
    </w:p>
    <w:p>
      <w:pPr>
        <w:jc w:val="right"/>
      </w:pPr>
      <w:r>
        <w:t>لیکن زیادہ تر لوگ م</w:t>
      </w:r>
    </w:p>
    <w:p>
      <w:r>
        <w:rPr>
          <w:b/>
        </w:rPr>
        <w:t xml:space="preserve">[06:58] </w:t>
      </w:r>
      <w:r>
        <w:t>shirk thay. lekin kuch log thay jo Hazrat Ibrahim ka jo bataya hua deen tha, yaani pure monotheism ka jo religion tha, us pe qaim thay.</w:t>
      </w:r>
    </w:p>
    <w:p>
      <w:pPr>
        <w:jc w:val="right"/>
      </w:pPr>
      <w:r>
        <w:t>شرک تھے۔ لیکن کچھ لوگ تھے جو حضرت ابراہیم کا جو بتایا ہوا دین تھا، یعنی pure monotheism کا جو religion تھا، اس پہ قائم تھے۔</w:t>
      </w:r>
    </w:p>
    <w:p>
      <w:r>
        <w:rPr>
          <w:b/>
        </w:rPr>
        <w:t xml:space="preserve">[07:12] </w:t>
      </w:r>
      <w:r>
        <w:t>kitabon mein kai ek list aati hai ke makkah mein yeh log abrahimi mazhab pe qaim thay jis ko deen hanif kaha jata tha.</w:t>
      </w:r>
    </w:p>
    <w:p>
      <w:pPr>
        <w:jc w:val="right"/>
      </w:pPr>
      <w:r>
        <w:t>کتابوں میں کئی ایک list آتی ہے کہ مکہ میں یہ لوگ ابراہیمی مذہب پہ قائم تھے جس کو دین حنیف کہا جاتا تھا۔</w:t>
      </w:r>
    </w:p>
    <w:p>
      <w:r>
        <w:rPr>
          <w:b/>
        </w:rPr>
        <w:t xml:space="preserve">[07:22] </w:t>
      </w:r>
      <w:r>
        <w:t>yani hanif quran mein hazrat ibrahim ke liye aya hai.</w:t>
      </w:r>
    </w:p>
    <w:p>
      <w:pPr>
        <w:jc w:val="right"/>
      </w:pPr>
      <w:r>
        <w:t>یعنی حنیف قرآن میں حضرت ابراہیم کے لیے آیا ہے۔</w:t>
      </w:r>
    </w:p>
    <w:p>
      <w:r>
        <w:rPr>
          <w:b/>
        </w:rPr>
        <w:t xml:space="preserve">[07:26] </w:t>
      </w:r>
      <w:r>
        <w:t>ji. to is mein se Prophet Muhammad sallallahu alaihi wasallam bhi thay, aur hazrat khadijah bhi theen, hazrat abubakar bhi thay.</w:t>
      </w:r>
    </w:p>
    <w:p>
      <w:pPr>
        <w:jc w:val="right"/>
      </w:pPr>
      <w:r>
        <w:t>جی۔ تو اس میں سے Prophet محمد صلی اللہ علیہ وسلم بھی تھے، اور حضرت خدیجہ بھی تھیں، حضرت ابوبکر بھی تھے۔</w:t>
      </w:r>
    </w:p>
    <w:p>
      <w:r>
        <w:rPr>
          <w:b/>
        </w:rPr>
        <w:t xml:space="preserve">[07:36] </w:t>
      </w:r>
      <w:r>
        <w:t>to, aur hazrat khadijah ke jo father thay khwaild, woh bhi deen hanif pe qaim thay.</w:t>
      </w:r>
    </w:p>
    <w:p>
      <w:pPr>
        <w:jc w:val="right"/>
      </w:pPr>
      <w:r>
        <w:t>تو، اور حضرت خدیجہ کے جو father تھے خویلد، وہ بھی دین حنیف پہ قائم تھے۔</w:t>
      </w:r>
    </w:p>
    <w:p>
      <w:r>
        <w:rPr>
          <w:b/>
        </w:rPr>
        <w:t xml:space="preserve">[07:45] </w:t>
      </w:r>
      <w:r>
        <w:t>to</w:t>
      </w:r>
    </w:p>
    <w:p>
      <w:pPr>
        <w:jc w:val="right"/>
      </w:pPr>
      <w:r>
        <w:t>تو</w:t>
      </w:r>
    </w:p>
    <w:p>
      <w:r>
        <w:rPr>
          <w:b/>
        </w:rPr>
        <w:t xml:space="preserve">[07:46] </w:t>
      </w:r>
      <w:r>
        <w:t>ek waqia aata hai ke</w:t>
      </w:r>
    </w:p>
    <w:p>
      <w:pPr>
        <w:jc w:val="right"/>
      </w:pPr>
      <w:r>
        <w:t>ایک واقعہ آتا ہے کہ</w:t>
      </w:r>
    </w:p>
    <w:p>
      <w:r>
        <w:rPr>
          <w:b/>
        </w:rPr>
        <w:t xml:space="preserve">[07:50] </w:t>
      </w:r>
      <w:r>
        <w:t>ek bar jab choti theen hazrat khadijah rz, to un ke father un ko kahin le ke ja rahe thay. to unhon ne dekha ke un ke father ne dekha ke kuch rastay mein log shirk kar rahe hain, shirk mein mubtala hain.</w:t>
      </w:r>
    </w:p>
    <w:p>
      <w:pPr>
        <w:jc w:val="right"/>
      </w:pPr>
      <w:r>
        <w:t>ایک بار جب چھوٹی تھیں حضرت خدیجہ رضی اللہ عنہ، تو ان کے father ان کو کہیں لے کے جا رہے تھے۔ تو انہوں نے دیکھا کہ ان کے father نے دیکھا کہ کچھ راستے میں لوگ شرک کر رہے ہیں، شرک میں مبتلا ہیں۔</w:t>
      </w:r>
    </w:p>
    <w:p>
      <w:r>
        <w:rPr>
          <w:b/>
        </w:rPr>
        <w:t xml:space="preserve">[08:05] </w:t>
      </w:r>
      <w:r>
        <w:t>ji. to unhon ne is taraf se munh apna pher liya aur kuch kapra waghera munh pe daal liya. to hazrat khadijah ne poocha ke aap ne aisa</w:t>
      </w:r>
    </w:p>
    <w:p>
      <w:pPr>
        <w:jc w:val="right"/>
      </w:pPr>
      <w:r>
        <w:t>جی۔ تو انہوں نے اس طرف سے منہ اپنا پھیر لیا اور کچھ کپڑا وغیرہ منہ پہ ڈال لیا۔ تو حضرت خدیجہ نے پوچھا کہ آپ نے ایسا</w:t>
      </w:r>
    </w:p>
    <w:p>
      <w:r>
        <w:rPr>
          <w:b/>
        </w:rPr>
        <w:t xml:space="preserve">[08:15] </w:t>
      </w:r>
      <w:r>
        <w:t>kyun kiya? to un ke father ne kaha ke yeh log nadan hain, yeh log shirk mein mubtala hain. to bachpan se hi un ko taleem un ke father ne di.</w:t>
      </w:r>
    </w:p>
    <w:p>
      <w:pPr>
        <w:jc w:val="right"/>
      </w:pPr>
      <w:r>
        <w:t>کیوں کیا؟ تو ان کے father نے کہا کہ یہ لوگ نادان ہیں، یہ لوگ شرک میں مبتلا ہیں۔ تو بچپن سے ہی ان کو تعلیم ان کے father نے دی۔</w:t>
      </w:r>
    </w:p>
    <w:p>
      <w:r>
        <w:rPr>
          <w:b/>
        </w:rPr>
        <w:t xml:space="preserve">[08:28] </w:t>
      </w:r>
      <w:r>
        <w:t>aur ek aur baat hai ke jo makkah tha, wahan kuch log thay jo woh dua karte thay, jo deen hanif pe qaim thay, hazrat ibrahim alaihi assalam ke deen pe qaim thay.</w:t>
      </w:r>
    </w:p>
    <w:p>
      <w:pPr>
        <w:jc w:val="right"/>
      </w:pPr>
      <w:r>
        <w:t>اور ایک اور بات ہے کہ جو مکہ تھا، وہاں کچھ لوگ تھے جو وہ دعا کرتے تھے، جو دین حنیف پہ قائم تھے، حضرت ابراہیم علیہ السلام کے دین پہ قائم تھے۔</w:t>
      </w:r>
    </w:p>
    <w:p>
      <w:r>
        <w:rPr>
          <w:b/>
        </w:rPr>
        <w:t xml:space="preserve">[08:45] </w:t>
      </w:r>
      <w:r>
        <w:t>to woh yeh dua karte thay ke aye allah, tu hamein woh tareeqa bata jis se hum teri ibadat karein.</w:t>
      </w:r>
    </w:p>
    <w:p>
      <w:pPr>
        <w:jc w:val="right"/>
      </w:pPr>
      <w:r>
        <w:t>تو وہ یہ دعا کرتے تھے کہ اے اللہ، تو ہمیں وہ طریقہ بتا جس سے ہم تیری عبادت کریں۔</w:t>
      </w:r>
    </w:p>
    <w:p>
      <w:r>
        <w:rPr>
          <w:b/>
        </w:rPr>
        <w:t xml:space="preserve">[08:53] </w:t>
      </w:r>
      <w:r>
        <w:t>chounke woh sab cheezein dilute ho gayi hongi, ab jaise aaj hamare paas quran hai, cheezein mehfooz hain, to woh zamanay mein is tarah ki cheezein mehfooz nahi theen.</w:t>
      </w:r>
    </w:p>
    <w:p>
      <w:pPr>
        <w:jc w:val="right"/>
      </w:pPr>
      <w:r>
        <w:t>چونکہ وہ سب چیزیں dilute ہو گئی ہوں گی، اب جیسے آج ہمارے پاس قرآن ہے، چیزیں محفوظ ہیں، تو وہ زمانے میں اس طرح کی چیزیں محفوظ نہیں تھیں۔</w:t>
      </w:r>
    </w:p>
    <w:p>
      <w:r>
        <w:rPr>
          <w:b/>
        </w:rPr>
        <w:t xml:space="preserve">[09:02] </w:t>
      </w:r>
      <w:r>
        <w:t>to jo bhi deen reh gaya tha baqi, to woh bohat hi halke form mein raha hoga. us waqt hajj ka riwaj tha, hajj hota tha, log tawaaf karte thay.</w:t>
      </w:r>
    </w:p>
    <w:p>
      <w:pPr>
        <w:jc w:val="right"/>
      </w:pPr>
      <w:r>
        <w:t>تو جو بھی دین رہ گیا تھا باقی، تو وہ بہت ہی ہلکے فارم میں رہا ہوگا۔ اس وقت حج کا رواج تھا، حج ہوتا تھا، لوگ طواف کرتے تھے۔</w:t>
      </w:r>
    </w:p>
    <w:p>
      <w:r>
        <w:rPr>
          <w:b/>
        </w:rPr>
        <w:t xml:space="preserve">[09:15] </w:t>
      </w:r>
      <w:r>
        <w:t>ji. lekin koi bohat baqayeda ibadat ka tareeqa ghalib</w:t>
      </w:r>
    </w:p>
    <w:p>
      <w:pPr>
        <w:jc w:val="right"/>
      </w:pPr>
      <w:r>
        <w:t>جی۔ لیکن کوئی بہت باقاعدہ عبادت کا طریقہ غالب</w:t>
      </w:r>
    </w:p>
    <w:p>
      <w:r>
        <w:rPr>
          <w:b/>
        </w:rPr>
        <w:t xml:space="preserve">[09:19] </w:t>
      </w:r>
      <w:r>
        <w:t>a nahi tha. to is tarah se log</w:t>
      </w:r>
    </w:p>
    <w:p>
      <w:pPr>
        <w:jc w:val="right"/>
      </w:pPr>
      <w:r>
        <w:t>اً نہیں تھا۔ تو اس طرح سے لوگ</w:t>
      </w:r>
    </w:p>
    <w:p>
      <w:r>
        <w:rPr>
          <w:b/>
        </w:rPr>
        <w:t xml:space="preserve">[09:24] </w:t>
      </w:r>
      <w:r>
        <w:t>dua karte thay. aur ek hazrat khadijah rz ka qaul bhi hai ke is dunya ka jo khaliq hai aur malik hai, woh ek hai, aur us se shirk karna khilaf aqal hai.</w:t>
      </w:r>
    </w:p>
    <w:p>
      <w:pPr>
        <w:jc w:val="right"/>
      </w:pPr>
      <w:r>
        <w:t>دعا کرتے تھے۔ اور ایک حضرت خدیجہ رضی اللہ عنہ کا قول بھی ہے کہ اس دنیا کا جو خالق ہے اور مالک ہے، وہ ایک ہے، اور اس سے شرک کرنا خلاف عقل ہے۔</w:t>
      </w:r>
    </w:p>
    <w:p>
      <w:r>
        <w:rPr>
          <w:b/>
        </w:rPr>
        <w:t xml:space="preserve">[09:36] </w:t>
      </w:r>
      <w:r>
        <w:t>to is ka matlab yahi hai ke hazrat khadijah bhi wohi deen hanif pe qaim theen. ji. jo ibrahim alaihi assalam ka laya hua tha.</w:t>
      </w:r>
    </w:p>
    <w:p>
      <w:pPr>
        <w:jc w:val="right"/>
      </w:pPr>
      <w:r>
        <w:t>تو اس کا مطلب یہی ہے کہ حضرت خدیجہ بھی وہی دین حنیف پہ قائم تھیں۔ جی۔ جو ابراہیم علیہ السلام کا لایا ہوا تھا۔</w:t>
      </w:r>
    </w:p>
    <w:p>
      <w:r>
        <w:rPr>
          <w:b/>
        </w:rPr>
        <w:t xml:space="preserve">[09:45] </w:t>
      </w:r>
      <w:r>
        <w:t>ji ji ji. mashallah.</w:t>
      </w:r>
    </w:p>
    <w:p>
      <w:pPr>
        <w:jc w:val="right"/>
      </w:pPr>
      <w:r>
        <w:t>جی جی جی۔ ماشاءاللہ۔</w:t>
      </w:r>
    </w:p>
    <w:p>
      <w:r>
        <w:rPr>
          <w:b/>
        </w:rPr>
        <w:t xml:space="preserve">[09:47] </w:t>
      </w:r>
      <w:r>
        <w:t>to doctor sahib, she maintained her natureright from a very early age. achha doctor sahib, she was also the noble lady in makkah, and nature un ka is tarah tha ke bohat hi generous aur helpful theen.</w:t>
      </w:r>
    </w:p>
    <w:p>
      <w:pPr>
        <w:jc w:val="right"/>
      </w:pPr>
      <w:r>
        <w:t>تو ڈاکٹر صاحب، she maintained her natureright from a very early age۔ اچھا ڈاکٹر صاحب، she was also the noble lady in مکہ، and nature ان کا اس طرح تھا کہ بہت ہی generous اور helpful تھیں۔</w:t>
      </w:r>
    </w:p>
    <w:p>
      <w:r>
        <w:rPr>
          <w:b/>
        </w:rPr>
        <w:t xml:space="preserve">[10:02] </w:t>
      </w:r>
      <w:r>
        <w:t>to main chahunga aap un ki early life ke baray mein hum sab ko batayein. hazrat khadijah jab bari huien to un ke father ne un ki shadi kardi.</w:t>
      </w:r>
    </w:p>
    <w:p>
      <w:pPr>
        <w:jc w:val="right"/>
      </w:pPr>
      <w:r>
        <w:t>تو میں چاہوں گا آپ ان کی early life کے بارے میں ہم سب کو بتائیں۔ حضرت خدیجہ جب بڑی ہوئیں تو ان کے father نے ان کی شادی کر دی۔</w:t>
      </w:r>
    </w:p>
    <w:p>
      <w:r>
        <w:rPr>
          <w:b/>
        </w:rPr>
        <w:t xml:space="preserve">[10:14] </w:t>
      </w:r>
      <w:r>
        <w:t>ek sahib thay abu hala ibn zurarah. ji. to yeh yeh bhi ek tajir thay. to un ke do bete paida hue, ek ka naam hind tha aur ek ka naam hala tha.</w:t>
      </w:r>
    </w:p>
    <w:p>
      <w:pPr>
        <w:jc w:val="right"/>
      </w:pPr>
      <w:r>
        <w:t>ایک صاحب تھے ابو حالہ ابن زرارہ۔ جی۔ تو یہ یہ بھی ایک تاجر تھے۔ تو ان کے دو بیٹے پیدا ہوئے، ایک کا نام ہند تھا اور ایک کا نام حالہ تھا۔</w:t>
      </w:r>
    </w:p>
    <w:p>
      <w:r>
        <w:rPr>
          <w:b/>
        </w:rPr>
        <w:t xml:space="preserve">[10:27] </w:t>
      </w:r>
      <w:r>
        <w:t>hala se un ka naam abu hala pada. to jo yeh hind jo un ke bete thay, hind ka matlab is zamanay mein india ko hind kehte thay. ji.</w:t>
      </w:r>
    </w:p>
    <w:p>
      <w:pPr>
        <w:jc w:val="right"/>
      </w:pPr>
      <w:r>
        <w:t>حالہ سے ان کا نام ابو حالہ پڑا۔ تو جو یہ ہند جو ان کے بیٹے تھے، ہند کا مطلب اس زمانے میں انڈیا کو ہند کہتے تھے۔ جی۔</w:t>
      </w:r>
    </w:p>
    <w:p>
      <w:r>
        <w:rPr>
          <w:b/>
        </w:rPr>
        <w:t xml:space="preserve">[10:36] </w:t>
      </w:r>
      <w:r>
        <w:t>asal mein kya tha ke india se baray qeemti saman aya karte thay. ji. Pre</w:t>
      </w:r>
    </w:p>
    <w:p>
      <w:pPr>
        <w:jc w:val="right"/>
      </w:pPr>
      <w:r>
        <w:t>اصل میں کیا تھا کہ انڈیا سے بڑے قیمتی سامان آیا کرتے تھے۔ جی۔ Pre</w:t>
      </w:r>
    </w:p>
    <w:p>
      <w:r>
        <w:rPr>
          <w:b/>
        </w:rPr>
        <w:t xml:space="preserve">[10:41] </w:t>
      </w:r>
      <w:r>
        <w:t>cious. to india was synonymous to precious things. okay. ji. to woh jo bachay bhi precious hotay hain. ji.</w:t>
      </w:r>
    </w:p>
    <w:p>
      <w:pPr>
        <w:jc w:val="right"/>
      </w:pPr>
      <w:r>
        <w:t>cious۔ تو انڈیا was synonymous to precious things۔ اوکے۔ جی۔ تو وہ جو بچے بھی precious ہوتے ہیں۔ جی۔</w:t>
      </w:r>
    </w:p>
    <w:p>
      <w:r>
        <w:rPr>
          <w:b/>
        </w:rPr>
        <w:t xml:space="preserve">[10:49] </w:t>
      </w:r>
      <w:r>
        <w:t>to unhon ne hind naam rakhna shuru kardiya. very interesting. haan, aur dilchasp baat yeh hai ke boys aur girls dono ke naam hind hotay thay.</w:t>
      </w:r>
    </w:p>
    <w:p>
      <w:pPr>
        <w:jc w:val="right"/>
      </w:pPr>
      <w:r>
        <w:t>تو انہوں نے ہند نام رکھنا شروع کر دیا۔ Very interesting۔ ہاں، اور دلچسپ بات یہ ہے کہ boys اور girls دونوں کے نام ہند ہوتے تھے۔</w:t>
      </w:r>
    </w:p>
    <w:p>
      <w:r>
        <w:rPr>
          <w:b/>
        </w:rPr>
        <w:t xml:space="preserve">[10:57] </w:t>
      </w:r>
      <w:r>
        <w:t>donon. achha. to hind jo thay, un ke bete Hazrat Khadijah ke, un ka aik bohat bara contribution hai ke yeh bhi ghar mein hi rehte thay Prophet ke saathi, aur unhon ne Prophet ko bohat achhi tarah se describe kiya hai.</w:t>
      </w:r>
    </w:p>
    <w:p>
      <w:pPr>
        <w:jc w:val="right"/>
      </w:pPr>
      <w:r>
        <w:t>دونوں۔ اچھا۔ تو ہند جو تھے، ان کے بیٹے حضرت خدیجہ کے، ان کا ایک بہت بڑا contribution ہے کہ یہ بھی گھر میں ہی رہتے تھے Prophet کے ساتھی، اور انہوں نے Prophet کو بہت اچھی طرح سے describe کیا ہے۔</w:t>
      </w:r>
    </w:p>
    <w:p>
      <w:r>
        <w:rPr>
          <w:b/>
        </w:rPr>
        <w:t xml:space="preserve">[11:13] </w:t>
      </w:r>
      <w:r>
        <w:t>ise shamail kehte hain. ji. jo hadith ki kitaben hain, us mein aik chapter hota hai sh</w:t>
      </w:r>
    </w:p>
    <w:p>
      <w:pPr>
        <w:jc w:val="right"/>
      </w:pPr>
      <w:r>
        <w:t>اسے شمائل کہتے ہیں۔ جی۔ جو حدیث کی کتابیں ہیں، اس میں ایک چیپٹر ہوتا ہے ش</w:t>
      </w:r>
    </w:p>
    <w:p>
      <w:r>
        <w:rPr>
          <w:b/>
        </w:rPr>
        <w:t xml:space="preserve">[11:20] </w:t>
      </w:r>
      <w:r>
        <w:t>mail ka. ji. shamail yani jo physical appearance hai, jo characteristics hain Prophet ki, yani woh kaise thay, kaise lagte thay, kya height thi, attributes aur kaisa color tha un ki dadi ka, aur kya khate thay, kab uthte thay, kab na kaise namaz parhte thay, aur sari batain.</w:t>
      </w:r>
    </w:p>
    <w:p>
      <w:pPr>
        <w:jc w:val="right"/>
      </w:pPr>
      <w:r>
        <w:t>مائل کا۔ جی۔ شمائل یعنی جو physical appearance ہے، جو characteristics ہیں Prophet کی، یعنی وہ کیسے تھے، کیسے لگتے تھے، کیا height تھی، attributes اور کیسا کلر تھا ان کی داڑھی کا، اور کیا کھاتے تھے، کب اٹھتے تھے، کب نہ کیسے نماز پڑھتے تھے، اور ساری باتیں۔</w:t>
      </w:r>
    </w:p>
    <w:p>
      <w:r>
        <w:rPr>
          <w:b/>
        </w:rPr>
        <w:t xml:space="preserve">[11:39] </w:t>
      </w:r>
      <w:r>
        <w:t>to shamail ki kitabon mein hind jo un ke bete thay Abu Hala ke aur Hazrat Khadijah ke, un ka bohat hi achha un ki</w:t>
      </w:r>
    </w:p>
    <w:p>
      <w:pPr>
        <w:jc w:val="right"/>
      </w:pPr>
      <w:r>
        <w:t>تو شمائل کی کتابوں میں ہند جو ان کے بیٹے تھے ابو حالہ کے اور حضرت خدیجہ کے، ان کا بہت ہی اچھا ان کی</w:t>
      </w:r>
    </w:p>
    <w:p>
      <w:r>
        <w:rPr>
          <w:b/>
        </w:rPr>
        <w:t xml:space="preserve">[11:50] </w:t>
      </w:r>
      <w:r>
        <w:t>riwayat hai. ji. bohat hi, yani bari, bohat hi is se pata chalta hai ke Rasool Allah ki kya cheezen thin is tarah ki.</w:t>
      </w:r>
    </w:p>
    <w:p>
      <w:pPr>
        <w:jc w:val="right"/>
      </w:pPr>
      <w:r>
        <w:t>روایت ہے۔ جی۔ بہت ہی، یعنی بڑی، بہت ہی اس سے پتہ چلتا ہے کہ رسول اللہ کی کیا چیزیں تھیں اس طرح کی۔</w:t>
      </w:r>
    </w:p>
    <w:p>
      <w:r>
        <w:rPr>
          <w:b/>
        </w:rPr>
        <w:t xml:space="preserve">[12:00] </w:t>
      </w:r>
      <w:r>
        <w:t>to yeh jo un ke pehle husband thay, un ki death ho gayi jaldi hi, aur phir aik doosre, un ki shadi dobara hui, aur un ke husband ka naam tha Ateeq ibn Aaid al-</w:t>
      </w:r>
    </w:p>
    <w:p>
      <w:pPr>
        <w:jc w:val="right"/>
      </w:pPr>
      <w:r>
        <w:t>تو یہ جو ان کے پہلے husband تھے، ان کی death ہو گئی جلدی ہی، اور پھر ایک دوسرے، ان کی شادی دوبارہ ہوئی، اور ان کے husband کا نام تھا عتیق ابن عائد الم</w:t>
      </w:r>
    </w:p>
    <w:p>
      <w:r>
        <w:rPr>
          <w:b/>
        </w:rPr>
        <w:t xml:space="preserve">[12:18] </w:t>
      </w:r>
      <w:r>
        <w:t>Ghazoomi. Ghuzoom tribe tha aik jo bohat hi powerful and very rich tribe tha Makkah ka, aur is mein kafi mashhoor log paida hue.</w:t>
      </w:r>
    </w:p>
    <w:p>
      <w:pPr>
        <w:jc w:val="right"/>
      </w:pPr>
      <w:r>
        <w:t>غزومی۔ مغزوم tribe تھا ایک جو بہت ہی powerful and very rich tribe تھا مکہ کا، اور اس میں کافی مشہور لوگ پیدا ہوئے۔</w:t>
      </w:r>
    </w:p>
    <w:p>
      <w:r>
        <w:rPr>
          <w:b/>
        </w:rPr>
        <w:t xml:space="preserve">[12:28] </w:t>
      </w:r>
      <w:r>
        <w:t>Abu Jahl bhi isi tribe ka tha, aur Khalid bin Waleed jo bohat baray Sahabi bane, woh bhi isi tribe ke thay. to un se bhi do bachay hue, aik ka naam tha Hind, halankay woh beti thi, aur doosre bete ka naam tha Abdul Aziz.</w:t>
      </w:r>
    </w:p>
    <w:p>
      <w:pPr>
        <w:jc w:val="right"/>
      </w:pPr>
      <w:r>
        <w:t>ابوجہل بھی اسی tribe کا تھا، اور خالد بن ولید جو بہت بڑے صحابی بنے، وہ بھی اسی tribe کے تھے۔ تو ان سے بھی دو بچے ہوئے، ایک کا نام تھا ہند، حالانکہ وہ بیٹی تھی، اور دوسرے بیٹے کا نام تھا عبدالعزی۔</w:t>
      </w:r>
    </w:p>
    <w:p>
      <w:r>
        <w:rPr>
          <w:b/>
        </w:rPr>
        <w:t xml:space="preserve">[12:44] </w:t>
      </w:r>
      <w:r>
        <w:t>ji.</w:t>
      </w:r>
    </w:p>
    <w:p>
      <w:pPr>
        <w:jc w:val="right"/>
      </w:pPr>
      <w:r>
        <w:t>جی۔</w:t>
      </w:r>
    </w:p>
    <w:p>
      <w:r>
        <w:rPr>
          <w:b/>
        </w:rPr>
        <w:t xml:space="preserve">[12:45] </w:t>
      </w:r>
      <w:r>
        <w:t>to phir yeh un ki bhi death ho gayi doosre husband ki. okay. aur</w:t>
      </w:r>
    </w:p>
    <w:p>
      <w:pPr>
        <w:jc w:val="right"/>
      </w:pPr>
      <w:r>
        <w:t>تو پھر یہ ان کی بھی death ہو گئی دوسرے husband کی۔ اوکے۔ اور</w:t>
      </w:r>
    </w:p>
    <w:p>
      <w:r>
        <w:rPr>
          <w:b/>
        </w:rPr>
        <w:t xml:space="preserve">[12:53] </w:t>
      </w:r>
      <w:r>
        <w:t>chunki jo Hazrat Khadijah R.A. theen, un ke father bhi merchant thay, aur yeh dono husbands bhi merchants thay.</w:t>
      </w:r>
    </w:p>
    <w:p>
      <w:pPr>
        <w:jc w:val="right"/>
      </w:pPr>
      <w:r>
        <w:t>چونکہ جو حضرت خدیجہ رضی اللہ عنہ تھیں، ان کے father بھی merchant تھے، اور یہ دونوں husbands بھی merchants تھے۔</w:t>
      </w:r>
    </w:p>
    <w:p>
      <w:r>
        <w:rPr>
          <w:b/>
        </w:rPr>
        <w:t xml:space="preserve">[13:03] </w:t>
      </w:r>
      <w:r>
        <w:t>to she inherited wealth of his father and both the husbands. ji.</w:t>
      </w:r>
    </w:p>
    <w:p>
      <w:pPr>
        <w:jc w:val="right"/>
      </w:pPr>
      <w:r>
        <w:t>تو she inherited wealth of his father and both the husbands۔ جی۔</w:t>
      </w:r>
    </w:p>
    <w:p>
      <w:r>
        <w:rPr>
          <w:b/>
        </w:rPr>
        <w:t xml:space="preserve">[13:08] </w:t>
      </w:r>
      <w:r>
        <w:t>So she became the most wealthiest lady in Makkah, one of the wealthiest lady in Makkah.</w:t>
      </w:r>
    </w:p>
    <w:p>
      <w:pPr>
        <w:jc w:val="right"/>
      </w:pPr>
      <w:r>
        <w:t>So she became the most wealthiest lady in مکہ، one of the wealthiest lady in مکہ۔</w:t>
      </w:r>
    </w:p>
    <w:p>
      <w:r>
        <w:rPr>
          <w:b/>
        </w:rPr>
        <w:t xml:space="preserve">[13:18] </w:t>
      </w:r>
      <w:r>
        <w:t>phir unhon ne khud tijarat ka kaam shuru kiya. aur is zamane mein jo tijarat ka tareeqa tha, woh aisa tha ke woh qairwan bheja karte thay log.</w:t>
      </w:r>
    </w:p>
    <w:p>
      <w:pPr>
        <w:jc w:val="right"/>
      </w:pPr>
      <w:r>
        <w:t>پھر انہوں نے خود تجارت کا کام شروع کیا۔ اور اس زمانے میں جو تجارت کا طریقہ تھا، وہ ایسا تھا کہ وہ قیرواں بھیجا کرتے تھے لوگ۔</w:t>
      </w:r>
    </w:p>
    <w:p>
      <w:r>
        <w:rPr>
          <w:b/>
        </w:rPr>
        <w:t xml:space="preserve">[13:30] </w:t>
      </w:r>
      <w:r>
        <w:t>ziyadah tar Syria jaya karte thay qairwan. ji. Syria aur Yemen. to un ke bhi qairwan Syria jaya karte thay. j</w:t>
      </w:r>
    </w:p>
    <w:p>
      <w:pPr>
        <w:jc w:val="right"/>
      </w:pPr>
      <w:r>
        <w:t>زیادہ تر سیریا جایا کرتے تھے قیرواں۔ جی۔ سیریا اوریمن۔ تو ان کے بھی قیرواں سیریا جایا کرتے تھے۔ ج</w:t>
      </w:r>
    </w:p>
    <w:p>
      <w:r>
        <w:rPr>
          <w:b/>
        </w:rPr>
        <w:t xml:space="preserve">[13:37] </w:t>
      </w:r>
      <w:r>
        <w:t>i. aur is is waqt jo tareeqa tha business ka, us ko kehte thay muzarabat. muzarabat ka matlab hai ke profit sharing.</w:t>
      </w:r>
    </w:p>
    <w:p>
      <w:pPr>
        <w:jc w:val="right"/>
      </w:pPr>
      <w:r>
        <w:t>ی۔ اور اس اس وقت جو طریقہ تھا business کا، اس کو کہتے تھے مضاربت۔ مضاربت کا مطلب ہے کہ profit sharing۔</w:t>
      </w:r>
    </w:p>
    <w:p>
      <w:r>
        <w:rPr>
          <w:b/>
        </w:rPr>
        <w:t xml:space="preserve">[13:50] </w:t>
      </w:r>
      <w:r>
        <w:t>yani kisi ko hire kiya, us se kaha ke tum hamara qairwan le ke jao, aur wahan jo us ki sale hogi, jo proceeds honge, us ke aik certain percentage ya aik profit hum tumhein den ge.</w:t>
      </w:r>
    </w:p>
    <w:p>
      <w:pPr>
        <w:jc w:val="right"/>
      </w:pPr>
      <w:r>
        <w:t>یعنی کسی کو hire کیا، اس سے کہا کہ تم ہمارا قیرواں لے کے جاؤ، اور وہاں جو اس کی sale ہوگی، جو proceeds ہوں گے، اس کے ایک certain percentage یا ایک profit ہم تمہیں دیں گے۔</w:t>
      </w:r>
    </w:p>
    <w:p>
      <w:r>
        <w:rPr>
          <w:b/>
        </w:rPr>
        <w:t xml:space="preserve">[14:02] </w:t>
      </w:r>
      <w:r>
        <w:t>to is tareeqay se woh bheja karti theen. aur ji,</w:t>
      </w:r>
    </w:p>
    <w:p>
      <w:pPr>
        <w:jc w:val="right"/>
      </w:pPr>
      <w:r>
        <w:t>تو اس طریقے سے وہ بھیجا کرتی تھیں۔ اور جی،</w:t>
      </w:r>
    </w:p>
    <w:p>
      <w:r>
        <w:rPr>
          <w:b/>
        </w:rPr>
        <w:t xml:space="preserve">[14:05] </w:t>
      </w:r>
      <w:r>
        <w:t>bohat hi, yani Quraish ke sab se jo baray qairwan hotay thay, woh un ke hi hotay thay. ji. to is tarah se unhon ne bohat hi, yani aik khatoon honay ke bawajood, bohat hi is zamane ke lehaz se unhon ne aik aisa aik misaal qaim ki.</w:t>
      </w:r>
    </w:p>
    <w:p>
      <w:pPr>
        <w:jc w:val="right"/>
      </w:pPr>
      <w:r>
        <w:t>بہت ہی، یعنی قریش کے سب سے جو بڑے قیرواں ہوتے تھے، وہ ان کے ہی ہوتے تھے۔ جی۔ تو اس طرح سے انہوں نے بہت ہی، یعنی ایک خاتون ہونے کے باوجود، بہت ہی اس زمانے کے لحاظ سے انہوں نے ایک ایسا ایک مثال قائم کی۔</w:t>
      </w:r>
    </w:p>
    <w:p>
      <w:r>
        <w:rPr>
          <w:b/>
        </w:rPr>
        <w:t xml:space="preserve">[14:25] </w:t>
      </w:r>
      <w:r>
        <w:t>ji. ke khud business sambhala aur bohat hi us ko aagay barhaya, yahan tak ke she became the richest woman of Makkah. ji.</w:t>
      </w:r>
    </w:p>
    <w:p>
      <w:pPr>
        <w:jc w:val="right"/>
      </w:pPr>
      <w:r>
        <w:t>جی۔ کہ خود business سنبھالا اور بہت ہی اس کو آگے بڑھایا، یہاں تک کہ she became the richest woman of مکہ۔ جی۔</w:t>
      </w:r>
    </w:p>
    <w:p>
      <w:r>
        <w:rPr>
          <w:b/>
        </w:rPr>
        <w:t xml:space="preserve">[14:34] </w:t>
      </w:r>
      <w:r>
        <w:t>Masha Allah</w:t>
      </w:r>
    </w:p>
    <w:p>
      <w:pPr>
        <w:jc w:val="right"/>
      </w:pPr>
      <w:r>
        <w:t>ماشاءاللہ</w:t>
      </w:r>
    </w:p>
    <w:p>
      <w:r>
        <w:rPr>
          <w:b/>
        </w:rPr>
        <w:t xml:space="preserve">[14:35] </w:t>
      </w:r>
      <w:r>
        <w:t>. Doctor sahib, jaisa aap ne abhi bataya ke tijarat karti thi woh, aur un ka jo qairwan bhi tha, woh bhi Quraish ke jitne qairwan hotay thay, kaha jata tha ke woh sab se bara unhi ka unhi ka hota tha.</w:t>
      </w:r>
    </w:p>
    <w:p>
      <w:pPr>
        <w:jc w:val="right"/>
      </w:pPr>
      <w:r>
        <w:t>۔ ڈاکٹر صاحب، جیسا آپ نے ابھی بتایا کہ تجارت کرتی تھی وہ، اور ان کا جو قیرواں بھی تھا، وہ بھی قریش کے جتنے قیرواں ہوتے تھے، کہا جاتا تھا کہ وہ سب سے بڑا انہی کا انہی کا ہوتا تھا۔</w:t>
      </w:r>
    </w:p>
    <w:p>
      <w:r>
        <w:rPr>
          <w:b/>
        </w:rPr>
        <w:t xml:space="preserve">[14:47] </w:t>
      </w:r>
      <w:r>
        <w:t>ji ji. aur yeh aik bohat achhi aik lesson bhi milta hai ke aksar log yeh bhi kehte hain ke Islam mein position of woman is weak. lekin aap dekhen, yahan pe aap jo bata rahe hain ke she was a business woman and an esteemed business woman.</w:t>
      </w:r>
    </w:p>
    <w:p>
      <w:pPr>
        <w:jc w:val="right"/>
      </w:pPr>
      <w:r>
        <w:t>جی جی۔ اور یہ ایک بہت اچھی ایک lesson بھی ملتا ہے کہ اکثر لوگ یہ بھی کہتے ہیں کہ اسلام میں position of woman is weak۔ لیکن آپ دیکھیں، یہاں پہ آپ جو بتا رہے ہیں کہ she was a business woman and an esteemed business woman۔</w:t>
      </w:r>
    </w:p>
    <w:p>
      <w:r>
        <w:rPr>
          <w:b/>
        </w:rPr>
        <w:t xml:space="preserve">[15:02] </w:t>
      </w:r>
      <w:r>
        <w:t>ji. to yeh aik bohat achha, aik it throws light on the fact that the position of woman in Islam is not a position of weakness but a position of strength.</w:t>
      </w:r>
    </w:p>
    <w:p>
      <w:pPr>
        <w:jc w:val="right"/>
      </w:pPr>
      <w:r>
        <w:t>جی۔ تو یہ ایک بہت اچھا، ایک it throws light on the fact that the position of woman in اسلام is not a position of weakness but a position of strength۔</w:t>
      </w:r>
    </w:p>
    <w:p>
      <w:r>
        <w:rPr>
          <w:b/>
        </w:rPr>
        <w:t xml:space="preserve">[15:13] </w:t>
      </w:r>
      <w:r>
        <w:t>ji. Doctor sahib, ab jaise woh khud to jati nahi thi qairwan mein, aap ne bataya ke koi agent deput hota tha jo un ke qairwan ko le ke jaya karta tha.</w:t>
      </w:r>
    </w:p>
    <w:p>
      <w:pPr>
        <w:jc w:val="right"/>
      </w:pPr>
      <w:r>
        <w:t>جی۔ ڈاکٹر صاحب، اب جیسے وہ خود تو جاتی نہیں تھی قیرواں میں، آپ نے بتایا کہ کوئی agent deput ہوتا تھا جو ان کے قیرواں کو لے کے جایا کرتا تھا۔</w:t>
      </w:r>
    </w:p>
    <w:p>
      <w:r>
        <w:rPr>
          <w:b/>
        </w:rPr>
        <w:t xml:space="preserve">[15:25] </w:t>
      </w:r>
      <w:r>
        <w:t>yahan pe ek sawal mein aap se poochna chahunga ke kaise phir Prophet Muhammad se kaise contact hua unka? is ke bare mein aap bataein.</w:t>
      </w:r>
    </w:p>
    <w:p>
      <w:pPr>
        <w:jc w:val="right"/>
      </w:pPr>
      <w:r>
        <w:t>یہاں پہ ایک سوال میں آپ سے پوچھنا چاہوں گا کہ کیسے پھر Prophet محمد سے کیسے contact ہوا ان کا؟ اس کے بارے میں آپ بتائیں۔</w:t>
      </w:r>
    </w:p>
    <w:p>
      <w:r>
        <w:rPr>
          <w:b/>
        </w:rPr>
        <w:t xml:space="preserve">[15:36] </w:t>
      </w:r>
      <w:r>
        <w:t>kitabon mein aata hai ke unhein koi qairwan bhejna tha. ji. Syria. to woh talash kar rahi theen koi honest aur trustworthy.</w:t>
      </w:r>
    </w:p>
    <w:p>
      <w:pPr>
        <w:jc w:val="right"/>
      </w:pPr>
      <w:r>
        <w:t>کتابوں میں آتا ہے کہ انہیں کوئی قیرواں بھیجنا تھا۔ جی۔ سیریا۔ تو وہ تلاش کر رہی تھیں کوئی honest اور trustworthy۔</w:t>
      </w:r>
    </w:p>
    <w:p>
      <w:r>
        <w:rPr>
          <w:b/>
        </w:rPr>
        <w:t xml:space="preserve">[15:45] </w:t>
      </w:r>
      <w:r>
        <w:t>ji. koi aadmi mile taake us ko woh dein apna saman tijarat. to isi dauran un ki behan aai hui thi.</w:t>
      </w:r>
    </w:p>
    <w:p>
      <w:pPr>
        <w:jc w:val="right"/>
      </w:pPr>
      <w:r>
        <w:t>جی۔ کوئی آدمی ملے تاکہ اس کو وہ دیں اپنا سامان تجارت۔ تو اسی دوران ان کی بہن آئی ہوئی تھی۔</w:t>
      </w:r>
    </w:p>
    <w:p>
      <w:r>
        <w:rPr>
          <w:b/>
        </w:rPr>
        <w:t xml:space="preserve">[15:54] </w:t>
      </w:r>
      <w:r>
        <w:t>j</w:t>
      </w:r>
    </w:p>
    <w:p>
      <w:pPr>
        <w:jc w:val="right"/>
      </w:pPr>
      <w:r>
        <w:t>ج</w:t>
      </w:r>
    </w:p>
    <w:p>
      <w:r>
        <w:rPr>
          <w:b/>
        </w:rPr>
        <w:t xml:space="preserve">[15:55] </w:t>
      </w:r>
      <w:r>
        <w:t>i. hala. to unhon ne hala se bhi zikr kiya ke mein ek aadmi ki talash kar rahi hoon jo mera qairwan Syria le jaye.</w:t>
      </w:r>
    </w:p>
    <w:p>
      <w:pPr>
        <w:jc w:val="right"/>
      </w:pPr>
      <w:r>
        <w:t>ی۔ حالہ۔ تو انہوں نے حالہ سے بھی ذکر کیا کہ میں ایک آدمی کی تلاش کر رہی ہوں جو میرا قیرواں سیریا لے جائے۔</w:t>
      </w:r>
    </w:p>
    <w:p>
      <w:r>
        <w:rPr>
          <w:b/>
        </w:rPr>
        <w:t xml:space="preserve">[16:06] </w:t>
      </w:r>
      <w:r>
        <w:t>to hala ne kaha ke tum Prophet se milo sallallahu alaihi wasallam. ji. woh bohat hi acha character hai un ka, bohat hi honest hain.</w:t>
      </w:r>
    </w:p>
    <w:p>
      <w:pPr>
        <w:jc w:val="right"/>
      </w:pPr>
      <w:r>
        <w:t>تو حالہ نے کہا کہ تم Prophet سے ملو صلی اللہ علیہ وسلم۔ جی۔ وہ بہت ہی اچھا character ہے ان کا، بہت ہی honest ہیں۔</w:t>
      </w:r>
    </w:p>
    <w:p>
      <w:r>
        <w:rPr>
          <w:b/>
        </w:rPr>
        <w:t xml:space="preserve">[16:15] </w:t>
      </w:r>
      <w:r>
        <w:t>asal mein Prophet Muhammad sallallahu alaihi wasallam jab barah saal ke thay, terah saal ke thay, to woh Abu Talib ki bakriyan charaya karte thay.</w:t>
      </w:r>
    </w:p>
    <w:p>
      <w:pPr>
        <w:jc w:val="right"/>
      </w:pPr>
      <w:r>
        <w:t>اصل میں Prophet محمد صلی اللہ علیہ وسلم جب بارہ سال کے تھے، تیرہ سال کے تھے، تو وہ ابو طالب کی بکریاں چرایا کرتے تھے۔</w:t>
      </w:r>
    </w:p>
    <w:p>
      <w:r>
        <w:rPr>
          <w:b/>
        </w:rPr>
        <w:t xml:space="preserve">[16:27] </w:t>
      </w:r>
      <w:r>
        <w:t>ji. yaani he was a shepherd. to aur balkay hadith mein aata hai ke وَمَا مِنْ نَبِيٍّ إِلَّا وَقَدْ رَآ الْغَنَمُ.</w:t>
      </w:r>
    </w:p>
    <w:p>
      <w:pPr>
        <w:jc w:val="right"/>
      </w:pPr>
      <w:r>
        <w:t>جی۔ یعنی he was a shepherd۔ تو اور بلکہ حدیث میں آتا ہے کہ وَمَا مِنْ نَبِيٍّ إِلَّا وَقَدْ رَآ الْغَنَمُ۔</w:t>
      </w:r>
    </w:p>
    <w:p>
      <w:r>
        <w:rPr>
          <w:b/>
        </w:rPr>
        <w:t xml:space="preserve">[16:37] </w:t>
      </w:r>
      <w:r>
        <w:t>yaani koi peghambar aisa nahi guzra jis ne bheer bakriyan na charai hon. na</w:t>
      </w:r>
    </w:p>
    <w:p>
      <w:pPr>
        <w:jc w:val="right"/>
      </w:pPr>
      <w:r>
        <w:t>یعنی کوئی پیغمبر ایسا نہیں گزرا جس نے بھیڑ بکریاں نہ چرائی ہوں۔ نہ</w:t>
      </w:r>
    </w:p>
    <w:p>
      <w:r>
        <w:rPr>
          <w:b/>
        </w:rPr>
        <w:t xml:space="preserve">[16:42] </w:t>
      </w:r>
      <w:r>
        <w:t>charai hon. ji. yeh bhi ek Allah taala ki taraf se planning thi ke jo jis ko peghambar banna tha, us ko, yaani bheer bakriyan charana yeh hai ke insaan nature mein jaye.</w:t>
      </w:r>
    </w:p>
    <w:p>
      <w:pPr>
        <w:jc w:val="right"/>
      </w:pPr>
      <w:r>
        <w:t>چرائی ہوں۔ جی۔ یہ بھی ایک اللہ تعالی کی طرف سے planning تھی کہ جو جس کو پیغمبر بننا تھا، اس کو، یعنی بھیڑ بکریاں چرانا یہ ہے کہ انسان nature میں جائے۔</w:t>
      </w:r>
    </w:p>
    <w:p>
      <w:r>
        <w:rPr>
          <w:b/>
        </w:rPr>
        <w:t xml:space="preserve">[16:57] </w:t>
      </w:r>
      <w:r>
        <w:t>ji, yaqeenan. And nature inspires us. to nature mein jaye, ghore o fikr kare, zameen o asman ke bare mein soche, kaun is dunya ka khaliq hai.</w:t>
      </w:r>
    </w:p>
    <w:p>
      <w:pPr>
        <w:jc w:val="right"/>
      </w:pPr>
      <w:r>
        <w:t>جی، یقیناً۔ And nature inspires us۔ تو nature میں جائے، غور و فکر کرے، زمین و آسمان کے بارے میں سوچے، کون اس دنیا کا خالق ہے۔</w:t>
      </w:r>
    </w:p>
    <w:p>
      <w:r>
        <w:rPr>
          <w:b/>
        </w:rPr>
        <w:t xml:space="preserve">[17:06] </w:t>
      </w:r>
      <w:r>
        <w:t>to</w:t>
      </w:r>
    </w:p>
    <w:p>
      <w:pPr>
        <w:jc w:val="right"/>
      </w:pPr>
      <w:r>
        <w:t>تو</w:t>
      </w:r>
    </w:p>
    <w:p>
      <w:r>
        <w:rPr>
          <w:b/>
        </w:rPr>
        <w:t xml:space="preserve">[17:08] </w:t>
      </w:r>
      <w:r>
        <w:t>woh is zamane mein hala ke haan bhi as a shepherd kaam karte thay. ji. to hala un ko janti thi ke yeh bohat hi naik insan hain aur bohat hi hard working hain, and he is a very trustworthy person.</w:t>
      </w:r>
    </w:p>
    <w:p>
      <w:pPr>
        <w:jc w:val="right"/>
      </w:pPr>
      <w:r>
        <w:t>وہ اس زمانے میں حالہ کے ہاں بھی as a shepherd کام کرتے تھے۔ جی۔ تو حالہ ان کو جانتی تھی کہ یہ بہت ہی نیک انسان ہیں اور بہت ہی hard working ہیں، and he is a very trustworthy person۔</w:t>
      </w:r>
    </w:p>
    <w:p>
      <w:r>
        <w:rPr>
          <w:b/>
        </w:rPr>
        <w:t xml:space="preserve">[17:23] </w:t>
      </w:r>
      <w:r>
        <w:t>to unhon ne recommend kiya. ji. ke tum Prophet sallallahu alaihi wasallam se milo. to unhon ne kaha acha phir mein kaise miloon? kis se, kis ke paas jaon?</w:t>
      </w:r>
    </w:p>
    <w:p>
      <w:pPr>
        <w:jc w:val="right"/>
      </w:pPr>
      <w:r>
        <w:t>تو انہوں نے recommend کیا۔ جی۔ کہ تم Prophet صلی اللہ علیہ وسلم سے ملو۔ تو انہوں نے کہا اچھا پھر میں کیسے ملوں؟ کس سے، کس کے پاس جاؤں؟</w:t>
      </w:r>
    </w:p>
    <w:p>
      <w:r>
        <w:rPr>
          <w:b/>
        </w:rPr>
        <w:t xml:space="preserve">[17:33] </w:t>
      </w:r>
      <w:r>
        <w:t>to hala ne kaha hai ke tum Abu Talib ke paas jao.</w:t>
      </w:r>
    </w:p>
    <w:p>
      <w:pPr>
        <w:jc w:val="right"/>
      </w:pPr>
      <w:r>
        <w:t>تو حالہ نے کہا ہے کہ تم ابو طالب کے پاس جاؤ۔</w:t>
      </w:r>
    </w:p>
    <w:p>
      <w:r>
        <w:rPr>
          <w:b/>
        </w:rPr>
        <w:t xml:space="preserve">[17:36] </w:t>
      </w:r>
      <w:r>
        <w:t>ji. woh un ke uncle hain, but he is like his father. to phir Hazrat Khadija gayeen Abu Talib ke paas aur bataya ke mujhe zaroorat hai ek shakhs ki, aur mein chahti hoon ke aap ke bhatije ko hire karoon.</w:t>
      </w:r>
    </w:p>
    <w:p>
      <w:pPr>
        <w:jc w:val="right"/>
      </w:pPr>
      <w:r>
        <w:t>جی۔ وہ ان کے uncle ہیں، but he is like his father۔ تو پھر حضرت خدیجہ گئیں ابو طالب کے پاس اور بتایا کہ مجھے ضرورت ہے ایک شخص کی، اور میں چاہتی ہوں کہ آپ کے بھتیجے کو hire کروں۔</w:t>
      </w:r>
    </w:p>
    <w:p>
      <w:r>
        <w:rPr>
          <w:b/>
        </w:rPr>
        <w:t xml:space="preserve">[17:55] </w:t>
      </w:r>
      <w:r>
        <w:t>ji. to</w:t>
      </w:r>
    </w:p>
    <w:p>
      <w:pPr>
        <w:jc w:val="right"/>
      </w:pPr>
      <w:r>
        <w:t>جی۔ تو</w:t>
      </w:r>
    </w:p>
    <w:p>
      <w:r>
        <w:rPr>
          <w:b/>
        </w:rPr>
        <w:t xml:space="preserve">[17:56] </w:t>
      </w:r>
      <w:r>
        <w:t>he was reluctant Abu Talib ko ko zyada shuru mein un ka, yaani shuru mein unhon ne zyada dilchaspi nahi dikhai.</w:t>
      </w:r>
    </w:p>
    <w:p>
      <w:pPr>
        <w:jc w:val="right"/>
      </w:pPr>
      <w:r>
        <w:t>he was reluctant ابو طالب کو کو زیادہ شروع میں ان کا، یعنی شروع میں انہوں نے زیادہ دلچسپی نہیں دکھائی۔</w:t>
      </w:r>
    </w:p>
    <w:p>
      <w:r>
        <w:rPr>
          <w:b/>
        </w:rPr>
        <w:t xml:space="preserve">[18:09] </w:t>
      </w:r>
      <w:r>
        <w:t>ji. ke Prophet ko qairwan ke zariye bheja jaye, lekin phir bohat israr kiya Hazrat Khadija R.A. ne, to woh tayyar</w:t>
      </w:r>
    </w:p>
    <w:p>
      <w:pPr>
        <w:jc w:val="right"/>
      </w:pPr>
      <w:r>
        <w:t>جی۔ کہ Prophet کو قیرواں کے ذریعے بھیجا جائے، لیکن پھر بہت اصرار کیا حضرت خدیجہ رضی اللہ عنہ نے، تو وہ تیار</w:t>
      </w:r>
    </w:p>
    <w:p>
      <w:r>
        <w:rPr>
          <w:b/>
        </w:rPr>
        <w:t xml:space="preserve">[18:18] </w:t>
      </w:r>
      <w:r>
        <w:t>ho gaye. ji. to is tareeqe se Prophet se contact hua aur Prophet ko hire kar liya.</w:t>
      </w:r>
    </w:p>
    <w:p>
      <w:pPr>
        <w:jc w:val="right"/>
      </w:pPr>
      <w:r>
        <w:t>ہو گئے۔ جی۔ تو اس طریقے سے Prophet سے contact ہوا اور Prophet کو hire کر لیا۔</w:t>
      </w:r>
    </w:p>
    <w:p>
      <w:r>
        <w:rPr>
          <w:b/>
        </w:rPr>
        <w:t xml:space="preserve">[18:26] </w:t>
      </w:r>
      <w:r>
        <w:t>ji. Hazrat Khadija ne. ji. to doctor sahab, jaise aap ne bataya ke Prophet ke bare mein is time pe kaha jata tha ke As-Sadiq Al-Amin, matlab he was an honest, trustworthy, truthful person.</w:t>
      </w:r>
    </w:p>
    <w:p>
      <w:pPr>
        <w:jc w:val="right"/>
      </w:pPr>
      <w:r>
        <w:t>جی۔ حضرت خدیجہ نے۔ جی۔ تو ڈاکٹر صاحب، جیسے آپ نے بتایا کہ Prophet کے بارے میں اس ٹائم پہ کہا جاتا تھا کہ الصادق الامین، مطلب he was an honest, trustworthy, truthful person۔</w:t>
      </w:r>
    </w:p>
    <w:p>
      <w:r>
        <w:rPr>
          <w:b/>
        </w:rPr>
        <w:t xml:space="preserve">[18:41] </w:t>
      </w:r>
      <w:r>
        <w:t>aur us waqt mere khayal se un ki age twenty five years thi. Yes. jab un ka contact Hazrat Khadij</w:t>
      </w:r>
    </w:p>
    <w:p>
      <w:pPr>
        <w:jc w:val="right"/>
      </w:pPr>
      <w:r>
        <w:t>اور اس وقت میرے خیال سے ان کی age twenty five years تھی۔ Yes۔ جب ان کا contact حضرت خدیج</w:t>
      </w:r>
    </w:p>
    <w:p>
      <w:r>
        <w:rPr>
          <w:b/>
        </w:rPr>
        <w:t xml:space="preserve">[18:48] </w:t>
      </w:r>
      <w:r>
        <w:t>a se hua. ji. to unhon ne phir un ko opportunity di ke woh Syria jayen. ji.</w:t>
      </w:r>
    </w:p>
    <w:p>
      <w:pPr>
        <w:jc w:val="right"/>
      </w:pPr>
      <w:r>
        <w:t>ہ سے ہوا۔ جی۔ تو انہوں نے پھر ان کو opportunity دی کہ وہ سیریا جائیں۔ جی۔</w:t>
      </w:r>
    </w:p>
    <w:p>
      <w:r>
        <w:rPr>
          <w:b/>
        </w:rPr>
        <w:t xml:space="preserve">[18:56] </w:t>
      </w:r>
      <w:r>
        <w:t>un ke qairwan ko le kar. ji. aur us time pe doctor sahab, bohat sakht journey rahi hogi kyunke rastay aise nahi hain jaise aaj ki date mein Makkah se Syria ke hain.</w:t>
      </w:r>
    </w:p>
    <w:p>
      <w:pPr>
        <w:jc w:val="right"/>
      </w:pPr>
      <w:r>
        <w:t>ان کے قیرواں کو لے کر۔ جی۔ اور اس ٹائم پہ ڈاکٹر صاحب، بہت سخت journey رہی ہوگی کیونکہ راستے ایسے نہیں ہیں جیسے آج کی date میں مکہ سے سیریا کے ہیں۔</w:t>
      </w:r>
    </w:p>
    <w:p>
      <w:r>
        <w:rPr>
          <w:b/>
        </w:rPr>
        <w:t xml:space="preserve">[19:08] </w:t>
      </w:r>
      <w:r>
        <w:t>bohat sakht garmi aur rasta bhi bohat asan nahi tha. to bohat hi lambi journey tay kar rahi ho</w:t>
      </w:r>
    </w:p>
    <w:p>
      <w:pPr>
        <w:jc w:val="right"/>
      </w:pPr>
      <w:r>
        <w:t>بہت سخت گرمی اور راستہ بھی بہت آسان نہیں تھا۔ تو بہت ہی لمبی journey طے کر رہی ہو</w:t>
      </w:r>
    </w:p>
    <w:p>
      <w:r>
        <w:rPr>
          <w:b/>
        </w:rPr>
        <w:t xml:space="preserve">[19:16] </w:t>
      </w:r>
      <w:r>
        <w:t>gi unhon ne. to is ke bare mein thora bataen hum sab ko.</w:t>
      </w:r>
    </w:p>
    <w:p>
      <w:pPr>
        <w:jc w:val="right"/>
      </w:pPr>
      <w:r>
        <w:t>گی انہوں نے۔ تو اس کے بارے میں تھوڑا بتائیں ہم سب کو۔</w:t>
      </w:r>
    </w:p>
    <w:p>
      <w:r>
        <w:rPr>
          <w:b/>
        </w:rPr>
        <w:t xml:space="preserve">[19:22] </w:t>
      </w:r>
      <w:r>
        <w:t>jab Prophet barah saal ke thay to Abu Talib bhi tajir thay. ji. woh bhi merchant thay. to woh ja rahe thay apna qafila le ke Syria.</w:t>
      </w:r>
    </w:p>
    <w:p>
      <w:pPr>
        <w:jc w:val="right"/>
      </w:pPr>
      <w:r>
        <w:t>جب Prophet بارہ سال کے تھے تو ابو طالب بھی تاجر تھے۔ جی۔ وہ بھی merchant تھے۔ تو وہ جا رہے تھے اپنا قیرواں لے کے سیریا۔</w:t>
      </w:r>
    </w:p>
    <w:p>
      <w:r>
        <w:rPr>
          <w:b/>
        </w:rPr>
        <w:t xml:space="preserve">[19:33] </w:t>
      </w:r>
      <w:r>
        <w:t>to jab dekha Prophet ne ke Abu Talib uncle ja rahe hain, to unhon ne kaha main bhi chalun ga aap ke sath.</w:t>
      </w:r>
    </w:p>
    <w:p>
      <w:pPr>
        <w:jc w:val="right"/>
      </w:pPr>
      <w:r>
        <w:t>تو جب دیکھا Prophet نے کہ ابو طالب uncle جا رہے ہیں، تو انہوں نے کہا میں بھی چلوں گا آپ کے ساتھ۔</w:t>
      </w:r>
    </w:p>
    <w:p>
      <w:r>
        <w:rPr>
          <w:b/>
        </w:rPr>
        <w:t xml:space="preserve">[19:43] </w:t>
      </w:r>
      <w:r>
        <w:t>ji. to bohat hi shauq dikhaya, bohat israr kiya.</w:t>
      </w:r>
    </w:p>
    <w:p>
      <w:pPr>
        <w:jc w:val="right"/>
      </w:pPr>
      <w:r>
        <w:t>جی۔ تو بہت ہی شوق دکھایا، بہت اصرار کیا۔</w:t>
      </w:r>
    </w:p>
    <w:p>
      <w:r>
        <w:rPr>
          <w:b/>
        </w:rPr>
        <w:t xml:space="preserve">[19:46] </w:t>
      </w:r>
      <w:r>
        <w:t>to Abu Talib tayyar ho gaye. ji. aur le ke gaye. to aik bar Rasool Allah sal Allah aleh wasalam pehle hi, yaani Syria ja chuke thay.</w:t>
      </w:r>
    </w:p>
    <w:p>
      <w:pPr>
        <w:jc w:val="right"/>
      </w:pPr>
      <w:r>
        <w:t>تو ابو طالب تیار ہو گئے۔ جی۔ اور لے کے گئے۔ تو ایک بار رسول اللہ صلی اللہ علیہ وسلم پہلے ہی، یعنی سیریا جا چکے تھے۔</w:t>
      </w:r>
    </w:p>
    <w:p>
      <w:r>
        <w:rPr>
          <w:b/>
        </w:rPr>
        <w:t xml:space="preserve">[19:56] </w:t>
      </w:r>
      <w:r>
        <w:t>ji. to thora bohat tajurba tha, un ko idea tha ke kaise safar hota hai. lekin is bar ka jo safar tha, yeh thora mukhtalif tha is lihaaz se ke he was in charge of the entire qafila.</w:t>
      </w:r>
    </w:p>
    <w:p>
      <w:pPr>
        <w:jc w:val="right"/>
      </w:pPr>
      <w:r>
        <w:t>جی۔ تو تھوڑا بہت تجربہ تھا، ان کو idea تھا کہ کیسے سفر ہوتا ہے۔ لیکن اس بار کا جو سفر تھا، یہ تھوڑا مختلف تھا اس لحاظ سے کہ he was in charge of the entire قیرواں۔</w:t>
      </w:r>
    </w:p>
    <w:p>
      <w:r>
        <w:rPr>
          <w:b/>
        </w:rPr>
        <w:t xml:space="preserve">[20:13] </w:t>
      </w:r>
      <w:r>
        <w:t>ji</w:t>
      </w:r>
    </w:p>
    <w:p>
      <w:pPr>
        <w:jc w:val="right"/>
      </w:pPr>
      <w:r>
        <w:t>جی</w:t>
      </w:r>
    </w:p>
    <w:p>
      <w:r>
        <w:rPr>
          <w:b/>
        </w:rPr>
        <w:t xml:space="preserve">[20:14] </w:t>
      </w:r>
      <w:r>
        <w:t>. aur sara jo saman hai, woh bohat hi hifazat ke sath le ke jana hai, aur bohat achi tarah se is ko, is ki jo sale karni hai, woh sara intizam karna hai.</w:t>
      </w:r>
    </w:p>
    <w:p>
      <w:pPr>
        <w:jc w:val="right"/>
      </w:pPr>
      <w:r>
        <w:t>۔ اور سارا جو سامان ہے، وہ بہت ہی حفاظت کے ساتھ لے کے جانا ہے، اور بہت اچھی طرح سے اس کو، اس کی جو sale کرنی ہے، وہ سارا انتظام کرنا ہے۔</w:t>
      </w:r>
    </w:p>
    <w:p>
      <w:r>
        <w:rPr>
          <w:b/>
        </w:rPr>
        <w:t xml:space="preserve">[20:26] </w:t>
      </w:r>
      <w:r>
        <w:t>ab jo camels hotay thay, un ka bhi khayal karna parta tha. ji. aur lamba rasta hai, agar koi camel man lijiye rastay mein bimar ho jaye ya kuch.</w:t>
      </w:r>
    </w:p>
    <w:p>
      <w:pPr>
        <w:jc w:val="right"/>
      </w:pPr>
      <w:r>
        <w:t>اب جو camels ہوتے تھے، ان کا بھی خیال کرنا پڑتا تھا۔ جی۔ اور لمبا راستہ ہے، اگر کوئی camel مان لیجئے راستے میں بیمار ہو جائے یا کچھ۔</w:t>
      </w:r>
    </w:p>
    <w:p>
      <w:r>
        <w:rPr>
          <w:b/>
        </w:rPr>
        <w:t xml:space="preserve">[20:35] </w:t>
      </w:r>
      <w:r>
        <w:t>ji. ho jaye is ko, to sara safar hi mushkil mein par jata. to</w:t>
      </w:r>
    </w:p>
    <w:p>
      <w:pPr>
        <w:jc w:val="right"/>
      </w:pPr>
      <w:r>
        <w:t>جی۔ ہو جائے اس کو، تو سارا سفر ہی مشکل میں پڑ جاتا۔ تو</w:t>
      </w:r>
    </w:p>
    <w:p>
      <w:r>
        <w:rPr>
          <w:b/>
        </w:rPr>
        <w:t xml:space="preserve">[20:41] </w:t>
      </w:r>
      <w:r>
        <w:t>woh Rasool Allah sal Allah aleh wasalam ne bohat achi planning ki. sara jo saman tha, woh oonton pe lada aur bohat achi tarike se plan kar ke safar shuru kiya.</w:t>
      </w:r>
    </w:p>
    <w:p>
      <w:pPr>
        <w:jc w:val="right"/>
      </w:pPr>
      <w:r>
        <w:t>وہ رسول اللہ صلی اللہ علیہ وسلم نے بہت اچھی planning کی۔ سارا جو سامان تھا، وہ اونٹوں پہ لادا اور بہت اچھی طریقے سے plan کر کے سفر شروع کیا۔</w:t>
      </w:r>
    </w:p>
    <w:p>
      <w:r>
        <w:rPr>
          <w:b/>
        </w:rPr>
        <w:t xml:space="preserve">[20:55] </w:t>
      </w:r>
      <w:r>
        <w:t>to Hazrat Khadija R.A. ne Prophet ko aik helper ke tor par, aik un ka sath, aik aik servant tha Khadija R.A. ka, Maysarah is ka naam tha.</w:t>
      </w:r>
    </w:p>
    <w:p>
      <w:pPr>
        <w:jc w:val="right"/>
      </w:pPr>
      <w:r>
        <w:t>تو حضرت خدیجہ رضی اللہ عنہ نے Prophet کو ایک helper کے طور پر، ایک ان کا ساتھ، ایک ایک servant تھا خدیجہ رضی اللہ عنہ کا، میسرہ اس کا نام تھا۔</w:t>
      </w:r>
    </w:p>
    <w:p>
      <w:r>
        <w:rPr>
          <w:b/>
        </w:rPr>
        <w:t xml:space="preserve">[21:09] </w:t>
      </w:r>
      <w:r>
        <w:t>ji. to Maysarah ko bhi sath kar diya ke aap is ko rakhiye apne sath, aur aap ki help kare ga rastay mein. to phir yeh aik lamba safar kiya</w:t>
      </w:r>
    </w:p>
    <w:p>
      <w:pPr>
        <w:jc w:val="right"/>
      </w:pPr>
      <w:r>
        <w:t>جی۔ تو میسرہ کو بھی ساتھ کر دیا کہ آپ اس کو رکھیے اپنے ساتھ، اور آپ کی help کرے گا راستے میں۔ تو پھر یہ ایک لمبا سفر کیا</w:t>
      </w:r>
    </w:p>
    <w:p>
      <w:r>
        <w:rPr>
          <w:b/>
        </w:rPr>
        <w:t xml:space="preserve">[21:20] </w:t>
      </w:r>
      <w:r>
        <w:t>Prophet sal Allah aleh wasalam ne Makkah se Syria, yaani kafi lamba safar hai, pura jo sehra, desert hai, Makkah se Madinah hotay hue phir north ki taraf, Amman yaani Jordan ki taraf, phir aur Palestine ki taraf.</w:t>
      </w:r>
    </w:p>
    <w:p>
      <w:pPr>
        <w:jc w:val="right"/>
      </w:pPr>
      <w:r>
        <w:t>Prophet صلی اللہ علیہ وسلم نے مکہ سے سیریا، یعنی کافی لمبا سفر ہے، پورا جو صحرا ہے، desert ہے، مکہ سے مدینہ ہوتے ہوئے پھر north کی طرف، عمان یعنی Jordan کی طرف، پھر اور Palestine کی طرف۔</w:t>
      </w:r>
    </w:p>
    <w:p>
      <w:r>
        <w:rPr>
          <w:b/>
        </w:rPr>
        <w:t xml:space="preserve">[21:37] </w:t>
      </w:r>
      <w:r>
        <w:t>ji. phir is ko oopar ja ke. to shuru shuru mein to zahir hai bohat hi sakht safar raha hoga. chounkay sehra mein safar bohat mushkil hota hai,</w:t>
      </w:r>
    </w:p>
    <w:p>
      <w:pPr>
        <w:jc w:val="right"/>
      </w:pPr>
      <w:r>
        <w:t>جی۔ پھر اس کو اوپر جا کے۔ تو شروع شروع میں تو ظاہر ہے بہت ہی سخت سفر رہا ہوگا۔ چونکہ صحرا میں سفر بہت مشکل ہوتا ہے،</w:t>
      </w:r>
    </w:p>
    <w:p>
      <w:r>
        <w:rPr>
          <w:b/>
        </w:rPr>
        <w:t xml:space="preserve">[21:48] </w:t>
      </w:r>
      <w:r>
        <w:t>garmi hoti hai, dhoop hoti hai, shade nahi hai, pani nahi hota. lekin phir jab thora north ki taraf barhne lage to phir greenery nazar aayi wahan, aur phir shade bhi ho gaya, barish, pani bhi hai wahan, aur</w:t>
      </w:r>
    </w:p>
    <w:p>
      <w:pPr>
        <w:jc w:val="right"/>
      </w:pPr>
      <w:r>
        <w:t>گرمی ہوتی ہے، دھوپ ہوتی ہے، shade نہیں ہے، پانی نہیں ہوتا۔ لیکن پھر جب تھوڑا north کی طرف بڑھنے لگے تو پھر greenery نظر آئی وہاں، اور پھر shade بھی ہو گیا، بارش، پانی بھی ہے وہاں، اور</w:t>
      </w:r>
    </w:p>
    <w:p>
      <w:r>
        <w:rPr>
          <w:b/>
        </w:rPr>
        <w:t xml:space="preserve">[22:08] </w:t>
      </w:r>
      <w:r>
        <w:t>trees waghera hain. to matlab thora sa behtar ho gaya.</w:t>
      </w:r>
    </w:p>
    <w:p>
      <w:pPr>
        <w:jc w:val="right"/>
      </w:pPr>
      <w:r>
        <w:t>trees وغیرہ ہیں۔ تو مطلب تھوڑا سا بہتر ہو گیا۔</w:t>
      </w:r>
    </w:p>
    <w:p>
      <w:r>
        <w:rPr>
          <w:b/>
        </w:rPr>
        <w:t xml:space="preserve">[22:11] </w:t>
      </w:r>
      <w:r>
        <w:t>phir yeh aik lamba safar tay karte hue Syria pohanchay, aur</w:t>
      </w:r>
    </w:p>
    <w:p>
      <w:pPr>
        <w:jc w:val="right"/>
      </w:pPr>
      <w:r>
        <w:t>پھر یہ ایک لمبا سفر طے کرتے ہوئے سیریا پہنچے، اور</w:t>
      </w:r>
    </w:p>
    <w:p>
      <w:r>
        <w:rPr>
          <w:b/>
        </w:rPr>
        <w:t xml:space="preserve">[22:19] </w:t>
      </w:r>
      <w:r>
        <w:t>wahan par jo</w:t>
      </w:r>
    </w:p>
    <w:p>
      <w:pPr>
        <w:jc w:val="right"/>
      </w:pPr>
      <w:r>
        <w:t>وہاں پر جو</w:t>
      </w:r>
    </w:p>
    <w:p>
      <w:r>
        <w:rPr>
          <w:b/>
        </w:rPr>
        <w:t xml:space="preserve">[22:25] </w:t>
      </w:r>
      <w:r>
        <w:t>yaani market tha. ji. is mein ja ke wahan par shuru kiya. ji.</w:t>
      </w:r>
    </w:p>
    <w:p>
      <w:pPr>
        <w:jc w:val="right"/>
      </w:pPr>
      <w:r>
        <w:t>یعنی market تھا۔ جی۔ اس میں جا کے وہاں پر شروع کیا۔ جی۔</w:t>
      </w:r>
    </w:p>
    <w:p>
      <w:r>
        <w:rPr>
          <w:b/>
        </w:rPr>
        <w:t xml:space="preserve">[22:33] </w:t>
      </w:r>
      <w:r>
        <w:t>is ka jo kaam tha. ji ji ji. acha Doctor sahib, jaisay aap ne bataya ke barah saal ki umar mein pehle gaye thay woh apne uncle</w:t>
      </w:r>
    </w:p>
    <w:p>
      <w:pPr>
        <w:jc w:val="right"/>
      </w:pPr>
      <w:r>
        <w:t>اس کا جو کام تھا۔ جی جی جی۔ اچھا ڈاکٹر صاحب، جیسے آپ نے بتایا کہ بارہ سال کی عمر میں پہلے گئے تھے وہ اپنے uncle</w:t>
      </w:r>
    </w:p>
    <w:p>
      <w:r>
        <w:rPr>
          <w:b/>
        </w:rPr>
        <w:t xml:space="preserve">[22:41] </w:t>
      </w:r>
      <w:r>
        <w:t>Abu Talib ke sath. ji. to jab ab aap ki bar woh gaye to un ko shayad market thori different dekhi.</w:t>
      </w:r>
    </w:p>
    <w:p>
      <w:pPr>
        <w:jc w:val="right"/>
      </w:pPr>
      <w:r>
        <w:t>ابو طالب کے ساتھ۔ جی۔ تو جب اب آپ کی بار وہ گئے تو ان کو شاید market تھوڑی different دکھی۔</w:t>
      </w:r>
    </w:p>
    <w:p>
      <w:r>
        <w:rPr>
          <w:b/>
        </w:rPr>
        <w:t xml:space="preserve">[22:50] </w:t>
      </w:r>
      <w:r>
        <w:t>much bigger than what he remembered as a child. ji ji. to phir wahan pe Syrian market mein kya hua, us ke bare mein bhi bataen hum sab ko.</w:t>
      </w:r>
    </w:p>
    <w:p>
      <w:pPr>
        <w:jc w:val="right"/>
      </w:pPr>
      <w:r>
        <w:t>Much bigger than what he remembered as a child۔ جی جی۔ تو پھر وہاں پہ سیرین market میں کیا ہوا، اس کے بارے میں بھی بتائیں ہم سب کو۔</w:t>
      </w:r>
    </w:p>
    <w:p>
      <w:r>
        <w:rPr>
          <w:b/>
        </w:rPr>
        <w:t xml:space="preserve">[22:59] </w:t>
      </w:r>
      <w:r>
        <w:t>haan, jaisay aap ne kaha ke woh to taqreeban barah terah saal ke baad gaye. ji. dobara to woh market pehle to bohat choti rahi hogi, bohat hi bari market ho gayi</w:t>
      </w:r>
    </w:p>
    <w:p>
      <w:pPr>
        <w:jc w:val="right"/>
      </w:pPr>
      <w:r>
        <w:t>ہاں، جیسے آپ نے کہا کہ وہ تو تقریباً بارہ تیرہ سال کے بعد گئے۔ جی۔ دوبارہ تو وہ market پہلے تو بہت چھوٹی رہی ہوگی، بہت ہی بڑی market ہو گئی</w:t>
      </w:r>
    </w:p>
    <w:p>
      <w:r>
        <w:rPr>
          <w:b/>
        </w:rPr>
        <w:t xml:space="preserve">[23:09] </w:t>
      </w:r>
      <w:r>
        <w:t>thi. to wahan ja ke unhon ne koi jagah talash ki aur oonton ko utara, aur oonton ko alag jagah kahin bandha, aur Maysarah ki help letay rahe, aur sara jo saman tha, us ko display kiya.</w:t>
      </w:r>
    </w:p>
    <w:p>
      <w:pPr>
        <w:jc w:val="right"/>
      </w:pPr>
      <w:r>
        <w:t>تھی۔ تو وہاں جا کے انہوں نے کوئی جگہ تلاش کی اور اونٹوں کو اتارا، اور اونٹوں کو الگ جگہ کہیں باندھا، اور میسرہ کی help لیتے رہے، اور سارا جو سامان تھا، اس کو display کیا۔</w:t>
      </w:r>
    </w:p>
    <w:p>
      <w:r>
        <w:rPr>
          <w:b/>
        </w:rPr>
        <w:t xml:space="preserve">[23:23] </w:t>
      </w:r>
      <w:r>
        <w:t>asal mein yeh jo tareeqa tha wahan us zamanay ki tijarat ka, woh yeh hota tha ke samaan jaise Makkah se woh samaan le gaye.</w:t>
      </w:r>
    </w:p>
    <w:p>
      <w:pPr>
        <w:jc w:val="right"/>
      </w:pPr>
      <w:r>
        <w:t>اصل میں یہ جو طریقہ تھا وہاں اس زمانے کی تجارت کا، وہ یہ ہوتا تھا کہ سامان جیسے مکہ سے وہ سامان لے گئے۔</w:t>
      </w:r>
    </w:p>
    <w:p>
      <w:r>
        <w:rPr>
          <w:b/>
        </w:rPr>
        <w:t xml:space="preserve">[23:32] </w:t>
      </w:r>
      <w:r>
        <w:t>ji. aur wahan ja ke unhon ne is ko sell kar diya. hmm. is ko farokht kar diya.</w:t>
      </w:r>
    </w:p>
    <w:p>
      <w:pPr>
        <w:jc w:val="right"/>
      </w:pPr>
      <w:r>
        <w:t>جی۔ اور وہاں جا کے انہوں نے اس کو sell کر دیا۔ ہمم۔ اس کو فروخت کر دیا۔</w:t>
      </w:r>
    </w:p>
    <w:p>
      <w:r>
        <w:rPr>
          <w:b/>
        </w:rPr>
        <w:t xml:space="preserve">[23:40] </w:t>
      </w:r>
      <w:r>
        <w:t>aur phir wahan se kuch samaan khareed liya, ya woh barter system tha, ya jo us zamanay ke jo sikkay waghera hotay thay, woh sonay chandi ke, chandi ke ziyada tar hotay thay.</w:t>
      </w:r>
    </w:p>
    <w:p>
      <w:pPr>
        <w:jc w:val="right"/>
      </w:pPr>
      <w:r>
        <w:t>اور پھر وہاں سے کچھ سامان خرید لیا، یا وہ barter system تھا، یا جو اس زمانے کے جو سکے وغیرہ ہوتے تھے، وہ سونے چاندی کے، چاندی کے زیادہ تر ہوتے تھے۔</w:t>
      </w:r>
    </w:p>
    <w:p>
      <w:r>
        <w:rPr>
          <w:b/>
        </w:rPr>
        <w:t xml:space="preserve">[23:53] </w:t>
      </w:r>
      <w:r>
        <w:t>to koi currency to waisi thi nahi, to ziyada tar log barter system se samaan le liya karte thay. ji</w:t>
      </w:r>
    </w:p>
    <w:p>
      <w:pPr>
        <w:jc w:val="right"/>
      </w:pPr>
      <w:r>
        <w:t>تو کوئی کرنسی تو ویسی تھی نہیں، تو زیادہ تر لوگ barter system سے سامان لے لیا کرتے تھے۔ جی</w:t>
      </w:r>
    </w:p>
    <w:p>
      <w:r>
        <w:rPr>
          <w:b/>
        </w:rPr>
        <w:t xml:space="preserve">[24:00] </w:t>
      </w:r>
      <w:r>
        <w:t>to Rasool Allah Sal Allah Alayhi Wasallam ne bhi bohat jaldi samaan sara bohat achay price pe bech diya, aur phir wahan jo bhi market thi, woh sara is ka jaiza liya, aur dekha sara samaan jo bhi woh le ja sakte thay.</w:t>
      </w:r>
    </w:p>
    <w:p>
      <w:pPr>
        <w:jc w:val="right"/>
      </w:pPr>
      <w:r>
        <w:t>۔ تو رسول اللہ صلی اللہ علیہ وسلم نے بھی بہت جلدی سامان سارا بہت اچھے price پہ بیچ دیا، اور پھر وہاں جو بھی market تھی، وہ سارا اس کا جائزہ لیا، اور دیکھا سارا سامان جو بھی وہ لے جا سکتے تھے۔</w:t>
      </w:r>
    </w:p>
    <w:p>
      <w:r>
        <w:rPr>
          <w:b/>
        </w:rPr>
        <w:t xml:space="preserve">[24:15] </w:t>
      </w:r>
      <w:r>
        <w:t>to woh woh samaan khareeda. asal mein is zamanay mein Syria mein bohat sari country ke samaan atay thay, India se bhi aata tha.</w:t>
      </w:r>
    </w:p>
    <w:p>
      <w:pPr>
        <w:jc w:val="right"/>
      </w:pPr>
      <w:r>
        <w:t>تو وہ وہ سامان خریدا۔ اصل میں اس زمانے میں سیریا میں بہت ساری country کے سامان آتے تھے، انڈیا سے بھی آتا تھا۔</w:t>
      </w:r>
    </w:p>
    <w:p>
      <w:r>
        <w:rPr>
          <w:b/>
        </w:rPr>
        <w:t xml:space="preserve">[24:26] </w:t>
      </w:r>
      <w:r>
        <w:t>ji. India, China, Uzbekistan, Afghanistan, Tajikistan, yeh sari jo countries hain, Burma, wahan tak se woh aik silk route waghera jo tha, woh aik route tha, us pe qafilay chalte rehte thay.</w:t>
      </w:r>
    </w:p>
    <w:p>
      <w:pPr>
        <w:jc w:val="right"/>
      </w:pPr>
      <w:r>
        <w:t>جی۔ انڈیا، چائنہ، ازبکستان، افغانستان، تاجکستان، یہ ساری جو countries ہیں، برما، وہاں تک سے وہ ایک silk route وغیرہ جو تھا، وہ ایک route تھا، اس پہ قافلے چلتے رہتے تھے۔</w:t>
      </w:r>
    </w:p>
    <w:p>
      <w:r>
        <w:rPr>
          <w:b/>
        </w:rPr>
        <w:t xml:space="preserve">[24:39] </w:t>
      </w:r>
      <w:r>
        <w:t>to wahan se jo bhi bohat acha samaan un ko mila, us zamanay mein jo samaan thay, woh is tarah ke hotay thay jaise dawaiyen hain.</w:t>
      </w:r>
    </w:p>
    <w:p>
      <w:pPr>
        <w:jc w:val="right"/>
      </w:pPr>
      <w:r>
        <w:t>تو وہاں سے جو بھی بہت اچھا سامان ان کو ملا، اس زمانے میں جو سامان تھے، وہ اس طرح کے ہوتے تھے جیسے دوائیں ہیں۔</w:t>
      </w:r>
    </w:p>
    <w:p>
      <w:r>
        <w:rPr>
          <w:b/>
        </w:rPr>
        <w:t xml:space="preserve">[24:49] </w:t>
      </w:r>
      <w:r>
        <w:t>ji. ya kuch herbs hain, ya spices hain, ya gift ke samaan, ivory waghera ke, silver ke, aur kuch kapray, silk, cotton.</w:t>
      </w:r>
    </w:p>
    <w:p>
      <w:pPr>
        <w:jc w:val="right"/>
      </w:pPr>
      <w:r>
        <w:t>جی۔ یا کچھ herbs ہیں، یا spices ہیں، یا gift کے سامان، ivory وغیرہ کے، silver کے، اور کچھ کپڑے، silk، cotton۔</w:t>
      </w:r>
    </w:p>
    <w:p>
      <w:r>
        <w:rPr>
          <w:b/>
        </w:rPr>
        <w:t xml:space="preserve">[25:00] </w:t>
      </w:r>
      <w:r>
        <w:t>to isi tarah ke sab samaan thay. to woh Rasool Allah Sal Allah Alayhi Wasallam ne jo bhi qeemti samaan achay thay, jo woh samajhte thay ke Makkah ke market mein woh farokht ho sakte hain, woh sab khareed liya, aur phir dobara oonton pe sab cheezon ko laad ke wapas safar Makkah ki taraf kiya, aur wahan pohanch kar Makkah seedhay Hazrat Khadija ke ghar gaye, aur sara samaan diya, aur woh cash diya</w:t>
      </w:r>
    </w:p>
    <w:p>
      <w:pPr>
        <w:jc w:val="right"/>
      </w:pPr>
      <w:r>
        <w:t>تو اسی طرح کے سب سامان تھے۔ تو وہ رسول اللہ صلی اللہ علیہ وسلم نے جو بھی قیمتی سامان اچھے تھے، جو وہ سمجھتے تھے کہ مکہ کے market میں وہ فروخت ہو سکتے ہیں، وہ سب خرید لیا، اور پھر دوبارہ اونٹوں پہ سب چیزوں کو لاد کے واپس سفر مکہ کی طرف کیا، اور وہاں پہنچ کر مکہ سیدھے حضرت خدیجہ کے گھر گئے، اور سارا سامان دیا، اور وہ cash دیا</w:t>
      </w:r>
    </w:p>
    <w:p>
      <w:r>
        <w:rPr>
          <w:b/>
        </w:rPr>
        <w:t xml:space="preserve">[25:26] </w:t>
      </w:r>
      <w:r>
        <w:t>to Hazrat Khadija ne jab dekha samaan ki quality aur jo cash waghera un ko la ke diya, to woh hairan ho gayeen. ji.</w:t>
      </w:r>
    </w:p>
    <w:p>
      <w:pPr>
        <w:jc w:val="right"/>
      </w:pPr>
      <w:r>
        <w:t>۔ تو حضرت خدیجہ نے جب دیکھا سامان کی quality اور جو cash وغیرہ ان کو لا کے دیا، تو وہ حیران ہو گئیں۔ جی۔</w:t>
      </w:r>
    </w:p>
    <w:p>
      <w:r>
        <w:rPr>
          <w:b/>
        </w:rPr>
        <w:t xml:space="preserve">[25:34] </w:t>
      </w:r>
      <w:r>
        <w:t>chounkay jo pehlay unhon ne is tarah ke qairwaan bhijwaye thay, us se taqreeban double profit un ko is baar</w:t>
      </w:r>
    </w:p>
    <w:p>
      <w:pPr>
        <w:jc w:val="right"/>
      </w:pPr>
      <w:r>
        <w:t>چونکہ جو پہلے انہوں نے اس طرح کے قیرواں بھیجے تھے، اس سے تقریباً double profit ان کو اس بار</w:t>
      </w:r>
    </w:p>
    <w:p>
      <w:r>
        <w:rPr>
          <w:b/>
        </w:rPr>
        <w:t xml:space="preserve">[25:44] </w:t>
      </w:r>
      <w:r>
        <w:t>hua tha. to woh aur un ki jo un ka jo servant tha, Maysarah. ji. jo sath gaya tha, us ne bhi bohat tareef ki Prophet ki, un ke character ki, un ke akhlaq ki, aur jis tarah se unhon ne sari cheezain manage kien.</w:t>
      </w:r>
    </w:p>
    <w:p>
      <w:pPr>
        <w:jc w:val="right"/>
      </w:pPr>
      <w:r>
        <w:t>ہوا تھا۔ تو وہ اور ان کی جو ان کا جو servant تھا، میسرہ۔ جی۔ جو ساتھ گیا تھا، اس نے بھی بہت تعریف کی Prophet کی، ان کے character کی، ان کے اخلاق کی، اور جس طرح سے انہوں نے ساری چیزیں manage کیں۔</w:t>
      </w:r>
    </w:p>
    <w:p>
      <w:r>
        <w:rPr>
          <w:b/>
        </w:rPr>
        <w:t xml:space="preserve">[25:57] </w:t>
      </w:r>
      <w:r>
        <w:t>to is ki wajah se Hazrat Khadija bohat hi admire karne lagin. ji. bohat hi un ke andar, un ke dil mein bohat hi maqam paida ho gaya.</w:t>
      </w:r>
    </w:p>
    <w:p>
      <w:pPr>
        <w:jc w:val="right"/>
      </w:pPr>
      <w:r>
        <w:t>تو اس کی وجہ سے حضرت خدیجہ بہت ہی admire کرنے لگیں۔ جی۔ بہت ہی ان کے اندر، ان کے دل میں بہت ہی مقام پیدا ہو گیا۔</w:t>
      </w:r>
    </w:p>
    <w:p>
      <w:r>
        <w:rPr>
          <w:b/>
        </w:rPr>
        <w:t xml:space="preserve">[26:07] </w:t>
      </w:r>
      <w:r>
        <w:t>ji. Rasool Allah Sal Allah Alayhi Wasallam ke baray mein. ji ji ji. Doctor sahib, bohat se log comments bhi kar rahay hain.</w:t>
      </w:r>
    </w:p>
    <w:p>
      <w:pPr>
        <w:jc w:val="right"/>
      </w:pPr>
      <w:r>
        <w:t>جی۔ رسول اللہ صلی اللہ علیہ وسلم کے بارے میں۔ جی جی جی۔ ڈاکٹر صاحب، بہت سے لوگ کمنٹس بھی کر رہے ہیں۔</w:t>
      </w:r>
    </w:p>
    <w:p>
      <w:r>
        <w:rPr>
          <w:b/>
        </w:rPr>
        <w:t xml:space="preserve">[26:12] </w:t>
      </w:r>
      <w:r>
        <w:t>kuch comments mein parhna chahunga agla sawal lainay se pehlay. ji. yeh comment bheja hai Miss Rubab Begum ne Rewa se. unhon ne likha hai: "How inspirational of her life!</w:t>
      </w:r>
    </w:p>
    <w:p>
      <w:pPr>
        <w:jc w:val="right"/>
      </w:pPr>
      <w:r>
        <w:t>کچھ کمنٹس میں پڑھنا چاہوں گا اگلا سوال لینے سے پہلے۔ جی۔ یہ کمنٹ بھیجا ہے مس روبہ بیگم نے ریوا سے۔ انہوں نے لکھا ہے: "How inspirational of her life!</w:t>
      </w:r>
    </w:p>
    <w:p>
      <w:r>
        <w:rPr>
          <w:b/>
        </w:rPr>
        <w:t xml:space="preserve">[26:24] </w:t>
      </w:r>
      <w:r>
        <w:t>Thank you so much for reflecting her story. Who is a very huge inspiration character for us." Miss Fareeda Kamran ne Islamabad se likha hai: "Very informative and inspiring session as usual.</w:t>
      </w:r>
    </w:p>
    <w:p>
      <w:pPr>
        <w:jc w:val="right"/>
      </w:pPr>
      <w:r>
        <w:t>Thank you so much for reflecting her story. Who is a very huge inspiration character for us." مس فریدہ کامران نے اسلام آباد سے لکھا ہے: "Very informative and inspiring session as usual.</w:t>
      </w:r>
    </w:p>
    <w:p>
      <w:r>
        <w:rPr>
          <w:b/>
        </w:rPr>
        <w:t xml:space="preserve">[26:40] </w:t>
      </w:r>
      <w:r>
        <w:t>Jazak Allah stay blessed."</w:t>
      </w:r>
    </w:p>
    <w:p>
      <w:pPr>
        <w:jc w:val="right"/>
      </w:pPr>
      <w:r>
        <w:t>جزاک اللہ stay blessed."</w:t>
      </w:r>
    </w:p>
    <w:p>
      <w:r>
        <w:rPr>
          <w:b/>
        </w:rPr>
        <w:t xml:space="preserve">[26:43] </w:t>
      </w:r>
      <w:r>
        <w:t>Doctor sahib, aik sawal aata hai yahan pe ke phir jaisa ke aap ne bataya ke unhon ne kitna admire kara Hazrat Khadija ne Prophet ko ke itnay successful trips unhon ne karein.</w:t>
      </w:r>
    </w:p>
    <w:p>
      <w:pPr>
        <w:jc w:val="right"/>
      </w:pPr>
      <w:r>
        <w:t>ڈاکٹر صاحب، ایک سوال آتا ہے یہاں پہ کہ پھر جیسا کہ آپ نے بتایا کہ انہوں نے کتنا admire کرا حضرت خدیجہ نے Prophet کو کہ اتنے successful trips انہوں نے کریں۔</w:t>
      </w:r>
    </w:p>
    <w:p>
      <w:r>
        <w:rPr>
          <w:b/>
        </w:rPr>
        <w:t xml:space="preserve">[26:56] </w:t>
      </w:r>
      <w:r>
        <w:t>History mein aata hai ke at least five business trips karein unhon ne, shayad maybe ziyada. Last one being the Syria jis ka aap ne zikr kiya.</w:t>
      </w:r>
    </w:p>
    <w:p>
      <w:pPr>
        <w:jc w:val="right"/>
      </w:pPr>
      <w:r>
        <w:t>History میں آتا ہے کہ at least five business trips کریں انہوں نے، شاید maybe زیادہ۔ Last one being the Syria جس کا آپ نے ذکر کیا۔</w:t>
      </w:r>
    </w:p>
    <w:p>
      <w:r>
        <w:rPr>
          <w:b/>
        </w:rPr>
        <w:t xml:space="preserve">[27:05] </w:t>
      </w:r>
      <w:r>
        <w:t>aur is ke baad Hazrat Khadija ke dil mein un ke liye bohat ziyada respect aur admiration jaisay aap ne kaha aa gayi.</w:t>
      </w:r>
    </w:p>
    <w:p>
      <w:pPr>
        <w:jc w:val="right"/>
      </w:pPr>
      <w:r>
        <w:t>اور اس کے بعد حضرت خدیجہ کے دل میں ان کے لیے بہت زیادہ respect اور admiration جیسے آپ نے کہا آ گئی۔</w:t>
      </w:r>
    </w:p>
    <w:p>
      <w:r>
        <w:rPr>
          <w:b/>
        </w:rPr>
        <w:t xml:space="preserve">[27:13] </w:t>
      </w:r>
      <w:r>
        <w:t>to Doctor sahib, wahan se phir kaise kahani aagay progress karti hai? Marriage proposal jo hai, woh kaise aaya? Is ke baray mein batayein.</w:t>
      </w:r>
    </w:p>
    <w:p>
      <w:pPr>
        <w:jc w:val="right"/>
      </w:pPr>
      <w:r>
        <w:t>تو ڈاکٹر صاحب، وہاں سے پھر کیسے کہانی آگے progress کرتی ہے؟ Marriage proposal جو ہے، وہ کیسے آیا؟ اس کے بارے میں بتائیں۔</w:t>
      </w:r>
    </w:p>
    <w:p>
      <w:r>
        <w:rPr>
          <w:b/>
        </w:rPr>
        <w:t xml:space="preserve">[27:23] </w:t>
      </w:r>
      <w:r>
        <w:t>haan, to jaisa aap ne kaha hai ke Syrian. ji. jo qairwaan tha, yeh venture jo tha, is se bohat hi mutasir huien. ji.</w:t>
      </w:r>
    </w:p>
    <w:p>
      <w:pPr>
        <w:jc w:val="right"/>
      </w:pPr>
      <w:r>
        <w:t>ہاں، تو جیسا آپ نے کہا ہے کہ سیرین۔ جی۔ جو قیرواں تھا، یہ venture جو تھا، اس سے بہت ہی متاثر ہوئیں۔ جی۔</w:t>
      </w:r>
    </w:p>
    <w:p>
      <w:r>
        <w:rPr>
          <w:b/>
        </w:rPr>
        <w:t xml:space="preserve">[27:32] </w:t>
      </w:r>
      <w:r>
        <w:t>Hazrat Khadija aur un ke dil mein bohat hi maqam paida ho gaya Prophet ke liye.</w:t>
      </w:r>
    </w:p>
    <w:p>
      <w:pPr>
        <w:jc w:val="right"/>
      </w:pPr>
      <w:r>
        <w:t>حضرت خدیجہ اور ان کے دل میں بہت ہی مقام پیدا ہو گیا Prophet کے لیے۔</w:t>
      </w:r>
    </w:p>
    <w:p>
      <w:r>
        <w:rPr>
          <w:b/>
        </w:rPr>
        <w:t xml:space="preserve">[27:39] </w:t>
      </w:r>
      <w:r>
        <w:t>jo bohat hi impress huien un ke hard work se, un ki honesty se, un ki truthfulness se. to aur un ki jo sadgi thi Rasool Allah ki.</w:t>
      </w:r>
    </w:p>
    <w:p>
      <w:pPr>
        <w:jc w:val="right"/>
      </w:pPr>
      <w:r>
        <w:t>جو بہت ہی impress ہوئیں ان کے hard work سے، ان کی honesty سے، ان کی truthfulness سے۔ تو اور ان کی جو سادگی تھی رسول اللہ کی۔</w:t>
      </w:r>
    </w:p>
    <w:p>
      <w:r>
        <w:rPr>
          <w:b/>
        </w:rPr>
        <w:t xml:space="preserve">[27:49] </w:t>
      </w:r>
      <w:r>
        <w:t>ji. woh bhi ghair maamooli mutaasir huin is ki wajah se. to aik din Hazrat Khadija R.A. ki aik saheli theen, bohat hi close friend theen un ki, jin ka naam Nafeesa aata hai.</w:t>
      </w:r>
    </w:p>
    <w:p>
      <w:pPr>
        <w:jc w:val="right"/>
      </w:pPr>
      <w:r>
        <w:t>جی۔ وہ بھی غیر معمولی متاثر ہوئیں اس کی وجہ سے۔ تو ایک دن حضرت خدیجہ رضی اللہ عنہا کی ایک سہیلی تھیں، بہت ہی close friend تھیں ان کی، جن کا نام نفیسہ آتا ہے۔</w:t>
      </w:r>
    </w:p>
    <w:p>
      <w:r>
        <w:rPr>
          <w:b/>
        </w:rPr>
        <w:t xml:space="preserve">[28:05] </w:t>
      </w:r>
      <w:r>
        <w:t>Nafeesa bint Munyah.</w:t>
      </w:r>
    </w:p>
    <w:p>
      <w:pPr>
        <w:jc w:val="right"/>
      </w:pPr>
      <w:r>
        <w:t>نفیسہ بنت منیہ۔</w:t>
      </w:r>
    </w:p>
    <w:p>
      <w:r>
        <w:rPr>
          <w:b/>
        </w:rPr>
        <w:t xml:space="preserve">[28:08] </w:t>
      </w:r>
      <w:r>
        <w:t>to yeh aaeen milne ke liye. to Hazrat Khadija ne saari baatein bataeen ke abhi mein ne qaafla bheja tha Syria, aur us ke baray mein baat cheet karne lagaein.</w:t>
      </w:r>
    </w:p>
    <w:p>
      <w:pPr>
        <w:jc w:val="right"/>
      </w:pPr>
      <w:r>
        <w:t>تو یہ آئیں ملنے کے لیے۔ تو حضرت خدیجہ نے ساری باتیں بتائیں کہ ابھی میں نے قافلہ بھیجا تھا سیریا، اور اس کے بارے میں بات چیت کرنے لگیں۔</w:t>
      </w:r>
    </w:p>
    <w:p>
      <w:r>
        <w:rPr>
          <w:b/>
        </w:rPr>
        <w:t xml:space="preserve">[28:21] </w:t>
      </w:r>
      <w:r>
        <w:t>aur phir Prophet (SAW) ke baray mein bhi batane lagaein ke woh le gaye thay qaafla, aur bohat hi naik insaan hain, bohat hi hard working hain, bohat hi trustworthy hain.</w:t>
      </w:r>
    </w:p>
    <w:p>
      <w:pPr>
        <w:jc w:val="right"/>
      </w:pPr>
      <w:r>
        <w:t>اور پھر Prophet صلی اللہ علیہ وسلم کے بارے میں بھی بتانے لگیں کہ وہ لے گئے تھے قافلہ، اور بہت ہی نیک انسان ہیں، بہت ہی hard working ہیں، بہت ہی trustworthy ہیں۔</w:t>
      </w:r>
    </w:p>
    <w:p>
      <w:r>
        <w:rPr>
          <w:b/>
        </w:rPr>
        <w:t xml:space="preserve">[28:31] </w:t>
      </w:r>
      <w:r>
        <w:t>un ki wajah se bohat hi acha raha saara, aur bohat hi profit hua.</w:t>
      </w:r>
    </w:p>
    <w:p>
      <w:pPr>
        <w:jc w:val="right"/>
      </w:pPr>
      <w:r>
        <w:t>ان کی وجہ سے بہت ہی اچھا رہا سارا، اور بہت ہی profit ہوا۔</w:t>
      </w:r>
    </w:p>
    <w:p>
      <w:r>
        <w:rPr>
          <w:b/>
        </w:rPr>
        <w:t xml:space="preserve">[28:36] </w:t>
      </w:r>
      <w:r>
        <w:t>to jab bohat tareef suni Nafeesa ne Hazrat Khadija se, to unhon ne kaha ke: "Why don't you marry him?" ji.</w:t>
      </w:r>
    </w:p>
    <w:p>
      <w:pPr>
        <w:jc w:val="right"/>
      </w:pPr>
      <w:r>
        <w:t>تو جب بہت تعریف سنی نفیسہ نے حضرت خدیجہ سے، تو انہوں نے کہا کہ: "Why don't you marry him?" جی۔</w:t>
      </w:r>
    </w:p>
    <w:p>
      <w:r>
        <w:rPr>
          <w:b/>
        </w:rPr>
        <w:t xml:space="preserve">[28:49] </w:t>
      </w:r>
      <w:r>
        <w:t>acha. to Hazrat Khadija ne kaha ke: "mera koi irada nahi tha shadi ka, I was not interested in getting married.</w:t>
      </w:r>
    </w:p>
    <w:p>
      <w:pPr>
        <w:jc w:val="right"/>
      </w:pPr>
      <w:r>
        <w:t>اچھا۔ تو حضرت خدیجہ نے کہا کہ: "میرا کوئی ارادہ نہیں تھا شادی کا، I was not interested in getting married۔</w:t>
      </w:r>
    </w:p>
    <w:p>
      <w:r>
        <w:rPr>
          <w:b/>
        </w:rPr>
        <w:t xml:space="preserve">[28:59] </w:t>
      </w:r>
      <w:r>
        <w:t>" ji. lekin jab mein Prophet Muhammad (SAW) se mili, to mein bohat hi un se, un ki shakhsiyat se mutaasir ho gayi, to mein shadi ke liye tayyar ho gayi.</w:t>
      </w:r>
    </w:p>
    <w:p>
      <w:pPr>
        <w:jc w:val="right"/>
      </w:pPr>
      <w:r>
        <w:t>" جی۔ لیکن جب میں Prophet محمد صلی اللہ علیہ وسلم سے ملی، تو میں بہت ہی ان سے، ان کی شخصیت سے متاثر ہو گئی، تو میں شادی کے لیے تیار ہو گئی۔</w:t>
      </w:r>
    </w:p>
    <w:p>
      <w:r>
        <w:rPr>
          <w:b/>
        </w:rPr>
        <w:t xml:space="preserve">[29:10] </w:t>
      </w:r>
      <w:r>
        <w:t>ji. to Hazrat Khadija ne kaha Nafeesa se ke: "tum mera proposal le ke jao, mera paigham le ke jao." ji. to Nafeesa gaaeen Prophet ke paas, aur unhon ne kaha ke: "Why don't you get married?"</w:t>
      </w:r>
    </w:p>
    <w:p>
      <w:pPr>
        <w:jc w:val="right"/>
      </w:pPr>
      <w:r>
        <w:t>جی۔ تو حضرت خدیجہ نے کہا نفیسہ سے کہ: "تم میرا proposal لے کے جاؤ، میرا پیغام لے کے جاؤ۔" جی۔ تو نفیسہ گئیں Prophet کے پاس، اور انہوں نے کہا کہ: "Why don't you get married?"</w:t>
      </w:r>
    </w:p>
    <w:p>
      <w:r>
        <w:rPr>
          <w:b/>
        </w:rPr>
        <w:t xml:space="preserve">[29:26] </w:t>
      </w:r>
      <w:r>
        <w:t>hmm. to Prophet ne kaha ke: "mere paas financial means nahi hain." jo</w:t>
      </w:r>
    </w:p>
    <w:p>
      <w:pPr>
        <w:jc w:val="right"/>
      </w:pPr>
      <w:r>
        <w:t>ہمم۔ تو Prophet نے کہا کہ: "میرے پاس financial means نہیں ہیں۔" جو</w:t>
      </w:r>
    </w:p>
    <w:p>
      <w:r>
        <w:rPr>
          <w:b/>
        </w:rPr>
        <w:t xml:space="preserve">[29:36] </w:t>
      </w:r>
      <w:r>
        <w:t>yaani jo mere ghar ke, jo is ki wajah yeh thi ke Abu Talib ke ghar mein rehte thay. ji. Prophet Abu Talib ke ghar mein rehte thay. chounke Prophet bachpan se hi orphan ho gaye thay.</w:t>
      </w:r>
    </w:p>
    <w:p>
      <w:pPr>
        <w:jc w:val="right"/>
      </w:pPr>
      <w:r>
        <w:t>یعنی جو میرے گھر کے، جو اس کی وجہ یہ تھی کہ ابو طالب کے گھر میں رہتے تھے۔ جی۔ Prophet ابو طالب کے گھر میں رہتے تھے۔ چونکہ Prophet بچپن سے ہی orphan ہو گئے تھے۔</w:t>
      </w:r>
    </w:p>
    <w:p>
      <w:r>
        <w:rPr>
          <w:b/>
        </w:rPr>
        <w:t xml:space="preserve">[29:47] </w:t>
      </w:r>
      <w:r>
        <w:t>ji ji ji. to Abu Talib ke saath rehte thay. un ke ghar mein aur bhi bohat saare log rehte thay. ji. aur Abu Talib ko bohat rich nahi thay.</w:t>
      </w:r>
    </w:p>
    <w:p>
      <w:pPr>
        <w:jc w:val="right"/>
      </w:pPr>
      <w:r>
        <w:t>جی جی جی۔ تو ابو طالب کے ساتھ رہتے تھے۔ ان کے گھر میں اور بھی بہت سارے لوگ رہتے تھے۔ جی۔ اور ابو طالب کو بہت rich نہیں تھے۔</w:t>
      </w:r>
    </w:p>
    <w:p>
      <w:r>
        <w:rPr>
          <w:b/>
        </w:rPr>
        <w:t xml:space="preserve">[29:54] </w:t>
      </w:r>
      <w:r>
        <w:t>to Prophet ne socha agar mein shadi karunga abhi, to aik aur burden un ke upar aa jaye ga. to jab unhon ne kaha ke: "tum shadi kyun nahi karte?" Nafeesa ne.</w:t>
      </w:r>
    </w:p>
    <w:p>
      <w:pPr>
        <w:jc w:val="right"/>
      </w:pPr>
      <w:r>
        <w:t>تو Prophet نے سوچا اگر میں شادی کروں گا ابھی، تو ایک اور burden ان کے اوپر آ جائے گا۔ تو جب انہوں نے کہا کہ: "تم شادی کیوں نہیں کرتے؟" نفیسہ نے۔</w:t>
      </w:r>
    </w:p>
    <w:p>
      <w:r>
        <w:rPr>
          <w:b/>
        </w:rPr>
        <w:t xml:space="preserve">[30:08] </w:t>
      </w:r>
      <w:r>
        <w:t>to unhon ne kaha ke: "mere paas means nahi hain. jo financial meri condition hai, woh allow nahi karti ke mein shadi karoon." ji.</w:t>
      </w:r>
    </w:p>
    <w:p>
      <w:pPr>
        <w:jc w:val="right"/>
      </w:pPr>
      <w:r>
        <w:t>تو انہوں نے کہا کہ: "میرے پاس means نہیں ہیں۔ جو financial میری condition ہے، وہ allow نہیں کرتی کہ میں شادی کروں۔" جی۔</w:t>
      </w:r>
    </w:p>
    <w:p>
      <w:r>
        <w:rPr>
          <w:b/>
        </w:rPr>
        <w:t xml:space="preserve">[30:16] </w:t>
      </w:r>
      <w:r>
        <w:t>to unhon ne kaha ke: "agar koi aisi khatoon jo ke aap ke jo saare masail hain, financial woh zimma le le, to phir kya aap shadi karein ge?" hmm.</w:t>
      </w:r>
    </w:p>
    <w:p>
      <w:pPr>
        <w:jc w:val="right"/>
      </w:pPr>
      <w:r>
        <w:t>تو انہوں نے کہا کہ: "اگر کوئی ایسی خاتون جو کہ آپ کے جو سارے مسائل ہیں، financial وہ ذمہ لے لے، تو پھر کیا آپ شادی کریں گے؟" ہمم۔</w:t>
      </w:r>
    </w:p>
    <w:p>
      <w:r>
        <w:rPr>
          <w:b/>
        </w:rPr>
        <w:t xml:space="preserve">[30:30] </w:t>
      </w:r>
      <w:r>
        <w:t>to Nafeesa ne aur kaha ke: "Will you marry a woman with nobility, wealth, beauty, and character?" ji ji.</w:t>
      </w:r>
    </w:p>
    <w:p>
      <w:pPr>
        <w:jc w:val="right"/>
      </w:pPr>
      <w:r>
        <w:t>تو نفیسہ نے اور کہا کہ: "Will you marry a woman with nobility, wealth, beauty, and character?" جی جی۔</w:t>
      </w:r>
    </w:p>
    <w:p>
      <w:r>
        <w:rPr>
          <w:b/>
        </w:rPr>
        <w:t xml:space="preserve">[30:38] </w:t>
      </w:r>
      <w:r>
        <w:t>to Prophet hairaan ho gaye ke bolay ke: "tum kis ki baat kar rahi ho? Who is that woman</w:t>
      </w:r>
    </w:p>
    <w:p>
      <w:pPr>
        <w:jc w:val="right"/>
      </w:pPr>
      <w:r>
        <w:t>تو Prophet حیران ہو گئے کہ بولے کہ: "تم کس کی بات کر رہی ہو؟ Who is that woman</w:t>
      </w:r>
    </w:p>
    <w:p>
      <w:r>
        <w:rPr>
          <w:b/>
        </w:rPr>
        <w:t xml:space="preserve">[30:44] </w:t>
      </w:r>
      <w:r>
        <w:t>you are talking about?" hmm. to unhon ne kaha: "Khadija." ji. to mazeed hairaan ho gaye. kehne lage: "Why would she marry me?" hmm. chounke Hazrat Khadija ne bohat se logon ke proposal turn down kiye thay.</w:t>
      </w:r>
    </w:p>
    <w:p>
      <w:pPr>
        <w:jc w:val="right"/>
      </w:pPr>
      <w:r>
        <w:t>you are talking about?" ہمم۔ تو انہوں نے کہا: "خدیجہ۔" جی۔ تو مزید حیران ہو گئے۔ کہنے لگے: "Why would she marry me?" ہمم۔ چونکہ حضرت خدیجہ نے بہت سے لوگوں کے proposal turn down کیے تھے۔</w:t>
      </w:r>
    </w:p>
    <w:p>
      <w:r>
        <w:rPr>
          <w:b/>
        </w:rPr>
        <w:t xml:space="preserve">[30:55] </w:t>
      </w:r>
      <w:r>
        <w:t>ji ji. baray baray jo leaders thay. ji. bohat hi rich businessmen thay. balkay aap hairaan honge ke jin logon ne proposals bheje thay shadi ke Hazrat Khadija ke.</w:t>
      </w:r>
    </w:p>
    <w:p>
      <w:pPr>
        <w:jc w:val="right"/>
      </w:pPr>
      <w:r>
        <w:t>جی جی۔ بڑے بڑے جو leaders تھے۔ جی۔ بہت ہی rich businessmen تھے۔ بلکہ آپ حیران ہوں گے کہ جن لوگوں نے proposals بھیجے تھے شادی کے حضرت خدیجہ کے۔</w:t>
      </w:r>
    </w:p>
    <w:p>
      <w:r>
        <w:rPr>
          <w:b/>
        </w:rPr>
        <w:t xml:space="preserve">[31:08] </w:t>
      </w:r>
      <w:r>
        <w:t>ji. un mein Abu Jahl bhi tha. acha. ji. aur Abu Sufyan</w:t>
      </w:r>
    </w:p>
    <w:p>
      <w:pPr>
        <w:jc w:val="right"/>
      </w:pPr>
      <w:r>
        <w:t>جی۔ ان میں ابوجہل بھی تھا۔ اچھا۔ جی۔ اور ابو سفیان</w:t>
      </w:r>
    </w:p>
    <w:p>
      <w:r>
        <w:rPr>
          <w:b/>
        </w:rPr>
        <w:t xml:space="preserve">[31:14] </w:t>
      </w:r>
      <w:r>
        <w:t>bhi thay. ji. yeh dono they were the most prominent opponent of the Prophet. ji ji ji. Abu Jahl to zindagi bhar dushmani karta raha.</w:t>
      </w:r>
    </w:p>
    <w:p>
      <w:pPr>
        <w:jc w:val="right"/>
      </w:pPr>
      <w:r>
        <w:t>بھی تھے۔ جی۔ یہ دونوں they were the most prominent opponent of the Prophet. جی جی جی۔ ابوجہل تو زندگی بھر دشمنی کرتا رہا۔</w:t>
      </w:r>
    </w:p>
    <w:p>
      <w:r>
        <w:rPr>
          <w:b/>
        </w:rPr>
        <w:t xml:space="preserve">[31:22] </w:t>
      </w:r>
      <w:r>
        <w:t>hmm. lekin Abu Sufyan baad mein Rasool Allah ke saathi ban gaye thay. saathi thay. aur un ke bete Muawiyah. ji. Founder hain us ke Umayyad dynasty ke.</w:t>
      </w:r>
    </w:p>
    <w:p>
      <w:pPr>
        <w:jc w:val="right"/>
      </w:pPr>
      <w:r>
        <w:t>ہمم۔ لیکن ابو سفیان بعد میں رسول اللہ کے ساتھی بن گئے تھے۔ ساتھی تھے۔ اور ان کے بیٹے معاویہ۔ جی۔ Founder ہیں اس کے امیت dynasty کے۔</w:t>
      </w:r>
    </w:p>
    <w:p>
      <w:r>
        <w:rPr>
          <w:b/>
        </w:rPr>
        <w:t xml:space="preserve">[31:33] </w:t>
      </w:r>
      <w:r>
        <w:t>Dynasty ke. ji.</w:t>
      </w:r>
    </w:p>
    <w:p>
      <w:pPr>
        <w:jc w:val="right"/>
      </w:pPr>
      <w:r>
        <w:t>Dynasty کے۔ جی۔</w:t>
      </w:r>
    </w:p>
    <w:p>
      <w:r>
        <w:rPr>
          <w:b/>
        </w:rPr>
        <w:t xml:space="preserve">[31:34] </w:t>
      </w:r>
      <w:r>
        <w:t>to jab yeh saari baatein Nafeesa se suni Prophet ne, mere khayal se Prophet must have been pleasantly surprised yeh us in in in sab baaton ko sun ke.</w:t>
      </w:r>
    </w:p>
    <w:p>
      <w:pPr>
        <w:jc w:val="right"/>
      </w:pPr>
      <w:r>
        <w:t>تو جب یہ ساری باتیں نفیسہ سے سنی Prophet نے، میرے خیال سے Prophet must have been pleasantly surprised یہ اس ان ان ان سب باتوں کو سن کے۔</w:t>
      </w:r>
    </w:p>
    <w:p>
      <w:r>
        <w:rPr>
          <w:b/>
        </w:rPr>
        <w:t xml:space="preserve">[31:46] </w:t>
      </w:r>
      <w:r>
        <w:t>to unhon ne kaha ke: "acha mein apne uncle se baat karunga." ji. Abu Talib se. to unhon ne apne Abu Talib se baat ki, apne uncle se baat ki, aur Abu Talib</w:t>
      </w:r>
    </w:p>
    <w:p>
      <w:pPr>
        <w:jc w:val="right"/>
      </w:pPr>
      <w:r>
        <w:t>تو انہوں نے کہا کہ: "اچھا میں اپنے uncle سے بات کروں گا۔" جی۔ ابو طالب سے۔ تو انہوں نے اپنے ابو طالب سے بات کی، اپنے uncle سے بات کی، اور ابو طالب</w:t>
      </w:r>
    </w:p>
    <w:p>
      <w:r>
        <w:rPr>
          <w:b/>
        </w:rPr>
        <w:t xml:space="preserve">[31:57] </w:t>
      </w:r>
      <w:r>
        <w:t>bhi bohat khush hue. hmm. aur aik aik aur kitabon mein aata hai ke Hazrat Khadija ne khwab dekha.</w:t>
      </w:r>
    </w:p>
    <w:p>
      <w:pPr>
        <w:jc w:val="right"/>
      </w:pPr>
      <w:r>
        <w:t>بھی بہت خوش ہوئے۔ ہمم۔ اور ایک ایک اور کتابوں میں آتا ہے کہ حضرت خدیجہ نے خواب دیکھا۔</w:t>
      </w:r>
    </w:p>
    <w:p>
      <w:r>
        <w:rPr>
          <w:b/>
        </w:rPr>
        <w:t xml:space="preserve">[32:07] </w:t>
      </w:r>
      <w:r>
        <w:t>acha. Hazrat Khadija ne yeh khwab dekha ke aik suraj, suraj aasman se utar raha hai, utarte utarte woh un ke ghar mein utar gaya.</w:t>
      </w:r>
    </w:p>
    <w:p>
      <w:pPr>
        <w:jc w:val="right"/>
      </w:pPr>
      <w:r>
        <w:t>اچھا۔ حضرت خدیجہ نے یہ خواب دیکھا کہ ایک سورج، سورج آسمان سے اتر رہا ہے، اترتے اترتے وہ ان کے گھر میں اتر گیا۔</w:t>
      </w:r>
    </w:p>
    <w:p>
      <w:r>
        <w:rPr>
          <w:b/>
        </w:rPr>
        <w:t xml:space="preserve">[32:17] </w:t>
      </w:r>
      <w:r>
        <w:t>ji.</w:t>
      </w:r>
    </w:p>
    <w:p>
      <w:pPr>
        <w:jc w:val="right"/>
      </w:pPr>
      <w:r>
        <w:t>جی۔</w:t>
      </w:r>
    </w:p>
    <w:p>
      <w:r>
        <w:rPr>
          <w:b/>
        </w:rPr>
        <w:t xml:space="preserve">[32:18] </w:t>
      </w:r>
      <w:r>
        <w:t>to woh Warqa bin Naufal jo un ke cousin thay, un ke paas gaein. hmm. ke yeh khwab maine dekha hai, is ko interpret karein. to Warqa bin Naufal ne kaha ke: "You will either marry a noble person, a noble man, or a Prophet." okay.</w:t>
      </w:r>
    </w:p>
    <w:p>
      <w:pPr>
        <w:jc w:val="right"/>
      </w:pPr>
      <w:r>
        <w:t>تو وہ ورقہ بن نوفل جو ان کے کزن تھے، ان کے پاس گئیں۔ ہمم۔ کہ یہ خواب میں نے دیکھا ہے، اس کو interpret کریں۔ تو ورقہ ابن نوفل نے کہا کہ: "You will either marry a noble person، a noble man، or a Prophet." اوکے۔</w:t>
      </w:r>
    </w:p>
    <w:p>
      <w:r>
        <w:rPr>
          <w:b/>
        </w:rPr>
        <w:t xml:space="preserve">[32:33] </w:t>
      </w:r>
      <w:r>
        <w:t>to yeh khwab ki bhi yani aik tareeqay se woh aik basharat thi un ke liye. mashallah.</w:t>
      </w:r>
    </w:p>
    <w:p>
      <w:pPr>
        <w:jc w:val="right"/>
      </w:pPr>
      <w:r>
        <w:t>تو یہ خواب کی بھی یعنی ایک طریقے سے وہ ایک بشارت تھی ان کے لیے۔ ماشاءاللہ۔</w:t>
      </w:r>
    </w:p>
    <w:p>
      <w:r>
        <w:rPr>
          <w:b/>
        </w:rPr>
        <w:t xml:space="preserve">[32:42] </w:t>
      </w:r>
      <w:r>
        <w:t>to is tarah, is tareeqay se yeh shadi tay ho gayi Hazrat Muhammad SA</w:t>
      </w:r>
    </w:p>
    <w:p>
      <w:pPr>
        <w:jc w:val="right"/>
      </w:pPr>
      <w:r>
        <w:t>تو اس طرح، اس طریقے سے یہ شادی طے ہو گئی حضرت محمد صلی</w:t>
      </w:r>
    </w:p>
    <w:p>
      <w:r>
        <w:rPr>
          <w:b/>
        </w:rPr>
        <w:t xml:space="preserve">[32:47] </w:t>
      </w:r>
      <w:r>
        <w:t>W. ji. Hazrat Khadija ke sath. ji. doctor sahib, kuch comments parhna chahunga. yeh Rohit Kumar ji ne Amritsar se likha hai. bohat hi ahem jankari di doctor sahib ne hamein bataya, jis ke baray mein bohat hi kam logon ko pata hoga.</w:t>
      </w:r>
    </w:p>
    <w:p>
      <w:pPr>
        <w:jc w:val="right"/>
      </w:pPr>
      <w:r>
        <w:t>اللہ علیہ وسلم کی۔ جی۔ حضرت خدیجہ کے ساتھ۔ جی۔ ڈاکٹر صاحب، کچھ کمنٹس پڑھنا چاہوں گا۔ یہ روہت کمار جی نے امرتسر سے لکھا ہے۔ بہت ہی اہم جانکاری دی ڈاکٹر صاحب نے ہمیں بتایا، جس کے بارے میں بہت ہی کم لوگوں کو پتہ ہوگا۔</w:t>
      </w:r>
    </w:p>
    <w:p>
      <w:r>
        <w:rPr>
          <w:b/>
        </w:rPr>
        <w:t xml:space="preserve">[33:02] </w:t>
      </w:r>
      <w:r>
        <w:t>jo bohat ahem jankari hai mission ke liye bhi. jazak allah doctor sahib. Zafar Imam sahib ne Bihar se likha hai: "Really an inspiring live discussion.</w:t>
      </w:r>
    </w:p>
    <w:p>
      <w:pPr>
        <w:jc w:val="right"/>
      </w:pPr>
      <w:r>
        <w:t>جو بہت اہم جانکاری ہے مشن کے لیے بھی۔ جزاک اللہ ڈاکٹر صاحب۔ ظفر امام صاحب نے بہار سے لکھا ہے: "Really an inspiring live discussion.</w:t>
      </w:r>
    </w:p>
    <w:p>
      <w:r>
        <w:rPr>
          <w:b/>
        </w:rPr>
        <w:t xml:space="preserve">[33:12] </w:t>
      </w:r>
      <w:r>
        <w:t>I wait for this discussion every week."</w:t>
      </w:r>
    </w:p>
    <w:p>
      <w:pPr>
        <w:jc w:val="right"/>
      </w:pPr>
      <w:r>
        <w:t>I wait for this discussion every week."</w:t>
      </w:r>
    </w:p>
    <w:p>
      <w:r>
        <w:rPr>
          <w:b/>
        </w:rPr>
        <w:t xml:space="preserve">[33:16] </w:t>
      </w:r>
      <w:r>
        <w:t>Prince, Prince, Mr Prince ne Peshawar se likha hai: "One of the great and perfect personalities of the world." acha doctor sahib, phir jaisay aap ne bataya ke Abu Talib se baat hui, aur jaisa ke hum jante hain, he was one of the most respected personalities in Mecca, aur woh Prophet ke guide bhi thay un ke.</w:t>
      </w:r>
    </w:p>
    <w:p>
      <w:pPr>
        <w:jc w:val="right"/>
      </w:pPr>
      <w:r>
        <w:t>پرنس، پرنس، مسٹر پرنس نے پشاور سے لکھا ہے: "One of the great and perfect personalities of the world." اچھا ڈاکٹر صاحب، پھر جیسے آپ نے بتایا کہ ابو طالب سے بات ہوئی، اور جیسا کہ ہم جانتے ہیں، he was one of the most respected personalities in مکہ، اور وہ Prophet کے guide بھی تھے ان کے۔</w:t>
      </w:r>
    </w:p>
    <w:p>
      <w:r>
        <w:rPr>
          <w:b/>
        </w:rPr>
        <w:t xml:space="preserve">[33:38] </w:t>
      </w:r>
      <w:r>
        <w:t>He was the father figure. He was the father figure. unhon ne hi un ko bara kiya, un ki dekh bhal kari.</w:t>
      </w:r>
    </w:p>
    <w:p>
      <w:pPr>
        <w:jc w:val="right"/>
      </w:pPr>
      <w:r>
        <w:t>He was the father figure. He was the father figure. انہوں نے ہی ان کو بڑا کیا، ان کی دیکھ بھال کری۔</w:t>
      </w:r>
    </w:p>
    <w:p>
      <w:r>
        <w:rPr>
          <w:b/>
        </w:rPr>
        <w:t xml:space="preserve">[33:46] </w:t>
      </w:r>
      <w:r>
        <w:t>to phir woh nikah ke liye gaye, nikah ka proposal le ke gaye, aur unhon ne aik speech bhi di wahan pe nikah ke darmiyan.</w:t>
      </w:r>
    </w:p>
    <w:p>
      <w:pPr>
        <w:jc w:val="right"/>
      </w:pPr>
      <w:r>
        <w:t>تو پھر وہ نکاح کے لیے گئے، نکاح کا proposal لے کے گئے، اور انہوں نے ایک سپیچ بھی دی وہاں پہ نکاح کے دوران۔</w:t>
      </w:r>
    </w:p>
    <w:p>
      <w:r>
        <w:rPr>
          <w:b/>
        </w:rPr>
        <w:t xml:space="preserve">[33:57] </w:t>
      </w:r>
      <w:r>
        <w:t>shayad unhon ne khud hi nikah parhwaya. nikah to nahi parhwaya tha unhon ne, lekin haan nikah se pehle aik talk di thi. aik talk di thi. to is ke baray mein doctor sahib aap batayein.</w:t>
      </w:r>
    </w:p>
    <w:p>
      <w:pPr>
        <w:jc w:val="right"/>
      </w:pPr>
      <w:r>
        <w:t>شاید انہوں نے خود ہی نکاح پڑھوایا۔ نکاح تو نہیں پڑھایا تھا انہوں نے، لیکن ہاں نکاح سے پہلے ایک ٹاک دی تھی۔ ایک ٹاک دی تھی۔ تو اس کے بارے میں ڈاکٹر صاحب آپ بتائیں۔</w:t>
      </w:r>
    </w:p>
    <w:p>
      <w:r>
        <w:rPr>
          <w:b/>
        </w:rPr>
        <w:t xml:space="preserve">[34:06] </w:t>
      </w:r>
      <w:r>
        <w:t>ji mein batata hoon. is se pehle aik aur cheez yaad aa gayi mujhe ke baad ke zamanay mein Hazrat Khadija ne</w:t>
      </w:r>
    </w:p>
    <w:p>
      <w:pPr>
        <w:jc w:val="right"/>
      </w:pPr>
      <w:r>
        <w:t>جی میں بتاتا ہوں۔ اس سے پہلے ایک اور چیز یاد آ گئی مجھے کہ بعد کے زمانے میں حضرت خدیجہ نے</w:t>
      </w:r>
    </w:p>
    <w:p>
      <w:r>
        <w:rPr>
          <w:b/>
        </w:rPr>
        <w:t xml:space="preserve">[34:13] </w:t>
      </w:r>
      <w:r>
        <w:t>Prophet se bataya tha: "main ne tum se shadi kyun ki?" ji. unhon ne kaha tha ke: "Ya ibn 'amm, Ya ibn 'amm, yani aye mere uncle ke betay." kyun ke rishta to aise hi tha, cousin theen.</w:t>
      </w:r>
    </w:p>
    <w:p>
      <w:pPr>
        <w:jc w:val="right"/>
      </w:pPr>
      <w:r>
        <w:t>Prophet سے بتایا تھا: "میں نے تم سے شادی کیوں کی؟" جی۔ انہوں نے کہا تھا کہ: "یا ابن عم، یا ابن عم، یعنی اے میرے انکل کے بیٹے۔" چونکہ رشتہ تو ایسے ہی تھا، کزن تھیں۔</w:t>
      </w:r>
    </w:p>
    <w:p>
      <w:r>
        <w:rPr>
          <w:b/>
        </w:rPr>
        <w:t xml:space="preserve">[34:25] </w:t>
      </w:r>
      <w:r>
        <w:t>to "Inni qad raghibtu ke I was inclined towards you</w:t>
      </w:r>
    </w:p>
    <w:p>
      <w:pPr>
        <w:jc w:val="right"/>
      </w:pPr>
      <w:r>
        <w:t>تو "انی قد رغبتی کہ I was inclined towards you</w:t>
      </w:r>
    </w:p>
    <w:p>
      <w:r>
        <w:rPr>
          <w:b/>
        </w:rPr>
        <w:t xml:space="preserve">[34:32] </w:t>
      </w:r>
      <w:r>
        <w:t>li husni khulqi wa siddiqi hadithi due to your noble character and truthful tongue." mashallah. yeh bohat zabardast baat thi.</w:t>
      </w:r>
    </w:p>
    <w:p>
      <w:pPr>
        <w:jc w:val="right"/>
      </w:pPr>
      <w:r>
        <w:t>لحسن خلق کا وصدق حدیث کا due to your noble character and truthful tongue." ماشاءاللہ۔ یہ بہت زبردست بات تھی۔</w:t>
      </w:r>
    </w:p>
    <w:p>
      <w:r>
        <w:rPr>
          <w:b/>
        </w:rPr>
        <w:t xml:space="preserve">[34:42] </w:t>
      </w:r>
      <w:r>
        <w:t>ji ji, bohat zabardast thi. aur is ke ilawa jaisay aap ne pehle zikr bhi kiya tha ke Mecca mein mashhoor ho gaye thay</w:t>
      </w:r>
    </w:p>
    <w:p>
      <w:pPr>
        <w:jc w:val="right"/>
      </w:pPr>
      <w:r>
        <w:t>جی جی، بہت زبردست تھی۔ اور اس کے علاوہ جیسے آپ نے پہلے ذکر بھی کیا تھا کہ مکہ میں مشہور ہو گئے تھے</w:t>
      </w:r>
    </w:p>
    <w:p>
      <w:r>
        <w:rPr>
          <w:b/>
        </w:rPr>
        <w:t xml:space="preserve">[34:50] </w:t>
      </w:r>
      <w:r>
        <w:t>Hazrat Muhammad SA W ke bohat hi naik insan hain, aur bohat hi trustworthy hain, honest hain. aur balkay aik waqia aata hai ke aik bar jo Kaaba tha, us ki repair ho rahi thi, to black stone ko hata diya gaya tha, nikal gaya tha woh.</w:t>
      </w:r>
    </w:p>
    <w:p>
      <w:pPr>
        <w:jc w:val="right"/>
      </w:pPr>
      <w:r>
        <w:t>حضرت محمد صلی اللہ علیہ وسلم کے بہت ہی نیک انسان ہیں، اور بہت ہی trustworthy ہیں، honest ہیں۔ اور بلکہ ایک واقعہ آتا ہے کہ ایک بار جو کعبہ تھا، اس کی repair ہو رہی تھی، تو بلیک سٹون کو ہٹا دیا گیا تھا، نکل گیا تھا وہ۔</w:t>
      </w:r>
    </w:p>
    <w:p>
      <w:r>
        <w:rPr>
          <w:b/>
        </w:rPr>
        <w:t xml:space="preserve">[35:10] </w:t>
      </w:r>
      <w:r>
        <w:t>to jab waqt aaya ke is black stone ko lagaya jaye. ji. to jo bohat sari tribes theen, woh sab chahti theen ke yeh honor hamein mile. hmm. to is mein thora differences ho</w:t>
      </w:r>
    </w:p>
    <w:p>
      <w:pPr>
        <w:jc w:val="right"/>
      </w:pPr>
      <w:r>
        <w:t>تو جب وقت آیا کہ اس بلیک سٹون کو لگایا جائے۔ جی۔ تو جو بہت ساری tribes تھیں، وہ سب چاہتی تھیں کہ یہ honor ہمیں ملے۔ ہمم۔ تو اس میں تھوڑا differences ہو</w:t>
      </w:r>
    </w:p>
    <w:p>
      <w:r>
        <w:rPr>
          <w:b/>
        </w:rPr>
        <w:t xml:space="preserve">[35:19] </w:t>
      </w:r>
      <w:r>
        <w:t>gaye. ji. to yeh tay hua ke jo shakhs pehla aaye ga Kaaba mein, hum us ko apna hakim banayein ge. ji.</w:t>
      </w:r>
    </w:p>
    <w:p>
      <w:pPr>
        <w:jc w:val="right"/>
      </w:pPr>
      <w:r>
        <w:t>گئے۔ جی۔ تو یہ طے ہوا کہ جو شخص پہلا آئے گا کعبہ میں، ہم اس کو اپنا ثالث بنائیں گے۔ جی۔</w:t>
      </w:r>
    </w:p>
    <w:p>
      <w:r>
        <w:rPr>
          <w:b/>
        </w:rPr>
        <w:t xml:space="preserve">[35:27] </w:t>
      </w:r>
      <w:r>
        <w:t>jo woh kahe ga, woh karein ge. to Prophet dakhil hue subah sawere sab se pehle. hmm. to logon ne kaha: "Al-Amin radina, Al-Amin radina" ke yeh to Al-Amin hain, hum razi hain un ke upar.</w:t>
      </w:r>
    </w:p>
    <w:p>
      <w:pPr>
        <w:jc w:val="right"/>
      </w:pPr>
      <w:r>
        <w:t>جو وہ کہے گا، وہ کریں گے۔ تو Prophet داخل ہوئے صبح سویرے سب سے پہلے۔ ہمم۔ تو لوگوں نے کہا: "الامین رضینا، الامین رضینا" کہ یہ تو الامین ہیں، ہم راضی ہیں ان کے اوپر۔</w:t>
      </w:r>
    </w:p>
    <w:p>
      <w:r>
        <w:rPr>
          <w:b/>
        </w:rPr>
        <w:t xml:space="preserve">[35:37] </w:t>
      </w:r>
      <w:r>
        <w:t>ji ji, mashallah. to yani is tareeqay ki un ki image thi. ji. ke bohat hi naik insan hain.</w:t>
      </w:r>
    </w:p>
    <w:p>
      <w:pPr>
        <w:jc w:val="right"/>
      </w:pPr>
      <w:r>
        <w:t>جی جی، ماشاءاللہ۔ تو یعنی اس طریقے کی ان کی image تھی۔ جی۔ کہ بہت ہی نیک انسان ہیں۔</w:t>
      </w:r>
    </w:p>
    <w:p>
      <w:r>
        <w:rPr>
          <w:b/>
        </w:rPr>
        <w:t xml:space="preserve">[35:46] </w:t>
      </w:r>
      <w:r>
        <w:t>to baharhal woh shadi ka, jo nikah ka jaisay aap ne kaha, woh mauqa tha. to jo bhi din muqarrar tha, us din Hazrat Khadija ki taraf se, kyun ke un ke father ki death ho gayi thi, to un ke uncle aaye.</w:t>
      </w:r>
    </w:p>
    <w:p>
      <w:pPr>
        <w:jc w:val="right"/>
      </w:pPr>
      <w:r>
        <w:t>تو بہرحال وہ شادی کا، جو نکاح کا جیسے آپ نے کہا، وہ موقع تھا۔ تو جو بھی دن مقرر تھا، اس دن حضرت خدیجہ کی طرف سے، چونکہ ان کے father کی death ہو گئی تھی، تو ان کے uncle آئے۔</w:t>
      </w:r>
    </w:p>
    <w:p>
      <w:r>
        <w:rPr>
          <w:b/>
        </w:rPr>
        <w:t xml:space="preserve">[36:02] </w:t>
      </w:r>
      <w:r>
        <w:t>ji. un ke uncle Umar bin Asad aur un ke cousin Warqa bin Naufal Hazrat Khadija ki taraf se aaye. ji. aur Prophet ki taraf se uncle aaye Abu Talib aur Hamza</w:t>
      </w:r>
    </w:p>
    <w:p>
      <w:pPr>
        <w:jc w:val="right"/>
      </w:pPr>
      <w:r>
        <w:t>جی۔ ان کے uncle عمر بن اسد اور ان کے کزن ورقہ بن نوفل حضرت خدیجہ کی طرف سے آئے۔ جی۔ اور Prophet کی طرف سے uncle آئے ابو طالب اور حمزہ</w:t>
      </w:r>
    </w:p>
    <w:p>
      <w:r>
        <w:rPr>
          <w:b/>
        </w:rPr>
        <w:t xml:space="preserve">[36:15] </w:t>
      </w:r>
      <w:r>
        <w:t>ji. razi allahu anh. hamza bhi uncle thay, halankay dono ki age taqreeban barabar thi. ji. to bhai ki tarah thay, lekin relation mein woh uncle thay. aur bhi kuch relatives aye.</w:t>
      </w:r>
    </w:p>
    <w:p>
      <w:pPr>
        <w:jc w:val="right"/>
      </w:pPr>
      <w:r>
        <w:t>۔ جی۔ رضی اللہ عنہ۔ حمزہ بھی uncle تھے، حالانکہ دونوں کی age تقریباً برابر تھی۔ جی۔ تو بھائی کی طرح تھے، لیکن relation میں وہ uncle تھے۔ اور بھی کچھ relatives آئے۔</w:t>
      </w:r>
    </w:p>
    <w:p>
      <w:r>
        <w:rPr>
          <w:b/>
        </w:rPr>
        <w:t xml:space="preserve">[36:26] </w:t>
      </w:r>
      <w:r>
        <w:t>to abu talib ne nikah se pehle aik bohat hi meaningful taqreer ki, aik short taqreer. ji. us ko mein thora sa dekhta parhta hoon</w:t>
      </w:r>
    </w:p>
    <w:p>
      <w:pPr>
        <w:jc w:val="right"/>
      </w:pPr>
      <w:r>
        <w:t>تو ابو طالب نے نکاح سے پہلے ایک بہت ہی meaningful تقریر کی، ایک short تقریر۔ جی۔ اس کو میں تھوڑا سا دیکھ پڑھتا ہوں</w:t>
      </w:r>
    </w:p>
    <w:p>
      <w:r>
        <w:rPr>
          <w:b/>
        </w:rPr>
        <w:t xml:space="preserve">[36:34] </w:t>
      </w:r>
      <w:r>
        <w:t>ji ji. sab se pehle allah taala ka shukr aur hamd aur sana bayan ki, phir bolay ke: "allah ka shukr hai ke is ne hum ko quraish, hum quraish ko ibrahim alaihissalam aur ismail alaihissalam ki aulad mein paida kiya." ji.</w:t>
      </w:r>
    </w:p>
    <w:p>
      <w:pPr>
        <w:jc w:val="right"/>
      </w:pPr>
      <w:r>
        <w:t>۔ جی جی۔ سب سے پہلے اللہ تعالیٰ کا شکر اور حمد اور ثناء بیان کی، پھر بولے کہ: "اللہ کا شکر ہے کہ اس نے ہم کو قریش، ہم قریش کو ابراہیم علیہ السلام اور اسماعیل علیہ السلام کی اولاد میں پیدا کیا۔" جی۔</w:t>
      </w:r>
    </w:p>
    <w:p>
      <w:r>
        <w:rPr>
          <w:b/>
        </w:rPr>
        <w:t xml:space="preserve">[36:52] </w:t>
      </w:r>
      <w:r>
        <w:t>"aur kaaba ki hifazat hamare sipurd ki, aur hum ko makkah ki sardari ata farmayi." phir rasool allah ke baray mein baray achhay alfaaz bolay.</w:t>
      </w:r>
    </w:p>
    <w:p>
      <w:pPr>
        <w:jc w:val="right"/>
      </w:pPr>
      <w:r>
        <w:t>"اور کعبہ کی حفاظت ہمارے سپرد کی، اور ہم کو مکہ کی سرداری عطا فرمائی۔" پھر رسول اللہ کے بارے میں بڑے اچھے الفاظ بولے۔</w:t>
      </w:r>
    </w:p>
    <w:p>
      <w:r>
        <w:rPr>
          <w:b/>
        </w:rPr>
        <w:t xml:space="preserve">[37:02] </w:t>
      </w:r>
      <w:r>
        <w:t>kaha ke: "muhammad bin abdullah mera nephew hai, mera bhatija hai, woh aala sifaat aur aala adaat ka malik hai. quraish mein koi bhi nojawan insaniyat,</w:t>
      </w:r>
    </w:p>
    <w:p>
      <w:pPr>
        <w:jc w:val="right"/>
      </w:pPr>
      <w:r>
        <w:t>کہا کہ: "محمد بن عبداللہ میرا nephew ہے، میرا بھتیجہ ہے، وہ اعلیٰ صفات اور اعلیٰ عادات کا مالک ہے۔ قریش میں کوئی بھی نوجوان انسانیت،</w:t>
      </w:r>
    </w:p>
    <w:p>
      <w:r>
        <w:rPr>
          <w:b/>
        </w:rPr>
        <w:t xml:space="preserve">[37:16] </w:t>
      </w:r>
      <w:r>
        <w:t>ikhlaiqi aur rohani sifaat mein is ke muqablay ka nahi hai.</w:t>
      </w:r>
    </w:p>
    <w:p>
      <w:pPr>
        <w:jc w:val="right"/>
      </w:pPr>
      <w:r>
        <w:t>اخلاقی اور روحانی صفات میں اس کے مقابلے کا نہیں ہے۔</w:t>
      </w:r>
    </w:p>
    <w:p>
      <w:r>
        <w:rPr>
          <w:b/>
        </w:rPr>
        <w:t xml:space="preserve">[37:21] </w:t>
      </w:r>
      <w:r>
        <w:t>mein yeh dawe se kehta hoon, mein yeh dawe se keh sakta hoon ke arab ki kisi bhi tribe mein koi bhi aik shakhs aisa nahi jo muhammad ki tarah naik insan ho." phir kaha ke: "mera bhatija bohat daulatmand nahi hai." hmm.</w:t>
      </w:r>
    </w:p>
    <w:p>
      <w:pPr>
        <w:jc w:val="right"/>
      </w:pPr>
      <w:r>
        <w:t>میں یہ دعوے سے کہتا ہوں، میں یہ دعوے سے کہہ سکتا ہوں کہ عرب کی کسی بھی tribe میں کوئی بھی ایک شخص ایسا نہیں جو محمد کی طرح نیک انسان ہو۔" پھر کہا کہ: "میرا بھتیجہ بہت دولت مند نہیں ہے۔" ہمم۔</w:t>
      </w:r>
    </w:p>
    <w:p>
      <w:r>
        <w:rPr>
          <w:b/>
        </w:rPr>
        <w:t xml:space="preserve">[37:36] </w:t>
      </w:r>
      <w:r>
        <w:t>"to koi baat nahi, daulat to aik fani cheez hai." ji.</w:t>
      </w:r>
    </w:p>
    <w:p>
      <w:pPr>
        <w:jc w:val="right"/>
      </w:pPr>
      <w:r>
        <w:t>"تو کوئی بات نہیں، دولت تو ایک فانی چیز ہے۔" جی۔</w:t>
      </w:r>
    </w:p>
    <w:p>
      <w:r>
        <w:rPr>
          <w:b/>
        </w:rPr>
        <w:t xml:space="preserve">[37:39] </w:t>
      </w:r>
      <w:r>
        <w:t>phir kaha ke: "muhtaram hazreen, muhtaram hazreen majlis, muhammad ke fazail aap se posheeda nahi hain, aur bano asad se aur bano hashim ki qaraabat bhi dhaki chupi nahi hai." yani dono jo khandan thay, us mein rishtadariyan bhi thiin.</w:t>
      </w:r>
    </w:p>
    <w:p>
      <w:pPr>
        <w:jc w:val="right"/>
      </w:pPr>
      <w:r>
        <w:t>پھر کہا کہ: "محترم حاضرین، محترم حاضرین مجلس، محمد کے فضائل آپ سے پوشیدہ نہیں ہیں، اور بنو اسد سے اور بنو ہاشم کی قرابت بھی ڈھکی چھپی نہیں ہے۔" یعنی دونوں جو خاندان تھے، اس میں رشتہ داریاں بھی تھیں۔</w:t>
      </w:r>
    </w:p>
    <w:p>
      <w:r>
        <w:rPr>
          <w:b/>
        </w:rPr>
        <w:t xml:space="preserve">[37:56] </w:t>
      </w:r>
      <w:r>
        <w:t>is ki taraf ishara kiya. aur kaha ke: "aap hazraat ko ilm hai ke mera bhatija muhammad bano asad ki larki khadija bint khuwailad se nikah karna chahta hai.</w:t>
      </w:r>
    </w:p>
    <w:p>
      <w:pPr>
        <w:jc w:val="right"/>
      </w:pPr>
      <w:r>
        <w:t>اس کی طرف اشارہ کیا۔ اور کہا کہ: "آپ حضرات کو علم ہے کہ میرا بھتیجہ محمد بنو اسد کی لڑکی خدیجہ بنت خویلد سے نکاح کرنا چاہتا ہے۔</w:t>
      </w:r>
    </w:p>
    <w:p>
      <w:r>
        <w:rPr>
          <w:b/>
        </w:rPr>
        <w:t xml:space="preserve">[38:07] </w:t>
      </w:r>
      <w:r>
        <w:t>mein yeh ailan karna chahta hoon ke mahr ki adaigi mere zimay hogi." hmm. aur phir aakhir mein bolay ke: "muhammad bari buzurgi aur bari shan wala insan hoga, aur qoum ki azmat mein herat angez izafa hoga." to yeh bohat hi meaningful taqreer ki.</w:t>
      </w:r>
    </w:p>
    <w:p>
      <w:pPr>
        <w:jc w:val="right"/>
      </w:pPr>
      <w:r>
        <w:t>میں یہ اعلان کرنا چاہتا ہوں کہ مہر کی ادائیگی میرے ذمے ہوگی۔" ہمم۔ اور پھر آخر میں بولے کہ: "محمد بڑی بزرگی اور بڑی شان والا انسان ہوگا، اور قوم کی عظمت میں حیرت انگیز اضافہ ہوگا۔" تو یہ بہت ہی meaningful تقریر کی۔</w:t>
      </w:r>
    </w:p>
    <w:p>
      <w:r>
        <w:rPr>
          <w:b/>
        </w:rPr>
        <w:t xml:space="preserve">[38:26] </w:t>
      </w:r>
      <w:r>
        <w:t>ji. abu talib ne. abu talib ka bohat hi bara contribution hai. bohat hi bara. rasool allah ki life mein. ji.</w:t>
      </w:r>
    </w:p>
    <w:p>
      <w:pPr>
        <w:jc w:val="right"/>
      </w:pPr>
      <w:r>
        <w:t>جی۔ ابو طالب نے۔ ابو طالب کا بہت ہی بڑا contribution ہے۔ بہت ہی بڑا۔ رسول اللہ کی life میں۔ جی۔</w:t>
      </w:r>
    </w:p>
    <w:p>
      <w:r>
        <w:rPr>
          <w:b/>
        </w:rPr>
        <w:t xml:space="preserve">[38:34] </w:t>
      </w:r>
      <w:r>
        <w:t>mashallah, waqai bohat hi zabardast yeh bayan aap ne bataya doctor sahib. jazak allah. maine bhi pehli dafa. ji. yeh suna. balkay is se to yeh bhi lag raha hai ke woh un ke andar bhi aik monotheism ki taraf.</w:t>
      </w:r>
    </w:p>
    <w:p>
      <w:pPr>
        <w:jc w:val="right"/>
      </w:pPr>
      <w:r>
        <w:t>ماشاءاللہ، واقعی بہت ہی زبردست یہ بیان آپ نے بتایا ڈاکٹر صاحب۔ جزاک اللہ۔ میں نے بھی پہلی دفعہ۔ جی۔ یہ سنا۔ بلکہ اس سے تو یہ بھی لگ رہا ہے کہ وہ ان کے اندر بھی ایک monotheism کی طرف۔</w:t>
      </w:r>
    </w:p>
    <w:p>
      <w:r>
        <w:rPr>
          <w:b/>
        </w:rPr>
        <w:t xml:space="preserve">[38:46] </w:t>
      </w:r>
      <w:r>
        <w:t>haan yaqeenan. jhukao tha. yaqeenan. abu talib ke andar. to doctor sahib, nikah ke baray mein bhi kuch bataiye hum sab ko. haan phir nikah warqa bin naufal ne parhaya, is se pehle unhon ne bhi aik short si taqreer ki,</w:t>
      </w:r>
    </w:p>
    <w:p>
      <w:pPr>
        <w:jc w:val="right"/>
      </w:pPr>
      <w:r>
        <w:t>ہاں یقینا۔ جھکاف تھا۔ یقینا۔ ابو طالب کے اندر۔ تو ڈاکٹر صاحب، نکاح کے بارے میں بھی کچھ بتائیے ہم سب کو۔ ہاں پھر نکاح ورقہ بن نوفل نے پڑھایا، اس سے پہلے انہوں نے بھی ایک short سی تقریر کی،</w:t>
      </w:r>
    </w:p>
    <w:p>
      <w:r>
        <w:rPr>
          <w:b/>
        </w:rPr>
        <w:t xml:space="preserve">[39:01] </w:t>
      </w:r>
      <w:r>
        <w:t>woh hazrat khadija ke cousin thay aur achhay baray scholar thay. woh bolay ke: "khudaye paak ki hamd aur tareef bayan se bahar hai." ji.</w:t>
      </w:r>
    </w:p>
    <w:p>
      <w:pPr>
        <w:jc w:val="right"/>
      </w:pPr>
      <w:r>
        <w:t>وہ حضرت خدیجہ کے کزن تھے اور اچھے بڑے scholar تھے۔ وہ بولے کہ: "خدائے پاک کی حمد اور تعریف بیان سے باہر ہے۔" جی۔</w:t>
      </w:r>
    </w:p>
    <w:p>
      <w:r>
        <w:rPr>
          <w:b/>
        </w:rPr>
        <w:t xml:space="preserve">[39:11] </w:t>
      </w:r>
      <w:r>
        <w:t>jo baatein abu talib ne kahi, us ko unhon ne acknowledge kiya. aur bolay ke: "hum qabail arab, quraish aur bano hashim ke sharaf aur majd ka inkar nahi kar saktay.</w:t>
      </w:r>
    </w:p>
    <w:p>
      <w:pPr>
        <w:jc w:val="right"/>
      </w:pPr>
      <w:r>
        <w:t>جو باتیں ابو طالب نے کہیں، اس کو انہوں نے acknowledge کیا۔ اور بولے کہ: "ہم قبائل عرب، قریش اور بنو ہاشم کے شرف اور مجد کا انکار نہیں کر سکتے۔</w:t>
      </w:r>
    </w:p>
    <w:p>
      <w:r>
        <w:rPr>
          <w:b/>
        </w:rPr>
        <w:t xml:space="preserve">[39:21] </w:t>
      </w:r>
      <w:r>
        <w:t>aur hum bano asad ke log aap hazraat ke mamnoon hain, mashkoor hain." ji.</w:t>
      </w:r>
    </w:p>
    <w:p>
      <w:pPr>
        <w:jc w:val="right"/>
      </w:pPr>
      <w:r>
        <w:t>اور ہم بنو اسد کے لوگ آپ حضرات کے ممنون ہیں، مشکور ہیں۔" جی۔</w:t>
      </w:r>
    </w:p>
    <w:p>
      <w:r>
        <w:rPr>
          <w:b/>
        </w:rPr>
        <w:t xml:space="preserve">[39:26] </w:t>
      </w:r>
      <w:r>
        <w:t>"ke aap ne hamare khandan se naye taaluqat ustuwar kar ke humein izzat aur hurmat, hamari izzat aur hurmat barhayi, aur hamari darkhwast ko qabool kiya." ji.</w:t>
      </w:r>
    </w:p>
    <w:p>
      <w:pPr>
        <w:jc w:val="right"/>
      </w:pPr>
      <w:r>
        <w:t>"کہ آپ نے ہمارے خاندان سے نئے تعلقات استوار کر کے ہمیں عزت اور حرمت، ہماری عزت اور حرمت بڑھائی، اور ہماری درخواست کو قبول کیا۔" جی۔</w:t>
      </w:r>
    </w:p>
    <w:p>
      <w:r>
        <w:rPr>
          <w:b/>
        </w:rPr>
        <w:t xml:space="preserve">[39:39] </w:t>
      </w:r>
      <w:r>
        <w:t>"allah taala aap ko izzat bakhshay."</w:t>
      </w:r>
    </w:p>
    <w:p>
      <w:pPr>
        <w:jc w:val="right"/>
      </w:pPr>
      <w:r>
        <w:t>"اللہ تعالیٰ آپ کو عزت بخشے۔"</w:t>
      </w:r>
    </w:p>
    <w:p>
      <w:r>
        <w:rPr>
          <w:b/>
        </w:rPr>
        <w:t xml:space="preserve">[39:44] </w:t>
      </w:r>
      <w:r>
        <w:t>baad mein warqa bin naufal ne nikah parhaya, aur</w:t>
      </w:r>
    </w:p>
    <w:p>
      <w:pPr>
        <w:jc w:val="right"/>
      </w:pPr>
      <w:r>
        <w:t>بعد میں ورقہ بن نوفل نے نکاح پڑھایا، اور</w:t>
      </w:r>
    </w:p>
    <w:p>
      <w:r>
        <w:rPr>
          <w:b/>
        </w:rPr>
        <w:t xml:space="preserve">[39:51] </w:t>
      </w:r>
      <w:r>
        <w:t>abu talib ne panch sau dirham mahr ada kiya.</w:t>
      </w:r>
    </w:p>
    <w:p>
      <w:pPr>
        <w:jc w:val="right"/>
      </w:pPr>
      <w:r>
        <w:t>ابو طالب نے پانچ سو درہم مہر ادا کیا۔</w:t>
      </w:r>
    </w:p>
    <w:p>
      <w:r>
        <w:rPr>
          <w:b/>
        </w:rPr>
        <w:t xml:space="preserve">[39:57] </w:t>
      </w:r>
      <w:r>
        <w:t>phir warqa bin naufal ne dua ki: "allahumma barik ala zawjain" ke: "ae allah, is jore ko."</w:t>
      </w:r>
    </w:p>
    <w:p>
      <w:pPr>
        <w:jc w:val="right"/>
      </w:pPr>
      <w:r>
        <w:t>پھر ورقہ بن نوفل نے دعا کی: "اللہم بارک علی زوجین" کہ: "اے اللہ، اس جوڑے کو۔"</w:t>
      </w:r>
    </w:p>
    <w:p>
      <w:r>
        <w:rPr>
          <w:b/>
        </w:rPr>
        <w:t xml:space="preserve">[40:18] </w:t>
      </w:r>
      <w:r>
        <w:t>"allahumma barik ala zawjain" ae allah, is jore par barkat nazil farma.</w:t>
      </w:r>
    </w:p>
    <w:p>
      <w:pPr>
        <w:jc w:val="right"/>
      </w:pPr>
      <w:r>
        <w:t>"اللہم بارک علی زوجین" اے اللہ، اس جوڑے پر برکت نازل فرما۔</w:t>
      </w:r>
    </w:p>
    <w:p>
      <w:r>
        <w:rPr>
          <w:b/>
        </w:rPr>
        <w:t xml:space="preserve">[40:24] </w:t>
      </w:r>
      <w:r>
        <w:t>"wa barik lana liqawmina wa aziz lana" aur is jore ki badolat humein bhi barkat aur izzat ata farma. to is nikah ke mauqay pe halima sadia bhi maujood thiin.</w:t>
      </w:r>
    </w:p>
    <w:p>
      <w:pPr>
        <w:jc w:val="right"/>
      </w:pPr>
      <w:r>
        <w:t>"وبارک لنا لقومنا وعز لنا" اور اس جوڑے کی بدولت ہمیں بھی برکت اور عزت عطا فرما۔ تو اس نکاح کے موقع پہ حلیمہ سعدیہ بھی موجود تھیں۔</w:t>
      </w:r>
    </w:p>
    <w:p>
      <w:r>
        <w:rPr>
          <w:b/>
        </w:rPr>
        <w:t xml:space="preserve">[40:36] </w:t>
      </w:r>
      <w:r>
        <w:t>ji. jo foster mother thi. foster mother. ji. aur doodh pilaya tha bachpan mein. ji ji ji. to jab hazrat khadija razi allahu anha ne dekha ke prophet bilkul mother ki tarah se un ko treat kar rahay hain.</w:t>
      </w:r>
    </w:p>
    <w:p>
      <w:pPr>
        <w:jc w:val="right"/>
      </w:pPr>
      <w:r>
        <w:t>جی۔ جو foster mother تھے۔ Foster mother۔ جی۔ اور دودھ پلایا تھا بچپن میں۔ جی جی جی۔ تو جب حضرت خدیجہ رضی اللہ عنہ نے دیکھا کہ Prophet بالکل mother کی طرح سے ان کو treat کر رہے ہیں۔</w:t>
      </w:r>
    </w:p>
    <w:p>
      <w:r>
        <w:rPr>
          <w:b/>
        </w:rPr>
        <w:t xml:space="preserve">[40:49] </w:t>
      </w:r>
      <w:r>
        <w:t>hmm. bohat hi mohabbat karte the. to un ko bohat hi gifts waghera di. hum</w:t>
      </w:r>
    </w:p>
    <w:p>
      <w:pPr>
        <w:jc w:val="right"/>
      </w:pPr>
      <w:r>
        <w:t>ہمم۔ بہت ہی محبت کرتے تھے۔ تو ان کو بہت ہی gifts وغیرہ دیے۔ ہم</w:t>
      </w:r>
    </w:p>
    <w:p>
      <w:r>
        <w:rPr>
          <w:b/>
        </w:rPr>
        <w:t xml:space="preserve">[40:53] </w:t>
      </w:r>
      <w:r>
        <w:t>m. is zamane mein jo gifts hote the, wo aisi bheer bakriyan di jati thin. ji. to ghaliban kitabon mein aata hai chalis bheer un ko bakriyan kuch di thin un ko.</w:t>
      </w:r>
    </w:p>
    <w:p>
      <w:pPr>
        <w:jc w:val="right"/>
      </w:pPr>
      <w:r>
        <w:t>م۔ اس زمانے میں جو gifts ہوتے تھے، وہ ایسی بھیڑ بکریاں دی جاتی تھیں۔ جی۔ تو غالباً کتابوں میں آتا ہے چالیس بھیڑ ان کو بکریاں کچھ دی تھیں ان کو۔</w:t>
      </w:r>
    </w:p>
    <w:p>
      <w:r>
        <w:rPr>
          <w:b/>
        </w:rPr>
        <w:t xml:space="preserve">[41:02] </w:t>
      </w:r>
      <w:r>
        <w:t>ji. ke tor pe. ji ji. to is tarah se yeh nikah hua. ji. aur doctor sahab, indeed the marriage was supremely successful. in fact, Hazrat Khadija dedicated her life, unhon ne apni poori wealth jo hai Islam ko strengthen karne mein.</w:t>
      </w:r>
    </w:p>
    <w:p>
      <w:pPr>
        <w:jc w:val="right"/>
      </w:pPr>
      <w:r>
        <w:t>جی۔ کے طور پہ۔ جی جی۔ تو اس طرح سے یہ نکاح ہوا۔ جی۔ اور ڈاکٹر صاحب، indeed the marriage was supremely successful۔ In fact, حضرت خدیجہ dedicated her life، انہوں نے اپنی پوری wealth جو ہے اسلام کو strengthen کرنے میں۔</w:t>
      </w:r>
    </w:p>
    <w:p>
      <w:r>
        <w:rPr>
          <w:b/>
        </w:rPr>
        <w:t xml:space="preserve">[41:18] </w:t>
      </w:r>
      <w:r>
        <w:t>ji. aur welfare of Muslims is is mein laga di.</w:t>
      </w:r>
    </w:p>
    <w:p>
      <w:pPr>
        <w:jc w:val="right"/>
      </w:pPr>
      <w:r>
        <w:t>جی۔ اور welfare of مسلمs اس اس میں لگا دی۔</w:t>
      </w:r>
    </w:p>
    <w:p>
      <w:r>
        <w:rPr>
          <w:b/>
        </w:rPr>
        <w:t xml:space="preserve">[41:21] </w:t>
      </w:r>
      <w:r>
        <w:t>aur agar dekha jaye to doctor sahab, ek tarike se unhon ne Prophet ko free kar diya from the daily necessities of work.</w:t>
      </w:r>
    </w:p>
    <w:p>
      <w:pPr>
        <w:jc w:val="right"/>
      </w:pPr>
      <w:r>
        <w:t>اور اگر دیکھا جائے تو ڈاکٹر صاحب، ایک طریقے سے انہوں نے Prophet کو free کر دیا from the daily necessities of work۔</w:t>
      </w:r>
    </w:p>
    <w:p>
      <w:r>
        <w:rPr>
          <w:b/>
        </w:rPr>
        <w:t xml:space="preserve">[41:30] </w:t>
      </w:r>
      <w:r>
        <w:t>so that he could concentrate on contemplation, on thinking. ji. to bohat bara contribution jo hai Hazrat Khadija ka raha mission mein.</w:t>
      </w:r>
    </w:p>
    <w:p>
      <w:pPr>
        <w:jc w:val="right"/>
      </w:pPr>
      <w:r>
        <w:t>So that he could concentrate on contemplation، on thinking۔ جی۔ تو بہت بڑا contribution جو ہے حضرت خدیجہ کا رہا mission میں۔</w:t>
      </w:r>
    </w:p>
    <w:p>
      <w:r>
        <w:rPr>
          <w:b/>
        </w:rPr>
        <w:t xml:space="preserve">[41:42] </w:t>
      </w:r>
      <w:r>
        <w:t>and before Prophet attained the prophet</w:t>
      </w:r>
    </w:p>
    <w:p>
      <w:pPr>
        <w:jc w:val="right"/>
      </w:pPr>
      <w:r>
        <w:t>And before Prophet attained the prophet</w:t>
      </w:r>
    </w:p>
    <w:p>
      <w:r>
        <w:rPr>
          <w:b/>
        </w:rPr>
        <w:t xml:space="preserve">[41:45] </w:t>
      </w:r>
      <w:r>
        <w:t>hood. bilkul. to doctor sahab, agla sawal yahi hai ke un ki life ke bare mein, matlab kis tarah zindagi bitai. ji. is ke bare mein hum sab ko batain.</w:t>
      </w:r>
    </w:p>
    <w:p>
      <w:pPr>
        <w:jc w:val="right"/>
      </w:pPr>
      <w:r>
        <w:t>hood۔ بالکل۔ تو ڈاکٹر صاحب، اگلا سوال یہی ہے کہ ان کی life کے بارے میں، مطلب کس طرح زندگی بتائی۔ جی۔ اس کے بارے میں ہم سب کو بتائیں۔</w:t>
      </w:r>
    </w:p>
    <w:p>
      <w:r>
        <w:rPr>
          <w:b/>
        </w:rPr>
        <w:t xml:space="preserve">[41:57] </w:t>
      </w:r>
      <w:r>
        <w:t>waise ek aur baat zehan mein aa rahi hai ke jo Abu Talib ki taqreer thi. ji. us mein yeh bhi ek cheez jhalakti hai ke Allah ki bohat bari planning thi.</w:t>
      </w:r>
    </w:p>
    <w:p>
      <w:pPr>
        <w:jc w:val="right"/>
      </w:pPr>
      <w:r>
        <w:t>ویسے ایک اور بات ذہن میں آ رہی ہے کہ جو ابو طالب کی تقریر تھی۔ جی۔ اس میں یہ بھی ایک چیز جھلکتی ہے کہ اللہ کی بہت بڑی planning تھی۔</w:t>
      </w:r>
    </w:p>
    <w:p>
      <w:r>
        <w:rPr>
          <w:b/>
        </w:rPr>
        <w:t xml:space="preserve">[42:11] </w:t>
      </w:r>
      <w:r>
        <w:t>ji. ke yeh shadi Rasool Allah ki Hazrat Khadija se ho</w:t>
      </w:r>
    </w:p>
    <w:p>
      <w:pPr>
        <w:jc w:val="right"/>
      </w:pPr>
      <w:r>
        <w:t>جی۔ کہ یہ شادی رسول اللہ کی حضرت خدیجہ سے ہو</w:t>
      </w:r>
    </w:p>
    <w:p>
      <w:r>
        <w:rPr>
          <w:b/>
        </w:rPr>
        <w:t xml:space="preserve">[42:15] </w:t>
      </w:r>
      <w:r>
        <w:t>. ji ji ji. aur ek jo azeem mission Prophet ke upar Allah taala ko aaid karna tha.</w:t>
      </w:r>
    </w:p>
    <w:p>
      <w:pPr>
        <w:jc w:val="right"/>
      </w:pPr>
      <w:r>
        <w:t>۔ جی جی جی۔ اور ایک جو عظیم mission Prophet کے اوپر اللہ تعالیٰ کو عائد کرنا تھا۔</w:t>
      </w:r>
    </w:p>
    <w:p>
      <w:r>
        <w:rPr>
          <w:b/>
        </w:rPr>
        <w:t xml:space="preserve">[42:23] </w:t>
      </w:r>
      <w:r>
        <w:t>ji. us ke liye yani ek bohat hi acha partner, jis ko Maulana kehte the spiritual partner. ji ji ji. to wo is sense mein she was the ideal spiritual partner for the Prophet.</w:t>
      </w:r>
    </w:p>
    <w:p>
      <w:pPr>
        <w:jc w:val="right"/>
      </w:pPr>
      <w:r>
        <w:t>جی۔ اس کے لیے یعنی ایک بہت ہی اچھا partner، جس کو مولانا کہتے تھے spiritual partner۔ جی جی جی۔ تو وہ اس sense میں she was the ideal spiritual partner for the Prophet۔</w:t>
      </w:r>
    </w:p>
    <w:p>
      <w:r>
        <w:rPr>
          <w:b/>
        </w:rPr>
        <w:t xml:space="preserve">[42:36] </w:t>
      </w:r>
      <w:r>
        <w:t>ji. aur jaise aap ne kaha ke dunyaavi jo zarooriyat thin.</w:t>
      </w:r>
    </w:p>
    <w:p>
      <w:pPr>
        <w:jc w:val="right"/>
      </w:pPr>
      <w:r>
        <w:t>جی۔ اور جیسے آپ نے کہا کہ دنیاوی جو ضروریات تھیں۔</w:t>
      </w:r>
    </w:p>
    <w:p>
      <w:r>
        <w:rPr>
          <w:b/>
        </w:rPr>
        <w:t xml:space="preserve">[42:40] </w:t>
      </w:r>
      <w:r>
        <w:t>ji. us se bhi free kar diya. hmm. taake wo apna kaam, apne apne kaam pe focus kar saken. ji. is zamane mein bohat mushkil hota tha, aise aaj ki tarah se business waghera nahi hota tha.</w:t>
      </w:r>
    </w:p>
    <w:p>
      <w:pPr>
        <w:jc w:val="right"/>
      </w:pPr>
      <w:r>
        <w:t>جی۔ اس سے بھی free کر دیا۔ ہمم۔ تاکہ وہ اپنا کام، اپنے اپنے کام پہ focus کر سکیں۔ جی۔ اس زمانے میں بہت مشکل ہوتا تھا، ایسے آج کی طرح سے business وغیرہ نہیں ہوتا تھا۔</w:t>
      </w:r>
    </w:p>
    <w:p>
      <w:r>
        <w:rPr>
          <w:b/>
        </w:rPr>
        <w:t xml:space="preserve">[42:53] </w:t>
      </w:r>
      <w:r>
        <w:t>hmm. yani is zamane mein earning was not a simple thing. ji. it was very difficult thing. to jo Rasool Allah Sal Allahu Alaihi Wasallam ko mission Allah taala ne diya tha.</w:t>
      </w:r>
    </w:p>
    <w:p>
      <w:pPr>
        <w:jc w:val="right"/>
      </w:pPr>
      <w:r>
        <w:t>ہمم۔ یعنی اس زمانے میں earning was not a simple thing۔ جی۔ It was very difficult thing۔ تو جو رسول اللہ صلی اللہ علیہ وسلم کو mission اللہ تعالیٰ نے دیا تھا۔</w:t>
      </w:r>
    </w:p>
    <w:p>
      <w:r>
        <w:rPr>
          <w:b/>
        </w:rPr>
        <w:t xml:space="preserve">[43:04] </w:t>
      </w:r>
      <w:r>
        <w:t>j</w:t>
      </w:r>
    </w:p>
    <w:p>
      <w:pPr>
        <w:jc w:val="right"/>
      </w:pPr>
      <w:r>
        <w:t>ج</w:t>
      </w:r>
    </w:p>
    <w:p>
      <w:r>
        <w:rPr>
          <w:b/>
        </w:rPr>
        <w:t xml:space="preserve">[43:05] </w:t>
      </w:r>
      <w:r>
        <w:t>y. us ke liye yeh yeh ek Khuda ki planning thi ke ek taraf to bohat hi acha spiritual partner diya. ji. jo poori tarah se tan man dhan se un ke sath lag gayin.</w:t>
      </w:r>
    </w:p>
    <w:p>
      <w:pPr>
        <w:jc w:val="right"/>
      </w:pPr>
      <w:r>
        <w:t>ی۔ اس کے لیے یہ یہ ایک خدا کی planning تھی کہ ایک طرف تو بہت ہی اچھا spiritual partner دیا۔ جی۔ جو پوری طرح سے تن من دھن سے ان کے ساتھ لگ گئیں۔</w:t>
      </w:r>
    </w:p>
    <w:p>
      <w:r>
        <w:rPr>
          <w:b/>
        </w:rPr>
        <w:t xml:space="preserve">[43:16] </w:t>
      </w:r>
      <w:r>
        <w:t>ji. aur isi ke sath sath jo un ki daulat thi, wo Rasool Allah ke mission mein kaam aayi. hmm. aur jaise aap ne kaha ke ke kya early life ke ke bare mein.</w:t>
      </w:r>
    </w:p>
    <w:p>
      <w:pPr>
        <w:jc w:val="right"/>
      </w:pPr>
      <w:r>
        <w:t>جی۔ اور اسی کے ساتھ ساتھ جو ان کی دولت تھی، وہ رسول اللہ کے mission میں کام آئی۔ ہمم۔ اور جیسے آپ نے کہا کہ کہ کیا early life کے کے بارے میں۔</w:t>
      </w:r>
    </w:p>
    <w:p>
      <w:r>
        <w:rPr>
          <w:b/>
        </w:rPr>
        <w:t xml:space="preserve">[43:27] </w:t>
      </w:r>
      <w:r>
        <w:t>to nikah ke baad Hazrat Khadija kuch din Prophet ke sath Abu Talib ke ghar mein rahin.</w:t>
      </w:r>
    </w:p>
    <w:p>
      <w:pPr>
        <w:jc w:val="right"/>
      </w:pPr>
      <w:r>
        <w:t>تو نکاح کے بعد حضرت خدیجہ کچھ دن Prophet کے ساتھ ابو طالب کے گھر میں رہیں۔</w:t>
      </w:r>
    </w:p>
    <w:p>
      <w:r>
        <w:rPr>
          <w:b/>
        </w:rPr>
        <w:t xml:space="preserve">[43:36] </w:t>
      </w:r>
      <w:r>
        <w:t>phir kitabon mein aata hai ke ek Hazrat Khadija Razi Allah Anha ke ek nephew the jin ka naam tha Hakim bin Hazam.</w:t>
      </w:r>
    </w:p>
    <w:p>
      <w:pPr>
        <w:jc w:val="right"/>
      </w:pPr>
      <w:r>
        <w:t>پھر کتابوں میں آتا ہے کہ ایک حضرت خدیجہ رضی اللہ عنہ کے ایک nephew تھے جن کا نام تھا حکیم بن حزام۔</w:t>
      </w:r>
    </w:p>
    <w:p>
      <w:r>
        <w:rPr>
          <w:b/>
        </w:rPr>
        <w:t xml:space="preserve">[43:46] </w:t>
      </w:r>
      <w:r>
        <w:t>to Hakim bin Hazam se unhon ne ek ghar khareeda Hazrat Khadija ne.</w:t>
      </w:r>
    </w:p>
    <w:p>
      <w:pPr>
        <w:jc w:val="right"/>
      </w:pPr>
      <w:r>
        <w:t>تو حکیم بن حزام سے انہوں نے ایک گھر خریدا حضرت خدیجہ نے۔</w:t>
      </w:r>
    </w:p>
    <w:p>
      <w:r>
        <w:rPr>
          <w:b/>
        </w:rPr>
        <w:t xml:space="preserve">[43:50] </w:t>
      </w:r>
      <w:r>
        <w:t>ji. aur us mein shift ho gaye yeh log, us mein move ho gaye. aur Hazrat Khadija ke sath kai aur bhi log rehte the. jaise Zaid Ibn Harisa.</w:t>
      </w:r>
    </w:p>
    <w:p>
      <w:pPr>
        <w:jc w:val="right"/>
      </w:pPr>
      <w:r>
        <w:t>جی۔ اور اس میں shift ہو گئے یہ لوگ، اس میں move ہو گئے۔ اور حضرت خدیجہ کے ساتھ کئی اور بھی لوگ رہتے تھے۔ جیسے زید ابن حارثہ۔</w:t>
      </w:r>
    </w:p>
    <w:p>
      <w:r>
        <w:rPr>
          <w:b/>
        </w:rPr>
        <w:t xml:space="preserve">[44:01] </w:t>
      </w:r>
      <w:r>
        <w:t>ji. Zaid Ibn Harisa ek slave the, ghulam the jo jin ko Hazrat Khadija ne khareeda tha.</w:t>
      </w:r>
    </w:p>
    <w:p>
      <w:pPr>
        <w:jc w:val="right"/>
      </w:pPr>
      <w:r>
        <w:t>جی۔ زید ابن حارثہ ایک slave تھے، غلام تھے جو جن کو حضرت خدیجہ نے خریدا تھا۔</w:t>
      </w:r>
    </w:p>
    <w:p>
      <w:r>
        <w:rPr>
          <w:b/>
        </w:rPr>
        <w:t xml:space="preserve">[44:10] </w:t>
      </w:r>
      <w:r>
        <w:t>to jab shadi hui to Hazrat Khadija ne Zaid ko Prophet ko gift kar</w:t>
      </w:r>
    </w:p>
    <w:p>
      <w:pPr>
        <w:jc w:val="right"/>
      </w:pPr>
      <w:r>
        <w:t>تو جب شادی ہوئی تو حضرت خدیجہ نے زید کو Prophet کو gift کر</w:t>
      </w:r>
    </w:p>
    <w:p>
      <w:r>
        <w:rPr>
          <w:b/>
        </w:rPr>
        <w:t xml:space="preserve">[44:18] </w:t>
      </w:r>
      <w:r>
        <w:t>diya. ji. kaha ke yeh aap ke sath rahenge aur aap ke helper ke tor pe. to foran Prophet Kaba mein aaye aur sab ke samne elan kiya ke aaj se Zaid free hain.</w:t>
      </w:r>
    </w:p>
    <w:p>
      <w:pPr>
        <w:jc w:val="right"/>
      </w:pPr>
      <w:r>
        <w:t>دیا۔ جی۔ کہا کہ یہ آپ کے ساتھ رہیں گے اور آپ کے helper کے طور پہ۔ تو فوراً Prophet کعبہ میں آئے اور سب کے سامنے اعلان کیا کہ آج سے زید free ہیں۔</w:t>
      </w:r>
    </w:p>
    <w:p>
      <w:r>
        <w:rPr>
          <w:b/>
        </w:rPr>
        <w:t xml:space="preserve">[44:29] </w:t>
      </w:r>
      <w:r>
        <w:t>ji. to kuch arsay ke baad zaid ke father aur un ke uncle kahin bahar se aaye, kahin kahin bahar ke thay woh makkah se bahar.</w:t>
      </w:r>
    </w:p>
    <w:p>
      <w:pPr>
        <w:jc w:val="right"/>
      </w:pPr>
      <w:r>
        <w:t>جی۔ تو کچھ عرصے کے بعد زید کے father اور ان کے uncle کہیں باہر سے آئے، کہیں کہیں باہر کے تھے وہ مکہ سے باہر۔</w:t>
      </w:r>
    </w:p>
    <w:p>
      <w:r>
        <w:rPr>
          <w:b/>
        </w:rPr>
        <w:t xml:space="preserve">[44:40] </w:t>
      </w:r>
      <w:r>
        <w:t>aur kaha prophet se ke aap ne zaid ko free kar diya to ab hum le jana chahte hain.</w:t>
      </w:r>
    </w:p>
    <w:p>
      <w:pPr>
        <w:jc w:val="right"/>
      </w:pPr>
      <w:r>
        <w:t>اور کہا Prophet سے کہ آپ نے زید کو free کر دیا تو اب ہم لے جانا چاہتے ہیں۔</w:t>
      </w:r>
    </w:p>
    <w:p>
      <w:r>
        <w:rPr>
          <w:b/>
        </w:rPr>
        <w:t xml:space="preserve">[44:48] </w:t>
      </w:r>
      <w:r>
        <w:t>to zaid ne kaha ke main nahi jaunga. ji. main prophet ke sath hi rahunga. to apne father ke sath gaye nahi, woh uncle ke sath nahi gaye. aur poori zindagi prophet ke sath rahe aur he was the first person to write the quran.</w:t>
      </w:r>
    </w:p>
    <w:p>
      <w:pPr>
        <w:jc w:val="right"/>
      </w:pPr>
      <w:r>
        <w:t>تو زید نے کہا کہ میں نہیں جاؤں گا۔ جی۔ میں Prophet کے ساتھ ہی رہوں گا۔ تو اپنے father کے ساتھ گئے نہیں، وہ uncle کے ساتھ نہیں گئے۔ اور پوری زندگی Prophet کے ساتھ رہے اور he was the first person to write the قرآن۔</w:t>
      </w:r>
    </w:p>
    <w:p>
      <w:r>
        <w:rPr>
          <w:b/>
        </w:rPr>
        <w:t xml:space="preserve">[45:03] </w:t>
      </w:r>
      <w:r>
        <w:t>ji. jab pehli wahi aayi to zaid r.a. ne likhi yeh. to yani woh katib e wahi bhi thay.</w:t>
      </w:r>
    </w:p>
    <w:p>
      <w:pPr>
        <w:jc w:val="right"/>
      </w:pPr>
      <w:r>
        <w:t>جی۔ جب پہلی وحی آئی تو زید رضی اللہ عنہ نے لکھی یہ۔ تو یعنی وہ کاتب وحی بھی تھے۔</w:t>
      </w:r>
    </w:p>
    <w:p>
      <w:r>
        <w:rPr>
          <w:b/>
        </w:rPr>
        <w:t xml:space="preserve">[45:14] </w:t>
      </w:r>
      <w:r>
        <w:t>ji. to is is tareeqay se zaid ibn harisa r.a. wahan rehte thay un ke sath. aur ek sahabi thay zubair ibn awwam, yeh bhi bohat earliest followers mein thay, yeh bhi raha karte thay.</w:t>
      </w:r>
    </w:p>
    <w:p>
      <w:pPr>
        <w:jc w:val="right"/>
      </w:pPr>
      <w:r>
        <w:t>جی۔ تو اس اس طریقے سے زید ابن حارثہ رضی اللہ عنہ وہاں رہتے تھے ان کے ساتھ۔ اور ایک صحابی تھے زبیر ابن عوام، یہ بھی بہت earliest followers میں تھے، یہ بھی رہا کرتے تھے۔</w:t>
      </w:r>
    </w:p>
    <w:p>
      <w:r>
        <w:rPr>
          <w:b/>
        </w:rPr>
        <w:t xml:space="preserve">[45:29] </w:t>
      </w:r>
      <w:r>
        <w:t>aise hi hazrat ali r.a., woh bhi rehte thay chunaanche woh abu talib ke bete thay aur taqreeban das barah saal ki age thi us waqt in ki.</w:t>
      </w:r>
    </w:p>
    <w:p>
      <w:pPr>
        <w:jc w:val="right"/>
      </w:pPr>
      <w:r>
        <w:t>ایسے ہی حضرت علی رضی اللہ عنہ، وہ بھی رہتے تھے چونکہ وہ ابو طالب کے بیٹے تھے اور تقریباً دس بارہ سال کی age تھی اس وقت ان کی۔</w:t>
      </w:r>
    </w:p>
    <w:p>
      <w:r>
        <w:rPr>
          <w:b/>
        </w:rPr>
        <w:t xml:space="preserve">[45:43] </w:t>
      </w:r>
      <w:r>
        <w:t>ji</w:t>
      </w:r>
    </w:p>
    <w:p>
      <w:pPr>
        <w:jc w:val="right"/>
      </w:pPr>
      <w:r>
        <w:t>جی</w:t>
      </w:r>
    </w:p>
    <w:p>
      <w:r>
        <w:rPr>
          <w:b/>
        </w:rPr>
        <w:t xml:space="preserve">[45:44] </w:t>
      </w:r>
      <w:r>
        <w:t>. aur hazrat khadija ke chhay bachay hue, do two boys and four girls. ji. jo jo bete thay un ki to bohat kam age mein un ki death ho gayi.</w:t>
      </w:r>
    </w:p>
    <w:p>
      <w:pPr>
        <w:jc w:val="right"/>
      </w:pPr>
      <w:r>
        <w:t>۔ اور حضرت خدیجہ کے چھ بچے ہوئے، دو two boys and four girls۔ جی۔ جو جو بیٹے تھے ان کی تو بہت کم age میں ان کی death ہو گئی۔</w:t>
      </w:r>
    </w:p>
    <w:p>
      <w:r>
        <w:rPr>
          <w:b/>
        </w:rPr>
        <w:t xml:space="preserve">[45:55] </w:t>
      </w:r>
      <w:r>
        <w:t>un ka naam qasim aur abdullah tha. aur jo betiyan thi zainab, ruqayya, umm kulsoom aur fatima, yeh bari huin. ji. aur inshallah kisi mauqa pe un ke baray mein bhi.</w:t>
      </w:r>
    </w:p>
    <w:p>
      <w:pPr>
        <w:jc w:val="right"/>
      </w:pPr>
      <w:r>
        <w:t>ان کا نام قاسم اور عبداللہ تھا۔ اور جو بیٹیاں تھیں زینب، رقیہ، ام کلثوم اور فاطمہ، یہ بڑی ہوئیں۔ جی۔ اور انشاءاللہ کسی موقع پہ ان کے بارے میں بھی۔</w:t>
      </w:r>
    </w:p>
    <w:p>
      <w:r>
        <w:rPr>
          <w:b/>
        </w:rPr>
        <w:t xml:space="preserve">[46:08] </w:t>
      </w:r>
      <w:r>
        <w:t>inshallah. kuch na kuch dekha jayega. ji.</w:t>
      </w:r>
    </w:p>
    <w:p>
      <w:pPr>
        <w:jc w:val="right"/>
      </w:pPr>
      <w:r>
        <w:t>انشاءاللہ۔ کچھ نہ کچھ دیکھا جائے گا۔ جی۔</w:t>
      </w:r>
    </w:p>
    <w:p>
      <w:r>
        <w:rPr>
          <w:b/>
        </w:rPr>
        <w:t xml:space="preserve">[46:12] </w:t>
      </w:r>
      <w:r>
        <w:t>doctor sahib, kuch comments parhna chahunga. yeh bheja hai rohit kumar ji ne amritsar se, unho ne likha hai: "cps team ka dil bhi molana ji ka, molana ji ke dil ke jaisa hai." jazak allah doctor sahib.</w:t>
      </w:r>
    </w:p>
    <w:p>
      <w:pPr>
        <w:jc w:val="right"/>
      </w:pPr>
      <w:r>
        <w:t>ڈاکٹر صاحب، کچھ کمنٹس پڑھنا چاہوں گا۔ یہ بھیجا ہے روہت کمار جی نے امرتسر سے، انہوں نے لکھا ہے: "سی پی ایس ٹیم کا دل بھی مولانا جی کا، مولانا جی کے دل کے جیسا ہے۔" جزاک اللہ ڈاکٹر صاحب۔</w:t>
      </w:r>
    </w:p>
    <w:p>
      <w:r>
        <w:rPr>
          <w:b/>
        </w:rPr>
        <w:t xml:space="preserve">[46:27] </w:t>
      </w:r>
      <w:r>
        <w:t>muhammad asif sahib ne kanpur se likha hai: "pehli baar itni gehri baatein maloom ho payin hazrat khadija ke baray mein." jazak allah.</w:t>
      </w:r>
    </w:p>
    <w:p>
      <w:pPr>
        <w:jc w:val="right"/>
      </w:pPr>
      <w:r>
        <w:t>محمد آصف صاحب نے کانپور سے لکھا ہے: "پہلی بار اتنی گہری باتیں معلوم ہو پائیں حضرت خدیجہ کے بارے میں۔" جزاک اللہ۔</w:t>
      </w:r>
    </w:p>
    <w:p>
      <w:r>
        <w:rPr>
          <w:b/>
        </w:rPr>
        <w:t xml:space="preserve">[46:36] </w:t>
      </w:r>
      <w:r>
        <w:t>aur</w:t>
      </w:r>
    </w:p>
    <w:p>
      <w:pPr>
        <w:jc w:val="right"/>
      </w:pPr>
      <w:r>
        <w:t>اور</w:t>
      </w:r>
    </w:p>
    <w:p>
      <w:r>
        <w:rPr>
          <w:b/>
        </w:rPr>
        <w:t xml:space="preserve">[46:37] </w:t>
      </w:r>
      <w:r>
        <w:t>mehak fiaz khan ne, muhammad irfan rasheedi sahib ne, syed haseeb shah naqvi ne, sab ne bohat pasand karaya hai, kaha hai ke very informative session, indeed thoughtful.</w:t>
      </w:r>
    </w:p>
    <w:p>
      <w:pPr>
        <w:jc w:val="right"/>
      </w:pPr>
      <w:r>
        <w:t>مہک فیاض خان نے، محمد عرفان رشیدی صاحب نے، سید حسیب شاہ نقوی نے، سب نے بہت پسند کرایا ہے، کہا ہے کہ very informative session، indeed thoughtful۔</w:t>
      </w:r>
    </w:p>
    <w:p>
      <w:r>
        <w:rPr>
          <w:b/>
        </w:rPr>
        <w:t xml:space="preserve">[46:52] </w:t>
      </w:r>
      <w:r>
        <w:t>jazak allah. doctor sahib, to dono ka jo companionship ka time raha, woh taqreeban pachis saal ka</w:t>
      </w:r>
    </w:p>
    <w:p>
      <w:pPr>
        <w:jc w:val="right"/>
      </w:pPr>
      <w:r>
        <w:t>جزاک اللہ۔ ڈاکٹر صاحب، تو دونوں کا جو companionship کا ٹائم رہا، وہ تقریباً پچیس سال کا</w:t>
      </w:r>
    </w:p>
    <w:p>
      <w:r>
        <w:rPr>
          <w:b/>
        </w:rPr>
        <w:t xml:space="preserve">[47:03] </w:t>
      </w:r>
      <w:r>
        <w:t>raha. and hum yeh bhi kaha jata hai ke hazrat khadija was not just a wife but she was an intimate friend, a wise counselor and mother of prophet's household.</w:t>
      </w:r>
    </w:p>
    <w:p>
      <w:pPr>
        <w:jc w:val="right"/>
      </w:pPr>
      <w:r>
        <w:t>رہا۔ And ہم یہ بھی کہا جاتا ہے کہ حضرت خدیجہ was not just a wife but she was an intimate friend، a wise counselor and mother of Prophet's household۔</w:t>
      </w:r>
    </w:p>
    <w:p>
      <w:r>
        <w:rPr>
          <w:b/>
        </w:rPr>
        <w:t xml:space="preserve">[47:15] </w:t>
      </w:r>
      <w:r>
        <w:t>to un ke beech mein zahir si baat hai bohat spiritual discussions rahe honge. to is ke baray mein hum sab ko thoda sa batayen. molana iqbal umri sahib ne ek mujhe kitab bheji.</w:t>
      </w:r>
    </w:p>
    <w:p>
      <w:pPr>
        <w:jc w:val="right"/>
      </w:pPr>
      <w:r>
        <w:t>تو ان کے بیچ میں ظاہر سی بات ہے بہت spiritual discussions رہے ہوں گے۔ تو اس کے بارے میں ہم سب کو تھوڑا سا بتائیں۔ مولانا اقبال عمری صاحب نے ایک مجھے کتاب بھیجی۔</w:t>
      </w:r>
    </w:p>
    <w:p>
      <w:r>
        <w:rPr>
          <w:b/>
        </w:rPr>
        <w:t xml:space="preserve">[47:28] </w:t>
      </w:r>
      <w:r>
        <w:t>ji. jis ka title hai seerat khadijatul kubra.</w:t>
      </w:r>
    </w:p>
    <w:p>
      <w:pPr>
        <w:jc w:val="right"/>
      </w:pPr>
      <w:r>
        <w:t>جی۔ جس کا ٹائٹل ہے سیرت خدیجۃ الکبری۔</w:t>
      </w:r>
    </w:p>
    <w:p>
      <w:r>
        <w:rPr>
          <w:b/>
        </w:rPr>
        <w:t xml:space="preserve">[47:32] </w:t>
      </w:r>
      <w:r>
        <w:t>ji. aur is ke author ka naam hai hakeem muhammad idrees farooqi. ji. to woh mujhe bohat kitab pasand aayi, us mein kai cheezein main ne jo aaj batayi hain us mein se li hain.</w:t>
      </w:r>
    </w:p>
    <w:p>
      <w:pPr>
        <w:jc w:val="right"/>
      </w:pPr>
      <w:r>
        <w:t>جی۔ اور اس کے author کا نام ہے حکیم محمد ادریس فاروقی۔ جی۔ تو وہ مجھے بہت کتاب پسند آئی، اس میں کئی چیزیں میں نے جو آج بتائی ہیں اس میں سے لی ہیں۔</w:t>
      </w:r>
    </w:p>
    <w:p>
      <w:r>
        <w:rPr>
          <w:b/>
        </w:rPr>
        <w:t xml:space="preserve">[47:41] </w:t>
      </w:r>
      <w:r>
        <w:t>ji ji. lekin us mein ek article bohat acha tha. ji. us ka us ki heading thi arifana mazakarat. ji. yani intellectual spiritual discussions</w:t>
      </w:r>
    </w:p>
    <w:p>
      <w:pPr>
        <w:jc w:val="right"/>
      </w:pPr>
      <w:r>
        <w:t>جی جی۔ لیکن اس میں ایک آرٹیکل بہت اچھا تھا۔ جی۔ اس کا اس کی ہیڈنگ تھی عارفانہ مذاکرات۔ جی۔ یعنی intellectual spiritual discussions</w:t>
      </w:r>
    </w:p>
    <w:p>
      <w:r>
        <w:rPr>
          <w:b/>
        </w:rPr>
        <w:t xml:space="preserve">[47:51] </w:t>
      </w:r>
      <w:r>
        <w:t>. ji. to is se pata chalta hai us mein yeh baatein thi ke rasool allah s.a.w. aur hazrat khadija bohat hi higher level ke intellectual intellectual aur spiritual discussion kiya karte thay.</w:t>
      </w:r>
    </w:p>
    <w:p>
      <w:pPr>
        <w:jc w:val="right"/>
      </w:pPr>
      <w:r>
        <w:t>۔ جی۔ تو اس سے پتہ چلتا ہے اس میں یہ باتیں تھیں کہ رسول اللہ صلی اللہ علیہ وسلم اور حضرت خدیجہ بہت ہی ہائر لیول کے intellectual intellectual اور spiritual discussion کیا کرتے تھے۔</w:t>
      </w:r>
    </w:p>
    <w:p>
      <w:r>
        <w:rPr>
          <w:b/>
        </w:rPr>
        <w:t xml:space="preserve">[48:05] </w:t>
      </w:r>
      <w:r>
        <w:t>ji. yani gehrai se baaton ko sochna aur us pe ghor karna, us ko discuss karna.</w:t>
      </w:r>
    </w:p>
    <w:p>
      <w:pPr>
        <w:jc w:val="right"/>
      </w:pPr>
      <w:r>
        <w:t>جی۔ یعنی گہرائی سے باتوں کو سوچنا اور اس پہ غور کرنا، اس کو discuss کرنا۔</w:t>
      </w:r>
    </w:p>
    <w:p>
      <w:r>
        <w:rPr>
          <w:b/>
        </w:rPr>
        <w:t xml:space="preserve">[48:13] </w:t>
      </w:r>
      <w:r>
        <w:t>to yeh ek allah taala ki planning thi ke rasool allah s.a.w. ko aisa ek life partner dein ke woh un ke sath jo aala haqiqatein hain us ke upar discussion kar saken.</w:t>
      </w:r>
    </w:p>
    <w:p>
      <w:pPr>
        <w:jc w:val="right"/>
      </w:pPr>
      <w:r>
        <w:t>تو یہ ایک اللہ تعالیٰ کی planning تھی کہ رسول اللہ صلی اللہ علیہ وسلم کو ایسا ایک life partner دیں کہ وہ ان کے ساتھ جو اعلیٰ حقیقتیں ہیں اس کے اوپر discussion کر سکیں۔</w:t>
      </w:r>
    </w:p>
    <w:p>
      <w:r>
        <w:rPr>
          <w:b/>
        </w:rPr>
        <w:t xml:space="preserve">[48:32] </w:t>
      </w:r>
      <w:r>
        <w:t>ke kis ne hamein paida kiya hai, kaun khaliq hai, kaun malik hai. ji. yeh zindagi kya hai, maut kya hai, maut ke baad kya pesh</w:t>
      </w:r>
    </w:p>
    <w:p>
      <w:pPr>
        <w:jc w:val="right"/>
      </w:pPr>
      <w:r>
        <w:t>کہ کس نے ہمیں پیدا کیا ہے، کون خالق ہے، کون مالک ہے۔ جی۔ یہ زندگی کیا ہے، موت کیا ہے، موت کے بعد کیا پیش</w:t>
      </w:r>
    </w:p>
    <w:p>
      <w:r>
        <w:rPr>
          <w:b/>
        </w:rPr>
        <w:t xml:space="preserve">[48:41] </w:t>
      </w:r>
      <w:r>
        <w:t>aana hai. hmm. aur zindagi ka maqsad kya hai jis ko molana creation plan kaha karte thay. to in sab cheezon pe yeh discussions hote thay rasool allah s.a.w. ke aur hazrat khadija r.a. ke.</w:t>
      </w:r>
    </w:p>
    <w:p>
      <w:pPr>
        <w:jc w:val="right"/>
      </w:pPr>
      <w:r>
        <w:t>آنا ہے۔ ہمم۔ اور زندگی کا مقصد کیا ہے جس کو مولانا creation plan کہا کرتے تھے۔ تو ان سب چیزوں پہ یہ discussions ہوتے تھے رسول اللہ صلی اللہ علیہ وسلم کے اور حضرت خدیجہ رضی اللہ عنہا کے۔</w:t>
      </w:r>
    </w:p>
    <w:p>
      <w:r>
        <w:rPr>
          <w:b/>
        </w:rPr>
        <w:t xml:space="preserve">[48:54] </w:t>
      </w:r>
      <w:r>
        <w:t>to yani aik yeh talash haq ka safar tha. ji</w:t>
      </w:r>
    </w:p>
    <w:p>
      <w:pPr>
        <w:jc w:val="right"/>
      </w:pPr>
      <w:r>
        <w:t>تو یعنی ایک یہ تلاش حق کا سفر تھا۔ ج</w:t>
      </w:r>
    </w:p>
    <w:p>
      <w:r>
        <w:rPr>
          <w:b/>
        </w:rPr>
        <w:t xml:space="preserve">[48:58] </w:t>
      </w:r>
      <w:r>
        <w:t>yi. chuna'nkeh yeh jo pandrah saal yeh bhi bohat hi crucial is tareeqay say Allah ki planning thi keh Hazrat Khadijah kay saath taqreeban pandrah saal before prophethood.</w:t>
      </w:r>
    </w:p>
    <w:p>
      <w:pPr>
        <w:jc w:val="right"/>
      </w:pPr>
      <w:r>
        <w:t>ی۔ چونکہ یہ جو پندرہ سال یہ بھی بہت ہی crucial اس طریقے سے اللہ کی planning تھی کہ حضرت خدیجہ کے ساتھ تقریباً پندرہ سال before prophethood۔</w:t>
      </w:r>
    </w:p>
    <w:p>
      <w:r>
        <w:rPr>
          <w:b/>
        </w:rPr>
        <w:t xml:space="preserve">[49:12] </w:t>
      </w:r>
      <w:r>
        <w:t>ji. to yeh bhi aik tayari ka marhala tha. aisa nahi hai keh kisi Allah taala ka tareeqa hai keh aik jo peghambar hota hai us ko bhi tayari ki zaroorat hoti hai.</w:t>
      </w:r>
    </w:p>
    <w:p>
      <w:pPr>
        <w:jc w:val="right"/>
      </w:pPr>
      <w:r>
        <w:t>جی۔ تو یہ بھی ایک تیاری کا مرحلہ تھا۔ ایسا نہیں ہے کہ کسی اللہ تعالیٰ کا طریقہ ہے کہ ایک جو پیغمبر ہوتا ہے اس کو بھی تیاری کی ضرورت ہوتی ہے۔</w:t>
      </w:r>
    </w:p>
    <w:p>
      <w:r>
        <w:rPr>
          <w:b/>
        </w:rPr>
        <w:t xml:space="preserve">[49:21] </w:t>
      </w:r>
      <w:r>
        <w:t>hmm. aisa nahi hai keh aik din achaanak farishtah aata hai keh aap ko peghambar bana diya</w:t>
      </w:r>
    </w:p>
    <w:p>
      <w:pPr>
        <w:jc w:val="right"/>
      </w:pPr>
      <w:r>
        <w:t>ہمم۔ ایسا نہیں ہے کہ ایک دن اچانک فرشتہ آتا ہے کہ آپ کو پیغمبر بنا دیا</w:t>
      </w:r>
    </w:p>
    <w:p>
      <w:r>
        <w:rPr>
          <w:b/>
        </w:rPr>
        <w:t xml:space="preserve">[49:25] </w:t>
      </w:r>
      <w:r>
        <w:t>. ji. balkeh aap dainkh agar Hazrat Musa علیہ السلام kay qissay mein bohat acha is ka is ka namoona humain milta hai keh woh Madeen gaye.</w:t>
      </w:r>
    </w:p>
    <w:p>
      <w:pPr>
        <w:jc w:val="right"/>
      </w:pPr>
      <w:r>
        <w:t>۔ جی۔ بلکہ آپ دیکھیں اگر حضرت موسیٰ علیہ السلام کے قصے میں بہت اچھا اس کا اس کا نمونہ ہمیں ملتا ہے کہ وہ مدین گئے۔</w:t>
      </w:r>
    </w:p>
    <w:p>
      <w:r>
        <w:rPr>
          <w:b/>
        </w:rPr>
        <w:t xml:space="preserve">[49:36] </w:t>
      </w:r>
      <w:r>
        <w:t>hmm. das saal wahan rahay. aur bohat mushkil halaat say guzray. aur wahan par aik buzurg bhi mil gaye un kay saath discussion karna, un kay saath bohat hi un ki jo learning thi woh bari hogi.</w:t>
      </w:r>
    </w:p>
    <w:p>
      <w:pPr>
        <w:jc w:val="right"/>
      </w:pPr>
      <w:r>
        <w:t>ہمم۔ دس سال وہاں رہے۔ اور بہت مشکل حالات سے گزرے۔ اور وہاں پر ایک بزرگ بھی مل گئے ان کے ساتھ discussion کرنا، ان کے ساتھ بہت ہی ان کی جو learning تھی وہ بڑی ہوگی۔</w:t>
      </w:r>
    </w:p>
    <w:p>
      <w:r>
        <w:rPr>
          <w:b/>
        </w:rPr>
        <w:t xml:space="preserve">[49:52] </w:t>
      </w:r>
      <w:r>
        <w:t>ji. phir jab woh wapas aa rahay thay to koh-e-toor pe mount Sinai pe Allah taala nay, Allah taala hum hum kalam hua, Allah taala nay baat ki.</w:t>
      </w:r>
    </w:p>
    <w:p>
      <w:pPr>
        <w:jc w:val="right"/>
      </w:pPr>
      <w:r>
        <w:t>جی۔ پھر جب وہ واپس آ رہے تھے تو کوہ طور پہ mount سینائی پہ اللہ تعالیٰ نے، اللہ تعالیٰ ہم ہم کلام ہوا، اللہ تعالیٰ نے بات کی۔</w:t>
      </w:r>
    </w:p>
    <w:p>
      <w:r>
        <w:rPr>
          <w:b/>
        </w:rPr>
        <w:t xml:space="preserve">[50:01] </w:t>
      </w:r>
      <w:r>
        <w:t>aur Quran mein aata hai: "ثم جئت علی قدر یا موسیٰ". ji. keh now you have come upon the standard.</w:t>
      </w:r>
    </w:p>
    <w:p>
      <w:pPr>
        <w:jc w:val="right"/>
      </w:pPr>
      <w:r>
        <w:t>اور قرآن میں آتا ہے: "ثم جئت علی قدر یا موسیٰ"۔ جی۔ کہ now you have come upon the standard۔</w:t>
      </w:r>
    </w:p>
    <w:p>
      <w:r>
        <w:rPr>
          <w:b/>
        </w:rPr>
        <w:t xml:space="preserve">[50:11] </w:t>
      </w:r>
      <w:r>
        <w:t>ji. yani aik aik aik maqam pe aa gaye tum keh ab tum say Allah taala baat kar</w:t>
      </w:r>
    </w:p>
    <w:p>
      <w:pPr>
        <w:jc w:val="right"/>
      </w:pPr>
      <w:r>
        <w:t>جی۔ یعنی ایک ایک ایک مقام پہ آ گئے تم کہ اب تم سے اللہ تعالیٰ بات کر</w:t>
      </w:r>
    </w:p>
    <w:p>
      <w:r>
        <w:rPr>
          <w:b/>
        </w:rPr>
        <w:t xml:space="preserve">[50:17] </w:t>
      </w:r>
      <w:r>
        <w:t>ay. ji. to yeh to aik peghambar kay liye hai lekin aam insaanon kay liye bhi yeh cheez hai keh jab tak keh woh apnay andar gehri marifat nahi jagaye ga aur study jis ko Maulana kehtay thay keh aap log study barhaiye apni.</w:t>
      </w:r>
    </w:p>
    <w:p>
      <w:pPr>
        <w:jc w:val="right"/>
      </w:pPr>
      <w:r>
        <w:t>ے۔ جی۔ تو یہ تو ایک پیغمبر کے لیے ہے لیکن عام انسانوں کے لیے بھی یہ چیز ہے کہ جب تک کہ وہ اپنے اندر گہری معرفت نہیں جگائے گا اور study جس کو مولانا کہتے تھے کہ آپ لوگ study بڑھائیے اپنی۔</w:t>
      </w:r>
    </w:p>
    <w:p>
      <w:r>
        <w:rPr>
          <w:b/>
        </w:rPr>
        <w:t xml:space="preserve">[50:31] </w:t>
      </w:r>
      <w:r>
        <w:t>hmm. aur gehrai say tadabbur aur tafakkur aur</w:t>
      </w:r>
    </w:p>
    <w:p>
      <w:pPr>
        <w:jc w:val="right"/>
      </w:pPr>
      <w:r>
        <w:t>ہمم۔ اور گہرائی سے تدبر اور تفکر اور</w:t>
      </w:r>
    </w:p>
    <w:p>
      <w:r>
        <w:rPr>
          <w:b/>
        </w:rPr>
        <w:t xml:space="preserve">[50:34] </w:t>
      </w:r>
      <w:r>
        <w:t>. ji. in sab cheezon gehrai say apnay andar woh aala marifat ko nahi paida karay ga tab tak woh jo inspirations Khuda ki taraf say atay hain, faizanaat jis say insaan ka spiritual development hota hai tab tak nahi hoga.</w:t>
      </w:r>
    </w:p>
    <w:p>
      <w:pPr>
        <w:jc w:val="right"/>
      </w:pPr>
      <w:r>
        <w:t>۔ جی۔ ان سب چیزوں گہرائی سے اپنے اندر وہ اعلیٰ معرفت کو نہیں پیدا کرے گا تب تک وہ جو inspirations خدا کی طرف سے آتے ہیں، فیضانات جس سے انسان کا spiritual development ہوتا ہے تب تک نہیں ہوگا۔</w:t>
      </w:r>
    </w:p>
    <w:p>
      <w:r>
        <w:rPr>
          <w:b/>
        </w:rPr>
        <w:t xml:space="preserve">[50:48] </w:t>
      </w:r>
      <w:r>
        <w:t>abhi ho kya raha hai keh log rati hui dua'ain yaad kar kay parhtay hain. hmm. aur aik ritualistic andaaz ka aur aik aik form based religion hai.</w:t>
      </w:r>
    </w:p>
    <w:p>
      <w:pPr>
        <w:jc w:val="right"/>
      </w:pPr>
      <w:r>
        <w:t>ابھی ہو کیا رہا ہے کہ لوگ رٹی ہوئی دعائیں یاد کر کے پڑھتے ہیں۔ ہمم۔ اور ایک ritualistic انداز کا اور ایک ایک form based religion ہے۔</w:t>
      </w:r>
    </w:p>
    <w:p>
      <w:r>
        <w:rPr>
          <w:b/>
        </w:rPr>
        <w:t xml:space="preserve">[50:59] </w:t>
      </w:r>
      <w:r>
        <w:t>ji.</w:t>
      </w:r>
    </w:p>
    <w:p>
      <w:pPr>
        <w:jc w:val="right"/>
      </w:pPr>
      <w:r>
        <w:t>جی۔</w:t>
      </w:r>
    </w:p>
    <w:p>
      <w:r>
        <w:rPr>
          <w:b/>
        </w:rPr>
        <w:t xml:space="preserve">[51:00] </w:t>
      </w:r>
      <w:r>
        <w:t>keh jab tak woh gehri marifat nahi paida hogi aur marifat ka tareeqa yahi hai keh gehrai say sochna aur Khuda say dua karna aur study ko barhana.</w:t>
      </w:r>
    </w:p>
    <w:p>
      <w:pPr>
        <w:jc w:val="right"/>
      </w:pPr>
      <w:r>
        <w:t>کہ جب تک وہ گہری معرفت نہیں پیدا ہوگی اور معرفت کا طریقہ یہی ہے کہ گہرائی سے سوچنا اور خدا سے دعا کرنا اور study کو بڑھانا۔</w:t>
      </w:r>
    </w:p>
    <w:p>
      <w:r>
        <w:rPr>
          <w:b/>
        </w:rPr>
        <w:t xml:space="preserve">[51:12] </w:t>
      </w:r>
      <w:r>
        <w:t>to yeh jo waqfah tha shadi say lay kay prophethood tak yeh aik tayari ka waqfah tha jis mein Hazrat Khadijah ka bohat hi bara role hai.</w:t>
      </w:r>
    </w:p>
    <w:p>
      <w:pPr>
        <w:jc w:val="right"/>
      </w:pPr>
      <w:r>
        <w:t>تو یہ جو وقفہ تھا شادی سے لے کے prophethood تک یہ ایک تیاری کا وقفہ تھا جس میں حضرت خدیجہ کا بہت ہی بڑا role ہے۔</w:t>
      </w:r>
    </w:p>
    <w:p>
      <w:r>
        <w:rPr>
          <w:b/>
        </w:rPr>
        <w:t xml:space="preserve">[51:22] </w:t>
      </w:r>
      <w:r>
        <w:t>ji. unhon nay bilkul aik aik bohat hi achay partner ka role ada kiya. ji. mashaa</w:t>
      </w:r>
    </w:p>
    <w:p>
      <w:pPr>
        <w:jc w:val="right"/>
      </w:pPr>
      <w:r>
        <w:t>جی۔ انہوں نے بالکل ایک ایک بہت ہی اچھے partner کا role ادا کیا۔ جی۔ ماشاء</w:t>
      </w:r>
    </w:p>
    <w:p>
      <w:r>
        <w:rPr>
          <w:b/>
        </w:rPr>
        <w:t xml:space="preserve">[51:29] </w:t>
      </w:r>
      <w:r>
        <w:t>Allah. Doctor sahib aaj kay session ka aakhri sawal keh Hazrat Khadijah ki zindagi say hum kya kya lessons derive kar saktay hain?</w:t>
      </w:r>
    </w:p>
    <w:p>
      <w:pPr>
        <w:jc w:val="right"/>
      </w:pPr>
      <w:r>
        <w:t>اللہ۔ ڈاکٹر صاحب آج کے session کا آخری سوال کہ حضرت خدیجہ کی زندگی سے ہم کیا کیا lessons derive کر سکتے ہیں؟</w:t>
      </w:r>
    </w:p>
    <w:p>
      <w:r>
        <w:rPr>
          <w:b/>
        </w:rPr>
        <w:t xml:space="preserve">[51:38] </w:t>
      </w:r>
      <w:r>
        <w:t>aap nay bohat si nai baatein gehrai kay saath humain samjhain. ji. alhamdulillah but specific agar aap kuch hum sab ko batain.</w:t>
      </w:r>
    </w:p>
    <w:p>
      <w:pPr>
        <w:jc w:val="right"/>
      </w:pPr>
      <w:r>
        <w:t>آپ نے بہت سی نئی باتیں گہرائی کے ساتھ ہمیں سمجھائیں۔ جی۔ الحمدللہ but specific اگر آپ کچھ ہم سب کو بتائیں۔</w:t>
      </w:r>
    </w:p>
    <w:p>
      <w:r>
        <w:rPr>
          <w:b/>
        </w:rPr>
        <w:t xml:space="preserve">[51:46] </w:t>
      </w:r>
      <w:r>
        <w:t>ji. keh kya lessons hum derive kar saktay hain. ji. Hazrat Khadijah ki life say to woh bohat hum sab kay liye bohat useful hoga.</w:t>
      </w:r>
    </w:p>
    <w:p>
      <w:pPr>
        <w:jc w:val="right"/>
      </w:pPr>
      <w:r>
        <w:t>جی۔ کہ کیا lessons ہم derive کر سکتے ہیں۔ جی۔ حضرت خدیجہ کی life سے تو وہ بہت ہم سب کے لیے بہت useful ہوگا۔</w:t>
      </w:r>
    </w:p>
    <w:p>
      <w:r>
        <w:rPr>
          <w:b/>
        </w:rPr>
        <w:t xml:space="preserve">[51:54] </w:t>
      </w:r>
      <w:r>
        <w:t>ji haan yeh bohat important sawal hai aur main samajhta hoon keh Hazrat Khadijah ki jo life hai woh bohat hi inspiring hai. ji. hum sab kay liye aur khaas taur say khawateen kay liye.</w:t>
      </w:r>
    </w:p>
    <w:p>
      <w:pPr>
        <w:jc w:val="right"/>
      </w:pPr>
      <w:r>
        <w:t>جی ہاں یہ بہت important سوال ہے اور میں سمجھتا ہوں کہ حضرت خدیجہ کی جو life ہے وہ بہت ہی inspiring ہے۔ جی۔ ہم سب کے لیے اور خاص طور سے خواتین کے لیے۔</w:t>
      </w:r>
    </w:p>
    <w:p>
      <w:r>
        <w:rPr>
          <w:b/>
        </w:rPr>
        <w:t xml:space="preserve">[52:04] </w:t>
      </w:r>
      <w:r>
        <w:t>ji. chuna'nkeh jo ta'assur hai Islam kay baray mein woh yeh hai keh Islam khawateen ko parde mein rakhta hai aur ghar mein rakhta hai aur koi interaction nahi kar sakti, woh koi bahir ja kay kaam nahi kar</w:t>
      </w:r>
    </w:p>
    <w:p>
      <w:pPr>
        <w:jc w:val="right"/>
      </w:pPr>
      <w:r>
        <w:t>جی۔ چونکہ جو تاثر ہے اسلام کے بارے میں وہ یہ ہے کہ اسلام خواتین کو پردے میں رکھتا ہے اور گھر میں رکھتا ہے اور کوئی interaction نہیں کر سکتی، وہ کوئی باہر جا کے کام نہیں کر</w:t>
      </w:r>
    </w:p>
    <w:p>
      <w:r>
        <w:rPr>
          <w:b/>
        </w:rPr>
        <w:t xml:space="preserve">[52:18] </w:t>
      </w:r>
      <w:r>
        <w:t>sakti. to is is say to jo Hazrat Khadijah ki misaal hai pandrah soo saal pehlay unhon nay itna bara business kiya.</w:t>
      </w:r>
    </w:p>
    <w:p>
      <w:pPr>
        <w:jc w:val="right"/>
      </w:pPr>
      <w:r>
        <w:t>سکتی۔ تو اس اس سے تو جو حضرت خدیجہ کی مثال ہے پندرہ سو سال پہلے انہوں نے اتنا بڑا business کیا۔</w:t>
      </w:r>
    </w:p>
    <w:p>
      <w:r>
        <w:rPr>
          <w:b/>
        </w:rPr>
        <w:t xml:space="preserve">[52:27] </w:t>
      </w:r>
      <w:r>
        <w:t>ji. aur aur doosri baat yeh hai keh bohat kamyab business kiya aur wealthy khatoon ban gaeen Makkah ki lekin is say is kay ilawa un ki jo un ka jo paisa tha woh sara ka sara unhon nay prophet kay disposal pe day diya.</w:t>
      </w:r>
    </w:p>
    <w:p>
      <w:pPr>
        <w:jc w:val="right"/>
      </w:pPr>
      <w:r>
        <w:t>جی۔ اور اور دوسری بات یہ ہے کہ بہت کامیاب business کیا اور wealthy خاتون بن گئیں مکہ کی لیکن اس سے اس کے علاوہ ان کی جو ان کا جو پیسہ تھا وہ سارا کا سارا انہوں نے prophet کے disposal پہ دے دیا۔</w:t>
      </w:r>
    </w:p>
    <w:p>
      <w:r>
        <w:rPr>
          <w:b/>
        </w:rPr>
        <w:t xml:space="preserve">[52:42] </w:t>
      </w:r>
      <w:r>
        <w:t>j</w:t>
      </w:r>
    </w:p>
    <w:p>
      <w:pPr>
        <w:jc w:val="right"/>
      </w:pPr>
      <w:r>
        <w:t>ج</w:t>
      </w:r>
    </w:p>
    <w:p>
      <w:r>
        <w:rPr>
          <w:b/>
        </w:rPr>
        <w:t xml:space="preserve">[52:43] </w:t>
      </w:r>
      <w:r>
        <w:t>y. j. chuki jab islam ka kaam shuru hua to zahir hai us waqt zarurat thi paise ki to hazrat khadija ka jo jo maal tha wo prophet ke kaam aya</w:t>
      </w:r>
    </w:p>
    <w:p>
      <w:pPr>
        <w:jc w:val="right"/>
      </w:pPr>
      <w:r>
        <w:t>ی۔ جی چونکہ جب اسلام کا کام شروع ہوا تو ظاہر ہے اس وقت ضرورت تھی پیسے کی تو حضرت خدیجہ کا جو جو مال تھا وہ prophet کے کام آیا</w:t>
      </w:r>
    </w:p>
    <w:p>
      <w:r>
        <w:rPr>
          <w:b/>
        </w:rPr>
        <w:t xml:space="preserve">[52:57] </w:t>
      </w:r>
      <w:r>
        <w:t>humm. to yani is mein aik lesson to yeh hai ke khawateen ko bhi chahiye ke wo hissa lein deen ke ke kaam mein aur j aur aur jo bhi deeni aur da'wati sar'germi hai us mein barh charh ke hissa lein.</w:t>
      </w:r>
    </w:p>
    <w:p>
      <w:pPr>
        <w:jc w:val="right"/>
      </w:pPr>
      <w:r>
        <w:t>۔ ہمم۔ تو یعنی اس میں ایک lesson تو یہ ہے کہ خواتین کو بھی چاہیے کہ وہ حصہ لیں دین کے کے کام میں اور جی اور اور جو بھی دینی اور دعوتی سرگرمی ہے اس میں بڑھ چڑھ کے حصہ لیں۔</w:t>
      </w:r>
    </w:p>
    <w:p>
      <w:r>
        <w:rPr>
          <w:b/>
        </w:rPr>
        <w:t xml:space="preserve">[53:16] </w:t>
      </w:r>
      <w:r>
        <w:t>j. aur apne ghar mein yani aik deeni mahol paida karein. j</w:t>
      </w:r>
    </w:p>
    <w:p>
      <w:pPr>
        <w:jc w:val="right"/>
      </w:pPr>
      <w:r>
        <w:t>جی۔ اور اپنے گھر میں یعنی ایک دینی ماحول پیدا کریں۔ جی</w:t>
      </w:r>
    </w:p>
    <w:p>
      <w:r>
        <w:rPr>
          <w:b/>
        </w:rPr>
        <w:t xml:space="preserve">[53:22] </w:t>
      </w:r>
      <w:r>
        <w:t>jaisay hazrat khadija ke life se pata chalta hai ke aam taur se ghar mein hum baithe rehte hain to baat karein ge furniture ki aur carpet ki aur.</w:t>
      </w:r>
    </w:p>
    <w:p>
      <w:pPr>
        <w:jc w:val="right"/>
      </w:pPr>
      <w:r>
        <w:t>۔ جیسے حضرت خدیجہ کے life سے پتہ چلتا ہے کہ عام طور سے گھر میں ہم بیٹھے رہتے ہیں تو بات کریں گے فرنیچر کی اور کارپٹ کی اور۔</w:t>
      </w:r>
    </w:p>
    <w:p>
      <w:r>
        <w:rPr>
          <w:b/>
        </w:rPr>
        <w:t xml:space="preserve">[53:33] </w:t>
      </w:r>
      <w:r>
        <w:t>j. parde ko badlo aur yeh karo woh karo. yani yeh dekhna chahiye ke jab hum log ghar mein baithe hain to hum kya baat kar rahe hain. j. yeh sab duniyavi baatein kar rahe hain.</w:t>
      </w:r>
    </w:p>
    <w:p>
      <w:pPr>
        <w:jc w:val="right"/>
      </w:pPr>
      <w:r>
        <w:t>جی۔ پردے کو بدلو اور یہ کرو وہ کرو۔ یعنی یہ دیکھنا چاہیے کہ جب ہم لوگ گھر میں بیٹھے ہیں تو ہم کیا بات کر رہے ہیں۔ جی۔ یہ سب دنیاوی باتیں کر رہے ہیں۔</w:t>
      </w:r>
    </w:p>
    <w:p>
      <w:r>
        <w:rPr>
          <w:b/>
        </w:rPr>
        <w:t xml:space="preserve">[53:43] </w:t>
      </w:r>
      <w:r>
        <w:t>j. ya koi gehri baat jis se aap ke andar kuch spirituality ja</w:t>
      </w:r>
    </w:p>
    <w:p>
      <w:pPr>
        <w:jc w:val="right"/>
      </w:pPr>
      <w:r>
        <w:t>جی۔ یا کوئی گہری بات جس سے آپ کے اندر کچھ spirituality جا</w:t>
      </w:r>
    </w:p>
    <w:p>
      <w:r>
        <w:rPr>
          <w:b/>
        </w:rPr>
        <w:t xml:space="preserve">[53:51] </w:t>
      </w:r>
      <w:r>
        <w:t>gay. to yeh hazrat khadija ka qissa itna zyada inspiring hai ke shayad hi koi khawateen yani islami tareekh mein aisi guzri hon.</w:t>
      </w:r>
    </w:p>
    <w:p>
      <w:pPr>
        <w:jc w:val="right"/>
      </w:pPr>
      <w:r>
        <w:t>گے۔ تو یہ حضرت خدیجہ کا قصہ اتنا زیادہ inspiring ہے کہ شاید ہی کوئی خاتون یعنی اسلامی تاریخ میں ایسی گزری ہوں۔</w:t>
      </w:r>
    </w:p>
    <w:p>
      <w:r>
        <w:rPr>
          <w:b/>
        </w:rPr>
        <w:t xml:space="preserve">[54:04] </w:t>
      </w:r>
      <w:r>
        <w:t>j. jis jin ki zindagi se hum sab ko bohat kuch seekhna hai. j. j yaqeenan doctor sahib jazak Allah. In fact isi liye Maulana Wahiduddin Khan sahib doctor sahib itna emphasize karte the.</w:t>
      </w:r>
    </w:p>
    <w:p>
      <w:pPr>
        <w:jc w:val="right"/>
      </w:pPr>
      <w:r>
        <w:t>جی۔ جس جن کی زندگی سے ہم سب کو بہت کچھ سیکھنا ہے۔ جی۔ جی یقینا ڈاکٹر صاحب جزاک اللہ۔ In fact اسی لیے مولانا وحید الدین خان صاحب ڈاکٹر صاحب اتنا emphasize کرتے تھے۔</w:t>
      </w:r>
    </w:p>
    <w:p>
      <w:r>
        <w:rPr>
          <w:b/>
        </w:rPr>
        <w:t xml:space="preserve">[54:16] </w:t>
      </w:r>
      <w:r>
        <w:t>j. ke ladies kitna bara role play kar sakti hain. j</w:t>
      </w:r>
    </w:p>
    <w:p>
      <w:pPr>
        <w:jc w:val="right"/>
      </w:pPr>
      <w:r>
        <w:t>جی۔ کہ ladies کتنا بڑا role play کر سکتی ہیں۔ جی</w:t>
      </w:r>
    </w:p>
    <w:p>
      <w:r>
        <w:rPr>
          <w:b/>
        </w:rPr>
        <w:t xml:space="preserve">[54:20] </w:t>
      </w:r>
      <w:r>
        <w:t>da'wat ke kaam mein aur hazrat khadija ka aap ne itna inspirational aaj talk diya doctor sahib. Alhamdulillah. Alhamdulillah. bohat se logon ke comments abhi tak aa rahe hain lekin time khatam ho gaya hai main nahi le pa raha hoon.</w:t>
      </w:r>
    </w:p>
    <w:p>
      <w:pPr>
        <w:jc w:val="right"/>
      </w:pPr>
      <w:r>
        <w:t>۔ دعوت کے کام میں اور حضرت خدیجہ کا آپ نے اتنا inspirational آج talk دیا ڈاکٹر صاحب۔ الحمدللہ۔ الحمدللہ۔ بہت سے لوگوں کے کمنٹس ابھی تک آ رہے ہیں لیکن ٹائم ختم ہو گیا ہے میں نہیں لے پا رہا ہوں۔</w:t>
      </w:r>
    </w:p>
    <w:p>
      <w:r>
        <w:rPr>
          <w:b/>
        </w:rPr>
        <w:t xml:space="preserve">[54:34] </w:t>
      </w:r>
      <w:r>
        <w:t>lekin sab sab logon ne session pasand kiya. aap ne bhi bohat sari baatein nai nai batai jo mujhe bhi kuch nahi pata tha. j jazak Allah doctor sahib.</w:t>
      </w:r>
    </w:p>
    <w:p>
      <w:pPr>
        <w:jc w:val="right"/>
      </w:pPr>
      <w:r>
        <w:t>لیکن سب سب لوگوں نے session پسند کیا۔ آپ نے بھی بہت ساری باتیں نئی نئی بتائیں جو مجھے بھی کچھ نہیں پتا تھا۔ جی جزاک اللہ ڈاکٹر صاحب۔</w:t>
      </w:r>
    </w:p>
    <w:p>
      <w:r>
        <w:rPr>
          <w:b/>
        </w:rPr>
        <w:t xml:space="preserve">[54:43] </w:t>
      </w:r>
      <w:r>
        <w:t>to doctor sahib hamein ab agle session ka intezar rahega. j. hazrat khadija ki story ka part</w:t>
      </w:r>
    </w:p>
    <w:p>
      <w:pPr>
        <w:jc w:val="right"/>
      </w:pPr>
      <w:r>
        <w:t>تو ڈاکٹر صاحب ہمیں اب اگلے session کا انتظار رہے گا۔ جی۔ حضرت خدیجہ کی story کا part</w:t>
      </w:r>
    </w:p>
    <w:p>
      <w:r>
        <w:rPr>
          <w:b/>
        </w:rPr>
        <w:t xml:space="preserve">[54:49] </w:t>
      </w:r>
      <w:r>
        <w:t>two is mein nai nai pehlu samne aap le kar aayen ge. jazak Allah for today session. Thank you so much doctor sahib. jazak Allah. And thank you everyone for watching today's program.</w:t>
      </w:r>
    </w:p>
    <w:p>
      <w:pPr>
        <w:jc w:val="right"/>
      </w:pPr>
      <w:r>
        <w:t>two اس میں نئے نئے پہلو سامنے آپ لے کر آئیں گے۔ جزاک اللہ for today session۔ Thank you so much ڈاکٹر صاحب۔ جزاک اللہ۔ And thank you everyone for watching today's program۔</w:t>
      </w:r>
    </w:p>
    <w:p>
      <w:r>
        <w:rPr>
          <w:b/>
        </w:rPr>
        <w:t xml:space="preserve">[54:59] </w:t>
      </w:r>
      <w:r>
        <w:t>We will be back next Sunday at 10:30 AM. Thank you.</w:t>
      </w:r>
    </w:p>
    <w:p>
      <w:pPr>
        <w:jc w:val="right"/>
      </w:pPr>
      <w:r>
        <w:t>We will be back next Sunday at 10:30 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