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The Second Empulsion of Man July 18, 2009</w:t>
      </w:r>
    </w:p>
    <w:p>
      <w:r>
        <w:t>https://youtu.be/cr8jHHM-lnw</w:t>
      </w:r>
    </w:p>
    <w:p>
      <w:r>
        <w:rPr>
          <w:b/>
        </w:rPr>
        <w:t xml:space="preserve">[00:10] </w:t>
      </w:r>
      <w:r>
        <w:t>Bismillah hir rehman nir rahim, wa sallallahu ala nabiyyil karim. Rab ishrah li sadri, wa yassir li amri,</w:t>
      </w:r>
    </w:p>
    <w:p>
      <w:pPr>
        <w:jc w:val="right"/>
      </w:pPr>
      <w:r>
        <w:t>بسم اللہ الرحمن الرحیم، وصلی اللہ علی النبی الکریم۔ رب اشرح لی صدری، ویسر لی امری،</w:t>
      </w:r>
    </w:p>
    <w:p>
      <w:r>
        <w:rPr>
          <w:b/>
        </w:rPr>
        <w:t xml:space="preserve">[00:25] </w:t>
      </w:r>
      <w:r>
        <w:t>w ahlul uqdata min lisani, yafqahu qawli.</w:t>
      </w:r>
    </w:p>
    <w:p>
      <w:pPr>
        <w:jc w:val="right"/>
      </w:pPr>
      <w:r>
        <w:t>واحل العقدۃ من لسانی، یفقہ قولی۔</w:t>
      </w:r>
    </w:p>
    <w:p>
      <w:r>
        <w:rPr>
          <w:b/>
        </w:rPr>
        <w:t xml:space="preserve">[00:33] </w:t>
      </w:r>
      <w:r>
        <w:t>The topic for this evening is the second explosion of man.</w:t>
      </w:r>
    </w:p>
    <w:p>
      <w:pPr>
        <w:jc w:val="right"/>
      </w:pPr>
      <w:r>
        <w:t>دا ٹاپک فار دس ایوننگ از دا سیکنڈ ایکسپلژن آف مین۔</w:t>
      </w:r>
    </w:p>
    <w:p>
      <w:r>
        <w:rPr>
          <w:b/>
        </w:rPr>
        <w:t xml:space="preserve">[00:48] </w:t>
      </w:r>
      <w:r>
        <w:t>This theme is derived from the account of account given in the Quran and also in the Bible about mankind's history.</w:t>
      </w:r>
    </w:p>
    <w:p>
      <w:pPr>
        <w:jc w:val="right"/>
      </w:pPr>
      <w:r>
        <w:t>دس تھیم از ڈرائیو فرام دی اکاؤنٹ آف اکاؤنٹ گیون ان دا قرآن اینڈ السو ان دا بائبل اباؤٹ مین کائنڈز ہسٹری۔</w:t>
      </w:r>
    </w:p>
    <w:p>
      <w:r>
        <w:rPr>
          <w:b/>
        </w:rPr>
        <w:t xml:space="preserve">[01:00] </w:t>
      </w:r>
      <w:r>
        <w:t>I will begin my talk from the creation of paradise. God Almighty created paradise as an ideal world, perfect world</w:t>
      </w:r>
    </w:p>
    <w:p>
      <w:pPr>
        <w:jc w:val="right"/>
      </w:pPr>
      <w:r>
        <w:t>ائی ویل بگن مائی ٹاک فرام دا کریشن آف پیراڈائز۔ گاڈ المائٹی کریٹڈ پیراڈائز ایز این ائیڈیل ورلڈ، پرفیکٹ ورلڈ</w:t>
      </w:r>
    </w:p>
    <w:p>
      <w:r>
        <w:rPr>
          <w:b/>
        </w:rPr>
        <w:t xml:space="preserve">[01:23] </w:t>
      </w:r>
      <w:r>
        <w:t>In the paradise there was all kind of</w:t>
      </w:r>
    </w:p>
    <w:p>
      <w:pPr>
        <w:jc w:val="right"/>
      </w:pPr>
      <w:r>
        <w:t>۔ ان دی پیراڈائز دیر واز ال کائنڈ آف</w:t>
      </w:r>
    </w:p>
    <w:p>
      <w:r>
        <w:rPr>
          <w:b/>
        </w:rPr>
        <w:t xml:space="preserve">[01:30] </w:t>
      </w:r>
      <w:r>
        <w:t>comfort and luxury and happiness.</w:t>
      </w:r>
    </w:p>
    <w:p>
      <w:pPr>
        <w:jc w:val="right"/>
      </w:pPr>
      <w:r>
        <w:t>کمفرٹ اینڈ لگزری اینڈ ہیپینس۔</w:t>
      </w:r>
    </w:p>
    <w:p>
      <w:r>
        <w:rPr>
          <w:b/>
        </w:rPr>
        <w:t xml:space="preserve">[01:38] </w:t>
      </w:r>
      <w:r>
        <w:t>Then God Almighty created Adam as the first human being and also his wife Eve.</w:t>
      </w:r>
    </w:p>
    <w:p>
      <w:pPr>
        <w:jc w:val="right"/>
      </w:pPr>
      <w:r>
        <w:t>دین گاڈ المائٹی کریٹڈ آدم ایز دا فرسٹ ہیومن بینگ اینڈ السو ہز وائف ایو۔</w:t>
      </w:r>
    </w:p>
    <w:p>
      <w:r>
        <w:rPr>
          <w:b/>
        </w:rPr>
        <w:t xml:space="preserve">[01:52] </w:t>
      </w:r>
      <w:r>
        <w:t>God settled Adam in the paradise. He said: "This is the verse of the Quran."</w:t>
      </w:r>
    </w:p>
    <w:p>
      <w:pPr>
        <w:jc w:val="right"/>
      </w:pPr>
      <w:r>
        <w:t>گاڈ سیٹل آدم ان دی پیراڈائز۔ ہی سیڈ: "دس از دا ورس آف دا قرآن۔"</w:t>
      </w:r>
    </w:p>
    <w:p>
      <w:r>
        <w:rPr>
          <w:b/>
        </w:rPr>
        <w:t xml:space="preserve">[02:22] </w:t>
      </w:r>
      <w:r>
        <w:t>O Adam, you and your wife, 12 in paradise.</w:t>
      </w:r>
    </w:p>
    <w:p>
      <w:pPr>
        <w:jc w:val="right"/>
      </w:pPr>
      <w:r>
        <w:t>او آدم، یو اینڈ یور وائف، 12 ان پیراڈائز۔</w:t>
      </w:r>
    </w:p>
    <w:p>
      <w:r>
        <w:rPr>
          <w:b/>
        </w:rPr>
        <w:t xml:space="preserve">[02:34] </w:t>
      </w:r>
      <w:r>
        <w:t>With freedom, you can enjoy all the boundaries of your Lord, all the comforts in the paradise.</w:t>
      </w:r>
    </w:p>
    <w:p>
      <w:pPr>
        <w:jc w:val="right"/>
      </w:pPr>
      <w:r>
        <w:t>ود فریڈم، یو کین انجوائے ال دا باؤنڈریز آف یور لارڈ، ال دا کمفرٹس ان دی پیراڈائز۔</w:t>
      </w:r>
    </w:p>
    <w:p>
      <w:r>
        <w:rPr>
          <w:b/>
        </w:rPr>
        <w:t xml:space="preserve">[02:47] </w:t>
      </w:r>
      <w:r>
        <w:t>bat der waz a fibren tree.</w:t>
      </w:r>
    </w:p>
    <w:p>
      <w:pPr>
        <w:jc w:val="right"/>
      </w:pPr>
      <w:r>
        <w:t>بٹ دیر واز ا فائبرین ٹری۔</w:t>
      </w:r>
    </w:p>
    <w:p>
      <w:r>
        <w:rPr>
          <w:b/>
        </w:rPr>
        <w:t xml:space="preserve">[02:54] </w:t>
      </w:r>
      <w:r>
        <w:t>god said: "la taqrab shajar fatakoon min az-zalimeen. don't approach this tree, otherwise you will be declared a zalim. " zalim means transgressor.</w:t>
      </w:r>
    </w:p>
    <w:p>
      <w:pPr>
        <w:jc w:val="right"/>
      </w:pPr>
      <w:r>
        <w:t>گاڈ سیڈ: "لا تقرب شجر فتکون من الظالمین۔ ڈونٹ اپروچ دس ٹری، ادروائز یو ول بی ڈیکلیئرڈ ا ظالم۔" ظالم مینز ٹرانسگریسر۔</w:t>
      </w:r>
    </w:p>
    <w:p>
      <w:r>
        <w:rPr>
          <w:b/>
        </w:rPr>
        <w:t xml:space="preserve">[03:18] </w:t>
      </w:r>
      <w:r>
        <w:t>so this was the only condition.</w:t>
      </w:r>
    </w:p>
    <w:p>
      <w:pPr>
        <w:jc w:val="right"/>
      </w:pPr>
      <w:r>
        <w:t>سو دس واز دا اونلی کنڈیشن۔</w:t>
      </w:r>
    </w:p>
    <w:p>
      <w:r>
        <w:rPr>
          <w:b/>
        </w:rPr>
        <w:t xml:space="preserve">[03:23] </w:t>
      </w:r>
      <w:r>
        <w:t>adam and his wife both started living in the paradise with all kind of happiness.</w:t>
      </w:r>
    </w:p>
    <w:p>
      <w:pPr>
        <w:jc w:val="right"/>
      </w:pPr>
      <w:r>
        <w:t>آدم اینڈ ہز وائف بوتھ سٹارٹڈ لیونگ ان دی پیراڈائز ود ال کائنڈ آف ہیپینس۔</w:t>
      </w:r>
    </w:p>
    <w:p>
      <w:r>
        <w:rPr>
          <w:b/>
        </w:rPr>
        <w:t xml:space="preserve">[03:35] </w:t>
      </w:r>
      <w:r>
        <w:t>but after some time, they became victim of their temptation.</w:t>
      </w:r>
    </w:p>
    <w:p>
      <w:pPr>
        <w:jc w:val="right"/>
      </w:pPr>
      <w:r>
        <w:t>بٹ افٹر سم ٹائم، دے بیکم وکٹم آف دیر ٹیمپٹیشن۔</w:t>
      </w:r>
    </w:p>
    <w:p>
      <w:r>
        <w:rPr>
          <w:b/>
        </w:rPr>
        <w:t xml:space="preserve">[03:45] </w:t>
      </w:r>
      <w:r>
        <w:t>so out of temptation, they ate the fruit of fibren tree. this was a case of transgression.</w:t>
      </w:r>
    </w:p>
    <w:p>
      <w:pPr>
        <w:jc w:val="right"/>
      </w:pPr>
      <w:r>
        <w:t>سو آؤٹ آف ٹیمپٹیشن، دے ایٹ دا فروٹ آف فائبرین ٹری۔ دس واز ا کیس آف ٹرانسگریشن۔</w:t>
      </w:r>
    </w:p>
    <w:p>
      <w:r>
        <w:rPr>
          <w:b/>
        </w:rPr>
        <w:t xml:space="preserve">[04:00] </w:t>
      </w:r>
      <w:r>
        <w:t>so they, so god expelled them from paradise, and then they settle in the planet earth.</w:t>
      </w:r>
    </w:p>
    <w:p>
      <w:pPr>
        <w:jc w:val="right"/>
      </w:pPr>
      <w:r>
        <w:t>سو دے، سو گاڈ ایکسپیلڈ دیم فرام پیراڈائز، اینڈ دین دے سیٹل ان دی پلینٹ ارتھ۔</w:t>
      </w:r>
    </w:p>
    <w:p>
      <w:r>
        <w:rPr>
          <w:b/>
        </w:rPr>
        <w:t xml:space="preserve">[04:16] </w:t>
      </w:r>
      <w:r>
        <w:t>god send that dwel in this planet for a time being.</w:t>
      </w:r>
    </w:p>
    <w:p>
      <w:pPr>
        <w:jc w:val="right"/>
      </w:pPr>
      <w:r>
        <w:t>گاڈ سینڈ دیٹ ڈویل ان دس پلینٹ فار ا ٹائم بینگ۔</w:t>
      </w:r>
    </w:p>
    <w:p>
      <w:r>
        <w:rPr>
          <w:b/>
        </w:rPr>
        <w:t xml:space="preserve">[04:27] </w:t>
      </w:r>
      <w:r>
        <w:t>so the same account to the quran, the condition that was in paradise, the same condition</w:t>
      </w:r>
    </w:p>
    <w:p>
      <w:pPr>
        <w:jc w:val="right"/>
      </w:pPr>
      <w:r>
        <w:t>سو دا سیم اکاؤنٹ ٹو دا قرآن، دا کنڈیشن دیٹ واز ان پیراڈائز، دا سیم کنڈیشن</w:t>
      </w:r>
    </w:p>
    <w:p>
      <w:r>
        <w:rPr>
          <w:b/>
        </w:rPr>
        <w:t xml:space="preserve">[04:41] </w:t>
      </w:r>
      <w:r>
        <w:t>is here also.</w:t>
      </w:r>
    </w:p>
    <w:p>
      <w:pPr>
        <w:jc w:val="right"/>
      </w:pPr>
      <w:r>
        <w:t>از ہیر السو۔</w:t>
      </w:r>
    </w:p>
    <w:p>
      <w:r>
        <w:rPr>
          <w:b/>
        </w:rPr>
        <w:t xml:space="preserve">[04:45] </w:t>
      </w:r>
      <w:r>
        <w:t>in this world, there is planet earth. man is free, but at the same time, there are some forbidden tree.</w:t>
      </w:r>
    </w:p>
    <w:p>
      <w:pPr>
        <w:jc w:val="right"/>
      </w:pPr>
      <w:r>
        <w:t>ان دس ورلڈ، دیر از پلینٹ ارتھ۔ مین از فری، بٹ ایٹ دا سیم ٹائم، دیر ار سم فاربیڈنٹری۔</w:t>
      </w:r>
    </w:p>
    <w:p>
      <w:r>
        <w:rPr>
          <w:b/>
        </w:rPr>
        <w:t xml:space="preserve">[05:01] </w:t>
      </w:r>
      <w:r>
        <w:t>so god almighty gave guidance to adam, and he told him and his generation: "not</w:t>
      </w:r>
    </w:p>
    <w:p>
      <w:pPr>
        <w:jc w:val="right"/>
      </w:pPr>
      <w:r>
        <w:t>سو گاڈ المائٹی گیو گائیڈنس ٹو آدم، اینڈ ہی ٹول ہم اینڈ ہز جنریشن: "ناٹ</w:t>
      </w:r>
    </w:p>
    <w:p>
      <w:r>
        <w:rPr>
          <w:b/>
        </w:rPr>
        <w:t xml:space="preserve">[05:20] </w:t>
      </w:r>
      <w:r>
        <w:t>don't approach the fibren tree. " that is: "don't misuse your freedom,</w:t>
      </w:r>
    </w:p>
    <w:p>
      <w:pPr>
        <w:jc w:val="right"/>
      </w:pPr>
      <w:r>
        <w:t>ڈونٹ اپروچ دی فائبرین ٹری۔" دیٹ از: "ڈونٹ مس یوز یور فریڈم،</w:t>
      </w:r>
    </w:p>
    <w:p>
      <w:r>
        <w:rPr>
          <w:b/>
        </w:rPr>
        <w:t xml:space="preserve">[05:30] </w:t>
      </w:r>
      <w:r>
        <w:t>otherwise you will be declared as a transgressor. " so god almighty created man with conscience, with reason,</w:t>
      </w:r>
    </w:p>
    <w:p>
      <w:pPr>
        <w:jc w:val="right"/>
      </w:pPr>
      <w:r>
        <w:t>ادروائز یو ول بی ڈیکلیئرڈ ایز ا ٹرانسگریسر۔" سو گاڈ المائٹی کریٹڈ مین ود کانشینس، ود ریزن،</w:t>
      </w:r>
    </w:p>
    <w:p>
      <w:r>
        <w:rPr>
          <w:b/>
        </w:rPr>
        <w:t xml:space="preserve">[05:46] </w:t>
      </w:r>
      <w:r>
        <w:t>with with wisdom. so by nature, he himself was able to distinguish between good and bad.</w:t>
      </w:r>
    </w:p>
    <w:p>
      <w:pPr>
        <w:jc w:val="right"/>
      </w:pPr>
      <w:r>
        <w:t>ود ود وزڈم۔ سو بائی نیچر، ہی ہم سیلف واز ایبل ٹو ڈسٹنگوش بٹوین گڈ اینڈ بیڈ۔</w:t>
      </w:r>
    </w:p>
    <w:p>
      <w:r>
        <w:rPr>
          <w:b/>
        </w:rPr>
        <w:t xml:space="preserve">[06:00] </w:t>
      </w:r>
      <w:r>
        <w:t>then god almighty send prophets in every generation. thumma arsalna rusulana tutara.</w:t>
      </w:r>
    </w:p>
    <w:p>
      <w:pPr>
        <w:jc w:val="right"/>
      </w:pPr>
      <w:r>
        <w:t>دین گاڈ المائٹی سینڈ پرافٹس ان ایوری جنریشن۔ ثم ارسلنا رسلنا تطرا۔</w:t>
      </w:r>
    </w:p>
    <w:p>
      <w:r>
        <w:rPr>
          <w:b/>
        </w:rPr>
        <w:t xml:space="preserve">[06:13] </w:t>
      </w:r>
      <w:r>
        <w:t>in every generation of man, in every part of the world, in every community, god almighty send his prophets.</w:t>
      </w:r>
    </w:p>
    <w:p>
      <w:pPr>
        <w:jc w:val="right"/>
      </w:pPr>
      <w:r>
        <w:t>ان ایوری جنریشن آف مین، ان ایوری پارٹ آف دا ورلڈ، ان ایوری کمیونٹی، گاڈ المائٹی سینڈ ہز پرافٹس۔</w:t>
      </w:r>
    </w:p>
    <w:p>
      <w:r>
        <w:rPr>
          <w:b/>
        </w:rPr>
        <w:t xml:space="preserve">[06:35] </w:t>
      </w:r>
      <w:r>
        <w:t>there was two different periods of prophethood</w:t>
      </w:r>
    </w:p>
    <w:p>
      <w:pPr>
        <w:jc w:val="right"/>
      </w:pPr>
      <w:r>
        <w:t>دیر واز ٹو ڈفرنٹ پیریڈز آف پرافٹ ہڈ</w:t>
      </w:r>
    </w:p>
    <w:p>
      <w:r>
        <w:rPr>
          <w:b/>
        </w:rPr>
        <w:t xml:space="preserve">[06:42] </w:t>
      </w:r>
      <w:r>
        <w:t>. first was from adam to muhammad.</w:t>
      </w:r>
    </w:p>
    <w:p>
      <w:pPr>
        <w:jc w:val="right"/>
      </w:pPr>
      <w:r>
        <w:t>۔ فرسٹ واز فرام آدم ٹو محمد۔</w:t>
      </w:r>
    </w:p>
    <w:p>
      <w:r>
        <w:rPr>
          <w:b/>
        </w:rPr>
        <w:t xml:space="preserve">[06:51] </w:t>
      </w:r>
      <w:r>
        <w:t>in this period, man was guided by prophets. this was the phase of, you can say, that upward phase.</w:t>
      </w:r>
    </w:p>
    <w:p>
      <w:pPr>
        <w:jc w:val="right"/>
      </w:pPr>
      <w:r>
        <w:t>ان دس پیریڈ، مین واز گائیڈڈ بائی پرافٹس۔ دس واز دا فیز آف، یو کین سی، دیٹ اپورڈ فیز۔</w:t>
      </w:r>
    </w:p>
    <w:p>
      <w:r>
        <w:rPr>
          <w:b/>
        </w:rPr>
        <w:t xml:space="preserve">[07:09] </w:t>
      </w:r>
      <w:r>
        <w:t>then after muhammad, muhammad sallallahu alaihi wasallam was final prophet, and quran was final book.</w:t>
      </w:r>
    </w:p>
    <w:p>
      <w:pPr>
        <w:jc w:val="right"/>
      </w:pPr>
      <w:r>
        <w:t>دین افٹر محمد، محمد صلی اللہ علیہ وسلم واز فائنل پرافٹ، اینڈ قرآن واز فائنل بک۔</w:t>
      </w:r>
    </w:p>
    <w:p>
      <w:r>
        <w:rPr>
          <w:b/>
        </w:rPr>
        <w:t xml:space="preserve">[07:18] </w:t>
      </w:r>
      <w:r>
        <w:t>so after muhammad, the journey of, of journey of truth or guidance was going downward.</w:t>
      </w:r>
    </w:p>
    <w:p>
      <w:pPr>
        <w:jc w:val="right"/>
      </w:pPr>
      <w:r>
        <w:t>سو افٹر محمد، دا جرنی آف، آف جرنی آف ٹروتھ اور گائیڈنس واز گوئنگ ڈاؤن ورڈ۔</w:t>
      </w:r>
    </w:p>
    <w:p>
      <w:r>
        <w:rPr>
          <w:b/>
        </w:rPr>
        <w:t xml:space="preserve">[07:37] </w:t>
      </w:r>
      <w:r>
        <w:t>it is this fact that was given in a hadith: "prophet of islam has said: 'i</w:t>
      </w:r>
    </w:p>
    <w:p>
      <w:pPr>
        <w:jc w:val="right"/>
      </w:pPr>
      <w:r>
        <w:t>اٹ از دس فیکٹ دیٹ واز گیون ان اے حدیث: "پرافٹ آف اسلام ہیز سیڈ: 'ای</w:t>
      </w:r>
    </w:p>
    <w:p>
      <w:r>
        <w:rPr>
          <w:b/>
        </w:rPr>
        <w:t xml:space="preserve">[07:49] </w:t>
      </w:r>
      <w:r>
        <w:t>and qiamat, i and doomsday was send together.'</w:t>
      </w:r>
    </w:p>
    <w:p>
      <w:pPr>
        <w:jc w:val="right"/>
      </w:pPr>
      <w:r>
        <w:t>اینڈ قیامت، ائی اینڈ ڈومز ڈے واز سینڈ ٹوگیدر۔'</w:t>
      </w:r>
    </w:p>
    <w:p>
      <w:r>
        <w:rPr>
          <w:b/>
        </w:rPr>
        <w:t xml:space="preserve">[08:02] </w:t>
      </w:r>
      <w:r>
        <w:t>" so now, this period is countdown period. countdown period.</w:t>
      </w:r>
    </w:p>
    <w:p>
      <w:pPr>
        <w:jc w:val="right"/>
      </w:pPr>
      <w:r>
        <w:t>" سو ناؤ، دس پیریڈ از کاؤنٹ ڈاؤن پیریڈ۔ کاؤنٹ ڈاؤن پیریڈ۔</w:t>
      </w:r>
    </w:p>
    <w:p>
      <w:r>
        <w:rPr>
          <w:b/>
        </w:rPr>
        <w:t xml:space="preserve">[08:14] </w:t>
      </w:r>
      <w:r>
        <w:t>so if you read the quran, you will find that in the whole history, prophets were people responded prophets negatively.</w:t>
      </w:r>
    </w:p>
    <w:p>
      <w:pPr>
        <w:jc w:val="right"/>
      </w:pPr>
      <w:r>
        <w:t>سو اف یو ریڈ دا قرآن، یو ویل فائنڈ دیٹ ان دا ہول ہسٹری، پرافٹس ویر پیپل ریسپانڈڈ پرافٹس نیگیٹیولی۔</w:t>
      </w:r>
    </w:p>
    <w:p>
      <w:r>
        <w:rPr>
          <w:b/>
        </w:rPr>
        <w:t xml:space="preserve">[08:32] </w:t>
      </w:r>
      <w:r>
        <w:t>only few people responded positively,</w:t>
      </w:r>
    </w:p>
    <w:p>
      <w:pPr>
        <w:jc w:val="right"/>
      </w:pPr>
      <w:r>
        <w:t>اونلی فیو پیپل ریسپانڈڈ پوزیٹیولی،</w:t>
      </w:r>
    </w:p>
    <w:p>
      <w:r>
        <w:rPr>
          <w:b/>
        </w:rPr>
        <w:t xml:space="preserve">[08:38] </w:t>
      </w:r>
      <w:r>
        <w:t>except prophet Muhammad sallallahu alaihi wasallam.</w:t>
      </w:r>
    </w:p>
    <w:p>
      <w:pPr>
        <w:jc w:val="right"/>
      </w:pPr>
      <w:r>
        <w:t>ایکسیپٹ پرافٹ محمد صلی اللہ علیہ وسلم۔</w:t>
      </w:r>
    </w:p>
    <w:p>
      <w:r>
        <w:rPr>
          <w:b/>
        </w:rPr>
        <w:t xml:space="preserve">[08:42] </w:t>
      </w:r>
      <w:r>
        <w:t>prophet Muhammad was able to convince</w:t>
      </w:r>
    </w:p>
    <w:p>
      <w:pPr>
        <w:jc w:val="right"/>
      </w:pPr>
      <w:r>
        <w:t>پرافٹ محمد واز ایبل ٹو کنونس</w:t>
      </w:r>
    </w:p>
    <w:p>
      <w:r>
        <w:rPr>
          <w:b/>
        </w:rPr>
        <w:t xml:space="preserve">[08:45] </w:t>
      </w:r>
      <w:r>
        <w:t>tha and tha people,</w:t>
      </w:r>
    </w:p>
    <w:p>
      <w:pPr>
        <w:jc w:val="right"/>
      </w:pPr>
      <w:r>
        <w:t>تھا اینڈ تھا پیپل،</w:t>
      </w:r>
    </w:p>
    <w:p>
      <w:r>
        <w:rPr>
          <w:b/>
        </w:rPr>
        <w:t xml:space="preserve">[08:48] </w:t>
      </w:r>
      <w:r>
        <w:t>and first time in the prophetic history, that</w:t>
      </w:r>
    </w:p>
    <w:p>
      <w:pPr>
        <w:jc w:val="right"/>
      </w:pPr>
      <w:r>
        <w:t>اینڈ فرسٹ ٹائم ان دا پرافٹک ہسٹری، دیٹ</w:t>
      </w:r>
    </w:p>
    <w:p>
      <w:r>
        <w:rPr>
          <w:b/>
        </w:rPr>
        <w:t xml:space="preserve">[08:53] </w:t>
      </w:r>
      <w:r>
        <w:t>prophet Muhammad companions</w:t>
      </w:r>
    </w:p>
    <w:p>
      <w:pPr>
        <w:jc w:val="right"/>
      </w:pPr>
      <w:r>
        <w:t>پرافٹ محمد کمپینینز</w:t>
      </w:r>
    </w:p>
    <w:p>
      <w:r>
        <w:rPr>
          <w:b/>
        </w:rPr>
        <w:t xml:space="preserve">[08:56] </w:t>
      </w:r>
      <w:r>
        <w:t>were more than 100 tha</w:t>
      </w:r>
    </w:p>
    <w:p>
      <w:pPr>
        <w:jc w:val="right"/>
      </w:pPr>
      <w:r>
        <w:t>ویر مور دین 100 تھا</w:t>
      </w:r>
    </w:p>
    <w:p>
      <w:r>
        <w:rPr>
          <w:b/>
        </w:rPr>
        <w:t xml:space="preserve">[09:02] </w:t>
      </w:r>
      <w:r>
        <w:t>companions.</w:t>
      </w:r>
    </w:p>
    <w:p>
      <w:pPr>
        <w:jc w:val="right"/>
      </w:pPr>
      <w:r>
        <w:t>کمپینینز۔</w:t>
      </w:r>
    </w:p>
    <w:p>
      <w:r>
        <w:rPr>
          <w:b/>
        </w:rPr>
        <w:t xml:space="preserve">[09:06] </w:t>
      </w:r>
      <w:r>
        <w:t>then after Muhammad sallallahu alaihi wasallam, started the second phase of history. in every generation, there were some reformers, some mujaddid who, warn people who, gave people the prophetic message again and again.</w:t>
      </w:r>
    </w:p>
    <w:p>
      <w:pPr>
        <w:jc w:val="right"/>
      </w:pPr>
      <w:r>
        <w:t>دین افٹر محمد صلی اللہ علیہ وسلم، سٹارٹڈ دا سیکنڈ فیز آف ہسٹری۔ ان ایوری جنریشن، دیر ویر سم ریفارمرز، سم مجدد ہو، وارن پیپل ہو، گیو پیپل دا پرافٹک میسج اگین اینڈ اگین۔</w:t>
      </w:r>
    </w:p>
    <w:p>
      <w:r>
        <w:rPr>
          <w:b/>
        </w:rPr>
        <w:t xml:space="preserve">[09:34] </w:t>
      </w:r>
      <w:r>
        <w:t>but again, it happened that very few people were able to respond positively. and now, we we can see the history is going to end.</w:t>
      </w:r>
    </w:p>
    <w:p>
      <w:pPr>
        <w:jc w:val="right"/>
      </w:pPr>
      <w:r>
        <w:t>بٹ اگین، اٹ ہیپن دیٹ ویری فیو پیپل وار ایبل ٹو ریسپانڈ پوزیٹیولی۔ اینڈ ناؤ، وی وی کین سی دا ہسٹری از گوئنگ ٹو اینڈ۔</w:t>
      </w:r>
    </w:p>
    <w:p>
      <w:r>
        <w:rPr>
          <w:b/>
        </w:rPr>
        <w:t xml:space="preserve">[09:52] </w:t>
      </w:r>
      <w:r>
        <w:t>i think that at present, there are so many signs that tell us that we are heading to the end of history.</w:t>
      </w:r>
    </w:p>
    <w:p>
      <w:pPr>
        <w:jc w:val="right"/>
      </w:pPr>
      <w:r>
        <w:t>ائی تھنک دیٹ ایٹ پریزنٹ، دیر ار سو مینی سائنز دیٹ ٹیل اس دیٹ وی ار ہیڈنگ ٹو دا اینڈ آف ہسٹری۔</w:t>
      </w:r>
    </w:p>
    <w:p>
      <w:r>
        <w:rPr>
          <w:b/>
        </w:rPr>
        <w:t xml:space="preserve">[10:07] </w:t>
      </w:r>
      <w:r>
        <w:t>because man was setle here only for test. it was a testing period.</w:t>
      </w:r>
    </w:p>
    <w:p>
      <w:pPr>
        <w:jc w:val="right"/>
      </w:pPr>
      <w:r>
        <w:t>بیکاز مین واز سیٹل ہیر اونلی فار ٹیسٹ۔ اٹ واز ا ٹیسٹنگ پیریڈ۔</w:t>
      </w:r>
    </w:p>
    <w:p>
      <w:r>
        <w:rPr>
          <w:b/>
        </w:rPr>
        <w:t xml:space="preserve">[10:14] </w:t>
      </w:r>
      <w:r>
        <w:t>so when test is over, then there there there will be the second explosion.</w:t>
      </w:r>
    </w:p>
    <w:p>
      <w:pPr>
        <w:jc w:val="right"/>
      </w:pPr>
      <w:r>
        <w:t>سو وین ٹیسٹ از اوور، دین دیر دیر دیر ول بی دا سیکنڈ ایکسپلژن۔</w:t>
      </w:r>
    </w:p>
    <w:p>
      <w:r>
        <w:rPr>
          <w:b/>
        </w:rPr>
        <w:t xml:space="preserve">[10:25] </w:t>
      </w:r>
      <w:r>
        <w:t>to first time at the at the at the beginning of history, Adam was Adam and his family was expelled from the paradise.</w:t>
      </w:r>
    </w:p>
    <w:p>
      <w:pPr>
        <w:jc w:val="right"/>
      </w:pPr>
      <w:r>
        <w:t>تو فرسٹ ٹائم ایٹ دا ایٹ دا ایٹ دا بگننگ آف ہسٹری، آدم واز آدم اینڈ ہز فیملی واز ایکسپیلڈ فرام دی پیراڈائز۔</w:t>
      </w:r>
    </w:p>
    <w:p>
      <w:r>
        <w:rPr>
          <w:b/>
        </w:rPr>
        <w:t xml:space="preserve">[10:39] </w:t>
      </w:r>
      <w:r>
        <w:t>and now, the time will come when the whole mankind will be expelled from from this planet, planet earth.</w:t>
      </w:r>
    </w:p>
    <w:p>
      <w:pPr>
        <w:jc w:val="right"/>
      </w:pPr>
      <w:r>
        <w:t>اینڈ ناؤ، دا ٹائم ول کم وین دا ہول مین کائنڈ ول بی ایکسپیلڈ فرام فرام دس پلینٹ، پلینٹ ارتھ۔</w:t>
      </w:r>
    </w:p>
    <w:p>
      <w:r>
        <w:rPr>
          <w:b/>
        </w:rPr>
        <w:t xml:space="preserve">[10:50] </w:t>
      </w:r>
      <w:r>
        <w:t>that is similar to paradise.</w:t>
      </w:r>
    </w:p>
    <w:p>
      <w:pPr>
        <w:jc w:val="right"/>
      </w:pPr>
      <w:r>
        <w:t>دیٹ از سمیلر ٹو پیراڈائز۔</w:t>
      </w:r>
    </w:p>
    <w:p>
      <w:r>
        <w:rPr>
          <w:b/>
        </w:rPr>
        <w:t xml:space="preserve">[10:55] </w:t>
      </w:r>
      <w:r>
        <w:t>planet earth is similar to paradise. account to the quran, is similar.</w:t>
      </w:r>
    </w:p>
    <w:p>
      <w:pPr>
        <w:jc w:val="right"/>
      </w:pPr>
      <w:r>
        <w:t>پلینٹ ارتھ از سمیلر ٹو پیراڈائز۔ اکاؤنٹ ٹو دا قرآن، از سمیلر۔</w:t>
      </w:r>
    </w:p>
    <w:p>
      <w:r>
        <w:rPr>
          <w:b/>
        </w:rPr>
        <w:t xml:space="preserve">[11:06] </w:t>
      </w:r>
      <w:r>
        <w:t>there is verse in the quran: "so planet earth is similar paradise."</w:t>
      </w:r>
    </w:p>
    <w:p>
      <w:pPr>
        <w:jc w:val="right"/>
      </w:pPr>
      <w:r>
        <w:t>دیر از ورس ان دا قرآن: "سو پلینٹ ارتھ از سمیلر پیراڈائز۔"</w:t>
      </w:r>
    </w:p>
    <w:p>
      <w:r>
        <w:rPr>
          <w:b/>
        </w:rPr>
        <w:t xml:space="preserve">[11:23] </w:t>
      </w:r>
      <w:r>
        <w:t>so first explosion was at the time of Adam, and the second explosion will be at the time of surah israfil.</w:t>
      </w:r>
    </w:p>
    <w:p>
      <w:pPr>
        <w:jc w:val="right"/>
      </w:pPr>
      <w:r>
        <w:t>سو فرسٹ ایکسپلژن واز ایٹ دا ٹائم آف آدم، اینڈ دا سیکنڈ ایکسپلژن ول بی ایٹ دا ٹائم آف سورہ اسرافیل۔</w:t>
      </w:r>
    </w:p>
    <w:p>
      <w:r>
        <w:rPr>
          <w:b/>
        </w:rPr>
        <w:t xml:space="preserve">[11:35] </w:t>
      </w:r>
      <w:r>
        <w:t>and as prophet of Islam has said that: "ay and qayamah was sent together</w:t>
      </w:r>
    </w:p>
    <w:p>
      <w:pPr>
        <w:jc w:val="right"/>
      </w:pPr>
      <w:r>
        <w:t>اینڈ ایز پرافٹ آف اسلام ہیز سیڈ دیٹ: "ای اینڈ قیامت واز سینڈ ٹوگیدر</w:t>
      </w:r>
    </w:p>
    <w:p>
      <w:r>
        <w:rPr>
          <w:b/>
        </w:rPr>
        <w:t xml:space="preserve">[11:48] </w:t>
      </w:r>
      <w:r>
        <w:t>." so all the sign given in the hadith is now become clear every day.</w:t>
      </w:r>
    </w:p>
    <w:p>
      <w:pPr>
        <w:jc w:val="right"/>
      </w:pPr>
      <w:r>
        <w:t>۔" سو ال دا سائن گیون ان دا حدیث از ناؤ بیکم کلیئر ایوری ڈے۔</w:t>
      </w:r>
    </w:p>
    <w:p>
      <w:r>
        <w:rPr>
          <w:b/>
        </w:rPr>
        <w:t xml:space="preserve">[11:59] </w:t>
      </w:r>
      <w:r>
        <w:t>For example, let's take the global warming. What is global warming? Global warming is nothing but global warning with an.</w:t>
      </w:r>
    </w:p>
    <w:p>
      <w:pPr>
        <w:jc w:val="right"/>
      </w:pPr>
      <w:r>
        <w:t>فار ایگزیمپل، لیٹس ٹیک دا گلوبل وارمنگ۔ واٹ از گلوبل وارمنگ؟ گلوبل وارمنگ از نتھنگ بٹ گلوبل وارننگ ود این۔</w:t>
      </w:r>
    </w:p>
    <w:p>
      <w:r>
        <w:rPr>
          <w:b/>
        </w:rPr>
        <w:t xml:space="preserve">[12:14] </w:t>
      </w:r>
      <w:r>
        <w:t>global warning a</w:t>
      </w:r>
    </w:p>
    <w:p>
      <w:pPr>
        <w:jc w:val="right"/>
      </w:pPr>
      <w:r>
        <w:t>گلوبل وارننگ ا</w:t>
      </w:r>
    </w:p>
    <w:p>
      <w:r>
        <w:rPr>
          <w:b/>
        </w:rPr>
        <w:t xml:space="preserve">[12:16] </w:t>
      </w:r>
      <w:r>
        <w:t>it means that god almighty</w:t>
      </w:r>
    </w:p>
    <w:p>
      <w:pPr>
        <w:jc w:val="right"/>
      </w:pPr>
      <w:r>
        <w:t>ٹ مینز دیٹ گاڈ المائٹی</w:t>
      </w:r>
    </w:p>
    <w:p>
      <w:r>
        <w:rPr>
          <w:b/>
        </w:rPr>
        <w:t xml:space="preserve">[12:23] </w:t>
      </w:r>
      <w:r>
        <w:t>is warn us that time is very near. countdown has reach to its to its last number.</w:t>
      </w:r>
    </w:p>
    <w:p>
      <w:pPr>
        <w:jc w:val="right"/>
      </w:pPr>
      <w:r>
        <w:t>از وارن اس دیٹ ٹائم از ویری نیئر۔ کاؤنٹ ڈاؤن ہیز ریچ ٹو اٹس ٹو اٹس لاسٹ نمبر۔</w:t>
      </w:r>
    </w:p>
    <w:p>
      <w:r>
        <w:rPr>
          <w:b/>
        </w:rPr>
        <w:t xml:space="preserve">[12:36] </w:t>
      </w:r>
      <w:r>
        <w:t>this world was not created for ever, for eternity. it was created for temporary period. that is testing period.</w:t>
      </w:r>
    </w:p>
    <w:p>
      <w:pPr>
        <w:jc w:val="right"/>
      </w:pPr>
      <w:r>
        <w:t>دس ورلڈ واز ناٹ کریٹڈ فار ایور، فار ایٹرنیٹی۔ اٹ واز کریٹڈ فار ٹیمپریری پیریڈ۔ دیٹ از ٹیسٹنگ پیریڈ۔</w:t>
      </w:r>
    </w:p>
    <w:p>
      <w:r>
        <w:rPr>
          <w:b/>
        </w:rPr>
        <w:t xml:space="preserve">[12:46] </w:t>
      </w:r>
      <w:r>
        <w:t>so now, it is very clear that man has fail. now, there in every aspect, people are people are people are.</w:t>
      </w:r>
    </w:p>
    <w:p>
      <w:pPr>
        <w:jc w:val="right"/>
      </w:pPr>
      <w:r>
        <w:t>سو ناؤ، اٹ از ویری کلیئر دیٹ مین ہیز فیل۔ ناؤ، دیر ان ایوری اسپیکٹ، پیپل ار پیپل ار پیپل ار۔</w:t>
      </w:r>
    </w:p>
    <w:p>
      <w:r>
        <w:rPr>
          <w:b/>
        </w:rPr>
        <w:t xml:space="preserve">[13:05] </w:t>
      </w:r>
      <w:r>
        <w:t>going straight. they are misuse using their freedom.</w:t>
      </w:r>
    </w:p>
    <w:p>
      <w:pPr>
        <w:jc w:val="right"/>
      </w:pPr>
      <w:r>
        <w:t>گوئنگ اسٹریٹ۔ دے ار مس یوزنگ دیر فریڈم۔</w:t>
      </w:r>
    </w:p>
    <w:p>
      <w:r>
        <w:rPr>
          <w:b/>
        </w:rPr>
        <w:t xml:space="preserve">[13:13] </w:t>
      </w:r>
      <w:r>
        <w:t>in every field, you can see that they are not ready to head the guidance of the prophet.</w:t>
      </w:r>
    </w:p>
    <w:p>
      <w:pPr>
        <w:jc w:val="right"/>
      </w:pPr>
      <w:r>
        <w:t>ان ایوری فیلڈ، یو کین سی دیٹ دے ار ناٹ ریڈی ٹو ہیڈ دا گائیڈنس اف دا پرافٹ۔</w:t>
      </w:r>
    </w:p>
    <w:p>
      <w:r>
        <w:rPr>
          <w:b/>
        </w:rPr>
        <w:t xml:space="preserve">[13:23] </w:t>
      </w:r>
      <w:r>
        <w:t>the guidance of the divine guidance. they are not ready to head. they are using their freedom</w:t>
      </w:r>
    </w:p>
    <w:p>
      <w:pPr>
        <w:jc w:val="right"/>
      </w:pPr>
      <w:r>
        <w:t>دا گائیڈنس اف دا ڈیوائن گائیڈنس۔ دے ار ناٹ ریڈی ٹو ہیڈ۔ دے ار یوزنگ دیر فریڈم</w:t>
      </w:r>
    </w:p>
    <w:p>
      <w:r>
        <w:rPr>
          <w:b/>
        </w:rPr>
        <w:t xml:space="preserve">[13:36] </w:t>
      </w:r>
      <w:r>
        <w:t>unchecked in and unchecked way.</w:t>
      </w:r>
    </w:p>
    <w:p>
      <w:pPr>
        <w:jc w:val="right"/>
      </w:pPr>
      <w:r>
        <w:t>ان چیکڈ ان اینڈ ان چیکڈ وے۔</w:t>
      </w:r>
    </w:p>
    <w:p>
      <w:r>
        <w:rPr>
          <w:b/>
        </w:rPr>
        <w:t xml:space="preserve">[13:41] </w:t>
      </w:r>
      <w:r>
        <w:t>so there's no need to continue this world. why? when people are not ready to accept the divine guidance.</w:t>
      </w:r>
    </w:p>
    <w:p>
      <w:pPr>
        <w:jc w:val="right"/>
      </w:pPr>
      <w:r>
        <w:t>سو دیر نو نیڈ ٹو کنٹینیو دس ورلڈ۔ وائی؟ وین پیپل ار ناٹ ریڈی ٹو ایکسیپٹ دا ڈیوائن گائیڈنس۔</w:t>
      </w:r>
    </w:p>
    <w:p>
      <w:r>
        <w:rPr>
          <w:b/>
        </w:rPr>
        <w:t xml:space="preserve">[13:51] </w:t>
      </w:r>
      <w:r>
        <w:t>they are not ready to use their freedom in an under the guidance of the prophet. then there is no use to continue this this world.</w:t>
      </w:r>
    </w:p>
    <w:p>
      <w:pPr>
        <w:jc w:val="right"/>
      </w:pPr>
      <w:r>
        <w:t>دے ار ناٹ ریڈی ٹو یوز دیر فریڈم ان ان ا انڈر دا گائیڈنس اف دا پرافٹ۔ دین دیر از نو یوز ٹو کنٹینیو دس دس ورلڈ۔</w:t>
      </w:r>
    </w:p>
    <w:p>
      <w:r>
        <w:rPr>
          <w:b/>
        </w:rPr>
        <w:t xml:space="preserve">[14:04] </w:t>
      </w:r>
      <w:r>
        <w:t>so i can see that global warming is not a man made problem. as people say, is not man made.</w:t>
      </w:r>
    </w:p>
    <w:p>
      <w:pPr>
        <w:jc w:val="right"/>
      </w:pPr>
      <w:r>
        <w:t>سو ائی کین سی دیٹ گلوبل وارمنگ از ناٹ ا مین میڈ پرابلم۔ ایز پیپل سے، از ناٹ مین میڈ۔</w:t>
      </w:r>
    </w:p>
    <w:p>
      <w:r>
        <w:rPr>
          <w:b/>
        </w:rPr>
        <w:t xml:space="preserve">[14:14] </w:t>
      </w:r>
      <w:r>
        <w:t>it is god made. why i am saying like this? what is global warming? global warming is nothing but the refusal of nature</w:t>
      </w:r>
    </w:p>
    <w:p>
      <w:pPr>
        <w:jc w:val="right"/>
      </w:pPr>
      <w:r>
        <w:t>اٹ از گاڈ میڈ۔ وائی ایم سینگ لائک دس؟ واٹ از گلوبل وارمنگ؟ گلوبل وارمنگ از نتھنگ بٹ دا ریفیوزل اف نیچر</w:t>
      </w:r>
    </w:p>
    <w:p>
      <w:r>
        <w:rPr>
          <w:b/>
        </w:rPr>
        <w:t xml:space="preserve">[14:26] </w:t>
      </w:r>
      <w:r>
        <w:t>. global warming basically result of excess emission, excess carbon emission. global warming is due to excess carbon emission.</w:t>
      </w:r>
    </w:p>
    <w:p>
      <w:pPr>
        <w:jc w:val="right"/>
      </w:pPr>
      <w:r>
        <w:t>۔ گلوبل وارمنگ بیسیکلی رزلٹ اف ایکسیس ایمیشن، ایکسیس کاربن ایمیشن۔ گلوبل وارمنگ از ڈیو ٹو ایکسیس کاربن ایمیشن۔</w:t>
      </w:r>
    </w:p>
    <w:p>
      <w:r>
        <w:rPr>
          <w:b/>
        </w:rPr>
        <w:t xml:space="preserve">[14:42] </w:t>
      </w:r>
      <w:r>
        <w:t>why this carbon emission? in the whole history, there was carbon. carbon is not new phenomena, but nature always used to absorb this carbon.</w:t>
      </w:r>
    </w:p>
    <w:p>
      <w:pPr>
        <w:jc w:val="right"/>
      </w:pPr>
      <w:r>
        <w:t>وائی دس کاربن ایمیشن؟ ان دا ہول ہسٹری، دیر واز کاربن۔ کاربن از ناٹ نیو فیناومینا، بٹ نیچر الویز یوز ٹو ابزارب دس کاربن۔</w:t>
      </w:r>
    </w:p>
    <w:p>
      <w:r>
        <w:rPr>
          <w:b/>
        </w:rPr>
        <w:t xml:space="preserve">[14:57] </w:t>
      </w:r>
      <w:r>
        <w:t>but now, nature has refused to absorb the carbon. so global warming is a result of this refusal by nature.</w:t>
      </w:r>
    </w:p>
    <w:p>
      <w:pPr>
        <w:jc w:val="right"/>
      </w:pPr>
      <w:r>
        <w:t>بٹ ناو، نیچر ہیز ریفیوز ٹو ابزارب دا کاربن۔ سو گلوبل وارمنگ از ا رزلٹ اف دس ریفیوزل بائی نیچر۔</w:t>
      </w:r>
    </w:p>
    <w:p>
      <w:r>
        <w:rPr>
          <w:b/>
        </w:rPr>
        <w:t xml:space="preserve">[15:09] </w:t>
      </w:r>
      <w:r>
        <w:t>and then, what is going to happen? global warming is very dangerous situation. very dangerous situation.</w:t>
      </w:r>
    </w:p>
    <w:p>
      <w:pPr>
        <w:jc w:val="right"/>
      </w:pPr>
      <w:r>
        <w:t>اینڈ دین، واٹ از گوئنگ ٹو ہیپن؟ گلوبل وارمنگ از ویری ڈینجرس سچویشن۔ ویری ڈینجرس سچویشن۔</w:t>
      </w:r>
    </w:p>
    <w:p>
      <w:r>
        <w:rPr>
          <w:b/>
        </w:rPr>
        <w:t xml:space="preserve">[15:19] </w:t>
      </w:r>
      <w:r>
        <w:t>the whole. the whole balance of nature is disturbed.</w:t>
      </w:r>
    </w:p>
    <w:p>
      <w:pPr>
        <w:jc w:val="right"/>
      </w:pPr>
      <w:r>
        <w:t>دا ہول۔ دا ہول بیلنس اف نیچر از ڈسٹرب۔</w:t>
      </w:r>
    </w:p>
    <w:p>
      <w:r>
        <w:rPr>
          <w:b/>
        </w:rPr>
        <w:t xml:space="preserve">[15:27] </w:t>
      </w:r>
      <w:r>
        <w:t>for example, lets take the water. you know, water is very very important for life. water is life blood of of man and animal and plant everything.</w:t>
      </w:r>
    </w:p>
    <w:p>
      <w:pPr>
        <w:jc w:val="right"/>
      </w:pPr>
      <w:r>
        <w:t>فار ایگزیمپل، لیٹس ٹیک دا واٹر۔ یو نو، واٹر از ویری ویری امپورٹنٹ فار لائف۔ واٹر از لائف بلڈ اف اف مین اینڈ اینیمل اینڈ پلانٹ ایوری تھنگ۔</w:t>
      </w:r>
    </w:p>
    <w:p>
      <w:r>
        <w:rPr>
          <w:b/>
        </w:rPr>
        <w:t xml:space="preserve">[15:43] </w:t>
      </w:r>
      <w:r>
        <w:t>so without water, there is no life. god almighty created water abundantly.</w:t>
      </w:r>
    </w:p>
    <w:p>
      <w:pPr>
        <w:jc w:val="right"/>
      </w:pPr>
      <w:r>
        <w:t>سو وداؤٹ واٹر، دیر از نو لائف۔ گاڈ المائٹی کریٹڈ واٹر ابینڈنٹلی۔</w:t>
      </w:r>
    </w:p>
    <w:p>
      <w:r>
        <w:rPr>
          <w:b/>
        </w:rPr>
        <w:t xml:space="preserve">[15:52] </w:t>
      </w:r>
      <w:r>
        <w:t>you know, three fourth of the planet is water in oceans and seas.</w:t>
      </w:r>
    </w:p>
    <w:p>
      <w:pPr>
        <w:jc w:val="right"/>
      </w:pPr>
      <w:r>
        <w:t>یو نو، تھری فورتھ اف دا پلینٹ از واٹر ان اوشنز اینڈ سیز۔</w:t>
      </w:r>
    </w:p>
    <w:p>
      <w:r>
        <w:rPr>
          <w:b/>
        </w:rPr>
        <w:t xml:space="preserve">[16:03] </w:t>
      </w:r>
      <w:r>
        <w:t>so god almighty created water. then he mixed salt in this water.</w:t>
      </w:r>
    </w:p>
    <w:p>
      <w:pPr>
        <w:jc w:val="right"/>
      </w:pPr>
      <w:r>
        <w:t>سو گاڈ المائٹی کریٹڈ واٹر۔ دین ہی مکسڈ سالٹ ان دس واٹر۔</w:t>
      </w:r>
    </w:p>
    <w:p>
      <w:r>
        <w:rPr>
          <w:b/>
        </w:rPr>
        <w:t xml:space="preserve">[16:15] </w:t>
      </w:r>
      <w:r>
        <w:t>so all the water you see in sea and ocean, that is salty water.</w:t>
      </w:r>
    </w:p>
    <w:p>
      <w:pPr>
        <w:jc w:val="right"/>
      </w:pPr>
      <w:r>
        <w:t>سو ال دی واٹر یو سی ان سی اینڈ اوشن، دیٹ از سالٹی واٹر۔</w:t>
      </w:r>
    </w:p>
    <w:p>
      <w:r>
        <w:rPr>
          <w:b/>
        </w:rPr>
        <w:t xml:space="preserve">[16:23] </w:t>
      </w:r>
      <w:r>
        <w:t>10 percent salt is mixed in this water. only for as preservative. this salt was mixed as preservative.</w:t>
      </w:r>
    </w:p>
    <w:p>
      <w:pPr>
        <w:jc w:val="right"/>
      </w:pPr>
      <w:r>
        <w:t>10 پرسنٹ سالٹ از مکسڈ ان دس واٹر۔ اونلی فار ایز پریزرویٹیو۔ دس سالٹ واز مکس ایز پریزرویٹیو۔</w:t>
      </w:r>
    </w:p>
    <w:p>
      <w:r>
        <w:rPr>
          <w:b/>
        </w:rPr>
        <w:t xml:space="preserve">[16:34] </w:t>
      </w:r>
      <w:r>
        <w:t>then under the universal system, universal arrangement, every year, there is rain.</w:t>
      </w:r>
    </w:p>
    <w:p>
      <w:pPr>
        <w:jc w:val="right"/>
      </w:pPr>
      <w:r>
        <w:t>دین انڈر دی یونیورسل سسٹم، یونیورسل ارینجمنٹ، ایوری ایئر، دیر از رین۔</w:t>
      </w:r>
    </w:p>
    <w:p>
      <w:r>
        <w:rPr>
          <w:b/>
        </w:rPr>
        <w:t xml:space="preserve">[16:45] </w:t>
      </w:r>
      <w:r>
        <w:t>rain is what is rain? there is de-salination. rain is a process of de-salination.</w:t>
      </w:r>
    </w:p>
    <w:p>
      <w:pPr>
        <w:jc w:val="right"/>
      </w:pPr>
      <w:r>
        <w:t>رین از واٹ از رین؟ دیر از ڈی سیلینیشن۔ رین از ا پروسیس اف ڈی سیلینیشن۔</w:t>
      </w:r>
    </w:p>
    <w:p>
      <w:r>
        <w:rPr>
          <w:b/>
        </w:rPr>
        <w:t xml:space="preserve">[16:54] </w:t>
      </w:r>
      <w:r>
        <w:t>so through this process, god almighty has preserved huge huge waters in the in in the form of glacier at a top top of mountain.</w:t>
      </w:r>
    </w:p>
    <w:p>
      <w:pPr>
        <w:jc w:val="right"/>
      </w:pPr>
      <w:r>
        <w:t>سو تھرو دس پروسیس، گاڈ المائٹی ہیز پریزروڈ ہیوج ہیوج واٹرز ان دا ان ان ان دی فارم اف گلیشیئر ایٹ ا ٹاپ ٹاپ اف ماؤنٹین۔</w:t>
      </w:r>
    </w:p>
    <w:p>
      <w:r>
        <w:rPr>
          <w:b/>
        </w:rPr>
        <w:t xml:space="preserve">[17:14] </w:t>
      </w:r>
      <w:r>
        <w:t>then in the form of ice berg. then in the form of ice cap in in poles</w:t>
      </w:r>
    </w:p>
    <w:p>
      <w:pPr>
        <w:jc w:val="right"/>
      </w:pPr>
      <w:r>
        <w:t>دین ان دا فارم اف ائس برگ۔ دین ان دا فارم اف ائس کیپ ان ان پولز</w:t>
      </w:r>
    </w:p>
    <w:p>
      <w:r>
        <w:rPr>
          <w:b/>
        </w:rPr>
        <w:t xml:space="preserve">[17:26] </w:t>
      </w:r>
      <w:r>
        <w:t>. so these mountain of ice were preserved water, preserved fresh waters.</w:t>
      </w:r>
    </w:p>
    <w:p>
      <w:pPr>
        <w:jc w:val="right"/>
      </w:pPr>
      <w:r>
        <w:t>۔ سو دیز ماؤنٹین اف ائس ویر پریزروڈ واٹر، پریزروڈ فریش واٹرز۔</w:t>
      </w:r>
    </w:p>
    <w:p>
      <w:r>
        <w:rPr>
          <w:b/>
        </w:rPr>
        <w:t xml:space="preserve">[17:36] </w:t>
      </w:r>
      <w:r>
        <w:t>now, due to global warming, this all these waters are melting every day.</w:t>
      </w:r>
    </w:p>
    <w:p>
      <w:pPr>
        <w:jc w:val="right"/>
      </w:pPr>
      <w:r>
        <w:t>ناؤ، ڈیو ٹو گلوبل وارمنگ، دس ال دیز واٹرز ار میلٹنگ ایوری ڈے۔</w:t>
      </w:r>
    </w:p>
    <w:p>
      <w:r>
        <w:rPr>
          <w:b/>
        </w:rPr>
        <w:t xml:space="preserve">[17:46] </w:t>
      </w:r>
      <w:r>
        <w:t>they are melting. and these melted water is flowing through river and is going to ocean.</w:t>
      </w:r>
    </w:p>
    <w:p>
      <w:pPr>
        <w:jc w:val="right"/>
      </w:pPr>
      <w:r>
        <w:t>دے ار میلٹنگ۔ اینڈ دیز میلٹڈ واٹر از فلوئنگ تھرو ریور اینڈ از گوئنگ ٹو اوشن۔</w:t>
      </w:r>
    </w:p>
    <w:p>
      <w:r>
        <w:rPr>
          <w:b/>
        </w:rPr>
        <w:t xml:space="preserve">[17:56] </w:t>
      </w:r>
      <w:r>
        <w:t>it means that fresh water is turning into salty waters. so you can not use salty water.</w:t>
      </w:r>
    </w:p>
    <w:p>
      <w:pPr>
        <w:jc w:val="right"/>
      </w:pPr>
      <w:r>
        <w:t>اٹ مینز دیٹ فریش واٹر از ٹرننگ انٹو سالٹی واٹرز۔ سو یو کین ناٹ یوز سالٹی واٹر۔</w:t>
      </w:r>
    </w:p>
    <w:p>
      <w:r>
        <w:rPr>
          <w:b/>
        </w:rPr>
        <w:t xml:space="preserve">[18:05] </w:t>
      </w:r>
      <w:r>
        <w:t>we can use salty water. neither for it is not suitable for drink, nor for irrigation.</w:t>
      </w:r>
    </w:p>
    <w:p>
      <w:pPr>
        <w:jc w:val="right"/>
      </w:pPr>
      <w:r>
        <w:t>وی کین یوز سالٹی واٹر۔ نیدر فار اٹ از ناٹ سوٹیبل فار ڈرنک، نہ فار ایریگیشن۔</w:t>
      </w:r>
    </w:p>
    <w:p>
      <w:r>
        <w:rPr>
          <w:b/>
        </w:rPr>
        <w:t xml:space="preserve">[18:13] </w:t>
      </w:r>
      <w:r>
        <w:t>so now, account to the scientific report, near about in the oceans and seas, the level of water has risen at near about at centimeter.</w:t>
      </w:r>
    </w:p>
    <w:p>
      <w:pPr>
        <w:jc w:val="right"/>
      </w:pPr>
      <w:r>
        <w:t>سو ناؤ، اکاؤنٹ ٹو دا سائنٹیفک رپورٹ، نیئر اباؤٹ ان دا اوشنز اینڈ سیز، دا لیول اف واٹر ہیز ریزن ایٹ نیئر اباؤٹ ایٹ سینٹی میٹر۔</w:t>
      </w:r>
    </w:p>
    <w:p>
      <w:r>
        <w:rPr>
          <w:b/>
        </w:rPr>
        <w:t xml:space="preserve">[18:27] </w:t>
      </w:r>
      <w:r>
        <w:t>very dangerous. so every day, fresh water is turning into salty water. and it seems that the day will come when there is no water.</w:t>
      </w:r>
    </w:p>
    <w:p>
      <w:pPr>
        <w:jc w:val="right"/>
      </w:pPr>
      <w:r>
        <w:t>ویری ڈینجرس۔ سو ایوری ڈے، فریش واٹر از ٹرننگ انٹو سالٹی واٹر۔ اینڈ اٹ سیمز دیٹ دا ڈے ول کم وین دیر از نو واٹر۔</w:t>
      </w:r>
    </w:p>
    <w:p>
      <w:r>
        <w:rPr>
          <w:b/>
        </w:rPr>
        <w:t xml:space="preserve">[18:44] </w:t>
      </w:r>
      <w:r>
        <w:t>here i recall a story of</w:t>
      </w:r>
    </w:p>
    <w:p>
      <w:pPr>
        <w:jc w:val="right"/>
      </w:pPr>
      <w:r>
        <w:t>ہیر ائی ریکال ا سٹوری اف</w:t>
      </w:r>
    </w:p>
    <w:p>
      <w:r>
        <w:rPr>
          <w:b/>
        </w:rPr>
        <w:t xml:space="preserve">[18:49] </w:t>
      </w:r>
      <w:r>
        <w:t>ancient mariner. you know, there was an english poet college. he composed a poem with the title "the ancient mariner." in this poem, he narrates a story.</w:t>
      </w:r>
    </w:p>
    <w:p>
      <w:pPr>
        <w:jc w:val="right"/>
      </w:pPr>
      <w:r>
        <w:t>انسینٹ مرینر۔ یو نو، دیر واز این انگلش پوئٹ کالریج۔ ہی کمپوزڈ ا پویم ود دا ٹائٹل "دا انسینٹ مرینر۔" ان دس پویم، ہی نیریٹس ا سٹوری۔</w:t>
      </w:r>
    </w:p>
    <w:p>
      <w:r>
        <w:rPr>
          <w:b/>
        </w:rPr>
        <w:t xml:space="preserve">[19:06] </w:t>
      </w:r>
      <w:r>
        <w:t>one sailor sailed his ship in some sea, and when he was in the midst of sea, there was storm, strong storm.</w:t>
      </w:r>
    </w:p>
    <w:p>
      <w:pPr>
        <w:jc w:val="right"/>
      </w:pPr>
      <w:r>
        <w:t>ون سیلر سیلڈ ہز شپ ان سم سی، اینڈ وین ہی واز ان دا مسٹ اف سی، دیر واز سٹارم، سٹرونگ سٹارم۔</w:t>
      </w:r>
    </w:p>
    <w:p>
      <w:r>
        <w:rPr>
          <w:b/>
        </w:rPr>
        <w:t xml:space="preserve">[19:20] </w:t>
      </w:r>
      <w:r>
        <w:t>so this storm destroyed his ship. so there was nothing except a piece of wood or a log</w:t>
      </w:r>
    </w:p>
    <w:p>
      <w:pPr>
        <w:jc w:val="right"/>
      </w:pPr>
      <w:r>
        <w:t>سو دس سٹارم ڈسٹروئے ہز شپ۔ سو دیر واز نتھنگ ایکسیپٹ ا پیس اف وڈ اور ا لاگ</w:t>
      </w:r>
    </w:p>
    <w:p>
      <w:r>
        <w:rPr>
          <w:b/>
        </w:rPr>
        <w:t xml:space="preserve">[19:33] </w:t>
      </w:r>
      <w:r>
        <w:t>. so this manner mariner was clinging with this piece of wood, and this piece of wood was flowing, was floating in the in the in the in the sea.</w:t>
      </w:r>
    </w:p>
    <w:p>
      <w:pPr>
        <w:jc w:val="right"/>
      </w:pPr>
      <w:r>
        <w:t>۔ سو دس مینر مرینر واز کلنگنگ ود دس پیس اف وڈ، اینڈ دس پیس اف وڈ واز فلوئنگ، واز فلوٹنگ ان دا ان دا ان دا ان دا سی۔</w:t>
      </w:r>
    </w:p>
    <w:p>
      <w:r>
        <w:rPr>
          <w:b/>
        </w:rPr>
        <w:t xml:space="preserve">[19:50] </w:t>
      </w:r>
      <w:r>
        <w:t>so then he became thirsty. he sees every water, but all these water was salty water.</w:t>
      </w:r>
    </w:p>
    <w:p>
      <w:pPr>
        <w:jc w:val="right"/>
      </w:pPr>
      <w:r>
        <w:t>سو دین ہی بیکم تھسٹی۔ ہی سیز ایوری واٹر، بٹ ال دیز واٹر واز سالٹی واٹر۔</w:t>
      </w:r>
    </w:p>
    <w:p>
      <w:r>
        <w:rPr>
          <w:b/>
        </w:rPr>
        <w:t xml:space="preserve">[20:00] </w:t>
      </w:r>
      <w:r>
        <w:t>so not worthy of drink.</w:t>
      </w:r>
    </w:p>
    <w:p>
      <w:pPr>
        <w:jc w:val="right"/>
      </w:pPr>
      <w:r>
        <w:t>سو ناٹ وردی اف ڈرنک۔</w:t>
      </w:r>
    </w:p>
    <w:p>
      <w:r>
        <w:rPr>
          <w:b/>
        </w:rPr>
        <w:t xml:space="preserve">[20:03] </w:t>
      </w:r>
      <w:r>
        <w:t>so he says, he says that water, water everywhere, not a drop to drink. the same situation is going to repeat in larger scale.</w:t>
      </w:r>
    </w:p>
    <w:p>
      <w:pPr>
        <w:jc w:val="right"/>
      </w:pPr>
      <w:r>
        <w:t>سو ہی سیز، ہی سیز دیٹ واٹر، واٹر ایوری ویر، ناٹ ا ڈراپ ٹو ڈرنک۔ دا سیم سچویشن از گوئنگ ٹو ریپیٹ ان لارجر سکیل۔</w:t>
      </w:r>
    </w:p>
    <w:p>
      <w:r>
        <w:rPr>
          <w:b/>
        </w:rPr>
        <w:t xml:space="preserve">[20:19] </w:t>
      </w:r>
      <w:r>
        <w:t>i am effort that the day will come and all human, all humanity, all men and women will see water, water everywhere, not a drop to drink.</w:t>
      </w:r>
    </w:p>
    <w:p>
      <w:pPr>
        <w:jc w:val="right"/>
      </w:pPr>
      <w:r>
        <w:t>ائی ایم ایفرٹ دیٹ دا ڈے ول کم اینڈ ال ہیومن، ال ہیومنٹی، ال مین اینڈ وومن ول سی واٹر، واٹر ایوری ویر، ناٹ ا ڈراپ ٹو ڈرنک۔</w:t>
      </w:r>
    </w:p>
    <w:p>
      <w:r>
        <w:rPr>
          <w:b/>
        </w:rPr>
        <w:t xml:space="preserve">[20:30] </w:t>
      </w:r>
      <w:r>
        <w:t>very dangerous situation.</w:t>
      </w:r>
    </w:p>
    <w:p>
      <w:pPr>
        <w:jc w:val="right"/>
      </w:pPr>
      <w:r>
        <w:t>ویری ڈینجرس سچویشن۔</w:t>
      </w:r>
    </w:p>
    <w:p>
      <w:r>
        <w:rPr>
          <w:b/>
        </w:rPr>
        <w:t xml:space="preserve">[20:33] </w:t>
      </w:r>
      <w:r>
        <w:t>very dangerous situation. so global warming is not global warming with global warning. god almighty is giving a message.</w:t>
      </w:r>
    </w:p>
    <w:p>
      <w:pPr>
        <w:jc w:val="right"/>
      </w:pPr>
      <w:r>
        <w:t>ویری ڈینجرس سچویشن۔ سو گلوبل وارمنگ از ناٹ گلوبل وارمنگ ود گلوبل وارننگ۔ گاڈ المائٹی از گیونگ ا میسج۔</w:t>
      </w:r>
    </w:p>
    <w:p>
      <w:r>
        <w:rPr>
          <w:b/>
        </w:rPr>
        <w:t xml:space="preserve">[20:47] </w:t>
      </w:r>
      <w:r>
        <w:t>o mankind, o mankind,</w:t>
      </w:r>
    </w:p>
    <w:p>
      <w:pPr>
        <w:jc w:val="right"/>
      </w:pPr>
      <w:r>
        <w:t>او مین کائنڈ، او مین کائنڈ،</w:t>
      </w:r>
    </w:p>
    <w:p>
      <w:r>
        <w:rPr>
          <w:b/>
        </w:rPr>
        <w:t xml:space="preserve">[20:54] </w:t>
      </w:r>
      <w:r>
        <w:t>remember, had the guidance of the prophets.</w:t>
      </w:r>
    </w:p>
    <w:p>
      <w:pPr>
        <w:jc w:val="right"/>
      </w:pPr>
      <w:r>
        <w:t>ریممبر، ہیڈ دا گائیڈنس اف دا پرافٹس۔</w:t>
      </w:r>
    </w:p>
    <w:p>
      <w:r>
        <w:rPr>
          <w:b/>
        </w:rPr>
        <w:t xml:space="preserve">[21:01] </w:t>
      </w:r>
      <w:r>
        <w:t>re assess your life and repent. but people are taking it as a man made phenomena.</w:t>
      </w:r>
    </w:p>
    <w:p>
      <w:pPr>
        <w:jc w:val="right"/>
      </w:pPr>
      <w:r>
        <w:t>ری اسس یور لائف اینڈ ریپنٹ۔ بٹ پیپل ار ٹیکنگ اٹ ایز ا مین میڈ فیناومینا۔</w:t>
      </w:r>
    </w:p>
    <w:p>
      <w:r>
        <w:rPr>
          <w:b/>
        </w:rPr>
        <w:t xml:space="preserve">[21:16] </w:t>
      </w:r>
      <w:r>
        <w:t>all the people are taking it as a man made phenomena. is not man made phenomena. it is a divine phenomena.</w:t>
      </w:r>
    </w:p>
    <w:p>
      <w:pPr>
        <w:jc w:val="right"/>
      </w:pPr>
      <w:r>
        <w:t>ال دا پیپل ار ٹیکنگ اٹ ایز ا مین میڈ فیناومینا۔ از ناٹ مین میڈ فیناومینا۔ اٹ از ا ڈیوائن فیناومینا۔</w:t>
      </w:r>
    </w:p>
    <w:p>
      <w:r>
        <w:rPr>
          <w:b/>
        </w:rPr>
        <w:t xml:space="preserve">[21:28] </w:t>
      </w:r>
      <w:r>
        <w:t>it is a there is a hadith. this hadith tells us that there will be nafkhatain, nafkhatain in before doomsday.</w:t>
      </w:r>
    </w:p>
    <w:p>
      <w:pPr>
        <w:jc w:val="right"/>
      </w:pPr>
      <w:r>
        <w:t>اٹ از ا دیر از ا حدیث۔ دس حدیث ٹیل اس دیٹ دیر ول بی نفقتین، نفقتین ان بیفور ڈومز ڈے۔</w:t>
      </w:r>
    </w:p>
    <w:p>
      <w:r>
        <w:rPr>
          <w:b/>
        </w:rPr>
        <w:t xml:space="preserve">[21:38] </w:t>
      </w:r>
      <w:r>
        <w:t>there will be two two blow or two blast.</w:t>
      </w:r>
    </w:p>
    <w:p>
      <w:pPr>
        <w:jc w:val="right"/>
      </w:pPr>
      <w:r>
        <w:t>دیر ول بی ٹو ٹو بلو اور ٹو بلاسٹ۔</w:t>
      </w:r>
    </w:p>
    <w:p>
      <w:r>
        <w:rPr>
          <w:b/>
        </w:rPr>
        <w:t xml:space="preserve">[21:47] </w:t>
      </w:r>
      <w:r>
        <w:t>so i think that first blast or first blow is pre sur blast.</w:t>
      </w:r>
    </w:p>
    <w:p>
      <w:pPr>
        <w:jc w:val="right"/>
      </w:pPr>
      <w:r>
        <w:t>سو ائی تھنک دیٹ فرسٹ بلاسٹ اور فرسٹ بلو از پری سور بلاسٹ۔</w:t>
      </w:r>
    </w:p>
    <w:p>
      <w:r>
        <w:rPr>
          <w:b/>
        </w:rPr>
        <w:t xml:space="preserve">[21:58] </w:t>
      </w:r>
      <w:r>
        <w:t>you know, there is sur Israfil. there is angel, there is an angel, name Israfil, and he is he has a sur, a trumpet.</w:t>
      </w:r>
    </w:p>
    <w:p>
      <w:pPr>
        <w:jc w:val="right"/>
      </w:pPr>
      <w:r>
        <w:t>یو نو، دیر از سور اسرافیل۔ دیر از اینجل، دیر از این اینجل، نام اسرافیل، اینڈ ہی از ہی ہیز ا سور، ا ٹرمپٹ۔</w:t>
      </w:r>
    </w:p>
    <w:p>
      <w:r>
        <w:rPr>
          <w:b/>
        </w:rPr>
        <w:t xml:space="preserve">[22:14] </w:t>
      </w:r>
      <w:r>
        <w:t>and time of qyamat, god will order him, and he will blow the trumpet, and then everything will be destroyed.</w:t>
      </w:r>
    </w:p>
    <w:p>
      <w:pPr>
        <w:jc w:val="right"/>
      </w:pPr>
      <w:r>
        <w:t>اینڈ ٹائم اف قیامت، گاڈ ول ارڈر ہم، اینڈ ہی ول بلو دا ٹرمپٹ، اینڈ دین ایوری تھنگ ول بی ڈسٹروئے۔</w:t>
      </w:r>
    </w:p>
    <w:p>
      <w:r>
        <w:rPr>
          <w:b/>
        </w:rPr>
        <w:t xml:space="preserve">[22:25] </w:t>
      </w:r>
      <w:r>
        <w:t>so i think that is pre sur situation, pre sur situation. so then you see</w:t>
      </w:r>
    </w:p>
    <w:p>
      <w:pPr>
        <w:jc w:val="right"/>
      </w:pPr>
      <w:r>
        <w:t>سو ائی تھنک دیٹ از پری سور سچویشن، پری سور سچویشن۔ سو دین یو سی</w:t>
      </w:r>
    </w:p>
    <w:p>
      <w:r>
        <w:rPr>
          <w:b/>
        </w:rPr>
        <w:t xml:space="preserve">[22:41] </w:t>
      </w:r>
      <w:r>
        <w:t>our our food. basically from agriculture, agriculture and agriculture needs, needs water.</w:t>
      </w:r>
    </w:p>
    <w:p>
      <w:pPr>
        <w:jc w:val="right"/>
      </w:pPr>
      <w:r>
        <w:t>اور اور فوڈ۔ بیسیکلی فرام ایگریکلچر، ایگریکلچر اینڈ ایگریکلچر نیڈز، نیڈز واٹر۔</w:t>
      </w:r>
    </w:p>
    <w:p>
      <w:r>
        <w:rPr>
          <w:b/>
        </w:rPr>
        <w:t xml:space="preserve">[22:52] </w:t>
      </w:r>
      <w:r>
        <w:t>the situation is very cream.</w:t>
      </w:r>
    </w:p>
    <w:p>
      <w:pPr>
        <w:jc w:val="right"/>
      </w:pPr>
      <w:r>
        <w:t>دا سچویشن از ویری کریم۔</w:t>
      </w:r>
    </w:p>
    <w:p>
      <w:r>
        <w:rPr>
          <w:b/>
        </w:rPr>
        <w:t xml:space="preserve">[22:55] </w:t>
      </w:r>
      <w:r>
        <w:t>we are facing a very very dream situation, cream situation. there is no water for irrigation. then what is going to happen?</w:t>
      </w:r>
    </w:p>
    <w:p>
      <w:pPr>
        <w:jc w:val="right"/>
      </w:pPr>
      <w:r>
        <w:t>وی ار فیسنگ ا ویری ویری ڈریم سچویشن، کریم سچویشن۔ دیر از نو واٹر فار ایریگیشن۔ دین واٹ از گوئنگ ٹو ہیپن؟</w:t>
      </w:r>
    </w:p>
    <w:p>
      <w:r>
        <w:rPr>
          <w:b/>
        </w:rPr>
        <w:t xml:space="preserve">[23:06] </w:t>
      </w:r>
      <w:r>
        <w:t>without water, there is no agriculture. without water, there is no horticulture. so i think that the time will come when man will will see land, land everywhere, but no food to eat.</w:t>
      </w:r>
    </w:p>
    <w:p>
      <w:pPr>
        <w:jc w:val="right"/>
      </w:pPr>
      <w:r>
        <w:t>وداؤٹ واٹر، دیر از نو ایگریکلچر۔ وداؤٹ واٹر، دیر از نو ہارٹیکلچر۔ سو ائی تھنک دیٹ دا ٹائم ول کم وین مین ول ول سی لینڈ، لینڈ ایوری ویر، بٹ نو فوڈ ٹو ایٹ۔</w:t>
      </w:r>
    </w:p>
    <w:p>
      <w:r>
        <w:rPr>
          <w:b/>
        </w:rPr>
        <w:t xml:space="preserve">[23:26] </w:t>
      </w:r>
      <w:r>
        <w:t>i think that this is the real message of global warming. this is the real message of global warming.</w:t>
      </w:r>
    </w:p>
    <w:p>
      <w:pPr>
        <w:jc w:val="right"/>
      </w:pPr>
      <w:r>
        <w:t>ائی تھنک دیٹ دس از دا ریئل میسج اف گلوبل وارمنگ۔ دس از دا ریئل میسج اف گلوبل وارمنگ۔</w:t>
      </w:r>
    </w:p>
    <w:p>
      <w:r>
        <w:rPr>
          <w:b/>
        </w:rPr>
        <w:t xml:space="preserve">[23:37] </w:t>
      </w:r>
      <w:r>
        <w:t>then you know that we are dependent on oxygen. oxygen comes from plant, plants.</w:t>
      </w:r>
    </w:p>
    <w:p>
      <w:pPr>
        <w:jc w:val="right"/>
      </w:pPr>
      <w:r>
        <w:t>دین یو نو دیٹ وی ار ڈیپینڈنٹ ان اکسیجن۔ اکسیجن کمز فرام پلانٹ، پلانٹس۔</w:t>
      </w:r>
    </w:p>
    <w:p>
      <w:r>
        <w:rPr>
          <w:b/>
        </w:rPr>
        <w:t xml:space="preserve">[23:50] </w:t>
      </w:r>
      <w:r>
        <w:t>so without water, there is no plant. without plant, there is no oxygen.</w:t>
      </w:r>
    </w:p>
    <w:p>
      <w:pPr>
        <w:jc w:val="right"/>
      </w:pPr>
      <w:r>
        <w:t>سو وداؤٹ واٹر، دیر از نو پلانٹ۔ وداؤٹ پلانٹ، دیر از نو اکسیجن۔</w:t>
      </w:r>
    </w:p>
    <w:p>
      <w:r>
        <w:rPr>
          <w:b/>
        </w:rPr>
        <w:t xml:space="preserve">[23:57] </w:t>
      </w:r>
      <w:r>
        <w:t>what is going to happen? i think that the day will come when man will see that air, air everywhere, no oxygen to inhale.</w:t>
      </w:r>
    </w:p>
    <w:p>
      <w:pPr>
        <w:jc w:val="right"/>
      </w:pPr>
      <w:r>
        <w:t>واٹ از گوئنگ ٹو ہیپن؟ ائی تھنک دیٹ دا ڈے ول کم وین مین ول سی دیٹ ایئر، ایئر ایوری ویر، نو اکسیجن ٹو انہیل۔</w:t>
      </w:r>
    </w:p>
    <w:p>
      <w:r>
        <w:rPr>
          <w:b/>
        </w:rPr>
        <w:t xml:space="preserve">[24:13] </w:t>
      </w:r>
      <w:r>
        <w:t>so it is very very critical situation.</w:t>
      </w:r>
    </w:p>
    <w:p>
      <w:pPr>
        <w:jc w:val="right"/>
      </w:pPr>
      <w:r>
        <w:t>سو اٹ از ویری ویری کریم سچویشن۔</w:t>
      </w:r>
    </w:p>
    <w:p>
      <w:r>
        <w:rPr>
          <w:b/>
        </w:rPr>
        <w:t xml:space="preserve">[24:17] </w:t>
      </w:r>
      <w:r>
        <w:t>it is pre sure, pre sure. it is pre sure situation.</w:t>
      </w:r>
    </w:p>
    <w:p>
      <w:pPr>
        <w:jc w:val="right"/>
      </w:pPr>
      <w:r>
        <w:t>اٹ از پری سور، پری سور۔ اٹ از پری سیر سچویشن۔</w:t>
      </w:r>
    </w:p>
    <w:p>
      <w:r>
        <w:rPr>
          <w:b/>
        </w:rPr>
        <w:t xml:space="preserve">[24:28] </w:t>
      </w:r>
      <w:r>
        <w:t>when angel israfel will blow the trumpet, then the qayamah or doomsday will begin.</w:t>
      </w:r>
    </w:p>
    <w:p>
      <w:pPr>
        <w:jc w:val="right"/>
      </w:pPr>
      <w:r>
        <w:t>وین اینجل اسرافیل ول بلو دا ٹرمپٹ، دین دا قیامت اور ڈومز ڈے ول بگن۔</w:t>
      </w:r>
    </w:p>
    <w:p>
      <w:r>
        <w:rPr>
          <w:b/>
        </w:rPr>
        <w:t xml:space="preserve">[24:37] </w:t>
      </w:r>
      <w:r>
        <w:t>after sure, there is no. this life will end, and we will enter in the maidan e hashar. and that is very very very very dangerous situation.</w:t>
      </w:r>
    </w:p>
    <w:p>
      <w:pPr>
        <w:jc w:val="right"/>
      </w:pPr>
      <w:r>
        <w:t>افٹر سور، دیر از نو۔ دس لائف ول اینڈ، اینڈ وی ول انٹر ان دا میدان حشر۔ اینڈ دیٹ از ویری ویری ویری ویری ڈینجرس سچویشن۔</w:t>
      </w:r>
    </w:p>
    <w:p>
      <w:r>
        <w:rPr>
          <w:b/>
        </w:rPr>
        <w:t xml:space="preserve">[24:55] </w:t>
      </w:r>
      <w:r>
        <w:t>in this present world, we are free.</w:t>
      </w:r>
    </w:p>
    <w:p>
      <w:pPr>
        <w:jc w:val="right"/>
      </w:pPr>
      <w:r>
        <w:t>ان دس پریزنٹ ورلڈ، وی ار فری۔</w:t>
      </w:r>
    </w:p>
    <w:p>
      <w:r>
        <w:rPr>
          <w:b/>
        </w:rPr>
        <w:t xml:space="preserve">[24:59] </w:t>
      </w:r>
      <w:r>
        <w:t>we can enjoy all this boundaries, but this enjoy is only</w:t>
      </w:r>
    </w:p>
    <w:p>
      <w:pPr>
        <w:jc w:val="right"/>
      </w:pPr>
      <w:r>
        <w:t>وی کین انجوائے ال دس باؤنڈریز، بٹ دس انجوائے از اونلی</w:t>
      </w:r>
    </w:p>
    <w:p>
      <w:r>
        <w:rPr>
          <w:b/>
        </w:rPr>
        <w:t xml:space="preserve">[25:07] </w:t>
      </w:r>
      <w:r>
        <w:t>at only for temporary period. it is just like examination hall.</w:t>
      </w:r>
    </w:p>
    <w:p>
      <w:pPr>
        <w:jc w:val="right"/>
      </w:pPr>
      <w:r>
        <w:t>ایٹ اونلی فار ٹیمپریری پیریڈ۔ اٹ از جسٹ لائک ایگزامینیشن ہال۔</w:t>
      </w:r>
    </w:p>
    <w:p>
      <w:r>
        <w:rPr>
          <w:b/>
        </w:rPr>
        <w:t xml:space="preserve">[25:16] </w:t>
      </w:r>
      <w:r>
        <w:t>you know, in the examination, in the examination hall, there are students, but for few hours, few for few hours, they are free.</w:t>
      </w:r>
    </w:p>
    <w:p>
      <w:pPr>
        <w:jc w:val="right"/>
      </w:pPr>
      <w:r>
        <w:t>یو نو، ان دا ایگزامینیشن، ان دا ایگزامینیشن ہال، دیر ار سٹوڈنٹس، بٹ فار فیو اورز، فیو فار فیو اورز، دیر ار فری۔</w:t>
      </w:r>
    </w:p>
    <w:p>
      <w:r>
        <w:rPr>
          <w:b/>
        </w:rPr>
        <w:t xml:space="preserve">[25:30] </w:t>
      </w:r>
      <w:r>
        <w:t>they can sit over there, they can eat and drink over there. but after end of these few hours, the examiner will announce the time is over</w:t>
      </w:r>
    </w:p>
    <w:p>
      <w:pPr>
        <w:jc w:val="right"/>
      </w:pPr>
      <w:r>
        <w:t>دے کین سٹ اوور دیر، دے کین ایٹ اینڈ ڈرنک اوور دیر۔ بٹ افٹر اینڈ اف دیز فیو اورز، دا ایگزامینر ول اناؤنس دا ٹائم از اوور</w:t>
      </w:r>
    </w:p>
    <w:p>
      <w:r>
        <w:rPr>
          <w:b/>
        </w:rPr>
        <w:t xml:space="preserve">[25:48] </w:t>
      </w:r>
      <w:r>
        <w:t>. the examina announce the time is over, and all these students,</w:t>
      </w:r>
    </w:p>
    <w:p>
      <w:pPr>
        <w:jc w:val="right"/>
      </w:pPr>
      <w:r>
        <w:t>۔ دا ایگزامین اناؤنس دا ٹائم از اوور، اینڈ ال دی سٹوڈنٹس،</w:t>
      </w:r>
    </w:p>
    <w:p>
      <w:r>
        <w:rPr>
          <w:b/>
        </w:rPr>
        <w:t xml:space="preserve">[25:59] </w:t>
      </w:r>
      <w:r>
        <w:t>all the students are have no option except to go out of the examination hall. So is the, so is the sure israf</w:t>
      </w:r>
    </w:p>
    <w:p>
      <w:pPr>
        <w:jc w:val="right"/>
      </w:pPr>
      <w:r>
        <w:t>ال دی سٹوڈنٹس ار ہیو نو اپشن ایکسیپٹ ٹو گو اؤٹ اف دا ایگزامینیشن ہال۔ سو از دا، سو از دا سور اسراف</w:t>
      </w:r>
    </w:p>
    <w:p>
      <w:r>
        <w:rPr>
          <w:b/>
        </w:rPr>
        <w:t xml:space="preserve">[26:11] </w:t>
      </w:r>
      <w:r>
        <w:t>eel. so israfel means time is over, time is over. so when israfel, when angel israfel blow his trumpet, it means the time is over.</w:t>
      </w:r>
    </w:p>
    <w:p>
      <w:pPr>
        <w:jc w:val="right"/>
      </w:pPr>
      <w:r>
        <w:t>یل۔ سو اسرافیل مینز ٹائم از اوور، ٹائم از اوور۔ سو وین اسرافیل، وین اینجل اسرافیل بلو ہز ٹرمپٹ، اٹ مینز دا ٹائم از اوور۔</w:t>
      </w:r>
    </w:p>
    <w:p>
      <w:r>
        <w:rPr>
          <w:b/>
        </w:rPr>
        <w:t xml:space="preserve">[26:31] </w:t>
      </w:r>
      <w:r>
        <w:t>this is the second explosion.</w:t>
      </w:r>
    </w:p>
    <w:p>
      <w:pPr>
        <w:jc w:val="right"/>
      </w:pPr>
      <w:r>
        <w:t>دس از دا سیکنڈ ایکسپلژن۔</w:t>
      </w:r>
    </w:p>
    <w:p>
      <w:r>
        <w:rPr>
          <w:b/>
        </w:rPr>
        <w:t xml:space="preserve">[26:34] </w:t>
      </w:r>
      <w:r>
        <w:t>after the first explosion, we find this world to live in, but after the second explosion, there is no such world.</w:t>
      </w:r>
    </w:p>
    <w:p>
      <w:pPr>
        <w:jc w:val="right"/>
      </w:pPr>
      <w:r>
        <w:t>افٹر دا فرسٹ ایکسپلژن، وی فائنڈ دس ورلڈ ٹو لیو ان، بٹ اف دا سیکنڈ ایکسپلژن، دیر از نو سچ ورلڈ۔</w:t>
      </w:r>
    </w:p>
    <w:p>
      <w:r>
        <w:rPr>
          <w:b/>
        </w:rPr>
        <w:t xml:space="preserve">[26:45] </w:t>
      </w:r>
      <w:r>
        <w:t>after the second explosion,</w:t>
      </w:r>
    </w:p>
    <w:p>
      <w:pPr>
        <w:jc w:val="right"/>
      </w:pPr>
      <w:r>
        <w:t>اف دا سیکنڈ ایکسپلژن،</w:t>
      </w:r>
    </w:p>
    <w:p>
      <w:r>
        <w:rPr>
          <w:b/>
        </w:rPr>
        <w:t xml:space="preserve">[26:49] </w:t>
      </w:r>
      <w:r>
        <w:t>there are only two, there are two result, either paradise or hell.</w:t>
      </w:r>
    </w:p>
    <w:p>
      <w:pPr>
        <w:jc w:val="right"/>
      </w:pPr>
      <w:r>
        <w:t>دیر ار اونلی ٹو، دیر ار ٹو رزلٹ، ایدر پیرڈائز اور ہیل۔</w:t>
      </w:r>
    </w:p>
    <w:p>
      <w:r>
        <w:rPr>
          <w:b/>
        </w:rPr>
        <w:t xml:space="preserve">[26:59] </w:t>
      </w:r>
      <w:r>
        <w:t>account to the quran, ashab al jannah, ashab al nar. so account to the record by angels, god almighty will decide about all men and women.</w:t>
      </w:r>
    </w:p>
    <w:p>
      <w:pPr>
        <w:jc w:val="right"/>
      </w:pPr>
      <w:r>
        <w:t>اکاؤنٹ ٹو دا قران، اصحاب الجنہ، اصحاب النار۔ سو اکاؤنٹ ٹو دا ریکارڈ بائی اینجلز، گاڈ المائٹی ول ڈیسائیڈ اباؤٹ ال مین اینڈ وومن۔</w:t>
      </w:r>
    </w:p>
    <w:p>
      <w:r>
        <w:rPr>
          <w:b/>
        </w:rPr>
        <w:t xml:space="preserve">[27:18] </w:t>
      </w:r>
      <w:r>
        <w:t>who is, who is, who is liable to rewarded, who, who, who, will be rewarded paradise.</w:t>
      </w:r>
    </w:p>
    <w:p>
      <w:pPr>
        <w:jc w:val="right"/>
      </w:pPr>
      <w:r>
        <w:t>ہو از، ہو از، ہو از لائبل ٹو ریوارڈڈ، ہو، ہو، ہو، ول بی ریوارڈڈ پیرڈائز۔</w:t>
      </w:r>
    </w:p>
    <w:p>
      <w:r>
        <w:rPr>
          <w:b/>
        </w:rPr>
        <w:t xml:space="preserve">[27:28] </w:t>
      </w:r>
      <w:r>
        <w:t>who are able to to be rewarded paradise, and, and who are, who have failed in this test.</w:t>
      </w:r>
    </w:p>
    <w:p>
      <w:pPr>
        <w:jc w:val="right"/>
      </w:pPr>
      <w:r>
        <w:t>ہو ار ایبل ٹو ٹو بی ریوارڈڈ پیرڈائز، اینڈ، اینڈ ہو ار دیر ار اصحاب الجنہ، اینڈ ہو ار، ہو ہیو فیلڈ ان دس ٹیسٹ۔</w:t>
      </w:r>
    </w:p>
    <w:p>
      <w:r>
        <w:rPr>
          <w:b/>
        </w:rPr>
        <w:t xml:space="preserve">[27:43] </w:t>
      </w:r>
      <w:r>
        <w:t>to there are ashab al nar. that too. so after the sure israfel, there is a categorization into categories.</w:t>
      </w:r>
    </w:p>
    <w:p>
      <w:pPr>
        <w:jc w:val="right"/>
      </w:pPr>
      <w:r>
        <w:t>تو دیر ار اصحاب النار۔ دیٹ ٹو۔ سو افٹر دا سور اسرافیل، دیر از ا کیٹیگرائزیشن انٹو کیٹیگریز۔</w:t>
      </w:r>
    </w:p>
    <w:p>
      <w:r>
        <w:rPr>
          <w:b/>
        </w:rPr>
        <w:t xml:space="preserve">[27:54] </w:t>
      </w:r>
      <w:r>
        <w:t>al da human being will be divided in, divided in to two categories: ashab al jannah, ashab al nar, people of paradise, and people of hell.</w:t>
      </w:r>
    </w:p>
    <w:p>
      <w:pPr>
        <w:jc w:val="right"/>
      </w:pPr>
      <w:r>
        <w:t>ال دا ہیومن بینگ ول بی ڈیوائیڈڈ ان، ڈیوائیڈڈ انٹو ٹو کیٹیگریز: اصحاب الجنہ، اصحاب النار، پیپل اف پیرڈائز، اینڈ پیپل اف ہیل۔</w:t>
      </w:r>
    </w:p>
    <w:p>
      <w:r>
        <w:rPr>
          <w:b/>
        </w:rPr>
        <w:t xml:space="preserve">[28:06] </w:t>
      </w:r>
      <w:r>
        <w:t>so i think that global warming is pre sure situation. it is very dangerous.</w:t>
      </w:r>
    </w:p>
    <w:p>
      <w:pPr>
        <w:jc w:val="right"/>
      </w:pPr>
      <w:r>
        <w:t>سو ائی تھنک دیٹ گلوبل وارمنگ از پری سور سچویشن۔ اٹ از ویری ڈینجرس۔</w:t>
      </w:r>
    </w:p>
    <w:p>
      <w:r>
        <w:rPr>
          <w:b/>
        </w:rPr>
        <w:t xml:space="preserve">[28:14] </w:t>
      </w:r>
      <w:r>
        <w:t>we have to, we have to rethink, we have to reassess, we have to restudy the quran, we have to restudy the hadith, we have to re</w:t>
      </w:r>
    </w:p>
    <w:p>
      <w:pPr>
        <w:jc w:val="right"/>
      </w:pPr>
      <w:r>
        <w:t>وی ہیو ٹو، وی ہیو ٹو ری تھنک، وی ہیو ٹو ری اسس، وی ہیو ٹو ری سٹڈی دا قران، وی ہیو ٹو ری سٹڈی دا حدیث، وی ہیو ٹو ری</w:t>
      </w:r>
    </w:p>
    <w:p>
      <w:r>
        <w:rPr>
          <w:b/>
        </w:rPr>
        <w:t xml:space="preserve">[28:30] </w:t>
      </w:r>
      <w:r>
        <w:t>rethink about our life.</w:t>
      </w:r>
    </w:p>
    <w:p>
      <w:pPr>
        <w:jc w:val="right"/>
      </w:pPr>
      <w:r>
        <w:t>ری تھنک اباؤٹ اور لائف۔</w:t>
      </w:r>
    </w:p>
    <w:p>
      <w:r>
        <w:rPr>
          <w:b/>
        </w:rPr>
        <w:t xml:space="preserve">[28:37] </w:t>
      </w:r>
      <w:r>
        <w:t>first explosion was not so dangerous, because in at the time of first explosion, adam and eve got a new world to live in this world, planet earth.</w:t>
      </w:r>
    </w:p>
    <w:p>
      <w:pPr>
        <w:jc w:val="right"/>
      </w:pPr>
      <w:r>
        <w:t>فرسٹ ایکسپلژن واز ناٹ سو ڈینجرس، بیکاز ان ایٹ دا ٹائم اف فرسٹ ایکسپلژن، ادم اینڈ ایو گاٹ ا نیو ورلڈ ٹو لیو ان دس ورلڈ، پلینٹ ارتھ۔</w:t>
      </w:r>
    </w:p>
    <w:p>
      <w:r>
        <w:rPr>
          <w:b/>
        </w:rPr>
        <w:t xml:space="preserve">[28:56] </w:t>
      </w:r>
      <w:r>
        <w:t>but after the second explosion, it was very dangerous. some people who stood the test, they will be given paradise,</w:t>
      </w:r>
    </w:p>
    <w:p>
      <w:pPr>
        <w:jc w:val="right"/>
      </w:pPr>
      <w:r>
        <w:t>بٹ افٹر دا سیکنڈ ایکسپلژن، اٹ واز ویری ڈینجرس۔ سم پیپل ہو اسٹوڈ دا ٹیسٹ، دے ول بی گیون پیرڈائز،</w:t>
      </w:r>
    </w:p>
    <w:p>
      <w:r>
        <w:rPr>
          <w:b/>
        </w:rPr>
        <w:t xml:space="preserve">[29:07] </w:t>
      </w:r>
      <w:r>
        <w:t>but those who fail, they will be given hell. so it is, this is the situation. this is the grave situation, and i think that global warming is warning us that that countdown has reach to the last number</w:t>
      </w:r>
    </w:p>
    <w:p>
      <w:pPr>
        <w:jc w:val="right"/>
      </w:pPr>
      <w:r>
        <w:t>بٹ دوز ہو فیل، دے ول بی گیون ہیل۔ سو اٹ از، دس از دا سچویشن۔ دس از دا گریو سچویشن، اینڈ ائی تھنک دیٹ گلوبل وارمنگ از وارننگ اس دیٹ دیٹ کاؤنٹ ڈاؤن ہیز ریچ ٹو دا لاسٹ نمبر</w:t>
      </w:r>
    </w:p>
    <w:p>
      <w:r>
        <w:rPr>
          <w:b/>
        </w:rPr>
        <w:t xml:space="preserve">[29:30] </w:t>
      </w:r>
      <w:r>
        <w:t>. so awake, there is no time now, there is no time for you can't afford not to hear this alarm.</w:t>
      </w:r>
    </w:p>
    <w:p>
      <w:pPr>
        <w:jc w:val="right"/>
      </w:pPr>
      <w:r>
        <w:t>۔ سو اویک، دیر از نو ٹائم ناؤ، دیر از نو ٹائم فار یو کینٹ افورڈ ناٹ ٹو ہیئر دس الارم۔</w:t>
      </w:r>
    </w:p>
    <w:p>
      <w:r>
        <w:rPr>
          <w:b/>
        </w:rPr>
        <w:t xml:space="preserve">[29:45] </w:t>
      </w:r>
      <w:r>
        <w:t>this is the, in account to my study, this is the situation.</w:t>
      </w:r>
    </w:p>
    <w:p>
      <w:pPr>
        <w:jc w:val="right"/>
      </w:pPr>
      <w:r>
        <w:t>دس از دا، ان اکاؤنٹ ٹو مائی سٹڈی، دس از دا سچویشن۔</w:t>
      </w:r>
    </w:p>
    <w:p>
      <w:r>
        <w:rPr>
          <w:b/>
        </w:rPr>
        <w:t xml:space="preserve">[29:57] </w:t>
      </w:r>
      <w:r>
        <w:t>i sincerely feel, i sincerely feel that global warming is global warning, is not man made problem.</w:t>
      </w:r>
    </w:p>
    <w:p>
      <w:pPr>
        <w:jc w:val="right"/>
      </w:pPr>
      <w:r>
        <w:t>ائی سنسرلی فیل، ائی سنسرلی فیل دیٹ گلوبل وارمنگ از گلوبل وارننگ، از ناٹ مین میڈ پرابلم۔</w:t>
      </w:r>
    </w:p>
    <w:p>
      <w:r>
        <w:rPr>
          <w:b/>
        </w:rPr>
        <w:t xml:space="preserve">[30:06] </w:t>
      </w:r>
      <w:r>
        <w:t>nature refuses to accept, nature refuses to absorb all those carbon and other pollutions.</w:t>
      </w:r>
    </w:p>
    <w:p>
      <w:pPr>
        <w:jc w:val="right"/>
      </w:pPr>
      <w:r>
        <w:t>نیچر ریفیوز ٹو ایکسیپٹ، نیچر ریفیوز ٹو ابزارب ال دوز کاربن اینڈ ادر پولیوشنز۔</w:t>
      </w:r>
    </w:p>
    <w:p>
      <w:r>
        <w:rPr>
          <w:b/>
        </w:rPr>
        <w:t xml:space="preserve">[30:19] </w:t>
      </w:r>
      <w:r>
        <w:t>so i will invite you to restudy the quran.</w:t>
      </w:r>
    </w:p>
    <w:p>
      <w:pPr>
        <w:jc w:val="right"/>
      </w:pPr>
      <w:r>
        <w:t>سو ائی ول انوائٹ یو ٹو ری سٹڈی دا قران۔</w:t>
      </w:r>
    </w:p>
    <w:p>
      <w:r>
        <w:rPr>
          <w:b/>
        </w:rPr>
        <w:t xml:space="preserve">[30:29] </w:t>
      </w:r>
      <w:r>
        <w:t>all these things are given in the quran, then the detail you can find in hadith.</w:t>
      </w:r>
    </w:p>
    <w:p>
      <w:pPr>
        <w:jc w:val="right"/>
      </w:pPr>
      <w:r>
        <w:t>ال دیز تھنگز ار گیون ان دا قران، دین دا ڈیٹیل یو کین فائنڈ ان حدیث۔</w:t>
      </w:r>
    </w:p>
    <w:p>
      <w:r>
        <w:rPr>
          <w:b/>
        </w:rPr>
        <w:t xml:space="preserve">[30:39] </w:t>
      </w:r>
      <w:r>
        <w:t>there are so many hadith about asar qayamah, so many hadith, and all those things which are happening today is given in the, in the quran.</w:t>
      </w:r>
    </w:p>
    <w:p>
      <w:pPr>
        <w:jc w:val="right"/>
      </w:pPr>
      <w:r>
        <w:t>دیر ار سو مینی حدیث اباؤٹ اصار قیامت، سو مینی حدیث، اینڈ ال دوز تھنگز وچ ار ہیپننگ ٹوڈے از گیون ان دا، ان دا قران۔</w:t>
      </w:r>
    </w:p>
    <w:p>
      <w:r>
        <w:rPr>
          <w:b/>
        </w:rPr>
        <w:t xml:space="preserve">[30:51] </w:t>
      </w:r>
      <w:r>
        <w:t>in, in, in hadith, in the quran, these things are given in, given as a principle, but in hadith, these things you can find in detail.</w:t>
      </w:r>
    </w:p>
    <w:p>
      <w:pPr>
        <w:jc w:val="right"/>
      </w:pPr>
      <w:r>
        <w:t>ان، ان، ان حدیث، ان دا قران، دیز تھنگز ار گیون ان، گیون ایز ا پرنسپل، بٹ ان حدیث، دیز تھنگز یو کین فائنڈ ان ڈیٹیل۔</w:t>
      </w:r>
    </w:p>
    <w:p>
      <w:r>
        <w:rPr>
          <w:b/>
        </w:rPr>
        <w:t xml:space="preserve">[31:06] </w:t>
      </w:r>
      <w:r>
        <w:t>its very strange that all those things which we are facing is present in the quran.</w:t>
      </w:r>
    </w:p>
    <w:p>
      <w:pPr>
        <w:jc w:val="right"/>
      </w:pPr>
      <w:r>
        <w:t>اٹس ویری اسٹرینج دیٹ ال دوز تھنگز وچ وی ار فیسنگ از پریزنٹ ان دا قران۔</w:t>
      </w:r>
    </w:p>
    <w:p>
      <w:r>
        <w:rPr>
          <w:b/>
        </w:rPr>
        <w:t xml:space="preserve">[31:16] </w:t>
      </w:r>
      <w:r>
        <w:t>i give an example from the quran.</w:t>
      </w:r>
    </w:p>
    <w:p>
      <w:pPr>
        <w:jc w:val="right"/>
      </w:pPr>
      <w:r>
        <w:t>ائی گیو این ایگزیمپل فرام دا قران۔</w:t>
      </w:r>
    </w:p>
    <w:p>
      <w:r>
        <w:rPr>
          <w:b/>
        </w:rPr>
        <w:t xml:space="preserve">[31:19] </w:t>
      </w:r>
      <w:r>
        <w:t>there is a verse: "about water of the ocean", about the water.</w:t>
      </w:r>
    </w:p>
    <w:p>
      <w:pPr>
        <w:jc w:val="right"/>
      </w:pPr>
      <w:r>
        <w:t>دیر از ا ورس: "اباؤٹ واٹر اف دا اوشن"، اباؤٹ دا واٹر۔</w:t>
      </w:r>
    </w:p>
    <w:p>
      <w:r>
        <w:rPr>
          <w:b/>
        </w:rPr>
        <w:t xml:space="preserve">[31:33] </w:t>
      </w:r>
      <w:r>
        <w:t>this verse, this quranic verse is about, about water in surah, in chapter waqiah.</w:t>
      </w:r>
    </w:p>
    <w:p>
      <w:pPr>
        <w:jc w:val="right"/>
      </w:pPr>
      <w:r>
        <w:t>دس ورس، دس قرانک ورس از اباؤٹ، اباؤٹ واٹر ان سورہ، ان چیپٹر الواقعہ۔</w:t>
      </w:r>
    </w:p>
    <w:p>
      <w:r>
        <w:rPr>
          <w:b/>
        </w:rPr>
        <w:t xml:space="preserve">[31:45] </w:t>
      </w:r>
      <w:r>
        <w:t>if we want, we can make it salty, all the water salty. if you want, we can make all the water salty.</w:t>
      </w:r>
    </w:p>
    <w:p>
      <w:pPr>
        <w:jc w:val="right"/>
      </w:pPr>
      <w:r>
        <w:t>اف وی وانٹ، وی کین میک اٹ سالٹی، ال دا واٹر سالٹی۔ اف یو وانٹ، وی کین میک ال دا واٹر سالٹی۔</w:t>
      </w:r>
    </w:p>
    <w:p>
      <w:r>
        <w:rPr>
          <w:b/>
        </w:rPr>
        <w:t xml:space="preserve">[31:55] </w:t>
      </w:r>
      <w:r>
        <w:t>ajaz means salty. previously, people take it as a mysterious. this verse was a mysterious verse, but now we see that is a natural phenomena.</w:t>
      </w:r>
    </w:p>
    <w:p>
      <w:pPr>
        <w:jc w:val="right"/>
      </w:pPr>
      <w:r>
        <w:t>اجاز مینز سالٹی۔ پریویسلی، پیپل ٹیک اٹ ایز ا مسٹیریس۔ دس ورس واز ا مسٹیریس ورس، بٹ ناو وی سی دیٹ از ا نیچرل فیناومینا۔</w:t>
      </w:r>
    </w:p>
    <w:p>
      <w:r>
        <w:rPr>
          <w:b/>
        </w:rPr>
        <w:t xml:space="preserve">[32:13] </w:t>
      </w:r>
      <w:r>
        <w:t>due to global warming, every day we face a new process. due to global warming, due to global warming, all those,</w:t>
      </w:r>
    </w:p>
    <w:p>
      <w:pPr>
        <w:jc w:val="right"/>
      </w:pPr>
      <w:r>
        <w:t>ڈیو ٹو گلوبل وارمنگ، ایوری ڈے وی فیس ا نیو پروسیس۔ ڈیو ٹو گلوبل وارمنگ، ڈیو ٹو گلوبل وارمنگ، ال دوز،</w:t>
      </w:r>
    </w:p>
    <w:p>
      <w:r>
        <w:rPr>
          <w:b/>
        </w:rPr>
        <w:t xml:space="preserve">[32:27] </w:t>
      </w:r>
      <w:r>
        <w:t>all those storage of waters are melting, and water is continuously flowing through river and reaching to oceans and mount and and seas</w:t>
      </w:r>
    </w:p>
    <w:p>
      <w:pPr>
        <w:jc w:val="right"/>
      </w:pPr>
      <w:r>
        <w:t>ال دوز سٹوریج اف واٹرز ار میلٹنگ، اینڈ واٹر از کنٹینیوسلی فلوئنگ تھرو ریور اینڈ ریچنگ ٹو اوشنز اینڈ ماؤنٹ اینڈ اینڈ سیز</w:t>
      </w:r>
    </w:p>
    <w:p>
      <w:r>
        <w:rPr>
          <w:b/>
        </w:rPr>
        <w:t xml:space="preserve">[32:47] </w:t>
      </w:r>
      <w:r>
        <w:t>. so fresh water is converting into world, into salty water. this was given in the quran. if</w:t>
      </w:r>
    </w:p>
    <w:p>
      <w:pPr>
        <w:jc w:val="right"/>
      </w:pPr>
      <w:r>
        <w:t>۔ سو فریش واٹر از کنورٹنگ انٹو ورلڈ، انٹو سالٹی واٹر۔ دس واز گیون ان دا قران۔ اف</w:t>
      </w:r>
    </w:p>
    <w:p>
      <w:r>
        <w:rPr>
          <w:b/>
        </w:rPr>
        <w:t xml:space="preserve">[33:03] </w:t>
      </w:r>
      <w:r>
        <w:t>you want, we can make it salty.</w:t>
      </w:r>
    </w:p>
    <w:p>
      <w:pPr>
        <w:jc w:val="right"/>
      </w:pPr>
      <w:r>
        <w:t>یو وانٹ، وی کین میک اٹ سالٹی۔</w:t>
      </w:r>
    </w:p>
    <w:p>
      <w:r>
        <w:rPr>
          <w:b/>
        </w:rPr>
        <w:t xml:space="preserve">[33:10] </w:t>
      </w:r>
      <w:r>
        <w:t>so all those things which we are facing in our present time is given in the quran and hadith.</w:t>
      </w:r>
    </w:p>
    <w:p>
      <w:pPr>
        <w:jc w:val="right"/>
      </w:pPr>
      <w:r>
        <w:t>سو ال دوز تھنگز وچ وی ار فیسنگ ان اور پریزنٹ ٹائم از گیون ان دا قران اینڈ حدیث۔</w:t>
      </w:r>
    </w:p>
    <w:p>
      <w:r>
        <w:rPr>
          <w:b/>
        </w:rPr>
        <w:t xml:space="preserve">[33:19] </w:t>
      </w:r>
      <w:r>
        <w:t>so i will invite you and all men and women of the globe to restudy the quran, to restudy the hadith.</w:t>
      </w:r>
    </w:p>
    <w:p>
      <w:pPr>
        <w:jc w:val="right"/>
      </w:pPr>
      <w:r>
        <w:t>سو ائی ول انوائٹ یو اینڈ ال مین اینڈ وومن اف دا گلوب ٹو ری سٹڈی دا قران، ٹو ری سٹڈی دا حدیث۔</w:t>
      </w:r>
    </w:p>
    <w:p>
      <w:r>
        <w:rPr>
          <w:b/>
        </w:rPr>
        <w:t xml:space="preserve">[33:29] </w:t>
      </w:r>
      <w:r>
        <w:t>now the time has come to restudy, to reexamine.</w:t>
      </w:r>
    </w:p>
    <w:p>
      <w:pPr>
        <w:jc w:val="right"/>
      </w:pPr>
      <w:r>
        <w:t>ناؤ دا ٹائم ہیز کم ٹو ری سٹڈی، ٹو ری ایگزامین۔</w:t>
      </w:r>
    </w:p>
    <w:p>
      <w:r>
        <w:rPr>
          <w:b/>
        </w:rPr>
        <w:t xml:space="preserve">[33:40] </w:t>
      </w:r>
      <w:r>
        <w:t>people take quran and hadith as a simply religious literature. no, it is, it is, it is scientific literature.</w:t>
      </w:r>
    </w:p>
    <w:p>
      <w:pPr>
        <w:jc w:val="right"/>
      </w:pPr>
      <w:r>
        <w:t>پیپل ٹیک قران اینڈ حدیث ایز ا سمپلی ریلیجیس لٹریچر۔ نو، اٹ از، اٹ از، اٹ از سائنٹیفک لٹریچر۔</w:t>
      </w:r>
    </w:p>
    <w:p>
      <w:r>
        <w:rPr>
          <w:b/>
        </w:rPr>
        <w:t xml:space="preserve">[33:49] </w:t>
      </w:r>
      <w:r>
        <w:t>all those things which are mentioned in the quran and hadith are very scientific, very national, very rational.</w:t>
      </w:r>
    </w:p>
    <w:p>
      <w:pPr>
        <w:jc w:val="right"/>
      </w:pPr>
      <w:r>
        <w:t>ال دوز تھنگز وچ ار مینشن ان دا قران اینڈ حدیث ار ویری سائنٹیفک، ویری نیشنل، ویری ریشنل۔</w:t>
      </w:r>
    </w:p>
    <w:p>
      <w:r>
        <w:rPr>
          <w:b/>
        </w:rPr>
        <w:t xml:space="preserve">[34:00] </w:t>
      </w:r>
      <w:r>
        <w:t>i invite all men and women of the globe to restudy the quran, to restudy the hadith,</w:t>
      </w:r>
    </w:p>
    <w:p>
      <w:pPr>
        <w:jc w:val="right"/>
      </w:pPr>
      <w:r>
        <w:t>ائی انوائٹ ال مین اینڈ وومن اف دا گلوب ٹو ری سٹڈی دا قران، ٹو ری سٹڈی دا حدیث،</w:t>
      </w:r>
    </w:p>
    <w:p>
      <w:r>
        <w:rPr>
          <w:b/>
        </w:rPr>
        <w:t xml:space="preserve">[34:14] </w:t>
      </w:r>
      <w:r>
        <w:t>and find the answer to their solutions.</w:t>
      </w:r>
    </w:p>
    <w:p>
      <w:pPr>
        <w:jc w:val="right"/>
      </w:pPr>
      <w:r>
        <w:t>اینڈ فائنڈ دا انسر ٹو دیر سولیوشنز۔</w:t>
      </w:r>
    </w:p>
    <w:p>
      <w:r>
        <w:rPr>
          <w:b/>
        </w:rPr>
        <w:t xml:space="preserve">[34:21] </w:t>
      </w:r>
      <w:r>
        <w:t>i think that there is no other book in which you can find answer your solution, your solution. you can find answer to your solution.</w:t>
      </w:r>
    </w:p>
    <w:p>
      <w:pPr>
        <w:jc w:val="right"/>
      </w:pPr>
      <w:r>
        <w:t>ائی تھنک دیٹ دیر از نو ادر بک ان وچ یو کین فائنڈ انسر یور سولیوشن، یور سولیوشن۔ یو کین فائنڈ انسر ٹو یور سولیوشن۔</w:t>
      </w:r>
    </w:p>
    <w:p>
      <w:r>
        <w:rPr>
          <w:b/>
        </w:rPr>
        <w:t xml:space="preserve">[34:31] </w:t>
      </w:r>
      <w:r>
        <w:t>why? because all other books that are religious books, are revealed books, are not in preserved form.</w:t>
      </w:r>
    </w:p>
    <w:p>
      <w:pPr>
        <w:jc w:val="right"/>
      </w:pPr>
      <w:r>
        <w:t>وائی؟ بیکاز ال ادر بکس دیٹ ار ریلیجیس بکس، ار ریویلڈ بکس، ار ناٹ ان پریزروڈ فارم۔</w:t>
      </w:r>
    </w:p>
    <w:p>
      <w:r>
        <w:rPr>
          <w:b/>
        </w:rPr>
        <w:t xml:space="preserve">[34:43] </w:t>
      </w:r>
      <w:r>
        <w:t>quran is not a superior book. no, quran is only preserved book</w:t>
      </w:r>
    </w:p>
    <w:p>
      <w:pPr>
        <w:jc w:val="right"/>
      </w:pPr>
      <w:r>
        <w:t>قران از ناٹ ا سپیریئر بک۔ نو، قران از اونلی پریزروڈ بک</w:t>
      </w:r>
    </w:p>
    <w:p>
      <w:r>
        <w:rPr>
          <w:b/>
        </w:rPr>
        <w:t xml:space="preserve">[34:50] </w:t>
      </w:r>
      <w:r>
        <w:t>. there were so many divine books, so many revealed books, but now except quran, all those books are have lost their originality.</w:t>
      </w:r>
    </w:p>
    <w:p>
      <w:pPr>
        <w:jc w:val="right"/>
      </w:pPr>
      <w:r>
        <w:t>۔ دیر وار سو مینی ڈیوائن بکس، سو مینی ریویلڈ بکس، بٹ ناؤ ایکسیپٹ قران، ال دوز بکس ار ہیو لاسٹ دیر اوریجنلٹی۔</w:t>
      </w:r>
    </w:p>
    <w:p>
      <w:r>
        <w:rPr>
          <w:b/>
        </w:rPr>
        <w:t xml:space="preserve">[35:05] </w:t>
      </w:r>
      <w:r>
        <w:t>other their quran, no book is, is in, is in its, in its, in its original form.</w:t>
      </w:r>
    </w:p>
    <w:p>
      <w:pPr>
        <w:jc w:val="right"/>
      </w:pPr>
      <w:r>
        <w:t>ادر دیر قران، نو بک از، از ان، از ان اٹس، ان اٹس، ان اٹس اوریجنل فارم۔</w:t>
      </w:r>
    </w:p>
    <w:p>
      <w:r>
        <w:rPr>
          <w:b/>
        </w:rPr>
        <w:t xml:space="preserve">[35:14] </w:t>
      </w:r>
      <w:r>
        <w:t>quran is the only book which is a preserved book, it is preserved in its original form.</w:t>
      </w:r>
    </w:p>
    <w:p>
      <w:pPr>
        <w:jc w:val="right"/>
      </w:pPr>
      <w:r>
        <w:t>قران از دا اونلی بک وچ از ا پریزروڈ بک، اٹ از پریزروڈ ان اٹس اوریجنل فارم۔</w:t>
      </w:r>
    </w:p>
    <w:p>
      <w:r>
        <w:rPr>
          <w:b/>
        </w:rPr>
        <w:t xml:space="preserve">[35:25] </w:t>
      </w:r>
      <w:r>
        <w:t>same is the case of hadith also and sunnah also. so if you want to know what is the, what is the divine planning, what is the creation plan of god, what is the human h</w:t>
      </w:r>
    </w:p>
    <w:p>
      <w:pPr>
        <w:jc w:val="right"/>
      </w:pPr>
      <w:r>
        <w:t>سیم از دا کیس اف حدیث السو اینڈ سن السو۔ سو اف یو وانٹ ٹو نو واٹ از دا، واٹ از دا ڈیوائن پلاننگ، واٹ از دا کریشن پلان اف گاڈ، واٹ از دا ہیومن ہ</w:t>
      </w:r>
    </w:p>
    <w:p>
      <w:r>
        <w:rPr>
          <w:b/>
        </w:rPr>
        <w:t xml:space="preserve">[35:44] </w:t>
      </w:r>
      <w:r>
        <w:t>istory, why the beginning of history and what is the end of the history, what is the, what is the pre death period and what is the post death period.</w:t>
      </w:r>
    </w:p>
    <w:p>
      <w:pPr>
        <w:jc w:val="right"/>
      </w:pPr>
      <w:r>
        <w:t>سٹری، وائی دا بگننگ اف ہسٹری اینڈ واٹ از دا اینڈ اف دا ہسٹری، واٹ از دا، واٹ از دا پری ڈیتھ پیریڈ اینڈ واٹ از دا پوسٹ ڈیتھ پیریڈ۔</w:t>
      </w:r>
    </w:p>
    <w:p>
      <w:r>
        <w:rPr>
          <w:b/>
        </w:rPr>
        <w:t xml:space="preserve">[35:58] </w:t>
      </w:r>
      <w:r>
        <w:t>all these things are given in the quran and hadith.</w:t>
      </w:r>
    </w:p>
    <w:p>
      <w:pPr>
        <w:jc w:val="right"/>
      </w:pPr>
      <w:r>
        <w:t>ال دیز تھنگز ار گیون ان دا قران اینڈ حدیث۔</w:t>
      </w:r>
    </w:p>
    <w:p>
      <w:r>
        <w:rPr>
          <w:b/>
        </w:rPr>
        <w:t xml:space="preserve">[36:04] </w:t>
      </w:r>
      <w:r>
        <w:t>so quran and hadith is most authentic source of, of, of, of this kind of knowledge.</w:t>
      </w:r>
    </w:p>
    <w:p>
      <w:pPr>
        <w:jc w:val="right"/>
      </w:pPr>
      <w:r>
        <w:t>سو قران اینڈ حدیث از موسٹ اتھینٹک سورس اف، اف، اف، اف دس کائنڈ اف نالج۔</w:t>
      </w:r>
    </w:p>
    <w:p>
      <w:r>
        <w:rPr>
          <w:b/>
        </w:rPr>
        <w:t xml:space="preserve">[36:15] </w:t>
      </w:r>
      <w:r>
        <w:t>i know that in every age, in every period, god almighty send prophets and also revealed books, but due to alteration, due to some changes,</w:t>
      </w:r>
    </w:p>
    <w:p>
      <w:pPr>
        <w:jc w:val="right"/>
      </w:pPr>
      <w:r>
        <w:t>ائی نو دیٹ ان ایوری ایج، ان ایوری پیریڈ، گاڈ المائٹی سینڈ پرافٹس اینڈ السو ریویلڈ بکس، بٹ ڈیو ٹو الٹرشن، ڈیو ٹو سم چینجز،</w:t>
      </w:r>
    </w:p>
    <w:p>
      <w:r>
        <w:rPr>
          <w:b/>
        </w:rPr>
        <w:t xml:space="preserve">[36:32] </w:t>
      </w:r>
      <w:r>
        <w:t>no book is preserved in its original form except quran.</w:t>
      </w:r>
    </w:p>
    <w:p>
      <w:pPr>
        <w:jc w:val="right"/>
      </w:pPr>
      <w:r>
        <w:t>نو بک از پریزروڈ ان اٹس اوریجنل فارم ایکسیپٹ قران۔</w:t>
      </w:r>
    </w:p>
    <w:p>
      <w:r>
        <w:rPr>
          <w:b/>
        </w:rPr>
        <w:t xml:space="preserve">[36:39] </w:t>
      </w:r>
      <w:r>
        <w:t>so quran, quran is not a mysterious book, is not simply a religious scripture. it is a divine statement, divine statement.</w:t>
      </w:r>
    </w:p>
    <w:p>
      <w:pPr>
        <w:jc w:val="right"/>
      </w:pPr>
      <w:r>
        <w:t>سو قران، قران از ناٹ ا مسٹیریس بک، از ناٹ سمپلی ا ریلیجیس سکرپچر۔ اٹ از ا ڈیوائن سٹیٹمنٹ، ڈیوائن سٹیٹمنٹ۔</w:t>
      </w:r>
    </w:p>
    <w:p>
      <w:r>
        <w:rPr>
          <w:b/>
        </w:rPr>
        <w:t xml:space="preserve">[36:52] </w:t>
      </w:r>
      <w:r>
        <w:t>god almighty who created this world, who created heaven and earth, who created mankind</w:t>
      </w:r>
    </w:p>
    <w:p>
      <w:pPr>
        <w:jc w:val="right"/>
      </w:pPr>
      <w:r>
        <w:t>گاڈ المائٹی ہو کریٹڈ دس ورلڈ، ہو کریٹڈ ہیون اینڈ ارتھ، ہو کریٹڈ مین کائنڈ</w:t>
      </w:r>
    </w:p>
    <w:p>
      <w:r>
        <w:rPr>
          <w:b/>
        </w:rPr>
        <w:t xml:space="preserve">[37:04] </w:t>
      </w:r>
      <w:r>
        <w:t>. so god almighty send this book, and in this book, and in this book, there is quran. you can find the creation plan of god, the divine scheme.</w:t>
      </w:r>
    </w:p>
    <w:p>
      <w:pPr>
        <w:jc w:val="right"/>
      </w:pPr>
      <w:r>
        <w:t>۔ سو گاڈ المائٹی سینڈ دس بک، اینڈ ان دس بک، اینڈ ان دس بک، دیر از قران۔ یو کین فائنڈ دا کریشن پلان اف گاڈ، دا ڈیوائن اسکیم۔</w:t>
      </w:r>
    </w:p>
    <w:p>
      <w:r>
        <w:rPr>
          <w:b/>
        </w:rPr>
        <w:t xml:space="preserve">[37:21] </w:t>
      </w:r>
      <w:r>
        <w:t>what is, what is good fast, what is bad fast,</w:t>
      </w:r>
    </w:p>
    <w:p>
      <w:pPr>
        <w:jc w:val="right"/>
      </w:pPr>
      <w:r>
        <w:t>واٹ از، واٹ از گڈ فاسٹ، واٹ از بیڈ فاسٹ،</w:t>
      </w:r>
    </w:p>
    <w:p>
      <w:r>
        <w:rPr>
          <w:b/>
        </w:rPr>
        <w:t xml:space="preserve">[37:27] </w:t>
      </w:r>
      <w:r>
        <w:t>what is hell, what is paradise.</w:t>
      </w:r>
    </w:p>
    <w:p>
      <w:pPr>
        <w:jc w:val="right"/>
      </w:pPr>
      <w:r>
        <w:t>واٹ از ہیل، واٹ از پیرڈائز۔</w:t>
      </w:r>
    </w:p>
    <w:p>
      <w:r>
        <w:rPr>
          <w:b/>
        </w:rPr>
        <w:t xml:space="preserve">[37:31] </w:t>
      </w:r>
      <w:r>
        <w:t>so all these things are mentioned in the quran clearly. so don't take quran as a simply religious scripture.</w:t>
      </w:r>
    </w:p>
    <w:p>
      <w:pPr>
        <w:jc w:val="right"/>
      </w:pPr>
      <w:r>
        <w:t>سو ال دیز تھنگز ار مینشن ان دا قران کلیئرلی۔ سو ڈونٹ ٹیک قران ایز ا سمپلی ریلیجیس سکرپچر۔</w:t>
      </w:r>
    </w:p>
    <w:p>
      <w:r>
        <w:rPr>
          <w:b/>
        </w:rPr>
        <w:t xml:space="preserve">[37:43] </w:t>
      </w:r>
      <w:r>
        <w:t>dont take quran as a simply muslim book. this is divine book.</w:t>
      </w:r>
    </w:p>
    <w:p>
      <w:pPr>
        <w:jc w:val="right"/>
      </w:pPr>
      <w:r>
        <w:t>ڈونٹ ٹیک قران ایز ا سمپلی مسلم بک۔ ڈیز ڈیوائن بک۔</w:t>
      </w:r>
    </w:p>
    <w:p>
      <w:r>
        <w:rPr>
          <w:b/>
        </w:rPr>
        <w:t xml:space="preserve">[37:53] </w:t>
      </w:r>
      <w:r>
        <w:t>recently, i was invited in a seminar</w:t>
      </w:r>
    </w:p>
    <w:p>
      <w:pPr>
        <w:jc w:val="right"/>
      </w:pPr>
      <w:r>
        <w:t>ریسنٹلی، ائی واز انوائٹڈ ان ا سیمینار</w:t>
      </w:r>
    </w:p>
    <w:p>
      <w:r>
        <w:rPr>
          <w:b/>
        </w:rPr>
        <w:t xml:space="preserve">[37:57] </w:t>
      </w:r>
      <w:r>
        <w:t>. i, i, i delivered a speech about islam.</w:t>
      </w:r>
    </w:p>
    <w:p>
      <w:pPr>
        <w:jc w:val="right"/>
      </w:pPr>
      <w:r>
        <w:t>۔ ائی، ائی، ائی ڈیلیورڈ ا سپیچ اباؤٹ اسلام۔</w:t>
      </w:r>
    </w:p>
    <w:p>
      <w:r>
        <w:rPr>
          <w:b/>
        </w:rPr>
        <w:t xml:space="preserve">[38:06] </w:t>
      </w:r>
      <w:r>
        <w:t>so one gentleman from the audience said: "what you are saying about islam? it is good, but, but what about muslims?</w:t>
      </w:r>
    </w:p>
    <w:p>
      <w:pPr>
        <w:jc w:val="right"/>
      </w:pPr>
      <w:r>
        <w:t>سو ون جنٹلمین فرام دا اڈینس سیڈ: "واٹ یو ار سینگ اباؤٹ اسلام؟ اٹ از گڈ، بٹ، بٹ واٹ اباؤٹ مسلمز؟</w:t>
      </w:r>
    </w:p>
    <w:p>
      <w:r>
        <w:rPr>
          <w:b/>
        </w:rPr>
        <w:t xml:space="preserve">[38:18] </w:t>
      </w:r>
      <w:r>
        <w:t>muslims are violent, muslims are, are</w:t>
      </w:r>
    </w:p>
    <w:p>
      <w:pPr>
        <w:jc w:val="right"/>
      </w:pPr>
      <w:r>
        <w:t>مسلمز ار وائلنٹ، مسلمز ار، ار</w:t>
      </w:r>
    </w:p>
    <w:p>
      <w:r>
        <w:rPr>
          <w:b/>
        </w:rPr>
        <w:t xml:space="preserve">[38:24] </w:t>
      </w:r>
      <w:r>
        <w:t>creating problems."</w:t>
      </w:r>
    </w:p>
    <w:p>
      <w:pPr>
        <w:jc w:val="right"/>
      </w:pPr>
      <w:r>
        <w:t>کریٹنگ پرابلمز۔"</w:t>
      </w:r>
    </w:p>
    <w:p>
      <w:r>
        <w:rPr>
          <w:b/>
        </w:rPr>
        <w:t xml:space="preserve">[38:27] </w:t>
      </w:r>
      <w:r>
        <w:t>so i said that: "you have to adopt the principle of differentiation.</w:t>
      </w:r>
    </w:p>
    <w:p>
      <w:pPr>
        <w:jc w:val="right"/>
      </w:pPr>
      <w:r>
        <w:t>سو ائی سیڈ دیٹ: "یو ہیو ٹو اڈاپٹ دا پرنسپل اف ڈیفرنشیشن۔</w:t>
      </w:r>
    </w:p>
    <w:p>
      <w:r>
        <w:rPr>
          <w:b/>
        </w:rPr>
        <w:t xml:space="preserve">[38:37] </w:t>
      </w:r>
      <w:r>
        <w:t>principle of differences is a universal principle. so you have to differentiate between islam and muslims. you have to.</w:t>
      </w:r>
    </w:p>
    <w:p>
      <w:pPr>
        <w:jc w:val="right"/>
      </w:pPr>
      <w:r>
        <w:t>پرنسپل اف ڈیفرنسز از ا یونیورسل پرنسپل۔ سو یو ہیو ٹو ڈیفرنشیٹ بٹوین اسلام اینڈ مسلمز۔ یو ہیو ٹو۔</w:t>
      </w:r>
    </w:p>
    <w:p>
      <w:r>
        <w:rPr>
          <w:b/>
        </w:rPr>
        <w:t xml:space="preserve">[38:48] </w:t>
      </w:r>
      <w:r>
        <w:t>you have to, if you want to know what is islam, you have to see the quran, not the muslim practice.</w:t>
      </w:r>
    </w:p>
    <w:p>
      <w:pPr>
        <w:jc w:val="right"/>
      </w:pPr>
      <w:r>
        <w:t>یو ہیو ٹو، اف یو وانٹ ٹو نو واٹ از اسلام، یو ہیو ٹو سی دا قران، ناٹ دا مسلم پریکٹس۔</w:t>
      </w:r>
    </w:p>
    <w:p>
      <w:r>
        <w:rPr>
          <w:b/>
        </w:rPr>
        <w:t xml:space="preserve">[38:57] </w:t>
      </w:r>
      <w:r>
        <w:t>so this is the situation. if you want to know what is life, what is death, why we are created, why we are settled in this world,</w:t>
      </w:r>
    </w:p>
    <w:p>
      <w:pPr>
        <w:jc w:val="right"/>
      </w:pPr>
      <w:r>
        <w:t>سو دس از دا سچویشن۔ اف یو وانٹ ٹو نو واٹ از لائف، واٹ از ڈیتھ، وائی وی ار کریٹڈ، وائی وی ار سیٹلڈ ان دس ورلڈ،</w:t>
      </w:r>
    </w:p>
    <w:p>
      <w:r>
        <w:rPr>
          <w:b/>
        </w:rPr>
        <w:t xml:space="preserve">[39:14] </w:t>
      </w:r>
      <w:r>
        <w:t>what is death, what is life, what is pre death, what is in the pre death period, what is in the post death period.</w:t>
      </w:r>
    </w:p>
    <w:p>
      <w:pPr>
        <w:jc w:val="right"/>
      </w:pPr>
      <w:r>
        <w:t>واٹ از ڈیتھ، واٹ از لائف، واٹ از پری ڈیتھ، واٹ از ان دا پری ڈیتھ پیریڈ، واٹ از ان دا پوسٹ ڈیتھ پیریڈ۔</w:t>
      </w:r>
    </w:p>
    <w:p>
      <w:r>
        <w:rPr>
          <w:b/>
        </w:rPr>
        <w:t xml:space="preserve">[39:25] </w:t>
      </w:r>
      <w:r>
        <w:t>so all these things are given in detail in the quran and also in the hadith. hadith means saying the prophet of islam.</w:t>
      </w:r>
    </w:p>
    <w:p>
      <w:pPr>
        <w:jc w:val="right"/>
      </w:pPr>
      <w:r>
        <w:t>سو ال دیز تھنگز ار گیون ان ڈیٹیل ان دا قران اینڈ السو ان دی حدیث۔ حدیث مینز سینگ دا پرافٹ اف اسلام۔</w:t>
      </w:r>
    </w:p>
    <w:p>
      <w:r>
        <w:rPr>
          <w:b/>
        </w:rPr>
        <w:t xml:space="preserve">[39:38] </w:t>
      </w:r>
      <w:r>
        <w:t>so everyone who is sincere, everyone who want to know</w:t>
      </w:r>
    </w:p>
    <w:p>
      <w:pPr>
        <w:jc w:val="right"/>
      </w:pPr>
      <w:r>
        <w:t>سو ایوری ون ہو از سنسر، ایوری ون ہو وانٹ ٹو نو</w:t>
      </w:r>
    </w:p>
    <w:p>
      <w:r>
        <w:rPr>
          <w:b/>
        </w:rPr>
        <w:t xml:space="preserve">[39:45] </w:t>
      </w:r>
      <w:r>
        <w:t>about the life, about god, about his future</w:t>
      </w:r>
    </w:p>
    <w:p>
      <w:pPr>
        <w:jc w:val="right"/>
      </w:pPr>
      <w:r>
        <w:t>اباؤٹ دی لائف، اباؤٹ گاڈ، اباؤٹ ہز فیوچر</w:t>
      </w:r>
    </w:p>
    <w:p>
      <w:r>
        <w:rPr>
          <w:b/>
        </w:rPr>
        <w:t xml:space="preserve">[39:52] </w:t>
      </w:r>
      <w:r>
        <w:t>. so he must read the quran, he must study the quran, and then the hadith. that is hadith.</w:t>
      </w:r>
    </w:p>
    <w:p>
      <w:pPr>
        <w:jc w:val="right"/>
      </w:pPr>
      <w:r>
        <w:t>۔ سو ہی مسٹ ریڈ دا قران، ہی مسٹ اسٹڈی دا قران، اینڈ دین دی حدیث۔ دیٹ از حدیث۔</w:t>
      </w:r>
    </w:p>
    <w:p>
      <w:r>
        <w:rPr>
          <w:b/>
        </w:rPr>
        <w:t xml:space="preserve">[40:01] </w:t>
      </w:r>
      <w:r>
        <w:t>hadith is like commentary of the quran. hadith is also an authentic commentary of the quran.</w:t>
      </w:r>
    </w:p>
    <w:p>
      <w:pPr>
        <w:jc w:val="right"/>
      </w:pPr>
      <w:r>
        <w:t>حدیث از لائک کمنٹری اف دا قران۔ حدیث از السو ان اتھینٹک کمنٹری اف دا قران۔</w:t>
      </w:r>
    </w:p>
    <w:p>
      <w:r>
        <w:rPr>
          <w:b/>
        </w:rPr>
        <w:t xml:space="preserve">[40:14] </w:t>
      </w:r>
      <w:r>
        <w:t>so global, after global warming,</w:t>
      </w:r>
    </w:p>
    <w:p>
      <w:pPr>
        <w:jc w:val="right"/>
      </w:pPr>
      <w:r>
        <w:t>سو گلوبل، افٹر گلوبل وارمنگ،</w:t>
      </w:r>
    </w:p>
    <w:p>
      <w:r>
        <w:rPr>
          <w:b/>
        </w:rPr>
        <w:t xml:space="preserve">[40:20] </w:t>
      </w:r>
      <w:r>
        <w:t>present global warming is warning us and and</w:t>
      </w:r>
    </w:p>
    <w:p>
      <w:pPr>
        <w:jc w:val="right"/>
      </w:pPr>
      <w:r>
        <w:t>پریزنٹ گلوبل وارمنگ از وارننگ اس اینڈ اینڈ</w:t>
      </w:r>
    </w:p>
    <w:p>
      <w:r>
        <w:rPr>
          <w:b/>
        </w:rPr>
        <w:t xml:space="preserve">[40:30] </w:t>
      </w:r>
      <w:r>
        <w:t>telling us that be sincere, reassess the whole matter and try to know what is, what is the mind of god.</w:t>
      </w:r>
    </w:p>
    <w:p>
      <w:pPr>
        <w:jc w:val="right"/>
      </w:pPr>
      <w:r>
        <w:t>ٹیلنگ اس دیٹ بی سنسر، ریسس دا ہول میٹر اینڈ ٹرائی ٹو نو واٹ از، واٹ از دا مائنڈ اف گاڈ۔</w:t>
      </w:r>
    </w:p>
    <w:p>
      <w:r>
        <w:rPr>
          <w:b/>
        </w:rPr>
        <w:t xml:space="preserve">[40:48] </w:t>
      </w:r>
      <w:r>
        <w:t>god almighty created the world, god almighty created me</w:t>
      </w:r>
    </w:p>
    <w:p>
      <w:pPr>
        <w:jc w:val="right"/>
      </w:pPr>
      <w:r>
        <w:t>گاڈ المائٹی کریٹڈ دا ورلڈ، گاڈ المائٹی کریٹڈ می</w:t>
      </w:r>
    </w:p>
    <w:p>
      <w:r>
        <w:rPr>
          <w:b/>
        </w:rPr>
        <w:t xml:space="preserve">[40:55] </w:t>
      </w:r>
      <w:r>
        <w:t>n. so what was his creation plan? why we face death?</w:t>
      </w:r>
    </w:p>
    <w:p>
      <w:pPr>
        <w:jc w:val="right"/>
      </w:pPr>
      <w:r>
        <w:t>ن۔ سو واٹ واز ہز کریشن پلان؟ وائی وی فیس ڈیتھ؟</w:t>
      </w:r>
    </w:p>
    <w:p>
      <w:r>
        <w:rPr>
          <w:b/>
        </w:rPr>
        <w:t xml:space="preserve">[41:05] </w:t>
      </w:r>
      <w:r>
        <w:t>so all these things which we see</w:t>
      </w:r>
    </w:p>
    <w:p>
      <w:pPr>
        <w:jc w:val="right"/>
      </w:pPr>
      <w:r>
        <w:t>سو ال دیز تھنگز وچ وی سی</w:t>
      </w:r>
    </w:p>
    <w:p>
      <w:r>
        <w:rPr>
          <w:b/>
        </w:rPr>
        <w:t xml:space="preserve">[41:10] </w:t>
      </w:r>
      <w:r>
        <w:t>in this world is like a question, a big question, and the answer you can find in the quran also.</w:t>
      </w:r>
    </w:p>
    <w:p>
      <w:pPr>
        <w:jc w:val="right"/>
      </w:pPr>
      <w:r>
        <w:t>ان دس ورلڈ از لائک ا کوئسچن، ا بگ کوئسچن، اینڈ دا انسر یو کین فائنڈ ان دا قران السو۔</w:t>
      </w:r>
    </w:p>
    <w:p>
      <w:r>
        <w:rPr>
          <w:b/>
        </w:rPr>
        <w:t xml:space="preserve">[41:23] </w:t>
      </w:r>
      <w:r>
        <w:t>the answer you will find in the quran.</w:t>
      </w:r>
    </w:p>
    <w:p>
      <w:pPr>
        <w:jc w:val="right"/>
      </w:pPr>
      <w:r>
        <w:t>دا انسر یو ویل فائنڈ ان دا قران۔</w:t>
      </w:r>
    </w:p>
    <w:p>
      <w:r>
        <w:rPr>
          <w:b/>
        </w:rPr>
        <w:t xml:space="preserve">[41:26] </w:t>
      </w:r>
      <w:r>
        <w:t>no other book can give you authentic and an an an an an an an an an. no, no book other than the quran can give you an authentic answer.</w:t>
      </w:r>
    </w:p>
    <w:p>
      <w:pPr>
        <w:jc w:val="right"/>
      </w:pPr>
      <w:r>
        <w:t>نو ادر بک کین گیو یو اتھینٹک اینڈ ان ان ان ان ان ان ان ان ان ان۔ نو، نو بک ادر دے قران کین گیو یو این اتھینٹک انسر۔</w:t>
      </w:r>
    </w:p>
    <w:p>
      <w:r>
        <w:rPr>
          <w:b/>
        </w:rPr>
        <w:t xml:space="preserve">[41:40] </w:t>
      </w:r>
      <w:r>
        <w:t>so this is my call, and i am giving this as a final call to human, to mankind.</w:t>
      </w:r>
    </w:p>
    <w:p>
      <w:pPr>
        <w:jc w:val="right"/>
      </w:pPr>
      <w:r>
        <w:t>سو دس از مائی کال، اینڈ ائی ایم گیونگ دس ایز ا فائنل کال ٹو ہیومن، ٹو مین کائنڈ۔</w:t>
      </w:r>
    </w:p>
    <w:p>
      <w:r>
        <w:rPr>
          <w:b/>
        </w:rPr>
        <w:t xml:space="preserve">[41:52] </w:t>
      </w:r>
      <w:r>
        <w:t>this is a final call to all mankind.</w:t>
      </w:r>
    </w:p>
    <w:p>
      <w:pPr>
        <w:jc w:val="right"/>
      </w:pPr>
      <w:r>
        <w:t>دس از ا فائنل کال ٹو ال مین کائنڈ۔</w:t>
      </w:r>
    </w:p>
    <w:p>
      <w:r>
        <w:rPr>
          <w:b/>
        </w:rPr>
        <w:t xml:space="preserve">[42:03] </w:t>
      </w:r>
      <w:r>
        <w:t>so be serious about your life. space some time to understand.</w:t>
      </w:r>
    </w:p>
    <w:p>
      <w:pPr>
        <w:jc w:val="right"/>
      </w:pPr>
      <w:r>
        <w:t>سو بی سیریس اباؤٹ یور لائف۔ سپیس سم ٹائم ٹو انڈرسٹینڈ۔</w:t>
      </w:r>
    </w:p>
    <w:p>
      <w:r>
        <w:rPr>
          <w:b/>
        </w:rPr>
        <w:t xml:space="preserve">[42:15] </w:t>
      </w:r>
      <w:r>
        <w:t>space some time to for this purpose.</w:t>
      </w:r>
    </w:p>
    <w:p>
      <w:pPr>
        <w:jc w:val="right"/>
      </w:pPr>
      <w:r>
        <w:t>سپیس سم ٹائم ٹو فار دس پرپس۔</w:t>
      </w:r>
    </w:p>
    <w:p>
      <w:r>
        <w:rPr>
          <w:b/>
        </w:rPr>
        <w:t xml:space="preserve">[42:22] </w:t>
      </w:r>
      <w:r>
        <w:t>you know, we have prepared an english translation in a very clear language.</w:t>
      </w:r>
    </w:p>
    <w:p>
      <w:pPr>
        <w:jc w:val="right"/>
      </w:pPr>
      <w:r>
        <w:t>یو نو، وی ہیو پریپیرڈ این انگلش ٹرانسلیشن ان ا ویری کلیئر لینگویج۔</w:t>
      </w:r>
    </w:p>
    <w:p>
      <w:r>
        <w:rPr>
          <w:b/>
        </w:rPr>
        <w:t xml:space="preserve">[42:31] </w:t>
      </w:r>
      <w:r>
        <w:t>there are so many translation of the quran, but we have publish a book, publish translation of the quran in, and we are distributing it everywhere,</w:t>
      </w:r>
    </w:p>
    <w:p>
      <w:pPr>
        <w:jc w:val="right"/>
      </w:pPr>
      <w:r>
        <w:t>دیر ار سو مینی ٹرانسلیشن اف دا قران، بٹ وی ہیو پبلش ا بک، پبلش ٹرانسلیشن اف دا قران ان، اینڈ وی ار ڈسٹریبیوٹنگ اٹ ایوری ویر،</w:t>
      </w:r>
    </w:p>
    <w:p>
      <w:r>
        <w:rPr>
          <w:b/>
        </w:rPr>
        <w:t xml:space="preserve">[42:56] </w:t>
      </w:r>
      <w:r>
        <w:t>everywhere in the world. this quran is available on the internet also.</w:t>
      </w:r>
    </w:p>
    <w:p>
      <w:pPr>
        <w:jc w:val="right"/>
      </w:pPr>
      <w:r>
        <w:t>ایوری ویر ان دا ورلڈ۔ دس قران از اویلیبل ان دا انٹرنیٹ السو۔</w:t>
      </w:r>
    </w:p>
    <w:p>
      <w:r>
        <w:rPr>
          <w:b/>
        </w:rPr>
        <w:t xml:space="preserve">[43:01] </w:t>
      </w:r>
      <w:r>
        <w:t>if you, if you want, you can, you can read it by. if you download your internet, you can find this quran on the internet also.</w:t>
      </w:r>
    </w:p>
    <w:p>
      <w:pPr>
        <w:jc w:val="right"/>
      </w:pPr>
      <w:r>
        <w:t>اف یو، اف یو وانٹ، یو کین، یو کین ریڈ اٹ بائ۔ اف یو ڈاؤن لوڈ یور انٹرنیٹ، یو کین فائنڈ دس قران ان دی انٹرنیٹ السو۔</w:t>
      </w:r>
    </w:p>
    <w:p>
      <w:r>
        <w:rPr>
          <w:b/>
        </w:rPr>
        <w:t xml:space="preserve">[43:15] </w:t>
      </w:r>
      <w:r>
        <w:t>and you, if you want to read this. so in in printed form is also available for you. so this is my, it is my appeal, like a final appeal.</w:t>
      </w:r>
    </w:p>
    <w:p>
      <w:pPr>
        <w:jc w:val="right"/>
      </w:pPr>
      <w:r>
        <w:t>اینڈ یو، اف یو وانٹ ٹو ریڈ دس۔ سو ان ان پرنٹڈ فارم از السو اویلیبل فار یو۔ سو دس از مائی، اٹ از مائی اپیل، لائک ا فائنل اپیل۔</w:t>
      </w:r>
    </w:p>
    <w:p>
      <w:r>
        <w:rPr>
          <w:b/>
        </w:rPr>
        <w:t xml:space="preserve">[43:29] </w:t>
      </w:r>
      <w:r>
        <w:t>like a final appeal</w:t>
      </w:r>
    </w:p>
    <w:p>
      <w:pPr>
        <w:jc w:val="right"/>
      </w:pPr>
      <w:r>
        <w:t>لائک ا فائنل اپیل</w:t>
      </w:r>
    </w:p>
    <w:p>
      <w:r>
        <w:rPr>
          <w:b/>
        </w:rPr>
        <w:t xml:space="preserve">[43:32] </w:t>
      </w:r>
      <w:r>
        <w:t>, please be sincere about your life. don't waste time.</w:t>
      </w:r>
    </w:p>
    <w:p>
      <w:pPr>
        <w:jc w:val="right"/>
      </w:pPr>
      <w:r>
        <w:t>، پلیز بی سنسر اباؤٹ یور لائف۔ ڈونٹ ویسٹ ٹائم۔</w:t>
      </w:r>
    </w:p>
    <w:p>
      <w:r>
        <w:rPr>
          <w:b/>
        </w:rPr>
        <w:t xml:space="preserve">[43:43] </w:t>
      </w:r>
      <w:r>
        <w:t>global warming is, is, is giving you last message. last message:</w:t>
      </w:r>
    </w:p>
    <w:p>
      <w:pPr>
        <w:jc w:val="right"/>
      </w:pPr>
      <w:r>
        <w:t>گلوبل وارمنگ از، از، از گیونگ یو لاسٹ میسج۔ لاسٹ میسج:</w:t>
      </w:r>
    </w:p>
    <w:p>
      <w:r>
        <w:rPr>
          <w:b/>
        </w:rPr>
        <w:t xml:space="preserve">[43:54] </w:t>
      </w:r>
      <w:r>
        <w:t>the whole nature is going to,</w:t>
      </w:r>
    </w:p>
    <w:p>
      <w:pPr>
        <w:jc w:val="right"/>
      </w:pPr>
      <w:r>
        <w:t>دا ہول نیچر از گوئنگ ٹو،</w:t>
      </w:r>
    </w:p>
    <w:p>
      <w:r>
        <w:rPr>
          <w:b/>
        </w:rPr>
        <w:t xml:space="preserve">[43:59] </w:t>
      </w:r>
      <w:r>
        <w:t>the day will come when god almighty will destroy this nature, will destroy this world. this world was not created for, for good.</w:t>
      </w:r>
    </w:p>
    <w:p>
      <w:pPr>
        <w:jc w:val="right"/>
      </w:pPr>
      <w:r>
        <w:t>دا ڈے ول کم وین گاڈ المائٹی ول ڈسٹروئے دس نیچر، ول ڈسٹروئے دس ورلڈ۔ دس ورلڈ واز ناٹ کریٹڈ فار، فار گڈ۔</w:t>
      </w:r>
    </w:p>
    <w:p>
      <w:r>
        <w:rPr>
          <w:b/>
        </w:rPr>
        <w:t xml:space="preserve">[44:12] </w:t>
      </w:r>
      <w:r>
        <w:t>no, it was created for a temporary period. and global warming is warning us that, that temporary period is over</w:t>
      </w:r>
    </w:p>
    <w:p>
      <w:pPr>
        <w:jc w:val="right"/>
      </w:pPr>
      <w:r>
        <w:t>نو، اٹ واز کریٹڈ فار ا ٹیمپریری پیریڈ۔ اینڈ گلوبل وارمنگ از وارننگ اس دیٹ، دیٹ ٹیمپریری پیریڈ از اوور</w:t>
      </w:r>
    </w:p>
    <w:p>
      <w:r>
        <w:rPr>
          <w:b/>
        </w:rPr>
        <w:t xml:space="preserve">[44:24] </w:t>
      </w:r>
      <w:r>
        <w:t>. present global warming is warning us that, that temporary period is over.</w:t>
      </w:r>
    </w:p>
    <w:p>
      <w:pPr>
        <w:jc w:val="right"/>
      </w:pPr>
      <w:r>
        <w:t>۔ پریزنٹ گلوبل وارمنگ از وارننگ اس دیٹ، دیٹ ٹیمپریری پیریڈ از اوور۔</w:t>
      </w:r>
    </w:p>
    <w:p>
      <w:r>
        <w:rPr>
          <w:b/>
        </w:rPr>
        <w:t xml:space="preserve">[44:33] </w:t>
      </w:r>
      <w:r>
        <w:t>you be expelled from this planet.</w:t>
      </w:r>
    </w:p>
    <w:p>
      <w:pPr>
        <w:jc w:val="right"/>
      </w:pPr>
      <w:r>
        <w:t>یو بی ایکسپیلڈ فرام دس پلینٹ۔</w:t>
      </w:r>
    </w:p>
    <w:p>
      <w:r>
        <w:rPr>
          <w:b/>
        </w:rPr>
        <w:t xml:space="preserve">[44:41] </w:t>
      </w:r>
      <w:r>
        <w:t>very soon all mankind will be expelled from this planet. so this, this will be the second expulsion. there is no doubt about it.</w:t>
      </w:r>
    </w:p>
    <w:p>
      <w:pPr>
        <w:jc w:val="right"/>
      </w:pPr>
      <w:r>
        <w:t>ویری سون ال مین کائنڈ ول بی ایکسپیلڈ فرام دس پلینٹ۔ سو دس، دس ول بی دا سیکنڈ ایکسپلشن۔ دیر نو ڈاؤٹ اباؤٹ اٹ۔</w:t>
      </w:r>
    </w:p>
    <w:p>
      <w:r>
        <w:rPr>
          <w:b/>
        </w:rPr>
        <w:t xml:space="preserve">[44:58] </w:t>
      </w:r>
      <w:r>
        <w:t>quran and science both are testimony of this fact. what, what, what was mentioned in the quran?</w:t>
      </w:r>
    </w:p>
    <w:p>
      <w:pPr>
        <w:jc w:val="right"/>
      </w:pPr>
      <w:r>
        <w:t>قران اینڈ سائنس بوتھ ار ٹیسٹیمنی اف دس فیکٹ۔ واٹ، واٹ، واٹ واز مینشن ان دا قران؟</w:t>
      </w:r>
    </w:p>
    <w:p>
      <w:r>
        <w:rPr>
          <w:b/>
        </w:rPr>
        <w:t xml:space="preserve">[45:09] </w:t>
      </w:r>
      <w:r>
        <w:t>now science is, is certify that facts. science, science is like a confirmation of those facts.</w:t>
      </w:r>
    </w:p>
    <w:p>
      <w:pPr>
        <w:jc w:val="right"/>
      </w:pPr>
      <w:r>
        <w:t>ناو سائنس از، از سرٹیفائی دیٹ فیکٹس۔ سائنس، سائنس از لائک ا کنفرمیشن اف دوز فیکٹس۔</w:t>
      </w:r>
    </w:p>
    <w:p>
      <w:r>
        <w:rPr>
          <w:b/>
        </w:rPr>
        <w:t xml:space="preserve">[45:25] </w:t>
      </w:r>
      <w:r>
        <w:t>what was mentioned in the quran? now you can see it by your eye. so i can see that countdown has reach to its, to its last number.</w:t>
      </w:r>
    </w:p>
    <w:p>
      <w:pPr>
        <w:jc w:val="right"/>
      </w:pPr>
      <w:r>
        <w:t>واٹ واز مینشن ان دا قران؟ ناو یو کین سی اٹ بائی یور ائی۔ سو ائی کین سی دیٹ کاؤنٹ ڈاؤن ہیز ریچ ٹو اٹس، ٹو اٹس لاسٹ نمبر۔</w:t>
      </w:r>
    </w:p>
    <w:p>
      <w:r>
        <w:rPr>
          <w:b/>
        </w:rPr>
        <w:t xml:space="preserve">[45:48] </w:t>
      </w:r>
      <w:r>
        <w:t>we have very, very little time. we have very little time account to the quran, and also account to the scientific account.</w:t>
      </w:r>
    </w:p>
    <w:p>
      <w:pPr>
        <w:jc w:val="right"/>
      </w:pPr>
      <w:r>
        <w:t>وی ہیو ویری، ویری لٹل ٹائم۔ وی ہیو ویری لٹل ٹائم اکاؤنٹ ٹو دا قران، اینڈ السو اکاؤنٹ ٹو دا سائنٹیفک اکاؤنٹ۔</w:t>
      </w:r>
    </w:p>
    <w:p>
      <w:r>
        <w:rPr>
          <w:b/>
        </w:rPr>
        <w:t xml:space="preserve">[46:00] </w:t>
      </w:r>
      <w:r>
        <w:t>so i would like to suggest that you have to study quran.</w:t>
      </w:r>
    </w:p>
    <w:p>
      <w:pPr>
        <w:jc w:val="right"/>
      </w:pPr>
      <w:r>
        <w:t>سو ائی وڈ لائک ٹو سجیسٹ دیٹ یو ہیو ٹو اسٹڈی قران۔</w:t>
      </w:r>
    </w:p>
    <w:p>
      <w:r>
        <w:rPr>
          <w:b/>
        </w:rPr>
        <w:t xml:space="preserve">[46:08] </w:t>
      </w:r>
      <w:r>
        <w:t>you have to study the scientific discoveries. you have to discover the existence of god.</w:t>
      </w:r>
    </w:p>
    <w:p>
      <w:pPr>
        <w:jc w:val="right"/>
      </w:pPr>
      <w:r>
        <w:t>یو ہیو ٹو اسٹڈی دا سائنٹیفک ڈسکوریز۔ یو ہیو ٹو ڈسکور دا ایگزسٹنس اف گاڈ۔</w:t>
      </w:r>
    </w:p>
    <w:p>
      <w:r>
        <w:rPr>
          <w:b/>
        </w:rPr>
        <w:t xml:space="preserve">[46:18] </w:t>
      </w:r>
      <w:r>
        <w:t>you have to discover the, the, the situation given by the, by the, by the science.</w:t>
      </w:r>
    </w:p>
    <w:p>
      <w:pPr>
        <w:jc w:val="right"/>
      </w:pPr>
      <w:r>
        <w:t>یو ہیو ٹو ڈسکور دا، دا، دا سچویشن گیون بائی دا، بائی دا، بائی دا سائنس۔</w:t>
      </w:r>
    </w:p>
    <w:p>
      <w:r>
        <w:rPr>
          <w:b/>
        </w:rPr>
        <w:t xml:space="preserve">[46:29] </w:t>
      </w:r>
      <w:r>
        <w:t>every day there are some news from the scientific side that, that, that situation is very, very green.</w:t>
      </w:r>
    </w:p>
    <w:p>
      <w:pPr>
        <w:jc w:val="right"/>
      </w:pPr>
      <w:r>
        <w:t>ایوری ڈے دیر ار سم نیوز فرام دا سائنٹیفک سائیڈ دیٹ، دیٹ، دیٹ سچویشن از ویری، ویری گرین۔</w:t>
      </w:r>
    </w:p>
    <w:p>
      <w:r>
        <w:rPr>
          <w:b/>
        </w:rPr>
        <w:t xml:space="preserve">[46:41] </w:t>
      </w:r>
      <w:r>
        <w:t>and there no sign of reversal. every day the situation is going,</w:t>
      </w:r>
    </w:p>
    <w:p>
      <w:pPr>
        <w:jc w:val="right"/>
      </w:pPr>
      <w:r>
        <w:t>اینڈ دیر نو سائن اف ریورسل۔ ایوری ڈے دا سچویشن از گوئنگ،</w:t>
      </w:r>
    </w:p>
    <w:p>
      <w:r>
        <w:rPr>
          <w:b/>
        </w:rPr>
        <w:t xml:space="preserve">[46:51] </w:t>
      </w:r>
      <w:r>
        <w:t>going bad, and there is no sign of reversal till this day.</w:t>
      </w:r>
    </w:p>
    <w:p>
      <w:pPr>
        <w:jc w:val="right"/>
      </w:pPr>
      <w:r>
        <w:t>گوئنگ بیڈ، اینڈ دیر از نو سائن اف ریورسل ٹل دس ڈے۔</w:t>
      </w:r>
    </w:p>
    <w:p>
      <w:r>
        <w:rPr>
          <w:b/>
        </w:rPr>
        <w:t xml:space="preserve">[47:01] </w:t>
      </w:r>
      <w:r>
        <w:t>so it is very, very serious situation. don't lose the time.</w:t>
      </w:r>
    </w:p>
    <w:p>
      <w:pPr>
        <w:jc w:val="right"/>
      </w:pPr>
      <w:r>
        <w:t>سو اٹ از ویری، ویری سیریس سچویشن۔ ڈونٹ لوز دا ٹائم۔</w:t>
      </w:r>
    </w:p>
    <w:p>
      <w:r>
        <w:rPr>
          <w:b/>
        </w:rPr>
        <w:t xml:space="preserve">[47:10] </w:t>
      </w:r>
      <w:r>
        <w:t>i think that take this as your priority, as your priority.</w:t>
      </w:r>
    </w:p>
    <w:p>
      <w:pPr>
        <w:jc w:val="right"/>
      </w:pPr>
      <w:r>
        <w:t>ائی تھنک دیٹ ٹیک دس ایز یور پرائرٹی، ایز یور پرائرٹی۔</w:t>
      </w:r>
    </w:p>
    <w:p>
      <w:r>
        <w:rPr>
          <w:b/>
        </w:rPr>
        <w:t xml:space="preserve">[47:22] </w:t>
      </w:r>
      <w:r>
        <w:t>first of all, you have to discover the truth. first of all, you have to discover the situation.</w:t>
      </w:r>
    </w:p>
    <w:p>
      <w:pPr>
        <w:jc w:val="right"/>
      </w:pPr>
      <w:r>
        <w:t>فرسٹ اف ال، یو ہیو ٹو ڈسکور دا ٹروتھ۔ فرسٹ اف ال، یو ہیو ٹو ڈسکور دا سچویشن۔</w:t>
      </w:r>
    </w:p>
    <w:p>
      <w:r>
        <w:rPr>
          <w:b/>
        </w:rPr>
        <w:t xml:space="preserve">[47:31] </w:t>
      </w:r>
      <w:r>
        <w:t>first of all, you have to discover what was mentioned in the quran and how it is confirmed by, by modern science.</w:t>
      </w:r>
    </w:p>
    <w:p>
      <w:pPr>
        <w:jc w:val="right"/>
      </w:pPr>
      <w:r>
        <w:t>فرسٹ اف ال، یو ہیو ٹو ڈسکور واٹ واز مینشن ان دا قران اینڈ ہاؤ اٹ از کنفرم بائی، بائی ماڈرن سائنس۔</w:t>
      </w:r>
    </w:p>
    <w:p>
      <w:r>
        <w:rPr>
          <w:b/>
        </w:rPr>
        <w:t xml:space="preserve">[47:48] </w:t>
      </w:r>
      <w:r>
        <w:t>so first explanation was faced by adam, the first man.</w:t>
      </w:r>
    </w:p>
    <w:p>
      <w:pPr>
        <w:jc w:val="right"/>
      </w:pPr>
      <w:r>
        <w:t>سو فرسٹ ایکسپلشن واز فیس بائی ادم، دا فرسٹ مین۔</w:t>
      </w:r>
    </w:p>
    <w:p>
      <w:r>
        <w:rPr>
          <w:b/>
        </w:rPr>
        <w:t xml:space="preserve">[47:57] </w:t>
      </w:r>
      <w:r>
        <w:t>now</w:t>
      </w:r>
    </w:p>
    <w:p>
      <w:pPr>
        <w:jc w:val="right"/>
      </w:pPr>
      <w:r>
        <w:t>ناو</w:t>
      </w:r>
    </w:p>
    <w:p>
      <w:r>
        <w:rPr>
          <w:b/>
        </w:rPr>
        <w:t xml:space="preserve">[48:01] </w:t>
      </w:r>
      <w:r>
        <w:t>the present generation is going to face the, the second explanation.</w:t>
      </w:r>
    </w:p>
    <w:p>
      <w:pPr>
        <w:jc w:val="right"/>
      </w:pPr>
      <w:r>
        <w:t>دا پریزنٹ جنریشن از گوئنگ ٹو فیس دا، دا سیکنڈ ایکسپلشن۔</w:t>
      </w:r>
    </w:p>
    <w:p>
      <w:r>
        <w:rPr>
          <w:b/>
        </w:rPr>
        <w:t xml:space="preserve">[48:09] </w:t>
      </w:r>
      <w:r>
        <w:t>it will, it will be very, very bad for all mankind, for all men and women.</w:t>
      </w:r>
    </w:p>
    <w:p>
      <w:pPr>
        <w:jc w:val="right"/>
      </w:pPr>
      <w:r>
        <w:t>اٹ ول، اٹ ول بی ویری، ویری بیڈ فار ال مین کائنڈ، فار ال مین اینڈ وومن۔</w:t>
      </w:r>
    </w:p>
    <w:p>
      <w:r>
        <w:rPr>
          <w:b/>
        </w:rPr>
        <w:t xml:space="preserve">[48:19] </w:t>
      </w:r>
      <w:r>
        <w:t>i am saying all these things not as a, not as a, as a jo</w:t>
      </w:r>
    </w:p>
    <w:p>
      <w:pPr>
        <w:jc w:val="right"/>
      </w:pPr>
      <w:r>
        <w:t>ائی ایم سینگ ال دیز تھنگز ناٹ ایز اے، ناٹ ایز اے، ایز اے جو</w:t>
      </w:r>
    </w:p>
    <w:p>
      <w:r>
        <w:rPr>
          <w:b/>
        </w:rPr>
        <w:t xml:space="preserve">[48:27] </w:t>
      </w:r>
      <w:r>
        <w:t>k. it is a fact. scientific fact. you take, it is quranic statement. what i am saying is, is, is a scientific fact.</w:t>
      </w:r>
    </w:p>
    <w:p>
      <w:pPr>
        <w:jc w:val="right"/>
      </w:pPr>
      <w:r>
        <w:t>ک۔ اٹ از ا فیکٹ۔ سائنٹیفک فیکٹ۔ یو ٹیک، اٹ از قرانک اسٹیٹمنٹ۔ واٹ ائی ایم سینگ از، از، از ا سائنٹیفک فیکٹ۔</w:t>
      </w:r>
    </w:p>
    <w:p>
      <w:r>
        <w:rPr>
          <w:b/>
        </w:rPr>
        <w:t xml:space="preserve">[48:40] </w:t>
      </w:r>
      <w:r>
        <w:t>also it is quranic, quranic account, quranic statement. you can read those chapters of hadith that is said asar qyamat.</w:t>
      </w:r>
    </w:p>
    <w:p>
      <w:pPr>
        <w:jc w:val="right"/>
      </w:pPr>
      <w:r>
        <w:t>السو اٹ از قرانک، قرانک اکاؤنٹ، قرانک اسٹیٹمنٹ۔ یو کین ریڈ دوز چیپٹرز اف حدیث دیٹ از سیڈ اسار قیامت۔</w:t>
      </w:r>
    </w:p>
    <w:p>
      <w:r>
        <w:rPr>
          <w:b/>
        </w:rPr>
        <w:t xml:space="preserve">[48:55] </w:t>
      </w:r>
      <w:r>
        <w:t>asar qyamat</w:t>
      </w:r>
    </w:p>
    <w:p>
      <w:pPr>
        <w:jc w:val="right"/>
      </w:pPr>
      <w:r>
        <w:t>اسار قیامت</w:t>
      </w:r>
    </w:p>
    <w:p>
      <w:r>
        <w:rPr>
          <w:b/>
        </w:rPr>
        <w:t xml:space="preserve">[48:57] </w:t>
      </w:r>
      <w:r>
        <w:t>. there are so many hadith about asar qyamat, and there are so many references also in the quran about the, about the qyamat.</w:t>
      </w:r>
    </w:p>
    <w:p>
      <w:pPr>
        <w:jc w:val="right"/>
      </w:pPr>
      <w:r>
        <w:t>۔ دیر ار سو مینی حدیث اباؤٹ اسار قیامت، اینڈ دیر ار سو مینی ریفرنسز السو ان دا قران اباؤٹ دا، اباؤٹ دا قیامت۔</w:t>
      </w:r>
    </w:p>
    <w:p>
      <w:r>
        <w:rPr>
          <w:b/>
        </w:rPr>
        <w:t xml:space="preserve">[49:10] </w:t>
      </w:r>
      <w:r>
        <w:t>so if you read quran, and if you read hadith, you will find that what i am saying is not a joke. it is a fact.</w:t>
      </w:r>
    </w:p>
    <w:p>
      <w:pPr>
        <w:jc w:val="right"/>
      </w:pPr>
      <w:r>
        <w:t>سو اف یو ریڈ قران، اینڈ اف یو ریڈ حدیث، یو ویل فائنڈ دیٹ واٹ ائی ایم سینگ از ناٹ ا جوک۔ اٹ از ا فیکٹ۔</w:t>
      </w:r>
    </w:p>
    <w:p>
      <w:r>
        <w:rPr>
          <w:b/>
        </w:rPr>
        <w:t xml:space="preserve">[49:20] </w:t>
      </w:r>
      <w:r>
        <w:t>a scientific fact. it is a reality</w:t>
      </w:r>
    </w:p>
    <w:p>
      <w:pPr>
        <w:jc w:val="right"/>
      </w:pPr>
      <w:r>
        <w:t>ا سائنٹیفک فیکٹ۔ اٹ از ا ریلیٹی</w:t>
      </w:r>
    </w:p>
    <w:p>
      <w:r>
        <w:rPr>
          <w:b/>
        </w:rPr>
        <w:t xml:space="preserve">[49:26] </w:t>
      </w:r>
      <w:r>
        <w:t>. so we have to accept the reality. we have no option other than to accept the reality. stitch like habit will not save us.</w:t>
      </w:r>
    </w:p>
    <w:p>
      <w:pPr>
        <w:jc w:val="right"/>
      </w:pPr>
      <w:r>
        <w:t>۔ سو وی ہیو ٹو ایکسیپٹ دا ریلیٹی۔ وی ہیو نو اپشن ادر دین ٹو ایکسیپٹ دا ریلیٹی۔ اسٹچ لائک ہیبٹ ول ناٹ سیو اس۔</w:t>
      </w:r>
    </w:p>
    <w:p>
      <w:r>
        <w:rPr>
          <w:b/>
        </w:rPr>
        <w:t xml:space="preserve">[49:41] </w:t>
      </w:r>
      <w:r>
        <w:t>so it is very, very dangerous. i am saying this with by, with the great pain.</w:t>
      </w:r>
    </w:p>
    <w:p>
      <w:pPr>
        <w:jc w:val="right"/>
      </w:pPr>
      <w:r>
        <w:t>سو اٹ از ویری، ویری ڈینجرس۔ ائی ایم سینگ دس ود بائی، ود دا گریٹ پین۔</w:t>
      </w:r>
    </w:p>
    <w:p>
      <w:r>
        <w:rPr>
          <w:b/>
        </w:rPr>
        <w:t xml:space="preserve">[49:52] </w:t>
      </w:r>
      <w:r>
        <w:t>for me, it is not a, for me, it is not a,</w:t>
      </w:r>
    </w:p>
    <w:p>
      <w:pPr>
        <w:jc w:val="right"/>
      </w:pPr>
      <w:r>
        <w:t>فار می، اٹ از ناٹ ا، فار می، اٹ از ناٹ ا،</w:t>
      </w:r>
    </w:p>
    <w:p>
      <w:r>
        <w:rPr>
          <w:b/>
        </w:rPr>
        <w:t xml:space="preserve">[50:02] </w:t>
      </w:r>
      <w:r>
        <w:t>not a simple statement. i am saying all these, these, these things out of pain, out of great pain.</w:t>
      </w:r>
    </w:p>
    <w:p>
      <w:pPr>
        <w:jc w:val="right"/>
      </w:pPr>
      <w:r>
        <w:t>ناٹ ا سمپل اسٹیٹمنٹ۔ ائی ایم سینگ ال دیز، دیز، دیز تھنگز اؤٹ اف پین، اؤٹ اف گریٹ پین۔</w:t>
      </w:r>
    </w:p>
    <w:p>
      <w:r>
        <w:rPr>
          <w:b/>
        </w:rPr>
        <w:t xml:space="preserve">[50:18] </w:t>
      </w:r>
      <w:r>
        <w:t>i have no option except to, to, to declare all these things which i have found in the quran also, which i have read in the scientific discoveries.</w:t>
      </w:r>
    </w:p>
    <w:p>
      <w:pPr>
        <w:jc w:val="right"/>
      </w:pPr>
      <w:r>
        <w:t>ائی ہیو نو اپشن ایکسیپٹ ٹو، ٹو، ٹو ڈیکلیئر ال دیز تھنگز وچ ائی ہیو فاؤنڈ ان دا قران السو، وچ ائی ہیو ریڈ ان دا سائنٹیفک ڈسکوریز۔</w:t>
      </w:r>
    </w:p>
    <w:p>
      <w:r>
        <w:rPr>
          <w:b/>
        </w:rPr>
        <w:t xml:space="preserve">[50:37] </w:t>
      </w:r>
      <w:r>
        <w:t>so now time is, now the time is to, to, to go to repentance, to go to reassess, to go to rethink about our life, to replan our life.</w:t>
      </w:r>
    </w:p>
    <w:p>
      <w:pPr>
        <w:jc w:val="right"/>
      </w:pPr>
      <w:r>
        <w:t>سو ناو ٹائم از، ناو دا ٹائم از ٹو، ٹو، ٹو گو ٹو ریپنٹنس، ٹو گو ٹو ری اسس، ٹو گو ٹو ری تھنک اباؤٹ اور لائف، ٹو ری پلان اور لائف۔</w:t>
      </w:r>
    </w:p>
    <w:p>
      <w:r>
        <w:rPr>
          <w:b/>
        </w:rPr>
        <w:t xml:space="preserve">[51:01] </w:t>
      </w:r>
      <w:r>
        <w:t>time is very short. time is very short.</w:t>
      </w:r>
    </w:p>
    <w:p>
      <w:pPr>
        <w:jc w:val="right"/>
      </w:pPr>
      <w:r>
        <w:t>ٹائم از ویری شارٹ۔ ٹائم از ویری شارٹ۔</w:t>
      </w:r>
    </w:p>
    <w:p>
      <w:r>
        <w:rPr>
          <w:b/>
        </w:rPr>
        <w:t xml:space="preserve">[51:17] </w:t>
      </w:r>
      <w:r>
        <w:t>no man is on the safe side. my self is not on the safe side. no man and woman can say that i am on the safe side.</w:t>
      </w:r>
    </w:p>
    <w:p>
      <w:pPr>
        <w:jc w:val="right"/>
      </w:pPr>
      <w:r>
        <w:t>نو من از ان دا سیف سائیڈ۔ مائی سیلف از ناٹ ان دا سیف سائیڈ۔ نو مین اینڈ وومن کین سی دیٹ ائی ایم ان دا سیف سائیڈ۔</w:t>
      </w:r>
    </w:p>
    <w:p>
      <w:r>
        <w:rPr>
          <w:b/>
        </w:rPr>
        <w:t xml:space="preserve">[51:29] </w:t>
      </w:r>
      <w:r>
        <w:t>everyone is going to face the same situation.</w:t>
      </w:r>
    </w:p>
    <w:p>
      <w:pPr>
        <w:jc w:val="right"/>
      </w:pPr>
      <w:r>
        <w:t>ایوری ون از گوئنگ ٹو فیس دا سیم سچویشن۔</w:t>
      </w:r>
    </w:p>
    <w:p>
      <w:r>
        <w:rPr>
          <w:b/>
        </w:rPr>
        <w:t xml:space="preserve">[51:37] </w:t>
      </w:r>
      <w:r>
        <w:t>there is no guarantee for anyone.</w:t>
      </w:r>
    </w:p>
    <w:p>
      <w:pPr>
        <w:jc w:val="right"/>
      </w:pPr>
      <w:r>
        <w:t>دیر از نو گارنٹی فار اینی ون۔</w:t>
      </w:r>
    </w:p>
    <w:p>
      <w:r>
        <w:rPr>
          <w:b/>
        </w:rPr>
        <w:t xml:space="preserve">[51:46] </w:t>
      </w:r>
      <w:r>
        <w:t>no human, no man can say that i am on the same safe side. same is going to happen with all man and woman,</w:t>
      </w:r>
    </w:p>
    <w:p>
      <w:pPr>
        <w:jc w:val="right"/>
      </w:pPr>
      <w:r>
        <w:t>نو ہیومن، نو مین کین سی دیٹ ائی ایم ان دا سیم سیف سائیڈ۔ سیم از گوئنگ ٹو ہیپن ود ال مین اینڈ وومن،</w:t>
      </w:r>
    </w:p>
    <w:p>
      <w:r>
        <w:rPr>
          <w:b/>
        </w:rPr>
        <w:t xml:space="preserve">[52:00] </w:t>
      </w:r>
      <w:r>
        <w:t>except those people who receive the blessing of god. only blessing of god can save us.</w:t>
      </w:r>
    </w:p>
    <w:p>
      <w:pPr>
        <w:jc w:val="right"/>
      </w:pPr>
      <w:r>
        <w:t>ایکسیپٹ دوز پیپل ہو ریسیو دا بلیسنگ اف گاڈ۔ اونلی بلیسنگ اف گاڈ کین سیو اس۔</w:t>
      </w:r>
    </w:p>
    <w:p>
      <w:r>
        <w:rPr>
          <w:b/>
        </w:rPr>
        <w:t xml:space="preserve">[52:12] </w:t>
      </w:r>
      <w:r>
        <w:t>only, only blessing of god can save us.</w:t>
      </w:r>
    </w:p>
    <w:p>
      <w:pPr>
        <w:jc w:val="right"/>
      </w:pPr>
      <w:r>
        <w:t>اونلی، اونلی بلیسنگ اف گاڈ کین سیو اس۔</w:t>
      </w:r>
    </w:p>
    <w:p>
      <w:r>
        <w:rPr>
          <w:b/>
        </w:rPr>
        <w:t xml:space="preserve">[52:16] </w:t>
      </w:r>
      <w:r>
        <w:t>so we have to make dua. we have to make dua. we have to ask blessing from god.</w:t>
      </w:r>
    </w:p>
    <w:p>
      <w:pPr>
        <w:jc w:val="right"/>
      </w:pPr>
      <w:r>
        <w:t>سو وی ہیو ٹو میک دعا۔ وی ہیو ٹو میک دعا۔ وی ہیو ٹو اسک بلیسنگ فرام گاڈ۔</w:t>
      </w:r>
    </w:p>
    <w:p>
      <w:r>
        <w:rPr>
          <w:b/>
        </w:rPr>
        <w:t xml:space="preserve">[52:28] </w:t>
      </w:r>
      <w:r>
        <w:t>we have to read his, his verse. we have to read the prophets life.</w:t>
      </w:r>
    </w:p>
    <w:p>
      <w:pPr>
        <w:jc w:val="right"/>
      </w:pPr>
      <w:r>
        <w:t>وی ہیو ٹو ریڈ ہز، ہز ورس۔ وی ہیو ٹو ریڈ دا پرافٹس لائف۔</w:t>
      </w:r>
    </w:p>
    <w:p>
      <w:r>
        <w:rPr>
          <w:b/>
        </w:rPr>
        <w:t xml:space="preserve">[52:41] </w:t>
      </w:r>
      <w:r>
        <w:t>we have to rediscover islam.</w:t>
      </w:r>
    </w:p>
    <w:p>
      <w:pPr>
        <w:jc w:val="right"/>
      </w:pPr>
      <w:r>
        <w:t>وی ہیو ٹو ری ڈسکور اسلام۔</w:t>
      </w:r>
    </w:p>
    <w:p>
      <w:r>
        <w:rPr>
          <w:b/>
        </w:rPr>
        <w:t xml:space="preserve">[52:46] </w:t>
      </w:r>
      <w:r>
        <w:t>some people may think that they are in the safe side, but it is not, it is not correct.</w:t>
      </w:r>
    </w:p>
    <w:p>
      <w:pPr>
        <w:jc w:val="right"/>
      </w:pPr>
      <w:r>
        <w:t>سم پیپل می تھنک دیٹ دے ار ان دی سیف سائیڈ، بٹ اٹ از ناٹ، اٹ از ناٹ کریکٹ۔</w:t>
      </w:r>
    </w:p>
    <w:p>
      <w:r>
        <w:rPr>
          <w:b/>
        </w:rPr>
        <w:t xml:space="preserve">[53:00] </w:t>
      </w:r>
      <w:r>
        <w:t>except blessing of god, nothing can save you except the blessing of god.</w:t>
      </w:r>
    </w:p>
    <w:p>
      <w:pPr>
        <w:jc w:val="right"/>
      </w:pPr>
      <w:r>
        <w:t>ایکسیپٹ بلیسنگ اف گاڈ، نتھنگ کین سیو یو ایکسیپٹ دا بلیسنگ اف گاڈ۔</w:t>
      </w:r>
    </w:p>
    <w:p>
      <w:r>
        <w:rPr>
          <w:b/>
        </w:rPr>
        <w:t xml:space="preserve">[53:09] </w:t>
      </w:r>
      <w:r>
        <w:t>and blessing of god is only for those person who have save them self from misuse of freedom.</w:t>
      </w:r>
    </w:p>
    <w:p>
      <w:pPr>
        <w:jc w:val="right"/>
      </w:pPr>
      <w:r>
        <w:t>اینڈ بلیسنگ اف گاڈ از اونلی فار دوز پرسن ہو ہیو سیو دیم سیلف فرام مس یوز اف فریڈم۔</w:t>
      </w:r>
    </w:p>
    <w:p>
      <w:r>
        <w:rPr>
          <w:b/>
        </w:rPr>
        <w:t xml:space="preserve">[53:21] </w:t>
      </w:r>
      <w:r>
        <w:t>i think that the only criteria was and god almighty gave you freedom. and then he wanted to know who, who misuse their freedom.</w:t>
      </w:r>
    </w:p>
    <w:p>
      <w:pPr>
        <w:jc w:val="right"/>
      </w:pPr>
      <w:r>
        <w:t>ائی تھنک دیٹ دا اونلی کرائٹیریا واز اینڈ گاڈ المائٹی گیو یو فریڈم۔ اینڈ دین ہی وانٹڈ ٹو نو ہو، ہو مس یوز دیر فریڈم۔</w:t>
      </w:r>
    </w:p>
    <w:p>
      <w:r>
        <w:rPr>
          <w:b/>
        </w:rPr>
        <w:t xml:space="preserve">[53:36] </w:t>
      </w:r>
      <w:r>
        <w:t>and who is that person who, who uses his freedom in a proper, proper way.</w:t>
      </w:r>
    </w:p>
    <w:p>
      <w:pPr>
        <w:jc w:val="right"/>
      </w:pPr>
      <w:r>
        <w:t>اینڈ ہو از دیٹ پرسن ہو، ہو یوزز ہز فریڈم ان ا پراپر، پراپر وے۔</w:t>
      </w:r>
    </w:p>
    <w:p>
      <w:r>
        <w:rPr>
          <w:b/>
        </w:rPr>
        <w:t xml:space="preserve">[53:46] </w:t>
      </w:r>
      <w:r>
        <w:t>so one who,</w:t>
      </w:r>
    </w:p>
    <w:p>
      <w:pPr>
        <w:jc w:val="right"/>
      </w:pPr>
      <w:r>
        <w:t>سو ون ہو،</w:t>
      </w:r>
    </w:p>
    <w:p>
      <w:r>
        <w:rPr>
          <w:b/>
        </w:rPr>
        <w:t xml:space="preserve">[53:51] </w:t>
      </w:r>
      <w:r>
        <w:t>one who misuses the freedom, he will be, he will be face the wrath of the god, of wrath of god.</w:t>
      </w:r>
    </w:p>
    <w:p>
      <w:pPr>
        <w:jc w:val="right"/>
      </w:pPr>
      <w:r>
        <w:t>ون ہو مس یوزز دا فریڈم، ہی ول بی، ہی ول بی فیس دا روتھ اف دا گاڈ، اف روتھ اف گاڈ۔</w:t>
      </w:r>
    </w:p>
    <w:p>
      <w:r>
        <w:rPr>
          <w:b/>
        </w:rPr>
        <w:t xml:space="preserve">[53:59] </w:t>
      </w:r>
      <w:r>
        <w:t>and one who, who,</w:t>
      </w:r>
    </w:p>
    <w:p>
      <w:pPr>
        <w:jc w:val="right"/>
      </w:pPr>
      <w:r>
        <w:t>اینڈ ون ہو، ہو،</w:t>
      </w:r>
    </w:p>
    <w:p>
      <w:r>
        <w:rPr>
          <w:b/>
        </w:rPr>
        <w:t xml:space="preserve">[54:07] </w:t>
      </w:r>
      <w:r>
        <w:t>who obeyed god's commandment, who follow the guidance of god almighty, he will be given the blessing of god.</w:t>
      </w:r>
    </w:p>
    <w:p>
      <w:pPr>
        <w:jc w:val="right"/>
      </w:pPr>
      <w:r>
        <w:t>ہو اوبیڈ گاڈز کمانڈمنٹ، ہو فالو دا گائیڈنس اف گاڈ المائٹی، ہی ول بی گیون دا بلیسنگ اف گاڈ۔</w:t>
      </w:r>
    </w:p>
    <w:p>
      <w:r>
        <w:rPr>
          <w:b/>
        </w:rPr>
        <w:t xml:space="preserve">[54:24] </w:t>
      </w:r>
      <w:r>
        <w:t>to blessing of god is not, not</w:t>
      </w:r>
    </w:p>
    <w:p>
      <w:pPr>
        <w:jc w:val="right"/>
      </w:pPr>
      <w:r>
        <w:t>تو بلیسنگ اف گاڈ از ناٹ، ناٹ</w:t>
      </w:r>
    </w:p>
    <w:p>
      <w:r>
        <w:rPr>
          <w:b/>
        </w:rPr>
        <w:t xml:space="preserve">[54:31] </w:t>
      </w:r>
      <w:r>
        <w:t>blessing of god will not be given in, in, in community basis. no community can claim that we are the blessed people.</w:t>
      </w:r>
    </w:p>
    <w:p>
      <w:pPr>
        <w:jc w:val="right"/>
      </w:pPr>
      <w:r>
        <w:t>بلیسنگ اف گاڈ ول ناٹ بی گیون ان، ان، ان کمیونٹی بیسس۔ نو کمیونٹی کین کلیم دیٹ وی ار دا بلیسڈ پیپل۔</w:t>
      </w:r>
    </w:p>
    <w:p>
      <w:r>
        <w:rPr>
          <w:b/>
        </w:rPr>
        <w:t xml:space="preserve">[54:41] </w:t>
      </w:r>
      <w:r>
        <w:t>no man can say that hell is fathers and paradise is for us. no, it is not possible.</w:t>
      </w:r>
    </w:p>
    <w:p>
      <w:pPr>
        <w:jc w:val="right"/>
      </w:pPr>
      <w:r>
        <w:t>نو مین کین سی دیٹ ہیل از فادرز اینڈ پارڈائز از فار اس۔ نو، اٹ از ناٹ پاسیبل۔</w:t>
      </w:r>
    </w:p>
    <w:p>
      <w:r>
        <w:rPr>
          <w:b/>
        </w:rPr>
        <w:t xml:space="preserve">[54:55] </w:t>
      </w:r>
      <w:r>
        <w:t>so we have to repent. we have to reassess. we have to rethink. we have to rediscover.</w:t>
      </w:r>
    </w:p>
    <w:p>
      <w:pPr>
        <w:jc w:val="right"/>
      </w:pPr>
      <w:r>
        <w:t>سو وی ہیو ٹو ریپنٹ۔ وی ہیو ٹو ری اسس۔ وی ہیو ٹو ری تھنک۔ وی ہیو ٹو ری ڈسکور۔</w:t>
      </w:r>
    </w:p>
    <w:p>
      <w:r>
        <w:rPr>
          <w:b/>
        </w:rPr>
        <w:t xml:space="preserve">[55:06] </w:t>
      </w:r>
      <w:r>
        <w:t>we have to reexamine our past, our present, so that we may save our future.</w:t>
      </w:r>
    </w:p>
    <w:p>
      <w:pPr>
        <w:jc w:val="right"/>
      </w:pPr>
      <w:r>
        <w:t>وی ہیو ٹو ری ایگزامین اور پاسٹ، اور پریزنٹ، سو دیٹ وی می سیو اور فیوچر۔</w:t>
      </w:r>
    </w:p>
    <w:p>
      <w:r>
        <w:rPr>
          <w:b/>
        </w:rPr>
        <w:t xml:space="preserve">[55:24] </w:t>
      </w:r>
      <w:r>
        <w:t>all these things i am saying with great pain is not, is not for me. it is a pleasure.</w:t>
      </w:r>
    </w:p>
    <w:p>
      <w:pPr>
        <w:jc w:val="right"/>
      </w:pPr>
      <w:r>
        <w:t>ال دیز تھنگز ائی ایم سینگ ود گریٹ پین از ناٹ، از ناٹ فار می۔ اٹ از ا پلیژر۔</w:t>
      </w:r>
    </w:p>
    <w:p>
      <w:r>
        <w:rPr>
          <w:b/>
        </w:rPr>
        <w:t xml:space="preserve">[55:32] </w:t>
      </w:r>
      <w:r>
        <w:t>i am not saying these things as a pleasure. i am saying all these things with great pain, with great pain.</w:t>
      </w:r>
    </w:p>
    <w:p>
      <w:pPr>
        <w:jc w:val="right"/>
      </w:pPr>
      <w:r>
        <w:t>ائی ایم ناٹ سینگ دیز تھنگ ایز ا پلیژر۔ ائی ایم سینگ ال دیز تھنگز ود گریٹ پین، ود گریٹ پین۔</w:t>
      </w:r>
    </w:p>
    <w:p>
      <w:r>
        <w:rPr>
          <w:b/>
        </w:rPr>
        <w:t xml:space="preserve">[55:43] </w:t>
      </w:r>
      <w:r>
        <w:t>I have no option other than to tell you all these things.</w:t>
      </w:r>
    </w:p>
    <w:p>
      <w:pPr>
        <w:jc w:val="right"/>
      </w:pPr>
      <w:r>
        <w:t>ائی ہیو نو اپشن ادر دین ٹو، ٹو ٹیل یو ال دیز تھنگز۔</w:t>
      </w:r>
    </w:p>
    <w:p>
      <w:r>
        <w:rPr>
          <w:b/>
        </w:rPr>
        <w:t xml:space="preserve">[55:54] </w:t>
      </w:r>
      <w:r>
        <w:t>ai hevo,</w:t>
      </w:r>
    </w:p>
    <w:p>
      <w:pPr>
        <w:jc w:val="right"/>
      </w:pPr>
      <w:r>
        <w:t>ائی ہیو،</w:t>
      </w:r>
    </w:p>
    <w:p>
      <w:r>
        <w:rPr>
          <w:b/>
        </w:rPr>
        <w:t xml:space="preserve">[55:59] </w:t>
      </w:r>
      <w:r>
        <w:t>I, I have no option other than this. I am also,</w:t>
      </w:r>
    </w:p>
    <w:p>
      <w:pPr>
        <w:jc w:val="right"/>
      </w:pPr>
      <w:r>
        <w:t>ائی، ائی ہیو نو اپشن ادر دین دس۔ ائی ایم السو،</w:t>
      </w:r>
    </w:p>
    <w:p>
      <w:r>
        <w:rPr>
          <w:b/>
        </w:rPr>
        <w:t xml:space="preserve">[56:09] </w:t>
      </w:r>
      <w:r>
        <w:t>mai case is not exceptional case. I am going to face the same situation. So every day I make dua for myself</w:t>
      </w:r>
    </w:p>
    <w:p>
      <w:pPr>
        <w:jc w:val="right"/>
      </w:pPr>
      <w:r>
        <w:t>مائی کیس از ناٹ ایکسیپشنل کیس۔ ائی ایم گوئنگ ٹو فیس دا سیم سچویشن۔ سو ایوری ڈے ائی میک دعا فار مائی سیلف</w:t>
      </w:r>
    </w:p>
    <w:p>
      <w:r>
        <w:rPr>
          <w:b/>
        </w:rPr>
        <w:t xml:space="preserve">[56:23] </w:t>
      </w:r>
      <w:r>
        <w:t>. Every day I make dua for myself, for my family, for my team, for my companions, and for all mankind, for every man and woman.</w:t>
      </w:r>
    </w:p>
    <w:p>
      <w:pPr>
        <w:jc w:val="right"/>
      </w:pPr>
      <w:r>
        <w:t>۔ ایوری ڈے ائی میک دعا فار مائی سیلف، فار مائی فیملی، فار مائی ٹیم، فار مائی کمپینینز، اینڈ فار ال مین کائنڈ، فار ایوری مین اینڈ وومن۔</w:t>
      </w:r>
    </w:p>
    <w:p>
      <w:r>
        <w:rPr>
          <w:b/>
        </w:rPr>
        <w:t xml:space="preserve">[56:41] </w:t>
      </w:r>
      <w:r>
        <w:t>so every day, and every, every day and night, I am, I am, I am praying</w:t>
      </w:r>
    </w:p>
    <w:p>
      <w:pPr>
        <w:jc w:val="right"/>
      </w:pPr>
      <w:r>
        <w:t>سو ایوری ڈے، اینڈ ایوری، ایوری ڈے اینڈ نائٹ، ائی ایم، ائی ایم، ائی ایم پرینگ</w:t>
      </w:r>
    </w:p>
    <w:p>
      <w:r>
        <w:rPr>
          <w:b/>
        </w:rPr>
        <w:t xml:space="preserve">[56:50] </w:t>
      </w:r>
      <w:r>
        <w:t>. I used to pray for all mankind, for my people, for my team, or also for all mankind. May God save us from this dangerous situation.</w:t>
      </w:r>
    </w:p>
    <w:p>
      <w:pPr>
        <w:jc w:val="right"/>
      </w:pPr>
      <w:r>
        <w:t>۔ ائی یوز ٹو پری فار ال مین کائنڈ، فار مائی پیپل، فار مائی ٹیم، اور السو فار ال مین کائنڈ۔ می گاڈ سیو اس فرام دس ڈینجرس سچویشن۔</w:t>
      </w:r>
    </w:p>
    <w:p>
      <w:r>
        <w:rPr>
          <w:b/>
        </w:rPr>
        <w:t xml:space="preserve">[57:10] </w:t>
      </w:r>
      <w:r>
        <w:t>so ai invait yu to mek dua.</w:t>
      </w:r>
    </w:p>
    <w:p>
      <w:pPr>
        <w:jc w:val="right"/>
      </w:pPr>
      <w:r>
        <w:t>سو ائی انوائٹ یو ٹو میک دعا۔</w:t>
      </w:r>
    </w:p>
    <w:p>
      <w:r>
        <w:rPr>
          <w:b/>
        </w:rPr>
        <w:t xml:space="preserve">[57:14] </w:t>
      </w:r>
      <w:r>
        <w:t>Dua is a power. Dua is, dua is the only thing we can do.</w:t>
      </w:r>
    </w:p>
    <w:p>
      <w:pPr>
        <w:jc w:val="right"/>
      </w:pPr>
      <w:r>
        <w:t>دعا از ا پاور۔ دعا از، دعا از دا اونلی تھنگ وی کین ڈو۔</w:t>
      </w:r>
    </w:p>
    <w:p>
      <w:r>
        <w:rPr>
          <w:b/>
        </w:rPr>
        <w:t xml:space="preserve">[57:24] </w:t>
      </w:r>
      <w:r>
        <w:t>aqul quli vastagfirullah. li ajmain.</w:t>
      </w:r>
    </w:p>
    <w:p>
      <w:pPr>
        <w:jc w:val="right"/>
      </w:pPr>
      <w:r>
        <w:t>اقول قولی واستغفراللہ۔ لی عجمین۔</w:t>
      </w:r>
    </w:p>
    <w:p>
      <w:r>
        <w:rPr>
          <w:b/>
        </w:rPr>
        <w:t xml:space="preserve">[57:44] </w:t>
      </w:r>
      <w:r>
        <w:t>I start with the first question. This is from Mr. Idris from Delhi.</w:t>
      </w:r>
    </w:p>
    <w:p>
      <w:pPr>
        <w:jc w:val="right"/>
      </w:pPr>
      <w:r>
        <w:t>ائی سٹارٹ ود دا فرسٹ کوسچن۔ دس از فرام مسٹر ادریس فرام دہلی۔</w:t>
      </w:r>
    </w:p>
    <w:p>
      <w:r>
        <w:rPr>
          <w:b/>
        </w:rPr>
        <w:t xml:space="preserve">[57:52] </w:t>
      </w:r>
      <w:r>
        <w:t>Maulana, how can one know if one is in the right path? There is a hadith, Prophet of Islam said before his death, a very important hadith.</w:t>
      </w:r>
    </w:p>
    <w:p>
      <w:pPr>
        <w:jc w:val="right"/>
      </w:pPr>
      <w:r>
        <w:t>مولانا، ہاؤ کین ون نو اف ون از ان دا رائٹ پاتھ؟ دیر از ا حدیث پرافٹ اف اسلام سیڈ بیفور ہز ڈیتھ، ا ویری امپورٹنٹ حدیث۔</w:t>
      </w:r>
    </w:p>
    <w:p>
      <w:r>
        <w:rPr>
          <w:b/>
        </w:rPr>
        <w:t xml:space="preserve">[58:09] </w:t>
      </w:r>
      <w:r>
        <w:t>dis iz said bi for hiz deth in madina.</w:t>
      </w:r>
    </w:p>
    <w:p>
      <w:pPr>
        <w:jc w:val="right"/>
      </w:pPr>
      <w:r>
        <w:t>دس از سیڈ بیفور ہز ڈیتھ ان مدینہ۔</w:t>
      </w:r>
    </w:p>
    <w:p>
      <w:r>
        <w:rPr>
          <w:b/>
        </w:rPr>
        <w:t xml:space="preserve">[58:14] </w:t>
      </w:r>
      <w:r>
        <w:t>tark, tark tufiq mustaqili.</w:t>
      </w:r>
    </w:p>
    <w:p>
      <w:pPr>
        <w:jc w:val="right"/>
      </w:pPr>
      <w:r>
        <w:t>ترک، ترک توفیق مستقلی۔</w:t>
      </w:r>
    </w:p>
    <w:p>
      <w:r>
        <w:rPr>
          <w:b/>
        </w:rPr>
        <w:t xml:space="preserve">[58:19] </w:t>
      </w:r>
      <w:r>
        <w:t>tark, tark tufiq mustaqili.</w:t>
      </w:r>
    </w:p>
    <w:p>
      <w:pPr>
        <w:jc w:val="right"/>
      </w:pPr>
      <w:r>
        <w:t>ترک توفیق مستقلی۔</w:t>
      </w:r>
    </w:p>
    <w:p>
      <w:r>
        <w:rPr>
          <w:b/>
        </w:rPr>
        <w:t xml:space="preserve">[58:26] </w:t>
      </w:r>
      <w:r>
        <w:t>I am, I am leaving with you two great guidances, and you will, you will not be misguided if you follow these two sources.</w:t>
      </w:r>
    </w:p>
    <w:p>
      <w:pPr>
        <w:jc w:val="right"/>
      </w:pPr>
      <w:r>
        <w:t>ائی ایم، ائی ایم لیونگ ود یو ٹو گریٹ گائیڈنس، اینڈ یو ول، یو ول ناٹ بی مس گائیڈڈ اف یو فالو دیز ٹو سورسز۔</w:t>
      </w:r>
    </w:p>
    <w:p>
      <w:r>
        <w:rPr>
          <w:b/>
        </w:rPr>
        <w:t xml:space="preserve">[58:42] </w:t>
      </w:r>
      <w:r>
        <w:t>that is Quran and Sunnah, Quran and Hadith. So I think that the only source of right knowledge is Quran and Hadith.</w:t>
      </w:r>
    </w:p>
    <w:p>
      <w:pPr>
        <w:jc w:val="right"/>
      </w:pPr>
      <w:r>
        <w:t>دیٹ از قران اینڈ سنت، قران اینڈ حدیث۔ سو ائی تھنک دیٹ دا اونلی سورس اف رائٹ نالج از قران اینڈ حدیث</w:t>
      </w:r>
    </w:p>
    <w:p>
      <w:r>
        <w:rPr>
          <w:b/>
        </w:rPr>
        <w:t xml:space="preserve">[58:57] </w:t>
      </w:r>
      <w:r>
        <w:t>. There is no alternative. Anyone who is sincere to know for his right for his wrong, he must read the Quran and Hadith.</w:t>
      </w:r>
    </w:p>
    <w:p>
      <w:pPr>
        <w:jc w:val="right"/>
      </w:pPr>
      <w:r>
        <w:t>۔ دیر از نو الٹرنیٹو۔ اینی ون ہو از سنسیر ٹو نو فار ہز رائٹ فار ہز رونگ، ہی مسٹ ریڈ دا قران اینڈ حدیث۔</w:t>
      </w:r>
    </w:p>
    <w:p>
      <w:r>
        <w:rPr>
          <w:b/>
        </w:rPr>
        <w:t xml:space="preserve">[59:12] </w:t>
      </w:r>
      <w:r>
        <w:t>baat to I received a telephone call from Hyderabad with the same question. I said that to be of reading the Quran.</w:t>
      </w:r>
    </w:p>
    <w:p>
      <w:pPr>
        <w:jc w:val="right"/>
      </w:pPr>
      <w:r>
        <w:t>بٹ ٹوڈے ائی ریسیوڈ ٹیلی فون کال فرام حیدراباد ود دی سیم کوسچن۔ ائی سیڈ دیٹ ٹو وے اف ریڈنگ دا قران۔</w:t>
      </w:r>
    </w:p>
    <w:p>
      <w:r>
        <w:rPr>
          <w:b/>
        </w:rPr>
        <w:t xml:space="preserve">[59:25] </w:t>
      </w:r>
      <w:r>
        <w:t>When is that you have a special mindset, and you try to read Quran with this mindset. Then you will find that Quran is nothing but kind of mindset.</w:t>
      </w:r>
    </w:p>
    <w:p>
      <w:pPr>
        <w:jc w:val="right"/>
      </w:pPr>
      <w:r>
        <w:t>ون از دیٹ یو ہیو ا سپیشل مائنڈ سیٹ، اینڈ یو ٹرائی ٹو ریڈ قران ود دس مائنڈ سیٹ۔ دین یو ول فائنڈ دیٹ قران از نتھنگ بٹ کائنڈ اف مائنڈ سیٹ۔</w:t>
      </w:r>
    </w:p>
    <w:p>
      <w:r>
        <w:rPr>
          <w:b/>
        </w:rPr>
        <w:t xml:space="preserve">[59:43] </w:t>
      </w:r>
      <w:r>
        <w:t>so the, the, the second method to read the Quran is that you see.</w:t>
      </w:r>
    </w:p>
    <w:p>
      <w:pPr>
        <w:jc w:val="right"/>
      </w:pPr>
      <w:r>
        <w:t>سو دا، دا، دا سیکنڈ میتھڈ ٹو ریڈ دا قران از دیٹ یو سی۔</w:t>
      </w:r>
    </w:p>
    <w:p>
      <w:r>
        <w:rPr>
          <w:b/>
        </w:rPr>
        <w:t xml:space="preserve">[59:52] </w:t>
      </w:r>
      <w:r>
        <w:t>you read Quran with open mind, without any, any mindset. With open mind, with free mind, with whole, with open heart.</w:t>
      </w:r>
    </w:p>
    <w:p>
      <w:pPr>
        <w:jc w:val="right"/>
      </w:pPr>
      <w:r>
        <w:t>یو ریڈ قران ود اوپن مائنڈ، وداؤٹ اینی، اینی مائنڈ سیٹ۔ ود اوپن مائنڈ، ود فری مائنڈ، ود ہول، ود اوپن ہارٹ۔</w:t>
      </w:r>
    </w:p>
    <w:p>
      <w:r>
        <w:rPr>
          <w:b/>
        </w:rPr>
        <w:t xml:space="preserve">[1:00:07] </w:t>
      </w:r>
      <w:r>
        <w:t>So any man who reads Quran with his own mindset, he cannot find guidance in the Quran.</w:t>
      </w:r>
    </w:p>
    <w:p>
      <w:pPr>
        <w:jc w:val="right"/>
      </w:pPr>
      <w:r>
        <w:t>سو اینی ون ہو ریڈز قران ود ہز اون مائنڈ سیٹ، ہی کناٹ فائنڈ گائیڈنس ان دا قران۔</w:t>
      </w:r>
    </w:p>
    <w:p>
      <w:r>
        <w:rPr>
          <w:b/>
        </w:rPr>
        <w:t xml:space="preserve">[1:00:17] </w:t>
      </w:r>
      <w:r>
        <w:t>but any one who read, who studies Quran with open mind, open heart, and he will do, he make dua,</w:t>
      </w:r>
    </w:p>
    <w:p>
      <w:pPr>
        <w:jc w:val="right"/>
      </w:pPr>
      <w:r>
        <w:t>بٹ اینی ون ہو ریڈ ہو سٹڈیز قران ود اوپن مائنڈ، اوپن ہارٹ، اینڈ ہی ول دعا، ہی میک دعا،</w:t>
      </w:r>
    </w:p>
    <w:p>
      <w:r>
        <w:rPr>
          <w:b/>
        </w:rPr>
        <w:t xml:space="preserve">[1:00:30] </w:t>
      </w:r>
      <w:r>
        <w:t>he will certainly find guidance from the Quran and Hadith.</w:t>
      </w:r>
    </w:p>
    <w:p>
      <w:pPr>
        <w:jc w:val="right"/>
      </w:pPr>
      <w:r>
        <w:t>ہی ول سرٹینلی فائنڈ گائیڈنس فرام دا قران اینڈ حدیث۔</w:t>
      </w:r>
    </w:p>
    <w:p>
      <w:r>
        <w:rPr>
          <w:b/>
        </w:rPr>
        <w:t xml:space="preserve">[1:00:36] </w:t>
      </w:r>
      <w:r>
        <w:t>only we. i don't think that there is any alternative to this.</w:t>
      </w:r>
    </w:p>
    <w:p>
      <w:pPr>
        <w:jc w:val="right"/>
      </w:pPr>
      <w:r>
        <w:t>اونلی وے۔ ائی ڈونٹ تھنک دیٹ دیر از اینی الٹرنیٹو ٹو دس۔</w:t>
      </w:r>
    </w:p>
    <w:p>
      <w:r>
        <w:rPr>
          <w:b/>
        </w:rPr>
        <w:t xml:space="preserve">[1:00:46] </w:t>
      </w:r>
      <w:r>
        <w:t>this question is from miss aisha from delhi</w:t>
      </w:r>
    </w:p>
    <w:p>
      <w:pPr>
        <w:jc w:val="right"/>
      </w:pPr>
      <w:r>
        <w:t>دس کوسچن از فرام مس عائشہ فرام دہلی</w:t>
      </w:r>
    </w:p>
    <w:p>
      <w:r>
        <w:rPr>
          <w:b/>
        </w:rPr>
        <w:t xml:space="preserve">[1:00:51] </w:t>
      </w:r>
      <w:r>
        <w:t>I attended a meeting today organized by a Muslim organization, wherein they said, wherein they emphasize learning Arabic language, and said that Quran is a grammar based book which should be understood through its Arabic language only,</w:t>
      </w:r>
    </w:p>
    <w:p>
      <w:pPr>
        <w:jc w:val="right"/>
      </w:pPr>
      <w:r>
        <w:t>۔ ائی اٹینڈڈ ا میٹنگ ٹوڈے ارگنائزڈ بائے ا مسلم ارگنائزیشن، ویر ان دے سیڈ، ویر ان دے ایمفسائز لرننگ عربک لینگویج، اینڈ سیڈ دیٹ قران از ا گرامر بیس بک وچ شوڈ بی انڈرسٹوڈ تھرو اٹس عربک لینگویج اونلی،</w:t>
      </w:r>
    </w:p>
    <w:p>
      <w:r>
        <w:rPr>
          <w:b/>
        </w:rPr>
        <w:t xml:space="preserve">[1:01:10] </w:t>
      </w:r>
      <w:r>
        <w:t>rather than understanding it by translation in any other language.</w:t>
      </w:r>
    </w:p>
    <w:p>
      <w:pPr>
        <w:jc w:val="right"/>
      </w:pPr>
      <w:r>
        <w:t>رادر دین انڈرسٹینڈنگ اٹ بائی ٹرانسلیشن ان اینی ادر لینگویج۔</w:t>
      </w:r>
    </w:p>
    <w:p>
      <w:r>
        <w:rPr>
          <w:b/>
        </w:rPr>
        <w:t xml:space="preserve">[1:01:16] </w:t>
      </w:r>
      <w:r>
        <w:t>maulana, is studying arabic language a necessary prerequisite for understanding quran? kindly explain.</w:t>
      </w:r>
    </w:p>
    <w:p>
      <w:pPr>
        <w:jc w:val="right"/>
      </w:pPr>
      <w:r>
        <w:t>مولانا، از سٹڈنگ عربک لینگویج ا نیسیسری پری ریکوزٹ فار انڈرسٹینڈنگ قران؟ کائنڈلی ایکسپلین۔</w:t>
      </w:r>
    </w:p>
    <w:p>
      <w:r>
        <w:rPr>
          <w:b/>
        </w:rPr>
        <w:t xml:space="preserve">[1:01:26] </w:t>
      </w:r>
      <w:r>
        <w:t>i don't think like this.</w:t>
      </w:r>
    </w:p>
    <w:p>
      <w:pPr>
        <w:jc w:val="right"/>
      </w:pPr>
      <w:r>
        <w:t>ائی ڈونٹ تھنک لائک دس۔</w:t>
      </w:r>
    </w:p>
    <w:p>
      <w:r>
        <w:rPr>
          <w:b/>
        </w:rPr>
        <w:t xml:space="preserve">[1:01:31] </w:t>
      </w:r>
      <w:r>
        <w:t>it is not very easy for everyone to learn Arabic language. it is not, practically it is not possible.</w:t>
      </w:r>
    </w:p>
    <w:p>
      <w:pPr>
        <w:jc w:val="right"/>
      </w:pPr>
      <w:r>
        <w:t>اٹ از ناٹ ویری ایزی فار ایوری ون ٹو لرن عربک لینگویج۔ اٹ از ناٹ، پریکٹیکلی اٹ از ناٹ پاسیبل۔</w:t>
      </w:r>
    </w:p>
    <w:p>
      <w:r>
        <w:rPr>
          <w:b/>
        </w:rPr>
        <w:t xml:space="preserve">[1:01:42] </w:t>
      </w:r>
      <w:r>
        <w:t>So the majority of people have no option other than to read Quran through translation. In India, Shah Waliullah was the first who translated Quran in Persian language.</w:t>
      </w:r>
    </w:p>
    <w:p>
      <w:pPr>
        <w:jc w:val="right"/>
      </w:pPr>
      <w:r>
        <w:t>سو دا میجورٹی اف پیپل ہیو نو اپشن ادر دین ٹو ریڈ قران تھرو ٹرانسلیشن۔ ان انڈیا، شاہ ولی اللہ واز دا فرسٹ ہو ٹرانسلیٹر قران ان پرشین لینگویج۔</w:t>
      </w:r>
    </w:p>
    <w:p>
      <w:r>
        <w:rPr>
          <w:b/>
        </w:rPr>
        <w:t xml:space="preserve">[1:02:00] </w:t>
      </w:r>
      <w:r>
        <w:t>he was great scholar.</w:t>
      </w:r>
    </w:p>
    <w:p>
      <w:pPr>
        <w:jc w:val="right"/>
      </w:pPr>
      <w:r>
        <w:t>ہی واز گریٹ اسکالر۔</w:t>
      </w:r>
    </w:p>
    <w:p>
      <w:r>
        <w:rPr>
          <w:b/>
        </w:rPr>
        <w:t xml:space="preserve">[1:02:05] </w:t>
      </w:r>
      <w:r>
        <w:t>he was great scholar and accepted scholar.</w:t>
      </w:r>
    </w:p>
    <w:p>
      <w:pPr>
        <w:jc w:val="right"/>
      </w:pPr>
      <w:r>
        <w:t>ہی واز گریٹ اسکالر اینڈ ایکسیپٹڈ اسکالر۔</w:t>
      </w:r>
    </w:p>
    <w:p>
      <w:r>
        <w:rPr>
          <w:b/>
        </w:rPr>
        <w:t xml:space="preserve">[1:02:09] </w:t>
      </w:r>
      <w:r>
        <w:t>so he translated Quran in Persian language. At the time, there were some controversy, but I think that it is, it is,</w:t>
      </w:r>
    </w:p>
    <w:p>
      <w:pPr>
        <w:jc w:val="right"/>
      </w:pPr>
      <w:r>
        <w:t>سو ہی ٹرانسلیٹڈ قران ان پرشین لینگویج۔ ایٹ دا ٹائم، دیر وار سم کنٹروورسی، بٹ ائی تھنک دیٹ اٹ از، اٹ از،</w:t>
      </w:r>
    </w:p>
    <w:p>
      <w:r>
        <w:rPr>
          <w:b/>
        </w:rPr>
        <w:t xml:space="preserve">[1:02:23] </w:t>
      </w:r>
      <w:r>
        <w:t>it is realistic approach. it is good to learn Arabic, but practically it is possible for everyone to learn Arabic.</w:t>
      </w:r>
    </w:p>
    <w:p>
      <w:pPr>
        <w:jc w:val="right"/>
      </w:pPr>
      <w:r>
        <w:t>اٹ از ریلسٹک اپروچ۔ اٹ از گڈ ٹو لرن عربک، بٹ پریکٹیکلی اٹ از پاسیبل فار ایوری ون ٹو لرن عربک۔</w:t>
      </w:r>
    </w:p>
    <w:p>
      <w:r>
        <w:rPr>
          <w:b/>
        </w:rPr>
        <w:t xml:space="preserve">[1:02:34] </w:t>
      </w:r>
      <w:r>
        <w:t>so i think that those who have enough time to learn Arabic language, they can learn Arabic language.</w:t>
      </w:r>
    </w:p>
    <w:p>
      <w:pPr>
        <w:jc w:val="right"/>
      </w:pPr>
      <w:r>
        <w:t>سو ائی تھنک دیٹ دوز ہو ہیو انف ٹائم ٹو لرن عربک لینگویج، دے کین لرن عربک لینگویج۔</w:t>
      </w:r>
    </w:p>
    <w:p>
      <w:r>
        <w:rPr>
          <w:b/>
        </w:rPr>
        <w:t xml:space="preserve">[1:02:45] </w:t>
      </w:r>
      <w:r>
        <w:t>but those who have no enough time, they are busy in their job or in their work. so they can read quran in, in, in, in translation.</w:t>
      </w:r>
    </w:p>
    <w:p>
      <w:pPr>
        <w:jc w:val="right"/>
      </w:pPr>
      <w:r>
        <w:t>بٹ دوز ہو ہیو نو انف ٹائم، دے ار بزی ان دیر جاب اور ان دیر ورک۔ سو دے کین ریڈ قران ان، ان، ان، ان ٹرانسلیشن۔</w:t>
      </w:r>
    </w:p>
    <w:p>
      <w:r>
        <w:rPr>
          <w:b/>
        </w:rPr>
        <w:t xml:space="preserve">[1:03:01] </w:t>
      </w:r>
      <w:r>
        <w:t>And then again, I would like to say that even Arabic, even knowing Arabic language is not enough.</w:t>
      </w:r>
    </w:p>
    <w:p>
      <w:pPr>
        <w:jc w:val="right"/>
      </w:pPr>
      <w:r>
        <w:t>اینڈ دین اگین، ائی ول لائک ٹو سی دیٹ ایون عربک، ایون نوئنگ عربک لینگویج ناٹ انف۔</w:t>
      </w:r>
    </w:p>
    <w:p>
      <w:r>
        <w:rPr>
          <w:b/>
        </w:rPr>
        <w:t xml:space="preserve">[1:03:10] </w:t>
      </w:r>
      <w:r>
        <w:t>you say there is a verse, you know there is verse in the quran. even those who know arabic, they can be misguided by the quran.</w:t>
      </w:r>
    </w:p>
    <w:p>
      <w:pPr>
        <w:jc w:val="right"/>
      </w:pPr>
      <w:r>
        <w:t>یو سے دیر از ا ورس، یو نو دیر از ورس ان دا قران۔ ایون دوز ہو نو عربک، دے کین مس گائیڈڈ بائی دا قران۔</w:t>
      </w:r>
    </w:p>
    <w:p>
      <w:r>
        <w:rPr>
          <w:b/>
        </w:rPr>
        <w:t xml:space="preserve">[1:03:24] </w:t>
      </w:r>
      <w:r>
        <w:t>they in Makkah, Madinah, Arabia, all the people were masters of Arabic language. But about, about these masters of Arabic language, Quran says that if you Quran, if you read Quran without, without, without dua,</w:t>
      </w:r>
    </w:p>
    <w:p>
      <w:pPr>
        <w:jc w:val="right"/>
      </w:pPr>
      <w:r>
        <w:t>انہوں نے ان مکہ، المدینہ، عربیہ، ال دا پیپل ویر ماسٹر اف عربک لینگویج۔ بٹ اباؤٹ، اباؤٹ دیز ماسٹرز اف عربک لینگویج، قران سیز دیٹ اف یو قران، اف یو ریڈ قران وداؤٹ، وداؤٹ، وداؤٹ دعا،</w:t>
      </w:r>
    </w:p>
    <w:p>
      <w:r>
        <w:rPr>
          <w:b/>
        </w:rPr>
        <w:t xml:space="preserve">[1:03:46] </w:t>
      </w:r>
      <w:r>
        <w:t>without true spirit of true seeking spirit, there will be, then you be misguided from Quran.</w:t>
      </w:r>
    </w:p>
    <w:p>
      <w:pPr>
        <w:jc w:val="right"/>
      </w:pPr>
      <w:r>
        <w:t>وداؤٹ ٹرو اسپیٹ اف ٹرو سیکنگ اسپیٹ، دیر ول بی، دین یو بی گیو بیسائیڈ گائیڈڈ فرام قران۔</w:t>
      </w:r>
    </w:p>
    <w:p>
      <w:r>
        <w:rPr>
          <w:b/>
        </w:rPr>
        <w:t xml:space="preserve">[1:03:57] </w:t>
      </w:r>
      <w:r>
        <w:t>so those who claim this, they are not right. even Arabic language is not enough to to understand the Quran.</w:t>
      </w:r>
    </w:p>
    <w:p>
      <w:pPr>
        <w:jc w:val="right"/>
      </w:pPr>
      <w:r>
        <w:t>سو دوز ہو کلیم دس، دے ار ناٹ رائٹ۔ ایون عربک لینگویج از ناٹ انف ٹو ٹو انڈرسٹینڈ دا قران۔</w:t>
      </w:r>
    </w:p>
    <w:p>
      <w:r>
        <w:rPr>
          <w:b/>
        </w:rPr>
        <w:t xml:space="preserve">[1:04:07] </w:t>
      </w:r>
      <w:r>
        <w:t>what is necessary is true seeking spirit, and then dua. most important thing is true seeking spirit.</w:t>
      </w:r>
    </w:p>
    <w:p>
      <w:pPr>
        <w:jc w:val="right"/>
      </w:pPr>
      <w:r>
        <w:t>واٹ از نیسیسری از ٹرو سیکنگ اسپیٹ، اینڈ دین دعا۔ موسٹ امپورٹنٹ تھنگ از ٹرو سیکنگ اسپیٹ۔</w:t>
      </w:r>
    </w:p>
    <w:p>
      <w:r>
        <w:rPr>
          <w:b/>
        </w:rPr>
        <w:t xml:space="preserve">[1:04:21] </w:t>
      </w:r>
      <w:r>
        <w:t>Only a seeker can find the Quran.</w:t>
      </w:r>
    </w:p>
    <w:p>
      <w:pPr>
        <w:jc w:val="right"/>
      </w:pPr>
      <w:r>
        <w:t>اونلی سیکر کین فائنڈ دا قران۔</w:t>
      </w:r>
    </w:p>
    <w:p>
      <w:r>
        <w:rPr>
          <w:b/>
        </w:rPr>
        <w:t xml:space="preserve">[1:04:25] </w:t>
      </w:r>
      <w:r>
        <w:t>so first is seeking spirit, then is dua, then is Arabic language. And if Arabic language is not available for you, then you have to to read it in through translation.</w:t>
      </w:r>
    </w:p>
    <w:p>
      <w:pPr>
        <w:jc w:val="right"/>
      </w:pPr>
      <w:r>
        <w:t>سو فرسٹ از سیکنگ اسپیٹ، دین از دعا، دین از عربک لینگویج۔ اینڈ اف عربک لینگویج از ناٹ اویلیبل فار یو، دین یو ہیو ٹو ٹو ریڈ اٹ ان تھرو ٹرانسلیشن۔</w:t>
      </w:r>
    </w:p>
    <w:p>
      <w:r>
        <w:rPr>
          <w:b/>
        </w:rPr>
        <w:t xml:space="preserve">[1:04:43] </w:t>
      </w:r>
      <w:r>
        <w:t>and inshallah, there is enough place. if you make dua, if you make dua, then translation is enough to understand the quran.</w:t>
      </w:r>
    </w:p>
    <w:p>
      <w:pPr>
        <w:jc w:val="right"/>
      </w:pPr>
      <w:r>
        <w:t>اینڈ انشاءاللہ، دیر از انف پلس۔ اف یو میک دعا، اف یو میک دعا، دین ٹرانسلیشن از انف ٹو انڈرسٹینڈ دا قران۔</w:t>
      </w:r>
    </w:p>
    <w:p>
      <w:r>
        <w:rPr>
          <w:b/>
        </w:rPr>
        <w:t xml:space="preserve">[1:04:57] </w:t>
      </w:r>
      <w:r>
        <w:t>this question is from doctor farida khanum from delhi. people do not take global warming as divine warning.</w:t>
      </w:r>
    </w:p>
    <w:p>
      <w:pPr>
        <w:jc w:val="right"/>
      </w:pPr>
      <w:r>
        <w:t>دس کوسچن از فرام ڈاکٹر فریدہ خانم فرام دہلی۔ پیپل ڈو ناٹ ٹیک گلوبل وارمنگ ایز ڈیوائن وارننگ۔</w:t>
      </w:r>
    </w:p>
    <w:p>
      <w:r>
        <w:rPr>
          <w:b/>
        </w:rPr>
        <w:t xml:space="preserve">[1:05:07] </w:t>
      </w:r>
      <w:r>
        <w:t>a doctor said to me, "you are wrong in supposing the doomsday to be near at hand. the world is not going to end so soon."</w:t>
      </w:r>
    </w:p>
    <w:p>
      <w:pPr>
        <w:jc w:val="right"/>
      </w:pPr>
      <w:r>
        <w:t>ا ڈاکٹر سیڈ ٹو می، "یو ار رونگ ان سپوزنگ دا ڈومز ڈے ٹو بی نیئر ایٹ ہینڈ۔ دا ورلڈ از ناٹ گوئنگ ٹو اینڈ سو سون۔</w:t>
      </w:r>
    </w:p>
    <w:p>
      <w:r>
        <w:rPr>
          <w:b/>
        </w:rPr>
        <w:t xml:space="preserve">[1:05:18] </w:t>
      </w:r>
      <w:r>
        <w:t>are mosques are full of namazis. How can God bring the world to an end when there are so many worshipers in earth?</w:t>
      </w:r>
    </w:p>
    <w:p>
      <w:pPr>
        <w:jc w:val="right"/>
      </w:pPr>
      <w:r>
        <w:t>ار ماسک ار فل اف نمازیز۔ ہاؤ کین گاڈ برنگ دا ورلڈ ٹو این اینڈ وین دیر ار سو مینی ورشپرز ان ارتھ؟"</w:t>
      </w:r>
    </w:p>
    <w:p>
      <w:r>
        <w:rPr>
          <w:b/>
        </w:rPr>
        <w:t xml:space="preserve">[1:05:27] </w:t>
      </w:r>
      <w:r>
        <w:t>molana, kindly comment. it is wrong. you know, these people take namaz as rituals, set of rituals, and namaz is not set of rituals.</w:t>
      </w:r>
    </w:p>
    <w:p>
      <w:pPr>
        <w:jc w:val="right"/>
      </w:pPr>
      <w:r>
        <w:t>مولانا، کائنڈلی کمنٹ۔ اٹ از رونگ۔ یو نو، دیز پیپل ٹیک نماز ایز ریچولز، سیٹ اف ریچولز، اینڈ نماز از ناٹ سیٹ اف ریچولز۔</w:t>
      </w:r>
    </w:p>
    <w:p>
      <w:r>
        <w:rPr>
          <w:b/>
        </w:rPr>
        <w:t xml:space="preserve">[1:05:42] </w:t>
      </w:r>
      <w:r>
        <w:t>there is a hadith, very relevant hadith, that in the latter period of history, before, before qyamat, there be new phenomena.</w:t>
      </w:r>
    </w:p>
    <w:p>
      <w:pPr>
        <w:jc w:val="right"/>
      </w:pPr>
      <w:r>
        <w:t>دیر از ا حدیث، ویری ریلیونٹ حدیث، دیٹ ان دا لیٹر پیریڈ اف ہسٹری، بیفور، بیفور قیامت، دیر بی نیو فیناومینا۔</w:t>
      </w:r>
    </w:p>
    <w:p>
      <w:r>
        <w:rPr>
          <w:b/>
        </w:rPr>
        <w:t xml:space="preserve">[1:05:58] </w:t>
      </w:r>
      <w:r>
        <w:t>so prophet of islam said that "masajida ma'amara wa hi akhrab min al-huda". "masajida ma'amara wa hi akhrab min al-huda" it means that in those days,</w:t>
      </w:r>
    </w:p>
    <w:p>
      <w:pPr>
        <w:jc w:val="right"/>
      </w:pPr>
      <w:r>
        <w:t>سو پرافٹ اف اسلام سیڈ دیٹ "مساجدہ معامرہ وہی اخراب من الہدی"۔ "مساجدہ معامرہ وہی اخراب من الہدی" اٹ مینز دیٹ ان دوز ڈیز،</w:t>
      </w:r>
    </w:p>
    <w:p>
      <w:r>
        <w:rPr>
          <w:b/>
        </w:rPr>
        <w:t xml:space="preserve">[1:06:15] </w:t>
      </w:r>
      <w:r>
        <w:t>there, there, there must be full with namazis, but without, without hidayat.</w:t>
      </w:r>
    </w:p>
    <w:p>
      <w:pPr>
        <w:jc w:val="right"/>
      </w:pPr>
      <w:r>
        <w:t>دیر، دیر، دیر ماسک بی فل ود نمازیز، بٹ وداؤٹ، وداؤٹ ہدایت۔</w:t>
      </w:r>
    </w:p>
    <w:p>
      <w:r>
        <w:rPr>
          <w:b/>
        </w:rPr>
        <w:t xml:space="preserve">[1:06:25] </w:t>
      </w:r>
      <w:r>
        <w:t>So simply, this phenomenon that people are going to mosque to perform those rituals is not enough.</w:t>
      </w:r>
    </w:p>
    <w:p>
      <w:pPr>
        <w:jc w:val="right"/>
      </w:pPr>
      <w:r>
        <w:t>سو سمپلی، دس فیناومینا دیٹ پیپل ار گوئنگ ٹو ماسک ٹو، ٹو پرفارم دا دوز ریچولز از ناٹ انف۔</w:t>
      </w:r>
    </w:p>
    <w:p>
      <w:r>
        <w:rPr>
          <w:b/>
        </w:rPr>
        <w:t xml:space="preserve">[1:06:39] </w:t>
      </w:r>
      <w:r>
        <w:t>without spirit, there is no namaz. "la salat illa hadith". "la salat illa hadith" without khushoo, there is no namaz.</w:t>
      </w:r>
    </w:p>
    <w:p>
      <w:pPr>
        <w:jc w:val="right"/>
      </w:pPr>
      <w:r>
        <w:t>وداؤٹ اسپیٹ، دیر از نو نماز۔ "لا صلاۃ الا حدیث"۔ "لا صلاۃ الا حدیث" وداؤٹ خشوع، دیر از نو نماز۔</w:t>
      </w:r>
    </w:p>
    <w:p>
      <w:r>
        <w:rPr>
          <w:b/>
        </w:rPr>
        <w:t xml:space="preserve">[1:06:49] </w:t>
      </w:r>
      <w:r>
        <w:t>to presently, there is namaz in its form. and if you, only yesterday, someone asked me this question that we see every people are performing namaz in all mosques,</w:t>
      </w:r>
    </w:p>
    <w:p>
      <w:pPr>
        <w:jc w:val="right"/>
      </w:pPr>
      <w:r>
        <w:t>تو پریزنٹلی، دیر از نماز ان اٹ فارم۔ اینڈ اف یو، اونلی یسٹرڈے، سم ون اسکڈ می دس کوسچن دیٹ وی سی ایوری پیپل ار پرفارمنگ نماز ان ال ماسکس،</w:t>
      </w:r>
    </w:p>
    <w:p>
      <w:r>
        <w:rPr>
          <w:b/>
        </w:rPr>
        <w:t xml:space="preserve">[1:07:12] </w:t>
      </w:r>
      <w:r>
        <w:t>but their ispeet is absent.</w:t>
      </w:r>
    </w:p>
    <w:p>
      <w:pPr>
        <w:jc w:val="right"/>
      </w:pPr>
      <w:r>
        <w:t>بٹ دیر سپیٹ از ایبسنٹ۔</w:t>
      </w:r>
    </w:p>
    <w:p>
      <w:r>
        <w:rPr>
          <w:b/>
        </w:rPr>
        <w:t xml:space="preserve">[1:07:16] </w:t>
      </w:r>
      <w:r>
        <w:t>there is no honesty,</w:t>
      </w:r>
    </w:p>
    <w:p>
      <w:pPr>
        <w:jc w:val="right"/>
      </w:pPr>
      <w:r>
        <w:t>دیر از نو ہونسٹی،</w:t>
      </w:r>
    </w:p>
    <w:p>
      <w:r>
        <w:rPr>
          <w:b/>
        </w:rPr>
        <w:t xml:space="preserve">[1:07:18] </w:t>
      </w:r>
      <w:r>
        <w:t>and, and there is no.</w:t>
      </w:r>
    </w:p>
    <w:p>
      <w:pPr>
        <w:jc w:val="right"/>
      </w:pPr>
      <w:r>
        <w:t>اینڈ، اینڈ دیر از نو۔</w:t>
      </w:r>
    </w:p>
    <w:p>
      <w:r>
        <w:rPr>
          <w:b/>
        </w:rPr>
        <w:t xml:space="preserve">[1:07:21] </w:t>
      </w:r>
      <w:r>
        <w:t>and people are</w:t>
      </w:r>
    </w:p>
    <w:p>
      <w:pPr>
        <w:jc w:val="right"/>
      </w:pPr>
      <w:r>
        <w:t>اینڈ پیپل ار</w:t>
      </w:r>
    </w:p>
    <w:p>
      <w:r>
        <w:rPr>
          <w:b/>
        </w:rPr>
        <w:t xml:space="preserve">[1:07:24] </w:t>
      </w:r>
      <w:r>
        <w:t>yesterday according to my dealing, according to my experience, they are not honest, they are not good in</w:t>
      </w:r>
    </w:p>
    <w:p>
      <w:pPr>
        <w:jc w:val="right"/>
      </w:pPr>
      <w:r>
        <w:t>یسٹرڈے اکیون ٹو مائی ڈیلنگ، اکیون ٹو مائی ایکسپیرینس، دے ار ناٹ ہونسٹ، دے ار ناٹ گڈ ان</w:t>
      </w:r>
    </w:p>
    <w:p>
      <w:r>
        <w:rPr>
          <w:b/>
        </w:rPr>
        <w:t xml:space="preserve">[1:07:30] </w:t>
      </w:r>
      <w:r>
        <w:t>dealing, they are not tolerant,</w:t>
      </w:r>
    </w:p>
    <w:p>
      <w:pPr>
        <w:jc w:val="right"/>
      </w:pPr>
      <w:r>
        <w:t>ڈیلنگ، دے ار ناٹ ٹولرنٹ،</w:t>
      </w:r>
    </w:p>
    <w:p>
      <w:r>
        <w:rPr>
          <w:b/>
        </w:rPr>
        <w:t xml:space="preserve">[1:07:36] </w:t>
      </w:r>
      <w:r>
        <w:t>de ar violent, and de ar engaged in suicide bombing and</w:t>
      </w:r>
    </w:p>
    <w:p>
      <w:pPr>
        <w:jc w:val="right"/>
      </w:pPr>
      <w:r>
        <w:t>دے ار وائلنٹ، اینڈ دے ار انگیج ان سوسائیڈ بمبنگ اینڈ</w:t>
      </w:r>
    </w:p>
    <w:p>
      <w:r>
        <w:rPr>
          <w:b/>
        </w:rPr>
        <w:t xml:space="preserve">[1:07:44] </w:t>
      </w:r>
      <w:r>
        <w:t>killing people, innocent people.</w:t>
      </w:r>
    </w:p>
    <w:p>
      <w:pPr>
        <w:jc w:val="right"/>
      </w:pPr>
      <w:r>
        <w:t>کلنگ پیپل، انوسنٹ پیپل۔</w:t>
      </w:r>
    </w:p>
    <w:p>
      <w:r>
        <w:rPr>
          <w:b/>
        </w:rPr>
        <w:t xml:space="preserve">[1:07:46] </w:t>
      </w:r>
      <w:r>
        <w:t>so</w:t>
      </w:r>
    </w:p>
    <w:p>
      <w:pPr>
        <w:jc w:val="right"/>
      </w:pPr>
      <w:r>
        <w:t>سو</w:t>
      </w:r>
    </w:p>
    <w:p>
      <w:r>
        <w:rPr>
          <w:b/>
        </w:rPr>
        <w:t xml:space="preserve">[1:07:47] </w:t>
      </w:r>
      <w:r>
        <w:t>, so what is this? i said that namaz is not simply a set of rituals, simply a form.</w:t>
      </w:r>
    </w:p>
    <w:p>
      <w:pPr>
        <w:jc w:val="right"/>
      </w:pPr>
      <w:r>
        <w:t>، سو واٹ از دس؟ ائی سیڈ دیٹ نماز از ناٹ سمپلی ا سیٹ اف ریچولز، سمپلی ا فارم۔</w:t>
      </w:r>
    </w:p>
    <w:p>
      <w:r>
        <w:rPr>
          <w:b/>
        </w:rPr>
        <w:t xml:space="preserve">[1:07:58] </w:t>
      </w:r>
      <w:r>
        <w:t>Namaz is spirit. Without spirit, there is no namaz. So I don't think that there are so many namazis.</w:t>
      </w:r>
    </w:p>
    <w:p>
      <w:pPr>
        <w:jc w:val="right"/>
      </w:pPr>
      <w:r>
        <w:t>نماز از اسپیٹ۔ وداؤٹ اسپیٹ، دیر از نو نماز۔ تو ائی ڈونٹ تھنک دیٹ دیر ار سو مینی نمازیز۔</w:t>
      </w:r>
    </w:p>
    <w:p>
      <w:r>
        <w:rPr>
          <w:b/>
        </w:rPr>
        <w:t xml:space="preserve">[1:08:09] </w:t>
      </w:r>
      <w:r>
        <w:t>These are not namaz, they are only performing some, some rituals, and rituals is nothing.</w:t>
      </w:r>
    </w:p>
    <w:p>
      <w:pPr>
        <w:jc w:val="right"/>
      </w:pPr>
      <w:r>
        <w:t>دیز ار ناٹ نماز، دے ار اونلی پرفارمنگ سم، سم ریچولز، اینڈ ریچولز از نتھنگ۔</w:t>
      </w:r>
    </w:p>
    <w:p>
      <w:r>
        <w:rPr>
          <w:b/>
        </w:rPr>
        <w:t xml:space="preserve">[1:08:20] </w:t>
      </w:r>
      <w:r>
        <w:t>this question is from miss naghma siddiqui from delhi. we hear some people say that mere recitation of quran, that is tilawat, will get blessings for them.</w:t>
      </w:r>
    </w:p>
    <w:p>
      <w:pPr>
        <w:jc w:val="right"/>
      </w:pPr>
      <w:r>
        <w:t>دس کوسچن از فرام مس نغمہ صدیقی فرام دہلی۔ وی ہیئر سم پیپل سی دیٹ میئر ریسیٹیشن اف قران، دیٹ از تلاوت، ول گیٹ بلیسنگز فار دیم۔</w:t>
      </w:r>
    </w:p>
    <w:p>
      <w:r>
        <w:rPr>
          <w:b/>
        </w:rPr>
        <w:t xml:space="preserve">[1:08:34] </w:t>
      </w:r>
      <w:r>
        <w:t>is this enough? please give your view.</w:t>
      </w:r>
    </w:p>
    <w:p>
      <w:pPr>
        <w:jc w:val="right"/>
      </w:pPr>
      <w:r>
        <w:t>از دس انف؟ پلیز گیو یور ویو۔</w:t>
      </w:r>
    </w:p>
    <w:p>
      <w:r>
        <w:rPr>
          <w:b/>
        </w:rPr>
        <w:t xml:space="preserve">[1:08:41] </w:t>
      </w:r>
      <w:r>
        <w:t>it is completely wrong. simply recitation is not enough. i can share this is nothing because quran says why quran was revealed.</w:t>
      </w:r>
    </w:p>
    <w:p>
      <w:pPr>
        <w:jc w:val="right"/>
      </w:pPr>
      <w:r>
        <w:t>اٹ از کمپلیٹلی رونگ۔ سمپلی ریسیٹیشن از ناٹ انف۔ ائی کین شیئر دس از نتھنگ بیکاز قران سیز وائی قران واز ریویلڈ۔</w:t>
      </w:r>
    </w:p>
    <w:p>
      <w:r>
        <w:rPr>
          <w:b/>
        </w:rPr>
        <w:t xml:space="preserve">[1:08:57] </w:t>
      </w:r>
      <w:r>
        <w:t>let the reality, let the reality, so that people, people, people contemplate about its</w:t>
      </w:r>
    </w:p>
    <w:p>
      <w:pPr>
        <w:jc w:val="right"/>
      </w:pPr>
      <w:r>
        <w:t>لیٹ دب روایتی، لیٹ دب روایتی، سو دیٹ پیپل، پیپل، پیپل کنٹمپلیٹ اباؤٹ اٹس و</w:t>
      </w:r>
    </w:p>
    <w:p>
      <w:r>
        <w:rPr>
          <w:b/>
        </w:rPr>
        <w:t xml:space="preserve">[1:09:09] </w:t>
      </w:r>
      <w:r>
        <w:t>erses. So Quran was revealed for contemplation. Those people who don't contemplate, so their, their recitation is nothing.</w:t>
      </w:r>
    </w:p>
    <w:p>
      <w:pPr>
        <w:jc w:val="right"/>
      </w:pPr>
      <w:r>
        <w:t>رسز۔ سو قران واز ریویلڈ فار کنٹمپلیشن۔ دوز پیپل ہو ڈونٹ کنٹمپلیٹ، سو دیر، دیر ریسیٹیشن از نتھنگ۔</w:t>
      </w:r>
    </w:p>
    <w:p>
      <w:r>
        <w:rPr>
          <w:b/>
        </w:rPr>
        <w:t xml:space="preserve">[1:09:24] </w:t>
      </w:r>
      <w:r>
        <w:t>quran was not revealed for recitation, it was revealed for tadabbur, for tafakkur, for contemplation.</w:t>
      </w:r>
    </w:p>
    <w:p>
      <w:pPr>
        <w:jc w:val="right"/>
      </w:pPr>
      <w:r>
        <w:t>قران واز ناٹ ریویلڈ فار ریسیٹیشن، اٹ واز ریویلڈ فار تدبر، فار تفکر، فار کنٹمپلیشن۔</w:t>
      </w:r>
    </w:p>
    <w:p>
      <w:r>
        <w:rPr>
          <w:b/>
        </w:rPr>
        <w:t xml:space="preserve">[1:09:34] </w:t>
      </w:r>
      <w:r>
        <w:t>so you cannot find single verse in the quran which says quran was revealed for recitation. no, so this kind of statement is baseless.</w:t>
      </w:r>
    </w:p>
    <w:p>
      <w:pPr>
        <w:jc w:val="right"/>
      </w:pPr>
      <w:r>
        <w:t>سو یو کناٹ فائنڈ سنگل ورس ان دا قران وچ سیز قران واز ریویلڈ فار ریسیٹیشن۔ نو، سو دس کائنڈ اف سٹیٹمنٹ از بیسلیس۔</w:t>
      </w:r>
    </w:p>
    <w:p>
      <w:r>
        <w:rPr>
          <w:b/>
        </w:rPr>
        <w:t xml:space="preserve">[1:09:51] </w:t>
      </w:r>
      <w:r>
        <w:t>this question is from mr idrees from delhi. molana, you once said that after death, people will be raised in the same states in which they die.</w:t>
      </w:r>
    </w:p>
    <w:p>
      <w:pPr>
        <w:jc w:val="right"/>
      </w:pPr>
      <w:r>
        <w:t>دس کوسچن از فرام مسٹر ادریس فرام دہلی۔ مولانا، یو ون سیڈ دیٹ افٹر ڈیتھ، پیپل ول بی ریزڈ ان دا سیم سٹیٹس ان وچ دے ڈائی۔</w:t>
      </w:r>
    </w:p>
    <w:p>
      <w:r>
        <w:rPr>
          <w:b/>
        </w:rPr>
        <w:t xml:space="preserve">[1:10:03] </w:t>
      </w:r>
      <w:r>
        <w:t>kindly elaborate on that.</w:t>
      </w:r>
    </w:p>
    <w:p>
      <w:pPr>
        <w:jc w:val="right"/>
      </w:pPr>
      <w:r>
        <w:t>کائنڈلی الیبریٹ ان دیٹ۔</w:t>
      </w:r>
    </w:p>
    <w:p>
      <w:r>
        <w:rPr>
          <w:b/>
        </w:rPr>
        <w:t xml:space="preserve">[1:10:10] </w:t>
      </w:r>
      <w:r>
        <w:t>i think it is very clear. god almighty created us. god almighty created us as a eternal being.</w:t>
      </w:r>
    </w:p>
    <w:p>
      <w:pPr>
        <w:jc w:val="right"/>
      </w:pPr>
      <w:r>
        <w:t>ائی تھنک اٹ از ویری کلیئر۔ گاڈ المائٹی کریٹڈ اس۔ گاڈ المائٹی کریٹڈ اس ایز ا ایٹرنل بینگ۔</w:t>
      </w:r>
    </w:p>
    <w:p>
      <w:r>
        <w:rPr>
          <w:b/>
        </w:rPr>
        <w:t xml:space="preserve">[1:10:24] </w:t>
      </w:r>
      <w:r>
        <w:t>we are eternal being</w:t>
      </w:r>
    </w:p>
    <w:p>
      <w:pPr>
        <w:jc w:val="right"/>
      </w:pPr>
      <w:r>
        <w:t>وی ار ایٹرنل بینگ</w:t>
      </w:r>
    </w:p>
    <w:p>
      <w:r>
        <w:rPr>
          <w:b/>
        </w:rPr>
        <w:t xml:space="preserve">[1:10:26] </w:t>
      </w:r>
      <w:r>
        <w:t>. din hi divide aur life span into two period: pre death period and post death period.</w:t>
      </w:r>
    </w:p>
    <w:p>
      <w:pPr>
        <w:jc w:val="right"/>
      </w:pPr>
      <w:r>
        <w:t>۔ دین ہی ڈیوائیڈڈ اور لائف سپین انٹو ٹو پیریڈ: پری ڈیتھ پیریڈ اینڈ پوسٹ ڈیتھ پیریڈ۔</w:t>
      </w:r>
    </w:p>
    <w:p>
      <w:r>
        <w:rPr>
          <w:b/>
        </w:rPr>
        <w:t xml:space="preserve">[1:10:36] </w:t>
      </w:r>
      <w:r>
        <w:t>post pre death period is for preparation, and post death period is for reward or punishment.</w:t>
      </w:r>
    </w:p>
    <w:p>
      <w:pPr>
        <w:jc w:val="right"/>
      </w:pPr>
      <w:r>
        <w:t>پوسٹ پری ڈیتھ پیریڈ از فار پریپریشن، اینڈ پوسٹ ڈیتھ پیریڈ از فار ریوارڈ اور پنشمنٹ۔</w:t>
      </w:r>
    </w:p>
    <w:p>
      <w:r>
        <w:rPr>
          <w:b/>
        </w:rPr>
        <w:t xml:space="preserve">[1:10:50] </w:t>
      </w:r>
      <w:r>
        <w:t>so in the post death period, you will find akin to your,</w:t>
      </w:r>
    </w:p>
    <w:p>
      <w:pPr>
        <w:jc w:val="right"/>
      </w:pPr>
      <w:r>
        <w:t>سو ان دا پوسٹ ڈیتھ پیریڈ، یو ویل فائنڈ اکیون ٹو یور،</w:t>
      </w:r>
    </w:p>
    <w:p>
      <w:r>
        <w:rPr>
          <w:b/>
        </w:rPr>
        <w:t xml:space="preserve">[1:10:59] </w:t>
      </w:r>
      <w:r>
        <w:t>akin to your deed in pre death period. this preparatory period, post death period is not preparatory period.</w:t>
      </w:r>
    </w:p>
    <w:p>
      <w:pPr>
        <w:jc w:val="right"/>
      </w:pPr>
      <w:r>
        <w:t>اکیون ٹو یور ڈیڈ ان پری ڈیتھ پیریڈ۔ دس پریپریٹری پیریڈ، پوسٹ ڈیتھ پیریڈ از ناٹ پریپریٹری پیریڈ۔</w:t>
      </w:r>
    </w:p>
    <w:p>
      <w:r>
        <w:rPr>
          <w:b/>
        </w:rPr>
        <w:t xml:space="preserve">[1:11:11] </w:t>
      </w:r>
      <w:r>
        <w:t>is very clear in the quran hadith</w:t>
      </w:r>
    </w:p>
    <w:p>
      <w:pPr>
        <w:jc w:val="right"/>
      </w:pPr>
      <w:r>
        <w:t>از ویری کلیئر ان دا قران حدیث</w:t>
      </w:r>
    </w:p>
    <w:p>
      <w:r>
        <w:rPr>
          <w:b/>
        </w:rPr>
        <w:t xml:space="preserve">[1:11:15] </w:t>
      </w:r>
      <w:r>
        <w:t>that pre death period is preparatory period, and post death period is not preparatory period. their period of reward or punishment.</w:t>
      </w:r>
    </w:p>
    <w:p>
      <w:pPr>
        <w:jc w:val="right"/>
      </w:pPr>
      <w:r>
        <w:t>دیٹ پری ڈیتھ پیریڈ از پریپریٹری پیریڈ، اینڈ پوسٹ ڈیتھ پیریڈ از ناٹ پریپریٹری پیریڈ۔ دیر پیریڈ اف ریوارڈ اور پنشمنٹ۔</w:t>
      </w:r>
    </w:p>
    <w:p>
      <w:r>
        <w:rPr>
          <w:b/>
        </w:rPr>
        <w:t xml:space="preserve">[1:11:26] </w:t>
      </w:r>
      <w:r>
        <w:t>so it is very clear. no one can say that post death period is also preparatory period.</w:t>
      </w:r>
    </w:p>
    <w:p>
      <w:pPr>
        <w:jc w:val="right"/>
      </w:pPr>
      <w:r>
        <w:t>سو اٹ از ویری کلیئر۔ نو ون کین سی دیٹ پوسٹ ڈیتھ پیریڈ از السو پریپریٹری پیریڈ۔</w:t>
      </w:r>
    </w:p>
    <w:p>
      <w:r>
        <w:rPr>
          <w:b/>
        </w:rPr>
        <w:t xml:space="preserve">[1:11:36] </w:t>
      </w:r>
      <w:r>
        <w:t>so akin to this quranic teaching are say like this.</w:t>
      </w:r>
    </w:p>
    <w:p>
      <w:pPr>
        <w:jc w:val="right"/>
      </w:pPr>
      <w:r>
        <w:t>سو اکیون ٹو دس قرانک ٹیچنگ ار سی لائک دس۔</w:t>
      </w:r>
    </w:p>
    <w:p>
      <w:r>
        <w:rPr>
          <w:b/>
        </w:rPr>
        <w:t xml:space="preserve">[1:11:43] </w:t>
      </w:r>
      <w:r>
        <w:t>this question is from doctor farida khanoom from delhi. today everyone's life is full of distraction of worldly nature.</w:t>
      </w:r>
    </w:p>
    <w:p>
      <w:pPr>
        <w:jc w:val="right"/>
      </w:pPr>
      <w:r>
        <w:t>دس کوسچن از فرام ڈاکٹر فریدہ خانم فرام دہلی۔ ٹوڈے ایوری ونز لائف از فل اف ڈسٹریکشن اف ورلڈی نیچر۔</w:t>
      </w:r>
    </w:p>
    <w:p>
      <w:r>
        <w:rPr>
          <w:b/>
        </w:rPr>
        <w:t xml:space="preserve">[1:11:53] </w:t>
      </w:r>
      <w:r>
        <w:t>everyone is busy in worldly activities. in such a situation, it has become very difficult to concentrate in spiritual matters.</w:t>
      </w:r>
    </w:p>
    <w:p>
      <w:pPr>
        <w:jc w:val="right"/>
      </w:pPr>
      <w:r>
        <w:t>ایوری ون از بزی ان ورلڈی ایکٹیویٹیز۔ ان سچ ا سچویشن، اٹ ہیز بیکم ویری ڈیفیکلٹ ٹو کنسنٹریٹ ان سپریچول میٹرز۔</w:t>
      </w:r>
    </w:p>
    <w:p>
      <w:r>
        <w:rPr>
          <w:b/>
        </w:rPr>
        <w:t xml:space="preserve">[1:12:04] </w:t>
      </w:r>
      <w:r>
        <w:t>what is the solution to this problem according to you?</w:t>
      </w:r>
    </w:p>
    <w:p>
      <w:pPr>
        <w:jc w:val="right"/>
      </w:pPr>
      <w:r>
        <w:t>واٹ از دا سولیوشن ٹو دس پرابلم اکارڈنگ ٹو یو؟</w:t>
      </w:r>
    </w:p>
    <w:p>
      <w:r>
        <w:rPr>
          <w:b/>
        </w:rPr>
        <w:t xml:space="preserve">[1:12:09] </w:t>
      </w:r>
      <w:r>
        <w:t>spirituality does not mean that you have to go to jungle and mountain. no, during your life, during your activities, you have to learn spirituality.</w:t>
      </w:r>
    </w:p>
    <w:p>
      <w:pPr>
        <w:jc w:val="right"/>
      </w:pPr>
      <w:r>
        <w:t>اسپیریچولٹی ڈز ناٹ مین دیٹ یو ہیو ٹو گو ٹو جنگل اینڈ ماؤنٹین۔ نو، ڈیورنگ یور لائف، ڈیورنگ یور ایکٹیویٹیز، یو ہیو ٹو لرن سپریچولٹی۔</w:t>
      </w:r>
    </w:p>
    <w:p>
      <w:r>
        <w:rPr>
          <w:b/>
        </w:rPr>
        <w:t xml:space="preserve">[1:12:22] </w:t>
      </w:r>
      <w:r>
        <w:t>inspiratory means, yani</w:t>
      </w:r>
    </w:p>
    <w:p>
      <w:pPr>
        <w:jc w:val="right"/>
      </w:pPr>
      <w:r>
        <w:t>انسپائریٹری مینز، یعنی</w:t>
      </w:r>
    </w:p>
    <w:p>
      <w:r>
        <w:rPr>
          <w:b/>
        </w:rPr>
        <w:t xml:space="preserve">[1:12:28] </w:t>
      </w:r>
      <w:r>
        <w:t>means learning through worldly activities.</w:t>
      </w:r>
    </w:p>
    <w:p>
      <w:pPr>
        <w:jc w:val="right"/>
      </w:pPr>
      <w:r>
        <w:t>مینز لرننگ تھرو ورلڈی ایکٹیویٹیز۔</w:t>
      </w:r>
    </w:p>
    <w:p>
      <w:r>
        <w:rPr>
          <w:b/>
        </w:rPr>
        <w:t xml:space="preserve">[1:12:34] </w:t>
      </w:r>
      <w:r>
        <w:t>when you are busy in worldly activities, that the best time for spiritual learning.</w:t>
      </w:r>
    </w:p>
    <w:p>
      <w:pPr>
        <w:jc w:val="right"/>
      </w:pPr>
      <w:r>
        <w:t>وین یو ار بزی ان ورلڈی ایکٹیویٹیز، دیٹ دا بیسٹ ٹائم فار سپریچول لرننگ۔</w:t>
      </w:r>
    </w:p>
    <w:p>
      <w:r>
        <w:rPr>
          <w:b/>
        </w:rPr>
        <w:t xml:space="preserve">[1:12:43] </w:t>
      </w:r>
      <w:r>
        <w:t>i don't believe that for spirituality, you have to, you have to abandon worldly affairs. you have to go in mountain and jungles.</w:t>
      </w:r>
    </w:p>
    <w:p>
      <w:pPr>
        <w:jc w:val="right"/>
      </w:pPr>
      <w:r>
        <w:t>ائی ڈونٹ بیلیو دیٹ فار سپریچولٹی، یو ہیو ٹو، یو ہیو ٹو ابینڈن ورلڈی افیئرز۔ یو ہیو ٹو گو ان ماؤنٹین اینڈ جنگلز۔</w:t>
      </w:r>
    </w:p>
    <w:p>
      <w:r>
        <w:rPr>
          <w:b/>
        </w:rPr>
        <w:t xml:space="preserve">[1:12:53] </w:t>
      </w:r>
      <w:r>
        <w:t>every time, there are lessons. every time</w:t>
      </w:r>
    </w:p>
    <w:p>
      <w:pPr>
        <w:jc w:val="right"/>
      </w:pPr>
      <w:r>
        <w:t>ایوری ٹائم، دیر ار لیسنز۔ ایوری ٹائم</w:t>
      </w:r>
    </w:p>
    <w:p>
      <w:r>
        <w:rPr>
          <w:b/>
        </w:rPr>
        <w:t xml:space="preserve">[1:12:57] </w:t>
      </w:r>
      <w:r>
        <w:t>, there are lessons. for example, today i read very interesting item in the paper. only today, some one perhapsly america,</w:t>
      </w:r>
    </w:p>
    <w:p>
      <w:pPr>
        <w:jc w:val="right"/>
      </w:pPr>
      <w:r>
        <w:t>، دیر ار لیسنز۔ فار ایگزیمپل، ٹوڈے ائی ریڈ ویری انٹرسٹنگ ائٹم ان دا پیپر۔ اونلی ٹوڈے، سم ون پرہیپسلی امریکہ،</w:t>
      </w:r>
    </w:p>
    <w:p>
      <w:r>
        <w:rPr>
          <w:b/>
        </w:rPr>
        <w:t xml:space="preserve">[1:13:11] </w:t>
      </w:r>
      <w:r>
        <w:t>lost his both hands. so there was plastic surgery.</w:t>
      </w:r>
    </w:p>
    <w:p>
      <w:pPr>
        <w:jc w:val="right"/>
      </w:pPr>
      <w:r>
        <w:t>لاسٹ ہز بوتھ ہینڈ۔ سو دیر واز پلاسٹک سرجری۔</w:t>
      </w:r>
    </w:p>
    <w:p>
      <w:r>
        <w:rPr>
          <w:b/>
        </w:rPr>
        <w:t xml:space="preserve">[1:13:18] </w:t>
      </w:r>
      <w:r>
        <w:t>his hand was restored, but these hands are plastic hands. so he says that when i touch my wife, i cannot enjoy,</w:t>
      </w:r>
    </w:p>
    <w:p>
      <w:pPr>
        <w:jc w:val="right"/>
      </w:pPr>
      <w:r>
        <w:t>ہز ہینڈ واز ریسٹورڈ، بٹ دیز ہینڈز ار پلاسٹک ہینڈز۔ سو ہی سیز دیٹ وین ائی ٹچ مائی وائف، ائی کین ناٹ انجوائے،</w:t>
      </w:r>
    </w:p>
    <w:p>
      <w:r>
        <w:rPr>
          <w:b/>
        </w:rPr>
        <w:t xml:space="preserve">[1:13:33] </w:t>
      </w:r>
      <w:r>
        <w:t>yani is less like touching a wood</w:t>
      </w:r>
    </w:p>
    <w:p>
      <w:pPr>
        <w:jc w:val="right"/>
      </w:pPr>
      <w:r>
        <w:t>یعنی از لیس لائک ٹچنگ ا وڈ</w:t>
      </w:r>
    </w:p>
    <w:p>
      <w:r>
        <w:rPr>
          <w:b/>
        </w:rPr>
        <w:t xml:space="preserve">[1:13:36] </w:t>
      </w:r>
      <w:r>
        <w:t>. so from this experience, you can draw a very great lesson that god almighty created us so many blessings.</w:t>
      </w:r>
    </w:p>
    <w:p>
      <w:pPr>
        <w:jc w:val="right"/>
      </w:pPr>
      <w:r>
        <w:t>۔ سو فرام دس ایکسپیرینس، یو کین ڈرا ا ویری گریٹ لیسن دیٹ گاڈ المائٹی کریٹڈ اس سو مینی بلیسنگز۔</w:t>
      </w:r>
    </w:p>
    <w:p>
      <w:r>
        <w:rPr>
          <w:b/>
        </w:rPr>
        <w:t xml:space="preserve">[1:13:49] </w:t>
      </w:r>
      <w:r>
        <w:t>even even touching is great blessing. seeing and hearing and touching and thinking, everything is blessing. so discovering the blessings of god is spirituality</w:t>
      </w:r>
    </w:p>
    <w:p>
      <w:pPr>
        <w:jc w:val="right"/>
      </w:pPr>
      <w:r>
        <w:t>ایون ایون ٹچنگ از گریٹ بلیسنگ۔ سیئنگ اینڈ ہیئرنگ اینڈ ٹچنگ اینڈ تھنکنگ، ایوری تھنگ از بلیسنگ۔ سو ڈسکورنگ دا بلیسنگ اف گاڈ از سپریچولٹی</w:t>
      </w:r>
    </w:p>
    <w:p>
      <w:r>
        <w:rPr>
          <w:b/>
        </w:rPr>
        <w:t xml:space="preserve">[1:14:03] </w:t>
      </w:r>
      <w:r>
        <w:t>. in every activity, in every worldly business, you can draw this lesson that everything is god blessing.</w:t>
      </w:r>
    </w:p>
    <w:p>
      <w:pPr>
        <w:jc w:val="right"/>
      </w:pPr>
      <w:r>
        <w:t>۔ ان ایوری ایکٹیویٹی، ان ایوری ورلڈی بزنس، یو کین ڈرا دس لیسن دیٹ ایوری تھنگ از گاڈ بلیسنگ۔</w:t>
      </w:r>
    </w:p>
    <w:p>
      <w:r>
        <w:rPr>
          <w:b/>
        </w:rPr>
        <w:t xml:space="preserve">[1:14:12] </w:t>
      </w:r>
      <w:r>
        <w:t>and when you discover god blessing, that is spirituality. they spiritual food</w:t>
      </w:r>
    </w:p>
    <w:p>
      <w:pPr>
        <w:jc w:val="right"/>
      </w:pPr>
      <w:r>
        <w:t>اینڈ وین یو ڈسکور گاڈ بلیسنگ، دیٹ از سپریچولٹی۔ دے سپریچول فوڈ</w:t>
      </w:r>
    </w:p>
    <w:p>
      <w:r>
        <w:rPr>
          <w:b/>
        </w:rPr>
        <w:t xml:space="preserve">[1:14:21] </w:t>
      </w:r>
      <w:r>
        <w:t>۔ وین یو ار بزی ان یور ورلڈی میٹرز، اینڈ یو کین ڈرا دس لیسن فرام یور ورلڈی ایکٹیویٹیز، دین یو ار، یو ار ڈرائنگ دا سپریچول فوڈ فرام یور ورلڈی ایکٹیویٹیز۔</w:t>
      </w:r>
    </w:p>
    <w:p>
      <w:pPr>
        <w:jc w:val="right"/>
      </w:pPr>
      <w:r>
        <w:t>۔ وین یو ار بزی ان یور ورلڈی میٹرز، اینڈ یو کین ڈرا دس لیسن فرام یور ورلڈی ایکٹیویٹیز، دین یو ار، یو ار ڈرائنگ دا سپریچول فوڈ فرام یور ورلڈی ایکٹیویٹیز۔</w:t>
      </w:r>
    </w:p>
    <w:p>
      <w:r>
        <w:rPr>
          <w:b/>
        </w:rPr>
        <w:t xml:space="preserve">[1:14:42] </w:t>
      </w:r>
      <w:r>
        <w:t>دس از سپریچولٹی۔ اٹ از کوائٹ پاسیبل۔ ائی تھنک اٹ از کوائٹ پاسیبل۔</w:t>
      </w:r>
    </w:p>
    <w:p>
      <w:pPr>
        <w:jc w:val="right"/>
      </w:pPr>
      <w:r>
        <w:t>دس از سپریچولٹی۔ اٹ از کوائٹ پاسیبل۔ ائی تھنک اٹ از کوائٹ پاسیبل۔</w:t>
      </w:r>
    </w:p>
    <w:p>
      <w:r>
        <w:rPr>
          <w:b/>
        </w:rPr>
        <w:t xml:space="preserve">[1:14:51] </w:t>
      </w:r>
      <w:r>
        <w:t>اف یو ار سنسیر، اف یو ار سنسیر، اف یو، یو سیریسلی وانٹ ٹو ہیو سپریچول فوڈ، دیٹ از ویری ایزی۔</w:t>
      </w:r>
    </w:p>
    <w:p>
      <w:pPr>
        <w:jc w:val="right"/>
      </w:pPr>
      <w:r>
        <w:t>اف یو ار سنسیر، اف یو ار سنسیر، اف یو، یو سیریسلی وانٹ ٹو ہیو سپریچول فوڈ، دیٹ از ویری ایزی۔</w:t>
      </w:r>
    </w:p>
    <w:p>
      <w:r>
        <w:rPr>
          <w:b/>
        </w:rPr>
        <w:t xml:space="preserve">[1:15:07] </w:t>
      </w:r>
      <w:r>
        <w:t>دس کوسچن از فرام مسٹر خواجہ کلیم الدین فرام پینسلوینیا۔</w:t>
      </w:r>
    </w:p>
    <w:p>
      <w:pPr>
        <w:jc w:val="right"/>
      </w:pPr>
      <w:r>
        <w:t>دس کوسچن از فرام مسٹر خواجہ کلیم الدین فرام پینسلوینیا۔</w:t>
      </w:r>
    </w:p>
    <w:p>
      <w:r>
        <w:rPr>
          <w:b/>
        </w:rPr>
        <w:t xml:space="preserve">[1:15:14] </w:t>
      </w:r>
      <w:r>
        <w:t>مولانا صاحب، one of my friends says that he is confused with so many interpretations of Islam, like political Islam, extremist Islam, ritualistic Islam, and so on.</w:t>
      </w:r>
    </w:p>
    <w:p>
      <w:pPr>
        <w:jc w:val="right"/>
      </w:pPr>
      <w:r>
        <w:t>مولانا صاحب، ون اف مائی فرینڈز سیز دیٹ ہی از کنفیوز ود سو مینی انٹرپریٹیشنز اف اسلام، لائک پولیٹیکل اسلام، ایکسٹریمسٹ اسلام، ریچولسٹک اسلام، اینڈ سو ان۔</w:t>
      </w:r>
    </w:p>
    <w:p>
      <w:r>
        <w:rPr>
          <w:b/>
        </w:rPr>
        <w:t xml:space="preserve">[1:15:26] </w:t>
      </w:r>
      <w:r>
        <w:t>Each scholar or group will put forward very potent arguments from Quran and Hadith</w:t>
      </w:r>
    </w:p>
    <w:p>
      <w:pPr>
        <w:jc w:val="right"/>
      </w:pPr>
      <w:r>
        <w:t>ایچ سکالر اور گروپ ول پٹ فارورڈ ویری پوٹنٹ ارگیومنٹس فرام قران اینڈ حدیث</w:t>
      </w:r>
    </w:p>
    <w:p>
      <w:r>
        <w:rPr>
          <w:b/>
        </w:rPr>
        <w:t xml:space="preserve">[1:15:33] </w:t>
      </w:r>
      <w:r>
        <w:t>۔ In this situation, he says he is confining himself in observance of five pillars of Islam, where in there is no conflict among scholars.</w:t>
      </w:r>
    </w:p>
    <w:p>
      <w:pPr>
        <w:jc w:val="right"/>
      </w:pPr>
      <w:r>
        <w:t>۔ ان دس سچویشن، ہی سیز ہی از کنفائننگ ہم سیلف ان ابزرونس اف فائیو پلرز اف اسلام، ویر ان دیر از نو کانفلکٹ امنگ سکالرز۔</w:t>
      </w:r>
    </w:p>
    <w:p>
      <w:r>
        <w:rPr>
          <w:b/>
        </w:rPr>
        <w:t xml:space="preserve">[1:15:46] </w:t>
      </w:r>
      <w:r>
        <w:t>That is be helpful to people and live a quiet life and die when time comes. Otherwise, he says he is risking his jannat in life hereafter by following any particular group or scholar, because he is not sure who will be proved right.</w:t>
      </w:r>
    </w:p>
    <w:p>
      <w:pPr>
        <w:jc w:val="right"/>
      </w:pPr>
      <w:r>
        <w:t>دیٹ از بی ہیلپ فل ٹو پیپل اینڈ لیو ا کوائٹ لائف اینڈ ڈائی وین ٹائم کمز۔ ادروائز، ہی سیز ہی از رسکنگ ہز جنت ان لائف ہیر افٹر بائے فالونگ اینی پرٹیکولر گروپ اور سکالر، بیکاز ہی از ناٹ شور ہو ول بی پروفڈ رائٹ۔</w:t>
      </w:r>
    </w:p>
    <w:p>
      <w:r>
        <w:rPr>
          <w:b/>
        </w:rPr>
        <w:t xml:space="preserve">[1:16:04] </w:t>
      </w:r>
      <w:r>
        <w:t>کائنڈلی کمنٹ ان دس۔</w:t>
      </w:r>
    </w:p>
    <w:p>
      <w:pPr>
        <w:jc w:val="right"/>
      </w:pPr>
      <w:r>
        <w:t>کائنڈلی کمنٹ ان دس۔</w:t>
      </w:r>
    </w:p>
    <w:p>
      <w:r>
        <w:rPr>
          <w:b/>
        </w:rPr>
        <w:t xml:space="preserve">[1:16:08] </w:t>
      </w:r>
      <w:r>
        <w:t>According to, I think that it is a, it is not right thinking. It is not right thinking. In the Quran there is so many other teachings, so many other than salat, other than namaz.</w:t>
      </w:r>
    </w:p>
    <w:p>
      <w:pPr>
        <w:jc w:val="right"/>
      </w:pPr>
      <w:r>
        <w:t>اکیون ٹو، ائی تھنک دے اٹ از ا، اٹ از ناٹ رائٹ تھنکنگ۔ اٹ از ناٹ رائٹ تھنکنگ۔ ان دی قران دیر از سو مینی ادر ٹیچنگز، سو مینی ادر دین صلاۃ، ادر دین نماز۔</w:t>
      </w:r>
    </w:p>
    <w:p>
      <w:r>
        <w:rPr>
          <w:b/>
        </w:rPr>
        <w:t xml:space="preserve">[1:16:26] </w:t>
      </w:r>
      <w:r>
        <w:t>In the Quran there are six thousand four hundred verses, and in these verses there are so many teachings, not only namaz.</w:t>
      </w:r>
    </w:p>
    <w:p>
      <w:pPr>
        <w:jc w:val="right"/>
      </w:pPr>
      <w:r>
        <w:t>ان دی قران دیر ار سکس تھا اینڈ فور ہنڈرڈ ورسز، اینڈ ان دز ورسز دیر ار سو مینی ٹیچنگز، ناٹ اونلی نماز۔</w:t>
      </w:r>
    </w:p>
    <w:p>
      <w:r>
        <w:rPr>
          <w:b/>
        </w:rPr>
        <w:t xml:space="preserve">[1:16:36] </w:t>
      </w:r>
      <w:r>
        <w:t>So you have to understand the whole Quran, and if there are different, different interpretations, take it as a challenge.</w:t>
      </w:r>
    </w:p>
    <w:p>
      <w:pPr>
        <w:jc w:val="right"/>
      </w:pPr>
      <w:r>
        <w:t>سو یو ہیو ٹو انڈرسٹینڈ دا ہول قران، اینڈ اف دیر ار ڈفرنٹ، ڈفرنٹ انٹرپریشن، ٹیک اٹ از ا چیلنج</w:t>
      </w:r>
    </w:p>
    <w:p>
      <w:r>
        <w:rPr>
          <w:b/>
        </w:rPr>
        <w:t xml:space="preserve">[1:16:47] </w:t>
      </w:r>
      <w:r>
        <w:t>۔ قران، قران، یعنی قران itself says that you have to make tadabbur, you have to to to go to contemplation۔</w:t>
      </w:r>
    </w:p>
    <w:p>
      <w:pPr>
        <w:jc w:val="right"/>
      </w:pPr>
      <w:r>
        <w:t>۔ قران، قران، یعنی قران اٹ سیلف سیز دیٹ یو ہیو ٹو میک تدبر، یو ہیو ٹو ٹو ٹو گو ٹو کنٹمپلیشن۔</w:t>
      </w:r>
    </w:p>
    <w:p>
      <w:r>
        <w:rPr>
          <w:b/>
        </w:rPr>
        <w:t xml:space="preserve">[1:17:00] </w:t>
      </w:r>
      <w:r>
        <w:t>Don't rely on those, on those, on those thinkers, on those who have given interpretation, different interpretation.</w:t>
      </w:r>
    </w:p>
    <w:p>
      <w:pPr>
        <w:jc w:val="right"/>
      </w:pPr>
      <w:r>
        <w:t>ڈونٹ ریلائے ان دوز، ان دوز، ان دوز تھنکرز، ان دوز ہو ہیو گیون انٹرپریشن، ڈفرنٹ انٹرپریشن۔</w:t>
      </w:r>
    </w:p>
    <w:p>
      <w:r>
        <w:rPr>
          <w:b/>
        </w:rPr>
        <w:t xml:space="preserve">[1:17:11] </w:t>
      </w:r>
      <w:r>
        <w:t>You apply your mind, you have to apply your mind.</w:t>
      </w:r>
    </w:p>
    <w:p>
      <w:pPr>
        <w:jc w:val="right"/>
      </w:pPr>
      <w:r>
        <w:t>یو اپلائی یور مائنڈ، یو ہیو ٹو اپلائی یور مائنڈ۔</w:t>
      </w:r>
    </w:p>
    <w:p>
      <w:r>
        <w:rPr>
          <w:b/>
        </w:rPr>
        <w:t xml:space="preserve">[1:17:16] </w:t>
      </w:r>
      <w:r>
        <w:t>This is so, for this, you have to apply your mind. You have to discover the truth on your own.</w:t>
      </w:r>
    </w:p>
    <w:p>
      <w:pPr>
        <w:jc w:val="right"/>
      </w:pPr>
      <w:r>
        <w:t>دس ار سو فرض، یو ہیو ٹو اپلائی یور مائنڈ۔ یو ہیو ٹو ڈسکور دا ٹروتھ ان یور اون۔</w:t>
      </w:r>
    </w:p>
    <w:p>
      <w:r>
        <w:rPr>
          <w:b/>
        </w:rPr>
        <w:t xml:space="preserve">[1:17:27] </w:t>
      </w:r>
      <w:r>
        <w:t>I am, I this is against, this is the Quranic scheme. The message of Quran is that take every, all these take, all these things challenge.</w:t>
      </w:r>
    </w:p>
    <w:p>
      <w:pPr>
        <w:jc w:val="right"/>
      </w:pPr>
      <w:r>
        <w:t>ائی ایم، ائی دس از اگینسٹ، دس از دا قرانک اسکیم۔ دا میسج اف قران از دیٹ ٹیک ایوری، ال دیز ٹیک، ال دیز تھنگز چیلنج۔</w:t>
      </w:r>
    </w:p>
    <w:p>
      <w:r>
        <w:rPr>
          <w:b/>
        </w:rPr>
        <w:t xml:space="preserve">[1:17:39] </w:t>
      </w:r>
      <w:r>
        <w:t>You have to discover the truth on your own. Without discovery, there is no conviction.</w:t>
      </w:r>
    </w:p>
    <w:p>
      <w:pPr>
        <w:jc w:val="right"/>
      </w:pPr>
      <w:r>
        <w:t>یو ہیو ٹو ڈسکور دا ٹروتھ ان یور اون۔ وداؤٹ ڈسکوری، دیر از نو کنوکشن۔</w:t>
      </w:r>
    </w:p>
    <w:p>
      <w:r>
        <w:rPr>
          <w:b/>
        </w:rPr>
        <w:t xml:space="preserve">[1:17:46] </w:t>
      </w:r>
      <w:r>
        <w:t>If you rely, if you rely, if you rely to some interpretation, this interpretation cannot give you conviction.</w:t>
      </w:r>
    </w:p>
    <w:p>
      <w:pPr>
        <w:jc w:val="right"/>
      </w:pPr>
      <w:r>
        <w:t>اف یو ریلائے، اف یو ریلائے، اف یو ریلائے ٹو سم انٹرپریشن، دس انٹرپریشن کین ناٹ گیو یو کنوکشن۔</w:t>
      </w:r>
    </w:p>
    <w:p>
      <w:r>
        <w:rPr>
          <w:b/>
        </w:rPr>
        <w:t xml:space="preserve">[1:17:57] </w:t>
      </w:r>
      <w:r>
        <w:t>is very important. Conviction is result of your discovery.</w:t>
      </w:r>
    </w:p>
    <w:p>
      <w:pPr>
        <w:jc w:val="right"/>
      </w:pPr>
      <w:r>
        <w:t>از ویری امپورٹنٹ۔ کنوکشن از رزلٹ اف یور ڈسکوری۔</w:t>
      </w:r>
    </w:p>
    <w:p>
      <w:r>
        <w:rPr>
          <w:b/>
        </w:rPr>
        <w:t xml:space="preserve">[1:18:05] </w:t>
      </w:r>
      <w:r>
        <w:t>If you rely to some interpretation given by some person, that cannot give you conviction.</w:t>
      </w:r>
    </w:p>
    <w:p>
      <w:pPr>
        <w:jc w:val="right"/>
      </w:pPr>
      <w:r>
        <w:t>اف یو ریلائے ٹو سم انٹرپریشن گیون بائے سم پرسن، دیٹ کین ناٹ گیو یو کنوکشن۔</w:t>
      </w:r>
    </w:p>
    <w:p>
      <w:r>
        <w:rPr>
          <w:b/>
        </w:rPr>
        <w:t xml:space="preserve">[1:18:14] </w:t>
      </w:r>
      <w:r>
        <w:t>So conviction is very important, and conviction is a result of discovery. So you have to real, you have to discover the truth on your own through study, through contemplation.</w:t>
      </w:r>
    </w:p>
    <w:p>
      <w:pPr>
        <w:jc w:val="right"/>
      </w:pPr>
      <w:r>
        <w:t>سو کنوکشن از ویری امپورٹنٹ، اینڈ کنوکشن از رزلٹ اف ڈسکوری۔ سو یو ہیو ٹو ریل، یو ہیو ٹو ڈسکور دا ٹروتھ ان یور اون تھرو اسٹڈی، تھرو کنٹمپلیشن۔</w:t>
      </w:r>
    </w:p>
    <w:p>
      <w:r>
        <w:rPr>
          <w:b/>
        </w:rPr>
        <w:t xml:space="preserve">[1:18:29] </w:t>
      </w:r>
      <w:r>
        <w:t>I cannot agree with this point. It means that you have, yani you want to die without conviction. You want to die without conviction.</w:t>
      </w:r>
    </w:p>
    <w:p>
      <w:pPr>
        <w:jc w:val="right"/>
      </w:pPr>
      <w:r>
        <w:t>ائی کین ناٹ ایگری ود دس پوائنٹ۔ اٹ مینز دیٹ یو ہیو، یعنی یو وانٹ ٹو ڈائی وداؤٹ کنوکشن۔ یو وانٹ ٹو ڈائی وداؤٹ کنوکشن۔</w:t>
      </w:r>
    </w:p>
    <w:p>
      <w:r>
        <w:rPr>
          <w:b/>
        </w:rPr>
        <w:t xml:space="preserve">[1:18:42] </w:t>
      </w:r>
      <w:r>
        <w:t>دیٹ ناٹ گڈ ڈیتھ۔</w:t>
      </w:r>
    </w:p>
    <w:p>
      <w:pPr>
        <w:jc w:val="right"/>
      </w:pPr>
      <w:r>
        <w:t>دیٹ ناٹ گڈ ڈیتھ۔</w:t>
      </w:r>
    </w:p>
    <w:p>
      <w:r>
        <w:rPr>
          <w:b/>
        </w:rPr>
        <w:t xml:space="preserve">[1:18:46] </w:t>
      </w:r>
      <w:r>
        <w:t>دس کوسچن از فرام مولانا زکوان فرام دہلی۔ ان ا سروے، اٹ از فاؤنڈ دیٹ ڈھاکہ، دا کیپیٹل اف بنگلہ دیش، از دا سٹی اف ماسک۔</w:t>
      </w:r>
    </w:p>
    <w:p>
      <w:pPr>
        <w:jc w:val="right"/>
      </w:pPr>
      <w:r>
        <w:t>دس کوسچن از فرام مولانا زکوان فرام دہلی۔ ان ا سروے، اٹ از فاؤنڈ دیٹ ڈھاکہ، دا کیپیٹل اف بنگلہ دیش، از دا سٹی اف ماسک۔</w:t>
      </w:r>
    </w:p>
    <w:p>
      <w:r>
        <w:rPr>
          <w:b/>
        </w:rPr>
        <w:t xml:space="preserve">[1:18:59] </w:t>
      </w:r>
      <w:r>
        <w:t>bat at the same time, it is rightly said in the survey that Dhaka is also the city of corruption. Maulana, what is your comment?</w:t>
      </w:r>
    </w:p>
    <w:p>
      <w:pPr>
        <w:jc w:val="right"/>
      </w:pPr>
      <w:r>
        <w:t>بٹ ایٹ دا سیم ٹائم، اٹ از رائٹلی سیڈ ان دا سروے دیٹ ڈھاکہ از السو دا سٹی اف کرپشن۔ مولانا، واٹ از یور کمنٹ؟</w:t>
      </w:r>
    </w:p>
    <w:p>
      <w:r>
        <w:rPr>
          <w:b/>
        </w:rPr>
        <w:t xml:space="preserve">[1:19:16] </w:t>
      </w:r>
      <w:r>
        <w:t>At present, people have taken namaz as a ritual, simply ritual. So in all these mosques, you can see there are, there are</w:t>
      </w:r>
    </w:p>
    <w:p>
      <w:pPr>
        <w:jc w:val="right"/>
      </w:pPr>
      <w:r>
        <w:t>ایٹ پریزنٹ، پیپل ہیو ٹیکن نماز ایز ا ریچولز، سمپلی ریچولز۔ سو ان ال دیز ماسک، یو کین سی دیر ار، دیر ار</w:t>
      </w:r>
    </w:p>
    <w:p>
      <w:r>
        <w:rPr>
          <w:b/>
        </w:rPr>
        <w:t xml:space="preserve">[1:19:34] </w:t>
      </w:r>
      <w:r>
        <w:t>so many people who offer namaz, but they offer simply some rituals.</w:t>
      </w:r>
    </w:p>
    <w:p>
      <w:pPr>
        <w:jc w:val="right"/>
      </w:pPr>
      <w:r>
        <w:t>سو مینی پیپل ہو افر نماز، بٹ دے افر سمپلی سم ریچولز۔</w:t>
      </w:r>
    </w:p>
    <w:p>
      <w:r>
        <w:rPr>
          <w:b/>
        </w:rPr>
        <w:t xml:space="preserve">[1:19:42] </w:t>
      </w:r>
      <w:r>
        <w:t>in the, in the, there is a hadith that al-masajid buyut al-muttaqin. is a hadith al-masajid buyut al-muttaqin.</w:t>
      </w:r>
    </w:p>
    <w:p>
      <w:pPr>
        <w:jc w:val="right"/>
      </w:pPr>
      <w:r>
        <w:t>ان دی، ان دی، دیر از ا حدیث دیٹ المساجد بیوت المتقین۔ از ا حدیث المساجد بیوت المتقین۔</w:t>
      </w:r>
    </w:p>
    <w:p>
      <w:r>
        <w:rPr>
          <w:b/>
        </w:rPr>
        <w:t xml:space="preserve">[1:19:52] </w:t>
      </w:r>
      <w:r>
        <w:t>it means mosque are training center of taqwa, training center of taqwa.</w:t>
      </w:r>
    </w:p>
    <w:p>
      <w:pPr>
        <w:jc w:val="right"/>
      </w:pPr>
      <w:r>
        <w:t>اٹ مینز ماسک ار ٹریننگ سینٹر اف تقوی، ٹریننگ سینٹر اف تقوی۔</w:t>
      </w:r>
    </w:p>
    <w:p>
      <w:r>
        <w:rPr>
          <w:b/>
        </w:rPr>
        <w:t xml:space="preserve">[1:20:01] </w:t>
      </w:r>
      <w:r>
        <w:t>mosque are not simply to perform rituals. there is no such hadith.</w:t>
      </w:r>
    </w:p>
    <w:p>
      <w:pPr>
        <w:jc w:val="right"/>
      </w:pPr>
      <w:r>
        <w:t>ماسک ار ناٹ سمپلی ٹو پرفارم ریچولز۔ دیر از نو سچ حدیث۔</w:t>
      </w:r>
    </w:p>
    <w:p>
      <w:r>
        <w:rPr>
          <w:b/>
        </w:rPr>
        <w:t xml:space="preserve">[1:20:06] </w:t>
      </w:r>
      <w:r>
        <w:t>so these mosque are simply centers of performing rituals, while hadith says the mosque are training center of taqwa.</w:t>
      </w:r>
    </w:p>
    <w:p>
      <w:pPr>
        <w:jc w:val="right"/>
      </w:pPr>
      <w:r>
        <w:t>تو دیز ماسکس ار سمپلی سینٹرز اف پرفارمنگ ریچولز، وائل حدیث سیز دا ماسک ار ٹریننگ سینٹر اف تقوی۔</w:t>
      </w:r>
    </w:p>
    <w:p>
      <w:r>
        <w:rPr>
          <w:b/>
        </w:rPr>
        <w:t xml:space="preserve">[1:20:21] </w:t>
      </w:r>
      <w:r>
        <w:t>so you have to make these mosque as a training center of taqwa, not simply center of performing rituals.</w:t>
      </w:r>
    </w:p>
    <w:p>
      <w:pPr>
        <w:jc w:val="right"/>
      </w:pPr>
      <w:r>
        <w:t>سو یو ہیو ٹو میک دیز ماسک ایز ا ٹریننگ سینٹر اف تقوی، ناٹ سمپلی سینٹر اف پرفارمنگ ریچولز۔</w:t>
      </w:r>
    </w:p>
    <w:p>
      <w:r>
        <w:rPr>
          <w:b/>
        </w:rPr>
        <w:t xml:space="preserve">[1:20:32] </w:t>
      </w:r>
      <w:r>
        <w:t>this is the basic problem in India, in Bangladesh, and every where in the world.</w:t>
      </w:r>
    </w:p>
    <w:p>
      <w:pPr>
        <w:jc w:val="right"/>
      </w:pPr>
      <w:r>
        <w:t>دس از دا بیسک پرابلم ان انڈیا، ان بنگلہ دیش، اینڈ ایوری ویر ان دا ورلڈ۔</w:t>
      </w:r>
    </w:p>
    <w:p>
      <w:r>
        <w:rPr>
          <w:b/>
        </w:rPr>
        <w:t xml:space="preserve">[1:20:42] </w:t>
      </w:r>
      <w:r>
        <w:t>this question is from Mr. Idrees from Delhi. Maulana, how should Muslims live in a society when they are in majority or in minority?</w:t>
      </w:r>
    </w:p>
    <w:p>
      <w:pPr>
        <w:jc w:val="right"/>
      </w:pPr>
      <w:r>
        <w:t>دس کوسچن از فرام مسٹر ادریس فرام دہلی۔ مولانا، ہاؤ شوڈ مسلمز لیو ان ا سوسائٹی وین دے ار ان میجورٹی اور ان مائنورٹی؟</w:t>
      </w:r>
    </w:p>
    <w:p>
      <w:r>
        <w:rPr>
          <w:b/>
        </w:rPr>
        <w:t xml:space="preserve">[1:20:53] </w:t>
      </w:r>
      <w:r>
        <w:t>kindly comment. i think that these differences are not real differences.</w:t>
      </w:r>
    </w:p>
    <w:p>
      <w:pPr>
        <w:jc w:val="right"/>
      </w:pPr>
      <w:r>
        <w:t>کائنڈلی کمنٹ۔ ائی تھنک دیٹ دیز ڈیفرنس ار ناٹ ریل ڈیفرنسز۔</w:t>
      </w:r>
    </w:p>
    <w:p>
      <w:r>
        <w:rPr>
          <w:b/>
        </w:rPr>
        <w:t xml:space="preserve">[1:21:03] </w:t>
      </w:r>
      <w:r>
        <w:t>minority or majority are not real differences. the basic thing is taqwa. you have to live with taqwa.</w:t>
      </w:r>
    </w:p>
    <w:p>
      <w:pPr>
        <w:jc w:val="right"/>
      </w:pPr>
      <w:r>
        <w:t>مائنورٹی اور میجورٹی ار ناٹ ریل ڈیفرنسز۔ دا بیسک تھنگ از تقوی۔ یو ہیو ٹو لیو ود تقوی۔</w:t>
      </w:r>
    </w:p>
    <w:p>
      <w:r>
        <w:rPr>
          <w:b/>
        </w:rPr>
        <w:t xml:space="preserve">[1:21:12] </w:t>
      </w:r>
      <w:r>
        <w:t>you are in minority, are in majority. it doesn't matter. taqwa means, yani you have to be pious. you have to be mindful to God.</w:t>
      </w:r>
    </w:p>
    <w:p>
      <w:pPr>
        <w:jc w:val="right"/>
      </w:pPr>
      <w:r>
        <w:t>یو ار ان مائنورٹی، ار ان میجورٹی۔ اٹ ڈزنٹ میٹر۔ تقوی مینز، یعنی یو ہیو ٹو بی پائس۔ یو ہیو ٹو بی مائنڈ فل ٹو گاڈ۔</w:t>
      </w:r>
    </w:p>
    <w:p>
      <w:r>
        <w:rPr>
          <w:b/>
        </w:rPr>
        <w:t xml:space="preserve">[1:21:23] </w:t>
      </w:r>
      <w:r>
        <w:t>you have to be fearfull to God.</w:t>
      </w:r>
    </w:p>
    <w:p>
      <w:pPr>
        <w:jc w:val="right"/>
      </w:pPr>
      <w:r>
        <w:t>یو ہیو ٹو بی فیئر فل ٹو گاڈ۔</w:t>
      </w:r>
    </w:p>
    <w:p>
      <w:r>
        <w:rPr>
          <w:b/>
        </w:rPr>
        <w:t xml:space="preserve">[1:21:26] </w:t>
      </w:r>
      <w:r>
        <w:t>so the basic thing what is the point is taqwa, and majority or minority is relative, is not real difference.</w:t>
      </w:r>
    </w:p>
    <w:p>
      <w:pPr>
        <w:jc w:val="right"/>
      </w:pPr>
      <w:r>
        <w:t>سو دا بیسک تھنگ واٹ از دا پوائنٹ از تقوی، اینڈ میجورٹی اور مائنورٹی از ریلیٹیو، از ناٹ ریل ڈیفرنس۔</w:t>
      </w:r>
    </w:p>
    <w:p>
      <w:r>
        <w:rPr>
          <w:b/>
        </w:rPr>
        <w:t xml:space="preserve">[1:21:37] </w:t>
      </w:r>
      <w:r>
        <w:t>i don't think that this makes a real difference. it is relative difference.</w:t>
      </w:r>
    </w:p>
    <w:p>
      <w:pPr>
        <w:jc w:val="right"/>
      </w:pPr>
      <w:r>
        <w:t>ائی ڈونٹ تھنک دیٹ دس میکس ا ریل ڈیفرنس۔ اٹ از ریلیٹیو ڈیفرنس۔</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