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and Death December 8, 2013</w:t>
      </w:r>
    </w:p>
    <w:p>
      <w:r>
        <w:t>https://youtu.be/scYn0iBgP4E</w:t>
      </w:r>
    </w:p>
    <w:p>
      <w:r>
        <w:rPr>
          <w:b/>
        </w:rPr>
        <w:t xml:space="preserve">[00:14] </w:t>
      </w:r>
      <w:r>
        <w:t>bismillah rahman rahim, wa salallahu ala al-nabi al-karim.</w:t>
      </w:r>
    </w:p>
    <w:p>
      <w:pPr>
        <w:jc w:val="right"/>
      </w:pPr>
      <w:r>
        <w:t>بسم اللہ الرحمن الرحیم، وصلی اللہ علی النبی الکریم۔</w:t>
      </w:r>
    </w:p>
    <w:p>
      <w:r>
        <w:rPr>
          <w:b/>
        </w:rPr>
        <w:t xml:space="preserve">[00:22] </w:t>
      </w:r>
      <w:r>
        <w:t>rabbi ishrah li sadri, wa yassir li amri, wa hlul uqdatan min lisani, yafqahu qawli.</w:t>
      </w:r>
    </w:p>
    <w:p>
      <w:pPr>
        <w:jc w:val="right"/>
      </w:pPr>
      <w:r>
        <w:t>رب اشرح لی صدری، ویسر لی امری، واحل العقدۃ من لسانی، یفقہ قولی۔</w:t>
      </w:r>
    </w:p>
    <w:p>
      <w:r>
        <w:rPr>
          <w:b/>
        </w:rPr>
        <w:t xml:space="preserve">[00:39] </w:t>
      </w:r>
      <w:r>
        <w:t>aaj ka topic hai "Life and Death". zindagi aur maut.</w:t>
      </w:r>
    </w:p>
    <w:p>
      <w:pPr>
        <w:jc w:val="right"/>
      </w:pPr>
      <w:r>
        <w:t>آج کا ٹاپک ہے "Life and Death"۔ زندگی اور موت۔</w:t>
      </w:r>
    </w:p>
    <w:p>
      <w:r>
        <w:rPr>
          <w:b/>
        </w:rPr>
        <w:t xml:space="preserve">[00:53] </w:t>
      </w:r>
      <w:r>
        <w:t>aaj aap jante hain ke hamari CPS team ke ek senior member yahan maujood nahin hain.</w:t>
      </w:r>
    </w:p>
    <w:p>
      <w:pPr>
        <w:jc w:val="right"/>
      </w:pPr>
      <w:r>
        <w:t>آج آپ جانتے ہیں کہ ہماری سی پی ایس ٹیم کے ایک سینئر ممبر یہاں موجود نہیں ہیں۔</w:t>
      </w:r>
    </w:p>
    <w:p>
      <w:r>
        <w:rPr>
          <w:b/>
        </w:rPr>
        <w:t xml:space="preserve">[01:06] </w:t>
      </w:r>
      <w:r>
        <w:t>4 December 2013 ko in ka inteqal ho gaya.</w:t>
      </w:r>
    </w:p>
    <w:p>
      <w:pPr>
        <w:jc w:val="right"/>
      </w:pPr>
      <w:r>
        <w:t>4 دسمبر 2013 کو ان کا انتقال ہو گیا۔</w:t>
      </w:r>
    </w:p>
    <w:p>
      <w:r>
        <w:rPr>
          <w:b/>
        </w:rPr>
        <w:t xml:space="preserve">[01:16] </w:t>
      </w:r>
      <w:r>
        <w:t>in ki umar is waqt 80 saal thi.</w:t>
      </w:r>
    </w:p>
    <w:p>
      <w:pPr>
        <w:jc w:val="right"/>
      </w:pPr>
      <w:r>
        <w:t>ان کی عمر اس وقت 80 سال تھی۔</w:t>
      </w:r>
    </w:p>
    <w:p>
      <w:r>
        <w:rPr>
          <w:b/>
        </w:rPr>
        <w:t xml:space="preserve">[01:23] </w:t>
      </w:r>
      <w:r>
        <w:t>woh hamari team ke ek bohat hi senior member the, bohat hi sincere the.</w:t>
      </w:r>
    </w:p>
    <w:p>
      <w:pPr>
        <w:jc w:val="right"/>
      </w:pPr>
      <w:r>
        <w:t>وہ ہماری ٹیم کے ایک بہت ہی سینئر ممبر تھے، بہت ہی سنسیئر تھے۔</w:t>
      </w:r>
    </w:p>
    <w:p>
      <w:r>
        <w:rPr>
          <w:b/>
        </w:rPr>
        <w:t xml:space="preserve">[01:30] </w:t>
      </w:r>
      <w:r>
        <w:t>poori tarah se woh involve the is mission mein. aur bohat regular tareeqay par program mein shirkat karte the.</w:t>
      </w:r>
    </w:p>
    <w:p>
      <w:pPr>
        <w:jc w:val="right"/>
      </w:pPr>
      <w:r>
        <w:t>پوری طرح سے وہ انوالو تھے اس مشن میں۔ اور بہت ریگولر طریقے پر پروگرام میں شرکت کرتے تھے۔</w:t>
      </w:r>
    </w:p>
    <w:p>
      <w:r>
        <w:rPr>
          <w:b/>
        </w:rPr>
        <w:t xml:space="preserve">[01:40] </w:t>
      </w:r>
      <w:r>
        <w:t>to hamare mission ka ek bohat bara asset the woh. lekin aap jante hain ke har aadmi</w:t>
      </w:r>
    </w:p>
    <w:p>
      <w:pPr>
        <w:jc w:val="right"/>
      </w:pPr>
      <w:r>
        <w:t>تو ہمارے مشن کا ایک بہت بڑا ایسٹ تھے وہ۔ لیکن آپ جانتے ہیں کہ ہر آدمی</w:t>
      </w:r>
    </w:p>
    <w:p>
      <w:r>
        <w:rPr>
          <w:b/>
        </w:rPr>
        <w:t xml:space="preserve">[01:55] </w:t>
      </w:r>
      <w:r>
        <w:t>ki umar muqarrar hai. aur jab woh waqt aata hai to la yastaqdimoon as-sa'ata wa la yasta'khirun</w:t>
      </w:r>
    </w:p>
    <w:p>
      <w:pPr>
        <w:jc w:val="right"/>
      </w:pPr>
      <w:r>
        <w:t>کی عمر مقرر ہے۔ اور جب وہ وقت آتا ہے تو لا يستقدمون الساعة ولا يستأخرون</w:t>
      </w:r>
    </w:p>
    <w:p>
      <w:r>
        <w:rPr>
          <w:b/>
        </w:rPr>
        <w:t xml:space="preserve">[02:06] </w:t>
      </w:r>
      <w:r>
        <w:t>. behal woh Allah ka faisla poora ho kar rehta hai.</w:t>
      </w:r>
    </w:p>
    <w:p>
      <w:pPr>
        <w:jc w:val="right"/>
      </w:pPr>
      <w:r>
        <w:t>۔ بہرحال وہ اللہ کا فیصلہ پورا ہو کر رہتا ہے۔</w:t>
      </w:r>
    </w:p>
    <w:p>
      <w:r>
        <w:rPr>
          <w:b/>
        </w:rPr>
        <w:t xml:space="preserve">[02:13] </w:t>
      </w:r>
      <w:r>
        <w:t>to lekin un ki bohat si baatein hain jo aap sab log jante hain kyunke yahan regular aate thay woh</w:t>
      </w:r>
    </w:p>
    <w:p>
      <w:pPr>
        <w:jc w:val="right"/>
      </w:pPr>
      <w:r>
        <w:t>تو لیکن ان کی بہت سی باتیں ہیں جو آپ سب لوگ جانتے ہیں کیونکہ یہاں ریگولر آتے تھے وہ</w:t>
      </w:r>
    </w:p>
    <w:p>
      <w:r>
        <w:rPr>
          <w:b/>
        </w:rPr>
        <w:t xml:space="preserve">[02:26] </w:t>
      </w:r>
      <w:r>
        <w:t>. ek baat ka main yahan zikr karna chahunga. jab woh bimar hue aur bed return ho gaye to apne ghar walon se woh bar bar kehte thay ke Allah ne mujhe sehat di to main apne aap ko poori tarah Quran mission mein lagaunga.</w:t>
      </w:r>
    </w:p>
    <w:p>
      <w:pPr>
        <w:jc w:val="right"/>
      </w:pPr>
      <w:r>
        <w:t>۔ ایک بات کا میں یہاں ذکر کرنا چاہوں گا۔ جب وہ بیمار ہوئے اور بیڈ ریٹرن ہو گئے تو اپنے گھر والوں سے وہ بار بار کہتے تھے کہ اللہ نے مجھے صحت دی تو میں اپنے آپ کو پوری طرح القرآن مشن میں لگاؤں گا۔</w:t>
      </w:r>
    </w:p>
    <w:p>
      <w:r>
        <w:rPr>
          <w:b/>
        </w:rPr>
        <w:t xml:space="preserve">[02:47] </w:t>
      </w:r>
      <w:r>
        <w:t>yeh un ki niyat thi jo musalsal taur par jiska woh zikr karte thay.</w:t>
      </w:r>
    </w:p>
    <w:p>
      <w:pPr>
        <w:jc w:val="right"/>
      </w:pPr>
      <w:r>
        <w:t>یہ ان کی نیت تھی جو مسلسل طور پر جس کا وہ ذکر کرتے تھے۔</w:t>
      </w:r>
    </w:p>
    <w:p>
      <w:r>
        <w:rPr>
          <w:b/>
        </w:rPr>
        <w:t xml:space="preserve">[02:54] </w:t>
      </w:r>
      <w:r>
        <w:t>apna</w:t>
      </w:r>
    </w:p>
    <w:p>
      <w:pPr>
        <w:jc w:val="right"/>
      </w:pPr>
      <w:r>
        <w:t>اپنا</w:t>
      </w:r>
    </w:p>
    <w:p>
      <w:r>
        <w:rPr>
          <w:b/>
        </w:rPr>
        <w:t xml:space="preserve">[02:58] </w:t>
      </w:r>
      <w:r>
        <w:t>poora waqt, apni energy, apna sab kuch woh Quran mission mein lagane ki niyat liye hue thay.</w:t>
      </w:r>
    </w:p>
    <w:p>
      <w:pPr>
        <w:jc w:val="right"/>
      </w:pPr>
      <w:r>
        <w:t>پورا وقت، اپنی انرجی، اپنا سب کچھ وہ القرآن مشن میں لگانے کی نیت لیے ہوئے تھے۔</w:t>
      </w:r>
    </w:p>
    <w:p>
      <w:r>
        <w:rPr>
          <w:b/>
        </w:rPr>
        <w:t xml:space="preserve">[03:07] </w:t>
      </w:r>
      <w:r>
        <w:t>isi haal mein woh dunya se gaye. to is mein ek bohat bara hamare liye paigham hai.</w:t>
      </w:r>
    </w:p>
    <w:p>
      <w:pPr>
        <w:jc w:val="right"/>
      </w:pPr>
      <w:r>
        <w:t>اسی حال میں وہ دنیا سے گئے۔ تو اس میں ایک بہت بڑا ہمارے لیے پیغام ہے۔</w:t>
      </w:r>
    </w:p>
    <w:p>
      <w:r>
        <w:rPr>
          <w:b/>
        </w:rPr>
        <w:t xml:space="preserve">[03:18] </w:t>
      </w:r>
      <w:r>
        <w:t>Islam mein ek bari anokhi taleem yeh hai ke aadmi jab jab aadmi ki jab death hoti hai to poori tarah woh is dunya se kat jata hai.</w:t>
      </w:r>
    </w:p>
    <w:p>
      <w:pPr>
        <w:jc w:val="right"/>
      </w:pPr>
      <w:r>
        <w:t>اسلام میں ایک بڑی انوکھی تعلیم یہ ہے کہ آدمی جب جب آدمی کی جب ڈیتھ ہوتی ہے تو پوری طرح وہ اس دنیا سے کٹ جاتا ہے۔</w:t>
      </w:r>
    </w:p>
    <w:p>
      <w:r>
        <w:rPr>
          <w:b/>
        </w:rPr>
        <w:t xml:space="preserve">[03:33] </w:t>
      </w:r>
      <w:r>
        <w:t>poori tarah.</w:t>
      </w:r>
    </w:p>
    <w:p>
      <w:pPr>
        <w:jc w:val="right"/>
      </w:pPr>
      <w:r>
        <w:t>پوری طرح۔</w:t>
      </w:r>
    </w:p>
    <w:p>
      <w:r>
        <w:rPr>
          <w:b/>
        </w:rPr>
        <w:t xml:space="preserve">[03:36] </w:t>
      </w:r>
      <w:r>
        <w:t>lekin ek cheez us ki baqi rehti hai. woh hai us ki niyat, uska intention.</w:t>
      </w:r>
    </w:p>
    <w:p>
      <w:pPr>
        <w:jc w:val="right"/>
      </w:pPr>
      <w:r>
        <w:t>لیکن ایک چیز اس کی باقی رہتی ہے۔ وہ ہے اس کی نیت، اس کا انٹینشن۔</w:t>
      </w:r>
    </w:p>
    <w:p>
      <w:r>
        <w:rPr>
          <w:b/>
        </w:rPr>
        <w:t xml:space="preserve">[03:47] </w:t>
      </w:r>
      <w:r>
        <w:t>yani jo us ki niyat thi, jo uska intention tha, woh us ke baad bhi dunya mein baqi rehti hai. us ke baad bhi woh us ko pohnchti rehti hai.</w:t>
      </w:r>
    </w:p>
    <w:p>
      <w:pPr>
        <w:jc w:val="right"/>
      </w:pPr>
      <w:r>
        <w:t>یعنی جو اس کی نیت تھی، جو اس کا انٹینشن تھا، وہ اس کے بعد بھی دنیا میں باقی رہتی ہے۔ اس کے بعد بھی وہ اس کو پہنچتی رہتی ہے۔</w:t>
      </w:r>
    </w:p>
    <w:p>
      <w:r>
        <w:rPr>
          <w:b/>
        </w:rPr>
        <w:t xml:space="preserve">[03:59] </w:t>
      </w:r>
      <w:r>
        <w:t>misal ke taur par dekhen, ya ek aam masla hai, sab log jante hain ke agar ek shakhs ki niyat thi ke woh hajj karna hai, us ko hajj karega woh, us ke sath tayyari kar raha tha woh, lekin us ki death ho gayi.</w:t>
      </w:r>
    </w:p>
    <w:p>
      <w:pPr>
        <w:jc w:val="right"/>
      </w:pPr>
      <w:r>
        <w:t>مثال کے طور پر دیکھیں، یا ایک عام مسئلہ ہے، سب لوگ جانتے ہیں کہ اگر ایک شخص کی نیت تھی کہ وہ حج کرنا ہے، اس کو حج کرے گا وہ، اس کے ساتھ تیاری کر رہا تھا وہ، لیکن اس کی ڈیتھ ہو گئی۔</w:t>
      </w:r>
    </w:p>
    <w:p>
      <w:r>
        <w:rPr>
          <w:b/>
        </w:rPr>
        <w:t xml:space="preserve">[04:16] </w:t>
      </w:r>
      <w:r>
        <w:t>to us ke baad us ke jo wariseen hain, us ki taraf se hajj karwate hain, jis ko kehte hain hajj badal. to is hajj badal ka sawab us ko pohnchta hai.</w:t>
      </w:r>
    </w:p>
    <w:p>
      <w:pPr>
        <w:jc w:val="right"/>
      </w:pPr>
      <w:r>
        <w:t>تو اس کے بعد اس کے جو وارثین ہیں، اس کی طرف سے حج کرواتے ہیں، جس کو کہتے ہیں حج بدل۔ تو اس حج بدل کا ثواب اس کو پہنچتا ہے۔</w:t>
      </w:r>
    </w:p>
    <w:p>
      <w:r>
        <w:rPr>
          <w:b/>
        </w:rPr>
        <w:t xml:space="preserve">[04:30] </w:t>
      </w:r>
      <w:r>
        <w:t>jis ne hajj kiya hai, us ko bhi milta hai sawab. aur jis ne hajj ki niyat kar rakhi thi, lekin hajj karne se pehle us ki wafat ho gayi, to us ko bhi poora poora uska ajar pohnchta hai.</w:t>
      </w:r>
    </w:p>
    <w:p>
      <w:pPr>
        <w:jc w:val="right"/>
      </w:pPr>
      <w:r>
        <w:t>جس نے حج کیا ہے، اس کو بھی ملتا ہے ثواب۔ اور جس نے حج کی نیت کر رکھی تھی، لیکن حج کرنے سے پہلے اس کی وفات ہو گئی، تو اس کو بھی پورا پورا اس کا اجر پہنچتا ہے۔</w:t>
      </w:r>
    </w:p>
    <w:p>
      <w:r>
        <w:rPr>
          <w:b/>
        </w:rPr>
        <w:t xml:space="preserve">[04:50] </w:t>
      </w:r>
      <w:r>
        <w:t>to aam taur par log is Islam ke is masle ko bohat hi mehdood ma'ne mein lete hain.</w:t>
      </w:r>
    </w:p>
    <w:p>
      <w:pPr>
        <w:jc w:val="right"/>
      </w:pPr>
      <w:r>
        <w:t>تو عام طور پر لوگ اس اسلام کے اس مسئلے کو بہت ہی محدود معنی میں لیتے ہیں۔</w:t>
      </w:r>
    </w:p>
    <w:p>
      <w:r>
        <w:rPr>
          <w:b/>
        </w:rPr>
        <w:t xml:space="preserve">[04:58] </w:t>
      </w:r>
      <w:r>
        <w:t>lekin haqeeqat yeh hai ke Islam ki koi bhi taleem mehdood nahi hai. koi bhi taleem. to Doctor Muhammad Naseem Siddiqui, jin ka intaqal hua 4 December ko,</w:t>
      </w:r>
    </w:p>
    <w:p>
      <w:pPr>
        <w:jc w:val="right"/>
      </w:pPr>
      <w:r>
        <w:t>لیکن حقیقت یہ ہے کہ اسلام کی کوئی بھی تعلیم محدود نہیں ہے۔ کوئی بھی تعلیم۔ تو ڈاکٹر محمد نسیم صدیقی، جن کا انتقال ہوا 4 دسمبر کو،</w:t>
      </w:r>
    </w:p>
    <w:p>
      <w:r>
        <w:rPr>
          <w:b/>
        </w:rPr>
        <w:t xml:space="preserve">[05:16] </w:t>
      </w:r>
      <w:r>
        <w:t>un ki jo niyat thi, us ko aap is hadith ki roshni mein dekhiye.</w:t>
      </w:r>
    </w:p>
    <w:p>
      <w:pPr>
        <w:jc w:val="right"/>
      </w:pPr>
      <w:r>
        <w:t>ان کی جو نیت تھی، اس کو آپ اس حدیث کی روشنی میں دیکھیے۔</w:t>
      </w:r>
    </w:p>
    <w:p>
      <w:r>
        <w:rPr>
          <w:b/>
        </w:rPr>
        <w:t xml:space="preserve">[05:24] </w:t>
      </w:r>
      <w:r>
        <w:t>aam taur par kya riwaj hai hamare logon mein ke maut ke baad Quran khwani karte hain. Quran khwani ek bid'at hai, uska koi Islam mein usool nahi hai.</w:t>
      </w:r>
    </w:p>
    <w:p>
      <w:pPr>
        <w:jc w:val="right"/>
      </w:pPr>
      <w:r>
        <w:t>عام طور پر کیا رواج ہے ہمارے لوگوں میں کہ موت کے بعد قرآن خوانی کرتے ہیں۔ قرآن خوانی ایک بدعت ہے، اس کا کوئی اسلام میں اصول نہیں ہے۔</w:t>
      </w:r>
    </w:p>
    <w:p>
      <w:r>
        <w:rPr>
          <w:b/>
        </w:rPr>
        <w:t xml:space="preserve">[05:40] </w:t>
      </w:r>
      <w:r>
        <w:t>lekin maine socha Doctor Muhammad Naseem Siddiqui sahib ki misal ki surat mein to mujhe samajh mein aaya ke zyada sahi baat yeh hai ke Quran distribution kiya jaye, un ke naam par.</w:t>
      </w:r>
    </w:p>
    <w:p>
      <w:pPr>
        <w:jc w:val="right"/>
      </w:pPr>
      <w:r>
        <w:t>لیکن میں نے سوچا ڈاکٹر محمد نسیم صدیقی صاحب کی مثال کی صورت میں تو مجھے سمجھ میں آیا کہ زیادہ صحیح بات یہ ہے کہ قرآن ڈسٹریبیوشن کیا جائے، ان کے نام پر۔</w:t>
      </w:r>
    </w:p>
    <w:p>
      <w:r>
        <w:rPr>
          <w:b/>
        </w:rPr>
        <w:t xml:space="preserve">[05:55] </w:t>
      </w:r>
      <w:r>
        <w:t>bajaye Quran khwani ke, Quran distribution. kyunke jab un ki niyat yeh thi ke Quran mission mein unhein lagna hai, poori tarike se, to ab jo un ke jo wariseen hain,</w:t>
      </w:r>
    </w:p>
    <w:p>
      <w:pPr>
        <w:jc w:val="right"/>
      </w:pPr>
      <w:r>
        <w:t>بجائے قرآن خوانی کے، قرآن ڈسٹریبیوشن۔ کیونکہ جب ان کی نیت یہ تھی کہ القرآن مشن میں انہیں لگنا ہے، پوری طریقے سے، تو اب جو ان کے جو وارثین ہیں،</w:t>
      </w:r>
    </w:p>
    <w:p>
      <w:r>
        <w:rPr>
          <w:b/>
        </w:rPr>
        <w:t xml:space="preserve">[06:15] </w:t>
      </w:r>
      <w:r>
        <w:t>jin ko unhone apne baad chhora hai, woh un ki is niyat ko poora kar sakte hain is tareeqe se</w:t>
      </w:r>
    </w:p>
    <w:p>
      <w:pPr>
        <w:jc w:val="right"/>
      </w:pPr>
      <w:r>
        <w:t>جن کو انہوں نے اپنے بعد چھوڑا ہے، وہ ان کی اس نیت کو پورا کر سکتے ہیں اس طریقے سے</w:t>
      </w:r>
    </w:p>
    <w:p>
      <w:r>
        <w:rPr>
          <w:b/>
        </w:rPr>
        <w:t xml:space="preserve">[06:22] </w:t>
      </w:r>
      <w:r>
        <w:t>ke un ke naam par Quran ko distribute karein, sari dunya mein. yeh bohat ajeeb baat hai. dekhen, Islam ka yeh bhi ek tasawwur hai ke jo log Quran ko distribute karein ge,</w:t>
      </w:r>
    </w:p>
    <w:p>
      <w:pPr>
        <w:jc w:val="right"/>
      </w:pPr>
      <w:r>
        <w:t>کہ ان کے نام پر قرآن کو ڈسٹریبیوٹ کریں، ساری دنیا میں۔ یہ بہت عجیب بات ہے۔ دیکھیں، اسلام کا یہ بھی ایک تصور ہے کہ جو لوگ قرآن کو ڈسٹریبیوٹ کریں گے،</w:t>
      </w:r>
    </w:p>
    <w:p>
      <w:r>
        <w:rPr>
          <w:b/>
        </w:rPr>
        <w:t xml:space="preserve">[06:37] </w:t>
      </w:r>
      <w:r>
        <w:t>khud un ko bhi poora poora faida milega. aur sath sath jis ke naam par karein ge, jis ki niyat ko poora karne ke liye karein ge,</w:t>
      </w:r>
    </w:p>
    <w:p>
      <w:pPr>
        <w:jc w:val="right"/>
      </w:pPr>
      <w:r>
        <w:t>خود ان کو بھی پورا پورا فائدہ ملے گا۔ اور ساتھ ساتھ جس کے نام پر کریں گے، جس کی نیت کو پورا کرنے کے لیے کریں گے،</w:t>
      </w:r>
    </w:p>
    <w:p>
      <w:r>
        <w:rPr>
          <w:b/>
        </w:rPr>
        <w:t xml:space="preserve">[06:48] </w:t>
      </w:r>
      <w:r>
        <w:t>jo departed soul jo hai, to us ko bhi poora poora pohnchega. yeh dono ko poora poora sawab pohnchega aur kisi ke sawab mein koi kami nahi hogi.</w:t>
      </w:r>
    </w:p>
    <w:p>
      <w:pPr>
        <w:jc w:val="right"/>
      </w:pPr>
      <w:r>
        <w:t>جو ڈیپارٹڈ سول جو ہے، تو اس کو بھی پورا پورا پہنچے گا۔ یہ دونوں کو پورا پورا ثواب پہنچے گا اور کسی کے ثواب میں کوئی کمی نہیں ہوگی۔</w:t>
      </w:r>
    </w:p>
    <w:p>
      <w:r>
        <w:rPr>
          <w:b/>
        </w:rPr>
        <w:t xml:space="preserve">[06:59] </w:t>
      </w:r>
      <w:r>
        <w:t>to kaisi ajib cheez hai. main samajhta hoon ke musalmanon mein ek naya riwaj jari hona chahiye, yeh quran khwani ke bajaye quran distribution.</w:t>
      </w:r>
    </w:p>
    <w:p>
      <w:pPr>
        <w:jc w:val="right"/>
      </w:pPr>
      <w:r>
        <w:t>تو کیسی عجیب چیز ہے۔ میں سمجھتا ہوں کہ مسلمانوں میں ایک نیا رواج جاری ہونا چاہیے، یہ قرآن خوانی کے بجائے قرآن ڈسٹریبیوشن۔</w:t>
      </w:r>
    </w:p>
    <w:p>
      <w:r>
        <w:rPr>
          <w:b/>
        </w:rPr>
        <w:t xml:space="preserve">[07:10] </w:t>
      </w:r>
      <w:r>
        <w:t>kyunke aam taur par yeh to sab ka dil mein rehta hai ke woh quran ko logon tak pahunchayein.</w:t>
      </w:r>
    </w:p>
    <w:p>
      <w:pPr>
        <w:jc w:val="right"/>
      </w:pPr>
      <w:r>
        <w:t>کیونکہ عام طور پر یہ تو سب کا دل میں رہتا ہے کہ وہ قرآن کو لوگوں تک پہنچائیں۔</w:t>
      </w:r>
    </w:p>
    <w:p>
      <w:r>
        <w:rPr>
          <w:b/>
        </w:rPr>
        <w:t xml:space="preserve">[07:22] </w:t>
      </w:r>
      <w:r>
        <w:t>chahe zyada shuori taur par na ho, phir bhi woh kahin na kahin hota hai. har musalman ki khwahish hoti hai.</w:t>
      </w:r>
    </w:p>
    <w:p>
      <w:pPr>
        <w:jc w:val="right"/>
      </w:pPr>
      <w:r>
        <w:t>چاہے زیادہ شعوری طور پر نہ ہو، پھر بھی وہ کہیں نہ کہیں ہوتا ہے۔ ہر مسلمان کی خواہش ہوتی ہے۔</w:t>
      </w:r>
    </w:p>
    <w:p>
      <w:r>
        <w:rPr>
          <w:b/>
        </w:rPr>
        <w:t xml:space="preserve">[07:33] </w:t>
      </w:r>
      <w:r>
        <w:t>to main samajhta hoon ke yeh doctor muhammad naseem siddiqui ki misaal jo hai, woh to baqayda niyat ki misaal hai. baqayda yahi unki niyat thi.</w:t>
      </w:r>
    </w:p>
    <w:p>
      <w:pPr>
        <w:jc w:val="right"/>
      </w:pPr>
      <w:r>
        <w:t>تو میں سمجھتا ہوں کہ یہ ڈاکٹر محمد نسیم صدیقی کی مثال جو ہے، وہ تو باقاعدہ نیت کی مثال ہے۔ باقاعدہ یہی ان کی نیت تھی۔</w:t>
      </w:r>
    </w:p>
    <w:p>
      <w:r>
        <w:rPr>
          <w:b/>
        </w:rPr>
        <w:t xml:space="preserve">[07:43] </w:t>
      </w:r>
      <w:r>
        <w:t>yeh unka irada tha, yeh unka intention tha. yeh woh yahi baat woh sochte rehte</w:t>
      </w:r>
    </w:p>
    <w:p>
      <w:pPr>
        <w:jc w:val="right"/>
      </w:pPr>
      <w:r>
        <w:t>یہ ان کا ارادہ تھا، یہ ان کا انٹینشن تھا۔ یہ وہ یہی بات وہ سوچتے رہتے</w:t>
      </w:r>
    </w:p>
    <w:p>
      <w:r>
        <w:rPr>
          <w:b/>
        </w:rPr>
        <w:t xml:space="preserve">[07:50] </w:t>
      </w:r>
      <w:r>
        <w:t>the. to unki shakal mein to bohat hi wazeh taur par yeh apply hota hai ke unke baad unke jo asbab gaan hain, woh unki is niyat ko is tarah jari rakhein ke unke naam par quran distribution ka kaam karein.</w:t>
      </w:r>
    </w:p>
    <w:p>
      <w:pPr>
        <w:jc w:val="right"/>
      </w:pPr>
      <w:r>
        <w:t>تھے۔ تو ان کی شکل میں تو بہت ہی واضح طور پر یہ اپلائی ہوتا ہے کہ ان کے بعد ان کے جو اسباب گان ہیں، وہ ان کی اس نیت کو اس طرح جاری رکھیں کہ ان کے نام پر قرآن ڈسٹریبیوشن کا کام کریں۔</w:t>
      </w:r>
    </w:p>
    <w:p>
      <w:r>
        <w:rPr>
          <w:b/>
        </w:rPr>
        <w:t xml:space="preserve">[08:12] </w:t>
      </w:r>
      <w:r>
        <w:t>to unko bhi faida hoga aur departed soul jo hai, usko bhi iska sawab pahunchta rahega.</w:t>
      </w:r>
    </w:p>
    <w:p>
      <w:pPr>
        <w:jc w:val="right"/>
      </w:pPr>
      <w:r>
        <w:t>تو ان کو بھی فائدہ ہوگا اور ڈیپارٹڈ سول جو ہے، اس کو بھی اس کا ثواب پہنچتا رہے گا۔</w:t>
      </w:r>
    </w:p>
    <w:p>
      <w:r>
        <w:rPr>
          <w:b/>
        </w:rPr>
        <w:t xml:space="preserve">[08:19] </w:t>
      </w:r>
      <w:r>
        <w:t>yeh bari ajib baat hai. goya ke مرحوم ne ek ek ek ek naya message choda apne baad.</w:t>
      </w:r>
    </w:p>
    <w:p>
      <w:pPr>
        <w:jc w:val="right"/>
      </w:pPr>
      <w:r>
        <w:t>یہ بڑی عجیب بات ہے۔ گویا کہ مرحوم نے ایک ایک ایک ایک نیا میسج چھوڑا اپنے بعد۔</w:t>
      </w:r>
    </w:p>
    <w:p>
      <w:r>
        <w:rPr>
          <w:b/>
        </w:rPr>
        <w:t xml:space="preserve">[08:29] </w:t>
      </w:r>
      <w:r>
        <w:t>yeh bohat ajib baat hai ke agarchay woh dunya se chalay gaye, lekin unhon ne hamare liye ek bohat hi bara message choda hai. message choda hai ke tum ek aisa kaam kar sakte ho jis se janay walay ko musalsal sawab milta rahe.</w:t>
      </w:r>
    </w:p>
    <w:p>
      <w:pPr>
        <w:jc w:val="right"/>
      </w:pPr>
      <w:r>
        <w:t>یہ بہت عجیب بات ہے کہ اگرچہ وہ دنیا سے چلے گئے، لیکن انہوں نے ہمارے لیے ایک بہت ہی بڑا میسج چھوڑا ہے۔ میسج چھوڑا ہے کہ تم ایک ایسا کام کر سکتے ہو جس سے جانے والے کو مسلسل ثواب ملتا رہے۔</w:t>
      </w:r>
    </w:p>
    <w:p>
      <w:r>
        <w:rPr>
          <w:b/>
        </w:rPr>
        <w:t xml:space="preserve">[08:49] </w:t>
      </w:r>
      <w:r>
        <w:t>jo dunya se chala gaya, usko barabar sawab milta rahe. iska inaam barhta rahe. jannat mein uske darjat barhte rahein.</w:t>
      </w:r>
    </w:p>
    <w:p>
      <w:pPr>
        <w:jc w:val="right"/>
      </w:pPr>
      <w:r>
        <w:t>جو دنیا سے چلا گیا، اس کو برابر ثواب ملتا رہے۔ اس کا انعام بڑھتا رہے۔ جنت میں اس کے درجات بڑھتے رہیں۔</w:t>
      </w:r>
    </w:p>
    <w:p>
      <w:r>
        <w:rPr>
          <w:b/>
        </w:rPr>
        <w:t xml:space="preserve">[09:00] </w:t>
      </w:r>
      <w:r>
        <w:t>kaisi ajib baat hai. to yeh message choda hai unhon ne.</w:t>
      </w:r>
    </w:p>
    <w:p>
      <w:pPr>
        <w:jc w:val="right"/>
      </w:pPr>
      <w:r>
        <w:t>کیسی عجیب بات ہے۔ تو یہ میسج چھوڑا ہے انہوں نے۔</w:t>
      </w:r>
    </w:p>
    <w:p>
      <w:r>
        <w:rPr>
          <w:b/>
        </w:rPr>
        <w:t xml:space="preserve">[09:05] </w:t>
      </w:r>
      <w:r>
        <w:t>to main samajhta hoon ke unki behtareen yaadgar, unke liye sab se bari khair khwahi yeh hai ke unki is niyat ko poora kiya jaye aur unke naam par quran distribution aur quran se jo jis ko main kaha karta hoon supporting literature, woh bhi indirect way mein is mein shamil hai,</w:t>
      </w:r>
    </w:p>
    <w:p>
      <w:pPr>
        <w:jc w:val="right"/>
      </w:pPr>
      <w:r>
        <w:t>تو میں سمجھتا ہوں کہ ان کی بہترین یادگار، ان کے لیے سب سے بڑی خیر خواہی یہ ہے کہ ان کی اس نیت کو پورا کیا جائے اور ان کے نام پر قرآن ڈسٹریبیوشن اور قرآن سے جو جس کو میں کہا کرتا ہوں سپورٹنگ لٹریچر، وہ بھی ان ڈائریکٹ وے میں اس میں شامل ہے،</w:t>
      </w:r>
    </w:p>
    <w:p>
      <w:r>
        <w:rPr>
          <w:b/>
        </w:rPr>
        <w:t xml:space="preserve">[09:30] </w:t>
      </w:r>
      <w:r>
        <w:t>usko unke naam par har jagah phailaya jaye aur phailaya jata rahe. jab tak yeh kaam hota rahega, tab tak unko iska sawab milta rahega.</w:t>
      </w:r>
    </w:p>
    <w:p>
      <w:pPr>
        <w:jc w:val="right"/>
      </w:pPr>
      <w:r>
        <w:t>اس کو ان کے نام پر ہر جگہ پھیلایا جائے اور پھیلایا جاتا رہے۔ جب تک یہ کام ہوتا رہے گا، تب تک ان کو اس کا ثواب ملتا رہے گا۔</w:t>
      </w:r>
    </w:p>
    <w:p>
      <w:r>
        <w:rPr>
          <w:b/>
        </w:rPr>
        <w:t xml:space="preserve">[09:41] </w:t>
      </w:r>
      <w:r>
        <w:t>shayad qayamat aa jaye, tab tak. tab tak milta rahega. to yeh ek bohat ajib paigham hai jo unhon ne apne baad hamare liye choda hai.</w:t>
      </w:r>
    </w:p>
    <w:p>
      <w:pPr>
        <w:jc w:val="right"/>
      </w:pPr>
      <w:r>
        <w:t>شاید قیامت آ جائے، تب تک۔ تب تک ملتا رہے گا۔ تو یہ ایک بہت عجیب پیغام ہے جو انہوں نے اپنے بعد ہمارے لیے چھوڑا ہے۔</w:t>
      </w:r>
    </w:p>
    <w:p>
      <w:r>
        <w:rPr>
          <w:b/>
        </w:rPr>
        <w:t xml:space="preserve">[09:57] </w:t>
      </w:r>
      <w:r>
        <w:t>dekhein, jis din unki fawafat hui to main dilli mein tha aur main shareek hua unke aakhri rasoom hote hain, tajdeed tadfeen ke, us mein.</w:t>
      </w:r>
    </w:p>
    <w:p>
      <w:pPr>
        <w:jc w:val="right"/>
      </w:pPr>
      <w:r>
        <w:t>دیکھیں، جس دن ان کی وفات ہوئی تو میں دلی میں تھا اور میں شریک ہوا ان کے آخری رسوم ہوتے ہیں، تجدید تدفین کے، اس میں۔</w:t>
      </w:r>
    </w:p>
    <w:p>
      <w:r>
        <w:rPr>
          <w:b/>
        </w:rPr>
        <w:t xml:space="preserve">[10:08] </w:t>
      </w:r>
      <w:r>
        <w:t>aur yahan par dilli mein dilshad garden mein jo qabristan hai, us mein unki tadfeen hui thi to main wahan gaya.</w:t>
      </w:r>
    </w:p>
    <w:p>
      <w:pPr>
        <w:jc w:val="right"/>
      </w:pPr>
      <w:r>
        <w:t>اور یہاں پر دلی میں دلشاد گارڈن میں جو قبرستان ہے، اس میں ان کی تدفین ہوئی تھی تو میں وہاں گیا۔</w:t>
      </w:r>
    </w:p>
    <w:p>
      <w:r>
        <w:rPr>
          <w:b/>
        </w:rPr>
        <w:t xml:space="preserve">[10:20] </w:t>
      </w:r>
      <w:r>
        <w:t>to jab qabar mein unka body dala ja raha tha to main us ko dekh raha tha, wahan par khara tha, maujood tha main.</w:t>
      </w:r>
    </w:p>
    <w:p>
      <w:pPr>
        <w:jc w:val="right"/>
      </w:pPr>
      <w:r>
        <w:t>تو جب قبر میں ان کا باڈی ڈالا جا رہا تھا تو میں اس کو دیکھ رہا تھا، وہاں پر کھڑا تھا، موجود تھا میں۔</w:t>
      </w:r>
    </w:p>
    <w:p>
      <w:r>
        <w:rPr>
          <w:b/>
        </w:rPr>
        <w:t xml:space="preserve">[10:30] </w:t>
      </w:r>
      <w:r>
        <w:t>to ek ajib tasawwur hua us waqt, ek ajib baat zehan mein aayi. ke hamari ek mehboob shakhsiyat, ek shakhsiyat jis ko hum bohat chahte thay, woh chali ja rahi hai.</w:t>
      </w:r>
    </w:p>
    <w:p>
      <w:pPr>
        <w:jc w:val="right"/>
      </w:pPr>
      <w:r>
        <w:t>تو ایک عجیب تصور ہوا اس وقت، ایک عجیب بات ذہن میں آئی۔ کہ ہماری ایک محبوب شخصیت، ایک شخصیت جس کو ہم بہت چاہتے تھے، وہ چلی جا رہی ہے۔</w:t>
      </w:r>
    </w:p>
    <w:p>
      <w:r>
        <w:rPr>
          <w:b/>
        </w:rPr>
        <w:t xml:space="preserve">[10:47] </w:t>
      </w:r>
      <w:r>
        <w:t>to ek ajib baat yeh zehan mein aayi ke kya yeh dunya jo hai, khone ke liye hai, panay ke liye nahi hai? jo cheez hum chahte hain, usay hum kho dena parta hai hum ko?</w:t>
      </w:r>
    </w:p>
    <w:p>
      <w:pPr>
        <w:jc w:val="right"/>
      </w:pPr>
      <w:r>
        <w:t>تو ایک عجیب بات یہ ذہن میں آئی کہ کیا یہ دنیا جو ہے، کھونے کے لیے ہے، پانے کے لیے نہیں ہے؟ جو چیز ہم چاہتے ہیں، اسے ہم کھو دینا پڑتا ہے ہم کو؟</w:t>
      </w:r>
    </w:p>
    <w:p>
      <w:r>
        <w:rPr>
          <w:b/>
        </w:rPr>
        <w:t xml:space="preserve">[10:59] </w:t>
      </w:r>
      <w:r>
        <w:t>yeh sawal aaya. to bohat si baatein zehan mein aayin.</w:t>
      </w:r>
    </w:p>
    <w:p>
      <w:pPr>
        <w:jc w:val="right"/>
      </w:pPr>
      <w:r>
        <w:t>یہ سوال آیا۔ تو بہت سی باتیں ذہن میں آئیں۔</w:t>
      </w:r>
    </w:p>
    <w:p>
      <w:r>
        <w:rPr>
          <w:b/>
        </w:rPr>
        <w:t xml:space="preserve">[11:07] </w:t>
      </w:r>
      <w:r>
        <w:t>to main ne socha ke yeh allah ki rehmat se, allah ki jo creation hai, meaningful creation, jis mein har taraf wisdom hai, us ke khilaf hai, aisa ho.</w:t>
      </w:r>
    </w:p>
    <w:p>
      <w:pPr>
        <w:jc w:val="right"/>
      </w:pPr>
      <w:r>
        <w:t>تو میں نے سوچا کہ یہ اللہ کی رحمت سے، اللہ کی جو کریشن ہے، میننگ فل کریشن، جس میں ہر طرف وزڈم ہے، اس کے خلاف ہے، ایسا ہو۔</w:t>
      </w:r>
    </w:p>
    <w:p>
      <w:r>
        <w:rPr>
          <w:b/>
        </w:rPr>
        <w:t xml:space="preserve">[11:23] </w:t>
      </w:r>
      <w:r>
        <w:t>aisa nahi ho sakta. to zaroor main ne socha ke zaroor hai ke is khone mein ek pana ho. phir main ne quran ki ayat aur hadith ki roshni mein sochna shuru kiya.</w:t>
      </w:r>
    </w:p>
    <w:p>
      <w:pPr>
        <w:jc w:val="right"/>
      </w:pPr>
      <w:r>
        <w:t>ایسا نہیں ہو سکتا۔ تو ضرور میں نے سوچا کہ ضرور ہے کہ اس کھونے میں ایک پانا ہو۔ پھر میں نے قرآن کی آیت اور حدیث کی روشنی میں سوچنا شروع کیا۔</w:t>
      </w:r>
    </w:p>
    <w:p>
      <w:r>
        <w:rPr>
          <w:b/>
        </w:rPr>
        <w:t xml:space="preserve">[11:37] </w:t>
      </w:r>
      <w:r>
        <w:t>aur us waqt se aaj tak barabar main sochta raha. dekhein, quran ki ek ayat hai jo quran mein teen jagah aayi hai, teen suraton mein.</w:t>
      </w:r>
    </w:p>
    <w:p>
      <w:pPr>
        <w:jc w:val="right"/>
      </w:pPr>
      <w:r>
        <w:t>اور اس وقت سے آج تک برابر میں سوچتا رہا۔ دیکھیں، قرآن کی ایک آیت ہے جو قرآن میں تین جگہ آئی ہے، تین سورتوں میں۔</w:t>
      </w:r>
    </w:p>
    <w:p>
      <w:r>
        <w:rPr>
          <w:b/>
        </w:rPr>
        <w:t xml:space="preserve">[11:48] </w:t>
      </w:r>
      <w:r>
        <w:t>kul nafsun za'iqatul maut har insan ko maut aani hai. har insan par maut zaroor aati hai.</w:t>
      </w:r>
    </w:p>
    <w:p>
      <w:pPr>
        <w:jc w:val="right"/>
      </w:pPr>
      <w:r>
        <w:t>کل نفس ذائقۃ الموت ہر انسان کو موت آنی ہے۔ ہر انسان پر موت ضرور آتی ہے۔</w:t>
      </w:r>
    </w:p>
    <w:p>
      <w:r>
        <w:rPr>
          <w:b/>
        </w:rPr>
        <w:t xml:space="preserve">[12:00] </w:t>
      </w:r>
      <w:r>
        <w:t>koi insan is se bach nahi sakta. to yeh ek waqayay ka zikr hai.</w:t>
      </w:r>
    </w:p>
    <w:p>
      <w:pPr>
        <w:jc w:val="right"/>
      </w:pPr>
      <w:r>
        <w:t>کوئی انسان اس سے بچ نہیں سکتا۔ تو یہ ایک واقعے کا ذکر ہے۔</w:t>
      </w:r>
    </w:p>
    <w:p>
      <w:r>
        <w:rPr>
          <w:b/>
        </w:rPr>
        <w:t xml:space="preserve">[12:08] </w:t>
      </w:r>
      <w:r>
        <w:t>in alfaaz mein aik waqeye ka zikr hai jis ko hum death kehte hain.</w:t>
      </w:r>
    </w:p>
    <w:p>
      <w:pPr>
        <w:jc w:val="right"/>
      </w:pPr>
      <w:r>
        <w:t>ان الفاظ میں ایک واقعے کا ذکر ہے جس کو ہم ڈیتھ کہتے ہیں۔</w:t>
      </w:r>
    </w:p>
    <w:p>
      <w:r>
        <w:rPr>
          <w:b/>
        </w:rPr>
        <w:t xml:space="preserve">[12:14] </w:t>
      </w:r>
      <w:r>
        <w:t>ab is ke bare mein aik hadith ko suniye. aik hadith hai jo hadith ki kai kitabon mein aayi hai. is ke alfaaz yeh hain: aksaro zikr hadim ul-ladhdhat il-mawt</w:t>
      </w:r>
    </w:p>
    <w:p>
      <w:pPr>
        <w:jc w:val="right"/>
      </w:pPr>
      <w:r>
        <w:t>اب اس کے بارے میں ایک حدیث کو سنیے۔ ایک حدیث ہے جو حدیث کی کئی کتابوں میں آئی ہے۔ اس کے الفاظ یہ ہیں: اکثرو ذکر ہادم اللذات الموت</w:t>
      </w:r>
    </w:p>
    <w:p>
      <w:r>
        <w:rPr>
          <w:b/>
        </w:rPr>
        <w:t xml:space="preserve">[12:34] </w:t>
      </w:r>
      <w:r>
        <w:t>bohat ziyada yaad karo us cheez ko, lazzaton ko utha dene wali hai, yaani maut ko. to maine socha, to mujhe aisa laga ke yeh hadith jo hai, quran ke baat par aik izafa hai, aik edition hai.</w:t>
      </w:r>
    </w:p>
    <w:p>
      <w:pPr>
        <w:jc w:val="right"/>
      </w:pPr>
      <w:r>
        <w:t>بہت زیادہ یاد کرو اس چیز کو، لذتوں کو اٹھا دینے والی ہے، یعنی موت کو۔ تو میں نے سوچا، تو مجھے ایسا لگا کہ یہ حدیث جو ہے، قرآن کے بات پر ایک اضافہ ہے، ایک ایڈیشن ہے۔</w:t>
      </w:r>
    </w:p>
    <w:p>
      <w:r>
        <w:rPr>
          <w:b/>
        </w:rPr>
        <w:t xml:space="preserve">[12:54] </w:t>
      </w:r>
      <w:r>
        <w:t>yaani quran mein jo baat kahi gayi hai, quran mein jo aayat hai, woh goya ke death ka ideological version hai.</w:t>
      </w:r>
    </w:p>
    <w:p>
      <w:pPr>
        <w:jc w:val="right"/>
      </w:pPr>
      <w:r>
        <w:t>یعنی قرآن میں جو بات کہی گئی ہے، قرآن میں جو آیت ہے، وہ گویا کہ ڈیتھ کا آئیڈیالوجیکل ورژن ہے۔</w:t>
      </w:r>
    </w:p>
    <w:p>
      <w:r>
        <w:rPr>
          <w:b/>
        </w:rPr>
        <w:t xml:space="preserve">[13:06] </w:t>
      </w:r>
      <w:r>
        <w:t>ideological version. aur hadith mein jo hai, woh is ka applied version hai. applied version. yaani hadith mein mazeed yeh bataya gaya hai ke bohat ziyada yaad karo, bohat ziyada yaad karo maut ko.</w:t>
      </w:r>
    </w:p>
    <w:p>
      <w:pPr>
        <w:jc w:val="right"/>
      </w:pPr>
      <w:r>
        <w:t>آئیڈیالوجیکل ورژن۔ اور حدیث میں جو ہے، وہ اس کا اپلائیڈ ورژن ہے۔ اپلائیڈ ورژن۔ یعنی حدیث میں مزید یہ بتایا گیا ہے کہ بہت زیادہ یاد کرو، بہت زیادہ یاد کرو موت کو۔</w:t>
      </w:r>
    </w:p>
    <w:p>
      <w:r>
        <w:rPr>
          <w:b/>
        </w:rPr>
        <w:t xml:space="preserve">[13:24] </w:t>
      </w:r>
      <w:r>
        <w:t>phir maine socha ke bohat ziyada yaad karo ka matlab kya hai? yeh to nahi ho sakta ke maut, maut, maut, maut, maut, maut aap karein. yeh to nahi ho sakta. to koi aik senseless baat hogi ke aap maut, maut, maut karein.</w:t>
      </w:r>
    </w:p>
    <w:p>
      <w:pPr>
        <w:jc w:val="right"/>
      </w:pPr>
      <w:r>
        <w:t>پھر میں نے سوچا کہ بہت زیادہ یاد کرو کا مطلب کیا ہے؟ یہ تو نہیں ہو سکتا کہ موت، موت، موت، موت، موت، موت آپ کریں۔ یہ تو نہیں ہو سکتا۔ تو کوئی ایک سینس لیس بات ہوگی کہ آپ موت، موت، موت کریں۔</w:t>
      </w:r>
    </w:p>
    <w:p>
      <w:r>
        <w:rPr>
          <w:b/>
        </w:rPr>
        <w:t xml:space="preserve">[13:39] </w:t>
      </w:r>
      <w:r>
        <w:t>to phir mujhe aik bohat bari baat samajh mein aayi. dekhiye, har din rozana log marte hain. dunya ke lehaz se dekha jaye to har second mein koi na koi marta hai.</w:t>
      </w:r>
    </w:p>
    <w:p>
      <w:pPr>
        <w:jc w:val="right"/>
      </w:pPr>
      <w:r>
        <w:t>تو پھر مجھے ایک بہت بڑی بات سمجھ میں آئی۔ دیکھیں، ہر دن روزانہ لوگ مرتے ہیں۔ دنیا کے لحاظ سے دیکھا جائے تو ہر سیکنڈ میں کوئی نہ کوئی مرتا ہے۔</w:t>
      </w:r>
    </w:p>
    <w:p>
      <w:r>
        <w:rPr>
          <w:b/>
        </w:rPr>
        <w:t xml:space="preserve">[13:51] </w:t>
      </w:r>
      <w:r>
        <w:t>hamare aas paas log marte rehte hain.</w:t>
      </w:r>
    </w:p>
    <w:p>
      <w:pPr>
        <w:jc w:val="right"/>
      </w:pPr>
      <w:r>
        <w:t>ہمارے آس پاس لوگ مرتے رہتے ہیں۔</w:t>
      </w:r>
    </w:p>
    <w:p>
      <w:r>
        <w:rPr>
          <w:b/>
        </w:rPr>
        <w:t xml:space="preserve">[13:54] </w:t>
      </w:r>
      <w:r>
        <w:t>lekin aap payenge logon ko, kyunke logon ko maut ka shaoor nahi. bohat ajib baat hai.</w:t>
      </w:r>
    </w:p>
    <w:p>
      <w:pPr>
        <w:jc w:val="right"/>
      </w:pPr>
      <w:r>
        <w:t>لیکن آپ پائیں گے لوگوں کو، کیونکہ لوگوں کو موت کا شعور نہیں۔ بہت عجیب بات ہے۔</w:t>
      </w:r>
    </w:p>
    <w:p>
      <w:r>
        <w:rPr>
          <w:b/>
        </w:rPr>
        <w:t xml:space="preserve">[14:04] </w:t>
      </w:r>
      <w:r>
        <w:t>maut ka koi charcha nahi karte, maut ki yaad nahi karte, maut ko le kar sochte nahi. America mein aik sahab ne bataya, hamare aik saathi America mein hain ke woh aik sahab ke haan maut ka waqea hua.</w:t>
      </w:r>
    </w:p>
    <w:p>
      <w:pPr>
        <w:jc w:val="right"/>
      </w:pPr>
      <w:r>
        <w:t>موت کا کوئی چرچا نہیں کرتے، موت کی یاد نہیں کرتے، موت کو لے کر سوچتے نہیں۔ امریکہ میں ایک صاحب نے بتایا، ہمارے ایک ساتھی امریکہ میں ہیں کہ وہ ایک صاحب کے ہاں موت کا واقعہ ہوا۔</w:t>
      </w:r>
    </w:p>
    <w:p>
      <w:r>
        <w:rPr>
          <w:b/>
        </w:rPr>
        <w:t xml:space="preserve">[14:20] </w:t>
      </w:r>
      <w:r>
        <w:t>wahan gaye ke ta'ziyat ke liye.</w:t>
      </w:r>
    </w:p>
    <w:p>
      <w:pPr>
        <w:jc w:val="right"/>
      </w:pPr>
      <w:r>
        <w:t>وہاں گئے کہ تعزیت کے لیے۔</w:t>
      </w:r>
    </w:p>
    <w:p>
      <w:r>
        <w:rPr>
          <w:b/>
        </w:rPr>
        <w:t xml:space="preserve">[14:26] </w:t>
      </w:r>
      <w:r>
        <w:t>to unhon ne kuch alfaaz bole, us mein yeh bhi kaha ke dekhiye, maut to hum sab ko aati hai. yeh lafz bole woh.</w:t>
      </w:r>
    </w:p>
    <w:p>
      <w:pPr>
        <w:jc w:val="right"/>
      </w:pPr>
      <w:r>
        <w:t>تو انہوں نے کچھ الفاظ بولے، اس میں یہ بھی کہا کہ دیکھیں، موت تو ہم سب کو آتی ہے۔ یہ لفظ بولے وہ۔</w:t>
      </w:r>
    </w:p>
    <w:p>
      <w:r>
        <w:rPr>
          <w:b/>
        </w:rPr>
        <w:t xml:space="preserve">[14:36] </w:t>
      </w:r>
      <w:r>
        <w:t>to woh ghussa ho gaye ke aap mujh ko meri maut yaad dilane ke liye aaye hain?</w:t>
      </w:r>
    </w:p>
    <w:p>
      <w:pPr>
        <w:jc w:val="right"/>
      </w:pPr>
      <w:r>
        <w:t>تو وہ غصہ ہو گئے کہ آپ مجھ کو میری موت یاد دلانے کے لیے آئے ہیں؟</w:t>
      </w:r>
    </w:p>
    <w:p>
      <w:r>
        <w:rPr>
          <w:b/>
        </w:rPr>
        <w:t xml:space="preserve">[14:45] </w:t>
      </w:r>
      <w:r>
        <w:t>yaani marne wala yahi to karta hai ke aap ko yaad dilata hai ke tum bhi marne wale ho. maut aik reminder hai. lekin woh is par ghussa ho</w:t>
      </w:r>
    </w:p>
    <w:p>
      <w:pPr>
        <w:jc w:val="right"/>
      </w:pPr>
      <w:r>
        <w:t>یعنی مرنے والا یہی تو کرتا ہے کہ آپ کو یاد دلاتا ہے کہ تم بھی مرنے والے ہو۔ موت ایک ریمائنڈر ہے۔ لیکن وہ اس پر غصہ ہو</w:t>
      </w:r>
    </w:p>
    <w:p>
      <w:r>
        <w:rPr>
          <w:b/>
        </w:rPr>
        <w:t xml:space="preserve">[14:54] </w:t>
      </w:r>
      <w:r>
        <w:t>gaye. is ka matlab yeh hai ke apne bare mein woh soch nahi paaye ke mujhe yeh marna hai. yeh sab ka haal hai. ke maut ko dekhte hain apni aankhon se.</w:t>
      </w:r>
    </w:p>
    <w:p>
      <w:pPr>
        <w:jc w:val="right"/>
      </w:pPr>
      <w:r>
        <w:t>گئے۔ اس کا مطلب یہ ہے کہ اپنے بارے میں وہ سوچ نہیں پائے کہ مجھے یہ مرنا ہے۔ یہ سب کا حال ہے۔ کہ موت کو دیکھتے ہیں اپنی آنکھوں سے۔</w:t>
      </w:r>
    </w:p>
    <w:p>
      <w:r>
        <w:rPr>
          <w:b/>
        </w:rPr>
        <w:t xml:space="preserve">[15:07] </w:t>
      </w:r>
      <w:r>
        <w:t>hata ke qabristan mein maine dekha, aik mein bohat jata raha hoon qabristan mein tadfeen ke moqe par. log qabristan mein hote hain, tab bhi doosri baatein karte hain.</w:t>
      </w:r>
    </w:p>
    <w:p>
      <w:pPr>
        <w:jc w:val="right"/>
      </w:pPr>
      <w:r>
        <w:t>حتیٰ کہ قبرستان میں میں نے دیکھا، ایک میں بہت جاتا رہا ہوں قبرستان میں تدفین کے موقع پر۔ لوگ قبرستان میں ہوتے ہیں، تب بھی دوسری باتیں کرتے ہیں۔</w:t>
      </w:r>
    </w:p>
    <w:p>
      <w:r>
        <w:rPr>
          <w:b/>
        </w:rPr>
        <w:t xml:space="preserve">[15:18] </w:t>
      </w:r>
      <w:r>
        <w:t>koi mausam ki baat kar raha hai, koi marketing ki baat kar raha hai, koi apne mobile mein masroof hai.</w:t>
      </w:r>
    </w:p>
    <w:p>
      <w:pPr>
        <w:jc w:val="right"/>
      </w:pPr>
      <w:r>
        <w:t>کوئی موسم کی بات کر رہا ہے، کوئی مارکیٹنگ کی بات کر رہا ہے، کوئی اپنے موبائل میں مشغول ہے۔</w:t>
      </w:r>
    </w:p>
    <w:p>
      <w:r>
        <w:rPr>
          <w:b/>
        </w:rPr>
        <w:t xml:space="preserve">[15:23] </w:t>
      </w:r>
      <w:r>
        <w:t>wahan bhi koi maut ko yaad nahi karta. wajah kya hai? is par maine socha. to yeh jo hadith mein hai ke maut ko bohat ziyada yaad karo, is mein is ka irada mujhe mila.</w:t>
      </w:r>
    </w:p>
    <w:p>
      <w:pPr>
        <w:jc w:val="right"/>
      </w:pPr>
      <w:r>
        <w:t>وہاں بھی کوئی موت کو یاد نہیں کرتا۔ وجہ کیا ہے؟ اس پر میں نے سوچا۔ تو یہ جو حدیث میں ہے کہ موت کو بہت زیادہ یاد کرو، اس میں اس کا ارادہ مجھے ملا۔</w:t>
      </w:r>
    </w:p>
    <w:p>
      <w:r>
        <w:rPr>
          <w:b/>
        </w:rPr>
        <w:t xml:space="preserve">[15:38] </w:t>
      </w:r>
      <w:r>
        <w:t>woh yeh hai ke maut aadmi ke</w:t>
      </w:r>
    </w:p>
    <w:p>
      <w:pPr>
        <w:jc w:val="right"/>
      </w:pPr>
      <w:r>
        <w:t>وہ یہ ہے کہ موت آدمی کے</w:t>
      </w:r>
    </w:p>
    <w:p>
      <w:r>
        <w:rPr>
          <w:b/>
        </w:rPr>
        <w:t xml:space="preserve">[15:45] </w:t>
      </w:r>
      <w:r>
        <w:t>unconscious mind mein hoti hai. conscious mind mein nahi hoti. isi liye woh soch nahi paata.</w:t>
      </w:r>
    </w:p>
    <w:p>
      <w:pPr>
        <w:jc w:val="right"/>
      </w:pPr>
      <w:r>
        <w:t>انکانسٹنٹ مائنڈ میں ہوتی ہے۔ کانشیس مائنڈ میں نہیں ہوتی۔ اسی لیے وہ سوچ نہیں پاتا۔</w:t>
      </w:r>
    </w:p>
    <w:p>
      <w:r>
        <w:rPr>
          <w:b/>
        </w:rPr>
        <w:t xml:space="preserve">[15:53] </w:t>
      </w:r>
      <w:r>
        <w:t>aap jante hain ke aadmi ke mind mein do hisse hote hain. conscious mind aur unconscious mind. to jo baatein aap ke unconscious mind mein hain, woh aap ki living memory mein nahi hoti.</w:t>
      </w:r>
    </w:p>
    <w:p>
      <w:pPr>
        <w:jc w:val="right"/>
      </w:pPr>
      <w:r>
        <w:t>آپ جانتے ہیں کہ آدمی کے مائنڈ میں دو حصے ہوتے ہیں۔ کانشیس مائنڈ اور انکانسٹنٹ مائنڈ۔ تو جو باتیں آپ کے انکانسٹنٹ مائنڈ میں ہیں، وہ آپ کی لیونگ میموری میں نہیں ہوتی۔</w:t>
      </w:r>
    </w:p>
    <w:p>
      <w:r>
        <w:rPr>
          <w:b/>
        </w:rPr>
        <w:t xml:space="preserve">[16:07] </w:t>
      </w:r>
      <w:r>
        <w:t>woh store to hain, lekin living memory mein nahi hain. is liye aap is ka charcha bhi nahi karte.</w:t>
      </w:r>
    </w:p>
    <w:p>
      <w:pPr>
        <w:jc w:val="right"/>
      </w:pPr>
      <w:r>
        <w:t>وہ اسٹور تو ہیں، لیکن لیونگ میموری میں نہیں ہیں۔ اس لیے آپ اس کا چرچا بھی نہیں کرتے۔</w:t>
      </w:r>
    </w:p>
    <w:p>
      <w:r>
        <w:rPr>
          <w:b/>
        </w:rPr>
        <w:t xml:space="preserve">[16:15] </w:t>
      </w:r>
      <w:r>
        <w:t>to is hadith ka matlab yeh hai ke maut ko jab bar bar yaad karoge, is par sochoge, is ko apne mind, yaani think process mein shamil karoge apne, to tum discover kar paoge is ko.</w:t>
      </w:r>
    </w:p>
    <w:p>
      <w:pPr>
        <w:jc w:val="right"/>
      </w:pPr>
      <w:r>
        <w:t>تو اس حدیث کا مطلب یہ ہے کہ موت کو جب بار بار یاد کرو گے، اس پر سوچو گے، اس کو اپنے مائنڈ، یعنی تھنک پروسیس میں شامل کرو گے اپنے، تو تم ڈسکور کر پاؤ گے اس کو۔</w:t>
      </w:r>
    </w:p>
    <w:p>
      <w:r>
        <w:rPr>
          <w:b/>
        </w:rPr>
        <w:t xml:space="preserve">[16:30] </w:t>
      </w:r>
      <w:r>
        <w:t>tum is qabil ho jaoge ke jo cheez unconscious mind mein hai, woh conscious mind mein aa jaye. woh living memory mein aa jaye. tab is ka faida hoga.</w:t>
      </w:r>
    </w:p>
    <w:p>
      <w:pPr>
        <w:jc w:val="right"/>
      </w:pPr>
      <w:r>
        <w:t>تم اس قابل ہو جاؤ گے کہ جو چیز انکانسٹنٹ مائنڈ میں ہے، وہ کانشیس مائنڈ میں آ جائے۔ وہ لیونگ میموری میں آ جائے۔ تب اس کا فائدہ ہوگا۔</w:t>
      </w:r>
    </w:p>
    <w:p>
      <w:r>
        <w:rPr>
          <w:b/>
        </w:rPr>
        <w:t xml:space="preserve">[16:40] </w:t>
      </w:r>
      <w:r>
        <w:t>woh hadim ul-ladhdhat ban jayegi.</w:t>
      </w:r>
    </w:p>
    <w:p>
      <w:pPr>
        <w:jc w:val="right"/>
      </w:pPr>
      <w:r>
        <w:t>وہ ہادم اللذات بن جائے گی۔</w:t>
      </w:r>
    </w:p>
    <w:p>
      <w:r>
        <w:rPr>
          <w:b/>
        </w:rPr>
        <w:t xml:space="preserve">[16:43] </w:t>
      </w:r>
      <w:r>
        <w:t>hadim ul lazzat ka matlab yeh hai ke, yaani saada taur par yeh matlab nahi hai ke bas lazzaton ko uthana. nahi.</w:t>
      </w:r>
    </w:p>
    <w:p>
      <w:pPr>
        <w:jc w:val="right"/>
      </w:pPr>
      <w:r>
        <w:t>ہادم اللذات کا مطلب یہ ہے کہ، یعنی سادہ طور پر یہ مطلب نہیں ہے کہ بس لذتوں کو اٹھانا۔ نہیں۔</w:t>
      </w:r>
    </w:p>
    <w:p>
      <w:r>
        <w:rPr>
          <w:b/>
        </w:rPr>
        <w:t xml:space="preserve">[16:54] </w:t>
      </w:r>
      <w:r>
        <w:t>aaj ka insaan jo hai, isi dunya ki lazzaton mein phansa hua hai.</w:t>
      </w:r>
    </w:p>
    <w:p>
      <w:pPr>
        <w:jc w:val="right"/>
      </w:pPr>
      <w:r>
        <w:t>آج کا انسان جو ہے، اسی دنیا کی لذتوں میں پھنسا ہوا ہے۔</w:t>
      </w:r>
    </w:p>
    <w:p>
      <w:r>
        <w:rPr>
          <w:b/>
        </w:rPr>
        <w:t xml:space="preserve">[17:01] </w:t>
      </w:r>
      <w:r>
        <w:t>yaani right here now, right now ka culture aaj kal chalta hai.</w:t>
      </w:r>
    </w:p>
    <w:p>
      <w:pPr>
        <w:jc w:val="right"/>
      </w:pPr>
      <w:r>
        <w:t>یعنی رائٹ ہیر ناؤ، رائٹ ناؤ کا کلچر آج کل چلتا ہے۔</w:t>
      </w:r>
    </w:p>
    <w:p>
      <w:r>
        <w:rPr>
          <w:b/>
        </w:rPr>
        <w:t xml:space="preserve">[17:07] </w:t>
      </w:r>
      <w:r>
        <w:t>to agar agar aap soch kar, soch kar, soch kar maut ko inconstant mind se nikaal kar conscious mind mein la saken, yaani living memory mein la saken aap is ko, to kya hoga?</w:t>
      </w:r>
    </w:p>
    <w:p>
      <w:pPr>
        <w:jc w:val="right"/>
      </w:pPr>
      <w:r>
        <w:t>تو اگر اگر آپ سوچ کر، سوچ کر، سوچ کر موت کو انکانسٹنٹ مائنڈ سے نکال کر کانشیس مائنڈ میں لا سکیں، یعنی لیونگ میموری میں لا سکیں آپ اس کو، تو کیا ہوگا؟</w:t>
      </w:r>
    </w:p>
    <w:p>
      <w:r>
        <w:rPr>
          <w:b/>
        </w:rPr>
        <w:t xml:space="preserve">[17:21] </w:t>
      </w:r>
      <w:r>
        <w:t>to aap ke andar ek nayi soch jaage gi. ke zyada zyada hamein apni zindagi ka zyada bada hissa to guzarna hai world hereafter mein.</w:t>
      </w:r>
    </w:p>
    <w:p>
      <w:pPr>
        <w:jc w:val="right"/>
      </w:pPr>
      <w:r>
        <w:t>تو آپ کے اندر ایک نئی سوچ جاگے گی۔ کہ زیادہ زیادہ ہمیں اپنی زندگی کا زیادہ بڑا حصہ تو گزارنا ہے ورلڈ ہیئر آفٹر میں۔</w:t>
      </w:r>
    </w:p>
    <w:p>
      <w:r>
        <w:rPr>
          <w:b/>
        </w:rPr>
        <w:t xml:space="preserve">[17:34] </w:t>
      </w:r>
      <w:r>
        <w:t>yahan to thode saal hain bas. to is ki tayyari karo. is ki tayyari karo. to death jo hai, ek reminder ban jaye gi aap ke liye, eternal life ke liye.</w:t>
      </w:r>
    </w:p>
    <w:p>
      <w:pPr>
        <w:jc w:val="right"/>
      </w:pPr>
      <w:r>
        <w:t>یہاں تو تھوڑے سال ہیں بس۔ تو اس کی تیاری کرو۔ اس کی تیاری کرو۔ تو ڈیتھ جو ہے، ایک ریمائنڈر بن جائے گی آپ کے لیے، ایٹرنل لائف کے لیے۔</w:t>
      </w:r>
    </w:p>
    <w:p>
      <w:r>
        <w:rPr>
          <w:b/>
        </w:rPr>
        <w:t xml:space="preserve">[17:52] </w:t>
      </w:r>
      <w:r>
        <w:t>kaisi ajeeb baat hai.</w:t>
      </w:r>
    </w:p>
    <w:p>
      <w:pPr>
        <w:jc w:val="right"/>
      </w:pPr>
      <w:r>
        <w:t>کیسی عجیب بات ہے۔</w:t>
      </w:r>
    </w:p>
    <w:p>
      <w:r>
        <w:rPr>
          <w:b/>
        </w:rPr>
        <w:t xml:space="preserve">[17:56] </w:t>
      </w:r>
      <w:r>
        <w:t>to jab maine dekha ke مرحوم ko qabar mein dala ja raha hai, yeh sab baatein mujhe yaad aayin.</w:t>
      </w:r>
    </w:p>
    <w:p>
      <w:pPr>
        <w:jc w:val="right"/>
      </w:pPr>
      <w:r>
        <w:t>تو جب میں نے دیکھا کہ مرحوم کو قبر میں ڈالا جا رہا ہے، یہ سب باتیں مجھے یاد آئیں۔</w:t>
      </w:r>
    </w:p>
    <w:p>
      <w:r>
        <w:rPr>
          <w:b/>
        </w:rPr>
        <w:t xml:space="preserve">[18:04] </w:t>
      </w:r>
      <w:r>
        <w:t>yeh sab baatein yaad aayin. aur phir ek aur cheez bohat ajeeb yaad aayi. jo kyunke us waqt se ab tak mein isi par sochta raha, sochta raha.</w:t>
      </w:r>
    </w:p>
    <w:p>
      <w:pPr>
        <w:jc w:val="right"/>
      </w:pPr>
      <w:r>
        <w:t>یہ سب باتیں یاد آئیں۔ اور پھر ایک اور چیز بہت عجیب یاد آئی۔ جو کیونکہ اس وقت سے اب تک میں اسی پر سوچتا رہا، سوچتا رہا۔</w:t>
      </w:r>
    </w:p>
    <w:p>
      <w:r>
        <w:rPr>
          <w:b/>
        </w:rPr>
        <w:t xml:space="preserve">[18:18] </w:t>
      </w:r>
      <w:r>
        <w:t>ek aur ajeeb cheez yaad aayi.</w:t>
      </w:r>
    </w:p>
    <w:p>
      <w:pPr>
        <w:jc w:val="right"/>
      </w:pPr>
      <w:r>
        <w:t>ایک اور عجیب چیز یاد آئی۔</w:t>
      </w:r>
    </w:p>
    <w:p>
      <w:r>
        <w:rPr>
          <w:b/>
        </w:rPr>
        <w:t xml:space="preserve">[18:21] </w:t>
      </w:r>
      <w:r>
        <w:t>dekhen, aap jante honge ke science daan jo hain, kehte hain ke hamare haan ek dark matter hai. yaani suraj, chand to bright matters hain, hum ko dikhai dete hain.</w:t>
      </w:r>
    </w:p>
    <w:p>
      <w:pPr>
        <w:jc w:val="right"/>
      </w:pPr>
      <w:r>
        <w:t>دیکھیں، آپ جانتے ہوں گے کہ سائنسدان جو ہیں، کہتے ہیں کہ ہمارے ہاں ایک ڈارک میٹر ہے۔ یعنی سورج، چاند تو برائٹ میٹرز ہیں، ہم کو دکھائی دیتے ہیں۔</w:t>
      </w:r>
    </w:p>
    <w:p>
      <w:r>
        <w:rPr>
          <w:b/>
        </w:rPr>
        <w:t xml:space="preserve">[18:35] </w:t>
      </w:r>
      <w:r>
        <w:t>lekin is ke siwa ek matter hai jo dark matter hai. dark is ko is maani mein nahi kehte ke woh woh dark hai. nahi, is maani mein kehte hain ke woh dikhai nahi deta.</w:t>
      </w:r>
    </w:p>
    <w:p>
      <w:pPr>
        <w:jc w:val="right"/>
      </w:pPr>
      <w:r>
        <w:t>لیکن اس کے سوا ایک میٹر ہے جو ڈارک میٹر ہے۔ ڈارک اس کو اس معنی میں نہیں کہتے کہ وہ وہ ڈارک ہے۔ نہیں، اس معنی میں کہتے ہیں کہ وہ دکھائی نہیں دیتا۔</w:t>
      </w:r>
    </w:p>
    <w:p>
      <w:r>
        <w:rPr>
          <w:b/>
        </w:rPr>
        <w:t xml:space="preserve">[18:45] </w:t>
      </w:r>
      <w:r>
        <w:t>woh hai magar dikhai nahi deta.</w:t>
      </w:r>
    </w:p>
    <w:p>
      <w:pPr>
        <w:jc w:val="right"/>
      </w:pPr>
      <w:r>
        <w:t>وہ ہے مگر دکھائی نہیں دیتا۔</w:t>
      </w:r>
    </w:p>
    <w:p>
      <w:r>
        <w:rPr>
          <w:b/>
        </w:rPr>
        <w:t xml:space="preserve">[18:49] </w:t>
      </w:r>
      <w:r>
        <w:t>to science daan yeh kehte hain ke is ke existence ko hum kisi telescope se dekh kar nahi pakar paate.</w:t>
      </w:r>
    </w:p>
    <w:p>
      <w:pPr>
        <w:jc w:val="right"/>
      </w:pPr>
      <w:r>
        <w:t>تو سائنسدان یہ کہتے ہیں کہ اس کے ایگزسٹنس کو ہم کسی ٹیلیسکوپ سے دیکھ کر نہیں پکڑ پاتے۔</w:t>
      </w:r>
    </w:p>
    <w:p>
      <w:r>
        <w:rPr>
          <w:b/>
        </w:rPr>
        <w:t xml:space="preserve">[18:58] </w:t>
      </w:r>
      <w:r>
        <w:t>is ka jo is ki jo jo discovery hui hai, woh doosre dhang se hui hai. woh yeh ke visible world ko is ka jo gravitational effect hai, woh is par asar andaaz hota hai.</w:t>
      </w:r>
    </w:p>
    <w:p>
      <w:pPr>
        <w:jc w:val="right"/>
      </w:pPr>
      <w:r>
        <w:t>اس کا جو اس کی جو جو ڈسکوری ہوئی ہے، وہ دوسرےਢنگ سے ہوئی ہے۔ وہ یہ کہ وزیبل ورلڈ کو اس کا جو گریویٹیشنل ایفیکٹ ہے، وہ اس پر اثر انداز ہوتا ہے۔</w:t>
      </w:r>
    </w:p>
    <w:p>
      <w:r>
        <w:rPr>
          <w:b/>
        </w:rPr>
        <w:t xml:space="preserve">[19:15] </w:t>
      </w:r>
      <w:r>
        <w:t>visible world par is ka jo gravitational effect hai, asar andaaz hota hai. is se yeh detect hua hai ke yahan par ek dark matter hai jo hamare jo known world se bohat zyada hai.</w:t>
      </w:r>
    </w:p>
    <w:p>
      <w:pPr>
        <w:jc w:val="right"/>
      </w:pPr>
      <w:r>
        <w:t>وزیبل ورلڈ پر اس کا جو گریویٹیشنل ایفیکٹ ہے، اثر انداز ہوتا ہے۔ اس سے یہ ڈیٹیکٹ ہوا ہے کہ یہاں پر ایک ڈارک میٹر ہے جو ہمارے جو نون ورلڈ سے بہت زیادہ ہے۔</w:t>
      </w:r>
    </w:p>
    <w:p>
      <w:r>
        <w:rPr>
          <w:b/>
        </w:rPr>
        <w:t xml:space="preserve">[19:30] </w:t>
      </w:r>
      <w:r>
        <w:t>jo known world hai, suraj, chand, galaxy, solar system, planet, yeh jo known world hamara hai,</w:t>
      </w:r>
    </w:p>
    <w:p>
      <w:pPr>
        <w:jc w:val="right"/>
      </w:pPr>
      <w:r>
        <w:t>جو نون ورلڈ ہے، سورج، چاند، گلیکسی، سولر سسٹم، پلینٹ، یہ جو نون ورلڈ ہمارا ہے،</w:t>
      </w:r>
    </w:p>
    <w:p>
      <w:r>
        <w:rPr>
          <w:b/>
        </w:rPr>
        <w:t xml:space="preserve">[19:40] </w:t>
      </w:r>
      <w:r>
        <w:t>to is se bohat zyada hai woh world jis ko hum kehte hain dark matter. is par sochte hue phir mujhe yaad aaya ke science ka ek theory yeh bhi hai ke dunya mein jab har cheez hai pair ki shakal mein hai to dunya khud dunya ka bhi ek pair hai.</w:t>
      </w:r>
    </w:p>
    <w:p>
      <w:pPr>
        <w:jc w:val="right"/>
      </w:pPr>
      <w:r>
        <w:t>تو اس سے بہت زیادہ ہے وہ ورلڈ جس کو ہم کہتے ہیں ڈارک میٹر۔ اس پر سوچتے ہوئے پھر مجھے یاد آیا کہ سائنس کا ایک تھیوری یہ بھی ہے کہ دنیا میں جب ہر چیز ہے پیر کی شکل میں ہے تو دنیا خود دنیا کا بھی ایک پیر ہے۔</w:t>
      </w:r>
    </w:p>
    <w:p>
      <w:r>
        <w:rPr>
          <w:b/>
        </w:rPr>
        <w:t xml:space="preserve">[20:00] </w:t>
      </w:r>
      <w:r>
        <w:t>jaise aap jante hain ke har particle mein do cheezein hoti hain. positive aur negative.</w:t>
      </w:r>
    </w:p>
    <w:p>
      <w:pPr>
        <w:jc w:val="right"/>
      </w:pPr>
      <w:r>
        <w:t>جیسے آپ جانتے ہیں کہ ہر پارٹیکل میں دو چیزیں ہوتی ہیں۔ پازیٹیو اور نیگیٹیو۔</w:t>
      </w:r>
    </w:p>
    <w:p>
      <w:r>
        <w:rPr>
          <w:b/>
        </w:rPr>
        <w:t xml:space="preserve">[20:09] </w:t>
      </w:r>
      <w:r>
        <w:t>h</w:t>
      </w:r>
    </w:p>
    <w:p>
      <w:pPr>
        <w:jc w:val="right"/>
      </w:pPr>
      <w:r>
        <w:t>ہ</w:t>
      </w:r>
    </w:p>
    <w:p>
      <w:r>
        <w:rPr>
          <w:b/>
        </w:rPr>
        <w:t xml:space="preserve">[20:10] </w:t>
      </w:r>
      <w:r>
        <w:t>ar atom mein, har atom mein ek positive particle hota hai, ek negative particle hota hai. tab mil kar koi atom banta hai. to isi tareeqe se yeh dunya bhi do dunya hain, dual world hai.</w:t>
      </w:r>
    </w:p>
    <w:p>
      <w:pPr>
        <w:jc w:val="right"/>
      </w:pPr>
      <w:r>
        <w:t>ر ایٹم میں، ہر ایٹم میں ایک پازیٹیو پارٹیکل ہوتا ہے، ایک نیگیٹیو پارٹیکل ہوتا ہے۔ تب مل کر کوئی ایٹم بنتا ہے۔ تو اسی طریقے سے یہ دنیا بھی دو دنیا ہیں، ڈول ورلڈ ہے۔</w:t>
      </w:r>
    </w:p>
    <w:p>
      <w:r>
        <w:rPr>
          <w:b/>
        </w:rPr>
        <w:t xml:space="preserve">[20:24] </w:t>
      </w:r>
      <w:r>
        <w:t>yaani positive world aur negative world. to jis tarah dunya ki har cheez ka joda hai, is tarah khud dunya ka bhi joda hai.</w:t>
      </w:r>
    </w:p>
    <w:p>
      <w:pPr>
        <w:jc w:val="right"/>
      </w:pPr>
      <w:r>
        <w:t>یعنی پازیٹیو ورلڈ اور نیگیٹیو ورلڈ۔ تو جس طرح دنیا کی ہر چیز کا جوڑا ہے، اس طرح خود دنیا کا بھی جوڑا ہے۔</w:t>
      </w:r>
    </w:p>
    <w:p>
      <w:r>
        <w:rPr>
          <w:b/>
        </w:rPr>
        <w:t xml:space="preserve">[20:33] </w:t>
      </w:r>
      <w:r>
        <w:t>yeh ek scientific theory hai. lekin quran mein ajeeb baat hai ke yahi baat bohat pehle kahi gayi thi. yaani six century AD mein.</w:t>
      </w:r>
    </w:p>
    <w:p>
      <w:pPr>
        <w:jc w:val="right"/>
      </w:pPr>
      <w:r>
        <w:t>یہ ایک سائنٹیفک تھیوری ہے۔ لیکن قرآن میں عجیب بات ہے کہ یہی بات بہت پہلے کہی گئی تھی۔ یعنی سکس سینچری اے ڈی میں۔</w:t>
      </w:r>
    </w:p>
    <w:p>
      <w:r>
        <w:rPr>
          <w:b/>
        </w:rPr>
        <w:t xml:space="preserve">[20:44] </w:t>
      </w:r>
      <w:r>
        <w:t>wa min kulli shay'in khalaqna zawjayn la'allakum tadhakkaroon quran mein yeh hai ke har cheez paida ki hum ne jode jore.</w:t>
      </w:r>
    </w:p>
    <w:p>
      <w:pPr>
        <w:jc w:val="right"/>
      </w:pPr>
      <w:r>
        <w:t>ومن کل شئ خلقنا زوجین لعلكم تذکرون قرآن میں یہ ہے کہ ہر چیز پیدا کی ہم نے جوڑے جوڑے۔</w:t>
      </w:r>
    </w:p>
    <w:p>
      <w:r>
        <w:rPr>
          <w:b/>
        </w:rPr>
        <w:t xml:space="preserve">[20:54] </w:t>
      </w:r>
      <w:r>
        <w:t>taake tum socho. taake tum socho ke jab har cheez jode jore hai to is dunya ka bhi joda hona chahiye.</w:t>
      </w:r>
    </w:p>
    <w:p>
      <w:pPr>
        <w:jc w:val="right"/>
      </w:pPr>
      <w:r>
        <w:t>تاکہ تم سوچو۔ تاکہ تم سوچو کہ جب ہر چیز جوڑے جوڑے ہے تو اس دنیا کا بھی جوڑا ہونا چاہیے۔</w:t>
      </w:r>
    </w:p>
    <w:p>
      <w:r>
        <w:rPr>
          <w:b/>
        </w:rPr>
        <w:t xml:space="preserve">[21:03] </w:t>
      </w:r>
      <w:r>
        <w:t>atom mein negative particle aur positive particle hain. plant world aur aur aur animal world mein male aur yani he male aur she male hain.</w:t>
      </w:r>
    </w:p>
    <w:p>
      <w:pPr>
        <w:jc w:val="right"/>
      </w:pPr>
      <w:r>
        <w:t>ایٹم میں نیگیٹیو پارٹیکل اور پازیٹیو پارٹیکل ہیں۔ پلانٹ ورلڈ اور اور اور اینیمل ورلڈ میں میل اور یعنی ہی میل اور شی میل ہیں۔</w:t>
      </w:r>
    </w:p>
    <w:p>
      <w:r>
        <w:rPr>
          <w:b/>
        </w:rPr>
        <w:t xml:space="preserve">[21:19] </w:t>
      </w:r>
      <w:r>
        <w:t>insan mein aurat aur mard hain.</w:t>
      </w:r>
    </w:p>
    <w:p>
      <w:pPr>
        <w:jc w:val="right"/>
      </w:pPr>
      <w:r>
        <w:t>انسان میں عورت اور مرد ہیں۔</w:t>
      </w:r>
    </w:p>
    <w:p>
      <w:r>
        <w:rPr>
          <w:b/>
        </w:rPr>
        <w:t xml:space="preserve">[21:22] </w:t>
      </w:r>
      <w:r>
        <w:t>to dunya ki har cheez, chahe material, material world, material cheezein hon ya living cheezein hon, sab apne jore ke sath complete hoti hain.</w:t>
      </w:r>
    </w:p>
    <w:p>
      <w:pPr>
        <w:jc w:val="right"/>
      </w:pPr>
      <w:r>
        <w:t>تو دنیا کی ہر چیز، چاہے مٹیریل، مٹیریل ورلڈ، مٹیریل چیزیں ہوں یا لیونگ چیزیں ہوں، سب اپنے جوڑے کے ساتھ کمپلیٹ ہوتی ہیں۔</w:t>
      </w:r>
    </w:p>
    <w:p>
      <w:r>
        <w:rPr>
          <w:b/>
        </w:rPr>
        <w:t xml:space="preserve">[21:35] </w:t>
      </w:r>
      <w:r>
        <w:t>to jab har yeh yeh aik law of nature hai. to yeh law of nature jis tarah se doosri jo cheezon mein khud dunya ke bare mein hona chahiye, yeh dunya ka bhi aik jora hona chahiye.</w:t>
      </w:r>
    </w:p>
    <w:p>
      <w:pPr>
        <w:jc w:val="right"/>
      </w:pPr>
      <w:r>
        <w:t>تو جب ہر یہ یہ ایک لاء آف نیچر ہے۔ تو یہ لاء آف نیچر جس طرح سے دوسری جو چیزوں میں خود دنیا کے بارے میں ہونا چاہیے، یہ دنیا کا بھی ایک جوڑا ہونا چاہیے۔</w:t>
      </w:r>
    </w:p>
    <w:p>
      <w:r>
        <w:rPr>
          <w:b/>
        </w:rPr>
        <w:t xml:space="preserve">[21:50] </w:t>
      </w:r>
      <w:r>
        <w:t>to is par sochte hue sochte hue mujhe samajh mein aaya ke shayad yeh jis ko hum kehte hain dark matter, woh jora ho. yani hamari yeh dunya jo hai, do dunyayon ki shakal mein ho.</w:t>
      </w:r>
    </w:p>
    <w:p>
      <w:pPr>
        <w:jc w:val="right"/>
      </w:pPr>
      <w:r>
        <w:t>تو اس پر سوچتے ہوئے سوچتے ہوئے مجھے سمجھ میں آیا کہ شاید یہ جس کو ہم کہتے ہیں ڈارک میٹر، وہ جوڑا ہو۔ یعنی ہماری یہ دنیا جو ہے، دو دنیاؤں کی شکل میں ہو۔</w:t>
      </w:r>
    </w:p>
    <w:p>
      <w:r>
        <w:rPr>
          <w:b/>
        </w:rPr>
        <w:t xml:space="preserve">[22:03] </w:t>
      </w:r>
      <w:r>
        <w:t>aik visible world, aik invisible world. jis dunya ko hum jante hain, jis ko hum microscope se aur telescope se dekhte hain, woh visible world hai.</w:t>
      </w:r>
    </w:p>
    <w:p>
      <w:pPr>
        <w:jc w:val="right"/>
      </w:pPr>
      <w:r>
        <w:t>ایک وزیبل ورلڈ، ایک ان وزیبل ورلڈ۔ جس دنیا کو ہم جانتے ہیں، جس کو ہم مائیکروسکوپ سے اور ٹیلیسکوپ سے دیکھتے ہیں، وہ وزیبل ورلڈ ہے۔</w:t>
      </w:r>
    </w:p>
    <w:p>
      <w:r>
        <w:rPr>
          <w:b/>
        </w:rPr>
        <w:t xml:space="preserve">[22:17] </w:t>
      </w:r>
      <w:r>
        <w:t>to aik aur world hai jo invisible world hai. isi invisible world ko ka naam dark matter hai. to agar yeh maan liya jaye to pair world ki theory bohat zyada understandable ho jati hai.</w:t>
      </w:r>
    </w:p>
    <w:p>
      <w:pPr>
        <w:jc w:val="right"/>
      </w:pPr>
      <w:r>
        <w:t>تو ایک اور ورلڈ ہے جو ان وزیبل ورلڈ ہے۔ اسی ان وزیبل ورلڈ کو کا نام ڈارک میٹر ہے۔ تو اگر یہ مان لیا جائے تو پیئر ورلڈ کی تھیوری بہت زیادہ انڈرسٹینڈیبل ہو جاتی ہے۔</w:t>
      </w:r>
    </w:p>
    <w:p>
      <w:r>
        <w:rPr>
          <w:b/>
        </w:rPr>
        <w:t xml:space="preserve">[22:33] </w:t>
      </w:r>
      <w:r>
        <w:t>kyun ke dekhein, hum har cheez yahan incomplete hai. aaj hamare aik sathi, dekhein, yahan par jo hote the is kursi par, woh nahi hain.</w:t>
      </w:r>
    </w:p>
    <w:p>
      <w:pPr>
        <w:jc w:val="right"/>
      </w:pPr>
      <w:r>
        <w:t>کیونکہ دیکھیں، ہم ہر چیز یہاں ان کمپلیٹ ہے۔ آج ہمارے ایک ساتھی، دیکھیں، یہاں پر جو ہوتے تھے اس کرسی پر، وہ نہیں ہیں۔</w:t>
      </w:r>
    </w:p>
    <w:p>
      <w:r>
        <w:rPr>
          <w:b/>
        </w:rPr>
        <w:t xml:space="preserve">[22:45] </w:t>
      </w:r>
      <w:r>
        <w:t>Mr. Jit Malhotra. to woh computer par kaam karte hain, to un ko back mein kuch problem ho gaya. to maine socha ke computer itni bari nemat hai, lekin is mein bhi problem hai.</w:t>
      </w:r>
    </w:p>
    <w:p>
      <w:pPr>
        <w:jc w:val="right"/>
      </w:pPr>
      <w:r>
        <w:t>مسٹر جت ملھوترا۔ تو وہ کمپیوٹر پر کام کرتے ہیں، تو ان کو بیک میں کچھ پرابلم ہو گیا۔ تو میں نے سوچا کہ کمپیوٹر اتنی بڑی نعمت ہے، لیکن اس میں بھی پرابلم ہے۔</w:t>
      </w:r>
    </w:p>
    <w:p>
      <w:r>
        <w:rPr>
          <w:b/>
        </w:rPr>
        <w:t xml:space="preserve">[22:58] </w:t>
      </w:r>
      <w:r>
        <w:t>kaisi ajeeb baat hai. ke nemat hote hue, aik boon hote hue problem. to chahe computer ho ya mobile ho ya jitni bhi jo cheezein hain jin ko hum hamein cheez samajhte hain, nemat samajhte hain,</w:t>
      </w:r>
    </w:p>
    <w:p>
      <w:pPr>
        <w:jc w:val="right"/>
      </w:pPr>
      <w:r>
        <w:t>کیسی عجیب بات ہے۔ کہ نعمت ہوتے ہوئے، ایک بون ہوتے ہوئے پرابلم۔ تو چاہے کمپیوٹر ہو یا موبائل ہو یا جتنی بھی جو چیزیں ہیں جن کو ہم ہمیں چیز سمجھتے ہیں، نعمت سمجھتے ہیں،</w:t>
      </w:r>
    </w:p>
    <w:p>
      <w:r>
        <w:rPr>
          <w:b/>
        </w:rPr>
        <w:t xml:space="preserve">[23:18] </w:t>
      </w:r>
      <w:r>
        <w:t>boon samajhte hain, un sab mein problem laga hua hai.</w:t>
      </w:r>
    </w:p>
    <w:p>
      <w:pPr>
        <w:jc w:val="right"/>
      </w:pPr>
      <w:r>
        <w:t>بون سمجھتے ہیں، ان سب میں پرابلم لگا ہوا ہے۔</w:t>
      </w:r>
    </w:p>
    <w:p>
      <w:r>
        <w:rPr>
          <w:b/>
        </w:rPr>
        <w:t xml:space="preserve">[23:22] </w:t>
      </w:r>
      <w:r>
        <w:t>aap jante hain ke mobile zyada istemal karne se kaan mein problem aata hai. computer istemal karne se back mein problem aata hai. aankh mein problem aata hai.</w:t>
      </w:r>
    </w:p>
    <w:p>
      <w:pPr>
        <w:jc w:val="right"/>
      </w:pPr>
      <w:r>
        <w:t>آپ جانتے ہیں کہ موبائل زیادہ استعمال کرنے سے کان میں پرابلم آتا ہے۔ کمپیوٹر استعمال کرنے سے بیک میں پرابلم آتا ہے۔ آنکھ میں پرابلم آتا ہے۔</w:t>
      </w:r>
    </w:p>
    <w:p>
      <w:r>
        <w:rPr>
          <w:b/>
        </w:rPr>
        <w:t xml:space="preserve">[23:34] </w:t>
      </w:r>
      <w:r>
        <w:t>aisi har cheez mein, chahe woh car ho, chahe woh aijaz ho, chahe aur doosri cheezein hon, har cheez mein aik problem juda hua hai.</w:t>
      </w:r>
    </w:p>
    <w:p>
      <w:pPr>
        <w:jc w:val="right"/>
      </w:pPr>
      <w:r>
        <w:t>ایسی ہر چیز میں، چاہے وہ کار ہو، چاہے وہ آجاز ہو، چاہے اور دوسری چیزیں ہوں، ہر چیز میں ایک پرابلم جڑا ہوا ہے۔</w:t>
      </w:r>
    </w:p>
    <w:p>
      <w:r>
        <w:rPr>
          <w:b/>
        </w:rPr>
        <w:t xml:space="preserve">[23:46] </w:t>
      </w:r>
      <w:r>
        <w:t>to insan chahta hai ke aik aisi dunya ho jo problem free ho.</w:t>
      </w:r>
    </w:p>
    <w:p>
      <w:pPr>
        <w:jc w:val="right"/>
      </w:pPr>
      <w:r>
        <w:t>تو انسان چاہتا ہے کہ ایک ایسی دنیا ہو جو پرابلم فری ہو۔</w:t>
      </w:r>
    </w:p>
    <w:p>
      <w:r>
        <w:rPr>
          <w:b/>
        </w:rPr>
        <w:t xml:space="preserve">[23:52] </w:t>
      </w:r>
      <w:r>
        <w:t>jahan death na ho. jahan aankh kharab na hoti ho. jahan aankh kharab, aankh kaan kharab na hota ho. jahan jahan disease na ho, accident na ho,</w:t>
      </w:r>
    </w:p>
    <w:p>
      <w:pPr>
        <w:jc w:val="right"/>
      </w:pPr>
      <w:r>
        <w:t>جہاں ڈیتھ نہ ہو۔ جہاں آنکھ خراب نہ ہوتی ہو۔ جہاں آنکھ خراب، آنکھ کان خراب نہ ہوتا ہو۔ جہاں جہاں ڈیزیز نہ ہو، ایکسیڈنٹ نہ ہو،</w:t>
      </w:r>
    </w:p>
    <w:p>
      <w:r>
        <w:rPr>
          <w:b/>
        </w:rPr>
        <w:t xml:space="preserve">[24:06] </w:t>
      </w:r>
      <w:r>
        <w:t>maut na ho. aik aisi dunya ho. jahan fulfillment ho. to hum apne poore wajood ke sath aik aur dunya ke talib hain.</w:t>
      </w:r>
    </w:p>
    <w:p>
      <w:pPr>
        <w:jc w:val="right"/>
      </w:pPr>
      <w:r>
        <w:t>موت نہ ہو۔ ایک ایسی دنیا ہو۔ جہاں فلفلمنٹ ہو۔ تو ہم اپنے پورے وجود کے ساتھ ایک اور دنیا کے طالب ہیں۔</w:t>
      </w:r>
    </w:p>
    <w:p>
      <w:r>
        <w:rPr>
          <w:b/>
        </w:rPr>
        <w:t xml:space="preserve">[24:18] </w:t>
      </w:r>
      <w:r>
        <w:t>aik aur dunya.</w:t>
      </w:r>
    </w:p>
    <w:p>
      <w:pPr>
        <w:jc w:val="right"/>
      </w:pPr>
      <w:r>
        <w:t>ایک اور دنیا۔</w:t>
      </w:r>
    </w:p>
    <w:p>
      <w:r>
        <w:rPr>
          <w:b/>
        </w:rPr>
        <w:t xml:space="preserve">[24:20] </w:t>
      </w:r>
      <w:r>
        <w:t>abhi jis dunya mein hum hain, jis ko hum experience karte hain, woh aik problem free dunya, aik aik problem world hai, problem world.</w:t>
      </w:r>
    </w:p>
    <w:p>
      <w:pPr>
        <w:jc w:val="right"/>
      </w:pPr>
      <w:r>
        <w:t>ابھی جس دنیا میں ہم ہیں، جس کو ہم ایکسپیرینس کرتے ہیں، وہ ایک پرابلم فری دنیا، ایک ایک پرابلم ورلڈ ہے، پرابلم ورلڈ۔</w:t>
      </w:r>
    </w:p>
    <w:p>
      <w:r>
        <w:rPr>
          <w:b/>
        </w:rPr>
        <w:t xml:space="preserve">[24:31] </w:t>
      </w:r>
      <w:r>
        <w:t>har cheez mein aik problem juda hua hai.</w:t>
      </w:r>
    </w:p>
    <w:p>
      <w:pPr>
        <w:jc w:val="right"/>
      </w:pPr>
      <w:r>
        <w:t>ہر چیز میں ایک پرابلم جڑا ہوا ہے۔</w:t>
      </w:r>
    </w:p>
    <w:p>
      <w:r>
        <w:rPr>
          <w:b/>
        </w:rPr>
        <w:t xml:space="preserve">[24:38] </w:t>
      </w:r>
      <w:r>
        <w:t>to hamara poora wajood chahta hai ke aik aur ho dunya jo problem free ho.</w:t>
      </w:r>
    </w:p>
    <w:p>
      <w:pPr>
        <w:jc w:val="right"/>
      </w:pPr>
      <w:r>
        <w:t>تو ہمارا پورا وجود چاہتا ہے کہ ایک اور ہو دنیا جو پرابلم فری ہو۔</w:t>
      </w:r>
    </w:p>
    <w:p>
      <w:r>
        <w:rPr>
          <w:b/>
        </w:rPr>
        <w:t xml:space="preserve">[24:44] </w:t>
      </w:r>
      <w:r>
        <w:t>jahan hum ko fulfillment mile. jahan mousam ki sakhti na ho. jahan digestive system hamara bohat hi sahi tareeqe se kaam karta ho.</w:t>
      </w:r>
    </w:p>
    <w:p>
      <w:pPr>
        <w:jc w:val="right"/>
      </w:pPr>
      <w:r>
        <w:t>جہاں ہم کو فلفلمنٹ ملے۔ جہاں موسموں کی سختی نہ ہو۔ جہاں ڈائجسٹو سسٹم ہمارا بہت ہی صحیح طریقے سے کام کرتا ہو۔</w:t>
      </w:r>
    </w:p>
    <w:p>
      <w:r>
        <w:rPr>
          <w:b/>
        </w:rPr>
        <w:t xml:space="preserve">[24:55] </w:t>
      </w:r>
      <w:r>
        <w:t>aankh, kaan, naak, har cheez achi tarah kaam kare. isi sath hum hum ko eternity hasil ho.</w:t>
      </w:r>
    </w:p>
    <w:p>
      <w:pPr>
        <w:jc w:val="right"/>
      </w:pPr>
      <w:r>
        <w:t>آنکھ، کان، ناک، ہر چیز اچھی طرح کام کرے۔ اسی ساتھ ہم ہم کو ایٹرنٹی حاصل ہو۔</w:t>
      </w:r>
    </w:p>
    <w:p>
      <w:r>
        <w:rPr>
          <w:b/>
        </w:rPr>
        <w:t xml:space="preserve">[25:03] </w:t>
      </w:r>
      <w:r>
        <w:t>to yeh problem free world to woh hai aik agar doosra pyare dunya ka. to sochte sochte mujhe samajh mein aaya ke shayad jis ko hum kehte hain dark matter, woh wahi world ho.</w:t>
      </w:r>
    </w:p>
    <w:p>
      <w:pPr>
        <w:jc w:val="right"/>
      </w:pPr>
      <w:r>
        <w:t>تو یہ پرابلم فری ورلڈ تو وہ ہے ایک اگر دوسرا پیارے دنیا کا۔ تو سوچتے سوچتے مجھے سمجھ میں آیا کہ شاید جس کو ہم کہتے ہیں ڈارک میٹر، وہ وہی ورلڈ ہو۔</w:t>
      </w:r>
    </w:p>
    <w:p>
      <w:r>
        <w:rPr>
          <w:b/>
        </w:rPr>
        <w:t xml:space="preserve">[25:20] </w:t>
      </w:r>
      <w:r>
        <w:t>aik yani visible world mein hum reh rahe hain abhi aur woh aik aur hai invisible wor</w:t>
      </w:r>
    </w:p>
    <w:p>
      <w:pPr>
        <w:jc w:val="right"/>
      </w:pPr>
      <w:r>
        <w:t>ایک یعنی وزیبل ورلڈ میں ہم رہ رہے ہیں ابھی اور وہ ایک اور ہے ان وزیبل ور</w:t>
      </w:r>
    </w:p>
    <w:p>
      <w:r>
        <w:rPr>
          <w:b/>
        </w:rPr>
        <w:t xml:space="preserve">[25:25] </w:t>
      </w:r>
      <w:r>
        <w:t>ld. to aadmi shayad maut ke baad wahin chala jata ho. kyun ke hamari body mein aap jante hain ke hamari body bhi aik dual being hai.</w:t>
      </w:r>
    </w:p>
    <w:p>
      <w:pPr>
        <w:jc w:val="right"/>
      </w:pPr>
      <w:r>
        <w:t>لڈ۔ تو آدمی شاید موت کے بعد وہیں چلا جاتا ہو۔ کیونکہ ہماری باڈی میں آپ جانتے ہیں کہ ہماری باڈی بھی ایک ڈول بینگ ہے۔</w:t>
      </w:r>
    </w:p>
    <w:p>
      <w:r>
        <w:rPr>
          <w:b/>
        </w:rPr>
        <w:t xml:space="preserve">[25:34] </w:t>
      </w:r>
      <w:r>
        <w:t>ek body hai, ek is ek is mein soul hai. soul ya spirit jo bhi kahe. to khud hamari body bhi ek ek ek dual personality hai is ki.</w:t>
      </w:r>
    </w:p>
    <w:p>
      <w:pPr>
        <w:jc w:val="right"/>
      </w:pPr>
      <w:r>
        <w:t>ایک باڈی ہے، ایک اس ایک اس میں سول ہے۔ سول یا اسپرٹ یا مائنڈ جو بھی کہیے۔ تو خود ہماری باڈی بھی ایک ایک ایک ڈول پرسنیلٹی ہے اس کی۔</w:t>
      </w:r>
    </w:p>
    <w:p>
      <w:r>
        <w:rPr>
          <w:b/>
        </w:rPr>
        <w:t xml:space="preserve">[25:48] </w:t>
      </w:r>
      <w:r>
        <w:t>ek dikhai deti hai, ek nahi dikhai deti. to abhi bhi aap dekhte hain ke hamara body visible hai aur doosra jo hai jis se hum dekhte hain, bolte hain, sunte hain, sochte hain, woh invisible hissa hai hamari personality ka.</w:t>
      </w:r>
    </w:p>
    <w:p>
      <w:pPr>
        <w:jc w:val="right"/>
      </w:pPr>
      <w:r>
        <w:t>ایک دکھائی دیتی ہے، ایک نہیں دکھائی دیتی۔ تو ابھی بھی آپ دیکھتے ہیں کہ ہمارا باڈی وزیبل ہے اور دوسرا جو ہے جس سے ہم دیکھتے ہیں، بولتے ہیں، سنتے ہیں، سوچتے ہیں، وہ ان وزیبل حصہ ہے ہماری پرسنیلٹی کا۔</w:t>
      </w:r>
    </w:p>
    <w:p>
      <w:r>
        <w:rPr>
          <w:b/>
        </w:rPr>
        <w:t xml:space="preserve">[26:07] </w:t>
      </w:r>
      <w:r>
        <w:t>to paida karne wale ne duniya ko banai is roop par hai ke is ka ek hissa visible hai, ek hissa invisible hai.</w:t>
      </w:r>
    </w:p>
    <w:p>
      <w:pPr>
        <w:jc w:val="right"/>
      </w:pPr>
      <w:r>
        <w:t>تو پیدا کرنے والے نے دنیا کو بنائی اس روپ پر ہے کہ اس کا ایک حصہ وزیبل ہے، ایک حصہ ان وزیبل ہے۔</w:t>
      </w:r>
    </w:p>
    <w:p>
      <w:r>
        <w:rPr>
          <w:b/>
        </w:rPr>
        <w:t xml:space="preserve">[26:17] </w:t>
      </w:r>
      <w:r>
        <w:t>visible, invisible.</w:t>
      </w:r>
    </w:p>
    <w:p>
      <w:pPr>
        <w:jc w:val="right"/>
      </w:pPr>
      <w:r>
        <w:t>وزیبل، ان وزیبل۔</w:t>
      </w:r>
    </w:p>
    <w:p>
      <w:r>
        <w:rPr>
          <w:b/>
        </w:rPr>
        <w:t xml:space="preserve">[26:19] </w:t>
      </w:r>
      <w:r>
        <w:t>to isi ko aap expand kijiye. isi ko expand kijiye. to poora world jo hai, is ke bhi do hisse ban jate hain. visible world, invisible world.</w:t>
      </w:r>
    </w:p>
    <w:p>
      <w:pPr>
        <w:jc w:val="right"/>
      </w:pPr>
      <w:r>
        <w:t>تو اسی کو آپ ایکسپینڈ کیجیے۔ اسی کو ایکسپینڈ کیجیے۔ تو پورا ورلڈ جو ہے، اس کے بھی دو حصے بن جاتے ہیں۔ وزیبل ورلڈ، ان وزیبل ورلڈ۔</w:t>
      </w:r>
    </w:p>
    <w:p>
      <w:r>
        <w:rPr>
          <w:b/>
        </w:rPr>
        <w:t xml:space="preserve">[26:32] </w:t>
      </w:r>
      <w:r>
        <w:t>to woh sab kuch jo hum chahte hain, woh invisible world mein hai.</w:t>
      </w:r>
    </w:p>
    <w:p>
      <w:pPr>
        <w:jc w:val="right"/>
      </w:pPr>
      <w:r>
        <w:t>تو وہ سب کچھ جو ہم چاہتے ہیں، وہ ان وزیبل ورلڈ میں ہے۔</w:t>
      </w:r>
    </w:p>
    <w:p>
      <w:r>
        <w:rPr>
          <w:b/>
        </w:rPr>
        <w:t xml:space="preserve">[26:37] </w:t>
      </w:r>
      <w:r>
        <w:t>yani problem free life, fulfillment, desire ka poora hona aur bimari, maut, accident, har cheez se bachao.</w:t>
      </w:r>
    </w:p>
    <w:p>
      <w:pPr>
        <w:jc w:val="right"/>
      </w:pPr>
      <w:r>
        <w:t>یعنی پرابلم فری لائف، فلفلمنٹ، ڈیزائر کا پورا ہونا اور بیماری، موت، ایکسیڈنٹ، ہر چیز سے بچاؤ۔</w:t>
      </w:r>
    </w:p>
    <w:p>
      <w:r>
        <w:rPr>
          <w:b/>
        </w:rPr>
        <w:t xml:space="preserve">[26:51] </w:t>
      </w:r>
      <w:r>
        <w:t>to woh sari cheez jo hum chahte hain, woh ho sakta hai, yani probably woh sab invisible world mein hai.</w:t>
      </w:r>
    </w:p>
    <w:p>
      <w:pPr>
        <w:jc w:val="right"/>
      </w:pPr>
      <w:r>
        <w:t>تو وہ ساری چیز جو ہم چاہتے ہیں، وہ ہو سکتا ہے، یعنی پراببلی وہ سب ان وزیبل ورلڈ میں ہے۔</w:t>
      </w:r>
    </w:p>
    <w:p>
      <w:r>
        <w:rPr>
          <w:b/>
        </w:rPr>
        <w:t xml:space="preserve">[27:00] </w:t>
      </w:r>
      <w:r>
        <w:t>wohin par jannat hai, wohin par sab malaika hain, wohin par sab kuch hai.</w:t>
      </w:r>
    </w:p>
    <w:p>
      <w:pPr>
        <w:jc w:val="right"/>
      </w:pPr>
      <w:r>
        <w:t>وہیں پر جنت ہے، وہیں پر سب ملائکہ ہیں، وہیں پر سب کچھ ہے۔</w:t>
      </w:r>
    </w:p>
    <w:p>
      <w:r>
        <w:rPr>
          <w:b/>
        </w:rPr>
        <w:t xml:space="preserve">[27:06] </w:t>
      </w:r>
      <w:r>
        <w:t>to dekhen, death jo hai, sada baat nahi hai. dictionary mein to likha rahega ke death ka matlab hai permanent end of life.</w:t>
      </w:r>
    </w:p>
    <w:p>
      <w:pPr>
        <w:jc w:val="right"/>
      </w:pPr>
      <w:r>
        <w:t>تو دیکھیں، ڈیتھ جو ہے، سادہ بات نہیں ہے۔ ڈکشنری میں تو لکھا رہے گا کہ ڈیتھ کا مطلب ہے پرماننٹ اینڈ آف لائف۔</w:t>
      </w:r>
    </w:p>
    <w:p>
      <w:r>
        <w:rPr>
          <w:b/>
        </w:rPr>
        <w:t xml:space="preserve">[27:18] </w:t>
      </w:r>
      <w:r>
        <w:t>main to kaha samajhta hoon ke woh bohat bari cheez hai, death.</w:t>
      </w:r>
    </w:p>
    <w:p>
      <w:pPr>
        <w:jc w:val="right"/>
      </w:pPr>
      <w:r>
        <w:t>میں تو کہا سمجھتا ہوں کہ وہ بہت بڑی چیز ہے، ڈیتھ۔</w:t>
      </w:r>
    </w:p>
    <w:p>
      <w:r>
        <w:rPr>
          <w:b/>
        </w:rPr>
        <w:t xml:space="preserve">[27:23] </w:t>
      </w:r>
      <w:r>
        <w:t>death ek reminder hai jis ko hum sochein, sochein, sochein to bari bari realities hum par khulti hain. bohat bari bari realities.</w:t>
      </w:r>
    </w:p>
    <w:p>
      <w:pPr>
        <w:jc w:val="right"/>
      </w:pPr>
      <w:r>
        <w:t>ڈیتھ ایک ریمائنڈر ہے جس کو ہم سوچیں، سوچیں، سوچیں تو بڑی بڑی ریلیٹیز ہم پر کھلتی ہیں۔ بہت بڑی بڑی ریلیٹیز۔</w:t>
      </w:r>
    </w:p>
    <w:p>
      <w:r>
        <w:rPr>
          <w:b/>
        </w:rPr>
        <w:t xml:space="preserve">[27:34] </w:t>
      </w:r>
      <w:r>
        <w:t>to kaisi ajeeb nemat hai yeh death. aur phir agar hum is tarah sochein to death koi unwanted cheez nahi rehti.</w:t>
      </w:r>
    </w:p>
    <w:p>
      <w:pPr>
        <w:jc w:val="right"/>
      </w:pPr>
      <w:r>
        <w:t>تو کیسی عجیب نعمت ہے یہ ڈیتھ۔ اور پھر اگر ہم اس طرح سوچیں تو ڈیتھ کوئی ان وانٹڈ چیز نہیں رہتی۔</w:t>
      </w:r>
    </w:p>
    <w:p>
      <w:r>
        <w:rPr>
          <w:b/>
        </w:rPr>
        <w:t xml:space="preserve">[27:45] </w:t>
      </w:r>
      <w:r>
        <w:t>death jo hai, is tarah sochein hum to death koi unwanted</w:t>
      </w:r>
    </w:p>
    <w:p>
      <w:pPr>
        <w:jc w:val="right"/>
      </w:pPr>
      <w:r>
        <w:t>ڈیتھ جو ہے، اس طرح سوچیں ہم تو ڈیتھ کوئی ان وانٹڈ</w:t>
      </w:r>
    </w:p>
    <w:p>
      <w:r>
        <w:rPr>
          <w:b/>
        </w:rPr>
        <w:t xml:space="preserve">[27:50] </w:t>
      </w:r>
      <w:r>
        <w:t>cheez nahi rehti. is ka matlab hota hai ke invisible world se invisible world mein jana. temporary world se eternal world mein jana.</w:t>
      </w:r>
    </w:p>
    <w:p>
      <w:pPr>
        <w:jc w:val="right"/>
      </w:pPr>
      <w:r>
        <w:t>چیز نہیں رہتی۔ اس کا مطلب ہوتا ہے کہ ان وزیبل ورلڈ سے ان وزیبل ورلڈ میں جانا۔ ٹیمپریری ورلڈ سے ایٹرنل ورلڈ میں جانا۔</w:t>
      </w:r>
    </w:p>
    <w:p>
      <w:r>
        <w:rPr>
          <w:b/>
        </w:rPr>
        <w:t xml:space="preserve">[28:02] </w:t>
      </w:r>
      <w:r>
        <w:t>imperfect world se perfect world mein jana. kaisi ajeeb baat hai. but death ek gate hai. death end of life nahi hai.</w:t>
      </w:r>
    </w:p>
    <w:p>
      <w:pPr>
        <w:jc w:val="right"/>
      </w:pPr>
      <w:r>
        <w:t>ام پرفیکٹ ورلڈ سے پرفیکٹ ورلڈ میں جانا۔ کیسی عجیب بات ہے۔ بٹ ڈیتھ ایک گیٹ ہے۔ ڈیتھ اینڈ آف لائف نہیں ہے۔</w:t>
      </w:r>
    </w:p>
    <w:p>
      <w:r>
        <w:rPr>
          <w:b/>
        </w:rPr>
        <w:t xml:space="preserve">[28:14] </w:t>
      </w:r>
      <w:r>
        <w:t>ek death hai. ek gate hai, gate.</w:t>
      </w:r>
    </w:p>
    <w:p>
      <w:pPr>
        <w:jc w:val="right"/>
      </w:pPr>
      <w:r>
        <w:t>ایک ڈیتھ ہے۔ ایک گیٹ ہے، گیٹ۔</w:t>
      </w:r>
    </w:p>
    <w:p>
      <w:r>
        <w:rPr>
          <w:b/>
        </w:rPr>
        <w:t xml:space="preserve">[28:18] </w:t>
      </w:r>
      <w:r>
        <w:t>to hum is gate ke us paar ek duniya hai, gate ke us paar ek duniya, duniya hai. idhar incomplete duniya hai, idhar complete duniya hai.</w:t>
      </w:r>
    </w:p>
    <w:p>
      <w:pPr>
        <w:jc w:val="right"/>
      </w:pPr>
      <w:r>
        <w:t>تو ہم اس گیٹ کے اس پار ایک دنیا ہے، گیٹ کے اس پار ایک دنیا، دنیا ہے۔ ادھر ان کمپلیٹ دنیا ہے، ادھر کمپلیٹ دنیا ہے۔</w:t>
      </w:r>
    </w:p>
    <w:p>
      <w:r>
        <w:rPr>
          <w:b/>
        </w:rPr>
        <w:t xml:space="preserve">[28:32] </w:t>
      </w:r>
      <w:r>
        <w:t>idhar temporary duniya hai, idhar eternal duniya hai. idhar problem world hai, idhar problem free world hai.</w:t>
      </w:r>
    </w:p>
    <w:p>
      <w:pPr>
        <w:jc w:val="right"/>
      </w:pPr>
      <w:r>
        <w:t>ادھر ٹیمپریری دنیا ہے، ادھر ایٹرنل دنیا ہے۔ ادھر پرابلم ورلڈ ہے، ادھر پرابلم فری ورلڈ ہے۔</w:t>
      </w:r>
    </w:p>
    <w:p>
      <w:r>
        <w:rPr>
          <w:b/>
        </w:rPr>
        <w:t xml:space="preserve">[28:44] </w:t>
      </w:r>
      <w:r>
        <w:t>to kaisi ajeeb cheez hai jo hum ko death yaad dilati hai. death ka yeh positive aspect hai. log death ke sirf negative aspect ko lete hain.</w:t>
      </w:r>
    </w:p>
    <w:p>
      <w:pPr>
        <w:jc w:val="right"/>
      </w:pPr>
      <w:r>
        <w:t>تو کیسی عجیب چیز ہے جو ہم کو ڈیتھ یاد دلاتی ہے۔ ڈیتھ کا یہ پازیٹیو ایسپیکٹ ہے۔ لوگ ڈیتھ کے صرف نیگیٹیو ایسپیکٹ کو لیتے ہیں۔</w:t>
      </w:r>
    </w:p>
    <w:p>
      <w:r>
        <w:rPr>
          <w:b/>
        </w:rPr>
        <w:t xml:space="preserve">[28:55] </w:t>
      </w:r>
      <w:r>
        <w:t>negative death ko sirf negative sense mein lete hain. isi liye dictionary mein likh diya ke death ka matlab hai permanent end of life.</w:t>
      </w:r>
    </w:p>
    <w:p>
      <w:pPr>
        <w:jc w:val="right"/>
      </w:pPr>
      <w:r>
        <w:t>نیگیٹیو ڈیتھ کو صرف نیگیٹیو سینس میں لیتے ہیں۔ اسی لیے ڈکشنری میں لکھ دیا کہ ڈیتھ کا مطلب ہے پرماننٹ اینڈ آف لائف۔</w:t>
      </w:r>
    </w:p>
    <w:p>
      <w:r>
        <w:rPr>
          <w:b/>
        </w:rPr>
        <w:t xml:space="preserve">[29:07] </w:t>
      </w:r>
      <w:r>
        <w:t>yeh yeh yeh yeh negative definition hai jo is ki likhi hui hai dictionario mein. woh death ka negative definition hai.</w:t>
      </w:r>
    </w:p>
    <w:p>
      <w:pPr>
        <w:jc w:val="right"/>
      </w:pPr>
      <w:r>
        <w:t>یہ یہ یہ یہ نیگیٹیو ڈیفینیشن ہے جو اس کی لکھی ہوئی ہے ڈکشنریوں میں۔ وہ ڈیتھ کا نیگیٹیو ڈیفینیشن ہے۔</w:t>
      </w:r>
    </w:p>
    <w:p>
      <w:r>
        <w:rPr>
          <w:b/>
        </w:rPr>
        <w:t xml:space="preserve">[29:19] </w:t>
      </w:r>
      <w:r>
        <w:t>main samajhta hoon ke is ka jo positive definition hai, woh is se beshumar guna zyada bara hai.</w:t>
      </w:r>
    </w:p>
    <w:p>
      <w:pPr>
        <w:jc w:val="right"/>
      </w:pPr>
      <w:r>
        <w:t>میں سمجھتا ہوں کہ اس کا جو پازیٹیو ڈیفینیشن ہے، وہ اس سے بے حساب گنا زیادہ بڑا ہے۔</w:t>
      </w:r>
    </w:p>
    <w:p>
      <w:r>
        <w:rPr>
          <w:b/>
        </w:rPr>
        <w:t xml:space="preserve">[29:28] </w:t>
      </w:r>
      <w:r>
        <w:t>death ki negative, death ki negative jo definition hai, woh to aap ko sirf maayusi degi aur aap ko koi cheez nahi degi.</w:t>
      </w:r>
    </w:p>
    <w:p>
      <w:pPr>
        <w:jc w:val="right"/>
      </w:pPr>
      <w:r>
        <w:t>ڈیتھ کی نیگیٹیو، ڈیتھ کی نیگیٹیو جو ڈیفینیشن ہے، وہ تو آپ کو صرف معاشی دے گی اور آپ کو کوئی چیز نہیں دے گی۔</w:t>
      </w:r>
    </w:p>
    <w:p>
      <w:r>
        <w:rPr>
          <w:b/>
        </w:rPr>
        <w:t xml:space="preserve">[29:42] </w:t>
      </w:r>
      <w:r>
        <w:t>lekin death ka positive definition jo hai, woh aap ko beshumar cheezein deta hai.</w:t>
      </w:r>
    </w:p>
    <w:p>
      <w:pPr>
        <w:jc w:val="right"/>
      </w:pPr>
      <w:r>
        <w:t>لیکن ڈیتھ کا پازیٹیو ڈیفینیشن جو ہے، وہ آپ کو بے شمار چیزیں دیتا ہے۔</w:t>
      </w:r>
    </w:p>
    <w:p>
      <w:r>
        <w:rPr>
          <w:b/>
        </w:rPr>
        <w:t xml:space="preserve">[29:48] </w:t>
      </w:r>
      <w:r>
        <w:t>is mein hope hai, is mein aik naya hosla hai, is mein aik aik aik nai yani riya riyaf hope hai, is mein kya kya cheezen hain death ke ke positive definition mein.</w:t>
      </w:r>
    </w:p>
    <w:p>
      <w:pPr>
        <w:jc w:val="right"/>
      </w:pPr>
      <w:r>
        <w:t>اس میں ہوپ ہے، اس میں ایک نیا حوصلہ ہے، اس میں ایک ایک ایک نئی یعنی ریا ریاف ہوپ ہے، اس میں کیا کیا چیزیں ہیں ڈیتھ کے کے پازیٹیو ڈیفینیشن میں۔</w:t>
      </w:r>
    </w:p>
    <w:p>
      <w:r>
        <w:rPr>
          <w:b/>
        </w:rPr>
        <w:t xml:space="preserve">[30:05] </w:t>
      </w:r>
      <w:r>
        <w:t>to yeh sab sochte hue mujhe lagta hai ke quran majeed mein kaisi ajeeb o ghareeb cheezen hain. kaisi ajeeb o ghareeb cheezen hain.</w:t>
      </w:r>
    </w:p>
    <w:p>
      <w:pPr>
        <w:jc w:val="right"/>
      </w:pPr>
      <w:r>
        <w:t>تو یہ سب سوچتے ہوئے مجھے لگتا ہے کہ قرآن مجید میں کیسی عجیب و غریب چیزیں ہیں۔ کیسی عجیب و غریب چیزیں ہیں۔</w:t>
      </w:r>
    </w:p>
    <w:p>
      <w:r>
        <w:rPr>
          <w:b/>
        </w:rPr>
        <w:t xml:space="preserve">[30:13] </w:t>
      </w:r>
      <w:r>
        <w:t>quran mein bar bar yeh baat batai gayi hai ke maut ke baad bhi aadmi zinda rehta hai. Bar bar. Quran ka mein ki jo baat hai, is mein aik aik bohat bunyadi cheez yeh hai ke maut jo hai, aap ke wajood ka khatma nahi hai.</w:t>
      </w:r>
    </w:p>
    <w:p>
      <w:pPr>
        <w:jc w:val="right"/>
      </w:pPr>
      <w:r>
        <w:t>قرآن میں بار بار یہ بات بتائی گئی ہے کہ موت کے بعد بھی آدمی زندہ رہتا ہے۔ بار بار۔ قرآن کا میں کی جو بات ہے، اس میں ایک ایک بہت بنیادی چیز یہ ہے کہ موت جو ہے، آپ کے وجود کا خاتمہ نہیں ہے۔</w:t>
      </w:r>
    </w:p>
    <w:p>
      <w:r>
        <w:rPr>
          <w:b/>
        </w:rPr>
        <w:t xml:space="preserve">[30:33] </w:t>
      </w:r>
      <w:r>
        <w:t>maut aap ke wajood ka, aap ke personality ka khatma nahi hai. Aur yahan bhi dekhen to mein samajhta hoon ke science jis ko confirm kar rahi hai.</w:t>
      </w:r>
    </w:p>
    <w:p>
      <w:pPr>
        <w:jc w:val="right"/>
      </w:pPr>
      <w:r>
        <w:t>موت آپ کے وجود کا، آپ کے پرسنیلٹی کا خاتمہ نہیں ہے۔ اور یہاں بھی دیکھیں تو میں سمجھتا ہوں کہ سائنس جس کو کنفرم کر رہی ہے۔</w:t>
      </w:r>
    </w:p>
    <w:p>
      <w:r>
        <w:rPr>
          <w:b/>
        </w:rPr>
        <w:t xml:space="preserve">[30:45] </w:t>
      </w:r>
      <w:r>
        <w:t>is zamane mein jo yeh studies ki gayi hain, to is ke is mein se aik cheez yeh hai ke hamara jo body hai, is mein taqreeban 10 trillion cells hotay hain.</w:t>
      </w:r>
    </w:p>
    <w:p>
      <w:pPr>
        <w:jc w:val="right"/>
      </w:pPr>
      <w:r>
        <w:t>اس زمانے میں جو یہ سٹڈیز کی گئی ہیں، تو اس کے اس میں سے ایک چیز یہ ہے کہ ہمارا جو باڈی ہے، اس میں تقریباً 10 ٹریلین سیلز ہوتے ہیں۔</w:t>
      </w:r>
    </w:p>
    <w:p>
      <w:r>
        <w:rPr>
          <w:b/>
        </w:rPr>
        <w:t xml:space="preserve">[31:00] </w:t>
      </w:r>
      <w:r>
        <w:t>10 trillion bohat chotay hotay hain woh. To woh aam qisam ki microscopes se aap nahi dekh saktay. Bohat hi taqatwar microscope, micro taqatwar khurdbeen chahiye is ko dekhnay ke liye.</w:t>
      </w:r>
    </w:p>
    <w:p>
      <w:pPr>
        <w:jc w:val="right"/>
      </w:pPr>
      <w:r>
        <w:t>10 ٹریلین بہت چھوٹے ہوتے ہیں وہ۔ تو وہ عام قسم کی مائیکروسکوپس سے آپ نہیں دیکھ سکتے۔ بہت ہی طاقتور مائیکروسکوپ، مائیکروس طاقتور خردبین چاہیے اس کو دیکھنے کے لیے۔</w:t>
      </w:r>
    </w:p>
    <w:p>
      <w:r>
        <w:rPr>
          <w:b/>
        </w:rPr>
        <w:t xml:space="preserve">[31:21] </w:t>
      </w:r>
      <w:r>
        <w:t>to yeh jo taqreeban 10 trillion cells hain hamari body mein, woh toot'tay rehtay hain, toot'tay rehtay hain, toot'tay rehtay hain.</w:t>
      </w:r>
    </w:p>
    <w:p>
      <w:pPr>
        <w:jc w:val="right"/>
      </w:pPr>
      <w:r>
        <w:t>تو یہ جو تقریباً 10 ٹریلین سیلز ہیں ہماری باڈی میں، وہ ٹوٹتے رہتے ہیں، ٹوٹتے رہتے ہیں، ٹوٹتے رہتے ہیں۔</w:t>
      </w:r>
    </w:p>
    <w:p>
      <w:r>
        <w:rPr>
          <w:b/>
        </w:rPr>
        <w:t xml:space="preserve">[31:33] </w:t>
      </w:r>
      <w:r>
        <w:t>aur jo hum khatay peetay hain, hamara jo food hai, woh food se yahi to hota hai. Food se cells bantay hain. Woh mukhtalif qisam ke cells, yani haddi ke alag hain, khoon ke alag hain,</w:t>
      </w:r>
    </w:p>
    <w:p>
      <w:pPr>
        <w:jc w:val="right"/>
      </w:pPr>
      <w:r>
        <w:t>اور جو ہم کھاتے پیتے ہیں، ہمارا جو فوڈ ہے، وہ فوڈ سے یہی تو ہوتا ہے۔ فوڈ سے سیلز بنتے ہیں۔ وہ مختلف قسم کے سیلز، یعنی ہڈی کے الگ ہیں، خون کے الگ ہیں،</w:t>
      </w:r>
    </w:p>
    <w:p>
      <w:r>
        <w:rPr>
          <w:b/>
        </w:rPr>
        <w:t xml:space="preserve">[31:46] </w:t>
      </w:r>
      <w:r>
        <w:t>baal ke alag hain, nakhun ke alag hain. Woh saaray cell bantay hain.</w:t>
      </w:r>
    </w:p>
    <w:p>
      <w:pPr>
        <w:jc w:val="right"/>
      </w:pPr>
      <w:r>
        <w:t>بال کے الگ ہیں، ناخن کے الگ ہیں۔ وہ سارے سیل بنتے ہیں۔</w:t>
      </w:r>
    </w:p>
    <w:p>
      <w:r>
        <w:rPr>
          <w:b/>
        </w:rPr>
        <w:t xml:space="preserve">[31:51] </w:t>
      </w:r>
      <w:r>
        <w:t>in ka replacement hota rehta hai. To bachpan se le kar barhaapay tak aadmi ke cell toot'tay rehtay hain. Aur yeh andaza lagaya gaya hai ke average jo is ka jo average lagaya gaya hai, average to woh taqreeban 10 saal mein yeh process complete ho jata hai.</w:t>
      </w:r>
    </w:p>
    <w:p>
      <w:pPr>
        <w:jc w:val="right"/>
      </w:pPr>
      <w:r>
        <w:t>ان کا ریپلیسمنٹ ہوتا رہتا ہے۔ تو بچپن سے لے کر بڑھاپے تک آدمی کے سیل ٹوٹتے رہتے ہیں۔ اور یہ اندازہ لگایا گیا ہے کہ ایوریج جو اس کا جو ایوریج لگایا گیا ہے، ایوریج تو وہ تقریباً 10 سال میں یہ پراسیس کمپلیٹ ہو جاتا ہے۔</w:t>
      </w:r>
    </w:p>
    <w:p>
      <w:r>
        <w:rPr>
          <w:b/>
        </w:rPr>
        <w:t xml:space="preserve">[32:13] </w:t>
      </w:r>
      <w:r>
        <w:t>10 saal mein yeh process complete ho jata hai ke aik aadmi agar farz kiye ke 90 saal jiya, 90 saal jiya, jis tarah abhi nelson mandela ki fawafat hui to woh to 95 saal ho chuki thi umer.</w:t>
      </w:r>
    </w:p>
    <w:p>
      <w:pPr>
        <w:jc w:val="right"/>
      </w:pPr>
      <w:r>
        <w:t>10 سال میں یہ پراسیس کمپلیٹ ہو جاتا ہے کہ ایک آدمی اگر فرض کیے کہ 90 سال جیا، 90 سال جیا، جس طرح ابھی نیسل منڈیلا کی وفات ہوئی تو وہ تو 95 سال ہو چکی تھی عمر۔</w:t>
      </w:r>
    </w:p>
    <w:p>
      <w:r>
        <w:rPr>
          <w:b/>
        </w:rPr>
        <w:t xml:space="preserve">[32:28] </w:t>
      </w:r>
      <w:r>
        <w:t>to agar aik aadmi 90 saal jiya, is ka matlab kya hua ke is ka body 10 baar badal chuka hai. Yeh jis ko hum body kehtay hain, jo dikhai deta hai, woh yahi nahi jo pehle tha.</w:t>
      </w:r>
    </w:p>
    <w:p>
      <w:pPr>
        <w:jc w:val="right"/>
      </w:pPr>
      <w:r>
        <w:t>تو اگر ایک آدمی 90 سال جیا، اس کا مطلب کیا ہوا کہ اس کا باڈی 10 بار بدل چکا ہے۔ یہ جس کو ہم باڈی کہتے ہیں، جو دکھائی دیتا ہے، وہ یہی نہیں جو پہلے تھا۔</w:t>
      </w:r>
    </w:p>
    <w:p>
      <w:r>
        <w:rPr>
          <w:b/>
        </w:rPr>
        <w:t xml:space="preserve">[32:42] </w:t>
      </w:r>
      <w:r>
        <w:t>woh badal chuka hai 10 baar 90 saal ki umer mein. To agar 90 saal ke baad is ka intiqal hota hai to dasveen baar badla woh.</w:t>
      </w:r>
    </w:p>
    <w:p>
      <w:pPr>
        <w:jc w:val="right"/>
      </w:pPr>
      <w:r>
        <w:t>وہ بدل چکا ہے 10 بار 90 سال کی عمر میں۔ تو اگر 90 سال کے بعد اس کا انتقال ہوتا ہے تو دسویں بار بدلا وہ۔</w:t>
      </w:r>
    </w:p>
    <w:p>
      <w:r>
        <w:rPr>
          <w:b/>
        </w:rPr>
        <w:t xml:space="preserve">[32:57] </w:t>
      </w:r>
      <w:r>
        <w:t>to is se pehle hum ne dekha hai ke ke bar bar badalnay ke bawajood personality aap ki waisi ki waisi hai.</w:t>
      </w:r>
    </w:p>
    <w:p>
      <w:pPr>
        <w:jc w:val="right"/>
      </w:pPr>
      <w:r>
        <w:t>تو اس سے پہلے ہم نے دیکھا ہے کہ کہ بار بار بدلنے کے باوجود پرسنیلٹی آپ کی ویسی کی ویسی ہے۔</w:t>
      </w:r>
    </w:p>
    <w:p>
      <w:r>
        <w:rPr>
          <w:b/>
        </w:rPr>
        <w:t xml:space="preserve">[33:05] </w:t>
      </w:r>
      <w:r>
        <w:t>Sigmund Freud ne is par research kiya hai. To is ne bataya hai ke insaan ki jo memory hai, is mein kuch bhi kami nahi hoti.</w:t>
      </w:r>
    </w:p>
    <w:p>
      <w:pPr>
        <w:jc w:val="right"/>
      </w:pPr>
      <w:r>
        <w:t>سگمنڈ فرائیڈ نے اس پر ریسرچ کیا ہے۔ تو اس نے بتایا ہے کہ انسان کی جو میموری ہے، اس میں کچھ بھی کمی نہیں ہوتی۔</w:t>
      </w:r>
    </w:p>
    <w:p>
      <w:r>
        <w:rPr>
          <w:b/>
        </w:rPr>
        <w:t xml:space="preserve">[33:17] </w:t>
      </w:r>
      <w:r>
        <w:t>memory kuch bhi kami nahi hoti. Jaisay mujhe apne aik aisa waqia bilkul aankhon ke samnay dikhai deta hai jab ke woh meri sirf paanch saal thi.</w:t>
      </w:r>
    </w:p>
    <w:p>
      <w:pPr>
        <w:jc w:val="right"/>
      </w:pPr>
      <w:r>
        <w:t>میموری کچھ بھی کمی نہیں ہوتی۔ جیسے مجھے اپنے ایک ایسا واقعہ بالکل آنکھوں کے سامنے دکھائی دیتا ہے جب کہ وہ میری صرف پانچ سال تھی۔</w:t>
      </w:r>
    </w:p>
    <w:p>
      <w:r>
        <w:rPr>
          <w:b/>
        </w:rPr>
        <w:t xml:space="preserve">[33:29] </w:t>
      </w:r>
      <w:r>
        <w:t>paanch saal ki umer mein mere sir mein yahan par aik phora ho gaya tha, abhi is ke nishan hain. To wahan par jarrah ne is ko nashtar chalaya tha, abhi bhi nishan yahan par hai.</w:t>
      </w:r>
    </w:p>
    <w:p>
      <w:pPr>
        <w:jc w:val="right"/>
      </w:pPr>
      <w:r>
        <w:t>پانچ سال کی عمر میں میرے سر میں یہاں پر ایک پھوڑا ہو گیا تھا، ابھی اس کے نشان ہیں۔ تو وہاں پر جراح نے اس کو نشتر چلایا تھا، ابھی بھی نشان یہاں پر ہے۔</w:t>
      </w:r>
    </w:p>
    <w:p>
      <w:r>
        <w:rPr>
          <w:b/>
        </w:rPr>
        <w:t xml:space="preserve">[33:39] </w:t>
      </w:r>
      <w:r>
        <w:t>to mujhe abhi dikhai deta hai ke mere baap jo thay, mujhe god mein liye hue hain aur jarrah nashtar kar raha hai. Aur woh lafz bhi mujhe yaad hain jo mein bola tha us waqt.</w:t>
      </w:r>
    </w:p>
    <w:p>
      <w:pPr>
        <w:jc w:val="right"/>
      </w:pPr>
      <w:r>
        <w:t>تو مجھے ابھی دکھائی دیتا ہے کہ میرے باپ جو تھے، مجھے گود میں لیے ہوئے ہیں اور جراح نشتر کر رہا ہے۔ اور وہ لفظ بھی مجھے یاد ہیں جو میں بولا تھا اس وقت۔</w:t>
      </w:r>
    </w:p>
    <w:p>
      <w:r>
        <w:rPr>
          <w:b/>
        </w:rPr>
        <w:t xml:space="preserve">[33:52] </w:t>
      </w:r>
      <w:r>
        <w:t>us waqt kya bola tha mein?</w:t>
      </w:r>
    </w:p>
    <w:p>
      <w:pPr>
        <w:jc w:val="right"/>
      </w:pPr>
      <w:r>
        <w:t>اس وقت کیا بولا تھا میں؟</w:t>
      </w:r>
    </w:p>
    <w:p>
      <w:r>
        <w:rPr>
          <w:b/>
        </w:rPr>
        <w:t xml:space="preserve">[33:56] </w:t>
      </w:r>
      <w:r>
        <w:t>to yeh kahan? Woh yeh memory mein, yeh woh memory kahan hai jis mein yeh yeh yaad-dasht mehfooz hai? Body to khatam ho gaya.</w:t>
      </w:r>
    </w:p>
    <w:p>
      <w:pPr>
        <w:jc w:val="right"/>
      </w:pPr>
      <w:r>
        <w:t>تو یہ کہاں؟ وہ یہ میموری میں، یہ وہ میموری کہاں ہے جس میں یہ یہ یادداشت محفوظ ہے؟ باڈی تو ختم ہو گیا۔</w:t>
      </w:r>
    </w:p>
    <w:p>
      <w:r>
        <w:rPr>
          <w:b/>
        </w:rPr>
        <w:t xml:space="preserve">[34:06] </w:t>
      </w:r>
      <w:r>
        <w:t>body to woh maujood nahi hai jo body us waqt tha.</w:t>
      </w:r>
    </w:p>
    <w:p>
      <w:pPr>
        <w:jc w:val="right"/>
      </w:pPr>
      <w:r>
        <w:t>باڈی تو وہ موجود نہیں ہے جو باڈی اس وقت تھا۔</w:t>
      </w:r>
    </w:p>
    <w:p>
      <w:r>
        <w:rPr>
          <w:b/>
        </w:rPr>
        <w:t xml:space="preserve">[34:09] </w:t>
      </w:r>
      <w:r>
        <w:t>to Sigmund Freud ka manna hai yeh, aur is par ab sab log mantay hain is ko ke hamari memory independently exist karti hai hamaray andar.</w:t>
      </w:r>
    </w:p>
    <w:p>
      <w:pPr>
        <w:jc w:val="right"/>
      </w:pPr>
      <w:r>
        <w:t>تو سگمنڈ فرائیڈ کا ماننا ہے یہ، اور اس پر اب سب لوگ مانتے ہیں اس کو کہ ہماری میموری انڈیپینڈنٹلی ایگزسٹ کرتی ہے ہمارے اندر۔</w:t>
      </w:r>
    </w:p>
    <w:p>
      <w:r>
        <w:rPr>
          <w:b/>
        </w:rPr>
        <w:t xml:space="preserve">[34:21] </w:t>
      </w:r>
      <w:r>
        <w:t>yani is body ke se azaad ho kar woh maujood hai hamari personality mein. To memory hamari personality ka hissa hai.</w:t>
      </w:r>
    </w:p>
    <w:p>
      <w:pPr>
        <w:jc w:val="right"/>
      </w:pPr>
      <w:r>
        <w:t>یعنی اس باڈی کے سے آزاد ہو کر وہ موجود ہے ہماری پرسنیلٹی میں۔ تو میموری ہماری پرسنیلٹی کا حصہ ہے۔</w:t>
      </w:r>
    </w:p>
    <w:p>
      <w:r>
        <w:rPr>
          <w:b/>
        </w:rPr>
        <w:t xml:space="preserve">[34:32] </w:t>
      </w:r>
      <w:r>
        <w:t>is ka matlab yeh hai ke body se alag exist kar rahi hai meri personality, real personality.</w:t>
      </w:r>
    </w:p>
    <w:p>
      <w:pPr>
        <w:jc w:val="right"/>
      </w:pPr>
      <w:r>
        <w:t>اس کا معنی یہ ہے کہ باڈی سے الگ ایگزسٹ کر رہی ہے میری پرسنیلٹی، ریئل پرسنیلٹی۔</w:t>
      </w:r>
    </w:p>
    <w:p>
      <w:r>
        <w:rPr>
          <w:b/>
        </w:rPr>
        <w:t xml:space="preserve">[34:40] </w:t>
      </w:r>
      <w:r>
        <w:t>mera soch, mera mind, meri memory jo yani body ke ilawa jo aik mere andar aik personality hai, woh musalsal exist kar rahi hai.</w:t>
      </w:r>
    </w:p>
    <w:p>
      <w:pPr>
        <w:jc w:val="right"/>
      </w:pPr>
      <w:r>
        <w:t>میرا سوچ، میرا مائنڈ، میری میموری جو یعنی باڈی کے علاوہ جو ایک میرے اندر ایک پرسنیلٹی ہے، وہ مسلسل ایگزسٹ کر رہی ہے۔</w:t>
      </w:r>
    </w:p>
    <w:p>
      <w:r>
        <w:rPr>
          <w:b/>
        </w:rPr>
        <w:t xml:space="preserve">[34:51] </w:t>
      </w:r>
      <w:r>
        <w:t>agarche mera body toot phoot raha hai, naye naye body aa rahe hain. is se yeh sabit hua ke hamara ek alag wajood hai body ke ilawa.</w:t>
      </w:r>
    </w:p>
    <w:p>
      <w:pPr>
        <w:jc w:val="right"/>
      </w:pPr>
      <w:r>
        <w:t>اگرچہ میرا باڈی ٹوٹ پھوٹ رہا ہے، نئے نئے باڈی آ رہے ہیں۔ اس سے یہ ثابت ہوا کہ ہمارا ایک الگ وجود ہے باڈی کے علاوہ۔</w:t>
      </w:r>
    </w:p>
    <w:p>
      <w:r>
        <w:rPr>
          <w:b/>
        </w:rPr>
        <w:t xml:space="preserve">[35:05] </w:t>
      </w:r>
      <w:r>
        <w:t>dekh, philosopher ne is ko, main is ko in lafzon mein kaha ke personality change lies in change.</w:t>
      </w:r>
    </w:p>
    <w:p>
      <w:pPr>
        <w:jc w:val="right"/>
      </w:pPr>
      <w:r>
        <w:t>دیکھ، فلاسفر نے اس کو، میں اس کو ان لفظوں میں کہا کہ پرسنیلٹیز چینج لیسز ان چینج۔</w:t>
      </w:r>
    </w:p>
    <w:p>
      <w:r>
        <w:rPr>
          <w:b/>
        </w:rPr>
        <w:t xml:space="preserve">[35:16] </w:t>
      </w:r>
      <w:r>
        <w:t>personality change lies in change. insaan ki personality ek badalti hui cheez ke darmiyan ek na badalne wali cheez hai, ghair mubaddal.</w:t>
      </w:r>
    </w:p>
    <w:p>
      <w:pPr>
        <w:jc w:val="right"/>
      </w:pPr>
      <w:r>
        <w:t>پرسنیلٹیز چینج لیسز ان چینج۔ انسان کی پرسنیلٹی ایک بدلتی ہوئی چیز کے درمیان ایک نہ بدلنے والی چیز ہے، غیر مبدل۔</w:t>
      </w:r>
    </w:p>
    <w:p>
      <w:r>
        <w:rPr>
          <w:b/>
        </w:rPr>
        <w:t xml:space="preserve">[35:34] </w:t>
      </w:r>
      <w:r>
        <w:t>jis ka matlab kya hua</w:t>
      </w:r>
    </w:p>
    <w:p>
      <w:pPr>
        <w:jc w:val="right"/>
      </w:pPr>
      <w:r>
        <w:t>جس کا مطلب کیا ہوا</w:t>
      </w:r>
    </w:p>
    <w:p>
      <w:r>
        <w:rPr>
          <w:b/>
        </w:rPr>
        <w:t xml:space="preserve">[35:35] </w:t>
      </w:r>
      <w:r>
        <w:t>? aaj bhi hum is baat ka ek experience kar rahe hain, aaj bhi ke hamare andar ek eternal being hai.</w:t>
      </w:r>
    </w:p>
    <w:p>
      <w:pPr>
        <w:jc w:val="right"/>
      </w:pPr>
      <w:r>
        <w:t>؟ آج بھی ہم اس بات کا ایک ایکسپیرینس کر رہے ہیں، آج بھی کہ ہمارے اندر ایک ایٹرنل بینگ ہے۔</w:t>
      </w:r>
    </w:p>
    <w:p>
      <w:r>
        <w:rPr>
          <w:b/>
        </w:rPr>
        <w:t xml:space="preserve">[35:45] </w:t>
      </w:r>
      <w:r>
        <w:t>aaj bhi to eternal being jo hai, maut ke baad kahan chali gayi? maut jab aayi to hamara body to daal diya gaya qabr mein.</w:t>
      </w:r>
    </w:p>
    <w:p>
      <w:pPr>
        <w:jc w:val="right"/>
      </w:pPr>
      <w:r>
        <w:t>آج بھی تو ایٹرنل بینگ جو ہے، موت کے بعد کہاں چلی گئی؟ موت جب آئی تو ہمارا باڈی تو ڈال دیا گیا قبر میں۔</w:t>
      </w:r>
    </w:p>
    <w:p>
      <w:r>
        <w:rPr>
          <w:b/>
        </w:rPr>
        <w:t xml:space="preserve">[35:55] </w:t>
      </w:r>
      <w:r>
        <w:t>wo wo eternal being kahan gayi? wo eternal being</w:t>
      </w:r>
    </w:p>
    <w:p>
      <w:pPr>
        <w:jc w:val="right"/>
      </w:pPr>
      <w:r>
        <w:t>وہ وہ ایٹرنل بینگ کہاں گئی؟ وہ ایٹرنل بینگ</w:t>
      </w:r>
    </w:p>
    <w:p>
      <w:r>
        <w:rPr>
          <w:b/>
        </w:rPr>
        <w:t xml:space="preserve">[36:03] </w:t>
      </w:r>
      <w:r>
        <w:t>to yahan jaiz taur par yeh kaha sakta hai ke visible birds, visible world se nikal kar wo invisible mein chali gayi.</w:t>
      </w:r>
    </w:p>
    <w:p>
      <w:pPr>
        <w:jc w:val="right"/>
      </w:pPr>
      <w:r>
        <w:t>تو یہاں جائز طور پر یہ کہا سکتا ہے کہ وزیبل برڈز، وزیبل ورلڈ سے نکل کر وہ ان وزیبل میں چلی گئی۔</w:t>
      </w:r>
    </w:p>
    <w:p>
      <w:r>
        <w:rPr>
          <w:b/>
        </w:rPr>
        <w:t xml:space="preserve">[36:15] </w:t>
      </w:r>
      <w:r>
        <w:t>wohi cheez jis ko hum kehte hain dark matter. to dark matter ke bare mein yeh nazariya hai ke hamare visible world se bohat zyada bada hai, wo bohat zyada bada hai.</w:t>
      </w:r>
    </w:p>
    <w:p>
      <w:pPr>
        <w:jc w:val="right"/>
      </w:pPr>
      <w:r>
        <w:t>وہی چیز جس کو ہم کہتے ہیں ڈارک میٹر۔ تو ڈارک میٹر کے بارے میں یہ نظریہ ہے کہ ہمارے وزیبل ورلڈ سے بہت زیادہ بڑا ہے، وہ بہت زیادہ بڑا ہے۔</w:t>
      </w:r>
    </w:p>
    <w:p>
      <w:r>
        <w:rPr>
          <w:b/>
        </w:rPr>
        <w:t xml:space="preserve">[36:28] </w:t>
      </w:r>
      <w:r>
        <w:t>to quran mein jo hai ke jannat ke bare mein arz o samawat wards,</w:t>
      </w:r>
    </w:p>
    <w:p>
      <w:pPr>
        <w:jc w:val="right"/>
      </w:pPr>
      <w:r>
        <w:t>تو قرآن میں جو ہے کہ جنت کے بارے میں ارض و سماوات وارڈز،</w:t>
      </w:r>
    </w:p>
    <w:p>
      <w:r>
        <w:rPr>
          <w:b/>
        </w:rPr>
        <w:t xml:space="preserve">[36:37] </w:t>
      </w:r>
      <w:r>
        <w:t>jannat</w:t>
      </w:r>
    </w:p>
    <w:p>
      <w:pPr>
        <w:jc w:val="right"/>
      </w:pPr>
      <w:r>
        <w:t>جن</w:t>
      </w:r>
    </w:p>
    <w:p>
      <w:r>
        <w:rPr>
          <w:b/>
        </w:rPr>
        <w:t xml:space="preserve">[36:38] </w:t>
      </w:r>
      <w:r>
        <w:t>ke bare mein tasawwur diya gaya hai ke zameen o aasman sab tak phaila hua hai. is ka is ka area bohat ajeeb baat hai,</w:t>
      </w:r>
    </w:p>
    <w:p>
      <w:pPr>
        <w:jc w:val="right"/>
      </w:pPr>
      <w:r>
        <w:t>ت کے بارے میں تصور دیا گیا ہے کہ زمین و آسمان سب تک پھیلا ہوا ہے۔ اس کا اس کا ایریا بہت عجیب بات ہے،</w:t>
      </w:r>
    </w:p>
    <w:p>
      <w:r>
        <w:rPr>
          <w:b/>
        </w:rPr>
        <w:t xml:space="preserve">[36:52] </w:t>
      </w:r>
      <w:r>
        <w:t>bohat ajeeb baat hai. saar'u ila maghfirat wa jannat arz o samawat wal arz,</w:t>
      </w:r>
    </w:p>
    <w:p>
      <w:pPr>
        <w:jc w:val="right"/>
      </w:pPr>
      <w:r>
        <w:t>بہت عجیب بات ہے۔ سارع الا مغفرت وجنت ارض و سماوات والارض،</w:t>
      </w:r>
    </w:p>
    <w:p>
      <w:r>
        <w:rPr>
          <w:b/>
        </w:rPr>
        <w:t xml:space="preserve">[37:00] </w:t>
      </w:r>
      <w:r>
        <w:t>daudo ek kayi jannat ki taraf jis ke jis ka expansion, jis ki tauseeat poori zameen o aasman tak phaili hui hain. to dark matter ka tasawwur to yahi hai ke poori kainat mein phaila hua hai.</w:t>
      </w:r>
    </w:p>
    <w:p>
      <w:pPr>
        <w:jc w:val="right"/>
      </w:pPr>
      <w:r>
        <w:t>دوڑو ایک کئی جنت کی طرف جس کے جس کا ایکسپینشن، جس کی توسیعات پوری زمین و آسمان تک پھیلی ہوئی ہیں۔ تو ڈارک میٹر کا تصور تو یہی ہے کہ پوری کائنات میں پھیلا ہوا ہے۔</w:t>
      </w:r>
    </w:p>
    <w:p>
      <w:r>
        <w:rPr>
          <w:b/>
        </w:rPr>
        <w:t xml:space="preserve">[37:14] </w:t>
      </w:r>
      <w:r>
        <w:t>wo main yeh nahi kehta ke yahi, yaani main is ko is mani mein le raha hoon ke yeh is se wo cheez understandable ho jati hai.</w:t>
      </w:r>
    </w:p>
    <w:p>
      <w:pPr>
        <w:jc w:val="right"/>
      </w:pPr>
      <w:r>
        <w:t>وہ میں یہ نہیں کہتا کہ یہی، یعنی میں اس کو اس معنی میں لے رہا ہوں کہ یہ اس سے وہ چیز انڈرسٹڈیبل ہو جاتی ہے۔</w:t>
      </w:r>
    </w:p>
    <w:p>
      <w:r>
        <w:rPr>
          <w:b/>
        </w:rPr>
        <w:t xml:space="preserve">[37:24] </w:t>
      </w:r>
      <w:r>
        <w:t>bas isi mani mein le</w:t>
      </w:r>
    </w:p>
    <w:p>
      <w:pPr>
        <w:jc w:val="right"/>
      </w:pPr>
      <w:r>
        <w:t>بس اسی معنی میں لے</w:t>
      </w:r>
    </w:p>
    <w:p>
      <w:r>
        <w:rPr>
          <w:b/>
        </w:rPr>
        <w:t xml:space="preserve">[37:25] </w:t>
      </w:r>
      <w:r>
        <w:t>raha hoon main. main yeh nahi kehta ke directly matter hai wo wo cheez jis ko quran mein bataya gaya hai. main sirf yeh kehta hoon ke quran mein jo baat batayi gayi hai, wo hamare liye</w:t>
      </w:r>
    </w:p>
    <w:p>
      <w:pPr>
        <w:jc w:val="right"/>
      </w:pPr>
      <w:r>
        <w:t>رہا ہوں میں۔ میں یہ نہیں کہتا کہ ڈائریکٹ میٹرلی ہے وہ وہ چیز جس کو قرآن میں بتایا گیا ہے۔ میں صرف یہ کہتا ہوں کہ قرآن میں جو بات بتائی گئی ہے، وہ ہمارے لیے</w:t>
      </w:r>
    </w:p>
    <w:p>
      <w:r>
        <w:rPr>
          <w:b/>
        </w:rPr>
        <w:t xml:space="preserve">[37:38] </w:t>
      </w:r>
      <w:r>
        <w:t>understandable ho jati hai, qabil e fahm ho jati hai. to main sirf is ko qabil e fahm banane ke liye yeh baat keh raha hoon. haqeeqat mein kya hai, wo sirf Allah ko pata hai.</w:t>
      </w:r>
    </w:p>
    <w:p>
      <w:pPr>
        <w:jc w:val="right"/>
      </w:pPr>
      <w:r>
        <w:t>انڈرسٹڈیبل ہو جاتی ہے، قابل فہم ہو جاتی ہے۔ تو میں صرف اس کو قابل فہم بنانے کے لیے یہ بات کہہ رہا ہوں۔ حقیقت میں کیا ہے، وہ صرف اللہ کو پتہ ہے۔</w:t>
      </w:r>
    </w:p>
    <w:p>
      <w:r>
        <w:rPr>
          <w:b/>
        </w:rPr>
        <w:t xml:space="preserve">[37:51] </w:t>
      </w:r>
      <w:r>
        <w:t>to behal yeh jis baat par main zor de raha hoon is waqt, wo yeh hai ke death ka negative jo concept hai, wo galat hai.</w:t>
      </w:r>
    </w:p>
    <w:p>
      <w:pPr>
        <w:jc w:val="right"/>
      </w:pPr>
      <w:r>
        <w:t>تو بہرحال یہ جس بات پر میں زور دے رہا ہوں اس وقت، وہ یہ ہے کہ ڈیتھ کا نیگیٹیو جو کانسیپٹ ہے، وہ غلط ہے۔</w:t>
      </w:r>
    </w:p>
    <w:p>
      <w:r>
        <w:rPr>
          <w:b/>
        </w:rPr>
        <w:t xml:space="preserve">[38:04] </w:t>
      </w:r>
      <w:r>
        <w:t>death ki jo negative definition hai, wo galat hai. aur quran o hadees mein jo baat kahi gayi, wo death ka positive definition hai.</w:t>
      </w:r>
    </w:p>
    <w:p>
      <w:pPr>
        <w:jc w:val="right"/>
      </w:pPr>
      <w:r>
        <w:t>ڈیتھ کی جو نیگیٹیو ڈیفینیشن ہے، وہ غلط ہے۔ اور قرآن و حدیث میں جو بات کہی گئی، وہ ڈیتھ کا پازیٹیو ڈیفینیشن ہے۔</w:t>
      </w:r>
    </w:p>
    <w:p>
      <w:r>
        <w:rPr>
          <w:b/>
        </w:rPr>
        <w:t xml:space="preserve">[38:14] </w:t>
      </w:r>
      <w:r>
        <w:t>death ka positive definition hai ke aap jitna zyada sochenge death ke upar, utni aur aur baatein khulegi aap ko.</w:t>
      </w:r>
    </w:p>
    <w:p>
      <w:pPr>
        <w:jc w:val="right"/>
      </w:pPr>
      <w:r>
        <w:t>ڈیتھ کا پازیٹیو ڈیفینیشن ہے کہ آپ جتنا زیادہ سوچیں گے ڈیتھ کے اوپر، اتنی اور اور باتیں کھلیں گی آپ کو۔</w:t>
      </w:r>
    </w:p>
    <w:p>
      <w:r>
        <w:rPr>
          <w:b/>
        </w:rPr>
        <w:t xml:space="preserve">[38:24] </w:t>
      </w:r>
      <w:r>
        <w:t>utni aur aur baatein aap ko samajh mein aayegi. jaisa ke mujhe samajh mein aayi, yaani in chand dino mein, in chand dino mein, yaani yaani 4 December se aaj tak, main barabar isi par sochta raha, isi par sochta raha.</w:t>
      </w:r>
    </w:p>
    <w:p>
      <w:pPr>
        <w:jc w:val="right"/>
      </w:pPr>
      <w:r>
        <w:t>اتنی اور اور باتیں آپ کو سمجھ میں آئیں گی۔ جیسا کہ مجھے سمجھ میں آئی، یعنی ان چند دنوں میں، ان چند دنوں میں، یعنی یعنی چار دسمبر سے آج تک، میں برابر اسی پر سوچتا رہا، اسی پر سوچتا رہا۔</w:t>
      </w:r>
    </w:p>
    <w:p>
      <w:r>
        <w:rPr>
          <w:b/>
        </w:rPr>
        <w:t xml:space="preserve">[38:44] </w:t>
      </w:r>
      <w:r>
        <w:t>to ajeeb ghareeb taur par itni sari baatein samajh mein aayin. mislan yeh baat jo hai, bilkul isi par sochte sochte meri samajh mein aayi ke kyun aisa hai ke log maut ko dekhte hain, phir bhi apni maut ko nahi soch paate.</w:t>
      </w:r>
    </w:p>
    <w:p>
      <w:pPr>
        <w:jc w:val="right"/>
      </w:pPr>
      <w:r>
        <w:t>تو عجیب غریب طور پر اتنی ساری باتیں سمجھ میں آئیں۔ مثلاً یہ بات جو ہے، بالکل اسی پر سوچتے سوچتے میری سمجھ میں آئی کہ کیوں ایسا ہے کہ لوگ موت کو دیکھتے ہیں، پھر بھی اپنی موت کو نہیں سوچ پاتے۔</w:t>
      </w:r>
    </w:p>
    <w:p>
      <w:r>
        <w:rPr>
          <w:b/>
        </w:rPr>
        <w:t xml:space="preserve">[38:59] </w:t>
      </w:r>
      <w:r>
        <w:t>wo dekhte hain ke log rozana mar rahe hain, har second maut ho rahi hai duniya mein, kisi ne kisi ki.</w:t>
      </w:r>
    </w:p>
    <w:p>
      <w:pPr>
        <w:jc w:val="right"/>
      </w:pPr>
      <w:r>
        <w:t>وہ دیکھتے ہیں کہ لوگ روزانہ مر رہے ہیں، ہر سیکنڈ موت ہو رہی ہے دنیا میں، کسی نے کسی کی۔</w:t>
      </w:r>
    </w:p>
    <w:p>
      <w:r>
        <w:rPr>
          <w:b/>
        </w:rPr>
        <w:t xml:space="preserve">[39:10] </w:t>
      </w:r>
      <w:r>
        <w:t>to apne bare mein sochna chahiye ke mujhe bhi marna hai. is andaaz mein sochta hai aadmi.</w:t>
      </w:r>
    </w:p>
    <w:p>
      <w:pPr>
        <w:jc w:val="right"/>
      </w:pPr>
      <w:r>
        <w:t>تو اپنے بارے میں سوچنا چاہیے کہ مجھے بھی مرنا ہے۔ اس انداز میں سوچتا ہے آدمی۔</w:t>
      </w:r>
    </w:p>
    <w:p>
      <w:r>
        <w:rPr>
          <w:b/>
        </w:rPr>
        <w:t xml:space="preserve">[39:15] </w:t>
      </w:r>
      <w:r>
        <w:t>kyun? maut ka jo concept hai, woh aap ke unconscious mind mein hai, aap ke lashaoor mein hai.</w:t>
      </w:r>
    </w:p>
    <w:p>
      <w:pPr>
        <w:jc w:val="right"/>
      </w:pPr>
      <w:r>
        <w:t>کیوں؟ موت کا جو کانسیپٹ ہے، وہ آپ کے انکانسس مائنڈ میں ہے، آپ کے لاشعور میں ہے۔</w:t>
      </w:r>
    </w:p>
    <w:p>
      <w:r>
        <w:rPr>
          <w:b/>
        </w:rPr>
        <w:t xml:space="preserve">[39:26] </w:t>
      </w:r>
      <w:r>
        <w:t>isi liye kaha gaya ke bohat ziyada socho, bohat ziyada socho maut ke bare mein, taake jo cheez lashaoor mein hai, us ko tum shaoor mein la sako. phir woh tumhari living memory mein aa jayegi, phir us ke positive faiday tum ko milenge.</w:t>
      </w:r>
    </w:p>
    <w:p>
      <w:pPr>
        <w:jc w:val="right"/>
      </w:pPr>
      <w:r>
        <w:t>اسی لیے کہا گیا کہ بہت زیادہ سوچو، بہت زیادہ سوچو موت کے بارے میں، تاکہ جو چیز لاشعور میں ہے، اس کو تم شعور میں لا سکو۔ پھر وہ تمہاری لیونگ میموری میں آ جائے گی، پھر اس کے پازیٹیو فائدے تم کو ملیں گے۔</w:t>
      </w:r>
    </w:p>
    <w:p>
      <w:r>
        <w:rPr>
          <w:b/>
        </w:rPr>
        <w:t xml:space="preserve">[39:45] </w:t>
      </w:r>
      <w:r>
        <w:t>to aap ghor kijiye, kaisi ajeeb baat hai yeh. yaani maut ko agar is aitbaar se aap lein to maut to ek bohat hi, yaani ek ek positive reminder hai aap ke liye.</w:t>
      </w:r>
    </w:p>
    <w:p>
      <w:pPr>
        <w:jc w:val="right"/>
      </w:pPr>
      <w:r>
        <w:t>تو آپ غور کیجئے، کیسی عجیب بات ہے یہ۔ یعنی موت کو اگر اس اعتبار سے آپ لیں تو موت تو ایک بہت ہی، یعنی ایک ایک پازیٹیو ریمائنڈر ہے آپ کے لیے۔</w:t>
      </w:r>
    </w:p>
    <w:p>
      <w:r>
        <w:rPr>
          <w:b/>
        </w:rPr>
        <w:t xml:space="preserve">[40:01] </w:t>
      </w:r>
      <w:r>
        <w:t>badi badi baaton ko aap ko batane wali hai. is tareeqe se agar aap lenge jab maut ko to kya hoga ke aap apni zindagi ki priorities ko reset karenge.</w:t>
      </w:r>
    </w:p>
    <w:p>
      <w:pPr>
        <w:jc w:val="right"/>
      </w:pPr>
      <w:r>
        <w:t>بڑی بڑی باتوں کو آپ کو بتانے والی ہے۔ اس طریقے سے اگر آپ لیں گے جب موت کو تو کیا ہوگا کہ آپ اپنی زندگی کی پرائرٹیز کو ری سیٹ کریں گے۔</w:t>
      </w:r>
    </w:p>
    <w:p>
      <w:r>
        <w:rPr>
          <w:b/>
        </w:rPr>
        <w:t xml:space="preserve">[40:16] </w:t>
      </w:r>
      <w:r>
        <w:t>apni zindagi ki jo priorities hain, us ko reset karenge. aap apni zindagi ke jo planning hai, us ko replanning karenge. aap aap ki jo thinking hai, us mein aap ek rethinking aayegi.</w:t>
      </w:r>
    </w:p>
    <w:p>
      <w:pPr>
        <w:jc w:val="right"/>
      </w:pPr>
      <w:r>
        <w:t>اپنی زندگی کی جو پرائرٹیز ہیں، اس کو ری سیٹ کریں گے۔ آپ اپنی زندگی کے جو پلاننگ ہے، اس کو ری پلاننگ کریں گے۔ آپ آپ کی جو تھنکنگ ہے، اس میں آپ ایک ری تھنکنگ آئے گی۔</w:t>
      </w:r>
    </w:p>
    <w:p>
      <w:r>
        <w:rPr>
          <w:b/>
        </w:rPr>
        <w:t xml:space="preserve">[40:29] </w:t>
      </w:r>
      <w:r>
        <w:t>aur jisko jis cheez ko kaha gaya hai mazhab mein muhasba, muhasba yaani introspection, woh bohat badh jayega aap ka.</w:t>
      </w:r>
    </w:p>
    <w:p>
      <w:pPr>
        <w:jc w:val="right"/>
      </w:pPr>
      <w:r>
        <w:t>اور جس کو جس چیز کو کہا گیا ہے مذہب میں محاسبہ، محاسبہ یعنی انٹراسپیکشن، وہ بہت بڑھ جائے گا آپ کا۔</w:t>
      </w:r>
    </w:p>
    <w:p>
      <w:r>
        <w:rPr>
          <w:b/>
        </w:rPr>
        <w:t xml:space="preserve">[40:42] </w:t>
      </w:r>
      <w:r>
        <w:t>achha dekhein, yahan ek baat yeh bhi hai ke in cheezon ka maind mein aana ya in cheezon ke bare mein sochna, yeh bhi ek</w:t>
      </w:r>
    </w:p>
    <w:p>
      <w:pPr>
        <w:jc w:val="right"/>
      </w:pPr>
      <w:r>
        <w:t>اچھا دیکھیں، یہاں ایک بات یہ بھی ہے کہ ان چیزوں کا مائنڈ میں آنا یا ان چیزوں کے بارے میں سوچنا، یہ بھی ایک</w:t>
      </w:r>
    </w:p>
    <w:p>
      <w:r>
        <w:rPr>
          <w:b/>
        </w:rPr>
        <w:t xml:space="preserve">[40:53] </w:t>
      </w:r>
      <w:r>
        <w:t>sirf saada baat nahi hai. jab aap ek cheez ke bare mein sochte hain to bohat cheezon ke bare mein sochne ke qabil banate hain apne aap ko.</w:t>
      </w:r>
    </w:p>
    <w:p>
      <w:pPr>
        <w:jc w:val="right"/>
      </w:pPr>
      <w:r>
        <w:t>صرف سادہ بات نہیں ہے۔ جب آپ ایک چیز کے بارے میں سوچتے ہیں تو بہت چیزوں کے بارے میں سوچنے کے قابل بناتے ہیں اپنے آپ کو۔</w:t>
      </w:r>
    </w:p>
    <w:p>
      <w:r>
        <w:rPr>
          <w:b/>
        </w:rPr>
        <w:t xml:space="preserve">[41:04] </w:t>
      </w:r>
      <w:r>
        <w:t>yaani agar maut ke bare mein aap sochein, is ka matlab bhi yeh nahi hai ke sirf maut ke bare mein aap ka dimagh soch</w:t>
      </w:r>
    </w:p>
    <w:p>
      <w:pPr>
        <w:jc w:val="right"/>
      </w:pPr>
      <w:r>
        <w:t>یعنی اگر موت کے بارے میں آپ سوچیں، اس کا مطلب بھی یہ نہیں ہے کہ صرف موت کے بارے میں آپ کا دماغ سوچ</w:t>
      </w:r>
    </w:p>
    <w:p>
      <w:r>
        <w:rPr>
          <w:b/>
        </w:rPr>
        <w:t xml:space="preserve">[41:10] </w:t>
      </w:r>
      <w:r>
        <w:t>raha hai. nahi, apni thinking power ko badha raha hai. yeh bohat ajeeb o ghareeb law of nature hai. yeh bohat ajeeb o ghareeb law of nature hai ke aap soch rahe hain ek cheez ke bare mein, lekin hazar cheez ke bare mein sochne ke qabil bana rahe hain apne mind ko aap.</w:t>
      </w:r>
    </w:p>
    <w:p>
      <w:pPr>
        <w:jc w:val="right"/>
      </w:pPr>
      <w:r>
        <w:t>رہا ہے۔ نہیں، اپنی تھنکنگ پاور کو بڑھا رہا ہے۔ یہ بہت عجیب و غریب لاء آف نیچر ہے۔ یہ بہت عجیب و غریب لاء آف نیچر ہے کہ آپ سوچ رہے ہیں ایک چیز کے بارے میں، لیکن ہزار چیز کے بارے میں سوچنے کے قابل بنا رہے ہیں اپنے مائنڈ کو آپ۔</w:t>
      </w:r>
    </w:p>
    <w:p>
      <w:r>
        <w:rPr>
          <w:b/>
        </w:rPr>
        <w:t xml:space="preserve">[41:30] </w:t>
      </w:r>
      <w:r>
        <w:t>yaani think capacity badh rahi hai aap ki, thinking power badh raha hai aap ka, thinking horizon badh raha hai aap ka.</w:t>
      </w:r>
    </w:p>
    <w:p>
      <w:pPr>
        <w:jc w:val="right"/>
      </w:pPr>
      <w:r>
        <w:t>یعنی تھنک کیپیسٹی بڑھ رہی ہے آپ کی، تھنکنگ پاور بڑھ رہا ہے آپ کا، تھنکنگ ہورائزن بڑھ رہا ہے آپ کا۔</w:t>
      </w:r>
    </w:p>
    <w:p>
      <w:r>
        <w:rPr>
          <w:b/>
        </w:rPr>
        <w:t xml:space="preserve">[41:41] </w:t>
      </w:r>
      <w:r>
        <w:t>aap apne mind se super mind bana rahe hain. aap itne sare faiday is mein hain.</w:t>
      </w:r>
    </w:p>
    <w:p>
      <w:pPr>
        <w:jc w:val="right"/>
      </w:pPr>
      <w:r>
        <w:t>آپ اپنے مائنڈ سے سپر مائنڈ بنا رہے ہیں۔ آپ اتنے سارے فائدے اس میں ہیں۔</w:t>
      </w:r>
    </w:p>
    <w:p>
      <w:r>
        <w:rPr>
          <w:b/>
        </w:rPr>
        <w:t xml:space="preserve">[41:50] </w:t>
      </w:r>
      <w:r>
        <w:t>to mujhe apne bare mein yeh kahunga ke مرحوم ki maut se mujhe nayi nayi discovery hui, nayi nayi baatein samajh mein aayin, naye naye darwaze khule.</w:t>
      </w:r>
    </w:p>
    <w:p>
      <w:pPr>
        <w:jc w:val="right"/>
      </w:pPr>
      <w:r>
        <w:t>تو مجھے اپنے بارے میں یہ کہوں گا کہ مرحوم کی موت سے مجھے نئی نئی ڈسکوری ہوئی، نئی نئی باتیں سمجھ میں آئیں، نئے نئے دروازے کھلے۔</w:t>
      </w:r>
    </w:p>
    <w:p>
      <w:r>
        <w:rPr>
          <w:b/>
        </w:rPr>
        <w:t xml:space="preserve">[42:07] </w:t>
      </w:r>
      <w:r>
        <w:t>to mein dua karta hoon ke Allah taala mujh ko aur aap ko tofeeq de ke hum cheezon ko positive way mein lein aur cheezon par positive way mein sochein.</w:t>
      </w:r>
    </w:p>
    <w:p>
      <w:pPr>
        <w:jc w:val="right"/>
      </w:pPr>
      <w:r>
        <w:t>تو میں دعا کرتا ہوں کہ اللہ تعالیٰ مجھ کو اور آپ کو توفیق دے کہ ہم چیزوں کو پازیٹیو وے میں لیں اور چیزوں پر پازیٹیو وے میں سوچیں۔</w:t>
      </w:r>
    </w:p>
    <w:p>
      <w:r>
        <w:rPr>
          <w:b/>
        </w:rPr>
        <w:t xml:space="preserve">[42:23] </w:t>
      </w:r>
      <w:r>
        <w:t>aisa hum karenge to hamara intellectual development hoga, spiritual development hoga.</w:t>
      </w:r>
    </w:p>
    <w:p>
      <w:pPr>
        <w:jc w:val="right"/>
      </w:pPr>
      <w:r>
        <w:t>ایسا ہم کریں گے تو ہمارا انٹلیکچول ڈیویلپمنٹ ہوگا، اسپریچول ڈیویلپمنٹ ہوگا۔</w:t>
      </w:r>
    </w:p>
    <w:p>
      <w:r>
        <w:rPr>
          <w:b/>
        </w:rPr>
        <w:t xml:space="preserve">[42:33] </w:t>
      </w:r>
      <w:r>
        <w:t>hum creation ko aur creator ko dono ko aur ziyada daryaft kar paayenge, apni zindagi ko ziyada meaningful bana paayenge.</w:t>
      </w:r>
    </w:p>
    <w:p>
      <w:pPr>
        <w:jc w:val="right"/>
      </w:pPr>
      <w:r>
        <w:t>ہم کریشن کو اور کریٹر کو دونوں کو اور زیادہ دریافت کر پائیں گے، اپنی زندگی کو زیادہ میننگ فل بنا پائیں گے۔</w:t>
      </w:r>
    </w:p>
    <w:p>
      <w:r>
        <w:rPr>
          <w:b/>
        </w:rPr>
        <w:t xml:space="preserve">[42:47] </w:t>
      </w:r>
      <w:r>
        <w:t>kaisi ajeeb baat hai ke ek naya process jari hoga aap ke mind mein, jis se aap apni zindagi ko ziyada meaningful bana paayenge.</w:t>
      </w:r>
    </w:p>
    <w:p>
      <w:pPr>
        <w:jc w:val="right"/>
      </w:pPr>
      <w:r>
        <w:t>کیسی عجیب بات ہے کہ ایک نیا پراسیس جاری ہوگا آپ کے مائنڈ میں، جس سے آپ اپنی زندگی کو زیادہ میننگ فل بنا پائیں گے۔</w:t>
      </w:r>
    </w:p>
    <w:p>
      <w:r>
        <w:rPr>
          <w:b/>
        </w:rPr>
        <w:t xml:space="preserve">[43:00] </w:t>
      </w:r>
      <w:r>
        <w:t>aap ki wisdom mein izafa hoga,</w:t>
      </w:r>
    </w:p>
    <w:p>
      <w:pPr>
        <w:jc w:val="right"/>
      </w:pPr>
      <w:r>
        <w:t>آپ کی وزڈم میں اضافہ ہوگا،</w:t>
      </w:r>
    </w:p>
    <w:p>
      <w:r>
        <w:rPr>
          <w:b/>
        </w:rPr>
        <w:t xml:space="preserve">[43:04] </w:t>
      </w:r>
      <w:r>
        <w:t>aap ki hikmat badhegi aur khud Quran o Hadees ke naye naye pehlu aap par khulenge. zindagi ke bhi aur aur Quran o Hadees ke bhi naye naye pehlu aap par khulenge.</w:t>
      </w:r>
    </w:p>
    <w:p>
      <w:pPr>
        <w:jc w:val="right"/>
      </w:pPr>
      <w:r>
        <w:t>آپ کی حکمت بڑھے گی اور خود قرآن و حدیث کے نئے نئے پہلو آپ پر کھلیں گے۔ زندگی کے بھی اور اور قرآن و حدیث کے بھی نئے نئے پہلو آپ پر کھلیں گے۔</w:t>
      </w:r>
    </w:p>
    <w:p>
      <w:r>
        <w:rPr>
          <w:b/>
        </w:rPr>
        <w:t xml:space="preserve">[43:25] </w:t>
      </w:r>
      <w:r>
        <w:t>to kaisi ajeeb baat hai yeh.</w:t>
      </w:r>
    </w:p>
    <w:p>
      <w:pPr>
        <w:jc w:val="right"/>
      </w:pPr>
      <w:r>
        <w:t>تو کیسی عجیب بات ہے یہ۔</w:t>
      </w:r>
    </w:p>
    <w:p>
      <w:r>
        <w:rPr>
          <w:b/>
        </w:rPr>
        <w:t xml:space="preserve">[43:29] </w:t>
      </w:r>
      <w:r>
        <w:t>kaisi ajeeb baat hai.</w:t>
      </w:r>
    </w:p>
    <w:p>
      <w:pPr>
        <w:jc w:val="right"/>
      </w:pPr>
      <w:r>
        <w:t>کیسی عجیب بات ہے۔</w:t>
      </w:r>
    </w:p>
    <w:p>
      <w:r>
        <w:rPr>
          <w:b/>
        </w:rPr>
        <w:t xml:space="preserve">[43:31] </w:t>
      </w:r>
      <w:r>
        <w:t>mein dua karta hoon ke Allah taala mujh ko aur aap ko tofeeq de ke hum hamare andar right thinking aaye,</w:t>
      </w:r>
    </w:p>
    <w:p>
      <w:pPr>
        <w:jc w:val="right"/>
      </w:pPr>
      <w:r>
        <w:t>میں دعا کرتا ہوں کہ اللہ تعالیٰ مجھ کو اور آپ کو توفیق دے کہ ہم ہمارے اندر رائٹ تھنکنگ آئے،</w:t>
      </w:r>
    </w:p>
    <w:p>
      <w:r>
        <w:rPr>
          <w:b/>
        </w:rPr>
        <w:t xml:space="preserve">[43:46] </w:t>
      </w:r>
      <w:r>
        <w:t>cheezon ko hum ziyada sahi andaaz mein dekhne ke qabil ho jayein. jisko baseerat kaha gaya hai, yahi baseerat hai.</w:t>
      </w:r>
    </w:p>
    <w:p>
      <w:pPr>
        <w:jc w:val="right"/>
      </w:pPr>
      <w:r>
        <w:t>چیزوں کو ہم زیادہ صحیح انداز میں دیکھنے کے قابل ہو جائیں۔ جس کو بصیرت کہا گیا ہے، یہی بصیرت ہے۔</w:t>
      </w:r>
    </w:p>
    <w:p>
      <w:r>
        <w:rPr>
          <w:b/>
        </w:rPr>
        <w:t xml:space="preserve">[43:59] </w:t>
      </w:r>
      <w:r>
        <w:t>to meri dua hai ke Allah taala meri aur aap ki baseerat mein izafa kare.</w:t>
      </w:r>
    </w:p>
    <w:p>
      <w:pPr>
        <w:jc w:val="right"/>
      </w:pPr>
      <w:r>
        <w:t>تو میری دعا ہے کہ اللہ تعالیٰ میری اور آپ کی بصیرت میں اضافہ کرے۔</w:t>
      </w:r>
    </w:p>
    <w:p>
      <w:r>
        <w:rPr>
          <w:b/>
        </w:rPr>
        <w:t xml:space="preserve">[44:07] </w:t>
      </w:r>
      <w:r>
        <w:t>Allah taala meri aur aap ki baseerat mein izafa kare.</w:t>
      </w:r>
    </w:p>
    <w:p>
      <w:pPr>
        <w:jc w:val="right"/>
      </w:pPr>
      <w:r>
        <w:t>اللہ تعالیٰ میری اور آپ کی بصیرت میں اضافہ کرے۔</w:t>
      </w:r>
    </w:p>
    <w:p>
      <w:r>
        <w:rPr>
          <w:b/>
        </w:rPr>
        <w:t xml:space="preserve">[44:13] </w:t>
      </w:r>
      <w:r>
        <w:t>hum ko is qabil banaye ke hum Allah ki sa'adaton mein hissa daar, hissa daar ban saken.</w:t>
      </w:r>
    </w:p>
    <w:p>
      <w:pPr>
        <w:jc w:val="right"/>
      </w:pPr>
      <w:r>
        <w:t>ہم کو اس قابل بنائے کہ ہم اللہ کی سعادتوں میں حصہ دار، حصہ دار بن سکیں۔</w:t>
      </w:r>
    </w:p>
    <w:p>
      <w:r>
        <w:rPr>
          <w:b/>
        </w:rPr>
        <w:t xml:space="preserve">[44:25] </w:t>
      </w:r>
      <w:r>
        <w:t>dunya mein bhi aur akhirat mein bhi. aool qooli haza wastaghfir ullaha li walakum ajmaeen.</w:t>
      </w:r>
    </w:p>
    <w:p>
      <w:pPr>
        <w:jc w:val="right"/>
      </w:pPr>
      <w:r>
        <w:t>دنیا میں بھی اور آخرت میں بھی۔ اقول قولیھذا واستغفراللہ لی ولکم اجمعین۔</w:t>
      </w:r>
    </w:p>
    <w:p>
      <w:r>
        <w:rPr>
          <w:b/>
        </w:rPr>
        <w:t xml:space="preserve">[44:47] </w:t>
      </w:r>
      <w:r>
        <w:t>and all the members who are in line seeing this are requested to send in their question at the info at the rate of cps global dot org.</w:t>
      </w:r>
    </w:p>
    <w:p>
      <w:pPr>
        <w:jc w:val="right"/>
      </w:pPr>
      <w:r>
        <w:t>اینڈ آل دا ممبر ہو آر ان لائن سینگ دس آر ریکویسٹڈ ٹو سینڈ ان دیر کوئسچن ایٹ دا انفو ایٹ دا ریٹ آف سی پی ایس گلوبل ڈاٹ او آر جی۔</w:t>
      </w:r>
    </w:p>
    <w:p>
      <w:r>
        <w:rPr>
          <w:b/>
        </w:rPr>
        <w:t xml:space="preserve">[44:56] </w:t>
      </w:r>
      <w:r>
        <w:t>i repeat info at the rate of cps global dot org.</w:t>
      </w:r>
    </w:p>
    <w:p>
      <w:pPr>
        <w:jc w:val="right"/>
      </w:pPr>
      <w:r>
        <w:t>آئی ریپیٹ انفو ایٹ دا ریٹ آف سی پی ایس گلوبل ڈاٹ او آر جی۔</w:t>
      </w:r>
    </w:p>
    <w:p>
      <w:r>
        <w:rPr>
          <w:b/>
        </w:rPr>
        <w:t xml:space="preserve">[45:08] </w:t>
      </w:r>
      <w:r>
        <w:t>maulana yeh question aaya hai maulana zikwan nadvi sahib se dehli se.</w:t>
      </w:r>
    </w:p>
    <w:p>
      <w:pPr>
        <w:jc w:val="right"/>
      </w:pPr>
      <w:r>
        <w:t>مولانا یہ کوئسچن آیا ہے مولانا زکوان ندوی صاحب سے دہلی سے۔</w:t>
      </w:r>
    </w:p>
    <w:p>
      <w:r>
        <w:rPr>
          <w:b/>
        </w:rPr>
        <w:t xml:space="preserve">[45:18] </w:t>
      </w:r>
      <w:r>
        <w:t>unhon ne poocha hai social life mein aisa hota hai ke ek aadmi se door se ek aadmi se doosre aadmi ko koi difference ho jata hai.</w:t>
      </w:r>
    </w:p>
    <w:p>
      <w:pPr>
        <w:jc w:val="right"/>
      </w:pPr>
      <w:r>
        <w:t>انہوں نے پوچھا ہے سوشل لائف میں ایسا ہوتا ہے کہ ایک آدمی سے دور سے ایک آدمی سے دوسرے آدمی کو کوئی ڈیفرنس ہو جاتا ہے۔</w:t>
      </w:r>
    </w:p>
    <w:p>
      <w:r>
        <w:rPr>
          <w:b/>
        </w:rPr>
        <w:t xml:space="preserve">[45:28] </w:t>
      </w:r>
      <w:r>
        <w:t>kya is difference ko le kar is aadmi se cut jana chahiye? yani is ko ignore kiya jaye, is se door raha jaye, is se bol chaal band kar di jaye, ya is se cutne ke bajaye is ke sath normal relation rakhna chahiye?</w:t>
      </w:r>
    </w:p>
    <w:p>
      <w:pPr>
        <w:jc w:val="right"/>
      </w:pPr>
      <w:r>
        <w:t>کیا اس ڈیفرنس کو لے کر اس آدمی سے کٹ جانا چاہیے؟ یعنی اس کو اگنور کیا جائے، اس سے دور رہا جائے، اس سے بول چال بند کر دی جائے، یا اس سے کٹنے کے بجائے اس کے ساتھ نارمل ریلیشن رکھنا چاہیے؟</w:t>
      </w:r>
    </w:p>
    <w:p>
      <w:r>
        <w:rPr>
          <w:b/>
        </w:rPr>
        <w:t xml:space="preserve">[45:49] </w:t>
      </w:r>
      <w:r>
        <w:t>dekhen is mamle mein islam ki taleem bohat clear hai.</w:t>
      </w:r>
    </w:p>
    <w:p>
      <w:pPr>
        <w:jc w:val="right"/>
      </w:pPr>
      <w:r>
        <w:t>دیکھیں اس معاملے میں اسلام کی تعلیم بہت کلیئر ہے۔</w:t>
      </w:r>
    </w:p>
    <w:p>
      <w:r>
        <w:rPr>
          <w:b/>
        </w:rPr>
        <w:t xml:space="preserve">[45:57] </w:t>
      </w:r>
      <w:r>
        <w:t>dekhen ek cheez hai right to decent, yani mujhe yeh haq hai ke main kisi ke alag rai banaon, apni ikhtilaf rai.</w:t>
      </w:r>
    </w:p>
    <w:p>
      <w:pPr>
        <w:jc w:val="right"/>
      </w:pPr>
      <w:r>
        <w:t>دیکھیں ایک چیز ہے رائٹ ٹو ڈیسنٹ، یعنی مجھے یہ حق ہے کہ میں کسی کے الگ رائے بناؤں، اپنی اختلاف رائے۔</w:t>
      </w:r>
    </w:p>
    <w:p>
      <w:r>
        <w:rPr>
          <w:b/>
        </w:rPr>
        <w:t xml:space="preserve">[46:09] </w:t>
      </w:r>
      <w:r>
        <w:t>lekin jahan tak taluqat ki baat hai, woh ek ek ek model responsibility hai, woh alag cheez hai.</w:t>
      </w:r>
    </w:p>
    <w:p>
      <w:pPr>
        <w:jc w:val="right"/>
      </w:pPr>
      <w:r>
        <w:t>لیکن جہاں تک تعلقات کی بات ہے، وہ ایک ایک ایک ماڈل ریسپانسبیلٹی ہے، وہ الگ چیز ہے۔</w:t>
      </w:r>
    </w:p>
    <w:p>
      <w:r>
        <w:rPr>
          <w:b/>
        </w:rPr>
        <w:t xml:space="preserve">[46:17] </w:t>
      </w:r>
      <w:r>
        <w:t>to kisi se bhi humein,</w:t>
      </w:r>
    </w:p>
    <w:p>
      <w:pPr>
        <w:jc w:val="right"/>
      </w:pPr>
      <w:r>
        <w:t>تو کسی سے بھی ہمیں،</w:t>
      </w:r>
    </w:p>
    <w:p>
      <w:r>
        <w:rPr>
          <w:b/>
        </w:rPr>
        <w:t xml:space="preserve">[46:21] </w:t>
      </w:r>
      <w:r>
        <w:t>hata ke so called dushman se bhi, humein cutna nahi chahiye.</w:t>
      </w:r>
    </w:p>
    <w:p>
      <w:pPr>
        <w:jc w:val="right"/>
      </w:pPr>
      <w:r>
        <w:t>حتیٰ کہ سو کالڈ دشمن سے بھی، ہمیں کٹنا نہیں چاہیے۔</w:t>
      </w:r>
    </w:p>
    <w:p>
      <w:r>
        <w:rPr>
          <w:b/>
        </w:rPr>
        <w:t xml:space="preserve">[46:28] </w:t>
      </w:r>
      <w:r>
        <w:t>cutna, taluqat torna, bol chaal band karna, yeh to bohat hi galat baat hai. kyunke hadith mein likha aaya hai ke ke agar koi shakhs bol chaal band kare to sirf teen din ki use maaf hai, us ke baad maaf nahi hai.</w:t>
      </w:r>
    </w:p>
    <w:p>
      <w:pPr>
        <w:jc w:val="right"/>
      </w:pPr>
      <w:r>
        <w:t>کٹنا، تعلقات توڑنا، بول چال بند کرنا، یہ تو بہت ہی غلط بات ہے۔ کیونکہ حدیث میں لکھا آیا ہے کہ کہ اگر کوئی شخص بول چال بند کرے تو صرف تین دن کی اسے معافی ہے، اس کے بعد معافی نہیں ہے۔</w:t>
      </w:r>
    </w:p>
    <w:p>
      <w:r>
        <w:rPr>
          <w:b/>
        </w:rPr>
        <w:t xml:space="preserve">[46:46] </w:t>
      </w:r>
      <w:r>
        <w:t>case aap ka bigad ho gaya, aap ne bol chaal band kar di to teen din ke baad maaf nahi hai, aap ko bolna pare ga. aur hadith mein yeh hai ke jo pehal kare, jo pehle salam kare, pehle bole,</w:t>
      </w:r>
    </w:p>
    <w:p>
      <w:pPr>
        <w:jc w:val="right"/>
      </w:pPr>
      <w:r>
        <w:t>کیس آپ کا بگاڑ ہو گیا، آپ نے بول چال بند کر دی تو تین دن کے بعد معافی نہیں ہے، آپ کو بولنا پڑے گا۔ اور حدیث میں یہ ہے کہ جو پہل کرے، جو پہلے سلام کرے، پہلے بولے،</w:t>
      </w:r>
    </w:p>
    <w:p>
      <w:r>
        <w:rPr>
          <w:b/>
        </w:rPr>
        <w:t xml:space="preserve">[47:00] </w:t>
      </w:r>
      <w:r>
        <w:t>us ko zyada sawab mile ga.</w:t>
      </w:r>
    </w:p>
    <w:p>
      <w:pPr>
        <w:jc w:val="right"/>
      </w:pPr>
      <w:r>
        <w:t>اس کو زیادہ ثواب ملے گا۔</w:t>
      </w:r>
    </w:p>
    <w:p>
      <w:r>
        <w:rPr>
          <w:b/>
        </w:rPr>
        <w:t xml:space="preserve">[47:03] </w:t>
      </w:r>
      <w:r>
        <w:t>to islam mein dekhen cutna to hai hi nahi, is ka koi khana hi nahi hai. aur yeh bhi samajh lijiye ke koi shakhs permanently aap se cut jaye, permanently aap se door ho jaye, aisa nahi hota.</w:t>
      </w:r>
    </w:p>
    <w:p>
      <w:pPr>
        <w:jc w:val="right"/>
      </w:pPr>
      <w:r>
        <w:t>تو اسلام میں دیکھیں کٹنا تو ہے ہی نہیں، اس کا کوئی کھانا ہی نہیں ہے۔ اور یہ بھی سمجھ لیجئے کہ کوئی شخص پرماننٹلی آپ سے کٹ جائے، پرماننٹلی آپ سے دور ہو جائے، ایسا نہیں ہوتا۔</w:t>
      </w:r>
    </w:p>
    <w:p>
      <w:r>
        <w:rPr>
          <w:b/>
        </w:rPr>
        <w:t xml:space="preserve">[47:21] </w:t>
      </w:r>
      <w:r>
        <w:t>insan koi pathar nahi hai,</w:t>
      </w:r>
    </w:p>
    <w:p>
      <w:pPr>
        <w:jc w:val="right"/>
      </w:pPr>
      <w:r>
        <w:t>انسان کوئی پتھر نہیں ہے،</w:t>
      </w:r>
    </w:p>
    <w:p>
      <w:r>
        <w:rPr>
          <w:b/>
        </w:rPr>
        <w:t xml:space="preserve">[47:23] </w:t>
      </w:r>
      <w:r>
        <w:t>insan ki rai badalti hai, insan ka soch badalti hai. to ho sakta hai ke aaj jo aap ka aap se cut gaya ho, kal dobara jud jaye.</w:t>
      </w:r>
    </w:p>
    <w:p>
      <w:pPr>
        <w:jc w:val="right"/>
      </w:pPr>
      <w:r>
        <w:t>انسان کی رائے بدلتی ہے، انسان کا سوچ بدلتی ہے۔ تو ہو سکتا ہے کہ آج جو آپ کا آپ سے کٹ گیا ہو، کل دوبارہ جڑ جائے۔</w:t>
      </w:r>
    </w:p>
    <w:p>
      <w:r>
        <w:rPr>
          <w:b/>
        </w:rPr>
        <w:t xml:space="preserve">[47:40] </w:t>
      </w:r>
      <w:r>
        <w:t>isi liye hadith mein aata hai ke yani kisi se tum ko bigad ho jaye to is se bohat hi normal tareeqe se taluqat baqi rakho.</w:t>
      </w:r>
    </w:p>
    <w:p>
      <w:pPr>
        <w:jc w:val="right"/>
      </w:pPr>
      <w:r>
        <w:t>اسی لیے حدیث میں آتا ہے کہ یعنی کسی سے تم کو بگاڑ ہو جائے تو اس سے بہت ہی نارمل طریقے سے تعلقات باقی رکھو۔</w:t>
      </w:r>
    </w:p>
    <w:p>
      <w:r>
        <w:rPr>
          <w:b/>
        </w:rPr>
        <w:t xml:space="preserve">[47:51] </w:t>
      </w:r>
      <w:r>
        <w:t>kya matlab? kisi din tumhara dobara dost ban jaye, woh tumhara dobara tumhara dost ban jaye, to dobara tumhara apna ho jaye.</w:t>
      </w:r>
    </w:p>
    <w:p>
      <w:pPr>
        <w:jc w:val="right"/>
      </w:pPr>
      <w:r>
        <w:t>کیا مطلب؟ کسی دن تمہارا دوبارہ دوست بن جائے، وہ تمہارا دوبارہ تمہارا دوست بن جائے، تو دوبارہ تمہارا اپنا ہو جائے۔</w:t>
      </w:r>
    </w:p>
    <w:p>
      <w:r>
        <w:rPr>
          <w:b/>
        </w:rPr>
        <w:t xml:space="preserve">[47:59] </w:t>
      </w:r>
      <w:r>
        <w:t>woh to abghaz bagh ka hanma, aisa yakoon habeebkumma. to islam ki taleem yeh hai ke akhlaqi taluq ko aap alag rakhen ikhtilaf rai se.</w:t>
      </w:r>
    </w:p>
    <w:p>
      <w:pPr>
        <w:jc w:val="right"/>
      </w:pPr>
      <w:r>
        <w:t>وہ تو ابغض بغض کا ہنما، ایسا یکون حبیبکیمما۔ تو اسلام کی تعلیم یہ ہے کہ اخلاقی تعلق کو آپ الگ رکھیں اختلاف رائے سے۔</w:t>
      </w:r>
    </w:p>
    <w:p>
      <w:r>
        <w:rPr>
          <w:b/>
        </w:rPr>
        <w:t xml:space="preserve">[48:16] </w:t>
      </w:r>
      <w:r>
        <w:t>ikhtilaf rai ka haq to har ek ko hai,</w:t>
      </w:r>
    </w:p>
    <w:p>
      <w:pPr>
        <w:jc w:val="right"/>
      </w:pPr>
      <w:r>
        <w:t>اختلاف رائے کا حق تو ہر ایک کو ہے،</w:t>
      </w:r>
    </w:p>
    <w:p>
      <w:r>
        <w:rPr>
          <w:b/>
        </w:rPr>
        <w:t xml:space="preserve">[48:19] </w:t>
      </w:r>
      <w:r>
        <w:t>koi buri cheez nahi hai ikhtilaf rai har giz. to woh aap ka right to decent, jis ko kehte hain, woh har insan ka haq hai.</w:t>
      </w:r>
    </w:p>
    <w:p>
      <w:pPr>
        <w:jc w:val="right"/>
      </w:pPr>
      <w:r>
        <w:t>کوئی بری چیز نہیں ہے اختلاف رائے ہرگز۔ تو وہ آپ کا رائٹ ٹو ڈیسنٹ، جس کو کہتے ہیں، وہ ہر انسان کا حق ہے۔</w:t>
      </w:r>
    </w:p>
    <w:p>
      <w:r>
        <w:rPr>
          <w:b/>
        </w:rPr>
        <w:t xml:space="preserve">[48:29] </w:t>
      </w:r>
      <w:r>
        <w:t>lekin akhlaqi taluqat jo hain, yani model relationship, woh to sab se normal tareeqe par hona chahiye, bilkul normal tareeqe par.</w:t>
      </w:r>
    </w:p>
    <w:p>
      <w:pPr>
        <w:jc w:val="right"/>
      </w:pPr>
      <w:r>
        <w:t>لیکن اخلاقی تعلقات جو ہیں، یعنی ماڈل ریلیشن شپ، وہ تو سب سے نارمل طریقے پر ہونا چاہیے، بالکل نارمل طریقے پر۔</w:t>
      </w:r>
    </w:p>
    <w:p>
      <w:r>
        <w:rPr>
          <w:b/>
        </w:rPr>
        <w:t xml:space="preserve">[48:40] </w:t>
      </w:r>
      <w:r>
        <w:t>aur baaz auqat ho ke dil mein bhi aap aisa nahi ke banawati tor par milen, dil mein aap kisi ke bare mein negative kyun hon?</w:t>
      </w:r>
    </w:p>
    <w:p>
      <w:pPr>
        <w:jc w:val="right"/>
      </w:pPr>
      <w:r>
        <w:t>اور بعض اوقات ہو کہ دل میں بھی آپ ایسا نہیں کہ بناوٹی طور پر ملیں، دل میں آپ کسی کے بارے میں نیگیٹیو کیوں ہوں؟</w:t>
      </w:r>
    </w:p>
    <w:p>
      <w:r>
        <w:rPr>
          <w:b/>
        </w:rPr>
        <w:t xml:space="preserve">[48:48] </w:t>
      </w:r>
      <w:r>
        <w:t>aap is ke liye dua keejiye. is ke agar aap samajhte hain ke woh kisi ghalat soch mein par gaya to aap is ke liye dua keejiye.</w:t>
      </w:r>
    </w:p>
    <w:p>
      <w:pPr>
        <w:jc w:val="right"/>
      </w:pPr>
      <w:r>
        <w:t>آپ اس کے لیے دعا کیجئے۔ اس کے اگر آپ سمجھتے ہیں کہ وہ کسی غلط سوچ میں پڑ گیا تو آپ اس کے لیے دعا کیجئے۔</w:t>
      </w:r>
    </w:p>
    <w:p>
      <w:r>
        <w:rPr>
          <w:b/>
        </w:rPr>
        <w:t xml:space="preserve">[49:00] </w:t>
      </w:r>
      <w:r>
        <w:t>taalluq todne ka to koi sense islam mein nahin hai.</w:t>
      </w:r>
    </w:p>
    <w:p>
      <w:pPr>
        <w:jc w:val="right"/>
      </w:pPr>
      <w:r>
        <w:t>تعلق توڑنے کا تو کوئی سینس اسلام میں نہیں ہے۔</w:t>
      </w:r>
    </w:p>
    <w:p>
      <w:r>
        <w:rPr>
          <w:b/>
        </w:rPr>
        <w:t xml:space="preserve">[49:07] </w:t>
      </w:r>
      <w:r>
        <w:t>yeh question aaya hai doctor farida khanoom se new delhi.</w:t>
      </w:r>
    </w:p>
    <w:p>
      <w:pPr>
        <w:jc w:val="right"/>
      </w:pPr>
      <w:r>
        <w:t>یہ کوئسچن آیا ہے ڈاکٹر فریدہ خانم سے نیو دہلی۔</w:t>
      </w:r>
    </w:p>
    <w:p>
      <w:r>
        <w:rPr>
          <w:b/>
        </w:rPr>
        <w:t xml:space="preserve">[49:12] </w:t>
      </w:r>
      <w:r>
        <w:t>i find it a thrilling idea that in the form of black hole theory, the concept of aakhirat, which was no more than a matter of belief, has now become a scientific reality.</w:t>
      </w:r>
    </w:p>
    <w:p>
      <w:pPr>
        <w:jc w:val="right"/>
      </w:pPr>
      <w:r>
        <w:t>آئی فائنڈ اٹ اے تھریلنگ آئیڈیا دیٹ ان دا فارم آف بلیک ہول تھیوری، دا کانسیپٹ آف آخرت، وچ واز نو مور دین اے میٹر آف بیلیف، ہیز ناؤ بیکم اے سائنٹیفک ریلیٹی۔</w:t>
      </w:r>
    </w:p>
    <w:p>
      <w:r>
        <w:rPr>
          <w:b/>
        </w:rPr>
        <w:t xml:space="preserve">[49:24] </w:t>
      </w:r>
      <w:r>
        <w:t>please comment.</w:t>
      </w:r>
    </w:p>
    <w:p>
      <w:pPr>
        <w:jc w:val="right"/>
      </w:pPr>
      <w:r>
        <w:t>پلیز کمنٹ۔</w:t>
      </w:r>
    </w:p>
    <w:p>
      <w:r>
        <w:rPr>
          <w:b/>
        </w:rPr>
        <w:t xml:space="preserve">[49:28] </w:t>
      </w:r>
      <w:r>
        <w:t>yeh bohat sahi baat hai, yaani yeh baat jo kahi hai unhon ne, woh bohat sahi hai. ab main is se ittefaq karta hoon.</w:t>
      </w:r>
    </w:p>
    <w:p>
      <w:pPr>
        <w:jc w:val="right"/>
      </w:pPr>
      <w:r>
        <w:t>یہ بہت صحیح بات ہے، یعنی یہ بات جو کہی ہے انہوں نے، وہ بہت صحیح ہے۔ اب میں اس سے اتفاق کرتا ہوں۔</w:t>
      </w:r>
    </w:p>
    <w:p>
      <w:r>
        <w:rPr>
          <w:b/>
        </w:rPr>
        <w:t xml:space="preserve">[49:37] </w:t>
      </w:r>
      <w:r>
        <w:t>theek hai,</w:t>
      </w:r>
    </w:p>
    <w:p>
      <w:pPr>
        <w:jc w:val="right"/>
      </w:pPr>
      <w:r>
        <w:t>ٹھیک ہے،</w:t>
      </w:r>
    </w:p>
    <w:p>
      <w:r>
        <w:rPr>
          <w:b/>
        </w:rPr>
        <w:t xml:space="preserve">[49:39] </w:t>
      </w:r>
      <w:r>
        <w:t>yeh to ittefaq ki baat hai. ji haan, bilkul bohat sahi baat hai. phir se padh dijiye is ko.</w:t>
      </w:r>
    </w:p>
    <w:p>
      <w:pPr>
        <w:jc w:val="right"/>
      </w:pPr>
      <w:r>
        <w:t>یہ تو اتفاق کی بات ہے۔ جی ہاں، بالکل بہت صحیح بات ہے۔ پھر سے پڑھ دیجئے اس کو۔</w:t>
      </w:r>
    </w:p>
    <w:p>
      <w:r>
        <w:rPr>
          <w:b/>
        </w:rPr>
        <w:t xml:space="preserve">[49:49] </w:t>
      </w:r>
      <w:r>
        <w:t>i find it a thrilling idea that in the form of black hole theory, the concept of aakhirat, which was no more than a matter of belief, has now become a scientific reality.</w:t>
      </w:r>
    </w:p>
    <w:p>
      <w:pPr>
        <w:jc w:val="right"/>
      </w:pPr>
      <w:r>
        <w:t>آئی فائنڈ اٹ اے تھریلنگ آئیڈیا دیٹ ان دا فارم آف بلیک ہول تھیوری، دا کانسیپٹ آف آخرت، وچ واز نو مور دین اے میٹر آف بیلیف، ہیز ناؤ بیکم اے سائنٹیفک ریلیٹی۔</w:t>
      </w:r>
    </w:p>
    <w:p>
      <w:r>
        <w:rPr>
          <w:b/>
        </w:rPr>
        <w:t xml:space="preserve">[50:02] </w:t>
      </w:r>
      <w:r>
        <w:t>hmm,</w:t>
      </w:r>
    </w:p>
    <w:p>
      <w:pPr>
        <w:jc w:val="right"/>
      </w:pPr>
      <w:r>
        <w:t>ہمم،</w:t>
      </w:r>
    </w:p>
    <w:p>
      <w:r>
        <w:rPr>
          <w:b/>
        </w:rPr>
        <w:t xml:space="preserve">[50:04] </w:t>
      </w:r>
      <w:r>
        <w:t>yaani dark matter ka jo daryaft hai science ki, us ko hum jab jod ke dekhen aakhirat se to ek bohat hi ek thrilling daryaft hoti hai ke jis cheez ko hum life after death world here after kehte hain ya aakhirat kehte hain,</w:t>
      </w:r>
    </w:p>
    <w:p>
      <w:pPr>
        <w:jc w:val="right"/>
      </w:pPr>
      <w:r>
        <w:t>یعنی ڈارک بیٹر کا جو دریافت ہے سائنس کی، اس کو ہم جب جوڑ کے دیکھیں آخرت سے تو ایک بہت ہی ایک تھریلنگ دریافت ہوتی ہے کہ جس چیز کو ہم لائف آفٹر ڈیتھ ورلڈ ہیئر آفٹر کہتے ہیں یا آخرت کہتے ہیں،</w:t>
      </w:r>
    </w:p>
    <w:p>
      <w:r>
        <w:rPr>
          <w:b/>
        </w:rPr>
        <w:t xml:space="preserve">[50:28] </w:t>
      </w:r>
      <w:r>
        <w:t>woh bhi possibility maujood hai. scientifically is ka scientific proof hai. is ka</w:t>
      </w:r>
    </w:p>
    <w:p>
      <w:pPr>
        <w:jc w:val="right"/>
      </w:pPr>
      <w:r>
        <w:t>وہ بھی پابلی موجود ہے۔ سائنٹیفیکلی اس کا سائنٹیفک پروف ہے۔ اس کا</w:t>
      </w:r>
    </w:p>
    <w:p>
      <w:r>
        <w:rPr>
          <w:b/>
        </w:rPr>
        <w:t xml:space="preserve">[50:35] </w:t>
      </w:r>
      <w:r>
        <w:t>aap dekhen, dekhen science mein possibility hi tak pahunchna mumkin hota hai. science yeh manti hai ke certainty koi cheez nahin hai.</w:t>
      </w:r>
    </w:p>
    <w:p>
      <w:pPr>
        <w:jc w:val="right"/>
      </w:pPr>
      <w:r>
        <w:t>آپ دیکھیں، دیکھیں سائنس میں پابلیٹی ہی تک پہنچنا ممکن ہوتا ہے۔ سائنس یہ مانتی ہے کہ سرٹینٹی کوئی چیز نہیں ہے۔</w:t>
      </w:r>
    </w:p>
    <w:p>
      <w:r>
        <w:rPr>
          <w:b/>
        </w:rPr>
        <w:t xml:space="preserve">[50:45] </w:t>
      </w:r>
      <w:r>
        <w:t>science mein jitne bhi ideas science ke hain, woh phir is mein ek certainty nahin hoti, possibility hi hoti hai.</w:t>
      </w:r>
    </w:p>
    <w:p>
      <w:pPr>
        <w:jc w:val="right"/>
      </w:pPr>
      <w:r>
        <w:t>سائنس میں جتنے بھی آئیڈیاز سائنس کے ہیں، وہ پھر اس میں ایک سرٹینٹی نہیں ہوتی، پابلیٹی ہی ہوتی ہے۔</w:t>
      </w:r>
    </w:p>
    <w:p>
      <w:r>
        <w:rPr>
          <w:b/>
        </w:rPr>
        <w:t xml:space="preserve">[50:55] </w:t>
      </w:r>
      <w:r>
        <w:t>to possibility daryaft hona kis cheez ka? yahi hai is ka daryaft hona.</w:t>
      </w:r>
    </w:p>
    <w:p>
      <w:pPr>
        <w:jc w:val="right"/>
      </w:pPr>
      <w:r>
        <w:t>تو پابلیٹی دریافت ہونا کس چیز کا؟ یہی ہے اس کا دریافت ہونا۔</w:t>
      </w:r>
    </w:p>
    <w:p>
      <w:r>
        <w:rPr>
          <w:b/>
        </w:rPr>
        <w:t xml:space="preserve">[51:01] </w:t>
      </w:r>
      <w:r>
        <w:t>to aakhirat ka possibility kis sense mein daryaft ho jati hai? jabke science ne dark matter ko daryaft kiya to yeh bilashuba bohat badi baat hai.</w:t>
      </w:r>
    </w:p>
    <w:p>
      <w:pPr>
        <w:jc w:val="right"/>
      </w:pPr>
      <w:r>
        <w:t>تو آخرت کا پابلیٹی کس سینس میں دریافت ہو جاتی ہے؟ جبکہ سائنس نے ڈارک بیٹر کو دریافت کیا تو یہ بلاشبہ بہت بڑی بات ہے۔</w:t>
      </w:r>
    </w:p>
    <w:p>
      <w:r>
        <w:rPr>
          <w:b/>
        </w:rPr>
        <w:t xml:space="preserve">[51:15] </w:t>
      </w:r>
      <w:r>
        <w:t>maulana agla question hai maulana iqbal umri sahib ka chini se. unhon ne poocha hai maut ke baad kya hoga?</w:t>
      </w:r>
    </w:p>
    <w:p>
      <w:pPr>
        <w:jc w:val="right"/>
      </w:pPr>
      <w:r>
        <w:t>مولانا اگلا کوئسچن ہے مولانا اقبال عمری صاحب کا چنی سے۔ انہوں نے پوچھا ہے موت کے بعد کیا ہوگا؟</w:t>
      </w:r>
    </w:p>
    <w:p>
      <w:r>
        <w:rPr>
          <w:b/>
        </w:rPr>
        <w:t xml:space="preserve">[51:23] </w:t>
      </w:r>
      <w:r>
        <w:t>is ka ilm sirf wahi yaani revelation se mil sakta hai ya aur bhi koi source hai? yaani science</w:t>
      </w:r>
    </w:p>
    <w:p>
      <w:pPr>
        <w:jc w:val="right"/>
      </w:pPr>
      <w:r>
        <w:t>اس کا علم صرف وحی یعنی ریولیشن سے مل سکتا ہے یا اور بھی کوئی سورس ہے؟ یعنی سائنس</w:t>
      </w:r>
    </w:p>
    <w:p>
      <w:r>
        <w:rPr>
          <w:b/>
        </w:rPr>
        <w:t xml:space="preserve">[51:31] </w:t>
      </w:r>
      <w:r>
        <w:t>dekhen, maut ke baad kya hota hai? yeh wahi se bhi purani maloom hota hai. aisa nahin ke maut ke baad sab kuch yaani wahi ne bata diya ho, phir bhi aap ko sochna padta hai.</w:t>
      </w:r>
    </w:p>
    <w:p>
      <w:pPr>
        <w:jc w:val="right"/>
      </w:pPr>
      <w:r>
        <w:t>۔ دیکھیں، موت کے بعد کیا ہوتا ہے؟ یہ وحی سے بھی پرانی معلوم ہوتا ہے۔ ایسا نہیں کہ موت کے بعد سب کچھ یعنی وحی نے بتا دیا ہو، پھر بھی آپ کو سوچنا پڑتا ہے۔</w:t>
      </w:r>
    </w:p>
    <w:p>
      <w:r>
        <w:rPr>
          <w:b/>
        </w:rPr>
        <w:t xml:space="preserve">[51:46] </w:t>
      </w:r>
      <w:r>
        <w:t>wahi mein jo baat batai gai hai, woh ijmalaan batai gai hai, usoolan batai gai hai.</w:t>
      </w:r>
    </w:p>
    <w:p>
      <w:pPr>
        <w:jc w:val="right"/>
      </w:pPr>
      <w:r>
        <w:t>وحی میں جو بات بتائی گئی ہے، وہ اجمالاً بتائی گئی ہے، اصولاً بتائی گئی ہے۔</w:t>
      </w:r>
    </w:p>
    <w:p>
      <w:r>
        <w:rPr>
          <w:b/>
        </w:rPr>
        <w:t xml:space="preserve">[51:54] </w:t>
      </w:r>
      <w:r>
        <w:t>to usooli sadaqat jo hai, woh wahi sab ko maloom hoti hai.</w:t>
      </w:r>
    </w:p>
    <w:p>
      <w:pPr>
        <w:jc w:val="right"/>
      </w:pPr>
      <w:r>
        <w:t>تو اصولی صداقت جو ہے، وہ وحی سب کو معلوم ہوتی ہے۔</w:t>
      </w:r>
    </w:p>
    <w:p>
      <w:r>
        <w:rPr>
          <w:b/>
        </w:rPr>
        <w:t xml:space="preserve">[51:58] </w:t>
      </w:r>
      <w:r>
        <w:t>lekin ek fard jo hai, ek fard ka maut ke baad kya anjaam hoga ya kya hua, is ka ilm to sirf Allah ko hai ya us aadmi ko jis ko woh jo is dunya se chala gaya.</w:t>
      </w:r>
    </w:p>
    <w:p>
      <w:pPr>
        <w:jc w:val="right"/>
      </w:pPr>
      <w:r>
        <w:t>لیکن ایک فرد جو ہے، ایک فرد کا موت کے بعد کیا انجام ہوگا یا کیا ہوا، اس کا علم تو صرف اللہ کو ہے یا اس آدمی کو جس کو وہ جو اس دنیا سے چلا گیا۔</w:t>
      </w:r>
    </w:p>
    <w:p>
      <w:r>
        <w:rPr>
          <w:b/>
        </w:rPr>
        <w:t xml:space="preserve">[52:13] </w:t>
      </w:r>
      <w:r>
        <w:t>to maut ke baad ka jo muamla hai, woh ek aqeeday ka muamla hai, woh koi</w:t>
      </w:r>
    </w:p>
    <w:p>
      <w:pPr>
        <w:jc w:val="right"/>
      </w:pPr>
      <w:r>
        <w:t>تو موت کے بعد کا جو معاملہ ہے، وہ ایک عقیدے کا معاملہ ہے، وہ کوئی</w:t>
      </w:r>
    </w:p>
    <w:p>
      <w:r>
        <w:rPr>
          <w:b/>
        </w:rPr>
        <w:t xml:space="preserve">[52:21] </w:t>
      </w:r>
      <w:r>
        <w:t>scientific proof ka muamla nahin hai, woh aqeeday ka muam</w:t>
      </w:r>
    </w:p>
    <w:p>
      <w:pPr>
        <w:jc w:val="right"/>
      </w:pPr>
      <w:r>
        <w:t>سائنٹیفک پروف کا معاملہ نہیں ہے، وہ عقیدے کا معامل</w:t>
      </w:r>
    </w:p>
    <w:p>
      <w:r>
        <w:rPr>
          <w:b/>
        </w:rPr>
        <w:t xml:space="preserve">[52:24] </w:t>
      </w:r>
      <w:r>
        <w:t>la hai. main sirf jo baat keh raha hoon, woh sirf yeh hai ke science khud manti hai ke hum sirf possibility tak pahunch sakte hain. to yahan par hum possibility ke darjay mein aakhirat ka saboot pa rahe hain.</w:t>
      </w:r>
    </w:p>
    <w:p>
      <w:pPr>
        <w:jc w:val="right"/>
      </w:pPr>
      <w:r>
        <w:t>ہ ہے۔ میں صرف جو بات کہہ رہا ہوں، وہ صرف یہ ہے کہ سائنس خود مانتی ہے کہ ہم صرف پابلیٹی تک پہنچ سکتے ہیں۔ تو یہاں پر ہم پابلیٹی کے درجے میں آخرت کا ثبوت پا رہے ہیں۔</w:t>
      </w:r>
    </w:p>
    <w:p>
      <w:r>
        <w:rPr>
          <w:b/>
        </w:rPr>
        <w:t xml:space="preserve">[52:41] </w:t>
      </w:r>
      <w:r>
        <w:t>agla koischan lene se pehle ek comment parhna chahenge. yeh doctor roshan kumar jha ne bheja hai kolkata se. i am monthly subscriber of your spirit of islam</w:t>
      </w:r>
    </w:p>
    <w:p>
      <w:pPr>
        <w:jc w:val="right"/>
      </w:pPr>
      <w:r>
        <w:t>اگلا کوئسچن لینے سے پہلے ایک کمنٹ پڑھنا چاہیں گے۔ یہ ڈاکٹر روشن کمار جھا نے بھیجا ہے کلکتہ سے۔ آئی ایم منتھلی سبسکرائبر آف یور اسپرٹ آف اسلام</w:t>
      </w:r>
    </w:p>
    <w:p>
      <w:r>
        <w:rPr>
          <w:b/>
        </w:rPr>
        <w:t xml:space="preserve">[52:52] </w:t>
      </w:r>
      <w:r>
        <w:t>. i am very thankful to you. it has cleared so many of my doubts. your all the books are very good. may allah guide all of us to the right path.</w:t>
      </w:r>
    </w:p>
    <w:p>
      <w:pPr>
        <w:jc w:val="right"/>
      </w:pPr>
      <w:r>
        <w:t>۔ آئی ایم ویری تھینک فل ٹو یو۔ اٹ ہیز کلیئرڈ سو مینی آف مائی ڈاؤٹس۔ یور آل دی بکس آر ویری گڈ۔ می اللہ گائیڈ آل آف اس ٹو دا رائٹ پاتھ۔</w:t>
      </w:r>
    </w:p>
    <w:p>
      <w:r>
        <w:rPr>
          <w:b/>
        </w:rPr>
        <w:t xml:space="preserve">[53:05] </w:t>
      </w:r>
      <w:r>
        <w:t>jazak allah.</w:t>
      </w:r>
    </w:p>
    <w:p>
      <w:pPr>
        <w:jc w:val="right"/>
      </w:pPr>
      <w:r>
        <w:t>جزاک اللہ۔</w:t>
      </w:r>
    </w:p>
    <w:p>
      <w:r>
        <w:rPr>
          <w:b/>
        </w:rPr>
        <w:t xml:space="preserve">[53:11] </w:t>
      </w:r>
      <w:r>
        <w:t>yeh koischan bheja hai miss astuti malhotra ne delhi se.</w:t>
      </w:r>
    </w:p>
    <w:p>
      <w:pPr>
        <w:jc w:val="right"/>
      </w:pPr>
      <w:r>
        <w:t>یہ کوئسچن بھیجا ہے مس استوتی ملہوترا نے دہلی سے۔</w:t>
      </w:r>
    </w:p>
    <w:p>
      <w:r>
        <w:rPr>
          <w:b/>
        </w:rPr>
        <w:t xml:space="preserve">[53:16] </w:t>
      </w:r>
      <w:r>
        <w:t>maulana sometimes when we talk of death to explain the creation plan of god, they say that why talk of death and spoil the fun of life.</w:t>
      </w:r>
    </w:p>
    <w:p>
      <w:pPr>
        <w:jc w:val="right"/>
      </w:pPr>
      <w:r>
        <w:t>مولانا سم ٹائمز وین وی ٹاک آف ڈیتھ ٹو ایکسپلین دا کریشن پلان آف گاڈ، دے سے دیٹ وائی ٹاک آف ڈیتھ اینڈ سپوائل دا فن آف لائف۔</w:t>
      </w:r>
    </w:p>
    <w:p>
      <w:r>
        <w:rPr>
          <w:b/>
        </w:rPr>
        <w:t xml:space="preserve">[53:27] </w:t>
      </w:r>
      <w:r>
        <w:t>maulana why is it that people don't want to discuss death when it is inevitable and will happen to one and all?</w:t>
      </w:r>
    </w:p>
    <w:p>
      <w:pPr>
        <w:jc w:val="right"/>
      </w:pPr>
      <w:r>
        <w:t>مولانا وائی از اٹ دیٹ پیپل ڈونٹ وانٹ ٹو ڈسکس ڈیتھ وین اٹ از ان ایویٹیبل اینڈ ول ہیپن ٹو ون اینڈ آل؟</w:t>
      </w:r>
    </w:p>
    <w:p>
      <w:r>
        <w:rPr>
          <w:b/>
        </w:rPr>
        <w:t xml:space="preserve">[53:39] </w:t>
      </w:r>
      <w:r>
        <w:t>dekhen, is ke bare mein maine arz kiya, wahi baat meri samajh mein aati hai ke kai cheezen aisi hain, isi mein se maut bhi hai aur bhi cheezen hain, to woh maujood hain lekin hamare ankaash mind mein hain,</w:t>
      </w:r>
    </w:p>
    <w:p>
      <w:pPr>
        <w:jc w:val="right"/>
      </w:pPr>
      <w:r>
        <w:t>دیکھیں، اس کے بارے میں میں نے عرض کیا، وہی بات میری سمجھ میں آتی ہے کہ کئی چیزیں ایسی ہیں، اسی میں سے موت بھی ہے اور بھی چیزیں ہیں، تو وہ موجود ہیں لیکن ہمارے انکاش مائنڈ میں ہیں،</w:t>
      </w:r>
    </w:p>
    <w:p>
      <w:r>
        <w:rPr>
          <w:b/>
        </w:rPr>
        <w:t xml:space="preserve">[53:54] </w:t>
      </w:r>
      <w:r>
        <w:t>lashaoor mein hain. lashaoor ka jo tasawwur hai, yani jo sigmund freud ki jo tehqeeq hai, woh yeh hai ke dimagh ke teen hisse hain:</w:t>
      </w:r>
    </w:p>
    <w:p>
      <w:pPr>
        <w:jc w:val="right"/>
      </w:pPr>
      <w:r>
        <w:t>لاشعور میں ہیں۔ لاشعور کا جو تصور ہے، یعنی جو سگمنٹ فرائیڈ کی جو تحقیق ہے، وہ یہ ہے کہ دماغ کے تین حصے ہیں:</w:t>
      </w:r>
    </w:p>
    <w:p>
      <w:r>
        <w:rPr>
          <w:b/>
        </w:rPr>
        <w:t xml:space="preserve">[54:08] </w:t>
      </w:r>
      <w:r>
        <w:t>conscious mind, subconscious mind aur ankaash mind. to bahut si cheezen isi mein, isi mein se ek maut hai jo maujood hoti hai lekin ankaash mind mein hoti hai.</w:t>
      </w:r>
    </w:p>
    <w:p>
      <w:pPr>
        <w:jc w:val="right"/>
      </w:pPr>
      <w:r>
        <w:t>کانشیس مائنڈ، سب کانشیس مائنڈ اور انکاش مائنڈ۔ تو بہت سی چیزیں اسی میں، اسی میں سے ایک موت ہے جو موجود ہوتی ہے لیکن انکاش مائنڈ میں ہوتی ہے۔</w:t>
      </w:r>
    </w:p>
    <w:p>
      <w:r>
        <w:rPr>
          <w:b/>
        </w:rPr>
        <w:t xml:space="preserve">[54:25] </w:t>
      </w:r>
      <w:r>
        <w:t>to log is ko charcha nahi karte, is ko sochte nahi, logon ko is par zinda yaqeen bhi nahi hota. isi liye, to isi liye hadith mein kaha gaya ke is ko socho, is ko bahut bar socho, bar bar socho.</w:t>
      </w:r>
    </w:p>
    <w:p>
      <w:pPr>
        <w:jc w:val="right"/>
      </w:pPr>
      <w:r>
        <w:t>تو لوگ اس کو چرچا نہیں کرتے، اس کو سوچتے نہیں، لوگوں کو اس پر زندہ یقین بھی نہیں ہوتا۔ اسی لیے، تو اسی لیے حدیث میں کہا گیا کہ اس کو سوچو، اس کو بہت بار سوچو، بار بار سوچو۔</w:t>
      </w:r>
    </w:p>
    <w:p>
      <w:r>
        <w:rPr>
          <w:b/>
        </w:rPr>
        <w:t xml:space="preserve">[54:40] </w:t>
      </w:r>
      <w:r>
        <w:t>to bar bar sochne se kya hoga? ke aap woh aap ki living memory mein aa jayegi. to aisi bahut si cheezen hain ke sochne se samajh mein aati hain, na sochen to kuch samajh mein nahi aata</w:t>
      </w:r>
    </w:p>
    <w:p>
      <w:pPr>
        <w:jc w:val="right"/>
      </w:pPr>
      <w:r>
        <w:t>تو بار بار سوچنے سے کیا ہوگا؟ کہ آپ وہ آپ کی لیونگ میموری میں آ جائے گی۔ تو ایسی بہت سی چیزیں ہیں کہ سوچنے سے سمجھ میں آتی ہیں، نہ سوچیں تو کچھ سمجھ میں نہیں آتا</w:t>
      </w:r>
    </w:p>
    <w:p>
      <w:r>
        <w:rPr>
          <w:b/>
        </w:rPr>
        <w:t xml:space="preserve">[54:55] </w:t>
      </w:r>
      <w:r>
        <w:t>. isi mein se ek cheez hai maut.</w:t>
      </w:r>
    </w:p>
    <w:p>
      <w:pPr>
        <w:jc w:val="right"/>
      </w:pPr>
      <w:r>
        <w:t>۔ اسی میں سے ایک چیز ہے موت۔</w:t>
      </w:r>
    </w:p>
    <w:p>
      <w:r>
        <w:rPr>
          <w:b/>
        </w:rPr>
        <w:t xml:space="preserve">[55:00] </w:t>
      </w:r>
      <w:r>
        <w:t>this question has come from miss safina tabassum from ajmer. she is asking, you said in one of your daily podcasts, the ghetto is that ghettoism or separate cultural identity is not there in islam,</w:t>
      </w:r>
    </w:p>
    <w:p>
      <w:pPr>
        <w:jc w:val="right"/>
      </w:pPr>
      <w:r>
        <w:t>دس کوئسچن ہیز کم فرام مس سفینہ تبسم فرام اجمیر۔ شی از اسکنگ، یو سیڈ ان ون آف یور ڈیلی پاڈکاسٹس، دا گھیٹو از دیٹ گھیٹو ازم اور سیپریٹ کلچرل آئیڈینٹیٹی از ناٹ دیر ان اسلام،</w:t>
      </w:r>
    </w:p>
    <w:p>
      <w:r>
        <w:rPr>
          <w:b/>
        </w:rPr>
        <w:t xml:space="preserve">[55:17] </w:t>
      </w:r>
      <w:r>
        <w:t>but in your book hijab in islam, one of the main characteristics of the garments, a believer should wear, should not resemble a non believer.</w:t>
      </w:r>
    </w:p>
    <w:p>
      <w:pPr>
        <w:jc w:val="right"/>
      </w:pPr>
      <w:r>
        <w:t>بٹ ان یور بک حجاب ان اسلام، ون آف دا مین کریکٹرسٹکس آف دا گارمنٹس، اے بیلیور شوڈ ویئر، شوڈ ناٹ ریزمبل اے نان بیلیور۔</w:t>
      </w:r>
    </w:p>
    <w:p>
      <w:r>
        <w:rPr>
          <w:b/>
        </w:rPr>
        <w:t xml:space="preserve">[55:28] </w:t>
      </w:r>
      <w:r>
        <w:t>is it not a form of separatism? please explain. yani libas mein yeksaniyat to yeh koi, yani koi cheez nahi hai.</w:t>
      </w:r>
    </w:p>
    <w:p>
      <w:pPr>
        <w:jc w:val="right"/>
      </w:pPr>
      <w:r>
        <w:t>از اٹ ناٹ اے فارم آف سیپریٹزم؟ پلیز ایکسپلین۔ یعنی لباس میں یکسانیت تو یہ کوئی، یعنی کوئی چیز نہیں ہے۔</w:t>
      </w:r>
    </w:p>
    <w:p>
      <w:r>
        <w:rPr>
          <w:b/>
        </w:rPr>
        <w:t xml:space="preserve">[55:36] </w:t>
      </w:r>
      <w:r>
        <w:t>mere khayal se libas mein ab aadmi apne apne lehaz se libas ikhtiyar karta hai, us ko aap is se link nahi karna chahiye.</w:t>
      </w:r>
    </w:p>
    <w:p>
      <w:pPr>
        <w:jc w:val="right"/>
      </w:pPr>
      <w:r>
        <w:t>میرے خیال سے لباس میں اب آدمی اپنے اپنے لحاظ سے لباس اختیار کرتا ہے، اس کو آپ اس سے لنک نہیں کرنا چاہیے۔</w:t>
      </w:r>
    </w:p>
    <w:p>
      <w:r>
        <w:rPr>
          <w:b/>
        </w:rPr>
        <w:t xml:space="preserve">[55:44] </w:t>
      </w:r>
      <w:r>
        <w:t>aap ko</w:t>
      </w:r>
    </w:p>
    <w:p>
      <w:pPr>
        <w:jc w:val="right"/>
      </w:pPr>
      <w:r>
        <w:t>آپ کو</w:t>
      </w:r>
    </w:p>
    <w:p>
      <w:r>
        <w:rPr>
          <w:b/>
        </w:rPr>
        <w:t xml:space="preserve">[55:45] </w:t>
      </w:r>
      <w:r>
        <w:t>ghettoism ek alag cheez hai, ghettoism ek alag cheez hai aur separatism ek alag cheez hai. to dono ko ek nahi samjha sakta.</w:t>
      </w:r>
    </w:p>
    <w:p>
      <w:pPr>
        <w:jc w:val="right"/>
      </w:pPr>
      <w:r>
        <w:t>گھیٹو ازم ایک الگ چیز ہے، گھیٹو ازم ایک الگ چیز ہے اور سیپریٹزم ایک الگ چیز ہے۔ تو دونوں کو ایک نہیں سمجھا سکتا۔</w:t>
      </w:r>
    </w:p>
    <w:p>
      <w:r>
        <w:rPr>
          <w:b/>
        </w:rPr>
        <w:t xml:space="preserve">[55:59] </w:t>
      </w:r>
      <w:r>
        <w:t>misal ke taur par dekhen, ek aadmi rehta hai in in mulkon mein jahan bahut thandak padti hai, ek aadmi rehta hai wahan ja ke thandak padti hi nahi.</w:t>
      </w:r>
    </w:p>
    <w:p>
      <w:pPr>
        <w:jc w:val="right"/>
      </w:pPr>
      <w:r>
        <w:t>مثال کے طور پر دیکھیں، ایک آدمی رہتا ہے ان ان ملکوں میں جہاں بہت ٹھنڈک پڑتی ہے، ایک آدمی رہتا ہے وہاں جا کے ٹھنڈک پڑتی ہی نہیں۔</w:t>
      </w:r>
    </w:p>
    <w:p>
      <w:r>
        <w:rPr>
          <w:b/>
        </w:rPr>
        <w:t xml:space="preserve">[56:09] </w:t>
      </w:r>
      <w:r>
        <w:t>donon ka libas alag alag hoga</w:t>
      </w:r>
    </w:p>
    <w:p>
      <w:pPr>
        <w:jc w:val="right"/>
      </w:pPr>
      <w:r>
        <w:t>دونوں کا لباس الگ الگ ہوگا</w:t>
      </w:r>
    </w:p>
    <w:p>
      <w:r>
        <w:rPr>
          <w:b/>
        </w:rPr>
        <w:t xml:space="preserve">[56:11] </w:t>
      </w:r>
      <w:r>
        <w:t>to separatism nahi hai. yeh nahi kaha jayega ke donon ek hi libas pehnein, jo yeh pehnta hai, wahi woh bhi pehne, aisa to nahi kaha jayega. to woh ek cheez hai jis ka taluq hota hai hamari, yani need se, zaroorat se.</w:t>
      </w:r>
    </w:p>
    <w:p>
      <w:pPr>
        <w:jc w:val="right"/>
      </w:pPr>
      <w:r>
        <w:t>تو سیپریٹزم نہیں ہے۔ یہ نہیں کہا جائے کہ دونوں ایک ہی لباس پہنیں، جو یہ پہنتا ہے، وہی وہ بھی پہنے، ایسا تو نہیں کہا جائے گا۔ تو وہ ایک چیز ہے جس کا تعلق ہوتا ہے ہماری، یعنی نیڈ سے، ضرورت سے۔</w:t>
      </w:r>
    </w:p>
    <w:p>
      <w:r>
        <w:rPr>
          <w:b/>
        </w:rPr>
        <w:t xml:space="preserve">[56:28] </w:t>
      </w:r>
      <w:r>
        <w:t>aur ek cheez hota hai woh separatist mentality, woh ek alag cheez hai. to bator need jo hai, us mein to zahir hai ke ikhtilaf</w:t>
      </w:r>
    </w:p>
    <w:p>
      <w:pPr>
        <w:jc w:val="right"/>
      </w:pPr>
      <w:r>
        <w:t>اور ایک چیز ہوتا ہے وہ سیپریٹسٹ مینٹیلٹی، وہ ایک الگ چیز ہے۔ تو بطور نیڈ جو ہے، اس میں تو ظاہر ہے کہ اختلاف</w:t>
      </w:r>
    </w:p>
    <w:p>
      <w:r>
        <w:rPr>
          <w:b/>
        </w:rPr>
        <w:t xml:space="preserve">[56:39] </w:t>
      </w:r>
      <w:r>
        <w:t>hoga. kisi ko kuch suit karega, kisi ko kuch suit karega. albatta separatist mentality jo hai, culture mein, raansaan mein, woh woh galat cheez hai.</w:t>
      </w:r>
    </w:p>
    <w:p>
      <w:pPr>
        <w:jc w:val="right"/>
      </w:pPr>
      <w:r>
        <w:t>ہوگا۔ کسی کو کچھ سوٹ کرے گا، کسی کو کچھ سوٹ کرے گا۔ البتہ سیپریٹسٹ مینٹیلٹی جو ہے، کلچر میں، رانسان میں، وہ وہ غلط چیز ہے۔</w:t>
      </w:r>
    </w:p>
    <w:p>
      <w:r>
        <w:rPr>
          <w:b/>
        </w:rPr>
        <w:t xml:space="preserve">[56:55] </w:t>
      </w:r>
      <w:r>
        <w:t>is mein islam mein pasandida, islam mein woh cheez pasand nahi ki gayi hai.</w:t>
      </w:r>
    </w:p>
    <w:p>
      <w:pPr>
        <w:jc w:val="right"/>
      </w:pPr>
      <w:r>
        <w:t>اس میں اسلام میں پسندید، اسلام میں وہ چیز پسند نہیں کی گئی ہے۔</w:t>
      </w:r>
    </w:p>
    <w:p>
      <w:r>
        <w:rPr>
          <w:b/>
        </w:rPr>
        <w:t xml:space="preserve">[57:04] </w:t>
      </w:r>
      <w:r>
        <w:t>this question has come from doctor roshan kumar jha from kolkata.</w:t>
      </w:r>
    </w:p>
    <w:p>
      <w:pPr>
        <w:jc w:val="right"/>
      </w:pPr>
      <w:r>
        <w:t>دس کوئسچن ہیز کم فرام ڈاکٹر روشن کمار جھا فرام کلکتہ۔</w:t>
      </w:r>
    </w:p>
    <w:p>
      <w:r>
        <w:rPr>
          <w:b/>
        </w:rPr>
        <w:t xml:space="preserve">[57:09] </w:t>
      </w:r>
      <w:r>
        <w:t>molana sahib, one of my friends, during conversation said that according to vedas, secret book of hindu, ishwar ek hai lekin is ko paanay ke rastay anek hain.</w:t>
      </w:r>
    </w:p>
    <w:p>
      <w:pPr>
        <w:jc w:val="right"/>
      </w:pPr>
      <w:r>
        <w:t>مولانا صاحب، ون آف مائی فرینڈز، ڈیورنگ کنورسیشن سیڈ دیٹ اکارڈنگ ٹو ویداز، سیکریٹ بک آف ہندو، ایشور ایک ہے لیکن اس کو پانے کے راستے अनेक ہیں۔</w:t>
      </w:r>
    </w:p>
    <w:p>
      <w:r>
        <w:rPr>
          <w:b/>
        </w:rPr>
        <w:t xml:space="preserve">[57:22] </w:t>
      </w:r>
      <w:r>
        <w:t>dunya ka har ek mazhab insan ko jannat le jaye ga, sirf islam hi nahi. kindly comment on this.</w:t>
      </w:r>
    </w:p>
    <w:p>
      <w:pPr>
        <w:jc w:val="right"/>
      </w:pPr>
      <w:r>
        <w:t>دنیا کا ہر ایک مذہب انسان کو جنت لے جائے گا، صرف اسلام ہی نہیں۔ کائنڈلی کمنٹ ان دس۔</w:t>
      </w:r>
    </w:p>
    <w:p>
      <w:r>
        <w:rPr>
          <w:b/>
        </w:rPr>
        <w:t xml:space="preserve">[57:36] </w:t>
      </w:r>
      <w:r>
        <w:t>dekhen, yaad yani yeh jo masla hai, woh serious study ka masla hai. to serious study aap karen to aap ko maloom hoga ke islam ki is taleem is mamle mein kya hai.</w:t>
      </w:r>
    </w:p>
    <w:p>
      <w:pPr>
        <w:jc w:val="right"/>
      </w:pPr>
      <w:r>
        <w:t>دیکھیں، یاد یعنی یہ جو مسئلہ ہے، وہ سیریس اسٹڈی کا مسئلہ ہے۔ تو سیریس اسٹڈی آپ کریں تو آپ کو معلوم ہوگا کہ اسلام کی اس تعلیم اس معاملے میں کیا ہے۔</w:t>
      </w:r>
    </w:p>
    <w:p>
      <w:r>
        <w:rPr>
          <w:b/>
        </w:rPr>
        <w:t xml:space="preserve">[57:53] </w:t>
      </w:r>
      <w:r>
        <w:t>woh bohat hi reasonable maloom hota hai. islam ki taleem woh kya hai?</w:t>
      </w:r>
    </w:p>
    <w:p>
      <w:pPr>
        <w:jc w:val="right"/>
      </w:pPr>
      <w:r>
        <w:t>وہ بہت ہی ریزنیبل معلوم ہوتا ہے۔ اسلام کی تعلیم وہ کیا ہے؟</w:t>
      </w:r>
    </w:p>
    <w:p>
      <w:r>
        <w:rPr>
          <w:b/>
        </w:rPr>
        <w:t xml:space="preserve">[57:58] </w:t>
      </w:r>
      <w:r>
        <w:t>islam mein jannat ya paradise ko ideal world bataya gaya hai, perfect world bataya gaya hai, aur is dunya ko kaha gaya hai ke yeh test ground hai, yahan azadi hai.</w:t>
      </w:r>
    </w:p>
    <w:p>
      <w:pPr>
        <w:jc w:val="right"/>
      </w:pPr>
      <w:r>
        <w:t>اسلام میں جنت یا پیرڈائز کو آئیڈیل ورڈ بتایا گیا ہے، پرفیکٹ ورڈ بتایا گیا ہے، اور اس دنیا کو کہا گیا ہے کہ یہ ٹیسٹک گراؤنڈ ہے، یہاں آزادی ہے۔</w:t>
      </w:r>
    </w:p>
    <w:p>
      <w:r>
        <w:rPr>
          <w:b/>
        </w:rPr>
        <w:t xml:space="preserve">[58:12] </w:t>
      </w:r>
      <w:r>
        <w:t>to is dunya mein aadmi tarah tarah ka tareeqa ikhtiyar karta hai, azadi ko koi proper use karta hai, koi misuse karta hai.</w:t>
      </w:r>
    </w:p>
    <w:p>
      <w:pPr>
        <w:jc w:val="right"/>
      </w:pPr>
      <w:r>
        <w:t>تو اس دنیا میں آدمی طرح طرح کا طریقہ اختیار کرتا ہے، آزادی کو کوئی پراپر یوز کرتا ہے، کوئی مس یوز کرتا ہے۔</w:t>
      </w:r>
    </w:p>
    <w:p>
      <w:r>
        <w:rPr>
          <w:b/>
        </w:rPr>
        <w:t xml:space="preserve">[58:22] </w:t>
      </w:r>
      <w:r>
        <w:t>to jannat mein sirf selected log jayen ge, yeh sab sari bheed bhar bhar di jaye gi. to koi sense nahi hai do dunya paida karne ki.</w:t>
      </w:r>
    </w:p>
    <w:p>
      <w:pPr>
        <w:jc w:val="right"/>
      </w:pPr>
      <w:r>
        <w:t>تو جنت میں صرف سلیکٹڈ لوگ جائیں گے، یہ سب ساری بھیڑ بھر بھر دی جائے گی۔ تو کوئی سینس نہیں ہے دو دنیا پیدا کرنے کی۔</w:t>
      </w:r>
    </w:p>
    <w:p>
      <w:r>
        <w:rPr>
          <w:b/>
        </w:rPr>
        <w:t xml:space="preserve">[58:33] </w:t>
      </w:r>
      <w:r>
        <w:t>agar sari bheed ikattha bhar di jani ho jannat mein, do dunya ki zaroorat hi kya hai?</w:t>
      </w:r>
    </w:p>
    <w:p>
      <w:pPr>
        <w:jc w:val="right"/>
      </w:pPr>
      <w:r>
        <w:t>اگر ساری بھیڑ اکٹھا بھر دی جانی ہو جنت میں، دو دنیا کی ضرورت ہی کیا ہے؟</w:t>
      </w:r>
    </w:p>
    <w:p>
      <w:r>
        <w:rPr>
          <w:b/>
        </w:rPr>
        <w:t xml:space="preserve">[58:40] </w:t>
      </w:r>
      <w:r>
        <w:t>to is dunya mein aadmi apne aap ko jab woh deserving candidate prove karta hai to woh jannat mein dakhle ke qabil hoga.</w:t>
      </w:r>
    </w:p>
    <w:p>
      <w:pPr>
        <w:jc w:val="right"/>
      </w:pPr>
      <w:r>
        <w:t>تو اس دنیا میں آدمی اپنے آپ کو جب وہ ڈیزرونگ کینڈیڈیٹ پروف کرتا ہے تو وہ جنت میں داخلے کے قابل ہوگا۔</w:t>
      </w:r>
    </w:p>
    <w:p>
      <w:r>
        <w:rPr>
          <w:b/>
        </w:rPr>
        <w:t xml:space="preserve">[58:52] </w:t>
      </w:r>
      <w:r>
        <w:t>deserving country ke maani kya hain?</w:t>
      </w:r>
    </w:p>
    <w:p>
      <w:pPr>
        <w:jc w:val="right"/>
      </w:pPr>
      <w:r>
        <w:t>ڈیزرونگ کنٹری کے معنی کیا ہیں؟</w:t>
      </w:r>
    </w:p>
    <w:p>
      <w:r>
        <w:rPr>
          <w:b/>
        </w:rPr>
        <w:t xml:space="preserve">[58:54] </w:t>
      </w:r>
      <w:r>
        <w:t>jaise quran mein hai ke jannat darussalam hai, yani wahan pe peace peace hai. to ek aisa aadmi chahiye wahan rehne ke liye jis ke andar yani peaceful nature ho, peaceful mind jis ke andar ho.</w:t>
      </w:r>
    </w:p>
    <w:p>
      <w:pPr>
        <w:jc w:val="right"/>
      </w:pPr>
      <w:r>
        <w:t>جیسے قرآن میں ہے کہ جنت دارالسلام ہے، یعنی وہاں پہ پی سی پیس ہے۔ تو ایک ایسا آدمی چاہیے وہاں رہنے کے لیے جس کے اندر یعنی پیس فل نیچر ہو، پیس فل مائنڈ جس کے اندر ہو۔</w:t>
      </w:r>
    </w:p>
    <w:p>
      <w:r>
        <w:rPr>
          <w:b/>
        </w:rPr>
        <w:t xml:space="preserve">[59:13] </w:t>
      </w:r>
      <w:r>
        <w:t>aise hai ke jannat mein shor nahi hoga, la samoon piya la ghu la tasmeemah. to aisa aadmi wahan nahi select kiya jaye ga jis ke andar nuisance create karne ka mizaj ho, shor karne ka mizaj ho.</w:t>
      </w:r>
    </w:p>
    <w:p>
      <w:pPr>
        <w:jc w:val="right"/>
      </w:pPr>
      <w:r>
        <w:t>ایسے ہے کہ جنت میں شور نہیں ہوگا، لا اسمون پیا لغو لا تقسیمہ۔ تو ایسا آدمی وہاں نہیں سلیکٹ کیا جائے گا جس کے اندر نیوسنس کریٹ کرنے کا مزاج ہو، شور کرنے کا مزاج ہو۔</w:t>
      </w:r>
    </w:p>
    <w:p>
      <w:r>
        <w:rPr>
          <w:b/>
        </w:rPr>
        <w:t xml:space="preserve">[59:28] </w:t>
      </w:r>
      <w:r>
        <w:t>to yeh sifatain jo hain is dunya mein jo jo sabit kare ga apne rozmarra ki zindagi mein ke is ke bol, is ka character, is ki dealing woh is level ki hai jo jannat ke ka level hai, tab woh is mein dakhil kiya jaye ga.</w:t>
      </w:r>
    </w:p>
    <w:p>
      <w:pPr>
        <w:jc w:val="right"/>
      </w:pPr>
      <w:r>
        <w:t>تو یہ صفتیں جو ہیں اس دنیا میں جو جو ثابت کرے گا اپنے روزمرہ کی زندگی میں کہ اس کے بول، اس کا کریکٹر، اس کی ڈیلنگ وہ اس لیول کی ہے جو جنت کے کا لیول ہے، تب وہ اس میں داخل کیا جائے گا۔</w:t>
      </w:r>
    </w:p>
    <w:p>
      <w:r>
        <w:rPr>
          <w:b/>
        </w:rPr>
        <w:t xml:space="preserve">[59:50] </w:t>
      </w:r>
      <w:r>
        <w:t>yeh islam ka concept hai. main samajhta hoon ke yeh concept zyada reasonable hai, zyada understandable hai.</w:t>
      </w:r>
    </w:p>
    <w:p>
      <w:pPr>
        <w:jc w:val="right"/>
      </w:pPr>
      <w:r>
        <w:t>یہ اسلام کا کانسیپٹ ہے۔ میں سمجھتا ہوں کہ یہ کانسیپٹ زیادہ ریزنیبل ہے، زیادہ انڈرسٹینڈیبل ہے۔</w:t>
      </w:r>
    </w:p>
    <w:p>
      <w:r>
        <w:rPr>
          <w:b/>
        </w:rPr>
        <w:t xml:space="preserve">[1:00:00] </w:t>
      </w:r>
      <w:r>
        <w:t>agla question lene se pehle ek comment parhen ge jo bheja hai miss naghma siddiqui ne delhi se. molana, in behalf of our family, i want to thank you for giving us a higher goal of distributing quran all over the world.</w:t>
      </w:r>
    </w:p>
    <w:p>
      <w:pPr>
        <w:jc w:val="right"/>
      </w:pPr>
      <w:r>
        <w:t>اگلا کوئسچن لینے سے پہلے ایک کمنٹ پڑھیں گے جو بھیجا ہے مس نغمہ صدیقی نے دہلی سے۔ مولانا، ان بیہاف آف اور فیملی، آئی وانٹ ٹو تھینک یو فار گیونگ اس اے ہائیر گول آف ڈسٹریبیوٹنگ قرآن آل اوور دا ورلڈ۔</w:t>
      </w:r>
    </w:p>
    <w:p>
      <w:r>
        <w:rPr>
          <w:b/>
        </w:rPr>
        <w:t xml:space="preserve">[1:00:19] </w:t>
      </w:r>
      <w:r>
        <w:t>we dedicate our self to the task. inshallah,</w:t>
      </w:r>
    </w:p>
    <w:p>
      <w:pPr>
        <w:jc w:val="right"/>
      </w:pPr>
      <w:r>
        <w:t>وی ڈیڈیکیٹ اور سیلف ٹو دا ٹاسک۔ انشاءاللہ،</w:t>
      </w:r>
    </w:p>
    <w:p>
      <w:r>
        <w:rPr>
          <w:b/>
        </w:rPr>
        <w:t xml:space="preserve">[1:00:28] </w:t>
      </w:r>
      <w:r>
        <w:t>yeh question mehtab sahib ne bheja hai dhampur se. molana sahib, please clarify this hadith. tum mein woh log achhe hain jo apne ghar walon ke liye achhe hain.</w:t>
      </w:r>
    </w:p>
    <w:p>
      <w:pPr>
        <w:jc w:val="right"/>
      </w:pPr>
      <w:r>
        <w:t>یہ کوئسچن مہتاب صاحب نے بھیجا ہے دھامپور سے۔ مولانا صاحب، پلیز کلیریفائی دس حدیث۔ تم میں وہ لوگ اچھے ہیں جو اپنے گھر والوں کے لیے اچھے ہیں۔</w:t>
      </w:r>
    </w:p>
    <w:p>
      <w:r>
        <w:rPr>
          <w:b/>
        </w:rPr>
        <w:t xml:space="preserve">[1:00:47] </w:t>
      </w:r>
      <w:r>
        <w:t>hadith yeh hai ke khairukum khairukum li wa ana khairun li ahli.</w:t>
      </w:r>
    </w:p>
    <w:p>
      <w:pPr>
        <w:jc w:val="right"/>
      </w:pPr>
      <w:r>
        <w:t>حدیث یہ ہے کہ خیرکم خیرکم لہ وانا خیر لاہلی۔</w:t>
      </w:r>
    </w:p>
    <w:p>
      <w:r>
        <w:rPr>
          <w:b/>
        </w:rPr>
        <w:t xml:space="preserve">[1:00:57] </w:t>
      </w:r>
      <w:r>
        <w:t>tum mein achha woh hai jo apne ghar walon ke liye achha hai aur main apne ghar walon ke liye achha hoon. dekhen, is ka matlab yeh hai ke ghar kya hai, family kya hai, woh society ka ek unit hai.</w:t>
      </w:r>
    </w:p>
    <w:p>
      <w:pPr>
        <w:jc w:val="right"/>
      </w:pPr>
      <w:r>
        <w:t>تم میں اچھا وہ ہے جو اپنے گھر والوں کے لیے اچھا ہے اور میں اپنے گھر والوں کے لیے اچھا ہوں۔ دیکھیں، اس کا مطلب یہ ہے کہ گھر کیا ہے، فیملی کیا ہے، وہ سوسائٹی کا ایک یونٹ ہے۔</w:t>
      </w:r>
    </w:p>
    <w:p>
      <w:r>
        <w:rPr>
          <w:b/>
        </w:rPr>
        <w:t xml:space="preserve">[1:01:13] </w:t>
      </w:r>
      <w:r>
        <w:t>ghar se bahar jo dunya hai, us ko hum society kehte hain. chahe aas paas ka society ho ya poori dunya mein phaili hui society ho,</w:t>
      </w:r>
    </w:p>
    <w:p>
      <w:pPr>
        <w:jc w:val="right"/>
      </w:pPr>
      <w:r>
        <w:t>گھر سے باہر جو دنیا ہے، اس کو ہم سوسائٹی کہتے ہیں۔ چاہے اس پاس کا سوسائٹی ہو یا پوری دنیا میں پھیلی ہوئی سوسائٹی ہو،</w:t>
      </w:r>
    </w:p>
    <w:p>
      <w:r>
        <w:rPr>
          <w:b/>
        </w:rPr>
        <w:t xml:space="preserve">[1:01:23] </w:t>
      </w:r>
      <w:r>
        <w:t>to ghar jo hai society ka ek unit hai. ghar mein agar aap reh saken sahi tareeqe se to aap bahar ki poori society bhi sahi tareeqe se reh sakte hain.</w:t>
      </w:r>
    </w:p>
    <w:p>
      <w:pPr>
        <w:jc w:val="right"/>
      </w:pPr>
      <w:r>
        <w:t>تو گھر جو ہے سوسائٹی کا ایک یونٹ ہے۔ گھر میں اگر آپ رہ سکیں صحیح طریقے سے تو آپ باہر کی پوری سوسائٹی بھی صحیح طریقے سے رہ سکتے ہیں۔</w:t>
      </w:r>
    </w:p>
    <w:p>
      <w:r>
        <w:rPr>
          <w:b/>
        </w:rPr>
        <w:t xml:space="preserve">[1:01:39] </w:t>
      </w:r>
      <w:r>
        <w:t>misal, misal ke tor par farz kijiye ke aap ke andar positive thinking hai, ghar walon se ladte jhagadte nahi, ghar walon mein ikhtilafat hota hai, tab bhi aap hate nahi karte.</w:t>
      </w:r>
    </w:p>
    <w:p>
      <w:pPr>
        <w:jc w:val="right"/>
      </w:pPr>
      <w:r>
        <w:t>مثلاً، مثال کے طور پر فرض کیجئے کہ آپ کے اندر پازیٹیو تھنکنگ ہے، گھر والوں سے لڑتے جھگڑتے نہیں، گھر والوں میں اختلافات ہوتا ہے، تب بھی آپ ہیٹ نہیں کرتے۔</w:t>
      </w:r>
    </w:p>
    <w:p>
      <w:r>
        <w:rPr>
          <w:b/>
        </w:rPr>
        <w:t xml:space="preserve">[1:01:49] </w:t>
      </w:r>
      <w:r>
        <w:t>to yeh ek training hai ke isi tareeqe se aap ko bahar ki society banana hai.</w:t>
      </w:r>
    </w:p>
    <w:p>
      <w:pPr>
        <w:jc w:val="right"/>
      </w:pPr>
      <w:r>
        <w:t>تو یہ ایک ٹریننگ ہے کہ اسی طریقے سے آپ کو باہر کی سوسائٹی بنانا ہے۔</w:t>
      </w:r>
    </w:p>
    <w:p>
      <w:r>
        <w:rPr>
          <w:b/>
        </w:rPr>
        <w:t xml:space="preserve">[1:01:54] </w:t>
      </w:r>
      <w:r>
        <w:t>is hadith ka matlab yahi hai ke Allah taala ne family ko social life ke liye ek ek training home bana rakha hai, bana diya hai.</w:t>
      </w:r>
    </w:p>
    <w:p>
      <w:pPr>
        <w:jc w:val="right"/>
      </w:pPr>
      <w:r>
        <w:t>اس حدیث کا مطلب یہی ہے کہ اللہ تعالی نے فیملی کو سوشل لائف کے لیے ایک ایک ٹریننگ ہوم بنا رکھا ہے، بنا دیا ہے۔</w:t>
      </w:r>
    </w:p>
    <w:p>
      <w:r>
        <w:rPr>
          <w:b/>
        </w:rPr>
        <w:t xml:space="preserve">[1:02:06] </w:t>
      </w:r>
      <w:r>
        <w:t>yahan aadmi train kiya jata hai taake woh society mein dakhil ho to woh ek tarbiyat yafta, tarbiyat yafta insan kaise dakhil ho aur society ka achha member bane.</w:t>
      </w:r>
    </w:p>
    <w:p>
      <w:pPr>
        <w:jc w:val="right"/>
      </w:pPr>
      <w:r>
        <w:t>یہاں آدمی ٹرین کیا جاتا ہے تاکہ وہ سوسائٹی میں داخل ہو تو وہ ایک تربیت یافتہ، تربیت یافتہ انسان کیسے داخل ہو اور سوسائٹی کا اچھا ممبر بنے۔</w:t>
      </w:r>
    </w:p>
    <w:p>
      <w:r>
        <w:rPr>
          <w:b/>
        </w:rPr>
        <w:t xml:space="preserve">[1:02:18] </w:t>
      </w:r>
      <w:r>
        <w:t>yeh society ka acha member banne ke liye family ka acha member banaya jata hai. pehle is ko maa baap hain, baray hain, woh is ko samjhate hain, bajate hain, is ko train karte hain.</w:t>
      </w:r>
    </w:p>
    <w:p>
      <w:pPr>
        <w:jc w:val="right"/>
      </w:pPr>
      <w:r>
        <w:t>یہ سوسائٹی کا اچھا ممبر بننے کے لیے فیملی کا اچھا ممبر بنایا جاتا ہے۔ پہلے اس کو ماں باپ ہیں، بڑے ہیں، وہ اس کو سمجھاتے ہیں، بجاتے ہیں، اس کو ٹرین کرتے ہیں۔</w:t>
      </w:r>
    </w:p>
    <w:p>
      <w:r>
        <w:rPr>
          <w:b/>
        </w:rPr>
        <w:t xml:space="preserve">[1:02:31] </w:t>
      </w:r>
      <w:r>
        <w:t>toh society ka acha member banne ki tarbiyat hoti hai ghar mein. ghar mein family ka acha member aap jab banenge toh aap society ka bhi acha member ban payenge.</w:t>
      </w:r>
    </w:p>
    <w:p>
      <w:pPr>
        <w:jc w:val="right"/>
      </w:pPr>
      <w:r>
        <w:t>تو سوسائٹی کا اچھا ممبر بننے کی تربیت ہوتی ہے گھر میں۔ گھر میں فیملی کا اچھا ممبر آپ جب بنیں گے تو آپ سوسائٹی کا بھی اچھا ممبر بن پائیں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