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Story of Uthman ibn Affan (ra) -</w:t>
        <w:br/>
        <w:t>Lives of the Sahabah -1 May 21, 2023</w:t>
      </w:r>
    </w:p>
    <w:p>
      <w:r>
        <w:t>https://youtu.be/rO43Eo-WWdY</w:t>
      </w:r>
    </w:p>
    <w:p>
      <w:r>
        <w:rPr>
          <w:b/>
        </w:rPr>
        <w:t xml:space="preserve">[00:00] </w:t>
      </w:r>
      <w:r>
        <w:t>Assalamu alaikum.</w:t>
      </w:r>
    </w:p>
    <w:p>
      <w:pPr>
        <w:jc w:val="right"/>
      </w:pPr>
      <w:r>
        <w:t>Assalamu alaikum.</w:t>
      </w:r>
    </w:p>
    <w:p>
      <w:r>
        <w:rPr>
          <w:b/>
        </w:rPr>
        <w:t xml:space="preserve">[00:04] </w:t>
      </w:r>
      <w:r>
        <w:t>Today we will have a conversation with Dr.</w:t>
      </w:r>
    </w:p>
    <w:p>
      <w:pPr>
        <w:jc w:val="right"/>
      </w:pPr>
      <w:r>
        <w:t>Today we will have a conversation with Dr.</w:t>
      </w:r>
    </w:p>
    <w:p>
      <w:r>
        <w:rPr>
          <w:b/>
        </w:rPr>
        <w:t xml:space="preserve">[00:09] </w:t>
      </w:r>
      <w:r>
        <w:t>Saniya Snain Khan on the story of Hazrat Usman bin Affan.</w:t>
      </w:r>
    </w:p>
    <w:p>
      <w:pPr>
        <w:jc w:val="right"/>
      </w:pPr>
      <w:r>
        <w:t>Saniya Snain Khan on the story of Hazrat Usman bin Affan.</w:t>
      </w:r>
    </w:p>
    <w:p>
      <w:r>
        <w:rPr>
          <w:b/>
        </w:rPr>
        <w:t xml:space="preserve">[00:13] </w:t>
      </w:r>
      <w:r>
        <w:t>As we know, Hazrat Usman was the third of Prophet's successor and is remembered as one of the</w:t>
      </w:r>
    </w:p>
    <w:p>
      <w:pPr>
        <w:jc w:val="right"/>
      </w:pPr>
      <w:r>
        <w:t>As we know, Hazrat Usman was the third of Prophet's successor and is remembered as one of the</w:t>
      </w:r>
    </w:p>
    <w:p>
      <w:r>
        <w:rPr>
          <w:b/>
        </w:rPr>
        <w:t xml:space="preserve">[00:17] </w:t>
      </w:r>
      <w:r>
        <w:t>most gentle, pious, kind-hearted, modest, and a very shy person.</w:t>
      </w:r>
    </w:p>
    <w:p>
      <w:pPr>
        <w:jc w:val="right"/>
      </w:pPr>
      <w:r>
        <w:t>most gentle, pious, kind-hearted, modest, and a very shy person.</w:t>
      </w:r>
    </w:p>
    <w:p>
      <w:r>
        <w:rPr>
          <w:b/>
        </w:rPr>
        <w:t xml:space="preserve">[00:22] </w:t>
      </w:r>
      <w:r>
        <w:t>He was greatly admired for his generosity.</w:t>
      </w:r>
    </w:p>
    <w:p>
      <w:pPr>
        <w:jc w:val="right"/>
      </w:pPr>
      <w:r>
        <w:t>He was greatly admired for his generosity.</w:t>
      </w:r>
    </w:p>
    <w:p>
      <w:r>
        <w:rPr>
          <w:b/>
        </w:rPr>
        <w:t xml:space="preserve">[00:26] </w:t>
      </w:r>
      <w:r>
        <w:t>Hazrat Usman narrated 146 traditions directly from the Proph</w:t>
      </w:r>
    </w:p>
    <w:p>
      <w:pPr>
        <w:jc w:val="right"/>
      </w:pPr>
      <w:r>
        <w:t>Hazrat Usman narrated 146 traditions directly from the Proph</w:t>
      </w:r>
    </w:p>
    <w:p>
      <w:r>
        <w:rPr>
          <w:b/>
        </w:rPr>
        <w:t xml:space="preserve">[00:30] </w:t>
      </w:r>
      <w:r>
        <w:t>et himself, and he was one of the few people at that time who could write down the Quran. Prophet Muhammad married his daughter, Hazrat Ruqayyah, to Usman, and after Hazrat Ruqayyah passed away, Prophet married his other daughter, Hazrat Umm Kulthum, to Hazrat Usman. Abu Huraira narrates that the Prophet stood at the door of Masjid Al-Nabawi and said that, "O Usman, Jibreel has told me that Allah wants</w:t>
      </w:r>
    </w:p>
    <w:p>
      <w:pPr>
        <w:jc w:val="right"/>
      </w:pPr>
      <w:r>
        <w:t>et himself, and he was one of the few people at that time who could write down the Quran. Prophet Muhammad married his daughter, Hazrat Ruqayyah, to Usman, and after Hazrat Ruqayyah passed away, Prophet married his other daughter, Hazrat Umm Kulthum, to Hazrat Usman. Abu Huraira narrates that the Prophet stood at the door of Masjid Al-Nabawi and said that, "O Usman, Jibreel has told me that Allah wants</w:t>
      </w:r>
    </w:p>
    <w:p>
      <w:r>
        <w:rPr>
          <w:b/>
        </w:rPr>
        <w:t xml:space="preserve">[01:00] </w:t>
      </w:r>
      <w:r>
        <w:t>you to marry Umm Kulthum with the same mehar and to treat her with similar kindness." But when</w:t>
      </w:r>
    </w:p>
    <w:p>
      <w:pPr>
        <w:jc w:val="right"/>
      </w:pPr>
      <w:r>
        <w:t>you to marry Umm Kulthum with the same mehar and to treat her with similar kindness." But when</w:t>
      </w:r>
    </w:p>
    <w:p>
      <w:r>
        <w:rPr>
          <w:b/>
        </w:rPr>
        <w:t xml:space="preserve">[01:08] </w:t>
      </w:r>
      <w:r>
        <w:t>Hazrat Umm Kulthum passed away and Prophet saw Hazrat Usman in deep grief, he went up to him</w:t>
      </w:r>
    </w:p>
    <w:p>
      <w:pPr>
        <w:jc w:val="right"/>
      </w:pPr>
      <w:r>
        <w:t>Hazrat Umm Kulthum passed away and Prophet saw Hazrat Usman in deep grief, he went up to him</w:t>
      </w:r>
    </w:p>
    <w:p>
      <w:r>
        <w:rPr>
          <w:b/>
        </w:rPr>
        <w:t xml:space="preserve">[01:15] </w:t>
      </w:r>
      <w:r>
        <w:t>and said, "O Usman, if you were to have a third one, we would have given her in</w:t>
      </w:r>
    </w:p>
    <w:p>
      <w:pPr>
        <w:jc w:val="right"/>
      </w:pPr>
      <w:r>
        <w:t>and said, "O Usman, if you were to have a third one, we would have given her in</w:t>
      </w:r>
    </w:p>
    <w:p>
      <w:r>
        <w:rPr>
          <w:b/>
        </w:rPr>
        <w:t xml:space="preserve">[01:23] </w:t>
      </w:r>
      <w:r>
        <w:t>marriage to you." This indicates the love of Prophet for Hazrat Usman and a great endorsement for his</w:t>
      </w:r>
    </w:p>
    <w:p>
      <w:pPr>
        <w:jc w:val="right"/>
      </w:pPr>
      <w:r>
        <w:t>marriage to you." This indicates the love of Prophet for Hazrat Usman and a great endorsement for his</w:t>
      </w:r>
    </w:p>
    <w:p>
      <w:r>
        <w:rPr>
          <w:b/>
        </w:rPr>
        <w:t xml:space="preserve">[01:30] </w:t>
      </w:r>
      <w:r>
        <w:t>worthiness to marry Prophet's own daughters. toh hum kai aspects Hazrat Usman ki zindagi ko lekar aaj charcha karenge doctor sahib ke saath toh chaliye unhi se baatchit karte hain. Assalam o alaikum doctor sahib, kaise hain aap?</w:t>
      </w:r>
    </w:p>
    <w:p>
      <w:pPr>
        <w:jc w:val="right"/>
      </w:pPr>
      <w:r>
        <w:t>worthiness to marry Prophet's own daughters. तो हम कई एस्पेक्ट्स Hazrat Usman की ज़िंदगी को लेकर आज चर्चा करेंगे डॉक्टर साहब के साथ तो चलिए उन्हीं से बातचीत करते हैं। अस्सलाम वालेकुम डॉक्टर साहब, कैसे हैं आप?</w:t>
      </w:r>
    </w:p>
    <w:p>
      <w:r>
        <w:rPr>
          <w:b/>
        </w:rPr>
        <w:t xml:space="preserve">[01:45] </w:t>
      </w:r>
      <w:r>
        <w:t>Wa alaikum assalam, Alhamdulillah. Aap kaise hain?</w:t>
      </w:r>
    </w:p>
    <w:p>
      <w:pPr>
        <w:jc w:val="right"/>
      </w:pPr>
      <w:r>
        <w:t>वाअलेकुम अस्सलाम, अलहम्दुलिल्लाह। आप कैसे हैं?</w:t>
      </w:r>
    </w:p>
    <w:p>
      <w:r>
        <w:rPr>
          <w:b/>
        </w:rPr>
        <w:t xml:space="preserve">[01:47] </w:t>
      </w:r>
      <w:r>
        <w:t>Alhamdulillah, bohat acha aap ne introduction diya Hazrat Usman ka.</w:t>
      </w:r>
    </w:p>
    <w:p>
      <w:pPr>
        <w:jc w:val="right"/>
      </w:pPr>
      <w:r>
        <w:t>अलहम्दुलिल्लाह, बहुत अच्छा आपने इंट्रोडक्शन दिया Hazrat Usman का।</w:t>
      </w:r>
    </w:p>
    <w:p>
      <w:r>
        <w:rPr>
          <w:b/>
        </w:rPr>
        <w:t xml:space="preserve">[01:50] </w:t>
      </w:r>
      <w:r>
        <w:t>Ji doctor sahib, I was very inspired, you know, by his story.</w:t>
      </w:r>
    </w:p>
    <w:p>
      <w:pPr>
        <w:jc w:val="right"/>
      </w:pPr>
      <w:r>
        <w:t>जी डॉक्टर साहब, I was very inspired, you know, by his story.</w:t>
      </w:r>
    </w:p>
    <w:p>
      <w:r>
        <w:rPr>
          <w:b/>
        </w:rPr>
        <w:t xml:space="preserve">[01:54] </w:t>
      </w:r>
      <w:r>
        <w:t>Very motivating.</w:t>
      </w:r>
    </w:p>
    <w:p>
      <w:pPr>
        <w:jc w:val="right"/>
      </w:pPr>
      <w:r>
        <w:t>Very motivating.</w:t>
      </w:r>
    </w:p>
    <w:p>
      <w:r>
        <w:rPr>
          <w:b/>
        </w:rPr>
        <w:t xml:space="preserve">[01:55] </w:t>
      </w:r>
      <w:r>
        <w:t>Ji, it's very motivating. toh doctor sahib, aaj unhi ki zindagi se hum log sabak lenge aap ke talk se. toh sab se pehla sawal toh mera yahi aap se ke un ki family ke bare mein, un ki lineage ke bare mein aap hum sab ko batayein.</w:t>
      </w:r>
    </w:p>
    <w:p>
      <w:pPr>
        <w:jc w:val="right"/>
      </w:pPr>
      <w:r>
        <w:t>जी, it's very motivating. तो डॉक्टर साहब, आज उन्हीं की ज़िंदगी से हम लोग सबक लेंगे आपके टॉक से। तो सबसे पहला सवाल तो मेरा यही आपसे कि उनकी फैमिली के बारे में, उनकी लीनियज के बारे में आप हम सबको बताएं।</w:t>
      </w:r>
    </w:p>
    <w:p>
      <w:r>
        <w:rPr>
          <w:b/>
        </w:rPr>
        <w:t xml:space="preserve">[02:11] </w:t>
      </w:r>
      <w:r>
        <w:t>Ji. Bismillah hir rahman nir rahim, Rabbi shrahli sadri, wayassirli amri, wahlul uqdatam milisani, yafqahu qawli. Hazrat Usman raziallahu anhu, jaisa pata hai humein ke Quraish ki tribe se thay aur Prophet bhi Quraish ki tribe se thay. Is liye bohat hi closeness thi dono families mein. Hazrat Usman raziallahu anhu ki jo grand mad</w:t>
      </w:r>
    </w:p>
    <w:p>
      <w:pPr>
        <w:jc w:val="right"/>
      </w:pPr>
      <w:r>
        <w:t>जी। बिस्मिल्लाहिर्रहमानिर्रहीम, रब्बिशरहली सदरी, वयसिरली अमरी, वहलुल उकदतम मिलिसानी, यफकहु कौली। Hazrat Usman रज़ियल्लाहु अन्हु, जैसा पता है हमें कि कुरैश की ट्राइब से थे और Prophet भी कुरैश की ट्राइब से थे। इसलिए बहुत ही क्लोज़नेस थी दोनों फैमिलीज़ में। Hazrat Usman रज़ियल्लाहु अन्हु की जो ग्रैंड मद</w:t>
      </w:r>
    </w:p>
    <w:p>
      <w:r>
        <w:rPr>
          <w:b/>
        </w:rPr>
        <w:t xml:space="preserve">[02:41] </w:t>
      </w:r>
      <w:r>
        <w:t>er theen, un ka naam tha Umm Hakim Al-Bayda bint Abdul Muttalib. woh Prophet ke father ki real sister theen aur kuch logon ka kehna tha ke they were twins. toh woh is tarah se Prophet ki aunt huin, ji, phuphi. Ji. Aur jo Hazrat Usman ki mother theen, woh cousin theen Prophet ki. toh is tarah se bohat hi close relation tha. Agar hum fami</w:t>
      </w:r>
    </w:p>
    <w:p>
      <w:pPr>
        <w:jc w:val="right"/>
      </w:pPr>
      <w:r>
        <w:t>र थीं, उनका नाम था Umm Hakim Al-Bayda bint Abdul Muttalib। वो Prophet के फादर की रियल सिस्टर थीं और कुछ लोगों का कहना था कि they were twins। तो वो इस तरीके से Prophet की aunt हुईं, जी, फूफी। जी। और जो Hazrat Usman की मदर थीं, वो कज़िन थीं Prophet की। तो इस तरीके से बहुत ही क्लोज़ रिलेशन था। अगर हम फैमि</w:t>
      </w:r>
    </w:p>
    <w:p>
      <w:r>
        <w:rPr>
          <w:b/>
        </w:rPr>
        <w:t xml:space="preserve">[03:11] </w:t>
      </w:r>
      <w:r>
        <w:t>lee tree dekhen dono ki, Rasoolullah sallallahu alaihi wasallam ki aur Hazrat Usman ki, to fifth generation pe</w:t>
      </w:r>
    </w:p>
    <w:p>
      <w:pPr>
        <w:jc w:val="right"/>
      </w:pPr>
      <w:r>
        <w:t>ली ट्री देखें दोनों की, रसूलुल्लाह सल्लल्लाहु अलैहि वसल्लम की और Hazrat Usman की, तो फिफ्थ जनरेशन पे</w:t>
      </w:r>
    </w:p>
    <w:p>
      <w:r>
        <w:rPr>
          <w:b/>
        </w:rPr>
        <w:t xml:space="preserve">[03:16] </w:t>
      </w:r>
      <w:r>
        <w:t>ek hi ho jati hain woh. Ji.</w:t>
      </w:r>
    </w:p>
    <w:p>
      <w:pPr>
        <w:jc w:val="right"/>
      </w:pPr>
      <w:r>
        <w:t>एक ही हो जाती हैं वो। जी।</w:t>
      </w:r>
    </w:p>
    <w:p>
      <w:r>
        <w:rPr>
          <w:b/>
        </w:rPr>
        <w:t xml:space="preserve">[03:21] </w:t>
      </w:r>
      <w:r>
        <w:t>yaani dono dono family trees ek ho jayengi aur phir all the way up its the same. Ji.</w:t>
      </w:r>
    </w:p>
    <w:p>
      <w:pPr>
        <w:jc w:val="right"/>
      </w:pPr>
      <w:r>
        <w:t>यानी दोनों दोनों फैमिली ट्रीज़ एक हो जाएंगी और फिर ऑल द वे अप इट्स द सेम। जी।</w:t>
      </w:r>
    </w:p>
    <w:p>
      <w:r>
        <w:rPr>
          <w:b/>
        </w:rPr>
        <w:t xml:space="preserve">[03:26] </w:t>
      </w:r>
      <w:r>
        <w:t>to bohat hi close relation tha.</w:t>
      </w:r>
    </w:p>
    <w:p>
      <w:pPr>
        <w:jc w:val="right"/>
      </w:pPr>
      <w:r>
        <w:t>तो बहुत ही क्लोज़ रिलेशन था।</w:t>
      </w:r>
    </w:p>
    <w:p>
      <w:r>
        <w:rPr>
          <w:b/>
        </w:rPr>
        <w:t xml:space="preserve">[03:31] </w:t>
      </w:r>
      <w:r>
        <w:t>jo inki mother theen, unka naam tha Arwa bint Quraiz aur father ka naam Affan tha.</w:t>
      </w:r>
    </w:p>
    <w:p>
      <w:pPr>
        <w:jc w:val="right"/>
      </w:pPr>
      <w:r>
        <w:t>जो इनकी मदर थीं, उनका नाम था अरवा bint कुरैज़ और फादर का नाम अफान था।</w:t>
      </w:r>
    </w:p>
    <w:p>
      <w:r>
        <w:rPr>
          <w:b/>
        </w:rPr>
        <w:t xml:space="preserve">[03:36] </w:t>
      </w:r>
      <w:r>
        <w:t>to yeh bohat hi close thi family</w:t>
      </w:r>
    </w:p>
    <w:p>
      <w:pPr>
        <w:jc w:val="right"/>
      </w:pPr>
      <w:r>
        <w:t>तो ये बहुत ही क्लोज़ थी फैमिली</w:t>
      </w:r>
    </w:p>
    <w:p>
      <w:r>
        <w:rPr>
          <w:b/>
        </w:rPr>
        <w:t xml:space="preserve">[03:41] </w:t>
      </w:r>
      <w:r>
        <w:t>aur dono hi Rasoolullah bhi aur Hazrat Usman bhi Quraish ke thay. Is liye families mein bohat hi qaraabat thi. Ji.</w:t>
      </w:r>
    </w:p>
    <w:p>
      <w:pPr>
        <w:jc w:val="right"/>
      </w:pPr>
      <w:r>
        <w:t>और दोनों ही रसूलुल्लाह भी और Hazrat Usman भी कुरैश के थे। इसलिए फैमिलीज़ में बहुत ही कराबत थी। जी।</w:t>
      </w:r>
    </w:p>
    <w:p>
      <w:r>
        <w:rPr>
          <w:b/>
        </w:rPr>
        <w:t xml:space="preserve">[03:51] </w:t>
      </w:r>
      <w:r>
        <w:t>Ji.</w:t>
      </w:r>
    </w:p>
    <w:p>
      <w:pPr>
        <w:jc w:val="right"/>
      </w:pPr>
      <w:r>
        <w:t>जी।</w:t>
      </w:r>
    </w:p>
    <w:p>
      <w:r>
        <w:rPr>
          <w:b/>
        </w:rPr>
        <w:t xml:space="preserve">[03:55] </w:t>
      </w:r>
      <w:r>
        <w:t>Doctor sahib, hum aur bhi bohat si cheezein janenge unki zindagi ko lekar.</w:t>
      </w:r>
    </w:p>
    <w:p>
      <w:pPr>
        <w:jc w:val="right"/>
      </w:pPr>
      <w:r>
        <w:t>डॉक्टर साहब, हम और भी बहुत सी चीजें जानेंगे उनकी ज़िंदगी को लेकर।</w:t>
      </w:r>
    </w:p>
    <w:p>
      <w:r>
        <w:rPr>
          <w:b/>
        </w:rPr>
        <w:t xml:space="preserve">[03:58] </w:t>
      </w:r>
      <w:r>
        <w:t>But jaise kuch baatein hain ke he was even during the pre-Islamic period, he was loved dearly by his people.</w:t>
      </w:r>
    </w:p>
    <w:p>
      <w:pPr>
        <w:jc w:val="right"/>
      </w:pPr>
      <w:r>
        <w:t>बट जैसे कुछ बातें हैं कि ही वाज़ इवन ड्यूरिंग द प्री-इस्लामिक पीरियड, ही वाज़ लव्ड डियरली बाय हिज पीपल।</w:t>
      </w:r>
    </w:p>
    <w:p>
      <w:r>
        <w:rPr>
          <w:b/>
        </w:rPr>
        <w:t xml:space="preserve">[04:01] </w:t>
      </w:r>
      <w:r>
        <w:t>He helped everyone.</w:t>
      </w:r>
    </w:p>
    <w:p>
      <w:pPr>
        <w:jc w:val="right"/>
      </w:pPr>
      <w:r>
        <w:t>ही हेल्प्ड एवरीवन।</w:t>
      </w:r>
    </w:p>
    <w:p>
      <w:r>
        <w:rPr>
          <w:b/>
        </w:rPr>
        <w:t xml:space="preserve">[04:05] </w:t>
      </w:r>
      <w:r>
        <w:t>he did not take alcohol.</w:t>
      </w:r>
    </w:p>
    <w:p>
      <w:pPr>
        <w:jc w:val="right"/>
      </w:pPr>
      <w:r>
        <w:t>ही डिड नॉट टेक अल्कोहल।</w:t>
      </w:r>
    </w:p>
    <w:p>
      <w:r>
        <w:rPr>
          <w:b/>
        </w:rPr>
        <w:t xml:space="preserve">[04:08] </w:t>
      </w:r>
      <w:r>
        <w:t>so moral values bari high theen unki.</w:t>
      </w:r>
    </w:p>
    <w:p>
      <w:pPr>
        <w:jc w:val="right"/>
      </w:pPr>
      <w:r>
        <w:t>सो मोरल वैल्यूज़ बड़ी हाई थीं उनकी।</w:t>
      </w:r>
    </w:p>
    <w:p>
      <w:r>
        <w:rPr>
          <w:b/>
        </w:rPr>
        <w:t xml:space="preserve">[04:11] </w:t>
      </w:r>
      <w:r>
        <w:t>and he was a person of high knowledge.</w:t>
      </w:r>
    </w:p>
    <w:p>
      <w:pPr>
        <w:jc w:val="right"/>
      </w:pPr>
      <w:r>
        <w:t>एंड ही वाज़ अ पर्सन ऑफ हाई नॉलेज।</w:t>
      </w:r>
    </w:p>
    <w:p>
      <w:r>
        <w:rPr>
          <w:b/>
        </w:rPr>
        <w:t xml:space="preserve">[04:15] </w:t>
      </w:r>
      <w:r>
        <w:t>to main chahunga doctor sahib, wo baatein to abhi hum aur detail mein discuss karenge.</w:t>
      </w:r>
    </w:p>
    <w:p>
      <w:pPr>
        <w:jc w:val="right"/>
      </w:pPr>
      <w:r>
        <w:t>तो मैं चाहूंगा डॉक्टर साहब, वो बातें तो अभी हम और डिटेल में डिस्कस करेंगे।</w:t>
      </w:r>
    </w:p>
    <w:p>
      <w:r>
        <w:rPr>
          <w:b/>
        </w:rPr>
        <w:t xml:space="preserve">[04:18] </w:t>
      </w:r>
      <w:r>
        <w:t>aap unke kuch physical appearance ke bare mein batayein.</w:t>
      </w:r>
    </w:p>
    <w:p>
      <w:pPr>
        <w:jc w:val="right"/>
      </w:pPr>
      <w:r>
        <w:t>आप उनके कुछ फिजिकल अपीयरेंस के बारे में बताएं।</w:t>
      </w:r>
    </w:p>
    <w:p>
      <w:r>
        <w:rPr>
          <w:b/>
        </w:rPr>
        <w:t xml:space="preserve">[04:21] </w:t>
      </w:r>
      <w:r>
        <w:t>kaha jata hai ke he was a very handsome person. ji.</w:t>
      </w:r>
    </w:p>
    <w:p>
      <w:pPr>
        <w:jc w:val="right"/>
      </w:pPr>
      <w:r>
        <w:t>कहा जाता है कि ही वाज़ अ वेरी हैंडसम पर्सन। जी।</w:t>
      </w:r>
    </w:p>
    <w:p>
      <w:r>
        <w:rPr>
          <w:b/>
        </w:rPr>
        <w:t xml:space="preserve">[04:25] </w:t>
      </w:r>
      <w:r>
        <w:t>and jo height thi unki, he was average height.</w:t>
      </w:r>
    </w:p>
    <w:p>
      <w:pPr>
        <w:jc w:val="right"/>
      </w:pPr>
      <w:r>
        <w:t>एंड जो हाइट थी उनकी, ही वाज़ एवरेज हाइट।</w:t>
      </w:r>
    </w:p>
    <w:p>
      <w:r>
        <w:rPr>
          <w:b/>
        </w:rPr>
        <w:t xml:space="preserve">[04:29] </w:t>
      </w:r>
      <w:r>
        <w:t>neither to tall nor to short.</w:t>
      </w:r>
    </w:p>
    <w:p>
      <w:pPr>
        <w:jc w:val="right"/>
      </w:pPr>
      <w:r>
        <w:t>नाइदर टू टॉल नॉर टू शॉर्ट।</w:t>
      </w:r>
    </w:p>
    <w:p>
      <w:r>
        <w:rPr>
          <w:b/>
        </w:rPr>
        <w:t xml:space="preserve">[04:33] </w:t>
      </w:r>
      <w:r>
        <w:t>average height thi.</w:t>
      </w:r>
    </w:p>
    <w:p>
      <w:pPr>
        <w:jc w:val="right"/>
      </w:pPr>
      <w:r>
        <w:t>एवरेज हाइट थी।</w:t>
      </w:r>
    </w:p>
    <w:p>
      <w:r>
        <w:rPr>
          <w:b/>
        </w:rPr>
        <w:t xml:space="preserve">[04:36] </w:t>
      </w:r>
      <w:r>
        <w:t>and he was thin.</w:t>
      </w:r>
    </w:p>
    <w:p>
      <w:pPr>
        <w:jc w:val="right"/>
      </w:pPr>
      <w:r>
        <w:t>एंड ही वाज़ थिन।</w:t>
      </w:r>
    </w:p>
    <w:p>
      <w:r>
        <w:rPr>
          <w:b/>
        </w:rPr>
        <w:t xml:space="preserve">[04:40] </w:t>
      </w:r>
      <w:r>
        <w:t>yani bohat muscular nahi the jaise Hazrat Umar razi Allahu anhu hain ya Hazrat Ali razi Allahu anhu.</w:t>
      </w:r>
    </w:p>
    <w:p>
      <w:pPr>
        <w:jc w:val="right"/>
      </w:pPr>
      <w:r>
        <w:t>यानी बहुत मस्कुलर नहीं थे जैसे Hazrat Umar रज़ियल्लाहु अन्हु हैं या Hazrat Ali रज़ियल्लाहु अन्हु।</w:t>
      </w:r>
    </w:p>
    <w:p>
      <w:r>
        <w:rPr>
          <w:b/>
        </w:rPr>
        <w:t xml:space="preserve">[04:44] </w:t>
      </w:r>
      <w:r>
        <w:t>ye log bohat tall aur muscular, bohat zabardast qism ke ki shakhsiyat the.</w:t>
      </w:r>
    </w:p>
    <w:p>
      <w:pPr>
        <w:jc w:val="right"/>
      </w:pPr>
      <w:r>
        <w:t>ये लोग बड़े टॉल और मस्कुलर, बड़े जबरदस्त किस्म के की शख्सियत थे।</w:t>
      </w:r>
    </w:p>
    <w:p>
      <w:r>
        <w:rPr>
          <w:b/>
        </w:rPr>
        <w:t xml:space="preserve">[04:48] </w:t>
      </w:r>
      <w:r>
        <w:t>lekin Hazrat Usman bohat hi he was a thin aur average height aur jo color tha s</w:t>
      </w:r>
    </w:p>
    <w:p>
      <w:pPr>
        <w:jc w:val="right"/>
      </w:pPr>
      <w:r>
        <w:t>लेकिन Hazrat Usman बहुत ही ही वाज़ अ थिन और एवरेज हाइट और जो कलर था स्</w:t>
      </w:r>
    </w:p>
    <w:p>
      <w:r>
        <w:rPr>
          <w:b/>
        </w:rPr>
        <w:t xml:space="preserve">[04:52] </w:t>
      </w:r>
      <w:r>
        <w:t>kin ka, wo wheatish brown tha.</w:t>
      </w:r>
    </w:p>
    <w:p>
      <w:pPr>
        <w:jc w:val="right"/>
      </w:pPr>
      <w:r>
        <w:t>किन का, वो वीटिश ब्राउन था।</w:t>
      </w:r>
    </w:p>
    <w:p>
      <w:r>
        <w:rPr>
          <w:b/>
        </w:rPr>
        <w:t xml:space="preserve">[04:57] </w:t>
      </w:r>
      <w:r>
        <w:t>to zyada tar jo Quraish ke log the, wo isi color ke the, wheatish brown ke. ji.</w:t>
      </w:r>
    </w:p>
    <w:p>
      <w:pPr>
        <w:jc w:val="right"/>
      </w:pPr>
      <w:r>
        <w:t>तो ज्यादातर जो कुरैश के लोग थे, वो इसी कलर के थे, वीटिश ब्राउन के। जी।</w:t>
      </w:r>
    </w:p>
    <w:p>
      <w:r>
        <w:rPr>
          <w:b/>
        </w:rPr>
        <w:t xml:space="preserve">[05:02] </w:t>
      </w:r>
      <w:r>
        <w:t>aur ek bar Prophet ne apni beti Ruqayyah se kaha tha jab shadi hui thi ke no one</w:t>
      </w:r>
    </w:p>
    <w:p>
      <w:pPr>
        <w:jc w:val="right"/>
      </w:pPr>
      <w:r>
        <w:t>और एक बार Prophet ने अपनी बेटी रुकैया से कहा था जब शादी हुई थी के नो वन</w:t>
      </w:r>
    </w:p>
    <w:p>
      <w:r>
        <w:rPr>
          <w:b/>
        </w:rPr>
        <w:t xml:space="preserve">[05:07] </w:t>
      </w:r>
      <w:r>
        <w:t>resembled your father and Ibrahim more than Usman your husband. ji.</w:t>
      </w:r>
    </w:p>
    <w:p>
      <w:pPr>
        <w:jc w:val="right"/>
      </w:pPr>
      <w:r>
        <w:t>रिजेंबल्ड योर फादर एंड इब्राहम मोर देन Usman योर हस्बैंड। जी।</w:t>
      </w:r>
    </w:p>
    <w:p>
      <w:r>
        <w:rPr>
          <w:b/>
        </w:rPr>
        <w:t xml:space="preserve">[05:12] </w:t>
      </w:r>
      <w:r>
        <w:t>yani Hazrat Usman Rasoolullah se bhi milte the aur Hazrat Ibrahim se bhi milte the.</w:t>
      </w:r>
    </w:p>
    <w:p>
      <w:pPr>
        <w:jc w:val="right"/>
      </w:pPr>
      <w:r>
        <w:t>यानी Hazrat Usman रसूलुल्लाह से भी मिलते थे और Hazrat Ibrahim से भी मिलते थे।</w:t>
      </w:r>
    </w:p>
    <w:p>
      <w:r>
        <w:rPr>
          <w:b/>
        </w:rPr>
        <w:t xml:space="preserve">[05:17] </w:t>
      </w:r>
      <w:r>
        <w:t>aur ek sahabi the Abdul Rehman</w:t>
      </w:r>
    </w:p>
    <w:p>
      <w:pPr>
        <w:jc w:val="right"/>
      </w:pPr>
      <w:r>
        <w:t>और एक सहाबी थे अब्दुल रहमान</w:t>
      </w:r>
    </w:p>
    <w:p>
      <w:r>
        <w:rPr>
          <w:b/>
        </w:rPr>
        <w:t xml:space="preserve">[05:22] </w:t>
      </w:r>
      <w:r>
        <w:t>ibn Hazam. Unhon ne kaha tha ke I have never seen a person more handsome than Usman. Ji. Toh yeh toh bohat hi zabardast shakhsiyat thi aur bohat hi modest thay aur bohat hi handsome thay. Toh zabardast qualities theen aur Rasoolullah se bohat hi physical appearance bhi thi aur un ki jo virtues hain, woh bhi bohat milti theen Rasoolullah sallallahu alaihi wasallam se.</w:t>
      </w:r>
    </w:p>
    <w:p>
      <w:pPr>
        <w:jc w:val="right"/>
      </w:pPr>
      <w:r>
        <w:t>इब्न हजम। उन्होंने कहा था कि आई हैव नेवर सीन अ पर्सन मोर हैंडसम देन Usman। जी। तो ये तो बहुत ही जबरदस्त शख्सियत थी और बहुत ही मॉडेस्ट थे और बहुत ही हैंडसम थे। तो जबरदस्त क्वालिटीज थीं और रसूलुल्लाह से बहुत ही फिजिकल अपीयरेंस भी थी और उनकी जो वर्चूज हैं, वो भी बहुत मिलती थीं रसूलुल्लाह सल्लल्लाहु अलैहि वसल्लम से।</w:t>
      </w:r>
    </w:p>
    <w:p>
      <w:r>
        <w:rPr>
          <w:b/>
        </w:rPr>
        <w:t xml:space="preserve">[05:45] </w:t>
      </w:r>
      <w:r>
        <w:t>Ji. Toh doctor sahib, yeh bohat zabardast baat hai ke Prophet himself said that he resembles at most in morals among the companions. Toh main chahunga ke aap thoda sa is ko expand karein doctor sahib, un ki qualities, un ki virtues, us ke bare mein hum sab ko batayein.</w:t>
      </w:r>
    </w:p>
    <w:p>
      <w:pPr>
        <w:jc w:val="right"/>
      </w:pPr>
      <w:r>
        <w:t>जी। तो डॉक्टर साहब, ये बहुत जबरदस्त बात है कि Prophet himself said that he resembles at most in morals among the companions. तो मैं चाहूंगा कि आप थोड़ा सा इसको एक्सपेंड करें डॉक्टर साहब, उनकी क्वालिटीज, उनकी वर्चूज, उसके बारे में हम सबको बताएं।</w:t>
      </w:r>
    </w:p>
    <w:p>
      <w:r>
        <w:rPr>
          <w:b/>
        </w:rPr>
        <w:t xml:space="preserve">[06:03] </w:t>
      </w:r>
      <w:r>
        <w:t>jo do qualities theen, jo bohat hi prominent theen Hazrat Usman razi Allahu anhu ki, wo thi modesty and generosity.</w:t>
      </w:r>
    </w:p>
    <w:p>
      <w:pPr>
        <w:jc w:val="right"/>
      </w:pPr>
      <w:r>
        <w:t>जो दो क्वालिटीज थीं, जो बहुत ही प्रोमिनेंट थीं Hazrat Usman रज़ियल्लाहु अन्हु की, वो थी मॉडेस्टी एंड जनरोसिटी।</w:t>
      </w:r>
    </w:p>
    <w:p>
      <w:r>
        <w:rPr>
          <w:b/>
        </w:rPr>
        <w:t xml:space="preserve">[06:07] </w:t>
      </w:r>
      <w:r>
        <w:t>his modesty and his generosity were the most prominent qualities.</w:t>
      </w:r>
    </w:p>
    <w:p>
      <w:pPr>
        <w:jc w:val="right"/>
      </w:pPr>
      <w:r>
        <w:t>हिज मॉडेस्टी एंड हिज जनरोसिटी वर द मोस्ट प्रोमिनेंट क्वालिटीज।</w:t>
      </w:r>
    </w:p>
    <w:p>
      <w:r>
        <w:rPr>
          <w:b/>
        </w:rPr>
        <w:t xml:space="preserve">[06:11] </w:t>
      </w:r>
      <w:r>
        <w:t>aur bohat hi soft spoken the.</w:t>
      </w:r>
    </w:p>
    <w:p>
      <w:pPr>
        <w:jc w:val="right"/>
      </w:pPr>
      <w:r>
        <w:t>और बहुत ही सॉफ्ट स्पोकन थे।</w:t>
      </w:r>
    </w:p>
    <w:p>
      <w:r>
        <w:rPr>
          <w:b/>
        </w:rPr>
        <w:t xml:space="preserve">[06:16] </w:t>
      </w:r>
      <w:r>
        <w:t>very soft spoken, very humble.</w:t>
      </w:r>
    </w:p>
    <w:p>
      <w:pPr>
        <w:jc w:val="right"/>
      </w:pPr>
      <w:r>
        <w:t>वेरी सॉफ्ट स्पोकन, वेरी हंबल।</w:t>
      </w:r>
    </w:p>
    <w:p>
      <w:r>
        <w:rPr>
          <w:b/>
        </w:rPr>
        <w:t xml:space="preserve">[06:20] </w:t>
      </w:r>
      <w:r>
        <w:t>jab wo bolte the to log sunte the bohat shauk se.</w:t>
      </w:r>
    </w:p>
    <w:p>
      <w:pPr>
        <w:jc w:val="right"/>
      </w:pPr>
      <w:r>
        <w:t>जब वो बोलते थे तो लोग सुनते थे बड़े शौक से।</w:t>
      </w:r>
    </w:p>
    <w:p>
      <w:r>
        <w:rPr>
          <w:b/>
        </w:rPr>
        <w:t xml:space="preserve">[06:24] </w:t>
      </w:r>
      <w:r>
        <w:t>very pleasant to listen to him when he talks. ji.</w:t>
      </w:r>
    </w:p>
    <w:p>
      <w:pPr>
        <w:jc w:val="right"/>
      </w:pPr>
      <w:r>
        <w:t>वेरी प्लेज़ेंट टू लिसन टू हिम व्हेन ही टॉक्स। जी।</w:t>
      </w:r>
    </w:p>
    <w:p>
      <w:r>
        <w:rPr>
          <w:b/>
        </w:rPr>
        <w:t xml:space="preserve">[06:29] </w:t>
      </w:r>
      <w:r>
        <w:t>aur jo jo unka character tha</w:t>
      </w:r>
    </w:p>
    <w:p>
      <w:pPr>
        <w:jc w:val="right"/>
      </w:pPr>
      <w:r>
        <w:t>और जो जो उनका कैरेक्टर था</w:t>
      </w:r>
    </w:p>
    <w:p>
      <w:r>
        <w:rPr>
          <w:b/>
        </w:rPr>
        <w:t xml:space="preserve">[06:33] </w:t>
      </w:r>
      <w:r>
        <w:t>aur jo jo physical appearance thi, woh bhi Prophet se bohat milti thi.</w:t>
      </w:r>
    </w:p>
    <w:p>
      <w:pPr>
        <w:jc w:val="right"/>
      </w:pPr>
      <w:r>
        <w:t>और जो जो फिजिकल अपीयरेंस थी, वो भी Prophet से बहुत मिलती थी।</w:t>
      </w:r>
    </w:p>
    <w:p>
      <w:r>
        <w:rPr>
          <w:b/>
        </w:rPr>
        <w:t xml:space="preserve">[06:41] </w:t>
      </w:r>
      <w:r>
        <w:t>aur jo sab se khaas cheez thi Hazrat Usman (R.A.) ki, woh haya thi yani modesty.</w:t>
      </w:r>
    </w:p>
    <w:p>
      <w:pPr>
        <w:jc w:val="right"/>
      </w:pPr>
      <w:r>
        <w:t>और जो सबसे खास चीज थी Hazrat Usman रज़ियल्लाहु अन्हु की, वो हया थी यानी मॉडेस्टी।</w:t>
      </w:r>
    </w:p>
    <w:p>
      <w:r>
        <w:rPr>
          <w:b/>
        </w:rPr>
        <w:t xml:space="preserve">[06:48] </w:t>
      </w:r>
      <w:r>
        <w:t>was very modest, very humble, very shy and bashful person. Ji.</w:t>
      </w:r>
    </w:p>
    <w:p>
      <w:pPr>
        <w:jc w:val="right"/>
      </w:pPr>
      <w:r>
        <w:t>वाज़ वेरी मॉडेस्ट, वेरी हंबल, वेरी शाई एंड बेशफुल पर्सन। जी।</w:t>
      </w:r>
    </w:p>
    <w:p>
      <w:r>
        <w:rPr>
          <w:b/>
        </w:rPr>
        <w:t xml:space="preserve">[06:56] </w:t>
      </w:r>
      <w:r>
        <w:t>aur Rasoolullah ne kaha tha ke every religion has a special quality and the quality of Islam is haya. Modesty.</w:t>
      </w:r>
    </w:p>
    <w:p>
      <w:pPr>
        <w:jc w:val="right"/>
      </w:pPr>
      <w:r>
        <w:t>और रसूलुल्लाह ने कहा था कि एवरी रिलीजन हैज़ ए स्पेशल क्वालिटी एंड द क्वालिटी ऑफ इस्लाम इज हया। मॉडेस्टी।</w:t>
      </w:r>
    </w:p>
    <w:p>
      <w:r>
        <w:rPr>
          <w:b/>
        </w:rPr>
        <w:t xml:space="preserve">[07:03] </w:t>
      </w:r>
      <w:r>
        <w:t>isi tarah se Rasoolullah ne kaha tha ke Al haya minal iman.</w:t>
      </w:r>
    </w:p>
    <w:p>
      <w:pPr>
        <w:jc w:val="right"/>
      </w:pPr>
      <w:r>
        <w:t>इसी तरीके से रसूलुल्लाह ने कहा था कि अल हया मिनल ईमान।</w:t>
      </w:r>
    </w:p>
    <w:p>
      <w:r>
        <w:rPr>
          <w:b/>
        </w:rPr>
        <w:t xml:space="preserve">[07:08] </w:t>
      </w:r>
      <w:r>
        <w:t>yani haya ya modesty is from faith, from iman.</w:t>
      </w:r>
    </w:p>
    <w:p>
      <w:pPr>
        <w:jc w:val="right"/>
      </w:pPr>
      <w:r>
        <w:t>यानी हया या मॉडेस्टी इज फ्रॉम फेथ, फ्रॉम ईमान।</w:t>
      </w:r>
    </w:p>
    <w:p>
      <w:r>
        <w:rPr>
          <w:b/>
        </w:rPr>
        <w:t xml:space="preserve">[07:12] </w:t>
      </w:r>
      <w:r>
        <w:t>jaisa aap ne bhi kaha ke he never drank alcohol or wine.</w:t>
      </w:r>
    </w:p>
    <w:p>
      <w:pPr>
        <w:jc w:val="right"/>
      </w:pPr>
      <w:r>
        <w:t>जैसा आपने भी कहा कि ही नेवर ड्रंक अल्कोहल और वाइन।</w:t>
      </w:r>
    </w:p>
    <w:p>
      <w:r>
        <w:rPr>
          <w:b/>
        </w:rPr>
        <w:t xml:space="preserve">[07:17] </w:t>
      </w:r>
      <w:r>
        <w:t>unhone kaha tha ke yani pre-islamic period mein bhi unhone kabhi sharab waghera nahi pi aur kaha tha</w:t>
      </w:r>
    </w:p>
    <w:p>
      <w:pPr>
        <w:jc w:val="right"/>
      </w:pPr>
      <w:r>
        <w:t>उन्होंने कहा था कि यानी प्री-इस्लामिक पीरियड में भी उन्होंने कभी शराब वगैरह नहीं पी और कहा था</w:t>
      </w:r>
    </w:p>
    <w:p>
      <w:r>
        <w:rPr>
          <w:b/>
        </w:rPr>
        <w:t xml:space="preserve">[07:21] </w:t>
      </w:r>
      <w:r>
        <w:t>ke reason is a gift of God.</w:t>
      </w:r>
    </w:p>
    <w:p>
      <w:pPr>
        <w:jc w:val="right"/>
      </w:pPr>
      <w:r>
        <w:t>कि रीजन इज अ गिफ्ट ऑफ गॉड।</w:t>
      </w:r>
    </w:p>
    <w:p>
      <w:r>
        <w:rPr>
          <w:b/>
        </w:rPr>
        <w:t xml:space="preserve">[07:25] </w:t>
      </w:r>
      <w:r>
        <w:t>rum and wine destroy reason.</w:t>
      </w:r>
    </w:p>
    <w:p>
      <w:pPr>
        <w:jc w:val="right"/>
      </w:pPr>
      <w:r>
        <w:t>हम एंड वाइन डिस्ट्रॉय रीजन।</w:t>
      </w:r>
    </w:p>
    <w:p>
      <w:r>
        <w:rPr>
          <w:b/>
        </w:rPr>
        <w:t xml:space="preserve">[07:30] </w:t>
      </w:r>
      <w:r>
        <w:t>yani woh apni fitrat pe the, nature pe the. Ji. Aur</w:t>
      </w:r>
    </w:p>
    <w:p>
      <w:pPr>
        <w:jc w:val="right"/>
      </w:pPr>
      <w:r>
        <w:t>यानी वो अपनी फितरत पे थे, नेचर पे थे। जी। और</w:t>
      </w:r>
    </w:p>
    <w:p>
      <w:r>
        <w:rPr>
          <w:b/>
        </w:rPr>
        <w:t xml:space="preserve">[07:34] </w:t>
      </w:r>
      <w:r>
        <w:t>us zamane mein jo log ka hobby hoti thi, woh poetry aur history aur jo lineage hai Arab</w:t>
      </w:r>
    </w:p>
    <w:p>
      <w:pPr>
        <w:jc w:val="right"/>
      </w:pPr>
      <w:r>
        <w:t>उस जमाने में जो लोग का हॉबी होती थी, वो पोएट्री और हिस्ट्री और जो लीनियज है अरब</w:t>
      </w:r>
    </w:p>
    <w:p>
      <w:r>
        <w:rPr>
          <w:b/>
        </w:rPr>
        <w:t xml:space="preserve">[07:39] </w:t>
      </w:r>
      <w:r>
        <w:t>Arabs ki aur family tree. Ji.</w:t>
      </w:r>
    </w:p>
    <w:p>
      <w:pPr>
        <w:jc w:val="right"/>
      </w:pPr>
      <w:r>
        <w:t>अरब्स की और फैमिली ट्री। जी।</w:t>
      </w:r>
    </w:p>
    <w:p>
      <w:r>
        <w:rPr>
          <w:b/>
        </w:rPr>
        <w:t xml:space="preserve">[07:43] </w:t>
      </w:r>
      <w:r>
        <w:t>toh yeh sab cheezein unko bhi pasand thi aur travelling bhi pasand thi.</w:t>
      </w:r>
    </w:p>
    <w:p>
      <w:pPr>
        <w:jc w:val="right"/>
      </w:pPr>
      <w:r>
        <w:t>तो ये सब चीजें उनको भी पसंद थीं और ट्रैवलिंग भी पसंद थी।</w:t>
      </w:r>
    </w:p>
    <w:p>
      <w:r>
        <w:rPr>
          <w:b/>
        </w:rPr>
        <w:t xml:space="preserve">[07:47] </w:t>
      </w:r>
      <w:r>
        <w:t>yani he traveled to Yemen and Abyssinia and Syria even before Islam.</w:t>
      </w:r>
    </w:p>
    <w:p>
      <w:pPr>
        <w:jc w:val="right"/>
      </w:pPr>
      <w:r>
        <w:t>यानी ही ट्रैवल्ड टू यमन एंड एबीसीनिया एंड सीरिया इवन बिफोर इस्लाम।</w:t>
      </w:r>
    </w:p>
    <w:p>
      <w:r>
        <w:rPr>
          <w:b/>
        </w:rPr>
        <w:t xml:space="preserve">[07:52] </w:t>
      </w:r>
      <w:r>
        <w:t>he was a merchant.</w:t>
      </w:r>
    </w:p>
    <w:p>
      <w:pPr>
        <w:jc w:val="right"/>
      </w:pPr>
      <w:r>
        <w:t>ही वाज़ अ मर्चेंट।</w:t>
      </w:r>
    </w:p>
    <w:p>
      <w:r>
        <w:rPr>
          <w:b/>
        </w:rPr>
        <w:t xml:space="preserve">[07:56] </w:t>
      </w:r>
      <w:r>
        <w:t>so he used to travel.</w:t>
      </w:r>
    </w:p>
    <w:p>
      <w:pPr>
        <w:jc w:val="right"/>
      </w:pPr>
      <w:r>
        <w:t>सो ही यूज़्ड टू ट्रैवल।</w:t>
      </w:r>
    </w:p>
    <w:p>
      <w:r>
        <w:rPr>
          <w:b/>
        </w:rPr>
        <w:t xml:space="preserve">[08:00] </w:t>
      </w:r>
      <w:r>
        <w:t>very soft spoken</w:t>
      </w:r>
    </w:p>
    <w:p>
      <w:pPr>
        <w:jc w:val="right"/>
      </w:pPr>
      <w:r>
        <w:t>वेरी सॉफ्ट स्पोकन</w:t>
      </w:r>
    </w:p>
    <w:p>
      <w:r>
        <w:rPr>
          <w:b/>
        </w:rPr>
        <w:t xml:space="preserve">[08:05] </w:t>
      </w:r>
      <w:r>
        <w:t>and very beloved. Jaisa aap ne bhi kaha, particularly he was very beloved to the youth of the Quraish. Yani yeh yeh ho gaya ke ek saying mashhoor ho gayi. Jo maayein jo theen, mothers used to sing. Jaise jaise lori nahi hoti hamare yahan. Us tarah ki ek tarah ki ek lori ho gayi ke apne bachon ko sulane ke liye maayein kehti theen, "Ahbak wa rahman hub Quraish Usman." Ji. Yani I swear by mercy</w:t>
      </w:r>
    </w:p>
    <w:p>
      <w:pPr>
        <w:jc w:val="right"/>
      </w:pPr>
      <w:r>
        <w:t>एंड वेरी बिलव्ड। जैसा आपने भी कहा, पर्टिकुलरली ही वाज़ वेरी बिलव्ड टू द यूथ ऑफ द कुरैश। यानी ये ये हो गया कि एक सेइंग मशहूर हो गई। जो माएं जो थीं, मदर्स यूज़्ड टू सिंग। जैसे जैसे लोरी नहीं होती हमारे यहां। उस तरह की एक तरीके की एक लोरी हो गई कि अपने बच्चों को सुलाने के लिए माएं कहती थीं, "अहबुक व रहमान हुब कुरैश उस्मान।" जी। यानी आई स्वेयर बाय मर्सी</w:t>
      </w:r>
    </w:p>
    <w:p>
      <w:r>
        <w:rPr>
          <w:b/>
        </w:rPr>
        <w:t xml:space="preserve">[08:35] </w:t>
      </w:r>
      <w:r>
        <w:t>ful. i swear by the merciful. my love for you is like the love of quraish to usman. to is qadar hardil azeez shakhsiyat thay ye jo unki personality thi, exceptional personality aur very beloved person because of his character, his nobility and his modesty and his generosity. he was very much loved by the people in makka.</w:t>
      </w:r>
    </w:p>
    <w:p>
      <w:pPr>
        <w:jc w:val="right"/>
      </w:pPr>
      <w:r>
        <w:t>फुल। आई स्वेयर बाय द मर्सीफुल। माय लव फॉर यू इज लाइक द लव ऑफ कुरैश टू उस्मान। तो इस कदर हरदिल अजीज शख्सियत थे ये जो उनकी पर्सनालिटी थी, एक्सेप्शनल पर्सनालिटी और वेरी बिलव्ड पर्सन बिकॉज़ ऑफ हिज कैरेक्टर, हिज नोबिलिटी एंड हिज मॉडेस्टी एंड हिज जनरोसिटी। ही वाज़ वेरी मच लव्ड बाय द पीपल इन मक्का।</w:t>
      </w:r>
    </w:p>
    <w:p>
      <w:r>
        <w:rPr>
          <w:b/>
        </w:rPr>
        <w:t xml:space="preserve">[09:03] </w:t>
      </w:r>
      <w:r>
        <w:t>Ji.</w:t>
      </w:r>
    </w:p>
    <w:p>
      <w:pPr>
        <w:jc w:val="right"/>
      </w:pPr>
      <w:r>
        <w:t>जी।</w:t>
      </w:r>
    </w:p>
    <w:p>
      <w:r>
        <w:rPr>
          <w:b/>
        </w:rPr>
        <w:t xml:space="preserve">[09:06] </w:t>
      </w:r>
      <w:r>
        <w:t>डॉक्टर साहब, shyness से मुझे एक किस्सा उनका याद आया कि बहुत मुझे अच्छा लगा और it was</w:t>
      </w:r>
    </w:p>
    <w:p>
      <w:pPr>
        <w:jc w:val="right"/>
      </w:pPr>
      <w:r>
        <w:t>डॉक्टर साहब, शाइनेस से मुझे एक किस्सा उनका याद आया कि बहुत मुझे अच्छा लगा और इट वाज़</w:t>
      </w:r>
    </w:p>
    <w:p>
      <w:r>
        <w:rPr>
          <w:b/>
        </w:rPr>
        <w:t xml:space="preserve">[09:09] </w:t>
      </w:r>
      <w:r>
        <w:t>A very sweet incident that Prophet ek martaba apne kamre mein the.</w:t>
      </w:r>
    </w:p>
    <w:p>
      <w:pPr>
        <w:jc w:val="right"/>
      </w:pPr>
      <w:r>
        <w:t>अ वेरी स्वीट इंसिडेंट कि Prophet एक मर्तबा अपने कमरे में थे।</w:t>
      </w:r>
    </w:p>
    <w:p>
      <w:r>
        <w:rPr>
          <w:b/>
        </w:rPr>
        <w:t xml:space="preserve">[09:12] </w:t>
      </w:r>
      <w:r>
        <w:t>saath mein Hazrat Aisha bhi thi.</w:t>
      </w:r>
    </w:p>
    <w:p>
      <w:pPr>
        <w:jc w:val="right"/>
      </w:pPr>
      <w:r>
        <w:t>साथ में हजरत आयशा भी थी।</w:t>
      </w:r>
    </w:p>
    <w:p>
      <w:r>
        <w:rPr>
          <w:b/>
        </w:rPr>
        <w:t xml:space="preserve">[09:15] </w:t>
      </w:r>
      <w:r>
        <w:t>toh unka jo kapda hai, knee tak tha.</w:t>
      </w:r>
    </w:p>
    <w:p>
      <w:pPr>
        <w:jc w:val="right"/>
      </w:pPr>
      <w:r>
        <w:t>तो उनका जो कपड़ा है, नी तक था।</w:t>
      </w:r>
    </w:p>
    <w:p>
      <w:r>
        <w:rPr>
          <w:b/>
        </w:rPr>
        <w:t xml:space="preserve">[09:18] </w:t>
      </w:r>
      <w:r>
        <w:t>toh woh lete hue the shayad. Yes.</w:t>
      </w:r>
    </w:p>
    <w:p>
      <w:pPr>
        <w:jc w:val="right"/>
      </w:pPr>
      <w:r>
        <w:t>तो वो लेटे हुए थे शायद। यस।</w:t>
      </w:r>
    </w:p>
    <w:p>
      <w:r>
        <w:rPr>
          <w:b/>
        </w:rPr>
        <w:t xml:space="preserve">[09:21] </w:t>
      </w:r>
      <w:r>
        <w:t>toh Hazrat Abu Bakr aaye unse milne.</w:t>
      </w:r>
    </w:p>
    <w:p>
      <w:pPr>
        <w:jc w:val="right"/>
      </w:pPr>
      <w:r>
        <w:t>तो हजरत अबू बकर आए उनसे मिलने।</w:t>
      </w:r>
    </w:p>
    <w:p>
      <w:r>
        <w:rPr>
          <w:b/>
        </w:rPr>
        <w:t xml:space="preserve">[09:24] </w:t>
      </w:r>
      <w:r>
        <w:t>तो उन्होंने लेटे-लेटे उनको address करा।</w:t>
      </w:r>
    </w:p>
    <w:p>
      <w:pPr>
        <w:jc w:val="right"/>
      </w:pPr>
      <w:r>
        <w:t>तो उन्होंने लेटे-लेटे उनको एड्रेस करा।</w:t>
      </w:r>
    </w:p>
    <w:p>
      <w:r>
        <w:rPr>
          <w:b/>
        </w:rPr>
        <w:t xml:space="preserve">[09:27] </w:t>
      </w:r>
      <w:r>
        <w:t>phir uske baad Hazrat Umar aaye.</w:t>
      </w:r>
    </w:p>
    <w:p>
      <w:pPr>
        <w:jc w:val="right"/>
      </w:pPr>
      <w:r>
        <w:t>फिर उसके बाद हजरत उमर आए।</w:t>
      </w:r>
    </w:p>
    <w:p>
      <w:r>
        <w:rPr>
          <w:b/>
        </w:rPr>
        <w:t xml:space="preserve">[09:30] </w:t>
      </w:r>
      <w:r>
        <w:t>toh tab bhi Prophet ne usi position mein</w:t>
      </w:r>
    </w:p>
    <w:p>
      <w:pPr>
        <w:jc w:val="right"/>
      </w:pPr>
      <w:r>
        <w:t>तो तब भी Prophet ने उसी पोजीशन में</w:t>
      </w:r>
    </w:p>
    <w:p>
      <w:r>
        <w:rPr>
          <w:b/>
        </w:rPr>
        <w:t xml:space="preserve">[09:33] </w:t>
      </w:r>
      <w:r>
        <w:t>unko address kara.</w:t>
      </w:r>
    </w:p>
    <w:p>
      <w:pPr>
        <w:jc w:val="right"/>
      </w:pPr>
      <w:r>
        <w:t>उनको एड्रेस करा।</w:t>
      </w:r>
    </w:p>
    <w:p>
      <w:r>
        <w:rPr>
          <w:b/>
        </w:rPr>
        <w:t xml:space="preserve">[09:36] </w:t>
      </w:r>
      <w:r>
        <w:t>phir unko bataya gaya ke hazrat usman milne aaye hain.</w:t>
      </w:r>
    </w:p>
    <w:p>
      <w:pPr>
        <w:jc w:val="right"/>
      </w:pPr>
      <w:r>
        <w:t>फिर उनको बताया गया कि हजरत उस्मान मिलने आए हैं।</w:t>
      </w:r>
    </w:p>
    <w:p>
      <w:r>
        <w:rPr>
          <w:b/>
        </w:rPr>
        <w:t xml:space="preserve">[09:40] </w:t>
      </w:r>
      <w:r>
        <w:t>to Prophet ekdum uth ke baith gaye aur unhone apna jo hai kapda thoda theek kara.</w:t>
      </w:r>
    </w:p>
    <w:p>
      <w:pPr>
        <w:jc w:val="right"/>
      </w:pPr>
      <w:r>
        <w:t>तो Prophet एकदम उठ के बैठ गए और उन्होंने अपना जो है कपड़ा थोड़ाठीक करा।</w:t>
      </w:r>
    </w:p>
    <w:p>
      <w:r>
        <w:rPr>
          <w:b/>
        </w:rPr>
        <w:t xml:space="preserve">[09:43] </w:t>
      </w:r>
      <w:r>
        <w:t>تو اور حضرت عائشہ کو کہا کہ you step back.</w:t>
      </w:r>
    </w:p>
    <w:p>
      <w:pPr>
        <w:jc w:val="right"/>
      </w:pPr>
      <w:r>
        <w:t>तो और हजरत आयशा को कहा कि यू स्टेप बैक।</w:t>
      </w:r>
    </w:p>
    <w:p>
      <w:r>
        <w:rPr>
          <w:b/>
        </w:rPr>
        <w:t xml:space="preserve">[09:46] </w:t>
      </w:r>
      <w:r>
        <w:t>to hazrat ayesha ye sab dekh rahi thi.</w:t>
      </w:r>
    </w:p>
    <w:p>
      <w:pPr>
        <w:jc w:val="right"/>
      </w:pPr>
      <w:r>
        <w:t>तो हजरत आयशा ये सब देख रही थी।</w:t>
      </w:r>
    </w:p>
    <w:p>
      <w:r>
        <w:rPr>
          <w:b/>
        </w:rPr>
        <w:t xml:space="preserve">[09:50] </w:t>
      </w:r>
      <w:r>
        <w:t>to jab hazrat usman milkar chale gaye to hazrat ayesha ne unse poocha ke aap ab hazrat abu</w:t>
      </w:r>
    </w:p>
    <w:p>
      <w:pPr>
        <w:jc w:val="right"/>
      </w:pPr>
      <w:r>
        <w:t>तो जब हजरत उस्मान मिलकर चले गए तो हजरत आयशा ने उनसे पूछा कि आप अब हजरत अबू</w:t>
      </w:r>
    </w:p>
    <w:p>
      <w:r>
        <w:rPr>
          <w:b/>
        </w:rPr>
        <w:t xml:space="preserve">[09:53] </w:t>
      </w:r>
      <w:r>
        <w:t>bakar aaye, hazrat umar aaye, aap lete rahe.</w:t>
      </w:r>
    </w:p>
    <w:p>
      <w:pPr>
        <w:jc w:val="right"/>
      </w:pPr>
      <w:r>
        <w:t>बकर आए, हजरत उमर आए, आप लेटे रहे।</w:t>
      </w:r>
    </w:p>
    <w:p>
      <w:r>
        <w:rPr>
          <w:b/>
        </w:rPr>
        <w:t xml:space="preserve">[09:57] </w:t>
      </w:r>
      <w:r>
        <w:t>lekin hazrat usman ke aane par ekdum aap upar baith gaye aur aapne kapda wapda theek kiya.</w:t>
      </w:r>
    </w:p>
    <w:p>
      <w:pPr>
        <w:jc w:val="right"/>
      </w:pPr>
      <w:r>
        <w:t>लेकिन हजरत उस्मान के आने पर एकदम आप ऊपर बैठ गए और आपने कपड़ा वपड़ाठीक किया।</w:t>
      </w:r>
    </w:p>
    <w:p>
      <w:r>
        <w:rPr>
          <w:b/>
        </w:rPr>
        <w:t xml:space="preserve">[10:00] </w:t>
      </w:r>
      <w:r>
        <w:t>tab unhone yahi baat</w:t>
      </w:r>
    </w:p>
    <w:p>
      <w:pPr>
        <w:jc w:val="right"/>
      </w:pPr>
      <w:r>
        <w:t>तब उन्होंने यही बात</w:t>
      </w:r>
    </w:p>
    <w:p>
      <w:r>
        <w:rPr>
          <w:b/>
        </w:rPr>
        <w:t xml:space="preserve">[10:03] </w:t>
      </w:r>
      <w:r>
        <w:t>kahi ki he is one of the most modest and shy person. and agar main nahi karta to wo shayad apni baat hi nahi rakh paate. aur unhone kaha ki ayesha even angels feel shy about hazrat usman. to ye bahut hi sweet incident laga mujhe unke bare mein.</w:t>
      </w:r>
    </w:p>
    <w:p>
      <w:pPr>
        <w:jc w:val="right"/>
      </w:pPr>
      <w:r>
        <w:t>कही कि ही इज वन ऑफ द मोस्ट मॉडेस्ट एंड शाई पर्सन। एंड अगर मैं नहीं करता तो वो शायद अपनी बात ही नहीं रख पाते। और उन्होंने कहा कि आयशा इवन एंजल्स फील शाई अबाउट हजरत उस्मान। तो ये बहुत ही स्वीट इंसिडेंट लगा मुझे उनके बारे में।</w:t>
      </w:r>
    </w:p>
    <w:p>
      <w:r>
        <w:rPr>
          <w:b/>
        </w:rPr>
        <w:t xml:space="preserve">[10:22] </w:t>
      </w:r>
      <w:r>
        <w:t>zabardast.</w:t>
      </w:r>
    </w:p>
    <w:p>
      <w:pPr>
        <w:jc w:val="right"/>
      </w:pPr>
      <w:r>
        <w:t>जबरदस्त।</w:t>
      </w:r>
    </w:p>
    <w:p>
      <w:r>
        <w:rPr>
          <w:b/>
        </w:rPr>
        <w:t xml:space="preserve">[10:23] </w:t>
      </w:r>
      <w:r>
        <w:t>ji. doctor sahab, he was of course best out with great wealth and he never feared poverty and especially the orphans and widows he helped a lot. so aapne generosity ke bare mein jaise abhi zikr kiya unke charitable nature ke bare mein to thoda usko aap waz karke batayein hamein.</w:t>
      </w:r>
    </w:p>
    <w:p>
      <w:pPr>
        <w:jc w:val="right"/>
      </w:pPr>
      <w:r>
        <w:t>जी। डॉक्टर साहब, ही वाज़ ऑफ कोर्स बेस्ट आउट विद ग्रेट वेल्थ एंड ही नेवर फियर्ड पावर्टी एंड स्पेशली द ऑर्फन्स एंड विडोज़ ही हेल्प्ड अ लॉट। सो आपने जनरोसिटी के बारे में जैसे अभी जिक्र किया उनके चैरिटेबल नेचर के बारे में तो थोड़ा उसको आप वाज़ करके बताएं हमें।</w:t>
      </w:r>
    </w:p>
    <w:p>
      <w:r>
        <w:rPr>
          <w:b/>
        </w:rPr>
        <w:t xml:space="preserve">[10:43] </w:t>
      </w:r>
      <w:r>
        <w:t>बिल्कुल आपने सही कहा कि he was very generous person. जी।</w:t>
      </w:r>
    </w:p>
    <w:p>
      <w:pPr>
        <w:jc w:val="right"/>
      </w:pPr>
      <w:r>
        <w:t>बिल्कुल आपने सही कहा कि ही वाज़ वेरी जनरस पर्सन। जी।</w:t>
      </w:r>
    </w:p>
    <w:p>
      <w:r>
        <w:rPr>
          <w:b/>
        </w:rPr>
        <w:t xml:space="preserve">[10:49] </w:t>
      </w:r>
      <w:r>
        <w:t>और जब भी वो कभी आते थे whenever he returned from a travel he used to give charity</w:t>
      </w:r>
    </w:p>
    <w:p>
      <w:pPr>
        <w:jc w:val="right"/>
      </w:pPr>
      <w:r>
        <w:t>और जब भी वो कभी आते थे व्हेनएवर ही रिटर्न फ्रॉम अ ट्रैवल ही यूज़्ड टू गिव चैरिटी</w:t>
      </w:r>
    </w:p>
    <w:p>
      <w:r>
        <w:rPr>
          <w:b/>
        </w:rPr>
        <w:t xml:space="preserve">[10:55] </w:t>
      </w:r>
      <w:r>
        <w:t>to the people of Mecca and they would feel the charity and generosity of of Hazrat Usman.</w:t>
      </w:r>
    </w:p>
    <w:p>
      <w:pPr>
        <w:jc w:val="right"/>
      </w:pPr>
      <w:r>
        <w:t>टू द पीपल ऑफ मक्का एंड दे वुड फील द चैरिटी एंड जनरोसिटी ऑफ ऑफ हजरत उस्मान।</w:t>
      </w:r>
    </w:p>
    <w:p>
      <w:r>
        <w:rPr>
          <w:b/>
        </w:rPr>
        <w:t xml:space="preserve">[11:01] </w:t>
      </w:r>
      <w:r>
        <w:t>aur Rasulullah sallam jab bhi koi call dete the attaching it to paradise he would run for it.</w:t>
      </w:r>
    </w:p>
    <w:p>
      <w:pPr>
        <w:jc w:val="right"/>
      </w:pPr>
      <w:r>
        <w:t>और रसूलुल्लाह सल्लम जब भी कोई कॉल देते थे अटैचिंग इट टू पैराडाइज ही वुड रन फॉर इट।</w:t>
      </w:r>
    </w:p>
    <w:p>
      <w:r>
        <w:rPr>
          <w:b/>
        </w:rPr>
        <w:t xml:space="preserve">[11:07] </w:t>
      </w:r>
      <w:r>
        <w:t>he would run forward to the Proph</w:t>
      </w:r>
    </w:p>
    <w:p>
      <w:pPr>
        <w:jc w:val="right"/>
      </w:pPr>
      <w:r>
        <w:t>ही वुड रन फॉरवर्ड टू द Proph</w:t>
      </w:r>
    </w:p>
    <w:p>
      <w:r>
        <w:rPr>
          <w:b/>
        </w:rPr>
        <w:t xml:space="preserve">[11:13] </w:t>
      </w:r>
      <w:r>
        <w:t>et.</w:t>
      </w:r>
    </w:p>
    <w:p>
      <w:pPr>
        <w:jc w:val="right"/>
      </w:pPr>
      <w:r>
        <w:t>et।</w:t>
      </w:r>
    </w:p>
    <w:p>
      <w:r>
        <w:rPr>
          <w:b/>
        </w:rPr>
        <w:t xml:space="preserve">[11:17] </w:t>
      </w:r>
      <w:r>
        <w:t>asal mein kya hua ke jab sahaba aaye 300 taqreeban 300 sahaba aaye the makka se madina to</w:t>
      </w:r>
    </w:p>
    <w:p>
      <w:pPr>
        <w:jc w:val="right"/>
      </w:pPr>
      <w:r>
        <w:t>असल में क्या हुआ कि जब सहाबा आए 300 तकरीबन 300 सहाबा आए थे मक्का से मदीना तो</w:t>
      </w:r>
    </w:p>
    <w:p>
      <w:r>
        <w:rPr>
          <w:b/>
        </w:rPr>
        <w:t xml:space="preserve">[11:22] </w:t>
      </w:r>
      <w:r>
        <w:t>us waqt pani ki kami hui thi wahan.</w:t>
      </w:r>
    </w:p>
    <w:p>
      <w:pPr>
        <w:jc w:val="right"/>
      </w:pPr>
      <w:r>
        <w:t>उस वक्त पानी की कमी हुई थी वहां।</w:t>
      </w:r>
    </w:p>
    <w:p>
      <w:r>
        <w:rPr>
          <w:b/>
        </w:rPr>
        <w:t xml:space="preserve">[11:26] </w:t>
      </w:r>
      <w:r>
        <w:t>kyunki in makka there was zamzam. ji.</w:t>
      </w:r>
    </w:p>
    <w:p>
      <w:pPr>
        <w:jc w:val="right"/>
      </w:pPr>
      <w:r>
        <w:t>क्योंकि इन मक्का देयर वाज़ जमजम। जी।</w:t>
      </w:r>
    </w:p>
    <w:p>
      <w:r>
        <w:rPr>
          <w:b/>
        </w:rPr>
        <w:t xml:space="preserve">[11:30] </w:t>
      </w:r>
      <w:r>
        <w:t>so pani was easily available.</w:t>
      </w:r>
    </w:p>
    <w:p>
      <w:pPr>
        <w:jc w:val="right"/>
      </w:pPr>
      <w:r>
        <w:t>सो पानी वाज़ इजीली अवेलेबल।</w:t>
      </w:r>
    </w:p>
    <w:p>
      <w:r>
        <w:rPr>
          <w:b/>
        </w:rPr>
        <w:t xml:space="preserve">[11:35] </w:t>
      </w:r>
      <w:r>
        <w:t>but in in madina water was available at a price. ji.</w:t>
      </w:r>
    </w:p>
    <w:p>
      <w:pPr>
        <w:jc w:val="right"/>
      </w:pPr>
      <w:r>
        <w:t>बट इन इन मदीना वाटर वाज़ अवेलेबल एट अ प्राइस। जी।</w:t>
      </w:r>
    </w:p>
    <w:p>
      <w:r>
        <w:rPr>
          <w:b/>
        </w:rPr>
        <w:t xml:space="preserve">[11:39] </w:t>
      </w:r>
      <w:r>
        <w:t>water was not free. ji. to</w:t>
      </w:r>
    </w:p>
    <w:p>
      <w:pPr>
        <w:jc w:val="right"/>
      </w:pPr>
      <w:r>
        <w:t>वाटर वाज़ नॉट फ्री। जी। तो</w:t>
      </w:r>
    </w:p>
    <w:p>
      <w:r>
        <w:rPr>
          <w:b/>
        </w:rPr>
        <w:t xml:space="preserve">[11:44] </w:t>
      </w:r>
      <w:r>
        <w:t>ek kuan tha jiska naam tha be rooma.</w:t>
      </w:r>
    </w:p>
    <w:p>
      <w:pPr>
        <w:jc w:val="right"/>
      </w:pPr>
      <w:r>
        <w:t>एक कुआं था जिसका नाम था बे रूमा।</w:t>
      </w:r>
    </w:p>
    <w:p>
      <w:r>
        <w:rPr>
          <w:b/>
        </w:rPr>
        <w:t xml:space="preserve">[11:47] </w:t>
      </w:r>
      <w:r>
        <w:t>well of rooma. ji.</w:t>
      </w:r>
    </w:p>
    <w:p>
      <w:pPr>
        <w:jc w:val="right"/>
      </w:pPr>
      <w:r>
        <w:t>वेल ऑफ रूमा। जी।</w:t>
      </w:r>
    </w:p>
    <w:p>
      <w:r>
        <w:rPr>
          <w:b/>
        </w:rPr>
        <w:t xml:space="preserve">[11:51] </w:t>
      </w:r>
      <w:r>
        <w:t>to wo convenient tha sahaba ke liye.</w:t>
      </w:r>
    </w:p>
    <w:p>
      <w:pPr>
        <w:jc w:val="right"/>
      </w:pPr>
      <w:r>
        <w:t>तो वो कन्वीनिएंट था सहाबा के लिए।</w:t>
      </w:r>
    </w:p>
    <w:p>
      <w:r>
        <w:rPr>
          <w:b/>
        </w:rPr>
        <w:t xml:space="preserve">[11:55] </w:t>
      </w:r>
      <w:r>
        <w:t>to uska jo owner tha he used to charge he used to charge one handful of grain for</w:t>
      </w:r>
    </w:p>
    <w:p>
      <w:pPr>
        <w:jc w:val="right"/>
      </w:pPr>
      <w:r>
        <w:t>तो उसका जो ओनर था ही यूज़्ड टू चार्ज ही यूज़्ड टू चार्ज वन हैंडफुल ऑफ ग्रेन फॉर</w:t>
      </w:r>
    </w:p>
    <w:p>
      <w:r>
        <w:rPr>
          <w:b/>
        </w:rPr>
        <w:t xml:space="preserve">[11:59] </w:t>
      </w:r>
      <w:r>
        <w:t>a bucket of water.</w:t>
      </w:r>
    </w:p>
    <w:p>
      <w:pPr>
        <w:jc w:val="right"/>
      </w:pPr>
      <w:r>
        <w:t>अ बकेट ऑफ वाटर।</w:t>
      </w:r>
    </w:p>
    <w:p>
      <w:r>
        <w:rPr>
          <w:b/>
        </w:rPr>
        <w:t xml:space="preserve">[12:02] </w:t>
      </w:r>
      <w:r>
        <w:t>hum for every bucket of water they were giving one handful of grain. ji.</w:t>
      </w:r>
    </w:p>
    <w:p>
      <w:pPr>
        <w:jc w:val="right"/>
      </w:pPr>
      <w:r>
        <w:t>हम फॉर एव्री बकेट ऑफ वाटर दे वर गिविंग वन हैंडफुल ऑफ ग्रेन। जी।</w:t>
      </w:r>
    </w:p>
    <w:p>
      <w:r>
        <w:rPr>
          <w:b/>
        </w:rPr>
        <w:t xml:space="preserve">[12:06] </w:t>
      </w:r>
      <w:r>
        <w:t>which was a lot. ji.</w:t>
      </w:r>
    </w:p>
    <w:p>
      <w:pPr>
        <w:jc w:val="right"/>
      </w:pPr>
      <w:r>
        <w:t>व्हिच वाज़ अ लॉट। जी।</w:t>
      </w:r>
    </w:p>
    <w:p>
      <w:r>
        <w:rPr>
          <w:b/>
        </w:rPr>
        <w:t xml:space="preserve">[12:10] </w:t>
      </w:r>
      <w:r>
        <w:t>aur pani ki zahir hai kitni zar</w:t>
      </w:r>
    </w:p>
    <w:p>
      <w:pPr>
        <w:jc w:val="right"/>
      </w:pPr>
      <w:r>
        <w:t>और पानी की जाहिर है कितनी जर</w:t>
      </w:r>
    </w:p>
    <w:p>
      <w:r>
        <w:rPr>
          <w:b/>
        </w:rPr>
        <w:t xml:space="preserve">[12:14] </w:t>
      </w:r>
      <w:r>
        <w:t>urat hoti hai. ji.</w:t>
      </w:r>
    </w:p>
    <w:p>
      <w:pPr>
        <w:jc w:val="right"/>
      </w:pPr>
      <w:r>
        <w:t>ूरत होती है। जी।</w:t>
      </w:r>
    </w:p>
    <w:p>
      <w:r>
        <w:rPr>
          <w:b/>
        </w:rPr>
        <w:t xml:space="preserve">[12:18] </w:t>
      </w:r>
      <w:r>
        <w:t>peena bhi hai aur ghar mein bhi kaam hai.</w:t>
      </w:r>
    </w:p>
    <w:p>
      <w:pPr>
        <w:jc w:val="right"/>
      </w:pPr>
      <w:r>
        <w:t>पीना भी है और घर में भी काम है।</w:t>
      </w:r>
    </w:p>
    <w:p>
      <w:r>
        <w:rPr>
          <w:b/>
        </w:rPr>
        <w:t xml:space="preserve">[12:22] </w:t>
      </w:r>
      <w:r>
        <w:t>to rasoolullah ko jab pata chala ke bahut pareshani hai pani ki to kaha ke jo ye khareede ga</w:t>
      </w:r>
    </w:p>
    <w:p>
      <w:pPr>
        <w:jc w:val="right"/>
      </w:pPr>
      <w:r>
        <w:t>तो रसूलल्लाह को जब पता चला कि बहुत परेशानी है पानी की तो कहा कि जो ये खरीदेगा</w:t>
      </w:r>
    </w:p>
    <w:p>
      <w:r>
        <w:rPr>
          <w:b/>
        </w:rPr>
        <w:t xml:space="preserve">[12:27] </w:t>
      </w:r>
      <w:r>
        <w:t>well beer rooma hi will get paradise.</w:t>
      </w:r>
    </w:p>
    <w:p>
      <w:pPr>
        <w:jc w:val="right"/>
      </w:pPr>
      <w:r>
        <w:t>वेल बेर रूमा ही विल गेट पैराडाइज।</w:t>
      </w:r>
    </w:p>
    <w:p>
      <w:r>
        <w:rPr>
          <w:b/>
        </w:rPr>
        <w:t xml:space="preserve">[12:31] </w:t>
      </w:r>
      <w:r>
        <w:t>hum to kuch sahaba gaye us se milne. ji. owner se.</w:t>
      </w:r>
    </w:p>
    <w:p>
      <w:pPr>
        <w:jc w:val="right"/>
      </w:pPr>
      <w:r>
        <w:t>हम तो कुछ सहाबा गए उससे मिलने। जी। ओनर से।</w:t>
      </w:r>
    </w:p>
    <w:p>
      <w:r>
        <w:rPr>
          <w:b/>
        </w:rPr>
        <w:t xml:space="preserve">[12:36] </w:t>
      </w:r>
      <w:r>
        <w:t>lekin usne bare price batai zyada to wo khareed nahi paye.</w:t>
      </w:r>
    </w:p>
    <w:p>
      <w:pPr>
        <w:jc w:val="right"/>
      </w:pPr>
      <w:r>
        <w:t>लेकिन उसने बड़े प्राइस बताई ज्यादा तो वो खरीद नहीं पाए।</w:t>
      </w:r>
    </w:p>
    <w:p>
      <w:r>
        <w:rPr>
          <w:b/>
        </w:rPr>
        <w:t xml:space="preserve">[12:40] </w:t>
      </w:r>
      <w:r>
        <w:t>phir hazrat usman gaye</w:t>
      </w:r>
    </w:p>
    <w:p>
      <w:pPr>
        <w:jc w:val="right"/>
      </w:pPr>
      <w:r>
        <w:t>फिर हजरत उस्मान गए</w:t>
      </w:r>
    </w:p>
    <w:p>
      <w:r>
        <w:rPr>
          <w:b/>
        </w:rPr>
        <w:t xml:space="preserve">[12:44] </w:t>
      </w:r>
      <w:r>
        <w:t>aur hazrat usman ne kaha ke i want to buy the well.</w:t>
      </w:r>
    </w:p>
    <w:p>
      <w:pPr>
        <w:jc w:val="right"/>
      </w:pPr>
      <w:r>
        <w:t>और हजरत उस्मान ने कहा कि आई वांट टू बाय द वेल।</w:t>
      </w:r>
    </w:p>
    <w:p>
      <w:r>
        <w:rPr>
          <w:b/>
        </w:rPr>
        <w:t xml:space="preserve">[12:48] </w:t>
      </w:r>
      <w:r>
        <w:t>how much you will sell it?</w:t>
      </w:r>
    </w:p>
    <w:p>
      <w:pPr>
        <w:jc w:val="right"/>
      </w:pPr>
      <w:r>
        <w:t>हाउ मच यू विल सेल इट?</w:t>
      </w:r>
    </w:p>
    <w:p>
      <w:r>
        <w:rPr>
          <w:b/>
        </w:rPr>
        <w:t xml:space="preserve">[12:52] </w:t>
      </w:r>
      <w:r>
        <w:t>to usne kaha ke 40,000 deham.</w:t>
      </w:r>
    </w:p>
    <w:p>
      <w:pPr>
        <w:jc w:val="right"/>
      </w:pPr>
      <w:r>
        <w:t>तो उसने कहा कि 40,000 दहम।</w:t>
      </w:r>
    </w:p>
    <w:p>
      <w:r>
        <w:rPr>
          <w:b/>
        </w:rPr>
        <w:t xml:space="preserve">[12:56] </w:t>
      </w:r>
      <w:r>
        <w:t>to hazrat usman kyunke businessman the unhone kaha i will buy half of it.</w:t>
      </w:r>
    </w:p>
    <w:p>
      <w:pPr>
        <w:jc w:val="right"/>
      </w:pPr>
      <w:r>
        <w:t>तो हजरत उस्मान क्योंकि बिजनेसमैन थे उन्होंने कहा आई विल बाय हाफ ऑफ इट।</w:t>
      </w:r>
    </w:p>
    <w:p>
      <w:r>
        <w:rPr>
          <w:b/>
        </w:rPr>
        <w:t xml:space="preserve">[12:59] </w:t>
      </w:r>
      <w:r>
        <w:t>hum half ka matlab ye nahi hai ke wo aadha-aadha kaat ke de denge balki ye hai ke</w:t>
      </w:r>
    </w:p>
    <w:p>
      <w:pPr>
        <w:jc w:val="right"/>
      </w:pPr>
      <w:r>
        <w:t>हम हाफ का मतलब ये नहीं है कि वो आधा-आधा काट के दे देंगे बल्कि ये है कि</w:t>
      </w:r>
    </w:p>
    <w:p>
      <w:r>
        <w:rPr>
          <w:b/>
        </w:rPr>
        <w:t xml:space="preserve">[13:03] </w:t>
      </w:r>
      <w:r>
        <w:t>alternate days pe use karenge. ji.</w:t>
      </w:r>
    </w:p>
    <w:p>
      <w:pPr>
        <w:jc w:val="right"/>
      </w:pPr>
      <w:r>
        <w:t>अल्टरनेट डेज पे यूज़ करेंगे। जी।</w:t>
      </w:r>
    </w:p>
    <w:p>
      <w:r>
        <w:rPr>
          <w:b/>
        </w:rPr>
        <w:t xml:space="preserve">[13:07] </w:t>
      </w:r>
      <w:r>
        <w:t>ek ek din aap use kariye ek din hum log use karenge.</w:t>
      </w:r>
    </w:p>
    <w:p>
      <w:pPr>
        <w:jc w:val="right"/>
      </w:pPr>
      <w:r>
        <w:t>एक एक दिन आप यूज़ करिए एक दिन हम लोग यूज़ करेंगे।</w:t>
      </w:r>
    </w:p>
    <w:p>
      <w:r>
        <w:rPr>
          <w:b/>
        </w:rPr>
        <w:t xml:space="preserve">[13:11] </w:t>
      </w:r>
      <w:r>
        <w:t>to usne kaha theek hai 20,000 hum 20,000 mein khareed liya aadha.</w:t>
      </w:r>
    </w:p>
    <w:p>
      <w:pPr>
        <w:jc w:val="right"/>
      </w:pPr>
      <w:r>
        <w:t>तो उसने कहाठीक है 20,000 हम 20,000 में खरीद लिया आधा।</w:t>
      </w:r>
    </w:p>
    <w:p>
      <w:r>
        <w:rPr>
          <w:b/>
        </w:rPr>
        <w:t xml:space="preserve">[13:14] </w:t>
      </w:r>
      <w:r>
        <w:t>ji.</w:t>
      </w:r>
    </w:p>
    <w:p>
      <w:pPr>
        <w:jc w:val="right"/>
      </w:pPr>
      <w:r>
        <w:t>जी।</w:t>
      </w:r>
    </w:p>
    <w:p>
      <w:r>
        <w:rPr>
          <w:b/>
        </w:rPr>
        <w:t xml:space="preserve">[13:17] </w:t>
      </w:r>
      <w:r>
        <w:t>aur usko waqf kar diya.</w:t>
      </w:r>
    </w:p>
    <w:p>
      <w:pPr>
        <w:jc w:val="right"/>
      </w:pPr>
      <w:r>
        <w:t>और उसको वफ कर दिया।</w:t>
      </w:r>
    </w:p>
    <w:p>
      <w:r>
        <w:rPr>
          <w:b/>
        </w:rPr>
        <w:t xml:space="preserve">[13:19] </w:t>
      </w:r>
      <w:r>
        <w:t>madina walon se kaha bharo pani jitna chahe bharo. ji.</w:t>
      </w:r>
    </w:p>
    <w:p>
      <w:pPr>
        <w:jc w:val="right"/>
      </w:pPr>
      <w:r>
        <w:t>मदीना वालों से कहा भरो पानी जितना चाहे भरो। जी।</w:t>
      </w:r>
    </w:p>
    <w:p>
      <w:r>
        <w:rPr>
          <w:b/>
        </w:rPr>
        <w:t xml:space="preserve">[13:22] </w:t>
      </w:r>
      <w:r>
        <w:t>jo din mera hai.</w:t>
      </w:r>
    </w:p>
    <w:p>
      <w:pPr>
        <w:jc w:val="right"/>
      </w:pPr>
      <w:r>
        <w:t>जो दिन मेरा है।</w:t>
      </w:r>
    </w:p>
    <w:p>
      <w:r>
        <w:rPr>
          <w:b/>
        </w:rPr>
        <w:t xml:space="preserve">[13:24] </w:t>
      </w:r>
      <w:r>
        <w:t>saare log us din aane lage.</w:t>
      </w:r>
    </w:p>
    <w:p>
      <w:pPr>
        <w:jc w:val="right"/>
      </w:pPr>
      <w:r>
        <w:t>सारे लोग उस दिन आने लगे।</w:t>
      </w:r>
    </w:p>
    <w:p>
      <w:r>
        <w:rPr>
          <w:b/>
        </w:rPr>
        <w:t xml:space="preserve">[13:26] </w:t>
      </w:r>
      <w:r>
        <w:t>jo doosra din tha uska owner ka koi aata nahi tha. ji.</w:t>
      </w:r>
    </w:p>
    <w:p>
      <w:pPr>
        <w:jc w:val="right"/>
      </w:pPr>
      <w:r>
        <w:t>जो दूसरा दिन था उसका ओनर का कोई आता नहीं था। जी।</w:t>
      </w:r>
    </w:p>
    <w:p>
      <w:r>
        <w:rPr>
          <w:b/>
        </w:rPr>
        <w:t xml:space="preserve">[13:29] </w:t>
      </w:r>
      <w:r>
        <w:t>to it back fired. ji.</w:t>
      </w:r>
    </w:p>
    <w:p>
      <w:pPr>
        <w:jc w:val="right"/>
      </w:pPr>
      <w:r>
        <w:t>तो इट बैक फाइड। जी।</w:t>
      </w:r>
    </w:p>
    <w:p>
      <w:r>
        <w:rPr>
          <w:b/>
        </w:rPr>
        <w:t xml:space="preserve">[13:31] </w:t>
      </w:r>
      <w:r>
        <w:t>then he came to hazrat usman and said you buy rest of pura kuan le lijiye.</w:t>
      </w:r>
    </w:p>
    <w:p>
      <w:pPr>
        <w:jc w:val="right"/>
      </w:pPr>
      <w:r>
        <w:t>देन ही केम टू हजरत उस्मान एंड सेड यू बाय रेस्ट ऑफ पूरा कुआं ले लीजिए।</w:t>
      </w:r>
    </w:p>
    <w:p>
      <w:r>
        <w:rPr>
          <w:b/>
        </w:rPr>
        <w:t xml:space="preserve">[13:33] </w:t>
      </w:r>
      <w:r>
        <w:t>pura le lijiye.</w:t>
      </w:r>
    </w:p>
    <w:p>
      <w:pPr>
        <w:jc w:val="right"/>
      </w:pPr>
      <w:r>
        <w:t>पूरा ले लीजिए।</w:t>
      </w:r>
    </w:p>
    <w:p>
      <w:r>
        <w:rPr>
          <w:b/>
        </w:rPr>
        <w:t xml:space="preserve">[13:36] </w:t>
      </w:r>
      <w:r>
        <w:t>mera to nuksan ho raha hai. ji.</w:t>
      </w:r>
    </w:p>
    <w:p>
      <w:pPr>
        <w:jc w:val="right"/>
      </w:pPr>
      <w:r>
        <w:t>मेरा तो नुकसान हो रहा है। जी।</w:t>
      </w:r>
    </w:p>
    <w:p>
      <w:r>
        <w:rPr>
          <w:b/>
        </w:rPr>
        <w:t xml:space="preserve">[13:38] </w:t>
      </w:r>
      <w:r>
        <w:t>to unhone phir negotiate kiya.</w:t>
      </w:r>
    </w:p>
    <w:p>
      <w:pPr>
        <w:jc w:val="right"/>
      </w:pPr>
      <w:r>
        <w:t>तो उन्होंने फिर नेगोशिएट किया।</w:t>
      </w:r>
    </w:p>
    <w:p>
      <w:r>
        <w:rPr>
          <w:b/>
        </w:rPr>
        <w:t xml:space="preserve">[13:41] </w:t>
      </w:r>
      <w:r>
        <w:t>to wo 10,000 mein usne aadha de diya.</w:t>
      </w:r>
    </w:p>
    <w:p>
      <w:pPr>
        <w:jc w:val="right"/>
      </w:pPr>
      <w:r>
        <w:t>तो वो 10,000 में उसने आधा दे दिया।</w:t>
      </w:r>
    </w:p>
    <w:p>
      <w:r>
        <w:rPr>
          <w:b/>
        </w:rPr>
        <w:t xml:space="preserve">[13:43] </w:t>
      </w:r>
      <w:r>
        <w:t>30,000 kuch log 35 bhi kehte hain. hum to</w:t>
      </w:r>
    </w:p>
    <w:p>
      <w:pPr>
        <w:jc w:val="right"/>
      </w:pPr>
      <w:r>
        <w:t>30,000 कुछ लोग 35 भी कहते हैं। हम तो</w:t>
      </w:r>
    </w:p>
    <w:p>
      <w:r>
        <w:rPr>
          <w:b/>
        </w:rPr>
        <w:t xml:space="preserve">[13:45] </w:t>
      </w:r>
      <w:r>
        <w:t>30,000 dahm ka matlab kya hai?</w:t>
      </w:r>
    </w:p>
    <w:p>
      <w:pPr>
        <w:jc w:val="right"/>
      </w:pPr>
      <w:r>
        <w:t>30,000 दहम का मतलब क्या है?</w:t>
      </w:r>
    </w:p>
    <w:p>
      <w:r>
        <w:rPr>
          <w:b/>
        </w:rPr>
        <w:t xml:space="preserve">[13:50] </w:t>
      </w:r>
      <w:r>
        <w:t>aap samjhiye ke dahm chandi ka sikka hota tha.</w:t>
      </w:r>
    </w:p>
    <w:p>
      <w:pPr>
        <w:jc w:val="right"/>
      </w:pPr>
      <w:r>
        <w:t>आप समझिए कि दहम चांदी का सिक्का होता था।</w:t>
      </w:r>
    </w:p>
    <w:p>
      <w:r>
        <w:rPr>
          <w:b/>
        </w:rPr>
        <w:t xml:space="preserve">[13:54] </w:t>
      </w:r>
      <w:r>
        <w:t>hum pure chandi ka sikka agar aaj ke lihaz se dekhen to kam se kam 60-70 hum usd hai. ji. 70-80 usd. ji.</w:t>
      </w:r>
    </w:p>
    <w:p>
      <w:pPr>
        <w:jc w:val="right"/>
      </w:pPr>
      <w:r>
        <w:t>हम प्योर चांदी का सिक्का अगर आज के लिहाज से देखें तो कम से कम 60-70 हम यूएसडी है। जी। 70-80 यूएसडी। जी।</w:t>
      </w:r>
    </w:p>
    <w:p>
      <w:r>
        <w:rPr>
          <w:b/>
        </w:rPr>
        <w:t xml:space="preserve">[13:59] </w:t>
      </w:r>
      <w:r>
        <w:t>agar hum average maane ji.</w:t>
      </w:r>
    </w:p>
    <w:p>
      <w:pPr>
        <w:jc w:val="right"/>
      </w:pPr>
      <w:r>
        <w:t>अगर हम एवरेज माने जी।</w:t>
      </w:r>
    </w:p>
    <w:p>
      <w:r>
        <w:rPr>
          <w:b/>
        </w:rPr>
        <w:t xml:space="preserve">[14:03] </w:t>
      </w:r>
      <w:r>
        <w:t>ab 50 50 usd dollar bhi maane to 1.5 million usd dollar ji.</w:t>
      </w:r>
    </w:p>
    <w:p>
      <w:pPr>
        <w:jc w:val="right"/>
      </w:pPr>
      <w:r>
        <w:t>अब 50 50 यूएस डॉलर भी माने तो 1.5 मिलियन यूएस डॉलर जी।</w:t>
      </w:r>
    </w:p>
    <w:p>
      <w:r>
        <w:rPr>
          <w:b/>
        </w:rPr>
        <w:t xml:space="preserve">[14:08] </w:t>
      </w:r>
      <w:r>
        <w:t>jo ke 12-13 crore bante hain.</w:t>
      </w:r>
    </w:p>
    <w:p>
      <w:pPr>
        <w:jc w:val="right"/>
      </w:pPr>
      <w:r>
        <w:t>जो कि 12-13 करोड़ बनते हैं।</w:t>
      </w:r>
    </w:p>
    <w:p>
      <w:r>
        <w:rPr>
          <w:b/>
        </w:rPr>
        <w:t xml:space="preserve">[14:12] </w:t>
      </w:r>
      <w:r>
        <w:t>itna zyada price diya.</w:t>
      </w:r>
    </w:p>
    <w:p>
      <w:pPr>
        <w:jc w:val="right"/>
      </w:pPr>
      <w:r>
        <w:t>इतना ज्यादा प्राइस दिया।</w:t>
      </w:r>
    </w:p>
    <w:p>
      <w:r>
        <w:rPr>
          <w:b/>
        </w:rPr>
        <w:t xml:space="preserve">[14:17] </w:t>
      </w:r>
      <w:r>
        <w:t>itni zyada ji price di. mashaallah. to ye</w:t>
      </w:r>
    </w:p>
    <w:p>
      <w:pPr>
        <w:jc w:val="right"/>
      </w:pPr>
      <w:r>
        <w:t>इतनी ज्यादा जी प्राइस दी। माशाल्लाह। तो ये</w:t>
      </w:r>
    </w:p>
    <w:p>
      <w:r>
        <w:rPr>
          <w:b/>
        </w:rPr>
        <w:t xml:space="preserve">[14:21] </w:t>
      </w:r>
      <w:r>
        <w:t>aur phir usko waqf kar diya.</w:t>
      </w:r>
    </w:p>
    <w:p>
      <w:pPr>
        <w:jc w:val="right"/>
      </w:pPr>
      <w:r>
        <w:t>और फिर उसको वफ कर दिया।</w:t>
      </w:r>
    </w:p>
    <w:p>
      <w:r>
        <w:rPr>
          <w:b/>
        </w:rPr>
        <w:t xml:space="preserve">[14:26] </w:t>
      </w:r>
      <w:r>
        <w:t>hum aur dilchasp baat ye hai ye baat maine news mein bhi padhi thi ke jo waqf us</w:t>
      </w:r>
    </w:p>
    <w:p>
      <w:pPr>
        <w:jc w:val="right"/>
      </w:pPr>
      <w:r>
        <w:t>हम और दिलचस्प बात ये है ये बात मैंने न्यूज़ में भी पढ़ी थी कि जो वफ उस</w:t>
      </w:r>
    </w:p>
    <w:p>
      <w:r>
        <w:rPr>
          <w:b/>
        </w:rPr>
        <w:t xml:space="preserve">[14:31] </w:t>
      </w:r>
      <w:r>
        <w:t>waqt banaya tha beer roma ka wo waqf aaj bhi maujood hai. achha. haan.</w:t>
      </w:r>
    </w:p>
    <w:p>
      <w:pPr>
        <w:jc w:val="right"/>
      </w:pPr>
      <w:r>
        <w:t>वक्त बनाया था बेर रोमा का वो वफ आज भी मौजूद है। अच्छा। हां।</w:t>
      </w:r>
    </w:p>
    <w:p>
      <w:r>
        <w:rPr>
          <w:b/>
        </w:rPr>
        <w:t xml:space="preserve">[14:36] </w:t>
      </w:r>
      <w:r>
        <w:t>endowment jo waqf unhone create kiya tha aaj bhi maujood hai aur uski wo ek charitable institute hai</w:t>
      </w:r>
    </w:p>
    <w:p>
      <w:pPr>
        <w:jc w:val="right"/>
      </w:pPr>
      <w:r>
        <w:t>एंडोममेंट जो वफ उन्होंने क्रिएट किया था आज भी मौजूद है और उसकी वो एक चैरिटेबल इंस्टिट्यूट है</w:t>
      </w:r>
    </w:p>
    <w:p>
      <w:r>
        <w:rPr>
          <w:b/>
        </w:rPr>
        <w:t xml:space="preserve">[14:41] </w:t>
      </w:r>
      <w:r>
        <w:t>aur bade-bade uske hotels hain aur businesses hain aur sari jo income hai wo jati hai charity ke</w:t>
      </w:r>
    </w:p>
    <w:p>
      <w:pPr>
        <w:jc w:val="right"/>
      </w:pPr>
      <w:r>
        <w:t>और बड़े-बड़े उसके होटल्स हैं और बिजनेसेस हैं और सारी जो इनकम है वो जाती है चैरिटी के</w:t>
      </w:r>
    </w:p>
    <w:p>
      <w:r>
        <w:rPr>
          <w:b/>
        </w:rPr>
        <w:t xml:space="preserve">[14:46] </w:t>
      </w:r>
      <w:r>
        <w:t>kaamon mein aur ek account hai wahan ke bank mein</w:t>
      </w:r>
    </w:p>
    <w:p>
      <w:pPr>
        <w:jc w:val="right"/>
      </w:pPr>
      <w:r>
        <w:t>कामों में और एक अकाउंट है वहां के बैंक में</w:t>
      </w:r>
    </w:p>
    <w:p>
      <w:r>
        <w:rPr>
          <w:b/>
        </w:rPr>
        <w:t xml:space="preserve">[14:51] </w:t>
      </w:r>
      <w:r>
        <w:t>usman ibn affan ke naam se masha allah main news mein bhi ji ji padhate thay yaani kitna bada sadqa e jariya hai yaani perpetual reward milta rahega unko aur unki family ko sadqa e jariya ka matlab ye hota hai ki log pehle hospital bana dete thay, masjid bana dete thay, koi orphanage bana dete thay aur jo pani wagera ke kuch wo cheezein bana dete thay. sabil kehte hain is tarah ki cheezein taaki wo chalta rahe unke baad</w:t>
      </w:r>
    </w:p>
    <w:p>
      <w:pPr>
        <w:jc w:val="right"/>
      </w:pPr>
      <w:r>
        <w:t>उस्मान इब्न अफान के नाम से माशाल्लाह मैं न्यूज़ में भी जी जी पढ़ाते थे यानी कितना बड़ा सदका जारिया है यानी परपेचुअल रिवॉर्ड मिलता रहेगा उनको और उनकी फैमिली को सदका जारिया का मतलब ये होता है कि लोग पहले हॉस्पिटल बना देते थे, मस्जिद बना देते थे, कोई ऑर्फनेज बना देते थे और जो पानी वगैरह के कुछ वो चीजें बना देते थे। सबील कहते हैं इस तरह की चीजें ताकि वो चलता रहे उनके बाद</w:t>
      </w:r>
    </w:p>
    <w:p>
      <w:r>
        <w:rPr>
          <w:b/>
        </w:rPr>
        <w:t xml:space="preserve">[15:21] </w:t>
      </w:r>
      <w:r>
        <w:t>bhi.</w:t>
      </w:r>
    </w:p>
    <w:p>
      <w:pPr>
        <w:jc w:val="right"/>
      </w:pPr>
      <w:r>
        <w:t>भी।</w:t>
      </w:r>
    </w:p>
    <w:p>
      <w:r>
        <w:rPr>
          <w:b/>
        </w:rPr>
        <w:t xml:space="preserve">[15:26] </w:t>
      </w:r>
      <w:r>
        <w:t>aur main samajhta hoon dawat bhi sadqa jariya ka hi ek mamla hai ke aapne agar kisi ko</w:t>
      </w:r>
    </w:p>
    <w:p>
      <w:pPr>
        <w:jc w:val="right"/>
      </w:pPr>
      <w:r>
        <w:t>और मैं समझता हूं दावत भी सदका जारिया का ही एक मामला है कि आपने अगर किसी को</w:t>
      </w:r>
    </w:p>
    <w:p>
      <w:r>
        <w:rPr>
          <w:b/>
        </w:rPr>
        <w:t xml:space="preserve">[15:30] </w:t>
      </w:r>
      <w:r>
        <w:t>quran diya ya koi kitab di to wo jab tak maujood rahegi hum to zahir hai uska sawab milta rahega.</w:t>
      </w:r>
    </w:p>
    <w:p>
      <w:pPr>
        <w:jc w:val="right"/>
      </w:pPr>
      <w:r>
        <w:t>कुरान दिया या कोई किताब दी तो वो जब तक मौजूद रहेगी हम तो जाहिर है उसका सवाब मिलता रहेगा।</w:t>
      </w:r>
    </w:p>
    <w:p>
      <w:r>
        <w:rPr>
          <w:b/>
        </w:rPr>
        <w:t xml:space="preserve">[15:34] </w:t>
      </w:r>
      <w:r>
        <w:t>ji aur ye jo kuan hai abhi bhi maujood hai. ji. achha.</w:t>
      </w:r>
    </w:p>
    <w:p>
      <w:pPr>
        <w:jc w:val="right"/>
      </w:pPr>
      <w:r>
        <w:t>जी और ये जो कुआं है अभी भी मौजूद है। जी। अच्छा।</w:t>
      </w:r>
    </w:p>
    <w:p>
      <w:r>
        <w:rPr>
          <w:b/>
        </w:rPr>
        <w:t xml:space="preserve">[15:38] </w:t>
      </w:r>
      <w:r>
        <w:t>yaani jo wo kuan hote the aise nahi ke aise hi bas kuan hai balki wo ek garden hota tha.</w:t>
      </w:r>
    </w:p>
    <w:p>
      <w:pPr>
        <w:jc w:val="right"/>
      </w:pPr>
      <w:r>
        <w:t>यानी जो वो कुएं होते थे ऐसे नहीं कि ऐसे ही बस कुआं है बल्कि वो एक गार्डन होता था।</w:t>
      </w:r>
    </w:p>
    <w:p>
      <w:r>
        <w:rPr>
          <w:b/>
        </w:rPr>
        <w:t xml:space="preserve">[15:43] </w:t>
      </w:r>
      <w:r>
        <w:t>hum bahut bada garden jiski ek boundary hoti thi usmein ped hote the khajoor ke aur doosri cheezon</w:t>
      </w:r>
    </w:p>
    <w:p>
      <w:pPr>
        <w:jc w:val="right"/>
      </w:pPr>
      <w:r>
        <w:t>हम बहुत बड़ा गार्डन जिसकी एक बाउंड्री होती थी उसमें पेड़ होते थे खजूर के और दूसरी चीजों</w:t>
      </w:r>
    </w:p>
    <w:p>
      <w:r>
        <w:rPr>
          <w:b/>
        </w:rPr>
        <w:t xml:space="preserve">[15:47] </w:t>
      </w:r>
      <w:r>
        <w:t>pura infrastructure haan ek pura ek bahut bada sa ek wo or</w:t>
      </w:r>
    </w:p>
    <w:p>
      <w:pPr>
        <w:jc w:val="right"/>
      </w:pPr>
      <w:r>
        <w:t>पूरा इंफ्रास्ट्रक्चर हां एक पूरा एक बहुत बड़ा सा एक वो ऑर्</w:t>
      </w:r>
    </w:p>
    <w:p>
      <w:r>
        <w:rPr>
          <w:b/>
        </w:rPr>
        <w:t xml:space="preserve">[15:51] </w:t>
      </w:r>
      <w:r>
        <w:t>chid hai aur uske andar wo kuan hai aur jo log jaate hain umrah karne aur madina jaate</w:t>
      </w:r>
    </w:p>
    <w:p>
      <w:pPr>
        <w:jc w:val="right"/>
      </w:pPr>
      <w:r>
        <w:t>चिड है और उसके अंदर वो कुआं है और जो लोग जाते हैं उमरा करने और मदीना जाते</w:t>
      </w:r>
    </w:p>
    <w:p>
      <w:r>
        <w:rPr>
          <w:b/>
        </w:rPr>
        <w:t xml:space="preserve">[15:56] </w:t>
      </w:r>
      <w:r>
        <w:t>hain to jo wo tourist ki buses hain na wo ghumati hain uhad pahad pe le jayengi doosri</w:t>
      </w:r>
    </w:p>
    <w:p>
      <w:pPr>
        <w:jc w:val="right"/>
      </w:pPr>
      <w:r>
        <w:t>हैं तो जो वो टूरिस्ट की बसेस हैं ना वो घुमाती हैं उहद पहाड़ पे ले जाएंगी दूसरी</w:t>
      </w:r>
    </w:p>
    <w:p>
      <w:r>
        <w:rPr>
          <w:b/>
        </w:rPr>
        <w:t xml:space="preserve">[16:01] </w:t>
      </w:r>
      <w:r>
        <w:t>jagah masjid qiblatain jahan prophet ne namaz ke dauran qibla badla tha aur is tarah ke aur masjid</w:t>
      </w:r>
    </w:p>
    <w:p>
      <w:pPr>
        <w:jc w:val="right"/>
      </w:pPr>
      <w:r>
        <w:t>जगह मस्जिद किब्लतैन जहां प्रॉफेट ने नमाज के दौरान किबला बदला था और इस तरह के और मस्जिद</w:t>
      </w:r>
    </w:p>
    <w:p>
      <w:r>
        <w:rPr>
          <w:b/>
        </w:rPr>
        <w:t xml:space="preserve">[16:06] </w:t>
      </w:r>
      <w:r>
        <w:t>quba waghera sab jagah jate hain to ber usman ab naam hai uska ji ber usman bhi ji</w:t>
      </w:r>
    </w:p>
    <w:p>
      <w:pPr>
        <w:jc w:val="right"/>
      </w:pPr>
      <w:r>
        <w:t>कुबा वगैरह सब जगह जाते हैं तो बेर उस्मान अब नाम है उसका जी बेर उस्मान भी जी</w:t>
      </w:r>
    </w:p>
    <w:p>
      <w:r>
        <w:rPr>
          <w:b/>
        </w:rPr>
        <w:t xml:space="preserve">[16:11] </w:t>
      </w:r>
      <w:r>
        <w:t>jate hain to badi tareekh ki cheez hai aur ye ek bahut achhi misaal hai kis tarah se</w:t>
      </w:r>
    </w:p>
    <w:p>
      <w:pPr>
        <w:jc w:val="right"/>
      </w:pPr>
      <w:r>
        <w:t>जाते हैं तो बड़ी तारीख की चीज है और ये एक बहुत अच्छी मिसाल है किस तरह से</w:t>
      </w:r>
    </w:p>
    <w:p>
      <w:r>
        <w:rPr>
          <w:b/>
        </w:rPr>
        <w:t xml:space="preserve">[16:16] </w:t>
      </w:r>
      <w:r>
        <w:t>hazrat usman ne</w:t>
      </w:r>
    </w:p>
    <w:p>
      <w:pPr>
        <w:jc w:val="right"/>
      </w:pPr>
      <w:r>
        <w:t>हजरत उस्मान ने</w:t>
      </w:r>
    </w:p>
    <w:p>
      <w:r>
        <w:rPr>
          <w:b/>
        </w:rPr>
        <w:t xml:space="preserve">[16:21] </w:t>
      </w:r>
      <w:r>
        <w:t>ji apne apne donation aur apne charity se ye kaam kiya. very very interesting doctor sahab aur itna acha sabak diya aapne ki charity ke mamle mein ye ek hamare liye bahut bada role model hai hazrat usman ki peeche nahi rehna chahiye aage badhna chahiye hamein aur jitna ho sake usse badhkar hi hamein karna chahiye. doctor sahab hazrat usman se ek riwayat hai ki unhone bataya ki ek martaba rasoolullah ne kaha ki whoever makes a mosque for god god will build a house f</w:t>
      </w:r>
    </w:p>
    <w:p>
      <w:pPr>
        <w:jc w:val="right"/>
      </w:pPr>
      <w:r>
        <w:t>जी अपने अपने डोनेशन और अपने चैरिटी से ये काम किया। वेरी वेरी इंटरेस्टिंग डॉक्टर साहब और इतना अच्छा सबक दिया आपने कि चैरिटी के मामले में ये एक हमारे लिए बहुत बड़ा रोल मॉडल है हजरत उस्मान कि पीछे नहीं रहना चाहिए आगे बढ़ना चाहिए हमें और जितना हो सके उससे बढ़कर ही हमें करना चाहिए। डॉक्टर साहब हजरत उस्मान से एक रिवायत है कि उन्होंने बताया कि एक मर्तबा रसूलल्लाह ने कहा कि हुएवर मेक्स अ मॉस्क फॉर गॉड गॉड विल बिल्ड अ हाउस फ</w:t>
      </w:r>
    </w:p>
    <w:p>
      <w:r>
        <w:rPr>
          <w:b/>
        </w:rPr>
        <w:t xml:space="preserve">[16:51] </w:t>
      </w:r>
      <w:r>
        <w:t>or him in paradise.</w:t>
      </w:r>
    </w:p>
    <w:p>
      <w:pPr>
        <w:jc w:val="right"/>
      </w:pPr>
      <w:r>
        <w:t>ॉर हिम इन पैराडाइज।</w:t>
      </w:r>
    </w:p>
    <w:p>
      <w:r>
        <w:rPr>
          <w:b/>
        </w:rPr>
        <w:t xml:space="preserve">[16:56] </w:t>
      </w:r>
      <w:r>
        <w:t>aur unka khud hazrat usman ka role raha ki prophet ka jo mosque tha usko unhon ne expand kiya bada kiya.</w:t>
      </w:r>
    </w:p>
    <w:p>
      <w:pPr>
        <w:jc w:val="right"/>
      </w:pPr>
      <w:r>
        <w:t>और उनका खुद हजरत उस्मान का रोल रहा कि प्रॉफेट का जो मॉस्क था उसको उन्होंने एक्सपेंड किया बड़ा किया।</w:t>
      </w:r>
    </w:p>
    <w:p>
      <w:r>
        <w:rPr>
          <w:b/>
        </w:rPr>
        <w:t xml:space="preserve">[17:01] </w:t>
      </w:r>
      <w:r>
        <w:t>to uski details hum sabko bataiye.</w:t>
      </w:r>
    </w:p>
    <w:p>
      <w:pPr>
        <w:jc w:val="right"/>
      </w:pPr>
      <w:r>
        <w:t>तो उसकी डिटेल्स हम सबको बताइए।</w:t>
      </w:r>
    </w:p>
    <w:p>
      <w:r>
        <w:rPr>
          <w:b/>
        </w:rPr>
        <w:t xml:space="preserve">[17:06] </w:t>
      </w:r>
      <w:r>
        <w:t>ek din prophet ne asal mein kya hua ki jo wo masjid thi wo nakafi ho gayi.</w:t>
      </w:r>
    </w:p>
    <w:p>
      <w:pPr>
        <w:jc w:val="right"/>
      </w:pPr>
      <w:r>
        <w:t>एक दिन प्रॉफेट ने असल में क्या हुआ कि जो वो मस्जिद थी वो नाकाफी हो गई।</w:t>
      </w:r>
    </w:p>
    <w:p>
      <w:r>
        <w:rPr>
          <w:b/>
        </w:rPr>
        <w:t xml:space="preserve">[17:11] </w:t>
      </w:r>
      <w:r>
        <w:t>ab community badh rahi thi to expansion ki zaroorat hui.</w:t>
      </w:r>
    </w:p>
    <w:p>
      <w:pPr>
        <w:jc w:val="right"/>
      </w:pPr>
      <w:r>
        <w:t>अब कम्युनिटी बढ़ रही थी तो एक्सपेंशन की जरूरत हुई।</w:t>
      </w:r>
    </w:p>
    <w:p>
      <w:r>
        <w:rPr>
          <w:b/>
        </w:rPr>
        <w:t xml:space="preserve">[17:16] </w:t>
      </w:r>
      <w:r>
        <w:t>to ek land tha jo masjid ke aage ki taraf</w:t>
      </w:r>
    </w:p>
    <w:p>
      <w:pPr>
        <w:jc w:val="right"/>
      </w:pPr>
      <w:r>
        <w:t>तो एक लैंड था जो मस्जिद के आगे की तरफ</w:t>
      </w:r>
    </w:p>
    <w:p>
      <w:r>
        <w:rPr>
          <w:b/>
        </w:rPr>
        <w:t xml:space="preserve">[17:21] </w:t>
      </w:r>
      <w:r>
        <w:t>yani that land was on sale.</w:t>
      </w:r>
    </w:p>
    <w:p>
      <w:pPr>
        <w:jc w:val="right"/>
      </w:pPr>
      <w:r>
        <w:t>यानी दैट लैंड वाज़ ऑन सेल।</w:t>
      </w:r>
    </w:p>
    <w:p>
      <w:r>
        <w:rPr>
          <w:b/>
        </w:rPr>
        <w:t xml:space="preserve">[17:25] </w:t>
      </w:r>
      <w:r>
        <w:t>to prophet ne kaha ki jo is land ko khareed kar masjid mein milayega god will give a</w:t>
      </w:r>
    </w:p>
    <w:p>
      <w:pPr>
        <w:jc w:val="right"/>
      </w:pPr>
      <w:r>
        <w:t>तो प्रॉफिट ने कहा कि जो इस लैंड को खरीद कर मस्जिद में मिलाएगा गॉड विल गिव अ</w:t>
      </w:r>
    </w:p>
    <w:p>
      <w:r>
        <w:rPr>
          <w:b/>
        </w:rPr>
        <w:t xml:space="preserve">[17:29] </w:t>
      </w:r>
      <w:r>
        <w:t>better land on the day of judgment in paradise. ji.</w:t>
      </w:r>
    </w:p>
    <w:p>
      <w:pPr>
        <w:jc w:val="right"/>
      </w:pPr>
      <w:r>
        <w:t>बेटर लैंड ऑन द डे ऑफ जजमेंट इन पैराडाइज। जी।</w:t>
      </w:r>
    </w:p>
    <w:p>
      <w:r>
        <w:rPr>
          <w:b/>
        </w:rPr>
        <w:t xml:space="preserve">[17:33] </w:t>
      </w:r>
      <w:r>
        <w:t>to hazrat usman khade hue aur kaha ki i will get it foran. achha.</w:t>
      </w:r>
    </w:p>
    <w:p>
      <w:pPr>
        <w:jc w:val="right"/>
      </w:pPr>
      <w:r>
        <w:t>तो हजरत उस्मान खड़े हुए और कहा कि आई विल गेट इट फॉरेन। अच्छा।</w:t>
      </w:r>
    </w:p>
    <w:p>
      <w:r>
        <w:rPr>
          <w:b/>
        </w:rPr>
        <w:t xml:space="preserve">[17:36] </w:t>
      </w:r>
      <w:r>
        <w:t>to us gaye aur usko 20,000 dirham ka khareeda. ji.</w:t>
      </w:r>
    </w:p>
    <w:p>
      <w:pPr>
        <w:jc w:val="right"/>
      </w:pPr>
      <w:r>
        <w:t>तो उस गए और उसको 20,000 दहम का खरीदा। जी।</w:t>
      </w:r>
    </w:p>
    <w:p>
      <w:r>
        <w:rPr>
          <w:b/>
        </w:rPr>
        <w:t xml:space="preserve">[17:40] </w:t>
      </w:r>
      <w:r>
        <w:t>aur usko mila diya masjid se.</w:t>
      </w:r>
    </w:p>
    <w:p>
      <w:pPr>
        <w:jc w:val="right"/>
      </w:pPr>
      <w:r>
        <w:t>और उसको मिला दिया मस्जिद से।</w:t>
      </w:r>
    </w:p>
    <w:p>
      <w:r>
        <w:rPr>
          <w:b/>
        </w:rPr>
        <w:t xml:space="preserve">[17:44] </w:t>
      </w:r>
      <w:r>
        <w:t>ab wo land jo hai wo most precious land hai us us masjid ka.</w:t>
      </w:r>
    </w:p>
    <w:p>
      <w:pPr>
        <w:jc w:val="right"/>
      </w:pPr>
      <w:r>
        <w:t>अब वो लैंड जो है वो मोस्ट प्रेशियस लैंड है उस उस मस्जिद का।</w:t>
      </w:r>
    </w:p>
    <w:p>
      <w:r>
        <w:rPr>
          <w:b/>
        </w:rPr>
        <w:t xml:space="preserve">[17:48] </w:t>
      </w:r>
      <w:r>
        <w:t>uski wajah hai ki wo</w:t>
      </w:r>
    </w:p>
    <w:p>
      <w:pPr>
        <w:jc w:val="right"/>
      </w:pPr>
      <w:r>
        <w:t>उसकी वजह है कि वो</w:t>
      </w:r>
    </w:p>
    <w:p>
      <w:r>
        <w:rPr>
          <w:b/>
        </w:rPr>
        <w:t xml:space="preserve">[17:52] </w:t>
      </w:r>
      <w:r>
        <w:t>wahi land hai.</w:t>
      </w:r>
    </w:p>
    <w:p>
      <w:pPr>
        <w:jc w:val="right"/>
      </w:pPr>
      <w:r>
        <w:t>वही लैंड है।</w:t>
      </w:r>
    </w:p>
    <w:p>
      <w:r>
        <w:rPr>
          <w:b/>
        </w:rPr>
        <w:t xml:space="preserve">[17:57] </w:t>
      </w:r>
      <w:r>
        <w:t>wo wahi hissa hai jisko prophet ne kaha tha rozatul jannah yani garden of the garden garden from</w:t>
      </w:r>
    </w:p>
    <w:p>
      <w:pPr>
        <w:jc w:val="right"/>
      </w:pPr>
      <w:r>
        <w:t>वो वही हिस्सा है जिसको प्रॉफिट ने कहा था रोजतुल जन्न यानी गार्डन ऑफ द गार्डन गार्डन फ्रॉम</w:t>
      </w:r>
    </w:p>
    <w:p>
      <w:r>
        <w:rPr>
          <w:b/>
        </w:rPr>
        <w:t xml:space="preserve">[18:02] </w:t>
      </w:r>
      <w:r>
        <w:t>the gardens of paradise roza bhi kaha jata hai.</w:t>
      </w:r>
    </w:p>
    <w:p>
      <w:pPr>
        <w:jc w:val="right"/>
      </w:pPr>
      <w:r>
        <w:t>द गार्डन्स ऑफ पैराडाइज रोजा भी कहा जाता है।</w:t>
      </w:r>
    </w:p>
    <w:p>
      <w:r>
        <w:rPr>
          <w:b/>
        </w:rPr>
        <w:t xml:space="preserve">[18:07] </w:t>
      </w:r>
      <w:r>
        <w:t>yani bilkul aage ki jagah jahan par rasoolullah ka pulpit tha yani member jahan namaz padhte the jahan</w:t>
      </w:r>
    </w:p>
    <w:p>
      <w:pPr>
        <w:jc w:val="right"/>
      </w:pPr>
      <w:r>
        <w:t>यानी बिल्कुल आगे की जगह जहां पर रसूलल्लाह का पलपट था यानी मेंबर जहां नमाज पढ़ते थे जहां</w:t>
      </w:r>
    </w:p>
    <w:p>
      <w:r>
        <w:rPr>
          <w:b/>
        </w:rPr>
        <w:t xml:space="preserve">[18:12] </w:t>
      </w:r>
      <w:r>
        <w:t>khutba dete the jahan sab sahaba baithte the aur wahan par log jate hain namaz padhne badi mushkil</w:t>
      </w:r>
    </w:p>
    <w:p>
      <w:pPr>
        <w:jc w:val="right"/>
      </w:pPr>
      <w:r>
        <w:t>खुदबा देते थे जहां सब सहाबा बैठते थे और वहां पर लोग जाते हैं नमाज पढ़ने बड़ी मुश्किल</w:t>
      </w:r>
    </w:p>
    <w:p>
      <w:r>
        <w:rPr>
          <w:b/>
        </w:rPr>
        <w:t xml:space="preserve">[18:17] </w:t>
      </w:r>
      <w:r>
        <w:t>se milta hai</w:t>
      </w:r>
    </w:p>
    <w:p>
      <w:pPr>
        <w:jc w:val="right"/>
      </w:pPr>
      <w:r>
        <w:t>से मिलता है</w:t>
      </w:r>
    </w:p>
    <w:p>
      <w:r>
        <w:rPr>
          <w:b/>
        </w:rPr>
        <w:t xml:space="preserve">[18:22] </w:t>
      </w:r>
      <w:r>
        <w:t>mauka to ulma ka kehna hai ki 1000 times reward mein zyada milta hai us us jagah ka</w:t>
      </w:r>
    </w:p>
    <w:p>
      <w:pPr>
        <w:jc w:val="right"/>
      </w:pPr>
      <w:r>
        <w:t>मौका तो उलमा का कहना है कि 1000 टाइम्स रिवॉर्ड में ज्यादा मिलता है उस उस जगह का</w:t>
      </w:r>
    </w:p>
    <w:p>
      <w:r>
        <w:rPr>
          <w:b/>
        </w:rPr>
        <w:t xml:space="preserve">[18:28] </w:t>
      </w:r>
      <w:r>
        <w:t>aur wo jagah hai jahan par bilkul us se mila hua hazrat aisha ka ka jo room tha usi</w:t>
      </w:r>
    </w:p>
    <w:p>
      <w:pPr>
        <w:jc w:val="right"/>
      </w:pPr>
      <w:r>
        <w:t>और वो जगह है जहां पर बिल्कुल उससे मिला हुआ हजरत आयशा का का जो रूम था उसी</w:t>
      </w:r>
    </w:p>
    <w:p>
      <w:r>
        <w:rPr>
          <w:b/>
        </w:rPr>
        <w:t xml:space="preserve">[18:34] </w:t>
      </w:r>
      <w:r>
        <w:t>room mein prophet ki qabr hai hazrat abu bakr ki qabr hai hazrat umar ki qabr hai ji</w:t>
      </w:r>
    </w:p>
    <w:p>
      <w:pPr>
        <w:jc w:val="right"/>
      </w:pPr>
      <w:r>
        <w:t>रूम में प्रॉफेट की कब्र है हजरत अबू बकर की कब्र है हजरत उमर की कब्र है जी</w:t>
      </w:r>
    </w:p>
    <w:p>
      <w:r>
        <w:rPr>
          <w:b/>
        </w:rPr>
        <w:t xml:space="preserve">[18:40] </w:t>
      </w:r>
      <w:r>
        <w:t>to itni itni yani itni aham aham jagah wo hissa hai jo hazrat usman ki charity aur donation</w:t>
      </w:r>
    </w:p>
    <w:p>
      <w:pPr>
        <w:jc w:val="right"/>
      </w:pPr>
      <w:r>
        <w:t>तो इतनी इतनी यानी इतनी अहम अहम जगह वो हिस्सा है जो हजरत उस्मान की चैरिटी और डोनेशन</w:t>
      </w:r>
    </w:p>
    <w:p>
      <w:r>
        <w:rPr>
          <w:b/>
        </w:rPr>
        <w:t xml:space="preserve">[18:46] </w:t>
      </w:r>
      <w:r>
        <w:t>ki wajah se ye</w:t>
      </w:r>
    </w:p>
    <w:p>
      <w:pPr>
        <w:jc w:val="right"/>
      </w:pPr>
      <w:r>
        <w:t>की वजह से ये</w:t>
      </w:r>
    </w:p>
    <w:p>
      <w:r>
        <w:rPr>
          <w:b/>
        </w:rPr>
        <w:t xml:space="preserve">[18:52] </w:t>
      </w:r>
      <w:r>
        <w:t>mil paya tha.</w:t>
      </w:r>
    </w:p>
    <w:p>
      <w:pPr>
        <w:jc w:val="right"/>
      </w:pPr>
      <w:r>
        <w:t>मिल पाया था।</w:t>
      </w:r>
    </w:p>
    <w:p>
      <w:r>
        <w:rPr>
          <w:b/>
        </w:rPr>
        <w:t xml:space="preserve">[18:56] </w:t>
      </w:r>
      <w:r>
        <w:t>ji bahut hi bada sawab mashaallah.</w:t>
      </w:r>
    </w:p>
    <w:p>
      <w:pPr>
        <w:jc w:val="right"/>
      </w:pPr>
      <w:r>
        <w:t>जी बहुत ही बड़ा सवाब माशाल्लाह।</w:t>
      </w:r>
    </w:p>
    <w:p>
      <w:r>
        <w:rPr>
          <w:b/>
        </w:rPr>
        <w:t xml:space="preserve">[19:00] </w:t>
      </w:r>
      <w:r>
        <w:t>और डॉक्टर साहब मैं पढ़ रहा था कि during his caliphate he constructed almost 5000 mosques and he</w:t>
      </w:r>
    </w:p>
    <w:p>
      <w:pPr>
        <w:jc w:val="right"/>
      </w:pPr>
      <w:r>
        <w:t>और डॉक्टर साहब मैं पढ़ रहा था कि ड्यूरिंग ह कैलिफेट ही कंस्ट्रक्टेड ऑलमोस्ट 5000 मॉस्क एंड ही</w:t>
      </w:r>
    </w:p>
    <w:p>
      <w:r>
        <w:rPr>
          <w:b/>
        </w:rPr>
        <w:t xml:space="preserve">[19:05] </w:t>
      </w:r>
      <w:r>
        <w:t>was also responsible for enlargement of the Kaaba.</w:t>
      </w:r>
    </w:p>
    <w:p>
      <w:pPr>
        <w:jc w:val="right"/>
      </w:pPr>
      <w:r>
        <w:t>वाज़ आल्सो रिस्पांसिबल फॉर एनलार्जमेंट ऑफ द काबा।</w:t>
      </w:r>
    </w:p>
    <w:p>
      <w:r>
        <w:rPr>
          <w:b/>
        </w:rPr>
        <w:t xml:space="preserve">[19:09] </w:t>
      </w:r>
      <w:r>
        <w:t>to bahut hi zyada generous the hazrat usman.</w:t>
      </w:r>
    </w:p>
    <w:p>
      <w:pPr>
        <w:jc w:val="right"/>
      </w:pPr>
      <w:r>
        <w:t>तो बहुत ही ज्यादा जनरस थे हजरत उस्मान।</w:t>
      </w:r>
    </w:p>
    <w:p>
      <w:r>
        <w:rPr>
          <w:b/>
        </w:rPr>
        <w:t xml:space="preserve">[19:13] </w:t>
      </w:r>
      <w:r>
        <w:t>डॉक्टर साहब उनके बारे में ये भी आता है कि हर हफ्ते वो slaves को रिहा करा करते थे। जी।</w:t>
      </w:r>
    </w:p>
    <w:p>
      <w:pPr>
        <w:jc w:val="right"/>
      </w:pPr>
      <w:r>
        <w:t>डॉक्टर साहब उनके बारे में ये भी आता है कि हर हफ्ते वो स्लेव्स को रिहा करा करते थे। जी।</w:t>
      </w:r>
    </w:p>
    <w:p>
      <w:r>
        <w:rPr>
          <w:b/>
        </w:rPr>
        <w:t xml:space="preserve">[19:17] </w:t>
      </w:r>
      <w:r>
        <w:t>to main chahunga ki uske bare mein aap bata</w:t>
      </w:r>
    </w:p>
    <w:p>
      <w:pPr>
        <w:jc w:val="right"/>
      </w:pPr>
      <w:r>
        <w:t>तो मैं चाहूंगा कि उसके बारे में आप बता</w:t>
      </w:r>
    </w:p>
    <w:p>
      <w:r>
        <w:rPr>
          <w:b/>
        </w:rPr>
        <w:t xml:space="preserve">[19:22] </w:t>
      </w:r>
      <w:r>
        <w:t>ein.</w:t>
      </w:r>
    </w:p>
    <w:p>
      <w:pPr>
        <w:jc w:val="right"/>
      </w:pPr>
      <w:r>
        <w:t>एं।</w:t>
      </w:r>
    </w:p>
    <w:p>
      <w:r>
        <w:rPr>
          <w:b/>
        </w:rPr>
        <w:t xml:space="preserve">[19:26] </w:t>
      </w:r>
      <w:r>
        <w:t>ye bahut hi zabardast aspect laga mujhe unke bare mein.</w:t>
      </w:r>
    </w:p>
    <w:p>
      <w:pPr>
        <w:jc w:val="right"/>
      </w:pPr>
      <w:r>
        <w:t>ये बहुत ही जबरदस्त एस्पेक्ट लगा मुझे उनके बारे में।</w:t>
      </w:r>
    </w:p>
    <w:p>
      <w:r>
        <w:rPr>
          <w:b/>
        </w:rPr>
        <w:t xml:space="preserve">[19:30] </w:t>
      </w:r>
      <w:r>
        <w:t>to iske bare mein batayein hum sabko.</w:t>
      </w:r>
    </w:p>
    <w:p>
      <w:pPr>
        <w:jc w:val="right"/>
      </w:pPr>
      <w:r>
        <w:t>तो इसके बारे में बताएं हम सबको।</w:t>
      </w:r>
    </w:p>
    <w:p>
      <w:r>
        <w:rPr>
          <w:b/>
        </w:rPr>
        <w:t xml:space="preserve">[19:35] </w:t>
      </w:r>
      <w:r>
        <w:t>The Prophet نے ایک بار کہا تھا کہ, "Whoever frees a slave, Allah will free his entire body from fire." جی۔</w:t>
      </w:r>
    </w:p>
    <w:p>
      <w:pPr>
        <w:jc w:val="right"/>
      </w:pPr>
      <w:r>
        <w:t>प्रॉफिट ने एक बार कहा था के हु एवर फ्रीज अ स्लेव अल्लाह विल फ्री हिज एंटायर बॉडी फ्रॉम फायर। जी।</w:t>
      </w:r>
    </w:p>
    <w:p>
      <w:r>
        <w:rPr>
          <w:b/>
        </w:rPr>
        <w:t xml:space="preserve">[19:39] </w:t>
      </w:r>
      <w:r>
        <w:t>yani allah jahannum se azaad kar dega.</w:t>
      </w:r>
    </w:p>
    <w:p>
      <w:pPr>
        <w:jc w:val="right"/>
      </w:pPr>
      <w:r>
        <w:t>यानी अल्लाह जहन्नुम से आजाद कर देगा।</w:t>
      </w:r>
    </w:p>
    <w:p>
      <w:r>
        <w:rPr>
          <w:b/>
        </w:rPr>
        <w:t xml:space="preserve">[19:43] </w:t>
      </w:r>
      <w:r>
        <w:t>It will be a protection from the fire.</w:t>
      </w:r>
    </w:p>
    <w:p>
      <w:pPr>
        <w:jc w:val="right"/>
      </w:pPr>
      <w:r>
        <w:t>इट विल बी अ प्रोटेक्शन फ्रॉम द फायर।</w:t>
      </w:r>
    </w:p>
    <w:p>
      <w:r>
        <w:rPr>
          <w:b/>
        </w:rPr>
        <w:t xml:space="preserve">[19:48] </w:t>
      </w:r>
      <w:r>
        <w:t>to jab ye hazrat usman ne suna to us din se poori zindagi</w:t>
      </w:r>
    </w:p>
    <w:p>
      <w:pPr>
        <w:jc w:val="right"/>
      </w:pPr>
      <w:r>
        <w:t>तो जब ये हजरत उस्मान ने सुना तो उस दिन से पूरी जिंदगी</w:t>
      </w:r>
    </w:p>
    <w:p>
      <w:r>
        <w:rPr>
          <w:b/>
        </w:rPr>
        <w:t xml:space="preserve">[19:52] </w:t>
      </w:r>
      <w:r>
        <w:t>ye kaam karte rahe ki friday ko nikalte the aur kuch paise leke jo bhi hote the unke</w:t>
      </w:r>
    </w:p>
    <w:p>
      <w:pPr>
        <w:jc w:val="right"/>
      </w:pPr>
      <w:r>
        <w:t>ये काम करते रहे कि फ्राइडे को निकलते थे और कुछ पैसे लेके जो भी होते थे उनके</w:t>
      </w:r>
    </w:p>
    <w:p>
      <w:r>
        <w:rPr>
          <w:b/>
        </w:rPr>
        <w:t xml:space="preserve">[19:56] </w:t>
      </w:r>
      <w:r>
        <w:t>paas aur slaves ko free karte the.</w:t>
      </w:r>
    </w:p>
    <w:p>
      <w:pPr>
        <w:jc w:val="right"/>
      </w:pPr>
      <w:r>
        <w:t>पास और स्लेव्स को फ्री करते थे।</w:t>
      </w:r>
    </w:p>
    <w:p>
      <w:r>
        <w:rPr>
          <w:b/>
        </w:rPr>
        <w:t xml:space="preserve">[20:01] </w:t>
      </w:r>
      <w:r>
        <w:t>slaves ko azaad karte the.</w:t>
      </w:r>
    </w:p>
    <w:p>
      <w:pPr>
        <w:jc w:val="right"/>
      </w:pPr>
      <w:r>
        <w:t>स्लेव्स को आजाद करते थे।</w:t>
      </w:r>
    </w:p>
    <w:p>
      <w:r>
        <w:rPr>
          <w:b/>
        </w:rPr>
        <w:t xml:space="preserve">[20:05] </w:t>
      </w:r>
      <w:r>
        <w:t>aur yani ek tarike se ye unki habit ban gayi.</w:t>
      </w:r>
    </w:p>
    <w:p>
      <w:pPr>
        <w:jc w:val="right"/>
      </w:pPr>
      <w:r>
        <w:t>और यानी एक तरीके से ये उनकी हैबिट बन गई।</w:t>
      </w:r>
    </w:p>
    <w:p>
      <w:r>
        <w:rPr>
          <w:b/>
        </w:rPr>
        <w:t xml:space="preserve">[20:09] </w:t>
      </w:r>
      <w:r>
        <w:t>saari zindagi karte rahe.</w:t>
      </w:r>
    </w:p>
    <w:p>
      <w:pPr>
        <w:jc w:val="right"/>
      </w:pPr>
      <w:r>
        <w:t>सारी जिंदगी करते रहे।</w:t>
      </w:r>
    </w:p>
    <w:p>
      <w:r>
        <w:rPr>
          <w:b/>
        </w:rPr>
        <w:t xml:space="preserve">[20:14] </w:t>
      </w:r>
      <w:r>
        <w:t>aur kaha jata hai ki 2400 slaves ko unhone free kiya.</w:t>
      </w:r>
    </w:p>
    <w:p>
      <w:pPr>
        <w:jc w:val="right"/>
      </w:pPr>
      <w:r>
        <w:t>और कहा जाता है कि 2400 स्लेव्स को उन्होंने फ्री किया।</w:t>
      </w:r>
    </w:p>
    <w:p>
      <w:r>
        <w:rPr>
          <w:b/>
        </w:rPr>
        <w:t xml:space="preserve">[20:18] </w:t>
      </w:r>
      <w:r>
        <w:t>poori zindagi mein unki jo donations thi uski charities se. to 2000</w:t>
      </w:r>
    </w:p>
    <w:p>
      <w:pPr>
        <w:jc w:val="right"/>
      </w:pPr>
      <w:r>
        <w:t>पूरी जिंदगी में उनकी जो डोनेशंस थी उसकी चैरिटीज से। तो 2000</w:t>
      </w:r>
    </w:p>
    <w:p>
      <w:r>
        <w:rPr>
          <w:b/>
        </w:rPr>
        <w:t xml:space="preserve">[20:22] </w:t>
      </w:r>
      <w:r>
        <w:t>2400 slaves ko free kiya aur slaves yani aap dekhiye to bade bade sahaba the jo hazrat bilal hazrat</w:t>
      </w:r>
    </w:p>
    <w:p>
      <w:pPr>
        <w:jc w:val="right"/>
      </w:pPr>
      <w:r>
        <w:t>2400 स्लेव्स को फ्री किया और स्लेव्स यानी आप देखिए तो बड़े-बड़े सहाबा थे जो हजरत बिलाल हजरत</w:t>
      </w:r>
    </w:p>
    <w:p>
      <w:r>
        <w:rPr>
          <w:b/>
        </w:rPr>
        <w:t xml:space="preserve">[20:30] </w:t>
      </w:r>
      <w:r>
        <w:t>khabbab aur sab bade bade jo sahaba the wo wo wahi wahi the jinko slave kiya slave ko free kiya gaya. ji.</w:t>
      </w:r>
    </w:p>
    <w:p>
      <w:pPr>
        <w:jc w:val="right"/>
      </w:pPr>
      <w:r>
        <w:t>खब्बाब और सब बड़े-बड़े जो सहाबा थे वो वो वही वही थे जिनको स्लेव किया स्लेव को फ्री किया गया। जी।</w:t>
      </w:r>
    </w:p>
    <w:p>
      <w:r>
        <w:rPr>
          <w:b/>
        </w:rPr>
        <w:t xml:space="preserve">[20:37] </w:t>
      </w:r>
      <w:r>
        <w:t>to ye to bahut hi bada kaam hai.</w:t>
      </w:r>
    </w:p>
    <w:p>
      <w:pPr>
        <w:jc w:val="right"/>
      </w:pPr>
      <w:r>
        <w:t>तो ये तो बहुत ही बड़ा काम है।</w:t>
      </w:r>
    </w:p>
    <w:p>
      <w:r>
        <w:rPr>
          <w:b/>
        </w:rPr>
        <w:t xml:space="preserve">[20:45] </w:t>
      </w:r>
      <w:r>
        <w:t>ab us us zamane mein</w:t>
      </w:r>
    </w:p>
    <w:p>
      <w:pPr>
        <w:jc w:val="right"/>
      </w:pPr>
      <w:r>
        <w:t>अब उस उस जमाने में</w:t>
      </w:r>
    </w:p>
    <w:p>
      <w:r>
        <w:rPr>
          <w:b/>
        </w:rPr>
        <w:t xml:space="preserve">[20:53] </w:t>
      </w:r>
      <w:r>
        <w:t>slaves hua karte the. Ab to khair wo surat haal nahi hai. Lekin abhi bhi jo gareeb log hain unki help karna wo bhi taqreeban usi usi usi ke lihaz se wo ek hi cheez maani jayegi. Ji doctor sahab agla sawal lene se pehle kuch do comments padhna chahunga. Kai comments aa rahe hain lekin do comment lena chahunga abhi is waqt. Professor Nazma Siddiqui ne likha hai very educative</w:t>
      </w:r>
    </w:p>
    <w:p>
      <w:pPr>
        <w:jc w:val="right"/>
      </w:pPr>
      <w:r>
        <w:t>स्लेव्स हुआ करते थे। अब तो खैर वो सूरत हाल नहीं है। लेकिन अभी भी जो गरीब लोग हैं उनकी हेल्प करना वो भी तकरीबन उसी उसी उसी के लिहाज से वो एक ही चीज मानी जाएगी। जी डॉक्टर साहब अगला सवाल लेने से पहले कुछ दो कमेंट्स पढ़ना चाहूंगा। कई कमेंट्स आ रहे हैं लेकिन दो कमेंट लेना चाहूंगा अभी इस वक्त। प्रोफेसर नजमा सिद्दीकी ने लिखा है वेरी एज</w:t>
      </w:r>
    </w:p>
    <w:p>
      <w:r>
        <w:rPr>
          <w:b/>
        </w:rPr>
        <w:t xml:space="preserve">[21:23] </w:t>
      </w:r>
      <w:r>
        <w:t>educative session jazaakallah.</w:t>
      </w:r>
    </w:p>
    <w:p>
      <w:pPr>
        <w:jc w:val="right"/>
      </w:pPr>
      <w:r>
        <w:t>ुकेटिव सेशन जजाकल्लाह।</w:t>
      </w:r>
    </w:p>
    <w:p>
      <w:r>
        <w:rPr>
          <w:b/>
        </w:rPr>
        <w:t xml:space="preserve">[21:29] </w:t>
      </w:r>
      <w:r>
        <w:t>Miss Fareeda Kamran ne likha hai Pakistan se Sahaba were the beautiful people very informative session which boost</w:t>
      </w:r>
    </w:p>
    <w:p>
      <w:pPr>
        <w:jc w:val="right"/>
      </w:pPr>
      <w:r>
        <w:t>मिस फरीदा कामरान ने लिखा है पाकिस्तान से सहाबा वर द ब्यूटीफुल पीपल वेरी इनफेटिव सेशन व्हिच बूस्ट</w:t>
      </w:r>
    </w:p>
    <w:p>
      <w:r>
        <w:rPr>
          <w:b/>
        </w:rPr>
        <w:t xml:space="preserve">[21:35] </w:t>
      </w:r>
      <w:r>
        <w:t>aawar eamaand to hear the life of hazrat usman imense prayers from the depth of my heart for</w:t>
      </w:r>
    </w:p>
    <w:p>
      <w:pPr>
        <w:jc w:val="right"/>
      </w:pPr>
      <w:r>
        <w:t>आवर एमांड टू हियर द लाइफ ऑफ हजरत उस्मान इमेंस प्रेयर्स फ्रॉम द डेप्थ ऑफ माय हार्ट फॉर</w:t>
      </w:r>
    </w:p>
    <w:p>
      <w:r>
        <w:rPr>
          <w:b/>
        </w:rPr>
        <w:t xml:space="preserve">[21:41] </w:t>
      </w:r>
      <w:r>
        <w:t>cps team for doing work beautifully for the deen.</w:t>
      </w:r>
    </w:p>
    <w:p>
      <w:pPr>
        <w:jc w:val="right"/>
      </w:pPr>
      <w:r>
        <w:t>सीपीएस टीम फॉर डूइंग वर्क ब्यूटीफुली फॉर द दीन।</w:t>
      </w:r>
    </w:p>
    <w:p>
      <w:r>
        <w:rPr>
          <w:b/>
        </w:rPr>
        <w:t xml:space="preserve">[21:47] </w:t>
      </w:r>
      <w:r>
        <w:t>doctor sahib tabook expedition jo hai uske bare mein ye aaya ke wo after ninth</w:t>
      </w:r>
    </w:p>
    <w:p>
      <w:pPr>
        <w:jc w:val="right"/>
      </w:pPr>
      <w:r>
        <w:t>डॉक्टर साहब तबूक एक्सपिडिशन जो है उसके बारे में ये आया कि वो आफ्टर नाइंथ</w:t>
      </w:r>
    </w:p>
    <w:p>
      <w:r>
        <w:rPr>
          <w:b/>
        </w:rPr>
        <w:t xml:space="preserve">[21:53] </w:t>
      </w:r>
      <w:r>
        <w:t>hijri profit plund for the tabook expedition.</w:t>
      </w:r>
    </w:p>
    <w:p>
      <w:pPr>
        <w:jc w:val="right"/>
      </w:pPr>
      <w:r>
        <w:t>हिजरी प्रॉफिट प्लंड फॉर द तबूक एक्सपिडिशन।</w:t>
      </w:r>
    </w:p>
    <w:p>
      <w:r>
        <w:rPr>
          <w:b/>
        </w:rPr>
        <w:t xml:space="preserve">[21:56] </w:t>
      </w:r>
      <w:r>
        <w:t>lekin us time pe resources bohat limited the.</w:t>
      </w:r>
    </w:p>
    <w:p>
      <w:pPr>
        <w:jc w:val="right"/>
      </w:pPr>
      <w:r>
        <w:t>लेकिन उस टाइम पे रिसोर्सेज बहुत लिमिटेड थे।</w:t>
      </w:r>
    </w:p>
    <w:p>
      <w:r>
        <w:rPr>
          <w:b/>
        </w:rPr>
        <w:t xml:space="preserve">[22:00] </w:t>
      </w:r>
      <w:r>
        <w:t>and it was the middle of hot summer.</w:t>
      </w:r>
    </w:p>
    <w:p>
      <w:pPr>
        <w:jc w:val="right"/>
      </w:pPr>
      <w:r>
        <w:t>एंड इट वाज़ द मिडिल ऑफ हॉट समर।</w:t>
      </w:r>
    </w:p>
    <w:p>
      <w:r>
        <w:rPr>
          <w:b/>
        </w:rPr>
        <w:t xml:space="preserve">[22:04] </w:t>
      </w:r>
      <w:r>
        <w:t>to unhone call diya logon ko ke donations ke liye.</w:t>
      </w:r>
    </w:p>
    <w:p>
      <w:pPr>
        <w:jc w:val="right"/>
      </w:pPr>
      <w:r>
        <w:t>तो उन्होंने कॉल दिया लोगों को कि डोनेशंस के लिए।</w:t>
      </w:r>
    </w:p>
    <w:p>
      <w:r>
        <w:rPr>
          <w:b/>
        </w:rPr>
        <w:t xml:space="preserve">[22:08] </w:t>
      </w:r>
      <w:r>
        <w:t>aur yahan pe phir jaise aapne itne examples bataye hazrat usman ne bohat bada contribution diya.</w:t>
      </w:r>
    </w:p>
    <w:p>
      <w:pPr>
        <w:jc w:val="right"/>
      </w:pPr>
      <w:r>
        <w:t>और यहां पे फिर जैसे आपने इतने एग्जांपल्स बताए हजरत उस्मान ने बहुत बड़ा कंट्रीब्यूशन दिया।</w:t>
      </w:r>
    </w:p>
    <w:p>
      <w:r>
        <w:rPr>
          <w:b/>
        </w:rPr>
        <w:t xml:space="preserve">[22:12] </w:t>
      </w:r>
      <w:r>
        <w:t>to main chahunga uske bare mein aap hum sabko batayein. Ji.</w:t>
      </w:r>
    </w:p>
    <w:p>
      <w:pPr>
        <w:jc w:val="right"/>
      </w:pPr>
      <w:r>
        <w:t>तो मैं चाहूंगा उसके बारे में आप हम सबको बताएं। जी।</w:t>
      </w:r>
    </w:p>
    <w:p>
      <w:r>
        <w:rPr>
          <w:b/>
        </w:rPr>
        <w:t xml:space="preserve">[22:15] </w:t>
      </w:r>
      <w:r>
        <w:t>asal mein jo tabook ka expedition tha wo bohat difficult Ji.</w:t>
      </w:r>
    </w:p>
    <w:p>
      <w:pPr>
        <w:jc w:val="right"/>
      </w:pPr>
      <w:r>
        <w:t>असल में जो तबूक का एक्सपिडिशन था वो बहुत डिफिकल्ट जी।</w:t>
      </w:r>
    </w:p>
    <w:p>
      <w:r>
        <w:rPr>
          <w:b/>
        </w:rPr>
        <w:t xml:space="preserve">[22:19] </w:t>
      </w:r>
      <w:r>
        <w:t>tha jaise aapne bhi zikr kiya</w:t>
      </w:r>
    </w:p>
    <w:p>
      <w:pPr>
        <w:jc w:val="right"/>
      </w:pPr>
      <w:r>
        <w:t>था जैसे आपने भी जिक्र किया</w:t>
      </w:r>
    </w:p>
    <w:p>
      <w:r>
        <w:rPr>
          <w:b/>
        </w:rPr>
        <w:t xml:space="preserve">[22:23] </w:t>
      </w:r>
      <w:r>
        <w:t>Jaishul Usra uske liye kaha gaya hai difficult expedition is lihaz se ki wo bahut garmi ka zamana tha aur us waqt yaani halaat bhi aise the kam log bhi the garmi ka zamana tha aur famine ka bhi zamana tha to in sab cheezon ki wajah se bahut hi difficult expedition tha to Rasoolullah ne kaha tha ki who will finance Tabuk expedition will get Jannah okay to Hazrat Us</w:t>
      </w:r>
    </w:p>
    <w:p>
      <w:pPr>
        <w:jc w:val="right"/>
      </w:pPr>
      <w:r>
        <w:t>जैशुल उसरा उसके लिए कहा गया है डिफिकल्ट एक्सपिडिशन इस लिहाज से कि वो बहुत गर्मी का जमाना था और उस वक्त यानी हालात भी ऐसे थे कम लोग भी थे गर्मी का जमाना था और फेमिन का भी जमाना था तो इन सब चीजों की वजह से बहुत ही डिफिकल्ट एक्सपिडिशन था तो रसूलल्लाह ने कहा था कि हु विल फाइनेंस तबूक एक्सपिडिशन विल गेट जन्न ओके तो हजरत उस्</w:t>
      </w:r>
    </w:p>
    <w:p>
      <w:r>
        <w:rPr>
          <w:b/>
        </w:rPr>
        <w:t xml:space="preserve">[22:53] </w:t>
      </w:r>
      <w:r>
        <w:t>man khade hue aur kaha ki 100 camels fully equipped from my side ji to phir Rasoolullah ne wahi baat dohrai ji ki kaun help karega Tabuk expedition mein to 100 camels phir kaha kehte gaye 100 karte karte 900 kuch ho gaye ji yaani at the end he gave 940 camels fully equipped and 60 horses fully equipped maashahallah aur he didn't stop there he went to his house and he took all the wealth which he had</w:t>
      </w:r>
    </w:p>
    <w:p>
      <w:pPr>
        <w:jc w:val="right"/>
      </w:pPr>
      <w:r>
        <w:t>मान खड़े हुए और कहा कि 100 कैमल्स फुल्ली इक्विप्ड फ्रॉम माय साइड जी तो फिर रसूलल्लाह ने वही बात दोहराई जी कि कौन हेल्प करेगा तबूक एक्सपिडिशन में तो 100 कैमल्स फिर कहा कहते गए 100 करते करते 900 कुछ हो गए जी यानी एट द एंड ही गेव 940 कैमल फुल्ली इक्विप्ड एंड 60 हॉर्सेज फुल्ली इक्विप्ड माशाल्लाह और ही डिडंट स्टॉप देयर ही वेंट टू ह हाउस एंड ही टूक ऑल द वेल्थ व्हिच ही है</w:t>
      </w:r>
    </w:p>
    <w:p>
      <w:r>
        <w:rPr>
          <w:b/>
        </w:rPr>
        <w:t xml:space="preserve">[23:23] </w:t>
      </w:r>
      <w:r>
        <w:t>z hum taqreeban 1000 gold coins Ji and brought that and put it in front of the profit</w:t>
      </w:r>
    </w:p>
    <w:p>
      <w:pPr>
        <w:jc w:val="right"/>
      </w:pPr>
      <w:r>
        <w:t>ज़ हम तकरीबन 1000 गोल्ड कॉइंस जी एंड ब्रॉट दैट एंड पुट इट इन फ्रंट ऑफ द प्रॉफिट</w:t>
      </w:r>
    </w:p>
    <w:p>
      <w:r>
        <w:rPr>
          <w:b/>
        </w:rPr>
        <w:t xml:space="preserve">[23:31] </w:t>
      </w:r>
      <w:r>
        <w:t>Ji and the profit started picking it up and he took flipping it in h fingures and he</w:t>
      </w:r>
    </w:p>
    <w:p>
      <w:pPr>
        <w:jc w:val="right"/>
      </w:pPr>
      <w:r>
        <w:t>जी एंड द प्रॉफिट स्टार्टेड पिकिंग इट अप एंड ही टूक फिलिपिंग इट इन ह फिंगर्स एंड ही</w:t>
      </w:r>
    </w:p>
    <w:p>
      <w:r>
        <w:rPr>
          <w:b/>
        </w:rPr>
        <w:t xml:space="preserve">[23:38] </w:t>
      </w:r>
      <w:r>
        <w:t>said madar ibne affan ma amila yani nothing will harm him what he has done mashallah today to</w:t>
      </w:r>
    </w:p>
    <w:p>
      <w:pPr>
        <w:jc w:val="right"/>
      </w:pPr>
      <w:r>
        <w:t>सेड मादर इबने अफान मा अमिला यानी नथिंग विल हार्म हिम व्हाट ही हैज़ डन माशाल्लाह टुडे तो</w:t>
      </w:r>
    </w:p>
    <w:p>
      <w:r>
        <w:rPr>
          <w:b/>
        </w:rPr>
        <w:t xml:space="preserve">[23:46] </w:t>
      </w:r>
      <w:r>
        <w:t>ye ye bari zabardast yani bohat hi motive</w:t>
      </w:r>
    </w:p>
    <w:p>
      <w:pPr>
        <w:jc w:val="right"/>
      </w:pPr>
      <w:r>
        <w:t>ये ये बड़ी जबरदस्त यानी बहुत ही मोटिव</w:t>
      </w:r>
    </w:p>
    <w:p>
      <w:r>
        <w:rPr>
          <w:b/>
        </w:rPr>
        <w:t xml:space="preserve">[23:53] </w:t>
      </w:r>
      <w:r>
        <w:t>ating example hai Hazrat Usman ki yaani unmatched unheard of generosity jo thi wo bilkul hi alag alag hi level ki thi bilkul bahut hi zabardast ji yakeenan very inspiring doctor sahab hum sab logon ke liye bahut bahut sabak amoz session hai aaj ka doctor sahab Hazrat Usman actually participated in almost all the expeditions lekin battle of Badr ke dauran jo bahut hi</w:t>
      </w:r>
    </w:p>
    <w:p>
      <w:pPr>
        <w:jc w:val="right"/>
      </w:pPr>
      <w:r>
        <w:t>ेटिंग एग्जांपल है हजरत उस्मान की यानी अनमैच्ड अनहर्ड ऑफ जनरसिटी जो थी वो बिल्कुल ही अलग अलग ही लेवल की थी बिल्कुल बहुत ही जबरदस्त जी यकीनन वेरी इंस्पायरिंग डॉक्टर साहब हम सब लोगों के लिए बहुत बहुत सबक अमोस सेशन है आज का डॉक्टर साहब हजरत उस्मान एक्चुअली पार्टिसिपेटेड इन ऑलमोस्ट ऑल द एक्सपिडिशंस लेकिन बैटल ऑफ बदर के दौरान जो बहुत ही</w:t>
      </w:r>
    </w:p>
    <w:p>
      <w:r>
        <w:rPr>
          <w:b/>
        </w:rPr>
        <w:t xml:space="preserve">[24:23] </w:t>
      </w:r>
      <w:r>
        <w:t>aham battle of Badr hai usmein wo maujood nahi the aur iske upar bade qisse bhi hain. To main chahunga ki isko aap wazeh karein ki kyun wo usmein shamil nahi the. Darasal kya hua ki Hazrat Usman raziallah ki jo wife thi Ruqayyah raziallah anha jo ki Prophet ki beti thi. Darasal kya hua isse pehle main ek chhoti si baat aur le leta hoon. Ji ke jab Islam nahi aaya tha to Haz</w:t>
      </w:r>
    </w:p>
    <w:p>
      <w:pPr>
        <w:jc w:val="right"/>
      </w:pPr>
      <w:r>
        <w:t>अहम बैटल ऑफ बदर है उसमें वो मौजूद नहीं थे और इसके ऊपर बड़े किस्से भी हैं। तो मैं चाहूंगा कि इस इसको आप वाज़ करें कि क्यों वो उसमें शामिल नहीं थे। दरअसल क्या हुआ कि हजरत उस्मान रज़ अल्लाह की जो वाइफ थी रुकैया रज़ अल्लाह अन्हा जो कि प्रॉफिट की बेटी थी। दरअसल क्या हुआ इससे पहले मैं एक छोटी सी बात और ले लेता हूं। जी के जब इस्लाम नहीं आया था तो हज</w:t>
      </w:r>
    </w:p>
    <w:p>
      <w:r>
        <w:rPr>
          <w:b/>
        </w:rPr>
        <w:t xml:space="preserve">[24:53] </w:t>
      </w:r>
      <w:r>
        <w:t>rat rukaiya aur umme kulsoom ki engagement hui thi abu lahab ke beton se utba aur utaiba Ji</w:t>
      </w:r>
    </w:p>
    <w:p>
      <w:pPr>
        <w:jc w:val="right"/>
      </w:pPr>
      <w:r>
        <w:t>रत रुकैया और उम्मे कुलसूम की एंगेजमेंट हुई थी अबू लहब के बेटों से उतबा और उतैबा जी</w:t>
      </w:r>
    </w:p>
    <w:p>
      <w:r>
        <w:rPr>
          <w:b/>
        </w:rPr>
        <w:t xml:space="preserve">[25:01] </w:t>
      </w:r>
      <w:r>
        <w:t>to jab islam aaya to abu lahab ne apne beton se kaha ke tum divorce kar do in</w:t>
      </w:r>
    </w:p>
    <w:p>
      <w:pPr>
        <w:jc w:val="right"/>
      </w:pPr>
      <w:r>
        <w:t>तो जब इस्लाम आया तो अबू लहब ने अपने बेटों से कहा कि तुम डिवोर्स कर दो इन</w:t>
      </w:r>
    </w:p>
    <w:p>
      <w:r>
        <w:rPr>
          <w:b/>
        </w:rPr>
        <w:t xml:space="preserve">[25:08] </w:t>
      </w:r>
      <w:r>
        <w:t>donon ke ye keh gaye ke muhammad ki betiyan abu lahab ke ghar mein nahi reh sakti unhone</w:t>
      </w:r>
    </w:p>
    <w:p>
      <w:pPr>
        <w:jc w:val="right"/>
      </w:pPr>
      <w:r>
        <w:t>दोनों के ये कह गए कि मोहम्मद की बेटियां अबू लहब के घर में नहीं रह सकती उन्होंने</w:t>
      </w:r>
    </w:p>
    <w:p>
      <w:r>
        <w:rPr>
          <w:b/>
        </w:rPr>
        <w:t xml:space="preserve">[25:16] </w:t>
      </w:r>
      <w:r>
        <w:t>fauran divorce kar diya aur phir dekhiye allah taala ki qudrat ke hazrat usman aaye nikah ke liye</w:t>
      </w:r>
    </w:p>
    <w:p>
      <w:pPr>
        <w:jc w:val="right"/>
      </w:pPr>
      <w:r>
        <w:t>फौरन डिवोर्स कर दिया और फिर देखिए अल्लाह ताला की कुदरत के हजरत उस्मान आए निकाह के लिए</w:t>
      </w:r>
    </w:p>
    <w:p>
      <w:r>
        <w:rPr>
          <w:b/>
        </w:rPr>
        <w:t xml:space="preserve">[25:23] </w:t>
      </w:r>
      <w:r>
        <w:t>paigham diya aur phir doosri beti ka bhi unse hi hua aage hum dekhenge Ji to ye allah</w:t>
      </w:r>
    </w:p>
    <w:p>
      <w:pPr>
        <w:jc w:val="right"/>
      </w:pPr>
      <w:r>
        <w:t>पैगाम दिया और फिर दूसरी बेटी का भी उनसे ही हुआ आगे हम देखेंगे जी तो ये अल्लाह</w:t>
      </w:r>
    </w:p>
    <w:p>
      <w:r>
        <w:rPr>
          <w:b/>
        </w:rPr>
        <w:t xml:space="preserve">[25:30] </w:t>
      </w:r>
      <w:r>
        <w:t>taala ki yani bohat bari rehmat hai ke hazrat usman jaise jaise saathi mile rasoolullah ko Ji to</w:t>
      </w:r>
    </w:p>
    <w:p>
      <w:pPr>
        <w:jc w:val="right"/>
      </w:pPr>
      <w:r>
        <w:t>ताला की यानी बहुत बड़ी रहमत है कि हजरत उस्मान जैसे जैसे साथी मिले रसूलल्लाह को जी तो</w:t>
      </w:r>
    </w:p>
    <w:p>
      <w:r>
        <w:rPr>
          <w:b/>
        </w:rPr>
        <w:t xml:space="preserve">[25:36] </w:t>
      </w:r>
      <w:r>
        <w:t>ye jo waqaya jaise badr ka tha kyunke hazrat rukaiya bohat beemar ho gayi thi hum aur unki</w:t>
      </w:r>
    </w:p>
    <w:p>
      <w:pPr>
        <w:jc w:val="right"/>
      </w:pPr>
      <w:r>
        <w:t>ये जो वाकया जैसे बद्र का था क्योंकि हजरत रुकैया बहुत बीमार हो गई थी हम और उनकी</w:t>
      </w:r>
    </w:p>
    <w:p>
      <w:r>
        <w:rPr>
          <w:b/>
        </w:rPr>
        <w:t xml:space="preserve">[25:42] </w:t>
      </w:r>
      <w:r>
        <w:t>condition deteriorate hoti chali ja rahi thi.</w:t>
      </w:r>
    </w:p>
    <w:p>
      <w:pPr>
        <w:jc w:val="right"/>
      </w:pPr>
      <w:r>
        <w:t>कंडीशन डिटोरिएट होती चली जा रही थी।</w:t>
      </w:r>
    </w:p>
    <w:p>
      <w:r>
        <w:rPr>
          <w:b/>
        </w:rPr>
        <w:t xml:space="preserve">[25:48] </w:t>
      </w:r>
      <w:r>
        <w:t>to wahi waqt tha jab badr mein jaane ka wo time tha.</w:t>
      </w:r>
    </w:p>
    <w:p>
      <w:pPr>
        <w:jc w:val="right"/>
      </w:pPr>
      <w:r>
        <w:t>तो वही वक्त था जब बद्र में जाने का वो टाइम था।</w:t>
      </w:r>
    </w:p>
    <w:p>
      <w:r>
        <w:rPr>
          <w:b/>
        </w:rPr>
        <w:t xml:space="preserve">[25:54] </w:t>
      </w:r>
      <w:r>
        <w:t>donon ek ek saath hi hua.</w:t>
      </w:r>
    </w:p>
    <w:p>
      <w:pPr>
        <w:jc w:val="right"/>
      </w:pPr>
      <w:r>
        <w:t>दोनों एक एक साथ ही हुआ।</w:t>
      </w:r>
    </w:p>
    <w:p>
      <w:r>
        <w:rPr>
          <w:b/>
        </w:rPr>
        <w:t xml:space="preserve">[25:57] </w:t>
      </w:r>
      <w:r>
        <w:t>unki tabiyat kharab hui aur idhar badr mein jaane to rasoolullah ne permission di ki tum yahin raho.</w:t>
      </w:r>
    </w:p>
    <w:p>
      <w:pPr>
        <w:jc w:val="right"/>
      </w:pPr>
      <w:r>
        <w:t>उनकी तबीयत खराब हुई और उधर बद्र में जाने तो रसूलल्लाह ने परमिशन दी कि तुम यहीं रहो।</w:t>
      </w:r>
    </w:p>
    <w:p>
      <w:r>
        <w:rPr>
          <w:b/>
        </w:rPr>
        <w:t xml:space="preserve">[26:00] </w:t>
      </w:r>
      <w:r>
        <w:t>hazrat usman se kaha ki tum yahin raho aur you take care of rukaiya.</w:t>
      </w:r>
    </w:p>
    <w:p>
      <w:pPr>
        <w:jc w:val="right"/>
      </w:pPr>
      <w:r>
        <w:t>हजरत उस्मान से कहा कि तुम यहीं रहो और यू टेक केयर ऑफ रुकैया।</w:t>
      </w:r>
    </w:p>
    <w:p>
      <w:r>
        <w:rPr>
          <w:b/>
        </w:rPr>
        <w:t xml:space="preserve">[26:04] </w:t>
      </w:r>
      <w:r>
        <w:t>hum to hazrat usman rasoolullah ke kehne par ruk gaye.</w:t>
      </w:r>
    </w:p>
    <w:p>
      <w:pPr>
        <w:jc w:val="right"/>
      </w:pPr>
      <w:r>
        <w:t>हम तो हजरत उस्मान रसूलल्लाह के कहने पर रुक गए।</w:t>
      </w:r>
    </w:p>
    <w:p>
      <w:r>
        <w:rPr>
          <w:b/>
        </w:rPr>
        <w:t xml:space="preserve">[26:07] </w:t>
      </w:r>
      <w:r>
        <w:t>halanki wo jaana chahte the. ji.</w:t>
      </w:r>
    </w:p>
    <w:p>
      <w:pPr>
        <w:jc w:val="right"/>
      </w:pPr>
      <w:r>
        <w:t>हालांकि वो जाना चाहते थे। जी।</w:t>
      </w:r>
    </w:p>
    <w:p>
      <w:r>
        <w:rPr>
          <w:b/>
        </w:rPr>
        <w:t xml:space="preserve">[26:10] </w:t>
      </w:r>
      <w:r>
        <w:t>aur ruk gaye aur he nurtured her and he looked after her.</w:t>
      </w:r>
    </w:p>
    <w:p>
      <w:pPr>
        <w:jc w:val="right"/>
      </w:pPr>
      <w:r>
        <w:t>और रुक गए और ही नर्ड हर एंड ही लुक्ड आफ्टर हर।</w:t>
      </w:r>
    </w:p>
    <w:p>
      <w:r>
        <w:rPr>
          <w:b/>
        </w:rPr>
        <w:t xml:space="preserve">[26:14] </w:t>
      </w:r>
      <w:r>
        <w:t>lekin tabiyat kharab hoti chali gayi.</w:t>
      </w:r>
    </w:p>
    <w:p>
      <w:pPr>
        <w:jc w:val="right"/>
      </w:pPr>
      <w:r>
        <w:t>लेकिन तबीयत खराब होती चली गई।</w:t>
      </w:r>
    </w:p>
    <w:p>
      <w:r>
        <w:rPr>
          <w:b/>
        </w:rPr>
        <w:t xml:space="preserve">[26:17] </w:t>
      </w:r>
      <w:r>
        <w:t>deterioration होती गई health में and she passed away in front of my eyes.</w:t>
      </w:r>
    </w:p>
    <w:p>
      <w:pPr>
        <w:jc w:val="right"/>
      </w:pPr>
      <w:r>
        <w:t>डिटोरेशन होती गई हेल्थ में एंड शी पास्ड अवे इन फ्रंट ऑफ ह आईज।</w:t>
      </w:r>
    </w:p>
    <w:p>
      <w:r>
        <w:rPr>
          <w:b/>
        </w:rPr>
        <w:t xml:space="preserve">[26:20] </w:t>
      </w:r>
      <w:r>
        <w:t>bahut hi takli</w:t>
      </w:r>
    </w:p>
    <w:p>
      <w:pPr>
        <w:jc w:val="right"/>
      </w:pPr>
      <w:r>
        <w:t>बहुत ही तकली</w:t>
      </w:r>
    </w:p>
    <w:p>
      <w:r>
        <w:rPr>
          <w:b/>
        </w:rPr>
        <w:t xml:space="preserve">[26:24] </w:t>
      </w:r>
      <w:r>
        <w:t>f hui. Hum bahut hi yaani unko he was very sad kyunki bahut hi mohabbat karte the. Ji Ruqayyah se. To lekin ajeeb baat ye hui ki jis din Hazrat Ruqayyah ki death hui usi din Badr mein kamyabi hui thi. Victory hui thi. Ji. To isliye Badr ka jo din hai it is it is remembered as the saddest day and and and the day day of great joy and the great of and the day of great sadness</w:t>
      </w:r>
    </w:p>
    <w:p>
      <w:pPr>
        <w:jc w:val="right"/>
      </w:pPr>
      <w:r>
        <w:t>फ हुई। हम बहुत ही यानी उनको ही वाज़ वेरी सैड क्योंकि बहुत ही मोहब्बत करते थे। जी रुकैया से। तो लेकिन अजीब बात ये हुई कि जिस दिन हजरत रुकैया की डेथ हुई उसी दिन बद्र में कामयाबी हुई थी। विक्ट्री हुई थी। जी। तो इसलिए बद्र का जो दिन है इट इज इट इज रिमेंबर्ड एज द सैडेस्ट डे एंड एंड एंड द डे डे ऑफ ग्रेट जॉय एंड द ग्रेट ऑफ एंड द डे ऑफ ग्रेट सैडनेस</w:t>
      </w:r>
    </w:p>
    <w:p>
      <w:r>
        <w:rPr>
          <w:b/>
        </w:rPr>
        <w:t xml:space="preserve">[26:54] </w:t>
      </w:r>
      <w:r>
        <w:t>。 Ji. The day of great joy and the day of great sadness ke taur par isko yaad karte yaad karte hain. Kyunki dono cheezein ek saath hui. Wahan Allah taala ne victory di aur yahan Hazrat Ruqayyah ki death ho gayi. To Hazrat Usman ne khud tadfeen ki kyunki log bhi nahi the. Sahaba bhi nahi the. Funeral mein shayad chand sahaba the. Saare log gaye hue the. Aur phir uske baad Prophet aaye. Hum aur Prophet ne aake dua ki aur namaz padhi wahan par. Aur</w:t>
      </w:r>
    </w:p>
    <w:p>
      <w:pPr>
        <w:jc w:val="right"/>
      </w:pPr>
      <w:r>
        <w:t>। जी। द डे ऑफ ग्रेट जॉय एंड द डे ऑफ ग्रेट सैडनेस के तौर पर इसको याद करते याद करते हैं। क्योंकि दोनों चीजें एक साथ हुई। वहां अल्लाह ताला ने विक्ट्री दी और यहां हजरत रुकैया की डेथ हो गई। तो हजरत उस्मान ने खुद तदफीन की क्योंकि लोग भी नहीं थे। सहाबा भी नहीं थे। फ्यूनरल में शायद चंद सहाबा थे। सारे लोग गए हुए थे। और फिर उसके बाद प्रॉफिट आए। हम और प्रॉफिट ने आके दुआ की और नमाज पढ़ी वहां पर। और</w:t>
      </w:r>
    </w:p>
    <w:p>
      <w:r>
        <w:rPr>
          <w:b/>
        </w:rPr>
        <w:t xml:space="preserve">[27:24] </w:t>
      </w:r>
      <w:r>
        <w:t>ye jo inki qabr hai wo baqi graveyard mein hai.</w:t>
      </w:r>
    </w:p>
    <w:p>
      <w:pPr>
        <w:jc w:val="right"/>
      </w:pPr>
      <w:r>
        <w:t>ये जो इनकी कब्र है वो बकी ग्रेवयार्ड में है।</w:t>
      </w:r>
    </w:p>
    <w:p>
      <w:r>
        <w:rPr>
          <w:b/>
        </w:rPr>
        <w:t xml:space="preserve">[27:27] </w:t>
      </w:r>
      <w:r>
        <w:t>baqi jo hai graveyard bilkul masjid se mila hua hai.</w:t>
      </w:r>
    </w:p>
    <w:p>
      <w:pPr>
        <w:jc w:val="right"/>
      </w:pPr>
      <w:r>
        <w:t>बकी जो है ग्रेवयार्ड बिल्कुल मस्जिद से मिला हुआ है।</w:t>
      </w:r>
    </w:p>
    <w:p>
      <w:r>
        <w:rPr>
          <w:b/>
        </w:rPr>
        <w:t xml:space="preserve">[27:30] </w:t>
      </w:r>
      <w:r>
        <w:t>profits mosque se. ji.</w:t>
      </w:r>
    </w:p>
    <w:p>
      <w:pPr>
        <w:jc w:val="right"/>
      </w:pPr>
      <w:r>
        <w:t>प्रॉफिट्स मॉस्क से। जी।</w:t>
      </w:r>
    </w:p>
    <w:p>
      <w:r>
        <w:rPr>
          <w:b/>
        </w:rPr>
        <w:t xml:space="preserve">[27:34] </w:t>
      </w:r>
      <w:r>
        <w:t>pehle door tha.</w:t>
      </w:r>
    </w:p>
    <w:p>
      <w:pPr>
        <w:jc w:val="right"/>
      </w:pPr>
      <w:r>
        <w:t>पहले दूर था।</w:t>
      </w:r>
    </w:p>
    <w:p>
      <w:r>
        <w:rPr>
          <w:b/>
        </w:rPr>
        <w:t xml:space="preserve">[27:37] </w:t>
      </w:r>
      <w:r>
        <w:t>اب تو جب expand ہوئی نا ساری مسجد تو وہ بالکل ساتھ میں آ گیا۔</w:t>
      </w:r>
    </w:p>
    <w:p>
      <w:pPr>
        <w:jc w:val="right"/>
      </w:pPr>
      <w:r>
        <w:t>अब तो जब एक्सपेंड हुई ना सारी मस्जिद तो वो बिल्कुल साथ में आ गया।</w:t>
      </w:r>
    </w:p>
    <w:p>
      <w:r>
        <w:rPr>
          <w:b/>
        </w:rPr>
        <w:t xml:space="preserve">[27:40] </w:t>
      </w:r>
      <w:r>
        <w:t>aur jab enter karte hain hum to on the right side you will see three graves.</w:t>
      </w:r>
    </w:p>
    <w:p>
      <w:pPr>
        <w:jc w:val="right"/>
      </w:pPr>
      <w:r>
        <w:t>और जब एंटर करते हैं हम तो ऑन द राइट साइड यू विल सी थ्री ग्रेव्स।</w:t>
      </w:r>
    </w:p>
    <w:p>
      <w:r>
        <w:rPr>
          <w:b/>
        </w:rPr>
        <w:t xml:space="preserve">[27:44] </w:t>
      </w:r>
      <w:r>
        <w:t>ہم تینوں graves Prophet ki daughters ki hain.</w:t>
      </w:r>
    </w:p>
    <w:p>
      <w:pPr>
        <w:jc w:val="right"/>
      </w:pPr>
      <w:r>
        <w:t>हम तीनों ग्रेव्स प्रॉफिट की डॉटर्स की हैं।</w:t>
      </w:r>
    </w:p>
    <w:p>
      <w:r>
        <w:rPr>
          <w:b/>
        </w:rPr>
        <w:t xml:space="preserve">[27:47] </w:t>
      </w:r>
      <w:r>
        <w:t>rukiya, um kulsoom aur zainab teeno ki ek saath qabrein bilkul shuru shuru mein hi hain.</w:t>
      </w:r>
    </w:p>
    <w:p>
      <w:pPr>
        <w:jc w:val="right"/>
      </w:pPr>
      <w:r>
        <w:t>रुकैया, उम कुलसूम और जैनब तीनों की एक साथ कब्रें बिल्कुल शुरू शुरू में ही है।</w:t>
      </w:r>
    </w:p>
    <w:p>
      <w:r>
        <w:rPr>
          <w:b/>
        </w:rPr>
        <w:t xml:space="preserve">[27:50] </w:t>
      </w:r>
      <w:r>
        <w:t>ji ji koi</w:t>
      </w:r>
    </w:p>
    <w:p>
      <w:pPr>
        <w:jc w:val="right"/>
      </w:pPr>
      <w:r>
        <w:t>जी जी कोई</w:t>
      </w:r>
    </w:p>
    <w:p>
      <w:r>
        <w:rPr>
          <w:b/>
        </w:rPr>
        <w:t xml:space="preserve">[27:54] </w:t>
      </w:r>
      <w:r>
        <w:t>dekh sakta hai usko.</w:t>
      </w:r>
    </w:p>
    <w:p>
      <w:pPr>
        <w:jc w:val="right"/>
      </w:pPr>
      <w:r>
        <w:t>देख सकता है उसको।</w:t>
      </w:r>
    </w:p>
    <w:p>
      <w:r>
        <w:rPr>
          <w:b/>
        </w:rPr>
        <w:t xml:space="preserve">[27:58] </w:t>
      </w:r>
      <w:r>
        <w:t>ji to ye aur hazrat usman halanki badr mein nahi gaye the.</w:t>
      </w:r>
    </w:p>
    <w:p>
      <w:pPr>
        <w:jc w:val="right"/>
      </w:pPr>
      <w:r>
        <w:t>जी तो ये और हजरत उस्मान हालांकि बद्र में नहीं गए थे।</w:t>
      </w:r>
    </w:p>
    <w:p>
      <w:r>
        <w:rPr>
          <w:b/>
        </w:rPr>
        <w:t xml:space="preserve">[28:01] </w:t>
      </w:r>
      <w:r>
        <w:t>lekin unke andar jo intention thi jo shauq tha uski wajah se Rasulullah ne unko Badri yaani Badr</w:t>
      </w:r>
    </w:p>
    <w:p>
      <w:pPr>
        <w:jc w:val="right"/>
      </w:pPr>
      <w:r>
        <w:t>लेकिन उनके अंदर जो इंटेंशन थी जो शौक था उसकी वजह से रसूलल्लाह ने उनको बदरी यानी बद्र</w:t>
      </w:r>
    </w:p>
    <w:p>
      <w:r>
        <w:rPr>
          <w:b/>
        </w:rPr>
        <w:t xml:space="preserve">[28:05] </w:t>
      </w:r>
      <w:r>
        <w:t>mein jaane wale sahaba mein shumar kiya tha.</w:t>
      </w:r>
    </w:p>
    <w:p>
      <w:pPr>
        <w:jc w:val="right"/>
      </w:pPr>
      <w:r>
        <w:t>में जाने वाले सहाबा में शुमार किया था।</w:t>
      </w:r>
    </w:p>
    <w:p>
      <w:r>
        <w:rPr>
          <w:b/>
        </w:rPr>
        <w:t xml:space="preserve">[28:09] </w:t>
      </w:r>
      <w:r>
        <w:t>aur unke jo bete the rukaiya ke jo bete the hazrat usman ke unka naam tha abdullah.</w:t>
      </w:r>
    </w:p>
    <w:p>
      <w:pPr>
        <w:jc w:val="right"/>
      </w:pPr>
      <w:r>
        <w:t>और उनके जो बेटे थे रुकैया के जो बेटे थे हजरत उस्मान के उनका नाम था अब्दुल्ला।</w:t>
      </w:r>
    </w:p>
    <w:p>
      <w:r>
        <w:rPr>
          <w:b/>
        </w:rPr>
        <w:t xml:space="preserve">[28:13] </w:t>
      </w:r>
      <w:r>
        <w:t>ہم تو وہ بھی اتفاق سے کچھ دنوں کے بعد بیمار ہو گئے۔</w:t>
      </w:r>
    </w:p>
    <w:p>
      <w:pPr>
        <w:jc w:val="right"/>
      </w:pPr>
      <w:r>
        <w:t>हम तो वो भी इत्तेफाक से कुछ दिनों के बाद बीमार हो गए।</w:t>
      </w:r>
    </w:p>
    <w:p>
      <w:r>
        <w:rPr>
          <w:b/>
        </w:rPr>
        <w:t xml:space="preserve">[28:17] </w:t>
      </w:r>
      <w:r>
        <w:t>asal mein kya hua?</w:t>
      </w:r>
    </w:p>
    <w:p>
      <w:pPr>
        <w:jc w:val="right"/>
      </w:pPr>
      <w:r>
        <w:t>असल में क्या हुआ?</w:t>
      </w:r>
    </w:p>
    <w:p>
      <w:r>
        <w:rPr>
          <w:b/>
        </w:rPr>
        <w:t xml:space="preserve">[28:20] </w:t>
      </w:r>
      <w:r>
        <w:t>kuch shayad bird ne kaat liya tha unki</w:t>
      </w:r>
    </w:p>
    <w:p>
      <w:pPr>
        <w:jc w:val="right"/>
      </w:pPr>
      <w:r>
        <w:t>कुछ शायद बर्ड ने काट लिया था उनकी</w:t>
      </w:r>
    </w:p>
    <w:p>
      <w:r>
        <w:rPr>
          <w:b/>
        </w:rPr>
        <w:t xml:space="preserve">[28:24] </w:t>
      </w:r>
      <w:r>
        <w:t>aankh mein. Hum to infection ho gaya aur poora chehre mein swelling ho gayi aur yahan tak ki wo saans lena band ho gaya unka. He passed away I think he was six at that time. Ji to bahut hi yaani pehle se wo takleef mein the Hazrat Ruqayyah ke jaane se aur wo bahut hi sad ho gaye. Bahut hi depressed ho gaye. And he avoided ji talking to people communicating with with people. Bahut hi unke liye bahut hi</w:t>
      </w:r>
    </w:p>
    <w:p>
      <w:pPr>
        <w:jc w:val="right"/>
      </w:pPr>
      <w:r>
        <w:t>आंख में। हम तो इनफेक्शन हो गया और पूरा चेहरा में स्वेलिंग हो गई और यहां तक कि वो सांस लेना बंद हो गया उनका। ही पास्ड अवे आई थिंक ही वास सिक्स एट दैट टाइम। जी तो बहुत ही यानी पहले से वो तकलीफ में थे हजरत रुकैया के जाने से और वो बहुत ही सैड हो गए। बहुत ही डिप्रेस्ड हो गए। एंड ही अवॉयडेड जी टॉकिंग टू पीपल कम्युनिकेटिंग विथ विथ पीपल। बहुत ही उनके लिए बहुत ही</w:t>
      </w:r>
    </w:p>
    <w:p>
      <w:r>
        <w:rPr>
          <w:b/>
        </w:rPr>
        <w:t xml:space="preserve">[28:54] </w:t>
      </w:r>
      <w:r>
        <w:t>mushkil halaat ji rahe ye ji aur doctor sahab phir uske baad hazrat umar bin khattab jo hai</w:t>
      </w:r>
    </w:p>
    <w:p>
      <w:pPr>
        <w:jc w:val="right"/>
      </w:pPr>
      <w:r>
        <w:t>मुश्किल हालात जी रहे ये जी और डॉक्टर साहब फिर उसके बाद हजरत उमर बिन खत्ताब जो है</w:t>
      </w:r>
    </w:p>
    <w:p>
      <w:r>
        <w:rPr>
          <w:b/>
        </w:rPr>
        <w:t xml:space="preserve">[29:02] </w:t>
      </w:r>
      <w:r>
        <w:t>अपनी बेटी हजरत हफशा उनका रिश्ता लेकर आए लेकिन हजरत उस्मान ने बड़ा seriously नहीं लिया हालांकि she</w:t>
      </w:r>
    </w:p>
    <w:p>
      <w:pPr>
        <w:jc w:val="right"/>
      </w:pPr>
      <w:r>
        <w:t>अपनी बेटी हजरत हफशा उनका रिश्ता लेकर आए लेकिन हजरत उस्मान ने बड़ा सीरियसली नहीं लिया हालांकि शी</w:t>
      </w:r>
    </w:p>
    <w:p>
      <w:r>
        <w:rPr>
          <w:b/>
        </w:rPr>
        <w:t xml:space="preserve">[29:09] </w:t>
      </w:r>
      <w:r>
        <w:t>was very educated. She had memorized the Quran and she had good understanding about the religion. तो इसके</w:t>
      </w:r>
    </w:p>
    <w:p>
      <w:pPr>
        <w:jc w:val="right"/>
      </w:pPr>
      <w:r>
        <w:t>वाज़ वेरी एजुकेटेड शी हैड मेमोराइज द कुरान एंड शी हैड गुड अंडरस्टैंडिंग अबाउट द रिलीजन तो इसके</w:t>
      </w:r>
    </w:p>
    <w:p>
      <w:r>
        <w:rPr>
          <w:b/>
        </w:rPr>
        <w:t xml:space="preserve">[29:17] </w:t>
      </w:r>
      <w:r>
        <w:t>baare mein bataayein ke kyon Hazrat Usman ne unka rishta</w:t>
      </w:r>
    </w:p>
    <w:p>
      <w:pPr>
        <w:jc w:val="right"/>
      </w:pPr>
      <w:r>
        <w:t>बारे में बताएं कि क्यों हजरत उस्मान ने उनका रिश्ता</w:t>
      </w:r>
    </w:p>
    <w:p>
      <w:r>
        <w:rPr>
          <w:b/>
        </w:rPr>
        <w:t xml:space="preserve">[29:25] </w:t>
      </w:r>
      <w:r>
        <w:t>itna seriously kyon nahi liya haan asal mein thoda interesting waqia hai.</w:t>
      </w:r>
    </w:p>
    <w:p>
      <w:pPr>
        <w:jc w:val="right"/>
      </w:pPr>
      <w:r>
        <w:t>इतना सीरियसली क्यों नहीं लिया हां असल में थोड़ा इंटरेस्टिंग वाकया है।</w:t>
      </w:r>
    </w:p>
    <w:p>
      <w:r>
        <w:rPr>
          <w:b/>
        </w:rPr>
        <w:t xml:space="preserve">[29:28] </w:t>
      </w:r>
      <w:r>
        <w:t>hazrat umar raz allah aaye pehle abu bakr raz allah ke paas.</w:t>
      </w:r>
    </w:p>
    <w:p>
      <w:pPr>
        <w:jc w:val="right"/>
      </w:pPr>
      <w:r>
        <w:t>हजरत उमर रज़ अल्लाह आए पहले अबू बकर रज़ अल्लाह के पास।</w:t>
      </w:r>
    </w:p>
    <w:p>
      <w:r>
        <w:rPr>
          <w:b/>
        </w:rPr>
        <w:t xml:space="preserve">[29:32] </w:t>
      </w:r>
      <w:r>
        <w:t>hum to kaha ki meri beti hafsa hai.</w:t>
      </w:r>
    </w:p>
    <w:p>
      <w:pPr>
        <w:jc w:val="right"/>
      </w:pPr>
      <w:r>
        <w:t>हम तो कहा कि मेरी बेटी हफ्सा है।</w:t>
      </w:r>
    </w:p>
    <w:p>
      <w:r>
        <w:rPr>
          <w:b/>
        </w:rPr>
        <w:t xml:space="preserve">[29:36] </w:t>
      </w:r>
      <w:r>
        <w:t>aap usse shadi kar lein.</w:t>
      </w:r>
    </w:p>
    <w:p>
      <w:pPr>
        <w:jc w:val="right"/>
      </w:pPr>
      <w:r>
        <w:t>आप उससे शादी कर लें।</w:t>
      </w:r>
    </w:p>
    <w:p>
      <w:r>
        <w:rPr>
          <w:b/>
        </w:rPr>
        <w:t xml:space="preserve">[29:40] </w:t>
      </w:r>
      <w:r>
        <w:t>hum to unhone kaha ki achha baad mein bataunga main.</w:t>
      </w:r>
    </w:p>
    <w:p>
      <w:pPr>
        <w:jc w:val="right"/>
      </w:pPr>
      <w:r>
        <w:t>हम तो उन्होंने कहा कि अच्छा बाद में बताऊंगा मैं।</w:t>
      </w:r>
    </w:p>
    <w:p>
      <w:r>
        <w:rPr>
          <w:b/>
        </w:rPr>
        <w:t xml:space="preserve">[29:44] </w:t>
      </w:r>
      <w:r>
        <w:t>matlab unko taal diya. ji.</w:t>
      </w:r>
    </w:p>
    <w:p>
      <w:pPr>
        <w:jc w:val="right"/>
      </w:pPr>
      <w:r>
        <w:t>मतलब उनको टाल दिया। जी।</w:t>
      </w:r>
    </w:p>
    <w:p>
      <w:r>
        <w:rPr>
          <w:b/>
        </w:rPr>
        <w:t xml:space="preserve">[29:47] </w:t>
      </w:r>
      <w:r>
        <w:t>aur phir baad mein koi baat nahin ki.</w:t>
      </w:r>
    </w:p>
    <w:p>
      <w:pPr>
        <w:jc w:val="right"/>
      </w:pPr>
      <w:r>
        <w:t>और फिर बाद में कोई बात नहीं की।</w:t>
      </w:r>
    </w:p>
    <w:p>
      <w:r>
        <w:rPr>
          <w:b/>
        </w:rPr>
        <w:t xml:space="preserve">[29:51] </w:t>
      </w:r>
      <w:r>
        <w:t>to phir ye hazrat umar gaye</w:t>
      </w:r>
    </w:p>
    <w:p>
      <w:pPr>
        <w:jc w:val="right"/>
      </w:pPr>
      <w:r>
        <w:t>तो फिर ये हजरत उमर गए</w:t>
      </w:r>
    </w:p>
    <w:p>
      <w:r>
        <w:rPr>
          <w:b/>
        </w:rPr>
        <w:t xml:space="preserve">[29:55] </w:t>
      </w:r>
      <w:r>
        <w:t>usman raz allah ke paas usi baat ko leke ki meri beti haffsa se aap shadi kar len.</w:t>
      </w:r>
    </w:p>
    <w:p>
      <w:pPr>
        <w:jc w:val="right"/>
      </w:pPr>
      <w:r>
        <w:t>उस्मान रज़ अल्लाह के पास उसी बात को लेके कि मेरी बेटी हफ्सा से आप शादी कर लें।</w:t>
      </w:r>
    </w:p>
    <w:p>
      <w:r>
        <w:rPr>
          <w:b/>
        </w:rPr>
        <w:t xml:space="preserve">[30:01] </w:t>
      </w:r>
      <w:r>
        <w:t>to unhon ne kaha ki achha us din aana to baat karenge.</w:t>
      </w:r>
    </w:p>
    <w:p>
      <w:pPr>
        <w:jc w:val="right"/>
      </w:pPr>
      <w:r>
        <w:t>तो उन्होंने कहा कि अच्छा उस दिन आना तो बात करेंगे।</w:t>
      </w:r>
    </w:p>
    <w:p>
      <w:r>
        <w:rPr>
          <w:b/>
        </w:rPr>
        <w:t xml:space="preserve">[30:07] </w:t>
      </w:r>
      <w:r>
        <w:t>to us din gaye jo din tay hua tha to dekha ki usman raz allah namaz padh rahe hain.</w:t>
      </w:r>
    </w:p>
    <w:p>
      <w:pPr>
        <w:jc w:val="right"/>
      </w:pPr>
      <w:r>
        <w:t>तो उस दिन गए जो दिन तय हुआ था तो देखा कि उस्मान रज़ अल्लाह नमाज पढ़ रहे हैं।</w:t>
      </w:r>
    </w:p>
    <w:p>
      <w:r>
        <w:rPr>
          <w:b/>
        </w:rPr>
        <w:t xml:space="preserve">[30:13] </w:t>
      </w:r>
      <w:r>
        <w:t>to unko jab ehsas hua ki umar aaye hain to unhon ne namaz ko lambi karni shuru kar di.</w:t>
      </w:r>
    </w:p>
    <w:p>
      <w:pPr>
        <w:jc w:val="right"/>
      </w:pPr>
      <w:r>
        <w:t>तो उनको जब एहसास हुआ कि उमर आए हैं तो उन्होंने नमाज को लंबी करनी शुरू कर दी।</w:t>
      </w:r>
    </w:p>
    <w:p>
      <w:r>
        <w:rPr>
          <w:b/>
        </w:rPr>
        <w:t xml:space="preserve">[30:19] </w:t>
      </w:r>
      <w:r>
        <w:t>lambi kar padhte hi gaye namaz to unko kuch andaza ho gaya ki milna nahin chahte</w:t>
      </w:r>
    </w:p>
    <w:p>
      <w:pPr>
        <w:jc w:val="right"/>
      </w:pPr>
      <w:r>
        <w:t>लंबी कर पढ़ते ही गए नमाज तो उनको कुछ अंदाजा हो गया कि मिलना नहीं चाहते</w:t>
      </w:r>
    </w:p>
    <w:p>
      <w:r>
        <w:rPr>
          <w:b/>
        </w:rPr>
        <w:t xml:space="preserve">[30:25] </w:t>
      </w:r>
      <w:r>
        <w:t>to chale gaye.</w:t>
      </w:r>
    </w:p>
    <w:p>
      <w:pPr>
        <w:jc w:val="right"/>
      </w:pPr>
      <w:r>
        <w:t>तो चले गए।</w:t>
      </w:r>
    </w:p>
    <w:p>
      <w:r>
        <w:rPr>
          <w:b/>
        </w:rPr>
        <w:t xml:space="preserve">[30:31] </w:t>
      </w:r>
      <w:r>
        <w:t>to gaye phir profit ke paas shikayat karne ki dekhiye mere jo dost the do itne inhone kya</w:t>
      </w:r>
    </w:p>
    <w:p>
      <w:pPr>
        <w:jc w:val="right"/>
      </w:pPr>
      <w:r>
        <w:t>तो गए फिर प्रॉफिट के पास शिकायत करने कि देखिए मेरे जो दोस्त थे दो इतने इन्होंने क्या</w:t>
      </w:r>
    </w:p>
    <w:p>
      <w:r>
        <w:rPr>
          <w:b/>
        </w:rPr>
        <w:t xml:space="preserve">[30:37] </w:t>
      </w:r>
      <w:r>
        <w:t>kiya mere sath kam se kam agar no kehna tha to keh dete ye sab karne ki kya</w:t>
      </w:r>
    </w:p>
    <w:p>
      <w:pPr>
        <w:jc w:val="right"/>
      </w:pPr>
      <w:r>
        <w:t>किया मेरे साथ कम से कम अगर नो कहना था तो कह देते ये सब करने की क्या</w:t>
      </w:r>
    </w:p>
    <w:p>
      <w:r>
        <w:rPr>
          <w:b/>
        </w:rPr>
        <w:t xml:space="preserve">[30:43] </w:t>
      </w:r>
      <w:r>
        <w:t>ज़रूरत थी तो Prophet ने बड़ी अच्छी बात कही कहा कि, "Your daughter Hafsa will marry someone better."</w:t>
      </w:r>
    </w:p>
    <w:p>
      <w:pPr>
        <w:jc w:val="right"/>
      </w:pPr>
      <w:r>
        <w:t>जरूरत थी तो प्रॉफिट ने बड़ी अच्छी बात कही कहा कि योर डॉटर हफ्सा विल मैरी समवन बेटर</w:t>
      </w:r>
    </w:p>
    <w:p>
      <w:r>
        <w:rPr>
          <w:b/>
        </w:rPr>
        <w:t xml:space="preserve">[30:49] </w:t>
      </w:r>
      <w:r>
        <w:t>Then Uthman will marry someone better than Hafsa, meaning Hazrat Hafsa.</w:t>
      </w:r>
    </w:p>
    <w:p>
      <w:pPr>
        <w:jc w:val="right"/>
      </w:pPr>
      <w:r>
        <w:t>देन उस्मान हम एंड उस्मान विल मैरी समवन बेटर देन हफ्सा यानी हजरत हफ्सा</w:t>
      </w:r>
    </w:p>
    <w:p>
      <w:r>
        <w:rPr>
          <w:b/>
        </w:rPr>
        <w:t xml:space="preserve">[30:55] </w:t>
      </w:r>
      <w:r>
        <w:t>ki shadi Rasoolullah se hui zaahir hai wo behtar hai ji aur Hazrat Usman ki shadi Umm Kulsoom se hui to zaahir hai Prophet ki beti se behtar kaun ho sakta hai ji to is tarike se ye phir Hazrat Abu Bakr aur Hazrat Usman gaye Hazrat Umar ke paas ki aap bahut upset honge humse lekin uski asal wajah ye thi ki humne suna tha Hafsa ka zikr kiya tha Prophet ne to hum nahi chahte the ki Prophet ki koi secret ki baat hai usko usko bataye ji to ye thoda sa dilchasp waqia hai ji ji</w:t>
      </w:r>
    </w:p>
    <w:p>
      <w:pPr>
        <w:jc w:val="right"/>
      </w:pPr>
      <w:r>
        <w:t>की शादी रसूलल्लाह से हुई जाहिर है वो बेहतर है जी और हजरत उस्मान की शादी उम कुलसूम से हुई तो जाहिर है प्रॉफिट की बेटी से बेहतर कौन हो सकता है जी तो इस तरीके से ये फिर हजरत अबू बकर और हजरत उस्मान गए हजरत उमर के पास कि आप बहुत अपसेट होंगे हमसे लेकिन उसकी असल वजह ये थी कि हमने सुना था हफ्सा का जिक्र किया था प्रॉफिट ने तो हम नहीं चाहते थे कि प्रॉफिट की कोई सीक्रेट की बात है उसको उसको बताएं जी तो ये थोड़ा सा दिलचस्प वाकया है जी जी</w:t>
      </w:r>
    </w:p>
    <w:p>
      <w:r>
        <w:rPr>
          <w:b/>
        </w:rPr>
        <w:t xml:space="preserve">[31:25] </w:t>
      </w:r>
      <w:r>
        <w:t>wakai to doctor sahab hazrat umme kulsoom jo thi wo shayad ek saal hazrat rukaiya se chhoti thi</w:t>
      </w:r>
    </w:p>
    <w:p>
      <w:pPr>
        <w:jc w:val="right"/>
      </w:pPr>
      <w:r>
        <w:t>वाकई तो डॉक्टर साहब हजरत उम्मे कुलसूम जो थी वो शायद एक साल हजरत रुकैया से छोटी थी</w:t>
      </w:r>
    </w:p>
    <w:p>
      <w:r>
        <w:rPr>
          <w:b/>
        </w:rPr>
        <w:t xml:space="preserve">[31:33] </w:t>
      </w:r>
      <w:r>
        <w:t>aur phir unki shadi jaise aap ne bataya kissa hazrat usman se kiya gaya to iski details aap batayen</w:t>
      </w:r>
    </w:p>
    <w:p>
      <w:pPr>
        <w:jc w:val="right"/>
      </w:pPr>
      <w:r>
        <w:t>और फिर उनकी शादी जैसे आपने बताया किस्सा हजरत उस्मान से किया गया तो इसकी डिटेल्स आप बताएं</w:t>
      </w:r>
    </w:p>
    <w:p>
      <w:r>
        <w:rPr>
          <w:b/>
        </w:rPr>
        <w:t xml:space="preserve">[31:40] </w:t>
      </w:r>
      <w:r>
        <w:t>unki marriage ki details hazrat rukaiya aur hazrat um kulsoom dono hazrat khadija ne unko pala posa tha</w:t>
      </w:r>
    </w:p>
    <w:p>
      <w:pPr>
        <w:jc w:val="right"/>
      </w:pPr>
      <w:r>
        <w:t>उनकी मैरिज की डिटेल्स हजरत रुकैया और हजरत उम कुलसूम दोनों हजरत खदीजा ने उनको पाला पोसा था</w:t>
      </w:r>
    </w:p>
    <w:p>
      <w:r>
        <w:rPr>
          <w:b/>
        </w:rPr>
        <w:t xml:space="preserve">[31:48] </w:t>
      </w:r>
      <w:r>
        <w:t>They were brought up by Hazrat Khadijah. Jab Hazrat</w:t>
      </w:r>
    </w:p>
    <w:p>
      <w:pPr>
        <w:jc w:val="right"/>
      </w:pPr>
      <w:r>
        <w:t>दे वर ब्रॉट अ बाय हजरत खदीजा जब हजरत</w:t>
      </w:r>
    </w:p>
    <w:p>
      <w:r>
        <w:rPr>
          <w:b/>
        </w:rPr>
        <w:t xml:space="preserve">[31:55] </w:t>
      </w:r>
      <w:r>
        <w:t>rukiya ki shadi hui thi us waqt hazrat khadija maujood thi ji yani hazrat usman se unki baat cheet</w:t>
      </w:r>
    </w:p>
    <w:p>
      <w:pPr>
        <w:jc w:val="right"/>
      </w:pPr>
      <w:r>
        <w:t>रुकैया की शादी हुई थी उस वक्त हजरत खदीजा मौजूद थी जी यानी हजरत उस्मान से उनकी बातचीत</w:t>
      </w:r>
    </w:p>
    <w:p>
      <w:r>
        <w:rPr>
          <w:b/>
        </w:rPr>
        <w:t xml:space="preserve">[32:03] </w:t>
      </w:r>
      <w:r>
        <w:t>bhi rahi hogi mulaqat bhi hogi dekha bhi hoga to zahir hai jo hazrat khadija ne jisko pala</w:t>
      </w:r>
    </w:p>
    <w:p>
      <w:pPr>
        <w:jc w:val="right"/>
      </w:pPr>
      <w:r>
        <w:t>भी रही होगी मुलाकात भी होगी देखा भी होगा तो जाहिर है जो हजरत खदीजा ने जिसको पाला</w:t>
      </w:r>
    </w:p>
    <w:p>
      <w:r>
        <w:rPr>
          <w:b/>
        </w:rPr>
        <w:t xml:space="preserve">[32:11] </w:t>
      </w:r>
      <w:r>
        <w:t>posa hoga wo sari wo qualities aayi hongi to jab hazrat rukaiya ki jab death hui to bahut</w:t>
      </w:r>
    </w:p>
    <w:p>
      <w:pPr>
        <w:jc w:val="right"/>
      </w:pPr>
      <w:r>
        <w:t>पोसा होगा वो सारी वो क्वालिटीज आई होंगी तो जब हजरत रुकैया की जब डेथ हुई तो बहुत</w:t>
      </w:r>
    </w:p>
    <w:p>
      <w:r>
        <w:rPr>
          <w:b/>
        </w:rPr>
        <w:t xml:space="preserve">[32:18] </w:t>
      </w:r>
      <w:r>
        <w:t>udas rehne lage phir bete ki bhi death hui phir bahut udas rehne lage to bahut hi</w:t>
      </w:r>
    </w:p>
    <w:p>
      <w:pPr>
        <w:jc w:val="right"/>
      </w:pPr>
      <w:r>
        <w:t>उदास रहने लगे फिर बेटे की भी डेथ हुई फिर बहुत उदास रहने लगे तो बहुत ही</w:t>
      </w:r>
    </w:p>
    <w:p>
      <w:r>
        <w:rPr>
          <w:b/>
        </w:rPr>
        <w:t xml:space="preserve">[32:26] </w:t>
      </w:r>
      <w:r>
        <w:t>ghamgeen rehte the ji to profit aaye ek baar bole ke ke kya baat hai why you why</w:t>
      </w:r>
    </w:p>
    <w:p>
      <w:pPr>
        <w:jc w:val="right"/>
      </w:pPr>
      <w:r>
        <w:t>गमगीन रहते थे जी तो प्रॉफिट आए एक बार बोले के के क्या बात है व्हाई यू व्हाई</w:t>
      </w:r>
    </w:p>
    <w:p>
      <w:r>
        <w:rPr>
          <w:b/>
        </w:rPr>
        <w:t xml:space="preserve">[32:33] </w:t>
      </w:r>
      <w:r>
        <w:t>You are so sad. क्यों इतना गमगीन रहते हो तुम? हम तो उन्होंने कहा कि या रसूलल्लाह, it</w:t>
      </w:r>
    </w:p>
    <w:p>
      <w:pPr>
        <w:jc w:val="right"/>
      </w:pPr>
      <w:r>
        <w:t>यू आर सो सैड क्यों इतना गमगीन रहते हो तुम हम तो उन्होंने कहा कि या रसूलल्लाह इट</w:t>
      </w:r>
    </w:p>
    <w:p>
      <w:r>
        <w:rPr>
          <w:b/>
        </w:rPr>
        <w:t xml:space="preserve">[32:41] </w:t>
      </w:r>
      <w:r>
        <w:t>is the death of rukaiya hum and something else hum to rasoolullah ne kaha what is something else</w:t>
      </w:r>
    </w:p>
    <w:p>
      <w:pPr>
        <w:jc w:val="right"/>
      </w:pPr>
      <w:r>
        <w:t>इज द डेथ ऑफ रुकैया हम एंड समथिंग एल्स हम तो रसूलल्लाह ने कहा व्हाट इज समथिंग एल्स</w:t>
      </w:r>
    </w:p>
    <w:p>
      <w:r>
        <w:rPr>
          <w:b/>
        </w:rPr>
        <w:t xml:space="preserve">[32:48] </w:t>
      </w:r>
      <w:r>
        <w:t>What is that something else? So he said, my connection to you and my close</w:t>
      </w:r>
    </w:p>
    <w:p>
      <w:pPr>
        <w:jc w:val="right"/>
      </w:pPr>
      <w:r>
        <w:t>व्हाट इज दैट समथिंग एल्स तो बोले कि माय कनेक्शन टू यू एंड माय क्लोज</w:t>
      </w:r>
    </w:p>
    <w:p>
      <w:r>
        <w:rPr>
          <w:b/>
        </w:rPr>
        <w:t xml:space="preserve">[32:56] </w:t>
      </w:r>
      <w:r>
        <w:t>ness to you. My relation to you has been severed by the by the death of Ruqayyah. Yani</w:t>
      </w:r>
    </w:p>
    <w:p>
      <w:pPr>
        <w:jc w:val="right"/>
      </w:pPr>
      <w:r>
        <w:t>नेस टू यू माय रिलेशन टू यू हैज़ बीन सेवर्ड बाय द बाय द डेथ ऑफ रुकैया यानी</w:t>
      </w:r>
    </w:p>
    <w:p>
      <w:r>
        <w:rPr>
          <w:b/>
        </w:rPr>
        <w:t xml:space="preserve">[33:02] </w:t>
      </w:r>
      <w:r>
        <w:t>jo taluq tha wo khatm ho gaya hum to yani main sirf is liye nahin udas hoon ki rukaiya</w:t>
      </w:r>
    </w:p>
    <w:p>
      <w:pPr>
        <w:jc w:val="right"/>
      </w:pPr>
      <w:r>
        <w:t>जो ताल्लुक था वो खत्म हो गया हम तो यानी मैं सिर्फ इसलिए नहीं उदास हूं कि रुकैया</w:t>
      </w:r>
    </w:p>
    <w:p>
      <w:r>
        <w:rPr>
          <w:b/>
        </w:rPr>
        <w:t xml:space="preserve">[33:09] </w:t>
      </w:r>
      <w:r>
        <w:t>ki death hui balki jo mera ek taluq tha aapse jo relation tha jo closeness thi wo bhi</w:t>
      </w:r>
    </w:p>
    <w:p>
      <w:pPr>
        <w:jc w:val="right"/>
      </w:pPr>
      <w:r>
        <w:t>की डेथ हुई बल्कि जो मेरा एक ताल्लुक था आपसे जो रिलेशन था जो क्लोजनेस थी वो भी</w:t>
      </w:r>
    </w:p>
    <w:p>
      <w:r>
        <w:rPr>
          <w:b/>
        </w:rPr>
        <w:t xml:space="preserve">[33:15] </w:t>
      </w:r>
      <w:r>
        <w:t>is ki wajah se khatm ho gaya hum to hazrat mohammad sallallahu wasallam ne kaha ki yahan jibril hai</w:t>
      </w:r>
    </w:p>
    <w:p>
      <w:pPr>
        <w:jc w:val="right"/>
      </w:pPr>
      <w:r>
        <w:t>इसकी वजह से खत्म हो गया हम तो हजरत मोहम्मद सल्लल्लाह वसल्लम ने कहा कि यहां जिब्रील है</w:t>
      </w:r>
    </w:p>
    <w:p>
      <w:r>
        <w:rPr>
          <w:b/>
        </w:rPr>
        <w:t xml:space="preserve">[33:21] </w:t>
      </w:r>
      <w:r>
        <w:t>jibril aa gaye us waqt hum aur allah taala ki taraf se</w:t>
      </w:r>
    </w:p>
    <w:p>
      <w:pPr>
        <w:jc w:val="right"/>
      </w:pPr>
      <w:r>
        <w:t>जिब्रील आ गए उस वक्त हम और अल्लाह ताला की तरफ से</w:t>
      </w:r>
    </w:p>
    <w:p>
      <w:r>
        <w:rPr>
          <w:b/>
        </w:rPr>
        <w:t xml:space="preserve">[33:28] </w:t>
      </w:r>
      <w:r>
        <w:t>hukm leke aaye rasoolullah ke liye ki tum um kulsoom ki shadi usman se kar do to is</w:t>
      </w:r>
    </w:p>
    <w:p>
      <w:pPr>
        <w:jc w:val="right"/>
      </w:pPr>
      <w:r>
        <w:t>हुक्म लेके आए रसूलल्लाह के लिए कि तुम उम कुलसूम की शादी उस्मान से कर दो तो इस</w:t>
      </w:r>
    </w:p>
    <w:p>
      <w:r>
        <w:rPr>
          <w:b/>
        </w:rPr>
        <w:t xml:space="preserve">[33:35] </w:t>
      </w:r>
      <w:r>
        <w:t>is tarike se allah taala ke khas hukum ki wajah se hazrat usman ki shadi hui um kulsoom</w:t>
      </w:r>
    </w:p>
    <w:p>
      <w:pPr>
        <w:jc w:val="right"/>
      </w:pPr>
      <w:r>
        <w:t>इस तरीके से अल्लाह ताला के खास हुक्म की वजह से हजरत उस्मान की शादी हुई उम कुलसूम</w:t>
      </w:r>
    </w:p>
    <w:p>
      <w:r>
        <w:rPr>
          <w:b/>
        </w:rPr>
        <w:t xml:space="preserve">[33:43] </w:t>
      </w:r>
      <w:r>
        <w:t>ke saath aur isi wajah se unko dun noorain bhi kaha jata hai ji yaani the possessor of</w:t>
      </w:r>
    </w:p>
    <w:p>
      <w:pPr>
        <w:jc w:val="right"/>
      </w:pPr>
      <w:r>
        <w:t>के साथ और इसी वजह से उनको दुन नूरैन भी कहा जाता है जी यानी द पजेसर ऑफ</w:t>
      </w:r>
    </w:p>
    <w:p>
      <w:r>
        <w:rPr>
          <w:b/>
        </w:rPr>
        <w:t xml:space="preserve">[33:51] </w:t>
      </w:r>
      <w:r>
        <w:t>two lights yaani</w:t>
      </w:r>
    </w:p>
    <w:p>
      <w:pPr>
        <w:jc w:val="right"/>
      </w:pPr>
      <w:r>
        <w:t>टू लाइट्स यानी</w:t>
      </w:r>
    </w:p>
    <w:p>
      <w:r>
        <w:rPr>
          <w:b/>
        </w:rPr>
        <w:t xml:space="preserve">[33:58] </w:t>
      </w:r>
      <w:r>
        <w:t>do do betiyon ko do lights ke ke laqab se kaha gaya yaani ye laqab unka bana aur</w:t>
      </w:r>
    </w:p>
    <w:p>
      <w:pPr>
        <w:jc w:val="right"/>
      </w:pPr>
      <w:r>
        <w:t>दो दो बेटियों को दो लाइट्स के के लकब से कहा गया यानी ये लकब उनका बना और</w:t>
      </w:r>
    </w:p>
    <w:p>
      <w:r>
        <w:rPr>
          <w:b/>
        </w:rPr>
        <w:t xml:space="preserve">[34:06] </w:t>
      </w:r>
      <w:r>
        <w:t>And he he had the honor of marrying two daughters of of of the Prophet.</w:t>
      </w:r>
    </w:p>
    <w:p>
      <w:pPr>
        <w:jc w:val="right"/>
      </w:pPr>
      <w:r>
        <w:t>एंड ही ही हैड द ऑनर ऑफ मैरिंग टू डॉटर्स ऑफ ऑफ ऑफ द प्रॉफिट ये भी बहुत</w:t>
      </w:r>
    </w:p>
    <w:p>
      <w:r>
        <w:rPr>
          <w:b/>
        </w:rPr>
        <w:t xml:space="preserve">[34:13] </w:t>
      </w:r>
      <w:r>
        <w:t>bada hai he had the honor of becoming the father of profits grandson to phir kuch saalon ke</w:t>
      </w:r>
    </w:p>
    <w:p>
      <w:pPr>
        <w:jc w:val="right"/>
      </w:pPr>
      <w:r>
        <w:t>बड़ा है ही हैड द ऑनर ऑफ बिकमिंग द फादर ऑफ प्रॉफिट्स ग्रैंडसन तो फिर कुछ सालों के</w:t>
      </w:r>
    </w:p>
    <w:p>
      <w:r>
        <w:rPr>
          <w:b/>
        </w:rPr>
        <w:t xml:space="preserve">[34:21] </w:t>
      </w:r>
      <w:r>
        <w:t>baad umm kulsoom ki bhi death ho gayi aur khud rasooll</w:t>
      </w:r>
    </w:p>
    <w:p>
      <w:pPr>
        <w:jc w:val="right"/>
      </w:pPr>
      <w:r>
        <w:t>बाद उम कुलसूम की भी डेथ हो गई और खुद रसूलल्</w:t>
      </w:r>
    </w:p>
    <w:p>
      <w:r>
        <w:rPr>
          <w:b/>
        </w:rPr>
        <w:t xml:space="preserve">[34:28] </w:t>
      </w:r>
      <w:r>
        <w:t>ullah ne tadfeen ki funeral mein thay namaz janaza parhai aur ye log Hazrat Umm Kulsoom aur Usman sath mein taqreeban saat saal rahe aur bohat hi yani achay couple thay aur phir jab dekha Rasoolullah ne ke bohat hi sad hai Hazrat Usman bohat hi udas hai to</w:t>
      </w:r>
    </w:p>
    <w:p>
      <w:pPr>
        <w:jc w:val="right"/>
      </w:pPr>
      <w:r>
        <w:t>लाह ने तदफीन की फ्यूनरल में थे नमाज जनाजा पढ़ाई और ये लोग हजरत उम कुलसूम और उस्मान साथ में तकरीबन सात साल रहे और बहुत ही यानी अच्छे कपल थे और फिर जब देखा रसूलल्लाह ने कि बहुत ही सैड है हजरत उस्मान बहुत ही उदास है तो</w:t>
      </w:r>
    </w:p>
    <w:p>
      <w:r>
        <w:rPr>
          <w:b/>
        </w:rPr>
        <w:t xml:space="preserve">[34:58] </w:t>
      </w:r>
      <w:r>
        <w:t>bolay ke wallah law kana idi salasa yani wallah if i had the third daughter i would have married her to you hum yani is qadar mohabbat karte thay Hazrat Usman se Rasoolullah ke agar meri aik aur beti hoti to main us se tumhari shadi kar deta is qadar talluq tha to doctor sahab kuch comments lena chahunga ye comment bheja hai Maulana Iqbal Umri</w:t>
      </w:r>
    </w:p>
    <w:p>
      <w:pPr>
        <w:jc w:val="right"/>
      </w:pPr>
      <w:r>
        <w:t>बोले के वल्लाह लव काना इदी सालसा यानी वल्लाह इफ आई हैड द थर्ड डॉटर आई वुड हैव मैरिड हर टू यू हम यानी इस कदर मोहब्बत करते थे हजरत उस्मान से रसूलल्लाह के अगर मेरी एक और बेटी होती तो मैं उससे तुम्हारी शादी कर देता इस कदर ताल्लुक था तो डॉक्टर साहब कुछ कमेंट्स लेना चाहूंगा ये कमेंट भेजा है मौलाना इकबाल उमरी</w:t>
      </w:r>
    </w:p>
    <w:p>
      <w:r>
        <w:rPr>
          <w:b/>
        </w:rPr>
        <w:t xml:space="preserve">[35:28] </w:t>
      </w:r>
      <w:r>
        <w:t>ne tamil nadu se unhone likha hai mashaallah very interesting and inspiring discussion one can listen to it daily</w:t>
      </w:r>
    </w:p>
    <w:p>
      <w:pPr>
        <w:jc w:val="right"/>
      </w:pPr>
      <w:r>
        <w:t>ने तमिलनाडु से उन्होंने लिखा है माशाल्लाह वेरी इंटरेस्टिंग एंड इंस्पायरिंग डिस्कशन वन कैन लिसन टू इट डेली</w:t>
      </w:r>
    </w:p>
    <w:p>
      <w:r>
        <w:rPr>
          <w:b/>
        </w:rPr>
        <w:t xml:space="preserve">[35:36] </w:t>
      </w:r>
      <w:r>
        <w:t>to understand the sahaba spirit mohammad asif khan sahab ne kanpur se likha hai hazrat usman ne nabi</w:t>
      </w:r>
    </w:p>
    <w:p>
      <w:pPr>
        <w:jc w:val="right"/>
      </w:pPr>
      <w:r>
        <w:t>टू अंडरस्टैंड द सहाबा स्पिरिट मोहम्मद आसिफ खान साहब ने कानपुर से लिखा है हजरत उस्मान ने नबी</w:t>
      </w:r>
    </w:p>
    <w:p>
      <w:r>
        <w:rPr>
          <w:b/>
        </w:rPr>
        <w:t xml:space="preserve">[35:43] </w:t>
      </w:r>
      <w:r>
        <w:t>pak ki bahut madad kari deen ke liye har insan ko har lihaz se khada rehna hai aur</w:t>
      </w:r>
    </w:p>
    <w:p>
      <w:pPr>
        <w:jc w:val="right"/>
      </w:pPr>
      <w:r>
        <w:t>पाक की बहुत मदद करी दीन के लिए हर इंसान को हर लिहाज से खड़ा रहना है और</w:t>
      </w:r>
    </w:p>
    <w:p>
      <w:r>
        <w:rPr>
          <w:b/>
        </w:rPr>
        <w:t xml:space="preserve">[35:51] </w:t>
      </w:r>
      <w:r>
        <w:t>bahut madad karni hai yeh aham sabak milta hai unki zindagi se</w:t>
      </w:r>
    </w:p>
    <w:p>
      <w:pPr>
        <w:jc w:val="right"/>
      </w:pPr>
      <w:r>
        <w:t>बहुत मदद करनी है यह अहम सबक मिलता है उनकी जिंदगी से</w:t>
      </w:r>
    </w:p>
    <w:p>
      <w:r>
        <w:rPr>
          <w:b/>
        </w:rPr>
        <w:t xml:space="preserve">[35:59] </w:t>
      </w:r>
      <w:r>
        <w:t>great session alhamdulillah doctor sahab aapne hazrat usman ke bare mein bataya unki shadiyon ke bare mein bataya</w:t>
      </w:r>
    </w:p>
    <w:p>
      <w:pPr>
        <w:jc w:val="right"/>
      </w:pPr>
      <w:r>
        <w:t>ग्रेट सेशन अल्हम्दुलिल्लाह डॉक्टर साहब आपने हजरत उस्मान के बारे में बताया उनकी शादियों के बारे में बताया</w:t>
      </w:r>
    </w:p>
    <w:p>
      <w:r>
        <w:rPr>
          <w:b/>
        </w:rPr>
        <w:t xml:space="preserve">[36:06] </w:t>
      </w:r>
      <w:r>
        <w:t>to main chahunga ki thoda aur aap batayein ki unke jaise unke kitne bachche the unka bhi zikr</w:t>
      </w:r>
    </w:p>
    <w:p>
      <w:pPr>
        <w:jc w:val="right"/>
      </w:pPr>
      <w:r>
        <w:t>तो मैं चाहूंगा कि थोड़ा और आप बताएं कि उनके जैसे उनके कितने बच्चे थे उनका भी जिक्र</w:t>
      </w:r>
    </w:p>
    <w:p>
      <w:r>
        <w:rPr>
          <w:b/>
        </w:rPr>
        <w:t xml:space="preserve">[36:14] </w:t>
      </w:r>
      <w:r>
        <w:t>kijiye hazrat usman raz allah ki age 82 saal ki thi he was one of the oldest sahaba</w:t>
      </w:r>
    </w:p>
    <w:p>
      <w:pPr>
        <w:jc w:val="right"/>
      </w:pPr>
      <w:r>
        <w:t>कीजिए हजरत उस्मान रज अल्लाह की एज 82 साल की थी ही वास वन ऑफ द ओल्डेस्ट सहाबा</w:t>
      </w:r>
    </w:p>
    <w:p>
      <w:r>
        <w:rPr>
          <w:b/>
        </w:rPr>
        <w:t xml:space="preserve">[36:21] </w:t>
      </w:r>
      <w:r>
        <w:t>when he passed away when he passed away ji to kafi bachche the unke ji lekin</w:t>
      </w:r>
    </w:p>
    <w:p>
      <w:pPr>
        <w:jc w:val="right"/>
      </w:pPr>
      <w:r>
        <w:t>व्हेन ही पास्ड अवे व्हेन ही पास्ड अवे जी तो काफी बच्चे थे उनके जी लेकिन</w:t>
      </w:r>
    </w:p>
    <w:p>
      <w:r>
        <w:rPr>
          <w:b/>
        </w:rPr>
        <w:t xml:space="preserve">[36:29] </w:t>
      </w:r>
      <w:r>
        <w:t>do bachay mashhoor hue ji aik to Abdullah jo Ruqayyah ke bete thay ji aur doosre jo thay woh unki death ho gayi thi six ch saal ki thi bas woh is liye maroof hai kyun ke he was the grandson of the prophet aur doosre jo thay jo mashhoor hue bohat ziyada scholar bane unka naam tha Aban ibne Usman ibne Affan jo ke grandson thay h</w:t>
      </w:r>
    </w:p>
    <w:p>
      <w:pPr>
        <w:jc w:val="right"/>
      </w:pPr>
      <w:r>
        <w:t>दो बच्चे मशहूर हुए जी एक तो अब्दुल्ला जो रुकैया के बेटे थे जी और दूसरे जो थे वो उनकी डेथ हो गई थी सिक्स छ साल की थी बस वो इसलिए मारूफ है क्योंकि ही वास द ग्रैंडसन ऑफ द प्रॉफिट और दूसरे जो थे जो मशहूर हुए बहुत ज्यादा स्कॉलर बने उनका नाम था अबान इब्ने उस्मान इब्ने अफान जो कि ग्रैंडसन थे ह</w:t>
      </w:r>
    </w:p>
    <w:p>
      <w:r>
        <w:rPr>
          <w:b/>
        </w:rPr>
        <w:t xml:space="preserve">[36:59] </w:t>
      </w:r>
      <w:r>
        <w:t>hazrat usman ke he became very big scholar of his time aur tabe hi the wo ji yaani</w:t>
      </w:r>
    </w:p>
    <w:p>
      <w:pPr>
        <w:jc w:val="right"/>
      </w:pPr>
      <w:r>
        <w:t>जरत उस्मान के ही बिकम वेरी बिग स्कॉलर ऑफ ह टाइम और ताबे ही थे वो जी यानी</w:t>
      </w:r>
    </w:p>
    <w:p>
      <w:r>
        <w:rPr>
          <w:b/>
        </w:rPr>
        <w:t xml:space="preserve">[37:06] </w:t>
      </w:r>
      <w:r>
        <w:t>kisi bhi bachche koi bachcha hazrat usman ka sahabi nahi bana sab tabe hi the ji to ye</w:t>
      </w:r>
    </w:p>
    <w:p>
      <w:pPr>
        <w:jc w:val="right"/>
      </w:pPr>
      <w:r>
        <w:t>किसी भी बच्चे कोई बच्चा हजरत उस्मान का सहाबी नहीं बना सब ताबे ही थे जी तो ये</w:t>
      </w:r>
    </w:p>
    <w:p>
      <w:r>
        <w:rPr>
          <w:b/>
        </w:rPr>
        <w:t xml:space="preserve">[37:14] </w:t>
      </w:r>
      <w:r>
        <w:t>jo the aban ibn affan inhone bahut hadise bhi narrate ki and he wrote the first biography of</w:t>
      </w:r>
    </w:p>
    <w:p>
      <w:pPr>
        <w:jc w:val="right"/>
      </w:pPr>
      <w:r>
        <w:t>जो थे अबान इब्ने अफान इन्होंने बहुत हदीसे भी नरेट की एंड ही रोड द फर्स्ट बायोग्राफी ऑफ</w:t>
      </w:r>
    </w:p>
    <w:p>
      <w:r>
        <w:rPr>
          <w:b/>
        </w:rPr>
        <w:t xml:space="preserve">[37:21] </w:t>
      </w:r>
      <w:r>
        <w:t>the prophet first biography of the prophet ever written by anyone was was this was his</w:t>
      </w:r>
    </w:p>
    <w:p>
      <w:pPr>
        <w:jc w:val="right"/>
      </w:pPr>
      <w:r>
        <w:t>द प्रॉफिट फर्स्ट बायोग्राफी ऑफ द प्रॉफिट एवर रिटेन बाय एनीवन वास वास दिस वास हिज</w:t>
      </w:r>
    </w:p>
    <w:p>
      <w:r>
        <w:rPr>
          <w:b/>
        </w:rPr>
        <w:t xml:space="preserve">[37:29] </w:t>
      </w:r>
      <w:r>
        <w:t>his son okay aur ye asal mein ek khalifa the jinka naam tha suleman abdul malik unhone request</w:t>
      </w:r>
    </w:p>
    <w:p>
      <w:pPr>
        <w:jc w:val="right"/>
      </w:pPr>
      <w:r>
        <w:t>हिज सन ओके और ये असल में एक खलीफा थे जिनका नाम था सुलेमान अब्दुल मलिक उन्होंने रिक्वेस्ट</w:t>
      </w:r>
    </w:p>
    <w:p>
      <w:r>
        <w:rPr>
          <w:b/>
        </w:rPr>
        <w:t xml:space="preserve">[37:36] </w:t>
      </w:r>
      <w:r>
        <w:t>ki thi hazrat aban se ki aap ek wo likhein sira of the of the prophet to he</w:t>
      </w:r>
    </w:p>
    <w:p>
      <w:pPr>
        <w:jc w:val="right"/>
      </w:pPr>
      <w:r>
        <w:t>की थी हजरत अबान से कि आप एक वो लिखें सीरा ऑफ द ऑफ द प्रॉफिट तो ही</w:t>
      </w:r>
    </w:p>
    <w:p>
      <w:r>
        <w:rPr>
          <w:b/>
        </w:rPr>
        <w:t xml:space="preserve">[37:44] </w:t>
      </w:r>
      <w:r>
        <w:t>wrote it was a small book aur yaani this was the first official book written on the prophet</w:t>
      </w:r>
    </w:p>
    <w:p>
      <w:pPr>
        <w:jc w:val="right"/>
      </w:pPr>
      <w:r>
        <w:t>रोट इट वास अ स्मॉल बुक और यानी दिस वास द फर्स्ट ऑफिशियल बुक रिटेन ऑन द प्रॉफिट</w:t>
      </w:r>
    </w:p>
    <w:p>
      <w:r>
        <w:rPr>
          <w:b/>
        </w:rPr>
        <w:t xml:space="preserve">[37:51] </w:t>
      </w:r>
      <w:r>
        <w:t>by by by aban</w:t>
      </w:r>
    </w:p>
    <w:p>
      <w:pPr>
        <w:jc w:val="right"/>
      </w:pPr>
      <w:r>
        <w:t>बाय बाय बाय अबान</w:t>
      </w:r>
    </w:p>
    <w:p>
      <w:r>
        <w:rPr>
          <w:b/>
        </w:rPr>
        <w:t xml:space="preserve">[37:59] </w:t>
      </w:r>
      <w:r>
        <w:t>ibn usman ibn affan to wo wo wo book to khair ab khatam ho gayi hai achha ab</w:t>
      </w:r>
    </w:p>
    <w:p>
      <w:pPr>
        <w:jc w:val="right"/>
      </w:pPr>
      <w:r>
        <w:t>इब्ने उस्मान इब्ने अफान तो वो वो वो बुक तो खैर अब खत्म हो गई है अच्छा अब</w:t>
      </w:r>
    </w:p>
    <w:p>
      <w:r>
        <w:rPr>
          <w:b/>
        </w:rPr>
        <w:t xml:space="preserve">[38:06] </w:t>
      </w:r>
      <w:r>
        <w:t>available nahi hai ab available nahi hai bahut sari cheezein us zamane ki khatam ho gayi ji ji</w:t>
      </w:r>
    </w:p>
    <w:p>
      <w:pPr>
        <w:jc w:val="right"/>
      </w:pPr>
      <w:r>
        <w:t>अवेलेबल नहीं है अब अवेलेबल नहीं है बहुत सारी चीजें उस जमाने की खत्म हो गई जी जी</w:t>
      </w:r>
    </w:p>
    <w:p>
      <w:r>
        <w:rPr>
          <w:b/>
        </w:rPr>
        <w:t xml:space="preserve">[38:14] </w:t>
      </w:r>
      <w:r>
        <w:t>lekin this book was the source of very important book of sira which is ibn ishaq yaani ibn</w:t>
      </w:r>
    </w:p>
    <w:p>
      <w:pPr>
        <w:jc w:val="right"/>
      </w:pPr>
      <w:r>
        <w:t>लेकिन दिस बुक वास द सोर्स ऑफ वेरी इंपॉर्टेंट बुक ऑफ सीरा व्हिच इज इब्ने इसहाक यानी इब्ने</w:t>
      </w:r>
    </w:p>
    <w:p>
      <w:r>
        <w:rPr>
          <w:b/>
        </w:rPr>
        <w:t xml:space="preserve">[38:21] </w:t>
      </w:r>
      <w:r>
        <w:t>ishaq ne usse kafi cheezein refer ki aur usmein se li to wo kitab abhi</w:t>
      </w:r>
    </w:p>
    <w:p>
      <w:pPr>
        <w:jc w:val="right"/>
      </w:pPr>
      <w:r>
        <w:t>इसहाक ने उससे काफी चीजें रेफर की और उसमें से ली तो वो किताब अभी</w:t>
      </w:r>
    </w:p>
    <w:p>
      <w:r>
        <w:rPr>
          <w:b/>
        </w:rPr>
        <w:t xml:space="preserve">[38:29] </w:t>
      </w:r>
      <w:r>
        <w:t>maujood hai Ibn Ibn Ibn Ishaq ki to is lihaz se ye jo bete thay Aban ibne Usman inka bohat bara contribution hai ji ji doctor sahab aakhri sawal ki taraf ab rukh karte hain aaj ke session ke liye aur doctor sahab yahan pe main Hazrat Hasan ki aik riwayat hai uska zikr karna chahunga ke unhon ne bataya ke Hazrat Usman ne aik martaba kaha ke if our hearts were c</w:t>
      </w:r>
    </w:p>
    <w:p>
      <w:pPr>
        <w:jc w:val="right"/>
      </w:pPr>
      <w:r>
        <w:t>मौजूद है इब्ने इब्ने इब्ने इसहाक की तो इस लिहाज से ये जो बेटे थे अबान इब्ने उस्मान इब्ने अफान इनका बहुत बड़ा कंट्रीब्यूशन है जी जी डॉक्टर साहब आखिरी सवाल की तरफ अब रुख करते हैं आज के सेशन के लिए और डॉक्टर साहब यहां पे मैं हजरत हसन की एक रिवायत है उसका जिक्र करना चाहूंगा कि उन्होंने बताया कि हजरत उस्मान ने एक मर्तबा कहा कि इफ आवर हार्ट्स वर क</w:t>
      </w:r>
    </w:p>
    <w:p>
      <w:r>
        <w:rPr>
          <w:b/>
        </w:rPr>
        <w:t xml:space="preserve">[38:59] </w:t>
      </w:r>
      <w:r>
        <w:t>clean then we would never be satiated with Lord's speech and then he said that there cannot</w:t>
      </w:r>
    </w:p>
    <w:p>
      <w:pPr>
        <w:jc w:val="right"/>
      </w:pPr>
      <w:r>
        <w:t>्लीन देन वी वुड नेवर बी सेशिएटेड विद लॉर्ड स्पीच एंड देन ही सेड दैट देयर कैन नॉट</w:t>
      </w:r>
    </w:p>
    <w:p>
      <w:r>
        <w:rPr>
          <w:b/>
        </w:rPr>
        <w:t xml:space="preserve">[39:05] </w:t>
      </w:r>
      <w:r>
        <w:t>ever be a day when hazrat usman had not looked at the quran or doctor sahib jaisa ke</w:t>
      </w:r>
    </w:p>
    <w:p>
      <w:pPr>
        <w:jc w:val="right"/>
      </w:pPr>
      <w:r>
        <w:t>एवर बी अ डे व्हेन हजरत उस्मान हैड नॉट लुक्ड एट द कुरान और डॉक्टर साहब जैसा कि</w:t>
      </w:r>
    </w:p>
    <w:p>
      <w:r>
        <w:rPr>
          <w:b/>
        </w:rPr>
        <w:t xml:space="preserve">[39:11] </w:t>
      </w:r>
      <w:r>
        <w:t>hum jante hain unki history se ke till the last day of his life jo unke paas quran</w:t>
      </w:r>
    </w:p>
    <w:p>
      <w:pPr>
        <w:jc w:val="right"/>
      </w:pPr>
      <w:r>
        <w:t>हम जानते हैं उनकी हिस्ट्री से कि टिल द लास्ट डे ऑफ ह लाइफ जो उनके पास कुरान</w:t>
      </w:r>
    </w:p>
    <w:p>
      <w:r>
        <w:rPr>
          <w:b/>
        </w:rPr>
        <w:t xml:space="preserve">[39:17] </w:t>
      </w:r>
      <w:r>
        <w:t>thi it was like completely broken into pieces due to excessive study and reading of the quran to</w:t>
      </w:r>
    </w:p>
    <w:p>
      <w:pPr>
        <w:jc w:val="right"/>
      </w:pPr>
      <w:r>
        <w:t>थी इट वास लाइक कंप्लीटली ब्रोकन इंटू पीसेस ड्यू टू एक्सेसिव स्टडी एंड रीडिंग ऑफ द कुरान तो</w:t>
      </w:r>
    </w:p>
    <w:p>
      <w:r>
        <w:rPr>
          <w:b/>
        </w:rPr>
        <w:t xml:space="preserve">[39:23] </w:t>
      </w:r>
      <w:r>
        <w:t>wo itna zyada quran ko padha karte the</w:t>
      </w:r>
    </w:p>
    <w:p>
      <w:pPr>
        <w:jc w:val="right"/>
      </w:pPr>
      <w:r>
        <w:t>वो इतना ज्यादा कुरान को पढ़ा करते थे</w:t>
      </w:r>
    </w:p>
    <w:p>
      <w:r>
        <w:rPr>
          <w:b/>
        </w:rPr>
        <w:t xml:space="preserve">[39:29] </w:t>
      </w:r>
      <w:r>
        <w:t>aur doctor sahib to kyunke hum unki death ke bare mein hi baat kar rahe hain to main</w:t>
      </w:r>
    </w:p>
    <w:p>
      <w:pPr>
        <w:jc w:val="right"/>
      </w:pPr>
      <w:r>
        <w:t>और डॉक्टर साहब तो क्योंकि हम उनकी डेथ के बारे में ही बात कर रहे हैं तो मैं</w:t>
      </w:r>
    </w:p>
    <w:p>
      <w:r>
        <w:rPr>
          <w:b/>
        </w:rPr>
        <w:t xml:space="preserve">[39:36] </w:t>
      </w:r>
      <w:r>
        <w:t>چاہوں گا کہ آخری سوال آج کا یہی ہے کہ اس کے بارے میں آپ بتائیں کہ during her last</w:t>
      </w:r>
    </w:p>
    <w:p>
      <w:pPr>
        <w:jc w:val="right"/>
      </w:pPr>
      <w:r>
        <w:t>चाहूंगा कि आखिरी सवाल आज का यही है कि उसके बारे में आप बताएं कि ड्यूरिंग ह लास्ट</w:t>
      </w:r>
    </w:p>
    <w:p>
      <w:r>
        <w:rPr>
          <w:b/>
        </w:rPr>
        <w:t xml:space="preserve">[39:42] </w:t>
      </w:r>
      <w:r>
        <w:t>phase of his life there was a lot of unrest turmoil in the society aur phir jaisa ke</w:t>
      </w:r>
    </w:p>
    <w:p>
      <w:pPr>
        <w:jc w:val="right"/>
      </w:pPr>
      <w:r>
        <w:t>फेज ऑफ ह लाइफ देयर वास अ लॉट ऑफ अनरेस्ट टर्मोयल इन द सोसाइटी और फिर जैसा कि</w:t>
      </w:r>
    </w:p>
    <w:p>
      <w:r>
        <w:rPr>
          <w:b/>
        </w:rPr>
        <w:t xml:space="preserve">[39:48] </w:t>
      </w:r>
      <w:r>
        <w:t>hum jante hain he was martyred to iske bare mein doctor sahib aap batayein haan jaisa ke aapne</w:t>
      </w:r>
    </w:p>
    <w:p>
      <w:pPr>
        <w:jc w:val="right"/>
      </w:pPr>
      <w:r>
        <w:t>हम जानते हैं ही वास मार्टर्ड तो इसके बारे में डॉक्टर साहब आप बताएं हां जैसे कि आपने</w:t>
      </w:r>
    </w:p>
    <w:p>
      <w:r>
        <w:rPr>
          <w:b/>
        </w:rPr>
        <w:t xml:space="preserve">[39:54] </w:t>
      </w:r>
      <w:r>
        <w:t>kaha ke bahut hi unrest tha darasal kya hua ke expansion ho raha tha</w:t>
      </w:r>
    </w:p>
    <w:p>
      <w:pPr>
        <w:jc w:val="right"/>
      </w:pPr>
      <w:r>
        <w:t>कहा कि बहुत ही अनरेस्ट था दरअसल क्या हुआ कि एक्सपेंशन हो रहा था</w:t>
      </w:r>
    </w:p>
    <w:p>
      <w:r>
        <w:rPr>
          <w:b/>
        </w:rPr>
        <w:t xml:space="preserve">[40:00] </w:t>
      </w:r>
      <w:r>
        <w:t>to usmein logon ke ikhtilafat ho jate hain jab bahut sare naye naye log aate hain to kuch logon</w:t>
      </w:r>
    </w:p>
    <w:p>
      <w:pPr>
        <w:jc w:val="right"/>
      </w:pPr>
      <w:r>
        <w:t>तो उसमें लोगों के इख्तिलाफात हो जाते हैं जब बहुत सारे नए-नए लोग आते हैं तो कुछ लोगों</w:t>
      </w:r>
    </w:p>
    <w:p>
      <w:r>
        <w:rPr>
          <w:b/>
        </w:rPr>
        <w:t xml:space="preserve">[40:08] </w:t>
      </w:r>
      <w:r>
        <w:t>ko ikhtilaf ho gaya khas taur se egypt ke logon ko ke hazrat usman apne family ke logon ko</w:t>
      </w:r>
    </w:p>
    <w:p>
      <w:pPr>
        <w:jc w:val="right"/>
      </w:pPr>
      <w:r>
        <w:t>को इख्तिलाफ हो गया खासतौर से इजिप्ट के लोगों को कि हजरत उस्मान अपने फैमिली के लोगों को</w:t>
      </w:r>
    </w:p>
    <w:p>
      <w:r>
        <w:rPr>
          <w:b/>
        </w:rPr>
        <w:t xml:space="preserve">[40:16] </w:t>
      </w:r>
      <w:r>
        <w:t>yani aage badha rahe hain to bahut sare log jama ho gaye madina mein kehte hain ke 600</w:t>
      </w:r>
    </w:p>
    <w:p>
      <w:pPr>
        <w:jc w:val="right"/>
      </w:pPr>
      <w:r>
        <w:t>यानी आगे बढ़ा रहे हैं तो बहुत सारे लोग जमा हो गए मदीना में कहते हैं कि 600</w:t>
      </w:r>
    </w:p>
    <w:p>
      <w:r>
        <w:rPr>
          <w:b/>
        </w:rPr>
        <w:t xml:space="preserve">[40:23] </w:t>
      </w:r>
      <w:r>
        <w:t>log jama ho gaye to wo wo sab ek tarike se</w:t>
      </w:r>
    </w:p>
    <w:p>
      <w:pPr>
        <w:jc w:val="right"/>
      </w:pPr>
      <w:r>
        <w:t>लोग जमा हो गए तो वो वो सब एक तरीके से</w:t>
      </w:r>
    </w:p>
    <w:p>
      <w:r>
        <w:rPr>
          <w:b/>
        </w:rPr>
        <w:t xml:space="preserve">[40:31] </w:t>
      </w:r>
      <w:r>
        <w:t>rebels the to unhone hazrat usman raziallah ne jaake baat ki aur samjhaya aur peaceful andaz mein</w:t>
      </w:r>
    </w:p>
    <w:p>
      <w:pPr>
        <w:jc w:val="right"/>
      </w:pPr>
      <w:r>
        <w:t>रेबल्स थे तो उन्होंने हजरत उस्मान रज अल्लाह ने जाके बात की और समझाया और पीसफुल अंदाज में</w:t>
      </w:r>
    </w:p>
    <w:p>
      <w:r>
        <w:rPr>
          <w:b/>
        </w:rPr>
        <w:t xml:space="preserve">[40:38] </w:t>
      </w:r>
      <w:r>
        <w:t>baat ki yani koi conflict nahi chahte the ke koi bila wajah ka blood shed ho unki wajah</w:t>
      </w:r>
    </w:p>
    <w:p>
      <w:pPr>
        <w:jc w:val="right"/>
      </w:pPr>
      <w:r>
        <w:t>बात की यानी कोई कॉन्फ्लिक्ट नहीं चाहते थे कि कोई बिला वजह का ब्लड शेड हो उनकी वजह</w:t>
      </w:r>
    </w:p>
    <w:p>
      <w:r>
        <w:rPr>
          <w:b/>
        </w:rPr>
        <w:t xml:space="preserve">[40:46] </w:t>
      </w:r>
      <w:r>
        <w:t>se koi conflict nahi chahte the bahut peaceful andaz mein to kafi log unki baat se mutmain ho</w:t>
      </w:r>
    </w:p>
    <w:p>
      <w:pPr>
        <w:jc w:val="right"/>
      </w:pPr>
      <w:r>
        <w:t>से कोई कॉन्फ्लिक्ट नहीं चाहते थे बहुत पीसफुल अंदाज में तो काफी लोग उनकी बात से मुतमइन हो</w:t>
      </w:r>
    </w:p>
    <w:p>
      <w:r>
        <w:rPr>
          <w:b/>
        </w:rPr>
        <w:t xml:space="preserve">[40:53] </w:t>
      </w:r>
      <w:r>
        <w:t>gaye lekin phir bhi bahut sare log</w:t>
      </w:r>
    </w:p>
    <w:p>
      <w:pPr>
        <w:jc w:val="right"/>
      </w:pPr>
      <w:r>
        <w:t>गए लेकिन फिर भी बहुत सारे लोग</w:t>
      </w:r>
    </w:p>
    <w:p>
      <w:r>
        <w:rPr>
          <w:b/>
        </w:rPr>
        <w:t xml:space="preserve">[41:01] </w:t>
      </w:r>
      <w:r>
        <w:t>thay jo chahte thay ke in inko hataya jaye Khalifa se ji to baharhaal aakhir mein kya hua ke un logon ne ghar ko siege kar liya aur taqreeban kaha jata hai 60 70 ya 80 din tak bhi log batate hain ke ghar ke ghar ke charon taraf woh log jama ho gaye aur na koi ja sakta tha na koi aa sakta tha bilkul complete siege pathar phankte thay ji aur takleef dete thay aik baar kisi ne path</w:t>
      </w:r>
    </w:p>
    <w:p>
      <w:pPr>
        <w:jc w:val="right"/>
      </w:pPr>
      <w:r>
        <w:t>थे जो चाहते थे कि इन इनको हटाया जाए खलीफा से जी तो बहरहाल आखिर में क्या हुआ कि उन लोगों ने घर को सीज कर लिया और तकरीबन कहा जाता है 60 70 या 80 दिन तक भी लोग बताते हैं कि घर के घर के चारों तरफ वो लोग जमा हो गए और ना कोई जा सकता था ना कोई आ सकता था बिल्कुल कंप्लीट सीज पत्थर फेंकते थे जी और तकलीफ देते थे एक बार किसी ने पत्थ</w:t>
      </w:r>
    </w:p>
    <w:p>
      <w:r>
        <w:rPr>
          <w:b/>
        </w:rPr>
        <w:t xml:space="preserve">[41:31] </w:t>
      </w:r>
      <w:r>
        <w:t>phenka to hazrat usman bahar aaye aur ek naujawan khada hua tha ji to bole ke why</w:t>
      </w:r>
    </w:p>
    <w:p>
      <w:pPr>
        <w:jc w:val="right"/>
      </w:pPr>
      <w:r>
        <w:t>र फेंका तो हजरत उस्मान बाहर आए और एक नौजवान खड़ा हुआ था जी तो बोले कि व्हाई</w:t>
      </w:r>
    </w:p>
    <w:p>
      <w:r>
        <w:rPr>
          <w:b/>
        </w:rPr>
        <w:t xml:space="preserve">[41:37] </w:t>
      </w:r>
      <w:r>
        <w:t>have you thrown this stone on my house there other people who may get hurt hum to wo</w:t>
      </w:r>
    </w:p>
    <w:p>
      <w:pPr>
        <w:jc w:val="right"/>
      </w:pPr>
      <w:r>
        <w:t>हैव यू थ्रोन दिस स्टोन ऑन माय हाउस देयर अदर पीपल हु मे गेट हर्ट हम तो वो</w:t>
      </w:r>
    </w:p>
    <w:p>
      <w:r>
        <w:rPr>
          <w:b/>
        </w:rPr>
        <w:t xml:space="preserve">[41:43] </w:t>
      </w:r>
      <w:r>
        <w:t>bola ke maine nahi phenka ye pathar god has thrown it hum to hazrat usman ne kaha if</w:t>
      </w:r>
    </w:p>
    <w:p>
      <w:pPr>
        <w:jc w:val="right"/>
      </w:pPr>
      <w:r>
        <w:t>बोला कि मैंने नहीं फेंका ये पत्थर गॉड हैज़ थ्रोन इट हम तो हजरत उस्मान ने कहा इफ</w:t>
      </w:r>
    </w:p>
    <w:p>
      <w:r>
        <w:rPr>
          <w:b/>
        </w:rPr>
        <w:t xml:space="preserve">[41:49] </w:t>
      </w:r>
      <w:r>
        <w:t>god has thrown it he would not missed it hum hum ji to aise is is tarah pathar</w:t>
      </w:r>
    </w:p>
    <w:p>
      <w:pPr>
        <w:jc w:val="right"/>
      </w:pPr>
      <w:r>
        <w:t>गॉड हैज़ थ्रोन इट ही वुड नॉट मिस्ड इट हम हम जी तो ऐसे इस इस तरह पत्थर</w:t>
      </w:r>
    </w:p>
    <w:p>
      <w:r>
        <w:rPr>
          <w:b/>
        </w:rPr>
        <w:t xml:space="preserve">[41:55] </w:t>
      </w:r>
      <w:r>
        <w:t>phenkte the bahut takleef ji diya karte the aur ek</w:t>
      </w:r>
    </w:p>
    <w:p>
      <w:pPr>
        <w:jc w:val="right"/>
      </w:pPr>
      <w:r>
        <w:t>फेंकते थे बहुत तकलीफ जी दिया करते थे और एक</w:t>
      </w:r>
    </w:p>
    <w:p>
      <w:r>
        <w:rPr>
          <w:b/>
        </w:rPr>
        <w:t xml:space="preserve">[42:01] </w:t>
      </w:r>
      <w:r>
        <w:t>aadmi aaya talwar leke andar ghus gaya ji aur Hazrat Usman ne poocha ke kis type se ho tum hum what type do you belong to us ne kaha Abu Lais hum to Hazrat Usman ne kaha you are not the one who will kill me hum to us ne poocha why to us ne kaha prophet made dua for your tri</w:t>
      </w:r>
    </w:p>
    <w:p>
      <w:pPr>
        <w:jc w:val="right"/>
      </w:pPr>
      <w:r>
        <w:t>आदमी आया तलवार लेके अंदर घुस गया जी और हजरत उस्मान ने पूछा कि किस टाइप से हो तुम हम वि टाइप डू यू बिलोंग तो उसने कहा अबू लैस हम तो हजरत उस्मान ने कहा यू आर नॉट द वन हु विल किल मी हम तो उसने पूछा व्हाई तो उसने कहा प्रॉफिट मेड दुआ फॉर योर ट्राइ</w:t>
      </w:r>
    </w:p>
    <w:p>
      <w:r>
        <w:rPr>
          <w:b/>
        </w:rPr>
        <w:t xml:space="preserve">[42:31] </w:t>
      </w:r>
      <w:r>
        <w:t>be hum to woh bechara dar gaya aur apne bhag gaya woh chhod ke ji aisay aik aadmi aaya us ne talwar leke dadi pakad li Hazrat Usman ki and he was about to hit him hum to Hazrat Hazrat Usman ne kaha ke chhod do meri dadi your father used to love it us ka woh karte thay res</w:t>
      </w:r>
    </w:p>
    <w:p>
      <w:pPr>
        <w:jc w:val="right"/>
      </w:pPr>
      <w:r>
        <w:t>ब हम तो वो बेचारा डर गया और अपने भाग गया वो छोड़ के जी ऐसी एक आदमी आया उसने तलवार लेके दाढ़ी पकड़ ली हजरत उस्मान की एंड ही वास अबाउट टू हिट हिम हम तो हजरत हजरत उस्मान ने कहा कि छोड़ो मेरी दाढ़ी योर फादर यूज्ड टू लव इट उसका वो करते थे रिस्</w:t>
      </w:r>
    </w:p>
    <w:p>
      <w:r>
        <w:rPr>
          <w:b/>
        </w:rPr>
        <w:t xml:space="preserve">[43:01] </w:t>
      </w:r>
      <w:r>
        <w:t>expect karte the ji ke aisa na ho ke main jaake kahun ke isne tumhare bete ne aisa</w:t>
      </w:r>
    </w:p>
    <w:p>
      <w:pPr>
        <w:jc w:val="right"/>
      </w:pPr>
      <w:r>
        <w:t>पेक्ट करते थे जी कि ऐसा ना हो कि मैं जाके कहूं कि इसने तुम्हारे बेटे ने ऐसा</w:t>
      </w:r>
    </w:p>
    <w:p>
      <w:r>
        <w:rPr>
          <w:b/>
        </w:rPr>
        <w:t xml:space="preserve">[43:09] </w:t>
      </w:r>
      <w:r>
        <w:t>kiya to wo bhi ghabra gaya aur chhod ke chala gaya aise hi ek aur aadmi aaya ji</w:t>
      </w:r>
    </w:p>
    <w:p>
      <w:pPr>
        <w:jc w:val="right"/>
      </w:pPr>
      <w:r>
        <w:t>किया तो वो भी घबरा गया और छोड़ के चला गया ऐसे ही एक और आदमी आया जी</w:t>
      </w:r>
    </w:p>
    <w:p>
      <w:r>
        <w:rPr>
          <w:b/>
        </w:rPr>
        <w:t xml:space="preserve">[43:16] </w:t>
      </w:r>
      <w:r>
        <w:t>talwar leke to hazrat usman ne pehchan liya ji kaha ke tum tum nahi kar sakte hum hum</w:t>
      </w:r>
    </w:p>
    <w:p>
      <w:pPr>
        <w:jc w:val="right"/>
      </w:pPr>
      <w:r>
        <w:t>तलवार लेके तो हजरत उस्मान ने पहचान लिया जी कहा कि तुम तुम नहीं कर सकते हम हम</w:t>
      </w:r>
    </w:p>
    <w:p>
      <w:r>
        <w:rPr>
          <w:b/>
        </w:rPr>
        <w:t xml:space="preserve">[43:24] </w:t>
      </w:r>
      <w:r>
        <w:t>kyunke prophet ne tumhari tribe ke liye dua ki hai hum wo bhi ghabra ke bhag gaya ji to</w:t>
      </w:r>
    </w:p>
    <w:p>
      <w:pPr>
        <w:jc w:val="right"/>
      </w:pPr>
      <w:r>
        <w:t>क्योंकि प्रॉफिट ने तुम्हारी ट्राइब के लिए दुआ की है हम वो भी घबरा के भाग गया जी तो</w:t>
      </w:r>
    </w:p>
    <w:p>
      <w:r>
        <w:rPr>
          <w:b/>
        </w:rPr>
        <w:t xml:space="preserve">[43:31] </w:t>
      </w:r>
      <w:r>
        <w:t>is is tarike se ek din ka waqea hai jo aakhri din tha ke namaz padh rahe the</w:t>
      </w:r>
    </w:p>
    <w:p>
      <w:pPr>
        <w:jc w:val="right"/>
      </w:pPr>
      <w:r>
        <w:t>इस इस तरीके से एक दिन का वाकया है जो आखिरी दिन था के नमाज पढ़ रहे थे</w:t>
      </w:r>
    </w:p>
    <w:p>
      <w:r>
        <w:rPr>
          <w:b/>
        </w:rPr>
        <w:t xml:space="preserve">[43:39] </w:t>
      </w:r>
      <w:r>
        <w:t>quran padh rahe the aur ghar mein family thi hazrat nayla raz allah jo wife thi wo thi</w:t>
      </w:r>
    </w:p>
    <w:p>
      <w:pPr>
        <w:jc w:val="right"/>
      </w:pPr>
      <w:r>
        <w:t>कुरान पढ़ रहे थे और घर में फैमिली थी हजरत नायला रज अल्लाह जो वाइफ थी वो थी</w:t>
      </w:r>
    </w:p>
    <w:p>
      <w:r>
        <w:rPr>
          <w:b/>
        </w:rPr>
        <w:t xml:space="preserve">[43:46] </w:t>
      </w:r>
      <w:r>
        <w:t>ji aur hazrat ali ne apne beton ko bhej diya tha hum as a guard hum hazrat hasan</w:t>
      </w:r>
    </w:p>
    <w:p>
      <w:pPr>
        <w:jc w:val="right"/>
      </w:pPr>
      <w:r>
        <w:t>जी और हजरत अली ने अपने बेटों को भेज दिया था हम एज अ गार्ड हम हजरत हसन</w:t>
      </w:r>
    </w:p>
    <w:p>
      <w:r>
        <w:rPr>
          <w:b/>
        </w:rPr>
        <w:t xml:space="preserve">[43:54] </w:t>
      </w:r>
      <w:r>
        <w:t>aur hussain to kuch log the ghar mein to dopehar ka waqt</w:t>
      </w:r>
    </w:p>
    <w:p>
      <w:pPr>
        <w:jc w:val="right"/>
      </w:pPr>
      <w:r>
        <w:t>और हुसैन तो कुछ लोग थे घर में तो दोपहर का वक्त</w:t>
      </w:r>
    </w:p>
    <w:p>
      <w:r>
        <w:rPr>
          <w:b/>
        </w:rPr>
        <w:t xml:space="preserve">[44:01] </w:t>
      </w:r>
      <w:r>
        <w:t>tha asar ka waqt tha to quran padhte padhte unko neend aa gayi hum to so gaye to</w:t>
      </w:r>
    </w:p>
    <w:p>
      <w:pPr>
        <w:jc w:val="right"/>
      </w:pPr>
      <w:r>
        <w:t>था असर का वक्त था तो कुरान पढ़ते पढ़ते उनको नींद आ गई हम तो सो गए तो</w:t>
      </w:r>
    </w:p>
    <w:p>
      <w:r>
        <w:rPr>
          <w:b/>
        </w:rPr>
        <w:t xml:space="preserve">[44:09] </w:t>
      </w:r>
      <w:r>
        <w:t>unhone khwab mein dekha ki profit ko khwab mein dekha ji aur hazrat abu bakr aur hazrat umar</w:t>
      </w:r>
    </w:p>
    <w:p>
      <w:pPr>
        <w:jc w:val="right"/>
      </w:pPr>
      <w:r>
        <w:t>उन्होंने ख्वाब में देखा कि प्रॉफिट को ख्वाब में देखा जी और हजरत अबू बकर और हजरत उमर</w:t>
      </w:r>
    </w:p>
    <w:p>
      <w:r>
        <w:rPr>
          <w:b/>
        </w:rPr>
        <w:t xml:space="preserve">[44:17] </w:t>
      </w:r>
      <w:r>
        <w:t>bhi sath mein the hum to profit ne kaha ki ya usman hal mana kama o usman have</w:t>
      </w:r>
    </w:p>
    <w:p>
      <w:pPr>
        <w:jc w:val="right"/>
      </w:pPr>
      <w:r>
        <w:t>भी साथ में थे हम तो प्रॉफिट ने कहा कि या उस्मान हल मना कामा ओ उस्मान हैव</w:t>
      </w:r>
    </w:p>
    <w:p>
      <w:r>
        <w:rPr>
          <w:b/>
        </w:rPr>
        <w:t xml:space="preserve">[44:24] </w:t>
      </w:r>
      <w:r>
        <w:t>de forbidden you from wa</w:t>
      </w:r>
    </w:p>
    <w:p>
      <w:pPr>
        <w:jc w:val="right"/>
      </w:pPr>
      <w:r>
        <w:t>दे फर्बिडन यू फ्रॉम वा</w:t>
      </w:r>
    </w:p>
    <w:p>
      <w:r>
        <w:rPr>
          <w:b/>
        </w:rPr>
        <w:t xml:space="preserve">[44:32] </w:t>
      </w:r>
      <w:r>
        <w:t>ter did they forbid you from water to hazrat usman ne khwab mein kaha naam ya rasoolallah de</w:t>
      </w:r>
    </w:p>
    <w:p>
      <w:pPr>
        <w:jc w:val="right"/>
      </w:pPr>
      <w:r>
        <w:t>टर डिड दे फर्बिड यू फ्रॉम वाटर तो हजरत उस्मान ने ख्वाब में कहा नाम या रसूलल्लाह दे</w:t>
      </w:r>
    </w:p>
    <w:p>
      <w:r>
        <w:rPr>
          <w:b/>
        </w:rPr>
        <w:t xml:space="preserve">[44:39] </w:t>
      </w:r>
      <w:r>
        <w:t>furbid me from water hum phir kehte hain hazrat mohammad sallallahu wasallam ya usman did they forbid you</w:t>
      </w:r>
    </w:p>
    <w:p>
      <w:pPr>
        <w:jc w:val="right"/>
      </w:pPr>
      <w:r>
        <w:t>फर्बिड मी फ्रॉम वाटर हम फिर कहते हैं हजरत मोहम्मद सल्लल्लाह वसल्लम या उस्मान डिड दे फर्बिड यू</w:t>
      </w:r>
    </w:p>
    <w:p>
      <w:r>
        <w:rPr>
          <w:b/>
        </w:rPr>
        <w:t xml:space="preserve">[44:47] </w:t>
      </w:r>
      <w:r>
        <w:t>from food hum to hazrat usman kehte hain naam ya rasoolallah yes wo messenger of allah de furbid</w:t>
      </w:r>
    </w:p>
    <w:p>
      <w:pPr>
        <w:jc w:val="right"/>
      </w:pPr>
      <w:r>
        <w:t>फ्रॉम फूड हम तो हजरत उस्मान कहते हैं नाम या रसूलल्लाह यस वो मैसेंजर ऑफ अल्लाह दे फर्बिड</w:t>
      </w:r>
    </w:p>
    <w:p>
      <w:r>
        <w:rPr>
          <w:b/>
        </w:rPr>
        <w:t xml:space="preserve">[44:54] </w:t>
      </w:r>
      <w:r>
        <w:t>me from food hum aur phir rasoolallah kehte hain ki ya usman did they forbid you from my mosque</w:t>
      </w:r>
    </w:p>
    <w:p>
      <w:pPr>
        <w:jc w:val="right"/>
      </w:pPr>
      <w:r>
        <w:t>मी फ्रॉम फूड हम और फिर रसूलल्लाह कहते हैं कि या उस्मान डिड दे फर्बिड यू फ्रॉम माय मॉस्क</w:t>
      </w:r>
    </w:p>
    <w:p>
      <w:r>
        <w:rPr>
          <w:b/>
        </w:rPr>
        <w:t xml:space="preserve">[45:02] </w:t>
      </w:r>
      <w:r>
        <w:t>from praying in my mosque to hazrat usman kehte hain naam ya rasoolallah de furbid me from praying</w:t>
      </w:r>
    </w:p>
    <w:p>
      <w:pPr>
        <w:jc w:val="right"/>
      </w:pPr>
      <w:r>
        <w:t>फ्रॉम प्रेइंग इन माय मॉस्क तो हजरत उस्मान कहते हैं नाम या रसूलल्लाह दे फर्बिड मी फ्रॉम प्रेइंग</w:t>
      </w:r>
    </w:p>
    <w:p>
      <w:r>
        <w:rPr>
          <w:b/>
        </w:rPr>
        <w:t xml:space="preserve">[45:09] </w:t>
      </w:r>
      <w:r>
        <w:t>in your masjid hum to rasoolallah kehte hain abshir ya usman good news hum o usman tufr indana</w:t>
      </w:r>
    </w:p>
    <w:p>
      <w:pPr>
        <w:jc w:val="right"/>
      </w:pPr>
      <w:r>
        <w:t>इन योर मस्जिद हम तो रसूलल्लाह कहते हैं अबशिर या उस्मान गुड न्यूज़ हम ओ उस्मान तुफर इंदना</w:t>
      </w:r>
    </w:p>
    <w:p>
      <w:r>
        <w:rPr>
          <w:b/>
        </w:rPr>
        <w:t xml:space="preserve">[45:17] </w:t>
      </w:r>
      <w:r>
        <w:t>al la you will asal mein us din wo roze se the was fasting to rasoolallah ne kaha ki</w:t>
      </w:r>
    </w:p>
    <w:p>
      <w:pPr>
        <w:jc w:val="right"/>
      </w:pPr>
      <w:r>
        <w:t>अलला यू विल असल में उस दिन वो रोजे से थे वास फास्टिंग तो रसूलल्लाह ने कहा कि</w:t>
      </w:r>
    </w:p>
    <w:p>
      <w:r>
        <w:rPr>
          <w:b/>
        </w:rPr>
        <w:t xml:space="preserve">[45:24] </w:t>
      </w:r>
      <w:r>
        <w:t>abshir ya usman good news o us</w:t>
      </w:r>
    </w:p>
    <w:p>
      <w:pPr>
        <w:jc w:val="right"/>
      </w:pPr>
      <w:r>
        <w:t>अबशिर या उस्मान गुड न्यूज़ ओ उस्</w:t>
      </w:r>
    </w:p>
    <w:p>
      <w:r>
        <w:rPr>
          <w:b/>
        </w:rPr>
        <w:t xml:space="preserve">[45:32] </w:t>
      </w:r>
      <w:r>
        <w:t>man tufr tufr indana haaj la la you will break your fast with us hum this night hum ji</w:t>
      </w:r>
    </w:p>
    <w:p>
      <w:pPr>
        <w:jc w:val="right"/>
      </w:pPr>
      <w:r>
        <w:t>मान तुफर तुफर इंदना हाज लाला यू विल ब्रेक योर फास्ट विद अस हम दिस नाइट हम जी</w:t>
      </w:r>
    </w:p>
    <w:p>
      <w:r>
        <w:rPr>
          <w:b/>
        </w:rPr>
        <w:t xml:space="preserve">[45:39] </w:t>
      </w:r>
      <w:r>
        <w:t>to jab wo so rahe the aur khwab dekh rahe the to ghar ki jo ladies thi unki</w:t>
      </w:r>
    </w:p>
    <w:p>
      <w:pPr>
        <w:jc w:val="right"/>
      </w:pPr>
      <w:r>
        <w:t>तो जब वो सो रहे थे और ख्वाब देख रहे थे तो घर की जो लेडीज थी उनकी</w:t>
      </w:r>
    </w:p>
    <w:p>
      <w:r>
        <w:rPr>
          <w:b/>
        </w:rPr>
        <w:t xml:space="preserve">[45:47] </w:t>
      </w:r>
      <w:r>
        <w:t>wife aur hazrat ali ke bete dekh rahe the ki unki aankhon se aansu aa rahe hain hum</w:t>
      </w:r>
    </w:p>
    <w:p>
      <w:pPr>
        <w:jc w:val="right"/>
      </w:pPr>
      <w:r>
        <w:t>वाइफ और हजरत अली के बेटे देख रहे थे कि उनकी आंखों से आंसू आ रहे हैं हम</w:t>
      </w:r>
    </w:p>
    <w:p>
      <w:r>
        <w:rPr>
          <w:b/>
        </w:rPr>
        <w:t xml:space="preserve">[45:54] </w:t>
      </w:r>
      <w:r>
        <w:t>sote sote ji to phir wo uthe jab to bahut khush the bahut hi khushi ke aalam mein</w:t>
      </w:r>
    </w:p>
    <w:p>
      <w:pPr>
        <w:jc w:val="right"/>
      </w:pPr>
      <w:r>
        <w:t>सोते-सोते जी तो फिर वो उठे जब तो बहुत खुश थे बहुत ही खुशी के आलम में</w:t>
      </w:r>
    </w:p>
    <w:p>
      <w:r>
        <w:rPr>
          <w:b/>
        </w:rPr>
        <w:t xml:space="preserve">[46:02] </w:t>
      </w:r>
      <w:r>
        <w:t>aur wo unhone apna khwab bataya apni wife ko hazrat nayla raz allah anha ko aur hazrat hazrat</w:t>
      </w:r>
    </w:p>
    <w:p>
      <w:pPr>
        <w:jc w:val="right"/>
      </w:pPr>
      <w:r>
        <w:t>और वो उन्होंने अपना ख्वाब बताया अपनी वाइफ को हजरत नायला रज अल्लाह अन्हा को और हजरत हजरत</w:t>
      </w:r>
    </w:p>
    <w:p>
      <w:r>
        <w:rPr>
          <w:b/>
        </w:rPr>
        <w:t xml:space="preserve">[46:10] </w:t>
      </w:r>
      <w:r>
        <w:t>ali ke beton ko aur phir quran padhne lage hum ji sur al baqara padh rahe the us</w:t>
      </w:r>
    </w:p>
    <w:p>
      <w:pPr>
        <w:jc w:val="right"/>
      </w:pPr>
      <w:r>
        <w:t>अली के बेटों को और फिर कुरान पढ़ने लगे हम जी सूर अल बकरा पढ़ रहे थे उस</w:t>
      </w:r>
    </w:p>
    <w:p>
      <w:r>
        <w:rPr>
          <w:b/>
        </w:rPr>
        <w:t xml:space="preserve">[46:17] </w:t>
      </w:r>
      <w:r>
        <w:t>waqt hum thodi der mein wo sare log bahut sare log andar ghus aaye hum jo rebels the</w:t>
      </w:r>
    </w:p>
    <w:p>
      <w:pPr>
        <w:jc w:val="right"/>
      </w:pPr>
      <w:r>
        <w:t>वक्त हम थोड़ी देर में वो सारे लोग बहुत सारे लोग अंदर घुस आए हम जो रेबल्स थे</w:t>
      </w:r>
    </w:p>
    <w:p>
      <w:r>
        <w:rPr>
          <w:b/>
        </w:rPr>
        <w:t xml:space="preserve">[46:25] </w:t>
      </w:r>
      <w:r>
        <w:t>hum aur ab jab rebels ne dekha ki ek 82 year old aadmi quran padh raha hai peacefully aur</w:t>
      </w:r>
    </w:p>
    <w:p>
      <w:pPr>
        <w:jc w:val="right"/>
      </w:pPr>
      <w:r>
        <w:t>हम और अब जब रेबल्स ने देखा कि एक 82 ईयर ओल्ड आदमी कुरान पढ़ रहा है पीसफुली और</w:t>
      </w:r>
    </w:p>
    <w:p>
      <w:r>
        <w:rPr>
          <w:b/>
        </w:rPr>
        <w:t xml:space="preserve">[46:33] </w:t>
      </w:r>
      <w:r>
        <w:t>unhone koi attention nahi hi didnt paid any attention to those those people wo ghus gaye hathiyar wagera</w:t>
      </w:r>
    </w:p>
    <w:p>
      <w:pPr>
        <w:jc w:val="right"/>
      </w:pPr>
      <w:r>
        <w:t>उन्होंने कोई अटेंशन नहीं ही डिडंट पेड एनी अटेंशन टू दोस दोस पीपल वो घुस गए हथियार वगैरह</w:t>
      </w:r>
    </w:p>
    <w:p>
      <w:r>
        <w:rPr>
          <w:b/>
        </w:rPr>
        <w:t xml:space="preserve">[46:40] </w:t>
      </w:r>
      <w:r>
        <w:t>liye hue the to un mein se ek aadmi tha uske haath mein ek rod thi hum lohe ki</w:t>
      </w:r>
    </w:p>
    <w:p>
      <w:pPr>
        <w:jc w:val="right"/>
      </w:pPr>
      <w:r>
        <w:t>लिए हुए थे तो उनमें से एक आदमी था उसके हाथ में एक रोड थी हम लोहे की</w:t>
      </w:r>
    </w:p>
    <w:p>
      <w:r>
        <w:rPr>
          <w:b/>
        </w:rPr>
        <w:t xml:space="preserve">[46:48] </w:t>
      </w:r>
      <w:r>
        <w:t>to usne hazrat usman ke sar pe mara hum to blood naak waghera se nikalne laga aur jo</w:t>
      </w:r>
    </w:p>
    <w:p>
      <w:pPr>
        <w:jc w:val="right"/>
      </w:pPr>
      <w:r>
        <w:t>तो उसने हजरत उस्मान के सर पे मारा हम तो ब्लड नाक वगैरह से निकलने लगा और जो</w:t>
      </w:r>
    </w:p>
    <w:p>
      <w:r>
        <w:rPr>
          <w:b/>
        </w:rPr>
        <w:t xml:space="preserve">[46:55] </w:t>
      </w:r>
      <w:r>
        <w:t>quran padh rahe the uske upar jaake kuch drops gire</w:t>
      </w:r>
    </w:p>
    <w:p>
      <w:pPr>
        <w:jc w:val="right"/>
      </w:pPr>
      <w:r>
        <w:t>कुरान पढ़ रहे थे उसके ऊपर जाके कुछ ड्रॉप्स गिरे</w:t>
      </w:r>
    </w:p>
    <w:p>
      <w:r>
        <w:rPr>
          <w:b/>
        </w:rPr>
        <w:t xml:space="preserve">[47:03] </w:t>
      </w:r>
      <w:r>
        <w:t>तो जिस आयत पर ड्रॉप गिरा था वो था फसयफी कहुमल्लाह व समल अलीम के Allah will suffice</w:t>
      </w:r>
    </w:p>
    <w:p>
      <w:pPr>
        <w:jc w:val="right"/>
      </w:pPr>
      <w:r>
        <w:t>तो जिस आयत पर ड्रॉप गिरा था वो था फसयफी कहुमल्लाह व समल अलीम के अल्लाह विल सफाई</w:t>
      </w:r>
    </w:p>
    <w:p>
      <w:r>
        <w:rPr>
          <w:b/>
        </w:rPr>
        <w:t xml:space="preserve">[47:18] </w:t>
      </w:r>
      <w:r>
        <w:t>them against you ji allah will safai them against you allah is all hearing all knowing</w:t>
      </w:r>
    </w:p>
    <w:p>
      <w:pPr>
        <w:jc w:val="right"/>
      </w:pPr>
      <w:r>
        <w:t>देम अगेंस्ट यू जी अल्लाह विल सफाई देम अगेंस्ट यू अल्लाह इज ऑल हियरिंग ऑल नोइंग</w:t>
      </w:r>
    </w:p>
    <w:p>
      <w:r>
        <w:rPr>
          <w:b/>
        </w:rPr>
        <w:t xml:space="preserve">[47:33] </w:t>
      </w:r>
      <w:r>
        <w:t>phir unhone assassinate kar diya bahut hi mercilessly kya shakhsiyat thi what a incredible personality he was in</w:t>
      </w:r>
    </w:p>
    <w:p>
      <w:pPr>
        <w:jc w:val="right"/>
      </w:pPr>
      <w:r>
        <w:t>फिर उन्होंने एसोसिनेट कर दिया बहुत ही मर्सलेसली क्या शख्सियत थी व्हाट अ इनक्रेडिबल पर्सनालिटी ही वास इन</w:t>
      </w:r>
    </w:p>
    <w:p>
      <w:r>
        <w:rPr>
          <w:b/>
        </w:rPr>
        <w:t xml:space="preserve">[47:41] </w:t>
      </w:r>
      <w:r>
        <w:t>such a motivating and inspiring story allah taala hum sabko hazrat usman ki zindagi ke jo sabak hai</w:t>
      </w:r>
    </w:p>
    <w:p>
      <w:pPr>
        <w:jc w:val="right"/>
      </w:pPr>
      <w:r>
        <w:t>सच अ मोटिवेटिंग एंड इंस्पायरिंग स्टोरी अल्लाह ताला हम सबको हजरत उस्मान की जिंदगी के जो सबक है</w:t>
      </w:r>
    </w:p>
    <w:p>
      <w:r>
        <w:rPr>
          <w:b/>
        </w:rPr>
        <w:t xml:space="preserve">[47:48] </w:t>
      </w:r>
      <w:r>
        <w:t>usko un sabak ke upar amal karne ki taufiq ata farmaye wak dawana alhamdulillah rabbil aalameen doctor sahab</w:t>
      </w:r>
    </w:p>
    <w:p>
      <w:pPr>
        <w:jc w:val="right"/>
      </w:pPr>
      <w:r>
        <w:t>उसको उन सबक के ऊपर अमल करने की तौफीक अता फरमाए वाख दावाना अल्हम्दुलिल्लाह रब्बिल आलमीन डॉक्टर साहब</w:t>
      </w:r>
    </w:p>
    <w:p>
      <w:r>
        <w:rPr>
          <w:b/>
        </w:rPr>
        <w:t xml:space="preserve">[47:56] </w:t>
      </w:r>
      <w:r>
        <w:t>yakinan bahut hi motivating and inspiring session a</w:t>
      </w:r>
    </w:p>
    <w:p>
      <w:pPr>
        <w:jc w:val="right"/>
      </w:pPr>
      <w:r>
        <w:t>यकीनन बहुत ही मोटिवेटिंग एंड इंस्पायरिंग सेशन ए</w:t>
      </w:r>
    </w:p>
    <w:p>
      <w:r>
        <w:rPr>
          <w:b/>
        </w:rPr>
        <w:t xml:space="preserve">[48:03] </w:t>
      </w:r>
      <w:r>
        <w:t>nd lot of take aways for us that we can you know follow the model of hazrat usman especially h generosity h kindness and h faith in god almighty even till the last moment of h life to doctor sahib aaj ka session yahin khatam karenge lekin usse pehle there are three new re-launches of Maulana Wahiduddin Khan sahib book and for that i will request doctor sahib to l</w:t>
      </w:r>
    </w:p>
    <w:p>
      <w:pPr>
        <w:jc w:val="right"/>
      </w:pPr>
      <w:r>
        <w:t>ंड लॉट ऑफ टेक अवेज फॉर अस दैट वी कैन यू नो फॉलो दी मॉडल ऑफ हजरत उस्मान स्पेशली ह जनरसिटी ह काइंडनेस एंड ह फेथ इन गॉड ऑलमाइटी इवन टिल द लास्ट मोमेंट ऑफ ह लाइफ तो डॉक्टर साहब आज का सेशन यही खत्म करेंगे लेकिन उससे पहले देयर आर थ्री न्यू रीलचेस ऑफ मौलाना वैदुद्दीन खान साहब बुक एंड फॉर दैट आई विल रिक्वेस्ट डॉक्टर साहब टू ल</w:t>
      </w:r>
    </w:p>
    <w:p>
      <w:r>
        <w:rPr>
          <w:b/>
        </w:rPr>
        <w:t xml:space="preserve">[48:33] </w:t>
      </w:r>
      <w:r>
        <w:t>unch them these are in the new cover new format some with corrections and four word added and</w:t>
      </w:r>
    </w:p>
    <w:p>
      <w:pPr>
        <w:jc w:val="right"/>
      </w:pPr>
      <w:r>
        <w:t>ॉन्च देम दीज़ आर इन द न्यू कवर न्यू फॉर्मेट सम विद करेक्शंस एंड फोर वर्ड एडेड एंड</w:t>
      </w:r>
    </w:p>
    <w:p>
      <w:r>
        <w:rPr>
          <w:b/>
        </w:rPr>
        <w:t xml:space="preserve">[48:41] </w:t>
      </w:r>
      <w:r>
        <w:t>i will request doctor sahab to launch them and say a few words ye pehli kitab jo relauch</w:t>
      </w:r>
    </w:p>
    <w:p>
      <w:pPr>
        <w:jc w:val="right"/>
      </w:pPr>
      <w:r>
        <w:t>आई विल रिक्वेस्ट डॉक्टर साहब टू लॉन्च देम एंड से अ फ्यू वर्ड्स ये पहली किताब जो रीलच</w:t>
      </w:r>
    </w:p>
    <w:p>
      <w:r>
        <w:rPr>
          <w:b/>
        </w:rPr>
        <w:t xml:space="preserve">[48:48] </w:t>
      </w:r>
      <w:r>
        <w:t>ki ja rahi hai paigambare inqilab to main chahunga doctor sahab ko ki wo isko launch karein paigambar</w:t>
      </w:r>
    </w:p>
    <w:p>
      <w:pPr>
        <w:jc w:val="right"/>
      </w:pPr>
      <w:r>
        <w:t>की जा रही है पैगंबरे इंकलाब तो मैं चाहूंगा डॉक्टर साहब को कि वो इसको लॉन्च करें पैगंबर</w:t>
      </w:r>
    </w:p>
    <w:p>
      <w:r>
        <w:rPr>
          <w:b/>
        </w:rPr>
        <w:t xml:space="preserve">[48:56] </w:t>
      </w:r>
      <w:r>
        <w:t>inqilab jo kitab hai maulana ki</w:t>
      </w:r>
    </w:p>
    <w:p>
      <w:pPr>
        <w:jc w:val="right"/>
      </w:pPr>
      <w:r>
        <w:t>इंकलाब जो किताब है मौलाना की</w:t>
      </w:r>
    </w:p>
    <w:p>
      <w:r>
        <w:rPr>
          <w:b/>
        </w:rPr>
        <w:t xml:space="preserve">[49:03] </w:t>
      </w:r>
      <w:r>
        <w:t>bahut hi aham kitabon mein se hai aur isko pakistan se do baar seerat award bhi mila ek</w:t>
      </w:r>
    </w:p>
    <w:p>
      <w:pPr>
        <w:jc w:val="right"/>
      </w:pPr>
      <w:r>
        <w:t>बहुत ही अहम किताबों में से है और इसको पाकिस्तान से दो बार सीरत अवार्ड भी मिला एक</w:t>
      </w:r>
    </w:p>
    <w:p>
      <w:r>
        <w:rPr>
          <w:b/>
        </w:rPr>
        <w:t xml:space="preserve">[49:11] </w:t>
      </w:r>
      <w:r>
        <w:t>baar urdu ke liye ek baar english version ke liye aur maulana ne ismein rasoolullah ki jo seerat</w:t>
      </w:r>
    </w:p>
    <w:p>
      <w:pPr>
        <w:jc w:val="right"/>
      </w:pPr>
      <w:r>
        <w:t>बार उर्दू के लिए एक बार इंग्लिश वर्जन के लिए और मौलाना ने इसमें रसूलल्लाह की जो सीरत</w:t>
      </w:r>
    </w:p>
    <w:p>
      <w:r>
        <w:rPr>
          <w:b/>
        </w:rPr>
        <w:t xml:space="preserve">[49:18] </w:t>
      </w:r>
      <w:r>
        <w:t>hai wo ek alag andaaz mein bayan ki hai yaani jo unka mission tha usko usko उजागर kiya</w:t>
      </w:r>
    </w:p>
    <w:p>
      <w:pPr>
        <w:jc w:val="right"/>
      </w:pPr>
      <w:r>
        <w:t>है वो एक अलग अंदाज में बयान की है यानी जो उनका मिशन था उसको उसको उजागर किया</w:t>
      </w:r>
    </w:p>
    <w:p>
      <w:r>
        <w:rPr>
          <w:b/>
        </w:rPr>
        <w:t xml:space="preserve">[49:26] </w:t>
      </w:r>
      <w:r>
        <w:t>hai bahut aham kitab hai hum log ye kitabein ye kitab</w:t>
      </w:r>
    </w:p>
    <w:p>
      <w:pPr>
        <w:jc w:val="right"/>
      </w:pPr>
      <w:r>
        <w:t>है बहुत अहम किताब है हम लोग ये किताबें ये किताब</w:t>
      </w:r>
    </w:p>
    <w:p>
      <w:r>
        <w:rPr>
          <w:b/>
        </w:rPr>
        <w:t xml:space="preserve">[49:33] </w:t>
      </w:r>
      <w:r>
        <w:t>madaris mein bhijwa rahe hain taaki jo talba hai wo is andaaz ki bhi seerat yaani iska jo</w:t>
      </w:r>
    </w:p>
    <w:p>
      <w:pPr>
        <w:jc w:val="right"/>
      </w:pPr>
      <w:r>
        <w:t>मदारिस में भिजवा रहे हैं ताकि जो तलबा है वो इस अंदाज की भी सीरत यानी इसका जो</w:t>
      </w:r>
    </w:p>
    <w:p>
      <w:r>
        <w:rPr>
          <w:b/>
        </w:rPr>
        <w:t xml:space="preserve">[49:41] </w:t>
      </w:r>
      <w:r>
        <w:t>iski jo sub heading hai wo hai seerat rasool ka ilmi aur tareekhi mutala hum yaani ye waqai</w:t>
      </w:r>
    </w:p>
    <w:p>
      <w:pPr>
        <w:jc w:val="right"/>
      </w:pPr>
      <w:r>
        <w:t>इसकी जो सब हेडिंग है वो है सीरत रसूल का इल्मी और तारीखी मुताला हम यानी ये वाकई</w:t>
      </w:r>
    </w:p>
    <w:p>
      <w:r>
        <w:rPr>
          <w:b/>
        </w:rPr>
        <w:t xml:space="preserve">[49:48] </w:t>
      </w:r>
      <w:r>
        <w:t>sahi baat hai ki ek ilmi aur tareekhi ji tareekhi historical and jo study hai to is lihaz</w:t>
      </w:r>
    </w:p>
    <w:p>
      <w:pPr>
        <w:jc w:val="right"/>
      </w:pPr>
      <w:r>
        <w:t>सही बात है कि एक इल्मी और तारीखी जी तारीखी हिस्टोरिकल एंड जो स्टडी है तो इस लिहाज</w:t>
      </w:r>
    </w:p>
    <w:p>
      <w:r>
        <w:rPr>
          <w:b/>
        </w:rPr>
        <w:t xml:space="preserve">[49:56] </w:t>
      </w:r>
      <w:r>
        <w:t>se bahut aham kitabein thoda naye jaise aapne farmaya aapne</w:t>
      </w:r>
    </w:p>
    <w:p>
      <w:pPr>
        <w:jc w:val="right"/>
      </w:pPr>
      <w:r>
        <w:t>से बहुत अहम किताबें थोड़ा नए जैसे आपने फरमाया आपने</w:t>
      </w:r>
    </w:p>
    <w:p>
      <w:r>
        <w:rPr>
          <w:b/>
        </w:rPr>
        <w:t xml:space="preserve">[50:03] </w:t>
      </w:r>
      <w:r>
        <w:t>bataya ki naye format mein aur handy size mein ab aa gaya hai to mission ke logon ko</w:t>
      </w:r>
    </w:p>
    <w:p>
      <w:pPr>
        <w:jc w:val="right"/>
      </w:pPr>
      <w:r>
        <w:t>बताया कि नए फॉर्मेट में और हैंडी साइज में अब आ गया है तो मिशन के लोगों को</w:t>
      </w:r>
    </w:p>
    <w:p>
      <w:r>
        <w:rPr>
          <w:b/>
        </w:rPr>
        <w:t xml:space="preserve">[50:11] </w:t>
      </w:r>
      <w:r>
        <w:t>chahiye ki ye ye kitab isko promote karein bahut hi aham aham aham kitab hai ji taaki ek</w:t>
      </w:r>
    </w:p>
    <w:p>
      <w:pPr>
        <w:jc w:val="right"/>
      </w:pPr>
      <w:r>
        <w:t>चाहिए कि ये ये किताब इसको प्रमोट करें बहुत ही अहम अहम अहम किताब है जी ताकि एक</w:t>
      </w:r>
    </w:p>
    <w:p>
      <w:r>
        <w:rPr>
          <w:b/>
        </w:rPr>
        <w:t xml:space="preserve">[50:19] </w:t>
      </w:r>
      <w:r>
        <w:t>jo seerat ka ka ek ek aham angle hai jo wo saamne aaye logon ko ji isi tarah</w:t>
      </w:r>
    </w:p>
    <w:p>
      <w:pPr>
        <w:jc w:val="right"/>
      </w:pPr>
      <w:r>
        <w:t>जो सीरत का का एक एक अहम एंगल है जो वो सामने आए लोगों को जी इसी तरह</w:t>
      </w:r>
    </w:p>
    <w:p>
      <w:r>
        <w:rPr>
          <w:b/>
        </w:rPr>
        <w:t xml:space="preserve">[50:26] </w:t>
      </w:r>
      <w:r>
        <w:t>ek doosri maulana wahiduddin khan sahab ki bahut hi popular kitab hai jo bahut zyada padhi jaati hai</w:t>
      </w:r>
    </w:p>
    <w:p>
      <w:pPr>
        <w:jc w:val="right"/>
      </w:pPr>
      <w:r>
        <w:t>एक दूसरी मौलाना वैदुद्दीन खान साहब की बहुत ही पॉपुलर किताब है जो बहुत ज्यादा पढ़ी जाती है</w:t>
      </w:r>
    </w:p>
    <w:p>
      <w:r>
        <w:rPr>
          <w:b/>
        </w:rPr>
        <w:t xml:space="preserve">[50:34] </w:t>
      </w:r>
      <w:r>
        <w:t>mazhab aur jadeed challenge to doctor sahab isko bhi aap launch karein mujhe behad khushi ho rahi hai</w:t>
      </w:r>
    </w:p>
    <w:p>
      <w:pPr>
        <w:jc w:val="right"/>
      </w:pPr>
      <w:r>
        <w:t>मजहब और जदीद चैलेंज तो डॉक्टर साहब इसको भी आप लंच करें मुझे बेहद खुशी हो रही है</w:t>
      </w:r>
    </w:p>
    <w:p>
      <w:r>
        <w:rPr>
          <w:b/>
        </w:rPr>
        <w:t xml:space="preserve">[50:41] </w:t>
      </w:r>
      <w:r>
        <w:t>is kitaab ko launch karte hue kyunke Maulana ki ye aham tareen kitaab hai sab se zyada maroof hui</w:t>
      </w:r>
    </w:p>
    <w:p>
      <w:pPr>
        <w:jc w:val="right"/>
      </w:pPr>
      <w:r>
        <w:t>इस किताब को लॉन्च करते हुए क्योंकि मौलाना की ये अहम तरीन किताब है सबसे ज्यादा मारूफ हुई</w:t>
      </w:r>
    </w:p>
    <w:p>
      <w:r>
        <w:rPr>
          <w:b/>
        </w:rPr>
        <w:t xml:space="preserve">[50:49] </w:t>
      </w:r>
      <w:r>
        <w:t>arabic mein bhai sahab ne iska translation kiya tha al islam yatahda ke naam se phir english mein</w:t>
      </w:r>
    </w:p>
    <w:p>
      <w:pPr>
        <w:jc w:val="right"/>
      </w:pPr>
      <w:r>
        <w:t>अरबिक में भाई साहब ने इसका ट्रांसलेशन किया था अल इस्लाम यतहदा के नाम से फिर इंग्लिश में</w:t>
      </w:r>
    </w:p>
    <w:p>
      <w:r>
        <w:rPr>
          <w:b/>
        </w:rPr>
        <w:t xml:space="preserve">[50:56] </w:t>
      </w:r>
      <w:r>
        <w:t>aap ne iska translation kiya god arises ke naam se aur bahut sari language mein translation hui</w:t>
      </w:r>
    </w:p>
    <w:p>
      <w:pPr>
        <w:jc w:val="right"/>
      </w:pPr>
      <w:r>
        <w:t>आप ने इसका ट्रांसलेशन किया गॉड अराइजेस के नाम से और बहुत सारी लैंग्वेज में ट्रांसलेशन हुई</w:t>
      </w:r>
    </w:p>
    <w:p>
      <w:r>
        <w:rPr>
          <w:b/>
        </w:rPr>
        <w:t xml:space="preserve">[51:04] </w:t>
      </w:r>
      <w:r>
        <w:t>aur bahut hi maroof hui arab hazraat jo jin jinka taluq us us daur se hai 70 80</w:t>
      </w:r>
    </w:p>
    <w:p>
      <w:pPr>
        <w:jc w:val="right"/>
      </w:pPr>
      <w:r>
        <w:t>और बहुत ही मारूफ हुई अरब हजरात जो जिन जिनका ताल्लुक उस उस दौर से है 70 80</w:t>
      </w:r>
    </w:p>
    <w:p>
      <w:r>
        <w:rPr>
          <w:b/>
        </w:rPr>
        <w:t xml:space="preserve">[51:11] </w:t>
      </w:r>
      <w:r>
        <w:t>ke log taqreeban sab is kitaab ke arabic edition se waqif hain bahut hi umda kitaab hai aur</w:t>
      </w:r>
    </w:p>
    <w:p>
      <w:pPr>
        <w:jc w:val="right"/>
      </w:pPr>
      <w:r>
        <w:t>के लोग तकरीबन सब इस किताब के अरबिक एडिशन से वाकिफ हैं बहुत ही उम्दा किताब है और</w:t>
      </w:r>
    </w:p>
    <w:p>
      <w:r>
        <w:rPr>
          <w:b/>
        </w:rPr>
        <w:t xml:space="preserve">[51:19] </w:t>
      </w:r>
      <w:r>
        <w:t>bahut hi maroof hui aur khaas taur se pakistan mein bhi bahut hi maroof hui aur logon ko bahut</w:t>
      </w:r>
    </w:p>
    <w:p>
      <w:pPr>
        <w:jc w:val="right"/>
      </w:pPr>
      <w:r>
        <w:t>बहुत ही मारूफ हुई और खासतौर से पाकिस्तान में भी बहुत ही मारूफ हुई और लोगों को बहुत</w:t>
      </w:r>
    </w:p>
    <w:p>
      <w:r>
        <w:rPr>
          <w:b/>
        </w:rPr>
        <w:t xml:space="preserve">[51:27] </w:t>
      </w:r>
      <w:r>
        <w:t>hi faida hua ilaad ka jo ek</w:t>
      </w:r>
    </w:p>
    <w:p>
      <w:pPr>
        <w:jc w:val="right"/>
      </w:pPr>
      <w:r>
        <w:t>ही फायदा हुआ इलाद का जो एक</w:t>
      </w:r>
    </w:p>
    <w:p>
      <w:r>
        <w:rPr>
          <w:b/>
        </w:rPr>
        <w:t xml:space="preserve">[51:34] </w:t>
      </w:r>
      <w:r>
        <w:t>masla hua tha wahan wo usse logon ko is kitaab se bahut faida hua ji doctor sahab usi</w:t>
      </w:r>
    </w:p>
    <w:p>
      <w:pPr>
        <w:jc w:val="right"/>
      </w:pPr>
      <w:r>
        <w:t>मसला हुआ था वहां वो उससे लोगों को इस किताब से बहुत फायदा हुआ जी डॉक्टर साहब उसी</w:t>
      </w:r>
    </w:p>
    <w:p>
      <w:r>
        <w:rPr>
          <w:b/>
        </w:rPr>
        <w:t xml:space="preserve">[51:42] </w:t>
      </w:r>
      <w:r>
        <w:t>ka english version aap ne abhi bataya god arises jo naye cover ke sath aaj release ki ja rahi</w:t>
      </w:r>
    </w:p>
    <w:p>
      <w:pPr>
        <w:jc w:val="right"/>
      </w:pPr>
      <w:r>
        <w:t>का इंग्लिश वर्जन आपने अभी बताया गॉड अराइजेस जो नए कवर के साथ आज रीलच की जा रही</w:t>
      </w:r>
    </w:p>
    <w:p>
      <w:r>
        <w:rPr>
          <w:b/>
        </w:rPr>
        <w:t xml:space="preserve">[51:49] </w:t>
      </w:r>
      <w:r>
        <w:t>hai main chahunga usko bhi aap release karein ye kitaab wahi mazhab aur jadeed challenge ka english translation</w:t>
      </w:r>
    </w:p>
    <w:p>
      <w:pPr>
        <w:jc w:val="right"/>
      </w:pPr>
      <w:r>
        <w:t>है मैं चाहूंगा उसको भी आप रीलच करें ये किताब वही मजहब और जदीद चैलेंज का इंग्लिश ट्रांसलेशन</w:t>
      </w:r>
    </w:p>
    <w:p>
      <w:r>
        <w:rPr>
          <w:b/>
        </w:rPr>
        <w:t xml:space="preserve">[51:57] </w:t>
      </w:r>
      <w:r>
        <w:t>hai jo ke aap ne jiska translation kiya wo bahut hi umda translation hai bahut hi scientific</w:t>
      </w:r>
    </w:p>
    <w:p>
      <w:pPr>
        <w:jc w:val="right"/>
      </w:pPr>
      <w:r>
        <w:t>है जो कि आप ने जिसका ट्रांसलेशन किया वो बहुत ही उम्दा ट्रांसलेशन है बहुत ही साइंटिफिक</w:t>
      </w:r>
    </w:p>
    <w:p>
      <w:r>
        <w:rPr>
          <w:b/>
        </w:rPr>
        <w:t xml:space="preserve">[52:04] </w:t>
      </w:r>
      <w:r>
        <w:t>baatein iske andar aur log isko bahut pasand karte hain agar aap kisi intellectual ko koi kitaab deni</w:t>
      </w:r>
    </w:p>
    <w:p>
      <w:pPr>
        <w:jc w:val="right"/>
      </w:pPr>
      <w:r>
        <w:t>बातें इसके अंदर और लोग इसको बहुत पसंद करते हैं अगर आप किसी इंटेलेक्चुअल को कोई किताब देनी</w:t>
      </w:r>
    </w:p>
    <w:p>
      <w:r>
        <w:rPr>
          <w:b/>
        </w:rPr>
        <w:t xml:space="preserve">[52:12] </w:t>
      </w:r>
      <w:r>
        <w:t>hai koi padha likha insan hai to wo bahut appeal karegi ye kitaab main chahunga ke mission ke</w:t>
      </w:r>
    </w:p>
    <w:p>
      <w:pPr>
        <w:jc w:val="right"/>
      </w:pPr>
      <w:r>
        <w:t>है कोई पढ़ा लिखा इंसान है तो वो बहुत अपील करेगी ये किताब मैं चाहूंगा कि मिशन के</w:t>
      </w:r>
    </w:p>
    <w:p>
      <w:r>
        <w:rPr>
          <w:b/>
        </w:rPr>
        <w:t xml:space="preserve">[52:19] </w:t>
      </w:r>
      <w:r>
        <w:t>log ise promote karein aur isko failayein kyunke Maulana ki jo jo literature hai wahi Maulana ko represent</w:t>
      </w:r>
    </w:p>
    <w:p>
      <w:pPr>
        <w:jc w:val="right"/>
      </w:pPr>
      <w:r>
        <w:t>लोग इसे प्रमोट करें और इसको फैलाएं क्योंकि मौलाना की जो जो लिटरेचर है वही मौलाना को रिप्रेजेंट</w:t>
      </w:r>
    </w:p>
    <w:p>
      <w:r>
        <w:rPr>
          <w:b/>
        </w:rPr>
        <w:t xml:space="preserve">[52:27] </w:t>
      </w:r>
      <w:r>
        <w:t>kar rahi hai aaj ke daur mein bahut hi doctor sahab powerful book hai this was the first b</w:t>
      </w:r>
    </w:p>
    <w:p>
      <w:pPr>
        <w:jc w:val="right"/>
      </w:pPr>
      <w:r>
        <w:t>कर रही है आज के दौर में बहुत ही डॉक्टर साहब पावरफुल बुक है दिस वास द फर्स्ट ब</w:t>
      </w:r>
    </w:p>
    <w:p>
      <w:r>
        <w:rPr>
          <w:b/>
        </w:rPr>
        <w:t xml:space="preserve">[52:34] </w:t>
      </w:r>
      <w:r>
        <w:t>ook that i read after meeting Maulana and bahut powerful scientific arguments hain true and a seeker does find truth after reading this book amazing amazing book jazaak allah doctor sahib so we will end today session we will be back next sunday 10:30 AM thank you.</w:t>
      </w:r>
    </w:p>
    <w:p>
      <w:pPr>
        <w:jc w:val="right"/>
      </w:pPr>
      <w:r>
        <w:t>ुक दैट आई रेड आफ्टर मीटिंग मौलाना एंड बहुत पावरफुल साइंटिफिक आर्गुमेंट्स हैं ट्रू एंड अ सीकर डस फाइंड ट्रुथ आफ्टर रीडिंग दिस बुक अमेजिंग अमेजिंग बुक जजाक अल्लाह डॉक्टर साहब सो वी विल एंड टुडे सेशन वी विल बी बैक नेक्स्ट संडे 10:30 AM थैंक 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